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Ὑπομνήματα εἰς τὸ Κατὰ Ἰωάννην Εὐαγγέλιον</w:t>
      </w:r>
      <w:r>
        <w:br/>
      </w:r>
      <w:r>
        <w:rPr>
          <w:i/>
          <w:color w:val="666666"/>
          <w:sz w:val="40"/>
        </w:rPr>
        <w:t>Commentaries on the Gospel of John</w:t>
      </w:r>
    </w:p>
    <w:p>
      <w:pPr>
        <w:jc w:val="center"/>
      </w:pPr>
      <w:r>
        <w:rPr>
          <w:rFonts w:ascii="Times New Roman" w:hAnsi="Times New Roman"/>
          <w:color w:val="1E3A70"/>
          <w:sz w:val="32"/>
        </w:rPr>
        <w:t>Ὠριγένης ὁ Ἀλεξανδρεύς</w:t>
      </w:r>
      <w:r>
        <w:br/>
      </w:r>
      <w:r>
        <w:rPr>
          <w:i/>
          <w:color w:val="666666"/>
          <w:sz w:val="28"/>
        </w:rPr>
        <w:t>by Origen of Alexandria</w:t>
      </w:r>
    </w:p>
    <w:p/>
    <w:p>
      <w:pPr>
        <w:jc w:val="center"/>
      </w:pPr>
      <w:r>
        <w:rPr>
          <w:rFonts w:ascii="Gentium Plus" w:hAnsi="Gentium Plus"/>
          <w:b/>
          <w:sz w:val="24"/>
        </w:rPr>
        <w:t>ΤΩΝ ΕΙΣ ΤΟ ΚΑΤΑ ΙΩΑΝΝΗΝ ΕΥΑΓΓΕΛΙΟΝ ΕΞΗΓΗΤΙΚΩΝ ΤΟΜΟΣ ΙΘʹ.</w:t>
      </w:r>
    </w:p>
    <w:p>
      <w:r>
        <w:rPr>
          <w:rFonts w:ascii="Courier New" w:hAnsi="Courier New"/>
          <w:color w:val="555555"/>
          <w:sz w:val="20"/>
        </w:rPr>
        <w:t>[19 . 1 n]</w:t>
      </w:r>
    </w:p>
    <w:p>
      <w:r>
        <w:rPr>
          <w:rFonts w:ascii="Gentium Plus" w:hAnsi="Gentium Plus"/>
          <w:sz w:val="24"/>
        </w:rPr>
        <w:t>Ἀπεκρίθη ὁ Ἰησοῦς· Οὔτε ἐμὲ οἴδατε οὔτε τὸν πατέρα μου· εἰ ἐμὲ ᾔδειτε, καὶ τὸν πατέρα μου ἂν ᾔδειτε.</w:t>
      </w:r>
    </w:p>
    <w:p>
      <w:r>
        <w:rPr>
          <w:rFonts w:ascii="Courier New" w:hAnsi="Courier New"/>
          <w:color w:val="555555"/>
          <w:sz w:val="20"/>
        </w:rPr>
        <w:t>[19 . 1 . 1]</w:t>
      </w:r>
    </w:p>
    <w:p>
      <w:r>
        <w:rPr>
          <w:rFonts w:ascii="Gentium Plus" w:hAnsi="Gentium Plus"/>
          <w:sz w:val="24"/>
        </w:rPr>
        <w:t>Εἰ μὲν πρὸς τοὺς αὐτοὺς ὁ λόγος ἦν ὁ λέγων· «Κἀμὲ οἴδατε «πόθεν εἰμί» καὶ ὁ φάσκων· «Οὔτε ἐμὲ οἴδατε οὔτε τὸν πατέρα μου», ἄντικρυς ἂν ἔδοξεν ἐναντίον εἶναι τὸ λεγόμενον· νυνὶ δὲ τὸ μὲν «Κἀμὲ οἴδατε» πρός τινας τῶν Ἱεροσολυμιτῶν ἀπαγγέλλεται εἰρηκό‐</w:t>
      </w:r>
    </w:p>
    <w:p>
      <w:r>
        <w:rPr>
          <w:rFonts w:ascii="Courier New" w:hAnsi="Courier New"/>
          <w:color w:val="555555"/>
          <w:sz w:val="20"/>
        </w:rPr>
        <w:t>[5]</w:t>
      </w:r>
    </w:p>
    <w:p>
      <w:r>
        <w:rPr>
          <w:rFonts w:ascii="Gentium Plus" w:hAnsi="Gentium Plus"/>
          <w:sz w:val="24"/>
        </w:rPr>
        <w:t>τας· «Μήποτε ἀληθῶς ἔγνωσαν οἱ ἄρχοντες ὅτι οὗτός ἐστιν ὁ χρι‐ «στός; ἀλλὰ τοῦτον οἴδαμεν πόθεν ἐστίν· ὁ δὲ χριστὸς ὅταν ἔρχηται, «οὐδεὶς γινώσκει πόθεν ἐστίν»· τὸ δὲ ὅτι «Οὔτε ἐμὲ οἴδατε» καὶ τὸ ἑξῆς, πρὸς τοὺς εἰπόντας αὐτῷ Φαρισαίους· «Σὺ μαρτυρεῖς περὶ</w:t>
      </w:r>
    </w:p>
    <w:p>
      <w:r>
        <w:rPr>
          <w:rFonts w:ascii="Courier New" w:hAnsi="Courier New"/>
          <w:color w:val="555555"/>
          <w:sz w:val="20"/>
        </w:rPr>
        <w:t>[19 . 1 . 2]</w:t>
      </w:r>
    </w:p>
    <w:p>
      <w:r>
        <w:rPr>
          <w:rFonts w:ascii="Gentium Plus" w:hAnsi="Gentium Plus"/>
          <w:sz w:val="24"/>
        </w:rPr>
        <w:t>«σεαυτοῦ ἡ μαρτυρία σου οὐκ ἔστιν ἀληθής». πλὴν καὶ τοῖς Ἱεροσολυ‐ μίταις διὰ τῶν προτέρων, καὶ τοῖς Φαρισαίοις διὰ τῶν νῦν ἐξεταζο‐ μένων φησὶν ὅτι τὸν πατέρα οὐκ οἴδατε· τοῖς μὲν Ἱεροσολυμίταις διὰ τούτων «Ἀπ’ ἐμαυτοῦ οὐκ ἐλήλυθα, ἀλλ’ ἔστιν ἀληθινὸς ὁ πέμψας</w:t>
      </w:r>
    </w:p>
    <w:p>
      <w:r>
        <w:rPr>
          <w:rFonts w:ascii="Courier New" w:hAnsi="Courier New"/>
          <w:color w:val="555555"/>
          <w:sz w:val="20"/>
        </w:rPr>
        <w:t>[5]</w:t>
      </w:r>
    </w:p>
    <w:p>
      <w:r>
        <w:rPr>
          <w:rFonts w:ascii="Gentium Plus" w:hAnsi="Gentium Plus"/>
          <w:sz w:val="24"/>
        </w:rPr>
        <w:t>«με, ὃν ὑμεῖς οὐκ οἴδατε· ἐγὼ οἶδα αὐτόν, ὅτι παρ’ αὐτοῦ εἰμὶ κἀ‐ «κεῖνός με ἀπέστειλεν»· τοῖς δὲ Φαρισαίοις διὰ τοῦ «Οὔτε ἐμὲ οἴδατε «οὔτε τὸν πατέρα μου· εἰ ἐμὲ ᾔδειτε, καὶ τὸν πατέρα μου ἂν ᾔδειτε».</w:t>
      </w:r>
    </w:p>
    <w:p>
      <w:r>
        <w:rPr>
          <w:rFonts w:ascii="Courier New" w:hAnsi="Courier New"/>
          <w:color w:val="555555"/>
          <w:sz w:val="20"/>
        </w:rPr>
        <w:t>[19 . 1 . 3]</w:t>
      </w:r>
    </w:p>
    <w:p>
      <w:r>
        <w:rPr>
          <w:rFonts w:ascii="Gentium Plus" w:hAnsi="Gentium Plus"/>
          <w:sz w:val="24"/>
        </w:rPr>
        <w:t>καὶ ζητήσαι ἄν τις εὐλόγως ὅπως, εἴπερ ἀληθὲς τὸ «Εἰ ἐμὲ ᾔδειτε «καὶ τὸν πατέρα μου ἂν ᾔδειτε», οἱ Ἱεροσολυμῖται, πρὸς οὕς φησι· «Κἀμὲ οἴδατε» οὐκ οἴδασι τὸν πατέρα. προσεπιτείνει δὲ τὴν εἰς τὸν τόπον ἀπορίαν καὶ ὁ Ἰωάννης ἐν τῇ καθολικῇ ἐπιστολῇ ταῦτα λέγων·</w:t>
      </w:r>
    </w:p>
    <w:p>
      <w:r>
        <w:rPr>
          <w:rFonts w:ascii="Courier New" w:hAnsi="Courier New"/>
          <w:color w:val="555555"/>
          <w:sz w:val="20"/>
        </w:rPr>
        <w:t>[5]</w:t>
      </w:r>
    </w:p>
    <w:p>
      <w:r>
        <w:rPr>
          <w:rFonts w:ascii="Gentium Plus" w:hAnsi="Gentium Plus"/>
          <w:sz w:val="24"/>
        </w:rPr>
        <w:t>«Ὁ ἀρνούμενος τὸν πατέρα καὶ τὸν υἱόν· πᾶς ὁ ἀρνούμενος τὸν</w:t>
      </w:r>
    </w:p>
    <w:p>
      <w:r>
        <w:rPr>
          <w:rFonts w:ascii="Courier New" w:hAnsi="Courier New"/>
          <w:color w:val="555555"/>
          <w:sz w:val="20"/>
        </w:rPr>
        <w:t>[19 . 1 . 4]</w:t>
      </w:r>
    </w:p>
    <w:p>
      <w:r>
        <w:rPr>
          <w:rFonts w:ascii="Gentium Plus" w:hAnsi="Gentium Plus"/>
          <w:sz w:val="24"/>
        </w:rPr>
        <w:t>«υἱόν, οὐδὲ τὸν πατέρα ἔχει». εἰ γὰρ «Ὁ ἀρνούμενος τὸν πατέρα «καὶ τὸν υἱόν», καὶ «Ὁ ὁμολογῶν τὸν υἱόν καὶ τὸν πατέρα ἔχει», δῆλον ὅτι οἱ Ἱεροσολυμῖται, ὅσον ἐπὶ τῇ λέξει, τῷ μὴ γινώσκειν τὸν</w:t>
      </w:r>
    </w:p>
    <w:p>
      <w:r>
        <w:rPr>
          <w:rFonts w:ascii="Courier New" w:hAnsi="Courier New"/>
          <w:color w:val="555555"/>
          <w:sz w:val="20"/>
        </w:rPr>
        <w:t>[19 . 1 . 5]</w:t>
      </w:r>
    </w:p>
    <w:p>
      <w:r>
        <w:rPr>
          <w:rFonts w:ascii="Gentium Plus" w:hAnsi="Gentium Plus"/>
          <w:sz w:val="24"/>
        </w:rPr>
        <w:t>πατέρα ἀρνούμενοι τὸν πατέρα ἀρνοῦνται καὶ τὸν υἱόν. εἰ δὲ ἀρ‐ νοῦνται τὸν υἱόν, πῶς τὸ «Κἀμὲ οἴδατε» ἀληθές; πάλιν οἱ αὐτοὶ εἰ οἴδασιν τὸν υἱὸν διὰ τὸ «Καὶ ἐμὲ οἴδατε», (ἐπεὶ «Ὁ ὁμολογῶν τὸν «υἱὸν καὶ τὸν πατέρα ἔχει») ὁμολογοῦσιν τὸν πατέρα. εἰ δὲ ὁμολο‐</w:t>
      </w:r>
    </w:p>
    <w:p>
      <w:r>
        <w:rPr>
          <w:rFonts w:ascii="Courier New" w:hAnsi="Courier New"/>
          <w:color w:val="555555"/>
          <w:sz w:val="20"/>
        </w:rPr>
        <w:t>[5]</w:t>
      </w:r>
    </w:p>
    <w:p>
      <w:r>
        <w:rPr>
          <w:rFonts w:ascii="Gentium Plus" w:hAnsi="Gentium Plus"/>
          <w:sz w:val="24"/>
        </w:rPr>
        <w:t>γοῦσιν τὸν πατέρα, πῶς ἀληθὲς τὸ «Ἀλλ’ ἔστιν ἀληθινὸς ὁ πέμψας «με, ὃν ὑμεῖς οὐκ οἴδατε»;</w:t>
      </w:r>
    </w:p>
    <w:p>
      <w:r>
        <w:rPr>
          <w:rFonts w:ascii="Courier New" w:hAnsi="Courier New"/>
          <w:color w:val="555555"/>
          <w:sz w:val="20"/>
        </w:rPr>
        <w:t>[19 . 2 . 6]</w:t>
      </w:r>
    </w:p>
    <w:p>
      <w:r>
        <w:rPr>
          <w:rFonts w:ascii="Gentium Plus" w:hAnsi="Gentium Plus"/>
          <w:sz w:val="24"/>
        </w:rPr>
        <w:t>Λεκτέον δὲ πρὸς ταῦτα ὅτι ὁ σωτὴρ ὁτὲ μὲν περὶ ἑαυτοῦ ὡς περὶ ἀνθρώπου διαλέγεται, ὁτὲ δὲ ὡς περὶ θειοτέρας φύσεως καὶ ἡνωμένης τῇ ἀγενήτῳ τοῦ πατρὸς φύσει. ἐπὰν μὲν γὰρ λέγῃ· «Νῦν δὲ ζητεῖτέ με ἀποκτεῖναι, ἄνθρωπον ὃς τὴν ἀλήθειαν ὑμῖν</w:t>
      </w:r>
    </w:p>
    <w:p>
      <w:r>
        <w:rPr>
          <w:rFonts w:ascii="Courier New" w:hAnsi="Courier New"/>
          <w:color w:val="555555"/>
          <w:sz w:val="20"/>
        </w:rPr>
        <w:t>[5]</w:t>
      </w:r>
    </w:p>
    <w:p>
      <w:r>
        <w:rPr>
          <w:rFonts w:ascii="Gentium Plus" w:hAnsi="Gentium Plus"/>
          <w:sz w:val="24"/>
        </w:rPr>
        <w:t>«λελάληκα», τοῦτό φησιν εἰδὼς τὸ ζητούμενον ἀναιρεθῆναι εἶναι οὐ θεὸν ἀλλὰ ἄνθρωπον· ἐὰν δὲ «Ἐγὼ καὶ ὁ πατὴρ ἕν ἐσμεν» καὶ «Ἐγώ εἰμι ἡ ἀλήθεια καὶ ἡ ζωή» καὶ «Ἐγώ εἰμι ἡ ἀνάστασις» καὶ τὰ τούτοις ὅμοια, οὐ περὶ τοῦ ζητουμένου ἀναιρεθῆναι ἀνθρώπου διδάσκει.</w:t>
      </w:r>
    </w:p>
    <w:p>
      <w:r>
        <w:rPr>
          <w:rFonts w:ascii="Courier New" w:hAnsi="Courier New"/>
          <w:color w:val="555555"/>
          <w:sz w:val="20"/>
        </w:rPr>
        <w:t>[19 . 2 . 7]</w:t>
      </w:r>
    </w:p>
    <w:p>
      <w:r>
        <w:rPr>
          <w:rFonts w:ascii="Gentium Plus" w:hAnsi="Gentium Plus"/>
          <w:sz w:val="24"/>
        </w:rPr>
        <w:t>οὕτως οὖν καὶ ἐπὶ τῶν κατὰ τὸ παρὸν ἡμῖν ζητουμένων ἐκ τῆς συμφράσεως κατανοητέον· τὸ μὲν «Κἀμὲ οἴδατε καὶ οἴδατε πόθεν εἰμί» περὶ τοῦ ἀνθρώπου ἑαυτοῦ διαλέγεται, τὸ δὲ «Οὔτε ἐμὲ οἴδατε οὔτε «τὸν πατέρα μου» περὶ τῆς θεότητος· τοῦ μὲν γὰρ «Κἀμὲ οἴδατε καὶ</w:t>
      </w:r>
    </w:p>
    <w:p>
      <w:r>
        <w:rPr>
          <w:rFonts w:ascii="Courier New" w:hAnsi="Courier New"/>
          <w:color w:val="555555"/>
          <w:sz w:val="20"/>
        </w:rPr>
        <w:t>[5]</w:t>
      </w:r>
    </w:p>
    <w:p>
      <w:r>
        <w:rPr>
          <w:rFonts w:ascii="Gentium Plus" w:hAnsi="Gentium Plus"/>
          <w:sz w:val="24"/>
        </w:rPr>
        <w:t>«οἴδατε πόθεν εἰμί» ταῦτα προτέτακται· «Ἔλεγον οὖν τινες ἐκ τῶν «Ἱεροσολυμιτῶν· Οὐχ οὗτός ἐστιν ὃν ζητοῦσιν ἀποκτεῖναι; καὶ ἴδε «παρρησίᾳ λαλεῖ καὶ οὐδὲν αὐτῷ λέγουσιν. μήποτε ἀληθῶς ἔγνωσαν «οἱ ἄρχοντες ὅτι οὗτός ἐστιν ὁ χριστός; ἀλλὰ τοῦτον οἴδαμεν πόθεν «ἐστίν· ὁ δὲ χριστὸς ὅταν ἔρχηται, οὐδεὶς γινώσκει πόθεν ἐστίν»·</w:t>
      </w:r>
    </w:p>
    <w:p>
      <w:r>
        <w:rPr>
          <w:rFonts w:ascii="Courier New" w:hAnsi="Courier New"/>
          <w:color w:val="555555"/>
          <w:sz w:val="20"/>
        </w:rPr>
        <w:t>[19 . 2 . 8]</w:t>
      </w:r>
    </w:p>
    <w:p>
      <w:r>
        <w:rPr>
          <w:rFonts w:ascii="Gentium Plus" w:hAnsi="Gentium Plus"/>
          <w:sz w:val="24"/>
        </w:rPr>
        <w:t>τοῦ δὲ «Οὔτε ἐμὲ οἴδατε οὔτε τὸν πατέρα μου» ταῦτα «Εἶπαν οὖν «αὐτῷ οἱ Φαρισαῖοι· Σὺ περὶ σεαυτοῦ μαρτυρεῖς· ἡ μαρτυρία σου οὐκ</w:t>
      </w:r>
    </w:p>
    <w:p>
      <w:r>
        <w:rPr>
          <w:rFonts w:ascii="Courier New" w:hAnsi="Courier New"/>
          <w:color w:val="555555"/>
          <w:sz w:val="20"/>
        </w:rPr>
        <w:t>[19 . 2 . 9]</w:t>
      </w:r>
    </w:p>
    <w:p>
      <w:r>
        <w:rPr>
          <w:rFonts w:ascii="Gentium Plus" w:hAnsi="Gentium Plus"/>
          <w:sz w:val="24"/>
        </w:rPr>
        <w:t>«πόθεν ἦλθον καὶ ποῦ ὑπάγω. * * * ὑμεῖς κατὰ τὴν σάρκα κρίνετε, «ἐγὼ οὐ κρίνω οὐδένα. καὶ ἐὰν κρίνω δὲ ἐγώ, ἡ κρίσις ἡ ἐμὴ ἀλη‐ «θινή ἐστιν, ὅτι μόνος οὐκ εἰμί, ἀλλ’ ἐγὼ καὶ ὁ πέμψας με πατήρ».</w:t>
      </w:r>
    </w:p>
    <w:p>
      <w:r>
        <w:rPr>
          <w:rFonts w:ascii="Courier New" w:hAnsi="Courier New"/>
          <w:color w:val="555555"/>
          <w:sz w:val="20"/>
        </w:rPr>
        <w:t>[19 . 2 . 10]</w:t>
      </w:r>
    </w:p>
    <w:p>
      <w:r>
        <w:rPr>
          <w:rFonts w:ascii="Gentium Plus" w:hAnsi="Gentium Plus"/>
          <w:sz w:val="24"/>
        </w:rPr>
        <w:t>δῆλον οὖν ἐκ τούτων ὅτι ὑπὸ μὲν τῶν Ἱεροσολυμιτῶν ἐλέγετο· «Τοῦτον οἴδαμεν πόθεν ἐστίν», ἀναφερόντων ἐπὶ τὸ ἐν Βηθλεὲμ αὐτὸν γεγενῆσθαι, καὶ ἐπισταμένων ὅτι οὗτος ἦν οὗ ἡ μήτηρ ἐλέγετο Μαρία, καὶ οἱ ἀδελφοὶ αὐτοῦ Ἰάκωβος καὶ Ἰωάννης καὶ Σίμων 〈καὶ〉</w:t>
      </w:r>
    </w:p>
    <w:p>
      <w:r>
        <w:rPr>
          <w:rFonts w:ascii="Courier New" w:hAnsi="Courier New"/>
          <w:color w:val="555555"/>
          <w:sz w:val="20"/>
        </w:rPr>
        <w:t>[5]</w:t>
      </w:r>
    </w:p>
    <w:p>
      <w:r>
        <w:rPr>
          <w:rFonts w:ascii="Gentium Plus" w:hAnsi="Gentium Plus"/>
          <w:sz w:val="24"/>
        </w:rPr>
        <w:t>Ἰούδας. διόπερ καὶ μαρτυρεῖ τοῖς εἰρηκόσιν· «Οἴδαμεν πόθεν ἐστίν» διὰ τοῦ «Κἀμὲ οἴδατε καὶ οἴδατε πόθεν εἰμί». τοῖς δὲ Φαρισαίοις τὸ «Κἂν ἐγὼ μαρτυρῶ περὶ ἐμαυτοῦ, ἀληθής ἐστιν ἡ μαρτυρία μου, «ὅτι οἶδα πόθεν ἦλθον καὶ ποῦ ὑπάγω»· τῇ θειοτέρᾳ φύσει διαλεγό‐ μενος ἔφασκεν ταῦτα καί, ὡς ἂν εἴποι τις, καθ’ ὃ πρωτότοκος πάσης</w:t>
      </w:r>
    </w:p>
    <w:p>
      <w:r>
        <w:rPr>
          <w:rFonts w:ascii="Courier New" w:hAnsi="Courier New"/>
          <w:color w:val="555555"/>
          <w:sz w:val="20"/>
        </w:rPr>
        <w:t>[19 . 2 . 11]</w:t>
      </w:r>
    </w:p>
    <w:p>
      <w:r>
        <w:rPr>
          <w:rFonts w:ascii="Gentium Plus" w:hAnsi="Gentium Plus"/>
          <w:sz w:val="24"/>
        </w:rPr>
        <w:t>κτίσεως ἦν. διόπερ τοῖς πρὸς ταῦτα πυθομένοις αὐτοῦ καὶ εἰρηκό‐ σιν· «Ποῦ ἔστιν ὁ πατήρ σου;» ἀποκρίνεται (ὡς ἂν εἴποι τις, ἕτερος ὢν τοῦ λέγοντος· «Καμὲ οἴδατε») καί φησι· «Καὶ οὔτε ἐμὲ οἴδατε «οὔτε τὸν πατέρα μου». κατὰ δὲ τὸ ταπεινὸν τῶν Φαρισαίων ἦν</w:t>
      </w:r>
    </w:p>
    <w:p>
      <w:r>
        <w:rPr>
          <w:rFonts w:ascii="Courier New" w:hAnsi="Courier New"/>
          <w:color w:val="555555"/>
          <w:sz w:val="20"/>
        </w:rPr>
        <w:t>[5]</w:t>
      </w:r>
    </w:p>
    <w:p>
      <w:r>
        <w:rPr>
          <w:rFonts w:ascii="Gentium Plus" w:hAnsi="Gentium Plus"/>
          <w:sz w:val="24"/>
        </w:rPr>
        <w:t>ἤτοι μὴ νοεῖν ὅτι περὶ τοῦ θεοῦ τῶν ὅλων ἔλεγεν τὸ «Μαρτυρεῖ «περὶ ἐμοῦ ὁ πέμψας με πατήρ»· ἢ εἰ ἐξεδέχοντο περὶ τοῦ θεοῦ ταῦτα λέγεσθαι, νομίζειν ὅτι ἐν τόπῳ ἐστὶν ὁ θεός, καὶ διὰ τοῦτο ἀποκρί‐ νεσθαι· «Ποῦ ἔστιν ὁ πατήρ σου»;</w:t>
      </w:r>
    </w:p>
    <w:p>
      <w:r>
        <w:rPr>
          <w:rFonts w:ascii="Courier New" w:hAnsi="Courier New"/>
          <w:color w:val="555555"/>
          <w:sz w:val="20"/>
        </w:rPr>
        <w:t>[19 . 3 . 12]</w:t>
      </w:r>
    </w:p>
    <w:p>
      <w:r>
        <w:rPr>
          <w:rFonts w:ascii="Gentium Plus" w:hAnsi="Gentium Plus"/>
          <w:sz w:val="24"/>
        </w:rPr>
        <w:t>Χρὴ μέντοι γε εἰδέναι, ὅτι οἱ ἑτερόδοξοι νομίζουσιν σαφῶς ἐντεῦθεν παρίστασθαι τὸ μὴ τὸν θεόν, ᾧ ἐλάτρευον Ἰουδαῖοι, πατέρα εἶναι τοῦ χριστοῦ· εἰ γὰρ τοῖς Φαρισαίοις λατρεύουσιν τῷ δημιουργῷ, φασίν, ἔλεγεν ὁ σωτήρ· «Οὔτε ἐμὲ οἴδατε οὔτε τὸν πατέρα μου»,</w:t>
      </w:r>
    </w:p>
    <w:p>
      <w:r>
        <w:rPr>
          <w:rFonts w:ascii="Courier New" w:hAnsi="Courier New"/>
          <w:color w:val="555555"/>
          <w:sz w:val="20"/>
        </w:rPr>
        <w:t>[5]</w:t>
      </w:r>
    </w:p>
    <w:p>
      <w:r>
        <w:rPr>
          <w:rFonts w:ascii="Gentium Plus" w:hAnsi="Gentium Plus"/>
          <w:sz w:val="24"/>
        </w:rPr>
        <w:t>σαφὲς ὅτι ἕτερον ὄντα τοῦ δημιουργοῦ τὸν πατέρα Ἰησοῦ Φαρισαῖοι οὐκ ᾔδεσαν, ἀλλ’ οὐδὲ Ἱεροσολυμῖται, οἷς προειρήκει· «Ἀλλ’ ἔστιν «ἀληθινὸς ὁ πέμψας με, ὃν ὑμεῖς οὐκ οἴδατε». ταῦτα δὲ λέγουσιν ἅτε μὴ ἀνεγνωκότες τὰς θείας γραφάς, μηδὲ τὴν συνήθειαν τῆς ἐν</w:t>
      </w:r>
    </w:p>
    <w:p>
      <w:r>
        <w:rPr>
          <w:rFonts w:ascii="Courier New" w:hAnsi="Courier New"/>
          <w:color w:val="555555"/>
          <w:sz w:val="20"/>
        </w:rPr>
        <w:t>[19 . 3 . 13]</w:t>
      </w:r>
    </w:p>
    <w:p>
      <w:r>
        <w:rPr>
          <w:rFonts w:ascii="Gentium Plus" w:hAnsi="Gentium Plus"/>
          <w:sz w:val="24"/>
        </w:rPr>
        <w:t>αὐταῖς λέξεως τετηρηκότες. κἂν γὰρ διεξοδεύειν τις δύνηται τὰ περὶ θεοῦ ἐκ πατέρων μεμαθηκὼς ὅτι τούτῳ λατρεύειν μόνῳ δεῖ,</w:t>
      </w:r>
    </w:p>
    <w:p>
      <w:r>
        <w:rPr>
          <w:rFonts w:ascii="Courier New" w:hAnsi="Courier New"/>
          <w:color w:val="555555"/>
          <w:sz w:val="20"/>
        </w:rPr>
        <w:t>[5]</w:t>
      </w:r>
    </w:p>
    <w:p>
      <w:r>
        <w:rPr>
          <w:rFonts w:ascii="Gentium Plus" w:hAnsi="Gentium Plus"/>
          <w:sz w:val="24"/>
        </w:rPr>
        <w:t>πείας, δῆλον ὅτι καὶ οἱ Ἠλεῖ τοῦ ἱερέως υἱοὶ παρὰ τῇ λατρείᾳ ἀνα‐ τεθραμμένοι· ἀλλ’ ὅμως, ἐπεὶ ἥμαρτον, γέγραπται ταῦτα περὶ αὐτῶν ἐν τῇ τῶν Βασιλειῶν πρώτῃ· «Καὶ οἱ υἱοὶ Ἠλεῖ, υἱοὶ λοιμοί, οὐκ</w:t>
      </w:r>
    </w:p>
    <w:p>
      <w:r>
        <w:rPr>
          <w:rFonts w:ascii="Courier New" w:hAnsi="Courier New"/>
          <w:color w:val="555555"/>
          <w:sz w:val="20"/>
        </w:rPr>
        <w:t>[19 . 3 . 14]</w:t>
      </w:r>
    </w:p>
    <w:p>
      <w:r>
        <w:rPr>
          <w:rFonts w:ascii="Gentium Plus" w:hAnsi="Gentium Plus"/>
          <w:sz w:val="24"/>
        </w:rPr>
        <w:t>«ἔγνωσαν τὸν κύριον». πευσόμεθα γὰρ τῶν ἑτεροδόξων εἰ μὴ περὶ τοῦ δημιουργοῦ γέγραπται τὸ «Οὐκ ἔγνωσαν τὸν κύριον» καὶ ἀποκρι‐ νομένων ὅτι περὶ τοῦ δημιουργοῦ ἐστιν ταῦτα, ζητήσομεν διὰ τί εἴρηται περὶ τῶν υἱῶν Ἠλεῖ· «Οὐκ ἔγνωσαν τὸν κύριον»· πότερον</w:t>
      </w:r>
    </w:p>
    <w:p>
      <w:r>
        <w:rPr>
          <w:rFonts w:ascii="Courier New" w:hAnsi="Courier New"/>
          <w:color w:val="555555"/>
          <w:sz w:val="20"/>
        </w:rPr>
        <w:t>[5]</w:t>
      </w:r>
    </w:p>
    <w:p>
      <w:r>
        <w:rPr>
          <w:rFonts w:ascii="Gentium Plus" w:hAnsi="Gentium Plus"/>
          <w:sz w:val="24"/>
        </w:rPr>
        <w:t>διὰ τοὺς περὶ θεοῦ τοῦ δημιουργοῦ λόγους, ἢ διὰ τὴν πονηρίαν αὐτῶν· σαφὲς δὲ ὅτι διὰ τὴν πονηρίαν λέγονται μὴ ἐγνωκέναι τὸν</w:t>
      </w:r>
    </w:p>
    <w:p>
      <w:r>
        <w:rPr>
          <w:rFonts w:ascii="Courier New" w:hAnsi="Courier New"/>
          <w:color w:val="555555"/>
          <w:sz w:val="20"/>
        </w:rPr>
        <w:t>[19 . 3 . 15]</w:t>
      </w:r>
    </w:p>
    <w:p>
      <w:r>
        <w:rPr>
          <w:rFonts w:ascii="Gentium Plus" w:hAnsi="Gentium Plus"/>
          <w:sz w:val="24"/>
        </w:rPr>
        <w:t>κύριον. καὶ οὐ περὶ τῶν υἱῶν Ἠλεῖ μόνων ἔστιν τοῦτο εὑρεῖν ἀλλὰ καὶ περὶ ἄλλων βασιλευσάντων ἐν Ἰσραὴλ καὶ Ἰούδα ἁμαρτωλῶν. οὕτω τοίνυν καὶ οἱ Φαρισαῖοι τὸν πατέρα οὐκ ᾔδεσαν· οὐδὲ γὰρ ἐβίουν κατὰ τὸ τοῦ δημιουργοῦ βούλημα.</w:t>
      </w:r>
    </w:p>
    <w:p>
      <w:r>
        <w:rPr>
          <w:rFonts w:ascii="Courier New" w:hAnsi="Courier New"/>
          <w:color w:val="555555"/>
          <w:sz w:val="20"/>
        </w:rPr>
        <w:t>[19 . 3 . 16]</w:t>
      </w:r>
    </w:p>
    <w:p>
      <w:r>
        <w:rPr>
          <w:rFonts w:ascii="Gentium Plus" w:hAnsi="Gentium Plus"/>
          <w:sz w:val="24"/>
        </w:rPr>
        <w:t>Ἔστιν δὲ καὶ ἄλλο σημαινόμενον τοῦ γινώσκειν τὸν θεόν, ἑτέρου ὄντος τοῦ γινώσκειν τὸν θεὸν παρὰ τὸ πιστεύειν ψιλῶς εἰς τὸν θεόν, † ὡς δῆλον ἐκ τοῦ· «Ὅσα ὁ νόμος λαλεῖ, τοῖς ἐν τῷ νόμῳ «λαλεῖ» αὐτὸ ᾗ δῆλον ὅτι καὶ τοὺς προφήτας, ὧν τὰ ῥήματα, ὡς ἐν</w:t>
      </w:r>
    </w:p>
    <w:p>
      <w:r>
        <w:rPr>
          <w:rFonts w:ascii="Courier New" w:hAnsi="Courier New"/>
          <w:color w:val="555555"/>
          <w:sz w:val="20"/>
        </w:rPr>
        <w:t>[5]</w:t>
      </w:r>
    </w:p>
    <w:p>
      <w:r>
        <w:rPr>
          <w:rFonts w:ascii="Gentium Plus" w:hAnsi="Gentium Plus"/>
          <w:sz w:val="24"/>
        </w:rPr>
        <w:t>ἄλλοις ἀπεδείξαμεν, νόμος λέγεται. εἴρηται τοίνυν ἐν ψαλμοῖς· «Σχο‐</w:t>
      </w:r>
    </w:p>
    <w:p>
      <w:r>
        <w:rPr>
          <w:rFonts w:ascii="Courier New" w:hAnsi="Courier New"/>
          <w:color w:val="555555"/>
          <w:sz w:val="20"/>
        </w:rPr>
        <w:t>[19 . 3 . 17]</w:t>
      </w:r>
    </w:p>
    <w:p>
      <w:r>
        <w:rPr>
          <w:rFonts w:ascii="Gentium Plus" w:hAnsi="Gentium Plus"/>
          <w:sz w:val="24"/>
        </w:rPr>
        <w:t>«λάσατε καὶ γνῶτε ὅτι ἐγώ εἰμι ὁ θεός». τίς δ’ οὐκ ἂν ὁμολογήσαι [πιστεῦσαι] γεγράφθαι ταῦτα λαῷ πιστεύοντι εἰς τὸν δημιουργόν; ὅντινα γνῶναι οὐκ ἔστιν μὴ σχολάσαντα καὶ ἐκκαθάραντα τὸν νοῦν τῶν νοούντων καὶ θειοτέροις ὀφθαλμοῖς βλεπόντων τὸν θεὸν διὰ τὸ</w:t>
      </w:r>
    </w:p>
    <w:p>
      <w:r>
        <w:rPr>
          <w:rFonts w:ascii="Courier New" w:hAnsi="Courier New"/>
          <w:color w:val="555555"/>
          <w:sz w:val="20"/>
        </w:rPr>
        <w:t>[5]</w:t>
      </w:r>
    </w:p>
    <w:p>
      <w:r>
        <w:rPr>
          <w:rFonts w:ascii="Gentium Plus" w:hAnsi="Gentium Plus"/>
          <w:sz w:val="24"/>
        </w:rPr>
        <w:t>καθαρὰν τὴν καρδίαν πεποιηκέναι τῆς χάριτος ταύτης ἀξιουμένων, ὡς ὁ σωτὴρ μαρτυρεῖ λέγων· «Μακάριοι οἱ καθαροὶ τῇ καρδίᾳ, ὅτι «αὐτοὶ τὸν θεὸν ὄψονται». ἅμα δὲ καὶ πρὸς τὸ «Οὐδεὶς ἔγνω τὸν «πατέρα εἰ μὴ ὁ υἱός» φήσομεν ὅτι οὐ ταὐτόν ἐστιν τὸ γινώσκειν</w:t>
      </w:r>
    </w:p>
    <w:p>
      <w:r>
        <w:rPr>
          <w:rFonts w:ascii="Courier New" w:hAnsi="Courier New"/>
          <w:color w:val="555555"/>
          <w:sz w:val="20"/>
        </w:rPr>
        <w:t>[19 . 3 . 18]</w:t>
      </w:r>
    </w:p>
    <w:p>
      <w:r>
        <w:rPr>
          <w:rFonts w:ascii="Gentium Plus" w:hAnsi="Gentium Plus"/>
          <w:sz w:val="24"/>
        </w:rPr>
        <w:t>τὸν πατέρα καὶ πιστεύειν αὐτῷ. οὐ μάχεται οὖν τὸ «Οὐδεὶς ἔγνω «τὸν πατέρα εἰ μὴ ὁ υἱός» τῷ «Ἐπίστευσεν δὲ Ἀβραὰμ τῷ θεῷ καὶ ἐλογίσθη αὐτῷ εἰς δικαιοσύνην». εἰ δέ τις οἴεται ἡμᾶς βιάζεσθαι λέγοντας μὴ ταὐτὸν εἶναι τὸ πιστεύειν τῷ γινώσκειν, καὶ ἐνδέχεσθαι</w:t>
      </w:r>
    </w:p>
    <w:p>
      <w:r>
        <w:rPr>
          <w:rFonts w:ascii="Courier New" w:hAnsi="Courier New"/>
          <w:color w:val="555555"/>
          <w:sz w:val="20"/>
        </w:rPr>
        <w:t>[5]</w:t>
      </w:r>
    </w:p>
    <w:p>
      <w:r>
        <w:rPr>
          <w:rFonts w:ascii="Gentium Plus" w:hAnsi="Gentium Plus"/>
          <w:sz w:val="24"/>
        </w:rPr>
        <w:t>πιστεύειν μὲν οὐκ ἔχειν δὲ γνῶσιν τοῦ πιστευομένου ὑπ’ αὐτοῦ, τοῦ</w:t>
      </w:r>
    </w:p>
    <w:p>
      <w:r>
        <w:rPr>
          <w:rFonts w:ascii="Courier New" w:hAnsi="Courier New"/>
          <w:color w:val="555555"/>
          <w:sz w:val="20"/>
        </w:rPr>
        <w:t>[19 . 3 . 19]</w:t>
      </w:r>
    </w:p>
    <w:p>
      <w:r>
        <w:rPr>
          <w:rFonts w:ascii="Gentium Plus" w:hAnsi="Gentium Plus"/>
          <w:sz w:val="24"/>
        </w:rPr>
        <w:t>«ἀλήθεια ἐλευθερώσει ὑμᾶς». παρατήρει γὰρ ὅτι πρὸ τοῦ «Ἐὰν «μείνητε ἐν τῷ λόγῳ τῷ ἐμῷ, γνώσεσθε τὴν ἀλήθειαν» γέγραπται· «Ἔλεγεν οὖν ὁ Ἰησοῦς πρὸς τοὺς † πιστεύοντας αὐτῷ Ἰουδαίους», καὶ ἃ ἔλεγεν ἦν· «Ἐὰν μείνητε ἐν τῷ λόγῳ τῷ ἐμῷ, γνώσεσθε τὴν</w:t>
      </w:r>
    </w:p>
    <w:p>
      <w:r>
        <w:rPr>
          <w:rFonts w:ascii="Courier New" w:hAnsi="Courier New"/>
          <w:color w:val="555555"/>
          <w:sz w:val="20"/>
        </w:rPr>
        <w:t>[19 . 3 . 20]</w:t>
      </w:r>
    </w:p>
    <w:p>
      <w:r>
        <w:rPr>
          <w:rFonts w:ascii="Gentium Plus" w:hAnsi="Gentium Plus"/>
          <w:sz w:val="24"/>
        </w:rPr>
        <w:t>«ἀλήθειαν». πολὺ δὲ διαφέρει τὸ πρὸς τῷ πιστεύειν ἐγνωκέναι τοῦ πιστεύειν μόνον· «Ὧι μὲν γὰρ διὰ τοῦ πνεύματος δίδοται λόγος «σοφίας, ἄλλῳ δὲ λόγος γνώσεως κατὰ τὸ αὐτὸ πνεῦμα, ἑτέρῳ πίστις «ἐν τῷ αὐτῷ πνεύματι».</w:t>
      </w:r>
    </w:p>
    <w:p>
      <w:r>
        <w:rPr>
          <w:rFonts w:ascii="Courier New" w:hAnsi="Courier New"/>
          <w:color w:val="555555"/>
          <w:sz w:val="20"/>
        </w:rPr>
        <w:t>[19 . 4 . 21]</w:t>
      </w:r>
    </w:p>
    <w:p>
      <w:r>
        <w:rPr>
          <w:rFonts w:ascii="Gentium Plus" w:hAnsi="Gentium Plus"/>
          <w:sz w:val="24"/>
        </w:rPr>
        <w:t>Καὶ ταῦτα μὲν ὑπὲρ τοῦ παραστῆσαι ἕτερον εἶναι τὸ γι‐ νώσκεσθαι τὸν θεὸν τοῦ πιστεύεσθαι· ὡς δὲ πρὸς τὸ ἀκριβὲς καὶ τοῦτο τοῖς εἰρημένοις προσαποδώσομεν, ὅτι πρὸς οὕς φησιν· «Οὔτε «ἐμὲ οἴδατε, οὔτε τὸν πατέρα μου» Φαρισαίους, εὐλόγως ἂν εἶπέν</w:t>
      </w:r>
    </w:p>
    <w:p>
      <w:r>
        <w:rPr>
          <w:rFonts w:ascii="Courier New" w:hAnsi="Courier New"/>
          <w:color w:val="555555"/>
          <w:sz w:val="20"/>
        </w:rPr>
        <w:t>[5]</w:t>
      </w:r>
    </w:p>
    <w:p>
      <w:r>
        <w:rPr>
          <w:rFonts w:ascii="Gentium Plus" w:hAnsi="Gentium Plus"/>
          <w:sz w:val="24"/>
        </w:rPr>
        <w:t>τις· ἀλλ’ οὐδὲ πιστεύετε εἰς τὸν πατέρα μου· τῷ γὰρ ἀποσταλέντι ἀπὸ τοῦ πατρὸς οὐκ ἐπίστευσαν, ὁ δὲ ἀρνούμενος τὸν υἱὸν οὐδαμῶς τὸν</w:t>
      </w:r>
    </w:p>
    <w:p>
      <w:r>
        <w:rPr>
          <w:rFonts w:ascii="Courier New" w:hAnsi="Courier New"/>
          <w:color w:val="555555"/>
          <w:sz w:val="20"/>
        </w:rPr>
        <w:t>[19 . 4 . 22]</w:t>
      </w:r>
    </w:p>
    <w:p>
      <w:r>
        <w:rPr>
          <w:rFonts w:ascii="Gentium Plus" w:hAnsi="Gentium Plus"/>
          <w:sz w:val="24"/>
        </w:rPr>
        <w:t>πατέρα ἔχει· καὶ οὐδαμῶς φημί, ὅτι οὔτε κατὰ πίστιν οὔτε κατὰ γνῶσιν. ὅρα δὲ εἰ μὴ καὶ ἄλλως ἡ γραφὴ τοὺς ἀνακεκραμένους τινὶ καὶ ἑνωθέν‐ τας γινώσκειν ἐκεῖνό φησιν, ᾧ ἀνεκράθησαν καὶ κεκοινωνήκασιν· πρὸ δὲ τῆς τοιαύτης ἑνώσεως καὶ κοινωνίας κἂν τοὺς λόγους καταλαμβάνω‐</w:t>
      </w:r>
    </w:p>
    <w:p>
      <w:r>
        <w:rPr>
          <w:rFonts w:ascii="Courier New" w:hAnsi="Courier New"/>
          <w:color w:val="555555"/>
          <w:sz w:val="20"/>
        </w:rPr>
        <w:t>[19 . 4 . 23]</w:t>
      </w:r>
    </w:p>
    <w:p>
      <w:r>
        <w:rPr>
          <w:rFonts w:ascii="Gentium Plus" w:hAnsi="Gentium Plus"/>
          <w:sz w:val="24"/>
        </w:rPr>
        <w:t>σιν περί τινος, οὐ γινώσκουσιν ἐκεῖνο. ὁ γοῦν Ἀδὰμ περὶ τῆς Εὔας λέγων· «Τοῦτο νῦν ὀστοῦν ἐκ τῶν ὀστέων μου καὶ σὰρξ ἐκ τῆς «σαρκός μου» οὐκ ᾔδει τὴν γυναῖκα· ὅτε γὰρ αὐτῇ ἐκολλήθη, τότε εἴρηται· «Ἔγνω δὲ Ἀδὰμ Εὔαν τὴν γυναῖκα αὐτοῦ». καὶ εἴ τίς γε</w:t>
      </w:r>
    </w:p>
    <w:p>
      <w:r>
        <w:rPr>
          <w:rFonts w:ascii="Courier New" w:hAnsi="Courier New"/>
          <w:color w:val="555555"/>
          <w:sz w:val="20"/>
        </w:rPr>
        <w:t>[5]</w:t>
      </w:r>
    </w:p>
    <w:p>
      <w:r>
        <w:rPr>
          <w:rFonts w:ascii="Gentium Plus" w:hAnsi="Gentium Plus"/>
          <w:sz w:val="24"/>
        </w:rPr>
        <w:t>προσκόπτοι διὰ τὸ παρειληφέναι ἡμᾶς εἰς τὴν περὶ θεοῦ γνῶσιν παρά‐ δειγμα τὸ «Ἔγνω δὲ Ἀδὰμ Εὔαν τὴν γυναῖκα αὐτοῦ»· πρῶτον μὲν τῷ «Τὸ μυστήριον τοῦτο μέγα ἐστίν» ἐπιστησάτω· δεύτερον δὲ ἀντιπαρα‐ θέτω τὸ περὶ ἄρρενος καὶ θηλείας λεγόμενον παρὰ τῷ ἀποστόλῳ· τῇ αὐτῇ λέξει χρῆται περὶ ἀνθρώπου καὶ κυρίου· «Ὁ κολλώμενος</w:t>
      </w:r>
    </w:p>
    <w:p>
      <w:r>
        <w:rPr>
          <w:rFonts w:ascii="Courier New" w:hAnsi="Courier New"/>
          <w:color w:val="555555"/>
          <w:sz w:val="20"/>
        </w:rPr>
        <w:t>[10]</w:t>
      </w:r>
    </w:p>
    <w:p>
      <w:r>
        <w:rPr>
          <w:rFonts w:ascii="Gentium Plus" w:hAnsi="Gentium Plus"/>
          <w:sz w:val="24"/>
        </w:rPr>
        <w:t>«τῇ πόρνῃ ἓν σῶμά ἐστιν καὶ ὁ κολλώμενος τῷ κυρίῳ ἓν πνεῦμά</w:t>
      </w:r>
    </w:p>
    <w:p>
      <w:r>
        <w:rPr>
          <w:rFonts w:ascii="Courier New" w:hAnsi="Courier New"/>
          <w:color w:val="555555"/>
          <w:sz w:val="20"/>
        </w:rPr>
        <w:t>[19 . 4 . 24]</w:t>
      </w:r>
    </w:p>
    <w:p>
      <w:r>
        <w:rPr>
          <w:rFonts w:ascii="Gentium Plus" w:hAnsi="Gentium Plus"/>
          <w:sz w:val="24"/>
        </w:rPr>
        <w:t>«ἐστιν». ἐγνωκέτω μὲν οὖν ὁ κολλώμενος τῇ πόρνῃ τὴν πόρνην, καὶ ὁ κολλώμενος τῇ γυναικὶ τὴν γυναῖκα, μᾶλλον δὲ τούτου καὶ ἁγίως ἐγνωκέτω ὁ κολλώμενος τῷ κυρίῳ τὸν κύριον. εἰ δὲ τοῦθ’ οὕτως</w:t>
      </w:r>
    </w:p>
    <w:p>
      <w:r>
        <w:rPr>
          <w:rFonts w:ascii="Courier New" w:hAnsi="Courier New"/>
          <w:color w:val="555555"/>
          <w:sz w:val="20"/>
        </w:rPr>
        <w:t>[5]</w:t>
      </w:r>
    </w:p>
    <w:p>
      <w:r>
        <w:rPr>
          <w:rFonts w:ascii="Gentium Plus" w:hAnsi="Gentium Plus"/>
          <w:sz w:val="24"/>
        </w:rPr>
        <w:t>ἦν ὁ λέγων· «Οὔτε ἐμὲ οἴδατε οὔτε τὸν πατέρα μου». εἰ δὲ μὴ οὕτως ἐκλαμβάνοιμεν (λέγω δὲ κατὰ τὴν τελευταίαν ἐκδοχήν) τὸ γινώσκειν ἀντὶ τοῦ ἀνακεκρᾶσθαι καὶ ἡνῶσθαι, διηγείσθω τις τὸ «Νῦν δὲ γνόντες «θεόν, μᾶλλον δὲ γνωσθέντες ὑπὸ τοῦ θεοῦ» καὶ τὸ «Ἔγνω κύριος</w:t>
      </w:r>
    </w:p>
    <w:p>
      <w:r>
        <w:rPr>
          <w:rFonts w:ascii="Courier New" w:hAnsi="Courier New"/>
          <w:color w:val="555555"/>
          <w:sz w:val="20"/>
        </w:rPr>
        <w:t>[19 . 4 . 25]</w:t>
      </w:r>
    </w:p>
    <w:p>
      <w:r>
        <w:rPr>
          <w:rFonts w:ascii="Gentium Plus" w:hAnsi="Gentium Plus"/>
          <w:sz w:val="24"/>
        </w:rPr>
        <w:t>«τοὺς ὄντας αὐτοῦ». κατὰ γὰρ ἡμᾶς ἔγνω κύριος τοὺς ὄντας αὐτοῦ ἀνακραθεὶς αὐτοῖς καὶ μεταδεδωκὼς αὐτοῖς τῆς ἑαυτοῦ θειότητος καὶ ἀνειληφὼς αὐτούς, ὡς ἡ τοῦ εὐαγγελίου λέξις φησίν, εἰς τὴν ἑαυτοῦ χεῖρα, ἐν τῇ χειρὶ τοῦ πατρὸς ὄντων τῶν εἰς τὸν σωτῆρα πεπιστευ‐</w:t>
      </w:r>
    </w:p>
    <w:p>
      <w:r>
        <w:rPr>
          <w:rFonts w:ascii="Courier New" w:hAnsi="Courier New"/>
          <w:color w:val="555555"/>
          <w:sz w:val="20"/>
        </w:rPr>
        <w:t>[5]</w:t>
      </w:r>
    </w:p>
    <w:p>
      <w:r>
        <w:rPr>
          <w:rFonts w:ascii="Gentium Plus" w:hAnsi="Gentium Plus"/>
          <w:sz w:val="24"/>
        </w:rPr>
        <w:t>κότων· διὸ καὶ εἰ μὴ πέσοιεν ἀπ’ αὐτῆς ἑαυτοὺς μακρύνοντες ἀπὸ τῆς χειρὸς τοῦ θεοῦ, οὐχ ἁρπαγήσονται· οὐδεὶς γὰρ ἁρπάζει ἐκ τῆς χει‐ ρὸς τοῦ πατρός.</w:t>
      </w:r>
    </w:p>
    <w:p>
      <w:r>
        <w:rPr>
          <w:rFonts w:ascii="Courier New" w:hAnsi="Courier New"/>
          <w:color w:val="555555"/>
          <w:sz w:val="20"/>
        </w:rPr>
        <w:t>[19 . 5 . 26]</w:t>
      </w:r>
    </w:p>
    <w:p>
      <w:r>
        <w:rPr>
          <w:rFonts w:ascii="Gentium Plus" w:hAnsi="Gentium Plus"/>
          <w:sz w:val="24"/>
        </w:rPr>
        <w:t>Μετὰ ταῦτα ζητήσεις εἰς τὸ αὐτό, λέγω δὲ τὸ «Οὔτε ἐμὲ «οἴδατε οὔτε τὸν πατέρα μου», εἰ ἔστιν γινώσκοντά τινα τὸν θεὸν μὴ γινώσκειν τὸν πατέρα· εἰ γὰρ ἑτέρα αὐτοῦ ἐπίνοιά ἐστιν καθ’ ὅ ἐστιν πατήρ, καὶ ἑτέρα καθ’ ὅ ἐστιν ὁ θεός, τάχα ἔστιν τινὰ γινώ‐</w:t>
      </w:r>
    </w:p>
    <w:p>
      <w:r>
        <w:rPr>
          <w:rFonts w:ascii="Courier New" w:hAnsi="Courier New"/>
          <w:color w:val="555555"/>
          <w:sz w:val="20"/>
        </w:rPr>
        <w:t>[5]</w:t>
      </w:r>
    </w:p>
    <w:p>
      <w:r>
        <w:rPr>
          <w:rFonts w:ascii="Gentium Plus" w:hAnsi="Gentium Plus"/>
          <w:sz w:val="24"/>
        </w:rPr>
        <w:t>σκειν μὲν τὸν θεόν, μὴ γινώσκειν δὲ τὸν πατέρα παρὰ τὸ εἰδέναι</w:t>
      </w:r>
    </w:p>
    <w:p>
      <w:r>
        <w:rPr>
          <w:rFonts w:ascii="Courier New" w:hAnsi="Courier New"/>
          <w:color w:val="555555"/>
          <w:sz w:val="20"/>
        </w:rPr>
        <w:t>[19 . 5 . 27]</w:t>
      </w:r>
    </w:p>
    <w:p>
      <w:r>
        <w:rPr>
          <w:rFonts w:ascii="Gentium Plus" w:hAnsi="Gentium Plus"/>
          <w:sz w:val="24"/>
        </w:rPr>
        <w:t>αὐτὸν θεόν, μὴ γινώσκειν δὲ τὸν πατέρα. φησὶν οὖν ὁ σωτὴρ μετὰ τὴν ἀνάστασιν τῇ Μαρίᾳ· «Πορεύου δὲ πρὸς τοὺς ἀδελφούς μου καὶ «εἰπὲ αὐτοῖς· Πορεύομαι πρὸς τὸν πατέρα μου καὶ πατέρα ὑμῶν καὶ «θεόν μου καὶ θεὸν ὑμῶν». καὶ ἔστιν γε τοῖς ἑτεροδόξοις λέγειν</w:t>
      </w:r>
    </w:p>
    <w:p>
      <w:r>
        <w:rPr>
          <w:rFonts w:ascii="Courier New" w:hAnsi="Courier New"/>
          <w:color w:val="555555"/>
          <w:sz w:val="20"/>
        </w:rPr>
        <w:t>[5]</w:t>
      </w:r>
    </w:p>
    <w:p>
      <w:r>
        <w:rPr>
          <w:rFonts w:ascii="Gentium Plus" w:hAnsi="Gentium Plus"/>
          <w:sz w:val="24"/>
        </w:rPr>
        <w:t>χαριζόμενον αὐτοῖς ὅτι οὐκ ἔγνωσαν τὸν πατέρα Μωϋσῆς καὶ οἱ προφῆται· ὅπερ τάχα οὐκ ἔστιν ἀληθές· ὅτι πάντως ὁ μὴ ἐγνωκὼς τὸν πατέρα οὐκ ἔγνω τὸν υἱόν· ὁ μὲν γὰρ υἱὸς ἔγνω τὸν πατέρα, ὁ δὲ θεράπων τὸν κύριον· καὶ ὥσπερ οὐκ ἂν ἀσεβήσαιμεν λέγοντες ὅτι ὁ υἱὸς οὐκ ἔγνω τὸν κύριον (υἱὸς γὰρ ὢν οὐ πεπείραται τοῦ πατρὸς</w:t>
      </w:r>
    </w:p>
    <w:p>
      <w:r>
        <w:rPr>
          <w:rFonts w:ascii="Courier New" w:hAnsi="Courier New"/>
          <w:color w:val="555555"/>
          <w:sz w:val="20"/>
        </w:rPr>
        <w:t>[10]</w:t>
      </w:r>
    </w:p>
    <w:p>
      <w:r>
        <w:rPr>
          <w:rFonts w:ascii="Gentium Plus" w:hAnsi="Gentium Plus"/>
          <w:sz w:val="24"/>
        </w:rPr>
        <w:t>δεσπότου), οὕτω τηροῦντες τὸν αὐτὸν θεὸν οὐδὲν ἄτοπον παραδεξό‐ μεθα λέγοντες ὅτι τῷ μὲν υἱῷ ἔπρεπεν γινώσκειν τὸν πατέρα, τῷ δὲ θεράποντι τὸν κύριον, καὶ οὔτε ὁ θεράπων ἔγνω τὸν πατέρα οὔτε</w:t>
      </w:r>
    </w:p>
    <w:p>
      <w:r>
        <w:rPr>
          <w:rFonts w:ascii="Courier New" w:hAnsi="Courier New"/>
          <w:color w:val="555555"/>
          <w:sz w:val="20"/>
        </w:rPr>
        <w:t>[19 . 5 . 28]</w:t>
      </w:r>
    </w:p>
    <w:p>
      <w:r>
        <w:rPr>
          <w:rFonts w:ascii="Gentium Plus" w:hAnsi="Gentium Plus"/>
          <w:sz w:val="24"/>
        </w:rPr>
        <w:t>ὁ υἱὸς τὸν κύριον. μυρίων γοῦν οὐσῶν εὐχῶν ἀναγεγραμμένων ἐν τοῖς ψαλμοῖς καὶ τοῖς προφήταις, ἀλλὰ καὶ τῷ νόμῳ, οὐ πάνυ τι εὕρομεν εὐξάμενόν τινα καὶ λέγοντα τῷ θεῷ· «Πάτερ», τάχα ἐπεὶ οὐκ ἔγνωσαν τὸν πατέρα· εὔχονται δὲ αὐτῷ ὡς θεῷ καὶ κυρίῳ,</w:t>
      </w:r>
    </w:p>
    <w:p>
      <w:r>
        <w:rPr>
          <w:rFonts w:ascii="Courier New" w:hAnsi="Courier New"/>
          <w:color w:val="555555"/>
          <w:sz w:val="20"/>
        </w:rPr>
        <w:t>[5]</w:t>
      </w:r>
    </w:p>
    <w:p>
      <w:r>
        <w:rPr>
          <w:rFonts w:ascii="Gentium Plus" w:hAnsi="Gentium Plus"/>
          <w:sz w:val="24"/>
        </w:rPr>
        <w:t>περιμένοντες τὸν τὸ πνεῦμα τῆς υἱοθεσίας ἐκχέοντα οὐκ ἔλαττον ἐπ’</w:t>
      </w:r>
    </w:p>
    <w:p>
      <w:r>
        <w:rPr>
          <w:rFonts w:ascii="Courier New" w:hAnsi="Courier New"/>
          <w:color w:val="555555"/>
          <w:sz w:val="20"/>
        </w:rPr>
        <w:t>[10]</w:t>
      </w:r>
    </w:p>
    <w:p>
      <w:r>
        <w:rPr>
          <w:rFonts w:ascii="Gentium Plus" w:hAnsi="Gentium Plus"/>
          <w:sz w:val="24"/>
        </w:rPr>
        <w:t>ταλάβωσιν τὴν διὰ τοῦ Ἰησοῦ ἐκκενουμένην παντὶ τῷ κόσμῳ χάριν, πάντας καλοῦντος ἐπὶ τὴν υἱοθεσίαν, ἵνα διηγήσηται τὸ ὄνομα τοῦ θεοῦ τοῖς ἀδελφοῖς αὐτοῦ καὶ ἐν μέσῳ ἐκκλησίας ὑμνήσῃ τὸν πατέρα κατὰ τὸ γεγραμμένον· «Διηγήσομαι τὸ ὄνομά σου τοῖς ἀδελφοῖς μου,</w:t>
      </w:r>
    </w:p>
    <w:p>
      <w:r>
        <w:rPr>
          <w:rFonts w:ascii="Courier New" w:hAnsi="Courier New"/>
          <w:color w:val="555555"/>
          <w:sz w:val="20"/>
        </w:rPr>
        <w:t>[19 . 5 . 29]</w:t>
      </w:r>
    </w:p>
    <w:p>
      <w:r>
        <w:rPr>
          <w:rFonts w:ascii="Gentium Plus" w:hAnsi="Gentium Plus"/>
          <w:sz w:val="24"/>
        </w:rPr>
        <w:t>ἐν μέσῳ ἐκκλησίας ὑμνήσω σε». ὅτι μέντοι γε ὁ αὐτός ἐστιν θεὸς τῶν προφητῶν καὶ τοῦ κόσμου δημιουργός, πολλαχόθεν μὲν ἔστιν θεωρῆσαι· ἀρκεῖ δὲ ἐπὶ τοῦ παρόντος θεωρῆσαι τήν τε Στεφάνου ἀπὸ τῶν Πράξεων πρὸς τὸν λαὸν δημηγορίαν οὕτω λέγοντος· «Ἄνδρες</w:t>
      </w:r>
    </w:p>
    <w:p>
      <w:r>
        <w:rPr>
          <w:rFonts w:ascii="Courier New" w:hAnsi="Courier New"/>
          <w:color w:val="555555"/>
          <w:sz w:val="20"/>
        </w:rPr>
        <w:t>[19 . 5 . 30]</w:t>
      </w:r>
    </w:p>
    <w:p>
      <w:r>
        <w:rPr>
          <w:rFonts w:ascii="Gentium Plus" w:hAnsi="Gentium Plus"/>
          <w:sz w:val="24"/>
        </w:rPr>
        <w:t>«ἀδελφοὶ καὶ πατέρες, ἀκούσατε. ὁ θεὸς τῆς δόξης ὤφθη τῷ πατρὶ «ἡμῶν Ἀβραὰμ ὄντι ἐν τῇ Μεσοποταμίᾳ πρὶν ἢ οἰκῆσαι αὐτὸν ἐν «Χαρράν, καὶ εἶπεν πρὸς αὐτόν· Ἔξελθε ἐκ τῆς γῆς σου καὶ ἐκ τῆς «συγγενείας σου» καὶ τὰ ἑξῆς· δι’ ὅλου γὰρ τοῦ λόγου ἀναντιρρήτως</w:t>
      </w:r>
    </w:p>
    <w:p>
      <w:r>
        <w:rPr>
          <w:rFonts w:ascii="Courier New" w:hAnsi="Courier New"/>
          <w:color w:val="555555"/>
          <w:sz w:val="20"/>
        </w:rPr>
        <w:t>[5]</w:t>
      </w:r>
    </w:p>
    <w:p>
      <w:r>
        <w:rPr>
          <w:rFonts w:ascii="Gentium Plus" w:hAnsi="Gentium Plus"/>
          <w:sz w:val="24"/>
        </w:rPr>
        <w:t>ἔστιν μαθεῖν τὸν τῶν προφητῶν θεὸν πατέρα εἶναι Χριστοῦ Ἰησοῦ·</w:t>
      </w:r>
    </w:p>
    <w:p>
      <w:r>
        <w:rPr>
          <w:rFonts w:ascii="Courier New" w:hAnsi="Courier New"/>
          <w:color w:val="555555"/>
          <w:sz w:val="20"/>
        </w:rPr>
        <w:t>[19 . 5 . 31]</w:t>
      </w:r>
    </w:p>
    <w:p>
      <w:r>
        <w:rPr>
          <w:rFonts w:ascii="Gentium Plus" w:hAnsi="Gentium Plus"/>
          <w:sz w:val="24"/>
        </w:rPr>
        <w:t>καὶ ἐκ τῆς πρὸς Ῥωμαίους ἐπιστολῆς τοῦ ἀποστόλου ἐν τούτοις· «Παῦλος δοῦλος Χριστοῦ Ἰησοῦ, κλητὸς ἀπόστολος, ἀφωρισμένος εἰς «εὐαγγέλιον θεοῦ, ὃ προεπηγγείλατο διὰ τῶν προφητῶν αὐτοῦ ἐν «γραφαῖς ἁγίαις περὶ τοῦ υἱοῦ αὐτοῦ, τοῦ γενομένου ἐκ σπέρματος</w:t>
      </w:r>
    </w:p>
    <w:p>
      <w:r>
        <w:rPr>
          <w:rFonts w:ascii="Courier New" w:hAnsi="Courier New"/>
          <w:color w:val="555555"/>
          <w:sz w:val="20"/>
        </w:rPr>
        <w:t>[5]</w:t>
      </w:r>
    </w:p>
    <w:p>
      <w:r>
        <w:rPr>
          <w:rFonts w:ascii="Gentium Plus" w:hAnsi="Gentium Plus"/>
          <w:sz w:val="24"/>
        </w:rPr>
        <w:t>«Δαβὶδ κατὰ σάρκα, τοῦ ὁρισθέντος υἱοῦ θεοῦ ἐν δυνάμει κατὰ «πνεῦμα ἁγιωσύνης ἐξ ἀναστάσεως νεκρῶν, Ἰησοῦ Χριστοῦ τοῦ κυρίου «ἡμῶν, δι’ οὗ ἐλάβομεν χάριν καὶ ἀποστολὴν εἰς ὑπακοὴν πίστεως ἐν «πᾶσι τοῖς ἔθνεσιν ὑπὲρ τοῦ ὀνόματος αὐτοῦ, ἐν οἷς ἐστὲ καὶ ὑμεῖς «κλητοὶ Ἰησοῦ Χριστοῦ, πᾶσι τοῖς οὖσιν ἐν Ῥώμῃ ἀγαπητοῖς θεοῦ,</w:t>
      </w:r>
    </w:p>
    <w:p>
      <w:r>
        <w:rPr>
          <w:rFonts w:ascii="Courier New" w:hAnsi="Courier New"/>
          <w:color w:val="555555"/>
          <w:sz w:val="20"/>
        </w:rPr>
        <w:t>[10]</w:t>
      </w:r>
    </w:p>
    <w:p>
      <w:r>
        <w:rPr>
          <w:rFonts w:ascii="Gentium Plus" w:hAnsi="Gentium Plus"/>
          <w:sz w:val="24"/>
        </w:rPr>
        <w:t>«κλητοῖς ἁγίοις. χάρις ὑμῖν καὶ εἰρήνη ἀπὸ θεοῦ πατρὸς ἡμῶν καὶ</w:t>
      </w:r>
    </w:p>
    <w:p>
      <w:r>
        <w:rPr>
          <w:rFonts w:ascii="Courier New" w:hAnsi="Courier New"/>
          <w:color w:val="555555"/>
          <w:sz w:val="20"/>
        </w:rPr>
        <w:t>[19 . 5 . 32]</w:t>
      </w:r>
    </w:p>
    <w:p>
      <w:r>
        <w:rPr>
          <w:rFonts w:ascii="Gentium Plus" w:hAnsi="Gentium Plus"/>
          <w:sz w:val="24"/>
        </w:rPr>
        <w:t>«κυρίου Ἰησοῦ Χριστοῦ». σαφῶς γὰρ ἀπὸ τούτων μεμαθήκαμεν ὅτι ὁ δημιουργὸς καὶ θεὸς τῶν προφητῶν καὶ πατὴρ τοῦ χριστοῦ θεός τε καὶ πατὴρ ἡμῶν ἐστιν.</w:t>
      </w:r>
    </w:p>
    <w:p>
      <w:r>
        <w:rPr>
          <w:rFonts w:ascii="Courier New" w:hAnsi="Courier New"/>
          <w:color w:val="555555"/>
          <w:sz w:val="20"/>
        </w:rPr>
        <w:t>[19 . 6 . 33]</w:t>
      </w:r>
    </w:p>
    <w:p>
      <w:r>
        <w:rPr>
          <w:rFonts w:ascii="Gentium Plus" w:hAnsi="Gentium Plus"/>
          <w:sz w:val="24"/>
        </w:rPr>
        <w:t>Φαρισαῖοι τοίνυν οὐ μόνον γνῶσιν οὐκ εἶχον, οὔτε καθ’ ὃ πατὴρ οὔτε καθ’ ὃ θεός, τοῦ δεδωκότος τὸν νόμον πατρὸς τοῦ χρι‐ στοῦ· ἀλλ’ οὐδὲ ἐπίστευον αὐτῷ ὁμολογουμένως μὲν καθ’ ὃ πατὴρ ἦν Ἰησοῦ καὶ θεὸς αὐτοῦ, τάχα δὲ 〈οὐδὲ〉 καθ’ ὃ ὁ θεὸς ὁ κτίσας τὰ</w:t>
      </w:r>
    </w:p>
    <w:p>
      <w:r>
        <w:rPr>
          <w:rFonts w:ascii="Courier New" w:hAnsi="Courier New"/>
          <w:color w:val="555555"/>
          <w:sz w:val="20"/>
        </w:rPr>
        <w:t>[19 . 6 . 34]</w:t>
      </w:r>
    </w:p>
    <w:p>
      <w:r>
        <w:rPr>
          <w:rFonts w:ascii="Gentium Plus" w:hAnsi="Gentium Plus"/>
          <w:sz w:val="24"/>
        </w:rPr>
        <w:t>πάντα ἦν. ἀλλ’ οὐδὲ τὸν χριστὸν ᾔδεισαν, καὶ καλῶς ἐλέγχει αὐτοὺς</w:t>
      </w:r>
    </w:p>
    <w:p>
      <w:r>
        <w:rPr>
          <w:rFonts w:ascii="Courier New" w:hAnsi="Courier New"/>
          <w:color w:val="555555"/>
          <w:sz w:val="20"/>
        </w:rPr>
        <w:t>[19 . 6 . 35]</w:t>
      </w:r>
    </w:p>
    <w:p>
      <w:r>
        <w:rPr>
          <w:rFonts w:ascii="Gentium Plus" w:hAnsi="Gentium Plus"/>
          <w:sz w:val="24"/>
        </w:rPr>
        <w:t>ἢ οὔ; καὶ ἡγοῦμαι μὴ ἴσον ταῦτα δύνασθαι ἀλλήλοις, τῷ ἀναβαίνειν ἀπὸ τῆς γνώσεως τοῦ υἱοῦ ἐπὶ τὴν γνῶσιν τοῦ πατρὸς τὸν γινώ‐ σκοντα τὸν πατέρα, καὶ μὴ ἄλλως ὁρᾶσθαι τὸν πατέρα ἢ τῷ ὁρᾶσθαι τὸν υἱόν· «Ὁ γὰρ ἑωρακώς, φησίν, ἐμὲ ἑώρακε τὸν πέμψαντά με»·</w:t>
      </w:r>
    </w:p>
    <w:p>
      <w:r>
        <w:rPr>
          <w:rFonts w:ascii="Courier New" w:hAnsi="Courier New"/>
          <w:color w:val="555555"/>
          <w:sz w:val="20"/>
        </w:rPr>
        <w:t>[5]</w:t>
      </w:r>
    </w:p>
    <w:p>
      <w:r>
        <w:rPr>
          <w:rFonts w:ascii="Gentium Plus" w:hAnsi="Gentium Plus"/>
          <w:sz w:val="24"/>
        </w:rPr>
        <w:t>οὐκ ἂν δὲ εἰρήκει τὸ «Ὁ ἑωρακὼς τὸν πατέρα ἑώρακέν με», ἐπείπερ ὁ τὸν λόγον τεθεωρηκώς τοῦ θεοῦ θεωρεῖ τὸν θεόν, ἀναβαίνων ἀπὸ τοῦ λόγου πρὸς τὸν θεόν· ἀμήχανον δέ ἐστιν μὴ ἀπὸ τοῦ λόγου</w:t>
      </w:r>
    </w:p>
    <w:p>
      <w:r>
        <w:rPr>
          <w:rFonts w:ascii="Courier New" w:hAnsi="Courier New"/>
          <w:color w:val="555555"/>
          <w:sz w:val="20"/>
        </w:rPr>
        <w:t>[19 . 6 . 36]</w:t>
      </w:r>
    </w:p>
    <w:p>
      <w:r>
        <w:rPr>
          <w:rFonts w:ascii="Gentium Plus" w:hAnsi="Gentium Plus"/>
          <w:sz w:val="24"/>
        </w:rPr>
        <w:t>θεωρῆσαι τὸν θεόν. καὶ ὁ θεωρῶν τὴν σοφίαν, ἣν ἔκτισεν ὁ θεὸς πρὸ τῶν αἰώνων εἰς ἔργα αὐτοῦ, ἀναβαίνει ἀπὸ τοῦ ἐγνωκέναι τὴν σοφίαν ἐπὶ τὸν πατέρα αὐτῆς· ἀδύνατον δὲ χωρὶς τῆς σοφίας προα‐</w:t>
      </w:r>
    </w:p>
    <w:p>
      <w:r>
        <w:rPr>
          <w:rFonts w:ascii="Courier New" w:hAnsi="Courier New"/>
          <w:color w:val="555555"/>
          <w:sz w:val="20"/>
        </w:rPr>
        <w:t>[19 . 6 . 37]</w:t>
      </w:r>
    </w:p>
    <w:p>
      <w:r>
        <w:rPr>
          <w:rFonts w:ascii="Gentium Plus" w:hAnsi="Gentium Plus"/>
          <w:sz w:val="24"/>
        </w:rPr>
        <w:t>γωγῆς νοηθῆναι τὸν τῆς σοφίας θεόν. 〈τὸ〉 δ’ αὐτὸ ἐρεῖς καὶ περὶ τῆς ἀληθείας· οὐ γὰρ νοεῖ τις τὸν θεὸν ἢ θεωρεῖ αὐτόν, καὶ μετὰ ταῦτα τὴν ἀλήθειαν, ἀλλὰ πρότερον τὴν ἀλήθειαν, ἵν’ οὕτως ἔλθῃ ἐπὶ τὸ ἐνιδεῖν τῇ οὐσίᾳ ἢ τῇ ὑπερέκεινα τῆς οὐσίας δυνάμει καὶ</w:t>
      </w:r>
    </w:p>
    <w:p>
      <w:r>
        <w:rPr>
          <w:rFonts w:ascii="Courier New" w:hAnsi="Courier New"/>
          <w:color w:val="555555"/>
          <w:sz w:val="20"/>
        </w:rPr>
        <w:t>[19 . 6 . 38]</w:t>
      </w:r>
    </w:p>
    <w:p>
      <w:r>
        <w:rPr>
          <w:rFonts w:ascii="Gentium Plus" w:hAnsi="Gentium Plus"/>
          <w:sz w:val="24"/>
        </w:rPr>
        <w:t>φύσει τοῦ θεοῦ. καὶ τάχα γε ὥσπερ κατὰ τὸν ναὸν ἀναβαθμοί τινες ἦσαν, δι’ ὧν εἰσῄει τις εἰς τὰ ἅγια τῶν ἁγίων, οὕτως οἱ πάντες ἡμῶν ἀναβαθμοὶ ὁ μονογενής ἐστιν τοῦ θεοῦ· καὶ ὥσπερ τῶν ἀναβαθμῶν ὁ μέν ἐστιν πρῶτος ἐπὶ τὰ κάτω, ὁ δὲ τούτου ἀνωτέρω, καὶ οὕτως</w:t>
      </w:r>
    </w:p>
    <w:p>
      <w:r>
        <w:rPr>
          <w:rFonts w:ascii="Courier New" w:hAnsi="Courier New"/>
          <w:color w:val="555555"/>
          <w:sz w:val="20"/>
        </w:rPr>
        <w:t>[5]</w:t>
      </w:r>
    </w:p>
    <w:p>
      <w:r>
        <w:rPr>
          <w:rFonts w:ascii="Gentium Plus" w:hAnsi="Gentium Plus"/>
          <w:sz w:val="24"/>
        </w:rPr>
        <w:t>ἐφεξῆς μέχρι τοῦ ἀνωτάτω, οὕτως οἱ μὲν πάντες εἰσὶν ἀναβαθμοὶ ὁ σωτήρ· ὁ δὲ οἷον πρῶτος κατωτέρω τὸ ἀνθρώπινον αὐτοῦ, ᾧ ἐπι‐ βαίνοντες ὁδεύομεν κατὰ τὰ ἑξῆς αὐτοῦ ὄντα τὴν πᾶσαν ἐν τοῖς ἀναβαθμοῖς ὁδόν, ὥστε ἀναβῆναι δι’ αὐτοῦ ὄντος καὶ ἀγγέλου καὶ τῶν</w:t>
      </w:r>
    </w:p>
    <w:p>
      <w:r>
        <w:rPr>
          <w:rFonts w:ascii="Courier New" w:hAnsi="Courier New"/>
          <w:color w:val="555555"/>
          <w:sz w:val="20"/>
        </w:rPr>
        <w:t>[19 . 6 . 39]</w:t>
      </w:r>
    </w:p>
    <w:p>
      <w:r>
        <w:rPr>
          <w:rFonts w:ascii="Gentium Plus" w:hAnsi="Gentium Plus"/>
          <w:sz w:val="24"/>
        </w:rPr>
        <w:t>λοιπῶν δυνάμεων. καὶ κατὰ τὰς ἐπινοίας δὲ αὐτοῦ, εἴπερ ἕτερόν ἐστιν ὁδὸς καὶ θύρα, προαπαντῆσαι δεῖ τῇ ὁδῷ, ἵνα μετὰ ταῦτα οὕτως φθάσῃ τις ἐπὶ τὴν θύραν, καὶ ἄρχοντι χρήσασθαι αὐτῷ καθ’ ὃ ποι‐ μήν ἐστιν, ἵνα τις δυνηθῇ αὐτοῦ ἀπολαῦσαι καὶ βασιλέως, ὄνασθαί</w:t>
      </w:r>
    </w:p>
    <w:p>
      <w:r>
        <w:rPr>
          <w:rFonts w:ascii="Courier New" w:hAnsi="Courier New"/>
          <w:color w:val="555555"/>
          <w:sz w:val="20"/>
        </w:rPr>
        <w:t>[5]</w:t>
      </w:r>
    </w:p>
    <w:p>
      <w:r>
        <w:rPr>
          <w:rFonts w:ascii="Gentium Plus" w:hAnsi="Gentium Plus"/>
          <w:sz w:val="24"/>
        </w:rPr>
        <w:t>τε αὐτοῦ πρῶτον ὡς ἀμνοῦ, ἵνα πρῶτον ἄρῃ ἡμῶν τὴν ἁμαρτίαν, καὶ μετὰ ταῦτα κεκαθαρισμένοι φάγωμεν αὐτοῦ τῆς σαρκός, τῆς ἀλη‐ θινῆς τροφῆς· καὶ ἐπιμελέστερόν τις τὰ παρακείμενα τούτοις ἐξε‐ τάσας καὶ παραλαβὼν ἀκούσεται· «Εἰ ἐμὲ οἴδατε, καὶ τὸν πατέρα μου</w:t>
      </w:r>
    </w:p>
    <w:p>
      <w:r>
        <w:rPr>
          <w:rFonts w:ascii="Courier New" w:hAnsi="Courier New"/>
          <w:color w:val="555555"/>
          <w:sz w:val="20"/>
        </w:rPr>
        <w:t>[19 . 7 n]</w:t>
      </w:r>
    </w:p>
    <w:p>
      <w:r>
        <w:rPr>
          <w:rFonts w:ascii="Gentium Plus" w:hAnsi="Gentium Plus"/>
          <w:sz w:val="24"/>
        </w:rPr>
        <w:t>Ταῦτα τὰ ῥήματα ἐλάλησεν ἐν τῷ γαζοφυλακίῳ διδάσκων ἐν τῷ ἱερῷ· καὶ οὐδεὶς ἐπίασεν αὐτόν, ὅτι οὔπω ἐληλύθει ἡ ὥρα αὐτοῦ.</w:t>
      </w:r>
    </w:p>
    <w:p>
      <w:r>
        <w:rPr>
          <w:rFonts w:ascii="Courier New" w:hAnsi="Courier New"/>
          <w:color w:val="555555"/>
          <w:sz w:val="20"/>
        </w:rPr>
        <w:t>[19 . 7 . 40]</w:t>
      </w:r>
    </w:p>
    <w:p>
      <w:r>
        <w:rPr>
          <w:rFonts w:ascii="Gentium Plus" w:hAnsi="Gentium Plus"/>
          <w:sz w:val="24"/>
        </w:rPr>
        <w:t>Εἰ μή τι χρήσιμον ἦν μαθεῖν ἐκ τοῦ τὰ προειρημένα ἀπηγγέλθαι ὑπὸ τοῦ σωτῆρος λελαλῆσθαι ἐν τῷ γαζοφυλακίῳ, οὐκ ἂν προσέθηκεν ὁ εὐαγγελιστὴς οἷς εἶπεν ὁ Ἰησοῦς τὸ «Ταῦτα τὰ «ῥήματα ἐλάλησεν ἐν τῷ γαζοφυλακίῳ διδάσκων ἐν τῷ ἱερῷ»· καὶ</w:t>
      </w:r>
    </w:p>
    <w:p>
      <w:r>
        <w:rPr>
          <w:rFonts w:ascii="Courier New" w:hAnsi="Courier New"/>
          <w:color w:val="555555"/>
          <w:sz w:val="20"/>
        </w:rPr>
        <w:t>[5]</w:t>
      </w:r>
    </w:p>
    <w:p>
      <w:r>
        <w:rPr>
          <w:rFonts w:ascii="Gentium Plus" w:hAnsi="Gentium Plus"/>
          <w:sz w:val="24"/>
        </w:rPr>
        <w:t>πανταχοῦ γε ὅπου πρόσκειται· «Ταῦτα τὰ ῥήματα † ἃ ἐλάλησεν» ἐν</w:t>
      </w:r>
    </w:p>
    <w:p>
      <w:r>
        <w:rPr>
          <w:rFonts w:ascii="Courier New" w:hAnsi="Courier New"/>
          <w:color w:val="555555"/>
          <w:sz w:val="20"/>
        </w:rPr>
        <w:t>[19 . 7 . 41]</w:t>
      </w:r>
    </w:p>
    <w:p>
      <w:r>
        <w:rPr>
          <w:rFonts w:ascii="Gentium Plus" w:hAnsi="Gentium Plus"/>
          <w:sz w:val="24"/>
        </w:rPr>
        <w:t>τῷδέ τινι τόπῳ, ἐπιστήσας εὑρήσεις τὸ τῆς προσθήκης εὔλογον. ἵν’ οὖν νοηθῇ, τί τὸ ἐν τῷ γαζοφυλακίῳ ταῦτα τὰ ῥήματα [τὰ] ὑπὸ τοῦ Ἰησοῦ εἰρῆσθαι, παραθησόμεθα ἅπερ ἀπὸ Λουκᾶ καὶ Μάρκου μεμαθή‐ καμεν, ὀνομασάντων τὸ γαζοφυλάκιον. ἀπὸ μὲν τοῦ Λουκᾶ ταῦτα·</w:t>
      </w:r>
    </w:p>
    <w:p>
      <w:r>
        <w:rPr>
          <w:rFonts w:ascii="Courier New" w:hAnsi="Courier New"/>
          <w:color w:val="555555"/>
          <w:sz w:val="20"/>
        </w:rPr>
        <w:t>[5]</w:t>
      </w:r>
    </w:p>
    <w:p>
      <w:r>
        <w:rPr>
          <w:rFonts w:ascii="Gentium Plus" w:hAnsi="Gentium Plus"/>
          <w:sz w:val="24"/>
        </w:rPr>
        <w:t>«Ἀναβλέψας δὲ εἰς τοὺς βάλλοντας εἰς τὸ γαζοφυλάκιον τὰ δῶρα «αὐτῶν πλουσίους, εἶδέν τινα χήραν πενιχρὰν βάλλουσαν λεπτὰ δύο, «καὶ εἶπεν· Ἀληθῶς λέγω ὑμῖν ὅτι ἡ χήρα ἡ πτωχὴ αὕτη πλεῖον «πάντων ἔβαλεν· πάντες γὰρ οὗτοι ἐκ τοῦ περισσεύοντος αὐτοῖς «ἔβαλον εἰς τὰ δῶρα τοῦ θεοῦ, αὕτη δὲ ἐκ τοῦ ὑστερήματος αὐτῆς</w:t>
      </w:r>
    </w:p>
    <w:p>
      <w:r>
        <w:rPr>
          <w:rFonts w:ascii="Courier New" w:hAnsi="Courier New"/>
          <w:color w:val="555555"/>
          <w:sz w:val="20"/>
        </w:rPr>
        <w:t>[10]</w:t>
      </w:r>
    </w:p>
    <w:p>
      <w:r>
        <w:rPr>
          <w:rFonts w:ascii="Gentium Plus" w:hAnsi="Gentium Plus"/>
          <w:sz w:val="24"/>
        </w:rPr>
        <w:t>«πάντα τὸν βίον ἑαυτῆς, 〈ὃν〉 εἶχεν, ἔβαλεν»· ἀπὸ δὲ τοῦ κατὰ Μάρ‐</w:t>
      </w:r>
    </w:p>
    <w:p>
      <w:r>
        <w:rPr>
          <w:rFonts w:ascii="Courier New" w:hAnsi="Courier New"/>
          <w:color w:val="555555"/>
          <w:sz w:val="20"/>
        </w:rPr>
        <w:t>[19 . 7 . 42]</w:t>
      </w:r>
    </w:p>
    <w:p>
      <w:r>
        <w:rPr>
          <w:rFonts w:ascii="Gentium Plus" w:hAnsi="Gentium Plus"/>
          <w:sz w:val="24"/>
        </w:rPr>
        <w:t>κον· «Καὶ ἑστὼς ὁ Ἰησοῦς κατέναντι τοῦ γαζοφυλακίου ἐθεώρει, καὶ «πᾶς ἔβαλλεν χαλκὸν εἰς τὸ γαζοφυλάκιον. καὶ πολλοὶ πλούσιοι «ἔβαλλον πολλά· ἐλθοῦσα δὲ μία χήρα πτωχὴ ἔβαλεν λεπτὰ δύο, ὅ «ἐστιν κοδράντης. καὶ προσκαλεσάμενος τοὺς μαθητὰς αὐτοῦ εἶπεν</w:t>
      </w:r>
    </w:p>
    <w:p>
      <w:r>
        <w:rPr>
          <w:rFonts w:ascii="Courier New" w:hAnsi="Courier New"/>
          <w:color w:val="555555"/>
          <w:sz w:val="20"/>
        </w:rPr>
        <w:t>[5]</w:t>
      </w:r>
    </w:p>
    <w:p>
      <w:r>
        <w:rPr>
          <w:rFonts w:ascii="Gentium Plus" w:hAnsi="Gentium Plus"/>
          <w:sz w:val="24"/>
        </w:rPr>
        <w:t>«αὐτοῖς· Ἀμὴν λέγω ὑμῖν ὅτι ἡ χήρα ἡ πτωχὴ αὕτη πλεῖον πάντων «ἔβαλεν τῶν βαλλόντων εἰς τὸ γαζοφυλάκιον· πάντες γὰρ ἐκ τοῦ «περισσεύοντος αὐτοῖς ἔβαλον· αὕτη δὲ ἐκ τῆς ὑστερήσεως αὐτῆς</w:t>
      </w:r>
    </w:p>
    <w:p>
      <w:r>
        <w:rPr>
          <w:rFonts w:ascii="Courier New" w:hAnsi="Courier New"/>
          <w:color w:val="555555"/>
          <w:sz w:val="20"/>
        </w:rPr>
        <w:t>[19 . 7 . 43]</w:t>
      </w:r>
    </w:p>
    <w:p>
      <w:r>
        <w:rPr>
          <w:rFonts w:ascii="Gentium Plus" w:hAnsi="Gentium Plus"/>
          <w:sz w:val="24"/>
        </w:rPr>
        <w:t>«πάντα ὅσα εἶχεν ἔβαλεν, ὅλον τὸν βίον αὐτῆς». τί δέ μοι βούλεται ἡ τῶν ῥητῶν παράθεσις τηρήσαντι, ὅτι τὸ γαζοφυλάκιον ἐν τῷ ἱερῷ ἦν, ὑπὲρ τοῦ νοῆσαι τὴν προκειμένην τοῦ Ἰωάννου λέξιν ἤδη λέξωμεν· εἰ τὸ ἱερὸν ἀνάγομεν τοῦ θεοῦ καὶ 〈τὰ〉 κατὰ τὸν ναὸν</w:t>
      </w:r>
    </w:p>
    <w:p>
      <w:r>
        <w:rPr>
          <w:rFonts w:ascii="Courier New" w:hAnsi="Courier New"/>
          <w:color w:val="555555"/>
          <w:sz w:val="20"/>
        </w:rPr>
        <w:t>[5]</w:t>
      </w:r>
    </w:p>
    <w:p>
      <w:r>
        <w:rPr>
          <w:rFonts w:ascii="Gentium Plus" w:hAnsi="Gentium Plus"/>
          <w:sz w:val="24"/>
        </w:rPr>
        <w:t>εἰς τὸν πνευματικὸν λόγον, τούτῳ ἀκολούθως καὶ τὸ ἐν τῷ ἱερῷ γαζοφυλάκιον κατανοήσωμεν, ὅπερ ἐστὶν τόπος νομισμάτων εἰς τιμὴν</w:t>
      </w:r>
    </w:p>
    <w:p>
      <w:r>
        <w:rPr>
          <w:rFonts w:ascii="Courier New" w:hAnsi="Courier New"/>
          <w:color w:val="555555"/>
          <w:sz w:val="20"/>
        </w:rPr>
        <w:t>[19 . 7 . 44]</w:t>
      </w:r>
    </w:p>
    <w:p>
      <w:r>
        <w:rPr>
          <w:rFonts w:ascii="Gentium Plus" w:hAnsi="Gentium Plus"/>
          <w:sz w:val="24"/>
        </w:rPr>
        <w:t>θεοῦ καὶ οἰκονομίαν ἀναπαύσεως πενήτων προσφερομένων. τὰ δὲ νομίσματα τίνα ἂν εἴη ἢ οἱ θεῖοι λόγοι τὴν εἰκόνα τοῦ μεγάλου βασιλέως ἐντετυπωμένην ἔχοντες, ὑπὸ δοκίμων τραπεζιτῶν θεωρού‐ μενοι, τῶν χωρίζειν ἐπισταμένων ἀπὸ τῶν δοκίμων τὰ ἀδόκιμα 〈μὲν〉</w:t>
      </w:r>
    </w:p>
    <w:p>
      <w:r>
        <w:rPr>
          <w:rFonts w:ascii="Courier New" w:hAnsi="Courier New"/>
          <w:color w:val="555555"/>
          <w:sz w:val="20"/>
        </w:rPr>
        <w:t>[5]</w:t>
      </w:r>
    </w:p>
    <w:p>
      <w:r>
        <w:rPr>
          <w:rFonts w:ascii="Gentium Plus" w:hAnsi="Gentium Plus"/>
          <w:sz w:val="24"/>
        </w:rPr>
        <w:t>προσποιούμενα δὲ εἶναι δόκιμα καὶ τηρούντων τὴν ἐντολὴν Ἰησοῦ λέγουσαν· «Γίνεσθε δόκιμοι τραπεζῖται», καὶ τὴν Παύλου διδαχὴν φάσκοντος· «Πάντα δοκιμάζετε, τὸ καλὸν κατέχετε, ἀπὸ παντὸς «εἴδους πονηροῦ ἀπέχεσθε»; ἕκαστος δὴ συνεισφερέτω εἰς οἰκοδομὴν τῆς ἐκκλησίας φέρων ἐπὶ τὸ νοητὸν γαζοφυλάκιον ἃ δύναται εἰς</w:t>
      </w:r>
    </w:p>
    <w:p>
      <w:r>
        <w:rPr>
          <w:rFonts w:ascii="Courier New" w:hAnsi="Courier New"/>
          <w:color w:val="555555"/>
          <w:sz w:val="20"/>
        </w:rPr>
        <w:t>[10]</w:t>
      </w:r>
    </w:p>
    <w:p>
      <w:r>
        <w:rPr>
          <w:rFonts w:ascii="Gentium Plus" w:hAnsi="Gentium Plus"/>
          <w:sz w:val="24"/>
        </w:rPr>
        <w:t>τιμὴν τοῦ θεοῦ καὶ ὠφέλειαν τοῦ κοινοῦ.</w:t>
      </w:r>
    </w:p>
    <w:p>
      <w:r>
        <w:rPr>
          <w:rFonts w:ascii="Courier New" w:hAnsi="Courier New"/>
          <w:color w:val="555555"/>
          <w:sz w:val="20"/>
        </w:rPr>
        <w:t>[19 . 8 . 45]</w:t>
      </w:r>
    </w:p>
    <w:p>
      <w:r>
        <w:rPr>
          <w:rFonts w:ascii="Gentium Plus" w:hAnsi="Gentium Plus"/>
          <w:sz w:val="24"/>
        </w:rPr>
        <w:t>Ἐπεὶ δὲ ἔστιν ὠφεληθῆναι τὸ κοινὸν διχῶς, ἀπό τε λό‐ γων καὶ ἀπὸ πράξεων, ὧν ὁ δίκαιος πράττει, καλῶς καὶ αὐταὶ ἀναφέρονται εἰς τὸ νοητὸν γαζοφυλάκιον. ἀλλ’ ἐπεὶ οὐκ ἴση οὐδ’ ὁμοία πάντων ἡ δύναμις ἐν τῷ βίῳ τούτῳ, εἴγε ἔδωκεν ὁ οἰκοδε‐</w:t>
      </w:r>
    </w:p>
    <w:p>
      <w:r>
        <w:rPr>
          <w:rFonts w:ascii="Courier New" w:hAnsi="Courier New"/>
          <w:color w:val="555555"/>
          <w:sz w:val="20"/>
        </w:rPr>
        <w:t>[5]</w:t>
      </w:r>
    </w:p>
    <w:p>
      <w:r>
        <w:rPr>
          <w:rFonts w:ascii="Gentium Plus" w:hAnsi="Gentium Plus"/>
          <w:sz w:val="24"/>
        </w:rPr>
        <w:t>σπότης τῷ μὲν πέντε τάλαντα, τῷ δὲ δύο, τῷ δὲ ἕν, ἑκάστῳ κατὰ τὴν ἰδίαν δύναμιν, ἀποδέχεται ὁ ἔμψυχος τούτου λόγος, ἐνορῶν τῇ δυνάμει τῶν βαλλόντων εἰς ὃ διηγησάμεθα γαζοφυλάκιον, οὓς ἀπο‐</w:t>
      </w:r>
    </w:p>
    <w:p>
      <w:r>
        <w:rPr>
          <w:rFonts w:ascii="Courier New" w:hAnsi="Courier New"/>
          <w:color w:val="555555"/>
          <w:sz w:val="20"/>
        </w:rPr>
        <w:t>[19 . 8 . 46]</w:t>
      </w:r>
    </w:p>
    <w:p>
      <w:r>
        <w:rPr>
          <w:rFonts w:ascii="Gentium Plus" w:hAnsi="Gentium Plus"/>
          <w:sz w:val="24"/>
        </w:rPr>
        <w:t>δέχεται, οὐ τῇ ποσότητι τῶν συνεισφερομένων ἐνορῶν μόνῃ. διόπερ εἰ [ἔστιν] τις πλείονα δυνάμενος, ὀλιγώτερα μὲν ὡς πρὸς τὴν ἐνυπ‐ άρχουσαν αὐτῷ δύναμιν ποιεῖ, πλείονα δὲ ὡς πρὸς ἑτέρων σύγ‐ κρισιν ἐλάττονα δυναμένων, * * καὶ ἀποδέχεται τοὺς ὅλῃ δυνάμει</w:t>
      </w:r>
    </w:p>
    <w:p>
      <w:r>
        <w:rPr>
          <w:rFonts w:ascii="Courier New" w:hAnsi="Courier New"/>
          <w:color w:val="555555"/>
          <w:sz w:val="20"/>
        </w:rPr>
        <w:t>[5]</w:t>
      </w:r>
    </w:p>
    <w:p>
      <w:r>
        <w:rPr>
          <w:rFonts w:ascii="Gentium Plus" w:hAnsi="Gentium Plus"/>
          <w:sz w:val="24"/>
        </w:rPr>
        <w:t>τὰ ἐλάττονα πεποιηκότας παρὰ τοὺς πλείονα συνεισενεγκόντας ἐκ δυνάμεως πολλαπλασίονα φέρειν δυναμένης, 〈ὡσ〉 γέγραπται ἃ παρε‐</w:t>
      </w:r>
    </w:p>
    <w:p>
      <w:r>
        <w:rPr>
          <w:rFonts w:ascii="Courier New" w:hAnsi="Courier New"/>
          <w:color w:val="555555"/>
          <w:sz w:val="20"/>
        </w:rPr>
        <w:t>[19 . 8 . 47]</w:t>
      </w:r>
    </w:p>
    <w:p>
      <w:r>
        <w:rPr>
          <w:rFonts w:ascii="Gentium Plus" w:hAnsi="Gentium Plus"/>
          <w:sz w:val="24"/>
        </w:rPr>
        <w:t>θέμεθα τοῦ τε Λουκᾶ καὶ τοῦ Μάρκου. ἅμα δὲ διδάσκει τὰ ῥητὰ ταῦτα τὸν νοήσαντα ταῦτα πνευματικῶς μηδεπώποτε τοὺς νομιζο‐ μένους διαφέρειν 〈δεῖν〉 ἐπαίρεσθαι κατὰ τῶν ὡς πρὸς ἀνθρώπων κρίσιν ὑποδεεστέρων· οὐ γὰρ πεπείσθω τις τῶν ὑπολαμβανομένων</w:t>
      </w:r>
    </w:p>
    <w:p>
      <w:r>
        <w:rPr>
          <w:rFonts w:ascii="Courier New" w:hAnsi="Courier New"/>
          <w:color w:val="555555"/>
          <w:sz w:val="20"/>
        </w:rPr>
        <w:t>[5]</w:t>
      </w:r>
    </w:p>
    <w:p>
      <w:r>
        <w:rPr>
          <w:rFonts w:ascii="Gentium Plus" w:hAnsi="Gentium Plus"/>
          <w:sz w:val="24"/>
        </w:rPr>
        <w:t>πλείονα καὶ κρείττονα ποιεῖν, συγκρίνων ἑαυτὸν τοῖς ὅσον ἐπὶ ἀν‐ θρωπίνῃ κρίσει ἐλάχιστα πράττουσιν, ὅτι πάντα ἃ δεδύνηται πεποίη‐ κεν, ἢ ἐκεῖνος οὐ πάντα 〈εἰ ἃ〉 οἷός τε ἦν ἀπαιτεῖσθαι ἀπὸ τοῦ λόγου</w:t>
      </w:r>
    </w:p>
    <w:p>
      <w:r>
        <w:rPr>
          <w:rFonts w:ascii="Courier New" w:hAnsi="Courier New"/>
          <w:color w:val="555555"/>
          <w:sz w:val="20"/>
        </w:rPr>
        <w:t>[19 . 8 . 48]</w:t>
      </w:r>
    </w:p>
    <w:p>
      <w:r>
        <w:rPr>
          <w:rFonts w:ascii="Gentium Plus" w:hAnsi="Gentium Plus"/>
          <w:sz w:val="24"/>
        </w:rPr>
        <w:t>ἀποδέδωκεν. ἀνέβλεψεν οὖν εἰς τοὺς βάλλοντας εἰς τὸ γαζοφυλάκιον τὰ δῶρα αὐτῶν πλουσίους ὁ Ἰησοῦς, καὶ ἰδὼν τὴν πενιχρὰν χήραν λεπτὰ βάλλουσαν δύο τάχα τῷ γνωστικῷ τόπῳ ἢ τῷ πρακτικῷ,</w:t>
      </w:r>
    </w:p>
    <w:p>
      <w:r>
        <w:rPr>
          <w:rFonts w:ascii="Courier New" w:hAnsi="Courier New"/>
          <w:color w:val="555555"/>
          <w:sz w:val="20"/>
        </w:rPr>
        <w:t>[5]</w:t>
      </w:r>
    </w:p>
    <w:p>
      <w:r>
        <w:rPr>
          <w:rFonts w:ascii="Gentium Plus" w:hAnsi="Gentium Plus"/>
          <w:sz w:val="24"/>
        </w:rPr>
        <w:t>βιοῦσαν, εἶπεν· «Ἀληθῶς λέγω ὑμῖν ὅτι ἡ χήρα ἡ πτωχὴ αὕτη πλεῖον</w:t>
      </w:r>
    </w:p>
    <w:p>
      <w:r>
        <w:rPr>
          <w:rFonts w:ascii="Courier New" w:hAnsi="Courier New"/>
          <w:color w:val="555555"/>
          <w:sz w:val="20"/>
        </w:rPr>
        <w:t>[19 . 8 . 49]</w:t>
      </w:r>
    </w:p>
    <w:p>
      <w:r>
        <w:rPr>
          <w:rFonts w:ascii="Gentium Plus" w:hAnsi="Gentium Plus"/>
          <w:sz w:val="24"/>
        </w:rPr>
        <w:t>«πάντων ἔβαλεν». καὶ τοῦτο εἶπεν καθορῶν τίνα τρόπον πολλα‐ πλασίονα δυνάμενοι φέρειν εἰς τὸ κοινὸν οἱ ὅσον ἐπὶ τῇ δυνάμει πλούσιοι ἐκ τοῦ περισσεύοντος αὐτοῖς ἔβαλον εἰς τὰ δῶρα τοῦ θεοῦ</w:t>
      </w:r>
    </w:p>
    <w:p>
      <w:r>
        <w:rPr>
          <w:rFonts w:ascii="Courier New" w:hAnsi="Courier New"/>
          <w:color w:val="555555"/>
          <w:sz w:val="20"/>
        </w:rPr>
        <w:t>[19 . 8 . 50]</w:t>
      </w:r>
    </w:p>
    <w:p>
      <w:r>
        <w:rPr>
          <w:rFonts w:ascii="Gentium Plus" w:hAnsi="Gentium Plus"/>
          <w:sz w:val="24"/>
        </w:rPr>
        <w:t>ἐλάχιστον μόριον, ὧν οἷοί τε ἦσαν συνεισφέρειν. κατανόει δὲ καὶ τὰ τῆς χήρας ὑστερήματα καὶ ὅτι βιασαμένη ἑαυτὴν πάντα ὃν εἶχεν βίον ἤνεγκεν εἰς τὸ ἐν τῷ ἱερῷ γαζοφυλάκιον, προσφέρουσα πᾶσαν τὴν δύναμιν ἑαυτῆς τῷ θεῷ.</w:t>
      </w:r>
    </w:p>
    <w:p>
      <w:r>
        <w:rPr>
          <w:rFonts w:ascii="Courier New" w:hAnsi="Courier New"/>
          <w:color w:val="555555"/>
          <w:sz w:val="20"/>
        </w:rPr>
        <w:t>[19 . 9 . 51]</w:t>
      </w:r>
    </w:p>
    <w:p>
      <w:r>
        <w:rPr>
          <w:rFonts w:ascii="Gentium Plus" w:hAnsi="Gentium Plus"/>
          <w:sz w:val="24"/>
        </w:rPr>
        <w:t>Ἀεὶ τοίνυν ὁ Ἰησοῦς, κατὰ μὲν τὸν Λουκᾶν, ἀναβλέπων εἰς τοὺς βάλλοντας εἰς τὸ γαζοφυλάκιον πλουσίους τὰ δῶρα αὐτῶν, ὁρᾷ καὶ τὴν πενιχρὰν χήραν βάλλουσαν λεπτὰ δύο· κατὰ δὲ τὸν Μάρκον, ἑστὼς κατέναντι τοῦ γαζοφυλακίου θεωρεῖ τίνα τρόπον</w:t>
      </w:r>
    </w:p>
    <w:p>
      <w:r>
        <w:rPr>
          <w:rFonts w:ascii="Courier New" w:hAnsi="Courier New"/>
          <w:color w:val="555555"/>
          <w:sz w:val="20"/>
        </w:rPr>
        <w:t>[5]</w:t>
      </w:r>
    </w:p>
    <w:p>
      <w:r>
        <w:rPr>
          <w:rFonts w:ascii="Gentium Plus" w:hAnsi="Gentium Plus"/>
          <w:sz w:val="24"/>
        </w:rPr>
        <w:t>πᾶς ὁ λαὸς βάλλει κατὰ δύναμιν τὸν νοητὸν χαλκὸν εἰς τὸ γαζοφυ‐ λάκιον, καὶ ὡς μόνος δυνάμενος βλέπειν τοὺς πλουσίους εἶδεν εἴ ποτε πτωχὴ ψυχὴ καὶ ὑστερουμένη βάλλει ὅλῃ δυνάμει 〈καὶ〉 διὰ τοῦτο</w:t>
      </w:r>
    </w:p>
    <w:p>
      <w:r>
        <w:rPr>
          <w:rFonts w:ascii="Courier New" w:hAnsi="Courier New"/>
          <w:color w:val="555555"/>
          <w:sz w:val="20"/>
        </w:rPr>
        <w:t>[19 . 9 . 52]</w:t>
      </w:r>
    </w:p>
    <w:p>
      <w:r>
        <w:rPr>
          <w:rFonts w:ascii="Gentium Plus" w:hAnsi="Gentium Plus"/>
          <w:sz w:val="24"/>
        </w:rPr>
        <w:t>δικαιουμένη παρὰ τοὺς πολλοὺς πλουσίους. ἅπερ οὐ τοῖς τυχοῦσιν λέγει ἀλλ’, ὥς φησιν ὁ Μάρκος, τοῖς μαθηταῖς αὐτοῦ· καὶ νῦν γὰρ προσκαλούμενος τοὺς μαθητὰς αὐτοῦ λέγει αὐτοῖς διδάσκων βλέπειν οὐχ ὡς ὄψεται ἄνθρωπος ἀλλ’ ὡς ὄψεται ὁ θεός («Ἄνθρωπος γὰρ</w:t>
      </w:r>
    </w:p>
    <w:p>
      <w:r>
        <w:rPr>
          <w:rFonts w:ascii="Courier New" w:hAnsi="Courier New"/>
          <w:color w:val="555555"/>
          <w:sz w:val="20"/>
        </w:rPr>
        <w:t>[5]</w:t>
      </w:r>
    </w:p>
    <w:p>
      <w:r>
        <w:rPr>
          <w:rFonts w:ascii="Gentium Plus" w:hAnsi="Gentium Plus"/>
          <w:sz w:val="24"/>
        </w:rPr>
        <w:t>«ὄψεται εἰς πρόσωπον, ὁ δὲ θεὸς ὄψεται εἰς καρδίαν») τὸ «Ἀμὴν «λέγω ὑμῖν ὅτι ἡ χήρα ἡ πτωχὴ αὕτη πλεῖον πάντων ἔβαλεν τῶν</w:t>
      </w:r>
    </w:p>
    <w:p>
      <w:r>
        <w:rPr>
          <w:rFonts w:ascii="Courier New" w:hAnsi="Courier New"/>
          <w:color w:val="555555"/>
          <w:sz w:val="20"/>
        </w:rPr>
        <w:t>[19 . 9 . 53]</w:t>
      </w:r>
    </w:p>
    <w:p>
      <w:r>
        <w:rPr>
          <w:rFonts w:ascii="Gentium Plus" w:hAnsi="Gentium Plus"/>
          <w:sz w:val="24"/>
        </w:rPr>
        <w:t>«βαλλόντων εἰς τὸ γαζοφυλάκιον» καὶ τὰ ἑξῆς. τί δή μοι ταῦτα πάντα βούλεται προκειμένου διηγήσασθαι τὸ «Ταῦτα τὰ ῥήματα † ἃ «ἐλάλησεν ἐν τῷ γαζοφυλακίῳ, διδάσκων ἐν τῷ ἱερῷ», ἢ παραστῆσαι, ὅτι πάντων συνεισφερόντων ἐν τῷ γαζοφυλακίῳ τοῦ ἱεροῦ τοῦ ὑπὲρ</w:t>
      </w:r>
    </w:p>
    <w:p>
      <w:r>
        <w:rPr>
          <w:rFonts w:ascii="Courier New" w:hAnsi="Courier New"/>
          <w:color w:val="555555"/>
          <w:sz w:val="20"/>
        </w:rPr>
        <w:t>[5]</w:t>
      </w:r>
    </w:p>
    <w:p>
      <w:r>
        <w:rPr>
          <w:rFonts w:ascii="Gentium Plus" w:hAnsi="Gentium Plus"/>
          <w:sz w:val="24"/>
        </w:rPr>
        <w:t>τοῦ κοινοῦ τὰ θρέψοντα τοὺς δεομένους, μᾶλλον πάντων ἐχρῆν τὸν Ἰησοῦν φέρειν τὰ ὠφελήσοντα, ἅπερ ἦν ῥήματα ζωῆς αἰωνίου καὶ</w:t>
      </w:r>
    </w:p>
    <w:p>
      <w:r>
        <w:rPr>
          <w:rFonts w:ascii="Courier New" w:hAnsi="Courier New"/>
          <w:color w:val="555555"/>
          <w:sz w:val="20"/>
        </w:rPr>
        <w:t>[19 . 9 . 54]</w:t>
      </w:r>
    </w:p>
    <w:p>
      <w:r>
        <w:rPr>
          <w:rFonts w:ascii="Gentium Plus" w:hAnsi="Gentium Plus"/>
          <w:sz w:val="24"/>
        </w:rPr>
        <w:t>διδασκαλία ἡ περὶ θεοῦ καὶ ἑαυ〈τοῦ〉; καὶ παντός γε νομίσματος τιμαλ‐ φέστερον ἦν τὸ «Ἐγώ εἰμι τὸ φῶς τοῦ κόσμου» ἐν τῷ γαζοφυλακίῳ εἰρημένον, καὶ τὸ «Εἰ ἐμὲ ᾔδειτε, καὶ τὸν πατέρα μου ἂν ᾔδειτε»</w:t>
      </w:r>
    </w:p>
    <w:p>
      <w:r>
        <w:rPr>
          <w:rFonts w:ascii="Courier New" w:hAnsi="Courier New"/>
          <w:color w:val="555555"/>
          <w:sz w:val="20"/>
        </w:rPr>
        <w:t>[19 . 9 . 55]</w:t>
      </w:r>
    </w:p>
    <w:p>
      <w:r>
        <w:rPr>
          <w:rFonts w:ascii="Gentium Plus" w:hAnsi="Gentium Plus"/>
          <w:sz w:val="24"/>
        </w:rPr>
        <w:t>καὶ ὅλα τὰ κατὰ τὸν τόπον. καὶ ὁ πᾶς γε τῶν λοιπῶν εἰς τὸ γαζοφυλάκιον φερόντων ἃ εἶχον χρυσὸς ψάμμος ἦν ὀλίγη ὡς πρὸς τὰ Ἰησοῦ ῥήματα· σοφία γὰρ ἦν πᾶς ὁ λόγος αὐτοῦ· «Πᾶς δὲ χρυσὸς «ἐν ὄψει σοφίας ψάμμος ὀλίγη, καὶ ὡς πηλὸς λογισθήσεται ἄργυρος</w:t>
      </w:r>
    </w:p>
    <w:p>
      <w:r>
        <w:rPr>
          <w:rFonts w:ascii="Courier New" w:hAnsi="Courier New"/>
          <w:color w:val="555555"/>
          <w:sz w:val="20"/>
        </w:rPr>
        <w:t>[19 . 9 . 56]</w:t>
      </w:r>
    </w:p>
    <w:p>
      <w:r>
        <w:rPr>
          <w:rFonts w:ascii="Gentium Plus" w:hAnsi="Gentium Plus"/>
          <w:sz w:val="24"/>
        </w:rPr>
        <w:t>«ἐναντίον αὐτῆς». καὶ ταῦτά γε σαφῶς νοηθήσεται τοῖς κατακούειν μεμαθηκόσιν τῆς τοῖς τελείοις λαλουμένης σοφίας, ἐν μυστηρίῳ ἀποκεκρυμμένης, «ἣν προώρισεν ὁ θεὸς πρὸ τῶν αἰώνων εἰς τὴν» τῶν δικαίων «αὐτοῦ δόξαν», καὶ δυναμένοις ἐνορᾶν ὑπεροχὴν σοφίας</w:t>
      </w:r>
    </w:p>
    <w:p>
      <w:r>
        <w:rPr>
          <w:rFonts w:ascii="Courier New" w:hAnsi="Courier New"/>
          <w:color w:val="555555"/>
          <w:sz w:val="20"/>
        </w:rPr>
        <w:t>[5]</w:t>
      </w:r>
    </w:p>
    <w:p>
      <w:r>
        <w:rPr>
          <w:rFonts w:ascii="Gentium Plus" w:hAnsi="Gentium Plus"/>
          <w:sz w:val="24"/>
        </w:rPr>
        <w:t>θεοῦ παρὰ τὴν «σοφίαν τοῦ αἰῶνος τούτου» ἢ «τῶν ἀρχόντων τοῦ «αἰῶνος τούτου, τῶν καταργουμένων», οἱονεὶ προφήταις ἰδίοις χρω‐ μένων, τῶν ὁποιωνδήποτε λόγων ἑτέρων παρὰ τὴν ἀλήθειαν προϊ‐ σταμένοις· ψάμμος γὰρ ὀλίγη αἱ λοιπαὶ σοφίαι χρυσὸς εἶναι νομιζό‐ μεναι ἐν ὄψει σοφίας, ἣν ἔκτισεν ὁ θεὸς ἀρχὴν ὁδῶν αὐτοῦ εἰς ἔργα</w:t>
      </w:r>
    </w:p>
    <w:p>
      <w:r>
        <w:rPr>
          <w:rFonts w:ascii="Courier New" w:hAnsi="Courier New"/>
          <w:color w:val="555555"/>
          <w:sz w:val="20"/>
        </w:rPr>
        <w:t>[10]</w:t>
      </w:r>
    </w:p>
    <w:p>
      <w:r>
        <w:rPr>
          <w:rFonts w:ascii="Gentium Plus" w:hAnsi="Gentium Plus"/>
          <w:sz w:val="24"/>
        </w:rPr>
        <w:t>αὐτοῦ, καὶ ἄργυρος ὁ τῶν πολλῶν λαμπρὸς καὶ πιθανὸς λόγος ὡς πηλὸς λογισθήσεται, 〈ἐναντίον〉 τῶν ἁγνῶν λογίων κυρίου τῶν πεπυρωμένων καὶ κεκαθαρισμένων ἑπταπλασίως καὶ δοκίμων, ἅτε προεληλυθότων ἀπὸ τοῦ ἐν ἀρχῇ πρὸς τὸν θεὸν λόγου.</w:t>
      </w:r>
    </w:p>
    <w:p>
      <w:r>
        <w:rPr>
          <w:rFonts w:ascii="Courier New" w:hAnsi="Courier New"/>
          <w:color w:val="555555"/>
          <w:sz w:val="20"/>
        </w:rPr>
        <w:t>[19 . 10 . 57]</w:t>
      </w:r>
    </w:p>
    <w:p>
      <w:r>
        <w:rPr>
          <w:rFonts w:ascii="Gentium Plus" w:hAnsi="Gentium Plus"/>
          <w:sz w:val="24"/>
        </w:rPr>
        <w:t>Τὰ δὲ ἀπὸ τῆς ἐπιγεγραμμένης Σοφίας ἄλλως παρεθέμεθα εἰς τὸ συνιδεῖν τὴν δύναμιν τοῦ «Ταῦτα τὰ ῥήματα † ἃ ἐλάλησεν ἐν «τῷ γαζοφυλακίῳ, διδάσκων ἐν τῷ ἱερῷ». τηρείσθω γὰρ ἡ περὶ τῶν πλουσίων καὶ τῆς πενιχρᾶς χήρας διήγησις ὡς ἀποδέδοται, καὶ</w:t>
      </w:r>
    </w:p>
    <w:p>
      <w:r>
        <w:rPr>
          <w:rFonts w:ascii="Courier New" w:hAnsi="Courier New"/>
          <w:color w:val="555555"/>
          <w:sz w:val="20"/>
        </w:rPr>
        <w:t>[5]</w:t>
      </w:r>
    </w:p>
    <w:p>
      <w:r>
        <w:rPr>
          <w:rFonts w:ascii="Gentium Plus" w:hAnsi="Gentium Plus"/>
          <w:sz w:val="24"/>
        </w:rPr>
        <w:t>εἴ τίς γε μιμητής ἐστιν Χριστοῦ, ἡκέτω ἐπὶ τὸ μὴ ἐν τόπῳ νοητὸν ἱερὸν τοῦ θεοῦ ὁδεύων τῷ νῷ καὶ ἀκολουθῶν τῷ πνεύματι χειρα‐ γωγῆσαι αὐτὸν ἐπ’ αὐτὸ δυναμένῳ, καὶ φερέτω δόκιμα νομίσματα, ῥήματα ζωῆς αἰωνίου, ἐπὶ τὸ γαζοφυλάκιον, καὶ ἔργα ἀκόλουθα τοῖς</w:t>
      </w:r>
    </w:p>
    <w:p>
      <w:r>
        <w:rPr>
          <w:rFonts w:ascii="Courier New" w:hAnsi="Courier New"/>
          <w:color w:val="555555"/>
          <w:sz w:val="20"/>
        </w:rPr>
        <w:t>[19 . 10 . 58]</w:t>
      </w:r>
    </w:p>
    <w:p>
      <w:r>
        <w:rPr>
          <w:rFonts w:ascii="Gentium Plus" w:hAnsi="Gentium Plus"/>
          <w:sz w:val="24"/>
        </w:rPr>
        <w:t>τοιούτοις ῥήμασιν. ἀλλ’ εἴθε μήτε πενιχρά τις ἡμῶν μήτε χήρα εἴη φέρειν μηδὲν πλεῖον δυναμένη δύο λεπτῶν, μήτε πλούσιος ἐκ μόνου τοῦ περισσεύματος φέρων, ἀλλὰ πάντα τὸν πλοῦτον ἀνατιθεὶς</w:t>
      </w:r>
    </w:p>
    <w:p>
      <w:r>
        <w:rPr>
          <w:rFonts w:ascii="Courier New" w:hAnsi="Courier New"/>
          <w:color w:val="555555"/>
          <w:sz w:val="20"/>
        </w:rPr>
        <w:t>[19 . 10 . 59]</w:t>
      </w:r>
    </w:p>
    <w:p>
      <w:r>
        <w:rPr>
          <w:rFonts w:ascii="Gentium Plus" w:hAnsi="Gentium Plus"/>
          <w:sz w:val="24"/>
        </w:rPr>
        <w:t>τῷ θεῷ. Ἰησοῦς δὲ οὐ πάντα ἃ εἶχεν ῥήματα ἐλάλησεν ἐν τῷ γαζο‐ φυλακίῳ διδάσκων, ἀλλὰ τοσαῦτα ὅσα ἐχώρει τὸ γαζοφυλάκιον· οὐδὲ γὰρ αὐτόν γε οἶμαι χωρεῖν τὸν κόσμον τὸν ὅλον τοῦ θεοῦ λόγον.</w:t>
      </w:r>
    </w:p>
    <w:p>
      <w:r>
        <w:rPr>
          <w:rFonts w:ascii="Courier New" w:hAnsi="Courier New"/>
          <w:color w:val="555555"/>
          <w:sz w:val="20"/>
        </w:rPr>
        <w:t>[19 . 10 . 60]</w:t>
      </w:r>
    </w:p>
    <w:p>
      <w:r>
        <w:rPr>
          <w:rFonts w:ascii="Gentium Plus" w:hAnsi="Gentium Plus"/>
          <w:sz w:val="24"/>
        </w:rPr>
        <w:t>ὅμως δὲ τοσαῦτα ῥήματα ἐν τῷ γαζοφυλακίῳ λαλῶν καὶ διδάσκων ὁ Ἰησοῦς ἐν τῷ ἱερῷ ὑπ’ οὐδενὸς ἐκρατεῖτό πω· καὶ αὐτοῦ γὰρ οἱ λόγοι ἰσχυρότεροι ἐτύγχανον τῶν πιάσαι αὐτὸν θελόντων. καὶ ὅσον γε λέγει, οὐδεὶς αὐτὸν πιάσει τῶν ἐπιβουλευόντων αὐτῷ· ἀλλ’ ἐὰν</w:t>
      </w:r>
    </w:p>
    <w:p>
      <w:r>
        <w:rPr>
          <w:rFonts w:ascii="Courier New" w:hAnsi="Courier New"/>
          <w:color w:val="555555"/>
          <w:sz w:val="20"/>
        </w:rPr>
        <w:t>[19 . 10 . 61]</w:t>
      </w:r>
    </w:p>
    <w:p>
      <w:r>
        <w:rPr>
          <w:rFonts w:ascii="Gentium Plus" w:hAnsi="Gentium Plus"/>
          <w:sz w:val="24"/>
        </w:rPr>
        <w:t>σιωπήσῃ, τότε κρατεῖται. ὅθεν ἐπεὶ ἐβούλετο ὑπὲρ τοῦ κόσμου παθεῖν, ἐξεταζόμενος ὑπὸ τοῦ Πιλάτου καὶ μαστιγούμενος σιωπᾷ·</w:t>
      </w:r>
    </w:p>
    <w:p>
      <w:r>
        <w:rPr>
          <w:rFonts w:ascii="Courier New" w:hAnsi="Courier New"/>
          <w:color w:val="555555"/>
          <w:sz w:val="20"/>
        </w:rPr>
        <w:t>[19 . 10 . 62]</w:t>
      </w:r>
    </w:p>
    <w:p>
      <w:r>
        <w:rPr>
          <w:rFonts w:ascii="Gentium Plus" w:hAnsi="Gentium Plus"/>
          <w:sz w:val="24"/>
        </w:rPr>
        <w:t>ἀσθενείας, ἐπείπερ οὐκ ἔστιν ἀσθένεια ἐν οἷς ὁ λόγος λαλεῖ. ὄντι δὲ αὐτῷ ἐν τῷ γαζοφυλακίῳ οὐδέπω ἡ ὥρα ἐνειστήκει τοῦ πιασθῆναι αὐτόν, ἀλλ’ οὐδὲ ὄντι ἐν τῷ ἱερῷ· χειμάρρουν δέ τινα ἐχρῆν εἶναι</w:t>
      </w:r>
    </w:p>
    <w:p>
      <w:r>
        <w:rPr>
          <w:rFonts w:ascii="Courier New" w:hAnsi="Courier New"/>
          <w:color w:val="555555"/>
          <w:sz w:val="20"/>
        </w:rPr>
        <w:t>[19 . 10 . 63]</w:t>
      </w:r>
    </w:p>
    <w:p>
      <w:r>
        <w:rPr>
          <w:rFonts w:ascii="Gentium Plus" w:hAnsi="Gentium Plus"/>
          <w:sz w:val="24"/>
        </w:rPr>
        <w:t>τὸν τόπον ἔνθα ἐβούλετο πιασθῆναι ὁ Ἰησοῦς καὶ ἐδύνατο. ἀλλὰ καὶ καιρὸν τοῦ κρατεῖσθαι αὐτὸν οὐκ ἔδει εἶναι ἡμερινόν· «Ὁ γὰρ «Ἰούδας λαβὼν τὴν σπεῖραν καὶ ἐκ τῶν ἀρχιερέων καὶ Φαρισαίων «ὑπηρέτας ἔρχεται ἐκεῖ μετὰ φανῶν καὶ λαμπάδων καὶ ὅπλων». περὶ</w:t>
      </w:r>
    </w:p>
    <w:p>
      <w:r>
        <w:rPr>
          <w:rFonts w:ascii="Courier New" w:hAnsi="Courier New"/>
          <w:color w:val="555555"/>
          <w:sz w:val="20"/>
        </w:rPr>
        <w:t>[5]</w:t>
      </w:r>
    </w:p>
    <w:p>
      <w:r>
        <w:rPr>
          <w:rFonts w:ascii="Gentium Plus" w:hAnsi="Gentium Plus"/>
          <w:sz w:val="24"/>
        </w:rPr>
        <w:t>δὲ τοῦ «Οὔπω ἐλήλυθεν ἡ ὥρα αὐτοῦ» ἐν τοῖς ἀνωτέρω διὰ πλειό‐ νων διειλήφαμεν, οἷς χρήσει καὶ εἰς τὰ παρόντα.</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[19 . 11 n]</w:t>
      </w:r>
    </w:p>
    <w:p>
      <w:r>
        <w:rPr>
          <w:rFonts w:ascii="Gentium Plus" w:hAnsi="Gentium Plus"/>
          <w:sz w:val="24"/>
        </w:rPr>
        <w:t>Εἶπεν οὖν πάλιν αὐτοῖς· Ἐγὼ ὑπάγω καὶ ζητήσετέ με, καὶ ἐν τῇ ἁμαρτίᾳ ὑμῶν ἀποθανεῖσθε· ὅπου ἐγὼ ὑπάγω ὑμεῖς οὐ δύνασθε ἐλθεῖν.</w:t>
      </w:r>
    </w:p>
    <w:p>
      <w:r>
        <w:rPr>
          <w:rFonts w:ascii="Courier New" w:hAnsi="Courier New"/>
          <w:color w:val="555555"/>
          <w:sz w:val="20"/>
        </w:rPr>
        <w:t>[19 . 11 . 64]</w:t>
      </w:r>
    </w:p>
    <w:p>
      <w:r>
        <w:rPr>
          <w:rFonts w:ascii="Gentium Plus" w:hAnsi="Gentium Plus"/>
          <w:sz w:val="24"/>
        </w:rPr>
        <w:t>Καὶ ταῦτα ἐν τῷ γαζοφυλακίῳ ἐν τῷ ἱερῷ, προστιθεὶς τοῖς προτέροις οὐ μόνον ταῦτα ἀλλὰ πλείονα ἕως τοῦ «Ἀμὴν λέγω «ὑμῖν, πρὶν Ἀβραὰμ γενέσθαι ἐγὼ εἰμί». μετὰ δὲ τοῦτον τὸν λόγον ἀράντων λίθους, ἵνα λιθάσωσιν αὐτόν, Ἰησοῦς ἐκρύβη καὶ ἐξῆλθεν ἐκ</w:t>
      </w:r>
    </w:p>
    <w:p>
      <w:r>
        <w:rPr>
          <w:rFonts w:ascii="Courier New" w:hAnsi="Courier New"/>
          <w:color w:val="555555"/>
          <w:sz w:val="20"/>
        </w:rPr>
        <w:t>[5]</w:t>
      </w:r>
    </w:p>
    <w:p>
      <w:r>
        <w:rPr>
          <w:rFonts w:ascii="Gentium Plus" w:hAnsi="Gentium Plus"/>
          <w:sz w:val="24"/>
        </w:rPr>
        <w:t>τοῦ ἱεροῦ, ὅτε παράγων εἶδεν τὸν ἀπὸ γενετῆς τυφλόν, περὶ οὗ εἰσό‐</w:t>
      </w:r>
    </w:p>
    <w:p>
      <w:r>
        <w:rPr>
          <w:rFonts w:ascii="Courier New" w:hAnsi="Courier New"/>
          <w:color w:val="555555"/>
          <w:sz w:val="20"/>
        </w:rPr>
        <w:t>[19 . 11 . 65]</w:t>
      </w:r>
    </w:p>
    <w:p>
      <w:r>
        <w:rPr>
          <w:rFonts w:ascii="Gentium Plus" w:hAnsi="Gentium Plus"/>
          <w:sz w:val="24"/>
        </w:rPr>
        <w:t>μεθα, θεοῦ διδόντος, γενόμενοι κατὰ τὸν τόπον. λέγει δὲ ταῦτα ἵνα τὸ ἐπιφερόμενον γένηται· «Ταῦτα γὰρ αὐτοῦ λαλοῦντος ἐπίστευσαν «εἰς αὐτόν», οἱονεὶ πένητες ἐρχόμενοι ἐπὶ γαζοφυλάκιον, ἵν’ ἐκεῖθεν</w:t>
      </w:r>
    </w:p>
    <w:p>
      <w:r>
        <w:rPr>
          <w:rFonts w:ascii="Courier New" w:hAnsi="Courier New"/>
          <w:color w:val="555555"/>
          <w:sz w:val="20"/>
        </w:rPr>
        <w:t>[19 . 11 . 66]</w:t>
      </w:r>
    </w:p>
    <w:p>
      <w:r>
        <w:rPr>
          <w:rFonts w:ascii="Gentium Plus" w:hAnsi="Gentium Plus"/>
          <w:sz w:val="24"/>
        </w:rPr>
        <w:t>λάβωσιν ἃ ἐὰν δύνωνται καὶ ἃ ἐὰν μερισθῇ αὐτοῖς. πολλοὶ μὲν οὖν ἐπίστευσαν εἰς αὐτόν, οὐ πολλοὶ δὲ ἔγνωσαν αὐτόν, ἐπεὶ τῶν πεπι‐ στευκότων εἰς αὐτὸν οἱ μένοντες ἐν τῷ λόγῳ αὐτοῦ, ἀληθῶς γινό‐ μενοι μαθηταὶ αὐτοῦ, γνώσονται τὴν ἀλήθειαν· οὐχὶ δὲ οἱ πολλοὶ</w:t>
      </w:r>
    </w:p>
    <w:p>
      <w:r>
        <w:rPr>
          <w:rFonts w:ascii="Courier New" w:hAnsi="Courier New"/>
          <w:color w:val="555555"/>
          <w:sz w:val="20"/>
        </w:rPr>
        <w:t>[5]</w:t>
      </w:r>
    </w:p>
    <w:p>
      <w:r>
        <w:rPr>
          <w:rFonts w:ascii="Gentium Plus" w:hAnsi="Gentium Plus"/>
          <w:sz w:val="24"/>
        </w:rPr>
        <w:t>τῶν πεπιστευκότων εἰς αὐτὸν μένουσιν ἐν τῷ λόγῳ αὐτοῦ, οὐδὲ οἱ</w:t>
      </w:r>
    </w:p>
    <w:p>
      <w:r>
        <w:rPr>
          <w:rFonts w:ascii="Courier New" w:hAnsi="Courier New"/>
          <w:color w:val="555555"/>
          <w:sz w:val="20"/>
        </w:rPr>
        <w:t>[19 . 11 . 67]</w:t>
      </w:r>
    </w:p>
    <w:p>
      <w:r>
        <w:rPr>
          <w:rFonts w:ascii="Gentium Plus" w:hAnsi="Gentium Plus"/>
          <w:sz w:val="24"/>
        </w:rPr>
        <w:t>πολλοὶ ἀληθῶς αὐτοῦ μαθηταὶ γίνονται. διόπερ οὐδὲ πολλοὶ γνώ‐ σονται ἀλήθειαν, καὶ εἰ ἀλήθεια ἐλευθεροῖ, ἐλεύθεροι οὐ γίνονται·</w:t>
      </w:r>
    </w:p>
    <w:p>
      <w:r>
        <w:rPr>
          <w:rFonts w:ascii="Courier New" w:hAnsi="Courier New"/>
          <w:color w:val="555555"/>
          <w:sz w:val="20"/>
        </w:rPr>
        <w:t>[19 . 11 . 68]</w:t>
      </w:r>
    </w:p>
    <w:p>
      <w:r>
        <w:rPr>
          <w:rFonts w:ascii="Gentium Plus" w:hAnsi="Gentium Plus"/>
          <w:sz w:val="24"/>
        </w:rPr>
        <w:t>σφόδρα γὰρ ὀλίγοι χωροῦσι τὴν ἐλευθερίαν. τίνες δέ εἰσιν οἱ γνωσό‐ μενοι ἢ οἱ ὑψοῦντες αὐτόν; ὡς αὐτὸς διδάσκει λέγων· «Ὅταν ὑψώ‐ «σητε τὸν υἱὸν τοῦ ἀνθρώπου, τότε γνώσεσθε ὅτι ἐγώ εἰμι.» οὐδεὶς</w:t>
      </w:r>
    </w:p>
    <w:p>
      <w:r>
        <w:rPr>
          <w:rFonts w:ascii="Courier New" w:hAnsi="Courier New"/>
          <w:color w:val="555555"/>
          <w:sz w:val="20"/>
        </w:rPr>
        <w:t>[5]</w:t>
      </w:r>
    </w:p>
    <w:p>
      <w:r>
        <w:rPr>
          <w:rFonts w:ascii="Gentium Plus" w:hAnsi="Gentium Plus"/>
          <w:sz w:val="24"/>
        </w:rPr>
        <w:t>δοχὴν τῆς στερεᾶς τροφῆς· διόπερ τῷ τοιούτῳ λέγει· «Ἔκρινα μηδὲν «εἰδέναι ἐν ὑμῖν εἰ μὴ Ἰησοῦν Χριστὸν καὶ τοῦτον ἐσταυρωμένον», πρὸς ὃν καὶ ὁ τοῦ λόγου διάκονος ἐν ἀσθενείᾳ γίνεται, ὥς φησιν ὁ Παῦλος τοῖς τοιούτοις· «Κἀγὼ ἐν ἀσθενείᾳ καὶ ἐν φόβῳ καὶ ἐν τρόμῳ «πολλῷ ἐγενόμην πρὸς ὑμᾶς».</w:t>
      </w:r>
    </w:p>
    <w:p>
      <w:r>
        <w:rPr>
          <w:rFonts w:ascii="Courier New" w:hAnsi="Courier New"/>
          <w:color w:val="555555"/>
          <w:sz w:val="20"/>
        </w:rPr>
        <w:t>[19 . 11 . 69]</w:t>
      </w:r>
    </w:p>
    <w:p>
      <w:r>
        <w:rPr>
          <w:rFonts w:ascii="Gentium Plus" w:hAnsi="Gentium Plus"/>
          <w:sz w:val="24"/>
        </w:rPr>
        <w:t>Φησὶ τοίνυν ὁ τοῦ θεοῦ λόγος ἀρχὴν ποιούμενος δευτέρων μαθη‐ μάτων τῶν ἐν τῷ γαζοφυλακίῳ ἐν τῷ ἱερῷ· «Ἐγὼ ὑπάγω καὶ</w:t>
      </w:r>
    </w:p>
    <w:p>
      <w:r>
        <w:rPr>
          <w:rFonts w:ascii="Courier New" w:hAnsi="Courier New"/>
          <w:color w:val="555555"/>
          <w:sz w:val="20"/>
        </w:rPr>
        <w:t>[19 . 11 . 70]</w:t>
      </w:r>
    </w:p>
    <w:p>
      <w:r>
        <w:rPr>
          <w:rFonts w:ascii="Gentium Plus" w:hAnsi="Gentium Plus"/>
          <w:sz w:val="24"/>
        </w:rPr>
        <w:t>«ζητήσετέ με, καὶ ἐν τῇ ἁμαρτίᾳ ὑμῶν ἀποθανεῖσθε». ζητῶ διὰ τὸ «Ταῦτα αὐτοῦ λαλοῦντος πολλοὶ ἐπίστευσαν εἰς αὐτόν», μήποτε οὐ πρὸς πάντας τοὺς παρόντας λέγει τὸ «Ἐγὼ ὑπάγω καὶ ζητήσετέ «με, καὶ ἐν τῇ ἁμαρτίᾳ ὑμῶν ἀποθανεῖσθε», ἀλλὰ πρὸς τούτους, οὓς</w:t>
      </w:r>
    </w:p>
    <w:p>
      <w:r>
        <w:rPr>
          <w:rFonts w:ascii="Courier New" w:hAnsi="Courier New"/>
          <w:color w:val="555555"/>
          <w:sz w:val="20"/>
        </w:rPr>
        <w:t>[5]</w:t>
      </w:r>
    </w:p>
    <w:p>
      <w:r>
        <w:rPr>
          <w:rFonts w:ascii="Gentium Plus" w:hAnsi="Gentium Plus"/>
          <w:sz w:val="24"/>
        </w:rPr>
        <w:t>ᾔδει μὴ πιστεύσοντας, καὶ διὰ τοῦτο ἐν τῇ ἁμαρτίᾳ αὐτῶν ἀποθανουμέ‐ νους καὶ μὴ δυναμένους ὀπίσω αὐτοῦ ἀκολουθῆσαι· μὴ δυναμένους δὲ διὰ τὸ μὴ βούλεσθαι· εἰ γὰρ βουλόμενοι οὐκ ἐδύναντο, οὐκ ἂν εὐλόγως αὐτοῖς ἐλέγετο τὸ «Ἐν τῇ ἁμαρτίᾳ ὑμῶν ἀποθανεῖσθε».</w:t>
      </w:r>
    </w:p>
    <w:p>
      <w:r>
        <w:rPr>
          <w:rFonts w:ascii="Courier New" w:hAnsi="Courier New"/>
          <w:color w:val="555555"/>
          <w:sz w:val="20"/>
        </w:rPr>
        <w:t>[19 . 12 . 71]</w:t>
      </w:r>
    </w:p>
    <w:p>
      <w:r>
        <w:rPr>
          <w:rFonts w:ascii="Gentium Plus" w:hAnsi="Gentium Plus"/>
          <w:sz w:val="24"/>
        </w:rPr>
        <w:t>Ἐρεῖ δέ τις πρὸς τοῦτο· εἴπερ τοῖς ἐμμένουσιν τῷ μὴ πιστεύειν ταῦτα ἔλεγεν, πῶς τοῖς τοιούτοις φησὶ τὸ «Ζητήσετέ με»; πολλαχοῦ γὰρ ἀγαθὸν τὸ ζητεῖν τὸν Ἰησοῦν, ταὐτόν πως τυγχάνον</w:t>
      </w:r>
    </w:p>
    <w:p>
      <w:r>
        <w:rPr>
          <w:rFonts w:ascii="Courier New" w:hAnsi="Courier New"/>
          <w:color w:val="555555"/>
          <w:sz w:val="20"/>
        </w:rPr>
        <w:t>[19 . 12 . 72]</w:t>
      </w:r>
    </w:p>
    <w:p>
      <w:r>
        <w:rPr>
          <w:rFonts w:ascii="Gentium Plus" w:hAnsi="Gentium Plus"/>
          <w:sz w:val="24"/>
        </w:rPr>
        <w:t>τῷ ζητεῖν λόγον καὶ ἀλήθειαν καὶ σοφίαν. ἀλλ’ ἐρεῖς ὅτι καὶ περὶ ἐπιβουλευόντων ποτὲ λέγεται τὸ ζητεῖν, ὥσπερ ἐν τῷ «Ἐζήτουν αὐ‐ «τὸν πιάσαι, καὶ οὐδεὶς ἐπέβαλλεν ἐπ’ αὐτὸν τὴν χεῖρα, ὅτε οὔπω «ἐληλύθει ἡ ὥρα αὐτοῦ», καὶ ἐν τῷ «Οἶδα ὅτι σπέρμα Ἀβραάμ ἐστε·</w:t>
      </w:r>
    </w:p>
    <w:p>
      <w:r>
        <w:rPr>
          <w:rFonts w:ascii="Courier New" w:hAnsi="Courier New"/>
          <w:color w:val="555555"/>
          <w:sz w:val="20"/>
        </w:rPr>
        <w:t>[5]</w:t>
      </w:r>
    </w:p>
    <w:p>
      <w:r>
        <w:rPr>
          <w:rFonts w:ascii="Gentium Plus" w:hAnsi="Gentium Plus"/>
          <w:sz w:val="24"/>
        </w:rPr>
        <w:t>«ἀλλὰ ζητεῖτέ με ἀποκτεῖναι, ὅτι ὁ λόγος ὁ ἐμὸς οὐ χωρεῖ ἐν ὑμῖν», καὶ ἐν τῷ «Νῦν δὲ ζητεῖτέ με ἀποκτεῖναι, ἄνθρωπον ὃς τὴν ἀλήθειαν</w:t>
      </w:r>
    </w:p>
    <w:p>
      <w:r>
        <w:rPr>
          <w:rFonts w:ascii="Courier New" w:hAnsi="Courier New"/>
          <w:color w:val="555555"/>
          <w:sz w:val="20"/>
        </w:rPr>
        <w:t>[19 . 12 . 73]</w:t>
      </w:r>
    </w:p>
    <w:p>
      <w:r>
        <w:rPr>
          <w:rFonts w:ascii="Gentium Plus" w:hAnsi="Gentium Plus"/>
          <w:sz w:val="24"/>
        </w:rPr>
        <w:t>«ὑμῖν λελάληκα, ἣν ἤκουσα παρὰ τοῦ πατρός». διὸ καὶ λέγεται τοῖς μὴ καλῶς ζητοῦσιν τὸ «Καὶ ζητήσετέ με» οὐκ ἐναντίον τῷ «Πᾶς ὁ «ζητῶν εὑρίσκει». καὶ ἀεὶ δὲ διαφοραί εἰσιν τῶν ζητούντων τὸν Ἰησοῦν, οὐ πάντων γνησίως καὶ ὑπὲρ τῆς ἑαυτῶν σωτηρίας καὶ τοῦ</w:t>
      </w:r>
    </w:p>
    <w:p>
      <w:r>
        <w:rPr>
          <w:rFonts w:ascii="Courier New" w:hAnsi="Courier New"/>
          <w:color w:val="555555"/>
          <w:sz w:val="20"/>
        </w:rPr>
        <w:t>[19 . 12 . 74]</w:t>
      </w:r>
    </w:p>
    <w:p>
      <w:r>
        <w:rPr>
          <w:rFonts w:ascii="Gentium Plus" w:hAnsi="Gentium Plus"/>
          <w:sz w:val="24"/>
        </w:rPr>
        <w:t>ὠφεληθῆναι ἀπ’ αὐτοῦ ζητούντων αὐτόν. εἰσὶν γὰρ καὶ κατὰ μυρίας ἀποπεπτωκυίας τοῦ καλοῦ προθέσεις ζητοῦντες τὸν Ἰησοῦν· διόπερ μόνοι οἱ ὀρθῶς ζητήσαντες αὐτὸν εἰρήνην εὗρον, οἳ καὶ κυρίως λέγοιντ’ ἂν αὐτὸν ζητεῖν τὸν ἐν ἀρχῇ λόγον, πρὸς τὸν θεὸν λόγον,</w:t>
      </w:r>
    </w:p>
    <w:p>
      <w:r>
        <w:rPr>
          <w:rFonts w:ascii="Courier New" w:hAnsi="Courier New"/>
          <w:color w:val="555555"/>
          <w:sz w:val="20"/>
        </w:rPr>
        <w:t>[5]</w:t>
      </w:r>
    </w:p>
    <w:p>
      <w:r>
        <w:rPr>
          <w:rFonts w:ascii="Gentium Plus" w:hAnsi="Gentium Plus"/>
          <w:sz w:val="24"/>
        </w:rPr>
        <w:t>καὶ ἵνα αὐτοὺς προσαγάγῃ τῷ πατρί. παρὼν δὲ καὶ ἐμφανταζόμε‐ νος ὁ λόγος, ἐπὰν μὴ παραδεχθῇ, ἀπειλεῖ τὸ ὑπάγειν καὶ λέγει· «Ἐγὼ «ὑπάγω»· καὶ ἐὰν ἀπελθόντος γε αὐτοῦ ζητῶμεν αὐτόν, οὐχ εὑρήσο‐</w:t>
      </w:r>
    </w:p>
    <w:p>
      <w:r>
        <w:rPr>
          <w:rFonts w:ascii="Courier New" w:hAnsi="Courier New"/>
          <w:color w:val="555555"/>
          <w:sz w:val="20"/>
        </w:rPr>
        <w:t>[19 . 12 . 75]</w:t>
      </w:r>
    </w:p>
    <w:p>
      <w:r>
        <w:rPr>
          <w:rFonts w:ascii="Gentium Plus" w:hAnsi="Gentium Plus"/>
          <w:sz w:val="24"/>
        </w:rPr>
        <w:t>μεν αὐτόν, ἀλλ’ ἐν τῇ ἁμαρτίᾳ ἡμῶν ἀποθανούμεθα. οἶδεν δὲ ἀπὸ τίνος ὑπάγει καὶ τίνι παραμένει μηδέπω εὑρισκόμενος, ἵν’ ἐν καιρῷ</w:t>
      </w:r>
    </w:p>
    <w:p>
      <w:r>
        <w:rPr>
          <w:rFonts w:ascii="Courier New" w:hAnsi="Courier New"/>
          <w:color w:val="555555"/>
          <w:sz w:val="20"/>
        </w:rPr>
        <w:t>[19 . 12 . 76]</w:t>
      </w:r>
    </w:p>
    <w:p>
      <w:r>
        <w:rPr>
          <w:rFonts w:ascii="Gentium Plus" w:hAnsi="Gentium Plus"/>
          <w:sz w:val="24"/>
        </w:rPr>
        <w:t>εὑρεθῇ ζητηθείς. καὶ τοῖς γε οὕτως ἔχουσιν αὐτὸν καὶ μὴ τεθεωρη‐ κόσιν αὐτὸν λέγεται· «Μὴ εἴπῃς ἐν τῇ καρδίᾳ σου· Τίς ἀναβήσεται «εἰς τὸν οὐρανόν; τοῦτ’ ἔστιν Χριστὸν καταγαγεῖν· ἤ· Τίς καταβή‐ «σεται εἰς τὴν ἄβυσσον; τοῦτ’ ἔστι Χριστὸν ἐκ νεκρῶν ἀναγαγεῖν.</w:t>
      </w:r>
    </w:p>
    <w:p>
      <w:r>
        <w:rPr>
          <w:rFonts w:ascii="Courier New" w:hAnsi="Courier New"/>
          <w:color w:val="555555"/>
          <w:sz w:val="20"/>
        </w:rPr>
        <w:t>[19 . 12 . 77]</w:t>
      </w:r>
    </w:p>
    <w:p>
      <w:r>
        <w:rPr>
          <w:rFonts w:ascii="Gentium Plus" w:hAnsi="Gentium Plus"/>
          <w:sz w:val="24"/>
        </w:rPr>
        <w:t>«ἀλλὰ τί λέγει ἡ γραφή; Ἐγγύς σου τὸ ῥῆμα σφόδρα ἐν τῷ στόματί «σου καὶ ἐν τῇ καρδίᾳ σου». τούτοις δὲ φιλανθρώπως ὁ σωτὴρ ὑποδείκνυσιν καὶ τὰ περὶ τῆς τοῦ θεοῦ βασιλείας, ἵνα μὴ ζητῶσιν αὐτὴν ἔξω ἑαυτῶν μηδὲ λέγωσιν· «Ἰδοὺ ὧδε, ἢ ἰδοὺ ἐκεῖ»· φησὶ γὰρ</w:t>
      </w:r>
    </w:p>
    <w:p>
      <w:r>
        <w:rPr>
          <w:rFonts w:ascii="Courier New" w:hAnsi="Courier New"/>
          <w:color w:val="555555"/>
          <w:sz w:val="20"/>
        </w:rPr>
        <w:t>[19 . 12 . 78]</w:t>
      </w:r>
    </w:p>
    <w:p>
      <w:r>
        <w:rPr>
          <w:rFonts w:ascii="Gentium Plus" w:hAnsi="Gentium Plus"/>
          <w:sz w:val="24"/>
        </w:rPr>
        <w:t>αὐτοῖς· «Ἡ βασιλεία τοῦ θεοῦ ἐντὸς ὑμῶν ἐστίν». καὶ ὅσον γε σώζο‐ μεν τὰ ἐνσπαρέντα ἡμῶν τῇ ψυχῇ τῆς ἀληθείας σπέρματα καὶ τὰς ἀρχὰς αὐτῆς, οὐδέπω ἀπελήλυθεν ἀφ’ ἡμῶν ὁ λόγος· ἐὰν δὲ ἀπὸ τῆς κατὰ τὴν κακίαν χύσεως διαφθάρωμεν, τότε ἡμῖν ἐρεῖ· «Ὑπάγω», ἵνα</w:t>
      </w:r>
    </w:p>
    <w:p>
      <w:r>
        <w:rPr>
          <w:rFonts w:ascii="Courier New" w:hAnsi="Courier New"/>
          <w:color w:val="555555"/>
          <w:sz w:val="20"/>
        </w:rPr>
        <w:t>[5]</w:t>
      </w:r>
    </w:p>
    <w:p>
      <w:r>
        <w:rPr>
          <w:rFonts w:ascii="Gentium Plus" w:hAnsi="Gentium Plus"/>
          <w:sz w:val="24"/>
        </w:rPr>
        <w:t>κἂν ζητῶμεν αὐτὸν οὐχ εὑρήσομεν, ἀλλ’ ἐν τῇ ἁμαρτίᾳ ἡμῶν ἀποθα‐ νούμεθα, καταλαμβανόμενοι ἐν αὐτῇ καὶ παραλαμβανόμενοι ἀπὸ ταύ‐ της ὑπὸ τῶν τεταγμένων ἐπὶ τῷ ἀπαιτεῖν τὴν ψυχήν, κατὰ τὸν εἰπόντα· «Ἄφρον, ταύτῃ τῇ νυκτὶ τὴν ψυχήν σου ἀπαιτοῦσιν ἀπὸ «σοῦ».</w:t>
      </w:r>
    </w:p>
    <w:p>
      <w:r>
        <w:rPr>
          <w:rFonts w:ascii="Courier New" w:hAnsi="Courier New"/>
          <w:color w:val="555555"/>
          <w:sz w:val="20"/>
        </w:rPr>
        <w:t>[19 . 13 . 79]</w:t>
      </w:r>
    </w:p>
    <w:p>
      <w:r>
        <w:rPr>
          <w:rFonts w:ascii="Gentium Plus" w:hAnsi="Gentium Plus"/>
          <w:sz w:val="24"/>
        </w:rPr>
        <w:t>Οὐ χρὴ δὲ παρελθεῖν ἀνεξέταστον οὐδὲ καὶ τὸ «Ἐν τῇ «ἁμαρτίᾳ ὑμῶν ἀποθανεῖσθε». εἰ μὲν 〈οὖν〉 κοινότερον λαμβάνεται, δῆλον ὅτι οἱ μὲν ἁμαρτωλοὶ ἐν τῇ ἁμαρτίᾳ αὐτῶν ἀποθανοῦνται, οἱ δὲ δίκαιοι ἐν τῇ δικαισούνῃ· εἰ δὲ τὸ «Ἀποθανεῖσθε» κατὰ τὸν</w:t>
      </w:r>
    </w:p>
    <w:p>
      <w:r>
        <w:rPr>
          <w:rFonts w:ascii="Courier New" w:hAnsi="Courier New"/>
          <w:color w:val="555555"/>
          <w:sz w:val="20"/>
        </w:rPr>
        <w:t>[5]</w:t>
      </w:r>
    </w:p>
    <w:p>
      <w:r>
        <w:rPr>
          <w:rFonts w:ascii="Gentium Plus" w:hAnsi="Gentium Plus"/>
          <w:sz w:val="24"/>
        </w:rPr>
        <w:t>ἐχθρὸν τοῦ χριστοῦ θάνατον λαμβάνεται, ὡς τοῦ πρὸς θάνατον ἡμαρτηκότος ἀποθνήσκοντος, δῆλον ὅτι οἷς ταῦτα ἐλέγετο οὐδέπω</w:t>
      </w:r>
    </w:p>
    <w:p>
      <w:r>
        <w:rPr>
          <w:rFonts w:ascii="Courier New" w:hAnsi="Courier New"/>
          <w:color w:val="555555"/>
          <w:sz w:val="20"/>
        </w:rPr>
        <w:t>[19 . 13 . 80]</w:t>
      </w:r>
    </w:p>
    <w:p>
      <w:r>
        <w:rPr>
          <w:rFonts w:ascii="Gentium Plus" w:hAnsi="Gentium Plus"/>
          <w:sz w:val="24"/>
        </w:rPr>
        <w:t>ἀποτεθνήκεισαν. καὶ ζητήσεις πῶς οἱ μὴ πιστεύσαντες, ὅτε ἔζων, μέλλουσίν ποτε ἀποθανεῖσθαι. ἀπαντήσεται δέ τις καὶ πρὸς τοῦτο λέγων ὅτι κατ’ ἐκεῖνο καιροῦ τὸ μηδέπω πιστεύειν οὐδέπω πρὸς θάνατον ἁμάρτημα ἦν, καὶ πρὸς οὓς ὁ λόγος οὐδέπω τὰ πρὸς θάνα‐</w:t>
      </w:r>
    </w:p>
    <w:p>
      <w:r>
        <w:rPr>
          <w:rFonts w:ascii="Courier New" w:hAnsi="Courier New"/>
          <w:color w:val="555555"/>
          <w:sz w:val="20"/>
        </w:rPr>
        <w:t>[5]</w:t>
      </w:r>
    </w:p>
    <w:p>
      <w:r>
        <w:rPr>
          <w:rFonts w:ascii="Gentium Plus" w:hAnsi="Gentium Plus"/>
          <w:sz w:val="24"/>
        </w:rPr>
        <w:t>τον ἡμαρτήκεισαν. ἀλλ’ ἔζων μὲν ἐν ἀσθενείᾳ τῆς ψυχῆς αὐτῶν, ἡ</w:t>
      </w:r>
    </w:p>
    <w:p>
      <w:r>
        <w:rPr>
          <w:rFonts w:ascii="Courier New" w:hAnsi="Courier New"/>
          <w:color w:val="555555"/>
          <w:sz w:val="20"/>
        </w:rPr>
        <w:t>[19 . 13 . 81]</w:t>
      </w:r>
    </w:p>
    <w:p>
      <w:r>
        <w:rPr>
          <w:rFonts w:ascii="Gentium Plus" w:hAnsi="Gentium Plus"/>
          <w:sz w:val="24"/>
        </w:rPr>
        <w:t>δὲ ἀσθένεια ἐκείνη πρὸς θάνατον ἦν. διὰ τοῦτο καὶ ὁ ἰατρὸς βλέ‐ πων ὀλεθρίως αὐτοὺς ἀσθενοῦντας, ἔλεγεν ἀπογνοὺς αὐτῶν τὴν θεραπείαν· «Ἐγὼ ὑπάγω καὶ ζητήσετέ με, καὶ ἐν τῇ ἁμαρτίᾳ ὑμῶν «ἀποθανεῖσθε». εἴπομεν δὴ τὸ «ἐπεὶ ἡ ἀσθένεια ἐκείνη ἦν αὐτοῖς</w:t>
      </w:r>
    </w:p>
    <w:p>
      <w:r>
        <w:rPr>
          <w:rFonts w:ascii="Courier New" w:hAnsi="Courier New"/>
          <w:color w:val="555555"/>
          <w:sz w:val="20"/>
        </w:rPr>
        <w:t>[5]</w:t>
      </w:r>
    </w:p>
    <w:p>
      <w:r>
        <w:rPr>
          <w:rFonts w:ascii="Gentium Plus" w:hAnsi="Gentium Plus"/>
          <w:sz w:val="24"/>
        </w:rPr>
        <w:t>«πρὸς θάνατον», ἅτε μαθόντες ἀπὸ τοῦ Ἰησοῦ διαφορὰν ἀσθενειῶν.</w:t>
      </w:r>
    </w:p>
    <w:p>
      <w:r>
        <w:rPr>
          <w:rFonts w:ascii="Courier New" w:hAnsi="Courier New"/>
          <w:color w:val="555555"/>
          <w:sz w:val="20"/>
        </w:rPr>
        <w:t>[19 . 13 . 82]</w:t>
      </w:r>
    </w:p>
    <w:p>
      <w:r>
        <w:rPr>
          <w:rFonts w:ascii="Gentium Plus" w:hAnsi="Gentium Plus"/>
          <w:sz w:val="24"/>
        </w:rPr>
        <w:t>ἠσθένει δὲ καὶ ὁ Λάζαρος, ἀλλ’ ᾔδει ὁ ἰατρὸς ὅτι ἡ ἀσθένεια αὐτοῦ οὐ πρὸς θάνατον ἦν· διόπερ φησίν· «Αὕτη ἡ ἀσθένεια οὐκ ἔστιν «πρὸς θάνατον». διὰ τοῦτο κἂν ἀντιλαμβανώμεθα τῶν ἀσθενειῶν ἑαυτῶν ἀσθενούντων, προσέχωμεν μήποτε πρὸς θάνατον ἀσθενή‐</w:t>
      </w:r>
    </w:p>
    <w:p>
      <w:r>
        <w:rPr>
          <w:rFonts w:ascii="Courier New" w:hAnsi="Courier New"/>
          <w:color w:val="555555"/>
          <w:sz w:val="20"/>
        </w:rPr>
        <w:t>[5]</w:t>
      </w:r>
    </w:p>
    <w:p>
      <w:r>
        <w:rPr>
          <w:rFonts w:ascii="Gentium Plus" w:hAnsi="Gentium Plus"/>
          <w:sz w:val="24"/>
        </w:rPr>
        <w:t>σωμεν, μεταβαλλούσης τῆς νόσου ἀπὸ τοῦ ἔτι ἰατὴν εἶναι δύνασθαι</w:t>
      </w:r>
    </w:p>
    <w:p>
      <w:r>
        <w:rPr>
          <w:rFonts w:ascii="Courier New" w:hAnsi="Courier New"/>
          <w:color w:val="555555"/>
          <w:sz w:val="20"/>
        </w:rPr>
        <w:t>[19 . 13 . 83]</w:t>
      </w:r>
    </w:p>
    <w:p>
      <w:r>
        <w:rPr>
          <w:rFonts w:ascii="Gentium Plus" w:hAnsi="Gentium Plus"/>
          <w:sz w:val="24"/>
        </w:rPr>
        <w:t>ἐπὶ τὸ ἀνίατον. ἅμα δὲ σαφέστερόν πως ἔσται καὶ τὸ «Ὅπου ἐγὼ «ὑπάγω ὑμεῖς οὐ δύνασθε ἐλθεῖν» ἐπιφερόμενον τῷ «Καὶ ἐν τῇ «ἁμαρτίᾳ ὑμῶν ἀποθανεῖσθε». ὅταν γὰρ ἀποθάνῃ τις ἐν τῇ ἑαυτοῦ ἁμαρτίᾳ, ὅπου ὑπάγει ὁ Ἰησοῦς οὐ δύναται ἀπελθεῖν· οὐδεὶς γὰρ νε‐</w:t>
      </w:r>
    </w:p>
    <w:p>
      <w:r>
        <w:rPr>
          <w:rFonts w:ascii="Courier New" w:hAnsi="Courier New"/>
          <w:color w:val="555555"/>
          <w:sz w:val="20"/>
        </w:rPr>
        <w:t>[5]</w:t>
      </w:r>
    </w:p>
    <w:p>
      <w:r>
        <w:rPr>
          <w:rFonts w:ascii="Gentium Plus" w:hAnsi="Gentium Plus"/>
          <w:sz w:val="24"/>
        </w:rPr>
        <w:t>κρὸς ἀκολουθεῖν δύναται τῷ Ἰησοῦ· «Οὐδὲ γὰρ οἱ νεκροὶ αἰνέσουσίν «σε, κύριε, οὐδὲ πάντες οἱ καταβαίνοντες εἰς ᾅδου. ἀλλ’ ἡμεῖς οἱ «ζῶντες εὐλογήσομεν τὸν κύριον».</w:t>
      </w:r>
    </w:p>
    <w:p>
      <w:r>
        <w:rPr>
          <w:rFonts w:ascii="Courier New" w:hAnsi="Courier New"/>
          <w:color w:val="555555"/>
          <w:sz w:val="20"/>
        </w:rPr>
        <w:t>[19 . 14 . 84]</w:t>
      </w:r>
    </w:p>
    <w:p>
      <w:r>
        <w:rPr>
          <w:rFonts w:ascii="Gentium Plus" w:hAnsi="Gentium Plus"/>
          <w:sz w:val="24"/>
        </w:rPr>
        <w:t>Ἔτι πρὸς τὸ «Ἐν τῇ ἁμαρτίᾳ ὑμῶν ἀποθανεῖσθε» παρα‐ θήσεις τὸ ἐκ τοῦ Ἰεζεκιὴλ οὕτως ἔχον· «Ψυχὴ ἡ ἁμαρτάνουσα, αὕτη «ἀποθανεῖται»· θάνατος γὰρ ψυχῆς ἁμαρτία, οἶμαι δὲ ὅτι οὐ πᾶσα,</w:t>
      </w:r>
    </w:p>
    <w:p>
      <w:r>
        <w:rPr>
          <w:rFonts w:ascii="Courier New" w:hAnsi="Courier New"/>
          <w:color w:val="555555"/>
          <w:sz w:val="20"/>
        </w:rPr>
        <w:t>[19 . 14 . 85]</w:t>
      </w:r>
    </w:p>
    <w:p>
      <w:r>
        <w:rPr>
          <w:rFonts w:ascii="Gentium Plus" w:hAnsi="Gentium Plus"/>
          <w:sz w:val="24"/>
        </w:rPr>
        <w:t>ἀλλ’ ἥν φησιν Ἰωάννης πρὸς θάνατον. ἅμα δὲ καὶ διαστέλλει ὅτι τις ἁμαρτία θάνατός ἐστιν ψυχῆς, καί τις ἁμαρτία ἀσθένεια αὐτῆς τάχα δὲ καὶ τρίτον τις ἁμαρτία ζημία ψυχῆς ἐστιν, ἁμαρτία δηλονότι ἐκ τοῦ «Τί ὠφεληθήσεται ἄνθρωπος ἐὰν ὅλον τὸν κόσμον κερδήσῃ</w:t>
      </w:r>
    </w:p>
    <w:p>
      <w:r>
        <w:rPr>
          <w:rFonts w:ascii="Courier New" w:hAnsi="Courier New"/>
          <w:color w:val="555555"/>
          <w:sz w:val="20"/>
        </w:rPr>
        <w:t>[5]</w:t>
      </w:r>
    </w:p>
    <w:p>
      <w:r>
        <w:rPr>
          <w:rFonts w:ascii="Gentium Plus" w:hAnsi="Gentium Plus"/>
          <w:sz w:val="24"/>
        </w:rPr>
        <w:t>«τὴν δὲ ψυχὴν αὐτοῦ ἀπολέσῃ ἢ ζημιωθῇ;» καὶ ἐκ τοῦ «Εἴ τινος τὸ</w:t>
      </w:r>
    </w:p>
    <w:p>
      <w:r>
        <w:rPr>
          <w:rFonts w:ascii="Courier New" w:hAnsi="Courier New"/>
          <w:color w:val="555555"/>
          <w:sz w:val="20"/>
        </w:rPr>
        <w:t>[19 . 14 . 86]</w:t>
      </w:r>
    </w:p>
    <w:p>
      <w:r>
        <w:rPr>
          <w:rFonts w:ascii="Gentium Plus" w:hAnsi="Gentium Plus"/>
          <w:sz w:val="24"/>
        </w:rPr>
        <w:t>«ἔργον κατακαήσεται, ζημιωθήσεται». τοῖς μὲν οὖν ἐν τῇ ἁμαρτίᾳ ἀποθανουμένοις φησίν· «Ὑπάγω καὶ ζητήσετέ με, καὶ ἐν τῇ ἁμαρτίᾳ «ὑμῶν ἀποθανεῖσθε· ὅπου ἐγὼ ὑπάγω, ὑμεῖς οὐ δύνασθε ἐλθεῖν»· τῷ δὲ Πέτρῳ· «Ὅπου ἐγὼ ὑπάγω, οὐ δύνασαί μοι νῦν ἀκολουθῆσαι,</w:t>
      </w:r>
    </w:p>
    <w:p>
      <w:r>
        <w:rPr>
          <w:rFonts w:ascii="Courier New" w:hAnsi="Courier New"/>
          <w:color w:val="555555"/>
          <w:sz w:val="20"/>
        </w:rPr>
        <w:t>[5]</w:t>
      </w:r>
    </w:p>
    <w:p>
      <w:r>
        <w:rPr>
          <w:rFonts w:ascii="Gentium Plus" w:hAnsi="Gentium Plus"/>
          <w:sz w:val="24"/>
        </w:rPr>
        <w:t>«ἀκολουθήσεις δὲ ὕστερον»· ἔξεστιν γὰρ μαθητευόμενον τῷ Ἰησοῦ νῦν μὲν μὴ παρεσκευάσθαι πρὸς τὸ ἀκολουθεῖν αὐτῷ ἀπιόντι πρὸς τὸν πατέρα, ὕστερον δὲ ἐξ ἐπιμελείας κατ’ ἴχνη βαίνοντα ἀκολουθεῖν</w:t>
      </w:r>
    </w:p>
    <w:p>
      <w:r>
        <w:rPr>
          <w:rFonts w:ascii="Courier New" w:hAnsi="Courier New"/>
          <w:color w:val="555555"/>
          <w:sz w:val="20"/>
        </w:rPr>
        <w:t>[19 . 14 . 87]</w:t>
      </w:r>
    </w:p>
    <w:p>
      <w:r>
        <w:rPr>
          <w:rFonts w:ascii="Gentium Plus" w:hAnsi="Gentium Plus"/>
          <w:sz w:val="24"/>
        </w:rPr>
        <w:t>τῷ διδασκάλῳ καὶ ἕπεσθαι τῷ λόγῳ τοῦ θεοῦ. εἰκὸς δὲ ὅτι διὰ τὰ περὶ τέλους ἡμῖν ὑπονοούμενα ἐπιστήσει τις τῷ «Ὅπου ἐγὼ ὑπάγω «ὑμεῖς οὐ δύνασθε ἐλθεῖν»· καὶ πρὸς τοῦτο ἐρεῖ, ὅτι ἔξεστι νῦν μὲν μὴ δύνασθαι, ὕστερον δὲ δυνήσεσθαι· καὶ εἴπερ ἐστίν τις ἐνεστηκὼς</w:t>
      </w:r>
    </w:p>
    <w:p>
      <w:r>
        <w:rPr>
          <w:rFonts w:ascii="Courier New" w:hAnsi="Courier New"/>
          <w:color w:val="555555"/>
          <w:sz w:val="20"/>
        </w:rPr>
        <w:t>[5]</w:t>
      </w:r>
    </w:p>
    <w:p>
      <w:r>
        <w:rPr>
          <w:rFonts w:ascii="Gentium Plus" w:hAnsi="Gentium Plus"/>
          <w:sz w:val="24"/>
        </w:rPr>
        <w:t>αἰὼν καὶ ἄλλος μέλλων, οὗτοι πρὸς οὓς λέλεκται· «Οὐ δύνασθε «ἐλθεῖν», κατὰ τὸν ἐνεστηκότα αἰῶνα (πολὺς δὲ ὁ λείπων εἰς τὴν συντέλειαν αὐτοῦ ἐστιν χρόνος) οὐ δύνανται ἐλθεῖν, ὅπου Ἰησοῦς, τοῦτ’ ἔστιν, ὅπου ἡ ἀλήθεια καὶ ἡ σοφία καὶ ὁ λόγος, τοῦτο γάρ</w:t>
      </w:r>
    </w:p>
    <w:p>
      <w:r>
        <w:rPr>
          <w:rFonts w:ascii="Courier New" w:hAnsi="Courier New"/>
          <w:color w:val="555555"/>
          <w:sz w:val="20"/>
        </w:rPr>
        <w:t>[19 . 14 . 88]</w:t>
      </w:r>
    </w:p>
    <w:p>
      <w:r>
        <w:rPr>
          <w:rFonts w:ascii="Gentium Plus" w:hAnsi="Gentium Plus"/>
          <w:sz w:val="24"/>
        </w:rPr>
        <w:t>ἐστιν ‹ὅπου Ἰησοῦσ›. οἶδα δέ τινας οὐ μόνον ἐν τῷ αἰῶνι τούτῳ, ἀλλὰ καὶ ἐν τῷ μέλλοντι κρατουμένους ὑπὸ τῆς ἰδίας ἁμαρτίας, ὡς τούτους περὶ ὧν φησιν ὁ λόγος· «〈Ὃσ〉 ἐὰν βλασφημήσῃ εἰς τὸ πνεῦμα «τὸ ἅγιον, οὐκ ἔχει ἄφεσιν οὔτε ἐν τούτῳ τῷ αἰῶνι οὔτε ἐν τῷ</w:t>
      </w:r>
    </w:p>
    <w:p>
      <w:r>
        <w:rPr>
          <w:rFonts w:ascii="Courier New" w:hAnsi="Courier New"/>
          <w:color w:val="555555"/>
          <w:sz w:val="20"/>
        </w:rPr>
        <w:t>[5]</w:t>
      </w:r>
    </w:p>
    <w:p>
      <w:r>
        <w:rPr>
          <w:rFonts w:ascii="Gentium Plus" w:hAnsi="Gentium Plus"/>
          <w:sz w:val="24"/>
        </w:rPr>
        <w:t>«μέλλοντι»· οὐ μέντοι γε εἰ μὴ ἐν τῷ μέλλοντι αἰῶνι, ἤδη οὐδὲ ἐν τοῖς αἰῶσιν τοῖς ἐπερχομένοις.</w:t>
      </w:r>
    </w:p>
    <w:p>
      <w:r>
        <w:rPr>
          <w:rFonts w:ascii="Courier New" w:hAnsi="Courier New"/>
          <w:color w:val="555555"/>
          <w:sz w:val="20"/>
        </w:rPr>
        <w:t>[19 . 14 . 89]</w:t>
      </w:r>
    </w:p>
    <w:p>
      <w:r>
        <w:rPr>
          <w:rFonts w:ascii="Gentium Plus" w:hAnsi="Gentium Plus"/>
          <w:sz w:val="24"/>
        </w:rPr>
        <w:t>Ὁ μέντοι γε Ἡρακλέων ἐκθέμενος τὴν περὶ τοῦ γαζοφυλακίου λέξιν οὐδὲν εἶπεν εἰς αὐτήν. εἰς δὲ τὸ «Ὅπου ἐγὼ ὑπάγω ὑμεῖς «οὐ δύνασθε ἐλθεῖν» φησί· πῶς ἐν ἀγνοίᾳ καὶ ἀπιστίᾳ καὶ ἁμαρτήμασιν ὄντες ἐν ἀφθαρσίᾳ δύνανται γενέσθαι;</w:t>
      </w:r>
    </w:p>
    <w:p>
      <w:r>
        <w:rPr>
          <w:rFonts w:ascii="Courier New" w:hAnsi="Courier New"/>
          <w:color w:val="555555"/>
          <w:sz w:val="20"/>
        </w:rPr>
        <w:t>[19 . 14 . 90]</w:t>
      </w:r>
    </w:p>
    <w:p>
      <w:r>
        <w:rPr>
          <w:rFonts w:ascii="Gentium Plus" w:hAnsi="Gentium Plus"/>
          <w:sz w:val="24"/>
        </w:rPr>
        <w:t>μηδὲ ἐν τούτῳ κατακούων ἑαυτοῦ· εἰ γὰρ οἱ ἐν ἀγνοίᾳ καὶ ἀπιστίᾳ καὶ ἁμαρτήμασιν ὄντες ἐν ἀφθαρσίᾳ οὐ δύνανται γενέσθαι, πῶς οἱ ἀπόστολοι ἐν ἀγνοίᾳ ποτὲ καὶ ἐν ἀπιστίᾳ καὶ ἐν ἁμαρ‐ τήμασιν γενόμενοι ἐν ἀφθαρσίᾳ γεγόνασιν; δύνανται οὖν οἱ ἐν</w:t>
      </w:r>
    </w:p>
    <w:p>
      <w:r>
        <w:rPr>
          <w:rFonts w:ascii="Courier New" w:hAnsi="Courier New"/>
          <w:color w:val="555555"/>
          <w:sz w:val="20"/>
        </w:rPr>
        <w:t>[5]</w:t>
      </w:r>
    </w:p>
    <w:p>
      <w:r>
        <w:rPr>
          <w:rFonts w:ascii="Gentium Plus" w:hAnsi="Gentium Plus"/>
          <w:sz w:val="24"/>
        </w:rPr>
        <w:t>ἀγνοίᾳ καὶ ἐν ἀπιστίᾳ καὶ ἐν ἁμαρτήμασιν γενόμενοι γενέσθαι ἐν ἀφθαρσίᾳ εἰ μεταβάλλοιεν, δυνατὸν αὐτοὺς μεταβαλεῖν.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[19 . 15 n]</w:t>
      </w:r>
    </w:p>
    <w:p>
      <w:r>
        <w:rPr>
          <w:rFonts w:ascii="Gentium Plus" w:hAnsi="Gentium Plus"/>
          <w:sz w:val="24"/>
        </w:rPr>
        <w:t>Ἔλεγον οὖν οἱ Ἰουδαῖοι· Μήτι ἀποκτενεῖ ἑαυτὸν ὅτι λέγει· Ὅπου ἐγὼ ὑπάγω ὑμεῖς οὐ δύνασθε ἐλθεῖν;</w:t>
      </w:r>
    </w:p>
    <w:p>
      <w:r>
        <w:rPr>
          <w:rFonts w:ascii="Courier New" w:hAnsi="Courier New"/>
          <w:color w:val="555555"/>
          <w:sz w:val="20"/>
        </w:rPr>
        <w:t>[19 . 15 . 91]</w:t>
      </w:r>
    </w:p>
    <w:p>
      <w:r>
        <w:rPr>
          <w:rFonts w:ascii="Gentium Plus" w:hAnsi="Gentium Plus"/>
          <w:sz w:val="24"/>
        </w:rPr>
        <w:t>Ἄξιον ζητῆσαι πόθεν κινηθέντες οἱ Ἰουδαῖοι πρὸς τὸ «Ὅπου «ἐγὼ ὑπάγω ὑμεῖς οὐ δύνασθε ἐλθεῖν» φασὶ τὸ «Μήτι ἀποκτενεῖ ἑαυτὸν ὅτι λέγει· Ὅπου ἐγὼ ὑπάγω ὑμεῖς οὐ δύνασθε ἐλθεῖν;» ἵνα δὲ καὶ δοθῇ ἁπλούστερον αὐτοὺς εἰρηκέναι τὸ «Μήτι ἀποκτενεῖ ἑαυ‐</w:t>
      </w:r>
    </w:p>
    <w:p>
      <w:r>
        <w:rPr>
          <w:rFonts w:ascii="Courier New" w:hAnsi="Courier New"/>
          <w:color w:val="555555"/>
          <w:sz w:val="20"/>
        </w:rPr>
        <w:t>[19 . 15 . 92]</w:t>
      </w:r>
    </w:p>
    <w:p>
      <w:r>
        <w:rPr>
          <w:rFonts w:ascii="Gentium Plus" w:hAnsi="Gentium Plus"/>
          <w:sz w:val="24"/>
        </w:rPr>
        <w:t>«τόν;» πῶς οἱ δυνάμενοι ἀποκτεῖναι ἑαυτούς, κἂν μὴ ἀναιρῶσιν</w:t>
      </w:r>
    </w:p>
    <w:p>
      <w:r>
        <w:rPr>
          <w:rFonts w:ascii="Courier New" w:hAnsi="Courier New"/>
          <w:color w:val="555555"/>
          <w:sz w:val="20"/>
        </w:rPr>
        <w:t>[5]</w:t>
      </w:r>
    </w:p>
    <w:p>
      <w:r>
        <w:rPr>
          <w:rFonts w:ascii="Gentium Plus" w:hAnsi="Gentium Plus"/>
          <w:sz w:val="24"/>
        </w:rPr>
        <w:t>λεγομένων ὑπὸ Ἰουδαίων ἐν τοῖς εὐαγγελίοις σαφές ἐστιν ὅτι πολλὰ κατά τινας παραδόσεις ἀπορρήτους καὶ ἀνακεχωρηκυίας ἔλεγον, ὡς</w:t>
      </w:r>
    </w:p>
    <w:p>
      <w:r>
        <w:rPr>
          <w:rFonts w:ascii="Courier New" w:hAnsi="Courier New"/>
          <w:color w:val="555555"/>
          <w:sz w:val="20"/>
        </w:rPr>
        <w:t>[19 . 15 . 93]</w:t>
      </w:r>
    </w:p>
    <w:p>
      <w:r>
        <w:rPr>
          <w:rFonts w:ascii="Gentium Plus" w:hAnsi="Gentium Plus"/>
          <w:sz w:val="24"/>
        </w:rPr>
        <w:t>ἐγνωκότες ἕτερα παρὰ 〈τὰ〉 κοινὰ καὶ κατημαξευμένα. ἐπὰν δὲ ἴδωμεν ἐκ τῆς παραθέσεως τῶν ῥητῶν ἐκεῖνα, τότε ζητήσομεν εἰ καὶ τοῦτο ὑπ’ αὐτῶν περὶ τοῦ σωτῆρος λέγεται βαθύτερόν τι βλεπόντων. ὅτι δὲ κατὰ ἀνακεχωρηκότας λόγους καὶ μὴ κατημαξευμένους ἔφασκον,</w:t>
      </w:r>
    </w:p>
    <w:p>
      <w:r>
        <w:rPr>
          <w:rFonts w:ascii="Courier New" w:hAnsi="Courier New"/>
          <w:color w:val="555555"/>
          <w:sz w:val="20"/>
        </w:rPr>
        <w:t>[5]</w:t>
      </w:r>
    </w:p>
    <w:p>
      <w:r>
        <w:rPr>
          <w:rFonts w:ascii="Gentium Plus" w:hAnsi="Gentium Plus"/>
          <w:sz w:val="24"/>
        </w:rPr>
        <w:t>† τὸν ἄδηλον ἐν Βεελζεβοὺλ τῷ ἄρχοντι τῶν δαιμονίων ἐκβάλλειν</w:t>
      </w:r>
    </w:p>
    <w:p>
      <w:r>
        <w:rPr>
          <w:rFonts w:ascii="Courier New" w:hAnsi="Courier New"/>
          <w:color w:val="555555"/>
          <w:sz w:val="20"/>
        </w:rPr>
        <w:t>[19 . 15 . 94]</w:t>
      </w:r>
    </w:p>
    <w:p>
      <w:r>
        <w:rPr>
          <w:rFonts w:ascii="Gentium Plus" w:hAnsi="Gentium Plus"/>
          <w:sz w:val="24"/>
        </w:rPr>
        <w:t>τὰ δαιμόνια. πάντως γὰρ περὶ δαιμόνων τι μεμαθήκεισαν καὶ τοῦ ἄρχοντος αὐτῶν ᾧ ὄνομα Βεελζεβούλ· ταῦτα δὲ οὐ πάνυ τι ἐν τοῖς</w:t>
      </w:r>
    </w:p>
    <w:p>
      <w:r>
        <w:rPr>
          <w:rFonts w:ascii="Courier New" w:hAnsi="Courier New"/>
          <w:color w:val="555555"/>
          <w:sz w:val="20"/>
        </w:rPr>
        <w:t>[19 . 15 . 95]</w:t>
      </w:r>
    </w:p>
    <w:p>
      <w:r>
        <w:rPr>
          <w:rFonts w:ascii="Gentium Plus" w:hAnsi="Gentium Plus"/>
          <w:sz w:val="24"/>
        </w:rPr>
        <w:t>φερομένοις κεῖται βιβλίοις· καὶ μαρτυρία τοῦ σωτῆρος οὐ ψεύδεται 〈τὸν〉 Βεελζεβοὺλ λέγοντος «Εἰ ἐγὼ ἐν Βεελζεβοὺλ ἐκβάλλω τὰ δαι‐ «μόνια, οἱ υἱοὶ ὑμῶν ἐν τίνι ἐκβάλλουσιν;» παραδεξάμενος γὰρ τὸ εἶναί τινα τὸν Βεελζεβοὺλ καὶ τὸν ἐν αὐτῷ ἐκβάλλοντα δαιμόνια οἱονεὶ</w:t>
      </w:r>
    </w:p>
    <w:p>
      <w:r>
        <w:rPr>
          <w:rFonts w:ascii="Courier New" w:hAnsi="Courier New"/>
          <w:color w:val="555555"/>
          <w:sz w:val="20"/>
        </w:rPr>
        <w:t>[5]</w:t>
      </w:r>
    </w:p>
    <w:p>
      <w:r>
        <w:rPr>
          <w:rFonts w:ascii="Gentium Plus" w:hAnsi="Gentium Plus"/>
          <w:sz w:val="24"/>
        </w:rPr>
        <w:t>μερισμόν τινα ἐνεργεῖν τοῦ Σατανᾶ γίνεσθαι ἐφ’ ἑαυτόν, ταῦτά φησιν.</w:t>
      </w:r>
    </w:p>
    <w:p>
      <w:r>
        <w:rPr>
          <w:rFonts w:ascii="Courier New" w:hAnsi="Courier New"/>
          <w:color w:val="555555"/>
          <w:sz w:val="20"/>
        </w:rPr>
        <w:t>[19 . 15 . 96]</w:t>
      </w:r>
    </w:p>
    <w:p>
      <w:r>
        <w:rPr>
          <w:rFonts w:ascii="Gentium Plus" w:hAnsi="Gentium Plus"/>
          <w:sz w:val="24"/>
        </w:rPr>
        <w:t>ἐσφάλησαν μὲν οὖν λέγοντες ἐν Βεελζεβοὺλ ὑπὸ τοῦ σωτῆρος ἐκβάλ‐ λεσθαι τὰ δαιμόνια, κατειλήφεισαν δὲ ὅτι εἴη τις Βεελζεβοὺλ ἄρχων</w:t>
      </w:r>
    </w:p>
    <w:p>
      <w:r>
        <w:rPr>
          <w:rFonts w:ascii="Courier New" w:hAnsi="Courier New"/>
          <w:color w:val="555555"/>
          <w:sz w:val="20"/>
        </w:rPr>
        <w:t>[19 . 15 . 97]</w:t>
      </w:r>
    </w:p>
    <w:p>
      <w:r>
        <w:rPr>
          <w:rFonts w:ascii="Gentium Plus" w:hAnsi="Gentium Plus"/>
          <w:sz w:val="24"/>
        </w:rPr>
        <w:t>δαιμονίων. ἀλλὰ καὶ ἐὰν λέγωσιν περὶ τοῦ Ἰησοῦ ὅτι αὐτὸς Ἰωάννης ἐστὶν ἀναστὰς ἀπὸ τῶν νεκρῶν, ἢ εἷς τις τῶν προφητῶν, πάντως δόγμα ἔχοντες περὶ ψυχῆς, ὡς ἐξητάσαμεν ἐν τοῖς περὶ Ἰωάννου, τοιαῦτα περὶ τοῦ σωτῆρος ὑπονοοῦσιν. εἰκὸς δὲ καὶ ἄλλα μυρία ἢ</w:t>
      </w:r>
    </w:p>
    <w:p>
      <w:r>
        <w:rPr>
          <w:rFonts w:ascii="Courier New" w:hAnsi="Courier New"/>
          <w:color w:val="555555"/>
          <w:sz w:val="20"/>
        </w:rPr>
        <w:t>[5]</w:t>
      </w:r>
    </w:p>
    <w:p>
      <w:r>
        <w:rPr>
          <w:rFonts w:ascii="Gentium Plus" w:hAnsi="Gentium Plus"/>
          <w:sz w:val="24"/>
        </w:rPr>
        <w:t>ἐκ παραδόσεως ἢ ἐξ ἀποκρύφων αὐτοὺς εἰδέναι παρὰ τοὺς πολλούς.</w:t>
      </w:r>
    </w:p>
    <w:p>
      <w:r>
        <w:rPr>
          <w:rFonts w:ascii="Courier New" w:hAnsi="Courier New"/>
          <w:color w:val="555555"/>
          <w:sz w:val="20"/>
        </w:rPr>
        <w:t>[19 . 15 . 98]</w:t>
      </w:r>
    </w:p>
    <w:p>
      <w:r>
        <w:rPr>
          <w:rFonts w:ascii="Gentium Plus" w:hAnsi="Gentium Plus"/>
          <w:sz w:val="24"/>
        </w:rPr>
        <w:t>ἴδωμεν οὖν καὶ εἰς τὸ «Μήτι ἀποκτενεῖ ἑαυτόν;» εἰ δύνανται μὴ κοι‐ νότερόν τι καὶ ἁπλούστερον νενοηκέναι, ὡς ἑαυτὸν ἐξαγαγόντος τοῦ βίου ἤτοι ἀγχόνῃ ἢ ξίφει ἢ ὁποιᾳδήποτε ὁδῷ τῶν ἐντεῦθεν ἑαυτοὺς ἀπαλλαττόντων, καὶ μάλιστα ἐπεὶ οἴονται αὐτὸν 〈ἑαυτὸν〉 ἀποκτεί‐</w:t>
      </w:r>
    </w:p>
    <w:p>
      <w:r>
        <w:rPr>
          <w:rFonts w:ascii="Courier New" w:hAnsi="Courier New"/>
          <w:color w:val="555555"/>
          <w:sz w:val="20"/>
        </w:rPr>
        <w:t>[5]</w:t>
      </w:r>
    </w:p>
    <w:p>
      <w:r>
        <w:rPr>
          <w:rFonts w:ascii="Gentium Plus" w:hAnsi="Gentium Plus"/>
          <w:sz w:val="24"/>
        </w:rPr>
        <w:t>νοντα ἀπελεύσεσθαι εἰς τόπον εἰς ὃν ἀδύνατον ἦν αὐτοὺς γενέσθαι· καὶ εἰ μὴ δεισιδαιμονοῦντές γε περὶ τὰ ὀνόματα, ἀλλὰ βλέποντες τὰ πράγματα † μὴ εὑρισκόμενα ἄλλοις ὀνόμασιν χρῆσθαι κατὰ τῶν πραγ‐ μάτων, τάχα, ἵν’ οὕτως εἴπω, θειότερον Ἰησοῦς αὑτὸν ἀπέκτεινεν, ὅπερ οὕτως παρίσταμεν· πάντων μὲν αἱ ψυχαὶ τῶν ἀπαλλαττομένων</w:t>
      </w:r>
    </w:p>
    <w:p>
      <w:r>
        <w:rPr>
          <w:rFonts w:ascii="Courier New" w:hAnsi="Courier New"/>
          <w:color w:val="555555"/>
          <w:sz w:val="20"/>
        </w:rPr>
        <w:t>[10]</w:t>
      </w:r>
    </w:p>
    <w:p>
      <w:r>
        <w:rPr>
          <w:rFonts w:ascii="Gentium Plus" w:hAnsi="Gentium Plus"/>
          <w:sz w:val="24"/>
        </w:rPr>
        <w:t>τοῦ σώματος, ἀπαιτούντων τινῶν αὐτὰς τῶν ἐπὶ τοῦτο τεταγμένων,</w:t>
      </w:r>
    </w:p>
    <w:p>
      <w:r>
        <w:rPr>
          <w:rFonts w:ascii="Courier New" w:hAnsi="Courier New"/>
          <w:color w:val="555555"/>
          <w:sz w:val="20"/>
        </w:rPr>
        <w:t>[19 . 16 . 99]</w:t>
      </w:r>
    </w:p>
    <w:p>
      <w:r>
        <w:rPr>
          <w:rFonts w:ascii="Gentium Plus" w:hAnsi="Gentium Plus"/>
          <w:sz w:val="24"/>
        </w:rPr>
        <w:t>Ἐὰν δέ τις φάσκῃ τοῦτο μὲν δύνασθαι ἐπὶ τῶν χειρόνων λέγεσθαι, οὐ μὴν καὶ ἐπὶ τῶν κρειττόνων καὶ καλῶς βεβιωκότων, ἐπιστησάτω εἰ μὴ ἐξαίρετόν τι παρὰ πάντας τοὺς ἐν σώματι γενο‐ μένους περὶ ἑαυτοῦ ἀπαγγέλλων ὁ κύριός φησιν· «Οὐδεὶς αἴρει τὴν</w:t>
      </w:r>
    </w:p>
    <w:p>
      <w:r>
        <w:rPr>
          <w:rFonts w:ascii="Courier New" w:hAnsi="Courier New"/>
          <w:color w:val="555555"/>
          <w:sz w:val="20"/>
        </w:rPr>
        <w:t>[5]</w:t>
      </w:r>
    </w:p>
    <w:p>
      <w:r>
        <w:rPr>
          <w:rFonts w:ascii="Gentium Plus" w:hAnsi="Gentium Plus"/>
          <w:sz w:val="24"/>
        </w:rPr>
        <w:t>«ψυχήν μου ἀπ’ ἐμοῦ, ἀλλ’ ἐγὼ τίθημι αὐτὴν ἀπ’ ἐμαυτοῦ· ἐξουσίαν</w:t>
      </w:r>
    </w:p>
    <w:p>
      <w:r>
        <w:rPr>
          <w:rFonts w:ascii="Courier New" w:hAnsi="Courier New"/>
          <w:color w:val="555555"/>
          <w:sz w:val="20"/>
        </w:rPr>
        <w:t>[19 . 16 . 100]</w:t>
      </w:r>
    </w:p>
    <w:p>
      <w:r>
        <w:rPr>
          <w:rFonts w:ascii="Gentium Plus" w:hAnsi="Gentium Plus"/>
          <w:sz w:val="24"/>
        </w:rPr>
        <w:t>«ἔχω θεῖναι αὐτὴν καὶ πάλιν ἐξουσίαν ἔχω λαβεῖν αὐτήν». νοήσωμεν γάρ τινα ὅτε βούλεται καταλιπόντα τὸ σῶμα καὶ ἐξιόντα χωρὶς ὁδοῦ τῆς φερούσης ἐπὶ τὸν θάνατον, ἤτοι διὰ βιαίων ὁδῶν ἢ διὰ νόσων, καὶ πάλιν ἐπὰν θέλῃ ἐπανιόντα, καὶ χρώμενον ὀργάνῳ τῷ</w:t>
      </w:r>
    </w:p>
    <w:p>
      <w:r>
        <w:rPr>
          <w:rFonts w:ascii="Courier New" w:hAnsi="Courier New"/>
          <w:color w:val="555555"/>
          <w:sz w:val="20"/>
        </w:rPr>
        <w:t>[5]</w:t>
      </w:r>
    </w:p>
    <w:p>
      <w:r>
        <w:rPr>
          <w:rFonts w:ascii="Gentium Plus" w:hAnsi="Gentium Plus"/>
          <w:sz w:val="24"/>
        </w:rPr>
        <w:t>σώματι, ὃ καταλέλοιπεν· τὸν γὰρ τοιοῦτον ἐροῦμεν μὴ ἀπαιτεῖσθαι</w:t>
      </w:r>
    </w:p>
    <w:p>
      <w:r>
        <w:rPr>
          <w:rFonts w:ascii="Courier New" w:hAnsi="Courier New"/>
          <w:color w:val="555555"/>
          <w:sz w:val="20"/>
        </w:rPr>
        <w:t>[19 . 16 . 101]</w:t>
      </w:r>
    </w:p>
    <w:p>
      <w:r>
        <w:rPr>
          <w:rFonts w:ascii="Gentium Plus" w:hAnsi="Gentium Plus"/>
          <w:sz w:val="24"/>
        </w:rPr>
        <w:t>τὴν ψυχήν. καὶ πρέπον γε ἐπὶ τῆς Ἰησοῦ ψυχῆς οὕτω λέγειν τὸν θάνατον γεγονέναι, καὶ αὐτὸν παραστῆσαι βουλόμενον τοῖς μαθηταῖς τὸ ἐξαίρετον τῆς ἐντεῦθεν αὐτοῦ ἀπαλλαγῆς εἰρηκέναι τὸ «Οὐδεὶς «αἴρει τὴν ψυχήν μου ἀπ’ ἐμοῦ, ἀλλ’ ἐγὼ τίθημι αὐτὴν ἀπ’ ἐμαυτοῦ»·</w:t>
      </w:r>
    </w:p>
    <w:p>
      <w:r>
        <w:rPr>
          <w:rFonts w:ascii="Courier New" w:hAnsi="Courier New"/>
          <w:color w:val="555555"/>
          <w:sz w:val="20"/>
        </w:rPr>
        <w:t>[5]</w:t>
      </w:r>
    </w:p>
    <w:p>
      <w:r>
        <w:rPr>
          <w:rFonts w:ascii="Gentium Plus" w:hAnsi="Gentium Plus"/>
          <w:sz w:val="24"/>
        </w:rPr>
        <w:t>τοῦτο γὰρ οὔτ’ ἂν Μωϋσῆς, οὔτε τῶν Πατριαρχῶν τις ἢ προφητῶν, οὔτ’ ἂν τῶν ἀποστόλων τις εἶπεν 〈πλὴν〉 τοῦ Ἰησοῦ, ἐπεὶ πάντων</w:t>
      </w:r>
    </w:p>
    <w:p>
      <w:r>
        <w:rPr>
          <w:rFonts w:ascii="Courier New" w:hAnsi="Courier New"/>
          <w:color w:val="555555"/>
          <w:sz w:val="20"/>
        </w:rPr>
        <w:t>[19 . 16 . 102]</w:t>
      </w:r>
    </w:p>
    <w:p>
      <w:r>
        <w:rPr>
          <w:rFonts w:ascii="Gentium Plus" w:hAnsi="Gentium Plus"/>
          <w:sz w:val="24"/>
        </w:rPr>
        <w:t>αἱ ψυχαὶ ἀνθρώπων αἴρονται ἀπ’ αὐτῶν. τούτου δὲ νοηθέντος δύναται σαφὲς εἶναι τὸ ἐν πζʹ ψαλμῷ τοῦτον εἰρημένον τὸν τρόπον ἐκ προσώπου τοῦ σωτῆρος· «Ἐν νεκροῖς ἐλεύθερος». ἐπιστήσας ἐκ τῶν εὐαγγελίων τοῖς γεγραμμένοις περὶ τῆς ἐντεῦθεν αὐτοῦ ἀπαλλα‐</w:t>
      </w:r>
    </w:p>
    <w:p>
      <w:r>
        <w:rPr>
          <w:rFonts w:ascii="Courier New" w:hAnsi="Courier New"/>
          <w:color w:val="555555"/>
          <w:sz w:val="20"/>
        </w:rPr>
        <w:t>[5]</w:t>
      </w:r>
    </w:p>
    <w:p>
      <w:r>
        <w:rPr>
          <w:rFonts w:ascii="Gentium Plus" w:hAnsi="Gentium Plus"/>
          <w:sz w:val="24"/>
        </w:rPr>
        <w:t>γῆς εὑρήσεις μὴ ἀπᾴδουσαν τὴν περὶ τῆς ἐξόδου αὐτοῦ ἐκδοχὴν τῶν ἀναγεγραμμένων· εἰ μὲν γὰρ ὡς οἱ συσταυρωθέντες αὐτῷ λῃσταί, τῶν στρατιωτῶν κατεαξάντων τὰ σκέλη τῶν πεπονθότων, ἐτεθνή‐ κει, οὐκ ἂν ἐλέγομεν ὅτι ἔθηκεν τὴν ψυχὴν αὐτοῦ ἀφ’ ἑαυτοῦ,</w:t>
      </w:r>
    </w:p>
    <w:p>
      <w:r>
        <w:rPr>
          <w:rFonts w:ascii="Courier New" w:hAnsi="Courier New"/>
          <w:color w:val="555555"/>
          <w:sz w:val="20"/>
        </w:rPr>
        <w:t>[19 . 16 . 103]</w:t>
      </w:r>
    </w:p>
    <w:p>
      <w:r>
        <w:rPr>
          <w:rFonts w:ascii="Gentium Plus" w:hAnsi="Gentium Plus"/>
          <w:sz w:val="24"/>
        </w:rPr>
        <w:t>ἀλλά τινι ὁδῷ τῶν ἀποθνησκόντων. νυνὶ δὲ «ὁ Ἰησοῦς κράξας «φωνῇ μεγάλῃ ἀφῆκεν τὸ πνεῦμα», καὶ ὡς βασιλέως καταλιπόντος τὸ σῶμα καὶ ἐνεργήσαντος μετὰ δυνάμεως καὶ ἐξουσίας ἅπερ ἔκρινεν εὔλογον εἶναι ποιεῖν, εὐθέως «τὸ καταπέτασμα τοῦ ναοῦ ἐσχίσθη</w:t>
      </w:r>
    </w:p>
    <w:p>
      <w:r>
        <w:rPr>
          <w:rFonts w:ascii="Courier New" w:hAnsi="Courier New"/>
          <w:color w:val="555555"/>
          <w:sz w:val="20"/>
        </w:rPr>
        <w:t>[5]</w:t>
      </w:r>
    </w:p>
    <w:p>
      <w:r>
        <w:rPr>
          <w:rFonts w:ascii="Gentium Plus" w:hAnsi="Gentium Plus"/>
          <w:sz w:val="24"/>
        </w:rPr>
        <w:t>«ἄνωθεν ἕως κάτω, καὶ ἡ γῆ ἐσείσθη, καὶ αἱ πέτραι ἐσχίσθησαν, καὶ «τὰ μνημεῖα ἀνεῴχθησαν καὶ πολλὰ σώματα τῶν κεκοιμημένων ἁγίων «ἠγέρθησαν, καὶ ἐξελθόντες ἀπὸ τῶν μνημείων μετὰ τὴν ἔγερσιν</w:t>
      </w:r>
    </w:p>
    <w:p>
      <w:r>
        <w:rPr>
          <w:rFonts w:ascii="Courier New" w:hAnsi="Courier New"/>
          <w:color w:val="555555"/>
          <w:sz w:val="20"/>
        </w:rPr>
        <w:t>[10]</w:t>
      </w:r>
    </w:p>
    <w:p>
      <w:r>
        <w:rPr>
          <w:rFonts w:ascii="Gentium Plus" w:hAnsi="Gentium Plus"/>
          <w:sz w:val="24"/>
        </w:rPr>
        <w:t>ἰδόντας τὸν σεισμὸν καὶ τὰ γενόμενα, φοβηθῆναι σφόδρα, λέγοντας· Ἀληθῶς θεοῦ υἱὸς ἦν οὗτος.</w:t>
      </w:r>
    </w:p>
    <w:p>
      <w:r>
        <w:rPr>
          <w:rFonts w:ascii="Courier New" w:hAnsi="Courier New"/>
          <w:color w:val="555555"/>
          <w:sz w:val="20"/>
        </w:rPr>
        <w:t>[19 . 17 . 104]</w:t>
      </w:r>
    </w:p>
    <w:p>
      <w:r>
        <w:rPr>
          <w:rFonts w:ascii="Gentium Plus" w:hAnsi="Gentium Plus"/>
          <w:sz w:val="24"/>
        </w:rPr>
        <w:t>Τάχα οὖν ἐν ταῖς περὶ Χριστοῦ παραδόσεσιν ἦν, ὥσπερ τὸ γεγεννῆσθαι αὐτὸν ἐν Βηθλεὲμ καὶ τὸ ἐκ φυλῆς Ἰούδα ἀναστή‐ σεσθαι κατὰ τὰς ὑγιεῖς ἐκδοχὰς τῶν προφητικῶν λόγων, οὕτω καὶ περὶ τοῦ θανάτου αὐτοῦ, ὡς ἑαυτὸν ᾧ εἴπομεν τρόπῳ ἀπαλλάξοντος</w:t>
      </w:r>
    </w:p>
    <w:p>
      <w:r>
        <w:rPr>
          <w:rFonts w:ascii="Courier New" w:hAnsi="Courier New"/>
          <w:color w:val="555555"/>
          <w:sz w:val="20"/>
        </w:rPr>
        <w:t>[5]</w:t>
      </w:r>
    </w:p>
    <w:p>
      <w:r>
        <w:rPr>
          <w:rFonts w:ascii="Gentium Plus" w:hAnsi="Gentium Plus"/>
          <w:sz w:val="24"/>
        </w:rPr>
        <w:t>τοῦ βίου· καὶ εἰκὸς ὅτι ᾔδεισαν τὸν οὕτως ἐξελευσόμενον ἀπελεύσεσθαι εἰς χώραν ἔνθα οὐκ ἠδύναντο γενέσθαι οὐδ’ οἱ ταῦτα νοοῦντες, ὥστε μὴ κατὰ τὸ ἁπλούστερον αὐτοὺς εἰρηκέναι ἀλλὰ κατά τινα περὶ Χριστοῦ παράδοσιν τὸ «Μήτι ἀποκτενεῖ ἑαυτόν, ὅτι λέγει· «Ὅπου ἐγὼ ὑπάγω ὑμεῖς οὐ δύνασθε ἐλθεῖν;» καὶ εἰ λέγουσιν δὲ</w:t>
      </w:r>
    </w:p>
    <w:p>
      <w:r>
        <w:rPr>
          <w:rFonts w:ascii="Courier New" w:hAnsi="Courier New"/>
          <w:color w:val="555555"/>
          <w:sz w:val="20"/>
        </w:rPr>
        <w:t>[10]</w:t>
      </w:r>
    </w:p>
    <w:p>
      <w:r>
        <w:rPr>
          <w:rFonts w:ascii="Gentium Plus" w:hAnsi="Gentium Plus"/>
          <w:sz w:val="24"/>
        </w:rPr>
        <w:t>ταῦτα οἱ Ἰουδαῖοι, διστακτικῶς αὐτά φασι· τὸ γὰρ «Μήτι ἀποκτενεῖ</w:t>
      </w:r>
    </w:p>
    <w:p>
      <w:r>
        <w:rPr>
          <w:rFonts w:ascii="Courier New" w:hAnsi="Courier New"/>
          <w:color w:val="555555"/>
          <w:sz w:val="20"/>
        </w:rPr>
        <w:t>[19 . 17 . 105]</w:t>
      </w:r>
    </w:p>
    <w:p>
      <w:r>
        <w:rPr>
          <w:rFonts w:ascii="Gentium Plus" w:hAnsi="Gentium Plus"/>
          <w:sz w:val="24"/>
        </w:rPr>
        <w:t>«ἑαυτόν;» τοιοῦτόν ἐστιν. καὶ οὐ θαυμαστὸν ἀμφιβάλλειν αὐτοὺς περὶ Χριστοῦ, ὅτε γε καὶ ἐν τοῖς ἀνωτέρω οἱ ἐκ τοῦ ὄχλου ἀκού‐ σαντες τῶν λόγων τοῦ Ἰησοῦ ἔλεγον· «Οὗτός ἐστιν ἀληθῶς ὁ προ‐ «φήτης· ἄλλοι δὲ ἔλεγον· Οὗτός ἐστιν ὁ χριστός· οἱ δὲ ἔλεγον· Μὴ</w:t>
      </w:r>
    </w:p>
    <w:p>
      <w:r>
        <w:rPr>
          <w:rFonts w:ascii="Courier New" w:hAnsi="Courier New"/>
          <w:color w:val="555555"/>
          <w:sz w:val="20"/>
        </w:rPr>
        <w:t>[5]</w:t>
      </w:r>
    </w:p>
    <w:p>
      <w:r>
        <w:rPr>
          <w:rFonts w:ascii="Gentium Plus" w:hAnsi="Gentium Plus"/>
          <w:sz w:val="24"/>
        </w:rPr>
        <w:t>«γὰρ ἐκ τῆς Γαλιλαίας ὁ χριστὸς ἔρχεται; οὐχ ἡ γραφὴ εἶπεν ὅτι «ἐκ τοῦ σπέρματος Δαβὶδ καὶ ἀπὸ Βηθλεὲμ τῆς κώμης, ὅπου ἦν «Δαβίδ, ἔρχεται ὁ χριστός;» ὅτε καὶ «σχίσμα γεγένηται ἐν τῷ ὄχλῳ δι’</w:t>
      </w:r>
    </w:p>
    <w:p>
      <w:r>
        <w:rPr>
          <w:rFonts w:ascii="Courier New" w:hAnsi="Courier New"/>
          <w:color w:val="555555"/>
          <w:sz w:val="20"/>
        </w:rPr>
        <w:t>[19 . 17 . 106]</w:t>
      </w:r>
    </w:p>
    <w:p>
      <w:r>
        <w:rPr>
          <w:rFonts w:ascii="Gentium Plus" w:hAnsi="Gentium Plus"/>
          <w:sz w:val="24"/>
        </w:rPr>
        <w:t>«αὐτόν». ἀλλὰ καὶ μετ’ ὀλίγα ἐκείνων γέγραπται ὅτι «Ἀπεκρίθησαν «οἱ ὑπηρέται· Οὐδέποτε ἐλάλησεν οὕτως ἄνθρωπος»· ὡς καὶ τοὺς Φαρισαίους εἰρηκέναι τοῖς θαυμάζουσιν τὸν λόγον αὐτοῦ· «Μὴ καὶ «ὑμεῖς πεπλάνησθε; μή τις ἐκ τῶν ἀρχόντων ἐπίστευσεν εἰς αὐτὸν ἢ</w:t>
      </w:r>
    </w:p>
    <w:p>
      <w:r>
        <w:rPr>
          <w:rFonts w:ascii="Courier New" w:hAnsi="Courier New"/>
          <w:color w:val="555555"/>
          <w:sz w:val="20"/>
        </w:rPr>
        <w:t>[5]</w:t>
      </w:r>
    </w:p>
    <w:p>
      <w:r>
        <w:rPr>
          <w:rFonts w:ascii="Gentium Plus" w:hAnsi="Gentium Plus"/>
          <w:sz w:val="24"/>
        </w:rPr>
        <w:t>«ἐκ τῶν Φαρισαίων; ἀλλ’ ἢ ὁ ὄχλος οὗτος ὁ μὴ γινώσκων τὸν</w:t>
      </w:r>
    </w:p>
    <w:p>
      <w:r>
        <w:rPr>
          <w:rFonts w:ascii="Courier New" w:hAnsi="Courier New"/>
          <w:color w:val="555555"/>
          <w:sz w:val="20"/>
        </w:rPr>
        <w:t>[19 . 17 . 107]</w:t>
      </w:r>
    </w:p>
    <w:p>
      <w:r>
        <w:rPr>
          <w:rFonts w:ascii="Gentium Plus" w:hAnsi="Gentium Plus"/>
          <w:sz w:val="24"/>
        </w:rPr>
        <w:t>«νόμον ἐπάρατοί εἰσιν;» ὅτε καὶ Νικοδήμου εἰρηκότος· «Μὴ ὁ νόμος «ἡμῶν κρίνει τὸν ἄνθρωπον, ἐὰν μὴ ἀκούσῃ πρῶτον παρ’ αὐτοῦ καὶ «γνῷ τί ποιεῖ; ἀπεκρίθησαν· Μὴ καὶ σὺ ἐκ τῆς Γαλιλαίας εἶ; ἐραύ‐ «νησον καὶ ἴδε ὅτι ἐκ τῆς Γαλιλαίας προφήτης οὐκ ἐξέρχεται οὐδὲ</w:t>
      </w:r>
    </w:p>
    <w:p>
      <w:r>
        <w:rPr>
          <w:rFonts w:ascii="Courier New" w:hAnsi="Courier New"/>
          <w:color w:val="555555"/>
          <w:sz w:val="20"/>
        </w:rPr>
        <w:t>[19 . 17 . 108]</w:t>
      </w:r>
    </w:p>
    <w:p>
      <w:r>
        <w:rPr>
          <w:rFonts w:ascii="Gentium Plus" w:hAnsi="Gentium Plus"/>
          <w:sz w:val="24"/>
        </w:rPr>
        <w:t>«ἐγείρεται». πῶς δὲ ἐδύναντο ἁπλούστερον νοεῖν αὐτὸν ἑαυτὸν ἀναιρήσειν οἱ ἀκούσαντες αὐτοῦ λέγοντος· «Ἐγώ εἰμι τὸ φῶς τοῦ «κόσμου· ὁ ἀκολουθῶν μοι οὐ μὴ περιπατήσῃ ἐν τῇ σκοτίᾳ ἀλλ’ «ἕξει τὸ φῶς τῆς ζωῆς»; πρὸς ὃν οἱ Φαρισαῖοι εἰρήκασιν ὅτι «Σὺ</w:t>
      </w:r>
    </w:p>
    <w:p>
      <w:r>
        <w:rPr>
          <w:rFonts w:ascii="Courier New" w:hAnsi="Courier New"/>
          <w:color w:val="555555"/>
          <w:sz w:val="20"/>
        </w:rPr>
        <w:t>[5]</w:t>
      </w:r>
    </w:p>
    <w:p>
      <w:r>
        <w:rPr>
          <w:rFonts w:ascii="Gentium Plus" w:hAnsi="Gentium Plus"/>
          <w:sz w:val="24"/>
        </w:rPr>
        <w:t>«περὶ σεαυτοῦ μαρτυρεῖς· ἡ μαρτυρία σου οὐκ ἔστιν ἀληθής»· οἷς ἀπεκρίνατο ὁ Ἰησοῦς λέγων· «Κἂν ἐγὼ μαρτυρῶ περὶ ἐμαυτοῦ, † ἡ «μαρτυρία μου ἀληθής ἐστιν, ὅτι οἶδα πόθεν ἦλθον καὶ ποῦ ὑπάγω.</w:t>
      </w:r>
    </w:p>
    <w:p>
      <w:r>
        <w:rPr>
          <w:rFonts w:ascii="Courier New" w:hAnsi="Courier New"/>
          <w:color w:val="555555"/>
          <w:sz w:val="20"/>
        </w:rPr>
        <w:t>[19 . 17 . 109]</w:t>
      </w:r>
    </w:p>
    <w:p>
      <w:r>
        <w:rPr>
          <w:rFonts w:ascii="Gentium Plus" w:hAnsi="Gentium Plus"/>
          <w:sz w:val="24"/>
        </w:rPr>
        <w:t>«ὑμεῖς κατὰ τὴν σάρκα κρίνετε, ἐγὼ οὐ κρίνω οὐδένα. καὶ ἐὰν κρίνω «δὲ ἐγώ, ἡ κρίσις ἡ ἐμὴ ἀληθής ἐστιν, ὅτι μόνος οὐκ εἰμί, ἀλλ’ ἐγὼ «καὶ ὁ πέμψας με πατήρ. καὶ ἐν τῷ νόμῳ δὲ τῷ ὑμετέρῳ γέγραπται «ὅτι δύο ἀνθρώπων ἡ μαρτυρία ἀληθής ἐστιν· ἐγώ εἰμι ὁ μαρτυρῶν</w:t>
      </w:r>
    </w:p>
    <w:p>
      <w:r>
        <w:rPr>
          <w:rFonts w:ascii="Courier New" w:hAnsi="Courier New"/>
          <w:color w:val="555555"/>
          <w:sz w:val="20"/>
        </w:rPr>
        <w:t>[5]</w:t>
      </w:r>
    </w:p>
    <w:p>
      <w:r>
        <w:rPr>
          <w:rFonts w:ascii="Gentium Plus" w:hAnsi="Gentium Plus"/>
          <w:sz w:val="24"/>
        </w:rPr>
        <w:t>«περὶ ἐμαυτοῦ καὶ μαρτυρεῖ περὶ ἐμοῦ ὁ πέμψας με πατήρ».</w:t>
      </w:r>
    </w:p>
    <w:p>
      <w:r>
        <w:rPr>
          <w:rFonts w:ascii="Courier New" w:hAnsi="Courier New"/>
          <w:color w:val="555555"/>
          <w:sz w:val="20"/>
        </w:rPr>
        <w:t>[19 . 18 . 110]</w:t>
      </w:r>
    </w:p>
    <w:p>
      <w:r>
        <w:rPr>
          <w:rFonts w:ascii="Gentium Plus" w:hAnsi="Gentium Plus"/>
          <w:sz w:val="24"/>
        </w:rPr>
        <w:t>Τί δὲ πιθανὸν πρὸς τὸ ἀποκτενεῖν ἑαυτὸν μετὰ τοὺς μεγαλοφυέστερον εἰρημένους τοῦτον τὸν τρόπον λόγους· «Οὔτε ἐμὲ «οἴδατε οὔτε τὸν πατέρα μου· εἰ ἐμὲ ᾔδειτε, καὶ τὸν πατέρα μου ἂν</w:t>
      </w:r>
    </w:p>
    <w:p>
      <w:r>
        <w:rPr>
          <w:rFonts w:ascii="Courier New" w:hAnsi="Courier New"/>
          <w:color w:val="555555"/>
          <w:sz w:val="20"/>
        </w:rPr>
        <w:t>[19 . 18 . 111]</w:t>
      </w:r>
    </w:p>
    <w:p>
      <w:r>
        <w:rPr>
          <w:rFonts w:ascii="Gentium Plus" w:hAnsi="Gentium Plus"/>
          <w:sz w:val="24"/>
        </w:rPr>
        <w:t>«ᾔδειτε»; εἰκὸς γὰρ ὅτι τούτοις ὁμοίως ἐξεδέχοντο καὶ τὸ «Ἐγὼ «ὑπάγω καὶ ζητήσετέ με, καὶ ἐν τῇ ἁμαρτίᾳ ὑμῶν ἀποθανεῖσθε»· ὅπου ἐγὼ ὑπάγω ὑμεῖς οὐ δύνασθε ἐλθεῖν»· πρὸς ὃν καὶ ἀπεκρίναντο οἱ Ἰουδαῖοι· «Μήτι ἀποκτενεῖ ἑαυτόν, ὅτι λέγει· Ὅπου ἐγὼ ὑπάγω</w:t>
      </w:r>
    </w:p>
    <w:p>
      <w:r>
        <w:rPr>
          <w:rFonts w:ascii="Courier New" w:hAnsi="Courier New"/>
          <w:color w:val="555555"/>
          <w:sz w:val="20"/>
        </w:rPr>
        <w:t>[5]</w:t>
      </w:r>
    </w:p>
    <w:p>
      <w:r>
        <w:rPr>
          <w:rFonts w:ascii="Gentium Plus" w:hAnsi="Gentium Plus"/>
          <w:sz w:val="24"/>
        </w:rPr>
        <w:t>«ὑμεῖς οὐ δύνασθε ἐλθεῖν;» πάνυ δὲ καὶ ἐμφαίνεται ἡ ἐξουσία τοῦ αὐτεξουσίως αὐτὸν ἀποθνήσκειν καταλιπόντα τὸ σῶμα καὶ ἐν τῷ·</w:t>
      </w:r>
    </w:p>
    <w:p>
      <w:r>
        <w:rPr>
          <w:rFonts w:ascii="Courier New" w:hAnsi="Courier New"/>
          <w:color w:val="555555"/>
          <w:sz w:val="20"/>
        </w:rPr>
        <w:t>[19 . 18 . 112]</w:t>
      </w:r>
    </w:p>
    <w:p>
      <w:r>
        <w:rPr>
          <w:rFonts w:ascii="Gentium Plus" w:hAnsi="Gentium Plus"/>
          <w:sz w:val="24"/>
        </w:rPr>
        <w:t>«Ἐγὼ ὑπάγω». καὶ τάχα διὰ τὸ «Ἐγὼ ὑπάγω» τὸ ἐπιφερόμενον γίνεται τὸ «Καὶ ζητήσετέ με». εἰκὸς γὰρ καὶ τοὺς παρατυχόντας οὕτως αὐτῷ ἀπαλλασσομένῳ τοῦ βίου ζητεῖν αὐτόν· διὰ δὲ τὸ ἐν ταῖς ἁμαρτίαις αὐτῶν ἀποθνήσκειν αὐτοὺς μηδὲ μετὰ πάντα ταῦτα</w:t>
      </w:r>
    </w:p>
    <w:p>
      <w:r>
        <w:rPr>
          <w:rFonts w:ascii="Courier New" w:hAnsi="Courier New"/>
          <w:color w:val="555555"/>
          <w:sz w:val="20"/>
        </w:rPr>
        <w:t>[5]</w:t>
      </w:r>
    </w:p>
    <w:p>
      <w:r>
        <w:rPr>
          <w:rFonts w:ascii="Gentium Plus" w:hAnsi="Gentium Plus"/>
          <w:sz w:val="24"/>
        </w:rPr>
        <w:t>δυσωπηθέντας πρὸς τὸ μὴ διστακτικῶς εἰπεῖν περὶ αὐτοῦ· «Μήτι «ἀποκτενεῖ ἑαυτόν;» ὅπου ἄπεισιν μὴ δύνασθαι αὐτοὺς ἀπελθεῖν.</w:t>
      </w:r>
    </w:p>
    <w:p>
      <w:r>
        <w:rPr>
          <w:rFonts w:ascii="Courier New" w:hAnsi="Courier New"/>
          <w:color w:val="555555"/>
          <w:sz w:val="20"/>
        </w:rPr>
        <w:t>[19 . 18 . 113]</w:t>
      </w:r>
    </w:p>
    <w:p>
      <w:r>
        <w:rPr>
          <w:rFonts w:ascii="Gentium Plus" w:hAnsi="Gentium Plus"/>
          <w:sz w:val="24"/>
        </w:rPr>
        <w:t>οἶμαι δ’ ὅτι κακοηθέστερον ὀνομάζοντες τὸ κατὰ τὴν παράδοσιν περὶ τοῦ θανάτου τοῦ χριστοῦ εἰς αὐτοὺς ἐληλυθός. καὶ μὴ δοξά‐ ζοντες τὸν οὕτως ἀπαλλαττόμενον τοῦ βίου εἰρήκασιν τὸ «Μήτι</w:t>
      </w:r>
    </w:p>
    <w:p>
      <w:r>
        <w:rPr>
          <w:rFonts w:ascii="Courier New" w:hAnsi="Courier New"/>
          <w:color w:val="555555"/>
          <w:sz w:val="20"/>
        </w:rPr>
        <w:t>[19 . 18 . 114]</w:t>
      </w:r>
    </w:p>
    <w:p>
      <w:r>
        <w:rPr>
          <w:rFonts w:ascii="Gentium Plus" w:hAnsi="Gentium Plus"/>
          <w:sz w:val="24"/>
        </w:rPr>
        <w:t>«ἀποκτενεῖ ἑαυτόν;» ἐνῆν γὰρ διστακτικῶς μὲν εἰπεῖν, μετ’ ἐμφάσεως δὲ τῆς παρὰ τῷ θανάτῳ δόξης αὐτοῦ, καὶ οἱονεὶ οὕτως εἰπεῖν· μήτι ἡ ψυχὴ αὐτοῦ, ὅτε αὐτὸς βούλεται, ἐξελεύσεται καταλειφθέντος τοῦ σώματος, καὶ διὰ τοῦτό φησι τὸ «Ὅπου ἐγὼ ὑπάγω ὑμεῖς οὐ δύ‐</w:t>
      </w:r>
    </w:p>
    <w:p>
      <w:r>
        <w:rPr>
          <w:rFonts w:ascii="Courier New" w:hAnsi="Courier New"/>
          <w:color w:val="555555"/>
          <w:sz w:val="20"/>
        </w:rPr>
        <w:t>[19 . 18 . 115]</w:t>
      </w:r>
    </w:p>
    <w:p>
      <w:r>
        <w:rPr>
          <w:rFonts w:ascii="Gentium Plus" w:hAnsi="Gentium Plus"/>
          <w:sz w:val="24"/>
        </w:rPr>
        <w:t>«νασθε ἐλθεῖν». ἅμα δὲ καὶ παρατηρήσεις διὰ τὰ εἰρημένα ἡμῖν περὶ τοῦ πῶς τὸν βίον ἐξελήλυθεν τὸ «Καὶ ἀναβαίνων εἰς Ἱεροσό‐</w:t>
      </w:r>
    </w:p>
    <w:p>
      <w:r>
        <w:rPr>
          <w:rFonts w:ascii="Courier New" w:hAnsi="Courier New"/>
          <w:color w:val="555555"/>
          <w:sz w:val="20"/>
        </w:rPr>
        <w:t>[5]</w:t>
      </w:r>
    </w:p>
    <w:p>
      <w:r>
        <w:rPr>
          <w:rFonts w:ascii="Gentium Plus" w:hAnsi="Gentium Plus"/>
          <w:sz w:val="24"/>
        </w:rPr>
        <w:t>«θρώπου παραδοθήσεται τοῖς ἀρχιερεῦσιν καὶ γραμματεῦσιν καὶ «κατακρινοῦσιν αὐτὸν θανάτῳ, καὶ παραδοθήσεται τοῖς ἔθνεσιν εἰς «τὸ ἐμπαῖξαι καὶ μαστιγῶσαι καὶ σταυρῶσαι, καὶ τῇ τρίτῃ ἡμέρᾳ</w:t>
      </w:r>
    </w:p>
    <w:p>
      <w:r>
        <w:rPr>
          <w:rFonts w:ascii="Courier New" w:hAnsi="Courier New"/>
          <w:color w:val="555555"/>
          <w:sz w:val="20"/>
        </w:rPr>
        <w:t>[19 . 18 . 116]</w:t>
      </w:r>
    </w:p>
    <w:p>
      <w:r>
        <w:rPr>
          <w:rFonts w:ascii="Gentium Plus" w:hAnsi="Gentium Plus"/>
          <w:sz w:val="24"/>
        </w:rPr>
        <w:t>«ἐγερθήσεται». ἐὰν δέ τις ἀνθυποφέρῃ τὸ «Ἀπὸ τότε ἤρξατο δεικ‐ «νύειν τοῖς μαθηταῖς ἑαυτοῦ ὅτι δεῖ αὐτὸν εἰς Ἱεροσόλυμα ἀνελθεῖν «καὶ πολλὰ παθεῖν ἀπὸ τῶν ἀρχιερέων καὶ Φαρισαίων καὶ γραμμα‐ «τέων καὶ ἀποκτανθῆναι» καὶ τὸ «Μέλλει ὁ υἱὸς τοῦ ἀνθρώπου</w:t>
      </w:r>
    </w:p>
    <w:p>
      <w:r>
        <w:rPr>
          <w:rFonts w:ascii="Courier New" w:hAnsi="Courier New"/>
          <w:color w:val="555555"/>
          <w:sz w:val="20"/>
        </w:rPr>
        <w:t>[5]</w:t>
      </w:r>
    </w:p>
    <w:p>
      <w:r>
        <w:rPr>
          <w:rFonts w:ascii="Gentium Plus" w:hAnsi="Gentium Plus"/>
          <w:sz w:val="24"/>
        </w:rPr>
        <w:t>«παραδίδοσθαι εἰς χεῖρας ἀνθρώπων καὶ ἀποκτενοῦσιν αὐτόν, καὶ «τῇ τρίτῃ ἡμέρᾳ ἐγερθήσεται», ἐρεῖς ὅτι ἀπέκτειναν αὐτὸν οἱ λέγοντες πάντες· «Σταύρου, σταύρου αὐτόν»· καὶ οἱ γενόμενοι ἔνοχοι τοῦ θανάτου αὐτοῦ, εἰ καὶ προλαβὼν τοὺς στρατιώτας ἐρχομένους ἐπὶ 〈τὸ〉 πλῆξαι τὰ σκέλη, κράξας φωνῇ μεγάλῃ ἐξέπνευσεν.</w:t>
      </w:r>
    </w:p>
    <w:p>
      <w:r>
        <w:rPr>
          <w:rFonts w:ascii="Courier New" w:hAnsi="Courier New"/>
          <w:color w:val="555555"/>
          <w:sz w:val="20"/>
        </w:rPr>
        <w:t>[19 . 19 . 117]</w:t>
      </w:r>
    </w:p>
    <w:p>
      <w:r>
        <w:rPr>
          <w:rFonts w:ascii="Gentium Plus" w:hAnsi="Gentium Plus"/>
          <w:sz w:val="24"/>
        </w:rPr>
        <w:t>Παραθήσεις δὲ εἰς τοῦτο τὸ «Πᾶς ὁ εὑρίσκων με ἀπο‐ «κτενεῖ με» καὶ τὸ «Πᾶς ὁ ἀποκτείνας Κάϊν ἑπτὰ ἐκδικούμενα παρα‐ «λύσει». πῶς γὰρ «πᾶς ὁ εὑρίσκων τὸν Κάϊν ἀποκτενεῖ αὐτόν», ἑνὸς ἀποκτείναντος ἂν αὐτὸν τοῦ προειληφότος; ἢ πῶς «πᾶς ὁ</w:t>
      </w:r>
    </w:p>
    <w:p>
      <w:r>
        <w:rPr>
          <w:rFonts w:ascii="Courier New" w:hAnsi="Courier New"/>
          <w:color w:val="555555"/>
          <w:sz w:val="20"/>
        </w:rPr>
        <w:t>[5]</w:t>
      </w:r>
    </w:p>
    <w:p>
      <w:r>
        <w:rPr>
          <w:rFonts w:ascii="Gentium Plus" w:hAnsi="Gentium Plus"/>
          <w:sz w:val="24"/>
        </w:rPr>
        <w:t>«ἀποκτείνας Κάϊν ἑπτὰ ἐκδικούμενα παραλύσει» οὐκ ἂν πολλῶν ἀπο‐</w:t>
      </w:r>
    </w:p>
    <w:p>
      <w:r>
        <w:rPr>
          <w:rFonts w:ascii="Courier New" w:hAnsi="Courier New"/>
          <w:color w:val="555555"/>
          <w:sz w:val="20"/>
        </w:rPr>
        <w:t>[19 . 19 . 118]</w:t>
      </w:r>
    </w:p>
    <w:p>
      <w:r>
        <w:rPr>
          <w:rFonts w:ascii="Gentium Plus" w:hAnsi="Gentium Plus"/>
          <w:sz w:val="24"/>
        </w:rPr>
        <w:t>κτεινάντων αὐτόν; ὡς γὰρ περὶ πλήθους εἴρηται τὸ ‹Πᾶσ›. τάχα δὲ καὶ ὁ μὲν Πέτρος ἀνθρωπικώτερον ἐκλαβὼν τὰ εἰρημένα ὑπὸ τοῦ σωτῆρος φησίν· «Ἵλεώς σοι κύριε· οὐ μὴ ἔσται σοι τοῦτο»· ὁ δὲ σωτὴρ ἐπιτιμῶν αὐτῷ ὡς μὴ καλῶς ἐξειληφότι τὸ εἰρημένον φησίν·</w:t>
      </w:r>
    </w:p>
    <w:p>
      <w:r>
        <w:rPr>
          <w:rFonts w:ascii="Courier New" w:hAnsi="Courier New"/>
          <w:color w:val="555555"/>
          <w:sz w:val="20"/>
        </w:rPr>
        <w:t>[5]</w:t>
      </w:r>
    </w:p>
    <w:p>
      <w:r>
        <w:rPr>
          <w:rFonts w:ascii="Gentium Plus" w:hAnsi="Gentium Plus"/>
          <w:sz w:val="24"/>
        </w:rPr>
        <w:t>«Ὕπαγε ὀπίσω μου, Σατανᾶ· σκάνδαλόν μου εἶ, ὅτι οὐ φρονεῖς τὰ</w:t>
      </w:r>
    </w:p>
    <w:p>
      <w:r>
        <w:rPr>
          <w:rFonts w:ascii="Courier New" w:hAnsi="Courier New"/>
          <w:color w:val="555555"/>
          <w:sz w:val="20"/>
        </w:rPr>
        <w:t>[19 . 19 . 119]</w:t>
      </w:r>
    </w:p>
    <w:p>
      <w:r>
        <w:rPr>
          <w:rFonts w:ascii="Gentium Plus" w:hAnsi="Gentium Plus"/>
          <w:sz w:val="24"/>
        </w:rPr>
        <w:t>«τοῦ θεοῦ ἀλλὰ τὰ τῶν ἀνθρώπων». ἀλλὰ καὶ τὸ παρὰ τῷ Παύλῳ λεγόμενον «Ἑαυτὸν παρέδωκεν ὑπὲρ ἡμῶν θυσίαν τῷ θεῷ» ὅρα εἰ</w:t>
      </w:r>
    </w:p>
    <w:p>
      <w:r>
        <w:rPr>
          <w:rFonts w:ascii="Courier New" w:hAnsi="Courier New"/>
          <w:color w:val="555555"/>
          <w:sz w:val="20"/>
        </w:rPr>
        <w:t>[19 . 19 . 120]</w:t>
      </w:r>
    </w:p>
    <w:p>
      <w:r>
        <w:rPr>
          <w:rFonts w:ascii="Gentium Plus" w:hAnsi="Gentium Plus"/>
          <w:sz w:val="24"/>
        </w:rPr>
        <w:t>μὴ τοιοῦτόν ἐστιν. οὕτως γοῦν μόνως δυνήσει σῶσαι τὸν εἰς τὸν αἰῶνα ἀρχιερέα κατὰ τὴν τάξιν Μελχισεδέκ, καὶ τὸν ἀμνὸν τοῦ θεοῦ τὸν αἴροντα τὴν ἁμαρτίαν τοῦ κόσμου, προσφερόμενον θυσίαν τῷ</w:t>
      </w:r>
    </w:p>
    <w:p>
      <w:r>
        <w:rPr>
          <w:rFonts w:ascii="Courier New" w:hAnsi="Courier New"/>
          <w:color w:val="555555"/>
          <w:sz w:val="20"/>
        </w:rPr>
        <w:t>[19 . 19 . 121]</w:t>
      </w:r>
    </w:p>
    <w:p>
      <w:r>
        <w:rPr>
          <w:rFonts w:ascii="Gentium Plus" w:hAnsi="Gentium Plus"/>
          <w:sz w:val="24"/>
        </w:rPr>
        <w:t>θεῷ οὐχ ὑπὸ ἀσεβῶν ἀλλ’ ὑπὸ ἀρχιερέως εὐσεβοῦς. ταῦτα μὲν οὖν ἡμεῖς κατὰ δύναμιν βασανίζοντες τὸ βούλημα τῶν λεγόντων τὸ «Μήτι ἀποκτενεῖ ἑαυτόν, ὅτι λέγει· Ὅπου ἐγὼ ὑπάγω ὑμεῖς οὐ δύ‐ «νασθε ἐλθεῖν;» μετὰ τὸ ἀκηκοέναι τηλικούτων τῶν προειρημένων</w:t>
      </w:r>
    </w:p>
    <w:p>
      <w:r>
        <w:rPr>
          <w:rFonts w:ascii="Courier New" w:hAnsi="Courier New"/>
          <w:color w:val="555555"/>
          <w:sz w:val="20"/>
        </w:rPr>
        <w:t>[5]</w:t>
      </w:r>
    </w:p>
    <w:p>
      <w:r>
        <w:rPr>
          <w:rFonts w:ascii="Gentium Plus" w:hAnsi="Gentium Plus"/>
          <w:sz w:val="24"/>
        </w:rPr>
        <w:t>ὑπὸ τοῦ Ἰησοῦ λόγων ἐκδεδώκαμεν.</w:t>
      </w:r>
    </w:p>
    <w:p>
      <w:r>
        <w:rPr>
          <w:rFonts w:ascii="Courier New" w:hAnsi="Courier New"/>
          <w:color w:val="555555"/>
          <w:sz w:val="20"/>
        </w:rPr>
        <w:t>[19 . 19 . 122]</w:t>
      </w:r>
    </w:p>
    <w:p>
      <w:r>
        <w:rPr>
          <w:rFonts w:ascii="Gentium Plus" w:hAnsi="Gentium Plus"/>
          <w:sz w:val="24"/>
        </w:rPr>
        <w:t>Εἰκὸς δέ τινας προσκόπτοντας ὡς βεβιασμένῃ τῇ ἑρμηνείᾳ οἴεσθαι ἁπλούστερον αὐτοὺς εἰρηκέναι τὸ «Μήτι ἀποκτενεῖ ἑαυτόν;» ὡς τοῦ μὲν Ἰησοῦ ἀποκτενοῦντος ἑαυτὸν καὶ ἐσομένου ἐν χώρᾳ τῶν ἑαυτοὺς διαχειρισαμένων καὶ κολασθησομένων ἐπὶ τούτῳ, τῶν δὲ</w:t>
      </w:r>
    </w:p>
    <w:p>
      <w:r>
        <w:rPr>
          <w:rFonts w:ascii="Courier New" w:hAnsi="Courier New"/>
          <w:color w:val="555555"/>
          <w:sz w:val="20"/>
        </w:rPr>
        <w:t>[5]</w:t>
      </w:r>
    </w:p>
    <w:p>
      <w:r>
        <w:rPr>
          <w:rFonts w:ascii="Gentium Plus" w:hAnsi="Gentium Plus"/>
          <w:sz w:val="24"/>
        </w:rPr>
        <w:t>Ἰουδαίων παρὰ τοῦτο οὐ δυναμένων ἐκεῖ γενέσθαι, παρὰ τὸ μὴ τῷ</w:t>
      </w:r>
    </w:p>
    <w:p>
      <w:r>
        <w:rPr>
          <w:rFonts w:ascii="Courier New" w:hAnsi="Courier New"/>
          <w:color w:val="555555"/>
          <w:sz w:val="20"/>
        </w:rPr>
        <w:t>[19 . 19 . 123]</w:t>
      </w:r>
    </w:p>
    <w:p>
      <w:r>
        <w:rPr>
          <w:rFonts w:ascii="Gentium Plus" w:hAnsi="Gentium Plus"/>
          <w:sz w:val="24"/>
        </w:rPr>
        <w:t>αὐτῷ ἐνόχους αὐτοὺς γίνεσθαι περὶ ἑαυτῶν ἁμαρτήματι. ἀλλὰ καὶ αὐτοὶ ἐπιστησάτωσαν, εἰ δύνανται οἱ Ἰουδαῖοι ὑπονενοηκέναι τὸν Ἰησοῦν ταῦτα εἰρηκέναι, ἑαυτὸν καταδικάζοντα ὡς ἀπελευσόμενον εἰς τόπον κολάσεως, ἔνθα οὐκ ἐδύναντο γενέσθαι, ὅσον ἐπὶ τῇ ἐκ‐</w:t>
      </w:r>
    </w:p>
    <w:p>
      <w:r>
        <w:rPr>
          <w:rFonts w:ascii="Courier New" w:hAnsi="Courier New"/>
          <w:color w:val="555555"/>
          <w:sz w:val="20"/>
        </w:rPr>
        <w:t>[5]</w:t>
      </w:r>
    </w:p>
    <w:p>
      <w:r>
        <w:rPr>
          <w:rFonts w:ascii="Gentium Plus" w:hAnsi="Gentium Plus"/>
          <w:sz w:val="24"/>
        </w:rPr>
        <w:t>δοχῇ ταύτῃ, οἱονεὶ κρείττονες αὐτοῦ· ἢ ἀκόλουθον ἔσται λέγειν ὅτι εἴπερ τοῦτο νοῶν ἔφασκεν ὁ Ἰησοῦς καὶ βουλόμενος ἑαυτὸν ἀπο‐ κτεῖναι, κρεῖττον ἐνόμιζεν τὸ ἑαυτὸν ἀναιρεῖν τοῦ μὴ τοῦτο ποιεῖν.</w:t>
      </w:r>
    </w:p>
    <w:p>
      <w:r>
        <w:rPr>
          <w:rFonts w:ascii="Courier New" w:hAnsi="Courier New"/>
          <w:color w:val="555555"/>
          <w:sz w:val="20"/>
        </w:rPr>
        <w:t>[19 . 19 . 124]</w:t>
      </w:r>
    </w:p>
    <w:p>
      <w:r>
        <w:rPr>
          <w:rFonts w:ascii="Gentium Plus" w:hAnsi="Gentium Plus"/>
          <w:sz w:val="24"/>
        </w:rPr>
        <w:t>Καὶ ὁ Ἡρακλέων μέντοι γε ὡς ἁπλούστερον εἰρημένου τοῦ »Μή τι ἀποκτενεῖ ἑαυτόν;» φησὶν ὅτι πονηρῶς διαλο‐ γιζόμενοι οἱ Ἰουδαῖοι ταῦτα ἔλεγον καὶ μείζονας ἑαυ‐ τοὺς ἀποφαινόμενοι τοῦ σωτῆρος καὶ ὑπολαμβάνοντες</w:t>
      </w:r>
    </w:p>
    <w:p>
      <w:r>
        <w:rPr>
          <w:rFonts w:ascii="Courier New" w:hAnsi="Courier New"/>
          <w:color w:val="555555"/>
          <w:sz w:val="20"/>
        </w:rPr>
        <w:t>[5]</w:t>
      </w:r>
    </w:p>
    <w:p>
      <w:r>
        <w:rPr>
          <w:rFonts w:ascii="Gentium Plus" w:hAnsi="Gentium Plus"/>
          <w:sz w:val="24"/>
        </w:rPr>
        <w:t>ὅτι αὐτοὶ μὲν ἀπελεύσονται πρὸς τὸν θεὸν εἰς ἀνά‐ παυσιν αἰώνιον, ὁ δὲ σωτὴρ εἰς φθορὰν καὶ εἰς θάνατον ἑαυτὸν διαχειρισάμενος, ὅπου ἑαυτοὺς οὐκ ἐλογίζοντο</w:t>
      </w:r>
    </w:p>
    <w:p>
      <w:r>
        <w:rPr>
          <w:rFonts w:ascii="Courier New" w:hAnsi="Courier New"/>
          <w:color w:val="555555"/>
          <w:sz w:val="20"/>
        </w:rPr>
        <w:t>[19 . 19 . 125]</w:t>
      </w:r>
    </w:p>
    <w:p>
      <w:r>
        <w:rPr>
          <w:rFonts w:ascii="Gentium Plus" w:hAnsi="Gentium Plus"/>
          <w:sz w:val="24"/>
        </w:rPr>
        <w:t>ἀπελθεῖν. καὶ αὐταῖς λέξεσίν φησιν ὅτι Ὤιοντο λέγειν τὸν σωτῆρα οἱ Ἰουδαῖοι ὅτι ἐγὼ ἐμαυτὸν διαχειρισάμενος εἰς φθορὰν μέλλω πορεύεσθαι, ὅπου ὑμεῖς οὐ δύνασθε ἐλθεῖν. οὐκ οἶδα δὲ πῶς κατὰ τὸν εἰπόντα· «Ἐγώ εἰμι τὸ φῶς</w:t>
      </w:r>
    </w:p>
    <w:p>
      <w:r>
        <w:rPr>
          <w:rFonts w:ascii="Courier New" w:hAnsi="Courier New"/>
          <w:color w:val="555555"/>
          <w:sz w:val="20"/>
        </w:rPr>
        <w:t>[5]</w:t>
      </w:r>
    </w:p>
    <w:p>
      <w:r>
        <w:rPr>
          <w:rFonts w:ascii="Gentium Plus" w:hAnsi="Gentium Plus"/>
          <w:sz w:val="24"/>
        </w:rPr>
        <w:t>«τοῦ κόσμου» καὶ τὰ ἑξῆς, ἦν λέγειν ὅτι ἐγὼ ἐμαυτὸν διαχειρι‐</w:t>
      </w:r>
    </w:p>
    <w:p>
      <w:r>
        <w:rPr>
          <w:rFonts w:ascii="Courier New" w:hAnsi="Courier New"/>
          <w:color w:val="555555"/>
          <w:sz w:val="20"/>
        </w:rPr>
        <w:t>[19 . 19 . 126]</w:t>
      </w:r>
    </w:p>
    <w:p>
      <w:r>
        <w:rPr>
          <w:rFonts w:ascii="Gentium Plus" w:hAnsi="Gentium Plus"/>
          <w:sz w:val="24"/>
        </w:rPr>
        <w:t>σάμενος εἰς φθορὰν μέλλω πορεύεσθαι. ἐὰν δέ τις λέγῃ μὴ τὸν σωτῆρα ταῦτα εἰρηκέναι, τοὺς δὲ Ἰουδαίους αὐτὸ ὑπονενοηκέναι, δῆλον ὅτι ἐρεῖ τοὺς Ἰουδαίους πεφρονηκέναι περὶ αὐτοῦ ὅτι * * φθείρονται οἱ ἑαυτοὺς διαχειρισάμενοι καὶ οὐδὲν ἧττον</w:t>
      </w:r>
    </w:p>
    <w:p>
      <w:r>
        <w:rPr>
          <w:rFonts w:ascii="Courier New" w:hAnsi="Courier New"/>
          <w:color w:val="555555"/>
          <w:sz w:val="20"/>
        </w:rPr>
        <w:t>[5]</w:t>
      </w:r>
    </w:p>
    <w:p>
      <w:r>
        <w:rPr>
          <w:rFonts w:ascii="Gentium Plus" w:hAnsi="Gentium Plus"/>
          <w:sz w:val="24"/>
        </w:rPr>
        <w:t>ἐποίει ταῦτα πιστεύων φθαρήσεσθαι καὶ κολασθήσεσθαι· ὅπερ ἦν κατ〈ὰ πάντα〉 ἠλίθιον.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[19 . 20 n]</w:t>
      </w:r>
    </w:p>
    <w:p>
      <w:r>
        <w:rPr>
          <w:rFonts w:ascii="Gentium Plus" w:hAnsi="Gentium Plus"/>
          <w:sz w:val="24"/>
        </w:rPr>
        <w:t>Καὶ ἔλεγεν αὐτοῖς· Ὑμεῖς ἐκ τῶν κάτω ἐστέ, ἐγὼ ἐκ τῶν ἄνω εἰμί· ὑμεῖς ἐκ τοῦ κόσμου τούτου ἐστέ, ἐγὼ οὐκ εἰμὶ ἐκ τοῦ κόσμου τούτου.</w:t>
      </w:r>
    </w:p>
    <w:p>
      <w:r>
        <w:rPr>
          <w:rFonts w:ascii="Courier New" w:hAnsi="Courier New"/>
          <w:color w:val="555555"/>
          <w:sz w:val="20"/>
        </w:rPr>
        <w:t>[19 . 20 . 127]</w:t>
      </w:r>
    </w:p>
    <w:p>
      <w:r>
        <w:rPr>
          <w:rFonts w:ascii="Gentium Plus" w:hAnsi="Gentium Plus"/>
          <w:sz w:val="24"/>
        </w:rPr>
        <w:t>Καὶ ἐν τοῖς ἀνωτέρω ἔλεγεν τὸ «Ὁ ὢν ἐκ τῆς γῆς ἐκ</w:t>
      </w:r>
    </w:p>
    <w:p>
      <w:r>
        <w:rPr>
          <w:rFonts w:ascii="Courier New" w:hAnsi="Courier New"/>
          <w:color w:val="555555"/>
          <w:sz w:val="20"/>
        </w:rPr>
        <w:t>[5]</w:t>
      </w:r>
    </w:p>
    <w:p>
      <w:r>
        <w:rPr>
          <w:rFonts w:ascii="Gentium Plus" w:hAnsi="Gentium Plus"/>
          <w:sz w:val="24"/>
        </w:rPr>
        <w:t>«ἐρχόμενος ὃ ἑώρακεν καὶ ἤκουσεν τοῦτο μαρτυρεῖ», ζητήσεις [τοίνυν] πότερόν ποτε ταὐτόν ἐστιν τὸ «ἐκ τῆς γῆς εἶναι» τῷ «ἐκ τῶν κάτω</w:t>
      </w:r>
    </w:p>
    <w:p>
      <w:r>
        <w:rPr>
          <w:rFonts w:ascii="Courier New" w:hAnsi="Courier New"/>
          <w:color w:val="555555"/>
          <w:sz w:val="20"/>
        </w:rPr>
        <w:t>[19 . 20 . 128]</w:t>
      </w:r>
    </w:p>
    <w:p>
      <w:r>
        <w:rPr>
          <w:rFonts w:ascii="Gentium Plus" w:hAnsi="Gentium Plus"/>
          <w:sz w:val="24"/>
        </w:rPr>
        <w:t>«εἶναι» ἢ ἕτερον. ἅμα δὲ παρατηρήσεις ὅτι κἀκεῖ οὐκ εἶπεν· Ὁ ὢν ἐκ τοῦ οὐρανοῦ ἐκ τοῦ οὐρανοῦ ἐστιν καὶ ἐκ τοῦ οὐρανοῦ λαλεῖ· τάχα γὰρ ὁ σωτὴρ οὐκ ἐκ τοῦ οὐρανοῦ ἦν, μάλιστα καθ’ ὃ πρωτότο‐ κος πάσης κτίσεως ἦν. † τὸ γὰρ «Ἐκ τοῦ οὐρανοῦ» ὁ δεύτερος ἄν‐</w:t>
      </w:r>
    </w:p>
    <w:p>
      <w:r>
        <w:rPr>
          <w:rFonts w:ascii="Courier New" w:hAnsi="Courier New"/>
          <w:color w:val="555555"/>
          <w:sz w:val="20"/>
        </w:rPr>
        <w:t>[5]</w:t>
      </w:r>
    </w:p>
    <w:p>
      <w:r>
        <w:rPr>
          <w:rFonts w:ascii="Gentium Plus" w:hAnsi="Gentium Plus"/>
          <w:sz w:val="24"/>
        </w:rPr>
        <w:t>θρωπος ἦν ἐξ οὐρανοῦ, ὡς καὶ ὁ Παῦλός πού φησιν· «Ὁ πρῶτος</w:t>
      </w:r>
    </w:p>
    <w:p>
      <w:r>
        <w:rPr>
          <w:rFonts w:ascii="Courier New" w:hAnsi="Courier New"/>
          <w:color w:val="555555"/>
          <w:sz w:val="20"/>
        </w:rPr>
        <w:t>[19 . 20 . 129]</w:t>
      </w:r>
    </w:p>
    <w:p>
      <w:r>
        <w:rPr>
          <w:rFonts w:ascii="Gentium Plus" w:hAnsi="Gentium Plus"/>
          <w:sz w:val="24"/>
        </w:rPr>
        <w:t>«ἄνθρωπος ἐκ γῆς χοϊκός· ὁ δεύτερος ἄνθρωπος ἐξ οὐρανοῦ». καὶ ἐνθάδε δὲ ἐπιστήσεις πότερόν ποτε ταὐτὸ λέγει ἐν τῷ «Ὑμεῖς ἐκ τῶν «κάτω ἐστέ» καὶ «Ὑμεῖς ἐκ τούτου τοῦ κόσμου ἐστέ» ἢ ἕτερόν ἐστιν τὸ εἶναι ἐκ τῆς γῆς παρὰ τὸ εἶναι ἐκ τοῦ κόσμου τούτου. τὸ δ’</w:t>
      </w:r>
    </w:p>
    <w:p>
      <w:r>
        <w:rPr>
          <w:rFonts w:ascii="Courier New" w:hAnsi="Courier New"/>
          <w:color w:val="555555"/>
          <w:sz w:val="20"/>
        </w:rPr>
        <w:t>[5]</w:t>
      </w:r>
    </w:p>
    <w:p>
      <w:r>
        <w:rPr>
          <w:rFonts w:ascii="Gentium Plus" w:hAnsi="Gentium Plus"/>
          <w:sz w:val="24"/>
        </w:rPr>
        <w:t>ὅμοιον ζητήσεις καὶ ἐν τῷ «Ἐγὼ ἐκ τῶν ἄνω εἰμί» καὶ «Ἐγὼ οὐκ «εἰμὶ ἐκ τοῦ κόσμου τούτου». ἄξιον γὰρ ἰδεῖν τί τὸ ἐκ τῶν ἄνω</w:t>
      </w:r>
    </w:p>
    <w:p>
      <w:r>
        <w:rPr>
          <w:rFonts w:ascii="Courier New" w:hAnsi="Courier New"/>
          <w:color w:val="555555"/>
          <w:sz w:val="20"/>
        </w:rPr>
        <w:t>[19 . 20 . 130]</w:t>
      </w:r>
    </w:p>
    <w:p>
      <w:r>
        <w:rPr>
          <w:rFonts w:ascii="Gentium Plus" w:hAnsi="Gentium Plus"/>
          <w:sz w:val="24"/>
        </w:rPr>
        <w:t>εἶναι καὶ τί τὸ μὴ ἐκ τοῦ κόσμου τούτου εἶναι. ὅρα τοίνυν εἰ μὴ ὁ τὴν ἀπὸ ὕλης γένεσιν καὶ σωμάτων ἀνειληφὼς τῷ καταλελοιπέναι τὰ κρείττονα ἐκ τῆς γῆς ἐστιν· ὅστις ὅσον ἐστὶν ἐκ τῆς γῆς ἐκ τῆς γῆς λαλεῖ, ὑψηλότερόν τι μὴ δυνάμενος βλέπειν ἢ λέγειν· ὁ δ’ αὐτὸς καὶ</w:t>
      </w:r>
    </w:p>
    <w:p>
      <w:r>
        <w:rPr>
          <w:rFonts w:ascii="Courier New" w:hAnsi="Courier New"/>
          <w:color w:val="555555"/>
          <w:sz w:val="20"/>
        </w:rPr>
        <w:t>[19 . 20 . 131]</w:t>
      </w:r>
    </w:p>
    <w:p>
      <w:r>
        <w:rPr>
          <w:rFonts w:ascii="Gentium Plus" w:hAnsi="Gentium Plus"/>
          <w:sz w:val="24"/>
        </w:rPr>
        <w:t>ἐκ τῶν κάτω ἐστίν. ἄλλη μέντοι γε ἡ ἐπίνοια ἡ ἐκ τῶν κάτω καὶ τῆς γῆς. κάτω γὰρ ὥσπερ τόπῳ τινὶ νοεῖται οὕτως καὶ δόγμασιν καὶ διανοίᾳ· καὶ πᾶς γε ὁ τοιούτοις δόγμασιν καὶ διανοίᾳ χρώμενος, ἅτινά</w:t>
      </w:r>
    </w:p>
    <w:p>
      <w:r>
        <w:rPr>
          <w:rFonts w:ascii="Courier New" w:hAnsi="Courier New"/>
          <w:color w:val="555555"/>
          <w:sz w:val="20"/>
        </w:rPr>
        <w:t>[19 . 20 . 132]</w:t>
      </w:r>
    </w:p>
    <w:p>
      <w:r>
        <w:rPr>
          <w:rFonts w:ascii="Gentium Plus" w:hAnsi="Gentium Plus"/>
          <w:sz w:val="24"/>
        </w:rPr>
        <w:t>ἐστιν ἐκ τῶν κάτω, ἐκ τῶν κάτω ἐστίν. ἀλλὰ καὶ ὁ δεικνύμενος κόσμος, ὑλικὸς γενόμενος, διὰ τοὺς δεηθέντας τῆς ἐνύλου ζωῆς τό‐ πους μὲν ἔχει διαφόρους, οἵτινες πάντες ὡς μὲν πρὸς τὰ ἄϋλα καὶ τὰ ἀόρατα καὶ τὰ ἀσώματα κάτω εἰσίν, οὐ τοσοῦτον τόπῳ ὅσον τῇ πρὸς</w:t>
      </w:r>
    </w:p>
    <w:p>
      <w:r>
        <w:rPr>
          <w:rFonts w:ascii="Courier New" w:hAnsi="Courier New"/>
          <w:color w:val="555555"/>
          <w:sz w:val="20"/>
        </w:rPr>
        <w:t>[19 . 20 . 133]</w:t>
      </w:r>
    </w:p>
    <w:p>
      <w:r>
        <w:rPr>
          <w:rFonts w:ascii="Gentium Plus" w:hAnsi="Gentium Plus"/>
          <w:sz w:val="24"/>
        </w:rPr>
        <w:t>τὰ ἀόρατα συγκρίσει. ὅσον δὲ ἐπὶ τῷ κόσμου 〈τόπουσ〉 τόποις κόσμου συνεξετάζεσθαι, εἶεν ἄν τινες τόποι οἱ κάτω καὶ ἄλλοι ἄνω· τὰ μὲν γὰρ περίγεια κάτω ἐστίν, τὰ δὲ οὐράνια ἄνω, ὡς κατὰ τοῦτο τὸν μὲν ἐκ τῶν κάτω πάντως εἶναι ἐκ τοῦ κόσμου τούτου, τὸν δὲ ἐκ τοῦ κόσ‐</w:t>
      </w:r>
    </w:p>
    <w:p>
      <w:r>
        <w:rPr>
          <w:rFonts w:ascii="Courier New" w:hAnsi="Courier New"/>
          <w:color w:val="555555"/>
          <w:sz w:val="20"/>
        </w:rPr>
        <w:t>[19 . 20 . 134]</w:t>
      </w:r>
    </w:p>
    <w:p>
      <w:r>
        <w:rPr>
          <w:rFonts w:ascii="Gentium Plus" w:hAnsi="Gentium Plus"/>
          <w:sz w:val="24"/>
        </w:rPr>
        <w:t>μου τούτου μὴ πάντως εἶναι ἐκ τῶν κάτω. ὁ γὰρ πολίτης τῶν οὐρανίων ὅρα εἰ ἔστιν μέν πως ἐκ τοῦ κόσμου τούτου, οὐ μὴν ἐκ τῶν τοπικῶς κάτω. πλὴν καὶ αὐτὸς ὡς πρὸς σύγκρισιν τῶν νοητῶν</w:t>
      </w:r>
    </w:p>
    <w:p>
      <w:r>
        <w:rPr>
          <w:rFonts w:ascii="Courier New" w:hAnsi="Courier New"/>
          <w:color w:val="555555"/>
          <w:sz w:val="20"/>
        </w:rPr>
        <w:t>[5]</w:t>
      </w:r>
    </w:p>
    <w:p>
      <w:r>
        <w:rPr>
          <w:rFonts w:ascii="Gentium Plus" w:hAnsi="Gentium Plus"/>
          <w:sz w:val="24"/>
        </w:rPr>
        <w:t>μένων καὶ προσκαίρων ἐκ τῶν κάτω ἐστίν, κἂν ἐν συγκρίσει τόπων</w:t>
      </w:r>
    </w:p>
    <w:p>
      <w:r>
        <w:rPr>
          <w:rFonts w:ascii="Courier New" w:hAnsi="Courier New"/>
          <w:color w:val="555555"/>
          <w:sz w:val="20"/>
        </w:rPr>
        <w:t>[19 . 20 . 135]</w:t>
      </w:r>
    </w:p>
    <w:p>
      <w:r>
        <w:rPr>
          <w:rFonts w:ascii="Gentium Plus" w:hAnsi="Gentium Plus"/>
          <w:sz w:val="24"/>
        </w:rPr>
        <w:t>ἐκ τῶν ἀνωτάτω τυγχάνῃ. ἔξεστιν μέντοι γε τὸν ἐκ τῶν κάτω καὶ ἐκ τοῦ κόσμου τούτου καὶ ἐκ τῆς γῆς μεταβαλεῖν καὶ γενέσθαι ἐκ τῶν ἄνω καὶ μηκέτι ἐκ τοῦ κόσμου τούτου, καὶ ἄλλον ἐκ μὲν τοῦ</w:t>
      </w:r>
    </w:p>
    <w:p>
      <w:r>
        <w:rPr>
          <w:rFonts w:ascii="Courier New" w:hAnsi="Courier New"/>
          <w:color w:val="555555"/>
          <w:sz w:val="20"/>
        </w:rPr>
        <w:t>[19 . 20 . 136]</w:t>
      </w:r>
    </w:p>
    <w:p>
      <w:r>
        <w:rPr>
          <w:rFonts w:ascii="Gentium Plus" w:hAnsi="Gentium Plus"/>
          <w:sz w:val="24"/>
        </w:rPr>
        <w:t>κόσμου τούτου, ἐκ τοῦ οὐρανοῦ δέ. φησὶ γοῦν τοῖς μαθηταῖς· ‹Ἐκ τοῦ κόσμου ἦτε, κἀγὼ ἐξελεξάμην ὑμᾶς ἐκ τοῦ κόσμου, καὶ οὐκέτι ἐστὲ ἐκ τοῦ κόσμου›· εἴπερ γὰρ ἦλθεν ὁ σωτὴρ ζητῆσαι καὶ σῶσαι τὸ ἀπολωλός, ἦλθεν τοὺς κάτω καὶ πολιτογραφηθέντας ἐν τοῖς κάτω</w:t>
      </w:r>
    </w:p>
    <w:p>
      <w:r>
        <w:rPr>
          <w:rFonts w:ascii="Courier New" w:hAnsi="Courier New"/>
          <w:color w:val="555555"/>
          <w:sz w:val="20"/>
        </w:rPr>
        <w:t>[19 . 20 . 137]</w:t>
      </w:r>
    </w:p>
    <w:p>
      <w:r>
        <w:rPr>
          <w:rFonts w:ascii="Gentium Plus" w:hAnsi="Gentium Plus"/>
          <w:sz w:val="24"/>
        </w:rPr>
        <w:t>μεταστῆσαι ἐπὶ τὰ ἄνω. καὶ γὰρ εἰς τὰ κατώτερα μέρη τῆς γῆς ὁ καταβὰς αὐτός ἐστιν διὰ τοὺς ἐν τοῖς κατωτάτω τῆς γῆς· ἀλλὰ καὶ ἀνέβη ὑπεράνω πάντων τῶν οὐρανῶν, ὁδοποιῶν τοῖς βουλομένοις καὶ γνησίως αὐτῷ μαθητευομένοις τὴν φέρουσαν ὁδὸν ἐπὶ τὰ ὑπεράνω</w:t>
      </w:r>
    </w:p>
    <w:p>
      <w:r>
        <w:rPr>
          <w:rFonts w:ascii="Courier New" w:hAnsi="Courier New"/>
          <w:color w:val="555555"/>
          <w:sz w:val="20"/>
        </w:rPr>
        <w:t>[5]</w:t>
      </w:r>
    </w:p>
    <w:p>
      <w:r>
        <w:rPr>
          <w:rFonts w:ascii="Gentium Plus" w:hAnsi="Gentium Plus"/>
          <w:sz w:val="24"/>
        </w:rPr>
        <w:t>πάντων τῶν οὐρανῶν, τοῦτ’ ἔστιν ἐπὶ τὰ ἔξω σωμάτων.</w:t>
      </w:r>
    </w:p>
    <w:p>
      <w:r>
        <w:rPr>
          <w:rFonts w:ascii="Courier New" w:hAnsi="Courier New"/>
          <w:color w:val="555555"/>
          <w:sz w:val="20"/>
        </w:rPr>
        <w:t>[19 . 21 . 138]</w:t>
      </w:r>
    </w:p>
    <w:p>
      <w:r>
        <w:rPr>
          <w:rFonts w:ascii="Gentium Plus" w:hAnsi="Gentium Plus"/>
          <w:sz w:val="24"/>
        </w:rPr>
        <w:t>Εἰ δὲ καὶ ποθεῖς μαθεῖν ἀπὸ τῆς γαρφῆς τίς ἐστιν ὁ ἐκ τῶν κάτω καὶ τίς ἐστιν· ὁ ἐκ τῶν ἄνω, ἄκουε· ἐπεὶ ὅπου ὁ θησαυρὸς ἑκάστου ἐκεῖ καὶ ἡ καρδία ἐστίν, ἐάν τις θησαυρίζῃ ἐπὶ τῆς γῆς, ἐξ αὐτοῦ τοῦ θησαυρίζειν ἐπὶ τῆς γῆς ἐκ τῶν κάτω γίνεται, ἐὰν δέ τις</w:t>
      </w:r>
    </w:p>
    <w:p>
      <w:r>
        <w:rPr>
          <w:rFonts w:ascii="Courier New" w:hAnsi="Courier New"/>
          <w:color w:val="555555"/>
          <w:sz w:val="20"/>
        </w:rPr>
        <w:t>[5]</w:t>
      </w:r>
    </w:p>
    <w:p>
      <w:r>
        <w:rPr>
          <w:rFonts w:ascii="Gentium Plus" w:hAnsi="Gentium Plus"/>
          <w:sz w:val="24"/>
        </w:rPr>
        <w:t>θησαυρίζῃ ἐν τοῖς οὐρανοῖς, γεννᾶται ἄνωθεν καὶ ἀναλαμβάνει «τὴν «εἰκόνα τοῦ ἐπουρανίου·» ἀλλὰ καὶ ἄλλως διελθὼν πάντας τοὺς οὐ‐</w:t>
      </w:r>
    </w:p>
    <w:p>
      <w:r>
        <w:rPr>
          <w:rFonts w:ascii="Courier New" w:hAnsi="Courier New"/>
          <w:color w:val="555555"/>
          <w:sz w:val="20"/>
        </w:rPr>
        <w:t>[19 . 21 . 139]</w:t>
      </w:r>
    </w:p>
    <w:p>
      <w:r>
        <w:rPr>
          <w:rFonts w:ascii="Gentium Plus" w:hAnsi="Gentium Plus"/>
          <w:sz w:val="24"/>
        </w:rPr>
        <w:t>ρανοὺς ἐν τέλει εὑρίσκεται μακαριωτάτῳ. εἴη δ’ ἂν καὶ τὰ ἑκάστου ἔργα † οἷον εἶπα, ὥστε εἰπεῖν ἂν τὰ ἔργα τῆς σαρκὸς ποιεῖν τὸν ἐκ 〈τῶν〉 κάτω, τὸν δὲ καρπὸν τοῦ πνεύματος τὸν ἐκ τῶν ἄνω, καὶ πάλιν τὴν πρὸς τὸν κόσμον τοῦτον ἀγάπην τὸν ἐκ τοῦ κόσμου</w:t>
      </w:r>
    </w:p>
    <w:p>
      <w:r>
        <w:rPr>
          <w:rFonts w:ascii="Courier New" w:hAnsi="Courier New"/>
          <w:color w:val="555555"/>
          <w:sz w:val="20"/>
        </w:rPr>
        <w:t>[5]</w:t>
      </w:r>
    </w:p>
    <w:p>
      <w:r>
        <w:rPr>
          <w:rFonts w:ascii="Gentium Plus" w:hAnsi="Gentium Plus"/>
          <w:sz w:val="24"/>
        </w:rPr>
        <w:t>τούτου· ἐπεί, κατὰ τὸν Ιωάννην, ὁ ἔχων τὴν ἀγάπην τοῦ θεοῦ, * * ἐκεῖνος δὲ οὐκ ἔστιν ἐκ τοῦ κόσμου τούτου, ὃς οὐκ ἀγαπᾷ τὸν κόσ‐ μον οὐδὲ τὰ ἐν τῷ κόσμῳ, ἀλλὰ λέγων «Ἐμοὶ μὴ γένοιτο καυχᾶσθαι, «εἰ μὴ ἐν τῷ σταυρῷ τοῦ κυρίου μου Ἰησοῦ Χριστοῦ, δι’ οὗ ἐμοὶ «κόσμος ἐσταύρωται κἀγὼ κόσμῳ», καὶ χωρῶν τὸ ἀγαπᾶν κύριον τὸν</w:t>
      </w:r>
    </w:p>
    <w:p>
      <w:r>
        <w:rPr>
          <w:rFonts w:ascii="Courier New" w:hAnsi="Courier New"/>
          <w:color w:val="555555"/>
          <w:sz w:val="20"/>
        </w:rPr>
        <w:t>[10]</w:t>
      </w:r>
    </w:p>
    <w:p>
      <w:r>
        <w:rPr>
          <w:rFonts w:ascii="Gentium Plus" w:hAnsi="Gentium Plus"/>
          <w:sz w:val="24"/>
        </w:rPr>
        <w:t>θεὸν αὐτοῦ ἐξ ὅλης τῆς καρδίας αὐτοῦ καὶ ἐξ ὅλης τῆς ψυχῆς αὐτοῦ καὶ ἐξ ὅλης τῆς διανοίας αὐτοῦ, τῷ μὴ θλίβεσθαι τὴν τοιαύτην ἀγά‐ πην ὑπὸ τῆς πρὸς τὸν κόσμον ἀγάπης καὶ τὰ ἐν τῷ κόσμῳ· ἀμήχα‐ νον γὰρ συνυπάρχειν τὴν πρὸς τὸν κόσμον ἀγάπην τῇ πρὸς τὸν θεὸν ἀγάπῃ, ὡς ἀμήχανον συνυπάρχειν ἀλλήλοις φῶς καὶ σκότος, ἢ</w:t>
      </w:r>
    </w:p>
    <w:p>
      <w:r>
        <w:rPr>
          <w:rFonts w:ascii="Courier New" w:hAnsi="Courier New"/>
          <w:color w:val="555555"/>
          <w:sz w:val="20"/>
        </w:rPr>
        <w:t>[15]</w:t>
      </w:r>
    </w:p>
    <w:p>
      <w:r>
        <w:rPr>
          <w:rFonts w:ascii="Gentium Plus" w:hAnsi="Gentium Plus"/>
          <w:sz w:val="24"/>
        </w:rPr>
        <w:t>Χριστὸν καὶ τὸν Βελίαρ, ἢ τὸ ναὸν εἶναι τοῦ θεοῦ μετὰ τοῦ ναὸν</w:t>
      </w:r>
    </w:p>
    <w:p>
      <w:r>
        <w:rPr>
          <w:rFonts w:ascii="Courier New" w:hAnsi="Courier New"/>
          <w:color w:val="555555"/>
          <w:sz w:val="20"/>
        </w:rPr>
        <w:t>[19 . 21 . 140]</w:t>
      </w:r>
    </w:p>
    <w:p>
      <w:r>
        <w:rPr>
          <w:rFonts w:ascii="Gentium Plus" w:hAnsi="Gentium Plus"/>
          <w:sz w:val="24"/>
        </w:rPr>
        <w:t>τυγχάνειν εἰδώλων. ὡς διαφορᾶς μέντοι γε οὔσης τῶν κάτω πρὸς ἄλληλα, λέγεται ὑπερθετικῶς τὸ «Ἔθεντό με ἐν λάκκῳ κατωτάτῳ» καὶ τὸ «Εἰς τὰ κατώτατα τῆς γῆς ὁ καταβάς, οὗτός ἐστι καὶ ὁ «ἀναβάς». διόπερ ἐνώπιον τοῦ χριστοῦ προπεσοῦνται μὲν πάντες</w:t>
      </w:r>
    </w:p>
    <w:p>
      <w:r>
        <w:rPr>
          <w:rFonts w:ascii="Courier New" w:hAnsi="Courier New"/>
          <w:color w:val="555555"/>
          <w:sz w:val="20"/>
        </w:rPr>
        <w:t>[5]</w:t>
      </w:r>
    </w:p>
    <w:p>
      <w:r>
        <w:rPr>
          <w:rFonts w:ascii="Gentium Plus" w:hAnsi="Gentium Plus"/>
          <w:sz w:val="24"/>
        </w:rPr>
        <w:t>οἱ καταβαίνοντες εἰς τὰ κατώτερα μέρη τῆς γῆς, εἰς ᾅδου, ἐπεὶ ἀληθὲς τὸ «Οὐκ ἔστιν ἐν τῷ θανάτῳ ὁ μνημονεύων σου, ἐν δὲ τῷ</w:t>
      </w:r>
    </w:p>
    <w:p>
      <w:r>
        <w:rPr>
          <w:rFonts w:ascii="Courier New" w:hAnsi="Courier New"/>
          <w:color w:val="555555"/>
          <w:sz w:val="20"/>
        </w:rPr>
        <w:t>[19 . 21 . 141]</w:t>
      </w:r>
    </w:p>
    <w:p>
      <w:r>
        <w:rPr>
          <w:rFonts w:ascii="Gentium Plus" w:hAnsi="Gentium Plus"/>
          <w:sz w:val="24"/>
        </w:rPr>
        <w:t>«ᾅδῃ τίς ἐξομολογήσεταί σοι;» ἐὰν δέ τις ἀνθυποφέρῃ τὸ καταβαίνειν αὐτὸν εἰς τὰ κατώτερα τῆς γῆς, ἐπιτηρήσεις ὅτι ἐπὶ τῶν καταβαι‐ νόντων εἰς γῆν εἴρηται τὸ «Προπεσοῦνται»· ὑποπιπτόντων γὰρ τῷ χριστῷ 〈πάντων καὶ〉 γόνυ καμπτόντων ἐν τῷ ὀνόματι Ἰησοῦ, τινὲς</w:t>
      </w:r>
    </w:p>
    <w:p>
      <w:r>
        <w:rPr>
          <w:rFonts w:ascii="Courier New" w:hAnsi="Courier New"/>
          <w:color w:val="555555"/>
          <w:sz w:val="20"/>
        </w:rPr>
        <w:t>[19 . 21 . 142]</w:t>
      </w:r>
    </w:p>
    <w:p>
      <w:r>
        <w:rPr>
          <w:rFonts w:ascii="Gentium Plus" w:hAnsi="Gentium Plus"/>
          <w:sz w:val="24"/>
        </w:rPr>
        <w:t>μὲν πρότερον τινὲς δὲ ὕστερον προπεσοῦνται αὐτῷ. καὶ τάχα οἱ ἐπὶ γῆς προπεσοῦνται καὶ πρὸ ἑτέρων ὑποτάσσονται· χειρόνων γὰρ τὸ ὕστερον ὑποτάσσεσθαι, διὸ καὶ «ἔσχατος ἐχθρὸς καταργεῖται ὁ «θάνατος».</w:t>
      </w:r>
    </w:p>
    <w:p>
      <w:r>
        <w:rPr>
          <w:rFonts w:ascii="Courier New" w:hAnsi="Courier New"/>
          <w:color w:val="555555"/>
          <w:sz w:val="20"/>
        </w:rPr>
        <w:t>[19 . 22 . 143]</w:t>
      </w:r>
    </w:p>
    <w:p>
      <w:r>
        <w:rPr>
          <w:rFonts w:ascii="Gentium Plus" w:hAnsi="Gentium Plus"/>
          <w:sz w:val="24"/>
        </w:rPr>
        <w:t>Μετὰ ταῦτα ζητήσεις εἰ ὥσπερ ἐστὶν τῶν κάτω διαφορὰ διὰ τὸ λέγεσθαί τι κατωτάτω, οὕτως καὶ τῶν ἄνω διαφορά, μάλιστα ἐπεὶ κληρονομία ἐστὶν βασιλείας οὐρανῶν, πάντων 〈τῶν〉 κληρονο‐ μουμένων οὐρανῶν ὄντων ἄνω, ἀλλ’ οὐχ ὁμοίως ἐχόντων τὸ εἶναι</w:t>
      </w:r>
    </w:p>
    <w:p>
      <w:r>
        <w:rPr>
          <w:rFonts w:ascii="Courier New" w:hAnsi="Courier New"/>
          <w:color w:val="555555"/>
          <w:sz w:val="20"/>
        </w:rPr>
        <w:t>[19 . 22 . 144]</w:t>
      </w:r>
    </w:p>
    <w:p>
      <w:r>
        <w:rPr>
          <w:rFonts w:ascii="Gentium Plus" w:hAnsi="Gentium Plus"/>
          <w:sz w:val="24"/>
        </w:rPr>
        <w:t>ἄνω. ἀλλὰ καὶ ἐπὶ τῆς νοητῆς καταβάσεως τῆς ψυχῆς διὰ τὴν κα‐ κίαν καὶ τὰ μοχθηρὰ δόγματα καὶ νοητῆς ἀναβάσεως αὐτῆς ἐπιστήσας οὐχ ἁπλῶς εὑρήσεις διαφοράν· ἐπιπλεῖον 〈οὖν〉 νοητῶς † καταβαι‐</w:t>
      </w:r>
    </w:p>
    <w:p>
      <w:r>
        <w:rPr>
          <w:rFonts w:ascii="Courier New" w:hAnsi="Courier New"/>
          <w:color w:val="555555"/>
          <w:sz w:val="20"/>
        </w:rPr>
        <w:t>[19 . 22 . 145]</w:t>
      </w:r>
    </w:p>
    <w:p>
      <w:r>
        <w:rPr>
          <w:rFonts w:ascii="Gentium Plus" w:hAnsi="Gentium Plus"/>
          <w:sz w:val="24"/>
        </w:rPr>
        <w:t>νουσῶν νοήσεις. ἅμα δὲ ὅρα εἰ μὴ μυστικώτερον καὶ οὐ τοπικῶς περὶ τῆς Ἰησοῦ ψυχῆς ἀκούσει τὸ· «Ἀναβὰς ὑπεράνω πάντων τῶν «οὐρανῶν»· ἡ γὰρ νοητὴ ἀνάβασις ἐκείνης τῆς ψυχῆς ὑπερπεπήδηκεν καὶ πάντας τοὺς οὐρανοὺς καί, ὡς ἔστιν εἰπεῖν, ἤδη ἔφθασεν πρὸς</w:t>
      </w:r>
    </w:p>
    <w:p>
      <w:r>
        <w:rPr>
          <w:rFonts w:ascii="Courier New" w:hAnsi="Courier New"/>
          <w:color w:val="555555"/>
          <w:sz w:val="20"/>
        </w:rPr>
        <w:t>[19 . 22 . 146]</w:t>
      </w:r>
    </w:p>
    <w:p>
      <w:r>
        <w:rPr>
          <w:rFonts w:ascii="Gentium Plus" w:hAnsi="Gentium Plus"/>
          <w:sz w:val="24"/>
        </w:rPr>
        <w:t>αὐτὸν τὸν θεόν. πλήν ἐστίν τις καὶ ἕτερος παρὰ τὸν δεικνύμενον καὶ αἰσθητὸν κόσμον τὸν συνεστῶτα ἐξ οὐρανοῦ καὶ γῆς ἢ οὐρανῶν καὶ γῆς κόσμος, ἐν ᾧ ἐστιν τὰ μὴ βλεπόμενα· καὶ ὅλον τοῦτο κόσ‐</w:t>
      </w:r>
    </w:p>
    <w:p>
      <w:r>
        <w:rPr>
          <w:rFonts w:ascii="Courier New" w:hAnsi="Courier New"/>
          <w:color w:val="555555"/>
          <w:sz w:val="20"/>
        </w:rPr>
        <w:t>[5]</w:t>
      </w:r>
    </w:p>
    <w:p>
      <w:r>
        <w:rPr>
          <w:rFonts w:ascii="Gentium Plus" w:hAnsi="Gentium Plus"/>
          <w:sz w:val="24"/>
        </w:rPr>
        <w:t>καὶ τῷ κάλλει ἐνόψονται οἱ καθαροὶ τῇ καρδίᾳ, προευτρεπιζόμενοι διὰ τοῦ ἐνορᾶν αὐτῷ ἐπὶ τὸ μετελθεῖν, ὥστ’ ἂν καὶ αὐτὸν ὁρᾶν, ὡς ὁρᾶσθαι πέφυκεν ὁ θεός, τὸν θεόν.</w:t>
      </w:r>
    </w:p>
    <w:p>
      <w:r>
        <w:rPr>
          <w:rFonts w:ascii="Courier New" w:hAnsi="Courier New"/>
          <w:color w:val="555555"/>
          <w:sz w:val="20"/>
        </w:rPr>
        <w:t>[19 . 22 . 147]</w:t>
      </w:r>
    </w:p>
    <w:p>
      <w:r>
        <w:rPr>
          <w:rFonts w:ascii="Gentium Plus" w:hAnsi="Gentium Plus"/>
          <w:sz w:val="24"/>
        </w:rPr>
        <w:t>Ζητήσεις δὲ εἰ κατά τι τῶν σημαινομένων δύναται ὁ πρωτό‐ τοκος πάσης κτίσεως εἶναι κόσμος, καὶ μάλιστα καθ’ ὃ «σοφία» ἐστὶν ἡ πολυποίκιλος· τῷ γὰρ εἶναι παντὸς οὑτινοσοῦν τοὺς λόγους, καθ’ οὓς γεγένηται πάντα τὰ ὑπὸ τοῦ θεοῦ ἐν σοφίᾳ πεποιημένα</w:t>
      </w:r>
    </w:p>
    <w:p>
      <w:r>
        <w:rPr>
          <w:rFonts w:ascii="Courier New" w:hAnsi="Courier New"/>
          <w:color w:val="555555"/>
          <w:sz w:val="20"/>
        </w:rPr>
        <w:t>[5]</w:t>
      </w:r>
    </w:p>
    <w:p>
      <w:r>
        <w:rPr>
          <w:rFonts w:ascii="Gentium Plus" w:hAnsi="Gentium Plus"/>
          <w:sz w:val="24"/>
        </w:rPr>
        <w:t>(ὥς φησιν ὁ προφήτης· «Πάντα ἐν σοφίᾳ ἐποίησας»), ἐν αὐτῷ, εἴη ἂν καὶ αὐτὸς «κόσμος», τοσούτῳ ποικιλώτερος τοῦ αἰσθητοῦ κόσμου καὶ διαφέρων, ὅσῳ διαφέρει γυμνὸς πάσης ὕλης τοῦ ὅλου κόσμου λόγος τοῦ ἐνύλου κόσμου, οὐκ ἀπὸ τῆς ὕλης ἀλλὰ ἀπὸ τῆς μετοχῆς τοῦ λόγου καὶ τῆς σοφίας τῶν κοσμούντων τὴν ὕλην κεκοσμημένων.</w:t>
      </w:r>
    </w:p>
    <w:p>
      <w:r>
        <w:rPr>
          <w:rFonts w:ascii="Courier New" w:hAnsi="Courier New"/>
          <w:color w:val="555555"/>
          <w:sz w:val="20"/>
        </w:rPr>
        <w:t>[19 . 22 . 148]</w:t>
      </w:r>
    </w:p>
    <w:p>
      <w:r>
        <w:rPr>
          <w:rFonts w:ascii="Gentium Plus" w:hAnsi="Gentium Plus"/>
          <w:sz w:val="24"/>
        </w:rPr>
        <w:t>καὶ ὅρα εἰ δύναται ὁ λέγων· «Οὐκ εἰμὶ ἐγὼ ἐκ τοῦ κόσμου τούτου» ἡ ψυχὴ εἶναι τοῦ Ἰησοῦ ἐμπολιτευομένη τῷ ὅλῳ κόσμῳ ἐκείνῳ καὶ πάντα αὐτὸν ἐμπεριερχομένη καὶ χειραγωγοῦσα ἐπ’ αὐτὸν τοὺς</w:t>
      </w:r>
    </w:p>
    <w:p>
      <w:r>
        <w:rPr>
          <w:rFonts w:ascii="Courier New" w:hAnsi="Courier New"/>
          <w:color w:val="555555"/>
          <w:sz w:val="20"/>
        </w:rPr>
        <w:t>[19 . 22 . 149]</w:t>
      </w:r>
    </w:p>
    <w:p>
      <w:r>
        <w:rPr>
          <w:rFonts w:ascii="Gentium Plus" w:hAnsi="Gentium Plus"/>
          <w:sz w:val="24"/>
        </w:rPr>
        <w:t>μαθητευομένους. οὐδὲν ἔχει ἐκεῖνος ὁ κόσμος κάτω, ὡς οὐδὲ οὗτος, ὡς πρὸς τὸ ἀκριβὲς ἐξετάζοντι, ἄνω. πῶς γὰρ δύναται ἔχειν τι ὁ κόσμος οὗτος ἄνω, οὗ ἡ κτίσις καταβολή ἐστιν; οὐ γὰρ ὡς ἔτυχεν ἀκουστέον τοῦ «Πρὸ καταβολῆς κόσμου», ἐπίτηδες διὰ τοιαύτην</w:t>
      </w:r>
    </w:p>
    <w:p>
      <w:r>
        <w:rPr>
          <w:rFonts w:ascii="Courier New" w:hAnsi="Courier New"/>
          <w:color w:val="555555"/>
          <w:sz w:val="20"/>
        </w:rPr>
        <w:t>[5]</w:t>
      </w:r>
    </w:p>
    <w:p>
      <w:r>
        <w:rPr>
          <w:rFonts w:ascii="Gentium Plus" w:hAnsi="Gentium Plus"/>
          <w:sz w:val="24"/>
        </w:rPr>
        <w:t>ἐπίνοιαν πλασάντων ὄνομα τῶν ἁγίων τὸ τῆς καταβολῆς· καίτοι γε ἐδύναντο λέγειν «πρὸ κτίσεως κόσμου» καὶ μὴ χρήσασθαι τῷ τῆς</w:t>
      </w:r>
    </w:p>
    <w:p>
      <w:r>
        <w:rPr>
          <w:rFonts w:ascii="Courier New" w:hAnsi="Courier New"/>
          <w:color w:val="555555"/>
          <w:sz w:val="20"/>
        </w:rPr>
        <w:t>[19 . 22 . 150]</w:t>
      </w:r>
    </w:p>
    <w:p>
      <w:r>
        <w:rPr>
          <w:rFonts w:ascii="Gentium Plus" w:hAnsi="Gentium Plus"/>
          <w:sz w:val="24"/>
        </w:rPr>
        <w:t>«καταβολῆς» ὀνόματι. ὅλος οὖν ὁ κόσμος καὶ τὰ ἐν αὐτῷ ἐν κατα‐ βολῇ ἐστιν· ἔξω δὲ καταβολῆς κόσμου παντὸς γίνονται οἱ τοῦ Ἰησοῦ γνήσιοι μαθηταί, οὓς ἐξελέξατο ἐκ τοῦ κόσμου, ἵνα μηκέτι ὦσιν ἐκ τοῦ κόσμου αἴροντες τὸν σταυρὸν ἑαυτῶν καὶ ἀκολουθοῦντες αὐτῷ.</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[19 . 23 n]</w:t>
      </w:r>
    </w:p>
    <w:p>
      <w:r>
        <w:rPr>
          <w:rFonts w:ascii="Gentium Plus" w:hAnsi="Gentium Plus"/>
          <w:sz w:val="24"/>
        </w:rPr>
        <w:t>Εἶπον οὖν ὑμῖν ὅτι ἀποθανεῖσθε ἐν ταῖς ἁμαρ‐ τίαις ὑμῶν· ἐὰν γὰρ μὴ πιστεύσητε ὅτι ἐγώ εἰμι, ἀποθανεῖσθε ἐν ταῖς ἁμαρτίαις ὑμῶν.</w:t>
      </w:r>
    </w:p>
    <w:p>
      <w:r>
        <w:rPr>
          <w:rFonts w:ascii="Courier New" w:hAnsi="Courier New"/>
          <w:color w:val="555555"/>
          <w:sz w:val="20"/>
        </w:rPr>
        <w:t>[19 . 23 . 151]</w:t>
      </w:r>
    </w:p>
    <w:p>
      <w:r>
        <w:rPr>
          <w:rFonts w:ascii="Gentium Plus" w:hAnsi="Gentium Plus"/>
          <w:sz w:val="24"/>
        </w:rPr>
        <w:t>Πότε εἶπεν αὐτοῖς· «Ἀποθανεῖσθε ἐν ταῖς ἁμαρτίαις «ὑμῶν», ἢ ὅτε ἔφασκεν· «Ζητήσετέ με, καὶ ἐν ταῖς ἁμαρτίαις ὑμῶν «ἀποθανεῖσθε»; τί δὲ τὸ αἴτιον τοῦ ἐν ταῖς ἁμαρτίαις αὐτῶν ἀπο‐</w:t>
      </w:r>
    </w:p>
    <w:p>
      <w:r>
        <w:rPr>
          <w:rFonts w:ascii="Courier New" w:hAnsi="Courier New"/>
          <w:color w:val="555555"/>
          <w:sz w:val="20"/>
        </w:rPr>
        <w:t>[5]</w:t>
      </w:r>
    </w:p>
    <w:p>
      <w:r>
        <w:rPr>
          <w:rFonts w:ascii="Gentium Plus" w:hAnsi="Gentium Plus"/>
          <w:sz w:val="24"/>
        </w:rPr>
        <w:t>«στός»; αὐτὸς γάρ φησιν· «Ἐὰν μὴ πιστεύσητε ὅτι ἐγώ εἰμι, ἀπο‐</w:t>
      </w:r>
    </w:p>
    <w:p>
      <w:r>
        <w:rPr>
          <w:rFonts w:ascii="Courier New" w:hAnsi="Courier New"/>
          <w:color w:val="555555"/>
          <w:sz w:val="20"/>
        </w:rPr>
        <w:t>[19 . 23 . 152]</w:t>
      </w:r>
    </w:p>
    <w:p>
      <w:r>
        <w:rPr>
          <w:rFonts w:ascii="Gentium Plus" w:hAnsi="Gentium Plus"/>
          <w:sz w:val="24"/>
        </w:rPr>
        <w:t>«θανεῖσθε ἐν ταῖς ἁμαρτίαις ὑμῶν». εἰ δὲ ὁ μὴ πιστεύων ὅτι Ἰησοῦς ὁ χριστός ἐστιν ἀποθανεῖται ἐν ταῖς ἁμαρτίαις ἑαυτοῦ, δῆλον ὅτι ὁ μὴ ἀποθνήσκων ἐν ταῖς ἁμαρτίαις αὐτοῦ πεπίστευκεν τῷ χριστῷ, ὁ δὲ ἀποθνήσκων ἐν ταῖς ἁμαρτίαις ἑαυτοῦ, κἂν λέγῃ πιστεύειν τῷ</w:t>
      </w:r>
    </w:p>
    <w:p>
      <w:r>
        <w:rPr>
          <w:rFonts w:ascii="Courier New" w:hAnsi="Courier New"/>
          <w:color w:val="555555"/>
          <w:sz w:val="20"/>
        </w:rPr>
        <w:t>[5]</w:t>
      </w:r>
    </w:p>
    <w:p>
      <w:r>
        <w:rPr>
          <w:rFonts w:ascii="Gentium Plus" w:hAnsi="Gentium Plus"/>
          <w:sz w:val="24"/>
        </w:rPr>
        <w:t>χριστῷ, ὡς πρὸς τὸ ἀληθὲς οὐ πεπίστευκεν αὐτῷ· ἐὰν δὲ λέγηται μὲν πίστις, χωρὶς δὲ ἔργων τυγχάνῃ, νεκρά ἐστιν ἡ τοιαύτη, ὡς ἐν</w:t>
      </w:r>
    </w:p>
    <w:p>
      <w:r>
        <w:rPr>
          <w:rFonts w:ascii="Courier New" w:hAnsi="Courier New"/>
          <w:color w:val="555555"/>
          <w:sz w:val="20"/>
        </w:rPr>
        <w:t>[19 . 23 . 153]</w:t>
      </w:r>
    </w:p>
    <w:p>
      <w:r>
        <w:rPr>
          <w:rFonts w:ascii="Gentium Plus" w:hAnsi="Gentium Plus"/>
          <w:sz w:val="24"/>
        </w:rPr>
        <w:t>τῇ φερομένῃ Ἰακώβου ἐπιστολῇ ἀνέγνωμεν. τίς οὖν ἄρα ἐστὶν ὁ πιστεύων ἢ ὁ πεπονθὼς ἐκ τοῦ διακεῖσθαι κατὰ τὸν λόγον καὶ συμπεφυκέναι αὐτῷ τὸ μὴ ἐμπεσεῖσθαι ἄν, ὅσον μὲν ἐπὶ τούτοις</w:t>
      </w:r>
    </w:p>
    <w:p>
      <w:r>
        <w:rPr>
          <w:rFonts w:ascii="Courier New" w:hAnsi="Courier New"/>
          <w:color w:val="555555"/>
          <w:sz w:val="20"/>
        </w:rPr>
        <w:t>[19 . 23 . 154]</w:t>
      </w:r>
    </w:p>
    <w:p>
      <w:r>
        <w:rPr>
          <w:rFonts w:ascii="Gentium Plus" w:hAnsi="Gentium Plus"/>
          <w:sz w:val="24"/>
        </w:rPr>
        <w:t>τοῖς ῥητοῖς, εἰς τὰ λεγόμενα πρὸς θάνατον εἶναι ἁμαρτήματα, ὅσον δὲ ἐπὶ τῷ «Πᾶς ὁ πιστεύων ὅτι Ἰησοῦς ὁ χριστός ἐστιν ἐκ τοῦ «θεοῦ γεγέννηται», οὐχ ἁμαρτάνειν καὶ πρὸς ὅ τι δηποτοῦν τῶν παρὰ τὸν ὀρθὸν γινομένων λόγον; ἔτι δὲ μᾶλλον νοήσεις τί ἐστιν</w:t>
      </w:r>
    </w:p>
    <w:p>
      <w:r>
        <w:rPr>
          <w:rFonts w:ascii="Courier New" w:hAnsi="Courier New"/>
          <w:color w:val="555555"/>
          <w:sz w:val="20"/>
        </w:rPr>
        <w:t>[5]</w:t>
      </w:r>
    </w:p>
    <w:p>
      <w:r>
        <w:rPr>
          <w:rFonts w:ascii="Gentium Plus" w:hAnsi="Gentium Plus"/>
          <w:sz w:val="24"/>
        </w:rPr>
        <w:t>«Ἐὰν γὰρ μὴ πιστεύητε ὅτι ἐγώ εἰμι, ἀποθανεῖσθε ἐν ταῖς ἁμαρ‐ «τίαις ὑμῶν», ἅ ἐστιν ὁ πρωτότοκος πάσης κτίσεως ἀναλογιζόμενος.</w:t>
      </w:r>
    </w:p>
    <w:p>
      <w:r>
        <w:rPr>
          <w:rFonts w:ascii="Courier New" w:hAnsi="Courier New"/>
          <w:color w:val="555555"/>
          <w:sz w:val="20"/>
        </w:rPr>
        <w:t>[19 . 23 . 155]</w:t>
      </w:r>
    </w:p>
    <w:p>
      <w:r>
        <w:rPr>
          <w:rFonts w:ascii="Gentium Plus" w:hAnsi="Gentium Plus"/>
          <w:sz w:val="24"/>
        </w:rPr>
        <w:t>οἷον ὁ πιστεύων τί ἐστιν ἡ δικαιοσύνη οὐκ ἂν ἀδικήσαι, καὶ 〈ὁ〉 διὰ τὸ τεθεωρηκέναι ἥτις ἐστὶν ἡ σοφία, πεπιστευκὼς εἰς τὴν σοφίαν οὐκ ἄν τι μωρὸν λέγοι ἢ πράττοι, ἐπεὶ ὁ πιστεύσας τῷ ἐν ἀρχῇ πρὸς τὸν θεὸν λόγῳ ἐν τῷ κατανενοηκέναι αὐτὸν οὐδὲν 〈ἂν〉 ἀλό‐</w:t>
      </w:r>
    </w:p>
    <w:p>
      <w:r>
        <w:rPr>
          <w:rFonts w:ascii="Courier New" w:hAnsi="Courier New"/>
          <w:color w:val="555555"/>
          <w:sz w:val="20"/>
        </w:rPr>
        <w:t>[19 . 23 . 156]</w:t>
      </w:r>
    </w:p>
    <w:p>
      <w:r>
        <w:rPr>
          <w:rFonts w:ascii="Gentium Plus" w:hAnsi="Gentium Plus"/>
          <w:sz w:val="24"/>
        </w:rPr>
        <w:t>γως ποιήσαι. πρὸς τούτοις ὁ πιστεύων ὅτι «Αὐτός ἐστιν ἡ εἰρήνη «ἡμῶν», οὐκ ἄν τι πολέμου καὶ στάσεως ἐνεργοίη. ἀλλὰ καὶ εἴπερ Χριστός ἐστιν οὐ μόνον «θεοῦ σοφία», ἀλλὰ καὶ «θεοῦ δύναμις», ὁ πιστεύων αὐτῷ καθ’ ὃ δύναμίς ἐστιν οὐκ ἂν εἴη περὶ τὰ καλὰ ἀδύ‐</w:t>
      </w:r>
    </w:p>
    <w:p>
      <w:r>
        <w:rPr>
          <w:rFonts w:ascii="Courier New" w:hAnsi="Courier New"/>
          <w:color w:val="555555"/>
          <w:sz w:val="20"/>
        </w:rPr>
        <w:t>[19 . 23 . 157]</w:t>
      </w:r>
    </w:p>
    <w:p>
      <w:r>
        <w:rPr>
          <w:rFonts w:ascii="Gentium Plus" w:hAnsi="Gentium Plus"/>
          <w:sz w:val="24"/>
        </w:rPr>
        <w:t>νατος. ἀναγκαίως δὲ ὑπονοοῦντες αὐτὸν ὑπομονὴν καὶ ἰσχὺν διὰ τὸ «Καὶ νῦν τίς ἡ ὑπομονή μου; οὐχὶ ὁ κύριος;» καὶ τὸ «Ἰσχύς «μου», καὶ τὸ «Ὑπόστασίς μου ὁ κύριος» φήσομεν ὅτι εἰ ἐνδίδομεν πρὸς πόνους, οὐ πιστεύομεν αὐτῷ [καὶ] καθ’ ὅ ἐστιν ὑπομονή, καὶ</w:t>
      </w:r>
    </w:p>
    <w:p>
      <w:r>
        <w:rPr>
          <w:rFonts w:ascii="Courier New" w:hAnsi="Courier New"/>
          <w:color w:val="555555"/>
          <w:sz w:val="20"/>
        </w:rPr>
        <w:t>[19 . 23 . 158]</w:t>
      </w:r>
    </w:p>
    <w:p>
      <w:r>
        <w:rPr>
          <w:rFonts w:ascii="Gentium Plus" w:hAnsi="Gentium Plus"/>
          <w:sz w:val="24"/>
        </w:rPr>
        <w:t>εἰ ἀσθενοῦμεν, οὐ πεπιστεύκαμεν αὐτῷ καθ’ ὅ ἐστιν ἰσχύς. ἐὰν δὲ ἀναλεγώμεθα 〈οὕτωσ〉 τὰς λοιπὰς ἐπινοίας τοῦ χριστοῦ, οὐ χαλεπῶς ἐκ τῶν εἰρημένων εὑρήσομεν τίνα τρόπον ὁ μὴ πιστεύων τῷ χριστῷ ἀποθανεῖται ἐν ταῖς ἁμαρτίαις αὐτοῦ· γινόμενος γὰρ ἐν τοῖς ἐναν‐</w:t>
      </w:r>
    </w:p>
    <w:p>
      <w:r>
        <w:rPr>
          <w:rFonts w:ascii="Courier New" w:hAnsi="Courier New"/>
          <w:color w:val="555555"/>
          <w:sz w:val="20"/>
        </w:rPr>
        <w:t>[5]</w:t>
      </w:r>
    </w:p>
    <w:p>
      <w:r>
        <w:rPr>
          <w:rFonts w:ascii="Gentium Plus" w:hAnsi="Gentium Plus"/>
          <w:sz w:val="24"/>
        </w:rPr>
        <w:t>τίοις τῇ ἐπινοίᾳ, ὧν ἐστιν ὁ χριστός, ἐν αὐταῖς ἀποθνήσκει ταῖς</w:t>
      </w:r>
    </w:p>
    <w:p>
      <w:r>
        <w:rPr>
          <w:rFonts w:ascii="Courier New" w:hAnsi="Courier New"/>
          <w:color w:val="555555"/>
          <w:sz w:val="20"/>
        </w:rPr>
        <w:t>[19 . 24 n]</w:t>
      </w:r>
    </w:p>
    <w:p>
      <w:r>
        <w:rPr>
          <w:rFonts w:ascii="Gentium Plus" w:hAnsi="Gentium Plus"/>
          <w:sz w:val="24"/>
        </w:rPr>
        <w:t>Ἔλεγον οὖν αὐτῷ· Σὺ τίς εἶ;</w:t>
      </w:r>
    </w:p>
    <w:p>
      <w:r>
        <w:rPr>
          <w:rFonts w:ascii="Courier New" w:hAnsi="Courier New"/>
          <w:color w:val="555555"/>
          <w:sz w:val="20"/>
        </w:rPr>
        <w:t>[19 . 24 . 159]</w:t>
      </w:r>
    </w:p>
    <w:p>
      <w:r>
        <w:rPr>
          <w:rFonts w:ascii="Gentium Plus" w:hAnsi="Gentium Plus"/>
          <w:sz w:val="24"/>
        </w:rPr>
        <w:t>Ἀκόλουθον ἦν τοὺς ἀκροωμένους μετὰ πολλῆς ἐξου‐ σίας ἀπαγγελλομένων ὑπὸ τοῦ κυρίου πυνθάνεσθαι, τίς εἴη ὁ ταῦτα λέγων· ἐνέφαινεν γὰρ τὸ εἶναι ἀνθρώπου μεῖζον καὶ θειοτέρα τις φύσις τυγχάνειν ὁ σωτὴρ φάσκων ὅτι «Ἐὰν μὴ πιστεύητε ὅτι ἐγώ</w:t>
      </w:r>
    </w:p>
    <w:p>
      <w:r>
        <w:rPr>
          <w:rFonts w:ascii="Courier New" w:hAnsi="Courier New"/>
          <w:color w:val="555555"/>
          <w:sz w:val="20"/>
        </w:rPr>
        <w:t>[19 . 24 . 160]</w:t>
      </w:r>
    </w:p>
    <w:p>
      <w:r>
        <w:rPr>
          <w:rFonts w:ascii="Gentium Plus" w:hAnsi="Gentium Plus"/>
          <w:sz w:val="24"/>
        </w:rPr>
        <w:t>«εἰμι, ἀποθανεῖσθε ἐν ταῖς ἁμαρτίαις ὑμῶν». τὸ οὖν «Σὺ τίς εἶ;» οἱονεὶ αἰτούντων· ἦν ἀπόκρισιν, ὅτι «Ἐγώ εἰμι ὁ χριστός» ἢ «Ἐγώ «εἰμι ὁ προφήτης» ἢ «Ἐγώ εἰμι Ἠλίας» ἢ τάχα «Ἐγώ εἰμι ἄγγελος «θεοῦ». οὐκ ἂν γὰρ μὴ ἕν τι τούτων ἢ καὶ παραπλήσιον αὐτοῖς</w:t>
      </w:r>
    </w:p>
    <w:p>
      <w:r>
        <w:rPr>
          <w:rFonts w:ascii="Courier New" w:hAnsi="Courier New"/>
          <w:color w:val="555555"/>
          <w:sz w:val="20"/>
        </w:rPr>
        <w:t>[5]</w:t>
      </w:r>
    </w:p>
    <w:p>
      <w:r>
        <w:rPr>
          <w:rFonts w:ascii="Gentium Plus" w:hAnsi="Gentium Plus"/>
          <w:sz w:val="24"/>
        </w:rPr>
        <w:t>τυγχάνων προεφέρετο γνησίους λόγους τηλικούτους. * * * * * * *</w:t>
      </w:r>
    </w:p>
    <w:p>
      <w:pPr>
        <w:jc w:val="center"/>
      </w:pPr>
      <w:r>
        <w:rPr>
          <w:rFonts w:ascii="Gentium Plus" w:hAnsi="Gentium Plus"/>
          <w:b/>
          <w:sz w:val="24"/>
        </w:rPr>
        <w:t>ΤΩΝ ΕΙΣ ΤΟ ΚΑΤΑ ΙΩΑΝΝΗΝ ΕΥΑΓΓΕΛΙΟΝ ΕΞΗΓΗΤΙΚΩΝ ΤΟΜΟΣ Κʹ.</w:t>
      </w:r>
    </w:p>
    <w:p>
      <w:r>
        <w:rPr>
          <w:rFonts w:ascii="Courier New" w:hAnsi="Courier New"/>
          <w:color w:val="555555"/>
          <w:sz w:val="20"/>
        </w:rPr>
        <w:t>[20 . 1 . 1]</w:t>
      </w:r>
    </w:p>
    <w:p>
      <w:r>
        <w:rPr>
          <w:rFonts w:ascii="Gentium Plus" w:hAnsi="Gentium Plus"/>
          <w:sz w:val="24"/>
        </w:rPr>
        <w:t>Εἰκοστὸν ὑπαγορεύοντες εἰς τὸ κατὰ Ἰωάννην εὐαγγέλιον τόμον, φιλοθεώτατε καὶ φιλομαθέστατε ἐν κυρίῳ Ἀμβρόσιε, εὐχό‐ μεθα ἐκ τοῦ πληρώματος τοῦ υἱοῦ τοῦ θεοῦ, εἰς ὃν εὐδόκησεν πᾶν τὸ πλήρωμα κατοικῆσαι, λαβεῖν νοήματα πλήρη καί, ἵν’ οὕτως εἴπω,</w:t>
      </w:r>
    </w:p>
    <w:p>
      <w:r>
        <w:rPr>
          <w:rFonts w:ascii="Courier New" w:hAnsi="Courier New"/>
          <w:color w:val="555555"/>
          <w:sz w:val="20"/>
        </w:rPr>
        <w:t>[5]</w:t>
      </w:r>
    </w:p>
    <w:p>
      <w:r>
        <w:rPr>
          <w:rFonts w:ascii="Gentium Plus" w:hAnsi="Gentium Plus"/>
          <w:sz w:val="24"/>
        </w:rPr>
        <w:t>ναστὰ καὶ μηδὲν ἔχοντα διάκενον, 〈ἵνα〉 τὸ εὐαγγέλιον κατὰ 〈τὰ〉 ἐξεταζόμενα ἡμῖν ἀποκαλυφθῇ, [καὶ] μήτε παραλειπόντων τι ἡμῶν τῶν δεόντων ἐξετάζεσθαι καὶ ὑπομνηματικοῖς γράμμασιν πιστεύεσθαι, μήτε ὡς οὐ χρὴ πλεοναζόντων, μήτε παρεκδεχομένων τὸν τοῦ σω‐ τῆρος ἡμῶν Ἰησοῦ νοῦν. θεὸς οὖν ἡμῖν πέμψαι αὐτὸν τὸν λόγον,</w:t>
      </w:r>
    </w:p>
    <w:p>
      <w:r>
        <w:rPr>
          <w:rFonts w:ascii="Courier New" w:hAnsi="Courier New"/>
          <w:color w:val="555555"/>
          <w:sz w:val="20"/>
        </w:rPr>
        <w:t>[10]</w:t>
      </w:r>
    </w:p>
    <w:p>
      <w:r>
        <w:rPr>
          <w:rFonts w:ascii="Gentium Plus" w:hAnsi="Gentium Plus"/>
          <w:sz w:val="24"/>
        </w:rPr>
        <w:t>ἑαυτὸν ἐμφανίζοντα, ἵνα τοῦ βάθους αὐτοῦ, δωρουμένου τοῦ πατρός, θεαταὶ γενώμεθα.</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[20 . 2 n]</w:t>
      </w:r>
    </w:p>
    <w:p>
      <w:r>
        <w:rPr>
          <w:rFonts w:ascii="Gentium Plus" w:hAnsi="Gentium Plus"/>
          <w:sz w:val="24"/>
        </w:rPr>
        <w:t>Οἶδα ὅτι σπέρμα Ἀβραάμ ἐστε· ἀλλὰ ζητεῖτέ με ἀποκτεῖναι, ὅτι ὁ λόγος ὁ ἐμὸς οὐ χωρεῖ ἐν ὑμῖν.</w:t>
      </w:r>
    </w:p>
    <w:p>
      <w:r>
        <w:rPr>
          <w:rFonts w:ascii="Courier New" w:hAnsi="Courier New"/>
          <w:color w:val="555555"/>
          <w:sz w:val="20"/>
        </w:rPr>
        <w:t>[20 . 2 . 2]</w:t>
      </w:r>
    </w:p>
    <w:p>
      <w:r>
        <w:rPr>
          <w:rFonts w:ascii="Gentium Plus" w:hAnsi="Gentium Plus"/>
          <w:sz w:val="24"/>
        </w:rPr>
        <w:t>Δόξει μάχην περιέχειν τοῖς μὴ κατανοοῦσιν τὰ σημαινόμενα ἀπὸ τῆς ‹σπέρμα› φωνῆς καὶ τῆς ‹τέκνον› τὸ «Οἶδα ὅτι σπέρμα «Ἀβραάμ ἐστε» πρὸς τὸ εὐθέως ἐπενεχθησόμενον καὶ πρὸς τοὺς αὐτοὺς λεγόμενον· «Εἰ τέκνα τοῦ Ἀβραάμ ἐστε, τὰ ἔργα τοῦ Ἀβραὰμ</w:t>
      </w:r>
    </w:p>
    <w:p>
      <w:r>
        <w:rPr>
          <w:rFonts w:ascii="Courier New" w:hAnsi="Courier New"/>
          <w:color w:val="555555"/>
          <w:sz w:val="20"/>
        </w:rPr>
        <w:t>[20 . 2 . 3]</w:t>
      </w:r>
    </w:p>
    <w:p>
      <w:r>
        <w:rPr>
          <w:rFonts w:ascii="Gentium Plus" w:hAnsi="Gentium Plus"/>
          <w:sz w:val="24"/>
        </w:rPr>
        <w:t>«ποιεῖτε». ἵν’ οὖν ταῦτα θεωρηθῇ, ἴδωμεν πρῶτον σωματικῶς ‹σπέρματοσ› καὶ ‹τέκνου› διαφοράν. καὶ σαφές γε ὅτι τὸ μὲν σπέρμα</w:t>
      </w:r>
    </w:p>
    <w:p>
      <w:r>
        <w:rPr>
          <w:rFonts w:ascii="Courier New" w:hAnsi="Courier New"/>
          <w:color w:val="555555"/>
          <w:sz w:val="20"/>
        </w:rPr>
        <w:t>[5]</w:t>
      </w:r>
    </w:p>
    <w:p>
      <w:r>
        <w:rPr>
          <w:rFonts w:ascii="Gentium Plus" w:hAnsi="Gentium Plus"/>
          <w:sz w:val="24"/>
        </w:rPr>
        <w:t>ἐργασαμένου τὴν περικειμένην αὐτῷ ὕλην ἀπὸ τῆς γυναικὸς καὶ τῶν ἐπισυναγομένων τροφῶν, μορφωθὲν καὶ εἰς γένεσιν εὐτρεπισθὲν ὑφίσταται· καὶ εἴ τι μέρος ἐστὶν κυρίως τέκνον τινός, ὡς πρὸς τὰ σωματικά, ἐκ σπέρματος ὑπέστη, εἰ δέ τί ἐστιν σπέρμα, οὐ πάντως</w:t>
      </w:r>
    </w:p>
    <w:p>
      <w:r>
        <w:rPr>
          <w:rFonts w:ascii="Courier New" w:hAnsi="Courier New"/>
          <w:color w:val="555555"/>
          <w:sz w:val="20"/>
        </w:rPr>
        <w:t>[20 . 2 . 4]</w:t>
      </w:r>
    </w:p>
    <w:p>
      <w:r>
        <w:rPr>
          <w:rFonts w:ascii="Gentium Plus" w:hAnsi="Gentium Plus"/>
          <w:sz w:val="24"/>
        </w:rPr>
        <w:t>τέκνον γίνεται. τούτων δὲ ἡμῖν προδιαληφθέντων, εἰ μὲν σωματι‐ κῶς ἐχρῆν νοεῖν τὸ «Οἶδα ὅτι σπέρμα Ἀβραάμ ἐστε», ἔδοξεν ἂν πάντως ἀκολουθεῖν τὸ καὶ τέκνα εἶναι τοῦ Ἀβραὰμ πρὸς οὓς ὁ λό‐ γος, συγχωρουμένου ὅτι ἔτι σπέρμα ἐστὶν τὸ τέκνον, καὶ οὐ κατὰ</w:t>
      </w:r>
    </w:p>
    <w:p>
      <w:r>
        <w:rPr>
          <w:rFonts w:ascii="Courier New" w:hAnsi="Courier New"/>
          <w:color w:val="555555"/>
          <w:sz w:val="20"/>
        </w:rPr>
        <w:t>[20 . 2 . 5]</w:t>
      </w:r>
    </w:p>
    <w:p>
      <w:r>
        <w:rPr>
          <w:rFonts w:ascii="Gentium Plus" w:hAnsi="Gentium Plus"/>
          <w:sz w:val="24"/>
        </w:rPr>
        <w:t>τὸ ἀκριβὲς διδομένου. ἐπεὶ δὲ ἀπὸ ἤθους κρίνεται καὶ ἔργων τὰ τέκνα τοῦ Ἀβραάμ, μήποτε ἀπό τινων σπερματικῶν λόγων, συγ‐ καταβαλλομένων τισὶν ὡς οἶμαι ψυχαῖς, δεῖ χαρακτηρίζειν τοὺς ὄντας σπέρμα τοῦ Ἀβραάμ. καὶ εἴπερ, ὡς κατὰ τὸ σωματικὸν οὐ</w:t>
      </w:r>
    </w:p>
    <w:p>
      <w:r>
        <w:rPr>
          <w:rFonts w:ascii="Courier New" w:hAnsi="Courier New"/>
          <w:color w:val="555555"/>
          <w:sz w:val="20"/>
        </w:rPr>
        <w:t>[5]</w:t>
      </w:r>
    </w:p>
    <w:p>
      <w:r>
        <w:rPr>
          <w:rFonts w:ascii="Gentium Plus" w:hAnsi="Gentium Plus"/>
          <w:sz w:val="24"/>
        </w:rPr>
        <w:t>πάντες ἄνθρωποι σπέρμα εἰσὶν τοῦ Ἀβραάμ, οὕτω 〈καὶ〉 κατὰ τὰ νῦν ἀποδιδόμενα περὶ τοῦ τίνες εἰσὶν σπέρμα τοῦ Ἀβραάμ, δῆλον ὅτι οὐ πάντες ἄνθρωποι μετὰ πάντη σπερματικῶν λόγων τῶν [αὐτῶν] ἐγκατασπαρέντων αὐτῶν ταῖς ψυχαῖς τῷ βίῳ τῶν ἀνθρώπων ἐπι‐</w:t>
      </w:r>
    </w:p>
    <w:p>
      <w:r>
        <w:rPr>
          <w:rFonts w:ascii="Courier New" w:hAnsi="Courier New"/>
          <w:color w:val="555555"/>
          <w:sz w:val="20"/>
        </w:rPr>
        <w:t>[20 . 2 . 6]</w:t>
      </w:r>
    </w:p>
    <w:p>
      <w:r>
        <w:rPr>
          <w:rFonts w:ascii="Gentium Plus" w:hAnsi="Gentium Plus"/>
          <w:sz w:val="24"/>
        </w:rPr>
        <w:t>δεδημήκασιν. τὴν δὲ τούτων αἰτίαν κατὰ μεγάλας κρίσεις καὶ δυσ‐ διηγήτους, θεωρουμένας ὑπὸ τῶν εἰληφότων τὸν Χριστοῦ νοῦν, ἵνα ἴδωσιν τὰ ὑπὸ τοῦ θεοῦ χαρισθέντα αὐτοῖς, ὀλίγοις ἐστὶν δυ‐ νατὸν καταλαβεῖν τοῖς ἐπιμελέστερον τὰ πρὸ γενέσεως καὶ τὰ ἐν</w:t>
      </w:r>
    </w:p>
    <w:p>
      <w:r>
        <w:rPr>
          <w:rFonts w:ascii="Courier New" w:hAnsi="Courier New"/>
          <w:color w:val="555555"/>
          <w:sz w:val="20"/>
        </w:rPr>
        <w:t>[5]</w:t>
      </w:r>
    </w:p>
    <w:p>
      <w:r>
        <w:rPr>
          <w:rFonts w:ascii="Gentium Plus" w:hAnsi="Gentium Plus"/>
          <w:sz w:val="24"/>
        </w:rPr>
        <w:t>γενέσει περὶ ἑκάστου διειληφόσιν· καὶ ἐπεὶ ταράξαι ἄν τινα τὰ τοιαῦτα, συνέντα μὲν ταῦτα, μὴ ἀκριβοῦντα δέ, κινδύνῳ παραβα‐ λοῦμεν ἑαυτοὺς τῷ περὶ τῶν τοιούτων, ἔνθα τὸ λέγειν καὶ ἀνα‐</w:t>
      </w:r>
    </w:p>
    <w:p>
      <w:r>
        <w:rPr>
          <w:rFonts w:ascii="Courier New" w:hAnsi="Courier New"/>
          <w:color w:val="555555"/>
          <w:sz w:val="20"/>
        </w:rPr>
        <w:t>[20 . 2 . 7]</w:t>
      </w:r>
    </w:p>
    <w:p>
      <w:r>
        <w:rPr>
          <w:rFonts w:ascii="Gentium Plus" w:hAnsi="Gentium Plus"/>
          <w:sz w:val="24"/>
        </w:rPr>
        <w:t>πτύσσειν τὰ τοιαῦτά ἐστιν ἐπισφαλές, κἂν ἀληθεύηται. καὶ ἐπι‐ σφαλὲς 〈δὲ〉 διὰ τὸ δεῖν τὸν οἰκονόμον τῶν τοῦ θεοῦ μυστηρίων καὶ τὸν καιρὸν ζητεῖν τῆς προσαγωγῆς τῶν τοιούτων δογμάτων, 〈μὴ〉 βλάπτοντα τὸν ἀκούοντα, καὶ τὸ μέτρον περιαθρεῖν τοῦ ἐλλείποντος</w:t>
      </w:r>
    </w:p>
    <w:p>
      <w:r>
        <w:rPr>
          <w:rFonts w:ascii="Courier New" w:hAnsi="Courier New"/>
          <w:color w:val="555555"/>
          <w:sz w:val="20"/>
        </w:rPr>
        <w:t>[5]</w:t>
      </w:r>
    </w:p>
    <w:p>
      <w:r>
        <w:rPr>
          <w:rFonts w:ascii="Gentium Plus" w:hAnsi="Gentium Plus"/>
          <w:sz w:val="24"/>
        </w:rPr>
        <w:t>ἢ πλεονάζοντος, κἂν ὁ καιρὸς τηρῆται, παρὰ τὸν ὀρθὸν λόγον γινομένου, καὶ ἐπιμελέστερον ἐξετάζειν πότερον σύνδουλοί εἰσιν οἷς παραδίδοται τὰ τοιαῦτα, ἢ δοῦλοι ἄλλου τινὸς παρὰ τὸν κύριον</w:t>
      </w:r>
    </w:p>
    <w:p>
      <w:r>
        <w:rPr>
          <w:rFonts w:ascii="Courier New" w:hAnsi="Courier New"/>
          <w:color w:val="555555"/>
          <w:sz w:val="20"/>
        </w:rPr>
        <w:t>[20 . 2 . 8]</w:t>
      </w:r>
    </w:p>
    <w:p>
      <w:r>
        <w:rPr>
          <w:rFonts w:ascii="Gentium Plus" w:hAnsi="Gentium Plus"/>
          <w:sz w:val="24"/>
        </w:rPr>
        <w:t>τῶν κυριευόντων. ὅτι δὲ δεῖ πάντα ταῦτα ἐξετάζειν τὸν οἰκονόμον τῶν μυστηρίων τοῦ θεοῦ παρίστησιν ἡ φάσκουσα λέξις· «Τίς ἄρα «ἐστὶν ὁ πιστὸς καὶ φρόνιμος οἰκονόμος, ὃν καταστήσει ὁ κύριος «ἐπὶ τῆς οἰκετίας αὐτοῦ, τοῦ διδόναι ἐν καιρῷ τὸ σιτομέτριον τοῖς</w:t>
      </w:r>
    </w:p>
    <w:p>
      <w:r>
        <w:rPr>
          <w:rFonts w:ascii="Courier New" w:hAnsi="Courier New"/>
          <w:color w:val="555555"/>
          <w:sz w:val="20"/>
        </w:rPr>
        <w:t>[5]</w:t>
      </w:r>
    </w:p>
    <w:p>
      <w:r>
        <w:rPr>
          <w:rFonts w:ascii="Gentium Plus" w:hAnsi="Gentium Plus"/>
          <w:sz w:val="24"/>
        </w:rPr>
        <w:t>«συνδούλοις ἑαυτοῦ;» οὐ πάντες οὖν εἰσιν ἄνθρωποι σπέρμα τοῦ Ἀβραάμ· οὐδὲ γὰρ ἔχουσιν τοὺς λόγους ἐγκατεσπαρμένους αὐτῶν ταῖς ψυχαῖς, δυναμένους, εἰ γεωργηθεῖεν, ποιῆσαι τέκνα τοῦ Ἀβραάμ.</w:t>
      </w:r>
    </w:p>
    <w:p>
      <w:r>
        <w:rPr>
          <w:rFonts w:ascii="Courier New" w:hAnsi="Courier New"/>
          <w:color w:val="555555"/>
          <w:sz w:val="20"/>
        </w:rPr>
        <w:t>[20 . 3 . 9]</w:t>
      </w:r>
    </w:p>
    <w:p>
      <w:r>
        <w:rPr>
          <w:rFonts w:ascii="Gentium Plus" w:hAnsi="Gentium Plus"/>
          <w:sz w:val="24"/>
        </w:rPr>
        <w:t>Καὶ ζητήσαι τις ἂν πρὸς ταῦτα φάσκων ὅτι δύναται μὲν ψεκτὸς εἶναι ὁ γενόμενος σπέρμα τοῦ Ἀβραάμ, εἰ μὴ καὶ τέκνον αὐτοῦ γένοιτο· πῶς δ’ ἂν εὐλόγως μεμφθείη μὴ ποιῶν τὰ ἔργα τοῦ Ἀβραὰμ ὁ μηδὲ τὴν ἀρχὴν ἔχων τὸ εἶναι σπέρμα τοῦ Ἀβραάμ, ἀφ’</w:t>
      </w:r>
    </w:p>
    <w:p>
      <w:r>
        <w:rPr>
          <w:rFonts w:ascii="Courier New" w:hAnsi="Courier New"/>
          <w:color w:val="555555"/>
          <w:sz w:val="20"/>
        </w:rPr>
        <w:t>[20 . 3 . 10]</w:t>
      </w:r>
    </w:p>
    <w:p>
      <w:r>
        <w:rPr>
          <w:rFonts w:ascii="Gentium Plus" w:hAnsi="Gentium Plus"/>
          <w:sz w:val="24"/>
        </w:rPr>
        <w:t>οὗ ἔρχεται τὸ γενέσθαι τέκνα τῷ Ἀβραάμ; ἐροῦμεν δὲ πρὸς ταῦτα ὡσπερεὶ ἐπιβάθρᾳ χρησάμενοι τῇ ἱστορίᾳ καὶ τὰ ἴχνη τῆς κατὰ τὸν τόπον ἀληθείας ζητοῦντες ἐν τοῖς γράμμασιν, ὅτι εἰ μὲν μὴ ὤν τις τέκνον τοῦ Ἀβραὰμ οὐδενὸς δικαίου σπέρμα ἦν, καὶ ἀνέγκλητος ἐτύγ‐</w:t>
      </w:r>
    </w:p>
    <w:p>
      <w:r>
        <w:rPr>
          <w:rFonts w:ascii="Courier New" w:hAnsi="Courier New"/>
          <w:color w:val="555555"/>
          <w:sz w:val="20"/>
        </w:rPr>
        <w:t>[5]</w:t>
      </w:r>
    </w:p>
    <w:p>
      <w:r>
        <w:rPr>
          <w:rFonts w:ascii="Gentium Plus" w:hAnsi="Gentium Plus"/>
          <w:sz w:val="24"/>
        </w:rPr>
        <w:t>χανεν 〈ἂν〉 τῶν ἁμαρτωλῶν τις, μηδεμίαν ἔχων ἀπὸ σπερμάτων ἀφορμὴν τοῦ καλοῦ· νυνὶ δὲ ὥσπερ ἐπὶ τῶν σωμάτων ὁ μέν τίς ἐστιν πλειό‐ νων δικαίων σπέρμα, ἕτερος δὲ ὀλιγωτέρων, ὡς δῆλον ἔσται ἐκ τῆς παραθέσεως τῶν λεχθησομένων, οὕτως καὶ ἐπὶ τῶν τῆς ἀναγωγῆς</w:t>
      </w:r>
    </w:p>
    <w:p>
      <w:r>
        <w:rPr>
          <w:rFonts w:ascii="Courier New" w:hAnsi="Courier New"/>
          <w:color w:val="555555"/>
          <w:sz w:val="20"/>
        </w:rPr>
        <w:t>[20 . 3 . 11]</w:t>
      </w:r>
    </w:p>
    <w:p>
      <w:r>
        <w:rPr>
          <w:rFonts w:ascii="Gentium Plus" w:hAnsi="Gentium Plus"/>
          <w:sz w:val="24"/>
        </w:rPr>
        <w:t>τὸ ἀνάλογον ἔσται λέγειν. Ἀβραὰμ εἰκοστὸς γεγέννηται ἀπὸ τοῦ πρωτοπλάστου· δέκα γὰρ γενεαὶ ἀπὸ Ἀδὰμ ἐπὶ Νῶε, καὶ δέκα ἀπὸ Νῶε ἐπὶ Ἀβραάμ· καὶ τοῦ Ἀβραὰμ γεγόνασιν ἀδελφοὶ Ναχὼρ καὶ Ἀρράμ· οἱ γὰρ τρεῖς ἦσαν υἱοὶ Θάρα. Ναχὼρ μὲν οὖν καὶ Ἀρρὰμ</w:t>
      </w:r>
    </w:p>
    <w:p>
      <w:r>
        <w:rPr>
          <w:rFonts w:ascii="Courier New" w:hAnsi="Courier New"/>
          <w:color w:val="555555"/>
          <w:sz w:val="20"/>
        </w:rPr>
        <w:t>[5]</w:t>
      </w:r>
    </w:p>
    <w:p>
      <w:r>
        <w:rPr>
          <w:rFonts w:ascii="Gentium Plus" w:hAnsi="Gentium Plus"/>
          <w:sz w:val="24"/>
        </w:rPr>
        <w:t>οὐκ ἦσαν σπέρμα τοῦ Ἀβραάμ· ἀλλ’ οὐδ’ αὐτὸς Ἀβραὰμ σπέρμα ἦν</w:t>
      </w:r>
    </w:p>
    <w:p>
      <w:r>
        <w:rPr>
          <w:rFonts w:ascii="Courier New" w:hAnsi="Courier New"/>
          <w:color w:val="555555"/>
          <w:sz w:val="20"/>
        </w:rPr>
        <w:t>[20 . 3 . 12]</w:t>
      </w:r>
    </w:p>
    <w:p>
      <w:r>
        <w:rPr>
          <w:rFonts w:ascii="Gentium Plus" w:hAnsi="Gentium Plus"/>
          <w:sz w:val="24"/>
        </w:rPr>
        <w:t>τοῦ Ἀβραάμ. ἦσαν δὲ σπέρμα οἱ τρεῖς δικαίων μέν, ὡς ζητου‐ μένων ἔτι τῶν κατὰ τὸν Ἀδὰμ ἐν τίσιν ἀριθμητέον αὐτόν, τοῦ Σή , ὃν ἐξανέστησεν ὁ θεὸς ἀντὶ τοῦ Ἄβελ· καὶ τοῦ Ἐνώς, ὃς «ἤλπισεν ἐπικαλεῖσθαι τὸ ὄνομα κυρίου τοῦ θεοῦ»· καὶ τοῦ Ἐνώχ,</w:t>
      </w:r>
    </w:p>
    <w:p>
      <w:r>
        <w:rPr>
          <w:rFonts w:ascii="Courier New" w:hAnsi="Courier New"/>
          <w:color w:val="555555"/>
          <w:sz w:val="20"/>
        </w:rPr>
        <w:t>[5]</w:t>
      </w:r>
    </w:p>
    <w:p>
      <w:r>
        <w:rPr>
          <w:rFonts w:ascii="Gentium Plus" w:hAnsi="Gentium Plus"/>
          <w:sz w:val="24"/>
        </w:rPr>
        <w:t>«ὃς εὐηρέστησεν τῷ θεῷ, μετὰ τὸ γεννῆσαι αὐτὸν τὸν Μαθουσάλα, «ἔτη διακόσια»· καὶ τοῦ Νῶε, περὶ οὗ εἴρηται ὅτι «Ἄνθρωπος «δίκαιος, τέλειος ἐν τῇ γενεᾷ αὐτοῦ· τῷ θεῷ εὐηρέστησεν Νῶε»· καὶ τοῦ Σήμ, οὗ «κύριος ὁ θεὸς» πρώτου φαίνεται ἐν τῇ Γενέσει</w:t>
      </w:r>
    </w:p>
    <w:p>
      <w:r>
        <w:rPr>
          <w:rFonts w:ascii="Courier New" w:hAnsi="Courier New"/>
          <w:color w:val="555555"/>
          <w:sz w:val="20"/>
        </w:rPr>
        <w:t>[20 . 3 . 13]</w:t>
      </w:r>
    </w:p>
    <w:p>
      <w:r>
        <w:rPr>
          <w:rFonts w:ascii="Gentium Plus" w:hAnsi="Gentium Plus"/>
          <w:sz w:val="24"/>
        </w:rPr>
        <w:t>«ὁ θεὸς τοῦ Σήμ»· τῶν δὲ λοιπῶν 〈ἀδίκων〉 παρὰ τούτους οὗτοι ἦσαν οἱ τρεῖς τοῦ Θάρα υἱοὶ σπέρμα. ὅπερ οὖν εἴπομεν περὶ τοῦ σπέρματος τοῦ Ἀβραάμ, τοῦτο νοητέον περὶ τοῦ σπέρματος τοῦ Σὴμ καὶ Νῶε καὶ τῶν ἀνωτέρω δικαίων, ὧν τὰς ἰδιότητας σπερματικῶς δοκοῦσιν</w:t>
      </w:r>
    </w:p>
    <w:p>
      <w:r>
        <w:rPr>
          <w:rFonts w:ascii="Courier New" w:hAnsi="Courier New"/>
          <w:color w:val="555555"/>
          <w:sz w:val="20"/>
        </w:rPr>
        <w:t>[5]</w:t>
      </w:r>
    </w:p>
    <w:p>
      <w:r>
        <w:rPr>
          <w:rFonts w:ascii="Gentium Plus" w:hAnsi="Gentium Plus"/>
          <w:sz w:val="24"/>
        </w:rPr>
        <w:t>κοινῇ ἀνειληφέναι εἰς γένεσιν ἐρχόμενοι Ἀβραὰμ καὶ Ναχὼρ καὶ Ἀρράμ· ἀλλ’ ὁ μὲν Ἀβραὰμ γεγεωργηκέναι οὓς εἶχεν ἐν ἑαυτῷ σπερ‐ ματικοὺς λόγους πάντων τῶν πρὸ αὐτοῦ δικαίων, καὶ τούτοις προσ‐ τεθεικέναι ἁγίαν ἰδίαν ποιότητα, τὴν κατὰ τὸ ἴδιον αὐτοῦ σπέρμα, οὗ ἐδύναντο μετέχειν οἱ μετ’ αὐτὸν καλούμενοι «σπέρμα Ἀβραάμ»·</w:t>
      </w:r>
    </w:p>
    <w:p>
      <w:r>
        <w:rPr>
          <w:rFonts w:ascii="Courier New" w:hAnsi="Courier New"/>
          <w:color w:val="555555"/>
          <w:sz w:val="20"/>
        </w:rPr>
        <w:t>[10]</w:t>
      </w:r>
    </w:p>
    <w:p>
      <w:r>
        <w:rPr>
          <w:rFonts w:ascii="Gentium Plus" w:hAnsi="Gentium Plus"/>
          <w:sz w:val="24"/>
        </w:rPr>
        <w:t>ὁ δὲ Ἀρρὰμ ἐπὶ ἐλάχιστον ἑαυτοῦ ἐπιμέλειαν πεποιῆσθαι καὶ τῶν πατρικῶν ἐν ἑαυτῷ σπερμάτων, ὅθεν δεδύνηται προβαλεῖν πνέοντα κἂν ἐπὶ ποσὸν τῆς σωτηρίας τὸν Λώτ· ὁ δὲ Ναχὼρ ἀμφοτέρων τῶν ἀδελφῶν ἐλάττων γεγονέναι.</w:t>
      </w:r>
    </w:p>
    <w:p>
      <w:r>
        <w:rPr>
          <w:rFonts w:ascii="Courier New" w:hAnsi="Courier New"/>
          <w:color w:val="555555"/>
          <w:sz w:val="20"/>
        </w:rPr>
        <w:t>[20 . 3 . 14]</w:t>
      </w:r>
    </w:p>
    <w:p>
      <w:r>
        <w:rPr>
          <w:rFonts w:ascii="Gentium Plus" w:hAnsi="Gentium Plus"/>
          <w:sz w:val="24"/>
        </w:rPr>
        <w:t>Ἔξεστιν τοίνυν μὴ ὄντα σπέρμα τοῦ Ἀβραάμ, τῷ πάντως διὰ τὴν κατὰ τὸν κατακλυσμὸν ἱστορίαν ἀπὸ Νῶε τοὺς ἑξῆς γεγονέναι, εἶναι σπέρμα Νῶε· εἰ δὲ τοῦτο, καὶ σπέρμα Ἐνώχ, πάντως δὲ καὶ σπέρμα Ἐνὼς καὶ Σήθ· ἄδηλον δ’ ἡμῖν ἐπὶ τῶν πολλῶν κατωτέρω</w:t>
      </w:r>
    </w:p>
    <w:p>
      <w:r>
        <w:rPr>
          <w:rFonts w:ascii="Courier New" w:hAnsi="Courier New"/>
          <w:color w:val="555555"/>
          <w:sz w:val="20"/>
        </w:rPr>
        <w:t>[5]</w:t>
      </w:r>
    </w:p>
    <w:p>
      <w:r>
        <w:rPr>
          <w:rFonts w:ascii="Gentium Plus" w:hAnsi="Gentium Plus"/>
          <w:sz w:val="24"/>
        </w:rPr>
        <w:t>τοῦ Νῶε, τίς σπέρμα τοῦ Σὴμ καὶ τίς τοῦ Χὰμ καὶ τίς τοῦ Ἰάφεθ καὶ τῶν ἔτι κατωτέρω· πλὴν οὐκ ἔστιν τις μηδαμῶς μετέχων σπέρ‐</w:t>
      </w:r>
    </w:p>
    <w:p>
      <w:r>
        <w:rPr>
          <w:rFonts w:ascii="Courier New" w:hAnsi="Courier New"/>
          <w:color w:val="555555"/>
          <w:sz w:val="20"/>
        </w:rPr>
        <w:t>[20 . 3 . 15]</w:t>
      </w:r>
    </w:p>
    <w:p>
      <w:r>
        <w:rPr>
          <w:rFonts w:ascii="Gentium Plus" w:hAnsi="Gentium Plus"/>
          <w:sz w:val="24"/>
        </w:rPr>
        <w:t>ματος δικαίων. ἐφίστημι δὲ μήποτε δυνατὸν ἔχοντα τὰς ἀφορμὰς ἃς εἶχεν ὁ Ἀβραὰμ ἐκ τῶν προτέρων σπερμάτων γενέσθαι τὸν μὴ ὄντα σπέρμα τοῦ Ἀβραὰμ τοιοῦτον, ὥστε αὐτὸν οὐκ ὄντα ἀπὸ τοῦ</w:t>
      </w:r>
    </w:p>
    <w:p>
      <w:r>
        <w:rPr>
          <w:rFonts w:ascii="Courier New" w:hAnsi="Courier New"/>
          <w:color w:val="555555"/>
          <w:sz w:val="20"/>
        </w:rPr>
        <w:t>[20 . 3 . 16]</w:t>
      </w:r>
    </w:p>
    <w:p>
      <w:r>
        <w:rPr>
          <w:rFonts w:ascii="Gentium Plus" w:hAnsi="Gentium Plus"/>
          <w:sz w:val="24"/>
        </w:rPr>
        <w:t>Ἀβραὰμ ἐξομοιωθῆναι τῷ Ἀβραάμ. ὡς γὰρ Ἀβραάμ, οὐκ ἐκ σπέρ‐ ματος Ἀβραὰμ τυγχάνων ἀλλὰ τῶν προειρημένων, γέγονεν Ἀβραάμ, οὕτω δυνατόν τινα τὰ κρείττονα τῶν ἐν αὐτῷ ἐγκατασπαρέντων γεωργήσαντα γενέσθαι ἄλλον Ἀβραάμ, οὐ πάντως ἐκ σπέρματος</w:t>
      </w:r>
    </w:p>
    <w:p>
      <w:r>
        <w:rPr>
          <w:rFonts w:ascii="Courier New" w:hAnsi="Courier New"/>
          <w:color w:val="555555"/>
          <w:sz w:val="20"/>
        </w:rPr>
        <w:t>[5]</w:t>
      </w:r>
    </w:p>
    <w:p>
      <w:r>
        <w:rPr>
          <w:rFonts w:ascii="Gentium Plus" w:hAnsi="Gentium Plus"/>
          <w:sz w:val="24"/>
        </w:rPr>
        <w:t>Ἀβραὰμ ἀλλὰ καὶ αὐτὸν ἱκανὸν σπείρειν ὡς Ἀβραάμ.</w:t>
      </w:r>
    </w:p>
    <w:p>
      <w:r>
        <w:rPr>
          <w:rFonts w:ascii="Courier New" w:hAnsi="Courier New"/>
          <w:color w:val="555555"/>
          <w:sz w:val="20"/>
        </w:rPr>
        <w:t>[20 . 4 . 17]</w:t>
      </w:r>
    </w:p>
    <w:p>
      <w:r>
        <w:rPr>
          <w:rFonts w:ascii="Gentium Plus" w:hAnsi="Gentium Plus"/>
          <w:sz w:val="24"/>
        </w:rPr>
        <w:t>Ὅλων δὲ τούτων ἀκούωμεν ἀναφέροντες τὰ λεγόμενα οὐκ ἐπὶ σώματα καὶ ἀνθρώπους, ἀλλ’ ἐπί τινα νοητὰ καὶ λόγους πλείονας ἢ ἐλάττονας, ὧν μετέχουσι διαφόρως οἱ κατιόντες εἰς γένεσιν ἢ εἰσ‐</w:t>
      </w:r>
    </w:p>
    <w:p>
      <w:r>
        <w:rPr>
          <w:rFonts w:ascii="Courier New" w:hAnsi="Courier New"/>
          <w:color w:val="555555"/>
          <w:sz w:val="20"/>
        </w:rPr>
        <w:t>[20 . 4 . 18]</w:t>
      </w:r>
    </w:p>
    <w:p>
      <w:r>
        <w:rPr>
          <w:rFonts w:ascii="Gentium Plus" w:hAnsi="Gentium Plus"/>
          <w:sz w:val="24"/>
        </w:rPr>
        <w:t>ιόντες, καὶ τάχα δέ πως καὶ ἀνιόντες. ἐπιστήσεις δὲ εἰ δύναται ἐπὶ τὰ τοιαῦτα σπέρματα, ἤδη καὶ τῶν εἰς ἑαυτοὺς λαμβανόντων αὐτὰ ἴδια ὀνομαζόμενα, ἀναφέρεσθαι τὸ «Πορευόμενοι ἐπορεύοντο «καὶ ἔκλαιον, αἴροντες τὰ σπέρματα αὐτῶν»· εἴ τις γὰρ δύναται, τὴν</w:t>
      </w:r>
    </w:p>
    <w:p>
      <w:r>
        <w:rPr>
          <w:rFonts w:ascii="Courier New" w:hAnsi="Courier New"/>
          <w:color w:val="555555"/>
          <w:sz w:val="20"/>
        </w:rPr>
        <w:t>[5]</w:t>
      </w:r>
    </w:p>
    <w:p>
      <w:r>
        <w:rPr>
          <w:rFonts w:ascii="Gentium Plus" w:hAnsi="Gentium Plus"/>
          <w:sz w:val="24"/>
        </w:rPr>
        <w:t>μετὰ κλαυθμοῦ πορείαν τινῶν ψυχῶν εἰς γένεσιν ἐρχομένων κατα‐</w:t>
      </w:r>
    </w:p>
    <w:p>
      <w:r>
        <w:rPr>
          <w:rFonts w:ascii="Courier New" w:hAnsi="Courier New"/>
          <w:color w:val="555555"/>
          <w:sz w:val="20"/>
        </w:rPr>
        <w:t>[20 . 4 . 19]</w:t>
      </w:r>
    </w:p>
    <w:p>
      <w:r>
        <w:rPr>
          <w:rFonts w:ascii="Gentium Plus" w:hAnsi="Gentium Plus"/>
          <w:sz w:val="24"/>
        </w:rPr>
        <w:t>τέρων καὶ ἀδίκων ὁμοίως. καὶ ἐννοείτω θεωρῶν ὡσπερεὶ γεωργοὺς ἀγωνιῶντας περὶ ὧν ἔχουσιν σπερμάτων, πῶς τάδε μὲν γεωργήσωσιν (λέγω δὲ τὰ διαφέροντα), τάδε δὲ μὴ σπείρωσιν, εἴγε ἔρχονται καὶ</w:t>
      </w:r>
    </w:p>
    <w:p>
      <w:r>
        <w:rPr>
          <w:rFonts w:ascii="Courier New" w:hAnsi="Courier New"/>
          <w:color w:val="555555"/>
          <w:sz w:val="20"/>
        </w:rPr>
        <w:t>[20 . 4 . 20]</w:t>
      </w:r>
    </w:p>
    <w:p>
      <w:r>
        <w:rPr>
          <w:rFonts w:ascii="Gentium Plus" w:hAnsi="Gentium Plus"/>
          <w:sz w:val="24"/>
        </w:rPr>
        <w:t>μετὰ χειρόνων σπερμάτων. ποῖον γὰρ εἰκὸς κλαυθμὸν κλαίειν τού‐ τους περὶ ὧν φησιν ὁ λόγος· «Πορευόμενοι ἐπορεύοντο καὶ ἔκλαιον,</w:t>
      </w:r>
    </w:p>
    <w:p>
      <w:r>
        <w:rPr>
          <w:rFonts w:ascii="Courier New" w:hAnsi="Courier New"/>
          <w:color w:val="555555"/>
          <w:sz w:val="20"/>
        </w:rPr>
        <w:t>[20 . 4 . 21]</w:t>
      </w:r>
    </w:p>
    <w:p>
      <w:r>
        <w:rPr>
          <w:rFonts w:ascii="Gentium Plus" w:hAnsi="Gentium Plus"/>
          <w:sz w:val="24"/>
        </w:rPr>
        <w:t>«αἴροντες τὰ σπέρματα αὐτῶν»; καὶ ἐλπίς γε ἀγαθή ἐστιν ἐν τοῖς πορευομένοις καὶ κλαίουσιν, αἴρουσιν τὰ σπέρματα ἑαυτῶν· οὗτοι γὰρ ὡς ἐπίπαν «ἐρχόμενοι ἥξουσιν ἐν ἀγαλλιάσει, αἴροντες τὰ δράγματα</w:t>
      </w:r>
    </w:p>
    <w:p>
      <w:r>
        <w:rPr>
          <w:rFonts w:ascii="Courier New" w:hAnsi="Courier New"/>
          <w:color w:val="555555"/>
          <w:sz w:val="20"/>
        </w:rPr>
        <w:t>[20 . 4 . 22]</w:t>
      </w:r>
    </w:p>
    <w:p>
      <w:r>
        <w:rPr>
          <w:rFonts w:ascii="Gentium Plus" w:hAnsi="Gentium Plus"/>
          <w:sz w:val="24"/>
        </w:rPr>
        <w:t>«αὐτῶν». τάχα δὲ ἕτεροι ἦλθον, περὶ ὧν εἴποις ἄν· ‹Πορευόμενοι ἐπορεύοντο καὶ ἐγέλων, αἴροντες τὰ σπέρματα ἑαυτῶν›· οἷς ἀκολου‐ θήσει τὸ ‹Ἐρχόμενοι δὲ ἥξουσιν ἐν κλαυθμῷ, αἴροντες τὰ δράγματα ἑαυτῶν›· περὶ ὧν εἴποις ἄν· «Ἐγεννήθησαν ὡσεὶ χόρτος δωμάτων,</w:t>
      </w:r>
    </w:p>
    <w:p>
      <w:r>
        <w:rPr>
          <w:rFonts w:ascii="Courier New" w:hAnsi="Courier New"/>
          <w:color w:val="555555"/>
          <w:sz w:val="20"/>
        </w:rPr>
        <w:t>[5]</w:t>
      </w:r>
    </w:p>
    <w:p>
      <w:r>
        <w:rPr>
          <w:rFonts w:ascii="Gentium Plus" w:hAnsi="Gentium Plus"/>
          <w:sz w:val="24"/>
        </w:rPr>
        <w:t>«ὃς πρὸ τοῦ ἐκσπασθῆναι ἐξηράνθη· οὗ οὐκ ἐπλήρωσεν τὴν χεῖρα «αὐτοῦ ὁ θερίζων, καὶ τὸν κόλπον αὐτοῦ ὁ τὰ δράγματα συλλέγων.</w:t>
      </w:r>
    </w:p>
    <w:p>
      <w:r>
        <w:rPr>
          <w:rFonts w:ascii="Courier New" w:hAnsi="Courier New"/>
          <w:color w:val="555555"/>
          <w:sz w:val="20"/>
        </w:rPr>
        <w:t>[20 . 4 . 23]</w:t>
      </w:r>
    </w:p>
    <w:p>
      <w:r>
        <w:rPr>
          <w:rFonts w:ascii="Gentium Plus" w:hAnsi="Gentium Plus"/>
          <w:sz w:val="24"/>
        </w:rPr>
        <w:t>«καὶ οὐκ εἶπαν οἱ παράγοντες· Εὐλογία κυρίου ἐφ’ ὑμᾶς». καὶ ὅρα εἰ δύναται κατὰ τοῦτο βαθύτερον καὶ μυστικώτερον λέγεσθαι ὑπὸ τοῦ σωτῆρος ἡμῶν τὸ «Μακάριοι οἱ κλαίοντες νῦν, ὅτι γελάσονται»·</w:t>
      </w:r>
    </w:p>
    <w:p>
      <w:r>
        <w:rPr>
          <w:rFonts w:ascii="Courier New" w:hAnsi="Courier New"/>
          <w:color w:val="555555"/>
          <w:sz w:val="20"/>
        </w:rPr>
        <w:t>[20 . 4 . 24]</w:t>
      </w:r>
    </w:p>
    <w:p>
      <w:r>
        <w:rPr>
          <w:rFonts w:ascii="Gentium Plus" w:hAnsi="Gentium Plus"/>
          <w:sz w:val="24"/>
        </w:rPr>
        <w:t>καὶ τὸ «Οὐαὶ οἱ γελῶντες νῦν, ὅτι πενθήσετε καὶ κλαύσετε». ὅσῳ μέντοι γε μεταγενεστέρων τίς ἐστιν δικαίων σπέρμα, τοσούτῳ πλείο‐ νας φέρει δικαιοσύνης λόγους, ὡς διὰ τοῦτο μὲν γεγράφθαι τὸ «Σπέρμα Ἀβραὰμ δοῦλοι αὐτοῦ, υἱοὶ Ἰακὼβ ἐκλεκτοὶ αὐτοῦ», διὰ</w:t>
      </w:r>
    </w:p>
    <w:p>
      <w:r>
        <w:rPr>
          <w:rFonts w:ascii="Courier New" w:hAnsi="Courier New"/>
          <w:color w:val="555555"/>
          <w:sz w:val="20"/>
        </w:rPr>
        <w:t>[5]</w:t>
      </w:r>
    </w:p>
    <w:p>
      <w:r>
        <w:rPr>
          <w:rFonts w:ascii="Gentium Plus" w:hAnsi="Gentium Plus"/>
          <w:sz w:val="24"/>
        </w:rPr>
        <w:t>τοῦτο δέ πως εἶναι καὶ τὸ περὶ τοῦ Ἰωάννου εἰρημένον· «Μείζων «ἐν γεννητοῖς γυναικῶν Ἰωάννου τοῦ βαπτιστοῦ οὐδείς ἐστιν».</w:t>
      </w:r>
    </w:p>
    <w:p>
      <w:r>
        <w:rPr>
          <w:rFonts w:ascii="Courier New" w:hAnsi="Courier New"/>
          <w:color w:val="555555"/>
          <w:sz w:val="20"/>
        </w:rPr>
        <w:t>[20 . 4 . 25]</w:t>
      </w:r>
    </w:p>
    <w:p>
      <w:r>
        <w:rPr>
          <w:rFonts w:ascii="Gentium Plus" w:hAnsi="Gentium Plus"/>
          <w:sz w:val="24"/>
        </w:rPr>
        <w:t>Ἐν τούτοις δὲ γενόμενος τοῖς τόποις πρόσχες εἰ μὴ λόγον ἔχει τὸ ἀφανίζεσθαί τινα τῶν σπερμάτων ὑπὸ θεοῦ, ἵνα μὴ πλείονα τὰ κακὰ ᾖ ἐπὶ τῆς γῆς, σπειρομένων τῶν μὴ ἐχόντων ἀφορμὰς ἀπὸ κρειττόνων πρὸς τὸ γεωργῆσαι τὰ ἀπὸ διαφερόντων σπερμάτων·</w:t>
      </w:r>
    </w:p>
    <w:p>
      <w:r>
        <w:rPr>
          <w:rFonts w:ascii="Courier New" w:hAnsi="Courier New"/>
          <w:color w:val="555555"/>
          <w:sz w:val="20"/>
        </w:rPr>
        <w:t>[5]</w:t>
      </w:r>
    </w:p>
    <w:p>
      <w:r>
        <w:rPr>
          <w:rFonts w:ascii="Gentium Plus" w:hAnsi="Gentium Plus"/>
          <w:sz w:val="24"/>
        </w:rPr>
        <w:t>διὰ τοῦτο γὰρ κατακλυσμὸς γίνεται, ἵνα ἐξαφανισθῇ τὸ τοῦ Κάϊν σπέρμα, οὐκ ἂν δυνηθέντων τῶν ἀπ’ αὐτοῦ γενομένων ἔχειν τί</w:t>
      </w:r>
    </w:p>
    <w:p>
      <w:r>
        <w:rPr>
          <w:rFonts w:ascii="Courier New" w:hAnsi="Courier New"/>
          <w:color w:val="555555"/>
          <w:sz w:val="20"/>
        </w:rPr>
        <w:t>[20 . 4 . 26]</w:t>
      </w:r>
    </w:p>
    <w:p>
      <w:r>
        <w:rPr>
          <w:rFonts w:ascii="Gentium Plus" w:hAnsi="Gentium Plus"/>
          <w:sz w:val="24"/>
        </w:rPr>
        <w:t>γεωργήσωσιν, εἰ μὴ τὰ ἀπὸ τοῦ Ἀδὰμ μόνα. ὅτι δὲ ὁ κατακλυσμὸς ὑπὲρ τοῦ ἐξαφανισθῆναι τὸ σπέρμα τοῦ Κάϊν γεγένηται, παρίστησιν ἡ ἐπιγεγραμμένη τοῦ Σολομῶντος Σοφία διὰ τούτων· «Ἀποστὰς δὲ «ἀπ’ αὐτῆς ἄδικος ἐν ὀργῇ αὐτοῦ» (δῆλον δ’ ὅτι τῆς σοφίας) «ἀδελ‐</w:t>
      </w:r>
    </w:p>
    <w:p>
      <w:r>
        <w:rPr>
          <w:rFonts w:ascii="Courier New" w:hAnsi="Courier New"/>
          <w:color w:val="555555"/>
          <w:sz w:val="20"/>
        </w:rPr>
        <w:t>[5]</w:t>
      </w:r>
    </w:p>
    <w:p>
      <w:r>
        <w:rPr>
          <w:rFonts w:ascii="Gentium Plus" w:hAnsi="Gentium Plus"/>
          <w:sz w:val="24"/>
        </w:rPr>
        <w:t>«φοκτόνοις συναπώλετο θυμοῖς δι’ ὃν κατακλυζομένην γῆν πάλιν</w:t>
      </w:r>
    </w:p>
    <w:p>
      <w:r>
        <w:rPr>
          <w:rFonts w:ascii="Courier New" w:hAnsi="Courier New"/>
          <w:color w:val="555555"/>
          <w:sz w:val="20"/>
        </w:rPr>
        <w:t>[20 . 4 . 27]</w:t>
      </w:r>
    </w:p>
    <w:p>
      <w:r>
        <w:rPr>
          <w:rFonts w:ascii="Gentium Plus" w:hAnsi="Gentium Plus"/>
          <w:sz w:val="24"/>
        </w:rPr>
        <w:t>«ἔσωσεν σοφία, δι’ εὐτελοῦς ξύλου τὸν δίκαιον κυβερνήσασα». τὸ αὐτὸ δέ μοι δοκεῖ παριστάνειν καὶ ὁ Σοδόμων ἐξαφανισμὸς καὶ τῆς γῆς αὐτῶν, ὧν «ἔτι μαρτύριον τῆς πονηρίας καπνιζομένη καθέστηκε</w:t>
      </w:r>
    </w:p>
    <w:p>
      <w:r>
        <w:rPr>
          <w:rFonts w:ascii="Courier New" w:hAnsi="Courier New"/>
          <w:color w:val="555555"/>
          <w:sz w:val="20"/>
        </w:rPr>
        <w:t>[20 . 4 . 28]</w:t>
      </w:r>
    </w:p>
    <w:p>
      <w:r>
        <w:rPr>
          <w:rFonts w:ascii="Gentium Plus" w:hAnsi="Gentium Plus"/>
          <w:sz w:val="24"/>
        </w:rPr>
        <w:t>«χέρσος, καὶ ἀτελέσιν ὥραις καρποφοροῦντα φυτά». καὶ ἀγαθοῦ γε θεοῦ ἔργον ἦν Σοδόμων ἐξαφανίσαι τὴν γῆν καὶ πᾶν ὅπερ ὑπελεί‐ πετο νοτίδος ξηρᾶναι ἀπ’ αὐτῆς, ἵνα μηκέτι γίνηται ἄμπελος Σο‐ δόμων, μηδὲ κληματὶς Γομόρρας, μηδὲ σταφυλὴ χολῆς, μηδὲ βότρυς</w:t>
      </w:r>
    </w:p>
    <w:p>
      <w:r>
        <w:rPr>
          <w:rFonts w:ascii="Courier New" w:hAnsi="Courier New"/>
          <w:color w:val="555555"/>
          <w:sz w:val="20"/>
        </w:rPr>
        <w:t>[5]</w:t>
      </w:r>
    </w:p>
    <w:p>
      <w:r>
        <w:rPr>
          <w:rFonts w:ascii="Gentium Plus" w:hAnsi="Gentium Plus"/>
          <w:sz w:val="24"/>
        </w:rPr>
        <w:t>πικρίας, μηδὲ οἶνος, θυμὸς δρακόντων καὶ θυμὸς ἀσπίδων ἀνίατος.</w:t>
      </w:r>
    </w:p>
    <w:p>
      <w:r>
        <w:rPr>
          <w:rFonts w:ascii="Courier New" w:hAnsi="Courier New"/>
          <w:color w:val="555555"/>
          <w:sz w:val="20"/>
        </w:rPr>
        <w:t>[20 . 4 . 29]</w:t>
      </w:r>
    </w:p>
    <w:p>
      <w:r>
        <w:rPr>
          <w:rFonts w:ascii="Gentium Plus" w:hAnsi="Gentium Plus"/>
          <w:sz w:val="24"/>
        </w:rPr>
        <w:t>τὸ δ’ ὅμοιον ἐρεῖς καὶ περὶ τῶν Αἰγυπτίων, περὶ ὧν εἴρηται· «Ἀπέκτεινεν ἐν χαλάζῃ 〈τὴν〉 ἄμπελον αὐτῶν, καὶ τὰς συκαμίνους «αὐτῶν ἐν τῇ πάχνῃ»· ἀγαθοῦ γὰρ θεοῦ ἀποκτείνειν ἀμπέλους</w:t>
      </w:r>
    </w:p>
    <w:p>
      <w:r>
        <w:rPr>
          <w:rFonts w:ascii="Courier New" w:hAnsi="Courier New"/>
          <w:color w:val="555555"/>
          <w:sz w:val="20"/>
        </w:rPr>
        <w:t>[20 . 4 . 30]</w:t>
      </w:r>
    </w:p>
    <w:p>
      <w:r>
        <w:rPr>
          <w:rFonts w:ascii="Gentium Plus" w:hAnsi="Gentium Plus"/>
          <w:sz w:val="24"/>
        </w:rPr>
        <w:t>Αἰγυπτίων καὶ συκαμίνους τῶν ἀσεβῶν. ταῦτα προκείμενα τῇ ἐξε‐ τάσει τοῦ περὶ σπερμάτων λόγου Ἀβραὰμ ἤ τινος τῶν δικαίων ἡμῖν εἴρηται, ὑπὲρ τοῦ φανῆναι πῶς καὶ τίνα τρόπον εἴρηται τοῖς αὐτοῖς ὑπὸ τοῦ σωτῆρος τὸ «Οἶδα ὅτι σπέρμα Ἀβραάμ ἐστε» καὶ τὸ «Εἰ</w:t>
      </w:r>
    </w:p>
    <w:p>
      <w:r>
        <w:rPr>
          <w:rFonts w:ascii="Courier New" w:hAnsi="Courier New"/>
          <w:color w:val="555555"/>
          <w:sz w:val="20"/>
        </w:rPr>
        <w:t>[20 . 4 . 31]</w:t>
      </w:r>
    </w:p>
    <w:p>
      <w:r>
        <w:rPr>
          <w:rFonts w:ascii="Gentium Plus" w:hAnsi="Gentium Plus"/>
          <w:sz w:val="24"/>
        </w:rPr>
        <w:t>«τέκνα τοῦ Ἀβραάμ ἐστε, τὰ ἔργα τοῦ Ἀβραὰμ ποιεῖτε». περὶ μέν‐ τοι γε τέκνων Ἀβραὰμ τὰ ἔργα τοῦ Ἀβραὰμ ποιούντων, θεοῦ διδόντος, εὐκαιρότερον ἐροῦμεν, φθάσαντες ἐπὶ τὴν βάσανον ἐκείνης τῆς λέξεως.</w:t>
      </w:r>
    </w:p>
    <w:p>
      <w:r>
        <w:rPr>
          <w:rFonts w:ascii="Courier New" w:hAnsi="Courier New"/>
          <w:color w:val="555555"/>
          <w:sz w:val="20"/>
        </w:rPr>
        <w:t>[20 . 5 . 32]</w:t>
      </w:r>
    </w:p>
    <w:p>
      <w:r>
        <w:rPr>
          <w:rFonts w:ascii="Gentium Plus" w:hAnsi="Gentium Plus"/>
          <w:sz w:val="24"/>
        </w:rPr>
        <w:t>Ἔξεστι τοίνυν σπέρμα τοῦ Ἀβραὰμ τυγχάνοντα γενέσθαι αὐτοῦ δι’ ἐπιμελείας καὶ τέκνον, δυνατὸν δὲ καὶ ἐξ ἀμελείας καὶ ἀγεωργησίας ἀπολέσαι καὶ τὸ εἶναι αὐτοῦ σπέρμα. οὗτοι μέντοι γε ἔτι ἐλπίδων ἦσαν πρὸς οὓς ὁ λόγος, εἰδότος τοῦ Ἰησοῦ ὅτι σπέρμα</w:t>
      </w:r>
    </w:p>
    <w:p>
      <w:r>
        <w:rPr>
          <w:rFonts w:ascii="Courier New" w:hAnsi="Courier New"/>
          <w:color w:val="555555"/>
          <w:sz w:val="20"/>
        </w:rPr>
        <w:t>[5]</w:t>
      </w:r>
    </w:p>
    <w:p>
      <w:r>
        <w:rPr>
          <w:rFonts w:ascii="Gentium Plus" w:hAnsi="Gentium Plus"/>
          <w:sz w:val="24"/>
        </w:rPr>
        <w:t>ἔτι ἦσαν τοῦ Ἀβραὰμ καὶ θεωροῦντος ὅτι οὐδέπω ἀπολωλέκεισαν τὸ δύνασθαι γενέσθαι τέκνα τοῦ Ἀβραάμ· ὡς γὰρ δυνατοῦ ὄντος τοῦ αὐτοὺς γενέσθαι τέκνα τοῦ Ἀβραὰμ πρὸς τῷ εἶναι· αὐτοὺς σπέρμα, φησὶν αὐτοῖς· «Εἰ τέκνα τοῦ Ἀβραάμ ἐστε, τὰ ἔργα τοῦ</w:t>
      </w:r>
    </w:p>
    <w:p>
      <w:r>
        <w:rPr>
          <w:rFonts w:ascii="Courier New" w:hAnsi="Courier New"/>
          <w:color w:val="555555"/>
          <w:sz w:val="20"/>
        </w:rPr>
        <w:t>[20 . 5 . 33]</w:t>
      </w:r>
    </w:p>
    <w:p>
      <w:r>
        <w:rPr>
          <w:rFonts w:ascii="Gentium Plus" w:hAnsi="Gentium Plus"/>
          <w:sz w:val="24"/>
        </w:rPr>
        <w:t>«Ἀβραὰμ ποιεῖτε». ὡς δέ εἰσίν τινες σπέρμα τοῦ Ἀβραάμ, οὕτως ἄλλοι, ὡς ὁ Δανιήλ φησι, «Σπέρμα Χαναὰν καὶ οὐκ Ἰούδα», καὶ</w:t>
      </w:r>
    </w:p>
    <w:p>
      <w:r>
        <w:rPr>
          <w:rFonts w:ascii="Courier New" w:hAnsi="Courier New"/>
          <w:color w:val="555555"/>
          <w:sz w:val="20"/>
        </w:rPr>
        <w:t>[20 . 5 . 34]</w:t>
      </w:r>
    </w:p>
    <w:p>
      <w:r>
        <w:rPr>
          <w:rFonts w:ascii="Gentium Plus" w:hAnsi="Gentium Plus"/>
          <w:sz w:val="24"/>
        </w:rPr>
        <w:t>ἄλλοι, ὡς ἡ Σοφία 〈φησίν·〉 «Σπέρμα κατηραμένον ἀπ’ ἀρχῆς». καὶ εἰς ταῦτα δὲ φήσομεν ὅτι ὥσπερ κατὰ τὰ σωματικὰ ἀπὸ πολλῶν σπερμάτων προκύπτει μᾶλλον ἐνεργῆσαι δυνηθὲν ἔσθ’ ὅτε ἓν τῶν σπερμάτων, οὕτως ἔστιν ἰδεῖν καὶ ἐπὶ τῶν πνευματικῶν σπερμάτων.</w:t>
      </w:r>
    </w:p>
    <w:p>
      <w:r>
        <w:rPr>
          <w:rFonts w:ascii="Courier New" w:hAnsi="Courier New"/>
          <w:color w:val="555555"/>
          <w:sz w:val="20"/>
        </w:rPr>
        <w:t>[20 . 5 . 35]</w:t>
      </w:r>
    </w:p>
    <w:p>
      <w:r>
        <w:rPr>
          <w:rFonts w:ascii="Gentium Plus" w:hAnsi="Gentium Plus"/>
          <w:sz w:val="24"/>
        </w:rPr>
        <w:t>ὃ δὲ λέγω ἔσται σαφὲς ἐκ τῶν λεχθησομένων· ἐπεὶ γὰρ ἔχει ἐν</w:t>
      </w:r>
    </w:p>
    <w:p>
      <w:r>
        <w:rPr>
          <w:rFonts w:ascii="Courier New" w:hAnsi="Courier New"/>
          <w:color w:val="555555"/>
          <w:sz w:val="20"/>
        </w:rPr>
        <w:t>[5]</w:t>
      </w:r>
    </w:p>
    <w:p>
      <w:r>
        <w:rPr>
          <w:rFonts w:ascii="Gentium Plus" w:hAnsi="Gentium Plus"/>
          <w:sz w:val="24"/>
        </w:rPr>
        <w:t>τοῦ σπείραντος, ἢ τοῦ θείου τοῦ σπείραντος, ἐνίοτε καὶ πάππου τοῦ σπείραντος· παρ’ ὃ γίνονται οἱ ἀποτικτόμενοι ὅμοιοι τοῖσδε ἢ</w:t>
      </w:r>
    </w:p>
    <w:p>
      <w:r>
        <w:rPr>
          <w:rFonts w:ascii="Courier New" w:hAnsi="Courier New"/>
          <w:color w:val="555555"/>
          <w:sz w:val="20"/>
        </w:rPr>
        <w:t>[20 . 5 . 36]</w:t>
      </w:r>
    </w:p>
    <w:p>
      <w:r>
        <w:rPr>
          <w:rFonts w:ascii="Gentium Plus" w:hAnsi="Gentium Plus"/>
          <w:sz w:val="24"/>
        </w:rPr>
        <w:t>τοῖσδε. ἔστιν δὲ ἰδεῖν ἐπικρατοῦντα καὶ τὸν λόγον τῆς γυναικὸς ἢ τοῦ πατρὸς τῆς γυναικὸς ἢ τοῦ ἀδελφοῦ αὐτῆς ἢ τοῦ πάππου αὐτῆς, κατὰ τοὺς ἐν ταῖς μίξεσι βρασμοὺς ἅμα πάντων σειομένων,</w:t>
      </w:r>
    </w:p>
    <w:p>
      <w:r>
        <w:rPr>
          <w:rFonts w:ascii="Courier New" w:hAnsi="Courier New"/>
          <w:color w:val="555555"/>
          <w:sz w:val="20"/>
        </w:rPr>
        <w:t>[20 . 5 . 37]</w:t>
      </w:r>
    </w:p>
    <w:p>
      <w:r>
        <w:rPr>
          <w:rFonts w:ascii="Gentium Plus" w:hAnsi="Gentium Plus"/>
          <w:sz w:val="24"/>
        </w:rPr>
        <w:t>ἕως 〈ἂν〉 ἐπικρατήσῃ τις τῶν σπερματικῶν λόγων. ταῦτα δὴ μεταγέσθω ἐπὶ τὴν πεπληρωμένην ψυχὴν νοητῶν σπερμάτων, ἐληλυθότων ἀπό τινων ὀνομαζομένων πατέρων αὐτῆς, καὶ [τὸ] παρὰ τὸ πολυκίνητον ἢ εὐκίνητον τοῦ ἡγεμονικοῦ καὶ τὴν ἐπὶ τοιάσδε φαντασίας ἐπί‐</w:t>
      </w:r>
    </w:p>
    <w:p>
      <w:r>
        <w:rPr>
          <w:rFonts w:ascii="Courier New" w:hAnsi="Courier New"/>
          <w:color w:val="555555"/>
          <w:sz w:val="20"/>
        </w:rPr>
        <w:t>[5]</w:t>
      </w:r>
    </w:p>
    <w:p>
      <w:r>
        <w:rPr>
          <w:rFonts w:ascii="Gentium Plus" w:hAnsi="Gentium Plus"/>
          <w:sz w:val="24"/>
        </w:rPr>
        <w:t>στασιν προκυπτέτωσαν οἱονεὶ σπερματικοί τινες τῶν πατέρων λόγοι· ὧν γεωργουμένων ἔσται τις τέκνον ὅδε μὲν τοῦ Ἀβραάμ, δῆλον δ’ ὅτι ὁ αὐτὸς ὢν καὶ τοῦ Νῶε, ἄλλος δὲ τοῦ Νῶε, οὐχ ὥστε δὲ εἶναι καὶ τοῦ Ἀβραάμ, καὶ ἄλλος τοῦ Χαναάν, καὶ ἄλλος τινὸς τῶν δι‐</w:t>
      </w:r>
    </w:p>
    <w:p>
      <w:r>
        <w:rPr>
          <w:rFonts w:ascii="Courier New" w:hAnsi="Courier New"/>
          <w:color w:val="555555"/>
          <w:sz w:val="20"/>
        </w:rPr>
        <w:t>[20 . 5 . 38]</w:t>
      </w:r>
    </w:p>
    <w:p>
      <w:r>
        <w:rPr>
          <w:rFonts w:ascii="Gentium Plus" w:hAnsi="Gentium Plus"/>
          <w:sz w:val="24"/>
        </w:rPr>
        <w:t>καίων ἢ τῶν ἀδίκων. πλὴν οὐ μετὰ ὁμοίων καὶ τῶν αὐτῶν ἐληλύ‐ θαμεν πάντες σπερμάτων, ἀλλ’ οὐδὲ ἐλήλυθέν τις κενὸς σωτηρίων καὶ ἁγίων σπερμάτων· εἰ μὴ ἄρα δυσωπήσαι τις ἡμᾶς, καὶ εἰς τοῦτο ἅμα παρατιθέμενος τὴν ἀπὸ τοῦ θεοῦ βοήθειαν οὐκ ἀπογινώσκουσαν</w:t>
      </w:r>
    </w:p>
    <w:p>
      <w:r>
        <w:rPr>
          <w:rFonts w:ascii="Courier New" w:hAnsi="Courier New"/>
          <w:color w:val="555555"/>
          <w:sz w:val="20"/>
        </w:rPr>
        <w:t>[5]</w:t>
      </w:r>
    </w:p>
    <w:p>
      <w:r>
        <w:rPr>
          <w:rFonts w:ascii="Gentium Plus" w:hAnsi="Gentium Plus"/>
          <w:sz w:val="24"/>
        </w:rPr>
        <w:t>καὶ τοὺς κακίστους καὶ χωρὶς ἀρίστων σπερμάτων εἰσεληλυθότας εἰς τὸν βίον, καὶ δυσωπήσαι ἀπὸ τοῦ «Δύναται ὁ θεὸς ἐκ τῶν λίθων «τούτων ἐγεῖραι τέκνα τῷ Ἀβραάμ».</w:t>
      </w:r>
    </w:p>
    <w:p>
      <w:r>
        <w:rPr>
          <w:rFonts w:ascii="Courier New" w:hAnsi="Courier New"/>
          <w:color w:val="555555"/>
          <w:sz w:val="20"/>
        </w:rPr>
        <w:t>[20 . 5 . 39]</w:t>
      </w:r>
    </w:p>
    <w:p>
      <w:r>
        <w:rPr>
          <w:rFonts w:ascii="Gentium Plus" w:hAnsi="Gentium Plus"/>
          <w:sz w:val="24"/>
        </w:rPr>
        <w:t>Τὰ δὲ εἰρημένα πάντα περὶ σπέρματος Ἀβραὰμ καὶ τῶν ἀνά‐ λογον τούτῳ ἐχόντων εὐλόγως ἂν παραδεξαίμεθα, εἴπερ παρεδεξά‐ μεθα οὐ κατὰ τὸ σωματικὸν εἰρῆσθαι τὸ «Οὐκ ἀπεστάλην εἰ μὴ εἰς «τὰ πρόβατα τὰ ἀπολωλότα οἴκου Ἰσραὴλ» καὶ τὸ «Οὐδὲ ἐν τῷ</w:t>
      </w:r>
    </w:p>
    <w:p>
      <w:r>
        <w:rPr>
          <w:rFonts w:ascii="Courier New" w:hAnsi="Courier New"/>
          <w:color w:val="555555"/>
          <w:sz w:val="20"/>
        </w:rPr>
        <w:t>[5]</w:t>
      </w:r>
    </w:p>
    <w:p>
      <w:r>
        <w:rPr>
          <w:rFonts w:ascii="Gentium Plus" w:hAnsi="Gentium Plus"/>
          <w:sz w:val="24"/>
        </w:rPr>
        <w:t>«Ἰσραὴλ τοσαύτην πίστιν εὗρον», καὶ ὅσα τούτοις εἴρηται παρα‐ πλησίως.</w:t>
      </w:r>
    </w:p>
    <w:p>
      <w:r>
        <w:rPr>
          <w:rFonts w:ascii="Courier New" w:hAnsi="Courier New"/>
          <w:color w:val="555555"/>
          <w:sz w:val="20"/>
        </w:rPr>
        <w:t>[20 . 6 . 40]</w:t>
      </w:r>
    </w:p>
    <w:p>
      <w:r>
        <w:rPr>
          <w:rFonts w:ascii="Gentium Plus" w:hAnsi="Gentium Plus"/>
          <w:sz w:val="24"/>
        </w:rPr>
        <w:t>Ἐοίκασιν δὲ οὗτοι, πρὸς οὓς ὁ λόγος, μὴ χωρεῖν τὸν λόγον, οὐ δυνάμενον εἰς αὐτοὺς δι’ ὑπερβολὴν μεγέθους ἰδίου τοῦ ὑπὲρ</w:t>
      </w:r>
    </w:p>
    <w:p>
      <w:r>
        <w:rPr>
          <w:rFonts w:ascii="Courier New" w:hAnsi="Courier New"/>
          <w:color w:val="555555"/>
          <w:sz w:val="20"/>
        </w:rPr>
        <w:t>[20 . 6 . 41]</w:t>
      </w:r>
    </w:p>
    <w:p>
      <w:r>
        <w:rPr>
          <w:rFonts w:ascii="Gentium Plus" w:hAnsi="Gentium Plus"/>
          <w:sz w:val="24"/>
        </w:rPr>
        <w:t>αὐτοὺς χωρεῖν, ἐπείπερ ἔτι ἦσαν σπέρμα τοῦ Ἀβραὰμ μόνον. εἰ δὲ πρὸς τῷ εἶναι σπέρμα τοῦ Ἀβραὰμ ἐγεώργησαν καὶ εἰς μέγεθος καὶ αὔξην τὸ σπέρμα τοῦ Ἀβραὰμ ἐπεδεδώκει, ἐν τῷ μεγέθει καὶ τῇ αὔξῃ</w:t>
      </w:r>
    </w:p>
    <w:p>
      <w:r>
        <w:rPr>
          <w:rFonts w:ascii="Courier New" w:hAnsi="Courier New"/>
          <w:color w:val="555555"/>
          <w:sz w:val="20"/>
        </w:rPr>
        <w:t>[20 . 6 . 42]</w:t>
      </w:r>
    </w:p>
    <w:p>
      <w:r>
        <w:rPr>
          <w:rFonts w:ascii="Gentium Plus" w:hAnsi="Gentium Plus"/>
          <w:sz w:val="24"/>
        </w:rPr>
        <w:t>τοῦ σπέρματος τοῦ Ἀβραὰμ κεχωρήκει ἂν ὁ τοῦ Ἰησοῦ λόγος. καὶ μέχρι γε τοῦ δεῦρο φήσεις ὅτι ὁ λόγος οὐ χωρεῖ ἐν τοῖς μὴ προκό‐</w:t>
      </w:r>
    </w:p>
    <w:p>
      <w:r>
        <w:rPr>
          <w:rFonts w:ascii="Courier New" w:hAnsi="Courier New"/>
          <w:color w:val="555555"/>
          <w:sz w:val="20"/>
        </w:rPr>
        <w:t>[20 . 6 . 43]</w:t>
      </w:r>
    </w:p>
    <w:p>
      <w:r>
        <w:rPr>
          <w:rFonts w:ascii="Gentium Plus" w:hAnsi="Gentium Plus"/>
          <w:sz w:val="24"/>
        </w:rPr>
        <w:t>νέσθαι αὐτοῦ τέκνα. οὗτοι δὲ καὶ ἀποκτεῖναι θέλουσιν τὸν λόγον</w:t>
      </w:r>
    </w:p>
    <w:p>
      <w:r>
        <w:rPr>
          <w:rFonts w:ascii="Courier New" w:hAnsi="Courier New"/>
          <w:color w:val="555555"/>
          <w:sz w:val="20"/>
        </w:rPr>
        <w:t>[20 . 6 . 44]</w:t>
      </w:r>
    </w:p>
    <w:p>
      <w:r>
        <w:rPr>
          <w:rFonts w:ascii="Gentium Plus" w:hAnsi="Gentium Plus"/>
          <w:sz w:val="24"/>
        </w:rPr>
        <w:t>καὶ ὡσπερεὶ συντρῖψαι αὐτόν, τὸ μέγεθος μὴ χωροῦντες αὐτοῦ. καὶ ἀεί γε ἔστιν θεωρεῖν τοὺς μὴ χωροῦντας τὸν λόγον, διὰ τὸ βραχύ‐ τερα αὐτοὺς εἶναι σκεύη, θέλοντας ἀποκτεῖναι τὴν ἑνότητα τοῦ με‐ γέθους τοῦ λόγου, ὡς δυναμένους χωρῆσαι μετὰ τὴν ἀναίρεσιν αὐτοῦ</w:t>
      </w:r>
    </w:p>
    <w:p>
      <w:r>
        <w:rPr>
          <w:rFonts w:ascii="Courier New" w:hAnsi="Courier New"/>
          <w:color w:val="555555"/>
          <w:sz w:val="20"/>
        </w:rPr>
        <w:t>[20 . 6 . 45]</w:t>
      </w:r>
    </w:p>
    <w:p>
      <w:r>
        <w:rPr>
          <w:rFonts w:ascii="Gentium Plus" w:hAnsi="Gentium Plus"/>
          <w:sz w:val="24"/>
        </w:rPr>
        <w:t>καὶ τὴν συντριβὴν αὐτοῦ μέλη αὐτοῦ. οἷς ἐὰν ἐγγένηται οὕτως ὁ λόγος ὡσπερεὶ ἀνελοῦσιν αὐτὸν φήσει τὸ «† Διεσκορπίσθησαν πάντα «τὰ ὀστᾶ μου». εἴπερ οὖν τις ἡμῶν ἐστιν σπέρμα τοῦ Ἀβραάμ, καὶ ἔτι ὁ λόγος τοῦ θεοῦ οὐ χωρεῖ ἐν αὐτῷ, μὴ ζητείτω ἀποκτεῖναι τὸν</w:t>
      </w:r>
    </w:p>
    <w:p>
      <w:r>
        <w:rPr>
          <w:rFonts w:ascii="Courier New" w:hAnsi="Courier New"/>
          <w:color w:val="555555"/>
          <w:sz w:val="20"/>
        </w:rPr>
        <w:t>[5]</w:t>
      </w:r>
    </w:p>
    <w:p>
      <w:r>
        <w:rPr>
          <w:rFonts w:ascii="Gentium Plus" w:hAnsi="Gentium Plus"/>
          <w:sz w:val="24"/>
        </w:rPr>
        <w:t>λόγον, ἀλλὰ μεταβαλὼν ἀπὸ τοῦ εἶναι σπέρμα τοῦ Ἀβραὰμ ἐπὶ τὸ γενέσθαι τέκνον τοῦ Ἀβραάμ, δυνήσεται χωρῆσαι ὃν τέως οὐκ ἐχώρει λόγον θεοῦ.</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[20 . 7 n]</w:t>
      </w:r>
    </w:p>
    <w:p>
      <w:r>
        <w:rPr>
          <w:rFonts w:ascii="Gentium Plus" w:hAnsi="Gentium Plus"/>
          <w:sz w:val="24"/>
        </w:rPr>
        <w:t>Ἃ ἐγὼ ἑώρακα παρὰ τῷ πατρὶ λαλῶ· καὶ ὑμεῖς οὖν ἃ ἠκούσατε παρὰ τοῦ πατρὸς ποιεῖτε.</w:t>
      </w:r>
    </w:p>
    <w:p>
      <w:r>
        <w:rPr>
          <w:rFonts w:ascii="Courier New" w:hAnsi="Courier New"/>
          <w:color w:val="555555"/>
          <w:sz w:val="20"/>
        </w:rPr>
        <w:t>[20 . 7 . 46]</w:t>
      </w:r>
    </w:p>
    <w:p>
      <w:r>
        <w:rPr>
          <w:rFonts w:ascii="Gentium Plus" w:hAnsi="Gentium Plus"/>
          <w:sz w:val="24"/>
        </w:rPr>
        <w:t>Ὥσπερ ἀνθρώπους ἄν τινας εἴποιμεν ἀπ’ ἀρχῆς αὐτόπτας γεγονέναι τοῦ λόγου, περὶ ὧν ὁ Λουκᾶς φησι· «Καθὼς παρέδοσαν «ἡμῖν οἱ ἀπ’ ἀρχῆς αὐτόπται καὶ ὑπηρέται γενόμενοι τοῦ λόγου», οὕτω τὸν σωτῆρα αὐτόπτην λέξομεν εἶναι τῶν παρὰ τῷ πατρί, καὶ</w:t>
      </w:r>
    </w:p>
    <w:p>
      <w:r>
        <w:rPr>
          <w:rFonts w:ascii="Courier New" w:hAnsi="Courier New"/>
          <w:color w:val="555555"/>
          <w:sz w:val="20"/>
        </w:rPr>
        <w:t>[5]</w:t>
      </w:r>
    </w:p>
    <w:p>
      <w:r>
        <w:rPr>
          <w:rFonts w:ascii="Gentium Plus" w:hAnsi="Gentium Plus"/>
          <w:sz w:val="24"/>
        </w:rPr>
        <w:t>κατὰ τοῦτο εἰρῆσθαι τὸ «Οὐδεὶς ἔγνω τὸν πατέρα εἰ μὴ ὁ υἱός»,</w:t>
      </w:r>
    </w:p>
    <w:p>
      <w:r>
        <w:rPr>
          <w:rFonts w:ascii="Courier New" w:hAnsi="Courier New"/>
          <w:color w:val="555555"/>
          <w:sz w:val="20"/>
        </w:rPr>
        <w:t>[20 . 7 . 47]</w:t>
      </w:r>
    </w:p>
    <w:p>
      <w:r>
        <w:rPr>
          <w:rFonts w:ascii="Gentium Plus" w:hAnsi="Gentium Plus"/>
          <w:sz w:val="24"/>
        </w:rPr>
        <w:t>οὐκέτι αὐτοπτῶν ὄντων οἷς ἂν ὁ υἱὸς ἀποκαλύψῃ. δηλοῖ δὲ τὸ αὐ‐ τόπτην τῶν ἐν τῷ πατρὶ τυγχάνειν τὸν σωτῆρα σαφῶς ἡ προκει‐ μένη λέξις ἐν τῷ «Ἃ ἐγὼ ἑώρακα παρὰ τῷ πατρὶ λαλῶ». ζητήσαις δ’ ἂν εἰ ἔσται ποτὲ ὅτε οἱ ἄγγελοι αὐτοὶ ὄψονται τὰ παρὰ τῷ πατρί,</w:t>
      </w:r>
    </w:p>
    <w:p>
      <w:r>
        <w:rPr>
          <w:rFonts w:ascii="Courier New" w:hAnsi="Courier New"/>
          <w:color w:val="555555"/>
          <w:sz w:val="20"/>
        </w:rPr>
        <w:t>[5]</w:t>
      </w:r>
    </w:p>
    <w:p>
      <w:r>
        <w:rPr>
          <w:rFonts w:ascii="Gentium Plus" w:hAnsi="Gentium Plus"/>
          <w:sz w:val="24"/>
        </w:rPr>
        <w:t>οὐκέτι διὰ μεσίτου καὶ ὑπηρέτου βλέποντες αὐτά· ὅτε μὲν 〈οὖν〉 ὁ ἑωρα‐ κὼς τὸν υἱὸν ἑώρακε τὸν πατέρα τὸν πέμψαντα αὐτόν, ἐν υἱῷ τις ὁρᾷ τὸν πατέρα· ὅτε δὲ ὡς ὁ υἱὸς ὁρᾷ τὸν πατέρα καὶ τὰ παρὰ τῷ πατρὶ ὄψεταί τις, οἱονεὶ ὁμοίως τῷ υἱῷ αὐτόπτης ἔσται τοῦ πατρὸς καὶ τῶν τοῦ πατρός, οὐκέτι ἀπὸ τῆς εἰκόνος ἐννοῶν τὰ περὶ τούτου</w:t>
      </w:r>
    </w:p>
    <w:p>
      <w:r>
        <w:rPr>
          <w:rFonts w:ascii="Courier New" w:hAnsi="Courier New"/>
          <w:color w:val="555555"/>
          <w:sz w:val="20"/>
        </w:rPr>
        <w:t>[20 . 7 . 48]</w:t>
      </w:r>
    </w:p>
    <w:p>
      <w:r>
        <w:rPr>
          <w:rFonts w:ascii="Gentium Plus" w:hAnsi="Gentium Plus"/>
          <w:sz w:val="24"/>
        </w:rPr>
        <w:t>οὗ ἡ εἰκών ἐστιν. καὶ νομίζω γε τοῦτο εἶναι τὸ τέλος, ὅταν παρα‐ δίδωσιν τὴν βασιλείαν ὁ υἱὸς τῷ θεῷ καὶ πατρί, καὶ ὅτε γίνεται ὁ</w:t>
      </w:r>
    </w:p>
    <w:p>
      <w:r>
        <w:rPr>
          <w:rFonts w:ascii="Courier New" w:hAnsi="Courier New"/>
          <w:color w:val="555555"/>
          <w:sz w:val="20"/>
        </w:rPr>
        <w:t>[20 . 7 . 49]</w:t>
      </w:r>
    </w:p>
    <w:p>
      <w:r>
        <w:rPr>
          <w:rFonts w:ascii="Gentium Plus" w:hAnsi="Gentium Plus"/>
          <w:sz w:val="24"/>
        </w:rPr>
        <w:t>θεὸς τὰ πάντα ἐν πᾶσιν. ὁ μὲν οὖν σωτὴρ ἑωρακὼς 〈τὰ〉 παρὰ τῷ</w:t>
      </w:r>
    </w:p>
    <w:p>
      <w:r>
        <w:rPr>
          <w:rFonts w:ascii="Courier New" w:hAnsi="Courier New"/>
          <w:color w:val="555555"/>
          <w:sz w:val="20"/>
        </w:rPr>
        <w:t>[20 . 7 . 50]</w:t>
      </w:r>
    </w:p>
    <w:p>
      <w:r>
        <w:rPr>
          <w:rFonts w:ascii="Gentium Plus" w:hAnsi="Gentium Plus"/>
          <w:sz w:val="24"/>
        </w:rPr>
        <w:t>«παρὰ τοῦ πατρὸς ποιεῖτε». ζητήσαι δ’ ἄν τις πότε ἤκουσαν παρὰ τοῦ πατρὸς οἱ πεπιστευκότες τῷ κυρίῳ Ἰουδαῖοι· καὶ πρὸς τοῦτο ὁ μέν τις φήσει, ἁπλούστερον ἀκούσας τοῦ «Ἃ ἠκούσατε παρὰ τοῦ «πατρὸς ποιεῖτε», ὅτι ἤκουσαν παρὰ τοῦ πατρὸς τῷ τὸν πατέρα</w:t>
      </w:r>
    </w:p>
    <w:p>
      <w:r>
        <w:rPr>
          <w:rFonts w:ascii="Courier New" w:hAnsi="Courier New"/>
          <w:color w:val="555555"/>
          <w:sz w:val="20"/>
        </w:rPr>
        <w:t>[5]</w:t>
      </w:r>
    </w:p>
    <w:p>
      <w:r>
        <w:rPr>
          <w:rFonts w:ascii="Gentium Plus" w:hAnsi="Gentium Plus"/>
          <w:sz w:val="24"/>
        </w:rPr>
        <w:t>κεχρηματικέναι διὰ Μωσέως καὶ τῶν προφητῶν τὰ ἐν νόμῳ καὶ προφήταις ἀναγεγραμμένα ποιητέα· ὅστις τῷ ῥητῷ πρὸς τοὺς ἑτερο‐ δόξους χρώμενος, σαφῶς παρίστησιν ὅτι οὐκ ἄλλος ἐστὶν τοῦ τὸν</w:t>
      </w:r>
    </w:p>
    <w:p>
      <w:r>
        <w:rPr>
          <w:rFonts w:ascii="Courier New" w:hAnsi="Courier New"/>
          <w:color w:val="555555"/>
          <w:sz w:val="20"/>
        </w:rPr>
        <w:t>[20 . 7 . 51]</w:t>
      </w:r>
    </w:p>
    <w:p>
      <w:r>
        <w:rPr>
          <w:rFonts w:ascii="Gentium Plus" w:hAnsi="Gentium Plus"/>
          <w:sz w:val="24"/>
        </w:rPr>
        <w:t>νόμον καὶ τοὺς προφήτας δεδωκότος θεοῦ ὁ Χριστοῦ πατήρ. ἕτερος 〈δὲ〉 συγχρώμενος καὶ τῷ «Πᾶς ὁ ἀκούσας παρὰ τοῦ πατρὸς καὶ μα‐ «θὼν ἔρχεται πρός με· οὐχ ὅτι τὸν πατέρα ἑώρακέν τις εἰ μὴ ὁ ὢν</w:t>
      </w:r>
    </w:p>
    <w:p>
      <w:r>
        <w:rPr>
          <w:rFonts w:ascii="Courier New" w:hAnsi="Courier New"/>
          <w:color w:val="555555"/>
          <w:sz w:val="20"/>
        </w:rPr>
        <w:t>[20 . 7 . 52]</w:t>
      </w:r>
    </w:p>
    <w:p>
      <w:r>
        <w:rPr>
          <w:rFonts w:ascii="Gentium Plus" w:hAnsi="Gentium Plus"/>
          <w:sz w:val="24"/>
        </w:rPr>
        <w:t>«παρὰ τῷ πατρί, οὗτος ἑώρακε τὸν πατέρα» ἐρεῖ ὅτι εἰσίν τινες τῶν ἐνσωματουμένων ψυχῶν πρὶν εἰς γένεσιν ἐλθεῖν μεμαθητευμέναι παρὰ τῷ πατρὶ καὶ ἀκούσασαι αὐτοῦ, αἵτινες καὶ ἔρχονται πρὸς τὸν σω‐ τῆρα, ἐξ ὧν ἦσαν καὶ οἱ νῦν ἐξεταζόμενοι πεπιστευκότες αὐτῷ Ἰου‐</w:t>
      </w:r>
    </w:p>
    <w:p>
      <w:r>
        <w:rPr>
          <w:rFonts w:ascii="Courier New" w:hAnsi="Courier New"/>
          <w:color w:val="555555"/>
          <w:sz w:val="20"/>
        </w:rPr>
        <w:t>[5]</w:t>
      </w:r>
    </w:p>
    <w:p>
      <w:r>
        <w:rPr>
          <w:rFonts w:ascii="Gentium Plus" w:hAnsi="Gentium Plus"/>
          <w:sz w:val="24"/>
        </w:rPr>
        <w:t>δαῖοι, πρὸς οὓς ἔλεγεν· «Ὑμεῖς οὖν ἃ ἠκούσατε παρὰ τοῦ πατρὸς «ποιεῖτε»· καὶ ἐρεῖ ὅτι οὗτοί εἰσιν οἱ καὶ καλούμενοι σπέρμα Ἀβραάμ.</w:t>
      </w:r>
    </w:p>
    <w:p>
      <w:r>
        <w:rPr>
          <w:rFonts w:ascii="Courier New" w:hAnsi="Courier New"/>
          <w:color w:val="555555"/>
          <w:sz w:val="20"/>
        </w:rPr>
        <w:t>[20 . 7 . 53]</w:t>
      </w:r>
    </w:p>
    <w:p>
      <w:r>
        <w:rPr>
          <w:rFonts w:ascii="Gentium Plus" w:hAnsi="Gentium Plus"/>
          <w:sz w:val="24"/>
        </w:rPr>
        <w:t>καὶ τούτῳ δ’ ἄν τις ἀντιλέγοι φάσκων ὅτι τὸ μὲν «Πᾶς ὁ ἀκούσας «παρὰ τοῦ πατρὸς καὶ μαθὼν ἔρχεται πρὸς ἐμὲ» ἐμφαίνει πάν‐ τως ἔρχεσθαι πρὸς τὸν σωτῆρα τὸν ἀκούσαντα παρὰ τοῦ πα‐ τρὸς καὶ μεμαθηκότα παρ’ αὐτοῦ· τὸ δὲ «Καὶ ὑμεῖς οὖν ἃ ἠκού‐</w:t>
      </w:r>
    </w:p>
    <w:p>
      <w:r>
        <w:rPr>
          <w:rFonts w:ascii="Courier New" w:hAnsi="Courier New"/>
          <w:color w:val="555555"/>
          <w:sz w:val="20"/>
        </w:rPr>
        <w:t>[5]</w:t>
      </w:r>
    </w:p>
    <w:p>
      <w:r>
        <w:rPr>
          <w:rFonts w:ascii="Gentium Plus" w:hAnsi="Gentium Plus"/>
          <w:sz w:val="24"/>
        </w:rPr>
        <w:t>«σατε παρὰ τοῦ πατρὸς ποιεῖτε» ἀπαγγελλόμενον πρὸς τοὺς ζητοῦν‐ τας ἀποκτεῖναι τὸν υἱὸν τοῦ θεοῦ Ἰουδαίους, οἷς καὶ ὡς μηδέπω οὖσιν τέκνοις τοῦ Ἀβραὰμ λέγεται τὸ «Εἰ τέκνα τοῦ Ἀβραάμ ἐστε, «τὰ ἔργα τοῦ Ἀβραὰμ ποιεῖτε», παρίστησιν τὸ μηδέπω τούτους καρ‐ ποὺς ἔχειν τοῦ ἐληλυθέναι πρὸς τὸν σωτῆρα· πρὸς δὲ τὸν οὕτως</w:t>
      </w:r>
    </w:p>
    <w:p>
      <w:r>
        <w:rPr>
          <w:rFonts w:ascii="Courier New" w:hAnsi="Courier New"/>
          <w:color w:val="555555"/>
          <w:sz w:val="20"/>
        </w:rPr>
        <w:t>[10]</w:t>
      </w:r>
    </w:p>
    <w:p>
      <w:r>
        <w:rPr>
          <w:rFonts w:ascii="Gentium Plus" w:hAnsi="Gentium Plus"/>
          <w:sz w:val="24"/>
        </w:rPr>
        <w:t>ἀντιλέγοντα ἀπαντήσεταί τις, μὴ ταὐτὸν εἶναι φάσκων τὸ «Πᾶς ὁ «ἀκούσας παρὰ τοῦ πατρὸς καὶ μαθών» τῷ «Καὶ ὑμεῖς οὖν ἃ ἠκού‐ «σατε παρὰ τοῦ πατρός»· ὁ μὲν γὰρ πρὸς τῷ ἀκοῦσαι παρὰ τοῦ πατρὸς μαθὼν πάντως ἔρχεται πρὸς τὸν σωτῆρα· οἱ δὲ ἀκούσαν‐ τες μὲν μὴ πάντως δὲ καὶ μεμαθηκότες οὐδέπω τέκνα εἰσὶν τοῦ</w:t>
      </w:r>
    </w:p>
    <w:p>
      <w:r>
        <w:rPr>
          <w:rFonts w:ascii="Courier New" w:hAnsi="Courier New"/>
          <w:color w:val="555555"/>
          <w:sz w:val="20"/>
        </w:rPr>
        <w:t>[15]</w:t>
      </w:r>
    </w:p>
    <w:p>
      <w:r>
        <w:rPr>
          <w:rFonts w:ascii="Gentium Plus" w:hAnsi="Gentium Plus"/>
          <w:sz w:val="24"/>
        </w:rPr>
        <w:t>Ἀβραάμ.</w:t>
      </w:r>
    </w:p>
    <w:p>
      <w:r>
        <w:rPr>
          <w:rFonts w:ascii="Courier New" w:hAnsi="Courier New"/>
          <w:color w:val="555555"/>
          <w:sz w:val="20"/>
        </w:rPr>
        <w:t>[20 . 8 . 54]</w:t>
      </w:r>
    </w:p>
    <w:p>
      <w:r>
        <w:rPr>
          <w:rFonts w:ascii="Gentium Plus" w:hAnsi="Gentium Plus"/>
          <w:sz w:val="24"/>
        </w:rPr>
        <w:t>Πυνθανοίμεθα δ’ ἂν τῶν τὰς φύσεις εἰσαγόντων</w:t>
      </w:r>
    </w:p>
    <w:p>
      <w:r>
        <w:rPr>
          <w:rFonts w:ascii="Courier New" w:hAnsi="Courier New"/>
          <w:color w:val="555555"/>
          <w:sz w:val="20"/>
        </w:rPr>
        <w:t>[20 . 8 . 55]</w:t>
      </w:r>
    </w:p>
    <w:p>
      <w:r>
        <w:rPr>
          <w:rFonts w:ascii="Gentium Plus" w:hAnsi="Gentium Plus"/>
          <w:sz w:val="24"/>
        </w:rPr>
        <w:t>οὐσίαν ἤκουσαν παρὰ τοῦ πατρός; ἀλλὰ καὶ πότερόν ποτε πρό‐ βατα οὗτοι ἦσαν τοῦ χριστοῦ, ἢ ἀλλότριοι ὑπῆρχον αὐτοῦ; εἰ δὲ ἦσαν ἀλλότριοι, πῶς ἤκουσαν παρὰ τοῦ πατρός, σαφῶς, ὡς οἴονται, λεγομένου πρὸς τοὺς ἀλλοτρίους ὅτι «Διὰ τοῦτο ὑμεῖς</w:t>
      </w:r>
    </w:p>
    <w:p>
      <w:r>
        <w:rPr>
          <w:rFonts w:ascii="Courier New" w:hAnsi="Courier New"/>
          <w:color w:val="555555"/>
          <w:sz w:val="20"/>
        </w:rPr>
        <w:t>[20 . 8 . 56]</w:t>
      </w:r>
    </w:p>
    <w:p>
      <w:r>
        <w:rPr>
          <w:rFonts w:ascii="Gentium Plus" w:hAnsi="Gentium Plus"/>
          <w:sz w:val="24"/>
        </w:rPr>
        <w:t>«οὐκ ἀκούετε, ὅτι οὐκ ἐστὲ ἐκ τῶν προβάτων τῶν ἐμῶν»; εἰ μὴ ἄρα θλιβόμενοι ἑτέρῳ ἀτόπῳ ἑαυτοὺς περιβάλλουσιν λέγοντες παρὰ μὲν τοῦ πατρὸς ἀκηκοέναι τοὺς ἀλλοτρίους, μὴ ἀκούειν δὲ τοὺς αὐτοὺς τούτους παρὰ τοῦ σωτῆρος. εἰ δ’ οἰκεῖοι τοῦ σω‐</w:t>
      </w:r>
    </w:p>
    <w:p>
      <w:r>
        <w:rPr>
          <w:rFonts w:ascii="Courier New" w:hAnsi="Courier New"/>
          <w:color w:val="555555"/>
          <w:sz w:val="20"/>
        </w:rPr>
        <w:t>[5]</w:t>
      </w:r>
    </w:p>
    <w:p>
      <w:r>
        <w:rPr>
          <w:rFonts w:ascii="Gentium Plus" w:hAnsi="Gentium Plus"/>
          <w:sz w:val="24"/>
        </w:rPr>
        <w:t>τῆρος ἦσαν καὶ τῆς μακαρίας φύσεως, πῶς ἐζήτουν αὐτὸν ἀποκτεῖναι; καὶ πῶς ὁ τοῦ σωτῆρος λόγος οὐκ ἐχώρει ἐν αὐτοῖς;</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[20 . 9 n]</w:t>
      </w:r>
    </w:p>
    <w:p>
      <w:r>
        <w:rPr>
          <w:rFonts w:ascii="Gentium Plus" w:hAnsi="Gentium Plus"/>
          <w:sz w:val="24"/>
        </w:rPr>
        <w:t>Ἀπεκρίθησαν καὶ εἶπαν αὐτῷ· Ὁ πατὴρ ἡμῶν Ἀβραάμ ἐστιν.</w:t>
      </w:r>
    </w:p>
    <w:p>
      <w:r>
        <w:rPr>
          <w:rFonts w:ascii="Courier New" w:hAnsi="Courier New"/>
          <w:color w:val="555555"/>
          <w:sz w:val="20"/>
        </w:rPr>
        <w:t>[20 . 9 . 57]</w:t>
      </w:r>
    </w:p>
    <w:p>
      <w:r>
        <w:rPr>
          <w:rFonts w:ascii="Gentium Plus" w:hAnsi="Gentium Plus"/>
          <w:sz w:val="24"/>
        </w:rPr>
        <w:t>Δόξαιεν ἂν τὴν ἀπόκρισιν οὗτοι πεποιῆσθαι πολὺ ταπει‐ νότερον ἐκδεξάμενοι περὶ τοῦ τίς αὐτῶν ἦν ὁ πατὴρ ἢ ὡς ὁ κύριος</w:t>
      </w:r>
    </w:p>
    <w:p>
      <w:r>
        <w:rPr>
          <w:rFonts w:ascii="Courier New" w:hAnsi="Courier New"/>
          <w:color w:val="555555"/>
          <w:sz w:val="20"/>
        </w:rPr>
        <w:t>[20 . 9 . 58]</w:t>
      </w:r>
    </w:p>
    <w:p>
      <w:r>
        <w:rPr>
          <w:rFonts w:ascii="Gentium Plus" w:hAnsi="Gentium Plus"/>
          <w:sz w:val="24"/>
        </w:rPr>
        <w:t>ἔλεγεν. ὁ μὲν γὰρ Ἰησοῦς ἀναφέρων ἐπὶ τὸν θεὸν ἔφασκεν τὸ «Καὶ «ὑμεῖς οὖν ἃ ἠκούσατε παρὰ τοῦ πατρὸς ποιεῖτε»· οἱ δὲ ταπεινότε‐ ρον τὸν τοῦ ἔθνους παρομολογοῦσιν ἑαυτῶν πατέρα λέγοντες· «Ὁ</w:t>
      </w:r>
    </w:p>
    <w:p>
      <w:r>
        <w:rPr>
          <w:rFonts w:ascii="Courier New" w:hAnsi="Courier New"/>
          <w:color w:val="555555"/>
          <w:sz w:val="20"/>
        </w:rPr>
        <w:t>[20 . 9 . 59]</w:t>
      </w:r>
    </w:p>
    <w:p>
      <w:r>
        <w:rPr>
          <w:rFonts w:ascii="Gentium Plus" w:hAnsi="Gentium Plus"/>
          <w:sz w:val="24"/>
        </w:rPr>
        <w:t>«πατὴρ ἡμῶν Ἀβραάμ ἐστιν». βοηθῶν δ’ ἄν τις αὐτοῖς ὡς καλῶς ἀποκριναμένοις φήσειε ὅτι ὡς μέτριοι καὶ μὴ διδόντες ἑαυτοῖς τὸ εἶναι υἱοῖς θεοῦ, τοῦ Ἰησοῦ λέγοντος· «Ἃ ἠκούσατε παρὰ τοῦ πατρὸς «ποιεῖτε» καὶ ἀναφέροντος ἐπὶ τὸν θεόν, φασίν· «Ὁ πατὴρ ἡμῶν</w:t>
      </w:r>
    </w:p>
    <w:p>
      <w:r>
        <w:rPr>
          <w:rFonts w:ascii="Courier New" w:hAnsi="Courier New"/>
          <w:color w:val="555555"/>
          <w:sz w:val="20"/>
        </w:rPr>
        <w:t>[20 . 9 . 60]</w:t>
      </w:r>
    </w:p>
    <w:p>
      <w:r>
        <w:rPr>
          <w:rFonts w:ascii="Gentium Plus" w:hAnsi="Gentium Plus"/>
          <w:sz w:val="24"/>
        </w:rPr>
        <w:t>Ἀβραάμ ἐστιν». δῆλον δὲ ὅτι καὶ τοῦτο εὐθύνει ὁ σωτὴρ ὡς ψευδῶς εἰρημένον διὰ τοῦ «Εἰ τέκνα τοῦ Ἀβραάμ ἐστε, τὰ ἔργα τοῦ Ἀβραὰμ</w:t>
      </w:r>
    </w:p>
    <w:p>
      <w:r>
        <w:rPr>
          <w:rFonts w:ascii="Courier New" w:hAnsi="Courier New"/>
          <w:color w:val="555555"/>
          <w:sz w:val="20"/>
        </w:rPr>
        <w:t>[20 . 9 . 61]</w:t>
      </w:r>
    </w:p>
    <w:p>
      <w:r>
        <w:rPr>
          <w:rFonts w:ascii="Gentium Plus" w:hAnsi="Gentium Plus"/>
          <w:sz w:val="24"/>
        </w:rPr>
        <w:t>«ποιεῖτε». οὐκ ἀτόπως δὲ καὶ πρὸς ταῦτα ζητήσαι τις ἄν, ὅτι Πῶς κατὰ τὸν σωτῆρά ἐστιν, μὴ συγκατατιθέμενον εἶναι αὐτοὺς τέκνα τοῦ Ἀβραάμ, τὸ λέγειν αὐτοῖς· «Καὶ ὑμεῖς οὖν ἃ ἠκούσατε παρὰ τοῦ «πατρὸς ποιεῖτε» ἀναφερομένου τοῦ «Παρὰ τοῦ πατρὸς» ἐπὶ τὸν</w:t>
      </w:r>
    </w:p>
    <w:p>
      <w:r>
        <w:rPr>
          <w:rFonts w:ascii="Courier New" w:hAnsi="Courier New"/>
          <w:color w:val="555555"/>
          <w:sz w:val="20"/>
        </w:rPr>
        <w:t>[20 . 9 . 62]</w:t>
      </w:r>
    </w:p>
    <w:p>
      <w:r>
        <w:rPr>
          <w:rFonts w:ascii="Gentium Plus" w:hAnsi="Gentium Plus"/>
          <w:sz w:val="24"/>
        </w:rPr>
        <w:t>θεόν. ὁ γὰρ μὴ ὢν τέκνον τοῦ Ἀβραὰμ * * * † αν οὖν τῶν μετὰ τὸν Ἀβραὰμ ψεκτὸς ὡς οὗτοι πρὸς οὓς ὁ λόγος, πολλῷ μᾶλλον οὐκ</w:t>
      </w:r>
    </w:p>
    <w:p>
      <w:r>
        <w:rPr>
          <w:rFonts w:ascii="Courier New" w:hAnsi="Courier New"/>
          <w:color w:val="555555"/>
          <w:sz w:val="20"/>
        </w:rPr>
        <w:t>[20 . 9 . 63]</w:t>
      </w:r>
    </w:p>
    <w:p>
      <w:r>
        <w:rPr>
          <w:rFonts w:ascii="Gentium Plus" w:hAnsi="Gentium Plus"/>
          <w:sz w:val="24"/>
        </w:rPr>
        <w:t>ἔσται τέκνον τοῦ θεοῦ. ὅρα δὲ εἰ καὶ πρὸς τοῦτο δυνάμεθα λέγειν</w:t>
      </w:r>
    </w:p>
    <w:p>
      <w:r>
        <w:rPr>
          <w:rFonts w:ascii="Courier New" w:hAnsi="Courier New"/>
          <w:color w:val="555555"/>
          <w:sz w:val="20"/>
        </w:rPr>
        <w:t>[5]</w:t>
      </w:r>
    </w:p>
    <w:p>
      <w:r>
        <w:rPr>
          <w:rFonts w:ascii="Gentium Plus" w:hAnsi="Gentium Plus"/>
          <w:sz w:val="24"/>
        </w:rPr>
        <w:t>καὶ μὴ μεμορφωμένων ἀπὸ σπέρματος Ἀβραὰμ ἐπὶ τὰ τέκνα τοῦ Ἀβραάμ· ἢ ἀδιορίστως εἰρημένον τὸ «Ἃ ἠκούσατε παρὰ τοῦ πατρὸς» δύναται λαμβάνεσθαι ἀντὶ τοῦ ‹ἀπὸ τοῦ πατρός μου›, καὶ τοῦτο ἔσται σαφὲς ἐκ τοῦ «Ἃ ἐγὼ ἑώρακα παρὰ τῷ πατρὶ λαλῶ» ἴσον δυναμέ‐</w:t>
      </w:r>
    </w:p>
    <w:p>
      <w:r>
        <w:rPr>
          <w:rFonts w:ascii="Courier New" w:hAnsi="Courier New"/>
          <w:color w:val="555555"/>
          <w:sz w:val="20"/>
        </w:rPr>
        <w:t>[20 . 9 . 64]</w:t>
      </w:r>
    </w:p>
    <w:p>
      <w:r>
        <w:rPr>
          <w:rFonts w:ascii="Gentium Plus" w:hAnsi="Gentium Plus"/>
          <w:sz w:val="24"/>
        </w:rPr>
        <w:t>νου τῷ «παρὰ τῷ πατρί μου». καὶ ἐν τοῖς ἑξῆς δὲ διδασκόμεθα τίνων ἐστὶν ὁ θεὸς πατήρ, δι’ ὧν καὶ ταῦτα λέγει ὁ σωτήρ· «Εἰ ὁ</w:t>
      </w:r>
    </w:p>
    <w:p>
      <w:r>
        <w:rPr>
          <w:rFonts w:ascii="Courier New" w:hAnsi="Courier New"/>
          <w:color w:val="555555"/>
          <w:sz w:val="20"/>
        </w:rPr>
        <w:t>[20 . 9 . 65]</w:t>
      </w:r>
    </w:p>
    <w:p>
      <w:r>
        <w:rPr>
          <w:rFonts w:ascii="Gentium Plus" w:hAnsi="Gentium Plus"/>
          <w:sz w:val="24"/>
        </w:rPr>
        <w:t>«θεὸς πατὴρ ὑμῶν ἦν ἠγαπᾶτε ἂν ἐμέ». σαφὲς δὲ ὅτι οἱ ζητοῦντες ἀποκτεῖναι τὸν υἱὸν οὐκ ἠγάπων αὐτόν· μὴ ἀγαπῶντες δὲ αὐτὸν οὐκ ἂν ἐχρημάτιζον [οἱ] υἱοὶ τοῦ θεοῦ. ὥστε δῆλον ὅτι τὸ «Καὶ ὑμεῖς οὖν «ἃ ἠκούσατε παρὰ τοῦ πατρὸς ποιεῖτε» οὐκ ἴσον δύναται τῷ ‹παρὰ</w:t>
      </w:r>
    </w:p>
    <w:p>
      <w:r>
        <w:rPr>
          <w:rFonts w:ascii="Courier New" w:hAnsi="Courier New"/>
          <w:color w:val="555555"/>
          <w:sz w:val="20"/>
        </w:rPr>
        <w:t>[5]</w:t>
      </w:r>
    </w:p>
    <w:p>
      <w:r>
        <w:rPr>
          <w:rFonts w:ascii="Gentium Plus" w:hAnsi="Gentium Plus"/>
          <w:sz w:val="24"/>
        </w:rPr>
        <w:t>τοῦ πατρὸς ὑμῶν›.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[20 . 10 n]</w:t>
      </w:r>
    </w:p>
    <w:p>
      <w:r>
        <w:rPr>
          <w:rFonts w:ascii="Gentium Plus" w:hAnsi="Gentium Plus"/>
          <w:sz w:val="24"/>
        </w:rPr>
        <w:t>Λέγει αὐτοῖς ὁ Ἰησοῦς· Εἰ τέκνα τοῦ Ἀβραάμ ἐστε, τὰ ἔργα τοῦ Ἀβραὰμ ποιεῖτε.</w:t>
      </w:r>
    </w:p>
    <w:p>
      <w:r>
        <w:rPr>
          <w:rFonts w:ascii="Courier New" w:hAnsi="Courier New"/>
          <w:color w:val="555555"/>
          <w:sz w:val="20"/>
        </w:rPr>
        <w:t>[20 . 10 . 66]</w:t>
      </w:r>
    </w:p>
    <w:p>
      <w:r>
        <w:rPr>
          <w:rFonts w:ascii="Gentium Plus" w:hAnsi="Gentium Plus"/>
          <w:sz w:val="24"/>
        </w:rPr>
        <w:t>Οἱ ἕν τι ἐπιλεξάμενοι τῶν τοῦ Ἀβραὰμ ἔργων, τὸ «Ἐπίστευσεν «δὲ Ἀβραὰμ τῷ θεῷ, καὶ ἐλογίσθη αὐτῷ εἰς δικαιοσύνην», καὶ τοῦτο νομίζοντες εἶναι ἐφ’ ὃ ἀναφέρεται τὸ «Τὰ ἔργα τοῦ Ἀβραὰμ ποιεῖτε» ἵνα καὶ συγχωρηθῇ αὐτοῖς ὅτι ἔργον ἐστὶν ἡ πίστις, οὐ συγχωρηθὲν</w:t>
      </w:r>
    </w:p>
    <w:p>
      <w:r>
        <w:rPr>
          <w:rFonts w:ascii="Courier New" w:hAnsi="Courier New"/>
          <w:color w:val="555555"/>
          <w:sz w:val="20"/>
        </w:rPr>
        <w:t>[5]</w:t>
      </w:r>
    </w:p>
    <w:p>
      <w:r>
        <w:rPr>
          <w:rFonts w:ascii="Gentium Plus" w:hAnsi="Gentium Plus"/>
          <w:sz w:val="24"/>
        </w:rPr>
        <w:t>ἂν ὑπὸ τῶν παραδεχομένων τὸ «Πίστις χωρὶς ἔργων νεκρά ἐστιν» οὐδ’ ὑπὸ τῶν ἀκουόντων ὅτι διαφέρει τὸ δικαιοῦσθαι «ἐκ πίστεως» ἤπερ «ἐξ ἔργων νόμου», ἀπολεγέτωσαν διὰ τί οὐκ εἴρηται· «Εἰ τέκνα «τοῦ Ἀβραάμ ἐστε, τὸ ἔργον τοῦ Ἀβραὰμ ποιεῖτε» ἑνικῶς, ἀλλὰ πληθυντικῶς· «Τὰ ἔργα τοῦ Ἀβραὰμ ποιεῖτε», ἴσον, ὡς οἶμαι, τυγχά‐</w:t>
      </w:r>
    </w:p>
    <w:p>
      <w:r>
        <w:rPr>
          <w:rFonts w:ascii="Courier New" w:hAnsi="Courier New"/>
          <w:color w:val="555555"/>
          <w:sz w:val="20"/>
        </w:rPr>
        <w:t>[20 . 10 . 67]</w:t>
      </w:r>
    </w:p>
    <w:p>
      <w:r>
        <w:rPr>
          <w:rFonts w:ascii="Gentium Plus" w:hAnsi="Gentium Plus"/>
          <w:sz w:val="24"/>
        </w:rPr>
        <w:t>νον τῷ ‹πάντα› «τὰ ἔργα τοῦ Ἀβραὰμ ποιεῖτε». εἰ δὲ ἴσον ἐστὶν τῷ ‹πάντα› «τὰ ἔργα τοῦ Ἀβραὰμ ποιεῖτε» καὶ μήτε σωματικῶς παιδίσκῃ δεῖ προσελθεῖν τὸν ἔχοντα γαμετὴν μήτε μετὰ τὴν τελευτὴν τῆς γεγαμημένης ἐν γήρᾳ ἄλλην γυναῖκα λαβεῖν τὸν κατὰ τὴν τοῦ σωτῆ‐</w:t>
      </w:r>
    </w:p>
    <w:p>
      <w:r>
        <w:rPr>
          <w:rFonts w:ascii="Courier New" w:hAnsi="Courier New"/>
          <w:color w:val="555555"/>
          <w:sz w:val="20"/>
        </w:rPr>
        <w:t>[5]</w:t>
      </w:r>
    </w:p>
    <w:p>
      <w:r>
        <w:rPr>
          <w:rFonts w:ascii="Gentium Plus" w:hAnsi="Gentium Plus"/>
          <w:sz w:val="24"/>
        </w:rPr>
        <w:t>ρος ὑφήγησιν θέλοντα τέκνον ἀποδειχθῆναι τοῦ Ἀβραὰμ ἐκ τοῦ ποιεῖν τὰ ἔργα τοῦ Ἀβραάμ, σαφῶς καὶ ἐντεῦθεν μανθάνομεν ὅτι δεῖ πᾶσαν τὴν κατὰ τὸν Ἀβραὰμ ἀλληγοροῦντα ἱστορίαν ἕκαστον πνευματι‐ κῶς ποιῆσαι τῶν πεπραγμένων ὑπ’ αὐτοῦ, ἀρξάμενον ἀπὸ τοῦ</w:t>
      </w:r>
    </w:p>
    <w:p>
      <w:r>
        <w:rPr>
          <w:rFonts w:ascii="Courier New" w:hAnsi="Courier New"/>
          <w:color w:val="555555"/>
          <w:sz w:val="20"/>
        </w:rPr>
        <w:t>[10]</w:t>
      </w:r>
    </w:p>
    <w:p>
      <w:r>
        <w:rPr>
          <w:rFonts w:ascii="Gentium Plus" w:hAnsi="Gentium Plus"/>
          <w:sz w:val="24"/>
        </w:rPr>
        <w:t>«τοῦ πατρός σου, εἰς τὴν γῆν ἣν ἄν σοι δείξω», εἰρημένου οὐ μόνῳ</w:t>
      </w:r>
    </w:p>
    <w:p>
      <w:r>
        <w:rPr>
          <w:rFonts w:ascii="Courier New" w:hAnsi="Courier New"/>
          <w:color w:val="555555"/>
          <w:sz w:val="20"/>
        </w:rPr>
        <w:t>[20 . 10 . 68]</w:t>
      </w:r>
    </w:p>
    <w:p>
      <w:r>
        <w:rPr>
          <w:rFonts w:ascii="Gentium Plus" w:hAnsi="Gentium Plus"/>
          <w:sz w:val="24"/>
        </w:rPr>
        <w:t>τῷ Ἀβραὰμ ἀλλὰ καὶ παντὶ τῷ ἐσομένῳ τέκνῳ αὐτοῦ. ἔστιν γάρ τις καὶ ἑκάστου ἡμῶν γῆ, καὶ ἡ πρὸ τοῦ θείου χρηματισμοῦ οὐκ ἀγαθὴ συγγένεια, καὶ ὁ πρὸ τοῦ φθάσαντος εἰς ἡμᾶς λόγου θεοῦ οἶκος τοῦ πατρὸς ἡμῶν, † δι’ ἅτινα ἅπαντα κατὰ λόγον θεοῦ δεήσει</w:t>
      </w:r>
    </w:p>
    <w:p>
      <w:r>
        <w:rPr>
          <w:rFonts w:ascii="Courier New" w:hAnsi="Courier New"/>
          <w:color w:val="555555"/>
          <w:sz w:val="20"/>
        </w:rPr>
        <w:t>[5]</w:t>
      </w:r>
    </w:p>
    <w:p>
      <w:r>
        <w:rPr>
          <w:rFonts w:ascii="Gentium Plus" w:hAnsi="Gentium Plus"/>
          <w:sz w:val="24"/>
        </w:rPr>
        <w:t>ἡμᾶς ἐπεξελθεῖν, εἴπερ ἀκούομεν τοῦ σωτῆρος λέγοντος· «Εἰ τέκνα «τοῦ Ἀβραάμ ἐστε, τὰ ἔργα τοῦ Ἀβραὰμ ποιεῖτε»· οὕτω γὰρ φθάσο‐ μεν, ὡς καταλιπόντες τὴν ἡμετέραν γῆν, ἐφ’ ἣν δείξει ἡμῖν γῆν ὁ θεός, τὴν ἀληθῶς ἀγαθὴν καὶ ὄντως πολλήν, ἣν ἀπὸ κυρίου τοῦ θεοῦ πρέπει δίδοσθαι τοῖς ποιήσασι τὸ προστεταγμένον ἐν τῷ «Ἔξελθε</w:t>
      </w:r>
    </w:p>
    <w:p>
      <w:r>
        <w:rPr>
          <w:rFonts w:ascii="Courier New" w:hAnsi="Courier New"/>
          <w:color w:val="555555"/>
          <w:sz w:val="20"/>
        </w:rPr>
        <w:t>[20 . 10 . 69]</w:t>
      </w:r>
    </w:p>
    <w:p>
      <w:r>
        <w:rPr>
          <w:rFonts w:ascii="Gentium Plus" w:hAnsi="Gentium Plus"/>
          <w:sz w:val="24"/>
        </w:rPr>
        <w:t>«ἐκ τῆς γῆς σου». καὶ ὡς καταλιπόντες συγγένειαν οὐ καλὴν εἰς ἔθνος ἐσόμεθα μέγα καὶ μεῖζον ἢ κατὰ ἀνθρώπους· καὶ ὡς καταφρο‐ νήσαντες οἴκου πατρὸς οὐκ ἐπαινετοῦ, εὐλογηθησόμεθα μεγαλυνο‐ μένου τοῦ ὀνόματος ἡμῶν, γινόμενοι εὐλογητοὶ ἐπὶ τοσοῦτον, ὡς</w:t>
      </w:r>
    </w:p>
    <w:p>
      <w:r>
        <w:rPr>
          <w:rFonts w:ascii="Courier New" w:hAnsi="Courier New"/>
          <w:color w:val="555555"/>
          <w:sz w:val="20"/>
        </w:rPr>
        <w:t>[5]</w:t>
      </w:r>
    </w:p>
    <w:p>
      <w:r>
        <w:rPr>
          <w:rFonts w:ascii="Gentium Plus" w:hAnsi="Gentium Plus"/>
          <w:sz w:val="24"/>
        </w:rPr>
        <w:t>τοὺς μὲν εὐλογοῦντας ἡμᾶς εὐλογεῖσθαι ὑπὸ τοῦ θεοῦ, τοὺς δὲ κατα‐ ρωμένους ὑπὸ κατάραν ἔσεσθαι, πᾶσάν τε γῆς φυλὴν ἐν ἡμῖν εὐλο‐ γεῖσθαι (ὅτε καὶ περὶ ἡμῶν εἴποι ἂν ὁ λόγος· «Ἐπορεύθη», ὡς εἴρη‐ ται περὶ Ἀβραάμ· «Καὶ ἐπορεύθη Ἀβραάμ, καθάπερ ἐλάλησεν αὐτῷ «κύριος»· οἶμαι δὲ ὅτι ἐν ταῖς ἀρχαῖς καὶ ἐπὶ ποσὸν ὁ Λὼτ ἕψεται</w:t>
      </w:r>
    </w:p>
    <w:p>
      <w:r>
        <w:rPr>
          <w:rFonts w:ascii="Courier New" w:hAnsi="Courier New"/>
          <w:color w:val="555555"/>
          <w:sz w:val="20"/>
        </w:rPr>
        <w:t>[10]</w:t>
      </w:r>
    </w:p>
    <w:p>
      <w:r>
        <w:rPr>
          <w:rFonts w:ascii="Gentium Plus" w:hAnsi="Gentium Plus"/>
          <w:sz w:val="24"/>
        </w:rPr>
        <w:t>ἡμῖν, οὗ σύμβολον ἦν τὸ «Καὶ ᾤχετο μετ’ αὐτοῦ Λώτ»), καὶ ἐπανελ‐ θόντες εἰς γῆν Χαναὰν διοδεύσομεν τὴν γῆν ἕως τοῦ τόπου Συχέμ, οὕτω τῇ ἀναβάσει τῆς διανοίας προκόπτοντες ἕως ἔλθωμεν ἐπὶ τὴν</w:t>
      </w:r>
    </w:p>
    <w:p>
      <w:r>
        <w:rPr>
          <w:rFonts w:ascii="Courier New" w:hAnsi="Courier New"/>
          <w:color w:val="555555"/>
          <w:sz w:val="20"/>
        </w:rPr>
        <w:t>[20 . 10 . 70]</w:t>
      </w:r>
    </w:p>
    <w:p>
      <w:r>
        <w:rPr>
          <w:rFonts w:ascii="Gentium Plus" w:hAnsi="Gentium Plus"/>
          <w:sz w:val="24"/>
        </w:rPr>
        <w:t>δρῦν τὴν ὑψηλήν. καὶ ὀφθήσεται ἡμῖν κύριος ὁ θεός, ὁ ὀφθεὶς τῷ Ἀβραάμ, καὶ ἐπαγγελεῖται 〈τὴν〉 περὶ τὴν ὑψηλὴν δρῦν γῆν δοῦναι</w:t>
      </w:r>
    </w:p>
    <w:p>
      <w:r>
        <w:rPr>
          <w:rFonts w:ascii="Courier New" w:hAnsi="Courier New"/>
          <w:color w:val="555555"/>
          <w:sz w:val="20"/>
        </w:rPr>
        <w:t>[20 . 10 . 71]</w:t>
      </w:r>
    </w:p>
    <w:p>
      <w:r>
        <w:rPr>
          <w:rFonts w:ascii="Gentium Plus" w:hAnsi="Gentium Plus"/>
          <w:sz w:val="24"/>
        </w:rPr>
        <w:t>τῷ νοητῷ τῆς ψυχῆς ἡμῶν σπέρματι. τοῦ δὲ νοήσαντός ἐστιν τὸ «Τὰ ἔργα τοῦ Ἀβραὰμ ποιεῖτε» καὶ τὸ οἰκοδομῆσαι θυσιαστήριον κυρίῳ τῷ ὅπου ἡ ὑψηλὴ δρῦς ἐπιφαινομένῳ καὶ ἡμῖν, καὶ μετὰ ταῦτα ἀποστῆναι ἀπὸ τοῦ τόπου τῆς ὑψηλῆς δρυὸς ὡς ἐπὶ τὸ ὄρος, καὶ</w:t>
      </w:r>
    </w:p>
    <w:p>
      <w:r>
        <w:rPr>
          <w:rFonts w:ascii="Courier New" w:hAnsi="Courier New"/>
          <w:color w:val="555555"/>
          <w:sz w:val="20"/>
        </w:rPr>
        <w:t>[5]</w:t>
      </w:r>
    </w:p>
    <w:p>
      <w:r>
        <w:rPr>
          <w:rFonts w:ascii="Gentium Plus" w:hAnsi="Gentium Plus"/>
          <w:sz w:val="24"/>
        </w:rPr>
        <w:t>τοῦ ὄρους κατὰ τὰς ἀνατολὰς τῆς Βαιθήλ, ὃ ἑρμηνεύεται ‹Οἶκος θεοῦ›, ἔνθα στήσει ἑαυτοῦ τὴν σκηνήν, τῆς μὲν Βαιθὴλ ὡς ἐπὶ κατὰ θάλασσαν, τῆς δὲ Ἀγγαὶ ὡς ἐπὶ κατ’ ἀνατολάς· ἑρμηνεύεται δὲ Ἀγγαὶ</w:t>
      </w:r>
    </w:p>
    <w:p>
      <w:r>
        <w:rPr>
          <w:rFonts w:ascii="Courier New" w:hAnsi="Courier New"/>
          <w:color w:val="555555"/>
          <w:sz w:val="20"/>
        </w:rPr>
        <w:t>[20 . 10 . 72]</w:t>
      </w:r>
    </w:p>
    <w:p>
      <w:r>
        <w:rPr>
          <w:rFonts w:ascii="Gentium Plus" w:hAnsi="Gentium Plus"/>
          <w:sz w:val="24"/>
        </w:rPr>
        <w:t>‹Ἑορταί›. καὶ ὡς προκόπτων γε ὁ τοιοῦτος μετὰ ταῦτα δεύτερον οἰκοδομήσει τῷ κυρίῳ θυσιαστήριον, ἤδη καὶ ἐπικαλεῖσθαι δυνάμενος ἐπὶ τῷ ὀνόματι τοῦ κυρίου. καὶ ἑξῆς ἀπαίρων κἀκεῖθεν ὁ ἐσόμενος τέκνον τοῦ Ἀβραάμ, γενόμενός πως στρατηγικώτερος καὶ συνιεὶς πρὸς</w:t>
      </w:r>
    </w:p>
    <w:p>
      <w:r>
        <w:rPr>
          <w:rFonts w:ascii="Courier New" w:hAnsi="Courier New"/>
          <w:color w:val="555555"/>
          <w:sz w:val="20"/>
        </w:rPr>
        <w:t>[5]</w:t>
      </w:r>
    </w:p>
    <w:p>
      <w:r>
        <w:rPr>
          <w:rFonts w:ascii="Gentium Plus" w:hAnsi="Gentium Plus"/>
          <w:sz w:val="24"/>
        </w:rPr>
        <w:t>ὅσους πολεμίους αὑτὸν παρασκευάσασθαι δεῖ, στρατοπεδεύσει ἐν τῇ</w:t>
      </w:r>
    </w:p>
    <w:p>
      <w:r>
        <w:rPr>
          <w:rFonts w:ascii="Courier New" w:hAnsi="Courier New"/>
          <w:color w:val="555555"/>
          <w:sz w:val="20"/>
        </w:rPr>
        <w:t>[20 . 10 . 73]</w:t>
      </w:r>
    </w:p>
    <w:p>
      <w:r>
        <w:rPr>
          <w:rFonts w:ascii="Gentium Plus" w:hAnsi="Gentium Plus"/>
          <w:sz w:val="24"/>
        </w:rPr>
        <w:t>ἐρήμῳ. μετὰ ταῦτα πεῖραν λιμοῦ λήψεται τοῦ ἐπὶ τῆς γῆς καὶ εἰς τὴν Αἴγυπτον καταβήσεται παροικῆσαι ἐκεῖ, ἵνα μὴ καὶ αὐτοῦ κατ‐ ισχύσῃ ὁ λιμὸς ὁ ἐνισχύσας ἐπὶ τῆς γῆς. καὶ καταβήσεται εἰς Αἴγυ‐ πτον μετὰ τῆς εὐπροσώπου ἑαυτοῦ γυναικός, συνθήκας τινὰς τιθέμε‐</w:t>
      </w:r>
    </w:p>
    <w:p>
      <w:r>
        <w:rPr>
          <w:rFonts w:ascii="Courier New" w:hAnsi="Courier New"/>
          <w:color w:val="555555"/>
          <w:sz w:val="20"/>
        </w:rPr>
        <w:t>[5]</w:t>
      </w:r>
    </w:p>
    <w:p>
      <w:r>
        <w:rPr>
          <w:rFonts w:ascii="Gentium Plus" w:hAnsi="Gentium Plus"/>
          <w:sz w:val="24"/>
        </w:rPr>
        <w:t>νος πρὸς αὐτήν, ἵν’ 〈εὖ〉 ἑαυτῷ δι’ αὐτὴν οἱ Αἰγύπτιοι χρήσωνται καὶ γένωνται ἐν Αἰγύπτῳ «αὐτῷ πρόβατα καὶ μόσχοι καὶ ὄνοι καὶ</w:t>
      </w:r>
    </w:p>
    <w:p>
      <w:r>
        <w:rPr>
          <w:rFonts w:ascii="Courier New" w:hAnsi="Courier New"/>
          <w:color w:val="555555"/>
          <w:sz w:val="20"/>
        </w:rPr>
        <w:t>[20 . 10 . 74]</w:t>
      </w:r>
    </w:p>
    <w:p>
      <w:r>
        <w:rPr>
          <w:rFonts w:ascii="Gentium Plus" w:hAnsi="Gentium Plus"/>
          <w:sz w:val="24"/>
        </w:rPr>
        <w:t>«παῖδες καὶ παιδίσκαι καὶ ἡμίονοι καὶ κάμηλοι». περὶ ὧν ἑκάστου σοφοῦ τινος καὶ ἐπὶ τὰ βάθη τῆς γραφῆς ἐπισταμένως φθάνειν δυνα‐ μένου ἔργον ἂν εἴη λέγειν καὶ ἁπαξαπλῶς γε πᾶσαν τὴν κατὰ τὸν Ἀβραὰμ ἱστορίαν βασανίζοντος καὶ ὅλα τὰ περὶ αὐτοῦ γεγραμμένα,</w:t>
      </w:r>
    </w:p>
    <w:p>
      <w:r>
        <w:rPr>
          <w:rFonts w:ascii="Courier New" w:hAnsi="Courier New"/>
          <w:color w:val="555555"/>
          <w:sz w:val="20"/>
        </w:rPr>
        <w:t>[5]</w:t>
      </w:r>
    </w:p>
    <w:p>
      <w:r>
        <w:rPr>
          <w:rFonts w:ascii="Gentium Plus" w:hAnsi="Gentium Plus"/>
          <w:sz w:val="24"/>
        </w:rPr>
        <w:t>ἅτινά ἐστιν ἀλληγορούμενα· 〈ἃ〉 ὡς πνευματικοὶ πνευματικῶς ποιεῖν πειρασόμεθα.</w:t>
      </w:r>
    </w:p>
    <w:p>
      <w:r>
        <w:rPr>
          <w:rFonts w:ascii="Courier New" w:hAnsi="Courier New"/>
          <w:color w:val="555555"/>
          <w:sz w:val="20"/>
        </w:rPr>
        <w:t>[20 . 10 . 75]</w:t>
      </w:r>
    </w:p>
    <w:p>
      <w:r>
        <w:rPr>
          <w:rFonts w:ascii="Gentium Plus" w:hAnsi="Gentium Plus"/>
          <w:sz w:val="24"/>
        </w:rPr>
        <w:t>Ὅρα δὲ εἰ μὴ σαφῶς ἀπὸ τῆς ἐξετάσεως τῶν κατὰ τὸν τόπον παρίσταται ἡμῖν, ὅτι σοφοῦ τινός ἐστιν καὶ πάσῃ ἀρετῇ κεκοσμημέ‐</w:t>
      </w:r>
    </w:p>
    <w:p>
      <w:r>
        <w:rPr>
          <w:rFonts w:ascii="Courier New" w:hAnsi="Courier New"/>
          <w:color w:val="555555"/>
          <w:sz w:val="20"/>
        </w:rPr>
        <w:t>[20 . 10 . 76]</w:t>
      </w:r>
    </w:p>
    <w:p>
      <w:r>
        <w:rPr>
          <w:rFonts w:ascii="Gentium Plus" w:hAnsi="Gentium Plus"/>
          <w:sz w:val="24"/>
        </w:rPr>
        <w:t>νου τὸ γενέσθαι τοῦ Ἀβραὰμ τέκνον. τί γὰρ δεῖ λέγειν ὅσης σοφίας χρῄζομεν εἰς τὸ νοῆσαι τὰ ἔργα τοῦ Ἀβραάμ; καὶ ὅσης δυνάμεως εἰς τὸ ποιῆσαι αὐτά; ποίας δὲ σοφίας ἢ ποίας δυνάμεως δεόμεθα, ἢ Χρι‐</w:t>
      </w:r>
    </w:p>
    <w:p>
      <w:r>
        <w:rPr>
          <w:rFonts w:ascii="Courier New" w:hAnsi="Courier New"/>
          <w:color w:val="555555"/>
          <w:sz w:val="20"/>
        </w:rPr>
        <w:t>[20 . 10 . 77]</w:t>
      </w:r>
    </w:p>
    <w:p>
      <w:r>
        <w:rPr>
          <w:rFonts w:ascii="Gentium Plus" w:hAnsi="Gentium Plus"/>
          <w:sz w:val="24"/>
        </w:rPr>
        <w:t>στοῦ, ὅς ἐστιν «θεοῦ δύναμις καὶ θεοῦ σοφία;» τὸ μὲν οὖν γεγραμμέ‐ νον ἐστίν· «Εἰ τέκνα τοῦ Ἀβραάμ ἐστε, τὰ ἔργα τοῦ Ἀβραὰμ ποιεῖτε»· ἀκολούθως δ’ ἂν παρὰ τοῦτο εἴποις· εἰ τέκνα τοῦ Ἰσαάκ ἐστε, τὰ ἔργα τοῦ Ἰσαὰκ ποιεῖτε· τὰ δὲ ὅμοια καὶ περὶ τοῦ Ἰακὼβ καὶ ἑνὸς</w:t>
      </w:r>
    </w:p>
    <w:p>
      <w:r>
        <w:rPr>
          <w:rFonts w:ascii="Courier New" w:hAnsi="Courier New"/>
          <w:color w:val="555555"/>
          <w:sz w:val="20"/>
        </w:rPr>
        <w:t>[20 . 10 . 78]</w:t>
      </w:r>
    </w:p>
    <w:p>
      <w:r>
        <w:rPr>
          <w:rFonts w:ascii="Gentium Plus" w:hAnsi="Gentium Plus"/>
          <w:sz w:val="24"/>
        </w:rPr>
        <w:t>ἑκάστου τῶν ἁγίων πατέρων. καὶ ἐκ τῶν ἐναντίων δὲ ἕκαστος τῶν ἁμαρτανόντων γενικῶς μὲν τέκνον ἐστὶν τοῦ διαβόλου, ἐπεὶ πᾶς «ὁ «ποιῶν τὴν ἁμαρτίαν ἐκ τοῦ διαβόλου γεγένηται», ἤδη δὲ καὶ ἰδικώτερον ἤτοι τοῦ Κάϊν, ἢ τοῦ Χάμ, ἢ τοῦ Χαναάν, ἢ τοῦ Φαραώ, ἢ τοῦ</w:t>
      </w:r>
    </w:p>
    <w:p>
      <w:r>
        <w:rPr>
          <w:rFonts w:ascii="Courier New" w:hAnsi="Courier New"/>
          <w:color w:val="555555"/>
          <w:sz w:val="20"/>
        </w:rPr>
        <w:t>[20 . 10 . 79]</w:t>
      </w:r>
    </w:p>
    <w:p>
      <w:r>
        <w:rPr>
          <w:rFonts w:ascii="Gentium Plus" w:hAnsi="Gentium Plus"/>
          <w:sz w:val="24"/>
        </w:rPr>
        <w:t>Ναβουχοδονόσορ, ἤ τινος τῶν ἀσεβῶν. τούτοις δὲ ἀκολούθως ἐρεῖς ὅτι ἕκαστος ἀπαλλαττόμενος τοῦ βίου τούτου ἀπελεύσεται πρὸς τοὺς ἰδίους πατέρας· νομιστέον γὰρ οὐ μόνῳ τῷ Ἀβραάμ, ἀλλὰ καὶ πᾶσιν ἀνθρώποις λέγεσθαι πρὸς τῇ ἐξόδῳ τὸ «Σὺ δὲ ἀπελεύσῃ πρὸς τοὺς</w:t>
      </w:r>
    </w:p>
    <w:p>
      <w:r>
        <w:rPr>
          <w:rFonts w:ascii="Courier New" w:hAnsi="Courier New"/>
          <w:color w:val="555555"/>
          <w:sz w:val="20"/>
        </w:rPr>
        <w:t>[5]</w:t>
      </w:r>
    </w:p>
    <w:p>
      <w:r>
        <w:rPr>
          <w:rFonts w:ascii="Gentium Plus" w:hAnsi="Gentium Plus"/>
          <w:sz w:val="24"/>
        </w:rPr>
        <w:t>«πατέρας σου»· οὐκέτι δὲ πᾶσιν ἀνθρώποις, ἀλλὰ μόνοις τοῖς ἁγίοις τὸ «Μετὰ εἰρήνης»· τοῖς δὲ τετελειωμένοις καὶ πνευματικῶς μακροη‐ μέροις γενομένοις καὶ τὸ «Τραφεὶς ἐν γήρᾳ καλῷ», ἐπείπερ «Πολιά «ἐστιν φρόνησις ἀνθρώποις» καὶ «Στέφανος καυχήσεως γῆρας» καὶ δόξα τοῖς ἀληθινοῖς καὶ θείοις πρεσβυτέροις αἱ κοσμοῦσαι αὐτοὺς</w:t>
      </w:r>
    </w:p>
    <w:p>
      <w:r>
        <w:rPr>
          <w:rFonts w:ascii="Courier New" w:hAnsi="Courier New"/>
          <w:color w:val="555555"/>
          <w:sz w:val="20"/>
        </w:rPr>
        <w:t>[10]</w:t>
      </w:r>
    </w:p>
    <w:p>
      <w:r>
        <w:rPr>
          <w:rFonts w:ascii="Gentium Plus" w:hAnsi="Gentium Plus"/>
          <w:sz w:val="24"/>
        </w:rPr>
        <w:t>νοηταὶ πολιαί.</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[20 . 11 n]</w:t>
      </w:r>
    </w:p>
    <w:p>
      <w:r>
        <w:rPr>
          <w:rFonts w:ascii="Gentium Plus" w:hAnsi="Gentium Plus"/>
          <w:sz w:val="24"/>
        </w:rPr>
        <w:t>Νῦν δὲ ζητεῖτε ἀποκτεῖναι ἄνθρωπον ὃς τὴν ἀλή‐ θειαν ὑμῖν λελάληκα ἣν ἤκουσα παρὰ τοῦ θεοῦ.</w:t>
      </w:r>
    </w:p>
    <w:p>
      <w:r>
        <w:rPr>
          <w:rFonts w:ascii="Courier New" w:hAnsi="Courier New"/>
          <w:color w:val="555555"/>
          <w:sz w:val="20"/>
        </w:rPr>
        <w:t>[20 . 11 . 80]</w:t>
      </w:r>
    </w:p>
    <w:p>
      <w:r>
        <w:rPr>
          <w:rFonts w:ascii="Gentium Plus" w:hAnsi="Gentium Plus"/>
          <w:sz w:val="24"/>
        </w:rPr>
        <w:t>Οἱ ζητοῦντες ἀποκτεῖναι, ἐπεὶ θεὸς οὐκ ἀποκτίννυται, κἂν ἀποκτιννύωσιν, ἄνθρωπον ἀποκτιννύουσιν. κἂν ζητῶσιν ἀποκτεῖναι, μήπω ἀποκτιννύντες, οὐχὶ θεὸν νομίζοντες εἶναι, ᾧ ἐπιβουλεύουσιν, ὡς ἀνθρώπῳ ἐπιβουλεύουσιν· οὐδεὶς γὰρ πειθόμενος εἶναι θεὸν τοῦτον</w:t>
      </w:r>
    </w:p>
    <w:p>
      <w:r>
        <w:rPr>
          <w:rFonts w:ascii="Courier New" w:hAnsi="Courier New"/>
          <w:color w:val="555555"/>
          <w:sz w:val="20"/>
        </w:rPr>
        <w:t>[20 . 11 . 81]</w:t>
      </w:r>
    </w:p>
    <w:p>
      <w:r>
        <w:rPr>
          <w:rFonts w:ascii="Gentium Plus" w:hAnsi="Gentium Plus"/>
          <w:sz w:val="24"/>
        </w:rPr>
        <w:t>ᾧ ἐπιβουλεύει, ἐπιβουλεύσαι ἂν αὐτῷ ἔτι. ἔστι δέ πως ἀεὶ θεωρῆσαι τοὺς τῷ λόγῳ τοῦ θεοῦ ἐπιβουλεύοντας, ὅτι ἀποκτεῖναι ζητοῦσιν καὶ ἐξαφανίσαι αὐτόν, ἄνθρωπον αὐτόν, τουτέστιν ἀνθρώπινον καὶ θνητόν, εἶναι ὑπολαμβάνοντες, ἢ καὶ τῷ ἀνθρωπινωτέρῳ αὐτοῦ καὶ</w:t>
      </w:r>
    </w:p>
    <w:p>
      <w:r>
        <w:rPr>
          <w:rFonts w:ascii="Courier New" w:hAnsi="Courier New"/>
          <w:color w:val="555555"/>
          <w:sz w:val="20"/>
        </w:rPr>
        <w:t>[5]</w:t>
      </w:r>
    </w:p>
    <w:p>
      <w:r>
        <w:rPr>
          <w:rFonts w:ascii="Gentium Plus" w:hAnsi="Gentium Plus"/>
          <w:sz w:val="24"/>
        </w:rPr>
        <w:t>βλεπομένῳ ἐπιτίθενται· ἵνα δὲ καὶ ἀποκτείνωσιν τὸ σῶμα τοῦ λόγου,</w:t>
      </w:r>
    </w:p>
    <w:p>
      <w:r>
        <w:rPr>
          <w:rFonts w:ascii="Courier New" w:hAnsi="Courier New"/>
          <w:color w:val="555555"/>
          <w:sz w:val="20"/>
        </w:rPr>
        <w:t>[20 . 11 . 82]</w:t>
      </w:r>
    </w:p>
    <w:p>
      <w:r>
        <w:rPr>
          <w:rFonts w:ascii="Gentium Plus" w:hAnsi="Gentium Plus"/>
          <w:sz w:val="24"/>
        </w:rPr>
        <w:t>σαφὲς ὅτι μετὰ ταῦτα οὐδὲν δύνανται ποιῆσαι περισσότερον. διόπερ οὐ φοβητέον ἡμῖν ἀπὸ τῶν ἀποκτιννύντων τὸ σῶμα, μετὰ δὲ ταῦτα μὴ ἐχόντων περισσότερόν τι ποιῆσαι, οὐδὲ φοβητέον ἀπὸ τῶν ἀποκτεινόντων τὸ σῶμα, τὴν δὲ ψυχὴν τοῦ λόγου ἀποκτεῖναι μὴ</w:t>
      </w:r>
    </w:p>
    <w:p>
      <w:r>
        <w:rPr>
          <w:rFonts w:ascii="Courier New" w:hAnsi="Courier New"/>
          <w:color w:val="555555"/>
          <w:sz w:val="20"/>
        </w:rPr>
        <w:t>[20 . 11 . 83]</w:t>
      </w:r>
    </w:p>
    <w:p>
      <w:r>
        <w:rPr>
          <w:rFonts w:ascii="Gentium Plus" w:hAnsi="Gentium Plus"/>
          <w:sz w:val="24"/>
        </w:rPr>
        <w:t>δυναμένων. ἀλλ’ εἰ τοιοῦτός τίς ἐστιν 〈ὁ〉 λόγος ὥστε καὶ τὸ σῶμα αὐτοῦ καὶ τὴν ψυχήν, τῷ ἄξια εἶναι ἀπωλείας, ἀπόλλυσθαι δύνασθαι, φοβητέον τὸν δυνάμενον θεὸν λόγον καὶ ψυχὴν καὶ σῶμα ἀπολέσαι καὶ ἐξαφανίσαι, εἴτε ἐν γεέννῃ εἴτε ὅπως βούλεται· ὁ κύριος γὰρ</w:t>
      </w:r>
    </w:p>
    <w:p>
      <w:r>
        <w:rPr>
          <w:rFonts w:ascii="Courier New" w:hAnsi="Courier New"/>
          <w:color w:val="555555"/>
          <w:sz w:val="20"/>
        </w:rPr>
        <w:t>[5]</w:t>
      </w:r>
    </w:p>
    <w:p>
      <w:r>
        <w:rPr>
          <w:rFonts w:ascii="Gentium Plus" w:hAnsi="Gentium Plus"/>
          <w:sz w:val="24"/>
        </w:rPr>
        <w:t>Ἰησοῦς ἀναλοῖ τῷ πνεύματι τοῦ στόματος αὐτοῦ καὶ καταργεῖ τῇ ἐπιφανείᾳ τῆς παρουσίας ἑαυτοῦ τὸν ἀντικείμενον λόγον καὶ ἐπαιρό‐</w:t>
      </w:r>
    </w:p>
    <w:p>
      <w:r>
        <w:rPr>
          <w:rFonts w:ascii="Courier New" w:hAnsi="Courier New"/>
          <w:color w:val="555555"/>
          <w:sz w:val="20"/>
        </w:rPr>
        <w:t>[20 . 11 . 84]</w:t>
      </w:r>
    </w:p>
    <w:p>
      <w:r>
        <w:rPr>
          <w:rFonts w:ascii="Gentium Plus" w:hAnsi="Gentium Plus"/>
          <w:sz w:val="24"/>
        </w:rPr>
        <w:t>μενον ἐπὶ πάντα λεγόμενον θεὸν ἢ σέβασμα. καὶ ζητοῦσί γε οὗτοι πρὸς οὓς ὁ λόγος ἀποκτεῖναι ἄνθρωπον ὃς τὴν ἀλήθειαν λελάληκεν,</w:t>
      </w:r>
    </w:p>
    <w:p>
      <w:r>
        <w:rPr>
          <w:rFonts w:ascii="Courier New" w:hAnsi="Courier New"/>
          <w:color w:val="555555"/>
          <w:sz w:val="20"/>
        </w:rPr>
        <w:t>[20 . 11 . 85]</w:t>
      </w:r>
    </w:p>
    <w:p>
      <w:r>
        <w:rPr>
          <w:rFonts w:ascii="Gentium Plus" w:hAnsi="Gentium Plus"/>
          <w:sz w:val="24"/>
        </w:rPr>
        <w:t>ἣν ἤκουσεν παρὰ τοῦ θεοῦ καὶ εἴληφεν. κἂν ἁπλούστερον μέντοι γε κατὰ τὸν τόπον ἐκλαμβάνωμεν, σαφῶς ἐδίδαξεν ὁ σωτὴρ ὅτι τὸ ζητούμενον ὑπὸ Ἰουδαίων ἐπὶ τῷ ἀναιρεθῆναι αὐτὸ θεὸς οὐκ ἦν ἀλλὰ ἄνθρωπος, ὃς καὶ ἀνῃρέθη· θεὸν γὰρ οὐ θεμιτὸν ἀποθνήσκειν</w:t>
      </w:r>
    </w:p>
    <w:p>
      <w:r>
        <w:rPr>
          <w:rFonts w:ascii="Courier New" w:hAnsi="Courier New"/>
          <w:color w:val="555555"/>
          <w:sz w:val="20"/>
        </w:rPr>
        <w:t>[5]</w:t>
      </w:r>
    </w:p>
    <w:p>
      <w:r>
        <w:rPr>
          <w:rFonts w:ascii="Gentium Plus" w:hAnsi="Gentium Plus"/>
          <w:sz w:val="24"/>
        </w:rPr>
        <w:t>λέγειν· διόπερ ὁ ἐν ἀρχῇ πρὸς τὸν θεὸν λόγος, ὅστις καὶ θεὸς λόγος ἦν, οὐκ ἀπέθανεν. ζητήσεις δέ, ἐπεὶ γέγραπται ὅτι «Ὁ λόγος σὰρξ «ἐγένετο», πότερόν ποτε ὁ γενόμενος σὰρξ λόγος τῷ γεγονέναι σὰρξ</w:t>
      </w:r>
    </w:p>
    <w:p>
      <w:r>
        <w:rPr>
          <w:rFonts w:ascii="Courier New" w:hAnsi="Courier New"/>
          <w:color w:val="555555"/>
          <w:sz w:val="20"/>
        </w:rPr>
        <w:t>[20 . 11 . 86]</w:t>
      </w:r>
    </w:p>
    <w:p>
      <w:r>
        <w:rPr>
          <w:rFonts w:ascii="Gentium Plus" w:hAnsi="Gentium Plus"/>
          <w:sz w:val="24"/>
        </w:rPr>
        <w:t>γέγονεν καὶ ἄνθρωπος ἢ οὐ γέγονεν ἄνθρωπος. εἰ μὲν γὰρ γέγονεν ἄνθρωπος, δύναται αὐτὸς ἐζητῆσθαι ἀναιρεθῆναι· εἰ δὲ μὴ γέγονεν ἄνθρωπος, καὶ ὁ γενόμενος σὰρξ λόγος οὐκ ἀναιρεθεὶς ἀποκατέστη, καὶ ἀποκαθίσταται ἕκαστος ἐπὶ τοῦτο ὅπερ ἦν πρὶν γένηται σάρξ.</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[20 . 12 n]</w:t>
      </w:r>
    </w:p>
    <w:p>
      <w:r>
        <w:rPr>
          <w:rFonts w:ascii="Gentium Plus" w:hAnsi="Gentium Plus"/>
          <w:sz w:val="24"/>
        </w:rPr>
        <w:t>Τοῦτο Ἀβραὰμ οὐκ ἐποίησεν.</w:t>
      </w:r>
    </w:p>
    <w:p>
      <w:r>
        <w:rPr>
          <w:rFonts w:ascii="Courier New" w:hAnsi="Courier New"/>
          <w:color w:val="555555"/>
          <w:sz w:val="20"/>
        </w:rPr>
        <w:t>[20 . 12 . 87]</w:t>
      </w:r>
    </w:p>
    <w:p>
      <w:r>
        <w:rPr>
          <w:rFonts w:ascii="Gentium Plus" w:hAnsi="Gentium Plus"/>
          <w:sz w:val="24"/>
        </w:rPr>
        <w:t>Τὸ μηδαμῶς δυνατὸν πραχθῆναι τῷ Ἀβραάμ, εἰ μὴ πε‐ ποίηκεν Ἀβραάμ, ὡς ἔτυχεν ἀνειρῆσθαι δόξει τὸ «Τοῦτο Ἀβραὰμ «οὐκ ἐποίησεν». εἴποιεν γὰρ ἂν πρὸς τοῦτό τινες ὅτι μάτην λέγεται τὸ «Τοῦτο Ἀβραὰμ οὐκ ἐποίησεν», εἴπερ οὐκ ἐποίησεν τὸ μηδαμῶς</w:t>
      </w:r>
    </w:p>
    <w:p>
      <w:r>
        <w:rPr>
          <w:rFonts w:ascii="Courier New" w:hAnsi="Courier New"/>
          <w:color w:val="555555"/>
          <w:sz w:val="20"/>
        </w:rPr>
        <w:t>[5]</w:t>
      </w:r>
    </w:p>
    <w:p>
      <w:r>
        <w:rPr>
          <w:rFonts w:ascii="Gentium Plus" w:hAnsi="Gentium Plus"/>
          <w:sz w:val="24"/>
        </w:rPr>
        <w:t>γενόμενον κατὰ τὸν χρόνον αὐτοῦ· οὐ γὰρ γεγόνει κατὰ τὸν χρόνον</w:t>
      </w:r>
    </w:p>
    <w:p>
      <w:r>
        <w:rPr>
          <w:rFonts w:ascii="Courier New" w:hAnsi="Courier New"/>
          <w:color w:val="555555"/>
          <w:sz w:val="20"/>
        </w:rPr>
        <w:t>[20 . 12 . 88]</w:t>
      </w:r>
    </w:p>
    <w:p>
      <w:r>
        <w:rPr>
          <w:rFonts w:ascii="Gentium Plus" w:hAnsi="Gentium Plus"/>
          <w:sz w:val="24"/>
        </w:rPr>
        <w:t>αὐτοῦ ὁ Ἰησοῦς. ἀλλ’ ἐπεὶ τὸ «Τοῦτο Ἀβραὰμ οὐκ ἐποίησεν» οἱονεὶ ἐν ἐπαίνῳ ὑπολαμβάνω εἰρῆσθαι τῷ περὶ τοῦ Ἀβραάμ, εἴποιμ’ ἂν ὅτι κατὰ τὸν διδάξαντα λόγον τὸ «Ἀβραὰμ ὁ πατὴρ ὑμῶν ἠγαλλιά‐ «σατο ἵνα ἴδῃ τὴν ἡμέραν τὴν ἐμήν, καὶ εἶδεν καὶ ἐχάρη» ἔστιν τὸ</w:t>
      </w:r>
    </w:p>
    <w:p>
      <w:r>
        <w:rPr>
          <w:rFonts w:ascii="Courier New" w:hAnsi="Courier New"/>
          <w:color w:val="555555"/>
          <w:sz w:val="20"/>
        </w:rPr>
        <w:t>[5]</w:t>
      </w:r>
    </w:p>
    <w:p>
      <w:r>
        <w:rPr>
          <w:rFonts w:ascii="Gentium Plus" w:hAnsi="Gentium Plus"/>
          <w:sz w:val="24"/>
        </w:rPr>
        <w:t>γεγονέναι μὲν καὶ ἐπὶ τοῦ Ἀβραὰμ ἄνθρωπον λαλοῦντα ἣν ἤκουσεν παρὰ τοῦ θεοῦ ἀλήθειαν, οὐ μὴν ἐζητῆσθαι αὐτὸν ἀνῃρῆσθαι ὑπὸ</w:t>
      </w:r>
    </w:p>
    <w:p>
      <w:r>
        <w:rPr>
          <w:rFonts w:ascii="Courier New" w:hAnsi="Courier New"/>
          <w:color w:val="555555"/>
          <w:sz w:val="20"/>
        </w:rPr>
        <w:t>[20 . 12 . 89]</w:t>
      </w:r>
    </w:p>
    <w:p>
      <w:r>
        <w:rPr>
          <w:rFonts w:ascii="Gentium Plus" w:hAnsi="Gentium Plus"/>
          <w:sz w:val="24"/>
        </w:rPr>
        <w:t>τοῦ Ἀβραάμ. καὶ ἐπίστησον ὅτι οὐκ ἔστιν ὅτε ὁ κατὰ τὸν Ἰησοῦν τροπικῶς νοούμενος ἄνθρωπος οὐκ ἐπεδήμει τῷ βίῳ, καὶ μετὰ τοὺς τῆς περὶ αὐτοῦ ἱστορίας χρόνους καὶ πρότερον. κατὰ τοῦτο δὲ οἴομαι πάντα τὸν ἅπαξ φωτισθέντα καὶ γευσάμενον δωρεᾶς ἐπου‐</w:t>
      </w:r>
    </w:p>
    <w:p>
      <w:r>
        <w:rPr>
          <w:rFonts w:ascii="Courier New" w:hAnsi="Courier New"/>
          <w:color w:val="555555"/>
          <w:sz w:val="20"/>
        </w:rPr>
        <w:t>[5]</w:t>
      </w:r>
    </w:p>
    <w:p>
      <w:r>
        <w:rPr>
          <w:rFonts w:ascii="Gentium Plus" w:hAnsi="Gentium Plus"/>
          <w:sz w:val="24"/>
        </w:rPr>
        <w:t>ρανίου μέτοχόν τε γενηθέντα πνεύματος ἁγίου, καὶ καλὸν γευσάμενον θεοῦ ῥῆμα δυνάμεις τε μέλλοντος αἰῶνος καὶ παραπεσόντα πάλιν, ἀνακαινίζειν ἑαυτὸν εἰς μετάνοιαν, ἤτοι προσταυροῦντα ἢ ἀνασταυ‐ ροῦντα τὸν υἱὸν τοῦ θεοῦ καὶ παραδειγματίζοντα, εἴτε πρὸ τῆς ἱστορουμένης σωματικῆς τοῦ σωτῆρος ἡμῶν ἐπιδημίας εἴτε καὶ</w:t>
      </w:r>
    </w:p>
    <w:p>
      <w:r>
        <w:rPr>
          <w:rFonts w:ascii="Courier New" w:hAnsi="Courier New"/>
          <w:color w:val="555555"/>
          <w:sz w:val="20"/>
        </w:rPr>
        <w:t>[20 . 12 . 90]</w:t>
      </w:r>
    </w:p>
    <w:p>
      <w:r>
        <w:rPr>
          <w:rFonts w:ascii="Gentium Plus" w:hAnsi="Gentium Plus"/>
          <w:sz w:val="24"/>
        </w:rPr>
        <w:t>ὕστερον. οὐ γὰρ ὁ μὲν νῦν μετὰ τὸν φωτισμὸν καὶ τὰς λοιπὰς εἰς</w:t>
      </w:r>
    </w:p>
    <w:p>
      <w:r>
        <w:rPr>
          <w:rFonts w:ascii="Courier New" w:hAnsi="Courier New"/>
          <w:color w:val="555555"/>
          <w:sz w:val="20"/>
        </w:rPr>
        <w:t>[5]</w:t>
      </w:r>
    </w:p>
    <w:p>
      <w:r>
        <w:rPr>
          <w:rFonts w:ascii="Gentium Plus" w:hAnsi="Gentium Plus"/>
          <w:sz w:val="24"/>
        </w:rPr>
        <w:t>θεοῦ ἐνεργείας ἐπιτελῶν, οὐχὶ δὲ καὶ πρότερον τοῦτο ἐγίνετο καὶ ὁ ἁμαρτάνων μετὰ τὸ ἀκοῦσαι θείων λόγων προεσταύρου τὸν υἱὸν</w:t>
      </w:r>
    </w:p>
    <w:p>
      <w:r>
        <w:rPr>
          <w:rFonts w:ascii="Courier New" w:hAnsi="Courier New"/>
          <w:color w:val="555555"/>
          <w:sz w:val="20"/>
        </w:rPr>
        <w:t>[20 . 12 . 91]</w:t>
      </w:r>
    </w:p>
    <w:p>
      <w:r>
        <w:rPr>
          <w:rFonts w:ascii="Gentium Plus" w:hAnsi="Gentium Plus"/>
          <w:sz w:val="24"/>
        </w:rPr>
        <w:t>τοῦ θεοῦ. εἴ τῳ δὲ φίλον παραδέξασθαι τὸ ἐν ταῖς Παύλου Πράξεσιν ἀναγεγραμμένον ὡς ὑπὸ τοῦ σωτῆρος εἰρημένον· «Ἄνωθεν μέλλω «σταυροῦσθαι», οὗτος, ὡς μετὰ τὴν ἐπιδημίαν παραδέχεται τὸ «Ἄνω‐ «θεν μέλλω σταυροῦσθαι» γινόμενον, οὕτω καὶ πρὸ τῆς ἐπιδημίας,</w:t>
      </w:r>
    </w:p>
    <w:p>
      <w:r>
        <w:rPr>
          <w:rFonts w:ascii="Courier New" w:hAnsi="Courier New"/>
          <w:color w:val="555555"/>
          <w:sz w:val="20"/>
        </w:rPr>
        <w:t>[5]</w:t>
      </w:r>
    </w:p>
    <w:p>
      <w:r>
        <w:rPr>
          <w:rFonts w:ascii="Gentium Plus" w:hAnsi="Gentium Plus"/>
          <w:sz w:val="24"/>
        </w:rPr>
        <w:t>ὅταν τὰ αὐτὰ αἴτια γίνηται τὸ λέγεσθαι ἄν· ‹ἤδη μέλλω σταυροῦ‐</w:t>
      </w:r>
    </w:p>
    <w:p>
      <w:r>
        <w:rPr>
          <w:rFonts w:ascii="Courier New" w:hAnsi="Courier New"/>
          <w:color w:val="555555"/>
          <w:sz w:val="20"/>
        </w:rPr>
        <w:t>[20 . 12 . 92]</w:t>
      </w:r>
    </w:p>
    <w:p>
      <w:r>
        <w:rPr>
          <w:rFonts w:ascii="Gentium Plus" w:hAnsi="Gentium Plus"/>
          <w:sz w:val="24"/>
        </w:rPr>
        <w:t>σθαι›. διὰ τί γὰρ οὐχὶ ὡς ‹ἄνωθεν› μέλλει σταυροῦσθαι, καὶ πρό‐ τερον ἐσταύρωτο; ὅρα δὲ εἰ μὴ μόνων τῶν μετὰ τὴν παρουσίαν ἐστὶν ἁγίων φωνὴ τὸ «Χριστῷ συνεσταύρωμαι», ἀλλὰ καὶ τῶν προ‐ τέρων, ἵνα μὴ διαφέρειν λέγωμεν τοὺς μετὰ τὴν παρουσίαν ἁγίους</w:t>
      </w:r>
    </w:p>
    <w:p>
      <w:r>
        <w:rPr>
          <w:rFonts w:ascii="Courier New" w:hAnsi="Courier New"/>
          <w:color w:val="555555"/>
          <w:sz w:val="20"/>
        </w:rPr>
        <w:t>[20 . 12 . 93]</w:t>
      </w:r>
    </w:p>
    <w:p>
      <w:r>
        <w:rPr>
          <w:rFonts w:ascii="Gentium Plus" w:hAnsi="Gentium Plus"/>
          <w:sz w:val="24"/>
        </w:rPr>
        <w:t>Μωσέως καὶ τῶν πατριαρχῶν. καὶ τὸ «Ζῶ οὐκέτι ἐγώ, ζῇ δὲ ἐν «ἐμοὶ Χριστός» λεγέσθω μὴ μόνον ὑπὸ τῶν μετὰ τὴν παρουσίαν ἀλλὰ καὶ ὑπὸ τῶν προτέρων. ἐφίστημι δὲ καὶ τῷ «Θεὸς Ἀβραὰμ «καὶ θεὸς Ἰσαὰκ καὶ θεὸς Ἰακώβ· θεὸς δὲ οὐκ ἔστι νεκρῶν ἀλλὰ</w:t>
      </w:r>
    </w:p>
    <w:p>
      <w:r>
        <w:rPr>
          <w:rFonts w:ascii="Courier New" w:hAnsi="Courier New"/>
          <w:color w:val="555555"/>
          <w:sz w:val="20"/>
        </w:rPr>
        <w:t>[5]</w:t>
      </w:r>
    </w:p>
    <w:p>
      <w:r>
        <w:rPr>
          <w:rFonts w:ascii="Gentium Plus" w:hAnsi="Gentium Plus"/>
          <w:sz w:val="24"/>
        </w:rPr>
        <w:t>«ζώντων» εἰρημένῳ ὑπὸ τοῦ σωτῆρος, μήποτε διὰ τοῦτο ζῶντές εἰσιν Ἀβραὰμ καὶ Ἰσαὰκ καὶ Ἰακώβ, ἐπεὶ καὶ αὐτοὶ συνταφέντες τῷ χριστῷ συνανέστησαν αὐτῷ, οὐ πάντως κατὰ τὴν σωματικὴν τοῦ Ἰησοῦ ταφὴν ἢ σωματικὴν ἀνάστασιν αὐτοῦ. ταῦτα πρὸς τὸ «Τοῦτο «Ἀβραὰμ οὐκ ἐποίησε».</w:t>
      </w:r>
    </w:p>
    <w:p>
      <w:r>
        <w:rPr>
          <w:rFonts w:ascii="Courier New" w:hAnsi="Courier New"/>
          <w:color w:val="555555"/>
          <w:sz w:val="20"/>
        </w:rPr>
        <w:t>[20 . 12 . 94]</w:t>
      </w:r>
    </w:p>
    <w:p>
      <w:r>
        <w:rPr>
          <w:rFonts w:ascii="Gentium Plus" w:hAnsi="Gentium Plus"/>
          <w:sz w:val="24"/>
        </w:rPr>
        <w:t>Τί δὲ «τοῦτο» ἢ τὸ ζητεῖν ἀποκτεῖναι ἄνθρωπον ὃς τὴν ἀλή‐ θειαν λελάληκεν ἣν ἤκουσε παρὰ τοῦ θεοῦ; ἀποδίδομεν γὰρ ὡς ἄρα ἡ κατὰ τὸν Ἰησοῦν πνευματικὴ οἰκονομία οὐκ ἔστιν ὅτε τοῖς ἁγίοις</w:t>
      </w:r>
    </w:p>
    <w:p>
      <w:r>
        <w:rPr>
          <w:rFonts w:ascii="Courier New" w:hAnsi="Courier New"/>
          <w:color w:val="555555"/>
          <w:sz w:val="20"/>
        </w:rPr>
        <w:t>[20 . 12 . 95]</w:t>
      </w:r>
    </w:p>
    <w:p>
      <w:r>
        <w:rPr>
          <w:rFonts w:ascii="Gentium Plus" w:hAnsi="Gentium Plus"/>
          <w:sz w:val="24"/>
        </w:rPr>
        <w:t>οὐκ ἦν. ἐὰν δὲ ἀνάγαγῃς ταῦτα, ὥσπερ ὑπονενοήκαμεν ἐν ἄλλοις, ἑτέρως παρὰ τὸ κοινότερον ἐπὶ μυστικώτερον Ἀβραάμ, ὁμοίως πάντα τὰ κατὰ τὸν τόπον ἐξομαλίσαι πειράσει, ζητῶν τὴν ἑκάστου τού‐ των ἀκολουθίαν.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[20 . 13 n]</w:t>
      </w:r>
    </w:p>
    <w:p>
      <w:r>
        <w:rPr>
          <w:rFonts w:ascii="Gentium Plus" w:hAnsi="Gentium Plus"/>
          <w:sz w:val="24"/>
        </w:rPr>
        <w:t>Ὑμεῖς ποιεῖτε τὰ ἔργα τοῦ πατρὸς ὑμῶν.</w:t>
      </w:r>
    </w:p>
    <w:p>
      <w:r>
        <w:rPr>
          <w:rFonts w:ascii="Courier New" w:hAnsi="Courier New"/>
          <w:color w:val="555555"/>
          <w:sz w:val="20"/>
        </w:rPr>
        <w:t>[20 . 13 . 96]</w:t>
      </w:r>
    </w:p>
    <w:p>
      <w:r>
        <w:rPr>
          <w:rFonts w:ascii="Gentium Plus" w:hAnsi="Gentium Plus"/>
          <w:sz w:val="24"/>
        </w:rPr>
        <w:t>Ὅσον ἐπὶ τῷ ῥητῷ τούτῳ οὐκ ἔστι σαφὲς τίνα θέλει εἰπεῖν πατέρα τῶν πεπιστευκότων αὐτῷ Ἰουδαίων καὶ μηδέπω ἐγνωκότων</w:t>
      </w:r>
    </w:p>
    <w:p>
      <w:r>
        <w:rPr>
          <w:rFonts w:ascii="Courier New" w:hAnsi="Courier New"/>
          <w:color w:val="555555"/>
          <w:sz w:val="20"/>
        </w:rPr>
        <w:t>[20 . 13 . 97]</w:t>
      </w:r>
    </w:p>
    <w:p>
      <w:r>
        <w:rPr>
          <w:rFonts w:ascii="Gentium Plus" w:hAnsi="Gentium Plus"/>
          <w:sz w:val="24"/>
        </w:rPr>
        <w:t>τὴν ἀλήθειαν· πρὸς αὐτοὺς γὰρ ταῦτα πάντα φησί. καὶ εἰ μὴ ἐπε‐ φέρετο μετ’ ὀλίγα τὸ «Ὑμεῖς ἐκ τοῦ πατρὸς τοῦ διαβόλου ἐστὲ καὶ «τὰς ἐπιθυμίας τοῦ πατρὸς ὑμῶν θέλετε ποιεῖν», κἂν σαφῶς οὐκ</w:t>
      </w:r>
    </w:p>
    <w:p>
      <w:r>
        <w:rPr>
          <w:rFonts w:ascii="Courier New" w:hAnsi="Courier New"/>
          <w:color w:val="555555"/>
          <w:sz w:val="20"/>
        </w:rPr>
        <w:t>[20 . 13 . 98]</w:t>
      </w:r>
    </w:p>
    <w:p>
      <w:r>
        <w:rPr>
          <w:rFonts w:ascii="Gentium Plus" w:hAnsi="Gentium Plus"/>
          <w:sz w:val="24"/>
        </w:rPr>
        <w:t>ἐγνώκειμεν τὸ βούλημα τοῦ εἰρημένου. οὐ θαυμαστὸν δὲ εἰ τοῖς πεπιστευκόσιν αὐτῷ Ἰουδαίοις, μηδέπω μείνασιν αὐτοῦ ἐν τῷ λόγῳ, ἵνα ἀληθῶς αὐτοῦ γένωνται μαθηταὶ καὶ γνῶσιν τὴν ἀλήθειαν ἐπὶ τῷ ἐλευθερωθῆναι ὑπ’ αὐτῆς, ἔλεγεν τὸ «Ὑμεῖς ποιεῖτε τὰ ἔργα τοῦ</w:t>
      </w:r>
    </w:p>
    <w:p>
      <w:r>
        <w:rPr>
          <w:rFonts w:ascii="Courier New" w:hAnsi="Courier New"/>
          <w:color w:val="555555"/>
          <w:sz w:val="20"/>
        </w:rPr>
        <w:t>[5]</w:t>
      </w:r>
    </w:p>
    <w:p>
      <w:r>
        <w:rPr>
          <w:rFonts w:ascii="Gentium Plus" w:hAnsi="Gentium Plus"/>
          <w:sz w:val="24"/>
        </w:rPr>
        <w:t>«πατρὸς ὑμῶν» καί, ὡς ἐν τοῖς ἑξῆς ἐπιφέρεται, τὸ «Ὑμεῖς ἐκ τοῦ</w:t>
      </w:r>
    </w:p>
    <w:p>
      <w:r>
        <w:rPr>
          <w:rFonts w:ascii="Courier New" w:hAnsi="Courier New"/>
          <w:color w:val="555555"/>
          <w:sz w:val="20"/>
        </w:rPr>
        <w:t>[20 . 13 . 99]</w:t>
      </w:r>
    </w:p>
    <w:p>
      <w:r>
        <w:rPr>
          <w:rFonts w:ascii="Gentium Plus" w:hAnsi="Gentium Plus"/>
          <w:sz w:val="24"/>
        </w:rPr>
        <w:t>«πατρὸς τοῦ διαβόλου ἐστέ». κἂν γὰρ ἀπηνὲς εἶναι δοκῇ τὸ τοιοῦτο λεγόμενον περὶ πεπιστευκότων μὲν αὐτῷ καὶ μαθητευθέντων πως, οὐ μὴν ἤδη ἀληθῶς χρηματισάντων μαθητῶν τοῦ Ἰησοῦ, ὅμως κατα‐ νοητέον καὶ τὸ ἐν τῇ καθολικῇ ἐπιστολῇ ὑπὸ Ἰωάννου εἰρημένον</w:t>
      </w:r>
    </w:p>
    <w:p>
      <w:r>
        <w:rPr>
          <w:rFonts w:ascii="Courier New" w:hAnsi="Courier New"/>
          <w:color w:val="555555"/>
          <w:sz w:val="20"/>
        </w:rPr>
        <w:t>[5]</w:t>
      </w:r>
    </w:p>
    <w:p>
      <w:r>
        <w:rPr>
          <w:rFonts w:ascii="Gentium Plus" w:hAnsi="Gentium Plus"/>
          <w:sz w:val="24"/>
        </w:rPr>
        <w:t>περὶ υἱῶν θεοῦ καὶ υἱῶν διαβόλου· «Ὁ ποιῶν, γάρ φησι, τὴν ἁμαρ‐ «τίαν ἐκ τοῦ διαβόλου ἐστίν, ὅτι ἀπ’ ἀρχῆς ὁ διάβολος ἁμαρτάνει.</w:t>
      </w:r>
    </w:p>
    <w:p>
      <w:r>
        <w:rPr>
          <w:rFonts w:ascii="Courier New" w:hAnsi="Courier New"/>
          <w:color w:val="555555"/>
          <w:sz w:val="20"/>
        </w:rPr>
        <w:t>[20 . 13 . 100]</w:t>
      </w:r>
    </w:p>
    <w:p>
      <w:r>
        <w:rPr>
          <w:rFonts w:ascii="Gentium Plus" w:hAnsi="Gentium Plus"/>
          <w:sz w:val="24"/>
        </w:rPr>
        <w:t>«εἰς τοῦτο ἐνεφανερώθη ὁ υἱὸς τοῦ θεοῦ, ἵνα λύσῃ τὰ ἔργα τοῦ «διαβόλου. πᾶς ὁ γεγεννημένος ἐκ τοῦ θεοῦ ἁμαρτίαν οὐ ποιεῖ, ὅτι «σπέρμα αὐτοῦ ἐν αὐτῷ μένει, καὶ οὐ δύναται ἁμαρτάνειν, ὅτι ἐκ</w:t>
      </w:r>
    </w:p>
    <w:p>
      <w:r>
        <w:rPr>
          <w:rFonts w:ascii="Courier New" w:hAnsi="Courier New"/>
          <w:color w:val="555555"/>
          <w:sz w:val="20"/>
        </w:rPr>
        <w:t>[20 . 13 . 101]</w:t>
      </w:r>
    </w:p>
    <w:p>
      <w:r>
        <w:rPr>
          <w:rFonts w:ascii="Gentium Plus" w:hAnsi="Gentium Plus"/>
          <w:sz w:val="24"/>
        </w:rPr>
        <w:t>«τοῦ θεοῦ γεγέννηται. ἐν τούτῳ φανερά ἐστιν τὰ τέκνα τοῦ θεοῦ «καὶ τὰ τέκνα τοῦ διαβόλου· πᾶς ὁ μὴ ὢν δίκαιος οὐκ ἔστιν ἐκ τοῦ</w:t>
      </w:r>
    </w:p>
    <w:p>
      <w:r>
        <w:rPr>
          <w:rFonts w:ascii="Courier New" w:hAnsi="Courier New"/>
          <w:color w:val="555555"/>
          <w:sz w:val="20"/>
        </w:rPr>
        <w:t>[20 . 13 . 102]</w:t>
      </w:r>
    </w:p>
    <w:p>
      <w:r>
        <w:rPr>
          <w:rFonts w:ascii="Gentium Plus" w:hAnsi="Gentium Plus"/>
          <w:sz w:val="24"/>
        </w:rPr>
        <w:t>«θεοῦ, καὶ ὁ μὴ ἀγαπῶν τὸν ἀδελφὸν αὐτοῦ». τῶν ῥητῶν τοίνυν τούτων οὕτως ἐχόντων κατανόησον εἰ μὴ σαφῶς εἴρηται ὅτι πᾶς</w:t>
      </w:r>
    </w:p>
    <w:p>
      <w:r>
        <w:rPr>
          <w:rFonts w:ascii="Courier New" w:hAnsi="Courier New"/>
          <w:color w:val="555555"/>
          <w:sz w:val="20"/>
        </w:rPr>
        <w:t>[20 . 13 . 103]</w:t>
      </w:r>
    </w:p>
    <w:p>
      <w:r>
        <w:rPr>
          <w:rFonts w:ascii="Gentium Plus" w:hAnsi="Gentium Plus"/>
          <w:sz w:val="24"/>
        </w:rPr>
        <w:t>«ὁ ποιῶν τὴν ἁμαρτίαν ἐκ τοῦ διαβόλου ἐστίν». ὅσον ποιοῦμεν ἁμαρτίας, οὐδέπω τὴν ἐκ τοῦ διαβόλου γένεσιν ἀπεδυσάμεθα, κἂν πιστεύειν εἰς τὸν Ἰησοῦν νομιζώμεθα· καὶ τούτῳ ἀκόλουθόν ἐστιν τὸ λέγεσθαι τοῖς πεπιστευκόσιν Ἰουδαίοις ὑπὸ τοῦ Ἰησοῦ· «Ὑμεῖς</w:t>
      </w:r>
    </w:p>
    <w:p>
      <w:r>
        <w:rPr>
          <w:rFonts w:ascii="Courier New" w:hAnsi="Courier New"/>
          <w:color w:val="555555"/>
          <w:sz w:val="20"/>
        </w:rPr>
        <w:t>[5]</w:t>
      </w:r>
    </w:p>
    <w:p>
      <w:r>
        <w:rPr>
          <w:rFonts w:ascii="Gentium Plus" w:hAnsi="Gentium Plus"/>
          <w:sz w:val="24"/>
        </w:rPr>
        <w:t>«ποιεῖτε τὰ ἔργα τοῦ πατρὸς ὑμῶν» ἀναφερομένου «τοῦ πατρὸς» ἐπὶ τὸν διάβολον διὰ τὸ «Ὑμεῖς ἐκ τοῦ πατρὸς τοῦ διαβόλου ἐστέ».</w:t>
      </w:r>
    </w:p>
    <w:p>
      <w:r>
        <w:rPr>
          <w:rFonts w:ascii="Courier New" w:hAnsi="Courier New"/>
          <w:color w:val="555555"/>
          <w:sz w:val="20"/>
        </w:rPr>
        <w:t>[20 . 13 . 104]</w:t>
      </w:r>
    </w:p>
    <w:p>
      <w:r>
        <w:rPr>
          <w:rFonts w:ascii="Gentium Plus" w:hAnsi="Gentium Plus"/>
          <w:sz w:val="24"/>
        </w:rPr>
        <w:t>εἰ δὲ πᾶς «ὁ ποιῶν τὴν ἁμαρτίαν ἐκ τοῦ διαβόλου ἐστίν», πᾶς ὁ</w:t>
      </w:r>
    </w:p>
    <w:p>
      <w:r>
        <w:rPr>
          <w:rFonts w:ascii="Courier New" w:hAnsi="Courier New"/>
          <w:color w:val="555555"/>
          <w:sz w:val="20"/>
        </w:rPr>
        <w:t>[20 . 13 . 105]</w:t>
      </w:r>
    </w:p>
    <w:p>
      <w:r>
        <w:rPr>
          <w:rFonts w:ascii="Gentium Plus" w:hAnsi="Gentium Plus"/>
          <w:sz w:val="24"/>
        </w:rPr>
        <w:t>μὴ ὢν ἐκ τοῦ διαβόλου οὐ ποιεῖ τὴν ἁμαρτίαν. ἀλλὰ καὶ εἴπερ «εἰς «τοῦτο ἐφανερώθη ὁ υἱὸς τοῦ θεοῦ, ἵνα λύσῃ τὰ ἔργα τοῦ δια‐ «βόλου», ὅσον οὐδέπω τὰ ἐν ἡμῖν ἔλυσεν ἔργα τοῦ διαβόλου, τῷ μὴ παρεστακέναι ἡμᾶς ἑαυτοὺς τῷ λύοντι τὰ ἔργα τοῦ διαβόλου, οὐ‐</w:t>
      </w:r>
    </w:p>
    <w:p>
      <w:r>
        <w:rPr>
          <w:rFonts w:ascii="Courier New" w:hAnsi="Courier New"/>
          <w:color w:val="555555"/>
          <w:sz w:val="20"/>
        </w:rPr>
        <w:t>[5]</w:t>
      </w:r>
    </w:p>
    <w:p>
      <w:r>
        <w:rPr>
          <w:rFonts w:ascii="Gentium Plus" w:hAnsi="Gentium Plus"/>
          <w:sz w:val="24"/>
        </w:rPr>
        <w:t>δέπω ἀπεθέμεθα τὸ εἶναι τέκνα τοῦ διαβόλου, ἀπὸ τῶν καρπῶν</w:t>
      </w:r>
    </w:p>
    <w:p>
      <w:r>
        <w:rPr>
          <w:rFonts w:ascii="Courier New" w:hAnsi="Courier New"/>
          <w:color w:val="555555"/>
          <w:sz w:val="20"/>
        </w:rPr>
        <w:t>[20 . 13 . 106]</w:t>
      </w:r>
    </w:p>
    <w:p>
      <w:r>
        <w:rPr>
          <w:rFonts w:ascii="Gentium Plus" w:hAnsi="Gentium Plus"/>
          <w:sz w:val="24"/>
        </w:rPr>
        <w:t>ἐπιγινωσκόμενοι τίνος ἐσμὲν υἱοί. καὶ ἐκ τούτων μέντοι γε δῆλόν ἐστιν ὅτι οὐ διὰ κατασκευὴν υἱός τίς ἐστιν διαβόλου, οὐδὲ διὰ τὸ</w:t>
      </w:r>
    </w:p>
    <w:p>
      <w:r>
        <w:rPr>
          <w:rFonts w:ascii="Courier New" w:hAnsi="Courier New"/>
          <w:color w:val="555555"/>
          <w:sz w:val="20"/>
        </w:rPr>
        <w:t>[5]</w:t>
      </w:r>
    </w:p>
    <w:p>
      <w:r>
        <w:rPr>
          <w:rFonts w:ascii="Gentium Plus" w:hAnsi="Gentium Plus"/>
          <w:sz w:val="24"/>
        </w:rPr>
        <w:t>θεοῦ, ὅπερ σαφὲς καὶ ὁ Ματθαῖος ποιεῖ ἀναγράφων τὸν σωτῆρα οὕτως εἰρηκέναι· «Ἠκούσατε ὅτι ἐρρέθη· Ἀγαπήσεις τὸν πλησίον «σου καὶ μισήσεις τὸν ἐχθρόν σου· ἐγὼ δὲ λέγω ὑμῖν, ἀγαπήσατε «τοὺς ἐχθροὺς ὑμῶν καὶ προσεύχεσθε ὑπὲρ τῶν διωκόντων ὑμᾶς·</w:t>
      </w:r>
    </w:p>
    <w:p>
      <w:r>
        <w:rPr>
          <w:rFonts w:ascii="Courier New" w:hAnsi="Courier New"/>
          <w:color w:val="555555"/>
          <w:sz w:val="20"/>
        </w:rPr>
        <w:t>[20 . 13 . 107]</w:t>
      </w:r>
    </w:p>
    <w:p>
      <w:r>
        <w:rPr>
          <w:rFonts w:ascii="Gentium Plus" w:hAnsi="Gentium Plus"/>
          <w:sz w:val="24"/>
        </w:rPr>
        <w:t>ὅπως γένησθε υἱοὶ τοῦ πατρὸς ὑμῶν τοῦ ἐν τοῖς οὐρανοῖς». προσέ‐ χετε γὰρ ὅτι ἐκ τοῦ «ἀγαπᾶτε τοὺς ἐχθροὺς» καὶ «προσεύχεσθε «ὑπὲρ τῶν διωκόντων» ὁ μὴ πρότερον τοῦ ἐν οὐρανοῖς πατρός, ὕστερον αὐτοῦ γίνεται υἱός· ἔτι δὲ διὰ τὸ «Ἐν τούτῳ φανερά</w:t>
      </w:r>
    </w:p>
    <w:p>
      <w:r>
        <w:rPr>
          <w:rFonts w:ascii="Courier New" w:hAnsi="Courier New"/>
          <w:color w:val="555555"/>
          <w:sz w:val="20"/>
        </w:rPr>
        <w:t>[5]</w:t>
      </w:r>
    </w:p>
    <w:p>
      <w:r>
        <w:rPr>
          <w:rFonts w:ascii="Gentium Plus" w:hAnsi="Gentium Plus"/>
          <w:sz w:val="24"/>
        </w:rPr>
        <w:t>«ἐστιν τὰ † ἔργα τοῦ θεοῦ καὶ τὰ † ἔργα τοῦ διαβόλου» προειρη‐ μένων περὶ μὲν τοῦ διαβόλου τέκνων ὅτι «Ὁ ποιῶν τὴν ἁμαρτίαν «ἐκ τοῦ διαβόλου ἐστίν»· περὶ δὲ τῶν τοῦ θεοῦ ὅτι «Πᾶς ὁ γεγεννη‐ «μένος ἐκ τοῦ θεοῦ ἁμαρτίαν οὐ ποιεῖ, ὅτι σπέρμα αὐτοῦ ἐν αὐτῷ «μένει καὶ οὐ δύναται ἁμαρτάνειν, ὅτι ἐκ τοῦ θεοῦ γεγέννηται»,</w:t>
      </w:r>
    </w:p>
    <w:p>
      <w:r>
        <w:rPr>
          <w:rFonts w:ascii="Courier New" w:hAnsi="Courier New"/>
          <w:color w:val="555555"/>
          <w:sz w:val="20"/>
        </w:rPr>
        <w:t>[10]</w:t>
      </w:r>
    </w:p>
    <w:p>
      <w:r>
        <w:rPr>
          <w:rFonts w:ascii="Gentium Plus" w:hAnsi="Gentium Plus"/>
          <w:sz w:val="24"/>
        </w:rPr>
        <w:t>σαφὲς ὅτι πᾶς ἄνθρωπος συμπεπληρωκὼς τὸν λόγον ἤτοι τέκνον τοῦ θεοῦ ἐστιν ἢ τέκνον τοῦ διαβόλου· ἤτοι γὰρ ποιεῖ ἁμαρτίαν ἢ ἁμαρτίαν οὐ ποιεῖ, οὐδενὸς ὄντος μεταξὺ τοῦ ποιεῖν ἁμαρτίαν καὶ τοῦ ἁμαρτίαν μὴ ποιεῖν· καὶ εἰ μὲν ποιεῖ ἁμαρτίαν, ἐκ τοῦ δια‐ βόλου ἐστίν· εἰ δὲ ἁμαρτίαν οὐ ποιεῖ, ἐκ τοῦ θεοῦ γεγέννηται.</w:t>
      </w:r>
    </w:p>
    <w:p>
      <w:r>
        <w:rPr>
          <w:rFonts w:ascii="Courier New" w:hAnsi="Courier New"/>
          <w:color w:val="555555"/>
          <w:sz w:val="20"/>
        </w:rPr>
        <w:t>[20 . 14 . 108]</w:t>
      </w:r>
    </w:p>
    <w:p>
      <w:r>
        <w:rPr>
          <w:rFonts w:ascii="Gentium Plus" w:hAnsi="Gentium Plus"/>
          <w:sz w:val="24"/>
        </w:rPr>
        <w:t>Ἔχεται δὲ τῆς ἐν τούτοις περὶ τέκνων θεοῦ καὶ τέκνων διαβόλου ἀποφάσεως τὰ ἐν τῇ αὐτῇ ἐπιστολῇ λεγόμενα περὶ τῶν ὄντων ἐν τῷ υἱῷ τοῦ θεοῦ καὶ τῶν μὴ ἑωρακότων αὐτόν· «Πᾶς, «γάρ φησιν, ὁ ἐν αὐτῷ μένων οὐχ ἁμαρτάνει· πᾶς ὁ ἁμαρτάνων</w:t>
      </w:r>
    </w:p>
    <w:p>
      <w:r>
        <w:rPr>
          <w:rFonts w:ascii="Courier New" w:hAnsi="Courier New"/>
          <w:color w:val="555555"/>
          <w:sz w:val="20"/>
        </w:rPr>
        <w:t>[20 . 14 . 109]</w:t>
      </w:r>
    </w:p>
    <w:p>
      <w:r>
        <w:rPr>
          <w:rFonts w:ascii="Gentium Plus" w:hAnsi="Gentium Plus"/>
          <w:sz w:val="24"/>
        </w:rPr>
        <w:t>«οὐχ ἑώρακεν αὐτόν». οὐκοῦν εἰ πᾶς ὁ ἐν αὐτῷ μένων οὐχ ἁμαρ‐ τάνει, ὁ ἁμαρτάνων οὐ μένει ἐν τῷ υἱῷ· καὶ εἰ πᾶς ὁ ἁμαρτάνων</w:t>
      </w:r>
    </w:p>
    <w:p>
      <w:r>
        <w:rPr>
          <w:rFonts w:ascii="Courier New" w:hAnsi="Courier New"/>
          <w:color w:val="555555"/>
          <w:sz w:val="20"/>
        </w:rPr>
        <w:t>[20 . 14 . 110]</w:t>
      </w:r>
    </w:p>
    <w:p>
      <w:r>
        <w:rPr>
          <w:rFonts w:ascii="Gentium Plus" w:hAnsi="Gentium Plus"/>
          <w:sz w:val="24"/>
        </w:rPr>
        <w:t>οὐχ ἑώρακεν αὐτόν, ὁ ἑωρακὼς αὐτὸν οὐχ ἁμαρτάνει. ἅμα δὲ καὶ σημείωσαι, τί νοῶν ὁ Ἰωάννης εἶπεν τὸ «Πᾶς ὁ ἁμαρτάνων οὐχ «ἑώρακεν αὐτόν» 〈δηλῶν〉 διὰ τοῦ «Ἑώρακεν αὐτὸν» ὡς ἀεὶ δυνα‐ μένων εἶναι τῶν ὁρώντων τὸν υἱὸν τοῦ θεοῦ καὶ ἐκ τοῦ ἑωρακέναι</w:t>
      </w:r>
    </w:p>
    <w:p>
      <w:r>
        <w:rPr>
          <w:rFonts w:ascii="Courier New" w:hAnsi="Courier New"/>
          <w:color w:val="555555"/>
          <w:sz w:val="20"/>
        </w:rPr>
        <w:t>[5]</w:t>
      </w:r>
    </w:p>
    <w:p>
      <w:r>
        <w:rPr>
          <w:rFonts w:ascii="Gentium Plus" w:hAnsi="Gentium Plus"/>
          <w:sz w:val="24"/>
        </w:rPr>
        <w:t>αὐτὸν μεταλαμβανόντων δυνάμεως πρὸς τὸ μηδαμῶς ἁμαρτάνειν.</w:t>
      </w:r>
    </w:p>
    <w:p>
      <w:r>
        <w:rPr>
          <w:rFonts w:ascii="Courier New" w:hAnsi="Courier New"/>
          <w:color w:val="555555"/>
          <w:sz w:val="20"/>
        </w:rPr>
        <w:t>[20 . 14 . 111]</w:t>
      </w:r>
    </w:p>
    <w:p>
      <w:r>
        <w:rPr>
          <w:rFonts w:ascii="Gentium Plus" w:hAnsi="Gentium Plus"/>
          <w:sz w:val="24"/>
        </w:rPr>
        <w:t>ἔτι φήσεις ὅτι τὸ «Ὑμεῖς ποιεῖτε τὰ ἔργα τοῦ πατρὸς ὑμῶν» ὁτὲ μὲν λέγοιτ’ ἂν πρὸς τοὺς υἱοὺς τοῦ διαβόλου, ὁτὲ δὲ πρὸς τοὺς υἱοὺς τοῦ θεοῦ. οἱ μὲν γὰρ ἁμαρτάνοντες ποιοῦσι τὰ ἔργα τοῦ πατρὸς αὐτῶν διαβόλου, οἱ δὲ κατορθοῦντες ποιοῦσι τὰ ἔργα τοῦ</w:t>
      </w:r>
    </w:p>
    <w:p>
      <w:r>
        <w:rPr>
          <w:rFonts w:ascii="Courier New" w:hAnsi="Courier New"/>
          <w:color w:val="555555"/>
          <w:sz w:val="20"/>
        </w:rPr>
        <w:t>[20 . 14 . 112]</w:t>
      </w:r>
    </w:p>
    <w:p>
      <w:r>
        <w:rPr>
          <w:rFonts w:ascii="Gentium Plus" w:hAnsi="Gentium Plus"/>
          <w:sz w:val="24"/>
        </w:rPr>
        <w:t>πατρὸς αὐτῶν θεοῦ. εἰκὸς δὲ ἐκ τούτων τινὰ κινηθήσεσθαι μὴ ἄρα δύνηται ὁ αὐτός, τῷ ποιεῖν ἀγαθὰ καὶ πονηρὰ ἔργα ἀνὰ μέρος, διὰ μὲν τὰ ἀγαθὰ τέκνον εἶναι θεοῦ, διὰ δὲ τὰ ἐναντία τέκνον τοῦ δια‐ βόλου. ἀλλὰ τοῦτο πρὸς τῷ ἀλογώτατον εἶναι οὐ δηλοῦται ἀπὸ</w:t>
      </w:r>
    </w:p>
    <w:p>
      <w:r>
        <w:rPr>
          <w:rFonts w:ascii="Courier New" w:hAnsi="Courier New"/>
          <w:color w:val="555555"/>
          <w:sz w:val="20"/>
        </w:rPr>
        <w:t>[20 . 14 . 113]</w:t>
      </w:r>
    </w:p>
    <w:p>
      <w:r>
        <w:rPr>
          <w:rFonts w:ascii="Gentium Plus" w:hAnsi="Gentium Plus"/>
          <w:sz w:val="24"/>
        </w:rPr>
        <w:t>τῶν ῥητῶν. ἀποφαίνεται γὰρ ὁ Ἰωάννης ὅτι «Πᾶς ὁ γεγεννημένος «ἐκ τοῦ θεοῦ ἁμαρτίαν οὐ ποιεῖ, ὅτι σπέρμα αὐτοῦ ἐν αὐτῷ μένει,</w:t>
      </w:r>
    </w:p>
    <w:p>
      <w:r>
        <w:rPr>
          <w:rFonts w:ascii="Courier New" w:hAnsi="Courier New"/>
          <w:color w:val="555555"/>
          <w:sz w:val="20"/>
        </w:rPr>
        <w:t>[20 . 14 . 114]</w:t>
      </w:r>
    </w:p>
    <w:p>
      <w:r>
        <w:rPr>
          <w:rFonts w:ascii="Gentium Plus" w:hAnsi="Gentium Plus"/>
          <w:sz w:val="24"/>
        </w:rPr>
        <w:t>«καὶ οὐ δύναται ἁμαρτάνειν, ὅτι ἐκ τοῦ θεοῦ γεγέννηται». πᾶς τοίνυν ὁ γεγεννημένος ἐκ τοῦ θεοῦ ἁμαρτίαν οὐ ποιεῖ· οὐ μὴν γέ‐ γραπται ὅτι πᾶς ὁ γεγεννημένος ἐκ τοῦ διαβόλου δικαιοσύνην οὐ</w:t>
      </w:r>
    </w:p>
    <w:p>
      <w:r>
        <w:rPr>
          <w:rFonts w:ascii="Courier New" w:hAnsi="Courier New"/>
          <w:color w:val="555555"/>
          <w:sz w:val="20"/>
        </w:rPr>
        <w:t>[20 . 14 . 115]</w:t>
      </w:r>
    </w:p>
    <w:p>
      <w:r>
        <w:rPr>
          <w:rFonts w:ascii="Gentium Plus" w:hAnsi="Gentium Plus"/>
          <w:sz w:val="24"/>
        </w:rPr>
        <w:t>ποιεῖ, ἀλλ’ «ὁ ποιῶν τὴν ἁμαρτίαν ἐκ τοῦ διαβόλου ἐστίν». πάλιν οὐχὶ ὥσπερ εἴρηται· «Ὁ ποιῶν τὴν ἁμαρτίαν ἐκ τοῦ διαβόλου «ἐστίν», οὕτως ἀναγέγραπται· «ὁ ποιῶν τὴν δικαιοσύνην ἐκ τοῦ «θεοῦ ἐστιν». καὶ πρόσχες ταῖς διαφοραῖς τῶν προτάσεων, τίνα</w:t>
      </w:r>
    </w:p>
    <w:p>
      <w:r>
        <w:rPr>
          <w:rFonts w:ascii="Courier New" w:hAnsi="Courier New"/>
          <w:color w:val="555555"/>
          <w:sz w:val="20"/>
        </w:rPr>
        <w:t>[5]</w:t>
      </w:r>
    </w:p>
    <w:p>
      <w:r>
        <w:rPr>
          <w:rFonts w:ascii="Gentium Plus" w:hAnsi="Gentium Plus"/>
          <w:sz w:val="24"/>
        </w:rPr>
        <w:t>τρόπον μετὰ πάσης ἀκριβείας τῷ Ἰωάννῃ εἴρηνται, ὥστ’ ἂν θαυ‐ μάσαι τινὰ πῶς ἀλήπτως καί, ὡς ἂν εἴποιέν τινες, διαλεκτικῶς ἐξήνεγκεν αὐτάς, μὴ τὰ ὅμοια προενεγκάμενος περὶ τῶν ἐκ τοῦ διαβόλου καὶ τῶν ἐκ τοῦ θεοῦ· ὁμοίως δ’ ἂν ἐξήνεγκεν εἰ πεποιήκει, ὥσπερ τὸ «Ὁ ποιῶν τὴν ἁμαρτίαν ἐκ τοῦ διαβόλου ἐστίν», οὕτως</w:t>
      </w:r>
    </w:p>
    <w:p>
      <w:r>
        <w:rPr>
          <w:rFonts w:ascii="Courier New" w:hAnsi="Courier New"/>
          <w:color w:val="555555"/>
          <w:sz w:val="20"/>
        </w:rPr>
        <w:t>[10]</w:t>
      </w:r>
    </w:p>
    <w:p>
      <w:r>
        <w:rPr>
          <w:rFonts w:ascii="Gentium Plus" w:hAnsi="Gentium Plus"/>
          <w:sz w:val="24"/>
        </w:rPr>
        <w:t>«ὁ ποιῶν τὴν δικαιοσύνην ἐκ τοῦ θεοῦ ἐστιν» ἢ ὥσπερ ἀνέγραψεν ὅτι «Πᾶς ὁ γεγεννημένος ἐκ τοῦ θεοῦ ἁμαρτίαν οὐ ποιεῖ» πεποιήκει τὸ «πᾶς ὁ γεγεννημένος ἐκ τοῦ διαβόλου δικαιοσύνην οὐ ποιεῖ».</w:t>
      </w:r>
    </w:p>
    <w:p>
      <w:r>
        <w:rPr>
          <w:rFonts w:ascii="Courier New" w:hAnsi="Courier New"/>
          <w:color w:val="555555"/>
          <w:sz w:val="20"/>
        </w:rPr>
        <w:t>[20 . 15 . 116]</w:t>
      </w:r>
    </w:p>
    <w:p>
      <w:r>
        <w:rPr>
          <w:rFonts w:ascii="Gentium Plus" w:hAnsi="Gentium Plus"/>
          <w:sz w:val="24"/>
        </w:rPr>
        <w:t>Μήποτε δὲ καὶ τῷ «Ἐστίν», εἰρημένῳ ἐπὶ τοῦ ἐκ τοῦ δια‐ βόλου, μὴ χρησάμενος ἐπὶ τῶν ἐκ τοῦ θεοῦ, ἢ τῷ «Γεγεννημένος», ἀναγεγραμμένῳ ἐπὶ τῶν ἐκ τοῦ θεοῦ, μὴ συγχρησάμενος ἐπὶ τῶν</w:t>
      </w:r>
    </w:p>
    <w:p>
      <w:r>
        <w:rPr>
          <w:rFonts w:ascii="Courier New" w:hAnsi="Courier New"/>
          <w:color w:val="555555"/>
          <w:sz w:val="20"/>
        </w:rPr>
        <w:t>[20 . 15 . 117]</w:t>
      </w:r>
    </w:p>
    <w:p>
      <w:r>
        <w:rPr>
          <w:rFonts w:ascii="Gentium Plus" w:hAnsi="Gentium Plus"/>
          <w:sz w:val="24"/>
        </w:rPr>
        <w:t>ἐκ τοῦ διαβόλου, πάνυ σοφώτατα ἐξέδωκεν. ἐπῆρεν γὰρ τὸν ἐκ τοῦ θεοῦ, τὸ «Γεγεννημένον» τάξας ἐπ’ αὐτοῦ· ὅπερ εἰ καὶ ἐπὶ τοῦ ἐκ τοῦ διαβόλου εἴρητο, χεῖρον ἄν τι ἐνέφαινεν παρὰ τὸ «Ἐκ τοῦ</w:t>
      </w:r>
    </w:p>
    <w:p>
      <w:r>
        <w:rPr>
          <w:rFonts w:ascii="Courier New" w:hAnsi="Courier New"/>
          <w:color w:val="555555"/>
          <w:sz w:val="20"/>
        </w:rPr>
        <w:t>[20 . 15 . 118]</w:t>
      </w:r>
    </w:p>
    <w:p>
      <w:r>
        <w:rPr>
          <w:rFonts w:ascii="Gentium Plus" w:hAnsi="Gentium Plus"/>
          <w:sz w:val="24"/>
        </w:rPr>
        <w:t>«διαβόλου ἐστίν». ἀλλὰ καὶ εἴπερ, ὡς ἐπὶ τοῦ ἐκ τοῦ διαβόλου ἔταξεν τὸ «Ἐστίν», πεποιήκει ἐπὶ τοῦ ἐκ τοῦ θεοῦ, ἔλαττον ἂν περὶ τὸν ἐκ τοῦ θεοῦ παρίστη, πολλῷ κρείττονος τυγχάνοντος τοῦ γεγεννῆσθαι ἐκ τοῦ θεοῦ παρὰ τὸ εἶναι ἐκ τοῦ θεοῦ. φήσει δέ τις</w:t>
      </w:r>
    </w:p>
    <w:p>
      <w:r>
        <w:rPr>
          <w:rFonts w:ascii="Courier New" w:hAnsi="Courier New"/>
          <w:color w:val="555555"/>
          <w:sz w:val="20"/>
        </w:rPr>
        <w:t>[5]</w:t>
      </w:r>
    </w:p>
    <w:p>
      <w:r>
        <w:rPr>
          <w:rFonts w:ascii="Gentium Plus" w:hAnsi="Gentium Plus"/>
          <w:sz w:val="24"/>
        </w:rPr>
        <w:t>ὅτι τινὰ τῶν κτισμάτων ἐστὶν μὲν ἐκ τοῦ θεοῦ, οὐ μὴν γεγέννηται ἐκ τοῦ θεοῦ, καὶ πάντως ταῦτα ἐλάττονα ἔχει τάξιν ἐν τῷ παντὶ</w:t>
      </w:r>
    </w:p>
    <w:p>
      <w:r>
        <w:rPr>
          <w:rFonts w:ascii="Courier New" w:hAnsi="Courier New"/>
          <w:color w:val="555555"/>
          <w:sz w:val="20"/>
        </w:rPr>
        <w:t>[20 . 15 . 119]</w:t>
      </w:r>
    </w:p>
    <w:p>
      <w:r>
        <w:rPr>
          <w:rFonts w:ascii="Gentium Plus" w:hAnsi="Gentium Plus"/>
          <w:sz w:val="24"/>
        </w:rPr>
        <w:t>τῶν γεγεννῆσθαι λεγομένων ἐκ τοῦ θεοῦ. καὶ γενόμενός γε κατὰ τὴν διαφορὰν τοῦ τε ‹Ἐστὶν ἐκ τοῦ διαβόλου› καὶ 〈τοῦ〉 ‹Γεγέννηται ἐκ τοῦ θεοῦ›, ζητήσεις μήποτ’ ἐστίν τις ὁ καὶ γεγεννημένος ἐκ τοῦ διαβόλου, ὅστις πάντως καὶ ἔστιν ἐκ τοῦ διαβόλου, οὐ παντὸς τοῦ</w:t>
      </w:r>
    </w:p>
    <w:p>
      <w:r>
        <w:rPr>
          <w:rFonts w:ascii="Courier New" w:hAnsi="Courier New"/>
          <w:color w:val="555555"/>
          <w:sz w:val="20"/>
        </w:rPr>
        <w:t>[5]</w:t>
      </w:r>
    </w:p>
    <w:p>
      <w:r>
        <w:rPr>
          <w:rFonts w:ascii="Gentium Plus" w:hAnsi="Gentium Plus"/>
          <w:sz w:val="24"/>
        </w:rPr>
        <w:t>ὄντος ἐκ τοῦ διαβόλου γεγεννημένου· καὶ πάλιν ἔστιν τις ἐκ τοῦ θεοῦ οὐ πάντως καὶ γεγεννημένος ἐκ τοῦ θεοῦ, οὐκέτι δὴ παντὸς</w:t>
      </w:r>
    </w:p>
    <w:p>
      <w:r>
        <w:rPr>
          <w:rFonts w:ascii="Courier New" w:hAnsi="Courier New"/>
          <w:color w:val="555555"/>
          <w:sz w:val="20"/>
        </w:rPr>
        <w:t>[20 . 15 . 120]</w:t>
      </w:r>
    </w:p>
    <w:p>
      <w:r>
        <w:rPr>
          <w:rFonts w:ascii="Gentium Plus" w:hAnsi="Gentium Plus"/>
          <w:sz w:val="24"/>
        </w:rPr>
        <w:t>τοῦ ὄντος ἐκ τοῦ θεοῦ γεγεννημένου ἐκ τοῦ θεοῦ. χαρακτηρίζεται μέντοι ὁ γεγεννημένος ἐκ τοῦ θεοῦ τῷ ἁμαρτίαν μὴ ποιεῖν, διὰ τὸ σπέρμα τοῦ θεοῦ ἐν αὐτῷ μένειν, καὶ ἀπὸ τῆς ἐκείνου δυνάμεως ἐνυπαρχούσης αὐτῷ ἐγγινομένου τοῦ μηκέτι δύνασθαι ἁμαρτάνειν.</w:t>
      </w:r>
    </w:p>
    <w:p>
      <w:r>
        <w:rPr>
          <w:rFonts w:ascii="Courier New" w:hAnsi="Courier New"/>
          <w:color w:val="555555"/>
          <w:sz w:val="20"/>
        </w:rPr>
        <w:t>[20 . 15 . 121]</w:t>
      </w:r>
    </w:p>
    <w:p>
      <w:r>
        <w:rPr>
          <w:rFonts w:ascii="Gentium Plus" w:hAnsi="Gentium Plus"/>
          <w:sz w:val="24"/>
        </w:rPr>
        <w:t>καὶ ἐν τοῖς τελευταίοις δὲ λέγεται τῆς ἐπιστολῆς· «Ὅτι πᾶς ὁ γε‐ «γεννημένος ἐκ τοῦ θεοῦ οὐχ ἁμαρτάνει, ἀλλὰ ὁ γεγεννημένος ἐκ</w:t>
      </w:r>
    </w:p>
    <w:p>
      <w:r>
        <w:rPr>
          <w:rFonts w:ascii="Courier New" w:hAnsi="Courier New"/>
          <w:color w:val="555555"/>
          <w:sz w:val="20"/>
        </w:rPr>
        <w:t>[20 . 15 . 122]</w:t>
      </w:r>
    </w:p>
    <w:p>
      <w:r>
        <w:rPr>
          <w:rFonts w:ascii="Gentium Plus" w:hAnsi="Gentium Plus"/>
          <w:sz w:val="24"/>
        </w:rPr>
        <w:t>«τοῦ θεοῦ τηρεῖ ἑαυτὸν καὶ ὁ πονηρὸς οὐχ ἅπτεται αὐτοῦ». εἰ δὲ ὁ γεννηθεὶς «ἐκ τοῦ θεοῦ τηρεῖ ἑαυτὸν καὶ ὁ πονηρὸς οὐχ ἅπτεται «αὐτοῦ», ὁ μὴ τηρῶν ἑαυτόν, ἵν’ ὁ πονηρὸς αὐτοῦ μὴ ἅπτηται, οὐ γεγέννηται ἐκ τοῦ θεοῦ, καὶ πᾶς οὗ ἅπτεται ὁ πονηρός, οὗτος οὐ</w:t>
      </w:r>
    </w:p>
    <w:p>
      <w:r>
        <w:rPr>
          <w:rFonts w:ascii="Courier New" w:hAnsi="Courier New"/>
          <w:color w:val="555555"/>
          <w:sz w:val="20"/>
        </w:rPr>
        <w:t>[5]</w:t>
      </w:r>
    </w:p>
    <w:p>
      <w:r>
        <w:rPr>
          <w:rFonts w:ascii="Gentium Plus" w:hAnsi="Gentium Plus"/>
          <w:sz w:val="24"/>
        </w:rPr>
        <w:t>γεγέννηται ἐκ τοῦ θεοῦ· ἅπτεται δὲ ὁ πονηρὸς τῶν μὴ τηρούντων</w:t>
      </w:r>
    </w:p>
    <w:p>
      <w:r>
        <w:rPr>
          <w:rFonts w:ascii="Courier New" w:hAnsi="Courier New"/>
          <w:color w:val="555555"/>
          <w:sz w:val="20"/>
        </w:rPr>
        <w:t>[20 . 15 . 123]</w:t>
      </w:r>
    </w:p>
    <w:p>
      <w:r>
        <w:rPr>
          <w:rFonts w:ascii="Gentium Plus" w:hAnsi="Gentium Plus"/>
          <w:sz w:val="24"/>
        </w:rPr>
        <w:t>ἑαυτούς. ἐπεὶ δὲ τοῖς περὶ τοῦ Ἀβραὰμ οὐδενὸς γενομένου μεταξὺ διαλείμματος ἐπιφέρεται τὸ «Ὑμεῖς ποιεῖτε τὰ ἔργα τοῦ πατρὸς «ὑμῶν», ζητοῦμεν μήποτε διὰ τὴν τῷ Ἀβραὰμ πρώτην δεδομένην</w:t>
      </w:r>
    </w:p>
    <w:p>
      <w:r>
        <w:rPr>
          <w:rFonts w:ascii="Courier New" w:hAnsi="Courier New"/>
          <w:color w:val="555555"/>
          <w:sz w:val="20"/>
        </w:rPr>
        <w:t>[20 . 15 . 124]</w:t>
      </w:r>
    </w:p>
    <w:p>
      <w:r>
        <w:rPr>
          <w:rFonts w:ascii="Gentium Plus" w:hAnsi="Gentium Plus"/>
          <w:sz w:val="24"/>
        </w:rPr>
        <w:t>ἐντολὴν τοῦτο ἀναγέγραπται. ὁ πρῶτος δὲ χρηματισμὸς πρὸς αὐτὸν οὕτως ἔχει· «Ἔξελθε ἐκ τῆς γῆς σου καὶ ἐκ τῆς συγγενείας σου καὶ «ἐκ τοῦ οἴκου τοῦ πατρός σου, καὶ ἄπελθε εἰς τὴν γῆν ἥν σοι</w:t>
      </w:r>
    </w:p>
    <w:p>
      <w:r>
        <w:rPr>
          <w:rFonts w:ascii="Courier New" w:hAnsi="Courier New"/>
          <w:color w:val="555555"/>
          <w:sz w:val="20"/>
        </w:rPr>
        <w:t>[20 . 15 . 125]</w:t>
      </w:r>
    </w:p>
    <w:p>
      <w:r>
        <w:rPr>
          <w:rFonts w:ascii="Gentium Plus" w:hAnsi="Gentium Plus"/>
          <w:sz w:val="24"/>
        </w:rPr>
        <w:t>«δείξω». ἐξῆλθεν οὖν Ἀβραὰμ ἐκ τοῦ οἴκου τοῦ πατρὸς αὐτοῦ, ὅπερ οὐ πεποιήκασιν οἱ ἐλεγχόμενοι ἐπὶ τῷ μὴ ὑγιῶς εἰρηκέναι·</w:t>
      </w:r>
    </w:p>
    <w:p>
      <w:r>
        <w:rPr>
          <w:rFonts w:ascii="Courier New" w:hAnsi="Courier New"/>
          <w:color w:val="555555"/>
          <w:sz w:val="20"/>
        </w:rPr>
        <w:t>[20 . 15 . 126]</w:t>
      </w:r>
    </w:p>
    <w:p>
      <w:r>
        <w:rPr>
          <w:rFonts w:ascii="Gentium Plus" w:hAnsi="Gentium Plus"/>
          <w:sz w:val="24"/>
        </w:rPr>
        <w:t>«Ὁ πατὴρ ἡμῶν Ἀβραάμ ἐστιν». εἰ γὰρ τὰ τέκνα τοῦ Ἀβραὰμ ποιεῖ τὰ ἔργα τοῦ Ἀβραάμ, πρῶτον δὲ τῶν ἔργων ἐστὶν τὸ ἐξελθεῖν ἐκ τῆς γῆς ἑαυτοῦ καὶ ἐκ τῆς συγγενείας ἑαυτοῦ καὶ ἐκ τοῦ οἴκου τοῦ πατρὸς ἑαυτοῦ καὶ ἀπελθεῖν εἰς τὴν γῆν ἣν δείκνυσιν αὐτῷ ὁ</w:t>
      </w:r>
    </w:p>
    <w:p>
      <w:r>
        <w:rPr>
          <w:rFonts w:ascii="Courier New" w:hAnsi="Courier New"/>
          <w:color w:val="555555"/>
          <w:sz w:val="20"/>
        </w:rPr>
        <w:t>[5]</w:t>
      </w:r>
    </w:p>
    <w:p>
      <w:r>
        <w:rPr>
          <w:rFonts w:ascii="Gentium Plus" w:hAnsi="Gentium Plus"/>
          <w:sz w:val="24"/>
        </w:rPr>
        <w:t>θεός, καὶ διὰ τοῦτο οὗτοι, πρὸς οὓς ὁ λόγος, ἐλέγχονται ὡς οὐκ ὄντες τέκνα τοῦ Ἀβραάμ, δῆλον ὅτι οὐκ ἐξεληλυθότες ἐκ τοῦ οἴκου τοῦ πατρὸς ἑαυτῶν ὀνειδίζονται ὡς ἔτι τοῦ πονηροῦ πατρὸς ὄντες</w:t>
      </w:r>
    </w:p>
    <w:p>
      <w:r>
        <w:rPr>
          <w:rFonts w:ascii="Courier New" w:hAnsi="Courier New"/>
          <w:color w:val="555555"/>
          <w:sz w:val="20"/>
        </w:rPr>
        <w:t>[20 . 15 . 127]</w:t>
      </w:r>
    </w:p>
    <w:p>
      <w:r>
        <w:rPr>
          <w:rFonts w:ascii="Gentium Plus" w:hAnsi="Gentium Plus"/>
          <w:sz w:val="24"/>
        </w:rPr>
        <w:t>καὶ ἔτι ποιοῦντες τὰ ἐκείνου τοῦ πατρὸς ἔργα. τούτων ἡμῖν εἰς τὸ ῥητὸν εἰρημένων σαφῶς οἶμαι ἐλέγχεσθαι τοὺς νομίζοντας ἐν‐ τεῦθεν παρίστασθαι ὅτι εἰσίν τινες ἐκ κατασκευῆς υἱοὶ τοῦ δια‐</w:t>
      </w:r>
    </w:p>
    <w:p>
      <w:r>
        <w:rPr>
          <w:rFonts w:ascii="Courier New" w:hAnsi="Courier New"/>
          <w:color w:val="555555"/>
          <w:sz w:val="20"/>
        </w:rPr>
        <w:t>[20 . 16 n]</w:t>
      </w:r>
    </w:p>
    <w:p>
      <w:r>
        <w:rPr>
          <w:rFonts w:ascii="Gentium Plus" w:hAnsi="Gentium Plus"/>
          <w:sz w:val="24"/>
        </w:rPr>
        <w:t>Εἶπον αὐτῷ· Ἡμεῖς ἐκ πορνείας οὐ γεγεννήμεθα· ἕνα πατέρα ἔχομεν, τὸν θεόν.</w:t>
      </w:r>
    </w:p>
    <w:p>
      <w:r>
        <w:rPr>
          <w:rFonts w:ascii="Courier New" w:hAnsi="Courier New"/>
          <w:color w:val="555555"/>
          <w:sz w:val="20"/>
        </w:rPr>
        <w:t>[20 . 16 . 128]</w:t>
      </w:r>
    </w:p>
    <w:p>
      <w:r>
        <w:rPr>
          <w:rFonts w:ascii="Gentium Plus" w:hAnsi="Gentium Plus"/>
          <w:sz w:val="24"/>
        </w:rPr>
        <w:t>Ζητῶ μήποτε ἐλεγχθέντες ὡς οὐ τέκνα τοῦ Ἀβραὰμ πικρότερον ἀποκρίνονται οἱ λεγόμενοι πεπιστευκέναι αὐτῷ Ἰουδαῖοι, παρακεκαλυμμένως αἰνισσόμενοι ἐκ πορνείας γεγεννῆσθαι τὸν σωτῆρα, ὡς εἰκὸς τοῦτο ὑπονοοῦντες τῷ μὴ παραδέχεσθαι τὴν διαβόητον καὶ</w:t>
      </w:r>
    </w:p>
    <w:p>
      <w:r>
        <w:rPr>
          <w:rFonts w:ascii="Courier New" w:hAnsi="Courier New"/>
          <w:color w:val="555555"/>
          <w:sz w:val="20"/>
        </w:rPr>
        <w:t>[20 . 16 . 129]</w:t>
      </w:r>
    </w:p>
    <w:p>
      <w:r>
        <w:rPr>
          <w:rFonts w:ascii="Gentium Plus" w:hAnsi="Gentium Plus"/>
          <w:sz w:val="24"/>
        </w:rPr>
        <w:t>τεθρυλλημένην αὐτοῦ γένεσιν ἐκ τῆς παρθένου. καὶ γὰρ πάνυ μοι φαίνεται ἄλογον ταῦτα αὐτοὺς ἀπορρῖψαι τὰ ῥήματα πρὸς ἔπος· οὔτε γὰρ πρὸς τὰ πρότερα οὔτε ἀκολούθως τοῖς ἑξῆς εἰρῆσθαι δύνα‐ ται, εἰ ἁπλούστερον νοηθείη τὸ «Ἡμεῖς ἐκ πορνείας οὐ γεγεννήμεθα»</w:t>
      </w:r>
    </w:p>
    <w:p>
      <w:r>
        <w:rPr>
          <w:rFonts w:ascii="Courier New" w:hAnsi="Courier New"/>
          <w:color w:val="555555"/>
          <w:sz w:val="20"/>
        </w:rPr>
        <w:t>[20 . 16 . 130]</w:t>
      </w:r>
    </w:p>
    <w:p>
      <w:r>
        <w:rPr>
          <w:rFonts w:ascii="Gentium Plus" w:hAnsi="Gentium Plus"/>
          <w:sz w:val="24"/>
        </w:rPr>
        <w:t>τὸ εἰρημένον ὑπ’ αὐτῶν. ἀλλὰ καὶ ἐπεὶ πατέρα ἴδιον ἔλεγεν τὸν θεὸν ὁ σωτήρ, οὐδένα ἄνθρωπον πατέρα εἶναι ἑαυτοῦ ὁμολογῶν, διὰ τὸ «Ἡμεῖς ἐκ πορνείας οὐ γεγεννήμεθα» εἰκὸς αὐτοὺς ἐπιφέρειν πάλιν προσκρούοντας τὸ «Ἕνα πατέρα ἔχομεν, τὸν θεόν»· ὡσεὶ ἔλεγον·</w:t>
      </w:r>
    </w:p>
    <w:p>
      <w:r>
        <w:rPr>
          <w:rFonts w:ascii="Courier New" w:hAnsi="Courier New"/>
          <w:color w:val="555555"/>
          <w:sz w:val="20"/>
        </w:rPr>
        <w:t>[5]</w:t>
      </w:r>
    </w:p>
    <w:p>
      <w:r>
        <w:rPr>
          <w:rFonts w:ascii="Gentium Plus" w:hAnsi="Gentium Plus"/>
          <w:sz w:val="24"/>
        </w:rPr>
        <w:t>‹ἡμεῖς μᾶλλον ἕνα πατέρα ἔχομεν τὸν θεόν, ἤπερ σύ, ὁ φάσκων μὲν ἐκ παρθένου γεγεννῆσθαι, ἐκ πορνείας δὲ γεγεννημένος, καὶ διὰ τὸ αὐχεῖν τὸ ἐκ παρθένου γεγεννῆσθαι λέγων ἕνα πατέρα ἔχειν μόνον τὸν θεόν›, τῶν ὁμολογούντων τὸν πατέρα θεὸν οὐκ ἀρνουμένων καὶ</w:t>
      </w:r>
    </w:p>
    <w:p>
      <w:r>
        <w:rPr>
          <w:rFonts w:ascii="Courier New" w:hAnsi="Courier New"/>
          <w:color w:val="555555"/>
          <w:sz w:val="20"/>
        </w:rPr>
        <w:t>[20 . 16 . 131]</w:t>
      </w:r>
    </w:p>
    <w:p>
      <w:r>
        <w:rPr>
          <w:rFonts w:ascii="Gentium Plus" w:hAnsi="Gentium Plus"/>
          <w:sz w:val="24"/>
        </w:rPr>
        <w:t>ἄνθρωπον πατέρα. ἀλλ’ ἐρεῖ τις ὅτι ταῦτα οὕτω νοούμενα οὐ δύ‐ ναται εἶναι ῥήματα τῶν πεπιστευκότων αὐτῷ Ἰουδαίων. καὶ πρὸς τοῦτο δὲ λεκτέον ὅτι εἰρημένου ἐν τῇ ἀρχῇ τοῦ πρὸς αὐτοὺς λόγου τοῦ· «Ἐὰν ὑμεῖς μείνητε ἐν τῷ λόγῳ τῷ ἐμῷ, ἀληθῶς μαθηταί μου</w:t>
      </w:r>
    </w:p>
    <w:p>
      <w:r>
        <w:rPr>
          <w:rFonts w:ascii="Courier New" w:hAnsi="Courier New"/>
          <w:color w:val="555555"/>
          <w:sz w:val="20"/>
        </w:rPr>
        <w:t>[5]</w:t>
      </w:r>
    </w:p>
    <w:p>
      <w:r>
        <w:rPr>
          <w:rFonts w:ascii="Gentium Plus" w:hAnsi="Gentium Plus"/>
          <w:sz w:val="24"/>
        </w:rPr>
        <w:t>«ἐστὲ καὶ γνώσεσθε τὴν ἀλήθειαν», ὡς καὶ δυναμένων αὐτῶν μένειν ἐν τῷ Ἰησοῦ λόγῳ καὶ μὴ μένειν, οὐκ ἀδύνατον ἦν τινὰς ἐκ τῶν ἐλεγχθέντων μὴ μεμενηκέναι αὐτοῦ ἐν τῷ λόγῳ, καὶ μὴ μείναντας πικρότερον καὶ προσκρουστικῶς εἰρηκέναι τὸ «Ἡμεῖς ἐκ πορνείας οὐ</w:t>
      </w:r>
    </w:p>
    <w:p>
      <w:r>
        <w:rPr>
          <w:rFonts w:ascii="Courier New" w:hAnsi="Courier New"/>
          <w:color w:val="555555"/>
          <w:sz w:val="20"/>
        </w:rPr>
        <w:t>[20 . 16 . 132]</w:t>
      </w:r>
    </w:p>
    <w:p>
      <w:r>
        <w:rPr>
          <w:rFonts w:ascii="Gentium Plus" w:hAnsi="Gentium Plus"/>
          <w:sz w:val="24"/>
        </w:rPr>
        <w:t>«γεγεννήμεθα· ἕνα πατέρα ἔχομεν τὸν θεόν». δοκεῖ δέ μοι ὅτι καὶ φιλονεικότερον ἀπεκρίναντο· εἰπόντες γὰρ πρότερον τὸ «Σπέρμα «Ἀβραάμ ἐσμεν», καὶ οἷον τοῦτο τρανότερον ὁμολογήσαντες διὰ τοῦ. «Ὁ πατὴρ ἡμῶν Ἀβραάμ ἐστιν», ἀκούσαντες πρὸς τοῦτο τὸ «Εἰ</w:t>
      </w:r>
    </w:p>
    <w:p>
      <w:r>
        <w:rPr>
          <w:rFonts w:ascii="Courier New" w:hAnsi="Courier New"/>
          <w:color w:val="555555"/>
          <w:sz w:val="20"/>
        </w:rPr>
        <w:t>[5]</w:t>
      </w:r>
    </w:p>
    <w:p>
      <w:r>
        <w:rPr>
          <w:rFonts w:ascii="Gentium Plus" w:hAnsi="Gentium Plus"/>
          <w:sz w:val="24"/>
        </w:rPr>
        <w:t>«τέκνα τοῦ Ἀβραάμ ἐστε, τὰ ἔργα τοῦ Ἀβραὰμ ποιεῖτε», μείζονα τοῦ</w:t>
      </w:r>
    </w:p>
    <w:p>
      <w:r>
        <w:rPr>
          <w:rFonts w:ascii="Courier New" w:hAnsi="Courier New"/>
          <w:color w:val="555555"/>
          <w:sz w:val="20"/>
        </w:rPr>
        <w:t>[20 . 16 . 133]</w:t>
      </w:r>
    </w:p>
    <w:p>
      <w:r>
        <w:rPr>
          <w:rFonts w:ascii="Gentium Plus" w:hAnsi="Gentium Plus"/>
          <w:sz w:val="24"/>
        </w:rPr>
        <w:t>«τέρα ἔχομεν τὸν θεόν». τάχα δὲ διὰ τὸ τῶν ἀνθρώπων τινὰς μὲν εἶναι ἐκ τοῦ διαβόλου, ἑτέρους δὲ γεγεννῆσθαι ἐκ τοῦ θεοῦ, πάντας ἂν ὑγιῶς λέγοιμεν τοὺς μὴ γεγεννημένους ἐκ τοῦ θεοῦ ἐκ πορνείας</w:t>
      </w:r>
    </w:p>
    <w:p>
      <w:r>
        <w:rPr>
          <w:rFonts w:ascii="Courier New" w:hAnsi="Courier New"/>
          <w:color w:val="555555"/>
          <w:sz w:val="20"/>
        </w:rPr>
        <w:t>[20 . 16 . 134]</w:t>
      </w:r>
    </w:p>
    <w:p>
      <w:r>
        <w:rPr>
          <w:rFonts w:ascii="Gentium Plus" w:hAnsi="Gentium Plus"/>
          <w:sz w:val="24"/>
        </w:rPr>
        <w:t>γεγεννῆσθαι. οὐ γὰρ ἐκ νύμφης, ἀλλ’ ἐκ πόρνης, τῆς ὕλης, οὓς γεννᾷ ὁ διάβολος ἢ ποιεῖ τοὺς ἐξ αὐτοῦ, οἵτινες καὶ τοῖς σωματικοῖς προσ‐ πεπονθότες καὶ προσηλωμένοι κολλῶνται τῇ πόρνῃ ὕλῃ, γινόμενοι πρὸς αὐτὴν ἓν σῶμα, τῶν ἐκ τοῦ θεοῦ γεγεννημένων ἀφισταμένων</w:t>
      </w:r>
    </w:p>
    <w:p>
      <w:r>
        <w:rPr>
          <w:rFonts w:ascii="Courier New" w:hAnsi="Courier New"/>
          <w:color w:val="555555"/>
          <w:sz w:val="20"/>
        </w:rPr>
        <w:t>[5]</w:t>
      </w:r>
    </w:p>
    <w:p>
      <w:r>
        <w:rPr>
          <w:rFonts w:ascii="Gentium Plus" w:hAnsi="Gentium Plus"/>
          <w:sz w:val="24"/>
        </w:rPr>
        <w:t>τῆς πόρνης ὕλης, καὶ κολλωμένων τῷ κυρίῳ καὶ ἑνουμένων τῷ ἐν ἀρχῇ πρὸς τὸν θεὸν λόγῳ, καὶ τῇ σοφίᾳ αὐτοῦ, ἣν «ἔκτισεν ἀρχὴν «ὁδῶν αὐτοῦ εἰς ἔργα αὐτοῦ», ἵνα γένωνται πρὸς αὐτὴν ἓν πνεῦμα· Ὁ μὲν γὰρ «κολλώμενος τῇ πόρνῃ ἓν σῶμά ἐστιν· ὁ δὲ κολλώμενος «τῷ κυρίῳ ἓν πνεῦμά ἐστιν».</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[20 . 17 n]</w:t>
      </w:r>
    </w:p>
    <w:p>
      <w:r>
        <w:rPr>
          <w:rFonts w:ascii="Gentium Plus" w:hAnsi="Gentium Plus"/>
          <w:sz w:val="24"/>
        </w:rPr>
        <w:t>Εἶπεν αὐτοῖς ὁ Ἰησοῦς· Εἰ ὁ θεὸς πατὴρ ὑμῶν ἦν, ἠγαπᾶτε ἂν ἐμέ· ἐγὼ γὰρ ἐκ τοῦ θεοῦ ἐξῆλθον καὶ ἥκω.</w:t>
      </w:r>
    </w:p>
    <w:p>
      <w:r>
        <w:rPr>
          <w:rFonts w:ascii="Courier New" w:hAnsi="Courier New"/>
          <w:color w:val="555555"/>
          <w:sz w:val="20"/>
        </w:rPr>
        <w:t>[20 . 17 . 135]</w:t>
      </w:r>
    </w:p>
    <w:p>
      <w:r>
        <w:rPr>
          <w:rFonts w:ascii="Gentium Plus" w:hAnsi="Gentium Plus"/>
          <w:sz w:val="24"/>
        </w:rPr>
        <w:t>Ἐπείπερ οἱ τὰς φύσεις εἰσάγοντες χρῶνται τῷ ῥή‐ ματι τούτῳ, διηγούμενοι αὐτό, ὅτι ὡς οἰκεῖον ἂν ὑμῶν καὶ ἀδελφὸν ἐπέγνωτέ με, ἀλλὰ καὶ ὡς ἴδιον ἠγαπήσατε ἂν ἐμέ, εἰ ὁ θεὸς πατὴρ</w:t>
      </w:r>
    </w:p>
    <w:p>
      <w:r>
        <w:rPr>
          <w:rFonts w:ascii="Courier New" w:hAnsi="Courier New"/>
          <w:color w:val="555555"/>
          <w:sz w:val="20"/>
        </w:rPr>
        <w:t>[20 . 17 . 136]</w:t>
      </w:r>
    </w:p>
    <w:p>
      <w:r>
        <w:rPr>
          <w:rFonts w:ascii="Gentium Plus" w:hAnsi="Gentium Plus"/>
          <w:sz w:val="24"/>
        </w:rPr>
        <w:t>ὑμῶν ἦν, ἐπαπορητέον οὕτως πρὸς αὐτούς· ἦν ὅτε Παῦλος ἐμίσει τὸν Ἰησοῦν, ἐμίσει δὲ αὐτὸν ὅτε ἐπόρθει καὶ ἐδίωκε τὴν ἐκκλησίαν τοῦ θεοῦ, καὶ ἀληθεύων γε ἔλεγεν αὐτῷ ὁ πρῶτος χρηματισμός·</w:t>
      </w:r>
    </w:p>
    <w:p>
      <w:r>
        <w:rPr>
          <w:rFonts w:ascii="Courier New" w:hAnsi="Courier New"/>
          <w:color w:val="555555"/>
          <w:sz w:val="20"/>
        </w:rPr>
        <w:t>[20 . 17 . 137]</w:t>
      </w:r>
    </w:p>
    <w:p>
      <w:r>
        <w:rPr>
          <w:rFonts w:ascii="Gentium Plus" w:hAnsi="Gentium Plus"/>
          <w:sz w:val="24"/>
        </w:rPr>
        <w:t>«Σαούλ, Σαούλ, τί με διώκεις;» εἰ μὲν οὖν ἀληθὲς τὸ «Εἰ ὁ θεὸς «πατὴρ ὑμῶν ἦν, ἠγαπᾶτε ἂν ἐμέ», δῆλον ὅτι καὶ τὸ τούτῳ ἀντί‐ στρεφον ἐστὶν ὑγιές· «εἰ μὴ ἠγαπᾶτέ με, οὐχὶ ὁ θεὸς πατὴρ ὑμῶν «ἦν». οὐκοῦν τῶν μὴ ἀγαπώντων τὸν Ἰησοῦν οὐκ ἔστιν ὁ θεὸς</w:t>
      </w:r>
    </w:p>
    <w:p>
      <w:r>
        <w:rPr>
          <w:rFonts w:ascii="Courier New" w:hAnsi="Courier New"/>
          <w:color w:val="555555"/>
          <w:sz w:val="20"/>
        </w:rPr>
        <w:t>[5]</w:t>
      </w:r>
    </w:p>
    <w:p>
      <w:r>
        <w:rPr>
          <w:rFonts w:ascii="Gentium Plus" w:hAnsi="Gentium Plus"/>
          <w:sz w:val="24"/>
        </w:rPr>
        <w:t>πατήρ· Παῦλος δὲ ἦν ὅτε οὐκ ἠγάπα τὸν Ἰησοῦν, ἦν ἄρα καιρὸς ὅτε</w:t>
      </w:r>
    </w:p>
    <w:p>
      <w:r>
        <w:rPr>
          <w:rFonts w:ascii="Courier New" w:hAnsi="Courier New"/>
          <w:color w:val="555555"/>
          <w:sz w:val="20"/>
        </w:rPr>
        <w:t>[20 . 17 . 138]</w:t>
      </w:r>
    </w:p>
    <w:p>
      <w:r>
        <w:rPr>
          <w:rFonts w:ascii="Gentium Plus" w:hAnsi="Gentium Plus"/>
          <w:sz w:val="24"/>
        </w:rPr>
        <w:t>ὁ θεὸς Παύλου πατὴρ οὐκ ἦν. οὐ φύσει ἄρα Παῦλος θεοῦ υἱὸς ἦν, ἀλλ’ ὕστερον γέγονεν θεοῦ υἱός, ὅτε καὶ ὑγιῶς ἂν προσελάβομεν τὸ ἀκόλουθον τῷ ἡγουμένῳ τοῦ συνημμένου λέγοντος ὅτι ‹ἀλλὰ μὴν ὁ</w:t>
      </w:r>
    </w:p>
    <w:p>
      <w:r>
        <w:rPr>
          <w:rFonts w:ascii="Courier New" w:hAnsi="Courier New"/>
          <w:color w:val="555555"/>
          <w:sz w:val="20"/>
        </w:rPr>
        <w:t>[20 . 17 . 139]</w:t>
      </w:r>
    </w:p>
    <w:p>
      <w:r>
        <w:rPr>
          <w:rFonts w:ascii="Gentium Plus" w:hAnsi="Gentium Plus"/>
          <w:sz w:val="24"/>
        </w:rPr>
        <w:t>θεός, ὦ Παῦλε, πατήρ σού ἐστιν, ἀγαπᾷς ἄρα τὸν Ἰησοῦν›. ἀλλὰ καὶ πρὸ τῶν χρόνων τῆς πίστεως Παύλου ἀληθοῦς ὄντος τοῦ «Εἰ ὁ θεὸς «πατὴρ ὑμῶν ἦν, ἠγαπᾶτε ἂν ἐμέ» ὑγιῶς ἦν προσλαβεῖν οἱονεὶ λέ‐ γοντα τὸν Ἰησοῦν· ‹ἀλλὰ μὴν ἐμὲ οὐκ ἀγαπᾷς, οὐκ ἄρα ὁ θεὸς πατήρ</w:t>
      </w:r>
    </w:p>
    <w:p>
      <w:r>
        <w:rPr>
          <w:rFonts w:ascii="Courier New" w:hAnsi="Courier New"/>
          <w:color w:val="555555"/>
          <w:sz w:val="20"/>
        </w:rPr>
        <w:t>[20 . 17 . 140]</w:t>
      </w:r>
    </w:p>
    <w:p>
      <w:r>
        <w:rPr>
          <w:rFonts w:ascii="Gentium Plus" w:hAnsi="Gentium Plus"/>
          <w:sz w:val="24"/>
        </w:rPr>
        <w:t>σού ἐστιν, ὦ Παῦλε›. πότε δὲ ὁ θεὸς πατὴρ γίνεταί τινος ἢ ὅταν τηρήσῃ τις τὰς ἐντολάς, δι’ ἃς οὐ πρότερον ὤν τις υἱὸς τοῦ ἐν τοῖς οὐρανοῖς πατρὸς γίνεται αὐτοῦ υἱός, ὅτε καὶ ὁ πατὴρ εἰς ἀναγέννη‐ σιν ἄγων τοῦτον, ὃς υἱὸς αὐτοῦ γίνεται, χρηματίζει τοιούτου πατήρ.</w:t>
      </w:r>
    </w:p>
    <w:p>
      <w:r>
        <w:rPr>
          <w:rFonts w:ascii="Courier New" w:hAnsi="Courier New"/>
          <w:color w:val="555555"/>
          <w:sz w:val="20"/>
        </w:rPr>
        <w:t>[20 . 17 . 141]</w:t>
      </w:r>
    </w:p>
    <w:p>
      <w:r>
        <w:rPr>
          <w:rFonts w:ascii="Gentium Plus" w:hAnsi="Gentium Plus"/>
          <w:sz w:val="24"/>
        </w:rPr>
        <w:t>ἔστιν δὲ προσαχθῆναι εἰς ταῦτα ἀπὸ τῶν οὕτως ἐν τῷ κατὰ Ματ‐ θαῖον εὐαγγελίῳ γεγραμμένων· «Ἠκούσατε ὅτι ἐρρέθη· Ἀγαπήσεις</w:t>
      </w:r>
    </w:p>
    <w:p>
      <w:r>
        <w:rPr>
          <w:rFonts w:ascii="Courier New" w:hAnsi="Courier New"/>
          <w:color w:val="555555"/>
          <w:sz w:val="20"/>
        </w:rPr>
        <w:t>[20 . 17 . 142]</w:t>
      </w:r>
    </w:p>
    <w:p>
      <w:r>
        <w:rPr>
          <w:rFonts w:ascii="Gentium Plus" w:hAnsi="Gentium Plus"/>
          <w:sz w:val="24"/>
        </w:rPr>
        <w:t>«τὸν πλησίον σου καὶ μισήσεις τὸν ἐχθρόν σου. ἐγὼ δὲ λέγω ὑμῖν· «Ἀγαπήσατε τοὺς ἐχθροὺς ὑμῶν καὶ προσεύχεσθε ὑπὲρ τῶν διωκόν‐ «των ὑμᾶς, ὅπως γένησθε υἱοὶ τοῦ πατρὸς ὑμῶν τοῦ ἐν οὐρανοῖς».</w:t>
      </w:r>
    </w:p>
    <w:p>
      <w:r>
        <w:rPr>
          <w:rFonts w:ascii="Courier New" w:hAnsi="Courier New"/>
          <w:color w:val="555555"/>
          <w:sz w:val="20"/>
        </w:rPr>
        <w:t>[20 . 17 . 143]</w:t>
      </w:r>
    </w:p>
    <w:p>
      <w:r>
        <w:rPr>
          <w:rFonts w:ascii="Gentium Plus" w:hAnsi="Gentium Plus"/>
          <w:sz w:val="24"/>
        </w:rPr>
        <w:t>πρόσχες γὰρ τῷ «Ὅπως γένησθε υἱοὶ τοῦ πατρὸς ὑμῶν τοῦ ἐν οὐ‐ «ρανοῖς» ἐμφαίνοντι ὅτι οὐ πρότερόν τις ὢν υἱὸς τοῦ ἐν οὐρανοῖς</w:t>
      </w:r>
    </w:p>
    <w:p>
      <w:r>
        <w:rPr>
          <w:rFonts w:ascii="Courier New" w:hAnsi="Courier New"/>
          <w:color w:val="555555"/>
          <w:sz w:val="20"/>
        </w:rPr>
        <w:t>[20 . 17 . 144]</w:t>
      </w:r>
    </w:p>
    <w:p>
      <w:r>
        <w:rPr>
          <w:rFonts w:ascii="Gentium Plus" w:hAnsi="Gentium Plus"/>
          <w:sz w:val="24"/>
        </w:rPr>
        <w:t>πατρὸς γίνεται αὐτοῦ υἱός. ἐπιμελῶς δὲ τηρήσας καὶ περὶ τοῦ προσκειμένου τῷ «Τοῦ πατρός», ὅπερ ἐστίν, «Ὑμῶν» (γέγραπται γάρ· «Ὅπως γένησθε υἱοὶ τοῦ πατρὸς ὑμῶν»), ζητήσεις πότερον ἁπλού‐ στερον εἴρηται, ἢ τῶν ἀντιγράφων ἡμαρτημένων πρόσκειται τὸ</w:t>
      </w:r>
    </w:p>
    <w:p>
      <w:r>
        <w:rPr>
          <w:rFonts w:ascii="Courier New" w:hAnsi="Courier New"/>
          <w:color w:val="555555"/>
          <w:sz w:val="20"/>
        </w:rPr>
        <w:t>[5]</w:t>
      </w:r>
    </w:p>
    <w:p>
      <w:r>
        <w:rPr>
          <w:rFonts w:ascii="Gentium Plus" w:hAnsi="Gentium Plus"/>
          <w:sz w:val="24"/>
        </w:rPr>
        <w:t>«Ὑμῶν» (οὐδὲν γὰρ ἂν ἐζητήσαμεν, εἰ ἐγέγραπτο· «ὅπως γένησθε «υἱοὶ τοῦ πατρὸς τοῦ ἐν οὐρανοῖς»), καὶ μάλιστα ἐπεὶ δοκεῖ μάχην περιέχειν τὸ γίνεσθαι υἱόν τινα, οὐχ ἁπλῶς τοῦ ἐν οὐρανοῖς πατρός,</w:t>
      </w:r>
    </w:p>
    <w:p>
      <w:r>
        <w:rPr>
          <w:rFonts w:ascii="Courier New" w:hAnsi="Courier New"/>
          <w:color w:val="555555"/>
          <w:sz w:val="20"/>
        </w:rPr>
        <w:t>[20 . 17 . 145]</w:t>
      </w:r>
    </w:p>
    <w:p>
      <w:r>
        <w:rPr>
          <w:rFonts w:ascii="Gentium Plus" w:hAnsi="Gentium Plus"/>
          <w:sz w:val="24"/>
        </w:rPr>
        <w:t>ἀλλὰ τοῦ ἰδίου πατρός. εἰ μὲν γὰρ αὐτοῦ πατήρ ἐστιν, οὐχ ὕστερον γίνεται αὐτοῦ υἱός· εἰ δὲ γίνεται αὐτοῦ υἱός, οὐκ ἦν αὐτοῦ πατήρ.</w:t>
      </w:r>
    </w:p>
    <w:p>
      <w:r>
        <w:rPr>
          <w:rFonts w:ascii="Courier New" w:hAnsi="Courier New"/>
          <w:color w:val="555555"/>
          <w:sz w:val="20"/>
        </w:rPr>
        <w:t>[20 . 17 . 146]</w:t>
      </w:r>
    </w:p>
    <w:p>
      <w:r>
        <w:rPr>
          <w:rFonts w:ascii="Gentium Plus" w:hAnsi="Gentium Plus"/>
          <w:sz w:val="24"/>
        </w:rPr>
        <w:t>ἅμα δὲ ἐπιστήσεις διὰ τὸ τινὰς μὲν τῶν πεπιστευκέναι νομιζομένων λέγεσθαι δούλους τοῦ θεοῦ, ἑτέρους δὲ χρηματίζειν αὐτοῦ υἱούς, μήποτε οὐχ ἡ τυχοῦσα ἐντολή, ἀλλά τινα κατ’ ἐξαίρετον κατορθού‐</w:t>
      </w:r>
    </w:p>
    <w:p>
      <w:r>
        <w:rPr>
          <w:rFonts w:ascii="Courier New" w:hAnsi="Courier New"/>
          <w:color w:val="555555"/>
          <w:sz w:val="20"/>
        </w:rPr>
        <w:t>[20 . 17 . 147]</w:t>
      </w:r>
    </w:p>
    <w:p>
      <w:r>
        <w:rPr>
          <w:rFonts w:ascii="Gentium Plus" w:hAnsi="Gentium Plus"/>
          <w:sz w:val="24"/>
        </w:rPr>
        <w:t>μενα ποιοῦσιν γενέσθαι υἱὸν θεοῦ τὸν κατορθώσαντα. πολλῶν γοῦν ἐν τῷ κατὰ Ματθαῖον εἰρημένων παρατήρει 〈ὅτι〉 τὸ «Ὅπως γένησθε υἱοὶ «τοῦ πατρὸς ὑμῶν τοῦ ἐν οὐρανοῖς», ἐπιφέρεται τῷ «Ἐγὼ δὲ «λέγω ὑμῖν· Ἀγαπήσατε τοὺς ἐχθροὺς ὑμῶν καὶ προσεύχεσθε ὑπὲρ</w:t>
      </w:r>
    </w:p>
    <w:p>
      <w:r>
        <w:rPr>
          <w:rFonts w:ascii="Courier New" w:hAnsi="Courier New"/>
          <w:color w:val="555555"/>
          <w:sz w:val="20"/>
        </w:rPr>
        <w:t>[20 . 17 . 148]</w:t>
      </w:r>
    </w:p>
    <w:p>
      <w:r>
        <w:rPr>
          <w:rFonts w:ascii="Gentium Plus" w:hAnsi="Gentium Plus"/>
          <w:sz w:val="24"/>
        </w:rPr>
        <w:t>«τῶν διωκόντων ὑμᾶς». καὶ γὰρ ἐμφαίνεται ἡ πρὸς θεὸν ὁμοιότης καὶ μίμησις αὐτοῦ ἀγαπῶντος τὰ ὄντα πάντα καὶ μηδὲν βδελυσσομένου ὧν ἐποίησεν καὶ φειδομένου πάντων (ἐπείπερ αὐτοῦ τοῦ φιλοψύχου δεσπότου ἐστὶν τὰ πάντα) ἐν τῷ ἀγαπῶντι τοὺς ἐχθροὺς ἑαυτοῦ καὶ</w:t>
      </w:r>
    </w:p>
    <w:p>
      <w:r>
        <w:rPr>
          <w:rFonts w:ascii="Courier New" w:hAnsi="Courier New"/>
          <w:color w:val="555555"/>
          <w:sz w:val="20"/>
        </w:rPr>
        <w:t>[20 . 17 . 149]</w:t>
      </w:r>
    </w:p>
    <w:p>
      <w:r>
        <w:rPr>
          <w:rFonts w:ascii="Gentium Plus" w:hAnsi="Gentium Plus"/>
          <w:sz w:val="24"/>
        </w:rPr>
        <w:t>προσευχομένῳ ὑπὲρ τῶν διωκόντων αὐτόν. πῶς δ’ ἂν ἁρμοστὸν ἦν ἐπιφερόμενον τὸ «Ὅπως γένησθε υἱοὶ τοῦ πατρὸς ὑμῶν τοῦ ἐν οὐ‐ «ρανοῖς» τῷ «Ἐρρέθη· Οὐ μοιχεύσεις· ἐγὼ δὲ λέγω ὑμῖν ὅτι πᾶς ὁ</w:t>
      </w:r>
    </w:p>
    <w:p>
      <w:r>
        <w:rPr>
          <w:rFonts w:ascii="Courier New" w:hAnsi="Courier New"/>
          <w:color w:val="555555"/>
          <w:sz w:val="20"/>
        </w:rPr>
        <w:t>[5]</w:t>
      </w:r>
    </w:p>
    <w:p>
      <w:r>
        <w:rPr>
          <w:rFonts w:ascii="Gentium Plus" w:hAnsi="Gentium Plus"/>
          <w:sz w:val="24"/>
        </w:rPr>
        <w:t>«καρδίᾳ αὐτοῦ», καὶ τοῖς περὶ τῆς ἀπωλείας ἑνὸς τῶν μελῶν ὑπὲρ</w:t>
      </w:r>
    </w:p>
    <w:p>
      <w:r>
        <w:rPr>
          <w:rFonts w:ascii="Courier New" w:hAnsi="Courier New"/>
          <w:color w:val="555555"/>
          <w:sz w:val="20"/>
        </w:rPr>
        <w:t>[20 . 17 . 150]</w:t>
      </w:r>
    </w:p>
    <w:p>
      <w:r>
        <w:rPr>
          <w:rFonts w:ascii="Gentium Plus" w:hAnsi="Gentium Plus"/>
          <w:sz w:val="24"/>
        </w:rPr>
        <w:t>τοῦ μὴ ὅλον εἰς γέενναν ἀπελθεῖν τὸ σῶμα; ἀλλὰ καὶ εἰ * * ἐπεφέ‐ ρετο τῷ «Ἐρρέθη τοῖς ἀρχαίοις· Οὐκ ἐπιορκήσεις, ἀποδώσεις δὲ τῷ «κυρίῳ τοὺς ὅρκους σου· ἐγὼ δὲ λέγω ὑμῖν μὴ ὀμόσαι ὅλως»· 〈τὸ〉 «Ὅπως γένησθε υἱοὶ τοῦ πατρὸς ὑμῶν τοῦ ἐν τοῖς οὐρανοῖς» πολ‐</w:t>
      </w:r>
    </w:p>
    <w:p>
      <w:r>
        <w:rPr>
          <w:rFonts w:ascii="Courier New" w:hAnsi="Courier New"/>
          <w:color w:val="555555"/>
          <w:sz w:val="20"/>
        </w:rPr>
        <w:t>[20 . 17 . 151]</w:t>
      </w:r>
    </w:p>
    <w:p>
      <w:r>
        <w:rPr>
          <w:rFonts w:ascii="Gentium Plus" w:hAnsi="Gentium Plus"/>
          <w:sz w:val="24"/>
        </w:rPr>
        <w:t>λὴν ἂν αὐτόθεν ἐνεποίησεν προσκοπήν. νυνὶ δὲ ὥσπερ ὁ ἐν τοῖς οὐρανοῖς πατὴρ ἀνατέλλει τὸν ἥλιον ἐπὶ πονηροὺς καὶ ἀγαθούς, οὕτως ἕκαστος τῶν υἱῶν τοῦ θεοῦ, οἱονεὶ ἥλιον ἐν ἑαυτῷ τὴν ἀγά‐ πην ἔχων, ταύτην ἀνατέλλει καὶ ἐπὶ πονηρούς, ἐπὰν ἀγαπήσῃ τοὺς</w:t>
      </w:r>
    </w:p>
    <w:p>
      <w:r>
        <w:rPr>
          <w:rFonts w:ascii="Courier New" w:hAnsi="Courier New"/>
          <w:color w:val="555555"/>
          <w:sz w:val="20"/>
        </w:rPr>
        <w:t>[5]</w:t>
      </w:r>
    </w:p>
    <w:p>
      <w:r>
        <w:rPr>
          <w:rFonts w:ascii="Gentium Plus" w:hAnsi="Gentium Plus"/>
          <w:sz w:val="24"/>
        </w:rPr>
        <w:t>ἑαυτοῦ ἐχθρούς· καὶ πάλιν ὥσπερ βρέχει ἐπὶ δικαίους καὶ ἀδίκους, οὕτως οἱονεὶ ὑετόν τινα τὴν προσευχὴν ὁ ἅγιος καταπέμπει ἐπὶ τοὺς κάτω που τυγχάνοντας, διὰ τὸ διώκειν αὐτόν, καὶ περὶ τῶν τοιούτων προσευχόμενος. ταῦτα μὲν εἰς τὸ ὑποπεσὸν ἡμῖν τρανω‐ θῆναι τὸ «Εἰ ὁ θεὸς πατὴρ ὑμῶν ἦν, ἠγαπᾶτε ἂν ἐμέ».</w:t>
      </w:r>
    </w:p>
    <w:p>
      <w:r>
        <w:rPr>
          <w:rFonts w:ascii="Courier New" w:hAnsi="Courier New"/>
          <w:color w:val="555555"/>
          <w:sz w:val="20"/>
        </w:rPr>
        <w:t>[20 . 18 . 152]</w:t>
      </w:r>
    </w:p>
    <w:p>
      <w:r>
        <w:rPr>
          <w:rFonts w:ascii="Gentium Plus" w:hAnsi="Gentium Plus"/>
          <w:sz w:val="24"/>
        </w:rPr>
        <w:t>Ἴδωμεν δὲ καὶ τὸ «Ἐγὼ ἐκ τοῦ θεοῦ ἐξῆλθον καὶ «ἥκω», εἰς ὃ χρήσιμόν μοι φαίνεται παραθέσθαι τὸ ἐκ Μιχαίου οὕτως ἔχον· «Ἀκούσατε, λαοί, λόγους, καὶ προσεχέτω ἡ γῆ καὶ πάντες οἱ «ἐν αὐτῇ· καὶ ἔσται κύριος ἐν ὑμῖν εἰς μαρτύριον, κύριος ἐξ οἴκου</w:t>
      </w:r>
    </w:p>
    <w:p>
      <w:r>
        <w:rPr>
          <w:rFonts w:ascii="Courier New" w:hAnsi="Courier New"/>
          <w:color w:val="555555"/>
          <w:sz w:val="20"/>
        </w:rPr>
        <w:t>[5]</w:t>
      </w:r>
    </w:p>
    <w:p>
      <w:r>
        <w:rPr>
          <w:rFonts w:ascii="Gentium Plus" w:hAnsi="Gentium Plus"/>
          <w:sz w:val="24"/>
        </w:rPr>
        <w:t>«ἁγίου αὐτοῦ. διότι ἰδού, κύριος ἐκπορεύεται ἐκ τοῦ τόπου ἑαυτοῦ «καὶ καταβήσεται καὶ ἐπιβήσεται ἐπὶ τὰ ὕψη τῆς γῆς, καὶ σαλευθήσε‐ «ται τὰ ὄρη ὑποκάτωθεν αὐτοῦ, καὶ αἱ κοιλάδες τακήσονται ὡς κηρὸς «ἀπὸ προσώπου πυρὸς καὶ ὡς ὕδωρ καταφερόμενον ἐν καταβάσει».</w:t>
      </w:r>
    </w:p>
    <w:p>
      <w:r>
        <w:rPr>
          <w:rFonts w:ascii="Courier New" w:hAnsi="Courier New"/>
          <w:color w:val="555555"/>
          <w:sz w:val="20"/>
        </w:rPr>
        <w:t>[20 . 18 . 153]</w:t>
      </w:r>
    </w:p>
    <w:p>
      <w:r>
        <w:rPr>
          <w:rFonts w:ascii="Gentium Plus" w:hAnsi="Gentium Plus"/>
          <w:sz w:val="24"/>
        </w:rPr>
        <w:t>καὶ ὅρα μήποτε ἰσοδυναμεῖ τὸ «Ἐξῆλθον παρὰ τοῦ θεοῦ» τῷ «Κύ‐ «ριος ἐκπορεύεται ἐκ τοῦ τόπου αὐτοῦ», ἐπεὶ ὅτε ὁ υἱὸς ἐν τῷ πατρί ἐστιν, ἐν μορφῇ θεοῦ ὑπάρχων πρὶν ἑαυτὸν κενῶσαι, οἱονεὶ</w:t>
      </w:r>
    </w:p>
    <w:p>
      <w:r>
        <w:rPr>
          <w:rFonts w:ascii="Courier New" w:hAnsi="Courier New"/>
          <w:color w:val="555555"/>
          <w:sz w:val="20"/>
        </w:rPr>
        <w:t>[20 . 18 . 154]</w:t>
      </w:r>
    </w:p>
    <w:p>
      <w:r>
        <w:rPr>
          <w:rFonts w:ascii="Gentium Plus" w:hAnsi="Gentium Plus"/>
          <w:sz w:val="24"/>
        </w:rPr>
        <w:t>τόπος αὐτοῦ ἐστιν ὁ θεός. καὶ εἴ τίς γε νοήσαι τὸν πρὸ τοῦ κενῶ‐ σαι ἑαυτὸν ἐν τῇ προηγουμένῃ ὑπάρχοντα θεοῦ μορφῇ, ὄψεται τὸν μηδέπω ἐξεληλυθότα ἀπὸ τοῦ θεοῦ υἱὸν αὐτοῦ καὶ κύριον τὸν μη‐</w:t>
      </w:r>
    </w:p>
    <w:p>
      <w:r>
        <w:rPr>
          <w:rFonts w:ascii="Courier New" w:hAnsi="Courier New"/>
          <w:color w:val="555555"/>
          <w:sz w:val="20"/>
        </w:rPr>
        <w:t>[20 . 18 . 155]</w:t>
      </w:r>
    </w:p>
    <w:p>
      <w:r>
        <w:rPr>
          <w:rFonts w:ascii="Gentium Plus" w:hAnsi="Gentium Plus"/>
          <w:sz w:val="24"/>
        </w:rPr>
        <w:t>δέπω ἐκπορευόμενον ἐκ τοῦ τόπου ἑαυτοῦ. ἐπὰν δὲ ἐκείνῃ τῇ κατα‐ στάσει τοῦ υἱοῦ συγκρίνῃ τὴν ἐκ τοῦ ἀνειληφέναι τὴν τοῦ δούλου μορφήν, ἑαυτὸν κενώσαντα, συνήσει πῶς ὁ υἱὸς τοῦ θεοῦ ἐξῆλθεν καὶ ἧκεν πρὸς ἡμᾶς, καὶ οἱονεὶ ἔξω γεγένηται τοῦ πέμψαντος αὐτόν,</w:t>
      </w:r>
    </w:p>
    <w:p>
      <w:r>
        <w:rPr>
          <w:rFonts w:ascii="Courier New" w:hAnsi="Courier New"/>
          <w:color w:val="555555"/>
          <w:sz w:val="20"/>
        </w:rPr>
        <w:t>[5]</w:t>
      </w:r>
    </w:p>
    <w:p>
      <w:r>
        <w:rPr>
          <w:rFonts w:ascii="Gentium Plus" w:hAnsi="Gentium Plus"/>
          <w:sz w:val="24"/>
        </w:rPr>
        <w:t>εἰ καὶ κατ’ ἄλλον τρόπον οὐκ ἀφῆκεν αὐτὸν μόνον ὁ πατήρ, ἀλλὰ</w:t>
      </w:r>
    </w:p>
    <w:p>
      <w:r>
        <w:rPr>
          <w:rFonts w:ascii="Courier New" w:hAnsi="Courier New"/>
          <w:color w:val="555555"/>
          <w:sz w:val="20"/>
        </w:rPr>
        <w:t>[20 . 18 . 156]</w:t>
      </w:r>
    </w:p>
    <w:p>
      <w:r>
        <w:rPr>
          <w:rFonts w:ascii="Gentium Plus" w:hAnsi="Gentium Plus"/>
          <w:sz w:val="24"/>
        </w:rPr>
        <w:t>καὶ εἰ μὴ κατ’ ἄλλον γε τρόπον νοήσαις εἶναι τὸν υἱὸν ἐν τῷ πατρί, ὡς ἦν πρὶν ἐξέλθῃ ἀπὸ τοῦ θεοῦ, δόξει περιέχειν μάχην τὸ καὶ ἐξεληλυθέναι ἀπὸ τοῦ θεοῦ καὶ εἶναι τὸν ἐξεληλυθότα ἀπὸ τοῦ θεοῦ</w:t>
      </w:r>
    </w:p>
    <w:p>
      <w:r>
        <w:rPr>
          <w:rFonts w:ascii="Courier New" w:hAnsi="Courier New"/>
          <w:color w:val="555555"/>
          <w:sz w:val="20"/>
        </w:rPr>
        <w:t>[20 . 18 . 157]</w:t>
      </w:r>
    </w:p>
    <w:p>
      <w:r>
        <w:rPr>
          <w:rFonts w:ascii="Gentium Plus" w:hAnsi="Gentium Plus"/>
          <w:sz w:val="24"/>
        </w:rPr>
        <w:t>ἔτι ἐν τῷ θεῷ. ἄλλοι δὲ τὸ «Ἐξῆλθον ἀπὸ τοῦ θεοῦ» διηγήσαντο ἀντὶ τοῦ «γεγέννημαι ἀπὸ τοῦ θεοῦ», οἷς ἀκολουθεῖ ἐκ τῆς οὐσίας φάσκειν τοῦ πατρὸς γεγεννῆθαι τὸν υἱόν, οἱονεὶ μειουμένου καὶ λεί‐ ποντος τῇ οὐσίᾳ ᾗ πρότερον εἶχεν τοῦ θεοῦ, ἐπὰν γεννήσῃ τὸν υἱόν,</w:t>
      </w:r>
    </w:p>
    <w:p>
      <w:r>
        <w:rPr>
          <w:rFonts w:ascii="Courier New" w:hAnsi="Courier New"/>
          <w:color w:val="555555"/>
          <w:sz w:val="20"/>
        </w:rPr>
        <w:t>[20 . 18 . 158]</w:t>
      </w:r>
    </w:p>
    <w:p>
      <w:r>
        <w:rPr>
          <w:rFonts w:ascii="Gentium Plus" w:hAnsi="Gentium Plus"/>
          <w:sz w:val="24"/>
        </w:rPr>
        <w:t>ὡσεὶ νοήσαι τις τοῦτο καὶ ἐπὶ τῶν ἐγκυμόνων. ἀκολουθεῖ δὲ αὐτοῖς καὶ σῶμα λέγειν τὸν πατέρα καὶ τὸν υἱὸν καὶ διῃρῆσθαι τὸν πατέρα, ἅπερ ἐστὶν δόγματα ἀνθρώπων μηδ’ ὄναρ φύσιν ἀόρατον καὶ ἀσώ‐</w:t>
      </w:r>
    </w:p>
    <w:p>
      <w:r>
        <w:rPr>
          <w:rFonts w:ascii="Courier New" w:hAnsi="Courier New"/>
          <w:color w:val="555555"/>
          <w:sz w:val="20"/>
        </w:rPr>
        <w:t>[20 . 18 . 159]</w:t>
      </w:r>
    </w:p>
    <w:p>
      <w:r>
        <w:rPr>
          <w:rFonts w:ascii="Gentium Plus" w:hAnsi="Gentium Plus"/>
          <w:sz w:val="24"/>
        </w:rPr>
        <w:t>ματον πεφαντασμένων, οὖσαν κυρίως οὐσίαν. οὗτοι δὲ δῆλον ὅτι ἐν σωματικῷ τόπῳ δώσουσιν τὸν πατέρα, καὶ τὸν υἱὸν τόπον ἐκ τό‐ που ἀμείψαντα σωματικῶς ἐπιδεδημηκέναι τῷ βίῳ, καὶ οὐχὶ κατά‐ στασιν ἐκ καταστάσεως, ὥσπερ ἡμεῖς ἐξειλήφαμεν.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[20 . 19 n]</w:t>
      </w:r>
    </w:p>
    <w:p>
      <w:r>
        <w:rPr>
          <w:rFonts w:ascii="Gentium Plus" w:hAnsi="Gentium Plus"/>
          <w:sz w:val="24"/>
        </w:rPr>
        <w:t>Οὐδὲ γὰρ ἀπ’ ἐμαυτοῦ ἐλήλυθα, ἀλλ’ ἐκεῖνός με ἀπέστειλεν.</w:t>
      </w:r>
    </w:p>
    <w:p>
      <w:r>
        <w:rPr>
          <w:rFonts w:ascii="Courier New" w:hAnsi="Courier New"/>
          <w:color w:val="555555"/>
          <w:sz w:val="20"/>
        </w:rPr>
        <w:t>[20 . 19 . 160]</w:t>
      </w:r>
    </w:p>
    <w:p>
      <w:r>
        <w:rPr>
          <w:rFonts w:ascii="Gentium Plus" w:hAnsi="Gentium Plus"/>
          <w:sz w:val="24"/>
        </w:rPr>
        <w:t>Ταῦτα νομίζω λέγεσθαι ὥς τινων ἀφ’ ἑαυτῶν ἐρχομέ‐ νων καὶ μὴ ἀπεσταλμένων ἀπὸ τοῦ πατρός. περὶ μὲν οὖν ἀνθρώ‐ πων τοιούτων, διδασκαλίαν ἢ προφητείαν ὑπισχνουμένων, διδασκό‐ μεθα καὶ ἀπὸ τοῦ Ἱερεμίου, ἔνθα γέγραπται· «Οὐκ ἀπέστελλον τοὺς</w:t>
      </w:r>
    </w:p>
    <w:p>
      <w:r>
        <w:rPr>
          <w:rFonts w:ascii="Courier New" w:hAnsi="Courier New"/>
          <w:color w:val="555555"/>
          <w:sz w:val="20"/>
        </w:rPr>
        <w:t>[20 . 19 . 161]</w:t>
      </w:r>
    </w:p>
    <w:p>
      <w:r>
        <w:rPr>
          <w:rFonts w:ascii="Gentium Plus" w:hAnsi="Gentium Plus"/>
          <w:sz w:val="24"/>
        </w:rPr>
        <w:t>«προφήτας, καὶ αὐτοὶ ἔτρεχον». εἰ δὲ καὶ δυνάμεις τινὲς μὴ ἀπο‐ στελλόμεναι ἀπὸ τοῦ πατρὸς ἔρχονται πρὸς ἀνθρώπους, ἐπιστήσεις καὶ εἴ τινες ἐν αὐταῖς εἰσιν ἐκ τοῦ θεοῦ ἐξεληλυθυῖαι καὶ τούτῳ</w:t>
      </w:r>
    </w:p>
    <w:p>
      <w:r>
        <w:rPr>
          <w:rFonts w:ascii="Courier New" w:hAnsi="Courier New"/>
          <w:color w:val="555555"/>
          <w:sz w:val="20"/>
        </w:rPr>
        <w:t>[20 . 19 . 162]</w:t>
      </w:r>
    </w:p>
    <w:p>
      <w:r>
        <w:rPr>
          <w:rFonts w:ascii="Gentium Plus" w:hAnsi="Gentium Plus"/>
          <w:sz w:val="24"/>
        </w:rPr>
        <w:t>ἡμαρτηκυῖαι τῷ μὴ ἀπεστάλθαι ἀπ’ αὐτοῦ. οὐκ ἀζήτητον δὲ ἐατέον τὸν τόπον καὶ εἰς τὸν περὶ ψυχῆς λόγον· τάχα γὰρ ἡ μὲν τοῦ Ἰησοῦ ψυχὴ ἐν τῇ ἑαυτῆς τυγχάνουσα τελειότητι ἐν θεῷ καὶ τῷ πληρώματι ἦν, καὶ ἐκεῖθεν ἐξεληλυθυῖα, τῷ ἀπεστάλθαι ἀπὸ τοῦ πατρός, ἀνέ‐</w:t>
      </w:r>
    </w:p>
    <w:p>
      <w:r>
        <w:rPr>
          <w:rFonts w:ascii="Courier New" w:hAnsi="Courier New"/>
          <w:color w:val="555555"/>
          <w:sz w:val="20"/>
        </w:rPr>
        <w:t>[5]</w:t>
      </w:r>
    </w:p>
    <w:p>
      <w:r>
        <w:rPr>
          <w:rFonts w:ascii="Gentium Plus" w:hAnsi="Gentium Plus"/>
          <w:sz w:val="24"/>
        </w:rPr>
        <w:t>λαβεν τὸ ἐκ τῆς Μαρίας σῶμα. ἄλλαι δὲ οὐχ οὕτως ἐξῆλθον ἀπὸ τοῦ θεοῦ, τουτέστιν οὐκ ἀπεσταλμέναι οὐδὲ ὑπὸ τοῦ θείου βουλήματος προπεμφθεῖσαι.</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[20 . 20 n]</w:t>
      </w:r>
    </w:p>
    <w:p>
      <w:r>
        <w:rPr>
          <w:rFonts w:ascii="Gentium Plus" w:hAnsi="Gentium Plus"/>
          <w:sz w:val="24"/>
        </w:rPr>
        <w:t>Διὰ τί τὴν λαλιὰν τὴν ἐμὴν οὐ γινώσκετε; ὅτι οὐ δύνασθε ἀκούειν τὸν λόγον τὸν ἐμόν.</w:t>
      </w:r>
    </w:p>
    <w:p>
      <w:r>
        <w:rPr>
          <w:rFonts w:ascii="Courier New" w:hAnsi="Courier New"/>
          <w:color w:val="555555"/>
          <w:sz w:val="20"/>
        </w:rPr>
        <w:t>[20 . 20 . 163]</w:t>
      </w:r>
    </w:p>
    <w:p>
      <w:r>
        <w:rPr>
          <w:rFonts w:ascii="Gentium Plus" w:hAnsi="Gentium Plus"/>
          <w:sz w:val="24"/>
        </w:rPr>
        <w:t>Αἴτιον, φησίν, ἐστὶ τοῦ ὑμῖν μὴ γινώσκεσθαι τὴν ἐμὴν</w:t>
      </w:r>
    </w:p>
    <w:p>
      <w:r>
        <w:rPr>
          <w:rFonts w:ascii="Courier New" w:hAnsi="Courier New"/>
          <w:color w:val="555555"/>
          <w:sz w:val="20"/>
        </w:rPr>
        <w:t>[20 . 20 . 164]</w:t>
      </w:r>
    </w:p>
    <w:p>
      <w:r>
        <w:rPr>
          <w:rFonts w:ascii="Gentium Plus" w:hAnsi="Gentium Plus"/>
          <w:sz w:val="24"/>
        </w:rPr>
        <w:t>οἷοί τε γενώμεθα καὶ γινώσκειν πᾶσαν τὴν Ἰησοῦ λαλιάν· ἔξεστιν γὰρ πρότερον οὐ δυνάμενον ἀκούειν τὸν λόγον Ἰησοῦ ὕστερον φθά‐ νειν ἐπὶ τὸ ἀκούειν δύνασθαι αὐτόν, ἐπεὶ καὶ ὅσον μὲν οὐδέπω ἰάθη τις τὰς ἀκοὰς ἀπὸ τοῦ λόγου τοῦ λέγοντος τῷ κωφῷ· «Διανοίχθητι»,</w:t>
      </w:r>
    </w:p>
    <w:p>
      <w:r>
        <w:rPr>
          <w:rFonts w:ascii="Courier New" w:hAnsi="Courier New"/>
          <w:color w:val="555555"/>
          <w:sz w:val="20"/>
        </w:rPr>
        <w:t>[20 . 20 . 165]</w:t>
      </w:r>
    </w:p>
    <w:p>
      <w:r>
        <w:rPr>
          <w:rFonts w:ascii="Gentium Plus" w:hAnsi="Gentium Plus"/>
          <w:sz w:val="24"/>
        </w:rPr>
        <w:t>οὐ δύναται ἀκούειν. ἐπὰν δὲ λυθῇ ὁ αἴτιος τῆς κωφότητος σύνδεσ‐ μος, τότε ἀκούειν τις οἷός 〈τε〉 ἔσται τοῦ Ἰησοῦ, ὅτε καὶ γινώσκειν δύναται αὐτοῦ τὴν λαλιάν· ἢ λεγέτωσαν ἡμῖν οἱ νομίζοντες καὶ διὰ τούτων συνίστασθαι τὸν περὶ φύσεως λόγον, πότερον ἐδύναντο ἔτι</w:t>
      </w:r>
    </w:p>
    <w:p>
      <w:r>
        <w:rPr>
          <w:rFonts w:ascii="Courier New" w:hAnsi="Courier New"/>
          <w:color w:val="555555"/>
          <w:sz w:val="20"/>
        </w:rPr>
        <w:t>[20 . 20 . 166]</w:t>
      </w:r>
    </w:p>
    <w:p>
      <w:r>
        <w:rPr>
          <w:rFonts w:ascii="Gentium Plus" w:hAnsi="Gentium Plus"/>
          <w:sz w:val="24"/>
        </w:rPr>
        <w:t>κωφοὶ ὄντες ἀκούειν οὓς ὕστερον ἰάσατο, ἢ οὐκ ἐδύναντο; σαφοῦς δὲ ὄντος τοῦ ‹οὐκ ἐδύναντο›, δῆλον ὅτι ἔξεστιν μεταβαλεῖν ἀπὸ τοῦ μὴ δύνασθαι ἀκούειν τῶν Ἰησοῦ λόγων ἐπὶ τὸ ἀκούειν αὐτῶν, καὶ οὐ διὰ φύσιν ἀνιάτως ἔχουσαν, ὅτε οὐ δύναταί τις ἀκούειν· καὶ μάλιστα</w:t>
      </w:r>
    </w:p>
    <w:p>
      <w:r>
        <w:rPr>
          <w:rFonts w:ascii="Courier New" w:hAnsi="Courier New"/>
          <w:color w:val="555555"/>
          <w:sz w:val="20"/>
        </w:rPr>
        <w:t>[5]</w:t>
      </w:r>
    </w:p>
    <w:p>
      <w:r>
        <w:rPr>
          <w:rFonts w:ascii="Gentium Plus" w:hAnsi="Gentium Plus"/>
          <w:sz w:val="24"/>
        </w:rPr>
        <w:t>ταῦτα προσακτέον τοῖς ἑτεροδόξοις, χαίρουσι ταῖς ἀλληγορίαις καὶ ἀνάγουσιν τὴν περὶ τῶν ἰάσεων ἱστορίαν ἐπὶ τὰς τῆς ψυχῆς θερα‐ πείας, ἀπολυομένης ὑπὸ τοῦ Ἰησοῦ πάσης νόσου καὶ πάσης μαλακίας.</w:t>
      </w:r>
    </w:p>
    <w:p>
      <w:r>
        <w:rPr>
          <w:rFonts w:ascii="Courier New" w:hAnsi="Courier New"/>
          <w:color w:val="555555"/>
          <w:sz w:val="20"/>
        </w:rPr>
        <w:t>[20 . 20 . 167]</w:t>
      </w:r>
    </w:p>
    <w:p>
      <w:r>
        <w:rPr>
          <w:rFonts w:ascii="Gentium Plus" w:hAnsi="Gentium Plus"/>
          <w:sz w:val="24"/>
        </w:rPr>
        <w:t>νομίζω δὲ τὸ μὲν ἀκούειν νῦν ἐπὶ τοῦ συνιέναι τάσσεσθαι τῶν λεγο‐ μένων, τὸ δὲ γινώσκειν ἐπὶ τοῦ καταλαμβάνοντα συγκατατίθεσθαι, τῷ φωτὶ τῆς περὶ τῶν λεγομένων γνώσεως πεφωτισμένον.</w:t>
      </w:r>
    </w:p>
    <w:p>
      <w:r>
        <w:rPr>
          <w:rFonts w:ascii="Courier New" w:hAnsi="Courier New"/>
          <w:color w:val="555555"/>
          <w:sz w:val="20"/>
        </w:rPr>
        <w:t>[20 . 20 . 168]</w:t>
      </w:r>
    </w:p>
    <w:p>
      <w:r>
        <w:rPr>
          <w:rFonts w:ascii="Gentium Plus" w:hAnsi="Gentium Plus"/>
          <w:sz w:val="24"/>
        </w:rPr>
        <w:t>Ὁ μέντοι γε Ἡρακλέων ὑπολαμβάνει αἰτίαν ἀποδίδοσθαι τοῦ μὴ δύνασθαι αὐτοὺς ἀκούειν τὸν Ἰησοῦ λόγον μηδὲ γινώσκειν αὐτοῦ τὴν λαλιὰν ἐν τῷ «Ὑμεῖς ἐκ τοῦ πα‐ «τρὸς τοῦ διαβόλου ἐστέ». αὐταῖς γοῦν λέξεσίν φησι· «Διατί</w:t>
      </w:r>
    </w:p>
    <w:p>
      <w:r>
        <w:rPr>
          <w:rFonts w:ascii="Courier New" w:hAnsi="Courier New"/>
          <w:color w:val="555555"/>
          <w:sz w:val="20"/>
        </w:rPr>
        <w:t>[5]</w:t>
      </w:r>
    </w:p>
    <w:p>
      <w:r>
        <w:rPr>
          <w:rFonts w:ascii="Gentium Plus" w:hAnsi="Gentium Plus"/>
          <w:sz w:val="24"/>
        </w:rPr>
        <w:t>«δὲ οὐ δύνασθε ἀκούειν τὸν λόγον τὸν ἐμόν, ἢ ὅτι ὑμεῖς «ἐκ τοῦ πατρὸς τοῦ διαβόλου ἐστέ;» ἀντὶ τοῦ «ἐκ τῆς «οὐσίας τοῦ διαβόλου», φανερῶν αὐτοῖς λοιπὸν τὴν φύσιν αὐτῶν, καὶ προσελέγξας αὐτοὺς ὅτι οὔτε τοῦ Ἀβραάμ εἰσιν τέκνα (οὐ γὰρ ἂν ἐμίσουν αὐτόν), οὔτε τοῦ</w:t>
      </w:r>
    </w:p>
    <w:p>
      <w:r>
        <w:rPr>
          <w:rFonts w:ascii="Courier New" w:hAnsi="Courier New"/>
          <w:color w:val="555555"/>
          <w:sz w:val="20"/>
        </w:rPr>
        <w:t>[20 . 20 . 169]</w:t>
      </w:r>
    </w:p>
    <w:p>
      <w:r>
        <w:rPr>
          <w:rFonts w:ascii="Gentium Plus" w:hAnsi="Gentium Plus"/>
          <w:sz w:val="24"/>
        </w:rPr>
        <w:t>θεοῦ, διὸ οὐκ ἠγάπων αὐτόν. καὶ εἰ μὲν τὸ «Ὑμεῖς ἐκ τοῦ «πατρὸς τοῦ διαβόλου ἐστέ» ἐξεδέχετο ὡς ἐν τοῖς ἀνωτέρω διηγησάμεθα, καὶ ἔλεγεν· διὰ τὸ ἔτι ὑμᾶς εἶναι ἐκ τοῦ διαβόλου, οὐ δύνασθε ἀκούειν τὸν λόγον τὸν ἐμόν, κἂν παρεδεξάμεθα αὐτοῦ</w:t>
      </w:r>
    </w:p>
    <w:p>
      <w:r>
        <w:rPr>
          <w:rFonts w:ascii="Courier New" w:hAnsi="Courier New"/>
          <w:color w:val="555555"/>
          <w:sz w:val="20"/>
        </w:rPr>
        <w:t>[20 . 20 . 170]</w:t>
      </w:r>
    </w:p>
    <w:p>
      <w:r>
        <w:rPr>
          <w:rFonts w:ascii="Gentium Plus" w:hAnsi="Gentium Plus"/>
          <w:sz w:val="24"/>
        </w:rPr>
        <w:t>τὴν διήγησιν. νυνὶ δὲ δῆλός ἐστιν ὁμοουσίους τινὰς τῷ δια‐ βόλῳ λέγων ἀνθρώπους, ἑτέρας, ὡς οἴονται οἱ ἀπ’ αὐτοῦ, οὐσίας</w:t>
      </w:r>
    </w:p>
    <w:p>
      <w:r>
        <w:rPr>
          <w:rFonts w:ascii="Courier New" w:hAnsi="Courier New"/>
          <w:color w:val="555555"/>
          <w:sz w:val="20"/>
        </w:rPr>
        <w:t>[20 . 21 n]</w:t>
      </w:r>
    </w:p>
    <w:p>
      <w:r>
        <w:rPr>
          <w:rFonts w:ascii="Gentium Plus" w:hAnsi="Gentium Plus"/>
          <w:sz w:val="24"/>
        </w:rPr>
        <w:t>Ὑμεῖς ἐκ τοῦ πατρὸς τοῦ διαβόλου ἐστὲ καὶ τὰς ἐπιθυμίας τοῦ πατρὸς ὑμῶν θέλετε ποιεῖν.</w:t>
      </w:r>
    </w:p>
    <w:p>
      <w:r>
        <w:rPr>
          <w:rFonts w:ascii="Courier New" w:hAnsi="Courier New"/>
          <w:color w:val="555555"/>
          <w:sz w:val="20"/>
        </w:rPr>
        <w:t>[20 . 21 . 171]</w:t>
      </w:r>
    </w:p>
    <w:p>
      <w:r>
        <w:rPr>
          <w:rFonts w:ascii="Gentium Plus" w:hAnsi="Gentium Plus"/>
          <w:sz w:val="24"/>
        </w:rPr>
        <w:t>Ἀμφίβολος ἡ λέξις ἐστίν· δηλοῦται γὰρ ἀπ’ αὐτῆς ἓν μὲν ὡς ἄρα ἔχει ὁ διάβολος πατέρα, ἐξ οὗ πατρός, ὅσον ἐπὶ τῷ ῥητῷ, ἐμφαίνονται εἶναι οὗτοι πρὸς οὓς ὁ λόγος· ἕτερον δέ, ὃ βέλ‐ τιόν ἐστιν, ὅτι ὑμεῖς ἐκ τοῦδε τοῦ πατρός ἐστε, καθ’ οὗ κατηγορεῖται</w:t>
      </w:r>
    </w:p>
    <w:p>
      <w:r>
        <w:rPr>
          <w:rFonts w:ascii="Courier New" w:hAnsi="Courier New"/>
          <w:color w:val="555555"/>
          <w:sz w:val="20"/>
        </w:rPr>
        <w:t>[20 . 21 . 172]</w:t>
      </w:r>
    </w:p>
    <w:p>
      <w:r>
        <w:rPr>
          <w:rFonts w:ascii="Gentium Plus" w:hAnsi="Gentium Plus"/>
          <w:sz w:val="24"/>
        </w:rPr>
        <w:t>τὸ ‹διάβολοσ›. ἀμφίβολον μὲν οὖν ἦν ἂν τὸ λεγόμενον καὶ εἰ περιῄρητο τὸ πρότερον ἄρθρον τὸ ‹τοῦ›, πλὴν μᾶλλον ἂν ἐφαίνετο σαφέστερον τὸ βούλημα τοῦ ῥητοῦ. 〈οὐ〉 μέντοι γε ὁ συναγορεύων τῷ εἶναί τινα τοῦ διαβόλου πατέρα, οὗ υἱοὺς δόξει λέγειν τοὺς πρὸς</w:t>
      </w:r>
    </w:p>
    <w:p>
      <w:r>
        <w:rPr>
          <w:rFonts w:ascii="Courier New" w:hAnsi="Courier New"/>
          <w:color w:val="555555"/>
          <w:sz w:val="20"/>
        </w:rPr>
        <w:t>[5]</w:t>
      </w:r>
    </w:p>
    <w:p>
      <w:r>
        <w:rPr>
          <w:rFonts w:ascii="Gentium Plus" w:hAnsi="Gentium Plus"/>
          <w:sz w:val="24"/>
        </w:rPr>
        <w:t>οὓς ὁ λόγος ἐστίν, χρήσεται τῷ ἐπιφερομένῳ οὕτως ἔχοντι· «Ὅταν «λαλῇ τὸ ψεῦδος, ἐκ τῶν ἰδίων λαλεῖ, ὅτι ψεύστης ἐστὶν καὶ ὁ πατὴρ «αὐτοῦ», καὶ φήσει ψεῦδος μὲν εἶναι τὸν διάβολον, ἄλλον δὲ παρὰ</w:t>
      </w:r>
    </w:p>
    <w:p>
      <w:r>
        <w:rPr>
          <w:rFonts w:ascii="Courier New" w:hAnsi="Courier New"/>
          <w:color w:val="555555"/>
          <w:sz w:val="20"/>
        </w:rPr>
        <w:t>[20 . 21 . 173]</w:t>
      </w:r>
    </w:p>
    <w:p>
      <w:r>
        <w:rPr>
          <w:rFonts w:ascii="Gentium Plus" w:hAnsi="Gentium Plus"/>
          <w:sz w:val="24"/>
        </w:rPr>
        <w:t>τοῦτον εἶναι τὸν τοῦ ψεύδους πατέρα. ἀλλ’ οὐχ ὑγιῶς τοῦτο λεχ‐ θήσεται· μᾶλλον γὰρ τὸ ψεῦδος ἐφαρμόσει τῷ ἐναντίῳ τοῦ εἰπόν‐ τος· «Ἐγώ εἰμι ἡ ἀλήθεια»· λέγω δὲ τῷ ἀντιχρίστῳ, οὗ ψεύστης</w:t>
      </w:r>
    </w:p>
    <w:p>
      <w:r>
        <w:rPr>
          <w:rFonts w:ascii="Courier New" w:hAnsi="Courier New"/>
          <w:color w:val="555555"/>
          <w:sz w:val="20"/>
        </w:rPr>
        <w:t>[20 . 21 . 174]</w:t>
      </w:r>
    </w:p>
    <w:p>
      <w:r>
        <w:rPr>
          <w:rFonts w:ascii="Gentium Plus" w:hAnsi="Gentium Plus"/>
          <w:sz w:val="24"/>
        </w:rPr>
        <w:t>ἐστὶν ὁ πατήρ, ὁ διάβολος ὤν. ἀλλ’ εἰκός τινα προσκόψειν τῷ ψεῦ‐ δος εἶναι τὸν ἀντίχριστον, οὐκέτι ψεκτὸν ἐσόμενον, ἐὰν τῇ ὑπο‐ στάσει ἕτερον μηδὲν ψεύδους ᾖ. πρὸς ὃν παραθέμενος τὸ «Ἀπώλεια «ἐγένου, καὶ οὐχ ὑπάρξεις εἰς τὸν αἰῶνα» εἰρημένον ἐν τῷ Ἰεζεκιὴλ</w:t>
      </w:r>
    </w:p>
    <w:p>
      <w:r>
        <w:rPr>
          <w:rFonts w:ascii="Courier New" w:hAnsi="Courier New"/>
          <w:color w:val="555555"/>
          <w:sz w:val="20"/>
        </w:rPr>
        <w:t>[5]</w:t>
      </w:r>
    </w:p>
    <w:p>
      <w:r>
        <w:rPr>
          <w:rFonts w:ascii="Gentium Plus" w:hAnsi="Gentium Plus"/>
          <w:sz w:val="24"/>
        </w:rPr>
        <w:t>περί τινος διὰ τὴν κακίαν μεταβεβληκότος εἰς τὸ γενέσθαι αὐτὸν ἀπώλειαν, καθ’ ὁμοιότητα παραμυθήσει καὶ τὸ περὶ τοῦ ψεῦδος εἶναί τινα 〈οὐ〉 τῇ ὑποστάσει ἐκ κατασκευῆς, ἀλλὰ ἐκ μεταβολῆς καὶ ἰδίας προαιρέσεως τοιοῦτον γεγενημένον, καὶ οὕτως, ἵνα καινῶς ὀνο‐</w:t>
      </w:r>
    </w:p>
    <w:p>
      <w:r>
        <w:rPr>
          <w:rFonts w:ascii="Courier New" w:hAnsi="Courier New"/>
          <w:color w:val="555555"/>
          <w:sz w:val="20"/>
        </w:rPr>
        <w:t>[20 . 21 . 175]</w:t>
      </w:r>
    </w:p>
    <w:p>
      <w:r>
        <w:rPr>
          <w:rFonts w:ascii="Gentium Plus" w:hAnsi="Gentium Plus"/>
          <w:sz w:val="24"/>
        </w:rPr>
        <w:t>μάσω, πεφυσιωμένον. φεύγων γοῦν τις ὡς ἄτοπον τὸ φάσκειν εἶναι ψεῦδος τὸν ἀντίχριστον, ἐρεῖ καὶ πᾶσιν ἐφαρμόζειν τοῖς ψευδομένοις τὸ «Ὅταν λαλῇ τὸ ψεῦδος, ἐκ τῶν ἰδίων λαλεῖ»· τὸ γὰρ ἐν ἑκάστῳ τῶν ψευδομένων ψεῦδος ἐπὰν λαλῇ, «ἐκ τῶν ἰδίων» τοῦ ψεύδους</w:t>
      </w:r>
    </w:p>
    <w:p>
      <w:r>
        <w:rPr>
          <w:rFonts w:ascii="Courier New" w:hAnsi="Courier New"/>
          <w:color w:val="555555"/>
          <w:sz w:val="20"/>
        </w:rPr>
        <w:t>[5]</w:t>
      </w:r>
    </w:p>
    <w:p>
      <w:r>
        <w:rPr>
          <w:rFonts w:ascii="Gentium Plus" w:hAnsi="Gentium Plus"/>
          <w:sz w:val="24"/>
        </w:rPr>
        <w:t>«λαλεῖ»· ἀλλὰ καὶ τὸ «Ψεύστης ἐστὶν ὁ πατὴρ αὐτοῦ» † ἀνενέγκει ἐπὶ τὸ ἕκαστον τὸν προφερόμενον ψεῦδος ἐκ στόματος ἑαυτοῦ πατέρα εἶναι οὗ λαλεῖ ψεύδους· καὶ οὐκ ἀπίθανός γε ἔσται ἡ τοιαύτη ἀπό‐ δοσις. καὶ ταῦτα μὲν ὡς παρακείμενα τῇ ἀμφιβολίᾳ τοῦ ἐκκειμένου</w:t>
      </w:r>
    </w:p>
    <w:p>
      <w:r>
        <w:rPr>
          <w:rFonts w:ascii="Courier New" w:hAnsi="Courier New"/>
          <w:color w:val="555555"/>
          <w:sz w:val="20"/>
        </w:rPr>
        <w:t>[20 . 22 . 176]</w:t>
      </w:r>
    </w:p>
    <w:p>
      <w:r>
        <w:rPr>
          <w:rFonts w:ascii="Gentium Plus" w:hAnsi="Gentium Plus"/>
          <w:sz w:val="24"/>
        </w:rPr>
        <w:t>Ἐπεὶ δὲ διηγούμενοι τὸ «Ὑμεῖς ποιεῖτε τὰ ἔργα τοῦ «πατρὸς ὑμῶν» προλαβόντες καὶ εἰς τοῦτο εἰρήκαμεν, πολλαχόθεν τὰ φανέντα ἡμῖν εἰς τὴν διήγησιν χρήσιμα συναγαγόντες, οὐκ εὐλόγως νῦν προσδιατρίψομεν τῷ τόπῳ. πλὴν εἴ τις τῷ ποιεῖν τὴν ἁμαρτίαν</w:t>
      </w:r>
    </w:p>
    <w:p>
      <w:r>
        <w:rPr>
          <w:rFonts w:ascii="Courier New" w:hAnsi="Courier New"/>
          <w:color w:val="555555"/>
          <w:sz w:val="20"/>
        </w:rPr>
        <w:t>[5]</w:t>
      </w:r>
    </w:p>
    <w:p>
      <w:r>
        <w:rPr>
          <w:rFonts w:ascii="Gentium Plus" w:hAnsi="Gentium Plus"/>
          <w:sz w:val="24"/>
        </w:rPr>
        <w:t>ἐκ τοῦ διαβόλου γεγέννηται καὶ μὴ κατήργησεν τὴν ἀπ’ ἐκείνου γέ‐ νεσιν ἐξ ἑαυτοῦ, οὗτος οὐ μίαν ἀλλὰ πλείονας ἐπιθυμίας τοῦ τοιού‐ του πατρὸς ποιεῖν ἐθέλει· καὶ τῶν ἐν παντὶ υἱῷ διαβόλου ἐπιθυμιῶν ἀπὸ τῶν ἐν τῷ διαβόλῳ ἐπιθυμιῶν γεννωμένων, σαφὲς ὅτι αἱ ἐκεί‐ νου ἐπιθυμίαι φρόνημα ὕλης εἰσὶν καὶ φθορᾶς, ἃς κυρίως ἔχθρας</w:t>
      </w:r>
    </w:p>
    <w:p>
      <w:r>
        <w:rPr>
          <w:rFonts w:ascii="Courier New" w:hAnsi="Courier New"/>
          <w:color w:val="555555"/>
          <w:sz w:val="20"/>
        </w:rPr>
        <w:t>[20 . 22 . 177]</w:t>
      </w:r>
    </w:p>
    <w:p>
      <w:r>
        <w:rPr>
          <w:rFonts w:ascii="Gentium Plus" w:hAnsi="Gentium Plus"/>
          <w:sz w:val="24"/>
        </w:rPr>
        <w:t>εἴποι τις ἂν εἶναι πρὸς θεόν. φόνους μὲν οὖν καὶ ἀδικίας καὶ πλεονεξίας φάσκειν εἶναι τὰς ἐκείνου ἐπιθυμίας, γεννώσας ἐν υἱοῖς αὐτοῦ παραπλησίως ταύταις ἐπιθυμίας, οὐκ ἀπεμφαίνει· ἀλλὰ καὶ γενικῶς ἀκαθαρσίας τῇ φύσει ἐναντίας τυγχανούσας τῇ καθαρότητι λέ‐</w:t>
      </w:r>
    </w:p>
    <w:p>
      <w:r>
        <w:rPr>
          <w:rFonts w:ascii="Courier New" w:hAnsi="Courier New"/>
          <w:color w:val="555555"/>
          <w:sz w:val="20"/>
        </w:rPr>
        <w:t>[5]</w:t>
      </w:r>
    </w:p>
    <w:p>
      <w:r>
        <w:rPr>
          <w:rFonts w:ascii="Gentium Plus" w:hAnsi="Gentium Plus"/>
          <w:sz w:val="24"/>
        </w:rPr>
        <w:t>γειν εἶναι τὰς ἐκείνου ἐπιθυμίας, ἀφ’ ὧν αἱ πρὸς τὰ ἀκάθαρτα ἐπιθυμίαι</w:t>
      </w:r>
    </w:p>
    <w:p>
      <w:r>
        <w:rPr>
          <w:rFonts w:ascii="Courier New" w:hAnsi="Courier New"/>
          <w:color w:val="555555"/>
          <w:sz w:val="20"/>
        </w:rPr>
        <w:t>[20 . 22 . 178]</w:t>
      </w:r>
    </w:p>
    <w:p>
      <w:r>
        <w:rPr>
          <w:rFonts w:ascii="Gentium Plus" w:hAnsi="Gentium Plus"/>
          <w:sz w:val="24"/>
        </w:rPr>
        <w:t>ἐγγίνονται τέκνοις τοῦ διαβόλου, οὐ δυσπαράδεκτόν ἐστιν. τὸ δὲ καὶ πορνείαν λέγειν εἶναι τὴν ἐκείνου ἐπιθυμίαν ἢ μοιχείαν ἢ παιδο‐ φθορίαν ἢ μαλακότητα οὐκ εὐχερῶς ἄν τις παραδέξοιτο, κἂν ἀπορῇ πῶς αἱ ἐπιθυμίαι αὗται ἐν ἀνθρώποις ἀπὸ τῶν ἐν ἐκείνῳ γίνονται</w:t>
      </w:r>
    </w:p>
    <w:p>
      <w:r>
        <w:rPr>
          <w:rFonts w:ascii="Courier New" w:hAnsi="Courier New"/>
          <w:color w:val="555555"/>
          <w:sz w:val="20"/>
        </w:rPr>
        <w:t>[5]</w:t>
      </w:r>
    </w:p>
    <w:p>
      <w:r>
        <w:rPr>
          <w:rFonts w:ascii="Gentium Plus" w:hAnsi="Gentium Plus"/>
          <w:sz w:val="24"/>
        </w:rPr>
        <w:t>ἐπιθυμιῶν, ὅσον ἐπὶ τῇ λέξει, οἱονεὶ καθολικοῦ τινος παρισταμένου περὶ τῶν ἐν ἀνθρώποις ἐπιθυμιῶν, ὡς ἄρα θέλουσιν οἱ ἄνθρωποι τὰς ἐπιθυμίας τοῦ πατρὸς αὐτῶν ποιεῖν, ὥστε πάντα, ἃ ἐπιθυμοῦσιν</w:t>
      </w:r>
    </w:p>
    <w:p>
      <w:r>
        <w:rPr>
          <w:rFonts w:ascii="Courier New" w:hAnsi="Courier New"/>
          <w:color w:val="555555"/>
          <w:sz w:val="20"/>
        </w:rPr>
        <w:t>[20 . 22 . 179]</w:t>
      </w:r>
    </w:p>
    <w:p>
      <w:r>
        <w:rPr>
          <w:rFonts w:ascii="Gentium Plus" w:hAnsi="Gentium Plus"/>
          <w:sz w:val="24"/>
        </w:rPr>
        <w:t>παρανόμως, πρότερον ἐπιθυμίας εἶναι τοῦ πατρὸς αὐτῶν. τοιοῦτον γάρ ἐστιν τὸ «Καὶ τὰς ἐπιθυμίας τοῦ πατρὸς ὑμῶν θέλετε ποιεῖν». λεκτέον δὲ πρὸς ταῦτα ὅτι ὁ διάβολος ἐπιθυμεῖ φθαρῆναι τόνδε, φέρε εἰπεῖν, τὸν παῖδα, καὶ μοιχευθῆναι τήνδε, καὶ πορνεῦσαι τούσδε,</w:t>
      </w:r>
    </w:p>
    <w:p>
      <w:r>
        <w:rPr>
          <w:rFonts w:ascii="Courier New" w:hAnsi="Courier New"/>
          <w:color w:val="555555"/>
          <w:sz w:val="20"/>
        </w:rPr>
        <w:t>[5]</w:t>
      </w:r>
    </w:p>
    <w:p>
      <w:r>
        <w:rPr>
          <w:rFonts w:ascii="Gentium Plus" w:hAnsi="Gentium Plus"/>
          <w:sz w:val="24"/>
        </w:rPr>
        <w:t>καὶ τούτων ἐπιθυμῶν ἐμποιεῖ τοῖς δυναμένοις αὐτῷ ὑπηρετήσασθαι ἐπιθυμίαν τοῦ ποιῆσαι, ἅπερ ἐκεῖνος ἐνεργῆσαι βούλεται, ὥστ’ ἂν κατὰ τοῦτο τὸν ἐνεργοῦντα τὴν πορνείαν ἢ τὴν μοιχείαν πρότερον</w:t>
      </w:r>
    </w:p>
    <w:p>
      <w:r>
        <w:rPr>
          <w:rFonts w:ascii="Courier New" w:hAnsi="Courier New"/>
          <w:color w:val="555555"/>
          <w:sz w:val="20"/>
        </w:rPr>
        <w:t>[20 . 22 . 180]</w:t>
      </w:r>
    </w:p>
    <w:p>
      <w:r>
        <w:rPr>
          <w:rFonts w:ascii="Gentium Plus" w:hAnsi="Gentium Plus"/>
          <w:sz w:val="24"/>
        </w:rPr>
        <w:t>λέγειν τοῦ ἀνθρώπου πορνεύειν καὶ μοιχεύειν. τὸ δ’ αὐτὸ καὶ περὶ πάσης ἁμαρτίας ἐρεῖς· οἷον ὁ διάβολος ἀργυρίων μὲν οὐκ ἐπιθυμεῖ, ἐπιθυμεῖ δὲ φιλαργύρους ποιῆσαι καὶ προσπαθεῖς τοῖς ὑλικοῖς πράγ‐ μασιν· ταύτην δὲ τὴν ἐπιθυμίαν αὐτοῦ θέλουσι ποιεῖν οἱ οὐκ ἄλλως</w:t>
      </w:r>
    </w:p>
    <w:p>
      <w:r>
        <w:rPr>
          <w:rFonts w:ascii="Courier New" w:hAnsi="Courier New"/>
          <w:color w:val="555555"/>
          <w:sz w:val="20"/>
        </w:rPr>
        <w:t>[20 . 22 . 181]</w:t>
      </w:r>
    </w:p>
    <w:p>
      <w:r>
        <w:rPr>
          <w:rFonts w:ascii="Gentium Plus" w:hAnsi="Gentium Plus"/>
          <w:sz w:val="24"/>
        </w:rPr>
        <w:t>ἢ τῷ θέλειν φιλοῦντες τὸ ἀργύριον. διόπερ ἀναγκαῖόν ἐστιν ἐφι‐ στάνειν ἡμᾶς πᾶσιν οἷς θέλομεν ποιεῖν καὶ ἐξετάζειν μήποτε ὃ θέ‐ λομεν ποιεῖν ἐκ τῶν τοῦ διαβόλου ἐπιθυμιῶν ἐστιν· ἵνα ἐκ τοῦ τεθεωρηκέναι τὰ ἐκ τῶν τοῦ διαβόλου ἐπιθυμιῶν παυσώμεθα θέλειν</w:t>
      </w:r>
    </w:p>
    <w:p>
      <w:r>
        <w:rPr>
          <w:rFonts w:ascii="Courier New" w:hAnsi="Courier New"/>
          <w:color w:val="555555"/>
          <w:sz w:val="20"/>
        </w:rPr>
        <w:t>[5]</w:t>
      </w:r>
    </w:p>
    <w:p>
      <w:r>
        <w:rPr>
          <w:rFonts w:ascii="Gentium Plus" w:hAnsi="Gentium Plus"/>
          <w:sz w:val="24"/>
        </w:rPr>
        <w:t>ποιεῖν ἐκεῖνα, εἰδότες πάντα τὸν θέλοντα ποιεῖν τὰς τοῦ διαβόλου ἐπιθυμίας ἐκ πατρὸς μὲν οὐδαμῶς εἶναι θεοῦ, διαβόλου δὲ γεγονέναι τέκνον, καὶ ἀπὸ τοῦ ἐθέλειν ποιεῖν τὰς ἐπιθυμίας τοῦ χείρονος μορφούμενον καὶ κατ’ εἰκόνα γινόμενον τοῦ πονηροῦ πατρός, ἀφ’</w:t>
      </w:r>
    </w:p>
    <w:p>
      <w:r>
        <w:rPr>
          <w:rFonts w:ascii="Courier New" w:hAnsi="Courier New"/>
          <w:color w:val="555555"/>
          <w:sz w:val="20"/>
        </w:rPr>
        <w:t>[20 . 22 . 182]</w:t>
      </w:r>
    </w:p>
    <w:p>
      <w:r>
        <w:rPr>
          <w:rFonts w:ascii="Gentium Plus" w:hAnsi="Gentium Plus"/>
          <w:sz w:val="24"/>
        </w:rPr>
        <w:t>οὗ ἔρχονται καὶ τυποῦνται αἱ ἐκείνου τοῦ χοϊκοῦ εἰκόνες. πρῶτος γὰρ χοϊκὸς ἐκεῖνος, τῷ πρῶτος ἀποπεπτωκὼς τῶν κρειττόνων καὶ ἐπιτεθυμηκὼς ἑτέρας παρὰ τὴν κρείττονα ζωῆς ζωὴν ἄξιος γεγονέναι τοῦ ἀρχὴν αὐτὸν εἶναι οὔτε κτίσματος οὔτε ποιήματος ἀλλὰ «πλά‐</w:t>
      </w:r>
    </w:p>
    <w:p>
      <w:r>
        <w:rPr>
          <w:rFonts w:ascii="Courier New" w:hAnsi="Courier New"/>
          <w:color w:val="555555"/>
          <w:sz w:val="20"/>
        </w:rPr>
        <w:t>[5]</w:t>
      </w:r>
    </w:p>
    <w:p>
      <w:r>
        <w:rPr>
          <w:rFonts w:ascii="Gentium Plus" w:hAnsi="Gentium Plus"/>
          <w:sz w:val="24"/>
        </w:rPr>
        <w:t>«σματος κυρίου, πεποιημένον ἐγκαταπαίζεσθαι ὑπὸ τῶν ἀγγέλων «αὐτοῦ». καὶ ἡμῶν δὲ ἡ προηγουμένη ὑπόστασίς ἐστιν ἐν τῷ κατ’ εἰκόνα τοῦ κτίσαντος· ἡ δὲ ἐξ αἰτίας ἐν τῷ ληφθέντι ἀπὸ τοῦ χοῦ</w:t>
      </w:r>
    </w:p>
    <w:p>
      <w:r>
        <w:rPr>
          <w:rFonts w:ascii="Courier New" w:hAnsi="Courier New"/>
          <w:color w:val="555555"/>
          <w:sz w:val="20"/>
        </w:rPr>
        <w:t>[20 . 22 . 183]</w:t>
      </w:r>
    </w:p>
    <w:p>
      <w:r>
        <w:rPr>
          <w:rFonts w:ascii="Gentium Plus" w:hAnsi="Gentium Plus"/>
          <w:sz w:val="24"/>
        </w:rPr>
        <w:t>τῆς γῆς πλάσματι. καὶ εἰ μὲν ὡσπερεὶ ἐπιλαθόμενοι τῆς ἐν ἡμῖν κρείττονος οὐσίας ὑποτάξομεν ἑαυτοὺς τῷ ἀπὸ τοῦ χοῦ πλάσματι, καὶ τὸ κρεῖττον τὴν εἰκόνα τοῦ χοϊκοῦ λήψεται· εἰ δὲ συνέντες τὸ ποιηθὲν κατ’ εἰκόνα καὶ τὸ ληφθὲν ἀπὸ τοῦ χοῦ τῆς γῆς, ὅλοι</w:t>
      </w:r>
    </w:p>
    <w:p>
      <w:r>
        <w:rPr>
          <w:rFonts w:ascii="Courier New" w:hAnsi="Courier New"/>
          <w:color w:val="555555"/>
          <w:sz w:val="20"/>
        </w:rPr>
        <w:t>[5]</w:t>
      </w:r>
    </w:p>
    <w:p>
      <w:r>
        <w:rPr>
          <w:rFonts w:ascii="Gentium Plus" w:hAnsi="Gentium Plus"/>
          <w:sz w:val="24"/>
        </w:rPr>
        <w:t>προσνεύοιμεν ἐπὶ τοῦτον, οὗ κατ’ εἰκόνα γεγόναμεν, ἐσόμεθα καὶ καθ’ ὁμοίωσιν θεοῦ, πᾶσαν τὴν πρὸς ὕλην καὶ σώματα προσπάθειαν καὶ</w:t>
      </w:r>
    </w:p>
    <w:p>
      <w:r>
        <w:rPr>
          <w:rFonts w:ascii="Courier New" w:hAnsi="Courier New"/>
          <w:color w:val="555555"/>
          <w:sz w:val="20"/>
        </w:rPr>
        <w:t>[20 . 22 . 184]</w:t>
      </w:r>
    </w:p>
    <w:p>
      <w:r>
        <w:rPr>
          <w:rFonts w:ascii="Gentium Plus" w:hAnsi="Gentium Plus"/>
          <w:sz w:val="24"/>
        </w:rPr>
        <w:t>τὴν πρός τινα τῶν καθ’ ὁμοίωσιν ἀπολείψαντες. ἐπεὶ δὲ κατὰ τὰς θείας γραφὰς ἡ ἐπιθυμία τῶν μέσων ἐστίν, οὐκ εἰδυίας τὴν ἑλληνικὴν τῶν σημαινομένων παρὰ τοῖς τὰ τοιαῦτα διαρθροῦσιν ἀκρίβειαν, ὥστ’ ἂν τὸ μὲν ἀστεῖον βούλησιν ὀνομάσαι, ἣν ὁρίζονται εὔλογον</w:t>
      </w:r>
    </w:p>
    <w:p>
      <w:r>
        <w:rPr>
          <w:rFonts w:ascii="Courier New" w:hAnsi="Courier New"/>
          <w:color w:val="555555"/>
          <w:sz w:val="20"/>
        </w:rPr>
        <w:t>[5]</w:t>
      </w:r>
    </w:p>
    <w:p>
      <w:r>
        <w:rPr>
          <w:rFonts w:ascii="Gentium Plus" w:hAnsi="Gentium Plus"/>
          <w:sz w:val="24"/>
        </w:rPr>
        <w:t>ὄρεξιν, τὸ δὲ φαῦλον ἐπιθυμίαν, ἥν φασιν εἶναι ἄλογον ὄρεξιν ἢ σφοδρὰν ὄρεξιν, λεκτέον ὅτι πᾶσα γενητὴ φύσις τὰς ἐπιθυμίας τοῦ ἰδίου πατρὸς θέλει ποιεῖν, ὥσπερ καὶ πᾶσα ποιεῖ τὰ ἔργα τοῦ ἰδίου πατρός, τοῦ μὲν πρώτως ἁγίου πατρὸς ἀγενήτου τυγχάνοντος (οὗτος δέ ἐστιν ὁ θεός), τοῦ δὲ πρώτως πονηροῦ πατρὸς ἐξ οὐδενὸς ὄντος</w:t>
      </w:r>
    </w:p>
    <w:p>
      <w:r>
        <w:rPr>
          <w:rFonts w:ascii="Courier New" w:hAnsi="Courier New"/>
          <w:color w:val="555555"/>
          <w:sz w:val="20"/>
        </w:rPr>
        <w:t>[10]</w:t>
      </w:r>
    </w:p>
    <w:p>
      <w:r>
        <w:rPr>
          <w:rFonts w:ascii="Gentium Plus" w:hAnsi="Gentium Plus"/>
          <w:sz w:val="24"/>
        </w:rPr>
        <w:t>πατρός· οὐδὲ γὰρ ὑπέστησέν τις ἐν αὐτῷ πατὴρ τὴν πονηρίαν, ἀλλ’ ἡ ἀπὸ θεοῦ ἐκτροπὴ γεγέννηκεν αὐτήν.</w:t>
      </w:r>
    </w:p>
    <w:p>
      <w:r>
        <w:rPr>
          <w:rFonts w:ascii="Courier New" w:hAnsi="Courier New"/>
          <w:color w:val="555555"/>
          <w:sz w:val="20"/>
        </w:rPr>
        <w:t>[20 . 23 . 185]</w:t>
      </w:r>
    </w:p>
    <w:p>
      <w:r>
        <w:rPr>
          <w:rFonts w:ascii="Gentium Plus" w:hAnsi="Gentium Plus"/>
          <w:sz w:val="24"/>
        </w:rPr>
        <w:t>Τὸ μὲν οὖν νῦν ἐξεταζόμενον κατὰ τὸ «Καὶ τὰς ἐπιθυ‐ «μίας τοῦ πατρὸς ὑμῶν θέλετε ποιεῖν» σαφὲς ὅτι ἀναφέρεται πρὸς τὸν διάβολον, προειρημένου τοῦ «Ὑμεῖς ἐκ τοῦ πατρὸς τοῦ διαβό‐ «λου ἐστέ» καὶ ἐπιφερομένου τοῦ «Ἐκεῖνος ἀνθρωποκτόνος ἦν ἀπ’</w:t>
      </w:r>
    </w:p>
    <w:p>
      <w:r>
        <w:rPr>
          <w:rFonts w:ascii="Courier New" w:hAnsi="Courier New"/>
          <w:color w:val="555555"/>
          <w:sz w:val="20"/>
        </w:rPr>
        <w:t>[20 . 23 . 186]</w:t>
      </w:r>
    </w:p>
    <w:p>
      <w:r>
        <w:rPr>
          <w:rFonts w:ascii="Gentium Plus" w:hAnsi="Gentium Plus"/>
          <w:sz w:val="24"/>
        </w:rPr>
        <w:t>«ἀρχῆς». καὶ πρὸς ἕκαστον δ’ ἂν οὐ μόνον τῶν ἐκ τοῦ διαβόλου, ἀλλὰ καὶ τῶν ἐκ τοῦ θεοῦ ὑγιῶς λεχθείη τὸ «Τὰς ἐπιθυμίας τοῦ</w:t>
      </w:r>
    </w:p>
    <w:p>
      <w:r>
        <w:rPr>
          <w:rFonts w:ascii="Courier New" w:hAnsi="Courier New"/>
          <w:color w:val="555555"/>
          <w:sz w:val="20"/>
        </w:rPr>
        <w:t>[20 . 23 . 187]</w:t>
      </w:r>
    </w:p>
    <w:p>
      <w:r>
        <w:rPr>
          <w:rFonts w:ascii="Gentium Plus" w:hAnsi="Gentium Plus"/>
          <w:sz w:val="24"/>
        </w:rPr>
        <w:t>ἐπιθυμίαι, ὀνομαζομένων 〈οὕτωσ〉 αὐτοῦ τῶν βουλήσεων. ἐν γοῦν ὀκτωκαιδεκάτῳ ψαλμῷ εἴρηται· «Τὰ κρίματα κυρίου ἀληθινά, δεδι‐ «καιωμένα ἐπὶ τὸ αὐτό· ἐπιθυμητὰ ὑπὲρ χρυσίον καὶ λίθον τίμιον «πολύν». κἄν, ὥς τινα δὴ τῶν ἀντιγράφων ἔχει, ᾖ «τὰ ἐπιθυμήματα</w:t>
      </w:r>
    </w:p>
    <w:p>
      <w:r>
        <w:rPr>
          <w:rFonts w:ascii="Courier New" w:hAnsi="Courier New"/>
          <w:color w:val="555555"/>
          <w:sz w:val="20"/>
        </w:rPr>
        <w:t>[5]</w:t>
      </w:r>
    </w:p>
    <w:p>
      <w:r>
        <w:rPr>
          <w:rFonts w:ascii="Gentium Plus" w:hAnsi="Gentium Plus"/>
          <w:sz w:val="24"/>
        </w:rPr>
        <w:t>«ὑπὲρ χρυσίον καὶ λίθον τίμιον πολύν», φήσεις ὅτι τὰ ἐπιθυμήματα τοῦ ἐπιθυμῆσαί τινα αὐτῶν ἄξιά ἐστιν, ὡς τὰ εὐλογητὰ τοῦ εὐλο‐</w:t>
      </w:r>
    </w:p>
    <w:p>
      <w:r>
        <w:rPr>
          <w:rFonts w:ascii="Courier New" w:hAnsi="Courier New"/>
          <w:color w:val="555555"/>
          <w:sz w:val="20"/>
        </w:rPr>
        <w:t>[20 . 23 . 188]</w:t>
      </w:r>
    </w:p>
    <w:p>
      <w:r>
        <w:rPr>
          <w:rFonts w:ascii="Gentium Plus" w:hAnsi="Gentium Plus"/>
          <w:sz w:val="24"/>
        </w:rPr>
        <w:t>γεῖσθαι, καὶ τὰ ἀγαπητὰ τοῦ ἀγαπᾶσθαι. ὥσπερ οὖν τὰ εὐλογήματα μᾶλλον ὑπὸ θεοῦ εὐλογεῖται καὶ τὰ ἀγαπητὰ μᾶλλον ὑπὸ θεοῦ ἀγαπᾶται, οὕτω καὶ τὰ ἐπιθυμήματα μᾶλλον ἂν ὑπὸ θεοῦ εὐλογώ‐ τερον ἐπιθυμηθείη, εὐγνωμονέστερον ἡμῶν ἀκουόντων, ὡς προειρή‐</w:t>
      </w:r>
    </w:p>
    <w:p>
      <w:r>
        <w:rPr>
          <w:rFonts w:ascii="Courier New" w:hAnsi="Courier New"/>
          <w:color w:val="555555"/>
          <w:sz w:val="20"/>
        </w:rPr>
        <w:t>[5]</w:t>
      </w:r>
    </w:p>
    <w:p>
      <w:r>
        <w:rPr>
          <w:rFonts w:ascii="Gentium Plus" w:hAnsi="Gentium Plus"/>
          <w:sz w:val="24"/>
        </w:rPr>
        <w:t>καμεν, τῆς ἐπιθυμίας. καὶ ὁ σωτὴρ δέ φησιν· «Ἐπιθυμίᾳ ἐπεθύμησα</w:t>
      </w:r>
    </w:p>
    <w:p>
      <w:r>
        <w:rPr>
          <w:rFonts w:ascii="Courier New" w:hAnsi="Courier New"/>
          <w:color w:val="555555"/>
          <w:sz w:val="20"/>
        </w:rPr>
        <w:t>[20 . 23 . 189]</w:t>
      </w:r>
    </w:p>
    <w:p>
      <w:r>
        <w:rPr>
          <w:rFonts w:ascii="Gentium Plus" w:hAnsi="Gentium Plus"/>
          <w:sz w:val="24"/>
        </w:rPr>
        <w:t>«τοῦτο τὸ πάσχα φαγεῖν μεθ’ ὑμῶν πρὸ τοῦ με παθεῖν». περὶ δὲ τοῦ καὶ φαύλην εἶναι ἐπιθυμίαν ἤρκει μὲν καὶ τὸ ἐν χερσὶν ῥητόν· οὐδὲν δὲ ἧττον παραθετέον καὶ τὸ «Ὃς ἂν ἐμβλέψῃ γυναῖκα πρὸς «τὸ ἐπιθυμῆσαι αὐτήν, ἤδη ἐμοίχευσεν αὐτὴν ἐν τῇ καρδίᾳ αὐτοῦ».</w:t>
      </w:r>
    </w:p>
    <w:p>
      <w:r>
        <w:rPr>
          <w:rFonts w:ascii="Courier New" w:hAnsi="Courier New"/>
          <w:color w:val="555555"/>
          <w:sz w:val="20"/>
        </w:rPr>
        <w:t>[5]</w:t>
      </w:r>
    </w:p>
    <w:p>
      <w:r>
        <w:rPr>
          <w:rFonts w:ascii="Gentium Plus" w:hAnsi="Gentium Plus"/>
          <w:sz w:val="24"/>
        </w:rPr>
        <w:t>οὐ πάντως δὲ ὁ ἐπιθυμῶν ἀπόντος ἐπιθυμεῖ, ὡς οὐδὲ ὁ βουλόμενος</w:t>
      </w:r>
    </w:p>
    <w:p>
      <w:r>
        <w:rPr>
          <w:rFonts w:ascii="Courier New" w:hAnsi="Courier New"/>
          <w:color w:val="555555"/>
          <w:sz w:val="20"/>
        </w:rPr>
        <w:t>[20 . 23 . 190]</w:t>
      </w:r>
    </w:p>
    <w:p>
      <w:r>
        <w:rPr>
          <w:rFonts w:ascii="Gentium Plus" w:hAnsi="Gentium Plus"/>
          <w:sz w:val="24"/>
        </w:rPr>
        <w:t>πάντως τὰ ἀπόντα βούλεται. τοῦτο δὲ προεθεραπεύσαμεν διὰ τὰ ἐπιθυμήματα τοῦ θεοῦ καὶ τὰς τῶν τελείων ἐπιθυμίας.</w:t>
      </w:r>
    </w:p>
    <w:p>
      <w:r>
        <w:rPr>
          <w:rFonts w:ascii="Courier New" w:hAnsi="Courier New"/>
          <w:color w:val="555555"/>
          <w:sz w:val="20"/>
        </w:rPr>
        <w:t>[20 . 23 . 191]</w:t>
      </w:r>
    </w:p>
    <w:p>
      <w:r>
        <w:rPr>
          <w:rFonts w:ascii="Gentium Plus" w:hAnsi="Gentium Plus"/>
          <w:sz w:val="24"/>
        </w:rPr>
        <w:t>Πᾶς οὖν υἱός τινος τὰς ἐπιθυμίας τοῦ πατρὸς ἑαυτοῦ θέλει ποιεῖν, καὶ πᾶς υἱός τινος ποιεῖ τὰ ἔργα τοῦ πατρὸς αὐτοῦ. οὕτω γὰρ καὶ ὁ σωτὴρ τὰς ἐπιθυμίας τοῦ πατρὸς ἑαυτοῦ θέλει ποιεῖν,</w:t>
      </w:r>
    </w:p>
    <w:p>
      <w:r>
        <w:rPr>
          <w:rFonts w:ascii="Courier New" w:hAnsi="Courier New"/>
          <w:color w:val="555555"/>
          <w:sz w:val="20"/>
        </w:rPr>
        <w:t>[20 . 23 . 192]</w:t>
      </w:r>
    </w:p>
    <w:p>
      <w:r>
        <w:rPr>
          <w:rFonts w:ascii="Gentium Plus" w:hAnsi="Gentium Plus"/>
          <w:sz w:val="24"/>
        </w:rPr>
        <w:t>καὶ ποιεῖ τὰ ἔργα τοῦ πατρὸς ἑαυτοῦ. καὶ «ὁ ἄνθρωπος τῆς ἁμαρ‐ «τίας, ὁ υἱὸς τῆς ἀπωλείας» τὰς ἐπιθυμίας τοῦ πατρὸς ἑαυτοῦ θέλει ποιεῖν, καὶ ποιεῖ τὰ ἔργα τοῦ πατρὸς ἑαυτοῦ. καὶ ἐφ’ ἡμῶν δὲ τῶν ἀνθρώπων πάντως τὰ ἔργα ἤτοι θεοῦ ἐστιν ἢ διαβόλου, καὶ ἃ θέλο‐</w:t>
      </w:r>
    </w:p>
    <w:p>
      <w:r>
        <w:rPr>
          <w:rFonts w:ascii="Courier New" w:hAnsi="Courier New"/>
          <w:color w:val="555555"/>
          <w:sz w:val="20"/>
        </w:rPr>
        <w:t>[5]</w:t>
      </w:r>
    </w:p>
    <w:p>
      <w:r>
        <w:rPr>
          <w:rFonts w:ascii="Gentium Plus" w:hAnsi="Gentium Plus"/>
          <w:sz w:val="24"/>
        </w:rPr>
        <w:t>μεν ποιεῖν ἤτοι ἐπιθυμία ἐστὶν τοῦ ἀγαθοῦ ἐν οὐρανοῖς πατρὸς ἡμῶν</w:t>
      </w:r>
    </w:p>
    <w:p>
      <w:r>
        <w:rPr>
          <w:rFonts w:ascii="Courier New" w:hAnsi="Courier New"/>
          <w:color w:val="555555"/>
          <w:sz w:val="20"/>
        </w:rPr>
        <w:t>[20 . 23 . 193]</w:t>
      </w:r>
    </w:p>
    <w:p>
      <w:r>
        <w:rPr>
          <w:rFonts w:ascii="Gentium Plus" w:hAnsi="Gentium Plus"/>
          <w:sz w:val="24"/>
        </w:rPr>
        <w:t>ἢ τοῦ ἐχθροῦ αὐτῷ διαβόλου. καὶ εἰ μὲν ποιοῦμεν τὰ ἔργα τοῦ θεοῦ καὶ θέλομεν τὰς ἐπιθυμίας αὐτοῦ ποιεῖν, υἱοί ἐσμεν τοῦ θεοῦ· εἰ δὲ τὰ τοῦ διαβόλου πράττομεν, θέλοντες ἃ ἐκεῖνος ἐπιθυμεῖ ποιεῖν,</w:t>
      </w:r>
    </w:p>
    <w:p>
      <w:r>
        <w:rPr>
          <w:rFonts w:ascii="Courier New" w:hAnsi="Courier New"/>
          <w:color w:val="555555"/>
          <w:sz w:val="20"/>
        </w:rPr>
        <w:t>[20 . 23 . 194]</w:t>
      </w:r>
    </w:p>
    <w:p>
      <w:r>
        <w:rPr>
          <w:rFonts w:ascii="Gentium Plus" w:hAnsi="Gentium Plus"/>
          <w:sz w:val="24"/>
        </w:rPr>
        <w:t>ἐκ τοῦ πατρὸς τοῦ διαβόλου ἐσμέν. ἐπιστήσωμεν οὖν μὴ μόνον οἷς ποιοῦμεν, ἀλλὰ καὶ οἷς θέλομεν. αὔταρκες γὰρ εἰς τὸ εἶναι τοῦ δια‐</w:t>
      </w:r>
    </w:p>
    <w:p>
      <w:r>
        <w:rPr>
          <w:rFonts w:ascii="Courier New" w:hAnsi="Courier New"/>
          <w:color w:val="555555"/>
          <w:sz w:val="20"/>
        </w:rPr>
        <w:t>[5]</w:t>
      </w:r>
    </w:p>
    <w:p>
      <w:r>
        <w:rPr>
          <w:rFonts w:ascii="Gentium Plus" w:hAnsi="Gentium Plus"/>
          <w:sz w:val="24"/>
        </w:rPr>
        <w:t>τὸ «Τὰς ἐπιθυμίας τοῦ πατρὸς ὑμῶν θέλετε ποιεῖν», ἵνα μάθωμεν ὅτι εἰ καὶ μόνον θέλομεν ποιεῖν ἅπερ ἐπιθυμεῖ ὁ διάβολος, χρημα‐</w:t>
      </w:r>
    </w:p>
    <w:p>
      <w:r>
        <w:rPr>
          <w:rFonts w:ascii="Courier New" w:hAnsi="Courier New"/>
          <w:color w:val="555555"/>
          <w:sz w:val="20"/>
        </w:rPr>
        <w:t>[20 . 23 . 195]</w:t>
      </w:r>
    </w:p>
    <w:p>
      <w:r>
        <w:rPr>
          <w:rFonts w:ascii="Gentium Plus" w:hAnsi="Gentium Plus"/>
          <w:sz w:val="24"/>
        </w:rPr>
        <w:t>τιοῦμεν διαβόλου υἱοί. πιθανώτατα δ’ ἄν τις πρὸς ταῦτα λέγοι ὡς ἄρα ἀρκεῖ πρὸς τὸ εἶναι υἱὸν θεοῦ τὸ θέλειν αὐτοῦ ποιεῖν τὰς ἐπι‐</w:t>
      </w:r>
    </w:p>
    <w:p>
      <w:r>
        <w:rPr>
          <w:rFonts w:ascii="Courier New" w:hAnsi="Courier New"/>
          <w:color w:val="555555"/>
          <w:sz w:val="20"/>
        </w:rPr>
        <w:t>[20 . 23 . 196]</w:t>
      </w:r>
    </w:p>
    <w:p>
      <w:r>
        <w:rPr>
          <w:rFonts w:ascii="Gentium Plus" w:hAnsi="Gentium Plus"/>
          <w:sz w:val="24"/>
        </w:rPr>
        <w:t>θυμίας, κἂν μὴ προσῇ τούτῳ 〈τὸ〉 ποιεῖν τὰ ἔργα τοῦ θεοῦ. ἀλλὰ λεκ‐ τέον ὅτι ἀνάγκη τὸν θέλοντα ποιεῖν τὰς ἐπιθυμίας τοῦ θεοῦ καὶ ποιεῖν τὰ ἔργα τοῦ θεοῦ· οὐ γὰρ μόνον τὸ θέλειν ἀλλὰ καὶ τὸ ἐνεργεῖν, ὥς φησιν ὁ Παῦλος, ἐκ τοῦ θεοῦ ἐστιν, ἑπομένου πάντως</w:t>
      </w:r>
    </w:p>
    <w:p>
      <w:r>
        <w:rPr>
          <w:rFonts w:ascii="Courier New" w:hAnsi="Courier New"/>
          <w:color w:val="555555"/>
          <w:sz w:val="20"/>
        </w:rPr>
        <w:t>[5]</w:t>
      </w:r>
    </w:p>
    <w:p>
      <w:r>
        <w:rPr>
          <w:rFonts w:ascii="Gentium Plus" w:hAnsi="Gentium Plus"/>
          <w:sz w:val="24"/>
        </w:rPr>
        <w:t>τῷ καλῷ θέλειν τοῦ συζύγου αὐτῷ 〈τοῦ〉 ἐνεργεῖν (καὶ γὰρ «Τοῖς ἀγα‐ «πῶσιν τὸν θεὸν πάντα συνεργεῖ εἰς ἀγαθόν»), καὶ οὐκ ἂν καλὸν θέλειν ἀτελὲς ἐάσαι ὁ ποιῶν πάντα καλὰ λίαν· ἀλλ’ οὐδὲ ἐπινοηθῆ‐ ναι δύναται καλὸν θέλειν μὴ συνεζευγμένης τῆς κατὰ τὸ οὕτω θέλειν</w:t>
      </w:r>
    </w:p>
    <w:p>
      <w:r>
        <w:rPr>
          <w:rFonts w:ascii="Courier New" w:hAnsi="Courier New"/>
          <w:color w:val="555555"/>
          <w:sz w:val="20"/>
        </w:rPr>
        <w:t>[20 . 23 . 197]</w:t>
      </w:r>
    </w:p>
    <w:p>
      <w:r>
        <w:rPr>
          <w:rFonts w:ascii="Gentium Plus" w:hAnsi="Gentium Plus"/>
          <w:sz w:val="24"/>
        </w:rPr>
        <w:t>ἐνεργείας καλῆς τῷ καλῷ θέλειν. ἡ μέντοι γε πρὸς τῷ θέλειν ἐνέρ‐ γεια κἂν ἐμποδίζοιτο ὑπὸ τῆς προνοίας εὐλόγως πολλάκις, ὅτε ὑπέρ τινος καθολικῶς χρησίμου ἢ ὅπως ποτὲ χρησίμου χρεία ἀνακόπτεσθαι τὸ κατὰ τὸ θέλειν τὸ χεῖρον ἔργον.</w:t>
      </w:r>
    </w:p>
    <w:p>
      <w:r>
        <w:rPr>
          <w:rFonts w:ascii="Courier New" w:hAnsi="Courier New"/>
          <w:color w:val="555555"/>
          <w:sz w:val="20"/>
        </w:rPr>
        <w:t>[20 . 23 . 198]</w:t>
      </w:r>
    </w:p>
    <w:p>
      <w:r>
        <w:rPr>
          <w:rFonts w:ascii="Gentium Plus" w:hAnsi="Gentium Plus"/>
          <w:sz w:val="24"/>
        </w:rPr>
        <w:t>Εἰς ταῦτα δὲ ὁ Ἡρακλέων φησί· πρὸς οὓς ὁ λόγος, ἐκ τῆς οὐσίας τοῦ διαβόλου ἦσαν· ὡς ἑτέρας οὔσης τῆς τοῦ</w:t>
      </w:r>
    </w:p>
    <w:p>
      <w:r>
        <w:rPr>
          <w:rFonts w:ascii="Courier New" w:hAnsi="Courier New"/>
          <w:color w:val="555555"/>
          <w:sz w:val="20"/>
        </w:rPr>
        <w:t>[20 . 23 . 199]</w:t>
      </w:r>
    </w:p>
    <w:p>
      <w:r>
        <w:rPr>
          <w:rFonts w:ascii="Gentium Plus" w:hAnsi="Gentium Plus"/>
          <w:sz w:val="24"/>
        </w:rPr>
        <w:t>διαβόλου οὐσίας παρὰ τὴν τῶν ἄλλων λογικῶν οὐσίαν. ὅμοιον δὲ ἐν τούτῳ μοι πεπονθέναι φαίνεται τῷ ἑτέραν οὐσίαν φάσκοντι ὀφθαλμοῦ παρορῶντος καὶ ἑτέραν ὁρῶντος, καὶ ἑτέραν οὐσίαν</w:t>
      </w:r>
    </w:p>
    <w:p>
      <w:r>
        <w:rPr>
          <w:rFonts w:ascii="Courier New" w:hAnsi="Courier New"/>
          <w:color w:val="555555"/>
          <w:sz w:val="20"/>
        </w:rPr>
        <w:t>[20 . 23 . 200]</w:t>
      </w:r>
    </w:p>
    <w:p>
      <w:r>
        <w:rPr>
          <w:rFonts w:ascii="Gentium Plus" w:hAnsi="Gentium Plus"/>
          <w:sz w:val="24"/>
        </w:rPr>
        <w:t>ἀκοῆς παρακουούσης καὶ ὑγιῶς ἀκουούσης. ὡς γὰρ ἐν τούτοις οὐχ ἡ οὐσία διάφορος, ἀλλά τι αἴτιον ἐπισυμβέβηκεν τοῦ παρα‐ κούειν καὶ τοῦ παρορᾶν, οὕτως παντὸς τοῦ πεφυκότος λόγῳ παρακολουθεῖν ἡ παρακολουθητικὴ οὐσία ἡ αὐτή ἐστιν, εἴτε</w:t>
      </w:r>
    </w:p>
    <w:p>
      <w:r>
        <w:rPr>
          <w:rFonts w:ascii="Courier New" w:hAnsi="Courier New"/>
          <w:color w:val="555555"/>
          <w:sz w:val="20"/>
        </w:rPr>
        <w:t>[20 . 23 . 201]</w:t>
      </w:r>
    </w:p>
    <w:p>
      <w:r>
        <w:rPr>
          <w:rFonts w:ascii="Gentium Plus" w:hAnsi="Gentium Plus"/>
          <w:sz w:val="24"/>
        </w:rPr>
        <w:t>παραδέχεται τὸν λόγον εἴτε ἀνανεύει πρὸς αὐτόν. τί γὰρ δια‐ φέρει ἐφ’ ἡμῶν τῶν ἀνθρώπων τὸ παρακολουθῆσαν τοῦ μὴ παρακολουθοῦντος οὐκ ἂν ἔχοιμεν εἰπεῖν, εἰ καὶ μετὰ τὸ συνιέ‐ ναι τῶν εἰρημένων ὁ μέν τις ἐπικρίνας συγκατέθετο τῷ λεγο‐</w:t>
      </w:r>
    </w:p>
    <w:p>
      <w:r>
        <w:rPr>
          <w:rFonts w:ascii="Courier New" w:hAnsi="Courier New"/>
          <w:color w:val="555555"/>
          <w:sz w:val="20"/>
        </w:rPr>
        <w:t>[5]</w:t>
      </w:r>
    </w:p>
    <w:p>
      <w:r>
        <w:rPr>
          <w:rFonts w:ascii="Gentium Plus" w:hAnsi="Gentium Plus"/>
          <w:sz w:val="24"/>
        </w:rPr>
        <w:t>μένῳ, ὁ δὲ ἀνένευσεν πρὸς αὐτό.</w:t>
      </w:r>
    </w:p>
    <w:p>
      <w:r>
        <w:rPr>
          <w:rFonts w:ascii="Courier New" w:hAnsi="Courier New"/>
          <w:color w:val="555555"/>
          <w:sz w:val="20"/>
        </w:rPr>
        <w:t>[20 . 24 . 202]</w:t>
      </w:r>
    </w:p>
    <w:p>
      <w:r>
        <w:rPr>
          <w:rFonts w:ascii="Gentium Plus" w:hAnsi="Gentium Plus"/>
          <w:sz w:val="24"/>
        </w:rPr>
        <w:t>Πολλάκις δὲ εἴπομεν, ὅτι ἐὰν συγχωρηθῇ τοῦτο τὸ ἀδύνατον (λέγω δὲ τὸ εἶναι οὐσίας ἑτέρας καὶ ἀνεπίδεκτον τῶν κρειττόνων τὸν διάβολον), περὶ μὲν ἐκείνου ἀπολογησόμεθα ὡς οὐ‐ δαμοῦ αἰτίου τῆς πονηρίας, τὸ δὲ ἔγκλημα τῷ αὐτὸν οὐσιώσαντι</w:t>
      </w:r>
    </w:p>
    <w:p>
      <w:r>
        <w:rPr>
          <w:rFonts w:ascii="Courier New" w:hAnsi="Courier New"/>
          <w:color w:val="555555"/>
          <w:sz w:val="20"/>
        </w:rPr>
        <w:t>[5]</w:t>
      </w:r>
    </w:p>
    <w:p>
      <w:r>
        <w:rPr>
          <w:rFonts w:ascii="Gentium Plus" w:hAnsi="Gentium Plus"/>
          <w:sz w:val="24"/>
        </w:rPr>
        <w:t>καὶ δημιουργήσαντι προσάψομεν, ὅπερ ἐστὶ πάντων ἀτοπώτατον.</w:t>
      </w:r>
    </w:p>
    <w:p>
      <w:r>
        <w:rPr>
          <w:rFonts w:ascii="Courier New" w:hAnsi="Courier New"/>
          <w:color w:val="555555"/>
          <w:sz w:val="20"/>
        </w:rPr>
        <w:t>[20 . 24 . 203]</w:t>
      </w:r>
    </w:p>
    <w:p>
      <w:r>
        <w:rPr>
          <w:rFonts w:ascii="Gentium Plus" w:hAnsi="Gentium Plus"/>
          <w:sz w:val="24"/>
        </w:rPr>
        <w:t>πρόδηλον δὲ τὸ παράλογον ἔσται τῷ κατανοήσαντι ψυχῶν ἀνθρω‐ πίνων οὐσίαν καὶ ἐνιδόντι ὅτι ἀμήχανόν ἐστιν, ὥσπερ σώματα παρὰ σώματα εἶναι ἀνθρώπινα ἑτέρας καὶ ἑτέρας οὐσίας, οὕτω καὶ ψυχὰς παρὰ ψυχάς, καὶ νοητικὸν παρὰ τὸ νοητικόν, καὶ τὸ διανοητικὸν</w:t>
      </w:r>
    </w:p>
    <w:p>
      <w:r>
        <w:rPr>
          <w:rFonts w:ascii="Courier New" w:hAnsi="Courier New"/>
          <w:color w:val="555555"/>
          <w:sz w:val="20"/>
        </w:rPr>
        <w:t>[20 . 24 . 204]</w:t>
      </w:r>
    </w:p>
    <w:p>
      <w:r>
        <w:rPr>
          <w:rFonts w:ascii="Gentium Plus" w:hAnsi="Gentium Plus"/>
          <w:sz w:val="24"/>
        </w:rPr>
        <w:t>παρὰ τὸ διανοητικόν. τὸ δὲ ὅμοιον ἐρεῖς καὶ ἐπὶ τοῦ λογικοῦ καὶ ἐπὶ τῶν ἐν τῇ ψυχῇ δυνάμεων, τῆς τε μνημονικῆς καὶ τῆς οὕτως φανταστικῆς· ἀνάγκη γάρ, εἰ ἑτεροούσιός ἐστιν ἄνθρωπός τις παρ’ ἕτερον, καὶ ἑτερογενεῖς εἶναι τὰς τῆς ψυχῆς δυνάμεις, καὶ ἑτερογενῆ</w:t>
      </w:r>
    </w:p>
    <w:p>
      <w:r>
        <w:rPr>
          <w:rFonts w:ascii="Courier New" w:hAnsi="Courier New"/>
          <w:color w:val="555555"/>
          <w:sz w:val="20"/>
        </w:rPr>
        <w:t>[5]</w:t>
      </w:r>
    </w:p>
    <w:p>
      <w:r>
        <w:rPr>
          <w:rFonts w:ascii="Gentium Plus" w:hAnsi="Gentium Plus"/>
          <w:sz w:val="24"/>
        </w:rPr>
        <w:t>εἶναι, φέρε εἰπεῖν, τὴν μνημονικὴν 〈παρὰ τὴν μνημονικὴν〉 καὶ τὴν</w:t>
      </w:r>
    </w:p>
    <w:p>
      <w:r>
        <w:rPr>
          <w:rFonts w:ascii="Courier New" w:hAnsi="Courier New"/>
          <w:color w:val="555555"/>
          <w:sz w:val="20"/>
        </w:rPr>
        <w:t>[20 . 24 . 205]</w:t>
      </w:r>
    </w:p>
    <w:p>
      <w:r>
        <w:rPr>
          <w:rFonts w:ascii="Gentium Plus" w:hAnsi="Gentium Plus"/>
          <w:sz w:val="24"/>
        </w:rPr>
        <w:t>διανοητικὴν παρὰ τὴν διανοητικήν. ἐξεταζέσθω δὲ ὁ λόγος περὶ τούτων, ἃ ὁμοίως ἂν νοήσαι καὶ διανοηθείη, ὥστε καὶ παραπλησίως συγκαταθέσθαι ἢ ἐπισχεῖν ἢ ἀνανεῦσαι ὅν φασιν ἐκεῖνοι πνευματικὸν καὶ ὃν λέγουσιν εἶναι χοϊκόν. ἆρα γὰρ τὸ παραπλήσιον ἐν διαφόροις</w:t>
      </w:r>
    </w:p>
    <w:p>
      <w:r>
        <w:rPr>
          <w:rFonts w:ascii="Courier New" w:hAnsi="Courier New"/>
          <w:color w:val="555555"/>
          <w:sz w:val="20"/>
        </w:rPr>
        <w:t>[5]</w:t>
      </w:r>
    </w:p>
    <w:p>
      <w:r>
        <w:rPr>
          <w:rFonts w:ascii="Gentium Plus" w:hAnsi="Gentium Plus"/>
          <w:sz w:val="24"/>
        </w:rPr>
        <w:t>γέγονεν οὐσίαις, ἢ διὰ τοῦτο παραπλήσιον γέγονεν τὸ πάθος, ἐπεὶ</w:t>
      </w:r>
    </w:p>
    <w:p>
      <w:r>
        <w:rPr>
          <w:rFonts w:ascii="Courier New" w:hAnsi="Courier New"/>
          <w:color w:val="555555"/>
          <w:sz w:val="20"/>
        </w:rPr>
        <w:t>[20 . 24 . 206]</w:t>
      </w:r>
    </w:p>
    <w:p>
      <w:r>
        <w:rPr>
          <w:rFonts w:ascii="Gentium Plus" w:hAnsi="Gentium Plus"/>
          <w:sz w:val="24"/>
        </w:rPr>
        <w:t>ὁμοούσιον ἦν τοῦτο ᾧ συμβέβηκε τὸ πάθος; τὸ μὲν οὖν φάναι τοὺς αὐτοὺς τύπους φαντασιῶν καὶ συγκαταθέσεων καὶ διανοήσεων καὶ μνημονεύσεων γεγονέναι ἐν τοῖς ἑτεροουσίοις ἄλογον· τὸ δὲ ἐν τοῖς ὁμοουσίοις ἐκ μέρους ὡς παρὰ ταύτην εἶναί τινα καὶ ἄλλην οὐσίαν</w:t>
      </w:r>
    </w:p>
    <w:p>
      <w:r>
        <w:rPr>
          <w:rFonts w:ascii="Courier New" w:hAnsi="Courier New"/>
          <w:color w:val="555555"/>
          <w:sz w:val="20"/>
        </w:rPr>
        <w:t>[20 . 24 . 207]</w:t>
      </w:r>
    </w:p>
    <w:p>
      <w:r>
        <w:rPr>
          <w:rFonts w:ascii="Gentium Plus" w:hAnsi="Gentium Plus"/>
          <w:sz w:val="24"/>
        </w:rPr>
        <w:t>ἐν αὐτοῖς ἠλίθιον. παραστησάτωσαν γὰρ παρὰ τὰς δυνάμεις ταύτας ἑτέραν τινὰ οὐσίαν μὴ νοοῦσαν μηδὲ διανοουμένην μηδὲ μεμνημένην μηδὲ φαντασιουμένην ἐν οἷς φασὶν εἶναι πνευματικοῖς κρείττονα τῆς νοούσης καὶ διανοουμένης, ἢ ἐν τοῖς χοϊκοῖς ἤτοι ὁμοίαν ἢ χείρονα·</w:t>
      </w:r>
    </w:p>
    <w:p>
      <w:r>
        <w:rPr>
          <w:rFonts w:ascii="Courier New" w:hAnsi="Courier New"/>
          <w:color w:val="555555"/>
          <w:sz w:val="20"/>
        </w:rPr>
        <w:t>[20 . 24 . 208]</w:t>
      </w:r>
    </w:p>
    <w:p>
      <w:r>
        <w:rPr>
          <w:rFonts w:ascii="Gentium Plus" w:hAnsi="Gentium Plus"/>
          <w:sz w:val="24"/>
        </w:rPr>
        <w:t>οὐδὲ γὰρ φήσουσιν κρείττονα. ἀλλ’ εἰκὸς αὐτοὺς ἐρεῖν ὅτι ὥσπερ ἐνδέχεται ἀπὸ τῆς αὐτῆς σφραγῖδος ὁμοίως τυπωθῆναι τὴν ἀνόμοιον οὐσίαν χρυσοῦ καὶ ἀργύρου καὶ κασσιτέρου καὶ μολίβου καὶ κηροῦ, οὕτω δυνατὸν ἀπὸ τῶν αὐτῶν φαντασιῶν τοὺς παραπλησίους</w:t>
      </w:r>
    </w:p>
    <w:p>
      <w:r>
        <w:rPr>
          <w:rFonts w:ascii="Courier New" w:hAnsi="Courier New"/>
          <w:color w:val="555555"/>
          <w:sz w:val="20"/>
        </w:rPr>
        <w:t>[5]</w:t>
      </w:r>
    </w:p>
    <w:p>
      <w:r>
        <w:rPr>
          <w:rFonts w:ascii="Gentium Plus" w:hAnsi="Gentium Plus"/>
          <w:sz w:val="24"/>
        </w:rPr>
        <w:t>ἐγγενέσθαι τύπους τοῖς ἐν διαφόροις οὐσίαις τυγχάνουσιν καὶ φαντα‐ σιουμένοις· τὸ δ’ ὅμοιον καὶ ἐπὶ διανοίας καὶ νοήσεως καὶ μνημο‐</w:t>
      </w:r>
    </w:p>
    <w:p>
      <w:r>
        <w:rPr>
          <w:rFonts w:ascii="Courier New" w:hAnsi="Courier New"/>
          <w:color w:val="555555"/>
          <w:sz w:val="20"/>
        </w:rPr>
        <w:t>[20 . 24 . 209]</w:t>
      </w:r>
    </w:p>
    <w:p>
      <w:r>
        <w:rPr>
          <w:rFonts w:ascii="Gentium Plus" w:hAnsi="Gentium Plus"/>
          <w:sz w:val="24"/>
        </w:rPr>
        <w:t>νεύσεως φήσουσιν. ἀλλ’ ὅρα μήποτε κἂν πάνυ πιθανὸς εἶναι ὁ λό‐ γος οὗτος δοκῇ, συναρπάζειν μᾶλλον καὶ σοφίζεσθαι δύναται ἀνομοίως παραβεβλημένος ἤπερ πείθειν τὸν ἀκριβῶς τῷ παραδείγ‐ ματι ἐπιστήσαντα· ἐπὶ μὲν γὰρ τῆς εἰκόνος ἔχω δεῖξαι, ἤτοι ἐν χρυσῷ</w:t>
      </w:r>
    </w:p>
    <w:p>
      <w:r>
        <w:rPr>
          <w:rFonts w:ascii="Courier New" w:hAnsi="Courier New"/>
          <w:color w:val="555555"/>
          <w:sz w:val="20"/>
        </w:rPr>
        <w:t>[5]</w:t>
      </w:r>
    </w:p>
    <w:p>
      <w:r>
        <w:rPr>
          <w:rFonts w:ascii="Gentium Plus" w:hAnsi="Gentium Plus"/>
          <w:sz w:val="24"/>
        </w:rPr>
        <w:t>ὁ τύπος ἢ ἐν ἀργύρῳ, ᾗ μὲν ὁ τύπος παραπλήσιος δείκνυται, τὴν ἰδιότητα τοῦ ἐν χρυσῷ γεγονέναι παρὰ τὸ ἐν ἀργύρῳ τετυπῶσθαι</w:t>
      </w:r>
    </w:p>
    <w:p>
      <w:r>
        <w:rPr>
          <w:rFonts w:ascii="Courier New" w:hAnsi="Courier New"/>
          <w:color w:val="555555"/>
          <w:sz w:val="20"/>
        </w:rPr>
        <w:t>[20 . 24 . 210]</w:t>
      </w:r>
    </w:p>
    <w:p>
      <w:r>
        <w:rPr>
          <w:rFonts w:ascii="Gentium Plus" w:hAnsi="Gentium Plus"/>
          <w:sz w:val="24"/>
        </w:rPr>
        <w:t>ἢ ταῖς λοιπαῖς ὕλαις. οὕτω τοίνυν ἡμῖν παραστησάτωσαν ἰδίωμα τοῦ δεξαμένου τύπον κρείττονα ἢ ἐλάττονα ἢ ὑποδεέστερον, καὶ</w:t>
      </w:r>
    </w:p>
    <w:p>
      <w:r>
        <w:rPr>
          <w:rFonts w:ascii="Courier New" w:hAnsi="Courier New"/>
          <w:color w:val="555555"/>
          <w:sz w:val="20"/>
        </w:rPr>
        <w:t>[5]</w:t>
      </w:r>
    </w:p>
    <w:p>
      <w:r>
        <w:rPr>
          <w:rFonts w:ascii="Gentium Plus" w:hAnsi="Gentium Plus"/>
          <w:sz w:val="24"/>
        </w:rPr>
        <w:t>ἀποφανοῦνται μέν, οὐκ ἀποδείξουσιν δέ.</w:t>
      </w:r>
    </w:p>
    <w:p>
      <w:r>
        <w:rPr>
          <w:rFonts w:ascii="Courier New" w:hAnsi="Courier New"/>
          <w:color w:val="555555"/>
          <w:sz w:val="20"/>
        </w:rPr>
        <w:t>[20 . 24 . 211]</w:t>
      </w:r>
    </w:p>
    <w:p>
      <w:r>
        <w:rPr>
          <w:rFonts w:ascii="Gentium Plus" w:hAnsi="Gentium Plus"/>
          <w:sz w:val="24"/>
        </w:rPr>
        <w:t>Τοσαῦτα καὶ πρὸς τὸν Ἡρακλέωνος λόγον εἰπόντος· τὸ «Ἐκ τοῦ πατρὸς τοῦ διαβόλου» ἀντὶ τοῦ ‹ἐκ τῆς οὐ‐ σίας τοῦ πατρόσ› εἰρήσθω. πάλιν εἰς τὸ «Τὰς ἐπιθυ‐ «μίας τοῦ πατρὸς ὑμῶν θέλετε ποιεῖν» διαστέλλεται λέγων</w:t>
      </w:r>
    </w:p>
    <w:p>
      <w:r>
        <w:rPr>
          <w:rFonts w:ascii="Courier New" w:hAnsi="Courier New"/>
          <w:color w:val="555555"/>
          <w:sz w:val="20"/>
        </w:rPr>
        <w:t>[20 . 24 . 212]</w:t>
      </w:r>
    </w:p>
    <w:p>
      <w:r>
        <w:rPr>
          <w:rFonts w:ascii="Gentium Plus" w:hAnsi="Gentium Plus"/>
          <w:sz w:val="24"/>
        </w:rPr>
        <w:t>τὸν διάβολον μὴ ἔχειν θέλημα ἀλλ’ ἐπιθυμίας. καὶ ἐμφαίνεται αὐτόθεν τὸ ἀδιανόητον τοῦ λόγου· θέλειν γὰρ τὰ πονηρὰ πᾶς ἄν τις ὁμολογήσαι ἐκεῖνον. συνάξεις δὲ καὶ αὐτός, εἰ καὶ ἐπὶ τοῦ παρόντος ἐν προχείρῳ οὐκ ἔχομεν παραθέσθαι,</w:t>
      </w:r>
    </w:p>
    <w:p>
      <w:r>
        <w:rPr>
          <w:rFonts w:ascii="Courier New" w:hAnsi="Courier New"/>
          <w:color w:val="555555"/>
          <w:sz w:val="20"/>
        </w:rPr>
        <w:t>[20 . 24 . 213]</w:t>
      </w:r>
    </w:p>
    <w:p>
      <w:r>
        <w:rPr>
          <w:rFonts w:ascii="Gentium Plus" w:hAnsi="Gentium Plus"/>
          <w:sz w:val="24"/>
        </w:rPr>
        <w:t>εἴ που ἐν τῇ γραφῇ τὸ θέλειν ἐπὶ τοῦ διαβόλου τέτακται. μετὰ ταῦτά φησιν ὁ Ἡρακλέων ὡς ἄρα ταῦτα εἴρηται οὐ πρὸς τοὺς φύσει τοῦ διαβόλου υἱούς, τοὺς χοϊκούς, ἀλλὰ πρὸς τοὺς ψυχικούς, θέσει υἱοὺς διαβόλου γινομένους·</w:t>
      </w:r>
    </w:p>
    <w:p>
      <w:r>
        <w:rPr>
          <w:rFonts w:ascii="Courier New" w:hAnsi="Courier New"/>
          <w:color w:val="555555"/>
          <w:sz w:val="20"/>
        </w:rPr>
        <w:t>[5]</w:t>
      </w:r>
    </w:p>
    <w:p>
      <w:r>
        <w:rPr>
          <w:rFonts w:ascii="Gentium Plus" w:hAnsi="Gentium Plus"/>
          <w:sz w:val="24"/>
        </w:rPr>
        <w:t>ἀφ’ ὧν τῇ φύσει δύνανταί τινες καὶ θέσει υἱοὶ θεοῦ</w:t>
      </w:r>
    </w:p>
    <w:p>
      <w:r>
        <w:rPr>
          <w:rFonts w:ascii="Courier New" w:hAnsi="Courier New"/>
          <w:color w:val="555555"/>
          <w:sz w:val="20"/>
        </w:rPr>
        <w:t>[20 . 24 . 214]</w:t>
      </w:r>
    </w:p>
    <w:p>
      <w:r>
        <w:rPr>
          <w:rFonts w:ascii="Gentium Plus" w:hAnsi="Gentium Plus"/>
          <w:sz w:val="24"/>
        </w:rPr>
        <w:t>χρηματίσαι. καί φησί γε ὅτι παρὰ τὸ ἠγαπηκέναι τὰς ἐπιθυμίας τοῦ διαβόλου καὶ ποιεῖν τέκνα οὗτοι τοῦ</w:t>
      </w:r>
    </w:p>
    <w:p>
      <w:r>
        <w:rPr>
          <w:rFonts w:ascii="Courier New" w:hAnsi="Courier New"/>
          <w:color w:val="555555"/>
          <w:sz w:val="20"/>
        </w:rPr>
        <w:t>[20 . 24 . 215]</w:t>
      </w:r>
    </w:p>
    <w:p>
      <w:r>
        <w:rPr>
          <w:rFonts w:ascii="Gentium Plus" w:hAnsi="Gentium Plus"/>
          <w:sz w:val="24"/>
        </w:rPr>
        <w:t>διαβόλου γίνονται, οὐ φύσει τοιοῦτοι ὄντες. καὶ δια‐ στέλλεται ὡς ἄρα τριχῶς δεῖ ἀκούειν τῆς κατὰ τέκνα ὀνομασίας, πρῶτον φύσει, δεύτερον γνώμῃ, τρίτον ἀξίᾳ· καὶ φύσει μέν, φησίν, ἐστὶν τὸ γεννηθὲν ὑπό τινος</w:t>
      </w:r>
    </w:p>
    <w:p>
      <w:r>
        <w:rPr>
          <w:rFonts w:ascii="Courier New" w:hAnsi="Courier New"/>
          <w:color w:val="555555"/>
          <w:sz w:val="20"/>
        </w:rPr>
        <w:t>[5]</w:t>
      </w:r>
    </w:p>
    <w:p>
      <w:r>
        <w:rPr>
          <w:rFonts w:ascii="Gentium Plus" w:hAnsi="Gentium Plus"/>
          <w:sz w:val="24"/>
        </w:rPr>
        <w:t>γεννητοῦ, ὃ καὶ κυρίως τέκνον καλεῖται· γνώμῃ δέ, ὅτε τὸ θέλημά τις ποιῶν τινος διὰ τὴν ἑαυτοῦ γνώμην τέκνον ἐκείνου οὗ ποιεῖ τὸ θέλημα καλεῖται· ἀξίᾳ δέ, καθ’ ὃ λέγονταί τινες γεέννης τέκνα καὶ σκότους καὶ</w:t>
      </w:r>
    </w:p>
    <w:p>
      <w:r>
        <w:rPr>
          <w:rFonts w:ascii="Courier New" w:hAnsi="Courier New"/>
          <w:color w:val="555555"/>
          <w:sz w:val="20"/>
        </w:rPr>
        <w:t>[20 . 24 . 216]</w:t>
      </w:r>
    </w:p>
    <w:p>
      <w:r>
        <w:rPr>
          <w:rFonts w:ascii="Gentium Plus" w:hAnsi="Gentium Plus"/>
          <w:sz w:val="24"/>
        </w:rPr>
        <w:t>ἀνομίας, καὶ ὄφεων καὶ ἐχιδνῶν γεννήματα. οὐ γὰρ γεννᾷ, φησί, ταῦτά τινα τῇ ἑαυτῶν φύσει· φθοροποιὰ γὰρ καὶ ἀναλίσκοντα τοὺς ἐμβληθέντας εἰς αὐτά· ἀλλ’ ἐπεὶ ἔπραξαν τὰ ἐκείνων ἔργα, τέκνα αὐτῶν εἴρηται.</w:t>
      </w:r>
    </w:p>
    <w:p>
      <w:r>
        <w:rPr>
          <w:rFonts w:ascii="Courier New" w:hAnsi="Courier New"/>
          <w:color w:val="555555"/>
          <w:sz w:val="20"/>
        </w:rPr>
        <w:t>[5]</w:t>
      </w:r>
    </w:p>
    <w:p>
      <w:r>
        <w:rPr>
          <w:rFonts w:ascii="Gentium Plus" w:hAnsi="Gentium Plus"/>
          <w:sz w:val="24"/>
        </w:rPr>
        <w:t>τοιαύτην δὲ διαστολὴν δεδωκὼς οὐδὲ κἂν ἐπὶ ποσὸν ἀπὸ τῶν</w:t>
      </w:r>
    </w:p>
    <w:p>
      <w:r>
        <w:rPr>
          <w:rFonts w:ascii="Courier New" w:hAnsi="Courier New"/>
          <w:color w:val="555555"/>
          <w:sz w:val="20"/>
        </w:rPr>
        <w:t>[20 . 24 . 217]</w:t>
      </w:r>
    </w:p>
    <w:p>
      <w:r>
        <w:rPr>
          <w:rFonts w:ascii="Gentium Plus" w:hAnsi="Gentium Plus"/>
          <w:sz w:val="24"/>
        </w:rPr>
        <w:t>γραφῶν παρεμυθήσατο τὴν ἰδίαν διήγησιν. εἴποιμεν δ’ ἂν πρὸς αὐτὸν ὅτι εἰ μὴ φύσει, ἀλλὰ ἀξίᾳ γεέννης τέκνα ὀνομάζεται καὶ σκότους καὶ ἀνομίας (φθοροποιὰ γὰρ ταῦτα καὶ ἀνα‐ λίσκοντα μᾶλλον ἤπερ συνιστάντα), πῶς ὁ Παῦλός φησί που</w:t>
      </w:r>
    </w:p>
    <w:p>
      <w:r>
        <w:rPr>
          <w:rFonts w:ascii="Courier New" w:hAnsi="Courier New"/>
          <w:color w:val="555555"/>
          <w:sz w:val="20"/>
        </w:rPr>
        <w:t>[5]</w:t>
      </w:r>
    </w:p>
    <w:p>
      <w:r>
        <w:rPr>
          <w:rFonts w:ascii="Gentium Plus" w:hAnsi="Gentium Plus"/>
          <w:sz w:val="24"/>
        </w:rPr>
        <w:t>τὸ «Ἤμεθα † φύσει τέκνα ὀργῆς ὡς καὶ οἱ λοιποί»; ἢ λεγέτωσαν ἡμῖν ὡς οὐκ ἔστιν ἀναλωτικὸν καὶ μάλιστα κατ’ αὐτὸν φθορο‐</w:t>
      </w:r>
    </w:p>
    <w:p>
      <w:r>
        <w:rPr>
          <w:rFonts w:ascii="Courier New" w:hAnsi="Courier New"/>
          <w:color w:val="555555"/>
          <w:sz w:val="20"/>
        </w:rPr>
        <w:t>[20 . 24 . 218]</w:t>
      </w:r>
    </w:p>
    <w:p>
      <w:r>
        <w:rPr>
          <w:rFonts w:ascii="Gentium Plus" w:hAnsi="Gentium Plus"/>
          <w:sz w:val="24"/>
        </w:rPr>
        <w:t>ποιὸν ἡ ὀργή, ἧς τέκνα ἤμεθα. πάλιν φησὶν ὅτι τέκνα τοῦ διαβόλου νῦν λέγει τούτους, οὐχ ὅτι γεννᾷ τινας ὁ διάβολος, ἀλλ’ ὅτι τὰ ἔργα τοῦ διαβόλου ποιοῦντες</w:t>
      </w:r>
    </w:p>
    <w:p>
      <w:r>
        <w:rPr>
          <w:rFonts w:ascii="Courier New" w:hAnsi="Courier New"/>
          <w:color w:val="555555"/>
          <w:sz w:val="20"/>
        </w:rPr>
        <w:t>[20 . 24 . 219]</w:t>
      </w:r>
    </w:p>
    <w:p>
      <w:r>
        <w:rPr>
          <w:rFonts w:ascii="Gentium Plus" w:hAnsi="Gentium Plus"/>
          <w:sz w:val="24"/>
        </w:rPr>
        <w:t>ὡμοιώθησαν αὐτῷ. πόσῳ δὲ βέλτιον περὶ πάντων τῶν τοῦ διαβόλου τέκνων τοῦτο ἀποφαίνεσθαι, ὡς ὁμοιουμένων αὐτῷ τῷ ποιεῖν τὰ ἔργα αὐτοῦ καὶ οὐ διὰ τὴν οὐσίαν καὶ τὴν κατασκευὴν τὴν χωρὶς ἔργων τέκνων διαβόλου χρηματιζόντων;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[20 . 25 n]</w:t>
      </w:r>
    </w:p>
    <w:p>
      <w:r>
        <w:rPr>
          <w:rFonts w:ascii="Gentium Plus" w:hAnsi="Gentium Plus"/>
          <w:sz w:val="24"/>
        </w:rPr>
        <w:t>Ἐκεῖνος ἀνθρωποκτόνος ἦν ἀπ’ ἀρχῆς, καὶ ἐν τῇ ἀληθείᾳ οὐχ ἕστηκεν, ὅτι οὐκ ἔστιν ἀλήθεια ἐν αὐτῷ.</w:t>
      </w:r>
    </w:p>
    <w:p>
      <w:r>
        <w:rPr>
          <w:rFonts w:ascii="Courier New" w:hAnsi="Courier New"/>
          <w:color w:val="555555"/>
          <w:sz w:val="20"/>
        </w:rPr>
        <w:t>[20 . 25 . 220]</w:t>
      </w:r>
    </w:p>
    <w:p>
      <w:r>
        <w:rPr>
          <w:rFonts w:ascii="Gentium Plus" w:hAnsi="Gentium Plus"/>
          <w:sz w:val="24"/>
        </w:rPr>
        <w:t>Ἐπεί ἐστίν τις κοινότερον ἀνθρωποκτόνος ὁ ὁπωσ‐ ποτὲ ἀπεκτονὼς ἄνθρωπον, ὅστις ἐστὶν καὶ μέσος, καθ’ ὃ καὶ ζήλῳ θεοῦ πεποίηκεν ὁ Φινεὲς ἀποκτείνας τὸν Ἰσραηλίτην πορνεύ‐ οντα καὶ τὴν Μαδιανίτιν 〈καὶ〉 ἀνθρωποκτόνος οὐ ψεκτῶς ῥηθήσεται</w:t>
      </w:r>
    </w:p>
    <w:p>
      <w:r>
        <w:rPr>
          <w:rFonts w:ascii="Courier New" w:hAnsi="Courier New"/>
          <w:color w:val="555555"/>
          <w:sz w:val="20"/>
        </w:rPr>
        <w:t>[5]</w:t>
      </w:r>
    </w:p>
    <w:p>
      <w:r>
        <w:rPr>
          <w:rFonts w:ascii="Gentium Plus" w:hAnsi="Gentium Plus"/>
          <w:sz w:val="24"/>
        </w:rPr>
        <w:t>καὶ ὁ Δαβὶδ «ἐν ὀνόματι κυρίου τῶν δυνάμεων, θεοῦ παρατάξεως «Ἰσραήλ» 〈πατάξασ〉 τὸν Γολιάθ, ζητητέον τὴν ἀληθινὴν ἀνθρώπου ζωὴν καὶ τὸν ἐναντίον ταύτῃ θάνατον αὐτοῦ, ἵνα νοηθῇ ὁ ψεκτῶς</w:t>
      </w:r>
    </w:p>
    <w:p>
      <w:r>
        <w:rPr>
          <w:rFonts w:ascii="Courier New" w:hAnsi="Courier New"/>
          <w:color w:val="555555"/>
          <w:sz w:val="20"/>
        </w:rPr>
        <w:t>[20 . 25 . 221]</w:t>
      </w:r>
    </w:p>
    <w:p>
      <w:r>
        <w:rPr>
          <w:rFonts w:ascii="Gentium Plus" w:hAnsi="Gentium Plus"/>
          <w:sz w:val="24"/>
        </w:rPr>
        <w:t>ἀνθρωποκτόνος. καὶ ὅσον μὲν ἐπὶ τῇ ἱστορίᾳ φήσεις τὸν Ἀδὰμ καὶ τὴν Εὔαν, ὅσον οὐχ ἡμαρτήκεισαν, μὴ ἀνῃρῆσθαι· ᾗ δὲ ἡμέρᾳ ἔφαγον ἀπὸ τοῦ ἀπηγορευμένου ξύλου εὐθέως καὶ τεθνηκέναι, οὐκ ἄλλου τινὸς ἀποκτείναντος αὐτοὺς ἢ τοῦ ἀνθρωποκτόνου διαβόλου,</w:t>
      </w:r>
    </w:p>
    <w:p>
      <w:r>
        <w:rPr>
          <w:rFonts w:ascii="Courier New" w:hAnsi="Courier New"/>
          <w:color w:val="555555"/>
          <w:sz w:val="20"/>
        </w:rPr>
        <w:t>[5]</w:t>
      </w:r>
    </w:p>
    <w:p>
      <w:r>
        <w:rPr>
          <w:rFonts w:ascii="Gentium Plus" w:hAnsi="Gentium Plus"/>
          <w:sz w:val="24"/>
        </w:rPr>
        <w:t>ὅτε τὴν Εὔαν διὰ τοῦ ὄφεως ἠπάτησεν καὶ ἡ Εὔα δέδωκεν τῷ ἀν‐</w:t>
      </w:r>
    </w:p>
    <w:p>
      <w:r>
        <w:rPr>
          <w:rFonts w:ascii="Courier New" w:hAnsi="Courier New"/>
          <w:color w:val="555555"/>
          <w:sz w:val="20"/>
        </w:rPr>
        <w:t>[20 . 25 . 222]</w:t>
      </w:r>
    </w:p>
    <w:p>
      <w:r>
        <w:rPr>
          <w:rFonts w:ascii="Gentium Plus" w:hAnsi="Gentium Plus"/>
          <w:sz w:val="24"/>
        </w:rPr>
        <w:t>δρὶ ἀπὸ τοῦ ξύλου, καὶ ἔφαγεν ὁ ἀνήρ. κατὰ μέντοι γε τὰ βαθύ‐ τερα τῶν δογμάτων νοήσας τὸ «Οὐκ ἀποθανοῦμαι ἀλλὰ ζήσομαι, «καὶ διηγήσομαι τὰ ἔργα κυρίου», καὶ τὸ ὑπὸ τοῦ σωτῆρος πρὸς τοὺς Σαδδουκαίους ἀπορρητότατα τοῖς συνιέναι τοῦ λεγομένου δυ‐</w:t>
      </w:r>
    </w:p>
    <w:p>
      <w:r>
        <w:rPr>
          <w:rFonts w:ascii="Courier New" w:hAnsi="Courier New"/>
          <w:color w:val="555555"/>
          <w:sz w:val="20"/>
        </w:rPr>
        <w:t>[5]</w:t>
      </w:r>
    </w:p>
    <w:p>
      <w:r>
        <w:rPr>
          <w:rFonts w:ascii="Gentium Plus" w:hAnsi="Gentium Plus"/>
          <w:sz w:val="24"/>
        </w:rPr>
        <w:t>ναμένοις εἰρημένον ἐν τῷ κατὰ Ματθαῖον· «Περὶ τῆς ἀναστάσεως «τῶν νεκρῶν οὐκ ἀνέγνωτε τὸ ῥηθὲν ὑμῖν ὑπὸ τοῦ θεοῦ λέγοντος· «Ἐγώ εἰμι θεὸς Ἀβραὰμ καὶ θεὸς Ἰσαὰκ καὶ θεὸς Ἰακώβ; οὐκ ἔστιν «ὁ θεὸς θεὸς νεκρῶν, ἀλλὰ ζώντων», καὶ ἐν τῷ κατὰ Λουκᾶν· «Ὅτι δὲ ἐγείρονται οἱ νεκροὶ καὶ Μωσῆς ἐμήνυσεν, ὡς λέγει ἐπὶ τῆς</w:t>
      </w:r>
    </w:p>
    <w:p>
      <w:r>
        <w:rPr>
          <w:rFonts w:ascii="Courier New" w:hAnsi="Courier New"/>
          <w:color w:val="555555"/>
          <w:sz w:val="20"/>
        </w:rPr>
        <w:t>[10]</w:t>
      </w:r>
    </w:p>
    <w:p>
      <w:r>
        <w:rPr>
          <w:rFonts w:ascii="Gentium Plus" w:hAnsi="Gentium Plus"/>
          <w:sz w:val="24"/>
        </w:rPr>
        <w:t>«βάτου κύριον τὸν θεὸν Ἀβραὰμ καὶ θεὸν Ἰσαὰκ καὶ θεὸν Ἰακώβ·</w:t>
      </w:r>
    </w:p>
    <w:p>
      <w:r>
        <w:rPr>
          <w:rFonts w:ascii="Courier New" w:hAnsi="Courier New"/>
          <w:color w:val="555555"/>
          <w:sz w:val="20"/>
        </w:rPr>
        <w:t>[20 . 25 . 223]</w:t>
      </w:r>
    </w:p>
    <w:p>
      <w:r>
        <w:rPr>
          <w:rFonts w:ascii="Gentium Plus" w:hAnsi="Gentium Plus"/>
          <w:sz w:val="24"/>
        </w:rPr>
        <w:t>ἔτι δὲ καὶ ἐν τῷ κατὰ Μάρκον· «Περὶ τῶν νεκρῶν, † οὐκ ἀνέγνωτε «ὅτι ἐγείρονται ἐν τῇ βίβλῳ Μωσέως ἐπὶ τῆς βάτου ὡς εἶπεν αὐτῷ «ὁ θεὸς λέγων· Ἐγώ εἰμι θεὸς Ἀβραὰμ καὶ θεὸς Ἰσαὰκ καὶ θεὸς «Ἰακώβ; οὐκ ἔστιν ὁ θεὸς νεκρῶν, ἀλλὰ ζώντων», ὄψει ὅτι εἰ νῦν</w:t>
      </w:r>
    </w:p>
    <w:p>
      <w:r>
        <w:rPr>
          <w:rFonts w:ascii="Courier New" w:hAnsi="Courier New"/>
          <w:color w:val="555555"/>
          <w:sz w:val="20"/>
        </w:rPr>
        <w:t>[5]</w:t>
      </w:r>
    </w:p>
    <w:p>
      <w:r>
        <w:rPr>
          <w:rFonts w:ascii="Gentium Plus" w:hAnsi="Gentium Plus"/>
          <w:sz w:val="24"/>
        </w:rPr>
        <w:t>ζῇ ἐκ νεκρῶν ἀναστάς, Ἀβραὰμ καὶ Ἰσαὰκ καὶ Ἰακὼβ νεκροὶ ἦσαν, πρὶν ζήσωσιν· νεκρὸς δὲ κυρίως οὐδεὶς λέγεται μὴ πρότερον ζήσας.</w:t>
      </w:r>
    </w:p>
    <w:p>
      <w:r>
        <w:rPr>
          <w:rFonts w:ascii="Courier New" w:hAnsi="Courier New"/>
          <w:color w:val="555555"/>
          <w:sz w:val="20"/>
        </w:rPr>
        <w:t>[20 . 25 . 224]</w:t>
      </w:r>
    </w:p>
    <w:p>
      <w:r>
        <w:rPr>
          <w:rFonts w:ascii="Gentium Plus" w:hAnsi="Gentium Plus"/>
          <w:sz w:val="24"/>
        </w:rPr>
        <w:t>ἐπίστησον δὲ καὶ τῷ «Ἐν τῷ Ἀδὰμ πάντες ἀποθνήσκουσιν, καὶ ἐν «τῷ χριστῷ πάντες ζωοποιηθήσονται», ἐν οἷς οὔτε ὁ μέσος θάνατος σημαίνεται κατὰ τὸ «Ἐν τῷ Ἀδὰμ πάντες ἀποθνήσκουσιν», οὔτε ἡ ἀδιάφορος ζωὴ καὶ μήτε ἀγαθὸν οὖσα καθ’ αὑτὴν μήτε κακὸν κατὰ</w:t>
      </w:r>
    </w:p>
    <w:p>
      <w:r>
        <w:rPr>
          <w:rFonts w:ascii="Courier New" w:hAnsi="Courier New"/>
          <w:color w:val="555555"/>
          <w:sz w:val="20"/>
        </w:rPr>
        <w:t>[5]</w:t>
      </w:r>
    </w:p>
    <w:p>
      <w:r>
        <w:rPr>
          <w:rFonts w:ascii="Gentium Plus" w:hAnsi="Gentium Plus"/>
          <w:sz w:val="24"/>
        </w:rPr>
        <w:t>τὸ «Ἐν τῷ χριστῷ πάντες ζωοποιηθήσονται», καὶ ὄψει τὴν ζωὴν τοῦ κατ’ εἰκόνα ἀνθρώπου. νοήσας δὲ αὐτοῦ τὴν ζωὴν συνή‐ σεις τίνα τρόπον ὁ ἀνθρωποκτόνος ἀπέκτεινε τὸν ζῶντα ἄνθρω‐ πον, οὐ διά τινα ἕνα ἰδίως ποιόν, ἀλλὰ δι’ ὅλον τὸ γένος, ὃ ἀπέκτεινεν, καθ’ ὃ «ἐν τῷ Ἀδὰμ πάντες ἀποθνήσκουσιν», ὑγιῶς</w:t>
      </w:r>
    </w:p>
    <w:p>
      <w:r>
        <w:rPr>
          <w:rFonts w:ascii="Courier New" w:hAnsi="Courier New"/>
          <w:color w:val="555555"/>
          <w:sz w:val="20"/>
        </w:rPr>
        <w:t>[20 . 25 . 225]</w:t>
      </w:r>
    </w:p>
    <w:p>
      <w:r>
        <w:rPr>
          <w:rFonts w:ascii="Gentium Plus" w:hAnsi="Gentium Plus"/>
          <w:sz w:val="24"/>
        </w:rPr>
        <w:t>λεχθησόμενος ἀνθρωποκτόνος. ταύτην δὲ τὴν ἀνθρωποκτονίαν εἰρ‐ γάσατο ἀρξάμενος ἀπ’ ἀρχῆς, δι’ ἣν ἀνθρωποκτονίαν αὐτοῦ ἕκαστος τῶν νοούντων αὐτὸ καὶ τὸ ἑαυτοῦ σῶμα, καὶ τίνι οἰκεῖόν ἐστιν, τοῦτο ἐρεῖ, ταλανίζων ἑαυτὸν ἐπὶ τῷ ἐν τῷ Ἀδὰμ ἀποτεθνηκέναι,</w:t>
      </w:r>
    </w:p>
    <w:p>
      <w:r>
        <w:rPr>
          <w:rFonts w:ascii="Courier New" w:hAnsi="Courier New"/>
          <w:color w:val="555555"/>
          <w:sz w:val="20"/>
        </w:rPr>
        <w:t>[5]</w:t>
      </w:r>
    </w:p>
    <w:p>
      <w:r>
        <w:rPr>
          <w:rFonts w:ascii="Gentium Plus" w:hAnsi="Gentium Plus"/>
          <w:sz w:val="24"/>
        </w:rPr>
        <w:t>τὸ «Ταλαίπωρος ἐγὼ ἄνθρωπος· τίς με ῥύσεται ἐκ τοῦ σώματος τοῦ «θανάτου τούτου»; βλέπων καὶ τίνα τρόπον εἴρηται τὸ «Εἰς χοῦν «θανάτου κατήγαγές με»· καὶ τὸ «Ἐταπείνωσας ἡμᾶς ἐν τόπῳ κα‐</w:t>
      </w:r>
    </w:p>
    <w:p>
      <w:r>
        <w:rPr>
          <w:rFonts w:ascii="Courier New" w:hAnsi="Courier New"/>
          <w:color w:val="555555"/>
          <w:sz w:val="20"/>
        </w:rPr>
        <w:t>[20 . 25 . 226]</w:t>
      </w:r>
    </w:p>
    <w:p>
      <w:r>
        <w:rPr>
          <w:rFonts w:ascii="Gentium Plus" w:hAnsi="Gentium Plus"/>
          <w:sz w:val="24"/>
        </w:rPr>
        <w:t>«κώσεως»· καὶ τὸ «Σῶμα τῆς ταπεινώσεως ἡμῶν». ἔστιν δὲ καὶ ἀπορρητότερόν τι δι’ ὃ ὁ ἀπ’ ἀρχῆς ἀνθρωποκτόνος ἄρχων ἐστὶν τοῦ κόσμου τούτου, λέγω δὲ τοῦ περιγείου τόπου, ὅπου εἰσὶν οὓς ἀπέκτεινεν ἄνθρωποι. ὁ μὲν οὖν ἀνθρωποκτόνος ἀπέκτεινεν ἡμᾶς·</w:t>
      </w:r>
    </w:p>
    <w:p>
      <w:r>
        <w:rPr>
          <w:rFonts w:ascii="Courier New" w:hAnsi="Courier New"/>
          <w:color w:val="555555"/>
          <w:sz w:val="20"/>
        </w:rPr>
        <w:t>[5]</w:t>
      </w:r>
    </w:p>
    <w:p>
      <w:r>
        <w:rPr>
          <w:rFonts w:ascii="Gentium Plus" w:hAnsi="Gentium Plus"/>
          <w:sz w:val="24"/>
        </w:rPr>
        <w:t>ἡμεῖς δὲ χάριτι θεοῦ συνετάφημεν Χριστῷ καὶ συνανέστημεν αὐτῷ, εἴγε σύμμορφοι γεγόναμεν τῇ ἀναστάσει αὐτοῦ καὶ ἐν καινότητι</w:t>
      </w:r>
    </w:p>
    <w:p>
      <w:r>
        <w:rPr>
          <w:rFonts w:ascii="Courier New" w:hAnsi="Courier New"/>
          <w:color w:val="555555"/>
          <w:sz w:val="20"/>
        </w:rPr>
        <w:t>[20 . 25 . 227]</w:t>
      </w:r>
    </w:p>
    <w:p>
      <w:r>
        <w:rPr>
          <w:rFonts w:ascii="Gentium Plus" w:hAnsi="Gentium Plus"/>
          <w:sz w:val="24"/>
        </w:rPr>
        <w:t>ζωῆς περιπατοῦμεν. ὁ δὲ ἀνθρωποκτόνος ἄρχει τῶν ἀνῃρημένων</w:t>
      </w:r>
    </w:p>
    <w:p>
      <w:r>
        <w:rPr>
          <w:rFonts w:ascii="Courier New" w:hAnsi="Courier New"/>
          <w:color w:val="555555"/>
          <w:sz w:val="20"/>
        </w:rPr>
        <w:t>[20 . 25 . 228]</w:t>
      </w:r>
    </w:p>
    <w:p>
      <w:r>
        <w:rPr>
          <w:rFonts w:ascii="Gentium Plus" w:hAnsi="Gentium Plus"/>
          <w:sz w:val="24"/>
        </w:rPr>
        <w:t>καὶ ἄρχει τῶν νεκρῶν, ζῶντος δὲ οὐδενὸς ἡγεῖσθαι δύναται. ἐὰν δὲ ἐπιπλεῖον ἐπιστήσῃς καὶ τοῖς περὶ τῶν νεκρῶν γεγραμμένοις, οἷον τούτῳ «Εἰς τοῦτο Χριστὸς ἀπέθανεν καὶ ἀνέστη, ἵνα καὶ νεκρῶν «καὶ ζώντων κυριεύσῃ», ὄψει τίνα τρόπον διὰ τὸν θάνατον τοῦ</w:t>
      </w:r>
    </w:p>
    <w:p>
      <w:r>
        <w:rPr>
          <w:rFonts w:ascii="Courier New" w:hAnsi="Courier New"/>
          <w:color w:val="555555"/>
          <w:sz w:val="20"/>
        </w:rPr>
        <w:t>[5]</w:t>
      </w:r>
    </w:p>
    <w:p>
      <w:r>
        <w:rPr>
          <w:rFonts w:ascii="Gentium Plus" w:hAnsi="Gentium Plus"/>
          <w:sz w:val="24"/>
        </w:rPr>
        <w:t>Ἰησοῦ οὐδὲ τῶν νεκρῶν κυριεύει ἔτι· ἀπέθανεν γὰρ Ἰησοῦς ἵνα καὶ</w:t>
      </w:r>
    </w:p>
    <w:p>
      <w:r>
        <w:rPr>
          <w:rFonts w:ascii="Courier New" w:hAnsi="Courier New"/>
          <w:color w:val="555555"/>
          <w:sz w:val="20"/>
        </w:rPr>
        <w:t>[20 . 25 . 229]</w:t>
      </w:r>
    </w:p>
    <w:p>
      <w:r>
        <w:rPr>
          <w:rFonts w:ascii="Gentium Plus" w:hAnsi="Gentium Plus"/>
          <w:sz w:val="24"/>
        </w:rPr>
        <w:t>νεκρῶν κυριεύσῃ. ὅσον μὲν οὖν ζῇ ὁ ἄνθρωπος, οὐ φορεῖ τὴν τοῦ χοϊκοῦ εἰκόνα· ἀποθνήσκων δὲ καὶ ἀναιρούμενος ὑπὸ τοῦ ἀνθρω‐ ποκτόνου, ἅμα τε 〈οὐ〉 συνέχει τὴν τοῦ θεοῦ εἰκόνα, καὶ ἀναλαμ‐ βάνει τὴν τοῦ χοϊκοῦ καὶ νεκροῦ· νεκρὸς γὰρ ὁ χοϊκός, ὥσπερ ζῶν</w:t>
      </w:r>
    </w:p>
    <w:p>
      <w:r>
        <w:rPr>
          <w:rFonts w:ascii="Courier New" w:hAnsi="Courier New"/>
          <w:color w:val="555555"/>
          <w:sz w:val="20"/>
        </w:rPr>
        <w:t>[5]</w:t>
      </w:r>
    </w:p>
    <w:p>
      <w:r>
        <w:rPr>
          <w:rFonts w:ascii="Gentium Plus" w:hAnsi="Gentium Plus"/>
          <w:sz w:val="24"/>
        </w:rPr>
        <w:t>ὁ ἐπουράνιος· καὶ ὁ θεὸς οὐκ ἔστιν νεκρῶν ἀλλὰ ζώντων θεός.</w:t>
      </w:r>
    </w:p>
    <w:p>
      <w:r>
        <w:rPr>
          <w:rFonts w:ascii="Courier New" w:hAnsi="Courier New"/>
          <w:color w:val="555555"/>
          <w:sz w:val="20"/>
        </w:rPr>
        <w:t>[20 . 25 . 230]</w:t>
      </w:r>
    </w:p>
    <w:p>
      <w:r>
        <w:rPr>
          <w:rFonts w:ascii="Gentium Plus" w:hAnsi="Gentium Plus"/>
          <w:sz w:val="24"/>
        </w:rPr>
        <w:t>διόπερ εἰ μὲν συνανέστημεν ἐν καινότητι ζωῆς περιπατοῦντες, ὁ θεός ἐστιν ἡμῶν· εἰ δὲ ἔτι ἐσμὲν ἐν νεκροῖς, ὁ θεὸς οὐ νεκρῶν καὶ ἡμῶν οὐκ ἔσται θεός.</w:t>
      </w:r>
    </w:p>
    <w:p>
      <w:r>
        <w:rPr>
          <w:rFonts w:ascii="Courier New" w:hAnsi="Courier New"/>
          <w:color w:val="555555"/>
          <w:sz w:val="20"/>
        </w:rPr>
        <w:t>[20 . 26 . 231]</w:t>
      </w:r>
    </w:p>
    <w:p>
      <w:r>
        <w:rPr>
          <w:rFonts w:ascii="Gentium Plus" w:hAnsi="Gentium Plus"/>
          <w:sz w:val="24"/>
        </w:rPr>
        <w:t>Παράκειται δὲ τῷ ἐξετάζειν τὰ περὶ τοῦ ἀπ’ ἀρχῆς ἀν‐ θρωποκτόνου καὶ τὸ ἰδεῖν τινὰς νεκροὺς μέν, οὐκ ἐν ἄλλῳ δὲ ἢ ἐν Χριστῷ νεκρούς, οἳ καὶ πρῶτον ἀναστήσονται· περὶ ὧν ἐν μὲν τῇ πρὸς Κορινθίους οὕτω λέγεται· «Σαλπίσει γάρ, καὶ οἱ νεκροὶ ἀνα‐</w:t>
      </w:r>
    </w:p>
    <w:p>
      <w:r>
        <w:rPr>
          <w:rFonts w:ascii="Courier New" w:hAnsi="Courier New"/>
          <w:color w:val="555555"/>
          <w:sz w:val="20"/>
        </w:rPr>
        <w:t>[5]</w:t>
      </w:r>
    </w:p>
    <w:p>
      <w:r>
        <w:rPr>
          <w:rFonts w:ascii="Gentium Plus" w:hAnsi="Gentium Plus"/>
          <w:sz w:val="24"/>
        </w:rPr>
        <w:t>«στήσονται ἄφθαρτοι, καὶ ἡμεῖς ἀλλαγησόμεθα»· ἐν δὲ τῇ πρὸς Θεσσαλονικεῖς· «Τοῦτο γὰρ ὑμῖν λέγομεν λόγῳ κυρίου, ὅτι ἡμεῖς οἱ «ζῶντες, οἱ περιλειπόμενοι εἰς τὴν παρουσίαν τοῦ κυρίου, οὐ μὴ «φθάσωμεν τοὺς κοιμηθέντας· ὅτι αὐτὸς ὁ κύριος ἐν κελεύσματι, ἐν «φωνῇ ἀρχαγγέλου καὶ ἐν σάλπιγγι θεοῦ καταβήσεται ἀπ’ οὐρανοῦ,</w:t>
      </w:r>
    </w:p>
    <w:p>
      <w:r>
        <w:rPr>
          <w:rFonts w:ascii="Courier New" w:hAnsi="Courier New"/>
          <w:color w:val="555555"/>
          <w:sz w:val="20"/>
        </w:rPr>
        <w:t>[10]</w:t>
      </w:r>
    </w:p>
    <w:p>
      <w:r>
        <w:rPr>
          <w:rFonts w:ascii="Gentium Plus" w:hAnsi="Gentium Plus"/>
          <w:sz w:val="24"/>
        </w:rPr>
        <w:t>«καὶ οἱ νεκροὶ ἐν Χριστῷ ἀναστήσονται πρῶτον· ἔπειτα ἡμεῖς οἱ «ζῶντες, οἱ περιλειπόμενοι, ἅμα σὺν αὐτοῖς ἁρπαγησόμεθα ἐν νεφέ‐ «λαις εἰς ἀπάντησιν τοῦ κυρίου εἰς ἀέρα, καὶ οὕτω πάντοτε σὺν</w:t>
      </w:r>
    </w:p>
    <w:p>
      <w:r>
        <w:rPr>
          <w:rFonts w:ascii="Courier New" w:hAnsi="Courier New"/>
          <w:color w:val="555555"/>
          <w:sz w:val="20"/>
        </w:rPr>
        <w:t>[20 . 26 . 232]</w:t>
      </w:r>
    </w:p>
    <w:p>
      <w:r>
        <w:rPr>
          <w:rFonts w:ascii="Gentium Plus" w:hAnsi="Gentium Plus"/>
          <w:sz w:val="24"/>
        </w:rPr>
        <w:t>«κυρίῳ ἐσόμεθα». καὶ ἡγοῦμαι ζῶντας μὲν εἶναι ἐν Χριστῷ τοὺς τετελειωμένους καὶ μηδαμῶς ἔτι ἁμαρτίαν ἐργαζομένους, νεκροὺς δὲ ἐν Χριστῷ τοὺς διακειμένους μὲν κατὰ τὴν ἐν Χριστῷ πίστιν καὶ προαιρουμένους βιοῦν καλῶς, οὐ μὴν ἤδη κατωρθωκότας ἀλλ’ ἔτι</w:t>
      </w:r>
    </w:p>
    <w:p>
      <w:r>
        <w:rPr>
          <w:rFonts w:ascii="Courier New" w:hAnsi="Courier New"/>
          <w:color w:val="555555"/>
          <w:sz w:val="20"/>
        </w:rPr>
        <w:t>[5]</w:t>
      </w:r>
    </w:p>
    <w:p>
      <w:r>
        <w:rPr>
          <w:rFonts w:ascii="Gentium Plus" w:hAnsi="Gentium Plus"/>
          <w:sz w:val="24"/>
        </w:rPr>
        <w:t>ἁμαρτάνοντας, ἤτοι κατ’ ἄγνοιαν τοῦ ἀκριβοῦς περὶ δικαιοσύνης ἀληθοῦς λόγου, ἢ κατὰ ἀσθένειαν νικωμένων τῶν κριμάτων ἀπὸ</w:t>
      </w:r>
    </w:p>
    <w:p>
      <w:r>
        <w:rPr>
          <w:rFonts w:ascii="Courier New" w:hAnsi="Courier New"/>
          <w:color w:val="555555"/>
          <w:sz w:val="20"/>
        </w:rPr>
        <w:t>[20 . 26 . 233]</w:t>
      </w:r>
    </w:p>
    <w:p>
      <w:r>
        <w:rPr>
          <w:rFonts w:ascii="Gentium Plus" w:hAnsi="Gentium Plus"/>
          <w:sz w:val="24"/>
        </w:rPr>
        <w:t>τῆς ἐπιθυμούσης κατὰ τοῦ πνεύματος σαρκός. καὶ τούτοις γε ἀκό‐ λουθόν ἐστιν τὸν Παῦλον αἰσθανόμενον ἑαυτοῦ λέγειν διὰ τὸ ἤδη κατωρθωκέναι τὸ «Ἡμεῖς οἱ ζῶντες». οὓς δὲ εἰρήκαμεν νεκρούς, οὗτοι μάλιστα δέονται τῆς ἀναστάσεως, οὐδὲ τῶν ζώντων δυνα‐</w:t>
      </w:r>
    </w:p>
    <w:p>
      <w:r>
        <w:rPr>
          <w:rFonts w:ascii="Courier New" w:hAnsi="Courier New"/>
          <w:color w:val="555555"/>
          <w:sz w:val="20"/>
        </w:rPr>
        <w:t>[5]</w:t>
      </w:r>
    </w:p>
    <w:p>
      <w:r>
        <w:rPr>
          <w:rFonts w:ascii="Gentium Plus" w:hAnsi="Gentium Plus"/>
          <w:sz w:val="24"/>
        </w:rPr>
        <w:t>μένων ἁρπαγῆναι ἐν νεφέλαις εἰς ἀπάντησιν τοῦ κυρίου εἰς ἀέρα, πρὶν πρῶτον τοὺς ἐν Χριστῷ νεκροὺς ἀναστῆναι· διὸ γέγραπται· «Οἱ νεκροὶ ἐν Χριστῷ ἀναστήσονται πρῶτον, ἔπειτα ἡμεῖς οἱ ζῶντες»</w:t>
      </w:r>
    </w:p>
    <w:p>
      <w:r>
        <w:rPr>
          <w:rFonts w:ascii="Courier New" w:hAnsi="Courier New"/>
          <w:color w:val="555555"/>
          <w:sz w:val="20"/>
        </w:rPr>
        <w:t>[20 . 26 . 234]</w:t>
      </w:r>
    </w:p>
    <w:p>
      <w:r>
        <w:rPr>
          <w:rFonts w:ascii="Gentium Plus" w:hAnsi="Gentium Plus"/>
          <w:sz w:val="24"/>
        </w:rPr>
        <w:t>καὶ τὰ ἑξῆς. ἐπιστήσεις δὲ εἰ καὶ διὰ τὴν ἀνθρωποκτονίαν αὐτοῦ οὐκ ἂν συστάντα τὰ ἐπὶ τῆς ἐπικαταράτου γῆς ἐν τοῖς ἔργοις τοῦ</w:t>
      </w:r>
    </w:p>
    <w:p>
      <w:r>
        <w:rPr>
          <w:rFonts w:ascii="Courier New" w:hAnsi="Courier New"/>
          <w:color w:val="555555"/>
          <w:sz w:val="20"/>
        </w:rPr>
        <w:t>[20 . 26 . 235]</w:t>
      </w:r>
    </w:p>
    <w:p>
      <w:r>
        <w:rPr>
          <w:rFonts w:ascii="Gentium Plus" w:hAnsi="Gentium Plus"/>
          <w:sz w:val="24"/>
        </w:rPr>
        <w:t>ἐκβληθέντος ἀπὸ «τοῦ παραδείσου τῆς τρυφῆς» Ἀδὰμ συνέστη. πλὴν ἀνθρωποκτόνος οὗτος ἀπὸ τῆς τῶν ἐνεστηκότων γέγονεν ἀρχῆς, ὅστις, οἶμαι, γενόμενος «ἀρχὴ πλάσματος κυρίου» ἐφθόνησεν τοῖς</w:t>
      </w:r>
    </w:p>
    <w:p>
      <w:r>
        <w:rPr>
          <w:rFonts w:ascii="Courier New" w:hAnsi="Courier New"/>
          <w:color w:val="555555"/>
          <w:sz w:val="20"/>
        </w:rPr>
        <w:t>[20 . 26 . 236]</w:t>
      </w:r>
    </w:p>
    <w:p>
      <w:r>
        <w:rPr>
          <w:rFonts w:ascii="Gentium Plus" w:hAnsi="Gentium Plus"/>
          <w:sz w:val="24"/>
        </w:rPr>
        <w:t>κτισθεῖσιν «εἰς τὸ εἶναι». οὕτω «φθόνῳ θάνατος εἰσῆλθεν εἰς τὸν «κόσμον», ἀεὶ ἐν οἷς ἂν εὕρῃ ζῶσιν ἀνθρωποκτονοῦντος ἕως ἂν πάντων τῶν ἐχθρῶν ὑποτεθέντων τοῖς ποσὶν τοῦ υἱοῦ τοῦ θεοῦ ἔσχατος ἐχθρὸς αὐτοῦ θάνατος καταργηθῇ.</w:t>
      </w:r>
    </w:p>
    <w:p>
      <w:r>
        <w:rPr>
          <w:rFonts w:ascii="Courier New" w:hAnsi="Courier New"/>
          <w:color w:val="555555"/>
          <w:sz w:val="20"/>
        </w:rPr>
        <w:t>[20 . 27 . 237]</w:t>
      </w:r>
    </w:p>
    <w:p>
      <w:r>
        <w:rPr>
          <w:rFonts w:ascii="Gentium Plus" w:hAnsi="Gentium Plus"/>
          <w:sz w:val="24"/>
        </w:rPr>
        <w:t>Ἴδωμεν δὲ καὶ περὶ τοῦ «Καὶ ἐν τῇ ἀληθείᾳ οὐχ «ἕστηκεν». πᾶς μὲν καὶ μόνος ὁ ὑγιῆ βεβαίως ἔχων δόγματα καὶ διὰ τὴν βεβαιότητα τῶν δογμάτων ἄσειστος τοῖς κρίμασιν τυγχάνων ἐν παντὶ καιρῷ, καὶ ὑπὸ μηδεμιᾶς περιστάσεως ἤ τινος σωματικῆς προ‐</w:t>
      </w:r>
    </w:p>
    <w:p>
      <w:r>
        <w:rPr>
          <w:rFonts w:ascii="Courier New" w:hAnsi="Courier New"/>
          <w:color w:val="555555"/>
          <w:sz w:val="20"/>
        </w:rPr>
        <w:t>[5]</w:t>
      </w:r>
    </w:p>
    <w:p>
      <w:r>
        <w:rPr>
          <w:rFonts w:ascii="Gentium Plus" w:hAnsi="Gentium Plus"/>
          <w:sz w:val="24"/>
        </w:rPr>
        <w:t>φάσεως, οἷον δυσυπομενήτων πόνων ἢ σφοδροτέρας ὀρέξεως ἀφρο‐ δισίων ἢ ὁποιασδήποτε αἰτίας σαλευόμενος, ὥστ’ ἂν καὶ ἐπὶ ποσὸν μετακινηθῆναι ἀπὸ τοῦ καλοῦ, εὐλόγως ἂν ἑστηκέναι ἐν τῇ ἀληθείᾳ</w:t>
      </w:r>
    </w:p>
    <w:p>
      <w:r>
        <w:rPr>
          <w:rFonts w:ascii="Courier New" w:hAnsi="Courier New"/>
          <w:color w:val="555555"/>
          <w:sz w:val="20"/>
        </w:rPr>
        <w:t>[20 . 27 . 238]</w:t>
      </w:r>
    </w:p>
    <w:p>
      <w:r>
        <w:rPr>
          <w:rFonts w:ascii="Gentium Plus" w:hAnsi="Gentium Plus"/>
          <w:sz w:val="24"/>
        </w:rPr>
        <w:t>νομίζοιτο· οὗτος δὲ ὁ λόγος φθανέτω καὶ ἐπὶ τὰς ἔξω σαρκὸς καὶ αἵματος φύσεις· ἔστιν γὰρ καὶ ἐν τῇ ἐκείνων ζωῇ τὰ κατορθοῦντα ἑστηκέναι ἐν τῇ ἀληθείᾳ δεόντως λέγειν· εἰ δέ τις μὴ οὕτως βιοῖ,</w:t>
      </w:r>
    </w:p>
    <w:p>
      <w:r>
        <w:rPr>
          <w:rFonts w:ascii="Courier New" w:hAnsi="Courier New"/>
          <w:color w:val="555555"/>
          <w:sz w:val="20"/>
        </w:rPr>
        <w:t>[20 . 27 . 239]</w:t>
      </w:r>
    </w:p>
    <w:p>
      <w:r>
        <w:rPr>
          <w:rFonts w:ascii="Gentium Plus" w:hAnsi="Gentium Plus"/>
          <w:sz w:val="24"/>
        </w:rPr>
        <w:t>«οὐχ ἕστηκεν ἐν τῇ ἀληθείᾳ». ἀλλ’ ἐφίστημι μήποτε ἓν μέν τι καὶ μονοειδές ἐστιν τὸ ἑστηκέναι ἐν τῇ ἀληθείᾳ, ποικίλον δέ τι καὶ πο‐ λύτροπον τὸ μὴ ἑστηκέναι ἐν αὐτῇ· τινῶν μὲν τρεμούσαις, ἵν’ οὕτως ὀνομάσω, ταῖς βάσεσιν καὶ σειομέναις βιαζομένων ἑστάναι ἐν αὐτῇ</w:t>
      </w:r>
    </w:p>
    <w:p>
      <w:r>
        <w:rPr>
          <w:rFonts w:ascii="Courier New" w:hAnsi="Courier New"/>
          <w:color w:val="555555"/>
          <w:sz w:val="20"/>
        </w:rPr>
        <w:t>[5]</w:t>
      </w:r>
    </w:p>
    <w:p>
      <w:r>
        <w:rPr>
          <w:rFonts w:ascii="Gentium Plus" w:hAnsi="Gentium Plus"/>
          <w:sz w:val="24"/>
        </w:rPr>
        <w:t>καὶ μηδέπω τοῦτο ἐχόντων· ἑτέρων δὲ τοῦτο μὲν οὐ πεπονθότων, ἐν κινδύνῳ δὲ τοῦ ἐν τούτῳ γενέσθαι καθεστηκότων, ὁποῖός ἐστιν ὁ λέγων· «Ἐμοῦ δὲ παρὰ μικρὸν ἐσαλεύθησαν οἱ πόδες», καὶ ἄλλων καὶ πεπτωκότων ἐν αὐτῇ, περὶ ὧν οἶμαι λέγεσθαι τὸ «Πᾶς ὁ πεσὼν</w:t>
      </w:r>
    </w:p>
    <w:p>
      <w:r>
        <w:rPr>
          <w:rFonts w:ascii="Courier New" w:hAnsi="Courier New"/>
          <w:color w:val="555555"/>
          <w:sz w:val="20"/>
        </w:rPr>
        <w:t>[20 . 27 . 240]</w:t>
      </w:r>
    </w:p>
    <w:p>
      <w:r>
        <w:rPr>
          <w:rFonts w:ascii="Gentium Plus" w:hAnsi="Gentium Plus"/>
          <w:sz w:val="24"/>
        </w:rPr>
        <w:t>«ἐπὶ τὸν λίθον τοῦτον συνθλασθήσεται». ἐπὶ τοῦτο τὸ ἑστάναι ἐν τῇ ἀληθείᾳ προτρέπων ὁ κύριος Μωσέα εἶπεν πρὸς αὐτόν· «Ἰδοὺ «τόπος παρ’ ἐμοί, καὶ στήσῃ ἐπὶ τῆς πέτρας»· εἰ γὰρ ἡ πέτρα Χριστὸς ἦν, Χριστὸς δέ φησιν· «Ἐγώ εἰμι ἡ ἀλήθεια», μήποτε τὸ</w:t>
      </w:r>
    </w:p>
    <w:p>
      <w:r>
        <w:rPr>
          <w:rFonts w:ascii="Courier New" w:hAnsi="Courier New"/>
          <w:color w:val="555555"/>
          <w:sz w:val="20"/>
        </w:rPr>
        <w:t>[5]</w:t>
      </w:r>
    </w:p>
    <w:p>
      <w:r>
        <w:rPr>
          <w:rFonts w:ascii="Gentium Plus" w:hAnsi="Gentium Plus"/>
          <w:sz w:val="24"/>
        </w:rPr>
        <w:t>«Στήσῃ ἐπὶ τῆς πέτρας» ἴσον δύναται τῷ «στήσῃ ἐπὶ τῆς ἀληθείας».</w:t>
      </w:r>
    </w:p>
    <w:p>
      <w:r>
        <w:rPr>
          <w:rFonts w:ascii="Courier New" w:hAnsi="Courier New"/>
          <w:color w:val="555555"/>
          <w:sz w:val="20"/>
        </w:rPr>
        <w:t>[20 . 27 . 241]</w:t>
      </w:r>
    </w:p>
    <w:p>
      <w:r>
        <w:rPr>
          <w:rFonts w:ascii="Gentium Plus" w:hAnsi="Gentium Plus"/>
          <w:sz w:val="24"/>
        </w:rPr>
        <w:t>μόγις δέ ποτε τοῦτο καὶ μετὰ πολλὰ ἐγγίγνεταί τινι. μέχρι γοῦν τοῦ «Ἰδού, τόπος παρ’ ἐμοί, καὶ στήσῃ ἐπὶ τῆς πέτρας» Μωσῆς οὐ‐ δέπω εἱστήκει ἐπὶ τῆς πέτρας. καὶ εἴ τίς γε ἐπιμελέστερον ἐνίδοι τῇ ἀνθρωπίνῃ φύσει, οὐκ εὐχερῶς δυναμένῃ καθαρεύειν ἀπὸ ψευδῶν</w:t>
      </w:r>
    </w:p>
    <w:p>
      <w:r>
        <w:rPr>
          <w:rFonts w:ascii="Courier New" w:hAnsi="Courier New"/>
          <w:color w:val="555555"/>
          <w:sz w:val="20"/>
        </w:rPr>
        <w:t>[5]</w:t>
      </w:r>
    </w:p>
    <w:p>
      <w:r>
        <w:rPr>
          <w:rFonts w:ascii="Gentium Plus" w:hAnsi="Gentium Plus"/>
          <w:sz w:val="24"/>
        </w:rPr>
        <w:t>δογμάτων, ὄψεται ὅτι ὥσπερ «πᾶς ἄνθρωπος ψεύστης», οὕτως πᾶς</w:t>
      </w:r>
    </w:p>
    <w:p>
      <w:r>
        <w:rPr>
          <w:rFonts w:ascii="Courier New" w:hAnsi="Courier New"/>
          <w:color w:val="555555"/>
          <w:sz w:val="20"/>
        </w:rPr>
        <w:t>[20 . 27 . 242]</w:t>
      </w:r>
    </w:p>
    <w:p>
      <w:r>
        <w:rPr>
          <w:rFonts w:ascii="Gentium Plus" w:hAnsi="Gentium Plus"/>
          <w:sz w:val="24"/>
        </w:rPr>
        <w:t>ἄνθρωπος οὐχ ἕστηκεν ἐν τῇ ἀληθείᾳ. εἰ γάρ τίς ἐστιν οὐ ψεύστης ἔτι ἢ ἕστηκεν ἐν τῇ ἀληθείᾳ, ὁ τοιοῦτος οὐκ ἔστιν ἄνθρωπος, ὥστ’ ἂν εἰπεῖν αὐτῷ καὶ τοῖς ὁμοίοις αὐτῷ τὸν θεόν· «Ἐγὼ εἶπα, θεοί «ἐστε καὶ υἱοὶ ὑψίστου πάντες», οὐκ ἐπενεχθησομένου αὐτῷ τοῦ</w:t>
      </w:r>
    </w:p>
    <w:p>
      <w:r>
        <w:rPr>
          <w:rFonts w:ascii="Courier New" w:hAnsi="Courier New"/>
          <w:color w:val="555555"/>
          <w:sz w:val="20"/>
        </w:rPr>
        <w:t>[20 . 27 . 243]</w:t>
      </w:r>
    </w:p>
    <w:p>
      <w:r>
        <w:rPr>
          <w:rFonts w:ascii="Gentium Plus" w:hAnsi="Gentium Plus"/>
          <w:sz w:val="24"/>
        </w:rPr>
        <w:t>«Ὑμεῖς δὲ δὴ ὡς ἄνθρωποι ἀποθνήσκετε» εἴ τις οὖν καὶ ἄλλος οὐχ ἕστηκεν ἐν τῇ ἀληθείᾳ, δῆλον ὅτι καὶ ὁ διάβολος ὁ ἀπ’ ἀρχῆς ἀν‐ θρωποκτόνος, καὶ ἡ αἰτία γε τοῦ μὴ ἑστηκέναι αὐτὸν ἐν ἀληθείᾳ</w:t>
      </w:r>
    </w:p>
    <w:p>
      <w:r>
        <w:rPr>
          <w:rFonts w:ascii="Courier New" w:hAnsi="Courier New"/>
          <w:color w:val="555555"/>
          <w:sz w:val="20"/>
        </w:rPr>
        <w:t>[20 . 27 . 244]</w:t>
      </w:r>
    </w:p>
    <w:p>
      <w:r>
        <w:rPr>
          <w:rFonts w:ascii="Gentium Plus" w:hAnsi="Gentium Plus"/>
          <w:sz w:val="24"/>
        </w:rPr>
        <w:t>τοῦτον εἴρηται τὸν τρόπον· «Ὅτι οὐκ ἔστιν ἀλήθεια ἐν αὐτῷ». διὰ τοῦτο δ’ οὐκ ἔστιν ἀλήθεια ἐν αὐτῷ, ἐπείπερ ἠπάτηται καὶ ψευδῆ ὑπολαμβάνει καὶ ἠπάτηται αὐτὸς ὑφ’ ἑαυτοῦ, τούτων χείρων εἶναι λογισθεὶς τῶν λοιπῶν ἀπατωμένων, ὅτι ἐκεῖνοι μὲν ὑπὸ τούτου</w:t>
      </w:r>
    </w:p>
    <w:p>
      <w:r>
        <w:rPr>
          <w:rFonts w:ascii="Courier New" w:hAnsi="Courier New"/>
          <w:color w:val="555555"/>
          <w:sz w:val="20"/>
        </w:rPr>
        <w:t>[5]</w:t>
      </w:r>
    </w:p>
    <w:p>
      <w:r>
        <w:rPr>
          <w:rFonts w:ascii="Gentium Plus" w:hAnsi="Gentium Plus"/>
          <w:sz w:val="24"/>
        </w:rPr>
        <w:t>ἀπατῶνται, αὐτὸς δὲ ἑαυτῷ δημιουργός ἐστιν τῆς ἀπάτης.</w:t>
      </w:r>
    </w:p>
    <w:p>
      <w:r>
        <w:rPr>
          <w:rFonts w:ascii="Courier New" w:hAnsi="Courier New"/>
          <w:color w:val="555555"/>
          <w:sz w:val="20"/>
        </w:rPr>
        <w:t>[20 . 28 . 245]</w:t>
      </w:r>
    </w:p>
    <w:p>
      <w:r>
        <w:rPr>
          <w:rFonts w:ascii="Gentium Plus" w:hAnsi="Gentium Plus"/>
          <w:sz w:val="24"/>
        </w:rPr>
        <w:t>Ἄξιον δὲ ζητῆσαι πῶς λέγεται τὸ «Ἀλήθεια οὐκ ἔστιν ἐν «αὐτῷ», οἷον πότερόν ποτε οὐδὲν ἀληθὲς ἔχει δόγμα, ἀλλὰ πάντα ὅσα ποτὲ δοξάζει ψευδῆ ἐστιν· ἢ ὅτι οὐ μετέχει Χριστοῦ, ὡς οἱ Χρι‐</w:t>
      </w:r>
    </w:p>
    <w:p>
      <w:r>
        <w:rPr>
          <w:rFonts w:ascii="Courier New" w:hAnsi="Courier New"/>
          <w:color w:val="555555"/>
          <w:sz w:val="20"/>
        </w:rPr>
        <w:t>[20 . 28 . 246]</w:t>
      </w:r>
    </w:p>
    <w:p>
      <w:r>
        <w:rPr>
          <w:rFonts w:ascii="Gentium Plus" w:hAnsi="Gentium Plus"/>
          <w:sz w:val="24"/>
        </w:rPr>
        <w:t>στοῦ μέτοχοι μετέχουσιν τοῦ εἰπόντος· «Ἐγώ εἰμι ἡ ἀλήθεια». οἱ γὰρ μετέχοντες αὐτοῦ μετέχουσιν αὐτοῦ καὶ καθ’ ὅ ἐστιν ἀλήθεια, καὶ διὰ τοῦτο ἀλήθειά ἐστιν ἐν αὐτοῖς. καὶ τρίτον δ’ ἂν ἐν τῷ τόπῳ τοιοῦτον προσαπορηθείη, ἐπιστησόντων τινῶν εἰ χρὴ λέγειν</w:t>
      </w:r>
    </w:p>
    <w:p>
      <w:r>
        <w:rPr>
          <w:rFonts w:ascii="Courier New" w:hAnsi="Courier New"/>
          <w:color w:val="555555"/>
          <w:sz w:val="20"/>
        </w:rPr>
        <w:t>[5]</w:t>
      </w:r>
    </w:p>
    <w:p>
      <w:r>
        <w:rPr>
          <w:rFonts w:ascii="Gentium Plus" w:hAnsi="Gentium Plus"/>
          <w:sz w:val="24"/>
        </w:rPr>
        <w:t>μὴ εἶναι ἀλήθειαν ἐν τῷ ὁτιποτοῦν ψεῦδος ὑπολαμβάνοντι, κἂν μετὰ</w:t>
      </w:r>
    </w:p>
    <w:p>
      <w:r>
        <w:rPr>
          <w:rFonts w:ascii="Courier New" w:hAnsi="Courier New"/>
          <w:color w:val="555555"/>
          <w:sz w:val="20"/>
        </w:rPr>
        <w:t>[20 . 28 . 247]</w:t>
      </w:r>
    </w:p>
    <w:p>
      <w:r>
        <w:rPr>
          <w:rFonts w:ascii="Gentium Plus" w:hAnsi="Gentium Plus"/>
          <w:sz w:val="24"/>
        </w:rPr>
        <w:t>πολλῶν ἀληθῶν τοῦτο νομίζῃ. ὡς γὰρ ψεῦδος τὸ ἐκ μυρίων ὅσων ἀληθῶν καὶ ἑνὸς ψεύδους συμπεπλεγμένου, οὕτως ἐν τῷ δοξάζοντι μετὰ πολλῶν ἀληθῶν ἓν ψεῦδος οἱονεὶ τὸ τοιοῦτόν ἐστιν συμπε‐ πλεγμένον, ὥστ’ ἂν εἰπεῖν ὅτι ἐν τῷδε οὐκ ἔστιν ἀλήθεια. δείκνυμι</w:t>
      </w:r>
    </w:p>
    <w:p>
      <w:r>
        <w:rPr>
          <w:rFonts w:ascii="Courier New" w:hAnsi="Courier New"/>
          <w:color w:val="555555"/>
          <w:sz w:val="20"/>
        </w:rPr>
        <w:t>[20 . 28 . 248]</w:t>
      </w:r>
    </w:p>
    <w:p>
      <w:r>
        <w:rPr>
          <w:rFonts w:ascii="Gentium Plus" w:hAnsi="Gentium Plus"/>
          <w:sz w:val="24"/>
        </w:rPr>
        <w:t>δὲ τὸν μετὰ πολλῶν ἀληθῶν ἓν ψεῦδος ὑπολαμβάνοντα. καὶ τὰ τρία γε δόξει ἔχειν λόγον, τινὸς μὲν φήσοντος κατὰ τοῦτο εἰρῆσθαι τὸ «Οὐκ ἔστιν ἀλήθεια ἐν αὐτῷ», ἐπεὶ οὐ μετέχει Χριστοῦ, ᾧ γε καὶ προσπολεμεῖ· ἑτέρου δέ, ἐπείπερ οὐδὲν ἀληθὲς φρονεῖ ἀλλ’ ἐν πᾶσιν</w:t>
      </w:r>
    </w:p>
    <w:p>
      <w:r>
        <w:rPr>
          <w:rFonts w:ascii="Courier New" w:hAnsi="Courier New"/>
          <w:color w:val="555555"/>
          <w:sz w:val="20"/>
        </w:rPr>
        <w:t>[5]</w:t>
      </w:r>
    </w:p>
    <w:p>
      <w:r>
        <w:rPr>
          <w:rFonts w:ascii="Gentium Plus" w:hAnsi="Gentium Plus"/>
          <w:sz w:val="24"/>
        </w:rPr>
        <w:t>διέψευσται, καὶ διὰ τοῦτό ἐστιν διάβολος καὶ πονηρὸς καὶ χείρων παντὸς οὑτινοσοῦν πταίοντος, ὅτι τάχα ἐν μὲν τοῖς πολλοῖς ἐστίν τι καὶ ἀληθὲς μετὰ πολλῶν ὧν σφάλλονται, ἐν δὲ τούτῳ οὐδὲν ἀληθές.</w:t>
      </w:r>
    </w:p>
    <w:p>
      <w:r>
        <w:rPr>
          <w:rFonts w:ascii="Courier New" w:hAnsi="Courier New"/>
          <w:color w:val="555555"/>
          <w:sz w:val="20"/>
        </w:rPr>
        <w:t>[20 . 28 . 249]</w:t>
      </w:r>
    </w:p>
    <w:p>
      <w:r>
        <w:rPr>
          <w:rFonts w:ascii="Gentium Plus" w:hAnsi="Gentium Plus"/>
          <w:sz w:val="24"/>
        </w:rPr>
        <w:t>καὶ τρίτος δέ τις συναγορεύσει τῷ λοιπῷ λέγων ἀμήχανον εἶναι λο‐ γικόν τι τυγχάνον ζῷον περὶ πάντων ψευδοδοξεῖν καὶ περὶ μηδενὸς</w:t>
      </w:r>
    </w:p>
    <w:p>
      <w:r>
        <w:rPr>
          <w:rFonts w:ascii="Courier New" w:hAnsi="Courier New"/>
          <w:color w:val="555555"/>
          <w:sz w:val="20"/>
        </w:rPr>
        <w:t>[20 . 28 . 250]</w:t>
      </w:r>
    </w:p>
    <w:p>
      <w:r>
        <w:rPr>
          <w:rFonts w:ascii="Gentium Plus" w:hAnsi="Gentium Plus"/>
          <w:sz w:val="24"/>
        </w:rPr>
        <w:t>κἂν ἀσθενῶς τὸ ἀληθὲς ὑπολαμβάνειν. πάντως γοῦν κἂν τοῦτο ἔχῃ ὁ διάβολος δόγμα ἀληθὲς περὶ αὑτοῦ ἐννοῶν ὅτι λογικός ἐστιν, καὶ</w:t>
      </w:r>
    </w:p>
    <w:p>
      <w:r>
        <w:rPr>
          <w:rFonts w:ascii="Courier New" w:hAnsi="Courier New"/>
          <w:color w:val="555555"/>
          <w:sz w:val="20"/>
        </w:rPr>
        <w:t>[20 . 28 . 251]</w:t>
      </w:r>
    </w:p>
    <w:p>
      <w:r>
        <w:rPr>
          <w:rFonts w:ascii="Gentium Plus" w:hAnsi="Gentium Plus"/>
          <w:sz w:val="24"/>
        </w:rPr>
        <w:t>τοιὸν μὲν σῶμα, καὶ ποιὸν σῶμα, ἄλλο δέ τι ἕτερον σώματος. ἀλλ’ ἵνα καὶ τὸ τελευταῖον μὴ λέγῃ καὶ μὴ ἐννοῇ, ἀλλά γε αὐτάρκη τὰ πρῶτα πρὸς τὸ μὴ ἂν δύνασθαι εἶναι ἀληθὲς περὶ αὐτοῦ τὸ ὅτι οὐδὲν ἀληθὲς φρονεῖ.</w:t>
      </w:r>
    </w:p>
    <w:p>
      <w:r>
        <w:rPr>
          <w:rFonts w:ascii="Courier New" w:hAnsi="Courier New"/>
          <w:color w:val="555555"/>
          <w:sz w:val="20"/>
        </w:rPr>
        <w:t>[20 . 28 . 252]</w:t>
      </w:r>
    </w:p>
    <w:p>
      <w:r>
        <w:rPr>
          <w:rFonts w:ascii="Gentium Plus" w:hAnsi="Gentium Plus"/>
          <w:sz w:val="24"/>
        </w:rPr>
        <w:t>Ἡμεῖς μὲν οὖν τοῦ «Ἐν τῇ ἀληθείᾳ οὐχ ἕστηκεν» ἀκούομεν οὐχ ὡς φύσιν τοιαύτην ἐμφαίνοντος, οὐδὲ τὸ ἀδύνατον περὶ τοῦ ἑστηκέναι αὐτὸν ἐν ἀληθείᾳ παριστάντος· ὁ δὲ Ἡρακλέων εἰς ταῦτά φησι τὸ Οὐ γὰρ ἐκ τῆς ἀληθείας ἡ φύσις ἐστὶν αὐ‐</w:t>
      </w:r>
    </w:p>
    <w:p>
      <w:r>
        <w:rPr>
          <w:rFonts w:ascii="Courier New" w:hAnsi="Courier New"/>
          <w:color w:val="555555"/>
          <w:sz w:val="20"/>
        </w:rPr>
        <w:t>[5]</w:t>
      </w:r>
    </w:p>
    <w:p>
      <w:r>
        <w:rPr>
          <w:rFonts w:ascii="Gentium Plus" w:hAnsi="Gentium Plus"/>
          <w:sz w:val="24"/>
        </w:rPr>
        <w:t>τοῦ, ἀλλ’ ἐκ τοῦ ἐναντίου τῇ ἀληθείᾳ, ἐκ πλάνης καὶ</w:t>
      </w:r>
    </w:p>
    <w:p>
      <w:r>
        <w:rPr>
          <w:rFonts w:ascii="Courier New" w:hAnsi="Courier New"/>
          <w:color w:val="555555"/>
          <w:sz w:val="20"/>
        </w:rPr>
        <w:t>[20 . 28 . 253]</w:t>
      </w:r>
    </w:p>
    <w:p>
      <w:r>
        <w:rPr>
          <w:rFonts w:ascii="Gentium Plus" w:hAnsi="Gentium Plus"/>
          <w:sz w:val="24"/>
        </w:rPr>
        <w:t>ἀγνοίας. διό, φησίν, οὔτε στῆναι ἐν ἀληθείᾳ οὔτε σχεῖν ἐν αὑτῷ ἀλήθειαν δύναται, ἐκ τῆς αὑτοῦ φύσεως ἴδιον ἔχων τὸ ψεῦδος, φυσικῶς μὴ δυνάμενός ποτε ἀλήθειαν εἰπεῖν· λέγει δ’ ὅτι οὐ μόνος αὐτὸς ψεύστης ἐστίν, ἀλλὰ</w:t>
      </w:r>
    </w:p>
    <w:p>
      <w:r>
        <w:rPr>
          <w:rFonts w:ascii="Courier New" w:hAnsi="Courier New"/>
          <w:color w:val="555555"/>
          <w:sz w:val="20"/>
        </w:rPr>
        <w:t>[5]</w:t>
      </w:r>
    </w:p>
    <w:p>
      <w:r>
        <w:rPr>
          <w:rFonts w:ascii="Gentium Plus" w:hAnsi="Gentium Plus"/>
          <w:sz w:val="24"/>
        </w:rPr>
        <w:t>καὶ ὁ πατὴρ αὐτοῦ, ἰδίως ‹πατὴρ αὐτοῦ› ἐκλαμβάνων τὴν φύσιν αὐτοῦ, ἐπείπερ ἐκ πλάνης καὶ ψεύσματος συνέστη.</w:t>
      </w:r>
    </w:p>
    <w:p>
      <w:r>
        <w:rPr>
          <w:rFonts w:ascii="Courier New" w:hAnsi="Courier New"/>
          <w:color w:val="555555"/>
          <w:sz w:val="20"/>
        </w:rPr>
        <w:t>[20 . 28 . 254]</w:t>
      </w:r>
    </w:p>
    <w:p>
      <w:r>
        <w:rPr>
          <w:rFonts w:ascii="Gentium Plus" w:hAnsi="Gentium Plus"/>
          <w:sz w:val="24"/>
        </w:rPr>
        <w:t>ταῦτα δὲ ὅλα ῥύεται τὸν διάβολον παντὸς ψόγου καὶ ἐγκλή‐ ματος καὶ μέμψεως· οὐδεὶς γὰρ εὐλόγως ἂν ψέξαι ἢ ἐγκαλέσαι ἢ μέμψαιτο τῷ μὴ πεφυκότι πρὸς τὰ κρείττονα. ἀτυχὴς οὖν μᾶλλον ἢ ψεκτὸς ὁ διάβολος κατὰ τὸν Ἡρακλέωνά ἐστιν. ἰστέον</w:t>
      </w:r>
    </w:p>
    <w:p>
      <w:r>
        <w:rPr>
          <w:rFonts w:ascii="Courier New" w:hAnsi="Courier New"/>
          <w:color w:val="555555"/>
          <w:sz w:val="20"/>
        </w:rPr>
        <w:t>[5]</w:t>
      </w:r>
    </w:p>
    <w:p>
      <w:r>
        <w:rPr>
          <w:rFonts w:ascii="Gentium Plus" w:hAnsi="Gentium Plus"/>
          <w:sz w:val="24"/>
        </w:rPr>
        <w:t>μέντοι γε ὅτι ὥσπερ ὁ διάβολος ἐν τῇ ἀληθείᾳ οὐχ ἕστηκεν, ὅτι οὐκ ἔστιν ἀλήθεια ἐν αὐτῷ, οὕτως καὶ οἱ ἐκ πατρὸς τοῦ διαβόλου ὄντες ἐν τῇ ἀληθείᾳ οὐχ ἑστήκασιν, ὅτι ἀλήθεια οὐκ</w:t>
      </w:r>
    </w:p>
    <w:p>
      <w:r>
        <w:rPr>
          <w:rFonts w:ascii="Courier New" w:hAnsi="Courier New"/>
          <w:color w:val="555555"/>
          <w:sz w:val="20"/>
        </w:rPr>
        <w:t>[20 . 28 . 255]</w:t>
      </w:r>
    </w:p>
    <w:p>
      <w:r>
        <w:rPr>
          <w:rFonts w:ascii="Gentium Plus" w:hAnsi="Gentium Plus"/>
          <w:sz w:val="24"/>
        </w:rPr>
        <w:t>ἔστιν 〈ἐν〉 αὐτοῖς. πάντες δὲ τοιοῦτοι οἱ ἔτι ποιοῦντες ἁμαρτίας, κἂν λέγωσιν εἶναι Χριστοῦ· «Πᾶς γὰρ ὁ ποιῶν τὴν ἁμαρτίαν «ἐκ τοῦ διαβόλου γεγέννηται».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[20 . 29 n]</w:t>
      </w:r>
    </w:p>
    <w:p>
      <w:r>
        <w:rPr>
          <w:rFonts w:ascii="Gentium Plus" w:hAnsi="Gentium Plus"/>
          <w:sz w:val="24"/>
        </w:rPr>
        <w:t>Ὅταν λαλῇ τὸ ψεῦδος, ἐκ τῶν ἰδίων λαλεῖ, ὅτι ψεύστης ἐστὶν καὶ ὁ πατὴρ αὐτοῦ.</w:t>
      </w:r>
    </w:p>
    <w:p>
      <w:r>
        <w:rPr>
          <w:rFonts w:ascii="Courier New" w:hAnsi="Courier New"/>
          <w:color w:val="555555"/>
          <w:sz w:val="20"/>
        </w:rPr>
        <w:t>[20 . 29 . 256]</w:t>
      </w:r>
    </w:p>
    <w:p>
      <w:r>
        <w:rPr>
          <w:rFonts w:ascii="Gentium Plus" w:hAnsi="Gentium Plus"/>
          <w:sz w:val="24"/>
        </w:rPr>
        <w:t>Προλαβόντες μὲν εἰς τὸ «Ὑμεῖς ἐκ τοῦ πατρὸς τοῦ διαβόλου ἐστέ» ἐμνημονεύσαμεν τοῦ ῥητοῦ καὶ τὰ ὑποπεσόντα ἡμῖν εἰς αὐτὸ εἰρήκαμεν, ζητοῦντες τί τὸ ψεῦδος καὶ τὸν πατέρα αὐτοῦ·</w:t>
      </w:r>
    </w:p>
    <w:p>
      <w:r>
        <w:rPr>
          <w:rFonts w:ascii="Courier New" w:hAnsi="Courier New"/>
          <w:color w:val="555555"/>
          <w:sz w:val="20"/>
        </w:rPr>
        <w:t>[20 . 29 . 257]</w:t>
      </w:r>
    </w:p>
    <w:p>
      <w:r>
        <w:rPr>
          <w:rFonts w:ascii="Gentium Plus" w:hAnsi="Gentium Plus"/>
          <w:sz w:val="24"/>
        </w:rPr>
        <w:t>συνεξεταζέσθω δὲ καὶ τὰ λεχθησόμενα νῦν ἐκείνοις. πᾶν πνεῦμα πονηρὸν καὶ ἀπατηλὸν νομίζω εἶναι ψεῦδος, καὶ ἕκαστον τούτων ὅταν λαλῇ, ἐκ τῶν ἰδίων καὶ μηδαμῶς ἐκ τῶν τοῦ θεοῦ λαλεῖν·</w:t>
      </w:r>
    </w:p>
    <w:p>
      <w:r>
        <w:rPr>
          <w:rFonts w:ascii="Courier New" w:hAnsi="Courier New"/>
          <w:color w:val="555555"/>
          <w:sz w:val="20"/>
        </w:rPr>
        <w:t>[20 . 29 . 258]</w:t>
      </w:r>
    </w:p>
    <w:p>
      <w:r>
        <w:rPr>
          <w:rFonts w:ascii="Gentium Plus" w:hAnsi="Gentium Plus"/>
          <w:sz w:val="24"/>
        </w:rPr>
        <w:t>τούτων δὲ ὁ ψεύστης πατήρ, ὁ διάβολος, ἐστίν· πόθεν δὲ ἐκινήθημεν εἰς τὸ πᾶν χεῖρον πνεῦμα ψευδὲς εἰπεῖν νῦν παραθησόμεθα· γέγρα‐ πται ἐν τῇ τρίτῃ τῶν Βασιλειῶν ὡς ἄρα εἶπεν Μιχαίας κληθεὶς ὑπὸ τοῦ Ἀχαὰβ εἰς τὸ προφητεῦσαι περὶ τοῦ πότερον αὐτῷ καθήκει</w:t>
      </w:r>
    </w:p>
    <w:p>
      <w:r>
        <w:rPr>
          <w:rFonts w:ascii="Courier New" w:hAnsi="Courier New"/>
          <w:color w:val="555555"/>
          <w:sz w:val="20"/>
        </w:rPr>
        <w:t>[5]</w:t>
      </w:r>
    </w:p>
    <w:p>
      <w:r>
        <w:rPr>
          <w:rFonts w:ascii="Gentium Plus" w:hAnsi="Gentium Plus"/>
          <w:sz w:val="24"/>
        </w:rPr>
        <w:t>πορευθῆναι εἰς Ῥαμμὼθ Γαλαὰδ εἰς πόλεμον ἢ ἐπισχεῖν, τὸ «Εἶδον «θεὸν Ἰσραὴλ καθήμενον ἐπὶ θρόνου αὐτοῦ, καὶ πᾶσα ἡ στρατεία τοῦ «οὐρανοῦ ἱστήκει περὶ αὐτὸν ἐκ δεξιῶν αὐτοῦ καὶ ἐξ εὐωνύμων αὐτοῦ.</w:t>
      </w:r>
    </w:p>
    <w:p>
      <w:r>
        <w:rPr>
          <w:rFonts w:ascii="Courier New" w:hAnsi="Courier New"/>
          <w:color w:val="555555"/>
          <w:sz w:val="20"/>
        </w:rPr>
        <w:t>[20 . 29 . 259]</w:t>
      </w:r>
    </w:p>
    <w:p>
      <w:r>
        <w:rPr>
          <w:rFonts w:ascii="Gentium Plus" w:hAnsi="Gentium Plus"/>
          <w:sz w:val="24"/>
        </w:rPr>
        <w:t>«καὶ εἶπεν· Τίς ἀπατήσει τὸν Ἀχαὰβ βασιλέα Ἰσραήλ, καὶ ἀναβήσεται «καὶ πεσεῖται ἐν Ῥαμμὼθ Γαλαάδ; καὶ εἶπεν οὗτος 〈οὕτωσ〉 [ἐν σοί.] «καὶ ἐξῆλθεν πνεῦμα καὶ ἔστη ἐνώπιον κυρίου καὶ εἶπεν· Ἐγὼ ἀπα‐</w:t>
      </w:r>
    </w:p>
    <w:p>
      <w:r>
        <w:rPr>
          <w:rFonts w:ascii="Courier New" w:hAnsi="Courier New"/>
          <w:color w:val="555555"/>
          <w:sz w:val="20"/>
        </w:rPr>
        <w:t>[20 . 29 . 260]</w:t>
      </w:r>
    </w:p>
    <w:p>
      <w:r>
        <w:rPr>
          <w:rFonts w:ascii="Gentium Plus" w:hAnsi="Gentium Plus"/>
          <w:sz w:val="24"/>
        </w:rPr>
        <w:t>«τήσω αὐτόν. καὶ εἶπεν πρὸς αὐτὸν κύριος· Ἐν τίνι; καὶ εἶπεν· «Ἐξελεύσομαι καὶ ἔσομαι πνεῦμα ψευδὲς εἰς τὸ στόμα πάντων τῶν</w:t>
      </w:r>
    </w:p>
    <w:p>
      <w:r>
        <w:rPr>
          <w:rFonts w:ascii="Courier New" w:hAnsi="Courier New"/>
          <w:color w:val="555555"/>
          <w:sz w:val="20"/>
        </w:rPr>
        <w:t>[20 . 29 . 261]</w:t>
      </w:r>
    </w:p>
    <w:p>
      <w:r>
        <w:rPr>
          <w:rFonts w:ascii="Gentium Plus" w:hAnsi="Gentium Plus"/>
          <w:sz w:val="24"/>
        </w:rPr>
        <w:t>«προφητῶν σου τούτων.» καὶ ἐν τῇ δευτέρᾳ τῶν Παραλειπομένων ὁ αὐτὸς Μιχαίας πρὸς τὸν Ἀχαάβ φησι καὶ τὸν Ἰωσαφάτ· «Ἀκούσατε «λόγον κυρίου. εἶδον τὸν κύριον καθήμενον ἐπὶ θρόνου αὐτοῦ, καὶ «πᾶσα δύναμις τοῦ οὐρανοῦ ἱστήκει ἐκ δεξιῶν αὐτοῦ καὶ ἐξ ἀριστε‐</w:t>
      </w:r>
    </w:p>
    <w:p>
      <w:r>
        <w:rPr>
          <w:rFonts w:ascii="Courier New" w:hAnsi="Courier New"/>
          <w:color w:val="555555"/>
          <w:sz w:val="20"/>
        </w:rPr>
        <w:t>[5]</w:t>
      </w:r>
    </w:p>
    <w:p>
      <w:r>
        <w:rPr>
          <w:rFonts w:ascii="Gentium Plus" w:hAnsi="Gentium Plus"/>
          <w:sz w:val="24"/>
        </w:rPr>
        <w:t>«ρῶν αὐτοῦ. καὶ εἶπεν κύριος· Τίς ἀπατήσει τὸν Ἀχαὰβ βασιλέα «Ἰσραήλ, καὶ ἀναβήσεται καὶ πεσεῖται ἐν Ῥαμμὼθ Γαλαάδ; καὶ εἶπεν «οὗτος οὕτως. καὶ ἐξῆλθεν πνεῦμα καὶ ἔστη ἐνώπιον κυρίου καὶ «εἶπεν· Ἐγὼ ἀπατήσω αὐτόν. καὶ εἶπεν κύριος· Ἐν τίνι; καὶ εἶπεν· «Ἐξελεύσομαι καὶ ἔσομαι πνεῦμα ψευδὲς ἐν στόματι πάντων τῶν</w:t>
      </w:r>
    </w:p>
    <w:p>
      <w:r>
        <w:rPr>
          <w:rFonts w:ascii="Courier New" w:hAnsi="Courier New"/>
          <w:color w:val="555555"/>
          <w:sz w:val="20"/>
        </w:rPr>
        <w:t>[20 . 29 . 262]</w:t>
      </w:r>
    </w:p>
    <w:p>
      <w:r>
        <w:rPr>
          <w:rFonts w:ascii="Gentium Plus" w:hAnsi="Gentium Plus"/>
          <w:sz w:val="24"/>
        </w:rPr>
        <w:t>«προφητῶν αὐτοῦ». σαφῶς οὖν διὰ τούτων δηλοῦται ὅτι 〈εἰ〉 πνεῦ‐ μά τί ἐστιν τὸ ψευδὲς πνεῦμα, πάντα ὅμοια εἴη ἂν ψευδῆ πνεύματα 〈τὰ〉 ἀπὸ τοῦ ψεύστου πατρὸς εἰληφότα τὸ εἶναι ψευδῆ πνεύματα, κατὰ</w:t>
      </w:r>
    </w:p>
    <w:p>
      <w:r>
        <w:rPr>
          <w:rFonts w:ascii="Courier New" w:hAnsi="Courier New"/>
          <w:color w:val="555555"/>
          <w:sz w:val="20"/>
        </w:rPr>
        <w:t>[20 . 29 . 263]</w:t>
      </w:r>
    </w:p>
    <w:p>
      <w:r>
        <w:rPr>
          <w:rFonts w:ascii="Gentium Plus" w:hAnsi="Gentium Plus"/>
          <w:sz w:val="24"/>
        </w:rPr>
        <w:t>τὸ ψεῦδος καὶ τὴν κακίαν, καὶ οὐχ ὅτι τὸ κατ’ οὐσίαν. τὸ μὲν οὖν ἅγιον πνεῦμα ἢ ἀγγελικὸν πνεῦμα, ὅταν λαλῇ, οὐκ ἐκ τῶν ἰδίων λαλεῖ, ἀλλὰ ἀπὸ τοῦ λόγου τῆς ἀληθείας καὶ τῆς σοφίας· ὅπερ δη‐ λοῦται καὶ ἐν τῷ κατὰ Ἰωάννην, ἔνθα περὶ τοῦ παρακλήτου διδάσκει</w:t>
      </w:r>
    </w:p>
    <w:p>
      <w:r>
        <w:rPr>
          <w:rFonts w:ascii="Courier New" w:hAnsi="Courier New"/>
          <w:color w:val="555555"/>
          <w:sz w:val="20"/>
        </w:rPr>
        <w:t>[20 . 29 . 264]</w:t>
      </w:r>
    </w:p>
    <w:p>
      <w:r>
        <w:rPr>
          <w:rFonts w:ascii="Gentium Plus" w:hAnsi="Gentium Plus"/>
          <w:sz w:val="24"/>
        </w:rPr>
        <w:t>καί φησιν· «Ἐκ τοῦ ἐμοῦ λήψεται καὶ ἀναγγελεῖ ὑμῖν». τὸ μέντοι ψεῦδος ὅταν λαλῇ, ἐκ τῶν ἰδίων λαλεῖ· ἐκ τῶν ἰδίων ἐλάλησεν καὶ τὸ ἐν τῇ τρίτῃ</w:t>
      </w:r>
    </w:p>
    <w:p>
      <w:r>
        <w:rPr>
          <w:rFonts w:ascii="Courier New" w:hAnsi="Courier New"/>
          <w:color w:val="555555"/>
          <w:sz w:val="20"/>
        </w:rPr>
        <w:t>[20 . 29 . 265]</w:t>
      </w:r>
    </w:p>
    <w:p>
      <w:r>
        <w:rPr>
          <w:rFonts w:ascii="Gentium Plus" w:hAnsi="Gentium Plus"/>
          <w:sz w:val="24"/>
        </w:rPr>
        <w:t>τῶν Βασιλειῶν ψευδὲς πνεῦμα ἀπατῶν τὸν Ἀχαάβ. πλὴν παρατήρει ὅτι 〈τὸ〉 ‹ψεύστησ› ὄνομα ὁμοίως τέτακται ἐπί τε τοῦ γεννήσαντος τὸ ψεῦδος διαβόλου καὶ ἐπὶ τοῦ ἀνθρώπου· ἐνθάδε μὲν γὰρ 〈οὐ〉 περὶ τοῦ ἀνθρώπου λέγεται τὸ «Ὅτι ψεύστης ἐστὶν καὶ ὁ πατὴρ αὐτοῦ», ἐν</w:t>
      </w:r>
    </w:p>
    <w:p>
      <w:r>
        <w:rPr>
          <w:rFonts w:ascii="Courier New" w:hAnsi="Courier New"/>
          <w:color w:val="555555"/>
          <w:sz w:val="20"/>
        </w:rPr>
        <w:t>[5]</w:t>
      </w:r>
    </w:p>
    <w:p>
      <w:r>
        <w:rPr>
          <w:rFonts w:ascii="Gentium Plus" w:hAnsi="Gentium Plus"/>
          <w:sz w:val="24"/>
        </w:rPr>
        <w:t>δὲ Ψαλμοῖς τὸ «Ἐγὼ δὲ εἶπον ἐν τῇ ἐκστάσει μου· Πᾶς ἄνθρωπος</w:t>
      </w:r>
    </w:p>
    <w:p>
      <w:r>
        <w:rPr>
          <w:rFonts w:ascii="Courier New" w:hAnsi="Courier New"/>
          <w:color w:val="555555"/>
          <w:sz w:val="20"/>
        </w:rPr>
        <w:t>[20 . 29 . 266]</w:t>
      </w:r>
    </w:p>
    <w:p>
      <w:r>
        <w:rPr>
          <w:rFonts w:ascii="Gentium Plus" w:hAnsi="Gentium Plus"/>
          <w:sz w:val="24"/>
        </w:rPr>
        <w:t>«ψεύστης». ταῦτα δὲ παρεθέμεθα ἵνα πάσῃ δυνάμει φεύγωμεν τὸ εἶναι ἄνθρωποι καὶ σπεύδωμεν γενέσθαι ‹θεοί›, ἐπείπερ ὅσον ἐσμὲν ἄνθρωποι, ψεῦσται ἐσμέν, ὡς καὶ ὁ πατὴρ τοῦ ψεύδους ψεύστης</w:t>
      </w:r>
    </w:p>
    <w:p>
      <w:r>
        <w:rPr>
          <w:rFonts w:ascii="Courier New" w:hAnsi="Courier New"/>
          <w:color w:val="555555"/>
          <w:sz w:val="20"/>
        </w:rPr>
        <w:t>[20 . 29 . 267]</w:t>
      </w:r>
    </w:p>
    <w:p>
      <w:r>
        <w:rPr>
          <w:rFonts w:ascii="Gentium Plus" w:hAnsi="Gentium Plus"/>
          <w:sz w:val="24"/>
        </w:rPr>
        <w:t>ἐστίν. ὅμοιον δέ ἐστιν τὸ μετέχειν ἡμᾶς ἑνὸς καὶ τοῦ αὐτοῦ ὀνό‐ ματος καὶ τοῦ σημαινομένου ὑπὸ τοῦ ὀνόματος πράγματος· ἡμᾶς λέγω, ἐὰν ἔτι μένωμεν ἄνθρωποι, καὶ τὸν διάβολον, ὃς ψεύστης εἴρηται.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[20 . 30 n]</w:t>
      </w:r>
    </w:p>
    <w:p>
      <w:r>
        <w:rPr>
          <w:rFonts w:ascii="Gentium Plus" w:hAnsi="Gentium Plus"/>
          <w:sz w:val="24"/>
        </w:rPr>
        <w:t>Ἐγὼ δὲ ὅτι τὴν ἀλήθειαν λέγω, οὐ πιστεύετέ μοι.</w:t>
      </w:r>
    </w:p>
    <w:p>
      <w:r>
        <w:rPr>
          <w:rFonts w:ascii="Courier New" w:hAnsi="Courier New"/>
          <w:color w:val="555555"/>
          <w:sz w:val="20"/>
        </w:rPr>
        <w:t>[20 . 30 . 268]</w:t>
      </w:r>
    </w:p>
    <w:p>
      <w:r>
        <w:rPr>
          <w:rFonts w:ascii="Gentium Plus" w:hAnsi="Gentium Plus"/>
          <w:sz w:val="24"/>
        </w:rPr>
        <w:t>Εἰ μεμνήμεθα πρὸς τίνας ἐστὶν ὁ λόγος, ὅτι πρὸς τοὺς πεπιστευκότας αὐτῷ Ἰουδαίους, ἐπαγγελίαν λαμβάνοντας ὅτι ἐὰν μένωσιν ἐν τῷ λόγῳ τοῦ Ἰησοῦ τότε ἀληθῶς αὐτοῦ εἰσι μαθηταὶ καὶ γνώσονται τὴν ἀλήθειαν ἐλευθεροῦσαν αὐτούς, ἐπαπορήσομεν πῶς</w:t>
      </w:r>
    </w:p>
    <w:p>
      <w:r>
        <w:rPr>
          <w:rFonts w:ascii="Courier New" w:hAnsi="Courier New"/>
          <w:color w:val="555555"/>
          <w:sz w:val="20"/>
        </w:rPr>
        <w:t>[5]</w:t>
      </w:r>
    </w:p>
    <w:p>
      <w:r>
        <w:rPr>
          <w:rFonts w:ascii="Gentium Plus" w:hAnsi="Gentium Plus"/>
          <w:sz w:val="24"/>
        </w:rPr>
        <w:t>τοῖς τοιούτοις φησίν· «Ἐγὼ δὲ ὅτι τὴν ἀλήθειαν λέγω, οὐ πιστεύετέ</w:t>
      </w:r>
    </w:p>
    <w:p>
      <w:r>
        <w:rPr>
          <w:rFonts w:ascii="Courier New" w:hAnsi="Courier New"/>
          <w:color w:val="555555"/>
          <w:sz w:val="20"/>
        </w:rPr>
        <w:t>[20 . 30 . 269]</w:t>
      </w:r>
    </w:p>
    <w:p>
      <w:r>
        <w:rPr>
          <w:rFonts w:ascii="Gentium Plus" w:hAnsi="Gentium Plus"/>
          <w:sz w:val="24"/>
        </w:rPr>
        <w:t>μοι». καὶ ἐπίστησον εἰ δύναταί τις τῷ αὐτῷ κατά τινα μὲν ἐπίνοιαν πιστεύειν, κατὰ δὲ ἑτέραν μὴ πιστεύειν· οἷον παραδείγματος ἕνεκεν, οἱ πιστεύοντες μὲν εἰς τὸν ἐπὶ Ποντίου Πιλάτου Ἰησοῦν ἐσταυρωμέ‐ νον ἐν τῇ Ἰουδαίᾳ, μὴ πιστεύοντες δὲ εἰς τὸν γεγεννημένον ἐκ Μαρίας</w:t>
      </w:r>
    </w:p>
    <w:p>
      <w:r>
        <w:rPr>
          <w:rFonts w:ascii="Courier New" w:hAnsi="Courier New"/>
          <w:color w:val="555555"/>
          <w:sz w:val="20"/>
        </w:rPr>
        <w:t>[5]</w:t>
      </w:r>
    </w:p>
    <w:p>
      <w:r>
        <w:rPr>
          <w:rFonts w:ascii="Gentium Plus" w:hAnsi="Gentium Plus"/>
          <w:sz w:val="24"/>
        </w:rPr>
        <w:t>τῆς παρθένου, οὗτοι εἰς τὸν αὐτὸν πιστεύουσι καὶ οὐ πιστεύουσι.</w:t>
      </w:r>
    </w:p>
    <w:p>
      <w:r>
        <w:rPr>
          <w:rFonts w:ascii="Courier New" w:hAnsi="Courier New"/>
          <w:color w:val="555555"/>
          <w:sz w:val="20"/>
        </w:rPr>
        <w:t>[20 . 30 . 270]</w:t>
      </w:r>
    </w:p>
    <w:p>
      <w:r>
        <w:rPr>
          <w:rFonts w:ascii="Gentium Plus" w:hAnsi="Gentium Plus"/>
          <w:sz w:val="24"/>
        </w:rPr>
        <w:t>καὶ πάλιν οἱ πιστεύοντες μὲν εἰς τὸν ποιήσαντα ἐν τῇ Ἰουδαίᾳ τὰ ἀναγεγραμμένα τέρατα καὶ σημεῖα Ἰησοῦν, μὴ πιστεύοντες δὲ εἰς τὸν υἱὸν τοῦ ποιήσαντος τὸν οὐρανὸν καὶ τὴν γῆν, εἰς τὸν 〈αὐτὸν〉</w:t>
      </w:r>
    </w:p>
    <w:p>
      <w:r>
        <w:rPr>
          <w:rFonts w:ascii="Courier New" w:hAnsi="Courier New"/>
          <w:color w:val="555555"/>
          <w:sz w:val="20"/>
        </w:rPr>
        <w:t>[20 . 30 . 271]</w:t>
      </w:r>
    </w:p>
    <w:p>
      <w:r>
        <w:rPr>
          <w:rFonts w:ascii="Gentium Plus" w:hAnsi="Gentium Plus"/>
          <w:sz w:val="24"/>
        </w:rPr>
        <w:t>πιστεύουσι καὶ οὐ πιστεύουσι. πάλιν τε αὖ οἱ πιστεύοντες μὲν εἰς τὸν πατέρα Ἰησοῦ Χριστοῦ, μὴ πιστεύοντες δὲ εἰς τὸν δημιουργὸν καὶ ποιητὴν τοῦδε 〈τοῦ〉 παντός, οὗτοι εἰς τὸν αὐτὸν πιστεύουσι</w:t>
      </w:r>
    </w:p>
    <w:p>
      <w:r>
        <w:rPr>
          <w:rFonts w:ascii="Courier New" w:hAnsi="Courier New"/>
          <w:color w:val="555555"/>
          <w:sz w:val="20"/>
        </w:rPr>
        <w:t>[20 . 30 . 272]</w:t>
      </w:r>
    </w:p>
    <w:p>
      <w:r>
        <w:rPr>
          <w:rFonts w:ascii="Gentium Plus" w:hAnsi="Gentium Plus"/>
          <w:sz w:val="24"/>
        </w:rPr>
        <w:t>καὶ οὐ πιστεύουσιν. ἀλλὰ καὶ οἱ πιστεύοντες μὲν εἰς τὸν ποιητὴν οὐρανοῦ καὶ γῆς, μὴ πιστεύοντες δὲ εἰς τὸν πατέρα Ἰησοῦ τοῦ ἐσταυ‐ ρωμένου ἐπὶ Ποντίου Πιλάτου, εἰς τὸν θεὸν πιστεύουσιν καὶ οὐ</w:t>
      </w:r>
    </w:p>
    <w:p>
      <w:r>
        <w:rPr>
          <w:rFonts w:ascii="Courier New" w:hAnsi="Courier New"/>
          <w:color w:val="555555"/>
          <w:sz w:val="20"/>
        </w:rPr>
        <w:t>[20 . 30 . 273]</w:t>
      </w:r>
    </w:p>
    <w:p>
      <w:r>
        <w:rPr>
          <w:rFonts w:ascii="Gentium Plus" w:hAnsi="Gentium Plus"/>
          <w:sz w:val="24"/>
        </w:rPr>
        <w:t>πιστεύουσιν. ἵν’ οὖν μὴ παρὰ πόδας ἐναντίωμα ᾖ ὡς μὴ συνεωρακότος τοῦ γράφοντος τὸ εὐαγγέλιον τὸ τοιοῦτον, φήσεις ὅτι ὁ λέγων πρὸς τοὺς πεπιστευκότας αὐτῷ Ἰουδαίους τὸ «Ἐγὼ δὲ ὅτι τὴν ἀλήθειαν λέγω, «οὐ πιστεύετέ μοι», πιστεύουσιν κατά τινα ἐπίνοιαν καὶ καθ’ ἑτέραν</w:t>
      </w:r>
    </w:p>
    <w:p>
      <w:r>
        <w:rPr>
          <w:rFonts w:ascii="Courier New" w:hAnsi="Courier New"/>
          <w:color w:val="555555"/>
          <w:sz w:val="20"/>
        </w:rPr>
        <w:t>[20 . 30 . 274]</w:t>
      </w:r>
    </w:p>
    <w:p>
      <w:r>
        <w:rPr>
          <w:rFonts w:ascii="Gentium Plus" w:hAnsi="Gentium Plus"/>
          <w:sz w:val="24"/>
        </w:rPr>
        <w:t>μὴ πιστεύουσιν ταῦτα ἔφασκεν. καὶ εἰκὸς ὅτι ἐπίστευον μὲν αὐτῷ κατὰ τὸ ὁρατὸν διὰ τὰ τεράστια, οὐκ ἐπίστευον δὲ τοῖς βαθύτερον</w:t>
      </w:r>
    </w:p>
    <w:p>
      <w:r>
        <w:rPr>
          <w:rFonts w:ascii="Courier New" w:hAnsi="Courier New"/>
          <w:color w:val="555555"/>
          <w:sz w:val="20"/>
        </w:rPr>
        <w:t>[5]</w:t>
      </w:r>
    </w:p>
    <w:p>
      <w:r>
        <w:rPr>
          <w:rFonts w:ascii="Gentium Plus" w:hAnsi="Gentium Plus"/>
          <w:sz w:val="24"/>
        </w:rPr>
        <w:t>«πιστεύετέ μοι», ὡς εἰ ἔλεγεν· καθ’ ὃ μὲν τεράστια ποιῶ πιστεύετέ</w:t>
      </w:r>
    </w:p>
    <w:p>
      <w:r>
        <w:rPr>
          <w:rFonts w:ascii="Courier New" w:hAnsi="Courier New"/>
          <w:color w:val="555555"/>
          <w:sz w:val="20"/>
        </w:rPr>
        <w:t>[20 . 30 . 275]</w:t>
      </w:r>
    </w:p>
    <w:p>
      <w:r>
        <w:rPr>
          <w:rFonts w:ascii="Gentium Plus" w:hAnsi="Gentium Plus"/>
          <w:sz w:val="24"/>
        </w:rPr>
        <w:t>μοι, καθ’ ὃ δὲ τὴν ἀλήθειαν λέγω οὐ πιστεύετέ μοι. τοῦτο δ’ ἂν καὶ νῦν ἐπὶ πολλῶν ἴδοις, θαυμαζόντων μὲν τὸν Ἰησοῦν ἐπὰν ἐνο‐ ρῶσιν τῇ περὶ αὐτοῦ ἱστορίᾳ, μηκέτι δὲ πιστευόντων ἐπὰν βαθύτερος καὶ μείζων τῆς ἕξεως αὐτῶν αὐτοῖς ἀναπτύσσηται λόγος, ἀλλ’ ὑπ‐</w:t>
      </w:r>
    </w:p>
    <w:p>
      <w:r>
        <w:rPr>
          <w:rFonts w:ascii="Courier New" w:hAnsi="Courier New"/>
          <w:color w:val="555555"/>
          <w:sz w:val="20"/>
        </w:rPr>
        <w:t>[5]</w:t>
      </w:r>
    </w:p>
    <w:p>
      <w:r>
        <w:rPr>
          <w:rFonts w:ascii="Gentium Plus" w:hAnsi="Gentium Plus"/>
          <w:sz w:val="24"/>
        </w:rPr>
        <w:t>οπτευόντων αὐτὸν εἶναι ψευδῆ. διόπερ προσέχωμεν μήποτε καὶ ἡμῖν εἴπῃ ὁ λόγος· «Ὅτι τὴν ἀλήθειαν λέγω, οὐ πιστεύετέ μοι».</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[20 . 31 n]</w:t>
      </w:r>
    </w:p>
    <w:p>
      <w:r>
        <w:rPr>
          <w:rFonts w:ascii="Gentium Plus" w:hAnsi="Gentium Plus"/>
          <w:sz w:val="24"/>
        </w:rPr>
        <w:t>Τίς ἐξ ὑμῶν ἐλέγχει με περὶ ἁμαρτίας;</w:t>
      </w:r>
    </w:p>
    <w:p>
      <w:r>
        <w:rPr>
          <w:rFonts w:ascii="Courier New" w:hAnsi="Courier New"/>
          <w:color w:val="555555"/>
          <w:sz w:val="20"/>
        </w:rPr>
        <w:t>[20 . 31 . 276]</w:t>
      </w:r>
    </w:p>
    <w:p>
      <w:r>
        <w:rPr>
          <w:rFonts w:ascii="Gentium Plus" w:hAnsi="Gentium Plus"/>
          <w:sz w:val="24"/>
        </w:rPr>
        <w:t>Ὁ λόγος, ἐπὰν τρανῶς αὑτοῦ παριστάνῃ τὸ βούλημα ὡς μηδαμῶς ἀντιλέγειν δύνασθαί τινα τῶν ἀκουόντων, καὶ ταῦτα ἂν λέγοι δυσωπῶν τοὺς μὴ συγκατατιθεμένους· ὅτι εἰ μὴ ἐλέγχετε τὰ λεγόμενα ἡμαρτημένα, ἀπαιτοῖσθε ἂν εὐλόγως ἤδη τὴν συγκατάθεσιν.</w:t>
      </w:r>
    </w:p>
    <w:p>
      <w:r>
        <w:rPr>
          <w:rFonts w:ascii="Courier New" w:hAnsi="Courier New"/>
          <w:color w:val="555555"/>
          <w:sz w:val="20"/>
        </w:rPr>
        <w:t>[20 . 31 . 277]</w:t>
      </w:r>
    </w:p>
    <w:p>
      <w:r>
        <w:rPr>
          <w:rFonts w:ascii="Gentium Plus" w:hAnsi="Gentium Plus"/>
          <w:sz w:val="24"/>
        </w:rPr>
        <w:t>ἔχει δὲ καὶ κατὰ τὸ ῥητὸν παρρησίαν τοῦ σωτῆρος ἡ λέξις, μηδενὸς μὲν ἀνθρώπου δυνηθέντος εἰπεῖν μετὰ πεποιθήσεως τῆς ἐπὶ τῷ μὴ ἡμαρτηκέναι τὸ «Τίς ἐξ ὑμῶν ἐλέγχει με περὶ ἁμαρτίας;» μόνου δὲ τοῦ κυρίου ἡμῶν, ὃς ἁμαρτίαν οὐκ ἐποίησεν, πεπειρασμένος «κατὰ πάντα</w:t>
      </w:r>
    </w:p>
    <w:p>
      <w:r>
        <w:rPr>
          <w:rFonts w:ascii="Courier New" w:hAnsi="Courier New"/>
          <w:color w:val="555555"/>
          <w:sz w:val="20"/>
        </w:rPr>
        <w:t>[5]</w:t>
      </w:r>
    </w:p>
    <w:p>
      <w:r>
        <w:rPr>
          <w:rFonts w:ascii="Gentium Plus" w:hAnsi="Gentium Plus"/>
          <w:sz w:val="24"/>
        </w:rPr>
        <w:t>«καθ’ ὁμοιότητα χωρὶς ἁμαρτίας», ταῦτα πρὸς πάντας τοὺς πώποτε</w:t>
      </w:r>
    </w:p>
    <w:p>
      <w:r>
        <w:rPr>
          <w:rFonts w:ascii="Courier New" w:hAnsi="Courier New"/>
          <w:color w:val="555555"/>
          <w:sz w:val="20"/>
        </w:rPr>
        <w:t>[20 . 31 . 278]</w:t>
      </w:r>
    </w:p>
    <w:p>
      <w:r>
        <w:rPr>
          <w:rFonts w:ascii="Gentium Plus" w:hAnsi="Gentium Plus"/>
          <w:sz w:val="24"/>
        </w:rPr>
        <w:t>ἐγνωκότας αὐτὸν εἰπεῖν δυναμένου. ἀκούω δὲ τοῦ «Τίς ἐξ ὑμῶν» λεγο‐ μένου οὐ πρὸς τοὺς παρόντας μόνον ἀλλὰ καὶ πρὸς ὅλον τὸ τῶν ἀνθρώπων γένος, ὡς εἰ οὕτως ἐσαφηνίζετο· τίς ἐκ τοῦ γένους ὑμῶν; ἢ τίς ὁποιοσδήποτε ἄνθρωπος ἐλέγξαι μὲ δυνήσεται περὶ ἁμαρτίας;</w:t>
      </w:r>
    </w:p>
    <w:p>
      <w:r>
        <w:rPr>
          <w:rFonts w:ascii="Courier New" w:hAnsi="Courier New"/>
          <w:color w:val="555555"/>
          <w:sz w:val="20"/>
        </w:rPr>
        <w:t>[20 . 31 . 279]</w:t>
      </w:r>
    </w:p>
    <w:p>
      <w:r>
        <w:rPr>
          <w:rFonts w:ascii="Gentium Plus" w:hAnsi="Gentium Plus"/>
          <w:sz w:val="24"/>
        </w:rPr>
        <w:t>ἀλλ’ εὖ οἶδ’ ὅτι οὐδείς. κατὰ τὸ δυνατὸν δὲ ἀνθρωπίνῃ φύσει διὰ τὸ «Μιμηταί μου γίνεσθε, καθὼς κἀγὼ Χριστοῦ» παντὶ τρόπῳ φιλο‐ τιμητέον τοιαύτην ἀναλαβεῖν καθαροῦ συνειδότος παρρησίαν πρὸς πάντας ἀνθρώπους, ὥστ’ ἂν εἰπεῖν ἡμᾶς περὶ τῶν ἑξῆς καὶ μετὰ</w:t>
      </w:r>
    </w:p>
    <w:p>
      <w:r>
        <w:rPr>
          <w:rFonts w:ascii="Courier New" w:hAnsi="Courier New"/>
          <w:color w:val="555555"/>
          <w:sz w:val="20"/>
        </w:rPr>
        <w:t>[5]</w:t>
      </w:r>
    </w:p>
    <w:p>
      <w:r>
        <w:rPr>
          <w:rFonts w:ascii="Gentium Plus" w:hAnsi="Gentium Plus"/>
          <w:sz w:val="24"/>
        </w:rPr>
        <w:t>τὴν ἀρχὴν τῆς πίστεως χρόνων πρὸς ἕκαστον τῶν ἡμᾶς γινωσκόντων τὸ «Τίς ἐξ ὑμῶν ἐλέγχει με περὶ ἁμαρτίας;» εἰ καὶ μὴ δυνατὸν τοῦτο ἐξ οὗ τὸν λόγον συμπεπληρώκαμεν εἰπεῖν.</w:t>
      </w:r>
    </w:p>
    <w:p>
      <w:r>
        <w:rPr>
          <w:rFonts w:ascii="Courier New" w:hAnsi="Courier New"/>
          <w:color w:val="555555"/>
          <w:sz w:val="20"/>
        </w:rPr>
        <w:t>[20 . 31 . 280]</w:t>
      </w:r>
    </w:p>
    <w:p>
      <w:r>
        <w:rPr>
          <w:rFonts w:ascii="Gentium Plus" w:hAnsi="Gentium Plus"/>
          <w:sz w:val="24"/>
        </w:rPr>
        <w:t>Τοῦτο δὲ οὐ πρὸς ἀνθρώπους μόνον ἂν εἶπεν ὁ σωτὴρ ἀλλὰ καὶ πρὸς τὸν διάβολον καὶ τὰς ὑπ’ αὐτὸν δυνάμεις, μηδὲν ἐχούσας εἰπεῖν</w:t>
      </w:r>
    </w:p>
    <w:p>
      <w:r>
        <w:rPr>
          <w:rFonts w:ascii="Courier New" w:hAnsi="Courier New"/>
          <w:color w:val="555555"/>
          <w:sz w:val="20"/>
        </w:rPr>
        <w:t>[20 . 31 . 281]</w:t>
      </w:r>
    </w:p>
    <w:p>
      <w:r>
        <w:rPr>
          <w:rFonts w:ascii="Gentium Plus" w:hAnsi="Gentium Plus"/>
          <w:sz w:val="24"/>
        </w:rPr>
        <w:t>εἰς ἔλεγχον τὸν περὶ ἁμαρτίας αὐτοῦ. καὶ τοῦτό γε ἀκόλουθόν ἐστιν</w:t>
      </w:r>
    </w:p>
    <w:p>
      <w:r>
        <w:rPr>
          <w:rFonts w:ascii="Courier New" w:hAnsi="Courier New"/>
          <w:color w:val="555555"/>
          <w:sz w:val="20"/>
        </w:rPr>
        <w:t>[20 . 31 . 282]</w:t>
      </w:r>
    </w:p>
    <w:p>
      <w:r>
        <w:rPr>
          <w:rFonts w:ascii="Gentium Plus" w:hAnsi="Gentium Plus"/>
          <w:sz w:val="24"/>
        </w:rPr>
        <w:t>δυνατὸν δὲ καὶ ἡμῖν ἐκ πολλῆς ἐπιμελείας τὴν ἀπό τινος ἀναλαβεῖν χρόνου παρρησίαν πρὸς τὸ εἰπεῖν ἡμᾶς τῷ ζητοῦντι καθ’ ἡμῶν ἀφορμὴν διαβόλῳ καὶ τοῖς ἀγγέλοις αὐτοῦ παρὰ τὸν τῆς ἐξόδου καιρόν· «Τίς ἐξ ὑμῶν ἐλέγχει με περὶ ἁμαρτίας;»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[20 . 32 n]</w:t>
      </w:r>
    </w:p>
    <w:p>
      <w:r>
        <w:rPr>
          <w:rFonts w:ascii="Gentium Plus" w:hAnsi="Gentium Plus"/>
          <w:sz w:val="24"/>
        </w:rPr>
        <w:t>Εἰ ἀλήθειαν λέγω, διὰ τί ὑμεῖς οὐ πιστεύετέ μοι;</w:t>
      </w:r>
    </w:p>
    <w:p>
      <w:r>
        <w:rPr>
          <w:rFonts w:ascii="Courier New" w:hAnsi="Courier New"/>
          <w:color w:val="555555"/>
          <w:sz w:val="20"/>
        </w:rPr>
        <w:t>[20 . 32 . 283]</w:t>
      </w:r>
    </w:p>
    <w:p>
      <w:r>
        <w:rPr>
          <w:rFonts w:ascii="Gentium Plus" w:hAnsi="Gentium Plus"/>
          <w:sz w:val="24"/>
        </w:rPr>
        <w:t>Ἄξιον ἰδεῖν τί ὑποφαίνεται ἐκ τοῦ πύσματος. τοῦτο δὲ ὀψόμεθα εἰ καὶ ἐκεῖνοι πρὸς οὓς ὁ λόγος οὐκ ἀπεκρίναντο τὴν</w:t>
      </w:r>
    </w:p>
    <w:p>
      <w:r>
        <w:rPr>
          <w:rFonts w:ascii="Courier New" w:hAnsi="Courier New"/>
          <w:color w:val="555555"/>
          <w:sz w:val="20"/>
        </w:rPr>
        <w:t>[20 . 32 . 284]</w:t>
      </w:r>
    </w:p>
    <w:p>
      <w:r>
        <w:rPr>
          <w:rFonts w:ascii="Gentium Plus" w:hAnsi="Gentium Plus"/>
          <w:sz w:val="24"/>
        </w:rPr>
        <w:t>δέουσαν ἀπόκρισιν ἐξενεγκόντες. εἴποι γὰρ ἄν τις· διὰ τοῦτο οὐ πιστεύομεν, ἐπεὶ οὐ θεωροῦμεν τίνα τρόπον ὃ λέγει ἐστὶν ἀλήθεια· οὐ θεωροῦμεν δὲ τῷ μηδέπω κεκαθάρθαι ἡμῶν τὰς τῇ φύσει διο‐ ρατικὰς τῆς ἀληθείας ὄψεις· καὶ ἐπεὶ τοιοῦτοί ἐσμεν, οὔκ ἐσμεν ἐκ</w:t>
      </w:r>
    </w:p>
    <w:p>
      <w:r>
        <w:rPr>
          <w:rFonts w:ascii="Courier New" w:hAnsi="Courier New"/>
          <w:color w:val="555555"/>
          <w:sz w:val="20"/>
        </w:rPr>
        <w:t>[5]</w:t>
      </w:r>
    </w:p>
    <w:p>
      <w:r>
        <w:rPr>
          <w:rFonts w:ascii="Gentium Plus" w:hAnsi="Gentium Plus"/>
          <w:sz w:val="24"/>
        </w:rPr>
        <w:t>τοῦ θεοῦ· εἰ οὐδέπω ἐσμὲν ἐκ τοῦ θεοῦ, ἀλλὰ καὶ αἱ τῆς ἀληθείας ὄψεις θεωρητικαὶ οὐκ εἰσὶν κεκαθαρμέναι, τῷ ἐπικεκαλύφθαι ἢ πε‐</w:t>
      </w:r>
    </w:p>
    <w:p>
      <w:r>
        <w:rPr>
          <w:rFonts w:ascii="Courier New" w:hAnsi="Courier New"/>
          <w:color w:val="555555"/>
          <w:sz w:val="20"/>
        </w:rPr>
        <w:t>[20 . 32 . 285]</w:t>
      </w:r>
    </w:p>
    <w:p>
      <w:r>
        <w:rPr>
          <w:rFonts w:ascii="Gentium Plus" w:hAnsi="Gentium Plus"/>
          <w:sz w:val="24"/>
        </w:rPr>
        <w:t>παχύνθαι ἢ τεθολῶσθαι αὐτὰς ὑπὸ τῆς κακίας. κατανοοῦντες δὲ τί τὸ κυρίως πιστεύειν καθ’ ὃ «Πᾶς ὁ πιστεύων ὅτι Ἰησοῦς ὁ χριστός «ἐστιν, ἐκ τοῦ θεοῦ γεγέννηται», καὶ αἰσθανόμενοι ὅσῳ τοῦ οὕτως πιστεύειν ἀπολειπόμεθα, ταῦτα ἀποκρινώμεθα, παρακαλοῦντες τὸν</w:t>
      </w:r>
    </w:p>
    <w:p>
      <w:r>
        <w:rPr>
          <w:rFonts w:ascii="Courier New" w:hAnsi="Courier New"/>
          <w:color w:val="555555"/>
          <w:sz w:val="20"/>
        </w:rPr>
        <w:t>[5]</w:t>
      </w:r>
    </w:p>
    <w:p>
      <w:r>
        <w:rPr>
          <w:rFonts w:ascii="Gentium Plus" w:hAnsi="Gentium Plus"/>
          <w:sz w:val="24"/>
        </w:rPr>
        <w:t>τῶν τῆς ψυχῆς ὄψεων ἰατρὸν τῇ ἑαυτοῦ σοφίᾳ καὶ φιλανθρωπίᾳ πάντα ποιῆσαι τὰ ὑπὲρ τοῦ ἀποκαλυφθῆναι τοὺς ὀφθαλμοὺς ἡμῶν, ἔτι κεκαλυμμένους ὑπὸ τῆς διὰ τὴν κακίαν ἀτιμίας ἡμῶν, κατὰ τὸ εἰρημένον που· «Ἐπεκάλυψεν ἡμᾶς ἡ ἀτιμία ἡμῶν»· ἐπακούσεται γὰρ ἡμῶν ὁμολογούντων τὰ αἴτια τοῦ μηδέπω ἡμᾶς πιστεύειν, καὶ ὡς</w:t>
      </w:r>
    </w:p>
    <w:p>
      <w:r>
        <w:rPr>
          <w:rFonts w:ascii="Courier New" w:hAnsi="Courier New"/>
          <w:color w:val="555555"/>
          <w:sz w:val="20"/>
        </w:rPr>
        <w:t>[10]</w:t>
      </w:r>
    </w:p>
    <w:p>
      <w:r>
        <w:rPr>
          <w:rFonts w:ascii="Gentium Plus" w:hAnsi="Gentium Plus"/>
          <w:sz w:val="24"/>
        </w:rPr>
        <w:t>κακῶς ἔχουσιν καὶ χρῄζουσιν ἰατροῦ βοηθῶν συνεργήσει πρὸς τὸ χωρῆσαι ἡμᾶς τὸ εἰς τὸ πιστεύειν χάρισμα, τρίτον παρὰ τῷ Παύλῳ ἐν τῷ καταλόγῳ τῶν χαρισμάτων τεταγμένον μετὰ τὸν τῆς σοφίας λόγον καὶ τὸν τῆς συνέσεως λόγον, οἷς ἐπιφέρει· «Ἑτέρῳ πίστις ἐν «τῷ αὐτῷ πνεύματι»· περὶ οὗ χαρίσματος καὶ ἐν ἄλλοις φησίν· «Ὅτι</w:t>
      </w:r>
    </w:p>
    <w:p>
      <w:r>
        <w:rPr>
          <w:rFonts w:ascii="Courier New" w:hAnsi="Courier New"/>
          <w:color w:val="555555"/>
          <w:sz w:val="20"/>
        </w:rPr>
        <w:t>[15]</w:t>
      </w:r>
    </w:p>
    <w:p>
      <w:r>
        <w:rPr>
          <w:rFonts w:ascii="Gentium Plus" w:hAnsi="Gentium Plus"/>
          <w:sz w:val="24"/>
        </w:rPr>
        <w:t>«ἀπὸ θεοῦ ὑμῖν ἐχαρίσθη οὐ μόνον τὸ εἰς Χριστὸν πιστεύειν ἀλλὰ</w:t>
      </w:r>
    </w:p>
    <w:p>
      <w:r>
        <w:rPr>
          <w:rFonts w:ascii="Courier New" w:hAnsi="Courier New"/>
          <w:color w:val="555555"/>
          <w:sz w:val="20"/>
        </w:rPr>
        <w:t>[20 . 32 . 286]</w:t>
      </w:r>
    </w:p>
    <w:p>
      <w:r>
        <w:rPr>
          <w:rFonts w:ascii="Gentium Plus" w:hAnsi="Gentium Plus"/>
          <w:sz w:val="24"/>
        </w:rPr>
        <w:t>«καὶ τὸ ὑπὲρ αὐτοῦ πάσχειν». καὶ ἀπὸ τῆς ἐνεργείας δὲ ἐπιστήσαντι σαφὲς ἔσται ὅτι οὐχ ἡ τυχοῦσα δωρεά ἐστιν τοῦ θεοῦ, πλειόνων δογ‐ μάτων διαφόρων ὑπὸ πολλῶν κηρυσσομένων τῶν διδάσκειν τὰ ἀληθῆ ἐπαγγελλομένων, τὸ μηδενὶ ἢ μόνῳ τῷ ἀληθεῖ πιστεῦσαι· τοῦτο</w:t>
      </w:r>
    </w:p>
    <w:p>
      <w:r>
        <w:rPr>
          <w:rFonts w:ascii="Courier New" w:hAnsi="Courier New"/>
          <w:color w:val="555555"/>
          <w:sz w:val="20"/>
        </w:rPr>
        <w:t>[5]</w:t>
      </w:r>
    </w:p>
    <w:p>
      <w:r>
        <w:rPr>
          <w:rFonts w:ascii="Gentium Plus" w:hAnsi="Gentium Plus"/>
          <w:sz w:val="24"/>
        </w:rPr>
        <w:t>γὰρ ἤδη καὶ δοκίμου τραπεζίτου ἔργον τυγχάνει, ὃν τέλειον ὀνο‐</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[20 . 33 n]</w:t>
      </w:r>
    </w:p>
    <w:p>
      <w:r>
        <w:rPr>
          <w:rFonts w:ascii="Gentium Plus" w:hAnsi="Gentium Plus"/>
          <w:sz w:val="24"/>
        </w:rPr>
        <w:t>Ὁ ὢν ἐκ τοῦ θεοῦ τὰ ῥήματα τοῦ θεοῦ ἀκούει· διὰ τοῦτο ὑμεῖς οὐκ ἀκούετε, ὅτι ἐκ τοῦ θεοῦ οὐκ ἐστέ.</w:t>
      </w:r>
    </w:p>
    <w:p>
      <w:r>
        <w:rPr>
          <w:rFonts w:ascii="Courier New" w:hAnsi="Courier New"/>
          <w:color w:val="555555"/>
          <w:sz w:val="20"/>
        </w:rPr>
        <w:t>[20 . 33 . 287]</w:t>
      </w:r>
    </w:p>
    <w:p>
      <w:r>
        <w:rPr>
          <w:rFonts w:ascii="Gentium Plus" w:hAnsi="Gentium Plus"/>
          <w:sz w:val="24"/>
        </w:rPr>
        <w:t>Δοκοῦσιν οἱ τὴν περὶ διαφόρων φύσεων εἰσάγοντες μυθοποιΐαν καὶ λέγοντες εἶναι φύσει καὶ ἐκ πρώτης κατασκευῆς υἱοὺς θεοῦ, μόνον διὰ τὸ πρὸς θεὸν συγγενὲς δεκτικοὺς τῶν τοῦ θεοῦ</w:t>
      </w:r>
    </w:p>
    <w:p>
      <w:r>
        <w:rPr>
          <w:rFonts w:ascii="Courier New" w:hAnsi="Courier New"/>
          <w:color w:val="555555"/>
          <w:sz w:val="20"/>
        </w:rPr>
        <w:t>[20 . 33 . 288]</w:t>
      </w:r>
    </w:p>
    <w:p>
      <w:r>
        <w:rPr>
          <w:rFonts w:ascii="Gentium Plus" w:hAnsi="Gentium Plus"/>
          <w:sz w:val="24"/>
        </w:rPr>
        <w:t>ῥημάτων, καὶ ἐντεῦθεν ἀποδεικνύναι τὸ προκείμενον αὐτοῖς. συναρ‐ πάζουσίν γέ τοι καὶ ἀπὸ τούτου τοῦ ῥητοῦ, προσδιατρίβοντες αὐτῷ, τοὺς ἀκρίτους καὶ μὴ δυναμένους πρὸς τὴν πιθανότητα τῆς χρήσεως τοῦ ῥητοῦ ἀπαντᾶν, μηδὲ βλέποντας αὐτοῦ τὴν λύσιν οὕτως ἔχουσαν·</w:t>
      </w:r>
    </w:p>
    <w:p>
      <w:r>
        <w:rPr>
          <w:rFonts w:ascii="Courier New" w:hAnsi="Courier New"/>
          <w:color w:val="555555"/>
          <w:sz w:val="20"/>
        </w:rPr>
        <w:t>[5]</w:t>
      </w:r>
    </w:p>
    <w:p>
      <w:r>
        <w:rPr>
          <w:rFonts w:ascii="Gentium Plus" w:hAnsi="Gentium Plus"/>
          <w:sz w:val="24"/>
        </w:rPr>
        <w:t>εἴπερ ὅσοι ἔλαβον «τὸ φῶς τὸ ἀληθινόν, ὃ φωτίζει πάντα ἄνθρωπον «ἐρχόμενον εἰς τὸν κόσμον», οὐ τῷ εἶναι [καὶ] ἐκ τοῦ θεοῦ εἰλήφασιν αὐτό (εἰ γὰρ τῷ εἶναι ἐκ τοῦ θεοῦ εἰλήφεισαν αὐτό, οὐκ ἂν περὶ αὐτῶν ἀναγέγραπτο· «Ὅσοι δὲ ἔλαβον αὐτόν, ἔδωκεν αὐτοῖς ἐξουσίαν τέκνα «θεοῦ γενέσθαι, τοῖς πιστεύουσιν εἰς τὸ ὄνομα αὐτοῦ»), δῆλον ὅτι</w:t>
      </w:r>
    </w:p>
    <w:p>
      <w:r>
        <w:rPr>
          <w:rFonts w:ascii="Courier New" w:hAnsi="Courier New"/>
          <w:color w:val="555555"/>
          <w:sz w:val="20"/>
        </w:rPr>
        <w:t>[10]</w:t>
      </w:r>
    </w:p>
    <w:p>
      <w:r>
        <w:rPr>
          <w:rFonts w:ascii="Gentium Plus" w:hAnsi="Gentium Plus"/>
          <w:sz w:val="24"/>
        </w:rPr>
        <w:t>οἱ μὴ ὄντες ἐκ τοῦ θεοῦ, πρὶν μὲν λαβεῖν τὸ 〈φῶς τὸ〉 ἀληθινόν, οὐδὲ ἐξουσίαν πως ἔχουσιν τοῦ τέκνα θεοῦ γενέσθαι· ἐπὰν δὲ λάβωσιν αὐτό, τέκνα μὲν οὐδέπω γίνονται θεοῦ, ἀλλ’ ἐξουσίαν λαμβάνουσιν διὰ τοῦ εἰληφέναι τὸ φῶς γενέσθαι τέκνα θεοῦ. τότε γενόμενοι ἐκ τοῦ θεοῦ καὶ τὰ ῥήματα ἀκούουσιν αὐτοῦ, οὐκέτι ἁπλούστερον πιστεύοντες</w:t>
      </w:r>
    </w:p>
    <w:p>
      <w:r>
        <w:rPr>
          <w:rFonts w:ascii="Courier New" w:hAnsi="Courier New"/>
          <w:color w:val="555555"/>
          <w:sz w:val="20"/>
        </w:rPr>
        <w:t>[15]</w:t>
      </w:r>
    </w:p>
    <w:p>
      <w:r>
        <w:rPr>
          <w:rFonts w:ascii="Gentium Plus" w:hAnsi="Gentium Plus"/>
          <w:sz w:val="24"/>
        </w:rPr>
        <w:t>μόνον ἀλλ’ ἤδη καὶ διορατικώτερον κατανοοῦντες τὰ τῆς θεοσεβείας</w:t>
      </w:r>
    </w:p>
    <w:p>
      <w:r>
        <w:rPr>
          <w:rFonts w:ascii="Courier New" w:hAnsi="Courier New"/>
          <w:color w:val="555555"/>
          <w:sz w:val="20"/>
        </w:rPr>
        <w:t>[20 . 33 . 289]</w:t>
      </w:r>
    </w:p>
    <w:p>
      <w:r>
        <w:rPr>
          <w:rFonts w:ascii="Gentium Plus" w:hAnsi="Gentium Plus"/>
          <w:sz w:val="24"/>
        </w:rPr>
        <w:t>πράγματα. οἱ 〈δὲ〉 μὴ τοιοῦτοι φιλοτιμησάμενοι εἶναι τέκνα μὲν οὐ γίνονται θεοῦ, οὐδὲ ἐκ τοῦ θεοῦ, καὶ διὰ τοῦτο οὐκ ἀκούουσιν τὰ ῥήματα αὐτοῦ οὐδὲ συνιᾶσιν τοῦ βουλήματος αὐτῶν· μένουσιν δὲ ἐν τῇ πρὸ τῶν τέκνων τοῦ θεοῦ καταστάσει τῶν πεπιστευκότων μόνον,</w:t>
      </w:r>
    </w:p>
    <w:p>
      <w:r>
        <w:rPr>
          <w:rFonts w:ascii="Courier New" w:hAnsi="Courier New"/>
          <w:color w:val="555555"/>
          <w:sz w:val="20"/>
        </w:rPr>
        <w:t>[5]</w:t>
      </w:r>
    </w:p>
    <w:p>
      <w:r>
        <w:rPr>
          <w:rFonts w:ascii="Gentium Plus" w:hAnsi="Gentium Plus"/>
          <w:sz w:val="24"/>
        </w:rPr>
        <w:t>δοῦλοι θεοῦ τῷ εἰληφέναι τὸ τῆς δουλείας εἰς φόβον πνεῦμα καὶ μὴ ἐσπουδακέναι προβῆναι καὶ προκόψαι ὥστε καὶ τὸ τῆς υἱοθεσίας</w:t>
      </w:r>
    </w:p>
    <w:p>
      <w:r>
        <w:rPr>
          <w:rFonts w:ascii="Courier New" w:hAnsi="Courier New"/>
          <w:color w:val="555555"/>
          <w:sz w:val="20"/>
        </w:rPr>
        <w:t>[20 . 33 . 290]</w:t>
      </w:r>
    </w:p>
    <w:p>
      <w:r>
        <w:rPr>
          <w:rFonts w:ascii="Gentium Plus" w:hAnsi="Gentium Plus"/>
          <w:sz w:val="24"/>
        </w:rPr>
        <w:t>χωρῆσαι, ἐν ᾧ κράζουσιν οἱ ἔχοντες αὐτό· «Ἀββᾶ, ὁ πατήρ». ὅτι γὰρ καθόλου οὐδεὶς ἀνθρώπων ἀρχῆθεν υἱός ἐστιν θεοῦ, δῆλον μὲν καὶ ἐκ τοῦ «Ἤμεθα τέκνα φύσει ὀργῆς» [ὑπὸ] Παύλου καὶ περὶ ἑαυτοῦ τοῦτο εἰρηκότος· σαφὲς δὲ καὶ ἐκ τοῦ «Ἐγὼ δὲ λέγω ὑμῖν· Ἀγαπή‐</w:t>
      </w:r>
    </w:p>
    <w:p>
      <w:r>
        <w:rPr>
          <w:rFonts w:ascii="Courier New" w:hAnsi="Courier New"/>
          <w:color w:val="555555"/>
          <w:sz w:val="20"/>
        </w:rPr>
        <w:t>[5]</w:t>
      </w:r>
    </w:p>
    <w:p>
      <w:r>
        <w:rPr>
          <w:rFonts w:ascii="Gentium Plus" w:hAnsi="Gentium Plus"/>
          <w:sz w:val="24"/>
        </w:rPr>
        <w:t>«σατε τοὺς ἐχθροὺς ὑμῶν καὶ προσεύχεσθε ὑπὲρ τῶν διωκόντων</w:t>
      </w:r>
    </w:p>
    <w:p>
      <w:r>
        <w:rPr>
          <w:rFonts w:ascii="Courier New" w:hAnsi="Courier New"/>
          <w:color w:val="555555"/>
          <w:sz w:val="20"/>
        </w:rPr>
        <w:t>[20 . 33 . 291]</w:t>
      </w:r>
    </w:p>
    <w:p>
      <w:r>
        <w:rPr>
          <w:rFonts w:ascii="Gentium Plus" w:hAnsi="Gentium Plus"/>
          <w:sz w:val="24"/>
        </w:rPr>
        <w:t>«ὑμᾶς, ὅπως γένησθε υἱοὶ τοῦ πατρὸς ὑμῶν τοῦ ἐν οὐρανοῖς». εἰ γὰρ Παῦλος «φύσει ὀργῆς υἱός», τίς ὑπὲρ Παῦλον, ὅσον ἐπὶ τῇ κατασκευῇ, οὐκ ὀργῆς υἱὸς πρὸ τοῦ λαβεῖν ἐξουσίαν τέκνον θεοῦ</w:t>
      </w:r>
    </w:p>
    <w:p>
      <w:r>
        <w:rPr>
          <w:rFonts w:ascii="Courier New" w:hAnsi="Courier New"/>
          <w:color w:val="555555"/>
          <w:sz w:val="20"/>
        </w:rPr>
        <w:t>[20 . 33 . 292]</w:t>
      </w:r>
    </w:p>
    <w:p>
      <w:r>
        <w:rPr>
          <w:rFonts w:ascii="Gentium Plus" w:hAnsi="Gentium Plus"/>
          <w:sz w:val="24"/>
        </w:rPr>
        <w:t>γενέσθαι καὶ πρὸ τοῦ τέκνον γενέσθαι θεοῦ; καὶ εἰ οὐκ ἄλλως γίνε‐ ταί τις υἱὸς τοῦ ἐν οὐρανοῖς πατρὸς ἢ ἐκ τοῦ ἀγαπᾶν τοὺς ἐχθροὺς ἑαυτοῦ καὶ προσεύχεσθαι ὑπὲρ τῶν διωκόντων αὐτόν, δῆλον ὅτι οὐδεὶς τῷ φύσει εἶναι ἐκ τοῦ θεοῦ τὰ ῥήματα τοῦ θεοῦ ἀκούει,</w:t>
      </w:r>
    </w:p>
    <w:p>
      <w:r>
        <w:rPr>
          <w:rFonts w:ascii="Courier New" w:hAnsi="Courier New"/>
          <w:color w:val="555555"/>
          <w:sz w:val="20"/>
        </w:rPr>
        <w:t>[5]</w:t>
      </w:r>
    </w:p>
    <w:p>
      <w:r>
        <w:rPr>
          <w:rFonts w:ascii="Gentium Plus" w:hAnsi="Gentium Plus"/>
          <w:sz w:val="24"/>
        </w:rPr>
        <w:t>ἀλλὰ τῷ λαβεῖν ἐξουσίαν τέκνον θεοῦ γενέσθαι καὶ κεχρῆσθαι εἰς δέον τῇ ἐξουσίᾳ, καὶ τῷ ἠγαπηκέναι τοὺς ἐχθροὺς καὶ προσεύχεσθαι ὑπὲρ</w:t>
      </w:r>
    </w:p>
    <w:p>
      <w:r>
        <w:rPr>
          <w:rFonts w:ascii="Courier New" w:hAnsi="Courier New"/>
          <w:color w:val="555555"/>
          <w:sz w:val="20"/>
        </w:rPr>
        <w:t>[20 . 33 . 293]</w:t>
      </w:r>
    </w:p>
    <w:p>
      <w:r>
        <w:rPr>
          <w:rFonts w:ascii="Gentium Plus" w:hAnsi="Gentium Plus"/>
          <w:sz w:val="24"/>
        </w:rPr>
        <w:t>τῶν ἐπηρεαζόντων γενόμενος υἱὸς τοῦ ἐν οὐρανοῖς πατρός. τότε ἐστὶ καὶ ἐκ τοῦ θεοῦ, καὶ τὰ ῥήματα τοῦ θεοῦ ἀκούει, συνιεὶς αὐτῶν καὶ ἐπιστήμην αὐτῶν ἀναλαμβάνων· ὅπερ ἴδιον οὐ δούλων ἀλλὰ τέκνων ἐστὶν θεοῦ, τῶν πᾶσαν μὲν καταργησάντων * * γένεσιν,</w:t>
      </w:r>
    </w:p>
    <w:p>
      <w:r>
        <w:rPr>
          <w:rFonts w:ascii="Courier New" w:hAnsi="Courier New"/>
          <w:color w:val="555555"/>
          <w:sz w:val="20"/>
        </w:rPr>
        <w:t>[5]</w:t>
      </w:r>
    </w:p>
    <w:p>
      <w:r>
        <w:rPr>
          <w:rFonts w:ascii="Gentium Plus" w:hAnsi="Gentium Plus"/>
          <w:sz w:val="24"/>
        </w:rPr>
        <w:t>τὴν δὲ ἀπὸ θεοῦ ἀνειληφότων διὰ «τοῦ τῆς υἱοθεσίας πνεύματος».</w:t>
      </w:r>
    </w:p>
    <w:p>
      <w:r>
        <w:rPr>
          <w:rFonts w:ascii="Courier New" w:hAnsi="Courier New"/>
          <w:color w:val="555555"/>
          <w:sz w:val="20"/>
        </w:rPr>
        <w:t>[20 . 33 . 294]</w:t>
      </w:r>
    </w:p>
    <w:p>
      <w:r>
        <w:rPr>
          <w:rFonts w:ascii="Gentium Plus" w:hAnsi="Gentium Plus"/>
          <w:sz w:val="24"/>
        </w:rPr>
        <w:t>ἅμα δὲ ἐπιμελέστερον κατανοητέον πῶς δεῖ δέχεσθαι τὸ «Τὰ ῥήματα «τοῦ θεοῦ ἀκούει», ᾧ ὅμοιόν ἐστιν καὶ τὸ «Τὰ ἐμὰ πρόβατα τῆς</w:t>
      </w:r>
    </w:p>
    <w:p>
      <w:r>
        <w:rPr>
          <w:rFonts w:ascii="Courier New" w:hAnsi="Courier New"/>
          <w:color w:val="555555"/>
          <w:sz w:val="20"/>
        </w:rPr>
        <w:t>[20 . 33 . 295]</w:t>
      </w:r>
    </w:p>
    <w:p>
      <w:r>
        <w:rPr>
          <w:rFonts w:ascii="Gentium Plus" w:hAnsi="Gentium Plus"/>
          <w:sz w:val="24"/>
        </w:rPr>
        <w:t>«ἐμῆς φωνῆς ἀκούουσι». εἰ γὰρ ἐπὶ ψιλῆς συγκαταθέσεως τὸ ἀκούειν λάβοιμεν, καὶ οἱ ψυχικοὶ πρὸς χρόνον πιστεύοντες ἔσονται ἐκ τοῦ θεοῦ, μεμαρτυρημένοι ὑπὸ τοῦ λόγου ὅτι πρὸς καιρόν τινες πι‐</w:t>
      </w:r>
    </w:p>
    <w:p>
      <w:r>
        <w:rPr>
          <w:rFonts w:ascii="Courier New" w:hAnsi="Courier New"/>
          <w:color w:val="555555"/>
          <w:sz w:val="20"/>
        </w:rPr>
        <w:t>[20 . 33 . 296]</w:t>
      </w:r>
    </w:p>
    <w:p>
      <w:r>
        <w:rPr>
          <w:rFonts w:ascii="Gentium Plus" w:hAnsi="Gentium Plus"/>
          <w:sz w:val="24"/>
        </w:rPr>
        <w:t>στεύουσιν. εἰ δὲ καὶ τὸ «Ἀκούει» ἐκλάβοιμεν ἐπὶ τοῦ τηρεῖν τὰς ἐντολάς, δῆλον ὅτι κἂν ἐν ἑνὶ ἁμαρτάνων οὐκ ἔσται υἱὸς θεοῦ· ὅπερ ἡμᾶς μὲν οὐ θλίψει τοὺς λέγοντας ἐκ μεταβολῆς γίνεσθαί τινα υἱὸν θεοῦ, ἐκείνους δέ, μὴ πάνυ δεῖξαι δυναμένους ἀναμαρτήτους</w:t>
      </w:r>
    </w:p>
    <w:p>
      <w:r>
        <w:rPr>
          <w:rFonts w:ascii="Courier New" w:hAnsi="Courier New"/>
          <w:color w:val="555555"/>
          <w:sz w:val="20"/>
        </w:rPr>
        <w:t>[20 . 33 . 297]</w:t>
      </w:r>
    </w:p>
    <w:p>
      <w:r>
        <w:rPr>
          <w:rFonts w:ascii="Gentium Plus" w:hAnsi="Gentium Plus"/>
          <w:sz w:val="24"/>
        </w:rPr>
        <w:t>ἑαυτοὺς καὶ τοὺς ἐν τοῖς αὐτοῖς μαθήμασι. εἰ δὲ τὸ «Ἀκούει» λαμ‐ βάνοιμεν ἐπὶ τοῦ συνιέναι καὶ νοεῖν, δεικνύτωσάν τινα πάντων ἀκούοντα οὕτως τῶν τῆς καινῆς διαθήκης λόγων, ἵνα ἐκεῖνον εἴπω‐ μεν υἱὸν θεοῦ, εἰ μὴ ἐπιδέχοιτο ἀνατροπὴν εἰς τὰ ἅγια γράμματα</w:t>
      </w:r>
    </w:p>
    <w:p>
      <w:r>
        <w:rPr>
          <w:rFonts w:ascii="Courier New" w:hAnsi="Courier New"/>
          <w:color w:val="555555"/>
          <w:sz w:val="20"/>
        </w:rPr>
        <w:t>[5]</w:t>
      </w:r>
    </w:p>
    <w:p>
      <w:r>
        <w:rPr>
          <w:rFonts w:ascii="Gentium Plus" w:hAnsi="Gentium Plus"/>
          <w:sz w:val="24"/>
        </w:rPr>
        <w:t>ἡ ἐκδοχὴ αὐτοῦ· ἡμεῖς γὰρ καὶ κατὰ ταῦτα μέγαν τινὰ καὶ θαυμα‐ στὸν εἶναι φανταζόμενοι τὸν ἤδη υἱὸν θεοῦ, οὐκ ἐλεγχθησόμεθα ἀναξίως τῶν ἐκ τοῦ θεοῦ ἐξειληφότες τὸ «Ὁ ὢν ἐκ τοῦ θεοῦ τὰ «ῥήματα τοῦ θεοῦ ἀκούει».</w:t>
      </w:r>
    </w:p>
    <w:p>
      <w:r>
        <w:rPr>
          <w:rFonts w:ascii="Courier New" w:hAnsi="Courier New"/>
          <w:color w:val="555555"/>
          <w:sz w:val="20"/>
        </w:rPr>
        <w:t>[20 . 34 . 298]</w:t>
      </w:r>
    </w:p>
    <w:p>
      <w:r>
        <w:rPr>
          <w:rFonts w:ascii="Gentium Plus" w:hAnsi="Gentium Plus"/>
          <w:sz w:val="24"/>
        </w:rPr>
        <w:t>Ἤδη δὲ καὶ ἐκ τῶν ἐναντίων παράδοξον ἄν τι φανὲν ἀποδειχθῆναι δυνατὸν ἔσται. τί δὲ τὸ παράδοξον ἢ τὸ εἶναί τινα</w:t>
      </w:r>
    </w:p>
    <w:p>
      <w:r>
        <w:rPr>
          <w:rFonts w:ascii="Courier New" w:hAnsi="Courier New"/>
          <w:color w:val="555555"/>
          <w:sz w:val="20"/>
        </w:rPr>
        <w:t>[20 . 34 . 299]</w:t>
      </w:r>
    </w:p>
    <w:p>
      <w:r>
        <w:rPr>
          <w:rFonts w:ascii="Gentium Plus" w:hAnsi="Gentium Plus"/>
          <w:sz w:val="24"/>
        </w:rPr>
        <w:t>εἶναι υἱὸν θεοῦ; πῶς δὲ τοῦτο ἀπὸ τοῦ ἐναντίου δείκνυται οὕτω παραστήσομεν· ἐν τῷ κατὰ Ματθαῖον ὁ πρὸς τοὺς γραμματεῖς καὶ Φαρισαίους δεύτερος ταλανισμὸς οὕτως ἔχει· «Οὐαὶ ὑμῖν, γραμματεῖς «καὶ Φαρισαῖοι, ὑποκριταί, ὅτι περιάγετε τὴν θάλασσαν καὶ τὴν ξηρὰν</w:t>
      </w:r>
    </w:p>
    <w:p>
      <w:r>
        <w:rPr>
          <w:rFonts w:ascii="Courier New" w:hAnsi="Courier New"/>
          <w:color w:val="555555"/>
          <w:sz w:val="20"/>
        </w:rPr>
        <w:t>[5]</w:t>
      </w:r>
    </w:p>
    <w:p>
      <w:r>
        <w:rPr>
          <w:rFonts w:ascii="Gentium Plus" w:hAnsi="Gentium Plus"/>
          <w:sz w:val="24"/>
        </w:rPr>
        <w:t>«ποιῆσαι ἕνα προσήλυτον, καὶ ὅταν γένηται, ποιεῖτε αὐτὸν υἱὸν γεέν‐</w:t>
      </w:r>
    </w:p>
    <w:p>
      <w:r>
        <w:rPr>
          <w:rFonts w:ascii="Courier New" w:hAnsi="Courier New"/>
          <w:color w:val="555555"/>
          <w:sz w:val="20"/>
        </w:rPr>
        <w:t>[20 . 34 . 300]</w:t>
      </w:r>
    </w:p>
    <w:p>
      <w:r>
        <w:rPr>
          <w:rFonts w:ascii="Gentium Plus" w:hAnsi="Gentium Plus"/>
          <w:sz w:val="24"/>
        </w:rPr>
        <w:t>«νης διπλότερον ὑμῶν». οὐκοῦν κατὰ τοῦτο οὔτε φύσει υἱοὶ γεέννης εἰσίν τινες, οὔτε ἐπ’ ἴσης οἱ τῆς γεέννης υἱοὶ υἱοί εἰσιν αὐτῆς, εἴγε</w:t>
      </w:r>
    </w:p>
    <w:p>
      <w:r>
        <w:rPr>
          <w:rFonts w:ascii="Courier New" w:hAnsi="Courier New"/>
          <w:color w:val="555555"/>
          <w:sz w:val="20"/>
        </w:rPr>
        <w:t>[20 . 34 . 301]</w:t>
      </w:r>
    </w:p>
    <w:p>
      <w:r>
        <w:rPr>
          <w:rFonts w:ascii="Gentium Plus" w:hAnsi="Gentium Plus"/>
          <w:sz w:val="24"/>
        </w:rPr>
        <w:t>ἕτερος ἑτέρου διπλότερος υἱός ἐστιν αὐτῆς. εἰ δὲ ἕτερος ἑτέρου διπλότερός ἐστιν υἱὸς τῆς γεέννης, διὰ τί οὐχὶ καὶ τῆς ἀπωλείας καὶ τοῦ θανάτου καὶ τοῦ σκότου καὶ τῶν λοιπῶν, ὧν οἱ διαφόρως</w:t>
      </w:r>
    </w:p>
    <w:p>
      <w:r>
        <w:rPr>
          <w:rFonts w:ascii="Courier New" w:hAnsi="Courier New"/>
          <w:color w:val="555555"/>
          <w:sz w:val="20"/>
        </w:rPr>
        <w:t>[20 . 34 . 302]</w:t>
      </w:r>
    </w:p>
    <w:p>
      <w:r>
        <w:rPr>
          <w:rFonts w:ascii="Gentium Plus" w:hAnsi="Gentium Plus"/>
          <w:sz w:val="24"/>
        </w:rPr>
        <w:t>ἁμαρτάνοντές εἰσιν υἱοί; εἰ δὲ ἐπὶ τούτων, διὰ τί καὶ οὐχὶ υἱοὶ φωτὸς διπλότεροι ἕτεροι ἑτέρων ἔσονται καὶ υἱοὶ ζωῆς καὶ υἱοὶ</w:t>
      </w:r>
    </w:p>
    <w:p>
      <w:r>
        <w:rPr>
          <w:rFonts w:ascii="Courier New" w:hAnsi="Courier New"/>
          <w:color w:val="555555"/>
          <w:sz w:val="20"/>
        </w:rPr>
        <w:t>[20 . 34 . 303]</w:t>
      </w:r>
    </w:p>
    <w:p>
      <w:r>
        <w:rPr>
          <w:rFonts w:ascii="Gentium Plus" w:hAnsi="Gentium Plus"/>
          <w:sz w:val="24"/>
        </w:rPr>
        <w:t>σοφίας, οὕτω δὲ υἱοὶ θεοῦ; εἰ δὲ διπλασιόνως ἕτερος παρ’ ἕτερον υἱὸς γίνεται θεοῦ, διὰ τί οὐχὶ καὶ πολλαπλασιόνως καὶ τοσαυταπλα‐ σιόνως ὁποσαπλασιόνως ἄξιον νοεῖν εἶναι τὸν πρωτότοκον πάσης κτίσεως υἱὸν τοῦ θεοῦ παρὰ τοὺς λοιποὺς υἱοὺς τοῦ θεοῦ καὶ τοὺς</w:t>
      </w:r>
    </w:p>
    <w:p>
      <w:r>
        <w:rPr>
          <w:rFonts w:ascii="Courier New" w:hAnsi="Courier New"/>
          <w:color w:val="555555"/>
          <w:sz w:val="20"/>
        </w:rPr>
        <w:t>[5]</w:t>
      </w:r>
    </w:p>
    <w:p>
      <w:r>
        <w:rPr>
          <w:rFonts w:ascii="Gentium Plus" w:hAnsi="Gentium Plus"/>
          <w:sz w:val="24"/>
        </w:rPr>
        <w:t>μηκέτι πνεῦμα δουλείας ἔχοντας εἰς φόβον, ἀλλ’ εἰληφότας πνεῦμα</w:t>
      </w:r>
    </w:p>
    <w:p>
      <w:r>
        <w:rPr>
          <w:rFonts w:ascii="Courier New" w:hAnsi="Courier New"/>
          <w:color w:val="555555"/>
          <w:sz w:val="20"/>
        </w:rPr>
        <w:t>[20 . 34 . 304]</w:t>
      </w:r>
    </w:p>
    <w:p>
      <w:r>
        <w:rPr>
          <w:rFonts w:ascii="Gentium Plus" w:hAnsi="Gentium Plus"/>
          <w:sz w:val="24"/>
        </w:rPr>
        <w:t>υἱοθεσίας; τάχα οὖν οὕτως πλειόνων ὄντων τῶν ῥημάτων τοῦ θεοῦ, οὐ μόνον τῶν ἀναγεγραμμένων ἀλλὰ καὶ τῶν ἀρρήτων, ἃ οὐκ ἐξὸν ἀνθρώπῳ λαλῆσαι, καὶ τούτων περὶ ὧν φησὶν ὁ Ἰωάννης· «Οὐδ’ «αὐτὸν οἶμαι τὸν κόσμον χωρῆσαι τὰ γραφόμενα βιβλία»· πᾶς μὲν</w:t>
      </w:r>
    </w:p>
    <w:p>
      <w:r>
        <w:rPr>
          <w:rFonts w:ascii="Courier New" w:hAnsi="Courier New"/>
          <w:color w:val="555555"/>
          <w:sz w:val="20"/>
        </w:rPr>
        <w:t>[5]</w:t>
      </w:r>
    </w:p>
    <w:p>
      <w:r>
        <w:rPr>
          <w:rFonts w:ascii="Gentium Plus" w:hAnsi="Gentium Plus"/>
          <w:sz w:val="24"/>
        </w:rPr>
        <w:t>οἱωντινωνοῦν ῥημάτων ἀκούων τοῦ θεοῦ ἤδη ἐστὶν ἐκ τοῦ θεοῦ· ὅσῳ δὲ πλειόνων ἀκούει ῥημάτων τοῦ θεοῦ, τοσαυταπλειόνως γενήσεται ἐκ τοῦ θεοῦ· ὡς, εἰ δεῖ οὕτως ὀνομάσαι, πάντων ἀκούσας τις τῶν ῥημάτων τοῦ θεοῦ, ἐάν γε τοῦτο φθάνῃ ἐπί τινα τῶν λαμβανόντων τὸ τῆς υἱοθεσίας πνεῦμα, τελείως καὶ ἀνυπερβλήτως γίνεται υἱὸς</w:t>
      </w:r>
    </w:p>
    <w:p>
      <w:r>
        <w:rPr>
          <w:rFonts w:ascii="Courier New" w:hAnsi="Courier New"/>
          <w:color w:val="555555"/>
          <w:sz w:val="20"/>
        </w:rPr>
        <w:t>[20 . 34 . 305]</w:t>
      </w:r>
    </w:p>
    <w:p>
      <w:r>
        <w:rPr>
          <w:rFonts w:ascii="Gentium Plus" w:hAnsi="Gentium Plus"/>
          <w:sz w:val="24"/>
        </w:rPr>
        <w:t>θεοῦ, καὶ πάντη καὶ ἐξ ὅλων καὶ ὅλος ἐκ τοῦ θεοῦ. εὐγνωμονέστε‐ ρον δὲ ἀκουστέον τοῦ ‹ἐξ ὅλων καὶ ὅλοσ›, ἀνάλογον ὅλοις τοῖς δόγ‐ μασι καὶ πάσῃ τῇ γνώσει καὶ πᾶσι τοῖς μυστηρίοις, ὥστ’ ἂν εἰπεῖν ὅλον καὶ ἐξ ὅλων γεγονέναι ἐκ τοῦ θεοῦ τὸν εἰδότα πάντα τὰ μυ‐</w:t>
      </w:r>
    </w:p>
    <w:p>
      <w:r>
        <w:rPr>
          <w:rFonts w:ascii="Courier New" w:hAnsi="Courier New"/>
          <w:color w:val="555555"/>
          <w:sz w:val="20"/>
        </w:rPr>
        <w:t>[5]</w:t>
      </w:r>
    </w:p>
    <w:p>
      <w:r>
        <w:rPr>
          <w:rFonts w:ascii="Gentium Plus" w:hAnsi="Gentium Plus"/>
          <w:sz w:val="24"/>
        </w:rPr>
        <w:t>στήρια καὶ πᾶσαν τὴν γνῶσιν, καὶ μετὰ τούτων τὰ τῆς τελείας</w:t>
      </w:r>
    </w:p>
    <w:p>
      <w:r>
        <w:rPr>
          <w:rFonts w:ascii="Courier New" w:hAnsi="Courier New"/>
          <w:color w:val="555555"/>
          <w:sz w:val="20"/>
        </w:rPr>
        <w:t>[20 . 34 . 306]</w:t>
      </w:r>
    </w:p>
    <w:p>
      <w:r>
        <w:rPr>
          <w:rFonts w:ascii="Gentium Plus" w:hAnsi="Gentium Plus"/>
          <w:sz w:val="24"/>
        </w:rPr>
        <w:t>ἀγάπης κατορθωκότα. ὅρα δὲ εἰ δυνατὸν ἀκολούθως τῷ «Ἐκ μέρους «γινώσκομεν καὶ ἐκ μέρους προφητεύομεν» εἰπεῖν ἂν τὸν τοιοῦτον· ‹καὶ ἐκ μέρους ἐσμὲν υἱοὶ τοῦ θεοῦ› καὶ πάλιν· «ὅταν ἔλθῃ τὸ τέλειον,</w:t>
      </w:r>
    </w:p>
    <w:p>
      <w:r>
        <w:rPr>
          <w:rFonts w:ascii="Courier New" w:hAnsi="Courier New"/>
          <w:color w:val="555555"/>
          <w:sz w:val="20"/>
        </w:rPr>
        <w:t>[20 . 34 . 307]</w:t>
      </w:r>
    </w:p>
    <w:p>
      <w:r>
        <w:rPr>
          <w:rFonts w:ascii="Gentium Plus" w:hAnsi="Gentium Plus"/>
          <w:sz w:val="24"/>
        </w:rPr>
        <w:t>θεοῦ ἐλεύσεται, καταργοῦν τὸ ἐκ μέρους γεγονέναι υἱόν τινα τοῦ θεοῦ· μὴ ἀζήτητον δὲ ἐάσθω καὶ τὸ περὶ τοῦ πότερόν ποτε δυνατὸν ἐκ μέρους μὲν εἶναι υἱὸν τῆς διαφερούσης μερίδος τῆς περὶ τὰ θεῖα, ἐκ μέρους δὲ τῆς ἐναντίας, ἢ τοῦτο ἀμήχανον οὕτως ἔχειν· ᾧ συνεξε‐</w:t>
      </w:r>
    </w:p>
    <w:p>
      <w:r>
        <w:rPr>
          <w:rFonts w:ascii="Courier New" w:hAnsi="Courier New"/>
          <w:color w:val="555555"/>
          <w:sz w:val="20"/>
        </w:rPr>
        <w:t>[5]</w:t>
      </w:r>
    </w:p>
    <w:p>
      <w:r>
        <w:rPr>
          <w:rFonts w:ascii="Gentium Plus" w:hAnsi="Gentium Plus"/>
          <w:sz w:val="24"/>
        </w:rPr>
        <w:t>τάσεις πῶς λέγονται υἱοὶ πολλοὶ ἑνὸς πατρός, πότερον διὰ τοὺς</w:t>
      </w:r>
    </w:p>
    <w:p>
      <w:r>
        <w:rPr>
          <w:rFonts w:ascii="Courier New" w:hAnsi="Courier New"/>
          <w:color w:val="555555"/>
          <w:sz w:val="20"/>
        </w:rPr>
        <w:t>[20 . 34 . 308]</w:t>
      </w:r>
    </w:p>
    <w:p>
      <w:r>
        <w:rPr>
          <w:rFonts w:ascii="Gentium Plus" w:hAnsi="Gentium Plus"/>
          <w:sz w:val="24"/>
        </w:rPr>
        <w:t>προγόνους καὶ τοὺς ἐξ ἐκείνων, ἢ κατὰ ταύτην τὴν ὑπόνοιαν. λα‐ βόντες οὖν ἐξουσίαν τέκνα θεοῦ γενέσθαι, πάντα πράττωμεν ἵνα γενώμεθα ἐκ τοῦ θεοῦ καὶ τὰ ῥήματα αὐτοῦ ἀκούσωμεν, καὶ προκόπτω‐ μεν κἂν τῷ εἶναι ἐκ τοῦ θεοῦ, ἵνα προκόπτωμεν καὶ ἐν τῷ ἀκούειν</w:t>
      </w:r>
    </w:p>
    <w:p>
      <w:r>
        <w:rPr>
          <w:rFonts w:ascii="Courier New" w:hAnsi="Courier New"/>
          <w:color w:val="555555"/>
          <w:sz w:val="20"/>
        </w:rPr>
        <w:t>[5]</w:t>
      </w:r>
    </w:p>
    <w:p>
      <w:r>
        <w:rPr>
          <w:rFonts w:ascii="Gentium Plus" w:hAnsi="Gentium Plus"/>
          <w:sz w:val="24"/>
        </w:rPr>
        <w:t>ῥημάτων τοῦ θεοῦ, πλείονα ἐκ τούτων ἀεὶ τρανοῦντες, ἕως πάντα χωρήσωμεν τὰ ῥήματα τοῦ θεοῦ, ἢ ὅσα γε ἐνδέχεται χωρῆσαι καὶ νῦν</w:t>
      </w:r>
    </w:p>
    <w:p>
      <w:r>
        <w:rPr>
          <w:rFonts w:ascii="Courier New" w:hAnsi="Courier New"/>
          <w:color w:val="555555"/>
          <w:sz w:val="20"/>
        </w:rPr>
        <w:t>[20 . 34 . 309]</w:t>
      </w:r>
    </w:p>
    <w:p>
      <w:r>
        <w:rPr>
          <w:rFonts w:ascii="Gentium Plus" w:hAnsi="Gentium Plus"/>
          <w:sz w:val="24"/>
        </w:rPr>
        <w:t>καὶ μετὰ ταῦτα τοὺς ἀξιουμένους τοῦ τῆς υἱοθεσίας πνεύματος. ὁσάκις δὲ ῥημάτων λεγομένων τοῦ θεοῦ οὐκ ἀκούομεν, τοῦτ’ ἔστιν οὐ συνίεμεν αὐτῶν, τοσαυτάκις νομιστέον ἐλέγχεσθαι ὡς οὐκ ὄντας ἐκ τοῦ θεοῦ. διὰ τοῦτο γὰρ οὐκ ἀκούει ὁ μὴ ἀκούων ῥημάτων θεοῦ,</w:t>
      </w:r>
    </w:p>
    <w:p>
      <w:r>
        <w:rPr>
          <w:rFonts w:ascii="Courier New" w:hAnsi="Courier New"/>
          <w:color w:val="555555"/>
          <w:sz w:val="20"/>
        </w:rPr>
        <w:t>[5]</w:t>
      </w:r>
    </w:p>
    <w:p>
      <w:r>
        <w:rPr>
          <w:rFonts w:ascii="Gentium Plus" w:hAnsi="Gentium Plus"/>
          <w:sz w:val="24"/>
        </w:rPr>
        <w:t>ἐπείπερ ἐκ τοῦ θεοῦ οὐκ ἔστιν, καὶ ἐκ τοῦ θεοῦ οὐκ ἔστιν παρ’ ἑαυτόν· καίτοι γε ἔσθ’ ὅτε λαβὼν ἤδη ἐξουσίαν τέκνον θεοῦ γενέσ‐ θαι, καὶ δυνάμενος ἐκ τοῦ ἀγαπᾶν τοὺς ἐχθροὺς καὶ προσεύχεσθαι ὑπὲρ τῶν ἐπηρεαζόντων γενέσθαι υἱὸς τοῦ ἐν οὐρανοῖς πατρός.</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[20 . 35 n]</w:t>
      </w:r>
    </w:p>
    <w:p>
      <w:r>
        <w:rPr>
          <w:rFonts w:ascii="Gentium Plus" w:hAnsi="Gentium Plus"/>
          <w:sz w:val="24"/>
        </w:rPr>
        <w:t>Ἀπεκρίθησαν οἱ Ἰουδαῖοι καὶ εἶπαν αὐτῷ· Οὐ καλῶς λέγομεν ἡμεῖς ὅτι Σαμαρείτης εἶ σὺ καὶ δαιμόνιον ἔχεις;</w:t>
      </w:r>
    </w:p>
    <w:p>
      <w:r>
        <w:rPr>
          <w:rFonts w:ascii="Courier New" w:hAnsi="Courier New"/>
          <w:color w:val="555555"/>
          <w:sz w:val="20"/>
        </w:rPr>
        <w:t>[20 . 35 . 310]</w:t>
      </w:r>
    </w:p>
    <w:p>
      <w:r>
        <w:rPr>
          <w:rFonts w:ascii="Gentium Plus" w:hAnsi="Gentium Plus"/>
          <w:sz w:val="24"/>
        </w:rPr>
        <w:t>Εἰκὸς ὅτι ταῦτα πολλάκις κατὰ τὸ σιωπώμενον πρὸς ἀλλήλους ἔλεγον περὶ τοῦ σωτῆρός τινες, Σαμαρείτην μὲν αὐ‐ τὸν ὀνομάζοντες ὡς παραχαράσσοντα 〈τὰ〉 Ἰουδαϊκὰ παραπλησίως τοῖς Σαμαρείταις· «Οὐ γὰρ συγχρῶνται Ἰουδαῖοι Σαμαρείταις», ἐν πολλοῖς</w:t>
      </w:r>
    </w:p>
    <w:p>
      <w:r>
        <w:rPr>
          <w:rFonts w:ascii="Courier New" w:hAnsi="Courier New"/>
          <w:color w:val="555555"/>
          <w:sz w:val="20"/>
        </w:rPr>
        <w:t>[20 . 35 . 311]</w:t>
      </w:r>
    </w:p>
    <w:p>
      <w:r>
        <w:rPr>
          <w:rFonts w:ascii="Gentium Plus" w:hAnsi="Gentium Plus"/>
          <w:sz w:val="24"/>
        </w:rPr>
        <w:t>διαφωνοῦντες δόγμασιν παρ’ ἐκείνους. ἄξιον δὲ ἔστιν ζητῆσαι πῶς Σαμαρειτῶν τὸν μέλλοντα αἰῶνα ἀρνουμένων καὶ μηδὲ τὴν τῆς ψυχῆς ἐπιδιαμονὴν προσιεμένων, τὸν σωτῆρα 〈Σαμαρείτην〉 ἐτόλμη‐ σαν εἰπεῖν, περὶ ἀναστάσεως καὶ κρίσεως πλεῖστα ὅσα διδάξαντα.</w:t>
      </w:r>
    </w:p>
    <w:p>
      <w:r>
        <w:rPr>
          <w:rFonts w:ascii="Courier New" w:hAnsi="Courier New"/>
          <w:color w:val="555555"/>
          <w:sz w:val="20"/>
        </w:rPr>
        <w:t>[20 . 35 . 312]</w:t>
      </w:r>
    </w:p>
    <w:p>
      <w:r>
        <w:rPr>
          <w:rFonts w:ascii="Gentium Plus" w:hAnsi="Gentium Plus"/>
          <w:sz w:val="24"/>
        </w:rPr>
        <w:t>ἀλλὰ μήποτε ὡς λοιδοροῦντες αὐτὸν τοῦτο λέγουσιν καὶ οὐ πάντως τὰ αὐτὰ ἐκείνοις δογματίζοντα. εἰκὸς δὲ ὅτι τινὲς καὶ ᾤοντο αὐτὸν μὴ ἀπὸ διαθέσεως τὰ περὶ μέλλοντος αἰῶνος καὶ τὰ περὶ κρίσεως καὶ ἀναστάσεως διδάσκειν, διακείμενον μὲν Σαμαρειτικῶς, ὡς μηδε‐</w:t>
      </w:r>
    </w:p>
    <w:p>
      <w:r>
        <w:rPr>
          <w:rFonts w:ascii="Courier New" w:hAnsi="Courier New"/>
          <w:color w:val="555555"/>
          <w:sz w:val="20"/>
        </w:rPr>
        <w:t>[5]</w:t>
      </w:r>
    </w:p>
    <w:p>
      <w:r>
        <w:rPr>
          <w:rFonts w:ascii="Gentium Plus" w:hAnsi="Gentium Plus"/>
          <w:sz w:val="24"/>
        </w:rPr>
        <w:t>νὸς μετὰ τὸν βίον ἀποκειμένου τοῖς ἀνθρώποις, προσποιήσεως δὲ</w:t>
      </w:r>
    </w:p>
    <w:p>
      <w:r>
        <w:rPr>
          <w:rFonts w:ascii="Courier New" w:hAnsi="Courier New"/>
          <w:color w:val="555555"/>
          <w:sz w:val="20"/>
        </w:rPr>
        <w:t>[20 . 35 . 313]</w:t>
      </w:r>
    </w:p>
    <w:p>
      <w:r>
        <w:rPr>
          <w:rFonts w:ascii="Gentium Plus" w:hAnsi="Gentium Plus"/>
          <w:sz w:val="24"/>
        </w:rPr>
        <w:t>σεως καὶ τῆς αἰωνίου ζωῆς προφερόμενον· καὶ δαιμόνιον δὲ ἔχειν ἔλεγον αὐτὸν διὰ τοὺς ὑπὲρ ἄνθρωπον αὐτοῦ λόγους, δι’ ὧν πατέρα ἴδιον ἔλεγεν τὸν θεόν, καὶ ἐκ τοῦ οὐρανοῦ καταβεβηκέναι, καὶ αὐτὸς εἶναι ὁ τῆς ζωῆς ἄρτος πολλῷ κρείττων τοῦ μάννα, ὡς τὸν φα‐</w:t>
      </w:r>
    </w:p>
    <w:p>
      <w:r>
        <w:rPr>
          <w:rFonts w:ascii="Courier New" w:hAnsi="Courier New"/>
          <w:color w:val="555555"/>
          <w:sz w:val="20"/>
        </w:rPr>
        <w:t>[5]</w:t>
      </w:r>
    </w:p>
    <w:p>
      <w:r>
        <w:rPr>
          <w:rFonts w:ascii="Gentium Plus" w:hAnsi="Gentium Plus"/>
          <w:sz w:val="24"/>
        </w:rPr>
        <w:t>γόντα τοῦτον τὸν ἄρτον ζήσεσθαι εἰς τὸν αἰῶνα, καὶ ἄλλα μυρία</w:t>
      </w:r>
    </w:p>
    <w:p>
      <w:r>
        <w:rPr>
          <w:rFonts w:ascii="Courier New" w:hAnsi="Courier New"/>
          <w:color w:val="555555"/>
          <w:sz w:val="20"/>
        </w:rPr>
        <w:t>[20 . 35 . 314]</w:t>
      </w:r>
    </w:p>
    <w:p>
      <w:r>
        <w:rPr>
          <w:rFonts w:ascii="Gentium Plus" w:hAnsi="Gentium Plus"/>
          <w:sz w:val="24"/>
        </w:rPr>
        <w:t>ὧν πεπλήρωται τὰ εὐαγγέλια. δύναται δὲ καὶ διὰ τὴν περὶ τὸν Βεελζεβοὺλ ὑπόνοιαν αὐτῶν εἰρῆσθαι· «Σὺ δαιμόνιον ἔχεις», ἐπεί‐ περ τινὲς «ἐν Βεελζεβοὺλ τῷ ἄρχοντι τῶν δαιμονίων» ἐνόμιζον αὐ‐ τὸν «ἐκβάλλειν τὰ δαιμόνια», οἱονεὶ ἔχοντα ἐν ἑαυτῷ τὸν Βεελζε‐</w:t>
      </w:r>
    </w:p>
    <w:p>
      <w:r>
        <w:rPr>
          <w:rFonts w:ascii="Courier New" w:hAnsi="Courier New"/>
          <w:color w:val="555555"/>
          <w:sz w:val="20"/>
        </w:rPr>
        <w:t>[20 . 35 . 315]</w:t>
      </w:r>
    </w:p>
    <w:p>
      <w:r>
        <w:rPr>
          <w:rFonts w:ascii="Gentium Plus" w:hAnsi="Gentium Plus"/>
          <w:sz w:val="24"/>
        </w:rPr>
        <w:t>βούλ. οἱ μὲν οὖν ἐχθροὶ εἴσονταί τι λέγοντες αὐτὸν δαιμόνιον ἔχειν· ἡμεῖς δὲ αὐτῷ πειθόμεθα φάσκοντι· «Ἐγὼ δαιμόνιον οὐκ ἔχω»· οὐδὲ γὰρ δαιμόνιον δύναται τυφλῶν ὀφθαλμοὺς ἀνοῖξαι ἢ ταῦτα τὰ ση‐ μεῖα ποιεῖν ἃ καὶ ἀναγέγραπται, ὧν καὶ ἴχνη καὶ λείμματα ἐν ταῖς</w:t>
      </w:r>
    </w:p>
    <w:p>
      <w:r>
        <w:rPr>
          <w:rFonts w:ascii="Courier New" w:hAnsi="Courier New"/>
          <w:color w:val="555555"/>
          <w:sz w:val="20"/>
        </w:rPr>
        <w:t>[20 . 35 . 316]</w:t>
      </w:r>
    </w:p>
    <w:p>
      <w:r>
        <w:rPr>
          <w:rFonts w:ascii="Gentium Plus" w:hAnsi="Gentium Plus"/>
          <w:sz w:val="24"/>
        </w:rPr>
        <w:t>ἐκκλησίαις ὀνόματι Ἰησοῦ μέχρι νῦν γίνεται. μετὰ ταῦτα ζητήσαι τις ἂν τί δήποτε δύο δυσφημίας αὐτῷ προσαψάντων, τήν τε «Σα‐ «μαρείτης εἶ συ» καὶ τὴν «Δαιμόνιον ἔχεις» τῶν ἀποκριθέντων αὐτῷ Ἰουδαίων, οὐκ ἐκείνων τῶν πεπιστευκότων αὐτῷ, οὐχὶ πρὸς τὰς δύο</w:t>
      </w:r>
    </w:p>
    <w:p>
      <w:r>
        <w:rPr>
          <w:rFonts w:ascii="Courier New" w:hAnsi="Courier New"/>
          <w:color w:val="555555"/>
          <w:sz w:val="20"/>
        </w:rPr>
        <w:t>[5]</w:t>
      </w:r>
    </w:p>
    <w:p>
      <w:r>
        <w:rPr>
          <w:rFonts w:ascii="Gentium Plus" w:hAnsi="Gentium Plus"/>
          <w:sz w:val="24"/>
        </w:rPr>
        <w:t>ἀποκρίνεται, ἀλλὰ πρὸς μόνην τὴν «Δαιμόνιον ἔχεις» εἰπών· «Ἐγὼ «δαιμόνιον οὐκ ἔχω».</w:t>
      </w:r>
    </w:p>
    <w:p>
      <w:r>
        <w:rPr>
          <w:rFonts w:ascii="Courier New" w:hAnsi="Courier New"/>
          <w:color w:val="555555"/>
          <w:sz w:val="20"/>
        </w:rPr>
        <w:t>[20 . 35 . 317]</w:t>
      </w:r>
    </w:p>
    <w:p>
      <w:r>
        <w:rPr>
          <w:rFonts w:ascii="Gentium Plus" w:hAnsi="Gentium Plus"/>
          <w:sz w:val="24"/>
        </w:rPr>
        <w:t>Καὶ ὅρα εἰ δύναται πρὸς τοῦτο γενέσθαι τὸ τῆς ἐν τῷ κατὰ Λουκᾶν εὐαγγελίῳ παραβολῆς περὶ τοῦ ἀπὸ Ἱερουσαλὴμ εἰς Ἱεριχὼ καταβαίνοντος καὶ ἐμπεσόντος εἰς τοὺς λῃστάς, ὅντινα ὁ μὲν ἱερεὺς ἀντιπαρῆλθεν καὶ ὁ Λευίτης, ὁ δὲ ὁδεύων Σαμαρείτης ἐλθὼν κατ’</w:t>
      </w:r>
    </w:p>
    <w:p>
      <w:r>
        <w:rPr>
          <w:rFonts w:ascii="Courier New" w:hAnsi="Courier New"/>
          <w:color w:val="555555"/>
          <w:sz w:val="20"/>
        </w:rPr>
        <w:t>[5]</w:t>
      </w:r>
    </w:p>
    <w:p>
      <w:r>
        <w:rPr>
          <w:rFonts w:ascii="Gentium Plus" w:hAnsi="Gentium Plus"/>
          <w:sz w:val="24"/>
        </w:rPr>
        <w:t>αὐτὸν καὶ ἰδὼν αὐτὸν ἐσπλαγχνίσθη καὶ προσελθὼν κατέδησεν</w:t>
      </w:r>
    </w:p>
    <w:p>
      <w:r>
        <w:rPr>
          <w:rFonts w:ascii="Courier New" w:hAnsi="Courier New"/>
          <w:color w:val="555555"/>
          <w:sz w:val="20"/>
        </w:rPr>
        <w:t>[20 . 35 . 318]</w:t>
      </w:r>
    </w:p>
    <w:p>
      <w:r>
        <w:rPr>
          <w:rFonts w:ascii="Gentium Plus" w:hAnsi="Gentium Plus"/>
          <w:sz w:val="24"/>
        </w:rPr>
        <w:t>τὰ τραύματα αὐτοῦ, ἐπιχέων ἔλαιον καὶ οἶνον. ἐὰν γὰρ δυνηθῇ τις διαλαμβάνων περὶ τῆς παραβολῆς δεῖξαι ἐπὶ μηδένα ἢ ἐπὶ τὸν σωτῆρα ἀναφέρεσθαι τὰ περὶ τοῦ Σαμαρείτου, ὃς τὸν ἡμιθανῆ καὶ ἐμπεσόντα εἰς τοὺς λῃστὰς ἰάσατο, παραστήσει καὶ διὰ τί οὐκ ἠρνή‐</w:t>
      </w:r>
    </w:p>
    <w:p>
      <w:r>
        <w:rPr>
          <w:rFonts w:ascii="Courier New" w:hAnsi="Courier New"/>
          <w:color w:val="555555"/>
          <w:sz w:val="20"/>
        </w:rPr>
        <w:t>[20 . 35 . 319]</w:t>
      </w:r>
    </w:p>
    <w:p>
      <w:r>
        <w:rPr>
          <w:rFonts w:ascii="Gentium Plus" w:hAnsi="Gentium Plus"/>
          <w:sz w:val="24"/>
        </w:rPr>
        <w:t>σατο εἶναι Σαμαρείτης. ἄλλος δὲ δὴ τὴν παρὰ Παύλῳ διαφορὰν Ἰουδαίων καὶ τῶν ὑπὸ νόμον θεωρήσας, καὶ ἀναγαγὼν τοὺς ὑπὸ νόμον εἰς τοὺς Σαμαρείτας, καὶ μᾶλλον Παύλου καταλαβὼν τὸν σω‐ τῆρα τοῖς πᾶσιν πάντα γενόμενον ἵνα τοὺς πάντας κερδήσῃ, ἐρεῖ</w:t>
      </w:r>
    </w:p>
    <w:p>
      <w:r>
        <w:rPr>
          <w:rFonts w:ascii="Courier New" w:hAnsi="Courier New"/>
          <w:color w:val="555555"/>
          <w:sz w:val="20"/>
        </w:rPr>
        <w:t>[5]</w:t>
      </w:r>
    </w:p>
    <w:p>
      <w:r>
        <w:rPr>
          <w:rFonts w:ascii="Gentium Plus" w:hAnsi="Gentium Plus"/>
          <w:sz w:val="24"/>
        </w:rPr>
        <w:t>διὰ τὸ τοῖς ὑπὸ νόμον αὐτὸν γεγονέναι ὡς ὑπὸ νόμον, οἱονεὶ καὶ Σαμαρείτην γεγονέναι, καὶ κατὰ τοῦτο μὴ ἠρνῆσθαι τὸ εἶναι Σαμα‐</w:t>
      </w:r>
    </w:p>
    <w:p>
      <w:r>
        <w:rPr>
          <w:rFonts w:ascii="Courier New" w:hAnsi="Courier New"/>
          <w:color w:val="555555"/>
          <w:sz w:val="20"/>
        </w:rPr>
        <w:t>[20 . 35 . 320]</w:t>
      </w:r>
    </w:p>
    <w:p>
      <w:r>
        <w:rPr>
          <w:rFonts w:ascii="Gentium Plus" w:hAnsi="Gentium Plus"/>
          <w:sz w:val="24"/>
        </w:rPr>
        <w:t>ρείτης. καὶ τρίτος δέ τις τὴν ἑρμηνείαν τοῦ Σαμαρείτου ἐκλαβών, σημαίνοντος ‹τὸν φύλακα›, φήσει ὅτι εἰ καὶ κατ’ ἄλλο ἔλεγον Σα‐ μαρείτην αὐτὸν οἱ Ἰουδαῖοι, αὐτὸς τὸ σημαινόμενον ἀπὸ τοῦ ὀνό‐ ματος ἐκλαβὼν οὐκ ἠρνήσατο αὐτό, εἰδὼς ὅτι φύλαξ ἐστὶν τῶν</w:t>
      </w:r>
    </w:p>
    <w:p>
      <w:r>
        <w:rPr>
          <w:rFonts w:ascii="Courier New" w:hAnsi="Courier New"/>
          <w:color w:val="555555"/>
          <w:sz w:val="20"/>
        </w:rPr>
        <w:t>[5]</w:t>
      </w:r>
    </w:p>
    <w:p>
      <w:r>
        <w:rPr>
          <w:rFonts w:ascii="Gentium Plus" w:hAnsi="Gentium Plus"/>
          <w:sz w:val="24"/>
        </w:rPr>
        <w:t>ἀνθρωπίνων ψυχῶν καὶ περὶ οὗ εἴρηται 〈τὸ〉 «Ἰδοὺ οὐ νυστάξει οὐδὲ «ὑπνώσει ὁ φυλάσσων τὸν Ἰσραήλ»· καὶ τὸ «Φυλάσσων τὰ νήπια</w:t>
      </w:r>
    </w:p>
    <w:p>
      <w:r>
        <w:rPr>
          <w:rFonts w:ascii="Courier New" w:hAnsi="Courier New"/>
          <w:color w:val="555555"/>
          <w:sz w:val="20"/>
        </w:rPr>
        <w:t>[20 . 35 . 321]</w:t>
      </w:r>
    </w:p>
    <w:p>
      <w:r>
        <w:rPr>
          <w:rFonts w:ascii="Gentium Plus" w:hAnsi="Gentium Plus"/>
          <w:sz w:val="24"/>
        </w:rPr>
        <w:t>«ὁ κύριος». ‹σωμὴρ› μέντοι γε Ἑβραῖοι λέγουσι τὸν ‹φύλακα›, οὕτω δὲ καὶ τοὺς Σαμαρεῖς πρῶτον ὠνομάσθαι παραδιδόασι διὰ τὸ ὑπὸ 〈τοῦ〉 τῶν Ἀσσυρίων βασιλέως φύλακας αὐτοὺς πεπέμφθαι τῆς γῆς τοῦ Ἰσραὴλ μετὰ τὴν αἰχμαλωσίαν, τοῦ ἑτέρου παρὰ τὸν Ἰούδαν Ἰσραὴλ</w:t>
      </w:r>
    </w:p>
    <w:p>
      <w:r>
        <w:rPr>
          <w:rFonts w:ascii="Courier New" w:hAnsi="Courier New"/>
          <w:color w:val="555555"/>
          <w:sz w:val="20"/>
        </w:rPr>
        <w:t>[5]</w:t>
      </w:r>
    </w:p>
    <w:p>
      <w:r>
        <w:rPr>
          <w:rFonts w:ascii="Gentium Plus" w:hAnsi="Gentium Plus"/>
          <w:sz w:val="24"/>
        </w:rPr>
        <w:t>διὰ τὰς πολλὰς ἁμαρτίας αἰχμαλωτευθέντος εἰς τοὺς Ἀσσυρίους.</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[20 . 36 n]</w:t>
      </w:r>
    </w:p>
    <w:p>
      <w:r>
        <w:rPr>
          <w:rFonts w:ascii="Gentium Plus" w:hAnsi="Gentium Plus"/>
          <w:sz w:val="24"/>
        </w:rPr>
        <w:t>Ἀπεκρίθη Ἰησοῦς· Ἐγὼ δαιμόνιον οὐκ ἔχω, ἀλλὰ τιμῶ τὸν πατέρα μου, καὶ ὑμεῖς ἀτιμάζετέ με. ἐγὼ οὐ ζητῶ τὴν δόξαν μου. ἔστιν ὁ ζητῶν καὶ κρίνων.</w:t>
      </w:r>
    </w:p>
    <w:p>
      <w:r>
        <w:rPr>
          <w:rFonts w:ascii="Courier New" w:hAnsi="Courier New"/>
          <w:color w:val="555555"/>
          <w:sz w:val="20"/>
        </w:rPr>
        <w:t>[20 . 36 . 322]</w:t>
      </w:r>
    </w:p>
    <w:p>
      <w:r>
        <w:rPr>
          <w:rFonts w:ascii="Gentium Plus" w:hAnsi="Gentium Plus"/>
          <w:sz w:val="24"/>
        </w:rPr>
        <w:t>Εἰ τὸ πεφυτευμένον ξύλον «παρὰ τὰς διεξόδους «τῶν ὑδάτων» τοιοῦτόν ἐστιν, ὡς τὸν καρπὸν αὐτοῦ διδόναι «ἐν «καιρῷ αὐτοῦ» καὶ μηδὲ φύλλον αὐτοῦ ἀπορρεῖν ἀλλὰ πάντα ὅσα ἂν ποιῇ κατευοδοῦσθαι, τί νομιστέον περὶ τοῦ σωτῆρος ἡμῶν Ἰησοῦ ἢ</w:t>
      </w:r>
    </w:p>
    <w:p>
      <w:r>
        <w:rPr>
          <w:rFonts w:ascii="Courier New" w:hAnsi="Courier New"/>
          <w:color w:val="555555"/>
          <w:sz w:val="20"/>
        </w:rPr>
        <w:t>[5]</w:t>
      </w:r>
    </w:p>
    <w:p>
      <w:r>
        <w:rPr>
          <w:rFonts w:ascii="Gentium Plus" w:hAnsi="Gentium Plus"/>
          <w:sz w:val="24"/>
        </w:rPr>
        <w:t>ὅτι αὐτὸς ὢν τὸ ξύλον τῆς ζωῆς κατὰ τὸ εἶναι σοφία καὶ τὴν σοφίαν εἶναι «ξύλον ζωῆς πᾶσι τοῖς ἀντεχομένοις αὐτῆς», καὶ καρποφορεῖ καὶ τὰ ἕτερα παρὰ τοὺς καρποὺς φύλλα τοιαῦτα ἔχει ὡς μηδὲ ἓν</w:t>
      </w:r>
    </w:p>
    <w:p>
      <w:r>
        <w:rPr>
          <w:rFonts w:ascii="Courier New" w:hAnsi="Courier New"/>
          <w:color w:val="555555"/>
          <w:sz w:val="20"/>
        </w:rPr>
        <w:t>[20 . 36 . 323]</w:t>
      </w:r>
    </w:p>
    <w:p>
      <w:r>
        <w:rPr>
          <w:rFonts w:ascii="Gentium Plus" w:hAnsi="Gentium Plus"/>
          <w:sz w:val="24"/>
        </w:rPr>
        <w:t>αὐτῶν ἀπορρεῖν; διὰ τοῦτο οὐδένα τοῦ Ἰησοῦ λόγον, καὶ ταῦτα ἀναγραφῆς ἀξιωθέντα ὑπὸ τῶν ἁγίων μαθητῶν αὐτοῦ, ὡς ἔτυχεν ἐκδεκτέον· ἀλλὰ πᾶσαν βάσανον καὶ τοῖς νομιζομένοις εἶναι σαφέσιν προσακτέον, οὐκ ἀπογινώσκοντα ὅτι καὶ περὶ τὸν ἀνυπονόητον καὶ</w:t>
      </w:r>
    </w:p>
    <w:p>
      <w:r>
        <w:rPr>
          <w:rFonts w:ascii="Courier New" w:hAnsi="Courier New"/>
          <w:color w:val="555555"/>
          <w:sz w:val="20"/>
        </w:rPr>
        <w:t>[5]</w:t>
      </w:r>
    </w:p>
    <w:p>
      <w:r>
        <w:rPr>
          <w:rFonts w:ascii="Gentium Plus" w:hAnsi="Gentium Plus"/>
          <w:sz w:val="24"/>
        </w:rPr>
        <w:t>ἁπλοῦν εἶναι νομισθέντα λόγον αὐτοῦ εὑρεθήσεται τοῖς ὀρθῶς ζητοῦ‐</w:t>
      </w:r>
    </w:p>
    <w:p>
      <w:r>
        <w:rPr>
          <w:rFonts w:ascii="Courier New" w:hAnsi="Courier New"/>
          <w:color w:val="555555"/>
          <w:sz w:val="20"/>
        </w:rPr>
        <w:t>[20 . 36 . 324]</w:t>
      </w:r>
    </w:p>
    <w:p>
      <w:r>
        <w:rPr>
          <w:rFonts w:ascii="Gentium Plus" w:hAnsi="Gentium Plus"/>
          <w:sz w:val="24"/>
        </w:rPr>
        <w:t>σιν ἄξιόν τι τοῦ ἱεροῦ στόματος ἐκείνου. εἰ δέ που μὴ εὑρίσκομεν, ἡμᾶς καὶ οὐ τὸν λόγον τοῦ Ἰησοῦ αἰτιατέον ὡς οὐ πνέοντα τῶν ἐκ πληρώματος μεστῶν ἀληθείας καὶ σοφίας δογμάτων.</w:t>
      </w:r>
    </w:p>
    <w:p>
      <w:r>
        <w:rPr>
          <w:rFonts w:ascii="Courier New" w:hAnsi="Courier New"/>
          <w:color w:val="555555"/>
          <w:sz w:val="20"/>
        </w:rPr>
        <w:t>[20 . 36 . 325]</w:t>
      </w:r>
    </w:p>
    <w:p>
      <w:r>
        <w:rPr>
          <w:rFonts w:ascii="Gentium Plus" w:hAnsi="Gentium Plus"/>
          <w:sz w:val="24"/>
        </w:rPr>
        <w:t>Ταῦτα δέ μοι εἴρηται βουλομένῳ ἐξετάσαι τὸ «Ἐγὼ δαιμόνιον «οὐκ ἔχω», δι’ οὗ διδασκόμεθα πάντες οἱ τῷ εὐαγγελίῳ ἐντυγχάνοντες πρᾶγμα ὃ οὐχὶ ᾔδειμεν καὶ πρὶν ἐντυχεῖν τῷ εὐαγγελίῳ. τί δὲ τοῦτό</w:t>
      </w:r>
    </w:p>
    <w:p>
      <w:r>
        <w:rPr>
          <w:rFonts w:ascii="Courier New" w:hAnsi="Courier New"/>
          <w:color w:val="555555"/>
          <w:sz w:val="20"/>
        </w:rPr>
        <w:t>[20 . 36 . 326]</w:t>
      </w:r>
    </w:p>
    <w:p>
      <w:r>
        <w:rPr>
          <w:rFonts w:ascii="Gentium Plus" w:hAnsi="Gentium Plus"/>
          <w:sz w:val="24"/>
        </w:rPr>
        <w:t>ἐστιν ἤδη κατανοητέον. ἀρέσκει κατὰ τὰς γραφὰς τοὺς ἁμαρτάνον‐ τας τὰ πολλὰ ποιεῖν παρὰ τὸν λόγον οὐ δι’ ἄλλο ἢ τῷ δεκτικοὺς αὐτοὺς γεγονέναι ἐνεργείας πονηροῦ πνεύματος ἢ θελήματος ἀκα‐</w:t>
      </w:r>
    </w:p>
    <w:p>
      <w:r>
        <w:rPr>
          <w:rFonts w:ascii="Courier New" w:hAnsi="Courier New"/>
          <w:color w:val="555555"/>
          <w:sz w:val="20"/>
        </w:rPr>
        <w:t>[20 . 36 . 327]</w:t>
      </w:r>
    </w:p>
    <w:p>
      <w:r>
        <w:rPr>
          <w:rFonts w:ascii="Gentium Plus" w:hAnsi="Gentium Plus"/>
          <w:sz w:val="24"/>
        </w:rPr>
        <w:t>θάρτου δαιμονίου. οὐκ ὤκνησαν οὖν καὶ τὰ νομισθέντα ἂν ἐλάχιστα εἶναι τῶν ἁμαρτημάτων δαιμονίοις προσάψαι οἱ φήσαντες τὴν ὀξυ‐</w:t>
      </w:r>
    </w:p>
    <w:p>
      <w:r>
        <w:rPr>
          <w:rFonts w:ascii="Courier New" w:hAnsi="Courier New"/>
          <w:color w:val="555555"/>
          <w:sz w:val="20"/>
        </w:rPr>
        <w:t>[20 . 36 . 328]</w:t>
      </w:r>
    </w:p>
    <w:p>
      <w:r>
        <w:rPr>
          <w:rFonts w:ascii="Gentium Plus" w:hAnsi="Gentium Plus"/>
          <w:sz w:val="24"/>
        </w:rPr>
        <w:t>χολίαν δαιμόνιον εἶναι, ὁμοίως δὲ καὶ τὴν καταλαλιάν. εἰκὸς δὲ καὶ ἄλλα μυρία δαιμονίων φαντασιούντων ἡμᾶς καὶ ἐνεργούντων κατὰ τὸ ἐκείνων θέλημα ποιεῖν· καὶ ἔστιν ἐν ἀνθρώποις ὥσπερ οὐδεὶς «καθαρὸς ἀπὸ ῥύπου», καὶ οὐδεὶς «δίκαιος ἐπὶ τῆς γῆς ὃς</w:t>
      </w:r>
    </w:p>
    <w:p>
      <w:r>
        <w:rPr>
          <w:rFonts w:ascii="Courier New" w:hAnsi="Courier New"/>
          <w:color w:val="555555"/>
          <w:sz w:val="20"/>
        </w:rPr>
        <w:t>[5]</w:t>
      </w:r>
    </w:p>
    <w:p>
      <w:r>
        <w:rPr>
          <w:rFonts w:ascii="Gentium Plus" w:hAnsi="Gentium Plus"/>
          <w:sz w:val="24"/>
        </w:rPr>
        <w:t>«ποιήσει ἀγαθὸν καὶ οὐχ ἁμαρτήσεται», οὕτω καὶ οὐδεὶς ἀεὶ ἀπὸ δαιμονίων καθαρεύσας καὶ μηδέποτε γενόμενος τῆς ἀπὸ τούτων</w:t>
      </w:r>
    </w:p>
    <w:p>
      <w:r>
        <w:rPr>
          <w:rFonts w:ascii="Courier New" w:hAnsi="Courier New"/>
          <w:color w:val="555555"/>
          <w:sz w:val="20"/>
        </w:rPr>
        <w:t>[20 . 36 . 329]</w:t>
      </w:r>
    </w:p>
    <w:p>
      <w:r>
        <w:rPr>
          <w:rFonts w:ascii="Gentium Plus" w:hAnsi="Gentium Plus"/>
          <w:sz w:val="24"/>
        </w:rPr>
        <w:t>ἐνεργείας ἀνεπίδεκτος. διόπερ ἀλληγοροῦντες τὰς ἐν τῷ εὐαγγελίῳ θεραπείας, ἐν αἷς εἰσιν καὶ τῶν δαιμονίων ἀπελάσεις, ἐροῦμεν πάν‐ των ἀεὶ ἀπελαύνεσθαι τοὺς δαίμονας ὑπὸ Ἰησοῦ τῶν παρὰ τὸ τεθεραπεῦσθαι ὑπὸ τοῦ λόγου μηκέτι παραδεχομένων τὰς τῶν δαι‐</w:t>
      </w:r>
    </w:p>
    <w:p>
      <w:r>
        <w:rPr>
          <w:rFonts w:ascii="Courier New" w:hAnsi="Courier New"/>
          <w:color w:val="555555"/>
          <w:sz w:val="20"/>
        </w:rPr>
        <w:t>[20 . 36 . 330]</w:t>
      </w:r>
    </w:p>
    <w:p>
      <w:r>
        <w:rPr>
          <w:rFonts w:ascii="Gentium Plus" w:hAnsi="Gentium Plus"/>
          <w:sz w:val="24"/>
        </w:rPr>
        <w:t>μόνων ἐνεργείας. μόνου τοίνυν νομίζω εἶναι Ἰησοῦ φωνήν, τοῦ μόνου ἀπεκδυσαμένου τὰς ἀρχὰς καὶ τὰς ἐξουσίας καὶ δειγματίσαντος ἐν παρρησίᾳ καὶ θριαμβεύσαντος ἐν ξύλῳ, τρόπαιον κατὰ πάσης ἀντικειμένης δυνάμεως τὸν σταυρὸν στήσαντος, ὥσπερ τὸ «Ἔρχεται</w:t>
      </w:r>
    </w:p>
    <w:p>
      <w:r>
        <w:rPr>
          <w:rFonts w:ascii="Courier New" w:hAnsi="Courier New"/>
          <w:color w:val="555555"/>
          <w:sz w:val="20"/>
        </w:rPr>
        <w:t>[5]</w:t>
      </w:r>
    </w:p>
    <w:p>
      <w:r>
        <w:rPr>
          <w:rFonts w:ascii="Gentium Plus" w:hAnsi="Gentium Plus"/>
          <w:sz w:val="24"/>
        </w:rPr>
        <w:t>«ὁ ἄρχων τοῦ κόσμου τούτου καὶ ἐν ἐμοὶ οὐκ ἔχει οὐδέν», οὕτως</w:t>
      </w:r>
    </w:p>
    <w:p>
      <w:r>
        <w:rPr>
          <w:rFonts w:ascii="Courier New" w:hAnsi="Courier New"/>
          <w:color w:val="555555"/>
          <w:sz w:val="20"/>
        </w:rPr>
        <w:t>[20 . 36 . 331]</w:t>
      </w:r>
    </w:p>
    <w:p>
      <w:r>
        <w:rPr>
          <w:rFonts w:ascii="Gentium Plus" w:hAnsi="Gentium Plus"/>
          <w:sz w:val="24"/>
        </w:rPr>
        <w:t>καὶ τὸ ‹ἐγὼ δαιμόνιον οὔτε ἔσχον οὔτε ἔχω οὔτε ἕξω›. τὴν δὲ φωνὴν δυνάμεθα μὲν καὶ ἡμεῖς προενέγκασθαι καὶ λέγειν· «Δαιμόνιον «οὐκ ἔχω», ἀλλ’ ἐλεγχθησόμεθα ὁμοίως τοῖς ἀρνησαμένοις περὶ τοῦ δαιμονᾶν καὶ ἐν αὐτοῖς τοῖς πράγμασιν ἀποδειχθεῖσιν ὅτι ἐψεύσαντο.</w:t>
      </w:r>
    </w:p>
    <w:p>
      <w:r>
        <w:rPr>
          <w:rFonts w:ascii="Courier New" w:hAnsi="Courier New"/>
          <w:color w:val="555555"/>
          <w:sz w:val="20"/>
        </w:rPr>
        <w:t>[20 . 36 . 332]</w:t>
      </w:r>
    </w:p>
    <w:p>
      <w:r>
        <w:rPr>
          <w:rFonts w:ascii="Gentium Plus" w:hAnsi="Gentium Plus"/>
          <w:sz w:val="24"/>
        </w:rPr>
        <w:t>ἢ οὐκ ἔλεγχος τοῦ δαιμονᾶν ἡμᾶς ὅταν μεμηνότων κατάστασιν ἔχοντες βοῶμεν, ἀπὸ θυμοῦ καὶ ὀργῆς φλεγόμενοι, ἢ λελυττηκότες, καὶ ὡσπερεὶ χρεμετίζοντες κἀν ταῖς ἰδίαις γαμεταῖς δίκην ἵππων θηλυμανῶν ἐπιβαίνωμεν, ἐκβάλλοντες τοὺς περὶ ἀπαθείας λόγους</w:t>
      </w:r>
    </w:p>
    <w:p>
      <w:r>
        <w:rPr>
          <w:rFonts w:ascii="Courier New" w:hAnsi="Courier New"/>
          <w:color w:val="555555"/>
          <w:sz w:val="20"/>
        </w:rPr>
        <w:t>[20 . 36 . 333]</w:t>
      </w:r>
    </w:p>
    <w:p>
      <w:r>
        <w:rPr>
          <w:rFonts w:ascii="Gentium Plus" w:hAnsi="Gentium Plus"/>
          <w:sz w:val="24"/>
        </w:rPr>
        <w:t>θεοῦ εἰς τὰ ὀπίσω; ἀλλὰ κἂν ταπεινοὶ καὶ συννεφεῖς ὑπὸ τῆς λύπης καθελκόμενοι καὶ τὸ ἴδιον τῶν λογικῶν γαῦρον ἀπολέσαντες ἐπι‐ λανθανώμεθα τοῦ ἄνευ θεοῦ στρούθιον μὴ πίπτειν εἰς παγίδα καὶ τοῦ δίκαια εἶναι τὰ περὶ ἑνὸς ἑκάστου τῶν συμβαινόντων ἀνθρώποις</w:t>
      </w:r>
    </w:p>
    <w:p>
      <w:r>
        <w:rPr>
          <w:rFonts w:ascii="Courier New" w:hAnsi="Courier New"/>
          <w:color w:val="555555"/>
          <w:sz w:val="20"/>
        </w:rPr>
        <w:t>[5]</w:t>
      </w:r>
    </w:p>
    <w:p>
      <w:r>
        <w:rPr>
          <w:rFonts w:ascii="Gentium Plus" w:hAnsi="Gentium Plus"/>
          <w:sz w:val="24"/>
        </w:rPr>
        <w:t>κρίματα, τί φήσομεν ἢ ὅτι καὶ τοῦ δαιμονίου ἡμᾶς νικήσαντος καὶ</w:t>
      </w:r>
    </w:p>
    <w:p>
      <w:r>
        <w:rPr>
          <w:rFonts w:ascii="Courier New" w:hAnsi="Courier New"/>
          <w:color w:val="555555"/>
          <w:sz w:val="20"/>
        </w:rPr>
        <w:t>[20 . 36 . 334]</w:t>
      </w:r>
    </w:p>
    <w:p>
      <w:r>
        <w:rPr>
          <w:rFonts w:ascii="Gentium Plus" w:hAnsi="Gentium Plus"/>
          <w:sz w:val="24"/>
        </w:rPr>
        <w:t>τὸ ἡγεμονικὸν ἡμῶν θολώσαντος ταῦτα πάσχομεν; ἀλλὰ καὶ φόβοι τῶν οὐ φοβερῶν καὶ περιχάρειαι ἐπὶ τοῖς μηδενὸς ἀξίοις τίνων ἂν</w:t>
      </w:r>
    </w:p>
    <w:p>
      <w:r>
        <w:rPr>
          <w:rFonts w:ascii="Courier New" w:hAnsi="Courier New"/>
          <w:color w:val="555555"/>
          <w:sz w:val="20"/>
        </w:rPr>
        <w:t>[20 . 36 . 335]</w:t>
      </w:r>
    </w:p>
    <w:p>
      <w:r>
        <w:rPr>
          <w:rFonts w:ascii="Gentium Plus" w:hAnsi="Gentium Plus"/>
          <w:sz w:val="24"/>
        </w:rPr>
        <w:t>ἀληθείας λέγειν· «Ἐγὼ δαιμόνιον οὐκ ἔχω»; ἀλλ’ εἰκός τινα τοὺς ἁγίους πατριάρχας, ἢ τὸν ἱερὸν θεράποντα ἢ τοὺς θαυμασίους προ‐ φήτας ἢ τοὺς δυνατωτάτους τοῦ σωτῆρος ἡμῶν Ἰησοῦ ἀποστόλους φέροντα εἰς τὴν ἐξέτασιν δυσωπήσειν ἡμᾶς, ὡς ἄρα καὶ οὗτοι</w:t>
      </w:r>
    </w:p>
    <w:p>
      <w:r>
        <w:rPr>
          <w:rFonts w:ascii="Courier New" w:hAnsi="Courier New"/>
          <w:color w:val="555555"/>
          <w:sz w:val="20"/>
        </w:rPr>
        <w:t>[5]</w:t>
      </w:r>
    </w:p>
    <w:p>
      <w:r>
        <w:rPr>
          <w:rFonts w:ascii="Gentium Plus" w:hAnsi="Gentium Plus"/>
          <w:sz w:val="24"/>
        </w:rPr>
        <w:t>εἴποιεν ἂν ὁμοίως τῷ Ἰησοῦ τὸ «Ἐγὼ δαιμόνιον οὐκ ἔχω». πρὸς οὓς ἔστιν εἰπεῖν· ἆρα καὶ οὗτοί ποτε ἥμαρτον, ἢ ψεῦδος τὸ «Πάντες «γὰρ ἥμαρτον καὶ ὑστεροῦνται τῆς δόξης τοῦ θεοῦ», καὶ οὐκ ἀληθὲς τὸ «Οὐδεὶς καθαρὸς ἀπὸ ῥύπου» οὐδὲ τεθεωρημένως εἴρηται τὸ «Οὐκ ἔστιν δίκαιος ἐπὶ γῆς ὃς ποιήσει ἀγαθὸν καὶ οὐχ ἁμαρτήσεται»;</w:t>
      </w:r>
    </w:p>
    <w:p>
      <w:r>
        <w:rPr>
          <w:rFonts w:ascii="Courier New" w:hAnsi="Courier New"/>
          <w:color w:val="555555"/>
          <w:sz w:val="20"/>
        </w:rPr>
        <w:t>[10]</w:t>
      </w:r>
    </w:p>
    <w:p>
      <w:r>
        <w:rPr>
          <w:rFonts w:ascii="Gentium Plus" w:hAnsi="Gentium Plus"/>
          <w:sz w:val="24"/>
        </w:rPr>
        <w:t>ἀλλὰ σαφὲς ὅτι ἀληθεῖς αἱ πᾶσαι γραφαὶ καὶ οὐκ ἀεὶ οὐδὲ ἐξ ἀρχῆς ἐδύναντο λέγειν οὐδ’ οἱ μεταβάλλοντες ἐπὶ τὸν κατὰ ἀρετὴν βίον τὸ «Ἐγὼ δαιμόνιον οὐκ ἔχω», ἀλλ’ ἡ μόνου τοῦ κατὰ τὸν σωτῆρα νοουμένου ἀνθρώπου ἀρχῆθεν ἦν φωνή, διὰ τοῦτο κυριώτατα καὶ ἀληθέστατα μόνου τὸν πατέρα τιμήσαντος· οὐδεὶς γὰρ τιμῶν τι τῶν</w:t>
      </w:r>
    </w:p>
    <w:p>
      <w:r>
        <w:rPr>
          <w:rFonts w:ascii="Courier New" w:hAnsi="Courier New"/>
          <w:color w:val="555555"/>
          <w:sz w:val="20"/>
        </w:rPr>
        <w:t>[15]</w:t>
      </w:r>
    </w:p>
    <w:p>
      <w:r>
        <w:rPr>
          <w:rFonts w:ascii="Gentium Plus" w:hAnsi="Gentium Plus"/>
          <w:sz w:val="24"/>
        </w:rPr>
        <w:t>μὴ τιμωμένων ὑπὸ θεοῦ, τιμᾷ τὸν ἀτιμάζοντα τὰ ὑπ’ αὐτοῦ τιμώ‐</w:t>
      </w:r>
    </w:p>
    <w:p>
      <w:r>
        <w:rPr>
          <w:rFonts w:ascii="Courier New" w:hAnsi="Courier New"/>
          <w:color w:val="555555"/>
          <w:sz w:val="20"/>
        </w:rPr>
        <w:t>[20 . 36 . 336]</w:t>
      </w:r>
    </w:p>
    <w:p>
      <w:r>
        <w:rPr>
          <w:rFonts w:ascii="Gentium Plus" w:hAnsi="Gentium Plus"/>
          <w:sz w:val="24"/>
        </w:rPr>
        <w:t>μενα. πῶς γὰρ λεκτέον ὅτι τιμᾷ τὸν πατέρα ὁ μηδὲ τὴν ἀρχὴν τὸ</w:t>
      </w:r>
    </w:p>
    <w:p>
      <w:r>
        <w:rPr>
          <w:rFonts w:ascii="Courier New" w:hAnsi="Courier New"/>
          <w:color w:val="555555"/>
          <w:sz w:val="20"/>
        </w:rPr>
        <w:t>[20 . 36 . 337]</w:t>
      </w:r>
    </w:p>
    <w:p>
      <w:r>
        <w:rPr>
          <w:rFonts w:ascii="Gentium Plus" w:hAnsi="Gentium Plus"/>
          <w:sz w:val="24"/>
        </w:rPr>
        <w:t>πνεῦμα τῆς υἱοθεσίας λαβών; οὐδεὶς δὲ ἔχει τὸ πνεῦμα τῆς υἱοθε‐ σίας ἁμαρτάνων· ὁ γὰρ ἐκ τοῦ θεοῦ γεγεννημένος οὐχ ἁμαρτάνει. καὶ πῶς τιμᾷ τὸν πατέρα ὁ τιμῶν δόξαν τὴν παρὰ ἀνθρώπων ἢ ἀργύριον ἢ τὸν χοϊκὸν πλοῦτον ἢ τὸ ἐκ σαρκῶν καὶ αἱμάτων κάλλος</w:t>
      </w:r>
    </w:p>
    <w:p>
      <w:r>
        <w:rPr>
          <w:rFonts w:ascii="Courier New" w:hAnsi="Courier New"/>
          <w:color w:val="555555"/>
          <w:sz w:val="20"/>
        </w:rPr>
        <w:t>[5]</w:t>
      </w:r>
    </w:p>
    <w:p>
      <w:r>
        <w:rPr>
          <w:rFonts w:ascii="Gentium Plus" w:hAnsi="Gentium Plus"/>
          <w:sz w:val="24"/>
        </w:rPr>
        <w:t>ἢ ἁπαξαπλῶς τι τῶν οἰκείων τῇ ὕλῃ καὶ τῇ φθορᾷ;</w:t>
      </w:r>
    </w:p>
    <w:p>
      <w:r>
        <w:rPr>
          <w:rFonts w:ascii="Courier New" w:hAnsi="Courier New"/>
          <w:color w:val="555555"/>
          <w:sz w:val="20"/>
        </w:rPr>
        <w:t>[20 . 37 . 338]</w:t>
      </w:r>
    </w:p>
    <w:p>
      <w:r>
        <w:rPr>
          <w:rFonts w:ascii="Gentium Plus" w:hAnsi="Gentium Plus"/>
          <w:sz w:val="24"/>
        </w:rPr>
        <w:t>Δῆλον οὖν πῶς τοῦ σωτῆρός ἐστιν φωνὴ τὸ «Τιμῶ «τὸν πατέρα», ἥντινα, ὅση δύναμις, φιλοτιμητέον συμμαρτυρούσης ἡμῖν τῆς συνειδήσεως ἐν πνεύματι ἁγίῳ εἰπεῖν, ἀποδιδοῦσι «τῷ τὴν</w:t>
      </w:r>
    </w:p>
    <w:p>
      <w:r>
        <w:rPr>
          <w:rFonts w:ascii="Courier New" w:hAnsi="Courier New"/>
          <w:color w:val="555555"/>
          <w:sz w:val="20"/>
        </w:rPr>
        <w:t>[20 . 37 . 339]</w:t>
      </w:r>
    </w:p>
    <w:p>
      <w:r>
        <w:rPr>
          <w:rFonts w:ascii="Gentium Plus" w:hAnsi="Gentium Plus"/>
          <w:sz w:val="24"/>
        </w:rPr>
        <w:t>«τιμὴν τὴν τιμήν», καὶ μὴ ἑτέρῳ ἀπονέμουσιν αὐτήν. καὶ καλῶς γε ὁ ἐλθόντος τοῦ πληρώματος τοῦ χρόνου ἀπεσταλμένος ὑπὸ τοῦ θεοῦ γενέσθαι ἐκ γυναικὸς καὶ γενέσθαι ὑπὸ τὸν νόμον, ὡς ὑπὸ τὸν λέγοντα νόμον τυγχάνων τὸ «Τίμα τὸν πατέρα καὶ τὴν μητέρα, ἵνα</w:t>
      </w:r>
    </w:p>
    <w:p>
      <w:r>
        <w:rPr>
          <w:rFonts w:ascii="Courier New" w:hAnsi="Courier New"/>
          <w:color w:val="555555"/>
          <w:sz w:val="20"/>
        </w:rPr>
        <w:t>[5]</w:t>
      </w:r>
    </w:p>
    <w:p>
      <w:r>
        <w:rPr>
          <w:rFonts w:ascii="Gentium Plus" w:hAnsi="Gentium Plus"/>
          <w:sz w:val="24"/>
        </w:rPr>
        <w:t>«εὖ σοι γένηται», οὐδένα ἄλλον ἔχων πατέρα ἢ τὸν ἐν τοῖς οὐρανοῖς</w:t>
      </w:r>
    </w:p>
    <w:p>
      <w:r>
        <w:rPr>
          <w:rFonts w:ascii="Courier New" w:hAnsi="Courier New"/>
          <w:color w:val="555555"/>
          <w:sz w:val="20"/>
        </w:rPr>
        <w:t>[20 . 37 . 340]</w:t>
      </w:r>
    </w:p>
    <w:p>
      <w:r>
        <w:rPr>
          <w:rFonts w:ascii="Gentium Plus" w:hAnsi="Gentium Plus"/>
          <w:sz w:val="24"/>
        </w:rPr>
        <w:t>θεόν φησιν· «Ἀλλὰ τιμῶ τὸν πατέρα μου». ἐροῦμεν δὲ καὶ ἡμεῖς ταύτην τὴν φωνήν, νοήσαντες τὸ τῆς παλιγγενεσίας λουτρὸν καὶ λουσάμενοι κατ’ αὐτὸ ἐπὶ τῷ γενέσθαι υἱοὶ θεοῦ καὶ μηκέτι κα‐ λοῦντες πατέρα ἐπὶ τῆς γῆς τῷ υἱοὶ γεγονέναι τοῦ ἐν τοῖς οὐρανοῖς</w:t>
      </w:r>
    </w:p>
    <w:p>
      <w:r>
        <w:rPr>
          <w:rFonts w:ascii="Courier New" w:hAnsi="Courier New"/>
          <w:color w:val="555555"/>
          <w:sz w:val="20"/>
        </w:rPr>
        <w:t>[5]</w:t>
      </w:r>
    </w:p>
    <w:p>
      <w:r>
        <w:rPr>
          <w:rFonts w:ascii="Gentium Plus" w:hAnsi="Gentium Plus"/>
          <w:sz w:val="24"/>
        </w:rPr>
        <w:t>πατρὸς καὶ ἀδελφοὶ τοῦ εἰπόντος· «Πορεύομαι πρὸς τὸν πατέρα</w:t>
      </w:r>
    </w:p>
    <w:p>
      <w:r>
        <w:rPr>
          <w:rFonts w:ascii="Courier New" w:hAnsi="Courier New"/>
          <w:color w:val="555555"/>
          <w:sz w:val="20"/>
        </w:rPr>
        <w:t>[20 . 37 . 341]</w:t>
      </w:r>
    </w:p>
    <w:p>
      <w:r>
        <w:rPr>
          <w:rFonts w:ascii="Gentium Plus" w:hAnsi="Gentium Plus"/>
          <w:sz w:val="24"/>
        </w:rPr>
        <w:t>«μου καὶ πατέρα ὑμῶν, καὶ θεόν μου καὶ θεὸν ὑμῶν». δῆλον οὖν ὅτι κυριώτατα καὶ τελειότατα εἰπόντος τοῦ Ἰησοῦ· «Ἐγὼ δαιμόνιον «οὐκ ἔχω, ἀλλὰ τιμῶ τὸν πατέρα μου» οἱ μιμηταὶ αὐτοῦ, ἕκαστος κατὰ δύναμιν, πάντα ἰσχύσας ἐν τῷ ἐνδυναμοῦντι αὐτὸν Χριστῷ</w:t>
      </w:r>
    </w:p>
    <w:p>
      <w:r>
        <w:rPr>
          <w:rFonts w:ascii="Courier New" w:hAnsi="Courier New"/>
          <w:color w:val="555555"/>
          <w:sz w:val="20"/>
        </w:rPr>
        <w:t>[5]</w:t>
      </w:r>
    </w:p>
    <w:p>
      <w:r>
        <w:rPr>
          <w:rFonts w:ascii="Gentium Plus" w:hAnsi="Gentium Plus"/>
          <w:sz w:val="24"/>
        </w:rPr>
        <w:t>Ἰησοῦ, καὶ αὐτὸς ἐρεῖ τὸ «Ἐγὼ δαιμόνιον οὐκ ἔχω, ἀλλὰ τιμῶ τὸν «πατέρα μου». τίς δὲ νεκροῖς συνὼν καὶ ἐν τάφοις οἰκῶν δυνηθείη</w:t>
      </w:r>
    </w:p>
    <w:p>
      <w:r>
        <w:rPr>
          <w:rFonts w:ascii="Courier New" w:hAnsi="Courier New"/>
          <w:color w:val="555555"/>
          <w:sz w:val="20"/>
        </w:rPr>
        <w:t>[20 . 37 . 342]</w:t>
      </w:r>
    </w:p>
    <w:p>
      <w:r>
        <w:rPr>
          <w:rFonts w:ascii="Gentium Plus" w:hAnsi="Gentium Plus"/>
          <w:sz w:val="24"/>
        </w:rPr>
        <w:t>ἂν εἰπεῖν τὸ «Ἐγὼ δαιμόνιον οὐκ ἔχω»; ἢ τίς ἄλλο τι παρὰ τὸν θεὸν καὶ τὸν λόγον αὐτοῦ καὶ τὰ ὑπὸ τοῦ λόγου προστασσόμενα τιμῶν, ἑτέρῳ τὴν τιμὴν διδούς, δέον «τῷ τὴν τιμὴν» ἀποδιδόναι αὐτήν, εἴποι ἂν ὡς Ἰησοῦ μαθητής· «Ἀλλὰ τιμῶ τὸν πατέρα μου»;</w:t>
      </w:r>
    </w:p>
    <w:p>
      <w:r>
        <w:rPr>
          <w:rFonts w:ascii="Courier New" w:hAnsi="Courier New"/>
          <w:color w:val="555555"/>
          <w:sz w:val="20"/>
        </w:rPr>
        <w:t>[20 . 37 . 343]</w:t>
      </w:r>
    </w:p>
    <w:p>
      <w:r>
        <w:rPr>
          <w:rFonts w:ascii="Gentium Plus" w:hAnsi="Gentium Plus"/>
          <w:sz w:val="24"/>
        </w:rPr>
        <w:t>ἑξῆς ἐστιν τούτοις τὸ «Καὶ ὑμεῖς ἀτιμάζετέ με» εἰρημένον πρὸς τοὺς ἀτιμάσαντας αὐτὸν καὶ εἰπόντας αὐτῷ τὸ «Οὐ καλῶς λέγομεν ἡμεῖς «ὅτι Σαμαρείτης εἶ σὺ καὶ δαιμόνιον ἔχεις;» οἰηθέντας τὸ κακῶς εἰρημένον καλῶς λελαληκέναι· κακῶς γὰρ νοοῦντες Σαμαρείτην καὶ</w:t>
      </w:r>
    </w:p>
    <w:p>
      <w:r>
        <w:rPr>
          <w:rFonts w:ascii="Courier New" w:hAnsi="Courier New"/>
          <w:color w:val="555555"/>
          <w:sz w:val="20"/>
        </w:rPr>
        <w:t>[20 . 37 . 344]</w:t>
      </w:r>
    </w:p>
    <w:p>
      <w:r>
        <w:rPr>
          <w:rFonts w:ascii="Gentium Plus" w:hAnsi="Gentium Plus"/>
          <w:sz w:val="24"/>
        </w:rPr>
        <w:t>δαιμόνιον ἔχοντα τὸν σωτῆρα ἀπεφήναντο. νομιστέον δὲ τὸ «Καὶ «ὑμεῖς ἀτιμάζετέ με» οὐχὶ καὶ ἐκείνοις μόνοις εἰρῆσθαι τότε ἀλλὰ καὶ τοῖς ἀεὶ ἀτιμάζουσι, δι’ ὧν πράττουσι παρὰ τὸν ὀρθὸν λόγον τὸν τοῦ θεοῦ, καὶ ἀτιμάζουσιν δι’ ὧν ἀδικοῦσιν τὸν χριστόν, ὅς</w:t>
      </w:r>
    </w:p>
    <w:p>
      <w:r>
        <w:rPr>
          <w:rFonts w:ascii="Courier New" w:hAnsi="Courier New"/>
          <w:color w:val="555555"/>
          <w:sz w:val="20"/>
        </w:rPr>
        <w:t>[5]</w:t>
      </w:r>
    </w:p>
    <w:p>
      <w:r>
        <w:rPr>
          <w:rFonts w:ascii="Gentium Plus" w:hAnsi="Gentium Plus"/>
          <w:sz w:val="24"/>
        </w:rPr>
        <w:t>ἐστιν δικαιοσύνη, καὶ ἀτιμάζουσιν δι’ ὧν κατὰ ἀδυναμίαν καὶ ἀσθέ‐ νειαν ἐπιτελοῦσιν τὴν τοῦ θεοῦ δύναμιν, ἥτις ἐστὶν ὁ σωτήρ·</w:t>
      </w:r>
    </w:p>
    <w:p>
      <w:r>
        <w:rPr>
          <w:rFonts w:ascii="Courier New" w:hAnsi="Courier New"/>
          <w:color w:val="555555"/>
          <w:sz w:val="20"/>
        </w:rPr>
        <w:t>[20 . 37 . 345]</w:t>
      </w:r>
    </w:p>
    <w:p>
      <w:r>
        <w:rPr>
          <w:rFonts w:ascii="Gentium Plus" w:hAnsi="Gentium Plus"/>
          <w:sz w:val="24"/>
        </w:rPr>
        <w:t>«Χριστὸς γὰρ θεοῦ δύναμις». καὶ παντὶ δὲ τῷ ἐξουδενοῦντι σοφίαν λεχθείη ἂν τὸ «Ὑμεῖς ἀτιμάζετέ με», ἐπείπερ Χριστὸς καὶ σοφία</w:t>
      </w:r>
    </w:p>
    <w:p>
      <w:r>
        <w:rPr>
          <w:rFonts w:ascii="Courier New" w:hAnsi="Courier New"/>
          <w:color w:val="555555"/>
          <w:sz w:val="20"/>
        </w:rPr>
        <w:t>[20 . 37 . 346]</w:t>
      </w:r>
    </w:p>
    <w:p>
      <w:r>
        <w:rPr>
          <w:rFonts w:ascii="Gentium Plus" w:hAnsi="Gentium Plus"/>
          <w:sz w:val="24"/>
        </w:rPr>
        <w:t>ἐστίν. ἀλλὰ καὶ εἰ δέον τὸ ἐξ αὐτοῦ τινα μετὰ πάντων ἀνθρώπων εἰρηνεύειν, ὥστ’ ἂν εἰπεῖν τὸ προφητικὸν ἐκεῖνο· «Μετὰ τῶν μι‐ σούντων τὴν εἰρήνην ἤμην εἰρηνικός», καὶ δέον ἀναλαβεῖν τὴν ὑπερέχουσαν θεοῦ πάντα νοῦν εἰρήνην, φρουροῦσαν τὴν καρδίαν</w:t>
      </w:r>
    </w:p>
    <w:p>
      <w:r>
        <w:rPr>
          <w:rFonts w:ascii="Courier New" w:hAnsi="Courier New"/>
          <w:color w:val="555555"/>
          <w:sz w:val="20"/>
        </w:rPr>
        <w:t>[20 . 37 . 347]</w:t>
      </w:r>
    </w:p>
    <w:p>
      <w:r>
        <w:rPr>
          <w:rFonts w:ascii="Gentium Plus" w:hAnsi="Gentium Plus"/>
          <w:sz w:val="24"/>
        </w:rPr>
        <w:t>καὶ τὰ νοήματα τοῦ ἀνειληφότος αὐτήν. εἰ δὲ πολεμικός τις εἴη καὶ δάκνων καὶ καταιτιώμενος καὶ κατεσθίων τὸν πλησίον καὶ πεπληρωμένος τῆς ἐν τῷ ἡγεμονικῷ ἑαυτοῦ στάσεως τῶν παθῶν, καὶ τούτῳ ἂν λεχθείη τὸ «Ὑμεῖς ἀτιμάζετέ με». Χριστὸς γάρ ἐστιν</w:t>
      </w:r>
    </w:p>
    <w:p>
      <w:r>
        <w:rPr>
          <w:rFonts w:ascii="Courier New" w:hAnsi="Courier New"/>
          <w:color w:val="555555"/>
          <w:sz w:val="20"/>
        </w:rPr>
        <w:t>[20 . 37 . 348]</w:t>
      </w:r>
    </w:p>
    <w:p>
      <w:r>
        <w:rPr>
          <w:rFonts w:ascii="Gentium Plus" w:hAnsi="Gentium Plus"/>
          <w:sz w:val="24"/>
        </w:rPr>
        <w:t>ἡ εἰρήνη ἡμῶν. ἔτι δὲ ἐπείπερ «Πᾶς ὁ φαῦλα πράσσων μισεῖ τὸ «φῶς καὶ οὐκ ἔρχεται πρὸς τὸ φῶς», φῶς δέ ἐστιν ὁ εἰπών· «Ἐγώ</w:t>
      </w:r>
    </w:p>
    <w:p>
      <w:r>
        <w:rPr>
          <w:rFonts w:ascii="Courier New" w:hAnsi="Courier New"/>
          <w:color w:val="555555"/>
          <w:sz w:val="20"/>
        </w:rPr>
        <w:t>[20 . 37 . 349]</w:t>
      </w:r>
    </w:p>
    <w:p>
      <w:r>
        <w:rPr>
          <w:rFonts w:ascii="Gentium Plus" w:hAnsi="Gentium Plus"/>
          <w:sz w:val="24"/>
        </w:rPr>
        <w:t>«ἀτιμάζετέ με». καὶ τί με δεῖ ἐπὶ πλέον μηκύνειν τὸν λόγον, ἀναπτύσσοντα καὶ δεικνύντα τίνες εἰσὶν οἱ ἐλεγχόμενοι ὑπὸ τοῦ Ἰησοῦ καὶ ἀκούοντες ὑπ’ αὐτοῦ τὸ «Ὑμεῖς ἀτιμάζετέ με», σαφῶν ὄντων ἐκ τῶν ἀποδεδομένων καὶ τῶν δυναμένων τούτοις ἀκολούθως</w:t>
      </w:r>
    </w:p>
    <w:p>
      <w:r>
        <w:rPr>
          <w:rFonts w:ascii="Courier New" w:hAnsi="Courier New"/>
          <w:color w:val="555555"/>
          <w:sz w:val="20"/>
        </w:rPr>
        <w:t>[5]</w:t>
      </w:r>
    </w:p>
    <w:p>
      <w:r>
        <w:rPr>
          <w:rFonts w:ascii="Gentium Plus" w:hAnsi="Gentium Plus"/>
          <w:sz w:val="24"/>
        </w:rPr>
        <w:t>αὐτοῖς συνάπτεσθαι;</w:t>
      </w:r>
    </w:p>
    <w:p>
      <w:r>
        <w:rPr>
          <w:rFonts w:ascii="Courier New" w:hAnsi="Courier New"/>
          <w:color w:val="555555"/>
          <w:sz w:val="20"/>
        </w:rPr>
        <w:t>[20 . 38 . 350]</w:t>
      </w:r>
    </w:p>
    <w:p>
      <w:r>
        <w:rPr>
          <w:rFonts w:ascii="Gentium Plus" w:hAnsi="Gentium Plus"/>
          <w:sz w:val="24"/>
        </w:rPr>
        <w:t>Μετὰ ταῦτα ἴδωμεν, τί ἐστιν τὸ «Ἐγὼ δὲ οὐ «ζητῶ τὴν δόξαν μου· ἔστιν ὁ ζητῶν καὶ κρίνων». ζητεῖ ὁ θεός, δοὺς ἡμῖν τὸν υἱὸν ἑαυτοῦ, ἐν ἑκάστῳ τῶν εἰληφότων αὐτὸν τὴν δόξαν τοῦ χριστοῦ· ἥντινα εὑρήσει μὲν ἐν τοῖς ἐπιμελουμένοις ἑαυ‐</w:t>
      </w:r>
    </w:p>
    <w:p>
      <w:r>
        <w:rPr>
          <w:rFonts w:ascii="Courier New" w:hAnsi="Courier New"/>
          <w:color w:val="555555"/>
          <w:sz w:val="20"/>
        </w:rPr>
        <w:t>[5]</w:t>
      </w:r>
    </w:p>
    <w:p>
      <w:r>
        <w:rPr>
          <w:rFonts w:ascii="Gentium Plus" w:hAnsi="Gentium Plus"/>
          <w:sz w:val="24"/>
        </w:rPr>
        <w:t>τῶν, καὶ ἐξεργαζομένοις τὰς ἐγκαταφυτευθείσας ἐπ’ ἀρετῇ ἀφορμάς· οὐχ εὑρήσει δὲ ἐν τοῖς μὴ τοιούτοις, καὶ μὴ εὑρίσκων κρινεῖ ἐκείνους ἐν οἷς οὐχ εὑρίσκει τὴν δόξαν τοῦ υἱοῦ ἑαυτοῦ, πρὸς οὓς ἐρεῖ· «Διὰ «ὑμᾶς διαπαντὸς τὸ ὄνομά μου βλασφημεῖται ἐν τοῖς ἔθνεσιν».</w:t>
      </w:r>
    </w:p>
    <w:p>
      <w:r>
        <w:rPr>
          <w:rFonts w:ascii="Courier New" w:hAnsi="Courier New"/>
          <w:color w:val="555555"/>
          <w:sz w:val="20"/>
        </w:rPr>
        <w:t>[20 . 38 . 351]</w:t>
      </w:r>
    </w:p>
    <w:p>
      <w:r>
        <w:rPr>
          <w:rFonts w:ascii="Gentium Plus" w:hAnsi="Gentium Plus"/>
          <w:sz w:val="24"/>
        </w:rPr>
        <w:t>ἐπαπορήσαι δ’ ἄν τις διὰ τὸ «Ἔστιν ὁ ζητῶν καὶ κρίνων», εἰ χρὴ τοῦτο ἀναφέρειν ἐπὶ τὸν θεόν, σαφῶς τοῦ σωτῆρος εἰρηκότος· «Οὐδὲ γὰρ ὁ πατὴρ κρίνει οὐδένα, ἀλλὰ τὴν κρίσιν πᾶσαν δέδωκεν «τῷ υἱῷ, ἵνα πάντες τιμῶσιν τὸν υἱὸν καθὼς τιμῶσι τὸν πατέρα».</w:t>
      </w:r>
    </w:p>
    <w:p>
      <w:r>
        <w:rPr>
          <w:rFonts w:ascii="Courier New" w:hAnsi="Courier New"/>
          <w:color w:val="555555"/>
          <w:sz w:val="20"/>
        </w:rPr>
        <w:t>[20 . 38 . 352]</w:t>
      </w:r>
    </w:p>
    <w:p>
      <w:r>
        <w:rPr>
          <w:rFonts w:ascii="Gentium Plus" w:hAnsi="Gentium Plus"/>
          <w:sz w:val="24"/>
        </w:rPr>
        <w:t>ἀλλ’ ὅρα εἰ δύνασαι πρὸς τοῦτο χρήσασθαι τῷ «Οὐ δύναμαι ἐγὼ «ποιεῖν ἀπ’ ἐμαυτοῦ οὐδέν· καθὼς ἀκούω κρίνω, καὶ ἡ κρίσις ἡ ἐμὴ «δικαία ἐστίν, ὅτι οὐ ζητῶ τὸ θέλημα τὸ ἐμόν, ἀλλὰ τὸ θέλημα τοῦ</w:t>
      </w:r>
    </w:p>
    <w:p>
      <w:r>
        <w:rPr>
          <w:rFonts w:ascii="Courier New" w:hAnsi="Courier New"/>
          <w:color w:val="555555"/>
          <w:sz w:val="20"/>
        </w:rPr>
        <w:t>[20 . 38 . 353]</w:t>
      </w:r>
    </w:p>
    <w:p>
      <w:r>
        <w:rPr>
          <w:rFonts w:ascii="Gentium Plus" w:hAnsi="Gentium Plus"/>
          <w:sz w:val="24"/>
        </w:rPr>
        <w:t>«πέμψαντός με». εἰ γὰρ καθὼς ἀκούει ὁ σωτὴρ ἡμῶν ἀπὸ τοῦ πατρὸς οὕτως κρίνει, ζητῶν οὐ τὸ ἴδιον θέλημα ἀλλὰ τοῦ πέμ‐ ψαντος αὐτὸν πατρός, καὶ διὰ τοῦτο δικαία ἐστὶν ἡ κρίσις αὐτοῦ, μήποτε κυριώτερον ἡ κρίσις ἣν κρίνει ὁ ἀκούων οὐκ ἔστιν τοῦ</w:t>
      </w:r>
    </w:p>
    <w:p>
      <w:r>
        <w:rPr>
          <w:rFonts w:ascii="Courier New" w:hAnsi="Courier New"/>
          <w:color w:val="555555"/>
          <w:sz w:val="20"/>
        </w:rPr>
        <w:t>[20 . 38 . 354]</w:t>
      </w:r>
    </w:p>
    <w:p>
      <w:r>
        <w:rPr>
          <w:rFonts w:ascii="Gentium Plus" w:hAnsi="Gentium Plus"/>
          <w:sz w:val="24"/>
        </w:rPr>
        <w:t>ἀκούοντος ἀλλὰ τοῦ λέγοντος ἀκούοντι. κἂν λέγῃ δὲ ὅτι «Ἡ κρίσις «ἡ ἐμὴ δικαία ἐστίν», ἄκουε ἐν τῷ αὐτῷ εὐαγγελίῳ λεγομένου τοῦ «Πάντα τὰ ἐμὰ σά ἐστιν». εἰ γὰρ ἀληθὲς ὑπὸ τοῦ σωτῆρος εἰρη‐ μένον τὸ «Πάντα τὰ ἐμὰ σά ἐστι», δῆλον ὅτι καὶ αὐτὴ ἡ κρίσις περὶ</w:t>
      </w:r>
    </w:p>
    <w:p>
      <w:r>
        <w:rPr>
          <w:rFonts w:ascii="Courier New" w:hAnsi="Courier New"/>
          <w:color w:val="555555"/>
          <w:sz w:val="20"/>
        </w:rPr>
        <w:t>[5]</w:t>
      </w:r>
    </w:p>
    <w:p>
      <w:r>
        <w:rPr>
          <w:rFonts w:ascii="Gentium Plus" w:hAnsi="Gentium Plus"/>
          <w:sz w:val="24"/>
        </w:rPr>
        <w:t>ἧς φησιν· «Ἡ κρίσις ἡ ἐμὴ δικαία ἐστίν» τοῦ πατρός ἐστιν κρίσις.</w:t>
      </w:r>
    </w:p>
    <w:p>
      <w:r>
        <w:rPr>
          <w:rFonts w:ascii="Courier New" w:hAnsi="Courier New"/>
          <w:color w:val="555555"/>
          <w:sz w:val="20"/>
        </w:rPr>
        <w:t>[20 . 38 . 355]</w:t>
      </w:r>
    </w:p>
    <w:p>
      <w:r>
        <w:rPr>
          <w:rFonts w:ascii="Gentium Plus" w:hAnsi="Gentium Plus"/>
          <w:sz w:val="24"/>
        </w:rPr>
        <w:t>εἰ δὲ τοῦ πατρός ἐστιν κρίσις, δύναται λελύσθαι τὸ ἐπηπορημένον περὶ 〈τοῦ〉 «Ἐγὼ δὲ οὐ ζητῶ τὴν δόξαν μου· ἔστιν ὁ ζητῶν καὶ</w:t>
      </w:r>
    </w:p>
    <w:p>
      <w:r>
        <w:rPr>
          <w:rFonts w:ascii="Courier New" w:hAnsi="Courier New"/>
          <w:color w:val="555555"/>
          <w:sz w:val="20"/>
        </w:rPr>
        <w:t>[20 . 38 . 356]</w:t>
      </w:r>
    </w:p>
    <w:p>
      <w:r>
        <w:rPr>
          <w:rFonts w:ascii="Gentium Plus" w:hAnsi="Gentium Plus"/>
          <w:sz w:val="24"/>
        </w:rPr>
        <w:t>«κρίνων». ἔχει δέ τινα καὶ ἀτυφίας ἔμφασιν πρεπούσης τῷ σωτῆρι τὸ λεγόμενον ἐν τῷ «Ἐγὼ δὲ οὐ ζητῶ τὴν δόξαν μου»· οὐδὲ γὰρ πάνυ ἔπρεπεν αὐτὸν τὴν ἑαυτοῦ δόξαν ἀπαιτεῖν καὶ ἐπὶ τούτῳ</w:t>
      </w:r>
    </w:p>
    <w:p>
      <w:r>
        <w:rPr>
          <w:rFonts w:ascii="Courier New" w:hAnsi="Courier New"/>
          <w:color w:val="555555"/>
          <w:sz w:val="20"/>
        </w:rPr>
        <w:t>[5]</w:t>
      </w:r>
    </w:p>
    <w:p>
      <w:r>
        <w:rPr>
          <w:rFonts w:ascii="Gentium Plus" w:hAnsi="Gentium Plus"/>
          <w:sz w:val="24"/>
        </w:rPr>
        <w:t>δεδωκότα τῷ υἱῷ ἀπαιτεῖν αὐτὴν ἀπὸ τῶν ἀποστερούντων καὶ</w:t>
      </w:r>
    </w:p>
    <w:p>
      <w:r>
        <w:rPr>
          <w:rFonts w:ascii="Courier New" w:hAnsi="Courier New"/>
          <w:color w:val="555555"/>
          <w:sz w:val="20"/>
        </w:rPr>
        <w:t>[20 . 38 . 357]</w:t>
      </w:r>
    </w:p>
    <w:p>
      <w:r>
        <w:rPr>
          <w:rFonts w:ascii="Gentium Plus" w:hAnsi="Gentium Plus"/>
          <w:sz w:val="24"/>
        </w:rPr>
        <w:t>κρίνειν αὐτοὺς ἐπὶ ταύτῃ. τάχα δὲ καὶ ὁ σωτήρ, μιμητὴς ὢν τοῦ πατρός, ζητεῖ τὴν δόξαν τοῦ θεοῦ ἀπὸ τῶν μανθανόντων τὰ περὶ θεοῦ· καὶ εἰ μὴ εὕροι τὴν τοῦ πατρὸς δόξαν ἔν τισιν, κρίναι ἂν ἐκείνους, ὡς ἐξουσίαν λαβὼν κρίσιν ποιεῖν, ὅτι υἱὸς ἀνθρώπου</w:t>
      </w:r>
    </w:p>
    <w:p>
      <w:r>
        <w:rPr>
          <w:rFonts w:ascii="Courier New" w:hAnsi="Courier New"/>
          <w:color w:val="555555"/>
          <w:sz w:val="20"/>
        </w:rPr>
        <w:t>[5]</w:t>
      </w:r>
    </w:p>
    <w:p>
      <w:r>
        <w:rPr>
          <w:rFonts w:ascii="Gentium Plus" w:hAnsi="Gentium Plus"/>
          <w:sz w:val="24"/>
        </w:rPr>
        <w:t>ἐστίν.</w:t>
      </w:r>
    </w:p>
    <w:p>
      <w:r>
        <w:rPr>
          <w:rFonts w:ascii="Courier New" w:hAnsi="Courier New"/>
          <w:color w:val="555555"/>
          <w:sz w:val="20"/>
        </w:rPr>
        <w:t>[20 . 38 . 358]</w:t>
      </w:r>
    </w:p>
    <w:p>
      <w:r>
        <w:rPr>
          <w:rFonts w:ascii="Gentium Plus" w:hAnsi="Gentium Plus"/>
          <w:sz w:val="24"/>
        </w:rPr>
        <w:t>Ὁ μέντοι γε Ἡρακλέων τὸ «Ἔστιν ὁ ζητῶν καὶ κρίνων» οὐκ ἀναφέρει ἐπὶ τὸν πατέρα, τοιαῦτα λέγων· ὁ ζητῶν καὶ κρίνων ἐστὶν ὁ ἐκδικῶν με, ὁ ὑπηρέτης ὁ εἰς τοῦτο τεταγμένος, ὁ μὴ εἰκῇ τὴν μάχαιραν φορῶν, ὁ ἔκδικος</w:t>
      </w:r>
    </w:p>
    <w:p>
      <w:r>
        <w:rPr>
          <w:rFonts w:ascii="Courier New" w:hAnsi="Courier New"/>
          <w:color w:val="555555"/>
          <w:sz w:val="20"/>
        </w:rPr>
        <w:t>[5]</w:t>
      </w:r>
    </w:p>
    <w:p>
      <w:r>
        <w:rPr>
          <w:rFonts w:ascii="Gentium Plus" w:hAnsi="Gentium Plus"/>
          <w:sz w:val="24"/>
        </w:rPr>
        <w:t>τοῦ βασιλέως· Μωσῆς δέ ἐστιν οὗτος, καθ’ ἃ προείρηκεν</w:t>
      </w:r>
    </w:p>
    <w:p>
      <w:r>
        <w:rPr>
          <w:rFonts w:ascii="Courier New" w:hAnsi="Courier New"/>
          <w:color w:val="555555"/>
          <w:sz w:val="20"/>
        </w:rPr>
        <w:t>[20 . 38 . 359]</w:t>
      </w:r>
    </w:p>
    <w:p>
      <w:r>
        <w:rPr>
          <w:rFonts w:ascii="Gentium Plus" w:hAnsi="Gentium Plus"/>
          <w:sz w:val="24"/>
        </w:rPr>
        <w:t>αὐτοῖς λέγων· «Εἰς ὃν ὑμεῖς ἠλπίσατε». εἶτ’ ἐπιφέρει ὅτι ὁ κρίνων καὶ κολάζων ἐστὶν Μωσῆς, τουτέστιν αὐτὸς</w:t>
      </w:r>
    </w:p>
    <w:p>
      <w:r>
        <w:rPr>
          <w:rFonts w:ascii="Courier New" w:hAnsi="Courier New"/>
          <w:color w:val="555555"/>
          <w:sz w:val="20"/>
        </w:rPr>
        <w:t>[20 . 38 . 360]</w:t>
      </w:r>
    </w:p>
    <w:p>
      <w:r>
        <w:rPr>
          <w:rFonts w:ascii="Gentium Plus" w:hAnsi="Gentium Plus"/>
          <w:sz w:val="24"/>
        </w:rPr>
        <w:t>ὁ νομοθέτης. καὶ μετὰ τοῦτο πρὸς ἑαυτὸν ἐπαπορεῖ ὁ Ἡρακλέων λέγων· πῶς οὖν οὐ λέγει τὴν κρίσιν πᾶσαν</w:t>
      </w:r>
    </w:p>
    <w:p>
      <w:r>
        <w:rPr>
          <w:rFonts w:ascii="Courier New" w:hAnsi="Courier New"/>
          <w:color w:val="555555"/>
          <w:sz w:val="20"/>
        </w:rPr>
        <w:t>[20 . 38 . 361]</w:t>
      </w:r>
    </w:p>
    <w:p>
      <w:r>
        <w:rPr>
          <w:rFonts w:ascii="Gentium Plus" w:hAnsi="Gentium Plus"/>
          <w:sz w:val="24"/>
        </w:rPr>
        <w:t>παραδεδόσθαι αὐτῷ; καὶ νομίζων λύειν τὴν ἀνθυποφορὰν ταῦτά φησιν· καλῶς λέγει· ὁ γὰρ κριτὴς ὡς ὑπηρέτης τὸ θέλημα τούτου ποιῶν κρίνει, ὥσπερ καὶ ἐπὶ τῶν ἀν‐</w:t>
      </w:r>
    </w:p>
    <w:p>
      <w:r>
        <w:rPr>
          <w:rFonts w:ascii="Courier New" w:hAnsi="Courier New"/>
          <w:color w:val="555555"/>
          <w:sz w:val="20"/>
        </w:rPr>
        <w:t>[20 . 38 . 362]</w:t>
      </w:r>
    </w:p>
    <w:p>
      <w:r>
        <w:rPr>
          <w:rFonts w:ascii="Gentium Plus" w:hAnsi="Gentium Plus"/>
          <w:sz w:val="24"/>
        </w:rPr>
        <w:t>θρώπων φαίνεται γινόμενον. πῶς δὲ ἄλλῳ τινὶ ἀνατίθησι τὴν κρίσιν ὡς ὑποδεεστέρῳ τοῦ σωτῆρος, καθ’ ὃ νομίζει, τῷ δημιουργῷ, οὐδ’ οὕτω ἀποδεῖξαι δύναται, σαφῶς γεγραμμένου τοῦ «Οὐδὲ γὰρ ὁ πατὴρ κρίνει οὐδένα, ἀλλὰ τὴν κρίσιν πᾶσαν</w:t>
      </w:r>
    </w:p>
    <w:p>
      <w:r>
        <w:rPr>
          <w:rFonts w:ascii="Courier New" w:hAnsi="Courier New"/>
          <w:color w:val="555555"/>
          <w:sz w:val="20"/>
        </w:rPr>
        <w:t>[5]</w:t>
      </w:r>
    </w:p>
    <w:p>
      <w:r>
        <w:rPr>
          <w:rFonts w:ascii="Gentium Plus" w:hAnsi="Gentium Plus"/>
          <w:sz w:val="24"/>
        </w:rPr>
        <w:t>«δέδωκεν τῷ υἱῷ»· καὶ τοῦ «Ἐξουσίαν ἔδωκεν αὐτῷ κρίσιν «ποιεῖν, ὅτι υἱὸς ἀνθρώπου ἐστίν».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[20 . 39 n]</w:t>
      </w:r>
    </w:p>
    <w:p>
      <w:r>
        <w:rPr>
          <w:rFonts w:ascii="Gentium Plus" w:hAnsi="Gentium Plus"/>
          <w:sz w:val="24"/>
        </w:rPr>
        <w:t>Ἀμὴν ἀμὴν λέγω ὑμῖν, ἐάν τις τὸν ἐμὸν λόγον τηρήσῃ, θάνατον οὐ μὴ θεωρήσῃ εἰς τὸν αἰῶνα.</w:t>
      </w:r>
    </w:p>
    <w:p>
      <w:r>
        <w:rPr>
          <w:rFonts w:ascii="Courier New" w:hAnsi="Courier New"/>
          <w:color w:val="555555"/>
          <w:sz w:val="20"/>
        </w:rPr>
        <w:t>[20 . 39 . 363]</w:t>
      </w:r>
    </w:p>
    <w:p>
      <w:r>
        <w:rPr>
          <w:rFonts w:ascii="Gentium Plus" w:hAnsi="Gentium Plus"/>
          <w:sz w:val="24"/>
        </w:rPr>
        <w:t>Ὥσπερ ἐστίν τις ζωὴ ἀδιάφορος, ἡ μήτε ἀγαθὸν μήτε κακὸν τυγχάνουσα, καθ’ ἣν λέγομεν ζῆν καὶ τοὺς ἀσεβεῖς καὶ τὰ ἄλογα ζῷα· καὶ ἑτέρα διάφορος ἀλλὰ ἀγαθόν, περὶ ἧς φησιν ὁ Παῦλος· «Ἡ ζωὴ † ἡμῶν κέκρυπται σὺν τῷ χριστῷ ἐν τῷ θεῷ»·</w:t>
      </w:r>
    </w:p>
    <w:p>
      <w:r>
        <w:rPr>
          <w:rFonts w:ascii="Courier New" w:hAnsi="Courier New"/>
          <w:color w:val="555555"/>
          <w:sz w:val="20"/>
        </w:rPr>
        <w:t>[5]</w:t>
      </w:r>
    </w:p>
    <w:p>
      <w:r>
        <w:rPr>
          <w:rFonts w:ascii="Gentium Plus" w:hAnsi="Gentium Plus"/>
          <w:sz w:val="24"/>
        </w:rPr>
        <w:t>καὶ αὐτὸς ὁ κύριος ἡμῶν περὶ ἑαυτοῦ· «Ἐγώ εἰμι ἡ ζωή», οὕτως τὸν μὲν ἐναντίον τῇ ἀδιαφόρῳ ζωῇ θάνατον ἀδιάφορον ἐρεῖς· τὸν</w:t>
      </w:r>
    </w:p>
    <w:p>
      <w:r>
        <w:rPr>
          <w:rFonts w:ascii="Courier New" w:hAnsi="Courier New"/>
          <w:color w:val="555555"/>
          <w:sz w:val="20"/>
        </w:rPr>
        <w:t>[20 . 39 . 364]</w:t>
      </w:r>
    </w:p>
    <w:p>
      <w:r>
        <w:rPr>
          <w:rFonts w:ascii="Gentium Plus" w:hAnsi="Gentium Plus"/>
          <w:sz w:val="24"/>
        </w:rPr>
        <w:t>γραπται· «Ἔσχατος ἐχθρὸς καταργεῖται ὁ θάνατος». καὶ περὶ τού‐ του γε τοῦ θανάτου νομιστέον λέγειν τὸν ἀπόστολον ταῦτα· «Διὰ «τοῦτο ὥσπερ δι’ ἑνὸς ἀνθρώπου ἡ ἁμαρτία εἰς τὸν κόσμον εἰσῆλ‐ «θεν καὶ διὰ τῆς ἁμαρτίας ὁ θάνατος, καὶ οὕτως εἰς πάντας ἀν‐</w:t>
      </w:r>
    </w:p>
    <w:p>
      <w:r>
        <w:rPr>
          <w:rFonts w:ascii="Courier New" w:hAnsi="Courier New"/>
          <w:color w:val="555555"/>
          <w:sz w:val="20"/>
        </w:rPr>
        <w:t>[5]</w:t>
      </w:r>
    </w:p>
    <w:p>
      <w:r>
        <w:rPr>
          <w:rFonts w:ascii="Gentium Plus" w:hAnsi="Gentium Plus"/>
          <w:sz w:val="24"/>
        </w:rPr>
        <w:t>«θρώπους ὁ θάνατος διῆλθεν, ἐφ’ ᾧ πάντες ἥμαρτον· ἄχρι γὰρ «νόμου ἡ ἁμαρτία ἦν ἐν κόσμῳ (ἁμαρτία γὰρ οὐκ ἐλλογεῖται μὴ «ὄντος νόμου), ἀλλ’ ἐβασίλευσεν ὁ θάνατος ἀπὸ Ἀδὰμ μέχρι Μωσέως «καὶ ἐπὶ τοὺς μὴ ἁμαρτήσαντας ἐπὶ τῷ ὁμοιώματι τῆς παραβάσεως «Ἀδάμ»· καὶ μετ’ ὀλίγα· «Εἰ γὰρ ἐν ἑνὸς παραπτώματι ὁ θάνατος</w:t>
      </w:r>
    </w:p>
    <w:p>
      <w:r>
        <w:rPr>
          <w:rFonts w:ascii="Courier New" w:hAnsi="Courier New"/>
          <w:color w:val="555555"/>
          <w:sz w:val="20"/>
        </w:rPr>
        <w:t>[10]</w:t>
      </w:r>
    </w:p>
    <w:p>
      <w:r>
        <w:rPr>
          <w:rFonts w:ascii="Gentium Plus" w:hAnsi="Gentium Plus"/>
          <w:sz w:val="24"/>
        </w:rPr>
        <w:t>«ἐβασίλευσεν διὰ τοῦ ἑνός, πολλῷ μᾶλλον οἱ τὴν περισσείαν τῆς «χάριτος καὶ τῆς δικαιοσύνης λαμβάνοντες ἐν ζωῇ βασιλεύσουσιν</w:t>
      </w:r>
    </w:p>
    <w:p>
      <w:r>
        <w:rPr>
          <w:rFonts w:ascii="Courier New" w:hAnsi="Courier New"/>
          <w:color w:val="555555"/>
          <w:sz w:val="20"/>
        </w:rPr>
        <w:t>[20 . 39 . 365]</w:t>
      </w:r>
    </w:p>
    <w:p>
      <w:r>
        <w:rPr>
          <w:rFonts w:ascii="Gentium Plus" w:hAnsi="Gentium Plus"/>
          <w:sz w:val="24"/>
        </w:rPr>
        <w:t>«διὰ τοῦ ἑνὸς Χριστοῦ Ἰησοῦ». τίς γάρ ἐστιν ὁ διὰ τῆς ἁμαρτίας θάνατος εἰς τὸν κόσμον εἰσελθών, ἢ ὁ ἔσχατος ἐχθρὸς Χριστοῦ καταργηθησόμενος; καὶ τίς ὁ εἰς πάντας ἀνθρώπους θάνατος διελ‐ θών, τῷ πάντας ἡμαρτηκέναι, ἢ αὐτὸς οὗτος ὃς καὶ ἐβασίλευσεν</w:t>
      </w:r>
    </w:p>
    <w:p>
      <w:r>
        <w:rPr>
          <w:rFonts w:ascii="Courier New" w:hAnsi="Courier New"/>
          <w:color w:val="555555"/>
          <w:sz w:val="20"/>
        </w:rPr>
        <w:t>[20 . 39 . 366]</w:t>
      </w:r>
    </w:p>
    <w:p>
      <w:r>
        <w:rPr>
          <w:rFonts w:ascii="Gentium Plus" w:hAnsi="Gentium Plus"/>
          <w:sz w:val="24"/>
        </w:rPr>
        <w:t>ἀπὸ Ἀδὰμ μέχρι Μωσέως; Μωσῆς δέ, τουτέστιν ὁ νόμος, ἦν μέχρι τῆς τοῦ κυρίου ἡμῶν Ἰησοῦ ἐπιδημίας, καὶ ἐβασίλευσέν γε ἐν ἑνὸς παραπτώματι διὰ τοῦ ἑνός, ἕως οἱ τὴν περισσείαν τῆς χάριτος καὶ τῆς δικαιοσύνης λαβόντες ἐν ζωῇ βασιλεύσωσι διὰ τοῦ ἑνὸς Χριστοῦ</w:t>
      </w:r>
    </w:p>
    <w:p>
      <w:r>
        <w:rPr>
          <w:rFonts w:ascii="Courier New" w:hAnsi="Courier New"/>
          <w:color w:val="555555"/>
          <w:sz w:val="20"/>
        </w:rPr>
        <w:t>[20 . 39 . 367]</w:t>
      </w:r>
    </w:p>
    <w:p>
      <w:r>
        <w:rPr>
          <w:rFonts w:ascii="Gentium Plus" w:hAnsi="Gentium Plus"/>
          <w:sz w:val="24"/>
        </w:rPr>
        <w:t>Ἰησοῦ. τοῦτον οὖν τὸν θάνατον οὐ θεωρήσει εἰς τὸν αἰῶνα ὁ τὸν λόγον τοῦ μονογενοῦς καὶ πρωτοτόκου πάσης κτίσεως τηρήσας,</w:t>
      </w:r>
    </w:p>
    <w:p>
      <w:r>
        <w:rPr>
          <w:rFonts w:ascii="Courier New" w:hAnsi="Courier New"/>
          <w:color w:val="555555"/>
          <w:sz w:val="20"/>
        </w:rPr>
        <w:t>[20 . 39 . 368]</w:t>
      </w:r>
    </w:p>
    <w:p>
      <w:r>
        <w:rPr>
          <w:rFonts w:ascii="Gentium Plus" w:hAnsi="Gentium Plus"/>
          <w:sz w:val="24"/>
        </w:rPr>
        <w:t>πεφυκότα κωλύειν θεωρεῖσθαι τὸν θάνατον. οὕτω δὲ ἀκουστέον τοῦ «Ἐάν τις τὸν ἐμὸν λόγον τηρήσῃ, θάνατον οὐ μὴ θεωρήσῃ εἰς «τὸν αἰῶνα», ὡς εἰ χαρισάμενος ὁ ταῦτα λέγων φῶς τοῖς ἀκούουσιν ἔφασκεν αὐτοῖς· ἐάν τις τὸ ἐμὸν τοῦτο τηρήσῃ φῶς, σκότος οὐ μὴ</w:t>
      </w:r>
    </w:p>
    <w:p>
      <w:r>
        <w:rPr>
          <w:rFonts w:ascii="Courier New" w:hAnsi="Courier New"/>
          <w:color w:val="555555"/>
          <w:sz w:val="20"/>
        </w:rPr>
        <w:t>[20 . 39 . 369]</w:t>
      </w:r>
    </w:p>
    <w:p>
      <w:r>
        <w:rPr>
          <w:rFonts w:ascii="Gentium Plus" w:hAnsi="Gentium Plus"/>
          <w:sz w:val="24"/>
        </w:rPr>
        <w:t>θεωρήσῃ εἰς τὸν αἰῶνα. ἀδύνατον γὰρ γενέσθαι σκότος τῷ τηροῦντι τὸ φῶς· εἰ μέντοι γε ἀπολέσαι τις τοῦτο τὸ φῶς, ἕπεται τῷ ἀπο‐ λωλεκότι εὐθέως ἰδεῖν τὸ σκότος. οὕτω τοίνυν καὶ ἐν τῷ λόγῳ</w:t>
      </w:r>
    </w:p>
    <w:p>
      <w:r>
        <w:rPr>
          <w:rFonts w:ascii="Courier New" w:hAnsi="Courier New"/>
          <w:color w:val="555555"/>
          <w:sz w:val="20"/>
        </w:rPr>
        <w:t>[20 . 39 . 370]</w:t>
      </w:r>
    </w:p>
    <w:p>
      <w:r>
        <w:rPr>
          <w:rFonts w:ascii="Gentium Plus" w:hAnsi="Gentium Plus"/>
          <w:sz w:val="24"/>
        </w:rPr>
        <w:t>ἐν ἀρχῇ πρὸς τὸν θεὸν γέγονεν ἡ ζωή. διόπερ ἡ ἀρχή (τουτέστιν ἡ σοφία ἡ λέγουσα· «Ὁ θεὸς ἔκτισέν με ἀρχὴν ὁδῶν αὐτοῦ εἰς ἔργα «αὐτοῦ») περὶ τοῦ ἐν αὐτῇ λόγου, ἐν ᾧ γέγονεν ἡ ζωή, διδάξει καὶ</w:t>
      </w:r>
    </w:p>
    <w:p>
      <w:r>
        <w:rPr>
          <w:rFonts w:ascii="Courier New" w:hAnsi="Courier New"/>
          <w:color w:val="555555"/>
          <w:sz w:val="20"/>
        </w:rPr>
        <w:t>[5]</w:t>
      </w:r>
    </w:p>
    <w:p>
      <w:r>
        <w:rPr>
          <w:rFonts w:ascii="Gentium Plus" w:hAnsi="Gentium Plus"/>
          <w:sz w:val="24"/>
        </w:rPr>
        <w:t>«εἰς τὸν αἰῶνα»· ἅμα γὰρ τηρήσει τις τὸν λόγον καὶ τὴν ἀχώριστον αὐτοῦ γενομένην ἐν αὐτῷ ζωήν, ἥτις ἅμα καὶ φῶς ἐστιν τῶν ἀν‐ θρώπων, τὸ ἐν τῇ σκοτίᾳ φαῖνον καὶ μὴ καταλαμβανόμενον ὑπ’</w:t>
      </w:r>
    </w:p>
    <w:p>
      <w:r>
        <w:rPr>
          <w:rFonts w:ascii="Courier New" w:hAnsi="Courier New"/>
          <w:color w:val="555555"/>
          <w:sz w:val="20"/>
        </w:rPr>
        <w:t>[20 . 39 . 371]</w:t>
      </w:r>
    </w:p>
    <w:p>
      <w:r>
        <w:rPr>
          <w:rFonts w:ascii="Gentium Plus" w:hAnsi="Gentium Plus"/>
          <w:sz w:val="24"/>
        </w:rPr>
        <w:t>αὐτῆς. ἐὰν οὖν οἱονεὶ πυνθανόμενος ὁ προφήτης λέγῃ· «Τίς ἐστιν ὁ ἄνθρωπος ὃς ζήσεται καὶ οὐκ ὄψεται θάνατον;» ἀποκρινούμεθα μαθόντες ἀπὸ τοῦ σωτῆρος ἡμῶν καὶ ἐροῦμεν ὅτι ὁ ἄνθρωπός ἐστιν «ὃς ζήσεται καὶ οὐκ ὄψεται θάνατον», ὃς τηρεῖ τὸν λόγον τοῦ εἰπόν‐</w:t>
      </w:r>
    </w:p>
    <w:p>
      <w:r>
        <w:rPr>
          <w:rFonts w:ascii="Courier New" w:hAnsi="Courier New"/>
          <w:color w:val="555555"/>
          <w:sz w:val="20"/>
        </w:rPr>
        <w:t>[5]</w:t>
      </w:r>
    </w:p>
    <w:p>
      <w:r>
        <w:rPr>
          <w:rFonts w:ascii="Gentium Plus" w:hAnsi="Gentium Plus"/>
          <w:sz w:val="24"/>
        </w:rPr>
        <w:t>τος· «Ἐάν τις τὸν ἐμὸν λόγον τηρήσῃ, θάνατον οὐ μὴ θεωρήσῃ εἰς «τὸν αἰῶνα».</w:t>
      </w:r>
    </w:p>
    <w:p>
      <w:r>
        <w:rPr>
          <w:rFonts w:ascii="Courier New" w:hAnsi="Courier New"/>
          <w:color w:val="555555"/>
          <w:sz w:val="20"/>
        </w:rPr>
        <w:t>[20 . 39 . 372]</w:t>
      </w:r>
    </w:p>
    <w:p>
      <w:r>
        <w:rPr>
          <w:rFonts w:ascii="Gentium Plus" w:hAnsi="Gentium Plus"/>
          <w:sz w:val="24"/>
        </w:rPr>
        <w:t>Ἅμα δὲ ἐν τῷ τόπῳ ζητῶ μήποτε τὸ «Εἰς τὸν αἰῶνα» ἀπὸ κοινοῦ ληπτέον, ὥστ’ ἂν εἶναι τοιοῦτον τὸ ὅλον· ἐάν τις τὸν ἐμὸν</w:t>
      </w:r>
    </w:p>
    <w:p>
      <w:r>
        <w:rPr>
          <w:rFonts w:ascii="Courier New" w:hAnsi="Courier New"/>
          <w:color w:val="555555"/>
          <w:sz w:val="20"/>
        </w:rPr>
        <w:t>[20 . 39 . 373]</w:t>
      </w:r>
    </w:p>
    <w:p>
      <w:r>
        <w:rPr>
          <w:rFonts w:ascii="Gentium Plus" w:hAnsi="Gentium Plus"/>
          <w:sz w:val="24"/>
        </w:rPr>
        <w:t>λόγον τηρήσῃ εἰς τὸν αἰῶνα, θάνατον οὐ μὴ θεωρήσῃ. καὶ γὰρ ἔοικεν ἐπὶ τοσοῦτόν τις μὴ θεωρεῖν τὸν θάνατον, ὅσον τηρεῖ τὸν τοῦ Ἰησοῦ λόγον· ἅμα γάρ τις ἀπώλεσεν αὐτὸν καὶ θάνατον ἐθεώ‐ ρησεν.</w:t>
      </w:r>
    </w:p>
    <w:p>
      <w:r>
        <w:rPr>
          <w:rFonts w:ascii="Courier New" w:hAnsi="Courier New"/>
          <w:color w:val="555555"/>
          <w:sz w:val="20"/>
        </w:rPr>
        <w:t>[20 . 39 . 374]</w:t>
      </w:r>
    </w:p>
    <w:p>
      <w:r>
        <w:rPr>
          <w:rFonts w:ascii="Gentium Plus" w:hAnsi="Gentium Plus"/>
          <w:sz w:val="24"/>
        </w:rPr>
        <w:t>Εἰ δὲ καὶ ἀνατρέχειν τις δύναται ἐπὶ τοὺς βαθυτέρους λόγους καὶ νοεῖν πῶς ὑπὸ ἀνθρώπου λέγοιτ’ ἂν τὸ «Εἰς χοῦν θανάτου «κατήγαγές με», καὶ ὑπὸ Παύλου· «Τίς με ῥύσεται ἐκ τοῦ σώματος «τοῦ θανάτου τούτου;» θεωρήσει τίνα τρόπον ὅσον μὲν ἐτηρεῖτο ὁ</w:t>
      </w:r>
    </w:p>
    <w:p>
      <w:r>
        <w:rPr>
          <w:rFonts w:ascii="Courier New" w:hAnsi="Courier New"/>
          <w:color w:val="555555"/>
          <w:sz w:val="20"/>
        </w:rPr>
        <w:t>[5]</w:t>
      </w:r>
    </w:p>
    <w:p>
      <w:r>
        <w:rPr>
          <w:rFonts w:ascii="Gentium Plus" w:hAnsi="Gentium Plus"/>
          <w:sz w:val="24"/>
        </w:rPr>
        <w:t>λόγος, θάνατος οὐκ ἐθεωρεῖτο τῷ τηροῦντι αὐτόν· ὅτε δέ τις καμὼν ἐν τῇ προσοχῇ καὶ τηρήσει τοῦ λόγου ἢ ἀπροσεκτήσας περὶ τὸ τηρεῖν οὐκέτι αὐτὸν τετήρηκεν, τότε τὸν θάνατον ἐθεώρησεν οὐ</w:t>
      </w:r>
    </w:p>
    <w:p>
      <w:r>
        <w:rPr>
          <w:rFonts w:ascii="Courier New" w:hAnsi="Courier New"/>
          <w:color w:val="555555"/>
          <w:sz w:val="20"/>
        </w:rPr>
        <w:t>[20 . 39 . 375]</w:t>
      </w:r>
    </w:p>
    <w:p>
      <w:r>
        <w:rPr>
          <w:rFonts w:ascii="Gentium Plus" w:hAnsi="Gentium Plus"/>
          <w:sz w:val="24"/>
        </w:rPr>
        <w:t>παρ’ ἄλλον ἢ παρ’ ἑαυτόν. καὶ νομιστέον γε τοῦτο δόγμα εἶναι καὶ νόμον αἰώνιον, ἀεὶ ἂν ἡμῖν λεχθησομένου παραλαβοῦσι τὸν λόγον τοῦ «Ἐάν τις τὸν ἐμὸν λόγον τηρήσῃ, θάνατον οὐ μὴ ὄψεται εἰς</w:t>
      </w:r>
    </w:p>
    <w:p>
      <w:r>
        <w:rPr>
          <w:rFonts w:ascii="Courier New" w:hAnsi="Courier New"/>
          <w:color w:val="555555"/>
          <w:sz w:val="20"/>
        </w:rPr>
        <w:t>[20 . 39 . 376]</w:t>
      </w:r>
    </w:p>
    <w:p>
      <w:r>
        <w:rPr>
          <w:rFonts w:ascii="Gentium Plus" w:hAnsi="Gentium Plus"/>
          <w:sz w:val="24"/>
        </w:rPr>
        <w:t>«τὸν αἰῶνα». ὥσπερ δέ, ἵν’ οὕτως ὀνομάσω, ἐπιπλεῖον θεωρηθὲν τὸ σκότος ἀφανίζει τὰς ὄψεις τοῦ θεωρήσαντος, οὕτως θεωρηθεὶς ὁ θάνατος ὑπὸ τοῦ τὸν λόγον μὴ τηρήσαντος θανατοῖ καὶ νεκροῖ τὴν θεωρήσασαν αὐτὸν ὄψιν καὶ ἀποτυφλοῖ, ὡς διὰ τοῦτο δεηθῆναι</w:t>
      </w:r>
    </w:p>
    <w:p>
      <w:r>
        <w:rPr>
          <w:rFonts w:ascii="Courier New" w:hAnsi="Courier New"/>
          <w:color w:val="555555"/>
          <w:sz w:val="20"/>
        </w:rPr>
        <w:t>[20 . 39 . 377]</w:t>
      </w:r>
    </w:p>
    <w:p>
      <w:r>
        <w:rPr>
          <w:rFonts w:ascii="Gentium Plus" w:hAnsi="Gentium Plus"/>
          <w:sz w:val="24"/>
        </w:rPr>
        <w:t>τοῦ ἀνοίγοντος ὀφθαλμοὺς τυφλῶν. καὶ οἶμαί γε διὰ τοῦτο οἱ τυφλοί, ὧν σύμβολον ἦσαν οἱ ἐν τῷ εὐαγγελίῳ τυφλοί, τὰς ὄψεις ἀπολω‐ λέκασιν, ἐπείπερ τὸν λόγον μὴ τηρήσαντες τὸν θάνατον ἐθεώρησαν.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[20 . 40 n]</w:t>
      </w:r>
    </w:p>
    <w:p>
      <w:r>
        <w:rPr>
          <w:rFonts w:ascii="Gentium Plus" w:hAnsi="Gentium Plus"/>
          <w:sz w:val="24"/>
        </w:rPr>
        <w:t>Εἶπον αὐτῷ οἱ Ἰουδαῖοι· Νῦν ἐγνώκαμεν ὅτι δαι‐ μόνιον ἔχεις.</w:t>
      </w:r>
    </w:p>
    <w:p>
      <w:r>
        <w:rPr>
          <w:rFonts w:ascii="Courier New" w:hAnsi="Courier New"/>
          <w:color w:val="555555"/>
          <w:sz w:val="20"/>
        </w:rPr>
        <w:t>[20 . 40 . 378]</w:t>
      </w:r>
    </w:p>
    <w:p>
      <w:r>
        <w:rPr>
          <w:rFonts w:ascii="Gentium Plus" w:hAnsi="Gentium Plus"/>
          <w:sz w:val="24"/>
        </w:rPr>
        <w:t>Οἱ μὲν πολλοὶ καὶ τῶν σοφῶν πᾶν γένος ἁμαρτήματος, οὗ</w:t>
      </w:r>
    </w:p>
    <w:p>
      <w:r>
        <w:rPr>
          <w:rFonts w:ascii="Courier New" w:hAnsi="Courier New"/>
          <w:color w:val="555555"/>
          <w:sz w:val="20"/>
        </w:rPr>
        <w:t>[5]</w:t>
      </w:r>
    </w:p>
    <w:p>
      <w:r>
        <w:rPr>
          <w:rFonts w:ascii="Gentium Plus" w:hAnsi="Gentium Plus"/>
          <w:sz w:val="24"/>
        </w:rPr>
        <w:t>ἀνθρώπων πραττομένων, ὡς οὐ χωρὶς δαιμονίων ἢ ὁποιωνδήποτε</w:t>
      </w:r>
    </w:p>
    <w:p>
      <w:r>
        <w:rPr>
          <w:rFonts w:ascii="Courier New" w:hAnsi="Courier New"/>
          <w:color w:val="555555"/>
          <w:sz w:val="20"/>
        </w:rPr>
        <w:t>[20 . 40 . 379]</w:t>
      </w:r>
    </w:p>
    <w:p>
      <w:r>
        <w:rPr>
          <w:rFonts w:ascii="Gentium Plus" w:hAnsi="Gentium Plus"/>
          <w:sz w:val="24"/>
        </w:rPr>
        <w:t>δυνάμεων ἀντικειμένων τῶν τοιούτων ἐπιτελουμένων. καὶ οἱ Ἰου‐ δαῖοι τοίνυν δαιμονίου ἐνεργείᾳ ὑπελάμβανον εἰρηκέναι τὸν Ἰησοῦν τὸ «Ἀμὴν ἀμὴν λέγω ὑμῖν· Ἐάν τις τὸν ἐμὸν λόγον τηρήσῃ, θάνα‐</w:t>
      </w:r>
    </w:p>
    <w:p>
      <w:r>
        <w:rPr>
          <w:rFonts w:ascii="Courier New" w:hAnsi="Courier New"/>
          <w:color w:val="555555"/>
          <w:sz w:val="20"/>
        </w:rPr>
        <w:t>[20 . 40 . 380]</w:t>
      </w:r>
    </w:p>
    <w:p>
      <w:r>
        <w:rPr>
          <w:rFonts w:ascii="Gentium Plus" w:hAnsi="Gentium Plus"/>
          <w:sz w:val="24"/>
        </w:rPr>
        <w:t>«τον οὐ μὴ θεωρήσῃ εἰς τὸν αἰῶνα». καὶ τοῦτ’ ἐπεπόνθεισαν μήτε τὸν λόγον τηρήσαντες μήτε τοῦ λεγομένου τὴν δύναμιν θεωρήσαντες· ὁ μὲν γὰρ θάνατόν τινα ἐχθρὸν τῷ λόγῳ ἐπιστάμενος, ὃν ἀποθνή‐ σκουσιν οἱ ἁμαρτάνοντες, τοῦτον ἔφασκεν μὴ θεωρεῖσθαι εἰς τὸν</w:t>
      </w:r>
    </w:p>
    <w:p>
      <w:r>
        <w:rPr>
          <w:rFonts w:ascii="Courier New" w:hAnsi="Courier New"/>
          <w:color w:val="555555"/>
          <w:sz w:val="20"/>
        </w:rPr>
        <w:t>[5]</w:t>
      </w:r>
    </w:p>
    <w:p>
      <w:r>
        <w:rPr>
          <w:rFonts w:ascii="Gentium Plus" w:hAnsi="Gentium Plus"/>
          <w:sz w:val="24"/>
        </w:rPr>
        <w:t>αἰῶνα ὑπὸ τοῦ τὸν λόγον αὐτοῦ τηρήσαντος· οἱ δὲ περὶ τοῦ κοινο‐ τέρου θανάτου νομίσαντες εἶναι τὸ λεγόμενον παραπαίειν ᾤοντο τὸν λέγοντα, ἀποθανόντος Ἀβραὰμ καὶ τῶν προφητῶν, μὴ ἀποθα‐ νεῖσθαι εἰς τὸν αἰῶνα πάντα τὸν τηρήσαντα αὐτοῦ τὸν λόγον.</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[20 . 41 n]</w:t>
      </w:r>
    </w:p>
    <w:p>
      <w:r>
        <w:rPr>
          <w:rFonts w:ascii="Gentium Plus" w:hAnsi="Gentium Plus"/>
          <w:sz w:val="24"/>
        </w:rPr>
        <w:t>Ἀβραὰμ ἀπέθανεν καὶ οἱ προφῆται, καὶ σὺ λέγεις· Ἐάν τις τὸν ἐμὸν λόγον τηρήσῃ, οὐ μὴ γεύσηται θάνατον εἰς τὸν αἰῶνα. μὴ σὺ μείζων εἶ τοῦ πατρὸς ἡμῶν Ἀβραάμ, ὅστις ἀπέθανεν; καὶ οἱ προφῆται ἀπέθανον· τίνα σεαυτὸν ποιεῖς;</w:t>
      </w:r>
    </w:p>
    <w:p>
      <w:r>
        <w:rPr>
          <w:rFonts w:ascii="Courier New" w:hAnsi="Courier New"/>
          <w:color w:val="555555"/>
          <w:sz w:val="20"/>
        </w:rPr>
        <w:t>[20 . 41 . 381]</w:t>
      </w:r>
    </w:p>
    <w:p>
      <w:r>
        <w:rPr>
          <w:rFonts w:ascii="Gentium Plus" w:hAnsi="Gentium Plus"/>
          <w:sz w:val="24"/>
        </w:rPr>
        <w:t>Εἰ κατὰ τὴν ἁπλουστέραν ἐκδοχήν, ὡς καὶ αὐτοὶ ἀποδεδώκαμεν, δοκεῖ εἶναι σαφὲς τὸ τῆς ὑπολήψεως τῶν Ἰουδαίων, ἀποκριναμένων πρὸς τὸν τοῦ σωτῆρος λόγον περὶ τοῦ Ἀβραὰμ καὶ τῶν προφητῶν ὡς ἀποτεθνηκότων, οὐδὲν ἧττον οὐκ ἀπαρασή‐</w:t>
      </w:r>
    </w:p>
    <w:p>
      <w:r>
        <w:rPr>
          <w:rFonts w:ascii="Courier New" w:hAnsi="Courier New"/>
          <w:color w:val="555555"/>
          <w:sz w:val="20"/>
        </w:rPr>
        <w:t>[5]</w:t>
      </w:r>
    </w:p>
    <w:p>
      <w:r>
        <w:rPr>
          <w:rFonts w:ascii="Gentium Plus" w:hAnsi="Gentium Plus"/>
          <w:sz w:val="24"/>
        </w:rPr>
        <w:t>μαντον τὴν ἐξέτασιν μετὰ συγκρίσεως τῆς πρὸς ἕτερα παραπλήσια</w:t>
      </w:r>
    </w:p>
    <w:p>
      <w:r>
        <w:rPr>
          <w:rFonts w:ascii="Courier New" w:hAnsi="Courier New"/>
          <w:color w:val="555555"/>
          <w:sz w:val="20"/>
        </w:rPr>
        <w:t>[20 . 41 . 382]</w:t>
      </w:r>
    </w:p>
    <w:p>
      <w:r>
        <w:rPr>
          <w:rFonts w:ascii="Gentium Plus" w:hAnsi="Gentium Plus"/>
          <w:sz w:val="24"/>
        </w:rPr>
        <w:t>ἐατέον. ἆρα γὰρ ᾤοντο σὺν οὐδενὶ λόγῳ τὸν σωτῆρα εἰρηκέναι τὸ «Ἐάν τις τὸν ἐμὸν λόγον τηρήσῃ, θάνατον οὐ μὴ θεωρήσῃ εἰς τὸν «αἰῶνα», καὶ διὰ τοῦτο σαφές τι πρὸς τὸν λόγον αὐτοῦ ἀπεκρί‐</w:t>
      </w:r>
    </w:p>
    <w:p>
      <w:r>
        <w:rPr>
          <w:rFonts w:ascii="Courier New" w:hAnsi="Courier New"/>
          <w:color w:val="555555"/>
          <w:sz w:val="20"/>
        </w:rPr>
        <w:t>[20 . 41 . 383]</w:t>
      </w:r>
    </w:p>
    <w:p>
      <w:r>
        <w:rPr>
          <w:rFonts w:ascii="Gentium Plus" w:hAnsi="Gentium Plus"/>
          <w:sz w:val="24"/>
        </w:rPr>
        <w:t>ναντο; ἢ ἐνόησαν οὐ περὶ τοῦ κοινοτέρου θανάτου αὐτὸν λελαλη‐ κέναι, καὶ διαλαμβάνοντες περὶ Ἀβραὰμ καὶ τῶν προφητῶν, ὡς καὶ αὐτῶν ἐν τῷ χείρονι θανάτῳ γεγενημένων ποτέ, τὸν λόγον αὐτοῦ μὴ παραδεξάμενοι μηδὲ ὑπολαμβάνοντες αὐτὸν εἶναι τηλικοῦτον</w:t>
      </w:r>
    </w:p>
    <w:p>
      <w:r>
        <w:rPr>
          <w:rFonts w:ascii="Courier New" w:hAnsi="Courier New"/>
          <w:color w:val="555555"/>
          <w:sz w:val="20"/>
        </w:rPr>
        <w:t>[20 . 41 . 384]</w:t>
      </w:r>
    </w:p>
    <w:p>
      <w:r>
        <w:rPr>
          <w:rFonts w:ascii="Gentium Plus" w:hAnsi="Gentium Plus"/>
          <w:sz w:val="24"/>
        </w:rPr>
        <w:t>ὁποῖον ἐπηγγείλατο ὁ λέγων, φασίν· «Νῦν ἐγνώκαμεν ὅτι δαιμόνιον «ἔχεις»; τὸ δ’ ὅμοιον καὶ ἐπ’ ἄλλων αὐτοῦ λόγων καὶ τῶν πρὸς</w:t>
      </w:r>
    </w:p>
    <w:p>
      <w:r>
        <w:rPr>
          <w:rFonts w:ascii="Courier New" w:hAnsi="Courier New"/>
          <w:color w:val="555555"/>
          <w:sz w:val="20"/>
        </w:rPr>
        <w:t>[5]</w:t>
      </w:r>
    </w:p>
    <w:p>
      <w:r>
        <w:rPr>
          <w:rFonts w:ascii="Gentium Plus" w:hAnsi="Gentium Plus"/>
          <w:sz w:val="24"/>
        </w:rPr>
        <w:t>μεθ’ ἕτερα προσέθηκεν τοιαῦτα· «Εἰ ᾔδεις τὴν δωρεὰν τοῦ θεοῦ, «καὶ τίς ἐστιν ὁ λέγων σοι· Δός μοι πιεῖν, σὺ ἂν ᾔτησας αὐτὸν καὶ</w:t>
      </w:r>
    </w:p>
    <w:p>
      <w:r>
        <w:rPr>
          <w:rFonts w:ascii="Courier New" w:hAnsi="Courier New"/>
          <w:color w:val="555555"/>
          <w:sz w:val="20"/>
        </w:rPr>
        <w:t>[20 . 41 . 385]</w:t>
      </w:r>
    </w:p>
    <w:p>
      <w:r>
        <w:rPr>
          <w:rFonts w:ascii="Gentium Plus" w:hAnsi="Gentium Plus"/>
          <w:sz w:val="24"/>
        </w:rPr>
        <w:t>«ἔδωκεν 〈ἄν〉 σοι ὕδωρ ζῶν. καὶ λέγει αὐτῷ ἡ γυνή· Κύριε, οὔτε «ἄντλημα ἔχεις, καὶ τὸ φρέαρ ἐστὶν βαθύ· πόθεν οὖν ἔχεις τὸ ὕδωρ «τὸ ζῶν;» καὶ πάλιν· «Κύριε, δός μοι τοῦτο τὸ ὕδωρ, ἵνα μὴ διψῶ</w:t>
      </w:r>
    </w:p>
    <w:p>
      <w:r>
        <w:rPr>
          <w:rFonts w:ascii="Courier New" w:hAnsi="Courier New"/>
          <w:color w:val="555555"/>
          <w:sz w:val="20"/>
        </w:rPr>
        <w:t>[20 . 41 . 386]</w:t>
      </w:r>
    </w:p>
    <w:p>
      <w:r>
        <w:rPr>
          <w:rFonts w:ascii="Gentium Plus" w:hAnsi="Gentium Plus"/>
          <w:sz w:val="24"/>
        </w:rPr>
        <w:t>«μηδὲ διέρχωμαι ἐνθάδε ἀντλεῖν». οὐ γὰρ πιθανὸν ἦν περὶ αἰσθη‐ τοῦ ὕδατος ἀποκρίνεσθαι αὐτῷ τὴν Σαμαρεῖτιν, καὶ ᾐτηκέναι αὐτὸν σωματικὸν ὕδωρ ἐπὶ τῷ μηκέτι διψῆσαι μηδὲ διέρχεσθαι ἀντλεῖν ἀπὸ</w:t>
      </w:r>
    </w:p>
    <w:p>
      <w:r>
        <w:rPr>
          <w:rFonts w:ascii="Courier New" w:hAnsi="Courier New"/>
          <w:color w:val="555555"/>
          <w:sz w:val="20"/>
        </w:rPr>
        <w:t>[20 . 41 . 387]</w:t>
      </w:r>
    </w:p>
    <w:p>
      <w:r>
        <w:rPr>
          <w:rFonts w:ascii="Gentium Plus" w:hAnsi="Gentium Plus"/>
          <w:sz w:val="24"/>
        </w:rPr>
        <w:t>τῆς τοῦ Ἰακὼβ αἰσθητῆς πηγῆς. ἀλλὰ καὶ εἰπόντος τοῦ κυρίου· «Ὁ ἄρτος, ὃν ἐγὼ δώσω, ἡ σάρξ μου ἐστὶν ὑπὲρ τῆς τοῦ κόσμου «ζωῆς»· ὅτε «ἐμάχοντο πρὸς ἀλλήλους οἱ Ἰουδαῖοι λέγοντες· Πῶς δύ‐ «ναται ἡμῖν οὗτος δοῦναι τὴν σάρκα φαγεῖν;» ἀπεδείκνυμεν ὅτι οὐκ</w:t>
      </w:r>
    </w:p>
    <w:p>
      <w:r>
        <w:rPr>
          <w:rFonts w:ascii="Courier New" w:hAnsi="Courier New"/>
          <w:color w:val="555555"/>
          <w:sz w:val="20"/>
        </w:rPr>
        <w:t>[5]</w:t>
      </w:r>
    </w:p>
    <w:p>
      <w:r>
        <w:rPr>
          <w:rFonts w:ascii="Gentium Plus" w:hAnsi="Gentium Plus"/>
          <w:sz w:val="24"/>
        </w:rPr>
        <w:t>ἂν τοσοῦτον ἀνόητοι ἦσαν οἱ ἀκούοντες ὡς ὑπολαμβάνειν ὅτι προ‐ καλεῖται ὁ λέγων τοὺς ἀκροατὰς εἰς τὸ προσελθεῖν καὶ ἐμφαγεῖν τῶν σαρκῶν αὐτοῦ.</w:t>
      </w:r>
    </w:p>
    <w:p>
      <w:r>
        <w:rPr>
          <w:rFonts w:ascii="Courier New" w:hAnsi="Courier New"/>
          <w:color w:val="555555"/>
          <w:sz w:val="20"/>
        </w:rPr>
        <w:t>[20 . 42 . 388]</w:t>
      </w:r>
    </w:p>
    <w:p>
      <w:r>
        <w:rPr>
          <w:rFonts w:ascii="Gentium Plus" w:hAnsi="Gentium Plus"/>
          <w:sz w:val="24"/>
        </w:rPr>
        <w:t>Καὶ εἰκός γε, ὅτι ἔλεγον οἱ Ἰουδαῖοι ἐπὶ τῶν νῦν ἡμῖν ἐξεταζομένων ῥητῶν τὸ «Ἀβραὰμ ἀπέθανεν καὶ οἱ προφῆται», με‐ μαθηκότες τίνα τρόπον «δι’ ἑνὸς ἀνθρώπου ἡ ἁμαρτία εἰς τὸν «κόσμον εἰσῆλθεν καὶ διὰ τῆς ἁμαρτίας ὁ θάνατος· καὶ οὕτως εἰς</w:t>
      </w:r>
    </w:p>
    <w:p>
      <w:r>
        <w:rPr>
          <w:rFonts w:ascii="Courier New" w:hAnsi="Courier New"/>
          <w:color w:val="555555"/>
          <w:sz w:val="20"/>
        </w:rPr>
        <w:t>[5]</w:t>
      </w:r>
    </w:p>
    <w:p>
      <w:r>
        <w:rPr>
          <w:rFonts w:ascii="Gentium Plus" w:hAnsi="Gentium Plus"/>
          <w:sz w:val="24"/>
        </w:rPr>
        <w:t>«πάντας ἀνθρώπους ὁ θάνατος διῆλθεν, ἐφ’ ᾧ πάντες ἥμαρτον», ἔβλεπον δὲ καὶ ὅτι «ἐβασίλευσεν ὁ θάνατος ἐπὶ τοὺς ἁμαρτήσαντας «ἐπὶ τῷ ὁμοιώματι τῆς παραβάσεως Ἀδάμ», καὶ ἦν αὐτοῖς ὁ λόγος περὶ τοῦ διὰ τὴν ἁμαρτίαν θανάτου εἰς πάντας ἀνθρώπους διεληλυ‐</w:t>
      </w:r>
    </w:p>
    <w:p>
      <w:r>
        <w:rPr>
          <w:rFonts w:ascii="Courier New" w:hAnsi="Courier New"/>
          <w:color w:val="555555"/>
          <w:sz w:val="20"/>
        </w:rPr>
        <w:t>[20 . 42 . 389]</w:t>
      </w:r>
    </w:p>
    <w:p>
      <w:r>
        <w:rPr>
          <w:rFonts w:ascii="Gentium Plus" w:hAnsi="Gentium Plus"/>
          <w:sz w:val="24"/>
        </w:rPr>
        <w:t>θότος ἐπὶ τῷ πάντας ἡμαρτηκέναι. περὶ τούτων δὲ μεμαθηκότες τὰ ἑξῆς, ἅτε μὴ παραδεξάμενοι τοὺς Ἰησοῦ λόγους, οὐκ ᾔδεισαν, καὶ</w:t>
      </w:r>
    </w:p>
    <w:p>
      <w:r>
        <w:rPr>
          <w:rFonts w:ascii="Courier New" w:hAnsi="Courier New"/>
          <w:color w:val="555555"/>
          <w:sz w:val="20"/>
        </w:rPr>
        <w:t>[20 . 42 . 390]</w:t>
      </w:r>
    </w:p>
    <w:p>
      <w:r>
        <w:rPr>
          <w:rFonts w:ascii="Gentium Plus" w:hAnsi="Gentium Plus"/>
          <w:sz w:val="24"/>
        </w:rPr>
        <w:t>ὅτι «οὐχ ὡς τὸ παράπτωμα, οὕτως καὶ τὸ χάρισμα». ἀλλ’ οὐδὲ συλλογίζεσθαί πως ἐδύναντο ὅτι «εἰ τῷ τοῦ ἑνὸς παραπτώματι οἱ «πολλοὶ ἀπέθανον, πολλῷ μᾶλλον ἡ χάρις τοῦ θεοῦ καὶ ἡ δωρεὰ «ἐν χάριτι τῇ τοῦ ἑνὸς ἀνθρώπου Ἰησοῦ Χριστοῦ εἰς τοὺς πολλοὺς</w:t>
      </w:r>
    </w:p>
    <w:p>
      <w:r>
        <w:rPr>
          <w:rFonts w:ascii="Courier New" w:hAnsi="Courier New"/>
          <w:color w:val="555555"/>
          <w:sz w:val="20"/>
        </w:rPr>
        <w:t>[20 . 42 . 391]</w:t>
      </w:r>
    </w:p>
    <w:p>
      <w:r>
        <w:rPr>
          <w:rFonts w:ascii="Gentium Plus" w:hAnsi="Gentium Plus"/>
          <w:sz w:val="24"/>
        </w:rPr>
        <w:t>«ἐπερίσσευσεν». οὐ συνίεσαν δὲ καὶ πῶς οὐκ ἦν τὸ δώρημα ὅμοιον τῷ δι’ ἑνὸς ἁμαρτήσαντος θανάτῳ· οὐδὲ γὰρ ἐπεπαίδευντό πω ὅτι</w:t>
      </w:r>
    </w:p>
    <w:p>
      <w:r>
        <w:rPr>
          <w:rFonts w:ascii="Courier New" w:hAnsi="Courier New"/>
          <w:color w:val="555555"/>
          <w:sz w:val="20"/>
        </w:rPr>
        <w:t>[20 . 42 . 392]</w:t>
      </w:r>
    </w:p>
    <w:p>
      <w:r>
        <w:rPr>
          <w:rFonts w:ascii="Gentium Plus" w:hAnsi="Gentium Plus"/>
          <w:sz w:val="24"/>
        </w:rPr>
        <w:t>τὸ χάρισμα ἐκ πολλῶν παραπτωμάτων ἐγίνετο εἰς δικαίωμα. ἀλλ’ οὐδὲ ἔβλεπον ὅτι «Οἱ τὴν περισσείαν τῆς χάριτος καὶ τῆς δωρεᾶς</w:t>
      </w:r>
    </w:p>
    <w:p>
      <w:r>
        <w:rPr>
          <w:rFonts w:ascii="Courier New" w:hAnsi="Courier New"/>
          <w:color w:val="555555"/>
          <w:sz w:val="20"/>
        </w:rPr>
        <w:t>[20 . 42 . 393]</w:t>
      </w:r>
    </w:p>
    <w:p>
      <w:r>
        <w:rPr>
          <w:rFonts w:ascii="Gentium Plus" w:hAnsi="Gentium Plus"/>
          <w:sz w:val="24"/>
        </w:rPr>
        <w:t>καὶ ἐνενόουν μὲν τὸν θάνατον Ἀβραὰμ καὶ τῶν προφητῶν, ἀκούοντες ὅτι καὶ Σαμουήλ, ὡς διὰ τὸν θάνατον ὑπὸ γῆν ὤν, ὑπὸ ἐγγαστρι‐ μύθου ἀνήγετο, θεοὺς οἰομένης κάτω που εἶναι τῆς γῆς καὶ λε‐ γούσης· «Θεοὺς ἐγὼ εἶδον ἀναβαίνοντας ἀπὸ τῆς γῆς»· τὴν δὲ ζωὴν</w:t>
      </w:r>
    </w:p>
    <w:p>
      <w:r>
        <w:rPr>
          <w:rFonts w:ascii="Courier New" w:hAnsi="Courier New"/>
          <w:color w:val="555555"/>
          <w:sz w:val="20"/>
        </w:rPr>
        <w:t>[5]</w:t>
      </w:r>
    </w:p>
    <w:p>
      <w:r>
        <w:rPr>
          <w:rFonts w:ascii="Gentium Plus" w:hAnsi="Gentium Plus"/>
          <w:sz w:val="24"/>
        </w:rPr>
        <w:t>τοῦ Ἀβραὰμ καὶ τῶν προφητῶν οὐ κατειλήφασιν, οὐδ’ ὅτι ὁ θεὸς Ἀβραὰμ καὶ Ἰσαὰκ καὶ Ἰακὼβ θεὸς ἦν οὐ νεκρῶν αὐτῶν ἀλλὰ ζών‐ των· καὶ ὡς ὑπολαμβάνοντες [τε] νεκροὺς εἶναι τοὺς προφήτας ᾠκο‐</w:t>
      </w:r>
    </w:p>
    <w:p>
      <w:r>
        <w:rPr>
          <w:rFonts w:ascii="Courier New" w:hAnsi="Courier New"/>
          <w:color w:val="555555"/>
          <w:sz w:val="20"/>
        </w:rPr>
        <w:t>[20 . 42 . 394]</w:t>
      </w:r>
    </w:p>
    <w:p>
      <w:r>
        <w:rPr>
          <w:rFonts w:ascii="Gentium Plus" w:hAnsi="Gentium Plus"/>
          <w:sz w:val="24"/>
        </w:rPr>
        <w:t>δόμουν αὐτῶν τοὺς τάφους, καὶ διὰ τοῦτο ταλανιζόμενοι. εἰ καὶ ἀπέθανεν οὖν Ἀβραάμ, ἀλλ’ ἔζησεν καὶ οὐκέτι τὸν θάνατον ἐθεώρει</w:t>
      </w:r>
    </w:p>
    <w:p>
      <w:r>
        <w:rPr>
          <w:rFonts w:ascii="Courier New" w:hAnsi="Courier New"/>
          <w:color w:val="555555"/>
          <w:sz w:val="20"/>
        </w:rPr>
        <w:t>[20 . 42 . 395]</w:t>
      </w:r>
    </w:p>
    <w:p>
      <w:r>
        <w:rPr>
          <w:rFonts w:ascii="Gentium Plus" w:hAnsi="Gentium Plus"/>
          <w:sz w:val="24"/>
        </w:rPr>
        <w:t>ἀφ’ οὗ ἰδὼν τὴν Ἰησοῦ ἡμέραν ἠγαλλιάσατο καὶ ἐχάρη. οἶμαι δὲ καὶ διὰ τοῦτο πρὸς τὸ «Ἀβραὰμ ἀπέθανεν» εἰρῆσθαι ὑπὸ τοῦ σω‐ τῆρος, διδάσκοντος ὅτι Ἀβραὰμ ἔζη, τὸ «Ἀβραὰμ ὁ πατὴρ ὑμῶν «ἠγαλλιάσατο, ἵνα ἴδῃ τὴν ἡμέραν τὴν ἐμήν· καὶ ἴδεν καὶ ἐχάρη».</w:t>
      </w:r>
    </w:p>
    <w:p>
      <w:r>
        <w:rPr>
          <w:rFonts w:ascii="Courier New" w:hAnsi="Courier New"/>
          <w:color w:val="555555"/>
          <w:sz w:val="20"/>
        </w:rPr>
        <w:t>[20 . 42 . 396]</w:t>
      </w:r>
    </w:p>
    <w:p>
      <w:r>
        <w:rPr>
          <w:rFonts w:ascii="Gentium Plus" w:hAnsi="Gentium Plus"/>
          <w:sz w:val="24"/>
        </w:rPr>
        <w:t>εἰ 〈δὲ〉 μὴ βούλεταί τις οὕτως ἔχειν τὰ περὶ τοῦ Ἀβραάμ, λεγέτω ἡμῖν, πότερόν ποτε ὁ ἰδὼν τὴν τοῦ σωτῆρος ἡμῶν ἡμέραν καὶ ἐπὶ τούτῳ ἀγαλλιασάμενος καὶ χαρεὶς ἔτι θεωρεῖ τὸν θάνατον, ἢ ἰδὼν τὴν ἡμέραν τοῦ σωτῆρος καὶ ἀγαλλιασάμενος καὶ χαρείς, ἀξιωθεὶς τοιαύ‐</w:t>
      </w:r>
    </w:p>
    <w:p>
      <w:r>
        <w:rPr>
          <w:rFonts w:ascii="Courier New" w:hAnsi="Courier New"/>
          <w:color w:val="555555"/>
          <w:sz w:val="20"/>
        </w:rPr>
        <w:t>[20 . 42 . 397]</w:t>
      </w:r>
    </w:p>
    <w:p>
      <w:r>
        <w:rPr>
          <w:rFonts w:ascii="Gentium Plus" w:hAnsi="Gentium Plus"/>
          <w:sz w:val="24"/>
        </w:rPr>
        <w:t>της ὄψεως ὡς ἄξιος αὐτῆς, ὕστερον ἐστέρηται οὗ ἐθεώρησεν. εἰ γὰρ ἑκάτερον τούτων ἄτοπόν ἐστιν, ἰδὼν τὴν ἡμέραν Ἰησοῦ Ἀβραὰμ ἅμα τῷ ἰδεῖν ἤκουσεν καὶ τὸν λόγον αὐτοῦ καὶ ἐτήρησεν καὶ οὐκέτι θάνατον θεωρεῖ· καὶ οὐχ ὑγιῶς ἔλεγον, ὡσπερεὶ ἔτι ἐν θανάτῳ</w:t>
      </w:r>
    </w:p>
    <w:p>
      <w:r>
        <w:rPr>
          <w:rFonts w:ascii="Courier New" w:hAnsi="Courier New"/>
          <w:color w:val="555555"/>
          <w:sz w:val="20"/>
        </w:rPr>
        <w:t>[20 . 42 . 398]</w:t>
      </w:r>
    </w:p>
    <w:p>
      <w:r>
        <w:rPr>
          <w:rFonts w:ascii="Gentium Plus" w:hAnsi="Gentium Plus"/>
          <w:sz w:val="24"/>
        </w:rPr>
        <w:t>τυγχάνοντος αὐτοῦ, οἱ Ἰουδαῖοι τὸ «Ἀβραὰμ ἀπέθανεν». τὸ δ’ ὅμοιον ἐρεῖς καὶ περὶ τῶν προφητῶν. εἰ γὰρ ὁ θεὸς οὐκ ἔστιν νεκρῶν ἀλλὰ ζώντων, καὶ ἔστιν ὥσπερ τοῦ Ἀβραὰμ καὶ τοῦ Ἰσαὰκ καὶ τοῦ Ἰακὼβ οὕτως καὶ τῶν λοιπῶν προφητῶν θεός, ζῶσιν καὶ οἱ προ‐</w:t>
      </w:r>
    </w:p>
    <w:p>
      <w:r>
        <w:rPr>
          <w:rFonts w:ascii="Courier New" w:hAnsi="Courier New"/>
          <w:color w:val="555555"/>
          <w:sz w:val="20"/>
        </w:rPr>
        <w:t>[5]</w:t>
      </w:r>
    </w:p>
    <w:p>
      <w:r>
        <w:rPr>
          <w:rFonts w:ascii="Gentium Plus" w:hAnsi="Gentium Plus"/>
          <w:sz w:val="24"/>
        </w:rPr>
        <w:t>φῆται. καὶ γὰρ ἐτήρησαν τὸν λόγον τοῦ υἱοῦ τοῦ θεοῦ, ὅτε λόγος κυρίου ἐγένετο πρὸς Ὠσηέ, ἢ λόγος ἐγένετο πρὸς Ἱερεμίαν, ἢ λόγος ἐγένετο [τὸ] πρὸς Ἡσαΐαν· οὐ γὰρ ἄλλος λόγος θεοῦ ἐγένετο πρός τινα</w:t>
      </w:r>
    </w:p>
    <w:p>
      <w:r>
        <w:rPr>
          <w:rFonts w:ascii="Courier New" w:hAnsi="Courier New"/>
          <w:color w:val="555555"/>
          <w:sz w:val="20"/>
        </w:rPr>
        <w:t>[20 . 42 . 399]</w:t>
      </w:r>
    </w:p>
    <w:p>
      <w:r>
        <w:rPr>
          <w:rFonts w:ascii="Gentium Plus" w:hAnsi="Gentium Plus"/>
          <w:sz w:val="24"/>
        </w:rPr>
        <w:t>τούτων, ἀλλ’ ὁ ἐν ἀρχῇ πρὸς τὸν θεὸν υἱὸς αὐτοῦ θεὸς λόγος. καὶ τοῦτον, εἰ καί τις ἄλλος, καὶ οἱ προφῆται τετηρήκασιν καὶ ἐξ οὗ</w:t>
      </w:r>
    </w:p>
    <w:p>
      <w:r>
        <w:rPr>
          <w:rFonts w:ascii="Courier New" w:hAnsi="Courier New"/>
          <w:color w:val="555555"/>
          <w:sz w:val="20"/>
        </w:rPr>
        <w:t>[20 . 42 . 400]</w:t>
      </w:r>
    </w:p>
    <w:p>
      <w:r>
        <w:rPr>
          <w:rFonts w:ascii="Gentium Plus" w:hAnsi="Gentium Plus"/>
          <w:sz w:val="24"/>
        </w:rPr>
        <w:t>εἰλήφασιν τὸν λόγον θάνατον οὐκέτι ἐθεώρησαν. ὁμοίως τοίνυν ψεῦδος τῷ· «Νῦν ἐγνώκαμεν ὅτι δαιμόνιον ἔχεις» τὸ «Ἀβραὰμ ἀπέ‐ «θανεν καὶ οἱ προφῆται» εἰρημένον ὑπὸ τῶν Ἰουδαίων· οὔτε γὰρ ἔγνωσαν δαιμόνιον ἔχειν τὸν ἐπιτάσσοντα δαιμονίοις (οὐδεὶς γὰρ</w:t>
      </w:r>
    </w:p>
    <w:p>
      <w:r>
        <w:rPr>
          <w:rFonts w:ascii="Courier New" w:hAnsi="Courier New"/>
          <w:color w:val="555555"/>
          <w:sz w:val="20"/>
        </w:rPr>
        <w:t>[5]</w:t>
      </w:r>
    </w:p>
    <w:p>
      <w:r>
        <w:rPr>
          <w:rFonts w:ascii="Gentium Plus" w:hAnsi="Gentium Plus"/>
          <w:sz w:val="24"/>
        </w:rPr>
        <w:t>γινώσκει τὸ μὴ ὑπάρχον), οὔτε Ἀβραὰμ καὶ οἱ προφῆται ἐν θανάτῳ ἔτι ἦσαν, ὅτε ἔλεγον οἱ Ἰουδαῖοι τὸ «Ἀβραὰμ ἀπέθανεν καὶ οἱ «προφῆται».</w:t>
      </w:r>
    </w:p>
    <w:p>
      <w:r>
        <w:rPr>
          <w:rFonts w:ascii="Courier New" w:hAnsi="Courier New"/>
          <w:color w:val="555555"/>
          <w:sz w:val="20"/>
        </w:rPr>
        <w:t>[20 . 43 . 401]</w:t>
      </w:r>
    </w:p>
    <w:p>
      <w:r>
        <w:rPr>
          <w:rFonts w:ascii="Gentium Plus" w:hAnsi="Gentium Plus"/>
          <w:sz w:val="24"/>
        </w:rPr>
        <w:t>Μετὰ ταῦτα ζητοῦμεν τί δήποτε, τοῦ σωτῆρος εἰρηκότος περὶ παντὸς τοῦ τηροῦντος αὐτοῦ τὸν λόγον ὅτι «Θάνατον οὐ θεω‐ ρήσει εἰς τὸν αἰῶνα», οἱ Ἰουδαῖοι μετὰ τὰ προεξετασθέντα, δέον αὐ‐ τοὺς καταλλήλως τῷ «Θάνατον οὐ μὴ θεωρήσῃ εἰς τὸν αἰῶνα»</w:t>
      </w:r>
    </w:p>
    <w:p>
      <w:r>
        <w:rPr>
          <w:rFonts w:ascii="Courier New" w:hAnsi="Courier New"/>
          <w:color w:val="555555"/>
          <w:sz w:val="20"/>
        </w:rPr>
        <w:t>[5]</w:t>
      </w:r>
    </w:p>
    <w:p>
      <w:r>
        <w:rPr>
          <w:rFonts w:ascii="Gentium Plus" w:hAnsi="Gentium Plus"/>
          <w:sz w:val="24"/>
        </w:rPr>
        <w:t>εἰρηκέναι· «Καὶ σὺ λέγεις· Ἐάν τις τὸν ἐμὸν λόγον τηρήσῃ, θάνατον «οὐ μὴ θεωρήσῃ εἰς τὸν αἰῶνα»· οἱ δὲ οὐ τοῦτο, ἀλλὰ τὸ μὴ εἰρη‐ μένον ὑπὸ τοῦ σωτῆρός φασιν· οὐ γὰρ εἶπεν· ‹ἐάν τις τὸν ἐμὸν λόγον τηρήσῃ, θανάτου οὐ μὴ γεύσηται εἰς τὸν αἰῶνα›, ὅπερ οὗτοι</w:t>
      </w:r>
    </w:p>
    <w:p>
      <w:r>
        <w:rPr>
          <w:rFonts w:ascii="Courier New" w:hAnsi="Courier New"/>
          <w:color w:val="555555"/>
          <w:sz w:val="20"/>
        </w:rPr>
        <w:t>[20 . 43 . 402]</w:t>
      </w:r>
    </w:p>
    <w:p>
      <w:r>
        <w:rPr>
          <w:rFonts w:ascii="Gentium Plus" w:hAnsi="Gentium Plus"/>
          <w:sz w:val="24"/>
        </w:rPr>
        <w:t>προφέρονται ὡς ὑπὸ τοῦ κυρίου ἡμῶν εἰρημένον. καὶ ὅρα εἰ μὴ τῷ εἶναι διαφορὰν τοῦ μὴ θεωρεῖν θάνατον καὶ τοῦ μὴ γεύεσθαι θανάτου ὑπὸ τῶν λοιπῶν ἅμα εὐαγγελιστῶν εἴρηται περὶ τοῦ μὴ γεύεσθαι θανάτου τοὺς ἐγγὺς τοῦ Ἰησοῦ ἑστῶτας, ἕως ἂν ἴδωσιν τὸν</w:t>
      </w:r>
    </w:p>
    <w:p>
      <w:r>
        <w:rPr>
          <w:rFonts w:ascii="Courier New" w:hAnsi="Courier New"/>
          <w:color w:val="555555"/>
          <w:sz w:val="20"/>
        </w:rPr>
        <w:t>[5]</w:t>
      </w:r>
    </w:p>
    <w:p>
      <w:r>
        <w:rPr>
          <w:rFonts w:ascii="Gentium Plus" w:hAnsi="Gentium Plus"/>
          <w:sz w:val="24"/>
        </w:rPr>
        <w:t>υἱὸν τοῦ ἀνθρώπου ἐρχόμενον ἐν τῇ βασιλείᾳ ἑαυτοῦ, τοῦ μὲν Ματθαίου· «Ἀμήν, ἀμὴν λέγω ὑμῖν, εἰσίν τινες τῶν ὧδε ἑστώτων «οἵτινες οὐ μὴ γεύσωνται θανάτου ἕως ἂν ἴδωσιν τὸν υἱὸν τοῦ ἀν‐</w:t>
      </w:r>
    </w:p>
    <w:p>
      <w:r>
        <w:rPr>
          <w:rFonts w:ascii="Courier New" w:hAnsi="Courier New"/>
          <w:color w:val="555555"/>
          <w:sz w:val="20"/>
        </w:rPr>
        <w:t>[20 . 43 . 403]</w:t>
      </w:r>
    </w:p>
    <w:p>
      <w:r>
        <w:rPr>
          <w:rFonts w:ascii="Gentium Plus" w:hAnsi="Gentium Plus"/>
          <w:sz w:val="24"/>
        </w:rPr>
        <w:t>«θρώπου ἐρχόμενον ἐν τῇ βασιλείᾳ ἑαυτοῦ»· τοῦ δὲ Μάρκου· «Ἀμήν, «ἀμὴν λέγω ὑμῖν ὅτι εἰσίν τινες τῶν ἑστηκότων ὧδε οἵτινες οὐ μὴ «γεύσωνται θανάτου, ἕως ἂν ἴδωσιν τὴν βασιλείαν τοῦ θεοῦ ἐληλυ‐</w:t>
      </w:r>
    </w:p>
    <w:p>
      <w:r>
        <w:rPr>
          <w:rFonts w:ascii="Courier New" w:hAnsi="Courier New"/>
          <w:color w:val="555555"/>
          <w:sz w:val="20"/>
        </w:rPr>
        <w:t>[20 . 43 . 404]</w:t>
      </w:r>
    </w:p>
    <w:p>
      <w:r>
        <w:rPr>
          <w:rFonts w:ascii="Gentium Plus" w:hAnsi="Gentium Plus"/>
          <w:sz w:val="24"/>
        </w:rPr>
        <w:t>«θυῖαν ἐν δυνάμει»· τοῦ δὲ Λουκᾶ· «Ἀληθῶς εἰσίν τινες τῶν ὧδε «ἑστώτων οἵτινες οὐ γεύσονται θανάτου, ἕως ἂν ἴδωσιν τὸν υἱὸν</w:t>
      </w:r>
    </w:p>
    <w:p>
      <w:r>
        <w:rPr>
          <w:rFonts w:ascii="Courier New" w:hAnsi="Courier New"/>
          <w:color w:val="555555"/>
          <w:sz w:val="20"/>
        </w:rPr>
        <w:t>[20 . 43 . 405]</w:t>
      </w:r>
    </w:p>
    <w:p>
      <w:r>
        <w:rPr>
          <w:rFonts w:ascii="Gentium Plus" w:hAnsi="Gentium Plus"/>
          <w:sz w:val="24"/>
        </w:rPr>
        <w:t>«τοῦ ἀνθρώπου ἐν τῇ δόξῃ αὐτοῦ». ὥσπερ γὰρ ἐπὶ τοῦ σώματος διάφοροι αἰσθήσεις εἰσὶν γεῦσις καὶ ὅρασις, οὕτως κατὰ τὰς λεγο‐ μένας ὑπὸ τοῦ Σολομῶντος θείας αἰσθήσεις ἄλλη μέν τις ἂν εἴη 〈ἡ〉 ὁρατικὴ τῆς ψυχῆς δύναμις καὶ θεωρητική, ἄλλη δὲ ἡ γευστικὴ καὶ</w:t>
      </w:r>
    </w:p>
    <w:p>
      <w:r>
        <w:rPr>
          <w:rFonts w:ascii="Courier New" w:hAnsi="Courier New"/>
          <w:color w:val="555555"/>
          <w:sz w:val="20"/>
        </w:rPr>
        <w:t>[20 . 43 . 406]</w:t>
      </w:r>
    </w:p>
    <w:p>
      <w:r>
        <w:rPr>
          <w:rFonts w:ascii="Gentium Plus" w:hAnsi="Gentium Plus"/>
          <w:sz w:val="24"/>
        </w:rPr>
        <w:t>ἀντιληπτικὴ τῆς ποιότητος τῶν νοητῶν τροφῶν. καὶ ἐπεὶ ὁ κύριος, καθ’ ὃ μὲν ἄρτος ἐστὶν ζῶν ἐκ τοῦ οὐρανοῦ καταβάς, γευστός ἐστιν, τρόφιμος ὢν τῇ ψυχῇ, καθ’ ὃ δὲ σοφία ἐστίν, ὁρατός ἐστιν, ἧς τοῦ κάλλους ἐραστὴς ὁμολογεῖ εἶναι ὁ λέγων· «Ἐραστὴς ἐγενόμην</w:t>
      </w:r>
    </w:p>
    <w:p>
      <w:r>
        <w:rPr>
          <w:rFonts w:ascii="Courier New" w:hAnsi="Courier New"/>
          <w:color w:val="555555"/>
          <w:sz w:val="20"/>
        </w:rPr>
        <w:t>[5]</w:t>
      </w:r>
    </w:p>
    <w:p>
      <w:r>
        <w:rPr>
          <w:rFonts w:ascii="Gentium Plus" w:hAnsi="Gentium Plus"/>
          <w:sz w:val="24"/>
        </w:rPr>
        <w:t>«τοῦ κάλλους αὐτῆς», καὶ προστάσσει ἡμῖν τὸ «Ἐράσθητι αὐτῆς, καὶ «τηρήσει σε», διὰ τοῦτο ἐν Ψαλμοῖς εἴρηται τὸ «Γεύσασθε καὶ ἴδετε</w:t>
      </w:r>
    </w:p>
    <w:p>
      <w:r>
        <w:rPr>
          <w:rFonts w:ascii="Courier New" w:hAnsi="Courier New"/>
          <w:color w:val="555555"/>
          <w:sz w:val="20"/>
        </w:rPr>
        <w:t>[20 . 43 . 407]</w:t>
      </w:r>
    </w:p>
    <w:p>
      <w:r>
        <w:rPr>
          <w:rFonts w:ascii="Gentium Plus" w:hAnsi="Gentium Plus"/>
          <w:sz w:val="24"/>
        </w:rPr>
        <w:t>«ὅτι χρηστὸς ὁ κύριος». ὥσπερ δὲ ὁ κύριος γευστὸς καὶ ὁρατός,</w:t>
      </w:r>
    </w:p>
    <w:p>
      <w:r>
        <w:rPr>
          <w:rFonts w:ascii="Courier New" w:hAnsi="Courier New"/>
          <w:color w:val="555555"/>
          <w:sz w:val="20"/>
        </w:rPr>
        <w:t>[20 . 43 . 408]</w:t>
      </w:r>
    </w:p>
    <w:p>
      <w:r>
        <w:rPr>
          <w:rFonts w:ascii="Gentium Plus" w:hAnsi="Gentium Plus"/>
          <w:sz w:val="24"/>
        </w:rPr>
        <w:t>οὕτως καὶ ὁ ἐχθρὸς αὐτοῦ θάνατος γευστός ἐστι καὶ ὁρατός. καὶ</w:t>
      </w:r>
    </w:p>
    <w:p>
      <w:r>
        <w:rPr>
          <w:rFonts w:ascii="Courier New" w:hAnsi="Courier New"/>
          <w:color w:val="555555"/>
          <w:sz w:val="20"/>
        </w:rPr>
        <w:t>[20 . 43 . 409]</w:t>
      </w:r>
    </w:p>
    <w:p>
      <w:r>
        <w:rPr>
          <w:rFonts w:ascii="Gentium Plus" w:hAnsi="Gentium Plus"/>
          <w:sz w:val="24"/>
        </w:rPr>
        <w:t>«αἰῶνα». γεύεται δὲ θανάτου, καὶ οὐ γεύεται μόνον ἀλλὰ καὶ ἐμ‐ φορεῖται ὡς τροφῆς τοῦ θανάτου ὁ προφερόμενος τὰ ἐναντία</w:t>
      </w:r>
    </w:p>
    <w:p>
      <w:r>
        <w:rPr>
          <w:rFonts w:ascii="Courier New" w:hAnsi="Courier New"/>
          <w:color w:val="555555"/>
          <w:sz w:val="20"/>
        </w:rPr>
        <w:t>[20 . 43 . 410]</w:t>
      </w:r>
    </w:p>
    <w:p>
      <w:r>
        <w:rPr>
          <w:rFonts w:ascii="Gentium Plus" w:hAnsi="Gentium Plus"/>
          <w:sz w:val="24"/>
        </w:rPr>
        <w:t>τοῖς ῥήμασιν τῆς αἰωνίου ζωῆς. καὶ ἐπαγγελία ἐστὶν μὴ γεύσεσθαι θανάτου τινὰ τῶν ἑστώτων ἐν τῷ δεικνυμένῳ ὑπὸ τοῦ Ἰησοῦ νοητῷ τόπῳ· παρατήρει γὰρ ὅτι οἱ τρεῖς τὸ «Εἰσί τινες τῶν ὧδε ἑστώτων» ἢ «Εἰσίν τινες τῶν ἑστηκότων ὧδε», ἅμα εἰρήκασιν περὶ ὧν καὶ</w:t>
      </w:r>
    </w:p>
    <w:p>
      <w:r>
        <w:rPr>
          <w:rFonts w:ascii="Courier New" w:hAnsi="Courier New"/>
          <w:color w:val="555555"/>
          <w:sz w:val="20"/>
        </w:rPr>
        <w:t>[5]</w:t>
      </w:r>
    </w:p>
    <w:p>
      <w:r>
        <w:rPr>
          <w:rFonts w:ascii="Gentium Plus" w:hAnsi="Gentium Plus"/>
          <w:sz w:val="24"/>
        </w:rPr>
        <w:t>ἀνέγραψαν ὅτι «Οὐ γεύσονται θανάτου ἕως ἂν ἴδωσιν τὸν υἱὸν τοῦ «ἀνθρώπου ἐρχόμενον ἐν τῇ βασιλείᾳ αὐτοῦ» ἢ «Ἐν τῇ δόξῃ αὐτοῦ» ἢ «Ἕως ἂν ἴδωσιν τὴν βασιλείαν τοῦ θεοῦ ἐληλυθυῖαν ἐν δυνάμει».</w:t>
      </w:r>
    </w:p>
    <w:p>
      <w:r>
        <w:rPr>
          <w:rFonts w:ascii="Courier New" w:hAnsi="Courier New"/>
          <w:color w:val="555555"/>
          <w:sz w:val="20"/>
        </w:rPr>
        <w:t>[20 . 43 . 411]</w:t>
      </w:r>
    </w:p>
    <w:p>
      <w:r>
        <w:rPr>
          <w:rFonts w:ascii="Gentium Plus" w:hAnsi="Gentium Plus"/>
          <w:sz w:val="24"/>
        </w:rPr>
        <w:t>καὶ ἐπεὶ ὡς δυνατοῦ ὄντος τοῦ τὸν ἑστηκότα πεσεῖν εἴρηται· «Ὁ «δοκῶν ἑστάναι βλεπέτω μὴ πέσῃ», διὰ τοῦτο οὐ περὶ πάντων τῶν ἑστηκότων ἀλλὰ περί τινων ἀναγέγραπται τὸ «Ἀμὴν λέγω ὑμῖν·</w:t>
      </w:r>
    </w:p>
    <w:p>
      <w:r>
        <w:rPr>
          <w:rFonts w:ascii="Courier New" w:hAnsi="Courier New"/>
          <w:color w:val="555555"/>
          <w:sz w:val="20"/>
        </w:rPr>
        <w:t>[20 . 43 . 412]</w:t>
      </w:r>
    </w:p>
    <w:p>
      <w:r>
        <w:rPr>
          <w:rFonts w:ascii="Gentium Plus" w:hAnsi="Gentium Plus"/>
          <w:sz w:val="24"/>
        </w:rPr>
        <w:t>«εἰσίν τινες τῶν ὧδε ἑστώτων». ἑστὼς μὲν οὖν τις οὐ γεύεται θα‐ νάτου, τηρῶν τὸ ἑστηκέναι· τὸν δὲ λόγον παραλαβὼν καὶ τηρῶν θάνατον οὐ θεωρήσει.</w:t>
      </w:r>
    </w:p>
    <w:p>
      <w:r>
        <w:rPr>
          <w:rFonts w:ascii="Courier New" w:hAnsi="Courier New"/>
          <w:color w:val="555555"/>
          <w:sz w:val="20"/>
        </w:rPr>
        <w:t>[20 . 44 . 413]</w:t>
      </w:r>
    </w:p>
    <w:p>
      <w:r>
        <w:rPr>
          <w:rFonts w:ascii="Gentium Plus" w:hAnsi="Gentium Plus"/>
          <w:sz w:val="24"/>
        </w:rPr>
        <w:t>Εἴπερ οὖν διαφορά τίς ἐστιν τοῦ γεύσασθαι θανάτου καὶ τοῦ θεωρεῖν τὸν θάνατον, ὡς οὐ συνετοὶ ἀκροαταὶ οἱ Ἰουδαῖοι συγχέοντες τὸν τοῦ κυρίου λόγον, ἀντὶ τοῦ «Θάνατον οὐ θεωρήσει» εἰρήκασιν· «Οὐ μὴ γεύσηται θανάτου» ἐπὶ τὴν ὑποδεεστέραν αἴσθησιν</w:t>
      </w:r>
    </w:p>
    <w:p>
      <w:r>
        <w:rPr>
          <w:rFonts w:ascii="Courier New" w:hAnsi="Courier New"/>
          <w:color w:val="555555"/>
          <w:sz w:val="20"/>
        </w:rPr>
        <w:t>[5]</w:t>
      </w:r>
    </w:p>
    <w:p>
      <w:r>
        <w:rPr>
          <w:rFonts w:ascii="Gentium Plus" w:hAnsi="Gentium Plus"/>
          <w:sz w:val="24"/>
        </w:rPr>
        <w:t>καταπεσόντες τῷ λόγῳ. ζητήσεις δὲ εἰ ὥσπερ ἔστιν θεωρεῖν θάνα‐ τον καὶ γεύεσθαι θανάτου, οὕτως καὶ κατὰ τὰ λοιπὰ αἰσθητήρια ἤτοι ἀκούειν θανάτου ἢ ὀσφραίνεσθαι θανάτου ἢ ἅπτεσθαι θανάτου· εἰ γὰρ αἱ χεῖρες τῶν ἀποστόλων ἐψηλάφησαν περὶ τοῦ λόγου τῆς ζωῆς, μή τι αἱ χεῖρες τῶν ψευδαποστόλων καὶ ἐργατῶν δολίων,</w:t>
      </w:r>
    </w:p>
    <w:p>
      <w:r>
        <w:rPr>
          <w:rFonts w:ascii="Courier New" w:hAnsi="Courier New"/>
          <w:color w:val="555555"/>
          <w:sz w:val="20"/>
        </w:rPr>
        <w:t>[10]</w:t>
      </w:r>
    </w:p>
    <w:p>
      <w:r>
        <w:rPr>
          <w:rFonts w:ascii="Gentium Plus" w:hAnsi="Gentium Plus"/>
          <w:sz w:val="24"/>
        </w:rPr>
        <w:t>μετασχηματιζομένων εἰς ἀγγέλους δικαιοσύνης, ψηλαφῶσιν περὶ τοῦ λόγου τοῦ θανάτου· καὶ εἰ τὰ πρόβατα Χριστοῦ ἀκούει τῆς φωνῆς αὐτοῦ, μήποτε τὰ μὴ αὐτοῦ πρόβατα, πρὸς οὓς λέγοι ἄν· «Ὑμεῖς οὐκ «ἐστὲ ἐκ τῶν προβάτων τῶν ἐμῶν», ἀκούει τῆς φωνῆς τοῦ θανάτου.</w:t>
      </w:r>
    </w:p>
    <w:p>
      <w:r>
        <w:rPr>
          <w:rFonts w:ascii="Courier New" w:hAnsi="Courier New"/>
          <w:color w:val="555555"/>
          <w:sz w:val="20"/>
        </w:rPr>
        <w:t>[20 . 44 . 414]</w:t>
      </w:r>
    </w:p>
    <w:p>
      <w:r>
        <w:rPr>
          <w:rFonts w:ascii="Gentium Plus" w:hAnsi="Gentium Plus"/>
          <w:sz w:val="24"/>
        </w:rPr>
        <w:t>ὅρα 〈δὲ〉 εἰ μὴ ὀσμὴ θανάτου ἐστὶν ἐν τοῖς ἀπὸ τῆς ἁμαρτίας μώ‐</w:t>
      </w:r>
    </w:p>
    <w:p>
      <w:r>
        <w:rPr>
          <w:rFonts w:ascii="Courier New" w:hAnsi="Courier New"/>
          <w:color w:val="555555"/>
          <w:sz w:val="20"/>
        </w:rPr>
        <w:t>[20 . 44 . 415]</w:t>
      </w:r>
    </w:p>
    <w:p>
      <w:r>
        <w:rPr>
          <w:rFonts w:ascii="Gentium Plus" w:hAnsi="Gentium Plus"/>
          <w:sz w:val="24"/>
        </w:rPr>
        <w:t>«Κύριε, ἤδη ὄζει· τεταρταῖος γάρ ἐστιν». εἰς δὲ τὸ περὶ τῆς νοητῆς ὀσμῆς θανάτου ἢ ὀσμῆς ζωῆς παρατηρεῖν δεήσει τὸ ἀποστολικὸν οὕτως ἔχον· «Χριστοῦ εὐωδία ἐσμὲν τῷ θεῷ ἐν παντὶ τόπῳ, ἐν «τοῖς σωζομένοις καὶ ἐν τοῖς ἀπολλυμένοις· οἷς μὲν ὀσμὴ ἐκ θανάτου</w:t>
      </w:r>
    </w:p>
    <w:p>
      <w:r>
        <w:rPr>
          <w:rFonts w:ascii="Courier New" w:hAnsi="Courier New"/>
          <w:color w:val="555555"/>
          <w:sz w:val="20"/>
        </w:rPr>
        <w:t>[5]</w:t>
      </w:r>
    </w:p>
    <w:p>
      <w:r>
        <w:rPr>
          <w:rFonts w:ascii="Gentium Plus" w:hAnsi="Gentium Plus"/>
          <w:sz w:val="24"/>
        </w:rPr>
        <w:t>«εἰς θάνατον, οἷς δὲ ὀσμὴ ἐκ ζωῆς εἰς ζωήν». εὐωδία μὲν γὰρ Χριστοῦ εἰσιν καὶ οὐδαμῶς δυσωδία ἐν παντὶ τόπῳ οἱ ἐν Χριστῷ</w:t>
      </w:r>
    </w:p>
    <w:p>
      <w:r>
        <w:rPr>
          <w:rFonts w:ascii="Courier New" w:hAnsi="Courier New"/>
          <w:color w:val="555555"/>
          <w:sz w:val="20"/>
        </w:rPr>
        <w:t>[20 . 44 . 416]</w:t>
      </w:r>
    </w:p>
    <w:p>
      <w:r>
        <w:rPr>
          <w:rFonts w:ascii="Gentium Plus" w:hAnsi="Gentium Plus"/>
          <w:sz w:val="24"/>
        </w:rPr>
        <w:t>ἄνθρωποι. ἀλλ’ [ἐπεὶ] ὥσπερ ἡ σωματικὴ εὐωδία τινὰ τῶν ζῴων λέγεται ἀναιρεῖν, οὕτως διὰ τὴν προγενομένην κακίαν καὶ ἡ Χριστοῦ εὐωδία γένοιτο ἄν τισιν τοῖς ἐκ θανάτου εἰς θάνατον αὐτῶν, τοῖς</w:t>
      </w:r>
    </w:p>
    <w:p>
      <w:r>
        <w:rPr>
          <w:rFonts w:ascii="Courier New" w:hAnsi="Courier New"/>
          <w:color w:val="555555"/>
          <w:sz w:val="20"/>
        </w:rPr>
        <w:t>[20 . 44 . 417]</w:t>
      </w:r>
    </w:p>
    <w:p>
      <w:r>
        <w:rPr>
          <w:rFonts w:ascii="Gentium Plus" w:hAnsi="Gentium Plus"/>
          <w:sz w:val="24"/>
        </w:rPr>
        <w:t>〈δὲ〉 ἐκ ζωῆς ἀποβαίνει εἰς ζωήν. ταῦτα παρακείμενα ἡμῖν ἔδοξεν εἶναι τῇ ἐξετάσει τοῦ γεύεσθαι θανάτου καὶ τοῦ θεωρεῖν ἢ μὴ θεω‐</w:t>
      </w:r>
    </w:p>
    <w:p>
      <w:r>
        <w:rPr>
          <w:rFonts w:ascii="Courier New" w:hAnsi="Courier New"/>
          <w:color w:val="555555"/>
          <w:sz w:val="20"/>
        </w:rPr>
        <w:t>[20 . 44 . 418]</w:t>
      </w:r>
    </w:p>
    <w:p>
      <w:r>
        <w:rPr>
          <w:rFonts w:ascii="Gentium Plus" w:hAnsi="Gentium Plus"/>
          <w:sz w:val="24"/>
        </w:rPr>
        <w:t>ρεῖν τὸν θάνατον. μετὰ ταῦτα μὴ θεωροῦντες ὅσῳ ὑπερέχει Χρι‐ στὸς τῶν πατριαρχῶν καὶ τῶν προφητῶν, ἀλλὰ μηδὲ πιστεύοντες Χριστὸν εἶναι τὸν τηλικαῦτα διδάσκοντα, ἐπαποροῦσιν λέγοντες·</w:t>
      </w:r>
    </w:p>
    <w:p>
      <w:r>
        <w:rPr>
          <w:rFonts w:ascii="Courier New" w:hAnsi="Courier New"/>
          <w:color w:val="555555"/>
          <w:sz w:val="20"/>
        </w:rPr>
        <w:t>[20 . 44 . 419]</w:t>
      </w:r>
    </w:p>
    <w:p>
      <w:r>
        <w:rPr>
          <w:rFonts w:ascii="Gentium Plus" w:hAnsi="Gentium Plus"/>
          <w:sz w:val="24"/>
        </w:rPr>
        <w:t>«Μὴ σὺ μείζων εἶ τοῦ πατρὸς ἡμῶν Ἀβραάμ, ὅστις ἀπέθανεν;» οὐχ ὁρῶσιν δὲ ὅτι οὐ μόνον 〈μείζων〉 τοῦ Ἀβραὰμ ἀλλὰ καὶ παντὸς ἐν γεννητοῖς γυναικῶν ὁ ἐκ τῆς παρθένου γεγεννημένος, καὶ τῶν προ‐ φητῶν πάντων ὁ προφητευόμενος ὑπ’ αὐτῶν, καὶ τῶν ἀποθανόντων</w:t>
      </w:r>
    </w:p>
    <w:p>
      <w:r>
        <w:rPr>
          <w:rFonts w:ascii="Courier New" w:hAnsi="Courier New"/>
          <w:color w:val="555555"/>
          <w:sz w:val="20"/>
        </w:rPr>
        <w:t>[5]</w:t>
      </w:r>
    </w:p>
    <w:p>
      <w:r>
        <w:rPr>
          <w:rFonts w:ascii="Gentium Plus" w:hAnsi="Gentium Plus"/>
          <w:sz w:val="24"/>
        </w:rPr>
        <w:t>ὁ ζωοποιήσας αὐτούς, οὐχ ἑαυτὸν ποιήσας τοιοῦτον ἀλλ’ ἀπὸ τοῦ</w:t>
      </w:r>
    </w:p>
    <w:p>
      <w:r>
        <w:rPr>
          <w:rFonts w:ascii="Courier New" w:hAnsi="Courier New"/>
          <w:color w:val="555555"/>
          <w:sz w:val="20"/>
        </w:rPr>
        <w:t>[20 . 44 . 420]</w:t>
      </w:r>
    </w:p>
    <w:p>
      <w:r>
        <w:rPr>
          <w:rFonts w:ascii="Gentium Plus" w:hAnsi="Gentium Plus"/>
          <w:sz w:val="24"/>
        </w:rPr>
        <w:t>πατρὸς λαβών. «Ὥσπερ γὰρ ὁ πατὴρ ἔχει ζωὴν ἐν ἑαυτῷ, οὕτω «καὶ τῷ υἱῷ ζωὴν ἔδωκεν ἔχειν ἐν ἑαυτῷ», οὐ δυναμένῳ ποιεῖν ἀφ’ ἑαυτοῦ οὐδὲ ἕν, καὶ ζητοῦντι τὸ θέλημα οὐ τὸ ἑαυτοῦ, ἀλλὰ τὸ θέλημα τοῦ πέμψαντος αὐτόν. καὶ τὸ «Τίνα οὖν σεαυτὸν ποιεῖς;»</w:t>
      </w:r>
    </w:p>
    <w:p>
      <w:r>
        <w:rPr>
          <w:rFonts w:ascii="Courier New" w:hAnsi="Courier New"/>
          <w:color w:val="555555"/>
          <w:sz w:val="20"/>
        </w:rPr>
        <w:t>[5]</w:t>
      </w:r>
    </w:p>
    <w:p>
      <w:r>
        <w:rPr>
          <w:rFonts w:ascii="Gentium Plus" w:hAnsi="Gentium Plus"/>
          <w:sz w:val="24"/>
        </w:rPr>
        <w:t>μὴ τεθεωρηκότων ἦν φωνὴ ὅτι οὐχ ἑαυτὸν ὁ Ἰησοῦς πεποίηκεν ὅπερ</w:t>
      </w:r>
    </w:p>
    <w:p>
      <w:r>
        <w:rPr>
          <w:rFonts w:ascii="Courier New" w:hAnsi="Courier New"/>
          <w:color w:val="555555"/>
          <w:sz w:val="20"/>
        </w:rPr>
        <w:t>[20 . 44 . 421]</w:t>
      </w:r>
    </w:p>
    <w:p>
      <w:r>
        <w:rPr>
          <w:rFonts w:ascii="Gentium Plus" w:hAnsi="Gentium Plus"/>
          <w:sz w:val="24"/>
        </w:rPr>
        <w:t>ἐστίν. διόπερ καὶ πρὸς τοῦτο δοκεῖ μοι ἀποκρίνεσθαι, διδάσκων τίς αὐτὸν ἐποίησεν ὅπερ ἦν, τὸ «Ἐὰν ἐγὼ δοξάσω ἐμαυτόν, ἡ δόξα μου «οὐδέν ἐστιν· ἔστιν ὁ πατὴρ ὁ δοξάζων με.»</w:t>
      </w:r>
    </w:p>
    <w:p>
      <w:r>
        <w:rPr>
          <w:rFonts w:ascii="Courier New" w:hAnsi="Courier New"/>
          <w:color w:val="555555"/>
          <w:sz w:val="20"/>
        </w:rPr>
        <w:t>[20 . 44 . 422]</w:t>
      </w:r>
    </w:p>
    <w:p>
      <w:r>
        <w:rPr>
          <w:rFonts w:ascii="Gentium Plus" w:hAnsi="Gentium Plus"/>
          <w:sz w:val="24"/>
        </w:rPr>
        <w:t>Καὶ ταῦτα δέ, αὐτάρκη περιγραφὴν εἰληφότος τοῦ εἰκοστοῦ τῶν εἰς τὸ κατὰ Ἰωάννην εὐαγγέλιον ἐξηγητικῶν τόμου, τὴν περιγραφὴν ἐνταῦθα εἰληφέτω, ἵνα θεοῦ ἀποκαλύπτοντος ἡμῖν τὰ ἑξῆς θεωρή‐ σωμεν ἐν τῷ μετὰ ταῦτα ἀπὸ τοῦ «Ἀπεκρίθη Ἰησοῦς· Ἐὰν ἐγὼ</w:t>
      </w:r>
    </w:p>
    <w:p>
      <w:r>
        <w:rPr>
          <w:rFonts w:ascii="Courier New" w:hAnsi="Courier New"/>
          <w:color w:val="555555"/>
          <w:sz w:val="20"/>
        </w:rPr>
        <w:t>[5]</w:t>
      </w:r>
    </w:p>
    <w:p>
      <w:r>
        <w:rPr>
          <w:rFonts w:ascii="Gentium Plus" w:hAnsi="Gentium Plus"/>
          <w:sz w:val="24"/>
        </w:rPr>
        <w:t>«δοξάσω ἐμαυτόν, ἡ δόξα μου οὐδέν ἐστιν».</w:t>
      </w:r>
    </w:p>
    <w:p>
      <w:pPr>
        <w:jc w:val="center"/>
      </w:pPr>
      <w:r>
        <w:rPr>
          <w:rFonts w:ascii="Gentium Plus" w:hAnsi="Gentium Plus"/>
          <w:b/>
          <w:sz w:val="24"/>
        </w:rPr>
        <w:t>ΤΩΝ ΕΙΣ ΤΟ ΚΑΤΑ ΙΩΑΝΝΗΝ ΕΥΑΓΓΕΛΙΟΝ ΕΞΗΓΗΤΙΚΩΝ ΤΟΜΟΣ ΚΗʹ.</w:t>
      </w:r>
    </w:p>
    <w:p>
      <w:r>
        <w:rPr>
          <w:rFonts w:ascii="Courier New" w:hAnsi="Courier New"/>
          <w:color w:val="555555"/>
          <w:sz w:val="20"/>
        </w:rPr>
        <w:t>[28 . 1 . 1]</w:t>
      </w:r>
    </w:p>
    <w:p>
      <w:r>
        <w:rPr>
          <w:rFonts w:ascii="Gentium Plus" w:hAnsi="Gentium Plus"/>
          <w:sz w:val="24"/>
        </w:rPr>
        <w:t>Οἱ φύσεις ἀριθμῶν ἐρευνήσαντες πρῶτον μὲν τέλειον τὸν ἓξ εἰρήκασιν, τοῖς ἑαυτοῦ μέρεσιν ἰσούμενον, ἔκ τε τῆς συνθέσεως τοῦ ἀπὸ μονάδος διπλασιαζομένου, ἑνὸς καὶ δύο, ὃ ἐστὶ τρία, ἀριθμὸς πρῶτος, καὶ τοῦ ἐφ’ ὃν ἔφθασεν ὁ διπλασιασμός, λέγω δὲ τοῦ δύο·</w:t>
      </w:r>
    </w:p>
    <w:p>
      <w:r>
        <w:rPr>
          <w:rFonts w:ascii="Courier New" w:hAnsi="Courier New"/>
          <w:color w:val="555555"/>
          <w:sz w:val="20"/>
        </w:rPr>
        <w:t>[28 . 1 . 2]</w:t>
      </w:r>
    </w:p>
    <w:p>
      <w:r>
        <w:rPr>
          <w:rFonts w:ascii="Gentium Plus" w:hAnsi="Gentium Plus"/>
          <w:sz w:val="24"/>
        </w:rPr>
        <w:t>γενόμενος γὰρ ὁ δύο ἐπὶ τὸν τρία πεποίηκεν τὸν ἕξ. δεύτερον δὲ τέλειόν φασιν εἶναι τὸν εἴκοσι καὶ ὀκτώ, συνιστάμενον ἔκ τε τοῦ συνθέτου τῶν ἀπὸ μονάδος διπλασιαζομένων, ἕως γένηται πρῶτος ἀριθμός, καὶ τοῦ ἐφ’ ὃν ἔφθασεν ὁ διπλασιασμός. τέσσαρα μὲν γάρ</w:t>
      </w:r>
    </w:p>
    <w:p>
      <w:r>
        <w:rPr>
          <w:rFonts w:ascii="Courier New" w:hAnsi="Courier New"/>
          <w:color w:val="555555"/>
          <w:sz w:val="20"/>
        </w:rPr>
        <w:t>[28 . 1 . 3]</w:t>
      </w:r>
    </w:p>
    <w:p>
      <w:r>
        <w:rPr>
          <w:rFonts w:ascii="Gentium Plus" w:hAnsi="Gentium Plus"/>
          <w:sz w:val="24"/>
        </w:rPr>
        <w:t>ἐστιν ὁ ἀπὸ μονάδος διπλασιαζόμενος ἐν τῷ ἕν δύο τέσσαρα. ἑπτὰ δὴ τούτων σύνθεσις, καὶ αὐτὸς πρῶτος ἀριθμὸς ὑπὸ μονάδος μόνης μετρούμενος· γινόμενος δὲ ὁ τέσσαρα ἐπὶ τὸν ἑπτὰ πεποίηκεν τὸν εἴκοσι καὶ ὀκτώ, καὶ αὐτὸν τοῖς ἑαυτοῦ μέρεσιν ἴσον.</w:t>
      </w:r>
    </w:p>
    <w:p>
      <w:r>
        <w:rPr>
          <w:rFonts w:ascii="Courier New" w:hAnsi="Courier New"/>
          <w:color w:val="555555"/>
          <w:sz w:val="20"/>
        </w:rPr>
        <w:t>[28 . 1 . 4]</w:t>
      </w:r>
    </w:p>
    <w:p>
      <w:r>
        <w:rPr>
          <w:rFonts w:ascii="Gentium Plus" w:hAnsi="Gentium Plus"/>
          <w:sz w:val="24"/>
        </w:rPr>
        <w:t>Διὰ τοῦτο δ’ οἶμαι † ῥᾴδιον διαλαμβάνεται ἀπὸ τοῦ παιδευθέντος «πάσῃ σοφίᾳ [καὶ] Αἰγυπτίων» Μωσέως εἰς τὴν τῆς σκηνῆς τοῦ μαρ‐ τυρίου κατασκευήν· αἱ γὰρ αὐλαῖαι εἴκοσι καὶ ὀκτὼ πηχῶν τὸ μῆκός</w:t>
      </w:r>
    </w:p>
    <w:p>
      <w:r>
        <w:rPr>
          <w:rFonts w:ascii="Courier New" w:hAnsi="Courier New"/>
          <w:color w:val="555555"/>
          <w:sz w:val="20"/>
        </w:rPr>
        <w:t>[28 . 1 . 5]</w:t>
      </w:r>
    </w:p>
    <w:p>
      <w:r>
        <w:rPr>
          <w:rFonts w:ascii="Gentium Plus" w:hAnsi="Gentium Plus"/>
          <w:sz w:val="24"/>
        </w:rPr>
        <w:t>εἰσιν. καὶ ἐχρῆν γε τὴν εἰς δόξαν θεοῦ κατασκευαζομένην σκηνὴν τοῦ μαρτυρίου μετὰ τῶν ἐξαιρέτων ἀριθμῶν ἔχειν καὶ τὸν εἴκοσι καὶ</w:t>
      </w:r>
    </w:p>
    <w:p>
      <w:r>
        <w:rPr>
          <w:rFonts w:ascii="Courier New" w:hAnsi="Courier New"/>
          <w:color w:val="555555"/>
          <w:sz w:val="20"/>
        </w:rPr>
        <w:t>[28 . 1 . 6]</w:t>
      </w:r>
    </w:p>
    <w:p>
      <w:r>
        <w:rPr>
          <w:rFonts w:ascii="Gentium Plus" w:hAnsi="Gentium Plus"/>
          <w:sz w:val="24"/>
        </w:rPr>
        <w:t>ὀκτώ. ἐφ’ ὅν, ἱερὲ ἀδελφὲ Ἀμβρόσιε, φθάσαντες τῶν εἰς τὸ κατὰ Ἰωάννην ἐξηγητικῶν (οὗτος γὰρ ἔσται, θεοῦ χαριζομένου, εἰκοστὸς ὄγδοος εἰς τὸ εὐαγγέλιον τόμος), ἐπικαλεσάμενοι τὸν τέλειον καὶ τε‐</w:t>
      </w:r>
    </w:p>
    <w:p>
      <w:r>
        <w:rPr>
          <w:rFonts w:ascii="Courier New" w:hAnsi="Courier New"/>
          <w:color w:val="555555"/>
          <w:sz w:val="20"/>
        </w:rPr>
        <w:t>[5]</w:t>
      </w:r>
    </w:p>
    <w:p>
      <w:r>
        <w:rPr>
          <w:rFonts w:ascii="Gentium Plus" w:hAnsi="Gentium Plus"/>
          <w:sz w:val="24"/>
        </w:rPr>
        <w:t>Χριστοῦ, ἵν’ ἡμῶν τὸν νοῦν δῷ εὑρεῖν τὴν περὶ τῶν ἐξετασθησο‐ μένων ἀλήθειαν καὶ κατασκευὴν αὐτῶν, [καὶ] οὕτως ὁδεύσωμεν καὶ ἐπὶ τὰ ἑξῆς.</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[28 . 2 n]</w:t>
      </w:r>
    </w:p>
    <w:p>
      <w:r>
        <w:rPr>
          <w:rFonts w:ascii="Gentium Plus" w:hAnsi="Gentium Plus"/>
          <w:sz w:val="24"/>
        </w:rPr>
        <w:t>Λέγει ὁ Ἰησοῦς· Ἄρατε τὸν λίθον.</w:t>
      </w:r>
    </w:p>
    <w:p>
      <w:r>
        <w:rPr>
          <w:rFonts w:ascii="Courier New" w:hAnsi="Courier New"/>
          <w:color w:val="555555"/>
          <w:sz w:val="20"/>
        </w:rPr>
        <w:t>[28 . 2 . 7]</w:t>
      </w:r>
    </w:p>
    <w:p>
      <w:r>
        <w:rPr>
          <w:rFonts w:ascii="Gentium Plus" w:hAnsi="Gentium Plus"/>
          <w:sz w:val="24"/>
        </w:rPr>
        <w:t>Ἐπείπερ ἐνθάδε μὲν τὸν ἐπικείμενον τῷ σπηλαίῳ λίθον οὐκ αὐτὸς ὁ Ἰησοῦς αἴρει ἀλλὰ λέγει· «Ἄρατε τὸν λίθον», ἐν δὲ τῇ Γενέσει, ἡνίκα «λίθος ἦν μέγας ἐπὶ τῷ στόματι τοῦ φρέατος, καὶ συνήγοντο «ἐκεῖ πάντα τὰ ποίμνια, καὶ ἀπεκύλιον λίθον ἀπὸ τοῦ στόματος τοῦ</w:t>
      </w:r>
    </w:p>
    <w:p>
      <w:r>
        <w:rPr>
          <w:rFonts w:ascii="Courier New" w:hAnsi="Courier New"/>
          <w:color w:val="555555"/>
          <w:sz w:val="20"/>
        </w:rPr>
        <w:t>[5]</w:t>
      </w:r>
    </w:p>
    <w:p>
      <w:r>
        <w:rPr>
          <w:rFonts w:ascii="Gentium Plus" w:hAnsi="Gentium Plus"/>
          <w:sz w:val="24"/>
        </w:rPr>
        <w:t>«φρέατος, καὶ συνήγοντο καὶ ἐπότιζον τὰ πρόβατα, καὶ ἀπεκαθίστων «τὸν λίθον ἐπὶ τὸ στόμα τοῦ φρέατος εἰς τὸν τόπον αὐτοῦ» καὶ τῷ μηδέπω τοῦτο γεγονέναι διὰ τὸ μὴ συνῆχθαι τὰ κτήνη, ὁ Ἰακὼβ ἰδὼν «Ῥαχὴλ τὴν θυγατέρα Λάβαν τοῦ ἀδελφοῦ τῆς μητρὸς αὐτοῦ καὶ τὰ «πρόβατα Λάβαν τοῦ ἀδελφοῦ τῆς μητρὸς αὐτοῦ, προσελθὼν αὐτὸς</w:t>
      </w:r>
    </w:p>
    <w:p>
      <w:r>
        <w:rPr>
          <w:rFonts w:ascii="Courier New" w:hAnsi="Courier New"/>
          <w:color w:val="555555"/>
          <w:sz w:val="20"/>
        </w:rPr>
        <w:t>[10]</w:t>
      </w:r>
    </w:p>
    <w:p>
      <w:r>
        <w:rPr>
          <w:rFonts w:ascii="Gentium Plus" w:hAnsi="Gentium Plus"/>
          <w:sz w:val="24"/>
        </w:rPr>
        <w:t>«ἀπεκύλισε τὸν λίθον ἀπὸ τοῦ στόματος τοῦ φρέατος καὶ ἐπότισεν «τὰ πρόβατα Λάβαν τοῦ ἀδελφοῦ τῆς μητρὸς αὐτοῦ», βουλόμεθα ἀμφοτέρους τοὺς λίθους ἀλλήλοις συνεξετάσαι, ἵνα τὸ εὔλογον κατα‐ νοήσωμεν τοῦ ἐνθάδε μὲν μὴ αὐτὸν τὸν Ἰησοῦν ἠρκέναι τὸν λίθον ἀπὸ τοῦ σπηλαίου, ἀλλ’ εἰρηκέναι· «Ἄρατε τὸν λίθον», ἐν δὲ τῇ Γε‐</w:t>
      </w:r>
    </w:p>
    <w:p>
      <w:r>
        <w:rPr>
          <w:rFonts w:ascii="Courier New" w:hAnsi="Courier New"/>
          <w:color w:val="555555"/>
          <w:sz w:val="20"/>
        </w:rPr>
        <w:t>[15]</w:t>
      </w:r>
    </w:p>
    <w:p>
      <w:r>
        <w:rPr>
          <w:rFonts w:ascii="Gentium Plus" w:hAnsi="Gentium Plus"/>
          <w:sz w:val="24"/>
        </w:rPr>
        <w:t>νέσει αὐτὸν τὸν Ἰακὼβ ἀποκεκυλικέναι τὸν λίθον ἀπὸ τοῦ στόματος</w:t>
      </w:r>
    </w:p>
    <w:p>
      <w:r>
        <w:rPr>
          <w:rFonts w:ascii="Courier New" w:hAnsi="Courier New"/>
          <w:color w:val="555555"/>
          <w:sz w:val="20"/>
        </w:rPr>
        <w:t>[28 . 2 . 8]</w:t>
      </w:r>
    </w:p>
    <w:p>
      <w:r>
        <w:rPr>
          <w:rFonts w:ascii="Gentium Plus" w:hAnsi="Gentium Plus"/>
          <w:sz w:val="24"/>
        </w:rPr>
        <w:t>τοῦ φρέατος. καὶ πρόσχες εἰ δυνάμεθα λέγειν ὅτι τοῦ μὲν ἐπὶ τῷ σπηλαίῳ λίθου, ἐπεὶ τὸ σπήλαιον μνημεῖον ἦν, οὐκ ἐχρῆν αὐτὸν ἅψασθαι τὸν Ἰησοῦν, ἀλλὰ προστάξαι μόνον τοῖς ἐπιτηδείοις πρὸς τὸ ἔργον ἆραι τὸν λίθον, τοῦ δὲ ἐπικειμένου τῷ στόματι τοῦ φρέατος</w:t>
      </w:r>
    </w:p>
    <w:p>
      <w:r>
        <w:rPr>
          <w:rFonts w:ascii="Courier New" w:hAnsi="Courier New"/>
          <w:color w:val="555555"/>
          <w:sz w:val="20"/>
        </w:rPr>
        <w:t>[5]</w:t>
      </w:r>
    </w:p>
    <w:p>
      <w:r>
        <w:rPr>
          <w:rFonts w:ascii="Gentium Plus" w:hAnsi="Gentium Plus"/>
          <w:sz w:val="24"/>
        </w:rPr>
        <w:t>καὶ ἐμποδίζοντος τοῦ πίνειν τὰ πρόβατα, ἀφ’ ὧν ἔμελλεν γενέσθαι τὰ ἐπίσημα καὶ ἡ μερὶς τοῦ Ἰακώβ, αὐτὸν ἔδει λαβέσθαι τὸν Ἰακώβ, καὶ προσελθόντα τῷ λίθῳ ἀποκυλίσαι αὐτὸν ἀπὸ τοῦ στόματος τοῦ φρέατος, ἵνα ποτισθῇ τὰ πρόβατα Λάβαν τοῦ ἀδελφοῦ τῆς μητρὸς</w:t>
      </w:r>
    </w:p>
    <w:p>
      <w:r>
        <w:rPr>
          <w:rFonts w:ascii="Courier New" w:hAnsi="Courier New"/>
          <w:color w:val="555555"/>
          <w:sz w:val="20"/>
        </w:rPr>
        <w:t>[28 . 2 . 9]</w:t>
      </w:r>
    </w:p>
    <w:p>
      <w:r>
        <w:rPr>
          <w:rFonts w:ascii="Gentium Plus" w:hAnsi="Gentium Plus"/>
          <w:sz w:val="24"/>
        </w:rPr>
        <w:t>αὐτοῦ. καὶ ἔδει γε ἐπὶ μὲν τοῦ φρέατος αὐτὸν προσελθεῖν τὸν Ιακώβ,</w:t>
      </w:r>
    </w:p>
    <w:p>
      <w:r>
        <w:rPr>
          <w:rFonts w:ascii="Courier New" w:hAnsi="Courier New"/>
          <w:color w:val="555555"/>
          <w:sz w:val="20"/>
        </w:rPr>
        <w:t>[28 . 2 . 10]</w:t>
      </w:r>
    </w:p>
    <w:p>
      <w:r>
        <w:rPr>
          <w:rFonts w:ascii="Gentium Plus" w:hAnsi="Gentium Plus"/>
          <w:sz w:val="24"/>
        </w:rPr>
        <w:t>ἔξω δὲ τοῦ σπηλαίου στῆναι τὸν Ἰησοῦν. εἰ δὲ δύνασαι, ἐπίστησον τί δήποτε ἐπὶ μὲν τοῦ σπηλαίου οὐ κεκύλισται ὁ ἐπικείμενος αὐτῷ</w:t>
      </w:r>
    </w:p>
    <w:p>
      <w:r>
        <w:rPr>
          <w:rFonts w:ascii="Courier New" w:hAnsi="Courier New"/>
          <w:color w:val="555555"/>
          <w:sz w:val="20"/>
        </w:rPr>
        <w:t>[5]</w:t>
      </w:r>
    </w:p>
    <w:p>
      <w:r>
        <w:rPr>
          <w:rFonts w:ascii="Gentium Plus" w:hAnsi="Gentium Plus"/>
          <w:sz w:val="24"/>
        </w:rPr>
        <w:t>λίθον καὶ μὴ πάλιν κυλισθῆναι· τὸν δὲ ἐπὶ τοῦ φρέατος ἀποκυ‐</w:t>
      </w:r>
    </w:p>
    <w:p>
      <w:r>
        <w:rPr>
          <w:rFonts w:ascii="Courier New" w:hAnsi="Courier New"/>
          <w:color w:val="555555"/>
          <w:sz w:val="20"/>
        </w:rPr>
        <w:t>[28 . 2 . 11]</w:t>
      </w:r>
    </w:p>
    <w:p>
      <w:r>
        <w:rPr>
          <w:rFonts w:ascii="Gentium Plus" w:hAnsi="Gentium Plus"/>
          <w:sz w:val="24"/>
        </w:rPr>
        <w:t>λισθῆναι μόνον. προείρηται γάρ, ὅτι ἀπε * * * * * * * * * * * * * * *</w:t>
      </w:r>
    </w:p>
    <w:p>
      <w:r>
        <w:rPr>
          <w:rFonts w:ascii="Courier New" w:hAnsi="Courier New"/>
          <w:color w:val="555555"/>
          <w:sz w:val="20"/>
        </w:rPr>
        <w:t>[28 . 2 . 12]</w:t>
      </w:r>
    </w:p>
    <w:p>
      <w:r>
        <w:rPr>
          <w:rFonts w:ascii="Gentium Plus" w:hAnsi="Gentium Plus"/>
          <w:sz w:val="24"/>
        </w:rPr>
        <w:t>* * * δόξαν θεοῦ, νοήσαντες τὸ μέγεθος τῆς εἰς δικαιοσύνην λογιζο‐</w:t>
      </w:r>
    </w:p>
    <w:p>
      <w:r>
        <w:rPr>
          <w:rFonts w:ascii="Courier New" w:hAnsi="Courier New"/>
          <w:color w:val="555555"/>
          <w:sz w:val="20"/>
        </w:rPr>
        <w:t>[28 . 2 . 13]</w:t>
      </w:r>
    </w:p>
    <w:p>
      <w:r>
        <w:rPr>
          <w:rFonts w:ascii="Gentium Plus" w:hAnsi="Gentium Plus"/>
          <w:sz w:val="24"/>
        </w:rPr>
        <w:t>μένης πίστεως πιστεύσωμεν. εἰ δέ τις οὐδέπω εἶδεν τὴν δόξαν θεοῦ τῶν οἰομένων πεπιστευκέναι, μανθανέτω ὅτι ἐλέγχεται δι’ ὧν οὐδέπω εἶδεν τὴν δόξαν τοῦ θεοῦ μὴ πεπιστευκώς· ἀψευδὴς γὰρ ὁ μὴ Μάρθᾳ μόνῃ ἀλλὰ καὶ παντί τῳ λέγων τὸ «Ἐὰν πιστεύσῃς, ὄψῃ τὴν δόξαν</w:t>
      </w:r>
    </w:p>
    <w:p>
      <w:r>
        <w:rPr>
          <w:rFonts w:ascii="Courier New" w:hAnsi="Courier New"/>
          <w:color w:val="555555"/>
          <w:sz w:val="20"/>
        </w:rPr>
        <w:t>[5]</w:t>
      </w:r>
    </w:p>
    <w:p>
      <w:r>
        <w:rPr>
          <w:rFonts w:ascii="Gentium Plus" w:hAnsi="Gentium Plus"/>
          <w:sz w:val="24"/>
        </w:rPr>
        <w:t>«τοῦ θεοῦ».</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[28 . 3 n]</w:t>
      </w:r>
    </w:p>
    <w:p>
      <w:r>
        <w:rPr>
          <w:rFonts w:ascii="Gentium Plus" w:hAnsi="Gentium Plus"/>
          <w:sz w:val="24"/>
        </w:rPr>
        <w:t>Ἦραν οὖν τὸν λίθον.</w:t>
      </w:r>
    </w:p>
    <w:p>
      <w:r>
        <w:rPr>
          <w:rFonts w:ascii="Courier New" w:hAnsi="Courier New"/>
          <w:color w:val="555555"/>
          <w:sz w:val="20"/>
        </w:rPr>
        <w:t>[28 . 3 . 14]</w:t>
      </w:r>
    </w:p>
    <w:p>
      <w:r>
        <w:rPr>
          <w:rFonts w:ascii="Gentium Plus" w:hAnsi="Gentium Plus"/>
          <w:sz w:val="24"/>
        </w:rPr>
        <w:t>Ἡ βραδυτὴς τοῦ ἀρθῆναι τὸν ἐπικείμενον τῷ σπηλαίῳ λίθον ἀπὸ τῆς ἀδελφῆς τοῦ τετελευτηκότος γεγένηται· οἱονεὶ γὰρ ἐνεπό‐ δισεν οἷς προσέταξεν ὁ Ἰησοῦς εἰπών· «Ἄρατε τὸν λίθον» φήσασα·</w:t>
      </w:r>
    </w:p>
    <w:p>
      <w:r>
        <w:rPr>
          <w:rFonts w:ascii="Courier New" w:hAnsi="Courier New"/>
          <w:color w:val="555555"/>
          <w:sz w:val="20"/>
        </w:rPr>
        <w:t>[28 . 3 . 15]</w:t>
      </w:r>
    </w:p>
    <w:p>
      <w:r>
        <w:rPr>
          <w:rFonts w:ascii="Gentium Plus" w:hAnsi="Gentium Plus"/>
          <w:sz w:val="24"/>
        </w:rPr>
        <w:t>«Ἤδη ὄζει· τεταρταῖος γάρ ἐστιν». καὶ εἰ μὴ κεκόλουστό γε ἡ τῆς Μάρθας ἀπιστία εἰπόντος αὐτῇ τοῦ Ἰησοῦ· «Οὐκ εἶπόν σοι ὅτι ἐὰν πιστεύσῃς, ὄψῃ τὴν δόξαν τοῦ θεοῦ;» οὐκ ἂν οἱ ἀκούσαντες· «Ἄρατε</w:t>
      </w:r>
    </w:p>
    <w:p>
      <w:r>
        <w:rPr>
          <w:rFonts w:ascii="Courier New" w:hAnsi="Courier New"/>
          <w:color w:val="555555"/>
          <w:sz w:val="20"/>
        </w:rPr>
        <w:t>[28 . 3 . 16]</w:t>
      </w:r>
    </w:p>
    <w:p>
      <w:r>
        <w:rPr>
          <w:rFonts w:ascii="Gentium Plus" w:hAnsi="Gentium Plus"/>
          <w:sz w:val="24"/>
        </w:rPr>
        <w:t>«τὸν λίθον» ἦραν τὸν λίθον. φέρε γὰρ καθ’ ὑπόθεσιν εἰπόντος τοῦ Ἰησοῦ· «Ἄρατε τὸν λίθον» μὴ ἀποκεκρίσθαι τὴν ἀδελφὴν τοῦ τετελευτηκότος μηδὲ εἰρηκέναι· «Ἤδη ὄζει· τεταρταῖος γάρ ἐστιν»· τί οὖν ἠκολούθησεν ἂν τούτῳ γεγράφθαι ἢ τοῦτο· «Λέγει ὁ Ἰησοῦς· Ἄρατε τὸν λίθον·</w:t>
      </w:r>
    </w:p>
    <w:p>
      <w:r>
        <w:rPr>
          <w:rFonts w:ascii="Courier New" w:hAnsi="Courier New"/>
          <w:color w:val="555555"/>
          <w:sz w:val="20"/>
        </w:rPr>
        <w:t>[28 . 3 . 17]</w:t>
      </w:r>
    </w:p>
    <w:p>
      <w:r>
        <w:rPr>
          <w:rFonts w:ascii="Gentium Plus" w:hAnsi="Gentium Plus"/>
          <w:sz w:val="24"/>
        </w:rPr>
        <w:t>«ἦραν οὖν τὸν λίθον»; νυνὶ δὲ μεταξὺ τοῦ «Ἄρατε τὸν λίθον» καὶ τοῦ «Ἦραν οὖν τὸν λίθον» τὰ εἰρημένα ὑπὸ τῆς ἀδελφῆς τοῦ τετε‐ λευτηκότος ἐνεπόδισεν τῷ ἀρθῆναι τὸν λίθον. καὶ οὐκ ἂν οὐδὲ τὴν ἀρχὴν κἂν βράδιον ἤρθη, εἰ μὴ ἀποκριθεὶς ὁ Ἰησοῦς πρὸς τὴν ἐκείνης</w:t>
      </w:r>
    </w:p>
    <w:p>
      <w:r>
        <w:rPr>
          <w:rFonts w:ascii="Courier New" w:hAnsi="Courier New"/>
          <w:color w:val="555555"/>
          <w:sz w:val="20"/>
        </w:rPr>
        <w:t>[5]</w:t>
      </w:r>
    </w:p>
    <w:p>
      <w:r>
        <w:rPr>
          <w:rFonts w:ascii="Gentium Plus" w:hAnsi="Gentium Plus"/>
          <w:sz w:val="24"/>
        </w:rPr>
        <w:t>ἀπιστίαν εἰρήκει τὸ «Οὐκ εἶπόν σοι, ὅτι ἐὰν πιστεύσῃς, ὄψῃ τὴν δόξαν «τοῦ θεοῦ;» καλὸν οὖν τὸ μηδὲν γενέσθαι μεταξὺ τῆς Ἰησοῦ προσ‐ τάξεως καὶ τοῦ ἀπὸ τῶν προστασσομένων, περὶ ὧν Ἰησοῦς ἐκέλευσεν,</w:t>
      </w:r>
    </w:p>
    <w:p>
      <w:r>
        <w:rPr>
          <w:rFonts w:ascii="Courier New" w:hAnsi="Courier New"/>
          <w:color w:val="555555"/>
          <w:sz w:val="20"/>
        </w:rPr>
        <w:t>[28 . 3 . 18]</w:t>
      </w:r>
    </w:p>
    <w:p>
      <w:r>
        <w:rPr>
          <w:rFonts w:ascii="Gentium Plus" w:hAnsi="Gentium Plus"/>
          <w:sz w:val="24"/>
        </w:rPr>
        <w:t>ἔργου. καὶ οἶμαί γε ἁρμόσειν τῷ τοιούτῳ τὸ εἰπεῖν ὅτι μιμητὴς</w:t>
      </w:r>
    </w:p>
    <w:p>
      <w:r>
        <w:rPr>
          <w:rFonts w:ascii="Courier New" w:hAnsi="Courier New"/>
          <w:color w:val="555555"/>
          <w:sz w:val="20"/>
        </w:rPr>
        <w:t>[28 . 3 . 19]</w:t>
      </w:r>
    </w:p>
    <w:p>
      <w:r>
        <w:rPr>
          <w:rFonts w:ascii="Gentium Plus" w:hAnsi="Gentium Plus"/>
          <w:sz w:val="24"/>
        </w:rPr>
        <w:t>γέγονεν Χριστοῦ. ὡς γὰρ τούτῳ εἶπεν ὁ θεὸς καὶ «ἐγενήθησαν, ἐνε‐ «τείλατο καὶ ἐκτίσθησαν», οὕτως τῷ πιστῷ εἶπεν μὲν Χριστός, πε‐ ποίηκεν δὲ οὗτος· καὶ ἐνετείλατο ὁ υἱὸς τοῦ θεοῦ, οὗτος δὲ τὴν ἐν‐ τολὴν πεπλήρωκεν, μηδὲν ὑπερθέμενος μηδὲ ζημιώσας ἑαυτὸν παρακοῇ</w:t>
      </w:r>
    </w:p>
    <w:p>
      <w:r>
        <w:rPr>
          <w:rFonts w:ascii="Courier New" w:hAnsi="Courier New"/>
          <w:color w:val="555555"/>
          <w:sz w:val="20"/>
        </w:rPr>
        <w:t>[5]</w:t>
      </w:r>
    </w:p>
    <w:p>
      <w:r>
        <w:rPr>
          <w:rFonts w:ascii="Gentium Plus" w:hAnsi="Gentium Plus"/>
          <w:sz w:val="24"/>
        </w:rPr>
        <w:t>τοῦ μεταξὺ τῆς προστάξεως καὶ τοῦ ἔργου χρόνου· νομιστέον γὰρ τῷ ὕστερον ποιοῦντι τὸ προστεταγμένον παρακοῆς χρόνον εἶναι περὶ</w:t>
      </w:r>
    </w:p>
    <w:p>
      <w:r>
        <w:rPr>
          <w:rFonts w:ascii="Courier New" w:hAnsi="Courier New"/>
          <w:color w:val="555555"/>
          <w:sz w:val="20"/>
        </w:rPr>
        <w:t>[28 . 3 . 20]</w:t>
      </w:r>
    </w:p>
    <w:p>
      <w:r>
        <w:rPr>
          <w:rFonts w:ascii="Gentium Plus" w:hAnsi="Gentium Plus"/>
          <w:sz w:val="24"/>
        </w:rPr>
        <w:t>τῆς ἐντολῆς τὸν τῆς ἀναβολῆς. διὰ τοῦτο δὲ καὶ ὁ ἐν τῇ παραβολῇ τοῦ εὐαγγελίου προσταχθεὶς ὑπὸ τοῦ πατρὸς πορευθῆναι εἰς τὸν ἀγρὸν καὶ ἐργάσασθαι, μὴ παραχρῆμα ποιήσας ἀλλ’ ὅτε ὕστερον μετα‐ μεληθεὶς ἀπῆλθεν, οὐκ ἐποίησεν τὸ θέλημα τοῦ πατρὸς ἐν τῷ πρὸ</w:t>
      </w:r>
    </w:p>
    <w:p>
      <w:r>
        <w:rPr>
          <w:rFonts w:ascii="Courier New" w:hAnsi="Courier New"/>
          <w:color w:val="555555"/>
          <w:sz w:val="20"/>
        </w:rPr>
        <w:t>[28 . 3 . 21]</w:t>
      </w:r>
    </w:p>
    <w:p>
      <w:r>
        <w:rPr>
          <w:rFonts w:ascii="Gentium Plus" w:hAnsi="Gentium Plus"/>
          <w:sz w:val="24"/>
        </w:rPr>
        <w:t>τῆς μεταμελείας χρόνῳ. διόπερ μνημονευτέον τοῦ «Μὴ ἀνάμενε ἐπι‐ «στρέψαι πρὸς κύριον, μηδὲ ὑπερβάλλου ἡμέραν ἐξ ἡμέρας» καὶ τοῦ «Μὴ εἴπῃς· Ἐπανελθὼν ἐπάνηκε καὶ αὔριον δώσω, δυνατοῦ σου</w:t>
      </w:r>
    </w:p>
    <w:p>
      <w:r>
        <w:rPr>
          <w:rFonts w:ascii="Courier New" w:hAnsi="Courier New"/>
          <w:color w:val="555555"/>
          <w:sz w:val="20"/>
        </w:rPr>
        <w:t>[28 . 3 . 22]</w:t>
      </w:r>
    </w:p>
    <w:p>
      <w:r>
        <w:rPr>
          <w:rFonts w:ascii="Gentium Plus" w:hAnsi="Gentium Plus"/>
          <w:sz w:val="24"/>
        </w:rPr>
        <w:t>«ὄντος εὖ ποιεῖν». χρὴ τοίνυν κατηγορίαν νομίζειν εἶναι τῆς Μάρθας βραδύτερον γεγραμμένον τὸ «Ἦραν οὖν τὸν λίθον», δέον ἑξῆς αὐτὸ εἰρῆσθαι τῷ «Λέγει ὁ Ἰησοῦς· Ἄρατε τὸν λίθον».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[28 . 4 n]</w:t>
      </w:r>
    </w:p>
    <w:p>
      <w:r>
        <w:rPr>
          <w:rFonts w:ascii="Gentium Plus" w:hAnsi="Gentium Plus"/>
          <w:sz w:val="24"/>
        </w:rPr>
        <w:t>Ὁ δὲ Ἰησοῦς ἦρεν τοὺς ὀφθαλμοὺς ἄνω καὶ εἶπεν τὰ γεγραμμένα.</w:t>
      </w:r>
    </w:p>
    <w:p>
      <w:r>
        <w:rPr>
          <w:rFonts w:ascii="Courier New" w:hAnsi="Courier New"/>
          <w:color w:val="555555"/>
          <w:sz w:val="20"/>
        </w:rPr>
        <w:t>[28 . 4 . 23]</w:t>
      </w:r>
    </w:p>
    <w:p>
      <w:r>
        <w:rPr>
          <w:rFonts w:ascii="Gentium Plus" w:hAnsi="Gentium Plus"/>
          <w:sz w:val="24"/>
        </w:rPr>
        <w:t>Περὶ τῶν ὀφθαλμῶν Ἰησοῦ καὶ τῆς σχέσεως αὐτῶν πρός τινας ἐπιμελῶς τηρητέον καὶ ἐξεταστέον· οἷον ἐν μὲν τῷ κατὰ Λουκᾶν, ὅτε ἔμελλεν λέγειν τοὺς μακαρισμοὺς καὶ τὴν ἑξῆς αὐτοῖς διδασκαλίαν· «Ἐπάρας τοὺς ὀφθαλμοὺς αὐτοῦ εἰς τοὺς μαθητὰς αὐτοῦ</w:t>
      </w:r>
    </w:p>
    <w:p>
      <w:r>
        <w:rPr>
          <w:rFonts w:ascii="Courier New" w:hAnsi="Courier New"/>
          <w:color w:val="555555"/>
          <w:sz w:val="20"/>
        </w:rPr>
        <w:t>[5]</w:t>
      </w:r>
    </w:p>
    <w:p>
      <w:r>
        <w:rPr>
          <w:rFonts w:ascii="Gentium Plus" w:hAnsi="Gentium Plus"/>
          <w:sz w:val="24"/>
        </w:rPr>
        <w:t>«ἔλεγεν»· νυνὶ δὲ «Ἦρεν τοὺς ὀφθαλμοὺς αὐτοῦ ἄνω καὶ εἶπεν».</w:t>
      </w:r>
    </w:p>
    <w:p>
      <w:r>
        <w:rPr>
          <w:rFonts w:ascii="Courier New" w:hAnsi="Courier New"/>
          <w:color w:val="555555"/>
          <w:sz w:val="20"/>
        </w:rPr>
        <w:t>[28 . 4 . 24]</w:t>
      </w:r>
    </w:p>
    <w:p>
      <w:r>
        <w:rPr>
          <w:rFonts w:ascii="Gentium Plus" w:hAnsi="Gentium Plus"/>
          <w:sz w:val="24"/>
        </w:rPr>
        <w:t>διδασκόμεθα γὰρ ἀπὸ μὲν τοῦ προτέρου ὅτι μὴ κάτω εἰσὶν οἱ τοῦ Ἰησοῦ μαθηταί· διόπερ ἐπαίρονται οἱ ὀφθαλμοὶ τοῦ διδασκάλου εἰς αὐτούς, οἷς ἄξιον ἦν ἐπᾶραι αὐτὸν τοὺς ἑαυτοῦ ὀφθαλμούς· διὰ δὲ τοῦ νῦν ἐξεταζομένου ὅτι μετέθηκεν ἑαυτοῦ τὸ διανοητικὸν ἀπὸ</w:t>
      </w:r>
    </w:p>
    <w:p>
      <w:r>
        <w:rPr>
          <w:rFonts w:ascii="Courier New" w:hAnsi="Courier New"/>
          <w:color w:val="555555"/>
          <w:sz w:val="20"/>
        </w:rPr>
        <w:t>[5]</w:t>
      </w:r>
    </w:p>
    <w:p>
      <w:r>
        <w:rPr>
          <w:rFonts w:ascii="Gentium Plus" w:hAnsi="Gentium Plus"/>
          <w:sz w:val="24"/>
        </w:rPr>
        <w:t>τῆς πρὸς τοὺς κάτω ὁμιλίας καὶ ἀνήγαγεν καὶ ὕψωσεν προσάγων</w:t>
      </w:r>
    </w:p>
    <w:p>
      <w:r>
        <w:rPr>
          <w:rFonts w:ascii="Courier New" w:hAnsi="Courier New"/>
          <w:color w:val="555555"/>
          <w:sz w:val="20"/>
        </w:rPr>
        <w:t>[28 . 4 . 25]</w:t>
      </w:r>
    </w:p>
    <w:p>
      <w:r>
        <w:rPr>
          <w:rFonts w:ascii="Gentium Plus" w:hAnsi="Gentium Plus"/>
          <w:sz w:val="24"/>
        </w:rPr>
        <w:t>αὐτὸ τῇ πρὸς τὸν ὑπεράνω πάντων πατέρα εὐχῇ. ἀλλὰ καὶ εἴπερ</w:t>
      </w:r>
    </w:p>
    <w:p>
      <w:r>
        <w:rPr>
          <w:rFonts w:ascii="Courier New" w:hAnsi="Courier New"/>
          <w:color w:val="555555"/>
          <w:sz w:val="20"/>
        </w:rPr>
        <w:t>[5]</w:t>
      </w:r>
    </w:p>
    <w:p>
      <w:r>
        <w:rPr>
          <w:rFonts w:ascii="Gentium Plus" w:hAnsi="Gentium Plus"/>
          <w:sz w:val="24"/>
        </w:rPr>
        <w:t>μάτων καὶ μνήμης καὶ ἐννοιῶν καὶ λογισμῶν, οὕτως εἰπεῖν τῷ θεῷ τοὺς</w:t>
      </w:r>
    </w:p>
    <w:p>
      <w:r>
        <w:rPr>
          <w:rFonts w:ascii="Courier New" w:hAnsi="Courier New"/>
          <w:color w:val="555555"/>
          <w:sz w:val="20"/>
        </w:rPr>
        <w:t>[28 . 4 . 26]</w:t>
      </w:r>
    </w:p>
    <w:p>
      <w:r>
        <w:rPr>
          <w:rFonts w:ascii="Gentium Plus" w:hAnsi="Gentium Plus"/>
          <w:sz w:val="24"/>
        </w:rPr>
        <w:t>λόγους τῆς εὐχῆς τοὺς περὶ μεγάλων καὶ ἐπουρανίων μεγάλους καὶ ἐπου‐ ρανίους. εἰ δέ τις πρὸς ταῦτα ἀνθυποίσει τὸν μηδὲ τοὺς ὀφθαλμοὺς ἐπᾶραι θελήσαντα τελώνην καὶ τύψαντα ἑαυτοῦ τὸ στῆθος καὶ εἰπόντα· «Ὁ θεός, ἱλάσθητί μοι τῷ ἁμαρτωλῷ», λεκτέον πρὸς αὐτὸν ὅτι ὥσπερ</w:t>
      </w:r>
    </w:p>
    <w:p>
      <w:r>
        <w:rPr>
          <w:rFonts w:ascii="Courier New" w:hAnsi="Courier New"/>
          <w:color w:val="555555"/>
          <w:sz w:val="20"/>
        </w:rPr>
        <w:t>[5]</w:t>
      </w:r>
    </w:p>
    <w:p>
      <w:r>
        <w:rPr>
          <w:rFonts w:ascii="Gentium Plus" w:hAnsi="Gentium Plus"/>
          <w:sz w:val="24"/>
        </w:rPr>
        <w:t>οὐ πᾶσιν οὐδὲ ἀεὶ παραληπτέον τὴν κατὰ θεὸν λύπην μετάνοιαν εἰς σωτηρίαν ἀμεταμέλητον ἐργαζομένην, ἀλλ’ ἢ μόνῳ καὶ παντὶ τῷ ἄξια τοιαύτης λύπης ποιήσαντι καὶ μεταγινώσκοντι ἐπ’ αὐτοῖς, καὶ παραληπτέον γε αὐτὴν σὺν μέτρῳ καὶ μὴ περισσήν, ἵνα μὴ τῇ πε‐ ρισσοτέρᾳ λύπῃ καταποθῇ ὑπὸ τοῦ Σατανᾶ, οὕτως μήποτε οὐ παντὶ</w:t>
      </w:r>
    </w:p>
    <w:p>
      <w:r>
        <w:rPr>
          <w:rFonts w:ascii="Courier New" w:hAnsi="Courier New"/>
          <w:color w:val="555555"/>
          <w:sz w:val="20"/>
        </w:rPr>
        <w:t>[10]</w:t>
      </w:r>
    </w:p>
    <w:p>
      <w:r>
        <w:rPr>
          <w:rFonts w:ascii="Gentium Plus" w:hAnsi="Gentium Plus"/>
          <w:sz w:val="24"/>
        </w:rPr>
        <w:t>καθήκει μηδὲ τοὺς ὀφθαλμοὺς ἐπᾶραι θέλειν, ὡς οὐδὲ ἑστάναι μα‐</w:t>
      </w:r>
    </w:p>
    <w:p>
      <w:r>
        <w:rPr>
          <w:rFonts w:ascii="Courier New" w:hAnsi="Courier New"/>
          <w:color w:val="555555"/>
          <w:sz w:val="20"/>
        </w:rPr>
        <w:t>[28 . 4 . 27]</w:t>
      </w:r>
    </w:p>
    <w:p>
      <w:r>
        <w:rPr>
          <w:rFonts w:ascii="Gentium Plus" w:hAnsi="Gentium Plus"/>
          <w:sz w:val="24"/>
        </w:rPr>
        <w:t>κρόθεν. ἕκαστος δὲ ἑαυτὸν περὶ τῶν τοιούτων κρινέτω, καὶ «δοκι‐ «μαζέτω ἄνθρωπος ἑαυτόν, καὶ οὕτως» οὐ μόνον «ἐκ τοῦ ἄρτου «ἐσθιέτω καὶ ἐκ τοῦ ποτηρίου πινέτω», ἀλλὰ καὶ τοὺς ὀφθαλμοὺς ἐπαράτω καὶ αἰρέτω αὐτοὺς ἄνω κατὰ τὴν εὐχὴν, ὑποτάσσων ἑαυ‐</w:t>
      </w:r>
    </w:p>
    <w:p>
      <w:r>
        <w:rPr>
          <w:rFonts w:ascii="Courier New" w:hAnsi="Courier New"/>
          <w:color w:val="555555"/>
          <w:sz w:val="20"/>
        </w:rPr>
        <w:t>[28 . 4 . 28]</w:t>
      </w:r>
    </w:p>
    <w:p>
      <w:r>
        <w:rPr>
          <w:rFonts w:ascii="Gentium Plus" w:hAnsi="Gentium Plus"/>
          <w:sz w:val="24"/>
        </w:rPr>
        <w:t>τὸν θεῷ καὶ ταπεινῶν ἑαυτὸν ἐκείνῳ λεγέτω. καὶ εἰ νομίζομεν τῷ ὁπωσποτοῦν βιοῦντι καθήκειν ὁμοίως τῷ τελώνῃ μηδὲ τοὺς ὀφθαλ‐ μοὺς ἐπᾶραι θέλειν, ὥρα λέγειν ὁμοίως τῷ μὴ ἐπᾶραι θέλειν τοὺς</w:t>
      </w:r>
    </w:p>
    <w:p>
      <w:r>
        <w:rPr>
          <w:rFonts w:ascii="Courier New" w:hAnsi="Courier New"/>
          <w:color w:val="555555"/>
          <w:sz w:val="20"/>
        </w:rPr>
        <w:t>[28 . 4 . 29]</w:t>
      </w:r>
    </w:p>
    <w:p>
      <w:r>
        <w:rPr>
          <w:rFonts w:ascii="Gentium Plus" w:hAnsi="Gentium Plus"/>
          <w:sz w:val="24"/>
        </w:rPr>
        <w:t>ὀφθαλμοὺς καὶ ἀπὸ μακρόθεν τοῦ ἱεροῦ ἑστάναι δεῖν. ἱερὸν δὲ ποῖον ἂν εἴη ἢ 〈ἡ〉 ἐκκλησία τοῦ ζῶντος θεοῦ; ἥτις καὶ οἶκος θεοῦ παρὰ τῷ Παύλῳ ὀνομάζεται λέγοντι· «Ἐὰν δὲ βραδύνω, ἵνα εἰδῇς πῶς «δεῖ ἐν οἴκῳ θεοῦ ἀναστρέφεσθαι, ἥτις ἐστὶν ἐκκλησία θεοῦ ζῶντος,</w:t>
      </w:r>
    </w:p>
    <w:p>
      <w:r>
        <w:rPr>
          <w:rFonts w:ascii="Courier New" w:hAnsi="Courier New"/>
          <w:color w:val="555555"/>
          <w:sz w:val="20"/>
        </w:rPr>
        <w:t>[28 . 4 . 30]</w:t>
      </w:r>
    </w:p>
    <w:p>
      <w:r>
        <w:rPr>
          <w:rFonts w:ascii="Gentium Plus" w:hAnsi="Gentium Plus"/>
          <w:sz w:val="24"/>
        </w:rPr>
        <w:t>«στύλος καὶ ἑδραίωμα τῆς ἀληθείας». ὥσπερ 〈οὖν〉 οὐ παντὶ καθ‐ ήκει μὴ χρῆσθαι τῷ ἄρτῳ καὶ μὴ πίνειν ἐκ τοῦ ποτηρίου καὶ [μὴ] πόρρω εἶναι τοῦ οἴκου τοῦ θεοῦ καὶ τῆς ἐκκλησίας· οὕτως οὐ παντὶ</w:t>
      </w:r>
    </w:p>
    <w:p>
      <w:r>
        <w:rPr>
          <w:rFonts w:ascii="Courier New" w:hAnsi="Courier New"/>
          <w:color w:val="555555"/>
          <w:sz w:val="20"/>
        </w:rPr>
        <w:t>[28 . 4 . 31]</w:t>
      </w:r>
    </w:p>
    <w:p>
      <w:r>
        <w:rPr>
          <w:rFonts w:ascii="Gentium Plus" w:hAnsi="Gentium Plus"/>
          <w:sz w:val="24"/>
        </w:rPr>
        <w:t>καθήκει τὸ μὴ θέλειν ἐπᾶραι τοὺς ὀφθαλμούς. ἁμαρτάνει δὲ εἴ τις καθήκοντος αὐτῷ ἐπαίρειν τοὺς ὀφθαλμοὺς μὴ ἐπαίρει, καὶ εἴ τις</w:t>
      </w:r>
    </w:p>
    <w:p>
      <w:r>
        <w:rPr>
          <w:rFonts w:ascii="Courier New" w:hAnsi="Courier New"/>
          <w:color w:val="555555"/>
          <w:sz w:val="20"/>
        </w:rPr>
        <w:t>[28 . 4 . 32]</w:t>
      </w:r>
    </w:p>
    <w:p>
      <w:r>
        <w:rPr>
          <w:rFonts w:ascii="Gentium Plus" w:hAnsi="Gentium Plus"/>
          <w:sz w:val="24"/>
        </w:rPr>
        <w:t>καθήκοντος μὴ ἐπαίρειν ἐπαίρει. ὁ μὲν οὖν κατὰ τὸ εὐαγγέλιον τελώνης οὐκ ἤθελεν οὐδὲ τοὺς ὀφθαλμοὺς ἐπᾶραι, καθηκόντως ποιῶν· ἐπάραι δ’ ἂν αὐτοὺς εὐλόγως ὁ παρὼν τῷ Ἰησοῦ μαθητής, πρὸς ὃν καὶ ἐντολὴ δίδοται ἡ λέγουσα· «Ἐπάρατε τοὺς ὀφθαλμοὺς</w:t>
      </w:r>
    </w:p>
    <w:p>
      <w:r>
        <w:rPr>
          <w:rFonts w:ascii="Courier New" w:hAnsi="Courier New"/>
          <w:color w:val="555555"/>
          <w:sz w:val="20"/>
        </w:rPr>
        <w:t>[5]</w:t>
      </w:r>
    </w:p>
    <w:p>
      <w:r>
        <w:rPr>
          <w:rFonts w:ascii="Gentium Plus" w:hAnsi="Gentium Plus"/>
          <w:sz w:val="24"/>
        </w:rPr>
        <w:t>«ὑμῶν καὶ θεάσασθε τὰς χώρας, ὅτι λευκαί εἰσιν πρὸς θερισμὸν</w:t>
      </w:r>
    </w:p>
    <w:p>
      <w:r>
        <w:rPr>
          <w:rFonts w:ascii="Courier New" w:hAnsi="Courier New"/>
          <w:color w:val="555555"/>
          <w:sz w:val="20"/>
        </w:rPr>
        <w:t>[28 . 4 . 33]</w:t>
      </w:r>
    </w:p>
    <w:p>
      <w:r>
        <w:rPr>
          <w:rFonts w:ascii="Gentium Plus" w:hAnsi="Gentium Plus"/>
          <w:sz w:val="24"/>
        </w:rPr>
        <w:t>«ἤδη». καὶ ὁ προφήτης δέ φησιν· «Ἐπάρατε εἰς ὕψος τοὺς ὀφθαλ‐ «μοὺς ὑμῶν»· ἀλλὰ καὶ ἐν ἑκατοστῷ εἰκοστῷ δευτέρῳ ψαλμῷ, ὄντι ᾠδῇ τῶν ἀναβαθμῶν τετάρτῃ, ὡς καθηκόντως ἐπάρας τοὺς ὀφθαλ‐ μοὺς πρὸς θεόν φησιν ὁ προφήτης· «Πρὸς σὲ ἦρα τοὺς ὀφθαλμούς</w:t>
      </w:r>
    </w:p>
    <w:p>
      <w:r>
        <w:rPr>
          <w:rFonts w:ascii="Courier New" w:hAnsi="Courier New"/>
          <w:color w:val="555555"/>
          <w:sz w:val="20"/>
        </w:rPr>
        <w:t>[5]</w:t>
      </w:r>
    </w:p>
    <w:p>
      <w:r>
        <w:rPr>
          <w:rFonts w:ascii="Gentium Plus" w:hAnsi="Gentium Plus"/>
          <w:sz w:val="24"/>
        </w:rPr>
        <w:t>«μου, τὸν κατοικοῦντα ἐν τῷ οὐρανῷ. ἰδοὺ ὡς ὀφθαλμοὶ δούλων «εἰς χεῖρας τῶν κυρίων αὐτῶν, ὡς ὀφθαλμοὶ παιδίσκης εἰς χεῖρας «τῆς κυρίας αὐτῆς, οὕτως οἱ ὀφθαλμοὶ ἡμῶν πρὸς κύριον τὸν θεὸν «ἡμῶν ἕως οὗ οἰκτειρήσῃ ἡμᾶς».</w:t>
      </w:r>
    </w:p>
    <w:p>
      <w:r>
        <w:rPr>
          <w:rFonts w:ascii="Courier New" w:hAnsi="Courier New"/>
          <w:color w:val="555555"/>
          <w:sz w:val="20"/>
        </w:rPr>
        <w:t>[28 . 5 . 34]</w:t>
      </w:r>
    </w:p>
    <w:p>
      <w:r>
        <w:rPr>
          <w:rFonts w:ascii="Gentium Plus" w:hAnsi="Gentium Plus"/>
          <w:sz w:val="24"/>
        </w:rPr>
        <w:t>Εἰ δὲ καὶ σαφέστερον χρὴ παραστῆσαι τίνι μὲν ἤδη καθήκει μιμεῖσθαι τὸν Ἰησοῦν, ἄραντι τοὺς ὀφθαλμοὺς ἄνω, ἐν τῷ καὶ αὐτὸν ἐπαίρειν ἑαυτοῦ τοὺς ὀφθαλμούς, καὶ τίνι τοῦτο μὲν οὐ καθ‐ ήκει, ὁμοίως δὲ τῷ τελώνῃ οὐ μόνον μακρόθεν ἑστάναι τοῦ ἱεροῦ</w:t>
      </w:r>
    </w:p>
    <w:p>
      <w:r>
        <w:rPr>
          <w:rFonts w:ascii="Courier New" w:hAnsi="Courier New"/>
          <w:color w:val="555555"/>
          <w:sz w:val="20"/>
        </w:rPr>
        <w:t>[5]</w:t>
      </w:r>
    </w:p>
    <w:p>
      <w:r>
        <w:rPr>
          <w:rFonts w:ascii="Gentium Plus" w:hAnsi="Gentium Plus"/>
          <w:sz w:val="24"/>
        </w:rPr>
        <w:t>ἀλλὰ καὶ μὴ θέλειν ἐπᾶραι τοὺς ὀφθαλμούς, παραθησόμεθα ἐκ τοῦ Δανιὴλ τὰ περὶ τῶν ἐρασθέντων τῆς Σουσάννας ἀνόμων πρεσβυ‐ τέρων οὕτως ἔχοντα· «Καὶ διέστρεψαν τὸν ἑαυτῶν νοῦν καὶ ἐξέκλι‐ «ναν τοὺς ὀφθαλμοὺς αὐτῶν, τοῦ μὴ βλέπειν εἰς τὸν οὐρανὸν μηδὲ «μνημονεύειν κριμάτων δικαίων», καὶ τὰ περὶ τῆς Σουσάννας τοῦτον</w:t>
      </w:r>
    </w:p>
    <w:p>
      <w:r>
        <w:rPr>
          <w:rFonts w:ascii="Courier New" w:hAnsi="Courier New"/>
          <w:color w:val="555555"/>
          <w:sz w:val="20"/>
        </w:rPr>
        <w:t>[10]</w:t>
      </w:r>
    </w:p>
    <w:p>
      <w:r>
        <w:rPr>
          <w:rFonts w:ascii="Gentium Plus" w:hAnsi="Gentium Plus"/>
          <w:sz w:val="24"/>
        </w:rPr>
        <w:t>εἰρημένα τὸν τρόπον· «Ἡ δὲ κλαίουσα ἀνέβλεψεν εἰς τὸν οὐρανόν, «ὅτι ἦν ἡ καρδία αὐτῆς πεποιθυῖα ἐπὶ κυρίῳ». παρατήρει γὰρ ἐν τούτοις ὅτι οἱ μὲν διαστρέψαντες τὸν ἑαυτῶν νοῦν ἐξέκλιναν τοὺς ὀφθαλμοὺς αὐτῶν, τοῦ μὴ βλέπειν εἰς τὸν οὐρανόν, ἡ δὲ πεποιθυῖα ἐπὶ τῷ κυρίῳ ἀκολούθως τῷ πεποιθέναι ἐπὶ τῷ κυρίῳ ἀνέβλεψεν</w:t>
      </w:r>
    </w:p>
    <w:p>
      <w:r>
        <w:rPr>
          <w:rFonts w:ascii="Courier New" w:hAnsi="Courier New"/>
          <w:color w:val="555555"/>
          <w:sz w:val="20"/>
        </w:rPr>
        <w:t>[28 . 5 . 35]</w:t>
      </w:r>
    </w:p>
    <w:p>
      <w:r>
        <w:rPr>
          <w:rFonts w:ascii="Gentium Plus" w:hAnsi="Gentium Plus"/>
          <w:sz w:val="24"/>
        </w:rPr>
        <w:t>εἰς τὸν οὐρανόν. ἔπρεπεν τοίνυν τῇ μὲν ἐπὶ τῇ περὶ τῆς σωφρο‐ σύνης παρρησίᾳ μελλούσῃ εὔχεσθαι ἀναβλέπειν εἰς τὸν οὐρανὸν καὶ αἴρειν τοὺς ὀφθαλμοὺς ἄνω· τοῖς δὲ πρεσβυτέροις (εἰ καθ’ ὑπόθεσιν μετὰ τὸ διαστρέψαι τὸν ἑαυτῶν νοῦν καὶ ἐκκλῖναι τοὺς ὀφθαλμοὺς</w:t>
      </w:r>
    </w:p>
    <w:p>
      <w:r>
        <w:rPr>
          <w:rFonts w:ascii="Courier New" w:hAnsi="Courier New"/>
          <w:color w:val="555555"/>
          <w:sz w:val="20"/>
        </w:rPr>
        <w:t>[5]</w:t>
      </w:r>
    </w:p>
    <w:p>
      <w:r>
        <w:rPr>
          <w:rFonts w:ascii="Gentium Plus" w:hAnsi="Gentium Plus"/>
          <w:sz w:val="24"/>
        </w:rPr>
        <w:t>ἑαυτῶν, τοῦ μὴ βλέπειν εἰς τὸν οὐρανὸν μηδὲ μνημονεύειν κριμάτων δικαίων, μετενόουν, πεῖραν μὲν προσαγαγόντες τῇ γυναικὶ μὴ τυχόντες δὲ τοῦ ἐπιθυμουμένου, καὶ μετὰ τοῦτο εὔχοντο), καὶ μὴ θέλειν τοὺς ὀφθαλμοὺς ἐπᾶραι ἢ καὶ πόρρωθεν ὁμοίως τῷ τελώνῃ ἑστηκέναι καὶ τύπτειν ἑαυτῶν τὰ στήθη καὶ λέγειν· «Ὁ θεός, ἱλάσθητί μοι τῷ</w:t>
      </w:r>
    </w:p>
    <w:p>
      <w:r>
        <w:rPr>
          <w:rFonts w:ascii="Courier New" w:hAnsi="Courier New"/>
          <w:color w:val="555555"/>
          <w:sz w:val="20"/>
        </w:rPr>
        <w:t>[28 . 5 . 36]</w:t>
      </w:r>
    </w:p>
    <w:p>
      <w:r>
        <w:rPr>
          <w:rFonts w:ascii="Gentium Plus" w:hAnsi="Gentium Plus"/>
          <w:sz w:val="24"/>
        </w:rPr>
        <w:t>«ἁμαρτωλῷ». τοῦ δὲ αἴροντος τοὺς ὀφθαλμοὺς ἄνω καὶ ἐπαίροντος αὐτοὺς καθηκόντως εἰς οὐρανὸν 〈ἂν〉 εἴη † καθῆκον καὶ τὸ ἐπαίρειν ὁσίους χεῖρας, μάλιστα ὅτε χωρὶς ὀργῆς καὶ διαλογισμοῦ ἀναπέμπει τὴν</w:t>
      </w:r>
    </w:p>
    <w:p>
      <w:r>
        <w:rPr>
          <w:rFonts w:ascii="Courier New" w:hAnsi="Courier New"/>
          <w:color w:val="555555"/>
          <w:sz w:val="20"/>
        </w:rPr>
        <w:t>[28 . 5 . 37]</w:t>
      </w:r>
    </w:p>
    <w:p>
      <w:r>
        <w:rPr>
          <w:rFonts w:ascii="Gentium Plus" w:hAnsi="Gentium Plus"/>
          <w:sz w:val="24"/>
        </w:rPr>
        <w:t>εὐχήν. οὕτω γὰρ καὶ τῶν ὀφθαλμῶν αἰρομένων ἄνω διὰ τῆς ἐν‐ νοίας καὶ τῆς θεωρίας, καὶ τῶν χειρῶν ἐπαιρομένων ἐν πράξεσιν</w:t>
      </w:r>
    </w:p>
    <w:p>
      <w:r>
        <w:rPr>
          <w:rFonts w:ascii="Courier New" w:hAnsi="Courier New"/>
          <w:color w:val="555555"/>
          <w:sz w:val="20"/>
        </w:rPr>
        <w:t>[5]</w:t>
      </w:r>
    </w:p>
    <w:p>
      <w:r>
        <w:rPr>
          <w:rFonts w:ascii="Gentium Plus" w:hAnsi="Gentium Plus"/>
          <w:sz w:val="24"/>
        </w:rPr>
        <w:t>κῖται μὲν καὶ πάντες οἱ ἀόρατοι ἐχθροὶ ἡττηθήσονται, οἱ ἐν ἡμῖν</w:t>
      </w:r>
    </w:p>
    <w:p>
      <w:r>
        <w:rPr>
          <w:rFonts w:ascii="Courier New" w:hAnsi="Courier New"/>
          <w:color w:val="555555"/>
          <w:sz w:val="20"/>
        </w:rPr>
        <w:t>[28 . 5 . 38]</w:t>
      </w:r>
    </w:p>
    <w:p>
      <w:r>
        <w:rPr>
          <w:rFonts w:ascii="Gentium Plus" w:hAnsi="Gentium Plus"/>
          <w:sz w:val="24"/>
        </w:rPr>
        <w:t>δὲ Ἰσραηλῖται λογισμοὶ νικήσουσιν. τοσαῦτα καὶ εἰς τὸ «Ὁ Ἀησοῦς «ἦρεν τοὺς ὀφθαλμοὺς ἄνω καὶ εἶπεν» κατὰ τοῦτο φανέντα ἡμῖν ἀκόλουθα.</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[28 . 6 n]</w:t>
      </w:r>
    </w:p>
    <w:p>
      <w:r>
        <w:rPr>
          <w:rFonts w:ascii="Gentium Plus" w:hAnsi="Gentium Plus"/>
          <w:sz w:val="24"/>
        </w:rPr>
        <w:t>Πάτερ, εὐχαριστῶ σοι ὅτι ἤκουσάς μου· ἐγὼ ἤδειν ὅτι πάντοτέ μου ἀκούεις· ἀλλὰ διὰ τὸν ὄχλον τὸν περιεστῶτα εἶπον, ἵνα πιστεύσωσιν ὅτι σύ με ἀπέστειλας.</w:t>
      </w:r>
    </w:p>
    <w:p>
      <w:r>
        <w:rPr>
          <w:rFonts w:ascii="Courier New" w:hAnsi="Courier New"/>
          <w:color w:val="555555"/>
          <w:sz w:val="20"/>
        </w:rPr>
        <w:t>[28 . 6 . 39]</w:t>
      </w:r>
    </w:p>
    <w:p>
      <w:r>
        <w:rPr>
          <w:rFonts w:ascii="Gentium Plus" w:hAnsi="Gentium Plus"/>
          <w:sz w:val="24"/>
        </w:rPr>
        <w:t>Εἴπερ τοῖς ἀξίοις τῶν ἐν σαρκὶ ζώντων καὶ μὴ κατὰ σάρκα στρατευομένων εὐχομένοις τοιαύτη τις λέγεται ὑπὸ θεοῦ περὶ τῆς εὐχῆς αὐτῶν ἐπαγγελία· «Καὶ ἔτι λαλοῦντός σου ἐρῶ· Ἰδοὺ πάρ‐ «ειμι»· τί χρὴ νομίζειν ἐπὶ τοῦ σωτῆρος καὶ κυρίου ἢ ‹Πρὶν λαλῆσαί</w:t>
      </w:r>
    </w:p>
    <w:p>
      <w:r>
        <w:rPr>
          <w:rFonts w:ascii="Courier New" w:hAnsi="Courier New"/>
          <w:color w:val="555555"/>
          <w:sz w:val="20"/>
        </w:rPr>
        <w:t>[5]</w:t>
      </w:r>
    </w:p>
    <w:p>
      <w:r>
        <w:rPr>
          <w:rFonts w:ascii="Gentium Plus" w:hAnsi="Gentium Plus"/>
          <w:sz w:val="24"/>
        </w:rPr>
        <w:t>σε ἐρῶ· Ἰδοὺ πάρειμι›; ἅμα γὰρ «ἦρεν τοὺς ὀφθαλμοὺς ἄνω καὶ</w:t>
      </w:r>
    </w:p>
    <w:p>
      <w:r>
        <w:rPr>
          <w:rFonts w:ascii="Courier New" w:hAnsi="Courier New"/>
          <w:color w:val="555555"/>
          <w:sz w:val="20"/>
        </w:rPr>
        <w:t>[28 . 6 . 40]</w:t>
      </w:r>
    </w:p>
    <w:p>
      <w:r>
        <w:rPr>
          <w:rFonts w:ascii="Gentium Plus" w:hAnsi="Gentium Plus"/>
          <w:sz w:val="24"/>
        </w:rPr>
        <w:t>«εἶπεν». τί δὲ εἶπεν; εἰ οἷόν τέ ἐστιν ὡς ἐν τοιούτοις στοχάσασθαι ἀκολούθως τῷ «Πρὶν λαλῆσαί σε ἐρῶ· Ἰδοὺ πάρειμι», ἂν εἴη πλεῖον [ᾖ] 〈τὸ〉 πρὸς τὸν σωτῆρα λεγόμενον παρὰ τὸ ἐν τῇ πρὸς τοὺς δικαίους ἐπαγγελίᾳ γεγραμμένον· «Ἔτι λαλοῦντός σου ἐρεῖ· Ἰδοὺ πάρειμι».</w:t>
      </w:r>
    </w:p>
    <w:p>
      <w:r>
        <w:rPr>
          <w:rFonts w:ascii="Courier New" w:hAnsi="Courier New"/>
          <w:color w:val="555555"/>
          <w:sz w:val="20"/>
        </w:rPr>
        <w:t>[28 . 6 . 41]</w:t>
      </w:r>
    </w:p>
    <w:p>
      <w:r>
        <w:rPr>
          <w:rFonts w:ascii="Gentium Plus" w:hAnsi="Gentium Plus"/>
          <w:sz w:val="24"/>
        </w:rPr>
        <w:t>τί οὖν εἶπεν; προέθετο μὲν εἰπεῖν εὐχήν· προλαβόντος δὲ τὴν εὐχὴν αὐτοῦ τοῦ εἰπόντος ἂν αὐτῷ· «Πρὶν λαλῆσαί σε ἐρῶ· Ἰδοὺ πάρειμι» ἀντὶ τῆς κατὰ πρόθεσιν ἂν λεχθείσης εὐχῆς λέγει τὴν ἐπὶ τῷ προ‐ λαβόντι τὴν εὐχὴν εὐχαριστίαν· καὶ ὡς ἐπακουσθεὶς ἐφ’ οἷς ἐνε‐</w:t>
      </w:r>
    </w:p>
    <w:p>
      <w:r>
        <w:rPr>
          <w:rFonts w:ascii="Courier New" w:hAnsi="Courier New"/>
          <w:color w:val="555555"/>
          <w:sz w:val="20"/>
        </w:rPr>
        <w:t>[5]</w:t>
      </w:r>
    </w:p>
    <w:p>
      <w:r>
        <w:rPr>
          <w:rFonts w:ascii="Gentium Plus" w:hAnsi="Gentium Plus"/>
          <w:sz w:val="24"/>
        </w:rPr>
        <w:t>νόησεν μέν, οὐ προήνεγκεν δὲ ἐν τῷ εὔχεσθαι, φησί· «Πάτερ,</w:t>
      </w:r>
    </w:p>
    <w:p>
      <w:r>
        <w:rPr>
          <w:rFonts w:ascii="Courier New" w:hAnsi="Courier New"/>
          <w:color w:val="555555"/>
          <w:sz w:val="20"/>
        </w:rPr>
        <w:t>[28 . 6 . 42]</w:t>
      </w:r>
    </w:p>
    <w:p>
      <w:r>
        <w:rPr>
          <w:rFonts w:ascii="Gentium Plus" w:hAnsi="Gentium Plus"/>
          <w:sz w:val="24"/>
        </w:rPr>
        <w:t>«εὐχαριστῶ σοι ὅτι ἤκουσάς μου». ἔμελλεν οὖν εὔχεσθαι περὶ τῆς Λαζάρου ἀναστάσεως, καὶ προλαβὼν αὐτοῦ τὴν εὐχὴν ὁ μόνος ἀγα‐ θὸς θεὸς καὶ πατὴρ ἤκουσεν τῶν μελλόντων λέγεσθαι ἐν τῇ εὐχῇ, ἐφ’ οἷς ἐν ἐπηκόῳ τοῦ περιεστηκότος αὐτὸν ὄχλου ἀναπέμπει ἀντὶ</w:t>
      </w:r>
    </w:p>
    <w:p>
      <w:r>
        <w:rPr>
          <w:rFonts w:ascii="Courier New" w:hAnsi="Courier New"/>
          <w:color w:val="555555"/>
          <w:sz w:val="20"/>
        </w:rPr>
        <w:t>[5]</w:t>
      </w:r>
    </w:p>
    <w:p>
      <w:r>
        <w:rPr>
          <w:rFonts w:ascii="Gentium Plus" w:hAnsi="Gentium Plus"/>
          <w:sz w:val="24"/>
        </w:rPr>
        <w:t>εὐχῆς εὐχαριστίαν ὁ σωτήρ, δύο ἅμα ποιῶν, καὶ εὐχαριστῶν ἐφ’ οἷς ἔτυχεν περὶ τοῦ Λαζάρου, καὶ πιστοποιῶν τὸν περιεστηκότα αὐτὸν ὄχλον· ἐβούλετο γὰρ αὐτοὺς παραδέξασθαι ὡς ἄρα ἀπὸ θεοῦ ἀπε‐</w:t>
      </w:r>
    </w:p>
    <w:p>
      <w:r>
        <w:rPr>
          <w:rFonts w:ascii="Courier New" w:hAnsi="Courier New"/>
          <w:color w:val="555555"/>
          <w:sz w:val="20"/>
        </w:rPr>
        <w:t>[28 . 6 . 43]</w:t>
      </w:r>
    </w:p>
    <w:p>
      <w:r>
        <w:rPr>
          <w:rFonts w:ascii="Gentium Plus" w:hAnsi="Gentium Plus"/>
          <w:sz w:val="24"/>
        </w:rPr>
        <w:t>σταλμένος τῷ βίῳ ἐπιδεδήμηκεν. ἔγνω δὲ ἐπακουσθείς, ἐπείπερ πνεύματι εἶδεν ὅτι ἀπεκατέστη ἡ τοῦ Λαζάρου ψυχὴ ἐπὶ τὸ σῶμα</w:t>
      </w:r>
    </w:p>
    <w:p>
      <w:r>
        <w:rPr>
          <w:rFonts w:ascii="Courier New" w:hAnsi="Courier New"/>
          <w:color w:val="555555"/>
          <w:sz w:val="20"/>
        </w:rPr>
        <w:t>[28 . 6 . 44]</w:t>
      </w:r>
    </w:p>
    <w:p>
      <w:r>
        <w:rPr>
          <w:rFonts w:ascii="Gentium Plus" w:hAnsi="Gentium Plus"/>
          <w:sz w:val="24"/>
        </w:rPr>
        <w:t>αὐτοῦ, ἀναπεμφθεῖσα ἀπὸ τοῦ χωρίου τῶν ψυχῶν. οὐ γὰρ νομιστέον ὅτι ἡ ψυχὴ τοῦ Λαζάρου παρῆν τῷ σώματι μετὰ τὴν ἔξοδον, καὶ</w:t>
      </w:r>
    </w:p>
    <w:p>
      <w:r>
        <w:rPr>
          <w:rFonts w:ascii="Courier New" w:hAnsi="Courier New"/>
          <w:color w:val="555555"/>
          <w:sz w:val="20"/>
        </w:rPr>
        <w:t>[5]</w:t>
      </w:r>
    </w:p>
    <w:p>
      <w:r>
        <w:rPr>
          <w:rFonts w:ascii="Gentium Plus" w:hAnsi="Gentium Plus"/>
          <w:sz w:val="24"/>
        </w:rPr>
        <w:t>βάνει καὶ προσίεται τὸ περὶ τῆς ἀπαλλαγείσης ψυχῆς σώματος ἄτοπον, ὡς παρακαθεζομένης τῷ νεκρῷ, λεγέτω πῶς ἠκούσθη ὁ Ἰησοῦς ἀπὸ τοῦ πατρός, μένοντος ἔτι νεκροῦ τοῦ Λαζάρου σώματος, καὶ τῆς ψυχῆς κεχωρισμένης μέν, ὡς οἰηθείη ἄν τις τῶν τοῦτο</w:t>
      </w:r>
    </w:p>
    <w:p>
      <w:r>
        <w:rPr>
          <w:rFonts w:ascii="Courier New" w:hAnsi="Courier New"/>
          <w:color w:val="555555"/>
          <w:sz w:val="20"/>
        </w:rPr>
        <w:t>[28 . 6 . 45]</w:t>
      </w:r>
    </w:p>
    <w:p>
      <w:r>
        <w:rPr>
          <w:rFonts w:ascii="Gentium Plus" w:hAnsi="Gentium Plus"/>
          <w:sz w:val="24"/>
        </w:rPr>
        <w:t>λεγόντων, παρακαθεζομένης δὲ τῷ σώματι. ἵνα γὰρ τοῦτο συγχω‐ ρηθῇ, οὐκ ἂν ἠκοῦσθαι εἴποιμεν τὸν Ἰησοῦν μέλλοντα ἀκούεσθαι ὅτε ἡ ψυχὴ ἐνοικίζετο τῷ σώματι· τὸ παραπλήσιον δ’ οἶμαι γεγο‐ νέναι καὶ ὅτε τὴν τοῦ ἀρχισυναγώγου ἀνέστησεν θυγατέρα, περὶ</w:t>
      </w:r>
    </w:p>
    <w:p>
      <w:r>
        <w:rPr>
          <w:rFonts w:ascii="Courier New" w:hAnsi="Courier New"/>
          <w:color w:val="555555"/>
          <w:sz w:val="20"/>
        </w:rPr>
        <w:t>[5]</w:t>
      </w:r>
    </w:p>
    <w:p>
      <w:r>
        <w:rPr>
          <w:rFonts w:ascii="Gentium Plus" w:hAnsi="Gentium Plus"/>
          <w:sz w:val="24"/>
        </w:rPr>
        <w:t>τούτου εὐξάμενος· ᾔτησεν γὰρ ἐπανελθεῖν τὴν ψυχὴν καὶ ἐνοικι‐</w:t>
      </w:r>
    </w:p>
    <w:p>
      <w:r>
        <w:rPr>
          <w:rFonts w:ascii="Courier New" w:hAnsi="Courier New"/>
          <w:color w:val="555555"/>
          <w:sz w:val="20"/>
        </w:rPr>
        <w:t>[28 . 6 . 46]</w:t>
      </w:r>
    </w:p>
    <w:p>
      <w:r>
        <w:rPr>
          <w:rFonts w:ascii="Gentium Plus" w:hAnsi="Gentium Plus"/>
          <w:sz w:val="24"/>
        </w:rPr>
        <w:t>σθῆναι πάλιν τῷ σώματι. εἰ δὲ καὶ περὶ τοῦ ἐκκομιζομένου υἱοῦ τῆς χήρας τὸ ὅμοιόν ἐστιν ἢ μή, καὶ αὐτὸς ζητήσεις, ἵν’ εὕρῃς τὸ ἀκόλουθον τοῖς κατὰ τοὺς τόπους ὅλους· ἡμῖν γὰρ οὐ καθήκει τηλι‐</w:t>
      </w:r>
    </w:p>
    <w:p>
      <w:r>
        <w:rPr>
          <w:rFonts w:ascii="Courier New" w:hAnsi="Courier New"/>
          <w:color w:val="555555"/>
          <w:sz w:val="20"/>
        </w:rPr>
        <w:t>[28 . 6 . 47]</w:t>
      </w:r>
    </w:p>
    <w:p>
      <w:r>
        <w:rPr>
          <w:rFonts w:ascii="Gentium Plus" w:hAnsi="Gentium Plus"/>
          <w:sz w:val="24"/>
        </w:rPr>
        <w:t>καύτας ποιεῖσθαι παρεκβάσεις. τάχα δὲ καὶ εἶδεν ὁ τηλικοῦτος Ἰη‐ σοῦς καὶ τὴν ψυχὴν αὐτὴν τοῦ Λαζάρου, ἤτοι ἀγομένην ὑπὸ τῶν τεταγμένων ἐπὶ τούτοις ἢ ὑπ’ αὐτοῦ τοῦ πατρικοῦ βουλήματος ἐπα‐ κούσαντος τῷ Ἰησοῦ, καὶ ἰδὼν αὐτὴν εἰσιοῦσαν διὰ τοῦ τόπου,</w:t>
      </w:r>
    </w:p>
    <w:p>
      <w:r>
        <w:rPr>
          <w:rFonts w:ascii="Courier New" w:hAnsi="Courier New"/>
          <w:color w:val="555555"/>
          <w:sz w:val="20"/>
        </w:rPr>
        <w:t>[5]</w:t>
      </w:r>
    </w:p>
    <w:p>
      <w:r>
        <w:rPr>
          <w:rFonts w:ascii="Gentium Plus" w:hAnsi="Gentium Plus"/>
          <w:sz w:val="24"/>
        </w:rPr>
        <w:t>ὅθεν ἤρθη ὁ λίθος, εἶπεν· «Πάτερ, εὐχαριστῶ σοι ὅτι ἤκουσάς μου».</w:t>
      </w:r>
    </w:p>
    <w:p>
      <w:r>
        <w:rPr>
          <w:rFonts w:ascii="Courier New" w:hAnsi="Courier New"/>
          <w:color w:val="555555"/>
          <w:sz w:val="20"/>
        </w:rPr>
        <w:t>[28 . 6 . 48]</w:t>
      </w:r>
    </w:p>
    <w:p>
      <w:r>
        <w:rPr>
          <w:rFonts w:ascii="Gentium Plus" w:hAnsi="Gentium Plus"/>
          <w:sz w:val="24"/>
        </w:rPr>
        <w:t>ἀλλ’ ἐπεὶ πρὸ τούτου καὶ περὶ ἄλλων μυρίων ᾔτησεν καὶ ἔτυχεν, διὰ τοῦτο οὐ μόνον ἐπὶ τῷ Λαζάρῳ ἀλλὰ καὶ ἐπὶ τοῖς προτέροις εὐχαριστεῖ, φάσκων ἐπὶ μὲν τῷ Λαζάρῳ· «Πάτερ, εὐχαριστῶ σοι ὅτι «ἤκουσάς μου»· ἐπὶ δὲ τοῖς προτέροις· «Ἐγὼ δὲ ᾔδειν ὅτι πάντοτέ</w:t>
      </w:r>
    </w:p>
    <w:p>
      <w:r>
        <w:rPr>
          <w:rFonts w:ascii="Courier New" w:hAnsi="Courier New"/>
          <w:color w:val="555555"/>
          <w:sz w:val="20"/>
        </w:rPr>
        <w:t>[5]</w:t>
      </w:r>
    </w:p>
    <w:p>
      <w:r>
        <w:rPr>
          <w:rFonts w:ascii="Gentium Plus" w:hAnsi="Gentium Plus"/>
          <w:sz w:val="24"/>
        </w:rPr>
        <w:t>«μου ἀκούεις», καὶ τοῦτο πᾶν, φησίν, εἶπον «διὰ τὸν περιεστῶτα «ὄχλον, ἵνα πιστεύσωσιν ὅτι σύ με ἀπέστειλας». ταῦτα μὲν ὡς πρὸς τὸ ῥητὸν καὶ τὴν ἀνάστασιν τοῦ Λαζάρου ἀποδεδώκαμεν.</w:t>
      </w:r>
    </w:p>
    <w:p>
      <w:r>
        <w:rPr>
          <w:rFonts w:ascii="Courier New" w:hAnsi="Courier New"/>
          <w:color w:val="555555"/>
          <w:sz w:val="20"/>
        </w:rPr>
        <w:t>[28 . 6 . 49]</w:t>
      </w:r>
    </w:p>
    <w:p>
      <w:r>
        <w:rPr>
          <w:rFonts w:ascii="Gentium Plus" w:hAnsi="Gentium Plus"/>
          <w:sz w:val="24"/>
        </w:rPr>
        <w:t>Ἡ δὲ κατὰ τὸν τόπον ἀναγωγὴ ἐκ τῶν προαποδεδομένων οὐ δυσχερής· ᾔτησεν γὰρ τὸν μετὰ τὴν πρὸς αὐτὸν φιλίαν ἡμαρτηκότα καὶ νεκρὸν γενόμενον τῷ θεῷ δυνάμει θείᾳ παλινδρομῆσαι ἐπὶ τὴν ζωήν, καὶ ἔτυχεν, καὶ εἶδεν ἐν τῷ τοιούτῳ ζωτικὰ κινήματα, ἐφ’</w:t>
      </w:r>
    </w:p>
    <w:p>
      <w:r>
        <w:rPr>
          <w:rFonts w:ascii="Courier New" w:hAnsi="Courier New"/>
          <w:color w:val="555555"/>
          <w:sz w:val="20"/>
        </w:rPr>
        <w:t>[28 . 6 . 50]</w:t>
      </w:r>
    </w:p>
    <w:p>
      <w:r>
        <w:rPr>
          <w:rFonts w:ascii="Gentium Plus" w:hAnsi="Gentium Plus"/>
          <w:sz w:val="24"/>
        </w:rPr>
        <w:t>οἷς εὐχαριστεῖ τῷ πατρί. περιέστηκεν δὲ ὄχλος τὸν τοιοῦτον νεκρὸν μηδέπω πιστευόντων ὅτι Ἰησοῦν ἀπέστειλεν ὁ θεὸς καὶ ὅτι ὁ λόγος οὗτος θεόθεν ἀνθρώποις ἐπιδεδήμηκεν. καὶ περιεστώς γε οὗτος 〈ὁ〉 ὄχλος ἐθαύμασεν ὅτι δυσώδης ἀπὸ τῶν πρὸς θάνατον ἁμαρτημάτων</w:t>
      </w:r>
    </w:p>
    <w:p>
      <w:r>
        <w:rPr>
          <w:rFonts w:ascii="Courier New" w:hAnsi="Courier New"/>
          <w:color w:val="555555"/>
          <w:sz w:val="20"/>
        </w:rPr>
        <w:t>[5]</w:t>
      </w:r>
    </w:p>
    <w:p>
      <w:r>
        <w:rPr>
          <w:rFonts w:ascii="Gentium Plus" w:hAnsi="Gentium Plus"/>
          <w:sz w:val="24"/>
        </w:rPr>
        <w:t>τις γεγενημένος καὶ ἀποθανὼν τῇ ἀρετῇ ἐπαλινδρόμησεν ἐπ’ αὐτήν· καὶ θαυμάσας πιστεύσαι ἄν ποτε τῷ ζωοποιήσαντι αὐτὸν λόγῳ, ὡς</w:t>
      </w:r>
    </w:p>
    <w:p>
      <w:r>
        <w:rPr>
          <w:rFonts w:ascii="Courier New" w:hAnsi="Courier New"/>
          <w:color w:val="555555"/>
          <w:sz w:val="20"/>
        </w:rPr>
        <w:t>[28 . 7 n]</w:t>
      </w:r>
    </w:p>
    <w:p>
      <w:r>
        <w:rPr>
          <w:rFonts w:ascii="Gentium Plus" w:hAnsi="Gentium Plus"/>
          <w:sz w:val="24"/>
        </w:rPr>
        <w:t>Καὶ ταῦτα εἰπὼν φωνῇ μεγάλῃ ἐκραύγασεν· Λά‐ ζαρε, δεῦρο ἔξω. ἐξῆλθεν ὁ τεθνηκὼς δεδεμένος τοὺς πόδας καὶ τὰς χεῖρας κειρίαις, καὶ ἡ ὄψις αὐτοῦ σουδαρίῳ συνεδέδετο· λέγει ὁ Ἰησοῦς αὐτοῖς· Λύσατε αὐτόν, καὶ ἄφετε αὐτὸν ὑπάγειν.</w:t>
      </w:r>
    </w:p>
    <w:p>
      <w:r>
        <w:rPr>
          <w:rFonts w:ascii="Courier New" w:hAnsi="Courier New"/>
          <w:color w:val="555555"/>
          <w:sz w:val="20"/>
        </w:rPr>
        <w:t>[28 . 7 . 51]</w:t>
      </w:r>
    </w:p>
    <w:p>
      <w:r>
        <w:rPr>
          <w:rFonts w:ascii="Gentium Plus" w:hAnsi="Gentium Plus"/>
          <w:sz w:val="24"/>
        </w:rPr>
        <w:t>Ὁ Ἰησοῦς ἦρεν τοὺς ὀφθαλμοὺς ἄνω καὶ ἔτι μέλλων εὔχεσθαι ἐπηκούσθη, καὶ ἀντὶ εὐχῆς εὐχαρίστησεν, κατανοήσας τὴν Λαζάρου ψυχὴν εἰσελθοῦσαν εἰς τὸ σῶμα καὶ δεομένην τῆς ἀπὸ προστάξεως Ἰησοῦ γενησομένης αὐτῷ εὐτονίας πρὸς τὸ ἐξελθεῖν ἀπὸ</w:t>
      </w:r>
    </w:p>
    <w:p>
      <w:r>
        <w:rPr>
          <w:rFonts w:ascii="Courier New" w:hAnsi="Courier New"/>
          <w:color w:val="555555"/>
          <w:sz w:val="20"/>
        </w:rPr>
        <w:t>[28 . 7 . 52]</w:t>
      </w:r>
    </w:p>
    <w:p>
      <w:r>
        <w:rPr>
          <w:rFonts w:ascii="Gentium Plus" w:hAnsi="Gentium Plus"/>
          <w:sz w:val="24"/>
        </w:rPr>
        <w:t>τοῦ μνημείου. διὸ μετὰ τὴν πρὸς τὸν πατέρα εὐχαριστίαν μεγάλῃ ἐχρήσατο φωνῇ, δύναμιν ἐντιθείσῃ τῷ Λαζάρῳ, μεγάλης χρῄζοντι ὡς οὐδέπω γενομένῳ ὀξυηκόῳ τῆς προκαλουμένης αὐτὸν ἔξω τοῦ</w:t>
      </w:r>
    </w:p>
    <w:p>
      <w:r>
        <w:rPr>
          <w:rFonts w:ascii="Courier New" w:hAnsi="Courier New"/>
          <w:color w:val="555555"/>
          <w:sz w:val="20"/>
        </w:rPr>
        <w:t>[28 . 7 . 53]</w:t>
      </w:r>
    </w:p>
    <w:p>
      <w:r>
        <w:rPr>
          <w:rFonts w:ascii="Gentium Plus" w:hAnsi="Gentium Plus"/>
          <w:sz w:val="24"/>
        </w:rPr>
        <w:t>μνημείου κραυγῆς. καὶ τοῦτο δὲ νομιστέον ἄξιον εἶναι τοῦ Ἰησοῦ ἔργον, τὸ μὴ μόνον εὔξασθαι ἵνα ζήσῃ ὁ νεκρός, ἀλλὰ καὶ ἐμβοῆσαι αὐτῷ καὶ καλέσαι τὸν ἔνδον τοῦ σπηλαίου καὶ τοῦ μνημείου ἐπὶ τὰ</w:t>
      </w:r>
    </w:p>
    <w:p>
      <w:r>
        <w:rPr>
          <w:rFonts w:ascii="Courier New" w:hAnsi="Courier New"/>
          <w:color w:val="555555"/>
          <w:sz w:val="20"/>
        </w:rPr>
        <w:t>[28 . 7 . 54]</w:t>
      </w:r>
    </w:p>
    <w:p>
      <w:r>
        <w:rPr>
          <w:rFonts w:ascii="Gentium Plus" w:hAnsi="Gentium Plus"/>
          <w:sz w:val="24"/>
        </w:rPr>
        <w:t>ἔξω αὐτοῦ. χρὴ δὲ εἰδέναι ὅτι εἰσίν τινες καὶ νῦν Λάζαροι, μετὰ τὴν φιλίαν Ἰησοῦ ἀσθενήσαντες καὶ ἀποθανόντες καὶ ἐν μνημείῳ καὶ νεκρῶν χώρᾳ μείναντες μετὰ νεκρῶν νεκροί, καὶ μετὰ τοῦτο τῇ εὐχῇ τοῦ Ἰησοῦ ζωοποιηθέντες καὶ ἀπὸ τοῦ μνημείου ἐπὶ τὰ ἔξω</w:t>
      </w:r>
    </w:p>
    <w:p>
      <w:r>
        <w:rPr>
          <w:rFonts w:ascii="Courier New" w:hAnsi="Courier New"/>
          <w:color w:val="555555"/>
          <w:sz w:val="20"/>
        </w:rPr>
        <w:t>[5]</w:t>
      </w:r>
    </w:p>
    <w:p>
      <w:r>
        <w:rPr>
          <w:rFonts w:ascii="Gentium Plus" w:hAnsi="Gentium Plus"/>
          <w:sz w:val="24"/>
        </w:rPr>
        <w:t>αὐτοῦ ὑπὸ Ἰησοῦ τῇ μεγάλῃ αὐτοῦ φωνῇ καλούμενοι· ᾧ ὁ πειθό‐ μενος ἐξέρχεται, τοὺς ἀξίους τῆς νεκρότητος δεσμοὺς ἐκ τῶν προ‐ τέρων ἁμαρτημάτων περικείμενος καὶ τὴν ὄψιν περιδεδεμένος ἔτι, καὶ μήτε βλέπων μήτε πορευθῆναι δυνάμενος μήτε τι ἐνεργῆσαι διὰ τοὺς τῆς νεκρότητος δεσμούς, ἕως Ἰησοῦς κελεύσῃ τοῖς λῦσαι αὐ‐</w:t>
      </w:r>
    </w:p>
    <w:p>
      <w:r>
        <w:rPr>
          <w:rFonts w:ascii="Courier New" w:hAnsi="Courier New"/>
          <w:color w:val="555555"/>
          <w:sz w:val="20"/>
        </w:rPr>
        <w:t>[10]</w:t>
      </w:r>
    </w:p>
    <w:p>
      <w:r>
        <w:rPr>
          <w:rFonts w:ascii="Gentium Plus" w:hAnsi="Gentium Plus"/>
          <w:sz w:val="24"/>
        </w:rPr>
        <w:t>τὸν δυναμένοις καὶ ἀφιέναι αὐτὸν ἀπιέναι. καὶ πειράσθω γε πᾶς ὁ δυνάμενος λέγειν· «Ἢ δοκιμὴν ζητεῖτε τοῦ ἐν ἐμοὶ λαλοῦντος «χριστοῦ;» τοιοῦτος γενέσθαι, ἵνα [μὲν] αὐτῷ Χριστὸς φωνῇ μεγάλῃ εἴπῃ κραυγάσας τῷ μετὰ τὸ ἀποθανεῖν † κιρήσαντι μέν, οὐκ ὀξέως δέ, καὶ διὰ τοῦτο δεομένῳ τῆς Ἰησοῦ κραυγῆς τὸ «Λάζαρε, δεῦρο</w:t>
      </w:r>
    </w:p>
    <w:p>
      <w:r>
        <w:rPr>
          <w:rFonts w:ascii="Courier New" w:hAnsi="Courier New"/>
          <w:color w:val="555555"/>
          <w:sz w:val="20"/>
        </w:rPr>
        <w:t>[28 . 7 . 55]</w:t>
      </w:r>
    </w:p>
    <w:p>
      <w:r>
        <w:rPr>
          <w:rFonts w:ascii="Gentium Plus" w:hAnsi="Gentium Plus"/>
          <w:sz w:val="24"/>
        </w:rPr>
        <w:t>«ἔξω». καὶ νόμισον εἶναι ἐν ᾅδου μετὰ τῶν σκιῶν καὶ τῶν νεκρῶν καὶ ἐν χώρᾳ νεκρῶν ἢ μνημείοις τὸν μετὰ τὸ λαβεῖν ἐπίγνωσιν ἀληθείας καὶ φωτισθέντα, γευσάμενόν τε τῆς δωρεᾶς τῆς ἐπουρα‐ νίου καὶ μέτοχον γενόμενον πνεύματος ἁγίου καὶ καλὸν γευσάμενον</w:t>
      </w:r>
    </w:p>
    <w:p>
      <w:r>
        <w:rPr>
          <w:rFonts w:ascii="Courier New" w:hAnsi="Courier New"/>
          <w:color w:val="555555"/>
          <w:sz w:val="20"/>
        </w:rPr>
        <w:t>[5]</w:t>
      </w:r>
    </w:p>
    <w:p>
      <w:r>
        <w:rPr>
          <w:rFonts w:ascii="Gentium Plus" w:hAnsi="Gentium Plus"/>
          <w:sz w:val="24"/>
        </w:rPr>
        <w:t>θεοῦ ῥῆμα δυνάμεις τε μέλλοντος αἰῶνος, ἀποστατήσαντα τοῦ</w:t>
      </w:r>
    </w:p>
    <w:p>
      <w:r>
        <w:rPr>
          <w:rFonts w:ascii="Courier New" w:hAnsi="Courier New"/>
          <w:color w:val="555555"/>
          <w:sz w:val="20"/>
        </w:rPr>
        <w:t>[28 . 7 . 56]</w:t>
      </w:r>
    </w:p>
    <w:p>
      <w:r>
        <w:rPr>
          <w:rFonts w:ascii="Gentium Plus" w:hAnsi="Gentium Plus"/>
          <w:sz w:val="24"/>
        </w:rPr>
        <w:t>χριστοῦ καὶ ἐπὶ τὸν ἐθνικὸν παλινδρομήσαντα βίον. ἐπὰν οὖν περὶ τοῦ τοιούτου ἐλθὼν αὐτοῦ εἰς τὸ μνημεῖον καὶ ἔξω αὐτοῦ στὰς ὁ Ἰησοῦς εὔξηται καὶ ἐπακουσθῇ, αἰτήσας ἐγγενέσθαι δύναμιν τῇ φωνῇ καὶ τοῖς λόγοις αὐτοῦ, φωνῇ μεγάλῃ κραυγάζει, ἐπὶ τὰ ἔξω</w:t>
      </w:r>
    </w:p>
    <w:p>
      <w:r>
        <w:rPr>
          <w:rFonts w:ascii="Courier New" w:hAnsi="Courier New"/>
          <w:color w:val="555555"/>
          <w:sz w:val="20"/>
        </w:rPr>
        <w:t>[5]</w:t>
      </w:r>
    </w:p>
    <w:p>
      <w:r>
        <w:rPr>
          <w:rFonts w:ascii="Gentium Plus" w:hAnsi="Gentium Plus"/>
          <w:sz w:val="24"/>
        </w:rPr>
        <w:t>τοῦ τῶν ἐθνικῶν βίου καὶ τοῦ μνημείου αὐτῶν καὶ τοῦ σπηλαίου</w:t>
      </w:r>
    </w:p>
    <w:p>
      <w:r>
        <w:rPr>
          <w:rFonts w:ascii="Courier New" w:hAnsi="Courier New"/>
          <w:color w:val="555555"/>
          <w:sz w:val="20"/>
        </w:rPr>
        <w:t>[28 . 7 . 57]</w:t>
      </w:r>
    </w:p>
    <w:p>
      <w:r>
        <w:rPr>
          <w:rFonts w:ascii="Gentium Plus" w:hAnsi="Gentium Plus"/>
          <w:sz w:val="24"/>
        </w:rPr>
        <w:t>καλῶν γενόμενον οὕτω φίλον. ὅτε ἔστιν ἰδεῖν τὸν ἀκολουθοῦντα τῷ Ἰησοῦ τίνα τρόπον ὁ τοιοῦτος ἐξέρχεται μὲν διὰ τὴν Ἰησοῦ φωνήν, ἔτι δὲ σειραῖς τῶν ἰδίων ἁμαρτημάτων δεδεμένος καὶ ἐσφιγμένος, διὰ μὲν τὴν μετάνοιαν καὶ τὸ ἀκηκοέναι τῆς Ἰησοῦ</w:t>
      </w:r>
    </w:p>
    <w:p>
      <w:r>
        <w:rPr>
          <w:rFonts w:ascii="Courier New" w:hAnsi="Courier New"/>
          <w:color w:val="555555"/>
          <w:sz w:val="20"/>
        </w:rPr>
        <w:t>[5]</w:t>
      </w:r>
    </w:p>
    <w:p>
      <w:r>
        <w:rPr>
          <w:rFonts w:ascii="Gentium Plus" w:hAnsi="Gentium Plus"/>
          <w:sz w:val="24"/>
        </w:rPr>
        <w:t>φωνῆς ζῶν, διὰ δὲ τὸ μηδέπω ἀπολελύσθαι τῶν τῆς ἁμαρτίας δεσμῶν μηδὲ ἤδη δύνασθαι ἐλευθέροις ἐπιβαίνειν τοῖς ποσίν, ἀλλὰ μηδὲ ἐνεργεῖν ἀπολελυμένως τὰ διαφέροντα, δεδεμένος τοὺς πόδας</w:t>
      </w:r>
    </w:p>
    <w:p>
      <w:r>
        <w:rPr>
          <w:rFonts w:ascii="Courier New" w:hAnsi="Courier New"/>
          <w:color w:val="555555"/>
          <w:sz w:val="20"/>
        </w:rPr>
        <w:t>[28 . 7 . 58]</w:t>
      </w:r>
    </w:p>
    <w:p>
      <w:r>
        <w:rPr>
          <w:rFonts w:ascii="Gentium Plus" w:hAnsi="Gentium Plus"/>
          <w:sz w:val="24"/>
        </w:rPr>
        <w:t>καὶ τὰς χεῖρας δεσμοῖς νεκρῶν κειρίαις. καὶ ὁ τοιοῦτός γε διὰ τὴν ἐγγενομένην αὐτῷ νεκρότητα πρὸς τοῖς ἐπὶ τῶν χειρῶν καὶ τῶν ποδῶν δεσμοῖς καὶ τὴν ὄψιν τῇ ἀγνοίᾳ κεκάλυπται καὶ περιδέδεται.</w:t>
      </w:r>
    </w:p>
    <w:p>
      <w:r>
        <w:rPr>
          <w:rFonts w:ascii="Courier New" w:hAnsi="Courier New"/>
          <w:color w:val="555555"/>
          <w:sz w:val="20"/>
        </w:rPr>
        <w:t>[28 . 7 . 59]</w:t>
      </w:r>
    </w:p>
    <w:p>
      <w:r>
        <w:rPr>
          <w:rFonts w:ascii="Gentium Plus" w:hAnsi="Gentium Plus"/>
          <w:sz w:val="24"/>
        </w:rPr>
        <w:t>εἶτ’ ἐπεὶ † μὴ μόνον ζῆσαι αὐτὸν βεβούληται ὁ Ἰησοῦς καὶ ἐν τῷ μνη‐ μείῳ μένειν, ἐπὶ τὰ ἔξω τοῦ μνημείου οὗτος ἐλθὼν δέδεται, καθὼς προείρηται, τῆς ζωῆς· καὶ τῷ ἐξεληλυθέναι ἀπὸ τοῦ μνημείου μὴ δύνασθαι, ὅσον δέδεται, λέγει τοῖς δυναμένοις ὑπηρετήσασθαι αὐτῷ</w:t>
      </w:r>
    </w:p>
    <w:p>
      <w:r>
        <w:rPr>
          <w:rFonts w:ascii="Courier New" w:hAnsi="Courier New"/>
          <w:color w:val="555555"/>
          <w:sz w:val="20"/>
        </w:rPr>
        <w:t>[5]</w:t>
      </w:r>
    </w:p>
    <w:p>
      <w:r>
        <w:rPr>
          <w:rFonts w:ascii="Gentium Plus" w:hAnsi="Gentium Plus"/>
          <w:sz w:val="24"/>
        </w:rPr>
        <w:t>ὁ Ἰησοῦς· «Λύσατε αὐτὸν καὶ ἄφετε αὐτὸν ὑπάγειν» νομίζω ὅτι μὴ συγκαταθέμενος μὲν τῷ περὶ τῆς ἐπιστροφῆς μετὰ τὸ ἡμαρτηκέναι λόγῳ· ἔτι δὲ ἀτονῶν κατ’ αὐτὸν βιοῦν, τῷ κατέχεσθαι αὐτοῦ τὰς τῆς ψυχῆς πορευτικὰς καὶ δραστικὰς καὶ θεωρητικὰς δυνάμεις, ὁ τοιοῦτος ἐξῆλθεν ἀπὸ τοῦ μνημείου· καὶ ἔτι ἐστὶν δεδεμένος τοὺς</w:t>
      </w:r>
    </w:p>
    <w:p>
      <w:r>
        <w:rPr>
          <w:rFonts w:ascii="Courier New" w:hAnsi="Courier New"/>
          <w:color w:val="555555"/>
          <w:sz w:val="20"/>
        </w:rPr>
        <w:t>[10]</w:t>
      </w:r>
    </w:p>
    <w:p>
      <w:r>
        <w:rPr>
          <w:rFonts w:ascii="Gentium Plus" w:hAnsi="Gentium Plus"/>
          <w:sz w:val="24"/>
        </w:rPr>
        <w:t>πόδας καὶ τὰς χεῖρας κειρίαις, καὶ ἡ ὄψις αὐτοῦ σουδαρίῳ περιδέδε‐</w:t>
      </w:r>
    </w:p>
    <w:p>
      <w:r>
        <w:rPr>
          <w:rFonts w:ascii="Courier New" w:hAnsi="Courier New"/>
          <w:color w:val="555555"/>
          <w:sz w:val="20"/>
        </w:rPr>
        <w:t>[28 . 7 . 60]</w:t>
      </w:r>
    </w:p>
    <w:p>
      <w:r>
        <w:rPr>
          <w:rFonts w:ascii="Gentium Plus" w:hAnsi="Gentium Plus"/>
          <w:sz w:val="24"/>
        </w:rPr>
        <w:t>ται. ἀλλ’ ἐπὰν εἰπόντος Ἰησοῦ τοῖς λῦσαι αὐτὸν δυναμένοις, διὰ τὴν πρόσταξιν ὡς δεσπότου τοῦ χριστοῦ, τὸ «Λύσατε αὐτὸν καὶ «ἄφετε αὐτὸν ὑπάγειν» λυθῇ τοὺς πόδας καὶ τὰς χεῖρας, καὶ ἀπο‐ θῆται τὸ ἐπικείμενον αὐτοῦ τῇ ὄψει κάλυμμα ἀφαιρεθέν, πορεύεται</w:t>
      </w:r>
    </w:p>
    <w:p>
      <w:r>
        <w:rPr>
          <w:rFonts w:ascii="Courier New" w:hAnsi="Courier New"/>
          <w:color w:val="555555"/>
          <w:sz w:val="20"/>
        </w:rPr>
        <w:t>[5]</w:t>
      </w:r>
    </w:p>
    <w:p>
      <w:r>
        <w:rPr>
          <w:rFonts w:ascii="Gentium Plus" w:hAnsi="Gentium Plus"/>
          <w:sz w:val="24"/>
        </w:rPr>
        <w:t>τοιαύτην πορείαν, ὥστε φθάσαι αὐτὸν ἐπὶ τὸ ἕνα καὶ αὐτὸν γενέ‐ σθαι τῶν συνανακειμένων τῷ Ἰησοῦ.</w:t>
      </w:r>
    </w:p>
    <w:p>
      <w:r>
        <w:rPr>
          <w:rFonts w:ascii="Courier New" w:hAnsi="Courier New"/>
          <w:color w:val="555555"/>
          <w:sz w:val="20"/>
        </w:rPr>
        <w:t>[28 . 8 . 61]</w:t>
      </w:r>
    </w:p>
    <w:p>
      <w:r>
        <w:rPr>
          <w:rFonts w:ascii="Gentium Plus" w:hAnsi="Gentium Plus"/>
          <w:sz w:val="24"/>
        </w:rPr>
        <w:t>Μετὰ τοῦτο διὰ τὸ «Ἐξῆλθεν ὁ τεθνηκὼς δεδεμένος «τοὺς πόδας καὶ τὰς χεῖρας κειρίαις» λεκτέον ὅτι διαφορά ἐστι καὶ τῶν δεδεμένων τοὺς πόδας καὶ τὰς χεῖρας, 〈καὶ οὐ〉 ταὐτόν ἐστιν τὴν ἀρχὴν τοῦ δεδέσθαι ἐκ τοῦ νενεκρῶσθαι εἰληφέναι, ὥστε καὶ</w:t>
      </w:r>
    </w:p>
    <w:p>
      <w:r>
        <w:rPr>
          <w:rFonts w:ascii="Courier New" w:hAnsi="Courier New"/>
          <w:color w:val="555555"/>
          <w:sz w:val="20"/>
        </w:rPr>
        <w:t>[5]</w:t>
      </w:r>
    </w:p>
    <w:p>
      <w:r>
        <w:rPr>
          <w:rFonts w:ascii="Gentium Plus" w:hAnsi="Gentium Plus"/>
          <w:sz w:val="24"/>
        </w:rPr>
        <w:t>τοὺς δεσμοὺς ἐπιφέρεσθαι τὸ ὄνομα τῆς νεκρότητος (νῦν γὰρ αἱ</w:t>
      </w:r>
    </w:p>
    <w:p>
      <w:r>
        <w:rPr>
          <w:rFonts w:ascii="Courier New" w:hAnsi="Courier New"/>
          <w:color w:val="555555"/>
          <w:sz w:val="20"/>
        </w:rPr>
        <w:t>[28 . 8 . 62]</w:t>
      </w:r>
    </w:p>
    <w:p>
      <w:r>
        <w:rPr>
          <w:rFonts w:ascii="Gentium Plus" w:hAnsi="Gentium Plus"/>
          <w:sz w:val="24"/>
        </w:rPr>
        <w:t>«τερον». ἔστιν δέ τι ἐν τῷ τόπῳ δεόμενον διακρίσεως, ἐν τῷ «Καὶ «ἡ ὄψις αὐτοῦ σουδαρίῳ περιεδέδετο» καὶ ἐν τῷ κάλυμμα ἐπικεῖσθαι τῷ προσώπῳ Μωσέως, ἡνίκα ἐλάλει τῷ λαῷ· τὸ μὲν γὰρ ἐπικεί‐ μενον τῇ ὄψει τοῦ Λαζάρου σουδάριον ἐκάλυπτεν αὐτοῦ νενεκρω‐</w:t>
      </w:r>
    </w:p>
    <w:p>
      <w:r>
        <w:rPr>
          <w:rFonts w:ascii="Courier New" w:hAnsi="Courier New"/>
          <w:color w:val="555555"/>
          <w:sz w:val="20"/>
        </w:rPr>
        <w:t>[5]</w:t>
      </w:r>
    </w:p>
    <w:p>
      <w:r>
        <w:rPr>
          <w:rFonts w:ascii="Gentium Plus" w:hAnsi="Gentium Plus"/>
          <w:sz w:val="24"/>
        </w:rPr>
        <w:t>μένας τὰς ὁράσεις· τὸ δὲ Μωσέως κάλυμμα κατ’ οἰκονομίαν ἦν τῷ προσώπῳ αὐτοῦ περικείμενον διὰ τοὺς μὴ χωροῦντας ἀπὸ τοῦ λαοῦ</w:t>
      </w:r>
    </w:p>
    <w:p>
      <w:r>
        <w:rPr>
          <w:rFonts w:ascii="Courier New" w:hAnsi="Courier New"/>
          <w:color w:val="555555"/>
          <w:sz w:val="20"/>
        </w:rPr>
        <w:t>[28 . 8 . 63]</w:t>
      </w:r>
    </w:p>
    <w:p>
      <w:r>
        <w:rPr>
          <w:rFonts w:ascii="Gentium Plus" w:hAnsi="Gentium Plus"/>
          <w:sz w:val="24"/>
        </w:rPr>
        <w:t>ἐνορᾶν τῇ δόξῃ αὐτοῦ. ζητήσεις δὲ περὶ τοῦ 〈μὴ〉 ἐνδεδυμένου ἔν‐ δυμα γάμου, περὶ οὗ εἴρηται· «Δήσαντες αὐτὸν ποδῶν καὶ χειρῶν, «ἐκβάλετε αὐτὸν εἰς τὸ σκότος τὸ ἐξώτερον» πότερον εἰσαεὶ μένει δεδεμένος καὶ ἐν τῷ ἐξωτέρω σκότῳ (οὐ γὰρ πρόσκειται τὸ</w:t>
      </w:r>
    </w:p>
    <w:p>
      <w:r>
        <w:rPr>
          <w:rFonts w:ascii="Courier New" w:hAnsi="Courier New"/>
          <w:color w:val="555555"/>
          <w:sz w:val="20"/>
        </w:rPr>
        <w:t>[28 . 8 . 64]</w:t>
      </w:r>
    </w:p>
    <w:p>
      <w:r>
        <w:rPr>
          <w:rFonts w:ascii="Gentium Plus" w:hAnsi="Gentium Plus"/>
          <w:sz w:val="24"/>
        </w:rPr>
        <w:t>«Εἰς τὸν αἰῶνα» ἢ «Εἰς τοὺς αἰῶνας»), ἢ λυθήσεταί ποτε. οὐ γὰρ ἐμφαίνεται ἐκ τῆς περὶ αὐτοῦ λέξεως τινὰ περὶ ἀπολύσεως ἐσομένης</w:t>
      </w:r>
    </w:p>
    <w:p>
      <w:r>
        <w:rPr>
          <w:rFonts w:ascii="Courier New" w:hAnsi="Courier New"/>
          <w:color w:val="555555"/>
          <w:sz w:val="20"/>
        </w:rPr>
        <w:t>[28 . 8 . 65]</w:t>
      </w:r>
    </w:p>
    <w:p>
      <w:r>
        <w:rPr>
          <w:rFonts w:ascii="Gentium Plus" w:hAnsi="Gentium Plus"/>
          <w:sz w:val="24"/>
        </w:rPr>
        <w:t>γεγραμμένα περὶ αὐτοῦ. οὐ δοκεῖ δέ μοι ἀσφαλὲς εἶναι μὴ καταλα‐ βόντα ὁτιποτοῦν, μάλιστα τῷ μὴ γεγράφθαι περὶ αὐτοῦ, ἀποφή‐</w:t>
      </w:r>
    </w:p>
    <w:p>
      <w:r>
        <w:rPr>
          <w:rFonts w:ascii="Courier New" w:hAnsi="Courier New"/>
          <w:color w:val="555555"/>
          <w:sz w:val="20"/>
        </w:rPr>
        <w:t>[28 . 8 . 66]</w:t>
      </w:r>
    </w:p>
    <w:p>
      <w:r>
        <w:rPr>
          <w:rFonts w:ascii="Gentium Plus" w:hAnsi="Gentium Plus"/>
          <w:sz w:val="24"/>
        </w:rPr>
        <w:t>νασθαι. ζητήσεις δὲ διὰ τὸ «Λέγει Ἰησοῦς αὐτοῖς· Λύσατε αὐτόν» τίσιν αὐτοῖς; οὔτε γὰρ ὅτι μαθηταῖς ἀναγέγραπται οὐθ’ ὅτι τῷ περιεστῶτι ὄχλῳ, ἀλλ’ οὐδὲ ὅτι τοῖς μετὰ τῆς Μαρίας οὖσιν Ἰου‐ δαίοις καὶ παραμυθουμένοις αὐτήν· ὑπονοήσαι δ’ ἄν τις διὰ τὸ</w:t>
      </w:r>
    </w:p>
    <w:p>
      <w:r>
        <w:rPr>
          <w:rFonts w:ascii="Courier New" w:hAnsi="Courier New"/>
          <w:color w:val="555555"/>
          <w:sz w:val="20"/>
        </w:rPr>
        <w:t>[5]</w:t>
      </w:r>
    </w:p>
    <w:p>
      <w:r>
        <w:rPr>
          <w:rFonts w:ascii="Gentium Plus" w:hAnsi="Gentium Plus"/>
          <w:sz w:val="24"/>
        </w:rPr>
        <w:t>«Ἄγγελοι προσῆλθον καὶ διηκόνουν αὐτῷ» καὶ διὰ τὴν κατὰ τὸν τόπον ἀναγωγήν, ὅτι μήποτε κἀκείνοις δύναται εἰρῆσθαι τὸ «Λύ‐ «σατε αὐτὸν καὶ ἄφετε αὐτὸν ὑπάγειν».</w:t>
      </w:r>
    </w:p>
    <w:p>
      <w:r>
        <w:rPr>
          <w:rFonts w:ascii="Courier New" w:hAnsi="Courier New"/>
          <w:color w:val="555555"/>
          <w:sz w:val="20"/>
        </w:rPr>
        <w:t>[28 . 9 . 67]</w:t>
      </w:r>
    </w:p>
    <w:p>
      <w:r>
        <w:rPr>
          <w:rFonts w:ascii="Gentium Plus" w:hAnsi="Gentium Plus"/>
          <w:sz w:val="24"/>
        </w:rPr>
        <w:t>Ἔτι ζητῶ εἰ πεπλήρωκεν ὁ Ἰησοῦς τὸ ἐπιφερόμενον τῷ «Λάζαρος ὁ φίλος ἡμῶν κεκοίμηται», τὸ «Ἀλλὰ πορεύομαι, ἵνα</w:t>
      </w:r>
    </w:p>
    <w:p>
      <w:r>
        <w:rPr>
          <w:rFonts w:ascii="Courier New" w:hAnsi="Courier New"/>
          <w:color w:val="555555"/>
          <w:sz w:val="20"/>
        </w:rPr>
        <w:t>[28 . 9 . 68]</w:t>
      </w:r>
    </w:p>
    <w:p>
      <w:r>
        <w:rPr>
          <w:rFonts w:ascii="Gentium Plus" w:hAnsi="Gentium Plus"/>
          <w:sz w:val="24"/>
        </w:rPr>
        <w:t>«ἐξυπνίσω αὐτόν». ἐφίστημι οὖν μήποτε ἐν τῷ εἰρηκέναι αὐτὸν φωνῇ μεγάλῃ κραυγάσαντα· «Λάζαρε, δεῦρο ἔξω» (ἡ γὰρ μεγάλη φωνὴ καὶ ἡ κραυγὴ οὐκ ἂν ἀτόπως λέγοιτο ἐξυπνικέναι αὐτόν) καὶ ἤδη δύνασθαι ἀποφήνασθαι ἐν τούτῳ μᾶλλον πεπληρῶσθαι τὸ</w:t>
      </w:r>
    </w:p>
    <w:p>
      <w:r>
        <w:rPr>
          <w:rFonts w:ascii="Courier New" w:hAnsi="Courier New"/>
          <w:color w:val="555555"/>
          <w:sz w:val="20"/>
        </w:rPr>
        <w:t>[5]</w:t>
      </w:r>
    </w:p>
    <w:p>
      <w:r>
        <w:rPr>
          <w:rFonts w:ascii="Gentium Plus" w:hAnsi="Gentium Plus"/>
          <w:sz w:val="24"/>
        </w:rPr>
        <w:t>«Πορεύομαι ἵνα ἐξυπνίσω αὐτόν», ἤπερ ἐν τῷ τῆς εὐχῆς τοῦ υἱοῦ ἀκούσαντος τὸν πατέρα πεποιηκέναι τὴν Λαζάρου ψυχὴν ἐπανελθεῖν</w:t>
      </w:r>
    </w:p>
    <w:p>
      <w:r>
        <w:rPr>
          <w:rFonts w:ascii="Courier New" w:hAnsi="Courier New"/>
          <w:color w:val="555555"/>
          <w:sz w:val="20"/>
        </w:rPr>
        <w:t>[28 . 9 . 69]</w:t>
      </w:r>
    </w:p>
    <w:p>
      <w:r>
        <w:rPr>
          <w:rFonts w:ascii="Gentium Plus" w:hAnsi="Gentium Plus"/>
          <w:sz w:val="24"/>
        </w:rPr>
        <w:t>ἐπὶ τὸ ἐν τῷ μνημείῳ ἀποκείμενον αὐτοῦ σῶμα· εἴποι γὰρ ἄν τις ὅτι ὁ μὲν ἀκούσας εὐξαμένου τοῦ υἱοῦ πατὴρ ἐκ νεκρῶν τὸν Λάζαρον</w:t>
      </w:r>
    </w:p>
    <w:p>
      <w:r>
        <w:rPr>
          <w:rFonts w:ascii="Courier New" w:hAnsi="Courier New"/>
          <w:color w:val="555555"/>
          <w:sz w:val="20"/>
        </w:rPr>
        <w:t>[28 . 9 . 70]</w:t>
      </w:r>
    </w:p>
    <w:p>
      <w:r>
        <w:rPr>
          <w:rFonts w:ascii="Gentium Plus" w:hAnsi="Gentium Plus"/>
          <w:sz w:val="24"/>
        </w:rPr>
        <w:t>«αὐτόν.» καὶ ὁ τοῦτό γε κατασκευάζων, διαφορὰν διδοὺς τοῦ «Λάζαρος «ὁ φίλος ἡμῶν κεκοίμηται» καὶ τοῦ «Λάζαρος ἀπέθανεν», ἐρεῖ ὅτι πρὸς μὲν τὸ «Κεκοίμηται» ἐπηγγείλατο εἰπών· «Ἀλλὰ πορεύομαι «ἵνα ἐξυπνίσω αὐτόν»· πρὸς δὲ τὸ «Ἀπέθανεν» οὐκ ἀποδέδωκεν</w:t>
      </w:r>
    </w:p>
    <w:p>
      <w:r>
        <w:rPr>
          <w:rFonts w:ascii="Courier New" w:hAnsi="Courier New"/>
          <w:color w:val="555555"/>
          <w:sz w:val="20"/>
        </w:rPr>
        <w:t>[28 . 9 . 71]</w:t>
      </w:r>
    </w:p>
    <w:p>
      <w:r>
        <w:rPr>
          <w:rFonts w:ascii="Gentium Plus" w:hAnsi="Gentium Plus"/>
          <w:sz w:val="24"/>
        </w:rPr>
        <w:t>τὸ ‹Πορεύομαι, ἵνα ἀναστήσω αὐτὸν ἐκ νεκρῶν›. ἀλλὰ ὁ λύων τὴν ἐν τούτοις δοκοῦσαν εἶναι διαφορὰν καὶ διδοὺς τὴν τοῦ Λαζάρου ἐκ νεκρῶν ἀνάστασιν κοινὸν ἔργον γεγονέναι υἱοῦ τοῦ εὐξαμένου καὶ πατρὸς τοῦ ἐπακούσαντος χρήσεται καὶ τῷ εἰρημένῳ ὑπὸ τοῦ</w:t>
      </w:r>
    </w:p>
    <w:p>
      <w:r>
        <w:rPr>
          <w:rFonts w:ascii="Courier New" w:hAnsi="Courier New"/>
          <w:color w:val="555555"/>
          <w:sz w:val="20"/>
        </w:rPr>
        <w:t>[5]</w:t>
      </w:r>
    </w:p>
    <w:p>
      <w:r>
        <w:rPr>
          <w:rFonts w:ascii="Gentium Plus" w:hAnsi="Gentium Plus"/>
          <w:sz w:val="24"/>
        </w:rPr>
        <w:t>κυρίου πρὸς τὴν Μάρθαν λέγοντος· «Ἐγώ εἰμι ἡ ἀνάστασις καὶ ἡ «ζωή», παραθήσεται δὲ καὶ τὸ «Ὥσπερ γὰρ ὁ πατὴρ ἐγείρει τοὺς «νεκροὺς καὶ ζωοποιεῖ, οὕτως καὶ ὁ υἱὸς οὓς θέλει ζωοποιεῖ.»</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[28 . 10 n]</w:t>
      </w:r>
    </w:p>
    <w:p>
      <w:r>
        <w:rPr>
          <w:rFonts w:ascii="Gentium Plus" w:hAnsi="Gentium Plus"/>
          <w:sz w:val="24"/>
        </w:rPr>
        <w:t>Πολλοὶ οὖν ἐκ τῶν Ἰουδαίων, οἱ ἐλθόντες πρὸς τὴν Μαριὰμ καὶ θεασάμενοι ἃ ἐποίησεν, ἐπίστευσαν εἰς αὐτόν.</w:t>
      </w:r>
    </w:p>
    <w:p>
      <w:r>
        <w:rPr>
          <w:rFonts w:ascii="Courier New" w:hAnsi="Courier New"/>
          <w:color w:val="555555"/>
          <w:sz w:val="20"/>
        </w:rPr>
        <w:t>[28 . 10 . 72]</w:t>
      </w:r>
    </w:p>
    <w:p>
      <w:r>
        <w:rPr>
          <w:rFonts w:ascii="Gentium Plus" w:hAnsi="Gentium Plus"/>
          <w:sz w:val="24"/>
        </w:rPr>
        <w:t>Καὶ τίνα γε οὐκ ἂν κινήσαι πρὸς τὸ πιστεῦσαι τῷ τοῦ Ἰησοῦ κηρύγματι καὶ ἀληθῶς, ὡσπερεὶ ἐκ νεκρότητος καὶ δυσωδίας, τῶν πάνυ ὑπὸ τῆς κακίας καταβεβαπτισμένων, ἀκροτάτῃ μεταβολῇ ἀποσεισαμένων τῇ προστάξει καὶ συνεργείᾳ τοῦ λόγου οὐ μόνον τὴν</w:t>
      </w:r>
    </w:p>
    <w:p>
      <w:r>
        <w:rPr>
          <w:rFonts w:ascii="Courier New" w:hAnsi="Courier New"/>
          <w:color w:val="555555"/>
          <w:sz w:val="20"/>
        </w:rPr>
        <w:t>[5]</w:t>
      </w:r>
    </w:p>
    <w:p>
      <w:r>
        <w:rPr>
          <w:rFonts w:ascii="Gentium Plus" w:hAnsi="Gentium Plus"/>
          <w:sz w:val="24"/>
        </w:rPr>
        <w:t>ἀπὸ τῆς ἁμαρτίας πολλὴν δυσωδίαν ἀλλὰ καὶ τοὺς κατέχοντας δεσ‐ μοὺς τὴν πορευτικὴν καὶ τὴν δραστικὴν τῆς ψυχῆς δύναμιν, ἔτι δὲ</w:t>
      </w:r>
    </w:p>
    <w:p>
      <w:r>
        <w:rPr>
          <w:rFonts w:ascii="Courier New" w:hAnsi="Courier New"/>
          <w:color w:val="555555"/>
          <w:sz w:val="20"/>
        </w:rPr>
        <w:t>[28 . 10 . 73]</w:t>
      </w:r>
    </w:p>
    <w:p>
      <w:r>
        <w:rPr>
          <w:rFonts w:ascii="Gentium Plus" w:hAnsi="Gentium Plus"/>
          <w:sz w:val="24"/>
        </w:rPr>
        <w:t>χωρὶς τούτων καὶ τὴν θεωρητικήν; καταπλαγέντες γὰρ οἱ ἰδόντες τὸν Ἰησοῦν ἐν τοῖς τοιούτοις τοσοῦτον δεδυνημένον, οἱ αὐχοῦντες μὲν περὶ λόγον ἀσχολεῖσθαι θεοῦ, τὸ πλήρωμα δὲ τοῦ λόγου μηδέπω παραδεξάμενοι, καὶ πιστεύσαιεν ἂν μάλιστα ὅσοι ἐληλύθασιν ὡς ἐπὶ</w:t>
      </w:r>
    </w:p>
    <w:p>
      <w:r>
        <w:rPr>
          <w:rFonts w:ascii="Courier New" w:hAnsi="Courier New"/>
          <w:color w:val="555555"/>
          <w:sz w:val="20"/>
        </w:rPr>
        <w:t>[5]</w:t>
      </w:r>
    </w:p>
    <w:p>
      <w:r>
        <w:rPr>
          <w:rFonts w:ascii="Gentium Plus" w:hAnsi="Gentium Plus"/>
          <w:sz w:val="24"/>
        </w:rPr>
        <w:t>νεκρῷ καὶ πάντη ἀπεγνωσμένῳ καὶ αὐτοὶ ἀπογνόντες τὸν τοιοῦτον, παραμυθήσασθαι τὴν ἐπὶ τῇ ἐκπτώσει τοῦ ἀδελφοῦ ὀδυνωμένην· δι’ οὓς τάχα πλέον ἢ διὰ τὸν ταῦτα παθόντα ἐλθὼν ἐπὶ τὸ σπήλαιον τοῦ νεκροῦ «Ἦρεν τοὺς ὀφθαλμοὺς ἄνω καὶ εἶπεν· Πάτερ, εὐχαριστῶ</w:t>
      </w:r>
    </w:p>
    <w:p>
      <w:r>
        <w:rPr>
          <w:rFonts w:ascii="Courier New" w:hAnsi="Courier New"/>
          <w:color w:val="555555"/>
          <w:sz w:val="20"/>
        </w:rPr>
        <w:t>[28 . 10 . 74]</w:t>
      </w:r>
    </w:p>
    <w:p>
      <w:r>
        <w:rPr>
          <w:rFonts w:ascii="Gentium Plus" w:hAnsi="Gentium Plus"/>
          <w:sz w:val="24"/>
        </w:rPr>
        <w:t>«σοι, ὅτι ἤκουσάς μου. ἐγὼ δὲ ᾔδειν ὅτι πάντοτέ μου ἀκούεις». ὅτι γὰρ διὰ τούτους μᾶλλον ἢ τὸν Λάζαρον ταύτην ἀνεφθέγξατο πρὸς τὸν πατέρα τὴν εὐχαριστίαν δῆλον ἐκ τοῦ «Ἀλλὰ διὰ τὸν ὄχλον τὸν περιε‐</w:t>
      </w:r>
    </w:p>
    <w:p>
      <w:r>
        <w:rPr>
          <w:rFonts w:ascii="Courier New" w:hAnsi="Courier New"/>
          <w:color w:val="555555"/>
          <w:sz w:val="20"/>
        </w:rPr>
        <w:t>[28 . 10 . 75]</w:t>
      </w:r>
    </w:p>
    <w:p>
      <w:r>
        <w:rPr>
          <w:rFonts w:ascii="Gentium Plus" w:hAnsi="Gentium Plus"/>
          <w:sz w:val="24"/>
        </w:rPr>
        <w:t>«στῶτα εἶπον, ἵνα πιστεύσωσιν ὅτι σύ με ἀπέστειλας». ἐπραγματεύ‐ σατο οὖν περὶ τοῦ Λαζάρου διὰ τὸν περιεστῶτα ὄχλον, ἵν’ οἱ πολλοὶ τῶν Ἰουδαίων ἐλθόντες πρὸς τὴν Μαριὰμ καὶ θεασάμενοι ἃ ἐποίησεν</w:t>
      </w:r>
    </w:p>
    <w:p>
      <w:r>
        <w:rPr>
          <w:rFonts w:ascii="Courier New" w:hAnsi="Courier New"/>
          <w:color w:val="555555"/>
          <w:sz w:val="20"/>
        </w:rPr>
        <w:t>[28 . 11 . 76]</w:t>
      </w:r>
    </w:p>
    <w:p>
      <w:r>
        <w:rPr>
          <w:rFonts w:ascii="Gentium Plus" w:hAnsi="Gentium Plus"/>
          <w:sz w:val="24"/>
        </w:rPr>
        <w:t>Ἀλλὰ ἄκουε καὶ περὶ τούτων, μὴ μόνον σωματικώ‐ τερον· «Τινὲς δὲ ἐξ αὐτῶν ἀπῆλθον πρὸς τοὺς Φαρισαίους καὶ</w:t>
      </w:r>
    </w:p>
    <w:p>
      <w:r>
        <w:rPr>
          <w:rFonts w:ascii="Courier New" w:hAnsi="Courier New"/>
          <w:color w:val="555555"/>
          <w:sz w:val="20"/>
        </w:rPr>
        <w:t>[28 . 11 . 77]</w:t>
      </w:r>
    </w:p>
    <w:p>
      <w:r>
        <w:rPr>
          <w:rFonts w:ascii="Gentium Plus" w:hAnsi="Gentium Plus"/>
          <w:sz w:val="24"/>
        </w:rPr>
        <w:t>«εἶπον αὐτοῖς ἃ ἐποίησεν ὁ Ἰησοῦς». ἔχει μέν τι ἡ λέξις ἀμφίβολον, πότερον οἱ ἀπελθόντες πρὸς τοὺς Φαρισαίους καὶ εἰπόντες αὐτοῖς ἃ ἐποίησεν ὁ Ἰησοῦς ἀπὸ τῶν πολλῶν Ἰουδαίων ἦσαν, τῶν θεασα‐ μένων ἃ ἐποίησεν καὶ πιστευσάντων εἰς αὐτόν, βουλόμενοι καὶ τοὺς</w:t>
      </w:r>
    </w:p>
    <w:p>
      <w:r>
        <w:rPr>
          <w:rFonts w:ascii="Courier New" w:hAnsi="Courier New"/>
          <w:color w:val="555555"/>
          <w:sz w:val="20"/>
        </w:rPr>
        <w:t>[5]</w:t>
      </w:r>
    </w:p>
    <w:p>
      <w:r>
        <w:rPr>
          <w:rFonts w:ascii="Gentium Plus" w:hAnsi="Gentium Plus"/>
          <w:sz w:val="24"/>
        </w:rPr>
        <w:t>ἐχθρῶς διακειμένους πρὸς αὐτὸν δυσωπῆσαι διὰ τῆς περὶ τοῦ Λαζάρου ἀπαγγελίας· ἢ οἱ λοιποὶ παρὰ τοὺς πολλοὺς καὶ πιστεύ‐ σαντας, ὡς μὴ κινηθέντες ἐκ τοῦ γενομένου εἰς τὴν περὶ Ἰησοῦ πί‐ στιν, ὅτι τὸ ὅσον ἐφ’ ἑαυτοῖς καὶ πρὸς * κατ’ αὐτοῦ τοὺς Φαρισαίους τὸν ἐν αὐτοῖς πονηρὸν ζῆλον ἐγείροντες διὰ τῆς περὶ τοῦ Λαζάρου</w:t>
      </w:r>
    </w:p>
    <w:p>
      <w:r>
        <w:rPr>
          <w:rFonts w:ascii="Courier New" w:hAnsi="Courier New"/>
          <w:color w:val="555555"/>
          <w:sz w:val="20"/>
        </w:rPr>
        <w:t>[28 . 11 . 78]</w:t>
      </w:r>
    </w:p>
    <w:p>
      <w:r>
        <w:rPr>
          <w:rFonts w:ascii="Gentium Plus" w:hAnsi="Gentium Plus"/>
          <w:sz w:val="24"/>
        </w:rPr>
        <w:t>ἀπαγγελίας. καὶ δοκεῖ μοι τοῦτο μᾶλλον βούλεσθαι σημαίνειν ὁ</w:t>
      </w:r>
    </w:p>
    <w:p>
      <w:r>
        <w:rPr>
          <w:rFonts w:ascii="Courier New" w:hAnsi="Courier New"/>
          <w:color w:val="555555"/>
          <w:sz w:val="20"/>
        </w:rPr>
        <w:t>[28 . 11 . 79]</w:t>
      </w:r>
    </w:p>
    <w:p>
      <w:r>
        <w:rPr>
          <w:rFonts w:ascii="Gentium Plus" w:hAnsi="Gentium Plus"/>
          <w:sz w:val="24"/>
        </w:rPr>
        <w:t>εὐαγγελιστής. διὸ καὶ ἐπιφέρεται τὸ «Συνήγαγον οὖν οἱ ἀρχιερεῖς «καὶ οἱ Φαρισαῖοι» καὶ τὰ ἑξῆς. πολλοὺς μὲν οὖν εἶπεν τοὺς διὰ τὸ θεάσασθαι τὰ περὶ τὸν Λάζαρον πιστεύσαντας· ὡσπερεὶ δὲ ὀλιγωτέρους ἔφησεν εἶναι τοὺς μὴ τοιούτους, εἰπών· «Τινὲς δὲ ἐξ αὐτῶν ἀπῆλθον» καὶ</w:t>
      </w:r>
    </w:p>
    <w:p>
      <w:r>
        <w:rPr>
          <w:rFonts w:ascii="Courier New" w:hAnsi="Courier New"/>
          <w:color w:val="555555"/>
          <w:sz w:val="20"/>
        </w:rPr>
        <w:t>[28 . 11 . 80]</w:t>
      </w:r>
    </w:p>
    <w:p>
      <w:r>
        <w:rPr>
          <w:rFonts w:ascii="Gentium Plus" w:hAnsi="Gentium Plus"/>
          <w:sz w:val="24"/>
        </w:rPr>
        <w:t>τὰ ἑξῆς. πρόσχες δὲ καὶ τοῖς λεχθησομένοις εἰ δύναται ἡμᾶς κινῆσαι πρὸς συγκατάθεσιν, ἐπεὶ μὴ εἴρηται μέν· πολλοὶ οὖν ἐκ τῶν Ἰου‐ δαίων τῶν ἐλθόντων πρὸς τὴν Μαριὰμ καὶ θεασαμένων ἃ ἐποίησεν, ἐπίστευσαν εἰς αὐτόν· γέγραπται δέ· «Πολλοὶ οὖν ἐκ τῶν Ἰουδαίων</w:t>
      </w:r>
    </w:p>
    <w:p>
      <w:r>
        <w:rPr>
          <w:rFonts w:ascii="Courier New" w:hAnsi="Courier New"/>
          <w:color w:val="555555"/>
          <w:sz w:val="20"/>
        </w:rPr>
        <w:t>[5]</w:t>
      </w:r>
    </w:p>
    <w:p>
      <w:r>
        <w:rPr>
          <w:rFonts w:ascii="Gentium Plus" w:hAnsi="Gentium Plus"/>
          <w:sz w:val="24"/>
        </w:rPr>
        <w:t>«οἱ ἐλθόντες πρὸς τὴν Μαριὰμ καὶ θεασάμενοι ἃ ἐποίησεν ἐπίστευσαν εἰς</w:t>
      </w:r>
    </w:p>
    <w:p>
      <w:r>
        <w:rPr>
          <w:rFonts w:ascii="Courier New" w:hAnsi="Courier New"/>
          <w:color w:val="555555"/>
          <w:sz w:val="20"/>
        </w:rPr>
        <w:t>[28 . 11 . 81]</w:t>
      </w:r>
    </w:p>
    <w:p>
      <w:r>
        <w:rPr>
          <w:rFonts w:ascii="Gentium Plus" w:hAnsi="Gentium Plus"/>
          <w:sz w:val="24"/>
        </w:rPr>
        <w:t>«αὐτόν». καὶ μάλιστα διὰ τὴν ἀναγωγὴν κινοῦμαι μήποτε πάντες οἱ θεασάμενοι, τουτέστιν θεωρήσαντες καὶ συνέντες ἃ ἐποίησεν ὁ Ἰησοῦς, ἐπίστευσαν εἰς αὐτόν· οἱ μέντοι γε ἀπελθόντες πρὸς τοὺς Φαρι‐ σαίους καὶ εἰπόντες αὐτοῖς ἃ ἐποίησεν ὁ Ἰησοῦς ἐπεὶ μὴ μεμαρτύρηνται</w:t>
      </w:r>
    </w:p>
    <w:p>
      <w:r>
        <w:rPr>
          <w:rFonts w:ascii="Courier New" w:hAnsi="Courier New"/>
          <w:color w:val="555555"/>
          <w:sz w:val="20"/>
        </w:rPr>
        <w:t>[5]</w:t>
      </w:r>
    </w:p>
    <w:p>
      <w:r>
        <w:rPr>
          <w:rFonts w:ascii="Gentium Plus" w:hAnsi="Gentium Plus"/>
          <w:sz w:val="24"/>
        </w:rPr>
        <w:t>ὅτι ἐθεάσαντο, μήποτε τὸ ἐν ἐπαίνῳ λεγόμενον περὶ τῶν πιστευσάν‐</w:t>
      </w:r>
    </w:p>
    <w:p>
      <w:r>
        <w:rPr>
          <w:rFonts w:ascii="Courier New" w:hAnsi="Courier New"/>
          <w:color w:val="555555"/>
          <w:sz w:val="20"/>
        </w:rPr>
        <w:t>[28 . 11 . 82]</w:t>
      </w:r>
    </w:p>
    <w:p>
      <w:r>
        <w:rPr>
          <w:rFonts w:ascii="Gentium Plus" w:hAnsi="Gentium Plus"/>
          <w:sz w:val="24"/>
        </w:rPr>
        <w:t>των οὐκ ἔσχον, τὸ ‹Ἐθεάσαντο›. ἐδύνατο γάρ, εἴπερ καὶ οὗτοι ἐθεάσαντο, γεγράφθαι ὅτι τινὲς ἐξ αὐτῶν ἀπῆλθον πρὸς τοὺς Φαρι‐ σαίους καὶ εἶπον αὐτοῖς ἃ ἐθεάσαντο πεποιηκότα τὸν Ἰησοῦν, ἢ ἃ</w:t>
      </w:r>
    </w:p>
    <w:p>
      <w:r>
        <w:rPr>
          <w:rFonts w:ascii="Courier New" w:hAnsi="Courier New"/>
          <w:color w:val="555555"/>
          <w:sz w:val="20"/>
        </w:rPr>
        <w:t>[28 . 11 . 83]</w:t>
      </w:r>
    </w:p>
    <w:p>
      <w:r>
        <w:rPr>
          <w:rFonts w:ascii="Gentium Plus" w:hAnsi="Gentium Plus"/>
          <w:sz w:val="24"/>
        </w:rPr>
        <w:t>ἐθεάσαντο καὶ ἐποίησεν ὁ Ἰησοῦς. νυνὶ δὲ τὸ ‹Ἐθεάσαντο› ἐπὶ τού‐ των μὲν οὐδαμῶς εἴρηται, ἐπὶ δὲ τῶν πιστευσάντων, οἵτινες καὶ ἐλθόντες ἦσαν πρὸς τὴν Μαριὰμ καὶ θεασάμενοι ἃ ἐποίησεν ὁ Ἰησοῦς· δι’ οὕς, οἶμαι, καὶ εἶπε τὸ «Ἀλλὰ διὰ τὸν ὄχλον τὸν περιεστῶτα</w:t>
      </w:r>
    </w:p>
    <w:p>
      <w:r>
        <w:rPr>
          <w:rFonts w:ascii="Courier New" w:hAnsi="Courier New"/>
          <w:color w:val="555555"/>
          <w:sz w:val="20"/>
        </w:rPr>
        <w:t>[28 . 11 . 84]</w:t>
      </w:r>
    </w:p>
    <w:p>
      <w:r>
        <w:rPr>
          <w:rFonts w:ascii="Gentium Plus" w:hAnsi="Gentium Plus"/>
          <w:sz w:val="24"/>
        </w:rPr>
        <w:t>«εἶπον, ἵνα πιστεύσωσιν ὅτι σύ με ἀπέστειλας». ἅμα δὲ καὶ περὶ τούτου πρόσχες εἰ δύνασαι τοὺς ἐλθόντας πρὸς τὴν Μαριὰμ καὶ</w:t>
      </w:r>
    </w:p>
    <w:p>
      <w:r>
        <w:rPr>
          <w:rFonts w:ascii="Courier New" w:hAnsi="Courier New"/>
          <w:color w:val="555555"/>
          <w:sz w:val="20"/>
        </w:rPr>
        <w:t>[5]</w:t>
      </w:r>
    </w:p>
    <w:p>
      <w:r>
        <w:rPr>
          <w:rFonts w:ascii="Gentium Plus" w:hAnsi="Gentium Plus"/>
          <w:sz w:val="24"/>
        </w:rPr>
        <w:t>Ἰησοῦν ὄχλος, δι’ ὃν εἶπεν τὸ «Πάτερ, εὐχαριστῶ σοι ὅτι ἤκουσάς</w:t>
      </w:r>
    </w:p>
    <w:p>
      <w:r>
        <w:rPr>
          <w:rFonts w:ascii="Courier New" w:hAnsi="Courier New"/>
          <w:color w:val="555555"/>
          <w:sz w:val="20"/>
        </w:rPr>
        <w:t>[28 . 11 . 85]</w:t>
      </w:r>
    </w:p>
    <w:p>
      <w:r>
        <w:rPr>
          <w:rFonts w:ascii="Gentium Plus" w:hAnsi="Gentium Plus"/>
          <w:sz w:val="24"/>
        </w:rPr>
        <w:t>«μου· ἐγὼ δὲ ᾔδειν ὅτι πάντοτέ μου ἀκούεις». εἰ γὰρ ταῦτα «διὰ «τὸν ὄχλον 〈τὸν〉 περιεστῶτα» εἶπεν, ἵνα πιστεύσωσιν ὅτι ὁ πατὴρ αὐτὸν ἀπέστειλεν, καὶ λέγων διὰ τοῦτο εἶπεν, ἵνα ὁ περιεστὼς ὄχλος πιστεύσῃ· οὐκ ἂν δὲ μὴ πιστεύσοντός τινος ἐξ αὐτῶν τῷ πατρὶ</w:t>
      </w:r>
    </w:p>
    <w:p>
      <w:r>
        <w:rPr>
          <w:rFonts w:ascii="Courier New" w:hAnsi="Courier New"/>
          <w:color w:val="555555"/>
          <w:sz w:val="20"/>
        </w:rPr>
        <w:t>[5]</w:t>
      </w:r>
    </w:p>
    <w:p>
      <w:r>
        <w:rPr>
          <w:rFonts w:ascii="Gentium Plus" w:hAnsi="Gentium Plus"/>
          <w:sz w:val="24"/>
        </w:rPr>
        <w:t>ἔλεγεν, ὡσεί τις τῶν τὰ μέλλοντα ἀγνοούντων ἀνθρώπων, «ἀλλὰ «διὰ τὸν ὄχλον τὸν περιεστῶτα, ἵνα πιστεύσωσιν ὅτι σύ με ἀπέστει‐ «λας»· μήποτε οἱ ἐλθόντες πρὸς τὴν Μαριὰμ καὶ θεασάμενοι ἃ ἐποίησεν καὶ πιστεύσαντες εἰς αὐτόν, μόνοι ἦσαν ὁ περιεστὼς τὸν Ἰησοῦν ὄχλος· οἱ δὲ λοιποὶ οὔτε ἐθεάσαντο, ἃ ἐποίησεν, οὔτε περι‐</w:t>
      </w:r>
    </w:p>
    <w:p>
      <w:r>
        <w:rPr>
          <w:rFonts w:ascii="Courier New" w:hAnsi="Courier New"/>
          <w:color w:val="555555"/>
          <w:sz w:val="20"/>
        </w:rPr>
        <w:t>[10]</w:t>
      </w:r>
    </w:p>
    <w:p>
      <w:r>
        <w:rPr>
          <w:rFonts w:ascii="Gentium Plus" w:hAnsi="Gentium Plus"/>
          <w:sz w:val="24"/>
        </w:rPr>
        <w:t>ειστήκεισαν αὐτόν.</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[28 . 12 n]</w:t>
      </w:r>
    </w:p>
    <w:p>
      <w:r>
        <w:rPr>
          <w:rFonts w:ascii="Gentium Plus" w:hAnsi="Gentium Plus"/>
          <w:sz w:val="24"/>
        </w:rPr>
        <w:t>Συνήγαγον οὖν οἱ ἀρχιερεῖς καὶ οἱ Φαρισαῖοι συν‐ έδριον, καὶ ἔλεγον· Τί ποιοῦμεν ὅτι οὗτος ὁ ἄνθρωπος πολλὰ ποιεῖ σημεῖα; ἐὰν ἀφῶμεν αὐτὸν οὕτως, πάντες πιστεύσωσιν εἰς αὐτόν, καὶ ἐλεύσονται οἱ Ῥωμαῖοι καὶ ἀροῦσιν ἡμῶν καὶ</w:t>
      </w:r>
    </w:p>
    <w:p>
      <w:r>
        <w:rPr>
          <w:rFonts w:ascii="Courier New" w:hAnsi="Courier New"/>
          <w:color w:val="555555"/>
          <w:sz w:val="20"/>
        </w:rPr>
        <w:t>[5]</w:t>
      </w:r>
    </w:p>
    <w:p>
      <w:r>
        <w:rPr>
          <w:rFonts w:ascii="Gentium Plus" w:hAnsi="Gentium Plus"/>
          <w:sz w:val="24"/>
        </w:rPr>
        <w:t>τὸν τόπον καὶ τὸ ἔθνος.</w:t>
      </w:r>
    </w:p>
    <w:p>
      <w:r>
        <w:rPr>
          <w:rFonts w:ascii="Courier New" w:hAnsi="Courier New"/>
          <w:color w:val="555555"/>
          <w:sz w:val="20"/>
        </w:rPr>
        <w:t>[28 . 12 . 86]</w:t>
      </w:r>
    </w:p>
    <w:p>
      <w:r>
        <w:rPr>
          <w:rFonts w:ascii="Gentium Plus" w:hAnsi="Gentium Plus"/>
          <w:sz w:val="24"/>
        </w:rPr>
        <w:t>Ὡς πρὸς τὸ ῥητὸν οἱ Φαρισαῖοι καὶ οἱ ἀρχιερεῖς ἑώρων ὅτι διὰ τὸ μέγεθος ὧν πεποιήκει τεραστίων δυνάμεων ὁ Ἰησοῦς δυνατὸν ἦν καὶ πάντα τὸν λαὸν τῶν Ἰουδαίων ὑπαχθῆναι τῇ εἰς αὐτὸν πίστει καὶ ὑπαχθέντα καταφρονῆσαι τῆς ἐν τῷ τόπῳ</w:t>
      </w:r>
    </w:p>
    <w:p>
      <w:r>
        <w:rPr>
          <w:rFonts w:ascii="Courier New" w:hAnsi="Courier New"/>
          <w:color w:val="555555"/>
          <w:sz w:val="20"/>
        </w:rPr>
        <w:t>[5]</w:t>
      </w:r>
    </w:p>
    <w:p>
      <w:r>
        <w:rPr>
          <w:rFonts w:ascii="Gentium Plus" w:hAnsi="Gentium Plus"/>
          <w:sz w:val="24"/>
        </w:rPr>
        <w:t>σωματικῆς λευϊτικῆς καὶ ἱερατικῆς λατρείας, ὥστ’ ἂν πρόφασιν τὸ τοιοῦτον γενέσθαι τοῦ, ἅτε μὴ περιεπόντων τὸν τόπον Ἰουδαίων, Ῥωμαίοις ὑπὸ τοῦ σωτῆρος γενέσθαι καὶ τὸν νομιζόμενον παρ’ ἐκεί‐ νοις ἱερὸν τόπον καὶ πᾶν τὸ ἔθνος Ἰουδαίων, οὐκέτι παντὶ τρόπῳ τηρεῖν ἐθελόντων τὴν περὶ τοῦ Ἰουδαίους ἑαυτοὺς εἶναι ὁμολογίαν.</w:t>
      </w:r>
    </w:p>
    <w:p>
      <w:r>
        <w:rPr>
          <w:rFonts w:ascii="Courier New" w:hAnsi="Courier New"/>
          <w:color w:val="555555"/>
          <w:sz w:val="20"/>
        </w:rPr>
        <w:t>[28 . 12 . 87]</w:t>
      </w:r>
    </w:p>
    <w:p>
      <w:r>
        <w:rPr>
          <w:rFonts w:ascii="Gentium Plus" w:hAnsi="Gentium Plus"/>
          <w:sz w:val="24"/>
        </w:rPr>
        <w:t>εἶτ’ ἐπεὶ πάντων προέκρινον τὴν λατρείαν καὶ τὸν τόπον καὶ τὴν τοῦ ἔθνους σύστασιν τῶν νομισθέντων ἂν εἶναι κρειττόνων παρὰ ταῦτα, διὰ τοῦτο σκοποῦσιν κατὰ τοῦ Ἰησοῦ ἵνα αὐτὸν μὴ ἐάσωσιν</w:t>
      </w:r>
    </w:p>
    <w:p>
      <w:r>
        <w:rPr>
          <w:rFonts w:ascii="Courier New" w:hAnsi="Courier New"/>
          <w:color w:val="555555"/>
          <w:sz w:val="20"/>
        </w:rPr>
        <w:t>[28 . 12 . 88]</w:t>
      </w:r>
    </w:p>
    <w:p>
      <w:r>
        <w:rPr>
          <w:rFonts w:ascii="Gentium Plus" w:hAnsi="Gentium Plus"/>
          <w:sz w:val="24"/>
        </w:rPr>
        <w:t>ζῆν. ὡς δ’ αὔτως οἶμαι καὶ ἐπὶ καθαιρέσει τῆς δόξης αὐτοῦ εἰρηκέναι τὸ «Οὗτος ὁ ἄνθρωπος»· ἠπίστουν γὰρ τοῖς καὶ ἀνωτέρω εἰρημένοις</w:t>
      </w:r>
    </w:p>
    <w:p>
      <w:r>
        <w:rPr>
          <w:rFonts w:ascii="Courier New" w:hAnsi="Courier New"/>
          <w:color w:val="555555"/>
          <w:sz w:val="20"/>
        </w:rPr>
        <w:t>[5]</w:t>
      </w:r>
    </w:p>
    <w:p>
      <w:r>
        <w:rPr>
          <w:rFonts w:ascii="Gentium Plus" w:hAnsi="Gentium Plus"/>
          <w:sz w:val="24"/>
        </w:rPr>
        <w:t>«θεόν», ὅτε κατὰ τὴν ἑαυτοῦ φιλανθρωπίαν ἀπεκρίνατο, διδάσκων ὅτι πᾶς πρὸς ὃν ὁ λόγος τοῦ θεοῦ ἐγένετο θεὸς λέγεται ὑπὸ τοῦ θεοῦ, μὴ δυναμένης λυθῆναι καὶ καταλυθῆναι τῆς τοῦτο ἀποφηνα‐</w:t>
      </w:r>
    </w:p>
    <w:p>
      <w:r>
        <w:rPr>
          <w:rFonts w:ascii="Courier New" w:hAnsi="Courier New"/>
          <w:color w:val="555555"/>
          <w:sz w:val="20"/>
        </w:rPr>
        <w:t>[28 . 12 . 89]</w:t>
      </w:r>
    </w:p>
    <w:p>
      <w:r>
        <w:rPr>
          <w:rFonts w:ascii="Gentium Plus" w:hAnsi="Gentium Plus"/>
          <w:sz w:val="24"/>
        </w:rPr>
        <w:t>μένης προφητικῆς γραφῆς. ἔστιν δὲ ἐκ τῶν λεγομένων ἀπὸ τῶν Φαρισαίων καὶ τῶν ἀρχιερέων κατανοῆσαι αὐτῶν καὶ τὸ τῆς κακίας ἀνομολογούμενον καὶ τυφλόν· ἀνομολογούμενον μέν, ὅτι ἐμαρτύρουν αὐτῷ καὶ πολλὰ πεποιηκέναι σημεῖα καὶ δύνασθαι τῷ τοσαῦτα ση‐</w:t>
      </w:r>
    </w:p>
    <w:p>
      <w:r>
        <w:rPr>
          <w:rFonts w:ascii="Courier New" w:hAnsi="Courier New"/>
          <w:color w:val="555555"/>
          <w:sz w:val="20"/>
        </w:rPr>
        <w:t>[5]</w:t>
      </w:r>
    </w:p>
    <w:p>
      <w:r>
        <w:rPr>
          <w:rFonts w:ascii="Gentium Plus" w:hAnsi="Gentium Plus"/>
          <w:sz w:val="24"/>
        </w:rPr>
        <w:t>μεῖα πεποιηκότι ἐπιβουλεῦσαι, ὡς μηδὲν ὑπὲρ ἑαυτοῦ ἐν τῷ ἐπι‐ βουλεύεσθαι δυναμένῳ· τυφλὸν δὲ οὐδὲν ἧττον καὶ αὐτὸ τοῦτο ἦν· κατὰ γὰρ τὸν πολλὰ ποιοῦντα σημεῖα ἦν τὸ κρείττον’ εἶναι τῆς ἐπι‐ βουλῆς τῶν ἀφιέναι αὐτὸν μὴ θελόντων· εἰ μὴ ἄρα καὶ ἐπίστευον ὅτι ποιεῖ σημεῖα, καὶ ὑπενόουν αὐτὰ μὴ ἀπὸ θείας γίνεσθαι δυνά‐</w:t>
      </w:r>
    </w:p>
    <w:p>
      <w:r>
        <w:rPr>
          <w:rFonts w:ascii="Courier New" w:hAnsi="Courier New"/>
          <w:color w:val="555555"/>
          <w:sz w:val="20"/>
        </w:rPr>
        <w:t>[10]</w:t>
      </w:r>
    </w:p>
    <w:p>
      <w:r>
        <w:rPr>
          <w:rFonts w:ascii="Gentium Plus" w:hAnsi="Gentium Plus"/>
          <w:sz w:val="24"/>
        </w:rPr>
        <w:t>μεως· ὥστε διὰ τοῦτο μὴ πάντα αὐτὸν δυνηθῆναι, μηδὲ αὑτὸν ῥύ‐</w:t>
      </w:r>
    </w:p>
    <w:p>
      <w:r>
        <w:rPr>
          <w:rFonts w:ascii="Courier New" w:hAnsi="Courier New"/>
          <w:color w:val="555555"/>
          <w:sz w:val="20"/>
        </w:rPr>
        <w:t>[28 . 12 . 90]</w:t>
      </w:r>
    </w:p>
    <w:p>
      <w:r>
        <w:rPr>
          <w:rFonts w:ascii="Gentium Plus" w:hAnsi="Gentium Plus"/>
          <w:sz w:val="24"/>
        </w:rPr>
        <w:t>σασθαι ἀπὸ τῆς ἐξ ἐκείνων ἐπιβουλῆς. ἐκεῖνοι μὲν οὖν ἐσκόπουν μὴ ἀφιέναι αὐτόν, οἰόμενοι διὰ τοῦτο ἐμποδίσειν τοῖς πιστεύουσιν εἰς αὐτὸν καὶ Ῥωμαίοις, μέλλουσιν αἴρειν αὐτῶν τὸν τόπον καὶ τὸ</w:t>
      </w:r>
    </w:p>
    <w:p>
      <w:r>
        <w:rPr>
          <w:rFonts w:ascii="Courier New" w:hAnsi="Courier New"/>
          <w:color w:val="555555"/>
          <w:sz w:val="20"/>
        </w:rPr>
        <w:t>[28 . 12 . 91]</w:t>
      </w:r>
    </w:p>
    <w:p>
      <w:r>
        <w:rPr>
          <w:rFonts w:ascii="Gentium Plus" w:hAnsi="Gentium Plus"/>
          <w:sz w:val="24"/>
        </w:rPr>
        <w:t>ἔθνος. ἀλλ’ ἐπεὶ «Κύριος διασκεδάζει βουλὰς ἐθνῶν καὶ ἀθετεῖ λο‐ «γισμοὺς λαῶν», οὐδὲν ἧττον καὶ οὐκ ἀφῆκαν αὐτόν, καὶ ὁ θεὸς αὐτὸν ἀνέστησεν καὶ ἀφῆκεν καὶ πάντα τὰ ἔθνη ἐδούλευσαν αὐτῷ</w:t>
      </w:r>
    </w:p>
    <w:p>
      <w:r>
        <w:rPr>
          <w:rFonts w:ascii="Courier New" w:hAnsi="Courier New"/>
          <w:color w:val="555555"/>
          <w:sz w:val="20"/>
        </w:rPr>
        <w:t>[28 . 12 . 92]</w:t>
      </w:r>
    </w:p>
    <w:p>
      <w:r>
        <w:rPr>
          <w:rFonts w:ascii="Gentium Plus" w:hAnsi="Gentium Plus"/>
          <w:sz w:val="24"/>
        </w:rPr>
        <w:t>καὶ ἐλθόντες οἱ Ῥωμαῖοι ἦραν αὐτῶν τὸν τόπον. ποῦ γὰρ ὅ φασιν ἐκεῖνοι ἁγίασμα; ἦραν δὲ καὶ τὸ ἔθνος, ἐκβάλλοντες αὐτοὺς ἀπὸ τοῦ τόπου καὶ μόγις ἐπιτρέψαντες αὐτοῖς εἶναι ὅπου βούλονται καὶ ἐν τῇ διασπορᾷ.</w:t>
      </w:r>
    </w:p>
    <w:p>
      <w:r>
        <w:rPr>
          <w:rFonts w:ascii="Courier New" w:hAnsi="Courier New"/>
          <w:color w:val="555555"/>
          <w:sz w:val="20"/>
        </w:rPr>
        <w:t>[28 . 12 . 93]</w:t>
      </w:r>
    </w:p>
    <w:p>
      <w:r>
        <w:rPr>
          <w:rFonts w:ascii="Gentium Plus" w:hAnsi="Gentium Plus"/>
          <w:sz w:val="24"/>
        </w:rPr>
        <w:t>Εἰ δὲ χρὴ τολμῆσαι καὶ εἰς ἀναγωγὴν τῶν κατὰ τὰ ῥήματα ταῦτα, φήσομεν ὅτι τὸν τόπον τῶν ἐκ περιτομῆς ἔλαβον τὰ ἔθνη· «Τῷ γὰρ ἐκείνων παραπτώματι σωτηρία γέγονεν τοῖς ἔθνεσιν, εἰς «τὸ παραζηλῶσαι αὐτούς»· εἰς δὲ τὰ ἔθνη Ῥωμαῖοι παρελήφθησαν,</w:t>
      </w:r>
    </w:p>
    <w:p>
      <w:r>
        <w:rPr>
          <w:rFonts w:ascii="Courier New" w:hAnsi="Courier New"/>
          <w:color w:val="555555"/>
          <w:sz w:val="20"/>
        </w:rPr>
        <w:t>[28 . 12 . 94]</w:t>
      </w:r>
    </w:p>
    <w:p>
      <w:r>
        <w:rPr>
          <w:rFonts w:ascii="Gentium Plus" w:hAnsi="Gentium Plus"/>
          <w:sz w:val="24"/>
        </w:rPr>
        <w:t>ἀπὸ τῶν βασιλευόντων οἱ βασιλευόμενοι ὀνομασθέντες. καὶ τὸ ἔθνος δὲ ὑπὸ τῶν ἐξ ἐθνῶν ἤρθη· γέγονεν γὰρ ὁ λαὸς οὐ λαός, καὶ οἱ ἐξ Ἰσραὴλ οὐκέτι εἰσὶν Ἰσραήλ, καὶ τὸ σπέρμα οὐκ ἔφθασεν ἐπὶ τὸ γενέσθαι αὐτοὺς τέκνα· καὶ τούτων αἴτιον τὰ πολλὰ τοῦ Ἰησοῦ</w:t>
      </w:r>
    </w:p>
    <w:p>
      <w:r>
        <w:rPr>
          <w:rFonts w:ascii="Courier New" w:hAnsi="Courier New"/>
          <w:color w:val="555555"/>
          <w:sz w:val="20"/>
        </w:rPr>
        <w:t>[5]</w:t>
      </w:r>
    </w:p>
    <w:p>
      <w:r>
        <w:rPr>
          <w:rFonts w:ascii="Gentium Plus" w:hAnsi="Gentium Plus"/>
          <w:sz w:val="24"/>
        </w:rPr>
        <w:t>σημεῖα, καὶ ὅτι ἀφῆκεν αὐτὸν ὁ πατήρ, κρείττονα γενόμενον τῆς</w:t>
      </w:r>
    </w:p>
    <w:p>
      <w:r>
        <w:rPr>
          <w:rFonts w:ascii="Courier New" w:hAnsi="Courier New"/>
          <w:color w:val="555555"/>
          <w:sz w:val="20"/>
        </w:rPr>
        <w:t>[28 . 12 . 95]</w:t>
      </w:r>
    </w:p>
    <w:p>
      <w:r>
        <w:rPr>
          <w:rFonts w:ascii="Gentium Plus" w:hAnsi="Gentium Plus"/>
          <w:sz w:val="24"/>
        </w:rPr>
        <w:t>ἀρχιερεῖς δὲ καὶ πᾶσα ἡ σωματικὴ ἐν Ἰουδαίοις λατρεία Φαρισαῖοί τε καὶ πᾶσα ἡ κατὰ τὸ γράμμα τοῦ νόμου διδασκαλία ἐπιβουλεύει Ἰησοῦ, τῇ ἀληθείᾳ, καὶ βούλεται ὁ τύπος, ἵνα ὑφεστήκῃ, ἐμποδίζειν τῇ φανερώσει τῆς ἀληθείας, καὶ ὥσπερ ἡ σὰρξ [καὶ] κατὰ τοῦτο ἐπι‐</w:t>
      </w:r>
    </w:p>
    <w:p>
      <w:r>
        <w:rPr>
          <w:rFonts w:ascii="Courier New" w:hAnsi="Courier New"/>
          <w:color w:val="555555"/>
          <w:sz w:val="20"/>
        </w:rPr>
        <w:t>[28 . 12 . 96]</w:t>
      </w:r>
    </w:p>
    <w:p>
      <w:r>
        <w:rPr>
          <w:rFonts w:ascii="Gentium Plus" w:hAnsi="Gentium Plus"/>
          <w:sz w:val="24"/>
        </w:rPr>
        <w:t>θυμεῖ κατὰ τοῦ πνεύματος. ἀλλ’ ἰσχυρότερον ὂν τὸ ἐπιθυμοῦν κατὰ τῆς σαρκὸς πνεῦμα καὶ ἡ ἀληθὴς τοῦ σωτῆρος ἡμῶν ἀρχιερωσύνη καὶ ἡ πνευματικὴ αὐτοῦ διδασκαλία διαλύει τὸ τῶν κατ’ αὐτοῦ βου‐</w:t>
      </w:r>
    </w:p>
    <w:p>
      <w:r>
        <w:rPr>
          <w:rFonts w:ascii="Courier New" w:hAnsi="Courier New"/>
          <w:color w:val="555555"/>
          <w:sz w:val="20"/>
        </w:rPr>
        <w:t>[28 . 12 . 97]</w:t>
      </w:r>
    </w:p>
    <w:p>
      <w:r>
        <w:rPr>
          <w:rFonts w:ascii="Gentium Plus" w:hAnsi="Gentium Plus"/>
          <w:sz w:val="24"/>
        </w:rPr>
        <w:t>λευομένων ἀρχιερέων καὶ Φαρισαίων συνέδριον. ταῦτα δὲ ὑπο‐ ληπτέον καὶ νῦν γίνεσθαι, ὅπερ ἔστιν ἰδεῖν ἐν τοῖς διὰ τῆς τοῦ σωματικοῦ Ἰουδαϊσμοῦ συστάσεως [καὶ] καταλύειν ἐθέλουσιν τὴν πνευματικὴν Χριστοῦ διδασκαλίαν.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[28 . 13 n]</w:t>
      </w:r>
    </w:p>
    <w:p>
      <w:r>
        <w:rPr>
          <w:rFonts w:ascii="Gentium Plus" w:hAnsi="Gentium Plus"/>
          <w:sz w:val="24"/>
        </w:rPr>
        <w:t>Εἷς δέ τις ἐξ αὐτῶν Καϊάφας, ἀρχιερεὺς ὢν τοῦ ἐνιαυτοῦ ἐκείνου, εἶπεν αὐτοῖς· Ὑμεῖς οὐκ οἴδατε οὐδέν, οὐδὲ λογίζεσθε ὅτι συμφέρει ἡμῖν ἵνα εἷς ἄνθρωπος ἀποθάνῃ ὑπὲρ τοῦ λαοῦ καὶ μὴ ὅλον τὸ ἔθνος ἀπόληται. τοῦτο δὲ ἀφ’</w:t>
      </w:r>
    </w:p>
    <w:p>
      <w:r>
        <w:rPr>
          <w:rFonts w:ascii="Courier New" w:hAnsi="Courier New"/>
          <w:color w:val="555555"/>
          <w:sz w:val="20"/>
        </w:rPr>
        <w:t>[5]</w:t>
      </w:r>
    </w:p>
    <w:p>
      <w:r>
        <w:rPr>
          <w:rFonts w:ascii="Gentium Plus" w:hAnsi="Gentium Plus"/>
          <w:sz w:val="24"/>
        </w:rPr>
        <w:t>ἑαυτοῦ οὐκ εἶπεν, ἀλλ’ ἀρχιερεὺς ὢν τοῦ ἐνιαυτοῦ ἐκείνου προε‐ φήτευσεν ὅτι ἔμελλεν Ἰησοῦς ἀποθνήσκειν ὑπὲρ τοῦ ἔθνους, καὶ οὐχ ὑπὲρ τοῦ ἔθνους μόνον, ἀλλ’ ἵνα καὶ τὰ τέκνα τοῦ θεοῦ τὰ διεσκορπισμένα συναγάγῃ εἰς ἕν.</w:t>
      </w:r>
    </w:p>
    <w:p>
      <w:r>
        <w:rPr>
          <w:rFonts w:ascii="Courier New" w:hAnsi="Courier New"/>
          <w:color w:val="555555"/>
          <w:sz w:val="20"/>
        </w:rPr>
        <w:t>[28 . 13 . 98]</w:t>
      </w:r>
    </w:p>
    <w:p>
      <w:r>
        <w:rPr>
          <w:rFonts w:ascii="Gentium Plus" w:hAnsi="Gentium Plus"/>
          <w:sz w:val="24"/>
        </w:rPr>
        <w:t>Οὐχὶ εἴ τις προφητεύει, προφήτης ἐστὶν ἐκεῖνος. ὁ γοῦν Καϊάφας, ἀρχιερεὺς ὢν τοῦ ἐνιαυτοῦ ἐκείνου, προεφήτευσεν μὲν ὅτι ἔμελλεν Ἰησοῦς ἀποθνήσκειν ὑπὲρ τοῦ ἔθνους, καὶ οὐχ ὑπὲρ τοῦ ἔθνους μόνον, ἀλλ’ ἵνα καὶ τὰ τέκνα τοῦ θεοῦ τὰ διεσκορπισμένα</w:t>
      </w:r>
    </w:p>
    <w:p>
      <w:r>
        <w:rPr>
          <w:rFonts w:ascii="Courier New" w:hAnsi="Courier New"/>
          <w:color w:val="555555"/>
          <w:sz w:val="20"/>
        </w:rPr>
        <w:t>[28 . 13 . 99]</w:t>
      </w:r>
    </w:p>
    <w:p>
      <w:r>
        <w:rPr>
          <w:rFonts w:ascii="Gentium Plus" w:hAnsi="Gentium Plus"/>
          <w:sz w:val="24"/>
        </w:rPr>
        <w:t>συναγάγῃ εἰς ἕν, οὐ μὴν καὶ προφήτης ἦν. εἰ δὲ καὶ Βαλαὰμ προε‐ φήτευσεν τὰ ἐν τοῖς Ἀριθμοῖς ἀναγεγραμμένα φάσκων· «Τὸ ῥῆμα «ὃ ἐὰν ἐμβάλῃ ὁ θεὸς εἰς τὸ στόμα μου, τοῦτο λαλήσω», καὶ εἰπὼν τὰ ἀπὸ τοῦ· «Ἐκ Μεσοποταμίας μετεπέμψατό με» καὶ τὰ ἑξῆς,</w:t>
      </w:r>
    </w:p>
    <w:p>
      <w:r>
        <w:rPr>
          <w:rFonts w:ascii="Courier New" w:hAnsi="Courier New"/>
          <w:color w:val="555555"/>
          <w:sz w:val="20"/>
        </w:rPr>
        <w:t>[28 . 13 . 100]</w:t>
      </w:r>
    </w:p>
    <w:p>
      <w:r>
        <w:rPr>
          <w:rFonts w:ascii="Gentium Plus" w:hAnsi="Gentium Plus"/>
          <w:sz w:val="24"/>
        </w:rPr>
        <w:t>σαφὲς ὅτι προφήτης οὐκ ἦν· μάντις γὰρ εἶναι ἀναγέγραπται. εἴ τις μὲν οὖν προφήτης ἐστίν, πάντως προφητεύει· εἰ δέ τις προφητεύει,</w:t>
      </w:r>
    </w:p>
    <w:p>
      <w:r>
        <w:rPr>
          <w:rFonts w:ascii="Courier New" w:hAnsi="Courier New"/>
          <w:color w:val="555555"/>
          <w:sz w:val="20"/>
        </w:rPr>
        <w:t>[28 . 13 . 101]</w:t>
      </w:r>
    </w:p>
    <w:p>
      <w:r>
        <w:rPr>
          <w:rFonts w:ascii="Gentium Plus" w:hAnsi="Gentium Plus"/>
          <w:sz w:val="24"/>
        </w:rPr>
        <w:t>οὐ πάντως ἐστὶν προφήτης. ὡς εἰ καὶ ἐπὶ ἑτέρου τινὸς τῶν κρειτ‐ τόνων τοιοῦτον ἔλεγον· εἰ μέν τίς ἐστιν δίκαιος, τὸ δίκαιον διώκει·</w:t>
      </w:r>
    </w:p>
    <w:p>
      <w:r>
        <w:rPr>
          <w:rFonts w:ascii="Courier New" w:hAnsi="Courier New"/>
          <w:color w:val="555555"/>
          <w:sz w:val="20"/>
        </w:rPr>
        <w:t>[28 . 13 . 102]</w:t>
      </w:r>
    </w:p>
    <w:p>
      <w:r>
        <w:rPr>
          <w:rFonts w:ascii="Gentium Plus" w:hAnsi="Gentium Plus"/>
          <w:sz w:val="24"/>
        </w:rPr>
        <w:t>οὐ μὴν εἴ τις τὸ δίκαιον διώκει, δίκαιός ἐστιν ἐκεῖνος· ὅπερ συνήσεις ἐπιστήσας τῷ «Δικαίως τὸ δίκαιον διώξῃ», εἴπερ μὴ μάτην τὸ «Δι‐ «καίως» προτέτακται τοῦ «Τὸ δίκαιον διώξῃ». δυνατὸν γάρ, οἶμαι, τὸ δίκαιον διώκειν ἀλλ’ οὐ δικαίως· καὶ γὰρ οἱ ποιοῦντες πρὸς τὸ</w:t>
      </w:r>
    </w:p>
    <w:p>
      <w:r>
        <w:rPr>
          <w:rFonts w:ascii="Courier New" w:hAnsi="Courier New"/>
          <w:color w:val="555555"/>
          <w:sz w:val="20"/>
        </w:rPr>
        <w:t>[5]</w:t>
      </w:r>
    </w:p>
    <w:p>
      <w:r>
        <w:rPr>
          <w:rFonts w:ascii="Gentium Plus" w:hAnsi="Gentium Plus"/>
          <w:sz w:val="24"/>
        </w:rPr>
        <w:t>δοξασθῆναι ὑπὸ τῶν ἀνθρώπων ἔργον καθ’ αὑτὸ καθῆκον, φέρε εἰπεῖν, εἰς πένητας, δίκαιον μέν τι πεποιήκασιν, οὐ μὴν ἀπὸ ἕξεως</w:t>
      </w:r>
    </w:p>
    <w:p>
      <w:r>
        <w:rPr>
          <w:rFonts w:ascii="Courier New" w:hAnsi="Courier New"/>
          <w:color w:val="555555"/>
          <w:sz w:val="20"/>
        </w:rPr>
        <w:t>[28 . 13 . 103]</w:t>
      </w:r>
    </w:p>
    <w:p>
      <w:r>
        <w:rPr>
          <w:rFonts w:ascii="Gentium Plus" w:hAnsi="Gentium Plus"/>
          <w:sz w:val="24"/>
        </w:rPr>
        <w:t>δικαιοσύνης ἀλλ’ ἀπὸ κενοδοξίας. οἶμαι δ’ ὅτι ἀνάλογον τῷ «Δι‐ «καίως τὸ δίκαιον διώξῃ» λέγοιτ’ ἄν· ‹σωφρόνως τὸ σῶφρον διώξῃ›· καὶ ‹ἀνδρείως τὸ ἀνδρεῖον διώξῃ› καὶ ‹σοφῶς τὸ σοφὸν διώξῃ› καὶ</w:t>
      </w:r>
    </w:p>
    <w:p>
      <w:r>
        <w:rPr>
          <w:rFonts w:ascii="Courier New" w:hAnsi="Courier New"/>
          <w:color w:val="555555"/>
          <w:sz w:val="20"/>
        </w:rPr>
        <w:t>[28 . 13 . 104]</w:t>
      </w:r>
    </w:p>
    <w:p>
      <w:r>
        <w:rPr>
          <w:rFonts w:ascii="Gentium Plus" w:hAnsi="Gentium Plus"/>
          <w:sz w:val="24"/>
        </w:rPr>
        <w:t>τὰ ἀνὰ λόγον ἐπὶ τῶν λοιπῶν ἀρετῶν. ταῦτα δ’ εἴπομεν ὑπὲρ τοῦ παραβαλεῖν ὅμοιόν τι τῷ προφητεύειν μέν τινα, οὐ μὴν προφήτην</w:t>
      </w:r>
    </w:p>
    <w:p>
      <w:r>
        <w:rPr>
          <w:rFonts w:ascii="Courier New" w:hAnsi="Courier New"/>
          <w:color w:val="555555"/>
          <w:sz w:val="20"/>
        </w:rPr>
        <w:t>[28 . 13 . 105]</w:t>
      </w:r>
    </w:p>
    <w:p>
      <w:r>
        <w:rPr>
          <w:rFonts w:ascii="Gentium Plus" w:hAnsi="Gentium Plus"/>
          <w:sz w:val="24"/>
        </w:rPr>
        <w:t>εἶναι. διὰ τοῦτο δ’ οἶμαι συνεχῶς ἐν ταῖς προφητείαις περὶ τῶν προφητῶν λέγεται τὸ «Εἶπεν Ἱερεμίας ὁ προφήτης» καὶ εἴ τι τού‐ τοις ὅμοιον· οἱ δὲ περὶ τὰ ὀνόματα δεινοί φασιν ὅτι οὐχὶ εἴ τις ἰατρικόν τι ἐποίησεν ἢ τῶν πρὸς ὑγιείαν συμβαλλομένων ἕν, ἰατρός</w:t>
      </w:r>
    </w:p>
    <w:p>
      <w:r>
        <w:rPr>
          <w:rFonts w:ascii="Courier New" w:hAnsi="Courier New"/>
          <w:color w:val="555555"/>
          <w:sz w:val="20"/>
        </w:rPr>
        <w:t>[5]</w:t>
      </w:r>
    </w:p>
    <w:p>
      <w:r>
        <w:rPr>
          <w:rFonts w:ascii="Gentium Plus" w:hAnsi="Gentium Plus"/>
          <w:sz w:val="24"/>
        </w:rPr>
        <w:t>ἐστιν ἐκεῖνος, οὐδὲ εἴ τις οἰκοδομικόν τι πεποίηκεν, οἰκοδόμος ἐστὶν</w:t>
      </w:r>
    </w:p>
    <w:p>
      <w:r>
        <w:rPr>
          <w:rFonts w:ascii="Courier New" w:hAnsi="Courier New"/>
          <w:color w:val="555555"/>
          <w:sz w:val="20"/>
        </w:rPr>
        <w:t>[28 . 13 . 106]</w:t>
      </w:r>
    </w:p>
    <w:p>
      <w:r>
        <w:rPr>
          <w:rFonts w:ascii="Gentium Plus" w:hAnsi="Gentium Plus"/>
          <w:sz w:val="24"/>
        </w:rPr>
        <w:t>ἐκεῖνος. ἐκ δὲ τῶν περὶ τὸν Καϊάφαν ἀναγεγραμμένων, προφητεύ‐ σαντα περὶ τοῦ σωτῆρος, ἔστιν 〈σαφηνίσαι〉 ὅτι καὶ μοχθηρὰ ψυχὴ</w:t>
      </w:r>
    </w:p>
    <w:p>
      <w:r>
        <w:rPr>
          <w:rFonts w:ascii="Courier New" w:hAnsi="Courier New"/>
          <w:color w:val="555555"/>
          <w:sz w:val="20"/>
        </w:rPr>
        <w:t>[28 . 13 . 107]</w:t>
      </w:r>
    </w:p>
    <w:p>
      <w:r>
        <w:rPr>
          <w:rFonts w:ascii="Gentium Plus" w:hAnsi="Gentium Plus"/>
          <w:sz w:val="24"/>
        </w:rPr>
        <w:t>ἐπιδέχεταί ποτε τὸ προφητεύειν. κατηγορεῖται γὰρ ἡ τοῦ Καϊάφα μοχθηρία, ὃς ἦν ἀρχιερεὺς τοῦ ἐνιαυτοῦ ἐκείνου ὅτε ὁ σωτὴρ ἡμῶν τὴν ἐν τῷ πάσχειν ὑπὲρ ἀνθρώπων ἐπιτελεῖ οἰκονομίαν, ὑπὸ τῶν εὐαγγελιστῶν· Ματθαῖος μὲν γάρ φησι· «Τότε πορευθεὶς εἷς τῶν</w:t>
      </w:r>
    </w:p>
    <w:p>
      <w:r>
        <w:rPr>
          <w:rFonts w:ascii="Courier New" w:hAnsi="Courier New"/>
          <w:color w:val="555555"/>
          <w:sz w:val="20"/>
        </w:rPr>
        <w:t>[5]</w:t>
      </w:r>
    </w:p>
    <w:p>
      <w:r>
        <w:rPr>
          <w:rFonts w:ascii="Gentium Plus" w:hAnsi="Gentium Plus"/>
          <w:sz w:val="24"/>
        </w:rPr>
        <w:t>«δώδεκα, λεγόμενος Ἰούδας Ἰσκαριώτης, πρὸς τοὺς ἀρχιερεῖς εἶπεν· Τί «θέλετέ μοι δοῦναι, κἀγὼ ὑμῖν παραδώσω αὐτόν; οἱ δὲ ἔστησαν «αὐτῷ τριάκοντα ἀργύρια»· καὶ μετ’ ὀλίγα· «Ἰδοὺ Ἰούδας, φησίν, εἷς «τῶν δώδεκα ἦλθεν, καὶ μετ’ αὐτοῦ ὄχλος πολὺς μετὰ μαχαιρῶν «καὶ ξύλων, ἀπὸ τῶν ἀρχιερέων καὶ πρεσβυτέρων τοῦ λαοῦ».</w:t>
      </w:r>
    </w:p>
    <w:p>
      <w:r>
        <w:rPr>
          <w:rFonts w:ascii="Courier New" w:hAnsi="Courier New"/>
          <w:color w:val="555555"/>
          <w:sz w:val="20"/>
        </w:rPr>
        <w:t>[28 . 14 . 108]</w:t>
      </w:r>
    </w:p>
    <w:p>
      <w:r>
        <w:rPr>
          <w:rFonts w:ascii="Gentium Plus" w:hAnsi="Gentium Plus"/>
          <w:sz w:val="24"/>
        </w:rPr>
        <w:t>Ἐν τούτοις μὲν οὖν νοοῦμεν εἶναι καὶ τὸν Καϊάφαν τοῖς ἀρχιερεῦσιν, ἐπεὶ μεμαρτύρηται ἀρχιερεὺς ὢν τοῦ ἐνιαυτοῦ ἐκείνου. σαφῶς δὲ μετὰ ταῦτα ὁ Ματθαῖός φησιν· «Οἱ δὲ κρατήσαντες τὸν «Ἰησοῦν ἀπήγαγον πρὸς τὸν Καϊάφαν τὸν ἀρχιερέα, ὅπου οἱ γραμ‐</w:t>
      </w:r>
    </w:p>
    <w:p>
      <w:r>
        <w:rPr>
          <w:rFonts w:ascii="Courier New" w:hAnsi="Courier New"/>
          <w:color w:val="555555"/>
          <w:sz w:val="20"/>
        </w:rPr>
        <w:t>[5]</w:t>
      </w:r>
    </w:p>
    <w:p>
      <w:r>
        <w:rPr>
          <w:rFonts w:ascii="Gentium Plus" w:hAnsi="Gentium Plus"/>
          <w:sz w:val="24"/>
        </w:rPr>
        <w:t>«ματεῖς καὶ οἱ πρεσβύτεροι συνήχθησαν»· καὶ μετ’ ὀλίγα ἐπιφέρει·</w:t>
      </w:r>
    </w:p>
    <w:p>
      <w:r>
        <w:rPr>
          <w:rFonts w:ascii="Courier New" w:hAnsi="Courier New"/>
          <w:color w:val="555555"/>
          <w:sz w:val="20"/>
        </w:rPr>
        <w:t>[28 . 14 . 109]</w:t>
      </w:r>
    </w:p>
    <w:p>
      <w:r>
        <w:rPr>
          <w:rFonts w:ascii="Gentium Plus" w:hAnsi="Gentium Plus"/>
          <w:sz w:val="24"/>
        </w:rPr>
        <w:t>«Ὁ δὲ ἀρχιερεὺς καὶ τὸ συνέδριον ἐζήτουν ψευδομαρτυρίαν κατὰ τοῦ «Ἰησοῦ, ὅπως θανατώσουσιν αὐτόν· καὶ οὐχ εὗρον, πολλῶν προσελ‐ «θόντων ψευδομαρτύρων. ὕστερον δὲ προσελθόντες δύο εἶπον· «Οὗτος ἔφη· Δύναμαι καταλῦσαι τὸν ναὸν τοῦ θεοῦ καὶ διὰ τριῶν</w:t>
      </w:r>
    </w:p>
    <w:p>
      <w:r>
        <w:rPr>
          <w:rFonts w:ascii="Courier New" w:hAnsi="Courier New"/>
          <w:color w:val="555555"/>
          <w:sz w:val="20"/>
        </w:rPr>
        <w:t>[5]</w:t>
      </w:r>
    </w:p>
    <w:p>
      <w:r>
        <w:rPr>
          <w:rFonts w:ascii="Gentium Plus" w:hAnsi="Gentium Plus"/>
          <w:sz w:val="24"/>
        </w:rPr>
        <w:t>«ἡμερῶν οἰκοδομῆσαι. καὶ ἀναστὰς ὁ ἀρχιερεὺς εἶπεν αὐτῷ· Οὐδὲν «ἀποκρίνῃ; τί οὗτοί σου καταμαρτυροῦσιν; ὁ δὲ Ἰησοῦς ἐσιώπα. «καὶ ὁ ἀρχιερεὺς εἶπεν αὐτῷ· Ἐξορκίζω σε κατὰ τοῦ θεοῦ τοῦ ζῶν‐ «τος ἵνα ἡμῖν εἴπῃς· εἶ σὺ ὁ χριστός, ὁ υἱὸς τοῦ θεοῦ; λέγει αὐτῷ «ὁ Ἰησοῦς· Σὺ εἶπας· πλὴν λέγω ὑμῖν, ἀπ’ ἄρτι ὄψεσθε τὸν υἱὸν</w:t>
      </w:r>
    </w:p>
    <w:p>
      <w:r>
        <w:rPr>
          <w:rFonts w:ascii="Courier New" w:hAnsi="Courier New"/>
          <w:color w:val="555555"/>
          <w:sz w:val="20"/>
        </w:rPr>
        <w:t>[10]</w:t>
      </w:r>
    </w:p>
    <w:p>
      <w:r>
        <w:rPr>
          <w:rFonts w:ascii="Gentium Plus" w:hAnsi="Gentium Plus"/>
          <w:sz w:val="24"/>
        </w:rPr>
        <w:t>«τοῦ ἀνθρώπου καθήμενον ἐκ δεξιῶν τῆς δυνάμεως καὶ ἐρχόμενον «ἐπὶ τῶν νεφελῶν τοῦ οὐρανοῦ. τότε ὁ ἀρχιερεὺς διέρρηξεν τὰ «ἱμάτια αὐτοῦ λέγων· Ἐβλασφήμησεν· τί ἔτι χρείαν ἔχομεν μαρτύ‐ «ρων; ἰδοὺ νῦν ἠκούσατε τὴν βλασφημίαν αὐτοῦ. τί ὑμῖν δοκεῖ; οἱ «δὲ ἀποκριθέντες εἶπον· Ἔνοχος θανάτου ἐστίν». εἶτα πάλιν μεθ’</w:t>
      </w:r>
    </w:p>
    <w:p>
      <w:r>
        <w:rPr>
          <w:rFonts w:ascii="Courier New" w:hAnsi="Courier New"/>
          <w:color w:val="555555"/>
          <w:sz w:val="20"/>
        </w:rPr>
        <w:t>[28 . 14 . 110]</w:t>
      </w:r>
    </w:p>
    <w:p>
      <w:r>
        <w:rPr>
          <w:rFonts w:ascii="Gentium Plus" w:hAnsi="Gentium Plus"/>
          <w:sz w:val="24"/>
        </w:rPr>
        <w:t>ἕτερα· «Καὶ ἐν τῷ κατηγορεῖσθαι αὐτὸν ὑπὸ τῶν ἀρχιερέων καὶ</w:t>
      </w:r>
    </w:p>
    <w:p>
      <w:r>
        <w:rPr>
          <w:rFonts w:ascii="Courier New" w:hAnsi="Courier New"/>
          <w:color w:val="555555"/>
          <w:sz w:val="20"/>
        </w:rPr>
        <w:t>[28 . 14 . 111]</w:t>
      </w:r>
    </w:p>
    <w:p>
      <w:r>
        <w:rPr>
          <w:rFonts w:ascii="Gentium Plus" w:hAnsi="Gentium Plus"/>
          <w:sz w:val="24"/>
        </w:rPr>
        <w:t>«πρεσβυτέρων οὐδὲν ἀπεκρίνετο». καὶ πάλιν μετ’ ὀλίγα· «Οἱ δὲ «ἀρχιερεῖς καὶ οἱ πρεσβύτεροι ἔπεισαν τοὺς ὄχλους ἵνα αἰτήσωνται</w:t>
      </w:r>
    </w:p>
    <w:p>
      <w:r>
        <w:rPr>
          <w:rFonts w:ascii="Courier New" w:hAnsi="Courier New"/>
          <w:color w:val="555555"/>
          <w:sz w:val="20"/>
        </w:rPr>
        <w:t>[28 . 14 . 112]</w:t>
      </w:r>
    </w:p>
    <w:p>
      <w:r>
        <w:rPr>
          <w:rFonts w:ascii="Gentium Plus" w:hAnsi="Gentium Plus"/>
          <w:sz w:val="24"/>
        </w:rPr>
        <w:t>«τὸν Βαραββᾶν, τὸν δὲ Ἰησοῦν ἀπολέσωσιν». εἶτα μετὰ τὴν ἀνά‐ στασιν τοῦ σωτῆρος πορευομένων Μαρίας τῆς Μαγδαληνῆς καὶ τῆς ἄλλης Μαρίας· «Ἰδού τινες τῆς κουστωδίας ἐλθόντες εἰς τὴν πόλιν «ἀνήγγειλαν τοῖς ἀρχιερεῦσιν πάντα τὰ γενόμενα. καὶ συναχθέντες</w:t>
      </w:r>
    </w:p>
    <w:p>
      <w:r>
        <w:rPr>
          <w:rFonts w:ascii="Courier New" w:hAnsi="Courier New"/>
          <w:color w:val="555555"/>
          <w:sz w:val="20"/>
        </w:rPr>
        <w:t>[5]</w:t>
      </w:r>
    </w:p>
    <w:p>
      <w:r>
        <w:rPr>
          <w:rFonts w:ascii="Gentium Plus" w:hAnsi="Gentium Plus"/>
          <w:sz w:val="24"/>
        </w:rPr>
        <w:t>«μετὰ τῶν πρεσβυτέρων συμβούλιόν τε λαβόντες ἀργύρια ἱκανὰ «ἔδωκαν τοῖς στρατιώταις λέγοντες· Εἴπατε ὅτι Οἱ μαθηταὶ αὐτοῦ «ἐλθόντες νυκτὸς ἔκλεψαν αὐτὸν ἡμῶν κοιμωμένων· κἂν ἀκουσθῇ «τοῦτο ἐπὶ τοῦ ἡγεμόνος, ἡμεῖς πείσομεν καὶ ὑμᾶς ἀμερίμνους ποιή‐ «σομεν».</w:t>
      </w:r>
    </w:p>
    <w:p>
      <w:r>
        <w:rPr>
          <w:rFonts w:ascii="Courier New" w:hAnsi="Courier New"/>
          <w:color w:val="555555"/>
          <w:sz w:val="20"/>
        </w:rPr>
        <w:t>[28 . 14 . 113]</w:t>
      </w:r>
    </w:p>
    <w:p>
      <w:r>
        <w:rPr>
          <w:rFonts w:ascii="Gentium Plus" w:hAnsi="Gentium Plus"/>
          <w:sz w:val="24"/>
        </w:rPr>
        <w:t>Λουκᾶς δὲ ἀνέγραψεν ὅτι «Εἰσῆλθεν Σατανᾶς εἰς Ἰούδαν ἐπι‐ «καλούμενον Ἰσκαριώθ, ὄντα ἐκ τοῦ ἀριθμοῦ τῶν δώδεκα, καὶ ἀπελ‐ «θὼν συνελάλησεν τοῖς ἀρχιερεῦσι καὶ στρατηγοῖς, ὅπως αὐτὸν «παραδῷ αὐτοῖς». εἶτα μετ’ ὀλίγα· «Εἶπεν, φησίν, ὁ Ἰησοῦς πρὸς</w:t>
      </w:r>
    </w:p>
    <w:p>
      <w:r>
        <w:rPr>
          <w:rFonts w:ascii="Courier New" w:hAnsi="Courier New"/>
          <w:color w:val="555555"/>
          <w:sz w:val="20"/>
        </w:rPr>
        <w:t>[5]</w:t>
      </w:r>
    </w:p>
    <w:p>
      <w:r>
        <w:rPr>
          <w:rFonts w:ascii="Gentium Plus" w:hAnsi="Gentium Plus"/>
          <w:sz w:val="24"/>
        </w:rPr>
        <w:t>«τοὺς παραγενομένους ἐπ’ αὐτὸν ἀρχιερεῖς καὶ στρατηγοὺς τοῦ ἱεροῦ «καὶ πρεσβυτέρους· Ὡς ἐπὶ λῃστὴν ἐξήλθατε μετὰ μαχαιρῶν καὶ</w:t>
      </w:r>
    </w:p>
    <w:p>
      <w:r>
        <w:rPr>
          <w:rFonts w:ascii="Courier New" w:hAnsi="Courier New"/>
          <w:color w:val="555555"/>
          <w:sz w:val="20"/>
        </w:rPr>
        <w:t>[28 . 14 . 114]</w:t>
      </w:r>
    </w:p>
    <w:p>
      <w:r>
        <w:rPr>
          <w:rFonts w:ascii="Gentium Plus" w:hAnsi="Gentium Plus"/>
          <w:sz w:val="24"/>
        </w:rPr>
        <w:t>«ἀρχιερεῖς καὶ οἱ γραμματεῖς, εὐτόνως κατηγοροῦντες αὐτοῦ». καὶ πάλιν μετ’ ὀλίγα· «Ὡς ἡμέρα ἐγένετο, συνήχθη τὸ πρεσβυτέριον τοῦ «λαοῦ, ἀρχιερεῖς τε καὶ γραμματεῖς, καὶ ἀπήγαγον αὐτὸν εἰς τὸ «συνέδριον αὐτῶν».</w:t>
      </w:r>
    </w:p>
    <w:p>
      <w:r>
        <w:rPr>
          <w:rFonts w:ascii="Courier New" w:hAnsi="Courier New"/>
          <w:color w:val="555555"/>
          <w:sz w:val="20"/>
        </w:rPr>
        <w:t>[28 . 14 . 115]</w:t>
      </w:r>
    </w:p>
    <w:p>
      <w:r>
        <w:rPr>
          <w:rFonts w:ascii="Gentium Plus" w:hAnsi="Gentium Plus"/>
          <w:sz w:val="24"/>
        </w:rPr>
        <w:t>Ὁ δὲ Μάρκος φησὶν ὅτι «Ἰούδας Ἰσκαριώτης, εἷς τῶν δώδεκα, «προσῆλθεν πρὸς τοὺς ἀρχιερεῖς ἵνα παραδῷ αὐτόν. οἱ δὲ ἀκούσαν‐ «τες ἐχάρησαν καὶ ἐπηγγείλαντο αὐτῷ ἀργύριον δοῦναι»· καὶ μετ’ ὀλίγα· «Ἔτι τοῦ Ἰησοῦ λαλοῦντος παραγίνεται Ἰούδας Ἰσκαριώτης,</w:t>
      </w:r>
    </w:p>
    <w:p>
      <w:r>
        <w:rPr>
          <w:rFonts w:ascii="Courier New" w:hAnsi="Courier New"/>
          <w:color w:val="555555"/>
          <w:sz w:val="20"/>
        </w:rPr>
        <w:t>[5]</w:t>
      </w:r>
    </w:p>
    <w:p>
      <w:r>
        <w:rPr>
          <w:rFonts w:ascii="Gentium Plus" w:hAnsi="Gentium Plus"/>
          <w:sz w:val="24"/>
        </w:rPr>
        <w:t>«εἷς τῶν δώδεκα, καὶ μετ’ αὐτοῦ ὄχλος πολὺς μετὰ μαχαιρῶν καὶ «ξύλων παρὰ τῶν γραμματέων καὶ τῶν Φαρισαίων καὶ πρεσβυτέ‐</w:t>
      </w:r>
    </w:p>
    <w:p>
      <w:r>
        <w:rPr>
          <w:rFonts w:ascii="Courier New" w:hAnsi="Courier New"/>
          <w:color w:val="555555"/>
          <w:sz w:val="20"/>
        </w:rPr>
        <w:t>[28 . 14 . 116]</w:t>
      </w:r>
    </w:p>
    <w:p>
      <w:r>
        <w:rPr>
          <w:rFonts w:ascii="Gentium Plus" w:hAnsi="Gentium Plus"/>
          <w:sz w:val="24"/>
        </w:rPr>
        <w:t>«ρων»· καὶ μετ’ ὀλίγα· «Ἀπήγαγον τὸν Ἰησοῦν πρὸς Καϊάφαν τὸν «ἀρχιερέα, καὶ συνέρχονται πάντες οἱ ἀρχιερεῖς καὶ γραμματεῖς καὶ</w:t>
      </w:r>
    </w:p>
    <w:p>
      <w:r>
        <w:rPr>
          <w:rFonts w:ascii="Courier New" w:hAnsi="Courier New"/>
          <w:color w:val="555555"/>
          <w:sz w:val="20"/>
        </w:rPr>
        <w:t>[28 . 14 . 117]</w:t>
      </w:r>
    </w:p>
    <w:p>
      <w:r>
        <w:rPr>
          <w:rFonts w:ascii="Gentium Plus" w:hAnsi="Gentium Plus"/>
          <w:sz w:val="24"/>
        </w:rPr>
        <w:t>«πρεσβύτεροι». εἶτα πάλιν μετ’ ὀλίγα· «Ἀναστὰς ὁ ἀρχιερεὺς ἐπη‐ «ρώτησεν τὸν Ἰησοῦν λέγων· Οὐκ ἀποκρίνῃ οὐδέν; τί οὗτοί σου «καταμαρτυροῦσιν; ὁ δὲ ἐσιώπα καὶ οὐδὲν ἀπεκρίνατο. πάλιν ὁ ἀρ‐ «χιερεὺς ἐπηρώτησεν αὐτὸν ἐκ δευτέρου λέγων· Σὺ εἶ ὁ χριστὸς ὁ</w:t>
      </w:r>
    </w:p>
    <w:p>
      <w:r>
        <w:rPr>
          <w:rFonts w:ascii="Courier New" w:hAnsi="Courier New"/>
          <w:color w:val="555555"/>
          <w:sz w:val="20"/>
        </w:rPr>
        <w:t>[5]</w:t>
      </w:r>
    </w:p>
    <w:p>
      <w:r>
        <w:rPr>
          <w:rFonts w:ascii="Gentium Plus" w:hAnsi="Gentium Plus"/>
          <w:sz w:val="24"/>
        </w:rPr>
        <w:t>«υἱὸς τοῦ εὐλογητοῦ; ὁ δὲ Ἰησοῦς ἀποκριθεὶς λέγει αὐτῷ· Σὺ εἶπας «ὅτι ἐγώ εἰμι, καὶ ὄψεσθε τὸν υἱὸν τοῦ ἀνθρώπου καθήμενον ἐκ «δεξιῶν τῆς δυνάμεως καὶ ἐρχόμενον μετὰ τῶν νεφελῶν τοῦ οὐ‐ «ρανοῦ. ὁ δὲ ἀρχιερεὺς διαρρήξας εὐθέως τοὺς χιτῶνας αὐτοῦ».</w:t>
      </w:r>
    </w:p>
    <w:p>
      <w:r>
        <w:rPr>
          <w:rFonts w:ascii="Courier New" w:hAnsi="Courier New"/>
          <w:color w:val="555555"/>
          <w:sz w:val="20"/>
        </w:rPr>
        <w:t>[28 . 14 . 118]</w:t>
      </w:r>
    </w:p>
    <w:p>
      <w:r>
        <w:rPr>
          <w:rFonts w:ascii="Gentium Plus" w:hAnsi="Gentium Plus"/>
          <w:sz w:val="24"/>
        </w:rPr>
        <w:t>εἶτα μετ’ ὀλίγα· «Πρωῒ συμβούλιον ἐποίησαν οἱ ἀρχιερεῖς μετὰ τῶν «πρεσβυτέρων καὶ τῶν γραμματέων καὶ ὅλον τὸ συνέδριον, καὶ «δήσαντες τὸν Ἰησοῦν ἀπήγαγον εἰς τὴν αὐλὴν καὶ παρέδωκαν Πι‐ «λάτῳ». εἶτα μετ’ ὀλίγα· «Κατηγόρουν αὐτοῦ οἱ ἀρχιερεῖς πολλά,</w:t>
      </w:r>
    </w:p>
    <w:p>
      <w:r>
        <w:rPr>
          <w:rFonts w:ascii="Courier New" w:hAnsi="Courier New"/>
          <w:color w:val="555555"/>
          <w:sz w:val="20"/>
        </w:rPr>
        <w:t>[28 . 14 . 119]</w:t>
      </w:r>
    </w:p>
    <w:p>
      <w:r>
        <w:rPr>
          <w:rFonts w:ascii="Gentium Plus" w:hAnsi="Gentium Plus"/>
          <w:sz w:val="24"/>
        </w:rPr>
        <w:t>«αὐτὸς δὲ οὐδὲν ἀπεκρίνετο». ὁ δὲ Ἰωάννης φησὶν ὅτι «Ἄγουσι τὸν</w:t>
      </w:r>
    </w:p>
    <w:p>
      <w:r>
        <w:rPr>
          <w:rFonts w:ascii="Courier New" w:hAnsi="Courier New"/>
          <w:color w:val="555555"/>
          <w:sz w:val="20"/>
        </w:rPr>
        <w:t>[28 . 14 . 120]</w:t>
      </w:r>
    </w:p>
    <w:p>
      <w:r>
        <w:rPr>
          <w:rFonts w:ascii="Gentium Plus" w:hAnsi="Gentium Plus"/>
          <w:sz w:val="24"/>
        </w:rPr>
        <w:t>«Ἰησοῦν ἀπὸ τοῦ Καϊάφα εἰς τὸ πραιτώριον». ταῦτα δὲ ἐπὶ πλεῖον</w:t>
      </w:r>
    </w:p>
    <w:p>
      <w:r>
        <w:rPr>
          <w:rFonts w:ascii="Courier New" w:hAnsi="Courier New"/>
          <w:color w:val="555555"/>
          <w:sz w:val="20"/>
        </w:rPr>
        <w:t>[5]</w:t>
      </w:r>
    </w:p>
    <w:p>
      <w:r>
        <w:rPr>
          <w:rFonts w:ascii="Gentium Plus" w:hAnsi="Gentium Plus"/>
          <w:sz w:val="24"/>
        </w:rPr>
        <w:t>προεφήτευσεν, σαφῶς ἐδίδαξεν ἡμᾶς ὁ Ἰωάννης.</w:t>
      </w:r>
    </w:p>
    <w:p>
      <w:r>
        <w:rPr>
          <w:rFonts w:ascii="Courier New" w:hAnsi="Courier New"/>
          <w:color w:val="555555"/>
          <w:sz w:val="20"/>
        </w:rPr>
        <w:t>[28 . 15 . 121]</w:t>
      </w:r>
    </w:p>
    <w:p>
      <w:r>
        <w:rPr>
          <w:rFonts w:ascii="Gentium Plus" w:hAnsi="Gentium Plus"/>
          <w:sz w:val="24"/>
        </w:rPr>
        <w:t>Ζητήσεις δὲ εἰ πάντως, εἴ τις προφητεύει, ἐκ πνεύμα‐ τος ἁγίου προφητεύει, κἄν τισιν φαίνηται μηδεμιᾶς ζητήσεως ἔχεσθαι</w:t>
      </w:r>
    </w:p>
    <w:p>
      <w:r>
        <w:rPr>
          <w:rFonts w:ascii="Courier New" w:hAnsi="Courier New"/>
          <w:color w:val="555555"/>
          <w:sz w:val="20"/>
        </w:rPr>
        <w:t>[28 . 15 . 122]</w:t>
      </w:r>
    </w:p>
    <w:p>
      <w:r>
        <w:rPr>
          <w:rFonts w:ascii="Gentium Plus" w:hAnsi="Gentium Plus"/>
          <w:sz w:val="24"/>
        </w:rPr>
        <w:t>τὸ λεγόμενον. πῶς δὲ οὐ ζητήσεως ἄξιόν ἐστιν, εἴγε Δαβὶδ μετὰ τὴν ἐπὶ τοῦ Οὐρίου ἁμαρτίαν εὐλαβούμενος ἀφαιρεθῆναι ἀπ’ αὐτοῦ τὸ ἅγιον πνεῦμά φησι· «Τὸ πνεῦμα τὸ ἅγιόν σου μὴ ἀντανέλῃς ἀπ’ «ἐμοῦ»; εἰ δέ τις προσίεται καὶ τὸ «Ἅγιον γὰρ πνεῦμα παιδείας</w:t>
      </w:r>
    </w:p>
    <w:p>
      <w:r>
        <w:rPr>
          <w:rFonts w:ascii="Courier New" w:hAnsi="Courier New"/>
          <w:color w:val="555555"/>
          <w:sz w:val="20"/>
        </w:rPr>
        <w:t>[5]</w:t>
      </w:r>
    </w:p>
    <w:p>
      <w:r>
        <w:rPr>
          <w:rFonts w:ascii="Gentium Plus" w:hAnsi="Gentium Plus"/>
          <w:sz w:val="24"/>
        </w:rPr>
        <w:t>«φεύξεται δόλον, καὶ ἀπαναστήσεται ἀπὸ λογισμῶν ἀσυνέτων» σαφῶς δόξει παρίστασθαι ὅτι φεύγει ἀπὸ τῆς δεδολιωμένης ψυχῆς, κἂν πρότερον τύχῃ πρὸ δόλου καὶ ἁμαρτίας γενόμενον ἐκεῖ, τὸ ἅγιον</w:t>
      </w:r>
    </w:p>
    <w:p>
      <w:r>
        <w:rPr>
          <w:rFonts w:ascii="Courier New" w:hAnsi="Courier New"/>
          <w:color w:val="555555"/>
          <w:sz w:val="20"/>
        </w:rPr>
        <w:t>[28 . 15 . 123]</w:t>
      </w:r>
    </w:p>
    <w:p>
      <w:r>
        <w:rPr>
          <w:rFonts w:ascii="Gentium Plus" w:hAnsi="Gentium Plus"/>
          <w:sz w:val="24"/>
        </w:rPr>
        <w:t>πνεῦμα. οὕτω δὲ ζητήσεως ἄξιόν ἐστιν τὸ περὶ τοῦ ἁγίου πνεύμα‐ τος εἰ δύναται εἶναι καὶ ἐν ἁμαρτωλῷ ψυχῇ, ὥστ’ ἄν τινα εἰπεῖν ὅτι εἴπερ «Οὐδεὶς δύναται εἰπεῖν Κύριος Ἰησοῦς εἰ μὴ ἐν πνεύματι «ἁγίῳ»· πολλοὶ δὲ καὶ τῶν ἁμαρτωλῶν διάκεινται πρὸς τὸν Ἰησοῦν</w:t>
      </w:r>
    </w:p>
    <w:p>
      <w:r>
        <w:rPr>
          <w:rFonts w:ascii="Courier New" w:hAnsi="Courier New"/>
          <w:color w:val="555555"/>
          <w:sz w:val="20"/>
        </w:rPr>
        <w:t>[28 . 15 . 124]</w:t>
      </w:r>
    </w:p>
    <w:p>
      <w:r>
        <w:rPr>
          <w:rFonts w:ascii="Gentium Plus" w:hAnsi="Gentium Plus"/>
          <w:sz w:val="24"/>
        </w:rPr>
        <w:t>ὡς πρὸς κύριον, καὶ ἐν αὐτοῖς ἂν εἴη τὸ ἅγιον πνεῦμα. καὶ τάχα ἐπεὶ οἱ μετὰ τὸ τυχεῖν αὐτοῦ ἁμαρτάνοντες οὐκ ἂν τυγχάνοιεν ἀφέ‐ σεως, διὰ τοῦτο λέγεται περὶ τῶν πρὸ τοῦ ἁγίου πνεύματός τινι ἡμαρτημένων τὸ «Πᾶσα ἁμαρτία καὶ βλασφημία ἀφεθήσεται τοῖς</w:t>
      </w:r>
    </w:p>
    <w:p>
      <w:r>
        <w:rPr>
          <w:rFonts w:ascii="Courier New" w:hAnsi="Courier New"/>
          <w:color w:val="555555"/>
          <w:sz w:val="20"/>
        </w:rPr>
        <w:t>[5]</w:t>
      </w:r>
    </w:p>
    <w:p>
      <w:r>
        <w:rPr>
          <w:rFonts w:ascii="Gentium Plus" w:hAnsi="Gentium Plus"/>
          <w:sz w:val="24"/>
        </w:rPr>
        <w:t>«υἱοῖς τῶν ἀνθρώπων»· περὶ δὲ τῶν μετὰ τὸ τυχεῖν ἁγίου πνεύ‐</w:t>
      </w:r>
    </w:p>
    <w:p>
      <w:r>
        <w:rPr>
          <w:rFonts w:ascii="Courier New" w:hAnsi="Courier New"/>
          <w:color w:val="555555"/>
          <w:sz w:val="20"/>
        </w:rPr>
        <w:t>[28 . 15 . 125]</w:t>
      </w:r>
    </w:p>
    <w:p>
      <w:r>
        <w:rPr>
          <w:rFonts w:ascii="Gentium Plus" w:hAnsi="Gentium Plus"/>
          <w:sz w:val="24"/>
        </w:rPr>
        <w:t>ματος ἐπταικότων τὸ «Ὁ δὲ εἰς τὸ ἅγιον πνεῦμα βλασφημήσας οὐκ «ἔχει ἄφεσιν οὔτε ἐν τούτῳ τῷ αἰῶνι οὔτε ἐν τῷ μέλλοντι». βλασφη‐ μεῖ γὰρ ἔργοις καὶ λόγοις ἁμαρτίας εἰς τὸ παρὸν πνεῦμα ἅγιον ὁ</w:t>
      </w:r>
    </w:p>
    <w:p>
      <w:r>
        <w:rPr>
          <w:rFonts w:ascii="Courier New" w:hAnsi="Courier New"/>
          <w:color w:val="555555"/>
          <w:sz w:val="20"/>
        </w:rPr>
        <w:t>[28 . 15 . 126]</w:t>
      </w:r>
    </w:p>
    <w:p>
      <w:r>
        <w:rPr>
          <w:rFonts w:ascii="Gentium Plus" w:hAnsi="Gentium Plus"/>
          <w:sz w:val="24"/>
        </w:rPr>
        <w:t>καὶ παρόντος αὐτοῦ ἐν τῇ ψυχῇ ἁμαρτάνων. οὕτω δέ τις φήσει εἰρῆσθαι καὶ τὸ ἐν τῇ πρὸς Ἑβραίους τοῦτον ἀναγεγραμμένον τὸν τρόπον· «Ἀδύνατον γὰρ τοὺς ἅπαξ φωτισθέντας γευσαμένους τε τῆς «δωρεᾶς τῆς ἐπουρανίου καὶ μετόχους γενηθέντας πνεύματος ἁγίου,</w:t>
      </w:r>
    </w:p>
    <w:p>
      <w:r>
        <w:rPr>
          <w:rFonts w:ascii="Courier New" w:hAnsi="Courier New"/>
          <w:color w:val="555555"/>
          <w:sz w:val="20"/>
        </w:rPr>
        <w:t>[5]</w:t>
      </w:r>
    </w:p>
    <w:p>
      <w:r>
        <w:rPr>
          <w:rFonts w:ascii="Gentium Plus" w:hAnsi="Gentium Plus"/>
          <w:sz w:val="24"/>
        </w:rPr>
        <w:t>«καὶ καλὸν γευσαμένους θεοῦ ῥῆμα δυνάμεις τε μέλλοντος αἰῶνος, «καὶ παραπεσόντας, πάλιν ἀνακαινίζειν εἰς μετάνοιαν, ἀνασταυροῦν‐ «τας ἑαυτοῖς τὸν υἱὸν τοῦ θεοῦ καὶ παραδειγματίζοντας». πρόσχες</w:t>
      </w:r>
    </w:p>
    <w:p>
      <w:r>
        <w:rPr>
          <w:rFonts w:ascii="Courier New" w:hAnsi="Courier New"/>
          <w:color w:val="555555"/>
          <w:sz w:val="20"/>
        </w:rPr>
        <w:t>[28 . 15 . 127]</w:t>
      </w:r>
    </w:p>
    <w:p>
      <w:r>
        <w:rPr>
          <w:rFonts w:ascii="Gentium Plus" w:hAnsi="Gentium Plus"/>
          <w:sz w:val="24"/>
        </w:rPr>
        <w:t>γὰρ ἐν τούτοις τὸ «Μετόχους γενηθέντας πνεύματος ἁγίου». εἰς δὲ τὸ ἐναντίον, ὡς, εἰ καὶ προεφήτευσεν ὁ Καϊάφας, οὐδὲν ἧττον οὐκ ἦν πνεῦμα ἅγιον ἐν αὐτῷ, λεχθείη ἂν τὸ «Οὔπω γὰρ ἦν πνεῦμα,</w:t>
      </w:r>
    </w:p>
    <w:p>
      <w:r>
        <w:rPr>
          <w:rFonts w:ascii="Courier New" w:hAnsi="Courier New"/>
          <w:color w:val="555555"/>
          <w:sz w:val="20"/>
        </w:rPr>
        <w:t>[28 . 15 . 128]</w:t>
      </w:r>
    </w:p>
    <w:p>
      <w:r>
        <w:rPr>
          <w:rFonts w:ascii="Gentium Plus" w:hAnsi="Gentium Plus"/>
          <w:sz w:val="24"/>
        </w:rPr>
        <w:t>«ὅτι Ἰησοῦς οὔπω ἐδοξάσθη». καὶ εἴπερ οὐκ ἦν πνεῦμα οὐδὲ ἐν τοῖς ἀποστόλοις πρὸ τοῦ Ἰησοῦν δοξασθῆναι, πόσῳ πλέον οὐκ ἦν ἐν τῷ Καϊάφᾳ; ἀναστὰς δὲ ὁ σωτὴρ «ἐνεφύσησεν» τοῖς μαθηταῖς «καὶ λέγει</w:t>
      </w:r>
    </w:p>
    <w:p>
      <w:r>
        <w:rPr>
          <w:rFonts w:ascii="Courier New" w:hAnsi="Courier New"/>
          <w:color w:val="555555"/>
          <w:sz w:val="20"/>
        </w:rPr>
        <w:t>[28 . 15 . 129]</w:t>
      </w:r>
    </w:p>
    <w:p>
      <w:r>
        <w:rPr>
          <w:rFonts w:ascii="Gentium Plus" w:hAnsi="Gentium Plus"/>
          <w:sz w:val="24"/>
        </w:rPr>
        <w:t>«αὐτοῖς· Λάβετε πνεῦμα ἅγιον» καὶ τὰ ἑξῆς· τολμηρῶς μὲν οὖν τις παραθήσεται τὰ λεχθησόμενα πρὸς τὸ μὴ ἀπὸ ἁγίου πνεύματος προπεφητευκέναι τὸν Καϊάφαν· ὁμῶς δ’ οὖν ἐρεῖ ὅτι δύναται καὶ πονηρὰ πνεύματα μαρτυρεῖν τῷ Ἰησοῦ καὶ προφητεύειν περὶ αὐτοῦ</w:t>
      </w:r>
    </w:p>
    <w:p>
      <w:r>
        <w:rPr>
          <w:rFonts w:ascii="Courier New" w:hAnsi="Courier New"/>
          <w:color w:val="555555"/>
          <w:sz w:val="20"/>
        </w:rPr>
        <w:t>[5]</w:t>
      </w:r>
    </w:p>
    <w:p>
      <w:r>
        <w:rPr>
          <w:rFonts w:ascii="Gentium Plus" w:hAnsi="Gentium Plus"/>
          <w:sz w:val="24"/>
        </w:rPr>
        <w:t>ἢ μαρτυρεῖν αὐτῷ, ὥσπερ τὸ λέγον· «Οἴδαμέν σε τίς εἶ, ὁ ἅγιος τοῦ «θεοῦ» καὶ τὰ παρακαλοῦντα αὐτὸν ἵνα μὴ ἐπιτάξῃ αὐτοῖς εἰς τὴν ἄβυσσον ἀπελθεῖν καὶ λέγοντα· «Ἦλθες ἀπολέσαι ἡμᾶς;»</w:t>
      </w:r>
    </w:p>
    <w:p>
      <w:r>
        <w:rPr>
          <w:rFonts w:ascii="Courier New" w:hAnsi="Courier New"/>
          <w:color w:val="555555"/>
          <w:sz w:val="20"/>
        </w:rPr>
        <w:t>[28 . 16 . 130]</w:t>
      </w:r>
    </w:p>
    <w:p>
      <w:r>
        <w:rPr>
          <w:rFonts w:ascii="Gentium Plus" w:hAnsi="Gentium Plus"/>
          <w:sz w:val="24"/>
        </w:rPr>
        <w:t>Καὶ ἐν ταῖς Πράξεσι δὲ τῶν ἀποστόλων γέγραπται ταῦτα· «Ἐγένετο πορευομένων ἡμῶν εἰς τὴν προσευχὴν παιδίσκην τινὰ «ἔχουσαν πνεῦμα πύθωνα ὑπαντῆσαι ἡμῖν, ἥτις ἐργασίαν πολλὴν «παρεῖχεν τοῖς κυρίοις αὐτῆς μαντευομένη. αὕτη κατακολουθήσασα</w:t>
      </w:r>
    </w:p>
    <w:p>
      <w:r>
        <w:rPr>
          <w:rFonts w:ascii="Courier New" w:hAnsi="Courier New"/>
          <w:color w:val="555555"/>
          <w:sz w:val="20"/>
        </w:rPr>
        <w:t>[5]</w:t>
      </w:r>
    </w:p>
    <w:p>
      <w:r>
        <w:rPr>
          <w:rFonts w:ascii="Gentium Plus" w:hAnsi="Gentium Plus"/>
          <w:sz w:val="24"/>
        </w:rPr>
        <w:t>«Παύλῳ καὶ ἡμῖν † ἔκραξεν λέγουσα ὅτι Οὗτοι οἱ ἄνθρωποι δοῦλοι «τοῦ θεοῦ τοῦ ὑψίστου εἰσίν, οἵτινες καταγγέλλουσιν ἡμῖν ὁδὸν σω‐</w:t>
      </w:r>
    </w:p>
    <w:p>
      <w:r>
        <w:rPr>
          <w:rFonts w:ascii="Courier New" w:hAnsi="Courier New"/>
          <w:color w:val="555555"/>
          <w:sz w:val="20"/>
        </w:rPr>
        <w:t>[28 . 16 . 131]</w:t>
      </w:r>
    </w:p>
    <w:p>
      <w:r>
        <w:rPr>
          <w:rFonts w:ascii="Gentium Plus" w:hAnsi="Gentium Plus"/>
          <w:sz w:val="24"/>
        </w:rPr>
        <w:t>«τηρίας». φήσει οὖν ὁ τούτοις συγχρώμενος ὅτι οὐδὲν ἀποδεῖ προφη‐ τείας ὁ τοῦ πύθωνος λόγος, μαρτυρῶν τοῖς ἀποστόλοις καὶ προτρέ‐ πων ὡς ἐπὶ ὁδὸν σωτηρίας καταγγελλομένην πιστεύειν τοὺς ἀκού‐</w:t>
      </w:r>
    </w:p>
    <w:p>
      <w:r>
        <w:rPr>
          <w:rFonts w:ascii="Courier New" w:hAnsi="Courier New"/>
          <w:color w:val="555555"/>
          <w:sz w:val="20"/>
        </w:rPr>
        <w:t>[28 . 16 . 132]</w:t>
      </w:r>
    </w:p>
    <w:p>
      <w:r>
        <w:rPr>
          <w:rFonts w:ascii="Gentium Plus" w:hAnsi="Gentium Plus"/>
          <w:sz w:val="24"/>
        </w:rPr>
        <w:t>σαντας. ἐπεὶ δὲ καὶ τὰ τοῦ Βαλαὰμ παρεθέμεθα, πρόσχες εἰ δύναται καὶ περὶ αὐτοῦ λέγεσθαι ὅτι οὐ θεόθεν ἐλάλησεν ἀλλ’ ἀπὸ ἀγγέλου· «Ἔστη, γάρ φησιν, ὁ ἄγγελος τοῦ θεοῦ ἐν τῇ ὁδῷ ἐνδιαβάλλειν αὐ‐ «τόν. καὶ αὐτὸς ἐπιβεβήκει ἐπὶ τῆς ὄνου αὐτοῦ καὶ οἱ δύο παῖδες</w:t>
      </w:r>
    </w:p>
    <w:p>
      <w:r>
        <w:rPr>
          <w:rFonts w:ascii="Courier New" w:hAnsi="Courier New"/>
          <w:color w:val="555555"/>
          <w:sz w:val="20"/>
        </w:rPr>
        <w:t>[5]</w:t>
      </w:r>
    </w:p>
    <w:p>
      <w:r>
        <w:rPr>
          <w:rFonts w:ascii="Gentium Plus" w:hAnsi="Gentium Plus"/>
          <w:sz w:val="24"/>
        </w:rPr>
        <w:t>«αὐτοῦ μετ’ αὐτοῦ. καὶ ἰδοῦσα ἡ ὄνος τὸν ἄγγελον τοῦ θεοῦ ἀνθε‐ «στηκότα ἐν τῇ ὁδῷ, καὶ τὴν ῥομφαίαν αὐτοῦ ἐσπασμένην ἐν τῇ «χειρὶ αὐτοῦ, καὶ ἐξέκλινεν ἡ ὄνος ἐκ τῆς ὁδοῦ καὶ ἐπορεύετο εἰς «τὸ πεδίον. καὶ ἐπάταξεν Βαλαὰμ τὴν ὄνον ἐν τῇ ῥάβδῳ τοῦ «εὐθῦναι αὐτὴν ἐν τῇ ὁδῷ· καὶ ἔστη ὁ ἄγγελος τοῦ θεοῦ ἐν ταῖς αὔλαξι</w:t>
      </w:r>
    </w:p>
    <w:p>
      <w:r>
        <w:rPr>
          <w:rFonts w:ascii="Courier New" w:hAnsi="Courier New"/>
          <w:color w:val="555555"/>
          <w:sz w:val="20"/>
        </w:rPr>
        <w:t>[10]</w:t>
      </w:r>
    </w:p>
    <w:p>
      <w:r>
        <w:rPr>
          <w:rFonts w:ascii="Gentium Plus" w:hAnsi="Gentium Plus"/>
          <w:sz w:val="24"/>
        </w:rPr>
        <w:t>«τῶν ἀμπέλων, φραγμὸς ἐντεῦθεν καὶ φραγμὸς ἐντεῦθεν». εἶτα μετ’</w:t>
      </w:r>
    </w:p>
    <w:p>
      <w:r>
        <w:rPr>
          <w:rFonts w:ascii="Courier New" w:hAnsi="Courier New"/>
          <w:color w:val="555555"/>
          <w:sz w:val="20"/>
        </w:rPr>
        <w:t>[28 . 16 . 133]</w:t>
      </w:r>
    </w:p>
    <w:p>
      <w:r>
        <w:rPr>
          <w:rFonts w:ascii="Gentium Plus" w:hAnsi="Gentium Plus"/>
          <w:sz w:val="24"/>
        </w:rPr>
        <w:t>ὀλίγα· «Ἰδοῦσα ἡ ὄνος τὸν ἄγγελον τοῦ θεοῦ συνεκάθισεν ὑποκάτω Βα‐ «λαάμ». καὶ πάλιν μετ’ ὀλίγα· «Εἶπεν αὐτῷ ὁ ἄγγελος τοῦ θεοῦ· Διατί «ἐπάταξας τὴν ὄνον σου τοῦτο τρίτον; καὶ ἰδοὺ ἐγὼ ἐξῆλθον εἰς δια‐ «βολήν σου, ὅτι οὐκ εὐθεῖα ἡ ὁδός σου ἐναντίον μου· καὶ ἰδοῦσά με</w:t>
      </w:r>
    </w:p>
    <w:p>
      <w:r>
        <w:rPr>
          <w:rFonts w:ascii="Courier New" w:hAnsi="Courier New"/>
          <w:color w:val="555555"/>
          <w:sz w:val="20"/>
        </w:rPr>
        <w:t>[5]</w:t>
      </w:r>
    </w:p>
    <w:p>
      <w:r>
        <w:rPr>
          <w:rFonts w:ascii="Gentium Plus" w:hAnsi="Gentium Plus"/>
          <w:sz w:val="24"/>
        </w:rPr>
        <w:t>«ἡ ὄνος ἐξέκλινεν ἀπ’ ἐμοῦ τοῦτο τρίτον· καὶ εἰ μὴ ἐξέκλινεν ἀπ’</w:t>
      </w:r>
    </w:p>
    <w:p>
      <w:r>
        <w:rPr>
          <w:rFonts w:ascii="Courier New" w:hAnsi="Courier New"/>
          <w:color w:val="555555"/>
          <w:sz w:val="20"/>
        </w:rPr>
        <w:t>[10]</w:t>
      </w:r>
    </w:p>
    <w:p>
      <w:r>
        <w:rPr>
          <w:rFonts w:ascii="Gentium Plus" w:hAnsi="Gentium Plus"/>
          <w:sz w:val="24"/>
        </w:rPr>
        <w:t>«Βαλαάμ· Συμπορεύθητι μετὰ τῶν ἀνθρώπων· πλὴν τὸ ῥῆμα ὃ</w:t>
      </w:r>
    </w:p>
    <w:p>
      <w:r>
        <w:rPr>
          <w:rFonts w:ascii="Courier New" w:hAnsi="Courier New"/>
          <w:color w:val="555555"/>
          <w:sz w:val="20"/>
        </w:rPr>
        <w:t>[28 . 16 . 134]</w:t>
      </w:r>
    </w:p>
    <w:p>
      <w:r>
        <w:rPr>
          <w:rFonts w:ascii="Gentium Plus" w:hAnsi="Gentium Plus"/>
          <w:sz w:val="24"/>
        </w:rPr>
        <w:t>«ἐὰν εἴπω πρὸς σὲ τοῦτο φυλάξῃ λαλῆσαι». παρατήρει γὰρ ὅτι ἄγγελός ἐστιν ὁ λέγων· «Τὸ ῥῆμα ὃ ἐὰν εἴπω πρὸς σὲ τοῦτο φυ‐</w:t>
      </w:r>
    </w:p>
    <w:p>
      <w:r>
        <w:rPr>
          <w:rFonts w:ascii="Courier New" w:hAnsi="Courier New"/>
          <w:color w:val="555555"/>
          <w:sz w:val="20"/>
        </w:rPr>
        <w:t>[28 . 16 . 135]</w:t>
      </w:r>
    </w:p>
    <w:p>
      <w:r>
        <w:rPr>
          <w:rFonts w:ascii="Gentium Plus" w:hAnsi="Gentium Plus"/>
          <w:sz w:val="24"/>
        </w:rPr>
        <w:t>«λάξῃ λαλῆσαι». ἀλλὰ φήσεις ὅτι μετ’ ὀλίγα ἐφάνη ὁ θεὸς τῷ Βαλαὰμ καὶ εἶπεν πρὸς αὐτὸν Βαλαάμ· «Τοὺς ἑπτὰ βωμοὺς ἡτοίμασα «καὶ ἀνεβίβασα μόσχον καὶ κριὸν ἐπὶ τὸν βωμόν. καὶ ἐνέβαλεν ὁ «θεὸς ῥῆμα εἰς τὸ στόμα Βαλαὰμ καὶ εἶπεν· Ἐπιστραφεὶς πρὸς Βα‐</w:t>
      </w:r>
    </w:p>
    <w:p>
      <w:r>
        <w:rPr>
          <w:rFonts w:ascii="Courier New" w:hAnsi="Courier New"/>
          <w:color w:val="555555"/>
          <w:sz w:val="20"/>
        </w:rPr>
        <w:t>[28 . 16 . 136]</w:t>
      </w:r>
    </w:p>
    <w:p>
      <w:r>
        <w:rPr>
          <w:rFonts w:ascii="Gentium Plus" w:hAnsi="Gentium Plus"/>
          <w:sz w:val="24"/>
        </w:rPr>
        <w:t>«λαὰμ οὕτω λαλήσεις.» καὶ σὺ δὲ πρόσχες πῶς ἀμφότερα ἀληθῆ ἐστὶν καὶ τὸ ὑπὸ τοῦ ἀγγέλου λεγόμενον ἐν τῷ «Ὃ ἐὰν εἴπω πρὸς «σὲ τοῦτο φυλάξῃ λαλῆσαι»· καὶ τὸ ὑπὸ τῆς γραφῆς ἀπαγγελλόμενον</w:t>
      </w:r>
    </w:p>
    <w:p>
      <w:r>
        <w:rPr>
          <w:rFonts w:ascii="Courier New" w:hAnsi="Courier New"/>
          <w:color w:val="555555"/>
          <w:sz w:val="20"/>
        </w:rPr>
        <w:t>[28 . 16 . 137]</w:t>
      </w:r>
    </w:p>
    <w:p>
      <w:r>
        <w:rPr>
          <w:rFonts w:ascii="Gentium Plus" w:hAnsi="Gentium Plus"/>
          <w:sz w:val="24"/>
        </w:rPr>
        <w:t>ὅτι «Ἐνέβαλεν ὁ θεὸς ῥῆμα εἰς τὸ στόμα Βαλαὰμ καὶ εἶπεν». τὸ δὲ «Ἐγενήθη πνεῦμα θεοῦ ἐπ’ αὐτῷ» ὠβελίσαμεν, μήτε αὐτὸ μήτε</w:t>
      </w:r>
    </w:p>
    <w:p>
      <w:r>
        <w:rPr>
          <w:rFonts w:ascii="Courier New" w:hAnsi="Courier New"/>
          <w:color w:val="555555"/>
          <w:sz w:val="20"/>
        </w:rPr>
        <w:t>[28 . 16 . 138]</w:t>
      </w:r>
    </w:p>
    <w:p>
      <w:r>
        <w:rPr>
          <w:rFonts w:ascii="Gentium Plus" w:hAnsi="Gentium Plus"/>
          <w:sz w:val="24"/>
        </w:rPr>
        <w:t>παραπλήσιόν τι αὐτῷ εὑρόντες ἐν ταῖς λοιπαῖς ἐκδόσεσιν. πάλιν τε αὖ μετ’ ὀλίγα· «Συνήντησεν, φησίν, ὁ θεὸς τῷ Βαλαὰμ καὶ ἐνέ‐ «βαλεν ῥῆμα εἰς τὸ στόμα αὐτοῦ καὶ εἶπεν· Ἀποστράφηθι πρὸς Βα‐ «λαὰκ καὶ τάδε λαλήσεις».</w:t>
      </w:r>
    </w:p>
    <w:p>
      <w:r>
        <w:rPr>
          <w:rFonts w:ascii="Courier New" w:hAnsi="Courier New"/>
          <w:color w:val="555555"/>
          <w:sz w:val="20"/>
        </w:rPr>
        <w:t>[28 . 17 . 139]</w:t>
      </w:r>
    </w:p>
    <w:p>
      <w:r>
        <w:rPr>
          <w:rFonts w:ascii="Gentium Plus" w:hAnsi="Gentium Plus"/>
          <w:sz w:val="24"/>
        </w:rPr>
        <w:t>Εἰς ταῦτα δὲ πάντα ὁ ἀποτολ‐ μῶν φήσει ὅτι καὶ ἐπὶ τοῦ Σαοὺλ εἴρηται· «Πνεῦμα θεοῦ πονηρὸν «ἔπνιγεν αὐτόν». ἀλλὰ καὶ πνεῦμα ψευδὲς ἐξελθὸν γέγονεν ἐν στό‐ ματι πάντων τῶν προφητῶν τοῦ Ἀχαάβ, εἰπόντος κυρίου· «Τίς</w:t>
      </w:r>
    </w:p>
    <w:p>
      <w:r>
        <w:rPr>
          <w:rFonts w:ascii="Courier New" w:hAnsi="Courier New"/>
          <w:color w:val="555555"/>
          <w:sz w:val="20"/>
        </w:rPr>
        <w:t>[5]</w:t>
      </w:r>
    </w:p>
    <w:p>
      <w:r>
        <w:rPr>
          <w:rFonts w:ascii="Gentium Plus" w:hAnsi="Gentium Plus"/>
          <w:sz w:val="24"/>
        </w:rPr>
        <w:t>«ἀπατήσει τὸν Ἀχαάβ»; καὶ ἐξελθόντος πνεύματος ψευδοῦς καὶ εἰπόντος· «Ἐγὼ ἀπατήσω».</w:t>
      </w:r>
    </w:p>
    <w:p>
      <w:r>
        <w:rPr>
          <w:rFonts w:ascii="Courier New" w:hAnsi="Courier New"/>
          <w:color w:val="555555"/>
          <w:sz w:val="20"/>
        </w:rPr>
        <w:t>[28 . 17 . 140]</w:t>
      </w:r>
    </w:p>
    <w:p>
      <w:r>
        <w:rPr>
          <w:rFonts w:ascii="Gentium Plus" w:hAnsi="Gentium Plus"/>
          <w:sz w:val="24"/>
        </w:rPr>
        <w:t>Ταῦτα μὲν οὖν εἰς τοὺς τόπους ἐζητήσθω, δυναμένου τινὸς ἀφ’ ἑαυτοῦ τὰ ἀκόλουθα τοῖς ἐκτεθεῖσιν ῥητοῖς σκοπῆσαι περὶ τοῦ πῶς προεφήτευσεν ὁ Καϊάφας. μήποτε δὲ καὶ ταῦτα εἰς τὴν προφη‐ τείαν αὐτοῦ λεκτέον, ὅτι ἐπεὶ μὴ ἅγιος ἦν, εἰ καὶ προεφήτευσεν,</w:t>
      </w:r>
    </w:p>
    <w:p>
      <w:r>
        <w:rPr>
          <w:rFonts w:ascii="Courier New" w:hAnsi="Courier New"/>
          <w:color w:val="555555"/>
          <w:sz w:val="20"/>
        </w:rPr>
        <w:t>[28 . 17 . 141]</w:t>
      </w:r>
    </w:p>
    <w:p>
      <w:r>
        <w:rPr>
          <w:rFonts w:ascii="Gentium Plus" w:hAnsi="Gentium Plus"/>
          <w:sz w:val="24"/>
        </w:rPr>
        <w:t>〈ἀλλ’ οὐκ ἀπὸ πνεύματος ἁγίου προεφήτευσεν〉. ὥσπερ δὲ ζητήσεως ἄξιόν ἐστιν πῶς προεφήτευσεν Καϊάφας, οὕτως καὶ ἐν τῇ πρώτῃ τῶν Βασιλειῶν ζητήσεις πῶς προεφήτευσαν οἱ ἄγγελοι τοῦ Σαοὺλ</w:t>
      </w:r>
    </w:p>
    <w:p>
      <w:r>
        <w:rPr>
          <w:rFonts w:ascii="Courier New" w:hAnsi="Courier New"/>
          <w:color w:val="555555"/>
          <w:sz w:val="20"/>
        </w:rPr>
        <w:t>[28 . 17 . 142]</w:t>
      </w:r>
    </w:p>
    <w:p>
      <w:r>
        <w:rPr>
          <w:rFonts w:ascii="Gentium Plus" w:hAnsi="Gentium Plus"/>
          <w:sz w:val="24"/>
        </w:rPr>
        <w:t>σταλέντες ἐπὶ τὸν Δαβίδ, καὶ μετ’ αὐτοὺς ὁ Σαούλ. γέγραπται γάρ· «Καὶ ἀπηγγέλη τῷ Σαοὺλ λέγοντες· Ἰδοὺ Δαβὶδ εἰς Αὐὼθ ἐν Ῥαμά. «καὶ ἀπέστειλεν Σαοὺλ ἀγγέλους λαβεῖν τὸν Δαβίδ, καὶ εἴδοσαν τὴν «ἐκκλησίαν τῶν προφητῶν, καὶ Σαμουὴλ εἱστήκει καθεστηκὼς ἐπ’</w:t>
      </w:r>
    </w:p>
    <w:p>
      <w:r>
        <w:rPr>
          <w:rFonts w:ascii="Courier New" w:hAnsi="Courier New"/>
          <w:color w:val="555555"/>
          <w:sz w:val="20"/>
        </w:rPr>
        <w:t>[28 . 17 . 143]</w:t>
      </w:r>
    </w:p>
    <w:p>
      <w:r>
        <w:rPr>
          <w:rFonts w:ascii="Gentium Plus" w:hAnsi="Gentium Plus"/>
          <w:sz w:val="24"/>
        </w:rPr>
        <w:t>«αὐτῶν. καὶ ἐγενήθη ἐπὶ τοὺς ἀγγέλους Σαοὺλ πνεῦμα κυρίου καὶ «προεφήτευσαν καὶ αὐτοί. καὶ ἀπηγγέλη τῷ Σαούλ, καὶ ἀπέστειλεν</w:t>
      </w:r>
    </w:p>
    <w:p>
      <w:r>
        <w:rPr>
          <w:rFonts w:ascii="Courier New" w:hAnsi="Courier New"/>
          <w:color w:val="555555"/>
          <w:sz w:val="20"/>
        </w:rPr>
        <w:t>[28 . 17 . 144]</w:t>
      </w:r>
    </w:p>
    <w:p>
      <w:r>
        <w:rPr>
          <w:rFonts w:ascii="Gentium Plus" w:hAnsi="Gentium Plus"/>
          <w:sz w:val="24"/>
        </w:rPr>
        <w:t>«ἀγγέλους ἑτέρους καὶ προεφήτευσαν καὶ αὐτοί. καὶ ἐθυμώθη ὀργῇ «Σαούλ, καὶ ἐπορεύθη εἰς Ἀρμαθαῒμ καὶ ἔρχεται ἕως τοῦ φρέατος «τοῦ μεγάλου καὶ ἐν τῇ ὁδῷ ἐς Σωφεῖν, καὶ ἐπηρώτησεν καὶ εἶπεν·</w:t>
      </w:r>
    </w:p>
    <w:p>
      <w:r>
        <w:rPr>
          <w:rFonts w:ascii="Courier New" w:hAnsi="Courier New"/>
          <w:color w:val="555555"/>
          <w:sz w:val="20"/>
        </w:rPr>
        <w:t>[28 . 17 . 145]</w:t>
      </w:r>
    </w:p>
    <w:p>
      <w:r>
        <w:rPr>
          <w:rFonts w:ascii="Gentium Plus" w:hAnsi="Gentium Plus"/>
          <w:sz w:val="24"/>
        </w:rPr>
        <w:t>«Ποῦ Σαμουὴλ καὶ Δαβίδ; καὶ εἶπον· Ἰδοὺ εἰς Αὐὼθ Ῥαμά. καὶ «ἐπορεύθη ἐκεῖθεν εἰς Αὐὼθ Ῥαμά· καὶ ἐγενήθη ἐπ’ αὐτὸν πνεῦμα «θεοῦ, καὶ ἐπορεύετο πορευόμενος καὶ προφητεύων ἕως ἐλθὼν εἰς «Αὐὼθ Ῥαμά. καὶ ἐξεδύσατο τὰ ἱμάτια αὐτοῦ καὶ προεφήτευσεν</w:t>
      </w:r>
    </w:p>
    <w:p>
      <w:r>
        <w:rPr>
          <w:rFonts w:ascii="Courier New" w:hAnsi="Courier New"/>
          <w:color w:val="555555"/>
          <w:sz w:val="20"/>
        </w:rPr>
        <w:t>[5]</w:t>
      </w:r>
    </w:p>
    <w:p>
      <w:r>
        <w:rPr>
          <w:rFonts w:ascii="Gentium Plus" w:hAnsi="Gentium Plus"/>
          <w:sz w:val="24"/>
        </w:rPr>
        <w:t>«ἐνώπιον Σαμουήλ, καὶ ἔπεσεν γυμνὸς ὅλην τὴν ἡμέραν ἐκείνην καὶ «ὅλην τὴν νύκτα. διὰ τοῦτο ἔλεγον· Εἰ καὶ Σαοὺλ ἐν προφήταις»;</w:t>
      </w:r>
    </w:p>
    <w:p>
      <w:r>
        <w:rPr>
          <w:rFonts w:ascii="Courier New" w:hAnsi="Courier New"/>
          <w:color w:val="555555"/>
          <w:sz w:val="20"/>
        </w:rPr>
        <w:t>[28 . 17 . 146]</w:t>
      </w:r>
    </w:p>
    <w:p>
      <w:r>
        <w:rPr>
          <w:rFonts w:ascii="Gentium Plus" w:hAnsi="Gentium Plus"/>
          <w:sz w:val="24"/>
        </w:rPr>
        <w:t>ἀναγκαίως δὲ νομίζω καὶ ταῦτα παρατεθεῖσθαι ὑπὲρ τοῦ φανῆναι πῶς ἁμαρτωλοὶ προφητεύουσιν, καὶ πότερον ἐξ ἁγίου πνεύματος ἢ ἀπὸ ἄλλης δυνάμεως, ὅσον γε ἐπὶ τῷ μαρτυρεῖν τῇ ἀληθείᾳ μὴ</w:t>
      </w:r>
    </w:p>
    <w:p>
      <w:r>
        <w:rPr>
          <w:rFonts w:ascii="Courier New" w:hAnsi="Courier New"/>
          <w:color w:val="555555"/>
          <w:sz w:val="20"/>
        </w:rPr>
        <w:t>[28 . 17 . 147]</w:t>
      </w:r>
    </w:p>
    <w:p>
      <w:r>
        <w:rPr>
          <w:rFonts w:ascii="Gentium Plus" w:hAnsi="Gentium Plus"/>
          <w:sz w:val="24"/>
        </w:rPr>
        <w:t>ψευδομένης. πάλιν τε αὖ ἐν τῇ πρώτῃ τῶν Βασιλειῶν εὑρίσκονται οἱ τῶν εἰδώλων μάντεις ὑποδεικνύντες τὰ περὶ τῆς κιβωτοῦ, καὶ ὅτι ἐπὰν βόες πρωτοτοκεύουσαι τὴν ὁδὸν Ἰησοῦ τοῦ Βεθσαμυσαίου πορευθῶσιν, σημαίνουσιν ἀπὸ θεοῦ γεγονέναι τὴν πληγὴν τοῖς Φιλι‐</w:t>
      </w:r>
    </w:p>
    <w:p>
      <w:r>
        <w:rPr>
          <w:rFonts w:ascii="Courier New" w:hAnsi="Courier New"/>
          <w:color w:val="555555"/>
          <w:sz w:val="20"/>
        </w:rPr>
        <w:t>[28 . 17 . 148]</w:t>
      </w:r>
    </w:p>
    <w:p>
      <w:r>
        <w:rPr>
          <w:rFonts w:ascii="Gentium Plus" w:hAnsi="Gentium Plus"/>
          <w:sz w:val="24"/>
        </w:rPr>
        <w:t>στιαίοις. οὐδὲ τὰ περὶ τὴν ἐγγαστρίμυθον καὶ τὸν Σαμουὴλ ἐν τοῖς τόποις τούτοις παρασιωπητέον, ἀφ’ ὧν ἔμαθεν ὁ Σαούλ, ὅτι τῇ</w:t>
      </w:r>
    </w:p>
    <w:p>
      <w:r>
        <w:rPr>
          <w:rFonts w:ascii="Courier New" w:hAnsi="Courier New"/>
          <w:color w:val="555555"/>
          <w:sz w:val="20"/>
        </w:rPr>
        <w:t>[28 . 17 . 149]</w:t>
      </w:r>
    </w:p>
    <w:p>
      <w:r>
        <w:rPr>
          <w:rFonts w:ascii="Gentium Plus" w:hAnsi="Gentium Plus"/>
          <w:sz w:val="24"/>
        </w:rPr>
        <w:t>ἑξῆς ἔμελλεν ἅμα τοῖς υἱοῖς ἀναιρεθήσεσθαι ἡμέρᾳ. τὸ δὲ ἀκριβὲς ἐν τοῖς τόποις ὄψεται ὁ δυνάμενος διαλαβεῖν περὶ διαφόρων δυνά‐ μεων, χειρόνων καὶ κρειττόνων, εἰ δὲ καὶ εἶέν τινες μεταξύ, καὶ</w:t>
      </w:r>
    </w:p>
    <w:p>
      <w:r>
        <w:rPr>
          <w:rFonts w:ascii="Courier New" w:hAnsi="Courier New"/>
          <w:color w:val="555555"/>
          <w:sz w:val="20"/>
        </w:rPr>
        <w:t>[28 . 17 . 150]</w:t>
      </w:r>
    </w:p>
    <w:p>
      <w:r>
        <w:rPr>
          <w:rFonts w:ascii="Gentium Plus" w:hAnsi="Gentium Plus"/>
          <w:sz w:val="24"/>
        </w:rPr>
        <w:t>περὶ τούτων. πάλιν τε αὖ ὁ βουλόμενος ἀπὸ χείρονος δυνάμεως προπεφητευκέναι τὸν Καϊάφαν φήσει ὅτι οὐδὲν παράδοξόν ἐστιν πονηρὰν δύναμιν ταῦτα εἰρηκέναι, ὅπου γε οὐ πάντη ἀγνοῶν καὶ ὁ διάβολος εὑρίσκεται τὸν Ἰησοῦν υἱὸν ὄντα θεοῦ ἐν τοῖς ἀναγρα‐</w:t>
      </w:r>
    </w:p>
    <w:p>
      <w:r>
        <w:rPr>
          <w:rFonts w:ascii="Courier New" w:hAnsi="Courier New"/>
          <w:color w:val="555555"/>
          <w:sz w:val="20"/>
        </w:rPr>
        <w:t>[5]</w:t>
      </w:r>
    </w:p>
    <w:p>
      <w:r>
        <w:rPr>
          <w:rFonts w:ascii="Gentium Plus" w:hAnsi="Gentium Plus"/>
          <w:sz w:val="24"/>
        </w:rPr>
        <w:t>φεῖσιν ὑπὸ τῶν εὐαγγελιστῶν εἰρῆσθαι ὑπ’ αὐτοῦ πρὸς τὸν κύ‐</w:t>
      </w:r>
    </w:p>
    <w:p>
      <w:r>
        <w:rPr>
          <w:rFonts w:ascii="Courier New" w:hAnsi="Courier New"/>
          <w:color w:val="555555"/>
          <w:sz w:val="20"/>
        </w:rPr>
        <w:t>[28 . 17 . 151]</w:t>
      </w:r>
    </w:p>
    <w:p>
      <w:r>
        <w:rPr>
          <w:rFonts w:ascii="Gentium Plus" w:hAnsi="Gentium Plus"/>
          <w:sz w:val="24"/>
        </w:rPr>
        <w:t>ριον. φήσει δὲ ὅτι καὶ πονηρία τις ἔκκειται τῇ ἐνεργούσῃ δυνάμει ταῦτα προφητεύεσθαι περὶ τοῦ σωτῆρος· σκοπὸς γὰρ ἦν αὐτῇ οὐ τὸ</w:t>
      </w:r>
    </w:p>
    <w:p>
      <w:r>
        <w:rPr>
          <w:rFonts w:ascii="Courier New" w:hAnsi="Courier New"/>
          <w:color w:val="555555"/>
          <w:sz w:val="20"/>
        </w:rPr>
        <w:t>[5]</w:t>
      </w:r>
    </w:p>
    <w:p>
      <w:r>
        <w:rPr>
          <w:rFonts w:ascii="Gentium Plus" w:hAnsi="Gentium Plus"/>
          <w:sz w:val="24"/>
        </w:rPr>
        <w:t>ὅπερ οὐκ ἦν κατὰ τὸ ἅγιον πνεῦμα ἐνεργῆσαι.</w:t>
      </w:r>
    </w:p>
    <w:p>
      <w:r>
        <w:rPr>
          <w:rFonts w:ascii="Courier New" w:hAnsi="Courier New"/>
          <w:color w:val="555555"/>
          <w:sz w:val="20"/>
        </w:rPr>
        <w:t>[28 . 18 . 152]</w:t>
      </w:r>
    </w:p>
    <w:p>
      <w:r>
        <w:rPr>
          <w:rFonts w:ascii="Gentium Plus" w:hAnsi="Gentium Plus"/>
          <w:sz w:val="24"/>
        </w:rPr>
        <w:t>Ὅρα γὰρ εἰ μὴ παροξῦναι βούλεται τοὺς ἀκροωμέ‐ νους εἴτε ὁ Καϊάφας εἴτε τὸ ἐνεργοῦν αὐτὸν προφητεύειν πρὸς τὸ ἀποκτεῖναι τὸν Ἰησοῦν διὰ τοῦ «Ὑμεῖς οὐκ οἴδατε οὐδὲ λογίζεσθε «ὅτι συμφέρει ἡμῖν ἵνα εἷς ἄνθρωπος ἀποθάνῃ ὑπὲρ τοῦ λαοῦ, καὶ</w:t>
      </w:r>
    </w:p>
    <w:p>
      <w:r>
        <w:rPr>
          <w:rFonts w:ascii="Courier New" w:hAnsi="Courier New"/>
          <w:color w:val="555555"/>
          <w:sz w:val="20"/>
        </w:rPr>
        <w:t>[28 . 18 . 153]</w:t>
      </w:r>
    </w:p>
    <w:p>
      <w:r>
        <w:rPr>
          <w:rFonts w:ascii="Gentium Plus" w:hAnsi="Gentium Plus"/>
          <w:sz w:val="24"/>
        </w:rPr>
        <w:t>«μὴ ὅλον τὸ ἔθνος ἀπόληται». ἆρά γε ὁ λέγων· «Συμφέρει ἡμῖν» ὅπερ μέρος ἦν τῆς προφητείας αὐτοῦ, ἀληθεύει ἢ ψεύδεται; εἰ μὲν γὰρ ἀληθεύει, σώζεται ὁ Καϊάφας καὶ οἱ ἐν τῷ συνεδρίῳ κατὰ τοῦ Ἰησοῦ ἀγωνιζόμενοι, ἀποθανόντος τοῦ Ἰησοῦ ὑπὲρ τοῦ λαοῦ, καὶ</w:t>
      </w:r>
    </w:p>
    <w:p>
      <w:r>
        <w:rPr>
          <w:rFonts w:ascii="Courier New" w:hAnsi="Courier New"/>
          <w:color w:val="555555"/>
          <w:sz w:val="20"/>
        </w:rPr>
        <w:t>[5]</w:t>
      </w:r>
    </w:p>
    <w:p>
      <w:r>
        <w:rPr>
          <w:rFonts w:ascii="Gentium Plus" w:hAnsi="Gentium Plus"/>
          <w:sz w:val="24"/>
        </w:rPr>
        <w:t>τυγχάνουσι τοῦ συμφέροντος· εἰ δὲ ἄτοπον φάσκειν τὸν Καϊάφαν καὶ τοὺς ἐν τῷ κατὰ τοῦ Ἰησοῦ συνεδρίῳ σώζεσθαι καὶ τοῦ συμφέ‐ ροντος τετευχέναι ἀποθανόντος τοῦ Ἰησοῦ, δῆλον ὅτι οὐχ ἅγιον πνεῦμα ἦν τὸ ταῦτα ἐνεργῆσαν λέγεσθαι· ἅγιον γὰρ πνεῦμα οὐ ψεύ‐</w:t>
      </w:r>
    </w:p>
    <w:p>
      <w:r>
        <w:rPr>
          <w:rFonts w:ascii="Courier New" w:hAnsi="Courier New"/>
          <w:color w:val="555555"/>
          <w:sz w:val="20"/>
        </w:rPr>
        <w:t>[28 . 18 . 154]</w:t>
      </w:r>
    </w:p>
    <w:p>
      <w:r>
        <w:rPr>
          <w:rFonts w:ascii="Gentium Plus" w:hAnsi="Gentium Plus"/>
          <w:sz w:val="24"/>
        </w:rPr>
        <w:t>δεται. ὁ δὲ βουλόμενος ἀληθεύειν καὶ ἐν τούτῳ τὸ ἐνεργοῦν τὸν Καϊάφαν, λέγω δὲ τῷ φάσκειν· «Συμφέρει ἡμῖν ἵνα εἷς ἄνθρωπος «ἀποθάνῃ ὑπὲρ τοῦ λαοῦ», βαθύτερον ἐξακούσεται τοῦ «Συμφέρει «ἡμῖν» διὰ τὸν περὶ τέλους λόγον, καὶ συγχρήσεται τῷ «Ὅπως χά‐</w:t>
      </w:r>
    </w:p>
    <w:p>
      <w:r>
        <w:rPr>
          <w:rFonts w:ascii="Courier New" w:hAnsi="Courier New"/>
          <w:color w:val="555555"/>
          <w:sz w:val="20"/>
        </w:rPr>
        <w:t>[5]</w:t>
      </w:r>
    </w:p>
    <w:p>
      <w:r>
        <w:rPr>
          <w:rFonts w:ascii="Gentium Plus" w:hAnsi="Gentium Plus"/>
          <w:sz w:val="24"/>
        </w:rPr>
        <w:t>«ριτι (ἢ χωρὶς) θεοῦ ὑπὲρ παντὸς γεύσηται θανάτου», καὶ ἐπιστήσει</w:t>
      </w:r>
    </w:p>
    <w:p>
      <w:r>
        <w:rPr>
          <w:rFonts w:ascii="Courier New" w:hAnsi="Courier New"/>
          <w:color w:val="555555"/>
          <w:sz w:val="20"/>
        </w:rPr>
        <w:t>[28 . 18 . 155]</w:t>
      </w:r>
    </w:p>
    <w:p>
      <w:r>
        <w:rPr>
          <w:rFonts w:ascii="Gentium Plus" w:hAnsi="Gentium Plus"/>
          <w:sz w:val="24"/>
        </w:rPr>
        <w:t>τῷ «Ὑπὲρ παντός» ἢ τῷ «Χωρὶς θεοῦ ὑπὲρ παντός». συγχρήσε‐ ται δὲ καὶ τῷ «Ὅς ἐστιν σωτὴρ πάντων ἀνθρώπων, μάλιστα «πιστῶν»· ὅτι δὲ οὗτός ἐστιν «ὁ ἀμνὸς τοῦ θεοῦ ὁ αἴρων τὴν «ἁμαρτίαν τοῦ κόσμου», ἰδίως ἀκούων τοῦ αἴρεσθαι τὴν ἁμαρτίαν</w:t>
      </w:r>
    </w:p>
    <w:p>
      <w:r>
        <w:rPr>
          <w:rFonts w:ascii="Courier New" w:hAnsi="Courier New"/>
          <w:color w:val="555555"/>
          <w:sz w:val="20"/>
        </w:rPr>
        <w:t>[28 . 18 . 156]</w:t>
      </w:r>
    </w:p>
    <w:p>
      <w:r>
        <w:rPr>
          <w:rFonts w:ascii="Gentium Plus" w:hAnsi="Gentium Plus"/>
          <w:sz w:val="24"/>
        </w:rPr>
        <w:t>τοῦ κόσμου, καὶ οὐχὶ μέρους αὐτοῦ. ὁ δὲ λέγων ἀληθὲς εἶναι τὸ «Συμφέρει ἡμῖν ἵνα εἷς ἄνθρωπος ἀποθάνῃ» φήσει καὶ ὅλα τὰ κατὰ τὸν τόπον προφητείαν εἶναι ἀληθῆ, ἀρχομένην ἀπὸ τοῦ «Ὑμεῖς οὐκ «οἴδατε οὐδέν»· οὐδὲν γὰρ ᾔδεισαν οἱ τὸν Ἰησοῦν μὴ γνωρίζοντες</w:t>
      </w:r>
    </w:p>
    <w:p>
      <w:r>
        <w:rPr>
          <w:rFonts w:ascii="Courier New" w:hAnsi="Courier New"/>
          <w:color w:val="555555"/>
          <w:sz w:val="20"/>
        </w:rPr>
        <w:t>[5]</w:t>
      </w:r>
    </w:p>
    <w:p>
      <w:r>
        <w:rPr>
          <w:rFonts w:ascii="Gentium Plus" w:hAnsi="Gentium Plus"/>
          <w:sz w:val="24"/>
        </w:rPr>
        <w:t>Φαρισαῖοι καὶ ἀρχιερεῖς, ὄντα ἀλήθειαν καὶ σοφίαν καὶ δικαιοσύνην</w:t>
      </w:r>
    </w:p>
    <w:p>
      <w:r>
        <w:rPr>
          <w:rFonts w:ascii="Courier New" w:hAnsi="Courier New"/>
          <w:color w:val="555555"/>
          <w:sz w:val="20"/>
        </w:rPr>
        <w:t>[28 . 18 . 157]</w:t>
      </w:r>
    </w:p>
    <w:p>
      <w:r>
        <w:rPr>
          <w:rFonts w:ascii="Gentium Plus" w:hAnsi="Gentium Plus"/>
          <w:sz w:val="24"/>
        </w:rPr>
        <w:t>καὶ εἰρήνην. «Αὐτὸς γάρ ἐστιν ἡ εἰρήνη ἡμῶν». ἀλλὰ καὶ οὐκ ἐλογίζοντο οὗτοι οἱ μηδὲν εἰδότες τίνα τρόπον συνέφερεν καὶ αὐ‐ τοῖς ἵνα ὁ εἷς οὗτος, καθ’ ὃ ἄνθρωπός ἐστιν, ἀποθάνῃ ὑπὲρ τοῦ</w:t>
      </w:r>
    </w:p>
    <w:p>
      <w:r>
        <w:rPr>
          <w:rFonts w:ascii="Courier New" w:hAnsi="Courier New"/>
          <w:color w:val="555555"/>
          <w:sz w:val="20"/>
        </w:rPr>
        <w:t>[28 . 18 . 158]</w:t>
      </w:r>
    </w:p>
    <w:p>
      <w:r>
        <w:rPr>
          <w:rFonts w:ascii="Gentium Plus" w:hAnsi="Gentium Plus"/>
          <w:sz w:val="24"/>
        </w:rPr>
        <w:t>λαοῦ· ἄνθρωπος γάρ ἐστιν ἀποθανὼν Ἰησοῦς. διὸ καὶ αὐτός φησι· «Νῦν δὲ ζητεῖτέ με ἀποκτεῖναι, ἄνθρωπον ὃς τὴν ἀλήθειαν λελά‐</w:t>
      </w:r>
    </w:p>
    <w:p>
      <w:r>
        <w:rPr>
          <w:rFonts w:ascii="Courier New" w:hAnsi="Courier New"/>
          <w:color w:val="555555"/>
          <w:sz w:val="20"/>
        </w:rPr>
        <w:t>[28 . 18 . 159]</w:t>
      </w:r>
    </w:p>
    <w:p>
      <w:r>
        <w:rPr>
          <w:rFonts w:ascii="Gentium Plus" w:hAnsi="Gentium Plus"/>
          <w:sz w:val="24"/>
        </w:rPr>
        <w:t>«ληκα». καὶ ἐπεὶ ἄνθρωπος μέν ἐστιν ὁ ἀποθανών, οὐκ ἦν δὲ ἄνθρωπος ἡ ἀλήθεια καὶ ἡ σοφία καὶ εἰρήνη καὶ δικαιοσύνη, καὶ περὶ οὗ γέγραπται· «Θεὸς ἦν ὁ λόγος»· οὐκ ἀπέθανεν ὁ θεὸς λόγος καὶ ἡ ἀλήθεια καὶ ἡ σοφία καὶ ἡ δικαιοσύνη· ἀνεπίδεκτος γὰρ ἡ</w:t>
      </w:r>
    </w:p>
    <w:p>
      <w:r>
        <w:rPr>
          <w:rFonts w:ascii="Courier New" w:hAnsi="Courier New"/>
          <w:color w:val="555555"/>
          <w:sz w:val="20"/>
        </w:rPr>
        <w:t>[5]</w:t>
      </w:r>
    </w:p>
    <w:p>
      <w:r>
        <w:rPr>
          <w:rFonts w:ascii="Gentium Plus" w:hAnsi="Gentium Plus"/>
          <w:sz w:val="24"/>
        </w:rPr>
        <w:t>εἰκὼν τοῦ θεοῦ τοῦ ἀοράτου, ὁ πρωτότοκος πάσης κτίσεως, θανά‐</w:t>
      </w:r>
    </w:p>
    <w:p>
      <w:r>
        <w:rPr>
          <w:rFonts w:ascii="Courier New" w:hAnsi="Courier New"/>
          <w:color w:val="555555"/>
          <w:sz w:val="20"/>
        </w:rPr>
        <w:t>[28 . 18 . 160]</w:t>
      </w:r>
    </w:p>
    <w:p>
      <w:r>
        <w:rPr>
          <w:rFonts w:ascii="Gentium Plus" w:hAnsi="Gentium Plus"/>
          <w:sz w:val="24"/>
        </w:rPr>
        <w:t>του. ὑπὲρ τοῦ λαοῦ δὲ ἀπέθανεν οὗτος ὁ ἄνθρωπος, τὸ πάντων ζῴων καθαρώτερον, ὅστις τὰς ἁμαρτίας ἡμῶν ἦρεν καὶ τὰς ἀσθε‐ νείας, ἅτε δυνάμενος πᾶσαν τὴν ὅλου τοῦ κόσμου ἁμαρτίαν εἰς ἑαυτὸν ἀναλαβὼν λῦσαι καὶ ἐξαναλῶσαι καὶ ἐξαφανίσαι, ἐπεὶ μὴ</w:t>
      </w:r>
    </w:p>
    <w:p>
      <w:r>
        <w:rPr>
          <w:rFonts w:ascii="Courier New" w:hAnsi="Courier New"/>
          <w:color w:val="555555"/>
          <w:sz w:val="20"/>
        </w:rPr>
        <w:t>[5]</w:t>
      </w:r>
    </w:p>
    <w:p>
      <w:r>
        <w:rPr>
          <w:rFonts w:ascii="Gentium Plus" w:hAnsi="Gentium Plus"/>
          <w:sz w:val="24"/>
        </w:rPr>
        <w:t>ἁμαρτίαν ἐποίησεν οὐδὲ εὑρέθη δόλος ἐν τῷ στόματι αὐτοῦ, οὐδὲ</w:t>
      </w:r>
    </w:p>
    <w:p>
      <w:r>
        <w:rPr>
          <w:rFonts w:ascii="Courier New" w:hAnsi="Courier New"/>
          <w:color w:val="555555"/>
          <w:sz w:val="20"/>
        </w:rPr>
        <w:t>[28 . 18 . 161]</w:t>
      </w:r>
    </w:p>
    <w:p>
      <w:r>
        <w:rPr>
          <w:rFonts w:ascii="Gentium Plus" w:hAnsi="Gentium Plus"/>
          <w:sz w:val="24"/>
        </w:rPr>
        <w:t>ἔγνω ἁμαρτίαν. κατὰ τοῦτο δ’ οἶμαι καὶ τὸν Παῦλον εἰρηκέναι οὕτως· «Τὸν μὴ γνόντα ἁμαρτίαν ὑπὲρ ἡμῶν ἁμαρτίαν ἐποίησεν, «ἵνα ἡμεῖς γενώμεθα δικαιοσύνη θεοῦ ἐν αὐτῷ»· ἁμαρτίαν γὰρ αὐ‐ τὸν ἐποίησεν, μὴ γνόντα ἁμαρτίαν, τῷ μηδὲν αὐτὸν ἡμαρτηκότα τὰς</w:t>
      </w:r>
    </w:p>
    <w:p>
      <w:r>
        <w:rPr>
          <w:rFonts w:ascii="Courier New" w:hAnsi="Courier New"/>
          <w:color w:val="555555"/>
          <w:sz w:val="20"/>
        </w:rPr>
        <w:t>[5]</w:t>
      </w:r>
    </w:p>
    <w:p>
      <w:r>
        <w:rPr>
          <w:rFonts w:ascii="Gentium Plus" w:hAnsi="Gentium Plus"/>
          <w:sz w:val="24"/>
        </w:rPr>
        <w:t>πάντων ἁμαρτίας ἀνειληφέναι, καὶ εἰ δεῖ τολμήσαντα εἰπεῖν, πολλῷ μᾶλλον τῶν ἀποστόλων αὐτοῦ περικάθαρμα αὐτὸν τοῦ κόσμου γε‐ γονέναι καὶ πάντων περίψημα, τῶν εἰπόντων· «Ὡς περικαθάρματα «τοῦ κόσμου ἐγενήθημεν, πάντων περίψημα ἕως ἄρτι».</w:t>
      </w:r>
    </w:p>
    <w:p>
      <w:r>
        <w:rPr>
          <w:rFonts w:ascii="Courier New" w:hAnsi="Courier New"/>
          <w:color w:val="555555"/>
          <w:sz w:val="20"/>
        </w:rPr>
        <w:t>[28 . 19 . 162]</w:t>
      </w:r>
    </w:p>
    <w:p>
      <w:r>
        <w:rPr>
          <w:rFonts w:ascii="Gentium Plus" w:hAnsi="Gentium Plus"/>
          <w:sz w:val="24"/>
        </w:rPr>
        <w:t>Περὶ δὲ τοῦ πολλάκις ἐπικρατούντων τινῶν χαλεπῶν ἐν τῷ τῶν ἀνθρώπων γένει, οἷον λοιμῶν ἢ ἐπιβλαβῶν νηνεμιῶν ἢ λιμῶν, λύεσθαι τὰ τοιαῦτα, οἱονεὶ καταργουμένου τοῦ ἐνεργοῦντος αὐτὰ πονηροῦ πνεύματος, διὰ τὸ ἑαυτόν τινα ὑπὲρ τοῦ κοινοῦ δι‐</w:t>
      </w:r>
    </w:p>
    <w:p>
      <w:r>
        <w:rPr>
          <w:rFonts w:ascii="Courier New" w:hAnsi="Courier New"/>
          <w:color w:val="555555"/>
          <w:sz w:val="20"/>
        </w:rPr>
        <w:t>[5]</w:t>
      </w:r>
    </w:p>
    <w:p>
      <w:r>
        <w:rPr>
          <w:rFonts w:ascii="Gentium Plus" w:hAnsi="Gentium Plus"/>
          <w:sz w:val="24"/>
        </w:rPr>
        <w:t>δόναι, πολλαὶ φέρονται Ἑλλήνων καὶ βαρβάρων ἱστορίαι, τὴν περὶ τοῦ τοιούτου ἔννοιαν οὐκ ἀποπτυόντων οὐδὲ ἀποδοκιμαζόντων. πότερον μὲν οὖν ἀληθῆ ἐστιν τὰ τοιαῦτα, ἢ μή, οὐ τοῦ παρόντος</w:t>
      </w:r>
    </w:p>
    <w:p>
      <w:r>
        <w:rPr>
          <w:rFonts w:ascii="Courier New" w:hAnsi="Courier New"/>
          <w:color w:val="555555"/>
          <w:sz w:val="20"/>
        </w:rPr>
        <w:t>[28 . 19 . 163]</w:t>
      </w:r>
    </w:p>
    <w:p>
      <w:r>
        <w:rPr>
          <w:rFonts w:ascii="Gentium Plus" w:hAnsi="Gentium Plus"/>
          <w:sz w:val="24"/>
        </w:rPr>
        <w:t>ἐστὶν καιροῦ μετ’ ἐξετάσεως διαλαβεῖν. πλὴν ὁ δυνάμενος ὑπὲρ ὅλου 〈τοῦ〉 κόσμου, ἵνα πᾶς ὁ κόσμος καθαρθῇ, ἀναδέξασθαι ἐπὶ καθαρσίῳ αὐ‐ τοῦ ἀπολομένου ἂν εἰ μὴ ἀνεδέξατο τὸ ὑπὲρ αὐτοῦ ἀποθανεῖν, οὔτε ἱστόρηται πώποτε οὔτε ἱστορηθῆναι δύναται, μόνου Ἰησοῦ τὸ πάν‐</w:t>
      </w:r>
    </w:p>
    <w:p>
      <w:r>
        <w:rPr>
          <w:rFonts w:ascii="Courier New" w:hAnsi="Courier New"/>
          <w:color w:val="555555"/>
          <w:sz w:val="20"/>
        </w:rPr>
        <w:t>[5]</w:t>
      </w:r>
    </w:p>
    <w:p>
      <w:r>
        <w:rPr>
          <w:rFonts w:ascii="Gentium Plus" w:hAnsi="Gentium Plus"/>
          <w:sz w:val="24"/>
        </w:rPr>
        <w:t>των τῆς ἁμαρτίας φορτίον ἐν τῷ ὑπὲρ τῶν ὅλων χωρὶς θεοῦ σταυρῷ ἀναλαβεῖν εἰς ἑαυτόν, καὶ βαστάσαι τῇ μεγάλῃ αὐτοῦ ἰσχύϊ</w:t>
      </w:r>
    </w:p>
    <w:p>
      <w:r>
        <w:rPr>
          <w:rFonts w:ascii="Courier New" w:hAnsi="Courier New"/>
          <w:color w:val="555555"/>
          <w:sz w:val="20"/>
        </w:rPr>
        <w:t>[28 . 19 . 164]</w:t>
      </w:r>
    </w:p>
    <w:p>
      <w:r>
        <w:rPr>
          <w:rFonts w:ascii="Gentium Plus" w:hAnsi="Gentium Plus"/>
          <w:sz w:val="24"/>
        </w:rPr>
        <w:t>δεδυνημένου. καὶ γὰρ οὗτος μόνος ἐπιστήμων ἦν τοῦ φέρειν μαλα‐ κίαν, ὥς φησιν ὁ προφήτης Ἡσαΐας λέγων· «Ἄνθρωπος ἐν πληγῇ</w:t>
      </w:r>
    </w:p>
    <w:p>
      <w:r>
        <w:rPr>
          <w:rFonts w:ascii="Courier New" w:hAnsi="Courier New"/>
          <w:color w:val="555555"/>
          <w:sz w:val="20"/>
        </w:rPr>
        <w:t>[28 . 19 . 165]</w:t>
      </w:r>
    </w:p>
    <w:p>
      <w:r>
        <w:rPr>
          <w:rFonts w:ascii="Gentium Plus" w:hAnsi="Gentium Plus"/>
          <w:sz w:val="24"/>
        </w:rPr>
        <w:t>«ὢν καὶ εἰδὼς φέρειν μαλακίαν». καὶ οὗτός γε τὰς ἁμαρτίας ἡμῶν ἔλαβεν καὶ μεμαλάκισται διὰ τὰς ἀνομίας ἡμῶν, καὶ ἡ ὀφειλομένη</w:t>
      </w:r>
    </w:p>
    <w:p>
      <w:r>
        <w:rPr>
          <w:rFonts w:ascii="Courier New" w:hAnsi="Courier New"/>
          <w:color w:val="555555"/>
          <w:sz w:val="20"/>
        </w:rPr>
        <w:t>[28 . 19 . 166]</w:t>
      </w:r>
    </w:p>
    <w:p>
      <w:r>
        <w:rPr>
          <w:rFonts w:ascii="Gentium Plus" w:hAnsi="Gentium Plus"/>
          <w:sz w:val="24"/>
        </w:rPr>
        <w:t>γεγένηται. οὕτω γὰρ ἀκούω τοῦ[τω]· «Παιδεία εἰρήνης ἡμῶν ἐπ’ «αὐτόν». τάχα δὲ καὶ ἐπεὶ «τῷ μώλωπι αὐτοῦ ἡμεῖς ἰάθημεν», εἴ‐ ποιμεν ἂν οἱ ἰαθέντες ἐκ τοῦ σταυροῦ ἐλθόντος αὐτῷ τοῦ μώλωπος τὸ «Ἐμοὶ δὲ μὴ γένοιτο καυχᾶσθαι εἰ μὴ ἐν τῷ σταυρῷ τοῦ κυρίου</w:t>
      </w:r>
    </w:p>
    <w:p>
      <w:r>
        <w:rPr>
          <w:rFonts w:ascii="Courier New" w:hAnsi="Courier New"/>
          <w:color w:val="555555"/>
          <w:sz w:val="20"/>
        </w:rPr>
        <w:t>[5]</w:t>
      </w:r>
    </w:p>
    <w:p>
      <w:r>
        <w:rPr>
          <w:rFonts w:ascii="Gentium Plus" w:hAnsi="Gentium Plus"/>
          <w:sz w:val="24"/>
        </w:rPr>
        <w:t>«Ἰησοῦ Χριστοῦ, δι’ οὗ ἐμοὶ κόσμος ἐσταύρωται κἀγὼ κόσμῳ». τοῦ‐ τον τὸν Ἰησοῦν παρέδωκεν ὁ πατὴρ ταῖς ἁμαρτίαις ἡμῶν, καὶ δι’ αὐτὰς «ὡς πρόβατον ἐπὶ σφαγὴν ἤχθη καὶ ὡς ἀμνὸς ἐνώπιον τοῦ</w:t>
      </w:r>
    </w:p>
    <w:p>
      <w:r>
        <w:rPr>
          <w:rFonts w:ascii="Courier New" w:hAnsi="Courier New"/>
          <w:color w:val="555555"/>
          <w:sz w:val="20"/>
        </w:rPr>
        <w:t>[28 . 19 . 167]</w:t>
      </w:r>
    </w:p>
    <w:p>
      <w:r>
        <w:rPr>
          <w:rFonts w:ascii="Gentium Plus" w:hAnsi="Gentium Plus"/>
          <w:sz w:val="24"/>
        </w:rPr>
        <w:t>«κείραντος ἄφωνος». τούτου ἐν τῇ ταπεινώσει, ἣν «ἐταπείνωσεν «ἑαυτὸν γενόμενος ὑπήκοος μέχρι θανάτου, θανάτου δὲ σταυροῦ», ἡ κρίσις ἤρθη· οὕτω γὰρ ἀκούω τοῦ· «Ἐν τῇ ταπεινώσει ἡ κρίσις αὐ‐ «τοῦ ἤρθη»· ὡς εἶναι τὰ ἑξῆς Ἐν τῇ ταπεινώσει αὐτοῦ ἡ κρίσις</w:t>
      </w:r>
    </w:p>
    <w:p>
      <w:r>
        <w:rPr>
          <w:rFonts w:ascii="Courier New" w:hAnsi="Courier New"/>
          <w:color w:val="555555"/>
          <w:sz w:val="20"/>
        </w:rPr>
        <w:t>[5]</w:t>
      </w:r>
    </w:p>
    <w:p>
      <w:r>
        <w:rPr>
          <w:rFonts w:ascii="Gentium Plus" w:hAnsi="Gentium Plus"/>
          <w:sz w:val="24"/>
        </w:rPr>
        <w:t>ἤρθη. οὗτος δὲ ἀπὸ τῶν ἀνομιῶν τοῦ λαοῦ τοῦ θεοῦ ἤχθη εἰς</w:t>
      </w:r>
    </w:p>
    <w:p>
      <w:r>
        <w:rPr>
          <w:rFonts w:ascii="Courier New" w:hAnsi="Courier New"/>
          <w:color w:val="555555"/>
          <w:sz w:val="20"/>
        </w:rPr>
        <w:t>[28 . 19 . 168]</w:t>
      </w:r>
    </w:p>
    <w:p>
      <w:r>
        <w:rPr>
          <w:rFonts w:ascii="Gentium Plus" w:hAnsi="Gentium Plus"/>
          <w:sz w:val="24"/>
        </w:rPr>
        <w:t>θάνατον. οὐκοῦν ἀπέθανεν ὁ ἄνθρωπος οὗτος ὑπὲρ τοῦ λαοῦ, καὶ</w:t>
      </w:r>
    </w:p>
    <w:p>
      <w:r>
        <w:rPr>
          <w:rFonts w:ascii="Courier New" w:hAnsi="Courier New"/>
          <w:color w:val="555555"/>
          <w:sz w:val="20"/>
        </w:rPr>
        <w:t>[28 . 19 . 169]</w:t>
      </w:r>
    </w:p>
    <w:p>
      <w:r>
        <w:rPr>
          <w:rFonts w:ascii="Gentium Plus" w:hAnsi="Gentium Plus"/>
          <w:sz w:val="24"/>
        </w:rPr>
        <w:t>διὰ τοῦτον οὐχὶ ὅλον τὸ ἔθνος ἀπώλετο. καὶ ἐπίστησον εἰ δύνασαι τὸ μὲν ὄνομα τοῦ ‹λαοῦ› λαβεῖν εἰς τοὺς ἐκ περιτομῆς, τὸ δὲ τοῦ</w:t>
      </w:r>
    </w:p>
    <w:p>
      <w:r>
        <w:rPr>
          <w:rFonts w:ascii="Courier New" w:hAnsi="Courier New"/>
          <w:color w:val="555555"/>
          <w:sz w:val="20"/>
        </w:rPr>
        <w:t>[28 . 19 . 170]</w:t>
      </w:r>
    </w:p>
    <w:p>
      <w:r>
        <w:rPr>
          <w:rFonts w:ascii="Gentium Plus" w:hAnsi="Gentium Plus"/>
          <w:sz w:val="24"/>
        </w:rPr>
        <w:t>‹ἔθνουσ› εἰς τοὺς λοιπούς. ἀπέθανεν γὰρ οὗτος ὁ ἄνθρωπος οὐ μόνον ὑπὲρ τοῦ λαοῦ, ἀλλ’ ἵνα καὶ μὴ ὅλον τὸ ἔθνος ἀπόληται, ὡς εἰ ἔλεγεν τὸ χρηματίζον ἔθνος καὶ πάντες οἱ ἐθνικοὶ ἀπόλωνται.</w:t>
      </w:r>
    </w:p>
    <w:p>
      <w:r>
        <w:rPr>
          <w:rFonts w:ascii="Courier New" w:hAnsi="Courier New"/>
          <w:color w:val="555555"/>
          <w:sz w:val="20"/>
        </w:rPr>
        <w:t>[28 . 20 . 171]</w:t>
      </w:r>
    </w:p>
    <w:p>
      <w:r>
        <w:rPr>
          <w:rFonts w:ascii="Gentium Plus" w:hAnsi="Gentium Plus"/>
          <w:sz w:val="24"/>
        </w:rPr>
        <w:t>Ἑξῆς τούτῳ ἐστὶν τὸ «Τοῦτο ἀφ’ ἑαυτοῦ οὐκ εἶπεν». ἐφ’ οὗ μανθάνειν οἶμαι ἡμᾶς ὅτι τινὰ μὲν οἱ ἄνθρωποι ἀφ’ ἑαυτῶν λέγομεν, μηδεμιᾶς ἡμᾶς ἐνεργούσης εἰς τὸ λέγειν δυνάμεως, ἕτερα δὲ ὡσπερεὶ ὑπηχούσης καὶ ὑποβαλλούσης δυνάμεώς τινος ἡμῖν τὰ λεγό‐</w:t>
      </w:r>
    </w:p>
    <w:p>
      <w:r>
        <w:rPr>
          <w:rFonts w:ascii="Courier New" w:hAnsi="Courier New"/>
          <w:color w:val="555555"/>
          <w:sz w:val="20"/>
        </w:rPr>
        <w:t>[5]</w:t>
      </w:r>
    </w:p>
    <w:p>
      <w:r>
        <w:rPr>
          <w:rFonts w:ascii="Gentium Plus" w:hAnsi="Gentium Plus"/>
          <w:sz w:val="24"/>
        </w:rPr>
        <w:t>μενα, κἂν μὴ τέλεον ἐξιστώμεθα καὶ ἀπαρακολουθήτως ἔχωμεν ἑαυ‐</w:t>
      </w:r>
    </w:p>
    <w:p>
      <w:r>
        <w:rPr>
          <w:rFonts w:ascii="Courier New" w:hAnsi="Courier New"/>
          <w:color w:val="555555"/>
          <w:sz w:val="20"/>
        </w:rPr>
        <w:t>[28 . 20 . 172]</w:t>
      </w:r>
    </w:p>
    <w:p>
      <w:r>
        <w:rPr>
          <w:rFonts w:ascii="Gentium Plus" w:hAnsi="Gentium Plus"/>
          <w:sz w:val="24"/>
        </w:rPr>
        <w:t>τοῖς, ἀλλὰ δοκῶμεν παρακολουθεῖν οἷς λέγομεν. ἐνδέχεται δὲ παρα‐ κολουθοῦντας ἡμᾶς ἑαυτοῖς ᾗ λέγομεν, μὴ παρακολουθεῖν τῷ βου‐ λήματι τῶν λεγομένων· ὥσπερ νῦν Καϊάφας ὁ ἀρχιερεὺς καὶ ἀφ’ ἑαυτοῦ οὐκ εἶπεν καὶ οὗ εἶπεν τὸν νοῦν ὡς προφητείας λεγομένης οὐκ</w:t>
      </w:r>
    </w:p>
    <w:p>
      <w:r>
        <w:rPr>
          <w:rFonts w:ascii="Courier New" w:hAnsi="Courier New"/>
          <w:color w:val="555555"/>
          <w:sz w:val="20"/>
        </w:rPr>
        <w:t>[28 . 20 . 173]</w:t>
      </w:r>
    </w:p>
    <w:p>
      <w:r>
        <w:rPr>
          <w:rFonts w:ascii="Gentium Plus" w:hAnsi="Gentium Plus"/>
          <w:sz w:val="24"/>
        </w:rPr>
        <w:t>ἐδέχετο. καὶ παρὰ Παύλῳ δὲ νομοδιδάσκαλοί τινές εἰσιν «μὴ νοοῦν‐</w:t>
      </w:r>
    </w:p>
    <w:p>
      <w:r>
        <w:rPr>
          <w:rFonts w:ascii="Courier New" w:hAnsi="Courier New"/>
          <w:color w:val="555555"/>
          <w:sz w:val="20"/>
        </w:rPr>
        <w:t>[28 . 20 . 174]</w:t>
      </w:r>
    </w:p>
    <w:p>
      <w:r>
        <w:rPr>
          <w:rFonts w:ascii="Gentium Plus" w:hAnsi="Gentium Plus"/>
          <w:sz w:val="24"/>
        </w:rPr>
        <w:t>«τες μήτε ἃ λέγουσιν μήτε περὶ τίνων διαβεβαιοῦνται». ἀλλ’ οὐχ ὁ σοφὸς τοιοῦτος, περὶ οὗ φησὶν ἐν Παροιμίαις ὁ Σολομῶν· «Σοφὸς «νοήσει τὰ ἀπὸ ἰδίου στόματος, ἐπὶ δὲ χείλεσιν φορέσει ἐπιγνωμοσύ‐</w:t>
      </w:r>
    </w:p>
    <w:p>
      <w:r>
        <w:rPr>
          <w:rFonts w:ascii="Courier New" w:hAnsi="Courier New"/>
          <w:color w:val="555555"/>
          <w:sz w:val="20"/>
        </w:rPr>
        <w:t>[28 . 20 . 175]</w:t>
      </w:r>
    </w:p>
    <w:p>
      <w:r>
        <w:rPr>
          <w:rFonts w:ascii="Gentium Plus" w:hAnsi="Gentium Plus"/>
          <w:sz w:val="24"/>
        </w:rPr>
        <w:t>«νην». δοκεῖ δέ μοι ὅτι καὶ περίστασις αἰτία ποτὲ γίνεται τοῦ προ‐</w:t>
      </w:r>
    </w:p>
    <w:p>
      <w:r>
        <w:rPr>
          <w:rFonts w:ascii="Courier New" w:hAnsi="Courier New"/>
          <w:color w:val="555555"/>
          <w:sz w:val="20"/>
        </w:rPr>
        <w:t>[5]</w:t>
      </w:r>
    </w:p>
    <w:p>
      <w:r>
        <w:rPr>
          <w:rFonts w:ascii="Gentium Plus" w:hAnsi="Gentium Plus"/>
          <w:sz w:val="24"/>
        </w:rPr>
        <w:t>χιερέων, ὡς δῆλον ἐξ ὧν προπαρεθέμεθα, οὐδεὶς προφητεύει ἢ ὁ</w:t>
      </w:r>
    </w:p>
    <w:p>
      <w:r>
        <w:rPr>
          <w:rFonts w:ascii="Courier New" w:hAnsi="Courier New"/>
          <w:color w:val="555555"/>
          <w:sz w:val="20"/>
        </w:rPr>
        <w:t>[28 . 20 . 176]</w:t>
      </w:r>
    </w:p>
    <w:p>
      <w:r>
        <w:rPr>
          <w:rFonts w:ascii="Gentium Plus" w:hAnsi="Gentium Plus"/>
          <w:sz w:val="24"/>
        </w:rPr>
        <w:t>τοῦ ἐνιαυτοῦ ᾧ ἔμελλεν πάσχειν ὁ Ἰησοῦς ἀρχιερεύς. περίστασις δὲ προφητεύειν πεποίηκεν καὶ τοὺς Σαοὺλ ἀγγέλους, πεμφθέντας ἐπὶ τὸν Δαβίδ, καὶ αὐτὸν τὸν Σαούλ· οἱονεὶ γὰρ τὸ ζητεῖν αὐτοὺς τὸν Δαβὶδ αἴτιον γέγονεν προφητείας, ἀλλὰ τοιαύτης, ὁποία ἀναγέγρα‐</w:t>
      </w:r>
    </w:p>
    <w:p>
      <w:r>
        <w:rPr>
          <w:rFonts w:ascii="Courier New" w:hAnsi="Courier New"/>
          <w:color w:val="555555"/>
          <w:sz w:val="20"/>
        </w:rPr>
        <w:t>[28 . 20 . 177]</w:t>
      </w:r>
    </w:p>
    <w:p>
      <w:r>
        <w:rPr>
          <w:rFonts w:ascii="Gentium Plus" w:hAnsi="Gentium Plus"/>
          <w:sz w:val="24"/>
        </w:rPr>
        <w:t>πται. ἀλλὰ καὶ Βαλαὰμ οὐκ ἂν ἀναλαβὼν τὴν παραβολὴν αὐτοῦ εἶπεν τὸ «Ἐκ Μεσοποταμίας μετεπέμψατό με» καὶ τὰ ἑξῆς· μὴ ἰδὼν τὸν Ἰσραὴλ ἐστρατοπεδευκότα· καὶ ἀεὶ ἄλλο μέρος στρατοπέδου βλέ‐ πων ἀπὸ τῆς καινότητος τοῦ βλεπομένου ἐκινεῖτο πρὸς τὸ λέγειν</w:t>
      </w:r>
    </w:p>
    <w:p>
      <w:r>
        <w:rPr>
          <w:rFonts w:ascii="Courier New" w:hAnsi="Courier New"/>
          <w:color w:val="555555"/>
          <w:sz w:val="20"/>
        </w:rPr>
        <w:t>[5]</w:t>
      </w:r>
    </w:p>
    <w:p>
      <w:r>
        <w:rPr>
          <w:rFonts w:ascii="Gentium Plus" w:hAnsi="Gentium Plus"/>
          <w:sz w:val="24"/>
        </w:rPr>
        <w:t>περὶ τοῦ Ἰσραήλ.</w:t>
      </w:r>
    </w:p>
    <w:p>
      <w:r>
        <w:rPr>
          <w:rFonts w:ascii="Courier New" w:hAnsi="Courier New"/>
          <w:color w:val="555555"/>
          <w:sz w:val="20"/>
        </w:rPr>
        <w:t>[28 . 21 . 178]</w:t>
      </w:r>
    </w:p>
    <w:p>
      <w:r>
        <w:rPr>
          <w:rFonts w:ascii="Gentium Plus" w:hAnsi="Gentium Plus"/>
          <w:sz w:val="24"/>
        </w:rPr>
        <w:t>Ἔμελλε τοίνυν Ἰησοῦς ἀποθνήσκειν ὑπὲρ τοῦ ἔθνους, ὅπερ ἕτερον ἦν τῶν διεσκορπισμένων τέκνων θεοῦ, ὡς δῆλον ἐκ τοῦ «Ἰησοῦς ἔμελλεν ἀποθνήσκειν, οὐχ ὑπὲρ τοῦ ἔθνους μόνον, ἀλλ’ «ἵνα καὶ τὰ τέκνα τοῦ θεοῦ τὰ διεσκορπισμένα συναγάγῃ εἰς ἕν».</w:t>
      </w:r>
    </w:p>
    <w:p>
      <w:r>
        <w:rPr>
          <w:rFonts w:ascii="Courier New" w:hAnsi="Courier New"/>
          <w:color w:val="555555"/>
          <w:sz w:val="20"/>
        </w:rPr>
        <w:t>[28 . 21 . 179]</w:t>
      </w:r>
    </w:p>
    <w:p>
      <w:r>
        <w:rPr>
          <w:rFonts w:ascii="Gentium Plus" w:hAnsi="Gentium Plus"/>
          <w:sz w:val="24"/>
        </w:rPr>
        <w:t>τίνα δὲ τὰ παρὰ τὸ ἔθνος διεσκορπισμένα τέκνα θεοῦ νῦν καιρὸς ἤδη ζητεῖν. περὶ τούτων δὴ οἱ μὲν τὰς φύσεις εἰσάγοντες τοὺς κατ’ αὐτοὺς πνευματικοὺς φήσουσιν εἶναι τὰ τέκνα τοῦ θεοῦ, πνευ‐ ματικῶς οὐκ ἀνακρίναντες πάντα· τοῦτο γὰρ ἀκολουθεῖ λέγειν τοῖς</w:t>
      </w:r>
    </w:p>
    <w:p>
      <w:r>
        <w:rPr>
          <w:rFonts w:ascii="Courier New" w:hAnsi="Courier New"/>
          <w:color w:val="555555"/>
          <w:sz w:val="20"/>
        </w:rPr>
        <w:t>[5]</w:t>
      </w:r>
    </w:p>
    <w:p>
      <w:r>
        <w:rPr>
          <w:rFonts w:ascii="Gentium Plus" w:hAnsi="Gentium Plus"/>
          <w:sz w:val="24"/>
        </w:rPr>
        <w:t>φύσεις εἶναι οἰομένοις, καὶ παρὰ τὸ τοῦ ἀποστόλου βούλημα ἐννοεῖν τοὺς πνευματικούς, διδάσκοντος ὅτι «Ὁ πνευματικὸς ἀνακρίνει</w:t>
      </w:r>
    </w:p>
    <w:p>
      <w:r>
        <w:rPr>
          <w:rFonts w:ascii="Courier New" w:hAnsi="Courier New"/>
          <w:color w:val="555555"/>
          <w:sz w:val="20"/>
        </w:rPr>
        <w:t>[28 . 21 . 180]</w:t>
      </w:r>
    </w:p>
    <w:p>
      <w:r>
        <w:rPr>
          <w:rFonts w:ascii="Gentium Plus" w:hAnsi="Gentium Plus"/>
          <w:sz w:val="24"/>
        </w:rPr>
        <w:t>«πάντα, καὶ ὑπ’ οὐδενὸς ἀνακρίνεται». τούτῳ δὲ ἀκολουθεῖ τὸν μὴ ἀνακρίνοντα πάντα μὴ εἶναι πνευματικόν, ἢ μηδέπω εἶναι πνευματι‐</w:t>
      </w:r>
    </w:p>
    <w:p>
      <w:r>
        <w:rPr>
          <w:rFonts w:ascii="Courier New" w:hAnsi="Courier New"/>
          <w:color w:val="555555"/>
          <w:sz w:val="20"/>
        </w:rPr>
        <w:t>[28 . 21 . 181]</w:t>
      </w:r>
    </w:p>
    <w:p>
      <w:r>
        <w:rPr>
          <w:rFonts w:ascii="Gentium Plus" w:hAnsi="Gentium Plus"/>
          <w:sz w:val="24"/>
        </w:rPr>
        <w:t>κόν. ἀλλὰ καὶ εἴ τις ὑπό τινος ἀνακρίνεται, ἐπεὶ ὁ πνευματικὸς ὑπ’ οὐδενὸς ἀνακρίνεται, οὐκ ἔστιν πνευματικός, ἢ οὐκ ἔστιν πω πνευ‐</w:t>
      </w:r>
    </w:p>
    <w:p>
      <w:r>
        <w:rPr>
          <w:rFonts w:ascii="Courier New" w:hAnsi="Courier New"/>
          <w:color w:val="555555"/>
          <w:sz w:val="20"/>
        </w:rPr>
        <w:t>[28 . 21 . 182]</w:t>
      </w:r>
    </w:p>
    <w:p>
      <w:r>
        <w:rPr>
          <w:rFonts w:ascii="Gentium Plus" w:hAnsi="Gentium Plus"/>
          <w:sz w:val="24"/>
        </w:rPr>
        <w:t>ματικός. μήποτ’ οὖν βέλτιον λέγειν ὅτι γίνεταί τις πνευματικός,</w:t>
      </w:r>
    </w:p>
    <w:p>
      <w:r>
        <w:rPr>
          <w:rFonts w:ascii="Courier New" w:hAnsi="Courier New"/>
          <w:color w:val="555555"/>
          <w:sz w:val="20"/>
        </w:rPr>
        <w:t>[28 . 21 . 183]</w:t>
      </w:r>
    </w:p>
    <w:p>
      <w:r>
        <w:rPr>
          <w:rFonts w:ascii="Gentium Plus" w:hAnsi="Gentium Plus"/>
          <w:sz w:val="24"/>
        </w:rPr>
        <w:t>οὐ πρότερον ὤν, ὅστις ἤδη καὶ κυρίως ἐστὶν υἱὸς θεοῦ. τίνα οὖν ἐστιν τὰ λεγόμενα νῦν τέκνα θεοῦ, εἰ μή εἰσιν οἱ κατὰ τοὺς εἰσά‐ γοντας τὰς φύσεις ‹πνευματικοί›, ὥρα σκοπεῖν· καὶ ὅρα εἰ τέκνα θεοῦ διεσκορπισμένα ἕτερα παρὰ τὸ ἔθνος δύνασαι νοεῖν τοὺς ἤδη,</w:t>
      </w:r>
    </w:p>
    <w:p>
      <w:r>
        <w:rPr>
          <w:rFonts w:ascii="Courier New" w:hAnsi="Courier New"/>
          <w:color w:val="555555"/>
          <w:sz w:val="20"/>
        </w:rPr>
        <w:t>[5]</w:t>
      </w:r>
    </w:p>
    <w:p>
      <w:r>
        <w:rPr>
          <w:rFonts w:ascii="Gentium Plus" w:hAnsi="Gentium Plus"/>
          <w:sz w:val="24"/>
        </w:rPr>
        <w:t>ὅτε ταῦτα ἐλέγετο, δικαίους ἐν θεῷ, εἴτε προκεκοιμημένους πατριάρ‐ χας ἢ προφήτας ἤ τινας ἄλλους ἐκλεκτοὺς τοῦ θεοῦ, εἴτε καὶ τοὺς ἤδη τότε ἰσχύοντας· ὡς γὰρ ὑπαρχόντων τῶν ἰσχυόντων καὶ μηδὲ</w:t>
      </w:r>
    </w:p>
    <w:p>
      <w:r>
        <w:rPr>
          <w:rFonts w:ascii="Courier New" w:hAnsi="Courier New"/>
          <w:color w:val="555555"/>
          <w:sz w:val="20"/>
        </w:rPr>
        <w:t>[28 . 21 . 184]</w:t>
      </w:r>
    </w:p>
    <w:p>
      <w:r>
        <w:rPr>
          <w:rFonts w:ascii="Gentium Plus" w:hAnsi="Gentium Plus"/>
          <w:sz w:val="24"/>
        </w:rPr>
        <w:t>«λέσαι δικαίους ἀλλὰ ἁμαρτωλοὺς εἰς μετάνοιαν». ἔμελλεν οὖν Ἰη‐ σοῦς ἀποθνήσκειν ὑπὲρ μὲν τοῦ ἔθνους ἵνα μὴ ἀπόληται, ὑπὲρ δὲ τῶν τέκνων τοῦ θεοῦ ὄντων ἐν διασκορπισμῷ, ἵνα συναχθῶσιν εἰς ἓ〈ν καὶ ἐν αὐ〉τῷ γενήσωνται μία ποίμνη, εἷς ποιμήν· ὅτε οἶμαι</w:t>
      </w:r>
    </w:p>
    <w:p>
      <w:r>
        <w:rPr>
          <w:rFonts w:ascii="Courier New" w:hAnsi="Courier New"/>
          <w:color w:val="555555"/>
          <w:sz w:val="20"/>
        </w:rPr>
        <w:t>[5]</w:t>
      </w:r>
    </w:p>
    <w:p>
      <w:r>
        <w:rPr>
          <w:rFonts w:ascii="Gentium Plus" w:hAnsi="Gentium Plus"/>
          <w:sz w:val="24"/>
        </w:rPr>
        <w:t>πληροῦσθαι τὴν τοῦ σωτῆρος εὐχὴν λέγοντος· «Ὡς ἐγὼ καὶ σὺ</w:t>
      </w:r>
    </w:p>
    <w:p>
      <w:r>
        <w:rPr>
          <w:rFonts w:ascii="Courier New" w:hAnsi="Courier New"/>
          <w:color w:val="555555"/>
          <w:sz w:val="20"/>
        </w:rPr>
        <w:t>[28 . 21 . 185]</w:t>
      </w:r>
    </w:p>
    <w:p>
      <w:r>
        <w:rPr>
          <w:rFonts w:ascii="Gentium Plus" w:hAnsi="Gentium Plus"/>
          <w:sz w:val="24"/>
        </w:rPr>
        <w:t>«ἕν ἐσμεν, ἵνα καὶ αὐτοὶ ἐν ἡμῖν ἓν ὦσιν». εἰ δέ τι καὶ βαθύτερόν ἐστιν περὶ Ἰσραὴλ οὐ φύσεως ἀλλὰ γένους εἰπεῖν, περὶ οὗ γέγραπται· «Υἱὸς πρωτότοκός μου Ἰσραήλ ἐστιν», γενομένου ἐν διασκορπισμῷ, καὶ αὐτὸς ἐπιστήσεις, ὡς εἶναι τούτους τὰ τέκνα τοῦ θεοῦ τὰ</w:t>
      </w:r>
    </w:p>
    <w:p>
      <w:r>
        <w:rPr>
          <w:rFonts w:ascii="Courier New" w:hAnsi="Courier New"/>
          <w:color w:val="555555"/>
          <w:sz w:val="20"/>
        </w:rPr>
        <w:t>[5]</w:t>
      </w:r>
    </w:p>
    <w:p>
      <w:r>
        <w:rPr>
          <w:rFonts w:ascii="Gentium Plus" w:hAnsi="Gentium Plus"/>
          <w:sz w:val="24"/>
        </w:rPr>
        <w:t>διεσκορπισμένα, ὑπὲρ ὧν ἔμελλεν ἀποθνήσκειν Ἰησοῦς, ἵνα αὐτὰ συναγάγῃ εἰς ἕν.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[28 . 22 n]</w:t>
      </w:r>
    </w:p>
    <w:p>
      <w:r>
        <w:rPr>
          <w:rFonts w:ascii="Gentium Plus" w:hAnsi="Gentium Plus"/>
          <w:sz w:val="24"/>
        </w:rPr>
        <w:t>Ἀπ’ ἐκείνης οὖν τῆς ἡμέρας συνεβουλεύσαντο ἵνα ἀποκτείνωσιν αὐτόν.</w:t>
      </w:r>
    </w:p>
    <w:p>
      <w:r>
        <w:rPr>
          <w:rFonts w:ascii="Courier New" w:hAnsi="Courier New"/>
          <w:color w:val="555555"/>
          <w:sz w:val="20"/>
        </w:rPr>
        <w:t>[28 . 22 . 186]</w:t>
      </w:r>
    </w:p>
    <w:p>
      <w:r>
        <w:rPr>
          <w:rFonts w:ascii="Gentium Plus" w:hAnsi="Gentium Plus"/>
          <w:sz w:val="24"/>
        </w:rPr>
        <w:t>Οἱ ἀρχιερεῖς καὶ οἱ Φαρισαῖοι συναγαγόντες συνέδριον καὶ σκεψάμενοι περὶ τοῦ σωτῆρος ἡμῶν τί αὐτῷ ποιητέον αὐτοῖς, Καϊάφα τοῦ ἀρχιερέως τὰ προεκτεθειμένα 〈εἰπόντος,〉 ὑπὸ τῶν λόγων αὐτοῦ παροξυνθέντες συνεβουλεύσαντο ἵνα ἀποκτείνωσιν τὸν</w:t>
      </w:r>
    </w:p>
    <w:p>
      <w:r>
        <w:rPr>
          <w:rFonts w:ascii="Courier New" w:hAnsi="Courier New"/>
          <w:color w:val="555555"/>
          <w:sz w:val="20"/>
        </w:rPr>
        <w:t>[28 . 22 . 187]</w:t>
      </w:r>
    </w:p>
    <w:p>
      <w:r>
        <w:rPr>
          <w:rFonts w:ascii="Gentium Plus" w:hAnsi="Gentium Plus"/>
          <w:sz w:val="24"/>
        </w:rPr>
        <w:t>κύριον. διόπερ ζητήσεις ἀπὸ ποίου πνεύματος προεφήτευσεν ὅτι ἔμελλεν Ἰησοῦς ἀποθνήσκειν ὑπὲρ τοῦ ἔθνους, καὶ πότερον τὸ ἅγιον πνεῦμα καὶ ἐν τοιούτῳ ἐνήργησεν καὶ αἴτιον γεγένηται τῆς κατὰ τοῦ Ἰησοῦ συμβουλῆς, ἢ οὐκ ἐκεῖνο μὲν οὖν, ἄλλο δὲ τὸ δυνάμενον</w:t>
      </w:r>
    </w:p>
    <w:p>
      <w:r>
        <w:rPr>
          <w:rFonts w:ascii="Courier New" w:hAnsi="Courier New"/>
          <w:color w:val="555555"/>
          <w:sz w:val="20"/>
        </w:rPr>
        <w:t>[5]</w:t>
      </w:r>
    </w:p>
    <w:p>
      <w:r>
        <w:rPr>
          <w:rFonts w:ascii="Gentium Plus" w:hAnsi="Gentium Plus"/>
          <w:sz w:val="24"/>
        </w:rPr>
        <w:t>καὶ ἐν τῷ ἀσεβεῖ λαλῆσαι καὶ τοὺς ὁμοίους ἐκείνῳ κατὰ τοῦ Ἰησοῦ κινῆσαι οὐδὲν ἧττον καὶ ἑώρα τι εἰς τὸν Ἰησοῦν, ὡς κατὰ δύναμιν</w:t>
      </w:r>
    </w:p>
    <w:p>
      <w:r>
        <w:rPr>
          <w:rFonts w:ascii="Courier New" w:hAnsi="Courier New"/>
          <w:color w:val="555555"/>
          <w:sz w:val="20"/>
        </w:rPr>
        <w:t>[28 . 22 . 188]</w:t>
      </w:r>
    </w:p>
    <w:p>
      <w:r>
        <w:rPr>
          <w:rFonts w:ascii="Gentium Plus" w:hAnsi="Gentium Plus"/>
          <w:sz w:val="24"/>
        </w:rPr>
        <w:t>προεξητάσαμεν. ὁ μέντοι βουλόμενος ἀπολογεῖσθαι περὶ τοῦ ἁγίου πνεύματος δοκοῦντος αἰτίου γεγονέναι ἵνα συμβουλεύσωνται ἀπο‐ κτεῖναι τὸν Ἰησοῦν ἐκ τῶν λόγων κινηθέντες τοῦ Καϊάφα οἱ ἀρ‐ χιερεῖς καὶ οἱ Φαρισαῖοι φησὶν ὅτι οὐκ ἀλλότριόν ἐστιν τὸ τοιοῦτο</w:t>
      </w:r>
    </w:p>
    <w:p>
      <w:r>
        <w:rPr>
          <w:rFonts w:ascii="Courier New" w:hAnsi="Courier New"/>
          <w:color w:val="555555"/>
          <w:sz w:val="20"/>
        </w:rPr>
        <w:t>[5]</w:t>
      </w:r>
    </w:p>
    <w:p>
      <w:r>
        <w:rPr>
          <w:rFonts w:ascii="Gentium Plus" w:hAnsi="Gentium Plus"/>
          <w:sz w:val="24"/>
        </w:rPr>
        <w:t>ἔργον τῆς ἁγιότητος, ἐπεὶ μηδὲ Ἰησοῦς ἀνάξιον ἑαυτοῦ πεποίηκεν εἰς πτῶσιν καὶ ἀνάστασιν πολλῶν ἐλθὼν τῶν ἐν τῷ Ἰσραὴλ καὶ φάσκων· «Εἰς κρῖμα ἐγὼ εἰς τὸν κόσμον τοῦτον ἦλθον, ἵνα οἱ μὴ</w:t>
      </w:r>
    </w:p>
    <w:p>
      <w:r>
        <w:rPr>
          <w:rFonts w:ascii="Courier New" w:hAnsi="Courier New"/>
          <w:color w:val="555555"/>
          <w:sz w:val="20"/>
        </w:rPr>
        <w:t>[28 . 22 . 189]</w:t>
      </w:r>
    </w:p>
    <w:p>
      <w:r>
        <w:rPr>
          <w:rFonts w:ascii="Gentium Plus" w:hAnsi="Gentium Plus"/>
          <w:sz w:val="24"/>
        </w:rPr>
        <w:t>«βλέποντες βλέπωσιν καὶ οἱ βλέποντες τυφλοὶ γένωνται». ὡς γὰρ δεόμεθα λόγου σοφίας εἰς τὸ ἀπολογήσασθαι πῶς ὁ ὁμολογῶν εἰς κρῖμα τῷ κόσμῳ τούτῳ ἐπιδεδημηκέναι οὐκ ἀνάξιον ἑαυτοῦ πεποί‐ ηκεν, οὕτως καὶ εἰς τὸ ἐκ τῶν διὰ τοῦ Καϊάφα λόγων τοῦ ἁγίου</w:t>
      </w:r>
    </w:p>
    <w:p>
      <w:r>
        <w:rPr>
          <w:rFonts w:ascii="Courier New" w:hAnsi="Courier New"/>
          <w:color w:val="555555"/>
          <w:sz w:val="20"/>
        </w:rPr>
        <w:t>[5]</w:t>
      </w:r>
    </w:p>
    <w:p>
      <w:r>
        <w:rPr>
          <w:rFonts w:ascii="Gentium Plus" w:hAnsi="Gentium Plus"/>
          <w:sz w:val="24"/>
        </w:rPr>
        <w:t>πνεύματος συμβεβουλεῦσθαι τοὺς ἀρχιερεῖς καὶ τοὺς Φαρισαίους ἵνα</w:t>
      </w:r>
    </w:p>
    <w:p>
      <w:r>
        <w:rPr>
          <w:rFonts w:ascii="Courier New" w:hAnsi="Courier New"/>
          <w:color w:val="555555"/>
          <w:sz w:val="20"/>
        </w:rPr>
        <w:t>[28 . 22 . 190]</w:t>
      </w:r>
    </w:p>
    <w:p>
      <w:r>
        <w:rPr>
          <w:rFonts w:ascii="Gentium Plus" w:hAnsi="Gentium Plus"/>
          <w:sz w:val="24"/>
        </w:rPr>
        <w:t>ἀποκτείνωσιν τὸν Ἰησοῦν. περὶ μὲν οὖν τοῦ· «Εἰς κρῖμα ἐγὼ εἰς «τὸν κόσμον τοῦτον ἦλθον», ὅσα δεδυνήμεθα ἐν τοῖς εἰς τὸν τόπον ἐξηγητικοῖς εἰρήκαμεν· περὶ δὲ τοῦ νῦν προκειμένου τοιαῦτα ἂν λέ‐ γοιτο, ὅτι ὥσπερ τὸν ἱερὸν νοῦν τῶν γραφῶν, ἐπὶ ὠφελείᾳ λεγό‐</w:t>
      </w:r>
    </w:p>
    <w:p>
      <w:r>
        <w:rPr>
          <w:rFonts w:ascii="Courier New" w:hAnsi="Courier New"/>
          <w:color w:val="555555"/>
          <w:sz w:val="20"/>
        </w:rPr>
        <w:t>[5]</w:t>
      </w:r>
    </w:p>
    <w:p>
      <w:r>
        <w:rPr>
          <w:rFonts w:ascii="Gentium Plus" w:hAnsi="Gentium Plus"/>
          <w:sz w:val="24"/>
        </w:rPr>
        <w:t>μενον τῶν ζητούντων ὑπ’ αὐτοῦ ὠφεληθῆναι, οἱ ἐπὶ τὸ χεῖρον παρεκδεχόμενοι, ὥστε καὶ ἀφορμὰς ἔχειν δοκεῖν πρὸς κατασκευὴν ἀσεβοῦς διδασκαλίας τῶν ἀδικίαν εἰς τὸ ὕψος λαλούντων, συκοφαν‐ τοῦσιν, οὕτως τὴν περὶ τοῦ σωτῆρος ἡμῶν ὑπὸ τοῦ Καϊάφα γενο‐ μένην προφητείαν ἀληθεύουσαν ἐν τῷ συμφέρειν ἡμῖν ἵνα εἷς ἄν‐</w:t>
      </w:r>
    </w:p>
    <w:p>
      <w:r>
        <w:rPr>
          <w:rFonts w:ascii="Courier New" w:hAnsi="Courier New"/>
          <w:color w:val="555555"/>
          <w:sz w:val="20"/>
        </w:rPr>
        <w:t>[10]</w:t>
      </w:r>
    </w:p>
    <w:p>
      <w:r>
        <w:rPr>
          <w:rFonts w:ascii="Gentium Plus" w:hAnsi="Gentium Plus"/>
          <w:sz w:val="24"/>
        </w:rPr>
        <w:t>θρωπος ἀποθάνῃ ὑπὲρ τοῦ λαοῦ καὶ μὴ ὅλον τὸ ἔθνος ἀπόληται, οὐχ ὑγιῶς ἀκούσαντες οἱ Φαρισαῖοι καὶ οἱ ἀρχιερεῖς ἀλλὰ ἄλλον νοῦν νομίσαντες εἶναι καὶ βούλημα τῆς τοῦ Καϊάφα συμβουλῆς, ἀπ’ ἐκείνης</w:t>
      </w:r>
    </w:p>
    <w:p>
      <w:r>
        <w:rPr>
          <w:rFonts w:ascii="Courier New" w:hAnsi="Courier New"/>
          <w:color w:val="555555"/>
          <w:sz w:val="20"/>
        </w:rPr>
        <w:t>[28 . 22 . 191]</w:t>
      </w:r>
    </w:p>
    <w:p>
      <w:r>
        <w:rPr>
          <w:rFonts w:ascii="Gentium Plus" w:hAnsi="Gentium Plus"/>
          <w:sz w:val="24"/>
        </w:rPr>
        <w:t>συνεβουλεύσαντο τῆς ἡμέρας ἵνα ἀποκτείνωσιν τὸν Ἰησοῦν. ταῦτα δέ φημι κατὰ τὸ ἀκόλουθον τῇ περὶ τοῦ ἅγιον εἶναι πνεῦμα τὸ διὰ τοῦ Καϊάφα προφητεῦσαν ἐκδοχῇ, οὐ πάντως 〈συν〉ιστὰς τοῦθ’ οὕτως ἔχειν, ἀλλὰ καταλιπὼν καὶ τοῖς ἐντυγχάνουσιν κρίνειν ὁπότερον</w:t>
      </w:r>
    </w:p>
    <w:p>
      <w:r>
        <w:rPr>
          <w:rFonts w:ascii="Courier New" w:hAnsi="Courier New"/>
          <w:color w:val="555555"/>
          <w:sz w:val="20"/>
        </w:rPr>
        <w:t>[5]</w:t>
      </w:r>
    </w:p>
    <w:p>
      <w:r>
        <w:rPr>
          <w:rFonts w:ascii="Gentium Plus" w:hAnsi="Gentium Plus"/>
          <w:sz w:val="24"/>
        </w:rPr>
        <w:t>χρὴ παραδέξασθαι περὶ τοῦ Καϊάφα, καὶ ὡς † ὑπὸ πόδας τοῦ πνεύ‐ ματος κεκινημένου.</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[28 . 23 n]</w:t>
      </w:r>
    </w:p>
    <w:p>
      <w:r>
        <w:rPr>
          <w:rFonts w:ascii="Gentium Plus" w:hAnsi="Gentium Plus"/>
          <w:sz w:val="24"/>
        </w:rPr>
        <w:t>Ὁ οὖν Ἰησοῦς οὐκέτι παρρησίᾳ περιεπάτει ἐν τοῖς Ἰουδαίοις, ἀλλὰ ἀπῆλθεν εἰς τὴν χώραν ἐγγὺς τῆς ἐρήμου, εἰς Ἐφραῒμ λεγομένην πόλιν, καὶ ἐκεῖ ἔμεινεν μετὰ τῶν μαθητῶν.</w:t>
      </w:r>
    </w:p>
    <w:p>
      <w:r>
        <w:rPr>
          <w:rFonts w:ascii="Courier New" w:hAnsi="Courier New"/>
          <w:color w:val="555555"/>
          <w:sz w:val="20"/>
        </w:rPr>
        <w:t>[28 . 23 . 192]</w:t>
      </w:r>
    </w:p>
    <w:p>
      <w:r>
        <w:rPr>
          <w:rFonts w:ascii="Gentium Plus" w:hAnsi="Gentium Plus"/>
          <w:sz w:val="24"/>
        </w:rPr>
        <w:t>Ταῦτα καὶ τὰ τούτοις παραπλήσια ἀναγεγράφθαι νομίζω βουλομένου τοῦ λόγου ἐπιστρέφειν ἡμᾶς ἀπὸ τοῦ θερμότερον καὶ ἀλογιστότερον ἐπιπηδᾶν τῷ [ἐν τῷ] ἕως θανάτου ἀγωνίζεσθαι</w:t>
      </w:r>
    </w:p>
    <w:p>
      <w:r>
        <w:rPr>
          <w:rFonts w:ascii="Courier New" w:hAnsi="Courier New"/>
          <w:color w:val="555555"/>
          <w:sz w:val="20"/>
        </w:rPr>
        <w:t>[28 . 23 . 193]</w:t>
      </w:r>
    </w:p>
    <w:p>
      <w:r>
        <w:rPr>
          <w:rFonts w:ascii="Gentium Plus" w:hAnsi="Gentium Plus"/>
          <w:sz w:val="24"/>
        </w:rPr>
        <w:t>περὶ τῆς ἀληθείας καὶ μαρτυρεῖν. καλὸν μὲν γὰρ ἐμπεσόντα τὸν περὶ τοῦ ὁμολογεῖν τὸν Ἰησοῦν ἀγῶνα μὴ ἀναδύεσθαι τὴν ὁμολο‐</w:t>
      </w:r>
    </w:p>
    <w:p>
      <w:r>
        <w:rPr>
          <w:rFonts w:ascii="Courier New" w:hAnsi="Courier New"/>
          <w:color w:val="555555"/>
          <w:sz w:val="20"/>
        </w:rPr>
        <w:t>[28 . 23 . 194]</w:t>
      </w:r>
    </w:p>
    <w:p>
      <w:r>
        <w:rPr>
          <w:rFonts w:ascii="Gentium Plus" w:hAnsi="Gentium Plus"/>
          <w:sz w:val="24"/>
        </w:rPr>
        <w:t>γίαν, μηδὲ μέλλειν περὶ τὸ ὑπεραποθανεῖν τῆς ἀληθείας. οὐκ ἔλατ‐ τον δὲ τούτου καλὸν καὶ τὸ μὴ διδόναι ἀφορμὴν τῷ τηλικούτῳ</w:t>
      </w:r>
    </w:p>
    <w:p>
      <w:r>
        <w:rPr>
          <w:rFonts w:ascii="Courier New" w:hAnsi="Courier New"/>
          <w:color w:val="555555"/>
          <w:sz w:val="20"/>
        </w:rPr>
        <w:t>[5]</w:t>
      </w:r>
    </w:p>
    <w:p>
      <w:r>
        <w:rPr>
          <w:rFonts w:ascii="Gentium Plus" w:hAnsi="Gentium Plus"/>
          <w:sz w:val="24"/>
        </w:rPr>
        <w:t>πρόφασις γενώμεθα τοῦ ἁμαρτωλοτέροις γενέσθαι καὶ ἀσεβεστέροις τοῖς οὐκ ἂν μὲν τῷ ἔργῳ τοῦ ἡμῶν ἐκκεχύσθαι τὸ αἷμα γενομένοις ἐνόχοις, εἰ τὰ παρ’ ἑαυτοὺς ποιοῦντες ἐξεκλίνομεν τοὺς μέχρι θανάτου ἡμῖν ἐπιβουλεύοντας, ἐσομένοις δὲ ἐν πλείονι καὶ βαρυτέρᾳ κολάσει παρ’ ἡμᾶς εἰ φιλαυτοῦντες καὶ μὴ καὶ τὰ ἐκείνων σκοποῦντες ἐπι‐</w:t>
      </w:r>
    </w:p>
    <w:p>
      <w:r>
        <w:rPr>
          <w:rFonts w:ascii="Courier New" w:hAnsi="Courier New"/>
          <w:color w:val="555555"/>
          <w:sz w:val="20"/>
        </w:rPr>
        <w:t>[10]</w:t>
      </w:r>
    </w:p>
    <w:p>
      <w:r>
        <w:rPr>
          <w:rFonts w:ascii="Gentium Plus" w:hAnsi="Gentium Plus"/>
          <w:sz w:val="24"/>
        </w:rPr>
        <w:t>διδῴημεν αὑτοὺς τῷ ἀναιρεῖσθαι, οὐ τῆς ἀνάγκης εἰς τοῦτο κατα‐</w:t>
      </w:r>
    </w:p>
    <w:p>
      <w:r>
        <w:rPr>
          <w:rFonts w:ascii="Courier New" w:hAnsi="Courier New"/>
          <w:color w:val="555555"/>
          <w:sz w:val="20"/>
        </w:rPr>
        <w:t>[28 . 23 . 195]</w:t>
      </w:r>
    </w:p>
    <w:p>
      <w:r>
        <w:rPr>
          <w:rFonts w:ascii="Gentium Plus" w:hAnsi="Gentium Plus"/>
          <w:sz w:val="24"/>
        </w:rPr>
        <w:t>λαβούσης. εἴπερ γὰρ καὶ ὁ πρόφασίς τινι γενόμενος ἁμαρτίας τῷ αὐτὸς ἐπὶ ταύτην κεκινηκέναι τὸν ἁμαρτάνοντα τίσει δίκας ἐπὶ τοῖς δι’ αὐτὸν ἀνθρώπων τινὶ ἡμαρτημένοις, πῶς οὐχὶ καὶ ὁ παρὸν ἐκ‐ κλῖναι, ἵνα μὴ ὁ δεῖνα προδότης χριστιανοῦ γένηται καὶ ἐπίβουλος</w:t>
      </w:r>
    </w:p>
    <w:p>
      <w:r>
        <w:rPr>
          <w:rFonts w:ascii="Courier New" w:hAnsi="Courier New"/>
          <w:color w:val="555555"/>
          <w:sz w:val="20"/>
        </w:rPr>
        <w:t>[5]</w:t>
      </w:r>
    </w:p>
    <w:p>
      <w:r>
        <w:rPr>
          <w:rFonts w:ascii="Gentium Plus" w:hAnsi="Gentium Plus"/>
          <w:sz w:val="24"/>
        </w:rPr>
        <w:t>τῆς κατὰ τὸν Ἰησοῦν θεοσεβείας, μὴ ἐκκλίνας μὲν καὶ προσπαροξύνας δὲ οὐχὶ καὶ περὶ τῆς ἐκείνου ἁμαρτίας δώσει λόγον, κἂν τὸ ὅσον ἐπὶ τῇ εἰς τὸ μαρτυρεῖν προθυμίᾳ καὶ τῇ εἰς τοῦτο ἀνδρείᾳ τιμῆς καὶ ἀποδοχῆς ἄξιος ᾖ παρὰ τῷ εὐσεβουμένῳ θεῷ καὶ ὁμολογουμένῳ</w:t>
      </w:r>
    </w:p>
    <w:p>
      <w:r>
        <w:rPr>
          <w:rFonts w:ascii="Courier New" w:hAnsi="Courier New"/>
          <w:color w:val="555555"/>
          <w:sz w:val="20"/>
        </w:rPr>
        <w:t>[28 . 23 . 196]</w:t>
      </w:r>
    </w:p>
    <w:p>
      <w:r>
        <w:rPr>
          <w:rFonts w:ascii="Gentium Plus" w:hAnsi="Gentium Plus"/>
          <w:sz w:val="24"/>
        </w:rPr>
        <w:t>ὑπ’ αὐτοῦ σωτῆρι; ὅτι δὲ ἡμῶν ἕνεκεν τὰ τοιαῦτα γέγραπται, ἵν’ ἡμεῖς, παράδειγμα ἔχοντες τὸν Ἰησοῦν, καὶ ἐν τοῖς τοιούτοις αὐτοῦ μιμηταὶ γινώμεθα, παραστήσει ἡ λέγουσα γραφή· «Ἐζήτουν οὖν αὐτὸν «πιάσαι, καὶ οὐδεὶς ἐπέβαλεν ἐπ’ αὐτὸν τὴν χεῖρα, ὅτι οὔπω ἐλη‐</w:t>
      </w:r>
    </w:p>
    <w:p>
      <w:r>
        <w:rPr>
          <w:rFonts w:ascii="Courier New" w:hAnsi="Courier New"/>
          <w:color w:val="555555"/>
          <w:sz w:val="20"/>
        </w:rPr>
        <w:t>[28 . 23 . 197]</w:t>
      </w:r>
    </w:p>
    <w:p>
      <w:r>
        <w:rPr>
          <w:rFonts w:ascii="Gentium Plus" w:hAnsi="Gentium Plus"/>
          <w:sz w:val="24"/>
        </w:rPr>
        <w:t>«λύθει ἡ ὥρα αὐτοῦ». ὡς γάρ, κατὰ τὸ ῥητὸν τοῦτο, διὰ τοῦτο οὐ‐ δεὶς ἐπέβαλεν ἐπ’ αὐτὸν τὴν χεῖρα παρόντα καὶ μὴ φεύγοντα, ἐπεὶ μήπω ἐληλύθει ἡ ὥρα αὐτοῦ, οὕτως καὶ χωρὶς τοῦ ἀναχωρεῖν, ἐν τῷ καιρῷ τοῦ μηδέπω αὐτοῦ ἐφεστηκέναι τὴν ὥραν, οὐκ κατε‐</w:t>
      </w:r>
    </w:p>
    <w:p>
      <w:r>
        <w:rPr>
          <w:rFonts w:ascii="Courier New" w:hAnsi="Courier New"/>
          <w:color w:val="555555"/>
          <w:sz w:val="20"/>
        </w:rPr>
        <w:t>[28 . 23 . 198]</w:t>
      </w:r>
    </w:p>
    <w:p>
      <w:r>
        <w:rPr>
          <w:rFonts w:ascii="Gentium Plus" w:hAnsi="Gentium Plus"/>
          <w:sz w:val="24"/>
        </w:rPr>
        <w:t>σχέθημεν ἂν ἡμεῖς. διόπερ ἀκουστέον οὐ μόνον τοῦ «Ἐὰν διώ‐ «κωσιν ὑμᾶς ἐν τῇ πόλει ταύτῃ, φεύγετε εἰς τὴν ἑτέραν» καὶ τῶν ἑξῆς, ἀλλὰ καὶ ὅτι ἡνίκα συνεβουλεύσαντο ἵνα ἀποκτείνωσιν τὸν</w:t>
      </w:r>
    </w:p>
    <w:p>
      <w:r>
        <w:rPr>
          <w:rFonts w:ascii="Courier New" w:hAnsi="Courier New"/>
          <w:color w:val="555555"/>
          <w:sz w:val="20"/>
        </w:rPr>
        <w:t>[28 . 23 . 199]</w:t>
      </w:r>
    </w:p>
    <w:p>
      <w:r>
        <w:rPr>
          <w:rFonts w:ascii="Gentium Plus" w:hAnsi="Gentium Plus"/>
          <w:sz w:val="24"/>
        </w:rPr>
        <w:t>Ἰησοῦν οἱ ἀρχιερεῖς καὶ οἱ Φαρισαῖοι, τὸ εὐλόγιστον τηρῶν οὐκέτι παρρησίᾳ περιεπάτει ἐν τοῖς Ἰουδαίοις, ἀλλ’ οὐδὲ εἰς ἄλλην πόλιν</w:t>
      </w:r>
    </w:p>
    <w:p>
      <w:r>
        <w:rPr>
          <w:rFonts w:ascii="Courier New" w:hAnsi="Courier New"/>
          <w:color w:val="555555"/>
          <w:sz w:val="20"/>
        </w:rPr>
        <w:t>[28 . 23 . 200]</w:t>
      </w:r>
    </w:p>
    <w:p>
      <w:r>
        <w:rPr>
          <w:rFonts w:ascii="Gentium Plus" w:hAnsi="Gentium Plus"/>
          <w:sz w:val="24"/>
        </w:rPr>
        <w:t>ἀνεχώρησεν ὄχλων πεπληρωμένην, ἀλλά τινα ἀνακεχωρηκυῖαν. γέ‐ γραπται γάρ· «Ὁ οὖν Ἰησοῦς οὐκέτι παρρησίᾳ περιεπάτει ἐν τοῖς «Ἰουδαίοις, ἀλλὰ ἀπῆλθεν ἐκεῖθεν εἰς τὴν χώραν ἐγγὺς τῆς ἐρήμου,</w:t>
      </w:r>
    </w:p>
    <w:p>
      <w:r>
        <w:rPr>
          <w:rFonts w:ascii="Courier New" w:hAnsi="Courier New"/>
          <w:color w:val="555555"/>
          <w:sz w:val="20"/>
        </w:rPr>
        <w:t>[28 . 23 . 201]</w:t>
      </w:r>
    </w:p>
    <w:p>
      <w:r>
        <w:rPr>
          <w:rFonts w:ascii="Gentium Plus" w:hAnsi="Gentium Plus"/>
          <w:sz w:val="24"/>
        </w:rPr>
        <w:t>«εἰς Ἐφραῒμ λεγομένην πόλιν». καὶ οὐ μόνος γε ἐκεῖ ἀπελήλυθεν, ἀλλὰ μηδεμίαν ἀφορμὴν διδοὺς τοῖς ζητοῦσιν αὐτὸν καὶ τοὺς μα‐</w:t>
      </w:r>
    </w:p>
    <w:p>
      <w:r>
        <w:rPr>
          <w:rFonts w:ascii="Courier New" w:hAnsi="Courier New"/>
          <w:color w:val="555555"/>
          <w:sz w:val="20"/>
        </w:rPr>
        <w:t>[28 . 23 . 202]</w:t>
      </w:r>
    </w:p>
    <w:p>
      <w:r>
        <w:rPr>
          <w:rFonts w:ascii="Gentium Plus" w:hAnsi="Gentium Plus"/>
          <w:sz w:val="24"/>
        </w:rPr>
        <w:t>«τῶν». τοιοῦτόν ἐστιν καὶ τὸ ἐν τῷ κατὰ Ματθαῖον γεγραμμένον, ὅτε «Ἀκούσας ὅτι Ἰωάννης παρεδόθη ἀνεχώρησεν εἰς τὴν Γαλι‐ «λαίαν· καὶ καταλιπὼν τὴν Ναζαρέθ, ἐλθὼν κατῴκησεν εἰς Καφαρ‐ «ναοὺμ τὴν παραθαλασσίαν, ἐν ὁρίοις Ζαβουλὼν καὶ Νεφθαλείμ»,</w:t>
      </w:r>
    </w:p>
    <w:p>
      <w:r>
        <w:rPr>
          <w:rFonts w:ascii="Courier New" w:hAnsi="Courier New"/>
          <w:color w:val="555555"/>
          <w:sz w:val="20"/>
        </w:rPr>
        <w:t>[5]</w:t>
      </w:r>
    </w:p>
    <w:p>
      <w:r>
        <w:rPr>
          <w:rFonts w:ascii="Gentium Plus" w:hAnsi="Gentium Plus"/>
          <w:sz w:val="24"/>
        </w:rPr>
        <w:t>καὶ ἐπὶ τὸν καιρὸν δὲ φθάσας τοῦ συλληφθῆναι, ἐτήρησεν ὑπὲρ τοῦ μὴ παρ’ ἑαυτὸν τοῦτο παθεῖν μήτε ἐν Ἱεροσολύμοις εὑρεθῆναι μήτε ἐν τῷ ἱερῷ, ἔνθα ἐδίδασκεν πολλάκις, μήτε ἐν ἄλλῳ τοιούτῳ τόπῳ· «Ἐξῆλθεν γὰρ σὺν τοῖς μαθηταῖς αὐτοῦ πέραν τοῦ χειμάρρου τῶν «Κεδρών, ὅπου ἦν κῆπος εἰς ὃν εἰσῆλθεν αὐτὸς καὶ οἱ μαθηταὶ</w:t>
      </w:r>
    </w:p>
    <w:p>
      <w:r>
        <w:rPr>
          <w:rFonts w:ascii="Courier New" w:hAnsi="Courier New"/>
          <w:color w:val="555555"/>
          <w:sz w:val="20"/>
        </w:rPr>
        <w:t>[28 . 23 . 203]</w:t>
      </w:r>
    </w:p>
    <w:p>
      <w:r>
        <w:rPr>
          <w:rFonts w:ascii="Gentium Plus" w:hAnsi="Gentium Plus"/>
          <w:sz w:val="24"/>
        </w:rPr>
        <w:t>«αὐτοῦ». οὕτω δὲ ἀνεχώρει κατ’ ἐκεῖνο καιροῦ καὶ οὐκ ἐδημοσίευεν, ὡς δεῖσθαι τοὺς ἀρχιερεῖς καὶ τοὺς Φαρισαίους, βουλομένους αὐτὸν συλλαβεῖν, τοῦ Ἰούδα, διὰ τὸ μεμαθητεῦσθαι αὐτῷ περιεργαζομένου</w:t>
      </w:r>
    </w:p>
    <w:p>
      <w:r>
        <w:rPr>
          <w:rFonts w:ascii="Courier New" w:hAnsi="Courier New"/>
          <w:color w:val="555555"/>
          <w:sz w:val="20"/>
        </w:rPr>
        <w:t>[28 . 23 . 204]</w:t>
      </w:r>
    </w:p>
    <w:p>
      <w:r>
        <w:rPr>
          <w:rFonts w:ascii="Gentium Plus" w:hAnsi="Gentium Plus"/>
          <w:sz w:val="24"/>
        </w:rPr>
        <w:t>καὶ τοὺς τόπους τῆς ἀναχωρήσεως αὐτοῦ. διὸ τότε «Ἰούδας λαβὼν «σπεῖραν καὶ ἐκ τῶν ἀρχιερέων καὶ Φαρισαίων ὑπηρέτας, ἔρχεται</w:t>
      </w:r>
    </w:p>
    <w:p>
      <w:r>
        <w:rPr>
          <w:rFonts w:ascii="Courier New" w:hAnsi="Courier New"/>
          <w:color w:val="555555"/>
          <w:sz w:val="20"/>
        </w:rPr>
        <w:t>[28 . 23 . 205]</w:t>
      </w:r>
    </w:p>
    <w:p>
      <w:r>
        <w:rPr>
          <w:rFonts w:ascii="Gentium Plus" w:hAnsi="Gentium Plus"/>
          <w:sz w:val="24"/>
        </w:rPr>
        <w:t>«ἐκεῖ μετὰ φανῶν καὶ λαμπάδων καὶ ὅπλων». κατὰ τοῦτον δὲ τὸν τόπον τοῦ εὐαγγελίου δηλοῦται ὅτι εἰ μὲν ἐβούλετο μὴ ἁλῶναι, οὐκ ἂν κατεσχέθη· κατεσχέθη δὲ ταπεινώσας ἑαυτὸν καὶ γενόμενος ὑπή‐</w:t>
      </w:r>
    </w:p>
    <w:p>
      <w:r>
        <w:rPr>
          <w:rFonts w:ascii="Courier New" w:hAnsi="Courier New"/>
          <w:color w:val="555555"/>
          <w:sz w:val="20"/>
        </w:rPr>
        <w:t>[28 . 23 . 206]</w:t>
      </w:r>
    </w:p>
    <w:p>
      <w:r>
        <w:rPr>
          <w:rFonts w:ascii="Gentium Plus" w:hAnsi="Gentium Plus"/>
          <w:sz w:val="24"/>
        </w:rPr>
        <w:t>κοος τοῖς κατέχουσιν καὶ μέχρι τοῦ σταυροῦ. ὁπότε γοῦν ἐξῆλθεν, καὶ λέγει τοῖς ἐλθοῦσιν εἰς τὸν κῆπον· «Τίνα ζητεῖτε; ἀπεκρίθησαν «αὐτῷ· Ἰησοῦν τὸν Ναζωραῖον»· καὶ ὡς μὲν «εἶπεν αὐτοῖς· Ἐγώ</w:t>
      </w:r>
    </w:p>
    <w:p>
      <w:r>
        <w:rPr>
          <w:rFonts w:ascii="Courier New" w:hAnsi="Courier New"/>
          <w:color w:val="555555"/>
          <w:sz w:val="20"/>
        </w:rPr>
        <w:t>[28 . 23 . 207]</w:t>
      </w:r>
    </w:p>
    <w:p>
      <w:r>
        <w:rPr>
          <w:rFonts w:ascii="Gentium Plus" w:hAnsi="Gentium Plus"/>
          <w:sz w:val="24"/>
        </w:rPr>
        <w:t>«εἰμι, [δυνάμεως] ἀπῆλθον εἰς τὰ ὀπίσω καὶ ἔπεσον χαμαί». εἶτα μετὰ τοῦτο, ὅτι ἐβουλήθη ἀναδέξασθαι τὴν ἐν τῷ πάθει οἰκονομίαν, πάλιν ἠρώτησεν αὐτούς· «Τίνα ζητεῖτε; οἱ δὲ εἶπον· Ἰησοῦν τὸν Να‐</w:t>
      </w:r>
    </w:p>
    <w:p>
      <w:r>
        <w:rPr>
          <w:rFonts w:ascii="Courier New" w:hAnsi="Courier New"/>
          <w:color w:val="555555"/>
          <w:sz w:val="20"/>
        </w:rPr>
        <w:t>[28 . 23 . 208]</w:t>
      </w:r>
    </w:p>
    <w:p>
      <w:r>
        <w:rPr>
          <w:rFonts w:ascii="Gentium Plus" w:hAnsi="Gentium Plus"/>
          <w:sz w:val="24"/>
        </w:rPr>
        <w:t>«ζωραῖον». καὶ μετ’ ὀλίγα· «Ἡ σπεῖρα καὶ ὁ χιλίαρχος καὶ οἱ ὑπη‐ «ρέται τῶν Ἰουδαίων συνέλαβον τὸν Ἰησοῦν» ἑκόντα, «καὶ ἔδησαν «αὐτὸν» παρέχοντα ἑαυτὸν τοῖς δεσμοῖς· εἰ γὰρ μὴ ἐβούλετο παθεῖν, εἶπεν ἂν πάλιν· «Ἐγώ εἰμι»· καὶ ἀπῆλθον ἂν οἱ τοσοῦτοι εἰς τὰ</w:t>
      </w:r>
    </w:p>
    <w:p>
      <w:r>
        <w:rPr>
          <w:rFonts w:ascii="Courier New" w:hAnsi="Courier New"/>
          <w:color w:val="555555"/>
          <w:sz w:val="20"/>
        </w:rPr>
        <w:t>[28 . 23 . 209]</w:t>
      </w:r>
    </w:p>
    <w:p>
      <w:r>
        <w:rPr>
          <w:rFonts w:ascii="Gentium Plus" w:hAnsi="Gentium Plus"/>
          <w:sz w:val="24"/>
        </w:rPr>
        <w:t>ὀπίσω καὶ πάντες ἔπεσον ἂν χαμαί. ὥσπερ δὲ διὰ τῶν τοιούτων διδάσκει ἡμᾶς ἐν διωγμοῖς καὶ ταῖς καθ’ ἡμῶν ἐπιβουλαῖς ἀναχω‐ ρεῖν, οὕτως ἐν ἄλλοις εὕροις ἂν καὶ ἀπὸ τῶν νομιζομένων εἶναι ἐν κόσμῳ καλῶν ἀναχωροῦντα, ἵνα καὶ διὰ τούτων διδάξῃ φεύγειν τὰ</w:t>
      </w:r>
    </w:p>
    <w:p>
      <w:r>
        <w:rPr>
          <w:rFonts w:ascii="Courier New" w:hAnsi="Courier New"/>
          <w:color w:val="555555"/>
          <w:sz w:val="20"/>
        </w:rPr>
        <w:t>[28 . 23 . 210]</w:t>
      </w:r>
    </w:p>
    <w:p>
      <w:r>
        <w:rPr>
          <w:rFonts w:ascii="Gentium Plus" w:hAnsi="Gentium Plus"/>
          <w:sz w:val="24"/>
        </w:rPr>
        <w:t>ἐν κόσμῳ ἀξιώματα καὶ τὰς ἐν αὐτῷ ὑπεροχάς. Ἰησοῦς γάρ ποτε «γνοὺς ὅτι μέλλουσιν ἔρχεσθαι καὶ ἁρπάζειν αὐτόν, ἵνα ποιήσωσιν</w:t>
      </w:r>
    </w:p>
    <w:p>
      <w:r>
        <w:rPr>
          <w:rFonts w:ascii="Courier New" w:hAnsi="Courier New"/>
          <w:color w:val="555555"/>
          <w:sz w:val="20"/>
        </w:rPr>
        <w:t>[5]</w:t>
      </w:r>
    </w:p>
    <w:p>
      <w:r>
        <w:rPr>
          <w:rFonts w:ascii="Gentium Plus" w:hAnsi="Gentium Plus"/>
          <w:sz w:val="24"/>
        </w:rPr>
        <w:t>βουληθεῖσιν ἂν μετὰ τῶν θελόντων ποιῆσαι αὐτὸν βασιλέα, ἵν’ ἤδη γένηται καὶ κοσμικῶς αὐτῶν βασιλεύς.</w:t>
      </w:r>
    </w:p>
    <w:p>
      <w:r>
        <w:rPr>
          <w:rFonts w:ascii="Courier New" w:hAnsi="Courier New"/>
          <w:color w:val="555555"/>
          <w:sz w:val="20"/>
        </w:rPr>
        <w:t>[28 . 24 . 211]</w:t>
      </w:r>
    </w:p>
    <w:p>
      <w:r>
        <w:rPr>
          <w:rFonts w:ascii="Gentium Plus" w:hAnsi="Gentium Plus"/>
          <w:sz w:val="24"/>
        </w:rPr>
        <w:t>Ταῦτα μὲν εἰς τὸ ῥητὸν καὶ τὴν ἀπὸ τοῦ εὐαγγε‐ λικοῦ γράμματος περὶ ἀναχωρήσεως διδασκαλίαν. εἰς δὲ τὴν ἀνα‐ γωγὴν λεχθείη ἂν τοιαῦτα, ὅτι Ἰησοῦς πάλαι μὲν παρρησίᾳ τοῖς Ἰουδαίοις περιεπάτει ὅτε ὁ λόγος τοῦ θεοῦ διὰ προφητῶν αὐτοῖς</w:t>
      </w:r>
    </w:p>
    <w:p>
      <w:r>
        <w:rPr>
          <w:rFonts w:ascii="Courier New" w:hAnsi="Courier New"/>
          <w:color w:val="555555"/>
          <w:sz w:val="20"/>
        </w:rPr>
        <w:t>[5]</w:t>
      </w:r>
    </w:p>
    <w:p>
      <w:r>
        <w:rPr>
          <w:rFonts w:ascii="Gentium Plus" w:hAnsi="Gentium Plus"/>
          <w:sz w:val="24"/>
        </w:rPr>
        <w:t>ἐνεπολιτεύετο· Ἰησοῦ γὰρ ἦν παρρησία ἡ «Τάδε λέγει κύριος»· ἀλλὰ νῦν οὐκέτι παρρησίᾳ ἐν τοῖς Ἰουδαίοις Ἰησοῦς περιπατεῖ, ἀλλὰ ἀπῆλ‐ θεν ἐκεῖθεν, καὶ οὐκ ἔστιν θεοῦ λόγος ἐν Ἰουδαίοις, καὶ ἀπελθὼν ἐκεῖθεν (λέγω δὲ ἀπὸ τῶν Ἰουδαίων) εἰς τὴν ἐγγὺς τῆς ἐρήμου ἦλθεν χώραν, περὶ ἧς λέγεται· «Πολλὰ τὰ τέκνα τῆς ἐρήμου μᾶλλον</w:t>
      </w:r>
    </w:p>
    <w:p>
      <w:r>
        <w:rPr>
          <w:rFonts w:ascii="Courier New" w:hAnsi="Courier New"/>
          <w:color w:val="555555"/>
          <w:sz w:val="20"/>
        </w:rPr>
        <w:t>[10]</w:t>
      </w:r>
    </w:p>
    <w:p>
      <w:r>
        <w:rPr>
          <w:rFonts w:ascii="Gentium Plus" w:hAnsi="Gentium Plus"/>
          <w:sz w:val="24"/>
        </w:rPr>
        <w:t>«ἢ τῆς ἐχούσης τὸν ἄνδρα», καὶ πρὸς ἣν εἴρηται· «Εὐφράνθητι</w:t>
      </w:r>
    </w:p>
    <w:p>
      <w:r>
        <w:rPr>
          <w:rFonts w:ascii="Courier New" w:hAnsi="Courier New"/>
          <w:color w:val="555555"/>
          <w:sz w:val="20"/>
        </w:rPr>
        <w:t>[28 . 24 . 212]</w:t>
      </w:r>
    </w:p>
    <w:p>
      <w:r>
        <w:rPr>
          <w:rFonts w:ascii="Gentium Plus" w:hAnsi="Gentium Plus"/>
          <w:sz w:val="24"/>
        </w:rPr>
        <w:t>«στεῖρα ἡ οὐ τίκτουσα· ῥῆξον καὶ βόησον ἡ οὐκ ὠδίνουσα». ἔστιν δὲ ἡ ἐγγὺς τῆς ἐρήμου πόλις Ἐφραΐμ, εἰς ἣν ἦλθεν Ἰησοῦς, οὐκέτι</w:t>
      </w:r>
    </w:p>
    <w:p>
      <w:r>
        <w:rPr>
          <w:rFonts w:ascii="Courier New" w:hAnsi="Courier New"/>
          <w:color w:val="555555"/>
          <w:sz w:val="20"/>
        </w:rPr>
        <w:t>[28 . 24 . 213]</w:t>
      </w:r>
    </w:p>
    <w:p>
      <w:r>
        <w:rPr>
          <w:rFonts w:ascii="Gentium Plus" w:hAnsi="Gentium Plus"/>
          <w:sz w:val="24"/>
        </w:rPr>
        <w:t>παρρησίᾳ περιπατῶν ἐν τοῖς Ἰουδαίοις. ἑρμηνεύεται δὲ Ἐφραῒμ ‹καρποφορία›, ἀδελφὸς ὢν Μανασσῆ, πρεσβυτέρου τοῦ ‹ἀπὸ λήθησ›</w:t>
      </w:r>
    </w:p>
    <w:p>
      <w:r>
        <w:rPr>
          <w:rFonts w:ascii="Courier New" w:hAnsi="Courier New"/>
          <w:color w:val="555555"/>
          <w:sz w:val="20"/>
        </w:rPr>
        <w:t>[28 . 24 . 214]</w:t>
      </w:r>
    </w:p>
    <w:p>
      <w:r>
        <w:rPr>
          <w:rFonts w:ascii="Gentium Plus" w:hAnsi="Gentium Plus"/>
          <w:sz w:val="24"/>
        </w:rPr>
        <w:t>λαοῦ. μετὰ γὰρ τὸν ‹ἀπὸ λήθησ› λαὸν καταλειφθέντα γεγέννηται ἡ ἐξ ἐθνῶν ‹καρποφορία›, ὅτε ποταμοὺς μὲν τοὺς ἐν τῷ Ἰσραὴλ «ἔθετο» ὁ θεὸς «εἰς ἔρημον καὶ διεξόδους» τῶν ἐκεῖ «ὑδάτων εἰς «δίψαν» καὶ «γῆν αὐτῶν καρποφόρον εἰς ἅλμην, ἀπὸ κακίας τῶν</w:t>
      </w:r>
    </w:p>
    <w:p>
      <w:r>
        <w:rPr>
          <w:rFonts w:ascii="Courier New" w:hAnsi="Courier New"/>
          <w:color w:val="555555"/>
          <w:sz w:val="20"/>
        </w:rPr>
        <w:t>[5]</w:t>
      </w:r>
    </w:p>
    <w:p>
      <w:r>
        <w:rPr>
          <w:rFonts w:ascii="Gentium Plus" w:hAnsi="Gentium Plus"/>
          <w:sz w:val="24"/>
        </w:rPr>
        <w:t>«κατοικούντων ἐν αὐτῇ»· ἀπὸ δὲ τῶν ἐθνῶν «ἔρημον ἔθετο εἰς λίμνας</w:t>
      </w:r>
    </w:p>
    <w:p>
      <w:r>
        <w:rPr>
          <w:rFonts w:ascii="Courier New" w:hAnsi="Courier New"/>
          <w:color w:val="555555"/>
          <w:sz w:val="20"/>
        </w:rPr>
        <w:t>[28 . 24 . 215]</w:t>
      </w:r>
    </w:p>
    <w:p>
      <w:r>
        <w:rPr>
          <w:rFonts w:ascii="Gentium Plus" w:hAnsi="Gentium Plus"/>
          <w:sz w:val="24"/>
        </w:rPr>
        <w:t>«ὑδάτων», καὶ «γῆν ἄνυδρον αὐτῶν γῆν εἰς διεξόδους ὑδάτων». καὶ κατῴκισεν ἐκεῖ πεινῶντας, καὶ συνεστήσαντο πόλιν κατοικεσίας, τὴν ἐκκλησίαν· ἔνθα ἔσπειρεν ἀγροὺς κατὰ τὸν πεσόντα σπόρον ἐπὶ τὴν καλὴν καὶ ἀγαθὴν γῆν καὶ ποιοῦσαν ἑκατονταπλασίονα, καὶ ἐφύ‐</w:t>
      </w:r>
    </w:p>
    <w:p>
      <w:r>
        <w:rPr>
          <w:rFonts w:ascii="Courier New" w:hAnsi="Courier New"/>
          <w:color w:val="555555"/>
          <w:sz w:val="20"/>
        </w:rPr>
        <w:t>[5]</w:t>
      </w:r>
    </w:p>
    <w:p>
      <w:r>
        <w:rPr>
          <w:rFonts w:ascii="Gentium Plus" w:hAnsi="Gentium Plus"/>
          <w:sz w:val="24"/>
        </w:rPr>
        <w:t>τευσεν ἀμπελῶνας· κλήματα γάρ εἰσιν οἱ κυρίου μαθηταί, οἵτινες καὶ «ἐποίησαν καρπὸν γεννήματος· καὶ εὐλόγησεν αὐτοὺς καὶ ἐπλη‐</w:t>
      </w:r>
    </w:p>
    <w:p>
      <w:r>
        <w:rPr>
          <w:rFonts w:ascii="Courier New" w:hAnsi="Courier New"/>
          <w:color w:val="555555"/>
          <w:sz w:val="20"/>
        </w:rPr>
        <w:t>[28 . 24 . 216]</w:t>
      </w:r>
    </w:p>
    <w:p>
      <w:r>
        <w:rPr>
          <w:rFonts w:ascii="Gentium Plus" w:hAnsi="Gentium Plus"/>
          <w:sz w:val="24"/>
        </w:rPr>
        <w:t>«θύνθησαν σφόδρα». ἀλλ’ οὐδὲ τοὺς ἐν τούτοις ἀλογωτέρους μικροὺς</w:t>
      </w:r>
    </w:p>
    <w:p>
      <w:r>
        <w:rPr>
          <w:rFonts w:ascii="Courier New" w:hAnsi="Courier New"/>
          <w:color w:val="555555"/>
          <w:sz w:val="20"/>
        </w:rPr>
        <w:t>[28 . 24 . 217]</w:t>
      </w:r>
    </w:p>
    <w:p>
      <w:r>
        <w:rPr>
          <w:rFonts w:ascii="Gentium Plus" w:hAnsi="Gentium Plus"/>
          <w:sz w:val="24"/>
        </w:rPr>
        <w:t>γάρ· «Καὶ τὰ κτήνη αὐτῶν οὐκ ἐσμίκρυνεν». καὶ οἱ μὲν Ἰουδαῖοι «ὠλιγώθησαν καὶ ἐκακώθησαν [καὶ] ἀπὸ θλίψεως κακῶν καὶ ὀδύνης· «καὶ ἐξεχύθη ἐξουδένωσις ἐπὶ» τοὺς διὰ τὸν Ἀβραὰμ «ἄρχοντας, καὶ</w:t>
      </w:r>
    </w:p>
    <w:p>
      <w:r>
        <w:rPr>
          <w:rFonts w:ascii="Courier New" w:hAnsi="Courier New"/>
          <w:color w:val="555555"/>
          <w:sz w:val="20"/>
        </w:rPr>
        <w:t>[28 . 24 . 218]</w:t>
      </w:r>
    </w:p>
    <w:p>
      <w:r>
        <w:rPr>
          <w:rFonts w:ascii="Gentium Plus" w:hAnsi="Gentium Plus"/>
          <w:sz w:val="24"/>
        </w:rPr>
        <w:t>«ἐπλάνησεν αὐτοὺς ἐν ἀβάτῳ καὶ οὐχὶ ἐν ὁδῷ». μετ’ ἐκείνους δὲ ὁ θεὸς «ἐβοήθησεν τῷ ἀπὸ τῶν ἐθνῶν πένητι λαῷ ἐκ πτωχείας καὶ «ἔθετο ὡς πρόβατα πατριάν», οὓς ὄψονται εὐθεῖς ἄγγελοι καὶ «εὐ‐</w:t>
      </w:r>
    </w:p>
    <w:p>
      <w:r>
        <w:rPr>
          <w:rFonts w:ascii="Courier New" w:hAnsi="Courier New"/>
          <w:color w:val="555555"/>
          <w:sz w:val="20"/>
        </w:rPr>
        <w:t>[28 . 24 . 219]</w:t>
      </w:r>
    </w:p>
    <w:p>
      <w:r>
        <w:rPr>
          <w:rFonts w:ascii="Gentium Plus" w:hAnsi="Gentium Plus"/>
          <w:sz w:val="24"/>
        </w:rPr>
        <w:t>«φρανθήσονται, καὶ πᾶσα ἀνομία ἐμφράξει τὸ στόμα αὐτῆς». τού‐ τοις δὲ μυστικῶς προφητευομένοις ἐν ἑκατοστῷ ἕκτῳ Ψαλμῷ ἐπι‐ φέρεται· «Τίς σοφὸς καὶ φυλάξει ταῦτα, καὶ συνήσουσιν τὰ ἐλέη τοῦ</w:t>
      </w:r>
    </w:p>
    <w:p>
      <w:r>
        <w:rPr>
          <w:rFonts w:ascii="Courier New" w:hAnsi="Courier New"/>
          <w:color w:val="555555"/>
          <w:sz w:val="20"/>
        </w:rPr>
        <w:t>[28 . 24 . 220]</w:t>
      </w:r>
    </w:p>
    <w:p>
      <w:r>
        <w:rPr>
          <w:rFonts w:ascii="Gentium Plus" w:hAnsi="Gentium Plus"/>
          <w:sz w:val="24"/>
        </w:rPr>
        <w:t>«κυρίου;» ἐλεοῦντος γὰρ τοῦ κυρίου τοὺς ἀπὸ τῶν ἐθνῶν ὁ σοφὸς</w:t>
      </w:r>
    </w:p>
    <w:p>
      <w:r>
        <w:rPr>
          <w:rFonts w:ascii="Courier New" w:hAnsi="Courier New"/>
          <w:color w:val="555555"/>
          <w:sz w:val="20"/>
        </w:rPr>
        <w:t>[28 . 24 . 221]</w:t>
      </w:r>
    </w:p>
    <w:p>
      <w:r>
        <w:rPr>
          <w:rFonts w:ascii="Gentium Plus" w:hAnsi="Gentium Plus"/>
          <w:sz w:val="24"/>
        </w:rPr>
        <w:t>ταῦτα φυλάξει, συνιεὶς τὰ ἐλέη τοῦ κυρίου. οὐκοῦν Ἰησοῦς οὐκέτι «παρρησίᾳ περιπατεῖ ἐν τοῖς Ἰουδαίοις, ἀλλὰ ἀπῆλθεν ἐκεῖθεν εἰς «τὴν χώραν» τοῦ ὅλου κόσμου, «ἐγγὺς τῆς ἐρήμου» ἐκκλησίας, εἰς Ἐφραῒμ τὴν ‹καρποφοροῦσαν› λεγομένην πόλιν, κἀκεῖ ἔμεινεν μετὰ</w:t>
      </w:r>
    </w:p>
    <w:p>
      <w:r>
        <w:rPr>
          <w:rFonts w:ascii="Courier New" w:hAnsi="Courier New"/>
          <w:color w:val="555555"/>
          <w:sz w:val="20"/>
        </w:rPr>
        <w:t>[28 . 24 . 222]</w:t>
      </w:r>
    </w:p>
    <w:p>
      <w:r>
        <w:rPr>
          <w:rFonts w:ascii="Gentium Plus" w:hAnsi="Gentium Plus"/>
          <w:sz w:val="24"/>
        </w:rPr>
        <w:t>τῶν μαθητῶν. καὶ ἔστιν μέχρι τοῦ δεῦρο μετὰ τῶν μαθητῶν αὐτοῦ Ἰησοῦς ἐγγὺς τῆς ἐρήμου, εἰς Ἐφραῒμ λεγομένην πόλιν· πάρεστιν</w:t>
      </w:r>
    </w:p>
    <w:p>
      <w:r>
        <w:rPr>
          <w:rFonts w:ascii="Courier New" w:hAnsi="Courier New"/>
          <w:color w:val="555555"/>
          <w:sz w:val="20"/>
        </w:rPr>
        <w:t>[28 . 24 . 223]</w:t>
      </w:r>
    </w:p>
    <w:p>
      <w:r>
        <w:rPr>
          <w:rFonts w:ascii="Gentium Plus" w:hAnsi="Gentium Plus"/>
          <w:sz w:val="24"/>
        </w:rPr>
        <w:t>γὰρ τῇ ‹καρποφορίᾳ›. καὶ ἐπὶ τῇ γενέσει γε τοῦ Ἐφραῒμ τούτου εἴποι ἂν ὁ γεννήσας αὐτὸν σιτομέτρης ἡμῶν κύριος, ὁ ταπεινώσας ἑαυτὸν καὶ γενόμενος ὑπήκοος μέχρι θανάτου, θανάτου δὲ σταυροῦ· «Ηὔξησέν με ὁ θεὸς ἐν τῇ γῇ τῆς ταπεινώσεώς μου».</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[28 . 25 n]</w:t>
      </w:r>
    </w:p>
    <w:p>
      <w:r>
        <w:rPr>
          <w:rFonts w:ascii="Gentium Plus" w:hAnsi="Gentium Plus"/>
          <w:sz w:val="24"/>
        </w:rPr>
        <w:t>Ἦν δὲ ἐγγὺς τὸ πάσχα τῶν Ἰουδαίων, καὶ ἀνέβη‐ σαν πολλοὶ τῶν Ἰουδαίων εἰς Ἱεροσόλυμα ἐκ τῆς χώρας πρὸ τοῦ πάσχα, ἵνα ἁγνίσωσιν ἑαυτούς. ἐζήτουν οὖν τὸν Ἰησοῦν καὶ ἔλεγον μετ’ ἀλλήλων ἐν τῷ ἱερῷ ἑστηκότες· Τί ὑμῖν δοκεῖ;</w:t>
      </w:r>
    </w:p>
    <w:p>
      <w:r>
        <w:rPr>
          <w:rFonts w:ascii="Courier New" w:hAnsi="Courier New"/>
          <w:color w:val="555555"/>
          <w:sz w:val="20"/>
        </w:rPr>
        <w:t>[5]</w:t>
      </w:r>
    </w:p>
    <w:p>
      <w:r>
        <w:rPr>
          <w:rFonts w:ascii="Gentium Plus" w:hAnsi="Gentium Plus"/>
          <w:sz w:val="24"/>
        </w:rPr>
        <w:t>οὐ μὴ ἔλθῃ εἰς τὴν ἑορτήν;</w:t>
      </w:r>
    </w:p>
    <w:p>
      <w:r>
        <w:rPr>
          <w:rFonts w:ascii="Courier New" w:hAnsi="Courier New"/>
          <w:color w:val="555555"/>
          <w:sz w:val="20"/>
        </w:rPr>
        <w:t>[28 . 25 . 224]</w:t>
      </w:r>
    </w:p>
    <w:p>
      <w:r>
        <w:rPr>
          <w:rFonts w:ascii="Gentium Plus" w:hAnsi="Gentium Plus"/>
          <w:sz w:val="24"/>
        </w:rPr>
        <w:t>Οὐ τὸ αὐτὸ νομιστέον εἶναι πάσχα τοῦ κυρίου καὶ πάσχα τῶν Ἰουδαίων· τὸ μὲν γὰρ κατὰ τὸν νόμον πάσχα ἐστὶν τοῦ</w:t>
      </w:r>
    </w:p>
    <w:p>
      <w:r>
        <w:rPr>
          <w:rFonts w:ascii="Courier New" w:hAnsi="Courier New"/>
          <w:color w:val="555555"/>
          <w:sz w:val="20"/>
        </w:rPr>
        <w:t>[28 . 25 . 225]</w:t>
      </w:r>
    </w:p>
    <w:p>
      <w:r>
        <w:rPr>
          <w:rFonts w:ascii="Gentium Plus" w:hAnsi="Gentium Plus"/>
          <w:sz w:val="24"/>
        </w:rPr>
        <w:t>κυρίου, τὸ δὲ τῶν παρανόμων πάσχα τῶν Ἰουδαίων. διὸ παρατη‐ ρητέον πότε λέγεται κυρίου τὸ πάσχα καὶ ἄλλαι ἡμέραι, καὶ πότε</w:t>
      </w:r>
    </w:p>
    <w:p>
      <w:r>
        <w:rPr>
          <w:rFonts w:ascii="Courier New" w:hAnsi="Courier New"/>
          <w:color w:val="555555"/>
          <w:sz w:val="20"/>
        </w:rPr>
        <w:t>[28 . 25 . 226]</w:t>
      </w:r>
    </w:p>
    <w:p>
      <w:r>
        <w:rPr>
          <w:rFonts w:ascii="Gentium Plus" w:hAnsi="Gentium Plus"/>
          <w:sz w:val="24"/>
        </w:rPr>
        <w:t>οὐ τοῦ κυρίου ἀλλὰ τῶν ἐλεγχομένων ἐπὶ ἁμαρτίαις. οἷον ἐν μὲν τῇ Ἐξόδῳ γέγραπται μεθ’ ἕτερα κατὰ τὴν πρώτην περὶ πάσχα ἐν‐</w:t>
      </w:r>
    </w:p>
    <w:p>
      <w:r>
        <w:rPr>
          <w:rFonts w:ascii="Courier New" w:hAnsi="Courier New"/>
          <w:color w:val="555555"/>
          <w:sz w:val="20"/>
        </w:rPr>
        <w:t>[5]</w:t>
      </w:r>
    </w:p>
    <w:p>
      <w:r>
        <w:rPr>
          <w:rFonts w:ascii="Gentium Plus" w:hAnsi="Gentium Plus"/>
          <w:sz w:val="24"/>
        </w:rPr>
        <w:t>«λατρεία αὕτη ὑμῖν; καὶ ἐρεῖτε· Θυσία τὸ πάσχα τοῦ κυρίου, ὡς</w:t>
      </w:r>
    </w:p>
    <w:p>
      <w:r>
        <w:rPr>
          <w:rFonts w:ascii="Courier New" w:hAnsi="Courier New"/>
          <w:color w:val="555555"/>
          <w:sz w:val="20"/>
        </w:rPr>
        <w:t>[28 . 25 . 227]</w:t>
      </w:r>
    </w:p>
    <w:p>
      <w:r>
        <w:rPr>
          <w:rFonts w:ascii="Gentium Plus" w:hAnsi="Gentium Plus"/>
          <w:sz w:val="24"/>
        </w:rPr>
        <w:t>«ἐσκέπασεν τοὺς οἴκους τῶν υἱῶν Ἰσραὴλ ἐν Αἰγύπτῳ». ἐν δὲ τῷ Ἡσαΐᾳ οὐχ ἑαυτοῦ ἀλλὰ τῶν ἁμαρτανόντων φησὶν εἶναι ὁ κύ‐ ριος τὰς νουμηνίας καὶ τὰ σάββατα καὶ νηστείαν καὶ ἀργίαν καὶ</w:t>
      </w:r>
    </w:p>
    <w:p>
      <w:r>
        <w:rPr>
          <w:rFonts w:ascii="Courier New" w:hAnsi="Courier New"/>
          <w:color w:val="555555"/>
          <w:sz w:val="20"/>
        </w:rPr>
        <w:t>[28 . 25 . 228]</w:t>
      </w:r>
    </w:p>
    <w:p>
      <w:r>
        <w:rPr>
          <w:rFonts w:ascii="Gentium Plus" w:hAnsi="Gentium Plus"/>
          <w:sz w:val="24"/>
        </w:rPr>
        <w:t>ἑορτάς. εἰ δὲ τὰς ἑορτάς, δῆλον ὅτι καὶ τὸ πάσχα· μία γὰρ αὕτη τῶν ἑορτῶν ἐστιν. γέγραπται δὲ οὕτως· «Τὰς νουμηνίας ὑμῶν καὶ «τὰ σάββατα ὑμῶν καὶ ἡμέραν μεγάλην οὐκ ἀνέχομαι· νηστείαν [ἢ] «καὶ ἀργίαν, καὶ τὰς νουμηνίας ὑμῶν καὶ τὰς ἑορτὰς ὑμῶν μισεῖ ἡ</w:t>
      </w:r>
    </w:p>
    <w:p>
      <w:r>
        <w:rPr>
          <w:rFonts w:ascii="Courier New" w:hAnsi="Courier New"/>
          <w:color w:val="555555"/>
          <w:sz w:val="20"/>
        </w:rPr>
        <w:t>[5]</w:t>
      </w:r>
    </w:p>
    <w:p>
      <w:r>
        <w:rPr>
          <w:rFonts w:ascii="Gentium Plus" w:hAnsi="Gentium Plus"/>
          <w:sz w:val="24"/>
        </w:rPr>
        <w:t>«ψυχή μου». καὶ ἔν τινι δὲ τῶν δώδεκα γέγραπται· «Μεμίσηκα,</w:t>
      </w:r>
    </w:p>
    <w:p>
      <w:r>
        <w:rPr>
          <w:rFonts w:ascii="Courier New" w:hAnsi="Courier New"/>
          <w:color w:val="555555"/>
          <w:sz w:val="20"/>
        </w:rPr>
        <w:t>[28 . 25 . 229]</w:t>
      </w:r>
    </w:p>
    <w:p>
      <w:r>
        <w:rPr>
          <w:rFonts w:ascii="Gentium Plus" w:hAnsi="Gentium Plus"/>
          <w:sz w:val="24"/>
        </w:rPr>
        <w:t>«ἀπῶσμαι τὰς ἑορτὰς ὑμῶν». καὶ κατὰ τὴν ἐκκειμένην τοίνυν λέξιν τὸ πάσχα οὐ ‹τοῦ κυρίου› ἀλλὰ ‹τῶν Ἰουδαίων› ἦν· ὁ γὰρ σωτὴρ</w:t>
      </w:r>
    </w:p>
    <w:p>
      <w:r>
        <w:rPr>
          <w:rFonts w:ascii="Courier New" w:hAnsi="Courier New"/>
          <w:color w:val="555555"/>
          <w:sz w:val="20"/>
        </w:rPr>
        <w:t>[28 . 25 . 230]</w:t>
      </w:r>
    </w:p>
    <w:p>
      <w:r>
        <w:rPr>
          <w:rFonts w:ascii="Gentium Plus" w:hAnsi="Gentium Plus"/>
          <w:sz w:val="24"/>
        </w:rPr>
        <w:t>ἡμῶν ἐν αὐτῷ ἐπεβουλεύετο. καὶ διὰ τοῦτο αὐτῶν οἶμαι τὸ πάσχα εἰρῆσθαι αὐτοῖς προφητικῶς τῷ «Μεμίσηκα, ἀπῶσμαι τὰς ἑορτὰς «ὑμῶν»· ἔργον γὰρ οὐχ ἑορτῆς θεοῦ, ἀλλ’ ἐναγὲς ἐν αὐτῷ πεποιή‐</w:t>
      </w:r>
    </w:p>
    <w:p>
      <w:r>
        <w:rPr>
          <w:rFonts w:ascii="Courier New" w:hAnsi="Courier New"/>
          <w:color w:val="555555"/>
          <w:sz w:val="20"/>
        </w:rPr>
        <w:t>[28 . 25 . 231]</w:t>
      </w:r>
    </w:p>
    <w:p>
      <w:r>
        <w:rPr>
          <w:rFonts w:ascii="Gentium Plus" w:hAnsi="Gentium Plus"/>
          <w:sz w:val="24"/>
        </w:rPr>
        <w:t>κασιν τὸν Ἰησοῦν ἀποκτείναντες. πλὴν πρὸ τοῦ πάσχα τῶν Ἰου‐ δαίων τούτου πολλοὶ ἀνέβησαν εἰς Ἱεροσόλυμα ἐκ τῆς χώρας, ἵνα</w:t>
      </w:r>
    </w:p>
    <w:p>
      <w:r>
        <w:rPr>
          <w:rFonts w:ascii="Courier New" w:hAnsi="Courier New"/>
          <w:color w:val="555555"/>
          <w:sz w:val="20"/>
        </w:rPr>
        <w:t>[28 . 25 . 232]</w:t>
      </w:r>
    </w:p>
    <w:p>
      <w:r>
        <w:rPr>
          <w:rFonts w:ascii="Gentium Plus" w:hAnsi="Gentium Plus"/>
          <w:sz w:val="24"/>
        </w:rPr>
        <w:t>ἁγνίσωσιν ἑαυτούς. προλαβὼν δ’ ἂν εἴποιμι ὅτι οὐκ ἐνόουν οἱ πολλοὶ πῶς ἂν ἁγνίσαιεν ἑαυτούς· διόπερ δοκοῦντες ἑαυτῶν πάσχα λατρείαν προσφέρειν τῷ θεῷ, τοσοῦτον ἐδέησαν τοῦ ἁγνίσαι ἑαυτοὺς ὥστε ἐναγέστεροι γενέσθαι οὗ ἦσαν ἐναγεῖς πρὶν ἁγνίσωσιν ἑαυτούς.</w:t>
      </w:r>
    </w:p>
    <w:p>
      <w:r>
        <w:rPr>
          <w:rFonts w:ascii="Courier New" w:hAnsi="Courier New"/>
          <w:color w:val="555555"/>
          <w:sz w:val="20"/>
        </w:rPr>
        <w:t>[5]</w:t>
      </w:r>
    </w:p>
    <w:p>
      <w:r>
        <w:rPr>
          <w:rFonts w:ascii="Gentium Plus" w:hAnsi="Gentium Plus"/>
          <w:sz w:val="24"/>
        </w:rPr>
        <w:t>εἶπον γὰρ τῷ Πιλάτῳ οἱ παραδιδόντες αὐτῷ τὸν Ἰησοῦν Ἰουδαῖοι· «Ἡμῖν οὐκ ἔξεστιν ἀποκτεῖναι οὐδένα»· δι’ οὓς ἔλεγεν τῷ σωτῆρι· «Μήτι ἐγὼ Ἰουδαῖός εἰμι; τὸ σὸν ἔθνος καὶ οἱ ἀρχιερεῖς παρέδωκάν</w:t>
      </w:r>
    </w:p>
    <w:p>
      <w:r>
        <w:rPr>
          <w:rFonts w:ascii="Courier New" w:hAnsi="Courier New"/>
          <w:color w:val="555555"/>
          <w:sz w:val="20"/>
        </w:rPr>
        <w:t>[28 . 25 . 233]</w:t>
      </w:r>
    </w:p>
    <w:p>
      <w:r>
        <w:rPr>
          <w:rFonts w:ascii="Gentium Plus" w:hAnsi="Gentium Plus"/>
          <w:sz w:val="24"/>
        </w:rPr>
        <w:t>«σε ἐμοί». καὶ οἱ λέγοντές γε ἀναβεβηκέναι ἵνα ἁγνίσωσιν ἑαυτοὺς ἐκραύγασαν λέγοντες τῷ Πιλάτῳ· «Μὴ τοῦτον ἀπολύσῃς ἀλλὰ τὸν</w:t>
      </w:r>
    </w:p>
    <w:p>
      <w:r>
        <w:rPr>
          <w:rFonts w:ascii="Courier New" w:hAnsi="Courier New"/>
          <w:color w:val="555555"/>
          <w:sz w:val="20"/>
        </w:rPr>
        <w:t>[28 . 25 . 234]</w:t>
      </w:r>
    </w:p>
    <w:p>
      <w:r>
        <w:rPr>
          <w:rFonts w:ascii="Gentium Plus" w:hAnsi="Gentium Plus"/>
          <w:sz w:val="24"/>
        </w:rPr>
        <w:t>«Βαραββᾶν. ἦν δὲ ὁ Βαραββᾶς λῃστής». καὶ πάλιν· «Ἀπεκρίθησαν «οἱ Ἰουδαῖοι· Ἡμεῖς νόμον ἔχομεν, καὶ κατὰ τὸν νόμον ὀφείλει ἀπο‐ «θανεῖν, ὅτι υἱὸν θεοῦ ἑαυτὸν ἐποίησεν»· καὶ πάλιν· «Οἱ Ἰουδαῖοι «ἐκραύγαζον λέγοντες πρὸς τὸν Πιλάτον· Ἐὰν τοῦτον ἀπολύσῃς,</w:t>
      </w:r>
    </w:p>
    <w:p>
      <w:r>
        <w:rPr>
          <w:rFonts w:ascii="Courier New" w:hAnsi="Courier New"/>
          <w:color w:val="555555"/>
          <w:sz w:val="20"/>
        </w:rPr>
        <w:t>[5]</w:t>
      </w:r>
    </w:p>
    <w:p>
      <w:r>
        <w:rPr>
          <w:rFonts w:ascii="Gentium Plus" w:hAnsi="Gentium Plus"/>
          <w:sz w:val="24"/>
        </w:rPr>
        <w:t>«οὐκ εἶ φίλος τοῦ Καίσαρος· πᾶς ὁ βασιλέα ἑαυτὸν ποιῶν ἀντιλέγει</w:t>
      </w:r>
    </w:p>
    <w:p>
      <w:r>
        <w:rPr>
          <w:rFonts w:ascii="Courier New" w:hAnsi="Courier New"/>
          <w:color w:val="555555"/>
          <w:sz w:val="20"/>
        </w:rPr>
        <w:t>[28 . 25 . 235]</w:t>
      </w:r>
    </w:p>
    <w:p>
      <w:r>
        <w:rPr>
          <w:rFonts w:ascii="Gentium Plus" w:hAnsi="Gentium Plus"/>
          <w:sz w:val="24"/>
        </w:rPr>
        <w:t>«σταύρωσον αὐτόν». καὶ οἱ ἀναβεβηκότες γε πρὸ τοῦ πάσχα ἵνα ἁγνίσωσιν ἑαυτοὺς ἔλεγον ἐν αὐτῷ τῷ πάσχα· «Οὐκ ἔχομεν βασιλέα «εἰ μὴ Καίσαρα». ὅπερ δὲ πρὸς τοὺς μαθητὰς εἶπεν προφητεύων ὁ σωτὴρ καὶ λέγων· «Ἔρχεται ὥρα ὅτε πᾶς ὁ ἀποκτείνας ὑμᾶς δόξει</w:t>
      </w:r>
    </w:p>
    <w:p>
      <w:r>
        <w:rPr>
          <w:rFonts w:ascii="Courier New" w:hAnsi="Courier New"/>
          <w:color w:val="555555"/>
          <w:sz w:val="20"/>
        </w:rPr>
        <w:t>[5]</w:t>
      </w:r>
    </w:p>
    <w:p>
      <w:r>
        <w:rPr>
          <w:rFonts w:ascii="Gentium Plus" w:hAnsi="Gentium Plus"/>
          <w:sz w:val="24"/>
        </w:rPr>
        <w:t>«λατρείαν προσφέρειν τῷ θεῷ»· τοῦτο ἀπ’ αὐτοῦ ἀρξάμενον πεπλή‐</w:t>
      </w:r>
    </w:p>
    <w:p>
      <w:r>
        <w:rPr>
          <w:rFonts w:ascii="Courier New" w:hAnsi="Courier New"/>
          <w:color w:val="555555"/>
          <w:sz w:val="20"/>
        </w:rPr>
        <w:t>[28 . 25 . 236]</w:t>
      </w:r>
    </w:p>
    <w:p>
      <w:r>
        <w:rPr>
          <w:rFonts w:ascii="Gentium Plus" w:hAnsi="Gentium Plus"/>
          <w:sz w:val="24"/>
        </w:rPr>
        <w:t>ρωται. οἱ γὰρ ἀξιώσαντες αὐτὸν ἀποθανεῖν ἐδόκουν λατρείαν προσ‐ φέρειν τῷ θεῷ, καὶ ἀναβεβήκεισαν εἰς Ἱεροσόλυμα πρὸ τοῦ πάσχα</w:t>
      </w:r>
    </w:p>
    <w:p>
      <w:r>
        <w:rPr>
          <w:rFonts w:ascii="Courier New" w:hAnsi="Courier New"/>
          <w:color w:val="555555"/>
          <w:sz w:val="20"/>
        </w:rPr>
        <w:t>[28 . 25 . 237]</w:t>
      </w:r>
    </w:p>
    <w:p>
      <w:r>
        <w:rPr>
          <w:rFonts w:ascii="Gentium Plus" w:hAnsi="Gentium Plus"/>
          <w:sz w:val="24"/>
        </w:rPr>
        <w:t>ἵνα ἁγνίσωσιν ἑαυτούς. ὁ δὲ ἀληθὴς ἁγνισμὸς οὐ πρὸ τοῦ πάσχα ἦν ἀλλ’ ἐν τῷ πάσχα, ὅτε Ἰησοῦς ἀπέθανεν ὑπὲρ τῶν ἁγνιζομένων</w:t>
      </w:r>
    </w:p>
    <w:p>
      <w:r>
        <w:rPr>
          <w:rFonts w:ascii="Courier New" w:hAnsi="Courier New"/>
          <w:color w:val="555555"/>
          <w:sz w:val="20"/>
        </w:rPr>
        <w:t>[28 . 25 . 238]</w:t>
      </w:r>
    </w:p>
    <w:p>
      <w:r>
        <w:rPr>
          <w:rFonts w:ascii="Gentium Plus" w:hAnsi="Gentium Plus"/>
          <w:sz w:val="24"/>
        </w:rPr>
        <w:t>ὡς ἀμνὸς θεοῦ, καὶ ἦρεν τὴν ἁμαρτίαν τοῦ κόσμου. καὶ ἐζήτουν γε οὗτοι οἱ Ἰουδαῖοι τὸν Ἰησοῦν, οὐχ ἵνα ὠφεληθῶσιν, ἀλλ’ ἵνα αὐτὸν ἀποκτείνωσιν πρὸς οὓς εἶπεν ἄν· «Νῦν δὲ ζητεῖτέ με ἀποκτεῖ‐ «ναι, ἄνθρωπον ὃς τὴν ἀλήθειαν ὑμῖν λελάληκα, ἣν ἤκουσα ἀπὸ</w:t>
      </w:r>
    </w:p>
    <w:p>
      <w:r>
        <w:rPr>
          <w:rFonts w:ascii="Courier New" w:hAnsi="Courier New"/>
          <w:color w:val="555555"/>
          <w:sz w:val="20"/>
        </w:rPr>
        <w:t>[28 . 25 . 239]</w:t>
      </w:r>
    </w:p>
    <w:p>
      <w:r>
        <w:rPr>
          <w:rFonts w:ascii="Gentium Plus" w:hAnsi="Gentium Plus"/>
          <w:sz w:val="24"/>
        </w:rPr>
        <w:t>«τοῦ θεοῦ». καὶ ἐν αὐτῷ γε τῷ ἱερῷ ἑστηκότες ἔλεγον πρὸς ἀλλή‐ λους περὶ τοῦ Ἰησοῦ· «Τί δοκεῖ ὑμῖν; ὅτι οὐ μὴ ἔλθῃ εἰς τὴν</w:t>
      </w:r>
    </w:p>
    <w:p>
      <w:r>
        <w:rPr>
          <w:rFonts w:ascii="Courier New" w:hAnsi="Courier New"/>
          <w:color w:val="555555"/>
          <w:sz w:val="20"/>
        </w:rPr>
        <w:t>[28 . 25 . 240]</w:t>
      </w:r>
    </w:p>
    <w:p>
      <w:r>
        <w:rPr>
          <w:rFonts w:ascii="Gentium Plus" w:hAnsi="Gentium Plus"/>
          <w:sz w:val="24"/>
        </w:rPr>
        <w:t>«ἑορτήν;» ἀλλ’ οὐχ ὅπου οὗτοι ἑστήκεισαν ἑόρταζεν Ἰησοῦς, ἀλλ’ εἰς τὸ μέγα ἀνάγαιον, τὸ σεσαρωμένον καὶ κεκοσμημένον, ὅπου ἐπι‐ θυμίᾳ ἐπεθύμησεν τὸ πάσχα μετὰ τῶν μαθητῶν φαγεῖν πρὸ τοῦ</w:t>
      </w:r>
    </w:p>
    <w:p>
      <w:r>
        <w:rPr>
          <w:rFonts w:ascii="Courier New" w:hAnsi="Courier New"/>
          <w:color w:val="555555"/>
          <w:sz w:val="20"/>
        </w:rPr>
        <w:t>[28 . 25 . 241]</w:t>
      </w:r>
    </w:p>
    <w:p>
      <w:r>
        <w:rPr>
          <w:rFonts w:ascii="Gentium Plus" w:hAnsi="Gentium Plus"/>
          <w:sz w:val="24"/>
        </w:rPr>
        <w:t>παθεῖν. εἴποις δ’ ἂν ὅτι καὶ νῦν ἑστήκασιν ἐν τῷ ἱερῷ ζητοῦντες τὸν Ἰησοῦν, ἐπερειδόμενοι μὲν ὡς ἱεραῖς ταῖς γραφαῖς, διὰ δὲ τὸ ἀγνοεῖν τὸν ἐληλυθότα ζητοῦντες. τοῦτον μὲν κακολογεῖν, ἕτερον δὲ</w:t>
      </w:r>
    </w:p>
    <w:p>
      <w:r>
        <w:rPr>
          <w:rFonts w:ascii="Courier New" w:hAnsi="Courier New"/>
          <w:color w:val="555555"/>
          <w:sz w:val="20"/>
        </w:rPr>
        <w:t>[28 . 25 . 242]</w:t>
      </w:r>
    </w:p>
    <w:p>
      <w:r>
        <w:rPr>
          <w:rFonts w:ascii="Gentium Plus" w:hAnsi="Gentium Plus"/>
          <w:sz w:val="24"/>
        </w:rPr>
        <w:t>τούτου Χριστὸν ὁμολογεῖν. πρόσχες δὲ εἰ δύνασαι καὶ ἄλλους Ἰου‐ δαίους λέγειν ἀναβαίνοντας εἰς Ἱεροσόλυμα καὶ ἐρχομένους εἰς τὴν πόλιν τοῦ θεοῦ ἀπὸ τῆς ἔξω Ἱεροσολύμων χώρας, καὶ ἐρχομένους ἵνα ἁγνίσαντες ἑαυτοὺς δυνηθῶσιν, ἡνίκα ἂν τὸ πάσχα τυθῇ Χρι‐</w:t>
      </w:r>
    </w:p>
    <w:p>
      <w:r>
        <w:rPr>
          <w:rFonts w:ascii="Courier New" w:hAnsi="Courier New"/>
          <w:color w:val="555555"/>
          <w:sz w:val="20"/>
        </w:rPr>
        <w:t>[5]</w:t>
      </w:r>
    </w:p>
    <w:p>
      <w:r>
        <w:rPr>
          <w:rFonts w:ascii="Gentium Plus" w:hAnsi="Gentium Plus"/>
          <w:sz w:val="24"/>
        </w:rPr>
        <w:t>στός, ἑορτάζειν μὴ «ζύμῃ παλαιᾷ», μὴ «ζύμῃ κακίας καὶ πονηρίας,</w:t>
      </w:r>
    </w:p>
    <w:p>
      <w:r>
        <w:rPr>
          <w:rFonts w:ascii="Courier New" w:hAnsi="Courier New"/>
          <w:color w:val="555555"/>
          <w:sz w:val="20"/>
        </w:rPr>
        <w:t>[28 . 25 . 243]</w:t>
      </w:r>
    </w:p>
    <w:p>
      <w:r>
        <w:rPr>
          <w:rFonts w:ascii="Gentium Plus" w:hAnsi="Gentium Plus"/>
          <w:sz w:val="24"/>
        </w:rPr>
        <w:t>«ἀλλ’ ἐν ἀζύμοις εἰλικρινείας καὶ ἀληθείας». καὶ οἱ τοιοῦτοί γε ζητήσουσιν τὸν Ἰησοῦν ἐν τῷ ἱερῷ ἑστηκότες τῶν γραφῶν καὶ ἐπα‐ πορήσουσιν πρὸς ἀλλήλους, εἰ ἐλεύσεται εἰς τὴν ἑορτὴν Ἰησοῦς.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[28 . 26 n]</w:t>
      </w:r>
    </w:p>
    <w:p>
      <w:r>
        <w:rPr>
          <w:rFonts w:ascii="Gentium Plus" w:hAnsi="Gentium Plus"/>
          <w:sz w:val="24"/>
        </w:rPr>
        <w:t>Δεδώκεισαν δὲ οἱ ἀρχιερεῖς καὶ οἱ Φαρισαῖοι ἐν‐ τολὰς ἵνα ἐάν τις γνῷ αὐτὸν ποῦ ἐστιν μηνύσῃ, ὅπως πιάσωσιν αὐτόν.</w:t>
      </w:r>
    </w:p>
    <w:p>
      <w:r>
        <w:rPr>
          <w:rFonts w:ascii="Courier New" w:hAnsi="Courier New"/>
          <w:color w:val="555555"/>
          <w:sz w:val="20"/>
        </w:rPr>
        <w:t>[28 . 26 . 244]</w:t>
      </w:r>
    </w:p>
    <w:p>
      <w:r>
        <w:rPr>
          <w:rFonts w:ascii="Gentium Plus" w:hAnsi="Gentium Plus"/>
          <w:sz w:val="24"/>
        </w:rPr>
        <w:t>Ὅρα πῶς μεμαρτύρηται ἀνακεχωρηκέναι, ἵνα καὶ</w:t>
      </w:r>
    </w:p>
    <w:p>
      <w:r>
        <w:rPr>
          <w:rFonts w:ascii="Courier New" w:hAnsi="Courier New"/>
          <w:color w:val="555555"/>
          <w:sz w:val="20"/>
        </w:rPr>
        <w:t>[28 . 26 . 245]</w:t>
      </w:r>
    </w:p>
    <w:p>
      <w:r>
        <w:rPr>
          <w:rFonts w:ascii="Gentium Plus" w:hAnsi="Gentium Plus"/>
          <w:sz w:val="24"/>
        </w:rPr>
        <w:t>καὶ συλλάβωσιν αὐτόν. καὶ ἄλλως δὲ φήσεις ὅτι οἱ ἐπιβουλεύοντες τῷ</w:t>
      </w:r>
    </w:p>
    <w:p>
      <w:r>
        <w:rPr>
          <w:rFonts w:ascii="Courier New" w:hAnsi="Courier New"/>
          <w:color w:val="555555"/>
          <w:sz w:val="20"/>
        </w:rPr>
        <w:t>[28 . 26 . 246]</w:t>
      </w:r>
    </w:p>
    <w:p>
      <w:r>
        <w:rPr>
          <w:rFonts w:ascii="Gentium Plus" w:hAnsi="Gentium Plus"/>
          <w:sz w:val="24"/>
        </w:rPr>
        <w:t>Ἰησοῦ οὐκ οἴδασιν ποῦ ἐστιν. διὸ διδόασιν ἑτέρας παρὰ τὰς τοῦ</w:t>
      </w:r>
    </w:p>
    <w:p>
      <w:r>
        <w:rPr>
          <w:rFonts w:ascii="Courier New" w:hAnsi="Courier New"/>
          <w:color w:val="555555"/>
          <w:sz w:val="20"/>
        </w:rPr>
        <w:t>[28 . 26 . 247]</w:t>
      </w:r>
    </w:p>
    <w:p>
      <w:r>
        <w:rPr>
          <w:rFonts w:ascii="Gentium Plus" w:hAnsi="Gentium Plus"/>
          <w:sz w:val="24"/>
        </w:rPr>
        <w:t>θεοῦ ἐντολάς, «διδάσκοντες διδασκαλίας ἐντάλματα ἀνθρώπων». καί εἰσιν αὐτῶν αἱ ἐντολαὶ 〈ἃσ〉 διδόασιν Φαρισαῖοι καὶ ἀρχιερεῖς, τῶν σωματικῶν τυγχάνοντες Ἰουδαίων, κατὰ τοῦ Ἰησοῦ· βούλονται γάρ τινας μηνῦσαι αὐτοῖς τὸν Ἰησοῦν, ἵνα αὐτὸν ὑποχείριον λαβόντες</w:t>
      </w:r>
    </w:p>
    <w:p>
      <w:r>
        <w:rPr>
          <w:rFonts w:ascii="Courier New" w:hAnsi="Courier New"/>
          <w:color w:val="555555"/>
          <w:sz w:val="20"/>
        </w:rPr>
        <w:t>[28 . 26 . 248]</w:t>
      </w:r>
    </w:p>
    <w:p>
      <w:r>
        <w:rPr>
          <w:rFonts w:ascii="Gentium Plus" w:hAnsi="Gentium Plus"/>
          <w:sz w:val="24"/>
        </w:rPr>
        <w:t>προδῶσιν. καὶ φήσεις πάντα τὸν περιεργαζόμενον τὰ περὶ τὸν χριστιανισμὸν ἐπὶ τῷ αὐτὸν ἀνατρέπειν καὶ κατηγορεῖν Φαρισαῖόν τινα εἶναι καὶ οὐκ ἀγαθὸν ἀρχιερέα, ἄλλων λόγων διδόντα ἐντολάς, οἷς οἴεται διδάξειν αὑτὸν τὰ περὶ τὸν Ἰησοῦν, ἵνα μηνυθέντα αὐτὸν</w:t>
      </w:r>
    </w:p>
    <w:p>
      <w:r>
        <w:rPr>
          <w:rFonts w:ascii="Courier New" w:hAnsi="Courier New"/>
          <w:color w:val="555555"/>
          <w:sz w:val="20"/>
        </w:rPr>
        <w:t>[5]</w:t>
      </w:r>
    </w:p>
    <w:p>
      <w:r>
        <w:rPr>
          <w:rFonts w:ascii="Gentium Plus" w:hAnsi="Gentium Plus"/>
          <w:sz w:val="24"/>
        </w:rPr>
        <w:t>αὐτῷ πιάσῃ καὶ ὑβρίσας ἀποκτείνῃ.</w:t>
      </w:r>
    </w:p>
    <w:p>
      <w:r>
        <w:rPr>
          <w:rFonts w:ascii="Courier New" w:hAnsi="Courier New"/>
          <w:color w:val="555555"/>
          <w:sz w:val="20"/>
        </w:rPr>
        <w:t>[28 . 26 . 249]</w:t>
      </w:r>
    </w:p>
    <w:p>
      <w:r>
        <w:rPr>
          <w:rFonts w:ascii="Gentium Plus" w:hAnsi="Gentium Plus"/>
          <w:sz w:val="24"/>
        </w:rPr>
        <w:t>Ἀλλὰ γὰρ αὐτάρκη περιγραφὴν εἰληφότος καὶ τοῦ ὀγδόου καὶ εἰκοστοῦ τῶν εἰς τὸ κατὰ Ἰωάννην ἐξηγητικῶν τόμου, αὐτοῦ κατα‐ παύσωμεν τὸν λόγον, ἐν τῷ ἐνάτῳ καὶ εἰκοστῷ, θεοῦ διδόντος,</w:t>
      </w:r>
    </w:p>
    <w:p>
      <w:pPr>
        <w:jc w:val="center"/>
      </w:pPr>
      <w:r>
        <w:rPr>
          <w:rFonts w:ascii="Gentium Plus" w:hAnsi="Gentium Plus"/>
          <w:b/>
          <w:sz w:val="24"/>
        </w:rPr>
        <w:t>ΤΩΝ ΕΙΣ ΤΟ ΚΑΤΑ ΙΩΑΝΝΗΝ ΕΥΑΓΓΕΛΙΟΝ ΕΞΗΓΗΤΙΚΩΝ ΤΟΜΟΣ ΛΒʹ.</w:t>
      </w:r>
    </w:p>
    <w:p>
      <w:r>
        <w:rPr>
          <w:rFonts w:ascii="Courier New" w:hAnsi="Courier New"/>
          <w:color w:val="555555"/>
          <w:sz w:val="20"/>
        </w:rPr>
        <w:t>[32 . 1 . 1]</w:t>
      </w:r>
    </w:p>
    <w:p>
      <w:r>
        <w:rPr>
          <w:rFonts w:ascii="Gentium Plus" w:hAnsi="Gentium Plus"/>
          <w:sz w:val="24"/>
        </w:rPr>
        <w:t>Ἀπὸ θεοῦ διὰ Ἰησοῦ Χριστοῦ εὐοδούμενοι ἐρχώμεθα τὴν μεγάλην τοῦ εὐαγγελίου ὁδὸν καὶ ζῶσαν ἡμῖν, εἰ καὶ γνωσθείη καὶ</w:t>
      </w:r>
    </w:p>
    <w:p>
      <w:r>
        <w:rPr>
          <w:rFonts w:ascii="Courier New" w:hAnsi="Courier New"/>
          <w:color w:val="555555"/>
          <w:sz w:val="20"/>
        </w:rPr>
        <w:t>[32 . 1 . 2]</w:t>
      </w:r>
    </w:p>
    <w:p>
      <w:r>
        <w:rPr>
          <w:rFonts w:ascii="Gentium Plus" w:hAnsi="Gentium Plus"/>
          <w:sz w:val="24"/>
        </w:rPr>
        <w:t>ὁδευθείη ὑφ’ ἡμῶν, 〈ὡσ〉 φθάσαι αὐτῆς καὶ ἐπὶ τὸ τέλος. νῦν μέντοι γε οἱονεὶ δευτέρας καὶ τριακοστῆς παρεμβολῆς ἐν τοῖς λεχθησομένοις ἐπιβῆναι πειρώμεθα· καὶ παρείη γε ἡμῖν ὁ στύλος τῆς φωτεινῆς νεφέλης Ἰησοῦ, προάγων ἡμᾶς ὅτε δεῖ, καὶ ἱστὰς ὅτε χρή, ἕως ὅλον</w:t>
      </w:r>
    </w:p>
    <w:p>
      <w:r>
        <w:rPr>
          <w:rFonts w:ascii="Courier New" w:hAnsi="Courier New"/>
          <w:color w:val="555555"/>
          <w:sz w:val="20"/>
        </w:rPr>
        <w:t>[5]</w:t>
      </w:r>
    </w:p>
    <w:p>
      <w:r>
        <w:rPr>
          <w:rFonts w:ascii="Gentium Plus" w:hAnsi="Gentium Plus"/>
          <w:sz w:val="24"/>
        </w:rPr>
        <w:t>καὶ τῇ ὑπαγορεύσει τῶν εἰς τὸ εὐαγγέλιον, ἱερὲ ἀδελφὲ 〈καὶ θεοῦ〉 ἄνθρωπε Ἀμβρόσιε, διεξέλθωμεν τὸ εὐαγγέλιον, μὴ ἐκκακοῦντες ἀπὸ τοῦ μακροῦ τῆς ὁδοιπορίας μηδὲ ἀποκάμνοντες διὰ τὴν ἡμε‐ τέραν ἀσθένειαν, ἀλλ’ ἐκβιαζόμενοι κατ’ ἴχνη βαίνειν τοῦ στύλου</w:t>
      </w:r>
    </w:p>
    <w:p>
      <w:r>
        <w:rPr>
          <w:rFonts w:ascii="Courier New" w:hAnsi="Courier New"/>
          <w:color w:val="555555"/>
          <w:sz w:val="20"/>
        </w:rPr>
        <w:t>[32 . 1 . 3]</w:t>
      </w:r>
    </w:p>
    <w:p>
      <w:r>
        <w:rPr>
          <w:rFonts w:ascii="Gentium Plus" w:hAnsi="Gentium Plus"/>
          <w:sz w:val="24"/>
        </w:rPr>
        <w:t>τῆς ἀληθείας. πότερον δὲ βούλεται τὸν νοῦν ἡμῶν τελέσαι διὰ τῶν ὑπαγορεύσεων τὴν ὁδοιπορίαν τῆς ὅλου τοῦ κατὰ τὸν Ἰωάννην εὐ‐</w:t>
      </w:r>
    </w:p>
    <w:p>
      <w:r>
        <w:rPr>
          <w:rFonts w:ascii="Courier New" w:hAnsi="Courier New"/>
          <w:color w:val="555555"/>
          <w:sz w:val="20"/>
        </w:rPr>
        <w:t>[32 . 1 . 4]</w:t>
      </w:r>
    </w:p>
    <w:p>
      <w:r>
        <w:rPr>
          <w:rFonts w:ascii="Gentium Plus" w:hAnsi="Gentium Plus"/>
          <w:sz w:val="24"/>
        </w:rPr>
        <w:t>αγγελίου γραφῆς ἢ μή, αὐτὸς ἂν εἰδείη ὁ θεός. μόνον καὶ ἐνδη‐ μοῦντες ἐν τῷ σώματι καὶ ἐκδημοῦντες αὐτοῦ ἐπὶ τῷ ἐνδημῆσαι πρὸς τὸν κύριον ἔξω τοῦ εὐαγγελίου μὴ βαίνοιμεν, ἵνα καὶ τῶν τοὺς μακαρισμοὺς φερόντων ἔργων καὶ λόγων ἐν τῷ παραδείσῳ τῆς τρυ‐</w:t>
      </w:r>
    </w:p>
    <w:p>
      <w:r>
        <w:rPr>
          <w:rFonts w:ascii="Courier New" w:hAnsi="Courier New"/>
          <w:color w:val="555555"/>
          <w:sz w:val="20"/>
        </w:rPr>
        <w:t>[5]</w:t>
      </w:r>
    </w:p>
    <w:p>
      <w:r>
        <w:rPr>
          <w:rFonts w:ascii="Gentium Plus" w:hAnsi="Gentium Plus"/>
          <w:sz w:val="24"/>
        </w:rPr>
        <w:t>φῆς τοῦ θεοῦ ἀπολαύσωμεν.</w:t>
      </w:r>
    </w:p>
    <w:p>
      <w:r>
        <w:rPr>
          <w:rFonts w:ascii="Courier New" w:hAnsi="Courier New"/>
          <w:color w:val="555555"/>
          <w:sz w:val="20"/>
        </w:rPr>
        <w:t>[32 . 2 n]</w:t>
      </w:r>
    </w:p>
    <w:p>
      <w:r>
        <w:rPr>
          <w:rFonts w:ascii="Gentium Plus" w:hAnsi="Gentium Plus"/>
          <w:sz w:val="24"/>
        </w:rPr>
        <w:t>Καὶ δείπνου γινομένου, τοῦ διαβόλου ἤδη βεβλη‐ κότος εἰς τὴν καρδίαν ἵνα παραδῷ αὐτὸν Ἰούδας Σίμωνος Ἰσκαριώτης, εἰδὼς ὅτι πάντα δέδωκεν αὐτῷ ὁ πατὴρ εἰς τὰς χεῖρας, καὶ ὅτι ἀπὸ θεοῦ ἐξῆλθεν καὶ πρὸς τὸν θεὸν ὑπάγει,</w:t>
      </w:r>
    </w:p>
    <w:p>
      <w:r>
        <w:rPr>
          <w:rFonts w:ascii="Courier New" w:hAnsi="Courier New"/>
          <w:color w:val="555555"/>
          <w:sz w:val="20"/>
        </w:rPr>
        <w:t>[5]</w:t>
      </w:r>
    </w:p>
    <w:p>
      <w:r>
        <w:rPr>
          <w:rFonts w:ascii="Gentium Plus" w:hAnsi="Gentium Plus"/>
          <w:sz w:val="24"/>
        </w:rPr>
        <w:t>ἐγείρεται ἐκ τοῦ δείπνου καὶ τίθησιν τὰ ἱμάτια, καὶ λαβὼν λέντιον διέζωσεν ἑαυτόν· εἶτα βάλλει ὕδωρ εἰς τὸν νιπτῆρα, καὶ ἤρξατο νίπτειν τοὺς πόδας τῶν μαθητῶν καὶ ἐκμάσσειν τῷ λεντίῳ ᾧ ἦν διεζωσμένος.</w:t>
      </w:r>
    </w:p>
    <w:p>
      <w:r>
        <w:rPr>
          <w:rFonts w:ascii="Courier New" w:hAnsi="Courier New"/>
          <w:color w:val="555555"/>
          <w:sz w:val="20"/>
        </w:rPr>
        <w:t>[32 . 2 . 5]</w:t>
      </w:r>
    </w:p>
    <w:p>
      <w:r>
        <w:rPr>
          <w:rFonts w:ascii="Gentium Plus" w:hAnsi="Gentium Plus"/>
          <w:sz w:val="24"/>
        </w:rPr>
        <w:t>Ἐν ταῖς εἰς τὸ κατὰ Λουκᾶν ὁμιλίαις συνεκρίναμεν ἀλλήλαις τὰς παραβολάς, καὶ ἐζητήσαμεν τί μὲν σημαίνει τὸ κατὰ τὰς θείας</w:t>
      </w:r>
    </w:p>
    <w:p>
      <w:r>
        <w:rPr>
          <w:rFonts w:ascii="Courier New" w:hAnsi="Courier New"/>
          <w:color w:val="555555"/>
          <w:sz w:val="20"/>
        </w:rPr>
        <w:t>[32 . 2 . 6]</w:t>
      </w:r>
    </w:p>
    <w:p>
      <w:r>
        <w:rPr>
          <w:rFonts w:ascii="Gentium Plus" w:hAnsi="Gentium Plus"/>
          <w:sz w:val="24"/>
        </w:rPr>
        <w:t>γραφὰς ἄριστον, τί δὲ παρίστησιν τὸ κατ’ αὐτὰς δεῖπνον. καὶ νῦν τοίνυν λελέχθω, ὅτι ἄριστον μέν ἐστιν ἡ πρώτη καὶ πρὸ τῆς συν‐ τελείας τῆς ἐν τῷ βίῳ τούτῳ ἡμέρας πνευματικῆς τοῖς εἰσαγομέ‐ νοις ἁρμόζουσα τροφή· δεῖπνον δὲ ἡ τελευταία καὶ τοῖς ἤδη ἐπὶ</w:t>
      </w:r>
    </w:p>
    <w:p>
      <w:r>
        <w:rPr>
          <w:rFonts w:ascii="Courier New" w:hAnsi="Courier New"/>
          <w:color w:val="555555"/>
          <w:sz w:val="20"/>
        </w:rPr>
        <w:t>[32 . 2 . 7]</w:t>
      </w:r>
    </w:p>
    <w:p>
      <w:r>
        <w:rPr>
          <w:rFonts w:ascii="Gentium Plus" w:hAnsi="Gentium Plus"/>
          <w:sz w:val="24"/>
        </w:rPr>
        <w:t>πλεῖον προκεκοφόσι παρατιθεμένη κατὰ λόγον. καὶ ἄλλως δ’ εἴποι ἄν τις ἄριστον μὲν εἶναι τὸν νοῦν τῶν παλαιῶν γραμμάτων, δεῖπνον</w:t>
      </w:r>
    </w:p>
    <w:p>
      <w:r>
        <w:rPr>
          <w:rFonts w:ascii="Courier New" w:hAnsi="Courier New"/>
          <w:color w:val="555555"/>
          <w:sz w:val="20"/>
        </w:rPr>
        <w:t>[32 . 2 . 8]</w:t>
      </w:r>
    </w:p>
    <w:p>
      <w:r>
        <w:rPr>
          <w:rFonts w:ascii="Gentium Plus" w:hAnsi="Gentium Plus"/>
          <w:sz w:val="24"/>
        </w:rPr>
        <w:t>δὲ τὰ ἐναποκεκρυμμένα τῇ καινῇ διαθήκῃ μυστήρια. ταῦτα δὲ ἐν προοιμίῳ λέλεκται ἐξετάζοντι πῶς γινομένου δείπνου ἐγείρεται ὁ Ἰησοῦς ἐκ τοῦ δείπνου, καὶ βαλὼν ὕδωρ εἰς τὸν νιπτῆρα ἄρχεται</w:t>
      </w:r>
    </w:p>
    <w:p>
      <w:r>
        <w:rPr>
          <w:rFonts w:ascii="Courier New" w:hAnsi="Courier New"/>
          <w:color w:val="555555"/>
          <w:sz w:val="20"/>
        </w:rPr>
        <w:t>[32 . 2 . 9]</w:t>
      </w:r>
    </w:p>
    <w:p>
      <w:r>
        <w:rPr>
          <w:rFonts w:ascii="Gentium Plus" w:hAnsi="Gentium Plus"/>
          <w:sz w:val="24"/>
        </w:rPr>
        <w:t>τοὺς τῶν μαθητῶν νίπτειν πόδας. οἶμαι γὰρ ὅτι οἱ μετὰ τοῦ Ἰησοῦ δειπνοῦντες καὶ ἐν τῇ ἐπὶ τέλει τοῦ βίου τούτου ἡμέρᾳ μεταλαμβά‐ νοντες σὺν αὐτῷ τροφῆς δέονται μὲν καθαρσίου τινός, οὐ μὴν περί τι τῶν πρώτων τοῦ τῆς ψυχῆς, ἵν’ οὕτως ὀνομάσω, σώματος, ἀλλ’,</w:t>
      </w:r>
    </w:p>
    <w:p>
      <w:r>
        <w:rPr>
          <w:rFonts w:ascii="Courier New" w:hAnsi="Courier New"/>
          <w:color w:val="555555"/>
          <w:sz w:val="20"/>
        </w:rPr>
        <w:t>[5]</w:t>
      </w:r>
    </w:p>
    <w:p>
      <w:r>
        <w:rPr>
          <w:rFonts w:ascii="Gentium Plus" w:hAnsi="Gentium Plus"/>
          <w:sz w:val="24"/>
        </w:rPr>
        <w:t>ὡς ἂν εἴποι τις, χρῄζουσιν ἀποπλύνασθαι τὰ τελευταῖα καὶ τὰ</w:t>
      </w:r>
    </w:p>
    <w:p>
      <w:r>
        <w:rPr>
          <w:rFonts w:ascii="Courier New" w:hAnsi="Courier New"/>
          <w:color w:val="555555"/>
          <w:sz w:val="20"/>
        </w:rPr>
        <w:t>[32 . 2 . 10]</w:t>
      </w:r>
    </w:p>
    <w:p>
      <w:r>
        <w:rPr>
          <w:rFonts w:ascii="Gentium Plus" w:hAnsi="Gentium Plus"/>
          <w:sz w:val="24"/>
        </w:rPr>
        <w:t>ἔσχατα καὶ τῇ γῇ ἀναγκαίως ὁμιλοῦντα. καὶ τοῦτο τὸ καθάρσιον πρῶτον μὲν ὑπ’ οὐδενὸς ἢ τοῦ Ἰησοῦ μόνου γενέσθαι δύναται, δεύ‐ τερον δὲ [καὶ τὸ] ὑπὸ τῶν μαθητῶν αὐτοῦ, πρὸς οὓς εἶπεν· «Καὶ «ὑμεῖς ὀφείλετε τοὺς πόδας ἀλλήλων νίπτειν· ὑπόδειγμα γὰρ ἔδωκα</w:t>
      </w:r>
    </w:p>
    <w:p>
      <w:r>
        <w:rPr>
          <w:rFonts w:ascii="Courier New" w:hAnsi="Courier New"/>
          <w:color w:val="555555"/>
          <w:sz w:val="20"/>
        </w:rPr>
        <w:t>[32 . 2 . 11]</w:t>
      </w:r>
    </w:p>
    <w:p>
      <w:r>
        <w:rPr>
          <w:rFonts w:ascii="Gentium Plus" w:hAnsi="Gentium Plus"/>
          <w:sz w:val="24"/>
        </w:rPr>
        <w:t>«ὑμῖν ἵνα καθὼς ἐγὼ ἐποίησα ὑμῖν, καὶ ὑμεῖς ποιῆτε». καὶ ὁ εὐ‐</w:t>
      </w:r>
    </w:p>
    <w:p>
      <w:r>
        <w:rPr>
          <w:rFonts w:ascii="Courier New" w:hAnsi="Courier New"/>
          <w:color w:val="555555"/>
          <w:sz w:val="20"/>
        </w:rPr>
        <w:t>[5]</w:t>
      </w:r>
    </w:p>
    <w:p>
      <w:r>
        <w:rPr>
          <w:rFonts w:ascii="Gentium Plus" w:hAnsi="Gentium Plus"/>
          <w:sz w:val="24"/>
        </w:rPr>
        <w:t>δειπνεῖν ἀνακλίσεως οἱ δεόμενοι τοῦ νίψασθαι τοὺς πόδας νίπτον‐ ται· ὑπερβὰς δὲ τὸν καιρὸν ἐκεῖνον τῷ λόγῳ ἤδη ἀνακλιθέντα τὸν Ἰησοῦν ἐπὶ τὸ δειπνεῖν ἐγηγερκέναι ἐκ τοῦ δείπνου, ἵνα δειπνησάν‐ των ἄρξηται νίπτειν τοὺς πόδας τῶν μαθητῶν ὁ διδάσκαλος καὶ ὁ</w:t>
      </w:r>
    </w:p>
    <w:p>
      <w:r>
        <w:rPr>
          <w:rFonts w:ascii="Courier New" w:hAnsi="Courier New"/>
          <w:color w:val="555555"/>
          <w:sz w:val="20"/>
        </w:rPr>
        <w:t>[32 . 2 . 12]</w:t>
      </w:r>
    </w:p>
    <w:p>
      <w:r>
        <w:rPr>
          <w:rFonts w:ascii="Gentium Plus" w:hAnsi="Gentium Plus"/>
          <w:sz w:val="24"/>
        </w:rPr>
        <w:t>κύριος. πρὸ μὲν γὰρ τοῦ δείπνου ἦσαν λελουμένοι, καὶ γενόμενοι ὅλοι καθαροὶ κατὰ τὸ «Λούσασθε, καθαροὶ γένεσθε, ἀφέλετε τὰς «πονηρίας ἀπὸ τῶν ψυχῶν ὑμῶν κατέναντι τῶν ὀφθαλμῶν ὑμῶν» καὶ τὰ ἑξῆς· μετὰ δὲ τὸ λουτρὸν ἐκεῖνο ἐδεήθησαν δευτέρου ὕδατος</w:t>
      </w:r>
    </w:p>
    <w:p>
      <w:r>
        <w:rPr>
          <w:rFonts w:ascii="Courier New" w:hAnsi="Courier New"/>
          <w:color w:val="555555"/>
          <w:sz w:val="20"/>
        </w:rPr>
        <w:t>[32 . 2 . 13]</w:t>
      </w:r>
    </w:p>
    <w:p>
      <w:r>
        <w:rPr>
          <w:rFonts w:ascii="Gentium Plus" w:hAnsi="Gentium Plus"/>
          <w:sz w:val="24"/>
        </w:rPr>
        <w:t>εἰς μόνους τοὺς πόδας, τουτέστιν τὰ κατωτάτω τοῦ σώματος. ἀδύ‐ νατον γὰρ οἶμαι μηδὲν ῥυπωθῆναι τῆς ψυχῆς μηδὲ τὰ τελευταῖα καὶ τὰ κατωτάτω αὐτῆς, κἂν ὡς ἐν ἀνθρώποις τέλειός τις εἶναι</w:t>
      </w:r>
    </w:p>
    <w:p>
      <w:r>
        <w:rPr>
          <w:rFonts w:ascii="Courier New" w:hAnsi="Courier New"/>
          <w:color w:val="555555"/>
          <w:sz w:val="20"/>
        </w:rPr>
        <w:t>[32 . 2 . 14]</w:t>
      </w:r>
    </w:p>
    <w:p>
      <w:r>
        <w:rPr>
          <w:rFonts w:ascii="Gentium Plus" w:hAnsi="Gentium Plus"/>
          <w:sz w:val="24"/>
        </w:rPr>
        <w:t>δοκῇ. οἱ μὲν οὖν πολλοὶ καὶ μετὰ τὸ λουτρὸν κονιορτοῦ τῶν ἁμαρ‐ τημάτων πληροῦνται κατὰ τὴν κεφαλὴν ἢ ὀλίγῳ ταύτης κατω‐ τέρω· οἱ δὲ γνησίως τῷ Ἰησοῦ μαθητευθέντες, ὡς φθάσαι καὶ ἐπὶ τὸ συνδειπνεῖν αὐτῷ, μόνους τοὺς πόδας δεομένους ἔχουσιν τῆς</w:t>
      </w:r>
    </w:p>
    <w:p>
      <w:r>
        <w:rPr>
          <w:rFonts w:ascii="Courier New" w:hAnsi="Courier New"/>
          <w:color w:val="555555"/>
          <w:sz w:val="20"/>
        </w:rPr>
        <w:t>[32 . 2 . 15]</w:t>
      </w:r>
    </w:p>
    <w:p>
      <w:r>
        <w:rPr>
          <w:rFonts w:ascii="Gentium Plus" w:hAnsi="Gentium Plus"/>
          <w:sz w:val="24"/>
        </w:rPr>
        <w:t>ὑπὸ τοῦ λόγου νίψεως. ἐνορῶν δὲ διαφοραῖς ἁμαρτημάτων καὶ κατανοῶν τὰ ὡς μὲν πρὸς τὸ ἀκριβὲς καὶ τὸ ἐρρωμένον τοῦ λόγου ἁμαρτήματα, πρὸς δὲ τοὺς πολλοὺς οὐδὲ νομιζόμενα εἶναι ἁμαρτή‐ ματα, ὄψει τίνα ἐστὶν ἐφ’ οἷς δέονται οἱ πόδες τοῦ νίψασθαι ὑπὸ</w:t>
      </w:r>
    </w:p>
    <w:p>
      <w:r>
        <w:rPr>
          <w:rFonts w:ascii="Courier New" w:hAnsi="Courier New"/>
          <w:color w:val="555555"/>
          <w:sz w:val="20"/>
        </w:rPr>
        <w:t>[32 . 2 . 16]</w:t>
      </w:r>
    </w:p>
    <w:p>
      <w:r>
        <w:rPr>
          <w:rFonts w:ascii="Gentium Plus" w:hAnsi="Gentium Plus"/>
          <w:sz w:val="24"/>
        </w:rPr>
        <w:t>τοῦ Ἰησοῦ. καὶ εἴπερ τοιαῦτά ἐστιν τὰ κατὰ τοὺς πόδας μολύσματα, τί ποιήσωμεν οἱ μηδέποτε ἐπὶ τὸ μετὰ τοῦ Ἰησοῦ δεῖπνον ἐφθα‐ κότες, μηδὲ τοὺς πόδας μόνους μεμολυμμένοι; λέγοντος Ἰησοῦ τῷ μὴ εἰδότι τότε Πέτρῳ, ἀλλὰ γνωσομένῳ μετὰ ταῦτα τὸ μυστήριον</w:t>
      </w:r>
    </w:p>
    <w:p>
      <w:r>
        <w:rPr>
          <w:rFonts w:ascii="Courier New" w:hAnsi="Courier New"/>
          <w:color w:val="555555"/>
          <w:sz w:val="20"/>
        </w:rPr>
        <w:t>[5]</w:t>
      </w:r>
    </w:p>
    <w:p>
      <w:r>
        <w:rPr>
          <w:rFonts w:ascii="Gentium Plus" w:hAnsi="Gentium Plus"/>
          <w:sz w:val="24"/>
        </w:rPr>
        <w:t>τῆς νίψεως τῶν ὑπὸ Ἰησοῦ καθαριζομένων ποδῶν τὸ «Ἐὰν μὴ νίψω</w:t>
      </w:r>
    </w:p>
    <w:p>
      <w:r>
        <w:rPr>
          <w:rFonts w:ascii="Courier New" w:hAnsi="Courier New"/>
          <w:color w:val="555555"/>
          <w:sz w:val="20"/>
        </w:rPr>
        <w:t>[32 . 2 . 17]</w:t>
      </w:r>
    </w:p>
    <w:p>
      <w:r>
        <w:rPr>
          <w:rFonts w:ascii="Gentium Plus" w:hAnsi="Gentium Plus"/>
          <w:sz w:val="24"/>
        </w:rPr>
        <w:t>«σε, οὐκ ἔχεις μέρος μετ’ ἐμοῦ». ὅπερ ζητήσεις τί δηλοῖ· πότερον ὅτι οὐδ’ ὅλως ἔχεις μέρος ἐὰν μὴ νίψω σε ἀγαθόν, ἢ οὐ μετ’ ἐμοῦ μὲν τοῦ διδασκάλου καὶ κυρίου μετὰ τῶν ἐλαττόνων δέ μου, ἐν οἷς εἰσιν οἱ μετὰ τὸ λούσασθαι μήτε δειπνήσαντες τὸ μετ’ ἐμοῦ δεῖπνον</w:t>
      </w:r>
    </w:p>
    <w:p>
      <w:r>
        <w:rPr>
          <w:rFonts w:ascii="Courier New" w:hAnsi="Courier New"/>
          <w:color w:val="555555"/>
          <w:sz w:val="20"/>
        </w:rPr>
        <w:t>[5]</w:t>
      </w:r>
    </w:p>
    <w:p>
      <w:r>
        <w:rPr>
          <w:rFonts w:ascii="Gentium Plus" w:hAnsi="Gentium Plus"/>
          <w:sz w:val="24"/>
        </w:rPr>
        <w:t>μήτε νιψάμενοι ὑπ’ ἐμοῦ τοὺς πόδας, ἢ δειπνήσαντες μέν, οὐ νιψά‐</w:t>
      </w:r>
    </w:p>
    <w:p>
      <w:r>
        <w:rPr>
          <w:rFonts w:ascii="Courier New" w:hAnsi="Courier New"/>
          <w:color w:val="555555"/>
          <w:sz w:val="20"/>
        </w:rPr>
        <w:t>[32 . 2 . 18]</w:t>
      </w:r>
    </w:p>
    <w:p>
      <w:r>
        <w:rPr>
          <w:rFonts w:ascii="Gentium Plus" w:hAnsi="Gentium Plus"/>
          <w:sz w:val="24"/>
        </w:rPr>
        <w:t>μενοι δέ. ἐγὼ 〈δ’〉 ἐφίστημι διὰ τὸ «Ἰδοὺ ἐγὼ ἕστηκα ἐπὶ τὴν θύραν «καὶ κρούω· ἐάν τις ἀνοίξῃ μοι τὴν θύραν, εἰσελεύσομαι πρὸς αὐτὸν «καὶ δειπνήσω μετ’ αὐτοῦ, καὶ αὐτὸς μετ’ ἐμοῦ», μήποτε ὁ Ἰησοῦς οὔτε ἀριστᾷ μετά τινος (οὐ γὰρ δεῖται εἰσαγωγῆς καὶ πρώτων μαθη‐</w:t>
      </w:r>
    </w:p>
    <w:p>
      <w:r>
        <w:rPr>
          <w:rFonts w:ascii="Courier New" w:hAnsi="Courier New"/>
          <w:color w:val="555555"/>
          <w:sz w:val="20"/>
        </w:rPr>
        <w:t>[5]</w:t>
      </w:r>
    </w:p>
    <w:p>
      <w:r>
        <w:rPr>
          <w:rFonts w:ascii="Gentium Plus" w:hAnsi="Gentium Plus"/>
          <w:sz w:val="24"/>
        </w:rPr>
        <w:t>μάτων), οὔτε ἀριστᾷ τις μετ’ αὐτοῦ, ἀλλ’ ὁ μετ’ αὐτοῦ ἐσθίων δειπνεῖ μόνον· «Πλεῖον, γάρ φησι, Σολομῶντος ὧδε», περὶ οὗ γέ‐ γραπται· «Καὶ ἦν τὸ ἄριστον Σαλομὼν τόδε», ὃ κατείλεκται ἐν τῇ</w:t>
      </w:r>
    </w:p>
    <w:p>
      <w:r>
        <w:rPr>
          <w:rFonts w:ascii="Courier New" w:hAnsi="Courier New"/>
          <w:color w:val="555555"/>
          <w:sz w:val="20"/>
        </w:rPr>
        <w:t>[32 . 2 . 19]</w:t>
      </w:r>
    </w:p>
    <w:p>
      <w:r>
        <w:rPr>
          <w:rFonts w:ascii="Gentium Plus" w:hAnsi="Gentium Plus"/>
          <w:sz w:val="24"/>
        </w:rPr>
        <w:t>τρίτῃ τῶν Βασιλειῶν. καὶ τοῦτο δὲ τολμήσας εἴποιμ’ ἂν ὡς ἀκό‐ λουθον τῷ «Ἐὰν μὴ νίψω σε, οὐκ ἔχεις μέρος μετ’ ἐμοῦ», ὅτι οὐκ ἔνιψεν τοὺς πόδας τοῦ Ἰούδα, 〈ὅτι〉 ἤδη εἰς τὴν καρδίαν βεβλήκει ὁ διά‐ βολος, ἵνα τὸν διδάσκαλον καὶ κύριον παραδῷ, εὑρὼν αὐτὸν οὐκ ἐν‐</w:t>
      </w:r>
    </w:p>
    <w:p>
      <w:r>
        <w:rPr>
          <w:rFonts w:ascii="Courier New" w:hAnsi="Courier New"/>
          <w:color w:val="555555"/>
          <w:sz w:val="20"/>
        </w:rPr>
        <w:t>[5]</w:t>
      </w:r>
    </w:p>
    <w:p>
      <w:r>
        <w:rPr>
          <w:rFonts w:ascii="Gentium Plus" w:hAnsi="Gentium Plus"/>
          <w:sz w:val="24"/>
        </w:rPr>
        <w:t>δεδυμένον τὴν πανοπλίαν τοῦ θεοῦ καὶ οὐκ ἔχοντα τὸν τῆς πίστεως θυρεόν, ᾧ δύναταί τις πάντα τὰ βέλη τοῦ πονηροῦ τὰ πεπυρωμένα</w:t>
      </w:r>
    </w:p>
    <w:p>
      <w:r>
        <w:rPr>
          <w:rFonts w:ascii="Courier New" w:hAnsi="Courier New"/>
          <w:color w:val="555555"/>
          <w:sz w:val="20"/>
        </w:rPr>
        <w:t>[32 . 2 . 20]</w:t>
      </w:r>
    </w:p>
    <w:p>
      <w:r>
        <w:rPr>
          <w:rFonts w:ascii="Gentium Plus" w:hAnsi="Gentium Plus"/>
          <w:sz w:val="24"/>
        </w:rPr>
        <w:t>σβέσαι. γεγραμμένου γὰρ τοῦ «Τοῦ διαβόλου ἤδη βεβληκότος» ἀκούω ὡς καὶ ἐν ἑβδόμῳ Ψαλμῷ τῆς γραφῆς περὶ τούτου διδασκούσης, ὡς τοξότου καὶ βέλη πεπυρωμένα ἐξεργαζομένου τοῖς μὴ πάσῃ φυλακῇ</w:t>
      </w:r>
    </w:p>
    <w:p>
      <w:r>
        <w:rPr>
          <w:rFonts w:ascii="Courier New" w:hAnsi="Courier New"/>
          <w:color w:val="555555"/>
          <w:sz w:val="20"/>
        </w:rPr>
        <w:t>[32 . 2 . 21]</w:t>
      </w:r>
    </w:p>
    <w:p>
      <w:r>
        <w:rPr>
          <w:rFonts w:ascii="Gentium Plus" w:hAnsi="Gentium Plus"/>
          <w:sz w:val="24"/>
        </w:rPr>
        <w:t>τηροῦσι τὴν ἑαυτῶν καρδίαν. ἔχει δὲ οὕτως ἡ τοῦ Ψαλμοῦ λέξις· «Ἐὰν μὴ ἐπιστραφῆτε, τὴν ῥομφαίαν αὐτοῦ στιλβώσει· τὸ τόξον «αὐτοῦ ἐνέτεινεν καὶ ἡτοίμασεν αὐτό· καὶ ἐν αὐτῷ ἡτοίμασεν σκεύη «θανάτου, τὰ βέλη αὐτοῦ τοῖς καιομένοις ἐξειργάσατο. ἰδοὺ ὠδίνησεν</w:t>
      </w:r>
    </w:p>
    <w:p>
      <w:r>
        <w:rPr>
          <w:rFonts w:ascii="Courier New" w:hAnsi="Courier New"/>
          <w:color w:val="555555"/>
          <w:sz w:val="20"/>
        </w:rPr>
        <w:t>[32 . 2 . 22]</w:t>
      </w:r>
    </w:p>
    <w:p>
      <w:r>
        <w:rPr>
          <w:rFonts w:ascii="Gentium Plus" w:hAnsi="Gentium Plus"/>
          <w:sz w:val="24"/>
        </w:rPr>
        <w:t>«ἀδικίαν, συνέλαβε πόνον καὶ ἔτεκεν ἀνομίαν». πᾶς μὲν οὖν ὁμο‐ λογήσει τὸ «Ἰδοὺ ὠδίνησεν ἀδικίαν, συνέλαβεν πόνον καὶ ἔτεκεν «ἀνομίαν», δύνασθαι ἀναφέρεσθαι ἐπὶ τὸν διάβολον· ἄτοπον δὲ μὴ ὁμοίως τούτῳ καὶ αὐτὰ νομίζειν λέγεσθαι· «Ἐὰν μὴ ἐπιστραφῆτε,</w:t>
      </w:r>
    </w:p>
    <w:p>
      <w:r>
        <w:rPr>
          <w:rFonts w:ascii="Courier New" w:hAnsi="Courier New"/>
          <w:color w:val="555555"/>
          <w:sz w:val="20"/>
        </w:rPr>
        <w:t>[5]</w:t>
      </w:r>
    </w:p>
    <w:p>
      <w:r>
        <w:rPr>
          <w:rFonts w:ascii="Gentium Plus" w:hAnsi="Gentium Plus"/>
          <w:sz w:val="24"/>
        </w:rPr>
        <w:t>«τὴν ῥομφαίαν αὐτοῦ στιλβώσει· τὸ τόξον αὐτοῦ ἐνέτεινεν καὶ ἡτοί‐ «μασεν αὐτό· καὶ ἐν αὐτῷ ἡτοίμασεν σκεύη θανάτου»· σκεύη γὰρ θανάτου ἄλλος οὐδεὶς ἐν τῷ τόξῳ ἑαυτοῦ ᾧ ἐνέτεινεν ἡτοίμασεν ἢ</w:t>
      </w:r>
    </w:p>
    <w:p>
      <w:r>
        <w:rPr>
          <w:rFonts w:ascii="Courier New" w:hAnsi="Courier New"/>
          <w:color w:val="555555"/>
          <w:sz w:val="20"/>
        </w:rPr>
        <w:t>[32 . 2 . 23]</w:t>
      </w:r>
    </w:p>
    <w:p>
      <w:r>
        <w:rPr>
          <w:rFonts w:ascii="Gentium Plus" w:hAnsi="Gentium Plus"/>
          <w:sz w:val="24"/>
        </w:rPr>
        <w:t>οὗ τῷ φθόνῳ θάνατος εἰσῆλθεν εἰς τὸν κόσμον. ἀπὸ τούτων τοί‐ νυν τῶν βελῶν, ἃ τοῖς καιομένοις ἐξειργάσατο ὁ διάβολος, ἐνέ‐ βαλεν εἰς τὴν καρδίαν Ἰούδα Σίμωνος Ἰσκαριώτου, ἤδη βεβλημένου 〈ἐν〉 τῷ δείπνῳ οὐχ ὥστε δὲ ἀρέσεσθαι αὐτῷ, ἐπείπερ ἡ τοῦ</w:t>
      </w:r>
    </w:p>
    <w:p>
      <w:r>
        <w:rPr>
          <w:rFonts w:ascii="Courier New" w:hAnsi="Courier New"/>
          <w:color w:val="555555"/>
          <w:sz w:val="20"/>
        </w:rPr>
        <w:t>[5]</w:t>
      </w:r>
    </w:p>
    <w:p>
      <w:r>
        <w:rPr>
          <w:rFonts w:ascii="Gentium Plus" w:hAnsi="Gentium Plus"/>
          <w:sz w:val="24"/>
        </w:rPr>
        <w:t>δείπνου τούτου τροφὴ καὶ ὁ οἶνος ὁ ἐν αὐτῷ οὐκ ἐδύνατο γενέσθαι ἐν καρδίᾳ ὑπὸ τοῦ διαβόλου βεβλημένῃ βέλει περὶ τοῦ προδοθῆναι τὸν τάχα ἑστιάτορα, ἐπεὶ μὴ σαφῶς ἐν τούτοις φαίνεται τίς ἦν, ὑφ’ οὗ τὸ δεῖπνον ἐγίνετο, ὡς ἐν τοῖς πρὸ τούτων· «Ἐποίησαν, φησίν, «αὐτῷ δεῖπνον ἐκεῖ, καὶ ἡ Μάρθα διηκόνει, ὁ δὲ Λάζαρος εἷς ἦν ἐκ</w:t>
      </w:r>
    </w:p>
    <w:p>
      <w:r>
        <w:rPr>
          <w:rFonts w:ascii="Courier New" w:hAnsi="Courier New"/>
          <w:color w:val="555555"/>
          <w:sz w:val="20"/>
        </w:rPr>
        <w:t>[32 . 2 . 24]</w:t>
      </w:r>
    </w:p>
    <w:p>
      <w:r>
        <w:rPr>
          <w:rFonts w:ascii="Gentium Plus" w:hAnsi="Gentium Plus"/>
          <w:sz w:val="24"/>
        </w:rPr>
        <w:t>«τῶν ἀνακειμένων σὺν αὐτῷ». ἐπὶ μὲν οὖν τοῦ Ἰούδα γέγραπται τὸ «Τοῦ διαβόλου ἤδη βεβληκότος εἰς τὴν καρδίαν ἵνα παραδῷ αὐ‐ «τὸν Ἰούδας Σίμωνος Ἰσκαριώτης»· τούτῳ δὲ ἀκολούθως λέγοις ἂν</w:t>
      </w:r>
    </w:p>
    <w:p>
      <w:r>
        <w:rPr>
          <w:rFonts w:ascii="Courier New" w:hAnsi="Courier New"/>
          <w:color w:val="555555"/>
          <w:sz w:val="20"/>
        </w:rPr>
        <w:t>[5]</w:t>
      </w:r>
    </w:p>
    <w:p>
      <w:r>
        <w:rPr>
          <w:rFonts w:ascii="Gentium Plus" w:hAnsi="Gentium Plus"/>
          <w:sz w:val="24"/>
        </w:rPr>
        <w:t>διαβόλου ἤδη βεβληκότος εἰς τὴν καρδίαν, ἵνα πορνεύσηται, τοῦ δεῖνα, καὶ ἵνα ἀποστερήσῃ, τοῦ δεῖνα, καὶ ἵνα δοξομανῶν εἰδωλο‐ λατρείαν ἀναδέξηται τὴν τῶν δοκούντων εἶναι ἐπ’ ἀξιώματος, τοῦ δεῖνα, καὶ οὕτως ἐπὶ τῶν λοιπῶν ἁμαρτημάτων ἅπερ ὁ διάβολος βάλλει εἰς τὴν γυμνὴν τοῦ θυρεοῦ τῆς πίστεως καρδίαν· ἐν ᾧ θυ‐</w:t>
      </w:r>
    </w:p>
    <w:p>
      <w:r>
        <w:rPr>
          <w:rFonts w:ascii="Courier New" w:hAnsi="Courier New"/>
          <w:color w:val="555555"/>
          <w:sz w:val="20"/>
        </w:rPr>
        <w:t>[10]</w:t>
      </w:r>
    </w:p>
    <w:p>
      <w:r>
        <w:rPr>
          <w:rFonts w:ascii="Gentium Plus" w:hAnsi="Gentium Plus"/>
          <w:sz w:val="24"/>
        </w:rPr>
        <w:t>ρεῷ πίστεως δύναταί τις οὐχ ἓν οὐδὲ δύο ἀλλὰ καὶ πάντα τὰ βέλη τοῦ πονηροῦ πεπυρωμένα σβέσαι.</w:t>
      </w:r>
    </w:p>
    <w:p>
      <w:r>
        <w:rPr>
          <w:rFonts w:ascii="Courier New" w:hAnsi="Courier New"/>
          <w:color w:val="555555"/>
          <w:sz w:val="20"/>
        </w:rPr>
        <w:t>[32 . 3 . 25]</w:t>
      </w:r>
    </w:p>
    <w:p>
      <w:r>
        <w:rPr>
          <w:rFonts w:ascii="Gentium Plus" w:hAnsi="Gentium Plus"/>
          <w:sz w:val="24"/>
        </w:rPr>
        <w:t>Ἐγγιζούσης τοίνυν τῆς κατὰ τὸ πάθος οἰκονομίας, ἐφ’ ὃ ἔμελλεν αὐτὸν παραδιδόναι Ἰούδας Σίμωνος Ἰσκαριώτης τετρωμένος ὑπὸ τοῦ διαβόλου, δείπνου ἤδη γινομένου· «Εἰδώς, φησίν, ὁ Ἰησοῦς, «ὅτι πάντα ἔδωκεν αὐτῷ ὁ πατὴρ εἰς τὰς χεῖρας, καὶ ὅτι ἀπὸ θεοῦ</w:t>
      </w:r>
    </w:p>
    <w:p>
      <w:r>
        <w:rPr>
          <w:rFonts w:ascii="Courier New" w:hAnsi="Courier New"/>
          <w:color w:val="555555"/>
          <w:sz w:val="20"/>
        </w:rPr>
        <w:t>[5]</w:t>
      </w:r>
    </w:p>
    <w:p>
      <w:r>
        <w:rPr>
          <w:rFonts w:ascii="Gentium Plus" w:hAnsi="Gentium Plus"/>
          <w:sz w:val="24"/>
        </w:rPr>
        <w:t>«ἐξῆλθεν καὶ πρὸς τὸν θεὸν ὑπάγει, ἐγείρεται ἐκ τοῦ δείπνου».</w:t>
      </w:r>
    </w:p>
    <w:p>
      <w:r>
        <w:rPr>
          <w:rFonts w:ascii="Courier New" w:hAnsi="Courier New"/>
          <w:color w:val="555555"/>
          <w:sz w:val="20"/>
        </w:rPr>
        <w:t>[32 . 3 . 26]</w:t>
      </w:r>
    </w:p>
    <w:p>
      <w:r>
        <w:rPr>
          <w:rFonts w:ascii="Gentium Plus" w:hAnsi="Gentium Plus"/>
          <w:sz w:val="24"/>
        </w:rPr>
        <w:t>οὐκοῦν τὰ μὴ πρότερον ὄντα ἐν ταῖς χερσὶν τοῦ Ἰησοῦ δίδοται ὑπὸ τοῦ πατρὸς εἰς τὰς χεῖρας αὐτοῦ, καὶ οὐ τινὰ μὲν τινὰ δ’ οὔ, ἀλλὰ πάντα· ὅπερ πνεύματι καὶ ὁ Δαβὶδ βλέπων φησὶ τὸ «Εἶπεν ὁ κύριος «τῷ κυρίῳ μου· Κάθου ἐκ δεξιῶν μου, ἕως ἂν θῶ τοὺς ἐχθρούς σου</w:t>
      </w:r>
    </w:p>
    <w:p>
      <w:r>
        <w:rPr>
          <w:rFonts w:ascii="Courier New" w:hAnsi="Courier New"/>
          <w:color w:val="555555"/>
          <w:sz w:val="20"/>
        </w:rPr>
        <w:t>[32 . 3 . 27]</w:t>
      </w:r>
    </w:p>
    <w:p>
      <w:r>
        <w:rPr>
          <w:rFonts w:ascii="Gentium Plus" w:hAnsi="Gentium Plus"/>
          <w:sz w:val="24"/>
        </w:rPr>
        <w:t>«ὑποπόδιον τῶν ποδῶν σου». καὶ γὰρ οἱ ἐχθροὶ τοῦ Ἰησοῦ μέρος τι τῶν πάντων ἦσαν οὓς ᾔδει, ὅσον ἐπὶ τῇ προγνώσει, δεδόσθαι ἀπὸ τοῦ πατρὸς αὐτῷ ὁ Ἰησοῦς. ἵνα δὲ σαφέστερον θεωρήσωμεν τί ἔστιν τὸ «Πάντα ἔδωκεν αὐτῷ ὁ πατὴρ εἰς τὰς χεῖρας», προσ‐</w:t>
      </w:r>
    </w:p>
    <w:p>
      <w:r>
        <w:rPr>
          <w:rFonts w:ascii="Courier New" w:hAnsi="Courier New"/>
          <w:color w:val="555555"/>
          <w:sz w:val="20"/>
        </w:rPr>
        <w:t>[5]</w:t>
      </w:r>
    </w:p>
    <w:p>
      <w:r>
        <w:rPr>
          <w:rFonts w:ascii="Gentium Plus" w:hAnsi="Gentium Plus"/>
          <w:sz w:val="24"/>
        </w:rPr>
        <w:t>χῶμεν τῷ «Ὥσπερ γὰρ ἐν τῷ Ἀδὰμ πάντες ἀποθνήσκουσιν, οὕτως</w:t>
      </w:r>
    </w:p>
    <w:p>
      <w:r>
        <w:rPr>
          <w:rFonts w:ascii="Courier New" w:hAnsi="Courier New"/>
          <w:color w:val="555555"/>
          <w:sz w:val="20"/>
        </w:rPr>
        <w:t>[32 . 3 . 28]</w:t>
      </w:r>
    </w:p>
    <w:p>
      <w:r>
        <w:rPr>
          <w:rFonts w:ascii="Gentium Plus" w:hAnsi="Gentium Plus"/>
          <w:sz w:val="24"/>
        </w:rPr>
        <w:t>«καὶ ἐν τῷ † κυρίῳ πάντες ζωοποιηθήσονται». ἀλλ’ εἰ καὶ πάντα ἔδωκεν αὐτῷ ὁ πατὴρ εἰς τὰς χεῖρας, καὶ ἐν τῷ χριστῷ πάντες ζωοποιηθήσονται, οὐ συγχεῖται ἡ δικαιοσύνη τοῦ θεοῦ καὶ τὸ κατ’ ἀξίαν ἕκαστον οἰκονομεῖσθαι· ὅπερ δηλοῦται ἐπιφερομένου τῷ «Οὕ‐</w:t>
      </w:r>
    </w:p>
    <w:p>
      <w:r>
        <w:rPr>
          <w:rFonts w:ascii="Courier New" w:hAnsi="Courier New"/>
          <w:color w:val="555555"/>
          <w:sz w:val="20"/>
        </w:rPr>
        <w:t>[5]</w:t>
      </w:r>
    </w:p>
    <w:p>
      <w:r>
        <w:rPr>
          <w:rFonts w:ascii="Gentium Plus" w:hAnsi="Gentium Plus"/>
          <w:sz w:val="24"/>
        </w:rPr>
        <w:t>«τως ἐν τῷ χριστῷ πάντες ζωοποιηθήσονται» τοῦ «Ἕκαστος δὲ ἐν</w:t>
      </w:r>
    </w:p>
    <w:p>
      <w:r>
        <w:rPr>
          <w:rFonts w:ascii="Courier New" w:hAnsi="Courier New"/>
          <w:color w:val="555555"/>
          <w:sz w:val="20"/>
        </w:rPr>
        <w:t>[32 . 3 . 29]</w:t>
      </w:r>
    </w:p>
    <w:p>
      <w:r>
        <w:rPr>
          <w:rFonts w:ascii="Gentium Plus" w:hAnsi="Gentium Plus"/>
          <w:sz w:val="24"/>
        </w:rPr>
        <w:t>«τῷ ἰδίῳ τάγματι». πάλιν τε αὖ τὰ διάφορα νοήσεις τάγματα τῶν ἐν Χριστῷ ζωοποιηθησομένων ὅτε πληροῦται τὸ «Πάντα ἔδωκεν «αὐτῷ ὁ πατὴρ εἰς τὰς χεῖρας», ἐπιστήσας τῷ «Ἀπαρχὴ Χριστός, «ἔπειτα οἱ τοῦ χριστοῦ ἐν τῇ παρουσίᾳ αὐτοῦ, εἶτα τὸ τέλος», ὅπερ</w:t>
      </w:r>
    </w:p>
    <w:p>
      <w:r>
        <w:rPr>
          <w:rFonts w:ascii="Courier New" w:hAnsi="Courier New"/>
          <w:color w:val="555555"/>
          <w:sz w:val="20"/>
        </w:rPr>
        <w:t>[5]</w:t>
      </w:r>
    </w:p>
    <w:p>
      <w:r>
        <w:rPr>
          <w:rFonts w:ascii="Gentium Plus" w:hAnsi="Gentium Plus"/>
          <w:sz w:val="24"/>
        </w:rPr>
        <w:t>τέλος μετὰ τοῦ χριστοῦ ἐν τῇ παρουσίᾳ αὐτοῦ ἐνστήσεται, ὅτε «Παρα‐ «δώσει τὴν βασιλείαν τῷ θεῷ καὶ πατρί», πρότερον καταργήσας</w:t>
      </w:r>
    </w:p>
    <w:p>
      <w:r>
        <w:rPr>
          <w:rFonts w:ascii="Courier New" w:hAnsi="Courier New"/>
          <w:color w:val="555555"/>
          <w:sz w:val="20"/>
        </w:rPr>
        <w:t>[32 . 3 . 30]</w:t>
      </w:r>
    </w:p>
    <w:p>
      <w:r>
        <w:rPr>
          <w:rFonts w:ascii="Gentium Plus" w:hAnsi="Gentium Plus"/>
          <w:sz w:val="24"/>
        </w:rPr>
        <w:t>«πᾶσαν ἀρχὴν καὶ πᾶσαν ἐξουσίαν καὶ δύναμιν». ταῦτα δ’ οἶμαι ἐστὶν πρὸς ἃ ἡ πάλη, ἵνα μηκέτι ᾖ ἀρχὴ καὶ ἐξουσία καὶ δύναμις,</w:t>
      </w:r>
    </w:p>
    <w:p>
      <w:r>
        <w:rPr>
          <w:rFonts w:ascii="Courier New" w:hAnsi="Courier New"/>
          <w:color w:val="555555"/>
          <w:sz w:val="20"/>
        </w:rPr>
        <w:t>[32 . 3 . 31]</w:t>
      </w:r>
    </w:p>
    <w:p>
      <w:r>
        <w:rPr>
          <w:rFonts w:ascii="Gentium Plus" w:hAnsi="Gentium Plus"/>
          <w:sz w:val="24"/>
        </w:rPr>
        <w:t>πάσης ἀρχῆς τε καὶ ἐξουσίας καὶ δυνάμεως. κινεῖ δέ με εἰς τὸ τὴν καταργουμένην «πᾶσαν ἀρχὴν καὶ πᾶσαν ἐξουσίαν καὶ δύναμιν» εἶναι τὰ πρὸς ἃ ἡ πάλη τὸ ἐπιφερόμενον παρὰ τῷ Παύλῳ τούτοις τὸ «Δεῖ γὰρ αὐτὸν βασιλεύειν ἄχρι οὗ θῇ πάντας τοὺς ἐχθροὺς ὑπὸ</w:t>
      </w:r>
    </w:p>
    <w:p>
      <w:r>
        <w:rPr>
          <w:rFonts w:ascii="Courier New" w:hAnsi="Courier New"/>
          <w:color w:val="555555"/>
          <w:sz w:val="20"/>
        </w:rPr>
        <w:t>[5]</w:t>
      </w:r>
    </w:p>
    <w:p>
      <w:r>
        <w:rPr>
          <w:rFonts w:ascii="Gentium Plus" w:hAnsi="Gentium Plus"/>
          <w:sz w:val="24"/>
        </w:rPr>
        <w:t>»〈τοὺσ〉 πόδας αὐτοῦ». εἶτα· «Ἔσχατος ἐχθρὸς καταργεῖται ὁ θά‐</w:t>
      </w:r>
    </w:p>
    <w:p>
      <w:r>
        <w:rPr>
          <w:rFonts w:ascii="Courier New" w:hAnsi="Courier New"/>
          <w:color w:val="555555"/>
          <w:sz w:val="20"/>
        </w:rPr>
        <w:t>[32 . 3 . 32]</w:t>
      </w:r>
    </w:p>
    <w:p>
      <w:r>
        <w:rPr>
          <w:rFonts w:ascii="Gentium Plus" w:hAnsi="Gentium Plus"/>
          <w:sz w:val="24"/>
        </w:rPr>
        <w:t>«νατος». καὶ συνᾴδει γε τῷ «Πάντα ἔδωκεν αὐτῷ ὁ πατὴρ εἰς τὰς «χεῖρας αὐτοῦ», ὅπερ σαφέστερον ἐκτιθέμενός φησιν ὁ ἀπόστολος· «Ὅταν δὲ εἴπῃ ὅτι πάντα ὑποτέτακται, δῆλον ὅτι ἐκτὸς τοῦ ὑπο‐</w:t>
      </w:r>
    </w:p>
    <w:p>
      <w:r>
        <w:rPr>
          <w:rFonts w:ascii="Courier New" w:hAnsi="Courier New"/>
          <w:color w:val="555555"/>
          <w:sz w:val="20"/>
        </w:rPr>
        <w:t>[32 . 3 . 33]</w:t>
      </w:r>
    </w:p>
    <w:p>
      <w:r>
        <w:rPr>
          <w:rFonts w:ascii="Gentium Plus" w:hAnsi="Gentium Plus"/>
          <w:sz w:val="24"/>
        </w:rPr>
        <w:t>«τάξαντος αὐτῷ τὰ πάντα». εἰ δὲ ἅπαντα ὑποτέτακται, καὶ τοῦτο δῆλον, ὅτι «ὑποτέτακται πάντα ἐκτὸς τοῦ ὑποτάξαντος αὐτῷ τὰ «πάντα»· καὶ οὗτος περὶ οὗ γέγραπται· «Ἐνώπιον κυρίου παντοκρά‐ «τορος ἐτραχηλίασεν», τῶν ὑποτασσομένων αὐτῷ ἔσται, νικηθεὶς</w:t>
      </w:r>
    </w:p>
    <w:p>
      <w:r>
        <w:rPr>
          <w:rFonts w:ascii="Courier New" w:hAnsi="Courier New"/>
          <w:color w:val="555555"/>
          <w:sz w:val="20"/>
        </w:rPr>
        <w:t>[5]</w:t>
      </w:r>
    </w:p>
    <w:p>
      <w:r>
        <w:rPr>
          <w:rFonts w:ascii="Gentium Plus" w:hAnsi="Gentium Plus"/>
          <w:sz w:val="24"/>
        </w:rPr>
        <w:t>ἐπὶ τῷ εἶξαι τῷ λόγῳ καὶ ὑποταγῆναι τῇ εἰκόνι τοῦ θεοῦ, καὶ γενέ‐</w:t>
      </w:r>
    </w:p>
    <w:p>
      <w:r>
        <w:rPr>
          <w:rFonts w:ascii="Courier New" w:hAnsi="Courier New"/>
          <w:color w:val="555555"/>
          <w:sz w:val="20"/>
        </w:rPr>
        <w:t>[32 . 3 . 34]</w:t>
      </w:r>
    </w:p>
    <w:p>
      <w:r>
        <w:rPr>
          <w:rFonts w:ascii="Gentium Plus" w:hAnsi="Gentium Plus"/>
          <w:sz w:val="24"/>
        </w:rPr>
        <w:t>σθαι ὑποπόδιον τῶν Χριστοῦ ποδῶν. τὴν τοίνυν οἰκονομίαν βλέ‐ πων ἐπὶ τὸ χρηστὸν τέλος ὁδεύουσαν ἤδη διὰ τὸ «Τοῦ διαβόλου «ἤδη βεβληκότος εἰς τὴν καρδίαν ἵνα παραδῷ αὐτὸν Ἰούδας Σίμωνος «Ἰσκαριώτης· ᾔδει ὅτι πάντα ἔδωκεν αὐτῷ ὁ πατήρ», καὶ ἔδωκεν</w:t>
      </w:r>
    </w:p>
    <w:p>
      <w:r>
        <w:rPr>
          <w:rFonts w:ascii="Courier New" w:hAnsi="Courier New"/>
          <w:color w:val="555555"/>
          <w:sz w:val="20"/>
        </w:rPr>
        <w:t>[5]</w:t>
      </w:r>
    </w:p>
    <w:p>
      <w:r>
        <w:rPr>
          <w:rFonts w:ascii="Gentium Plus" w:hAnsi="Gentium Plus"/>
          <w:sz w:val="24"/>
        </w:rPr>
        <w:t>εἰς τὰς χωρούσας τὰ πάντα χεῖρας, ἵνα ᾖ τὰ πάντα αὐτῷ ὑποχείρια, ἢ πάντα ἔδωκεν αὐτῷ ὁ πατὴρ εἰς τὰς χεῖρας, τουτέστιν εἰς τὰς πράξεις αὐτοῦ καὶ τὰ ἀνδραγαθήματα· «Ὁ πατήρ μου, γάρ φησιν,</w:t>
      </w:r>
    </w:p>
    <w:p>
      <w:r>
        <w:rPr>
          <w:rFonts w:ascii="Courier New" w:hAnsi="Courier New"/>
          <w:color w:val="555555"/>
          <w:sz w:val="20"/>
        </w:rPr>
        <w:t>[32 . 3 . 35]</w:t>
      </w:r>
    </w:p>
    <w:p>
      <w:r>
        <w:rPr>
          <w:rFonts w:ascii="Gentium Plus" w:hAnsi="Gentium Plus"/>
          <w:sz w:val="24"/>
        </w:rPr>
        <w:t>«ἕως ἄρτι ἐργάζεται, κἀγὼ ἐργάζομαι». διὰ τὰ ἐξελθόντα δὲ ἀπὸ τοῦ θεοῦ ἐξῆλθεν ἀπὸ τοῦ θεοῦ, ἔξω γενομένου τοῦ θεοῦ καὶ τοῦ μὴ βουληθέντος προηγουμένως ἐξελθεῖν ἀπὸ τοῦ πατρός, 〈ἵνα〉 ἔλθῃ τὰ ἐξελθόντα εἰς τὰς χεῖρας ὁδῷ καὶ τάξει τοῦ Ἰησοῦ, καὶ</w:t>
      </w:r>
    </w:p>
    <w:p>
      <w:r>
        <w:rPr>
          <w:rFonts w:ascii="Courier New" w:hAnsi="Courier New"/>
          <w:color w:val="555555"/>
          <w:sz w:val="20"/>
        </w:rPr>
        <w:t>[5]</w:t>
      </w:r>
    </w:p>
    <w:p>
      <w:r>
        <w:rPr>
          <w:rFonts w:ascii="Gentium Plus" w:hAnsi="Gentium Plus"/>
          <w:sz w:val="24"/>
        </w:rPr>
        <w:t>οἰκονομηθῇ πρὸς τὸν θεὸν ὑπάγειν ἀκολουθοῦντα αὐτῷ, διὰ τὸ</w:t>
      </w:r>
    </w:p>
    <w:p>
      <w:r>
        <w:rPr>
          <w:rFonts w:ascii="Courier New" w:hAnsi="Courier New"/>
          <w:color w:val="555555"/>
          <w:sz w:val="20"/>
        </w:rPr>
        <w:t>[32 . 3 . 36]</w:t>
      </w:r>
    </w:p>
    <w:p>
      <w:r>
        <w:rPr>
          <w:rFonts w:ascii="Gentium Plus" w:hAnsi="Gentium Plus"/>
          <w:sz w:val="24"/>
        </w:rPr>
        <w:t>ἀκολουθεῖν αὐτῷ ἐσόμενα πρὸς τὸν θεόν. Πέτρῳ μὲν οὖν εἴρηταί ποτε· «Ὅπου ἐγὼ ὑπάγω, οὐ δύνασαί μοι νῦν 〈ἀκολουθῆσαι〉, ἀκο‐ «λουθήσεις δὲ ὕστερον» (ἔτι γὰρ εἶχεν ὁ Πέτρος τὸ μὴ ἐπιτρέπον</w:t>
      </w:r>
    </w:p>
    <w:p>
      <w:r>
        <w:rPr>
          <w:rFonts w:ascii="Courier New" w:hAnsi="Courier New"/>
          <w:color w:val="555555"/>
          <w:sz w:val="20"/>
        </w:rPr>
        <w:t>[32 . 3 . 37]</w:t>
      </w:r>
    </w:p>
    <w:p>
      <w:r>
        <w:rPr>
          <w:rFonts w:ascii="Gentium Plus" w:hAnsi="Gentium Plus"/>
          <w:sz w:val="24"/>
        </w:rPr>
        <w:t>αὐτῷ ἀκολουθεῖν τῷ λόγῳ ἤδη τότε)· τὸ δ’ ὅμοιον [εἶναι] νοεῖν σε δεῖ, ἀλλὰ κατά τινα δικαίαν ἀναλογίαν, λεχθησόμενον πρὸς ἕκα‐ στον τῶν πάντων ὃ ἔδωκεν τῷ υἱῷ ὁ πατὴρ εἰς τὰς χεῖρας· ἑκάστῳ</w:t>
      </w:r>
    </w:p>
    <w:p>
      <w:r>
        <w:rPr>
          <w:rFonts w:ascii="Courier New" w:hAnsi="Courier New"/>
          <w:color w:val="555555"/>
          <w:sz w:val="20"/>
        </w:rPr>
        <w:t>[32 . 3 . 38]</w:t>
      </w:r>
    </w:p>
    <w:p>
      <w:r>
        <w:rPr>
          <w:rFonts w:ascii="Gentium Plus" w:hAnsi="Gentium Plus"/>
          <w:sz w:val="24"/>
        </w:rPr>
        <w:t>ἀλλ’ εἰ μὴ ἅμα ἀκολουθήσουσιν, οὐκ ἐπὶ τὸν αὐτὸν ἀναφέρεται καιρὸν τὸ ἑκάστῳ τῶν ἀκολουθησόντων αὐτῷ ἁρμόζον τὸ ὕστερον ἐν τῷ</w:t>
      </w:r>
    </w:p>
    <w:p>
      <w:r>
        <w:rPr>
          <w:rFonts w:ascii="Courier New" w:hAnsi="Courier New"/>
          <w:color w:val="555555"/>
          <w:sz w:val="20"/>
        </w:rPr>
        <w:t>[32 . 3 . 39]</w:t>
      </w:r>
    </w:p>
    <w:p>
      <w:r>
        <w:rPr>
          <w:rFonts w:ascii="Gentium Plus" w:hAnsi="Gentium Plus"/>
          <w:sz w:val="24"/>
        </w:rPr>
        <w:t>«Ἀκολουθήσεις δὲ ὕστερον». καὶ τοῦτό μοι νόει καὶ περὶ πάντων τῶν καταργουμένων, εἴτε ὅταν καταργήσῃ πᾶσαν ἀρχήν, εἴτε πᾶσαν ἐξουσίαν, εἴτε πᾶσαν δύναμιν, καὶ ἁπαξαπλῶς· «Ἄχρι οὗ θῇ πάντας «τοὺς ἐχθροὺς αὐτοῦ ὑπὸ τοὺς πόδας αὐτοῦ· ἔσχατος ἐχθρὸς καταρ‐</w:t>
      </w:r>
    </w:p>
    <w:p>
      <w:r>
        <w:rPr>
          <w:rFonts w:ascii="Courier New" w:hAnsi="Courier New"/>
          <w:color w:val="555555"/>
          <w:sz w:val="20"/>
        </w:rPr>
        <w:t>[32 . 3 . 40]</w:t>
      </w:r>
    </w:p>
    <w:p>
      <w:r>
        <w:rPr>
          <w:rFonts w:ascii="Gentium Plus" w:hAnsi="Gentium Plus"/>
          <w:sz w:val="24"/>
        </w:rPr>
        <w:t>«γηθήσεται ὁ θάνατος». «Εἰδὼς οὖν ὁ Ἰησοῦς ὅτι πάντα ἔδωκεν «αὐτῷ ὁ πατὴρ εἰς τὰς χεῖρας, καὶ ὅτι ἀπὸ θεοῦ ἐξῆλθεν καὶ πρὸς «τὸν θεὸν ὑπάγει», καὶ εἰδὼς † ὅσον ἐφ’ οἷς κεκινήμεθα, ὡς διηγησά‐ μεθα παριστάντες τὸ φανὲν ἡμῖν εἰς τὸ «Ἀπὸ τοῦ θεοῦ ἐξῆλθεν»</w:t>
      </w:r>
    </w:p>
    <w:p>
      <w:r>
        <w:rPr>
          <w:rFonts w:ascii="Courier New" w:hAnsi="Courier New"/>
          <w:color w:val="555555"/>
          <w:sz w:val="20"/>
        </w:rPr>
        <w:t>[5]</w:t>
      </w:r>
    </w:p>
    <w:p>
      <w:r>
        <w:rPr>
          <w:rFonts w:ascii="Gentium Plus" w:hAnsi="Gentium Plus"/>
          <w:sz w:val="24"/>
        </w:rPr>
        <w:t>καὶ εἰς τὸ «Πρὸς τὸν θεὸν ὑπάγει», «ἐγείρεται, φησίν, ἐκ τοῦ</w:t>
      </w:r>
    </w:p>
    <w:p>
      <w:r>
        <w:rPr>
          <w:rFonts w:ascii="Courier New" w:hAnsi="Courier New"/>
          <w:color w:val="555555"/>
          <w:sz w:val="20"/>
        </w:rPr>
        <w:t>[32 . 3 . 41]</w:t>
      </w:r>
    </w:p>
    <w:p>
      <w:r>
        <w:rPr>
          <w:rFonts w:ascii="Gentium Plus" w:hAnsi="Gentium Plus"/>
          <w:sz w:val="24"/>
        </w:rPr>
        <w:t>«δείπνου», ὅπερ μετὰ τοῦτο κατανοήσωμεν μετὰ τῶν ἑξῆς. καὶ ὅρα εἰ δύνασαι ἐν τούτοις λέγειν ὅτι ἀπεριστάτως μὲν αὐτὸν εὔφρανεν τὸ μετὰ τῶν μαθητῶν δειπνεῖν· περιστατικῶς δὲ καὶ ἀναγκαίως διὰ τοὺς μαθητὰς ἀπὸ τοῦ δείπνου ἐγείρεται, καὶ ἐπὶ ποσὸν τοῦ</w:t>
      </w:r>
    </w:p>
    <w:p>
      <w:r>
        <w:rPr>
          <w:rFonts w:ascii="Courier New" w:hAnsi="Courier New"/>
          <w:color w:val="555555"/>
          <w:sz w:val="20"/>
        </w:rPr>
        <w:t>[5]</w:t>
      </w:r>
    </w:p>
    <w:p>
      <w:r>
        <w:rPr>
          <w:rFonts w:ascii="Gentium Plus" w:hAnsi="Gentium Plus"/>
          <w:sz w:val="24"/>
        </w:rPr>
        <w:t>δειπνεῖν παύεται, ἕως τοὺς τῶν μαθητῶν καθαρίσῃ πόδας, οὐ δυνα‐ μένων ἔχειν μέρος μετ’ αὐτοῦ, ἐὰν μὴ αὐτὸς αὐτοὺς νίψῃ.</w:t>
      </w:r>
    </w:p>
    <w:p>
      <w:r>
        <w:rPr>
          <w:rFonts w:ascii="Courier New" w:hAnsi="Courier New"/>
          <w:color w:val="555555"/>
          <w:sz w:val="20"/>
        </w:rPr>
        <w:t>[32 . 4 . 42]</w:t>
      </w:r>
    </w:p>
    <w:p>
      <w:r>
        <w:rPr>
          <w:rFonts w:ascii="Gentium Plus" w:hAnsi="Gentium Plus"/>
          <w:sz w:val="24"/>
        </w:rPr>
        <w:t>Τί οὖν λέγεται μετὰ τὸ «Ἐγείρεται ἐκ τοῦ δείπνου» κατα‐ νοήσωμεν. «Τίθησιν, φησί, τὰ ἱμάτια, καὶ λαβὼν λέντιον διεζώ‐</w:t>
      </w:r>
    </w:p>
    <w:p>
      <w:r>
        <w:rPr>
          <w:rFonts w:ascii="Courier New" w:hAnsi="Courier New"/>
          <w:color w:val="555555"/>
          <w:sz w:val="20"/>
        </w:rPr>
        <w:t>[32 . 4 . 43]</w:t>
      </w:r>
    </w:p>
    <w:p>
      <w:r>
        <w:rPr>
          <w:rFonts w:ascii="Gentium Plus" w:hAnsi="Gentium Plus"/>
          <w:sz w:val="24"/>
        </w:rPr>
        <w:t>«σατο». καὶ ἐν τούτοις δὲ εἴποιμεν ἂν τοῖς μὴ βουλομένοις ἀπὸ τῶν ῥητῶν ἀναβαίνειν καὶ νοητῶς νοεῖν τὰ παρατιθέμενα ἐν τούτοις τῆς ψυχῆς βρώματα· τί γὰρ ἐλύπει ἐνδεδυμένον αὐτὸν νίψαι τοὺς πόδας</w:t>
      </w:r>
    </w:p>
    <w:p>
      <w:r>
        <w:rPr>
          <w:rFonts w:ascii="Courier New" w:hAnsi="Courier New"/>
          <w:color w:val="555555"/>
          <w:sz w:val="20"/>
        </w:rPr>
        <w:t>[32 . 4 . 44]</w:t>
      </w:r>
    </w:p>
    <w:p>
      <w:r>
        <w:rPr>
          <w:rFonts w:ascii="Gentium Plus" w:hAnsi="Gentium Plus"/>
          <w:sz w:val="24"/>
        </w:rPr>
        <w:t>τῶν μαθητῶν; ἀλλὰ μή πως ἐὰν ἴδωμεν ἀξίως τοῦ Ἰησοῦ τὰ ἐνδύ‐ ματα αὐτοῦ, ἃ περιέκειτο δειπνῶν καὶ εὐφραινόμενος μετὰ τῶν μα‐ θητῶν, ἐννοήσωμεν τίνα κόσμον περίκειται ὁ γενόμενος σὰρξ λόγος.</w:t>
      </w:r>
    </w:p>
    <w:p>
      <w:r>
        <w:rPr>
          <w:rFonts w:ascii="Courier New" w:hAnsi="Courier New"/>
          <w:color w:val="555555"/>
          <w:sz w:val="20"/>
        </w:rPr>
        <w:t>[32 . 4 . 45]</w:t>
      </w:r>
    </w:p>
    <w:p>
      <w:r>
        <w:rPr>
          <w:rFonts w:ascii="Gentium Plus" w:hAnsi="Gentium Plus"/>
          <w:sz w:val="24"/>
        </w:rPr>
        <w:t>τοῦτον δὲ ἔν τινι ὑφάσματι λέξεων πρὸς λέξεις καὶ φωνῶν πρὸς φωνὰς συνεστηκότα ἀποτίθεται, καὶ γυμνότερος μετὰ δουλικοῦ σχή‐ ματος, ὅπερ δηλοῦται διὰ τοῦ «Λαβὼν λέντιον διεζώσατο», γίνεται, ἵνα καὶ μὴ πάντη γυμνὸς ᾖ καὶ μετὰ τὸ νίψαι οἰκειοτέρῳ ὑφάσματι</w:t>
      </w:r>
    </w:p>
    <w:p>
      <w:r>
        <w:rPr>
          <w:rFonts w:ascii="Courier New" w:hAnsi="Courier New"/>
          <w:color w:val="555555"/>
          <w:sz w:val="20"/>
        </w:rPr>
        <w:t>[32 . 4 . 46]</w:t>
      </w:r>
    </w:p>
    <w:p>
      <w:r>
        <w:rPr>
          <w:rFonts w:ascii="Gentium Plus" w:hAnsi="Gentium Plus"/>
          <w:sz w:val="24"/>
        </w:rPr>
        <w:t>ἀπομάξῃ τοὺς τῶν μαθητῶν πόδας. καὶ ὅρα ἐν τούτοις πῶς ἑαυ‐ τὸν σμικρύνει ὁ μέγας καὶ δεδοξασμένος λόγος γενόμενος σάρξ, ἵνα νίψῃ τοὺς πόδας τῶν μαθητῶν· «Βάλλει, γάρ φησιν, ὕδωρ εἰς τὸν</w:t>
      </w:r>
    </w:p>
    <w:p>
      <w:r>
        <w:rPr>
          <w:rFonts w:ascii="Courier New" w:hAnsi="Courier New"/>
          <w:color w:val="555555"/>
          <w:sz w:val="20"/>
        </w:rPr>
        <w:t>[32 . 4 . 47]</w:t>
      </w:r>
    </w:p>
    <w:p>
      <w:r>
        <w:rPr>
          <w:rFonts w:ascii="Gentium Plus" w:hAnsi="Gentium Plus"/>
          <w:sz w:val="24"/>
        </w:rPr>
        <w:t>«νιπτῆρα». Ἀβραὰμ μὲν οὖν ἡνίκα «Ἀναβλέψας τοῖς ὀφθαλμοῖς αὐ‐ «τοῦ εἶδεν, καὶ ἰδοὺ ἄνδρες ἱστήκεισαν ἐπάνω αὐτοῦ· καὶ ἰδὼν προσέ‐ «δραμεν εἰς συνάντησιν αὐτοῖς ἀπὸ τῆς θύρας τῆς σκηνῆς καὶ προσε‐ «κύνησεν ἐπὶ τὴν γῆν, καὶ εἶπεν· Κύριε, εἰ ἄρα εὗρον χάριν ἐναντίον</w:t>
      </w:r>
    </w:p>
    <w:p>
      <w:r>
        <w:rPr>
          <w:rFonts w:ascii="Courier New" w:hAnsi="Courier New"/>
          <w:color w:val="555555"/>
          <w:sz w:val="20"/>
        </w:rPr>
        <w:t>[5]</w:t>
      </w:r>
    </w:p>
    <w:p>
      <w:r>
        <w:rPr>
          <w:rFonts w:ascii="Gentium Plus" w:hAnsi="Gentium Plus"/>
          <w:sz w:val="24"/>
        </w:rPr>
        <w:t>«σου, μὴ παρέλθῃς τὸν παῖδά σου»· οὐκ αὐτὸς λαμβάνει ὕδωρ οὐδὲ ἐπαγγέλλεται νίπτειν τοὺς πόδας αὐτῶν ὡς ξένων ἐλθόντων πρὸς αὐτόν, ἀλλά φησι· «Ληφθήτω δὴ ὕδωρ, καὶ νιψάτωσαν τοὺς πόδας</w:t>
      </w:r>
    </w:p>
    <w:p>
      <w:r>
        <w:rPr>
          <w:rFonts w:ascii="Courier New" w:hAnsi="Courier New"/>
          <w:color w:val="555555"/>
          <w:sz w:val="20"/>
        </w:rPr>
        <w:t>[32 . 4 . 48]</w:t>
      </w:r>
    </w:p>
    <w:p>
      <w:r>
        <w:rPr>
          <w:rFonts w:ascii="Gentium Plus" w:hAnsi="Gentium Plus"/>
          <w:sz w:val="24"/>
        </w:rPr>
        <w:t>«ὑμῶν». ἀλλ’ οὐδὲ Ἰωσὴφ ἤνεγκεν ὕδωρ νίψαι τοὺς πόδας τῶν ἕνδεκα ἀδελφῶν, ἀλλ’ ὁ ἐπὶ τοῦ οἴκου Ἰωσὴφ ἄνθρωπος «ἐξήγαγεν «πρὸς αὐτοὺς τὸν Συμεών, καὶ ἤνεγκεν ὕδωρ νίψαι τοὺς πόδας</w:t>
      </w:r>
    </w:p>
    <w:p>
      <w:r>
        <w:rPr>
          <w:rFonts w:ascii="Courier New" w:hAnsi="Courier New"/>
          <w:color w:val="555555"/>
          <w:sz w:val="20"/>
        </w:rPr>
        <w:t>[32 . 4 . 49]</w:t>
      </w:r>
    </w:p>
    <w:p>
      <w:r>
        <w:rPr>
          <w:rFonts w:ascii="Gentium Plus" w:hAnsi="Gentium Plus"/>
          <w:sz w:val="24"/>
        </w:rPr>
        <w:t>«αὐτῶν». ὁ δὲ εἰπών· «Ἦλθον οὐχ ὡς ὁ ἀνακείμενος ἀλλ’ ὡς ὁ «διακονῶν» καὶ δικαίως λέγων τὸ «Μάθετε ἀπ’ ἐμοῦ, ὅτι πρᾶός «εἰμι καὶ ταπεινὸς τῇ καρδίᾳ», αὐτὸς βάλλει ὕδωρ εἰς τὸν νιπτῆρα· ᾔδει γὰρ ὅτι οὐδεὶς οὕτω δύναται νίψαι τοὺς πόδας τῶν μαθητῶν,</w:t>
      </w:r>
    </w:p>
    <w:p>
      <w:r>
        <w:rPr>
          <w:rFonts w:ascii="Courier New" w:hAnsi="Courier New"/>
          <w:color w:val="555555"/>
          <w:sz w:val="20"/>
        </w:rPr>
        <w:t>[5]</w:t>
      </w:r>
    </w:p>
    <w:p>
      <w:r>
        <w:rPr>
          <w:rFonts w:ascii="Gentium Plus" w:hAnsi="Gentium Plus"/>
          <w:sz w:val="24"/>
        </w:rPr>
        <w:t>ὡς διὰ τὸ νίψασθαι ἔχειν αὐτοὺς τὴν μερίδα μετ’ αὐτοῦ, ὡς αὐτός·</w:t>
      </w:r>
    </w:p>
    <w:p>
      <w:r>
        <w:rPr>
          <w:rFonts w:ascii="Courier New" w:hAnsi="Courier New"/>
          <w:color w:val="555555"/>
          <w:sz w:val="20"/>
        </w:rPr>
        <w:t>[32 . 4 . 50]</w:t>
      </w:r>
    </w:p>
    <w:p>
      <w:r>
        <w:rPr>
          <w:rFonts w:ascii="Gentium Plus" w:hAnsi="Gentium Plus"/>
          <w:sz w:val="24"/>
        </w:rPr>
        <w:t>τὸ δὲ ὕδωρ, κατ’ ἐμέ, τοιόσδε λόγος ἦν, νίπτων τοὺς πόδας τῶν μαθητῶν, ἐλθόντας ἐπὶ τὸν ὑπὸ τοῦ Ἰησοῦ παρατιθέμενον αὐτοῖς</w:t>
      </w:r>
    </w:p>
    <w:p>
      <w:r>
        <w:rPr>
          <w:rFonts w:ascii="Courier New" w:hAnsi="Courier New"/>
          <w:color w:val="555555"/>
          <w:sz w:val="20"/>
        </w:rPr>
        <w:t>[32 . 4 . 51]</w:t>
      </w:r>
    </w:p>
    <w:p>
      <w:r>
        <w:rPr>
          <w:rFonts w:ascii="Gentium Plus" w:hAnsi="Gentium Plus"/>
          <w:sz w:val="24"/>
        </w:rPr>
        <w:t>νιπτῆρα. εἶτα ζητῶ τί δήποτε οὐ γέγραπται μὲν τὸ ‹ἔνιψεν τοὺς πόδας τῶν μαθητῶν›, λέλεκται δὲ τὸ «Καὶ ἤρξατο νίπτειν τοὺς</w:t>
      </w:r>
    </w:p>
    <w:p>
      <w:r>
        <w:rPr>
          <w:rFonts w:ascii="Courier New" w:hAnsi="Courier New"/>
          <w:color w:val="555555"/>
          <w:sz w:val="20"/>
        </w:rPr>
        <w:t>[32 . 4 . 52]</w:t>
      </w:r>
    </w:p>
    <w:p>
      <w:r>
        <w:rPr>
          <w:rFonts w:ascii="Gentium Plus" w:hAnsi="Gentium Plus"/>
          <w:sz w:val="24"/>
        </w:rPr>
        <w:t>«πόδας τῶν μαθητῶν». ἆρα γὰρ συνήθειά ἐστιν τοιαύτη τῶν γρα‐ φῶν, καθ’ ἣν δοκεῖ μὴ εὐλόγως, ὡς πρὸς τὴν τῶν πολλῶν συνή‐ θειαν, προτάσσεσθαι τὸ «Ἤρξατο»; ἢ τότε μὲν «Ἤρξατο νίπτειν τοὺς «πόδας τῶν μαθητῶν» ὁ Ἰησοῦς, οὐ μὴν ἐπαύσατο τότε νίψας αὐ‐</w:t>
      </w:r>
    </w:p>
    <w:p>
      <w:r>
        <w:rPr>
          <w:rFonts w:ascii="Courier New" w:hAnsi="Courier New"/>
          <w:color w:val="555555"/>
          <w:sz w:val="20"/>
        </w:rPr>
        <w:t>[32 . 4 . 53]</w:t>
      </w:r>
    </w:p>
    <w:p>
      <w:r>
        <w:rPr>
          <w:rFonts w:ascii="Gentium Plus" w:hAnsi="Gentium Plus"/>
          <w:sz w:val="24"/>
        </w:rPr>
        <w:t>τῶν τοὺς πόδας; ὕστερον γὰρ ἔνιψε καὶ ἐτέλεσε τὸ νίπτειν, ἐπεὶ ἐμολύνθησαν κατὰ τὸ «Πάντες ὑμεῖς σκανδαλισθήσεσθε ἐν ἐμοὶ ἐν «τῇ νυκτὶ ταύτῃ», καὶ τὸ πρὸς Πέτρον λεγόμενον τὸ «Οὐ μὴ φω‐</w:t>
      </w:r>
    </w:p>
    <w:p>
      <w:r>
        <w:rPr>
          <w:rFonts w:ascii="Courier New" w:hAnsi="Courier New"/>
          <w:color w:val="555555"/>
          <w:sz w:val="20"/>
        </w:rPr>
        <w:t>[32 . 4 . 54]</w:t>
      </w:r>
    </w:p>
    <w:p>
      <w:r>
        <w:rPr>
          <w:rFonts w:ascii="Gentium Plus" w:hAnsi="Gentium Plus"/>
          <w:sz w:val="24"/>
        </w:rPr>
        <w:t>«νήσει ἀλέκτωρ, ἕως ἂν ἀρνήσῃ με τρίς». τούτων γὰρ γενομένων τῶν ἁμαρτημάτων, νίψεως πάλιν ἐδέοντο οἱ μολυνθέντες τῶν μα‐ θητῶν πόδες, οὓς ἤρξατο νίπτειν ἡνίκα ἐγείρεται ἐκ τοῦ δείπνου, συνετέλεσεν 〈δὲ〉 τὸ νίπτειν καθαρίσας αὐτοὺς οὐκέτι μολυνθησομένους.</w:t>
      </w:r>
    </w:p>
    <w:p>
      <w:r>
        <w:rPr>
          <w:rFonts w:ascii="Courier New" w:hAnsi="Courier New"/>
          <w:color w:val="555555"/>
          <w:sz w:val="20"/>
        </w:rPr>
        <w:t>[32 . 4 . 55]</w:t>
      </w:r>
    </w:p>
    <w:p>
      <w:r>
        <w:rPr>
          <w:rFonts w:ascii="Gentium Plus" w:hAnsi="Gentium Plus"/>
          <w:sz w:val="24"/>
        </w:rPr>
        <w:t>οὕτω δὲ καὶ τό〈τε〉 μὲν ἤρξατο ἐκμάσσειν τοὺς πόδας τῶν μαθητῶν,</w:t>
      </w:r>
    </w:p>
    <w:p>
      <w:r>
        <w:rPr>
          <w:rFonts w:ascii="Courier New" w:hAnsi="Courier New"/>
          <w:color w:val="555555"/>
          <w:sz w:val="20"/>
        </w:rPr>
        <w:t>[32 . 5 n]</w:t>
      </w:r>
    </w:p>
    <w:p>
      <w:r>
        <w:rPr>
          <w:rFonts w:ascii="Gentium Plus" w:hAnsi="Gentium Plus"/>
          <w:sz w:val="24"/>
        </w:rPr>
        <w:t>Ἔρχεται οὖν πρὸς Σίμωνα Πέτρον· λέγει αὐτῷ· Κύριε, σύ μου νίπτεις τοὺς πόδας; ἀπεκρίθη Ἰησοῦς καὶ εἶπεν αὐτῷ· Ὃ ἐγὼ ποιῶ σὺ οὐκ οἶδας ἄρτι, γνώσῃ δὲ μετὰ ταῦτα. λέγει αὐτῷ ὁ Πέτρος· Οὐ μὴ νίψῃς μου τοὺς πόδας εἰς τὸν</w:t>
      </w:r>
    </w:p>
    <w:p>
      <w:r>
        <w:rPr>
          <w:rFonts w:ascii="Courier New" w:hAnsi="Courier New"/>
          <w:color w:val="555555"/>
          <w:sz w:val="20"/>
        </w:rPr>
        <w:t>[5]</w:t>
      </w:r>
    </w:p>
    <w:p>
      <w:r>
        <w:rPr>
          <w:rFonts w:ascii="Gentium Plus" w:hAnsi="Gentium Plus"/>
          <w:sz w:val="24"/>
        </w:rPr>
        <w:t>αἰῶνα. ἀπεκρίθη Ἰησοῦς αὐτῷ· Ἐὰν μὴ νίψω σε, οὐκ ἔχεις μέρος μετ’ ἐμοῦ. λέγει αὐτῷ Σίμων Πέτρος· Μὴ τοὺς πόδας μου μόνον, ἀλλὰ καὶ τὰς χεῖρας, καὶ τὴν κεφαλήν. λέγει αὐτῷ ὁ Ἰησοῦς· Ὁ λελουμένος οὐκ ἔχει χρείαν εἰ μὴ τοὺς πόδας νίψασθαι, ἀλλ’ ἔστι καθαρὸς ὅλος· καὶ ὑμεῖς κα‐</w:t>
      </w:r>
    </w:p>
    <w:p>
      <w:r>
        <w:rPr>
          <w:rFonts w:ascii="Courier New" w:hAnsi="Courier New"/>
          <w:color w:val="555555"/>
          <w:sz w:val="20"/>
        </w:rPr>
        <w:t>[10]</w:t>
      </w:r>
    </w:p>
    <w:p>
      <w:r>
        <w:rPr>
          <w:rFonts w:ascii="Gentium Plus" w:hAnsi="Gentium Plus"/>
          <w:sz w:val="24"/>
        </w:rPr>
        <w:t>θαροί ἐστε, ἀλλ’ οὐχὶ πάντες. ᾔδει γὰρ τὸν παραδιδόντα αὐτόν· διὰ τοῦτο εἶπεν· Οὐχὶ πάντες καθαροί ἐστε.</w:t>
      </w:r>
    </w:p>
    <w:p>
      <w:r>
        <w:rPr>
          <w:rFonts w:ascii="Courier New" w:hAnsi="Courier New"/>
          <w:color w:val="555555"/>
          <w:sz w:val="20"/>
        </w:rPr>
        <w:t>[32 . 5 . 56]</w:t>
      </w:r>
    </w:p>
    <w:p>
      <w:r>
        <w:rPr>
          <w:rFonts w:ascii="Gentium Plus" w:hAnsi="Gentium Plus"/>
          <w:sz w:val="24"/>
        </w:rPr>
        <w:t>Τοῖς νῦν ὑπὸ τοῦ Πέτρου λεγομένοις ἐν καιρῷ χρησόμεθα παραδείγματος ἕνεκεν, εἴ που δέοι, ὅτι ἐστὶν δυνατόν τινα κατὰ πρόθεσιν βελτίστην λέγειν διὰ τὸ ἀνεπίστημον τὰ μηδαμῶς ἑαυτῷ</w:t>
      </w:r>
    </w:p>
    <w:p>
      <w:r>
        <w:rPr>
          <w:rFonts w:ascii="Courier New" w:hAnsi="Courier New"/>
          <w:color w:val="555555"/>
          <w:sz w:val="20"/>
        </w:rPr>
        <w:t>[32 . 5 . 57]</w:t>
      </w:r>
    </w:p>
    <w:p>
      <w:r>
        <w:rPr>
          <w:rFonts w:ascii="Gentium Plus" w:hAnsi="Gentium Plus"/>
          <w:sz w:val="24"/>
        </w:rPr>
        <w:t>συμφέροντα. εἰ γὰρ συμφέρον μὲν ἦν πρὸς τὸ ἔχειν μέρος μετὰ τοῦ Ἰησοῦ τὸ νίψασθαι τοὺς πόδας ὑπ’ αὐτοῦ, Πέτρος δὲ μὴ ἐπιστά‐ μενος, ὅτι συμφέρον τοῦτο ἦν, πρότερον μὲν εἶπεν οἱονεὶ ἐπαπορῶν δυσωπητικῶς τὸ «Κύριε, σύ μου νίπτεις τοὺς πόδας;» δεύτερον δὲ</w:t>
      </w:r>
    </w:p>
    <w:p>
      <w:r>
        <w:rPr>
          <w:rFonts w:ascii="Courier New" w:hAnsi="Courier New"/>
          <w:color w:val="555555"/>
          <w:sz w:val="20"/>
        </w:rPr>
        <w:t>[5]</w:t>
      </w:r>
    </w:p>
    <w:p>
      <w:r>
        <w:rPr>
          <w:rFonts w:ascii="Gentium Plus" w:hAnsi="Gentium Plus"/>
          <w:sz w:val="24"/>
        </w:rPr>
        <w:t>τὸ «Οὐ μὴ νίψῃς μου τοὺς πόδας εἰς τὸν αἰῶνα», καὶ τὰ λεγόμενα κωλυτικὰ ἦν ἔργου τοῦ φέροντος αὐτὸν ἐπὶ τὸ ἔχειν μετὰ τοῦ σω‐ τῆρος τὸ μέρος, δῆλον ὅτι εἰ καὶ ὑγιεῖ προθέσει καὶ σεβασμίῳ πρὸς</w:t>
      </w:r>
    </w:p>
    <w:p>
      <w:r>
        <w:rPr>
          <w:rFonts w:ascii="Courier New" w:hAnsi="Courier New"/>
          <w:color w:val="555555"/>
          <w:sz w:val="20"/>
        </w:rPr>
        <w:t>[32 . 5 . 58]</w:t>
      </w:r>
    </w:p>
    <w:p>
      <w:r>
        <w:rPr>
          <w:rFonts w:ascii="Gentium Plus" w:hAnsi="Gentium Plus"/>
          <w:sz w:val="24"/>
        </w:rPr>
        <w:t>τὸν διδάσκαλον τοῦτο ἔλεγεν, ἐπιβλαβῶς ἑαυτῷ ἔλεγεν. τοῦ δὲ τοιούτου εἴδους τῶν ἁμαρτημάτων ὁ βίος πεπλήρωται τῶν ἐν τῷ πιστεύειν προτιθεμένων μὲν τὰ κρείττονα, διὰ δὲ ἄγνοιαν τὰ ἐπὶ</w:t>
      </w:r>
    </w:p>
    <w:p>
      <w:r>
        <w:rPr>
          <w:rFonts w:ascii="Courier New" w:hAnsi="Courier New"/>
          <w:color w:val="555555"/>
          <w:sz w:val="20"/>
        </w:rPr>
        <w:t>[32 . 5 . 59]</w:t>
      </w:r>
    </w:p>
    <w:p>
      <w:r>
        <w:rPr>
          <w:rFonts w:ascii="Gentium Plus" w:hAnsi="Gentium Plus"/>
          <w:sz w:val="24"/>
        </w:rPr>
        <w:t>τὸ ἐναντίον φέροντα λεγόντων ἢ καὶ πραττόντων. καὶ τοιοῦτοί γέ εἰσιν οἱ τὸ «Μὴ ἅψῃ, μὴ γεύσῃ, μὴ θίγῃς» φάσκοντες περὶ πάντων τῶν εἰς φθορὰν καὶ ἀπόχρησιν τῶν ἀνθρώπων, κατά τινα πολὺ τῆς</w:t>
      </w:r>
    </w:p>
    <w:p>
      <w:r>
        <w:rPr>
          <w:rFonts w:ascii="Courier New" w:hAnsi="Courier New"/>
          <w:color w:val="555555"/>
          <w:sz w:val="20"/>
        </w:rPr>
        <w:t>[32 . 5 . 60]</w:t>
      </w:r>
    </w:p>
    <w:p>
      <w:r>
        <w:rPr>
          <w:rFonts w:ascii="Gentium Plus" w:hAnsi="Gentium Plus"/>
          <w:sz w:val="24"/>
        </w:rPr>
        <w:t>θείας ὑποβεβηκυῖαν τῆς «Ὡς ἄνθρωπος ἀποθάνῃ» διδασκαλίαν. τί</w:t>
      </w:r>
    </w:p>
    <w:p>
      <w:r>
        <w:rPr>
          <w:rFonts w:ascii="Courier New" w:hAnsi="Courier New"/>
          <w:color w:val="555555"/>
          <w:sz w:val="20"/>
        </w:rPr>
        <w:t>[32 . 5 . 61]</w:t>
      </w:r>
    </w:p>
    <w:p>
      <w:r>
        <w:rPr>
          <w:rFonts w:ascii="Gentium Plus" w:hAnsi="Gentium Plus"/>
          <w:sz w:val="24"/>
        </w:rPr>
        <w:t>ψευδῆ περὶ αὐτοῦ δοξαζόντων; πολλάκις δὲ τὸν Πέτρον τοιοῦτον ἡ γραφὴ ἐσημειώσατο, θερμότερον εἰς τὸ ἐπαγγέλλεσθαι τὰ φαινόμενα αὐτῷ κρείττονα· καθάπερ καὶ ἐν τῷ ἀνεξετάστως εἰρημένῳ καὶ ἀθε‐ τητικῶς τῆς Ἰησοῦ περὶ τῶν μαθητῶν προφητείας εἰπόντος· «Πάντες</w:t>
      </w:r>
    </w:p>
    <w:p>
      <w:r>
        <w:rPr>
          <w:rFonts w:ascii="Courier New" w:hAnsi="Courier New"/>
          <w:color w:val="555555"/>
          <w:sz w:val="20"/>
        </w:rPr>
        <w:t>[5]</w:t>
      </w:r>
    </w:p>
    <w:p>
      <w:r>
        <w:rPr>
          <w:rFonts w:ascii="Gentium Plus" w:hAnsi="Gentium Plus"/>
          <w:sz w:val="24"/>
        </w:rPr>
        <w:t>«ὑμεῖς σκανδαλισθήσεσθε ἐν ἐμοὶ ἐν τῇ νυκτὶ ταύτῃ», καὶ τὴν αἰτίαν παριστάντος ἐν τῷ «Γέγραπται γάρ· Πατάξω τὸν ποιμένα, καὶ δια‐ «σκορπισθήσεται τὰ πρόβατα τῆς ποίμνης». ἀνεξετάστως γὰρ πρὸς τοῦτο καὶ ἀθετητικῶς τῆς Ἰησοῦ ἀποφάσεως εἶπεν τὸ «Εἰ καὶ πάντες</w:t>
      </w:r>
    </w:p>
    <w:p>
      <w:r>
        <w:rPr>
          <w:rFonts w:ascii="Courier New" w:hAnsi="Courier New"/>
          <w:color w:val="555555"/>
          <w:sz w:val="20"/>
        </w:rPr>
        <w:t>[32 . 5 . 62]</w:t>
      </w:r>
    </w:p>
    <w:p>
      <w:r>
        <w:rPr>
          <w:rFonts w:ascii="Gentium Plus" w:hAnsi="Gentium Plus"/>
          <w:sz w:val="24"/>
        </w:rPr>
        <w:t>«σκανδαλισθήσονται ἐν σοί, ἐγὼ οὐ σκανδαλισθήσομαι». καὶ τοῦτο ἔτι τότε προπετὲς ὂν ἐν τῇ ψυχῇ αὐτοῦ αἴτιον οἶμαι γέγονεν τοῦ ὑπὲρ τὸ μέτρον τοῦ τῶν λοιπῶν σκανδαλισμοῦ ἡμαρτηκέναι αὐτόν,</w:t>
      </w:r>
    </w:p>
    <w:p>
      <w:r>
        <w:rPr>
          <w:rFonts w:ascii="Courier New" w:hAnsi="Courier New"/>
          <w:color w:val="555555"/>
          <w:sz w:val="20"/>
        </w:rPr>
        <w:t>[32 . 5 . 63]</w:t>
      </w:r>
    </w:p>
    <w:p>
      <w:r>
        <w:rPr>
          <w:rFonts w:ascii="Gentium Plus" w:hAnsi="Gentium Plus"/>
          <w:sz w:val="24"/>
        </w:rPr>
        <w:t>ἀρνησάμενον τὸν Ἰησοῦν τρὶς πρὶν ἀλεκτοροφωνίας. διόπερ ἐπιστή‐ σας τῇ τοιαύτῃ προτέρᾳ ἑαυτοῦ προπετείᾳ ὠφελήθη καὶ τὰ μέγιστα, ὡς γένεσθαι στιβαρώτατος καὶ μακροθυμότατος· ὅπερ δηλοῦται Παύλου μὲν εἰπόντος αὐτῷ «ἔμπροσθεν πάντων· Εἰ σὺ Ἰουδαῖος</w:t>
      </w:r>
    </w:p>
    <w:p>
      <w:r>
        <w:rPr>
          <w:rFonts w:ascii="Courier New" w:hAnsi="Courier New"/>
          <w:color w:val="555555"/>
          <w:sz w:val="20"/>
        </w:rPr>
        <w:t>[5]</w:t>
      </w:r>
    </w:p>
    <w:p>
      <w:r>
        <w:rPr>
          <w:rFonts w:ascii="Gentium Plus" w:hAnsi="Gentium Plus"/>
          <w:sz w:val="24"/>
        </w:rPr>
        <w:t>«ὑπάρχων ἐθνικῶς καὶ οὐκ Ἰουδαϊκῶς ζῆς, πῶς τὰ ἔθνη ἀναγκάζεις «ἰουδαΐζειν;» καὶ τὰ ἑξῆς· τοῦ δὲ μετὰ στίβους σιωπήσαντος καὶ τὸ κατὰ τὸν τόπον εὔλογον ἀνεξικακώτατα μὴ παραστήσαντος,</w:t>
      </w:r>
    </w:p>
    <w:p>
      <w:r>
        <w:rPr>
          <w:rFonts w:ascii="Courier New" w:hAnsi="Courier New"/>
          <w:color w:val="555555"/>
          <w:sz w:val="20"/>
        </w:rPr>
        <w:t>[32 . 5 . 64]</w:t>
      </w:r>
    </w:p>
    <w:p>
      <w:r>
        <w:rPr>
          <w:rFonts w:ascii="Gentium Plus" w:hAnsi="Gentium Plus"/>
          <w:sz w:val="24"/>
        </w:rPr>
        <w:t>περὶ οὗ ἐν τῇ πρὸς Γαλάτας οἰκειότερόν τις διαλήψεται. καὶ ἐν ταῖς Πράξεσι δὲ τῶν ἀποστόλων τὸ καθεστηκὸς αὐτοῦ, τὴν αὐτὴν εἰκόνα μεταμορφωθέντος, τοῖς ἑκάστῳ ἐφιστᾶσι καὶ προσέχουσι φανεῖται.</w:t>
      </w:r>
    </w:p>
    <w:p>
      <w:r>
        <w:rPr>
          <w:rFonts w:ascii="Courier New" w:hAnsi="Courier New"/>
          <w:color w:val="555555"/>
          <w:sz w:val="20"/>
        </w:rPr>
        <w:t>[32 . 6 . 65]</w:t>
      </w:r>
    </w:p>
    <w:p>
      <w:r>
        <w:rPr>
          <w:rFonts w:ascii="Gentium Plus" w:hAnsi="Gentium Plus"/>
          <w:sz w:val="24"/>
        </w:rPr>
        <w:t>Καὶ ἐνθάδε τοίνυν ἐγερθέντι τῷ Ἰησοῦ ἐκ τοῦ δείπνου καὶ θέντι τὰ ἱμάτια καὶ διαζωσαμένῳ ὃ εἴληφεν λέντιον, καὶ βάλλοντι ὕδωρ εἰς τὸν νιπτῆρα καὶ ἀρξαμένῳ τοὺς πόδας νίπτειν τῶν μαθη‐ τῶν καὶ ἐκμάσσειν τῷ λεντίῳ ᾧ ἦν διεζωσμένος, πάντες μὲν παρεῖχον</w:t>
      </w:r>
    </w:p>
    <w:p>
      <w:r>
        <w:rPr>
          <w:rFonts w:ascii="Courier New" w:hAnsi="Courier New"/>
          <w:color w:val="555555"/>
          <w:sz w:val="20"/>
        </w:rPr>
        <w:t>[5]</w:t>
      </w:r>
    </w:p>
    <w:p>
      <w:r>
        <w:rPr>
          <w:rFonts w:ascii="Gentium Plus" w:hAnsi="Gentium Plus"/>
          <w:sz w:val="24"/>
        </w:rPr>
        <w:t>τοὺς πόδας, ἀκολούθως τῇ περὶ τοῦ Ἰησοῦ προλήψει θεωροῦντες ὅτι οὐκ ἂν ὁ τηλικοῦτος ἀλόγως καί, ὡς ἂν οἱ πολλοὶ λέγοιεν, βαρεῖν τοὺς μαθητὰς θέλων, νίπτοι αὐτῶν τοὺς πόδας, ἀλλά τι χρήσιμον ἐπιτελῶν ὃ περιέμενον γνώσεσθαι ὕστερον, ἐννοοῦντες μή‐ ποτε σύμβολόν τινος ταῦτα πράττοιτο· μόνος δὲ ὁ Πέτρος τῷ προ‐</w:t>
      </w:r>
    </w:p>
    <w:p>
      <w:r>
        <w:rPr>
          <w:rFonts w:ascii="Courier New" w:hAnsi="Courier New"/>
          <w:color w:val="555555"/>
          <w:sz w:val="20"/>
        </w:rPr>
        <w:t>[10]</w:t>
      </w:r>
    </w:p>
    <w:p>
      <w:r>
        <w:rPr>
          <w:rFonts w:ascii="Gentium Plus" w:hAnsi="Gentium Plus"/>
          <w:sz w:val="24"/>
        </w:rPr>
        <w:t>χειροτέρῳ ἐνιδὼν καὶ οὐδένα ἕτερον λογισμὸν ἐκείνῳ παρατιθείς, ὡς σέβων τὸν Ἰησοῦν οὐ παρεῖχεν αὐτοῦ εἰς τὸ νίψασθαι τοὺς πό‐ δας, ἀλλὰ πρότερον μὲν δυσωπεῖν αὐτὸν ἐπειρᾶτο ἐν τῷ «Κύριε, σύ «μου νίπτεις τοὺς πόδας;» μετὰ δὲ τοῦτο δέον αὐτὸν πεισθῆναι τὸ «Ὃ ἐγὼ ποιῶ σὺ οὐκ οἶδας ἄρτι, γνώσῃ δὲ μετὰ ταῦτα», φησὶ τὸ</w:t>
      </w:r>
    </w:p>
    <w:p>
      <w:r>
        <w:rPr>
          <w:rFonts w:ascii="Courier New" w:hAnsi="Courier New"/>
          <w:color w:val="555555"/>
          <w:sz w:val="20"/>
        </w:rPr>
        <w:t>[32 . 6 . 66]</w:t>
      </w:r>
    </w:p>
    <w:p>
      <w:r>
        <w:rPr>
          <w:rFonts w:ascii="Gentium Plus" w:hAnsi="Gentium Plus"/>
          <w:sz w:val="24"/>
        </w:rPr>
        <w:t>«Οὐ μὴ νίψῃς μου τοὺς πόδας εἰς τὸν αἰῶνα». ἄλλως δὲ τῶν λοι‐ πῶν μαθητῶν ἐμπιστευσάντων ἑαυτοὺς τῷ Ἰησοῦ καὶ περὶ μηδενὸς ἀντιλεγόντων αὐτῷ, οὗτος δι’ ὧν λέγει, εἰ καὶ ὑγιῶς ἔδοξεν προτί‐ θεσθαι, οὐ μόνον τοῦ Ἰησοῦ κατηγορεῖ, ὡς ἀλόγως ἀρξαμένου νίπτειν</w:t>
      </w:r>
    </w:p>
    <w:p>
      <w:r>
        <w:rPr>
          <w:rFonts w:ascii="Courier New" w:hAnsi="Courier New"/>
          <w:color w:val="555555"/>
          <w:sz w:val="20"/>
        </w:rPr>
        <w:t>[32 . 6 . 67]</w:t>
      </w:r>
    </w:p>
    <w:p>
      <w:r>
        <w:rPr>
          <w:rFonts w:ascii="Gentium Plus" w:hAnsi="Gentium Plus"/>
          <w:sz w:val="24"/>
        </w:rPr>
        <w:t>τοὺς τῶν μαθητῶν πόδας, ἀλλὰ καὶ τῶν συμφοιτητῶν. εἰ γὰρ αὐτὸς μέν, ὡς ᾠήθη, τὸ καθῆκον ἐν τῷ κωλύειν ἐθέλειν ἐποίησεν, ἐκεῖνοι δὲ μὴ ἑωράκασιν αὐτό, κατηγόρησεν ἐκείνων, παρὰ τὸ καθ‐ ῆκον ἑαυτῶν τοὺς πόδας ἐμπαρεσχηκότων τῷ Ἰησοῦ· καὶ εἰ ἐφρό‐</w:t>
      </w:r>
    </w:p>
    <w:p>
      <w:r>
        <w:rPr>
          <w:rFonts w:ascii="Courier New" w:hAnsi="Courier New"/>
          <w:color w:val="555555"/>
          <w:sz w:val="20"/>
        </w:rPr>
        <w:t>[5]</w:t>
      </w:r>
    </w:p>
    <w:p>
      <w:r>
        <w:rPr>
          <w:rFonts w:ascii="Gentium Plus" w:hAnsi="Gentium Plus"/>
          <w:sz w:val="24"/>
        </w:rPr>
        <w:t>νει τε τῷ εὐλόγῳ μὴ δεῖν ἀντιλέγειν καὶ εὔλογον ἐνόμιζεν εἶναι τὸ γινόμενον ἐν τῷ νίπτεσθαι τοὺς πόδας τῶν μαθητῶν ὑπὸ τοῦ Ἰη‐</w:t>
      </w:r>
    </w:p>
    <w:p>
      <w:r>
        <w:rPr>
          <w:rFonts w:ascii="Courier New" w:hAnsi="Courier New"/>
          <w:color w:val="555555"/>
          <w:sz w:val="20"/>
        </w:rPr>
        <w:t>[32 . 6 . 68]</w:t>
      </w:r>
    </w:p>
    <w:p>
      <w:r>
        <w:rPr>
          <w:rFonts w:ascii="Gentium Plus" w:hAnsi="Gentium Plus"/>
          <w:sz w:val="24"/>
        </w:rPr>
        <w:t>σοῦ, οὐκ ἂν ἀντέλεγεν τῷ γινομένῳ. φαίνεται οὖν ἀκρίτως μὴ εὔ‐ λογον νενομικέναι εἶναι τὸ περὶ τοῦ νίψαι τοὺς πόδας τῶν μαθητῶν τοῦ Ἰησοῦ βούλημα. εἰ δὲ χρὴ μέχρι τῶν ἐλαχίστων εἶναι νομιζο‐ μένων ἐρευνᾶν τὴν γραφήν, ζητήσαι τις ἂν τί δήποτε, πρώτου κατ‐</w:t>
      </w:r>
    </w:p>
    <w:p>
      <w:r>
        <w:rPr>
          <w:rFonts w:ascii="Courier New" w:hAnsi="Courier New"/>
          <w:color w:val="555555"/>
          <w:sz w:val="20"/>
        </w:rPr>
        <w:t>[5]</w:t>
      </w:r>
    </w:p>
    <w:p>
      <w:r>
        <w:rPr>
          <w:rFonts w:ascii="Gentium Plus" w:hAnsi="Gentium Plus"/>
          <w:sz w:val="24"/>
        </w:rPr>
        <w:t>ειλεγμένου τοῦ Πέτρου εἰς τὸν ἀριθμὸν τῶν δώδεκα, τάχα ὡς τῶν λοιπῶν τιμιωτέρου, ἐπεὶ καὶ ὁ ἀληθῶς πάντων ἔσχατος Ἰούδας ἦν, ὑπὸ τῆς μοχθηρᾶς διαθέσεως ἐπὶ τὰ τελευταῖα ἀνταπερριμμένος, ὁ Ἰησοῦς ἀρξάμενος νίπτειν τοὺς πόδας τῶν μαθητῶν καὶ ἐκμάσσειν</w:t>
      </w:r>
    </w:p>
    <w:p>
      <w:r>
        <w:rPr>
          <w:rFonts w:ascii="Courier New" w:hAnsi="Courier New"/>
          <w:color w:val="555555"/>
          <w:sz w:val="20"/>
        </w:rPr>
        <w:t>[32 . 6 . 69]</w:t>
      </w:r>
    </w:p>
    <w:p>
      <w:r>
        <w:rPr>
          <w:rFonts w:ascii="Gentium Plus" w:hAnsi="Gentium Plus"/>
          <w:sz w:val="24"/>
        </w:rPr>
        <w:t>τῷ λεντίῳ ᾧ ἦν διεζωσμένος, οὐκ ἀπὸ Πέτρου ἤρξατο. καὶ λεκτέον πρὸς τοῦτο ὅτι ὥσπερ ἰατρὸς πλείοσιν ἀρρώστοις κατὰ τὴν ἰατρικὴν διακονούμενος, ἀπὸ τῶν κατεπειγόντων καὶ χείρονα πεπονθότων τὴν ἀρχὴν ποιεῖται τῆς θεραπείας, οὕτως ὁ ἐρρυπωμένους τοὺς πόδας</w:t>
      </w:r>
    </w:p>
    <w:p>
      <w:r>
        <w:rPr>
          <w:rFonts w:ascii="Courier New" w:hAnsi="Courier New"/>
          <w:color w:val="555555"/>
          <w:sz w:val="20"/>
        </w:rPr>
        <w:t>[5]</w:t>
      </w:r>
    </w:p>
    <w:p>
      <w:r>
        <w:rPr>
          <w:rFonts w:ascii="Gentium Plus" w:hAnsi="Gentium Plus"/>
          <w:sz w:val="24"/>
        </w:rPr>
        <w:t>νίπτων τῶν μαθητῶν ἄρχεται ἀπὸ τῶν μᾶλλον ἐρρυπωμένων, καὶ τάχα ἐπὶ τελευταῖον ἦλθεν τὸν Πέτρον, ὡς ἔλαττον πάντων δεό‐</w:t>
      </w:r>
    </w:p>
    <w:p>
      <w:r>
        <w:rPr>
          <w:rFonts w:ascii="Courier New" w:hAnsi="Courier New"/>
          <w:color w:val="555555"/>
          <w:sz w:val="20"/>
        </w:rPr>
        <w:t>[32 . 6 . 70]</w:t>
      </w:r>
    </w:p>
    <w:p>
      <w:r>
        <w:rPr>
          <w:rFonts w:ascii="Gentium Plus" w:hAnsi="Gentium Plus"/>
          <w:sz w:val="24"/>
        </w:rPr>
        <w:t>μενον τῆς νίψεως τῶν ποδῶν. τάχα δὲ καὶ εἰς τὸ δοκεῖν ἀντι‐ λέγειν ἡ ἐγγὺς καθαρότητος κατάστασις τῶν ποδῶν αὐτοῦ συνε‐ βάλλετο.</w:t>
      </w:r>
    </w:p>
    <w:p>
      <w:r>
        <w:rPr>
          <w:rFonts w:ascii="Courier New" w:hAnsi="Courier New"/>
          <w:color w:val="555555"/>
          <w:sz w:val="20"/>
        </w:rPr>
        <w:t>[32 . 7 . 71]</w:t>
      </w:r>
    </w:p>
    <w:p>
      <w:r>
        <w:rPr>
          <w:rFonts w:ascii="Gentium Plus" w:hAnsi="Gentium Plus"/>
          <w:sz w:val="24"/>
        </w:rPr>
        <w:t>Βασανιζόμενον δὲ τὸ ὑπὸ τοῦ Ἰησοῦ εἰρημένον τὸ «Ὁ «λελουμένος οὐκ ἔχει χρείαν νίψασθαι, ἀλλ’ ἔστιν καθαρὸς ὅλος· καὶ «ὑμεῖς καθαροί ἐστε, ἀλλ’ οὐχὶ πάντες» τάχα 〈ἂν〉 ὑποβάλλοι νοῦν τοιοῦ‐</w:t>
      </w:r>
    </w:p>
    <w:p>
      <w:r>
        <w:rPr>
          <w:rFonts w:ascii="Courier New" w:hAnsi="Courier New"/>
          <w:color w:val="555555"/>
          <w:sz w:val="20"/>
        </w:rPr>
        <w:t>[5]</w:t>
      </w:r>
    </w:p>
    <w:p>
      <w:r>
        <w:rPr>
          <w:rFonts w:ascii="Gentium Plus" w:hAnsi="Gentium Plus"/>
          <w:sz w:val="24"/>
        </w:rPr>
        <w:t>καὶ πρὸς τῷ λελοῦσθαι οὐκέτι ἐχόντων χρείαν νίψασθαι, ἔτι δὲ καὶ αὐτοῦ τοῦ Πέτρου ἤδη ὄντος καθαροῦ, καὶ πρὶν νίψῃ τοὺς</w:t>
      </w:r>
    </w:p>
    <w:p>
      <w:r>
        <w:rPr>
          <w:rFonts w:ascii="Courier New" w:hAnsi="Courier New"/>
          <w:color w:val="555555"/>
          <w:sz w:val="20"/>
        </w:rPr>
        <w:t>[32 . 7 . 72]</w:t>
      </w:r>
    </w:p>
    <w:p>
      <w:r>
        <w:rPr>
          <w:rFonts w:ascii="Gentium Plus" w:hAnsi="Gentium Plus"/>
          <w:sz w:val="24"/>
        </w:rPr>
        <w:t>πόδας αὐτοῦ ὁ Ἰησοῦς. ἐὰν δέ τις πρὸς ταῦτα ζητῇ τί δηποτοῦν εἰπών· «Ὁ λελουμένος οὐκ ἔχει χρείαν νίψασθαι, ἀλλ’ ἔστι καθαρὸς «ὅλος», μὴ χρείαν ἐχόντων νίψασθαι τῶν μαθητῶν, νίπτει τοὺς πόδας αὐτῶν ὁ Ἰησοῦς, λεκτέον αὐτῷ τὸ «Παντὶ τῷ ἔχοντι δοθήσε‐</w:t>
      </w:r>
    </w:p>
    <w:p>
      <w:r>
        <w:rPr>
          <w:rFonts w:ascii="Courier New" w:hAnsi="Courier New"/>
          <w:color w:val="555555"/>
          <w:sz w:val="20"/>
        </w:rPr>
        <w:t>[32 . 7 . 73]</w:t>
      </w:r>
    </w:p>
    <w:p>
      <w:r>
        <w:rPr>
          <w:rFonts w:ascii="Gentium Plus" w:hAnsi="Gentium Plus"/>
          <w:sz w:val="24"/>
        </w:rPr>
        <w:t>«ται καὶ προστεθήσεται». ἐπεὶ τοίνυν εἶχον καὶ οἱ μαθηταὶ τὸ εἶναι καθαροί, προστίθησιν Ἰησοῦς τῇ καθαρότητι αὐτῶν καὶ τὸ νίπτειν αὐτῶν τοὺς πόδας· οὔτε τοὺς μὴ λελουμένους νίψων ἂν οὔτε τοὺς μὴ ὅλους καθαρούς, ἀλλ’ οὕτως ὥστ’ ἂν εἰπεῖν περὶ τῶν οὕτως</w:t>
      </w:r>
    </w:p>
    <w:p>
      <w:r>
        <w:rPr>
          <w:rFonts w:ascii="Courier New" w:hAnsi="Courier New"/>
          <w:color w:val="555555"/>
          <w:sz w:val="20"/>
        </w:rPr>
        <w:t>[5]</w:t>
      </w:r>
    </w:p>
    <w:p>
      <w:r>
        <w:rPr>
          <w:rFonts w:ascii="Gentium Plus" w:hAnsi="Gentium Plus"/>
          <w:sz w:val="24"/>
        </w:rPr>
        <w:t>καθαρῶν· κἂν γάρ τις ᾖ τέλειος ἐν υἱοῖς ἀνθρώπων, τῆς ἀπὸ Ἰησοῦ, ἵν’ οὕτως ὀνομάσω, καθαρότητος ἀπούσης, εἰς καθαρὸν οὐ λογισθή‐</w:t>
      </w:r>
    </w:p>
    <w:p>
      <w:r>
        <w:rPr>
          <w:rFonts w:ascii="Courier New" w:hAnsi="Courier New"/>
          <w:color w:val="555555"/>
          <w:sz w:val="20"/>
        </w:rPr>
        <w:t>[32 . 7 . 74]</w:t>
      </w:r>
    </w:p>
    <w:p>
      <w:r>
        <w:rPr>
          <w:rFonts w:ascii="Gentium Plus" w:hAnsi="Gentium Plus"/>
          <w:sz w:val="24"/>
        </w:rPr>
        <w:t>σεται. καὶ ταῦτα δὲ ὕστερον ἐκτίθεμαι, ὑποπεσόντα μετὰ τὸ ὑπα‐ γορευθῆναι τὰ πρότερα, σωζόντων ἡμῶν καὶ τὴν τάξιν τῶν ὑπεισελ‐ θόντων νοῦν, ὡς πρότερον μὲν ἔβλεπεν ῥυπωθέντας τοὺς πόδας τῶν μαθητῶν δεδεῆσθαι τῆς ἀπὸ τοῦ Ἰησοῦ νίψεως, νῦν δ’ ὅτι διὰ</w:t>
      </w:r>
    </w:p>
    <w:p>
      <w:r>
        <w:rPr>
          <w:rFonts w:ascii="Courier New" w:hAnsi="Courier New"/>
          <w:color w:val="555555"/>
          <w:sz w:val="20"/>
        </w:rPr>
        <w:t>[5]</w:t>
      </w:r>
    </w:p>
    <w:p>
      <w:r>
        <w:rPr>
          <w:rFonts w:ascii="Gentium Plus" w:hAnsi="Gentium Plus"/>
          <w:sz w:val="24"/>
        </w:rPr>
        <w:t>τοῦτ’ αὐτῶν ἔνιψεν τοὺς πόδας, ἐπεὶ ἦσαν ὡς ἐν ἀνθρώποις καθα‐ ροὶ ἀλλ’ οὐχὶ καὶ παρὰ θεῷ· χωρὶς γὰρ Ἰησοῦ οὐδεὶς παρὰ θεῷ καθαρὸς γίνεται, κἂν πρὸ τούτου νομισθῇ διά τινος ἐπιμελείας αὑτὸν</w:t>
      </w:r>
    </w:p>
    <w:p>
      <w:r>
        <w:rPr>
          <w:rFonts w:ascii="Courier New" w:hAnsi="Courier New"/>
          <w:color w:val="555555"/>
          <w:sz w:val="20"/>
        </w:rPr>
        <w:t>[32 . 7 . 75]</w:t>
      </w:r>
    </w:p>
    <w:p>
      <w:r>
        <w:rPr>
          <w:rFonts w:ascii="Gentium Plus" w:hAnsi="Gentium Plus"/>
          <w:sz w:val="24"/>
        </w:rPr>
        <w:t>καθαρὸν πεποιηκέναι. τοῖς δ’ ὡς ἐν ἀνθρώποις καθαροῖς ἤδη γε‐ γενημένοις, καὶ λουσαμένοις τὸ τοῦ Ἰησοῦ βάπτισμα, καὶ νιψαμένοις ὑπ’ αὐτοῦ τοὺς πόδας, ἐνοικεῖν καὶ τὸ ἅγιον δύναται πνεῦμα καὶ ἡ</w:t>
      </w:r>
    </w:p>
    <w:p>
      <w:r>
        <w:rPr>
          <w:rFonts w:ascii="Courier New" w:hAnsi="Courier New"/>
          <w:color w:val="555555"/>
          <w:sz w:val="20"/>
        </w:rPr>
        <w:t>[32 . 7 . 76]</w:t>
      </w:r>
    </w:p>
    <w:p>
      <w:r>
        <w:rPr>
          <w:rFonts w:ascii="Gentium Plus" w:hAnsi="Gentium Plus"/>
          <w:sz w:val="24"/>
        </w:rPr>
        <w:t>ὡς ἔνδυμα ἐξ ὕψους δύναμις. ὁ μὲν οὖν Πέτρος μὴ θεωρῶν τὸν λόγον τοῦ βουλήματος Ἰησοῦ, ἀρξαμένου νίπτειν τοὺς πόδας τῶν μαθητῶν καὶ ἐκμάσσειν τῷ λεντίῳ ᾧ ἦν διεζωσμένος, λέγει αὐτῷ· «Κύριε, σύ μου νίπτεις τοὺς πόδας;» ἐπαπορητικῶς καὶ δυσωπητι‐</w:t>
      </w:r>
    </w:p>
    <w:p>
      <w:r>
        <w:rPr>
          <w:rFonts w:ascii="Courier New" w:hAnsi="Courier New"/>
          <w:color w:val="555555"/>
          <w:sz w:val="20"/>
        </w:rPr>
        <w:t>[5]</w:t>
      </w:r>
    </w:p>
    <w:p>
      <w:r>
        <w:rPr>
          <w:rFonts w:ascii="Gentium Plus" w:hAnsi="Gentium Plus"/>
          <w:sz w:val="24"/>
        </w:rPr>
        <w:t>κῶς τοῦτο φάσκων· ὁ δὲ Ἰησοῦς «ἀπεκρίθη καὶ εἶπεν αὐτῷ», διδά‐ σκων ὅτι μυστήριον τοῦτο ἦν, τὸ «Ὃ ἐγὼ ποιῶ σὺ οὐκ οἶδας ἄρτι, «γνώσῃ δὲ μετὰ ταῦτα».</w:t>
      </w:r>
    </w:p>
    <w:p>
      <w:r>
        <w:rPr>
          <w:rFonts w:ascii="Courier New" w:hAnsi="Courier New"/>
          <w:color w:val="555555"/>
          <w:sz w:val="20"/>
        </w:rPr>
        <w:t>[32 . 7 . 77]</w:t>
      </w:r>
    </w:p>
    <w:p>
      <w:r>
        <w:rPr>
          <w:rFonts w:ascii="Gentium Plus" w:hAnsi="Gentium Plus"/>
          <w:sz w:val="24"/>
        </w:rPr>
        <w:t>Τί δὲ ἦν ὃ ἐποίει νίπτων τοὺς πόδας τῶν μαθητῶν ὁ Ἰησοῦς; ἢ εἰργάζετο διὰ τοῦ νίπτειν αὐτῶν τοὺς πόδας καὶ ἐκμάσσειν τῷ λεντίῳ ᾧ ἦν διεζωσμένος ὡραίους αὐτούς, μελλόντων αὐτῶν εὐαγγελί‐</w:t>
      </w:r>
    </w:p>
    <w:p>
      <w:r>
        <w:rPr>
          <w:rFonts w:ascii="Courier New" w:hAnsi="Courier New"/>
          <w:color w:val="555555"/>
          <w:sz w:val="20"/>
        </w:rPr>
        <w:t>[32 . 7 . 78]</w:t>
      </w:r>
    </w:p>
    <w:p>
      <w:r>
        <w:rPr>
          <w:rFonts w:ascii="Gentium Plus" w:hAnsi="Gentium Plus"/>
          <w:sz w:val="24"/>
        </w:rPr>
        <w:t>σασθαι τὰ ἀγαθά; ὅτε γὰρ ἔνιψεν τοὺς πόδας τῶν μαθητῶν ὁ Ἰη‐ σοῦς, τότε, οἶμαι, πεπλήρωται τὸ περὶ τῶν ἀποστόλων αὐτοῦ προ‐ φητικῶς εἰρημένον· «Ὡς ὡραῖοι οἱ πόδες τῶν εὐαγγελιζομένων τὰ</w:t>
      </w:r>
    </w:p>
    <w:p>
      <w:r>
        <w:rPr>
          <w:rFonts w:ascii="Courier New" w:hAnsi="Courier New"/>
          <w:color w:val="555555"/>
          <w:sz w:val="20"/>
        </w:rPr>
        <w:t>[32 . 7 . 79]</w:t>
      </w:r>
    </w:p>
    <w:p>
      <w:r>
        <w:rPr>
          <w:rFonts w:ascii="Gentium Plus" w:hAnsi="Gentium Plus"/>
          <w:sz w:val="24"/>
        </w:rPr>
        <w:t>«ἀγαθά». εἰ δὲ πόδας μαθητῶν νίπτων ὡραίους αὐτοὺς ποιεῖ, τί φήσομεν ἀπὸ τοῦ ἀληθινοῦ κάλλους ἐγγίνεσθαι τοῖς ὑπὸ Ἰησοῦ</w:t>
      </w:r>
    </w:p>
    <w:p>
      <w:r>
        <w:rPr>
          <w:rFonts w:ascii="Courier New" w:hAnsi="Courier New"/>
          <w:color w:val="555555"/>
          <w:sz w:val="20"/>
        </w:rPr>
        <w:t>[32 . 7 . 80]</w:t>
      </w:r>
    </w:p>
    <w:p>
      <w:r>
        <w:rPr>
          <w:rFonts w:ascii="Gentium Plus" w:hAnsi="Gentium Plus"/>
          <w:sz w:val="24"/>
        </w:rPr>
        <w:t>βαπτισαμένοις ὅλοις ἐν πνεύματι ἁγίῳ καὶ πυρί; ὡραῖοι δὲ οἱ πόδες ἐγένοντο τῶν εὐαγγελιζομένων τὰ ἀγαθά, ἵνα νιψάμενοι καὶ καθη‐ ράμενοι καὶ ἐκμαξάμενοι ὑπὸ τῶν Χριστοῦ χειρῶν, ἐπιβῆναι δυνη‐ θῶσιν τῆς ἁγίας ὁδοῦ καὶ ὁδεύειν τὸν εἰπόντα τὸ «Ἐγώ εἰμι ἡ</w:t>
      </w:r>
    </w:p>
    <w:p>
      <w:r>
        <w:rPr>
          <w:rFonts w:ascii="Courier New" w:hAnsi="Courier New"/>
          <w:color w:val="555555"/>
          <w:sz w:val="20"/>
        </w:rPr>
        <w:t>[32 . 7 . 81]</w:t>
      </w:r>
    </w:p>
    <w:p>
      <w:r>
        <w:rPr>
          <w:rFonts w:ascii="Gentium Plus" w:hAnsi="Gentium Plus"/>
          <w:sz w:val="24"/>
        </w:rPr>
        <w:t>«ὁδός». μόνος γὰρ καὶ πᾶς ὁ νιψάμενος τοὺς πόδας ἀπὸ τοῦ Ἰησοῦ ὁδεύει τὴν ὁδὸν ταύτην τὴν ζῶσαν καὶ φέρουσαν πρὸς τὸν πατέρα, καὶ οὐ χωρεῖ ἡ ὁδὸς αὕτη πόδας μεμολυσμένους καὶ τοὺς ἔτι μὴ</w:t>
      </w:r>
    </w:p>
    <w:p>
      <w:r>
        <w:rPr>
          <w:rFonts w:ascii="Courier New" w:hAnsi="Courier New"/>
          <w:color w:val="555555"/>
          <w:sz w:val="20"/>
        </w:rPr>
        <w:t>[32 . 7 . 82]</w:t>
      </w:r>
    </w:p>
    <w:p>
      <w:r>
        <w:rPr>
          <w:rFonts w:ascii="Gentium Plus" w:hAnsi="Gentium Plus"/>
          <w:sz w:val="24"/>
        </w:rPr>
        <w:t>καθαρούς. Μωσῆς μὲν οὖν ἐδεῖτο ὑπολύσασθαι τὸ ὑπόδημα ἀπὸ τῶν ποδῶν αὐτοῦ ἐπείπερ ἐφ’ ὃν ἐφθάκει τόπον, ἐν ᾧ εἱστήκει, γῆ</w:t>
      </w:r>
    </w:p>
    <w:p>
      <w:r>
        <w:rPr>
          <w:rFonts w:ascii="Courier New" w:hAnsi="Courier New"/>
          <w:color w:val="555555"/>
          <w:sz w:val="20"/>
        </w:rPr>
        <w:t>[32 . 7 . 83]</w:t>
      </w:r>
    </w:p>
    <w:p>
      <w:r>
        <w:rPr>
          <w:rFonts w:ascii="Gentium Plus" w:hAnsi="Gentium Plus"/>
          <w:sz w:val="24"/>
        </w:rPr>
        <w:t>ἁγία ἦν· ὁμοίως δὲ ὁ τοῦ Ναυῆ Ἰησοῦς. οἱ δὲ μαθηταὶ τοῦ Ἰησοῦ, ἵνα ὁδεύσωσιν τὴν ζῶσαν καὶ ἔμψυχον ὁδόν, οὐ μόνον ἀρκοῦνται τῷ μὴ ἔχειν ὑποδήματα κατὰ τὴν ὁδόν, τοῦτο τοῖς ἀποστόλοις αὐτοῦ ἐντειλαμένου τοῦ Ἰησοῦ, ἀλλὰ γὰρ ἔδει πρὸς τὸ ὁδεῦσαι τὴν</w:t>
      </w:r>
    </w:p>
    <w:p>
      <w:r>
        <w:rPr>
          <w:rFonts w:ascii="Courier New" w:hAnsi="Courier New"/>
          <w:color w:val="555555"/>
          <w:sz w:val="20"/>
        </w:rPr>
        <w:t>[5]</w:t>
      </w:r>
    </w:p>
    <w:p>
      <w:r>
        <w:rPr>
          <w:rFonts w:ascii="Gentium Plus" w:hAnsi="Gentium Plus"/>
          <w:sz w:val="24"/>
        </w:rPr>
        <w:t>ὁδὸν ταύτην αὐτοῖς καὶ τὸ νίψασθαι ὑπὸ τοῦ Ἰησοῦ ἀποθεμένου τὰ ἱμάτια, τάχα μὲν ἵνα καθαροὺς αὐτῶν τοὺς πόδας ποιήσῃ καθαρω‐ τέρους, τάχα δὲ ἵνα τὸν ἐν τοῖς ποσὶ τῶν μαθητῶν ῥύπον ἀναλάβῃ εἰς τὸ ἑαυτοῦ σῶμα διὰ τοῦ λεντίου, ᾧ μόνῳ περιεζωσμένος ἦν. Αὐτὸς γὰρ τὰς ἀσθενείας ἡμῶν φέρει.</w:t>
      </w:r>
    </w:p>
    <w:p>
      <w:r>
        <w:rPr>
          <w:rFonts w:ascii="Courier New" w:hAnsi="Courier New"/>
          <w:color w:val="555555"/>
          <w:sz w:val="20"/>
        </w:rPr>
        <w:t>[32 . 8 . 84]</w:t>
      </w:r>
    </w:p>
    <w:p>
      <w:r>
        <w:rPr>
          <w:rFonts w:ascii="Gentium Plus" w:hAnsi="Gentium Plus"/>
          <w:sz w:val="24"/>
        </w:rPr>
        <w:t>Ὅρα γοῦν ὅτι μέλλων νίπτειν τοὺς πόδας τῶν μαθητῶν οὐκ ἄλλον καιρὸν ἐπελέξατο ἢ ὅτε ὁ διάβολος ἤδη βεβλήκει εἰς τὴν καρδίαν, ἵνα παραδῷ αὐτὸν Ἰούδας Σίμωνος Ἰσκαριώτης, καὶ ἡ</w:t>
      </w:r>
    </w:p>
    <w:p>
      <w:r>
        <w:rPr>
          <w:rFonts w:ascii="Courier New" w:hAnsi="Courier New"/>
          <w:color w:val="555555"/>
          <w:sz w:val="20"/>
        </w:rPr>
        <w:t>[32 . 8 . 85]</w:t>
      </w:r>
    </w:p>
    <w:p>
      <w:r>
        <w:rPr>
          <w:rFonts w:ascii="Gentium Plus" w:hAnsi="Gentium Plus"/>
          <w:sz w:val="24"/>
        </w:rPr>
        <w:t>ὑπὲρ ἀνθρώπων ἔμελλεν γίνεσθαι οἰκονομία. πρὸ γὰρ τούτου εὔ‐ καιρον οὐκ ἦν νίψασθαι τοὺς πόδας ὑπὸ τοῦ Ἰησοῦ τοὺς μαθητάς. τίς γὰρ ἂν τὸν ἐν τῷ μεταξὺ ἕως τοῦ πάθους ῥύπον τῶν ποδῶν αὐτῶν ἀπένιψεν ἄν; ἀλλ’ οὐδὲ ἐν τῷ καιρῷ τοῦ πάθους· ἄλλος γὰρ</w:t>
      </w:r>
    </w:p>
    <w:p>
      <w:r>
        <w:rPr>
          <w:rFonts w:ascii="Courier New" w:hAnsi="Courier New"/>
          <w:color w:val="555555"/>
          <w:sz w:val="20"/>
        </w:rPr>
        <w:t>[32 . 8 . 86]</w:t>
      </w:r>
    </w:p>
    <w:p>
      <w:r>
        <w:rPr>
          <w:rFonts w:ascii="Gentium Plus" w:hAnsi="Gentium Plus"/>
          <w:sz w:val="24"/>
        </w:rPr>
        <w:t>Ἰησοῦς οὐκ ἦν ὁ νίπτων αὐτῶν τοὺς πόδας. ἀλλ’ οὐδὲ μετὰ τὴν οἰκονομίαν· ἤδη γὰρ ὥρα τοῦ ἁγίου πνεύματος ἐπιδημήσαντος τοῖς μαθηταῖς ἦν, γενομένοις καθαροῖς καὶ νιψαμένοις τοὺς πόδας, καὶ ἤδη ἔχουσιν ἑτοίμους αὐτοὺς καὶ ὡραίους πρὸς τὸ ἐν τῷ πνεύματι</w:t>
      </w:r>
    </w:p>
    <w:p>
      <w:r>
        <w:rPr>
          <w:rFonts w:ascii="Courier New" w:hAnsi="Courier New"/>
          <w:color w:val="555555"/>
          <w:sz w:val="20"/>
        </w:rPr>
        <w:t>[32 . 8 . 87]</w:t>
      </w:r>
    </w:p>
    <w:p>
      <w:r>
        <w:rPr>
          <w:rFonts w:ascii="Gentium Plus" w:hAnsi="Gentium Plus"/>
          <w:sz w:val="24"/>
        </w:rPr>
        <w:t>εὐαγγελίζεσθαι τὰ ἀγαθά. τοιοῦτον οὖν ἐστιν τὸ «Ὃ ἐγὼ ποιῶ σὺ «οὐκ οἶδας ἄρτι, γνώσῃ δὲ μετὰ ταῦτα»· σύμβολόν ἐστιν τὸ νίψα‐ σθαι ὑμῶν τοὺς πόδας ὑπ’ ἐμοῦ τοῦ καθαρθῆναι τὰς βάσεις τῶν ψυχῶν ὑμῶν, ἵνα γένωνται ὡραῖοι, μελλόντων ὑμῶν εὐαγγελίζεσθαι</w:t>
      </w:r>
    </w:p>
    <w:p>
      <w:r>
        <w:rPr>
          <w:rFonts w:ascii="Courier New" w:hAnsi="Courier New"/>
          <w:color w:val="555555"/>
          <w:sz w:val="20"/>
        </w:rPr>
        <w:t>[5]</w:t>
      </w:r>
    </w:p>
    <w:p>
      <w:r>
        <w:rPr>
          <w:rFonts w:ascii="Gentium Plus" w:hAnsi="Gentium Plus"/>
          <w:sz w:val="24"/>
        </w:rPr>
        <w:t>τὰ ἀγαθὰ καὶ καθαροῖς τοῖς ποσὶν ἐπιβαίνειν ταῖς τῶν ἀνθρώπων</w:t>
      </w:r>
    </w:p>
    <w:p>
      <w:r>
        <w:rPr>
          <w:rFonts w:ascii="Courier New" w:hAnsi="Courier New"/>
          <w:color w:val="555555"/>
          <w:sz w:val="20"/>
        </w:rPr>
        <w:t>[32 . 8 . 88]</w:t>
      </w:r>
    </w:p>
    <w:p>
      <w:r>
        <w:rPr>
          <w:rFonts w:ascii="Gentium Plus" w:hAnsi="Gentium Plus"/>
          <w:sz w:val="24"/>
        </w:rPr>
        <w:t>ψυχαῖς. τοῦτο δὲ τὸ μυστήριον σὺ νῦν μὲν οὐκ οἶδας, ἅτε μηδέπω χωρῶν τὴν γνῶσιν αὐτοῦ, εὐκαιρότερον ἐσομένην ἐν σοὶ ἐπὰν νίψῃ τοὺς πόδας ὑπ’ ἐμοῦ· μετὰ δὲ ταῦτα γνώσει ἐν τῷ τοῦτο συνιέναι φωτιζόμενος τῇ περὶ οὐκ εὐκαταφρονήτου καὶ βραχέος τινὸς γνώσει.</w:t>
      </w:r>
    </w:p>
    <w:p>
      <w:r>
        <w:rPr>
          <w:rFonts w:ascii="Courier New" w:hAnsi="Courier New"/>
          <w:color w:val="555555"/>
          <w:sz w:val="20"/>
        </w:rPr>
        <w:t>[32 . 8 . 89]</w:t>
      </w:r>
    </w:p>
    <w:p>
      <w:r>
        <w:rPr>
          <w:rFonts w:ascii="Gentium Plus" w:hAnsi="Gentium Plus"/>
          <w:sz w:val="24"/>
        </w:rPr>
        <w:t>ταῦτα δὲ λέγοντος τῷ Πέτρῳ τοῦ Ἰησοῦ, ὁ μαθητὴς ἀποκρίνεται οὐκ ἐπιστημονικὴν ἀπόκρισιν, πλὴν φαντασίαν ἐξαποστέλλουσαν τοῦ πρὸς τὸν Ἰησοῦν τιμητικοῦ καὶ σεβασμίου, φαντασίαν διεψευσμένην</w:t>
      </w:r>
    </w:p>
    <w:p>
      <w:r>
        <w:rPr>
          <w:rFonts w:ascii="Courier New" w:hAnsi="Courier New"/>
          <w:color w:val="555555"/>
          <w:sz w:val="20"/>
        </w:rPr>
        <w:t>[32 . 8 . 90]</w:t>
      </w:r>
    </w:p>
    <w:p>
      <w:r>
        <w:rPr>
          <w:rFonts w:ascii="Gentium Plus" w:hAnsi="Gentium Plus"/>
          <w:sz w:val="24"/>
        </w:rPr>
        <w:t>ἔτι. διόπερ, ἐπεὶ μὴ συμφέρουσα ἦν τῷ Πέτρῳ ἡ ἀπόκρισις αὐτοῦ, οὐκ ἐᾷ αὐτὴν γενέσθαι ἀληθῆ ὁ τὰ ἐπὶ βλάβῃ ἀληθευσόμενα τῇ τοῦ</w:t>
      </w:r>
    </w:p>
    <w:p>
      <w:r>
        <w:rPr>
          <w:rFonts w:ascii="Courier New" w:hAnsi="Courier New"/>
          <w:color w:val="555555"/>
          <w:sz w:val="20"/>
        </w:rPr>
        <w:t>[32 . 8 . 91]</w:t>
      </w:r>
    </w:p>
    <w:p>
      <w:r>
        <w:rPr>
          <w:rFonts w:ascii="Gentium Plus" w:hAnsi="Gentium Plus"/>
          <w:sz w:val="24"/>
        </w:rPr>
        <w:t>λέγοντος πρεπόντως ἑαυτοῦ τῇ χρηστότητι κωλύων. ὁ μὲν γὰρ Πέτρος φησίν· «Οὐ μὴ νίψῃς μου τοὺς πόδας εἰς τὸν αἰῶνα» καὶ ἀπεφήνατο, κρίναντος τοῦ Ἰησοῦ νίπτειν αὐτοῦ τοὺς πόδας, τὸ μὴ νιφθήσεσθαι ὑπ’ αὐτοῦ καὶ μὴ νιφθήσεσθαι εἰς τὸν ἅπαντα αἰῶνα·</w:t>
      </w:r>
    </w:p>
    <w:p>
      <w:r>
        <w:rPr>
          <w:rFonts w:ascii="Courier New" w:hAnsi="Courier New"/>
          <w:color w:val="555555"/>
          <w:sz w:val="20"/>
        </w:rPr>
        <w:t>[5]</w:t>
      </w:r>
    </w:p>
    <w:p>
      <w:r>
        <w:rPr>
          <w:rFonts w:ascii="Gentium Plus" w:hAnsi="Gentium Plus"/>
          <w:sz w:val="24"/>
        </w:rPr>
        <w:t>ὁ δὲ βλέπων λυσιτελέστερον εἶναι τὸ ἐν τούτῳ ψεύσασθαι τὸν Πέ‐ τρον τοῦ ἀληθεῦσαι αὐτὸν ὑποδείκνυσι τὸ ἐν τῷ μὴ δεῖν ἀληθεύειν τοῦτο εἰρηκότα λυσιτελές, φήσας· «Ἐὰν μὴ νίψω σε, οὐκ ἔχεις μέρος</w:t>
      </w:r>
    </w:p>
    <w:p>
      <w:r>
        <w:rPr>
          <w:rFonts w:ascii="Courier New" w:hAnsi="Courier New"/>
          <w:color w:val="555555"/>
          <w:sz w:val="20"/>
        </w:rPr>
        <w:t>[32 . 8 . 92]</w:t>
      </w:r>
    </w:p>
    <w:p>
      <w:r>
        <w:rPr>
          <w:rFonts w:ascii="Gentium Plus" w:hAnsi="Gentium Plus"/>
          <w:sz w:val="24"/>
        </w:rPr>
        <w:t>«μετ’ ἐμοῦ». εἴπερ οὖν ὁ Πέτρος ἔμελλεν ἀποφηνάμενος μὲν τὸ «Οὐ μὴ νίψῃς μου τοὺς πόδας εἰς τὸν αἰῶνα», καὶ ἀληθεύων ἐν τούτῳ μὴ ἕξειν μετὰ τοῦ Ἰησοῦ μέρος, ἔμελλεν δὲ ἔχειν μέρος μὴ ἀληθεύων, ἐφ’ ᾧ φθάσας εἶπεν προπετῶς, τί ἄλλο πράττειν</w:t>
      </w:r>
    </w:p>
    <w:p>
      <w:r>
        <w:rPr>
          <w:rFonts w:ascii="Courier New" w:hAnsi="Courier New"/>
          <w:color w:val="555555"/>
          <w:sz w:val="20"/>
        </w:rPr>
        <w:t>[32 . 8 . 93]</w:t>
      </w:r>
    </w:p>
    <w:p>
      <w:r>
        <w:rPr>
          <w:rFonts w:ascii="Gentium Plus" w:hAnsi="Gentium Plus"/>
          <w:sz w:val="24"/>
        </w:rPr>
        <w:t>ἐχρῆν ἢ μὴ ἀληθεύειν; ἵνα μὴ τὸ ἀληθεύειν τοῦτο ποιήσῃ αὐτὸν μὴ ἔχειν μετὰ τοῦ Ἰησοῦ μέρος, ψεύστην αὐτὸν ἀποδείξαντος ἐν τῷ</w:t>
      </w:r>
    </w:p>
    <w:p>
      <w:r>
        <w:rPr>
          <w:rFonts w:ascii="Courier New" w:hAnsi="Courier New"/>
          <w:color w:val="555555"/>
          <w:sz w:val="20"/>
        </w:rPr>
        <w:t>[32 . 8 . 94]</w:t>
      </w:r>
    </w:p>
    <w:p>
      <w:r>
        <w:rPr>
          <w:rFonts w:ascii="Gentium Plus" w:hAnsi="Gentium Plus"/>
          <w:sz w:val="24"/>
        </w:rPr>
        <w:t>νίψασθαι τοὺς πόδας αὐτοῦ. γέγραπται γάρ· «Πᾶς ἄνθρωπος ψεύ‐ στης»· εὐκαίρως δέ ποτε χρησόμεθα τῷ ῥητῷ ἐπὶ τῶν προπετέστερον καὶ ἀκρίτως εἰπόντων τι ποιήσειν ὅπερ αὐτοῖς μὴ λυσιτελεῖ ἐμμέ‐</w:t>
      </w:r>
    </w:p>
    <w:p>
      <w:r>
        <w:rPr>
          <w:rFonts w:ascii="Courier New" w:hAnsi="Courier New"/>
          <w:color w:val="555555"/>
          <w:sz w:val="20"/>
        </w:rPr>
        <w:t>[32 . 8 . 95]</w:t>
      </w:r>
    </w:p>
    <w:p>
      <w:r>
        <w:rPr>
          <w:rFonts w:ascii="Gentium Plus" w:hAnsi="Gentium Plus"/>
          <w:sz w:val="24"/>
        </w:rPr>
        <w:t>νουσι τῷ κακῶς κεκριμένῳ. ὑποδεικνύντες γὰρ αὐτοῖς ὅτι οὐχ ἕξουσιν μὲν μετὰ τοῦ Ἰησοῦ μέρος, τὴν προπετῆ ἐν ἐπαγγελείᾳ τηρήσαντες φωνήν, δυνήσονται δὲ ἀθετηθέντος τοῦ προειρημένου ἐλπίδα ἔχειν ἀγαθήν, ἀποστήσομεν αὐτοὺς τοῦ ἐμμένειν τοῖς κακῶς</w:t>
      </w:r>
    </w:p>
    <w:p>
      <w:r>
        <w:rPr>
          <w:rFonts w:ascii="Courier New" w:hAnsi="Courier New"/>
          <w:color w:val="555555"/>
          <w:sz w:val="20"/>
        </w:rPr>
        <w:t>[5]</w:t>
      </w:r>
    </w:p>
    <w:p>
      <w:r>
        <w:rPr>
          <w:rFonts w:ascii="Gentium Plus" w:hAnsi="Gentium Plus"/>
          <w:sz w:val="24"/>
        </w:rPr>
        <w:t>κεκριμένοις, κἂν μετὰ ὅρκου διὰ πολλὴν προπέτειαν τὸ τοιοῦτόν</w:t>
      </w:r>
    </w:p>
    <w:p>
      <w:r>
        <w:rPr>
          <w:rFonts w:ascii="Courier New" w:hAnsi="Courier New"/>
          <w:color w:val="555555"/>
          <w:sz w:val="20"/>
        </w:rPr>
        <w:t>[32 . 8 . 96]</w:t>
      </w:r>
    </w:p>
    <w:p>
      <w:r>
        <w:rPr>
          <w:rFonts w:ascii="Gentium Plus" w:hAnsi="Gentium Plus"/>
          <w:sz w:val="24"/>
        </w:rPr>
        <w:t>ποτε γένηται. καὶ φήσομεν ὅτι ὥσπερ ὁ εἰπὼν Πέτρος· «Οὐ μὴ «νίψῃς μου τοὺς πόδας εἰς τὸν αἰῶνα», κωλύεται ἐμμένειν τῇ τοῦ λελεγμένου ὁμολογίᾳ, ἵνα ἔχῃ μετὰ τοῦ Ἰησοῦ μέρος, οὕτως καὶ σὺ ὁ δεῖνα ἁμαρτὼν τὴν προπέτειαν καὶ ἀκρίτως ἐπαγγειλάμενος τόδε,</w:t>
      </w:r>
    </w:p>
    <w:p>
      <w:r>
        <w:rPr>
          <w:rFonts w:ascii="Courier New" w:hAnsi="Courier New"/>
          <w:color w:val="555555"/>
          <w:sz w:val="20"/>
        </w:rPr>
        <w:t>[5]</w:t>
      </w:r>
    </w:p>
    <w:p>
      <w:r>
        <w:rPr>
          <w:rFonts w:ascii="Gentium Plus" w:hAnsi="Gentium Plus"/>
          <w:sz w:val="24"/>
        </w:rPr>
        <w:t>βέλτιον ἂν ποιήσαις μεταθέμενος ἐπὶ τὸ τόδε πρᾶξαι εὐλογώτερον</w:t>
      </w:r>
    </w:p>
    <w:p>
      <w:r>
        <w:rPr>
          <w:rFonts w:ascii="Courier New" w:hAnsi="Courier New"/>
          <w:color w:val="555555"/>
          <w:sz w:val="20"/>
        </w:rPr>
        <w:t>[32 . 8 . 97]</w:t>
      </w:r>
    </w:p>
    <w:p>
      <w:r>
        <w:rPr>
          <w:rFonts w:ascii="Gentium Plus" w:hAnsi="Gentium Plus"/>
          <w:sz w:val="24"/>
        </w:rPr>
        <w:t>ἀπὸ τοῦ ἐμμένειν τῷ κακῶς κριθέντι. ἐπιστήσαντες δὲ τῷ τε «Ὃ «ἐγὼ ποιῶ σὺ οὐκ οἶδας ἄρτι, γνώσῃ δὲ μετὰ ταῦτα», καὶ τῷ «Ἐὰν «μὴ νίψω σε, οὐκ ἔχεις μέρος μετ’ ἐμοῦ», οἱ μὴ βουλόμενοι τοῦτο καὶ τὰ τούτῳ παραπλήσια τροπολογεῖν αἰδεσθέντες παραδεξάσθωσαν</w:t>
      </w:r>
    </w:p>
    <w:p>
      <w:r>
        <w:rPr>
          <w:rFonts w:ascii="Courier New" w:hAnsi="Courier New"/>
          <w:color w:val="555555"/>
          <w:sz w:val="20"/>
        </w:rPr>
        <w:t>[5]</w:t>
      </w:r>
    </w:p>
    <w:p>
      <w:r>
        <w:rPr>
          <w:rFonts w:ascii="Gentium Plus" w:hAnsi="Gentium Plus"/>
          <w:sz w:val="24"/>
        </w:rPr>
        <w:t>τὸ τοιοῦτον εἶδος τῶν εὐαγγελικῶν ἐξετάσεων· ἢ μὴ βουλόμενοι δεικνύτωσαν πῶς εὔλογόν ἐστιν τόν, ὡς ἂν ἐκεῖνοι λέγοιεν, διὰ σεβασμὸν τοῦ Ἰησοῦ εἰπόντα· «Οὐ μὴ νίψῃς μου τοὺς πόδας εἰς τὸν «αἰῶνα» τῷ διδασκάλῳ ἀκοῦσαι ὡς ἄρα οὐχ ἕξει μέρος μετὰ τοῦ υἱοῦ τοῦ θεοῦ, ὡς διὰ μέγιστον ἁμάρτημα τὸ μὴ 〈ἠθεληκέναι〉 νενίφθαι τοὺς</w:t>
      </w:r>
    </w:p>
    <w:p>
      <w:r>
        <w:rPr>
          <w:rFonts w:ascii="Courier New" w:hAnsi="Courier New"/>
          <w:color w:val="555555"/>
          <w:sz w:val="20"/>
        </w:rPr>
        <w:t>[32 . 8 . 98]</w:t>
      </w:r>
    </w:p>
    <w:p>
      <w:r>
        <w:rPr>
          <w:rFonts w:ascii="Gentium Plus" w:hAnsi="Gentium Plus"/>
          <w:sz w:val="24"/>
        </w:rPr>
        <w:t>πόδας ὑπ’ αὐτοῦ. τὸ μὲν γὰρ ‹ἐὰν τόδε τὸ πταῖσμα ποιήσεις, οὐχ ἕξεις μέρος μετ’ ἐμοῦ› χώραν 〈ἂν〉 εἶχε λεγόμενον περὶ τῶν προφανῶς ἁμαρτημάτων· τὸ δὲ «Ἐὰν μὴ νίψω σε, οὐκ ἔχεις μέρος μετ’ ἐμοῦ» οὐδαμῶς ἔχει τὸ εὔλογον κατὰ τοῦ ἱσταμένου ἐν τῷ τοὺς σωματι‐</w:t>
      </w:r>
    </w:p>
    <w:p>
      <w:r>
        <w:rPr>
          <w:rFonts w:ascii="Courier New" w:hAnsi="Courier New"/>
          <w:color w:val="555555"/>
          <w:sz w:val="20"/>
        </w:rPr>
        <w:t>[32 . 8 . 99]</w:t>
      </w:r>
    </w:p>
    <w:p>
      <w:r>
        <w:rPr>
          <w:rFonts w:ascii="Gentium Plus" w:hAnsi="Gentium Plus"/>
          <w:sz w:val="24"/>
        </w:rPr>
        <w:t>κοὺς πόδας μὴ ἠθεληκέναι νίψασθαι τὸν Πέτρον. νίπτοντος 〈δὲ〉 αὐτοῦ τοὺς πόδας, 〈ἀν〉ημερώτατα [ἃ], ὅπερ οὐ θέμις λέγειν, ὁ δι‐ δάσκαλος δόξει ἀποκεκρίσθαι τῷ τιμῶντι αὐτὸν μαθητῇ, ὅπερ ἐστὶν ἀτοπώτατον.</w:t>
      </w:r>
    </w:p>
    <w:p>
      <w:r>
        <w:rPr>
          <w:rFonts w:ascii="Courier New" w:hAnsi="Courier New"/>
          <w:color w:val="555555"/>
          <w:sz w:val="20"/>
        </w:rPr>
        <w:t>[32 . 9 . 100]</w:t>
      </w:r>
    </w:p>
    <w:p>
      <w:r>
        <w:rPr>
          <w:rFonts w:ascii="Gentium Plus" w:hAnsi="Gentium Plus"/>
          <w:sz w:val="24"/>
        </w:rPr>
        <w:t>Διὰ τοῦτο παρέχωμεν τῷ Ἰησοῦ τοὺς πόδας ἡμῶν καὶ νῦν ἐγειρομένῳ ἐκ τοῦ δείπνου, καὶ τιθέντι τὰ ἱμάτια καὶ λαμβάνοντι λέντιον καὶ διαζωννύντι ἑαυτόν, καὶ βάλλοντι ὕδωρ εἰς τὸν νιπτῆρα καὶ ἀρχομένῳ νίπτειν τοὺς πόδας ἡμῶν, ὡς μαθητῶν, καὶ ἐκμάσ‐</w:t>
      </w:r>
    </w:p>
    <w:p>
      <w:r>
        <w:rPr>
          <w:rFonts w:ascii="Courier New" w:hAnsi="Courier New"/>
          <w:color w:val="555555"/>
          <w:sz w:val="20"/>
        </w:rPr>
        <w:t>[5]</w:t>
      </w:r>
    </w:p>
    <w:p>
      <w:r>
        <w:rPr>
          <w:rFonts w:ascii="Gentium Plus" w:hAnsi="Gentium Plus"/>
          <w:sz w:val="24"/>
        </w:rPr>
        <w:t>σειν τῷ λεντίῳ, ᾧ δι’ ἡμᾶς γενόμενος ἐν μέσῳ ἡμῶν ὡς ὁ δια‐</w:t>
      </w:r>
    </w:p>
    <w:p>
      <w:r>
        <w:rPr>
          <w:rFonts w:ascii="Courier New" w:hAnsi="Courier New"/>
          <w:color w:val="555555"/>
          <w:sz w:val="20"/>
        </w:rPr>
        <w:t>[32 . 9 . 101]</w:t>
      </w:r>
    </w:p>
    <w:p>
      <w:r>
        <w:rPr>
          <w:rFonts w:ascii="Gentium Plus" w:hAnsi="Gentium Plus"/>
          <w:sz w:val="24"/>
        </w:rPr>
        <w:t>κονῶν διαζώννυται. ἐὰν γὰρ μὴ ποιήσωμεν τοῦτο, οὐχ ἕξομεν μετ’</w:t>
      </w:r>
    </w:p>
    <w:p>
      <w:r>
        <w:rPr>
          <w:rFonts w:ascii="Courier New" w:hAnsi="Courier New"/>
          <w:color w:val="555555"/>
          <w:sz w:val="20"/>
        </w:rPr>
        <w:t>[32 . 9 . 102]</w:t>
      </w:r>
    </w:p>
    <w:p>
      <w:r>
        <w:rPr>
          <w:rFonts w:ascii="Gentium Plus" w:hAnsi="Gentium Plus"/>
          <w:sz w:val="24"/>
        </w:rPr>
        <w:t>εὐαγγελιζομένοις τὰ ἀγαθά. πλὴν ὅτι προπετής ἐστι Πέτρος ἀκούσας τὸ «Ἐὰν μὴ νίψω σε, οὐκ ἔχεις μέρος μετ’ ἐμοῦ» αἰτούμενος ἐν τῷ παρασχεῖν τοὺς πόδας τῷ Ἰησοῦ, ὑπερβάλλειν ἐθέλει τὰ μέτρα τῆς αἰτήσεως αὐτοῦ, καὶ παρεῖχεν νιφθησομένους ὑπὸ τοῦ Ἰησοῦ οὐκέτι</w:t>
      </w:r>
    </w:p>
    <w:p>
      <w:r>
        <w:rPr>
          <w:rFonts w:ascii="Courier New" w:hAnsi="Courier New"/>
          <w:color w:val="555555"/>
          <w:sz w:val="20"/>
        </w:rPr>
        <w:t>[5]</w:t>
      </w:r>
    </w:p>
    <w:p>
      <w:r>
        <w:rPr>
          <w:rFonts w:ascii="Gentium Plus" w:hAnsi="Gentium Plus"/>
          <w:sz w:val="24"/>
        </w:rPr>
        <w:t>τοὺς πόδας μόνους, ἀλλ’ ἤδη καὶ τὰς χεῖρας, ἃς οὐκέτι νίπτεσθαι ὁ Ἰησοῦς ἤθελεν, ὅταν ἄρτον ἐσθίωσιν, καταφρονῶν τῶν λεγο‐ μένων ὅτι «Οἱ μαθηταί σου οὐ νίπτονται τὰς χεῖρας, ὅταν ἄρτον «ἐσθίωσιν», καὶ πρὸς ταῖς χερσὶν τὴν κεφαλήν, ἣν οὐδὲ κατακα‐ λύπτεσθαι ἔτι Ἰησοῦς ἐβούλετο, ἐφ’ ἧς ἡ εἰκὼν καὶ ἡ δόξα ἤδη ἦν</w:t>
      </w:r>
    </w:p>
    <w:p>
      <w:r>
        <w:rPr>
          <w:rFonts w:ascii="Courier New" w:hAnsi="Courier New"/>
          <w:color w:val="555555"/>
          <w:sz w:val="20"/>
        </w:rPr>
        <w:t>[32 . 9 . 103]</w:t>
      </w:r>
    </w:p>
    <w:p>
      <w:r>
        <w:rPr>
          <w:rFonts w:ascii="Gentium Plus" w:hAnsi="Gentium Plus"/>
          <w:sz w:val="24"/>
        </w:rPr>
        <w:t>τοῦ θεοῦ. ἀρκεῖται γὰρ ἡμῖν, ἐπὰν ἔλθωμεν εἰς ταὐτὸ τοῖς τοῦ Ἰησοῦ μαθηταῖς καιροῦ, τὸ τοὺς πόδας αὐτῷ παρέχειν νίψοντι καὶ ἐκμάσσοντι μόνους· «Ὁ γὰρ λελουμένος οὐκ ἔχει χρείαν νίψασθαι, «ἀλλ’ ἔστιν καθαρὸς ὅλος»· εἰ δέ τις μή ἐστιν ὅλος καθαρός, οὐκ</w:t>
      </w:r>
    </w:p>
    <w:p>
      <w:r>
        <w:rPr>
          <w:rFonts w:ascii="Courier New" w:hAnsi="Courier New"/>
          <w:color w:val="555555"/>
          <w:sz w:val="20"/>
        </w:rPr>
        <w:t>[5]</w:t>
      </w:r>
    </w:p>
    <w:p>
      <w:r>
        <w:rPr>
          <w:rFonts w:ascii="Gentium Plus" w:hAnsi="Gentium Plus"/>
          <w:sz w:val="24"/>
        </w:rPr>
        <w:t>ἐλούσατο.</w:t>
      </w:r>
    </w:p>
    <w:p>
      <w:r>
        <w:rPr>
          <w:rFonts w:ascii="Courier New" w:hAnsi="Courier New"/>
          <w:color w:val="555555"/>
          <w:sz w:val="20"/>
        </w:rPr>
        <w:t>[32 . 9 . 104]</w:t>
      </w:r>
    </w:p>
    <w:p>
      <w:r>
        <w:rPr>
          <w:rFonts w:ascii="Gentium Plus" w:hAnsi="Gentium Plus"/>
          <w:sz w:val="24"/>
        </w:rPr>
        <w:t>Ζητήσαι δέ τις ἄν, εἰ ὁ λελουμένος οὐκ ἔχει χρείαν νίψασθαι ἀλλ’ ἔστιν καθαρός, καὶ ἦσαν οἱ τοῦ Ἰησοῦ μαθηταὶ καθαροί, ὡς λελουμένοι, πῶς βάλλει ὕδωρ εἰς τὸν νιπτῆρα καὶ ἤρξατο νίπτειν</w:t>
      </w:r>
    </w:p>
    <w:p>
      <w:r>
        <w:rPr>
          <w:rFonts w:ascii="Courier New" w:hAnsi="Courier New"/>
          <w:color w:val="555555"/>
          <w:sz w:val="20"/>
        </w:rPr>
        <w:t>[32 . 9 . 105]</w:t>
      </w:r>
    </w:p>
    <w:p>
      <w:r>
        <w:rPr>
          <w:rFonts w:ascii="Gentium Plus" w:hAnsi="Gentium Plus"/>
          <w:sz w:val="24"/>
        </w:rPr>
        <w:t>τοὺς πόδας τῶν μαθητῶν ὁ Ἰησοῦς; εἰς τοῦτο δὲ καὶ προλαβόντες</w:t>
      </w:r>
    </w:p>
    <w:p>
      <w:r>
        <w:rPr>
          <w:rFonts w:ascii="Courier New" w:hAnsi="Courier New"/>
          <w:color w:val="555555"/>
          <w:sz w:val="20"/>
        </w:rPr>
        <w:t>[32 . 9 . 106]</w:t>
      </w:r>
    </w:p>
    <w:p>
      <w:r>
        <w:rPr>
          <w:rFonts w:ascii="Gentium Plus" w:hAnsi="Gentium Plus"/>
          <w:sz w:val="24"/>
        </w:rPr>
        <w:t>μὲν ἐκ μέρους εἰρήκαμεν καὶ νῦν ἐκείνοις ταῦτα προσθήσομεν. τὸ «Χρείαν ἔχομεν» ἐπὶ τῶν ἀναγκαίων, ὧν ἄνευ διαζῆν τις οὐ δύναται, τέτακται· ὥστ’ ἂν ἐν σωματικοῖς εἰπεῖν χρείαν ἔχειν τὸν ἄνθρωπον οὐ πλειόνων, ἀλλὰ τούτων μόνων, περὶ ὧν φησιν ὁ Παῦλος·</w:t>
      </w:r>
    </w:p>
    <w:p>
      <w:r>
        <w:rPr>
          <w:rFonts w:ascii="Courier New" w:hAnsi="Courier New"/>
          <w:color w:val="555555"/>
          <w:sz w:val="20"/>
        </w:rPr>
        <w:t>[5]</w:t>
      </w:r>
    </w:p>
    <w:p>
      <w:r>
        <w:rPr>
          <w:rFonts w:ascii="Gentium Plus" w:hAnsi="Gentium Plus"/>
          <w:sz w:val="24"/>
        </w:rPr>
        <w:t>«Ἔχοντες δὲ διατροφὴν καὶ σκεπάσματα, τούτοις ἀρκεσθησόμεθα»· τὰ δὲ εἰς πλοῦτον καὶ τρυφὴν συμβαλλόμενα ἐκ περιουσίας τοῖς ἁβροδιαίτοις περιγίνεται, οὐχ ὡς χρειώδη καὶ ὧν οὐκ ἄνευ, ἀλλ’ ὡς περισσά· οὕτω τοίνυν καὶ ἐπὶ τῶν θειοτέρων χρεία μὲν ἡμῖν τῶν εἰσαγόντων εἰς ζωὴν καὶ ποιούντων εἶναι ἐν τῷ λέγοντι·</w:t>
      </w:r>
    </w:p>
    <w:p>
      <w:r>
        <w:rPr>
          <w:rFonts w:ascii="Courier New" w:hAnsi="Courier New"/>
          <w:color w:val="555555"/>
          <w:sz w:val="20"/>
        </w:rPr>
        <w:t>[10]</w:t>
      </w:r>
    </w:p>
    <w:p>
      <w:r>
        <w:rPr>
          <w:rFonts w:ascii="Gentium Plus" w:hAnsi="Gentium Plus"/>
          <w:sz w:val="24"/>
        </w:rPr>
        <w:t>«Ἐγώ εἰμι ἡ ζωή»· τὰ δὲ ὑπὲρ ταῦτα, περὶ ὧν λέγεται· «Κατατρύ‐ «φησον τοῦ κυρίου, καὶ δώσει σοι τὰ αἰτήματα τῆς καρδίας σου», καὶ ὅσα νοεῖται κατὰ τὸν παράδεισον τῆς τρυφῆς καὶ τὸν πλοῦτον καὶ τὴν δόξαν, τὰ ἐν τῇ ἀριστερᾷ τῆς σοφίας, κατὰ τὸν εἰπόντα·</w:t>
      </w:r>
    </w:p>
    <w:p>
      <w:r>
        <w:rPr>
          <w:rFonts w:ascii="Courier New" w:hAnsi="Courier New"/>
          <w:color w:val="555555"/>
          <w:sz w:val="20"/>
        </w:rPr>
        <w:t>[32 . 9 . 107]</w:t>
      </w:r>
    </w:p>
    <w:p>
      <w:r>
        <w:rPr>
          <w:rFonts w:ascii="Gentium Plus" w:hAnsi="Gentium Plus"/>
          <w:sz w:val="24"/>
        </w:rPr>
        <w:t>«αὐτῆς πλοῦτος καὶ δόξα» ὑπὲρ τὴν χρείαν εἶναι λεχθείη ἄν. καὶ μήποτε τοιοῦτόν ἐστιν τὸ μετὰ τὸ λούσασθαι νίψασθαι τοὺς πόδας ὑπὸ τοῦ τηλικούτου διδασκάλου καὶ σωτῆρος· τὸ γὰρ χάρισμα τοῦ θεοῦ ὑπερπαίει τὴν χρείαν, ὥσπερ καὶ τὸ εἶναι ἐν δόξῃ ἡλίου ἢ</w:t>
      </w:r>
    </w:p>
    <w:p>
      <w:r>
        <w:rPr>
          <w:rFonts w:ascii="Courier New" w:hAnsi="Courier New"/>
          <w:color w:val="555555"/>
          <w:sz w:val="20"/>
        </w:rPr>
        <w:t>[32 . 9 . 108]</w:t>
      </w:r>
    </w:p>
    <w:p>
      <w:r>
        <w:rPr>
          <w:rFonts w:ascii="Gentium Plus" w:hAnsi="Gentium Plus"/>
          <w:sz w:val="24"/>
        </w:rPr>
        <w:t>σελήνης ἢ ἀστέρων ἐν τῇ ἱερᾷ τῶν νεκρῶν ἀναστάσει. οὐκ ἔχει μὲν 〈οὖν〉 χρείαν ὁ καθαρὸς καὶ λουσάμενος νίψασθαι· νίπτεται δέ, κατὰ τὸ προαποδεδομένον, ἐπεὶ «Τῷ ἔχοντι παντὶ προστεθήσεται;» καὶ ὡς ὁ Ἰωάννης φησί· «Καὶ ὁ καθαρὸς καθαρισθήτω ἔτι, καὶ ὁ</w:t>
      </w:r>
    </w:p>
    <w:p>
      <w:r>
        <w:rPr>
          <w:rFonts w:ascii="Courier New" w:hAnsi="Courier New"/>
          <w:color w:val="555555"/>
          <w:sz w:val="20"/>
        </w:rPr>
        <w:t>[32 . 9 . 109]</w:t>
      </w:r>
    </w:p>
    <w:p>
      <w:r>
        <w:rPr>
          <w:rFonts w:ascii="Gentium Plus" w:hAnsi="Gentium Plus"/>
          <w:sz w:val="24"/>
        </w:rPr>
        <w:t>«ἅγιος ἁγιασθήτω». τὸ δὲ «Ὑμεῖς καθαροί ἐστε» ἀναφέρεται ἐπὶ τοὺς ἕνδεκα, ᾧ ἐπιφέρεται τὸ «Οὐχὶ πάντες» διὰ τὸν Ἰσκαριώτην· ᾔδει γὰρ τὸν παραδιδόντα αὐτόν, ἤδη ὄντα οὐ καθαρόν, πρῶτον μὲν ὅτι περὶ τῶν πτωχῶν οὐκ ἔμελεν αὐτῷ, ἀλλ’ ὅτι κλέπτης ἦν,</w:t>
      </w:r>
    </w:p>
    <w:p>
      <w:r>
        <w:rPr>
          <w:rFonts w:ascii="Courier New" w:hAnsi="Courier New"/>
          <w:color w:val="555555"/>
          <w:sz w:val="20"/>
        </w:rPr>
        <w:t>[5]</w:t>
      </w:r>
    </w:p>
    <w:p>
      <w:r>
        <w:rPr>
          <w:rFonts w:ascii="Gentium Plus" w:hAnsi="Gentium Plus"/>
          <w:sz w:val="24"/>
        </w:rPr>
        <w:t>καὶ τὸ γλωσσόκομον ἔχων τὰ βαλλόμενα ἐβάσταζεν· ὕστερον δὲ ἐπεὶ «Δείπνου γινομένου, τοῦ διαβόλου ἤδη βεβληκότος εἰς τὴν καρδίαν «ἵνα παραδῷ αὐτὸν Ἰούδας Σίμωνος Ἰσκαριώτης», οὐκ ἀπώσατο</w:t>
      </w:r>
    </w:p>
    <w:p>
      <w:r>
        <w:rPr>
          <w:rFonts w:ascii="Courier New" w:hAnsi="Courier New"/>
          <w:color w:val="555555"/>
          <w:sz w:val="20"/>
        </w:rPr>
        <w:t>[32 . 9 . 110]</w:t>
      </w:r>
    </w:p>
    <w:p>
      <w:r>
        <w:rPr>
          <w:rFonts w:ascii="Gentium Plus" w:hAnsi="Gentium Plus"/>
          <w:sz w:val="24"/>
        </w:rPr>
        <w:t>τὸ βεβλημένον. διόπερ οἱ μὲν λουσάμενοι καθαροὶ ἕνδεκα ἔτι ἐγέ‐ νοντο καθαρώτεροι, νιψάμενοι τοὺς πόδας ὑπὸ τοῦ Ἰησοῦ· ὁ δὲ ἤδη μὴ καθαρὸς Ἰούδας («Ὁ ῥυπαρός, γάρ φησι, ῥυπανθήτω ἔτι») γέγονε ῥυπαρώτερος καὶ ἀκάθαρτος, ὅτε μετὰ τὸ ψωμίον εἰσῆλθεν</w:t>
      </w:r>
    </w:p>
    <w:p>
      <w:r>
        <w:rPr>
          <w:rFonts w:ascii="Courier New" w:hAnsi="Courier New"/>
          <w:color w:val="555555"/>
          <w:sz w:val="20"/>
        </w:rPr>
        <w:t>[5]</w:t>
      </w:r>
    </w:p>
    <w:p>
      <w:r>
        <w:rPr>
          <w:rFonts w:ascii="Gentium Plus" w:hAnsi="Gentium Plus"/>
          <w:sz w:val="24"/>
        </w:rPr>
        <w:t>ὁ Σατανᾶς.</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[32 . 10 n]</w:t>
      </w:r>
    </w:p>
    <w:p>
      <w:r>
        <w:rPr>
          <w:rFonts w:ascii="Gentium Plus" w:hAnsi="Gentium Plus"/>
          <w:sz w:val="24"/>
        </w:rPr>
        <w:t>Ὅτε οὖν ἔνιψεν τοὺς πόδας αὐτῶν καὶ ἔλαβεν τὰ ἱμάτια αὐτοῦ καὶ ἀνέπεσεν πάλιν, εἶπεν αὐτοῖς· Γινώσκετε τί πεποίηκα ὑμῖν· † φωνεῖτέ με Ὁ διδάσκαλος καὶ Ὁ κύ‐ ριος· καλῶς λέγετε· εἰμὶ γάρ. εἰ οὖν ἐγὼ ἔνιψα ὑμῶν τοὺς</w:t>
      </w:r>
    </w:p>
    <w:p>
      <w:r>
        <w:rPr>
          <w:rFonts w:ascii="Courier New" w:hAnsi="Courier New"/>
          <w:color w:val="555555"/>
          <w:sz w:val="20"/>
        </w:rPr>
        <w:t>[5]</w:t>
      </w:r>
    </w:p>
    <w:p>
      <w:r>
        <w:rPr>
          <w:rFonts w:ascii="Gentium Plus" w:hAnsi="Gentium Plus"/>
          <w:sz w:val="24"/>
        </w:rPr>
        <w:t>πόδας ὁ κύριος καὶ ὁ διδάσκαλος, καὶ ὑμεῖς ὀφείλετε ἀλλήλων νίπτειν τοὺς πόδας· ὑπόδειγμα γὰρ ἔδωκα ὑμῖν, ἵνα καθὼς ἐγὼ ἐποίησα ὑμῖν, καὶ ὑμεῖς ποιῆτε.</w:t>
      </w:r>
    </w:p>
    <w:p>
      <w:r>
        <w:rPr>
          <w:rFonts w:ascii="Courier New" w:hAnsi="Courier New"/>
          <w:color w:val="555555"/>
          <w:sz w:val="20"/>
        </w:rPr>
        <w:t>[32 . 10 . 111]</w:t>
      </w:r>
    </w:p>
    <w:p>
      <w:r>
        <w:rPr>
          <w:rFonts w:ascii="Gentium Plus" w:hAnsi="Gentium Plus"/>
          <w:sz w:val="24"/>
        </w:rPr>
        <w:t>Εἰκὸς τοὺς νοήσαντας τὸ μέγεθος τῆς Ἰησοῦ δυνάμεως καὶ συνέντας τί πεποίηκεν νίψας τοὺς πόδας τῶν μαθητῶν, ἵνα καὶ</w:t>
      </w:r>
    </w:p>
    <w:p>
      <w:r>
        <w:rPr>
          <w:rFonts w:ascii="Courier New" w:hAnsi="Courier New"/>
          <w:color w:val="555555"/>
          <w:sz w:val="20"/>
        </w:rPr>
        <w:t>[5]</w:t>
      </w:r>
    </w:p>
    <w:p>
      <w:r>
        <w:rPr>
          <w:rFonts w:ascii="Gentium Plus" w:hAnsi="Gentium Plus"/>
          <w:sz w:val="24"/>
        </w:rPr>
        <w:t>σαντας τὸ ἐν τῇ νίψει ἔργον οὐκ ἂν τολμῆσαι καὶ αὐτοὺς τὸ τηλι‐ κοῦτο πρᾶξαι, μικροτέρους εἶναι νομίζοντας ἑαυτοὺς τοῦ νίπτειν τοὺς πόδας τοῦ ἔσω καὶ ἐν κρυπτῷ ἀνθρώπου, [ἢ] τῶν τὰ αὐτὰ ἀσπαζομένων τοῦ θεοῦ δόγματα, εἰ μὴ ὁ Ἰησοῦς διὰ τῶν ἐκκειμένων ἐπὶ τοῦτο αὐτοὺς προετρέψατο, τὸ σχῆμα τοῦ δειπνοῦντος, ὅτε</w:t>
      </w:r>
    </w:p>
    <w:p>
      <w:r>
        <w:rPr>
          <w:rFonts w:ascii="Courier New" w:hAnsi="Courier New"/>
          <w:color w:val="555555"/>
          <w:sz w:val="20"/>
        </w:rPr>
        <w:t>[10]</w:t>
      </w:r>
    </w:p>
    <w:p>
      <w:r>
        <w:rPr>
          <w:rFonts w:ascii="Gentium Plus" w:hAnsi="Gentium Plus"/>
          <w:sz w:val="24"/>
        </w:rPr>
        <w:t>διδάσκειν αὐτοὺς ἤμελλεν δειπνήσαντας τὰ λεγόμενα, ἀναλαβών.</w:t>
      </w:r>
    </w:p>
    <w:p>
      <w:r>
        <w:rPr>
          <w:rFonts w:ascii="Courier New" w:hAnsi="Courier New"/>
          <w:color w:val="555555"/>
          <w:sz w:val="20"/>
        </w:rPr>
        <w:t>[32 . 10 . 112]</w:t>
      </w:r>
    </w:p>
    <w:p>
      <w:r>
        <w:rPr>
          <w:rFonts w:ascii="Gentium Plus" w:hAnsi="Gentium Plus"/>
          <w:sz w:val="24"/>
        </w:rPr>
        <w:t>δυσωπητικώτατα μὲν γὰρ καὶ ἐπὶ τὴν γνῶσιν τοῦ γινομένου προ‐</w:t>
      </w:r>
    </w:p>
    <w:p>
      <w:r>
        <w:rPr>
          <w:rFonts w:ascii="Courier New" w:hAnsi="Courier New"/>
          <w:color w:val="555555"/>
          <w:sz w:val="20"/>
        </w:rPr>
        <w:t>[32 . 10 . 113]</w:t>
      </w:r>
    </w:p>
    <w:p>
      <w:r>
        <w:rPr>
          <w:rFonts w:ascii="Gentium Plus" w:hAnsi="Gentium Plus"/>
          <w:sz w:val="24"/>
        </w:rPr>
        <w:t>τρεπτικώτατα λέλεκται τὸ «Γινώσκετε τί πεποίηκα ὑμῖν;» ὅπερ ἤτοι ἐρωτηματικῶς ἀναγνωστέον, ἵν’ ἐμφαίνῃ τὸ τοῦ γενομένου μέγεθος· ἢ προστακτικῶς, ἵνα αὐτῶν διεγείρῃ τὸν νοῦν εἰς τὸ διὰ</w:t>
      </w:r>
    </w:p>
    <w:p>
      <w:r>
        <w:rPr>
          <w:rFonts w:ascii="Courier New" w:hAnsi="Courier New"/>
          <w:color w:val="555555"/>
          <w:sz w:val="20"/>
        </w:rPr>
        <w:t>[32 . 10 . 114]</w:t>
      </w:r>
    </w:p>
    <w:p>
      <w:r>
        <w:rPr>
          <w:rFonts w:ascii="Gentium Plus" w:hAnsi="Gentium Plus"/>
          <w:sz w:val="24"/>
        </w:rPr>
        <w:t>τοῦ ἐπιστῆσαι τῷ ἔργῳ λαβεῖν αὐτοῦ τὴν γνῶσιν. διδασκαλικώτατα δὲ μετὰ τοῦ δυσωπητικοῦ λέλεκται τὸ «Ὑμεῖς φωνεῖτέ με ‹Ὁ δικάσκαλοσ› «καὶ ‹Ὁ κύριοσ›, καὶ καλῶς λέγετε· εἰμὶ γάρ. εἰ οὖν ἐγὼ ἔνιψα «ὑμῶν τοὺς πόδας ὁ κύριος καὶ ὁ διδάσκαλος, καὶ ὑμεῖς ὀφείλετε</w:t>
      </w:r>
    </w:p>
    <w:p>
      <w:r>
        <w:rPr>
          <w:rFonts w:ascii="Courier New" w:hAnsi="Courier New"/>
          <w:color w:val="555555"/>
          <w:sz w:val="20"/>
        </w:rPr>
        <w:t>[32 . 10 . 115]</w:t>
      </w:r>
    </w:p>
    <w:p>
      <w:r>
        <w:rPr>
          <w:rFonts w:ascii="Gentium Plus" w:hAnsi="Gentium Plus"/>
          <w:sz w:val="24"/>
        </w:rPr>
        <w:t>«ἀλλήλων νίπτειν τοὺς πόδας». ὁ μὲν οὖν Ἰησοῦς ἔνιψεν τοὺς πόδας τῶν μαθητῶν, ᾗ διδάσκαλος αὐτῶν, καὶ τοὺς πόδας τῶν</w:t>
      </w:r>
    </w:p>
    <w:p>
      <w:r>
        <w:rPr>
          <w:rFonts w:ascii="Courier New" w:hAnsi="Courier New"/>
          <w:color w:val="555555"/>
          <w:sz w:val="20"/>
        </w:rPr>
        <w:t>[32 . 10 . 116]</w:t>
      </w:r>
    </w:p>
    <w:p>
      <w:r>
        <w:rPr>
          <w:rFonts w:ascii="Gentium Plus" w:hAnsi="Gentium Plus"/>
          <w:sz w:val="24"/>
        </w:rPr>
        <w:t>δούλων, ᾗ κύριος ἦν. διδασκαλίᾳ γὰρ ὁ ἀπὸ γῆς καὶ τῶν κοσμικῶν πραγμάτων κονιορτός, φθάνων οὐκ ἐπὶ ἄλλο τι ἢ ἐπὶ τὰ τελευταῖα καὶ τὰ κάτω τῶν μαθητῶν, ἀποκαθαίρεται· ἀλλὰ καὶ τῇ κυριότητι τοῦ ἄρχοντος, ἐξουσιάζοντος τῶν διὰ τὸ ἔτι ἔχειν τὸ τῆς δουλείας</w:t>
      </w:r>
    </w:p>
    <w:p>
      <w:r>
        <w:rPr>
          <w:rFonts w:ascii="Courier New" w:hAnsi="Courier New"/>
          <w:color w:val="555555"/>
          <w:sz w:val="20"/>
        </w:rPr>
        <w:t>[5]</w:t>
      </w:r>
    </w:p>
    <w:p>
      <w:r>
        <w:rPr>
          <w:rFonts w:ascii="Gentium Plus" w:hAnsi="Gentium Plus"/>
          <w:sz w:val="24"/>
        </w:rPr>
        <w:t>πνεῦμα κἂν τὸν τυχόντα μολυσμὸν ἔτι δεχομένων, τὰ μολύνοντα</w:t>
      </w:r>
    </w:p>
    <w:p>
      <w:r>
        <w:rPr>
          <w:rFonts w:ascii="Courier New" w:hAnsi="Courier New"/>
          <w:color w:val="555555"/>
          <w:sz w:val="20"/>
        </w:rPr>
        <w:t>[32 . 10 . 117]</w:t>
      </w:r>
    </w:p>
    <w:p>
      <w:r>
        <w:rPr>
          <w:rFonts w:ascii="Gentium Plus" w:hAnsi="Gentium Plus"/>
          <w:sz w:val="24"/>
        </w:rPr>
        <w:t>τοὺς πόδας ἀποβάλλεται. καὶ οὐκ ἄν τις εὖ φρονῶν λέγοι ᾗ θύρα ἐστὶν τὸν Ἰησοῦν, ἢ ᾗ ποιμήν, ἢ ᾗ ἰατρός, νίπτειν τοὺς πόδας τῶν μαθητῶν καὶ δούλων. ἐγὼ δ’ ἡγοῦμαι ὅτι ἐπιδέχονται τὸ δεῖσθαι τῆς ἀπὸ τοῦ διδασκάλου νίψεως οἱ πόδες τῶν μαθητῶν, ὅσον οὐ‐</w:t>
      </w:r>
    </w:p>
    <w:p>
      <w:r>
        <w:rPr>
          <w:rFonts w:ascii="Courier New" w:hAnsi="Courier New"/>
          <w:color w:val="555555"/>
          <w:sz w:val="20"/>
        </w:rPr>
        <w:t>[5]</w:t>
      </w:r>
    </w:p>
    <w:p>
      <w:r>
        <w:rPr>
          <w:rFonts w:ascii="Gentium Plus" w:hAnsi="Gentium Plus"/>
          <w:sz w:val="24"/>
        </w:rPr>
        <w:t>δέπω εἰλήφασιν τὸ ἀρκετόν, ἀλλ’ ἔτι λείπουσιν εἰς τὸ «Ἀρκετὸν τῷ</w:t>
      </w:r>
    </w:p>
    <w:p>
      <w:r>
        <w:rPr>
          <w:rFonts w:ascii="Courier New" w:hAnsi="Courier New"/>
          <w:color w:val="555555"/>
          <w:sz w:val="20"/>
        </w:rPr>
        <w:t>[32 . 10 . 118]</w:t>
      </w:r>
    </w:p>
    <w:p>
      <w:r>
        <w:rPr>
          <w:rFonts w:ascii="Gentium Plus" w:hAnsi="Gentium Plus"/>
          <w:sz w:val="24"/>
        </w:rPr>
        <w:t>«μαθητῇ ἵνα γένηται ὡς ὁ διδάσκαλος αὐτοῦ». καὶ τοῦτο τέλος ἐστὶν τὸ πρὸς τὸν μαθητὴν τοῦ διδασκάλου, ᾗ διδάσκαλος, ποιῆσαι τὸν μαθητὴν ὡς ἑαυτόν, ἵνα μηκέτι δέηται τοῦ διδασκάλου, ᾗ διδά‐</w:t>
      </w:r>
    </w:p>
    <w:p>
      <w:r>
        <w:rPr>
          <w:rFonts w:ascii="Courier New" w:hAnsi="Courier New"/>
          <w:color w:val="555555"/>
          <w:sz w:val="20"/>
        </w:rPr>
        <w:t>[32 . 10 . 119]</w:t>
      </w:r>
    </w:p>
    <w:p>
      <w:r>
        <w:rPr>
          <w:rFonts w:ascii="Gentium Plus" w:hAnsi="Gentium Plus"/>
          <w:sz w:val="24"/>
        </w:rPr>
        <w:t>σκαλος, εἰ καὶ ἄλλως αὐτοῦ δεήσεται. ὡς γὰρ τέλος τοῦ ἰατροῦ, οὗ χρῄζουσι μὲν οἱ κακῶς ἔχοντες, οὐ χρείαν δὲ ἔχουσιν οἱ ἰσχύοντες ἰατροῦ, τὸ παῦσαι τοὺς κακῶς ἔχοντας ἀπὸ τοῦ κακῶς ἔχειν, ἵνα μηκέτι αὐτοῦ χρῄζωσιν, οὕτω τέλος διδασκάλου περιποιῆσαι τῷ μα‐</w:t>
      </w:r>
    </w:p>
    <w:p>
      <w:r>
        <w:rPr>
          <w:rFonts w:ascii="Courier New" w:hAnsi="Courier New"/>
          <w:color w:val="555555"/>
          <w:sz w:val="20"/>
        </w:rPr>
        <w:t>[5]</w:t>
      </w:r>
    </w:p>
    <w:p>
      <w:r>
        <w:rPr>
          <w:rFonts w:ascii="Gentium Plus" w:hAnsi="Gentium Plus"/>
          <w:sz w:val="24"/>
        </w:rPr>
        <w:t>θητῇ τὸ λεγόμενον ἀρκετὸν ἐν τῷ «Ἀρκετὸν τῷ μαθητῇ, ἵνα γέ‐</w:t>
      </w:r>
    </w:p>
    <w:p>
      <w:r>
        <w:rPr>
          <w:rFonts w:ascii="Courier New" w:hAnsi="Courier New"/>
          <w:color w:val="555555"/>
          <w:sz w:val="20"/>
        </w:rPr>
        <w:t>[32 . 10 . 120]</w:t>
      </w:r>
    </w:p>
    <w:p>
      <w:r>
        <w:rPr>
          <w:rFonts w:ascii="Gentium Plus" w:hAnsi="Gentium Plus"/>
          <w:sz w:val="24"/>
        </w:rPr>
        <w:t>νηται ὡς ὁ διδάσκαλος αὐτοῦ». περὶ δὲ τοῦ σωτῆρος, ὄντος κυρίου, αὐτόθεν πλεῖόν ἐστιν ἰδεῖν παρὰ τοὺς ἄλλους κυρίους, μὴ βουλο‐</w:t>
      </w:r>
    </w:p>
    <w:p>
      <w:r>
        <w:rPr>
          <w:rFonts w:ascii="Courier New" w:hAnsi="Courier New"/>
          <w:color w:val="555555"/>
          <w:sz w:val="20"/>
        </w:rPr>
        <w:t>[32 . 10 . 121]</w:t>
      </w:r>
    </w:p>
    <w:p>
      <w:r>
        <w:rPr>
          <w:rFonts w:ascii="Gentium Plus" w:hAnsi="Gentium Plus"/>
          <w:sz w:val="24"/>
        </w:rPr>
        <w:t>μένους ἵνα γένηται ὁ δοῦλος ὡς ὁ κύριος αὐτοῦ. τοιοῦτος δὲ ὁ τῆς πατρικῆς ἀγαθότητος καὶ τῆς ἀγάπης αὐτοῦ υἱός· κύριος γὰρ ὢν ἐνειργάζετο τοῖς δούλοις τὸ γενέσθαι ὡς ὁ κύριος αὐτῶν, ὅτε οὐκ‐ έτι ἕξουσιν τὸ πνεῦμα τῆς δουλείας πάλιν εἰς φόβον, ἀλλὰ λήψον‐</w:t>
      </w:r>
    </w:p>
    <w:p>
      <w:r>
        <w:rPr>
          <w:rFonts w:ascii="Courier New" w:hAnsi="Courier New"/>
          <w:color w:val="555555"/>
          <w:sz w:val="20"/>
        </w:rPr>
        <w:t>[5]</w:t>
      </w:r>
    </w:p>
    <w:p>
      <w:r>
        <w:rPr>
          <w:rFonts w:ascii="Gentium Plus" w:hAnsi="Gentium Plus"/>
          <w:sz w:val="24"/>
        </w:rPr>
        <w:t>ται τὸ πνεῦμα τῆς υἱοθεσίας, ἐν ᾧ κράζουσιν· «Ἀββᾶ, ὁ πατήρ».</w:t>
      </w:r>
    </w:p>
    <w:p>
      <w:r>
        <w:rPr>
          <w:rFonts w:ascii="Courier New" w:hAnsi="Courier New"/>
          <w:color w:val="555555"/>
          <w:sz w:val="20"/>
        </w:rPr>
        <w:t>[32 . 10 . 122]</w:t>
      </w:r>
    </w:p>
    <w:p>
      <w:r>
        <w:rPr>
          <w:rFonts w:ascii="Gentium Plus" w:hAnsi="Gentium Plus"/>
          <w:sz w:val="24"/>
        </w:rPr>
        <w:t>πρὶν οὖν γένωνται ὡς ὁ διδάσκαλος καὶ ὁ κύριος, δέονται τῆς νίψεως τῶν ποδῶν, ὡς ἐνδεεῖς τῶν μαθητῶν, καὶ ὡς ἔτι τὸ πνεῦμα τῆς δουλείας ἔχοντες εἰς φόβον· ἐπὰν δέ τις αὐτῶν κατὰ τὸ «Ἀρκετὸν τῷ μαθητῇ, ἵνα γένηται ὡς ὁ διδάσκαλος αὐτοῦ, καὶ ὁ</w:t>
      </w:r>
    </w:p>
    <w:p>
      <w:r>
        <w:rPr>
          <w:rFonts w:ascii="Courier New" w:hAnsi="Courier New"/>
          <w:color w:val="555555"/>
          <w:sz w:val="20"/>
        </w:rPr>
        <w:t>[5]</w:t>
      </w:r>
    </w:p>
    <w:p>
      <w:r>
        <w:rPr>
          <w:rFonts w:ascii="Gentium Plus" w:hAnsi="Gentium Plus"/>
          <w:sz w:val="24"/>
        </w:rPr>
        <w:t>«δοῦλος ὡς ὁ κύριος αὐτοῦ» γένηται ὡς ὁ διδάσκαλος αὐτοῦ καὶ ὁ κύριος αὐτοῦ, τότε μιμήσασθαι δύναται τὸν νίψαντα τοὺς πόδας τῶν μαθητῶν, καὶ νίψαι τοὺς πόδας τῶν μαθητῶν ὡς ὁ διδάσκαλος, ὃν ὁ θεὸς ἔταξεν ἐν τῇ ἐκκλησίᾳ μετὰ τοὺς πρώτην χώραν ἐν αὐτῇ εἰληχότας ἀποστόλους καὶ δεύτερον προφήτας.</w:t>
      </w:r>
    </w:p>
    <w:p>
      <w:r>
        <w:rPr>
          <w:rFonts w:ascii="Courier New" w:hAnsi="Courier New"/>
          <w:color w:val="555555"/>
          <w:sz w:val="20"/>
        </w:rPr>
        <w:t>[32 . 11 . 123]</w:t>
      </w:r>
    </w:p>
    <w:p>
      <w:r>
        <w:rPr>
          <w:rFonts w:ascii="Gentium Plus" w:hAnsi="Gentium Plus"/>
          <w:sz w:val="24"/>
        </w:rPr>
        <w:t>Εἰ δὲ τὸ «Τῷ ἀδελφῷ σου δουλεύσεις» φθάνειν δύναται ἐπὶ τοὺς ὑποδεεστέρους, καὶ τὸ «Γίνου κύριος τοῦ ἀδελφοῦ σου» ἐπὶ τοὺς ὡς ὁ Ἰακὼβ κρείττονας, δῆλον ὅτι γενόμενος ὁ δοῦλος ὡς ὁ κύριος νίπτει τοὺς πόδας τῶν δουλευόντων τῇ παρ’ αὐτῷ</w:t>
      </w:r>
    </w:p>
    <w:p>
      <w:r>
        <w:rPr>
          <w:rFonts w:ascii="Courier New" w:hAnsi="Courier New"/>
          <w:color w:val="555555"/>
          <w:sz w:val="20"/>
        </w:rPr>
        <w:t>[5]</w:t>
      </w:r>
    </w:p>
    <w:p>
      <w:r>
        <w:rPr>
          <w:rFonts w:ascii="Gentium Plus" w:hAnsi="Gentium Plus"/>
          <w:sz w:val="24"/>
        </w:rPr>
        <w:t>διδασκαλίᾳ, ἐπεὶ τὸ «Ὑμεῖς φωνεῖτέ με ‹Ὁ διδάσκαλοσ› καὶ ‹Ὁ κύριοσ›, «καὶ καλῶς λέγετε· εἰμὶ γάρ» οὐκ ἀξιῶ μηδὲν ἔχειν βαθύτερον καὶ παρὰ τὸ ὑπὸ τῶν πολλῶν νενοημένον· οὐ πᾶσι γὰρ τοῖς λέγουσι· «Κύριε, Κύριε» λεχθήσεται ὑπὸ τοῦ Ἰησοῦ τὸ «Ὑμεῖς φωνεῖτέ με</w:t>
      </w:r>
    </w:p>
    <w:p>
      <w:r>
        <w:rPr>
          <w:rFonts w:ascii="Courier New" w:hAnsi="Courier New"/>
          <w:color w:val="555555"/>
          <w:sz w:val="20"/>
        </w:rPr>
        <w:t>[32 . 11 . 124]</w:t>
      </w:r>
    </w:p>
    <w:p>
      <w:r>
        <w:rPr>
          <w:rFonts w:ascii="Gentium Plus" w:hAnsi="Gentium Plus"/>
          <w:sz w:val="24"/>
        </w:rPr>
        <w:t>»‹Ὁ κύριοσ› καὶ καλῶς λέγετε». οὐ καλῶς οὖν λέγουσι· «Κύριε» οἱ ἐν τῇ ἡμέρᾳ ἐκείνῃ φήσοντες· «Κύριε, Κύριε, οὐκ ἐν τῷ ὀνόματί «σου ἐφάγομεν, καὶ ἐν τῷ ὀνόματί σου ἐπίομεν, καὶ ἐν τῷ ὀνόματί</w:t>
      </w:r>
    </w:p>
    <w:p>
      <w:r>
        <w:rPr>
          <w:rFonts w:ascii="Courier New" w:hAnsi="Courier New"/>
          <w:color w:val="555555"/>
          <w:sz w:val="20"/>
        </w:rPr>
        <w:t>[32 . 11 . 125]</w:t>
      </w:r>
    </w:p>
    <w:p>
      <w:r>
        <w:rPr>
          <w:rFonts w:ascii="Gentium Plus" w:hAnsi="Gentium Plus"/>
          <w:sz w:val="24"/>
        </w:rPr>
        <w:t>«σου δαιμόνια ἐξεβάλομεν καὶ δυνάμεις πεποιήκαμεν;» φήσει γοῦν αὐτοῖς ὁ Ἰησοῦς· «Ἀποχωρεῖτε ἀπ’ ἐμοῦ· οὐδέποτε ἔγνων ὑμᾶς, ὅτι «ἐργάται ἐστὲ ἀδικίας»· οὐκ ἂν δὲ λέγουσιν αὐτοῖς καλῶς τὸ «Κύριε,</w:t>
      </w:r>
    </w:p>
    <w:p>
      <w:r>
        <w:rPr>
          <w:rFonts w:ascii="Courier New" w:hAnsi="Courier New"/>
          <w:color w:val="555555"/>
          <w:sz w:val="20"/>
        </w:rPr>
        <w:t>[32 . 11 . 126]</w:t>
      </w:r>
    </w:p>
    <w:p>
      <w:r>
        <w:rPr>
          <w:rFonts w:ascii="Gentium Plus" w:hAnsi="Gentium Plus"/>
          <w:sz w:val="24"/>
        </w:rPr>
        <w:t>«Κύριε» εἶπεν τὸ «Ἀποχωρεῖτε ἀπ’ ἐμοῦ». ἀλλὰ καὶ 〈τὸ〉 «Οὐ πᾶς ὁ «λέγων μοι· Κύριε, κύριε, εἰσελεύσεται εἰς τὴν βασιλείαν τῶν οὐρα‐</w:t>
      </w:r>
    </w:p>
    <w:p>
      <w:r>
        <w:rPr>
          <w:rFonts w:ascii="Courier New" w:hAnsi="Courier New"/>
          <w:color w:val="555555"/>
          <w:sz w:val="20"/>
        </w:rPr>
        <w:t>[32 . 11 . 127]</w:t>
      </w:r>
    </w:p>
    <w:p>
      <w:r>
        <w:rPr>
          <w:rFonts w:ascii="Gentium Plus" w:hAnsi="Gentium Plus"/>
          <w:sz w:val="24"/>
        </w:rPr>
        <w:t>«εἰμὶ γάρ». καὶ γὰρ ἀληθῶς κακία μὲν αὐτῶν οὐκέτι κυρία ἦν, ὁ λόγος δέ, καὶ ἁπαξαπλῶς ὁ κύριος, ἡ πᾶσα ἔμψυχος καὶ ζῶσα ἀρετή.</w:t>
      </w:r>
    </w:p>
    <w:p>
      <w:r>
        <w:rPr>
          <w:rFonts w:ascii="Courier New" w:hAnsi="Courier New"/>
          <w:color w:val="555555"/>
          <w:sz w:val="20"/>
        </w:rPr>
        <w:t>[32 . 11 . 128]</w:t>
      </w:r>
    </w:p>
    <w:p>
      <w:r>
        <w:rPr>
          <w:rFonts w:ascii="Gentium Plus" w:hAnsi="Gentium Plus"/>
          <w:sz w:val="24"/>
        </w:rPr>
        <w:t>ἀλλὰ καὶ εἴπερ «Οὐδεὶς δύναται εἰπεῖν· Κύριος Ἰησοῦς, εἰ μὴ ἐν «πνεύματι ἁγίῳ», καὶ νοοῦμεν ἐν τούτῳ τί ἔστιν τὸ εἰπεῖν· «Κύριος «Ἰησοῦς»· ὁ ἐν πνεύματι ἁγίῳ λέγων· «Κύριος Ἰησοῦς» καλῶς λέγει.</w:t>
      </w:r>
    </w:p>
    <w:p>
      <w:r>
        <w:rPr>
          <w:rFonts w:ascii="Courier New" w:hAnsi="Courier New"/>
          <w:color w:val="555555"/>
          <w:sz w:val="20"/>
        </w:rPr>
        <w:t>[32 . 11 . 129]</w:t>
      </w:r>
    </w:p>
    <w:p>
      <w:r>
        <w:rPr>
          <w:rFonts w:ascii="Gentium Plus" w:hAnsi="Gentium Plus"/>
          <w:sz w:val="24"/>
        </w:rPr>
        <w:t>εἰ δὲ καὶ ὁ καλῶς λέγων πάντως ἐν πνεύματι ἁγίῳ λέγει, ζητή‐ σεις διὰ τὸ νῦν «Καὶ καλῶς λέγετε» συνεξεταζόμενον τῷ «Οὔπω γὰρ</w:t>
      </w:r>
    </w:p>
    <w:p>
      <w:r>
        <w:rPr>
          <w:rFonts w:ascii="Courier New" w:hAnsi="Courier New"/>
          <w:color w:val="555555"/>
          <w:sz w:val="20"/>
        </w:rPr>
        <w:t>[32 . 11 . 130]</w:t>
      </w:r>
    </w:p>
    <w:p>
      <w:r>
        <w:rPr>
          <w:rFonts w:ascii="Gentium Plus" w:hAnsi="Gentium Plus"/>
          <w:sz w:val="24"/>
        </w:rPr>
        <w:t>«ἦν πνεῦμα, ὅτι Ἰησοῦς οὔπω ἐδοξάσθη». γνησίως οὖν δουλεύοντος τῷ λόγῳ ἔργον ἐστὶν τὸ καλῶς εἰπεῖν· «Κύριος Ἰησοῦς» καὶ τοῦ ἀνάλογον τούτῳ μαθητοῦ τὸ καλῶς εἰπεῖν τῷ σωτῆρι τὸ «ὁ διδά‐ «σκαλος»· πρὸς ὃν λέγοιτ’ ἂν τὸ «Εἰμὶ γάρ», οὐκ ἂν λεχθησόμενον</w:t>
      </w:r>
    </w:p>
    <w:p>
      <w:r>
        <w:rPr>
          <w:rFonts w:ascii="Courier New" w:hAnsi="Courier New"/>
          <w:color w:val="555555"/>
          <w:sz w:val="20"/>
        </w:rPr>
        <w:t>[5]</w:t>
      </w:r>
    </w:p>
    <w:p>
      <w:r>
        <w:rPr>
          <w:rFonts w:ascii="Gentium Plus" w:hAnsi="Gentium Plus"/>
          <w:sz w:val="24"/>
        </w:rPr>
        <w:t>ὑπὸ τοῦ λόγου τῷ δουλεύοντι τῇ ἁμαρτίᾳ καὶ τῷ μαθητευομένῳ τοῖς ψεύδεσιν.</w:t>
      </w:r>
    </w:p>
    <w:p>
      <w:r>
        <w:rPr>
          <w:rFonts w:ascii="Courier New" w:hAnsi="Courier New"/>
          <w:color w:val="555555"/>
          <w:sz w:val="20"/>
        </w:rPr>
        <w:t>[32 . 12 . 131]</w:t>
      </w:r>
    </w:p>
    <w:p>
      <w:r>
        <w:rPr>
          <w:rFonts w:ascii="Gentium Plus" w:hAnsi="Gentium Plus"/>
          <w:sz w:val="24"/>
        </w:rPr>
        <w:t>Πλὴν καὶ ἅγιον ὄντα ἐνδέχεται δεῖσθαι τῆς νίψεως τῶν ποδῶν, ἐπεὶ καὶ ἡ καταλεγομένη εἰς ἐκκλησιαστικὴν τιμὴν χήρα ἐξετάζεται μετὰ τῶν ἄλλων καλῶν καὶ ἐν τῷ «Εἰ ἁγίων πόδας «ἔνιψεν»· γελοῖον γὰρ οἶμαι τυγχάνειν τὸ στῆναι ἐπὶ τοῦ ῥητοῦ καί,</w:t>
      </w:r>
    </w:p>
    <w:p>
      <w:r>
        <w:rPr>
          <w:rFonts w:ascii="Courier New" w:hAnsi="Courier New"/>
          <w:color w:val="555555"/>
          <w:sz w:val="20"/>
        </w:rPr>
        <w:t>[5]</w:t>
      </w:r>
    </w:p>
    <w:p>
      <w:r>
        <w:rPr>
          <w:rFonts w:ascii="Gentium Plus" w:hAnsi="Gentium Plus"/>
          <w:sz w:val="24"/>
        </w:rPr>
        <w:t>φέρε εἰπεῖν, τὴν ἔχουσαν πάντα τὰ χαρακτηρίζοντα τὴν ἁγίαν χήραν καὶ τούτῳ μόνῳ λείπουσαν, μὴ κατατετάχθαι εἰς ἐκκλησιαστικὴν τιμήν, πολλάκις διὰ παιδισκῶν καὶ οἰκετῶν φιλοφρονησαμένην, ἐν ᾧ καιρῷ ηὐπόρει καὶ εἶχεν τὰ ἐπιτήδεια, τοὺς ξένους ἢ τοὺς ἁπ‐ αξαπλῶς δεομένους τοῦ φιλάνθρωπόν τι ἔργον ἀπ’ αὐτῆς παθεῖν.</w:t>
      </w:r>
    </w:p>
    <w:p>
      <w:r>
        <w:rPr>
          <w:rFonts w:ascii="Courier New" w:hAnsi="Courier New"/>
          <w:color w:val="555555"/>
          <w:sz w:val="20"/>
        </w:rPr>
        <w:t>[32 . 12 . 132]</w:t>
      </w:r>
    </w:p>
    <w:p>
      <w:r>
        <w:rPr>
          <w:rFonts w:ascii="Gentium Plus" w:hAnsi="Gentium Plus"/>
          <w:sz w:val="24"/>
        </w:rPr>
        <w:t>καὶ μὴ θαυμάσῃς εἰ ἀνάγειν σε δεῖ τὸ «Εἰ ἁγίων πόδας ἔνιψεν», ὅπου κελεύονται ἀνάλογον τοῖς πρεσβυτέροις πρεσβύτιδες εἶναι καὶ</w:t>
      </w:r>
    </w:p>
    <w:p>
      <w:r>
        <w:rPr>
          <w:rFonts w:ascii="Courier New" w:hAnsi="Courier New"/>
          <w:color w:val="555555"/>
          <w:sz w:val="20"/>
        </w:rPr>
        <w:t>[32 . 12 . 133]</w:t>
      </w:r>
    </w:p>
    <w:p>
      <w:r>
        <w:rPr>
          <w:rFonts w:ascii="Gentium Plus" w:hAnsi="Gentium Plus"/>
          <w:sz w:val="24"/>
        </w:rPr>
        <w:t>καλοδιδάσκαλοι. ὅρα δὲ εἰ μὴ καὶ ἐργῶδές ἐστιν τὸ πάνθ’ ὁντινοῦν μαθητευόμενον τῷ χριστῷ, θέλοντα πληροῦν τὴν λέγουσαν ἐντολήν· «Καὶ ὑμεῖς ὀφείλετε ἀλλήλων νίπτειν τοὺς πόδας», ὡς ὀφειλόμενον ἔργον ἐθέλειν ποιεῖν τὸ νίψαι τοὺς σωματικοὺς καὶ αἰσθητοὺς πόδας</w:t>
      </w:r>
    </w:p>
    <w:p>
      <w:r>
        <w:rPr>
          <w:rFonts w:ascii="Courier New" w:hAnsi="Courier New"/>
          <w:color w:val="555555"/>
          <w:sz w:val="20"/>
        </w:rPr>
        <w:t>[5]</w:t>
      </w:r>
    </w:p>
    <w:p>
      <w:r>
        <w:rPr>
          <w:rFonts w:ascii="Gentium Plus" w:hAnsi="Gentium Plus"/>
          <w:sz w:val="24"/>
        </w:rPr>
        <w:t>τῶν ἀδελφῶν, ὥστε τοὺς ἐν ὁποιᾳποτοῦν ὑποθέσει βίου τυγχά‐ νοντας πιστοὺς τοῦτο ποιεῖν, εἴτε ἐν ἐκκλησιαστικῇ δοκοῦντας εἶναι ὑπεροχῇ ἐπισκόπους καὶ πρεσβυτέρους, εἴτε καὶ ἐν ἄλλοις κοσμικοῖς τισιν ἀξιώμασιν· ὥστε κατὰ τοῦτο καὶ τὸν δεσπότην ἥκειν ἐπὶ τὸ νίπτειν τοὺς πόδας τοῦ πιστεύοντος δούλου, καὶ τοὺς γονεῖς τοῦ</w:t>
      </w:r>
    </w:p>
    <w:p>
      <w:r>
        <w:rPr>
          <w:rFonts w:ascii="Courier New" w:hAnsi="Courier New"/>
          <w:color w:val="555555"/>
          <w:sz w:val="20"/>
        </w:rPr>
        <w:t>[10]</w:t>
      </w:r>
    </w:p>
    <w:p>
      <w:r>
        <w:rPr>
          <w:rFonts w:ascii="Gentium Plus" w:hAnsi="Gentium Plus"/>
          <w:sz w:val="24"/>
        </w:rPr>
        <w:t>υἱοῦ· ὅπερ ἔθος ἢ οὐ γίνεται ἢ εἰς ὑπερβολὴν σπανιώτατα, καὶ παρὰ</w:t>
      </w:r>
    </w:p>
    <w:p>
      <w:r>
        <w:rPr>
          <w:rFonts w:ascii="Courier New" w:hAnsi="Courier New"/>
          <w:color w:val="555555"/>
          <w:sz w:val="20"/>
        </w:rPr>
        <w:t>[32 . 12 . 134]</w:t>
      </w:r>
    </w:p>
    <w:p>
      <w:r>
        <w:rPr>
          <w:rFonts w:ascii="Gentium Plus" w:hAnsi="Gentium Plus"/>
          <w:sz w:val="24"/>
        </w:rPr>
        <w:t>τοῖς πάνυ ἁπλουστέροις καὶ ἀγροικοτέροις γίνεται. μνημονευτέον δὲ εἰς ταῦτα καὶ τῶν εἰρημένων εἰς τὸ «Ἐὰν μὴ νίψω σε, οὐκ ἔχεις</w:t>
      </w:r>
    </w:p>
    <w:p>
      <w:r>
        <w:rPr>
          <w:rFonts w:ascii="Courier New" w:hAnsi="Courier New"/>
          <w:color w:val="555555"/>
          <w:sz w:val="20"/>
        </w:rPr>
        <w:t>[32 . 12 . 135]</w:t>
      </w:r>
    </w:p>
    <w:p>
      <w:r>
        <w:rPr>
          <w:rFonts w:ascii="Gentium Plus" w:hAnsi="Gentium Plus"/>
          <w:sz w:val="24"/>
        </w:rPr>
        <w:t>«μέρος μετ’ ἐμοῦ», ἀλλὰ καὶ τοῦ «Γινώσκετε, τί πεποίηκα ὑμῖν;» καὶ γὰρ πρέπει ὑπόδειγμα ἡμῖν τὸν Ἰησοῦν δεδωκέναι τοῦ νίπτειν πόδας ἀνάλογον τοῖς τροπικῶς ὑπὸ τῆς νύμφης ἐν τῷ Ἄισματι τῶν ᾀσμά‐ των εἰρημένοις ἐν τῷ «Ἐνιψάμην τοὺς πόδας μου, πῶς μολυνῶ</w:t>
      </w:r>
    </w:p>
    <w:p>
      <w:r>
        <w:rPr>
          <w:rFonts w:ascii="Courier New" w:hAnsi="Courier New"/>
          <w:color w:val="555555"/>
          <w:sz w:val="20"/>
        </w:rPr>
        <w:t>[32 . 12 . 136]</w:t>
      </w:r>
    </w:p>
    <w:p>
      <w:r>
        <w:rPr>
          <w:rFonts w:ascii="Gentium Plus" w:hAnsi="Gentium Plus"/>
          <w:sz w:val="24"/>
        </w:rPr>
        <w:t>«αὐτούς;» πρόσχες δὲ τῷ «Ἵνα καθὼς ἐγὼ ἐποίησα ὑμῖν καὶ ὑμεῖς «ποιῆτε» συνεξετάζων αὐτὸ τῷ «Ἐὰν μὴ νίψω σε, οὐκ ἔχεις μέρος</w:t>
      </w:r>
    </w:p>
    <w:p>
      <w:r>
        <w:rPr>
          <w:rFonts w:ascii="Courier New" w:hAnsi="Courier New"/>
          <w:color w:val="555555"/>
          <w:sz w:val="20"/>
        </w:rPr>
        <w:t>[32 . 12 . 137]</w:t>
      </w:r>
    </w:p>
    <w:p>
      <w:r>
        <w:rPr>
          <w:rFonts w:ascii="Gentium Plus" w:hAnsi="Gentium Plus"/>
          <w:sz w:val="24"/>
        </w:rPr>
        <w:t>«μετ’ ἐμοῦ». ἐὰν δέ τις πρὸς ταῦτα λέγῃ, ὅτι κἂν ἀλληγορῆται, οὐδὲν ἧττον γέγονε καὶ κατὰ τὸ ῥητόν, ἀκουστέον μετὰ τοῦ τροπικοῦ καὶ τῆς φασκούσης λέξεως· «Εἰ οὖν * ἔνιψα τοὺς πόδας ὑμῶν, ὁ «κύριος καὶ ὁ διδάσκαλος, καὶ ὑμεῖς ὀφείλετε ἀλλήλων νίπτειν τοὺς</w:t>
      </w:r>
    </w:p>
    <w:p>
      <w:r>
        <w:rPr>
          <w:rFonts w:ascii="Courier New" w:hAnsi="Courier New"/>
          <w:color w:val="555555"/>
          <w:sz w:val="20"/>
        </w:rPr>
        <w:t>[5]</w:t>
      </w:r>
    </w:p>
    <w:p>
      <w:r>
        <w:rPr>
          <w:rFonts w:ascii="Gentium Plus" w:hAnsi="Gentium Plus"/>
          <w:sz w:val="24"/>
        </w:rPr>
        <w:t>«πόδας. ὑπόδειγμα γὰρ ἔδωκα ὑμῖν ἵνα καθὼς ἐγὼ ἐποίησα ὑμῖν «καὶ ὑμεῖς ποιῆτε»· λεκτέον πρὸς τὸν τοιοῦτον· ἄρ’ ἐπεὶ κατὰ τὸ ῥητὸν γέγονεν τὸ εἰρημένον πρὸς τὸν εἰπόντα Πέτρον· «Οὐ μὴ «νίψῃς μου τοὺς πόδας εἰς τὸν αἰῶνα» τὸ «Ἐὰν μὴ νίψω σε, οὐκ «ἔχεις μέρος μετ’ ἐμοῦ»· καὶ ἡμεῖς κατὰ τὸ ῥητὸν τοῖς κατ’ εὐλά‐</w:t>
      </w:r>
    </w:p>
    <w:p>
      <w:r>
        <w:rPr>
          <w:rFonts w:ascii="Courier New" w:hAnsi="Courier New"/>
          <w:color w:val="555555"/>
          <w:sz w:val="20"/>
        </w:rPr>
        <w:t>[10]</w:t>
      </w:r>
    </w:p>
    <w:p>
      <w:r>
        <w:rPr>
          <w:rFonts w:ascii="Gentium Plus" w:hAnsi="Gentium Plus"/>
          <w:sz w:val="24"/>
        </w:rPr>
        <w:t>βειαν μὴ ἐμπαρέχουσιν ἑαυτῶν τοὺς πόδας ἡμῖν ἵνα αὐτοὺς νίψωμεν φήσομεν καὶ τολμήσομεν εἰπεῖν τοῖς τοιούτοις τὸ «Ἐὰν μὴ νίψω</w:t>
      </w:r>
    </w:p>
    <w:p>
      <w:r>
        <w:rPr>
          <w:rFonts w:ascii="Courier New" w:hAnsi="Courier New"/>
          <w:color w:val="555555"/>
          <w:sz w:val="20"/>
        </w:rPr>
        <w:t>[32 . 12 . 138]</w:t>
      </w:r>
    </w:p>
    <w:p>
      <w:r>
        <w:rPr>
          <w:rFonts w:ascii="Gentium Plus" w:hAnsi="Gentium Plus"/>
          <w:sz w:val="24"/>
        </w:rPr>
        <w:t>«σε, οὐκ ἔχεις μέρος μετ’ ἐμοῦ». εἰ δὲ ἐνταῦθα οὐ δυσωπεῖ τὸ ὃ εἶπον, ἐπίσκεψαι τί σε χρὴ λέγειν πρὸς τὴν περὶ τοῦ εἰ χρὴ καὶ τὴν</w:t>
      </w:r>
    </w:p>
    <w:p>
      <w:r>
        <w:rPr>
          <w:rFonts w:ascii="Courier New" w:hAnsi="Courier New"/>
          <w:color w:val="555555"/>
          <w:sz w:val="20"/>
        </w:rPr>
        <w:t>[32 . 12 . 139]</w:t>
      </w:r>
    </w:p>
    <w:p>
      <w:r>
        <w:rPr>
          <w:rFonts w:ascii="Gentium Plus" w:hAnsi="Gentium Plus"/>
          <w:sz w:val="24"/>
        </w:rPr>
        <w:t>λέξιν πάντως τηρεῖν ἐπαπόρησιν. ὅτι μὲν οὖν ποτε καθήξει τῷδε μὲν νίψαι τοὺς πόδας τοῦ δεῖνα μαθητοῦ Ἰησοῦ, τῷδε 〈δὲ〉 ἐμπαρασχεῖν αὐτοὺς νιφθησομένους ὑπ’ αὐτοῦ, ὡς ἀπὸ ἀγάπης καὶ φιλοφροσύνης</w:t>
      </w:r>
    </w:p>
    <w:p>
      <w:r>
        <w:rPr>
          <w:rFonts w:ascii="Courier New" w:hAnsi="Courier New"/>
          <w:color w:val="555555"/>
          <w:sz w:val="20"/>
        </w:rPr>
        <w:t>[32 . 12 . 140]</w:t>
      </w:r>
    </w:p>
    <w:p>
      <w:r>
        <w:rPr>
          <w:rFonts w:ascii="Gentium Plus" w:hAnsi="Gentium Plus"/>
          <w:sz w:val="24"/>
        </w:rPr>
        <w:t>τὸν μὲν ποιῆσαι, τὸν δὲ παρασχεῖν, καὶ αὐτὸς ἂν ὁμολογήσαιμι. εἰ δὲ φήσομεν ἕκαστον τῶν μὴ συνειδότων ἑαυτῷ τοῦτο πεποιηκέναι καὶ ἁγίων οὕτω τοὺς πόδας νενιφέναι ὀφειλομένην τινὰ ἐντολὴν μὴ ἀποδεδωκέναι τὴν «Ὀφείλετε ἀλλήλων νίπτειν τοὺς πόδας»</w:t>
      </w:r>
    </w:p>
    <w:p>
      <w:r>
        <w:rPr>
          <w:rFonts w:ascii="Courier New" w:hAnsi="Courier New"/>
          <w:color w:val="555555"/>
          <w:sz w:val="20"/>
        </w:rPr>
        <w:t>[5]</w:t>
      </w:r>
    </w:p>
    <w:p>
      <w:r>
        <w:rPr>
          <w:rFonts w:ascii="Gentium Plus" w:hAnsi="Gentium Plus"/>
          <w:sz w:val="24"/>
        </w:rPr>
        <w:t>ὥρα που λέγειν, ἐγγύς που πάντας ὀφειλέτας εἶναι τῆς ἐντολῆς</w:t>
      </w:r>
    </w:p>
    <w:p>
      <w:r>
        <w:rPr>
          <w:rFonts w:ascii="Courier New" w:hAnsi="Courier New"/>
          <w:color w:val="555555"/>
          <w:sz w:val="20"/>
        </w:rPr>
        <w:t>[32 . 13 n]</w:t>
      </w:r>
    </w:p>
    <w:p>
      <w:r>
        <w:rPr>
          <w:rFonts w:ascii="Gentium Plus" w:hAnsi="Gentium Plus"/>
          <w:sz w:val="24"/>
        </w:rPr>
        <w:t>Ἀμὴν ἀμὴν λέγω ὑμῖν, οὐκ ἔστιν δοῦλος μεί‐ ζων τοῦ κυρίου † ἑαυτοῦ οὐδὲ ἀπόστολος μείζων τοῦ πέμψαντος αὐτόν. εἰ ταῦτα οἴδατε, μακάριοί ἐστε ἐὰν ποιῆτε αὐτά. οὐ περὶ πάντων ὑμῶν λέγω· ἐγὼ οἶδα τίνας ἐξελεξάμην·</w:t>
      </w:r>
    </w:p>
    <w:p>
      <w:r>
        <w:rPr>
          <w:rFonts w:ascii="Courier New" w:hAnsi="Courier New"/>
          <w:color w:val="555555"/>
          <w:sz w:val="20"/>
        </w:rPr>
        <w:t>[5]</w:t>
      </w:r>
    </w:p>
    <w:p>
      <w:r>
        <w:rPr>
          <w:rFonts w:ascii="Gentium Plus" w:hAnsi="Gentium Plus"/>
          <w:sz w:val="24"/>
        </w:rPr>
        <w:t>ἀλλ’ ἵνα ἡ γραφὴ πληρωθῇ· Ὁ τρώγων * * τὸν ἄρτον, ἐπῆρεν ἐπ’ ἐμὲ τὴν πτέρναν αὐτοῦ.</w:t>
      </w:r>
    </w:p>
    <w:p>
      <w:r>
        <w:rPr>
          <w:rFonts w:ascii="Courier New" w:hAnsi="Courier New"/>
          <w:color w:val="555555"/>
          <w:sz w:val="20"/>
        </w:rPr>
        <w:t>[32 . 13 . 141]</w:t>
      </w:r>
    </w:p>
    <w:p>
      <w:r>
        <w:rPr>
          <w:rFonts w:ascii="Gentium Plus" w:hAnsi="Gentium Plus"/>
          <w:sz w:val="24"/>
        </w:rPr>
        <w:t>Ἔτι καὶ ταῦτα ἔχεσθαί μοι δοκεῖ τοῦ δεῖν τὰ περὶ τῆς τῶν ποδῶν νίψεως τροπολογεῖν· τὸ γὰρ «Εἰ ταῦτα οἴδατε, «μακάριοί ἐστε ἐὰν ποιῆτε αὐτὰ» οὐδενὸς ποιητέου προειρημένου ἢ</w:t>
      </w:r>
    </w:p>
    <w:p>
      <w:r>
        <w:rPr>
          <w:rFonts w:ascii="Courier New" w:hAnsi="Courier New"/>
          <w:color w:val="555555"/>
          <w:sz w:val="20"/>
        </w:rPr>
        <w:t>[32 . 13 . 142]</w:t>
      </w:r>
    </w:p>
    <w:p>
      <w:r>
        <w:rPr>
          <w:rFonts w:ascii="Gentium Plus" w:hAnsi="Gentium Plus"/>
          <w:sz w:val="24"/>
        </w:rPr>
        <w:t>περὶ τῆς νίψεως τῶν ποδῶν, ἐπ’ ἐκείνην τὴν ἀναφορὰν ἔχει. τὰ δὲ κατὰ τὸν τόπον μαθήματα, πῶς τε πόδες μαθητῶν μολύνονται ἤδη λουσαμένων, καὶ τίνα τρόπον πλύνονται, εἰδέναι ὡς ὁ λόγος βούλεται, καὶ ποιεῖν ὡς θέλει ὁ Ἰησοῦς, ἀληθῶς μακαρίων ἐστὶν</w:t>
      </w:r>
    </w:p>
    <w:p>
      <w:r>
        <w:rPr>
          <w:rFonts w:ascii="Courier New" w:hAnsi="Courier New"/>
          <w:color w:val="555555"/>
          <w:sz w:val="20"/>
        </w:rPr>
        <w:t>[32 . 13 . 143]</w:t>
      </w:r>
    </w:p>
    <w:p>
      <w:r>
        <w:rPr>
          <w:rFonts w:ascii="Gentium Plus" w:hAnsi="Gentium Plus"/>
          <w:sz w:val="24"/>
        </w:rPr>
        <w:t>ἔργον. οὐ γὰρ τὸ τηλικοῦτον ὄνομα τὸ ‹μακάριον› εὔλογον ἐπὶ τοῖς τυχοῦσιν φῆσαι παρεῖναί τισιν, ἐφ’ ᾧ καὶ οἰκέτης ἂν πλύνων τοὺς πόδας τοῦ δεσπότου μακάριος ἂν κατ’ αὐτὸ τοῦτο δόξαι τυγχάνειν καὶ κόλαξ καὶ ὑποκριτής· ὃ γὰρ ἡμεῖς ἀποδίδομεν, νίπτειν</w:t>
      </w:r>
    </w:p>
    <w:p>
      <w:r>
        <w:rPr>
          <w:rFonts w:ascii="Courier New" w:hAnsi="Courier New"/>
          <w:color w:val="555555"/>
          <w:sz w:val="20"/>
        </w:rPr>
        <w:t>[5]</w:t>
      </w:r>
    </w:p>
    <w:p>
      <w:r>
        <w:rPr>
          <w:rFonts w:ascii="Gentium Plus" w:hAnsi="Gentium Plus"/>
          <w:sz w:val="24"/>
        </w:rPr>
        <w:t>τοὺς πόδας μαθητῶν Ἰησοῦ μεγάλου τινός ἐστιν καὶ Ἰησοῦν ἐν</w:t>
      </w:r>
    </w:p>
    <w:p>
      <w:r>
        <w:rPr>
          <w:rFonts w:ascii="Courier New" w:hAnsi="Courier New"/>
          <w:color w:val="555555"/>
          <w:sz w:val="20"/>
        </w:rPr>
        <w:t>[32 . 13 . 144]</w:t>
      </w:r>
    </w:p>
    <w:p>
      <w:r>
        <w:rPr>
          <w:rFonts w:ascii="Gentium Plus" w:hAnsi="Gentium Plus"/>
          <w:sz w:val="24"/>
        </w:rPr>
        <w:t>ἑαυτῷ ἔχοντος καὶ ἁπαξαπλῶς μακαρίου. χρὴ δὲ εἰδέναι τοῦτο, ὅτι παράκειται τῷ ῥητῷ τούτῳ ὅμοια· ἐν μὲν τῷ κατὰ Ματθαῖον τὸ «Οὐκ ἔστιν μαθητὴς ὑπὲρ τὸν διδάσκαλον, οὐδὲ δοῦλος ὑπὲρ τὸν «κύριον αὐτοῦ. ἀρκετὸν τῷ μαθητῇ, ἵνα γένηται ὡς ὁ διδάσκαλος</w:t>
      </w:r>
    </w:p>
    <w:p>
      <w:r>
        <w:rPr>
          <w:rFonts w:ascii="Courier New" w:hAnsi="Courier New"/>
          <w:color w:val="555555"/>
          <w:sz w:val="20"/>
        </w:rPr>
        <w:t>[5]</w:t>
      </w:r>
    </w:p>
    <w:p>
      <w:r>
        <w:rPr>
          <w:rFonts w:ascii="Gentium Plus" w:hAnsi="Gentium Plus"/>
          <w:sz w:val="24"/>
        </w:rPr>
        <w:t>«αὐτοῦ καὶ ὁ δοῦλος ὡς ὁ κύριος αὐτοῦ»· ἐν δὲ τῷ κατὰ Λουκᾶν τὸ «Οὐκ ἔστιν μαθητὴς ὑπὲρ τὸν διδάσκαλον· κατηρτισμένος δὲ πᾶς «ἔστω ὡς ὁ διδάσκαλος αὐτοῦ».</w:t>
      </w:r>
    </w:p>
    <w:p>
      <w:r>
        <w:rPr>
          <w:rFonts w:ascii="Courier New" w:hAnsi="Courier New"/>
          <w:color w:val="555555"/>
          <w:sz w:val="20"/>
        </w:rPr>
        <w:t>[32 . 13 . 145]</w:t>
      </w:r>
    </w:p>
    <w:p>
      <w:r>
        <w:rPr>
          <w:rFonts w:ascii="Gentium Plus" w:hAnsi="Gentium Plus"/>
          <w:sz w:val="24"/>
        </w:rPr>
        <w:t>Ἑξῆς τούτῳ ἐστὶν ζητῆσαι τὸ «Οὐ περὶ πάντων ὑμῶν λέγω» ἐπὶ τί λελεγμένον ἀνοίσομεν. ὁ μὲν οὖν τις φήσει ἐπὶ τὸ «Μακά‐ «ριοί ἐστε ἐὰν ποιῆτε αὐτά»· οὐ γὰρ μακάριος Ἰούδας. οὐ νομίζω</w:t>
      </w:r>
    </w:p>
    <w:p>
      <w:r>
        <w:rPr>
          <w:rFonts w:ascii="Courier New" w:hAnsi="Courier New"/>
          <w:color w:val="555555"/>
          <w:sz w:val="20"/>
        </w:rPr>
        <w:t>[32 . 13 . 146]</w:t>
      </w:r>
    </w:p>
    <w:p>
      <w:r>
        <w:rPr>
          <w:rFonts w:ascii="Gentium Plus" w:hAnsi="Gentium Plus"/>
          <w:sz w:val="24"/>
        </w:rPr>
        <w:t>δὲ ὑγιῶς ἐπὶ τοῦτο ἀναφέρεσθαι τὸ λεγόμενον. τοῦτο γὰρ ὅλον καὶ περὶ Ἰούδα καὶ παντὸς οὑτινοσοῦν, κἂν φαυλότατος ᾖ, ἀληθὲς τὸ Μακάριος εἶ ὁ δεῖνα ἐὰν ποιήσῃς τάδε· ὡς εἰ λέγοιμι καὶ τῷ</w:t>
      </w:r>
    </w:p>
    <w:p>
      <w:r>
        <w:rPr>
          <w:rFonts w:ascii="Courier New" w:hAnsi="Courier New"/>
          <w:color w:val="555555"/>
          <w:sz w:val="20"/>
        </w:rPr>
        <w:t>[5]</w:t>
      </w:r>
    </w:p>
    <w:p>
      <w:r>
        <w:rPr>
          <w:rFonts w:ascii="Gentium Plus" w:hAnsi="Gentium Plus"/>
          <w:sz w:val="24"/>
        </w:rPr>
        <w:t>‹μακάριος εἶ, ἐὰν σωφρονήσῃσ›· καὶ τῷ σοφίαν ἐξουδενοῦντι, εἰ καὶ ἐπιβαίνει τῇ προαιρέσει ταύτῃ· ‹μακάριος εἶ, ἐὰν σοφίαν καὶ παιδείαν</w:t>
      </w:r>
    </w:p>
    <w:p>
      <w:r>
        <w:rPr>
          <w:rFonts w:ascii="Courier New" w:hAnsi="Courier New"/>
          <w:color w:val="555555"/>
          <w:sz w:val="20"/>
        </w:rPr>
        <w:t>[32 . 13 . 147]</w:t>
      </w:r>
    </w:p>
    <w:p>
      <w:r>
        <w:rPr>
          <w:rFonts w:ascii="Gentium Plus" w:hAnsi="Gentium Plus"/>
          <w:sz w:val="24"/>
        </w:rPr>
        <w:t>ἀναλάβῃσ›. μήποτε οὖν τὸ «Οὐ περὶ πάντων ὑμῶν λέγω» ἀνοίσομεν εἰς τὸ εἰρημένον τὸ «Οὐκ ἔστιν δοῦλος μείζων τοῦ κυρίου αὐτοῦ».</w:t>
      </w:r>
    </w:p>
    <w:p>
      <w:r>
        <w:rPr>
          <w:rFonts w:ascii="Courier New" w:hAnsi="Courier New"/>
          <w:color w:val="555555"/>
          <w:sz w:val="20"/>
        </w:rPr>
        <w:t>[32 . 13 . 148]</w:t>
      </w:r>
    </w:p>
    <w:p>
      <w:r>
        <w:rPr>
          <w:rFonts w:ascii="Gentium Plus" w:hAnsi="Gentium Plus"/>
          <w:sz w:val="24"/>
        </w:rPr>
        <w:t>ἐπεὶ γὰρ «Πᾶς ὁ ποιῶν τὴν ἁμαρτίαν, δοῦλός ἐστιν τῆς ἁμαρτίας», ἐποίει δὲ τὴν ἁμαρτίαν ὁ Ἰούδας, καὶ μάλιστα τοῦ διαβόλου βεβλη‐ κότος εἰς τὴν καρδίαν αὐτοῦ ἵνα παραδῷ τὸν σωτῆρα, δοῦλος ἦν</w:t>
      </w:r>
    </w:p>
    <w:p>
      <w:r>
        <w:rPr>
          <w:rFonts w:ascii="Courier New" w:hAnsi="Courier New"/>
          <w:color w:val="555555"/>
          <w:sz w:val="20"/>
        </w:rPr>
        <w:t>[32 . 13 . 149]</w:t>
      </w:r>
    </w:p>
    <w:p>
      <w:r>
        <w:rPr>
          <w:rFonts w:ascii="Gentium Plus" w:hAnsi="Gentium Plus"/>
          <w:sz w:val="24"/>
        </w:rPr>
        <w:t>Ἰούδας τῆς ἁμαρτίας. δοῦλος δὲ ὢν τῆς ἁμαρτίας, οὐκ ἦν τοῦ λό‐</w:t>
      </w:r>
    </w:p>
    <w:p>
      <w:r>
        <w:rPr>
          <w:rFonts w:ascii="Courier New" w:hAnsi="Courier New"/>
          <w:color w:val="555555"/>
          <w:sz w:val="20"/>
        </w:rPr>
        <w:t>[32 . 13 . 150]</w:t>
      </w:r>
    </w:p>
    <w:p>
      <w:r>
        <w:rPr>
          <w:rFonts w:ascii="Gentium Plus" w:hAnsi="Gentium Plus"/>
          <w:sz w:val="24"/>
        </w:rPr>
        <w:t>γου τοῦ θεοῦ δοῦλος. οὕτω δὲ οὐδὲ ἀπόστολος τοῦ Ἰησοῦ ἔτι ἦν· ἤδη γὰρ τοῦ διαβόλου ἐγεγόνει, βεβληκότος εἰς τὴν καρδίαν αὐτοῦ</w:t>
      </w:r>
    </w:p>
    <w:p>
      <w:r>
        <w:rPr>
          <w:rFonts w:ascii="Courier New" w:hAnsi="Courier New"/>
          <w:color w:val="555555"/>
          <w:sz w:val="20"/>
        </w:rPr>
        <w:t>[32 . 13 . 151]</w:t>
      </w:r>
    </w:p>
    <w:p>
      <w:r>
        <w:rPr>
          <w:rFonts w:ascii="Gentium Plus" w:hAnsi="Gentium Plus"/>
          <w:sz w:val="24"/>
        </w:rPr>
        <w:t>ἵνα παραδῷ τὸν σωτῆρα. διὸ ἀρνούμενος αὐτὸν εἶναι δοῦλον ἑαυτοῦ ὁ σωτὴρ καὶ ἀπόστολον εἶπεν μετὰ τὸ «Οὐκ ἔστιν δοῦλος μείζων «τοῦ κυρίου αὐτοῦ, οὐδὲ ἀπόστολος μείζων τοῦ πέμψαντος αὐτόν» τὸ «Οὐ περὶ πάντων ὑμῶν λέγω».</w:t>
      </w:r>
    </w:p>
    <w:p>
      <w:r>
        <w:rPr>
          <w:rFonts w:ascii="Courier New" w:hAnsi="Courier New"/>
          <w:color w:val="555555"/>
          <w:sz w:val="20"/>
        </w:rPr>
        <w:t>[32 . 14 . 152]</w:t>
      </w:r>
    </w:p>
    <w:p>
      <w:r>
        <w:rPr>
          <w:rFonts w:ascii="Gentium Plus" w:hAnsi="Gentium Plus"/>
          <w:sz w:val="24"/>
        </w:rPr>
        <w:t>Μετὰ τοῦτο ἴδωμεν τὸ «Ἐγὼ οἶδα τίνας ἐξελεξάμην», ὅπερ ἁπλούστερον μὲν τοιοῦτόν ἐστιν· τίς ἐστιν ἕκαστος ὧν ἐξελεξά‐ μην οἶδα· οἶδα οὖν καὶ τίς ἐστιν ὁ Ἰούδας καὶ οὐ λανθάνει με, τοῦ διαβόλου ἤδη βεβληκότος εἰς τὴν καρδίαν αὐτοῦ τὰ κατ’ ἐμοῦ. καὶ</w:t>
      </w:r>
    </w:p>
    <w:p>
      <w:r>
        <w:rPr>
          <w:rFonts w:ascii="Courier New" w:hAnsi="Courier New"/>
          <w:color w:val="555555"/>
          <w:sz w:val="20"/>
        </w:rPr>
        <w:t>[5]</w:t>
      </w:r>
    </w:p>
    <w:p>
      <w:r>
        <w:rPr>
          <w:rFonts w:ascii="Gentium Plus" w:hAnsi="Gentium Plus"/>
          <w:sz w:val="24"/>
        </w:rPr>
        <w:t>τοιοῦτον δὲ ἔχει νοῦν διά τινα τῆς γραφῆς περὶ τοῦ «οἶδα» συνή‐ θειαν καὶ τῶν ὁμοίων τῇ λέξει ταύτῃ· ὁποῖόν ἐστιν καὶ τὸ «ἔγνων».</w:t>
      </w:r>
    </w:p>
    <w:p>
      <w:r>
        <w:rPr>
          <w:rFonts w:ascii="Courier New" w:hAnsi="Courier New"/>
          <w:color w:val="555555"/>
          <w:sz w:val="20"/>
        </w:rPr>
        <w:t>[32 . 14 . 153]</w:t>
      </w:r>
    </w:p>
    <w:p>
      <w:r>
        <w:rPr>
          <w:rFonts w:ascii="Gentium Plus" w:hAnsi="Gentium Plus"/>
          <w:sz w:val="24"/>
        </w:rPr>
        <w:t>φησί που ὁ σωτὴρ ἐρεῖν τοῖς λέξουσιν· «Τῷ ὀνόματί σου ἐφάγομεν, «καὶ ἐπίομεν, καὶ δαιμόνια ἐξεβάλομεν» τὸ «Οὐδέποτε ἔγνων ὑμᾶς» καὶ τὸ «Οὐκ οἶδα ὑμᾶς πόθεν ἐστέ»· ὅπερ ἐὰν ἁπλούστερον νοῆται,</w:t>
      </w:r>
    </w:p>
    <w:p>
      <w:r>
        <w:rPr>
          <w:rFonts w:ascii="Courier New" w:hAnsi="Courier New"/>
          <w:color w:val="555555"/>
          <w:sz w:val="20"/>
        </w:rPr>
        <w:t>[32 . 14 . 154]</w:t>
      </w:r>
    </w:p>
    <w:p>
      <w:r>
        <w:rPr>
          <w:rFonts w:ascii="Gentium Plus" w:hAnsi="Gentium Plus"/>
          <w:sz w:val="24"/>
        </w:rPr>
        <w:t>παρὰ τὸ ἀξίωμα δόξομεν τοῦ σωτῆρος ὑπολαμβάνειν. ἀλλὰ μήποτε ἐπεὶ «Ἔγνω κύριος τοὺς ὄντας αὐτοῦ», τοὺς μὴ ὄντας αὐτοῦ οὐκ ἔγνω, καὶ ὥς φησι περί τινων τὸ «Οὐδέποτε ἔγνων ὑμᾶς», οὕτω εἴποι ἂν καὶ περὶ τοῦ Ἰούδα, εἰ μὲν † οὖν· «Οὐδέποτε ἔγνων σε»· εἰ</w:t>
      </w:r>
    </w:p>
    <w:p>
      <w:r>
        <w:rPr>
          <w:rFonts w:ascii="Courier New" w:hAnsi="Courier New"/>
          <w:color w:val="555555"/>
          <w:sz w:val="20"/>
        </w:rPr>
        <w:t>[5]</w:t>
      </w:r>
    </w:p>
    <w:p>
      <w:r>
        <w:rPr>
          <w:rFonts w:ascii="Gentium Plus" w:hAnsi="Gentium Plus"/>
          <w:sz w:val="24"/>
        </w:rPr>
        <w:t>δὲ γενόμενος μεταπέπτωκεν, λεχθείη ἂν πρὸς αὐτόν· «Οὐκ οἶδά σε</w:t>
      </w:r>
    </w:p>
    <w:p>
      <w:r>
        <w:rPr>
          <w:rFonts w:ascii="Courier New" w:hAnsi="Courier New"/>
          <w:color w:val="555555"/>
          <w:sz w:val="20"/>
        </w:rPr>
        <w:t>[32 . 14 . 155]</w:t>
      </w:r>
    </w:p>
    <w:p>
      <w:r>
        <w:rPr>
          <w:rFonts w:ascii="Gentium Plus" w:hAnsi="Gentium Plus"/>
          <w:sz w:val="24"/>
        </w:rPr>
        <w:t>«πόθεν εἶ». καὶ νῦν οὖν τοῦ διαβόλου ἤδη βεβληκότος εἰς τὴν καρ‐ δίαν αὐτοῦ τὰ κατὰ τοῦ Ἰησοῦ, οὐκ οἶδεν αὐτὸν ὁ Ἰησοῦς. διὸ οὐκ εἶπεν· ‹νῦν ἐγὼ οἶδα πάντας τοὺς παρόντασ›, ἀλλ’ «Ἐγὼ οἶδα τίνας</w:t>
      </w:r>
    </w:p>
    <w:p>
      <w:r>
        <w:rPr>
          <w:rFonts w:ascii="Courier New" w:hAnsi="Courier New"/>
          <w:color w:val="555555"/>
          <w:sz w:val="20"/>
        </w:rPr>
        <w:t>[32 . 14 . 156]</w:t>
      </w:r>
    </w:p>
    <w:p>
      <w:r>
        <w:rPr>
          <w:rFonts w:ascii="Gentium Plus" w:hAnsi="Gentium Plus"/>
          <w:sz w:val="24"/>
        </w:rPr>
        <w:t>«ἐξελεξάμην», ὡς εἰ ἔλεγεν ‹τοὺς ἐκλεκτούς μου›. οὐ περὶ πάντων</w:t>
      </w:r>
    </w:p>
    <w:p>
      <w:r>
        <w:rPr>
          <w:rFonts w:ascii="Courier New" w:hAnsi="Courier New"/>
          <w:color w:val="555555"/>
          <w:sz w:val="20"/>
        </w:rPr>
        <w:t>[32 . 14 . 157]</w:t>
      </w:r>
    </w:p>
    <w:p>
      <w:r>
        <w:rPr>
          <w:rFonts w:ascii="Gentium Plus" w:hAnsi="Gentium Plus"/>
          <w:sz w:val="24"/>
        </w:rPr>
        <w:t>«πτέρναν αὐτοῦ». παραπέφρασται δὲ τὸ ῥητὸν ἀπὸ τοῦ τεσσα‐ ρακοστοῦ Ψαλμοῦ οὕτως ἔχον· «Καὶ γὰρ ὁ ἄνθρωπος τῆς εἰρήνης «μου, ἐφ’ ὃν ἤλπισα, ὁ ἐσθίων ἄρτους μου ἐμεγάλυνεν ἐπ’ ἐμὲ πτερνι‐</w:t>
      </w:r>
    </w:p>
    <w:p>
      <w:r>
        <w:rPr>
          <w:rFonts w:ascii="Courier New" w:hAnsi="Courier New"/>
          <w:color w:val="555555"/>
          <w:sz w:val="20"/>
        </w:rPr>
        <w:t>[32 . 14 . 158]</w:t>
      </w:r>
    </w:p>
    <w:p>
      <w:r>
        <w:rPr>
          <w:rFonts w:ascii="Gentium Plus" w:hAnsi="Gentium Plus"/>
          <w:sz w:val="24"/>
        </w:rPr>
        <w:t>«σμόν». οὐκοῦν ὁ σωτὴρ τὸ ῥητὸν τοῦτο περὶ τοῦ Ἰούδα καὶ ἑαυτοῦ φησιν εἰρῆσθαι. ἐν ᾧ ζητήσεις, πῶς ἄνθρωπος εἰρήνης Ἰούδας ἦν</w:t>
      </w:r>
    </w:p>
    <w:p>
      <w:r>
        <w:rPr>
          <w:rFonts w:ascii="Courier New" w:hAnsi="Courier New"/>
          <w:color w:val="555555"/>
          <w:sz w:val="20"/>
        </w:rPr>
        <w:t>[32 . 14 . 159]</w:t>
      </w:r>
    </w:p>
    <w:p>
      <w:r>
        <w:rPr>
          <w:rFonts w:ascii="Gentium Plus" w:hAnsi="Gentium Plus"/>
          <w:sz w:val="24"/>
        </w:rPr>
        <w:t>καὶ ἐπ’ αὐτὸν ὁ σωτὴρ ἤλπισεν. δηλοῦσθαι οὖν διὰ τούτων νομίζω ὅτι γνησίως ποτὲ ἐπεπιστεύκει· οὐ γὰρ ἂν μηδέποτε υἱὸν εἰρήνης γενόμενον αὐτὸν ἀποστέλλων μετὰ τῶν λοιπῶν ἀποστόλων ἔλεγεν καὶ αὐτῷ· τοῖς γὰρ δώδεκα ἀναγέγραπται εἰρηκέναι τὸ «Εἴπατε,</w:t>
      </w:r>
    </w:p>
    <w:p>
      <w:r>
        <w:rPr>
          <w:rFonts w:ascii="Courier New" w:hAnsi="Courier New"/>
          <w:color w:val="555555"/>
          <w:sz w:val="20"/>
        </w:rPr>
        <w:t>[5]</w:t>
      </w:r>
    </w:p>
    <w:p>
      <w:r>
        <w:rPr>
          <w:rFonts w:ascii="Gentium Plus" w:hAnsi="Gentium Plus"/>
          <w:sz w:val="24"/>
        </w:rPr>
        <w:t>«εἰρήνη τῷ οἴκῳ τούτῳ. καὶ ἐὰν ἐκεῖ ᾖ υἱὸς εἰρήνης, ἡ εἰρήνη «ὑμῶν ἐπ’ αὐτὸν ἀναπαύσεται· εἰ δὲ μή γε, ἡ εἰρήνη ὑμῶν ἐφ’</w:t>
      </w:r>
    </w:p>
    <w:p>
      <w:r>
        <w:rPr>
          <w:rFonts w:ascii="Courier New" w:hAnsi="Courier New"/>
          <w:color w:val="555555"/>
          <w:sz w:val="20"/>
        </w:rPr>
        <w:t>[32 . 14 . 160]</w:t>
      </w:r>
    </w:p>
    <w:p>
      <w:r>
        <w:rPr>
          <w:rFonts w:ascii="Gentium Plus" w:hAnsi="Gentium Plus"/>
          <w:sz w:val="24"/>
        </w:rPr>
        <w:t>ὑμᾶς ἀνακάμψει». καὶ γὰρ ὅρα μεθ’ ὅσα ὁ διάβολος ἔβαλεν αὐτοῦ εἰς τὴν καρδίαν τὰ κατὰ τοῦ σωτῆρος, εἰ καὶ πρὸ ὀλίγου κλέπτης</w:t>
      </w:r>
    </w:p>
    <w:p>
      <w:r>
        <w:rPr>
          <w:rFonts w:ascii="Courier New" w:hAnsi="Courier New"/>
          <w:color w:val="555555"/>
          <w:sz w:val="20"/>
        </w:rPr>
        <w:t>[32 . 14 . 161]</w:t>
      </w:r>
    </w:p>
    <w:p>
      <w:r>
        <w:rPr>
          <w:rFonts w:ascii="Gentium Plus" w:hAnsi="Gentium Plus"/>
          <w:sz w:val="24"/>
        </w:rPr>
        <w:t>εἶναι μεμαρτύρηται. οὐκ ἂν δ’ οἶμαι ἀρχῆθεν κλέπτης ὢν ἐπι‐ στεύθη τὸ γλωσσόκομον· ἄξιος οὖν τοῦ πιστευθῆναι ὤν, εἰ καὶ</w:t>
      </w:r>
    </w:p>
    <w:p>
      <w:r>
        <w:rPr>
          <w:rFonts w:ascii="Courier New" w:hAnsi="Courier New"/>
          <w:color w:val="555555"/>
          <w:sz w:val="20"/>
        </w:rPr>
        <w:t>[32 . 14 . 162]</w:t>
      </w:r>
    </w:p>
    <w:p>
      <w:r>
        <w:rPr>
          <w:rFonts w:ascii="Gentium Plus" w:hAnsi="Gentium Plus"/>
          <w:sz w:val="24"/>
        </w:rPr>
        <w:t>προεγνώσθη μεταπεσούμενος, ἐπιστεύθη. καὶ τηλικοῦτος ἦν ἄν‐ θρωπος εἰρήνης Χριστοῦ, ὡς ἐλπίδας ἀγαθάς ποτε τὸν Ἰησοῦν ἐπ’ αὐτῷ, ὡς καλῷ ἀποστόλῳ, ἐσχηκέναι· ἄκουε γὰρ τοῦ «Ἐφ’ ὃν</w:t>
      </w:r>
    </w:p>
    <w:p>
      <w:r>
        <w:rPr>
          <w:rFonts w:ascii="Courier New" w:hAnsi="Courier New"/>
          <w:color w:val="555555"/>
          <w:sz w:val="20"/>
        </w:rPr>
        <w:t>[32 . 14 . 163]</w:t>
      </w:r>
    </w:p>
    <w:p>
      <w:r>
        <w:rPr>
          <w:rFonts w:ascii="Gentium Plus" w:hAnsi="Gentium Plus"/>
          <w:sz w:val="24"/>
        </w:rPr>
        <w:t>«ἤλπισα». ἐγὼ δ’ οἶμαι ὅτι καὶ λόγων ἀπορρήτων τροφιμωτάτων κεκοινώνηκεν τοῖς ἀποστόλοις, ἀπὸ Ἰησοῦ λαβών, περὶ ὧν εἶπεν·</w:t>
      </w:r>
    </w:p>
    <w:p>
      <w:r>
        <w:rPr>
          <w:rFonts w:ascii="Courier New" w:hAnsi="Courier New"/>
          <w:color w:val="555555"/>
          <w:sz w:val="20"/>
        </w:rPr>
        <w:t>[32 . 14 . 164]</w:t>
      </w:r>
    </w:p>
    <w:p>
      <w:r>
        <w:rPr>
          <w:rFonts w:ascii="Gentium Plus" w:hAnsi="Gentium Plus"/>
          <w:sz w:val="24"/>
        </w:rPr>
        <w:t>«Ὁ ἐσθίων ἄρτους μου». τὸ δὲ «Ἐμεγάλυνεν ἐπ’ ἐμὲ πτέρναν αὐτοῦ» μεταπέφρασται εἰς τὸ «Ἐπῆρεν ἐπ’ ἐμὲ * πτέρναν αὐτοῦ», ὡς ταὐτὸν</w:t>
      </w:r>
    </w:p>
    <w:p>
      <w:r>
        <w:rPr>
          <w:rFonts w:ascii="Courier New" w:hAnsi="Courier New"/>
          <w:color w:val="555555"/>
          <w:sz w:val="20"/>
        </w:rPr>
        <w:t>[32 . 14 . 165]</w:t>
      </w:r>
    </w:p>
    <w:p>
      <w:r>
        <w:rPr>
          <w:rFonts w:ascii="Gentium Plus" w:hAnsi="Gentium Plus"/>
          <w:sz w:val="24"/>
        </w:rPr>
        <w:t>εἶναι τὸ «Ἐμεγάλυνεν» τῷ «Ἐπῆρεν». καὶ εἰ χρὴ τὴν «Ἐπῆρεν ἐπ’ «ἐμὲ τὴν πτέρναν αὐτοῦ» καὶ «Ἐμεγάλυνεν ἐπ’ ἐμὲ πτερνισμὸν «αὐτοῦ» σαφηνίσαι λέξιν, φήσομεν ὅτι τοῦτο ποιεῖ ὁ λὰξ ἐντείνων τινί· τοιοῦτος δὲ καὶ Ἰούδας ἦν, τὸν υἱὸν τοῦ θεοῦ καταπατῶν.</w:t>
      </w:r>
    </w:p>
    <w:p>
      <w:r>
        <w:rPr>
          <w:rFonts w:ascii="Courier New" w:hAnsi="Courier New"/>
          <w:color w:val="555555"/>
          <w:sz w:val="20"/>
        </w:rPr>
        <w:t>[32 . 14 . 166]</w:t>
      </w:r>
    </w:p>
    <w:p>
      <w:r>
        <w:rPr>
          <w:rFonts w:ascii="Gentium Plus" w:hAnsi="Gentium Plus"/>
          <w:sz w:val="24"/>
        </w:rPr>
        <w:t>καὶ τρώγων ἦν μετὰ τοῦ Ἰησοῦ τὸν ἄρτον αὐτοῦ, ὅτε βάψας ὁ Ἰησοῦς τὸ ψωμίον λαμβάνει, καὶ δίδωσιν Ἰούδᾳ Σίμωνος Ἰσκαριώτῃ.</w:t>
      </w:r>
    </w:p>
    <w:p>
      <w:r>
        <w:rPr>
          <w:rFonts w:ascii="Courier New" w:hAnsi="Courier New"/>
          <w:color w:val="555555"/>
          <w:sz w:val="20"/>
        </w:rPr>
        <w:t>[32 . 14 . 167]</w:t>
      </w:r>
    </w:p>
    <w:p>
      <w:r>
        <w:rPr>
          <w:rFonts w:ascii="Gentium Plus" w:hAnsi="Gentium Plus"/>
          <w:sz w:val="24"/>
        </w:rPr>
        <w:t>ἐπῆρεν 〈δὲ〉 Ἰούδας ἐπὶ τὸν διδάσκαλον τὴν πτέρναν αὐτοῦ, ὅτε</w:t>
      </w:r>
    </w:p>
    <w:p>
      <w:r>
        <w:rPr>
          <w:rFonts w:ascii="Courier New" w:hAnsi="Courier New"/>
          <w:color w:val="555555"/>
          <w:sz w:val="20"/>
        </w:rPr>
        <w:t>[32 . 14 . 168]</w:t>
      </w:r>
    </w:p>
    <w:p>
      <w:r>
        <w:rPr>
          <w:rFonts w:ascii="Gentium Plus" w:hAnsi="Gentium Plus"/>
          <w:sz w:val="24"/>
        </w:rPr>
        <w:t>μετὰ τὸ ψωμίον εἰσῆλθεν ὁ Σατανᾶς εἰς τὸν Ἰούδαν. εἰ δὲ δύναται καὶ τὸ «Ἡ ἀνομία τῆς πτέρνης μου κυκλώσει με» συνεξεταζόμενον τῷ «Ἐπῆρεν ἐπ’ ἐμὲ τὴν πτέρναν αὐτοῦ» ἀναφέρεσθαι ἐπὶ τὸν Ἰούδαν, γενόμενον ἐν τῇ μερίδι τοῦ Ἰησοῦ καὶ κτῆμα χρηματίσαντα</w:t>
      </w:r>
    </w:p>
    <w:p>
      <w:r>
        <w:rPr>
          <w:rFonts w:ascii="Courier New" w:hAnsi="Courier New"/>
          <w:color w:val="555555"/>
          <w:sz w:val="20"/>
        </w:rPr>
        <w:t>[5]</w:t>
      </w:r>
    </w:p>
    <w:p>
      <w:r>
        <w:rPr>
          <w:rFonts w:ascii="Gentium Plus" w:hAnsi="Gentium Plus"/>
          <w:sz w:val="24"/>
        </w:rPr>
        <w:t>αὐτοῦ καὶ ἀπόστολον, πτέρναν δὲ διὰ τὸ τελευταῖον αὐτὸν γεγο‐ νέναι τροπικῶς λεγόμενον, καὶ αὐτὸς συνεπισκέψει.</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[32 . 15 n]</w:t>
      </w:r>
    </w:p>
    <w:p>
      <w:r>
        <w:rPr>
          <w:rFonts w:ascii="Gentium Plus" w:hAnsi="Gentium Plus"/>
          <w:sz w:val="24"/>
        </w:rPr>
        <w:t>Ἀπ’ ἄρτι λέγω ὑμῖν πρὸ τοῦ γενέσθαι, ἵνα πιστεύητε ὅταν γένηται ὅτι ἐγώ εἰμι.</w:t>
      </w:r>
    </w:p>
    <w:p>
      <w:r>
        <w:rPr>
          <w:rFonts w:ascii="Courier New" w:hAnsi="Courier New"/>
          <w:color w:val="555555"/>
          <w:sz w:val="20"/>
        </w:rPr>
        <w:t>[32 . 15 . 169]</w:t>
      </w:r>
    </w:p>
    <w:p>
      <w:r>
        <w:rPr>
          <w:rFonts w:ascii="Gentium Plus" w:hAnsi="Gentium Plus"/>
          <w:sz w:val="24"/>
        </w:rPr>
        <w:t>Τὴν ἀναφορὰν ἡ λέξις αὕτη ἔχει ἐπὶ τὸ προειρημένον τὸ «Οὐ περὶ πάντων ὑμῶν λέγω· ἐγὼ οἶδα τίνας ἐξελεξάμην· ἀλλ’ «ἵνα ἡ γραφὴ πληρωθῇ· Ὁ τρώγων μετ’ ἐμοῦ τὸν ἄρτον, ἐπῆρεν «ἐπ’ ἐμὲ τὴν πτέρναν αὐτοῦ»· τοῦτο γὰρ τὸ ἐσόμενον, ἵνα ἡ γραφὴ</w:t>
      </w:r>
    </w:p>
    <w:p>
      <w:r>
        <w:rPr>
          <w:rFonts w:ascii="Courier New" w:hAnsi="Courier New"/>
          <w:color w:val="555555"/>
          <w:sz w:val="20"/>
        </w:rPr>
        <w:t>[5]</w:t>
      </w:r>
    </w:p>
    <w:p>
      <w:r>
        <w:rPr>
          <w:rFonts w:ascii="Gentium Plus" w:hAnsi="Gentium Plus"/>
          <w:sz w:val="24"/>
        </w:rPr>
        <w:t>πληρωθῇ περὶ τοῦ ἐπαίροντος ἐπ’ ἐμὲ τὴν πτέρναν αὐτοῦ, ὅς ἐστι τρώγων μετ’ ἐμοῦ τὸν ἄρτον, ἀπ’ ἄρτι λέγω ὑμῖν, καὶ λέγω πρὸ τοῦ γενέσθαι, ἵνα, ἐπὰν γένηται τὸ πληρωθησόμενον τῶν προφη‐ τευθέντων ἐν τῇ γραφῇ, πιστεύσητε ὅτι ἐγώ εἰμι περὶ οὗ ταῦτα πεπροφήτευται, ἀπὸ τοῦ τρώγοντος μετ’ αὐτοῦ τὸν ἄρτον ἐπά‐</w:t>
      </w:r>
    </w:p>
    <w:p>
      <w:r>
        <w:rPr>
          <w:rFonts w:ascii="Courier New" w:hAnsi="Courier New"/>
          <w:color w:val="555555"/>
          <w:sz w:val="20"/>
        </w:rPr>
        <w:t>[10]</w:t>
      </w:r>
    </w:p>
    <w:p>
      <w:r>
        <w:rPr>
          <w:rFonts w:ascii="Gentium Plus" w:hAnsi="Gentium Plus"/>
          <w:sz w:val="24"/>
        </w:rPr>
        <w:t>ραντος τὴν ἑαυτοῦ πτέρναν κατ’ αὐτοῦ.</w:t>
      </w:r>
    </w:p>
    <w:p>
      <w:r>
        <w:rPr>
          <w:rFonts w:ascii="Courier New" w:hAnsi="Courier New"/>
          <w:color w:val="555555"/>
          <w:sz w:val="20"/>
        </w:rPr>
        <w:t>[32 . 15 . 170]</w:t>
      </w:r>
    </w:p>
    <w:p>
      <w:r>
        <w:rPr>
          <w:rFonts w:ascii="Gentium Plus" w:hAnsi="Gentium Plus"/>
          <w:sz w:val="24"/>
        </w:rPr>
        <w:t>Ζητήσαι δ’ ἄν τις πῶς εἴρηται τοῖς μαθηταῖς, ὧν ἔνιψεν τοὺς πόδας ὁ Ἰησοῦς, ὡς μηδέπω πιστεύσασιν ὅτι καὶ αὐτὸς εἴη ὁ χριστός, τὸ «Ἀπ’ ἄρτι λέγω ὑμῖν πρὸ τοῦ γενέσθαι» καὶ διὰ τοῦτο λέγω «ἵν’ ὅταν γένηται πιστεύσητε ὅτι ἐγώ εἰμι» ὁ προφητευθεὶς χριστός.</w:t>
      </w:r>
    </w:p>
    <w:p>
      <w:r>
        <w:rPr>
          <w:rFonts w:ascii="Courier New" w:hAnsi="Courier New"/>
          <w:color w:val="555555"/>
          <w:sz w:val="20"/>
        </w:rPr>
        <w:t>[32 . 15 . 171]</w:t>
      </w:r>
    </w:p>
    <w:p>
      <w:r>
        <w:rPr>
          <w:rFonts w:ascii="Gentium Plus" w:hAnsi="Gentium Plus"/>
          <w:sz w:val="24"/>
        </w:rPr>
        <w:t>καὶ ὅρα εἰ δυνάμεθα, μὴ κατηγοροῦντες τῶν τηλικούτων Ἰησοῦ μα‐ θητῶν ὡς οὐδέπω πεπιστευκότων, καὶ τὸ βούλημα σώζειν τοῦ εἰ‐</w:t>
      </w:r>
    </w:p>
    <w:p>
      <w:r>
        <w:rPr>
          <w:rFonts w:ascii="Courier New" w:hAnsi="Courier New"/>
          <w:color w:val="555555"/>
          <w:sz w:val="20"/>
        </w:rPr>
        <w:t>[32 . 15 . 172]</w:t>
      </w:r>
    </w:p>
    <w:p>
      <w:r>
        <w:rPr>
          <w:rFonts w:ascii="Gentium Plus" w:hAnsi="Gentium Plus"/>
          <w:sz w:val="24"/>
        </w:rPr>
        <w:t>πόντος· «Ἵνα πιστεύητε ὅταν γένηται ὅτι ἐγώ εἰμι». ὁ παραλαμ‐ βάνων σοφίας θεωρήματα ἔσθ’ ὅτε ἐπὶ προτέροις, δι’ ἃ ἤδη σοφός ἐστιν, ἀναλαμβάνει δεύτερα, ἐφ’ οἷς οὐ πρότερον ἦν σοφός, καὶ σοφώτερος ἔσται· καθὼς λέγεται καὶ τὸ «Τῶνδε γὰρ ἀκούσας</w:t>
      </w:r>
    </w:p>
    <w:p>
      <w:r>
        <w:rPr>
          <w:rFonts w:ascii="Courier New" w:hAnsi="Courier New"/>
          <w:color w:val="555555"/>
          <w:sz w:val="20"/>
        </w:rPr>
        <w:t>[32 . 15 . 173]</w:t>
      </w:r>
    </w:p>
    <w:p>
      <w:r>
        <w:rPr>
          <w:rFonts w:ascii="Gentium Plus" w:hAnsi="Gentium Plus"/>
          <w:sz w:val="24"/>
        </w:rPr>
        <w:t>«σοφός, σοφώτερος ἔσται». ὥσπερ οὖν, εἰ ἐλέγετο τῷ σοφῷ τάδε τινὰ καὶ ἐπεφέρετο· ταῦτά σε ποιεῖ σοφόν· οὐ πάντως ἂν ἐκ τοῦ μὴ σοφοῦ σοφὸν ἐνοήσαμεν ἀλλὰ καὶ ἐκ σοφοῦ σοφώτερον, ὡς ἐπι‐</w:t>
      </w:r>
    </w:p>
    <w:p>
      <w:r>
        <w:rPr>
          <w:rFonts w:ascii="Courier New" w:hAnsi="Courier New"/>
          <w:color w:val="555555"/>
          <w:sz w:val="20"/>
        </w:rPr>
        <w:t>[32 . 15 . 174]</w:t>
      </w:r>
    </w:p>
    <w:p>
      <w:r>
        <w:rPr>
          <w:rFonts w:ascii="Gentium Plus" w:hAnsi="Gentium Plus"/>
          <w:sz w:val="24"/>
        </w:rPr>
        <w:t>μοι νόει καὶ τὸν πιστεύοντα δύνασθαι πιστότερον γενέσθαι. καὶ γὰρ οἱ ἀπόστολοι, προσελθόντες ποτὲ τῷ κυρίῳ, οὐχ ἑαυτῶν κατη‐ γοροῦντες ὡς ἀπίστων ἔλεγον αὐτῷ τὸ «Κύριε, πρόσθες ἡμῖν «πίστιν»· καὶ γὰρ ἐν τῷ «πρόσθες» σαφῶς παρίσταται ὅτι πίστιν</w:t>
      </w:r>
    </w:p>
    <w:p>
      <w:r>
        <w:rPr>
          <w:rFonts w:ascii="Courier New" w:hAnsi="Courier New"/>
          <w:color w:val="555555"/>
          <w:sz w:val="20"/>
        </w:rPr>
        <w:t>[32 . 15 . 175]</w:t>
      </w:r>
    </w:p>
    <w:p>
      <w:r>
        <w:rPr>
          <w:rFonts w:ascii="Gentium Plus" w:hAnsi="Gentium Plus"/>
          <w:sz w:val="24"/>
        </w:rPr>
        <w:t>εἶχον χωροῦσαν προσθήκην. εἴπερ οὖν συνήκαμεν ταῦτα, νόει μοι τὰς προσθήκας τῶν πιστοποιούντων μετά τινα πρότερον πιστοποιή‐ σαντα προστιθέναι τῇ πίστει· ὥστε καὶ τοὺς μαθητὰς πρὸς οἷς εἶχον πιστοποιητικοῖς καὶ τοῦτο προσειληφέναι τὸ βλέπειν πληρου‐</w:t>
      </w:r>
    </w:p>
    <w:p>
      <w:r>
        <w:rPr>
          <w:rFonts w:ascii="Courier New" w:hAnsi="Courier New"/>
          <w:color w:val="555555"/>
          <w:sz w:val="20"/>
        </w:rPr>
        <w:t>[5]</w:t>
      </w:r>
    </w:p>
    <w:p>
      <w:r>
        <w:rPr>
          <w:rFonts w:ascii="Gentium Plus" w:hAnsi="Gentium Plus"/>
          <w:sz w:val="24"/>
        </w:rPr>
        <w:t>μένην τὴν λέγουσαν γραφήν· «Ὁ τρώγων μου τὸν ἄρτον, ἐπῆρεν «ἐπ’ ἐμὲ τὴν πτέρναν αὐτοῦ», παριστάντος τοῦ προφητευομένου ὅτι</w:t>
      </w:r>
    </w:p>
    <w:p>
      <w:r>
        <w:rPr>
          <w:rFonts w:ascii="Courier New" w:hAnsi="Courier New"/>
          <w:color w:val="555555"/>
          <w:sz w:val="20"/>
        </w:rPr>
        <w:t>[32 . 15 . 176]</w:t>
      </w:r>
    </w:p>
    <w:p>
      <w:r>
        <w:rPr>
          <w:rFonts w:ascii="Gentium Plus" w:hAnsi="Gentium Plus"/>
          <w:sz w:val="24"/>
        </w:rPr>
        <w:t>αὐτὸς ἦν περὶ οὗ ταῦτα ἐθεσπίζετο. καὶ ἄκουε τοῦ «Ἵνα πιστεύητε» ὡς ἴσον δυναμένου τῷ ‹ἵνα † πιστεύητε ἐνεργῆτε›, παραμένοντες τῷ</w:t>
      </w:r>
    </w:p>
    <w:p>
      <w:r>
        <w:rPr>
          <w:rFonts w:ascii="Courier New" w:hAnsi="Courier New"/>
          <w:color w:val="555555"/>
          <w:sz w:val="20"/>
        </w:rPr>
        <w:t>[32 . 15 . 177]</w:t>
      </w:r>
    </w:p>
    <w:p>
      <w:r>
        <w:rPr>
          <w:rFonts w:ascii="Gentium Plus" w:hAnsi="Gentium Plus"/>
          <w:sz w:val="24"/>
        </w:rPr>
        <w:t>πιστεύειν καὶ μηδεμίαν ἀφορμὴν πρὸς τὸ μετατίθεσθαι ἴσχοντες. καὶ εἴ τοι μὴ μεγέθει μεγάλη ἡ πίστις ἦν ἢ πλήθει πολλή, οὐκ ἂν ἔλε‐</w:t>
      </w:r>
    </w:p>
    <w:p>
      <w:r>
        <w:rPr>
          <w:rFonts w:ascii="Courier New" w:hAnsi="Courier New"/>
          <w:color w:val="555555"/>
          <w:sz w:val="20"/>
        </w:rPr>
        <w:t>[32 . 15 . 178]</w:t>
      </w:r>
    </w:p>
    <w:p>
      <w:r>
        <w:rPr>
          <w:rFonts w:ascii="Gentium Plus" w:hAnsi="Gentium Plus"/>
          <w:sz w:val="24"/>
        </w:rPr>
        <w:t>γεν ὁ Παῦλος τὸ «Κἂν ἔχω πᾶσαν τὴν πίστιν». ὥσπερ γὰρ ὁ τέλειος καὶ πάσας ἔχων τὰς ἀρετάς, τελείαν ἑκάστην ἀναλαβών, τελείαν ἔχει τὴν σοφίαν καὶ τελείαν τὴν σωφροσύνην, οὕτω δὲ καὶ τὴν εὐσέβειαν καὶ τὰς λοιπάς· οὕτως ἄν τις εἴποι τῇ τοῦ πιστεύειν</w:t>
      </w:r>
    </w:p>
    <w:p>
      <w:r>
        <w:rPr>
          <w:rFonts w:ascii="Courier New" w:hAnsi="Courier New"/>
          <w:color w:val="555555"/>
          <w:sz w:val="20"/>
        </w:rPr>
        <w:t>[32 . 15 . 179]</w:t>
      </w:r>
    </w:p>
    <w:p>
      <w:r>
        <w:rPr>
          <w:rFonts w:ascii="Gentium Plus" w:hAnsi="Gentium Plus"/>
          <w:sz w:val="24"/>
        </w:rPr>
        <w:t>ἀρετῇ τέλειος τὸ πᾶσαν ἔχειν τὴν πίστιν. ταῦτα δέ φημι ὡς οὐ κυρίως ἂν λεχθησομένης τῆς ἀτελοῦς σοφίας ἢ σωφροσύνης ἢ εὐσε‐ βείας ἢ τῶν λοιπῶν ἀρετῶν, ἀλλὰ καταχρηστικῶς, καὶ τῶν ἐν</w:t>
      </w:r>
    </w:p>
    <w:p>
      <w:r>
        <w:rPr>
          <w:rFonts w:ascii="Courier New" w:hAnsi="Courier New"/>
          <w:color w:val="555555"/>
          <w:sz w:val="20"/>
        </w:rPr>
        <w:t>[32 . 15 . 180]</w:t>
      </w:r>
    </w:p>
    <w:p>
      <w:r>
        <w:rPr>
          <w:rFonts w:ascii="Gentium Plus" w:hAnsi="Gentium Plus"/>
          <w:sz w:val="24"/>
        </w:rPr>
        <w:t>ἑκάστῃ ἀρετῇ προκοπῶν ὁμωνύμως τῇ τελείᾳ ὀνομαζομένων. οὕτω γὰρ σοφὸς λέγεται ὁ ἁμαρτάνων μέν τινα ὡς ἐλέγχου δεῖσθαι, οὐ μὴν καὶ μισῶν τοὺς ἐλέγχοντας ἀλλὰ καὶ μᾶλλον ἀγαπῶν, καθ’ ὃ</w:t>
      </w:r>
    </w:p>
    <w:p>
      <w:r>
        <w:rPr>
          <w:rFonts w:ascii="Courier New" w:hAnsi="Courier New"/>
          <w:color w:val="555555"/>
          <w:sz w:val="20"/>
        </w:rPr>
        <w:t>[32 . 15 . 181]</w:t>
      </w:r>
    </w:p>
    <w:p>
      <w:r>
        <w:rPr>
          <w:rFonts w:ascii="Gentium Plus" w:hAnsi="Gentium Plus"/>
          <w:sz w:val="24"/>
        </w:rPr>
        <w:t>γέγραπται· «Ἔλεγχε σοφόν, καὶ ἀγαπήσει σε». οὕτω δὲ καὶ σοφὸς λέγεται, ἐπιδεκτικὸς ὢν ἑτέρων θεωρημάτων σοφίας καὶ μηδέπω ἔχων τὰ δεύτερα, καθ’ ὃ λέγεται καὶ τὸ «Δίδου σοφῷ ἀφορμήν,</w:t>
      </w:r>
    </w:p>
    <w:p>
      <w:r>
        <w:rPr>
          <w:rFonts w:ascii="Courier New" w:hAnsi="Courier New"/>
          <w:color w:val="555555"/>
          <w:sz w:val="20"/>
        </w:rPr>
        <w:t>[32 . 15 . 182]</w:t>
      </w:r>
    </w:p>
    <w:p>
      <w:r>
        <w:rPr>
          <w:rFonts w:ascii="Gentium Plus" w:hAnsi="Gentium Plus"/>
          <w:sz w:val="24"/>
        </w:rPr>
        <w:t>«καὶ σοφώτερος ἔσται». ἀλλὰ γὰρ ἐπὶ ταῦτα ἐληλύθαμεν, δει‐ κνύντες ὅτι ἐνδέχεται τὸν ἤδη πιστεύοντα μανθάνειν τινά, ἵνα πάλιν πιστεύῃ, καὶ διὰ τῆς προσθήκης τῶν μαθημάτων προστι‐ θέναι τῇ πίστει.</w:t>
      </w:r>
    </w:p>
    <w:p>
      <w:r>
        <w:rPr>
          <w:rFonts w:ascii="Courier New" w:hAnsi="Courier New"/>
          <w:color w:val="555555"/>
          <w:sz w:val="20"/>
        </w:rPr>
        <w:t>[32 . 16 . 183]</w:t>
      </w:r>
    </w:p>
    <w:p>
      <w:r>
        <w:rPr>
          <w:rFonts w:ascii="Gentium Plus" w:hAnsi="Gentium Plus"/>
          <w:sz w:val="24"/>
        </w:rPr>
        <w:t>Εἰ δὲ βουλόμεθα εἰδέναι τίς ἐστιν ὁ πᾶσαν ἔχων τὴν πίστιν, λάβωμεν ἐπὶ παραδείγματος κεφαλαιωδῶς τὰ ἐν τῷ πιστεύ‐ εσθαι σώζοντα τὸν πιστεύοντα, φέρε εἰπεῖν, ὄντα τὸν ἀριθμὸν</w:t>
      </w:r>
    </w:p>
    <w:p>
      <w:r>
        <w:rPr>
          <w:rFonts w:ascii="Courier New" w:hAnsi="Courier New"/>
          <w:color w:val="555555"/>
          <w:sz w:val="20"/>
        </w:rPr>
        <w:t>[5]</w:t>
      </w:r>
    </w:p>
    <w:p>
      <w:r>
        <w:rPr>
          <w:rFonts w:ascii="Gentium Plus" w:hAnsi="Gentium Plus"/>
          <w:sz w:val="24"/>
        </w:rPr>
        <w:t>παραδεχόμενος καὶ ἑκάστῳ αὐτῶν βεβαίως πιστεύων πᾶσαν ἔχει τὴν πίστιν· ὁ δὲ λείπων ἔν τινι ἀριθμῷ τῶν ἐν τῷ πιστεύεσθαι σω‐ ζόντων, ἢ τῇ πρὸς τὰ πιστευόμενα βεβαιότητι, τοσοῦτον λείπει τοῦ πᾶσαν ἔχειν τὴν πίστιν, ὅσοις ἀριθμοῖς πιστεύων ἐνδεῖ ἢ ὅσον ἀφέστηκεν τῆς περὶ τῶν πιστευομένων βεβαιότητος εἴτε πάντων</w:t>
      </w:r>
    </w:p>
    <w:p>
      <w:r>
        <w:rPr>
          <w:rFonts w:ascii="Courier New" w:hAnsi="Courier New"/>
          <w:color w:val="555555"/>
          <w:sz w:val="20"/>
        </w:rPr>
        <w:t>[10]</w:t>
      </w:r>
    </w:p>
    <w:p>
      <w:r>
        <w:rPr>
          <w:rFonts w:ascii="Gentium Plus" w:hAnsi="Gentium Plus"/>
          <w:sz w:val="24"/>
        </w:rPr>
        <w:t>εἴτε τινῶν· ἵν’ ἐπὶ τοῦ παρόντος δοθῇ τισὶν μὲν δύνασθαι βεβαίως πιστεύειν τινά, τισὶν δὲ πιστεύειν μέν, οὐ βεβαίως δέ· πλὴν ὁμο‐ λογουμένως δοθείη ἂν ἀμήχανον ἀποδείκνυσθαι τὸν ἐν 〈ἑνὶ〉 ἀτελῆ πρὸς μηδὲν ἔχειν βεβαιότητα, ὅτι οὐ τὸ ἴσον ἀπόστημα ἀπὸ τῆς πρὸς τὰ πιστευόμενα βεβαιότητος ἀπέχει ἕκαστος τῶν, ἵν’ οὕτως</w:t>
      </w:r>
    </w:p>
    <w:p>
      <w:r>
        <w:rPr>
          <w:rFonts w:ascii="Courier New" w:hAnsi="Courier New"/>
          <w:color w:val="555555"/>
          <w:sz w:val="20"/>
        </w:rPr>
        <w:t>[15]</w:t>
      </w:r>
    </w:p>
    <w:p>
      <w:r>
        <w:rPr>
          <w:rFonts w:ascii="Gentium Plus" w:hAnsi="Gentium Plus"/>
          <w:sz w:val="24"/>
        </w:rPr>
        <w:t>ὀνομάσω, κατὰ τὴν γραφὴν ὀλιγοπίστων καὶ τὴν πρὸς τὰ πιστευόμενα</w:t>
      </w:r>
    </w:p>
    <w:p>
      <w:r>
        <w:rPr>
          <w:rFonts w:ascii="Courier New" w:hAnsi="Courier New"/>
          <w:color w:val="555555"/>
          <w:sz w:val="20"/>
        </w:rPr>
        <w:t>[32 . 16 . 184]</w:t>
      </w:r>
    </w:p>
    <w:p>
      <w:r>
        <w:rPr>
          <w:rFonts w:ascii="Gentium Plus" w:hAnsi="Gentium Plus"/>
          <w:sz w:val="24"/>
        </w:rPr>
        <w:t>βεβαιότητα οὐδέπω ἀνειληφότων. τούτοις δὲ ἕπεται διὰ τὸ «Κατὰ τὴν «πίστιν σου γενηθήτω σοι» καὶ διὰ τὸ «Ἡ πίστις * σέσωκέν σε» ἑκάστῳ ἀπαντῆσαι κατὰ τὴν ἐν τῇ δικαίᾳ κρίσει τοῦ θεοῦ ἀμοιβὴν ἀνάλογον τοσῇδε καὶ τοιᾷδε πίστει καὶ σωτηρίαν· εἴ γέ ἐστίν τις καὶ ἐν ταύτῃ</w:t>
      </w:r>
    </w:p>
    <w:p>
      <w:r>
        <w:rPr>
          <w:rFonts w:ascii="Courier New" w:hAnsi="Courier New"/>
          <w:color w:val="555555"/>
          <w:sz w:val="20"/>
        </w:rPr>
        <w:t>[5]</w:t>
      </w:r>
    </w:p>
    <w:p>
      <w:r>
        <w:rPr>
          <w:rFonts w:ascii="Gentium Plus" w:hAnsi="Gentium Plus"/>
          <w:sz w:val="24"/>
        </w:rPr>
        <w:t>σωζομένων διαφορά, ὡς τὸ «Ὧι μέτρῳ μετρεῖτε, ἀντιμετρηθήσεται «ὑμῖν» φθάνειν καὶ ἐπὶ τὰ μέτρα τῆς πίστεως καὶ τὰ μέτρα τῆς</w:t>
      </w:r>
    </w:p>
    <w:p>
      <w:r>
        <w:rPr>
          <w:rFonts w:ascii="Courier New" w:hAnsi="Courier New"/>
          <w:color w:val="555555"/>
          <w:sz w:val="20"/>
        </w:rPr>
        <w:t>[32 . 16 . 185]</w:t>
      </w:r>
    </w:p>
    <w:p>
      <w:r>
        <w:rPr>
          <w:rFonts w:ascii="Gentium Plus" w:hAnsi="Gentium Plus"/>
          <w:sz w:val="24"/>
        </w:rPr>
        <w:t>ἀπὸ θεοῦ ἀμοιβῆς καὶ σωτηρίας. ὁ δὲ τὸν τούτων κατανοήσας λόγον θεωρήσει πῶς εὐλόγως ὡς μὴ δυναμένοις κρίνειν τοῖς ἀνθρώποις λέγεται· «Μὴ κρίνετε, ἵνα μὴ κριθῆτε» καὶ τὸ «Μὴ πρὸ καιροῦ τι</w:t>
      </w:r>
    </w:p>
    <w:p>
      <w:r>
        <w:rPr>
          <w:rFonts w:ascii="Courier New" w:hAnsi="Courier New"/>
          <w:color w:val="555555"/>
          <w:sz w:val="20"/>
        </w:rPr>
        <w:t>[32 . 16 . 186]</w:t>
      </w:r>
    </w:p>
    <w:p>
      <w:r>
        <w:rPr>
          <w:rFonts w:ascii="Gentium Plus" w:hAnsi="Gentium Plus"/>
          <w:sz w:val="24"/>
        </w:rPr>
        <w:t>«κρίνετε, ἕως ἂν ἔλθῃ ὁ κύριος». πάλιν τ’ αὖ ἐπεὶ ἔλεγον ὡς ἐπὶ παραδείγματος, ἑκατὸν ὄντων τῶν σωζόντων ἐν τῷ πιστεύεσθαι, τὸν μὲν τοῖς ἑκατὸν βεβαίως πιστεύοντα πᾶσαν ἔχειν τὴν πίστιν, τὸν δὲ λείποντα τῇ πρός τινα τῶν ἑκατὸν πίστει ἢ τῇ πρὸς τὰ</w:t>
      </w:r>
    </w:p>
    <w:p>
      <w:r>
        <w:rPr>
          <w:rFonts w:ascii="Courier New" w:hAnsi="Courier New"/>
          <w:color w:val="555555"/>
          <w:sz w:val="20"/>
        </w:rPr>
        <w:t>[5]</w:t>
      </w:r>
    </w:p>
    <w:p>
      <w:r>
        <w:rPr>
          <w:rFonts w:ascii="Gentium Plus" w:hAnsi="Gentium Plus"/>
          <w:sz w:val="24"/>
        </w:rPr>
        <w:t>πιστευόμενα βεβαιότητι διαφόρως μὴ πᾶσαν ἔχειν τὴν πίστιν, ἐκθήσομεν</w:t>
      </w:r>
    </w:p>
    <w:p>
      <w:r>
        <w:rPr>
          <w:rFonts w:ascii="Courier New" w:hAnsi="Courier New"/>
          <w:color w:val="555555"/>
          <w:sz w:val="20"/>
        </w:rPr>
        <w:t>[32 . 16 . 187]</w:t>
      </w:r>
    </w:p>
    <w:p>
      <w:r>
        <w:rPr>
          <w:rFonts w:ascii="Gentium Plus" w:hAnsi="Gentium Plus"/>
          <w:sz w:val="24"/>
        </w:rPr>
        <w:t>σαφηνείας ἕνεκεν τοιαῦτα. «Πρῶτον πάντων πίστευσον ὅτι εἷς ἔστιν «ὁ θεός, ὁ τὰ πάντα κτίσας καὶ καταρτίσας καὶ ποιήσας ἐκ τοῦ μὴ</w:t>
      </w:r>
    </w:p>
    <w:p>
      <w:r>
        <w:rPr>
          <w:rFonts w:ascii="Courier New" w:hAnsi="Courier New"/>
          <w:color w:val="555555"/>
          <w:sz w:val="20"/>
        </w:rPr>
        <w:t>[32 . 16 . 188]</w:t>
      </w:r>
    </w:p>
    <w:p>
      <w:r>
        <w:rPr>
          <w:rFonts w:ascii="Gentium Plus" w:hAnsi="Gentium Plus"/>
          <w:sz w:val="24"/>
        </w:rPr>
        <w:t>«ὄντος εἰς τὸ εἶναι τὰ πάντα». χρὴ δὲ καὶ πιστεύειν ὅτι κύριος Ἰησοῦς Χριστός, καὶ πάσῃ τῇ περὶ αὐτοῦ κατὰ τὴν θεότητα καὶ τὴν</w:t>
      </w:r>
    </w:p>
    <w:p>
      <w:r>
        <w:rPr>
          <w:rFonts w:ascii="Courier New" w:hAnsi="Courier New"/>
          <w:color w:val="555555"/>
          <w:sz w:val="20"/>
        </w:rPr>
        <w:t>[32 . 16 . 189]</w:t>
      </w:r>
    </w:p>
    <w:p>
      <w:r>
        <w:rPr>
          <w:rFonts w:ascii="Gentium Plus" w:hAnsi="Gentium Plus"/>
          <w:sz w:val="24"/>
        </w:rPr>
        <w:t>ἀνθρωπότητα ἀληθείᾳ. δεῖ δὲ καὶ εἰς τὸ ἅγιον πιστεύειν πνεῦμα, καὶ ὅτι αὐτεξούσιοι ὄντες κολαζόμεθα μὲν ἐφ’ οἷς ἁμαρτάνομεν,</w:t>
      </w:r>
    </w:p>
    <w:p>
      <w:r>
        <w:rPr>
          <w:rFonts w:ascii="Courier New" w:hAnsi="Courier New"/>
          <w:color w:val="555555"/>
          <w:sz w:val="20"/>
        </w:rPr>
        <w:t>[32 . 16 . 190]</w:t>
      </w:r>
    </w:p>
    <w:p>
      <w:r>
        <w:rPr>
          <w:rFonts w:ascii="Gentium Plus" w:hAnsi="Gentium Plus"/>
          <w:sz w:val="24"/>
        </w:rPr>
        <w:t>τιμώμεθα δὲ ἐφ’ οἷς εὖ πράττομεν. φέρε οὖν καθ’ ὑπόθεσιν, εἴ τις δοκῶν πιστεύειν εἰς τὸν Ἰησοῦν μὴ πιστεύοι ὅτι εἷς ἐστιν ὁ θεὸς ὁ νόμου καὶ εὐαγγελίου, οὗ τὴν δόξαν οὐρανοί, ὡς ὑπ’ αὐτοῦ γε‐</w:t>
      </w:r>
    </w:p>
    <w:p>
      <w:r>
        <w:rPr>
          <w:rFonts w:ascii="Courier New" w:hAnsi="Courier New"/>
          <w:color w:val="555555"/>
          <w:sz w:val="20"/>
        </w:rPr>
        <w:t>[5]</w:t>
      </w:r>
    </w:p>
    <w:p>
      <w:r>
        <w:rPr>
          <w:rFonts w:ascii="Gentium Plus" w:hAnsi="Gentium Plus"/>
          <w:sz w:val="24"/>
        </w:rPr>
        <w:t>χειρῶν αὐτοῦ, ὡς ἔργον τυγχάνον αὐτῶν, οὗτος ἂν μεγίστῳ λείποι</w:t>
      </w:r>
    </w:p>
    <w:p>
      <w:r>
        <w:rPr>
          <w:rFonts w:ascii="Courier New" w:hAnsi="Courier New"/>
          <w:color w:val="555555"/>
          <w:sz w:val="20"/>
        </w:rPr>
        <w:t>[32 . 16 . 191]</w:t>
      </w:r>
    </w:p>
    <w:p>
      <w:r>
        <w:rPr>
          <w:rFonts w:ascii="Gentium Plus" w:hAnsi="Gentium Plus"/>
          <w:sz w:val="24"/>
        </w:rPr>
        <w:t>τῆς πίστεως κεφαλαίῳ. ἢ πάλιν εἴ τις πιστεύων ὅτι ὁ ἐπὶ Ποντίου Πιλάτου σταυρωθεὶς ἱερόν τι χρῆμα καὶ σωτήριον τῷ κόσμῳ ἐπι‐ δεδήμηκεν, ἀλλ’ οὐκ ἐκ παρθένου τῆς Μαρίας καὶ ἁγίου πνεύματος τὴν γένεσιν ἀνείληφεν, ἀλλ’ ἐξ Ἰωσὴφ καὶ Μαρίας, καὶ τούτῳ ἂν</w:t>
      </w:r>
    </w:p>
    <w:p>
      <w:r>
        <w:rPr>
          <w:rFonts w:ascii="Courier New" w:hAnsi="Courier New"/>
          <w:color w:val="555555"/>
          <w:sz w:val="20"/>
        </w:rPr>
        <w:t>[32 . 16 . 192]</w:t>
      </w:r>
    </w:p>
    <w:p>
      <w:r>
        <w:rPr>
          <w:rFonts w:ascii="Gentium Plus" w:hAnsi="Gentium Plus"/>
          <w:sz w:val="24"/>
        </w:rPr>
        <w:t>λείποι εἰς τὸ πᾶσαν ἔχειν τὴν πίστιν τὰ ἀναγκαιότατα. πάλιν τε αὖ εἰ τὴν μὲν θεότητά τις αὐτοῦ παραδέχοιτο, τῇ δὲ ἀνθρωπότητι προσκόπτων μηδὲν ἀνθρώπινον περὶ αὐτὸν πιστεύοι γεγονέναι, ἢ ὑπόστασιν εἰληφέναι, καὶ τούτῳ ἂν λείποι πρὸς πᾶσαν τὴν πίστιν</w:t>
      </w:r>
    </w:p>
    <w:p>
      <w:r>
        <w:rPr>
          <w:rFonts w:ascii="Courier New" w:hAnsi="Courier New"/>
          <w:color w:val="555555"/>
          <w:sz w:val="20"/>
        </w:rPr>
        <w:t>[32 . 16 . 193]</w:t>
      </w:r>
    </w:p>
    <w:p>
      <w:r>
        <w:rPr>
          <w:rFonts w:ascii="Gentium Plus" w:hAnsi="Gentium Plus"/>
          <w:sz w:val="24"/>
        </w:rPr>
        <w:t>οὐ τὰ τυχόντα. ἢ εἰ ἀνάπαλιν τὰ μὲν περὶ αὐτὸν ἀνθρώπινα προσίοιτο, τὴν δὲ ὑπόστασιν τοῦ μονογενοῦς καὶ πρωτοτόκου πάσης κτίσεως ἀθετοῖ, καὶ οὗτος ἂν οὐ δύναιτο λέγειν πᾶσαν ἔχειν τὴν</w:t>
      </w:r>
    </w:p>
    <w:p>
      <w:r>
        <w:rPr>
          <w:rFonts w:ascii="Courier New" w:hAnsi="Courier New"/>
          <w:color w:val="555555"/>
          <w:sz w:val="20"/>
        </w:rPr>
        <w:t>[32 . 16 . 194]</w:t>
      </w:r>
    </w:p>
    <w:p>
      <w:r>
        <w:rPr>
          <w:rFonts w:ascii="Gentium Plus" w:hAnsi="Gentium Plus"/>
          <w:sz w:val="24"/>
        </w:rPr>
        <w:t>πίστιν. καὶ οὕτως καθεξῆς μοι νόει, ἵνα θεωρήσωμεν ὁπηλίκον ἐστὶν τὸ ἀνελλιπῶς καὶ βεβαίως πᾶσαν τὴν πίστιν ἔχειν, τοσοῦτον δυναμένην, ὅτε πᾶσά ἐστιν ἐν ἀνθρώπου ψυχῇ, ὥστε ἅτινά ποτέ ἐστιν τὰ ὄρη μεθιστάνειν αὐτὰ δύνασθαι· πάντων μὲν τῶν ἀνθρώ‐</w:t>
      </w:r>
    </w:p>
    <w:p>
      <w:r>
        <w:rPr>
          <w:rFonts w:ascii="Courier New" w:hAnsi="Courier New"/>
          <w:color w:val="555555"/>
          <w:sz w:val="20"/>
        </w:rPr>
        <w:t>[5]</w:t>
      </w:r>
    </w:p>
    <w:p>
      <w:r>
        <w:rPr>
          <w:rFonts w:ascii="Gentium Plus" w:hAnsi="Gentium Plus"/>
          <w:sz w:val="24"/>
        </w:rPr>
        <w:t>πων δυναμένων μεθιστάνειν τὸ δεικνύμενον ὑπὸ τοῦ Ἰησοῦ ὄρος, καὶ τὰ δεικνύμενα αὐτῷ, εἰ δὲ λείποι τινὰ τῇ πάσῃ πίστει, λείπει τῇ δυνάμει τοῦ μετατιθέναι ὄρη.</w:t>
      </w:r>
    </w:p>
    <w:p>
      <w:r>
        <w:rPr>
          <w:rFonts w:ascii="Courier New" w:hAnsi="Courier New"/>
          <w:color w:val="555555"/>
          <w:sz w:val="20"/>
        </w:rPr>
        <w:t>[32 . 16 . 195]</w:t>
      </w:r>
    </w:p>
    <w:p>
      <w:r>
        <w:rPr>
          <w:rFonts w:ascii="Gentium Plus" w:hAnsi="Gentium Plus"/>
          <w:sz w:val="24"/>
        </w:rPr>
        <w:t>Καὶ χρήσομαί γε καὶ τοιούτῳ [καὶ] εἰς ταῦτα παραδείγματι· ὥσπερ καθέλκουσιν οἱ τοσοῦτοι, τοιάνδε δύναμιν ἔχοντες, πρώτως εἰς θάλασσαν τὴν ναῦν, εἰ δὲ λείποιεν οὗτοι κἂν ἑνὶ τῶν συνεργῶν ἢ τῇ δυνάμει τινός, οὐκ ἂν καθέλκοιτο ἡ ναῦς· οὕτως οἱονεὶ πολλοὶ</w:t>
      </w:r>
    </w:p>
    <w:p>
      <w:r>
        <w:rPr>
          <w:rFonts w:ascii="Courier New" w:hAnsi="Courier New"/>
          <w:color w:val="555555"/>
          <w:sz w:val="20"/>
        </w:rPr>
        <w:t>[5]</w:t>
      </w:r>
    </w:p>
    <w:p>
      <w:r>
        <w:rPr>
          <w:rFonts w:ascii="Gentium Plus" w:hAnsi="Gentium Plus"/>
          <w:sz w:val="24"/>
        </w:rPr>
        <w:t>μετατιθέντες εἰσὶν τὰ ὄρη ἡ πᾶσα πίστις· τοσοῦτον δὲ λείπει τῇ δυνάμει τῆς τῶν ὀρῶν μεταθέσεως ὅσον λείπει πρὸς τὸ πᾶσαν τὴν</w:t>
      </w:r>
    </w:p>
    <w:p>
      <w:r>
        <w:rPr>
          <w:rFonts w:ascii="Courier New" w:hAnsi="Courier New"/>
          <w:color w:val="555555"/>
          <w:sz w:val="20"/>
        </w:rPr>
        <w:t>[32 . 16 . 196]</w:t>
      </w:r>
    </w:p>
    <w:p>
      <w:r>
        <w:rPr>
          <w:rFonts w:ascii="Gentium Plus" w:hAnsi="Gentium Plus"/>
          <w:sz w:val="24"/>
        </w:rPr>
        <w:t>πίστιν ἔχειν ὁ ἔτι κατ’ αὐτὴν ἀτελής. καὶ ὅρα εἰ μὴ χρησίμως ὅλα ταῦτα ἐξήτασται διὰ τοὺς μαθητὰς ὧν ἔνιψεν ὁ Ἰησοῦς τοὺς πόδας, πρὸς οὓς εἶπεν, ὡς ἂν ὑπολάβοι ὁ μὴ ἐξετάσας, ὡς μηδέπω πιστεύ‐ σαντας τὸ «Ἀπ’ ἄρτι λέγω ὑμῖν πρὸ τοῦ γενέσθαι, ἵνα πιστεύητε</w:t>
      </w:r>
    </w:p>
    <w:p>
      <w:r>
        <w:rPr>
          <w:rFonts w:ascii="Courier New" w:hAnsi="Courier New"/>
          <w:color w:val="555555"/>
          <w:sz w:val="20"/>
        </w:rPr>
        <w:t>[5]</w:t>
      </w:r>
    </w:p>
    <w:p>
      <w:r>
        <w:rPr>
          <w:rFonts w:ascii="Gentium Plus" w:hAnsi="Gentium Plus"/>
          <w:sz w:val="24"/>
        </w:rPr>
        <w:t>«ὅταν γένηται ὅτι ἐγώ εἰμι»· ἅμα δὲ καὶ ἀναπτυσσόμενος ὁ λόγος δείκνυσιν πηλίκη μέν ἐστιν ἡ κατὰ τὴν πᾶσαν πίστιν ἀρετή, καὶ ὅτι σπανίως εὑρισκομένη· πόσῳ δ’ ἕκαστος ἡμῶν ἀπολείπεται τοῦ</w:t>
      </w:r>
    </w:p>
    <w:p>
      <w:r>
        <w:rPr>
          <w:rFonts w:ascii="Courier New" w:hAnsi="Courier New"/>
          <w:color w:val="555555"/>
          <w:sz w:val="20"/>
        </w:rPr>
        <w:t>[32 . 16 . 197]</w:t>
      </w:r>
    </w:p>
    <w:p>
      <w:r>
        <w:rPr>
          <w:rFonts w:ascii="Gentium Plus" w:hAnsi="Gentium Plus"/>
          <w:sz w:val="24"/>
        </w:rPr>
        <w:t>τὴν πᾶσαν ἔχειν πίστιν, ὥστε ὄρη μεθιστάνειν. πλὴν οὐκ εὐκατα‐</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[32 . 17 n]</w:t>
      </w:r>
    </w:p>
    <w:p>
      <w:r>
        <w:rPr>
          <w:rFonts w:ascii="Gentium Plus" w:hAnsi="Gentium Plus"/>
          <w:sz w:val="24"/>
        </w:rPr>
        <w:t>Ἀμὴν, ἀμὴν λέγω ὑμῖν, ὁ λαμβάνων ἄν τινα πέμψω ἐμὲ λαμβάνει, ὁ δὲ ἐμὲ λαμβάνων λαμβάνει τὸν πέμ‐ ψαντά με.</w:t>
      </w:r>
    </w:p>
    <w:p>
      <w:r>
        <w:rPr>
          <w:rFonts w:ascii="Courier New" w:hAnsi="Courier New"/>
          <w:color w:val="555555"/>
          <w:sz w:val="20"/>
        </w:rPr>
        <w:t>[32 . 17 . 198]</w:t>
      </w:r>
    </w:p>
    <w:p>
      <w:r>
        <w:rPr>
          <w:rFonts w:ascii="Gentium Plus" w:hAnsi="Gentium Plus"/>
          <w:sz w:val="24"/>
        </w:rPr>
        <w:t>Ὁ Ἰησοῦς πέμπει οὐ μόνον ἁγίους, ἀλλὰ καὶ ἁγίους καὶ ἀγγέλους· καὶ πέμπει μὲν τοὺς διὰ τὸ ἀποστέλλεσθαι ὑπ’ αὐτοῦ</w:t>
      </w:r>
    </w:p>
    <w:p>
      <w:r>
        <w:rPr>
          <w:rFonts w:ascii="Courier New" w:hAnsi="Courier New"/>
          <w:color w:val="555555"/>
          <w:sz w:val="20"/>
        </w:rPr>
        <w:t>[32 . 17 . 199]</w:t>
      </w:r>
    </w:p>
    <w:p>
      <w:r>
        <w:rPr>
          <w:rFonts w:ascii="Gentium Plus" w:hAnsi="Gentium Plus"/>
          <w:sz w:val="24"/>
        </w:rPr>
        <w:t>ἀποστόλους ὀνομαζομένους. ἤδη δὲ τούτων οἱ μὲν ἄνθρωποί εἰσιν, οἱ δὲ δυνάμεις κρείττους. οὐ γὰρ ἁμαρτησόμεθα τὸ ‹ἀπόστολοσ› ὄνομα τάσσοντες καὶ ἐπὶ τούτων, περὶ ὧν γέγραπται· «Πάντες «εἰσὶν λειτουργικὰ πνεύματα, εἰς διακονίαν ἀποστελλόμενα διὰ τοὺς</w:t>
      </w:r>
    </w:p>
    <w:p>
      <w:r>
        <w:rPr>
          <w:rFonts w:ascii="Courier New" w:hAnsi="Courier New"/>
          <w:color w:val="555555"/>
          <w:sz w:val="20"/>
        </w:rPr>
        <w:t>[32 . 17 . 200]</w:t>
      </w:r>
    </w:p>
    <w:p>
      <w:r>
        <w:rPr>
          <w:rFonts w:ascii="Gentium Plus" w:hAnsi="Gentium Plus"/>
          <w:sz w:val="24"/>
        </w:rPr>
        <w:t>«μέλλοντας κληρονομεῖν σωτηρίαν». εἰ γὰρ παρὰ τὸ ἀποστέλλεσθαι ἀπόστολοι, πάντες δέ εἰσιν ὑπὸ τοῦ ποιοῦντος «τοὺς ἀγγέλους «αὐτοῦ πνεῦμα, καὶ τοὺς λειτουργοὺς αὐτοῦ πυρὸς φλόγα» εἰς δια‐ κονίαν ἀποστελλόμενοι, ὄντες λειτουργικὰ πνεύματα, καὶ οὗτοι ἂν</w:t>
      </w:r>
    </w:p>
    <w:p>
      <w:r>
        <w:rPr>
          <w:rFonts w:ascii="Courier New" w:hAnsi="Courier New"/>
          <w:color w:val="555555"/>
          <w:sz w:val="20"/>
        </w:rPr>
        <w:t>[5]</w:t>
      </w:r>
    </w:p>
    <w:p>
      <w:r>
        <w:rPr>
          <w:rFonts w:ascii="Gentium Plus" w:hAnsi="Gentium Plus"/>
          <w:sz w:val="24"/>
        </w:rPr>
        <w:t>εἶεν ἀπόστολοι τοῦ ἀποστέλλοντος αὐτούς. καὶ ἕκαστός γε τῶν</w:t>
      </w:r>
    </w:p>
    <w:p>
      <w:r>
        <w:rPr>
          <w:rFonts w:ascii="Courier New" w:hAnsi="Courier New"/>
          <w:color w:val="555555"/>
          <w:sz w:val="20"/>
        </w:rPr>
        <w:t>[32 . 17 . 201]</w:t>
      </w:r>
    </w:p>
    <w:p>
      <w:r>
        <w:rPr>
          <w:rFonts w:ascii="Gentium Plus" w:hAnsi="Gentium Plus"/>
          <w:sz w:val="24"/>
        </w:rPr>
        <w:t>πεμπομένων ἀπό τινος, ἀπόστολός ἐστιν τοῦ πέμψαντος. καθ’ ὃ καὶ ἐν τοῖς ἀνωτέρω λέλεκται μετὰ τὸ «Οὐκ ἔστι δοῦλος μείζων «τοῦ κυρίου αὐτοῦ, οὐδὲ ἀπόστολος μείζων τοῦ πέμψαντος αὐτόν».</w:t>
      </w:r>
    </w:p>
    <w:p>
      <w:r>
        <w:rPr>
          <w:rFonts w:ascii="Courier New" w:hAnsi="Courier New"/>
          <w:color w:val="555555"/>
          <w:sz w:val="20"/>
        </w:rPr>
        <w:t>[32 . 17 . 202]</w:t>
      </w:r>
    </w:p>
    <w:p>
      <w:r>
        <w:rPr>
          <w:rFonts w:ascii="Gentium Plus" w:hAnsi="Gentium Plus"/>
          <w:sz w:val="24"/>
        </w:rPr>
        <w:t>κατὰ τοῦτο δὲ οὐχ ἁμαρτήσει καὶ τὸν Ἰωάννην ἀπόστολον λέγων θεοῦ διὰ τὸ «Ἐγένετο ἄνθρωπος ἀπεσταλμένος παρὰ θεοῦ, ὄνομα «αὐτῷ Ἰωάννης», καὶ τὸν Ἡσαΐαν διὰ τὸ «Τίνα ἀποστελῶ, καὶ τίς «πορεύσεται πρὸς τὸν λαὸν τοῦτον;» ὅτε ἀπεκρίνατο λέγων· «Ἰδού</w:t>
      </w:r>
    </w:p>
    <w:p>
      <w:r>
        <w:rPr>
          <w:rFonts w:ascii="Courier New" w:hAnsi="Courier New"/>
          <w:color w:val="555555"/>
          <w:sz w:val="20"/>
        </w:rPr>
        <w:t>[32 . 17 . 203]</w:t>
      </w:r>
    </w:p>
    <w:p>
      <w:r>
        <w:rPr>
          <w:rFonts w:ascii="Gentium Plus" w:hAnsi="Gentium Plus"/>
          <w:sz w:val="24"/>
        </w:rPr>
        <w:t>«εἰμι ἐγώ, ἀπόστειλόν με». τί δὲ περὶ τούτων λέγω, ὅτε καὶ ἐν τῇ πρὸς Ἑβραίους ὁ τηλικοῦτος ἡμῶν σωτὴρ ἀπόστολος εἴρηται τοῦ πατρός; γέγραπται γάρ· «Ἔχοντες οὖν ἀρχιερέα μέγαν καὶ ἀπόστολον</w:t>
      </w:r>
    </w:p>
    <w:p>
      <w:r>
        <w:rPr>
          <w:rFonts w:ascii="Courier New" w:hAnsi="Courier New"/>
          <w:color w:val="555555"/>
          <w:sz w:val="20"/>
        </w:rPr>
        <w:t>[32 . 17 . 204]</w:t>
      </w:r>
    </w:p>
    <w:p>
      <w:r>
        <w:rPr>
          <w:rFonts w:ascii="Gentium Plus" w:hAnsi="Gentium Plus"/>
          <w:sz w:val="24"/>
        </w:rPr>
        <w:t>«Ἰησοῦν Χριστόν». καὶ νῦν οὖν ὃν ἐὰν ἀποστέλλῃ ὁ σωτὴρ δια‐ κονησόμενον τῇ τινων σωτηρίᾳ, ὁ ἀποστελλόμενος ἀπόστολός ἐστιν</w:t>
      </w:r>
    </w:p>
    <w:p>
      <w:r>
        <w:rPr>
          <w:rFonts w:ascii="Courier New" w:hAnsi="Courier New"/>
          <w:color w:val="555555"/>
          <w:sz w:val="20"/>
        </w:rPr>
        <w:t>[32 . 17 . 205]</w:t>
      </w:r>
    </w:p>
    <w:p>
      <w:r>
        <w:rPr>
          <w:rFonts w:ascii="Gentium Plus" w:hAnsi="Gentium Plus"/>
          <w:sz w:val="24"/>
        </w:rPr>
        <w:t>Ἰησοῦ Χριστοῦ. ἀλλ’ ὁ ἀπόστολος, ὥσπερ τοῦ ἀποστείλαντός ἐστιν ἀπόστολος, οὕτως τισὶν πρὸς οὓς ἀποστέλλεται μόνοις ἐστὶν ἀπό‐</w:t>
      </w:r>
    </w:p>
    <w:p>
      <w:r>
        <w:rPr>
          <w:rFonts w:ascii="Courier New" w:hAnsi="Courier New"/>
          <w:color w:val="555555"/>
          <w:sz w:val="20"/>
        </w:rPr>
        <w:t>[32 . 17 . 206]</w:t>
      </w:r>
    </w:p>
    <w:p>
      <w:r>
        <w:rPr>
          <w:rFonts w:ascii="Gentium Plus" w:hAnsi="Gentium Plus"/>
          <w:sz w:val="24"/>
        </w:rPr>
        <w:t>στολος. ὅπερ νοῶν ὁ Παῦλος ἔλεγεν· «Εἰ καὶ ἄλλοις οὐκ εἰμὶ ἀπό‐</w:t>
      </w:r>
    </w:p>
    <w:p>
      <w:r>
        <w:rPr>
          <w:rFonts w:ascii="Courier New" w:hAnsi="Courier New"/>
          <w:color w:val="555555"/>
          <w:sz w:val="20"/>
        </w:rPr>
        <w:t>[32 . 17 . 207]</w:t>
      </w:r>
    </w:p>
    <w:p>
      <w:r>
        <w:rPr>
          <w:rFonts w:ascii="Gentium Plus" w:hAnsi="Gentium Plus"/>
          <w:sz w:val="24"/>
        </w:rPr>
        <w:t>«ἐστε ἐν κυρίῳ». ἔξεστιν οὖν τινα εἶναι ἀπόστολον Ἰησοῦ Χριστοῦ ἑνὶ μόνῳ ἐξαποσταλέντα, εἰ ἑνὶ μόνῳ θεοῦ προνοίᾳ τὸν λόγον διη‐</w:t>
      </w:r>
    </w:p>
    <w:p>
      <w:r>
        <w:rPr>
          <w:rFonts w:ascii="Courier New" w:hAnsi="Courier New"/>
          <w:color w:val="555555"/>
          <w:sz w:val="20"/>
        </w:rPr>
        <w:t>[32 . 17 . 208]</w:t>
      </w:r>
    </w:p>
    <w:p>
      <w:r>
        <w:rPr>
          <w:rFonts w:ascii="Gentium Plus" w:hAnsi="Gentium Plus"/>
          <w:sz w:val="24"/>
        </w:rPr>
        <w:t>κονήσατο. καὶ ταῦτά φαμεν, ἵνα πάλιν βλέπωμεν τὴν τῶν χρη‐ ματισάντων Ἰησοῦ Χριστοῦ ἀποστόλων ὑπεροχήν· «Δεξιάς, γάρ «φησιν, ἔδωκαν ἐμοὶ καὶ Βαρνάβᾳ κοινωνίας, ἵνα ἡμεῖς εἰς τὰ ἔθνη, «αὐτοὶ δὲ εἰς τὴν περιτομήν». οὐκοῦν Παῦλος ἔθνεσι μόνοις ἀπό‐</w:t>
      </w:r>
    </w:p>
    <w:p>
      <w:r>
        <w:rPr>
          <w:rFonts w:ascii="Courier New" w:hAnsi="Courier New"/>
          <w:color w:val="555555"/>
          <w:sz w:val="20"/>
        </w:rPr>
        <w:t>[32 . 17 . 209]</w:t>
      </w:r>
    </w:p>
    <w:p>
      <w:r>
        <w:rPr>
          <w:rFonts w:ascii="Gentium Plus" w:hAnsi="Gentium Plus"/>
          <w:sz w:val="24"/>
        </w:rPr>
        <w:t>στολος ἦν, καὶ Πέτρος ὅλῃ τῇ περιτομῇ. ἡμῶν δὲ κἂν ἀξιωθῇ τις, ὡς παρέστησεν ὁ ἀπόστολος, τοῦ γενέσθαι ἑνί που ἢ ὀλίγῳ πλείοσιν,</w:t>
      </w:r>
    </w:p>
    <w:p>
      <w:r>
        <w:rPr>
          <w:rFonts w:ascii="Courier New" w:hAnsi="Courier New"/>
          <w:color w:val="555555"/>
          <w:sz w:val="20"/>
        </w:rPr>
        <w:t>[32 . 17 . 210]</w:t>
      </w:r>
    </w:p>
    <w:p>
      <w:r>
        <w:rPr>
          <w:rFonts w:ascii="Gentium Plus" w:hAnsi="Gentium Plus"/>
          <w:sz w:val="24"/>
        </w:rPr>
        <w:t>ἀπόστολος γίνεται. κἂν γένηται δέ, μὴ ἐπαιρέσθω, μεμνημένος τοῦ «Ὃ δὲ λοιπὸν ζητεῖται ἐν τοῖς οἰκονόμοις ἵνα πιστός τις εὑρεθῇ»· οὐ γὰρ πάντως εἰ ζητεῖται, τὸ ζητούμενον εὑρίσκεται.</w:t>
      </w:r>
    </w:p>
    <w:p>
      <w:r>
        <w:rPr>
          <w:rFonts w:ascii="Courier New" w:hAnsi="Courier New"/>
          <w:color w:val="555555"/>
          <w:sz w:val="20"/>
        </w:rPr>
        <w:t>[32 . 17 . 211]</w:t>
      </w:r>
    </w:p>
    <w:p>
      <w:r>
        <w:rPr>
          <w:rFonts w:ascii="Gentium Plus" w:hAnsi="Gentium Plus"/>
          <w:sz w:val="24"/>
        </w:rPr>
        <w:t>Ταῦτα διὰ τὸ «Ὁ λαμβάνων ἐάν τινα πέμψω», ὅσους ἐνδέχεται πέμπεσθαι ὑπὸ τοῦ Ἰησοῦ, κἂν μή, οὓς εἰθίκαμεν ὀνομάζειν ἀπο‐ στόλους, τοιοῦτοι ὦσιν, καὶ ὅτι ἐνδέχεται καὶ τῆς ἀνθρώπων φύσεως</w:t>
      </w:r>
    </w:p>
    <w:p>
      <w:r>
        <w:rPr>
          <w:rFonts w:ascii="Courier New" w:hAnsi="Courier New"/>
          <w:color w:val="555555"/>
          <w:sz w:val="20"/>
        </w:rPr>
        <w:t>[32 . 17 . 212]</w:t>
      </w:r>
    </w:p>
    <w:p>
      <w:r>
        <w:rPr>
          <w:rFonts w:ascii="Gentium Plus" w:hAnsi="Gentium Plus"/>
          <w:sz w:val="24"/>
        </w:rPr>
        <w:t>κρείττονα ὄντα πέμπεσθαι ὑπὸ τοῦ Ἰησοῦ. ὁ οὖν λαμβάνων ὃν 〈ἂν〉 πέμψῃ ὁ Ἰησοῦς, τὸν ἐν τῷ ἀποσταλέντι Ἰησοῦν λαμβάνει· ὁ δὲ λαμ‐ βάνων τὸν Ἰησοῦν, πατέρα λαμβάνει· ὁ ἄρα λαμβάνων ὃν ἂν πέμψῃ ὁ Ἰησοῦς λαμβάνει τὸν πέμψαντα τὸν Ἰησοῦ πατέρα.</w:t>
      </w:r>
    </w:p>
    <w:p>
      <w:r>
        <w:rPr>
          <w:rFonts w:ascii="Courier New" w:hAnsi="Courier New"/>
          <w:color w:val="555555"/>
          <w:sz w:val="20"/>
        </w:rPr>
        <w:t>[32 . 17 . 213]</w:t>
      </w:r>
    </w:p>
    <w:p>
      <w:r>
        <w:rPr>
          <w:rFonts w:ascii="Gentium Plus" w:hAnsi="Gentium Plus"/>
          <w:sz w:val="24"/>
        </w:rPr>
        <w:t>Δύναται δὲ καὶ τοιοῦτος ὁ λόγος εἶναι· ὁ μὲν λαμβάνων ὃν ἐὰν ἐγὼ πέμψω, ἐμὲ λαμβάνει, καὶ μέχρι τοῦ ἐμὲ παραδέξασθαι φθάνει· ὁ δὲ μὴ διά τινός μου ἀποστόλου ἐμὲ λαμβάνων, ἀλλὰ χωρῶν ἐμὲ οὐκ ἀπ’ ἀνθρώπων οὐδὲ δι’ ἀνθρώπων διακονούμενον, ἀλλ’ ἐπι‐</w:t>
      </w:r>
    </w:p>
    <w:p>
      <w:r>
        <w:rPr>
          <w:rFonts w:ascii="Courier New" w:hAnsi="Courier New"/>
          <w:color w:val="555555"/>
          <w:sz w:val="20"/>
        </w:rPr>
        <w:t>[5]</w:t>
      </w:r>
    </w:p>
    <w:p>
      <w:r>
        <w:rPr>
          <w:rFonts w:ascii="Gentium Plus" w:hAnsi="Gentium Plus"/>
          <w:sz w:val="24"/>
        </w:rPr>
        <w:t>δημοῦντα ταῖς τῶν εὐτρεπισάντων ἑαυτοὺς πρὸς τὴν ἐμὴν παρα‐ δοχὴν ψυχαῖς, τὸν πέμψαντά με λαμβάνει πατέρα, ὡς μὴ μόνον</w:t>
      </w:r>
    </w:p>
    <w:p>
      <w:r>
        <w:rPr>
          <w:rFonts w:ascii="Courier New" w:hAnsi="Courier New"/>
          <w:color w:val="555555"/>
          <w:sz w:val="20"/>
        </w:rPr>
        <w:t>[32 . 17 . 214]</w:t>
      </w:r>
    </w:p>
    <w:p>
      <w:r>
        <w:rPr>
          <w:rFonts w:ascii="Gentium Plus" w:hAnsi="Gentium Plus"/>
          <w:sz w:val="24"/>
        </w:rPr>
        <w:t>ἐμὲ τὸν χριστὸν εἶναι ἐν αὐτῷ ἀλλὰ καὶ τὸν πατέρα. ἔστιν δὲ ἐκ τούτων καὶ τὰ κατ’ ἐναντιότητα νοῆσαι· ὁ γὰρ λαμβάνων ὃν ἐὰν πέμψῃ ὁ υἱὸς τοῦ πονηροῦ, ἐκεῖνος τὸν ἀντίχριστον λαμβάνει· ὁ δὲ λαμβάνων τὸν υἱὸν τοῦ πονηροῦ καὶ παραδεξάμενος τὸν ἀντίχριστον</w:t>
      </w:r>
    </w:p>
    <w:p>
      <w:r>
        <w:rPr>
          <w:rFonts w:ascii="Courier New" w:hAnsi="Courier New"/>
          <w:color w:val="555555"/>
          <w:sz w:val="20"/>
        </w:rPr>
        <w:t>[5]</w:t>
      </w:r>
    </w:p>
    <w:p>
      <w:r>
        <w:rPr>
          <w:rFonts w:ascii="Gentium Plus" w:hAnsi="Gentium Plus"/>
          <w:sz w:val="24"/>
        </w:rPr>
        <w:t>λόγον, ὑποκρινόμενον εἶναι ἀλήθειαν καὶ ψευδῶς ἐπαγγελλόμενον</w:t>
      </w:r>
    </w:p>
    <w:p>
      <w:r>
        <w:rPr>
          <w:rFonts w:ascii="Courier New" w:hAnsi="Courier New"/>
          <w:color w:val="555555"/>
          <w:sz w:val="20"/>
        </w:rPr>
        <w:t>[32 . 17 . 215]</w:t>
      </w:r>
    </w:p>
    <w:p>
      <w:r>
        <w:rPr>
          <w:rFonts w:ascii="Gentium Plus" w:hAnsi="Gentium Plus"/>
          <w:sz w:val="24"/>
        </w:rPr>
        <w:t>εἶναι δικαιοσύνην, οὗτος αὐτὸν λαμβάνει τὸν πονηρόν. διὸ προσέ‐ χωμεν, ἵν’ ὡς καλοὶ τραπεζῖται δοκιμάζωμεν μὲν τὸν τῶν ἀληθῶν</w:t>
      </w:r>
    </w:p>
    <w:p>
      <w:r>
        <w:rPr>
          <w:rFonts w:ascii="Courier New" w:hAnsi="Courier New"/>
          <w:color w:val="555555"/>
          <w:sz w:val="20"/>
        </w:rPr>
        <w:t>[32 . 17 . 216]</w:t>
      </w:r>
    </w:p>
    <w:p>
      <w:r>
        <w:rPr>
          <w:rFonts w:ascii="Gentium Plus" w:hAnsi="Gentium Plus"/>
          <w:sz w:val="24"/>
        </w:rPr>
        <w:t>διάκονον, ἀποδοκιμάζωμεν δὲ τὸν τῶν ψευδῶν. ἐνθάδε μὲν οὖν «Ὁ λαμβάνων, φησίν, ἐάν τινα πέμψω, ἐμὲ λαμβάνει· ὁ δὲ ἐμὲ λαμ‐ «βάνων, λαμβάνει τὸν πέμψαντά με» καὶ «Ὁ θεωρῶν ἐμέ, θεωρεῖ «τὸν πέμψαντά με»· οὔτε δὲ εἴρηται· ‹Ὁ πιστεύων εἰς ὑμᾶς, πιστεύει</w:t>
      </w:r>
    </w:p>
    <w:p>
      <w:r>
        <w:rPr>
          <w:rFonts w:ascii="Courier New" w:hAnsi="Courier New"/>
          <w:color w:val="555555"/>
          <w:sz w:val="20"/>
        </w:rPr>
        <w:t>[5]</w:t>
      </w:r>
    </w:p>
    <w:p>
      <w:r>
        <w:rPr>
          <w:rFonts w:ascii="Gentium Plus" w:hAnsi="Gentium Plus"/>
          <w:sz w:val="24"/>
        </w:rPr>
        <w:t>εἰς ἐμέ› οὔτε ‹Ὁ θεωρῶν ὑμᾶς, θεωρεῖ ἐμέ›. λαμβάνειν μὲν γὰρ ἡμᾶς βούλεται τοὺς ἀποστόλους ἑαυτοῦ, οὐ μὴν καὶ πιστεύειν εἰς</w:t>
      </w:r>
    </w:p>
    <w:p>
      <w:r>
        <w:rPr>
          <w:rFonts w:ascii="Courier New" w:hAnsi="Courier New"/>
          <w:color w:val="555555"/>
          <w:sz w:val="20"/>
        </w:rPr>
        <w:t>[32 . 17 . 217]</w:t>
      </w:r>
    </w:p>
    <w:p>
      <w:r>
        <w:rPr>
          <w:rFonts w:ascii="Gentium Plus" w:hAnsi="Gentium Plus"/>
          <w:sz w:val="24"/>
        </w:rPr>
        <w:t>αὐτούς. λαμβάνωμεν οὖν τοὺς ὑπὸ τοῦ λόγου ἡμῖν ἀποστελλομένους καὶ αὐτὸν τὸν λόγον τοῦ θεοῦ· μηδέποτε δὲ παραδεξώμεθα ἀπό‐ στολον ἀντιχρίστου καὶ λόγον ψευδῆ.</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[32 . 18 n]</w:t>
      </w:r>
    </w:p>
    <w:p>
      <w:r>
        <w:rPr>
          <w:rFonts w:ascii="Gentium Plus" w:hAnsi="Gentium Plus"/>
          <w:sz w:val="24"/>
        </w:rPr>
        <w:t>Ταῦτα εἰπὼν ὁ Ἰησοῦς ἐταράχθη τῷ πνεύματι καὶ ἐμαρτύρησεν καὶ εἶπεν· Ἀμὴν ἀμὴν λέγω ὑμῖν ὅτι εἷς ἐξ ὑμῶν παραδώσει με.</w:t>
      </w:r>
    </w:p>
    <w:p>
      <w:r>
        <w:rPr>
          <w:rFonts w:ascii="Courier New" w:hAnsi="Courier New"/>
          <w:color w:val="555555"/>
          <w:sz w:val="20"/>
        </w:rPr>
        <w:t>[32 . 18 . 218]</w:t>
      </w:r>
    </w:p>
    <w:p>
      <w:r>
        <w:rPr>
          <w:rFonts w:ascii="Gentium Plus" w:hAnsi="Gentium Plus"/>
          <w:sz w:val="24"/>
        </w:rPr>
        <w:t>Ἀνωτέρω εἶπεν· «Νῦν ἡ ψυχή μου τετάρακται»· νῦν δὲ λέγεται ὅτι «Ταῦτα εἰπὼν ὁ Ἰησοῦς ἐταράχθη τῷ πνεύματι». καὶ ζητῶ τοιαῦτα εἰς τὸν τόπον· τί δήποτε οὐκ εἴρηται ἀνάλογον τῷ «Νῦν ἡ ψυχή μου τετάρακται» τὸ «τὸ πνεῦμα τοῦ Ἰησοῦ τετά‐</w:t>
      </w:r>
    </w:p>
    <w:p>
      <w:r>
        <w:rPr>
          <w:rFonts w:ascii="Courier New" w:hAnsi="Courier New"/>
          <w:color w:val="555555"/>
          <w:sz w:val="20"/>
        </w:rPr>
        <w:t>[5]</w:t>
      </w:r>
    </w:p>
    <w:p>
      <w:r>
        <w:rPr>
          <w:rFonts w:ascii="Gentium Plus" w:hAnsi="Gentium Plus"/>
          <w:sz w:val="24"/>
        </w:rPr>
        <w:t>«ρακται», ἢ ἀνάλογον τῷ «Ἐταράχθη τῷ πνεύματι» τὸ «Νῦν ἡ «ψυχή μου τετάρακται»; καὶ ταῦτα ζητεῖν ἐτόλμησα μετρίως, τηρή‐ σας ἐν πάσῃ τῇ γραφῇ διαφορὰν ψυχῆς καὶ πνεύματος καὶ μέσον μέν τι θεωρῶν εἶναι τὴν ψυχὴν καὶ ἐπιδεχομένην ἀρετὴν καὶ κακίαν, ἀνεπίδεκτον δὲ τῶν χειρόνων τὸ πνεῦμα τοῦ ἀνθρώπου τὸ ἐν αὐτῷ·</w:t>
      </w:r>
    </w:p>
    <w:p>
      <w:r>
        <w:rPr>
          <w:rFonts w:ascii="Courier New" w:hAnsi="Courier New"/>
          <w:color w:val="555555"/>
          <w:sz w:val="20"/>
        </w:rPr>
        <w:t>[10]</w:t>
      </w:r>
    </w:p>
    <w:p>
      <w:r>
        <w:rPr>
          <w:rFonts w:ascii="Gentium Plus" w:hAnsi="Gentium Plus"/>
          <w:sz w:val="24"/>
        </w:rPr>
        <w:t>τὰ γὰρ κάλλιστα καρποὶ λέγονται εἶναι τοῦ πνεύματος, οὐχ ὡς ἂν</w:t>
      </w:r>
    </w:p>
    <w:p>
      <w:r>
        <w:rPr>
          <w:rFonts w:ascii="Courier New" w:hAnsi="Courier New"/>
          <w:color w:val="555555"/>
          <w:sz w:val="20"/>
        </w:rPr>
        <w:t>[32 . 18 . 219]</w:t>
      </w:r>
    </w:p>
    <w:p>
      <w:r>
        <w:rPr>
          <w:rFonts w:ascii="Gentium Plus" w:hAnsi="Gentium Plus"/>
          <w:sz w:val="24"/>
        </w:rPr>
        <w:t>οἰηθείη τις, τοῦ ἁγίου, ἀλλὰ τοῦ ἀνθρωπίνου. πρὸς ἀντιδιαστολὴν γὰρ τούτου φανερὰ λέγεται εἶναι τὰ ἔργα τῆς σαρκός, πάντα ψεκτὰ</w:t>
      </w:r>
    </w:p>
    <w:p>
      <w:r>
        <w:rPr>
          <w:rFonts w:ascii="Courier New" w:hAnsi="Courier New"/>
          <w:color w:val="555555"/>
          <w:sz w:val="20"/>
        </w:rPr>
        <w:t>[32 . 18 . 220]</w:t>
      </w:r>
    </w:p>
    <w:p>
      <w:r>
        <w:rPr>
          <w:rFonts w:ascii="Gentium Plus" w:hAnsi="Gentium Plus"/>
          <w:sz w:val="24"/>
        </w:rPr>
        <w:t>τυγχάνοντα, ἐπεὶ μηδὲν ἔργον σαρκὸς ἐπαινετόν. ἅπαξ δὲ μέχρι τοῦ δεῦρο εὗρον πνεῦμα φαύλου σκληρύνεσθαι λεγόμενον ὑπὸ κυρίου</w:t>
      </w:r>
    </w:p>
    <w:p>
      <w:r>
        <w:rPr>
          <w:rFonts w:ascii="Courier New" w:hAnsi="Courier New"/>
          <w:color w:val="555555"/>
          <w:sz w:val="20"/>
        </w:rPr>
        <w:t>[32 . 18 . 221]</w:t>
      </w:r>
    </w:p>
    <w:p>
      <w:r>
        <w:rPr>
          <w:rFonts w:ascii="Gentium Plus" w:hAnsi="Gentium Plus"/>
          <w:sz w:val="24"/>
        </w:rPr>
        <w:t>τοῦ θεοῦ. γέγραπται γὰρ οὕτως ἐν τῷ Δευτερονομίῳ· «Καὶ οὐκ «ἠθέλησεν Σηὼν βασιλεὺς Ἐσσεβῶν παρελθεῖν ἡμᾶς δι’ αὐτοῦ, ὅτι «ἐσκλήρυνεν κύριος ὁ θεὸς τὸ πνεῦμα αὐτοῦ, καὶ κατίσχυσεν καρδίαν «αὐτοῦ, ἵνα παραδοθῇ εἰς τὰς χεῖράς σου ὡς ἐν τῇ ἡμέρᾳ ταύτῃ».</w:t>
      </w:r>
    </w:p>
    <w:p>
      <w:r>
        <w:rPr>
          <w:rFonts w:ascii="Courier New" w:hAnsi="Courier New"/>
          <w:color w:val="555555"/>
          <w:sz w:val="20"/>
        </w:rPr>
        <w:t>[32 . 18 . 222]</w:t>
      </w:r>
    </w:p>
    <w:p>
      <w:r>
        <w:rPr>
          <w:rFonts w:ascii="Gentium Plus" w:hAnsi="Gentium Plus"/>
          <w:sz w:val="24"/>
        </w:rPr>
        <w:t>ἀλλὰ τὰ περὶ μὲν τούτου οἰκειότερον ἐν τοῖς εἰς τὸ Δευτερονόμιον</w:t>
      </w:r>
    </w:p>
    <w:p>
      <w:r>
        <w:rPr>
          <w:rFonts w:ascii="Courier New" w:hAnsi="Courier New"/>
          <w:color w:val="555555"/>
          <w:sz w:val="20"/>
        </w:rPr>
        <w:t>[32 . 18 . 223]</w:t>
      </w:r>
    </w:p>
    <w:p>
      <w:r>
        <w:rPr>
          <w:rFonts w:ascii="Gentium Plus" w:hAnsi="Gentium Plus"/>
          <w:sz w:val="24"/>
        </w:rPr>
        <w:t>ἐξετασθείη ἄν. νῦν δὲ πρόκειται λέγειν πῶς τὰ προειρημένα «Εἰπὼν «ὁ Ἰησοῦς ἐταράχθη» οὐ τὴν ψυχὴν οὐδὲ τῇ ψυχῇ, ἀλλ’ οὐδὲ τοῦ</w:t>
      </w:r>
    </w:p>
    <w:p>
      <w:r>
        <w:rPr>
          <w:rFonts w:ascii="Courier New" w:hAnsi="Courier New"/>
          <w:color w:val="555555"/>
          <w:sz w:val="20"/>
        </w:rPr>
        <w:t>[5]</w:t>
      </w:r>
    </w:p>
    <w:p>
      <w:r>
        <w:rPr>
          <w:rFonts w:ascii="Gentium Plus" w:hAnsi="Gentium Plus"/>
          <w:sz w:val="24"/>
        </w:rPr>
        <w:t>«τετάρακται» τὸ τῆς ταραχῆς πάθος ψυχῆς ἦν, ἐν δὲ τῷ «Ἐταράχθη «τῷ πνεύματι ὁ Ἰησοῦς», ὅπερ ἐστὶν τὸ ἀνθρώπινον, τὸ πάθος ἦν</w:t>
      </w:r>
    </w:p>
    <w:p>
      <w:r>
        <w:rPr>
          <w:rFonts w:ascii="Courier New" w:hAnsi="Courier New"/>
          <w:color w:val="555555"/>
          <w:sz w:val="20"/>
        </w:rPr>
        <w:t>[32 . 18 . 224]</w:t>
      </w:r>
    </w:p>
    <w:p>
      <w:r>
        <w:rPr>
          <w:rFonts w:ascii="Gentium Plus" w:hAnsi="Gentium Plus"/>
          <w:sz w:val="24"/>
        </w:rPr>
        <w:t>ἐρχόμενον τῇ ἐπικρατείᾳ τοῦ πνεύματος. ὡς γὰρ ὁ ἅγιος ζῇ πνεύ‐ ματι, προκατάρχοντι τῶν ἐν τῷ ζῆν καὶ πάσης πράξεως καὶ εὐχῆς καὶ τοῦ πρὸς θεὸν ὕμνου, οὕτως πᾶν ὅ τί ποτ’ ἂν ποιῇ, ποιεῖ</w:t>
      </w:r>
    </w:p>
    <w:p>
      <w:r>
        <w:rPr>
          <w:rFonts w:ascii="Courier New" w:hAnsi="Courier New"/>
          <w:color w:val="555555"/>
          <w:sz w:val="20"/>
        </w:rPr>
        <w:t>[32 . 18 . 225]</w:t>
      </w:r>
    </w:p>
    <w:p>
      <w:r>
        <w:rPr>
          <w:rFonts w:ascii="Gentium Plus" w:hAnsi="Gentium Plus"/>
          <w:sz w:val="24"/>
        </w:rPr>
        <w:t>πνεύματι, ἀλλὰ κἂν πάσχῃ, πάσχει πνεύματι. εἰ δὲ ὁ ἅγιος, πόσῳ μᾶλλον ταῦτα λεκτέον περὶ τοῦ τῶν ἁγίων ἀρχηγοῦ Ἰησοῦ, οὗ τὸ πνεῦμα τοῦ ἀνθρώπου, ἐν τῷ ἀνειληφέναι αὐτὸν ὅλον ἄνθρωπον,</w:t>
      </w:r>
    </w:p>
    <w:p>
      <w:r>
        <w:rPr>
          <w:rFonts w:ascii="Courier New" w:hAnsi="Courier New"/>
          <w:color w:val="555555"/>
          <w:sz w:val="20"/>
        </w:rPr>
        <w:t>[32 . 18 . 226]</w:t>
      </w:r>
    </w:p>
    <w:p>
      <w:r>
        <w:rPr>
          <w:rFonts w:ascii="Gentium Plus" w:hAnsi="Gentium Plus"/>
          <w:sz w:val="24"/>
        </w:rPr>
        <w:t>τὸ ἐν αὐτῷ διέσεισεν τὰ λοιπὰ ἐν αὐτῷ ἀνθρώπινα; καὶ οὕτως «ἐταράχθη τῷ πνεύματι», ἵνα μαρτυρήσῃ καὶ ἵνα εἴπῃ μετὰ τοῦ θείου οἱονεὶ ὅρκου τοῦ ἀμὴν τὸ «Λέγω ὑμῖν ὅτι εἷς ἐξ ὑμῶν παρα‐</w:t>
      </w:r>
    </w:p>
    <w:p>
      <w:r>
        <w:rPr>
          <w:rFonts w:ascii="Courier New" w:hAnsi="Courier New"/>
          <w:color w:val="555555"/>
          <w:sz w:val="20"/>
        </w:rPr>
        <w:t>[32 . 18 . 227]</w:t>
      </w:r>
    </w:p>
    <w:p>
      <w:r>
        <w:rPr>
          <w:rFonts w:ascii="Gentium Plus" w:hAnsi="Gentium Plus"/>
          <w:sz w:val="24"/>
        </w:rPr>
        <w:t>«δώσει με». τοῦ γὰρ πνεύματος, οἶμαι, θεωρήσαντος τὸ ἤδη ἀπὸ τοῦ διαβόλου βεβλημένον εἰς τὴν καρδίαν Ἰούδα Σίμωνος Ἰσκαριώτου, ἵνα τὸν διδάσκαλον παραδῷ, φωτισθεὶς εἰς τὸ ἐσόμενον ἐταράχθη· καὶ ἐπεὶ ἡ ταραχὴ ἀπὸ τῆς ἐν πνεύματι γνώσεως γεγένηται, ὃ καὶ</w:t>
      </w:r>
    </w:p>
    <w:p>
      <w:r>
        <w:rPr>
          <w:rFonts w:ascii="Courier New" w:hAnsi="Courier New"/>
          <w:color w:val="555555"/>
          <w:sz w:val="20"/>
        </w:rPr>
        <w:t>[5]</w:t>
      </w:r>
    </w:p>
    <w:p>
      <w:r>
        <w:rPr>
          <w:rFonts w:ascii="Gentium Plus" w:hAnsi="Gentium Plus"/>
          <w:sz w:val="24"/>
        </w:rPr>
        <w:t>ἐν ταραχῇ ἐγένετο, «Ἰησοῦς, εἴρηται, ἐταράχθη τῷ πνεύματι».</w:t>
      </w:r>
    </w:p>
    <w:p>
      <w:r>
        <w:rPr>
          <w:rFonts w:ascii="Courier New" w:hAnsi="Courier New"/>
          <w:color w:val="555555"/>
          <w:sz w:val="20"/>
        </w:rPr>
        <w:t>[32 . 18 . 228]</w:t>
      </w:r>
    </w:p>
    <w:p>
      <w:r>
        <w:rPr>
          <w:rFonts w:ascii="Gentium Plus" w:hAnsi="Gentium Plus"/>
          <w:sz w:val="24"/>
        </w:rPr>
        <w:t>τάχα δὲ καὶ κατὰ μίαν ἐκδοχὴν τὴν «Ἡ σὰρξ ἀσθενής» καὶ ἡ σὰρξ τετάρακται· ταῦτα δ’ ἦν ὁ Ἰησοῦς, περὶ οὗ ὑπὸ τοῦ Γαβριὴλ πρὸς τὴν Μαρίαν εἴρηται τὸ «Καὶ ἰδοὺ συλλήψῃ ἐν γαστρί, καὶ καλέσεις «τὸ ὄνομα αὐτοῦ Ἰησοῦν· οὗτος ἔσται μέγας, καὶ υἱὸς ὑψίστου κλη‐</w:t>
      </w:r>
    </w:p>
    <w:p>
      <w:r>
        <w:rPr>
          <w:rFonts w:ascii="Courier New" w:hAnsi="Courier New"/>
          <w:color w:val="555555"/>
          <w:sz w:val="20"/>
        </w:rPr>
        <w:t>[5]</w:t>
      </w:r>
    </w:p>
    <w:p>
      <w:r>
        <w:rPr>
          <w:rFonts w:ascii="Gentium Plus" w:hAnsi="Gentium Plus"/>
          <w:sz w:val="24"/>
        </w:rPr>
        <w:t>«θήσεται».</w:t>
      </w:r>
    </w:p>
    <w:p>
      <w:r>
        <w:rPr>
          <w:rFonts w:ascii="Courier New" w:hAnsi="Courier New"/>
          <w:color w:val="555555"/>
          <w:sz w:val="20"/>
        </w:rPr>
        <w:t>[32 . 18 . 229]</w:t>
      </w:r>
    </w:p>
    <w:p>
      <w:r>
        <w:rPr>
          <w:rFonts w:ascii="Gentium Plus" w:hAnsi="Gentium Plus"/>
          <w:sz w:val="24"/>
        </w:rPr>
        <w:t>Σημείωσαι δὲ τίνα τρόπον ἐν τοῖς ἐξεταζομένοις τὸ ἐμαρτύ‐</w:t>
      </w:r>
    </w:p>
    <w:p>
      <w:r>
        <w:rPr>
          <w:rFonts w:ascii="Courier New" w:hAnsi="Courier New"/>
          <w:color w:val="555555"/>
          <w:sz w:val="20"/>
        </w:rPr>
        <w:t>[32 . 18 . 230]</w:t>
      </w:r>
    </w:p>
    <w:p>
      <w:r>
        <w:rPr>
          <w:rFonts w:ascii="Gentium Plus" w:hAnsi="Gentium Plus"/>
          <w:sz w:val="24"/>
        </w:rPr>
        <w:t>ρησεν ἀναφέρεται 〈εἰσ〉 τὸ «Εἷς ἐξ ὑμῶν παραδώσει με». καὶ τοῦτο γὰρ λεγόμενον καὶ προφητευόμενον τοῖς μαθηταῖς περὶ Ἰούδα, τοῦ ἑνὸς ἐξ αὐτῶν, μαρτυρία ἦν ὁμώνυμος, οἶμαι, τῷ παρὰ τὸ μαρ‐</w:t>
      </w:r>
    </w:p>
    <w:p>
      <w:r>
        <w:rPr>
          <w:rFonts w:ascii="Courier New" w:hAnsi="Courier New"/>
          <w:color w:val="555555"/>
          <w:sz w:val="20"/>
        </w:rPr>
        <w:t>[32 . 18 . 231]</w:t>
      </w:r>
    </w:p>
    <w:p>
      <w:r>
        <w:rPr>
          <w:rFonts w:ascii="Gentium Plus" w:hAnsi="Gentium Plus"/>
          <w:sz w:val="24"/>
        </w:rPr>
        <w:t>τυρεῖν καὶ ἀποθνήσκειν ὑπὲρ θεοσεβείας σημαινομένῳ. οὐ γὰρ ταὐτὰ νομίζω σημαίνεσθαι ἐν τῷ «Ἐμαρτύρησεν», ὅτε δηλοῦται τὸ ῥῆμα, παρ’ ὃ ὁ μάρτυς ἐσχημάτισται τοῦ θεοῦ καὶ τοῦ χριστοῦ αὐτοῦ,</w:t>
      </w:r>
    </w:p>
    <w:p>
      <w:r>
        <w:rPr>
          <w:rFonts w:ascii="Courier New" w:hAnsi="Courier New"/>
          <w:color w:val="555555"/>
          <w:sz w:val="20"/>
        </w:rPr>
        <w:t>[32 . 18 . 232]</w:t>
      </w:r>
    </w:p>
    <w:p>
      <w:r>
        <w:rPr>
          <w:rFonts w:ascii="Gentium Plus" w:hAnsi="Gentium Plus"/>
          <w:sz w:val="24"/>
        </w:rPr>
        <w:t>καὶ νῦν ὅτε ἀναφέρεται ἐπὶ τὸ «Εἷς ἐξ ὑμῶν παραδώσει με». ἔτι κατὰ δύναμιν ἐγὼ ἐφίστημι καὶ τῷ «Εἷς ἐξ ὑμῶν», ἀναφερομένῳ ἐπὶ τὸν Ἰούδαν, μήποτε ἐμφαίνει τὸ ἀπὸ τάξεως ἀποστολικῆς, ἐν</w:t>
      </w:r>
    </w:p>
    <w:p>
      <w:r>
        <w:rPr>
          <w:rFonts w:ascii="Courier New" w:hAnsi="Courier New"/>
          <w:color w:val="555555"/>
          <w:sz w:val="20"/>
        </w:rPr>
        <w:t>[32 . 18 . 233]</w:t>
      </w:r>
    </w:p>
    <w:p>
      <w:r>
        <w:rPr>
          <w:rFonts w:ascii="Gentium Plus" w:hAnsi="Gentium Plus"/>
          <w:sz w:val="24"/>
        </w:rPr>
        <w:t>ἀποστόλοις ἔχειν αὐτόν, ἀποπεπτωκέναι. οὕτως γὰρ ἐγὼ ἤκουσα καὶ τοῦ «Ἰδοὺ Ἀδὰμ γέγονεν ὡς εἷς ἐξ ἡμῶν», ἐπεὶ μηδὲ ἐκεῖ εἴρη‐ ται· «ὡς ἡμεῖς» ἢ «ὡς ἐγώ», ἀλλὰ διὰ τὸν ἕνα ἐκπεσόντα τῆς μα‐ καριότητος, τὸ «Ὡς εἷς ἐξ ἡμῶν»· 〈τὸ δὲ〉 «Ὡς εἷς» συνᾴδειν μοι</w:t>
      </w:r>
    </w:p>
    <w:p>
      <w:r>
        <w:rPr>
          <w:rFonts w:ascii="Courier New" w:hAnsi="Courier New"/>
          <w:color w:val="555555"/>
          <w:sz w:val="20"/>
        </w:rPr>
        <w:t>[5]</w:t>
      </w:r>
    </w:p>
    <w:p>
      <w:r>
        <w:rPr>
          <w:rFonts w:ascii="Gentium Plus" w:hAnsi="Gentium Plus"/>
          <w:sz w:val="24"/>
        </w:rPr>
        <w:t>δοκεῖ καὶ μετὰ τοῦ «Ὑμεῖς δὲ δὴ ὡς ἄνθρωποι ἀποθνήσκετε», τῷ «Καὶ ὡς εἷς τῶν ἀρχόντων πίπτετε». πλειόνων γὰρ ἀρχόντων γενομένων, εἷς πέπτωκεν, ᾧ παραπλησίως μιμούμενοι τὴν ἐκείνου</w:t>
      </w:r>
    </w:p>
    <w:p>
      <w:r>
        <w:rPr>
          <w:rFonts w:ascii="Courier New" w:hAnsi="Courier New"/>
          <w:color w:val="555555"/>
          <w:sz w:val="20"/>
        </w:rPr>
        <w:t>[32 . 18 . 234]</w:t>
      </w:r>
    </w:p>
    <w:p>
      <w:r>
        <w:rPr>
          <w:rFonts w:ascii="Gentium Plus" w:hAnsi="Gentium Plus"/>
          <w:sz w:val="24"/>
        </w:rPr>
        <w:t>πτῶσιν πίπτουσιν οἱ ἁμαρτάνοντες. ὡς γὰρ ἐκεῖνος ἐν θεότητι τυγχάνων πέπτωκεν, οὕτω καὶ πρὸς οὓς ὁ λόγος φησὶ τὸ «Ἐγὼ «εἶπα· Θεοί ἐστε, καὶ υἱοὶ ὑψίστου πάντες», ἀποπεσόντες τῆς μα‐ καριότητος, οὐ προηγουμένως ὄντες ἄνθρωποι, ὡς ἄνθρωποι ἀπο‐</w:t>
      </w:r>
    </w:p>
    <w:p>
      <w:r>
        <w:rPr>
          <w:rFonts w:ascii="Courier New" w:hAnsi="Courier New"/>
          <w:color w:val="555555"/>
          <w:sz w:val="20"/>
        </w:rPr>
        <w:t>[32 . 18 . 235]</w:t>
      </w:r>
    </w:p>
    <w:p>
      <w:r>
        <w:rPr>
          <w:rFonts w:ascii="Gentium Plus" w:hAnsi="Gentium Plus"/>
          <w:sz w:val="24"/>
        </w:rPr>
        <w:t>θνήσκουσιν καὶ ὡς εἷς τῶν ἀρχόντων πίπτουσιν. νομίζω δὲ καὶ θαυμαστικῶς εἰρῆσθαι τοιούτῳ νῷ τὸ λεγόμενον· ὁ παραδώσων με οὐκ ἀλλότριος τῶν ἐμῶν μαθητῶν ἐστιν, ἀλλ’ οὐδὲ εἷς τῶν πολλῶν μαθητῶν, ἀλλὰ εἷς τῶν ἐν ἐκλογῇ μοι τετιμημένων ἀποστόλων.</w:t>
      </w:r>
    </w:p>
    <w:p>
      <w:r>
        <w:rPr>
          <w:rFonts w:ascii="Courier New" w:hAnsi="Courier New"/>
          <w:color w:val="555555"/>
          <w:sz w:val="20"/>
        </w:rPr>
        <w:t>[32 . 18 . 236]</w:t>
      </w:r>
    </w:p>
    <w:p>
      <w:r>
        <w:rPr>
          <w:rFonts w:ascii="Gentium Plus" w:hAnsi="Gentium Plus"/>
          <w:sz w:val="24"/>
        </w:rPr>
        <w:t>πολλοὶ μὲν οὖν, καταψηφιζόμενοι τοῦ Ἰησοῦ, φασίν· «Σταύρου,</w:t>
      </w:r>
    </w:p>
    <w:p>
      <w:r>
        <w:rPr>
          <w:rFonts w:ascii="Courier New" w:hAnsi="Courier New"/>
          <w:color w:val="555555"/>
          <w:sz w:val="20"/>
        </w:rPr>
        <w:t>[32 . 18 . 237]</w:t>
      </w:r>
    </w:p>
    <w:p>
      <w:r>
        <w:rPr>
          <w:rFonts w:ascii="Gentium Plus" w:hAnsi="Gentium Plus"/>
          <w:sz w:val="24"/>
        </w:rPr>
        <w:t>«σταύρου αὐτόν» καὶ «Αἶρε ἀπὸ τῆς γῆς τὸν τοιοῦτον». τὸ δὲ παραδοῦναι αὐτὸν ἔργον ἦν ἑωρακότος καὶ νενοηκότος αὐτόν· διδά‐ σκαλον γὰρ αὐτὸν ἐπιστάμενος τῶν τηλικῶνδε καὶ τοσῶνδε μαθη‐ μάτων, ἃ κατ’ ἰδίαν μετὰ τῶν ἀποστόλων ἤκουσεν, καὶ κύριον</w:t>
      </w:r>
    </w:p>
    <w:p>
      <w:r>
        <w:rPr>
          <w:rFonts w:ascii="Courier New" w:hAnsi="Courier New"/>
          <w:color w:val="555555"/>
          <w:sz w:val="20"/>
        </w:rPr>
        <w:t>[5]</w:t>
      </w:r>
    </w:p>
    <w:p>
      <w:r>
        <w:rPr>
          <w:rFonts w:ascii="Gentium Plus" w:hAnsi="Gentium Plus"/>
          <w:sz w:val="24"/>
        </w:rPr>
        <w:t>αὐτὸν εἰδώς, παραδιδοὺς αὐτόν, ὃ ἔγνω μέγεθος αὐτοῦ παρέδωκεν, οὐκ ἂν ποιήσαντος τοῦτό τινος τὸ μέγεθος αὐτοῦ μὴ τεθεωρηκότος.</w:t>
      </w:r>
    </w:p>
    <w:p>
      <w:r>
        <w:rPr>
          <w:rFonts w:ascii="Courier New" w:hAnsi="Courier New"/>
          <w:color w:val="555555"/>
          <w:sz w:val="20"/>
        </w:rPr>
        <w:t>[32 . 18 . 238]</w:t>
      </w:r>
    </w:p>
    <w:p>
      <w:r>
        <w:rPr>
          <w:rFonts w:ascii="Gentium Plus" w:hAnsi="Gentium Plus"/>
          <w:sz w:val="24"/>
        </w:rPr>
        <w:t>τὸν μὲν γὰρ μέγαν παραδέδωκεν, οὐ καθ’ ὃ μέγας ἐστίν, ἐπεὶ μὴ εἶδεν καθ’ ὃ μέγας ἐστίν· ὁ δὲ καὶ μαθὼν πῶς μέγας ἦν καὶ ἀκροατὴς γενόμενος τοῦ μεγέθους τῆς ἐν αὐτῷ σοφίας καὶ λόγου καὶ χάριτος καὶ προδοὺς αὐτόν, προέδωκεν ὅλον καθ’ ὃ εἶδεν μέ‐</w:t>
      </w:r>
    </w:p>
    <w:p>
      <w:r>
        <w:rPr>
          <w:rFonts w:ascii="Courier New" w:hAnsi="Courier New"/>
          <w:color w:val="555555"/>
          <w:sz w:val="20"/>
        </w:rPr>
        <w:t>[32 . 18 . 239]</w:t>
      </w:r>
    </w:p>
    <w:p>
      <w:r>
        <w:rPr>
          <w:rFonts w:ascii="Gentium Plus" w:hAnsi="Gentium Plus"/>
          <w:sz w:val="24"/>
        </w:rPr>
        <w:t>γεθος. διὰ τοῦτο συνέφερεν αὐτῷ εἰ μὴ ἐγεννήθη, εἴτε τὴν τῆς παλιγγενεσίας γένεσιν, ὡς ἂν βαθύτερόν τις ἀκούσαι, εἴτε καὶ τὴν κοινότερον νοουμένην· περὶ ἧς ὁ πραγμάτων ἑαυτὸν ἀπαλλάττειν θέλων, καὶ ζητήσας ὅτι ᾧ συμφέρει, ὄντι συμφέρει, καὶ ὑπονοήσας</w:t>
      </w:r>
    </w:p>
    <w:p>
      <w:r>
        <w:rPr>
          <w:rFonts w:ascii="Courier New" w:hAnsi="Courier New"/>
          <w:color w:val="555555"/>
          <w:sz w:val="20"/>
        </w:rPr>
        <w:t>[5]</w:t>
      </w:r>
    </w:p>
    <w:p>
      <w:r>
        <w:rPr>
          <w:rFonts w:ascii="Gentium Plus" w:hAnsi="Gentium Plus"/>
          <w:sz w:val="24"/>
        </w:rPr>
        <w:t>ὅτι οὐκ ἂν μὴ ὄντι αὐτῷ συνέφερεν, ἐπὶ τὴν δευτέραν κατελθὼν</w:t>
      </w:r>
    </w:p>
    <w:p>
      <w:r>
        <w:rPr>
          <w:rFonts w:ascii="Courier New" w:hAnsi="Courier New"/>
          <w:color w:val="555555"/>
          <w:sz w:val="20"/>
        </w:rPr>
        <w:t>[32 . 19 n]</w:t>
      </w:r>
    </w:p>
    <w:p>
      <w:r>
        <w:rPr>
          <w:rFonts w:ascii="Gentium Plus" w:hAnsi="Gentium Plus"/>
          <w:sz w:val="24"/>
        </w:rPr>
        <w:t>Ἔβλεπον εἰς ἀλλήλους οἱ μαθηταί, ἀπορούμενοι περὶ τίνος λέγει.</w:t>
      </w:r>
    </w:p>
    <w:p>
      <w:r>
        <w:rPr>
          <w:rFonts w:ascii="Courier New" w:hAnsi="Courier New"/>
          <w:color w:val="555555"/>
          <w:sz w:val="20"/>
        </w:rPr>
        <w:t>[32 . 19 . 240]</w:t>
      </w:r>
    </w:p>
    <w:p>
      <w:r>
        <w:rPr>
          <w:rFonts w:ascii="Gentium Plus" w:hAnsi="Gentium Plus"/>
          <w:sz w:val="24"/>
        </w:rPr>
        <w:t>Εἰ μὲν προφανὴς ἦν τοῖς Ἰησοῦ μαθηταῖς ἡ τοῦ Ἰούδα κακία, κἂν ἔγνωστο, εἰπόντος τοῦ σωτῆρος ὅτι «Εἷς ἐξ ὑμῶν «παραδώσει με», τίς ἦν ὁ παραδώσων τὸν διδάσκαλον. νυνὶ δὲ βλέπουσιν «εἰς ἀλλήλους οἱ μαθηταί, ἀπορούμενοι περὶ τίνος λέγει».</w:t>
      </w:r>
    </w:p>
    <w:p>
      <w:r>
        <w:rPr>
          <w:rFonts w:ascii="Courier New" w:hAnsi="Courier New"/>
          <w:color w:val="555555"/>
          <w:sz w:val="20"/>
        </w:rPr>
        <w:t>[32 . 19 . 241]</w:t>
      </w:r>
    </w:p>
    <w:p>
      <w:r>
        <w:rPr>
          <w:rFonts w:ascii="Gentium Plus" w:hAnsi="Gentium Plus"/>
          <w:sz w:val="24"/>
        </w:rPr>
        <w:t>καὶ γὰρ Ἰούδας τάχα μὲν ἐκ προτέρων χρηστοτέρων ἐδυσώπει τοὺς ἀποστόλους πρὸς τὸ μηδὲν ὑπονοῆσαι περὶ αὐτοῦ φαῦλον· τάχα δὲ καὶ τοῦ διαβόλου ἤδη βεβληκότος εἰς τὴν καρδίαν, ἵνα παραδῷ αὐτὸν Ἰούδας Σίμωνος Ἰσκαριώτης, οὐκ ἦν τῆς πονηρίας ἐξ ὅλων·</w:t>
      </w:r>
    </w:p>
    <w:p>
      <w:r>
        <w:rPr>
          <w:rFonts w:ascii="Courier New" w:hAnsi="Courier New"/>
          <w:color w:val="555555"/>
          <w:sz w:val="20"/>
        </w:rPr>
        <w:t>[5]</w:t>
      </w:r>
    </w:p>
    <w:p>
      <w:r>
        <w:rPr>
          <w:rFonts w:ascii="Gentium Plus" w:hAnsi="Gentium Plus"/>
          <w:sz w:val="24"/>
        </w:rPr>
        <w:t>λείμματος γὰρ προαιρέσεως ἀγαθῆς ὑπάρχοντος ἐν αὐτῷ, ἰδὼν ὅτι κατεκρίθη, ἡνίκα «δήσαντες αὐτὸν ἀπήγαγον καὶ παρέδωκαν Πιλάτῳ «τῷ ἡγεμόνι», «μεταμεληθεὶς ἔστρεφεν τὰ τριάκοντα ἀργύρια τοῖς «ἀρχιερεῦσι καὶ πρεσβυτέροις λέγων· Ἥμαρτον παραδοὺς αἷμα ἀθῷον»· ὅτε εἰπόντων αὐτῶν· «Τί πρὸς ἡμᾶς; σὺ ὄψῃ»· ῥίψας ὁ φιλάργυρος</w:t>
      </w:r>
    </w:p>
    <w:p>
      <w:r>
        <w:rPr>
          <w:rFonts w:ascii="Courier New" w:hAnsi="Courier New"/>
          <w:color w:val="555555"/>
          <w:sz w:val="20"/>
        </w:rPr>
        <w:t>[10]</w:t>
      </w:r>
    </w:p>
    <w:p>
      <w:r>
        <w:rPr>
          <w:rFonts w:ascii="Gentium Plus" w:hAnsi="Gentium Plus"/>
          <w:sz w:val="24"/>
        </w:rPr>
        <w:t>Ἰούδας τὰ ἀργύρια «ἀπελθὼν ἀπήγξατο», μηδὲ περιμείνας ἰδεῖν τοῦ</w:t>
      </w:r>
    </w:p>
    <w:p>
      <w:r>
        <w:rPr>
          <w:rFonts w:ascii="Courier New" w:hAnsi="Courier New"/>
          <w:color w:val="555555"/>
          <w:sz w:val="20"/>
        </w:rPr>
        <w:t>[32 . 19 . 242]</w:t>
      </w:r>
    </w:p>
    <w:p>
      <w:r>
        <w:rPr>
          <w:rFonts w:ascii="Gentium Plus" w:hAnsi="Gentium Plus"/>
          <w:sz w:val="24"/>
        </w:rPr>
        <w:t>περὶ τὸν Ἰησοῦν παρὰ τῷ Πιλάτῳ κρίματος τὸ τέλος. καὶ γέγονεν αὐτῷ οὔτε καθαρὰ ἀπὸ ἁμαρτίας μετάνοια, οὔτε ἄκρατος πρός τι χρηστότερον ἡ πονηρία. εἰ μὲν γὰρ καθαρῶς μετενόει κἂν ὡς ὁ λῃστὴς εἰπών· «Μνήσθητί μου, Ἰησοῦ, ὅταν ἔλθῃς ἐν τῇ βασιλείᾳ</w:t>
      </w:r>
    </w:p>
    <w:p>
      <w:r>
        <w:rPr>
          <w:rFonts w:ascii="Courier New" w:hAnsi="Courier New"/>
          <w:color w:val="555555"/>
          <w:sz w:val="20"/>
        </w:rPr>
        <w:t>[5]</w:t>
      </w:r>
    </w:p>
    <w:p>
      <w:r>
        <w:rPr>
          <w:rFonts w:ascii="Gentium Plus" w:hAnsi="Gentium Plus"/>
          <w:sz w:val="24"/>
        </w:rPr>
        <w:t>«σου», προσελθὼν τῷ σωτῆρι ἐποίει τὰ παρ’ αὐτοῦ, πρὸς τὸ ἐξιλά‐</w:t>
      </w:r>
    </w:p>
    <w:p>
      <w:r>
        <w:rPr>
          <w:rFonts w:ascii="Courier New" w:hAnsi="Courier New"/>
          <w:color w:val="555555"/>
          <w:sz w:val="20"/>
        </w:rPr>
        <w:t>[32 . 19 . 243]</w:t>
      </w:r>
    </w:p>
    <w:p>
      <w:r>
        <w:rPr>
          <w:rFonts w:ascii="Gentium Plus" w:hAnsi="Gentium Plus"/>
          <w:sz w:val="24"/>
        </w:rPr>
        <w:t>σασθαι αὐτὸν ἐπὶ τῇ φθασάσῃ γεγονέναι προδοσίᾳ. εἰ δὲ πάντη τὴν τοῦ καλοῦ ἔννοιαν ἐξεληλακὼς ἦν τῆς ἑαυτοῦ ψυχῆς, οὔτ’ ἂν μετ‐ εμελήθη ἰδὼν ὅτι κατεκρίθη ὁ Ἰησοῦς· ἀλλὰ καὶ προσετίθει ἂν λό‐</w:t>
      </w:r>
    </w:p>
    <w:p>
      <w:r>
        <w:rPr>
          <w:rFonts w:ascii="Courier New" w:hAnsi="Courier New"/>
          <w:color w:val="555555"/>
          <w:sz w:val="20"/>
        </w:rPr>
        <w:t>[32 . 19 . 244]</w:t>
      </w:r>
    </w:p>
    <w:p>
      <w:r>
        <w:rPr>
          <w:rFonts w:ascii="Gentium Plus" w:hAnsi="Gentium Plus"/>
          <w:sz w:val="24"/>
        </w:rPr>
        <w:t>γους κατηγορῶν αὐτοῦ συγγενεῖς τῇ προδοσίᾳ· ἀλλὰ καὶ ἀπολαύων ἂν ὡς φιλάργυρος ὧν ἔλαβεν τριάκοντα ἀργυρίων, «τὴν τιμὴν τοῦ «τετιμημένου», οὔτ’ ἂν ἐβουλεύσατο ἀπώσασθαι τὰ ἀργύρια οὔτ’ ἂν ἔστρεψεν αὐτὰ τοῖς ἀρχιερεῦσιν καὶ πρεσβυτέροις, οὔτ’ ἂν ἐπ’ αὐτῶν</w:t>
      </w:r>
    </w:p>
    <w:p>
      <w:r>
        <w:rPr>
          <w:rFonts w:ascii="Courier New" w:hAnsi="Courier New"/>
          <w:color w:val="555555"/>
          <w:sz w:val="20"/>
        </w:rPr>
        <w:t>[5]</w:t>
      </w:r>
    </w:p>
    <w:p>
      <w:r>
        <w:rPr>
          <w:rFonts w:ascii="Gentium Plus" w:hAnsi="Gentium Plus"/>
          <w:sz w:val="24"/>
        </w:rPr>
        <w:t>ἐκείνων ἐξωμολογήσατο, αὑτοῦ μὲν κατηγορῶν, τὸν 〈δὲ〉 διδάσκαλον</w:t>
      </w:r>
    </w:p>
    <w:p>
      <w:r>
        <w:rPr>
          <w:rFonts w:ascii="Courier New" w:hAnsi="Courier New"/>
          <w:color w:val="555555"/>
          <w:sz w:val="20"/>
        </w:rPr>
        <w:t>[32 . 19 . 245]</w:t>
      </w:r>
    </w:p>
    <w:p>
      <w:r>
        <w:rPr>
          <w:rFonts w:ascii="Gentium Plus" w:hAnsi="Gentium Plus"/>
          <w:sz w:val="24"/>
        </w:rPr>
        <w:t>καὶ ἐγκωμιάζων ἐν τῷ· «Ἥμαρτον παραδοὺς αἷμα δίκαιον». ἀλλὰ καὶ τὸ ἀπάγξασθαι αὑτὸν οὐδεὶς ἄλλος ἐποίησεν ἢ ὁ βεβληκὼς αὐτοῦ εἰς τὴν καρδίαν ἵνα παραδῷ τὸν σωτῆρα· καὶ τόπον γε κατ’</w:t>
      </w:r>
    </w:p>
    <w:p>
      <w:r>
        <w:rPr>
          <w:rFonts w:ascii="Courier New" w:hAnsi="Courier New"/>
          <w:color w:val="555555"/>
          <w:sz w:val="20"/>
        </w:rPr>
        <w:t>[32 . 19 . 246]</w:t>
      </w:r>
    </w:p>
    <w:p>
      <w:r>
        <w:rPr>
          <w:rFonts w:ascii="Gentium Plus" w:hAnsi="Gentium Plus"/>
          <w:sz w:val="24"/>
        </w:rPr>
        <w:t>Ταῦτα δὲ κατὰ δύναμιν ἐπεξειργασάμην ἅμα μὲν παριστὰς τοῖς οἰομένοις αὐτὸν φύσει γεγονέναι ἀνεπίδεκτον σωτηρίας, ὅτι οὐ τοιοῦ‐ τος ἦν, ἅμα δὲ διηγούμενος ὅτι εὐλόγως οἱ μαθηταὶ ἐπὶ τῷ τοῦ κυρίου</w:t>
      </w:r>
    </w:p>
    <w:p>
      <w:r>
        <w:rPr>
          <w:rFonts w:ascii="Courier New" w:hAnsi="Courier New"/>
          <w:color w:val="555555"/>
          <w:sz w:val="20"/>
        </w:rPr>
        <w:t>[32 . 19 . 247]</w:t>
      </w:r>
    </w:p>
    <w:p>
      <w:r>
        <w:rPr>
          <w:rFonts w:ascii="Gentium Plus" w:hAnsi="Gentium Plus"/>
          <w:sz w:val="24"/>
        </w:rPr>
        <w:t>λόγῳ «ἔβλεπον εἰς ἀλλήλους, ἀπορούμενοι περὶ τίνος λέγει». ἀρκεῖ δὲ παραθέσθαι καὶ προφητικὴν λέξιν ἀπὸ τοῦ τεσσαρακοστοῦ Ψαλ‐ μοῦ, παριστᾶσαν ὅτι ἅγιος ὢν μεταπέπτωκεν, ἐπεὶ γέγραπται· «Καὶ «γὰρ ὁ ἄνθρωπος τῆς εἰρήνης μου, ἐφ’ ὃν ἤλπισα, ὁ ἐσθίων ἄρτους</w:t>
      </w:r>
    </w:p>
    <w:p>
      <w:r>
        <w:rPr>
          <w:rFonts w:ascii="Courier New" w:hAnsi="Courier New"/>
          <w:color w:val="555555"/>
          <w:sz w:val="20"/>
        </w:rPr>
        <w:t>[32 . 19 . 248]</w:t>
      </w:r>
    </w:p>
    <w:p>
      <w:r>
        <w:rPr>
          <w:rFonts w:ascii="Gentium Plus" w:hAnsi="Gentium Plus"/>
          <w:sz w:val="24"/>
        </w:rPr>
        <w:t>«μου ἐμεγάλυνεν ἐπ’ ἐμὲ πτερνισμόν». ἀλλὰ καὶ τὸ «Εἰ ἐχθρὸς ὠνεί‐ «δισέν με, ὑπήνεγκα ἄν» ἐπ’ αὐτὸν ἀναφερόμενον δηλοῖ ὅτι οὐκ ἀρ‐</w:t>
      </w:r>
    </w:p>
    <w:p>
      <w:r>
        <w:rPr>
          <w:rFonts w:ascii="Courier New" w:hAnsi="Courier New"/>
          <w:color w:val="555555"/>
          <w:sz w:val="20"/>
        </w:rPr>
        <w:t>[32 . 19 . 249]</w:t>
      </w:r>
    </w:p>
    <w:p>
      <w:r>
        <w:rPr>
          <w:rFonts w:ascii="Gentium Plus" w:hAnsi="Gentium Plus"/>
          <w:sz w:val="24"/>
        </w:rPr>
        <w:t>χῆθεν ἐχθρὸς ἦν. ἀλλὰ καὶ τὸ «Εἰ ὁ μισῶν με ἐμεγαλορημόνησεν, «ἐκρύβην ἂν ἀπ’ αὐτοῦ» παρίστησιν ὅτι καὶ ἠγάπα ποτὲ τὸν Ἰησοῦν, φθάσας ἐπὶ τὸ καὶ ἰσόψυχος αὐτῷ τυγχάνειν, ἐπεὶ γέγραπται· «Σὺ</w:t>
      </w:r>
    </w:p>
    <w:p>
      <w:r>
        <w:rPr>
          <w:rFonts w:ascii="Courier New" w:hAnsi="Courier New"/>
          <w:color w:val="555555"/>
          <w:sz w:val="20"/>
        </w:rPr>
        <w:t>[32 . 19 . 250]</w:t>
      </w:r>
    </w:p>
    <w:p>
      <w:r>
        <w:rPr>
          <w:rFonts w:ascii="Gentium Plus" w:hAnsi="Gentium Plus"/>
          <w:sz w:val="24"/>
        </w:rPr>
        <w:t>«δὲ ἄνθρωπε ἰσόψυχε, καὶ ἡγεμών μου, καὶ γνωστέ μου». καὶ ἄλλα δ’ ἂν εὕροις μυρία, ἐξ ὧν συνήσεις ὅτι εἰκότως οἱ μαθηταὶ «ἔβλεπον</w:t>
      </w:r>
    </w:p>
    <w:p>
      <w:r>
        <w:rPr>
          <w:rFonts w:ascii="Courier New" w:hAnsi="Courier New"/>
          <w:color w:val="555555"/>
          <w:sz w:val="20"/>
        </w:rPr>
        <w:t>[32 . 19 . 251]</w:t>
      </w:r>
    </w:p>
    <w:p>
      <w:r>
        <w:rPr>
          <w:rFonts w:ascii="Gentium Plus" w:hAnsi="Gentium Plus"/>
          <w:sz w:val="24"/>
        </w:rPr>
        <w:t>«εἰς ἀλλήλους, ἀπορούμενοι περὶ τίνος λέγει». ὁ δὲ Λουκᾶς ἀνέγρα‐ ψεν ὅτι εἰπόντος τοῦ σωτῆρος· «Πλὴν ἰδοὺ ἡ χεὶρ τοῦ παραδιδόν‐ «τος με μετ’ ἐμοῦ ἐπὶ τῆς τραπέζης. ὁ μὲν υἱὸς τοῦ ἀνθρώπου κατὰ «τὸ ὡρισμένον αὐτῷ πορεύεται, πλὴν οὐαὶ τῷ ἀνθρώπῳ ἐκείνῳ δι’</w:t>
      </w:r>
    </w:p>
    <w:p>
      <w:r>
        <w:rPr>
          <w:rFonts w:ascii="Courier New" w:hAnsi="Courier New"/>
          <w:color w:val="555555"/>
          <w:sz w:val="20"/>
        </w:rPr>
        <w:t>[5]</w:t>
      </w:r>
    </w:p>
    <w:p>
      <w:r>
        <w:rPr>
          <w:rFonts w:ascii="Gentium Plus" w:hAnsi="Gentium Plus"/>
          <w:sz w:val="24"/>
        </w:rPr>
        <w:t>«οὗ παραδίδοται» οἱ μαθηταὶ ἤρξαντο συζητεῖν πρὸς ἑαυτοὺς τίς «ἄρα εἴη ἐξ αὐτῶν ὁ μέλλων τοῦτο πράσσειν»· συνεζήτουν γὰρ «ἀπο‐</w:t>
      </w:r>
    </w:p>
    <w:p>
      <w:r>
        <w:rPr>
          <w:rFonts w:ascii="Courier New" w:hAnsi="Courier New"/>
          <w:color w:val="555555"/>
          <w:sz w:val="20"/>
        </w:rPr>
        <w:t>[32 . 19 . 252]</w:t>
      </w:r>
    </w:p>
    <w:p>
      <w:r>
        <w:rPr>
          <w:rFonts w:ascii="Gentium Plus" w:hAnsi="Gentium Plus"/>
          <w:sz w:val="24"/>
        </w:rPr>
        <w:t>«ρούμενοι περὶ τίνος λέγει». ἀλλὰ κατὰ μὲν τὸν Λουκᾶν οὐκ ἐμ‐ φαίνεται ὅτι ἕκαστος καὶ ἑαυτὸν ὑπενόει· κατὰ δὲ τὸν Ματθαῖον</w:t>
      </w:r>
    </w:p>
    <w:p>
      <w:r>
        <w:rPr>
          <w:rFonts w:ascii="Courier New" w:hAnsi="Courier New"/>
          <w:color w:val="555555"/>
          <w:sz w:val="20"/>
        </w:rPr>
        <w:t>[32 . 19 . 253]</w:t>
      </w:r>
    </w:p>
    <w:p>
      <w:r>
        <w:rPr>
          <w:rFonts w:ascii="Gentium Plus" w:hAnsi="Gentium Plus"/>
          <w:sz w:val="24"/>
        </w:rPr>
        <w:t>καὶ τὸν Μάρκον καὶ τοῦτο παρίσταται. ὁ μὲν γὰρ Ματθαῖός φησι· «Καὶ λυπούμενοι σφόδρα ἤρξαντο λέγειν· Μήτι ἐγώ εἰμι, κύριε;»</w:t>
      </w:r>
    </w:p>
    <w:p>
      <w:r>
        <w:rPr>
          <w:rFonts w:ascii="Courier New" w:hAnsi="Courier New"/>
          <w:color w:val="555555"/>
          <w:sz w:val="20"/>
        </w:rPr>
        <w:t>[32 . 19 . 254]</w:t>
      </w:r>
    </w:p>
    <w:p>
      <w:r>
        <w:rPr>
          <w:rFonts w:ascii="Gentium Plus" w:hAnsi="Gentium Plus"/>
          <w:sz w:val="24"/>
        </w:rPr>
        <w:t>ὁ δὲ Μάρκος ὅτι «Ἤρξαντο λυπεῖσθαι καὶ λέγειν αὐτῷ εἷς καθ’ ἕνα·</w:t>
      </w:r>
    </w:p>
    <w:p>
      <w:r>
        <w:rPr>
          <w:rFonts w:ascii="Courier New" w:hAnsi="Courier New"/>
          <w:color w:val="555555"/>
          <w:sz w:val="20"/>
        </w:rPr>
        <w:t>[32 . 19 . 255]</w:t>
      </w:r>
    </w:p>
    <w:p>
      <w:r>
        <w:rPr>
          <w:rFonts w:ascii="Gentium Plus" w:hAnsi="Gentium Plus"/>
          <w:sz w:val="24"/>
        </w:rPr>
        <w:t>«Μήτι ἐγώ; καὶ ἄλλος· Μήτι ἐγώ;» ἐμέμνηντο γάρ, οἶμαι, ἄνθρωποι ὄντες, ὅτι τρεπτή ἐστιν ἡ προαίρεσις τῶν ἔτι προκοπτόντων καὶ</w:t>
      </w:r>
    </w:p>
    <w:p>
      <w:r>
        <w:rPr>
          <w:rFonts w:ascii="Courier New" w:hAnsi="Courier New"/>
          <w:color w:val="555555"/>
          <w:sz w:val="20"/>
        </w:rPr>
        <w:t>[32 . 19 . 256]</w:t>
      </w:r>
    </w:p>
    <w:p>
      <w:r>
        <w:rPr>
          <w:rFonts w:ascii="Gentium Plus" w:hAnsi="Gentium Plus"/>
          <w:sz w:val="24"/>
        </w:rPr>
        <w:t>ἐπιδεχομένη τὸ ἐναντία θέλειν οἷς πρότερον προέθετο. τάχα δὲ καὶ μαθόντες πρὸς ἃ ἡμῖν ἐστιν ἡ πάλη, εὐλαβοῦντο διὰ τὸ ἐν ἀνθρώ‐ ποις ἄδηλον μήποτε νικηθέντες παραδέξωνται καὶ τὴν περὶ τοῦ δι‐</w:t>
      </w:r>
    </w:p>
    <w:p>
      <w:r>
        <w:rPr>
          <w:rFonts w:ascii="Courier New" w:hAnsi="Courier New"/>
          <w:color w:val="555555"/>
          <w:sz w:val="20"/>
        </w:rPr>
        <w:t>[32 . 19 . 257]</w:t>
      </w:r>
    </w:p>
    <w:p>
      <w:r>
        <w:rPr>
          <w:rFonts w:ascii="Gentium Plus" w:hAnsi="Gentium Plus"/>
          <w:sz w:val="24"/>
        </w:rPr>
        <w:t>δασκάλου προδοσίαν. καὶ γὰρ ὁ Πέτρος πρόθεσιν μὲν εἶχεν, ὅτε δια‐ βεβαιούμενος ἔλεγεν· «Εἰ καὶ πάντες σκανδαλισθήσονται ἐν σοί, ἐγὼ</w:t>
      </w:r>
    </w:p>
    <w:p>
      <w:r>
        <w:rPr>
          <w:rFonts w:ascii="Courier New" w:hAnsi="Courier New"/>
          <w:color w:val="555555"/>
          <w:sz w:val="20"/>
        </w:rPr>
        <w:t>[32 . 19 . 258]</w:t>
      </w:r>
    </w:p>
    <w:p>
      <w:r>
        <w:rPr>
          <w:rFonts w:ascii="Gentium Plus" w:hAnsi="Gentium Plus"/>
          <w:sz w:val="24"/>
        </w:rPr>
        <w:t>ἠρνήσατο. ἐκ τῶν τοιούτων δὴ λόγων διδασκόμεθα· «Ὁ στήκων «βλεπέτω μὴ πέσῃ» καὶ «Μὴ καυχῶ τὰ εἰς αὔριον, οὐ γὰρ οἶδας τί τέξεται ἡ ἐπιοῦσα». τάχα δὲ καὶ τὸ «Ἔβλεπον εἰς ἀλλήλους οἱ μα‐ «θηταὶ» πρὸς τῷ ἁπλούστερον νοουμένῳ καὶ τοιοῦτόν τι δηλοῖ, ὅτι</w:t>
      </w:r>
    </w:p>
    <w:p>
      <w:r>
        <w:rPr>
          <w:rFonts w:ascii="Courier New" w:hAnsi="Courier New"/>
          <w:color w:val="555555"/>
          <w:sz w:val="20"/>
        </w:rPr>
        <w:t>[5]</w:t>
      </w:r>
    </w:p>
    <w:p>
      <w:r>
        <w:rPr>
          <w:rFonts w:ascii="Gentium Plus" w:hAnsi="Gentium Plus"/>
          <w:sz w:val="24"/>
        </w:rPr>
        <w:t>ἕκαστος κατὰ τὸ δυνατὸν ἀνθρωπίνῃ φύσει ἐνεώρα εἰς τὴν προαίρε‐ σιν τοῦ ἑτέρου, ἐπαπορῶν εἰ δύναται ἡ τοιαῦτα πράξασα ψυχὴ καὶ οὕτω πρὸς τὸν ἀψευδῆ διδάσκαλον διατεθεῖσα, ἀληθῶς μαρτυρήσαντα ἐν τῷ εἰρηκέναι· «Ἀμὴν ἀμὴν λέγω ὑμῖν ὅτι εἷς ἐξ ὑμῶν παραδώσει «με», ἐπὶ τοσοῦτον ἐκτραπῆναι καὶ ἐπιλαθέσθαι τῶν τοῦ διδασκάλου</w:t>
      </w:r>
    </w:p>
    <w:p>
      <w:r>
        <w:rPr>
          <w:rFonts w:ascii="Courier New" w:hAnsi="Courier New"/>
          <w:color w:val="555555"/>
          <w:sz w:val="20"/>
        </w:rPr>
        <w:t>[32 . 19 . 259]</w:t>
      </w:r>
    </w:p>
    <w:p>
      <w:r>
        <w:rPr>
          <w:rFonts w:ascii="Gentium Plus" w:hAnsi="Gentium Plus"/>
          <w:sz w:val="24"/>
        </w:rPr>
        <w:t>μαθημάτων, ὡς καὶ ἐπὶ τὴν προδοσίαν αὐτοῦ φθάσαι. ἐμφαντικὴ γὰρ ἡ περὶ τῶν μαθητῶν λέξις ἡ «Ἀπορούμενοι περὶ τίνος λέγει»· οὐ γὰρ εὐπόρουν ἐννοῆσαι περὶ τίνος τὸ προειρημένον ἦν, ἀλλ’ ἦσαν περὶ τούτου ἀπορούμενοι καὶ οὐδὲν οὔτε νοεῖν οὔτε λέγειν σαφὲς</w:t>
      </w:r>
    </w:p>
    <w:p>
      <w:r>
        <w:rPr>
          <w:rFonts w:ascii="Courier New" w:hAnsi="Courier New"/>
          <w:color w:val="555555"/>
          <w:sz w:val="20"/>
        </w:rPr>
        <w:t>[5]</w:t>
      </w:r>
    </w:p>
    <w:p>
      <w:r>
        <w:rPr>
          <w:rFonts w:ascii="Gentium Plus" w:hAnsi="Gentium Plus"/>
          <w:sz w:val="24"/>
        </w:rPr>
        <w:t>εὑρίσκοντες.</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[32 . 20 n]</w:t>
      </w:r>
    </w:p>
    <w:p>
      <w:r>
        <w:rPr>
          <w:rFonts w:ascii="Gentium Plus" w:hAnsi="Gentium Plus"/>
          <w:sz w:val="24"/>
        </w:rPr>
        <w:t>Ἦν ἀνακείμενος εἷς ἐκ τῶν μαθητῶν αὐτοῦ ἐν τῷ κόλπῳ τοῦ Ἰησοῦ, ὃν ἠγάπα ὁ Ἰησοῦς. νεύει οὖν τούτῳ Σίμων Πέτρος καὶ λέγει αὐτῷ· Εἰπὲ τίς ἐστιν περὶ οὗ λέγει. ἀναπεσὼν ἐκεῖνος ἐπὶ τὸ στῆθος τοῦ Ἰησοῦ λέγει αὐτῷ·</w:t>
      </w:r>
    </w:p>
    <w:p>
      <w:r>
        <w:rPr>
          <w:rFonts w:ascii="Courier New" w:hAnsi="Courier New"/>
          <w:color w:val="555555"/>
          <w:sz w:val="20"/>
        </w:rPr>
        <w:t>[5]</w:t>
      </w:r>
    </w:p>
    <w:p>
      <w:r>
        <w:rPr>
          <w:rFonts w:ascii="Gentium Plus" w:hAnsi="Gentium Plus"/>
          <w:sz w:val="24"/>
        </w:rPr>
        <w:t>Κύριε, τίς ἐστιν; ἀποκρίνεται οὖν ὁ Ἰησοῦς· Ἐκεῖνός ἐστιν ᾧ ἐγὼ βάψω τὸ ψωμίον. βάψας οὖν τὸ ψωμίον λαμβάνει καὶ δίδωσιν Ἰούδᾳ Σίμωνος Ἰσκαριώτου· καὶ μετὰ τὸ ψωμίον τότε εἰσῆλθεν εἰς ἐκεῖνον ὁ Σατανᾶς. λέγει οὖν αὐτῷ ὁ Ἰησοῦς· Ὃ ποιεῖς ποίησον τάχιον. τοῦτο δὲ οὐδεὶς ἔγνω τῶν ἀνα‐</w:t>
      </w:r>
    </w:p>
    <w:p>
      <w:r>
        <w:rPr>
          <w:rFonts w:ascii="Courier New" w:hAnsi="Courier New"/>
          <w:color w:val="555555"/>
          <w:sz w:val="20"/>
        </w:rPr>
        <w:t>[10]</w:t>
      </w:r>
    </w:p>
    <w:p>
      <w:r>
        <w:rPr>
          <w:rFonts w:ascii="Gentium Plus" w:hAnsi="Gentium Plus"/>
          <w:sz w:val="24"/>
        </w:rPr>
        <w:t>κειμένων πρὸς τί εἶπεν αὐτῷ· τινὲς γὰρ ἐδόκουν, ἐπεὶ τὸ γλωσσόκομον εἶχεν Ἰούδας, ὅτι λέγει αὐτῷ Ἰησοῦς· Ἀγόρασον ὧν χρείαν ἔχομεν εἰς τὴν ἑορτήν, ἢ τοῖς πτωχοῖς ἵνα τι δῷ.</w:t>
      </w:r>
    </w:p>
    <w:p>
      <w:r>
        <w:rPr>
          <w:rFonts w:ascii="Courier New" w:hAnsi="Courier New"/>
          <w:color w:val="555555"/>
          <w:sz w:val="20"/>
        </w:rPr>
        <w:t>[32 . 20 . 260]</w:t>
      </w:r>
    </w:p>
    <w:p>
      <w:r>
        <w:rPr>
          <w:rFonts w:ascii="Gentium Plus" w:hAnsi="Gentium Plus"/>
          <w:sz w:val="24"/>
        </w:rPr>
        <w:t>Ὁ ἐν τῷ κόλπῳ τοῦ Ἰησοῦ ἀνακείμενος, εἷς τῶν μα‐ θητῶν ὃν ἠγάπα ὁ Ἰησοῦς, ἔοικεν ὁ γράψας τὸ εὐαγγέλιον εἶναι Ἰωάννης· ἐπὶ γὰρ τῷ τέλει τοῦ εὐαγγελίου γέγραπται ὡς «Ἐπιστρα‐</w:t>
      </w:r>
    </w:p>
    <w:p>
      <w:r>
        <w:rPr>
          <w:rFonts w:ascii="Courier New" w:hAnsi="Courier New"/>
          <w:color w:val="555555"/>
          <w:sz w:val="20"/>
        </w:rPr>
        <w:t>[5]</w:t>
      </w:r>
    </w:p>
    <w:p>
      <w:r>
        <w:rPr>
          <w:rFonts w:ascii="Gentium Plus" w:hAnsi="Gentium Plus"/>
          <w:sz w:val="24"/>
        </w:rPr>
        <w:t>«θοῦντα, ὃς καὶ ἀνέπεσεν ἐν τῷ δείπνῳ ἐπὶ τὸ στῆθος αὐτοῦ, καὶ «εἶπεν· Κύριε, τίς ἐστιν ὁ παραδιδούς σε; τοῦτον οὖν ἰδὼν ὁ Πέτρος «λέγει τῷ Ἰησοῦ· Κύριε, οὗτος δὲ τί; λέγει αὐτῷ ὁ Ἰησοῦς· Ἐὰν «αὐτὸν θέλω μένειν ἕως ἔρχομαι, τί πρὸς σέ; σύ μοι ἀκολούθει. «ἐξῆλθεν οὖν ὁ λόγος εἰς τοὺς ἀδελφούς, ὅτι ὁ μαθητὴς ἐκεῖνος οὐκ</w:t>
      </w:r>
    </w:p>
    <w:p>
      <w:r>
        <w:rPr>
          <w:rFonts w:ascii="Courier New" w:hAnsi="Courier New"/>
          <w:color w:val="555555"/>
          <w:sz w:val="20"/>
        </w:rPr>
        <w:t>[10]</w:t>
      </w:r>
    </w:p>
    <w:p>
      <w:r>
        <w:rPr>
          <w:rFonts w:ascii="Gentium Plus" w:hAnsi="Gentium Plus"/>
          <w:sz w:val="24"/>
        </w:rPr>
        <w:t>«ἀποθνήσκει. οὐκ εἶπεν δὲ αὐτῷ ὁ Ἰησοῦς ὅτι οὐκ ἀποθνήσκει, ἀλλ’·</w:t>
      </w:r>
    </w:p>
    <w:p>
      <w:r>
        <w:rPr>
          <w:rFonts w:ascii="Courier New" w:hAnsi="Courier New"/>
          <w:color w:val="555555"/>
          <w:sz w:val="20"/>
        </w:rPr>
        <w:t>[32 . 20 . 261]</w:t>
      </w:r>
    </w:p>
    <w:p>
      <w:r>
        <w:rPr>
          <w:rFonts w:ascii="Gentium Plus" w:hAnsi="Gentium Plus"/>
          <w:sz w:val="24"/>
        </w:rPr>
        <w:t>«Ἐὰν αὐτὸν θέλω μένειν ἕως ἔρχομαι, τί πρὸς σέ;» ὅτι δὲ ὁ μαθη‐ τὴς οὗτος ὁ γράψας τὸ εὐαγγέλιον Ἰωάννης ἐστὶν δῆλον ἐκ τῶν ἐπιφερομένων οὕτως ἐχόντων ὅτι «Οὗτός ἐστιν ὁ μαθητὴς ὁ καὶ</w:t>
      </w:r>
    </w:p>
    <w:p>
      <w:r>
        <w:rPr>
          <w:rFonts w:ascii="Courier New" w:hAnsi="Courier New"/>
          <w:color w:val="555555"/>
          <w:sz w:val="20"/>
        </w:rPr>
        <w:t>[32 . 20 . 262]</w:t>
      </w:r>
    </w:p>
    <w:p>
      <w:r>
        <w:rPr>
          <w:rFonts w:ascii="Gentium Plus" w:hAnsi="Gentium Plus"/>
          <w:sz w:val="24"/>
        </w:rPr>
        <w:t>«μαρτυρῶν περὶ τούτων, ὁ γράψας ταῦτα». παρατήρει δὲ ἐν ἀμφο‐ τέροις τοῖς τόποις τοῦ εὐαγγελίου τίνα τρόπον ὁ Πέτρος, ὡς ἐπὶ πλεῖον αὐτῷ θαρρῶν καὶ προσκεκλιμένος, ὅπου μὲν «Νεύει αὐτῷ καὶ «λέγει· Εἰπὲ τίς ἐστιν, περὶ οὗ ὁ Ἰησοῦς προδώσοντός φησιν»,</w:t>
      </w:r>
    </w:p>
    <w:p>
      <w:r>
        <w:rPr>
          <w:rFonts w:ascii="Courier New" w:hAnsi="Courier New"/>
          <w:color w:val="555555"/>
          <w:sz w:val="20"/>
        </w:rPr>
        <w:t>[5]</w:t>
      </w:r>
    </w:p>
    <w:p>
      <w:r>
        <w:rPr>
          <w:rFonts w:ascii="Gentium Plus" w:hAnsi="Gentium Plus"/>
          <w:sz w:val="24"/>
        </w:rPr>
        <w:t>ὅπου δὲ ἰδὼν αὐτὸν ἀκολουθοῦντα ὡς φροντίζων αὐτοῦ μᾶλλον παρὰ τοὺς λοιποὺς λέγει τῷ Ἰησοῦ περὶ αὐτοῦ· «Κύριε, οὗτος δὲ «τί;» βουλόμενος μαθεῖν καὶ τὸ κατὰ τὸν Ἰωάννην τέλος ὁμοίως τῷ ἐγνωκέναι τὰ περὶ αὑτοῦ, ὅτι ὅταν γηράσῃ ἐκτενεῖ τὰς χεῖρας αὐτοῦ,</w:t>
      </w:r>
    </w:p>
    <w:p>
      <w:r>
        <w:rPr>
          <w:rFonts w:ascii="Courier New" w:hAnsi="Courier New"/>
          <w:color w:val="555555"/>
          <w:sz w:val="20"/>
        </w:rPr>
        <w:t>[32 . 20 . 263]</w:t>
      </w:r>
    </w:p>
    <w:p>
      <w:r>
        <w:rPr>
          <w:rFonts w:ascii="Gentium Plus" w:hAnsi="Gentium Plus"/>
          <w:sz w:val="24"/>
        </w:rPr>
        <w:t>καὶ ἄλλος αὐτὸν ζώσει καὶ οἴσει ὅπου οὐ θέλει. εἴπερ δὲ ἃ ἐλάλει ῥήματα ὁ Ἰησοῦς πνεῦμά ἐστιν καὶ οὐ γράμμα, δι’ ὅλων ζωή ἐστιν καὶ οὐδαμῶς θάνατος, καὶ μιμούμενος αὐτὸν ὁ μαθητὴς ὃν ἠγάπα πνεῦμα καὶ ζωὴν ἀναγράφει, ἀκουστέον τοῦ «Ἦν ἀνακείμενος εἷς ἐκ</w:t>
      </w:r>
    </w:p>
    <w:p>
      <w:r>
        <w:rPr>
          <w:rFonts w:ascii="Courier New" w:hAnsi="Courier New"/>
          <w:color w:val="555555"/>
          <w:sz w:val="20"/>
        </w:rPr>
        <w:t>[5]</w:t>
      </w:r>
    </w:p>
    <w:p>
      <w:r>
        <w:rPr>
          <w:rFonts w:ascii="Gentium Plus" w:hAnsi="Gentium Plus"/>
          <w:sz w:val="24"/>
        </w:rPr>
        <w:t>«τῶν μαθητῶν αὐτοῦ ἐν τῷ κόλπῳ τοῦ Ἰησοῦ» ἀξίως τιμῆς, ἧς πρέπει διδόναι τὸν υἱὸν τοῦ θεοῦ καὶ λαμβάνειν τὸν ἀγαπώμενον</w:t>
      </w:r>
    </w:p>
    <w:p>
      <w:r>
        <w:rPr>
          <w:rFonts w:ascii="Courier New" w:hAnsi="Courier New"/>
          <w:color w:val="555555"/>
          <w:sz w:val="20"/>
        </w:rPr>
        <w:t>[32 . 20 . 264]</w:t>
      </w:r>
    </w:p>
    <w:p>
      <w:r>
        <w:rPr>
          <w:rFonts w:ascii="Gentium Plus" w:hAnsi="Gentium Plus"/>
          <w:sz w:val="24"/>
        </w:rPr>
        <w:t>ὑπ’ αὐτοῦ. καὶ νομίζω ὅτι εἰ καὶ συμβολικῶς τότε ἀνακείμενος Ἰωάννης ἦν ἐν τῷ κόλπῳ τοῦ Ἰησοῦ, τοῦ γέρως τούτου ἀξιωθεὶς ὡς ἐξαιρέτου ἀγάπης κριθεὶς ἄξιος τῆς ἀπὸ τοῦ διδασκάλου, τὸ συμβολικὸν τοῦτο παρίστησιν ὅτι Ἰωάννης ἀνακείμενος τῷ λόγῳ καὶ τοῖς μυστικωτέροις</w:t>
      </w:r>
    </w:p>
    <w:p>
      <w:r>
        <w:rPr>
          <w:rFonts w:ascii="Courier New" w:hAnsi="Courier New"/>
          <w:color w:val="555555"/>
          <w:sz w:val="20"/>
        </w:rPr>
        <w:t>[5]</w:t>
      </w:r>
    </w:p>
    <w:p>
      <w:r>
        <w:rPr>
          <w:rFonts w:ascii="Gentium Plus" w:hAnsi="Gentium Plus"/>
          <w:sz w:val="24"/>
        </w:rPr>
        <w:t>ἐναναπαυόμενος, ἀνέκειτο ἐν τοῖς κόλποις τοῦ λόγου, ἀνάλογον τῷ καὶ αὐτὸν εἶναι ἐν τοῖς κόλποις τοῦ πατρός, κατὰ τὸ «Ὁ μονογενὴς</w:t>
      </w:r>
    </w:p>
    <w:p>
      <w:r>
        <w:rPr>
          <w:rFonts w:ascii="Courier New" w:hAnsi="Courier New"/>
          <w:color w:val="555555"/>
          <w:sz w:val="20"/>
        </w:rPr>
        <w:t>[32 . 20 . 265]</w:t>
      </w:r>
    </w:p>
    <w:p>
      <w:r>
        <w:rPr>
          <w:rFonts w:ascii="Gentium Plus" w:hAnsi="Gentium Plus"/>
          <w:sz w:val="24"/>
        </w:rPr>
        <w:t>«θεός, ὁ ὢν εἰς τὸν κόλπον τοῦ πατρός, ἐκεῖνος ἐξηγήσατο». εἰ μὴ ταπεινότερον δὲ ἀκούομεν καὶ τοῦ «Ἐγένετο δὲ ἀποθανεῖν τὸν πτω‐ «χὸν καὶ ἀπενεχθῆναι αὐτὸν † ἀπὸ τῶν ἀγγέλων εἰς τὸν κόλπον</w:t>
      </w:r>
    </w:p>
    <w:p>
      <w:r>
        <w:rPr>
          <w:rFonts w:ascii="Courier New" w:hAnsi="Courier New"/>
          <w:color w:val="555555"/>
          <w:sz w:val="20"/>
        </w:rPr>
        <w:t>[5]</w:t>
      </w:r>
    </w:p>
    <w:p>
      <w:r>
        <w:rPr>
          <w:rFonts w:ascii="Gentium Plus" w:hAnsi="Gentium Plus"/>
          <w:sz w:val="24"/>
        </w:rPr>
        <w:t>ἐὰν οὕτως * * * ἐσόμεθα, ἀπολογησάμενοι πρὸς τὴν κατ’ ἄγνοιαν περὶ τῆς γραφῆς ἐπαπόρησιν, λεχθεῖσαν ὑπὸ τοῦ βουληθέντος ἀθε‐ τῆσαι τὴν περὶ τὸν πλούσιον καὶ τὸν πένητα διήγησιν· εἰ γὰρ ἀνέ‐ κειτο, φησίν, εἰς τὸν κόλπον τοῦ Ἀβραὰμ ὁ Λάζαρος, ἕτερος πρὸ τοῦ τοῦτον ἐξελθεῖν τὸν βίον ἦν 〈ἂν〉 ἐν τῷ κόλπῳ τοῦ Ἀβραάμ, καὶ πρὸ</w:t>
      </w:r>
    </w:p>
    <w:p>
      <w:r>
        <w:rPr>
          <w:rFonts w:ascii="Courier New" w:hAnsi="Courier New"/>
          <w:color w:val="555555"/>
          <w:sz w:val="20"/>
        </w:rPr>
        <w:t>[32 . 20 . 266]</w:t>
      </w:r>
    </w:p>
    <w:p>
      <w:r>
        <w:rPr>
          <w:rFonts w:ascii="Gentium Plus" w:hAnsi="Gentium Plus"/>
          <w:sz w:val="24"/>
        </w:rPr>
        <w:t>ἐκείνου ἄλλος. ἀλλὰ καὶ ἄλλου, φησί, δικαίου ἐξελθόντος ὁ πτωχὸς ὑπαναστήσεται· οὐ γὰρ ἑώρα τὸν κόλπον τοῦ Ἀβραὰμ ὁ περὶ τού‐ των ἐπαπορῶν, καὶ ὅτι δυνατόν ἐστιν μυρίους ἐν τῷ κόλπῳ τοῦ Ἀβραὰμ ἅμα ἀναπαύσεσθαι, κοινωνοῦντας τῶν ἀποκαλυφθέντων αὐτῷ.</w:t>
      </w:r>
    </w:p>
    <w:p>
      <w:r>
        <w:rPr>
          <w:rFonts w:ascii="Courier New" w:hAnsi="Courier New"/>
          <w:color w:val="555555"/>
          <w:sz w:val="20"/>
        </w:rPr>
        <w:t>[32 . 21 . 267]</w:t>
      </w:r>
    </w:p>
    <w:p>
      <w:r>
        <w:rPr>
          <w:rFonts w:ascii="Gentium Plus" w:hAnsi="Gentium Plus"/>
          <w:sz w:val="24"/>
        </w:rPr>
        <w:t>Εἰ δὲ καὶ ἄλλον τόπον περὶ τῆς τοῦ κόλπου ὀνομασίας δεήσει παραθέσθαι ἀπὸ τῆς γραφῆς, φέρε ἐξετάσωμεν τίνα τρόπον εἶπεν κύριος τῷ Μωϋσῇ· «Πάλιν εἰσένεγκον τὴν χεῖρά σου εἰς τὸν «κόλπον σου. καὶ εἰσήνεγκεν τὴν χεῖρα αὐτοῦ εἰς τὸν κόλπον αὐτοῦ,</w:t>
      </w:r>
    </w:p>
    <w:p>
      <w:r>
        <w:rPr>
          <w:rFonts w:ascii="Courier New" w:hAnsi="Courier New"/>
          <w:color w:val="555555"/>
          <w:sz w:val="20"/>
        </w:rPr>
        <w:t>[5]</w:t>
      </w:r>
    </w:p>
    <w:p>
      <w:r>
        <w:rPr>
          <w:rFonts w:ascii="Gentium Plus" w:hAnsi="Gentium Plus"/>
          <w:sz w:val="24"/>
        </w:rPr>
        <w:t>«καὶ ἐξήνεγκεν αὐτὴν ἐκ τοῦ κόλπου αὐτοῦ καὶ ἐγένετο ἡ χεὶρ «αὐτοῦ λεπρῶσα ὡσεὶ χιών. καὶ εἶπεν· Εἰσένεγκον τὴν χεῖρά σου «εἰς τὸν κόλπον σου. καὶ εἰσήνεγκε τὴν χεῖρα αὐτοῦ εἰς τὸν κόλπον «αὐτοῦ, καὶ ἐξήνεγκεν αὐτὴν ἐκ τοῦ κόλπου αὐτοῦ, καὶ πάλιν ἀπε‐</w:t>
      </w:r>
    </w:p>
    <w:p>
      <w:r>
        <w:rPr>
          <w:rFonts w:ascii="Courier New" w:hAnsi="Courier New"/>
          <w:color w:val="555555"/>
          <w:sz w:val="20"/>
        </w:rPr>
        <w:t>[32 . 21 . 268]</w:t>
      </w:r>
    </w:p>
    <w:p>
      <w:r>
        <w:rPr>
          <w:rFonts w:ascii="Gentium Plus" w:hAnsi="Gentium Plus"/>
          <w:sz w:val="24"/>
        </w:rPr>
        <w:t>«κατεστάθη εἰς τὴν χρόαν τῆς σαρκὸς αὐτοῦ». χαλεπὸν μὲν οὖν ἰδεῖν καὶ ὑπὲρ ἡμᾶς, τίνος σύμβολον εἶναι δύναται τὸ σημεῖον τοῦτο. ἐπεὶ δὲ χρὴ καὶ ἡμᾶς μὴ ἀργεῖν ἀπὸ τοῦ ζητεῖν καὶ τὸ ὑπο‐ πῖπτον εἰς κρίσιν παραδοῦναι τῷ ἐντευξομένῳ, φήσομεν ὅτι ἡ χεὶρ</w:t>
      </w:r>
    </w:p>
    <w:p>
      <w:r>
        <w:rPr>
          <w:rFonts w:ascii="Courier New" w:hAnsi="Courier New"/>
          <w:color w:val="555555"/>
          <w:sz w:val="20"/>
        </w:rPr>
        <w:t>[5]</w:t>
      </w:r>
    </w:p>
    <w:p>
      <w:r>
        <w:rPr>
          <w:rFonts w:ascii="Gentium Plus" w:hAnsi="Gentium Plus"/>
          <w:sz w:val="24"/>
        </w:rPr>
        <w:t>πράξεων πολλαχοῦ σύμβολόν ἐστιν· ὁ δὲ κόλπος Μωϋσέως δύο δυνά‐ μεις ἔχει, τὴν μὲν προτέραν καὶ κατὰ τὰ τοῦ γράμματος νοήματα, ποιοῦσαν τὴν πρᾶξιν τοῦ πράττοντος ὡσεὶ χιών, ὅσον ἐπὶ τῇ Ἑβραίων φωνῇ, [ἢ] καὶ λεπρῶσαν· τὴν δὲ δευτέραν καὶ κατὰ τὸν πνευματικὸν νόμον, καθαρὰν ἀποδεικνύουσαν τὴν πολιτείαν καὶ</w:t>
      </w:r>
    </w:p>
    <w:p>
      <w:r>
        <w:rPr>
          <w:rFonts w:ascii="Courier New" w:hAnsi="Courier New"/>
          <w:color w:val="555555"/>
          <w:sz w:val="20"/>
        </w:rPr>
        <w:t>[32 . 21 . 269]</w:t>
      </w:r>
    </w:p>
    <w:p>
      <w:r>
        <w:rPr>
          <w:rFonts w:ascii="Gentium Plus" w:hAnsi="Gentium Plus"/>
          <w:sz w:val="24"/>
        </w:rPr>
        <w:t>ἀποκαθιστανομένην εἰς τὸ βούλημα τῆς φύσεως τοῦ λόγου. καὶ τήρει γε ὅτι ἐπιφέρεται τούτοις τὸ «Ἐὰν μὴ πιστεύσωσίν σοι μηδὲ «εἰσακούσωσιν τῆς φωνῆς τοῦ σημείου τοῦ πρώτου, πιστεύσουσίν σοι «τῆς φωνῆς τοῦ σημείου τοῦ δευτέρου»· ὁ γὰρ μὴ πιστεύσας τῇ ἐκ‐</w:t>
      </w:r>
    </w:p>
    <w:p>
      <w:r>
        <w:rPr>
          <w:rFonts w:ascii="Courier New" w:hAnsi="Courier New"/>
          <w:color w:val="555555"/>
          <w:sz w:val="20"/>
        </w:rPr>
        <w:t>[5]</w:t>
      </w:r>
    </w:p>
    <w:p>
      <w:r>
        <w:rPr>
          <w:rFonts w:ascii="Gentium Plus" w:hAnsi="Gentium Plus"/>
          <w:sz w:val="24"/>
        </w:rPr>
        <w:t>δοχῇ τοῦ γράμματος, διὰ μεγαλόνοιαν πιστεύει τῇ πνευματικῇ τοῦ</w:t>
      </w:r>
    </w:p>
    <w:p>
      <w:r>
        <w:rPr>
          <w:rFonts w:ascii="Courier New" w:hAnsi="Courier New"/>
          <w:color w:val="555555"/>
          <w:sz w:val="20"/>
        </w:rPr>
        <w:t>[32 . 21 . 270]</w:t>
      </w:r>
    </w:p>
    <w:p>
      <w:r>
        <w:rPr>
          <w:rFonts w:ascii="Gentium Plus" w:hAnsi="Gentium Plus"/>
          <w:sz w:val="24"/>
        </w:rPr>
        <w:t>νόμου διηγήσει. ἐὰν δέ τις μὴ πιστεύσῃ τοῖς δυσὶ σημείοις τούτοις, τῷ μὲν προτέρῳ ὅτι λεπρὰν ποιεῖ τὴν πρᾶξιν, τῷ δὲ δευτέρῳ ὅτι</w:t>
      </w:r>
    </w:p>
    <w:p>
      <w:r>
        <w:rPr>
          <w:rFonts w:ascii="Courier New" w:hAnsi="Courier New"/>
          <w:color w:val="555555"/>
          <w:sz w:val="20"/>
        </w:rPr>
        <w:t>[32 . 21 . 271]</w:t>
      </w:r>
    </w:p>
    <w:p>
      <w:r>
        <w:rPr>
          <w:rFonts w:ascii="Gentium Plus" w:hAnsi="Gentium Plus"/>
          <w:sz w:val="24"/>
        </w:rPr>
        <w:t>ται. γέγραπται γάρ· «Καὶ ἔσται ἐὰν μὴ πιστεύσωσίν σοι τοῖς δυσὶ «σημείοις τούτοις μηδὲ εἰσακούσωσιν τῆς φωνῆς σου, λήψῃ ἀπὸ τοῦ «ὕδατος τοῦ ποταμοῦ καὶ ἐκχεεῖς ἐπὶ τὸ ξηρόν, καὶ ἔσται τὸ ὕδωρ</w:t>
      </w:r>
    </w:p>
    <w:p>
      <w:r>
        <w:rPr>
          <w:rFonts w:ascii="Courier New" w:hAnsi="Courier New"/>
          <w:color w:val="555555"/>
          <w:sz w:val="20"/>
        </w:rPr>
        <w:t>[32 . 21 . 272]</w:t>
      </w:r>
    </w:p>
    <w:p>
      <w:r>
        <w:rPr>
          <w:rFonts w:ascii="Gentium Plus" w:hAnsi="Gentium Plus"/>
          <w:sz w:val="24"/>
        </w:rPr>
        <w:t>«ὃ ἐὰν λάβῃς ἀπὸ τοῦ ποταμοῦ αἷμα ἐπὶ τοῦ ξηροῦ». καὶ πρόσχες δὲ ὅτι ἐπὶ τούτου τοῦ σημείου οὐκέτι λέγεται τὸ ἢ «πιστεύσωσίν</w:t>
      </w:r>
    </w:p>
    <w:p>
      <w:r>
        <w:rPr>
          <w:rFonts w:ascii="Courier New" w:hAnsi="Courier New"/>
          <w:color w:val="555555"/>
          <w:sz w:val="20"/>
        </w:rPr>
        <w:t>[32 . 21 . 273]</w:t>
      </w:r>
    </w:p>
    <w:p>
      <w:r>
        <w:rPr>
          <w:rFonts w:ascii="Gentium Plus" w:hAnsi="Gentium Plus"/>
          <w:sz w:val="24"/>
        </w:rPr>
        <w:t>«σοι», ἢ οὐ πιστεύσουσιν. δηλοῦται γὰρ ὅτι τῷ μὴ πιστεύσαντι τοῖς δυσὶ σημείοις τὸ λαμβανόμενον ἀπὸ τοῦ ποταμοῦ ὕδωρ αἷμα γίνεται,</w:t>
      </w:r>
    </w:p>
    <w:p>
      <w:r>
        <w:rPr>
          <w:rFonts w:ascii="Courier New" w:hAnsi="Courier New"/>
          <w:color w:val="555555"/>
          <w:sz w:val="20"/>
        </w:rPr>
        <w:t>[32 . 21 . 274]</w:t>
      </w:r>
    </w:p>
    <w:p>
      <w:r>
        <w:rPr>
          <w:rFonts w:ascii="Gentium Plus" w:hAnsi="Gentium Plus"/>
          <w:sz w:val="24"/>
        </w:rPr>
        <w:t>δι’ ἀπιστίαν ποτίμου ἀπολαύειν οὐ δυναμένῳ λόγου. ἀλλὰ γὰρ ἐπανέλθωμεν, πλείονα τοῦ δέοντος διὰ τὸν κόλπον τοῦ Ἰησοῦ παρα‐ λαβόντες εἰς τὸν τόπον ἐπὶ τὸ προκείμενον, καὶ μαθόντες ὅτι ὃν ἠγάπα ὁ Ἰησοῦς ἦν ἀνακείμενος ἐν τῷ κόλπῳ τοῦ Ἰησοῦ, πάντα</w:t>
      </w:r>
    </w:p>
    <w:p>
      <w:r>
        <w:rPr>
          <w:rFonts w:ascii="Courier New" w:hAnsi="Courier New"/>
          <w:color w:val="555555"/>
          <w:sz w:val="20"/>
        </w:rPr>
        <w:t>[5]</w:t>
      </w:r>
    </w:p>
    <w:p>
      <w:r>
        <w:rPr>
          <w:rFonts w:ascii="Gentium Plus" w:hAnsi="Gentium Plus"/>
          <w:sz w:val="24"/>
        </w:rPr>
        <w:t>πράττωμεν πρὸς τὸ ἐγκριθῆναι τῇ ἐξαιρέτῳ αὐτοῦ ἀγάπῃ· οὕτω γὰρ καὶ αὐτοὶ ἀνακεισόμεθα ἐν τῷ κόλπῳ τοῦ Ἰησοῦ· νεύει δὲ τῷ ἀγαπωμένῳ μαθητῇ Σίμων Πέτρος, καὶ μὴ ἀρκούμενος τῷ νεύματι</w:t>
      </w:r>
    </w:p>
    <w:p>
      <w:r>
        <w:rPr>
          <w:rFonts w:ascii="Courier New" w:hAnsi="Courier New"/>
          <w:color w:val="555555"/>
          <w:sz w:val="20"/>
        </w:rPr>
        <w:t>[32 . 21 . 275]</w:t>
      </w:r>
    </w:p>
    <w:p>
      <w:r>
        <w:rPr>
          <w:rFonts w:ascii="Gentium Plus" w:hAnsi="Gentium Plus"/>
          <w:sz w:val="24"/>
        </w:rPr>
        <w:t>φησὶν αὐτῷ· «Εἰπὲ τίς ἐστιν περὶ οὗ λέγει». ἐπεὶ οὖν τὸ νεύειν ἐν ταῖς Παροιμίαις εἰς διαβολὴν λαμβάνεται· ὁ γὰρ φαῦλος «ἐννεύει «μὲν ὀφθαλμῷ, φησίν, σημαίνει δὲ ποδί, διδάσκει δὲ νεύμασι δακτύ‐ «λων, καὶ διεστραμμένῃ καρδίᾳ τεκταίνεται κακά» καὶ «Ὁ ἐννεύων</w:t>
      </w:r>
    </w:p>
    <w:p>
      <w:r>
        <w:rPr>
          <w:rFonts w:ascii="Courier New" w:hAnsi="Courier New"/>
          <w:color w:val="555555"/>
          <w:sz w:val="20"/>
        </w:rPr>
        <w:t>[5]</w:t>
      </w:r>
    </w:p>
    <w:p>
      <w:r>
        <w:rPr>
          <w:rFonts w:ascii="Gentium Plus" w:hAnsi="Gentium Plus"/>
          <w:sz w:val="24"/>
        </w:rPr>
        <w:t>«ὀφθαλμοῖς μετὰ δόλου συνάγει ἀνδράσι λύπας», λεκτέον ὅτι φαῦλον οὐ τὸ νεύειν ἐστίν, ἀλλὰ τὸ νεύειν ὀφθαλμῷ, τοῦτ’ ἔστιν πλαγιάζειν τὸν ὀφθαλμὸν καὶ μὴ ὀρθὰ βλέπειν, καὶ τὸ νεύειν μετὰ δόλου ἐστὶν τὸ ψεκτόν· νεύειν δὲ φιλομαθῶς Πέτρου ἔργον ἦν, καὶ ἀκολούθως τῷ τοιούτῳ νεύματι λέγειν τῷ συμφοιτητῇ, ὡς παρρησίαν πλείονα</w:t>
      </w:r>
    </w:p>
    <w:p>
      <w:r>
        <w:rPr>
          <w:rFonts w:ascii="Courier New" w:hAnsi="Courier New"/>
          <w:color w:val="555555"/>
          <w:sz w:val="20"/>
        </w:rPr>
        <w:t>[32 . 21 . 276]</w:t>
      </w:r>
    </w:p>
    <w:p>
      <w:r>
        <w:rPr>
          <w:rFonts w:ascii="Gentium Plus" w:hAnsi="Gentium Plus"/>
          <w:sz w:val="24"/>
        </w:rPr>
        <w:t>ἔχοντι πρὸς τὸν διδάσκαλον· «Εἰπὲ τίς ἐστιν περὶ οὗ λέγει». ἐβού‐ λετο γὰρ ἴσως τὸ κατὰ τὴν προδοσίαν, ἣν προδίδωσιν Ἰούδας τὸν Ἰησοῦν, μυστήριον ἰδεῖν, ὅπερ ἵνα μάθῃ ὁ Πέτρος, Ἰωάννης πρό‐ τερον ἀνακείμενος ἐν τῷ κόλπῳ τοῦ Ἰησοῦ ἐπαναβέβηκεν καὶ ἀνέπεσεν</w:t>
      </w:r>
    </w:p>
    <w:p>
      <w:r>
        <w:rPr>
          <w:rFonts w:ascii="Courier New" w:hAnsi="Courier New"/>
          <w:color w:val="555555"/>
          <w:sz w:val="20"/>
        </w:rPr>
        <w:t>[32 . 21 . 277]</w:t>
      </w:r>
    </w:p>
    <w:p>
      <w:r>
        <w:rPr>
          <w:rFonts w:ascii="Gentium Plus" w:hAnsi="Gentium Plus"/>
          <w:sz w:val="24"/>
        </w:rPr>
        <w:t>ἐπὶ τὸ στῆθος. καὶ τάχα μὴ ἀναπεσόντι ἐπὶ τὸ στῆθος, ἀλλὰ μείναντι ἐπὶ τοῦ ἀνακεῖσθαι ἐν τῷ κόλπῳ, οὐκ ἂν παρέδωκεν ὃν</w:t>
      </w:r>
    </w:p>
    <w:p>
      <w:r>
        <w:rPr>
          <w:rFonts w:ascii="Courier New" w:hAnsi="Courier New"/>
          <w:color w:val="555555"/>
          <w:sz w:val="20"/>
        </w:rPr>
        <w:t>[32 . 21 . 278]</w:t>
      </w:r>
    </w:p>
    <w:p>
      <w:r>
        <w:rPr>
          <w:rFonts w:ascii="Gentium Plus" w:hAnsi="Gentium Plus"/>
          <w:sz w:val="24"/>
        </w:rPr>
        <w:t>ἐπόθει μανθάνειν Ἰωάννης ἢ Πέτρος λόγον. εἰ καὶ ἀνακείμενος οὖν πρότερον μὲν ἦν ἐν τῷ κόλπῳ τοῦ Ἰησοῦ, ὕστερον δὲ ἀνέπεσεν ἐπὶ τὸ στῆθος τοῦ Ἰησοῦ, διὰ τοῦ δευτέρου ἐν τοῖς τελευταίοις τοῦ εὐ‐ αγγελίου χαρακτηρίζεται ὡς μείζονος καὶ διαφέροντος ὁ τοῦ Ἰησοῦ</w:t>
      </w:r>
    </w:p>
    <w:p>
      <w:r>
        <w:rPr>
          <w:rFonts w:ascii="Courier New" w:hAnsi="Courier New"/>
          <w:color w:val="555555"/>
          <w:sz w:val="20"/>
        </w:rPr>
        <w:t>[32 . 21 . 279]</w:t>
      </w:r>
    </w:p>
    <w:p>
      <w:r>
        <w:rPr>
          <w:rFonts w:ascii="Gentium Plus" w:hAnsi="Gentium Plus"/>
          <w:sz w:val="24"/>
        </w:rPr>
        <w:t>γνήσιος μαθητής. γέγραπται γὰρ ὅτι «Ἐπιστραφεὶς ὁ Πέτρος βλέπει «τὸν μαθητὴν ὃν ἠγάπα ὁ Ἰησοῦς ἀκολουθοῦντα, ὃς καὶ ἀνέπεσεν «ἐν τῷ δείπνῳ ἐπὶ τὸ στῆθος αὐτοῦ καὶ εἶπεν· Κύριε, τίς ἐστιν ὁ «παραδιδούς σε;» οὐ γὰρ γέγραπται· ‹ὃς ἦν ἀνακείμενος ἐν τῷ κόλπῳ</w:t>
      </w:r>
    </w:p>
    <w:p>
      <w:r>
        <w:rPr>
          <w:rFonts w:ascii="Courier New" w:hAnsi="Courier New"/>
          <w:color w:val="555555"/>
          <w:sz w:val="20"/>
        </w:rPr>
        <w:t>[5]</w:t>
      </w:r>
    </w:p>
    <w:p>
      <w:r>
        <w:rPr>
          <w:rFonts w:ascii="Gentium Plus" w:hAnsi="Gentium Plus"/>
          <w:sz w:val="24"/>
        </w:rPr>
        <w:t>Ἰησοῦ›.</w:t>
      </w:r>
    </w:p>
    <w:p>
      <w:r>
        <w:rPr>
          <w:rFonts w:ascii="Courier New" w:hAnsi="Courier New"/>
          <w:color w:val="555555"/>
          <w:sz w:val="20"/>
        </w:rPr>
        <w:t>[32 . 22 . 280]</w:t>
      </w:r>
    </w:p>
    <w:p>
      <w:r>
        <w:rPr>
          <w:rFonts w:ascii="Gentium Plus" w:hAnsi="Gentium Plus"/>
          <w:sz w:val="24"/>
        </w:rPr>
        <w:t>Τί δὲ καὶ ἀποκρινόμενος εἶπεν ὁ κύριος θεωρήσωμεν. «Ἐκεῖνος, φησίν, ἐστὶν ᾧ ἐγὼ βάψω τὸ ψωμίον καὶ δώσω αὐτῷ». εἶπεν οὖν τοῦτο ὁ Ἰησοῦς, καὶ «βάψας τὸ ψωμίον λαμβάνει καὶ δί‐</w:t>
      </w:r>
    </w:p>
    <w:p>
      <w:r>
        <w:rPr>
          <w:rFonts w:ascii="Courier New" w:hAnsi="Courier New"/>
          <w:color w:val="555555"/>
          <w:sz w:val="20"/>
        </w:rPr>
        <w:t>[32 . 22 . 281]</w:t>
      </w:r>
    </w:p>
    <w:p>
      <w:r>
        <w:rPr>
          <w:rFonts w:ascii="Gentium Plus" w:hAnsi="Gentium Plus"/>
          <w:sz w:val="24"/>
        </w:rPr>
        <w:t>«δωσιν Ἰούδᾳ Σίμωνος Ἰσκαριώτου». καὶ μετὰ τὸ ψωμίον τότε εἰσῆλθεν εἰς ἐκεῖνον ὁ Σατανᾶς, οὐ δυνηθεὶς πρότερον εἰσελθεῖν, οὐδὲ εὐθέως ἅμα τῷ βεβληκέναι εἰς τὴν καρδίαν ἵνα παραδῷ αὐτὸν</w:t>
      </w:r>
    </w:p>
    <w:p>
      <w:r>
        <w:rPr>
          <w:rFonts w:ascii="Courier New" w:hAnsi="Courier New"/>
          <w:color w:val="555555"/>
          <w:sz w:val="20"/>
        </w:rPr>
        <w:t>[32 . 22 . 282]</w:t>
      </w:r>
    </w:p>
    <w:p>
      <w:r>
        <w:rPr>
          <w:rFonts w:ascii="Gentium Plus" w:hAnsi="Gentium Plus"/>
          <w:sz w:val="24"/>
        </w:rPr>
        <w:t>Ἰούδας Σίμωνος Ἰσκαριώτης. ἐχρῆν γάρ, οἶμαι, διὰ τῆς δόσεως τοῦ ψωμίου ἀντιλαβεῖν αὐτὸ ἀπὸ τοῦ ἀναξίου ἔχειν τὸ κρεῖττον ὃ ἐδόκει ἔχειν· ἀπὸ γὰρ τοῦ μὴ ἔχοντος καὶ ὃ δοκεῖ ἔχειν ἀρθήσεται ἀπ’ αὐ‐</w:t>
      </w:r>
    </w:p>
    <w:p>
      <w:r>
        <w:rPr>
          <w:rFonts w:ascii="Courier New" w:hAnsi="Courier New"/>
          <w:color w:val="555555"/>
          <w:sz w:val="20"/>
        </w:rPr>
        <w:t>[32 . 22 . 283]</w:t>
      </w:r>
    </w:p>
    <w:p>
      <w:r>
        <w:rPr>
          <w:rFonts w:ascii="Gentium Plus" w:hAnsi="Gentium Plus"/>
          <w:sz w:val="24"/>
        </w:rPr>
        <w:t>τοῦ. ἀφαιρεθεὶς οὖν ὁ Ἰούδας ὡς ἀνάξιος τοῦ κρείττονος τοῦ εἰ‐</w:t>
      </w:r>
    </w:p>
    <w:p>
      <w:r>
        <w:rPr>
          <w:rFonts w:ascii="Courier New" w:hAnsi="Courier New"/>
          <w:color w:val="555555"/>
          <w:sz w:val="20"/>
        </w:rPr>
        <w:t>[32 . 22 . 284]</w:t>
      </w:r>
    </w:p>
    <w:p>
      <w:r>
        <w:rPr>
          <w:rFonts w:ascii="Gentium Plus" w:hAnsi="Gentium Plus"/>
          <w:sz w:val="24"/>
        </w:rPr>
        <w:t>πόντος, κεχώρηκε τὴν εἰς αὐτὸν τοῦ Σατανᾶ εἴσοδον. παραδείγματος δὲ ἕνεκεν ἵνα νοηθῇ πῶς ψωμίον μὲν ἔδωκεν ὁ κύριος τῷ Ἰούδᾳ, ἐκεῖνος δὲ τότε ἀπέθετο κρεῖττόν τι ἐνυπάρχον ἐν αὐτῷ, καὶ τάχα τὴν εἰρήνην, ὑποστρέφουσαν ἀπὸ τοῦ ἀκούσαντος καὶ μὴ παραδεξα‐</w:t>
      </w:r>
    </w:p>
    <w:p>
      <w:r>
        <w:rPr>
          <w:rFonts w:ascii="Courier New" w:hAnsi="Courier New"/>
          <w:color w:val="555555"/>
          <w:sz w:val="20"/>
        </w:rPr>
        <w:t>[5]</w:t>
      </w:r>
    </w:p>
    <w:p>
      <w:r>
        <w:rPr>
          <w:rFonts w:ascii="Gentium Plus" w:hAnsi="Gentium Plus"/>
          <w:sz w:val="24"/>
        </w:rPr>
        <w:t>μένου ἐπὶ τὸν εἰπόντα, κατὰ τὸ λελεγμένον ὅτι «Ἐὰν μὲν ᾖ ἐκεῖ υἱὸς «εἰρήνης, ἡ εἰρήνη ὑμῶν ἐπ’ αὐτὸν ἀναπαύσεται· ἐὰν δὲ μὴ ᾖ ἐκεῖ «υἱὸς εἰρήνης; ἡ εἰρήνη ὑμῶν ἐφ’ ὑμᾶς ἀνακάμψει», παραθησόμεθα καὶ ἀπὸ τῆς πρὸς Κορινθίους δευτέρας ἐπιστολῆς ταῦτα οὕτως γε‐ γραμμένα· «Τὸ ὑμῶν περίσσευμα εἰς τὸ ἐκείνων ὑστέρημα, ἵνα καὶ</w:t>
      </w:r>
    </w:p>
    <w:p>
      <w:r>
        <w:rPr>
          <w:rFonts w:ascii="Courier New" w:hAnsi="Courier New"/>
          <w:color w:val="555555"/>
          <w:sz w:val="20"/>
        </w:rPr>
        <w:t>[32 . 22 . 285]</w:t>
      </w:r>
    </w:p>
    <w:p>
      <w:r>
        <w:rPr>
          <w:rFonts w:ascii="Gentium Plus" w:hAnsi="Gentium Plus"/>
          <w:sz w:val="24"/>
        </w:rPr>
        <w:t>«τὸ ἐκείνων περίσσευμα γένηται εἰς τὸ ὑμῶν ὑστέρημα». κατανοήσας γὰρ τὴν ἐν τούτοις ἀντίδοσιν χοϊκῶν πρὸς πνευματικά, δυνήσῃ ἰδεῖν πῶς τῷ μὴ ἀξίῳ ἄρτου ψωμίον ἐπιδέδωκεν, ἵνα διὰ τοῦ ψωμίου ἀφέλῃ αὐτοῦ, ὡς ἀναξίου ἔτι ἀκούειν· «Καὶ γὰρ ὁ ἄνθρωπος</w:t>
      </w:r>
    </w:p>
    <w:p>
      <w:r>
        <w:rPr>
          <w:rFonts w:ascii="Courier New" w:hAnsi="Courier New"/>
          <w:color w:val="555555"/>
          <w:sz w:val="20"/>
        </w:rPr>
        <w:t>[5]</w:t>
      </w:r>
    </w:p>
    <w:p>
      <w:r>
        <w:rPr>
          <w:rFonts w:ascii="Gentium Plus" w:hAnsi="Gentium Plus"/>
          <w:sz w:val="24"/>
        </w:rPr>
        <w:t>«τῆς εἰρήνης μου» τὴν εἰρήνην («ὁ ῥυπαρὸς γὰρ ῥυπανθήτω ἔτι»), ἧς ἀφαιρεθείσης ὁ ἐπιτηρῶν καιροὺς τῆς εἰς τὴν ψυχὴν εἰσόδου αὐτοῦ, καὶ τὸν διδόντα αὐτῷ τόπον εἰσελθεῖν, εἰς τὸν Ἰούδαν</w:t>
      </w:r>
    </w:p>
    <w:p>
      <w:r>
        <w:rPr>
          <w:rFonts w:ascii="Courier New" w:hAnsi="Courier New"/>
          <w:color w:val="555555"/>
          <w:sz w:val="20"/>
        </w:rPr>
        <w:t>[32 . 22 . 286]</w:t>
      </w:r>
    </w:p>
    <w:p>
      <w:r>
        <w:rPr>
          <w:rFonts w:ascii="Gentium Plus" w:hAnsi="Gentium Plus"/>
          <w:sz w:val="24"/>
        </w:rPr>
        <w:t>〈εἰσῆλθεν〉. ἅμα δὲ παρατήρει ὅτι πρότερον μὲν οὐκ εἰσῆλθεν ὁ Σα‐ τανᾶς εἰς τὸν Ἰούδαν, ἀλλὰ βεβλήκει μόνον εἰς τὴν καρδίαν «ἵνα</w:t>
      </w:r>
    </w:p>
    <w:p>
      <w:r>
        <w:rPr>
          <w:rFonts w:ascii="Courier New" w:hAnsi="Courier New"/>
          <w:color w:val="555555"/>
          <w:sz w:val="20"/>
        </w:rPr>
        <w:t>[32 . 22 . 287]</w:t>
      </w:r>
    </w:p>
    <w:p>
      <w:r>
        <w:rPr>
          <w:rFonts w:ascii="Gentium Plus" w:hAnsi="Gentium Plus"/>
          <w:sz w:val="24"/>
        </w:rPr>
        <w:t>νῦν ἐξεταζόμενα μετὰ τὸ ψωμίον εἰσῆλθεν εἰς ἐκεῖνον. διόπερ καὶ ἡμεῖς φυλαττώμεθα, μήποτε ὁ διάβολος βάλῃ εἰς τὴν καρδίαν ἡμῶν ὁτιποτοῦν τῶν πεπυρωμένων αὐτοῦ βελῶν· ἐὰν γὰρ βάλῃ, ἐπιτηρεῖ</w:t>
      </w:r>
    </w:p>
    <w:p>
      <w:r>
        <w:rPr>
          <w:rFonts w:ascii="Courier New" w:hAnsi="Courier New"/>
          <w:color w:val="555555"/>
          <w:sz w:val="20"/>
        </w:rPr>
        <w:t>[32 . 22 . 288]</w:t>
      </w:r>
    </w:p>
    <w:p>
      <w:r>
        <w:rPr>
          <w:rFonts w:ascii="Gentium Plus" w:hAnsi="Gentium Plus"/>
          <w:sz w:val="24"/>
        </w:rPr>
        <w:t>μετὰ τοῦτο καὶ αὐτὸς εἰσελθεῖν. ζητήσαι δ’ ἄν τις, διὰ τί οὐ γέ‐ γραπται· ‹ἐκεῖνός ἐστιν, ᾧ ἐγὼ δώσω τὸ ψωμίον›, ἀλλὰ μετὰ προσθήκης τῆς «βάψω»· «Βάψω, γάρ φησι, τὸ ψωμίον καὶ δώσω».</w:t>
      </w:r>
    </w:p>
    <w:p>
      <w:r>
        <w:rPr>
          <w:rFonts w:ascii="Courier New" w:hAnsi="Courier New"/>
          <w:color w:val="555555"/>
          <w:sz w:val="20"/>
        </w:rPr>
        <w:t>[32 . 22 . 289]</w:t>
      </w:r>
    </w:p>
    <w:p>
      <w:r>
        <w:rPr>
          <w:rFonts w:ascii="Gentium Plus" w:hAnsi="Gentium Plus"/>
          <w:sz w:val="24"/>
        </w:rPr>
        <w:t>καὶ «βάψας τὸ ψωμίον λαμβάνει καὶ δίδωσιν Ἰούδᾳ Σίμωνος Ἰσκα‐ «ριώτῃ». ὡς ἐν τοιούτοις δὴ τόποις πρόσχες εἰ δύνασαι τὸν εἰλικρινῆ ἄρτον ἀβαφῆ φάσκειν εἶναι καὶ καθ’ αὑτὸν τρόφιμον· τὸ δὲ τῷ Ἰούδᾳ ἐπιδιδόμενον καὶ οὐκ ἄρτος ἦν τὸ ψωμίον, καὶ οὐ ψωμίον</w:t>
      </w:r>
    </w:p>
    <w:p>
      <w:r>
        <w:rPr>
          <w:rFonts w:ascii="Courier New" w:hAnsi="Courier New"/>
          <w:color w:val="555555"/>
          <w:sz w:val="20"/>
        </w:rPr>
        <w:t>[5]</w:t>
      </w:r>
    </w:p>
    <w:p>
      <w:r>
        <w:rPr>
          <w:rFonts w:ascii="Gentium Plus" w:hAnsi="Gentium Plus"/>
          <w:sz w:val="24"/>
        </w:rPr>
        <w:t>ἀβαφές, ἀλλὰ βεβαμμένον τῷ δυναμένῳ ἀποσπάσαι τῆς ψυχῆς αὐτοῦ τὴν ἀπὸ τοῦ λόγου ἐπὶ ποσὸν ἐγγινομένην βαφήν, ἵνα μετὰ τὸ ψω‐</w:t>
      </w:r>
    </w:p>
    <w:p>
      <w:r>
        <w:rPr>
          <w:rFonts w:ascii="Courier New" w:hAnsi="Courier New"/>
          <w:color w:val="555555"/>
          <w:sz w:val="20"/>
        </w:rPr>
        <w:t>[32 . 22 . 290]</w:t>
      </w:r>
    </w:p>
    <w:p>
      <w:r>
        <w:rPr>
          <w:rFonts w:ascii="Gentium Plus" w:hAnsi="Gentium Plus"/>
          <w:sz w:val="24"/>
        </w:rPr>
        <w:t>μίον εἰσέλθῃ εἰς ἐκεῖνον ὁ Σατανᾶς. ἐγὼ δὲ ζητήσαιμ’ ἂν ὡς τούτῳ συγγενὲς τὸ ἀπὸ τοῦ κατὰ Ματθαῖον· «Ὁ ἐμβάψας τὴν χεῖρα μετ’ «ἐμοῦ ἐν τῷ τρυβλίῳ, οὗτός με παραδώσει», καὶ τὸ ἀπὸ τοῦ κατὰ Μάρκον «Ὁ ἐμβαπτόμενος μετ’ ἐμοῦ εἰς τὸ τρυβλίον» καὶ τὸ ἀπὸ</w:t>
      </w:r>
    </w:p>
    <w:p>
      <w:r>
        <w:rPr>
          <w:rFonts w:ascii="Courier New" w:hAnsi="Courier New"/>
          <w:color w:val="555555"/>
          <w:sz w:val="20"/>
        </w:rPr>
        <w:t>[5]</w:t>
      </w:r>
    </w:p>
    <w:p>
      <w:r>
        <w:rPr>
          <w:rFonts w:ascii="Gentium Plus" w:hAnsi="Gentium Plus"/>
          <w:sz w:val="24"/>
        </w:rPr>
        <w:t>τοῦ κατὰ Λουκᾶν δέ, εἰ καὶ μὴ ὀνομάζει τὸ «Ἐμβάψας», ἀλλ’ ᾗ φησί γε· «Πλὴν ἰδοὺ ἡ χεὶρ τοῦ παραδιδόντος με μετ’ ἐμοῦ ἐπὶ τῆς</w:t>
      </w:r>
    </w:p>
    <w:p>
      <w:r>
        <w:rPr>
          <w:rFonts w:ascii="Courier New" w:hAnsi="Courier New"/>
          <w:color w:val="555555"/>
          <w:sz w:val="20"/>
        </w:rPr>
        <w:t>[32 . 22 . 291]</w:t>
      </w:r>
    </w:p>
    <w:p>
      <w:r>
        <w:rPr>
          <w:rFonts w:ascii="Gentium Plus" w:hAnsi="Gentium Plus"/>
          <w:sz w:val="24"/>
        </w:rPr>
        <w:t>«τραπέζης». ὁ μὲν οὖν περὶ τούτου ἀληθὴς λόγος παρὰ τοῖς ἐμοῦ εὑρεθείη ἂν πολλῷ σοφωτέροις· ἐγὼ δὲ στοχάζομαι, μήποτε καὶ τὸ ἀναιδὲς τοῦ Ἰούδα καὶ ἐν τούτῳ ἐμφαίνεται, μὴ τιμῶντος τὸν δι‐ δάσκαλον ἐν τῷ συνεσθίειν μηδὲ παραχωροῦντος αὐτῷ τῆς εἰς τὸ</w:t>
      </w:r>
    </w:p>
    <w:p>
      <w:r>
        <w:rPr>
          <w:rFonts w:ascii="Courier New" w:hAnsi="Courier New"/>
          <w:color w:val="555555"/>
          <w:sz w:val="20"/>
        </w:rPr>
        <w:t>[32 . 22 . 292]</w:t>
      </w:r>
    </w:p>
    <w:p>
      <w:r>
        <w:rPr>
          <w:rFonts w:ascii="Gentium Plus" w:hAnsi="Gentium Plus"/>
          <w:sz w:val="24"/>
        </w:rPr>
        <w:t>τρυβλίον ἐμβάψεως, ὡς παρεχώρουν οἱ λοιποί. διόπερ ἐκείνων μὲν οὐδεὶς ἐνέβαπτεν τὴν χεῖρα εἰς τὸ τρυβλίον μετ’ αὐτοῦ· οὗτος δέ, οὐκ ἀξιῶν μετ’ αὐτῶν ἐμβάπτειν, μετ’ αὐτοῦ ἐνέβαπτε τὴν ἰσότητα θέλων ἔχειν πρὸς αὐτόν, δέον αὐτῷ παραχωρεῖν τῆς ὑπεροχῆς.</w:t>
      </w:r>
    </w:p>
    <w:p>
      <w:r>
        <w:rPr>
          <w:rFonts w:ascii="Courier New" w:hAnsi="Courier New"/>
          <w:color w:val="555555"/>
          <w:sz w:val="20"/>
        </w:rPr>
        <w:t>[32 . 22 . 293]</w:t>
      </w:r>
    </w:p>
    <w:p>
      <w:r>
        <w:rPr>
          <w:rFonts w:ascii="Gentium Plus" w:hAnsi="Gentium Plus"/>
          <w:sz w:val="24"/>
        </w:rPr>
        <w:t>τάχα οὖν τοῦ αὐτοῦ ἔχεται καὶ τὸ «Πλὴν ἰδοὺ ἡ χεὶρ τοῦ παραδι‐ «δόντος με μετ’ ἐμοῦ ἐπὶ τῆς τραπέζης». καὶ χαριεντιζόμενος δέ ποτε εἰς προτροπὴν νέοις περὶ τῆς ἐν ἑστιάσει τιμῆς τῶν πρεσβυ‐ τέρων συγχρήσει τῷ ῥητῷ, ἵνα μὴ συνθλίβωσι τὴν χεῖρα τῶν [δύο]</w:t>
      </w:r>
    </w:p>
    <w:p>
      <w:r>
        <w:rPr>
          <w:rFonts w:ascii="Courier New" w:hAnsi="Courier New"/>
          <w:color w:val="555555"/>
          <w:sz w:val="20"/>
        </w:rPr>
        <w:t>[5]</w:t>
      </w:r>
    </w:p>
    <w:p>
      <w:r>
        <w:rPr>
          <w:rFonts w:ascii="Gentium Plus" w:hAnsi="Gentium Plus"/>
          <w:sz w:val="24"/>
        </w:rPr>
        <w:t>πρεσβυτέρων. γέγραπται γὰρ καὶ τοῦτο· «Μὴ συνθλίβου μετ’ αὐτοῦ</w:t>
      </w:r>
    </w:p>
    <w:p>
      <w:r>
        <w:rPr>
          <w:rFonts w:ascii="Courier New" w:hAnsi="Courier New"/>
          <w:color w:val="555555"/>
          <w:sz w:val="20"/>
        </w:rPr>
        <w:t>[32 . 22 . 294]</w:t>
      </w:r>
    </w:p>
    <w:p>
      <w:r>
        <w:rPr>
          <w:rFonts w:ascii="Gentium Plus" w:hAnsi="Gentium Plus"/>
          <w:sz w:val="24"/>
        </w:rPr>
        <w:t>«ἐν τῷ τρυβλίῳ». οὐκ ἀγνοοῦντες δὲ δόξαν περιέργου ζητήσεως</w:t>
      </w:r>
    </w:p>
    <w:p>
      <w:r>
        <w:rPr>
          <w:rFonts w:ascii="Courier New" w:hAnsi="Courier New"/>
          <w:color w:val="555555"/>
          <w:sz w:val="20"/>
        </w:rPr>
        <w:t>[5]</w:t>
      </w:r>
    </w:p>
    <w:p>
      <w:r>
        <w:rPr>
          <w:rFonts w:ascii="Gentium Plus" w:hAnsi="Gentium Plus"/>
          <w:sz w:val="24"/>
        </w:rPr>
        <w:t>γραμμένων.</w:t>
      </w:r>
    </w:p>
    <w:p>
      <w:r>
        <w:rPr>
          <w:rFonts w:ascii="Courier New" w:hAnsi="Courier New"/>
          <w:color w:val="555555"/>
          <w:sz w:val="20"/>
        </w:rPr>
        <w:t>[32 . 23 . 295]</w:t>
      </w:r>
    </w:p>
    <w:p>
      <w:r>
        <w:rPr>
          <w:rFonts w:ascii="Gentium Plus" w:hAnsi="Gentium Plus"/>
          <w:sz w:val="24"/>
        </w:rPr>
        <w:t>Εἰσελθόντος μέντοι τοῦ Σατανᾶ εἰς τὸν Ἰούδαν, «Λέγει, φησίν, αὐτῷ ὁ Ἰησοῦς· Ὃ ποιεῖς ποίησον τάχιον». τίνι δὲ «Αὐτῷ» ἀμφίβολον, ἐπεὶ δύναται αὐτῷ τῷ Ἰούδᾳ ἢ τῷ Σατανᾷ εἰρηκέναι ὁ κύριος· «Ὃ ποιεῖς ποίησον τάχιον» προκαλούμενος τὸν</w:t>
      </w:r>
    </w:p>
    <w:p>
      <w:r>
        <w:rPr>
          <w:rFonts w:ascii="Courier New" w:hAnsi="Courier New"/>
          <w:color w:val="555555"/>
          <w:sz w:val="20"/>
        </w:rPr>
        <w:t>[5]</w:t>
      </w:r>
    </w:p>
    <w:p>
      <w:r>
        <w:rPr>
          <w:rFonts w:ascii="Gentium Plus" w:hAnsi="Gentium Plus"/>
          <w:sz w:val="24"/>
        </w:rPr>
        <w:t>ἀνταγωνιστὴν ἐπὶ τὴν πάλην, ἢ τὸν προδότην ἐπὶ τὸ διακονῆσαι τῇ σωτηρίῳ 〈τῷ〉 κόσμῳ ἐσομένῃ οἰκονομίᾳ, ἣν οὐκέτι μέλλειν οὐδὲ βρα‐ δύνειν, ἀλλ’ ὅση δύναμις ταχύνειν ἤθελεν, οὐ δειλιῶν, ὡς οἴονταί τινες τῶν μὴ νοησάντων τίνα τρόπον εἶπε· «Πάτερ, εἰ δυνατόν, «παρελθέτω τὸ ποτήριον τοῦτο», ἀλλὰ θαρραλεώτατα ἐπὶ τὸν</w:t>
      </w:r>
    </w:p>
    <w:p>
      <w:r>
        <w:rPr>
          <w:rFonts w:ascii="Courier New" w:hAnsi="Courier New"/>
          <w:color w:val="555555"/>
          <w:sz w:val="20"/>
        </w:rPr>
        <w:t>[32 . 23 . 296]</w:t>
      </w:r>
    </w:p>
    <w:p>
      <w:r>
        <w:rPr>
          <w:rFonts w:ascii="Gentium Plus" w:hAnsi="Gentium Plus"/>
          <w:sz w:val="24"/>
        </w:rPr>
        <w:t>ἀγῶνα, ἵν’ οὕτως εἴπω, ἀποδυόμενος. νομίζω δὲ καὶ τὸν εἰκοστὸν ἕκτον Ψαλμὸν ἐκ προσώπου τοῦ σωτῆρος προφητεύεσθαι παρὰ τὸν καιρὸν τοῦ πάθους, καὶ τοῦ πονηροῦ πανστρατεὶ ἀγωνιζομένου κατ’ αὐτοῦ· οὕστινας ἰδὼν ὁπλιζομένους κατ’ αὐτοῦ καὶ κονιομένους,</w:t>
      </w:r>
    </w:p>
    <w:p>
      <w:r>
        <w:rPr>
          <w:rFonts w:ascii="Courier New" w:hAnsi="Courier New"/>
          <w:color w:val="555555"/>
          <w:sz w:val="20"/>
        </w:rPr>
        <w:t>[5]</w:t>
      </w:r>
    </w:p>
    <w:p>
      <w:r>
        <w:rPr>
          <w:rFonts w:ascii="Gentium Plus" w:hAnsi="Gentium Plus"/>
          <w:sz w:val="24"/>
        </w:rPr>
        <w:t>ἡνίκα «Παρέστησαν οἱ βασιλεῖς τῆς γῆς, καὶ οἱ ἄρχοντες συνήχθησαν «ἐπὶ τὸ αὐτὸ κατὰ τοῦ κυρίου καὶ κατὰ τοῦ χριστοῦ αὐτοῦ» φησίν· «Κύριος φωτισμός μου, καὶ σωτήρ μου κύριος, τίνα φοβηθήσομαι; «κύριος ὑπερασπιστὴς τῆς ζωῆς μου, ἀπὸ τίνος δειλιάσω; ἐν τῷ «ἐγγίζειν ἐπ’ ἐμὲ κακοῦντας τοῦ φαγεῖν τὰς σάρκας μου, οἱ θλί‐</w:t>
      </w:r>
    </w:p>
    <w:p>
      <w:r>
        <w:rPr>
          <w:rFonts w:ascii="Courier New" w:hAnsi="Courier New"/>
          <w:color w:val="555555"/>
          <w:sz w:val="20"/>
        </w:rPr>
        <w:t>[10]</w:t>
      </w:r>
    </w:p>
    <w:p>
      <w:r>
        <w:rPr>
          <w:rFonts w:ascii="Gentium Plus" w:hAnsi="Gentium Plus"/>
          <w:sz w:val="24"/>
        </w:rPr>
        <w:t>«βοντές με καὶ οἱ ἐχθροί μου αὐτοὶ ἠσθένησαν καὶ ἔπεσαν. ἐὰν «παρατάξηται ἐπ’ ἐμὲ παρεμβολή, οὐ φοβηθήσεται ἡ καρδία μου· ἐὰν «ἐπαναστῇ ἐπ’ ἐμὲ πόλεμος, ἐν ταύτῃ ἐγὼ ἐλπίζω».</w:t>
      </w:r>
    </w:p>
    <w:p>
      <w:r>
        <w:rPr>
          <w:rFonts w:ascii="Courier New" w:hAnsi="Courier New"/>
          <w:color w:val="555555"/>
          <w:sz w:val="20"/>
        </w:rPr>
        <w:t>[32 . 23 . 297]</w:t>
      </w:r>
    </w:p>
    <w:p>
      <w:r>
        <w:rPr>
          <w:rFonts w:ascii="Gentium Plus" w:hAnsi="Gentium Plus"/>
          <w:sz w:val="24"/>
        </w:rPr>
        <w:t>Πλὴν τὸ λεγόμενον εἴτε τῷ Σατανᾷ εἴτε τῷ Ἰούδᾳ ὑπὸ τοῦ Ἰησοῦ τὸ «Ὃ ποιεῖς, ποίησον τάχιον» οὐδεὶς ἔγνω τῶν ἀνακειμένων</w:t>
      </w:r>
    </w:p>
    <w:p>
      <w:r>
        <w:rPr>
          <w:rFonts w:ascii="Courier New" w:hAnsi="Courier New"/>
          <w:color w:val="555555"/>
          <w:sz w:val="20"/>
        </w:rPr>
        <w:t>[32 . 23 . 298]</w:t>
      </w:r>
    </w:p>
    <w:p>
      <w:r>
        <w:rPr>
          <w:rFonts w:ascii="Gentium Plus" w:hAnsi="Gentium Plus"/>
          <w:sz w:val="24"/>
        </w:rPr>
        <w:t>πρὸς τί εἴρηται. οἱ μὲν γὰρ διὰ τὸ ἐπικεῖσθαι τὴν τοῦ πάσχα ἑορ‐ τὴν ᾤοντο λέγειν αὐτὸν τῷ ἔχοντι τὸ γλωσσόκομον τῶν ἀναλω‐ μάτων καὶ τῶν εἰς τὴν χρείαν τῶν πτωχῶν διδομένων ὅτι ὠνήσεται οὗτος ὧν χρῄζομεν εἰς τὴν ἑορτήν, ἢ ἐκ τῶν συναχθέντων δώσει</w:t>
      </w:r>
    </w:p>
    <w:p>
      <w:r>
        <w:rPr>
          <w:rFonts w:ascii="Courier New" w:hAnsi="Courier New"/>
          <w:color w:val="555555"/>
          <w:sz w:val="20"/>
        </w:rPr>
        <w:t>[32 . 23 . 299]</w:t>
      </w:r>
    </w:p>
    <w:p>
      <w:r>
        <w:rPr>
          <w:rFonts w:ascii="Gentium Plus" w:hAnsi="Gentium Plus"/>
          <w:sz w:val="24"/>
        </w:rPr>
        <w:t>τοῖς πτωχοῖς. ὁ γὰρ Ἰησοῦς οὐ τοῦτο ἔλεγεν, ἀλλὰ βλέπων καὶ τὸν</w:t>
      </w:r>
    </w:p>
    <w:p>
      <w:r>
        <w:rPr>
          <w:rFonts w:ascii="Courier New" w:hAnsi="Courier New"/>
          <w:color w:val="555555"/>
          <w:sz w:val="20"/>
        </w:rPr>
        <w:t>[5]</w:t>
      </w:r>
    </w:p>
    <w:p>
      <w:r>
        <w:rPr>
          <w:rFonts w:ascii="Gentium Plus" w:hAnsi="Gentium Plus"/>
          <w:sz w:val="24"/>
        </w:rPr>
        <w:t>«τάχιον».</w:t>
      </w:r>
    </w:p>
    <w:p>
      <w:r>
        <w:rPr>
          <w:rFonts w:ascii="Courier New" w:hAnsi="Courier New"/>
          <w:color w:val="555555"/>
          <w:sz w:val="20"/>
        </w:rPr>
        <w:t>[32 . 24 n]</w:t>
      </w:r>
    </w:p>
    <w:p>
      <w:r>
        <w:rPr>
          <w:rFonts w:ascii="Gentium Plus" w:hAnsi="Gentium Plus"/>
          <w:sz w:val="24"/>
        </w:rPr>
        <w:t>Λαβὼν οὖν τὸ ψωμίον ἐκεῖνος ἐξῆλθεν εὐθύς· ἦν δὲ νύξ.</w:t>
      </w:r>
    </w:p>
    <w:p>
      <w:r>
        <w:rPr>
          <w:rFonts w:ascii="Courier New" w:hAnsi="Courier New"/>
          <w:color w:val="555555"/>
          <w:sz w:val="20"/>
        </w:rPr>
        <w:t>[32 . 24 . 300]</w:t>
      </w:r>
    </w:p>
    <w:p>
      <w:r>
        <w:rPr>
          <w:rFonts w:ascii="Gentium Plus" w:hAnsi="Gentium Plus"/>
          <w:sz w:val="24"/>
        </w:rPr>
        <w:t>Ὁ μὲν σωτὴρ ἔλεγεν· «Ὃ ποιεῖς, ποίησον τάχιον» τῷ Ἰούδᾳ· ὁ δὲ προδότης ἐν τούτῳ μόνῳ νῦν τῷ διδασκάλῳ πεί‐ θεται. λαβὼν γὰρ τὸ ψωμίον οὐκ ἐμέλλησεν οὐδὲ ἐβράδυνεν, ἀλλ’ ὡς γέγραπται· «Ἐξῆλθεν εὐθύς», ποιῆσαι τάχιον κατὰ τὴν πρόσταξιν</w:t>
      </w:r>
    </w:p>
    <w:p>
      <w:r>
        <w:rPr>
          <w:rFonts w:ascii="Courier New" w:hAnsi="Courier New"/>
          <w:color w:val="555555"/>
          <w:sz w:val="20"/>
        </w:rPr>
        <w:t>[32 . 24 . 301]</w:t>
      </w:r>
    </w:p>
    <w:p>
      <w:r>
        <w:rPr>
          <w:rFonts w:ascii="Gentium Plus" w:hAnsi="Gentium Plus"/>
          <w:sz w:val="24"/>
        </w:rPr>
        <w:t>τοῦ Ἰησοῦ τὸ τῆς προδοσίας ἔργον. καὶ ἀληθῶς «ἐξῆλθεν»· οὐ γὰρ μόνον κατὰ τὸ ἁπλούστερον ἐξῆλθεν τοῦ οἴκου, ἐν ᾧ τὸ δεῖπνον ἐγίνετο, ἀλλὰ καὶ τέλεον ἐξῆλθεν ἀπὸ τοῦ Ἰησοῦ, ἀνάλογον τῷ</w:t>
      </w:r>
    </w:p>
    <w:p>
      <w:r>
        <w:rPr>
          <w:rFonts w:ascii="Courier New" w:hAnsi="Courier New"/>
          <w:color w:val="555555"/>
          <w:sz w:val="20"/>
        </w:rPr>
        <w:t>[32 . 24 . 302]</w:t>
      </w:r>
    </w:p>
    <w:p>
      <w:r>
        <w:rPr>
          <w:rFonts w:ascii="Gentium Plus" w:hAnsi="Gentium Plus"/>
          <w:sz w:val="24"/>
        </w:rPr>
        <w:t>«Ἐξῆλθον ἐξ ἡμῶν». ἐγὼ δ’ οἶμαι ὅτι οὐδὲ ὁ εἰσελθὼν μετὰ τὸ ψωμίον εἰς τὸν Ἰούδαν Σατανᾶς ἐχώρει φέρειν τὸ εἶναι ἐν τῷ αὐτῷ τόπῳ μετὰ τοῦ Ἰησοῦ· οὐδεμία γὰρ συμφώνησις Χριστοῦ πρὸς</w:t>
      </w:r>
    </w:p>
    <w:p>
      <w:r>
        <w:rPr>
          <w:rFonts w:ascii="Courier New" w:hAnsi="Courier New"/>
          <w:color w:val="555555"/>
          <w:sz w:val="20"/>
        </w:rPr>
        <w:t>[32 . 24 . 303]</w:t>
      </w:r>
    </w:p>
    <w:p>
      <w:r>
        <w:rPr>
          <w:rFonts w:ascii="Gentium Plus" w:hAnsi="Gentium Plus"/>
          <w:sz w:val="24"/>
        </w:rPr>
        <w:t>Βελίαρ ἐστίν. εἰ δὲ μὴ περιέργως ζητῶ τί δήποτε οὐ πρόσκειται</w:t>
      </w:r>
    </w:p>
    <w:p>
      <w:r>
        <w:rPr>
          <w:rFonts w:ascii="Courier New" w:hAnsi="Courier New"/>
          <w:color w:val="555555"/>
          <w:sz w:val="20"/>
        </w:rPr>
        <w:t>[32 . 24 . 304]</w:t>
      </w:r>
    </w:p>
    <w:p>
      <w:r>
        <w:rPr>
          <w:rFonts w:ascii="Gentium Plus" w:hAnsi="Gentium Plus"/>
          <w:sz w:val="24"/>
        </w:rPr>
        <w:t>τῷ «Λαβὼν τὸ ψωμίον» τὸ ‹Καὶ φαγών›, καὶ αὐτὸς ἐπιστήσεις. ὅπου γὰρ βούλεται, προστίθησιν καὶ τὸ φαγεῖν ὁ λόγος τῷ λαβεῖν· ὥσπερ ἐπὶ τοῦ τῆς εὐλογίας ἄρτου γέγραπται, ὅτι εἶπεν τοῖς μαθηταῖς ὁ</w:t>
      </w:r>
    </w:p>
    <w:p>
      <w:r>
        <w:rPr>
          <w:rFonts w:ascii="Courier New" w:hAnsi="Courier New"/>
          <w:color w:val="555555"/>
          <w:sz w:val="20"/>
        </w:rPr>
        <w:t>[32 . 24 . 305]</w:t>
      </w:r>
    </w:p>
    <w:p>
      <w:r>
        <w:rPr>
          <w:rFonts w:ascii="Gentium Plus" w:hAnsi="Gentium Plus"/>
          <w:sz w:val="24"/>
        </w:rPr>
        <w:t>Ἰησοῦς· «Λάβετε, φάγετε». ἆρ’ οὖν λαβὼν τὸ ψωμίον οὐκ ἔφαγεν ὁ Ἰούδας; φέρε οὖν, εἰ καὶ μὴ συνᾴδειν τινὰ δόξει τῶν λεχθησο‐ μένων τοῖς προειρημένοις, γυμνάσωμεν τὰ κατὰ τὸν τόπον, κρι‐ νοῦντος τοῦ ἐντευξομένου ὁπότερα χρὴ παραδέξασθαι τῶν λεγο‐</w:t>
      </w:r>
    </w:p>
    <w:p>
      <w:r>
        <w:rPr>
          <w:rFonts w:ascii="Courier New" w:hAnsi="Courier New"/>
          <w:color w:val="555555"/>
          <w:sz w:val="20"/>
        </w:rPr>
        <w:t>[32 . 24 . 306]</w:t>
      </w:r>
    </w:p>
    <w:p>
      <w:r>
        <w:rPr>
          <w:rFonts w:ascii="Gentium Plus" w:hAnsi="Gentium Plus"/>
          <w:sz w:val="24"/>
        </w:rPr>
        <w:t>μένων. «Βάψας, φησί, τὸ ψωμίον» ὁ Ἰησοῦς, καὶ δῆλον ὅτι ἐάσας αὐτὸ ἐν τῷ τρυβλίῳ λαμβάνει· οὕτω γὰρ νοήσεις τὸ «Βάψας οὖν</w:t>
      </w:r>
    </w:p>
    <w:p>
      <w:r>
        <w:rPr>
          <w:rFonts w:ascii="Courier New" w:hAnsi="Courier New"/>
          <w:color w:val="555555"/>
          <w:sz w:val="20"/>
        </w:rPr>
        <w:t>[32 . 24 . 307]</w:t>
      </w:r>
    </w:p>
    <w:p>
      <w:r>
        <w:rPr>
          <w:rFonts w:ascii="Gentium Plus" w:hAnsi="Gentium Plus"/>
          <w:sz w:val="24"/>
        </w:rPr>
        <w:t>«τὸ ψωμίον», ἵνα μὴ παρέλκῃ τὸ λαβεῖν. εἶτα λέγεται ὅτι «Δίδωσιν «Ἰούδᾳ Σίμωνος Ἰσκαριώτου. καὶ μετὰ τὸ ψωμίον τότε εἰσῆλθεν «εἰς ἐκεῖνον ὁ Σατανᾶς». «μετὰ τὸ ψωμίον» οὖν, τάχα μὴ βρωθὲν ὑπὸ τοῦ Ἰούδα, προλαβόντος τοῦ εἰσελθόντος εἰς τὸν Ἰούδαν Σα‐</w:t>
      </w:r>
    </w:p>
    <w:p>
      <w:r>
        <w:rPr>
          <w:rFonts w:ascii="Courier New" w:hAnsi="Courier New"/>
          <w:color w:val="555555"/>
          <w:sz w:val="20"/>
        </w:rPr>
        <w:t>[5]</w:t>
      </w:r>
    </w:p>
    <w:p>
      <w:r>
        <w:rPr>
          <w:rFonts w:ascii="Gentium Plus" w:hAnsi="Gentium Plus"/>
          <w:sz w:val="24"/>
        </w:rPr>
        <w:t>τανᾶ τὴν χρῆσιν τοῦ ψωμίου, ἵνα μὴ ὄνηται ὁ Ἰούδας τῆς ἀπὸ τοῦ</w:t>
      </w:r>
    </w:p>
    <w:p>
      <w:r>
        <w:rPr>
          <w:rFonts w:ascii="Courier New" w:hAnsi="Courier New"/>
          <w:color w:val="555555"/>
          <w:sz w:val="20"/>
        </w:rPr>
        <w:t>[32 . 24 . 308]</w:t>
      </w:r>
    </w:p>
    <w:p>
      <w:r>
        <w:rPr>
          <w:rFonts w:ascii="Gentium Plus" w:hAnsi="Gentium Plus"/>
          <w:sz w:val="24"/>
        </w:rPr>
        <w:t>Ἰησοῦ δόσεως τοῦ ψωμίου. τὸ μὲν γὰρ εἶχεν δύναμιν ὠφελητικὴν</w:t>
      </w:r>
    </w:p>
    <w:p>
      <w:r>
        <w:rPr>
          <w:rFonts w:ascii="Courier New" w:hAnsi="Courier New"/>
          <w:color w:val="555555"/>
          <w:sz w:val="20"/>
        </w:rPr>
        <w:t>[5]</w:t>
      </w:r>
    </w:p>
    <w:p>
      <w:r>
        <w:rPr>
          <w:rFonts w:ascii="Gentium Plus" w:hAnsi="Gentium Plus"/>
          <w:sz w:val="24"/>
        </w:rPr>
        <w:t>Ἰούδαν τὸ ψωμίον εἰσῆλθεν εἰς αὐτόν, ὅτε καὶ εἰρημένου τοῦ «Ὃ «ποιεῖς ποίησον τάχιον» λαβὼν τὸ ψωμίον ὁ Ἰούδας «ἐξῆλθεν</w:t>
      </w:r>
    </w:p>
    <w:p>
      <w:r>
        <w:rPr>
          <w:rFonts w:ascii="Courier New" w:hAnsi="Courier New"/>
          <w:color w:val="555555"/>
          <w:sz w:val="20"/>
        </w:rPr>
        <w:t>[32 . 24 . 309]</w:t>
      </w:r>
    </w:p>
    <w:p>
      <w:r>
        <w:rPr>
          <w:rFonts w:ascii="Gentium Plus" w:hAnsi="Gentium Plus"/>
          <w:sz w:val="24"/>
        </w:rPr>
        <w:t>«εὐθύς». καὶ οὕτως δ’ ἂν οὐκ ἀπιθάνως εἰς τὸν τόπον λέγοιτο· ὥσπερ ὁ ἀναξίως ἐσθίων τὸν ἄρτον τοῦ κυρίου ἢ πίνων αὐτοῦ τὸ ποτήριον εἰς κρῖμα ἐσθίει καὶ πίνει, τῆς μιᾶς ἐν τῷ ἄρτῳ κρείττονος δυνάμεως καὶ ἐν τῷ ποτηρίῳ ὑποκειμένῃ μὲν διαθέσει κρείττονι</w:t>
      </w:r>
    </w:p>
    <w:p>
      <w:r>
        <w:rPr>
          <w:rFonts w:ascii="Courier New" w:hAnsi="Courier New"/>
          <w:color w:val="555555"/>
          <w:sz w:val="20"/>
        </w:rPr>
        <w:t>[5]</w:t>
      </w:r>
    </w:p>
    <w:p>
      <w:r>
        <w:rPr>
          <w:rFonts w:ascii="Gentium Plus" w:hAnsi="Gentium Plus"/>
          <w:sz w:val="24"/>
        </w:rPr>
        <w:t>ἐνεργαζομένης τὸ βέλτιον, χείρονι δὲ ἐμποιούσης τὸ κρῖμα· οὕτω τὸ ἀπὸ τοῦ Ἰησοῦ ψωμίον ὁμογενὲς ἦν τῷ δοθέντι καὶ τοῖς λοιποῖς ἀποστόλοις ἐν τῷ «Λάβετε, φάγετε», ἀλλ’ ἐκείνοις μὲν εἰς σωτηρίαν, τῷ δὲ Ἰούδᾳ εἰς κρῖμα, ὡς μετὰ τὸ ψωμίον εἰσεληλυθέναι εἰς αὐτὸν</w:t>
      </w:r>
    </w:p>
    <w:p>
      <w:r>
        <w:rPr>
          <w:rFonts w:ascii="Courier New" w:hAnsi="Courier New"/>
          <w:color w:val="555555"/>
          <w:sz w:val="20"/>
        </w:rPr>
        <w:t>[32 . 24 . 310]</w:t>
      </w:r>
    </w:p>
    <w:p>
      <w:r>
        <w:rPr>
          <w:rFonts w:ascii="Gentium Plus" w:hAnsi="Gentium Plus"/>
          <w:sz w:val="24"/>
        </w:rPr>
        <w:t>τὸν Σατανᾶν. νοείσθω δὲ ὁ ἄρτος καὶ τὸ ποτήριον τοῖς μὲν ἁπλουστέροις κατὰ τὴν κοινοτέραν περὶ τῆς εὐχαριστίας ἐκδοχήν, τοῖς δὲ βαθύτερον ἀκούειν μεμαθηκόσιν κατὰ τὴν θειοτέραν καὶ περὶ τοῦ τροφίμου τῆς ἀληθείας λόγου ἐπαγγελίαν· ὡς εἰ ἐν παρα‐</w:t>
      </w:r>
    </w:p>
    <w:p>
      <w:r>
        <w:rPr>
          <w:rFonts w:ascii="Courier New" w:hAnsi="Courier New"/>
          <w:color w:val="555555"/>
          <w:sz w:val="20"/>
        </w:rPr>
        <w:t>[5]</w:t>
      </w:r>
    </w:p>
    <w:p>
      <w:r>
        <w:rPr>
          <w:rFonts w:ascii="Gentium Plus" w:hAnsi="Gentium Plus"/>
          <w:sz w:val="24"/>
        </w:rPr>
        <w:t>δείγματι ἔλεγον ὅτι καὶ ὁ κατὰ τὸ σωματικὸν τροφιμώτατος ἄρτος πυρετὸν μὲν ὑποκείμενον αὔξει, εἰς ὑγείαν δὲ καὶ εὐεξίαν ἀνάγει.</w:t>
      </w:r>
    </w:p>
    <w:p>
      <w:r>
        <w:rPr>
          <w:rFonts w:ascii="Courier New" w:hAnsi="Courier New"/>
          <w:color w:val="555555"/>
          <w:sz w:val="20"/>
        </w:rPr>
        <w:t>[32 . 24 . 311]</w:t>
      </w:r>
    </w:p>
    <w:p>
      <w:r>
        <w:rPr>
          <w:rFonts w:ascii="Gentium Plus" w:hAnsi="Gentium Plus"/>
          <w:sz w:val="24"/>
        </w:rPr>
        <w:t>διὸ πολλάκις λόγος ἀληθὴς ψυχῇ νοσούσῃ οὐ δεομένῃ τοιαύτης τροφῆς διδόμενος ἐπιτρίβει αὐτὴν καὶ πρόφασις αὐτῇ χειρόνων γίνε‐</w:t>
      </w:r>
    </w:p>
    <w:p>
      <w:r>
        <w:rPr>
          <w:rFonts w:ascii="Courier New" w:hAnsi="Courier New"/>
          <w:color w:val="555555"/>
          <w:sz w:val="20"/>
        </w:rPr>
        <w:t>[32 . 24 . 312]</w:t>
      </w:r>
    </w:p>
    <w:p>
      <w:r>
        <w:rPr>
          <w:rFonts w:ascii="Gentium Plus" w:hAnsi="Gentium Plus"/>
          <w:sz w:val="24"/>
        </w:rPr>
        <w:t>ται· καὶ οὕτως καὶ τὰ ἀληθῆ λέγειν κινδυνῶδές ἐστι. ταῦτα δέ μοι εἴρηται 〈διὰ τὸ〉 ψωμίον ὃ ἐμβάψας «δίδωσιν Ἰούδᾳ Σίμωνος † Ἰσκα‐ «ριώτῃ», καὶ κεκινήκαμεν λόγον τὸν εἰς ἑκάτερα, εἴτε χρὴ λέγειν αὐτὸν βεβρωκέναι λαβόντα, εἴτε κεκωλῦσθαι ἀπὸ τοῦ εἰσελθόντος</w:t>
      </w:r>
    </w:p>
    <w:p>
      <w:r>
        <w:rPr>
          <w:rFonts w:ascii="Courier New" w:hAnsi="Courier New"/>
          <w:color w:val="555555"/>
          <w:sz w:val="20"/>
        </w:rPr>
        <w:t>[32 . 24 . 313]</w:t>
      </w:r>
    </w:p>
    <w:p>
      <w:r>
        <w:rPr>
          <w:rFonts w:ascii="Gentium Plus" w:hAnsi="Gentium Plus"/>
          <w:sz w:val="24"/>
        </w:rPr>
        <w:t>εἰς τὸν Ἰούδαν Σατανᾶ. εἰ δὲ χρὴ ὡς μὴ εἰκῆ παρερριμμένον ὑπὸ τοῦ εὐαγγελιστοῦ ἐξετάσαι καὶ τὸ «Ἦν δὲ νύξ», λεκτέον ὅτι συμβολικῶς τότε ἡ αἰσθητὴ νὺξ ἦν, εἰκὼν τυγχάνουσα τῆς γενομένης ἐν τῇ ψυχῇ Ἰούδα νυκτός, ἡνίκα τὸ ἐπιφερόμενον σκότος ἐπάνω τῆς</w:t>
      </w:r>
    </w:p>
    <w:p>
      <w:r>
        <w:rPr>
          <w:rFonts w:ascii="Courier New" w:hAnsi="Courier New"/>
          <w:color w:val="555555"/>
          <w:sz w:val="20"/>
        </w:rPr>
        <w:t>[5]</w:t>
      </w:r>
    </w:p>
    <w:p>
      <w:r>
        <w:rPr>
          <w:rFonts w:ascii="Gentium Plus" w:hAnsi="Gentium Plus"/>
          <w:sz w:val="24"/>
        </w:rPr>
        <w:t>ἀβύσσου, ὁ Σατανᾶς, εἰσῆλθεν εἰς αὐτόν· «Ἐκάλεσεν γὰρ ὁ θεὸς τὸ «σκότος νύκτα», ἧς γε νυκτός, φησὶν ὁ Παῦλος, οὐκ ἐσμὲν τέκνα</w:t>
      </w:r>
    </w:p>
    <w:p>
      <w:r>
        <w:rPr>
          <w:rFonts w:ascii="Courier New" w:hAnsi="Courier New"/>
          <w:color w:val="555555"/>
          <w:sz w:val="20"/>
        </w:rPr>
        <w:t>[32 . 24 . 314]</w:t>
      </w:r>
    </w:p>
    <w:p>
      <w:r>
        <w:rPr>
          <w:rFonts w:ascii="Gentium Plus" w:hAnsi="Gentium Plus"/>
          <w:sz w:val="24"/>
        </w:rPr>
        <w:t>«σκότους» καὶ τὸ «Ἡμεῖς δὲ ἡμέρας ὄντες νήφωμεν». οὐκ ἦν οὖν νὺξ τοῖς νιπτομένοις τοὺς πόδας ὑπὸ τοῦ Ἰησοῦ ἀλλ’ ἡμέρα λαμ‐ προτάτη καθαιρομένοις καὶ ἀπορρυπτομένοις τοὺς ἐν τοῖς ποσὶν τῆς ψυχῆς αὐτῶν ῥύπους, καὶ κατ’ ἐξοχὴν οὐκ ἦν νὺξ τῷ ἀνακει‐</w:t>
      </w:r>
    </w:p>
    <w:p>
      <w:r>
        <w:rPr>
          <w:rFonts w:ascii="Courier New" w:hAnsi="Courier New"/>
          <w:color w:val="555555"/>
          <w:sz w:val="20"/>
        </w:rPr>
        <w:t>[5]</w:t>
      </w:r>
    </w:p>
    <w:p>
      <w:r>
        <w:rPr>
          <w:rFonts w:ascii="Gentium Plus" w:hAnsi="Gentium Plus"/>
          <w:sz w:val="24"/>
        </w:rPr>
        <w:t>μένῳ ἐν τῷ κόλπῳ τοῦ Ἰησοῦ· ἠγάπα γὰρ αὐτὸν ὁ Ἰησοῦς, καὶ τῇ</w:t>
      </w:r>
    </w:p>
    <w:p>
      <w:r>
        <w:rPr>
          <w:rFonts w:ascii="Courier New" w:hAnsi="Courier New"/>
          <w:color w:val="555555"/>
          <w:sz w:val="20"/>
        </w:rPr>
        <w:t>[32 . 24 . 315]</w:t>
      </w:r>
    </w:p>
    <w:p>
      <w:r>
        <w:rPr>
          <w:rFonts w:ascii="Gentium Plus" w:hAnsi="Gentium Plus"/>
          <w:sz w:val="24"/>
        </w:rPr>
        <w:t>ἀγάπῃ ἔλυεν πάντα σκότον. ἀλλ’ οὐδὲ Πέτρῳ ὁμολογοῦντι τὸ «Σὺ «εἶ ὁ χριστός, ὁ υἱὸς τοῦ θεοῦ τοῦ ζῶντος» ἀποκαλύψαντος αὐτῷ τοῦ οὐρανίου πατρός, νὺξ ἦν, ἀλλὰ νὺξ ἅμα αὐτῷ καὶ ἄρνησις ἦν.</w:t>
      </w:r>
    </w:p>
    <w:p>
      <w:r>
        <w:rPr>
          <w:rFonts w:ascii="Courier New" w:hAnsi="Courier New"/>
          <w:color w:val="555555"/>
          <w:sz w:val="20"/>
        </w:rPr>
        <w:t>[32 . 24 . 316]</w:t>
      </w:r>
    </w:p>
    <w:p>
      <w:r>
        <w:rPr>
          <w:rFonts w:ascii="Gentium Plus" w:hAnsi="Gentium Plus"/>
          <w:sz w:val="24"/>
        </w:rPr>
        <w:t>καὶ νῦν τοίνυν ὅτε λαβὼν τὸ ψωμίον ὁ Ἰούδας [καὶ] ἐξῆλθεν εὐθύς, τότε ἐξελθόντι αὐτῷ νὺξ ἦν· οὐ γὰρ παρῆν αὐτῷ ὁ ἀνήρ, ᾧ ὄνομα Ἀνατολή, καταλιπόντι ἐν τῷ ἐξεληλυθέναι τὸν τῆς δικαιοσύνης ἥλιον. καὶ ἐδίωκε μὲν τὸν Ἰησοῦν ὁ Ἰούδας, τῆς σκοτίας πεπληρω‐</w:t>
      </w:r>
    </w:p>
    <w:p>
      <w:r>
        <w:rPr>
          <w:rFonts w:ascii="Courier New" w:hAnsi="Courier New"/>
          <w:color w:val="555555"/>
          <w:sz w:val="20"/>
        </w:rPr>
        <w:t>[5]</w:t>
      </w:r>
    </w:p>
    <w:p>
      <w:r>
        <w:rPr>
          <w:rFonts w:ascii="Gentium Plus" w:hAnsi="Gentium Plus"/>
          <w:sz w:val="24"/>
        </w:rPr>
        <w:t>μένος· ἀλλ’ ἡ σκοτία καὶ ὁ ἀνειληφὼς αὐτὴν οὐ κατείληφεν τὸ διω‐</w:t>
      </w:r>
    </w:p>
    <w:p>
      <w:r>
        <w:rPr>
          <w:rFonts w:ascii="Courier New" w:hAnsi="Courier New"/>
          <w:color w:val="555555"/>
          <w:sz w:val="20"/>
        </w:rPr>
        <w:t>[32 . 24 . 317]</w:t>
      </w:r>
    </w:p>
    <w:p>
      <w:r>
        <w:rPr>
          <w:rFonts w:ascii="Gentium Plus" w:hAnsi="Gentium Plus"/>
          <w:sz w:val="24"/>
        </w:rPr>
        <w:t>κόμενον φῶς. διὸ καὶ ὅτε εἶπεν ὡς δικαιοσύνης λόγον τὸ «Ἥμαρτον «παραδοὺς αἷμα δίκαιον» «ἀπελθὼν ἀπήγξατο», τοῦ ἐν αὐτῷ Σα‐ τανᾶ μέχρι τῆς ἀγχόνης αὐτὸν χειραγωγήσαντος καὶ ἐπὶ ταύτην αὐ‐ τὸν ἀναρτήσαντος, ὅτε καὶ τῆς ψυχῆς αὐτοῦ ὁ διάβολος ἥψατο· οὐ</w:t>
      </w:r>
    </w:p>
    <w:p>
      <w:r>
        <w:rPr>
          <w:rFonts w:ascii="Courier New" w:hAnsi="Courier New"/>
          <w:color w:val="555555"/>
          <w:sz w:val="20"/>
        </w:rPr>
        <w:t>[5]</w:t>
      </w:r>
    </w:p>
    <w:p>
      <w:r>
        <w:rPr>
          <w:rFonts w:ascii="Gentium Plus" w:hAnsi="Gentium Plus"/>
          <w:sz w:val="24"/>
        </w:rPr>
        <w:t>γὰρ ἦν τοιοῦτος ὡς λεχθῆναι περὶ αὐτοῦ ὑπὸ κυρίου, ὅπερ εἴρηται περὶ τοῦ Ἰὼβ πρὸς τὸν διάβολον· «Ἀλλὰ τῆς ψυχῆς αὐτοῦ μὴ «ἅψῃ».</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[32 . 25 n]</w:t>
      </w:r>
    </w:p>
    <w:p>
      <w:r>
        <w:rPr>
          <w:rFonts w:ascii="Gentium Plus" w:hAnsi="Gentium Plus"/>
          <w:sz w:val="24"/>
        </w:rPr>
        <w:t>Ὅτε οὖν ἐξῆλθεν ὁ Ἰησοῦς λέγει· Νῦν ἐδο‐ ξάσθη ὁ υἱὸς τοῦ ἀνθρώπου, καὶ ὁ θεὸς ἐδοξάσθη ἐν αὐτῷ. εἰ θεὸς ἐδοξάσθη ἐν αὐτῷ καὶ ὁ θεὸς δοξάσει αὐτὸν ἐν αὑτῷ, καὶ εὐθὺς δοξάσει αὐτόν.</w:t>
      </w:r>
    </w:p>
    <w:p>
      <w:r>
        <w:rPr>
          <w:rFonts w:ascii="Courier New" w:hAnsi="Courier New"/>
          <w:color w:val="555555"/>
          <w:sz w:val="20"/>
        </w:rPr>
        <w:t>[32 . 25 . 318]</w:t>
      </w:r>
    </w:p>
    <w:p>
      <w:r>
        <w:rPr>
          <w:rFonts w:ascii="Gentium Plus" w:hAnsi="Gentium Plus"/>
          <w:sz w:val="24"/>
        </w:rPr>
        <w:t>Ἀρχὴ τοῦ δεδοξάσθαι τὸν υἱὸν τοῦ ἀνθρώπου μετὰ τὰς ἐπὶ τοῖς σημείοις καὶ τέρασι δόξας καὶ τὴν ἐπὶ τῇ μεταμορφώσει τὸ ἐξεληλυθέναι τὸν Ἰούδαν μετὰ τοῦ εἰσελθόντος εἰς αὐτὸν Σα‐</w:t>
      </w:r>
    </w:p>
    <w:p>
      <w:r>
        <w:rPr>
          <w:rFonts w:ascii="Courier New" w:hAnsi="Courier New"/>
          <w:color w:val="555555"/>
          <w:sz w:val="20"/>
        </w:rPr>
        <w:t>[32 . 25 . 319]</w:t>
      </w:r>
    </w:p>
    <w:p>
      <w:r>
        <w:rPr>
          <w:rFonts w:ascii="Gentium Plus" w:hAnsi="Gentium Plus"/>
          <w:sz w:val="24"/>
        </w:rPr>
        <w:t>τανᾶ ἀπὸ τοῦ τόπου, ἔνθα ἦν ὁ Ἰησοῦς. διὸ εἶπεν ὁ κύριος τὸ «Νῦν ἐδοξάσθη ὁ υἱὸς τοῦ ἀνθρώπου». ἔτι δὲ καὶ τὸ «Ἐὰν ὑψωθῶ</w:t>
      </w:r>
    </w:p>
    <w:p>
      <w:r>
        <w:rPr>
          <w:rFonts w:ascii="Courier New" w:hAnsi="Courier New"/>
          <w:color w:val="555555"/>
          <w:sz w:val="20"/>
        </w:rPr>
        <w:t>[32 . 25 . 320]</w:t>
      </w:r>
    </w:p>
    <w:p>
      <w:r>
        <w:rPr>
          <w:rFonts w:ascii="Gentium Plus" w:hAnsi="Gentium Plus"/>
          <w:sz w:val="24"/>
        </w:rPr>
        <w:t>ἐν τῷ ἀποθνήσκειν τὸν θεόν. διὰ τοῦτο, ὅτε ἡ ἀρχὴ τῆς οἰκονομίας τοῦ μέλλειν ἀποθνήσκειν τὸν Ἰησοῦν ἐνηργεῖτο, ἐξελθόντος μετὰ τὸ ψωμίον τοῦ Ἰούδα, ἵνα πραγματεύσηται κατὰ τοῦ Ἰησοῦ, εἴρηται τὸ</w:t>
      </w:r>
    </w:p>
    <w:p>
      <w:r>
        <w:rPr>
          <w:rFonts w:ascii="Courier New" w:hAnsi="Courier New"/>
          <w:color w:val="555555"/>
          <w:sz w:val="20"/>
        </w:rPr>
        <w:t>[32 . 25 . 321]</w:t>
      </w:r>
    </w:p>
    <w:p>
      <w:r>
        <w:rPr>
          <w:rFonts w:ascii="Gentium Plus" w:hAnsi="Gentium Plus"/>
          <w:sz w:val="24"/>
        </w:rPr>
        <w:t>«Νῦν ἐδοξάσθη ὁ υἱὸς τοῦ ἀνθρώπου». εἶτ’ ἐπεὶ οὐκ ἔνεστιν δο‐ ξασθῆναι τὸν χριστὸν μὴ ἐνδοξαζομένου αὐτῷ τοῦ πατρός, διὰ τοῦτο πρόσκειται τῷ «Νῦν ἐδοξάσθη ὁ υἱὸς τοῦ ἀνθρώπου» τὸ</w:t>
      </w:r>
    </w:p>
    <w:p>
      <w:r>
        <w:rPr>
          <w:rFonts w:ascii="Courier New" w:hAnsi="Courier New"/>
          <w:color w:val="555555"/>
          <w:sz w:val="20"/>
        </w:rPr>
        <w:t>[32 . 25 . 322]</w:t>
      </w:r>
    </w:p>
    <w:p>
      <w:r>
        <w:rPr>
          <w:rFonts w:ascii="Gentium Plus" w:hAnsi="Gentium Plus"/>
          <w:sz w:val="24"/>
        </w:rPr>
        <w:t>«Καὶ ὁ θεὸς ἐδοξάσθη ἐν αὐτῷ». πλὴν ἡ διὰ τὸν ὑπὲρ ἀνθρώπων θάνατον δόξα οὐ τοῦ μὴ πεφυκότος ἀποθνήσκειν ἦν μονογενοῦς λόγου καὶ σοφίας καὶ ἀληθείας, καὶ ὅσα ἄλλα εἶναι λέγεται τῶν ἐν τῷ Ἰησοῦ θειοτέρων, ἀλλὰ τοῦ ἀνθρώπου, ὃς ἦν καὶ υἱὸς τοῦ ἀν‐</w:t>
      </w:r>
    </w:p>
    <w:p>
      <w:r>
        <w:rPr>
          <w:rFonts w:ascii="Courier New" w:hAnsi="Courier New"/>
          <w:color w:val="555555"/>
          <w:sz w:val="20"/>
        </w:rPr>
        <w:t>[32 . 25 . 323]</w:t>
      </w:r>
    </w:p>
    <w:p>
      <w:r>
        <w:rPr>
          <w:rFonts w:ascii="Gentium Plus" w:hAnsi="Gentium Plus"/>
          <w:sz w:val="24"/>
        </w:rPr>
        <w:t>θρώπου, γενόμενος ἐκ σπέρματος Δαβὶδ τὸ κατὰ σάρκα. διόπερ ἀνωτέρω μὲν εἶπεν· «Νῦν ζητεῖτέ με ἀποκτεῖναι, ἄνθρωπον ὃς τὴν «ἀλήθειαν ὑμῖν λελάληκα»· ἐν τοῖς ἐξεταζομένοις δὲ λέγει τὸ «Νῦν</w:t>
      </w:r>
    </w:p>
    <w:p>
      <w:r>
        <w:rPr>
          <w:rFonts w:ascii="Courier New" w:hAnsi="Courier New"/>
          <w:color w:val="555555"/>
          <w:sz w:val="20"/>
        </w:rPr>
        <w:t>[32 . 25 . 324]</w:t>
      </w:r>
    </w:p>
    <w:p>
      <w:r>
        <w:rPr>
          <w:rFonts w:ascii="Gentium Plus" w:hAnsi="Gentium Plus"/>
          <w:sz w:val="24"/>
        </w:rPr>
        <w:t>«ἐδοξάσθη ὁ υἱὸς τοῦ ἀνθρώπου». τοῦτον δ’, οἶμαι, καὶ ὁ θεὸς ὑπερύψωσεν, γενόμενον ὑπήκοον «μέχρι θανάτου, θανάτου δὲ σταυ‐ «ροῦ»· ὁ γὰρ λόγος ἐν ἀρχῇ πρὸς τὸν θεόν, ὁ θεὸς λόγος, οὐκ ἐπε‐</w:t>
      </w:r>
    </w:p>
    <w:p>
      <w:r>
        <w:rPr>
          <w:rFonts w:ascii="Courier New" w:hAnsi="Courier New"/>
          <w:color w:val="555555"/>
          <w:sz w:val="20"/>
        </w:rPr>
        <w:t>[32 . 25 . 325]</w:t>
      </w:r>
    </w:p>
    <w:p>
      <w:r>
        <w:rPr>
          <w:rFonts w:ascii="Gentium Plus" w:hAnsi="Gentium Plus"/>
          <w:sz w:val="24"/>
        </w:rPr>
        <w:t>δέχετο τὸ ὑπερυψωθῆναι. ἡ δὲ ὑπερύψωσις τοῦ υἱοῦ τοῦ ἀνθρώπου, γενομένη αὐτῷ δοξάσαντι τὸν θεὸν ἐν τῷ ἑαυτοῦ θανάτῳ, αὕτη ἦν,</w:t>
      </w:r>
    </w:p>
    <w:p>
      <w:r>
        <w:rPr>
          <w:rFonts w:ascii="Courier New" w:hAnsi="Courier New"/>
          <w:color w:val="555555"/>
          <w:sz w:val="20"/>
        </w:rPr>
        <w:t>[32 . 25 . 326]</w:t>
      </w:r>
    </w:p>
    <w:p>
      <w:r>
        <w:rPr>
          <w:rFonts w:ascii="Gentium Plus" w:hAnsi="Gentium Plus"/>
          <w:sz w:val="24"/>
        </w:rPr>
        <w:t>τὸ μηκέτι ἕτερον αὐτὸν εἶναι τοῦ λόγου ἀλλὰ τὸν αὐτὸν αὐτῷ. εἰ γὰρ «Ὁ κολλώμενος τῷ κυρίῳ ἓν πνεῦμά ἐστιν», ὡς καὶ ἐπὶ τούτου καὶ τοῦ πνεύματος μηκέτι ἂν λέγεσθαι τὸ «Δύο εἰσίν», πῶς οὐχὶ μᾶλλον τὸ ἀνθρώπινον τοῦ Ἰησοῦ μετὰ τοῦ λόγου λέγοιμεν γεγο‐</w:t>
      </w:r>
    </w:p>
    <w:p>
      <w:r>
        <w:rPr>
          <w:rFonts w:ascii="Courier New" w:hAnsi="Courier New"/>
          <w:color w:val="555555"/>
          <w:sz w:val="20"/>
        </w:rPr>
        <w:t>[5]</w:t>
      </w:r>
    </w:p>
    <w:p>
      <w:r>
        <w:rPr>
          <w:rFonts w:ascii="Gentium Plus" w:hAnsi="Gentium Plus"/>
          <w:sz w:val="24"/>
        </w:rPr>
        <w:t>νέναι ἕν, ὑπερυψωμένου μὲν τοῦ μὴ ἁρπαγμὸν ἡγησαμένου «τὸ εἶναι «ἴσα θεῷ», μένοντος δὲ ἐν τῷ ἰδίῳ ὕψει ἢ καὶ ἀποκαθισταμένου ἐπ’ αὐτὸ τοῦ λόγου, ὅτε πάλιν ἦν πρὸς τὸν θεόν, θεὸς λόγος ὢν ἄν‐</w:t>
      </w:r>
    </w:p>
    <w:p>
      <w:r>
        <w:rPr>
          <w:rFonts w:ascii="Courier New" w:hAnsi="Courier New"/>
          <w:color w:val="555555"/>
          <w:sz w:val="20"/>
        </w:rPr>
        <w:t>[32 . 25 . 327]</w:t>
      </w:r>
    </w:p>
    <w:p>
      <w:r>
        <w:rPr>
          <w:rFonts w:ascii="Gentium Plus" w:hAnsi="Gentium Plus"/>
          <w:sz w:val="24"/>
        </w:rPr>
        <w:t>θρωπος; εἰ δὲ τῷ θανάτῳ τοῦ Ἰησοῦ δοξάσαντος τὸν θεὸν τό τε «Ἀπεκδυσάμενος τὰς ἀρχὰς καὶ τὰς ἐξουσίας ἐδειγμάτισεν ἐν παρ‐ «ρησίᾳ, θριαμβεύσας ἐν τῷ ξύλῳ» καὶ τὸ «Εἰρηνοποιήσας διὰ τοῦ «αἵματος τοῦ σταυροῦ αὐτοῦ, εἴτε τὰ ἐπὶ τῆς γῆς εἴτε τὰ ἐν τοῖς</w:t>
      </w:r>
    </w:p>
    <w:p>
      <w:r>
        <w:rPr>
          <w:rFonts w:ascii="Courier New" w:hAnsi="Courier New"/>
          <w:color w:val="555555"/>
          <w:sz w:val="20"/>
        </w:rPr>
        <w:t>[5]</w:t>
      </w:r>
    </w:p>
    <w:p>
      <w:r>
        <w:rPr>
          <w:rFonts w:ascii="Gentium Plus" w:hAnsi="Gentium Plus"/>
          <w:sz w:val="24"/>
        </w:rPr>
        <w:t>«οὐρανοῖς» * * * ἐν τούτοις γὰρ πᾶσιν ἐδοξάσθη ὁ υἱὸς τοῦ ἀνθρώ‐</w:t>
      </w:r>
    </w:p>
    <w:p>
      <w:r>
        <w:rPr>
          <w:rFonts w:ascii="Courier New" w:hAnsi="Courier New"/>
          <w:color w:val="555555"/>
          <w:sz w:val="20"/>
        </w:rPr>
        <w:t>[32 . 26 . 328]</w:t>
      </w:r>
    </w:p>
    <w:p>
      <w:r>
        <w:rPr>
          <w:rFonts w:ascii="Gentium Plus" w:hAnsi="Gentium Plus"/>
          <w:sz w:val="24"/>
        </w:rPr>
        <w:t>Ἐπεὶ δὲ ὁ δοξαζόμενος ὑπό τινος δοξάζεται, ζητήσεις ἐν τῷ «Ἐδοξάσθη ὁ υἱὸς τοῦ ἀνθρώπου» τὸ ὑπὸ τίνος; ὁμοίως δὲ</w:t>
      </w:r>
    </w:p>
    <w:p>
      <w:r>
        <w:rPr>
          <w:rFonts w:ascii="Courier New" w:hAnsi="Courier New"/>
          <w:color w:val="555555"/>
          <w:sz w:val="20"/>
        </w:rPr>
        <w:t>[32 . 26 . 329]</w:t>
      </w:r>
    </w:p>
    <w:p>
      <w:r>
        <w:rPr>
          <w:rFonts w:ascii="Gentium Plus" w:hAnsi="Gentium Plus"/>
          <w:sz w:val="24"/>
        </w:rPr>
        <w:t>καὶ ἐν τῷ «Ὁ θεὸς ἐδοξάσθη ἐν αὐτῷ». ὑπὲρ δὲ τῆς τῶν ῥητῶν σαφηνείας ἐπιμελῶς προσχῶμεν πρώτῳ μὲν λεγομένῳ τῷ «Νῦν ἐδοξάσθη ὁ υἱὸς τοῦ ἀνθρώπου»· δευτέρῳ δὲ τῷ «Καὶ ὁ θεὸς «ἐδοξάσθη ἐν αὐτῷ»· τρίτῳ δὲ τοιούτῳ συνημμένῳ «Εἰ ὁ θεὸς ἐδο‐</w:t>
      </w:r>
    </w:p>
    <w:p>
      <w:r>
        <w:rPr>
          <w:rFonts w:ascii="Courier New" w:hAnsi="Courier New"/>
          <w:color w:val="555555"/>
          <w:sz w:val="20"/>
        </w:rPr>
        <w:t>[5]</w:t>
      </w:r>
    </w:p>
    <w:p>
      <w:r>
        <w:rPr>
          <w:rFonts w:ascii="Gentium Plus" w:hAnsi="Gentium Plus"/>
          <w:sz w:val="24"/>
        </w:rPr>
        <w:t>ξάσθη ἐν αὐτῷ, καὶ ὁ θεὸς δοξάσει αὐτὸν ἐν αὑτῷ»· τετάρτῳ δὲ</w:t>
      </w:r>
    </w:p>
    <w:p>
      <w:r>
        <w:rPr>
          <w:rFonts w:ascii="Courier New" w:hAnsi="Courier New"/>
          <w:color w:val="555555"/>
          <w:sz w:val="20"/>
        </w:rPr>
        <w:t>[32 . 26 . 330]</w:t>
      </w:r>
    </w:p>
    <w:p>
      <w:r>
        <w:rPr>
          <w:rFonts w:ascii="Gentium Plus" w:hAnsi="Gentium Plus"/>
          <w:sz w:val="24"/>
        </w:rPr>
        <w:t>τῷ «Καὶ εὐθὺς δοξάσει αὐτόν». ἐὰν μὴ ἄρα τοῦτο φάσκῃ τις ἀνα‐ λαβεῖν εἰς συμπλοκὴν τὴν ἐν τῷ λήγοντι τοῦ συνημμένου, ἵνα ἄρ‐ χηται μὲν τὸ συνημμένον ἀπὸ τοῦ «Ὁ θεὸς ἐδοξάσθη ἐν αὐτῷ», λήγῃ δὲ εἰς τὸ «Καὶ ὁ θεὸς δοξάσει αὐτὸν ἐν αὑτῷ, καὶ εὐθὺς δοξάσει</w:t>
      </w:r>
    </w:p>
    <w:p>
      <w:r>
        <w:rPr>
          <w:rFonts w:ascii="Courier New" w:hAnsi="Courier New"/>
          <w:color w:val="555555"/>
          <w:sz w:val="20"/>
        </w:rPr>
        <w:t>[5]</w:t>
      </w:r>
    </w:p>
    <w:p>
      <w:r>
        <w:rPr>
          <w:rFonts w:ascii="Gentium Plus" w:hAnsi="Gentium Plus"/>
          <w:sz w:val="24"/>
        </w:rPr>
        <w:t>«αὐτόν», ἀναγκαίως δὲ προσχῶμεν τῷ τῆς δόξης ὀνόματι, οὐ κειμένῳ ἐπὶ τοῦ παρά τισι τῶν Ἑλλήνων μέσου πράγματος, καθ’ ὃ ὁρί‐ ζονται εἶναι δόξαν τὸν ἀπὸ τῶν πολλῶν ἔπαινον, δῆλον ὅτι ἐπ’ ἄλλου παρὰ τοῦτο κεῖται ὄνομα ἐκ τοῦ ἐν τῇ Ἐξόδῳ οὕτω εἰρη‐</w:t>
      </w:r>
    </w:p>
    <w:p>
      <w:r>
        <w:rPr>
          <w:rFonts w:ascii="Courier New" w:hAnsi="Courier New"/>
          <w:color w:val="555555"/>
          <w:sz w:val="20"/>
        </w:rPr>
        <w:t>[32 . 26 . 331]</w:t>
      </w:r>
    </w:p>
    <w:p>
      <w:r>
        <w:rPr>
          <w:rFonts w:ascii="Gentium Plus" w:hAnsi="Gentium Plus"/>
          <w:sz w:val="24"/>
        </w:rPr>
        <w:t>μένου· «Καὶ δόξης κυρίου ἐπλήσθη ἡ σκηνή. καὶ οὐκ ἠδυνάσθη «Μωϋσῆς εἰσελθεῖν εἰς τὴν σκηνὴν τοῦ μαρτυρίου, ὅτι ἐπεσκίαζεν</w:t>
      </w:r>
    </w:p>
    <w:p>
      <w:r>
        <w:rPr>
          <w:rFonts w:ascii="Courier New" w:hAnsi="Courier New"/>
          <w:color w:val="555555"/>
          <w:sz w:val="20"/>
        </w:rPr>
        <w:t>[32 . 26 . 332]</w:t>
      </w:r>
    </w:p>
    <w:p>
      <w:r>
        <w:rPr>
          <w:rFonts w:ascii="Gentium Plus" w:hAnsi="Gentium Plus"/>
          <w:sz w:val="24"/>
        </w:rPr>
        <w:t>«ἐπ’ αὐτὴν ἡ νεφέλη καὶ δόξης κυρίου ἐπλήσθη ἡ σκηνή». καὶ ἐν τῇ τρίτῃ τῶν Βασιλειῶν τοῦτο ἀναγεγραμμένον τοῦτον τὸν τρόπον· «Καὶ ἐγένετο ὡς ἐξῆλθον οἱ ἱερεῖς ἐκ τοῦ ἁγίου, καὶ ἡ νεφέλη</w:t>
      </w:r>
    </w:p>
    <w:p>
      <w:r>
        <w:rPr>
          <w:rFonts w:ascii="Courier New" w:hAnsi="Courier New"/>
          <w:color w:val="555555"/>
          <w:sz w:val="20"/>
        </w:rPr>
        <w:t>[32 . 26 . 333]</w:t>
      </w:r>
    </w:p>
    <w:p>
      <w:r>
        <w:rPr>
          <w:rFonts w:ascii="Gentium Plus" w:hAnsi="Gentium Plus"/>
          <w:sz w:val="24"/>
        </w:rPr>
        <w:t>«ἔπλησεν τὸν οἶκον κυρίου. καὶ οὐκ ἐδύναντο οἱ ἱερεῖς στῆναι λει‐ «τουργίαν ἐνώπιον τῆς νεφέλης, ὅτι ἔπλησεν δόξα κυρίου τὸν οἶκον».</w:t>
      </w:r>
    </w:p>
    <w:p>
      <w:r>
        <w:rPr>
          <w:rFonts w:ascii="Courier New" w:hAnsi="Courier New"/>
          <w:color w:val="555555"/>
          <w:sz w:val="20"/>
        </w:rPr>
        <w:t>[32 . 26 . 334]</w:t>
      </w:r>
    </w:p>
    <w:p>
      <w:r>
        <w:rPr>
          <w:rFonts w:ascii="Gentium Plus" w:hAnsi="Gentium Plus"/>
          <w:sz w:val="24"/>
        </w:rPr>
        <w:t>καὶ περὶ τῆς Μωϋσέως δὲ δόξης ἐν τῇ Ἐξόδῳ τοιαῦτα λέλεκται· «Ὡς δὲ κατέβαινε Μωϋσῆς ἐκ τοῦ ὄρους, καὶ αἱ δύο πλάκες τῆς δια‐ «θήκης ἐπὶ τῶν χειρῶν Μωϋσῆ· καταβαίνοντος δὲ αὐτοῦ ἐκ τοῦ «ὄρους, καὶ Μωϋσῆς οὐκ ᾔδει ὅτι δεδόξασται ἡ ὄψις τοῦ χρωτὸς</w:t>
      </w:r>
    </w:p>
    <w:p>
      <w:r>
        <w:rPr>
          <w:rFonts w:ascii="Courier New" w:hAnsi="Courier New"/>
          <w:color w:val="555555"/>
          <w:sz w:val="20"/>
        </w:rPr>
        <w:t>[5]</w:t>
      </w:r>
    </w:p>
    <w:p>
      <w:r>
        <w:rPr>
          <w:rFonts w:ascii="Gentium Plus" w:hAnsi="Gentium Plus"/>
          <w:sz w:val="24"/>
        </w:rPr>
        <w:t>«τοῦ προσώπου αὐτοῦ ἐν τῷ λαλεῖν αὐτὸν αὐτῷ. καὶ εἶδεν Ἀαρὼν «καὶ πάντες οἱ υἱοὶ Ἰσραὴλ τὸν Μωϋσῆν, καὶ ἦν δεδοξασμένη ἡ «ὄψις τοῦ χρωτὸς τοῦ προσώπου αὐτοῦ· καὶ ἐφοβήθησαν ἐγγίσαι «αὐτῷ».</w:t>
      </w:r>
    </w:p>
    <w:p>
      <w:r>
        <w:rPr>
          <w:rFonts w:ascii="Courier New" w:hAnsi="Courier New"/>
          <w:color w:val="555555"/>
          <w:sz w:val="20"/>
        </w:rPr>
        <w:t>[32 . 27 . 335]</w:t>
      </w:r>
    </w:p>
    <w:p>
      <w:r>
        <w:rPr>
          <w:rFonts w:ascii="Gentium Plus" w:hAnsi="Gentium Plus"/>
          <w:sz w:val="24"/>
        </w:rPr>
        <w:t>Τοῦτο τὸ περὶ τῆς δόξης σημαινόμενον καὶ ἐν τῷ κατὰ Λουκᾶν εὐαγγελίῳ διὰ τούτων δηλοῦται· «Καὶ ἐγένετο ἐν τῷ προσ‐ «εύχεσθαι αὐτὸν ἡ ἰδέα τοῦ προσώπου αὐτοῦ ἑτέρα, καὶ ἠλλοιώθη «ὁ ἱματισμὸς αὐτοῦ καὶ ἐγένετο λευκός, ἐξαστράπτων. καὶ ἰδοὺ ἄν‐</w:t>
      </w:r>
    </w:p>
    <w:p>
      <w:r>
        <w:rPr>
          <w:rFonts w:ascii="Courier New" w:hAnsi="Courier New"/>
          <w:color w:val="555555"/>
          <w:sz w:val="20"/>
        </w:rPr>
        <w:t>[5]</w:t>
      </w:r>
    </w:p>
    <w:p>
      <w:r>
        <w:rPr>
          <w:rFonts w:ascii="Gentium Plus" w:hAnsi="Gentium Plus"/>
          <w:sz w:val="24"/>
        </w:rPr>
        <w:t>«δρες δύο συνελάλουν αὐτῷ, οἵτινες ἦσαν Μωϋσῆς καὶ Ἠλίας· οἳ «ὀφθέντες ἐν δόξῃ ἔλεγον τὴν ἔξοδον αὐτοῦ ἣν ἔμελλεν πληροῦν</w:t>
      </w:r>
    </w:p>
    <w:p>
      <w:r>
        <w:rPr>
          <w:rFonts w:ascii="Courier New" w:hAnsi="Courier New"/>
          <w:color w:val="555555"/>
          <w:sz w:val="20"/>
        </w:rPr>
        <w:t>[32 . 27 . 336]</w:t>
      </w:r>
    </w:p>
    <w:p>
      <w:r>
        <w:rPr>
          <w:rFonts w:ascii="Gentium Plus" w:hAnsi="Gentium Plus"/>
          <w:sz w:val="24"/>
        </w:rPr>
        <w:t>«ἐν Ἱερουσαλήμ». καὶ ὁ Παῦλος δὲ ὅρα ἐπὶ τίσι τὸ ὄνομα τῆς δόξης παραλαμβάνει· ὅπου μὲν γὰρ λέγει· «Εἰ δὲ ἡ διακονία τοῦ θανάτου «ἐν γράμμασιν ἐντετυπωμένη λίθοις ἐγενήθη ἐν δόξῃ, ὥστε μὴ «ἀτενίσαι τοὺς υἱοὺς Ἰσραὴλ εἰς τὸ πρόσωπον Μωϋσέως διὰ τὴν</w:t>
      </w:r>
    </w:p>
    <w:p>
      <w:r>
        <w:rPr>
          <w:rFonts w:ascii="Courier New" w:hAnsi="Courier New"/>
          <w:color w:val="555555"/>
          <w:sz w:val="20"/>
        </w:rPr>
        <w:t>[5]</w:t>
      </w:r>
    </w:p>
    <w:p>
      <w:r>
        <w:rPr>
          <w:rFonts w:ascii="Gentium Plus" w:hAnsi="Gentium Plus"/>
          <w:sz w:val="24"/>
        </w:rPr>
        <w:t>«δόξαν τοῦ προσώπου αὐτοῦ τὴν καταργουμένην· πῶς οὐχὶ μᾶλλον «ἡ διακονία τοῦ πνεύματος ἔσται ἐν δόξῃ; εἰ γὰρ τῇ διακονίᾳ τῆς «κατακρίσεως δόξα, πολλῷ μᾶλλον περισσεύει ἡ διακονία τῆς δι‐ «καιοσύνης δόξῃ. καὶ γὰρ οὐ δεδόξασται τὸ δεδοξασμένον ἐν τούτῳ «τῷ μέρει, ἕνεκεν τῆς ὑπερβαλλούσης δόξης· εἰ γὰρ τὸ καταργού‐</w:t>
      </w:r>
    </w:p>
    <w:p>
      <w:r>
        <w:rPr>
          <w:rFonts w:ascii="Courier New" w:hAnsi="Courier New"/>
          <w:color w:val="555555"/>
          <w:sz w:val="20"/>
        </w:rPr>
        <w:t>[10]</w:t>
      </w:r>
    </w:p>
    <w:p>
      <w:r>
        <w:rPr>
          <w:rFonts w:ascii="Gentium Plus" w:hAnsi="Gentium Plus"/>
          <w:sz w:val="24"/>
        </w:rPr>
        <w:t>«μενον διὰ δόξης, πολλῷ μᾶλλον τὸ μένον ἐν δόξῃ»· ὅπου δὲ «Ἡμεῖς δὲ πάντες ἀνακεκαλυμμένῳ προσώπῳ τὴν δόξαν κυρίου κατ‐ «οπτριζόμενοι, τὴν αὐτὴν εἰκόνα μεταμορφούμεθα ἀπὸ δόξης εἰς</w:t>
      </w:r>
    </w:p>
    <w:p>
      <w:r>
        <w:rPr>
          <w:rFonts w:ascii="Courier New" w:hAnsi="Courier New"/>
          <w:color w:val="555555"/>
          <w:sz w:val="20"/>
        </w:rPr>
        <w:t>[32 . 27 . 337]</w:t>
      </w:r>
    </w:p>
    <w:p>
      <w:r>
        <w:rPr>
          <w:rFonts w:ascii="Gentium Plus" w:hAnsi="Gentium Plus"/>
          <w:sz w:val="24"/>
        </w:rPr>
        <w:t>«δόξαν, καθάπερ ἀπὸ κυρίου πνεύματος». καὶ πάλιν μετ’ ὀλίγα· «Εἰ δὲ καὶ ἔστιν κεκαλυμμένον τὸ εὐαγγέλιον ἡμῶν, ἐν τοῖς ἀπολ‐ «λυμένοις ἐστὶν κεκαλυμμένον, ἐν οἷς ὁ θεὸς τοῦ αἰῶνος τούτου «ἐτύφλωσεν τὰ νοήματα τῶν ἀπίστων, εἰς τὸ μὴ καταυγάσαι τὸν</w:t>
      </w:r>
    </w:p>
    <w:p>
      <w:r>
        <w:rPr>
          <w:rFonts w:ascii="Courier New" w:hAnsi="Courier New"/>
          <w:color w:val="555555"/>
          <w:sz w:val="20"/>
        </w:rPr>
        <w:t>[5]</w:t>
      </w:r>
    </w:p>
    <w:p>
      <w:r>
        <w:rPr>
          <w:rFonts w:ascii="Gentium Plus" w:hAnsi="Gentium Plus"/>
          <w:sz w:val="24"/>
        </w:rPr>
        <w:t>«φωτισμὸν τοῦ εὐαγγελίου τῆς δόξης τοῦ χριστοῦ, ὅς ἐστιν εἰκὼν</w:t>
      </w:r>
    </w:p>
    <w:p>
      <w:r>
        <w:rPr>
          <w:rFonts w:ascii="Courier New" w:hAnsi="Courier New"/>
          <w:color w:val="555555"/>
          <w:sz w:val="20"/>
        </w:rPr>
        <w:t>[32 . 27 . 338]</w:t>
      </w:r>
    </w:p>
    <w:p>
      <w:r>
        <w:rPr>
          <w:rFonts w:ascii="Gentium Plus" w:hAnsi="Gentium Plus"/>
          <w:sz w:val="24"/>
        </w:rPr>
        <w:t>«τοῦ θεοῦ». καὶ πάλιν μετ’ ὀλίγα· «Ὅτι ὁ θεὸς ὁ εἰπὼν ἐκ σκότους «φῶς λάμψει, ὃς ἔλαμψεν ἐν ταῖς καρδίαις ἡμῶν πρὸς φωτισμὸν «τῆς γνώσεως τῆς δόξης τοῦ θεοῦ ἐν προσώπῳ Ἰησοῦ Χριστοῦ» ἕκαστον δὲ τούτων ἀκριβῶς νῦν διηγήσασθαι οὐκ ἀπαιτεῖ ἡ προ‐</w:t>
      </w:r>
    </w:p>
    <w:p>
      <w:r>
        <w:rPr>
          <w:rFonts w:ascii="Courier New" w:hAnsi="Courier New"/>
          <w:color w:val="555555"/>
          <w:sz w:val="20"/>
        </w:rPr>
        <w:t>[5]</w:t>
      </w:r>
    </w:p>
    <w:p>
      <w:r>
        <w:rPr>
          <w:rFonts w:ascii="Gentium Plus" w:hAnsi="Gentium Plus"/>
          <w:sz w:val="24"/>
        </w:rPr>
        <w:t>κειμένη τῆς εὐαγγελικῆς λέξεως διήγησις· πλὴν ὡς διὰ βραχέων τοσαῦτα λεκτέον· ὅσον μὲν κατὰ τὸ σωματικὸν θειοτέρα τις γέγονεν ἐπιφάνεια ἐν τῇ σκηνῇ καὶ ἐν τῷ ναῷ συντελεσθεῖσιν καὶ ἐν τῷ προσώπῳ Μωϋσέως, τῇ θείᾳ φύσει ὁμιλήσαντος· ὅσον δὲ κατὰ τὴν ἀναγωγὴν τὰ περὶ θεοῦ ἀκριβῶς γινωσκόμενα καὶ τῷ ἐπιτηδείῳ δι’</w:t>
      </w:r>
    </w:p>
    <w:p>
      <w:r>
        <w:rPr>
          <w:rFonts w:ascii="Courier New" w:hAnsi="Courier New"/>
          <w:color w:val="555555"/>
          <w:sz w:val="20"/>
        </w:rPr>
        <w:t>[10]</w:t>
      </w:r>
    </w:p>
    <w:p>
      <w:r>
        <w:rPr>
          <w:rFonts w:ascii="Gentium Plus" w:hAnsi="Gentium Plus"/>
          <w:sz w:val="24"/>
        </w:rPr>
        <w:t>ὑπερβολὴν καθαρότητος νῷ θεωρούμενα δόξα ἂν λέγοιτο εἶναι θεοῦ ὀφθεῖσα· ἐπεὶ ὁ κεκαθαρμένος καὶ ὑπεραναβὰς πάντα ὑλικὰ νοῦς, ἵνα ἀκριβώσῃ τὴν θεωρίαν τοῦ θεοῦ, ἐν οἷς θεωρεῖ θεοποιεῖ‐</w:t>
      </w:r>
    </w:p>
    <w:p>
      <w:r>
        <w:rPr>
          <w:rFonts w:ascii="Courier New" w:hAnsi="Courier New"/>
          <w:color w:val="555555"/>
          <w:sz w:val="20"/>
        </w:rPr>
        <w:t>[32 . 27 . 339]</w:t>
      </w:r>
    </w:p>
    <w:p>
      <w:r>
        <w:rPr>
          <w:rFonts w:ascii="Gentium Plus" w:hAnsi="Gentium Plus"/>
          <w:sz w:val="24"/>
        </w:rPr>
        <w:t>ται. λεκτέον τοιοῦτον εἶναι τὸ δεδοξάσθαι τὸ πρόσωπον τοῦ θεωρή‐ σαντος τὸν θεὸν καὶ ὁμιλήσαντος αὐτῷ καὶ συνδιατρίψαντος τοιαύτῃ θέᾳ, ὡς τοῦτο εἶναι τροπικῶς τὸ δεδοξασμένον πρόσωπον Μωϋ‐</w:t>
      </w:r>
    </w:p>
    <w:p>
      <w:r>
        <w:rPr>
          <w:rFonts w:ascii="Courier New" w:hAnsi="Courier New"/>
          <w:color w:val="555555"/>
          <w:sz w:val="20"/>
        </w:rPr>
        <w:t>[32 . 27 . 340]</w:t>
      </w:r>
    </w:p>
    <w:p>
      <w:r>
        <w:rPr>
          <w:rFonts w:ascii="Gentium Plus" w:hAnsi="Gentium Plus"/>
          <w:sz w:val="24"/>
        </w:rPr>
        <w:t>σέως, θεοποιηθέντος αὐτῷ τοῦ νοῦ. κατὰ τοῦτο δὲ καὶ ὁ ἀπόστολος ἔλεγεν τὸ «Ἡμεῖς δὲ πάντες ἀνακεκαλυμμένῳ προσώπῳ τὴν δόξαν «κυρίου κατοπτριζόμενοι, τὴν αὐτὴν εἰκόνα μεταμορφούμεθα».</w:t>
      </w:r>
    </w:p>
    <w:p>
      <w:r>
        <w:rPr>
          <w:rFonts w:ascii="Courier New" w:hAnsi="Courier New"/>
          <w:color w:val="555555"/>
          <w:sz w:val="20"/>
        </w:rPr>
        <w:t>[32 . 27 . 341]</w:t>
      </w:r>
    </w:p>
    <w:p>
      <w:r>
        <w:rPr>
          <w:rFonts w:ascii="Gentium Plus" w:hAnsi="Gentium Plus"/>
          <w:sz w:val="24"/>
        </w:rPr>
        <w:t>ὥσπερ δὲ ἡ τοῦ νυκτερινοῦ φωτὸς λαμπρότης ἀνατείλαντος τοῦ ἡλίου ἀμαυροῦται, οὕτω ἡ ἐπὶ Μωϋσέως δόξα ὑπὸ τῆς ἐν Χριστῷ.</w:t>
      </w:r>
    </w:p>
    <w:p>
      <w:r>
        <w:rPr>
          <w:rFonts w:ascii="Courier New" w:hAnsi="Courier New"/>
          <w:color w:val="555555"/>
          <w:sz w:val="20"/>
        </w:rPr>
        <w:t>[32 . 27 . 342]</w:t>
      </w:r>
    </w:p>
    <w:p>
      <w:r>
        <w:rPr>
          <w:rFonts w:ascii="Gentium Plus" w:hAnsi="Gentium Plus"/>
          <w:sz w:val="24"/>
        </w:rPr>
        <w:t>σύγκρισιν γὰρ οὐκ εἶχεν ἡ ἐν Χριστῷ ὑπεροχή, ἣν γινώσκων τὸν πατέρα ἐδόξασεν περὶ αὐτοῦ, πρὸς τὰ ὑπὸ Μωϋσέως γνωσθέντα</w:t>
      </w:r>
    </w:p>
    <w:p>
      <w:r>
        <w:rPr>
          <w:rFonts w:ascii="Courier New" w:hAnsi="Courier New"/>
          <w:color w:val="555555"/>
          <w:sz w:val="20"/>
        </w:rPr>
        <w:t>[32 . 27 . 343]</w:t>
      </w:r>
    </w:p>
    <w:p>
      <w:r>
        <w:rPr>
          <w:rFonts w:ascii="Gentium Plus" w:hAnsi="Gentium Plus"/>
          <w:sz w:val="24"/>
        </w:rPr>
        <w:t>καὶ δοξάσαντα τὸ πρόσωπον τῆς ψυχῆς αὐτοῦ. διὸ καταργουμένη εἴρηται ἡ ἐπὶ Μωϋσέως δόξα ἀπὸ τῆς ὑπερβαλλούσης ἐν Χριστῷ δόξης.</w:t>
      </w:r>
    </w:p>
    <w:p>
      <w:r>
        <w:rPr>
          <w:rFonts w:ascii="Courier New" w:hAnsi="Courier New"/>
          <w:color w:val="555555"/>
          <w:sz w:val="20"/>
        </w:rPr>
        <w:t>[32 . 28 . 344]</w:t>
      </w:r>
    </w:p>
    <w:p>
      <w:r>
        <w:rPr>
          <w:rFonts w:ascii="Gentium Plus" w:hAnsi="Gentium Plus"/>
          <w:sz w:val="24"/>
        </w:rPr>
        <w:t>Τούτων δὲ ἡμῶν κατὰ δύναμιν ἐν βραχέσιν εἰς ἃ παρεθέμεθα λελεγμένων, ἐπανέλθωμεν ἐπὶ τὸ «Νῦν ἐδοξάσθη ὁ</w:t>
      </w:r>
    </w:p>
    <w:p>
      <w:r>
        <w:rPr>
          <w:rFonts w:ascii="Courier New" w:hAnsi="Courier New"/>
          <w:color w:val="555555"/>
          <w:sz w:val="20"/>
        </w:rPr>
        <w:t>[32 . 28 . 345]</w:t>
      </w:r>
    </w:p>
    <w:p>
      <w:r>
        <w:rPr>
          <w:rFonts w:ascii="Gentium Plus" w:hAnsi="Gentium Plus"/>
          <w:sz w:val="24"/>
        </w:rPr>
        <w:t>«υἱὸς τοῦ ἀνθρώπου, καὶ ὁ θεὸς ἐδοξάσθη ἐν αὐτῷ». γινώσκων οὖν τὸν πατέρα ὁ υἱός, αὐτῷ τῷ γινώσκειν αὐτόν, ὄντι μεγίστῳ ἀγαθῷ καὶ † ὁποῖον ανοἱ ἐπὶ τελείαν γνῶσιν, ἣν γινώσκει ὁ υἱὸς τὸν</w:t>
      </w:r>
    </w:p>
    <w:p>
      <w:r>
        <w:rPr>
          <w:rFonts w:ascii="Courier New" w:hAnsi="Courier New"/>
          <w:color w:val="555555"/>
          <w:sz w:val="20"/>
        </w:rPr>
        <w:t>[32 . 28 . 346]</w:t>
      </w:r>
    </w:p>
    <w:p>
      <w:r>
        <w:rPr>
          <w:rFonts w:ascii="Gentium Plus" w:hAnsi="Gentium Plus"/>
          <w:sz w:val="24"/>
        </w:rPr>
        <w:t>πατέρα, ἐδοξάσθη. οἶμαι 〈δ’〉 ὅτι καὶ ἑαυτὸν γινώσκων, ὅπερ καὶ αὐτὸ οὐ μακρὰν ἀποδεῖ τοῦ προτέρου, ἐδοξάσθη ἐκ τοῦ αὑτὸν</w:t>
      </w:r>
    </w:p>
    <w:p>
      <w:r>
        <w:rPr>
          <w:rFonts w:ascii="Courier New" w:hAnsi="Courier New"/>
          <w:color w:val="555555"/>
          <w:sz w:val="20"/>
        </w:rPr>
        <w:t>[32 . 28 . 347]</w:t>
      </w:r>
    </w:p>
    <w:p>
      <w:r>
        <w:rPr>
          <w:rFonts w:ascii="Gentium Plus" w:hAnsi="Gentium Plus"/>
          <w:sz w:val="24"/>
        </w:rPr>
        <w:t>ἐγνωκέναι. εἰ δὲ ἡ περὶ τῶν ὅλων γνῶσις συμπληροῖ τὸ μέγεθος τῆς δόξης αὐτοῦ ὅσα ἐστὶν κρυπτὰ καὶ ἐμφανῆ γινώσκοντος, ζητή‐ σεις καὶ μήποτε τοῦτό ἐστιν τὸ εἶναι αὐτοσοφία, ἢ τῷ λεγομένῳ αὐτουιῷ τοῦ ἀνθρώπου τὸ δεδοξάσθαι ἐκ τοῦ ἡνῶσθαι τῇ σοφίᾳ.</w:t>
      </w:r>
    </w:p>
    <w:p>
      <w:r>
        <w:rPr>
          <w:rFonts w:ascii="Courier New" w:hAnsi="Courier New"/>
          <w:color w:val="555555"/>
          <w:sz w:val="20"/>
        </w:rPr>
        <w:t>[5]</w:t>
      </w:r>
    </w:p>
    <w:p>
      <w:r>
        <w:rPr>
          <w:rFonts w:ascii="Gentium Plus" w:hAnsi="Gentium Plus"/>
          <w:sz w:val="24"/>
        </w:rPr>
        <w:t>ταύτην δὲ πᾶσαν τὴν δόξαν, ἣν ἐδοξάσθη ὁ υἱὸς τοῦ ἀνθρώπου,</w:t>
      </w:r>
    </w:p>
    <w:p>
      <w:r>
        <w:rPr>
          <w:rFonts w:ascii="Courier New" w:hAnsi="Courier New"/>
          <w:color w:val="555555"/>
          <w:sz w:val="20"/>
        </w:rPr>
        <w:t>[32 . 28 . 348]</w:t>
      </w:r>
    </w:p>
    <w:p>
      <w:r>
        <w:rPr>
          <w:rFonts w:ascii="Gentium Plus" w:hAnsi="Gentium Plus"/>
          <w:sz w:val="24"/>
        </w:rPr>
        <w:t>δωρησαμένου τοῦ πατρὸς ἐδοξάσθη. πολλῶν δὲ ὄντων τῶν συμπλη‐ ρούντων τὴν δόξαν πᾶσαν τοῦ ἀνθρώπου, τὸ κατ’ ἐξοχὴν τούτων ἁπάντων ὁ θεός ἐστιν, ὃς τῷ γινώσκεσθαι ἀπὸ τοῦ υἱοῦ οὐχ</w:t>
      </w:r>
    </w:p>
    <w:p>
      <w:r>
        <w:rPr>
          <w:rFonts w:ascii="Courier New" w:hAnsi="Courier New"/>
          <w:color w:val="555555"/>
          <w:sz w:val="20"/>
        </w:rPr>
        <w:t>[32 . 28 . 349]</w:t>
      </w:r>
    </w:p>
    <w:p>
      <w:r>
        <w:rPr>
          <w:rFonts w:ascii="Gentium Plus" w:hAnsi="Gentium Plus"/>
          <w:sz w:val="24"/>
        </w:rPr>
        <w:t>ἁπλῶς ἐστι δοξαζόμενος ἀλλ’ ἐν υἱῷ δοξαζόμενος. καθ’ ὃ καὶ τολ‐ μηρὸν μὲν καὶ μεῖζον ἢ καθ’ ἡμᾶς ἐστὶν τὸ εἰς ἐξέτασιν ἑαυτοὺς ἐπιδοῦναι τηλικούτου λόγου· ὅμως δὲ τολμητέον ὑποβάλλειν τὸν ἐν</w:t>
      </w:r>
    </w:p>
    <w:p>
      <w:r>
        <w:rPr>
          <w:rFonts w:ascii="Courier New" w:hAnsi="Courier New"/>
          <w:color w:val="555555"/>
          <w:sz w:val="20"/>
        </w:rPr>
        <w:t>[32 . 28 . 350]</w:t>
      </w:r>
    </w:p>
    <w:p>
      <w:r>
        <w:rPr>
          <w:rFonts w:ascii="Gentium Plus" w:hAnsi="Gentium Plus"/>
          <w:sz w:val="24"/>
        </w:rPr>
        <w:t>τῷ τόπῳ ζητηθῆναι δυνάμενον. ζητῶ δὲ εἰ ἔνεστιν δοξασθῆναι τὸν θεὸν παρὰ τὸ δοξάζεσθαι ἐν υἱῷ, ὡς ἀποδεδώκαμεν, μειζόνως αὐτὸν ἐν ἑαυτῷ δοξαζόμενον, ὅτε ἐν τῇ ἑαυτοῦ γινόμενος περιωπῇ, ἐπὶ τῇ ἑαυτοῦ γνώσει καὶ τῇ ἑαυτοῦ θεωρίᾳ, οὔσῃ μείζονι 〈τῆσ〉 ἐν υἱῷ</w:t>
      </w:r>
    </w:p>
    <w:p>
      <w:r>
        <w:rPr>
          <w:rFonts w:ascii="Courier New" w:hAnsi="Courier New"/>
          <w:color w:val="555555"/>
          <w:sz w:val="20"/>
        </w:rPr>
        <w:t>[5]</w:t>
      </w:r>
    </w:p>
    <w:p>
      <w:r>
        <w:rPr>
          <w:rFonts w:ascii="Gentium Plus" w:hAnsi="Gentium Plus"/>
          <w:sz w:val="24"/>
        </w:rPr>
        <w:t>θεωρίας, ὡς ἐπὶ θεοῦ χρὴ νοεῖν τὰ τοιαῦτα, δεῖν λέγειν ὅτι εὐφραί‐ νεται ἄφατόν τινα εὐαρέστησιν καὶ εὐφροσύνην καὶ χαράν, ἐφ’ ἑαυτῷ</w:t>
      </w:r>
    </w:p>
    <w:p>
      <w:r>
        <w:rPr>
          <w:rFonts w:ascii="Courier New" w:hAnsi="Courier New"/>
          <w:color w:val="555555"/>
          <w:sz w:val="20"/>
        </w:rPr>
        <w:t>[32 . 28 . 351]</w:t>
      </w:r>
    </w:p>
    <w:p>
      <w:r>
        <w:rPr>
          <w:rFonts w:ascii="Gentium Plus" w:hAnsi="Gentium Plus"/>
          <w:sz w:val="24"/>
        </w:rPr>
        <w:t>εὐαρεστούμενος καὶ χαίρων. χρῶμαι δὲ τούτοις τοῖς ὀνόμασιν, οὐχ</w:t>
      </w:r>
    </w:p>
    <w:p>
      <w:r>
        <w:rPr>
          <w:rFonts w:ascii="Courier New" w:hAnsi="Courier New"/>
          <w:color w:val="555555"/>
          <w:sz w:val="20"/>
        </w:rPr>
        <w:t>[5]</w:t>
      </w:r>
    </w:p>
    <w:p>
      <w:r>
        <w:rPr>
          <w:rFonts w:ascii="Gentium Plus" w:hAnsi="Gentium Plus"/>
          <w:sz w:val="24"/>
        </w:rPr>
        <w:t>περὶ αὐτοῦ.</w:t>
      </w:r>
    </w:p>
    <w:p>
      <w:r>
        <w:rPr>
          <w:rFonts w:ascii="Courier New" w:hAnsi="Courier New"/>
          <w:color w:val="555555"/>
          <w:sz w:val="20"/>
        </w:rPr>
        <w:t>[32 . 28 . 352]</w:t>
      </w:r>
    </w:p>
    <w:p>
      <w:r>
        <w:rPr>
          <w:rFonts w:ascii="Gentium Plus" w:hAnsi="Gentium Plus"/>
          <w:sz w:val="24"/>
        </w:rPr>
        <w:t>Ἐπεὶ δὲ ἐν τῷ τόπῳ γεγόναμεν τοῦ τὸν θεὸν δοξάζεσθαι ἐν Χριστῷ, παρακειμένως ἂν ζητήσαιμεν πῶς δοξάζοιτο καὶ ἐν τῷ ἁγίῳ πνεύματι καὶ ἐν πᾶσιν οἷς ὤφθη δόξα κυρίου ἢ ὀφθήσεται.</w:t>
      </w:r>
    </w:p>
    <w:p>
      <w:r>
        <w:rPr>
          <w:rFonts w:ascii="Courier New" w:hAnsi="Courier New"/>
          <w:color w:val="555555"/>
          <w:sz w:val="20"/>
        </w:rPr>
        <w:t>[32 . 28 . 353]</w:t>
      </w:r>
    </w:p>
    <w:p>
      <w:r>
        <w:rPr>
          <w:rFonts w:ascii="Gentium Plus" w:hAnsi="Gentium Plus"/>
          <w:sz w:val="24"/>
        </w:rPr>
        <w:t>ὅλης μὲν οὖν οἶμαι τῆς δόξης τοῦ θεοῦ αὐτοῦ ἀπαύγασμα εἶναι τὸν υἱόν, κατὰ τὸν εἰπόντα Παῦλον· «Ὃς ὢν ἀπαύγασμα τῆς δόξης», φθάνειν μέντοι γε ἀπὸ τοῦ ἀπαυγάσματος τούτου τῆς ὅλης δόξης μερικὰ ἀπαυγάσματα ἐπὶ τὴν λοιπὴν λογικὴν κτίσιν· οὐκ οἶμαι γάρ</w:t>
      </w:r>
    </w:p>
    <w:p>
      <w:r>
        <w:rPr>
          <w:rFonts w:ascii="Courier New" w:hAnsi="Courier New"/>
          <w:color w:val="555555"/>
          <w:sz w:val="20"/>
        </w:rPr>
        <w:t>[5]</w:t>
      </w:r>
    </w:p>
    <w:p>
      <w:r>
        <w:rPr>
          <w:rFonts w:ascii="Gentium Plus" w:hAnsi="Gentium Plus"/>
          <w:sz w:val="24"/>
        </w:rPr>
        <w:t>τινα τὸ πᾶν δύνασθαι χωρῆσαι τῆς ὅλης δόξης τοῦ θεοῦ ἀπαύγασμα</w:t>
      </w:r>
    </w:p>
    <w:p>
      <w:r>
        <w:rPr>
          <w:rFonts w:ascii="Courier New" w:hAnsi="Courier New"/>
          <w:color w:val="555555"/>
          <w:sz w:val="20"/>
        </w:rPr>
        <w:t>[32 . 28 . 354]</w:t>
      </w:r>
    </w:p>
    <w:p>
      <w:r>
        <w:rPr>
          <w:rFonts w:ascii="Gentium Plus" w:hAnsi="Gentium Plus"/>
          <w:sz w:val="24"/>
        </w:rPr>
        <w:t>ἢ τὸν υἱὸν αὐτοῦ. νῦν οὖν, ὅτε ἡ οἰκονομία τοῦ ὑπὲρ πάντων πάθους τοῦ υἱοῦ τοῦ ἀνθρώπου γίνεται οὐ χωρὶς θεοῦ, «διὸ ὁ θεὸς «αὐτὸν ὑπερύψωσεν»· «Ἐδοξάσθη, φησίν, ὁ υἱὸς τοῦ ἀνθρώπου οὐ «μόνος»· καὶ «ὁ θεὸς γὰρ ἐδοξάσθη ἐν αὐτῷ», καὶ οὕτως δ’ ἂν τὰ</w:t>
      </w:r>
    </w:p>
    <w:p>
      <w:r>
        <w:rPr>
          <w:rFonts w:ascii="Courier New" w:hAnsi="Courier New"/>
          <w:color w:val="555555"/>
          <w:sz w:val="20"/>
        </w:rPr>
        <w:t>[32 . 28 . 355]</w:t>
      </w:r>
    </w:p>
    <w:p>
      <w:r>
        <w:rPr>
          <w:rFonts w:ascii="Gentium Plus" w:hAnsi="Gentium Plus"/>
          <w:sz w:val="24"/>
        </w:rPr>
        <w:t>κατὰ τὸν τόπον τις διηγήσαιτο. γέγραπται· «Οὐδεὶς ἔγνω τὸν υἱόν, «εἰ μὴ ὁ πατήρ» καὶ εἴρηται· «Καὶ μακάριος εἶ, Σίμων Βαριωνᾶ, «ὅτι σὰρξ καὶ αἷμα οὐκ ἀπεκάλυψέν σοι, ἀλλ’ ἢ ὁ πατήρ μου ὁ οὐ‐</w:t>
      </w:r>
    </w:p>
    <w:p>
      <w:r>
        <w:rPr>
          <w:rFonts w:ascii="Courier New" w:hAnsi="Courier New"/>
          <w:color w:val="555555"/>
          <w:sz w:val="20"/>
        </w:rPr>
        <w:t>[32 . 28 . 356]</w:t>
      </w:r>
    </w:p>
    <w:p>
      <w:r>
        <w:rPr>
          <w:rFonts w:ascii="Gentium Plus" w:hAnsi="Gentium Plus"/>
          <w:sz w:val="24"/>
        </w:rPr>
        <w:t>«ράνιος». ὅσον οὖν οὐκ ἔγνωστο ὁ υἱὸς τῷ κόσμῳ («Ἐν τῷ κόσμῳ «γὰρ ἦν, καὶ ὁ κόσμος δι’ αὐτοῦ ἐγένετο, καὶ ὁ κόσμος αὐτὸν οὐκ «ἔγνω»), οὐδέπω ἐν κόσμῳ δεδόξαστο, καὶ ἦν ἡ ζημία τοῦ μὴ δε‐ δοξάσθαι αὐτὸν ἐν τῷ κόσμῳ οὐ τοῦ μὴ δεδοξασμένου ἀλλὰ τοῦ μὴ</w:t>
      </w:r>
    </w:p>
    <w:p>
      <w:r>
        <w:rPr>
          <w:rFonts w:ascii="Courier New" w:hAnsi="Courier New"/>
          <w:color w:val="555555"/>
          <w:sz w:val="20"/>
        </w:rPr>
        <w:t>[32 . 28 . 357]</w:t>
      </w:r>
    </w:p>
    <w:p>
      <w:r>
        <w:rPr>
          <w:rFonts w:ascii="Gentium Plus" w:hAnsi="Gentium Plus"/>
          <w:sz w:val="24"/>
        </w:rPr>
        <w:t>δοξάζοντος αὐτὸν κόσμου. ὅτε δὲ ἀπεκάλυψεν ὁ οὐράνιος πατὴρ οἷς ἀπεκάλυψεν ἀπὸ τοῦ κόσμου οὖσιν τὴν τοῦ Ἰησοῦ γνῶσιν, τότε ἐδοξάσθη ὁ υἱὸς τοῦ ἀνθρώπου ἐν τοῖς ἐγνωκόσιν αὐτόν, καὶ δι’ ἧς ἐδοξάσθη δόξης ἐν τοῖς ἐγνωκόσιν αὐτόν, περιεποίησεν δόξαν τοῖς</w:t>
      </w:r>
    </w:p>
    <w:p>
      <w:r>
        <w:rPr>
          <w:rFonts w:ascii="Courier New" w:hAnsi="Courier New"/>
          <w:color w:val="555555"/>
          <w:sz w:val="20"/>
        </w:rPr>
        <w:t>[5]</w:t>
      </w:r>
    </w:p>
    <w:p>
      <w:r>
        <w:rPr>
          <w:rFonts w:ascii="Gentium Plus" w:hAnsi="Gentium Plus"/>
          <w:sz w:val="24"/>
        </w:rPr>
        <w:t>ἐγνωκόσιν αὐτόν· οἱ γὰρ ἀνακεκαλυμμένῳ προσώπῳ τὴν δόξαν κυρίου κατοπτριζόμενοι, τὴν αὐτὴν εἰκόνα μεταμορφοῦνται.</w:t>
      </w:r>
    </w:p>
    <w:p>
      <w:r>
        <w:rPr>
          <w:rFonts w:ascii="Courier New" w:hAnsi="Courier New"/>
          <w:color w:val="555555"/>
          <w:sz w:val="20"/>
        </w:rPr>
        <w:t>[32 . 29 . 358]</w:t>
      </w:r>
    </w:p>
    <w:p>
      <w:r>
        <w:rPr>
          <w:rFonts w:ascii="Gentium Plus" w:hAnsi="Gentium Plus"/>
          <w:sz w:val="24"/>
        </w:rPr>
        <w:t>Ὅρα δὲ πόθεν ‹ἀπὸ δόξησ› φησί, καὶ ποῦ ‹εἰς δόξαν›· ἀπὸ δόξης τῆς τοῦ δοξαζομένου, εἰς δόξαν τὴν τῶν δοξαζόντων.</w:t>
      </w:r>
    </w:p>
    <w:p>
      <w:r>
        <w:rPr>
          <w:rFonts w:ascii="Courier New" w:hAnsi="Courier New"/>
          <w:color w:val="555555"/>
          <w:sz w:val="20"/>
        </w:rPr>
        <w:t>[32 . 29 . 359]</w:t>
      </w:r>
    </w:p>
    <w:p>
      <w:r>
        <w:rPr>
          <w:rFonts w:ascii="Gentium Plus" w:hAnsi="Gentium Plus"/>
          <w:sz w:val="24"/>
        </w:rPr>
        <w:t>ἡνίκα οὖν ἦλθεν ἐπὶ τὴν οἰκονομίαν, ἀφ’ ἧς ἔμελλεν ἀνατέλλειν τῷ κόσμῳ καὶ γινωσκόμενος δοξάζεσθαι ἐπὶ δόξῃ τῶν δοξαζόντων αὐ‐</w:t>
      </w:r>
    </w:p>
    <w:p>
      <w:r>
        <w:rPr>
          <w:rFonts w:ascii="Courier New" w:hAnsi="Courier New"/>
          <w:color w:val="555555"/>
          <w:sz w:val="20"/>
        </w:rPr>
        <w:t>[5]</w:t>
      </w:r>
    </w:p>
    <w:p>
      <w:r>
        <w:rPr>
          <w:rFonts w:ascii="Gentium Plus" w:hAnsi="Gentium Plus"/>
          <w:sz w:val="24"/>
        </w:rPr>
        <w:t>δὲ ἐκ τῆς οἰκονομίας ἀποκαλύπτειν τὸν πατέρα ὁ υἱός, διὰ τοῦτο· «Καὶ ὁ θεὸς ἐδοξάσθη ἐν αὐτῷ». ἢ τὸ «Καὶ ὁ θεὸς ἐδοξάσθη ἐν «αὐτῷ» συνεξετάσεις τῷ «Ὁ ἑωρακὼς ἐμέ, ἑώρακε τὸν πατέρα τὸν «πέμψαντά με»· θεωρεῖται γὰρ ἐν τῷ λόγῳ, ὄντι θεῷ καὶ εἰκόνι τοῦ θεοῦ τοῦ ἀοράτου, ὁ γεννήσας αὐτὸν πατήρ, τοῦ ἐνιδόντος τῇ</w:t>
      </w:r>
    </w:p>
    <w:p>
      <w:r>
        <w:rPr>
          <w:rFonts w:ascii="Courier New" w:hAnsi="Courier New"/>
          <w:color w:val="555555"/>
          <w:sz w:val="20"/>
        </w:rPr>
        <w:t>[10]</w:t>
      </w:r>
    </w:p>
    <w:p>
      <w:r>
        <w:rPr>
          <w:rFonts w:ascii="Gentium Plus" w:hAnsi="Gentium Plus"/>
          <w:sz w:val="24"/>
        </w:rPr>
        <w:t>εἰκόνι τοῦ ἀοράτου θεοῦ εὐθέως ἐνορᾶν δυναμένου καὶ τῷ πρωτο‐</w:t>
      </w:r>
    </w:p>
    <w:p>
      <w:r>
        <w:rPr>
          <w:rFonts w:ascii="Courier New" w:hAnsi="Courier New"/>
          <w:color w:val="555555"/>
          <w:sz w:val="20"/>
        </w:rPr>
        <w:t>[32 . 29 . 360]</w:t>
      </w:r>
    </w:p>
    <w:p>
      <w:r>
        <w:rPr>
          <w:rFonts w:ascii="Gentium Plus" w:hAnsi="Gentium Plus"/>
          <w:sz w:val="24"/>
        </w:rPr>
        <w:t>τύπῳ τῆς εἰκόνος τῷ πατρί. ἔτι δὲ καὶ οὕτως σαφέστερον ἂν τὰ κατὰ τὸν τόπον λαμβάνοιτο· ὡς διά τινας τὸ ὄνομα τοῦ θεοῦ βλασ‐ φημεῖται ἐν τοῖς ἔθνεσιν, οὕτω διὰ τοὺς ἁγίους, ὧν βλέπεται τὰ καλὰ ἔργα λαμπρότατα ἔμπροσθεν τῶν ἀνθρώπων, δοξάζεται τὸ</w:t>
      </w:r>
    </w:p>
    <w:p>
      <w:r>
        <w:rPr>
          <w:rFonts w:ascii="Courier New" w:hAnsi="Courier New"/>
          <w:color w:val="555555"/>
          <w:sz w:val="20"/>
        </w:rPr>
        <w:t>[32 . 29 . 361]</w:t>
      </w:r>
    </w:p>
    <w:p>
      <w:r>
        <w:rPr>
          <w:rFonts w:ascii="Gentium Plus" w:hAnsi="Gentium Plus"/>
          <w:sz w:val="24"/>
        </w:rPr>
        <w:t>ὄνομα τοῦ πατρὸς τοῦ ἐν τοῖς οὐρανοῖς. ἐν τίνι οὖν ἐδοξάσθη τοσοῦτον ὅσον ἐν τῷ Ἰησοῦ, ἐπεὶ ἁμαρτίαν οὐκ ἐποίησεν μηδὲ εὑ‐</w:t>
      </w:r>
    </w:p>
    <w:p>
      <w:r>
        <w:rPr>
          <w:rFonts w:ascii="Courier New" w:hAnsi="Courier New"/>
          <w:color w:val="555555"/>
          <w:sz w:val="20"/>
        </w:rPr>
        <w:t>[32 . 29 . 362]</w:t>
      </w:r>
    </w:p>
    <w:p>
      <w:r>
        <w:rPr>
          <w:rFonts w:ascii="Gentium Plus" w:hAnsi="Gentium Plus"/>
          <w:sz w:val="24"/>
        </w:rPr>
        <w:t>ρέθη δόλος ἐν τῷ στόματι αὐτοῦ, μηδὲ ἔγνω ἁμαρτίαν; καὶ τοιοῦτος</w:t>
      </w:r>
    </w:p>
    <w:p>
      <w:r>
        <w:rPr>
          <w:rFonts w:ascii="Courier New" w:hAnsi="Courier New"/>
          <w:color w:val="555555"/>
          <w:sz w:val="20"/>
        </w:rPr>
        <w:t>[32 . 29 . 363]</w:t>
      </w:r>
    </w:p>
    <w:p>
      <w:r>
        <w:rPr>
          <w:rFonts w:ascii="Gentium Plus" w:hAnsi="Gentium Plus"/>
          <w:sz w:val="24"/>
        </w:rPr>
        <w:t>οὖν ὢν ὁ υἱὸς ἐδοξάσθη, καὶ ὁ θεὸς ἐδοξάσθη ἐν αὐτῷ. εἰ δὲ ὁ θεὸς ἐδοξάσθη ἐν αὐτῷ, ἀντιδωρεῖται αὐτῷ ὁ πατὴρ τὸ μεῖζον οὗ ὁ υἱὸς τοῦ ἀνθρώπου πεποίηκεν· μεῖζον γὰρ τῷ δοξάσαντι τὸν θεόν, ἐλάττονι τὸν διαφέροντα, κατὰ τὸ «Ὁ πατὴρ ὁ πέμψας</w:t>
      </w:r>
    </w:p>
    <w:p>
      <w:r>
        <w:rPr>
          <w:rFonts w:ascii="Courier New" w:hAnsi="Courier New"/>
          <w:color w:val="555555"/>
          <w:sz w:val="20"/>
        </w:rPr>
        <w:t>[5]</w:t>
      </w:r>
    </w:p>
    <w:p>
      <w:r>
        <w:rPr>
          <w:rFonts w:ascii="Gentium Plus" w:hAnsi="Gentium Plus"/>
          <w:sz w:val="24"/>
        </w:rPr>
        <w:t>«με μείζων μου ἐστίν» τὸ δοξασθῆναι τὸν υἱὸν τοῦ ἀνθρώπου ἐν</w:t>
      </w:r>
    </w:p>
    <w:p>
      <w:r>
        <w:rPr>
          <w:rFonts w:ascii="Courier New" w:hAnsi="Courier New"/>
          <w:color w:val="555555"/>
          <w:sz w:val="20"/>
        </w:rPr>
        <w:t>[32 . 29 . 364]</w:t>
      </w:r>
    </w:p>
    <w:p>
      <w:r>
        <w:rPr>
          <w:rFonts w:ascii="Gentium Plus" w:hAnsi="Gentium Plus"/>
          <w:sz w:val="24"/>
        </w:rPr>
        <w:t>τῷ θεῷ, τὸν ἐλάττονα ἐν τῷ κρείττονι. καὶ πολλῷ γε ὑπερέχουσα ἡ δόξα ἐν τῷ υἱῷ ἐστιν ὅτε δοξάζει αὐτὸν ὁ πατήρ, ἢ ἐν τῷ πατρὶ</w:t>
      </w:r>
    </w:p>
    <w:p>
      <w:r>
        <w:rPr>
          <w:rFonts w:ascii="Courier New" w:hAnsi="Courier New"/>
          <w:color w:val="555555"/>
          <w:sz w:val="20"/>
        </w:rPr>
        <w:t>[32 . 29 . 365]</w:t>
      </w:r>
    </w:p>
    <w:p>
      <w:r>
        <w:rPr>
          <w:rFonts w:ascii="Gentium Plus" w:hAnsi="Gentium Plus"/>
          <w:sz w:val="24"/>
        </w:rPr>
        <w:t>ὅτε ἐδοξάσθη ὁ πατὴρ ἐν τῷ υἱῷ. καὶ ἔπρεπέν γε τὸν μείζονα, ἀμειβόμενον τὴν δόξαν ἣν ἐδόξασεν αὐτὸν ὁ υἱός, χαρίσασθαι τῷ υἱῷ τὸ δοξάσαι αὐτὸν ἐν αὐτῷ, ἵν’ ὁ υἱὸς ᾖ ἐν τῷ θεῷ δοξαζό‐ μενος. εἶτ’ ἐπεὶ ὅσον οὐδέπω ταῦτα γίνεσθαι ἔμελλεν (λέγω δὲ τὸ</w:t>
      </w:r>
    </w:p>
    <w:p>
      <w:r>
        <w:rPr>
          <w:rFonts w:ascii="Courier New" w:hAnsi="Courier New"/>
          <w:color w:val="555555"/>
          <w:sz w:val="20"/>
        </w:rPr>
        <w:t>[5]</w:t>
      </w:r>
    </w:p>
    <w:p>
      <w:r>
        <w:rPr>
          <w:rFonts w:ascii="Gentium Plus" w:hAnsi="Gentium Plus"/>
          <w:sz w:val="24"/>
        </w:rPr>
        <w:t>δοξάζεσθαι τὸν υἱὸν ἐν τῷ θεῷ), διὰ τοῦτο ἐπιφέρει τὸ «Καὶ εὐθὺς</w:t>
      </w:r>
    </w:p>
    <w:p>
      <w:r>
        <w:rPr>
          <w:rFonts w:ascii="Courier New" w:hAnsi="Courier New"/>
          <w:color w:val="555555"/>
          <w:sz w:val="20"/>
        </w:rPr>
        <w:t>[32 . 29 . 366]</w:t>
      </w:r>
    </w:p>
    <w:p>
      <w:r>
        <w:rPr>
          <w:rFonts w:ascii="Gentium Plus" w:hAnsi="Gentium Plus"/>
          <w:sz w:val="24"/>
        </w:rPr>
        <w:t>«δοξάσει αὐτόν». ταῦτα δὲ οὐκ ἀγνοοῦμεν πολλῷ εἶναι ἐλάττονα ὧν χωρεῖ ὁ τόπος ἐξεταζόμενος, ἀποκαλύπτοντος τοῦ θεοῦ, καὶ ἐπιδημοῦντος τοῦ λόγου αὐτοῦ εἰς τὸ παραστῆσαι τὴν δόξαν τοῦ θεοῦ, καὶ ᾧ δύναται δωρήσασθαι ὁ πατὴρ δωρούμενος γνωσθῆναι</w:t>
      </w:r>
    </w:p>
    <w:p>
      <w:r>
        <w:rPr>
          <w:rFonts w:ascii="Courier New" w:hAnsi="Courier New"/>
          <w:color w:val="555555"/>
          <w:sz w:val="20"/>
        </w:rPr>
        <w:t>[32 . 29 . 367]</w:t>
      </w:r>
    </w:p>
    <w:p>
      <w:r>
        <w:rPr>
          <w:rFonts w:ascii="Gentium Plus" w:hAnsi="Gentium Plus"/>
          <w:sz w:val="24"/>
        </w:rPr>
        <w:t>τὴν πᾶσαν δόξαν τοῦ θεοῦ. διὸ ὡς βραχεῖς καὶ πολλῷ ταπεινότεροι τῆς ἀξίας τῶν λόγων, καὶ ἐπὶ τοῖς ἐκτεθεῖσιν χάριτας ὁμολογοῦμεν</w:t>
      </w:r>
    </w:p>
    <w:p>
      <w:r>
        <w:rPr>
          <w:rFonts w:ascii="Courier New" w:hAnsi="Courier New"/>
          <w:color w:val="555555"/>
          <w:sz w:val="20"/>
        </w:rPr>
        <w:t>[32 . 30 n]</w:t>
      </w:r>
    </w:p>
    <w:p>
      <w:r>
        <w:rPr>
          <w:rFonts w:ascii="Gentium Plus" w:hAnsi="Gentium Plus"/>
          <w:sz w:val="24"/>
        </w:rPr>
        <w:t>Τεκνία, ἔτι μικρὸν μεθ’ ὑμῶν εἰμι· ζητήσετέ με, 〈καὶ〉 καθὼς εἶπον τοῖς Ἰουδαίοις ὅτι Ὅπου ἐγώ εἰμι ὑμεῖς οὐ δύνασθε ἐλθεῖν, καὶ ὑμῖν λέγω ἄρτι.</w:t>
      </w:r>
    </w:p>
    <w:p>
      <w:r>
        <w:rPr>
          <w:rFonts w:ascii="Courier New" w:hAnsi="Courier New"/>
          <w:color w:val="555555"/>
          <w:sz w:val="20"/>
        </w:rPr>
        <w:t>[32 . 30 . 368]</w:t>
      </w:r>
    </w:p>
    <w:p>
      <w:r>
        <w:rPr>
          <w:rFonts w:ascii="Gentium Plus" w:hAnsi="Gentium Plus"/>
          <w:sz w:val="24"/>
        </w:rPr>
        <w:t>Συναγαγὼν ἐκ τῶν εὐαγγελίων τὰς ὡς ὑπὸ πατρὸς λεγομένας τοῦ σωτῆρος ἡμῶν πρὸς τέκνα φωνάς, θάρρει λέγειν ὅτι τινῶν ὁ σωτὴρ πατήρ ἐστιν· τῷ μὲν γὰρ παραλυτικῷ φησί· «Θάρσει, τέκνον· ἀφίενταί σοι αἱ ἁμαρτίαι»· τῇ δὲ αἱμορροούσῃ·</w:t>
      </w:r>
    </w:p>
    <w:p>
      <w:r>
        <w:rPr>
          <w:rFonts w:ascii="Courier New" w:hAnsi="Courier New"/>
          <w:color w:val="555555"/>
          <w:sz w:val="20"/>
        </w:rPr>
        <w:t>[5]</w:t>
      </w:r>
    </w:p>
    <w:p>
      <w:r>
        <w:rPr>
          <w:rFonts w:ascii="Gentium Plus" w:hAnsi="Gentium Plus"/>
          <w:sz w:val="24"/>
        </w:rPr>
        <w:t>«Θυγάτηρ, ἡ πίστις σου σέσωκέν σε»· καὶ νῦν τοῖς μαθηταῖς λέγει τὸ «Τεκνία», ἐμφαίνοντος, οἶμαι, τὶ καὶ τοῦ ὑποκοριστικοῦ καὶ</w:t>
      </w:r>
    </w:p>
    <w:p>
      <w:r>
        <w:rPr>
          <w:rFonts w:ascii="Courier New" w:hAnsi="Courier New"/>
          <w:color w:val="555555"/>
          <w:sz w:val="20"/>
        </w:rPr>
        <w:t>[32 . 30 . 369]</w:t>
      </w:r>
    </w:p>
    <w:p>
      <w:r>
        <w:rPr>
          <w:rFonts w:ascii="Gentium Plus" w:hAnsi="Gentium Plus"/>
          <w:sz w:val="24"/>
        </w:rPr>
        <w:t>διδάσκοντος τὴν ἔτι βραχύτητα τῆς τῶν ἀποστόλων ψυχῆς τότε. ἐὰν δέ τις ζητῇ· ἆρ’ οὖν ὁ παραλυτικὸς, ἀκούων «Τέκνον» ἐντελέστερος ἦν 〈τῶν〉 πρὸς οὓς ὁ λόγος φησί· «Τεκνία»; ἀκούσει ὅτι εἴ τις μέν</w:t>
      </w:r>
    </w:p>
    <w:p>
      <w:r>
        <w:rPr>
          <w:rFonts w:ascii="Courier New" w:hAnsi="Courier New"/>
          <w:color w:val="555555"/>
          <w:sz w:val="20"/>
        </w:rPr>
        <w:t>[32 . 30 . 370]</w:t>
      </w:r>
    </w:p>
    <w:p>
      <w:r>
        <w:rPr>
          <w:rFonts w:ascii="Gentium Plus" w:hAnsi="Gentium Plus"/>
          <w:sz w:val="24"/>
        </w:rPr>
        <w:t>ἐστιν τεκνίον, πάντως ἐστὶν τέκνον· διὸ οὐ κεκώλυται τὸν παρα‐ λυτικόν, λεγόμενον «τέκνον», εἶναι καὶ τεκνίον· ὥστε οὐκ ἀνάγκη τὸν ὀνομασθέντα τέκνον, τὸν παραλυτικόν, εἶναι ἐντελέστερον τῶν</w:t>
      </w:r>
    </w:p>
    <w:p>
      <w:r>
        <w:rPr>
          <w:rFonts w:ascii="Courier New" w:hAnsi="Courier New"/>
          <w:color w:val="555555"/>
          <w:sz w:val="20"/>
        </w:rPr>
        <w:t>[32 . 30 . 371]</w:t>
      </w:r>
    </w:p>
    <w:p>
      <w:r>
        <w:rPr>
          <w:rFonts w:ascii="Gentium Plus" w:hAnsi="Gentium Plus"/>
          <w:sz w:val="24"/>
        </w:rPr>
        <w:t>πρὸς οὓς ὁ λόγος εἶπεν τὸ «Τεκνία». χρὴ δὲ εἰδέναι ὅτι οὐχ ὥσπερ ἐπὶ τῶν ἀνθρώπων οὐ δύναται τὸ τέκνον γενέσθαι ὕστερον ἀδελφὸς οὗ ἔφθασεν εἶναι τέκνον, οὕτως ἀδύνατον μεταβαλεῖν ἐκ τέκνου</w:t>
      </w:r>
    </w:p>
    <w:p>
      <w:r>
        <w:rPr>
          <w:rFonts w:ascii="Courier New" w:hAnsi="Courier New"/>
          <w:color w:val="555555"/>
          <w:sz w:val="20"/>
        </w:rPr>
        <w:t>[32 . 30 . 372]</w:t>
      </w:r>
    </w:p>
    <w:p>
      <w:r>
        <w:rPr>
          <w:rFonts w:ascii="Gentium Plus" w:hAnsi="Gentium Plus"/>
          <w:sz w:val="24"/>
        </w:rPr>
        <w:t>Ἰησοῦ πρὸς τὸ γενέσθαι αὐτοῦ ἀδελφόν. οὗτοι γοῦν πρὸς οὓς εἶπεν· «Τεκνία» μετὰ τὴν τοῦ σωτῆρος ἀνάστασιν, ὡσπερεὶ μεταποιω‐ θέντες ἀπὸ τῆς ἀναστάσεως Ἰησοῦ, γίνονται τοῦ πρότερον εἰπόντος</w:t>
      </w:r>
    </w:p>
    <w:p>
      <w:r>
        <w:rPr>
          <w:rFonts w:ascii="Courier New" w:hAnsi="Courier New"/>
          <w:color w:val="555555"/>
          <w:sz w:val="20"/>
        </w:rPr>
        <w:t>[32 . 30 . 373]</w:t>
      </w:r>
    </w:p>
    <w:p>
      <w:r>
        <w:rPr>
          <w:rFonts w:ascii="Gentium Plus" w:hAnsi="Gentium Plus"/>
          <w:sz w:val="24"/>
        </w:rPr>
        <w:t>«Τεκνία» ἀδελφοί. διὸ γέγραπται· «Πορεύου πρὸς τοὺς ἀδελφούς, «καὶ εἰπὲ αὐτοῖς· Ἀναβαίνω πρὸς τὸν πατέρα μου καὶ πατέρα</w:t>
      </w:r>
    </w:p>
    <w:p>
      <w:r>
        <w:rPr>
          <w:rFonts w:ascii="Courier New" w:hAnsi="Courier New"/>
          <w:color w:val="555555"/>
          <w:sz w:val="20"/>
        </w:rPr>
        <w:t>[32 . 30 . 374]</w:t>
      </w:r>
    </w:p>
    <w:p>
      <w:r>
        <w:rPr>
          <w:rFonts w:ascii="Gentium Plus" w:hAnsi="Gentium Plus"/>
          <w:sz w:val="24"/>
        </w:rPr>
        <w:t>«ὑμῶν, καὶ θεόν μου καὶ θεὸν ὑμῶν». καὶ τάχα † ὥσπερ ἔστιν μετα‐ βαλεῖν ἐκ δούλου Ἰησοῦ· δοῦλοι δὲ ἦσαν οἱ μαθηταὶ πρὸ τοῦ εἶναι τεκνία, ὡς δῆλον ἐκ τοῦ «Ὑμεῖς φωνεῖτέ με Ὁ διδάσκαλος καὶ Ὁ</w:t>
      </w:r>
    </w:p>
    <w:p>
      <w:r>
        <w:rPr>
          <w:rFonts w:ascii="Courier New" w:hAnsi="Courier New"/>
          <w:color w:val="555555"/>
          <w:sz w:val="20"/>
        </w:rPr>
        <w:t>[5]</w:t>
      </w:r>
    </w:p>
    <w:p>
      <w:r>
        <w:rPr>
          <w:rFonts w:ascii="Gentium Plus" w:hAnsi="Gentium Plus"/>
          <w:sz w:val="24"/>
        </w:rPr>
        <w:t>«μείζων τοῦ κυρίου αὐτοῦ» ἀναγεγραμμένου πρὸ τοῦ «Τεκνία, ἔτι «μικρὸν μεθ’ ὑμῶν εἰμι»· ἐπιστήσεις δὲ εἰ ὁ δοῦλος πρότερον μα‐ θητὴς γίνεται, εἶτα τεκνίον, εἶτα ἀδελφὸς Χριστοῦ καὶ υἱὸς τοῦ</w:t>
      </w:r>
    </w:p>
    <w:p>
      <w:r>
        <w:rPr>
          <w:rFonts w:ascii="Courier New" w:hAnsi="Courier New"/>
          <w:color w:val="555555"/>
          <w:sz w:val="20"/>
        </w:rPr>
        <w:t>[32 . 30 . 375]</w:t>
      </w:r>
    </w:p>
    <w:p>
      <w:r>
        <w:rPr>
          <w:rFonts w:ascii="Gentium Plus" w:hAnsi="Gentium Plus"/>
          <w:sz w:val="24"/>
        </w:rPr>
        <w:t>θεοῦ. μαθητὴν δὲ ἐν τούτοις λεκτέον τὸν ἐκ τοῦ παρέχειν αὐτὸν παραληψόμενον τὴν τοῦ λόγου ἐπιστήμην, μανθάνοντα ἀπὸ τοῦ</w:t>
      </w:r>
    </w:p>
    <w:p>
      <w:r>
        <w:rPr>
          <w:rFonts w:ascii="Courier New" w:hAnsi="Courier New"/>
          <w:color w:val="555555"/>
          <w:sz w:val="20"/>
        </w:rPr>
        <w:t>[32 . 30 . 376]</w:t>
      </w:r>
    </w:p>
    <w:p>
      <w:r>
        <w:rPr>
          <w:rFonts w:ascii="Gentium Plus" w:hAnsi="Gentium Plus"/>
          <w:sz w:val="24"/>
        </w:rPr>
        <w:t>τηλικούτου διδασκάλου τὴν σοφίαν τοῦ θεοῦ. τὸ δὲ «Ἔτι μικρὸν «μεθ’ ὑμῶν εἰμι» κατὰ μὲν τὸ ἁπλούστερον ὡς πρὸς τὸ ῥητὸν σαφές ἐστιν, ἐπεὶ ὅσον οὐδέπω ἔμελλεν μηκέτι ἔσεσθαι μετὰ τῶν μαθητῶν· πρότερον μὲν συλληφθεὶς ὑπὸ τῆς σπείρας καὶ τοῦ</w:t>
      </w:r>
    </w:p>
    <w:p>
      <w:r>
        <w:rPr>
          <w:rFonts w:ascii="Courier New" w:hAnsi="Courier New"/>
          <w:color w:val="555555"/>
          <w:sz w:val="20"/>
        </w:rPr>
        <w:t>[5]</w:t>
      </w:r>
    </w:p>
    <w:p>
      <w:r>
        <w:rPr>
          <w:rFonts w:ascii="Gentium Plus" w:hAnsi="Gentium Plus"/>
          <w:sz w:val="24"/>
        </w:rPr>
        <w:t>χιλιάρχου καὶ τῶν Ἰουδαϊκῶν ὑπηρετῶν, οἵτινες δήσαντες αὐτὸν ἀπήγαγον πρὸς Ἄνναν πρῶτον· μετὰ δὲ τοῦτο τῷ Πιλάτῳ παρα‐ δοθεὶς καὶ ἑξῆς τὴν ἐπὶ σταυρῷ καταδικασθείς· εἶτα ποιήσας ἐν τῇ</w:t>
      </w:r>
    </w:p>
    <w:p>
      <w:r>
        <w:rPr>
          <w:rFonts w:ascii="Courier New" w:hAnsi="Courier New"/>
          <w:color w:val="555555"/>
          <w:sz w:val="20"/>
        </w:rPr>
        <w:t>[32 . 30 . 377]</w:t>
      </w:r>
    </w:p>
    <w:p>
      <w:r>
        <w:rPr>
          <w:rFonts w:ascii="Gentium Plus" w:hAnsi="Gentium Plus"/>
          <w:sz w:val="24"/>
        </w:rPr>
        <w:t>καρδίᾳ τῆς γῆς τρεῖς ἡμέρας καὶ τρεῖς νύκτας. κατὰ δὲ τὸ βαθύ‐ τερον ζητήσεις μήποτε μετὰ τὸ «μικρὸν» οὐκέτι ἦν μετ’ αὐτῶν· οὐ τῷ μὴ παρεῖναι αὐτοῖς κατὰ σάρκα καὶ τῷ τὴν ψυχὴν αὐτοῦ εἰς ᾅδου καταβεβηκέναι (τούτου γὰρ ἕνεκεν 〈οὐκ〉 ἐκωλύετο εἶναι καὶ</w:t>
      </w:r>
    </w:p>
    <w:p>
      <w:r>
        <w:rPr>
          <w:rFonts w:ascii="Courier New" w:hAnsi="Courier New"/>
          <w:color w:val="555555"/>
          <w:sz w:val="20"/>
        </w:rPr>
        <w:t>[5]</w:t>
      </w:r>
    </w:p>
    <w:p>
      <w:r>
        <w:rPr>
          <w:rFonts w:ascii="Gentium Plus" w:hAnsi="Gentium Plus"/>
          <w:sz w:val="24"/>
        </w:rPr>
        <w:t>μετὰ τῶν μαθητῶν ὁ εἰπών· «Ὅπου δύο ἢ τρεῖς συνηγμένοι εἰς τὸ «ἐμὸν ὄνομα, καὶ ἐγώ εἰμι ἐν μέσῳ αὐτῶν» καὶ «Ἰδοὺ ἐγὼ μεθ’ «ὑμῶν εἰμι πάσας τὰς ἡμέρας ἕως τῆς συντελείας τοῦ αἰῶνος») ἀλλὰ τῷ, πληρωθέντος τοῦ «Πάντες ὑμεῖς σκανδαλισθήσεσθε ἐν «ἐμοὶ ἐν τῇ νυκτὶ ταύτῃ· γέγραπται γάρ· Πατάξω τὸν ποιμένα,</w:t>
      </w:r>
    </w:p>
    <w:p>
      <w:r>
        <w:rPr>
          <w:rFonts w:ascii="Courier New" w:hAnsi="Courier New"/>
          <w:color w:val="555555"/>
          <w:sz w:val="20"/>
        </w:rPr>
        <w:t>[10]</w:t>
      </w:r>
    </w:p>
    <w:p>
      <w:r>
        <w:rPr>
          <w:rFonts w:ascii="Gentium Plus" w:hAnsi="Gentium Plus"/>
          <w:sz w:val="24"/>
        </w:rPr>
        <w:t>«καὶ διασκορπισθήσονται τὰ πρόβατα τῆς ποίμνης», μηκέτι εἶναι</w:t>
      </w:r>
    </w:p>
    <w:p>
      <w:r>
        <w:rPr>
          <w:rFonts w:ascii="Courier New" w:hAnsi="Courier New"/>
          <w:color w:val="555555"/>
          <w:sz w:val="20"/>
        </w:rPr>
        <w:t>[32 . 30 . 378]</w:t>
      </w:r>
    </w:p>
    <w:p>
      <w:r>
        <w:rPr>
          <w:rFonts w:ascii="Gentium Plus" w:hAnsi="Gentium Plus"/>
          <w:sz w:val="24"/>
        </w:rPr>
        <w:t>μετ’ αὐτῶν τὸν μετὰ τῶν ἀξίων μόνων τυγχάνοντα. πρὸς τοῦτο δ’ ἄν τις ἀνθυποφέροι τὸ «Μέσος ὑμῶν στήκει ὃν ὑμεῖς οὐκ οἴδατε»</w:t>
      </w:r>
    </w:p>
    <w:p>
      <w:r>
        <w:rPr>
          <w:rFonts w:ascii="Courier New" w:hAnsi="Courier New"/>
          <w:color w:val="555555"/>
          <w:sz w:val="20"/>
        </w:rPr>
        <w:t>[32 . 30 . 379]</w:t>
      </w:r>
    </w:p>
    <w:p>
      <w:r>
        <w:rPr>
          <w:rFonts w:ascii="Gentium Plus" w:hAnsi="Gentium Plus"/>
          <w:sz w:val="24"/>
        </w:rPr>
        <w:t>λέγων αὐτὸν εἶναι καὶ μετὰ τῶν μὴ γινωσκόντων αὐτόν. ὅρα δὲ μήποτε οὐ ταὐτόν ἐστιν τὸ εἶναι αὐτὸν μετά τινος, ὅπερ ἐν ἐπαγ‐ γελίᾳ ὡς ἀξίοις δίδοται, τῷ ἑστηκέναι αὐτὸν καὶ μὴ γινωσκόμενον</w:t>
      </w:r>
    </w:p>
    <w:p>
      <w:r>
        <w:rPr>
          <w:rFonts w:ascii="Courier New" w:hAnsi="Courier New"/>
          <w:color w:val="555555"/>
          <w:sz w:val="20"/>
        </w:rPr>
        <w:t>[32 . 30 . 380]</w:t>
      </w:r>
    </w:p>
    <w:p>
      <w:r>
        <w:rPr>
          <w:rFonts w:ascii="Gentium Plus" w:hAnsi="Gentium Plus"/>
          <w:sz w:val="24"/>
        </w:rPr>
        <w:t>ἐν μέσῳ τῶν μὴ γινωσκόντων. ἐν ἐπαγγελίᾳ μὲν γὰρ τὸ «Ὅπου «δύο ἢ τρεῖς συνηγμένοι εἰς τὸ ἐμὸν ὄνομα, κἀγώ εἰμι ἐν μέσῳ «αὐτῶν» καὶ τὸ «Ἰδοὺ ἐγὼ μεθ’ ὑμῶν εἰμι πάσας τὰς ἡμέρας ἕως «τῆς συντελείας τοῦ αἰῶνος»· οὐ τοιοῦτον δὲ τὸ «Μέσος ὑμῶν</w:t>
      </w:r>
    </w:p>
    <w:p>
      <w:r>
        <w:rPr>
          <w:rFonts w:ascii="Courier New" w:hAnsi="Courier New"/>
          <w:color w:val="555555"/>
          <w:sz w:val="20"/>
        </w:rPr>
        <w:t>[32 . 30 . 381]</w:t>
      </w:r>
    </w:p>
    <w:p>
      <w:r>
        <w:rPr>
          <w:rFonts w:ascii="Gentium Plus" w:hAnsi="Gentium Plus"/>
          <w:sz w:val="24"/>
        </w:rPr>
        <w:t>«στήκει ὃν ὑμεῖς οὐκ οἴδατε». καὶ ἐν τῷ προκειμένῳ τοίνυν ὁ εἰπών· «Ἰδοὺ ἐγὼ μεθ’ ὑμῶν εἰμι» φησὶ τὸ «Ἔτι μικρὸν μεθ’ «ὑμῶν εἰμι». ὁ δὲ λέγων· «Ἔτι μικρὸν μεθ’ ὑμῶν εἰμι» οὐκ ἂν παρόντι αἰσθητῶς τῷ Ἰούδᾳ, τοῦ διαβόλου ἤδη βεβληκότος εἰς τὴν</w:t>
      </w:r>
    </w:p>
    <w:p>
      <w:r>
        <w:rPr>
          <w:rFonts w:ascii="Courier New" w:hAnsi="Courier New"/>
          <w:color w:val="555555"/>
          <w:sz w:val="20"/>
        </w:rPr>
        <w:t>[5]</w:t>
      </w:r>
    </w:p>
    <w:p>
      <w:r>
        <w:rPr>
          <w:rFonts w:ascii="Gentium Plus" w:hAnsi="Gentium Plus"/>
          <w:sz w:val="24"/>
        </w:rPr>
        <w:t>καρδίαν αὐτοῦ ἵνα παραδῷ τὸν σωτῆρα, εἶπεν ἂν αὐτῷ τὸ «Μετὰ σοῦ εἰμι» (οὐκέτι γὰρ ἦν μετ’ αὐτοῦ) οὐδ’ ὅτε βάψας τὸ ψωμίον ἐδίδου</w:t>
      </w:r>
    </w:p>
    <w:p>
      <w:r>
        <w:rPr>
          <w:rFonts w:ascii="Courier New" w:hAnsi="Courier New"/>
          <w:color w:val="555555"/>
          <w:sz w:val="20"/>
        </w:rPr>
        <w:t>[32 . 30 . 382]</w:t>
      </w:r>
    </w:p>
    <w:p>
      <w:r>
        <w:rPr>
          <w:rFonts w:ascii="Gentium Plus" w:hAnsi="Gentium Plus"/>
          <w:sz w:val="24"/>
        </w:rPr>
        <w:t>αὐτῷ, ἀλλ’ ὅτε μετὰ τὸ ψωμίον εἰσῆλθεν εἰς ἐκεῖνον ὁ Σατανᾶς, πολλῷ πλέον οὐκ ἦν Χριστὸς μετὰ τοῦ Ἰούδα, μακρύναντος ἑαυτὸν ἀπὸ τοῦ σωτῆρος· «Τίς γὰρ συμφώνησις Χριστοῦ πρὸς Βελίαρ;»</w:t>
      </w:r>
    </w:p>
    <w:p>
      <w:r>
        <w:rPr>
          <w:rFonts w:ascii="Courier New" w:hAnsi="Courier New"/>
          <w:color w:val="555555"/>
          <w:sz w:val="20"/>
        </w:rPr>
        <w:t>[32 . 31 . 383]</w:t>
      </w:r>
    </w:p>
    <w:p>
      <w:r>
        <w:rPr>
          <w:rFonts w:ascii="Gentium Plus" w:hAnsi="Gentium Plus"/>
          <w:sz w:val="24"/>
        </w:rPr>
        <w:t>Εἰ καὶ μικρὸν δὲ ἔτι μετὰ τῶν τεκνίων ἔμελλεν εἶναι ὁ πατὴρ αὐτῶν Ἰησοῦς, χρὴ εἰδέναι τὸ μετὰ τὸ «μικρὸν» ἐκεῖνο· εἰ καὶ μὴ ἦν μετ’ αὐτῶν, οὐδὲν ἧττον ἐκεῖνοι ζητεῖν ἔμελλον τὸν Ἰησοῦν, ὡς ὁ Πέτρος μετὰ τὸ ἀρνήσασθαι πικρῶς ἔκλαιεν, οἶμαι, ζη‐</w:t>
      </w:r>
    </w:p>
    <w:p>
      <w:r>
        <w:rPr>
          <w:rFonts w:ascii="Courier New" w:hAnsi="Courier New"/>
          <w:color w:val="555555"/>
          <w:sz w:val="20"/>
        </w:rPr>
        <w:t>[32 . 31 . 384]</w:t>
      </w:r>
    </w:p>
    <w:p>
      <w:r>
        <w:rPr>
          <w:rFonts w:ascii="Gentium Plus" w:hAnsi="Gentium Plus"/>
          <w:sz w:val="24"/>
        </w:rPr>
        <w:t>τῶν τὸν Ἰησοῦν. νῦν μὲν οὖν τὸ «Ἔτι μικρὸν μεθ’ ὑμῶν εἰμι» λέλεκται, ὀλίγῳ 〈δὲ〉 ὕστερον· «Μικρόν, φησί, καὶ οὐκέτι θεωρεῖτέ «με, καὶ πάλιν μικρὸν 〈καὶ〉 ὄψεσθέ με», ὅτε λεγόντων τῶν μαθη‐ τῶν· «Τί ἐστιν τοῦτο ὃ λέγει μικρόν; οὐκ οἴδαμεν τί λαλεῖ· γνοὺς ὁ</w:t>
      </w:r>
    </w:p>
    <w:p>
      <w:r>
        <w:rPr>
          <w:rFonts w:ascii="Courier New" w:hAnsi="Courier New"/>
          <w:color w:val="555555"/>
          <w:sz w:val="20"/>
        </w:rPr>
        <w:t>[5]</w:t>
      </w:r>
    </w:p>
    <w:p>
      <w:r>
        <w:rPr>
          <w:rFonts w:ascii="Gentium Plus" w:hAnsi="Gentium Plus"/>
          <w:sz w:val="24"/>
        </w:rPr>
        <w:t>«Ἰησοῦς καὶ ὅτι ἤθελον αὐτὸν ἐρωτᾶν, εἶπεν αὐτοῖς· Περὶ τούτου «ζητεῖτε μετ’ ἀλλήλων ὅτι εἶπον· Μικρὸν καὶ οὐ θεωρεῖτέ με, καὶ «πάλιν μικρὸν καὶ ὄψεσθέ με; ἀμήν, ἀμὴν λέγω ὑμῖν ὅτι κλαύσετε «καὶ θρηνήσετε ὑμεῖς· ὁ κόσμος χαρήσεται· ὑμεῖς δὲ λυπηθήσεσθε,</w:t>
      </w:r>
    </w:p>
    <w:p>
      <w:r>
        <w:rPr>
          <w:rFonts w:ascii="Courier New" w:hAnsi="Courier New"/>
          <w:color w:val="555555"/>
          <w:sz w:val="20"/>
        </w:rPr>
        <w:t>[32 . 31 . 385]</w:t>
      </w:r>
    </w:p>
    <w:p>
      <w:r>
        <w:rPr>
          <w:rFonts w:ascii="Gentium Plus" w:hAnsi="Gentium Plus"/>
          <w:sz w:val="24"/>
        </w:rPr>
        <w:t>«ἀλλ’ ἡ λύπη ὑμῶν εἰς χαρὰν γενήσεται». τὸ γὰρ «μικρὸν» ἐκεῖνο ἐν ᾧ οὐκ ἐθεώρουν αὐτόν, ἐζήτουν Ἰησοῦν· διὸ ἔκλαιον καὶ ἐθρή‐ νουν, τῆς λύπης αὐτῶν εἰς χαρὰν μεταβαλλούσης, ὅτε ἐπληροῦτο τὸ «Καὶ πάλιν μικρὸν καὶ ὄψεσθέ με».</w:t>
      </w:r>
    </w:p>
    <w:p>
      <w:r>
        <w:rPr>
          <w:rFonts w:ascii="Courier New" w:hAnsi="Courier New"/>
          <w:color w:val="555555"/>
          <w:sz w:val="20"/>
        </w:rPr>
        <w:t>[32 . 31 . 386]</w:t>
      </w:r>
    </w:p>
    <w:p>
      <w:r>
        <w:rPr>
          <w:rFonts w:ascii="Gentium Plus" w:hAnsi="Gentium Plus"/>
          <w:sz w:val="24"/>
        </w:rPr>
        <w:t>Ἐν οἷς ἐξετάσεις εἰ ὁ μετὰ μικρὸν μὴ θεωρῶν αὐτόν, εἰ μέλλει μετὰ τοῦτο ὄψεσθαι αὐτόν, μετ’ οὐ πολὺ πάντως ὄψεται αὐτόν,</w:t>
      </w:r>
    </w:p>
    <w:p>
      <w:r>
        <w:rPr>
          <w:rFonts w:ascii="Courier New" w:hAnsi="Courier New"/>
          <w:color w:val="555555"/>
          <w:sz w:val="20"/>
        </w:rPr>
        <w:t>[32 . 31 . 387]</w:t>
      </w:r>
    </w:p>
    <w:p>
      <w:r>
        <w:rPr>
          <w:rFonts w:ascii="Gentium Plus" w:hAnsi="Gentium Plus"/>
          <w:sz w:val="24"/>
        </w:rPr>
        <w:t>νοούντων ἡμῶν τὸ «Καὶ πάλιν μικρὸν καὶ ὄψεσθέ με». τὸ δὲ ζητεῖν τὸν Ἰησοῦν ζητεῖν ἐστιν τὸν λόγον καὶ τὴν σοφίαν καὶ τὴν δικαιο‐ σύνην καὶ τὴν ἀλήθειαν καὶ τὴν δύναμιν τοῦ θεοῦ, ἅπερ πάντα</w:t>
      </w:r>
    </w:p>
    <w:p>
      <w:r>
        <w:rPr>
          <w:rFonts w:ascii="Courier New" w:hAnsi="Courier New"/>
          <w:color w:val="555555"/>
          <w:sz w:val="20"/>
        </w:rPr>
        <w:t>[32 . 31 . 388]</w:t>
      </w:r>
    </w:p>
    <w:p>
      <w:r>
        <w:rPr>
          <w:rFonts w:ascii="Gentium Plus" w:hAnsi="Gentium Plus"/>
          <w:sz w:val="24"/>
        </w:rPr>
        <w:t>ἐστὶν ὁ χριστός. τινὲς δὲ ζητοῦσιν αὐτὸν τῶν ἑωρακότων σημεῖα, καὶ σὺν τῷ ἑωρακέναι λαβόντων ἀπ’ αὐτοῦ ἄρτον καὶ φαγόντων, αἰτίου τοῦ ζητεῖν αὐτοῖς γενομένου τοῦ τεθράφθαι ἀπὸ τοῦ λόγου· «Ζητεῖτε γάρ με, φησίν, οὐχ ὅτι εἴδετε σημεῖα, ἀλλ’ ὅτι ἐφάγετε ἐκ</w:t>
      </w:r>
    </w:p>
    <w:p>
      <w:r>
        <w:rPr>
          <w:rFonts w:ascii="Courier New" w:hAnsi="Courier New"/>
          <w:color w:val="555555"/>
          <w:sz w:val="20"/>
        </w:rPr>
        <w:t>[32 . 31 . 389]</w:t>
      </w:r>
    </w:p>
    <w:p>
      <w:r>
        <w:rPr>
          <w:rFonts w:ascii="Gentium Plus" w:hAnsi="Gentium Plus"/>
          <w:sz w:val="24"/>
        </w:rPr>
        <w:t>«τῶν ἄρτων καὶ ἐχορτάσθητε». εἶτα ἐπεὶ πρότερον τοῖς Ἰουδαίοις εἰρήκει· «Ἐγὼ ὑπάγω καὶ ζητήσετέ με, καὶ ἐν τῇ ἁμαρτίᾳ ὑμῶν «ἀποθανεῖσθε· ὅπου ἐγὼ ὑπάγω ὑμεῖς οὐ δύνασθε ἐλθεῖν» ἐπ’ ἐκεῖνο ἀναφέρων τὸ προκείμενον φησί· «Καὶ καθὼς εἶπον τοῖς Ἰου‐</w:t>
      </w:r>
    </w:p>
    <w:p>
      <w:r>
        <w:rPr>
          <w:rFonts w:ascii="Courier New" w:hAnsi="Courier New"/>
          <w:color w:val="555555"/>
          <w:sz w:val="20"/>
        </w:rPr>
        <w:t>[5]</w:t>
      </w:r>
    </w:p>
    <w:p>
      <w:r>
        <w:rPr>
          <w:rFonts w:ascii="Gentium Plus" w:hAnsi="Gentium Plus"/>
          <w:sz w:val="24"/>
        </w:rPr>
        <w:t>«δαίοις ὅτι Ὅπου ἐγὼ ὑπάγω ὑμεῖς οὐ δύνασθε ἐλθεῖν, καὶ ὑμῖν λέγω</w:t>
      </w:r>
    </w:p>
    <w:p>
      <w:r>
        <w:rPr>
          <w:rFonts w:ascii="Courier New" w:hAnsi="Courier New"/>
          <w:color w:val="555555"/>
          <w:sz w:val="20"/>
        </w:rPr>
        <w:t>[32 . 31 . 390]</w:t>
      </w:r>
    </w:p>
    <w:p>
      <w:r>
        <w:rPr>
          <w:rFonts w:ascii="Gentium Plus" w:hAnsi="Gentium Plus"/>
          <w:sz w:val="24"/>
        </w:rPr>
        <w:t>«ἄρτι». ὡς γὰρ ἐκείνοις, φησί, τοῦτ’ εἶπον, οὕτω καὶ ὑμῖν· ἀλλὰ</w:t>
      </w:r>
    </w:p>
    <w:p>
      <w:r>
        <w:rPr>
          <w:rFonts w:ascii="Courier New" w:hAnsi="Courier New"/>
          <w:color w:val="555555"/>
          <w:sz w:val="20"/>
        </w:rPr>
        <w:t>[32 . 31 . 391]</w:t>
      </w:r>
    </w:p>
    <w:p>
      <w:r>
        <w:rPr>
          <w:rFonts w:ascii="Gentium Plus" w:hAnsi="Gentium Plus"/>
          <w:sz w:val="24"/>
        </w:rPr>
        <w:t>καὶ ὑμῖν τοῦτο λέγω οὐ περὶ πλείονος χρόνου. οὕτω γὰρ ἀκούω τοῦ «Καὶ ὑμῖν λέγω ἄρτι», ὅπερ οὐκ ἔστιν ταὐτὸν τῷ «Καὶ ὑμῖν «λέγω» χωρὶς τῆς προσθήκης τῆς ‹ἄρτι›. Ἰουδαῖοι μὲν γάρ, οὓς προέ‐ βλεπεν ἐν τῇ ἑαυτῶν ἁμαρτίᾳ ἀποθανουμένους, οὐκ ἐπὶ βραχυνό‐</w:t>
      </w:r>
    </w:p>
    <w:p>
      <w:r>
        <w:rPr>
          <w:rFonts w:ascii="Courier New" w:hAnsi="Courier New"/>
          <w:color w:val="555555"/>
          <w:sz w:val="20"/>
        </w:rPr>
        <w:t>[5]</w:t>
      </w:r>
    </w:p>
    <w:p>
      <w:r>
        <w:rPr>
          <w:rFonts w:ascii="Gentium Plus" w:hAnsi="Gentium Plus"/>
          <w:sz w:val="24"/>
        </w:rPr>
        <w:t>μενον χρόνον οὐκ ἐδύναντο ἥκειν ὅπου ὑπῆγεν ὁ Ἰησοῦς· οἱ δὲ μαθηταί, μεθ’ ὃν ἔμελλεν μικρὸν χρόνον μηκέτι ἔσεσθαι μετ’ αὐτῶν, διὰ τὰ προειρημένα οὐκ ἐδύναντο ἕπεσθαι τῷ λόγῳ ἀπιόντι ἐπὶ τὰς ἑαυτοῦ οἰκονομίας.</w:t>
      </w:r>
    </w:p>
    <w:p>
      <w:r>
        <w:rPr>
          <w:rFonts w:ascii="Courier New" w:hAnsi="Courier New"/>
          <w:color w:val="555555"/>
          <w:sz w:val="20"/>
        </w:rPr>
        <w:t>[32 . 32 . 392]</w:t>
      </w:r>
    </w:p>
    <w:p>
      <w:r>
        <w:rPr>
          <w:rFonts w:ascii="Gentium Plus" w:hAnsi="Gentium Plus"/>
          <w:sz w:val="24"/>
        </w:rPr>
        <w:t>Καὶ εἰ μὲν μὴ προτέτακτο τοῦ «Ὅπου ἐγὼ ὑπάγω «ὑμεῖς οὐ δύνασθε ἐλθεῖν» τὸ «Καθὼς εἶπον τοῖς Ἰουδαίοις» κἂν ἁπλούστερον ἐδοκοῦμεν ταῦτα εἰρῆσθαι, ἀναφερόμενα ἐπὶ τὴν ἀπὸ τοῦ βίου ἔξοδον τῆς Ἰησοῦ ψυχῆς· νυνὶ δὲ καὶ οἱ Ἰουδαῖοι ἀποθνή‐</w:t>
      </w:r>
    </w:p>
    <w:p>
      <w:r>
        <w:rPr>
          <w:rFonts w:ascii="Courier New" w:hAnsi="Courier New"/>
          <w:color w:val="555555"/>
          <w:sz w:val="20"/>
        </w:rPr>
        <w:t>[32 . 32 . 393]</w:t>
      </w:r>
    </w:p>
    <w:p>
      <w:r>
        <w:rPr>
          <w:rFonts w:ascii="Gentium Plus" w:hAnsi="Gentium Plus"/>
          <w:sz w:val="24"/>
        </w:rPr>
        <w:t>σκειν ἔμελλον, καὶ ὁ Ἰησοῦς ἀποθανὼν καταβαίνειν εἰς ᾅδου. πῶς ὅπου ὁ Ἰησοῦς ὑπῆγεν ἐκεῖνοι οὐκ ἐδύναντο ἀπελθεῖν; ἀλλ’ ἐρεῖ τις, ἐπεὶ καὶ ἐν τῷ παραδείσῳ ἔμελλεν γίνεσθαι τοῦ θεοῦ, ἔνθα οἱ μὲν ἐν ταῖς ἁμαρτίαις αὐτῶν ἀποθανούμενοι γίνεσθαι οὐκ ἔμελλον, οἱ</w:t>
      </w:r>
    </w:p>
    <w:p>
      <w:r>
        <w:rPr>
          <w:rFonts w:ascii="Courier New" w:hAnsi="Courier New"/>
          <w:color w:val="555555"/>
          <w:sz w:val="20"/>
        </w:rPr>
        <w:t>[5]</w:t>
      </w:r>
    </w:p>
    <w:p>
      <w:r>
        <w:rPr>
          <w:rFonts w:ascii="Gentium Plus" w:hAnsi="Gentium Plus"/>
          <w:sz w:val="24"/>
        </w:rPr>
        <w:t>δὲ τοῦ Ἰησοῦ μαθηταὶ τότε μὲν οὖν οὐκ ἐδύναντο ἐκεῖ γενέσθαι, ὕστερον δὲ διὰ τοῦτο πρὸς μὲν τοὺς ἐν ταῖς ἁμαρτίαις αὐτῶν ἀπο‐ θανουμένους Ἰουδαίους λέλεκται τὸ «Ὅπου ἐγὼ ὑπάγω, ὑμεῖς οὐ δύ‐ «νασθε ἐλθεῖν»· πρὸς δὲ τοὺς μαθητάς· «Ὅπου ἐγὼ ὑπάγω, ὑμεῖς οὐ</w:t>
      </w:r>
    </w:p>
    <w:p>
      <w:r>
        <w:rPr>
          <w:rFonts w:ascii="Courier New" w:hAnsi="Courier New"/>
          <w:color w:val="555555"/>
          <w:sz w:val="20"/>
        </w:rPr>
        <w:t>[32 . 32 . 394]</w:t>
      </w:r>
    </w:p>
    <w:p>
      <w:r>
        <w:rPr>
          <w:rFonts w:ascii="Gentium Plus" w:hAnsi="Gentium Plus"/>
          <w:sz w:val="24"/>
        </w:rPr>
        <w:t>«δύνασθε ἐλθεῖν ἄρτι». τὸ γὰρ ἑξῆς τῆς λέξεώς ἐστιν τοιοῦτον· «Καθὼς εἶπον τοῖς Ἰουδαίοις καὶ ὑμῖν λέγω· Ὅπου ἐγὼ ὑπάγω, «ὑμεῖς οὐ δύνασθε ἐλθεῖν ἄρτι». καὶ οὕτω δὲ οὐκ ὀλίγην ἔχει ζή‐ τησιν ὁ τόπος, διὰ τὸ «Ὁ υἱὸς τοῦ ἀνθρώπου ἐν τῇ καρδίᾳ τῆς</w:t>
      </w:r>
    </w:p>
    <w:p>
      <w:r>
        <w:rPr>
          <w:rFonts w:ascii="Courier New" w:hAnsi="Courier New"/>
          <w:color w:val="555555"/>
          <w:sz w:val="20"/>
        </w:rPr>
        <w:t>[32 . 32 . 395]</w:t>
      </w:r>
    </w:p>
    <w:p>
      <w:r>
        <w:rPr>
          <w:rFonts w:ascii="Gentium Plus" w:hAnsi="Gentium Plus"/>
          <w:sz w:val="24"/>
        </w:rPr>
        <w:t>«γῆς ποιήσει τρεῖς ἡμέρας καὶ τρεῖς νύκτας». πῶς γὰρ τρεῖς ἡμέρας καὶ τρεῖς νύκτας ποιήσει ἐν τῇ καρδίᾳ τῆς γῆς, 〈ὃσ〉 ἅμα τῇ ἐξόδῳ ἐν τῷ παραδείσῳ ἔμελλεν ἔσεσθαι τοῦ θεοῦ, κατὰ τὸ «Σήμερον μετ’ «ἐμοῦ ἔσῃ ἐν τῷ παραδείσῳ τοῦ θεοῦ»; οὕτω δὲ ἐτάραξέν τινας ὡς</w:t>
      </w:r>
    </w:p>
    <w:p>
      <w:r>
        <w:rPr>
          <w:rFonts w:ascii="Courier New" w:hAnsi="Courier New"/>
          <w:color w:val="555555"/>
          <w:sz w:val="20"/>
        </w:rPr>
        <w:t>[5]</w:t>
      </w:r>
    </w:p>
    <w:p>
      <w:r>
        <w:rPr>
          <w:rFonts w:ascii="Gentium Plus" w:hAnsi="Gentium Plus"/>
          <w:sz w:val="24"/>
        </w:rPr>
        <w:t>ἀσύμφωνον τὸ εἰρημένον, ὥστε τολμῆσαι αὐτοὺς ὑπονοῆσαι προστε‐</w:t>
      </w:r>
    </w:p>
    <w:p>
      <w:r>
        <w:rPr>
          <w:rFonts w:ascii="Courier New" w:hAnsi="Courier New"/>
          <w:color w:val="555555"/>
          <w:sz w:val="20"/>
        </w:rPr>
        <w:t>[32 . 32 . 396]</w:t>
      </w:r>
    </w:p>
    <w:p>
      <w:r>
        <w:rPr>
          <w:rFonts w:ascii="Gentium Plus" w:hAnsi="Gentium Plus"/>
          <w:sz w:val="24"/>
        </w:rPr>
        <w:t>«ἐμοῦ ἔσῃ ἐν τῷ παραδείσῳ τοῦ θεοῦ». ἡμεῖς δέ φαμεν ἁπλούστερον μὲν ὅτι τάχα πρὶν ἀπελθεῖν εἰς τὴν λεγομένην καρδίαν τῆς γῆς ἀπεκατέστησεν εἰς τὸν παράδεισον τοῦ θεοῦ τὸν εἰπόντα αὐτῷ· «Μνήσθητί μου ὅταν ἔλθῃς ἐν τῇ βασιλείᾳ σου»· βαθύτερον δὲ ὅτι</w:t>
      </w:r>
    </w:p>
    <w:p>
      <w:r>
        <w:rPr>
          <w:rFonts w:ascii="Courier New" w:hAnsi="Courier New"/>
          <w:color w:val="555555"/>
          <w:sz w:val="20"/>
        </w:rPr>
        <w:t>[5]</w:t>
      </w:r>
    </w:p>
    <w:p>
      <w:r>
        <w:rPr>
          <w:rFonts w:ascii="Gentium Plus" w:hAnsi="Gentium Plus"/>
          <w:sz w:val="24"/>
        </w:rPr>
        <w:t>πολλαχοῦ τὸ «σήμερον» ἐν τῇ γραφῇ καὶ ἐπὶ ὅλον παρατείνει τὸν ἐνεστηκότα αἰῶνα· ὥσπερ δὲ καὶ ἐν τῷ «Ἐφημίσθη ὁ λόγος οὗτος «παρὰ Ἰουδαίοις μέχρι τῆς σήμερον» καὶ «Οὗτος πατὴρ Μωαβιτῶν μέχρι τῆς σήμερον ἡμέρας» καὶ «Σήμερον ἐὰν τῆς φωνῆς αὐτοῦ</w:t>
      </w:r>
    </w:p>
    <w:p>
      <w:r>
        <w:rPr>
          <w:rFonts w:ascii="Courier New" w:hAnsi="Courier New"/>
          <w:color w:val="555555"/>
          <w:sz w:val="20"/>
        </w:rPr>
        <w:t>[32 . 32 . 397]</w:t>
      </w:r>
    </w:p>
    <w:p>
      <w:r>
        <w:rPr>
          <w:rFonts w:ascii="Gentium Plus" w:hAnsi="Gentium Plus"/>
          <w:sz w:val="24"/>
        </w:rPr>
        <w:t>«ἀκούσητε, † καὶ μὴ ἀπόστητε ἀπὸ κυρίου». ἐν τῇ σήμερον ἡμέρᾳ ἐπαγγέλλεται αὐτῷ, ἀξιώσαντι μνησθῆναι αὐτοῦ ἐν τῇ βασιλείᾳ τοῦ θεοῦ, τὸ ἐν τῷ ἐνεστηκότι αἰῶνι πρὸ τοῦ μέλλοντος ποιῆσαι αὐτὸν</w:t>
      </w:r>
    </w:p>
    <w:p>
      <w:r>
        <w:rPr>
          <w:rFonts w:ascii="Courier New" w:hAnsi="Courier New"/>
          <w:color w:val="555555"/>
          <w:sz w:val="20"/>
        </w:rPr>
        <w:t>[32 . 32 . 398]</w:t>
      </w:r>
    </w:p>
    <w:p>
      <w:r>
        <w:rPr>
          <w:rFonts w:ascii="Gentium Plus" w:hAnsi="Gentium Plus"/>
          <w:sz w:val="24"/>
        </w:rPr>
        <w:t>γενέσθαι σὺν αὐτῷ ἐν τῇ βασιλείᾳ τοῦ θεοῦ. ἀλλὰ τοῦτο μὲν διὰ μέσου ἐν παρεκβάσει εἰς τὸ προειρημένον εἰρήσθω· τοῖς δὲ μαθηταῖς, ἀκολουθεῖν βουλομένοις τῷ Ἰησοῦ, οὐχ ὡς ἂν οἱ ἁπλούστεροι ὑπο‐ λάβοιεν σωματικῶς, ἀλλ’ ὡς δηλοῖ τὸ «Ὃς ἂν μὴ ἄρῃ τὸν σταυρὸν</w:t>
      </w:r>
    </w:p>
    <w:p>
      <w:r>
        <w:rPr>
          <w:rFonts w:ascii="Courier New" w:hAnsi="Courier New"/>
          <w:color w:val="555555"/>
          <w:sz w:val="20"/>
        </w:rPr>
        <w:t>[5]</w:t>
      </w:r>
    </w:p>
    <w:p>
      <w:r>
        <w:rPr>
          <w:rFonts w:ascii="Gentium Plus" w:hAnsi="Gentium Plus"/>
          <w:sz w:val="24"/>
        </w:rPr>
        <w:t>«αὐτοῦ καὶ ἀκολουθήσει ὀπίσω μου, οὐκ ἔστιν μου ἄξιος εἶναι μα‐ «θητής» φησὶν νῦν ὁ κύριος ὅτι «Ὅπου ἐγὼ ὑπάγω ὑμεῖς οὐ δύνασθε</w:t>
      </w:r>
    </w:p>
    <w:p>
      <w:r>
        <w:rPr>
          <w:rFonts w:ascii="Courier New" w:hAnsi="Courier New"/>
          <w:color w:val="555555"/>
          <w:sz w:val="20"/>
        </w:rPr>
        <w:t>[32 . 32 . 399]</w:t>
      </w:r>
    </w:p>
    <w:p>
      <w:r>
        <w:rPr>
          <w:rFonts w:ascii="Gentium Plus" w:hAnsi="Gentium Plus"/>
          <w:sz w:val="24"/>
        </w:rPr>
        <w:t>«ἐλθεῖν ἄρτι». εἰ γὰρ ἐβούλοντο ἀκολουθεῖν τῷ λόγῳ καὶ ὁμολογεῖν αὐτὸν μὴ σκανδαλιζόμενοι ἐν αὐτῷ, ἀλλὰ οὐκ ἐδύναντό πω τοῦτο ποιεῖν· «Οὔπω γὰρ ἦν πνεῦμα, ὅτι Ἰησοῦς οὔπω ἐδοξάσθη» καὶ «Οὐδεὶς δύναται εἰπεῖν Κύριος Ἰησοῦς εἰ μὴ ἐν πνεύματι ἁγίῳ».</w:t>
      </w:r>
    </w:p>
    <w:p>
      <w:r>
        <w:rPr>
          <w:rFonts w:ascii="Courier New" w:hAnsi="Courier New"/>
          <w:color w:val="555555"/>
          <w:sz w:val="20"/>
        </w:rPr>
        <w:t>[32 . 32 . 400]</w:t>
      </w:r>
    </w:p>
    <w:p>
      <w:r>
        <w:rPr>
          <w:rFonts w:ascii="Gentium Plus" w:hAnsi="Gentium Plus"/>
          <w:sz w:val="24"/>
        </w:rPr>
        <w:t>ἄπεισιν δὲ ὁ λόγος τὰς ἑαυτοῦ πορείας, καὶ ἀκολουθεῖ μὲν αὐτῷ ὁ λόγῳ ἑπόμενος· οὐ δύναται δὲ ἀκολουθεῖν ὁ μὴ εὐτρεπισμένος ὥστ’ εὐτόνως κατ’ ἴχνη βαίνειν, τοῦ λόγου ὁδηγοῦντος πρὸς τὸν ἑαυτοῦ πατέρα τοὺς πάντα πράττοντας ἵνα καὶ δύνωνται αὐτῷ ἕπεσθαι καὶ</w:t>
      </w:r>
    </w:p>
    <w:p>
      <w:r>
        <w:rPr>
          <w:rFonts w:ascii="Courier New" w:hAnsi="Courier New"/>
          <w:color w:val="555555"/>
          <w:sz w:val="20"/>
        </w:rPr>
        <w:t>[5]</w:t>
      </w:r>
    </w:p>
    <w:p>
      <w:r>
        <w:rPr>
          <w:rFonts w:ascii="Gentium Plus" w:hAnsi="Gentium Plus"/>
          <w:sz w:val="24"/>
        </w:rPr>
        <w:t>ἀκολουθῶσιν αὐτῷ, ἕως 〈ἂν〉 εἴπωσιν τῷ χριστῷ· «Ἐκολλήθη ὀπίσω «σου ἡ ψυχή μου».</w:t>
      </w:r>
    </w:p>
    <w:p>
      <w:r>
        <w:rPr>
          <w:rFonts w:ascii="Courier New" w:hAnsi="Courier New"/>
          <w:color w:val="555555"/>
          <w:sz w:val="20"/>
        </w:rPr>
        <w:t>[32 . 32 . 401]</w:t>
      </w:r>
    </w:p>
    <w:p>
      <w:r>
        <w:rPr>
          <w:rFonts w:ascii="Gentium Plus" w:hAnsi="Gentium Plus"/>
          <w:sz w:val="24"/>
        </w:rPr>
        <w:t>Αὐτάρκη δὲ περιγραφὴν εἰληφότος τοῦ λβʹ τῶν εἰς τὸ κατὰ Ἰωάννην Εὐαγγέλιον ἐξηγητικῶν, αὐτοῦ που καταπαύσομεν τὸν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