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Ἐτυμολογικὸν Ἔργον</w:t>
      </w:r>
      <w:r>
        <w:br/>
      </w:r>
      <w:r>
        <w:rPr>
          <w:i/>
          <w:color w:val="666666"/>
          <w:sz w:val="40"/>
        </w:rPr>
        <w:t>Etymological Work</w:t>
      </w:r>
    </w:p>
    <w:p>
      <w:pPr>
        <w:jc w:val="center"/>
      </w:pPr>
      <w:r>
        <w:rPr>
          <w:rFonts w:ascii="Times New Roman" w:hAnsi="Times New Roman"/>
          <w:color w:val="1E3A70"/>
          <w:sz w:val="32"/>
        </w:rPr>
        <w:t>Ὤριον ὁ Θηβαῖος</w:t>
      </w:r>
      <w:r>
        <w:br/>
      </w:r>
      <w:r>
        <w:rPr>
          <w:i/>
          <w:color w:val="666666"/>
          <w:sz w:val="28"/>
        </w:rPr>
        <w:t>by Orion of Thebes</w:t>
      </w:r>
    </w:p>
    <w:p/>
    <w:p>
      <w:pPr>
        <w:jc w:val="center"/>
      </w:pPr>
      <w:r>
        <w:rPr>
          <w:rFonts w:ascii="Gentium Plus" w:hAnsi="Gentium Plus"/>
          <w:b/>
          <w:sz w:val="24"/>
        </w:rPr>
        <w:t>ΩΡΙΩΝΟΣ ΘΗΒΑΙΟΥ ΓΡΑΜΜΑΤΙΚΟΥ ΚΑΙΣΑΡΕΙΑΣ ΠΕΡΙ ΕΤΥΜΟΛΟΓΙΩΝ.</w:t>
      </w:r>
    </w:p>
    <w:p>
      <w:r>
        <w:rPr>
          <w:rFonts w:ascii="Courier New" w:hAnsi="Courier New"/>
          <w:color w:val="555555"/>
          <w:sz w:val="20"/>
        </w:rPr>
        <w:t>[alpha 1]</w:t>
      </w:r>
    </w:p>
    <w:p>
      <w:r>
        <w:rPr>
          <w:rFonts w:ascii="Gentium Plus" w:hAnsi="Gentium Plus"/>
          <w:sz w:val="24"/>
        </w:rPr>
        <w:t>Ἀγαθόν παρὰ τὸ ἄγαν θεῖν ἡμᾶς εἰς αὐτὸ, οἷον ἐφ’ ᾧ ἄγαν θέομεν. ἔνθεν οὐ λέγομεν ἀγαθώτερος, οὔτε ἀγαθώτατος, ὡς ἐγκειμένου ἐπιτατικοῦ μορίου τοῦ ἄγαν, ἵνα μὴ γένωνται ἐν αὐτῷ δύο ἐπιτάσεις,</w:t>
      </w:r>
    </w:p>
    <w:p>
      <w:r>
        <w:rPr>
          <w:rFonts w:ascii="Courier New" w:hAnsi="Courier New"/>
          <w:color w:val="555555"/>
          <w:sz w:val="20"/>
        </w:rPr>
        <w:t>[5]</w:t>
      </w:r>
    </w:p>
    <w:p>
      <w:r>
        <w:rPr>
          <w:rFonts w:ascii="Gentium Plus" w:hAnsi="Gentium Plus"/>
          <w:sz w:val="24"/>
        </w:rPr>
        <w:t>ἀπό τε τοῦ ἄγαν, καὶ τῆς παραγωγῆς τῆς διὰ τοῦ τερος, ἀλλὰ ῥητέον, μᾶλλον ἀγαθὸς τοῦδε ὅδε. Ἀρετή· αἱρετή τις οὖσα, ἣν αἱροῦνται πάντες· οὕτω Δίδυμος ἐν Ὑπομνήματι. ὁ δὲ Ἡρακλείδης κατὰ μετάθεσιν στοιχείων, ἐρατή τις οὖσα, ἡ ἐπέραστος</w:t>
      </w:r>
    </w:p>
    <w:p>
      <w:r>
        <w:rPr>
          <w:rFonts w:ascii="Courier New" w:hAnsi="Courier New"/>
          <w:color w:val="555555"/>
          <w:sz w:val="20"/>
        </w:rPr>
        <w:t>[10]</w:t>
      </w:r>
    </w:p>
    <w:p>
      <w:r>
        <w:rPr>
          <w:rFonts w:ascii="Gentium Plus" w:hAnsi="Gentium Plus"/>
          <w:sz w:val="24"/>
        </w:rPr>
        <w:t>κτῆσις· ὡς δὲ ἄλλοι, ἀρεστή, καὶ ἀποβολῇ τοῦ σίγμα,</w:t>
      </w:r>
    </w:p>
    <w:p>
      <w:r>
        <w:rPr>
          <w:rFonts w:ascii="Courier New" w:hAnsi="Courier New"/>
          <w:color w:val="555555"/>
          <w:sz w:val="20"/>
        </w:rPr>
        <w:t>[alpha 2]</w:t>
      </w:r>
    </w:p>
    <w:p>
      <w:r>
        <w:rPr>
          <w:rFonts w:ascii="Gentium Plus" w:hAnsi="Gentium Plus"/>
          <w:sz w:val="24"/>
        </w:rPr>
        <w:t>Ἄφενος· Ὅμηρος οὐδετέρως, „ἄφενος καὶ πλοῦτον ἀφύξειν·“ ἄφενος οὖν βαρυτόνως ὁ πλοῦτος· ὀξυτόνως δὲ ἀφενός, ὁ ἄνθρωπος ὁ μετέχων τοῦ ἀφένου· ὡς ἀσφόδελος καὶ ἀσφοδελός. ἀσφόδελος λέγομεν βαρυ‐</w:t>
      </w:r>
    </w:p>
    <w:p>
      <w:r>
        <w:rPr>
          <w:rFonts w:ascii="Courier New" w:hAnsi="Courier New"/>
          <w:color w:val="555555"/>
          <w:sz w:val="20"/>
        </w:rPr>
        <w:t>[5]</w:t>
      </w:r>
    </w:p>
    <w:p>
      <w:r>
        <w:rPr>
          <w:rFonts w:ascii="Gentium Plus" w:hAnsi="Gentium Plus"/>
          <w:sz w:val="24"/>
        </w:rPr>
        <w:t>τόνως τὴν βοτάνην· ἀσφοδελός δὲ ὁ τόπος ὁ περιέχων τὴν ἀσφόδελον ὀξυτόνως· ὡς Ὅμηρος φησί, „κατ’ ἀ‐ σφοδελὸν λειμῶνα,“ τὸν τόπον δηλῶν. ἀφενεός οὖν καὶ ἀφενός, καὶ ἐν πλεονασμῷ τοῦ ι ἀφενειός, καὶ συγκοπῇ ἀφνειός, ὡς ἀδελφεός, καὶ ἀδελφειός.</w:t>
      </w:r>
    </w:p>
    <w:p>
      <w:r>
        <w:rPr>
          <w:rFonts w:ascii="Courier New" w:hAnsi="Courier New"/>
          <w:color w:val="555555"/>
          <w:sz w:val="20"/>
        </w:rPr>
        <w:t>[10]</w:t>
      </w:r>
    </w:p>
    <w:p>
      <w:r>
        <w:rPr>
          <w:rFonts w:ascii="Gentium Plus" w:hAnsi="Gentium Plus"/>
          <w:sz w:val="24"/>
        </w:rPr>
        <w:t>Αὖος, ὁ ξηρός, ἀπὸ τοῦ ὕω· ἀΰω, ἄϋος, καὶ κατὰ συν‐ αίρεσιν αὖος, ὁ μὴ ὑγρός· οὕτως Ἀπολλώνιος ἐν</w:t>
      </w:r>
    </w:p>
    <w:p>
      <w:r>
        <w:rPr>
          <w:rFonts w:ascii="Courier New" w:hAnsi="Courier New"/>
          <w:color w:val="555555"/>
          <w:sz w:val="20"/>
        </w:rPr>
        <w:t>[alpha 3]</w:t>
      </w:r>
    </w:p>
    <w:p>
      <w:r>
        <w:rPr>
          <w:rFonts w:ascii="Gentium Plus" w:hAnsi="Gentium Plus"/>
          <w:sz w:val="24"/>
        </w:rPr>
        <w:t>Ἀπερείσια, ὧν πέρας οὐκ ἔστιν. Ἄναυρος, ὁ ἐξ ὑετῶν συνιστάμενος ποταμός· διὰ τὸ μὴ ἔχειν αὔρας. Ἄνθος, παρὰ τὸ ἄνω θεῖν ἐν τῇ αὐξήσει· οὐκ ἀναστρέ‐</w:t>
      </w:r>
    </w:p>
    <w:p>
      <w:r>
        <w:rPr>
          <w:rFonts w:ascii="Courier New" w:hAnsi="Courier New"/>
          <w:color w:val="555555"/>
          <w:sz w:val="20"/>
        </w:rPr>
        <w:t>[5]</w:t>
      </w:r>
    </w:p>
    <w:p>
      <w:r>
        <w:rPr>
          <w:rFonts w:ascii="Gentium Plus" w:hAnsi="Gentium Plus"/>
          <w:sz w:val="24"/>
        </w:rPr>
        <w:t>φουσι δὲ αἱ ἐτυμολογίαι ..... ἡ γὰρ δίκταμνος βοτά‐ νη καιομένη ἀπελαύνει τοὺς ὄφεις, καὶ οὐδέποτε ἂν κλη‐ θείη ἔλαφος. Ἀγαυός, παρὰ τὸ ἄγαμαι, ἀγαός, καὶ πλεονασμῷ Αἰολι‐ κῷ τοῦ υ, ἀγαυός. ὁ δὲ τόνος τοῦ ἀγαυός, οὐκ Αἰ‐</w:t>
      </w:r>
    </w:p>
    <w:p>
      <w:r>
        <w:rPr>
          <w:rFonts w:ascii="Courier New" w:hAnsi="Courier New"/>
          <w:color w:val="555555"/>
          <w:sz w:val="20"/>
        </w:rPr>
        <w:t>[10]</w:t>
      </w:r>
    </w:p>
    <w:p>
      <w:r>
        <w:rPr>
          <w:rFonts w:ascii="Gentium Plus" w:hAnsi="Gentium Plus"/>
          <w:sz w:val="24"/>
        </w:rPr>
        <w:t>ολικῶς, ὡς ναός, ναυός. Ἁβρός, ὁ κούφως βαίνων, κατὰ στέρησιν τοῦ βάρους· οὕτως ἐν Ὑπομνήματι Ἀνακρέοντος εὗρον. παρὰ τὸ ἄνευ βίας αἴρεσθαι, καὶ ὀρύττεσθαι· οὕτως ἐν Ὑπομνή‐ ματι Σαπφοῦς.</w:t>
      </w:r>
    </w:p>
    <w:p>
      <w:r>
        <w:rPr>
          <w:rFonts w:ascii="Courier New" w:hAnsi="Courier New"/>
          <w:color w:val="555555"/>
          <w:sz w:val="20"/>
        </w:rPr>
        <w:t>[15]</w:t>
      </w:r>
    </w:p>
    <w:p>
      <w:r>
        <w:rPr>
          <w:rFonts w:ascii="Gentium Plus" w:hAnsi="Gentium Plus"/>
          <w:sz w:val="24"/>
        </w:rPr>
        <w:t>Ἀκέων, παρὰ τὸ μὴ χαίνειν, ἀφ’ οὗ τὸ ἡσυχάζειν·</w:t>
      </w:r>
    </w:p>
    <w:p>
      <w:r>
        <w:rPr>
          <w:rFonts w:ascii="Courier New" w:hAnsi="Courier New"/>
          <w:color w:val="555555"/>
          <w:sz w:val="20"/>
        </w:rPr>
        <w:t>[alpha 4]</w:t>
      </w:r>
    </w:p>
    <w:p>
      <w:r>
        <w:rPr>
          <w:rFonts w:ascii="Gentium Plus" w:hAnsi="Gentium Plus"/>
          <w:sz w:val="24"/>
        </w:rPr>
        <w:t>„ἡ δ’ ἀκέους’ ἀπεβήσατο,“ ἀλλὰ καὶ ὡς ἐπίῤῥημα πληθυντικῶς εἴρηται τὸ ἀκέων. Ἄχος, παρὰ τὸ μὴ διαχεῖσθαι, ἀλλὰ συνέχεσθαι τὴν ψυχὴν ἐν τῇ λύπῃ· ὅθεν τὸ χαίρειν εἴρηται, πα‐</w:t>
      </w:r>
    </w:p>
    <w:p>
      <w:r>
        <w:rPr>
          <w:rFonts w:ascii="Courier New" w:hAnsi="Courier New"/>
          <w:color w:val="555555"/>
          <w:sz w:val="20"/>
        </w:rPr>
        <w:t>[5]</w:t>
      </w:r>
    </w:p>
    <w:p>
      <w:r>
        <w:rPr>
          <w:rFonts w:ascii="Gentium Plus" w:hAnsi="Gentium Plus"/>
          <w:sz w:val="24"/>
        </w:rPr>
        <w:t>ρὰ τὸ διαχεῖσθαι ὑπὸ τῆς χαρᾶς. ἢ ὃ μὴ ἐθέλει τὶς ἔχειν. ἔχει αὐτὸς ἄχος. Ἄρνυσθαι, καταλλάττεσθαι· ἐπὶ τὸ τῆς χρήσεως τοῦ ἀργυρίου. διὰ τῶν ἀρνῶν τὰς ἀμοιβὰς ἐποιοῦντο οἱ πά‐ λαι, καὶ διὰ τῶν ἄλλων ζώων· ὕστερον δὲ δι’ ἀργυ‐</w:t>
      </w:r>
    </w:p>
    <w:p>
      <w:r>
        <w:rPr>
          <w:rFonts w:ascii="Courier New" w:hAnsi="Courier New"/>
          <w:color w:val="555555"/>
          <w:sz w:val="20"/>
        </w:rPr>
        <w:t>[10]</w:t>
      </w:r>
    </w:p>
    <w:p>
      <w:r>
        <w:rPr>
          <w:rFonts w:ascii="Gentium Plus" w:hAnsi="Gentium Plus"/>
          <w:sz w:val="24"/>
        </w:rPr>
        <w:t>ρίου, ὡς καὶ Ὅμηρος· Ἄλλοι μὲν χαλκῷ, ἄλλοι δ’ αἴθωνι σιδήρῳ, .............. ἄλλοι δ’ ἀνδραπόδεσσιν. Ἀταρτηρός, παρὰ τὴν ἄτην ἀτηρός, καὶ διπλασιασμῷ,</w:t>
      </w:r>
    </w:p>
    <w:p>
      <w:r>
        <w:rPr>
          <w:rFonts w:ascii="Courier New" w:hAnsi="Courier New"/>
          <w:color w:val="555555"/>
          <w:sz w:val="20"/>
        </w:rPr>
        <w:t>[15]</w:t>
      </w:r>
    </w:p>
    <w:p>
      <w:r>
        <w:rPr>
          <w:rFonts w:ascii="Gentium Plus" w:hAnsi="Gentium Plus"/>
          <w:sz w:val="24"/>
        </w:rPr>
        <w:t>ἀταρτηρός. Ἀπούρας, ἀπὸ τῶν τοῦ ὅρους ἀποσπώντων, ἀπουρίσας,</w:t>
      </w:r>
    </w:p>
    <w:p>
      <w:r>
        <w:rPr>
          <w:rFonts w:ascii="Courier New" w:hAnsi="Courier New"/>
          <w:color w:val="555555"/>
          <w:sz w:val="20"/>
        </w:rPr>
        <w:t>[alpha 5]</w:t>
      </w:r>
    </w:p>
    <w:p>
      <w:r>
        <w:rPr>
          <w:rFonts w:ascii="Gentium Plus" w:hAnsi="Gentium Plus"/>
          <w:sz w:val="24"/>
        </w:rPr>
        <w:t>Ἀτρεκές, ὃ μηδεὶς παρατρέχει. ὅθεν οἱ Δωριεῖς ἀτρε‐ χὲς λέγουσι. Ἀμφισβητεῖν, ἀπὸ τοῦ χωρὶς βαίνειν, ὃ ἐστὶ μὴ συμφω‐ νεῖν, μήτε συμβαίνειν.</w:t>
      </w:r>
    </w:p>
    <w:p>
      <w:r>
        <w:rPr>
          <w:rFonts w:ascii="Courier New" w:hAnsi="Courier New"/>
          <w:color w:val="555555"/>
          <w:sz w:val="20"/>
        </w:rPr>
        <w:t>[5]</w:t>
      </w:r>
    </w:p>
    <w:p>
      <w:r>
        <w:rPr>
          <w:rFonts w:ascii="Gentium Plus" w:hAnsi="Gentium Plus"/>
          <w:sz w:val="24"/>
        </w:rPr>
        <w:t>Αἰγίς, οὐχ, ὥς τινες, ἀπὸ τῆς Ἀμαλθείας αἰγὸς, ἀλλ’ ἀ‐ πὸ τοῦ συστροφὰς ἀνέμων ποιεῖν κινουμένην. αἰγί‐ δες, καὶ καταιγίδες, αἱ τῶν ἀνέμων σφοδραὶ πνοαί. Ἄρουραν, παρὰ τὸ ἀροῦν, ἢ παρὰ τὸ ἀραιοῦσθαι αὐ‐ τὴν γεωργουμένην. κυρίως δὲ ἡ πρασορὰν καὶ</w:t>
      </w:r>
    </w:p>
    <w:p>
      <w:r>
        <w:rPr>
          <w:rFonts w:ascii="Courier New" w:hAnsi="Courier New"/>
          <w:color w:val="555555"/>
          <w:sz w:val="20"/>
        </w:rPr>
        <w:t>[10]</w:t>
      </w:r>
    </w:p>
    <w:p>
      <w:r>
        <w:rPr>
          <w:rFonts w:ascii="Gentium Plus" w:hAnsi="Gentium Plus"/>
          <w:sz w:val="24"/>
        </w:rPr>
        <w:t>ἀροτρίασιν ἐπιτηδείαν. Ἀθέσφατον, ἀθέφατον ἀντὶ τοῦ πολύ, καὶ πλεονασμῷ τοῦ ς. Ἄελλα, ἡ ἄγαν εἰλοῦσα. ἢ παρὰ τὸ ἄω τὸ πνέω· ἀφ’ οὗ τὸ ἄημι καὶ μετοχικὸν ἀέντες, ἀέσω, οὖν ἄε‐</w:t>
      </w:r>
    </w:p>
    <w:p>
      <w:r>
        <w:rPr>
          <w:rFonts w:ascii="Courier New" w:hAnsi="Courier New"/>
          <w:color w:val="555555"/>
          <w:sz w:val="20"/>
        </w:rPr>
        <w:t>[15]</w:t>
      </w:r>
    </w:p>
    <w:p>
      <w:r>
        <w:rPr>
          <w:rFonts w:ascii="Gentium Plus" w:hAnsi="Gentium Plus"/>
          <w:sz w:val="24"/>
        </w:rPr>
        <w:t>λα, καὶ πλεονασμῷ τοῦ λ, ἄελλα. Ἀγέρωχος, ὁ ἄγαν γερουχῶν, ὡς εἶναι τὸ α ἐπιτατι‐ κόν. ἐπὶ δὲ τῶν Ῥοδίων ἀγερώχων, παρὰ τὸ ἐπεισ‐ άκτω κεχρῆσθαι τροφῇ. Αἶψα, εἴρηται κατὰ στέρησιν τοῦ ἶψαι, ἢ βλάψαι· διὰ</w:t>
      </w:r>
    </w:p>
    <w:p>
      <w:r>
        <w:rPr>
          <w:rFonts w:ascii="Courier New" w:hAnsi="Courier New"/>
          <w:color w:val="555555"/>
          <w:sz w:val="20"/>
        </w:rPr>
        <w:t>[20]</w:t>
      </w:r>
    </w:p>
    <w:p>
      <w:r>
        <w:rPr>
          <w:rFonts w:ascii="Gentium Plus" w:hAnsi="Gentium Plus"/>
          <w:sz w:val="24"/>
        </w:rPr>
        <w:t>δὲ τοῦ βλάψαι, καὶ ἐμποδίζειν ἀνάγκη. τὸ δὲ ἀνεμπό‐ διστον ταχὺ γίνεται καὶ εὐκίνητον ἐστίν.</w:t>
      </w:r>
    </w:p>
    <w:p>
      <w:r>
        <w:rPr>
          <w:rFonts w:ascii="Courier New" w:hAnsi="Courier New"/>
          <w:color w:val="555555"/>
          <w:sz w:val="20"/>
        </w:rPr>
        <w:t>[alpha 6]</w:t>
      </w:r>
    </w:p>
    <w:p>
      <w:r>
        <w:rPr>
          <w:rFonts w:ascii="Gentium Plus" w:hAnsi="Gentium Plus"/>
          <w:sz w:val="24"/>
        </w:rPr>
        <w:t>ἐστὶν αἰπόλος· ἢ περὶ τὰς αἶγας ἀναστρεφόμενος, οἷον αἰπόλος. Ἄτη, ὥς τινες κατὰ στέρησιν τοῦ α ἀάτη βούλονται εἶναι· τὴν μὲν εὐῶσαν πληρῶσαι ἀγαθὴν εἶναι· ἆσαι</w:t>
      </w:r>
    </w:p>
    <w:p>
      <w:r>
        <w:rPr>
          <w:rFonts w:ascii="Courier New" w:hAnsi="Courier New"/>
          <w:color w:val="555555"/>
          <w:sz w:val="20"/>
        </w:rPr>
        <w:t>[5]</w:t>
      </w:r>
    </w:p>
    <w:p>
      <w:r>
        <w:rPr>
          <w:rFonts w:ascii="Gentium Plus" w:hAnsi="Gentium Plus"/>
          <w:sz w:val="24"/>
        </w:rPr>
        <w:t>γὰρ τὸ πληρῶσαι καὶ κορέσαι. ἐστὶ δὲ καὶ ἀπὸ τοῦ ἄω. ῥήματος δευτέρας συζυγίας, τὸ ἄσαι δηλοῦντος, τὸ βλάψαι. Αἰγιαλός, παρὰ τὸ τὴν ἅλα ἐκεῖ κλᾶσθαι· ἄξαι γὰρ τὸ κλᾶσαι.</w:t>
      </w:r>
    </w:p>
    <w:p>
      <w:r>
        <w:rPr>
          <w:rFonts w:ascii="Courier New" w:hAnsi="Courier New"/>
          <w:color w:val="555555"/>
          <w:sz w:val="20"/>
        </w:rPr>
        <w:t>[10]</w:t>
      </w:r>
    </w:p>
    <w:p>
      <w:r>
        <w:rPr>
          <w:rFonts w:ascii="Gentium Plus" w:hAnsi="Gentium Plus"/>
          <w:sz w:val="24"/>
        </w:rPr>
        <w:t>Ἀλαλητός, παρὰ τὸ ἀλάλην, ἣ ἐστὶν ἔναρθρος φω‐ νή· κατὰ στέρησιν τοῦ λαλεῖν· ἢ κατ’ ἐπίτασιν τοῦ λαλεῖν· οἷον πολύλαλος, θορυβώδης φωνή. Ἀλυσκάζειν, τὸ φεύγειν· παρὰ τὴν ἄλην. οἱ γὰρ φεύ‐ γοντες ἀλῶνται.</w:t>
      </w:r>
    </w:p>
    <w:p>
      <w:r>
        <w:rPr>
          <w:rFonts w:ascii="Courier New" w:hAnsi="Courier New"/>
          <w:color w:val="555555"/>
          <w:sz w:val="20"/>
        </w:rPr>
        <w:t>[15]</w:t>
      </w:r>
    </w:p>
    <w:p>
      <w:r>
        <w:rPr>
          <w:rFonts w:ascii="Gentium Plus" w:hAnsi="Gentium Plus"/>
          <w:sz w:val="24"/>
        </w:rPr>
        <w:t>Ἀλύειν, τὸ ἀπορεῖν τὴν ψυχὴν, καὶ ἐν πλάνῃ εἶναι· ἢ παρὰ τὸ ἀλύτως αὐτὴν ἔχειν καὶ συνδεδεμένως. ὁτὲ δὲ ἐπὶ τοῦ χαίρειν· Ἦ ἀλύεις, ὅτι Ἶρον ἐνίκησας τὸν ἀλύοντα. παρὰ τὸ ἄγαν λελύσθαι αὐτὴν καὶ διακεχύσθαι· τοῦ α</w:t>
      </w:r>
    </w:p>
    <w:p>
      <w:r>
        <w:rPr>
          <w:rFonts w:ascii="Courier New" w:hAnsi="Courier New"/>
          <w:color w:val="555555"/>
          <w:sz w:val="20"/>
        </w:rPr>
        <w:t>[20]</w:t>
      </w:r>
    </w:p>
    <w:p>
      <w:r>
        <w:rPr>
          <w:rFonts w:ascii="Gentium Plus" w:hAnsi="Gentium Plus"/>
          <w:sz w:val="24"/>
        </w:rPr>
        <w:t>ἐπίτασιν δηλοῦντος. Ἀσκός, ἀσκός τις ὢν, ὁ ὑγιὴς καὶ ἐσχισμένος, πα‐</w:t>
      </w:r>
    </w:p>
    <w:p>
      <w:r>
        <w:rPr>
          <w:rFonts w:ascii="Courier New" w:hAnsi="Courier New"/>
          <w:color w:val="555555"/>
          <w:sz w:val="20"/>
        </w:rPr>
        <w:t>[alpha 7]</w:t>
      </w:r>
    </w:p>
    <w:p>
      <w:r>
        <w:rPr>
          <w:rFonts w:ascii="Gentium Plus" w:hAnsi="Gentium Plus"/>
          <w:sz w:val="24"/>
        </w:rPr>
        <w:t>θεν, ὁ καὶ ἀβλαβής, ἀπὸ μεταφορᾶς τοῦ ἀσκοῦ, κατὰ τὸ ἕτοιμον, ἢ τὸ ἀληθές. Ἀβληχρόν, δύναται τὸ α κατ’ ἐπίτασιν σφόδρα ἀσθενές· βληχρὸν γὰρ τὸ ἀσθενές, ἀπὸ τῆς τῶν προβάτων φω‐</w:t>
      </w:r>
    </w:p>
    <w:p>
      <w:r>
        <w:rPr>
          <w:rFonts w:ascii="Courier New" w:hAnsi="Courier New"/>
          <w:color w:val="555555"/>
          <w:sz w:val="20"/>
        </w:rPr>
        <w:t>[5]</w:t>
      </w:r>
    </w:p>
    <w:p>
      <w:r>
        <w:rPr>
          <w:rFonts w:ascii="Gentium Plus" w:hAnsi="Gentium Plus"/>
          <w:sz w:val="24"/>
        </w:rPr>
        <w:t>νῆς· τὸ γὰρ βληχρὸν ἐπ’ αὐτῶν εἴρηται. πολλάκις δὲ καὶ ἐπὶ τοῦ ἰσχυροῦ τάττεται τὸ βληχρὸν, ὡς εἶναι παρὰ τὸ βάλλειν εἰς γῆν. ποτὲ δὲ καὶ τὸ ἀναιρεῖν, ὡς δύνασθαι τὸ ἀσθενὲς δηλοῦν, καὶ πάλιν τὸ ἰσχυ‐ ρόν, τοῦ α ἀναίρεσιν καὶ ἐπίτασιν δηλοῦντος. οὕτως</w:t>
      </w:r>
    </w:p>
    <w:p>
      <w:r>
        <w:rPr>
          <w:rFonts w:ascii="Courier New" w:hAnsi="Courier New"/>
          <w:color w:val="555555"/>
          <w:sz w:val="20"/>
        </w:rPr>
        <w:t>[10]</w:t>
      </w:r>
    </w:p>
    <w:p>
      <w:r>
        <w:rPr>
          <w:rFonts w:ascii="Gentium Plus" w:hAnsi="Gentium Plus"/>
          <w:sz w:val="24"/>
        </w:rPr>
        <w:t>εὗρον ἐν τῷ περὶ Παθῶν Ἡρωδιανοῦ. Ἄλθετο, ἐθεραπεύετο. ἀπὸ τοῦ ἀλδαίνω, τὸ αὐξάνω. Ἄχνη, τὸ λεπτότατον τῶν ἀχύρων, ὧν οὐκ ἄν τις ἔχε‐ σθαι δύναται διὰ τὴν σμικρότητα. Ἀχυρμιαί, οἱ τόποι τῶν ἀχύρων, οἷον ἀχυριαί τινες οὖ‐</w:t>
      </w:r>
    </w:p>
    <w:p>
      <w:r>
        <w:rPr>
          <w:rFonts w:ascii="Courier New" w:hAnsi="Courier New"/>
          <w:color w:val="555555"/>
          <w:sz w:val="20"/>
        </w:rPr>
        <w:t>[15]</w:t>
      </w:r>
    </w:p>
    <w:p>
      <w:r>
        <w:rPr>
          <w:rFonts w:ascii="Gentium Plus" w:hAnsi="Gentium Plus"/>
          <w:sz w:val="24"/>
        </w:rPr>
        <w:t>σαι, καὶ πλεονασμῷ τοῦ μ, ἀχυρμιαί. Ἅλιον, τὸ μάταιον, τὸ εἰς θάλασσαν ῥιπτόμενον καὶ ἀφανιζόμενον, ἢ παρὰ τὴν ἅλα· ἀπὸ τοῦ εὐχρη‐ στεῖν εἰς πόσιν τὸ θαλάσσιον ὕδωρ. Ἀντίβιον, παρὰ τὸ τὴν βίαν εἰς τὸ ἐναντίον ἐνεγκεῖν</w:t>
      </w:r>
    </w:p>
    <w:p>
      <w:r>
        <w:rPr>
          <w:rFonts w:ascii="Courier New" w:hAnsi="Courier New"/>
          <w:color w:val="555555"/>
          <w:sz w:val="20"/>
        </w:rPr>
        <w:t>[20]</w:t>
      </w:r>
    </w:p>
    <w:p>
      <w:r>
        <w:rPr>
          <w:rFonts w:ascii="Gentium Plus" w:hAnsi="Gentium Plus"/>
          <w:sz w:val="24"/>
        </w:rPr>
        <w:t>τὸν μαχόμενον. Ἀντιβολῆσαι· οἷον ἀντιμολῆσαι· κατὰ μετάθεσιν τοῦ μ εἰς τὸ β. Ἀμφιλύκη, κατὰ τροπὴν τοῦ γ εἰς τὸ κ· λυγαῖον γὰρ τὸ σκοτεινόν. παρὰ τὸ λύειν, ἢ μὴ ἐὰν συστῆναι</w:t>
      </w:r>
    </w:p>
    <w:p>
      <w:r>
        <w:rPr>
          <w:rFonts w:ascii="Courier New" w:hAnsi="Courier New"/>
          <w:color w:val="555555"/>
          <w:sz w:val="20"/>
        </w:rPr>
        <w:t>[25]</w:t>
      </w:r>
    </w:p>
    <w:p>
      <w:r>
        <w:rPr>
          <w:rFonts w:ascii="Gentium Plus" w:hAnsi="Gentium Plus"/>
          <w:sz w:val="24"/>
        </w:rPr>
        <w:t>τὴν αὐγήν. οὕτως εὗρον .... καὶ ἡ λύγη ἡ σκιὰ ἡ λύουσα τὴν αὐγήν. Ἀσχαλάαν, τὸ ἀπορεῖν, ἀπὸ τοῦ μὴ εἶναι ἐν σχολάσμα‐ τι, οἷον ἀσχαλάαν καὶ διαχεῖσθαι τὴν ψυχήν.</w:t>
      </w:r>
    </w:p>
    <w:p>
      <w:r>
        <w:rPr>
          <w:rFonts w:ascii="Courier New" w:hAnsi="Courier New"/>
          <w:color w:val="555555"/>
          <w:sz w:val="20"/>
        </w:rPr>
        <w:t>[alpha 8]</w:t>
      </w:r>
    </w:p>
    <w:p>
      <w:r>
        <w:rPr>
          <w:rFonts w:ascii="Gentium Plus" w:hAnsi="Gentium Plus"/>
          <w:sz w:val="24"/>
        </w:rPr>
        <w:t>ἀλλ’ ἀποτρεφόμενος εἰς τὸ διαμαρτάνειν τοῦ ἀποτρέ‐ χοντος. Ἀκήν, ..... ἐν τῷ ἀκμαιοτάτῳ τῆς σιωπῆς ἐγέ‐ νοντο· ἀκὴ γὰρ ἡ ἀκμή.</w:t>
      </w:r>
    </w:p>
    <w:p>
      <w:r>
        <w:rPr>
          <w:rFonts w:ascii="Courier New" w:hAnsi="Courier New"/>
          <w:color w:val="555555"/>
          <w:sz w:val="20"/>
        </w:rPr>
        <w:t>[5]</w:t>
      </w:r>
    </w:p>
    <w:p>
      <w:r>
        <w:rPr>
          <w:rFonts w:ascii="Gentium Plus" w:hAnsi="Gentium Plus"/>
          <w:sz w:val="24"/>
        </w:rPr>
        <w:t>Ἀζηχές, παρὰ τὸ ἄδδην, κατὰ συγγένειαν τοῦ ζ πρὸς τὸ δ. Ἀπεκαίνυτο, ἐνίκησε· παρὰ τὸ τοὺς ἰκῶντας αἴνυσθαι καὶ λαμβάνειν ἔπαθλον· οἱ δὲ παρὰ τὸ καίνειν καὶ φονεύειν· ὥστε κυρίως τὸ ἀπεκαίνυτο ἐπὶ τῶν ἀγωνι‐</w:t>
      </w:r>
    </w:p>
    <w:p>
      <w:r>
        <w:rPr>
          <w:rFonts w:ascii="Courier New" w:hAnsi="Courier New"/>
          <w:color w:val="555555"/>
          <w:sz w:val="20"/>
        </w:rPr>
        <w:t>[10]</w:t>
      </w:r>
    </w:p>
    <w:p>
      <w:r>
        <w:rPr>
          <w:rFonts w:ascii="Gentium Plus" w:hAnsi="Gentium Plus"/>
          <w:sz w:val="24"/>
        </w:rPr>
        <w:t>ζομένων. Ἀλδαίνειν, παρὰ τὸ ἅλλεσθαι καὶ πηδᾷν κατὰ τὴν αὔξησιν. Ἀκιδνοί, παρὰ τὸ μὴ κίειν δι’ ἀσθένειαν. οὕτως Ἡρωδια‐ νὸς ἐν Ἐπιμερισμοῖς. δύναται καὶ παρὰ τὸ αἰκίζω αἰ‐ κιδνός, καὶ ἀποβολῇ τοῦ ι ἀκιδνόν, τὸ ἀκισμένον καὶ</w:t>
      </w:r>
    </w:p>
    <w:p>
      <w:r>
        <w:rPr>
          <w:rFonts w:ascii="Courier New" w:hAnsi="Courier New"/>
          <w:color w:val="555555"/>
          <w:sz w:val="20"/>
        </w:rPr>
        <w:t>[15]</w:t>
      </w:r>
    </w:p>
    <w:p>
      <w:r>
        <w:rPr>
          <w:rFonts w:ascii="Gentium Plus" w:hAnsi="Gentium Plus"/>
          <w:sz w:val="24"/>
        </w:rPr>
        <w:t>εὐτελές. ὁ μὴ κο νημένος ἀκινός τις ὢν, καὶ πλεο‐ νασμῷ ου γνός. Ἅψεα ἀπὸ τοῦ ἅπτεσθαι ἀλλήλων τὰ μέλη, ἀπὸ ῥή‐ ματος τοῦ ἅπτω, ἅψω, τὸ ἅψος· καὶ ἅψεα πληθυντικῶς. Αἱμασιά, ἀπὸ τοῦ αἱμάσσεσθαι τοὺς ὑπερβαίνοντας τὰς</w:t>
      </w:r>
    </w:p>
    <w:p>
      <w:r>
        <w:rPr>
          <w:rFonts w:ascii="Courier New" w:hAnsi="Courier New"/>
          <w:color w:val="555555"/>
          <w:sz w:val="20"/>
        </w:rPr>
        <w:t>[20]</w:t>
      </w:r>
    </w:p>
    <w:p>
      <w:r>
        <w:rPr>
          <w:rFonts w:ascii="Gentium Plus" w:hAnsi="Gentium Plus"/>
          <w:sz w:val="24"/>
        </w:rPr>
        <w:t>ἀκάνθας. Ἄλεισον, τὸ ποτήριον· ἐκ τοῦ ἄλεσιν καὶ ἀθρόον ποι‐ εῖν· οὕτως ἐν Ὑπομνήματι εὗρον Ὀδυσσείας. Ἄμυστις, ἐξ ἧς ἐστὶν ἅμα πιεῖν ἡ φιάλη χωρὶς τοῦ δα‐ πνεῦσαι. οὕτως εὗρον ἐν Ὑπομνήματι Ἀριστοφανί‐</w:t>
      </w:r>
    </w:p>
    <w:p>
      <w:r>
        <w:rPr>
          <w:rFonts w:ascii="Courier New" w:hAnsi="Courier New"/>
          <w:color w:val="555555"/>
          <w:sz w:val="20"/>
        </w:rPr>
        <w:t>[25]</w:t>
      </w:r>
    </w:p>
    <w:p>
      <w:r>
        <w:rPr>
          <w:rFonts w:ascii="Gentium Plus" w:hAnsi="Gentium Plus"/>
          <w:sz w:val="24"/>
        </w:rPr>
        <w:t>κου. Αἶσα, ἡ ἀεὶ οὖσα ἴση, καὶ μὴ μεταβαλλομένη Ἀρνεῖσθαι, ἀπὸ τοῦ αἴρεσθαι τὰς χεῖρας ἐπὶ παραι‐ τήσει.</w:t>
      </w:r>
    </w:p>
    <w:p>
      <w:r>
        <w:rPr>
          <w:rFonts w:ascii="Courier New" w:hAnsi="Courier New"/>
          <w:color w:val="555555"/>
          <w:sz w:val="20"/>
        </w:rPr>
        <w:t>[alpha 9]</w:t>
      </w:r>
    </w:p>
    <w:p>
      <w:r>
        <w:rPr>
          <w:rFonts w:ascii="Gentium Plus" w:hAnsi="Gentium Plus"/>
          <w:sz w:val="24"/>
        </w:rPr>
        <w:t>τὸ τὴν ἀραιότητα· ἀραιὸν δὲ τὸ λεπτόν. οὕτως εὗ‐ ρον ἐν Ὑπομνήματι εἰς τὴν Ὀδύσσειαν. Αἰπύς, ὁ χαλεπὸς καὶ σκληρός· παρὰ τὸ αἶπος, τὸ ἀκρω‐ τήριον, τὸ τραχύ.</w:t>
      </w:r>
    </w:p>
    <w:p>
      <w:r>
        <w:rPr>
          <w:rFonts w:ascii="Courier New" w:hAnsi="Courier New"/>
          <w:color w:val="555555"/>
          <w:sz w:val="20"/>
        </w:rPr>
        <w:t>[5]</w:t>
      </w:r>
    </w:p>
    <w:p>
      <w:r>
        <w:rPr>
          <w:rFonts w:ascii="Gentium Plus" w:hAnsi="Gentium Plus"/>
          <w:sz w:val="24"/>
        </w:rPr>
        <w:t>Αἰπὰ ῥέεθρα, παρὰ τὸ αἰπὺ αἰπέα· ὅθεν τὸ α βραχύ. αἰπὰ οὖν ῥέεθρα τὰ δύσβατα· ἀπὸ μεταφορᾶς τῶν ἀ‐ κρωρειῶν· αἶπος γὰρ τὸ ἀκρώρειον. Ἀθερίζειν, ἀπὸ τῶν ἀθέρων, ἢ ἀπὸ τῶν θερίζεσθαι μὴ δυναμένων καρπῶν διὰ σμικρότητα. ἀθερίζειν οὖν,</w:t>
      </w:r>
    </w:p>
    <w:p>
      <w:r>
        <w:rPr>
          <w:rFonts w:ascii="Courier New" w:hAnsi="Courier New"/>
          <w:color w:val="555555"/>
          <w:sz w:val="20"/>
        </w:rPr>
        <w:t>[10]</w:t>
      </w:r>
    </w:p>
    <w:p>
      <w:r>
        <w:rPr>
          <w:rFonts w:ascii="Gentium Plus" w:hAnsi="Gentium Plus"/>
          <w:sz w:val="24"/>
        </w:rPr>
        <w:t>τὸ ἐξευτελίζειν, καὶ σμικρύνειν. Ἄμη, τὸ σκαφεῖον· παρὰ τὸ ἀθροῖσαι καὶ ἐπισπᾶν· ἔνθεν καὶ τὸ ἀμήσατο παρὰ τῷ Ποιητῇ ἐπὶ τοῦ θε‐ ρίζειν, παρὰ τὸ ὁμοῦ ἐπισπᾶν. Ἀσκελὲς τὸ σκιῤῥόν· παρὰ τὸ ἄγαν ἐσκληκέναι· ὅθεν</w:t>
      </w:r>
    </w:p>
    <w:p>
      <w:r>
        <w:rPr>
          <w:rFonts w:ascii="Courier New" w:hAnsi="Courier New"/>
          <w:color w:val="555555"/>
          <w:sz w:val="20"/>
        </w:rPr>
        <w:t>[15]</w:t>
      </w:r>
    </w:p>
    <w:p>
      <w:r>
        <w:rPr>
          <w:rFonts w:ascii="Gentium Plus" w:hAnsi="Gentium Plus"/>
          <w:sz w:val="24"/>
        </w:rPr>
        <w:t>καὶ σκέλος εἴρηται τὸ ἄγαν ἐσκληκός· καὶ Ἀσκληπιός, ὁ μὴ ἐῶν ἐσκληκέναι, ἤτοι ξηραίνεσθαι καὶ ἀποθα‐ νεῖν τῶν θεραπευομένων τὰ σώματα. Ἀθηρῆ λοιγόν, τὸ πτύον, ᾧ τοὺς ἀθέρας διαχωρίζου‐</w:t>
      </w:r>
    </w:p>
    <w:p>
      <w:r>
        <w:rPr>
          <w:rFonts w:ascii="Courier New" w:hAnsi="Courier New"/>
          <w:color w:val="555555"/>
          <w:sz w:val="20"/>
        </w:rPr>
        <w:t>[alpha 10]</w:t>
      </w:r>
    </w:p>
    <w:p>
      <w:r>
        <w:rPr>
          <w:rFonts w:ascii="Gentium Plus" w:hAnsi="Gentium Plus"/>
          <w:sz w:val="24"/>
        </w:rPr>
        <w:t>Ἀποβρίξαι, ἀπὸ τοῦ τὴν βορὰν καὶ τοῦ ἵζειν καὶ κα‐ τανεύειν· ὥστε κυρίως τὸ ἀποβορᾶς νυστάζειν. οἱ δὲ παρὰ τὸ βρί. βαρύνονται γὰρ οἱ εἰς ὕπνον κατα‐ φερόμενοι.</w:t>
      </w:r>
    </w:p>
    <w:p>
      <w:r>
        <w:rPr>
          <w:rFonts w:ascii="Courier New" w:hAnsi="Courier New"/>
          <w:color w:val="555555"/>
          <w:sz w:val="20"/>
        </w:rPr>
        <w:t>[5]</w:t>
      </w:r>
    </w:p>
    <w:p>
      <w:r>
        <w:rPr>
          <w:rFonts w:ascii="Gentium Plus" w:hAnsi="Gentium Plus"/>
          <w:sz w:val="24"/>
        </w:rPr>
        <w:t>Ἀλαᾶσαι, παρὰ τὴν ἄλην· οἱ γὰρ τυφλώττοντες ἀλῶν‐ ται. ἢ κατὰ στέρησιν τοῦ λάειν, ὅ ἐστι βλέπειν. Ἀλωή, τὸ σύνδενδρον χωρίον, παρὰ τὴν ἄλσιν καὶ τὴν αὔξησιν· ὅθεν ἴσως καὶ τὸ ἄλσος. Ἀκτή, ἐπὶ τοῦ καρποῦ, παρὰ τὸ κτεαχθῆναι, τῷ ἀλή‐</w:t>
      </w:r>
    </w:p>
    <w:p>
      <w:r>
        <w:rPr>
          <w:rFonts w:ascii="Courier New" w:hAnsi="Courier New"/>
          <w:color w:val="555555"/>
          <w:sz w:val="20"/>
        </w:rPr>
        <w:t>[10]</w:t>
      </w:r>
    </w:p>
    <w:p>
      <w:r>
        <w:rPr>
          <w:rFonts w:ascii="Gentium Plus" w:hAnsi="Gentium Plus"/>
          <w:sz w:val="24"/>
        </w:rPr>
        <w:t>θεσθαι. ἐπὶ δὲ τοῦ παραθαλασσίου τόπου, παρὰ τὸ κατάγνυσθαι εἰς αὐτὴν τὰ κύματα. Ἀμαυρόν, τὸ μὴ ὁρώμενον, ἢ τὸ μετὰ αὔρας φερόμενον. ὁ δὲ Φιλόξενος φησί, παρὰ τὸ μαίρω, τὸ λάμπω, ὅθεν μαρμαίρω, ὡς καίω καύσω, καὶ κλαίω κλαύσω· οὕτω</w:t>
      </w:r>
    </w:p>
    <w:p>
      <w:r>
        <w:rPr>
          <w:rFonts w:ascii="Courier New" w:hAnsi="Courier New"/>
          <w:color w:val="555555"/>
          <w:sz w:val="20"/>
        </w:rPr>
        <w:t>[15]</w:t>
      </w:r>
    </w:p>
    <w:p>
      <w:r>
        <w:rPr>
          <w:rFonts w:ascii="Gentium Plus" w:hAnsi="Gentium Plus"/>
          <w:sz w:val="24"/>
        </w:rPr>
        <w:t>καὶ παρὰ τὸ μαρμαίρω· κατὰ στέρησιν ἀμαυρός. Ἀσάμινθος, ἡ λεκάνη, παρὰ τὸ ἄσην τοῦ σώματος μι‐ νύθειν· τουτέστι τὸν ῥύπον. Ἄμπελος, παρὰ τὸ ἄνω πελάζειν· οἷον ἀνάπελός τις</w:t>
      </w:r>
    </w:p>
    <w:p>
      <w:r>
        <w:rPr>
          <w:rFonts w:ascii="Courier New" w:hAnsi="Courier New"/>
          <w:color w:val="555555"/>
          <w:sz w:val="20"/>
        </w:rPr>
        <w:t>[alpha 11]</w:t>
      </w:r>
    </w:p>
    <w:p>
      <w:r>
        <w:rPr>
          <w:rFonts w:ascii="Gentium Plus" w:hAnsi="Gentium Plus"/>
          <w:sz w:val="24"/>
        </w:rPr>
        <w:t>Ἀποφώλια, ἀπαίδευτα· φωλεὰ γὰρ τὰ παιδευτήρια ἔλε‐ γον· παρὰ τὸ ἐν αὐτοῖς φωλεύειν καὶ ἐνδιατρίβειν. κυ‐ ρίως δὲ φωλεὸς ὁ σκοτεινὸς τόπος, παρὰ τὸ ἀπολωλέ‐ ναι τὸ φῶς ἐκεῖ.</w:t>
      </w:r>
    </w:p>
    <w:p>
      <w:r>
        <w:rPr>
          <w:rFonts w:ascii="Courier New" w:hAnsi="Courier New"/>
          <w:color w:val="555555"/>
          <w:sz w:val="20"/>
        </w:rPr>
        <w:t>[5]</w:t>
      </w:r>
    </w:p>
    <w:p>
      <w:r>
        <w:rPr>
          <w:rFonts w:ascii="Gentium Plus" w:hAnsi="Gentium Plus"/>
          <w:sz w:val="24"/>
        </w:rPr>
        <w:t>Αὖον, τὸ πρὸς αὔην καὶ καῦσιν ἐπιτήδειον. Ἀρά, παρὰ τὸ ἐν τῷ ἀρᾶσθαι εἰς οὐρανὸν ἐκτείνειν ** τὰς χεῖρας. Ἀχλύς, ἡ ἄγαν εἰλύουσα καὶ ἀποκρύπτουσα τὰ ὁρᾶ‐ σθαι μέλλοντα.</w:t>
      </w:r>
    </w:p>
    <w:p>
      <w:r>
        <w:rPr>
          <w:rFonts w:ascii="Courier New" w:hAnsi="Courier New"/>
          <w:color w:val="555555"/>
          <w:sz w:val="20"/>
        </w:rPr>
        <w:t>[10]</w:t>
      </w:r>
    </w:p>
    <w:p>
      <w:r>
        <w:rPr>
          <w:rFonts w:ascii="Gentium Plus" w:hAnsi="Gentium Plus"/>
          <w:sz w:val="24"/>
        </w:rPr>
        <w:t>Ἄπιος, ἡ ἥκιστα πίνουσα ὀπώρα. ἥδεται γὰρ ξηρᾷ γῇ ἡ τοιαύτη ὀπώρα. ἔστι δὲ ὀπώρα οὕτω λεγομένη. Ἀφλοισμός, ἀφρὸς, οἱονεὶ ἀφρασμός. Ἀκήν, παρὰ τὴν ἄγην, τὴν ἔκπληξιν, ἥτις οἶδε ποιεῖν ἀφωνίαν· τροπῇ οὖν τοῦ γ εἰς κ, ὡς λυκόφως παρὰ</w:t>
      </w:r>
    </w:p>
    <w:p>
      <w:r>
        <w:rPr>
          <w:rFonts w:ascii="Courier New" w:hAnsi="Courier New"/>
          <w:color w:val="555555"/>
          <w:sz w:val="20"/>
        </w:rPr>
        <w:t>[15]</w:t>
      </w:r>
    </w:p>
    <w:p>
      <w:r>
        <w:rPr>
          <w:rFonts w:ascii="Gentium Plus" w:hAnsi="Gentium Plus"/>
          <w:sz w:val="24"/>
        </w:rPr>
        <w:t>τὸ λύγον τὸ σκοτεινόν. τινὲς δὲ παρὰ τὸ μὴ χαίνειν, τροπῇ τοῦ χ εἰς κ. Ἀτύζεσθαι, ταράττεσθαι· παρὰ τὸ ἐν ἄτῃ ταράττεσθαι. Ἄμυδις, Αἰολικῶς· παρὰ γὰρ τὸ ἅμαδις καὶ ἄμυδις, τροπῇ τοῦ α εἰς υ κατ’ Αἰολεῖς, ὡς σάρκες, σύρκες.</w:t>
      </w:r>
    </w:p>
    <w:p>
      <w:r>
        <w:rPr>
          <w:rFonts w:ascii="Courier New" w:hAnsi="Courier New"/>
          <w:color w:val="555555"/>
          <w:sz w:val="20"/>
        </w:rPr>
        <w:t>[20]</w:t>
      </w:r>
    </w:p>
    <w:p>
      <w:r>
        <w:rPr>
          <w:rFonts w:ascii="Gentium Plus" w:hAnsi="Gentium Plus"/>
          <w:sz w:val="24"/>
        </w:rPr>
        <w:t>Ἄντυγες, αἱ ἀνωτάτω τοῦ ἅρματος τετυγμέναι· καὶ γὰρ καὶ ἡ εἰς τὸ κάτω τετυγμένη καταίτυξ καλεῖται. Ἀμάρα, τὸ ὑδραγώγιον τὸ ἐπὶ τοῦ ἐδάφους· διὰ τὸ περὶ τὰς αἱμασιὰς ῥεῖν· ἢ ὅτι οὐκ ἐᾷ τὰ παραπεφυτευμένα αὐτῇ μαραίνεσθαι.</w:t>
      </w:r>
    </w:p>
    <w:p>
      <w:r>
        <w:rPr>
          <w:rFonts w:ascii="Courier New" w:hAnsi="Courier New"/>
          <w:color w:val="555555"/>
          <w:sz w:val="20"/>
        </w:rPr>
        <w:t>[25]</w:t>
      </w:r>
    </w:p>
    <w:p>
      <w:r>
        <w:rPr>
          <w:rFonts w:ascii="Gentium Plus" w:hAnsi="Gentium Plus"/>
          <w:sz w:val="24"/>
        </w:rPr>
        <w:t>Ἀράβησεν, κυρίως ἐπὶ τῆς ἔρας βοή ἐράβησε, καὶ</w:t>
      </w:r>
    </w:p>
    <w:p>
      <w:r>
        <w:rPr>
          <w:rFonts w:ascii="Courier New" w:hAnsi="Courier New"/>
          <w:color w:val="555555"/>
          <w:sz w:val="20"/>
        </w:rPr>
        <w:t>[alpha 12]</w:t>
      </w:r>
    </w:p>
    <w:p>
      <w:r>
        <w:rPr>
          <w:rFonts w:ascii="Gentium Plus" w:hAnsi="Gentium Plus"/>
          <w:sz w:val="24"/>
        </w:rPr>
        <w:t>τροπῇ τοῦ ε εἰς α ἀράβησε. καταχρηστικῶς δὲ ἐπὶ τοῦ ἄρεας. Ἄκος, κυρίως τὸ, σιδήρῳ θεραπεύεις εἰς ἀκὴν ἀπο‐ ξυμμένῳ· ἔνθεν καὶ τὸν ἰατρὸν Φρύγες ἀκεστὴν λέ‐</w:t>
      </w:r>
    </w:p>
    <w:p>
      <w:r>
        <w:rPr>
          <w:rFonts w:ascii="Courier New" w:hAnsi="Courier New"/>
          <w:color w:val="555555"/>
          <w:sz w:val="20"/>
        </w:rPr>
        <w:t>[5]</w:t>
      </w:r>
    </w:p>
    <w:p>
      <w:r>
        <w:rPr>
          <w:rFonts w:ascii="Gentium Plus" w:hAnsi="Gentium Plus"/>
          <w:sz w:val="24"/>
        </w:rPr>
        <w:t>γουσι. τὴν δὲ διὰ τῶν ὀξειῶν ῥαφιδίων ἰωμένην τὰς τῶν ἱματίων λακίδας ἀκέστριαν Ἀθηναῖοι καλοῦσιν. Ἀσφάραγον, τὸν βρόχον, ἀπὸ τῆς ἐν τῷ λαλεῖν δια‐ στάσεως. τὸ γὰρ διατείνεσθαι σφαραγεῖν ἔλεγον. οὔθατα γὰρ σφαραγεῖν τὸ, ὥστε τὸ α κατ’ ἐπίτα‐</w:t>
      </w:r>
    </w:p>
    <w:p>
      <w:r>
        <w:rPr>
          <w:rFonts w:ascii="Courier New" w:hAnsi="Courier New"/>
          <w:color w:val="555555"/>
          <w:sz w:val="20"/>
        </w:rPr>
        <w:t>[10]</w:t>
      </w:r>
    </w:p>
    <w:p>
      <w:r>
        <w:rPr>
          <w:rFonts w:ascii="Gentium Plus" w:hAnsi="Gentium Plus"/>
          <w:sz w:val="24"/>
        </w:rPr>
        <w:t>σιν λαμβάνεσθαι. δύναται δὲ τὸ σφαγεῖν μετάθε‐ σιν ἔχειν τοῦ π εἰς φ. παρὰ τὸ σπᾶν, ὃ ἐστὶ διατεί‐ νεσθαι. Ἀφάρτεροι, ταχύτεροι. παρὰ τὸ ἄφαρ. ἔνθεν Ἀλεξαν‐ δρεῖς ἀφαρὶ λέγουσι τὸ ἐσπουδασμένως καὶ ἀπερι‐</w:t>
      </w:r>
    </w:p>
    <w:p>
      <w:r>
        <w:rPr>
          <w:rFonts w:ascii="Courier New" w:hAnsi="Courier New"/>
          <w:color w:val="555555"/>
          <w:sz w:val="20"/>
        </w:rPr>
        <w:t>[15]</w:t>
      </w:r>
    </w:p>
    <w:p>
      <w:r>
        <w:rPr>
          <w:rFonts w:ascii="Gentium Plus" w:hAnsi="Gentium Plus"/>
          <w:sz w:val="24"/>
        </w:rPr>
        <w:t>σκέπτως. Αἱμύλος, ὁ πανοῦργος. παρὰ τὸ δαίω, δαίσω, δαίμων ὁ ἔμπειρος, καὶ ἀποβολῇ τοῦ δ αἵμων. Ὅμηρος φησίν αἵμονα θήρης τούτου ὑποκοριστικόν, αἱμύλος· αἱμύλιος κτητικόν. αἱμυλίοισι λόγοις, ἀντὶ τοῦ ἐμπείροις καὶ</w:t>
      </w:r>
    </w:p>
    <w:p>
      <w:r>
        <w:rPr>
          <w:rFonts w:ascii="Courier New" w:hAnsi="Courier New"/>
          <w:color w:val="555555"/>
          <w:sz w:val="20"/>
        </w:rPr>
        <w:t>[20]</w:t>
      </w:r>
    </w:p>
    <w:p>
      <w:r>
        <w:rPr>
          <w:rFonts w:ascii="Gentium Plus" w:hAnsi="Gentium Plus"/>
          <w:sz w:val="24"/>
        </w:rPr>
        <w:t>συνετοῖς. Ἄνεμοι, οἱονεὶ ἀμενοί τινες, οἱ μὴ μένοντες, καὶ τροπῇ τοῦ ν εἰς μ ἄνεμοι· μᾶλλον δὲ μεταθέσει τοῦ στοιχείου· οἱ μὴ ἠρεμοῦντες, μηδὲ ἐν ταὐτῷ μέ‐</w:t>
      </w:r>
    </w:p>
    <w:p>
      <w:r>
        <w:rPr>
          <w:rFonts w:ascii="Courier New" w:hAnsi="Courier New"/>
          <w:color w:val="555555"/>
          <w:sz w:val="20"/>
        </w:rPr>
        <w:t>[alpha 13]</w:t>
      </w:r>
    </w:p>
    <w:p>
      <w:r>
        <w:rPr>
          <w:rFonts w:ascii="Gentium Plus" w:hAnsi="Gentium Plus"/>
          <w:sz w:val="24"/>
        </w:rPr>
        <w:t>Ἀπηλεγέως, ἤτοι ἁπλῆ, ἀπληγέως, καὶ ἁπελῶς, ἢ ἀπο‐ λεγέως, ἀφροντίστως· παρὰ τὸ μὴ λέγειν. Ἄμαθος, ἡ τῆς πεδιάδος, ἧς οὐκ ἔστι μαθεῖν μέτρον καὶ ἀριθμόν.</w:t>
      </w:r>
    </w:p>
    <w:p>
      <w:r>
        <w:rPr>
          <w:rFonts w:ascii="Courier New" w:hAnsi="Courier New"/>
          <w:color w:val="555555"/>
          <w:sz w:val="20"/>
        </w:rPr>
        <w:t>[5]</w:t>
      </w:r>
    </w:p>
    <w:p>
      <w:r>
        <w:rPr>
          <w:rFonts w:ascii="Gentium Plus" w:hAnsi="Gentium Plus"/>
          <w:sz w:val="24"/>
        </w:rPr>
        <w:t>Ἀλκύων, παρὰ τὸ ἐν τῇ ἁλὶ κύειν. Ἀσύφηλον, παρὰ τὸ ἆσαι καὶ φηλῶσαι, ἤτοι κακῶ‐ σαι, ἢ ἀπαίδευτον καὶ ἀνόητον· καὶ Αἰολικῶς ἀσύφε‐ λον, ὡς ὄνομα, ὄνυμα. Ἀβροτάξομεν, κυρίως ἐπὶ τῶν τοξοτῶν τὸ ἀποτυχεῖν, παρὰ</w:t>
      </w:r>
    </w:p>
    <w:p>
      <w:r>
        <w:rPr>
          <w:rFonts w:ascii="Courier New" w:hAnsi="Courier New"/>
          <w:color w:val="555555"/>
          <w:sz w:val="20"/>
        </w:rPr>
        <w:t>[10]</w:t>
      </w:r>
    </w:p>
    <w:p>
      <w:r>
        <w:rPr>
          <w:rFonts w:ascii="Gentium Plus" w:hAnsi="Gentium Plus"/>
          <w:sz w:val="24"/>
        </w:rPr>
        <w:t>τὸ βροτοῦ μὴ τυχεῖν. Ἀφυσγετόν, μετὰ πλεονασμοῦ τοῦ ς, τὸν μὴ ἀναφεύ‐ γοντα· ἀ ῥεύματος φερόμενον· ἢ ἀπὸ τοῦ κατα‐ φερόμενα· συναφὴν ποιεῖν καὶ μὴ χωρίζεσθαι, ἢ πα‐ ρὰ τὸ ἀφύσσεσθαι· ἀπὸ τοῦ ῥεύματος.</w:t>
      </w:r>
    </w:p>
    <w:p>
      <w:r>
        <w:rPr>
          <w:rFonts w:ascii="Courier New" w:hAnsi="Courier New"/>
          <w:color w:val="555555"/>
          <w:sz w:val="20"/>
        </w:rPr>
        <w:t>[15]</w:t>
      </w:r>
    </w:p>
    <w:p>
      <w:r>
        <w:rPr>
          <w:rFonts w:ascii="Gentium Plus" w:hAnsi="Gentium Plus"/>
          <w:sz w:val="24"/>
        </w:rPr>
        <w:t>Ἁλῶναι, ἐπὶ τῶν ἰχθύων, παρὰ τὸ ἐν ἁλὶ ληφθῆναι. Ἀμέρδω, τὸ ἀφαιρεῖσθαι καὶ στέρεσθαι. κυρίως δὲ τὸ μερίδος ... οὗτινος οὖν στέρεσθαι. κυρίως ἀμε‐ ρίζειν· καὶ τροπῇ τοῦ ζ εἰς δ. Αὐλός, παρὰ τὸ αὖσαι καὶ φωνῆσαι· αὖε δ’ Ἄρης. πα‐</w:t>
      </w:r>
    </w:p>
    <w:p>
      <w:r>
        <w:rPr>
          <w:rFonts w:ascii="Courier New" w:hAnsi="Courier New"/>
          <w:color w:val="555555"/>
          <w:sz w:val="20"/>
        </w:rPr>
        <w:t>[20]</w:t>
      </w:r>
    </w:p>
    <w:p>
      <w:r>
        <w:rPr>
          <w:rFonts w:ascii="Gentium Plus" w:hAnsi="Gentium Plus"/>
          <w:sz w:val="24"/>
        </w:rPr>
        <w:t>ρὰ τὸ ἄω τὸ πνέω καὶ πλεονασμῷ τοῦ υ. Ἀστεροπή, κατὰ πλεονασμὸν τοῦ α· εἴρηται γὰρ παρὰ τὸ στεριάκειν τοὺς ὦπας τὸ ὁρᾶν διὰ τῆς ἀντιτύπο‐ σης λαμπηδόνος. Ἀζηχής, ἀπὸ τοῦ ἄζη, ἣ ἐστὶ ξηρασία, ἐναντία τοῖς</w:t>
      </w:r>
    </w:p>
    <w:p>
      <w:r>
        <w:rPr>
          <w:rFonts w:ascii="Courier New" w:hAnsi="Courier New"/>
          <w:color w:val="555555"/>
          <w:sz w:val="20"/>
        </w:rPr>
        <w:t>[25]</w:t>
      </w:r>
    </w:p>
    <w:p>
      <w:r>
        <w:rPr>
          <w:rFonts w:ascii="Gentium Plus" w:hAnsi="Gentium Plus"/>
          <w:sz w:val="24"/>
        </w:rPr>
        <w:t>θάλουσι καὶ χλωροῖς, κατὰ στέρησιν τοῦ ζῆν· τὰ γὰρ ζῶντα καὶ χλωρὰ ἐστὶν, ὡς ἐπὶ δένδρων. κατα‐ στρέφει οὖν εἰς τὰ σκληρά. οἱ δὲ ἀντὶ τοῦ ἀδια‐ λείπτως, παρὰ τὸ ἄδην, ἀδηχὴς καὶ ἀζηχής. Ἀσπαστός, ὃ ἄν τις πρὸς ἑαυτὸν σπάσαιτο, ἵν’ ᾖ</w:t>
      </w:r>
    </w:p>
    <w:p>
      <w:r>
        <w:rPr>
          <w:rFonts w:ascii="Courier New" w:hAnsi="Courier New"/>
          <w:color w:val="555555"/>
          <w:sz w:val="20"/>
        </w:rPr>
        <w:t>[30]</w:t>
      </w:r>
    </w:p>
    <w:p>
      <w:r>
        <w:rPr>
          <w:rFonts w:ascii="Gentium Plus" w:hAnsi="Gentium Plus"/>
          <w:sz w:val="24"/>
        </w:rPr>
        <w:t>κατ’ ἐπίτασιν.</w:t>
      </w:r>
    </w:p>
    <w:p>
      <w:r>
        <w:rPr>
          <w:rFonts w:ascii="Courier New" w:hAnsi="Courier New"/>
          <w:color w:val="555555"/>
          <w:sz w:val="20"/>
        </w:rPr>
        <w:t>[alpha 14]</w:t>
      </w:r>
    </w:p>
    <w:p>
      <w:r>
        <w:rPr>
          <w:rFonts w:ascii="Gentium Plus" w:hAnsi="Gentium Plus"/>
          <w:sz w:val="24"/>
        </w:rPr>
        <w:t>Ἀγαυρός, παρὰ τὸ ἀπὸ τῆς γῆς αἴρεσθαι. ἢ παρὰ τὸ γαίων, τὸ γαυριῶν· ἢ παρὰ τὸ ἄγην τὴν ἔκπληξιν, ἀγηρός. οὕτως εὗρον ἐν τῷ περὶ Παθῶν Ἡρωδιανοῦ. Ἄῤῥην, τὸ πρόβατον, παρὰ τὸ ἀρῶμαι· τὸ εἰς θυσίαν</w:t>
      </w:r>
    </w:p>
    <w:p>
      <w:r>
        <w:rPr>
          <w:rFonts w:ascii="Courier New" w:hAnsi="Courier New"/>
          <w:color w:val="555555"/>
          <w:sz w:val="20"/>
        </w:rPr>
        <w:t>[5]</w:t>
      </w:r>
    </w:p>
    <w:p>
      <w:r>
        <w:rPr>
          <w:rFonts w:ascii="Gentium Plus" w:hAnsi="Gentium Plus"/>
          <w:sz w:val="24"/>
        </w:rPr>
        <w:t>καὶ εὐχὴν ἐπιτήδειον. κατὰ δὲ ἀποβολὴν ῥήν, καὶ σύνθετον πολύῤῥην. ἡ δὲ γενικὴ ἀῤῥῆνος καὶ συγκο‐ πῇ ἀρνός. τὸ δὲ ἀρᾶσθαι ἐπὶ τοῦ εὔχεσθαι. Αἰώρα, ἐκ τοῦ αἴρω, τὸ ἐπαίρω, αἶρα, καὶ αἰώρα. Ἀμβλύς, ὁ μὴ εὐθετῶν εἰς πόλεμον. ἀμωλύς· καὶ ὡς</w:t>
      </w:r>
    </w:p>
    <w:p>
      <w:r>
        <w:rPr>
          <w:rFonts w:ascii="Courier New" w:hAnsi="Courier New"/>
          <w:color w:val="555555"/>
          <w:sz w:val="20"/>
        </w:rPr>
        <w:t>[10]</w:t>
      </w:r>
    </w:p>
    <w:p>
      <w:r>
        <w:rPr>
          <w:rFonts w:ascii="Gentium Plus" w:hAnsi="Gentium Plus"/>
          <w:sz w:val="24"/>
        </w:rPr>
        <w:t>ἵππος ἱππύς· καὶ μῶλος μωλύς. καὶ κατὰ στέρησιν ἀμωλύς· καὶ συγκοπῇ ἀμβλὺς πλεονασμῷ τοῦ β. Αὖρα, παρώνυμον κατὰ ἀναστροφὴν, ἀπὸ ἀρσενικοῦ εἰς θηλυκόν· ὡς ξυστὴρ, ξύστρα· γαστὴρ, γάστρα· καὶ ἀὴρ, ἄρα, καὶ πλεονασμῷ τοῦ υ αὖρα· ὡς αἱ γράες,</w:t>
      </w:r>
    </w:p>
    <w:p>
      <w:r>
        <w:rPr>
          <w:rFonts w:ascii="Courier New" w:hAnsi="Courier New"/>
          <w:color w:val="555555"/>
          <w:sz w:val="20"/>
        </w:rPr>
        <w:t>[15]</w:t>
      </w:r>
    </w:p>
    <w:p>
      <w:r>
        <w:rPr>
          <w:rFonts w:ascii="Gentium Plus" w:hAnsi="Gentium Plus"/>
          <w:sz w:val="24"/>
        </w:rPr>
        <w:t>γραῦς· αἱ νάες, ναῦς. Ἀνάγκη· ἀνάσσω, ἀνάξω· ἀνάγκη πλεονασμῷ τοῦ γ. Ἄγγος· ἄγω τὸ φέρω, ἄγος, καὶ πλεονασμῷ τοῦ γ ἄγ‐ γος, ἐν ᾧ τὶς ἄγεται. Ἀγρός, παρὰ τὴν ἄγραν ἐν ᾧ γίνεται· ἢ παρὰ τὸ ἀρῶ,</w:t>
      </w:r>
    </w:p>
    <w:p>
      <w:r>
        <w:rPr>
          <w:rFonts w:ascii="Courier New" w:hAnsi="Courier New"/>
          <w:color w:val="555555"/>
          <w:sz w:val="20"/>
        </w:rPr>
        <w:t>[20]</w:t>
      </w:r>
    </w:p>
    <w:p>
      <w:r>
        <w:rPr>
          <w:rFonts w:ascii="Gentium Plus" w:hAnsi="Gentium Plus"/>
          <w:sz w:val="24"/>
        </w:rPr>
        <w:t>ἀρὸς καὶ ἀγρὸς, πλεονασμῷ τοῦ γ. Ἀβλεμέως, πλεονασμῷ τοῦ β, οἷον ἀμελῶς, ὑπέρθεσις ἀλεμέως, καὶ ἐπένθεσις τοῦ β, ἀβλεμέως. Ἀκμή, παρὰ τὸ ἀκὴ, καὶ πλεονασμῷ τοῦ μ, ἀκμή. Αὔριον, πλεονασμῷ τοῦ ρ· ἐστὶ γὰρ παρὰ τὴν αὔω Αἰο‐</w:t>
      </w:r>
    </w:p>
    <w:p>
      <w:r>
        <w:rPr>
          <w:rFonts w:ascii="Courier New" w:hAnsi="Courier New"/>
          <w:color w:val="555555"/>
          <w:sz w:val="20"/>
        </w:rPr>
        <w:t>[25]</w:t>
      </w:r>
    </w:p>
    <w:p>
      <w:r>
        <w:rPr>
          <w:rFonts w:ascii="Gentium Plus" w:hAnsi="Gentium Plus"/>
          <w:sz w:val="24"/>
        </w:rPr>
        <w:t>λικῶς εἰρημένην φωνήν. οὕτω γὰρ λέγουσι τὴν ἠὼ αὔω· τὴν αὔριον οὖν τὴν ἐπιοῦσαν ἡμέραν, αὔω, αὔϊον, καὶ πλεονασμῷ τοῦ ρ, αὔριον. Ἀφορδία, ὁ εἰς τὸ ἀποπατεῖν τόπος· πλεονασμῷ τοῦ ρ,</w:t>
      </w:r>
    </w:p>
    <w:p>
      <w:r>
        <w:rPr>
          <w:rFonts w:ascii="Courier New" w:hAnsi="Courier New"/>
          <w:color w:val="555555"/>
          <w:sz w:val="20"/>
        </w:rPr>
        <w:t>[30]</w:t>
      </w:r>
    </w:p>
    <w:p>
      <w:r>
        <w:rPr>
          <w:rFonts w:ascii="Gentium Plus" w:hAnsi="Gentium Plus"/>
          <w:sz w:val="24"/>
        </w:rPr>
        <w:t>ἀφοδία ἀφορδία.</w:t>
      </w:r>
    </w:p>
    <w:p>
      <w:r>
        <w:rPr>
          <w:rFonts w:ascii="Courier New" w:hAnsi="Courier New"/>
          <w:color w:val="555555"/>
          <w:sz w:val="20"/>
        </w:rPr>
        <w:t>[alpha 15]</w:t>
      </w:r>
    </w:p>
    <w:p>
      <w:r>
        <w:rPr>
          <w:rFonts w:ascii="Gentium Plus" w:hAnsi="Gentium Plus"/>
          <w:sz w:val="24"/>
        </w:rPr>
        <w:t>Ἀφυσγετός, ἀφύσσω, τὸ ἐπαντλῶ, καὶ ἐξ αὐτοῦ ἀφυ‐ γετὸς καὶ ἀφυσγετός. Ἄγχειν, παρὰ τὸ ἄγω· τί γὰρ ἐστὶ τὸ ἄγχειν ἢ τὸ ἄγειν τὸν λάρυγγα καὶ συνάγειν;</w:t>
      </w:r>
    </w:p>
    <w:p>
      <w:r>
        <w:rPr>
          <w:rFonts w:ascii="Courier New" w:hAnsi="Courier New"/>
          <w:color w:val="555555"/>
          <w:sz w:val="20"/>
        </w:rPr>
        <w:t>[5]</w:t>
      </w:r>
    </w:p>
    <w:p>
      <w:r>
        <w:rPr>
          <w:rFonts w:ascii="Gentium Plus" w:hAnsi="Gentium Plus"/>
          <w:sz w:val="24"/>
        </w:rPr>
        <w:t>Ἀχανής, παρὰ τὸ ἄγαν κεχηνέναι. Ἀκρίς· ἡ μεγαλοκέφαλος, παρὰ τὸ ἄγαν ἄκραν εἶναι· οἱ δὲ παρὰ τὸ τοὺς ἄκρους στάχυας νενέμεσθαι. Ἀσκληπιός· παρὰ τὸ τὰ σκέλη ἤπια ποιεῖν, ἢ ἀπὸ μέρους ὅλον τὸ σῶμα· ἀσκεληποιὸς οὖν ἐστὶ, καὶ συγ‐</w:t>
      </w:r>
    </w:p>
    <w:p>
      <w:r>
        <w:rPr>
          <w:rFonts w:ascii="Courier New" w:hAnsi="Courier New"/>
          <w:color w:val="555555"/>
          <w:sz w:val="20"/>
        </w:rPr>
        <w:t>[10]</w:t>
      </w:r>
    </w:p>
    <w:p>
      <w:r>
        <w:rPr>
          <w:rFonts w:ascii="Gentium Plus" w:hAnsi="Gentium Plus"/>
          <w:sz w:val="24"/>
        </w:rPr>
        <w:t>κοπῇ Ἀσκληπιός. .... Ἔπαινος, παρὰ τὸ ἰαίνω, ἀποβολῇ τοῦ ι, αἶνος, παρὰ τὸ διαχεῖν καὶ χαίρειν τὴν ψυχὴν τούτῳ. δύνα‐ ται γὰρ καὶ ἐπὶ τοῦ μυθώδους καὶ παροιμιακοῦ λόγου· ἰαινόμεθα γὰρ τῇ εὐηγήσει τῶν τοιούτων λόγων.</w:t>
      </w:r>
    </w:p>
    <w:p>
      <w:r>
        <w:rPr>
          <w:rFonts w:ascii="Courier New" w:hAnsi="Courier New"/>
          <w:color w:val="555555"/>
          <w:sz w:val="20"/>
        </w:rPr>
        <w:t>[15]</w:t>
      </w:r>
    </w:p>
    <w:p>
      <w:r>
        <w:rPr>
          <w:rFonts w:ascii="Gentium Plus" w:hAnsi="Gentium Plus"/>
          <w:sz w:val="24"/>
        </w:rPr>
        <w:t>Ἄστρον, παρὰ τὸ αἴθω· ἄστρον, ἀποβολῇ τοῦ ι. Ἀμαλδῦναι, παρὰ τὸ μαίρω· ὁ μέλλων μαρῶ· ἀφ’ οὗ μα‐ ραίνω· μεταθέσει τοῦ ρ εἰς λ, μάλω· παράγωγον ἀμαλύνω, καὶ πλεονασμῷ τοῦ δ, ἀμαλδύνω· κυρίως τὸ διὰ πυρὸς ἀφανίσαι.</w:t>
      </w:r>
    </w:p>
    <w:p>
      <w:r>
        <w:rPr>
          <w:rFonts w:ascii="Courier New" w:hAnsi="Courier New"/>
          <w:color w:val="555555"/>
          <w:sz w:val="20"/>
        </w:rPr>
        <w:t>[20]</w:t>
      </w:r>
    </w:p>
    <w:p>
      <w:r>
        <w:rPr>
          <w:rFonts w:ascii="Gentium Plus" w:hAnsi="Gentium Plus"/>
          <w:sz w:val="24"/>
        </w:rPr>
        <w:t>Ἄνδηρα, τὰ χώματα, καὶ τὰ χείλη τῶν ποταμῶν, πα‐ ρὰ τὸ ἄνω εἶναι τῶν διερῶν. Αἰδοῖα, ἀπὸ τοῦ ἀνοιδαίνειν ἐπὶ συνουσίαν ὀργῶντα·</w:t>
      </w:r>
    </w:p>
    <w:p>
      <w:r>
        <w:rPr>
          <w:rFonts w:ascii="Courier New" w:hAnsi="Courier New"/>
          <w:color w:val="555555"/>
          <w:sz w:val="20"/>
        </w:rPr>
        <w:t>[alpha 16]</w:t>
      </w:r>
    </w:p>
    <w:p>
      <w:r>
        <w:rPr>
          <w:rFonts w:ascii="Gentium Plus" w:hAnsi="Gentium Plus"/>
          <w:sz w:val="24"/>
        </w:rPr>
        <w:t>Ἀστράγαλος, ἀπὸ τοῦ ὀρθὴν καὶ ἀστραβῆ φυλάσσειν τὴν βάσιν τοῦ ...... καὶ πλεονάσαντος τοῦ ρ, ἀστρά‐ γαλος· οὐ πρὸς τὸ μένειν καὶ ἑστάναι γεγονώς, ἀλλὰ πρὸς τὸ κινεῖσθαι. ἐπεὶ δὲ τῶν ἄλλων ὀστέων τῶν</w:t>
      </w:r>
    </w:p>
    <w:p>
      <w:r>
        <w:rPr>
          <w:rFonts w:ascii="Courier New" w:hAnsi="Courier New"/>
          <w:color w:val="555555"/>
          <w:sz w:val="20"/>
        </w:rPr>
        <w:t>[5]</w:t>
      </w:r>
    </w:p>
    <w:p>
      <w:r>
        <w:rPr>
          <w:rFonts w:ascii="Gentium Plus" w:hAnsi="Gentium Plus"/>
          <w:sz w:val="24"/>
        </w:rPr>
        <w:t>ἐπὶ τῷ νώτῳ. παρὰ τὸ ἐμπεπάρθαι καὶ μὴ στρέφε‐ σθαι. Αἷμα, παρὰ τὸ ἔσω, ὡς ἅμμα, καὶ δεσμὸς πάντων δυ‐ ναστεύων· ὡς Ἐμπεδοκλῆς ὁ φιλόσοφος φησίν· αἷμα γὰρ ἀνθρώποις περικάρδιον ἐστὶ νόημα.</w:t>
      </w:r>
    </w:p>
    <w:p>
      <w:r>
        <w:rPr>
          <w:rFonts w:ascii="Courier New" w:hAnsi="Courier New"/>
          <w:color w:val="555555"/>
          <w:sz w:val="20"/>
        </w:rPr>
        <w:t>[10]</w:t>
      </w:r>
    </w:p>
    <w:p>
      <w:r>
        <w:rPr>
          <w:rFonts w:ascii="Gentium Plus" w:hAnsi="Gentium Plus"/>
          <w:sz w:val="24"/>
        </w:rPr>
        <w:t>Ἄνθρωπος, κατὰ Πλάτωνα παρὰ τὸ ἀθρεῖν καὶ νο‐ εῖν ἃ δὴ ὄπωπε καὶ εἶδε· τῶν ἀλόγων μὴ λογιζομέ‐ νων καὶ προνοουμένων. οὐ γὰρ ἂν ἰχθῦς εἰς κύρτον εἰς‐ ῆλθεν, ὁρῶν ἄλλον κρατούμενον. οἱ δὲ παρὰ τὸ ἀνα‐ κλῶντα τὴν ὄψιν ἄνω ἀθρεῖν· οἱ δὲ παρὰ τὸ ἔναρθρον</w:t>
      </w:r>
    </w:p>
    <w:p>
      <w:r>
        <w:rPr>
          <w:rFonts w:ascii="Courier New" w:hAnsi="Courier New"/>
          <w:color w:val="555555"/>
          <w:sz w:val="20"/>
        </w:rPr>
        <w:t>[15]</w:t>
      </w:r>
    </w:p>
    <w:p>
      <w:r>
        <w:rPr>
          <w:rFonts w:ascii="Gentium Plus" w:hAnsi="Gentium Plus"/>
          <w:sz w:val="24"/>
        </w:rPr>
        <w:t>ἔχειν ἔπος, τουτέστι φωνήν. Ἄναξ, ὁ ἄνω ἀΐσσων κατὰ δύναμιν τοῦ κρατεῖν. Ἀνήρ, παρὰ τὸ ἄνω, ὃ ἐστὶν ἀνύω. πρακτικὸν γὰρ ὁ ἀνὴρ, ἢ ἡ γυνή.</w:t>
      </w:r>
    </w:p>
    <w:p>
      <w:r>
        <w:rPr>
          <w:rFonts w:ascii="Courier New" w:hAnsi="Courier New"/>
          <w:color w:val="555555"/>
          <w:sz w:val="20"/>
        </w:rPr>
        <w:t>[20]</w:t>
      </w:r>
    </w:p>
    <w:p>
      <w:r>
        <w:rPr>
          <w:rFonts w:ascii="Gentium Plus" w:hAnsi="Gentium Plus"/>
          <w:sz w:val="24"/>
        </w:rPr>
        <w:t>Ἀνθερεών, διὰ τὸ θορεῖν δι’ αὐτοῦ τὸ πνεῦμα· ἢ οἷον ἐνθερεών, ὅτι κατὰ τὴν ἔνθεσιν τῆς τροφῆς κινεῖ‐ ται καὶ ἐν τῷ καταπίνειν ἀνατρέχει. ὡς δὲ ἄλλοι,</w:t>
      </w:r>
    </w:p>
    <w:p>
      <w:r>
        <w:rPr>
          <w:rFonts w:ascii="Courier New" w:hAnsi="Courier New"/>
          <w:color w:val="555555"/>
          <w:sz w:val="20"/>
        </w:rPr>
        <w:t>[alpha 17]</w:t>
      </w:r>
    </w:p>
    <w:p>
      <w:r>
        <w:rPr>
          <w:rFonts w:ascii="Gentium Plus" w:hAnsi="Gentium Plus"/>
          <w:sz w:val="24"/>
        </w:rPr>
        <w:t>Αὐχήν, ἀπὸ τῆς ἄνω τῆς κεφαλῆς νεύσεως, ἐπὶ τῶν αὐθάδων, ἢ ἐπί τισιν αὐχούντων. Ἀρτηρία, οἷον ἀεροτηρία, ἀπὸ τοῦ περιέχειν τὸ πνεῦμα καὶ τηρεῖν. δύναται καὶ κατὰ μετάθεσιν τοῦ λ εἰς ρ,</w:t>
      </w:r>
    </w:p>
    <w:p>
      <w:r>
        <w:rPr>
          <w:rFonts w:ascii="Courier New" w:hAnsi="Courier New"/>
          <w:color w:val="555555"/>
          <w:sz w:val="20"/>
        </w:rPr>
        <w:t>[5]</w:t>
      </w:r>
    </w:p>
    <w:p>
      <w:r>
        <w:rPr>
          <w:rFonts w:ascii="Gentium Plus" w:hAnsi="Gentium Plus"/>
          <w:sz w:val="24"/>
        </w:rPr>
        <w:t>οἷον ἀλτηρία παρὰ τὴν ἄλσιν. Ἀγοστός, ὁ ἄγαν ὀστώδης τόπος, ἢ διὰ τὸ ἐπάγεσθαι καὶ ἐπίκαμειν τὴν χεῖρα. Ἀγκών, ἀπὸ τοῦ κατ’ αὐτὸν ἄγεσθαι τὴν χεῖρα, καὶ οἷον ἄγνυσθαι· Χρύσιππος δὲ ἐγκὼν, ἀπὸ τοῦ ἐγκεῖ‐</w:t>
      </w:r>
    </w:p>
    <w:p>
      <w:r>
        <w:rPr>
          <w:rFonts w:ascii="Courier New" w:hAnsi="Courier New"/>
          <w:color w:val="555555"/>
          <w:sz w:val="20"/>
        </w:rPr>
        <w:t>[10]</w:t>
      </w:r>
    </w:p>
    <w:p>
      <w:r>
        <w:rPr>
          <w:rFonts w:ascii="Gentium Plus" w:hAnsi="Gentium Plus"/>
          <w:sz w:val="24"/>
        </w:rPr>
        <w:t>σθαι τῷ ἑτέρῳ ὀστέῳ τὸ ἕτερον. Ἀράχις, παρὰ τὸ μὴ δύνασθαι τινὰ κνήσασθαι τῇ ἰδίᾳ χειρί, ὡς Ὅμηρος φησίν· κατάκνηστιν μέσα νῶτα. Αἴγειρος, παρὰ τὸ αἴρεσθαι εἰς ὕψος, καὶ αὔξεσθαι·</w:t>
      </w:r>
    </w:p>
    <w:p>
      <w:r>
        <w:rPr>
          <w:rFonts w:ascii="Courier New" w:hAnsi="Courier New"/>
          <w:color w:val="555555"/>
          <w:sz w:val="20"/>
        </w:rPr>
        <w:t>[15]</w:t>
      </w:r>
    </w:p>
    <w:p>
      <w:r>
        <w:rPr>
          <w:rFonts w:ascii="Gentium Plus" w:hAnsi="Gentium Plus"/>
          <w:sz w:val="24"/>
        </w:rPr>
        <w:t>ὅθεν Ὅμηρος φησί· μακεδνῆς αἰγείροιο. οὕτως εὗρον ἐν τῇ Ὀρθογραφίᾳ Ἡρωδιανοῦ. Ἄτρακτος, ταράσσω ταρακτός· ἀτάρακτος, καὶ συγκοπῇ ἄτρακτος. Ἄνω, παρὰ τὸ ἀφανὲς ἀφανῶς ἔδει περισπωμένως· ἐξ‐</w:t>
      </w:r>
    </w:p>
    <w:p>
      <w:r>
        <w:rPr>
          <w:rFonts w:ascii="Courier New" w:hAnsi="Courier New"/>
          <w:color w:val="555555"/>
          <w:sz w:val="20"/>
        </w:rPr>
        <w:t>[20]</w:t>
      </w:r>
    </w:p>
    <w:p>
      <w:r>
        <w:rPr>
          <w:rFonts w:ascii="Gentium Plus" w:hAnsi="Gentium Plus"/>
          <w:sz w:val="24"/>
        </w:rPr>
        <w:t>έστι τὸ ς καὶ μετέστη ὁ τόνος· ἐπειδὴ τὰ εἰς ω λήγοντα ἐπιῤῥήματα δισσύλλαβα, μὴ ὄντα Δώρια, βα‐ ρύνουνται· πόῤῥω, κάτω, ἔξω. Ἀστεροπή, ὄπτω, ὀπτή, ἀστεροπτή· κατ’ ἀποβολὴν τοῦ τ ἀστεροπή. οὕτως Ἡρωδιανὸς ἐν τῷ περὶ Παθῶν.</w:t>
      </w:r>
    </w:p>
    <w:p>
      <w:r>
        <w:rPr>
          <w:rFonts w:ascii="Courier New" w:hAnsi="Courier New"/>
          <w:color w:val="555555"/>
          <w:sz w:val="20"/>
        </w:rPr>
        <w:t>[25]</w:t>
      </w:r>
    </w:p>
    <w:p>
      <w:r>
        <w:rPr>
          <w:rFonts w:ascii="Gentium Plus" w:hAnsi="Gentium Plus"/>
          <w:sz w:val="24"/>
        </w:rPr>
        <w:t>Ἄορες, αἱ γυναῖκες, κατὰ ὑπέρθεσιν, παρὰ τὸ ἀορί‐</w:t>
      </w:r>
    </w:p>
    <w:p>
      <w:r>
        <w:rPr>
          <w:rFonts w:ascii="Courier New" w:hAnsi="Courier New"/>
          <w:color w:val="555555"/>
          <w:sz w:val="20"/>
        </w:rPr>
        <w:t>[alpha 18]</w:t>
      </w:r>
    </w:p>
    <w:p>
      <w:r>
        <w:rPr>
          <w:rFonts w:ascii="Gentium Plus" w:hAnsi="Gentium Plus"/>
          <w:sz w:val="24"/>
        </w:rPr>
        <w:t>Αἶρα, ἡ σφύρα· Καλλίμαχος, αἰράων ἔργα διδα‐ σκόμενος· παρὰ τὸ ῥαίω τὸ φθείρω· κατὰ Δωριέας φθερῶ φθάρα, κατὰ ἀποβολὴν τοῦ φθ. Ἀλλότριος, πλεονασμῷ τοῦ τ. ἀλλοόριος γὰρ ἐστὶν ὁ ἄλ‐</w:t>
      </w:r>
    </w:p>
    <w:p>
      <w:r>
        <w:rPr>
          <w:rFonts w:ascii="Courier New" w:hAnsi="Courier New"/>
          <w:color w:val="555555"/>
          <w:sz w:val="20"/>
        </w:rPr>
        <w:t>[5]</w:t>
      </w:r>
    </w:p>
    <w:p>
      <w:r>
        <w:rPr>
          <w:rFonts w:ascii="Gentium Plus" w:hAnsi="Gentium Plus"/>
          <w:sz w:val="24"/>
        </w:rPr>
        <w:t>λων ὁρίων ὑπάρχων. Ἀνία, ἀνίατος τὶς οὖσα, ἢ δυσίατος· τὸ γὰρ αν οὐ μόνον στέρησιν δηλοῖ, ἀλλὰ καὶ τὸ δυς. Ἀκριβής, τινὲς παρὰ τὸ ἄχρι καὶ βαιόν. Ἀμφιτρίτη, παρὰ τὸ τρεῖν, ὃ ἐστὶ φοβεῖσθαι· ἡ φοβε‐</w:t>
      </w:r>
    </w:p>
    <w:p>
      <w:r>
        <w:rPr>
          <w:rFonts w:ascii="Courier New" w:hAnsi="Courier New"/>
          <w:color w:val="555555"/>
          <w:sz w:val="20"/>
        </w:rPr>
        <w:t>[10]</w:t>
      </w:r>
    </w:p>
    <w:p>
      <w:r>
        <w:rPr>
          <w:rFonts w:ascii="Gentium Plus" w:hAnsi="Gentium Plus"/>
          <w:sz w:val="24"/>
        </w:rPr>
        <w:t>ρὰ τοῖς πλέουσιν. Ἀμείνων, παρὰ τὸ μεῖον· ὁ μὴ ἐλάσσων τινός. ἐστὶ δὲ πλεονασμῷ τοῦ ν, οἷον ἀμείων τις ὤν. Ἀρειή· ἡ ἀπειλή, Ἄρεως γενικῆ· ἁρμόττει δὲ πο‐ λεμικῷ προσώπῳ τὸ ἀπειλεῖν.</w:t>
      </w:r>
    </w:p>
    <w:p>
      <w:r>
        <w:rPr>
          <w:rFonts w:ascii="Courier New" w:hAnsi="Courier New"/>
          <w:color w:val="555555"/>
          <w:sz w:val="20"/>
        </w:rPr>
        <w:t>[15]</w:t>
      </w:r>
    </w:p>
    <w:p>
      <w:r>
        <w:rPr>
          <w:rFonts w:ascii="Gentium Plus" w:hAnsi="Gentium Plus"/>
          <w:sz w:val="24"/>
        </w:rPr>
        <w:t>Ἀτειρής, παρὰ τὸ τέρεν τὸ ἁπαλὸν, τὸ εὐχερῶς τει‐ ρόμενον. Ἄβαξ, ὁ μὴ βάσιν ἔχων· καταχρηστικῶς δὲ ἐπὶ τοῦ οἱουδήποτε σανιδίου. Ἀγρυπνία, ἀϋπνία τὶς οὖσα, κατὰ πλεονασμὸν τῶν συμ‐</w:t>
      </w:r>
    </w:p>
    <w:p>
      <w:r>
        <w:rPr>
          <w:rFonts w:ascii="Courier New" w:hAnsi="Courier New"/>
          <w:color w:val="555555"/>
          <w:sz w:val="20"/>
        </w:rPr>
        <w:t>[20]</w:t>
      </w:r>
    </w:p>
    <w:p>
      <w:r>
        <w:rPr>
          <w:rFonts w:ascii="Gentium Plus" w:hAnsi="Gentium Plus"/>
          <w:sz w:val="24"/>
        </w:rPr>
        <w:t>φώνων τοῦ γρ. Ἀγρυπνία· οὕτως Ἡρωδιανός. Ἀχαῖα, ἡ Δημήτηρ. μέμνηται τοῦ ὀνόματος Ἀριστο‐ φάνης. εἴρηται δὲ ἀπὸ τοῦ ἄχους τοῦ ἐπὶ τὴν Περ‐ σεφόνην. τινὲς δὲ ἀπὸ ἱστορίας τοιαύτης. τοῖς Τα‐ ναγραίοις μεταστᾶσιν ἐκ τῆς Τανάγρας, ἐκέλευσε</w:t>
      </w:r>
    </w:p>
    <w:p>
      <w:r>
        <w:rPr>
          <w:rFonts w:ascii="Courier New" w:hAnsi="Courier New"/>
          <w:color w:val="555555"/>
          <w:sz w:val="20"/>
        </w:rPr>
        <w:t>[25]</w:t>
      </w:r>
    </w:p>
    <w:p>
      <w:r>
        <w:rPr>
          <w:rFonts w:ascii="Gentium Plus" w:hAnsi="Gentium Plus"/>
          <w:sz w:val="24"/>
        </w:rPr>
        <w:t>κατ’ ὄναρ ἡ Δημήτηρ φανεῖσα αὐτοῖς ἀκολουθῆσαι τῷ</w:t>
      </w:r>
    </w:p>
    <w:p>
      <w:r>
        <w:rPr>
          <w:rFonts w:ascii="Courier New" w:hAnsi="Courier New"/>
          <w:color w:val="555555"/>
          <w:sz w:val="20"/>
        </w:rPr>
        <w:t>[alpha 19]</w:t>
      </w:r>
    </w:p>
    <w:p>
      <w:r>
        <w:rPr>
          <w:rFonts w:ascii="Gentium Plus" w:hAnsi="Gentium Plus"/>
          <w:sz w:val="24"/>
        </w:rPr>
        <w:t>γινομένῳ ἤχῳ, καὶ ὅπου ἂν παύσεως, ἐκεῖ πόλιν κτίσαι. καὶ διόδευον ἀκούοντες ψόφον κυμβάλων καὶ τυμπάνων. καὶ παυσαμένων περὶ τὴν Ἀττικὴν, ἔκτισαν πόλιν, καὶ ἱδρύσαντο ἱερὸν Ἀχαιᾶς Δήμητρος.</w:t>
      </w:r>
    </w:p>
    <w:p>
      <w:r>
        <w:rPr>
          <w:rFonts w:ascii="Courier New" w:hAnsi="Courier New"/>
          <w:color w:val="555555"/>
          <w:sz w:val="20"/>
        </w:rPr>
        <w:t>[5]</w:t>
      </w:r>
    </w:p>
    <w:p>
      <w:r>
        <w:rPr>
          <w:rFonts w:ascii="Gentium Plus" w:hAnsi="Gentium Plus"/>
          <w:sz w:val="24"/>
        </w:rPr>
        <w:t>οὔτως εὗρον ἐν Ὑπομνήματι εἰς Ἀριστοφάνην. Ἄρης, παρὰ τὴν ἀρὰν, τὴν βλάβην τὴν ἀπὸ τοῦ πολέμου. Ἀὴρ, παρὰ τὸ ἠρτῆσθαι τοῦ αὔοντος, ὃ ἐστὶ καίοντος αὐτὸν αἰθέρος. ἢ ἀπὸ τοῦ ἄειν καὶ πνεῖν. ἡ κίνησις γὰρ αὐτοῦ ποιεῖ τὸν ἄνεμον. ἢ ἀπὸ τοῦ ἐν αὐτῷ τινὰ</w:t>
      </w:r>
    </w:p>
    <w:p>
      <w:r>
        <w:rPr>
          <w:rFonts w:ascii="Courier New" w:hAnsi="Courier New"/>
          <w:color w:val="555555"/>
          <w:sz w:val="20"/>
        </w:rPr>
        <w:t>[10]</w:t>
      </w:r>
    </w:p>
    <w:p>
      <w:r>
        <w:rPr>
          <w:rFonts w:ascii="Gentium Plus" w:hAnsi="Gentium Plus"/>
          <w:sz w:val="24"/>
        </w:rPr>
        <w:t>ζῶα αἴρειν καὶ κουφίζειν. Ἀμβροσία, ἡ τῶν θεῶν τροφὴ, ἧς βροτὸς οὐ μετέχει. Ἀγγεῖον, ἀπὸ τοῦ διάγειν τὶ δι’ αὐτῶν. Ἄγκη, τὰ τῶν ὀρῶν κοιλώματα, ἀπὸ τοῦ συγκεκόφθαι, καὶ συνδεῖσθαι.</w:t>
      </w:r>
    </w:p>
    <w:p>
      <w:r>
        <w:rPr>
          <w:rFonts w:ascii="Courier New" w:hAnsi="Courier New"/>
          <w:color w:val="555555"/>
          <w:sz w:val="20"/>
        </w:rPr>
        <w:t>[15]</w:t>
      </w:r>
    </w:p>
    <w:p>
      <w:r>
        <w:rPr>
          <w:rFonts w:ascii="Gentium Plus" w:hAnsi="Gentium Plus"/>
          <w:sz w:val="24"/>
        </w:rPr>
        <w:t>Ἀχλύς, ἀπὸ τοῦ τὰς ὄψεις ὀχλεῖν καὶ λυπεῖν. οὕτως Ἡρακλείδης ὁ Ποντικὸς ἐτυμολογεῖ. Ἀήτης, ὁ ἄνεμος, παρὰ τὸ ἀεῖν καὶ πνεῖν. ἀῶ, ἀήσω, ἀήτης. οὕτως Ἡσίοδος φησίν· διασκιδνᾶσιν ἀέντος. Ἀμνός, στερητικὸν τοῦ α ἔγκειται. ὁ ἐκ τοῦ μνοῦ</w:t>
      </w:r>
    </w:p>
    <w:p>
      <w:r>
        <w:rPr>
          <w:rFonts w:ascii="Courier New" w:hAnsi="Courier New"/>
          <w:color w:val="555555"/>
          <w:sz w:val="20"/>
        </w:rPr>
        <w:t>[20]</w:t>
      </w:r>
    </w:p>
    <w:p>
      <w:r>
        <w:rPr>
          <w:rFonts w:ascii="Gentium Plus" w:hAnsi="Gentium Plus"/>
          <w:sz w:val="24"/>
        </w:rPr>
        <w:t>μεταβεβηκώς. μνοῦς δὲ λέγεται ἡ μαλακὴ θρὶξ ἡ ἐκ γενετῆς παντὸς ζώου. Ἀσπάζεσθαι, κατὰ στέρησιν τοῦ μὴ ἀποσπᾶν. ὁ γὰρ διαλυόμενος ἀπὸ τινὸς καὶ ἐχθραίνων, ἀποσπᾷ ἑαυτὸν ἀπ’ αὐτοῦ. καὶ Ὅμηρος· ὁ δὲ δεξιτερὴν χεῖρα σπάσεν</w:t>
      </w:r>
    </w:p>
    <w:p>
      <w:r>
        <w:rPr>
          <w:rFonts w:ascii="Courier New" w:hAnsi="Courier New"/>
          <w:color w:val="555555"/>
          <w:sz w:val="20"/>
        </w:rPr>
        <w:t>[25]</w:t>
      </w:r>
    </w:p>
    <w:p>
      <w:r>
        <w:rPr>
          <w:rFonts w:ascii="Gentium Plus" w:hAnsi="Gentium Plus"/>
          <w:sz w:val="24"/>
        </w:rPr>
        <w:t>Ἀντινόοιο. Ἄλα, τὴν θάλασσαν, παρὰ τὸ ἅλις. ἀθρόον γὰρ ὕδωρ ἐστίν. Ἀβροτάξαι, κυρίως ἀπὸ τῶν ἐν τῷ πολέμῳ ἀποτυγχα‐ νόντων βροτοῦ.</w:t>
      </w:r>
    </w:p>
    <w:p>
      <w:r>
        <w:rPr>
          <w:rFonts w:ascii="Courier New" w:hAnsi="Courier New"/>
          <w:color w:val="555555"/>
          <w:sz w:val="20"/>
        </w:rPr>
        <w:t>[30]</w:t>
      </w:r>
    </w:p>
    <w:p>
      <w:r>
        <w:rPr>
          <w:rFonts w:ascii="Gentium Plus" w:hAnsi="Gentium Plus"/>
          <w:sz w:val="24"/>
        </w:rPr>
        <w:t>Ἄτλας, κατὰ στέρησιν τοῦ τλῆναι, τουτέστι κοπιᾶν. Ἀκολασία, κατὰ στέρησιν ἔγκειται τοῦ α. παρὰ τὸ μὴ κολάζεσθαι τὴν ἐπιθυμίαν, ὃ ἐστὶν ἐκκόπτεσθαι. Ἄνεως, ἰά, ἡ φωνὴ, πλεονασμῷ τοῦ ω, ἰωή. ἀπὸ τοῦ ἐπὶ πᾶσαν ἀκοὴν ἰέναι· καὶ κατὰ στέρησιν ἰέναι ἄνιος,</w:t>
      </w:r>
    </w:p>
    <w:p>
      <w:r>
        <w:rPr>
          <w:rFonts w:ascii="Courier New" w:hAnsi="Courier New"/>
          <w:color w:val="555555"/>
          <w:sz w:val="20"/>
        </w:rPr>
        <w:t>[35]</w:t>
      </w:r>
    </w:p>
    <w:p>
      <w:r>
        <w:rPr>
          <w:rFonts w:ascii="Gentium Plus" w:hAnsi="Gentium Plus"/>
          <w:sz w:val="24"/>
        </w:rPr>
        <w:t>ὡς χῶρα ἄχωρος· μεταθέσει τοῦ ι εἰς ε, ἄνεος, καὶ</w:t>
      </w:r>
    </w:p>
    <w:p>
      <w:r>
        <w:rPr>
          <w:rFonts w:ascii="Courier New" w:hAnsi="Courier New"/>
          <w:color w:val="555555"/>
          <w:sz w:val="20"/>
        </w:rPr>
        <w:t>[alpha 20]</w:t>
      </w:r>
    </w:p>
    <w:p>
      <w:r>
        <w:rPr>
          <w:rFonts w:ascii="Gentium Plus" w:hAnsi="Gentium Plus"/>
          <w:sz w:val="24"/>
        </w:rPr>
        <w:t>Ἀττικῶς ἄνεως. δύναται καὶ παρὰ ῥῆμα τὸ αὔω, αὖε δ’ Ἄρης ἑτέρωθεν. ὄνομα ῥηματικὸν, ἄναυος, ἀπο‐ βολῇ τοῦ υ, ἄναος, Ἀττικῶς ἄνεως. αὔω δὲ ἄναυος, ὡς αὐδῶ ἄναυδος, φυτὼ νεόφυτος. οὕτως Ἀπολλώνιος</w:t>
      </w:r>
    </w:p>
    <w:p>
      <w:r>
        <w:rPr>
          <w:rFonts w:ascii="Courier New" w:hAnsi="Courier New"/>
          <w:color w:val="555555"/>
          <w:sz w:val="20"/>
        </w:rPr>
        <w:t>[5]</w:t>
      </w:r>
    </w:p>
    <w:p>
      <w:r>
        <w:rPr>
          <w:rFonts w:ascii="Gentium Plus" w:hAnsi="Gentium Plus"/>
          <w:sz w:val="24"/>
        </w:rPr>
        <w:t>ἐν τῷ περὶ Ἐπιῤῥημάτων. Ἄχερδος, βοτάνη ἣν οὐκ ἐστὶ τῇ χειρὶ ἑλεῖν. ἀκανθώ‐ δης γάρ. Ἀμέρδω, μείρω, μερίζω, ἀμέρω, καὶ πλεονασμῷ τοῦ δ ἀμέρδω, ὥσπερ καὶ δείω δείδω. κυρίως τὸ ἀποστερεῖν</w:t>
      </w:r>
    </w:p>
    <w:p>
      <w:r>
        <w:rPr>
          <w:rFonts w:ascii="Courier New" w:hAnsi="Courier New"/>
          <w:color w:val="555555"/>
          <w:sz w:val="20"/>
        </w:rPr>
        <w:t>[10]</w:t>
      </w:r>
    </w:p>
    <w:p>
      <w:r>
        <w:rPr>
          <w:rFonts w:ascii="Gentium Plus" w:hAnsi="Gentium Plus"/>
          <w:sz w:val="24"/>
        </w:rPr>
        <w:t>μερίδος. καταχρηστικῶς δὲ καὶ ἐπὶ τῶν ἄλλων δη‐ λοῦται. Ἀκμή, παρὰ τὸ κμῶ, ὃ ἐστὶν ἀπὸ τοῦ κάμω συγκοπὲν, καὶ μετὰ τῆς α στερήσεως, ἀκμή, μὴ κάμνουσα τα‐ χέως.</w:t>
      </w:r>
    </w:p>
    <w:p>
      <w:r>
        <w:rPr>
          <w:rFonts w:ascii="Courier New" w:hAnsi="Courier New"/>
          <w:color w:val="555555"/>
          <w:sz w:val="20"/>
        </w:rPr>
        <w:t>[15]</w:t>
      </w:r>
    </w:p>
    <w:p>
      <w:r>
        <w:rPr>
          <w:rFonts w:ascii="Gentium Plus" w:hAnsi="Gentium Plus"/>
          <w:sz w:val="24"/>
        </w:rPr>
        <w:t>Ἀσκελές, παρὰ τὸ σκέλω, καὶ ξηραίνω. καὶ ἀσκελὲς τὸ ἄγαν σκληρόν. ὅθεν τὸ σκέλος. οὕτω Φιλόξενος. Ἄσωτος, παρὰ τὸ σῶ, οὗ παρακείμενος σέσωσμαι, ὁ μέλ‐ λων σώσω, σωτὸς, ἄσωτος· ὡς πληρώσω πληρωτὸς, ἀπλήρωτος.</w:t>
      </w:r>
    </w:p>
    <w:p>
      <w:r>
        <w:rPr>
          <w:rFonts w:ascii="Courier New" w:hAnsi="Courier New"/>
          <w:color w:val="555555"/>
          <w:sz w:val="20"/>
        </w:rPr>
        <w:t>[20]</w:t>
      </w:r>
    </w:p>
    <w:p>
      <w:r>
        <w:rPr>
          <w:rFonts w:ascii="Gentium Plus" w:hAnsi="Gentium Plus"/>
          <w:sz w:val="24"/>
        </w:rPr>
        <w:t>Ἅμαξα, ἄξω, ἄξα· ἅμαξα σύνθετον. Ἄρδην, παρὰ τὸ αἴρω ἄρδην· ὡς φύρω φύρδην· μίγω μί‐ γδην. οὕτω Φιλόξενος. Αἴγλη, ἀΐσσω, ἀΐξω· κατὰ συναίρεσιν αἴξω, ὄνομα αἴγλη, ἡ ὀξέως ἀποπεμπομένη. οὕτω Φιλόξενος.</w:t>
      </w:r>
    </w:p>
    <w:p>
      <w:r>
        <w:rPr>
          <w:rFonts w:ascii="Courier New" w:hAnsi="Courier New"/>
          <w:color w:val="555555"/>
          <w:sz w:val="20"/>
        </w:rPr>
        <w:t>[25]</w:t>
      </w:r>
    </w:p>
    <w:p>
      <w:r>
        <w:rPr>
          <w:rFonts w:ascii="Gentium Plus" w:hAnsi="Gentium Plus"/>
          <w:sz w:val="24"/>
        </w:rPr>
        <w:t>Αὐλή, αἴω τὸ πνέω· οὗ ὁ μέλλων ἄσω, ὡς ἀπὸ βαρυτό‐ νου· πλεονασμῷ τοῦ υ, αὔσω. ὄνομα ῥηματικὸν αὐλή. Ἄγκος, οἱ κοῖλοι τόποι τῆς γῆς, παρὰ τὸ κέω· οὗ κα‐ τὰ συναλοιφὴν κῶ, δηλοῦν τὸ κεῖσθαι. Ἄμωτον, παρὰ τὸ μένω, μητὸς ἄμητος· ἐὰν δὲ σημαί‐</w:t>
      </w:r>
    </w:p>
    <w:p>
      <w:r>
        <w:rPr>
          <w:rFonts w:ascii="Courier New" w:hAnsi="Courier New"/>
          <w:color w:val="555555"/>
          <w:sz w:val="20"/>
        </w:rPr>
        <w:t>[30]</w:t>
      </w:r>
    </w:p>
    <w:p>
      <w:r>
        <w:rPr>
          <w:rFonts w:ascii="Gentium Plus" w:hAnsi="Gentium Plus"/>
          <w:sz w:val="24"/>
        </w:rPr>
        <w:t>νῃ τὸ ὑπομονητικὸν, τὸ α ἐπιτατικόν. Ἀχανές, παρὰ τὸ χαίνω, κατ’ ἐπίτασιν τὸ λίαν χαῖ‐ νον· δηλοῖ δὲ καὶ στέρησιν τοῦ χαίνειν· οἷον ἐνεὸν εἶναι καὶ μὴ διάραι τὸ στόμα δύνασθαι. Ἀσχαλάαν, παρὰ τὸ ἄχω τὸ λυπῶ· οὗ παθητικὸν ἄχο‐</w:t>
      </w:r>
    </w:p>
    <w:p>
      <w:r>
        <w:rPr>
          <w:rFonts w:ascii="Courier New" w:hAnsi="Courier New"/>
          <w:color w:val="555555"/>
          <w:sz w:val="20"/>
        </w:rPr>
        <w:t>[35]</w:t>
      </w:r>
    </w:p>
    <w:p>
      <w:r>
        <w:rPr>
          <w:rFonts w:ascii="Gentium Plus" w:hAnsi="Gentium Plus"/>
          <w:sz w:val="24"/>
        </w:rPr>
        <w:t>μαι· νῦν δ’ ἄχομαι κακότητι. παράγωγον ἀχάλλω,</w:t>
      </w:r>
    </w:p>
    <w:p>
      <w:r>
        <w:rPr>
          <w:rFonts w:ascii="Courier New" w:hAnsi="Courier New"/>
          <w:color w:val="555555"/>
          <w:sz w:val="20"/>
        </w:rPr>
        <w:t>[alpha 21]</w:t>
      </w:r>
    </w:p>
    <w:p>
      <w:r>
        <w:rPr>
          <w:rFonts w:ascii="Gentium Plus" w:hAnsi="Gentium Plus"/>
          <w:sz w:val="24"/>
        </w:rPr>
        <w:t>καὶ πλεονασμῷ τοῦ ς, ἀσχάλλω. οὕτω Φιλόξενος. ὁ δὲ αὐτὸς φησίν· παρὰ τὸ σχῶ σχάλλω, καὶ μετὰ τῆς α στερήσεως, ἀσχάλλω. Ἀποδρᾶν, παρὰ τὸ δρῶ τὸ ὑπηρετῶ, ὅθεν δρηστῆρες παρ’</w:t>
      </w:r>
    </w:p>
    <w:p>
      <w:r>
        <w:rPr>
          <w:rFonts w:ascii="Courier New" w:hAnsi="Courier New"/>
          <w:color w:val="555555"/>
          <w:sz w:val="20"/>
        </w:rPr>
        <w:t>[5]</w:t>
      </w:r>
    </w:p>
    <w:p>
      <w:r>
        <w:rPr>
          <w:rFonts w:ascii="Gentium Plus" w:hAnsi="Gentium Plus"/>
          <w:sz w:val="24"/>
        </w:rPr>
        <w:t>Ὁμήρῳ. τὸ οὖν ἀποδρᾶν ἐστὶ, τὸ ἔξω γενέσθαι τῆς δεούσης ὑπηρεσίας. οὕτω Φιλόξενος. Ἀϊδνός. εἴδω τὸ βλέπω, ἢ φθίνω. ῥηματικὸν ὄνομα, ἰδνός, μετὰ τῆς α στερήσεως, ἀϊδνὸς, ὡς στίλβω στιλ‐ πνός.</w:t>
      </w:r>
    </w:p>
    <w:p>
      <w:r>
        <w:rPr>
          <w:rFonts w:ascii="Courier New" w:hAnsi="Courier New"/>
          <w:color w:val="555555"/>
          <w:sz w:val="20"/>
        </w:rPr>
        <w:t>[10]</w:t>
      </w:r>
    </w:p>
    <w:p>
      <w:r>
        <w:rPr>
          <w:rFonts w:ascii="Gentium Plus" w:hAnsi="Gentium Plus"/>
          <w:sz w:val="24"/>
        </w:rPr>
        <w:t>Αἴσυλος, ἀπὸ τοῦ ἄσω μέλλοντος, τοῦ δηλοῦντος τὸ βλά‐ ψω. Ἀφρός, ἀπὸ τοῦ φρῶ. Ἀκέραιος, παρὰ τὸ κερῶ, οὗ παράγωγον τὸ κεραίω· ὁ μὴ κεκραμένος κακοῖς, ἀλλ’ ἁπλοῦς.</w:t>
      </w:r>
    </w:p>
    <w:p>
      <w:r>
        <w:rPr>
          <w:rFonts w:ascii="Courier New" w:hAnsi="Courier New"/>
          <w:color w:val="555555"/>
          <w:sz w:val="20"/>
        </w:rPr>
        <w:t>[15]</w:t>
      </w:r>
    </w:p>
    <w:p>
      <w:r>
        <w:rPr>
          <w:rFonts w:ascii="Gentium Plus" w:hAnsi="Gentium Plus"/>
          <w:sz w:val="24"/>
        </w:rPr>
        <w:t>Ἀλαός, ὁ τυφλὸς, κατὰ στέρησιν τοῦ λάειν, ἢ βλέπειν. παρ’ Ὁμήρῳ· λάε νεβρὸν ἀπάγχων. Ἄρτος, παρὰ τὸ αἴρειν, τὸ προσφέρειν καὶ μάττειν· καὶ Ἱπποκράτης προσάρματα τὰ σιτία φησί. καὶ Ἀρι‐ στοφάνης, Αἶρ’, αἶρε μάζαν. καὶ ἁρμαλιὰ ἐπὶ τῆς</w:t>
      </w:r>
    </w:p>
    <w:p>
      <w:r>
        <w:rPr>
          <w:rFonts w:ascii="Courier New" w:hAnsi="Courier New"/>
          <w:color w:val="555555"/>
          <w:sz w:val="20"/>
        </w:rPr>
        <w:t>[20]</w:t>
      </w:r>
    </w:p>
    <w:p>
      <w:r>
        <w:rPr>
          <w:rFonts w:ascii="Gentium Plus" w:hAnsi="Gentium Plus"/>
          <w:sz w:val="24"/>
        </w:rPr>
        <w:t>τροφῆς. παρὰ τὸ αἴρω τὸ προσφέρω, ἁρμός. οὕτω κα‐ θαίρω καθαρμός. παρὰ οὖν τὸ ἁρμὸς, ἁρμία, καὶ πλεο‐ νασμῷ τῆς αλ, ἁρμαλιά. Ἀκόλαστος, ὁ ἀπαίδευτος, διὰ τὸ μὴ ἀγωγῆς καὶ κολά‐ σεως τετυχηκέναι τῆς ἐπιτηδείας. οὕτω Φίλων. τινὲς δὴ</w:t>
      </w:r>
    </w:p>
    <w:p>
      <w:r>
        <w:rPr>
          <w:rFonts w:ascii="Courier New" w:hAnsi="Courier New"/>
          <w:color w:val="555555"/>
          <w:sz w:val="20"/>
        </w:rPr>
        <w:t>[25]</w:t>
      </w:r>
    </w:p>
    <w:p>
      <w:r>
        <w:rPr>
          <w:rFonts w:ascii="Gentium Plus" w:hAnsi="Gentium Plus"/>
          <w:sz w:val="24"/>
        </w:rPr>
        <w:t>αὐτὸν καλοῦσι καταφερῆ πρὸς συνουσίαν. διὰ τὸ μὴ κολάζεσθαι τὴν ἐπιθυμίαν, ἀκόλαστος ἀκούει τις. Ἄῤῥωστος, παρὰ τὸ ῥῶ, ὃ δηλοῖ τὸ ὑγιαίνω, οὗ ὁ μέλ‐ λων ῥώσω, καὶ ὄνομα ῥῶσις, καὶ παρὰ τὸ ῥῶ τεύχε‐</w:t>
      </w:r>
    </w:p>
    <w:p>
      <w:r>
        <w:rPr>
          <w:rFonts w:ascii="Courier New" w:hAnsi="Courier New"/>
          <w:color w:val="555555"/>
          <w:sz w:val="20"/>
        </w:rPr>
        <w:t>[alpha 22]</w:t>
      </w:r>
    </w:p>
    <w:p>
      <w:r>
        <w:rPr>
          <w:rFonts w:ascii="Gentium Plus" w:hAnsi="Gentium Plus"/>
          <w:sz w:val="24"/>
        </w:rPr>
        <w:t>ὁρμᾶν. δύναται δὲ καὶ παρὰ τὸ ῥώω, οὗ ὁ μέλλων ῥώσω. Ἀχρεῖον· χρῶ ἐστὶ ῥῆμα, δηλοῦν τὸ ἅπτομαι καὶ πλη‐ σιάζω, οὗ παράγωγον χαύω· χραύσῃ μέν τ’ αὐ‐</w:t>
      </w:r>
    </w:p>
    <w:p>
      <w:r>
        <w:rPr>
          <w:rFonts w:ascii="Courier New" w:hAnsi="Courier New"/>
          <w:color w:val="555555"/>
          <w:sz w:val="20"/>
        </w:rPr>
        <w:t>[5]</w:t>
      </w:r>
    </w:p>
    <w:p>
      <w:r>
        <w:rPr>
          <w:rFonts w:ascii="Gentium Plus" w:hAnsi="Gentium Plus"/>
          <w:sz w:val="24"/>
        </w:rPr>
        <w:t>λῆς· ἀφ’ οὗ τὸ ἔχρεσε, τὸ ἐπιβαρύνειν. χρῶ οὖν καὶ μετὰ τοῦ α στερητικοῦ, ἄχρω, καὶ ἀχρεῖον τὸ ἀσθενὲς, καὶ βάρους ἀμέτοχον. ἐπὶ δὲ Πηνελόπης. ἀ‐ χρεῖον δ’ ἐγέλασσε· ἐπίπλαστον καὶ ὑποκεκριμέ‐ νον καὶ ἐπιπόλαιον μέχρι τοῦ τὰ χείλη διανοίγειν.</w:t>
      </w:r>
    </w:p>
    <w:p>
      <w:r>
        <w:rPr>
          <w:rFonts w:ascii="Courier New" w:hAnsi="Courier New"/>
          <w:color w:val="555555"/>
          <w:sz w:val="20"/>
        </w:rPr>
        <w:t>[10]</w:t>
      </w:r>
    </w:p>
    <w:p>
      <w:r>
        <w:rPr>
          <w:rFonts w:ascii="Gentium Plus" w:hAnsi="Gentium Plus"/>
          <w:sz w:val="24"/>
        </w:rPr>
        <w:t>Ἀκωκή, παρὰ τὸ ἀκήν. ἐστὶ καὶ ἀναδιπλασιασμὸς ἀκω‐ κὴν, ὡς ἄγω ἀγωγή. Ἀμέγαρτον, ποτὲ μὲν δηλοῖ τὸ εὐτελὲς καὶ μὴ ἄξιον φθόνου, ὡς τὸ, ἀμέγαρτε συβῶτα. δηλοῖ δὲ καὶ τὸ πολύ, ὡς τὸ, πόνον δ’ ἀμέγαρτον ὄφελλεν. ἀλλ’ ἐπὶ</w:t>
      </w:r>
    </w:p>
    <w:p>
      <w:r>
        <w:rPr>
          <w:rFonts w:ascii="Courier New" w:hAnsi="Courier New"/>
          <w:color w:val="555555"/>
          <w:sz w:val="20"/>
        </w:rPr>
        <w:t>[15]</w:t>
      </w:r>
    </w:p>
    <w:p>
      <w:r>
        <w:rPr>
          <w:rFonts w:ascii="Gentium Plus" w:hAnsi="Gentium Plus"/>
          <w:sz w:val="24"/>
        </w:rPr>
        <w:t>μὲν τοῦ εὐτελοῦς κατὰ στέρησιν τοῦ α, ἐπὶ δὲ τοῦ πο‐ λὺ κατ’ ἐπίτασιν. Ἀγυιά, ἡ ὁδὸς, παρὰ τὸ ἄγω τὸ πορεύομαι. Ἀλέκτωρ, ἐπὶ τοῦ ὀρνέου· ἀγρυπνητικὸν γάρ· καὶ διὰ τὸ ἀπὸ τῶν λέκτρων ἡμᾶς ἐγείρειν, καὶ μεταθέσει τοῦ α</w:t>
      </w:r>
    </w:p>
    <w:p>
      <w:r>
        <w:rPr>
          <w:rFonts w:ascii="Courier New" w:hAnsi="Courier New"/>
          <w:color w:val="555555"/>
          <w:sz w:val="20"/>
        </w:rPr>
        <w:t>[20]</w:t>
      </w:r>
    </w:p>
    <w:p>
      <w:r>
        <w:rPr>
          <w:rFonts w:ascii="Gentium Plus" w:hAnsi="Gentium Plus"/>
          <w:sz w:val="24"/>
        </w:rPr>
        <w:t>εἰς η. εἴρηται ἐπὶ τοῦ ἡλίου· ὥστ’ ἠλέκτωρ ὑπερίων. ὕπνου γὰρ καὶ κοιμᾶσθαι ἄμοιρος. Ἀκροῶ· ἀκούω, ἀκοῶ, καὶ πλεονασμῷ τοῦ ρ, ἀκροῶ. οὕτω Φιλόξενος. Ἀκόνη, παρὰ τὴν ἀκμὴν καὶ τὴν ὀξύτητα.</w:t>
      </w:r>
    </w:p>
    <w:p>
      <w:r>
        <w:rPr>
          <w:rFonts w:ascii="Courier New" w:hAnsi="Courier New"/>
          <w:color w:val="555555"/>
          <w:sz w:val="20"/>
        </w:rPr>
        <w:t>[25]</w:t>
      </w:r>
    </w:p>
    <w:p>
      <w:r>
        <w:rPr>
          <w:rFonts w:ascii="Gentium Plus" w:hAnsi="Gentium Plus"/>
          <w:sz w:val="24"/>
        </w:rPr>
        <w:t>Ἀπτήν· πετῶ πετὴν, καὶ κατὰ σύνθεσιν ἀπετὴν, καὶ συγκοπῇ ἀπτήν. Ἀκτίς, παρὰ τὸ ἀΐσσω, ἀΐξω, ἀκτός. καὶ παρώνυμον ἀκτίς. ἡ ἀΐσσουσα πανταχόθεν. Ἀκῶ, τὸ θεραπεύω. ἀκέσω μέλλων.</w:t>
      </w:r>
    </w:p>
    <w:p>
      <w:r>
        <w:rPr>
          <w:rFonts w:ascii="Courier New" w:hAnsi="Courier New"/>
          <w:color w:val="555555"/>
          <w:sz w:val="20"/>
        </w:rPr>
        <w:t>[30]</w:t>
      </w:r>
    </w:p>
    <w:p>
      <w:r>
        <w:rPr>
          <w:rFonts w:ascii="Gentium Plus" w:hAnsi="Gentium Plus"/>
          <w:sz w:val="24"/>
        </w:rPr>
        <w:t>Ἀθῶος, θωὴ ἡ ζημία.</w:t>
      </w:r>
    </w:p>
    <w:p>
      <w:r>
        <w:rPr>
          <w:rFonts w:ascii="Courier New" w:hAnsi="Courier New"/>
          <w:color w:val="555555"/>
          <w:sz w:val="20"/>
        </w:rPr>
        <w:t>[alpha 23]</w:t>
      </w:r>
    </w:p>
    <w:p>
      <w:r>
        <w:rPr>
          <w:rFonts w:ascii="Gentium Plus" w:hAnsi="Gentium Plus"/>
          <w:sz w:val="24"/>
        </w:rPr>
        <w:t>Ἀδολεσχεῖν. ἔγκειται τὸ αἴδειν, ὅπερ λέγεται ἐπὶ τοῦ τὰ αὐτὰ ἐπαναλαμβάνειν. Μένανδρος· ἡ πόλις ὅλη γὰρ αἴδει τὸ κακόν. οὐχ, ὡς τινὲς, παρὰ τὸ ἄδην. οὕ‐ τως ὁ αὐτὸς Εὐδαίμων.</w:t>
      </w:r>
    </w:p>
    <w:p>
      <w:r>
        <w:rPr>
          <w:rFonts w:ascii="Courier New" w:hAnsi="Courier New"/>
          <w:color w:val="555555"/>
          <w:sz w:val="20"/>
        </w:rPr>
        <w:t>[5]</w:t>
      </w:r>
    </w:p>
    <w:p>
      <w:r>
        <w:rPr>
          <w:rFonts w:ascii="Gentium Plus" w:hAnsi="Gentium Plus"/>
          <w:sz w:val="24"/>
        </w:rPr>
        <w:t>Ἀείδηλον, τὸ ἀεὶ δῆλον. Ἄρατος· τοῦ δὲ τέρας περίσημον ἀείδελον ἐστήρικται. καὶ ἐστὶ παρὰ τὸ εἴδω εἴδελος, καὶ μετὰ ἐπιτάζεως τοῦ α ἀείδηλον. ἀ‐ είδηλον δὲ τὸν ἀέρα ἀφανιστικὸν, καὶ ἔγκειται τὸ δη‐ λοεῖν, ὃ ἐστὶ βλάπτειν. ἔνθεν τὸ δηλήμονες καὶ δη‐</w:t>
      </w:r>
    </w:p>
    <w:p>
      <w:r>
        <w:rPr>
          <w:rFonts w:ascii="Courier New" w:hAnsi="Courier New"/>
          <w:color w:val="555555"/>
          <w:sz w:val="20"/>
        </w:rPr>
        <w:t>[10]</w:t>
      </w:r>
    </w:p>
    <w:p>
      <w:r>
        <w:rPr>
          <w:rFonts w:ascii="Gentium Plus" w:hAnsi="Gentium Plus"/>
          <w:sz w:val="24"/>
        </w:rPr>
        <w:t>λήσασθαι. Ἄλεισον, τὸ ποτήριον. ἐξ οὗ ἄλις καὶ ἀθρό οντίων. Ἄχνη. παρὰ τὸ ἀΐσσω ἄχνη. Ἀληθής, ὁ μὴ λήθη τοῦ δικαίου ὑποπίπτων. Ἀμαρύσσειν καὶ λάμπειν. μαίρω τὸ λάμπω. ὅθεν μαρ‐</w:t>
      </w:r>
    </w:p>
    <w:p>
      <w:r>
        <w:rPr>
          <w:rFonts w:ascii="Courier New" w:hAnsi="Courier New"/>
          <w:color w:val="555555"/>
          <w:sz w:val="20"/>
        </w:rPr>
        <w:t>[15]</w:t>
      </w:r>
    </w:p>
    <w:p>
      <w:r>
        <w:rPr>
          <w:rFonts w:ascii="Gentium Plus" w:hAnsi="Gentium Plus"/>
          <w:sz w:val="24"/>
        </w:rPr>
        <w:t>μαίρω διπλασιασμός. καὶ παράγωγον μαιρίσσω, καὶ δι’ εὐφωνίαν, ἀποβολῇ τοῦ ι μαρύσσω. καὶ πλεονα‐ σμῷ τοῦ α, ἢ κατ’ ἐπίτασιν, ἀμαρύσσω. Ἀποκναίω. κτῶ ἐστὶ ῥῆμα, δηλοῦν τὸ φονεύω. οὗ πα‐ ράγωγον κταίνω, καὶ ἀποβολῇ τοῦ τ, καίνω, καὶ με‐</w:t>
      </w:r>
    </w:p>
    <w:p>
      <w:r>
        <w:rPr>
          <w:rFonts w:ascii="Courier New" w:hAnsi="Courier New"/>
          <w:color w:val="555555"/>
          <w:sz w:val="20"/>
        </w:rPr>
        <w:t>[20]</w:t>
      </w:r>
    </w:p>
    <w:p>
      <w:r>
        <w:rPr>
          <w:rFonts w:ascii="Gentium Plus" w:hAnsi="Gentium Plus"/>
          <w:sz w:val="24"/>
        </w:rPr>
        <w:t>ταθέσει τοῦ ν, κναίω, καὶ σύνθετον ἀποκναίω. Ἀλαλάζειν, ἐκ τοῦ λαλῶ λαλήσω καὶ ἀλαλάζω, ὡς τὸ</w:t>
      </w:r>
    </w:p>
    <w:p>
      <w:r>
        <w:rPr>
          <w:rFonts w:ascii="Courier New" w:hAnsi="Courier New"/>
          <w:color w:val="555555"/>
          <w:sz w:val="20"/>
        </w:rPr>
        <w:t>[alpha 24]</w:t>
      </w:r>
    </w:p>
    <w:p>
      <w:r>
        <w:rPr>
          <w:rFonts w:ascii="Gentium Plus" w:hAnsi="Gentium Plus"/>
          <w:sz w:val="24"/>
        </w:rPr>
        <w:t>Αἴξ, παρὰ τὸ ἀΐσσω τὸ ὁρῶ. οὗ ὁ μέλλων ἀΐξω, ἀ‐ ποβολῇ τοῦ ω αἴξ. Ἅρπη, παρὰ τὸ ἅρπω ῥῆμα, οὗ παράγωγον τὸ ἁρπά‐ ζω καὶ ἅρπη.</w:t>
      </w:r>
    </w:p>
    <w:p>
      <w:r>
        <w:rPr>
          <w:rFonts w:ascii="Courier New" w:hAnsi="Courier New"/>
          <w:color w:val="555555"/>
          <w:sz w:val="20"/>
        </w:rPr>
        <w:t>[5]</w:t>
      </w:r>
    </w:p>
    <w:p>
      <w:r>
        <w:rPr>
          <w:rFonts w:ascii="Gentium Plus" w:hAnsi="Gentium Plus"/>
          <w:sz w:val="24"/>
        </w:rPr>
        <w:t>Ἀοίδιμος, παρὰ τὸ ἀοιδὴν, ἀρίδιμος. Ἄχραντος, ὡς παρὰ τὸ χραίνω χραντὸς καὶ ἄχραντος, καὶ παρὰ τὸ φαίνω φαντὸς καὶ ἄφαντος. Ἀκαλαρείτα, παρὰ τὴν ἀκὴν δηλοῦσαν τὴν ἡσυχίαν, καὶ ἄλλο παράγωγον ἐκ τοῦ ἄκος καὶ τοῦ αλ πλεονά‐</w:t>
      </w:r>
    </w:p>
    <w:p>
      <w:r>
        <w:rPr>
          <w:rFonts w:ascii="Courier New" w:hAnsi="Courier New"/>
          <w:color w:val="555555"/>
          <w:sz w:val="20"/>
        </w:rPr>
        <w:t>[10]</w:t>
      </w:r>
    </w:p>
    <w:p>
      <w:r>
        <w:rPr>
          <w:rFonts w:ascii="Gentium Plus" w:hAnsi="Gentium Plus"/>
          <w:sz w:val="24"/>
        </w:rPr>
        <w:t>σαντος ἐγένετο ἄκαλος. Ἄκατος, μικρὸν πλοῖον. ἐκ τοῦ ἄγω, ἄξω ἀκτὸς καὶ ἄ‐ κατος· ὡς ἀπὸ τοῦ λέπω, λεπτός. Αἴγισθος, παρὰ τοῦ θῶ θηλάζω, Αἴγιθος ὄνομα ἐγέ‐ νετο· καὶ πλεονασμῷ τοῦ ς, Αἴγισθος. ἱστοροῦσι γὰρ</w:t>
      </w:r>
    </w:p>
    <w:p>
      <w:r>
        <w:rPr>
          <w:rFonts w:ascii="Courier New" w:hAnsi="Courier New"/>
          <w:color w:val="555555"/>
          <w:sz w:val="20"/>
        </w:rPr>
        <w:t>[15]</w:t>
      </w:r>
    </w:p>
    <w:p>
      <w:r>
        <w:rPr>
          <w:rFonts w:ascii="Gentium Plus" w:hAnsi="Gentium Plus"/>
          <w:sz w:val="24"/>
        </w:rPr>
        <w:t>αἰγείῳ γάλακτι χρήσασθαι τὸ πρῶτον. Ἀριδείκτος, ἐκ τοῦ δείκω δείξω, δείκετος καὶ ἀριδεί‐ κετος. Ἀδευκὴς, παρὰ τὸ δείκω ἀδεικής, καὶ τροπῇ τοῦ ι εἰς υ, ἀδευκής.</w:t>
      </w:r>
    </w:p>
    <w:p>
      <w:r>
        <w:rPr>
          <w:rFonts w:ascii="Courier New" w:hAnsi="Courier New"/>
          <w:color w:val="555555"/>
          <w:sz w:val="20"/>
        </w:rPr>
        <w:t>[20]</w:t>
      </w:r>
    </w:p>
    <w:p>
      <w:r>
        <w:rPr>
          <w:rFonts w:ascii="Gentium Plus" w:hAnsi="Gentium Plus"/>
          <w:sz w:val="24"/>
        </w:rPr>
        <w:t>Ἀμαλδῦναι, τὸ ἀφανίσαι, παρὰ τὴν ἅμμον ἀποβολῆ</w:t>
      </w:r>
    </w:p>
    <w:p>
      <w:r>
        <w:rPr>
          <w:rFonts w:ascii="Courier New" w:hAnsi="Courier New"/>
          <w:color w:val="555555"/>
          <w:sz w:val="20"/>
        </w:rPr>
        <w:t>[alpha 25]</w:t>
      </w:r>
    </w:p>
    <w:p>
      <w:r>
        <w:rPr>
          <w:rFonts w:ascii="Gentium Plus" w:hAnsi="Gentium Plus"/>
          <w:sz w:val="24"/>
        </w:rPr>
        <w:t>τοῦ ἑνὸς μ ἀμῶ γίνεται· ὡς δοῦλος δουλῶ, φίλος φιλῶ, οἶκος οἰκῶ. οὕτω καὶ ἅμμος ἀμῶ, καὶ ἄλλο παράγωγον ἀμύνω· καὶ προσελθόντος τοῦ αλ, ὡς ἐπὶ πολλῶν ἄλ‐ λων, ἀμαλύνω γίνεται· πλεονασμῷ τοῦ δ, ἀμαλδύνω.</w:t>
      </w:r>
    </w:p>
    <w:p>
      <w:r>
        <w:rPr>
          <w:rFonts w:ascii="Courier New" w:hAnsi="Courier New"/>
          <w:color w:val="555555"/>
          <w:sz w:val="20"/>
        </w:rPr>
        <w:t>[5]</w:t>
      </w:r>
    </w:p>
    <w:p>
      <w:r>
        <w:rPr>
          <w:rFonts w:ascii="Gentium Plus" w:hAnsi="Gentium Plus"/>
          <w:sz w:val="24"/>
        </w:rPr>
        <w:t>Ἀποφράζω. φῶ ἐστὶ ῥῆμα τὸ λέγω. οὗ παράγωγον φά‐ ζω, καὶ πλεονασμῷ τοῦ ρ, φράζω. ὁ μέλλων φράσω. ὄνομα ῥηματικὸν φρὰς, καὶ σύνθετον ἀποφρὰς, ὡς λεί‐ βω λιβὰς, νείφω νειφὰς, καὶ δέρκω δερκὰς, καὶ δορκάς· οὕτω φρῶ φρὰς, καὶ ἀποφράς. ἀποφράδας δὲ</w:t>
      </w:r>
    </w:p>
    <w:p>
      <w:r>
        <w:rPr>
          <w:rFonts w:ascii="Courier New" w:hAnsi="Courier New"/>
          <w:color w:val="555555"/>
          <w:sz w:val="20"/>
        </w:rPr>
        <w:t>[10]</w:t>
      </w:r>
    </w:p>
    <w:p>
      <w:r>
        <w:rPr>
          <w:rFonts w:ascii="Gentium Plus" w:hAnsi="Gentium Plus"/>
          <w:sz w:val="24"/>
        </w:rPr>
        <w:t>ἔλεγον οἱ Ἀττικοὶ ἅσπερ ὑπελάμβανον ἡμέρας εἶναι χεί‐ ρους, ἐν αἷς ἀπείρητο αὐτοῖς τὸ πράξεσιν ἐπιχει‐ ρεῖν. ἀποφράδες οὖν αἱ ἀπηγορευμέναι καὶ ἄχρεστοι. Ἀμφικτύονες ...... ἀμφικτύονας οὖν ἔλεγον τοὺς τὴν Δελφῶν περιοικίαν νενομέμους Ἕλληνας.</w:t>
      </w:r>
    </w:p>
    <w:p>
      <w:r>
        <w:rPr>
          <w:rFonts w:ascii="Courier New" w:hAnsi="Courier New"/>
          <w:color w:val="555555"/>
          <w:sz w:val="20"/>
        </w:rPr>
        <w:t>[15]</w:t>
      </w:r>
    </w:p>
    <w:p>
      <w:r>
        <w:rPr>
          <w:rFonts w:ascii="Gentium Plus" w:hAnsi="Gentium Plus"/>
          <w:sz w:val="24"/>
        </w:rPr>
        <w:t>Ἄφνω, τὸ ἐξαφανοῦς· ἀφανής· ἀφανῶς ἐπίῤῥημα. συγκοπῇ, καὶ ἀποβολῇ τοῦ ς, ἄφνω. Ἄριστος, κυρίως ὁ ἐν πολέμῳ ἰσχυρός. καταχρηστικῶς δὲ καὶ ἐπὶ παντὸς προήκοντος· ὅτι δὲ κυρίως ἐπὶ τοῦ πο‐ λέμου τάττεται, δηλοῖ τὸ παρώνυμον ἀριστεύς.</w:t>
      </w:r>
    </w:p>
    <w:p>
      <w:r>
        <w:rPr>
          <w:rFonts w:ascii="Courier New" w:hAnsi="Courier New"/>
          <w:color w:val="555555"/>
          <w:sz w:val="20"/>
        </w:rPr>
        <w:t>[20]</w:t>
      </w:r>
    </w:p>
    <w:p>
      <w:r>
        <w:rPr>
          <w:rFonts w:ascii="Gentium Plus" w:hAnsi="Gentium Plus"/>
          <w:sz w:val="24"/>
        </w:rPr>
        <w:t>Ἄδην, παρὰ τὸ ἥδω δηλοῦν τὸ κορεσθῆναι, ὡς τὸ τέρ‐ πομαι, ὅπερ τὸ αὐτὸ ἐδήλου. τεταρπόμεθα γόοιο. καὶ τὸ παθητικὸν ἥδομαι ἥδῃ. ἄδω, ἄδην. ἀπὸ τούτου καὶ ἄδης τέ μιν ἵκετο θυμόν. Ἀποθανεῖν. ἡ ἀπὸ ἀποχωρισμὸν δηλοῖ· ὁμοίως καὶ τὸ ἀπα‐</w:t>
      </w:r>
    </w:p>
    <w:p>
      <w:r>
        <w:rPr>
          <w:rFonts w:ascii="Courier New" w:hAnsi="Courier New"/>
          <w:color w:val="555555"/>
          <w:sz w:val="20"/>
        </w:rPr>
        <w:t>[25]</w:t>
      </w:r>
    </w:p>
    <w:p>
      <w:r>
        <w:rPr>
          <w:rFonts w:ascii="Gentium Plus" w:hAnsi="Gentium Plus"/>
          <w:sz w:val="24"/>
        </w:rPr>
        <w:t>γορεύειν οὕτω νόει. Ἀνέδην, παρὰ τὸ ἰὴ, οὗ ὁ μέλλων ἤσω. καὶ ἐπίῤῥημα ἀνέδην γέγονεν· ἀθρόως. Ἀγνοῶ, γνοῶ Αἰολεῖς λέγουσι. Ἄχνυμαι, ἄχω ἐστὶ ῥῆμα, οὗ παθητικὸν ἄχομαι· καὶ</w:t>
      </w:r>
    </w:p>
    <w:p>
      <w:r>
        <w:rPr>
          <w:rFonts w:ascii="Courier New" w:hAnsi="Courier New"/>
          <w:color w:val="555555"/>
          <w:sz w:val="20"/>
        </w:rPr>
        <w:t>[30]</w:t>
      </w:r>
    </w:p>
    <w:p>
      <w:r>
        <w:rPr>
          <w:rFonts w:ascii="Gentium Plus" w:hAnsi="Gentium Plus"/>
          <w:sz w:val="24"/>
        </w:rPr>
        <w:t>παράγωγον ἀχόω· ὡς ἄνω ἀνέω· καὶ ὡς πλήθω πλη‐ θύω πληθύνω, οὕτως ἀχύνω καὶ ὑπερθέσει ἀχνύω.</w:t>
      </w:r>
    </w:p>
    <w:p>
      <w:r>
        <w:rPr>
          <w:rFonts w:ascii="Courier New" w:hAnsi="Courier New"/>
          <w:color w:val="555555"/>
          <w:sz w:val="20"/>
        </w:rPr>
        <w:t>[alpha 26]</w:t>
      </w:r>
    </w:p>
    <w:p>
      <w:r>
        <w:rPr>
          <w:rFonts w:ascii="Gentium Plus" w:hAnsi="Gentium Plus"/>
          <w:sz w:val="24"/>
        </w:rPr>
        <w:t>Ἄνασσα, οὐκ ἀπὸ τοῦ ἄναξ, ἀλλ’ ἀπὸ τοῦ ἀνάσσω, ὡς ἑλίσσω ἕλισσα, νύσσω νύσσα. τὰ γὰρ ἀπὸ τῶν εἰς ξ εἰς α παράγωγα ἐθνικὰ. ὡς Φοῖνιξ Φοίνισσα, Κίλιξ Κί‐ λισσα. τὰ δὲ εἰς ξ μὴ ὄντα ἐθνικὰ ὁμοίως λέγεται.</w:t>
      </w:r>
    </w:p>
    <w:p>
      <w:r>
        <w:rPr>
          <w:rFonts w:ascii="Courier New" w:hAnsi="Courier New"/>
          <w:color w:val="555555"/>
          <w:sz w:val="20"/>
        </w:rPr>
        <w:t>[5]</w:t>
      </w:r>
    </w:p>
    <w:p>
      <w:r>
        <w:rPr>
          <w:rFonts w:ascii="Gentium Plus" w:hAnsi="Gentium Plus"/>
          <w:sz w:val="24"/>
        </w:rPr>
        <w:t>καὶ ἐπὶ θηλυκῶν Αἰσχύλος· δέσποινα νύμφη. δυσχείμων ὁρῶν ἄναξ· Εὐριπίδης· Ἑρμιόνη γὰρ οὐ σμι‐ κρὰ φύλαξ. Ἄκρατος, κερῶ, καὶ κατὰ συγκοπὴν κρῶ, οὗ ὁ μέλλων κράσω· καὶ ὄνομα ῥηματικὸν κρατὸς, καὶ μετὰ τοῦ</w:t>
      </w:r>
    </w:p>
    <w:p>
      <w:r>
        <w:rPr>
          <w:rFonts w:ascii="Courier New" w:hAnsi="Courier New"/>
          <w:color w:val="555555"/>
          <w:sz w:val="20"/>
        </w:rPr>
        <w:t>[10]</w:t>
      </w:r>
    </w:p>
    <w:p>
      <w:r>
        <w:rPr>
          <w:rFonts w:ascii="Gentium Plus" w:hAnsi="Gentium Plus"/>
          <w:sz w:val="24"/>
        </w:rPr>
        <w:t>στερητικοῦ α, ἄκρατος. Ἀλίαστος, παρὰ τὸ λιάζω τὸ ἐκκλίνω. ὁ μέλλων λιάσω· ὄνομα ῥηματικὸν λιαστὸς, ὃν οὐκ ἄν τις ἐκκλίνοι, καὶ τὸ λιάζειν. Ἀλινόμενον ἐπὶ γῆς. ὥστε ποτὲ μὲν τὸ ἐκκλίνειν,</w:t>
      </w:r>
    </w:p>
    <w:p>
      <w:r>
        <w:rPr>
          <w:rFonts w:ascii="Courier New" w:hAnsi="Courier New"/>
          <w:color w:val="555555"/>
          <w:sz w:val="20"/>
        </w:rPr>
        <w:t>[15]</w:t>
      </w:r>
    </w:p>
    <w:p>
      <w:r>
        <w:rPr>
          <w:rFonts w:ascii="Gentium Plus" w:hAnsi="Gentium Plus"/>
          <w:sz w:val="24"/>
        </w:rPr>
        <w:t>ποτὲ δὲ τὸ ἐκκλίνεσθαι. Ἁδρός, παρὰ τὸ ἥδω. ἡδόμεθα γὰρ τοῖς μεγάλοις καὶ ἀροῖς. Ἆσθμα, ἄω τὸ πνέω, ἄσμα, καὶ πλεονασμῷ τοῦ θ. Ἀριθμός, παρὰ τὸ ἀρῶ, τὸ ἁρμόζω. ἁρμογὴ γὰρ μονάδων</w:t>
      </w:r>
    </w:p>
    <w:p>
      <w:r>
        <w:rPr>
          <w:rFonts w:ascii="Courier New" w:hAnsi="Courier New"/>
          <w:color w:val="555555"/>
          <w:sz w:val="20"/>
        </w:rPr>
        <w:t>[20]</w:t>
      </w:r>
    </w:p>
    <w:p>
      <w:r>
        <w:rPr>
          <w:rFonts w:ascii="Gentium Plus" w:hAnsi="Gentium Plus"/>
          <w:sz w:val="24"/>
        </w:rPr>
        <w:t>ὁ ἀριθμός. Ἀνήκεστος, παρὰ τὸ ἀκῶ, τὸ θεραπεύω, ἀκέσω ἀκε‐ στός, καὶ τροπῇ τοῦ α εἰς η, ἠκεστός. καὶ μετὰ τῆς α στερήσεως, ἥτις πολλάκις λαμβάνει τὸ ν, ἀνή‐ κεστος, ὡς ἀναιδὴς καὶ ἀναίσχυντος.</w:t>
      </w:r>
    </w:p>
    <w:p>
      <w:r>
        <w:rPr>
          <w:rFonts w:ascii="Courier New" w:hAnsi="Courier New"/>
          <w:color w:val="555555"/>
          <w:sz w:val="20"/>
        </w:rPr>
        <w:t>[25]</w:t>
      </w:r>
    </w:p>
    <w:p>
      <w:r>
        <w:rPr>
          <w:rFonts w:ascii="Gentium Plus" w:hAnsi="Gentium Plus"/>
          <w:sz w:val="24"/>
        </w:rPr>
        <w:t>Ἄδης, κατὰ στέρησιν τοῦ ἰδεῖν· ὃ ἐστὶν ἀφανής. Ἀπινύσσειν, πινόω ῥῆμα καὶ πνέω, καὶ πνόω. ἀπὸ τοῦ πνύω, πνύμα, ἔνθεν καὶ πεπνυμένος. ἀπὸ τοῦ πνεύω καὶ πνεύσω. πνευστὸς καὶ ἀνάπνευστος καὶ ἀ‐ νάπνευστις, καὶ ἀποβολῇ τοῦ τ, ἀνάπνευσις. ἀπὸ δὲ</w:t>
      </w:r>
    </w:p>
    <w:p>
      <w:r>
        <w:rPr>
          <w:rFonts w:ascii="Courier New" w:hAnsi="Courier New"/>
          <w:color w:val="555555"/>
          <w:sz w:val="20"/>
        </w:rPr>
        <w:t>[30]</w:t>
      </w:r>
    </w:p>
    <w:p>
      <w:r>
        <w:rPr>
          <w:rFonts w:ascii="Gentium Plus" w:hAnsi="Gentium Plus"/>
          <w:sz w:val="24"/>
        </w:rPr>
        <w:t>τοῦ πνύω γίνεται πινύω, πινυτός, ὡς ἀφύω ἀφύσσω, πινύω πινύσσω. ἔνθεν ἤδη γάρ με καὶ ἄλλοτε ᾗ ἐπί‐</w:t>
      </w:r>
    </w:p>
    <w:p>
      <w:r>
        <w:rPr>
          <w:rFonts w:ascii="Courier New" w:hAnsi="Courier New"/>
          <w:color w:val="555555"/>
          <w:sz w:val="20"/>
        </w:rPr>
        <w:t>[alpha 27]</w:t>
      </w:r>
    </w:p>
    <w:p>
      <w:r>
        <w:rPr>
          <w:rFonts w:ascii="Gentium Plus" w:hAnsi="Gentium Plus"/>
          <w:sz w:val="24"/>
        </w:rPr>
        <w:t>Ἅλις, τὸ ἐπίῤῥημα, δηλοῦν τὸ δαψιλὲς καὶ πολύ. παρὰ δὲ τὸ ἅλις ἅλιθα, καὶ τροπῇ τοῦ α εἰς η, ἥλιθα πολ‐ λὴν ἐκ παραλλήλου. Ἄγυρις, τὸ ἄθροισμα καὶ ἡ ἐκκλησία. παρὰ δὲ τὸ ἀγο‐</w:t>
      </w:r>
    </w:p>
    <w:p>
      <w:r>
        <w:rPr>
          <w:rFonts w:ascii="Courier New" w:hAnsi="Courier New"/>
          <w:color w:val="555555"/>
          <w:sz w:val="20"/>
        </w:rPr>
        <w:t>[5]</w:t>
      </w:r>
    </w:p>
    <w:p>
      <w:r>
        <w:rPr>
          <w:rFonts w:ascii="Gentium Plus" w:hAnsi="Gentium Plus"/>
          <w:sz w:val="24"/>
        </w:rPr>
        <w:t>ρῶ, ἀφ’ οὗ καὶ ἀγορητὴς, καὶ θηλυκὸν ὄνομα ἄγο‐ ρις, καὶ τροπῇ τοῦ ο εἰς υ κατ’ Αἰολέας, ἄγυρις, καὶ πανήγυρις. Ἅζομαι, ἐστὶ χάζομαι, καὶ ἀποβολῇ τοῦ χ, ἅζομαι· ὡς λείβω εἴβω, γαῖα αἶα. οἱ δὲ καὶ τιμῶντες ὑποχωροῦ‐</w:t>
      </w:r>
    </w:p>
    <w:p>
      <w:r>
        <w:rPr>
          <w:rFonts w:ascii="Courier New" w:hAnsi="Courier New"/>
          <w:color w:val="555555"/>
          <w:sz w:val="20"/>
        </w:rPr>
        <w:t>[10]</w:t>
      </w:r>
    </w:p>
    <w:p>
      <w:r>
        <w:rPr>
          <w:rFonts w:ascii="Gentium Plus" w:hAnsi="Gentium Plus"/>
          <w:sz w:val="24"/>
        </w:rPr>
        <w:t>σιν. Ἄζω, τὸ ξηραίνω κατὰ στέρησιν τοῦ ζῆν. τὸ γὰρ ζῶν καὶ ὑγρόν ἐστι. ἔνθεν καὶ διερὸς βροτὸς, ὁ ζῶν. καὶ ἀλίβας ὁ νεκρὸς εἴρηται. Ἀσπασίως, σπῶ ἐστὶ τὸ ῥῆμα, οὗ παθητικὸν σπῶμαι,</w:t>
      </w:r>
    </w:p>
    <w:p>
      <w:r>
        <w:rPr>
          <w:rFonts w:ascii="Courier New" w:hAnsi="Courier New"/>
          <w:color w:val="555555"/>
          <w:sz w:val="20"/>
        </w:rPr>
        <w:t>[15]</w:t>
      </w:r>
    </w:p>
    <w:p>
      <w:r>
        <w:rPr>
          <w:rFonts w:ascii="Gentium Plus" w:hAnsi="Gentium Plus"/>
          <w:sz w:val="24"/>
        </w:rPr>
        <w:t>καὶ τοῦ σπῶ παράγωγον σπάζω· ὡς βῶ βάζω· τούτῳ τῷ σπάζω ἡ α ἐπίτασις ἐπῆλθε, καὶ ἐποίησεν ἀσπάζω καὶ ἀσπάζομαι. τὸ ἀσπάζεσθαι γὰρ ἐστὶ, τὸ ἄγαν ἐπι‐ σπᾶσθαι. καὶ κυρίως τοῦτο ἐστὶ τὸ δεξιοῦσθαι ἐπι‐ σπώμενον τὴν χεῖρα. ἔνθεν παρ’ Ὁμήρῳ· ἦ ῥα καὶ</w:t>
      </w:r>
    </w:p>
    <w:p>
      <w:r>
        <w:rPr>
          <w:rFonts w:ascii="Courier New" w:hAnsi="Courier New"/>
          <w:color w:val="555555"/>
          <w:sz w:val="20"/>
        </w:rPr>
        <w:t>[20]</w:t>
      </w:r>
    </w:p>
    <w:p>
      <w:r>
        <w:rPr>
          <w:rFonts w:ascii="Gentium Plus" w:hAnsi="Gentium Plus"/>
          <w:sz w:val="24"/>
        </w:rPr>
        <w:t>ἐκ χειρὸς χεῖρα σπάσεν Ἀντινόοιο, ἐπὶ τοῦ ἀποστρε‐ φομένου. παρὰ δὲ τὸν ἀσπάσω μέλλοντα, ἀσπάσιος ὄνομα ῥηματικόν· ὡς θαυμάσω θαυμάσιος. Ἀντίον, παρὰ τὸ ἄντω βαρύτονον ῥῆμα. ἐστὶ δὲ καὶ ἀντῶ περισπώμενον. ἀφ’ οὗ τὸ ἀντίσω. καὶ ἀντίον</w:t>
      </w:r>
    </w:p>
    <w:p>
      <w:r>
        <w:rPr>
          <w:rFonts w:ascii="Courier New" w:hAnsi="Courier New"/>
          <w:color w:val="555555"/>
          <w:sz w:val="20"/>
        </w:rPr>
        <w:t>[25]</w:t>
      </w:r>
    </w:p>
    <w:p>
      <w:r>
        <w:rPr>
          <w:rFonts w:ascii="Gentium Plus" w:hAnsi="Gentium Plus"/>
          <w:sz w:val="24"/>
        </w:rPr>
        <w:t>ἐπίῤῥημα καὶ ἀντίης. Ἀλκή, παρὰ τὸ ἄλκω καὶ ἄλξω μέλλων. ἀφ’ οὗ ἀλ‐ κτήρ· ὡς παρὰ τὸ ἕλκω ὁλκὴ, ὁ σταθμός· καὶ παρὰ τὸ ἄλκω (ὅθεν καὶ διπλασιασμὸς ἄλαλκα) ἀλκὶ τὸ δέ· ἀλκὶ πεποιθώς. κατὰ μεταπλασμὸν, ὡς διχομήνῳ</w:t>
      </w:r>
    </w:p>
    <w:p>
      <w:r>
        <w:rPr>
          <w:rFonts w:ascii="Courier New" w:hAnsi="Courier New"/>
          <w:color w:val="555555"/>
          <w:sz w:val="20"/>
        </w:rPr>
        <w:t>[30]</w:t>
      </w:r>
    </w:p>
    <w:p>
      <w:r>
        <w:rPr>
          <w:rFonts w:ascii="Gentium Plus" w:hAnsi="Gentium Plus"/>
          <w:sz w:val="24"/>
        </w:rPr>
        <w:t>διχόμηνι.</w:t>
      </w:r>
    </w:p>
    <w:p>
      <w:r>
        <w:rPr>
          <w:rFonts w:ascii="Courier New" w:hAnsi="Courier New"/>
          <w:color w:val="555555"/>
          <w:sz w:val="20"/>
        </w:rPr>
        <w:t>[alpha 28]</w:t>
      </w:r>
    </w:p>
    <w:p>
      <w:r>
        <w:rPr>
          <w:rFonts w:ascii="Gentium Plus" w:hAnsi="Gentium Plus"/>
          <w:sz w:val="24"/>
        </w:rPr>
        <w:t>Ἀηδών, παρὰ τὸ ἀείδω, καὶ τροπῇ τῆς ει διφθόγ‐ γου εἰς η, ἀηδών. Ἀποσκύδμαινε. σκύζω ἐστὶ ῥῆμα, οὗ ὄνομα ῥηματι‐ κὸν σκύδος ἡ λοιδορία. καὶ ὡς παρὰ τὸ ἄζω, ἀζαί‐</w:t>
      </w:r>
    </w:p>
    <w:p>
      <w:r>
        <w:rPr>
          <w:rFonts w:ascii="Courier New" w:hAnsi="Courier New"/>
          <w:color w:val="555555"/>
          <w:sz w:val="20"/>
        </w:rPr>
        <w:t>[5]</w:t>
      </w:r>
    </w:p>
    <w:p>
      <w:r>
        <w:rPr>
          <w:rFonts w:ascii="Gentium Plus" w:hAnsi="Gentium Plus"/>
          <w:sz w:val="24"/>
        </w:rPr>
        <w:t>νω· Σώφρων· ἐγὼ δὲ σίτου μὲν οὐδὲν ἀζαίνομαι. καὶ παρὰ τὸ ἄζω ἀζαίνω, καὶ Ἰωνικῶς παρ’ Ὁμήρῳ καταζήνασκε δὲ δαίμων· οὕτω καὶ σκύζω, σκυζαίνω, καὶ τροπῇ τοῦ ζ εἰς δ, καὶ ἐνθέσει τοῦ μ, καὶ ζ διὰ τὴν ἀσυνταξίαν τοῦ μ καὶ ζ, ἐγένετο σκυδμαίνω.</w:t>
      </w:r>
    </w:p>
    <w:p>
      <w:r>
        <w:rPr>
          <w:rFonts w:ascii="Courier New" w:hAnsi="Courier New"/>
          <w:color w:val="555555"/>
          <w:sz w:val="20"/>
        </w:rPr>
        <w:t>[10]</w:t>
      </w:r>
    </w:p>
    <w:p>
      <w:r>
        <w:rPr>
          <w:rFonts w:ascii="Gentium Plus" w:hAnsi="Gentium Plus"/>
          <w:sz w:val="24"/>
        </w:rPr>
        <w:t>ἐρίζω ἐριζαίνω, καὶ τῷ αὐτῷ λόγῳ ἐριδμαίνω. Ἀμύμων, παρὰ τὸ μύω, μύσω· μύμων ἀμύμων· ὁ μὴ τε‐ ταπεινωμένος, μὴ δὲ ἀνακυκαμμυμένος· οἱ δὲ παρὰ τὸν μῶμον· ἄμωμος ἀμώμων, παρασύνθετον, καὶ τρο‐ πῇ τοῦ ω εἰς υ, ἀμύμων· τροπῇ δὲ τοῦ ω εἰς υ.</w:t>
      </w:r>
    </w:p>
    <w:p>
      <w:r>
        <w:rPr>
          <w:rFonts w:ascii="Courier New" w:hAnsi="Courier New"/>
          <w:color w:val="555555"/>
          <w:sz w:val="20"/>
        </w:rPr>
        <w:t>[15]</w:t>
      </w:r>
    </w:p>
    <w:p>
      <w:r>
        <w:rPr>
          <w:rFonts w:ascii="Gentium Plus" w:hAnsi="Gentium Plus"/>
          <w:sz w:val="24"/>
        </w:rPr>
        <w:t>ὡς παρὰ Σαπφοῖ, χελώνη χελύνη. Ἅρπυια, παρὰ τὸ ἅρπω, οὗ παράγωγον ἁρπάζω. οὕτως Ἡρωδιανός. Ἀθρόως, παροξυτόνως ἐπὶ τοῦ ἀθροίζειν· ἄθροος δὲ οὐκ ἐπὶ τοῦ αἰφνηδίου κατὰ στέρησιν τοῦ θρο· Οὐ γὰρ</w:t>
      </w:r>
    </w:p>
    <w:p>
      <w:r>
        <w:rPr>
          <w:rFonts w:ascii="Courier New" w:hAnsi="Courier New"/>
          <w:color w:val="555555"/>
          <w:sz w:val="20"/>
        </w:rPr>
        <w:t>[20]</w:t>
      </w:r>
    </w:p>
    <w:p>
      <w:r>
        <w:rPr>
          <w:rFonts w:ascii="Gentium Plus" w:hAnsi="Gentium Plus"/>
          <w:sz w:val="24"/>
        </w:rPr>
        <w:t>πᾶν ἦεν ὁμὸς θρόος, οὐδ’ ἴα γῆρις. Ἀνεψιός, παρὰ τὸ ἀνῆφθαι· ὁ ἄνωθεν συνημμένος εἰς συγγένειαν. Αὐγή, παρὰ τὸ ἄγω ῥῆμα, ᾗ διαγόμεθα. σκότος πα‐ ρὰ τὸ σχέθειν ἡμᾶς.</w:t>
      </w:r>
    </w:p>
    <w:p>
      <w:r>
        <w:rPr>
          <w:rFonts w:ascii="Courier New" w:hAnsi="Courier New"/>
          <w:color w:val="555555"/>
          <w:sz w:val="20"/>
        </w:rPr>
        <w:t>[25]</w:t>
      </w:r>
    </w:p>
    <w:p>
      <w:r>
        <w:rPr>
          <w:rFonts w:ascii="Gentium Plus" w:hAnsi="Gentium Plus"/>
          <w:sz w:val="24"/>
        </w:rPr>
        <w:t>Ἀμενηνός, μένος, ἄμενος, κατὰ πλεονασμὸν τοῦ ν. Ἀκρέμων, κρέμω ῥῆμα· ἀφ’ οὗ ῥηματικὸν ὄνομα κρέμων, καὶ κρέμονες τὸ πληθυντικόν· καὶ πλεονασμῷ τοῦ α ἀκρέμων· πλεονάζει δὲ τὸ α· ὡς στάχυς ἄσταχυς. οὕ‐</w:t>
      </w:r>
    </w:p>
    <w:p>
      <w:r>
        <w:rPr>
          <w:rFonts w:ascii="Courier New" w:hAnsi="Courier New"/>
          <w:color w:val="555555"/>
          <w:sz w:val="20"/>
        </w:rPr>
        <w:t>[alpha 29]</w:t>
      </w:r>
    </w:p>
    <w:p>
      <w:r>
        <w:rPr>
          <w:rFonts w:ascii="Gentium Plus" w:hAnsi="Gentium Plus"/>
          <w:sz w:val="24"/>
        </w:rPr>
        <w:t>Ἀγαθός, τινὲς παρὰ τὸ ἀγῶ τὸ θαυμάζω, οὗ παρά‐ γωγον εἰς μι ἄγημι· ὅθεν ἄγαμαι παθητικόν. παρὰ δὲ τὸ ἀγῶ ἀγάζω γίνεται· ὡς σκεδῶ σκεδάζω· ἀφ’ οὗ ὄνομα ῥηματικὸν ἄγαστος· καὶ ἀποβολῇ τοῦ ς καὶ</w:t>
      </w:r>
    </w:p>
    <w:p>
      <w:r>
        <w:rPr>
          <w:rFonts w:ascii="Courier New" w:hAnsi="Courier New"/>
          <w:color w:val="555555"/>
          <w:sz w:val="20"/>
        </w:rPr>
        <w:t>[5]</w:t>
      </w:r>
    </w:p>
    <w:p>
      <w:r>
        <w:rPr>
          <w:rFonts w:ascii="Gentium Plus" w:hAnsi="Gentium Plus"/>
          <w:sz w:val="24"/>
        </w:rPr>
        <w:t>τροπῇ τοῦ τ εἰς θ, ἀγαθός· ὡς ἐπὶ τοῦ κρεμῶ κρε‐ μάσρω κρεμάθρα. οὕτως Ἡρωδιανός. ὁ δὲ Φιλόξε‐ νος φησὶ σύνθετον αὐτὸ παρὰ τὸ ἄγαν καὶ θεῖος, καὶ συνθέσει καὶ συγκοπῇ ἀγαθός· ὅθεν οὐ λέγεται ἀγαθό‐ τερος, ἵνα μὴ ὦσιν ὡς δύο ἐπιτάσεις, ἀπὸ τοῦ ἄγαν</w:t>
      </w:r>
    </w:p>
    <w:p>
      <w:r>
        <w:rPr>
          <w:rFonts w:ascii="Courier New" w:hAnsi="Courier New"/>
          <w:color w:val="555555"/>
          <w:sz w:val="20"/>
        </w:rPr>
        <w:t>[10]</w:t>
      </w:r>
    </w:p>
    <w:p>
      <w:r>
        <w:rPr>
          <w:rFonts w:ascii="Gentium Plus" w:hAnsi="Gentium Plus"/>
          <w:sz w:val="24"/>
        </w:rPr>
        <w:t>καὶ τῆς συγκριτικῆς παραγώγως. Ἀσπίς, παρὰ τὸ σπῶ, οὗ παράγωγον σπίζω· ἀφ’ οὗ ὄνομα ῥηματικὸν σπι ἤτοι μακρὸν, παρὰ τὸ ἀποσπᾶ‐ σθαι καὶ ἀποτείνεσθαι. τοῦ δὲ σπίζω ὁ μέλλων σπί‐ σω· καὶ ἀποβολῇ τοῦ ω μέγα σπὶς, καὶ μετὰ τοῦ</w:t>
      </w:r>
    </w:p>
    <w:p>
      <w:r>
        <w:rPr>
          <w:rFonts w:ascii="Courier New" w:hAnsi="Courier New"/>
          <w:color w:val="555555"/>
          <w:sz w:val="20"/>
        </w:rPr>
        <w:t>[15]</w:t>
      </w:r>
    </w:p>
    <w:p>
      <w:r>
        <w:rPr>
          <w:rFonts w:ascii="Gentium Plus" w:hAnsi="Gentium Plus"/>
          <w:sz w:val="24"/>
        </w:rPr>
        <w:t>α στερητικοῦ ἀσπίς· ἥτις τοῦ μακρὰν εἶναι ἀπήλλα‐ κται. καὶ γὰρ περιφερὴς τῷ σώματι ἐστίν. Ἀεικέλιος, παρὰ τὸ εἴκω, εἴκιος, ὄνομα ῥηματικὸν, καὶ πλεονασμῷ τοῦ ελ εἰκέλιος, καὶ μετὰ τῆς α στερήσεως, ἀεικέλιος, ὁ ἀνόμοιος.</w:t>
      </w:r>
    </w:p>
    <w:p>
      <w:r>
        <w:rPr>
          <w:rFonts w:ascii="Courier New" w:hAnsi="Courier New"/>
          <w:color w:val="555555"/>
          <w:sz w:val="20"/>
        </w:rPr>
        <w:t>[20]</w:t>
      </w:r>
    </w:p>
    <w:p>
      <w:r>
        <w:rPr>
          <w:rFonts w:ascii="Gentium Plus" w:hAnsi="Gentium Plus"/>
          <w:sz w:val="24"/>
        </w:rPr>
        <w:t>Ἁπαλός, παρὰ τὸ τὴν ἁφὴν ὁ εὐαφὴς, οἷον ὁ εἴκων τῇ ἁφῇ. κατὰ μετάθεσιν τοῦ φ εἰς π, ἁπαλός. Ἀελλής, παρὰ τὸ εἴλλω, ἢ ἀόλλω, τροπῇ τοῦ ς εἰς ο ἀολὴς, ἀελλὴς εἶναι· οὐ κάτωθεν δὲ τῷ σημαινομένῳ τοῦ ἀελλὴς τὸ ἀολλής. καὶ γὰρ ἐνταῦθα ἡ ἄθροισις</w:t>
      </w:r>
    </w:p>
    <w:p>
      <w:r>
        <w:rPr>
          <w:rFonts w:ascii="Courier New" w:hAnsi="Courier New"/>
          <w:color w:val="555555"/>
          <w:sz w:val="20"/>
        </w:rPr>
        <w:t>[25]</w:t>
      </w:r>
    </w:p>
    <w:p>
      <w:r>
        <w:rPr>
          <w:rFonts w:ascii="Gentium Plus" w:hAnsi="Gentium Plus"/>
          <w:sz w:val="24"/>
        </w:rPr>
        <w:t>καὶ ἡ συστροφή. οὕτως Ἡρωδιανός. Ἀττική, παρὰ τὸ τὴν ἀκτήν· παραθαλασσία γὰρ ἐστίν·</w:t>
      </w:r>
    </w:p>
    <w:p>
      <w:r>
        <w:rPr>
          <w:rFonts w:ascii="Courier New" w:hAnsi="Courier New"/>
          <w:color w:val="555555"/>
          <w:sz w:val="20"/>
        </w:rPr>
        <w:t>[alpha 30]</w:t>
      </w:r>
    </w:p>
    <w:p>
      <w:r>
        <w:rPr>
          <w:rFonts w:ascii="Gentium Plus" w:hAnsi="Gentium Plus"/>
          <w:sz w:val="24"/>
        </w:rPr>
        <w:t>Ἄφαρ, παρὰ τὸ ἅπτω ῥῆμα· τὸ οὕτω ταχέως καὶ ἅμα τοῦ ἅψασθαι καὶ ἴεσθαι. Ἀείδω, παρὰ τὸ εἰδῶ, ἀείδω· τοῦ α κατ’ ἐπίτασιν κει‐ μένου.</w:t>
      </w:r>
    </w:p>
    <w:p>
      <w:r>
        <w:rPr>
          <w:rFonts w:ascii="Courier New" w:hAnsi="Courier New"/>
          <w:color w:val="555555"/>
          <w:sz w:val="20"/>
        </w:rPr>
        <w:t>[5]</w:t>
      </w:r>
    </w:p>
    <w:p>
      <w:r>
        <w:rPr>
          <w:rFonts w:ascii="Gentium Plus" w:hAnsi="Gentium Plus"/>
          <w:sz w:val="24"/>
        </w:rPr>
        <w:t>Ἀτρεύς, παρὰ τὸ τρέω τὸ φοβοῦμαι, ὡς τρέφω τροφός. ὁ μὴ φοβούμενος. Ἀγριώτης, ἀγρὸς, ἀγροίτης, πλεονασμῷ τοῦ ι, καὶ προσθέσει τοῦ ω, ἀγριώτης. Ἀγαυός. Ἡρωδιανὸς λέγει παρὰ τὸ γαίω τὸ γαυρίω</w:t>
      </w:r>
    </w:p>
    <w:p>
      <w:r>
        <w:rPr>
          <w:rFonts w:ascii="Courier New" w:hAnsi="Courier New"/>
          <w:color w:val="555555"/>
          <w:sz w:val="20"/>
        </w:rPr>
        <w:t>[10]</w:t>
      </w:r>
    </w:p>
    <w:p>
      <w:r>
        <w:rPr>
          <w:rFonts w:ascii="Gentium Plus" w:hAnsi="Gentium Plus"/>
          <w:sz w:val="24"/>
        </w:rPr>
        <w:t>ἀγαιὸς εἶναι, καὶ τροπῇ τοῦ ι εἰς υ ἀγαυὸς, ὡς καίω καύσω, πλεονάζοντος τοῦ α ἐπιτατικοῦ. Ἀσκληπιός, ὁ τὰ ἄγαν σκληρὰ ἤπια ποιῶν, τοῦ α ἐπί‐ τασιν σημαίνοντος. Ἀλίβας, ὁ νεκρὸς, παρὰ τὸ λιβάδα καὶ ὑγρότητα μὴ</w:t>
      </w:r>
    </w:p>
    <w:p>
      <w:r>
        <w:rPr>
          <w:rFonts w:ascii="Courier New" w:hAnsi="Courier New"/>
          <w:color w:val="555555"/>
          <w:sz w:val="20"/>
        </w:rPr>
        <w:t>[15]</w:t>
      </w:r>
    </w:p>
    <w:p>
      <w:r>
        <w:rPr>
          <w:rFonts w:ascii="Gentium Plus" w:hAnsi="Gentium Plus"/>
          <w:sz w:val="24"/>
        </w:rPr>
        <w:t>ἔχειν. ἔστι παρὰ Ἱππώνακτι καὶ ἐπὶ τοῦ ὄξους. Ἄμπελος, Ἡρωδιανὸς φησὶν ἐν Ἐπιμερισμοῖς ἀνάπηλος, παρὰ τὸ ἀναδοῦναι τὸν πηλὸν, τοῦτ’ ἔστι, τὸν οἶνον. πηλὸς δὲ ὁ οἶνος, παρὰ τὸ πάλλειν καὶ σείειν ἡμᾶς πίνοντας. οἱ δὲ παρὰ τὸ ἄνω πελάζειν, ἀνάπελός τις</w:t>
      </w:r>
    </w:p>
    <w:p>
      <w:r>
        <w:rPr>
          <w:rFonts w:ascii="Courier New" w:hAnsi="Courier New"/>
          <w:color w:val="555555"/>
          <w:sz w:val="20"/>
        </w:rPr>
        <w:t>[20]</w:t>
      </w:r>
    </w:p>
    <w:p>
      <w:r>
        <w:rPr>
          <w:rFonts w:ascii="Gentium Plus" w:hAnsi="Gentium Plus"/>
          <w:sz w:val="24"/>
        </w:rPr>
        <w:t>οὖσα. Ἀμύγδαλα, παρὰ τῷ κελύφει, τῷ ξυλώδει καλύμματι τῷ μετὰ τὸ χλωρὸν τῷ ἔξω ἀμχὰς πολλὰς ἔχειν. Ἀϋτμή, ἄω καὶ ἄσω, ὄνομα ἀσμὴ, καὶ τροπῇ τοῦ ς εἰς τ, ἀτμὴ, πλεονασμῷ τοῦ υ, ἀϋτμή. Ἡρωδιανὸς ἐν</w:t>
      </w:r>
    </w:p>
    <w:p>
      <w:r>
        <w:rPr>
          <w:rFonts w:ascii="Courier New" w:hAnsi="Courier New"/>
          <w:color w:val="555555"/>
          <w:sz w:val="20"/>
        </w:rPr>
        <w:t>[25]</w:t>
      </w:r>
    </w:p>
    <w:p>
      <w:r>
        <w:rPr>
          <w:rFonts w:ascii="Gentium Plus" w:hAnsi="Gentium Plus"/>
          <w:sz w:val="24"/>
        </w:rPr>
        <w:t>Ἐπιμερισμοῖς. Ἀμβροσία, παρὰ τὸ μὴ βροτοῖς δεδόσθαι· Οὐ γὰρ σῖτον</w:t>
      </w:r>
    </w:p>
    <w:p>
      <w:r>
        <w:rPr>
          <w:rFonts w:ascii="Courier New" w:hAnsi="Courier New"/>
          <w:color w:val="555555"/>
          <w:sz w:val="20"/>
        </w:rPr>
        <w:t>[alpha 31]</w:t>
      </w:r>
    </w:p>
    <w:p>
      <w:r>
        <w:rPr>
          <w:rFonts w:ascii="Gentium Plus" w:hAnsi="Gentium Plus"/>
          <w:sz w:val="24"/>
        </w:rPr>
        <w:t>Ἀναλογία, ὅθεν τὸ ἀκόλουθον, καὶ κατὰ λόγον δύο στε‐ ρήσεις ἔχει ἡ λέξις· αἵτινες ὁμοῦ οὖσαι κατάθεσιν δη‐ λοῦσιν, ὡς πηρὸς καὶ ἀνάπηρος ὁ πεπερωμένος. ἔστιν οὖν ὁ λόγος, ἄλογος, ἀλογία, καὶ μετὰ τῆς α στερή‐</w:t>
      </w:r>
    </w:p>
    <w:p>
      <w:r>
        <w:rPr>
          <w:rFonts w:ascii="Courier New" w:hAnsi="Courier New"/>
          <w:color w:val="555555"/>
          <w:sz w:val="20"/>
        </w:rPr>
        <w:t>[5]</w:t>
      </w:r>
    </w:p>
    <w:p>
      <w:r>
        <w:rPr>
          <w:rFonts w:ascii="Gentium Plus" w:hAnsi="Gentium Plus"/>
          <w:sz w:val="24"/>
        </w:rPr>
        <w:t>σεως, καὶ ἄλλη στέρησις, ἀναλογία. τοιοῦτον δὲ ἐστὶ καὶ τὸ ἀνάπυστα, τὰ περιβόητα· ἐπλεόνασε δὲ τὸ ν ἐν τῇ λέξει τῇ ἀναλογίᾳ, ὡς ἐν τῷ ἀναίσχυντος, ἀναιδής. Ἀκρεφνές, οἷον ἀκεραιοφανές. Ἀγγεῖλαι, κυρίως τὸ δι’ ἀγγέλων κελεύειν καὶ λέγειν.</w:t>
      </w:r>
    </w:p>
    <w:p>
      <w:r>
        <w:rPr>
          <w:rFonts w:ascii="Courier New" w:hAnsi="Courier New"/>
          <w:color w:val="555555"/>
          <w:sz w:val="20"/>
        </w:rPr>
        <w:t>[10]</w:t>
      </w:r>
    </w:p>
    <w:p>
      <w:r>
        <w:rPr>
          <w:rFonts w:ascii="Gentium Plus" w:hAnsi="Gentium Plus"/>
          <w:sz w:val="24"/>
        </w:rPr>
        <w:t>Ἄμυδις, παρὰ τὸ ἅμα ἄμαδις. καὶ τροπῇ τοῦ α εἰς υ, Αἰολικῶς ἄμυδις. Ἀμφωρεὺς, τὸ δίωτον σταμνὴν τὸ ἀμφοτέρωθεν φε‐</w:t>
      </w:r>
    </w:p>
    <w:p>
      <w:r>
        <w:rPr>
          <w:rFonts w:ascii="Courier New" w:hAnsi="Courier New"/>
          <w:color w:val="555555"/>
          <w:sz w:val="20"/>
        </w:rPr>
        <w:t>[alpha 32]</w:t>
      </w:r>
    </w:p>
    <w:p>
      <w:r>
        <w:rPr>
          <w:rFonts w:ascii="Gentium Plus" w:hAnsi="Gentium Plus"/>
          <w:sz w:val="24"/>
        </w:rPr>
        <w:t>Ἅρμα, παρὰ τὸ αἵρω ῥῆμα. Ἀλιτήριος, ἀλίτω ἐστὶ ῥῆμα βαρύτονον καὶ περισπώμενον, ὡς αἵρω καὶ ἀρῶ, σίνω καὶ σινῶ· Ἥτ’ ἄνδρας μέγα σίνεται, ἠδ’ ὀνίνησι. Καὶ λούω, λοῶ· ἔνθεν τό,</w:t>
      </w:r>
    </w:p>
    <w:p>
      <w:r>
        <w:rPr>
          <w:rFonts w:ascii="Courier New" w:hAnsi="Courier New"/>
          <w:color w:val="555555"/>
          <w:sz w:val="20"/>
        </w:rPr>
        <w:t>[5]</w:t>
      </w:r>
    </w:p>
    <w:p>
      <w:r>
        <w:rPr>
          <w:rFonts w:ascii="Gentium Plus" w:hAnsi="Gentium Plus"/>
          <w:sz w:val="24"/>
        </w:rPr>
        <w:t>Ἀλλ’ ὅτε δή μιν ἐγὼν ἐλόην. ἀλιτῶ οὖν καὶ ἀλιτή‐ σω, καὶ ὄνομα ῥηματικὸν ἀλιτήμων, ὡς φιλήσω φιλή‐ μων, νοήσω νοήμων, καὶ ἀλιτήμων ἄλιος σκοπός. ὁ δ’ ἀλιτήμων. οὐ γάρ τι θεοῖς ἀλίτημος ἐστίν. ἀπὸ δὲ τοῦ ἀλίτω βαρυτόνου ἀλίτης· φάτο γὰρ τίσα‐</w:t>
      </w:r>
    </w:p>
    <w:p>
      <w:r>
        <w:rPr>
          <w:rFonts w:ascii="Courier New" w:hAnsi="Courier New"/>
          <w:color w:val="555555"/>
          <w:sz w:val="20"/>
        </w:rPr>
        <w:t>[10]</w:t>
      </w:r>
    </w:p>
    <w:p>
      <w:r>
        <w:rPr>
          <w:rFonts w:ascii="Gentium Plus" w:hAnsi="Gentium Plus"/>
          <w:sz w:val="24"/>
        </w:rPr>
        <w:t>σθαι ἀλίτην. καὶ παρώνυμον ἀλιτὴρ, ὡς ἀρότης ἀ‐ ροτήρ. Καλλίμαχος· ἀρότας κύματος Ἀονίου. ἀλι‐</w:t>
      </w:r>
    </w:p>
    <w:p>
      <w:pPr>
        <w:jc w:val="center"/>
      </w:pPr>
      <w:r>
        <w:rPr>
          <w:rFonts w:ascii="Gentium Plus" w:hAnsi="Gentium Plus"/>
          <w:b/>
          <w:sz w:val="24"/>
        </w:rPr>
        <w:t>ΑΡΧΗ ΤΟΥ Β.</w:t>
      </w:r>
    </w:p>
    <w:p>
      <w:r>
        <w:rPr>
          <w:rFonts w:ascii="Courier New" w:hAnsi="Courier New"/>
          <w:color w:val="555555"/>
          <w:sz w:val="20"/>
        </w:rPr>
        <w:t>[1]</w:t>
      </w:r>
    </w:p>
    <w:p>
      <w:r>
        <w:rPr>
          <w:rFonts w:ascii="Gentium Plus" w:hAnsi="Gentium Plus"/>
          <w:sz w:val="24"/>
        </w:rPr>
        <w:t>Βιός, τὸ τόξον, παρὰ τὴν βίαν· διὰ τὸ βίας αὐτῷ δεῖν καὶ δυνάμεως εἰς τὴν ἔντασιν. Βοιωτία, ἀπὸ τοῦ Βοιωτοῦ τοῦ Ποσειδῶνος καὶ Ἄρνης τῆς Αἰόλου. ἐκλήθη δὲ οὕτως, ἐπειδὴ τεχθεὶς ἐξε‐</w:t>
      </w:r>
    </w:p>
    <w:p>
      <w:r>
        <w:rPr>
          <w:rFonts w:ascii="Courier New" w:hAnsi="Courier New"/>
          <w:color w:val="555555"/>
          <w:sz w:val="20"/>
        </w:rPr>
        <w:t>[5]</w:t>
      </w:r>
    </w:p>
    <w:p>
      <w:r>
        <w:rPr>
          <w:rFonts w:ascii="Gentium Plus" w:hAnsi="Gentium Plus"/>
          <w:sz w:val="24"/>
        </w:rPr>
        <w:t>τέχθη ὑπὸ τῆς μητρὸς εἰς βουκόλιον, παρὰ τὰς βοῦς. εἴρηται Βοιωτὸς καὶ Βοιωτία. Βασαρίδες, αἱ Βάκχαι, παρὰ τὸ ἐν βάσαις διάγειν. ἢ παρὰ τὸ ὑπόδημα, τὸ λεγόμενον βασάρη. ἐν τῇ βά‐ σει ἀρήρεται.</w:t>
      </w:r>
    </w:p>
    <w:p>
      <w:r>
        <w:rPr>
          <w:rFonts w:ascii="Courier New" w:hAnsi="Courier New"/>
          <w:color w:val="555555"/>
          <w:sz w:val="20"/>
        </w:rPr>
        <w:t>[10]</w:t>
      </w:r>
    </w:p>
    <w:p>
      <w:r>
        <w:rPr>
          <w:rFonts w:ascii="Gentium Plus" w:hAnsi="Gentium Plus"/>
          <w:sz w:val="24"/>
        </w:rPr>
        <w:t>Βίος, εἴρηται παρὰ τὴν βίαν καὶ τὴν ἀνάγκην· οἷον τὸ μετὰ μόχθου ζῇν.</w:t>
      </w:r>
    </w:p>
    <w:p>
      <w:r>
        <w:rPr>
          <w:rFonts w:ascii="Courier New" w:hAnsi="Courier New"/>
          <w:color w:val="555555"/>
          <w:sz w:val="20"/>
        </w:rPr>
        <w:t>[beta 32]</w:t>
      </w:r>
    </w:p>
    <w:p>
      <w:r>
        <w:rPr>
          <w:rFonts w:ascii="Gentium Plus" w:hAnsi="Gentium Plus"/>
          <w:sz w:val="24"/>
        </w:rPr>
        <w:t>σφοδρὸς ὢν, βρέμω βρεμαίνω· καὶ μεταθέσει τοῦ ρ εἰς λ βλεμεαίνω. Βράσων, ὁ βραδὺς, ὡς ταχὺς θάσσων· δύναται δὲ, ὁ μὴ καθεστὼς ἀπὸ τοῦ βρασμοῦ.</w:t>
      </w:r>
    </w:p>
    <w:p>
      <w:r>
        <w:rPr>
          <w:rFonts w:ascii="Courier New" w:hAnsi="Courier New"/>
          <w:color w:val="555555"/>
          <w:sz w:val="20"/>
        </w:rPr>
        <w:t>[5]</w:t>
      </w:r>
    </w:p>
    <w:p>
      <w:r>
        <w:rPr>
          <w:rFonts w:ascii="Gentium Plus" w:hAnsi="Gentium Plus"/>
          <w:sz w:val="24"/>
        </w:rPr>
        <w:t>Βουκόλον, ἤτοι βουκόνον, παρὰ τὸ κονεῖν περὶ τὰς βοῦς, τροπῇ τοῦ κ εἰς λ, ὡς νίτρον λίτρον. Βότρυς, οἷον πότρυς, ὁ ποσὶ τρυόμενος καὶ πατούμενος. Βάναυσος, ὁ τὰς βάνους ἅπτων· ὁ τὰς καμίνους αὔων, ἀντὶ τοῦ καίων.</w:t>
      </w:r>
    </w:p>
    <w:p>
      <w:r>
        <w:rPr>
          <w:rFonts w:ascii="Courier New" w:hAnsi="Courier New"/>
          <w:color w:val="555555"/>
          <w:sz w:val="20"/>
        </w:rPr>
        <w:t>[10]</w:t>
      </w:r>
    </w:p>
    <w:p>
      <w:r>
        <w:rPr>
          <w:rFonts w:ascii="Gentium Plus" w:hAnsi="Gentium Plus"/>
          <w:sz w:val="24"/>
        </w:rPr>
        <w:t>Βητάρμων, ὁ ὀρχηστὴς, παρὰ τὸ βαίνειν μετὰ ἁρμο‐ νίας.</w:t>
      </w:r>
    </w:p>
    <w:p>
      <w:r>
        <w:rPr>
          <w:rFonts w:ascii="Courier New" w:hAnsi="Courier New"/>
          <w:color w:val="555555"/>
          <w:sz w:val="20"/>
        </w:rPr>
        <w:t>[beta 33]</w:t>
      </w:r>
    </w:p>
    <w:p>
      <w:r>
        <w:rPr>
          <w:rFonts w:ascii="Gentium Plus" w:hAnsi="Gentium Plus"/>
          <w:sz w:val="24"/>
        </w:rPr>
        <w:t>λου διδόντες σύμβολον τῆς νίκης. ῥαβδευταὶ τινὲς ὄντες· καὶ πλεονασμῷ τοῦ κατ’ ἀρχὴν β, ὡς παρ’ Αἰολεῦσι τὸ ῥόδον βρόδον λέγεται. Βυσσοδομεύειν, παρὰ τὸ δομεύειν αὐτὰ καὶ κατασκευά‐</w:t>
      </w:r>
    </w:p>
    <w:p>
      <w:r>
        <w:rPr>
          <w:rFonts w:ascii="Courier New" w:hAnsi="Courier New"/>
          <w:color w:val="555555"/>
          <w:sz w:val="20"/>
        </w:rPr>
        <w:t>[5]</w:t>
      </w:r>
    </w:p>
    <w:p>
      <w:r>
        <w:rPr>
          <w:rFonts w:ascii="Gentium Plus" w:hAnsi="Gentium Plus"/>
          <w:sz w:val="24"/>
        </w:rPr>
        <w:t>ζειν ἐν βάθει. Βία, πλεονασμῷ τοῦ β. ἲς γὰρ ἴνα καὶ βία· ἲς δὲ ἡ δύνα‐ μις· παρὰ τὸ ὁρμᾶν. Βαλβίς, πλεονασμῷ τοῦ β, βηλὸς ὁ βαθμὸς, παρὰ τὸ ἐν αὐτῷ βῆναι. βήσω, βηλὸς, βηλὶς, ὡς ψῆφος ψηφίς.</w:t>
      </w:r>
    </w:p>
    <w:p>
      <w:r>
        <w:rPr>
          <w:rFonts w:ascii="Courier New" w:hAnsi="Courier New"/>
          <w:color w:val="555555"/>
          <w:sz w:val="20"/>
        </w:rPr>
        <w:t>[10]</w:t>
      </w:r>
    </w:p>
    <w:p>
      <w:r>
        <w:rPr>
          <w:rFonts w:ascii="Gentium Plus" w:hAnsi="Gentium Plus"/>
          <w:sz w:val="24"/>
        </w:rPr>
        <w:t>τροπῇ τοῦ η εἰς α, καὶ πλεονασμῷ τοῦ β, βαλβίς. Βάσκανος, ὁ τοὺς φαέσι καίνων, οἷον φονεύων. ἀκχὸς, πλεονασμῷ τοῦ κ, βάζω βάξω βάχος καὶ βάκχος, ὡς παρὰ τὴν ἰαχὴν ἴαχος· καὶ ἴ. Βάκχος· οἱ γὰρ μεθυσθέντες πλέον τῇ φωνῇ χρῶνται·</w:t>
      </w:r>
    </w:p>
    <w:p>
      <w:r>
        <w:rPr>
          <w:rFonts w:ascii="Courier New" w:hAnsi="Courier New"/>
          <w:color w:val="555555"/>
          <w:sz w:val="20"/>
        </w:rPr>
        <w:t>[15]</w:t>
      </w:r>
    </w:p>
    <w:p>
      <w:r>
        <w:rPr>
          <w:rFonts w:ascii="Gentium Plus" w:hAnsi="Gentium Plus"/>
          <w:sz w:val="24"/>
        </w:rPr>
        <w:t>ὡς εἴρηται θαρσαλέα παραγηρητῆρι φωνὰ γίνεται μεί‐ ζων. Βάπτω, βλάβω, βλάπτω, ἐπεισόδῳ τοῦ τ καὶ τρο‐ πῇ τοῦ β εἰς π, βλάπτω. Βλάξ, συγκοπὴ, καὶ μετάθεσις τοῦ μ εἰς β μαλακὸς</w:t>
      </w:r>
    </w:p>
    <w:p>
      <w:r>
        <w:rPr>
          <w:rFonts w:ascii="Courier New" w:hAnsi="Courier New"/>
          <w:color w:val="555555"/>
          <w:sz w:val="20"/>
        </w:rPr>
        <w:t>[20]</w:t>
      </w:r>
    </w:p>
    <w:p>
      <w:r>
        <w:rPr>
          <w:rFonts w:ascii="Gentium Plus" w:hAnsi="Gentium Plus"/>
          <w:sz w:val="24"/>
        </w:rPr>
        <w:t>καὶ παρώνυμον μάλαξ καὶ βλάξ. οὐ γὰρ ἐδύνατο τὸ μ προτάττεσθαι τοῦ λ. Βουβών, ἐπὶ τοῦ συμβαίνοντος οἰδήματος, παρὰ τὸ ἄγαν βαίνεις εἰς ὕψος· βῶ οὖν βῶν, καὶ ἐπιτατικοῦ μορίου τοῦ βοῦ βουβὼν, ὡς βούπαις, βουγάϊος, βού‐</w:t>
      </w:r>
    </w:p>
    <w:p>
      <w:r>
        <w:rPr>
          <w:rFonts w:ascii="Courier New" w:hAnsi="Courier New"/>
          <w:color w:val="555555"/>
          <w:sz w:val="20"/>
        </w:rPr>
        <w:t>[25]</w:t>
      </w:r>
    </w:p>
    <w:p>
      <w:r>
        <w:rPr>
          <w:rFonts w:ascii="Gentium Plus" w:hAnsi="Gentium Plus"/>
          <w:sz w:val="24"/>
        </w:rPr>
        <w:t>λιμος. Βροτός, παρὰ τὸ μείρω μορτὸς εἴρηται ὁ ἄνθρωπος. Καλ‐</w:t>
      </w:r>
    </w:p>
    <w:p>
      <w:r>
        <w:rPr>
          <w:rFonts w:ascii="Courier New" w:hAnsi="Courier New"/>
          <w:color w:val="555555"/>
          <w:sz w:val="20"/>
        </w:rPr>
        <w:t>[beta 34]</w:t>
      </w:r>
    </w:p>
    <w:p>
      <w:r>
        <w:rPr>
          <w:rFonts w:ascii="Gentium Plus" w:hAnsi="Gentium Plus"/>
          <w:sz w:val="24"/>
        </w:rPr>
        <w:t>ρίζω. Ὅμηρος· καὶ ἥμισυ μείρεο τιμῆς. μορτὸς οὖν, ᾧ μεμέρισται ἡ εἱμαρμένη. καὶ ὑπερθέσει τοῦ ρ καὶ τροπῇ τοῦ μ εἰς β, βροτός· οὐ γὰρ ἐδύνατο τὸ μὴ προτάττεσθαι τοῦ ρ. κατὰ σύλληψιν. ὡς καὶ ἐν τῷ</w:t>
      </w:r>
    </w:p>
    <w:p>
      <w:r>
        <w:rPr>
          <w:rFonts w:ascii="Courier New" w:hAnsi="Courier New"/>
          <w:color w:val="555555"/>
          <w:sz w:val="20"/>
        </w:rPr>
        <w:t>[5]</w:t>
      </w:r>
    </w:p>
    <w:p>
      <w:r>
        <w:rPr>
          <w:rFonts w:ascii="Gentium Plus" w:hAnsi="Gentium Plus"/>
          <w:sz w:val="24"/>
        </w:rPr>
        <w:t>μεσημβρία· μεσημρία γὰρ ἐστίν. οὕτως Ἡρωδιανὸς ἐν τοῖς Ἐπιμερισμοῖς. ἢ παρὰ τὸν μόρον τὴν κακοπά‐ θειαν· ἢ παρὰ τὸν βρότον τὸν φόνον. Βρέγμα, κυρίως ἐπὶ τῶν νηπίων, παρὰ τὸ ὑγρὸν εἶναι καὶ ἁπαλὸν τὸ μέρος. οὕτω Σωρανὸς ἐν ταῖς Ἐτυ‐</w:t>
      </w:r>
    </w:p>
    <w:p>
      <w:r>
        <w:rPr>
          <w:rFonts w:ascii="Courier New" w:hAnsi="Courier New"/>
          <w:color w:val="555555"/>
          <w:sz w:val="20"/>
        </w:rPr>
        <w:t>[10]</w:t>
      </w:r>
    </w:p>
    <w:p>
      <w:r>
        <w:rPr>
          <w:rFonts w:ascii="Gentium Plus" w:hAnsi="Gentium Plus"/>
          <w:sz w:val="24"/>
        </w:rPr>
        <w:t>μολογίαις τοῦ σώματος τοῦ ἀνθρώπου. Βόστρυχοι, οἷον βότρυχοι· σχήματι βότρυος ἀποκεκράμε‐ νοι. Βολβός, ἐπὶ τοῦ ὀφθαλμοῦ, ἀπὸ τῆς βολβοῦ ἐμφερείας τῆς πρὸς τὸ ἔξω.</w:t>
      </w:r>
    </w:p>
    <w:p>
      <w:r>
        <w:rPr>
          <w:rFonts w:ascii="Courier New" w:hAnsi="Courier New"/>
          <w:color w:val="555555"/>
          <w:sz w:val="20"/>
        </w:rPr>
        <w:t>[15]</w:t>
      </w:r>
    </w:p>
    <w:p>
      <w:r>
        <w:rPr>
          <w:rFonts w:ascii="Gentium Plus" w:hAnsi="Gentium Plus"/>
          <w:sz w:val="24"/>
        </w:rPr>
        <w:t>Βλέφαρα, ὅτι τὸ βλέπειν ἐστὶ φάρη. ἢ παρὰ τὸ αἴ‐ ρεσθαι αὐτὰ ἐν τῷ βλέπειν. Βραχίονες, οἷον βραχυκίονες· βραχύτεραι γὰρ τοῦ λοι‐ ποῦ μέρους τῶν χειρῶν τοῦ πήχεως. Βρεχμός, παρὰ τὸ βρέχω βρέξω βρεγμός· ὡς παρὰ τὸ</w:t>
      </w:r>
    </w:p>
    <w:p>
      <w:r>
        <w:rPr>
          <w:rFonts w:ascii="Courier New" w:hAnsi="Courier New"/>
          <w:color w:val="555555"/>
          <w:sz w:val="20"/>
        </w:rPr>
        <w:t>[20]</w:t>
      </w:r>
    </w:p>
    <w:p>
      <w:r>
        <w:rPr>
          <w:rFonts w:ascii="Gentium Plus" w:hAnsi="Gentium Plus"/>
          <w:sz w:val="24"/>
        </w:rPr>
        <w:t>ἔχω ἕξω ἐχμὸς καὶ συνεχμός. Βραδύς, παρὰ τὸ βάρος βαρύς. ὑπέρθεσις τοῦ ρ, καὶ πλεονασμῷ τοῦ δ, βραδύς. Βάτραχος, παρὰ τὸ βοὴν τραχεῖαν ἔχειν. βοάτραχυς, καὶ βάτραχος.</w:t>
      </w:r>
    </w:p>
    <w:p>
      <w:r>
        <w:rPr>
          <w:rFonts w:ascii="Courier New" w:hAnsi="Courier New"/>
          <w:color w:val="555555"/>
          <w:sz w:val="20"/>
        </w:rPr>
        <w:t>[25]</w:t>
      </w:r>
    </w:p>
    <w:p>
      <w:r>
        <w:rPr>
          <w:rFonts w:ascii="Gentium Plus" w:hAnsi="Gentium Plus"/>
          <w:sz w:val="24"/>
        </w:rPr>
        <w:t>Βινεῖν, ὅτι οἱ κομίζοντες τὴν ἡλικίαν ταὐτῆς συνουσίας, ἀρχὰς ἔχουσι τοῦ βίου. ἄλλοι δὲ παρὰ τὸ βύειν δε‐</w:t>
      </w:r>
    </w:p>
    <w:p>
      <w:r>
        <w:rPr>
          <w:rFonts w:ascii="Courier New" w:hAnsi="Courier New"/>
          <w:color w:val="555555"/>
          <w:sz w:val="20"/>
        </w:rPr>
        <w:t>[beta 35]</w:t>
      </w:r>
    </w:p>
    <w:p>
      <w:r>
        <w:rPr>
          <w:rFonts w:ascii="Gentium Plus" w:hAnsi="Gentium Plus"/>
          <w:sz w:val="24"/>
        </w:rPr>
        <w:t>Βορέας, ὁ ἄνεμος, παρὰ τὸ ἦχον τὸν γινόμενον κατὰ τὴν πνοὴν τὸ ὄνομα γέγονε. Βροντή, παρὰ τὸ βρομῶ βρόμος· κυρίως δὲ ἐπὶ πυρός. ἔνθεν καὶ βρόμαιος.</w:t>
      </w:r>
    </w:p>
    <w:p>
      <w:r>
        <w:rPr>
          <w:rFonts w:ascii="Courier New" w:hAnsi="Courier New"/>
          <w:color w:val="555555"/>
          <w:sz w:val="20"/>
        </w:rPr>
        <w:t>[5]</w:t>
      </w:r>
    </w:p>
    <w:p>
      <w:r>
        <w:rPr>
          <w:rFonts w:ascii="Gentium Plus" w:hAnsi="Gentium Plus"/>
          <w:sz w:val="24"/>
        </w:rPr>
        <w:t>Βλαστός, κατὰ συγγένειαν τοῦ β πρὸ τοῦ μ· ἐν τῷ με‐ ταλαμβάνεσθαι εἰς ἄλληλα πολλάκις· παρὰ τὸ βλώ‐ σκειν ἐν τῷ αὔξεσθαι, ὅ ἐστι μολίσκειν. Βρέφος, παρὰ τὸ φέρβω φέρβος· καὶ μεταθέσει τῶν δύο συμφώνων, βρέφος· τὸ δεόμενον φορβῆς.</w:t>
      </w:r>
    </w:p>
    <w:p>
      <w:r>
        <w:rPr>
          <w:rFonts w:ascii="Courier New" w:hAnsi="Courier New"/>
          <w:color w:val="555555"/>
          <w:sz w:val="20"/>
        </w:rPr>
        <w:t>[10]</w:t>
      </w:r>
    </w:p>
    <w:p>
      <w:r>
        <w:rPr>
          <w:rFonts w:ascii="Gentium Plus" w:hAnsi="Gentium Plus"/>
          <w:sz w:val="24"/>
        </w:rPr>
        <w:t>Βράγχος, παρὰ τὴν μίμησιν τῆς γινομένης αὐτῷ τρα‐ χύτητος ἐν τῇ φωνῇ· ἀφ’ οὗ καὶ βρόγχος λέγεται, δι’ οὗ ἀναφέρεται ἡ φωνή. Βῶλος, παρὰ τὸ βῶ τὸ τρέφω· οἱ γὰρ βῶλοι τῶν καρ‐ πῶν τὰς ἀναδόσεις ποιοῦνται.</w:t>
      </w:r>
    </w:p>
    <w:p>
      <w:r>
        <w:rPr>
          <w:rFonts w:ascii="Courier New" w:hAnsi="Courier New"/>
          <w:color w:val="555555"/>
          <w:sz w:val="20"/>
        </w:rPr>
        <w:t>[15]</w:t>
      </w:r>
    </w:p>
    <w:p>
      <w:r>
        <w:rPr>
          <w:rFonts w:ascii="Gentium Plus" w:hAnsi="Gentium Plus"/>
          <w:sz w:val="24"/>
        </w:rPr>
        <w:t>Βλωθρή, ὡς παρὰ τὸ λάμπω λαμπρὸς, καὶ παρὰ τὸ βλῶ, παράγωγον τὸ βλώθω· καὶ ὄνομα ῥηματικὸν βλωθρὸς, θηλυκὸν βλωθρὴ, ἡ ἀναδραμοῦσα καὶ ηὐξεμένη· ἀπὸ τοῦ μολεῖν εἰς ὕψος· ἢ παρὰ τὸ μόλω βλωθρή. Βλωμός, παρὰ τὸ βρῶ τὸ ἐσθίω· καὶ μεταθέσει τοῦ ρ</w:t>
      </w:r>
    </w:p>
    <w:p>
      <w:r>
        <w:rPr>
          <w:rFonts w:ascii="Courier New" w:hAnsi="Courier New"/>
          <w:color w:val="555555"/>
          <w:sz w:val="20"/>
        </w:rPr>
        <w:t>[20]</w:t>
      </w:r>
    </w:p>
    <w:p>
      <w:r>
        <w:rPr>
          <w:rFonts w:ascii="Gentium Plus" w:hAnsi="Gentium Plus"/>
          <w:sz w:val="24"/>
        </w:rPr>
        <w:t>εἰς λ βλωμός. ἄλλοι δὲ παρὰ τὸ βάλλειν εἰς στόμα. Βλάπτω, βρῶ ἐστὶ ῥῆμα ὁμοίως δηλοῦν τὸ ἐσθίω· καὶ μεταθέσει τοῦ ρ εἰς λ, βλάπτω. Βρώμη, παρὰ τὸ βρώσω μέλλοντα.</w:t>
      </w:r>
    </w:p>
    <w:p>
      <w:r>
        <w:rPr>
          <w:rFonts w:ascii="Courier New" w:hAnsi="Courier New"/>
          <w:color w:val="555555"/>
          <w:sz w:val="20"/>
        </w:rPr>
        <w:t>[beta 36]</w:t>
      </w:r>
    </w:p>
    <w:p>
      <w:r>
        <w:rPr>
          <w:rFonts w:ascii="Gentium Plus" w:hAnsi="Gentium Plus"/>
          <w:sz w:val="24"/>
        </w:rPr>
        <w:t>δὲ τοῦ βδέλλω βδέλλα. τοῖς ἀμέλγουσι ἔοικεν ἡ βδέλλα ἐν τῷ σπᾶν τοῦ αἵματος. Βάθι, ἐφ’ ᾧ ἐστι βῆναι. Βρενθύεται, θρύπτεται· Βησαντῖνος ἐν τῷ περὶ Χρη‐</w:t>
      </w:r>
    </w:p>
    <w:p>
      <w:r>
        <w:rPr>
          <w:rFonts w:ascii="Courier New" w:hAnsi="Courier New"/>
          <w:color w:val="555555"/>
          <w:sz w:val="20"/>
        </w:rPr>
        <w:t>[5]</w:t>
      </w:r>
    </w:p>
    <w:p>
      <w:r>
        <w:rPr>
          <w:rFonts w:ascii="Gentium Plus" w:hAnsi="Gentium Plus"/>
          <w:sz w:val="24"/>
        </w:rPr>
        <w:t>στομαθείας φησί, ὅτι Βρενθεῖον ἐστὶ μῦρον, καὶ οὕτω λέγει ἐν τοῖς ἰάμβοις τοὺς ἀλαζόνας καὶ τρυφε‐ ροὺς μύρῳ χρᾶσθι ἀκολουθεῖν· ἀπὸ τοῦ δηλαδὴ τοὺς θρυπτομένους ἐπὶ παντί. Βέλτερος, οὐκ ἀπὸ τοῦ βάλλω, ἀλλ’ ἴσως ἀπὸ τοῦ βέλ‐</w:t>
      </w:r>
    </w:p>
    <w:p>
      <w:r>
        <w:rPr>
          <w:rFonts w:ascii="Courier New" w:hAnsi="Courier New"/>
          <w:color w:val="555555"/>
          <w:sz w:val="20"/>
        </w:rPr>
        <w:t>[10]</w:t>
      </w:r>
    </w:p>
    <w:p>
      <w:r>
        <w:rPr>
          <w:rFonts w:ascii="Gentium Plus" w:hAnsi="Gentium Plus"/>
          <w:sz w:val="24"/>
        </w:rPr>
        <w:t>λω· ὅθεν βέλος καὶ βολὴ, ὡς τρέπω τροπὴ, ὄνομα ῥηματικόν· ἑτέρῳ τύπῳ τῶν εἰς ων, βελτίων, καὶ ὑπερθετικὸν βέλτιστος. Βόθυνος, βάθυνός τις ὤν. Βρόχος, ὁ περιτιθέμενος τῷ αὐχένι, παρὰ τὸν βρόχον</w:t>
      </w:r>
    </w:p>
    <w:p>
      <w:r>
        <w:rPr>
          <w:rFonts w:ascii="Courier New" w:hAnsi="Courier New"/>
          <w:color w:val="555555"/>
          <w:sz w:val="20"/>
        </w:rPr>
        <w:t>[15]</w:t>
      </w:r>
    </w:p>
    <w:p>
      <w:r>
        <w:rPr>
          <w:rFonts w:ascii="Gentium Plus" w:hAnsi="Gentium Plus"/>
          <w:sz w:val="24"/>
        </w:rPr>
        <w:t>εἴρηται, ὃν καὶ φάραγγα καλοῦσι. καὶ ἡ μὲν συνή‐ θεια βρόγχον καλεῖ· οἱ δὲ Ἀττικοὶ βράγχον· ἔν‐ θεν τὸ βράγχος τὸ πάθος. Βαμβαίνω, παρὰ τὸ βαίνω· οἱ γὰρ κατάσχετοι ὑπὸ φό‐ βου οὐχ οἷόν τε εἶναι ἑδραῖοι ταῖς βάσεσιν ἀμφοτέ‐</w:t>
      </w:r>
    </w:p>
    <w:p>
      <w:r>
        <w:rPr>
          <w:rFonts w:ascii="Courier New" w:hAnsi="Courier New"/>
          <w:color w:val="555555"/>
          <w:sz w:val="20"/>
        </w:rPr>
        <w:t>[20]</w:t>
      </w:r>
    </w:p>
    <w:p>
      <w:r>
        <w:rPr>
          <w:rFonts w:ascii="Gentium Plus" w:hAnsi="Gentium Plus"/>
          <w:sz w:val="24"/>
        </w:rPr>
        <w:t>ραις ὡς ὑπὸ Ὁμήρου παραδέδοται· ἀλλὰ μετοκλάζει, καὶ ἐπ’ ἀμφοτέρους πόδας ἵζει. ἀπὸ μεταφορᾶς οὖν τῶν ποδῶν εἴρηται ἐπὶ τῶν ἑδραίαν τὴν φωνὴν ἔχειν μὴ δυναμένων. βαίνω βαβαίνω καὶ βαμβαίνω. οὕ‐</w:t>
      </w:r>
    </w:p>
    <w:p>
      <w:r>
        <w:rPr>
          <w:rFonts w:ascii="Courier New" w:hAnsi="Courier New"/>
          <w:color w:val="555555"/>
          <w:sz w:val="20"/>
        </w:rPr>
        <w:t>[beta 37]</w:t>
      </w:r>
    </w:p>
    <w:p>
      <w:r>
        <w:rPr>
          <w:rFonts w:ascii="Gentium Plus" w:hAnsi="Gentium Plus"/>
          <w:sz w:val="24"/>
        </w:rPr>
        <w:t>Βάζειν, βοῶ πρωτότυπον· συγκοπῇ βῶ, παράγωγον βάζω, ὡς φῶ φάζω. καὶ πλεονασμῷ τοῦ ρ, φράζω. τὸ δὲ βάζω ὁ μέλλων βάξω, καὶ ὄνομα βάξις. Βάβαξ, ὁ λαός. Ἀρχίλοχος· κατ’ οἶκον ἐστρωφᾶ‐</w:t>
      </w:r>
    </w:p>
    <w:p>
      <w:r>
        <w:rPr>
          <w:rFonts w:ascii="Courier New" w:hAnsi="Courier New"/>
          <w:color w:val="555555"/>
          <w:sz w:val="20"/>
        </w:rPr>
        <w:t>[5]</w:t>
      </w:r>
    </w:p>
    <w:p>
      <w:r>
        <w:rPr>
          <w:rFonts w:ascii="Gentium Plus" w:hAnsi="Gentium Plus"/>
          <w:sz w:val="24"/>
        </w:rPr>
        <w:t>το δυσμενὴς βάβαξ. ἐκ τοῦ βάζω βάζω, βὰξ ὄνο‐ μα, διπλασιασμῷ βάβαξ. Βᾶθρον, παρὰ τὸ βῶ βῆμι καὶ βίβημι. ἔνθεν τὸ ἤϊε μακρὰ βιβάς. βάθρον τι γίνεται ῥηματικὸν ὄνομα, καὶ τροπῇ τοῦ τ εἰς θ δι’ εὐφωνίαν βάθρον.</w:t>
      </w:r>
    </w:p>
    <w:p>
      <w:r>
        <w:rPr>
          <w:rFonts w:ascii="Courier New" w:hAnsi="Courier New"/>
          <w:color w:val="555555"/>
          <w:sz w:val="20"/>
        </w:rPr>
        <w:t>[10]</w:t>
      </w:r>
    </w:p>
    <w:p>
      <w:r>
        <w:rPr>
          <w:rFonts w:ascii="Gentium Plus" w:hAnsi="Gentium Plus"/>
          <w:sz w:val="24"/>
        </w:rPr>
        <w:t>Βλώσκω, μολῶ ἐστὶν, ἀφ’ οὗ μολίσκω, καὶ μεταθέσει τοῦ μ εἰς β, καὶ συγκοπῇ, βλώσκω. Βρῶμα, ἀπὸ τοῦ βρῶ, ὁ μέλλων βρώσω. βρῶμα, βρο‐ τὸς καὶ ἄβροτος, ἡ βρῶσις. Βορά, παρὰ τὸ βῶ τὸ τρέφω, οὗ μέλλων βώσω, ἀφ’ οὗ</w:t>
      </w:r>
    </w:p>
    <w:p>
      <w:r>
        <w:rPr>
          <w:rFonts w:ascii="Courier New" w:hAnsi="Courier New"/>
          <w:color w:val="555555"/>
          <w:sz w:val="20"/>
        </w:rPr>
        <w:t>[15]</w:t>
      </w:r>
    </w:p>
    <w:p>
      <w:r>
        <w:rPr>
          <w:rFonts w:ascii="Gentium Plus" w:hAnsi="Gentium Plus"/>
          <w:sz w:val="24"/>
        </w:rPr>
        <w:t>βορὸς καὶ βορὰ, καὶ βοτήρ. Βολβός, ἐπὶ τοῦ ἐσθιομένου, ἀπὸ τοῦ βίᾳ ἀναβάλλε‐</w:t>
      </w:r>
    </w:p>
    <w:p>
      <w:r>
        <w:rPr>
          <w:rFonts w:ascii="Courier New" w:hAnsi="Courier New"/>
          <w:color w:val="555555"/>
          <w:sz w:val="20"/>
        </w:rPr>
        <w:t>[beta 38]</w:t>
      </w:r>
    </w:p>
    <w:p>
      <w:r>
        <w:rPr>
          <w:rFonts w:ascii="Gentium Plus" w:hAnsi="Gentium Plus"/>
          <w:sz w:val="24"/>
        </w:rPr>
        <w:t>Βρόγχος, παρὰ τὸ βρέχω βρόγχος, πλεονασμῷ τοῦ γ. δίϋγρος γὰρ ὁ τόπος. Βουλή, βέλω, βολὴ, πλεονασμῷ τοῦ υ, βουλή. ἐπιβουλὴ γὰρ ψυχῆς ἐστί.</w:t>
      </w:r>
    </w:p>
    <w:p>
      <w:r>
        <w:rPr>
          <w:rFonts w:ascii="Courier New" w:hAnsi="Courier New"/>
          <w:color w:val="555555"/>
          <w:sz w:val="20"/>
        </w:rPr>
        <w:t>[5]</w:t>
      </w:r>
    </w:p>
    <w:p>
      <w:r>
        <w:rPr>
          <w:rFonts w:ascii="Gentium Plus" w:hAnsi="Gentium Plus"/>
          <w:sz w:val="24"/>
        </w:rPr>
        <w:t>Βάζω, ἐκ μεταθέσεως τοῦ φ εἰς β, ὡς Φενίκη Βερε‐ νίκη, κυφὸν κυβὸν, ὅθεν ἀποβολῇ τοῦ κ ὑβὸν ἄρο‐ τρον. φῶ οὖν ἐστὶ λέγω. οὗ παράγωγον φάζω. ὁ μέλ‐ λων φάσκω δύναται. δύναται δὲ καὶ παρὰ τὴν βοὴν εἶναι βάζω, βοὴ βοάζω, καὶ συγκοπῇ βάζω.</w:t>
      </w:r>
    </w:p>
    <w:p>
      <w:r>
        <w:rPr>
          <w:rFonts w:ascii="Courier New" w:hAnsi="Courier New"/>
          <w:color w:val="555555"/>
          <w:sz w:val="20"/>
        </w:rPr>
        <w:t>[10]</w:t>
      </w:r>
    </w:p>
    <w:p>
      <w:r>
        <w:rPr>
          <w:rFonts w:ascii="Gentium Plus" w:hAnsi="Gentium Plus"/>
          <w:sz w:val="24"/>
        </w:rPr>
        <w:t>Βάδεα, πλεονασμῷ τοῦ β. ἄδεα γὰρ ἐστὶ κυρίως ἐπὶ τῶν ἐγκοιτίων. Βαῦνοι, οἱ κάμινοι, παρὰ τὸ αὔω αὖνος, καὶ πλεονασμῷ τοῦ β βαῦνοι. Βυθός, παρὰ τὸ βάθος, ἣ παρὰ τὸ βύζω, βυτὸς καὶ</w:t>
      </w:r>
    </w:p>
    <w:p>
      <w:r>
        <w:rPr>
          <w:rFonts w:ascii="Courier New" w:hAnsi="Courier New"/>
          <w:color w:val="555555"/>
          <w:sz w:val="20"/>
        </w:rPr>
        <w:t>[15]</w:t>
      </w:r>
    </w:p>
    <w:p>
      <w:r>
        <w:rPr>
          <w:rFonts w:ascii="Gentium Plus" w:hAnsi="Gentium Plus"/>
          <w:sz w:val="24"/>
        </w:rPr>
        <w:t>βυθός.</w:t>
      </w:r>
    </w:p>
    <w:p>
      <w:pPr>
        <w:jc w:val="center"/>
      </w:pPr>
      <w:r>
        <w:rPr>
          <w:rFonts w:ascii="Gentium Plus" w:hAnsi="Gentium Plus"/>
          <w:b/>
          <w:sz w:val="24"/>
        </w:rPr>
        <w:t>ΑΡΧΗ ΤΟΥ Γ.</w:t>
      </w:r>
    </w:p>
    <w:p>
      <w:r>
        <w:rPr>
          <w:rFonts w:ascii="Courier New" w:hAnsi="Courier New"/>
          <w:color w:val="555555"/>
          <w:sz w:val="20"/>
        </w:rPr>
        <w:t>[1]</w:t>
      </w:r>
    </w:p>
    <w:p>
      <w:r>
        <w:rPr>
          <w:rFonts w:ascii="Gentium Plus" w:hAnsi="Gentium Plus"/>
          <w:sz w:val="24"/>
        </w:rPr>
        <w:t>Γέφυρα, οἷον γῆ ἐφ’ ὑγρῷ κειμένη, οἷον γήφερά τις οὖσα. Γνόφος, κενὸς φάους ἀήρ. κατὰ μετάθεσιν τοῦ κ εἰς π, κενοφαός τις ὤν· τινὲς δὲ οὕτω· νέφος, νόφος,</w:t>
      </w:r>
    </w:p>
    <w:p>
      <w:r>
        <w:rPr>
          <w:rFonts w:ascii="Courier New" w:hAnsi="Courier New"/>
          <w:color w:val="555555"/>
          <w:sz w:val="20"/>
        </w:rPr>
        <w:t>[5]</w:t>
      </w:r>
    </w:p>
    <w:p>
      <w:r>
        <w:rPr>
          <w:rFonts w:ascii="Gentium Plus" w:hAnsi="Gentium Plus"/>
          <w:sz w:val="24"/>
        </w:rPr>
        <w:t>καὶ πλεονασμῷ τοῦ γ, γνόφος. Γνύξ, γόνυξ ἐστίν· ἀντὶ τοῦ ἐπὶ τοῦ γόνυ· ἔνθεν</w:t>
      </w:r>
    </w:p>
    <w:p>
      <w:r>
        <w:rPr>
          <w:rFonts w:ascii="Courier New" w:hAnsi="Courier New"/>
          <w:color w:val="555555"/>
          <w:sz w:val="20"/>
        </w:rPr>
        <w:t>[gamma 38]</w:t>
      </w:r>
    </w:p>
    <w:p>
      <w:r>
        <w:rPr>
          <w:rFonts w:ascii="Gentium Plus" w:hAnsi="Gentium Plus"/>
          <w:sz w:val="24"/>
        </w:rPr>
        <w:t>Γλωχίν, ἡ γωνία, παρὰ τὸ γλύψαι, τὸ κοιλάναι. Γνῶστις, ὁ ἀδελφός· παρὰ τὸ μᾶλλον τῶν ἄλλων γι‐ νώσκεσθαι· ἢ ἅμα τινὶ γεγενημένος. Γυμνάσια, οἱ τόποι ὅπου ἐγυμνάζοντο· ἐπὶ γυμνοὶ ἠγω‐</w:t>
      </w:r>
    </w:p>
    <w:p>
      <w:r>
        <w:rPr>
          <w:rFonts w:ascii="Courier New" w:hAnsi="Courier New"/>
          <w:color w:val="555555"/>
          <w:sz w:val="20"/>
        </w:rPr>
        <w:t>[5]</w:t>
      </w:r>
    </w:p>
    <w:p>
      <w:r>
        <w:rPr>
          <w:rFonts w:ascii="Gentium Plus" w:hAnsi="Gentium Plus"/>
          <w:sz w:val="24"/>
        </w:rPr>
        <w:t>νίζοντο· ὥστε ἐπὶ τῶν ἀλητῶν. Γουνὸς ἀλωῆς, ὁ ὑψηλὸς τόπος, ἀπὸ τῶν ἐν σώμα‐</w:t>
      </w:r>
    </w:p>
    <w:p>
      <w:r>
        <w:rPr>
          <w:rFonts w:ascii="Courier New" w:hAnsi="Courier New"/>
          <w:color w:val="555555"/>
          <w:sz w:val="20"/>
        </w:rPr>
        <w:t>[gamma 39]</w:t>
      </w:r>
    </w:p>
    <w:p>
      <w:r>
        <w:rPr>
          <w:rFonts w:ascii="Gentium Plus" w:hAnsi="Gentium Plus"/>
          <w:sz w:val="24"/>
        </w:rPr>
        <w:t>ἀπὸ τοῦ κονεῖν καὶ ἐνεργεῖν. ὅθεν καὶ διάκονος. τινὲς δὲ, ὁ τραχύτατος τόπος, ἀπὸ τῶν γονάτων· ὁμοίως τῶν ἐν τῷ σώματι τραχέων τόπων καὶ ὀστωδῶν. ἐν δὲ τοῖς ὀρεινοῖς καὶ πετρώδεσι τόποις εἰς τὸ πλέον αὔξεται.</w:t>
      </w:r>
    </w:p>
    <w:p>
      <w:r>
        <w:rPr>
          <w:rFonts w:ascii="Courier New" w:hAnsi="Courier New"/>
          <w:color w:val="555555"/>
          <w:sz w:val="20"/>
        </w:rPr>
        <w:t>[5]</w:t>
      </w:r>
    </w:p>
    <w:p>
      <w:r>
        <w:rPr>
          <w:rFonts w:ascii="Gentium Plus" w:hAnsi="Gentium Plus"/>
          <w:sz w:val="24"/>
        </w:rPr>
        <w:t>ἢ ὁ γόνιμος τόπος· παρὰ τὸ γόνον καὶ γουνὸς, κατὰ πλεονασμὸν τοῦ υ. γόνος μὲν βαρυτόνως, τὸ γεγενη‐ μένον, ὀξυτόνως δὲ, τὸ γεννητικὸν, ἢ ὁ γεννητικὸς τό‐ πος εἴρηται. Γαμβρός, γάμος γαμηρὸς, συγκοπῇ καὶ προσθέσει τοῦ β,</w:t>
      </w:r>
    </w:p>
    <w:p>
      <w:r>
        <w:rPr>
          <w:rFonts w:ascii="Courier New" w:hAnsi="Courier New"/>
          <w:color w:val="555555"/>
          <w:sz w:val="20"/>
        </w:rPr>
        <w:t>[10]</w:t>
      </w:r>
    </w:p>
    <w:p>
      <w:r>
        <w:rPr>
          <w:rFonts w:ascii="Gentium Plus" w:hAnsi="Gentium Plus"/>
          <w:sz w:val="24"/>
        </w:rPr>
        <w:t>γαμβρός. Γαστήρ, ὅτι γαστρίζει ἡμᾶς ἐπιχορηγοῦσα τὴν τροφήν. Γλουτοί, οὕτω λέγονται διὰ ὑγρότητα καὶ τρυφερότητα· οἷον γλοιοὶ τινὲς ὄντες. καὶ γὰρ οὗτοι μετὰ λειότητος ἔνυγροι εἰσί.</w:t>
      </w:r>
    </w:p>
    <w:p>
      <w:r>
        <w:rPr>
          <w:rFonts w:ascii="Courier New" w:hAnsi="Courier New"/>
          <w:color w:val="555555"/>
          <w:sz w:val="20"/>
        </w:rPr>
        <w:t>[15]</w:t>
      </w:r>
    </w:p>
    <w:p>
      <w:r>
        <w:rPr>
          <w:rFonts w:ascii="Gentium Plus" w:hAnsi="Gentium Plus"/>
          <w:sz w:val="24"/>
        </w:rPr>
        <w:t>Γόνυ, ὅτι κατὰ τὸ αὐτὸ γναμπτόμενον τὸ σκέλος ὥσπερ γωνίαν ἀποτελεῖ. Γάλα, τὸ καλὸν εἰς ἀνατροφὴν, οἷον κάλα. καὶ μετα‐ θέσει τοῦ κ εἰς γ, γάλα. Γυνή, γονή τις ἐστὶν, παρὰ τὴν γονήν· διὰ τὸ δεκτικὸν</w:t>
      </w:r>
    </w:p>
    <w:p>
      <w:r>
        <w:rPr>
          <w:rFonts w:ascii="Courier New" w:hAnsi="Courier New"/>
          <w:color w:val="555555"/>
          <w:sz w:val="20"/>
        </w:rPr>
        <w:t>[20]</w:t>
      </w:r>
    </w:p>
    <w:p>
      <w:r>
        <w:rPr>
          <w:rFonts w:ascii="Gentium Plus" w:hAnsi="Gentium Plus"/>
          <w:sz w:val="24"/>
        </w:rPr>
        <w:t>εἶναι τοῦ γόνου, τουτέστι τοῦ σπέρματος. ὁ δὲ Φιλόξε‐ νος ἐν τῷ περὶ Ἀναδιπλασιασμοῦ φησὶν, ὅτι γῶ ἐστὶ ῥῆμα δηλοῦν τὸ δέχομαι, καὶ λαμβάνω. ὅθεν καὶ γω‐ ρυτὸς τὸ δεχόμενον τὸ ρυ. —γω. Γωγυῖα γυνή, δεκτικὴ τοῦ σπέρματος.</w:t>
      </w:r>
    </w:p>
    <w:p>
      <w:r>
        <w:rPr>
          <w:rFonts w:ascii="Courier New" w:hAnsi="Courier New"/>
          <w:color w:val="555555"/>
          <w:sz w:val="20"/>
        </w:rPr>
        <w:t>[25]</w:t>
      </w:r>
    </w:p>
    <w:p>
      <w:r>
        <w:rPr>
          <w:rFonts w:ascii="Gentium Plus" w:hAnsi="Gentium Plus"/>
          <w:sz w:val="24"/>
        </w:rPr>
        <w:t>Γυῖα, κυρίως ἐστὶν ἐπὶ τῶν ποδῶν. παρὰ τὸ ἐπὶ τῆς γύης ἰέναι, τουτέστι τῆς γῆς. τάττεται δὲ καὶ ἐπὶ τῶν χειρῶν.</w:t>
      </w:r>
    </w:p>
    <w:p>
      <w:r>
        <w:rPr>
          <w:rFonts w:ascii="Courier New" w:hAnsi="Courier New"/>
          <w:color w:val="555555"/>
          <w:sz w:val="20"/>
        </w:rPr>
        <w:t>[gamma 40]</w:t>
      </w:r>
    </w:p>
    <w:p>
      <w:r>
        <w:rPr>
          <w:rFonts w:ascii="Gentium Plus" w:hAnsi="Gentium Plus"/>
          <w:sz w:val="24"/>
        </w:rPr>
        <w:t>νοῦν γαληνιᾶσθαι τῇ ποικιλίᾳ τῶν ὁρατῶν. ἢ ἀπὸ τοῦ γλαύσειν, ὃ ἐστὶ λάμπειν. Γλαυκός, παρὰ τὸ γλαύσσειν. Γνάθος, παρὰ τὴν γνάψιν καὶ κλάσιν. χαλινοὶ δὲ ὅτι</w:t>
      </w:r>
    </w:p>
    <w:p>
      <w:r>
        <w:rPr>
          <w:rFonts w:ascii="Courier New" w:hAnsi="Courier New"/>
          <w:color w:val="555555"/>
          <w:sz w:val="20"/>
        </w:rPr>
        <w:t>[5]</w:t>
      </w:r>
    </w:p>
    <w:p>
      <w:r>
        <w:rPr>
          <w:rFonts w:ascii="Gentium Plus" w:hAnsi="Gentium Plus"/>
          <w:sz w:val="24"/>
        </w:rPr>
        <w:t>δι’ αὐτῶν τὸ χαίνειν γίνεται. Γένυς, οἷον κέρυς τὶς οὖσα, ὅτι κένος τὸ κατ’ αὐ‐ τὸν μέρος ὀστέων. οἱ δὲ, ὅτι γεννᾷ ὀδόντας καὶ τρί‐ χας. Γένειον, τὸ μέσον καὶ ἐξέχον τῆς κάτω γένυος. ἀπὸ</w:t>
      </w:r>
    </w:p>
    <w:p>
      <w:r>
        <w:rPr>
          <w:rFonts w:ascii="Courier New" w:hAnsi="Courier New"/>
          <w:color w:val="555555"/>
          <w:sz w:val="20"/>
        </w:rPr>
        <w:t>[10]</w:t>
      </w:r>
    </w:p>
    <w:p>
      <w:r>
        <w:rPr>
          <w:rFonts w:ascii="Gentium Plus" w:hAnsi="Gentium Plus"/>
          <w:sz w:val="24"/>
        </w:rPr>
        <w:t>τοῦ δι’ αὐτοῦ τὰ γένη διαστέλλεσθαι τῶν ἀῤῥένων καὶ τῶν θηλυκῶν, καὶ ἀτελῶν καὶ τελείων ἡλικιῶν. οὕτω Σωρανός. Γεγωνεῖν, τὸ θέμα γνωῶ· μεταθέσει τοῦ ν γονῶ, δι‐ πλασιασμὸς γεγωνώς. οἱ γὰρ Ἴωνες ὡς ἀπὸ</w:t>
      </w:r>
    </w:p>
    <w:p>
      <w:r>
        <w:rPr>
          <w:rFonts w:ascii="Courier New" w:hAnsi="Courier New"/>
          <w:color w:val="555555"/>
          <w:sz w:val="20"/>
        </w:rPr>
        <w:t>[15]</w:t>
      </w:r>
    </w:p>
    <w:p>
      <w:r>
        <w:rPr>
          <w:rFonts w:ascii="Gentium Plus" w:hAnsi="Gentium Plus"/>
          <w:sz w:val="24"/>
        </w:rPr>
        <w:t>προπερισπωμένου προφέρονται, γεγωνηκότες λέγον‐ τες, καὶ γεγωνέω. Γράστις, παρὰ τὸ γράω ῥῆμα, τὸ ἐσθίω· ὁ μέλ‐ λων γράσω· γράσις, καὶ πλεονασμῷ τοῦ τ, γράστις. Γλίχεσθαι, παρὰ τὸ λίαν ἔχεσθαι.</w:t>
      </w:r>
    </w:p>
    <w:p>
      <w:r>
        <w:rPr>
          <w:rFonts w:ascii="Courier New" w:hAnsi="Courier New"/>
          <w:color w:val="555555"/>
          <w:sz w:val="20"/>
        </w:rPr>
        <w:t>[20]</w:t>
      </w:r>
    </w:p>
    <w:p>
      <w:r>
        <w:rPr>
          <w:rFonts w:ascii="Gentium Plus" w:hAnsi="Gentium Plus"/>
          <w:sz w:val="24"/>
        </w:rPr>
        <w:t>Γρίπος. παρὰ τὸ ἀγρεῖν, ὃ ἐστὶ παρακολουθεῖν τῇ ἄγρᾳ οὕτως Ἡρωδιανὸς ἐν τῇ Ὀρθογραφίᾳ· γρίπος ἁλι‐ ευτικόν τι δύκτιον, οἷον ἄγριπον. ἀγρεῖν δὲ, τὸ λαμ‐ βάνειν. Γείτων, παρὰ τὴν γῆν γεΐτων, καὶ γείτων, ὁ ἐν τοῖς</w:t>
      </w:r>
    </w:p>
    <w:p>
      <w:r>
        <w:rPr>
          <w:rFonts w:ascii="Courier New" w:hAnsi="Courier New"/>
          <w:color w:val="555555"/>
          <w:sz w:val="20"/>
        </w:rPr>
        <w:t>[25]</w:t>
      </w:r>
    </w:p>
    <w:p>
      <w:r>
        <w:rPr>
          <w:rFonts w:ascii="Gentium Plus" w:hAnsi="Gentium Plus"/>
          <w:sz w:val="24"/>
        </w:rPr>
        <w:t>αὐτοῖς τόποις. Γάδειρα, οἷον τῆς γῆς δειρά. Γαιήοχος, παρὰ τὸ γεννᾷν. Γῆρας, παρὰ τὸ εἰς γῆν ἐῤῥεῖν. διὰ τὸ ἐγγὺς εἶναι θα‐</w:t>
      </w:r>
    </w:p>
    <w:p>
      <w:r>
        <w:rPr>
          <w:rFonts w:ascii="Courier New" w:hAnsi="Courier New"/>
          <w:color w:val="555555"/>
          <w:sz w:val="20"/>
        </w:rPr>
        <w:t>[gamma 41]</w:t>
      </w:r>
    </w:p>
    <w:p>
      <w:r>
        <w:rPr>
          <w:rFonts w:ascii="Gentium Plus" w:hAnsi="Gentium Plus"/>
          <w:sz w:val="24"/>
        </w:rPr>
        <w:t>Γαλήνη, ἡ καθισταμένη θάλασσα παρὰ τὸ γάλα. οἱ δὲ παρὰ τὸ γελᾶν· γελάνη τὸ πρᾶον καὶ ἡδὺ ἔχουσα. Γέρανος, γήρευνός τις ἐστί· ἀπὸ τοῦ τὰ τῆς γῆς ἐρευνᾶν σπέρματα.</w:t>
      </w:r>
    </w:p>
    <w:p>
      <w:r>
        <w:rPr>
          <w:rFonts w:ascii="Courier New" w:hAnsi="Courier New"/>
          <w:color w:val="555555"/>
          <w:sz w:val="20"/>
        </w:rPr>
        <w:t>[5]</w:t>
      </w:r>
    </w:p>
    <w:p>
      <w:r>
        <w:rPr>
          <w:rFonts w:ascii="Gentium Plus" w:hAnsi="Gentium Plus"/>
          <w:sz w:val="24"/>
        </w:rPr>
        <w:t>Γαῦρος, παρὰ τὸ γαίω τὸ γαυριῶ, ἢ παρὰ τὸ ἀπὸ γῆς αἴρεσθαι. Γρυπός, γρυβόνες παρὰ τοῖς Αἰολεῦσι τὸ ἐπικαμπές, ἤτοι ῥυβόν. καὶ τροπῇ τοῦ β εἰς π, ῥύπος, πλεονα‐ σμῷ τοῦ γ γρυπός. οὕτως Ἡρωδιανὸς ἐν τοῖς Ἐλέγχοις.</w:t>
      </w:r>
    </w:p>
    <w:p>
      <w:r>
        <w:rPr>
          <w:rFonts w:ascii="Courier New" w:hAnsi="Courier New"/>
          <w:color w:val="555555"/>
          <w:sz w:val="20"/>
        </w:rPr>
        <w:t>[10]</w:t>
      </w:r>
    </w:p>
    <w:p>
      <w:r>
        <w:rPr>
          <w:rFonts w:ascii="Gentium Plus" w:hAnsi="Gentium Plus"/>
          <w:sz w:val="24"/>
        </w:rPr>
        <w:t>Γαγγαλίζεσθαι, παρὰ τὸ γελῶ γελίζω, τροπῇ τοῦ ε εἰς α, γαλίζω. διπλασιασμῷ, καὶ πλεονασμῷ τοῦ γ, γαγ‐ γαλίζω, τὸ εἰς γέλωτα ἄγειν. οὕτω Φιλόξενος ἐν τῷ περὶ Ἀναδιπλασιασμοῦ. Γαμψός, κάμψω καμψός, καὶ ἔκαμψε, καὶ ἔγναψε.</w:t>
      </w:r>
    </w:p>
    <w:p>
      <w:r>
        <w:rPr>
          <w:rFonts w:ascii="Courier New" w:hAnsi="Courier New"/>
          <w:color w:val="555555"/>
          <w:sz w:val="20"/>
        </w:rPr>
        <w:t>[15]</w:t>
      </w:r>
    </w:p>
    <w:p>
      <w:r>
        <w:rPr>
          <w:rFonts w:ascii="Gentium Plus" w:hAnsi="Gentium Plus"/>
          <w:sz w:val="24"/>
        </w:rPr>
        <w:t>ἔγναψες γὰρ ἅπαντας, Ὅμηρος. καὶ γαμψόνυχες ἀπὸ τοῦ καμψόνυχες. Γαλαθηνός, παρὰ τὸν θήσω μέλλοντα, δηλοῦντα τὸ θρέ‐ ψαι, ὡς τὸ, ἐπηετανὸν γάλα θῆσθαι· τὸ ἐσθί‐ ειν καὶ τὸ τρέφεσθαι· καὶ θοίνη ἡ τροφή· ἐστὶν οὖν</w:t>
      </w:r>
    </w:p>
    <w:p>
      <w:r>
        <w:rPr>
          <w:rFonts w:ascii="Courier New" w:hAnsi="Courier New"/>
          <w:color w:val="555555"/>
          <w:sz w:val="20"/>
        </w:rPr>
        <w:t>[20]</w:t>
      </w:r>
    </w:p>
    <w:p>
      <w:r>
        <w:rPr>
          <w:rFonts w:ascii="Gentium Plus" w:hAnsi="Gentium Plus"/>
          <w:sz w:val="24"/>
        </w:rPr>
        <w:t>θήσω θηνός, ὡς δήσω δεινός, κλείω κλεινός. καὶ σύν‐ θετον γαλαθηνός. Γέρας, ἡ τιμὴ, παρὰ τὸ γῆρας τὸ τίμιον, τροπῇ τοῦ η εἰς ε. Γομφίος, τροπῇ τοῦ α εἰς ο. γαμφίος γὰρ ἦν, καὶ παρὰ</w:t>
      </w:r>
    </w:p>
    <w:p>
      <w:r>
        <w:rPr>
          <w:rFonts w:ascii="Courier New" w:hAnsi="Courier New"/>
          <w:color w:val="555555"/>
          <w:sz w:val="20"/>
        </w:rPr>
        <w:t>[25]</w:t>
      </w:r>
    </w:p>
    <w:p>
      <w:r>
        <w:rPr>
          <w:rFonts w:ascii="Gentium Plus" w:hAnsi="Gentium Plus"/>
          <w:sz w:val="24"/>
        </w:rPr>
        <w:t>τὸ γνάπτεσθαι· κατὰ συγγένειαν τοῦ γ πρὸς τοῦ κ. ἐκ τοῦ κάμπτω. γαμφίος οὖν ἀπὸ τῶν καμβίων</w:t>
      </w:r>
    </w:p>
    <w:p>
      <w:r>
        <w:rPr>
          <w:rFonts w:ascii="Courier New" w:hAnsi="Courier New"/>
          <w:color w:val="555555"/>
          <w:sz w:val="20"/>
        </w:rPr>
        <w:t>[gamma 42]</w:t>
      </w:r>
    </w:p>
    <w:p>
      <w:r>
        <w:rPr>
          <w:rFonts w:ascii="Gentium Plus" w:hAnsi="Gentium Plus"/>
          <w:sz w:val="24"/>
        </w:rPr>
        <w:t>Γαμφολή, παρὰ τὸ κνάμπτω καὶ γνάμπτω, καὶ γαμφὴ ὄνομα ῥηματικὸν, καὶ ἕτερον ἀπ’ αὐτοῦ παράγωγον γαμφηλή. Γάνος, παρὰ τὸ γανῶσαι τὸ λαμπρῦναι.</w:t>
      </w:r>
    </w:p>
    <w:p>
      <w:r>
        <w:rPr>
          <w:rFonts w:ascii="Courier New" w:hAnsi="Courier New"/>
          <w:color w:val="555555"/>
          <w:sz w:val="20"/>
        </w:rPr>
        <w:t>[5]</w:t>
      </w:r>
    </w:p>
    <w:p>
      <w:r>
        <w:rPr>
          <w:rFonts w:ascii="Gentium Plus" w:hAnsi="Gentium Plus"/>
          <w:sz w:val="24"/>
        </w:rPr>
        <w:t>Γωρητός, παρὰ τὸ γῶ τὸ λαμβάνω, ὅπερ εἴρηται ἀπὸ τῆς γῆς τῆς τὰ πάντα λαμβανούσης καὶ χωρούσης. γωρητὸς οὖν ὁ λαμβάνων καὶ δεχόμενος τὸ ῥυτὸν, του‐ τέστι τὸ τόξον. Γαστήρ, ἡ εἰς κύτος γεννηθεῖσα καὶ εἰς τὸ λαμβά‐</w:t>
      </w:r>
    </w:p>
    <w:p>
      <w:r>
        <w:rPr>
          <w:rFonts w:ascii="Courier New" w:hAnsi="Courier New"/>
          <w:color w:val="555555"/>
          <w:sz w:val="20"/>
        </w:rPr>
        <w:t>[10]</w:t>
      </w:r>
    </w:p>
    <w:p>
      <w:r>
        <w:rPr>
          <w:rFonts w:ascii="Gentium Plus" w:hAnsi="Gentium Plus"/>
          <w:sz w:val="24"/>
        </w:rPr>
        <w:t>νειν τι. Ἔντο, ἕλετο ἐστὶ, καὶ κατὰ συγκοπὴν ἕλτο, καὶ τρο‐ πῇ τοῦ λ εἰς ν ἔντο· ὡς τὸ ἦλθεν· καὶ ποιοῦσιν οἱ Δωριεῖς ἦνθεν· καὶ πλεονασμῷ τοῦ γ, γέντο. Γωνία, παρὰ τὸ γόνυ, ὅπερ ἐπικάμπτεται, ἡ κεκλαμένη,</w:t>
      </w:r>
    </w:p>
    <w:p>
      <w:r>
        <w:rPr>
          <w:rFonts w:ascii="Courier New" w:hAnsi="Courier New"/>
          <w:color w:val="555555"/>
          <w:sz w:val="20"/>
        </w:rPr>
        <w:t>[15]</w:t>
      </w:r>
    </w:p>
    <w:p>
      <w:r>
        <w:rPr>
          <w:rFonts w:ascii="Gentium Plus" w:hAnsi="Gentium Plus"/>
          <w:sz w:val="24"/>
        </w:rPr>
        <w:t>πεποίηται φύσει κτητικῷ. Γινώσκω, νοῶ, νοΐσκω, καὶ τροπῇ τοῦ ο εἰς ω, καὶ ἀπο‐ βολῇ τοῦ ι, νώσκω, καὶ κατὰ Ἠπειρώτας γνώσκω· καὶ πλεονασμῷ τοῦ γ, καὶ διπλασιασμῷ, γινώσκω. Γνώμη, νοῶ νοήσω νοήμη, καὶ συναλοιφῇ ἤτοι κράσει</w:t>
      </w:r>
    </w:p>
    <w:p>
      <w:r>
        <w:rPr>
          <w:rFonts w:ascii="Courier New" w:hAnsi="Courier New"/>
          <w:color w:val="555555"/>
          <w:sz w:val="20"/>
        </w:rPr>
        <w:t>[20]</w:t>
      </w:r>
    </w:p>
    <w:p>
      <w:r>
        <w:rPr>
          <w:rFonts w:ascii="Gentium Plus" w:hAnsi="Gentium Plus"/>
          <w:sz w:val="24"/>
        </w:rPr>
        <w:t>νώμη, καὶ πλεονασμῷ τοῦ γ, γνώμη. Γάμος, δάμος ἐστὶ τροπῇ τοῦ γ εἰς δ, ὁ δαμαστικὸς καὶ ὑποτακτικὸς τῶν θηλειῶν. ὅθεν καὶ τὰς παρθέ‐ νους ἀδαμάστους λέγουσιν. οἱ δὲ παρὰ τὸ γεννᾶν. Γέῤῥα, δέῤῥα ἐστὶ, τροπῇ τοῦ δ εἰς γ, εἴτε τὰ σκηνώ‐</w:t>
      </w:r>
    </w:p>
    <w:p>
      <w:r>
        <w:rPr>
          <w:rFonts w:ascii="Courier New" w:hAnsi="Courier New"/>
          <w:color w:val="555555"/>
          <w:sz w:val="20"/>
        </w:rPr>
        <w:t>[25]</w:t>
      </w:r>
    </w:p>
    <w:p>
      <w:r>
        <w:rPr>
          <w:rFonts w:ascii="Gentium Plus" w:hAnsi="Gentium Plus"/>
          <w:sz w:val="24"/>
        </w:rPr>
        <w:t>ματα, ἐν οἷς τὰ ὤνια ἐπιπράσκετο, εἴτε τὰ δερμά‐ τινα αἰδοῖα.</w:t>
      </w:r>
    </w:p>
    <w:p>
      <w:r>
        <w:rPr>
          <w:rFonts w:ascii="Courier New" w:hAnsi="Courier New"/>
          <w:color w:val="555555"/>
          <w:sz w:val="20"/>
        </w:rPr>
        <w:t>[gamma 43]</w:t>
      </w:r>
    </w:p>
    <w:p>
      <w:r>
        <w:rPr>
          <w:rFonts w:ascii="Gentium Plus" w:hAnsi="Gentium Plus"/>
          <w:sz w:val="24"/>
        </w:rPr>
        <w:t>ἐπὶ τοῦ κοίλου. ἐπὶ δὲ τοῦ ἡδέος, τὸ διορύττειν καὶ κινοῦν τὴν ἀκοὴν εἰς ἡδονήν. καταχρηστικῶς δὲ ἐπὶ ἄλλων. Γραῦς, ῥεύσω ἐστὶ μέλλων ἀπὸ τοῦ ῥέω, καὶ πλεονασμῷ</w:t>
      </w:r>
    </w:p>
    <w:p>
      <w:r>
        <w:rPr>
          <w:rFonts w:ascii="Courier New" w:hAnsi="Courier New"/>
          <w:color w:val="555555"/>
          <w:sz w:val="20"/>
        </w:rPr>
        <w:t>[5]</w:t>
      </w:r>
    </w:p>
    <w:p>
      <w:r>
        <w:rPr>
          <w:rFonts w:ascii="Gentium Plus" w:hAnsi="Gentium Plus"/>
          <w:sz w:val="24"/>
        </w:rPr>
        <w:t>τοῦ γ, γρεύω, καὶ γραῦς τὸ διεῤῥυκὸς γύναιον, τρο‐ πῇ τοῦ ε εἰς α. Γύαλον, κυρίως τὸ κοῖλον τῆς χειρὸς, παρὰ τὸ γύω, ἀφ’ οὗ γύον καὶ γύϊον. τὸ δὲ γύω, παράγωγον τοῦ γῶ, δηλοῦντος τὸ λαμβάνω. ἀφ’ οὗ γῆ, ἡ πάντα λαμ‐</w:t>
      </w:r>
    </w:p>
    <w:p>
      <w:r>
        <w:rPr>
          <w:rFonts w:ascii="Courier New" w:hAnsi="Courier New"/>
          <w:color w:val="555555"/>
          <w:sz w:val="20"/>
        </w:rPr>
        <w:t>[10]</w:t>
      </w:r>
    </w:p>
    <w:p>
      <w:r>
        <w:rPr>
          <w:rFonts w:ascii="Gentium Plus" w:hAnsi="Gentium Plus"/>
          <w:sz w:val="24"/>
        </w:rPr>
        <w:t>βάνουσα. γύον οὖν, καὶ πλεονασμῷ τοῦ αλ, γύλαον.</w:t>
      </w:r>
    </w:p>
    <w:p>
      <w:r>
        <w:rPr>
          <w:rFonts w:ascii="Courier New" w:hAnsi="Courier New"/>
          <w:color w:val="555555"/>
          <w:sz w:val="20"/>
        </w:rPr>
        <w:t>[gamma 44]</w:t>
      </w:r>
    </w:p>
    <w:p>
      <w:r>
        <w:rPr>
          <w:rFonts w:ascii="Gentium Plus" w:hAnsi="Gentium Plus"/>
          <w:sz w:val="24"/>
        </w:rPr>
        <w:t>Γαυλός, γῶ γάζω γαλὸς, καὶ πλεονασμῷ τοῦ υ, γαυλός. Γαγγεῖον γάλακτος δεκτικόν. καὶ οὐ πάντως δεῖ πα‐ ρὰ τὸ γάλα αὐτὸ λαβεῖν. σημαίνει δὲ καὶ εἶδος πλοίου. Γάγγαμος, δίκτυον ἐστίν· ὡς γάζω, γάσω, γάμος,</w:t>
      </w:r>
    </w:p>
    <w:p>
      <w:r>
        <w:rPr>
          <w:rFonts w:ascii="Courier New" w:hAnsi="Courier New"/>
          <w:color w:val="555555"/>
          <w:sz w:val="20"/>
        </w:rPr>
        <w:t>[5]</w:t>
      </w:r>
    </w:p>
    <w:p>
      <w:r>
        <w:rPr>
          <w:rFonts w:ascii="Gentium Plus" w:hAnsi="Gentium Plus"/>
          <w:sz w:val="24"/>
        </w:rPr>
        <w:t>γάγγαμος καὶ γάγγαμον, τοῦ γ διπλασιασμῷ. ἀπὸ τοῦ λαμβάνειν τὰ ἀγρευόμενα. Γρώνη, γώνη γρώνη· ἡ δεχομένη πέτρα σχοινία. Γυρῖνοι, οἱ βάτραχοι· παρὰ τὸ γυρὸν, τὸ περιφερές.</w:t>
      </w:r>
    </w:p>
    <w:p>
      <w:pPr>
        <w:jc w:val="center"/>
      </w:pPr>
      <w:r>
        <w:rPr>
          <w:rFonts w:ascii="Gentium Plus" w:hAnsi="Gentium Plus"/>
          <w:b/>
          <w:sz w:val="24"/>
        </w:rPr>
        <w:t>ΑΡΧΗ ΤΟΥ Δ.</w:t>
      </w:r>
    </w:p>
    <w:p>
      <w:r>
        <w:rPr>
          <w:rFonts w:ascii="Courier New" w:hAnsi="Courier New"/>
          <w:color w:val="555555"/>
          <w:sz w:val="20"/>
        </w:rPr>
        <w:t>[1]</w:t>
      </w:r>
    </w:p>
    <w:p>
      <w:r>
        <w:rPr>
          <w:rFonts w:ascii="Gentium Plus" w:hAnsi="Gentium Plus"/>
          <w:sz w:val="24"/>
        </w:rPr>
        <w:t>Δαφοινός. μέλας. φοινὴν γὰρ τὸ μέλαν. Δράκων ἐπὶ νῶτα δαφοινός. τὸ δα ἐπιτατικόν. Δῶρον. δὼρ ἡ παλαιστή· παρὰ τὸ δωρεῖσθαι ἡμᾶς τῇ χειρί· ἀφ’ ἧς μετρεῖται ἡ παλαιστή.</w:t>
      </w:r>
    </w:p>
    <w:p>
      <w:r>
        <w:rPr>
          <w:rFonts w:ascii="Courier New" w:hAnsi="Courier New"/>
          <w:color w:val="555555"/>
          <w:sz w:val="20"/>
        </w:rPr>
        <w:t>[5]</w:t>
      </w:r>
    </w:p>
    <w:p>
      <w:r>
        <w:rPr>
          <w:rFonts w:ascii="Gentium Plus" w:hAnsi="Gentium Plus"/>
          <w:sz w:val="24"/>
        </w:rPr>
        <w:t>Δέπας. δέχος τι ἐστὶ, δι’ οὗ δεχόμεθα τὴν πόσιν. Δνοφερόν. τὸ μέλαν. ἀπὸ τοῦ γνόφου καὶ δνόφου. γνόφος δὲ ὁ κενὸς φάους ἀήρ. κατὰ δὲ μετάθεσιν τοῦ δ εἰς γ, γνόφος. Δαιμόνιος. ὁ ἐπιστημονικὸς, παρὰ τὸ δαῆναι.</w:t>
      </w:r>
    </w:p>
    <w:p>
      <w:r>
        <w:rPr>
          <w:rFonts w:ascii="Courier New" w:hAnsi="Courier New"/>
          <w:color w:val="555555"/>
          <w:sz w:val="20"/>
        </w:rPr>
        <w:t>[10]</w:t>
      </w:r>
    </w:p>
    <w:p>
      <w:r>
        <w:rPr>
          <w:rFonts w:ascii="Gentium Plus" w:hAnsi="Gentium Plus"/>
          <w:sz w:val="24"/>
        </w:rPr>
        <w:t>Δοῦπος. ὁ δέος ἐμποιῶν ψόφου, ἢ ὁ δέους ἔχων ὄπα. Δειλός. ὁ δεδιὼς τὰς μυίας. ἢ παρὰ τὸν δείσω μέλ‐ λοντα. οὕτως Ἀριστόνικος. δέος δεσαρός· με‐ ταθέσει τοῦ ρ εἰς λ, δεαλός· δειλὸς κράσει, ὡς τα‐</w:t>
      </w:r>
    </w:p>
    <w:p>
      <w:r>
        <w:rPr>
          <w:rFonts w:ascii="Courier New" w:hAnsi="Courier New"/>
          <w:color w:val="555555"/>
          <w:sz w:val="20"/>
        </w:rPr>
        <w:t>[delta 44]</w:t>
      </w:r>
    </w:p>
    <w:p>
      <w:r>
        <w:rPr>
          <w:rFonts w:ascii="Gentium Plus" w:hAnsi="Gentium Plus"/>
          <w:sz w:val="24"/>
        </w:rPr>
        <w:t>Δινατή· περιφερὴς, ἐοικυῖα ἀδίνῳ, ὅ ἐστι τόρνῳ δῖνος δὲ ὁ τόρνος, παρὰ τὸ δονεῖσθαι καὶ κολοῦσθαι. Δίφρος. δυόφορός τις ὤν. Δεύτατος. ὁ ἔσχατος, ἀπὸ τοῦ δεύεσθαι, καὶ ἐνδεῖν.</w:t>
      </w:r>
    </w:p>
    <w:p>
      <w:r>
        <w:rPr>
          <w:rFonts w:ascii="Courier New" w:hAnsi="Courier New"/>
          <w:color w:val="555555"/>
          <w:sz w:val="20"/>
        </w:rPr>
        <w:t>[5]</w:t>
      </w:r>
    </w:p>
    <w:p>
      <w:r>
        <w:rPr>
          <w:rFonts w:ascii="Gentium Plus" w:hAnsi="Gentium Plus"/>
          <w:sz w:val="24"/>
        </w:rPr>
        <w:t>Δίσκος. παρὰ τὸ δικεῖν καὶ ῥίπτειν, καὶ περιττεύει τὸ ς. Δέμνια. ἐν οἷς δεδμήμεθα, καὶ κοιμώμεθα· οἷον δεδέμε‐ θα· διὰ τὸ μηδὲν πράττειν, καὶ τὴν νύκτα δμήτειραν φησὶν Ὅμηρος· εἰ μὴ Νὺξ δμήτειρα θεῶν ἐσάωσε</w:t>
      </w:r>
    </w:p>
    <w:p>
      <w:r>
        <w:rPr>
          <w:rFonts w:ascii="Courier New" w:hAnsi="Courier New"/>
          <w:color w:val="555555"/>
          <w:sz w:val="20"/>
        </w:rPr>
        <w:t>[10]</w:t>
      </w:r>
    </w:p>
    <w:p>
      <w:r>
        <w:rPr>
          <w:rFonts w:ascii="Gentium Plus" w:hAnsi="Gentium Plus"/>
          <w:sz w:val="24"/>
        </w:rPr>
        <w:t>καὶ ἀνδρῶν. Δαρδάπτουσιν. ἀντὶ τοῦ λάβρως ἐσθίουσιν· παρὰ τὸ ζά μόριον, τροπῇ τοῦ ζ εἰς δ, δαδάπτουσι, καὶ πλεονα‐ σμῷ τοῦ ρ, δαρδάπτουσι. Δόρυ. δρύον ἂν εἴη· παρὰ τὴν δρῦν, οἷον δρύϊνον.</w:t>
      </w:r>
    </w:p>
    <w:p>
      <w:r>
        <w:rPr>
          <w:rFonts w:ascii="Courier New" w:hAnsi="Courier New"/>
          <w:color w:val="555555"/>
          <w:sz w:val="20"/>
        </w:rPr>
        <w:t>[15]</w:t>
      </w:r>
    </w:p>
    <w:p>
      <w:r>
        <w:rPr>
          <w:rFonts w:ascii="Gentium Plus" w:hAnsi="Gentium Plus"/>
          <w:sz w:val="24"/>
        </w:rPr>
        <w:t>Δεῖπνον. τὸ παρ’ ἡμῖν ἄριστον. δεῖ πονεῖν. ἄριστον</w:t>
      </w:r>
    </w:p>
    <w:p>
      <w:r>
        <w:rPr>
          <w:rFonts w:ascii="Courier New" w:hAnsi="Courier New"/>
          <w:color w:val="555555"/>
          <w:sz w:val="20"/>
        </w:rPr>
        <w:t>[delta 45]</w:t>
      </w:r>
    </w:p>
    <w:p>
      <w:r>
        <w:rPr>
          <w:rFonts w:ascii="Gentium Plus" w:hAnsi="Gentium Plus"/>
          <w:sz w:val="24"/>
        </w:rPr>
        <w:t>δὲ ἔλεγον τὸ πρωϊνὸν βρῶμα. Ὅμηρος· ἐντύνοντο ἄριστον ἅμ’ ἠοῖ κεαμένω πῦρ. Δαλός. παρὰ τὸ δαίω τὸ καίω. δαιλὸς καὶ δαλός. ὁ μέλλων καύσω· ὡς παρὰ τὸ αὔω, αὔσω, αὐλὸς, τὸ</w:t>
      </w:r>
    </w:p>
    <w:p>
      <w:r>
        <w:rPr>
          <w:rFonts w:ascii="Courier New" w:hAnsi="Courier New"/>
          <w:color w:val="555555"/>
          <w:sz w:val="20"/>
        </w:rPr>
        <w:t>[5]</w:t>
      </w:r>
    </w:p>
    <w:p>
      <w:r>
        <w:rPr>
          <w:rFonts w:ascii="Gentium Plus" w:hAnsi="Gentium Plus"/>
          <w:sz w:val="24"/>
        </w:rPr>
        <w:t>φωνητικὸν ὄργανον. Διάκτορος. παρὰ τὸ ἄγω ἄξ ἄκτωρ. Δέλεαρ. παρὰ τὸ δόλον, δόλεαρ ἐστίν· ἢ παρὰ τὸ ἑλεῖν κατὰ πλεονασμὸν τοῦ δ δέλεαρ· ἕλεαρ, δέ‐ λεαρ.</w:t>
      </w:r>
    </w:p>
    <w:p>
      <w:r>
        <w:rPr>
          <w:rFonts w:ascii="Courier New" w:hAnsi="Courier New"/>
          <w:color w:val="555555"/>
          <w:sz w:val="20"/>
        </w:rPr>
        <w:t>[10]</w:t>
      </w:r>
    </w:p>
    <w:p>
      <w:r>
        <w:rPr>
          <w:rFonts w:ascii="Gentium Plus" w:hAnsi="Gentium Plus"/>
          <w:sz w:val="24"/>
        </w:rPr>
        <w:t>Δημός. παρὰ τὸ καίεσθαι. δαιμὸς καὶ δαμὸς, καὶ τρο‐ πῇ τοῦ α εἰς η δημὸς, τὸ εὐχερῶς καιόμενον. Δακτύλιος, ὁ φορούμενος. ἀπὸ τοῦ περὶ τὸν δάκτυλον ἰέναι ἐπὶ τῆς χειρός, οἷον δάκτυλός τις· ἐστὶν ἀπὸ τοῦ δι’ αὐτοῦ δράττεσθαι τινός. δακτύλιος ἐπὶ τῆς ἕδρας.</w:t>
      </w:r>
    </w:p>
    <w:p>
      <w:r>
        <w:rPr>
          <w:rFonts w:ascii="Courier New" w:hAnsi="Courier New"/>
          <w:color w:val="555555"/>
          <w:sz w:val="20"/>
        </w:rPr>
        <w:t>[15]</w:t>
      </w:r>
    </w:p>
    <w:p>
      <w:r>
        <w:rPr>
          <w:rFonts w:ascii="Gentium Plus" w:hAnsi="Gentium Plus"/>
          <w:sz w:val="24"/>
        </w:rPr>
        <w:t>ἢ διὰ τὸ δακτυλίῳ ἐφικτὸς εἶναι. ἢ ἀπὸ τῆς στρογ‐ γυλότητος τοῦ σημαντῆρος, τουτέστι τῆς σφραγίδος. Δελφύς, ἡ γαστήρ. ὡς δὲ τινὲς, ἡ μήτρα. ὅτι ἀδελφο‐ ποιὸς ἐστί. Διαίνει. κυρίως τὸ ὑπὸ ὑετοῦ Διὸς βρέχεσθαι.</w:t>
      </w:r>
    </w:p>
    <w:p>
      <w:r>
        <w:rPr>
          <w:rFonts w:ascii="Courier New" w:hAnsi="Courier New"/>
          <w:color w:val="555555"/>
          <w:sz w:val="20"/>
        </w:rPr>
        <w:t>[20]</w:t>
      </w:r>
    </w:p>
    <w:p>
      <w:r>
        <w:rPr>
          <w:rFonts w:ascii="Gentium Plus" w:hAnsi="Gentium Plus"/>
          <w:sz w:val="24"/>
        </w:rPr>
        <w:t>Δέρματα. κατὰ μετάθεσιν τοῦ τ εἰς δ, ὡσπερεὶ τέρμα τοῦ σώματος. ἔξωθεν γὰρ ἐπιβέβληται παντὶ τῷ συν‐ εστηκότι σώματι. δέρχεσθαι γὰρ δηλοῖ, οἷον τὸ βλεπόμενον διέρχεσθαι. Δάκρυον. δάκνον τι ἐστί. ἀπὸ τοῦ δάκνεσθαι δι’ αὐ‐</w:t>
      </w:r>
    </w:p>
    <w:p>
      <w:r>
        <w:rPr>
          <w:rFonts w:ascii="Courier New" w:hAnsi="Courier New"/>
          <w:color w:val="555555"/>
          <w:sz w:val="20"/>
        </w:rPr>
        <w:t>[25]</w:t>
      </w:r>
    </w:p>
    <w:p>
      <w:r>
        <w:rPr>
          <w:rFonts w:ascii="Gentium Plus" w:hAnsi="Gentium Plus"/>
          <w:sz w:val="24"/>
        </w:rPr>
        <w:t>τῶν τὰ ὄμματα. ἢ ὅτι τὰ πολλὰ ἀπὸ τῆς δηκτικῆς</w:t>
      </w:r>
    </w:p>
    <w:p>
      <w:r>
        <w:rPr>
          <w:rFonts w:ascii="Courier New" w:hAnsi="Courier New"/>
          <w:color w:val="555555"/>
          <w:sz w:val="20"/>
        </w:rPr>
        <w:t>[delta 46]</w:t>
      </w:r>
    </w:p>
    <w:p>
      <w:r>
        <w:rPr>
          <w:rFonts w:ascii="Gentium Plus" w:hAnsi="Gentium Plus"/>
          <w:sz w:val="24"/>
        </w:rPr>
        <w:t>Δάκτυλοι. οἷον δράκτυλοι, ἀπὸ τοῦ δρᾶσαι· ἢ δέκτιλοι τινὲς εἰσὶν, δεκτικοὶ, ὄντες τῶν διδομένων· ἢ δείκτυλοι, ἀπὸ τοῦ δι’ αὐτῶν γίνεσθαι τὴν δεῖξιν. Δεξιά. ἀπὸ τοῦ δέχεσθαι δι’ αὐτῆς τὰ διδόμενα· ἢ ἀπὸ</w:t>
      </w:r>
    </w:p>
    <w:p>
      <w:r>
        <w:rPr>
          <w:rFonts w:ascii="Courier New" w:hAnsi="Courier New"/>
          <w:color w:val="555555"/>
          <w:sz w:val="20"/>
        </w:rPr>
        <w:t>[5]</w:t>
      </w:r>
    </w:p>
    <w:p>
      <w:r>
        <w:rPr>
          <w:rFonts w:ascii="Gentium Plus" w:hAnsi="Gentium Plus"/>
          <w:sz w:val="24"/>
        </w:rPr>
        <w:t>τοῦ δι’ αὐτῆς τὰς πλείας διεξιέναι πράξεις. Δραθεῖν. τὸ κοιμᾶσθαι. δρήθω, β ἀόριστον ἔδραθον, ἀπὸ τοῦ ἔδαρθον. ἐστὶ δὲ κατ’ ἐντίθεσιν. δρῶ γὰρ τὸ ἐνεργῶ, οὗ παράγωγον δρήθω. οἱ γὰρ κοιμώμενοι οὐδὲν ἐνεργοῦσι.</w:t>
      </w:r>
    </w:p>
    <w:p>
      <w:r>
        <w:rPr>
          <w:rFonts w:ascii="Courier New" w:hAnsi="Courier New"/>
          <w:color w:val="555555"/>
          <w:sz w:val="20"/>
        </w:rPr>
        <w:t>[10]</w:t>
      </w:r>
    </w:p>
    <w:p>
      <w:r>
        <w:rPr>
          <w:rFonts w:ascii="Gentium Plus" w:hAnsi="Gentium Plus"/>
          <w:sz w:val="24"/>
        </w:rPr>
        <w:t>Διφᾶν. παρὰ τὸ ἀφᾶν, τὸ ψηλαφᾶν, οὗ συγκοπὴ διφᾶν. Δεινός. ὁ δέους ποιητικός. δέος δεεινὸς, καὶ κατὰ με‐ τάθεσιν τοῦ ε εἰς α δαεινὸς, καὶ ἀποβολῇ τοῦ δ γίνε‐ ται αἰνός.</w:t>
      </w:r>
    </w:p>
    <w:p>
      <w:r>
        <w:rPr>
          <w:rFonts w:ascii="Courier New" w:hAnsi="Courier New"/>
          <w:color w:val="555555"/>
          <w:sz w:val="20"/>
        </w:rPr>
        <w:t>[15]</w:t>
      </w:r>
    </w:p>
    <w:p>
      <w:r>
        <w:rPr>
          <w:rFonts w:ascii="Gentium Plus" w:hAnsi="Gentium Plus"/>
          <w:sz w:val="24"/>
        </w:rPr>
        <w:t>Δείλη. παρὰ τὸ τὴν ἔλην τοῦ ἡλίου. δεέλη ἐστὶ, καὶ δείλη. Δίκτυον. παρὰ τὸ βαλεῖν, ὃ ἐστὶ δίκειν. Δημήτηρ. τροπῇ τοῦ γ εἰς δ· οἷον γημήτηρ τις οὖσα· ἢ παρὰ τὸ δῃόω γῆν καὶ τέμνειν ἐν τῇ ἀρόσει.</w:t>
      </w:r>
    </w:p>
    <w:p>
      <w:r>
        <w:rPr>
          <w:rFonts w:ascii="Courier New" w:hAnsi="Courier New"/>
          <w:color w:val="555555"/>
          <w:sz w:val="20"/>
        </w:rPr>
        <w:t>[20]</w:t>
      </w:r>
    </w:p>
    <w:p>
      <w:r>
        <w:rPr>
          <w:rFonts w:ascii="Gentium Plus" w:hAnsi="Gentium Plus"/>
          <w:sz w:val="24"/>
        </w:rPr>
        <w:t>Διώνη. ἡ Ἀφροδίτη, ἢ ἀπὸ τοῦ διὰ πάντων ἰέναι. Δελφίνιος, ὁ Ἀπόλλων. ὅτι Κασταλίῳ τῷ κριτῇ εἰς ἀποικίαν στελλομένῳ, ὁ Ἀπόλλων ὁμοιωθεὶς δελφῖνι προηγήσατο τῆς νεὼς ἕως τοῦ Κρισίου κόλπου, καὶ ἐκεῖ κατοικήσας ὁ Καστάλιος, οὗ ὁ υἱὸς Δέλφις ἐπε‐</w:t>
      </w:r>
    </w:p>
    <w:p>
      <w:r>
        <w:rPr>
          <w:rFonts w:ascii="Courier New" w:hAnsi="Courier New"/>
          <w:color w:val="555555"/>
          <w:sz w:val="20"/>
        </w:rPr>
        <w:t>[25]</w:t>
      </w:r>
    </w:p>
    <w:p>
      <w:r>
        <w:rPr>
          <w:rFonts w:ascii="Gentium Plus" w:hAnsi="Gentium Plus"/>
          <w:sz w:val="24"/>
        </w:rPr>
        <w:t>κράτησε τῶν τόπων, καὶ ἀπ’ αὐτοῦ Δελφοὺς ἐκά‐</w:t>
      </w:r>
    </w:p>
    <w:p>
      <w:r>
        <w:rPr>
          <w:rFonts w:ascii="Courier New" w:hAnsi="Courier New"/>
          <w:color w:val="555555"/>
          <w:sz w:val="20"/>
        </w:rPr>
        <w:t>[delta 47]</w:t>
      </w:r>
    </w:p>
    <w:p>
      <w:r>
        <w:rPr>
          <w:rFonts w:ascii="Gentium Plus" w:hAnsi="Gentium Plus"/>
          <w:sz w:val="24"/>
        </w:rPr>
        <w:t>λεσε τοὺς ἐνοικοῦντας, καὶ Δελφινίου Ἀπόλλωνος ἰε‐ ρὸν ἐνιδρύσατο. τινὲς δέ φασιν, ὅτι ὁ δελφὶν εἰς τὴν ναῦν ἦλθε, καὶ κατὰ τοῦτον τὸν τρόπον ἐπήδησεν εἰς θάλασσαν.</w:t>
      </w:r>
    </w:p>
    <w:p>
      <w:r>
        <w:rPr>
          <w:rFonts w:ascii="Courier New" w:hAnsi="Courier New"/>
          <w:color w:val="555555"/>
          <w:sz w:val="20"/>
        </w:rPr>
        <w:t>[5]</w:t>
      </w:r>
    </w:p>
    <w:p>
      <w:r>
        <w:rPr>
          <w:rFonts w:ascii="Gentium Plus" w:hAnsi="Gentium Plus"/>
          <w:sz w:val="24"/>
        </w:rPr>
        <w:t>Δεύειν. κυρίως τὸ ὑπὸ Διὸς βρέχεσθαι· ἔνθεν ὁ διε‐ ρὸς ὑγρός. Δικαιοσύνη. παρὰ τὸ διχάζειν τὸ ἄδικον τοῦ δικαίου. δι‐ χαιοσύνη τὶς οὖσα. οὕτως Ἡρακλείδης. Δρόσος. κατὰ παράληψιν τοῦ ι, ἡ ἀπὸ Διὸς σοουμένη,</w:t>
      </w:r>
    </w:p>
    <w:p>
      <w:r>
        <w:rPr>
          <w:rFonts w:ascii="Courier New" w:hAnsi="Courier New"/>
          <w:color w:val="555555"/>
          <w:sz w:val="20"/>
        </w:rPr>
        <w:t>[10]</w:t>
      </w:r>
    </w:p>
    <w:p>
      <w:r>
        <w:rPr>
          <w:rFonts w:ascii="Gentium Plus" w:hAnsi="Gentium Plus"/>
          <w:sz w:val="24"/>
        </w:rPr>
        <w:t>δίοσός τις οὖσα, καὶ πλεονασμῷ τοῦ, καὶ συγκοπῇ τοῦ ι, δρόσος. Δυάς. παρὰ τὸ συνδεδέσθαι ἄλλῳ ἀριθμῷ, τῷ ἑνί· τὸ γὰρ ἀπολελυμένον ἐστὶ, παρὰ τὸ ἕσιν καὶ ἄφεσιν. Δυάζειν, διστάζειν· παρὰ τὸ ἐν δύο στάσεσιν εἶναι· ἢ</w:t>
      </w:r>
    </w:p>
    <w:p>
      <w:r>
        <w:rPr>
          <w:rFonts w:ascii="Courier New" w:hAnsi="Courier New"/>
          <w:color w:val="555555"/>
          <w:sz w:val="20"/>
        </w:rPr>
        <w:t>[15]</w:t>
      </w:r>
    </w:p>
    <w:p>
      <w:r>
        <w:rPr>
          <w:rFonts w:ascii="Gentium Plus" w:hAnsi="Gentium Plus"/>
          <w:sz w:val="24"/>
        </w:rPr>
        <w:t>παρὰ τὸ δεδέσθαι τὴν ψυχὴν, καὶ μὴ ἐς ἕτερον δύνα‐ σθαι τρέπεσθαι τὴν γνώμην. Δεσπότης, δεοποιητής τις ὢν, δέος ἐμποιῶν.</w:t>
      </w:r>
    </w:p>
    <w:p>
      <w:r>
        <w:rPr>
          <w:rFonts w:ascii="Courier New" w:hAnsi="Courier New"/>
          <w:color w:val="555555"/>
          <w:sz w:val="20"/>
        </w:rPr>
        <w:t>[20]</w:t>
      </w:r>
    </w:p>
    <w:p>
      <w:r>
        <w:rPr>
          <w:rFonts w:ascii="Gentium Plus" w:hAnsi="Gentium Plus"/>
          <w:sz w:val="24"/>
        </w:rPr>
        <w:t>Δραπέτης. ὁ ἀποβλέπων εἰς τοὺς δεσπότας, παρὰ τὸ ῥῶ τὸ βλέπω. οὕτως Ἀπολλώνιος ἐν τῷ περὶ Ἐπιῤῥημά‐</w:t>
      </w:r>
    </w:p>
    <w:p>
      <w:r>
        <w:rPr>
          <w:rFonts w:ascii="Courier New" w:hAnsi="Courier New"/>
          <w:color w:val="555555"/>
          <w:sz w:val="20"/>
        </w:rPr>
        <w:t>[20]</w:t>
      </w:r>
    </w:p>
    <w:p>
      <w:r>
        <w:rPr>
          <w:rFonts w:ascii="Gentium Plus" w:hAnsi="Gentium Plus"/>
          <w:sz w:val="24"/>
        </w:rPr>
        <w:t>των. Δέρτερον. τὸ δέρμα, παρὰ τὸ δέρω, καὶ δέρεσθαι.</w:t>
      </w:r>
    </w:p>
    <w:p>
      <w:r>
        <w:rPr>
          <w:rFonts w:ascii="Courier New" w:hAnsi="Courier New"/>
          <w:color w:val="555555"/>
          <w:sz w:val="20"/>
        </w:rPr>
        <w:t>[delta 48]</w:t>
      </w:r>
    </w:p>
    <w:p>
      <w:r>
        <w:rPr>
          <w:rFonts w:ascii="Gentium Plus" w:hAnsi="Gentium Plus"/>
          <w:sz w:val="24"/>
        </w:rPr>
        <w:t>Διερός, παρὰ τὸ διαίνω διαρός· καὶ Ἰωνικῶς, μεταθέσει τοῦ α εἰς ε, διερός. Διαμπερὲς, παρὰ τῷ περάσαντι δι’ ὅλου. Ωʹς. ἀγαθή. ἀπὸ τοῦ δώσω μέλλοντος, ἀποβολῇ τοῦ</w:t>
      </w:r>
    </w:p>
    <w:p>
      <w:r>
        <w:rPr>
          <w:rFonts w:ascii="Courier New" w:hAnsi="Courier New"/>
          <w:color w:val="555555"/>
          <w:sz w:val="20"/>
        </w:rPr>
        <w:t>[5]</w:t>
      </w:r>
    </w:p>
    <w:p>
      <w:r>
        <w:rPr>
          <w:rFonts w:ascii="Gentium Plus" w:hAnsi="Gentium Plus"/>
          <w:sz w:val="24"/>
        </w:rPr>
        <w:t>ω, δώς. οὕτω Φιλόξενος. Δᾴς, ἡ λαμπὰς, παρὰ τὸ δαίω, ὁ μέλλων δαίσω, ἀπο‐ βολῇ τοῦ ω δαίς. οὕτω καὶ δορκὰς ἀπὸ τοῦ δέρ‐ κω δορκάς· λάμπω λαμπάς· νίφω νιφάς. Διάκονος. παρὰ τὸ κονεῖν, τὸ ἐνεργεῖν καὶ ἐπείγεσθαι.</w:t>
      </w:r>
    </w:p>
    <w:p>
      <w:r>
        <w:rPr>
          <w:rFonts w:ascii="Courier New" w:hAnsi="Courier New"/>
          <w:color w:val="555555"/>
          <w:sz w:val="20"/>
        </w:rPr>
        <w:t>[10]</w:t>
      </w:r>
    </w:p>
    <w:p>
      <w:r>
        <w:rPr>
          <w:rFonts w:ascii="Gentium Plus" w:hAnsi="Gentium Plus"/>
          <w:sz w:val="24"/>
        </w:rPr>
        <w:t>Δύσκολος. ὁ δυσχερῶς τινὶ κολλώμενος καὶ συναπτόμε‐ νος· ὥσπερ ἐκ τοῦ ἐναντίου κόλαξ, ὁ συνάπτεσθαι σπουδάζων καὶ κολλᾶσθαι. Δήνεια. παρὰ τὸ δαίω τὸ μανθάνω, ὁ μέλλων τὸ δαίσω, καὶ δαίμων ὁ πάντα εἰδώς· ὅπερ ἀποβολῇ τοῦ</w:t>
      </w:r>
    </w:p>
    <w:p>
      <w:r>
        <w:rPr>
          <w:rFonts w:ascii="Courier New" w:hAnsi="Courier New"/>
          <w:color w:val="555555"/>
          <w:sz w:val="20"/>
        </w:rPr>
        <w:t>[15]</w:t>
      </w:r>
    </w:p>
    <w:p>
      <w:r>
        <w:rPr>
          <w:rFonts w:ascii="Gentium Plus" w:hAnsi="Gentium Plus"/>
          <w:sz w:val="24"/>
        </w:rPr>
        <w:t>δ παρ’ Ὁμήρῳ αἵμονα θήρης. δαίω οὖν καὶ δαί‐ νεα καὶ δήνεα. δεῖν. συναλοιφὴ τοῦ δέον δεῖν, ὡς πλέον πλεῖν. Δοίδυξ. ὁ καὶ ἀλετρίβανος. ῥῆμα ἐστὶ δαδύσσω· δαίω γὰρ τὸ μερίζω καὶ κόπτω, ὅθεν καὶ δαιτρὸς ὁ μά‐</w:t>
      </w:r>
    </w:p>
    <w:p>
      <w:r>
        <w:rPr>
          <w:rFonts w:ascii="Courier New" w:hAnsi="Courier New"/>
          <w:color w:val="555555"/>
          <w:sz w:val="20"/>
        </w:rPr>
        <w:t>[20]</w:t>
      </w:r>
    </w:p>
    <w:p>
      <w:r>
        <w:rPr>
          <w:rFonts w:ascii="Gentium Plus" w:hAnsi="Gentium Plus"/>
          <w:sz w:val="24"/>
        </w:rPr>
        <w:t>γειρος· οὗ ὁ μέλλων δαδύξω, καὶ ῥηματικὸν ὄνομα</w:t>
      </w:r>
    </w:p>
    <w:p>
      <w:r>
        <w:rPr>
          <w:rFonts w:ascii="Courier New" w:hAnsi="Courier New"/>
          <w:color w:val="555555"/>
          <w:sz w:val="20"/>
        </w:rPr>
        <w:t>[delta 49]</w:t>
      </w:r>
    </w:p>
    <w:p>
      <w:r>
        <w:rPr>
          <w:rFonts w:ascii="Gentium Plus" w:hAnsi="Gentium Plus"/>
          <w:sz w:val="24"/>
        </w:rPr>
        <w:t>δυξ, καὶ δι’ εὐφωνίαν προσῆλθε τὸ ι, δοίδυξ, ὁ ταρα‐ κτικὸς ὤν. Δύστηνος. παρὰ τὸ στένειν, τροπῇ τοῦ ε εἰς η. Δάπτειν. τὸ μεθ’ ὁρμῆς ἐσθίειν. ἢ παρὰ τὸ δα ἐπιτα‐</w:t>
      </w:r>
    </w:p>
    <w:p>
      <w:r>
        <w:rPr>
          <w:rFonts w:ascii="Courier New" w:hAnsi="Courier New"/>
          <w:color w:val="555555"/>
          <w:sz w:val="20"/>
        </w:rPr>
        <w:t>[5]</w:t>
      </w:r>
    </w:p>
    <w:p>
      <w:r>
        <w:rPr>
          <w:rFonts w:ascii="Gentium Plus" w:hAnsi="Gentium Plus"/>
          <w:sz w:val="24"/>
        </w:rPr>
        <w:t>τικὸν μόριον, καὶ διπλασιασμῷ τοῦ ρ, δαρδάπτειν, τὸ σφόδρα ἅπτεσθαι τοῦ ἐσθιομένου. Δοῦλος. ὁ κακοπαθῶν ἐν τῷ δουλεύειν. Δαιταλεύς. δαὶς δαιτὸς δαιτεύς. καὶ μέλανος μελανεύς· λέοντος λεοντεύς. καὶ πλεονασμῷ τῆς αλ, δαιτεὺς δαι‐</w:t>
      </w:r>
    </w:p>
    <w:p>
      <w:r>
        <w:rPr>
          <w:rFonts w:ascii="Courier New" w:hAnsi="Courier New"/>
          <w:color w:val="555555"/>
          <w:sz w:val="20"/>
        </w:rPr>
        <w:t>[10]</w:t>
      </w:r>
    </w:p>
    <w:p>
      <w:r>
        <w:rPr>
          <w:rFonts w:ascii="Gentium Plus" w:hAnsi="Gentium Plus"/>
          <w:sz w:val="24"/>
        </w:rPr>
        <w:t>ταλεύς. καὶ Δαιταλεῖς, δρᾶμα Ἀριστοφάνους. Ἐπειδὴ ἐν ἱερῷ Ἡρακλέους δειπνοῦντες καὶ ἀναστάντες, χοροὶ ἐγένοντο. Δαπάνη. παρὰ τὸ δάπτω. ἔγκειται τὸ δα ἐπιτατικόν. Δάκνω. παρὰ τὸ καίνω, ἐν συγκοπῇ κνῶ, καὶ ἐν συνθέ‐</w:t>
      </w:r>
    </w:p>
    <w:p>
      <w:r>
        <w:rPr>
          <w:rFonts w:ascii="Courier New" w:hAnsi="Courier New"/>
          <w:color w:val="555555"/>
          <w:sz w:val="20"/>
        </w:rPr>
        <w:t>[15]</w:t>
      </w:r>
    </w:p>
    <w:p>
      <w:r>
        <w:rPr>
          <w:rFonts w:ascii="Gentium Plus" w:hAnsi="Gentium Plus"/>
          <w:sz w:val="24"/>
        </w:rPr>
        <w:t>σει δάκνω· τὸ σφόδρα καίνω. δύναται καὶ παρὰ τὸ κνῶ. Δέχνυμαι. δέχω ἐστὶ ῥῆμα, οὗ παθητικὸν δέχομαι. καὶ τοῦ δέχω παράγωγον δεχύω, καὶ κατὰ Δωριέας δεχνύω. ὡς πλήθω πληθύνω· οὕτω δέχω δεχύνω· καὶ</w:t>
      </w:r>
    </w:p>
    <w:p>
      <w:r>
        <w:rPr>
          <w:rFonts w:ascii="Courier New" w:hAnsi="Courier New"/>
          <w:color w:val="555555"/>
          <w:sz w:val="20"/>
        </w:rPr>
        <w:t>[20]</w:t>
      </w:r>
    </w:p>
    <w:p>
      <w:r>
        <w:rPr>
          <w:rFonts w:ascii="Gentium Plus" w:hAnsi="Gentium Plus"/>
          <w:sz w:val="24"/>
        </w:rPr>
        <w:t>μεταθέσει τοῦ ν, δέχνω· ἀφ’ οὗ δέχνυμι καὶ δέχνυ‐</w:t>
      </w:r>
    </w:p>
    <w:p>
      <w:r>
        <w:rPr>
          <w:rFonts w:ascii="Courier New" w:hAnsi="Courier New"/>
          <w:color w:val="555555"/>
          <w:sz w:val="20"/>
        </w:rPr>
        <w:t>[20]</w:t>
      </w:r>
    </w:p>
    <w:p>
      <w:r>
        <w:rPr>
          <w:rFonts w:ascii="Gentium Plus" w:hAnsi="Gentium Plus"/>
          <w:sz w:val="24"/>
        </w:rPr>
        <w:t>μαι. Δέσποινα. παρὰ τὸ δεσπόζω δεσπόζαινα, καὶ συγκοπῇ τοῦ ζα, δέσποινα. οὕτως Ἡρακλείδης ὁ Ποντικός. Διαῤῥήδην. ἀπὸ τοῦ ῥῶ δηλοῦντος τὸ λέγω. οὗ ὁ μέλ‐ λων ῥήσω. ἔνθεν ῥῆσις, καὶ ῥήτωρ, καὶ ἐπίῤῥημα ῥή‐</w:t>
      </w:r>
    </w:p>
    <w:p>
      <w:r>
        <w:rPr>
          <w:rFonts w:ascii="Courier New" w:hAnsi="Courier New"/>
          <w:color w:val="555555"/>
          <w:sz w:val="20"/>
        </w:rPr>
        <w:t>[25]</w:t>
      </w:r>
    </w:p>
    <w:p>
      <w:r>
        <w:rPr>
          <w:rFonts w:ascii="Gentium Plus" w:hAnsi="Gentium Plus"/>
          <w:sz w:val="24"/>
        </w:rPr>
        <w:t>δην, ἀπὸ τοῦ ῥήσω, καὶ σύνθετον διαῤῥήδην. Δῖος. τὸ ἐπίθετον κτητικῷ τύπῳ, ἀπὸ τῆς Διὸς γενικῆς δίϊος ἐστὶ, καὶ συναλοιφῇ δῖος. διὸ καὶ μακρὸν τὸ ι.</w:t>
      </w:r>
    </w:p>
    <w:p>
      <w:r>
        <w:rPr>
          <w:rFonts w:ascii="Courier New" w:hAnsi="Courier New"/>
          <w:color w:val="555555"/>
          <w:sz w:val="20"/>
        </w:rPr>
        <w:t>[delta 50]</w:t>
      </w:r>
    </w:p>
    <w:p>
      <w:r>
        <w:rPr>
          <w:rFonts w:ascii="Gentium Plus" w:hAnsi="Gentium Plus"/>
          <w:sz w:val="24"/>
        </w:rPr>
        <w:t>Διάκτορος. διάτορός τις ὤν. Δόξα. ῥῆμα ἐστὶ περισπώμενον καὶ βαρύτονον, δοκῶ καὶ δόκω. ἔνθεν τὸ ἐκ δόκω βαρυτόνου ὁ μέλλων δόξω, ῥηματικὸν δόξα· ὡς ἄγω, ἄξω ἄξα καὶ ἄμαξα.</w:t>
      </w:r>
    </w:p>
    <w:p>
      <w:r>
        <w:rPr>
          <w:rFonts w:ascii="Courier New" w:hAnsi="Courier New"/>
          <w:color w:val="555555"/>
          <w:sz w:val="20"/>
        </w:rPr>
        <w:t>[5]</w:t>
      </w:r>
    </w:p>
    <w:p>
      <w:r>
        <w:rPr>
          <w:rFonts w:ascii="Gentium Plus" w:hAnsi="Gentium Plus"/>
          <w:sz w:val="24"/>
        </w:rPr>
        <w:t>Δεῖος. παρὰ τὸ δείω δέος, νείφω νέφος. λέγεται γὰρ καὶ δείδω δίω. ἔνθα βʹ ἀόριστος. περὶ γὰρ δίε νηυσὶν Ἀχαιῶν. Δόμος. δέμω δόμος, τρέμω τρόμος. Δεσμός. δέω δέσω, δέμος, καὶ πλεονασμῷ τοῦ ς, δεσμός.</w:t>
      </w:r>
    </w:p>
    <w:p>
      <w:r>
        <w:rPr>
          <w:rFonts w:ascii="Courier New" w:hAnsi="Courier New"/>
          <w:color w:val="555555"/>
          <w:sz w:val="20"/>
        </w:rPr>
        <w:t>[10]</w:t>
      </w:r>
    </w:p>
    <w:p>
      <w:r>
        <w:rPr>
          <w:rFonts w:ascii="Gentium Plus" w:hAnsi="Gentium Plus"/>
          <w:sz w:val="24"/>
        </w:rPr>
        <w:t>Δῆμος. ὁ συνδεδημένος ὄχλος. δέω δέσω δέμος καὶ δῆ‐ μος. τοιγαροῦν ἐπὶ τοῦ διεσκεδασμένου φησὶν, λῦτο δ’ ἀγών. ὡς μένω μένις καὶ μῆνις, ἡ ἐμμένουσα ὀργή. Δῆρις. παρὰ τὸ δαίω τὸ κόπτω καὶ σφάζω, πλεονασμῷ τοῦ ρ. καὶ δήϊος ὁ πολέμιος. παρὰ τὸ δαίω. ὃς οὐ</w:t>
      </w:r>
    </w:p>
    <w:p>
      <w:r>
        <w:rPr>
          <w:rFonts w:ascii="Courier New" w:hAnsi="Courier New"/>
          <w:color w:val="555555"/>
          <w:sz w:val="20"/>
        </w:rPr>
        <w:t>[15]</w:t>
      </w:r>
    </w:p>
    <w:p>
      <w:r>
        <w:rPr>
          <w:rFonts w:ascii="Gentium Plus" w:hAnsi="Gentium Plus"/>
          <w:sz w:val="24"/>
        </w:rPr>
        <w:t>... φήσαιτο τοῦ δαίειν καὶ κόπτειν. καὶ δάϊς ἡ μάχη βαρυτόνως. μεταθέσει τοῦ α εἰς η, δῆϊς, καὶ πλεονασμῷ τοῦ ρ, δῆρις. Δαύω, τὸ κοιμῶμαι. ἐκ τοῦ ἄδω ἐστὶ, καὶ ἐν ὑπερ‐ θέσει τοῦ δ, δεύω, καὶ τροπῇ τοῦ ε εἰς α, δαύω· ἵνα</w:t>
      </w:r>
    </w:p>
    <w:p>
      <w:r>
        <w:rPr>
          <w:rFonts w:ascii="Courier New" w:hAnsi="Courier New"/>
          <w:color w:val="555555"/>
          <w:sz w:val="20"/>
        </w:rPr>
        <w:t>[20]</w:t>
      </w:r>
    </w:p>
    <w:p>
      <w:r>
        <w:rPr>
          <w:rFonts w:ascii="Gentium Plus" w:hAnsi="Gentium Plus"/>
          <w:sz w:val="24"/>
        </w:rPr>
        <w:t>μὴ τὸ δεύω τούτου ἐπὶ τὸ χρήζω συμπέσῃ. Δῖος, ὁ ἔνδοξος. ἀπὸ τοῦ Ζεὺς Διὸς, δίϊος ἐγένετο, καὶ κράσει τῶν δύο ιι εἰς ι μακρὸν, ὡς τὸ ὄφιϊ καὶ ὄφι, δῖος γέγονε. διὸ καὶ προπερισπᾶται. ὡς τὸ Χῖος ἀνὴρ, ὁ ἀπὸ τῆς Χίου. ἡ Χίος γὰρ ἡ νῆσος, βραχὺ</w:t>
      </w:r>
    </w:p>
    <w:p>
      <w:r>
        <w:rPr>
          <w:rFonts w:ascii="Courier New" w:hAnsi="Courier New"/>
          <w:color w:val="555555"/>
          <w:sz w:val="20"/>
        </w:rPr>
        <w:t>[25]</w:t>
      </w:r>
    </w:p>
    <w:p>
      <w:r>
        <w:rPr>
          <w:rFonts w:ascii="Gentium Plus" w:hAnsi="Gentium Plus"/>
          <w:sz w:val="24"/>
        </w:rPr>
        <w:t>ἔχει τὸ χι. καὶ ἐξ αὐτῆς γέγονεν ἀνὴρ Χίϊος· ὡς ἀπὸ τῆς Ῥόδου Ῥόδιος· καὶ κράσει τῶν δύο ιι εἰς ι μα‐ κρὸν γέγονε Χῖος ἀνὴρ, τουτέστι ὁ Χιώτης. διὸ καὶ</w:t>
      </w:r>
    </w:p>
    <w:p>
      <w:pPr>
        <w:jc w:val="center"/>
      </w:pPr>
      <w:r>
        <w:rPr>
          <w:rFonts w:ascii="Gentium Plus" w:hAnsi="Gentium Plus"/>
          <w:b/>
          <w:sz w:val="24"/>
        </w:rPr>
        <w:t>ΑΡΧΗ ΤΟΥ Ε.</w:t>
      </w:r>
    </w:p>
    <w:p>
      <w:r>
        <w:rPr>
          <w:rFonts w:ascii="Courier New" w:hAnsi="Courier New"/>
          <w:color w:val="555555"/>
          <w:sz w:val="20"/>
        </w:rPr>
        <w:t>[1]</w:t>
      </w:r>
    </w:p>
    <w:p>
      <w:r>
        <w:rPr>
          <w:rFonts w:ascii="Gentium Plus" w:hAnsi="Gentium Plus"/>
          <w:sz w:val="24"/>
        </w:rPr>
        <w:t>Ἐέλδω. παρὰ τὸ ἑλεῖν πρὸς αὐτὸν καὶ ἕλκειν. Ἐγγυαλίξαι. κυρίως τὸ εἰς κοῖλον τῆς χειρὸς δοῦναι· ἐγ‐ γύαλον γὰρ τὸ κοῖλον· ὅ ἐστι ἐγχειρίσαι. γυῖα γὰρ οἱ πόδες καὶ αἱ χεῖρες. κυρίως ἐπὶ τῶν χειρῶν, παρὰ τὸ</w:t>
      </w:r>
    </w:p>
    <w:p>
      <w:r>
        <w:rPr>
          <w:rFonts w:ascii="Courier New" w:hAnsi="Courier New"/>
          <w:color w:val="555555"/>
          <w:sz w:val="20"/>
        </w:rPr>
        <w:t>[5]</w:t>
      </w:r>
    </w:p>
    <w:p>
      <w:r>
        <w:rPr>
          <w:rFonts w:ascii="Gentium Plus" w:hAnsi="Gentium Plus"/>
          <w:sz w:val="24"/>
        </w:rPr>
        <w:t>γῶ ῥῆμα, τὸ δηλοῦν τὸ χωρῶ, ἢ δέχομαι καὶ λαμβά‐ νω. ὅθεν καὶ γορυτὸς, ὁ δεχόμενος τὸ ῥυτὸν, του‐ τέστι τὸ τόξον. Ἐπασσώτερος. παρὰ τὸ ἆσσον. Εὐνή. παρὰ τὸ εὖ νενῆσθαι, ὃ ἐστὶ σεσωρεῦσθαι ταῖς</w:t>
      </w:r>
    </w:p>
    <w:p>
      <w:r>
        <w:rPr>
          <w:rFonts w:ascii="Courier New" w:hAnsi="Courier New"/>
          <w:color w:val="555555"/>
          <w:sz w:val="20"/>
        </w:rPr>
        <w:t>[10]</w:t>
      </w:r>
    </w:p>
    <w:p>
      <w:r>
        <w:rPr>
          <w:rFonts w:ascii="Gentium Plus" w:hAnsi="Gentium Plus"/>
          <w:sz w:val="24"/>
        </w:rPr>
        <w:t>στρωμναῖς. Ἐπίῤῥοθος. ὁ ἐπιῤῥωννύων καὶ ἐπικελεύων. Ἐπίσατρα. ἀπὸ τοῦ ἐπισοεῖσθαι ἢ ἕπεσθαι καὶ ἐν τῇ γῇ ὁρμᾶν. Ἐμμαπέως. κατὰ μετάθεσιν καὶ πλεονασμὸν τοῦ μ, ἁμε‐</w:t>
      </w:r>
    </w:p>
    <w:p>
      <w:r>
        <w:rPr>
          <w:rFonts w:ascii="Courier New" w:hAnsi="Courier New"/>
          <w:color w:val="555555"/>
          <w:sz w:val="20"/>
        </w:rPr>
        <w:t>[15]</w:t>
      </w:r>
    </w:p>
    <w:p>
      <w:r>
        <w:rPr>
          <w:rFonts w:ascii="Gentium Plus" w:hAnsi="Gentium Plus"/>
          <w:sz w:val="24"/>
        </w:rPr>
        <w:t>πέως ἅμα τῷ λόγῳ. Ἐρεπόμενοι. κυρίως ἀπὸ τῶν ἀλόγων. ἀπὸ τοῦ ἐκ τῆς ἔρας, ὃ ἐστὶ τῆς γῆς, ἀναλαμβάνειν τὴν τροφήν. Ἐνιαυτός. παρὰ τὸ ἐν αὐτῷ διειληφέναι πάντας τοὺς καρποὺς, καὶ τὰς τροπάς.</w:t>
      </w:r>
    </w:p>
    <w:p>
      <w:r>
        <w:rPr>
          <w:rFonts w:ascii="Courier New" w:hAnsi="Courier New"/>
          <w:color w:val="555555"/>
          <w:sz w:val="20"/>
        </w:rPr>
        <w:t>[20]</w:t>
      </w:r>
    </w:p>
    <w:p>
      <w:r>
        <w:rPr>
          <w:rFonts w:ascii="Gentium Plus" w:hAnsi="Gentium Plus"/>
          <w:sz w:val="24"/>
        </w:rPr>
        <w:t>Ἐρεχθεύς, ὁ καὶ Ἐριχθόνιος. ἀπὸ τοῦ ἐσπάρθαι εἰς τὴν ἔραν. ἀπὸ τῆς ὀρέξεως τοῦ Ἡφαίστου. Ἔτησιν. οἷον ἔθησιν ἀντὶ τοῦ ἐθᾶσιν.</w:t>
      </w:r>
    </w:p>
    <w:p>
      <w:r>
        <w:rPr>
          <w:rFonts w:ascii="Courier New" w:hAnsi="Courier New"/>
          <w:color w:val="555555"/>
          <w:sz w:val="20"/>
        </w:rPr>
        <w:t>[epsilon 52]</w:t>
      </w:r>
    </w:p>
    <w:p>
      <w:r>
        <w:rPr>
          <w:rFonts w:ascii="Gentium Plus" w:hAnsi="Gentium Plus"/>
          <w:sz w:val="24"/>
        </w:rPr>
        <w:t>ἐνήματα. ἢ παρὰ τὸ ἐγγεγλύφθαι ἁρμὰς τινὰς αὐτοῖς. ὕπνου γὰρ δοτὴρ ὁ Ἑρμῆς. ἢ παρὰ τὸ ἕρμα, καὶ στήριγμα εἶναι. τοῖς γὰρ ποσὶ στηρίζεται ἡ κλίνη. Εἴρεος. παρὰ τὸ ἔῤῥειν καὶ φθείρεσθαι· πλεονασμῷ</w:t>
      </w:r>
    </w:p>
    <w:p>
      <w:r>
        <w:rPr>
          <w:rFonts w:ascii="Courier New" w:hAnsi="Courier New"/>
          <w:color w:val="555555"/>
          <w:sz w:val="20"/>
        </w:rPr>
        <w:t>[5]</w:t>
      </w:r>
    </w:p>
    <w:p>
      <w:r>
        <w:rPr>
          <w:rFonts w:ascii="Gentium Plus" w:hAnsi="Gentium Plus"/>
          <w:sz w:val="24"/>
        </w:rPr>
        <w:t>τοῦ ρ καὶ τοῦ ε. ἐῤῥὼς, ἐῤῥὸς, ἔρερος καὶ εἴρεος. εἴρεον εἰσάγουσι. Ὅμηρος οὕτως. Ἐξεισία. ἡ πρεσβεία. παρὰ τὸ ἵημι, ὃ ἐστὶ τὸ πέμπω. Ἐρημνή. συγκοπῇ τοῦ ε ἐρεβεννή. ἢ παρὰ τὸ ἔρε‐</w:t>
      </w:r>
    </w:p>
    <w:p>
      <w:r>
        <w:rPr>
          <w:rFonts w:ascii="Courier New" w:hAnsi="Courier New"/>
          <w:color w:val="555555"/>
          <w:sz w:val="20"/>
        </w:rPr>
        <w:t>[10]</w:t>
      </w:r>
    </w:p>
    <w:p>
      <w:r>
        <w:rPr>
          <w:rFonts w:ascii="Gentium Plus" w:hAnsi="Gentium Plus"/>
          <w:sz w:val="24"/>
        </w:rPr>
        <w:t>βος. Εὐλαί. σκώληκες, παρὰ τὴν εἴλησιν. Ἔνεροι. παρὰ τὴν ἔραν τὴν γῆν. Ἐδρύφθη, ἐξέσθη. ἀπὸ τῆς λεπιζομένης δρυός. Εὔληρα. κατὰ κοινωνίαν τοῦ υ πρὸς τὸ ι, οἷον εἴλη‐</w:t>
      </w:r>
    </w:p>
    <w:p>
      <w:r>
        <w:rPr>
          <w:rFonts w:ascii="Courier New" w:hAnsi="Courier New"/>
          <w:color w:val="555555"/>
          <w:sz w:val="20"/>
        </w:rPr>
        <w:t>[15]</w:t>
      </w:r>
    </w:p>
    <w:p>
      <w:r>
        <w:rPr>
          <w:rFonts w:ascii="Gentium Plus" w:hAnsi="Gentium Plus"/>
          <w:sz w:val="24"/>
        </w:rPr>
        <w:t>ρα· ἀπὸ τῆς εἰλήσεως τῆς περὶ τὰ ζῶα. Ἔνδινα. τὰ ἔντερα. Ὅμηρος φησί· ψαύει δ’ ἐνδί‐ νων. ὁ δὲ Ἀρίσταρχος ἐτυμολογεῖ ἔνιά τινά ὄντα τὰ ἐντὸς τῶν ἰνῶν, ἢ ἁπλῶς τῶν μελῶν. καὶ παρὰ τὸ ἐντὸς εἶναι τῶν ὅπλων. οὔτως εὗρον ἐν Ὑπομνήμα‐</w:t>
      </w:r>
    </w:p>
    <w:p>
      <w:r>
        <w:rPr>
          <w:rFonts w:ascii="Courier New" w:hAnsi="Courier New"/>
          <w:color w:val="555555"/>
          <w:sz w:val="20"/>
        </w:rPr>
        <w:t>[20]</w:t>
      </w:r>
    </w:p>
    <w:p>
      <w:r>
        <w:rPr>
          <w:rFonts w:ascii="Gentium Plus" w:hAnsi="Gentium Plus"/>
          <w:sz w:val="24"/>
        </w:rPr>
        <w:t>τι τῆς Ἰλιάδος. Ἔντεα, τὰ ὅπλα. παρὰ τὸ ἐντὸς περιλαμβάνειν τὸ σῶ‐ μα. οἷον σκεπαστήριά τινα ὄντα.</w:t>
      </w:r>
    </w:p>
    <w:p>
      <w:r>
        <w:rPr>
          <w:rFonts w:ascii="Courier New" w:hAnsi="Courier New"/>
          <w:color w:val="555555"/>
          <w:sz w:val="20"/>
        </w:rPr>
        <w:t>[epsilon 53]</w:t>
      </w:r>
    </w:p>
    <w:p>
      <w:r>
        <w:rPr>
          <w:rFonts w:ascii="Gentium Plus" w:hAnsi="Gentium Plus"/>
          <w:sz w:val="24"/>
        </w:rPr>
        <w:t>διὰ τοῦ ἕως ταύτης ἡμᾶς κατακεκρῖσθαι. ἡ διὰ τὸ ἴεσθαι ἡμᾶς ἐν ταύτῃ. Ἐπηγκενίδες. αἱ πλατεῖαι σανίδες ἐπιτενεῖς οὖσαι. ἐστὶ δὲ παρὰ ἐνέγκω ῥῆμα καὶ ἐνείσκω ἀλλά μ’</w:t>
      </w:r>
    </w:p>
    <w:p>
      <w:r>
        <w:rPr>
          <w:rFonts w:ascii="Courier New" w:hAnsi="Courier New"/>
          <w:color w:val="555555"/>
          <w:sz w:val="20"/>
        </w:rPr>
        <w:t>[5]</w:t>
      </w:r>
    </w:p>
    <w:p>
      <w:r>
        <w:rPr>
          <w:rFonts w:ascii="Gentium Plus" w:hAnsi="Gentium Plus"/>
          <w:sz w:val="24"/>
        </w:rPr>
        <w:t>ὑπήνεγκαν ταχέες πόδες· παρὰ τὸ ἐνέγκω ποδη‐ νεκές. ἐνέγκω οὖν ἐνεκὴς καὶ ἐπενεκὶς καὶ ἐπηνε‐ κὶς, τροπῇ τοῦ ε εἰς η. τὸ παρατεταμένον, καὶ διελη‐ λυθὸς, καὶ μακρόξυλον. ὑπερθέσει καὶ μεταθέσει τοῦ ν, ἐπηγκενὶς, ἡ μακρὰ σανίς.</w:t>
      </w:r>
    </w:p>
    <w:p>
      <w:r>
        <w:rPr>
          <w:rFonts w:ascii="Courier New" w:hAnsi="Courier New"/>
          <w:color w:val="555555"/>
          <w:sz w:val="20"/>
        </w:rPr>
        <w:t>[10]</w:t>
      </w:r>
    </w:p>
    <w:p>
      <w:r>
        <w:rPr>
          <w:rFonts w:ascii="Gentium Plus" w:hAnsi="Gentium Plus"/>
          <w:sz w:val="24"/>
        </w:rPr>
        <w:t>Εὖρος, ὁ ἄνεμος. παρὰ τὸ εὐρὺ καὶ σφοδρὸν τῆς πνοῆς. Ἐπωγαί, οἱ συγκεκλεισμοί. ἀπὸ τοῦ ἐπῷξαι, ὃ ἐστὶ συγκλεῖσαι· καὶ πυλέων· πᾶσαι γὰρ ἐπῴχατο, ἀντὶ τοῦ κεκλεισμέναι ἦσαν. Εὐχή. ἡ τοῦ εὖ ἔχειν αἴτησις.</w:t>
      </w:r>
    </w:p>
    <w:p>
      <w:r>
        <w:rPr>
          <w:rFonts w:ascii="Courier New" w:hAnsi="Courier New"/>
          <w:color w:val="555555"/>
          <w:sz w:val="20"/>
        </w:rPr>
        <w:t>[15]</w:t>
      </w:r>
    </w:p>
    <w:p>
      <w:r>
        <w:rPr>
          <w:rFonts w:ascii="Gentium Plus" w:hAnsi="Gentium Plus"/>
          <w:sz w:val="24"/>
        </w:rPr>
        <w:t>Ἐπισκύσαι, τὸ χαλεπῆναι· ἀπὸ τοῦ τὸ ἐπισκύνιον κα‐ θελκύσαι τοὺς χαλεπαίνοντας. Ἐρίηρες. παρὰ τὸ ἄγαν ἀρηρέναι. τὸ γὰρ ερι ἐπίτασιν σημαίνει. Εἴδατα. παρὰ τὸ ἔδω τὸ ἐσθίω, ἔδαρ, καὶ πλεονασμῷ</w:t>
      </w:r>
    </w:p>
    <w:p>
      <w:r>
        <w:rPr>
          <w:rFonts w:ascii="Courier New" w:hAnsi="Courier New"/>
          <w:color w:val="555555"/>
          <w:sz w:val="20"/>
        </w:rPr>
        <w:t>[20]</w:t>
      </w:r>
    </w:p>
    <w:p>
      <w:r>
        <w:rPr>
          <w:rFonts w:ascii="Gentium Plus" w:hAnsi="Gentium Plus"/>
          <w:sz w:val="24"/>
        </w:rPr>
        <w:t>τοῦ ι, εἶδαρ. Ἔθειραι, αἱ ἐπιμελείας ἀξιούμεναι τρίχες. ἔθειν γὰρ τὸ ἐξ ἔθους τι ποιεῖν. ὁ δὲ Σωρανὸς φησὶν ἔθειραν παρὰ τὸ ἐξ ἔθους ῥεῖν καὶ ἐκπίπτειν ἐπὶ τῶν φαλα‐ κρουμένων.</w:t>
      </w:r>
    </w:p>
    <w:p>
      <w:r>
        <w:rPr>
          <w:rFonts w:ascii="Courier New" w:hAnsi="Courier New"/>
          <w:color w:val="555555"/>
          <w:sz w:val="20"/>
        </w:rPr>
        <w:t>[25]</w:t>
      </w:r>
    </w:p>
    <w:p>
      <w:r>
        <w:rPr>
          <w:rFonts w:ascii="Gentium Plus" w:hAnsi="Gentium Plus"/>
          <w:sz w:val="24"/>
        </w:rPr>
        <w:t>Ἐλεόν, ἡ μαγειρικὴ τράπεζα. παρὰ τὸ ἐξ ἐλαΐνων ξύ‐ λων πλέκεσθαι, οἱονεὶ ἐλαόν. Ἐπισχερῶ, τὸ ἐγγὺς, παρὰ τὸ σχέσιν ἔχειν παρὰ ἄλληλα. τινὲς δέ φασι, κατὰ μετάθεσιν τοῦ δ εἰς ρ,</w:t>
      </w:r>
    </w:p>
    <w:p>
      <w:r>
        <w:rPr>
          <w:rFonts w:ascii="Courier New" w:hAnsi="Courier New"/>
          <w:color w:val="555555"/>
          <w:sz w:val="20"/>
        </w:rPr>
        <w:t>[epsilon 54]</w:t>
      </w:r>
    </w:p>
    <w:p>
      <w:r>
        <w:rPr>
          <w:rFonts w:ascii="Gentium Plus" w:hAnsi="Gentium Plus"/>
          <w:sz w:val="24"/>
        </w:rPr>
        <w:t>Εὐράξ, οἷον πλευρὰξ, κατὰ ἀποβολὴν τοῦ πλ. οὕτως Ἡρακλείδης ἐν τῷ περὶ δυσκλίτων ῥημάτων. ἀπὸ δὲ τούτου δύναται τὸ πλάτος εὖρος, οἷον πλάτος καὶ εὖ‐ ρος. ὡς γὰρ πρὸς τὸ ὀρθὸν μῆκος τὸ πλάτος.</w:t>
      </w:r>
    </w:p>
    <w:p>
      <w:r>
        <w:rPr>
          <w:rFonts w:ascii="Courier New" w:hAnsi="Courier New"/>
          <w:color w:val="555555"/>
          <w:sz w:val="20"/>
        </w:rPr>
        <w:t>[5]</w:t>
      </w:r>
    </w:p>
    <w:p>
      <w:r>
        <w:rPr>
          <w:rFonts w:ascii="Gentium Plus" w:hAnsi="Gentium Plus"/>
          <w:sz w:val="24"/>
        </w:rPr>
        <w:t>Ἔπαλξις, ὁ προμαχών. ἐπάλεξις οἷον τὶς οὖσα. Ἐρικεῖν. ἀπὸ τῆς ἐρίκης, ὃ ἐστὶν εὐσχιδὲς ξύλον. ἐρεγμὸς καὶ ἐρεχμὸς, ὁ διασχιζόμενος κύαμος. οὕτως εὗρον ἐν Ὑπομνήματι, καὶ ἐρέκτας τοὺς ἐπὶ τοῦτο ἐρ‐ γάτας Ἀλεξανδρεῖς.</w:t>
      </w:r>
    </w:p>
    <w:p>
      <w:r>
        <w:rPr>
          <w:rFonts w:ascii="Courier New" w:hAnsi="Courier New"/>
          <w:color w:val="555555"/>
          <w:sz w:val="20"/>
        </w:rPr>
        <w:t>[10]</w:t>
      </w:r>
    </w:p>
    <w:p>
      <w:r>
        <w:rPr>
          <w:rFonts w:ascii="Gentium Plus" w:hAnsi="Gentium Plus"/>
          <w:sz w:val="24"/>
        </w:rPr>
        <w:t>Εἶλαρ. φύλαγμα, φράγμα. παρὰ τὸ εἰλεῖν καὶ συνέ‐ χειν. Ἑδανόν, ἡδύ. παρὰ τὸ ἥδω καὶ ἥδομαι. Ἑανόν. παρὰ τὸ ἕσσασθαι. Ἐφετμή. ἀπὸ τοῦ ἐφίημι, ἐφεσμή, καὶ κατὰ ἐναλλα‐</w:t>
      </w:r>
    </w:p>
    <w:p>
      <w:r>
        <w:rPr>
          <w:rFonts w:ascii="Courier New" w:hAnsi="Courier New"/>
          <w:color w:val="555555"/>
          <w:sz w:val="20"/>
        </w:rPr>
        <w:t>[15]</w:t>
      </w:r>
    </w:p>
    <w:p>
      <w:r>
        <w:rPr>
          <w:rFonts w:ascii="Gentium Plus" w:hAnsi="Gentium Plus"/>
          <w:sz w:val="24"/>
        </w:rPr>
        <w:t>γὴν τοῦ ς εἰς τ, ἐφετμή. Ἐέρσαι. αἱ δρόσοι. παρὰ τὸ ἔρσαι, ὃ ἐστὶ ποτίσαι. ποτίζει γὰρ τὰ φυτὰ ἡ δρόσος. Ἑρμῆς. ὅτι μέγιστον ἐστὶ ἕρμα τῶν περὶ τὸν βίον. Ἐγνηής. παρὰ τὸ ἥδομαι, καὶ ᾗσαι. ἢ παρὰ τὸ ἡδὺς νη‐</w:t>
      </w:r>
    </w:p>
    <w:p>
      <w:r>
        <w:rPr>
          <w:rFonts w:ascii="Courier New" w:hAnsi="Courier New"/>
          <w:color w:val="555555"/>
          <w:sz w:val="20"/>
        </w:rPr>
        <w:t>[20]</w:t>
      </w:r>
    </w:p>
    <w:p>
      <w:r>
        <w:rPr>
          <w:rFonts w:ascii="Gentium Plus" w:hAnsi="Gentium Plus"/>
          <w:sz w:val="24"/>
        </w:rPr>
        <w:t>ὴς, ὡς βροθὺς ἐμβριθής. Ἐρυμνή. παρὰ τὸ ἔρυμα. οἷον ἐρύματος τάξιν περι‐ έχουσα. Εὔκηλος. πλεονασμῷ τοῦ υ ἕκηλος. παρὰ τὸ εἴκω τὸ ὑποχωρῶ. ὁ δὲ ὑποχωρῶν ἡσυχάζει.</w:t>
      </w:r>
    </w:p>
    <w:p>
      <w:r>
        <w:rPr>
          <w:rFonts w:ascii="Courier New" w:hAnsi="Courier New"/>
          <w:color w:val="555555"/>
          <w:sz w:val="20"/>
        </w:rPr>
        <w:t>[25]</w:t>
      </w:r>
    </w:p>
    <w:p>
      <w:r>
        <w:rPr>
          <w:rFonts w:ascii="Gentium Plus" w:hAnsi="Gentium Plus"/>
          <w:sz w:val="24"/>
        </w:rPr>
        <w:t>Ἔλεγχος. πλεονασμῷ τοῦ γ ἔλεγχος ἐστὶν, ἐπεὶ ἑλὴν ἔχειν. ἑλὴ δὲ ἡ τοῦ ἡλίου λαμπεδών. λαμπρύνε‐</w:t>
      </w:r>
    </w:p>
    <w:p>
      <w:r>
        <w:rPr>
          <w:rFonts w:ascii="Courier New" w:hAnsi="Courier New"/>
          <w:color w:val="555555"/>
          <w:sz w:val="20"/>
        </w:rPr>
        <w:t>[epsilon 55]</w:t>
      </w:r>
    </w:p>
    <w:p>
      <w:r>
        <w:rPr>
          <w:rFonts w:ascii="Gentium Plus" w:hAnsi="Gentium Plus"/>
          <w:sz w:val="24"/>
        </w:rPr>
        <w:t>Ἕρκος. κατὰ ἀποβολὴν τοῦ υ ἔρυκος, καὶ ἔλκος. Ἐνίπτω. πλεονασμῷ τοῦ τ. καὶ τροπῇ τοῦ ε εἰς ι, ἐνίπτω. πολλάκις δὲ ἐπείσοδος συμφώνου τρόπον ποιεῖ· τέκω, τίκτω· ἔπω, ἴσπω, ἐνίσπω· βλάβω βλά‐</w:t>
      </w:r>
    </w:p>
    <w:p>
      <w:r>
        <w:rPr>
          <w:rFonts w:ascii="Courier New" w:hAnsi="Courier New"/>
          <w:color w:val="555555"/>
          <w:sz w:val="20"/>
        </w:rPr>
        <w:t>[5]</w:t>
      </w:r>
    </w:p>
    <w:p>
      <w:r>
        <w:rPr>
          <w:rFonts w:ascii="Gentium Plus" w:hAnsi="Gentium Plus"/>
          <w:sz w:val="24"/>
        </w:rPr>
        <w:t>πτω· ἐπεισόδῳ τοῦ τ, καὶ τροπῇ τοῦ β εἰς π. Ἐξετάζω. παρὰ τὸ ἐτεὸν τὸ ἀληθὲς ἐτάζω ἐστίν. ὡς ἵππος ἱππάζω· μάταιον ματαιάζω· ἐτεάζω οὖν, τὴν ἀλήθειαν ἀνακρίνω, καὶ ἀποβολῇ τοῦ ε, ἐτάζω καὶ ἐξετάζω.</w:t>
      </w:r>
    </w:p>
    <w:p>
      <w:r>
        <w:rPr>
          <w:rFonts w:ascii="Courier New" w:hAnsi="Courier New"/>
          <w:color w:val="555555"/>
          <w:sz w:val="20"/>
        </w:rPr>
        <w:t>[10]</w:t>
      </w:r>
    </w:p>
    <w:p>
      <w:r>
        <w:rPr>
          <w:rFonts w:ascii="Gentium Plus" w:hAnsi="Gentium Plus"/>
          <w:sz w:val="24"/>
        </w:rPr>
        <w:t>Ἐμπέραμος. παρὰ τὴν πείραν ἐμπείραμος, καὶ ἀποβολῇ τοῦ ι, ἐμπέραμος. Εἱμαρμένη. παρὰ τὸ μείρω τὸ μερίζω, μέμαρμαι καὶ μεμαρμένη, ἡ εἱμαρμένη, ἀποβολῇ τοῦ μ, καὶ προσθέσει τοῦ ι, εἱμαρμένη, ἡ μεμερισμένη ἑκάστῳ.</w:t>
      </w:r>
    </w:p>
    <w:p>
      <w:r>
        <w:rPr>
          <w:rFonts w:ascii="Courier New" w:hAnsi="Courier New"/>
          <w:color w:val="555555"/>
          <w:sz w:val="20"/>
        </w:rPr>
        <w:t>[15]</w:t>
      </w:r>
    </w:p>
    <w:p>
      <w:r>
        <w:rPr>
          <w:rFonts w:ascii="Gentium Plus" w:hAnsi="Gentium Plus"/>
          <w:sz w:val="24"/>
        </w:rPr>
        <w:t>ἀποβολῇ δὲ καὶ προσθέσει, ὡς λέλειφα εἴληφα. Ἀττικὸν γὰρ τοῦτο. Εἰσμερνή. κατὰ ἀποβολὴν τοῦ ρ, ῥειαμένη. ἐστὶ παρὰ τὴν ῥεῦσιν τῶν ὑδάτων, ἢ παρὰ τὴν ἕσιν τῶν ὑδά‐ των καὶ βοτανῶν αὐτομάτως· ἢ ἐξ ἧς ἵενται. ἢ ἰαί‐</w:t>
      </w:r>
    </w:p>
    <w:p>
      <w:r>
        <w:rPr>
          <w:rFonts w:ascii="Courier New" w:hAnsi="Courier New"/>
          <w:color w:val="555555"/>
          <w:sz w:val="20"/>
        </w:rPr>
        <w:t>[20]</w:t>
      </w:r>
    </w:p>
    <w:p>
      <w:r>
        <w:rPr>
          <w:rFonts w:ascii="Gentium Plus" w:hAnsi="Gentium Plus"/>
          <w:sz w:val="24"/>
        </w:rPr>
        <w:t>νομαι, εἰ ἀνενήτις οὖσα. οὕτως ἐν Ὑπομνήματι εὗρον. Ἐπίῤῥησις, ὁ ψόγος, καὶ ἡ κατηγορία. ἔνθεν λοιπὸν καὶ ἐπίῤῥητος. Ἀρχίλοχος ἐν Ἐλεγείοις· Αἰσιμήδη</w:t>
      </w:r>
    </w:p>
    <w:p>
      <w:r>
        <w:rPr>
          <w:rFonts w:ascii="Courier New" w:hAnsi="Courier New"/>
          <w:color w:val="555555"/>
          <w:sz w:val="20"/>
        </w:rPr>
        <w:t>[epsilon 56]</w:t>
      </w:r>
    </w:p>
    <w:p>
      <w:r>
        <w:rPr>
          <w:rFonts w:ascii="Gentium Plus" w:hAnsi="Gentium Plus"/>
          <w:sz w:val="24"/>
        </w:rPr>
        <w:t>μερόεντα πάθοι. ἐπίῤῥητος οὖν, παρὰ τὴν ῥῆσιν, ἐφ’ ᾧ ἄν τις πολλὰ λέγοι ψέγων. Ἔντερα. ἀπὸ τοῦ δι’ αὐτῶν ῥεῖν τὴν τροφὴν καὶ τὸ αὐ‐ τῆς περίττωμα· ἢ ἀπὸ τοῦ εἰλοῦσθαι· οἷον ἔντελα</w:t>
      </w:r>
    </w:p>
    <w:p>
      <w:r>
        <w:rPr>
          <w:rFonts w:ascii="Courier New" w:hAnsi="Courier New"/>
          <w:color w:val="555555"/>
          <w:sz w:val="20"/>
        </w:rPr>
        <w:t>[5]</w:t>
      </w:r>
    </w:p>
    <w:p>
      <w:r>
        <w:rPr>
          <w:rFonts w:ascii="Gentium Plus" w:hAnsi="Gentium Plus"/>
          <w:sz w:val="24"/>
        </w:rPr>
        <w:t>τὰ ἐντὸς εἰλούμενα. οὕτως Σωρανός. Ἔμβρυον. ἀπὸ τοῦ ἔνδον βρύειν καὶ αὔξεσθαι. ἢ ἔνδον ἔχειν τὴν βοράν. ἢ ἔνδον εἶναι βροτοῦ. ὡς ἐνδόβρυον. οὕτω Σωρανός. Ἐπίπλους. οἷον ἐπιπλεῖν καὶ ἐπὶ πυλῆς εἶναι. οὕτω</w:t>
      </w:r>
    </w:p>
    <w:p>
      <w:r>
        <w:rPr>
          <w:rFonts w:ascii="Courier New" w:hAnsi="Courier New"/>
          <w:color w:val="555555"/>
          <w:sz w:val="20"/>
        </w:rPr>
        <w:t>[10]</w:t>
      </w:r>
    </w:p>
    <w:p>
      <w:r>
        <w:rPr>
          <w:rFonts w:ascii="Gentium Plus" w:hAnsi="Gentium Plus"/>
          <w:sz w:val="24"/>
        </w:rPr>
        <w:t>Σωρανός. Ἐπιγονατίς. διὰ τὸ ἐπὶ γόνατα κεῖσθαι. Ἐπιγουνίς, ὁ πρὸς τῷ γόνατι μῦς. ὡς δὲ ἄλλοι, ἡ δι’ εὐεξίαν ἐπιτραφεῖσα σὰρξ τῷ γόνατι. Ὅμηρος· οἷον ὁ γέρων ἐπὶ γουνίδα φαίνει.</w:t>
      </w:r>
    </w:p>
    <w:p>
      <w:r>
        <w:rPr>
          <w:rFonts w:ascii="Courier New" w:hAnsi="Courier New"/>
          <w:color w:val="555555"/>
          <w:sz w:val="20"/>
        </w:rPr>
        <w:t>[15]</w:t>
      </w:r>
    </w:p>
    <w:p>
      <w:r>
        <w:rPr>
          <w:rFonts w:ascii="Gentium Plus" w:hAnsi="Gentium Plus"/>
          <w:sz w:val="24"/>
        </w:rPr>
        <w:t>Ἔαρ. ἐπὶ τοῦ αἵματος. διὰ τὸ ἐν τῷ ἀέρι πλεονάζειν τὸ αἷμα. καὶ αὐτὸ τὸ ἔαρ. παρὰ τὸ πλεονάζειν ἐν τῇ ἕσει τῶν φυτῶν καὶ βοτανῶν. τινὲς δὲ κατὰ ἀ‐ ποβολὴν τοῦ υ· εὖαρ γὰρ τὸ εὖ ἧκον ἀέρος. ἡ γὰρ τοῦ περιέχοντος ἔτους ἐστὶν ἡδίστη κρᾶσις· ὅτε μήτε</w:t>
      </w:r>
    </w:p>
    <w:p>
      <w:r>
        <w:rPr>
          <w:rFonts w:ascii="Courier New" w:hAnsi="Courier New"/>
          <w:color w:val="555555"/>
          <w:sz w:val="20"/>
        </w:rPr>
        <w:t>[20]</w:t>
      </w:r>
    </w:p>
    <w:p>
      <w:r>
        <w:rPr>
          <w:rFonts w:ascii="Gentium Plus" w:hAnsi="Gentium Plus"/>
          <w:sz w:val="24"/>
        </w:rPr>
        <w:t>χειμὼν, μήτε ἄγαν θέρος. Εἶδος. εἶδος καὶ μορφὴ αἰσθητῶς· τὸ εἰδόμενον καὶ μεμορφωμένον, ἀοράτου τῆς ἀρχῆς ὑπαρχούσης, του‐ τέστι τῆς ὕλης ἀπλάστου καὶ ἀμόρφου οὔσης· ἢ ὅτι εἶ‐</w:t>
      </w:r>
    </w:p>
    <w:p>
      <w:r>
        <w:rPr>
          <w:rFonts w:ascii="Courier New" w:hAnsi="Courier New"/>
          <w:color w:val="555555"/>
          <w:sz w:val="20"/>
        </w:rPr>
        <w:t>[epsilon 57]</w:t>
      </w:r>
    </w:p>
    <w:p>
      <w:r>
        <w:rPr>
          <w:rFonts w:ascii="Gentium Plus" w:hAnsi="Gentium Plus"/>
          <w:sz w:val="24"/>
        </w:rPr>
        <w:t>Ἐγκέφαλος. παρὰ τὸ ἐγκεῖσθαι τῇ κεφαλῇ. Ἔδνον. παρὰ τὸ ἥσω ἡδανὸν ἐστὶ, καὶ ἀποβολῇ τοῦ α ἡδνὸν καὶ ἔδνον. ἥδονται γὰρ τούτοις αἱ γαμούμε‐ ναι. ἢ παρὰ τὸ ἔζω. ἔδω ἔδομαι, ἐδονὸν καὶ ἔδνον,</w:t>
      </w:r>
    </w:p>
    <w:p>
      <w:r>
        <w:rPr>
          <w:rFonts w:ascii="Courier New" w:hAnsi="Courier New"/>
          <w:color w:val="555555"/>
          <w:sz w:val="20"/>
        </w:rPr>
        <w:t>[5]</w:t>
      </w:r>
    </w:p>
    <w:p>
      <w:r>
        <w:rPr>
          <w:rFonts w:ascii="Gentium Plus" w:hAnsi="Gentium Plus"/>
          <w:sz w:val="24"/>
        </w:rPr>
        <w:t>παρὰ τὸ αἴτιον εἶναι τοῦ παρέζεσθαι, καὶ παραμένειν τὴν νύμφην τῷ νυμφίῳ. Ἐκεῖθεν. συγκοπῇ τοῦ ἐκεινόθεν. οὐδὲν γὰρ τῶν εἰς θεν τῇ ει παραλήγεται διφθόγγῳ. Ἐτήτυμον. ἐτεὸν ἔτυμον, καὶ πλεονασμῷ τῆς τη συλ‐</w:t>
      </w:r>
    </w:p>
    <w:p>
      <w:r>
        <w:rPr>
          <w:rFonts w:ascii="Courier New" w:hAnsi="Courier New"/>
          <w:color w:val="555555"/>
          <w:sz w:val="20"/>
        </w:rPr>
        <w:t>[10]</w:t>
      </w:r>
    </w:p>
    <w:p>
      <w:r>
        <w:rPr>
          <w:rFonts w:ascii="Gentium Plus" w:hAnsi="Gentium Plus"/>
          <w:sz w:val="24"/>
        </w:rPr>
        <w:t>λαβῆς, ἐτήτυμον. Ἐρινύες. ἀρανύες τινὲς εἰσὶν, αἱ τὰς ἀρὰς ἀνύουσαι. Ἐρωδιός. σεσημείωται κατὰ τὸν τόνον. οὐδὲν γὰρ διὰ τοῦ διος ὀξύνεται. ἐτυμολογοῦσι δὲ αὐτὸν, οἱ μὲν παρὰ τὸ ἕλους ἴδιον εἶναι ἐλωδιὸς, καὶ τροπῇ τοῦ λ εἰς ρ,</w:t>
      </w:r>
    </w:p>
    <w:p>
      <w:r>
        <w:rPr>
          <w:rFonts w:ascii="Courier New" w:hAnsi="Courier New"/>
          <w:color w:val="555555"/>
          <w:sz w:val="20"/>
        </w:rPr>
        <w:t>[15]</w:t>
      </w:r>
    </w:p>
    <w:p>
      <w:r>
        <w:rPr>
          <w:rFonts w:ascii="Gentium Plus" w:hAnsi="Gentium Plus"/>
          <w:sz w:val="24"/>
        </w:rPr>
        <w:t>ἐρωδιός· οἱ δὲ, παρὰ τὸ ῥοίζον ῥοίδιος καὶ ῥοδιός, καὶ πλεονασμῷ τοῦ ε, ἐρωδιός. οὕτως Ἡρωδιανὸς ἐν τῷ περὶ Παθῶν. Ἔκπλαγον. μετάθεσις. ἐκπλαγὸν ἐστὶ παρὰ τὸ ἐκπλήσσω. ὅθεν τό, ἡνίοχον δ’ ἐκπλαγέν. τροπὴ δὲ ἐπὶ τούτου</w:t>
      </w:r>
    </w:p>
    <w:p>
      <w:r>
        <w:rPr>
          <w:rFonts w:ascii="Courier New" w:hAnsi="Courier New"/>
          <w:color w:val="555555"/>
          <w:sz w:val="20"/>
        </w:rPr>
        <w:t>[20]</w:t>
      </w:r>
    </w:p>
    <w:p>
      <w:r>
        <w:rPr>
          <w:rFonts w:ascii="Gentium Plus" w:hAnsi="Gentium Plus"/>
          <w:sz w:val="24"/>
        </w:rPr>
        <w:t>ἐστὶ τὸ α εἰς η. παρὰ γὰρ τὸ πλήσσω, ἐπὶ μὲν ψυχικοῦ πάθους διὰ τοῦ α, ἐπὶ δὲ σωματικοῦ, διὰ τοῦ η· οἷον, ἐπλήγην, τὸ λαβεῖν τραῦμα· ἐπλάγην δ’ ἐπὶ ψυχῇ. Ἐχθρός. παρὰ τὸ ἔχθος ἐχθηρὸς, καὶ συγκοπῇ ἐχθρὸς,</w:t>
      </w:r>
    </w:p>
    <w:p>
      <w:r>
        <w:rPr>
          <w:rFonts w:ascii="Courier New" w:hAnsi="Courier New"/>
          <w:color w:val="555555"/>
          <w:sz w:val="20"/>
        </w:rPr>
        <w:t>[25]</w:t>
      </w:r>
    </w:p>
    <w:p>
      <w:r>
        <w:rPr>
          <w:rFonts w:ascii="Gentium Plus" w:hAnsi="Gentium Plus"/>
          <w:sz w:val="24"/>
        </w:rPr>
        <w:t>ὡς κῦδος κυδρός. οἱ δὲ διὰ τοῦ κ γράφοντες φασὶν εἶ‐ ναι ἐχθρός· ὁ ἔξω τεθορηκὼς, εἴγε σύμβασις ἡ φιλία. οὕτω φησὶν Ἡρωδιανὸς ἐν τῇ Ὀρθογραφίᾳ. διὰ δὲ τοῦ χ γράφει. Εὖνις. ὁ ἐστερημένος τινὸς, παρὰ τὴν ἑνὸς γενικήν. ὁ</w:t>
      </w:r>
    </w:p>
    <w:p>
      <w:r>
        <w:rPr>
          <w:rFonts w:ascii="Courier New" w:hAnsi="Courier New"/>
          <w:color w:val="555555"/>
          <w:sz w:val="20"/>
        </w:rPr>
        <w:t>[30]</w:t>
      </w:r>
    </w:p>
    <w:p>
      <w:r>
        <w:rPr>
          <w:rFonts w:ascii="Gentium Plus" w:hAnsi="Gentium Plus"/>
          <w:sz w:val="24"/>
        </w:rPr>
        <w:t>γὰρ παρώνυμος χαρακτὴρ ἀπὸ γενικῆς γίνεται. οὕτω παρὰ τὴν ἑνὸς γενικὴν ἔνις, καὶ πλεονασμῷ τοῦ υ, εὖ‐</w:t>
      </w:r>
    </w:p>
    <w:p>
      <w:r>
        <w:rPr>
          <w:rFonts w:ascii="Courier New" w:hAnsi="Courier New"/>
          <w:color w:val="555555"/>
          <w:sz w:val="20"/>
        </w:rPr>
        <w:t>[epsilon 58]</w:t>
      </w:r>
    </w:p>
    <w:p>
      <w:r>
        <w:rPr>
          <w:rFonts w:ascii="Gentium Plus" w:hAnsi="Gentium Plus"/>
          <w:sz w:val="24"/>
        </w:rPr>
        <w:t>Ἐλαφρός. παρὰ τὸ κουφότατον ζῶον τὴν ἔλαφον· ἑλα‐ φηρὸς καὶ συγκοπῇ ἐλαφρός. Εἴρων. ἐξ οὗ εἰρωνεία. παρὰ τὸ ἐρεῖν τὸ λέγειν. εἴρων δὲ ὁ διὰ λόγων παραλογιζόμενος.</w:t>
      </w:r>
    </w:p>
    <w:p>
      <w:r>
        <w:rPr>
          <w:rFonts w:ascii="Courier New" w:hAnsi="Courier New"/>
          <w:color w:val="555555"/>
          <w:sz w:val="20"/>
        </w:rPr>
        <w:t>[5]</w:t>
      </w:r>
    </w:p>
    <w:p>
      <w:r>
        <w:rPr>
          <w:rFonts w:ascii="Gentium Plus" w:hAnsi="Gentium Plus"/>
          <w:sz w:val="24"/>
        </w:rPr>
        <w:t>Εἰλικρινής. παρὰ τὸ ἐν ἕλῃ κεκριμένον. ἕλη δὲ ἡ λαμ‐ πηδὼν τοῦ ἡλίου. Ἔλεγος, ὁ θρῆνος. διὰ τὸ δι’ αὐτοῦ τοῦ θρήνου εὖ λέγειν τοὺς κατοιχουμένους. εὑρετὴ δὲ τοῦ ἐλεγείου. οἱ μὲν τὸν Ἀρχίλοχον, οἱ δὲ Μίμνερμον, οἱ δὲ Καλλῖνον</w:t>
      </w:r>
    </w:p>
    <w:p>
      <w:r>
        <w:rPr>
          <w:rFonts w:ascii="Courier New" w:hAnsi="Courier New"/>
          <w:color w:val="555555"/>
          <w:sz w:val="20"/>
        </w:rPr>
        <w:t>[10]</w:t>
      </w:r>
    </w:p>
    <w:p>
      <w:r>
        <w:rPr>
          <w:rFonts w:ascii="Gentium Plus" w:hAnsi="Gentium Plus"/>
          <w:sz w:val="24"/>
        </w:rPr>
        <w:t>παλαιότερον. ὅθεν πεντάμετρον τῷ ἡρωϊκῷ συνῆπτον· οὐχ ὁμοδραμοῦντα τῇ τοῦ προτέρου δυνάμει· ἀλλ’ οἷον συνεκπνέοντα, καὶ συσβεννύμενον ταῖς τοῦ τελευτή‐ σαντος τύχαις. οἱ δὲ ὕστερον πρὸς ἅπαντας διαφό‐ ρως. οὕτω Δίδυμος ἐν τῷ περὶ Ποιητῶν.</w:t>
      </w:r>
    </w:p>
    <w:p>
      <w:r>
        <w:rPr>
          <w:rFonts w:ascii="Courier New" w:hAnsi="Courier New"/>
          <w:color w:val="555555"/>
          <w:sz w:val="20"/>
        </w:rPr>
        <w:t>[15]</w:t>
      </w:r>
    </w:p>
    <w:p>
      <w:r>
        <w:rPr>
          <w:rFonts w:ascii="Gentium Plus" w:hAnsi="Gentium Plus"/>
          <w:sz w:val="24"/>
        </w:rPr>
        <w:t>Ἐπιστάτης. ὁ ἐφιστάμενος τινὶ, καὶ ὁ ἐπαίτης· παρὰ τὸ ἐφίστασθαι· πολλάκις δὲ καὶ ἐπὶ τοῦ διδάσκοντος τὶ ἁπλῶς. Εὐώνυμος, ἡ χεὶρ κατὰ ἀντίφασιν, ὧς ἀριστερὰ πα‐ ρὰ τὸ ἄριστον.</w:t>
      </w:r>
    </w:p>
    <w:p>
      <w:r>
        <w:rPr>
          <w:rFonts w:ascii="Courier New" w:hAnsi="Courier New"/>
          <w:color w:val="555555"/>
          <w:sz w:val="20"/>
        </w:rPr>
        <w:t>[20]</w:t>
      </w:r>
    </w:p>
    <w:p>
      <w:r>
        <w:rPr>
          <w:rFonts w:ascii="Gentium Plus" w:hAnsi="Gentium Plus"/>
          <w:sz w:val="24"/>
        </w:rPr>
        <w:t>Εὐδία, συγκοπῇ. εὐωδία γὰρ ἐστί. Εὐφρόνη. ἡ νὺξ, καθ’ ἣν εὖ φρονοῦμεν, τῆς διανοίας σχολαζούσης. Ἑσπέρα. παρὰ τὸ ἐς πέρας εἶναι τὴν ἕω. ἢ ἀπὸ τοῦ ἔσω ἡμᾶς περᾶν.</w:t>
      </w:r>
    </w:p>
    <w:p>
      <w:r>
        <w:rPr>
          <w:rFonts w:ascii="Courier New" w:hAnsi="Courier New"/>
          <w:color w:val="555555"/>
          <w:sz w:val="20"/>
        </w:rPr>
        <w:t>[25]</w:t>
      </w:r>
    </w:p>
    <w:p>
      <w:r>
        <w:rPr>
          <w:rFonts w:ascii="Gentium Plus" w:hAnsi="Gentium Plus"/>
          <w:sz w:val="24"/>
        </w:rPr>
        <w:t>Ἐλπίς. ἑλκίς τίς ἐστιν. ἀπὸ τοῦ παρέλκειν ἡμᾶς τῷ χρόνῳ. ἢ ἀπὸ τοῦ ἐλλείπειν τι τῷ ἐλπίζοντι, ἐλλι‐ πές τις ἐστι, καὶ συγκοπῇ ἐλπίς. Ἕρπυλος. ἀπὸ τοῦ ἕρπειν ἐν τῷ αὔξεσθαι. Εὐνοῦχος. παρὰ τὸ τὴν εὐνὴν ἔχειν καὶ ἐπιμελεῖσθαι·</w:t>
      </w:r>
    </w:p>
    <w:p>
      <w:r>
        <w:rPr>
          <w:rFonts w:ascii="Courier New" w:hAnsi="Courier New"/>
          <w:color w:val="555555"/>
          <w:sz w:val="20"/>
        </w:rPr>
        <w:t>[30]</w:t>
      </w:r>
    </w:p>
    <w:p>
      <w:r>
        <w:rPr>
          <w:rFonts w:ascii="Gentium Plus" w:hAnsi="Gentium Plus"/>
          <w:sz w:val="24"/>
        </w:rPr>
        <w:t>ἔχειν γὰρ τὸ φυλάττειν. Ὅμηρος· ὥς μοι κῆπον ἔχει πολυδένδρεον. ὁ δὲ εὐνοῦχος παρὰ τὸ εὖ τοῦ νοῦ ἔχειν, ἐστερημένου τοῦ μίσγεσθαι, ἅπερ ἀρχαῖοι ἀνόητα ἐκάλουν. Ἀριστοφάνης, ὕπνου τ’ ἀπέχεσθαι</w:t>
      </w:r>
    </w:p>
    <w:p>
      <w:r>
        <w:rPr>
          <w:rFonts w:ascii="Courier New" w:hAnsi="Courier New"/>
          <w:color w:val="555555"/>
          <w:sz w:val="20"/>
        </w:rPr>
        <w:t>[epsilon 59]</w:t>
      </w:r>
    </w:p>
    <w:p>
      <w:r>
        <w:rPr>
          <w:rFonts w:ascii="Gentium Plus" w:hAnsi="Gentium Plus"/>
          <w:sz w:val="24"/>
        </w:rPr>
        <w:t>Εἴρα. ἡ ἐκκλησία. ἀπὸ τοῦ εἴρω τὸ λέγω. Ἕωλον. τὸ ὄψον. παρὰ τὸ ἕω, δηλοῦν τὸ κορέσω. ἐπεὶ χ’ ἑῶμεν πολέμοιο. ὅταν γὰρ διακορεῖς γενώμεθα, εἰς τὴν ἐπιοῦσαν τὰ μέρη λιπόντες λέγομεν ἕωλα.</w:t>
      </w:r>
    </w:p>
    <w:p>
      <w:r>
        <w:rPr>
          <w:rFonts w:ascii="Courier New" w:hAnsi="Courier New"/>
          <w:color w:val="555555"/>
          <w:sz w:val="20"/>
        </w:rPr>
        <w:t>[5]</w:t>
      </w:r>
    </w:p>
    <w:p>
      <w:r>
        <w:rPr>
          <w:rFonts w:ascii="Gentium Plus" w:hAnsi="Gentium Plus"/>
          <w:sz w:val="24"/>
        </w:rPr>
        <w:t>Ἐξέτρω. παρὰ τὸ τρῶ, τὸ δηλοῦν τὸ κόπτω. ἔνθεν τὸ τρῶσαι, τὸ σιδήρῳ τέμνειν. δηλοῖ δὲ καὶ τὸ βλάπτω. τὸ δὲ παράγωγον αὐτοῦ τρώω· Ὅμηρος· οἶνός σε τρώει μελιηδής. παρὰ δὲ τὸ τρῶ παράγωγον τρῶμι, καὶ παρῳχημένος ἔτρων ἔτρως ἔτρω, καὶ ἐξέτρω· οἷον</w:t>
      </w:r>
    </w:p>
    <w:p>
      <w:r>
        <w:rPr>
          <w:rFonts w:ascii="Courier New" w:hAnsi="Courier New"/>
          <w:color w:val="555555"/>
          <w:sz w:val="20"/>
        </w:rPr>
        <w:t>[10]</w:t>
      </w:r>
    </w:p>
    <w:p>
      <w:r>
        <w:rPr>
          <w:rFonts w:ascii="Gentium Plus" w:hAnsi="Gentium Plus"/>
          <w:sz w:val="24"/>
        </w:rPr>
        <w:t>ἐβλάβη καὶ ἐξεκόπη ἡ κύησις. Ἐρέτης. ἐλῶ ἐλέσω, καὶ παράγωγον. τροπῇ τοῦ λ εἰς ρ, ἐρέσω, καὶ ἐρέτης. Ἐρωτῶ. παρὰ τὴν ἔρωτος γενικήν. ἐπειδὴ οἱ ἐρωτῶντες οὗ εὔχονται τυχεῖν τοῖς ἐρῶσιν ἐοίκασιν. οὕτω Φιλόξενος.</w:t>
      </w:r>
    </w:p>
    <w:p>
      <w:r>
        <w:rPr>
          <w:rFonts w:ascii="Courier New" w:hAnsi="Courier New"/>
          <w:color w:val="555555"/>
          <w:sz w:val="20"/>
        </w:rPr>
        <w:t>[15]</w:t>
      </w:r>
    </w:p>
    <w:p>
      <w:r>
        <w:rPr>
          <w:rFonts w:ascii="Gentium Plus" w:hAnsi="Gentium Plus"/>
          <w:sz w:val="24"/>
        </w:rPr>
        <w:t>Εὐθημοσύνη. παρὰ τὸν θήσω μέλλοντα. θῆμος παράγω‐ γον καὶ θημόσυνος καὶ εὐθημοσύνη· ὡς ἵππος ἱπποσύ‐ νη, καὶ δίκαιος δικαιοσύνη. θήσω θῆμος θημοσύνη. Φι‐ λόξενος. Ἐρωή. ἡ ὁρμή. ὁρῶ ἐστὶ ῥῆμα, καὶ ῥώω. ὅθεν τὸ ἐῤῥώ‐</w:t>
      </w:r>
    </w:p>
    <w:p>
      <w:r>
        <w:rPr>
          <w:rFonts w:ascii="Courier New" w:hAnsi="Courier New"/>
          <w:color w:val="555555"/>
          <w:sz w:val="20"/>
        </w:rPr>
        <w:t>[20]</w:t>
      </w:r>
    </w:p>
    <w:p>
      <w:r>
        <w:rPr>
          <w:rFonts w:ascii="Gentium Plus" w:hAnsi="Gentium Plus"/>
          <w:sz w:val="24"/>
        </w:rPr>
        <w:t>σαντο. καὶ τὸ τούτου ῥηματικὸν ὄνομα ῥωὴ, ὡς ζῶ ζωή. καὶ πλεονασμῷ τοῦ ε, ἐρωή. οὕτω Φιλόξενος ἐν τῷ περὶ μονοσυλλάβων ῥημάτων. Ἐπίσσωτρον. παρὰ τὸ σῶ τὸ ὁρμῶ, οὗ μέλλων σώσω. ὄ‐ νομα ῥηματικὸν σῶτρον. καὶ σύνθετον, ἐπίσσωτρον.</w:t>
      </w:r>
    </w:p>
    <w:p>
      <w:r>
        <w:rPr>
          <w:rFonts w:ascii="Courier New" w:hAnsi="Courier New"/>
          <w:color w:val="555555"/>
          <w:sz w:val="20"/>
        </w:rPr>
        <w:t>[25]</w:t>
      </w:r>
    </w:p>
    <w:p>
      <w:r>
        <w:rPr>
          <w:rFonts w:ascii="Gentium Plus" w:hAnsi="Gentium Plus"/>
          <w:sz w:val="24"/>
        </w:rPr>
        <w:t>Ἑτερόγναθος ἵππος, ὁ σκληρόστομος. εἴρηται δὲ ὡς μὴ ἰδίαις ταῖς γνάθοις χρώμενος. Ἐτεόν, τὸ ἀληθές. εἰμὶ, ὁ μέλλων ἔσω ἔσομαι· ὡς θή‐ σω θετὸς, οὕτω ἔσω ἐτὸς, καὶ πλεονασμῷ τοῦ ε, ἐ‐ τεός. τὸ γὰρ ἀληθὲς ὑπάρχον, ἐστὶ καὶ πεπηγός.</w:t>
      </w:r>
    </w:p>
    <w:p>
      <w:r>
        <w:rPr>
          <w:rFonts w:ascii="Courier New" w:hAnsi="Courier New"/>
          <w:color w:val="555555"/>
          <w:sz w:val="20"/>
        </w:rPr>
        <w:t>[30]</w:t>
      </w:r>
    </w:p>
    <w:p>
      <w:r>
        <w:rPr>
          <w:rFonts w:ascii="Gentium Plus" w:hAnsi="Gentium Plus"/>
          <w:sz w:val="24"/>
        </w:rPr>
        <w:t>Ἐπιτάξ. παρὰ Καλλιμάχῳ. τὸ ἐπίῤῥημα, παρὰ τὸ ἐπιτάξω, ἀποβολῇ τοῦ ω, ὡς παρὰ τὸ μίγω μὶξ ἐπι‐</w:t>
      </w:r>
    </w:p>
    <w:p>
      <w:r>
        <w:rPr>
          <w:rFonts w:ascii="Courier New" w:hAnsi="Courier New"/>
          <w:color w:val="555555"/>
          <w:sz w:val="20"/>
        </w:rPr>
        <w:t>[epsilon 60]</w:t>
      </w:r>
    </w:p>
    <w:p>
      <w:r>
        <w:rPr>
          <w:rFonts w:ascii="Gentium Plus" w:hAnsi="Gentium Plus"/>
          <w:sz w:val="24"/>
        </w:rPr>
        <w:t>Ἔναρα. κυρίως ἐν οἷς ἀρήρεται τὸ σῶμα καὶ ἐνήρμοσται· ὡς ἐπὶ θώρακος, καὶ κυνέας, καὶ κνημίδος. καὶ ἐνα‐ ρίζειν, τὸ τὰ ἐναρηρότα τοῖς σώμασιν ἀφαιρεῖσθαι. Ἔνδιος. ἡ μεσημβρία καὶ ὁ μεσημβρινός. ὁμοίως πα‐</w:t>
      </w:r>
    </w:p>
    <w:p>
      <w:r>
        <w:rPr>
          <w:rFonts w:ascii="Courier New" w:hAnsi="Courier New"/>
          <w:color w:val="555555"/>
          <w:sz w:val="20"/>
        </w:rPr>
        <w:t>[5]</w:t>
      </w:r>
    </w:p>
    <w:p>
      <w:r>
        <w:rPr>
          <w:rFonts w:ascii="Gentium Plus" w:hAnsi="Gentium Plus"/>
          <w:sz w:val="24"/>
        </w:rPr>
        <w:t>ρὰ τὸ ἰδίω τὸ ἰδρῶ· Ὅμηρος, ἴδιον, ὡς ἐνόησα. ἐνί‐ διος καὶ ἔνδιος. ἔνδιος δ’ ὁ γέρων. ἢ παρὰ τὸ ἐν‐ δεῖν καὶ ἐλαττοῦσθαι τὰ ἡμέτερα. Ἐσμὸς, ἐπὶ τοῦ πλήθους τῶν μελισσῶν. παρὰ τὴν ἕσιν ὁμοῦ ποιεῖν, καὶ μὴ διεστάναι ἀπ’ ἀλλήλων. ὅθεν Ὅ‐</w:t>
      </w:r>
    </w:p>
    <w:p>
      <w:r>
        <w:rPr>
          <w:rFonts w:ascii="Courier New" w:hAnsi="Courier New"/>
          <w:color w:val="555555"/>
          <w:sz w:val="20"/>
        </w:rPr>
        <w:t>[10]</w:t>
      </w:r>
    </w:p>
    <w:p>
      <w:r>
        <w:rPr>
          <w:rFonts w:ascii="Gentium Plus" w:hAnsi="Gentium Plus"/>
          <w:sz w:val="24"/>
        </w:rPr>
        <w:t>μηρος. Ἐΰς. παρὰ τὸ ἔω τὸ ὑπάρχω, ὡς καὶ παρὰ τὸ ἥδω ἡ‐ δὺς, βρίθω βριθὺς, οὕτω παρὰ τὸ ἔω ἐΰς. Ἐϋῤῥεῖος. ῥέω ῥεεὺς καὶ εὐρεύς ἐϋῤῥεέος, καὶ κράσει τῶν δύο εε εἰς ει δίφθογγον εὐῤῥεέος. δύναται καὶ</w:t>
      </w:r>
    </w:p>
    <w:p>
      <w:r>
        <w:rPr>
          <w:rFonts w:ascii="Courier New" w:hAnsi="Courier New"/>
          <w:color w:val="555555"/>
          <w:sz w:val="20"/>
        </w:rPr>
        <w:t>[15]</w:t>
      </w:r>
    </w:p>
    <w:p>
      <w:r>
        <w:rPr>
          <w:rFonts w:ascii="Gentium Plus" w:hAnsi="Gentium Plus"/>
          <w:sz w:val="24"/>
        </w:rPr>
        <w:t>παρὰ τὸ ῥεύσω μέλλοντα, ῥεὺς, ἀποβολῇ τοῦ ω, ἐῤ‐ ῥεύς. Ἔπος. παρὰ τὸ ἔπω, οὗ σύνθετον ἐνέπω. ἔπω δὲ ἔπος, ὡς τεύχω τεῦχος. Εὐτράπελος. παρὰ τὸ τρέπω ῥῆμα, οὗ βʹ ἀόριστος ἔτρα‐</w:t>
      </w:r>
    </w:p>
    <w:p>
      <w:r>
        <w:rPr>
          <w:rFonts w:ascii="Courier New" w:hAnsi="Courier New"/>
          <w:color w:val="555555"/>
          <w:sz w:val="20"/>
        </w:rPr>
        <w:t>[20]</w:t>
      </w:r>
    </w:p>
    <w:p>
      <w:r>
        <w:rPr>
          <w:rFonts w:ascii="Gentium Plus" w:hAnsi="Gentium Plus"/>
          <w:sz w:val="24"/>
        </w:rPr>
        <w:t>πον. ὄνομα τράπελος, σύνθετον εὐτράπελος. Ἐσθής. παρὰ τὸν ἕσω μέλλοντα. ἀμφιέσω. ὄνομα ῥη‐ ματικὸν ... παρώνυμον ἑστὴς, καὶ μεταθέσει τοῦ τ εἰς θ, ἐσθὴς, ὡς παρὰ τὸ ἀργὸς ἀργής· ἀργῆτι κε‐ ραυνῷ.</w:t>
      </w:r>
    </w:p>
    <w:p>
      <w:r>
        <w:rPr>
          <w:rFonts w:ascii="Courier New" w:hAnsi="Courier New"/>
          <w:color w:val="555555"/>
          <w:sz w:val="20"/>
        </w:rPr>
        <w:t>[25]</w:t>
      </w:r>
    </w:p>
    <w:p>
      <w:r>
        <w:rPr>
          <w:rFonts w:ascii="Gentium Plus" w:hAnsi="Gentium Plus"/>
          <w:sz w:val="24"/>
        </w:rPr>
        <w:t>Ἐδωδή. ἔδη, διπλασιασμῷ ἐδηδὴ, καὶ ἐδωδὴ κατὰ τρο‐ πὴν τοῦ η εἰς ω. Ἐγκονεῖν, σπευδεῖν. ἀπὸ μεταφορᾶς τῶν κόνιν ἐγει‐ ρόντων. Ἕδη. τὰ ἱδρυμένην καὶ ἀΐδιον τὴν ἐν αὐτῷ μονὴν</w:t>
      </w:r>
    </w:p>
    <w:p>
      <w:r>
        <w:rPr>
          <w:rFonts w:ascii="Courier New" w:hAnsi="Courier New"/>
          <w:color w:val="555555"/>
          <w:sz w:val="20"/>
        </w:rPr>
        <w:t>[30]</w:t>
      </w:r>
    </w:p>
    <w:p>
      <w:r>
        <w:rPr>
          <w:rFonts w:ascii="Gentium Plus" w:hAnsi="Gentium Plus"/>
          <w:sz w:val="24"/>
        </w:rPr>
        <w:t>ἔχοντα. Ἐνέδραι. παρὰ τὸ ἕζω ῥῆμα, ὄνομα ἔδρα καὶ ἐνέδρα. Ἑδώλια. ἕζω ἢ ἕδω, τροπῇ τοῦ ζ εἰς δ ἕδω ἑδοῦμαι, καὶ καθεδοῦμαι, παρ’ Ἀττικοῖς.</w:t>
      </w:r>
    </w:p>
    <w:p>
      <w:r>
        <w:rPr>
          <w:rFonts w:ascii="Courier New" w:hAnsi="Courier New"/>
          <w:color w:val="555555"/>
          <w:sz w:val="20"/>
        </w:rPr>
        <w:t>[epsilon 61]</w:t>
      </w:r>
    </w:p>
    <w:p>
      <w:r>
        <w:rPr>
          <w:rFonts w:ascii="Gentium Plus" w:hAnsi="Gentium Plus"/>
          <w:sz w:val="24"/>
        </w:rPr>
        <w:t>ρὰ τὸ ἴον, ὡς φησὶ, καὶ τὸ ἴον μέλαν ἐστὶ, καὶ ἁ γραπτὰ ὑάκινθος. ἔριον καὶ ἔῤῥος παρὰ τὸ ἔῤῥω τὸ μοχθῶ· περὶ ὂ ταλαιπωροῦσιν αἱ ἐργαζόμεναι. Ἐρετμός. ἐρέσσω ἐρετμὸς, καὶ τροπῇ τοῦ γ εἰς τ,</w:t>
      </w:r>
    </w:p>
    <w:p>
      <w:r>
        <w:rPr>
          <w:rFonts w:ascii="Courier New" w:hAnsi="Courier New"/>
          <w:color w:val="555555"/>
          <w:sz w:val="20"/>
        </w:rPr>
        <w:t>[5]</w:t>
      </w:r>
    </w:p>
    <w:p>
      <w:r>
        <w:rPr>
          <w:rFonts w:ascii="Gentium Plus" w:hAnsi="Gentium Plus"/>
          <w:sz w:val="24"/>
        </w:rPr>
        <w:t>ἐρετμός. Ἐπητής. παρὰ τὸ ἔπω, οὗ σύνθετον ἐνέπω. ἐπλεόνασε δὲ τὸ η. ἔδει γὰρ ἰσοσυλλαβῆσαι τῷ ῥήματι· ἔπω ἔπης. δηλοῖ δὲ οὐ μόνον τὸν τοῦ λέγειν, ἀλλὰ καὶ τὸν τοῦ ποιεῖν ἐν δυνάμει ὄντα.</w:t>
      </w:r>
    </w:p>
    <w:p>
      <w:r>
        <w:rPr>
          <w:rFonts w:ascii="Courier New" w:hAnsi="Courier New"/>
          <w:color w:val="555555"/>
          <w:sz w:val="20"/>
        </w:rPr>
        <w:t>[10]</w:t>
      </w:r>
    </w:p>
    <w:p>
      <w:r>
        <w:rPr>
          <w:rFonts w:ascii="Gentium Plus" w:hAnsi="Gentium Plus"/>
          <w:sz w:val="24"/>
        </w:rPr>
        <w:t>Ἑρπετόν. παρὰ τὸ ἕρπω ῥῆμα, ἢ παρὰ τὸ ἐμπίπτειν τῇ ἔρᾳ. Ἐσσήν, ὁ βασιλεύς. Καλλίμαχος. οὔ σε θεῶν βασι‐ λίη ἐσσῆνα πάλιοι θέσαν. παρὰ τὸ ἕσσων ἐστὶν, ὁ ἥτ‐ τονας τοὺς ἐφ’ ἑαυτὸν ἔχων, καὶ συστολῇ τοῦ η, εἰς ε,</w:t>
      </w:r>
    </w:p>
    <w:p>
      <w:r>
        <w:rPr>
          <w:rFonts w:ascii="Courier New" w:hAnsi="Courier New"/>
          <w:color w:val="555555"/>
          <w:sz w:val="20"/>
        </w:rPr>
        <w:t>[15]</w:t>
      </w:r>
    </w:p>
    <w:p>
      <w:r>
        <w:rPr>
          <w:rFonts w:ascii="Gentium Plus" w:hAnsi="Gentium Plus"/>
          <w:sz w:val="24"/>
        </w:rPr>
        <w:t>ἐσσήν. Ἔκπαγλος. ἐκπληγὸς ἐστὶ, παρὰ τὸ ἐκπλήσσω, ὡς πα‐ ρὰ τὸ πήσσω πηγὸς καὶ ναυπηγός. τὸ δὲ η εἰς α με‐ ταβέβληται, καὶ ἅμα τῇ μεταβολῇ μετατίθεται καὶ τὸ λ, ἔκπληγος ἔκπαγλος.</w:t>
      </w:r>
    </w:p>
    <w:p>
      <w:r>
        <w:rPr>
          <w:rFonts w:ascii="Courier New" w:hAnsi="Courier New"/>
          <w:color w:val="555555"/>
          <w:sz w:val="20"/>
        </w:rPr>
        <w:t>[20]</w:t>
      </w:r>
    </w:p>
    <w:p>
      <w:r>
        <w:rPr>
          <w:rFonts w:ascii="Gentium Plus" w:hAnsi="Gentium Plus"/>
          <w:sz w:val="24"/>
        </w:rPr>
        <w:t>Ἔκδικος. ὁ ἄδικος, ὁ ἔξω τοῦ δικαίου. Ἐγγυτέρω. παρὰ τὸ ἐν γῇ τυγχάνειν, ὡς πρὸς τῷ ἐν ἀέρι καὶ θαλάττῃ, ἅπερ οὐκ ἐφικτὰ ἡμῖν ἐστὶν, ἀλλὰ κεχώρισται. Ἐρινεός. παρὰ τὸ ἐριστικὸν εἶναι τὸ δένδρον πέτραις, καὶ</w:t>
      </w:r>
    </w:p>
    <w:p>
      <w:r>
        <w:rPr>
          <w:rFonts w:ascii="Courier New" w:hAnsi="Courier New"/>
          <w:color w:val="555555"/>
          <w:sz w:val="20"/>
        </w:rPr>
        <w:t>[25]</w:t>
      </w:r>
    </w:p>
    <w:p>
      <w:r>
        <w:rPr>
          <w:rFonts w:ascii="Gentium Plus" w:hAnsi="Gentium Plus"/>
          <w:sz w:val="24"/>
        </w:rPr>
        <w:t>ὕδασιν. οὕτως Ἡρωδιανὸς καὶ Εὐδαίμων. Ἐπιεική. παρὰ τὸ εἴκειν καὶ μὴ ἀντιτείνειν. Εἰρήνη. παρὰ τὸ ἀλέγειν, καὶ εἴρειν ἐν αὐτῇ ἐξεῖναι. εἴπερ ἄρης ὁ πόλεμος κατὰ στέρησιν τῆς ῥήσεως. Εἰλείσθη. ἀπὸ τοῦ ἐλεύθειν εἰς φῶς δι’ αὐτῆς τὰ</w:t>
      </w:r>
    </w:p>
    <w:p>
      <w:r>
        <w:rPr>
          <w:rFonts w:ascii="Courier New" w:hAnsi="Courier New"/>
          <w:color w:val="555555"/>
          <w:sz w:val="20"/>
        </w:rPr>
        <w:t>[30]</w:t>
      </w:r>
    </w:p>
    <w:p>
      <w:r>
        <w:rPr>
          <w:rFonts w:ascii="Gentium Plus" w:hAnsi="Gentium Plus"/>
          <w:sz w:val="24"/>
        </w:rPr>
        <w:t>τικτόμενα. Εἴκελος. παρὰ τὸ εἴκω τὸ ὁμοιῶ· ἀφ’ οὗ καὶ εἰκὼν, ὡς</w:t>
      </w:r>
    </w:p>
    <w:p>
      <w:r>
        <w:rPr>
          <w:rFonts w:ascii="Courier New" w:hAnsi="Courier New"/>
          <w:color w:val="555555"/>
          <w:sz w:val="20"/>
        </w:rPr>
        <w:t>[epsilon 62]</w:t>
      </w:r>
    </w:p>
    <w:p>
      <w:r>
        <w:rPr>
          <w:rFonts w:ascii="Gentium Plus" w:hAnsi="Gentium Plus"/>
          <w:sz w:val="24"/>
        </w:rPr>
        <w:t>Ἑδανόν. παρὰ τὸ ἥδω ἡδανὸν καὶ ἑδανόν· ἀμβροσίῳ ἐπὶ ἑδανῷ. Εὐμαρής. παρὰ τὸ μαίρω τὸ λάμπω, ὅθεν τὸ μαρμαίρω κατ’ ἀναδιπλασιασμόν. μαίρω μαρὴς καὶ εὐμαρὴς, ὁ</w:t>
      </w:r>
    </w:p>
    <w:p>
      <w:r>
        <w:rPr>
          <w:rFonts w:ascii="Courier New" w:hAnsi="Courier New"/>
          <w:color w:val="555555"/>
          <w:sz w:val="20"/>
        </w:rPr>
        <w:t>[5]</w:t>
      </w:r>
    </w:p>
    <w:p>
      <w:r>
        <w:rPr>
          <w:rFonts w:ascii="Gentium Plus" w:hAnsi="Gentium Plus"/>
          <w:sz w:val="24"/>
        </w:rPr>
        <w:t>ἐμφανὴς, καὶ δῆλος, καὶ εὔληπτος, καὶ μὴ ὑπὸ σκό‐ τει κείμενος. Ἐγγύη. παρὰ τὸ γῶ τὸ δέχομαι· ἔνθεν γωρητός. τοῦ γῶ παράγωγον τὸ γνῶ, ἀφ’ οὗ ἐγγυᾶσθαι εἴρηται τὸ εἰς ἑαυτὸν περιάγειν καὶ λαμβάνειν ἢ σῶμα, ἢ</w:t>
      </w:r>
    </w:p>
    <w:p>
      <w:r>
        <w:rPr>
          <w:rFonts w:ascii="Courier New" w:hAnsi="Courier New"/>
          <w:color w:val="555555"/>
          <w:sz w:val="20"/>
        </w:rPr>
        <w:t>[10]</w:t>
      </w:r>
    </w:p>
    <w:p>
      <w:r>
        <w:rPr>
          <w:rFonts w:ascii="Gentium Plus" w:hAnsi="Gentium Plus"/>
          <w:sz w:val="24"/>
        </w:rPr>
        <w:t>πρᾶγμα ἀπιστούμενον. Ἔρεβος. παρὰ τὸ ἐρέφω, τροπῇ τοῦ φ εἰς β, τὸ κατε‐ στεγασμένον ὑπὸ τῆς γῆς. παρὰ τὸ ἔραν τὴν γῆν. τὸ ὑπὸ τὴν ἔαν βαῖνον. Εἰδαλίμας. παρὰ τὸ εἶδος εἴδιμος, ὡς πεύκη πεύκι‐</w:t>
      </w:r>
    </w:p>
    <w:p>
      <w:r>
        <w:rPr>
          <w:rFonts w:ascii="Courier New" w:hAnsi="Courier New"/>
          <w:color w:val="555555"/>
          <w:sz w:val="20"/>
        </w:rPr>
        <w:t>[15]</w:t>
      </w:r>
    </w:p>
    <w:p>
      <w:r>
        <w:rPr>
          <w:rFonts w:ascii="Gentium Plus" w:hAnsi="Gentium Plus"/>
          <w:sz w:val="24"/>
        </w:rPr>
        <w:t>μος, κῦδος κύδιμος, καὶ πλεονασμῷ τοῦ αλ πευκάλιμος καὶ κυδάλιμος, οὕτως εἶδος εἴδιμος καὶ εἰδάλιμος· οὕτω Φιλόξενος ἐν τῷ περὶ Ἀναδιπλασιασμοῦ. Ἐνυάλιος. παρὰ τὴν Ἐνυώ, προστάτην δαίμονα τοῦ πο‐ λέμου. κτητικῷ τύπῳ Ἐνυὼ ἐνύϊος, καὶ πάλιν προς‐</w:t>
      </w:r>
    </w:p>
    <w:p>
      <w:r>
        <w:rPr>
          <w:rFonts w:ascii="Courier New" w:hAnsi="Courier New"/>
          <w:color w:val="555555"/>
          <w:sz w:val="20"/>
        </w:rPr>
        <w:t>[20]</w:t>
      </w:r>
    </w:p>
    <w:p>
      <w:r>
        <w:rPr>
          <w:rFonts w:ascii="Gentium Plus" w:hAnsi="Gentium Plus"/>
          <w:sz w:val="24"/>
        </w:rPr>
        <w:t>ιόντος τοῦ α καὶ λ, ἐνυάλιος. Ἐντροπαλιζόμενος. ὥσπερ φέρω φορῶ παράγωγον, φέβω φοβῶ, οὕτω τρέπω τροπῶ· ἢ καὶ ἄλλη παραγωγὴ, κο‐ μῶ κομίζω, αἰτῶ αἰτίζω· οὕτω τροπῶ τροπίζω· καὶ προσελθόντος τοῦ αλ τροπαλίζω, ἐντροπαλιζόμενος. τὸ</w:t>
      </w:r>
    </w:p>
    <w:p>
      <w:r>
        <w:rPr>
          <w:rFonts w:ascii="Courier New" w:hAnsi="Courier New"/>
          <w:color w:val="555555"/>
          <w:sz w:val="20"/>
        </w:rPr>
        <w:t>[25]</w:t>
      </w:r>
    </w:p>
    <w:p>
      <w:r>
        <w:rPr>
          <w:rFonts w:ascii="Gentium Plus" w:hAnsi="Gentium Plus"/>
          <w:sz w:val="24"/>
        </w:rPr>
        <w:t>δὲ τροπαλίζω, καὶ χωρὶς τοῦ ἐν προθέσεως εἴρηται. πρὶν δ’ οὔτι μετατροπαλίζεω φεύγων. τοιαῦτα δὲ εἰ‐ σὶ ῥήματα, καὶ ἀπὸ τῶν εἰς ης εἰς ζω παραγόμενα, πλεονάζοντος τοῦ αλ, πύκτης πυκτίζω πυκταλίζω· Ἀ‐ νακρέων, ὡς δὴ πρὸς ἔρωτα πυκταλίζω. καὶ Σώ‐</w:t>
      </w:r>
    </w:p>
    <w:p>
      <w:r>
        <w:rPr>
          <w:rFonts w:ascii="Courier New" w:hAnsi="Courier New"/>
          <w:color w:val="555555"/>
          <w:sz w:val="20"/>
        </w:rPr>
        <w:t>[30]</w:t>
      </w:r>
    </w:p>
    <w:p>
      <w:r>
        <w:rPr>
          <w:rFonts w:ascii="Gentium Plus" w:hAnsi="Gentium Plus"/>
          <w:sz w:val="24"/>
        </w:rPr>
        <w:t>φρων φησὶν ἀπὸ τοῦ πυκτεύω, πυκταλεύω.</w:t>
      </w:r>
    </w:p>
    <w:p>
      <w:r>
        <w:rPr>
          <w:rFonts w:ascii="Courier New" w:hAnsi="Courier New"/>
          <w:color w:val="555555"/>
          <w:sz w:val="20"/>
        </w:rPr>
        <w:t>[epsilon 63]</w:t>
      </w:r>
    </w:p>
    <w:p>
      <w:r>
        <w:rPr>
          <w:rFonts w:ascii="Gentium Plus" w:hAnsi="Gentium Plus"/>
          <w:sz w:val="24"/>
        </w:rPr>
        <w:t>Ἐναλίγκιος. παρὰ τὸ εἴκω τὸ ὁμοιῶ· ὥσπερ παρὰ τὸ πήσσω πάγιος, ἁρμόζω ἁρμόδιος, καὶ παρὰ τὸ εἴκω εἴ‐ κιος· καὶ ὥσπερ τὸ εἴκελος ἀποβάλλει τὸ ε· εἴκελος ἀστεροπῇ· οὕτω καὶ παρὰ τὸ εἴκω εἴκιος ἐνείκιος,</w:t>
      </w:r>
    </w:p>
    <w:p>
      <w:r>
        <w:rPr>
          <w:rFonts w:ascii="Courier New" w:hAnsi="Courier New"/>
          <w:color w:val="555555"/>
          <w:sz w:val="20"/>
        </w:rPr>
        <w:t>[5]</w:t>
      </w:r>
    </w:p>
    <w:p>
      <w:r>
        <w:rPr>
          <w:rFonts w:ascii="Gentium Plus" w:hAnsi="Gentium Plus"/>
          <w:sz w:val="24"/>
        </w:rPr>
        <w:t>καὶ χωρὶς τοῦ ε, καὶ προσιόντος τοῦ αλ, καὶ πλεονά‐ σαντος τοῦ γ διὰ τὰ ἐπάλληλα βραχέα, ἐναλίγκιος. Φιλόξενος ἐν τῷ περὶ Ἀναδιπλασιασμοῦ. Ἐκάπυσσεν. κάπω ἐστὶ ῥῆμα τὸ δηλοῦν τὸ πνέω. τού‐ του παράγωγον καπύω, καὶ ἕτερον καπύσσω, ὡς ἀφύω</w:t>
      </w:r>
    </w:p>
    <w:p>
      <w:r>
        <w:rPr>
          <w:rFonts w:ascii="Courier New" w:hAnsi="Courier New"/>
          <w:color w:val="555555"/>
          <w:sz w:val="20"/>
        </w:rPr>
        <w:t>[10]</w:t>
      </w:r>
    </w:p>
    <w:p>
      <w:r>
        <w:rPr>
          <w:rFonts w:ascii="Gentium Plus" w:hAnsi="Gentium Plus"/>
          <w:sz w:val="24"/>
        </w:rPr>
        <w:t>ἀφύσσω. Εἱρκτή. εἵργω· ὁ μέλλων εἵρξω· καὶ εἱρκτή. Ἐπικουρεῖν. ἡ ἐπὶ πρόθεσις τὸ δέον σημαίνει· οἷον ἐπι‐ κουρεῖν τὸ προσῆκον ποιεῖν τοῖς κούροις. Ἐπιορκεῖν. ἡ ἐπὶ πρόθεσις ἀπὸ τῆς ὑπὲρ ἔγκειται,</w:t>
      </w:r>
    </w:p>
    <w:p>
      <w:r>
        <w:rPr>
          <w:rFonts w:ascii="Courier New" w:hAnsi="Courier New"/>
          <w:color w:val="555555"/>
          <w:sz w:val="20"/>
        </w:rPr>
        <w:t>[15]</w:t>
      </w:r>
    </w:p>
    <w:p>
      <w:r>
        <w:rPr>
          <w:rFonts w:ascii="Gentium Plus" w:hAnsi="Gentium Plus"/>
          <w:sz w:val="24"/>
        </w:rPr>
        <w:t>καὶ δηλοῖ τὸ ὑπὲρ ἄνω τῶν ὅρκων γίνεσθαι, καὶ ὑπερ‐ βαίνειν αὐτούς. Ἀπολλώνιος οὕτως. Ἐξαίσιον. ποτὲ μὲν δηλοῖ τὸ μέγα· ποτὲ δὲ τὸ ἄδικον. παρὰ τὴν αἶσαν, ἥτις δηλοῖ τὸ πρέπον. ἐξαίσιον οὖν, τὸ ἔξω τοῦ πρέποντος· ὁτὲ δὲ τὸ μέγα, οἷον τὸ ὑπὲρ</w:t>
      </w:r>
    </w:p>
    <w:p>
      <w:r>
        <w:rPr>
          <w:rFonts w:ascii="Courier New" w:hAnsi="Courier New"/>
          <w:color w:val="555555"/>
          <w:sz w:val="20"/>
        </w:rPr>
        <w:t>[20]</w:t>
      </w:r>
    </w:p>
    <w:p>
      <w:r>
        <w:rPr>
          <w:rFonts w:ascii="Gentium Plus" w:hAnsi="Gentium Plus"/>
          <w:sz w:val="24"/>
        </w:rPr>
        <w:t>τὸ καθῆκον· ὥσπερ τὸ ἐκνομίως παρὰ Ἀριστοφάνει, ἀντὶ τοῦ μεγάλως. Ἔναγχος. παρὰ τὸ ἀγχοῦ ἀγχὸς, καὶ μετὰ τῆς ἐν προ‐ θέσεως ἔναγχος. Εἶδος. παρὰ τὸ εἴδω εἶδος, τὸ πᾶσιν ὁρώμενον.</w:t>
      </w:r>
    </w:p>
    <w:p>
      <w:r>
        <w:rPr>
          <w:rFonts w:ascii="Courier New" w:hAnsi="Courier New"/>
          <w:color w:val="555555"/>
          <w:sz w:val="20"/>
        </w:rPr>
        <w:t>[25]</w:t>
      </w:r>
    </w:p>
    <w:p>
      <w:r>
        <w:rPr>
          <w:rFonts w:ascii="Gentium Plus" w:hAnsi="Gentium Plus"/>
          <w:sz w:val="24"/>
        </w:rPr>
        <w:t>Ἕρματα. οἱ μὲν παρὰ τὸ εἴρω ῥῆμα καὶ ἕρμα· οἱ δὲ παρὰ τὸ ἔρεισμα, συγκοπῇ ἕρμα. οὕτως Ἡρωδιανός. Ἐλύσθη. ῥυμὸς ἐπὶ γαῖαν. οἱ μὲν παρὰ τὸ ἐλεύ‐ σθω ἐλεύσθη καὶ ἐλύσθη· οἱ δὲ παρὰ τὸ εἰλῶ εἰ‐ λύω εἰλύσθη, καὶ ἀποβολῇ τοῦ ι, ἐλύσθη.</w:t>
      </w:r>
    </w:p>
    <w:p>
      <w:r>
        <w:rPr>
          <w:rFonts w:ascii="Courier New" w:hAnsi="Courier New"/>
          <w:color w:val="555555"/>
          <w:sz w:val="20"/>
        </w:rPr>
        <w:t>[30]</w:t>
      </w:r>
    </w:p>
    <w:p>
      <w:r>
        <w:rPr>
          <w:rFonts w:ascii="Gentium Plus" w:hAnsi="Gentium Plus"/>
          <w:sz w:val="24"/>
        </w:rPr>
        <w:t>Ἔλυτρον. τὸ ἔλυμα τοῦ τόξου. Ἑρμαίας. ἐρῶ ἐστὶ ῥῆμα, ἀφ’ οὗ ὄνομα ῥηματικὸν Ἑρέας, καὶ πλεονασμῷ τοῦ μ, Ἑρμαίας. Ἡρωδια‐ νὸς ἐν Ἐπιμερισμοῖς.</w:t>
      </w:r>
    </w:p>
    <w:p>
      <w:r>
        <w:rPr>
          <w:rFonts w:ascii="Courier New" w:hAnsi="Courier New"/>
          <w:color w:val="555555"/>
          <w:sz w:val="20"/>
        </w:rPr>
        <w:t>[epsilon 64]</w:t>
      </w:r>
    </w:p>
    <w:p>
      <w:r>
        <w:rPr>
          <w:rFonts w:ascii="Gentium Plus" w:hAnsi="Gentium Plus"/>
          <w:sz w:val="24"/>
        </w:rPr>
        <w:t>τοῦ υ, ἐριούνης· τὸ δὲ ἐρι ἐπιτατικὸν ἐστὶν, ἐριούνης ὢν, ὁ μεγάλως ὠφελῶν. Ἡρωδιανός. Εἷμα. ἕω ἕσω καὶ εἷμα· καὶ ἀπὸ τοῦ ἕω ἕσω ἑσὴς καὶ ἐσθής.</w:t>
      </w:r>
    </w:p>
    <w:p>
      <w:r>
        <w:rPr>
          <w:rFonts w:ascii="Courier New" w:hAnsi="Courier New"/>
          <w:color w:val="555555"/>
          <w:sz w:val="20"/>
        </w:rPr>
        <w:t>[5]</w:t>
      </w:r>
    </w:p>
    <w:p>
      <w:r>
        <w:rPr>
          <w:rFonts w:ascii="Gentium Plus" w:hAnsi="Gentium Plus"/>
          <w:sz w:val="24"/>
        </w:rPr>
        <w:t>Ἐλεφέρω. παρὰ τὸ ἔλπω τὸ ἐλπίζω, ἄλλο παράγω‐ γον ἐλπαίρω, καὶ πλεονασμῷ τοῦ ε, ἐλεπαίρω· τροπῇ τοῦ π εἰς φ, ἐλεφέρω. κυρίως τὸ ταῖς ἐλπίσιν ἀ‐ πατᾶσθαι. οὕτως Ἡρωδιανός. λέγει δὲ δύνασθαι τὸ ἐλεφαίρω παρὰ τὸ ζῶ εἰρῆσθαι.</w:t>
      </w:r>
    </w:p>
    <w:p>
      <w:r>
        <w:rPr>
          <w:rFonts w:ascii="Courier New" w:hAnsi="Courier New"/>
          <w:color w:val="555555"/>
          <w:sz w:val="20"/>
        </w:rPr>
        <w:t>[10]</w:t>
      </w:r>
    </w:p>
    <w:p>
      <w:r>
        <w:rPr>
          <w:rFonts w:ascii="Gentium Plus" w:hAnsi="Gentium Plus"/>
          <w:sz w:val="24"/>
        </w:rPr>
        <w:t>Ἔρδω. παρὰ τὸ ῥέζω, τροπῇ τοῦ ζ εἰς δ, καὶ μεταθέ‐ σει τοῦ ρ. Ἐλάπη. ἐλῶ, ὁ μέλλων ἐλάσω. ὄνομα ῥηματικὸν ἔλε‐ τος. καὶ εἰς ἰδιότητα ἐλέχθη ἐλάτη τὸ φυτόν. Ἔγχελυς. παρὰ τὸ τῇ ἰλύϊ ἔχεσθαι τὸν ἰχθύν.</w:t>
      </w:r>
    </w:p>
    <w:p>
      <w:r>
        <w:rPr>
          <w:rFonts w:ascii="Courier New" w:hAnsi="Courier New"/>
          <w:color w:val="555555"/>
          <w:sz w:val="20"/>
        </w:rPr>
        <w:t>[15]</w:t>
      </w:r>
    </w:p>
    <w:p>
      <w:r>
        <w:rPr>
          <w:rFonts w:ascii="Gentium Plus" w:hAnsi="Gentium Plus"/>
          <w:sz w:val="24"/>
        </w:rPr>
        <w:t>Ἐάφθη. παρὰ τὸ ἕπω, τὸ παθητικὸν ἥφθη, καὶ διαι‐ ρέσει τοῦ η εἰς ε καὶ α, ἐάφθη, ὡς ἥλω γίνεται ἑά‐ λω. εἰ γὰρ ἦν ἀπὸ τοῦ εἴπω καὶ εἰπόμην, ἦν ἂν εἴ‐ πῃ· καὶ πῶς ἐδύνατο εἰς ε καὶ α ἐάφθη; τὰ δὲ ἀπὸ τοῦ ε ἀρχόμενα ποτὲ προσλαμβάνει τὸ ι, ποτὲ δὲ με‐</w:t>
      </w:r>
    </w:p>
    <w:p>
      <w:r>
        <w:rPr>
          <w:rFonts w:ascii="Courier New" w:hAnsi="Courier New"/>
          <w:color w:val="555555"/>
          <w:sz w:val="20"/>
        </w:rPr>
        <w:t>[20]</w:t>
      </w:r>
    </w:p>
    <w:p>
      <w:r>
        <w:rPr>
          <w:rFonts w:ascii="Gentium Plus" w:hAnsi="Gentium Plus"/>
          <w:sz w:val="24"/>
        </w:rPr>
        <w:t>ταβάλλει αὐτὸ εἰς η· ἔπω εἶπον, ἐμῶ ἤμουν. Ἐπίθημα, καὶ ἀνάθημα. παρὰ τὸ τίθημι θέμα καὶ ἐπίθημα. ἀπὸ δὲ τοῦ ἥσω, θῆμα, ἐπίθημα καὶ ἀνάθημα. Ἐπίμιξ. παρὰ τὸ μίγω ῥῆμα, μίξω, μίξ, ἐπίμιξ· ὡς</w:t>
      </w:r>
    </w:p>
    <w:p>
      <w:r>
        <w:rPr>
          <w:rFonts w:ascii="Courier New" w:hAnsi="Courier New"/>
          <w:color w:val="555555"/>
          <w:sz w:val="20"/>
        </w:rPr>
        <w:t>[25]</w:t>
      </w:r>
    </w:p>
    <w:p>
      <w:r>
        <w:rPr>
          <w:rFonts w:ascii="Gentium Plus" w:hAnsi="Gentium Plus"/>
          <w:sz w:val="24"/>
        </w:rPr>
        <w:t>δάκω δάξω δάξ· ἀλλάξω ἀλλὰξ ἐναλλάξ. ταῦτα ὡς ἐπιῤῥήματα ὀξύνεται. εἰ γὰρ ἐβαρύνετο, ὡς ὀνόματα ἐκλίνετο. χθὲς παρὰ τὸ ἐχθεῖν, ὅ ἐστι παρελθεῖν· καὶ ἀναλογώτερον τὸ ἐχθὲς τοῦ χθές. Ἐπητύος. παρὰ τὸ ἔπος ἐπητύς.</w:t>
      </w:r>
    </w:p>
    <w:p>
      <w:r>
        <w:rPr>
          <w:rFonts w:ascii="Courier New" w:hAnsi="Courier New"/>
          <w:color w:val="555555"/>
          <w:sz w:val="20"/>
        </w:rPr>
        <w:t>[30]</w:t>
      </w:r>
    </w:p>
    <w:p>
      <w:r>
        <w:rPr>
          <w:rFonts w:ascii="Gentium Plus" w:hAnsi="Gentium Plus"/>
          <w:sz w:val="24"/>
        </w:rPr>
        <w:t>Εὖρος. τὸ πλάτος. δι’ οὗ ἐστὶν εὐρεῖν καὶ φέ‐ ρεσθαι. παρὰ τὸ εὖρος εὐρὺς, ὡς πλάτος πλατύς. Ἐάλη. συνεστράφη. οἱ γὰρ ἐκκλίνοντες τινὰς οὐκ ἐπαί‐ ρονται, ἀλλὰ συστρέφονται. αὐτὸ δὲ τὸ ἀλῶ, παρὰ</w:t>
      </w:r>
    </w:p>
    <w:p>
      <w:r>
        <w:rPr>
          <w:rFonts w:ascii="Courier New" w:hAnsi="Courier New"/>
          <w:color w:val="555555"/>
          <w:sz w:val="20"/>
        </w:rPr>
        <w:t>[epsilon 65]</w:t>
      </w:r>
    </w:p>
    <w:p>
      <w:r>
        <w:rPr>
          <w:rFonts w:ascii="Gentium Plus" w:hAnsi="Gentium Plus"/>
          <w:sz w:val="24"/>
        </w:rPr>
        <w:t>καὶ πλανῶσι. τὸ δὲ εἰς ἵππους ἅλεται, ἀντὶ τοῦ ἅληται, ὅ ἐστι συστραφῇ. τὸ δὲ ἥλην. ἀφ’ οὗ τὸ ἐάλην, παράκειται, μετοχὴ ἀλεὶς, ὡς ἐνύγην νυγείς. τὸ δὲ ἀλῶ τὸ πλανῶ καὶ ἀλῶμαι. κατὰ στέρησιν τοῦ</w:t>
      </w:r>
    </w:p>
    <w:p>
      <w:r>
        <w:rPr>
          <w:rFonts w:ascii="Courier New" w:hAnsi="Courier New"/>
          <w:color w:val="555555"/>
          <w:sz w:val="20"/>
        </w:rPr>
        <w:t>[5]</w:t>
      </w:r>
    </w:p>
    <w:p>
      <w:r>
        <w:rPr>
          <w:rFonts w:ascii="Gentium Plus" w:hAnsi="Gentium Plus"/>
          <w:sz w:val="24"/>
        </w:rPr>
        <w:t>λῶ, δηλοῦντος τὸ θέλω. οἱ γὰρ πλανώμενοι οὐχ, ὡς θέλουσι πλάνες, περιτυγχάνουσι. τοῦ δὲ ἀλῶ ὁ β ἀόριστος ἥλων, ἥλως, ἥλω, καὶ παθητικὸς ἤλην, διαί‐ ρεσις τοῦ η εἰς ε καὶ α, ἐάλη. τοῦ δὲ ἀλῶ ὄντος συ‐ ζυγίας τρίτης παράγωγον εἰς μι ἄλωμι, βʹ ἀόριστος ἥ‐</w:t>
      </w:r>
    </w:p>
    <w:p>
      <w:r>
        <w:rPr>
          <w:rFonts w:ascii="Courier New" w:hAnsi="Courier New"/>
          <w:color w:val="555555"/>
          <w:sz w:val="20"/>
        </w:rPr>
        <w:t>[10]</w:t>
      </w:r>
    </w:p>
    <w:p>
      <w:r>
        <w:rPr>
          <w:rFonts w:ascii="Gentium Plus" w:hAnsi="Gentium Plus"/>
          <w:sz w:val="24"/>
        </w:rPr>
        <w:t>λων, ἥλως, ἥλω, κατὰ διαίρεσιν ἑάλω. Ἐκεχειρία. παρὰ τὸ ἔχω καὶ ἀπέχω ἐχεχειρία, καὶ τροπῇ τοῦ χ εἰς κ, ἐκεχειρία, ὡς καὶ τὸ, ὑπὸ δὲ Τρῶες κακάδεντο, ἀντὶ τοῦ κεχάδεντο. Ἔμπλην, τὸ ἐγγύς· πέλω ἐστὶ ῥῆμα δηλοῦν τὸ πλησιά‐</w:t>
      </w:r>
    </w:p>
    <w:p>
      <w:r>
        <w:rPr>
          <w:rFonts w:ascii="Courier New" w:hAnsi="Courier New"/>
          <w:color w:val="555555"/>
          <w:sz w:val="20"/>
        </w:rPr>
        <w:t>[15]</w:t>
      </w:r>
    </w:p>
    <w:p>
      <w:r>
        <w:rPr>
          <w:rFonts w:ascii="Gentium Plus" w:hAnsi="Gentium Plus"/>
          <w:sz w:val="24"/>
        </w:rPr>
        <w:t>ζω· καὶ κατὰ συγκοπὴν πλῶ, καὶ μετὰ τῆς ἐν προθέ‐ σεως τὸ ἐπίῤῥημα ἔμπλην. Ἐξαυστηρίκυω. αὔσω ἐξαυστήρ.</w:t>
      </w:r>
    </w:p>
    <w:p>
      <w:r>
        <w:rPr>
          <w:rFonts w:ascii="Courier New" w:hAnsi="Courier New"/>
          <w:color w:val="555555"/>
          <w:sz w:val="20"/>
        </w:rPr>
        <w:t>[epsilon 66]</w:t>
      </w:r>
    </w:p>
    <w:p>
      <w:r>
        <w:rPr>
          <w:rFonts w:ascii="Gentium Plus" w:hAnsi="Gentium Plus"/>
          <w:sz w:val="24"/>
        </w:rPr>
        <w:t>κτὸς, καὶ ῥῆμα ἀπὸ τοῦ ὀνόματος πυρακτός· ὡς τάσσω τάξω, τακτὸς, ἄτακτος, ἀτακτῶ. Ἑταῖρος. ἔθος ἐθαῖος ὁ συνήθης, καὶ πλεονασμῷ τοῦ ρ, ἐθαῖρος, καὶ μεταθέσει τοῦ θ εἰς τ, ἑταῖρος.</w:t>
      </w:r>
    </w:p>
    <w:p>
      <w:r>
        <w:rPr>
          <w:rFonts w:ascii="Courier New" w:hAnsi="Courier New"/>
          <w:color w:val="555555"/>
          <w:sz w:val="20"/>
        </w:rPr>
        <w:t>[5]</w:t>
      </w:r>
    </w:p>
    <w:p>
      <w:r>
        <w:rPr>
          <w:rFonts w:ascii="Gentium Plus" w:hAnsi="Gentium Plus"/>
          <w:sz w:val="24"/>
        </w:rPr>
        <w:t>Ἐλαύνω. παρὰ τὸ ἐλῶ ῥῆμα. καὶ παράγωγον ἐ‐ λαύνω. Ἑληθερεύς, ὕδωρ θερμανθὲν ὑπὸ ἡλίου. παρὰ τὸ ἕ‐ λην, καὶ τὸ θέρω. Εἰλυφάζει. παρὰ τὸ εἰλῶ καὶ τὸ φῶ, ὅπερ ῥῆμα λυ‐</w:t>
      </w:r>
    </w:p>
    <w:p>
      <w:r>
        <w:rPr>
          <w:rFonts w:ascii="Courier New" w:hAnsi="Courier New"/>
          <w:color w:val="555555"/>
          <w:sz w:val="20"/>
        </w:rPr>
        <w:t>[10]</w:t>
      </w:r>
    </w:p>
    <w:p>
      <w:r>
        <w:rPr>
          <w:rFonts w:ascii="Gentium Plus" w:hAnsi="Gentium Plus"/>
          <w:sz w:val="24"/>
        </w:rPr>
        <w:t>φῶ, καὶ παράγωγον εἰλυφάζω. Ἐπίουρος. φύλαξ, παρὰ τὸ ἐφορᾶν, πλεονασμῷ τοῦ υ, ἐπίουρός τις ὤν. Ἑορτή. ἐρωτὴ, ἐρατή τις οὖσα, καὶ μεταθέσει τοῦ ρ, ἑορτή· ἧς ἐρῶσι πάντες.</w:t>
      </w:r>
    </w:p>
    <w:p>
      <w:r>
        <w:rPr>
          <w:rFonts w:ascii="Courier New" w:hAnsi="Courier New"/>
          <w:color w:val="555555"/>
          <w:sz w:val="20"/>
        </w:rPr>
        <w:t>[15]</w:t>
      </w:r>
    </w:p>
    <w:p>
      <w:r>
        <w:rPr>
          <w:rFonts w:ascii="Gentium Plus" w:hAnsi="Gentium Plus"/>
          <w:sz w:val="24"/>
        </w:rPr>
        <w:t>Ἔριθος, ὁ ἐργάτης. ὁ τὴν γῆν μισθοῦ ἐργαζόμενος. κυ‐ ρίως δὲ ἐπὶ γυναικῶν ἂν λέγοιτο τῶν τὰ ἔρια ἐργαζο‐ μένων.</w:t>
      </w:r>
    </w:p>
    <w:p>
      <w:pPr>
        <w:jc w:val="center"/>
      </w:pPr>
      <w:r>
        <w:rPr>
          <w:rFonts w:ascii="Gentium Plus" w:hAnsi="Gentium Plus"/>
          <w:b/>
          <w:sz w:val="24"/>
        </w:rPr>
        <w:t>ΑΡΧΗ ΤΟΥ Ζ.</w:t>
      </w:r>
    </w:p>
    <w:p>
      <w:r>
        <w:rPr>
          <w:rFonts w:ascii="Courier New" w:hAnsi="Courier New"/>
          <w:color w:val="555555"/>
          <w:sz w:val="20"/>
        </w:rPr>
        <w:t>[1]</w:t>
      </w:r>
    </w:p>
    <w:p>
      <w:r>
        <w:rPr>
          <w:rFonts w:ascii="Gentium Plus" w:hAnsi="Gentium Plus"/>
          <w:sz w:val="24"/>
        </w:rPr>
        <w:t>Ζαφελῶς, ἄγαν σφοδρὸς, ἢ ἐπικότως. παρὰ τὸ φιλεῖν. Ἡρωδιανός. Ζῶον. ἀπὸ τοῦ ζῆν καὶ τῆς ἐν ἡμῖν ζήσεως τοῦ θερμοῦ. Ζεύς. παρὰ τὸ ζέσιν. ζέω καὶ τροπῇ τοῦ τέλους</w:t>
      </w:r>
    </w:p>
    <w:p>
      <w:r>
        <w:rPr>
          <w:rFonts w:ascii="Courier New" w:hAnsi="Courier New"/>
          <w:color w:val="555555"/>
          <w:sz w:val="20"/>
        </w:rPr>
        <w:t>[5]</w:t>
      </w:r>
    </w:p>
    <w:p>
      <w:r>
        <w:rPr>
          <w:rFonts w:ascii="Gentium Plus" w:hAnsi="Gentium Plus"/>
          <w:sz w:val="24"/>
        </w:rPr>
        <w:t>Ζεὺς, ὡς τρέφω τροφεὺς, πέρθω πέρσω Περσεύς.</w:t>
      </w:r>
    </w:p>
    <w:p>
      <w:r>
        <w:rPr>
          <w:rFonts w:ascii="Courier New" w:hAnsi="Courier New"/>
          <w:color w:val="555555"/>
          <w:sz w:val="20"/>
        </w:rPr>
        <w:t>[zeta 66]</w:t>
      </w:r>
    </w:p>
    <w:p>
      <w:r>
        <w:rPr>
          <w:rFonts w:ascii="Gentium Plus" w:hAnsi="Gentium Plus"/>
          <w:sz w:val="24"/>
        </w:rPr>
        <w:t>Ζέφυρος. ζωεφόρος τὶς ὤν. τροπῇ δὲ τοῦ ο εἰς υ κατ’ Αἰολέας, ὡς ὄνομα ὄνυμα. Ζάφελος. ὁ ἄγαν ηὐξημένος. παρὰ τὸ ὀφέλλω τὸ αὔξω</w:t>
      </w:r>
    </w:p>
    <w:p>
      <w:r>
        <w:rPr>
          <w:rFonts w:ascii="Courier New" w:hAnsi="Courier New"/>
          <w:color w:val="555555"/>
          <w:sz w:val="20"/>
        </w:rPr>
        <w:t>[zeta 67]</w:t>
      </w:r>
    </w:p>
    <w:p>
      <w:r>
        <w:rPr>
          <w:rFonts w:ascii="Gentium Plus" w:hAnsi="Gentium Plus"/>
          <w:sz w:val="24"/>
        </w:rPr>
        <w:t>Ζαχρείης. χρῶ ἐστὶ ῥῆμα, τὸ πλησιάζω, παρὰ τὸν χρῶτα· οὗ παράγωγον χραύω· χραύσῃ μέν τ’ αὐλῆς ὑπεράλμενον. ἐστὶν οὖν χρῶ, καὶ χρὴς ὄνομα ῥη‐ ματικόν· καὶ ἐπείσοδος τοῦ ε μετὰ τοῦ ζα, ζαχρεής·</w:t>
      </w:r>
    </w:p>
    <w:p>
      <w:r>
        <w:rPr>
          <w:rFonts w:ascii="Courier New" w:hAnsi="Courier New"/>
          <w:color w:val="555555"/>
          <w:sz w:val="20"/>
        </w:rPr>
        <w:t>[5]</w:t>
      </w:r>
    </w:p>
    <w:p>
      <w:r>
        <w:rPr>
          <w:rFonts w:ascii="Gentium Plus" w:hAnsi="Gentium Plus"/>
          <w:sz w:val="24"/>
        </w:rPr>
        <w:t>καὶ μετὰ τοῦ ι, ζαχρειής· ὡς ἀδελφὸς ἀδελφειός. οὕ‐ τω Φιλόξενος ἐν τῷ περὶ Μονοσυλλάβων.</w:t>
      </w:r>
    </w:p>
    <w:p>
      <w:r>
        <w:rPr>
          <w:rFonts w:ascii="Courier New" w:hAnsi="Courier New"/>
          <w:color w:val="555555"/>
          <w:sz w:val="20"/>
        </w:rPr>
        <w:t>[zeta 68]</w:t>
      </w:r>
    </w:p>
    <w:p>
      <w:r>
        <w:rPr>
          <w:rFonts w:ascii="Gentium Plus" w:hAnsi="Gentium Plus"/>
          <w:sz w:val="24"/>
        </w:rPr>
        <w:t>μαίνει δὲ τὸν χιτῶνα, καὶ τὴν ζώνην, καὶ τὴν χλα‐ μύδα. Ζεύγλη. παρὰ τὸ ζεύγω ζεύξω ζεύγλη, ὡς ἀΐσσω ἀΐξω αἴγλη.</w:t>
      </w:r>
    </w:p>
    <w:p>
      <w:r>
        <w:rPr>
          <w:rFonts w:ascii="Courier New" w:hAnsi="Courier New"/>
          <w:color w:val="555555"/>
          <w:sz w:val="20"/>
        </w:rPr>
        <w:t>[5]</w:t>
      </w:r>
    </w:p>
    <w:p>
      <w:r>
        <w:rPr>
          <w:rFonts w:ascii="Gentium Plus" w:hAnsi="Gentium Plus"/>
          <w:sz w:val="24"/>
        </w:rPr>
        <w:t>Ζωρότερον. πλεονασμῷ τοῦ ρ, οἷον ζωότερον· ἀπὸ τοῦ ζωὸν καὶ ἰσχυρὸν εἶναι. τὸ γὰρ ζωὸν καὶ ἰσχυρόν. ἀπὸ δὲ τούτου τὸ ἀκρώτερον ἠμφαίνει.</w:t>
      </w:r>
    </w:p>
    <w:p>
      <w:pPr>
        <w:jc w:val="center"/>
      </w:pPr>
      <w:r>
        <w:rPr>
          <w:rFonts w:ascii="Gentium Plus" w:hAnsi="Gentium Plus"/>
          <w:b/>
          <w:sz w:val="24"/>
        </w:rPr>
        <w:t>ΑΡΧΗ ΤΟΥ Η.</w:t>
      </w:r>
    </w:p>
    <w:p>
      <w:r>
        <w:rPr>
          <w:rFonts w:ascii="Courier New" w:hAnsi="Courier New"/>
          <w:color w:val="555555"/>
          <w:sz w:val="20"/>
        </w:rPr>
        <w:t>[1]</w:t>
      </w:r>
    </w:p>
    <w:p>
      <w:r>
        <w:rPr>
          <w:rFonts w:ascii="Gentium Plus" w:hAnsi="Gentium Plus"/>
          <w:sz w:val="24"/>
        </w:rPr>
        <w:t>Ἡνίαι. παρὰ τὸ ἐνίεσθαι, ἢ παρὰ τὴν ἕνωσιν τῶν ὑπο‐ ζυγίων. Ἠερία. παρὰ τὸ ἦρι, ὃ σημαίνει τὸ πρωΐ. Ἡνίοχος, ὁ ἔχων τὰς ἡνίας.</w:t>
      </w:r>
    </w:p>
    <w:p>
      <w:r>
        <w:rPr>
          <w:rFonts w:ascii="Courier New" w:hAnsi="Courier New"/>
          <w:color w:val="555555"/>
          <w:sz w:val="20"/>
        </w:rPr>
        <w:t>[5]</w:t>
      </w:r>
    </w:p>
    <w:p>
      <w:r>
        <w:rPr>
          <w:rFonts w:ascii="Gentium Plus" w:hAnsi="Gentium Plus"/>
          <w:sz w:val="24"/>
        </w:rPr>
        <w:t>Ἠλεμάτως. παρὰ τὸ ἀποπλανῆσθαι τοῦ συμφέροντος. παρὰ τὴν ἅλην, ἡ ἐνδεία λα, καὶ ἐκκλίνειν τὴν ἀφρο‐ σύνην, ἢ παρὰ τὸ θερμόν. καὶ γὰρ τὴν θερμασίαν ἀλέαν ἔλεγον. ἀποκέκοπται δὲ ἡ λέξις. τὸ γὰρ τέ‐ λειον ἐστὶν ἠλεός.</w:t>
      </w:r>
    </w:p>
    <w:p>
      <w:r>
        <w:rPr>
          <w:rFonts w:ascii="Courier New" w:hAnsi="Courier New"/>
          <w:color w:val="555555"/>
          <w:sz w:val="20"/>
        </w:rPr>
        <w:t>[10]</w:t>
      </w:r>
    </w:p>
    <w:p>
      <w:r>
        <w:rPr>
          <w:rFonts w:ascii="Gentium Plus" w:hAnsi="Gentium Plus"/>
          <w:sz w:val="24"/>
        </w:rPr>
        <w:t>Ἠλίβατος. ἐφ’ ἣν πρώτην βαίνει ὁ ἥλιος· ἢ ἡ παραθα‐ λασσία, ἡ ἐφ’ ἁλὶ βαίνουσα. Ἠερέθονται. πλεονάζει τὸ η, ὡς ἐν τῷ ἠμύνει. Ἠϊόνες. ἐφ’ ὧν ἐστὶν ἰέναι ἐξ ἁλὸς, καὶ παρατείνεσθαι τοῖς αἰγιαλοῖς.</w:t>
      </w:r>
    </w:p>
    <w:p>
      <w:r>
        <w:rPr>
          <w:rFonts w:ascii="Courier New" w:hAnsi="Courier New"/>
          <w:color w:val="555555"/>
          <w:sz w:val="20"/>
        </w:rPr>
        <w:t>[15]</w:t>
      </w:r>
    </w:p>
    <w:p>
      <w:r>
        <w:rPr>
          <w:rFonts w:ascii="Gentium Plus" w:hAnsi="Gentium Plus"/>
          <w:sz w:val="24"/>
        </w:rPr>
        <w:t>Ἠλακάτη. εἰλακάτη τις οὖσα· παρὰ τὸ εἰλίσσειν, ἀπὸ τοῦ περιέχοντος εἰρίου. Ἤμβροτες. κυρίως τὸ βροτοῦ μὴ τυχεῖν. Ἦτορ. κατὰ ἀποβολὴν τοῦ α. φρεσὶ θυμὸς ἀήτη. πα‐ ρὰ τὸ ἄω τὸ πνέω. καὶ ἐστὶ πνεῦμα ἡ ψυχή. ἀήτορ</w:t>
      </w:r>
    </w:p>
    <w:p>
      <w:r>
        <w:rPr>
          <w:rFonts w:ascii="Courier New" w:hAnsi="Courier New"/>
          <w:color w:val="555555"/>
          <w:sz w:val="20"/>
        </w:rPr>
        <w:t>[20]</w:t>
      </w:r>
    </w:p>
    <w:p>
      <w:r>
        <w:rPr>
          <w:rFonts w:ascii="Gentium Plus" w:hAnsi="Gentium Plus"/>
          <w:sz w:val="24"/>
        </w:rPr>
        <w:t>οὖν ἐστὶ καὶ ἦτορ. Ἠβαιόν. παρὰ τὴν ἥβην. ἐπεὶ αὕτη ὀλίγη καὶ τα‐ χέως αὔξεται καὶ ἐλαττοῦται, καὶ παρωνύμῳ χαρα‐ κτῆρι ἥβη ἡβαιός. ὀξύνεται δὲ, ὡς γῆρας γηραιός. οἱ</w:t>
      </w:r>
    </w:p>
    <w:p>
      <w:r>
        <w:rPr>
          <w:rFonts w:ascii="Courier New" w:hAnsi="Courier New"/>
          <w:color w:val="555555"/>
          <w:sz w:val="20"/>
        </w:rPr>
        <w:t>[eta 68]</w:t>
      </w:r>
    </w:p>
    <w:p>
      <w:r>
        <w:rPr>
          <w:rFonts w:ascii="Gentium Plus" w:hAnsi="Gentium Plus"/>
          <w:sz w:val="24"/>
        </w:rPr>
        <w:t>βῶ, βαιὸς καὶ ἠβαιὸς, πλεονασμῷ τοῦ η. παρὰ τὴν ἥ‐ βην, ἡβαιὸς καὶ βαιὸς, ἀποβολῇ. Ἧπαρ. ἀπὸ τοῦ ἐπήρθαι τὸ κεκυρτῶσθαι. Ὑψικράτης· ὅτι δι’ αὐτοῦ ἡ πάροδος τῆς τροφῆς. ὁ δὲ Ἡρωδιανὸς</w:t>
      </w:r>
    </w:p>
    <w:p>
      <w:r>
        <w:rPr>
          <w:rFonts w:ascii="Courier New" w:hAnsi="Courier New"/>
          <w:color w:val="555555"/>
          <w:sz w:val="20"/>
        </w:rPr>
        <w:t>[5]</w:t>
      </w:r>
    </w:p>
    <w:p>
      <w:r>
        <w:rPr>
          <w:rFonts w:ascii="Gentium Plus" w:hAnsi="Gentium Plus"/>
          <w:sz w:val="24"/>
        </w:rPr>
        <w:t>ἐν τῷ Συμποσίῳ, παρὰ τὸ ἐπαίρεσθαι φησὶν ἐπάρ τι ὂν καὶ ἧπαρ, τροπῇ τοῦ ε εἰς η. ἢ παρὰ τὸ εἴδω, ἧδαρ, καὶ ἧπαρ. ἐν τούτῳ γὰρ τὸ τῆς ἡδονῆς καὶ τὸ τῆς ἐπιθυμίας. Ἦρι, ἐπὶ τοῦ ὄρθου. ἀπὸ τοῦ αἴρεσθαι ἡμᾶς ἀπὸ τῆς</w:t>
      </w:r>
    </w:p>
    <w:p>
      <w:r>
        <w:rPr>
          <w:rFonts w:ascii="Courier New" w:hAnsi="Courier New"/>
          <w:color w:val="555555"/>
          <w:sz w:val="20"/>
        </w:rPr>
        <w:t>[10]</w:t>
      </w:r>
    </w:p>
    <w:p>
      <w:r>
        <w:rPr>
          <w:rFonts w:ascii="Gentium Plus" w:hAnsi="Gentium Plus"/>
          <w:sz w:val="24"/>
        </w:rPr>
        <w:t>κοίτης κατὰ τοῦτον τὸν καιρόν. Ἠλακάτη. ἐκτάσει τοῦ ε εἰς η. εἱλῶ εἱλάσκω καὶ τρο‐ πῇ ἠλάσκω. αἵτε κατὰ σταθμὸν ποιμνήϊον ἠλάσκου‐ σιν. σημαίνει δὲ τὸ ἐπὶ τοῦ αὐτοῦ τόπου εἰλεῖσθαι. οὕτως οὖν εἱλῶ εἱλήσω εἱλήσκω, καὶ τροπῇ ἡλάσκω,</w:t>
      </w:r>
    </w:p>
    <w:p>
      <w:r>
        <w:rPr>
          <w:rFonts w:ascii="Courier New" w:hAnsi="Courier New"/>
          <w:color w:val="555555"/>
          <w:sz w:val="20"/>
        </w:rPr>
        <w:t>[15]</w:t>
      </w:r>
    </w:p>
    <w:p>
      <w:r>
        <w:rPr>
          <w:rFonts w:ascii="Gentium Plus" w:hAnsi="Gentium Plus"/>
          <w:sz w:val="24"/>
        </w:rPr>
        <w:t>ῥηματικὸν ὄνομα ἠλακάτη, περὶ ἣν τὸ αὐτὸ εἵλημα εἰ‐ λεῖται. Ἠπύει. ἔπω ἐπύω. τροπῇ τοῦ ε εἰς η, ἠπύει. Ἠθεῖε. παρὰ τὸ ἔθος ἐθεῖος, καὶ τροπῇ τοῦ ε εἰς η, ἠθεῖος· ἢ πλεονασμῷ τοῦ η, θεῖος ἠθεῖος.</w:t>
      </w:r>
    </w:p>
    <w:p>
      <w:r>
        <w:rPr>
          <w:rFonts w:ascii="Courier New" w:hAnsi="Courier New"/>
          <w:color w:val="555555"/>
          <w:sz w:val="20"/>
        </w:rPr>
        <w:t>[20]</w:t>
      </w:r>
    </w:p>
    <w:p>
      <w:r>
        <w:rPr>
          <w:rFonts w:ascii="Gentium Plus" w:hAnsi="Gentium Plus"/>
          <w:sz w:val="24"/>
        </w:rPr>
        <w:t>Ἥρα. εἴρηται ὁ ἀήρ· μετατεθέντος γὰρ τοῦ α εὑρίσκε‐ ται τὸ ὄνομα. Ζεὺς δὲ ὁ αἰθήρ. τὸ δὲ θερμὸν τοῦ αἰθέρος, μιγνύμενον τῷ ἀέρι, ζωογονεῖ ὅθεν μυθεύον‐</w:t>
      </w:r>
    </w:p>
    <w:p>
      <w:r>
        <w:rPr>
          <w:rFonts w:ascii="Courier New" w:hAnsi="Courier New"/>
          <w:color w:val="555555"/>
          <w:sz w:val="20"/>
        </w:rPr>
        <w:t>[eta 69]</w:t>
      </w:r>
    </w:p>
    <w:p>
      <w:r>
        <w:rPr>
          <w:rFonts w:ascii="Gentium Plus" w:hAnsi="Gentium Plus"/>
          <w:sz w:val="24"/>
        </w:rPr>
        <w:t>Ἠώς. ὑπὸ τῶν Ἀττικῶν λέγεται· ἡ κατὰ τὴν αὐ‐ τῆς ὥραν ἐξιοῦσα καὶ ἐξιέναι ποιοῦσα. πιθανότερον δὲ Αἰολεῖς παρὰ τὸ κατ’ αὐτὴν πάντα τὰ ζῶα αὔειν, ὃ ἐστὶ φωνεῖν.</w:t>
      </w:r>
    </w:p>
    <w:p>
      <w:r>
        <w:rPr>
          <w:rFonts w:ascii="Courier New" w:hAnsi="Courier New"/>
          <w:color w:val="555555"/>
          <w:sz w:val="20"/>
        </w:rPr>
        <w:t>[5]</w:t>
      </w:r>
    </w:p>
    <w:p>
      <w:r>
        <w:rPr>
          <w:rFonts w:ascii="Gentium Plus" w:hAnsi="Gentium Plus"/>
          <w:sz w:val="24"/>
        </w:rPr>
        <w:t>Ἥφαιστος. Αἰολεῖς ἄψαστος. τοῦ γὰρ πυρὸς οὐκ ἔστιν ἅψασθαι. Ἡρακλείδης. πρότερον Ἀλκείδης ἐλέγετο ἀπὸ Ἀλ‐ κέου. ὕστερον δὲ ἡ Πυθία Ἡρακλέα αὐτὸν ἐκάλε‐ σε, παρ’ ὅσον ἐξ Ἥρας ἔμελλεν ἔχειν κλέος. Ἀ‐</w:t>
      </w:r>
    </w:p>
    <w:p>
      <w:r>
        <w:rPr>
          <w:rFonts w:ascii="Courier New" w:hAnsi="Courier New"/>
          <w:color w:val="555555"/>
          <w:sz w:val="20"/>
        </w:rPr>
        <w:t>[10]</w:t>
      </w:r>
    </w:p>
    <w:p>
      <w:r>
        <w:rPr>
          <w:rFonts w:ascii="Gentium Plus" w:hAnsi="Gentium Plus"/>
          <w:sz w:val="24"/>
        </w:rPr>
        <w:t>στυάγης φησὶν, ὁ δι’ Ἥραν ἀκλεὴς γενόμενος διὰ τὸ μὴ βασιλεῦσαι, ἀλλὰ θητεύειν Εὐρυσθεῖ. Ἧλος. παρὰ τὸ ἥσω μέλλοντα. ἵημι ἥσω, ἧλος. Ἤϊα. τὰ εἰς ὁδὸν βρώματα κυρίως, παρὰ τὸ ἔχοντας ἰέναι. καταχρηστικῶς δὲ καὶ τὰ ἄχυρα.</w:t>
      </w:r>
    </w:p>
    <w:p>
      <w:r>
        <w:rPr>
          <w:rFonts w:ascii="Courier New" w:hAnsi="Courier New"/>
          <w:color w:val="555555"/>
          <w:sz w:val="20"/>
        </w:rPr>
        <w:t>[15]</w:t>
      </w:r>
    </w:p>
    <w:p>
      <w:r>
        <w:rPr>
          <w:rFonts w:ascii="Gentium Plus" w:hAnsi="Gentium Plus"/>
          <w:sz w:val="24"/>
        </w:rPr>
        <w:t>Ἦκα. παρὰ τὴν ἀκὴν τὴν ἡσυχίαν· ἥτις πεποίηται κα‐ τὰ στέρησιν τοῦ χαίρειν, οἷον ἀχήν. παρὰ δὲ τὴν ἀ‐ κὴν παρῆκται ἐπίῤῥημα τὸ ἄκα· καὶ μεταθέσει τοῦ α εἰς η, ἦκα. Ἠπεδανός, ὁ ἐκ τοῦ πέδου ἀναστῆναι μὴ δυνάμενος.</w:t>
      </w:r>
    </w:p>
    <w:p>
      <w:r>
        <w:rPr>
          <w:rFonts w:ascii="Courier New" w:hAnsi="Courier New"/>
          <w:color w:val="555555"/>
          <w:sz w:val="20"/>
        </w:rPr>
        <w:t>[20]</w:t>
      </w:r>
    </w:p>
    <w:p>
      <w:r>
        <w:rPr>
          <w:rFonts w:ascii="Gentium Plus" w:hAnsi="Gentium Plus"/>
          <w:sz w:val="24"/>
        </w:rPr>
        <w:t>Ἦνις. ἔνος ὁ ἐνιαυτός. παρώνυμον ἔνις, καὶ τροπῇ τοῦ ε εἰς η, ἦνις. ἤνιες τὸ πληθυντικὸν, ἤνιας, ἦνις συν‐ αλοιφὴ, τοῦ ἑνὸς οὐσία ἐνιαυτοῦ. Ἦτορ. κυρίως ἐπὶ τῆς ἀφόβου ψυχῆς. ἄτορ καὶ ἦτορ. καταχρηστικῶς δὲ ἐπὶ πάσης ψυχῆς.</w:t>
      </w:r>
    </w:p>
    <w:p>
      <w:r>
        <w:rPr>
          <w:rFonts w:ascii="Courier New" w:hAnsi="Courier New"/>
          <w:color w:val="555555"/>
          <w:sz w:val="20"/>
        </w:rPr>
        <w:t>[25]</w:t>
      </w:r>
    </w:p>
    <w:p>
      <w:r>
        <w:rPr>
          <w:rFonts w:ascii="Gentium Plus" w:hAnsi="Gentium Plus"/>
          <w:sz w:val="24"/>
        </w:rPr>
        <w:t>Ἠλάσκουσαι. παρὰ τὸ ἀλῶ ἀλῶμαι, ἀλάσκω γίνεται πα‐ ράγωγον, ὡς φῶ φάσκω. οἷον περὶ τὸν αὐτὸν τόπον</w:t>
      </w:r>
    </w:p>
    <w:p>
      <w:r>
        <w:rPr>
          <w:rFonts w:ascii="Courier New" w:hAnsi="Courier New"/>
          <w:color w:val="555555"/>
          <w:sz w:val="20"/>
        </w:rPr>
        <w:t>[eta 70]</w:t>
      </w:r>
    </w:p>
    <w:p>
      <w:r>
        <w:rPr>
          <w:rFonts w:ascii="Gentium Plus" w:hAnsi="Gentium Plus"/>
          <w:sz w:val="24"/>
        </w:rPr>
        <w:t>Ἠλασκάζω. ἀλῶ, καὶ τὸ παθητικὸν ἀλῶμαι. ἀλάσκω γίνεται παράγωγον, ὡς τὸ βῶ βάσκω, καὶ ἕτερον γί‐ νεται παράγωγον ἀπὸ τοῦ ἀλάσκω, ἀλασκάζω, ὡς ἀ‐ κούω ἀκουάζω, ῥίπτω ῥιπτάζω. τὸ δὲ ἀλασκάζω Ἰονι‐</w:t>
      </w:r>
    </w:p>
    <w:p>
      <w:r>
        <w:rPr>
          <w:rFonts w:ascii="Courier New" w:hAnsi="Courier New"/>
          <w:color w:val="555555"/>
          <w:sz w:val="20"/>
        </w:rPr>
        <w:t>[5]</w:t>
      </w:r>
    </w:p>
    <w:p>
      <w:r>
        <w:rPr>
          <w:rFonts w:ascii="Gentium Plus" w:hAnsi="Gentium Plus"/>
          <w:sz w:val="24"/>
        </w:rPr>
        <w:t>κῇ τροπῇ τοῦ α εἰς η, ἠλασκάζω. Ἠμαθόους. Ἀμαθοῦς, ποταμὸς ὁ παραῤῥέων. Ἤλιθα. παρὰ τὸ ἅλις ἐπίῤῥημα ἐξέπεσε τὸ ἄλιθα. Ἠλίθιος, ὁ ἀνόητος, παρὰ τὴν ἅλα. ταύτης γὰρ τὸ ὕδωρ ἄχρηστον. ἔνθεν καὶ ἅλιον τὸ μάταιον, καὶ ἀλὼς πα‐</w:t>
      </w:r>
    </w:p>
    <w:p>
      <w:r>
        <w:rPr>
          <w:rFonts w:ascii="Courier New" w:hAnsi="Courier New"/>
          <w:color w:val="555555"/>
          <w:sz w:val="20"/>
        </w:rPr>
        <w:t>[10]</w:t>
      </w:r>
    </w:p>
    <w:p>
      <w:r>
        <w:rPr>
          <w:rFonts w:ascii="Gentium Plus" w:hAnsi="Gentium Plus"/>
          <w:sz w:val="24"/>
        </w:rPr>
        <w:t>ράγωγον τοῦ ἀλῶ· ἀφ’ οὗ ἀλήτης. ἀπὸ τούτου καὶ ἕτερον παράγωγον ἀλεὸς ἐρύη, καὶ αὐτὸ ἡλεὸς Ἰωνι‐ κόν. Ἠπεροπέα. ἀπεροπέα φασὶ τοῦ περ συνδέσμου ἐν τῇ ἰδίᾳ θέσει πλεονάζοντος. ἀέπεα γὰρ εἶναι, οἷον τὸν</w:t>
      </w:r>
    </w:p>
    <w:p>
      <w:r>
        <w:rPr>
          <w:rFonts w:ascii="Courier New" w:hAnsi="Courier New"/>
          <w:color w:val="555555"/>
          <w:sz w:val="20"/>
        </w:rPr>
        <w:t>[15]</w:t>
      </w:r>
    </w:p>
    <w:p>
      <w:r>
        <w:rPr>
          <w:rFonts w:ascii="Gentium Plus" w:hAnsi="Gentium Plus"/>
          <w:sz w:val="24"/>
        </w:rPr>
        <w:t>τῷ λόγῳ κακῶς χρώμενον καὶ ἀπατεῶνα. τὸ δὲ α ση‐ μαίνει καὶ τὸ κακόν· ὡς εἶναι τὸ πρωτότυπον ῥῆμα ἔπω, ἀφ’ οὗ ὄνομα ὀπεὺς, ὡς τρέφω τροφεὺς, ἔχω ὀχεύς. Ἠγηλάζει. ὡς ἀκούω ἀκουάζω, κύπτω κυπτάζω, οὕτως</w:t>
      </w:r>
    </w:p>
    <w:p>
      <w:r>
        <w:rPr>
          <w:rFonts w:ascii="Courier New" w:hAnsi="Courier New"/>
          <w:color w:val="555555"/>
          <w:sz w:val="20"/>
        </w:rPr>
        <w:t>[20]</w:t>
      </w:r>
    </w:p>
    <w:p>
      <w:r>
        <w:rPr>
          <w:rFonts w:ascii="Gentium Plus" w:hAnsi="Gentium Plus"/>
          <w:sz w:val="24"/>
        </w:rPr>
        <w:t>ἄγω ἀγάζω, καὶ περιττεύοντος τοῦ λα ἀγαλάζω, καὶ Ἰωνικῇ τροπῇ ἠγηλάζει. Ἤπιος. παρὰ τὸ ἔπος ἤπιος, καὶ τροπῇ τοῦ ε εἰς η, ἤπιος· ὁ λόγῳ καὶ μὴ πάθει πάντα ποιῶν. Ἤριον. ἐκ τοῦ ἔρα ἡ γῆ.</w:t>
      </w:r>
    </w:p>
    <w:p>
      <w:r>
        <w:rPr>
          <w:rFonts w:ascii="Courier New" w:hAnsi="Courier New"/>
          <w:color w:val="555555"/>
          <w:sz w:val="20"/>
        </w:rPr>
        <w:t>[25]</w:t>
      </w:r>
    </w:p>
    <w:p>
      <w:r>
        <w:rPr>
          <w:rFonts w:ascii="Gentium Plus" w:hAnsi="Gentium Plus"/>
          <w:sz w:val="24"/>
        </w:rPr>
        <w:t>Ἠκέστας. κεντῶ ἐστὶ ῥῆμα, οὗ μέλλων κένσω. ὅθεν κέντορες ἵππων. ἀπὸ τοῦ κένσω γίνεται κεντός·</w:t>
      </w:r>
    </w:p>
    <w:p>
      <w:r>
        <w:rPr>
          <w:rFonts w:ascii="Courier New" w:hAnsi="Courier New"/>
          <w:color w:val="555555"/>
          <w:sz w:val="20"/>
        </w:rPr>
        <w:t>[eta 71]</w:t>
      </w:r>
    </w:p>
    <w:p>
      <w:r>
        <w:rPr>
          <w:rFonts w:ascii="Gentium Plus" w:hAnsi="Gentium Plus"/>
          <w:sz w:val="24"/>
        </w:rPr>
        <w:t>καὶ τὸ θηλυκὸν ἀκεστὴ, καὶ τροπῇ τοῦ α εἰς η, ἠκε‐ στάς.</w:t>
      </w:r>
    </w:p>
    <w:p>
      <w:r>
        <w:rPr>
          <w:rFonts w:ascii="Courier New" w:hAnsi="Courier New"/>
          <w:color w:val="555555"/>
          <w:sz w:val="20"/>
        </w:rPr>
        <w:t>[eta 72]</w:t>
      </w:r>
    </w:p>
    <w:p>
      <w:r>
        <w:rPr>
          <w:rFonts w:ascii="Gentium Plus" w:hAnsi="Gentium Plus"/>
          <w:sz w:val="24"/>
        </w:rPr>
        <w:t>Ἥμονες. οἱ ἀκοντισταί. παρὰ τὸν ἕσω μέλλοντα.</w:t>
      </w:r>
    </w:p>
    <w:p>
      <w:pPr>
        <w:jc w:val="center"/>
      </w:pPr>
      <w:r>
        <w:rPr>
          <w:rFonts w:ascii="Gentium Plus" w:hAnsi="Gentium Plus"/>
          <w:b/>
          <w:sz w:val="24"/>
        </w:rPr>
        <w:t>ΑΡΧΗ ΤΟΥ Θ.</w:t>
      </w:r>
    </w:p>
    <w:p>
      <w:r>
        <w:rPr>
          <w:rFonts w:ascii="Courier New" w:hAnsi="Courier New"/>
          <w:color w:val="555555"/>
          <w:sz w:val="20"/>
        </w:rPr>
        <w:t>[1]</w:t>
      </w:r>
    </w:p>
    <w:p>
      <w:r>
        <w:rPr>
          <w:rFonts w:ascii="Gentium Plus" w:hAnsi="Gentium Plus"/>
          <w:sz w:val="24"/>
        </w:rPr>
        <w:t>Θεράπων. παρὰ τὸ θεραπεύειν τὸν κρείττονα. Θοῦρις. παρὰ τὸ θορεῖν. ἐκ τῶν περιεχομένων, ἢ θοροποιεῖν. Θύον. τὸ ἐπιθυόμενον εἰς κάθαρσιν.</w:t>
      </w:r>
    </w:p>
    <w:p>
      <w:r>
        <w:rPr>
          <w:rFonts w:ascii="Courier New" w:hAnsi="Courier New"/>
          <w:color w:val="555555"/>
          <w:sz w:val="20"/>
        </w:rPr>
        <w:t>[5]</w:t>
      </w:r>
    </w:p>
    <w:p>
      <w:r>
        <w:rPr>
          <w:rFonts w:ascii="Gentium Plus" w:hAnsi="Gentium Plus"/>
          <w:sz w:val="24"/>
        </w:rPr>
        <w:t>Θῶκος. ἡ τοῦ θεῖν ἡμᾶς ἐν τῷ καθέζεσθαι εἰς αὐτὴν ἐπέχουσα. Θεσπεσία. οἷον θεοπεσία. παρὰ τὸ πεσεῖν, ἢ ἥδεσθαι καὶ ἐπακολουθεῖν θεοῖς. Θρῆνυς. ἡ τῶν ἐρετῶν σανὶς, ἀφ’ ἧς καὶ θρανίται λέ‐</w:t>
      </w:r>
    </w:p>
    <w:p>
      <w:r>
        <w:rPr>
          <w:rFonts w:ascii="Courier New" w:hAnsi="Courier New"/>
          <w:color w:val="555555"/>
          <w:sz w:val="20"/>
        </w:rPr>
        <w:t>[10]</w:t>
      </w:r>
    </w:p>
    <w:p>
      <w:r>
        <w:rPr>
          <w:rFonts w:ascii="Gentium Plus" w:hAnsi="Gentium Plus"/>
          <w:sz w:val="24"/>
        </w:rPr>
        <w:t>γονται· παρὰ τὸ ἐν αὐταῖς ἵζειν. Θρυλλίχθη παρὰ τὸ θραύω. παράγωγον θραυλίζω. εἶτα θραυλίχθη, καὶ θρυλλίχθη ἀποβολῇ τοῦ α. πα‐ θητικὸς ἀόριστος αʹ. Θριγκός. παρὰ τὸ θρέξαι. ὁ περιτρέχων κύκλῳ.</w:t>
      </w:r>
    </w:p>
    <w:p>
      <w:r>
        <w:rPr>
          <w:rFonts w:ascii="Courier New" w:hAnsi="Courier New"/>
          <w:color w:val="555555"/>
          <w:sz w:val="20"/>
        </w:rPr>
        <w:t>[15]</w:t>
      </w:r>
    </w:p>
    <w:p>
      <w:r>
        <w:rPr>
          <w:rFonts w:ascii="Gentium Plus" w:hAnsi="Gentium Plus"/>
          <w:sz w:val="24"/>
        </w:rPr>
        <w:t>Θάλασσα. παρὰ τὸν σάλον, σάλασσα, καὶ μεταθέσει τοῦ ς εἰς θ, θάλασσα· ἢ παρὰ τὴν αλ γενικὴν, ἄλασσα, καὶ πλεονασμῷ τοῦ θ, θάλασσα. Θήγω. ἔκλειψις τοῦ θ. παρὰ τὸ θέην, θεήγω, καὶ θήγω.</w:t>
      </w:r>
    </w:p>
    <w:p>
      <w:r>
        <w:rPr>
          <w:rFonts w:ascii="Courier New" w:hAnsi="Courier New"/>
          <w:color w:val="555555"/>
          <w:sz w:val="20"/>
        </w:rPr>
        <w:t>[20]</w:t>
      </w:r>
    </w:p>
    <w:p>
      <w:r>
        <w:rPr>
          <w:rFonts w:ascii="Gentium Plus" w:hAnsi="Gentium Plus"/>
          <w:sz w:val="24"/>
        </w:rPr>
        <w:t>Θάπτω. παρὰ τὸ θῶ ῥῆμα, καὶ τιθῶ. ὡς βῶ βάπτω, οὕτω καὶ θῶ θάπτω. Θνητός. παρὰ τὸν θάνατον. πρὸς ἀντιδιαστολὴν τῶν</w:t>
      </w:r>
    </w:p>
    <w:p>
      <w:r>
        <w:rPr>
          <w:rFonts w:ascii="Courier New" w:hAnsi="Courier New"/>
          <w:color w:val="555555"/>
          <w:sz w:val="20"/>
        </w:rPr>
        <w:t>[theta 72]</w:t>
      </w:r>
    </w:p>
    <w:p>
      <w:r>
        <w:rPr>
          <w:rFonts w:ascii="Gentium Plus" w:hAnsi="Gentium Plus"/>
          <w:sz w:val="24"/>
        </w:rPr>
        <w:t>Θάνατος. τάνατός τις ἐστί. παρὰ τὸ τείνειν τὸ σώμα τῇ ψύξει· ἢ ὅτι ταναός ἐστιν· ἐπὶ πάντας διατείνων ἑαυτόν. ἢ περισσὸν τὸ θ. ἄνατος. ἄνευ γὰρ ἄτης ἐστὶν ὁ ἀποθανών. Καλλίμαχος· ἴσθι πριεῖα γυναι‐</w:t>
      </w:r>
    </w:p>
    <w:p>
      <w:r>
        <w:rPr>
          <w:rFonts w:ascii="Courier New" w:hAnsi="Courier New"/>
          <w:color w:val="555555"/>
          <w:sz w:val="20"/>
        </w:rPr>
        <w:t>[5]</w:t>
      </w:r>
    </w:p>
    <w:p>
      <w:r>
        <w:rPr>
          <w:rFonts w:ascii="Gentium Plus" w:hAnsi="Gentium Plus"/>
          <w:sz w:val="24"/>
        </w:rPr>
        <w:t>κῶν τὴν ὁδὸν ἣν ἀνίαι θυμοφθόνοι οὐ περόωσιν. Θώραξ. οἷον ὤραξ καὶ φύλαξ τοῦ θερμοῦ, ἢ τῆς ὁρού‐ σης καὶ πηδώσης καρδίας. Θυμέλη. παρὰ τὸ ἐπ’ αὐτῆς τίθεσθαι τὰ θυόμενα ἱε‐ ρεῖα. τράπεζα δὲ ἦν πρὸ τούτου, ἐφ’ ἧς ἑστῶτες ἐν</w:t>
      </w:r>
    </w:p>
    <w:p>
      <w:r>
        <w:rPr>
          <w:rFonts w:ascii="Courier New" w:hAnsi="Courier New"/>
          <w:color w:val="555555"/>
          <w:sz w:val="20"/>
        </w:rPr>
        <w:t>[10]</w:t>
      </w:r>
    </w:p>
    <w:p>
      <w:r>
        <w:rPr>
          <w:rFonts w:ascii="Gentium Plus" w:hAnsi="Gentium Plus"/>
          <w:sz w:val="24"/>
        </w:rPr>
        <w:t>τοῖς ἀγροῖς ᾖδον, μήπω τάξιν λαβούσης τῆς τραγῳ‐ δίας. Θρίαι. αἱ μαντικαὶ ψῆφοι, τρίαι τινὲς οὖσαι. τρεῖς γὰρ εἰσὶ τὸν ἀριθμόν. Νύμφαι δ’ ἐφεῦρον πάντας, ἐξ ὧν καὶ ἐκλήθησαν. εὑροῦσαι δὲ παρέσχον τῇ Ἀ‐</w:t>
      </w:r>
    </w:p>
    <w:p>
      <w:r>
        <w:rPr>
          <w:rFonts w:ascii="Courier New" w:hAnsi="Courier New"/>
          <w:color w:val="555555"/>
          <w:sz w:val="20"/>
        </w:rPr>
        <w:t>[15]</w:t>
      </w:r>
    </w:p>
    <w:p>
      <w:r>
        <w:rPr>
          <w:rFonts w:ascii="Gentium Plus" w:hAnsi="Gentium Plus"/>
          <w:sz w:val="24"/>
        </w:rPr>
        <w:t>θηνᾷ, καὶ Ἀπόλλωνος αὐτὴν ἐγκαλοῦντος, ἡ Ἀθη‐ νᾶ ἔῤῥιψε τὰς ψήφους ἐν τόπῳ τῆς Ἀττικῆς· ἐξ ὧν ἐκλήθη Θριάσιον πεδίον. ὀνόματα δὲ τῶν Νυμφῶν τῶν εὑρουσῶν τὰ δὲ. Θρία τε τῆς συκῆς φύλλα, ἐπεὶ εἰς τρία διέσχισται.</w:t>
      </w:r>
    </w:p>
    <w:p>
      <w:r>
        <w:rPr>
          <w:rFonts w:ascii="Courier New" w:hAnsi="Courier New"/>
          <w:color w:val="555555"/>
          <w:sz w:val="20"/>
        </w:rPr>
        <w:t>[20]</w:t>
      </w:r>
    </w:p>
    <w:p>
      <w:r>
        <w:rPr>
          <w:rFonts w:ascii="Gentium Plus" w:hAnsi="Gentium Plus"/>
          <w:sz w:val="24"/>
        </w:rPr>
        <w:t>Θοῦρος. ὁ θοῶς ὀρούων. Θορός, ὁ σπόρος. ἀπὸ τοῦ θορεῖν. ὁ μετὰ τῆς ὁρ‐ μῆς πεμπόμενος.</w:t>
      </w:r>
    </w:p>
    <w:p>
      <w:r>
        <w:rPr>
          <w:rFonts w:ascii="Courier New" w:hAnsi="Courier New"/>
          <w:color w:val="555555"/>
          <w:sz w:val="20"/>
        </w:rPr>
        <w:t>[theta 73]</w:t>
      </w:r>
    </w:p>
    <w:p>
      <w:r>
        <w:rPr>
          <w:rFonts w:ascii="Gentium Plus" w:hAnsi="Gentium Plus"/>
          <w:sz w:val="24"/>
        </w:rPr>
        <w:t>Θίς, ὁ αἰγιαλός. παρὰ τὸ θέω· ὁ παραθέων τῇ θα‐ λάσσῃ. Θίς, ὁ σωρός, παρὰ τὸ θῶ, ἀφ’ οὗ συνέβη θεῖναι. Θώραξ. ὃ δηλοῖ τὸ εὐωχοῦμαι, ἤτοι ἐν εὐωχίᾳ εἰμί·</w:t>
      </w:r>
    </w:p>
    <w:p>
      <w:r>
        <w:rPr>
          <w:rFonts w:ascii="Courier New" w:hAnsi="Courier New"/>
          <w:color w:val="555555"/>
          <w:sz w:val="20"/>
        </w:rPr>
        <w:t>[5]</w:t>
      </w:r>
    </w:p>
    <w:p>
      <w:r>
        <w:rPr>
          <w:rFonts w:ascii="Gentium Plus" w:hAnsi="Gentium Plus"/>
          <w:sz w:val="24"/>
        </w:rPr>
        <w:t>ἀφ’ οὗ Δωριεῖς θῶσθαι λέγουσι τὸ εὐωχεῖσθαι. Θοίνη, ἡ εὐωχία, παρὰ τὸ θῶ, τρίτης ἐστὶ συζυγίας, τὸ στρέφω, θήσω μέλλων. ῥηματικὸν ὄνομα θώνη, καὶ τροπῇ τοῦ ω εἰς τὴν οι δίφθογγον, θοίνη, ὡς τὸ ἀγκὼν ἀγκώνη καὶ ἀγκοίνη, εἵρω τὸ πλέκω, εἱρμός.</w:t>
      </w:r>
    </w:p>
    <w:p>
      <w:r>
        <w:rPr>
          <w:rFonts w:ascii="Courier New" w:hAnsi="Courier New"/>
          <w:color w:val="555555"/>
          <w:sz w:val="20"/>
        </w:rPr>
        <w:t>[10]</w:t>
      </w:r>
    </w:p>
    <w:p>
      <w:r>
        <w:rPr>
          <w:rFonts w:ascii="Gentium Plus" w:hAnsi="Gentium Plus"/>
          <w:sz w:val="24"/>
        </w:rPr>
        <w:t>Θηλή. παρὰ τὸ θήσω μέλλοντα· ἐξ οὗ θηλάσσω, καὶ θηλή. Θῶκος. παρὰ τὸ θέσω, καὶ θώσω· ὅ ἐστιν ἀπὸ τοῦ θῶ. οὗ μέλλων θώσω. οὕτω Φιλόξενος. Θάλλω. παρὰ τὸ θῶ τὸ τρέφω, καὶ παράγωγον θάλλω.</w:t>
      </w:r>
    </w:p>
    <w:p>
      <w:r>
        <w:rPr>
          <w:rFonts w:ascii="Courier New" w:hAnsi="Courier New"/>
          <w:color w:val="555555"/>
          <w:sz w:val="20"/>
        </w:rPr>
        <w:t>[15]</w:t>
      </w:r>
    </w:p>
    <w:p>
      <w:r>
        <w:rPr>
          <w:rFonts w:ascii="Gentium Plus" w:hAnsi="Gentium Plus"/>
          <w:sz w:val="24"/>
        </w:rPr>
        <w:t>Θημών. παρὰ τὸν θήσω μέλλοντα. Θυοσκόος. ὁ ἀπὸ τῶν θυομένων κοῶν, ὅ ἐστι νοῶν. Θυάδες. αἱ Βάκχαι· παρὰ τὸ θύω τὸ ὁρμῶ. Θελημός. θελήσω μέλλων· ἀπὸ τοῦ θελῶ· θελησμός· ὡς μελήσω μελησμός· καὶ ἀποβολῇ τοῦ ς, θελημός.</w:t>
      </w:r>
    </w:p>
    <w:p>
      <w:r>
        <w:rPr>
          <w:rFonts w:ascii="Courier New" w:hAnsi="Courier New"/>
          <w:color w:val="555555"/>
          <w:sz w:val="20"/>
        </w:rPr>
        <w:t>[20]</w:t>
      </w:r>
    </w:p>
    <w:p>
      <w:r>
        <w:rPr>
          <w:rFonts w:ascii="Gentium Plus" w:hAnsi="Gentium Plus"/>
          <w:sz w:val="24"/>
        </w:rPr>
        <w:t>Θύελλα· παρὰ τὸ θύω τὸ ὁρμῶ, θύελλα, ὡς παρὰ τὸ ἄω τὸ πνέω, ἄελλα. Θᾶσσον· παρὰ τὸ ταχύς· συγκριτικὸν τάσσων, καὶ τρο‐ πῇ τοῦ τ εἰς θ, θάσσων· ὡς παρὰ τὸ παχῦς πάσ‐ σων. παρὰ δὲ τὸ θάσσων θάττων.</w:t>
      </w:r>
    </w:p>
    <w:p>
      <w:r>
        <w:rPr>
          <w:rFonts w:ascii="Courier New" w:hAnsi="Courier New"/>
          <w:color w:val="555555"/>
          <w:sz w:val="20"/>
        </w:rPr>
        <w:t>[25]</w:t>
      </w:r>
    </w:p>
    <w:p>
      <w:r>
        <w:rPr>
          <w:rFonts w:ascii="Gentium Plus" w:hAnsi="Gentium Plus"/>
          <w:sz w:val="24"/>
        </w:rPr>
        <w:t>Θρησκεύειν. παρὰ τὴν Θρακῶν ἐπιμέλειαν τὴν περὶ τὸ θεῖον, καὶ τὴν τοῦ Ὀρφέως ἱερουργίαν. δύναται δὲ καὶ παρὰ τοὺς θεοὺς ἀρέσκειν, ὅ ἐστιν ἐξευμενί‐</w:t>
      </w:r>
    </w:p>
    <w:p>
      <w:r>
        <w:rPr>
          <w:rFonts w:ascii="Courier New" w:hAnsi="Courier New"/>
          <w:color w:val="555555"/>
          <w:sz w:val="20"/>
        </w:rPr>
        <w:t>[theta 74]</w:t>
      </w:r>
    </w:p>
    <w:p>
      <w:r>
        <w:rPr>
          <w:rFonts w:ascii="Gentium Plus" w:hAnsi="Gentium Plus"/>
          <w:sz w:val="24"/>
        </w:rPr>
        <w:t>Θύσανος· παρὰ τὸ θύνω τὸ ὁρμῶ. Θυόεις. θύω θυόεις. Θεουδής. ὁ τὰ ἕδη τῶν θεῶν σέβων. Θεμέλια. δεμῶ τὸ οἰκοδομῶ· ἀφ’ οὗ δεμέλια, καὶ τρο‐</w:t>
      </w:r>
    </w:p>
    <w:p>
      <w:r>
        <w:rPr>
          <w:rFonts w:ascii="Courier New" w:hAnsi="Courier New"/>
          <w:color w:val="555555"/>
          <w:sz w:val="20"/>
        </w:rPr>
        <w:t>[5]</w:t>
      </w:r>
    </w:p>
    <w:p>
      <w:r>
        <w:rPr>
          <w:rFonts w:ascii="Gentium Plus" w:hAnsi="Gentium Plus"/>
          <w:sz w:val="24"/>
        </w:rPr>
        <w:t>πῇ τοῦ δ εἰς θ, θεμέλια. Θέρω· τὸ θερμαίνω. παρὰ τὸ θέω, πλεονασμῷ τοῦ ρ. τὸ γὰρ ταχὺ καὶ θερμὸν λέγομεν, ὡς εἴρηται· ὡς φθίνω φθείρω, καὶ θέω θέρω. Θρώσκω. ἀπὸ τοῦ θέρω θερίσκω, ὡς στέλω στελί‐</w:t>
      </w:r>
    </w:p>
    <w:p>
      <w:r>
        <w:rPr>
          <w:rFonts w:ascii="Courier New" w:hAnsi="Courier New"/>
          <w:color w:val="555555"/>
          <w:sz w:val="20"/>
        </w:rPr>
        <w:t>[10]</w:t>
      </w:r>
    </w:p>
    <w:p>
      <w:r>
        <w:rPr>
          <w:rFonts w:ascii="Gentium Plus" w:hAnsi="Gentium Plus"/>
          <w:sz w:val="24"/>
        </w:rPr>
        <w:t>σκω. μεταθέσει τοῦ ο εἰς ω, καὶ συγκοπῇ, θρώσκω. Θρασύς. παρὰ τὸ θέρω, οὗ μέλλων θέρσω κατ’ Αἰο‐ λέας, καὶ θερσὺς, καὶ καθ’ ὑπέρθεσιν, καὶ τροπῇ τοῦ ε εἰς α, θρασύς. θερμοὶ γὰρ οἱ θρασεῖς.</w:t>
      </w:r>
    </w:p>
    <w:p>
      <w:r>
        <w:rPr>
          <w:rFonts w:ascii="Courier New" w:hAnsi="Courier New"/>
          <w:color w:val="555555"/>
          <w:sz w:val="20"/>
        </w:rPr>
        <w:t>[15]</w:t>
      </w:r>
    </w:p>
    <w:p>
      <w:r>
        <w:rPr>
          <w:rFonts w:ascii="Gentium Plus" w:hAnsi="Gentium Plus"/>
          <w:sz w:val="24"/>
        </w:rPr>
        <w:t>Θάτερον. παρὰ τὸ ἅτερον· Δώριον. εἰ γὰρ ἦν παρὰ τὸ ἕτερον, θούτερον ἦν· ὡς γίνεται τὸ ἔλαιον τοὔλαιον. ἀλλὰ τὸ ἕτερον παρὰ Δωριεῦσι λέγεται θάτερον· ὡς ἄγαγον τἀγαθόν. ἔμεινε δὲ τὸ τ ἄτρεπτον, ἐπει‐ δὴ ψιλοῦται τὸ ἀγαθὸν, τὸ δὲ ἅτερον δασύνεται.</w:t>
      </w:r>
    </w:p>
    <w:p>
      <w:r>
        <w:rPr>
          <w:rFonts w:ascii="Courier New" w:hAnsi="Courier New"/>
          <w:color w:val="555555"/>
          <w:sz w:val="20"/>
        </w:rPr>
        <w:t>[20]</w:t>
      </w:r>
    </w:p>
    <w:p>
      <w:r>
        <w:rPr>
          <w:rFonts w:ascii="Gentium Plus" w:hAnsi="Gentium Plus"/>
          <w:sz w:val="24"/>
        </w:rPr>
        <w:t>Θύρα. θύω τὸ ὁρμῶ, δι’ ἧς ὁρμῶμεν. Θολῶ. παρὰ τὸ θόλον. θόλος δὲ τὸ μέλαν τῆς σηπίας. Θαῦμα. παρὰ τὸ θαυμάζω, θαυμάσω, θαύμασμα. καὶ κατ’ ἔνδειαν τοῦ ς, καὶ κατὰ ἀποκοπὴν, θαῦμα. οἱ</w:t>
      </w:r>
    </w:p>
    <w:p>
      <w:r>
        <w:rPr>
          <w:rFonts w:ascii="Courier New" w:hAnsi="Courier New"/>
          <w:color w:val="555555"/>
          <w:sz w:val="20"/>
        </w:rPr>
        <w:t>[25]</w:t>
      </w:r>
    </w:p>
    <w:p>
      <w:r>
        <w:rPr>
          <w:rFonts w:ascii="Gentium Plus" w:hAnsi="Gentium Plus"/>
          <w:sz w:val="24"/>
        </w:rPr>
        <w:t>δὲ παρὰ τὸ θεῶμαι θέαμα, καὶ κατὰ κρᾶσιν θαῦμα. Θέα. ἡ θωρία. παρὰ τὸ θέω, οὗ παθητικὸν θεῶμαι. βαρυτονεῖται δὲ πρὸς ἀντιδιαστολὴν τοῦ θεὰ ἅπερ τῆς θεοῦ. ὡς θολὸς τὸ οἰκοδόμημα, θόλος δὲ τὸ μέλαν</w:t>
      </w:r>
    </w:p>
    <w:p>
      <w:pPr>
        <w:jc w:val="center"/>
      </w:pPr>
      <w:r>
        <w:rPr>
          <w:rFonts w:ascii="Gentium Plus" w:hAnsi="Gentium Plus"/>
          <w:b/>
          <w:sz w:val="24"/>
        </w:rPr>
        <w:t>ΑΡΧΗ ΤΟΥ Ι.</w:t>
      </w:r>
    </w:p>
    <w:p>
      <w:r>
        <w:rPr>
          <w:rFonts w:ascii="Courier New" w:hAnsi="Courier New"/>
          <w:color w:val="555555"/>
          <w:sz w:val="20"/>
        </w:rPr>
        <w:t>[1]</w:t>
      </w:r>
    </w:p>
    <w:p>
      <w:r>
        <w:rPr>
          <w:rFonts w:ascii="Gentium Plus" w:hAnsi="Gentium Plus"/>
          <w:sz w:val="24"/>
        </w:rPr>
        <w:t>Ἱερὸν ἧμαρ. οὕτως εἴρηται τὸ πρὸ τῆς μεσεμβρίας. ἐν τούτῳ γὰρ τῷ καιρῷ ἔθυον τοῖς Ὀλυμπίοις θεοῖς, ἀπὸ δὲ μεσεμβρίας τοῖς χθονίοις. Ἰωχμός. διωχμός τις ὢν, καὶ διωγμὸς, κατὰ τροπὴν</w:t>
      </w:r>
    </w:p>
    <w:p>
      <w:r>
        <w:rPr>
          <w:rFonts w:ascii="Courier New" w:hAnsi="Courier New"/>
          <w:color w:val="555555"/>
          <w:sz w:val="20"/>
        </w:rPr>
        <w:t>[5]</w:t>
      </w:r>
    </w:p>
    <w:p>
      <w:r>
        <w:rPr>
          <w:rFonts w:ascii="Gentium Plus" w:hAnsi="Gentium Plus"/>
          <w:sz w:val="24"/>
        </w:rPr>
        <w:t>τοῦ χ εἰς γ. Ἰωή. ἡ μετὰ ποιᾶς φωνῆς ὁρμή. ἀπὸ τοῦ ἱέναι καὶ ἐμ‐ περιήχησιν τινὰ ποιεῖν. Ἰγνύα. τὸ ὄπισθεν τοῦ γόνατος. ἐπεὶ αἴτιον ἐστὶν ἡ‐ μῖν τοῦ ἱκνεῖσθαι, ὅ ἐστι πορεύεσθαι.</w:t>
      </w:r>
    </w:p>
    <w:p>
      <w:r>
        <w:rPr>
          <w:rFonts w:ascii="Courier New" w:hAnsi="Courier New"/>
          <w:color w:val="555555"/>
          <w:sz w:val="20"/>
        </w:rPr>
        <w:t>[10]</w:t>
      </w:r>
    </w:p>
    <w:p>
      <w:r>
        <w:rPr>
          <w:rFonts w:ascii="Gentium Plus" w:hAnsi="Gentium Plus"/>
          <w:sz w:val="24"/>
        </w:rPr>
        <w:t>Ἰδνωθείς. οἷον τὸ ἡνίον δινωθείς. δηλοῖ δὲ καὶ τὸ καμφθῆναι. παρὰ τὸ ἵζω, οὗ παράγωγον ἱζάνω. Ἰόμωροι. οἱ περὶ τοὺς ἰοὺς μεμοιραμένοι. παρὰ τὸ μόρον, ὃ σημαίνει τὴν εἱμαρμένην καὶ κακοπάθειαν. Ἰκρία. τὰ σανιδώματα. παρὰ τὸ δι’ αὐτῶν ἱκνεῖσθαι</w:t>
      </w:r>
    </w:p>
    <w:p>
      <w:r>
        <w:rPr>
          <w:rFonts w:ascii="Courier New" w:hAnsi="Courier New"/>
          <w:color w:val="555555"/>
          <w:sz w:val="20"/>
        </w:rPr>
        <w:t>[15]</w:t>
      </w:r>
    </w:p>
    <w:p>
      <w:r>
        <w:rPr>
          <w:rFonts w:ascii="Gentium Plus" w:hAnsi="Gentium Plus"/>
          <w:sz w:val="24"/>
        </w:rPr>
        <w:t>καὶ διαβαίνειν. Ἰξύς. εἴρηται οἷον ἀξυστίς τις οὖσα, ἣν οὐχ οἷόν τε ξύσαι καὶ κνήσασθαι. Ἴσθιον. τὸ κόσμιον, τὸ περιτιθέμενον τῷ τραχήλῳ. ὅθεν καὶ παρίσθμια.</w:t>
      </w:r>
    </w:p>
    <w:p>
      <w:r>
        <w:rPr>
          <w:rFonts w:ascii="Courier New" w:hAnsi="Courier New"/>
          <w:color w:val="555555"/>
          <w:sz w:val="20"/>
        </w:rPr>
        <w:t>[20]</w:t>
      </w:r>
    </w:p>
    <w:p>
      <w:r>
        <w:rPr>
          <w:rFonts w:ascii="Gentium Plus" w:hAnsi="Gentium Plus"/>
          <w:sz w:val="24"/>
        </w:rPr>
        <w:t>Ἰλλίζειν, τὸ διανεύειν. παρὰ τὸν ἴλλον, ὃ ἐστὶ διεστραμ‐ μένον κυρίως. ἢ τὸ διανεύειν τοῖς ὀφθαλμοῖς· παρὰ τὴν εἴλησιν, τὴν κίνησιν. Ἰάψαι. πλεονασμῷ τοῦ α. παρὰ τὸ ἴπτω ἴψω ἰάψω. Ἰήϊος. ἐπίθετον Ἀπόλλωνος. παρὰ τὸ ἵημι· ὁ τοξό‐</w:t>
      </w:r>
    </w:p>
    <w:p>
      <w:r>
        <w:rPr>
          <w:rFonts w:ascii="Courier New" w:hAnsi="Courier New"/>
          <w:color w:val="555555"/>
          <w:sz w:val="20"/>
        </w:rPr>
        <w:t>[25]</w:t>
      </w:r>
    </w:p>
    <w:p>
      <w:r>
        <w:rPr>
          <w:rFonts w:ascii="Gentium Plus" w:hAnsi="Gentium Plus"/>
          <w:sz w:val="24"/>
        </w:rPr>
        <w:t>της· παρὰ τὴν ἕησιν τῶν βελῶν, ἤτοι τὴν ἄφεσιν. τὸ δὲ ἤϊε Φοῖβε κατὰ ἀποβολὴν τοῦ ι, ὅτι αὐτὸς</w:t>
      </w:r>
    </w:p>
    <w:p>
      <w:r>
        <w:rPr>
          <w:rFonts w:ascii="Courier New" w:hAnsi="Courier New"/>
          <w:color w:val="555555"/>
          <w:sz w:val="20"/>
        </w:rPr>
        <w:t>[iota 76]</w:t>
      </w:r>
    </w:p>
    <w:p>
      <w:r>
        <w:rPr>
          <w:rFonts w:ascii="Gentium Plus" w:hAnsi="Gentium Plus"/>
          <w:sz w:val="24"/>
        </w:rPr>
        <w:t>Ἰσχνός. παρὰ τὸ ἴσχω, οὗ παράγωγον ἰσχνῶ. ὄνομα ἰσχνός. Ἰνίον. ἀπὸ τοῦ ἐν τῇ καταβάσει τῇ ἀπὸ τῆς κορυφῆς κάτω ἰέναι. ἢ ἀπὸ τοῦ ἐκτεῦθεν ἄρχεσθαι τὰς</w:t>
      </w:r>
    </w:p>
    <w:p>
      <w:r>
        <w:rPr>
          <w:rFonts w:ascii="Courier New" w:hAnsi="Courier New"/>
          <w:color w:val="555555"/>
          <w:sz w:val="20"/>
        </w:rPr>
        <w:t>[5]</w:t>
      </w:r>
    </w:p>
    <w:p>
      <w:r>
        <w:rPr>
          <w:rFonts w:ascii="Gentium Plus" w:hAnsi="Gentium Plus"/>
          <w:sz w:val="24"/>
        </w:rPr>
        <w:t>ἴνας, τουτέστι τὰ νεῦρα· ἐπειδή περ ἴεται διὰ τοῦ σώ‐ ματος· τοιοῦτον δὲ καὶ τὸ, Οὐ γὰρ ἔτι σάρκας τε καὶ ὀστέα ἶνες ἔχουσιν. Ἰατρική. πλεονασμῷ τοῦ ρ· ἰατική τις οὖσα, παρὰ τὸ ἰᾶσθαι.</w:t>
      </w:r>
    </w:p>
    <w:p>
      <w:r>
        <w:rPr>
          <w:rFonts w:ascii="Courier New" w:hAnsi="Courier New"/>
          <w:color w:val="555555"/>
          <w:sz w:val="20"/>
        </w:rPr>
        <w:t>[10]</w:t>
      </w:r>
    </w:p>
    <w:p>
      <w:r>
        <w:rPr>
          <w:rFonts w:ascii="Gentium Plus" w:hAnsi="Gentium Plus"/>
          <w:sz w:val="24"/>
        </w:rPr>
        <w:t>Ἴουλος ἐκλήθη ἀπὸ τοῦ ζώου τοῦ ἰούλου, πολλοὺς καὶ πυκνοὺς πόδας ἔχοντος· ἢ ἀπὸ τοῦ οὔλως καὶ πυκνῶς εἰλοῦσθαι. Ἱερὸν ὀστοῦν, ἐκλήθη τὸ ἄκρον τῆς ὀσφύος, ὅτι μέγα ἐστίν.</w:t>
      </w:r>
    </w:p>
    <w:p>
      <w:r>
        <w:rPr>
          <w:rFonts w:ascii="Courier New" w:hAnsi="Courier New"/>
          <w:color w:val="555555"/>
          <w:sz w:val="20"/>
        </w:rPr>
        <w:t>[15]</w:t>
      </w:r>
    </w:p>
    <w:p>
      <w:r>
        <w:rPr>
          <w:rFonts w:ascii="Gentium Plus" w:hAnsi="Gentium Plus"/>
          <w:sz w:val="24"/>
        </w:rPr>
        <w:t>Ἰσθμός. θάλασσαν ἔχων ἑκατέρωθεν, βάσιμος. ἴσθμια δὲ τὰ βήματα. Ἴφια μῆλα. κατ’ ἀντίφρασιν τὰ ἀνίσχυρα. Ἰλύς. ἰλύσω· καὶ ἀποβολῇ τοῦ ω, ἰλύς. Ἴνις. ὁ ἀπόγονος. παρὰ τὴν ἰνὸς γενικὴν παρωνύμως.</w:t>
      </w:r>
    </w:p>
    <w:p>
      <w:r>
        <w:rPr>
          <w:rFonts w:ascii="Courier New" w:hAnsi="Courier New"/>
          <w:color w:val="555555"/>
          <w:sz w:val="20"/>
        </w:rPr>
        <w:t>[20]</w:t>
      </w:r>
    </w:p>
    <w:p>
      <w:r>
        <w:rPr>
          <w:rFonts w:ascii="Gentium Plus" w:hAnsi="Gentium Plus"/>
          <w:sz w:val="24"/>
        </w:rPr>
        <w:t>Ἴσις. παρὰ τὸ ἶσον. ἡ αὐτὴ γὰρ ἐστὶ τῇ γῇ, ἥτις ἐστὶ σφαιροδής. Ἰμονία. παρὰ τὸν ἱμάντα. οὕτως Ἡρωδιανὸς ἐν τῇ Ὀρθογραφίᾳ. Ἰτέα. παρὰ τὸ ἰέναι. ταχέως γὰρ αὔξεται.</w:t>
      </w:r>
    </w:p>
    <w:p>
      <w:r>
        <w:rPr>
          <w:rFonts w:ascii="Courier New" w:hAnsi="Courier New"/>
          <w:color w:val="555555"/>
          <w:sz w:val="20"/>
        </w:rPr>
        <w:t>[25]</w:t>
      </w:r>
    </w:p>
    <w:p>
      <w:r>
        <w:rPr>
          <w:rFonts w:ascii="Gentium Plus" w:hAnsi="Gentium Plus"/>
          <w:sz w:val="24"/>
        </w:rPr>
        <w:t>Ἵμερος. παρὰ τὸ ἵημι καὶ ἵεσθαι. ἵετο γὰρ βαλέειν.</w:t>
      </w:r>
    </w:p>
    <w:p>
      <w:r>
        <w:rPr>
          <w:rFonts w:ascii="Courier New" w:hAnsi="Courier New"/>
          <w:color w:val="555555"/>
          <w:sz w:val="20"/>
        </w:rPr>
        <w:t>[iota 77]</w:t>
      </w:r>
    </w:p>
    <w:p>
      <w:r>
        <w:rPr>
          <w:rFonts w:ascii="Gentium Plus" w:hAnsi="Gentium Plus"/>
          <w:sz w:val="24"/>
        </w:rPr>
        <w:t>ὑποθῶν γὰρ ἵεται ἐπὶ τὸν ποθούμενον. οὕτως Ἡρω‐ διανός. Ἵππος. παρὰ τὸ ἵππω, καὶ ἱάπτω, ὡς κόπτω κόπος, καὶ ἵπτω ἵππος. ἐστὶ δὲ εἶδος παστίγος. οὕτως Ἡ‐</w:t>
      </w:r>
    </w:p>
    <w:p>
      <w:r>
        <w:rPr>
          <w:rFonts w:ascii="Courier New" w:hAnsi="Courier New"/>
          <w:color w:val="555555"/>
          <w:sz w:val="20"/>
        </w:rPr>
        <w:t>[5]</w:t>
      </w:r>
    </w:p>
    <w:p>
      <w:r>
        <w:rPr>
          <w:rFonts w:ascii="Gentium Plus" w:hAnsi="Gentium Plus"/>
          <w:sz w:val="24"/>
        </w:rPr>
        <w:t>ρωδιανός. Ἴλη. τὸ πλῆθος· παρὰ τὸ ὁμοῦ εἰλεῖσθαι. Ἰκμάς. παρὰ τὸ ἱκνεῖσθαι ἄνωθεν πρὸς ἡμᾶς. ἀπὸ τοῦ Διὸς ὕοντος. οὕτως Ἡρωδιανός. Ἶρις. ἡ θεός· παρὰ τὸ εἴρειν καὶ λέγειν· ἄγγελος γὰρ</w:t>
      </w:r>
    </w:p>
    <w:p>
      <w:r>
        <w:rPr>
          <w:rFonts w:ascii="Courier New" w:hAnsi="Courier New"/>
          <w:color w:val="555555"/>
          <w:sz w:val="20"/>
        </w:rPr>
        <w:t>[10]</w:t>
      </w:r>
    </w:p>
    <w:p>
      <w:r>
        <w:rPr>
          <w:rFonts w:ascii="Gentium Plus" w:hAnsi="Gentium Plus"/>
          <w:sz w:val="24"/>
        </w:rPr>
        <w:t>ἡ θεός. Ἴον· τὸ ἄνθος· παρὰ τὸ ἀνιέναι ταχύ. Ἶνες. τὰ νεῦρα· παρὰ τὸ ἔω ῥῆμα τὸ ὑπάρχω. ῥημα‐ τικὸν ὄνομα ἴνις. καὶ θέω θίνη, ῥήσσω ῥήξω ῥηγμίν. αἱ δὲ ἶνες, τῷ εἶναι καὶ συνεστάναι παρέχουσι τῷ</w:t>
      </w:r>
    </w:p>
    <w:p>
      <w:r>
        <w:rPr>
          <w:rFonts w:ascii="Courier New" w:hAnsi="Courier New"/>
          <w:color w:val="555555"/>
          <w:sz w:val="20"/>
        </w:rPr>
        <w:t>[15]</w:t>
      </w:r>
    </w:p>
    <w:p>
      <w:r>
        <w:rPr>
          <w:rFonts w:ascii="Gentium Plus" w:hAnsi="Gentium Plus"/>
          <w:sz w:val="24"/>
        </w:rPr>
        <w:t>σώματι. Ἰξός. ἵκω ἵξω, ἵξομαι ἰξός. ὁ φθάνων μέχρις ὧν φθά‐ νωσι τόπων τὰ πτηνά· ἀντὶ τοῦ ἔνθα ἱκνοῦνται. ὁ δὲ Ἡρωδιανὸς, ἀξός τις φησὶν εἶναι παρὰ τὸ ἀξεῖν τὰ ὄρνεα.</w:t>
      </w:r>
    </w:p>
    <w:p>
      <w:r>
        <w:rPr>
          <w:rFonts w:ascii="Courier New" w:hAnsi="Courier New"/>
          <w:color w:val="555555"/>
          <w:sz w:val="20"/>
        </w:rPr>
        <w:t>[20]</w:t>
      </w:r>
    </w:p>
    <w:p>
      <w:r>
        <w:rPr>
          <w:rFonts w:ascii="Gentium Plus" w:hAnsi="Gentium Plus"/>
          <w:sz w:val="24"/>
        </w:rPr>
        <w:t>Ἰάλλω. παρὰ τὸ ἴω παράγωγον. ἰάλλω, οἷον ἰέναι ποιῶ.</w:t>
      </w:r>
    </w:p>
    <w:p>
      <w:r>
        <w:rPr>
          <w:rFonts w:ascii="Courier New" w:hAnsi="Courier New"/>
          <w:color w:val="555555"/>
          <w:sz w:val="20"/>
        </w:rPr>
        <w:t>[iota 78]</w:t>
      </w:r>
    </w:p>
    <w:p>
      <w:r>
        <w:rPr>
          <w:rFonts w:ascii="Gentium Plus" w:hAnsi="Gentium Plus"/>
          <w:sz w:val="24"/>
        </w:rPr>
        <w:t>ἰσχνάδες· καὶ ἀποβολῇ τοῦ ν, ἰσχάδες· τὰ λεπυθέν‐ τα σύκα ἐν τῷ ξηραίνεσθαι. Ἱστία. παρὰ τὸ ἵζω. ἡ δὲ ἑστία παρὰ τὸ ἕζω. τὸ δὲ ἵζω ὁ μέλλων ἵσω· καὶ ῥηματικὸν ὄνομα ἱστὸς καὶ</w:t>
      </w:r>
    </w:p>
    <w:p>
      <w:r>
        <w:rPr>
          <w:rFonts w:ascii="Courier New" w:hAnsi="Courier New"/>
          <w:color w:val="555555"/>
          <w:sz w:val="20"/>
        </w:rPr>
        <w:t>[5]</w:t>
      </w:r>
    </w:p>
    <w:p>
      <w:r>
        <w:rPr>
          <w:rFonts w:ascii="Gentium Plus" w:hAnsi="Gentium Plus"/>
          <w:sz w:val="24"/>
        </w:rPr>
        <w:t>ἱστία. οὕτω Φιλόξενος ἐν τῷ περὶ τῆς Ἰλιάδος δια‐ λέκτῳ. Ἴτης. ὁ ἐπὶ πάντα ὁρμῶν· παρὰ τὸ ἰέναι. ἀπὸ τούτου ἰσητήρια. Ἰχθύς. παρὰ τὸ ἰθύειν.</w:t>
      </w:r>
    </w:p>
    <w:p>
      <w:r>
        <w:rPr>
          <w:rFonts w:ascii="Courier New" w:hAnsi="Courier New"/>
          <w:color w:val="555555"/>
          <w:sz w:val="20"/>
        </w:rPr>
        <w:t>[10]</w:t>
      </w:r>
    </w:p>
    <w:p>
      <w:r>
        <w:rPr>
          <w:rFonts w:ascii="Gentium Plus" w:hAnsi="Gentium Plus"/>
          <w:sz w:val="24"/>
        </w:rPr>
        <w:t>Ἰλύς. δηλοῖ ὑπόστασιν ὕδατος, εἰς ταὐτὸ συναχθεῖσαν εἵλησιν καὶ σύνοδον. Ἰωκή. παρὰ τὸ διωκὴ καὶ διωγμός· ἀπὸ τοῦ διώκω, ἀπο‐ βολῇ τοῦ δ, ἰωκὴ καὶ ἰωχμός. Ἰήϊος. ὅτε μὲν ἐπὶ τοῦ Ἀπόλλωνος, δασύνεται. Ὅμη‐</w:t>
      </w:r>
    </w:p>
    <w:p>
      <w:r>
        <w:rPr>
          <w:rFonts w:ascii="Courier New" w:hAnsi="Courier New"/>
          <w:color w:val="555555"/>
          <w:sz w:val="20"/>
        </w:rPr>
        <w:t>[15]</w:t>
      </w:r>
    </w:p>
    <w:p>
      <w:r>
        <w:rPr>
          <w:rFonts w:ascii="Gentium Plus" w:hAnsi="Gentium Plus"/>
          <w:sz w:val="24"/>
        </w:rPr>
        <w:t>ρος· ὥς ῥα σὺ ἵηε Φοῖβε. παρὰ τὴν ἕσιν τῶν με‐ λῶν. ἐπὶ δὲ τοῦ θρήνου, ψιλοῦται· Σοφοκλῆς Οἰ‐ δίποδι· οὔτε γὰρ ἔκγονα κλυτᾶς χθονὸς αὔξεται· οὔτε τόκοισιν ἰήων καμάτων· τῶν θρηνητικῶν. Ἴδρις. εἴδω ἐστὶ ῥῆμα, οὗ ὁ μέλλων εἴσω καὶ εἴσομαι.</w:t>
      </w:r>
    </w:p>
    <w:p>
      <w:r>
        <w:rPr>
          <w:rFonts w:ascii="Courier New" w:hAnsi="Courier New"/>
          <w:color w:val="555555"/>
          <w:sz w:val="20"/>
        </w:rPr>
        <w:t>[20]</w:t>
      </w:r>
    </w:p>
    <w:p>
      <w:r>
        <w:rPr>
          <w:rFonts w:ascii="Gentium Plus" w:hAnsi="Gentium Plus"/>
          <w:sz w:val="24"/>
        </w:rPr>
        <w:t>τοῦ εἴδω καὶ εἴσω ὄνομα εἴδις. ἀποβολῇ τοῦ ε, ἴδις,</w:t>
      </w:r>
    </w:p>
    <w:p>
      <w:r>
        <w:rPr>
          <w:rFonts w:ascii="Courier New" w:hAnsi="Courier New"/>
          <w:color w:val="555555"/>
          <w:sz w:val="20"/>
        </w:rPr>
        <w:t>[iota 79]</w:t>
      </w:r>
    </w:p>
    <w:p>
      <w:r>
        <w:rPr>
          <w:rFonts w:ascii="Gentium Plus" w:hAnsi="Gentium Plus"/>
          <w:sz w:val="24"/>
        </w:rPr>
        <w:t>Ἰξάλου αἰγός. παρὰ τὸ ἵξω μέλλοντα. πολλάκις δὲ τὰ παράγωγα ἀλλάσσει τὸ πνεῦμα, καὶ ἀπὸ δασέος γίνεται ψιλόν. οὕτως ἵκω, ἵξω, ἴξαλος. οἷον αἷμα δασύνεται, ἄμυδις δὲ ψιλοῦται, ἱδρὼς δασύνεται. οὕ‐</w:t>
      </w:r>
    </w:p>
    <w:p>
      <w:r>
        <w:rPr>
          <w:rFonts w:ascii="Courier New" w:hAnsi="Courier New"/>
          <w:color w:val="555555"/>
          <w:sz w:val="20"/>
        </w:rPr>
        <w:t>[5]</w:t>
      </w:r>
    </w:p>
    <w:p>
      <w:r>
        <w:rPr>
          <w:rFonts w:ascii="Gentium Plus" w:hAnsi="Gentium Plus"/>
          <w:sz w:val="24"/>
        </w:rPr>
        <w:t>τω Φιλόξενος ἐν τῷ περὶ Ἀναδιπλασιασμοῦ.</w:t>
      </w:r>
    </w:p>
    <w:p>
      <w:r>
        <w:rPr>
          <w:rFonts w:ascii="Courier New" w:hAnsi="Courier New"/>
          <w:color w:val="555555"/>
          <w:sz w:val="20"/>
        </w:rPr>
        <w:t>[iota 80]</w:t>
      </w:r>
    </w:p>
    <w:p>
      <w:r>
        <w:rPr>
          <w:rFonts w:ascii="Gentium Plus" w:hAnsi="Gentium Plus"/>
          <w:sz w:val="24"/>
        </w:rPr>
        <w:t>Ἰδάλιμος. ἴδος. τούτου παράγωγον ἴδιμος. προθέσει τοῦ αλ ἰδάλιμος. οὕτω Φιλόξενος. Ἰωή. παρὰ τὸ ἴω ἰωὴ, ἡ διϊκνουμένη εἰς ἀκοήν. Ἶσος. παρὰ τὸ εἴδω τὸ ὁμοιῶ. οὗ μέλλων εἴσω. ῥημα‐</w:t>
      </w:r>
    </w:p>
    <w:p>
      <w:r>
        <w:rPr>
          <w:rFonts w:ascii="Courier New" w:hAnsi="Courier New"/>
          <w:color w:val="555555"/>
          <w:sz w:val="20"/>
        </w:rPr>
        <w:t>[5]</w:t>
      </w:r>
    </w:p>
    <w:p>
      <w:r>
        <w:rPr>
          <w:rFonts w:ascii="Gentium Plus" w:hAnsi="Gentium Plus"/>
          <w:sz w:val="24"/>
        </w:rPr>
        <w:t>τικὸν ὄνομα ἶσος, κατὰ ἀποβολὴν τοῦ ε.</w:t>
      </w:r>
    </w:p>
    <w:p>
      <w:pPr>
        <w:jc w:val="center"/>
      </w:pPr>
      <w:r>
        <w:rPr>
          <w:rFonts w:ascii="Gentium Plus" w:hAnsi="Gentium Plus"/>
          <w:b/>
          <w:sz w:val="24"/>
        </w:rPr>
        <w:t>ΑΡΧΗ ΤΟΥ Κ.</w:t>
      </w:r>
    </w:p>
    <w:p>
      <w:r>
        <w:rPr>
          <w:rFonts w:ascii="Courier New" w:hAnsi="Courier New"/>
          <w:color w:val="555555"/>
          <w:sz w:val="20"/>
        </w:rPr>
        <w:t>[1]</w:t>
      </w:r>
    </w:p>
    <w:p>
      <w:r>
        <w:rPr>
          <w:rFonts w:ascii="Gentium Plus" w:hAnsi="Gentium Plus"/>
          <w:sz w:val="24"/>
        </w:rPr>
        <w:t>Κάλχας. παρὰ τὸ καλχαίνειν, ὃ ἐστὶ κατὰ βάθος μεριμνᾶν· καὶ κάλχη, ἡ πορφύρα· ὅθεν παρ’ αὐτὴν τὸ πορφύρειν τὸ μεριμνᾶν. Κρήγυον. προπῇ τοῦ δ εἰς γ, ὡς γνόφος δνόφος· οἷον</w:t>
      </w:r>
    </w:p>
    <w:p>
      <w:r>
        <w:rPr>
          <w:rFonts w:ascii="Courier New" w:hAnsi="Courier New"/>
          <w:color w:val="555555"/>
          <w:sz w:val="20"/>
        </w:rPr>
        <w:t>[5]</w:t>
      </w:r>
    </w:p>
    <w:p>
      <w:r>
        <w:rPr>
          <w:rFonts w:ascii="Gentium Plus" w:hAnsi="Gentium Plus"/>
          <w:sz w:val="24"/>
        </w:rPr>
        <w:t>κηρυδόν τι ὄν· τοδῦνον τὸ κέαρ. Καρπός. ἀπὸ τοῦ κεκάρφθαι τὸ ἐξηράνθαι καρπὸς λέγε‐ ται· καρφός τις ὤν. Κρῆτες. παρὰ τὸ ἐπὶ κράεσι βιοτεύειν. κυνηγητικοὶ γάρ. Ἀπολλόδωρος καὶ ἐν Ἐτυμολογίαις παρὰ τὸ εὖ</w:t>
      </w:r>
    </w:p>
    <w:p>
      <w:r>
        <w:rPr>
          <w:rFonts w:ascii="Courier New" w:hAnsi="Courier New"/>
          <w:color w:val="555555"/>
          <w:sz w:val="20"/>
        </w:rPr>
        <w:t>[10]</w:t>
      </w:r>
    </w:p>
    <w:p>
      <w:r>
        <w:rPr>
          <w:rFonts w:ascii="Gentium Plus" w:hAnsi="Gentium Plus"/>
          <w:sz w:val="24"/>
        </w:rPr>
        <w:t>κεκρᾶσθαι τὸν περὶ τὴν νῆσον ἀέρα. Κονίσσαλος. ἡ σεσαλευμένη κόνις. τίλος κίλος. Κτίλος. κίλος· παρὰ τὸ κίειν, ὃ ἐστὶ πορεύεσθαι. Κατήφεια. ἀπὸ τοῦ κάτω τὰ φάη βάλλειν τοὺς λυπου‐ μένους.</w:t>
      </w:r>
    </w:p>
    <w:p>
      <w:r>
        <w:rPr>
          <w:rFonts w:ascii="Courier New" w:hAnsi="Courier New"/>
          <w:color w:val="555555"/>
          <w:sz w:val="20"/>
        </w:rPr>
        <w:t>[15]</w:t>
      </w:r>
    </w:p>
    <w:p>
      <w:r>
        <w:rPr>
          <w:rFonts w:ascii="Gentium Plus" w:hAnsi="Gentium Plus"/>
          <w:sz w:val="24"/>
        </w:rPr>
        <w:t>Κύπελλον. κύφελλόν τι ὄν. Κενεών. ὁ κατὰ τὴν λαγόνα τόπος, παρὰ τὸ κενὸν τῶν ὀστέων. καὶ λαπάρα διὰ τοῦτο· λαπάξαι γὰρ τὸ κενῶσαι. Κάπη. εἴρηται ἡ καταπνεομένη ὑπὸ τοῦ ἄσθματος τῶν</w:t>
      </w:r>
    </w:p>
    <w:p>
      <w:r>
        <w:rPr>
          <w:rFonts w:ascii="Courier New" w:hAnsi="Courier New"/>
          <w:color w:val="555555"/>
          <w:sz w:val="20"/>
        </w:rPr>
        <w:t>[20]</w:t>
      </w:r>
    </w:p>
    <w:p>
      <w:r>
        <w:rPr>
          <w:rFonts w:ascii="Gentium Plus" w:hAnsi="Gentium Plus"/>
          <w:sz w:val="24"/>
        </w:rPr>
        <w:t>ἵππων. Κερδαίνειν. παρὰ τὸ κέρα ἰαίνειν. Κυθέρεια. παρὰ τὸ χεῖν τοὺς ἔρωτας· ἢ παρὰ τὸ χύ‐ δην θέρειν καὶ φλέγειν τῷ πάθει· οἱ δὲ παρὰ τὸ κεύ‐</w:t>
      </w:r>
    </w:p>
    <w:p>
      <w:r>
        <w:rPr>
          <w:rFonts w:ascii="Courier New" w:hAnsi="Courier New"/>
          <w:color w:val="555555"/>
          <w:sz w:val="20"/>
        </w:rPr>
        <w:t>[kappa 80]</w:t>
      </w:r>
    </w:p>
    <w:p>
      <w:r>
        <w:rPr>
          <w:rFonts w:ascii="Gentium Plus" w:hAnsi="Gentium Plus"/>
          <w:sz w:val="24"/>
        </w:rPr>
        <w:t>δὲ ἀπὸ Κυθήρων· ἀτὰρ Κυθέρειαν, ὅτι προσέκυρ‐ σε Κυθήροις. Κνώδαλα. καταχρηστικῶς καὶ τὰ χερσαῖα τὰ ὑπὸ κυ‐ νῶν ἁλισκόμενα.</w:t>
      </w:r>
    </w:p>
    <w:p>
      <w:r>
        <w:rPr>
          <w:rFonts w:ascii="Courier New" w:hAnsi="Courier New"/>
          <w:color w:val="555555"/>
          <w:sz w:val="20"/>
        </w:rPr>
        <w:t>[5]</w:t>
      </w:r>
    </w:p>
    <w:p>
      <w:r>
        <w:rPr>
          <w:rFonts w:ascii="Gentium Plus" w:hAnsi="Gentium Plus"/>
          <w:sz w:val="24"/>
        </w:rPr>
        <w:t>Κόλοψ. ὁ ἐκ τῶν τραχήλου δερμάτων γινόμενος πασ‐ σαλίσκος, περὶ ὃν δεσμοῦσι τὴν νευράν. κόλλοπας δὲ τὰ μέρη ἐκεῖνα καλοῦσιν· ἐπειδὴ ἐξ αὐτῶν ἐγίνετο κόλλα. Κεντρηνεκέας. παρὰ τὸ συνεχῶς κεντρίζεσθαι.</w:t>
      </w:r>
    </w:p>
    <w:p>
      <w:r>
        <w:rPr>
          <w:rFonts w:ascii="Courier New" w:hAnsi="Courier New"/>
          <w:color w:val="555555"/>
          <w:sz w:val="20"/>
        </w:rPr>
        <w:t>[10]</w:t>
      </w:r>
    </w:p>
    <w:p>
      <w:r>
        <w:rPr>
          <w:rFonts w:ascii="Gentium Plus" w:hAnsi="Gentium Plus"/>
          <w:sz w:val="24"/>
        </w:rPr>
        <w:t>Καγχαλᾶν. διπλασιασμὸς, καὶ πλεονασμῷ τοῦ γ, ὡς χῶ, χαλῶ, καὶ καχαλῶ, καγχαλῶ. παρὰ τὸ ἐν χα‐ λάσματι εἶναι τὴν ψυχὴν χαίρουσαν. ἔς γε τὸ ἐναντίον ἐν τῇ λύπῃ συνεστάλθαι. ἔνθεν τὸ ἄχεσθαι, πα‐ ρὰ τὸ μὴ διαχεῖσθαι.</w:t>
      </w:r>
    </w:p>
    <w:p>
      <w:r>
        <w:rPr>
          <w:rFonts w:ascii="Courier New" w:hAnsi="Courier New"/>
          <w:color w:val="555555"/>
          <w:sz w:val="20"/>
        </w:rPr>
        <w:t>[15]</w:t>
      </w:r>
    </w:p>
    <w:p>
      <w:r>
        <w:rPr>
          <w:rFonts w:ascii="Gentium Plus" w:hAnsi="Gentium Plus"/>
          <w:sz w:val="24"/>
        </w:rPr>
        <w:t>Κέραμος. Ἀπολλόδωρος τὴν κεκαυμένην ἔραν, τουτέστι τὴν γῆν. Καρδία. παρὰ τὸ κράτος. ἡ ἡγεμονικωτάτη. Κόλποι. παρὰ τὴν κοιλότητα εἴρηνται. Κοτυλήῤῥυτον. τὸ δύνασθαι τῷ κοίλῳ τῆς χειρὸς ἀ‐</w:t>
      </w:r>
    </w:p>
    <w:p>
      <w:r>
        <w:rPr>
          <w:rFonts w:ascii="Courier New" w:hAnsi="Courier New"/>
          <w:color w:val="555555"/>
          <w:sz w:val="20"/>
        </w:rPr>
        <w:t>[20]</w:t>
      </w:r>
    </w:p>
    <w:p>
      <w:r>
        <w:rPr>
          <w:rFonts w:ascii="Gentium Plus" w:hAnsi="Gentium Plus"/>
          <w:sz w:val="24"/>
        </w:rPr>
        <w:t>ρύεσθαι. Κοχῶναι. οἷον χῶναι. διὰ τὸ φέρεσθαι δι’ αὐτῶν τὰ παρέχοντα τὴν ἔκχυσιν τῶν περιττωμάτων. Κῶπα. παρὰ τὸ σκάπτειν τὸ ὕδωρ. Κείρειν. παρὰ τὸ αἴρειν καὶ ἀποκόπτειν τὸ κέρας,</w:t>
      </w:r>
    </w:p>
    <w:p>
      <w:r>
        <w:rPr>
          <w:rFonts w:ascii="Courier New" w:hAnsi="Courier New"/>
          <w:color w:val="555555"/>
          <w:sz w:val="20"/>
        </w:rPr>
        <w:t>[25]</w:t>
      </w:r>
    </w:p>
    <w:p>
      <w:r>
        <w:rPr>
          <w:rFonts w:ascii="Gentium Plus" w:hAnsi="Gentium Plus"/>
          <w:sz w:val="24"/>
        </w:rPr>
        <w:t>τουτέστι τὴν τρίχα. ἐπὶ τῶν ὀφθαλμῶν ἡ κόρη, οὕ‐</w:t>
      </w:r>
    </w:p>
    <w:p>
      <w:r>
        <w:rPr>
          <w:rFonts w:ascii="Courier New" w:hAnsi="Courier New"/>
          <w:color w:val="555555"/>
          <w:sz w:val="20"/>
        </w:rPr>
        <w:t>[kappa 81]</w:t>
      </w:r>
    </w:p>
    <w:p>
      <w:r>
        <w:rPr>
          <w:rFonts w:ascii="Gentium Plus" w:hAnsi="Gentium Plus"/>
          <w:sz w:val="24"/>
        </w:rPr>
        <w:t>τω χόρη· ἀπὸ τοῦ δι’ αὐτῆς χεῖσθαι τὸ ὁρατικὸν πνεῦ‐ μα. κόρη δὲ καὶ γὰρ ὑγροφυὴς καὶ τρυφερὰ ἡ κόρη. ἀπὸ τοῦ κορεῖν. ὅ ἐστι καλλωπίζειν, τὸν ὀφθαλμόν. καὶ κόρη ἡ παρθένος, ἡ καθαρὰν καὶ ἄφθορον ἔχου‐</w:t>
      </w:r>
    </w:p>
    <w:p>
      <w:r>
        <w:rPr>
          <w:rFonts w:ascii="Courier New" w:hAnsi="Courier New"/>
          <w:color w:val="555555"/>
          <w:sz w:val="20"/>
        </w:rPr>
        <w:t>[5]</w:t>
      </w:r>
    </w:p>
    <w:p>
      <w:r>
        <w:rPr>
          <w:rFonts w:ascii="Gentium Plus" w:hAnsi="Gentium Plus"/>
          <w:sz w:val="24"/>
        </w:rPr>
        <w:t>σα τὴν ἡλικίαν. Κυψέλη, τὸ κοῖλον τοῦ ὠτίου. διὰ τὸ κοῖλον, καὶ κῦ‐ φον, καὶ κογχοειδὲς, καὶ τοῖς ἀγγείοις ἐοικέναι. ὁ κυ‐ ψελίτης ῥύπος, ὁ ἐν τῷ ὠτίῳ φυόμενος. Φιλόξε‐ νος.</w:t>
      </w:r>
    </w:p>
    <w:p>
      <w:r>
        <w:rPr>
          <w:rFonts w:ascii="Courier New" w:hAnsi="Courier New"/>
          <w:color w:val="555555"/>
          <w:sz w:val="20"/>
        </w:rPr>
        <w:t>[10]</w:t>
      </w:r>
    </w:p>
    <w:p>
      <w:r>
        <w:rPr>
          <w:rFonts w:ascii="Gentium Plus" w:hAnsi="Gentium Plus"/>
          <w:sz w:val="24"/>
        </w:rPr>
        <w:t>Κεφαλή. ἥτις καρφαλή ἐστι. παρὰ τὸ κάρφεσθαι, ὅ ἐστι ξηραίνεσθαι. ξηρὰ γὰρ καὶ ὀστώδης αὐτὴ κα‐ τὰ Ἀπολλόδωρον. Κελύφη ἐστὶ παρὰ τὸ σκέπειν καὶ καλύπτειν τὸν ἐγκέ‐ φαλον. τινὲς δὲ κατὰ πλεονασμὸν τοῦ λ, κεφαή τις</w:t>
      </w:r>
    </w:p>
    <w:p>
      <w:r>
        <w:rPr>
          <w:rFonts w:ascii="Courier New" w:hAnsi="Courier New"/>
          <w:color w:val="555555"/>
          <w:sz w:val="20"/>
        </w:rPr>
        <w:t>[15]</w:t>
      </w:r>
    </w:p>
    <w:p>
      <w:r>
        <w:rPr>
          <w:rFonts w:ascii="Gentium Plus" w:hAnsi="Gentium Plus"/>
          <w:sz w:val="24"/>
        </w:rPr>
        <w:t>οὖσα, ἐν ᾗ κεῖνται τὰ φάη. ἄλλοι δὲ ἀπὸ τῆς κυφό‐ τητος. τὸ γὰρ περιφερὲς, κυφὸν λέγεται. ἀφ’ οὗ καὶ κύμβιον, τὸ περιφερὲς ποτήριον. ἤτοι κυφίδιον καὶ ἀμφικύπελλον, τὸ περίκυφον ἔκπωμα. Κάρα. ἀπὸ τοῦ τετριχῶσθαι.</w:t>
      </w:r>
    </w:p>
    <w:p>
      <w:r>
        <w:rPr>
          <w:rFonts w:ascii="Courier New" w:hAnsi="Courier New"/>
          <w:color w:val="555555"/>
          <w:sz w:val="20"/>
        </w:rPr>
        <w:t>[20]</w:t>
      </w:r>
    </w:p>
    <w:p>
      <w:r>
        <w:rPr>
          <w:rFonts w:ascii="Gentium Plus" w:hAnsi="Gentium Plus"/>
          <w:sz w:val="24"/>
        </w:rPr>
        <w:t>Κράτα. τὴν κεφαλήν. ἀπὸ τοῦ κράτος, ὡς ἐνταῦθα τοῦ ἡγεμονικοῦ τυγχάνοντος· παρὰ τὸ κραίνειν καὶ βα‐ σιλεύειν τοῦ ὅλου σώματος. ὅθεν κρανίον καὶ κέ‐ ρατα, τὰ ἐκ τοῦ κρανίου φυόμενα. Σωρανός. Κώδια. ἀπὸ τοῦ τοὺς γενομένους αὐτῆς καματώδεις</w:t>
      </w:r>
    </w:p>
    <w:p>
      <w:r>
        <w:rPr>
          <w:rFonts w:ascii="Courier New" w:hAnsi="Courier New"/>
          <w:color w:val="555555"/>
          <w:sz w:val="20"/>
        </w:rPr>
        <w:t>[25]</w:t>
      </w:r>
    </w:p>
    <w:p>
      <w:r>
        <w:rPr>
          <w:rFonts w:ascii="Gentium Plus" w:hAnsi="Gentium Plus"/>
          <w:sz w:val="24"/>
        </w:rPr>
        <w:t>φιλεῖν ποιεῖν. ὅθεν καὶ κώδιον, ἐφ’ ᾧ κοιμώμεθα.</w:t>
      </w:r>
    </w:p>
    <w:p>
      <w:r>
        <w:rPr>
          <w:rFonts w:ascii="Courier New" w:hAnsi="Courier New"/>
          <w:color w:val="555555"/>
          <w:sz w:val="20"/>
        </w:rPr>
        <w:t>[kappa 82]</w:t>
      </w:r>
    </w:p>
    <w:p>
      <w:r>
        <w:rPr>
          <w:rFonts w:ascii="Gentium Plus" w:hAnsi="Gentium Plus"/>
          <w:sz w:val="24"/>
        </w:rPr>
        <w:t>Κορυφή. τὸ μέσον τῆς κεφαλῆς. ὅτι τοῦ κέρατος ὀροφή. οἱ δὲ ἀπὸ τοῦ κεκρύφθαι ὑπὸ τῆς τριχός. κρυ‐ φή καὶ κορυφή. Κιονίς. ἥτις λέγεται καὶ γαργαρεὼν παρὰ τῷ Ἱπποκρά‐</w:t>
      </w:r>
    </w:p>
    <w:p>
      <w:r>
        <w:rPr>
          <w:rFonts w:ascii="Courier New" w:hAnsi="Courier New"/>
          <w:color w:val="555555"/>
          <w:sz w:val="20"/>
        </w:rPr>
        <w:t>[5]</w:t>
      </w:r>
    </w:p>
    <w:p>
      <w:r>
        <w:rPr>
          <w:rFonts w:ascii="Gentium Plus" w:hAnsi="Gentium Plus"/>
          <w:sz w:val="24"/>
        </w:rPr>
        <w:t>τει, διὰ τὸν γινόμενον περὶ αὐτὸν ἦχον ἐν τῷ γαρ‐ γαλίζεσθαι. οἱ δὲ σταφυλὴν, ἀπὸ τοῦ συνεχῶς κα‐ ταστάζεσθαι. ἢ ἀπὸ τοῦ τὸ ἄκρον αὐτῆς φαίνεσθαι ὅμοιον ῥαγί. κιονὶς δὲ ἤτοι παρὰ τὴν χύσιν τῶν ὑγρῶν, ἢ παρὰ τὸ κίονος ἔχειν τύπον καθ’ ἑαυτὴν οὖσαν ἐπι‐</w:t>
      </w:r>
    </w:p>
    <w:p>
      <w:r>
        <w:rPr>
          <w:rFonts w:ascii="Courier New" w:hAnsi="Courier New"/>
          <w:color w:val="555555"/>
          <w:sz w:val="20"/>
        </w:rPr>
        <w:t>[10]</w:t>
      </w:r>
    </w:p>
    <w:p>
      <w:r>
        <w:rPr>
          <w:rFonts w:ascii="Gentium Plus" w:hAnsi="Gentium Plus"/>
          <w:sz w:val="24"/>
        </w:rPr>
        <w:t>μήκη. οὕτω Σωρανός. Κωφός. παρὰ τὸ ἐκκεκόφθαι καὶ ἀφαιρεῖσθαι τὴν ὄπα ἐν τῷ ἀκούειν. καὶ ἐπὶ τοῦ ἀλάλου τὸ αὐτό. Κριθή. ἀπὸ τοῦ ἀποκεκρίφθαι τῶν ἀκροδρύων. ἀκρό‐ δρυα γὰρ ἤσθιον πρὸ τῶν καρπῶν.</w:t>
      </w:r>
    </w:p>
    <w:p>
      <w:r>
        <w:rPr>
          <w:rFonts w:ascii="Courier New" w:hAnsi="Courier New"/>
          <w:color w:val="555555"/>
          <w:sz w:val="20"/>
        </w:rPr>
        <w:t>[15]</w:t>
      </w:r>
    </w:p>
    <w:p>
      <w:r>
        <w:rPr>
          <w:rFonts w:ascii="Gentium Plus" w:hAnsi="Gentium Plus"/>
          <w:sz w:val="24"/>
        </w:rPr>
        <w:t>Κριός. Ἡρωδιανὸς οὕτω ἐν τῇ Ὀρθογραφίᾳ· κέρα κέ‐ ριος, συγκοπῇ κριός. Κρίβανος. παρὰ τὸ κρῖ καὶ τὸ βαῦνος ὄνομα. ἐν ᾧ αὔ‐ ουσι καὶ φρύγουσιν ἢ κριθὴν κρίμνον. Κλοιός. παρὰ τὸ κλείω. περικλείει γὰρ περιτιθέμε‐</w:t>
      </w:r>
    </w:p>
    <w:p>
      <w:r>
        <w:rPr>
          <w:rFonts w:ascii="Courier New" w:hAnsi="Courier New"/>
          <w:color w:val="555555"/>
          <w:sz w:val="20"/>
        </w:rPr>
        <w:t>[20]</w:t>
      </w:r>
    </w:p>
    <w:p>
      <w:r>
        <w:rPr>
          <w:rFonts w:ascii="Gentium Plus" w:hAnsi="Gentium Plus"/>
          <w:sz w:val="24"/>
        </w:rPr>
        <w:t>νος. Καταπροίξεσθαι. ἀπὸ τῆς προικὸς, ἣν διαιροῦντες Ἴω‐ νες προΐκα λέγουσιν ὥσπερ οὖν ἡ προὶξ δωρεὰ δίδο‐ ται, οὕτω φησίν, Οὐ δωρεάν μου καταγνώσεταί τις· ἀλλ’ ἀποδώσει μισθὸν ὧν ἔπραξε. καὶ ὁ ἐ‐</w:t>
      </w:r>
    </w:p>
    <w:p>
      <w:r>
        <w:rPr>
          <w:rFonts w:ascii="Courier New" w:hAnsi="Courier New"/>
          <w:color w:val="555555"/>
          <w:sz w:val="20"/>
        </w:rPr>
        <w:t>[25]</w:t>
      </w:r>
    </w:p>
    <w:p>
      <w:r>
        <w:rPr>
          <w:rFonts w:ascii="Gentium Plus" w:hAnsi="Gentium Plus"/>
          <w:sz w:val="24"/>
        </w:rPr>
        <w:t>παίτης ὁ προῖκα αἰτῶν, προίτης.</w:t>
      </w:r>
    </w:p>
    <w:p>
      <w:r>
        <w:rPr>
          <w:rFonts w:ascii="Courier New" w:hAnsi="Courier New"/>
          <w:color w:val="555555"/>
          <w:sz w:val="20"/>
        </w:rPr>
        <w:t>[kappa 83]</w:t>
      </w:r>
    </w:p>
    <w:p>
      <w:r>
        <w:rPr>
          <w:rFonts w:ascii="Gentium Plus" w:hAnsi="Gentium Plus"/>
          <w:sz w:val="24"/>
        </w:rPr>
        <w:t>Καλύβη. οἷον καλύφη τὶς οὖσα. Καλός. παρὰ τὸ καλεῖν πρὸς ἑαυτὸν ἕκαστον· ἢ παρὰ τὸ κηλεῖν. πάντες γὰρ τῷ καλῷ κηλούμεθα. Κνίσσα. παρὰ τὸ κνισσῶ μέλλοντα. κνισμὸς γὰρ γίνε‐</w:t>
      </w:r>
    </w:p>
    <w:p>
      <w:r>
        <w:rPr>
          <w:rFonts w:ascii="Courier New" w:hAnsi="Courier New"/>
          <w:color w:val="555555"/>
          <w:sz w:val="20"/>
        </w:rPr>
        <w:t>[5]</w:t>
      </w:r>
    </w:p>
    <w:p>
      <w:r>
        <w:rPr>
          <w:rFonts w:ascii="Gentium Plus" w:hAnsi="Gentium Plus"/>
          <w:sz w:val="24"/>
        </w:rPr>
        <w:t>ται ἀπὸ τῆς ὀσφρήσεως. Κίων. ἀπὸ τοῦ κίειν καὶ ἰέναι. ἢ ὅτι βέβηκέ τι ἐπ’ αὐ‐ τῷ, οἷον ἐπιπορεύεται. Κειρία. παρὰ τὸ κείρεσθαι εἰς λεπτά. ἢ παρὰ τὸ κέ‐ ρας. ἐκ τριχῶν γὰρ ἐγίνοντο αἱ κειρίαι.</w:t>
      </w:r>
    </w:p>
    <w:p>
      <w:r>
        <w:rPr>
          <w:rFonts w:ascii="Courier New" w:hAnsi="Courier New"/>
          <w:color w:val="555555"/>
          <w:sz w:val="20"/>
        </w:rPr>
        <w:t>[10]</w:t>
      </w:r>
    </w:p>
    <w:p>
      <w:r>
        <w:rPr>
          <w:rFonts w:ascii="Gentium Plus" w:hAnsi="Gentium Plus"/>
          <w:sz w:val="24"/>
        </w:rPr>
        <w:t>Κολώνιον. τὸ ἀνανεῦον καὶ κατανεῦον κᾶλον. Κολεόν. παρὰ τὸ κεκοιλάνθαι, ἤτοι κοιλανθῆναι. Κελαινεφής. ὁ Ζεύς. ὁ τὰ νέφη κλονῶν καὶ κινῶν, ἢ μελανοποιῶν ἐν τῷ ὕειν. Κέαρ. παρὰ τὸ κεκρᾶσθαι ἐκ θερμοῦ καὶ ψυχροῦ ἐπί‐</w:t>
      </w:r>
    </w:p>
    <w:p>
      <w:r>
        <w:rPr>
          <w:rFonts w:ascii="Courier New" w:hAnsi="Courier New"/>
          <w:color w:val="555555"/>
          <w:sz w:val="20"/>
        </w:rPr>
        <w:t>[15]</w:t>
      </w:r>
    </w:p>
    <w:p>
      <w:r>
        <w:rPr>
          <w:rFonts w:ascii="Gentium Plus" w:hAnsi="Gentium Plus"/>
          <w:sz w:val="24"/>
        </w:rPr>
        <w:t>σης ἐχόντων. Κῆρ. παρὰ τὸ δίκην κηροῦ ἀπομάττεσθαι τὰ μαθήματα. Κέλος. ὁ δρομικὸς ἵππος. κέλειν γὰρ τὸ τρέχειν. καὶ ἡ κέλευθος δὲ παρὰ τοῦτο. Κάμηλος. καμηρός τις ἐστίν· ἀπὸ τοῦ τοὺς μηροὺς κάμ‐</w:t>
      </w:r>
    </w:p>
    <w:p>
      <w:r>
        <w:rPr>
          <w:rFonts w:ascii="Courier New" w:hAnsi="Courier New"/>
          <w:color w:val="555555"/>
          <w:sz w:val="20"/>
        </w:rPr>
        <w:t>[20]</w:t>
      </w:r>
    </w:p>
    <w:p>
      <w:r>
        <w:rPr>
          <w:rFonts w:ascii="Gentium Plus" w:hAnsi="Gentium Plus"/>
          <w:sz w:val="24"/>
        </w:rPr>
        <w:t>πτειν ἐν τῷ καθέζεσθαι. Κεραυνός. ἀπὸ τῶν ζώων τῶν τοῖς κέρασι διαφθειρόντων. ἢ ὁ διὰ τοῦ αὔειν, ὅ ἐστι καίειν, βλάπτων. Κόσμος, ὁ πάντα ἐν αὐτῷ κεκοσμημένα ἔχων καὶ δια‐ τεταγμένα.</w:t>
      </w:r>
    </w:p>
    <w:p>
      <w:r>
        <w:rPr>
          <w:rFonts w:ascii="Courier New" w:hAnsi="Courier New"/>
          <w:color w:val="555555"/>
          <w:sz w:val="20"/>
        </w:rPr>
        <w:t>[25]</w:t>
      </w:r>
    </w:p>
    <w:p>
      <w:r>
        <w:rPr>
          <w:rFonts w:ascii="Gentium Plus" w:hAnsi="Gentium Plus"/>
          <w:sz w:val="24"/>
        </w:rPr>
        <w:t>Κανοῦν. τὸ ἐπάνω κείμενον τὸ καινὸν, ὅ ἐστι κτεῖ‐ νον. λέγω δὲ τὴν μάχαιραν. κυρίως δὲ ἀπὸ τοῦ γενο‐ μένου ἔθους ἐν ταῖς θυσίαις. Κρύος. παρὰ τὴν γενομένην κροῦσιν τῶν ἐν τῷ ψύχειν, ὅπερ κρύος λέγεται.</w:t>
      </w:r>
    </w:p>
    <w:p>
      <w:r>
        <w:rPr>
          <w:rFonts w:ascii="Courier New" w:hAnsi="Courier New"/>
          <w:color w:val="555555"/>
          <w:sz w:val="20"/>
        </w:rPr>
        <w:t>[30]</w:t>
      </w:r>
    </w:p>
    <w:p>
      <w:r>
        <w:rPr>
          <w:rFonts w:ascii="Gentium Plus" w:hAnsi="Gentium Plus"/>
          <w:sz w:val="24"/>
        </w:rPr>
        <w:t>Κολυμβᾶν. ἐτυμώτερον Δωριεῖς λέγουσι κολυφᾶν. ἀ‐ πὸ τοῦ κολοὺς, ὅ ἐστι κολοβοὺς φαίνεσθαι τοὺς ἐν τῷ</w:t>
      </w:r>
    </w:p>
    <w:p>
      <w:r>
        <w:rPr>
          <w:rFonts w:ascii="Courier New" w:hAnsi="Courier New"/>
          <w:color w:val="555555"/>
          <w:sz w:val="20"/>
        </w:rPr>
        <w:t>[kappa 84]</w:t>
      </w:r>
    </w:p>
    <w:p>
      <w:r>
        <w:rPr>
          <w:rFonts w:ascii="Gentium Plus" w:hAnsi="Gentium Plus"/>
          <w:sz w:val="24"/>
        </w:rPr>
        <w:t>Κλέος. παρὰ τὸ κλείειν. ἐγὼ δέ σε κλείω ἐπ’ ἀπεί‐ ρονα γαῖαν. Καλός. παρὰ τὸ κάζω, ῥῆμα, οὗ παρακείμενος κείρα‐ σμαι καὶ μέλλων κάσω. ἀφ’ οὗ καλὸς ὄνομα. ἢ πα‐</w:t>
      </w:r>
    </w:p>
    <w:p>
      <w:r>
        <w:rPr>
          <w:rFonts w:ascii="Courier New" w:hAnsi="Courier New"/>
          <w:color w:val="555555"/>
          <w:sz w:val="20"/>
        </w:rPr>
        <w:t>[5]</w:t>
      </w:r>
    </w:p>
    <w:p>
      <w:r>
        <w:rPr>
          <w:rFonts w:ascii="Gentium Plus" w:hAnsi="Gentium Plus"/>
          <w:sz w:val="24"/>
        </w:rPr>
        <w:t>ρὰ τὸ καλῶ καὶ καλεῖν πρὸς ἑαυτὸν ἕκαστον. Κναφεύς. παρὰ τὸ κνάπτω, ὅ ἐστιν ἀπὸ τοῦ κνῶ τὸ ξύω. ξύουσι γὰρ τὴν τῶν ἀκνάπτων ἱματίων κρο‐ κίδα. Κλῆρος. κλῶ ἐστὶ ῥῆμα μονοσύλλαβον, ἀπὸ τοῦ καλῶ</w:t>
      </w:r>
    </w:p>
    <w:p>
      <w:r>
        <w:rPr>
          <w:rFonts w:ascii="Courier New" w:hAnsi="Courier New"/>
          <w:color w:val="555555"/>
          <w:sz w:val="20"/>
        </w:rPr>
        <w:t>[10]</w:t>
      </w:r>
    </w:p>
    <w:p>
      <w:r>
        <w:rPr>
          <w:rFonts w:ascii="Gentium Plus" w:hAnsi="Gentium Plus"/>
          <w:sz w:val="24"/>
        </w:rPr>
        <w:t>συγκοπέν· οὗ μέλλων κλήσω. ὄνομα κλῆρος· ὁ καλῶν ἐφ’ ἑαυτὸν τὸν λαχόντα. ὁ δὲ Ἡρωδιανὸς ἐν Ἐπιμε‐ ρισμοῖς παρὰ τὸ κᾶλον τὸ ξύλον· ἐπεὶ ἐν ξύλοις ἐχα‐ ράττοντο οἱ κλῆροι. Κρωσσόν. παρὰ τὸ κρῶ τὸ ἐπιχέω· γενόμενον ἀπὸ τοῦ</w:t>
      </w:r>
    </w:p>
    <w:p>
      <w:r>
        <w:rPr>
          <w:rFonts w:ascii="Courier New" w:hAnsi="Courier New"/>
          <w:color w:val="555555"/>
          <w:sz w:val="20"/>
        </w:rPr>
        <w:t>[15]</w:t>
      </w:r>
    </w:p>
    <w:p>
      <w:r>
        <w:rPr>
          <w:rFonts w:ascii="Gentium Plus" w:hAnsi="Gentium Plus"/>
          <w:sz w:val="24"/>
        </w:rPr>
        <w:t>χέω κερῶ, κατὰ συγκοπήν. σημαίνει δὲ ὑδρίαν ἤ τι ἄγγος εἰς τὸ ἐπιχεῖν ὕδωρ. Κλείω κλείσω κλεινός. Κῶμα. κοιμῶ κοιμήσω κοίμημα· συγκοπῇ κοῖμα· τρο‐ πῇ τῆς οι εἰς ω, κῶμα.</w:t>
      </w:r>
    </w:p>
    <w:p>
      <w:r>
        <w:rPr>
          <w:rFonts w:ascii="Courier New" w:hAnsi="Courier New"/>
          <w:color w:val="555555"/>
          <w:sz w:val="20"/>
        </w:rPr>
        <w:t>[20]</w:t>
      </w:r>
    </w:p>
    <w:p>
      <w:r>
        <w:rPr>
          <w:rFonts w:ascii="Gentium Plus" w:hAnsi="Gentium Plus"/>
          <w:sz w:val="24"/>
        </w:rPr>
        <w:t>Κόπος. παρὰ τὸ κέω, οὗ παθητικὸν κέομαι. Κορμός. παρὰ τὸ κείρω. Κλαίω. παράγωγον συγκοπὲν ἐκ τοῦ καλῶ. ἐπικαλοῦν‐ ται γὰρ τοὺς ἀποθανόντας οἱ κλαίοντες. Κῆλον. παρὰ τὸν κήσω μέλλοντα τὸ καύσω, καὶ πλεο‐</w:t>
      </w:r>
    </w:p>
    <w:p>
      <w:r>
        <w:rPr>
          <w:rFonts w:ascii="Courier New" w:hAnsi="Courier New"/>
          <w:color w:val="555555"/>
          <w:sz w:val="20"/>
        </w:rPr>
        <w:t>[25]</w:t>
      </w:r>
    </w:p>
    <w:p>
      <w:r>
        <w:rPr>
          <w:rFonts w:ascii="Gentium Plus" w:hAnsi="Gentium Plus"/>
          <w:sz w:val="24"/>
        </w:rPr>
        <w:t>νασμῷ τοῦ ε. Ὅμηρος, πυρὶ κηλέῳ. παρὰ δὲ τὸν αὐτὸν κήσω μέλλοντα, ἀφ’ οὗ κῆλον. Αὖα πάλαι, περίκηλα, τὰ οἱ πλώοιεν ἐλαφρῶς. τὰ περικεκαυμένα· ἐκ τοῦ ἡλίου ξηρά. Κήλη καὶ κάλη. παρὰ τὸ κῆλον καὶ κᾶλον. ἐπὶ τοῦ</w:t>
      </w:r>
    </w:p>
    <w:p>
      <w:r>
        <w:rPr>
          <w:rFonts w:ascii="Courier New" w:hAnsi="Courier New"/>
          <w:color w:val="555555"/>
          <w:sz w:val="20"/>
        </w:rPr>
        <w:t>[30]</w:t>
      </w:r>
    </w:p>
    <w:p>
      <w:r>
        <w:rPr>
          <w:rFonts w:ascii="Gentium Plus" w:hAnsi="Gentium Plus"/>
          <w:sz w:val="24"/>
        </w:rPr>
        <w:t>ξηροῦ περὶ τὰ μέρη γὰρ ἐκεῖνα εἰς ὄγκον ἐπιδέδωκε τοῦ συνήθους μείζονα. οὕτω Φιλόξενος ἐν τῷ περὶ Μο‐</w:t>
      </w:r>
    </w:p>
    <w:p>
      <w:r>
        <w:rPr>
          <w:rFonts w:ascii="Courier New" w:hAnsi="Courier New"/>
          <w:color w:val="555555"/>
          <w:sz w:val="20"/>
        </w:rPr>
        <w:t>[kappa 85]</w:t>
      </w:r>
    </w:p>
    <w:p>
      <w:r>
        <w:rPr>
          <w:rFonts w:ascii="Gentium Plus" w:hAnsi="Gentium Plus"/>
          <w:sz w:val="24"/>
        </w:rPr>
        <w:t>Κώμη. παρὰ τὸ κῶ ῥῆμα, οὗ μέλλων κώσω. δηλοῖ δὲ τὸ κοιμᾶσθαι. Καταχήνη. ἡ κόσμησις. χαίνω χήνη καταχήνη. Κελαρύζω. κερίζω, κελαρίζω.</w:t>
      </w:r>
    </w:p>
    <w:p>
      <w:r>
        <w:rPr>
          <w:rFonts w:ascii="Courier New" w:hAnsi="Courier New"/>
          <w:color w:val="555555"/>
          <w:sz w:val="20"/>
        </w:rPr>
        <w:t>[5]</w:t>
      </w:r>
    </w:p>
    <w:p>
      <w:r>
        <w:rPr>
          <w:rFonts w:ascii="Gentium Plus" w:hAnsi="Gentium Plus"/>
          <w:sz w:val="24"/>
        </w:rPr>
        <w:t>Κλαγγή. κρῶ, παράγωγον κράζω, ῥηματικὸν ὄνομα κρα‐ γὴ, καὶ πλεονασμῷ τοῦ υ, κραυγή. μετάθεσις τοῦ ρ εἰς λ, κλαγή, καὶ πλεονασμῷ τοῦ γ, κλαγγή. Κρούω. κρῶ ἐστι ῥῆμα, παράγωγον κρύω, πλεονασμῷ τοῦ ο, κρούω, ὡς ὄρω ὀρύω ὀρούω.</w:t>
      </w:r>
    </w:p>
    <w:p>
      <w:r>
        <w:rPr>
          <w:rFonts w:ascii="Courier New" w:hAnsi="Courier New"/>
          <w:color w:val="555555"/>
          <w:sz w:val="20"/>
        </w:rPr>
        <w:t>[10]</w:t>
      </w:r>
    </w:p>
    <w:p>
      <w:r>
        <w:rPr>
          <w:rFonts w:ascii="Gentium Plus" w:hAnsi="Gentium Plus"/>
          <w:sz w:val="24"/>
        </w:rPr>
        <w:t>Κλύω. παρὰ τὸ κλῶ τὸ φωνῶ, πλεονασμῷ τοῦ υ, κλύω. Κολῳός. Ὅμηρος. παρὰ τὸ κλῶ, ῥηματικὸν ὄνομα κλῳός, ὡς σῶ σῶος, καὶ πλεονασμῷ τοῦ ο, κολῳός. ἀφ’ οὗ γίνεται ῥῆμα κολῴω. Θερσίτης δὲ μοῦνος ἀμετροεπὴς ἐ‐ κολῴα.</w:t>
      </w:r>
    </w:p>
    <w:p>
      <w:r>
        <w:rPr>
          <w:rFonts w:ascii="Courier New" w:hAnsi="Courier New"/>
          <w:color w:val="555555"/>
          <w:sz w:val="20"/>
        </w:rPr>
        <w:t>[15]</w:t>
      </w:r>
    </w:p>
    <w:p>
      <w:r>
        <w:rPr>
          <w:rFonts w:ascii="Gentium Plus" w:hAnsi="Gentium Plus"/>
          <w:sz w:val="24"/>
        </w:rPr>
        <w:t>Κεδνός. κοῶ τὸ νοῶ. ὁ μέλλων κοήσω. ῥηματικὸν κοεδνὸς, συγκοπῇ κεδνὸς, ὡς τέρπω τερπνός. Καρκίνος. παρὰ τὸ κάρη κινεῖν συνεχῶς. Καρίς. παρὰ τὸ σκαίρειν, σκαρίς τις οὖσα. Κνώσσω. ἔστιν οὖν παρὰ τὸ κενοῦσθαι τὸ βλέπειν. στε‐</w:t>
      </w:r>
    </w:p>
    <w:p>
      <w:r>
        <w:rPr>
          <w:rFonts w:ascii="Courier New" w:hAnsi="Courier New"/>
          <w:color w:val="555555"/>
          <w:sz w:val="20"/>
        </w:rPr>
        <w:t>[20]</w:t>
      </w:r>
    </w:p>
    <w:p>
      <w:r>
        <w:rPr>
          <w:rFonts w:ascii="Gentium Plus" w:hAnsi="Gentium Plus"/>
          <w:sz w:val="24"/>
        </w:rPr>
        <w:t>ρίσκονται γὰρ τοῦ βλέπειν οἱ κοιμώμενοι. Κτύπος. πλεονασμῷ τοῦ κ, τύπος τις ὤν. τὰ γὰρ τυ‐ πτόμενα ψοφεῖ. Καῦρος. ὁ κοῦφος πλεονασμῷ τοῦ κ, αὖρός τις ὤν. τὸν γὰρ κατὰ νοῦν ἐλαφρὸν, καῦρον ἐπονομάζουσι. βέλ‐</w:t>
      </w:r>
    </w:p>
    <w:p>
      <w:r>
        <w:rPr>
          <w:rFonts w:ascii="Courier New" w:hAnsi="Courier New"/>
          <w:color w:val="555555"/>
          <w:sz w:val="20"/>
        </w:rPr>
        <w:t>[25]</w:t>
      </w:r>
    </w:p>
    <w:p>
      <w:r>
        <w:rPr>
          <w:rFonts w:ascii="Gentium Plus" w:hAnsi="Gentium Plus"/>
          <w:sz w:val="24"/>
        </w:rPr>
        <w:t>τιον δὲ διὰ τοῦ γ, γαῦρος, παρὰ τὸ ἀπὸ γῆς αἴρε‐ σθαι, ὁ ἐπηρμένος. Κωφός. παρὰ τὸ ἐγκεκόφθαι τὴν ὄπαν, κεκοπός τις ὢν, ὁ μήτε φθεγγόμενος, μήτε ἀκούων. Κορύβαντες. κατὰ πλεονασμὸν τοῦ ο, κρύβαντές τινες</w:t>
      </w:r>
    </w:p>
    <w:p>
      <w:r>
        <w:rPr>
          <w:rFonts w:ascii="Courier New" w:hAnsi="Courier New"/>
          <w:color w:val="555555"/>
          <w:sz w:val="20"/>
        </w:rPr>
        <w:t>[30]</w:t>
      </w:r>
    </w:p>
    <w:p>
      <w:r>
        <w:rPr>
          <w:rFonts w:ascii="Gentium Plus" w:hAnsi="Gentium Plus"/>
          <w:sz w:val="24"/>
        </w:rPr>
        <w:t>ὄντες, ἀπὸ τοῦ κρύπτειν τὸν Δία, ὡς μυθεύεται. Κάθαρμα. οἷον ἀποκαθάρισμα ὄν. Κρησφύγετα. φρούρια, καταφύγια, ἐν οἷς ἐκρύπτοντο οἱ νησιῶται τὸν Μίνοα φεύγοντες. τὸ οὖν κρησφύγετον ἔλεγον τὸ χρήσιμον τοῖς φεύγουσιν εἰς ἀσφάλειαν.</w:t>
      </w:r>
    </w:p>
    <w:p>
      <w:r>
        <w:rPr>
          <w:rFonts w:ascii="Courier New" w:hAnsi="Courier New"/>
          <w:color w:val="555555"/>
          <w:sz w:val="20"/>
        </w:rPr>
        <w:t>[35]</w:t>
      </w:r>
    </w:p>
    <w:p>
      <w:r>
        <w:rPr>
          <w:rFonts w:ascii="Gentium Plus" w:hAnsi="Gentium Plus"/>
          <w:sz w:val="24"/>
        </w:rPr>
        <w:t>Κηώεις. ἐπὶ θαλάμου. παρὰ τὸ κέω τὸ κοιμῶμαι· Ὄρ‐</w:t>
      </w:r>
    </w:p>
    <w:p>
      <w:r>
        <w:rPr>
          <w:rFonts w:ascii="Courier New" w:hAnsi="Courier New"/>
          <w:color w:val="555555"/>
          <w:sz w:val="20"/>
        </w:rPr>
        <w:t>[kappa 86]</w:t>
      </w:r>
    </w:p>
    <w:p>
      <w:r>
        <w:rPr>
          <w:rFonts w:ascii="Gentium Plus" w:hAnsi="Gentium Plus"/>
          <w:sz w:val="24"/>
        </w:rPr>
        <w:t>σο κέων, ὦ ξεῖνε. κεώεις οὖν θάλαμος καὶ κηώεις. ὁ εἰς τὸ κοιμᾶσθαι εἰργασμένος. οὕτω Φιλόξενος ἐν τῷ περὶ Μονοσυλλάβων ῥημάτων. Κλώψ. καὶ κλῶπα τὸν λῃστήν. παρὰ τὸν κλέψω μέλ‐</w:t>
      </w:r>
    </w:p>
    <w:p>
      <w:r>
        <w:rPr>
          <w:rFonts w:ascii="Courier New" w:hAnsi="Courier New"/>
          <w:color w:val="555555"/>
          <w:sz w:val="20"/>
        </w:rPr>
        <w:t>[5]</w:t>
      </w:r>
    </w:p>
    <w:p>
      <w:r>
        <w:rPr>
          <w:rFonts w:ascii="Gentium Plus" w:hAnsi="Gentium Plus"/>
          <w:sz w:val="24"/>
        </w:rPr>
        <w:t>λοντα κλὲψ καὶ κλὸψ, καὶ ἐκτάσει τοῦ ο εἰς ω, κλώψ· ὡς βλέπω βλὲψ βλὸψ βλώψ. ὅθεν παραβλῶπες τῶν ὀφθαλμῶν. Κονιορτός. παρὰ τὸ ὄρω ῥῆμα, ὄρσω, ὀρτός· καὶ συν‐ θέτως κονιορτὸς, ὁ τὴν κόνιν ὀρούων καὶ ὁρμῶν, ὡς</w:t>
      </w:r>
    </w:p>
    <w:p>
      <w:r>
        <w:rPr>
          <w:rFonts w:ascii="Courier New" w:hAnsi="Courier New"/>
          <w:color w:val="555555"/>
          <w:sz w:val="20"/>
        </w:rPr>
        <w:t>[10]</w:t>
      </w:r>
    </w:p>
    <w:p>
      <w:r>
        <w:rPr>
          <w:rFonts w:ascii="Gentium Plus" w:hAnsi="Gentium Plus"/>
          <w:sz w:val="24"/>
        </w:rPr>
        <w:t>σπείρω σπαρτός. Κοντὸς, παρὰ τὸ κεντῶ ῥῆμα, κοντός· ὡς τρέφω τρο‐ φός. Κωτίλος. πλεονασμός ἐστι τοῦ ω. κτίλος γὰρ ἦν, ὁ κριός· ὅπερ καταστρέφει εἰς τὸν πρᾶον. πρέπεται γὰρ</w:t>
      </w:r>
    </w:p>
    <w:p>
      <w:r>
        <w:rPr>
          <w:rFonts w:ascii="Courier New" w:hAnsi="Courier New"/>
          <w:color w:val="555555"/>
          <w:sz w:val="20"/>
        </w:rPr>
        <w:t>[15]</w:t>
      </w:r>
    </w:p>
    <w:p>
      <w:r>
        <w:rPr>
          <w:rFonts w:ascii="Gentium Plus" w:hAnsi="Gentium Plus"/>
          <w:sz w:val="24"/>
        </w:rPr>
        <w:t>τῇ πραότητι· τὸ κολακεύειν. Κλαίω· παρὰ τὸ κλῶ, οὗ παράγωγον κλαίω. κλᾶται γὰρ ἡ τῶν ἀνθρώπων φωνὴ ἐν τῷ τοῦτο πάσχειν· ἢ καὶ ἡ ψυχὴ ἐστὶν ἡ τὸ κλᾶσθαι παρέχουσα. Κλίνω. παράγωγον ἐστὶ τοῦ κλῶ. κλάσιν γὰρ ὥσπερ</w:t>
      </w:r>
    </w:p>
    <w:p>
      <w:r>
        <w:rPr>
          <w:rFonts w:ascii="Courier New" w:hAnsi="Courier New"/>
          <w:color w:val="555555"/>
          <w:sz w:val="20"/>
        </w:rPr>
        <w:t>[20]</w:t>
      </w:r>
    </w:p>
    <w:p>
      <w:r>
        <w:rPr>
          <w:rFonts w:ascii="Gentium Plus" w:hAnsi="Gentium Plus"/>
          <w:sz w:val="24"/>
        </w:rPr>
        <w:t>λαμβάνει τῆς ὀρθότητος στερισκόμενα τὰ κλινόμενα. κατ’ ἔνδειαν τοῦ μ. ὡς καλύπτω καλύψω. Κόλαξ. παρὰ τὸ κολλᾶσθαι· κόλλα τις ὤν. καὶ κατὰ τὸ ἐναντίον δύσκολος εἴρηται, ὁ δυσχερῶς τινὶ κολλώμε‐ νος.</w:t>
      </w:r>
    </w:p>
    <w:p>
      <w:r>
        <w:rPr>
          <w:rFonts w:ascii="Courier New" w:hAnsi="Courier New"/>
          <w:color w:val="555555"/>
          <w:sz w:val="20"/>
        </w:rPr>
        <w:t>[25]</w:t>
      </w:r>
    </w:p>
    <w:p>
      <w:r>
        <w:rPr>
          <w:rFonts w:ascii="Gentium Plus" w:hAnsi="Gentium Plus"/>
          <w:sz w:val="24"/>
        </w:rPr>
        <w:t>Κύμβια· τὰ κύφα ἐκπώματα. Κύμβαλα· οἷον κύφαλά τινα ὄντα· κατὰ συγγένειαν τοῦ φ πρὸς τὸ β, καὶ κατὰ πλεονασμὸν τοῦ μ. Κάπηλον· πηλὸν λέγουσι τὸν οἶνον Ἴωνες, τὸν ἀναπάλ‐ λοντα τὴν κεφαλὴν βλάπτειν καὶ τὰς φρένας καὶ</w:t>
      </w:r>
    </w:p>
    <w:p>
      <w:r>
        <w:rPr>
          <w:rFonts w:ascii="Courier New" w:hAnsi="Courier New"/>
          <w:color w:val="555555"/>
          <w:sz w:val="20"/>
        </w:rPr>
        <w:t>[30]</w:t>
      </w:r>
    </w:p>
    <w:p>
      <w:r>
        <w:rPr>
          <w:rFonts w:ascii="Gentium Plus" w:hAnsi="Gentium Plus"/>
          <w:sz w:val="24"/>
        </w:rPr>
        <w:t>οὐκ ἐῶντα ἑδραίας εἶναι. Κόρυς· τη. παρὰ τὸ κάρη, ἢ τὸ κάρηνον ἀποκοπῇ τοῦ κάρυς τις ἐστὶ, καὶ κόρυς, τροπῇ τοῦ α εἰς ο. Κροσοί· κορσοὶ τινὲς ὄντες· κατὰ μετάθεσιν τοῦ ο.</w:t>
      </w:r>
    </w:p>
    <w:p>
      <w:r>
        <w:rPr>
          <w:rFonts w:ascii="Courier New" w:hAnsi="Courier New"/>
          <w:color w:val="555555"/>
          <w:sz w:val="20"/>
        </w:rPr>
        <w:t>[kappa 87]</w:t>
      </w:r>
    </w:p>
    <w:p>
      <w:r>
        <w:rPr>
          <w:rFonts w:ascii="Gentium Plus" w:hAnsi="Gentium Plus"/>
          <w:sz w:val="24"/>
        </w:rPr>
        <w:t>Κόσμος· τροπῇ τοῦ α εἰς ο, παρὰ τὸ κάζω ῥῆμα· ὅθεν κέκασμαι, κέκασται, κεκασμένος ὄνομα ῥηματικὸν κα‐ σμὸς, καὶ μεταθέσει τοῦ α εἰς ο, καὶ ἐναλλαγῇ τοῦ τόνου, κόσμος. ἐπὶ δὲ τοῦ παντὸς εἴρηται· ὁ ἐν αὐ‐</w:t>
      </w:r>
    </w:p>
    <w:p>
      <w:r>
        <w:rPr>
          <w:rFonts w:ascii="Courier New" w:hAnsi="Courier New"/>
          <w:color w:val="555555"/>
          <w:sz w:val="20"/>
        </w:rPr>
        <w:t>[5]</w:t>
      </w:r>
    </w:p>
    <w:p>
      <w:r>
        <w:rPr>
          <w:rFonts w:ascii="Gentium Plus" w:hAnsi="Gentium Plus"/>
          <w:sz w:val="24"/>
        </w:rPr>
        <w:t>τῷ πάντα ἔχων κεκοσμημένα· οὕτω Φιλόξενος ἐν τῇ περὶ Ἰάδος διαλέκτῳ. Κουράλια· παρὰ τὴν ἅλα· ὁ ἀπὸ τῆς θαλάσσης ταῖς κό‐ ραις κόσμος. Κάμινος· παρὰ τὸ ὑπομένειν.</w:t>
      </w:r>
    </w:p>
    <w:p>
      <w:r>
        <w:rPr>
          <w:rFonts w:ascii="Courier New" w:hAnsi="Courier New"/>
          <w:color w:val="555555"/>
          <w:sz w:val="20"/>
        </w:rPr>
        <w:t>[10]</w:t>
      </w:r>
    </w:p>
    <w:p>
      <w:r>
        <w:rPr>
          <w:rFonts w:ascii="Gentium Plus" w:hAnsi="Gentium Plus"/>
          <w:sz w:val="24"/>
        </w:rPr>
        <w:t>Κῖκυς· ἡ ἰσχύς. παρὰ τὸ κίειν, ὃ ἐστὶ πορεύεσθαι καὶ ὁρμᾶν. Κίβησις· ἢ παρὰ τὸ κίειν, ὃ ἐστὶ πορεύεσθαι καὶ ὁρμᾶν, ἢ παρὰ τὸ κεῖσθαι ἐν αὐτῇ τὴν βῆσιν, ἥ ἐστι τροφή.</w:t>
      </w:r>
    </w:p>
    <w:p>
      <w:r>
        <w:rPr>
          <w:rFonts w:ascii="Courier New" w:hAnsi="Courier New"/>
          <w:color w:val="555555"/>
          <w:sz w:val="20"/>
        </w:rPr>
        <w:t>[15]</w:t>
      </w:r>
    </w:p>
    <w:p>
      <w:r>
        <w:rPr>
          <w:rFonts w:ascii="Gentium Plus" w:hAnsi="Gentium Plus"/>
          <w:sz w:val="24"/>
        </w:rPr>
        <w:t>Κάγκανα. ξηρὰ εἰς καῦσιν ἐπιτήδεια ξύλα, παρὰ τὸ καίω, ῥηματικὸν ὄνομα κενόν. ὥστε καὶ ὡς τέκανον καὶ συγκοπῇ τέκνον, οὕτω καὶ ὠκάνον· καὶ ἀναδιπλα‐ σιασμὸς κάκανον, καὶ πλεονάσαντος τοῦ γ, κάγκανον. Καπνός. κάπω τὸ πνέω. παράγωγον καπύσω. καπνὸς</w:t>
      </w:r>
    </w:p>
    <w:p>
      <w:r>
        <w:rPr>
          <w:rFonts w:ascii="Courier New" w:hAnsi="Courier New"/>
          <w:color w:val="555555"/>
          <w:sz w:val="20"/>
        </w:rPr>
        <w:t>[20]</w:t>
      </w:r>
    </w:p>
    <w:p>
      <w:r>
        <w:rPr>
          <w:rFonts w:ascii="Gentium Plus" w:hAnsi="Gentium Plus"/>
          <w:sz w:val="24"/>
        </w:rPr>
        <w:t>οὖν ὁ ἀποπνέων τὸ πῦρ, ὡς στίλβω στιλπνός. ἔνθεν πολλάκις φησὶ πυρὸς ἀτμὸν τὸν καπνόν. Καρχαρόδων. παρὰ τὸ χαράσσω. ὁ κεχαρασμένους ἔχων τοὺς ὀδόντας, οἷον ἐξυμμένους. Κλωστήρ. παρὰ τὸ κλώθω, οὗ ὁ μέλλων κλώσω, κλω‐</w:t>
      </w:r>
    </w:p>
    <w:p>
      <w:r>
        <w:rPr>
          <w:rFonts w:ascii="Courier New" w:hAnsi="Courier New"/>
          <w:color w:val="555555"/>
          <w:sz w:val="20"/>
        </w:rPr>
        <w:t>[25]</w:t>
      </w:r>
    </w:p>
    <w:p>
      <w:r>
        <w:rPr>
          <w:rFonts w:ascii="Gentium Plus" w:hAnsi="Gentium Plus"/>
          <w:sz w:val="24"/>
        </w:rPr>
        <w:t>στὴρ, ὡς λάμψω λαμπτήρ. Κακκάβη. ἐπὶ θηλυκοῦ, ἀπὸ τοῦ κάπτω δηλοῦν τὸ κοιλαίνω. κάβη τὸ ῥηματικὸν ὄνομα, καὶ ἀναδιπλα‐ σιασμὸς κακάβη, καὶ πλεονασμῷ τοῦ κ, κακκάβη,</w:t>
      </w:r>
    </w:p>
    <w:p>
      <w:r>
        <w:rPr>
          <w:rFonts w:ascii="Courier New" w:hAnsi="Courier New"/>
          <w:color w:val="555555"/>
          <w:sz w:val="20"/>
        </w:rPr>
        <w:t>[kappa 88]</w:t>
      </w:r>
    </w:p>
    <w:p>
      <w:r>
        <w:rPr>
          <w:rFonts w:ascii="Gentium Plus" w:hAnsi="Gentium Plus"/>
          <w:sz w:val="24"/>
        </w:rPr>
        <w:t>Κάκκαβος ἐπὶ ἀρσενικοῦ. Κόχλος. παρὰ τὸ χαλῶ, καὶ συγκοπῇ, χλῶ. τὸ κατὰ εἵλησιν χαλώμενον. ὄνομα χλὸς, καὶ κατὰ ἀναδι‐ πλασιασμὸν κόχλος.</w:t>
      </w:r>
    </w:p>
    <w:p>
      <w:r>
        <w:rPr>
          <w:rFonts w:ascii="Courier New" w:hAnsi="Courier New"/>
          <w:color w:val="555555"/>
          <w:sz w:val="20"/>
        </w:rPr>
        <w:t>[5]</w:t>
      </w:r>
    </w:p>
    <w:p>
      <w:r>
        <w:rPr>
          <w:rFonts w:ascii="Gentium Plus" w:hAnsi="Gentium Plus"/>
          <w:sz w:val="24"/>
        </w:rPr>
        <w:t>Κραιπνός. παρὰ τὸ κάπω τὸ πνέω· ὅθεν κάπος τὸ πνεῦ‐ μα, καὶ καπνός. καὶ πλεονάσαντος τοῦ ρ, καπνὸς ἐλέχθη, καὶ μεταθέσει τοῦ ρ, καὶ προσθέσει τοῦ ι, κραιπνός. Κοάλεμος. παρὰ τὸ κοῶ ῥῆμα, τὸ νοῶ. κοῶ οὖν</w:t>
      </w:r>
    </w:p>
    <w:p>
      <w:r>
        <w:rPr>
          <w:rFonts w:ascii="Courier New" w:hAnsi="Courier New"/>
          <w:color w:val="555555"/>
          <w:sz w:val="20"/>
        </w:rPr>
        <w:t>[10]</w:t>
      </w:r>
    </w:p>
    <w:p>
      <w:r>
        <w:rPr>
          <w:rFonts w:ascii="Gentium Plus" w:hAnsi="Gentium Plus"/>
          <w:sz w:val="24"/>
        </w:rPr>
        <w:t>κόεμος, ὡς ἔχω ἔχεμος παράγωγον, καὶ τοῦ αλ πλεο‐ νασμοῦ, κοάλεμος, εἴρηται ὁ μωρός. οἱ δὲ, παρὰ τὸ κοεῖν καὶ τὸ ἄλεμα, τὸ μάταιον. Κυρκάνη. ἡ ταραχὴ, ὁ βόρβορος. εἴρηται παρὰ τοῖς παλαιοῖς. κυῶ ῥῆμα κυκάνω. πλεονασμὸς κυρ‐</w:t>
      </w:r>
    </w:p>
    <w:p>
      <w:r>
        <w:rPr>
          <w:rFonts w:ascii="Courier New" w:hAnsi="Courier New"/>
          <w:color w:val="555555"/>
          <w:sz w:val="20"/>
        </w:rPr>
        <w:t>[15]</w:t>
      </w:r>
    </w:p>
    <w:p>
      <w:r>
        <w:rPr>
          <w:rFonts w:ascii="Gentium Plus" w:hAnsi="Gentium Plus"/>
          <w:sz w:val="24"/>
        </w:rPr>
        <w:t>κάνη. οὕτω Φιλόξενος. Κορυθαίολος. αἰόλλω ῥῆμα τὸ κινῶ. καὶ ἀπὸ τοῦ αἰόλ‐ λω αἰόλος. καὶ σύνθετον κορυθαίολος, ὡς πάλλω σα‐ κέσπαλος. Καλλιγύναικα. ἀπὸ τῆς καλλιγύναιξ εὐθείας. ὅθεν ἀπο‐</w:t>
      </w:r>
    </w:p>
    <w:p>
      <w:r>
        <w:rPr>
          <w:rFonts w:ascii="Courier New" w:hAnsi="Courier New"/>
          <w:color w:val="555555"/>
          <w:sz w:val="20"/>
        </w:rPr>
        <w:t>[20]</w:t>
      </w:r>
    </w:p>
    <w:p>
      <w:r>
        <w:rPr>
          <w:rFonts w:ascii="Gentium Plus" w:hAnsi="Gentium Plus"/>
          <w:sz w:val="24"/>
        </w:rPr>
        <w:t>βολῆ τοῦ ξ ἐπὶ τῆς κλητικῆς, ὦ γύναι, ὡς ἄναξ ἄνα· Ζεὺς ἄνα Δωδωναῖε. Κομιδή. κομίζω κομιδὴ, ἐπιμέλεια. Κονία. παρὰ τὸ κονῶ κονία, ᾗ ἔγκειται ἡ κόνις· κόνιος κονία, ὡς Κύπρις, Κύπριος Κυπρία. Ἡρωδιανὸς ἐν Ἐ‐</w:t>
      </w:r>
    </w:p>
    <w:p>
      <w:r>
        <w:rPr>
          <w:rFonts w:ascii="Courier New" w:hAnsi="Courier New"/>
          <w:color w:val="555555"/>
          <w:sz w:val="20"/>
        </w:rPr>
        <w:t>[25]</w:t>
      </w:r>
    </w:p>
    <w:p>
      <w:r>
        <w:rPr>
          <w:rFonts w:ascii="Gentium Plus" w:hAnsi="Gentium Plus"/>
          <w:sz w:val="24"/>
        </w:rPr>
        <w:t>πιμερισμῷ. Κῦμα. κύω, κυήσω, κύημα, καὶ συγκοπῇ κῦμα. οἱ δὲ παρὰ τὸ κυκῶ, κυκήσω, κύκημα καὶ κῦμα. Κνίσσα. παρὰ τὸ κνίσσω μέλλοντα. Κνισμὸς γὰρ</w:t>
      </w:r>
    </w:p>
    <w:p>
      <w:r>
        <w:rPr>
          <w:rFonts w:ascii="Courier New" w:hAnsi="Courier New"/>
          <w:color w:val="555555"/>
          <w:sz w:val="20"/>
        </w:rPr>
        <w:t>[kappa 89]</w:t>
      </w:r>
    </w:p>
    <w:p>
      <w:r>
        <w:rPr>
          <w:rFonts w:ascii="Gentium Plus" w:hAnsi="Gentium Plus"/>
          <w:sz w:val="24"/>
        </w:rPr>
        <w:t>Κρατερός. κράτος κρατερός. Κάραβος. παρὰ τὸ βαίνειν ἐπὶ τῆς κεφαλῆς προηκού‐ σης τῷ ἐδάφει. οὕτως Ἡρωδιανὸς ἐν τῷ Συμποσίῳ. Κοίρανος. ὁ τοῦ καιροῦ κύριος, οἷον καίρανός τις ὢν, με‐</w:t>
      </w:r>
    </w:p>
    <w:p>
      <w:r>
        <w:rPr>
          <w:rFonts w:ascii="Courier New" w:hAnsi="Courier New"/>
          <w:color w:val="555555"/>
          <w:sz w:val="20"/>
        </w:rPr>
        <w:t>[5]</w:t>
      </w:r>
    </w:p>
    <w:p>
      <w:r>
        <w:rPr>
          <w:rFonts w:ascii="Gentium Plus" w:hAnsi="Gentium Plus"/>
          <w:sz w:val="24"/>
        </w:rPr>
        <w:t>ταθέσει τοῦ α εἰς ο, ὡς παρὰ τὸ ἀθρεῖν τὸ βλέπειν Ὄθρυς τὸ ὄρος, ἀφ’ οὗ ἐστὶν ἀθρεῖν τὰ μακρὰν ἀφε‐ στηκότα, καὶ παρὰ τὴν ἀρχὴν, ἄρχαμος καὶ ὄρχαμος. οὕτως Ἡρωδιανὸς καὶ Ἀπολλώνιος ἐν τῇ Μετοχῇ. Κάλλιμος. εἴρηται κατὰ παραγωγήν. ἡ δὲ διὰ τοῦ ιμος</w:t>
      </w:r>
    </w:p>
    <w:p>
      <w:r>
        <w:rPr>
          <w:rFonts w:ascii="Courier New" w:hAnsi="Courier New"/>
          <w:color w:val="555555"/>
          <w:sz w:val="20"/>
        </w:rPr>
        <w:t>[10]</w:t>
      </w:r>
    </w:p>
    <w:p>
      <w:r>
        <w:rPr>
          <w:rFonts w:ascii="Gentium Plus" w:hAnsi="Gentium Plus"/>
          <w:sz w:val="24"/>
        </w:rPr>
        <w:t>παραγωγὴ διὰ τριῶν γενῶν γίνεται, οἷον σπείρω σπόρι‐ μος σπορίμη, ἀγωγὴ ἀγώγιμος, κῦδος κύδιμος, οὕτω κάλλος κάλλιμος· καὶ παρὰ ῥῆμα, προσδοκῶ προσδόκι‐ μος, θηράω θηρέσιμος. Κουρά. παρὰ τὸ κείρω, κορὰ, καὶ πλεονασμῷ τοῦ υ,</w:t>
      </w:r>
    </w:p>
    <w:p>
      <w:r>
        <w:rPr>
          <w:rFonts w:ascii="Courier New" w:hAnsi="Courier New"/>
          <w:color w:val="555555"/>
          <w:sz w:val="20"/>
        </w:rPr>
        <w:t>[15]</w:t>
      </w:r>
    </w:p>
    <w:p>
      <w:r>
        <w:rPr>
          <w:rFonts w:ascii="Gentium Plus" w:hAnsi="Gentium Plus"/>
          <w:sz w:val="24"/>
        </w:rPr>
        <w:t>κουρά. Κακός, ἐπὶ τοῦ πονηροῦ. παρὰ τὸ χάζω τὸ ὑποχωρῶ, ἀφ’ οὗ δεῖ χάζεσθαι. Κακὸς, ἐπὶ τοῦ δειλοῦ. παρὰ τὸ χάζω χάζομαι. χακὸς καὶ κακὸς, κατὰ μετάθεσιν τοῦ χ εἰς κ.</w:t>
      </w:r>
    </w:p>
    <w:p>
      <w:r>
        <w:rPr>
          <w:rFonts w:ascii="Courier New" w:hAnsi="Courier New"/>
          <w:color w:val="555555"/>
          <w:sz w:val="20"/>
        </w:rPr>
        <w:t>[20]</w:t>
      </w:r>
    </w:p>
    <w:p>
      <w:r>
        <w:rPr>
          <w:rFonts w:ascii="Gentium Plus" w:hAnsi="Gentium Plus"/>
          <w:sz w:val="24"/>
        </w:rPr>
        <w:t>Κηδεστής. κῆδος κηδεστὴς, ὡς θύος Θυέστης, ὄρος Ὀρέ‐ στης, καὶ τὰ μὲν ὡς κύρια βαρύνεται, τὸ δὲ κηδεστὴς ὀξύνεται ὡς προσηγορικόν. Κάδος. σκεῦός τι, παρὰ τὸ χαδῶ ῥῆμα περισπώμενον. ἀπὸ δὲ τοῦ χαδῶ γίνεται ὁ μέλλων χαδήσω, καὶ διπλα‐</w:t>
      </w:r>
    </w:p>
    <w:p>
      <w:r>
        <w:rPr>
          <w:rFonts w:ascii="Courier New" w:hAnsi="Courier New"/>
          <w:color w:val="555555"/>
          <w:sz w:val="20"/>
        </w:rPr>
        <w:t>[25]</w:t>
      </w:r>
    </w:p>
    <w:p>
      <w:r>
        <w:rPr>
          <w:rFonts w:ascii="Gentium Plus" w:hAnsi="Gentium Plus"/>
          <w:sz w:val="24"/>
        </w:rPr>
        <w:t>σιασμὸς ἐκάδησω, ὄνομα ῥηματικὸν χάδος, καὶ τρο‐ πῇ τοῦ χ εἰς κ, κάδος. Κισσᾶν. παρὰ τὴν κίσσαν, τὸ ὄρνεον. λειχνότατον γὰρ τοῦτο τὸ ὄρνεον. Κόνις. κονῶ δηλοῦν τὸ διαφθεῖραι καὶ κατακόπτειν. κνὶς,</w:t>
      </w:r>
    </w:p>
    <w:p>
      <w:r>
        <w:rPr>
          <w:rFonts w:ascii="Courier New" w:hAnsi="Courier New"/>
          <w:color w:val="555555"/>
          <w:sz w:val="20"/>
        </w:rPr>
        <w:t>[30]</w:t>
      </w:r>
    </w:p>
    <w:p>
      <w:r>
        <w:rPr>
          <w:rFonts w:ascii="Gentium Plus" w:hAnsi="Gentium Plus"/>
          <w:sz w:val="24"/>
        </w:rPr>
        <w:t>ὄνομα, ἡ κατακεκομμένη γῆ, καὶ πλεονασμῷ τοῦ ο, κόνις. δηλοῖ δὲ τὴν εἰς λεπτομερῆ οὐσίαν χωρήσασαν γῆν. ἀπὸ μεταφορᾶς τῶν ξυσμάτων. Ἡρωδιανός. Κρηπίς, ὑπόδημα. παρὰ τὸ ἕρπω ἑρπίς. ὑπερθέσει τοῦ ρ, ῥεπὶς, καὶ πλεονασμῷ τοῦ κ, κρεπὶς, μεταθέσει</w:t>
      </w:r>
    </w:p>
    <w:p>
      <w:r>
        <w:rPr>
          <w:rFonts w:ascii="Courier New" w:hAnsi="Courier New"/>
          <w:color w:val="555555"/>
          <w:sz w:val="20"/>
        </w:rPr>
        <w:t>[35]</w:t>
      </w:r>
    </w:p>
    <w:p>
      <w:r>
        <w:rPr>
          <w:rFonts w:ascii="Gentium Plus" w:hAnsi="Gentium Plus"/>
          <w:sz w:val="24"/>
        </w:rPr>
        <w:t>τοῦ ε εἰς η, κρηπὶς, δι’ ἧς ἕρπειν ἐστὶν, ὃ ἐστὶν ὁ‐</w:t>
      </w:r>
    </w:p>
    <w:p>
      <w:r>
        <w:rPr>
          <w:rFonts w:ascii="Courier New" w:hAnsi="Courier New"/>
          <w:color w:val="555555"/>
          <w:sz w:val="20"/>
        </w:rPr>
        <w:t>[kappa 90]</w:t>
      </w:r>
    </w:p>
    <w:p>
      <w:r>
        <w:rPr>
          <w:rFonts w:ascii="Gentium Plus" w:hAnsi="Gentium Plus"/>
          <w:sz w:val="24"/>
        </w:rPr>
        <w:t>Καγχαλῶ· τὸ χαλῶ. τὸ διαχέω καὶ ἥδομαι. διπλασια‐ σμὸς καχαλῶ, καὶ πλεονασμῷ τοῦ γ, καγχαλῶ. ὥσπερ τὸ πυκνωθὲν οὐχ ὑγιὲς, οὕτω τὸ χαλασθὲν ὑγιές· τὸ αὐτὸ καὶ ἐπὶ τῆς ψυχῆς.</w:t>
      </w:r>
    </w:p>
    <w:p>
      <w:r>
        <w:rPr>
          <w:rFonts w:ascii="Courier New" w:hAnsi="Courier New"/>
          <w:color w:val="555555"/>
          <w:sz w:val="20"/>
        </w:rPr>
        <w:t>[5]</w:t>
      </w:r>
    </w:p>
    <w:p>
      <w:r>
        <w:rPr>
          <w:rFonts w:ascii="Gentium Plus" w:hAnsi="Gentium Plus"/>
          <w:sz w:val="24"/>
        </w:rPr>
        <w:t>Κορύβαντες. κορύφαντές τινες, παρὰ τὸ κεκρύφθαι τὸν Δία ὑπ’ αὐτῶν. καὶ ἐστὶ μετάθεσις τοῦ φ εἰς β καὶ πλεονασμῷ τοῦ ο. Κρούειν. κυρίως ἐπὶ τῶν κερατοφορούντων. κυρίπτειν γὰρ ἐστὶν τὸ τοῖς κέρασι κρούειν. οὕτω Φιλονίδης ἐν</w:t>
      </w:r>
    </w:p>
    <w:p>
      <w:r>
        <w:rPr>
          <w:rFonts w:ascii="Courier New" w:hAnsi="Courier New"/>
          <w:color w:val="555555"/>
          <w:sz w:val="20"/>
        </w:rPr>
        <w:t>[10]</w:t>
      </w:r>
    </w:p>
    <w:p>
      <w:r>
        <w:rPr>
          <w:rFonts w:ascii="Gentium Plus" w:hAnsi="Gentium Plus"/>
          <w:sz w:val="24"/>
        </w:rPr>
        <w:t>τῷ περὶ Ἑλληνισμοῦ. Κρίβανος. παρὰ τὴν κριθὴν καὶ τὸν βαῦνον, ὅπου αἱ κριθαὶ ἐφρύγοντο. καὶ βαῦνος ἡ κάμινος, αὔω, αὖνος, καὶ πλεονασμῷ τοῦ β, βαῦνος. Κληΐδες. αἱ καθέδραι παρὰ τὴν κλάσιν τῶν γονάτων.</w:t>
      </w:r>
    </w:p>
    <w:p>
      <w:r>
        <w:rPr>
          <w:rFonts w:ascii="Courier New" w:hAnsi="Courier New"/>
          <w:color w:val="555555"/>
          <w:sz w:val="20"/>
        </w:rPr>
        <w:t>[15]</w:t>
      </w:r>
    </w:p>
    <w:p>
      <w:r>
        <w:rPr>
          <w:rFonts w:ascii="Gentium Plus" w:hAnsi="Gentium Plus"/>
          <w:sz w:val="24"/>
        </w:rPr>
        <w:t>Κύμβαχον. τὸ σκαμβὸν δέρμα. τὸ περιφερὲς καὶ πε‐ ριαγές. κύμβη γὰρ ἡ κεφαλή. ἔνθεν τὸ κυβητιᾶν. Κρήνη. κρῶ ἔστι ῥῆμα μονοσύλλαβον, παρὰ τὸ κερῶ συγκοπὲν, ὃ δηλοῖ τὸ ἐγχεῖν. καὶ ὡς παρὰ τὸ εἴρω εἰ‐ ρήνη, οὕτω κρῶ κρήνη.</w:t>
      </w:r>
    </w:p>
    <w:p>
      <w:r>
        <w:rPr>
          <w:rFonts w:ascii="Courier New" w:hAnsi="Courier New"/>
          <w:color w:val="555555"/>
          <w:sz w:val="20"/>
        </w:rPr>
        <w:t>[20]</w:t>
      </w:r>
    </w:p>
    <w:p>
      <w:r>
        <w:rPr>
          <w:rFonts w:ascii="Gentium Plus" w:hAnsi="Gentium Plus"/>
          <w:sz w:val="24"/>
        </w:rPr>
        <w:t>Κνυζοῦν. διαφθεῖραι. Ὅμηρος ἐν τῇ Ὀδυσσείᾳ· κνυ‐ ζώσω δέ τοι ὄσσε πάρος. παρὰ τὸ κνῶ οὖν κνύω καὶ κνύζω τὸ διαφθείρω. κνυζῶ γίνεται περισπώμενον τρίτης συ‐ ζυγίας τῶν περισπωμένων, ὡς χρυσῶ χρυσοῖς χρυσώσω ὁ μέλλων. εἴρηται δὲ κνυζοῦν δηλοῦν τὸ ξύειν παρὰ</w:t>
      </w:r>
    </w:p>
    <w:p>
      <w:r>
        <w:rPr>
          <w:rFonts w:ascii="Courier New" w:hAnsi="Courier New"/>
          <w:color w:val="555555"/>
          <w:sz w:val="20"/>
        </w:rPr>
        <w:t>[25]</w:t>
      </w:r>
    </w:p>
    <w:p>
      <w:r>
        <w:rPr>
          <w:rFonts w:ascii="Gentium Plus" w:hAnsi="Gentium Plus"/>
          <w:sz w:val="24"/>
        </w:rPr>
        <w:t>Δωριεῦσι καὶ παρ’ Ὁμήρω, ἐπὶ δ’ αἴγιον κνὴ τωρόν. ὥστε εἶναι κνῶ κνύζω. οὕτως δὲ τὸ κνύω δηλοῖ τὸ ξύω. ὥστε τὸ ξύειν τὸ κνύειν πολλάκις. Κομψός. παρὰ τὸ κάμπτω ῥῆμα. καὶ διεστραμμέ‐ νον τῇ διανοίᾳ. εἴρηται γὰρ τοῦτο τὸ ὄνομα καὶ ἐπὶ</w:t>
      </w:r>
    </w:p>
    <w:p>
      <w:r>
        <w:rPr>
          <w:rFonts w:ascii="Courier New" w:hAnsi="Courier New"/>
          <w:color w:val="555555"/>
          <w:sz w:val="20"/>
        </w:rPr>
        <w:t>[30]</w:t>
      </w:r>
    </w:p>
    <w:p>
      <w:r>
        <w:rPr>
          <w:rFonts w:ascii="Gentium Plus" w:hAnsi="Gentium Plus"/>
          <w:sz w:val="24"/>
        </w:rPr>
        <w:t>τοῦ μετρίου καὶ ἐπιεικοῦς, καὶ ἐπὶ τοῦ πανούργου. ἐπὶ δὲ τοῦ ἐπιεικοῦς, παρὰ τὸ εὐκαμπὲς, ἀπὸ τοῦ κάμπτω ῥήματος, ὁ εὐπειθὴς καὶ προσηνὴς εἴρηται. οὕτως Εἰ‐ ρηναῖος ὁ Ἀττικιστὴς ἐν τῷ α στοιχείῳ. Κέντε. τὸ ἑκατὸν καλοῦσι Ῥωμαῖοι, ἐξ οὗ κεντενάριον</w:t>
      </w:r>
    </w:p>
    <w:p>
      <w:r>
        <w:rPr>
          <w:rFonts w:ascii="Courier New" w:hAnsi="Courier New"/>
          <w:color w:val="555555"/>
          <w:sz w:val="20"/>
        </w:rPr>
        <w:t>[35]</w:t>
      </w:r>
    </w:p>
    <w:p>
      <w:r>
        <w:rPr>
          <w:rFonts w:ascii="Gentium Plus" w:hAnsi="Gentium Plus"/>
          <w:sz w:val="24"/>
        </w:rPr>
        <w:t>ὠνόμασται.</w:t>
      </w:r>
    </w:p>
    <w:p>
      <w:pPr>
        <w:jc w:val="center"/>
      </w:pPr>
      <w:r>
        <w:rPr>
          <w:rFonts w:ascii="Gentium Plus" w:hAnsi="Gentium Plus"/>
          <w:b/>
          <w:sz w:val="24"/>
        </w:rPr>
        <w:t>ΑΡΧΗ ΤΟΥ Λ.</w:t>
      </w:r>
    </w:p>
    <w:p>
      <w:r>
        <w:rPr>
          <w:rFonts w:ascii="Courier New" w:hAnsi="Courier New"/>
          <w:color w:val="555555"/>
          <w:sz w:val="20"/>
        </w:rPr>
        <w:t>[1]</w:t>
      </w:r>
    </w:p>
    <w:p>
      <w:r>
        <w:rPr>
          <w:rFonts w:ascii="Gentium Plus" w:hAnsi="Gentium Plus"/>
          <w:sz w:val="24"/>
        </w:rPr>
        <w:t>Λίσσεσθαι. παρὰ τὸ λίαν ἕζεσθαι. Λήϊον. παρὰ τὸ λίαν ἰέναι καὶ αὔξεσθαι, τὸ σιτοφόρον πεδίον. ὅθεν λεῖα, ἡ τῶν τετραπόδων κτῆσις ἡ νεμο‐ μένη τὰ λήϊα.</w:t>
      </w:r>
    </w:p>
    <w:p>
      <w:r>
        <w:rPr>
          <w:rFonts w:ascii="Courier New" w:hAnsi="Courier New"/>
          <w:color w:val="555555"/>
          <w:sz w:val="20"/>
        </w:rPr>
        <w:t>[5]</w:t>
      </w:r>
    </w:p>
    <w:p>
      <w:r>
        <w:rPr>
          <w:rFonts w:ascii="Gentium Plus" w:hAnsi="Gentium Plus"/>
          <w:sz w:val="24"/>
        </w:rPr>
        <w:t>Λαγὼς καὶ λαγωὸς, παρὰ τὸ λάειν, ὅ ἐστι βλέπειν. Λαισήϊα. παρὰ τὸ λάσιον, καὶ παρὰ τὸ ὠμαῖς βύρσαις περιβεβλῆσθαι. Λυγαῖον, τὸ φοβερόν. οἷα λυγερόν τι ὄν. λυγαῖον δὲ τὸ σκοτεινόν. ἴσως παρὰ τὸ λύειν τὴν αὐγὴν, καὶ μὴ ἐᾶν</w:t>
      </w:r>
    </w:p>
    <w:p>
      <w:r>
        <w:rPr>
          <w:rFonts w:ascii="Courier New" w:hAnsi="Courier New"/>
          <w:color w:val="555555"/>
          <w:sz w:val="20"/>
        </w:rPr>
        <w:t>[10]</w:t>
      </w:r>
    </w:p>
    <w:p>
      <w:r>
        <w:rPr>
          <w:rFonts w:ascii="Gentium Plus" w:hAnsi="Gentium Plus"/>
          <w:sz w:val="24"/>
        </w:rPr>
        <w:t>στῆναι αὐτήν. Λύθρος. τὸ μετὰ κονιορτοῦ αἷμα, τὸ λύματος καὶ κα‐ θάρματος δεόμενον. Λευρόν. λεῖον καὶ πλατύ. παρὰ τὸ λίαν εὐρύ. Λέκτρον. πλεονάζει τὸ ρ. ἀπὸ τοῦ κατακλίνεσθαι, καὶ</w:t>
      </w:r>
    </w:p>
    <w:p>
      <w:r>
        <w:rPr>
          <w:rFonts w:ascii="Courier New" w:hAnsi="Courier New"/>
          <w:color w:val="555555"/>
          <w:sz w:val="20"/>
        </w:rPr>
        <w:t>[15]</w:t>
      </w:r>
    </w:p>
    <w:p>
      <w:r>
        <w:rPr>
          <w:rFonts w:ascii="Gentium Plus" w:hAnsi="Gentium Plus"/>
          <w:sz w:val="24"/>
        </w:rPr>
        <w:t>λήγειν εἰς αὐτό. Λόφοι. πάντα τὰ μετέωρα καὶ εἰς ὕψος ἀνέχοντα. ἀπὸ μεταφορᾶς τῶν βοῶν. λόγος γὰρ ἐπ’ αὐτῶν ἀπὸ τοῦ λέγεσθαι καὶ ἐκδέρεσθαι ἀπ’ αὐτῶν. Λόχμη. ἀπὸ τοῦ λοχᾶν ἐν τοῖς τοιούτοις τόποις. ὁ δὲ</w:t>
      </w:r>
    </w:p>
    <w:p>
      <w:r>
        <w:rPr>
          <w:rFonts w:ascii="Courier New" w:hAnsi="Courier New"/>
          <w:color w:val="555555"/>
          <w:sz w:val="20"/>
        </w:rPr>
        <w:t>[20]</w:t>
      </w:r>
    </w:p>
    <w:p>
      <w:r>
        <w:rPr>
          <w:rFonts w:ascii="Gentium Plus" w:hAnsi="Gentium Plus"/>
          <w:sz w:val="24"/>
        </w:rPr>
        <w:t>Φιλόξενος παρὰ τὸ λάζω ῥῆμα. εὐληπτοτέρων ὄντων τῶν δασέων. λάζω οὖν λάξω μέλλων. ὄνομα λαχμὸς, ὡς παρὰ τὸ κράζω κράξω κραγμός· τὸ δὲ γ εἰς χ μεταπεσόντος, λαχμός. τούτου τὸ θηλυκὸν, λόχμη. Λύσσα. παρὰ τὴν λύσιν τῶν κατὰ ψυχὴν λογισμῶν, καὶ</w:t>
      </w:r>
    </w:p>
    <w:p>
      <w:r>
        <w:rPr>
          <w:rFonts w:ascii="Courier New" w:hAnsi="Courier New"/>
          <w:color w:val="555555"/>
          <w:sz w:val="20"/>
        </w:rPr>
        <w:t>[25]</w:t>
      </w:r>
    </w:p>
    <w:p>
      <w:r>
        <w:rPr>
          <w:rFonts w:ascii="Gentium Plus" w:hAnsi="Gentium Plus"/>
          <w:sz w:val="24"/>
        </w:rPr>
        <w:t>τοῦ παλαιοῦ τῶν φρενῶν κατασπέρματος, ἢ παρὰ τὸ ἀφετοὺς εἶναι τοὺς κατεχομένους ἐξ αὐτῆς. Λαῦρα, ἡ πλατεῖα ῥύμη, παρὰ τὸ λίαν ἔχειν αὖραν. Λὶς, ὁ λέων. παρὰ τὸ λιαρόν. ἔνθερμον γὰρ τὸ ζῶον. Λιλαίομαι. παρὰ τὸ λῶ, ὃ ἐστὶ θέλω, οὗ παράγωγον</w:t>
      </w:r>
    </w:p>
    <w:p>
      <w:r>
        <w:rPr>
          <w:rFonts w:ascii="Courier New" w:hAnsi="Courier New"/>
          <w:color w:val="555555"/>
          <w:sz w:val="20"/>
        </w:rPr>
        <w:t>[30]</w:t>
      </w:r>
    </w:p>
    <w:p>
      <w:r>
        <w:rPr>
          <w:rFonts w:ascii="Gentium Plus" w:hAnsi="Gentium Plus"/>
          <w:sz w:val="24"/>
        </w:rPr>
        <w:t>λαίω, διπλασιασμὸς λιλαίω. Ληνός. παρὰ τὸ λεαίνεσθαι πατουμένης τῆς σταφυλῆς. Λέπαδνα. οἱ κατὰ τῶν ἱππείων στηθῶν ἱμάντες. πλεο‐ νάζει δὲ τὸ δ. ὡς γὰρ κόπτω κόπανον, οὕτω λέπω</w:t>
      </w:r>
    </w:p>
    <w:p>
      <w:r>
        <w:rPr>
          <w:rFonts w:ascii="Courier New" w:hAnsi="Courier New"/>
          <w:color w:val="555555"/>
          <w:sz w:val="20"/>
        </w:rPr>
        <w:t>[lambda 92]</w:t>
      </w:r>
    </w:p>
    <w:p>
      <w:r>
        <w:rPr>
          <w:rFonts w:ascii="Gentium Plus" w:hAnsi="Gentium Plus"/>
          <w:sz w:val="24"/>
        </w:rPr>
        <w:t>Λέξασθαι, τὸ κοιμηθῆναι. παρὰ τὸ λέχριον πεσεῖν. κυ‐ ρίως ἐπὶ ἀνθρώπου· καταχρηστικῶς δὲ καὶ ἐπὶ ἀλόγων. Λίμνη. τὰ συνεστῶτα ὕδατα. παρὰ τὸ λίαν καὶ διόλου μένειν. διὸ καὶ ὁ κενος, ἀκαλαρείτης ὤν. ἢ πα‐</w:t>
      </w:r>
    </w:p>
    <w:p>
      <w:r>
        <w:rPr>
          <w:rFonts w:ascii="Courier New" w:hAnsi="Courier New"/>
          <w:color w:val="555555"/>
          <w:sz w:val="20"/>
        </w:rPr>
        <w:t>[5]</w:t>
      </w:r>
    </w:p>
    <w:p>
      <w:r>
        <w:rPr>
          <w:rFonts w:ascii="Gentium Plus" w:hAnsi="Gentium Plus"/>
          <w:sz w:val="24"/>
        </w:rPr>
        <w:t>ρὰ τὸ λείβειν, ὅ ἐστι ῥεῖν. Λογάδες. τὰ λευκὰ τῶν ὀφθαλμῶν. εἴρηται δὲ οἷον λο‐ χάδες, ἐν αἷς αἱ κόραι λοχῶσι, καὶ οἷον λέχος εἰσὶν αὐταῖς. Λύπη. παρὰ τὸ λύειν εἰς δάκρυα τοὺς ὦπας, λυωπή τις</w:t>
      </w:r>
    </w:p>
    <w:p>
      <w:r>
        <w:rPr>
          <w:rFonts w:ascii="Courier New" w:hAnsi="Courier New"/>
          <w:color w:val="555555"/>
          <w:sz w:val="20"/>
        </w:rPr>
        <w:t>[10]</w:t>
      </w:r>
    </w:p>
    <w:p>
      <w:r>
        <w:rPr>
          <w:rFonts w:ascii="Gentium Plus" w:hAnsi="Gentium Plus"/>
          <w:sz w:val="24"/>
        </w:rPr>
        <w:t>οὖσα. ἢ διὰ τὸ λυμαίνεσθαι δι’ αὐτῶν τοὺς ὦπας. οὕ‐ τω Σωρανός. ὁ δὲ Ἡρωδιανὸς φησὶ παρὰ τὸ λύω λύη καὶ λύπη. Λοβός. τὸ κάτω τῶν ὤτων, ὡς λέγει Σωρανὸς, ἐπειδὴ μαρτυρόμενοι τινὶ, λαμβανόμεθα αὐτῶν. οἱ δὲ,</w:t>
      </w:r>
    </w:p>
    <w:p>
      <w:r>
        <w:rPr>
          <w:rFonts w:ascii="Courier New" w:hAnsi="Courier New"/>
          <w:color w:val="555555"/>
          <w:sz w:val="20"/>
        </w:rPr>
        <w:t>[15]</w:t>
      </w:r>
    </w:p>
    <w:p>
      <w:r>
        <w:rPr>
          <w:rFonts w:ascii="Gentium Plus" w:hAnsi="Gentium Plus"/>
          <w:sz w:val="24"/>
        </w:rPr>
        <w:t>ὅτι λωβώμενοι τινὰς, ἄποκ. Λᾶντα τὰ μὲν. παρὰ μὲν τὴν λώβην οὖν εἴρηται. Λεοκανία. ἐπειδὴ λίαν κέχηνεν, οἷον λευχανία. Ὅμη‐ ρος· Λευκανίης, ἵνα τε ψυχῆς ὤκιστος ὄλεθρος. διαιρεθείσης γὰρ αὐτῆς, ὁ τῆς τροφῆς ἀφανίζεται πόρος.</w:t>
      </w:r>
    </w:p>
    <w:p>
      <w:r>
        <w:rPr>
          <w:rFonts w:ascii="Courier New" w:hAnsi="Courier New"/>
          <w:color w:val="555555"/>
          <w:sz w:val="20"/>
        </w:rPr>
        <w:t>[20]</w:t>
      </w:r>
    </w:p>
    <w:p>
      <w:r>
        <w:rPr>
          <w:rFonts w:ascii="Gentium Plus" w:hAnsi="Gentium Plus"/>
          <w:sz w:val="24"/>
        </w:rPr>
        <w:t>Λαιὰ, ἡ ἀριστερὰ καὶ εὐώνυμος. ἀπὸ τοῦ λελιάσθαι καὶ κεχωρίσθαι τῶν πράξεων. ἀριστερὰ δὲ καὶ εὐώνυ‐ μος, ἢ κατ’ ἀντίφρασιν, ἢ κατ’ εὐφημισμόν. Λιαρός. ἀποβολῇ τοῦ χ. χλιαρὸς γάρ. τὰ δὲ χλιαρὰ πρισηνῆ. δύναται δὲ καὶ ἄλλως. λίλω τὸ λίαν θέ‐</w:t>
      </w:r>
    </w:p>
    <w:p>
      <w:r>
        <w:rPr>
          <w:rFonts w:ascii="Courier New" w:hAnsi="Courier New"/>
          <w:color w:val="555555"/>
          <w:sz w:val="20"/>
        </w:rPr>
        <w:t>[25]</w:t>
      </w:r>
    </w:p>
    <w:p>
      <w:r>
        <w:rPr>
          <w:rFonts w:ascii="Gentium Plus" w:hAnsi="Gentium Plus"/>
          <w:sz w:val="24"/>
        </w:rPr>
        <w:t>λω. λῶ γὰρ τὸ θέλω. καὶ λιλῶ λιλαίω. καὶ λιλαίε‐ το παρ’ Ὁμήρῳ. καὶ ὡς μαδῶ μαδαρὸς, πλαδῶ πλαδαρὸς, χαλῶ χαλαρὸς, λιλῶ λιαρὸς, καὶ ἀπο‐ βολῇ τοῦ λ, λιαρός. τὰ γὰρ προσηνῆ θέλομεν. Λακέρυζα. κρῶ, κρύζω, κρύζα ὄνομα. πλεονασμῷ τοῦ</w:t>
      </w:r>
    </w:p>
    <w:p>
      <w:r>
        <w:rPr>
          <w:rFonts w:ascii="Courier New" w:hAnsi="Courier New"/>
          <w:color w:val="555555"/>
          <w:sz w:val="20"/>
        </w:rPr>
        <w:t>[30]</w:t>
      </w:r>
    </w:p>
    <w:p>
      <w:r>
        <w:rPr>
          <w:rFonts w:ascii="Gentium Plus" w:hAnsi="Gentium Plus"/>
          <w:sz w:val="24"/>
        </w:rPr>
        <w:t>ε, κάρυζα. μετὰ τοῦ λ ἐπιτατικοῦ μορίου, λακέ‐</w:t>
      </w:r>
    </w:p>
    <w:p>
      <w:r>
        <w:rPr>
          <w:rFonts w:ascii="Courier New" w:hAnsi="Courier New"/>
          <w:color w:val="555555"/>
          <w:sz w:val="20"/>
        </w:rPr>
        <w:t>[lambda 93]</w:t>
      </w:r>
    </w:p>
    <w:p>
      <w:r>
        <w:rPr>
          <w:rFonts w:ascii="Gentium Plus" w:hAnsi="Gentium Plus"/>
          <w:sz w:val="24"/>
        </w:rPr>
        <w:t>Λεχήν. παρὰ τὸ λεῖον, κατ’ ἀντίφρασιν. τραχύνει γὰρ τὸ σῶμα. ὡς ἀπαλοῖ δι’ αὐχένος. Λειμών. ἐστὶν ὅπου λήϊα καταβόσκεται. Λιρός. ὁ ἀναιδής. παρὰ τὸ λίαν τινὶ προσκεῖσθαι. ἢ</w:t>
      </w:r>
    </w:p>
    <w:p>
      <w:r>
        <w:rPr>
          <w:rFonts w:ascii="Courier New" w:hAnsi="Courier New"/>
          <w:color w:val="555555"/>
          <w:sz w:val="20"/>
        </w:rPr>
        <w:t>[5]</w:t>
      </w:r>
    </w:p>
    <w:p>
      <w:r>
        <w:rPr>
          <w:rFonts w:ascii="Gentium Plus" w:hAnsi="Gentium Plus"/>
          <w:sz w:val="24"/>
        </w:rPr>
        <w:t>τὸ λίαν ὁρᾶν· ἐπεὶ ἀτενεῖς εἰσὶ τούτων αἱ ὄψεις. Λιπαρεῖν. παρὰ τὸ λίαν παρεῖναι τοὺς παρακαλοῦντας. Λωποδύτης. ὁ ἀποδύων τὸ λῶπος, ὅ ἐστι τὸ ἱμάτιον. Λάχανον. παρὰ τὸ λαχαίνεσθαι καὶ περισκάπτεσθαι. Λοξίας. ὡς μὲν οἱ Πυθαγορικοὶ, ἀπὸ τοῦ λοξὴν ἔχειν</w:t>
      </w:r>
    </w:p>
    <w:p>
      <w:r>
        <w:rPr>
          <w:rFonts w:ascii="Courier New" w:hAnsi="Courier New"/>
          <w:color w:val="555555"/>
          <w:sz w:val="20"/>
        </w:rPr>
        <w:t>[10]</w:t>
      </w:r>
    </w:p>
    <w:p>
      <w:r>
        <w:rPr>
          <w:rFonts w:ascii="Gentium Plus" w:hAnsi="Gentium Plus"/>
          <w:sz w:val="24"/>
        </w:rPr>
        <w:t>τὴν ἴαν, τουτέστι τὴν φωνήν· ἢ παρὰ τὸ λοξῶς ἰέναι τὸν ἥλιον διὰ τοῦ ζωδιακοῦ. καὶ λοξίας, ὁ λοξὴν κί‐ νησιν ποιούμενος. Λήκιθος. παρὰ τὸ μεγάλας χωρεῖν. ἢ λεῖον ἔχουσα κύτος, μεγαλόκητος. Λητώ. ὁ μὲν Πλάτων</w:t>
      </w:r>
    </w:p>
    <w:p>
      <w:r>
        <w:rPr>
          <w:rFonts w:ascii="Courier New" w:hAnsi="Courier New"/>
          <w:color w:val="555555"/>
          <w:sz w:val="20"/>
        </w:rPr>
        <w:t>[15]</w:t>
      </w:r>
    </w:p>
    <w:p>
      <w:r>
        <w:rPr>
          <w:rFonts w:ascii="Gentium Plus" w:hAnsi="Gentium Plus"/>
          <w:sz w:val="24"/>
        </w:rPr>
        <w:t>φησίν. πραεῖα γὰρ ἡ θεὸς τὰς ἐλεοῦσα. κατὰ δέ τινας, Ληθώ· τὸ γὰρ ἥμερον καὶ πραΰ, ἐκ τοῦ ἐπιλελῆσθαι τῶν εἰς αὐτὴν πεπλημμελημένων ἐμφαίνεται ὁ δὲ Ἀ‐ ρίσταρχος φησὶ, παρὰ τὸ λῆ τὸ Δώριον, ὅ ἐστι θέλει. Λυαῖος. ἀπὸ τῆς λύσεως τοῦ ῥάμματος. προσεῤῥάφη</w:t>
      </w:r>
    </w:p>
    <w:p>
      <w:r>
        <w:rPr>
          <w:rFonts w:ascii="Courier New" w:hAnsi="Courier New"/>
          <w:color w:val="555555"/>
          <w:sz w:val="20"/>
        </w:rPr>
        <w:t>[20]</w:t>
      </w:r>
    </w:p>
    <w:p>
      <w:r>
        <w:rPr>
          <w:rFonts w:ascii="Gentium Plus" w:hAnsi="Gentium Plus"/>
          <w:sz w:val="24"/>
        </w:rPr>
        <w:t>γὰρ τῷ μηρῷ τοῦ Διός. ἢ παρὰ τὸ λύεσθαι τῷ οἴνῳ τοὺς μεθυσκομένους. Λαιμός. παρὰ τὸ λάειν, ὅ ἐστιν ἀπολαύειν. οὕτως Ἡρα‐ κλείδης. ὁ δὲ Σωρανὸς λέγει λημᾶν λέγεσθαι τὸ ἀπολαυστικῶς βλέπειν.</w:t>
      </w:r>
    </w:p>
    <w:p>
      <w:r>
        <w:rPr>
          <w:rFonts w:ascii="Courier New" w:hAnsi="Courier New"/>
          <w:color w:val="555555"/>
          <w:sz w:val="20"/>
        </w:rPr>
        <w:t>[25]</w:t>
      </w:r>
    </w:p>
    <w:p>
      <w:r>
        <w:rPr>
          <w:rFonts w:ascii="Gentium Plus" w:hAnsi="Gentium Plus"/>
          <w:sz w:val="24"/>
        </w:rPr>
        <w:t>Λῆρος. λήθω λήσω, λῆρος· ὡς παύω παύσω, παῦρος. ἢ</w:t>
      </w:r>
    </w:p>
    <w:p>
      <w:r>
        <w:rPr>
          <w:rFonts w:ascii="Courier New" w:hAnsi="Courier New"/>
          <w:color w:val="555555"/>
          <w:sz w:val="20"/>
        </w:rPr>
        <w:t>[lambda 94]</w:t>
      </w:r>
    </w:p>
    <w:p>
      <w:r>
        <w:rPr>
          <w:rFonts w:ascii="Gentium Plus" w:hAnsi="Gentium Plus"/>
          <w:sz w:val="24"/>
        </w:rPr>
        <w:t>Λύκος. παρὰ τὸ λεύσω λεῦκος· οὕτω καὶ παρὰ τὸ φυλάσσω φύλακος. Λίβανος. παρὰ τὸ λείβω τὸ σπένδω. τὸ εἰς σπονδὰς καὶ θυσίας ἐπιτήδειον. οὕτω Φιλόξενος.</w:t>
      </w:r>
    </w:p>
    <w:p>
      <w:r>
        <w:rPr>
          <w:rFonts w:ascii="Courier New" w:hAnsi="Courier New"/>
          <w:color w:val="555555"/>
          <w:sz w:val="20"/>
        </w:rPr>
        <w:t>[5]</w:t>
      </w:r>
    </w:p>
    <w:p>
      <w:r>
        <w:rPr>
          <w:rFonts w:ascii="Gentium Plus" w:hAnsi="Gentium Plus"/>
          <w:sz w:val="24"/>
        </w:rPr>
        <w:t>Λάβρος. παρὰ τὸ λούπτω. οὕτω Φιλόξενος. δύνα‐ ται καὶ παρὰ τὸ λα ἐπιτατικὸν μόριον, καὶ τὴν βορὰν, οἷον λαβαρός τις ὢν, ἵν’ ᾖ κυρίως ἐπὶ τοῦ ἀδδηφα‐ γεῖν. Λαγώς. ἔγκειται τὸ λα ἐπιτατικόν. παρὰ τοῦτο οὖν</w:t>
      </w:r>
    </w:p>
    <w:p>
      <w:r>
        <w:rPr>
          <w:rFonts w:ascii="Courier New" w:hAnsi="Courier New"/>
          <w:color w:val="555555"/>
          <w:sz w:val="20"/>
        </w:rPr>
        <w:t>[10]</w:t>
      </w:r>
    </w:p>
    <w:p>
      <w:r>
        <w:rPr>
          <w:rFonts w:ascii="Gentium Plus" w:hAnsi="Gentium Plus"/>
          <w:sz w:val="24"/>
        </w:rPr>
        <w:t>καὶ τὸ ὦς Δώριον, ὁ μεγάλα ὦτα ἔχων. Λικριφίς. οἷον πλαγίως. παρὰ τὸ λέχριον, κατὰ μετά‐ θεσιν τῶν στοιχείων τοῦ ε εἰς τὸ ι, καὶ τοῦ χ εἰς τὸ κ. Λεπρός. παρὰ τὸ λέπος, λεπαρὸς, καὶ συγκοπῇ λεπρός.</w:t>
      </w:r>
    </w:p>
    <w:p>
      <w:r>
        <w:rPr>
          <w:rFonts w:ascii="Courier New" w:hAnsi="Courier New"/>
          <w:color w:val="555555"/>
          <w:sz w:val="20"/>
        </w:rPr>
        <w:t>[15]</w:t>
      </w:r>
    </w:p>
    <w:p>
      <w:r>
        <w:rPr>
          <w:rFonts w:ascii="Gentium Plus" w:hAnsi="Gentium Plus"/>
          <w:sz w:val="24"/>
        </w:rPr>
        <w:t>Λύχνος. ὁ λύων τὸ νύχος, τουτέστι τὸ σκότος. οὕτως Ἀριστόνικος ἐν τῷ περὶ σημείων τοῦ Ὁμήρου. Λαρύξ. ὁμοίως διὰ γὰρ τούτων, τοῦ λαιμοῦ καὶ λά‐ ρυγγος, τὴν ἀπόλαυσιν ἔχομεν τῶν τροφῶν. οὕτως Ἀρι‐ στόνικος ἐν τῷ περὶ σημείων Ὀδυσσείας.</w:t>
      </w:r>
    </w:p>
    <w:p>
      <w:r>
        <w:rPr>
          <w:rFonts w:ascii="Courier New" w:hAnsi="Courier New"/>
          <w:color w:val="555555"/>
          <w:sz w:val="20"/>
        </w:rPr>
        <w:t>[20]</w:t>
      </w:r>
    </w:p>
    <w:p>
      <w:r>
        <w:rPr>
          <w:rFonts w:ascii="Gentium Plus" w:hAnsi="Gentium Plus"/>
          <w:sz w:val="24"/>
        </w:rPr>
        <w:t>Λίπω. τὸ ἐπιθυμῶ. λῶ ἐστὶ θέλω· οὗ παράγωγον λίτω· ὡς παρὰ τὸ χρίω χρίπτω, καὶ πλεονασμῷ τοῦ μ, χρίμπτω. χρῶ, τὸ χροὸς ἅπτεσθαι. χρῶ χραύω. Λόγχη λόγχας τὰς μερίδας Ἴωνες λέγουσιν. Ἴων</w:t>
      </w:r>
    </w:p>
    <w:p>
      <w:r>
        <w:rPr>
          <w:rFonts w:ascii="Courier New" w:hAnsi="Courier New"/>
          <w:color w:val="555555"/>
          <w:sz w:val="20"/>
        </w:rPr>
        <w:t>[25]</w:t>
      </w:r>
    </w:p>
    <w:p>
      <w:r>
        <w:rPr>
          <w:rFonts w:ascii="Gentium Plus" w:hAnsi="Gentium Plus"/>
          <w:sz w:val="24"/>
        </w:rPr>
        <w:t>ἐν Κίου κτήσει. ἐκ τῆς Τέω λόγχης λόγχας ποι‐</w:t>
      </w:r>
    </w:p>
    <w:p>
      <w:r>
        <w:rPr>
          <w:rFonts w:ascii="Courier New" w:hAnsi="Courier New"/>
          <w:color w:val="555555"/>
          <w:sz w:val="20"/>
        </w:rPr>
        <w:t>[lambda 95]</w:t>
      </w:r>
    </w:p>
    <w:p>
      <w:r>
        <w:rPr>
          <w:rFonts w:ascii="Gentium Plus" w:hAnsi="Gentium Plus"/>
          <w:sz w:val="24"/>
        </w:rPr>
        <w:t>εῖν πεντήκοντα. εἴρηται δὲ παρὰ τὴν λῆξιν, λάχην τινὰ οὖσαν, καὶ μεταθέσει τοῦ α εἰς ο, καὶ πλε‐ ονασμῷ τοῦ γ, λόγχη. παρὰ δὲ τὴν λόγχην, λογχῶ ἐστὶ ῥῆμα, καὶ παρακείμενος λελόγχηκα, καὶ μέσος</w:t>
      </w:r>
    </w:p>
    <w:p>
      <w:r>
        <w:rPr>
          <w:rFonts w:ascii="Courier New" w:hAnsi="Courier New"/>
          <w:color w:val="555555"/>
          <w:sz w:val="20"/>
        </w:rPr>
        <w:t>[5]</w:t>
      </w:r>
    </w:p>
    <w:p>
      <w:r>
        <w:rPr>
          <w:rFonts w:ascii="Gentium Plus" w:hAnsi="Gentium Plus"/>
          <w:sz w:val="24"/>
        </w:rPr>
        <w:t>παρακείμενος λέλογχα. Λείρια. παρὰ τὸ λεῖον. ὁ αὐτὸς οὕτω φησί. Λαγνεία. λαγυνεία τις οὖσα. παρὰ τὸ λα, τὸ ἐπιτα‐ τικὸν μόριον, καὶ τὴν γενικήν. Λίχανος. παρὰ τὸ λίαν ἰσχανᾶν, ὅ ἐστι ἐπιθυμεῖν.</w:t>
      </w:r>
    </w:p>
    <w:p>
      <w:r>
        <w:rPr>
          <w:rFonts w:ascii="Courier New" w:hAnsi="Courier New"/>
          <w:color w:val="555555"/>
          <w:sz w:val="20"/>
        </w:rPr>
        <w:t>[10]</w:t>
      </w:r>
    </w:p>
    <w:p>
      <w:r>
        <w:rPr>
          <w:rFonts w:ascii="Gentium Plus" w:hAnsi="Gentium Plus"/>
          <w:sz w:val="24"/>
        </w:rPr>
        <w:t>Λιμβός. παρὰ τὸ λίαν καὶ τὴν βόσιν, ἥ ἐστι τροφή. λιμβὸς, ὁ σφόδρα περὶ ταύτην ἔχων. Λαλῶ. λῶ, ἀναδιπλασιασμὸς λαλῶ. παράγωγον τοῦ λῶ λάσω καὶ λάσκω. τοιαῦτα λάσκεις τοὺς ἀναγκαί‐ ους φίλους. τὸ δὲ λῶ δηλοῖ τὸ θέλω. ὁ δὲ θέ‐</w:t>
      </w:r>
    </w:p>
    <w:p>
      <w:r>
        <w:rPr>
          <w:rFonts w:ascii="Courier New" w:hAnsi="Courier New"/>
          <w:color w:val="555555"/>
          <w:sz w:val="20"/>
        </w:rPr>
        <w:t>[15]</w:t>
      </w:r>
    </w:p>
    <w:p>
      <w:r>
        <w:rPr>
          <w:rFonts w:ascii="Gentium Plus" w:hAnsi="Gentium Plus"/>
          <w:sz w:val="24"/>
        </w:rPr>
        <w:t>λει τὶς, καὶ φθέγγεται. προϋπάρχει δὲ τοῦ λό‐ γου ἡ ψυχικὴ διάθεσις. οὕτω Φιλόξενος ἐν τῷ περὶ τῆς Ἰάδος διαλέκτου. Λάλλαι. αἱ ψῆφοι αἱ παραθαλάσσιαι. λαλῶ ἐστὶ ῥῆμα, οὗ ὄνομα ῥηματικὸν λαλὴ, καὶ πλεονασμῷ τοῦ λ, λάλ‐</w:t>
      </w:r>
    </w:p>
    <w:p>
      <w:r>
        <w:rPr>
          <w:rFonts w:ascii="Courier New" w:hAnsi="Courier New"/>
          <w:color w:val="555555"/>
          <w:sz w:val="20"/>
        </w:rPr>
        <w:t>[20]</w:t>
      </w:r>
    </w:p>
    <w:p>
      <w:r>
        <w:rPr>
          <w:rFonts w:ascii="Gentium Plus" w:hAnsi="Gentium Plus"/>
          <w:sz w:val="24"/>
        </w:rPr>
        <w:t>λαι. λάλλαι δὲ αἱ ψῆφοι αἱ ὑπὸ τῶν κυμάτων κινού‐ μεναι, αἳ ψόφον τινὰ ἀποτελοῦσιν. οὕτος ὁ αὐτὸς ἐν τῷ αὐτῷ βιβλίῳ. Λεπτός. παρὰ τὸ λέπω, ὅ ἐστι λεπίζω. Λεύσω. βλέπω ἐστὶ ῥῆμα, ὅθεν ἀβλαπτῶ, ὅπερ</w:t>
      </w:r>
    </w:p>
    <w:p>
      <w:r>
        <w:rPr>
          <w:rFonts w:ascii="Courier New" w:hAnsi="Courier New"/>
          <w:color w:val="555555"/>
          <w:sz w:val="20"/>
        </w:rPr>
        <w:t>[25]</w:t>
      </w:r>
    </w:p>
    <w:p>
      <w:r>
        <w:rPr>
          <w:rFonts w:ascii="Gentium Plus" w:hAnsi="Gentium Plus"/>
          <w:sz w:val="24"/>
        </w:rPr>
        <w:t>κατ’ Αἰολέας γίνεται βλέπω. ὡς ὄπτω ὄσσω· ὀσσό‐ μενος πατέρ’ ἐσθλόν. καὶ ἀποβολῇ τοῦ β, λέσσω, καὶ πλεονασμῷ τοῦ υ, λεύσσω.</w:t>
      </w:r>
    </w:p>
    <w:p>
      <w:r>
        <w:rPr>
          <w:rFonts w:ascii="Courier New" w:hAnsi="Courier New"/>
          <w:color w:val="555555"/>
          <w:sz w:val="20"/>
        </w:rPr>
        <w:t>[lambda 96]</w:t>
      </w:r>
    </w:p>
    <w:p>
      <w:r>
        <w:rPr>
          <w:rFonts w:ascii="Gentium Plus" w:hAnsi="Gentium Plus"/>
          <w:sz w:val="24"/>
        </w:rPr>
        <w:t>ἔχω, ἧς ἐστὶν ἔχεσθαι καὶ λαβέσθαι. ἡ γὰρ τρίχωσις εὔληπτος. οὕτως Ἡρακλείδης. Λάπτω. παρὰ τὸ λα μόριον ἐπίτασιν δηλοῦν, ὡς καὶ τὸ αρι, καὶ τὸ ερι, καὶ τὸ ζα. τὰ λάπτω οὖν δηλοῖ τὸ</w:t>
      </w:r>
    </w:p>
    <w:p>
      <w:r>
        <w:rPr>
          <w:rFonts w:ascii="Courier New" w:hAnsi="Courier New"/>
          <w:color w:val="555555"/>
          <w:sz w:val="20"/>
        </w:rPr>
        <w:t>[5]</w:t>
      </w:r>
    </w:p>
    <w:p>
      <w:r>
        <w:rPr>
          <w:rFonts w:ascii="Gentium Plus" w:hAnsi="Gentium Plus"/>
          <w:sz w:val="24"/>
        </w:rPr>
        <w:t>λίαν ἅπτεσθαι. λάπτοντες, οἷον προσκείμενοι τῷ ὕ‐ δατι. Λύρα. παρὰ τὸ λύω, οὗ ὁ μέλλων λύσω. λύτρα ἐδόθη τῷ Ἀπόλλωνι παρὰ τοῦ Ἑρμοῦ, ὑπὲρ ὧν ἔκλε‐ ψε βοῶν ὁ αὐτὸς Ἑρμῆς.</w:t>
      </w:r>
    </w:p>
    <w:p>
      <w:r>
        <w:rPr>
          <w:rFonts w:ascii="Courier New" w:hAnsi="Courier New"/>
          <w:color w:val="555555"/>
          <w:sz w:val="20"/>
        </w:rPr>
        <w:t>[10]</w:t>
      </w:r>
    </w:p>
    <w:p>
      <w:r>
        <w:rPr>
          <w:rFonts w:ascii="Gentium Plus" w:hAnsi="Gentium Plus"/>
          <w:sz w:val="24"/>
        </w:rPr>
        <w:t>Λαίλαψ. λάπτω, ὁ μέλλων λάψω, καὶ ἀποβολῇ τοῦ ω, λὰψ, καὶ κατ’ ἀναδιπλασιασμὸν, λαίλαψ, μετὰ προ‐ θέσεως τοῦ ι· δηλοῦσα τὴν λίαν καὶ σφοδρὰν καὶ ἐπιτεταμένην λαβρότητα τοῦ πνεύματος. Λάβραξ. παρὰ τὸ λάβρως ἐσθίειν. ἀδδηφάγον γὰρ</w:t>
      </w:r>
    </w:p>
    <w:p>
      <w:r>
        <w:rPr>
          <w:rFonts w:ascii="Courier New" w:hAnsi="Courier New"/>
          <w:color w:val="555555"/>
          <w:sz w:val="20"/>
        </w:rPr>
        <w:t>[15]</w:t>
      </w:r>
    </w:p>
    <w:p>
      <w:r>
        <w:rPr>
          <w:rFonts w:ascii="Gentium Plus" w:hAnsi="Gentium Plus"/>
          <w:sz w:val="24"/>
        </w:rPr>
        <w:t>τὸ ζῶον. Λάγνος. παρώνυμον γυνὴ, καὶ συγκοπῇ λάγνος. ἀφ’ οὗ λαγνία, ὡς κακὸς κακία. Λάξ. παρὰ τὸ λήγω ῥῆμα, οὗ μέλλων λήξω, λὴξ λὰξ, τὸ τῷ λήγοντι μέρει τοῦ ποδὸς, τουτέστι, τῷ ἄκρῳ</w:t>
      </w:r>
    </w:p>
    <w:p>
      <w:r>
        <w:rPr>
          <w:rFonts w:ascii="Courier New" w:hAnsi="Courier New"/>
          <w:color w:val="555555"/>
          <w:sz w:val="20"/>
        </w:rPr>
        <w:t>[20]</w:t>
      </w:r>
    </w:p>
    <w:p>
      <w:r>
        <w:rPr>
          <w:rFonts w:ascii="Gentium Plus" w:hAnsi="Gentium Plus"/>
          <w:sz w:val="24"/>
        </w:rPr>
        <w:t>πλήττειν. Λόγχη. παρὰ τὸ λίαν ἔχεσθαι ὑπὸ τοῦ χρωμένου Λίβανος. παρὰ τὸ λείβω. καταστάζεται γὰρ ἀπὸ τοῦ φυτοῦ. λείβω, λείψω, λιμὸς, καὶ παρὰ τὸ αὐτὸ ῥῆμα.</w:t>
      </w:r>
    </w:p>
    <w:p>
      <w:r>
        <w:rPr>
          <w:rFonts w:ascii="Courier New" w:hAnsi="Courier New"/>
          <w:color w:val="555555"/>
          <w:sz w:val="20"/>
        </w:rPr>
        <w:t>[25]</w:t>
      </w:r>
    </w:p>
    <w:p>
      <w:r>
        <w:rPr>
          <w:rFonts w:ascii="Gentium Plus" w:hAnsi="Gentium Plus"/>
          <w:sz w:val="24"/>
        </w:rPr>
        <w:t>Λοιμός. ἔλλειψις γὰρ ἑκατέρωθεν, καὶ σωμάτων καὶ τροφῶν. Λακίδες. ἐπὶ σχίσματος ἱματίου. παρὰ τὸ λακεῖν καὶ ψοφεῖν· ἡρέμα ἐνσχίζεσθαι. οὕτως Ἀρίσταρχος ἐν</w:t>
      </w:r>
    </w:p>
    <w:p>
      <w:pPr>
        <w:jc w:val="center"/>
      </w:pPr>
      <w:r>
        <w:rPr>
          <w:rFonts w:ascii="Gentium Plus" w:hAnsi="Gentium Plus"/>
          <w:b/>
          <w:sz w:val="24"/>
        </w:rPr>
        <w:t>ΑΡΧΗ ΤΟΥ Μ.</w:t>
      </w:r>
    </w:p>
    <w:p>
      <w:r>
        <w:rPr>
          <w:rFonts w:ascii="Courier New" w:hAnsi="Courier New"/>
          <w:color w:val="555555"/>
          <w:sz w:val="20"/>
        </w:rPr>
        <w:t>[1]</w:t>
      </w:r>
    </w:p>
    <w:p>
      <w:r>
        <w:rPr>
          <w:rFonts w:ascii="Gentium Plus" w:hAnsi="Gentium Plus"/>
          <w:sz w:val="24"/>
        </w:rPr>
        <w:t>Μάρτυς. παρὰ τὸ μάρπτω, τὸ καταλαμβάνω, μάρπτυς, ἀποβολῇ τοῦ π. ὁ ἐκ τοῦ κατειληφέναι δυνάμενός τι περὶ αὐτοῦ εἰπεῖν. ὁ δὲ Φιλόξενος φησὶ παρὰ τὸ μαί‐ ρω. ὁ λάμπων, ὁ λαμπρύνων, καὶ εἰς φῶς ἄγων τὸ</w:t>
      </w:r>
    </w:p>
    <w:p>
      <w:r>
        <w:rPr>
          <w:rFonts w:ascii="Courier New" w:hAnsi="Courier New"/>
          <w:color w:val="555555"/>
          <w:sz w:val="20"/>
        </w:rPr>
        <w:t>[5]</w:t>
      </w:r>
    </w:p>
    <w:p>
      <w:r>
        <w:rPr>
          <w:rFonts w:ascii="Gentium Plus" w:hAnsi="Gentium Plus"/>
          <w:sz w:val="24"/>
        </w:rPr>
        <w:t>προκείμενον, δι’ ὧν μαρτυρεῖ. μαίρω, μάρτος, μάρτυς, τροπῇ τοῦ ο εἰς υ. Μάρνασθαι. παρὰ τὸ μαραίνεσθαι καὶ πολέμῳ φθείρε‐ σθαι. ἢ ἀποβολῇ τοῦ ρ, μάνασθαι. παρὰ τὸ ..... Μυκάλη. παρὰ τὸ ἐκεῖ μυκᾶσθαι τὰς Γοργόνας δια—</w:t>
      </w:r>
    </w:p>
    <w:p>
      <w:r>
        <w:rPr>
          <w:rFonts w:ascii="Courier New" w:hAnsi="Courier New"/>
          <w:color w:val="555555"/>
          <w:sz w:val="20"/>
        </w:rPr>
        <w:t>[10]</w:t>
      </w:r>
    </w:p>
    <w:p>
      <w:r>
        <w:rPr>
          <w:rFonts w:ascii="Gentium Plus" w:hAnsi="Gentium Plus"/>
          <w:sz w:val="24"/>
        </w:rPr>
        <w:t>Οʹθος. παρὰ τὸν μολυσμὸν τῶν φόνων. ἢ παρὰ .... ... τοὺς μαχομένους καὶ εἰς τὸ αὐτὸ συντρέχειν. Μαιμώωσα. πλεονασμῷ τοῦ μ, οἷον αἱμώωσα, αἵματος ἐπιθυμοῦσα. ἀπὸ τῶν ἐμψύχων ἡ μεταφορά. δύνα‐ ται καὶ παρὰ τὸ μῶ, διπλασιασμὸς μαιμῶ. μῶ δὲ</w:t>
      </w:r>
    </w:p>
    <w:p>
      <w:r>
        <w:rPr>
          <w:rFonts w:ascii="Courier New" w:hAnsi="Courier New"/>
          <w:color w:val="555555"/>
          <w:sz w:val="20"/>
        </w:rPr>
        <w:t>[15]</w:t>
      </w:r>
    </w:p>
    <w:p>
      <w:r>
        <w:rPr>
          <w:rFonts w:ascii="Gentium Plus" w:hAnsi="Gentium Plus"/>
          <w:sz w:val="24"/>
        </w:rPr>
        <w:t>τὸ ζηθῶ, ἀπὸ τοῦ μῶ μῶμαι. ἀπὸ δὲ τοῦ μαί‐ μω, μαίμησε δέ οἱ φίλον ἦτορ. παρὰ δὲ τὸ μῶ μαίω, μαιομένη κευθμῶνα, γίνεται. Μαργαίνειν. καὶ μάργος, ὁ μαινόμενος, ᾧ μὴ ἐστὶν ἀρή‐ γειν καὶ βοηθεῖν. Μαχὸς ἀπὸ τοῦ μεμοιχέναι, ἢ</w:t>
      </w:r>
    </w:p>
    <w:p>
      <w:r>
        <w:rPr>
          <w:rFonts w:ascii="Courier New" w:hAnsi="Courier New"/>
          <w:color w:val="555555"/>
          <w:sz w:val="20"/>
        </w:rPr>
        <w:t>[20]</w:t>
      </w:r>
    </w:p>
    <w:p>
      <w:r>
        <w:rPr>
          <w:rFonts w:ascii="Gentium Plus" w:hAnsi="Gentium Plus"/>
          <w:sz w:val="24"/>
        </w:rPr>
        <w:t>νυχός τις ὢν, οἷον σκοτεινός.</w:t>
      </w:r>
    </w:p>
    <w:p>
      <w:r>
        <w:rPr>
          <w:rFonts w:ascii="Courier New" w:hAnsi="Courier New"/>
          <w:color w:val="555555"/>
          <w:sz w:val="20"/>
        </w:rPr>
        <w:t>[mu 98]</w:t>
      </w:r>
    </w:p>
    <w:p>
      <w:r>
        <w:rPr>
          <w:rFonts w:ascii="Gentium Plus" w:hAnsi="Gentium Plus"/>
          <w:sz w:val="24"/>
        </w:rPr>
        <w:t>Μέτωπον. πρόθεσις ἀντὶ προθέσεως. τὸ ὑπὲρ τοὺς ὦπας μέρος, οἷον ὑπερτώπον. Μενοεικές. τὸ μένει. εἰκὸς καὶ ἀρεστόν. Μιστύλλειν. τὸ καταμικόπτειν. παρὰ τὸ μεῖον.</w:t>
      </w:r>
    </w:p>
    <w:p>
      <w:r>
        <w:rPr>
          <w:rFonts w:ascii="Courier New" w:hAnsi="Courier New"/>
          <w:color w:val="555555"/>
          <w:sz w:val="20"/>
        </w:rPr>
        <w:t>[5]</w:t>
      </w:r>
    </w:p>
    <w:p>
      <w:r>
        <w:rPr>
          <w:rFonts w:ascii="Gentium Plus" w:hAnsi="Gentium Plus"/>
          <w:sz w:val="24"/>
        </w:rPr>
        <w:t>Μαλερόν. τὸ μαραντικὸν, ἢ τὸ λαμπρὸν, παρὰ τὸ μαί‐ ρειν, ὅ ἐστι λάμπειν. Ὅθεν τὸ μαρμαίρω, πλεονάσαν‐ τος τοῦ ρ. εἶναι μαλερὸν, καὶ τροπῇ τοῦ ρ εἰς λ, μαλερόν. Μαίρα, ἡ κύων τοῦ Ὠρίωνος. παρὰ τὸ μαίρω, τὸ</w:t>
      </w:r>
    </w:p>
    <w:p>
      <w:r>
        <w:rPr>
          <w:rFonts w:ascii="Courier New" w:hAnsi="Courier New"/>
          <w:color w:val="555555"/>
          <w:sz w:val="20"/>
        </w:rPr>
        <w:t>[10]</w:t>
      </w:r>
    </w:p>
    <w:p>
      <w:r>
        <w:rPr>
          <w:rFonts w:ascii="Gentium Plus" w:hAnsi="Gentium Plus"/>
          <w:sz w:val="24"/>
        </w:rPr>
        <w:t>λάμπω, καὶ διπλασιασμὸς μαρμαίρω, ὅθεν μάρμαρος. Μάρψαι. κυρίως τὸ ἐν ταῖς χερσὶ συλλαβεῖν. μάρη γὰρ ἔλεγον τὰς χεῖρας. ἔνθεν τὸ εὐχερὲς, εὐμαρές. οὕτως εὗρον ἐν Ὑπομνήματι Ἰλιάδος. Μύρεσθαι. παρὰ τὸ μύρειν καὶ ῥεῖν τὰ δάκρυα.</w:t>
      </w:r>
    </w:p>
    <w:p>
      <w:r>
        <w:rPr>
          <w:rFonts w:ascii="Courier New" w:hAnsi="Courier New"/>
          <w:color w:val="555555"/>
          <w:sz w:val="20"/>
        </w:rPr>
        <w:t>[15]</w:t>
      </w:r>
    </w:p>
    <w:p>
      <w:r>
        <w:rPr>
          <w:rFonts w:ascii="Gentium Plus" w:hAnsi="Gentium Plus"/>
          <w:sz w:val="24"/>
        </w:rPr>
        <w:t>Μελπόμενος. τηκόμενος. κυρίως δὲ μέλδειν, τὸ τὰ μέλη ἔδειν, ὅ ἐστιν ἐσθίειν, ὅ ἐστι μελέδειν. Μόρσιμος. μόρος μόριμος. πλεονασμῷ τοῦ ς, μόρσιμος. Μῖσος. παρὰ τὸ μὴ ἴσον εἶναι. Μήρινθος. ἡ σπάρτη. παρὰ τὸ μύρεσθαι, καὶ καταῤῥεῖν</w:t>
      </w:r>
    </w:p>
    <w:p>
      <w:r>
        <w:rPr>
          <w:rFonts w:ascii="Courier New" w:hAnsi="Courier New"/>
          <w:color w:val="555555"/>
          <w:sz w:val="20"/>
        </w:rPr>
        <w:t>[20]</w:t>
      </w:r>
    </w:p>
    <w:p>
      <w:r>
        <w:rPr>
          <w:rFonts w:ascii="Gentium Plus" w:hAnsi="Gentium Plus"/>
          <w:sz w:val="24"/>
        </w:rPr>
        <w:t>ἐν τῷ κλώθεσθαι αὐτήν. Μυλήφατος. παρὰ τὸ ὑπὸ μύλης συντετρίφθαι.</w:t>
      </w:r>
    </w:p>
    <w:p>
      <w:r>
        <w:rPr>
          <w:rFonts w:ascii="Courier New" w:hAnsi="Courier New"/>
          <w:color w:val="555555"/>
          <w:sz w:val="20"/>
        </w:rPr>
        <w:t>[mu 99]</w:t>
      </w:r>
    </w:p>
    <w:p>
      <w:r>
        <w:rPr>
          <w:rFonts w:ascii="Gentium Plus" w:hAnsi="Gentium Plus"/>
          <w:sz w:val="24"/>
        </w:rPr>
        <w:t>ἀλλ’ Ὀδυσσεὺς ἐπὶ μάστακα χερσὶ πίεζε. ἐπὶ δὲ τῆς τροφῆς ὅτε λέγεται· μάστακ’, ἐπεί κε λάβῃσι, παρὰ τὸ μαστεύειν αὐτὴν τὰ βρέφη. ἐπὶ δὲ τοῦ στό‐ ματος, παρὰ τὸ μασᾶσθαι.</w:t>
      </w:r>
    </w:p>
    <w:p>
      <w:r>
        <w:rPr>
          <w:rFonts w:ascii="Courier New" w:hAnsi="Courier New"/>
          <w:color w:val="555555"/>
          <w:sz w:val="20"/>
        </w:rPr>
        <w:t>[5]</w:t>
      </w:r>
    </w:p>
    <w:p>
      <w:r>
        <w:rPr>
          <w:rFonts w:ascii="Gentium Plus" w:hAnsi="Gentium Plus"/>
          <w:sz w:val="24"/>
        </w:rPr>
        <w:t>Μετέωρος. ὁ κοῦφος. παρὰ τὸν ὦρον τὸν χρόνον. Ὁμή‐ ρῳ· ἐννέωροι γὰρ τοί γε καὶ ἐννεαπήχεες ἦσαν. Μύλη. παρὰ τὸ μειοῦν καὶ τὸ ἀλοᾶν, οἷον ἐς λεπτὰ ἀλ‐ λοιᾶν. Μᾶσσον. τὸ μέγα καὶ μακρόν. παρὰ τὸ μὴ ἆσσον εἶ‐</w:t>
      </w:r>
    </w:p>
    <w:p>
      <w:r>
        <w:rPr>
          <w:rFonts w:ascii="Courier New" w:hAnsi="Courier New"/>
          <w:color w:val="555555"/>
          <w:sz w:val="20"/>
        </w:rPr>
        <w:t>[10]</w:t>
      </w:r>
    </w:p>
    <w:p>
      <w:r>
        <w:rPr>
          <w:rFonts w:ascii="Gentium Plus" w:hAnsi="Gentium Plus"/>
          <w:sz w:val="24"/>
        </w:rPr>
        <w:t>ναί τινος, ὅ ἐστιν ἐγγύς. Μυκαλεσσός. ἡ πόλις. ὅτι ἐκεῖσε ἐμυκήσατο ἡ βοῦς ἡ προηγησαμένη τοῦ Κάδμου εἰς τὴν κτίσιν τῶν θνη‐ τῶν, κατὰ χρησμὸν Ἀπόλλωνος. Μικρός. παρὰ τὸ μεῖον, μικρός.</w:t>
      </w:r>
    </w:p>
    <w:p>
      <w:r>
        <w:rPr>
          <w:rFonts w:ascii="Courier New" w:hAnsi="Courier New"/>
          <w:color w:val="555555"/>
          <w:sz w:val="20"/>
        </w:rPr>
        <w:t>[15]</w:t>
      </w:r>
    </w:p>
    <w:p>
      <w:r>
        <w:rPr>
          <w:rFonts w:ascii="Gentium Plus" w:hAnsi="Gentium Plus"/>
          <w:sz w:val="24"/>
        </w:rPr>
        <w:t>Μιγητή. ἡ πόρνη. μισγητή τις οὖσα. παρὰ τὸ μίσγε‐ σθαι. Μοῖρα. παρὰ τὸ μείρω τὸ μερίζω. ἡ αὐτὴ δὲ εἱμαρμέ‐ νη, παρὰ τὸ μεμερίσθαι ἑκάστῳ. Μαρίλη. τὸ λεπτὸν τῶν ἀνθρακῶν. παρὰ τὸ μάρω,</w:t>
      </w:r>
    </w:p>
    <w:p>
      <w:r>
        <w:rPr>
          <w:rFonts w:ascii="Courier New" w:hAnsi="Courier New"/>
          <w:color w:val="555555"/>
          <w:sz w:val="20"/>
        </w:rPr>
        <w:t>[20]</w:t>
      </w:r>
    </w:p>
    <w:p>
      <w:r>
        <w:rPr>
          <w:rFonts w:ascii="Gentium Plus" w:hAnsi="Gentium Plus"/>
          <w:sz w:val="24"/>
        </w:rPr>
        <w:t>ἀφ’ οὗ μαραίνω, μάρω, μαρίλη. Μέρος. παρὰ τὸ μειοῦσθαι πρὸς τὸ ὅλον. ἢ παρὰ τὸ μείρω. μερίζεται γὰρ κατ’ ἐκεῖνα τὰ μέρη τὸ σῶ‐ μα. καὶ τὸ μηρός ὁμοίως. Μήδεα. τὰ αἰδοῖα. παρὰ τὸ μέδειν καὶ ἄρχειν τῆς</w:t>
      </w:r>
    </w:p>
    <w:p>
      <w:r>
        <w:rPr>
          <w:rFonts w:ascii="Courier New" w:hAnsi="Courier New"/>
          <w:color w:val="555555"/>
          <w:sz w:val="20"/>
        </w:rPr>
        <w:t>[25]</w:t>
      </w:r>
    </w:p>
    <w:p>
      <w:r>
        <w:rPr>
          <w:rFonts w:ascii="Gentium Plus" w:hAnsi="Gentium Plus"/>
          <w:sz w:val="24"/>
        </w:rPr>
        <w:t>γενέσεως. Μέζεα. κατὰ μετάθεσιν τοῦ δ εἰς ζ. Μήτρα. ὅτι μήτηρ ἐστὶ τοῦ γεννωμένου, ὡς πατὴρ πά‐ τρα κατὰ μετάθεσιν τοῦ ρ, καὶ μήτηρ μήτρα. Μύλη. ἐπὶ τῆς ἐπιγονατίδος. ἀπὸ τῆς ἔξω πρὸς τὴν</w:t>
      </w:r>
    </w:p>
    <w:p>
      <w:r>
        <w:rPr>
          <w:rFonts w:ascii="Courier New" w:hAnsi="Courier New"/>
          <w:color w:val="555555"/>
          <w:sz w:val="20"/>
        </w:rPr>
        <w:t>[30]</w:t>
      </w:r>
    </w:p>
    <w:p>
      <w:r>
        <w:rPr>
          <w:rFonts w:ascii="Gentium Plus" w:hAnsi="Gentium Plus"/>
          <w:sz w:val="24"/>
        </w:rPr>
        <w:t>μηχανὴν ἐμφερείας. διὰ τὸ ἄνω εἶναι τοῦ ἄρθρου τὸ</w:t>
      </w:r>
    </w:p>
    <w:p>
      <w:r>
        <w:rPr>
          <w:rFonts w:ascii="Courier New" w:hAnsi="Courier New"/>
          <w:color w:val="555555"/>
          <w:sz w:val="20"/>
        </w:rPr>
        <w:t>[mu 100]</w:t>
      </w:r>
    </w:p>
    <w:p>
      <w:r>
        <w:rPr>
          <w:rFonts w:ascii="Gentium Plus" w:hAnsi="Gentium Plus"/>
          <w:sz w:val="24"/>
        </w:rPr>
        <w:t>κοῖλον, ὡς καὶ τῆς μύλης τὸ ὕπερθεν, καὶ τὰ ἐμβαλ‐ λόμενα πρὸς τὸ ἀλεσθῆναι τὰ σπέρματα. Μύξα. παρὰ τὸ ἐκ μυκτῆρος ἐκκρίνεσθαι. Μάγειρος. παρὰ τὸ μάσσω, ἤγουν ὁ τὰς μάζας μερίζων.</w:t>
      </w:r>
    </w:p>
    <w:p>
      <w:r>
        <w:rPr>
          <w:rFonts w:ascii="Courier New" w:hAnsi="Courier New"/>
          <w:color w:val="555555"/>
          <w:sz w:val="20"/>
        </w:rPr>
        <w:t>[5]</w:t>
      </w:r>
    </w:p>
    <w:p>
      <w:r>
        <w:rPr>
          <w:rFonts w:ascii="Gentium Plus" w:hAnsi="Gentium Plus"/>
          <w:sz w:val="24"/>
        </w:rPr>
        <w:t>οὕτως Ἡρωδιανὸς ἐν τῇ Ὀρθογραφίᾳ. καὶ Φιλόξενος ἐν τῷ περὶ Ἀναδιπλασιασμοῦ, πλεονασμὸν λέγει τὸ μ. παρὰ τὸ ἀγύρειν τὸ ἀθροίζειν, ἤτοι ἐξ ὧν ἀρτύει, ἢ ὧν παρασκευάζει ὄψων. Μάστυξ. αἱ τοῦ ἄνω χείλους τρίχες ἀπὸ τοῦ μυκτῆ‐</w:t>
      </w:r>
    </w:p>
    <w:p>
      <w:r>
        <w:rPr>
          <w:rFonts w:ascii="Courier New" w:hAnsi="Courier New"/>
          <w:color w:val="555555"/>
          <w:sz w:val="20"/>
        </w:rPr>
        <w:t>[10]</w:t>
      </w:r>
    </w:p>
    <w:p>
      <w:r>
        <w:rPr>
          <w:rFonts w:ascii="Gentium Plus" w:hAnsi="Gentium Plus"/>
          <w:sz w:val="24"/>
        </w:rPr>
        <w:t>ρος. ἢ μέσταξ, ἀπὸ τοῦ μεσοῦσθαι τῶν τριχῶν, ἤτοι μεστοὺς εἶναι. Μαλλός. ἐπὶ τῶν πλαγίων τριχῶν τῶν τῆς κεφαλῆς. εἴ‐ ρηται δὲ ἀπὸ ἐμφερείας τῶν τοῦ προβάτου μαλλῶν. Μήνιγγες λέγονται διὰ τὸ μένειν ἐν αὐταῖς τὸν ἐγκέφα‐</w:t>
      </w:r>
    </w:p>
    <w:p>
      <w:r>
        <w:rPr>
          <w:rFonts w:ascii="Courier New" w:hAnsi="Courier New"/>
          <w:color w:val="555555"/>
          <w:sz w:val="20"/>
        </w:rPr>
        <w:t>[15]</w:t>
      </w:r>
    </w:p>
    <w:p>
      <w:r>
        <w:rPr>
          <w:rFonts w:ascii="Gentium Plus" w:hAnsi="Gentium Plus"/>
          <w:sz w:val="24"/>
        </w:rPr>
        <w:t>λον. οὕτω Σωρανὸς λέγει. Μυελός. οἷον μυχελὸς, παρὰ τὸ ἐν μυχῷ εἰλεῖσθαι, ἢ ἀλαζονεύεσθαι, ἢ λεῖον εἶναι, ἢ ἐν μεμυκότι ὀστέῳ τυγχάνειν. οὕτω Σωρανός. Μύωψ. ὁ μύειν συνεχῶς τοὺς ὦπας ποιῶν.</w:t>
      </w:r>
    </w:p>
    <w:p>
      <w:r>
        <w:rPr>
          <w:rFonts w:ascii="Courier New" w:hAnsi="Courier New"/>
          <w:color w:val="555555"/>
          <w:sz w:val="20"/>
        </w:rPr>
        <w:t>[20]</w:t>
      </w:r>
    </w:p>
    <w:p>
      <w:r>
        <w:rPr>
          <w:rFonts w:ascii="Gentium Plus" w:hAnsi="Gentium Plus"/>
          <w:sz w:val="24"/>
        </w:rPr>
        <w:t>Μυκτήρ. ἀπὸ τοῦ τὴν μύξαν δι’ αὐτοῦ ἐξιέναι. ἢ ἀπὸ τοῦ μύξας τινὰς ἐφ’ ἑαυτῷ ἔχειν, τουτέστι πόρους, ἢ ἀπὸ τοῦ ἡγεμονικοῦ τεταγμένος τῆς αἰσθήσεως. ὅθεν καὶ μυκτηρίζεν λέγομεν τοὺς ἐν τῷ διαπαίζειν τινὰς τοῦτό πως τὸ μέρος ἐπισπῶντας. οὕτως ὁ αὐτὸς</w:t>
      </w:r>
    </w:p>
    <w:p>
      <w:r>
        <w:rPr>
          <w:rFonts w:ascii="Courier New" w:hAnsi="Courier New"/>
          <w:color w:val="555555"/>
          <w:sz w:val="20"/>
        </w:rPr>
        <w:t>[25]</w:t>
      </w:r>
    </w:p>
    <w:p>
      <w:r>
        <w:rPr>
          <w:rFonts w:ascii="Gentium Plus" w:hAnsi="Gentium Plus"/>
          <w:sz w:val="24"/>
        </w:rPr>
        <w:t>Σωρανός. Μύλαι. τῶν ὀδόντων λέγονται, διὰ τὸ ἐπ’ αὐτῶν λεαί‐ νεσθαι, ἤτοι τρίβεσθαι τὴν τροφήν. Μασχάλη. ἀπὸ τοῦ κεχαλᾶσθαι εἰς μαστὸν, ἢ εἰς ἣν χαλᾶται ὁ μῦς, ἢ ἀπὸ τῆς ἀλέας τῆς διὰ τὴν καμ‐</w:t>
      </w:r>
    </w:p>
    <w:p>
      <w:r>
        <w:rPr>
          <w:rFonts w:ascii="Courier New" w:hAnsi="Courier New"/>
          <w:color w:val="555555"/>
          <w:sz w:val="20"/>
        </w:rPr>
        <w:t>[30]</w:t>
      </w:r>
    </w:p>
    <w:p>
      <w:r>
        <w:rPr>
          <w:rFonts w:ascii="Gentium Plus" w:hAnsi="Gentium Plus"/>
          <w:sz w:val="24"/>
        </w:rPr>
        <w:t>πὴν τοῦ σώματος. οὕτω Σωρανός. ὁ δὲ Ἡρακλείδης</w:t>
      </w:r>
    </w:p>
    <w:p>
      <w:r>
        <w:rPr>
          <w:rFonts w:ascii="Courier New" w:hAnsi="Courier New"/>
          <w:color w:val="555555"/>
          <w:sz w:val="20"/>
        </w:rPr>
        <w:t>[mu 101]</w:t>
      </w:r>
    </w:p>
    <w:p>
      <w:r>
        <w:rPr>
          <w:rFonts w:ascii="Gentium Plus" w:hAnsi="Gentium Plus"/>
          <w:sz w:val="24"/>
        </w:rPr>
        <w:t>ἀπὸ τοῦ μαστεύειν τι ὑπ’ αὐτήν· ἐπειδὴ οἱ ὑφαιρού‐ μενοι ὑπ’ αὐτὴν κρύπτουσι. Μαστοί. μασητοί τινες ὄντες, ἢ ἀπὸ τοῦ προσμάττεσθαι καὶ προσφέρεσθαι τούτοις πρώτοις τὰ βρέφη· ἢ οἷον</w:t>
      </w:r>
    </w:p>
    <w:p>
      <w:r>
        <w:rPr>
          <w:rFonts w:ascii="Courier New" w:hAnsi="Courier New"/>
          <w:color w:val="555555"/>
          <w:sz w:val="20"/>
        </w:rPr>
        <w:t>[5]</w:t>
      </w:r>
    </w:p>
    <w:p>
      <w:r>
        <w:rPr>
          <w:rFonts w:ascii="Gentium Plus" w:hAnsi="Gentium Plus"/>
          <w:sz w:val="24"/>
        </w:rPr>
        <w:t>παστοὶ, ἀπὸ τοῦ πάσασθαι· ἢ σπαστοί τινες ὄντες, ἀπὸ τοῦ σπᾶν αὐτοὺς τὰ βρέφη· ἢ ἀπὸ τοῦ ὑπὸ τῶν θηλαζομένων ἐπισπᾶσθαι· ἢ παρὰ τὸ μῶ, τὸ ζηθῶ. παράγωγον μαζῶ, καὶ μαστὸς, ὃν ἐπιζητοῦσιν οἱ παῖ‐ δες. δύναται καὶ παρὰ τὸ μαζῶ μάζα, ἡ ζητουμένη</w:t>
      </w:r>
    </w:p>
    <w:p>
      <w:r>
        <w:rPr>
          <w:rFonts w:ascii="Courier New" w:hAnsi="Courier New"/>
          <w:color w:val="555555"/>
          <w:sz w:val="20"/>
        </w:rPr>
        <w:t>[10]</w:t>
      </w:r>
    </w:p>
    <w:p>
      <w:r>
        <w:rPr>
          <w:rFonts w:ascii="Gentium Plus" w:hAnsi="Gentium Plus"/>
          <w:sz w:val="24"/>
        </w:rPr>
        <w:t>τροφή. Μήτηρ ἡ μαστεύουσα τὰ πρὸς τροφὴν τοῖς κυηθεῖσιν. ἢ ὅτι φυσικῶς αὐτὰ μαστεύει τὰ γεννηθέντα ἡ μήτηρ. Μετάφρενον. ὅτι ἐξόπισθεν τῶν φρενῶν κεῖται. φρένες δὲ ὑμένες. εἰσὶ δὲ μεταξὺ τῆς καρδίας καὶ τοῦ ἥπα‐</w:t>
      </w:r>
    </w:p>
    <w:p>
      <w:r>
        <w:rPr>
          <w:rFonts w:ascii="Courier New" w:hAnsi="Courier New"/>
          <w:color w:val="555555"/>
          <w:sz w:val="20"/>
        </w:rPr>
        <w:t>[15]</w:t>
      </w:r>
    </w:p>
    <w:p>
      <w:r>
        <w:rPr>
          <w:rFonts w:ascii="Gentium Plus" w:hAnsi="Gentium Plus"/>
          <w:sz w:val="24"/>
        </w:rPr>
        <w:t>τος. Μάκαρ ἀποκοπὴ τοῦ μακάριος. οὕτω δὲ ἐγένετο. τὸ κὴρ, κηρὸς, καρὸς, κατὰ συστολὴν κτητικῷ τύπῳ, κάριος, καὶ κατὰ στέρησιν, ἀκάριος, καὶ πλεονασμῷ τοῦ μ, μακάριος, ὡς ἴα μία, ἀποκοπῇ δὲ δύο συλλα‐</w:t>
      </w:r>
    </w:p>
    <w:p>
      <w:r>
        <w:rPr>
          <w:rFonts w:ascii="Courier New" w:hAnsi="Courier New"/>
          <w:color w:val="555555"/>
          <w:sz w:val="20"/>
        </w:rPr>
        <w:t>[20]</w:t>
      </w:r>
    </w:p>
    <w:p>
      <w:r>
        <w:rPr>
          <w:rFonts w:ascii="Gentium Plus" w:hAnsi="Gentium Plus"/>
          <w:sz w:val="24"/>
        </w:rPr>
        <w:t>βῶν, μάκαρ, ἐν δὲ συγκοπῇ, μάκαρς, ἀπὸ τοῦ μα‐ κάριος, ὅθεν ἔμεινε τὸ ς. Μηκίων παρὰ τὸ μακρὸς μακρίων, καὶ μακίων, καὶ τροπῇ τοῦ α εἰς η, μηκίων. ἔνθεν τὸ μήκιστος, καὶ τρίτος τύπος μάσσων.</w:t>
      </w:r>
    </w:p>
    <w:p>
      <w:r>
        <w:rPr>
          <w:rFonts w:ascii="Courier New" w:hAnsi="Courier New"/>
          <w:color w:val="555555"/>
          <w:sz w:val="20"/>
        </w:rPr>
        <w:t>[25]</w:t>
      </w:r>
    </w:p>
    <w:p>
      <w:r>
        <w:rPr>
          <w:rFonts w:ascii="Gentium Plus" w:hAnsi="Gentium Plus"/>
          <w:sz w:val="24"/>
        </w:rPr>
        <w:t>Μέτρον. παρὰ τὸ μείρω τὸ μερίζω, μεῖτρον καὶ μέ‐ τρον, ὡς τὸ δέρω δέρτρον. Μενθῆραι. αἱ φροντίδες, ἀντὶ τοῦ μενεθῆραι, αἱ θηρώ‐ μεναι τὸ μένος, τουτέστι τὴν ψυχήν· οὐ γὰρ ἄλλῳ θηρᾶται ἡ ψυχὴ καὶ κρατεῖται ἢ ταῖς φροντίσιν.</w:t>
      </w:r>
    </w:p>
    <w:p>
      <w:r>
        <w:rPr>
          <w:rFonts w:ascii="Courier New" w:hAnsi="Courier New"/>
          <w:color w:val="555555"/>
          <w:sz w:val="20"/>
        </w:rPr>
        <w:t>[30]</w:t>
      </w:r>
    </w:p>
    <w:p>
      <w:r>
        <w:rPr>
          <w:rFonts w:ascii="Gentium Plus" w:hAnsi="Gentium Plus"/>
          <w:sz w:val="24"/>
        </w:rPr>
        <w:t>Μαστροπός. παρὰ τὸ μαίεσθαι τοὺς τρόπους τῶν πορ‐ νευουσῶν γυναικῶν. Μελέαγρος. παρὰ τὸ μελαίαν ἀγρεύειν ἄγραν.</w:t>
      </w:r>
    </w:p>
    <w:p>
      <w:r>
        <w:rPr>
          <w:rFonts w:ascii="Courier New" w:hAnsi="Courier New"/>
          <w:color w:val="555555"/>
          <w:sz w:val="20"/>
        </w:rPr>
        <w:t>[mu 102]</w:t>
      </w:r>
    </w:p>
    <w:p>
      <w:r>
        <w:rPr>
          <w:rFonts w:ascii="Gentium Plus" w:hAnsi="Gentium Plus"/>
          <w:sz w:val="24"/>
        </w:rPr>
        <w:t>Μοχθηρός. κυρίως ὁ περὶ μόχθον ἀναστρεφόμενος καὶ πονηρός. ἀπὸ δὲ τοῦ σώματος ἐπὶ τὴν διάνοιαν μετε‐ νήνεκται, ὁ τῇ διαθέσει κακός. Μυλωθρός. πλεονασμῷ τοῦ ρ, οἷον ὁ τὴν μέλην ὠ‐</w:t>
      </w:r>
    </w:p>
    <w:p>
      <w:r>
        <w:rPr>
          <w:rFonts w:ascii="Courier New" w:hAnsi="Courier New"/>
          <w:color w:val="555555"/>
          <w:sz w:val="20"/>
        </w:rPr>
        <w:t>[5]</w:t>
      </w:r>
    </w:p>
    <w:p>
      <w:r>
        <w:rPr>
          <w:rFonts w:ascii="Gentium Plus" w:hAnsi="Gentium Plus"/>
          <w:sz w:val="24"/>
        </w:rPr>
        <w:t>θῶν, μυλωθός τις ὤν. Μήνη. ἡ σελήνη. ἀπὸ τοῦ μὴ μένειν ἐν τῷ αὐτῷ, ἀλ‐ λὰ ποτὲ μὲν μειοῦσθαι, ποτὲ δὲ αὔξεσθαι. Μήνυνθα. παρὰ τὸ μηνύθω, μήνυθα, καὶ πλεονασμῷ τοῦ ν, μήνυνθα.</w:t>
      </w:r>
    </w:p>
    <w:p>
      <w:r>
        <w:rPr>
          <w:rFonts w:ascii="Courier New" w:hAnsi="Courier New"/>
          <w:color w:val="555555"/>
          <w:sz w:val="20"/>
        </w:rPr>
        <w:t>[10]</w:t>
      </w:r>
    </w:p>
    <w:p>
      <w:r>
        <w:rPr>
          <w:rFonts w:ascii="Gentium Plus" w:hAnsi="Gentium Plus"/>
          <w:sz w:val="24"/>
        </w:rPr>
        <w:t>Μῦς. παρὰ τὸ μῦσος. Μόρος. παρὰ τὸ μείρω, τὸ μερίζω, ὁ μεμερισμένος ἑκά‐ στῳ. Μήλη. παρὰ τὸ μήσω μέλλοντα. μήδω δὲ, οὗ παθητι‐ κὸν μήδομαι, δηλοῦν τὸ ἐργάζομαι. μήλη οὖν, ἡ πολ‐</w:t>
      </w:r>
    </w:p>
    <w:p>
      <w:r>
        <w:rPr>
          <w:rFonts w:ascii="Courier New" w:hAnsi="Courier New"/>
          <w:color w:val="555555"/>
          <w:sz w:val="20"/>
        </w:rPr>
        <w:t>[15]</w:t>
      </w:r>
    </w:p>
    <w:p>
      <w:r>
        <w:rPr>
          <w:rFonts w:ascii="Gentium Plus" w:hAnsi="Gentium Plus"/>
          <w:sz w:val="24"/>
        </w:rPr>
        <w:t>λῶν κατὰ τὴν ἰατρικὴν ἐργάτις. Μῶμος. παρὰ τὸ μῶ, οὗ μέλλων μώσω. δηλοῖ δὲ τὸ ζητῶ. μῶμος οὖν, ὁ ἀεὶ ἐπιζητῶν, καὶ μηδὲν τῶν ἄλλων ἱκανὸν εἶναι νομίζων, ἀλλ’ ἐνδεῖν τοῦ κρείττο‐ νος, ἀεὶ πᾶν ὁτιοῦν λέγων καὶ διασύρων.</w:t>
      </w:r>
    </w:p>
    <w:p>
      <w:r>
        <w:rPr>
          <w:rFonts w:ascii="Courier New" w:hAnsi="Courier New"/>
          <w:color w:val="555555"/>
          <w:sz w:val="20"/>
        </w:rPr>
        <w:t>[20]</w:t>
      </w:r>
    </w:p>
    <w:p>
      <w:r>
        <w:rPr>
          <w:rFonts w:ascii="Gentium Plus" w:hAnsi="Gentium Plus"/>
          <w:sz w:val="24"/>
        </w:rPr>
        <w:t>Μακκοᾶν. παρὰ τὸ μὴ κοεῖν, ὅ ἐστι νοεῖν. καὶ συνθέτως τὸ μὴ κοεῖν μακκοᾶν ἔλεγον. ὅθεν θυοσκόος ὁ μάν‐ τις, ἀπὸ τῶν θυομένων κοῶν, καὶ νοῶν τὸ μέλλον. Μακάριος. ὁ μὴ κηρὶ, τουτέστι τῆ φθορᾷ ὑποκείμενος. οἱ δὲ πλεονάζειν λέγουσι τὸ μα, κάριος καὶ μακάριος,</w:t>
      </w:r>
    </w:p>
    <w:p>
      <w:r>
        <w:rPr>
          <w:rFonts w:ascii="Courier New" w:hAnsi="Courier New"/>
          <w:color w:val="555555"/>
          <w:sz w:val="20"/>
        </w:rPr>
        <w:t>[25]</w:t>
      </w:r>
    </w:p>
    <w:p>
      <w:r>
        <w:rPr>
          <w:rFonts w:ascii="Gentium Plus" w:hAnsi="Gentium Plus"/>
          <w:sz w:val="24"/>
        </w:rPr>
        <w:t>οἷον ἄλευρον μάλευρον. εἴρηται οὖν ἀκάριος ὁ μὴ φθο‐ ρᾷ ὑποκείμενος. Μάκτρα. παρὰ τὸ μάττειν ἐν αὐτῇ τὴν μάζαν. Μέλισσα. παρὰ τὸ μέλλειν. οἰκονομικὸν γὰρ τὸ ζῶον.</w:t>
      </w:r>
    </w:p>
    <w:p>
      <w:r>
        <w:rPr>
          <w:rFonts w:ascii="Courier New" w:hAnsi="Courier New"/>
          <w:color w:val="555555"/>
          <w:sz w:val="20"/>
        </w:rPr>
        <w:t>[30]</w:t>
      </w:r>
    </w:p>
    <w:p>
      <w:r>
        <w:rPr>
          <w:rFonts w:ascii="Gentium Plus" w:hAnsi="Gentium Plus"/>
          <w:sz w:val="24"/>
        </w:rPr>
        <w:t>ἢ μέλιζά τίς ἐστιν, ἡ πᾶσιν ἐφιζάνουσα τοῖς καρ‐ ποῖς. Μῆλον λέγεται κατὰ πάντων τῶν καρπῶν. καὶ πολό‐</w:t>
      </w:r>
    </w:p>
    <w:p>
      <w:r>
        <w:rPr>
          <w:rFonts w:ascii="Courier New" w:hAnsi="Courier New"/>
          <w:color w:val="555555"/>
          <w:sz w:val="20"/>
        </w:rPr>
        <w:t>[mu 103]</w:t>
      </w:r>
    </w:p>
    <w:p>
      <w:r>
        <w:rPr>
          <w:rFonts w:ascii="Gentium Plus" w:hAnsi="Gentium Plus"/>
          <w:sz w:val="24"/>
        </w:rPr>
        <w:t>Μένος. ἡ δύναμις. παρὰ τὸ μένω ῥῆμα καὶ παραμένω, ὡς παρὰ τὸ σθένω σθένος. Μοχλός. παρὰ τὸ ὁμοῦ καὶ τὴν κλεῖν ἔχειν ὠνομᾶσθαι, ὡς ἅμα αὐτῷ τὴν κλεῖν ἔχειν. οὕτω Φιλόξενος ἐν</w:t>
      </w:r>
    </w:p>
    <w:p>
      <w:r>
        <w:rPr>
          <w:rFonts w:ascii="Courier New" w:hAnsi="Courier New"/>
          <w:color w:val="555555"/>
          <w:sz w:val="20"/>
        </w:rPr>
        <w:t>[5]</w:t>
      </w:r>
    </w:p>
    <w:p>
      <w:r>
        <w:rPr>
          <w:rFonts w:ascii="Gentium Plus" w:hAnsi="Gentium Plus"/>
          <w:sz w:val="24"/>
        </w:rPr>
        <w:t>τῇ περὶ Ῥωμαίων διαλέκτῳ. ἀλλαχοῦ δὲ φησὶ, πα‐ ρὰ τὸ μόλω μοχλός, πλεονασμῷ τοῦ χ. ὁ δὲ Ἡρωδια‐ νὸς παρὰ τὸ ὄχω τὸ συνέχω. ἐπεὶ καὶ Ὅμηρος ὀχῆα λέγει τὸν μοχλόν. Μόρφνος. ἐπὶ τοῦ ἀετοῦ. Ὁμήρῳ. παρὰ τὸ μάρ‐</w:t>
      </w:r>
    </w:p>
    <w:p>
      <w:r>
        <w:rPr>
          <w:rFonts w:ascii="Courier New" w:hAnsi="Courier New"/>
          <w:color w:val="555555"/>
          <w:sz w:val="20"/>
        </w:rPr>
        <w:t>[10]</w:t>
      </w:r>
    </w:p>
    <w:p>
      <w:r>
        <w:rPr>
          <w:rFonts w:ascii="Gentium Plus" w:hAnsi="Gentium Plus"/>
          <w:sz w:val="24"/>
        </w:rPr>
        <w:t>πτω ἐσχημάτισται· μαρπνὸς, ὡς στίλβω στιλπνὸς, τροπῇ τοῦ α εἰς η, καὶ μεταθέσει τοῦ π. μόρφνος ὁ ταχὺς καὶ δυνατὸς καταλαβεῖν. οἱ δὲ φασὶ φόνιος, οἷον μοροφόνος, ὁ μεμοιρημένος καὶ πεπονημένος περὶ τοὺς φόνους, καὶ συγκοπῇ, μόρφνος.</w:t>
      </w:r>
    </w:p>
    <w:p>
      <w:r>
        <w:rPr>
          <w:rFonts w:ascii="Courier New" w:hAnsi="Courier New"/>
          <w:color w:val="555555"/>
          <w:sz w:val="20"/>
        </w:rPr>
        <w:t>[15]</w:t>
      </w:r>
    </w:p>
    <w:p>
      <w:r>
        <w:rPr>
          <w:rFonts w:ascii="Gentium Plus" w:hAnsi="Gentium Plus"/>
          <w:sz w:val="24"/>
        </w:rPr>
        <w:t>Μέγεθος. παρὰ τὸ μέγα μέγαθος, καὶ μεταθέσει τοῦ α εἰς ε, μέγεθος, ὡς βάλλω βάλλος καὶ βέλος. Μιαρός. παρὰ τὸ μίασμα, καὶ μιαίνω ῥῆμα. τὸ δὲ μια‐ ρὸς παρώνυμον. Μίς. ὡς παρὰ τὸ ῥήσσω, ῥηγμὶς, οὕτω παρὰ τὸ μειῶ</w:t>
      </w:r>
    </w:p>
    <w:p>
      <w:r>
        <w:rPr>
          <w:rFonts w:ascii="Courier New" w:hAnsi="Courier New"/>
          <w:color w:val="555555"/>
          <w:sz w:val="20"/>
        </w:rPr>
        <w:t>[20]</w:t>
      </w:r>
    </w:p>
    <w:p>
      <w:r>
        <w:rPr>
          <w:rFonts w:ascii="Gentium Plus" w:hAnsi="Gentium Plus"/>
          <w:sz w:val="24"/>
        </w:rPr>
        <w:t>μίς. δισύλλαβον ἐσχημάτισται μακρῶς ἅμα καὶ ὀξυτό‐ νως. παρὰ δὲ τὸ μεῖος εἴρηται, ὅτι μειουμένης εἰς ἄ‐ κρον τῆς σελήνης, πληροῦται ὁ μήν. οὕτω Φιλόξενος ἐν τῇ περὶ Ἰάδος διαλέκτῳ. Μήν. παρὰ τὸ μεῖος. ὁ αὐτὸς ἀνὴρ οὕτω φησὶ, μεῖος</w:t>
      </w:r>
    </w:p>
    <w:p>
      <w:r>
        <w:rPr>
          <w:rFonts w:ascii="Courier New" w:hAnsi="Courier New"/>
          <w:color w:val="555555"/>
          <w:sz w:val="20"/>
        </w:rPr>
        <w:t>[25]</w:t>
      </w:r>
    </w:p>
    <w:p>
      <w:r>
        <w:rPr>
          <w:rFonts w:ascii="Gentium Plus" w:hAnsi="Gentium Plus"/>
          <w:sz w:val="24"/>
        </w:rPr>
        <w:t>μειὴν, καὶ συγκοπῇ, μήν· ἀφ’ οὗ καὶ ἡ μήνη. Μῆτις. παρὰ τὸ μήδω, μήσω μέλλων. ῥηματικὸν ὄνομα μῆσις. καὶ μεταθέσει τοῦ ς εἰς τ, μῆτις. ἀπὸ δὲ τοῦ μήδος τὸ μῆδος, καὶ βασιλεῖς οἱ μέδοντες παρὰ τὸ μήδω ὁμοίως, οἷς εὐβουλίας δεῖ· ὅθεν βουληφόροι</w:t>
      </w:r>
    </w:p>
    <w:p>
      <w:r>
        <w:rPr>
          <w:rFonts w:ascii="Courier New" w:hAnsi="Courier New"/>
          <w:color w:val="555555"/>
          <w:sz w:val="20"/>
        </w:rPr>
        <w:t>[30]</w:t>
      </w:r>
    </w:p>
    <w:p>
      <w:r>
        <w:rPr>
          <w:rFonts w:ascii="Gentium Plus" w:hAnsi="Gentium Plus"/>
          <w:sz w:val="24"/>
        </w:rPr>
        <w:t>εἴρηνται. Μακεδνός. Ὁμήρῳ· μακεδνῆς αἰγείροιο. μῆκος, μη‐ κεδανὸς, καὶ μακεδνὸς, καὶ μακεδνή. Μολοβρός. συγκοπὴ, μολόβορός τις ὤν, παρὰ τὸ ἐπὶ</w:t>
      </w:r>
    </w:p>
    <w:p>
      <w:r>
        <w:rPr>
          <w:rFonts w:ascii="Courier New" w:hAnsi="Courier New"/>
          <w:color w:val="555555"/>
          <w:sz w:val="20"/>
        </w:rPr>
        <w:t>[mu 104]</w:t>
      </w:r>
    </w:p>
    <w:p>
      <w:r>
        <w:rPr>
          <w:rFonts w:ascii="Gentium Plus" w:hAnsi="Gentium Plus"/>
          <w:sz w:val="24"/>
        </w:rPr>
        <w:t>Μάχη. παρὰ τὸ ἄχος, πλεονασμῷ τοῦ μ, ὡς ἴα μία. Μειδιᾶν. παρὰ τὸ μεῖον γελᾶν. Μαυροῦσι. κατ’ ἀντίφρασιν τοῦ μαίρω, δηλοῦντος τὸ λάμπω.</w:t>
      </w:r>
    </w:p>
    <w:p>
      <w:r>
        <w:rPr>
          <w:rFonts w:ascii="Courier New" w:hAnsi="Courier New"/>
          <w:color w:val="555555"/>
          <w:sz w:val="20"/>
        </w:rPr>
        <w:t>[5]</w:t>
      </w:r>
    </w:p>
    <w:p>
      <w:r>
        <w:rPr>
          <w:rFonts w:ascii="Gentium Plus" w:hAnsi="Gentium Plus"/>
          <w:sz w:val="24"/>
        </w:rPr>
        <w:t>Μάραγδος. παρὰ τὸ μαίρω, οὗ παράγωγον μαράσσω, ὄνομα μάραγδος· τὸ διαυγὲς μάραγδον ἔλεγον οἱ πα‐ λαιοί. Μαρμαρυγή. μαίρω ἐστὶ ῥῆμα. ἀφ’ οὗ μαρμαίρω ἕτερον ὄνομα. παράγωγον μαρμαιρύζω. ῥηματικὸν ὄνομα</w:t>
      </w:r>
    </w:p>
    <w:p>
      <w:r>
        <w:rPr>
          <w:rFonts w:ascii="Courier New" w:hAnsi="Courier New"/>
          <w:color w:val="555555"/>
          <w:sz w:val="20"/>
        </w:rPr>
        <w:t>[10]</w:t>
      </w:r>
    </w:p>
    <w:p>
      <w:r>
        <w:rPr>
          <w:rFonts w:ascii="Gentium Plus" w:hAnsi="Gentium Plus"/>
          <w:sz w:val="24"/>
        </w:rPr>
        <w:t>μαρμαρυγή. ὡς καὶ ἀπὸ τοῦ ἁρπάζω ἁρπαγὴ, ὀλολύζω ὀλολυγὴ, καὶ ἀπὸ τοῦ μαρμαρύζω μαρμαρυγή. οὕτω Φιλόξενος ἐν τῷ περὶ Ἀναδιπλασιασμοῦ. Μυκήνη. μύκης ἐστὶν ἡ λαβὴ τοῦ ξίφους, καὶ ἀπὸ τοῦ μύκητος τοῦ ξίφους Περσέως ἐκλήθη ἡ πόλις Μυκήνη.</w:t>
      </w:r>
    </w:p>
    <w:p>
      <w:r>
        <w:rPr>
          <w:rFonts w:ascii="Courier New" w:hAnsi="Courier New"/>
          <w:color w:val="555555"/>
          <w:sz w:val="20"/>
        </w:rPr>
        <w:t>[15]</w:t>
      </w:r>
    </w:p>
    <w:p>
      <w:r>
        <w:rPr>
          <w:rFonts w:ascii="Gentium Plus" w:hAnsi="Gentium Plus"/>
          <w:sz w:val="24"/>
        </w:rPr>
        <w:t>Μασχάλη. σχῶ σχήσω, ὡς στήσω στήλη, καὶ μετα‐ θέσει τοῦ η εἰς α, σχάλη, καὶ κατ’ ἀναδιπλασια‐ σμὸν τῆς μα συλλαβῆς, μασχάλη. Μασῶμαι. παρὰ τὸ σῶ, ὃ δηλοῖ τὸ σείω καὶ κινῶ, ἀφ’ οὗ τὸ σήθω, καὶ προσλαβὼν τὴν μα συλλαβὴν ἐ‐</w:t>
      </w:r>
    </w:p>
    <w:p>
      <w:r>
        <w:rPr>
          <w:rFonts w:ascii="Courier New" w:hAnsi="Courier New"/>
          <w:color w:val="555555"/>
          <w:sz w:val="20"/>
        </w:rPr>
        <w:t>[20]</w:t>
      </w:r>
    </w:p>
    <w:p>
      <w:r>
        <w:rPr>
          <w:rFonts w:ascii="Gentium Plus" w:hAnsi="Gentium Plus"/>
          <w:sz w:val="24"/>
        </w:rPr>
        <w:t>ποίησε τὸ μασσῶμαι, τὸ εἰς λεπτὰ τὴν τροφὴν κερμα‐ τίζειν καὶ κατακόπτειν. οὕτω Φιλόξενος ἐν τῷ περὶ Ἀναδιπλασιασμοῦ. Μάχλος. παρὰ τὸ χαλῶ, μαχαλὸς, πλεονασμῷ καὶ συγκοπῇ μάχλος, ὁ κατωφερὴς, καὶ παρωνύμως μά‐</w:t>
      </w:r>
    </w:p>
    <w:p>
      <w:r>
        <w:rPr>
          <w:rFonts w:ascii="Courier New" w:hAnsi="Courier New"/>
          <w:color w:val="555555"/>
          <w:sz w:val="20"/>
        </w:rPr>
        <w:t>[25]</w:t>
      </w:r>
    </w:p>
    <w:p>
      <w:r>
        <w:rPr>
          <w:rFonts w:ascii="Gentium Plus" w:hAnsi="Gentium Plus"/>
          <w:sz w:val="24"/>
        </w:rPr>
        <w:t>χλας. Μαθεῖν. μήθω ἐστὶ ῥῆμα. ἀφ’ οὗ ἔμαθον δεύτερος ἀό‐ ριστος, καὶ μαθεῖν βʹ ἀόριστος. Μοιχός. τὸ ν τρέπεται εἰς μ, ὡς ἐν τῷ μοιχὸς ἀν‐ τὶ τοῦ νυχὸς, ὁ ἐσώτατος τόπος καὶ σκοτεινός. τροπὴ</w:t>
      </w:r>
    </w:p>
    <w:p>
      <w:r>
        <w:rPr>
          <w:rFonts w:ascii="Courier New" w:hAnsi="Courier New"/>
          <w:color w:val="555555"/>
          <w:sz w:val="20"/>
        </w:rPr>
        <w:t>[30]</w:t>
      </w:r>
    </w:p>
    <w:p>
      <w:r>
        <w:rPr>
          <w:rFonts w:ascii="Gentium Plus" w:hAnsi="Gentium Plus"/>
          <w:sz w:val="24"/>
        </w:rPr>
        <w:t>δὲ ἐστὶν ἀντὶ στοίχου, καὶ νῦν ἐν τῷ μοιχῷ ἀπὸ τοῦ οἶκος καὶ τοῦ στερητικοῦ, ἢ ὁ στερημένος, καὶ ἔξω ὢν τοῦ οἴκου. τὸ δὲ νω στερητικὸν κατὰ μετάθε‐ σιν τοῦ ο εἰς ω, ὡς ἐν τῷ νώσος παρὰ τοῦ ἐστερῆ‐</w:t>
      </w:r>
    </w:p>
    <w:p>
      <w:r>
        <w:rPr>
          <w:rFonts w:ascii="Courier New" w:hAnsi="Courier New"/>
          <w:color w:val="555555"/>
          <w:sz w:val="20"/>
        </w:rPr>
        <w:t>[mu 105]</w:t>
      </w:r>
    </w:p>
    <w:p>
      <w:r>
        <w:rPr>
          <w:rFonts w:ascii="Gentium Plus" w:hAnsi="Gentium Plus"/>
          <w:sz w:val="24"/>
        </w:rPr>
        <w:t>Μακρός. παρὰ τὸ μῆκος ἐστὶ μηκὸς, καὶ μακρὸς, τρο‐ πῇ τοῦ η εἰς α, ὡς κύδρος κυδρὸς, ψύχος ψυχρός. Μέγεθος. παρὰ τὸ μέγα, μέγαθος καὶ μέγεθος. Μεγαίρω. παρὰ τὸ μέγα. οἱ γὰρ μεγάλοι φθονοῦν‐</w:t>
      </w:r>
    </w:p>
    <w:p>
      <w:r>
        <w:rPr>
          <w:rFonts w:ascii="Courier New" w:hAnsi="Courier New"/>
          <w:color w:val="555555"/>
          <w:sz w:val="20"/>
        </w:rPr>
        <w:t>[5]</w:t>
      </w:r>
    </w:p>
    <w:p>
      <w:r>
        <w:rPr>
          <w:rFonts w:ascii="Gentium Plus" w:hAnsi="Gentium Plus"/>
          <w:sz w:val="24"/>
        </w:rPr>
        <w:t>ται διὰ τὸν πλοῦτον, ἢ τὴν ἀρετήν. μεγαίρω μεγαρ‐ τοὶ, ὡς καθαίρω καθαρτὸς, ἀκάθαρτος. Μερμερίζειν. παρὰ τὸ μείρω, ἀφ’ οὗ τὸ μέρος ὄνο‐ μα. παρὰ τοῦτο μερίζω, διπλασιασμὸς μερίζω. οἱ γὰρ φροντίζοντες μερίζονται τὴν γνώμην.</w:t>
      </w:r>
    </w:p>
    <w:p>
      <w:r>
        <w:rPr>
          <w:rFonts w:ascii="Courier New" w:hAnsi="Courier New"/>
          <w:color w:val="555555"/>
          <w:sz w:val="20"/>
        </w:rPr>
        <w:t>[10]</w:t>
      </w:r>
    </w:p>
    <w:p>
      <w:r>
        <w:rPr>
          <w:rFonts w:ascii="Gentium Plus" w:hAnsi="Gentium Plus"/>
          <w:sz w:val="24"/>
        </w:rPr>
        <w:t>Μέριμνα. παρὰ τὸ μερίζω μέριδνα, ὡς λεπίζω λέπα‐ δνα, καὶ τροπῇ τοῦ δ εἰς μ, μέριμνα. οὕτως Ἡρωδια‐ νὸς ἐν Ἐπιμερισμοῖς. Μέρμερα. παρὰ τὸ μείρω, τὸ μερίζω, ἀφ’ οὗ τὸ φροντίζω, οἷον τὰ φροντίδος ἄξια.</w:t>
      </w:r>
    </w:p>
    <w:p>
      <w:r>
        <w:rPr>
          <w:rFonts w:ascii="Courier New" w:hAnsi="Courier New"/>
          <w:color w:val="555555"/>
          <w:sz w:val="20"/>
        </w:rPr>
        <w:t>[15]</w:t>
      </w:r>
    </w:p>
    <w:p>
      <w:r>
        <w:rPr>
          <w:rFonts w:ascii="Gentium Plus" w:hAnsi="Gentium Plus"/>
          <w:sz w:val="24"/>
        </w:rPr>
        <w:t>Μέρμις. παρὰ τὸ εἴρω, ἕρμα ἐστὶ καὶ ἕρμις, πλεονα‐ σμῷ τοῦ μ, μέρμις. Μεστός. ἔω ἐστὶ τὸ πληρῶ. ἐπεὶ κεῶμεν κορέσσω πο‐ λέμοιο. ἔω, ἔσω, ἐστὸς, πλεονασμῷ τοῦ μ, με‐ στός.</w:t>
      </w:r>
    </w:p>
    <w:p>
      <w:r>
        <w:rPr>
          <w:rFonts w:ascii="Courier New" w:hAnsi="Courier New"/>
          <w:color w:val="555555"/>
          <w:sz w:val="20"/>
        </w:rPr>
        <w:t>[20]</w:t>
      </w:r>
    </w:p>
    <w:p>
      <w:r>
        <w:rPr>
          <w:rFonts w:ascii="Gentium Plus" w:hAnsi="Gentium Plus"/>
          <w:sz w:val="24"/>
        </w:rPr>
        <w:t>Μάκαρ. παρὰ τὴν κῆρα. ὁ μὴ κηρὶ ὑποκείμενος. Μάραθον. κατὰ ἀποβολὴν τοῦ ν. μάρανθον γὰρ ἐστὶ, παρὰ τὸ μαραίνειν εὐθέως τὸ ἄνθος. Μελεδήματα. παρὰ τὸ ἔδειν τὰ μέλη καὶ βλάπτειν. Μέλαν. παρὰ τὸ μὴ, καὶ τὸ λάον, τὸ μὴ βλέπον, ἢ τὸ</w:t>
      </w:r>
    </w:p>
    <w:p>
      <w:r>
        <w:rPr>
          <w:rFonts w:ascii="Courier New" w:hAnsi="Courier New"/>
          <w:color w:val="555555"/>
          <w:sz w:val="20"/>
        </w:rPr>
        <w:t>[25]</w:t>
      </w:r>
    </w:p>
    <w:p>
      <w:r>
        <w:rPr>
          <w:rFonts w:ascii="Gentium Plus" w:hAnsi="Gentium Plus"/>
          <w:sz w:val="24"/>
        </w:rPr>
        <w:t>μὴ βλεπόμενον. λάειν γὰρ τὸ μὴ βλέπειν. ὅθεν</w:t>
      </w:r>
    </w:p>
    <w:p>
      <w:r>
        <w:rPr>
          <w:rFonts w:ascii="Courier New" w:hAnsi="Courier New"/>
          <w:color w:val="555555"/>
          <w:sz w:val="20"/>
        </w:rPr>
        <w:t>[mu 106]</w:t>
      </w:r>
    </w:p>
    <w:p>
      <w:r>
        <w:rPr>
          <w:rFonts w:ascii="Gentium Plus" w:hAnsi="Gentium Plus"/>
          <w:sz w:val="24"/>
        </w:rPr>
        <w:t>Μαλλός. ἀπὸ τοῦ μήλου, τοῦ δηλοῦντος τὸ πρόβατον, καὶ πλεονασμῷ τοῦ ἄλλου λ, μαλλός. Μεμαὼς καὶ μεμαυῖα. παρὰ τὸ μῶ, οὗ παράγωγον τὸ μένω, ὃ δηλοῖ τὸ προθυμοῦμαι. ὅθεν τὸ μαίμονα</w:t>
      </w:r>
    </w:p>
    <w:p>
      <w:r>
        <w:rPr>
          <w:rFonts w:ascii="Courier New" w:hAnsi="Courier New"/>
          <w:color w:val="555555"/>
          <w:sz w:val="20"/>
        </w:rPr>
        <w:t>[5]</w:t>
      </w:r>
    </w:p>
    <w:p>
      <w:r>
        <w:rPr>
          <w:rFonts w:ascii="Gentium Plus" w:hAnsi="Gentium Plus"/>
          <w:sz w:val="24"/>
        </w:rPr>
        <w:t>μέσου παρακειμένου, ὃς ἀεὶ φυλάττει τὸ σύμφωνον— τοῦ ἐνεστῶτος· πείθω, πείσω, πέπεικα, καὶ πέποι‐ θα κατ’ Αἰολέας. τρέπουσι γὰρ τὴν ει δίφθογγον εἰς τὴν οι δίφθογγον οἱ μέσοι. μέμονα οὖν. ὁ γὰρ ἐν‐ εργητικὸς μέμακα, ἀποβαλλομένου τοῦ ν, ὡς πέπλυ‐</w:t>
      </w:r>
    </w:p>
    <w:p>
      <w:r>
        <w:rPr>
          <w:rFonts w:ascii="Courier New" w:hAnsi="Courier New"/>
          <w:color w:val="555555"/>
          <w:sz w:val="20"/>
        </w:rPr>
        <w:t>[10]</w:t>
      </w:r>
    </w:p>
    <w:p>
      <w:r>
        <w:rPr>
          <w:rFonts w:ascii="Gentium Plus" w:hAnsi="Gentium Plus"/>
          <w:sz w:val="24"/>
        </w:rPr>
        <w:t>κα, κέκλικα. τὰ γὰρ εἰς νω ῥήματα δισύλλαβα ἑνὶ φωνήεντι παραληγόμενα ἀποβάλλει τὸ ν κατὰ τὸν παρακείμενον. Μύρεσθαι. παρὰ τὸ ῥεῖν τὰ δάκρυα. ἔνθεν τὸ ἀλ μυ‐ ριέντων, παρὰ τὸ μύρεσθαι καὶ ἕλκεσθαι ἐν τῷ</w:t>
      </w:r>
    </w:p>
    <w:p>
      <w:r>
        <w:rPr>
          <w:rFonts w:ascii="Courier New" w:hAnsi="Courier New"/>
          <w:color w:val="555555"/>
          <w:sz w:val="20"/>
        </w:rPr>
        <w:t>[15]</w:t>
      </w:r>
    </w:p>
    <w:p>
      <w:r>
        <w:rPr>
          <w:rFonts w:ascii="Gentium Plus" w:hAnsi="Gentium Plus"/>
          <w:sz w:val="24"/>
        </w:rPr>
        <w:t>γίνεσθαι. Μελδόμενος. ὁ τηκόμενος κνίσσῃ, παρὰ τὸ τὰ μέλη ἔδειν καὶ ἐσθίειν. ἀφ’ οὗ τὸ ἀναλίσκειν καὶ τήκειν. Μόθος. παρὰ τὸ ὁμοῦ θεῖν τοὺς μαχομένους. Μῶλος. ἀποβολὴ ἐστὶ τοῦ α. ἄμωλος γὰρ ἐστὶ, παρὰ</w:t>
      </w:r>
    </w:p>
    <w:p>
      <w:r>
        <w:rPr>
          <w:rFonts w:ascii="Courier New" w:hAnsi="Courier New"/>
          <w:color w:val="555555"/>
          <w:sz w:val="20"/>
        </w:rPr>
        <w:t>[20]</w:t>
      </w:r>
    </w:p>
    <w:p>
      <w:r>
        <w:rPr>
          <w:rFonts w:ascii="Gentium Plus" w:hAnsi="Gentium Plus"/>
          <w:sz w:val="24"/>
        </w:rPr>
        <w:t>τὸ ἅμα ὀλλῦναι. Ὅμηρος· ξυνὸς Ἐνυάλιος, καί τε κτανέοντα κατέκτα. Μαντική. μαντική τις ἐστίν· οἷον ζητητικὴ τῶν ἐσομέ‐</w:t>
      </w:r>
    </w:p>
    <w:p>
      <w:pPr>
        <w:jc w:val="center"/>
      </w:pPr>
      <w:r>
        <w:rPr>
          <w:rFonts w:ascii="Gentium Plus" w:hAnsi="Gentium Plus"/>
          <w:b/>
          <w:sz w:val="24"/>
        </w:rPr>
        <w:t>ΑΡΧΗ ΤΟΥ Ν.</w:t>
      </w:r>
    </w:p>
    <w:p>
      <w:r>
        <w:rPr>
          <w:rFonts w:ascii="Courier New" w:hAnsi="Courier New"/>
          <w:color w:val="555555"/>
          <w:sz w:val="20"/>
        </w:rPr>
        <w:t>[1]</w:t>
      </w:r>
    </w:p>
    <w:p>
      <w:r>
        <w:rPr>
          <w:rFonts w:ascii="Gentium Plus" w:hAnsi="Gentium Plus"/>
          <w:sz w:val="24"/>
        </w:rPr>
        <w:t>Νόσος. παρὰ τὸ ἐστερῆσθαι τοῦ σώου. τὸ γὰρ νω στε‐ ρητικόν· κατὰ δὲ μεταβολὴν τοῦ νω εἰς νο γίνεται.</w:t>
      </w:r>
    </w:p>
    <w:p>
      <w:r>
        <w:rPr>
          <w:rFonts w:ascii="Courier New" w:hAnsi="Courier New"/>
          <w:color w:val="555555"/>
          <w:sz w:val="20"/>
        </w:rPr>
        <w:t>[nu 106]</w:t>
      </w:r>
    </w:p>
    <w:p>
      <w:r>
        <w:rPr>
          <w:rFonts w:ascii="Gentium Plus" w:hAnsi="Gentium Plus"/>
          <w:sz w:val="24"/>
        </w:rPr>
        <w:t>ἄγαν λαμπρόν. ἀμαυροῖ γὰρ τὴν ὄψιν τὰ πάνυ λαμ‐ πρά· οἱ δὲ διὰ τὸ διαχεῖν τὴν ὄψιν ἐν τῷ ὁρᾶν.</w:t>
      </w:r>
    </w:p>
    <w:p>
      <w:r>
        <w:rPr>
          <w:rFonts w:ascii="Courier New" w:hAnsi="Courier New"/>
          <w:color w:val="555555"/>
          <w:sz w:val="20"/>
        </w:rPr>
        <w:t>[nu 107]</w:t>
      </w:r>
    </w:p>
    <w:p>
      <w:r>
        <w:rPr>
          <w:rFonts w:ascii="Gentium Plus" w:hAnsi="Gentium Plus"/>
          <w:sz w:val="24"/>
        </w:rPr>
        <w:t>διόπερ ὃ βῆ αὐτὸ κιρνᾷ· οἱ δὲ παρὰ τὸ στέρεσθαι τοῦ κτᾶσθαι καὶ φονεύεσθαι τοὺς πίνοντας, οἷον τοῦ θανεῖν· ἀφ’ οὗ τὸ ἀθάνατον δηλοῦσθαι. Νωλεμέως. κατὰ μετάθεσιν τοῦ π εἰς μ, οἷον νωλεπέως,</w:t>
      </w:r>
    </w:p>
    <w:p>
      <w:r>
        <w:rPr>
          <w:rFonts w:ascii="Courier New" w:hAnsi="Courier New"/>
          <w:color w:val="555555"/>
          <w:sz w:val="20"/>
        </w:rPr>
        <w:t>[5]</w:t>
      </w:r>
    </w:p>
    <w:p>
      <w:r>
        <w:rPr>
          <w:rFonts w:ascii="Gentium Plus" w:hAnsi="Gentium Plus"/>
          <w:sz w:val="24"/>
        </w:rPr>
        <w:t>κατὰ στέρησιν τοῦ λείπεσθαι καὶ παύεσθαι, οἷον ἀδια‐ λείπτως. Νότος. παρὰ τὸ νόθους ποιεῖν τοὺς καρποὺς καὶ χεί‐ ρους· οἷον ὀνοτοὺς ποιεῖν αὐτοὺς, καὶ ἀφανίζειν. Νόθος. ὀνοτός τις ὢν, κατ’ ἀποβολὴν τοῦ ο, καὶ τροπῇ</w:t>
      </w:r>
    </w:p>
    <w:p>
      <w:r>
        <w:rPr>
          <w:rFonts w:ascii="Courier New" w:hAnsi="Courier New"/>
          <w:color w:val="555555"/>
          <w:sz w:val="20"/>
        </w:rPr>
        <w:t>[10]</w:t>
      </w:r>
    </w:p>
    <w:p>
      <w:r>
        <w:rPr>
          <w:rFonts w:ascii="Gentium Plus" w:hAnsi="Gentium Plus"/>
          <w:sz w:val="24"/>
        </w:rPr>
        <w:t>τοῦ τ εἰς θ. Νοῦς. παρὰ τὸ νῆσσα, καὶ σωρεῦσαι ἀπὸ τῶν ἐν‐ τιθεμένων αὐτῇ φορτίων· οἱ δὲ παρὰ τὸ νεῖσθαι. Νυστάζειν· οἷον νευστάζειν. παρὰ τὸ νεύειν κάτω διὰ τὴν τοῦ ὑπτίου καταφοράν.</w:t>
      </w:r>
    </w:p>
    <w:p>
      <w:r>
        <w:rPr>
          <w:rFonts w:ascii="Courier New" w:hAnsi="Courier New"/>
          <w:color w:val="555555"/>
          <w:sz w:val="20"/>
        </w:rPr>
        <w:t>[15]</w:t>
      </w:r>
    </w:p>
    <w:p>
      <w:r>
        <w:rPr>
          <w:rFonts w:ascii="Gentium Plus" w:hAnsi="Gentium Plus"/>
          <w:sz w:val="24"/>
        </w:rPr>
        <w:t>Ναστός. ὁ πεπιλημένος ἄρτος· ἀπὸ τοῦ νάσεσθαι ἀρτύ‐ μασι τισὶν καὶ τραγήμασι. Νύμφη. ἡ νέον φαινομένη. ὡς παρὰ τὸ νέος νύος, οὕ‐ τω παρὰ τὸ νέη νύμφη. καὶ ἔγκειται τὸ φῶ, ὅπερ τὸ φαίνω σημαίνει.</w:t>
      </w:r>
    </w:p>
    <w:p>
      <w:r>
        <w:rPr>
          <w:rFonts w:ascii="Courier New" w:hAnsi="Courier New"/>
          <w:color w:val="555555"/>
          <w:sz w:val="20"/>
        </w:rPr>
        <w:t>[20]</w:t>
      </w:r>
    </w:p>
    <w:p>
      <w:r>
        <w:rPr>
          <w:rFonts w:ascii="Gentium Plus" w:hAnsi="Gentium Plus"/>
          <w:sz w:val="24"/>
        </w:rPr>
        <w:t>Νέρθεν. ἀποβολῇ τοῦ ε, παρὰ τὴν ἔραν, ἔνερος, ἐνέρε‐ θεν, ἔνερθεν, συγκοπῇ νέρθεν. Νύσσα. παρὰ τὸ νεύω νεύσω, καὶ ἀποβολῇ τοῦ ε, καὶ πλεονασμῷ τοῦ ς, νύσσα. οἱ δὲ παρὰ τὸ νύσσω, ἐπεὶ ἐκεῖ νύσσονται οἱ ἵπποι.</w:t>
      </w:r>
    </w:p>
    <w:p>
      <w:r>
        <w:rPr>
          <w:rFonts w:ascii="Courier New" w:hAnsi="Courier New"/>
          <w:color w:val="555555"/>
          <w:sz w:val="20"/>
        </w:rPr>
        <w:t>[25]</w:t>
      </w:r>
    </w:p>
    <w:p>
      <w:r>
        <w:rPr>
          <w:rFonts w:ascii="Gentium Plus" w:hAnsi="Gentium Plus"/>
          <w:sz w:val="24"/>
        </w:rPr>
        <w:t>Νίκη. ἀποβολῇ τοῦ ε, ἡ ἑνὶ γινομένη, ἐνίκη τις οὖσα. Νίτρον. παρὰ τὸ νίζω νίτρον, ὡς φέρω φέρτρον, ὡς μάσσω μάκτρον, πλήσσω πλῆκτρον. Νεαρός. παρὰ τὸ κῆρ νεκηρὸς καὶ νεκρὸς, ὁ τῆς ψυχῆς ἐστερημένος, παρὰ τὸ νη στερητικόν. καὶ ὡς</w:t>
      </w:r>
    </w:p>
    <w:p>
      <w:r>
        <w:rPr>
          <w:rFonts w:ascii="Courier New" w:hAnsi="Courier New"/>
          <w:color w:val="555555"/>
          <w:sz w:val="20"/>
        </w:rPr>
        <w:t>[30]</w:t>
      </w:r>
    </w:p>
    <w:p>
      <w:r>
        <w:rPr>
          <w:rFonts w:ascii="Gentium Plus" w:hAnsi="Gentium Plus"/>
          <w:sz w:val="24"/>
        </w:rPr>
        <w:t>ἵππος ἵππυς, κότος κότυς, νεκρὸς καὶ νέκρυς, καὶ ἀ‐ ποβολῇ τοῦ ρ, νέκυς. Νηδύς. ἀπὸ τοῦ διανενῆσθαι τὰ τῆς τροφῆς, ὅ ἐστι σε‐ σωρεῦσθαι καὶ πεπληρῶσθαι· ἢ ὅτι ἐπάρδευσις τῷ σώ‐ ματι τῆς τροφῆς ἀπὸ ταύτης γίνεται. νάειν γὰρ ἐστὶ</w:t>
      </w:r>
    </w:p>
    <w:p>
      <w:r>
        <w:rPr>
          <w:rFonts w:ascii="Courier New" w:hAnsi="Courier New"/>
          <w:color w:val="555555"/>
          <w:sz w:val="20"/>
        </w:rPr>
        <w:t>[35]</w:t>
      </w:r>
    </w:p>
    <w:p>
      <w:r>
        <w:rPr>
          <w:rFonts w:ascii="Gentium Plus" w:hAnsi="Gentium Plus"/>
          <w:sz w:val="24"/>
        </w:rPr>
        <w:t>τὸ ῥεῖν.</w:t>
      </w:r>
    </w:p>
    <w:p>
      <w:r>
        <w:rPr>
          <w:rFonts w:ascii="Courier New" w:hAnsi="Courier New"/>
          <w:color w:val="555555"/>
          <w:sz w:val="20"/>
        </w:rPr>
        <w:t>[nu 108]</w:t>
      </w:r>
    </w:p>
    <w:p>
      <w:r>
        <w:rPr>
          <w:rFonts w:ascii="Gentium Plus" w:hAnsi="Gentium Plus"/>
          <w:sz w:val="24"/>
        </w:rPr>
        <w:t>Νῆστις. ἔντερον οὕτω, οἷον νηστιτὴς, παρὰ τὸ κε‐ νὸν εἶναι σιτίων· καὶ ὁ νῆστις ὁμοίως ἄνθρωπος, πα‐ ρὰ τὸ αὐτὸ, καὶ τὸ νηστεύειν, παρὰ τὸ στερεῖσθαι σι‐ τίων.</w:t>
      </w:r>
    </w:p>
    <w:p>
      <w:r>
        <w:rPr>
          <w:rFonts w:ascii="Courier New" w:hAnsi="Courier New"/>
          <w:color w:val="555555"/>
          <w:sz w:val="20"/>
        </w:rPr>
        <w:t>[5]</w:t>
      </w:r>
    </w:p>
    <w:p>
      <w:r>
        <w:rPr>
          <w:rFonts w:ascii="Gentium Plus" w:hAnsi="Gentium Plus"/>
          <w:sz w:val="24"/>
        </w:rPr>
        <w:t>Νεφροί. παρὰ τὸ νείφεσθαι τῷ οὔρῳ, ὅ ἐστι βρέχε‐ σθαι. φέρεται γὰρ εἰς αὐτούς. τὸ δὲ νείφειν κυ‐ ρίως ἐπὶ τῶν ὑδάτων τοῦ νιφετοῦ, καὶ ἐπὶ τῆς ἐκ νέ‐ φους καταφορᾶς τῶν ὑδάτων. Νέφος. οἷον νεφάος, τὸ ἐστερημένον φωτός. ἢ πα‐</w:t>
      </w:r>
    </w:p>
    <w:p>
      <w:r>
        <w:rPr>
          <w:rFonts w:ascii="Courier New" w:hAnsi="Courier New"/>
          <w:color w:val="555555"/>
          <w:sz w:val="20"/>
        </w:rPr>
        <w:t>[10]</w:t>
      </w:r>
    </w:p>
    <w:p>
      <w:r>
        <w:rPr>
          <w:rFonts w:ascii="Gentium Plus" w:hAnsi="Gentium Plus"/>
          <w:sz w:val="24"/>
        </w:rPr>
        <w:t>ρὰ τὸ νήφειν. οὕτω Φιλόξενος. Νήπιος. παρὰ τὸ ν στερητικόν· κατὰ στέρησιν τοῦ εἰ‐ πεῖν καὶ λαλεῖν, οἷον νὴ ἔπιος. Νῶτος. ἐπειδὴ τῶν ἄλλων μερῶν νοτίζεται μᾶλλον, καὶ ἐς τοῦτο τὸ μέρος ὁ ἱδρὼς καταῤῥεῖ, ὥστε τροπὴ εἶναι</w:t>
      </w:r>
    </w:p>
    <w:p>
      <w:r>
        <w:rPr>
          <w:rFonts w:ascii="Courier New" w:hAnsi="Courier New"/>
          <w:color w:val="555555"/>
          <w:sz w:val="20"/>
        </w:rPr>
        <w:t>[15]</w:t>
      </w:r>
    </w:p>
    <w:p>
      <w:r>
        <w:rPr>
          <w:rFonts w:ascii="Gentium Plus" w:hAnsi="Gentium Plus"/>
          <w:sz w:val="24"/>
        </w:rPr>
        <w:t>τοῦ ο εἰς ω. καὶ παρ’ Ὁμήρῳ· κατὰ δὲ νότιος ῥέεν ἱδρώς. ἀντὶ τοῦ κατὰ νῶτον ἐφέρετο. Νάνος. παρὰ τὸ ἄνω, δηλοῦν τὸ αὔξω. ἄνω ἄνος νά‐ νος, ὁ μὴ αὐξανόμενος. ἔγκειται γὰρ τὸ ν στερητικόν. νάνος νήανος.</w:t>
      </w:r>
    </w:p>
    <w:p>
      <w:r>
        <w:rPr>
          <w:rFonts w:ascii="Courier New" w:hAnsi="Courier New"/>
          <w:color w:val="555555"/>
          <w:sz w:val="20"/>
        </w:rPr>
        <w:t>[20]</w:t>
      </w:r>
    </w:p>
    <w:p>
      <w:r>
        <w:rPr>
          <w:rFonts w:ascii="Gentium Plus" w:hAnsi="Gentium Plus"/>
          <w:sz w:val="24"/>
        </w:rPr>
        <w:t>Νάπυ. κατὰ στέρησιν τοῦ ἠπίου, διὰ τὴν δριμύτητα. Νεῖκος. τὸ τοῖς νέοις ἐοικός. Νεῖλος. παρὰ τὸ νέος παρνῆται, νέϊλός τις ὢν, ὁ ἀεὶ νέαν ἄγων ἰλὺν ἐν τῇ ἀναβάσει. ὅτι κατ’ ἔτος νέος φαίνεται.</w:t>
      </w:r>
    </w:p>
    <w:p>
      <w:r>
        <w:rPr>
          <w:rFonts w:ascii="Courier New" w:hAnsi="Courier New"/>
          <w:color w:val="555555"/>
          <w:sz w:val="20"/>
        </w:rPr>
        <w:t>[25]</w:t>
      </w:r>
    </w:p>
    <w:p>
      <w:r>
        <w:rPr>
          <w:rFonts w:ascii="Gentium Plus" w:hAnsi="Gentium Plus"/>
          <w:sz w:val="24"/>
        </w:rPr>
        <w:t>Νέαιρα. τὸ ἔσχατον τῆς κοιλίας. νέον νέατον τὸ ἔσχα‐ τον. ὅθεν καὶ λαγὼν παρὰ τὸ λήγειν. Ἡρωδιανὸς ἐν Ὀρθογραφίᾳ. Νήφω. παρὰ τὸ νήφω. ἀπὸ τῆς τοῦ ὕδατος προφο‐ ρᾶς. οἱ γὰρ τούτῳ κεχρημένοι νηφάλιοι, καὶ νηφάλια</w:t>
      </w:r>
    </w:p>
    <w:p>
      <w:r>
        <w:rPr>
          <w:rFonts w:ascii="Courier New" w:hAnsi="Courier New"/>
          <w:color w:val="555555"/>
          <w:sz w:val="20"/>
        </w:rPr>
        <w:t>[30]</w:t>
      </w:r>
    </w:p>
    <w:p>
      <w:r>
        <w:rPr>
          <w:rFonts w:ascii="Gentium Plus" w:hAnsi="Gentium Plus"/>
          <w:sz w:val="24"/>
        </w:rPr>
        <w:t>θύειν λέγεται, ὅταν ἐπισπένδωσιν οἶνον. Νάρθηξ. ἰατρικὸν τεῦχος. καταχρηστικῶς δὲ τὸ ἐξ οἵας δήποτε ὕλης. Νωθρός. νω καὶ νη στερητικὰ μόρια, ὁ τοῦ θορεῖν ἐστε‐</w:t>
      </w:r>
    </w:p>
    <w:p>
      <w:r>
        <w:rPr>
          <w:rFonts w:ascii="Courier New" w:hAnsi="Courier New"/>
          <w:color w:val="555555"/>
          <w:sz w:val="20"/>
        </w:rPr>
        <w:t>[nu 109]</w:t>
      </w:r>
    </w:p>
    <w:p>
      <w:r>
        <w:rPr>
          <w:rFonts w:ascii="Gentium Plus" w:hAnsi="Gentium Plus"/>
          <w:sz w:val="24"/>
        </w:rPr>
        <w:t>Νωχελής. τὸ χ ἀντὶ τοῦ κ. νωκελής τις ὢν, ὁ μὴ κέλ‐ λων. κέλλειν δὲ τὸ ταχέως τρέχειν· ἀφ’ οὗ καὶ κέ‐ λες, δρομικὸς πῶλος. Νέκυς. κικὺς, ἡ δύναμις, καὶ κλίνεται, κικύος. ὁ ἐστε‐</w:t>
      </w:r>
    </w:p>
    <w:p>
      <w:r>
        <w:rPr>
          <w:rFonts w:ascii="Courier New" w:hAnsi="Courier New"/>
          <w:color w:val="555555"/>
          <w:sz w:val="20"/>
        </w:rPr>
        <w:t>[5]</w:t>
      </w:r>
    </w:p>
    <w:p>
      <w:r>
        <w:rPr>
          <w:rFonts w:ascii="Gentium Plus" w:hAnsi="Gentium Plus"/>
          <w:sz w:val="24"/>
        </w:rPr>
        <w:t>ρημένος ἐξ αὐτοῦ κικύος. Νότος. ὁ ἄνεμος. ἀπὸ τοῦ νοτεῖν καὶ τῆς νοτίδος. αὕ‐ τη δὲ ἡ νοτὶς ἀπὸ τοῦ νεῖσθαι. οὕτως ὁ Ἡρακλείδης. Νύξ. παρὰ τὸν γινόμενον ἐκ τῶν προκόψεων τοῦ σκότου νυγμόν. αὐτὸ δὲ τὸ νύξαι ἀπὸ τοῦ νύσσω,</w:t>
      </w:r>
    </w:p>
    <w:p>
      <w:r>
        <w:rPr>
          <w:rFonts w:ascii="Courier New" w:hAnsi="Courier New"/>
          <w:color w:val="555555"/>
          <w:sz w:val="20"/>
        </w:rPr>
        <w:t>[10]</w:t>
      </w:r>
    </w:p>
    <w:p>
      <w:r>
        <w:rPr>
          <w:rFonts w:ascii="Gentium Plus" w:hAnsi="Gentium Plus"/>
          <w:sz w:val="24"/>
        </w:rPr>
        <w:t>τοῦ δηλοῦντος τὸ πλῆξαι. Νέος. ἀπὸ τοῦ νέεσθαι καὶ ἔρχεσθαι εἰς αὔξεσιν, ἢ παρὰ τὸ ὁρμᾶσθαι· ὁρμῆς γὰρ ἡλικία ἀνάπλεως. Νεοῦν. ἀπὸ τοῦ νέαν ἀναλαμβάνεσθαι τὴν γῆν ἀπὸ τῆς ἀροτριάσεως.</w:t>
      </w:r>
    </w:p>
    <w:p>
      <w:r>
        <w:rPr>
          <w:rFonts w:ascii="Courier New" w:hAnsi="Courier New"/>
          <w:color w:val="555555"/>
          <w:sz w:val="20"/>
        </w:rPr>
        <w:t>[15]</w:t>
      </w:r>
    </w:p>
    <w:p>
      <w:r>
        <w:rPr>
          <w:rFonts w:ascii="Gentium Plus" w:hAnsi="Gentium Plus"/>
          <w:sz w:val="24"/>
        </w:rPr>
        <w:t>Νεῦρον. παρὰ τὸ νεῖσθαι ἅπαν τὸ κινούμενον καὶ ἐπὶ πάντα προϊὸν ἐν ἡμῖν. τί γὰρ ὁρμητικώτερον νοῦ; Νόσφι. παρὰ τὸ νο στερητικὸν καὶ τὸ ἕπεσθαι. ᾥπερ γὰρ ὁ χωριζόμενος οὐκ ἀκολουθεῖ τινὶ καὶ οὐ σύνεστιν· ἐχωρίζετο γάρ· οὕτω τὸ νόσφι τὸ χωρὶς εἶναι τοῦ ἕ‐</w:t>
      </w:r>
    </w:p>
    <w:p>
      <w:r>
        <w:rPr>
          <w:rFonts w:ascii="Courier New" w:hAnsi="Courier New"/>
          <w:color w:val="555555"/>
          <w:sz w:val="20"/>
        </w:rPr>
        <w:t>[20]</w:t>
      </w:r>
    </w:p>
    <w:p>
      <w:r>
        <w:rPr>
          <w:rFonts w:ascii="Gentium Plus" w:hAnsi="Gentium Plus"/>
          <w:sz w:val="24"/>
        </w:rPr>
        <w:t>πεσθαι. Νήχω. νῶ καὶ νέω. ἐστὶ δὲ τὸ κολυμβῶ, προθέσει τοῦ χ καὶ μεταθέσει τοῦ ε εἰς η, νήχω. Φιλόξενος. Νῆσος. παρὰ τὸ νῶ, οὗ μέλλων νήσω, δηλοῦν τὸ νήχο‐ μαι. πᾶν γὰρ μέρος ἔχει ἐν τῇ θαλάσσῃ, ὡσπερὰν</w:t>
      </w:r>
    </w:p>
    <w:p>
      <w:r>
        <w:rPr>
          <w:rFonts w:ascii="Courier New" w:hAnsi="Courier New"/>
          <w:color w:val="555555"/>
          <w:sz w:val="20"/>
        </w:rPr>
        <w:t>[25]</w:t>
      </w:r>
    </w:p>
    <w:p>
      <w:r>
        <w:rPr>
          <w:rFonts w:ascii="Gentium Plus" w:hAnsi="Gentium Plus"/>
          <w:sz w:val="24"/>
        </w:rPr>
        <w:t>τῶν σωμάτων τὰ νηχόμενα. Ναῦς. παρὰ τὸ νέω, ὁμοίως τὸ κολυμβῶ. παράγωγον νεύω, νεύσω ὁ μέλλων, ὡς παρὰ τὸ χέω χεύσω, οὕ‐ τω νεύσω, νεύς καὶ ναῦς, τροπῇ τοῦ ε εἰς α. οὕτω Φιλόξενος.</w:t>
      </w:r>
    </w:p>
    <w:p>
      <w:r>
        <w:rPr>
          <w:rFonts w:ascii="Courier New" w:hAnsi="Courier New"/>
          <w:color w:val="555555"/>
          <w:sz w:val="20"/>
        </w:rPr>
        <w:t>[30]</w:t>
      </w:r>
    </w:p>
    <w:p>
      <w:r>
        <w:rPr>
          <w:rFonts w:ascii="Gentium Plus" w:hAnsi="Gentium Plus"/>
          <w:sz w:val="24"/>
        </w:rPr>
        <w:t>Νεβρός. παρὰ τὸ νη καὶ νε, ὁ μὴ δυνάμενος βορὰν λα‐ βεῖν, νεβορός τις ὢν, ἀλλ’ ὁ γάλακτι τρεφόμενος. Νάμα. παρὰ τὸ νῶ τὸ ῥέω, οὗ μέλλων νάσω, νάμα,</w:t>
      </w:r>
    </w:p>
    <w:p>
      <w:r>
        <w:rPr>
          <w:rFonts w:ascii="Courier New" w:hAnsi="Courier New"/>
          <w:color w:val="555555"/>
          <w:sz w:val="20"/>
        </w:rPr>
        <w:t>[nu 110]</w:t>
      </w:r>
    </w:p>
    <w:p>
      <w:r>
        <w:rPr>
          <w:rFonts w:ascii="Gentium Plus" w:hAnsi="Gentium Plus"/>
          <w:sz w:val="24"/>
        </w:rPr>
        <w:t>Ναρόν. παρὰ τὸ αὐτὸ ῥῆμα, νῶ, νάσω, ναρόν. Σοφο‐ κλῆς Τρωΐλῳ· ναρός ναρὰ δὲ κρηναῖα χωροῦμεν πο‐ τά. οὕτω Φιλόξενος ἐν τῷ περὶ μονοσυλλάβων ῥημά‐ των. καὶ ἴσως ἡ συνήθεια τρέψασα τὸ α εἰς ε, λέ‐</w:t>
      </w:r>
    </w:p>
    <w:p>
      <w:r>
        <w:rPr>
          <w:rFonts w:ascii="Courier New" w:hAnsi="Courier New"/>
          <w:color w:val="555555"/>
          <w:sz w:val="20"/>
        </w:rPr>
        <w:t>[5]</w:t>
      </w:r>
    </w:p>
    <w:p>
      <w:r>
        <w:rPr>
          <w:rFonts w:ascii="Gentium Plus" w:hAnsi="Gentium Plus"/>
          <w:sz w:val="24"/>
        </w:rPr>
        <w:t>γει νερόν. Νόμος. παρὰ τὸ νέμω ῥῆμα. ὁ νέμων πᾶσι τὸ δέον. Νεογνός. συγκοπῇ. νεόγονός τις ὢν, ὁ νεοστὶ γενό‐ μενος. Νειός. ἡ ἀρόσιμη γῆ. παρὰ τὸ νεῶ. ἀνανεοῦται</w:t>
      </w:r>
    </w:p>
    <w:p>
      <w:r>
        <w:rPr>
          <w:rFonts w:ascii="Courier New" w:hAnsi="Courier New"/>
          <w:color w:val="555555"/>
          <w:sz w:val="20"/>
        </w:rPr>
        <w:t>[10]</w:t>
      </w:r>
    </w:p>
    <w:p>
      <w:r>
        <w:rPr>
          <w:rFonts w:ascii="Gentium Plus" w:hAnsi="Gentium Plus"/>
          <w:sz w:val="24"/>
        </w:rPr>
        <w:t>γὰρ ἡ γῆ ἀρουμένη. Νείφω. παρὰ τὸ νέφος. ἀφ’ οὗ γίνεται ἡ καταφορὰ τοῦ ὕδατος. Νωθείς. ὁ στερημένος τοῦ θεῖν. Νῶκαρ. τὸ δυσκίνητον καὶ οὐδ’ ὁπωσοῦν ἐῤῥωμένον· σκαί‐</w:t>
      </w:r>
    </w:p>
    <w:p>
      <w:r>
        <w:rPr>
          <w:rFonts w:ascii="Courier New" w:hAnsi="Courier New"/>
          <w:color w:val="555555"/>
          <w:sz w:val="20"/>
        </w:rPr>
        <w:t>[15]</w:t>
      </w:r>
    </w:p>
    <w:p>
      <w:r>
        <w:rPr>
          <w:rFonts w:ascii="Gentium Plus" w:hAnsi="Gentium Plus"/>
          <w:sz w:val="24"/>
        </w:rPr>
        <w:t>ρω γὰρ ἐστὶ ῥῆμα. ἀποβολῇ τοῦ ς, καίρω, καὶ μετὰ τῆς νω στερήσεως, νωκαίρω, καὶ ἀποβολῇ τοῦ ω. νῶκαρ. ἔγκειται δὲ τὸ νω στερητικόν. σκαίρω δὲ τὸ τρέχω, ἀφ’ οὗ καὶ τὸ εὔκαρθμος, καὶ εὐκάρθμοιο Μυρίνης.</w:t>
      </w:r>
    </w:p>
    <w:p>
      <w:r>
        <w:rPr>
          <w:rFonts w:ascii="Courier New" w:hAnsi="Courier New"/>
          <w:color w:val="555555"/>
          <w:sz w:val="20"/>
        </w:rPr>
        <w:t>[20]</w:t>
      </w:r>
    </w:p>
    <w:p>
      <w:r>
        <w:rPr>
          <w:rFonts w:ascii="Gentium Plus" w:hAnsi="Gentium Plus"/>
          <w:sz w:val="24"/>
        </w:rPr>
        <w:t>Νῆϊς. εἴδω ἐστὶ ῥῆμα, οὗ μέλλων εἴσω καὶ εἴσομαι· ἀ‐ ποβολῇ τοῦ ω, καὶ τοῦ ε, ἴς, καὶ μετὰ τῆς νη στερή‐ σεως, νῆϊς. Νῆσσα. παρὰ τὸ νέω τὸ κολυμβῶ, νέσα καὶ νῆσσα, τρο‐ πῇ τοῦ ε εἰς η.</w:t>
      </w:r>
    </w:p>
    <w:p>
      <w:r>
        <w:rPr>
          <w:rFonts w:ascii="Courier New" w:hAnsi="Courier New"/>
          <w:color w:val="555555"/>
          <w:sz w:val="20"/>
        </w:rPr>
        <w:t>[25]</w:t>
      </w:r>
    </w:p>
    <w:p>
      <w:r>
        <w:rPr>
          <w:rFonts w:ascii="Gentium Plus" w:hAnsi="Gentium Plus"/>
          <w:sz w:val="24"/>
        </w:rPr>
        <w:t>Νῆστης. παρὰ τὸ ἔδω τὸ ἐσθίω, οὗ μέλλων ἔσω ἔ‐ στης, καὶ μετὰ τοῦ στερητικοῦ νε, νεέστης, οὗ παρώ‐ νυμον νῆστης. οὕτως Ἡρωδιανός. Νυίς. ἡ νύμφη. παρὰ τὸ νέος, τροπῇ τοῦ ε εἰς υ, νυός. οὕτως Ἡρωδιανὸς ἐν Ἐπιμερισμοῖς ὀξυτόνως.</w:t>
      </w:r>
    </w:p>
    <w:p>
      <w:r>
        <w:rPr>
          <w:rFonts w:ascii="Courier New" w:hAnsi="Courier New"/>
          <w:color w:val="555555"/>
          <w:sz w:val="20"/>
        </w:rPr>
        <w:t>[30]</w:t>
      </w:r>
    </w:p>
    <w:p>
      <w:r>
        <w:rPr>
          <w:rFonts w:ascii="Gentium Plus" w:hAnsi="Gentium Plus"/>
          <w:sz w:val="24"/>
        </w:rPr>
        <w:t>ὥσπερ τὸ νῆϊς βαρυτόνως δηλοῖ τὸ ἄπειρος, νῆϊς ἀέ‐</w:t>
      </w:r>
    </w:p>
    <w:p>
      <w:r>
        <w:rPr>
          <w:rFonts w:ascii="Courier New" w:hAnsi="Courier New"/>
          <w:color w:val="555555"/>
          <w:sz w:val="20"/>
        </w:rPr>
        <w:t>[nu 111]</w:t>
      </w:r>
    </w:p>
    <w:p>
      <w:r>
        <w:rPr>
          <w:rFonts w:ascii="Gentium Plus" w:hAnsi="Gentium Plus"/>
          <w:sz w:val="24"/>
        </w:rPr>
        <w:t>ἄπειρος γάμων. οἱ δὲ κατὰ παράλειψιν τοῦ ν φασὶ ἦνις τὸ πρωτότυπον, οἷον νεάνις, καὶ πρῶτον ἐπὶ τὸ νεάνις· εἶτα κατὰ συναλοιφὴν, νῆνις, καὶ ἀποβο‐ λῇ τοῦ ν, νῆϊς· οἱ δὲ παρὰ τὸ νάω τὸ ῥέω· οὕτως Ἡ‐</w:t>
      </w:r>
    </w:p>
    <w:p>
      <w:r>
        <w:rPr>
          <w:rFonts w:ascii="Courier New" w:hAnsi="Courier New"/>
          <w:color w:val="555555"/>
          <w:sz w:val="20"/>
        </w:rPr>
        <w:t>[5]</w:t>
      </w:r>
    </w:p>
    <w:p>
      <w:r>
        <w:rPr>
          <w:rFonts w:ascii="Gentium Plus" w:hAnsi="Gentium Plus"/>
          <w:sz w:val="24"/>
        </w:rPr>
        <w:t>ρωδιανὸς ἐν Ἐπιμερισμοῖς.</w:t>
      </w:r>
    </w:p>
    <w:p>
      <w:r>
        <w:rPr>
          <w:rFonts w:ascii="Courier New" w:hAnsi="Courier New"/>
          <w:color w:val="555555"/>
          <w:sz w:val="20"/>
        </w:rPr>
        <w:t>[nu 112]</w:t>
      </w:r>
    </w:p>
    <w:p>
      <w:r>
        <w:rPr>
          <w:rFonts w:ascii="Gentium Plus" w:hAnsi="Gentium Plus"/>
          <w:sz w:val="24"/>
        </w:rPr>
        <w:t>Νέεσθαι. κυρίως πορεύεσθαι καὶ πλεῖν ἐπὶ θαλάσσης, καταχρηστικῶς δὲ καὶ ἐπὶ γῆς. Νύμφη. ἡ νέα φαινομένη. ὡς παρὰ τὸ νέος νυός, οὕ‐ τω καὶ παρὰ τὸ νέον ἡ νύμφη, καὶ ἔγκειται τὸ φῶς,</w:t>
      </w:r>
    </w:p>
    <w:p>
      <w:r>
        <w:rPr>
          <w:rFonts w:ascii="Courier New" w:hAnsi="Courier New"/>
          <w:color w:val="555555"/>
          <w:sz w:val="20"/>
        </w:rPr>
        <w:t>[5]</w:t>
      </w:r>
    </w:p>
    <w:p>
      <w:r>
        <w:rPr>
          <w:rFonts w:ascii="Gentium Plus" w:hAnsi="Gentium Plus"/>
          <w:sz w:val="24"/>
        </w:rPr>
        <w:t>ὅπερ σημαίνει τὸ φαίνω.</w:t>
      </w:r>
    </w:p>
    <w:p>
      <w:pPr>
        <w:jc w:val="center"/>
      </w:pPr>
      <w:r>
        <w:rPr>
          <w:rFonts w:ascii="Gentium Plus" w:hAnsi="Gentium Plus"/>
          <w:b/>
          <w:sz w:val="24"/>
        </w:rPr>
        <w:t>ΑΡΧΗ ΤΟΥ Ξ.</w:t>
      </w:r>
    </w:p>
    <w:p>
      <w:r>
        <w:rPr>
          <w:rFonts w:ascii="Courier New" w:hAnsi="Courier New"/>
          <w:color w:val="555555"/>
          <w:sz w:val="20"/>
        </w:rPr>
        <w:t>[1]</w:t>
      </w:r>
    </w:p>
    <w:p>
      <w:r>
        <w:rPr>
          <w:rFonts w:ascii="Gentium Plus" w:hAnsi="Gentium Plus"/>
          <w:sz w:val="24"/>
        </w:rPr>
        <w:t>Ξύνιον. ἡ μεταφορὰ ἀπὸ τῶν ἐπὶ σκοπὸν βαλλόντων. ξυνίειν γὰρ τὸ ἐπὶ τὸ αὐτὸ τῇ τοῦ συμβουλεύοντος φέρεσθαι γνώμῃ. Ξίφος. παρὰ τὸ ξέειν. οὕτως εὗρον ἐν Ὑπομνήμα‐</w:t>
      </w:r>
    </w:p>
    <w:p>
      <w:r>
        <w:rPr>
          <w:rFonts w:ascii="Courier New" w:hAnsi="Courier New"/>
          <w:color w:val="555555"/>
          <w:sz w:val="20"/>
        </w:rPr>
        <w:t>[5]</w:t>
      </w:r>
    </w:p>
    <w:p>
      <w:r>
        <w:rPr>
          <w:rFonts w:ascii="Gentium Plus" w:hAnsi="Gentium Plus"/>
          <w:sz w:val="24"/>
        </w:rPr>
        <w:t>τι .... Ξύλον. παρὰ τὸν ξύσω μέλλοντα. οὐδεμία γὰρ ὕλη πρὸς ξύσιν ἐπιτηδειοτέρα τοῦ ξύλου. οὕτως Φιλό‐ ξενος.</w:t>
      </w:r>
    </w:p>
    <w:p>
      <w:r>
        <w:rPr>
          <w:rFonts w:ascii="Courier New" w:hAnsi="Courier New"/>
          <w:color w:val="555555"/>
          <w:sz w:val="20"/>
        </w:rPr>
        <w:t>[xi 112]</w:t>
      </w:r>
    </w:p>
    <w:p>
      <w:r>
        <w:rPr>
          <w:rFonts w:ascii="Gentium Plus" w:hAnsi="Gentium Plus"/>
          <w:sz w:val="24"/>
        </w:rPr>
        <w:t>λων. εἴ τι γὰρ ἔξυσται, ξηρὸν γίνεται. τροπῇ τοῦ θ εἰς η. οὕτω Φιλόξενος. Ξυρόν. παρὰ τὸ ξύω, ξυρόν. Ξόανον. παρὰ τὸ ξέω ξέανον, καὶ τροπῇ τοῦ ε εἰς ο,</w:t>
      </w:r>
    </w:p>
    <w:p>
      <w:r>
        <w:rPr>
          <w:rFonts w:ascii="Courier New" w:hAnsi="Courier New"/>
          <w:color w:val="555555"/>
          <w:sz w:val="20"/>
        </w:rPr>
        <w:t>[5]</w:t>
      </w:r>
    </w:p>
    <w:p>
      <w:r>
        <w:rPr>
          <w:rFonts w:ascii="Gentium Plus" w:hAnsi="Gentium Plus"/>
          <w:sz w:val="24"/>
        </w:rPr>
        <w:t>ξόανον. Ξέστης. Ῥωμαϊκὸν ἐστὶ τὸ ὄνομα. τὸ γὰρ παρ’ ἡ‐ μῖν ἓξ ἀριθμὸν αὐτοὶ λέγουσι σέξ, καὶ μέτρου τινὸς παρ’ αὐτοῖς τὸ ἕκτον λέγεται σέξτον· διὰ δὲ εὐφω‐ νίας τὸ σέξτης λέγεται ξέστης, μεταθέσει τοῦ ξ.</w:t>
      </w:r>
    </w:p>
    <w:p>
      <w:r>
        <w:rPr>
          <w:rFonts w:ascii="Courier New" w:hAnsi="Courier New"/>
          <w:color w:val="555555"/>
          <w:sz w:val="20"/>
        </w:rPr>
        <w:t>[10]</w:t>
      </w:r>
    </w:p>
    <w:p>
      <w:r>
        <w:rPr>
          <w:rFonts w:ascii="Gentium Plus" w:hAnsi="Gentium Plus"/>
          <w:sz w:val="24"/>
        </w:rPr>
        <w:t>οὕτω Φιλόξενος ἐν τῷ περὶ Ῥωμαίων διαλέκτου.</w:t>
      </w:r>
    </w:p>
    <w:p>
      <w:pPr>
        <w:jc w:val="center"/>
      </w:pPr>
      <w:r>
        <w:rPr>
          <w:rFonts w:ascii="Gentium Plus" w:hAnsi="Gentium Plus"/>
          <w:b/>
          <w:sz w:val="24"/>
        </w:rPr>
        <w:t>ΑΡΧΗ ΤΟΥ Ο.</w:t>
      </w:r>
    </w:p>
    <w:p>
      <w:r>
        <w:rPr>
          <w:rFonts w:ascii="Courier New" w:hAnsi="Courier New"/>
          <w:color w:val="555555"/>
          <w:sz w:val="20"/>
        </w:rPr>
        <w:t>[1]</w:t>
      </w:r>
    </w:p>
    <w:p>
      <w:r>
        <w:rPr>
          <w:rFonts w:ascii="Gentium Plus" w:hAnsi="Gentium Plus"/>
          <w:sz w:val="24"/>
        </w:rPr>
        <w:t>Ὅρκος. παρὰ τὸ ἐπαρκεῖν καὶ βοηθεῖν. ὥσπερ γὰρ βοηθήματι αὐτῷ χρῶνται οἱ ἀδικούμενοι. κατὰ μετά‐ θεσιν τοῦ α εἰς τὸ ο. ὡς ἐν τῷ ἀκριόεις, παρὰ τὰς ἄκρας καὶ ἐξοχὰς, καὶ Ὄθρυς τὸ ὄρος, οἷον ἄθρυς,</w:t>
      </w:r>
    </w:p>
    <w:p>
      <w:r>
        <w:rPr>
          <w:rFonts w:ascii="Courier New" w:hAnsi="Courier New"/>
          <w:color w:val="555555"/>
          <w:sz w:val="20"/>
        </w:rPr>
        <w:t>[5]</w:t>
      </w:r>
    </w:p>
    <w:p>
      <w:r>
        <w:rPr>
          <w:rFonts w:ascii="Gentium Plus" w:hAnsi="Gentium Plus"/>
          <w:sz w:val="24"/>
        </w:rPr>
        <w:t>ὅθεν ἐστὶ μακρότερον. οἱ δὲ παρὰ τὸ εἴργω. ἐπι‐ σχετικὸς γὰρ ἐστὶ παραβαινόντων· ὥστε εἶναι μετά‐ θεσιν τοῦ γ εἰς τὸ κ. ὡς παρὰ τὸ γῆρυς κηρύσσω. ἐγὼ δὲ, φησὶν Ἡρωδιανὸς, ἡγοῦμαι πλεονασμὸν εἶναι τὸ κ. ὅρος γάρ τι ἐστίν. οἱ γὰρ ὀμνύντες ὁρί‐</w:t>
      </w:r>
    </w:p>
    <w:p>
      <w:r>
        <w:rPr>
          <w:rFonts w:ascii="Courier New" w:hAnsi="Courier New"/>
          <w:color w:val="555555"/>
          <w:sz w:val="20"/>
        </w:rPr>
        <w:t>[10]</w:t>
      </w:r>
    </w:p>
    <w:p>
      <w:r>
        <w:rPr>
          <w:rFonts w:ascii="Gentium Plus" w:hAnsi="Gentium Plus"/>
          <w:sz w:val="24"/>
        </w:rPr>
        <w:t>ζονται καὶ ὁμολογοῦσιν.</w:t>
      </w:r>
    </w:p>
    <w:p>
      <w:r>
        <w:rPr>
          <w:rFonts w:ascii="Courier New" w:hAnsi="Courier New"/>
          <w:color w:val="555555"/>
          <w:sz w:val="20"/>
        </w:rPr>
        <w:t>[omicron 112]</w:t>
      </w:r>
    </w:p>
    <w:p>
      <w:r>
        <w:rPr>
          <w:rFonts w:ascii="Gentium Plus" w:hAnsi="Gentium Plus"/>
          <w:sz w:val="24"/>
        </w:rPr>
        <w:t>ἐξ ἀνέμου. κυρίως δὲ φασὶν ἐπὶ γυγῶν τοῦτο τὸ ἐξ ἀνέμου μᾶλλον τίκτεσθαι αὐτούς. ὠὰ ὑπονέμια τίκτουσι. οἱ δὲ, ὅτι μόνοι οὐκ ἀγεληδὸν ἵπτανται ὥσ‐ περ οἱ ἄλλοι.</w:t>
      </w:r>
    </w:p>
    <w:p>
      <w:r>
        <w:rPr>
          <w:rFonts w:ascii="Courier New" w:hAnsi="Courier New"/>
          <w:color w:val="555555"/>
          <w:sz w:val="20"/>
        </w:rPr>
        <w:t>[5]</w:t>
      </w:r>
    </w:p>
    <w:p>
      <w:r>
        <w:rPr>
          <w:rFonts w:ascii="Gentium Plus" w:hAnsi="Gentium Plus"/>
          <w:sz w:val="24"/>
        </w:rPr>
        <w:t>Ὀρεύς. παρὰ τὸ ἐν ὄρεσι μᾶλλον δύνασθαι ἐργάζε‐ σθαι. οἱ δὲ παρὰ τὸ ὀρῶδες ἔχειν τὸ σπέρμα καὶ μὴ τίκτειν, ἀλλ’ ἐξ ἵππου καὶ ὄνου τίκτεσθαι. ἱστο‐ ρεῖ δὲ Ἀριστοτέλης, ὅτι ἐν Σικελίᾳ ἔτεκεν ἡμίονος. Ὁμίχλη. ἀπὸ τοῦ τοῖς ὄμμασι παρέχειν ἀχλύν. οἱ δὲ,</w:t>
      </w:r>
    </w:p>
    <w:p>
      <w:r>
        <w:rPr>
          <w:rFonts w:ascii="Courier New" w:hAnsi="Courier New"/>
          <w:color w:val="555555"/>
          <w:sz w:val="20"/>
        </w:rPr>
        <w:t>[10]</w:t>
      </w:r>
    </w:p>
    <w:p>
      <w:r>
        <w:rPr>
          <w:rFonts w:ascii="Gentium Plus" w:hAnsi="Gentium Plus"/>
          <w:sz w:val="24"/>
        </w:rPr>
        <w:t>ὁμοείλη τις ἐστὶ, παρὰ τὴν ὁμοῦ εἵλησιν τῶν νεφῶν.</w:t>
      </w:r>
    </w:p>
    <w:p>
      <w:r>
        <w:rPr>
          <w:rFonts w:ascii="Courier New" w:hAnsi="Courier New"/>
          <w:color w:val="555555"/>
          <w:sz w:val="20"/>
        </w:rPr>
        <w:t>[omicron 113]</w:t>
      </w:r>
    </w:p>
    <w:p>
      <w:r>
        <w:rPr>
          <w:rFonts w:ascii="Gentium Plus" w:hAnsi="Gentium Plus"/>
          <w:sz w:val="24"/>
        </w:rPr>
        <w:t>Ὄνειρος. ἤτοι παρὰ τὴν ὄνησιν, ἢ οἷον παρὰ τὸ ὀνῶ ὄ‐ νειρος, ὡς παρὰ τὸ πέπω πέπειρος, ἢ παρὰ τὸ εἴρειν καὶ λέγειν, ἢ κατὰ μετάθεσιν τοῦ ο. νοηρός τις ὤν. Οὐρούς. τὰ νεώρια, διὰ τὸ ἐπ’ αὐτῶν ὀρούειν τὰς ναῦς.</w:t>
      </w:r>
    </w:p>
    <w:p>
      <w:r>
        <w:rPr>
          <w:rFonts w:ascii="Courier New" w:hAnsi="Courier New"/>
          <w:color w:val="555555"/>
          <w:sz w:val="20"/>
        </w:rPr>
        <w:t>[5]</w:t>
      </w:r>
    </w:p>
    <w:p>
      <w:r>
        <w:rPr>
          <w:rFonts w:ascii="Gentium Plus" w:hAnsi="Gentium Plus"/>
          <w:sz w:val="24"/>
        </w:rPr>
        <w:t>Ὅμαδος. ὅμαυδός τις ὤν. Ὀφείλημα. παρὰ τὸ ὠφέλειν, ὅ ἐστιν αὔξεσθαι τὸ δάνειον τὸ αὐξανόμενον τόκῳ. Οἶτος. ὁ θάνατος. παρὰ τὸ οἲ καὶ οἴμοι τοῦ στενα‐ γμοῦ. παρὸ καὶ τὸν μόχθον δηλοῖ. ὁ δὲ Ἡρωδιανὸς</w:t>
      </w:r>
    </w:p>
    <w:p>
      <w:r>
        <w:rPr>
          <w:rFonts w:ascii="Courier New" w:hAnsi="Courier New"/>
          <w:color w:val="555555"/>
          <w:sz w:val="20"/>
        </w:rPr>
        <w:t>[10]</w:t>
      </w:r>
    </w:p>
    <w:p>
      <w:r>
        <w:rPr>
          <w:rFonts w:ascii="Gentium Plus" w:hAnsi="Gentium Plus"/>
          <w:sz w:val="24"/>
        </w:rPr>
        <w:t>ἐν τοῖς Ἐπιμερισμοῖς λέγει, παρὰ τὸ οἴω, οὗ ὁ μέλ‐ λων οἴσω, τὸ δηλοῦν τὸ φέρω. ὁ πάντας ἀποφέρων θάνατος. Οὐλαμός. ἡ συνεστραμμένη τάξις. παρὰ τὸ εἱλεῖσθαι. ὅθεν καὶ τὰς τρίχας οὐλὰς φαμέν.</w:t>
      </w:r>
    </w:p>
    <w:p>
      <w:r>
        <w:rPr>
          <w:rFonts w:ascii="Courier New" w:hAnsi="Courier New"/>
          <w:color w:val="555555"/>
          <w:sz w:val="20"/>
        </w:rPr>
        <w:t>[15]</w:t>
      </w:r>
    </w:p>
    <w:p>
      <w:r>
        <w:rPr>
          <w:rFonts w:ascii="Gentium Plus" w:hAnsi="Gentium Plus"/>
          <w:sz w:val="24"/>
        </w:rPr>
        <w:t>Ὅρπεξ. παρὰ τὸ ἕρπειν πεποίηται καὶ τὸ ὀρούειν. Ὄκνος. ὁ ποιῶν ἀκινήτους. τροπῇ τοῦ α εἰς ο, οἷον ἄ‐ κινός τις ὢν, καὶ συγκοπῇ ἄκνος καὶ ὄκνος, ὡς ἀκριό‐ εις ὀκριόεις, ἀρχὴ ἄρχαμος ὄρχαμος. Ὀλοφυρόμενος. κυρίως τὸ μετὰ τιλμοῦ τῶν τριχῶν κλαί‐</w:t>
      </w:r>
    </w:p>
    <w:p>
      <w:r>
        <w:rPr>
          <w:rFonts w:ascii="Courier New" w:hAnsi="Courier New"/>
          <w:color w:val="555555"/>
          <w:sz w:val="20"/>
        </w:rPr>
        <w:t>[20]</w:t>
      </w:r>
    </w:p>
    <w:p>
      <w:r>
        <w:rPr>
          <w:rFonts w:ascii="Gentium Plus" w:hAnsi="Gentium Plus"/>
          <w:sz w:val="24"/>
        </w:rPr>
        <w:t>ειν. Καλλίμαχος φησί· ὀλόψατο χαίτας, ἀντὶ τοῦ ἔτιλλεν. Ὀτρηρός. ὁ ἀφ’ ἑαυτοῦ παροτρυνόμενος πάντα ποιεῖν. Ὅπλα τὰ ἐργαλεῖα. ὀφελήματά τινα ὄντα. οἷς τὰ ἐξελαυνόμενα ἐπὶ τοῦ ἄκμονος αὔξεται καὶ ὀφέλλεται.</w:t>
      </w:r>
    </w:p>
    <w:p>
      <w:r>
        <w:rPr>
          <w:rFonts w:ascii="Courier New" w:hAnsi="Courier New"/>
          <w:color w:val="555555"/>
          <w:sz w:val="20"/>
        </w:rPr>
        <w:t>[25]</w:t>
      </w:r>
    </w:p>
    <w:p>
      <w:r>
        <w:rPr>
          <w:rFonts w:ascii="Gentium Plus" w:hAnsi="Gentium Plus"/>
          <w:sz w:val="24"/>
        </w:rPr>
        <w:t>Ὀβελίσκος. ὀφελίσκος τὶς ὢν, ὁ εἰς μῆκος ὀφελλόμενος καὶ ἐξελαυνόμενος. Ὄσσε. οἱ ὀφθαλμοὶ, παρὰ τὴν ἕσιν καὶ βολὴν τῆς ὄψεως. Ὄρχατος. ἡ ἐπ’ εὐθείας φυτεία, παρὰ τὸ δι’ αὐτῆς ἡ‐</w:t>
      </w:r>
    </w:p>
    <w:p>
      <w:r>
        <w:rPr>
          <w:rFonts w:ascii="Courier New" w:hAnsi="Courier New"/>
          <w:color w:val="555555"/>
          <w:sz w:val="20"/>
        </w:rPr>
        <w:t>[30]</w:t>
      </w:r>
    </w:p>
    <w:p>
      <w:r>
        <w:rPr>
          <w:rFonts w:ascii="Gentium Plus" w:hAnsi="Gentium Plus"/>
          <w:sz w:val="24"/>
        </w:rPr>
        <w:t>μᾶς ἔρχεσθαι. Ὀρχός. ὅπου ἐντίθεται τὸ φυτόν. ὀρυχός τις ὤν. Ὄχνη. ἡ ἀχνὰς, οἷον ἀχοὴ, διὰ τὸ μὴ ποτίζεσθαι. ξηρᾷ γὰρ ἥδεται γῇ ἡ ὀπώρα αὕτη καὶ ἄπιος, ἡ ἥ‐</w:t>
      </w:r>
    </w:p>
    <w:p>
      <w:r>
        <w:rPr>
          <w:rFonts w:ascii="Courier New" w:hAnsi="Courier New"/>
          <w:color w:val="555555"/>
          <w:sz w:val="20"/>
        </w:rPr>
        <w:t>[omicron 114]</w:t>
      </w:r>
    </w:p>
    <w:p>
      <w:r>
        <w:rPr>
          <w:rFonts w:ascii="Gentium Plus" w:hAnsi="Gentium Plus"/>
          <w:sz w:val="24"/>
        </w:rPr>
        <w:t>Οἴμη. ἡ ᾠδή. παρὰ τὸ ἐν τοῖς οἴμοις, τουτέστιν ἐν ταῖς ὁδοῖς ᾄδεσθαι. Οἶμος. ἡ ὁδός. παρὰ τὸ οἰμῆσαι. ὁ δὲ Φιλόξενος παρὰ τὸν οἴσω μέλλοντα.</w:t>
      </w:r>
    </w:p>
    <w:p>
      <w:r>
        <w:rPr>
          <w:rFonts w:ascii="Courier New" w:hAnsi="Courier New"/>
          <w:color w:val="555555"/>
          <w:sz w:val="20"/>
        </w:rPr>
        <w:t>[5]</w:t>
      </w:r>
    </w:p>
    <w:p>
      <w:r>
        <w:rPr>
          <w:rFonts w:ascii="Gentium Plus" w:hAnsi="Gentium Plus"/>
          <w:sz w:val="24"/>
        </w:rPr>
        <w:t>Ὀρχήσασθαι. παρὰ τὸ ὀρέγειν καὶ ἐκτείνειν τὰς χεῖρας. ἢ παρὰ τοὺς ὄρχους, ἐν οἷς ἐχόρευον, καὶ ὁ χορὸς, ὀρ‐ χός τις ἐστὶ, κατὰ μετάθεσιν στοιχείου. Ὅρμος. παρὰ τὸ ἕρμα τὸ ἀσφάλισμα. ὅθεν καὶ ὁρμῆ‐ σαι, τὸ ἐν ἀσφαλῆ εἶναι τὴν ναῦν.</w:t>
      </w:r>
    </w:p>
    <w:p>
      <w:r>
        <w:rPr>
          <w:rFonts w:ascii="Courier New" w:hAnsi="Courier New"/>
          <w:color w:val="555555"/>
          <w:sz w:val="20"/>
        </w:rPr>
        <w:t>[10]</w:t>
      </w:r>
    </w:p>
    <w:p>
      <w:r>
        <w:rPr>
          <w:rFonts w:ascii="Gentium Plus" w:hAnsi="Gentium Plus"/>
          <w:sz w:val="24"/>
        </w:rPr>
        <w:t>Ὀπύειν. ὁμιλεῖν, συνουσιάζειν. παρὰ τὸ εἰς ὄπα ἐλ‐ θεῖν. ἢ κατὰ μετάθεσιν τοῦ μ εἰς π, ὁμύειν, ὁμοῦ συνιέναι. Ὀλοφώϊος. παρὰ τὸ φῶτας ὀλλύειν, οἷον ὀλοθρευ‐ τικόν.</w:t>
      </w:r>
    </w:p>
    <w:p>
      <w:r>
        <w:rPr>
          <w:rFonts w:ascii="Courier New" w:hAnsi="Courier New"/>
          <w:color w:val="555555"/>
          <w:sz w:val="20"/>
        </w:rPr>
        <w:t>[15]</w:t>
      </w:r>
    </w:p>
    <w:p>
      <w:r>
        <w:rPr>
          <w:rFonts w:ascii="Gentium Plus" w:hAnsi="Gentium Plus"/>
          <w:sz w:val="24"/>
        </w:rPr>
        <w:t>Ὄσσετο θυμός. ἀπὸ δ’ ὄσσων τῶν ὀφθαλμῶν. οἷον προεωρᾶτο, τουτέστιν ἡ κατ’ ἐπίνοιαν πρόγνω‐ σις. Ὄμος ὁ περιτραχήλιος κόσμος. παρὰ τὸ εἵρεσθαι. Ὅμηρος· μετὰ δὲ λέκτοισι ἕερτο.</w:t>
      </w:r>
    </w:p>
    <w:p>
      <w:r>
        <w:rPr>
          <w:rFonts w:ascii="Courier New" w:hAnsi="Courier New"/>
          <w:color w:val="555555"/>
          <w:sz w:val="20"/>
        </w:rPr>
        <w:t>[20]</w:t>
      </w:r>
    </w:p>
    <w:p>
      <w:r>
        <w:rPr>
          <w:rFonts w:ascii="Gentium Plus" w:hAnsi="Gentium Plus"/>
          <w:sz w:val="24"/>
        </w:rPr>
        <w:t>Οὐλή. Ἡρωδιανὸς ἀπὸ τοῦ εἰλῶ τὸ συστρέφω, οἷον ἡ συνεστραμμένη σάρξ. τὸ γοῦν ἐναντίον, ἀπὸ τοῦ διελ‐ κύσαι ἕλκος. οὐλὴ οὖν ἡ συναχθεῖσα σὰρξ, ἀπὸ τοῦ ἑλῶ, ὀλὴ καὶ οὐλή. Ὄαροι. αἱ γαμεταὶ, ὁμοίαροί τινες οὖσαι. παρὰ τὸ ὁμοῦ</w:t>
      </w:r>
    </w:p>
    <w:p>
      <w:r>
        <w:rPr>
          <w:rFonts w:ascii="Courier New" w:hAnsi="Courier New"/>
          <w:color w:val="555555"/>
          <w:sz w:val="20"/>
        </w:rPr>
        <w:t>[25]</w:t>
      </w:r>
    </w:p>
    <w:p>
      <w:r>
        <w:rPr>
          <w:rFonts w:ascii="Gentium Plus" w:hAnsi="Gentium Plus"/>
          <w:sz w:val="24"/>
        </w:rPr>
        <w:t>ἀρηρέναι γάμῳ. Οὖλαι. αἱ τρίχες. παρὰ τὸ εἱλεῖσθαι, ὡς καὶ αἱ ἐναν‐ τίαι τεταναὶ λέγονται, παρὰ τὸ τετᾶσθαι. Ὄγμος. ἡ ἐπίστιχος φυτεία τῶν δένδρων, κατὰ μετά‐ θεσιν τοῦ ε εἰς ο, οἷον ἔγμος, παρὰ τὸ ἔχεσθαι ἄλλο</w:t>
      </w:r>
    </w:p>
    <w:p>
      <w:r>
        <w:rPr>
          <w:rFonts w:ascii="Courier New" w:hAnsi="Courier New"/>
          <w:color w:val="555555"/>
          <w:sz w:val="20"/>
        </w:rPr>
        <w:t>[30]</w:t>
      </w:r>
    </w:p>
    <w:p>
      <w:r>
        <w:rPr>
          <w:rFonts w:ascii="Gentium Plus" w:hAnsi="Gentium Plus"/>
          <w:sz w:val="24"/>
        </w:rPr>
        <w:t>ἄλλου, ὅπερ καὶ ἐπισχερῶ λέγεται, παρὰ τὸ σχέ‐ σιν ἔχειν πρὸς ἄλληλα. δηλοῖ δὲ ὁμοίως τὴν τομὴν τοῦ ἀρότρου, παρὰ τὸ εἰδέσθαι τὴν γῆν ἀπὸ τοῦ ἀροῦντος. Ὁμιλεῖν. ἐπὶ τοῦ πολεμεῖν. παρὰ τὸ ὁμοῦ τὰς ἴλας</w:t>
      </w:r>
    </w:p>
    <w:p>
      <w:r>
        <w:rPr>
          <w:rFonts w:ascii="Courier New" w:hAnsi="Courier New"/>
          <w:color w:val="555555"/>
          <w:sz w:val="20"/>
        </w:rPr>
        <w:t>[omicron 115]</w:t>
      </w:r>
    </w:p>
    <w:p>
      <w:r>
        <w:rPr>
          <w:rFonts w:ascii="Gentium Plus" w:hAnsi="Gentium Plus"/>
          <w:sz w:val="24"/>
        </w:rPr>
        <w:t>Ὀκλαδίαι καὶ ὀκλάζειν. παρὰ τὸ ἐγκλᾶν, καὶ κάμπτειν τὰ γόνατα ἐν τῷ καθέζεσθαι. καὶ τὸ ὀκλὰξ ἐπίῤῥημα, παρὰ τὸ κλῶ κλάσω, ῥηματικὸν ὄνομα κλᾶς, καὶ κατὰ Δωριέας κλάξ. τρέπουσι γὰρ πολλάκις τὸ ς εἰς ξ.</w:t>
      </w:r>
    </w:p>
    <w:p>
      <w:r>
        <w:rPr>
          <w:rFonts w:ascii="Courier New" w:hAnsi="Courier New"/>
          <w:color w:val="555555"/>
          <w:sz w:val="20"/>
        </w:rPr>
        <w:t>[5]</w:t>
      </w:r>
    </w:p>
    <w:p>
      <w:r>
        <w:rPr>
          <w:rFonts w:ascii="Gentium Plus" w:hAnsi="Gentium Plus"/>
          <w:sz w:val="24"/>
        </w:rPr>
        <w:t>καὶ πλεονασμῷ τοῦ ο. Οὖρος. ὁ φύλαξ. κυρίως ἐπὶ τῶν ὁρίων τεταγμένος φύλαξ καὶ προορῶν, ὃς καὶ φρουρὸς λέγεται· πρόορός τις ὤν. Οὖρος. ἐπὶ ἀνέμου· παρὰ τὸ ὀρούειν καὶ ὁρμῆς αἴτιον</w:t>
      </w:r>
    </w:p>
    <w:p>
      <w:r>
        <w:rPr>
          <w:rFonts w:ascii="Courier New" w:hAnsi="Courier New"/>
          <w:color w:val="555555"/>
          <w:sz w:val="20"/>
        </w:rPr>
        <w:t>[10]</w:t>
      </w:r>
    </w:p>
    <w:p>
      <w:r>
        <w:rPr>
          <w:rFonts w:ascii="Gentium Plus" w:hAnsi="Gentium Plus"/>
          <w:sz w:val="24"/>
        </w:rPr>
        <w:t>εἶναι. Οἰήϊον. τὸ πηδάλιον. δι’ οὗ φέρεται ἡ ναῦς. οἴω τὸ φέρω οἴσω. ἢ κατ’ ἔλλειψιν τοῦ κ, οἰήκιον, καὶ οἰήϊον. οἴαξ δὲ ὁ κανὼν, δι’ οὗ τὸ πηδάλιον φέρεται. Ὀμφαλός. κυρίως ἐπὶ τοῦ ἡμετέρου σώματος εἴρηται</w:t>
      </w:r>
    </w:p>
    <w:p>
      <w:r>
        <w:rPr>
          <w:rFonts w:ascii="Courier New" w:hAnsi="Courier New"/>
          <w:color w:val="555555"/>
          <w:sz w:val="20"/>
        </w:rPr>
        <w:t>[15]</w:t>
      </w:r>
    </w:p>
    <w:p>
      <w:r>
        <w:rPr>
          <w:rFonts w:ascii="Gentium Plus" w:hAnsi="Gentium Plus"/>
          <w:sz w:val="24"/>
        </w:rPr>
        <w:t>ὀπνεῖν, ὅ ἐστιν ἀναπνεῖν· παρ’ οὗ καὶ ὄμπνη ὁ Δημη‐ τριακὸς καρπός. τὸ δὲ βρέφος κατὰ γαστρὸς ὂν διὰ τοῦ ὀμφαλοῦ ἀναπνεῖ καὶ τρέφεται. μεταφορικῶς δὲ καὶ ἐπὶ τοῦ ζυγοῦ καὶ ἐπὶ τῆς ἀσπίδος, καὶ ἐπὶ τῶν ἄλλων τὸ μέσον.</w:t>
      </w:r>
    </w:p>
    <w:p>
      <w:r>
        <w:rPr>
          <w:rFonts w:ascii="Courier New" w:hAnsi="Courier New"/>
          <w:color w:val="555555"/>
          <w:sz w:val="20"/>
        </w:rPr>
        <w:t>[20]</w:t>
      </w:r>
    </w:p>
    <w:p>
      <w:r>
        <w:rPr>
          <w:rFonts w:ascii="Gentium Plus" w:hAnsi="Gentium Plus"/>
          <w:sz w:val="24"/>
        </w:rPr>
        <w:t>Ὀδύναι. παρὰ τὸ ἔδειν καὶ ἐσθίειν τὴν ψυχήν. Ὄρθρος. παρὰ τὸ αἴρειν ἡμᾶς λεχήρεις ὄντας. ὅθεν ἦρι ὁμοίως ἔλεγον παρὰ τὸ αἴρειν. Οὖας. αὔω αὖας· τροπῇ τοῦ α εἰς ο, οὖας. Ὀβελός. πλεονασμῷ τοῦ ο, παρὰ τὸ βάλλω βέλος,</w:t>
      </w:r>
    </w:p>
    <w:p>
      <w:r>
        <w:rPr>
          <w:rFonts w:ascii="Courier New" w:hAnsi="Courier New"/>
          <w:color w:val="555555"/>
          <w:sz w:val="20"/>
        </w:rPr>
        <w:t>[25]</w:t>
      </w:r>
    </w:p>
    <w:p>
      <w:r>
        <w:rPr>
          <w:rFonts w:ascii="Gentium Plus" w:hAnsi="Gentium Plus"/>
          <w:sz w:val="24"/>
        </w:rPr>
        <w:t>καὶ ὀβελός. οὕτως ἐν τῷ περὶ Παθῶν Ἡρωδιανός. οἷον ὁ ἐοικὼς βέλειν. Οὖλος. ὁ ὀλέθριος. παρὰ τὸ ὄλλω καὶ ὀλλύω. Οὐρά. κυρίως ἐπὶ τοῦ λέοντος, παρὰ τὸ ὄρω τὸ ὁρμῶ· παρορμητική τις οὖσα, καὶ πλεονασμῷ τοῦ υ,</w:t>
      </w:r>
    </w:p>
    <w:p>
      <w:r>
        <w:rPr>
          <w:rFonts w:ascii="Courier New" w:hAnsi="Courier New"/>
          <w:color w:val="555555"/>
          <w:sz w:val="20"/>
        </w:rPr>
        <w:t>[30]</w:t>
      </w:r>
    </w:p>
    <w:p>
      <w:r>
        <w:rPr>
          <w:rFonts w:ascii="Gentium Plus" w:hAnsi="Gentium Plus"/>
          <w:sz w:val="24"/>
        </w:rPr>
        <w:t>οὐρά. Οὐλοχύται. παρὰ τὸ ὅλον, ὡς πρὸς τὰς ἀλελεσμένας κριθάς. Ὀδμή. ὄζω, καὶ ὁ μέλλων ὄσω, ὀδὴ, καὶ πλεονασμῷ τοῦ α, ὀδμή.</w:t>
      </w:r>
    </w:p>
    <w:p>
      <w:r>
        <w:rPr>
          <w:rFonts w:ascii="Courier New" w:hAnsi="Courier New"/>
          <w:color w:val="555555"/>
          <w:sz w:val="20"/>
        </w:rPr>
        <w:t>[35]</w:t>
      </w:r>
    </w:p>
    <w:p>
      <w:r>
        <w:rPr>
          <w:rFonts w:ascii="Gentium Plus" w:hAnsi="Gentium Plus"/>
          <w:sz w:val="24"/>
        </w:rPr>
        <w:t>Ὄρνις. ὄρω τὸ ὁρμῶ, ὄρις, καὶ πλεονασμῷ τοῦ ν,</w:t>
      </w:r>
    </w:p>
    <w:p>
      <w:r>
        <w:rPr>
          <w:rFonts w:ascii="Courier New" w:hAnsi="Courier New"/>
          <w:color w:val="555555"/>
          <w:sz w:val="20"/>
        </w:rPr>
        <w:t>[omicron 116]</w:t>
      </w:r>
    </w:p>
    <w:p>
      <w:r>
        <w:rPr>
          <w:rFonts w:ascii="Gentium Plus" w:hAnsi="Gentium Plus"/>
          <w:sz w:val="24"/>
        </w:rPr>
        <w:t>Ὀσχεός. πλεονασμῷ τοῦ ς, ὡς παρὰ τὸ φωλεύω φω‐ λεὸς, ὀχεύω ὀχεὸς καὶ ὀσχεός. τὸ ἀπὸ ἤτρου χαλώ‐ μενον δέρμα, ὀχεὸς σὺν τοῖς περιεχομένοις, ἀπὸ τοῦ περιέχειν καὶ ἀνοχεῖν.</w:t>
      </w:r>
    </w:p>
    <w:p>
      <w:r>
        <w:rPr>
          <w:rFonts w:ascii="Courier New" w:hAnsi="Courier New"/>
          <w:color w:val="555555"/>
          <w:sz w:val="20"/>
        </w:rPr>
        <w:t>[5]</w:t>
      </w:r>
    </w:p>
    <w:p>
      <w:r>
        <w:rPr>
          <w:rFonts w:ascii="Gentium Plus" w:hAnsi="Gentium Plus"/>
          <w:sz w:val="24"/>
        </w:rPr>
        <w:t>Ὄρχις. διὰ τὸ πρὸς τὰ ἀφροδίσια παρέχειν ὄρεξιν· ἢ παρὰ τὸ ὀρούειν· τὸ μόριον. οἷον ἔρχεις, εἰς οὓς ἔρ‐ χεται ἡ γονή. Οὖρον. οἷον ὅρος τῆς συμπάσης τροφῆς. Ὀρτάλιχος. παρὰ τὸ γλίχεσθαι τοῦ ὀρούειν καὶ πέ‐</w:t>
      </w:r>
    </w:p>
    <w:p>
      <w:r>
        <w:rPr>
          <w:rFonts w:ascii="Courier New" w:hAnsi="Courier New"/>
          <w:color w:val="555555"/>
          <w:sz w:val="20"/>
        </w:rPr>
        <w:t>[10]</w:t>
      </w:r>
    </w:p>
    <w:p>
      <w:r>
        <w:rPr>
          <w:rFonts w:ascii="Gentium Plus" w:hAnsi="Gentium Plus"/>
          <w:sz w:val="24"/>
        </w:rPr>
        <w:t>τεσθαι. Ὄνυξ. πλεονασμῷ τοῦ ο, νύσσω νύξω, ἀποβολῇ τοῦ ω, νὺξ, καὶ προθέσει τοῦ ο, ὄνυξ. Ὀτρύνω. πλεονασμῷ τοῦ τ, ὄρω, ὀρύνω, καὶ ὀτρύνω. Ὁδεῖνα. ὅδε, ὅδει, ὡς ἐνθάδε ἐνθαδί, καὶ ἐπεκτάσει</w:t>
      </w:r>
    </w:p>
    <w:p>
      <w:r>
        <w:rPr>
          <w:rFonts w:ascii="Courier New" w:hAnsi="Courier New"/>
          <w:color w:val="555555"/>
          <w:sz w:val="20"/>
        </w:rPr>
        <w:t>[15]</w:t>
      </w:r>
    </w:p>
    <w:p>
      <w:r>
        <w:rPr>
          <w:rFonts w:ascii="Gentium Plus" w:hAnsi="Gentium Plus"/>
          <w:sz w:val="24"/>
        </w:rPr>
        <w:t>ὁδεῖνα. Ὀργυιά. ἔκτασις τῶν δύο χειρῶν σὺν τῷ πλάτει τοῦ στήθους, παρὰ τὸ ὀρέγειν καὶ ἐκτείνειν τὰ γυῖα, ὅ ἐστι τὰς χεῖρας. γυῖα γὰρ ἐπὶ τῶν χειρῶν καὶ ποδῶν κυρίως. ὡς καὶ Ὅμηρος· γυῖα δ’ ἔθηκεν ἐλαφρὰ,</w:t>
      </w:r>
    </w:p>
    <w:p>
      <w:r>
        <w:rPr>
          <w:rFonts w:ascii="Courier New" w:hAnsi="Courier New"/>
          <w:color w:val="555555"/>
          <w:sz w:val="20"/>
        </w:rPr>
        <w:t>[20]</w:t>
      </w:r>
    </w:p>
    <w:p>
      <w:r>
        <w:rPr>
          <w:rFonts w:ascii="Gentium Plus" w:hAnsi="Gentium Plus"/>
          <w:sz w:val="24"/>
        </w:rPr>
        <w:t>χεῖρας, καὶ πόδας ὕπερθεν. Ὀσφύς. ὡς Ἀριστοτέλης, ἡ ἴση πρὸς τὸ ἄνω καὶ κάτω πεφυκυῖα, οἷον ἴσοφυς. ὡς δὲ Ἀπολλόδωρος, ὀστο‐ φυὴς, ὅτι ὀστώδης. Ὀμφαλός. οἱ μὲν παρὰ τὸ φαλλὴν, ὡς ἐοικέναι, ὅ</w:t>
      </w:r>
    </w:p>
    <w:p>
      <w:r>
        <w:rPr>
          <w:rFonts w:ascii="Courier New" w:hAnsi="Courier New"/>
          <w:color w:val="555555"/>
          <w:sz w:val="20"/>
        </w:rPr>
        <w:t>[25]</w:t>
      </w:r>
    </w:p>
    <w:p>
      <w:r>
        <w:rPr>
          <w:rFonts w:ascii="Gentium Plus" w:hAnsi="Gentium Plus"/>
          <w:sz w:val="24"/>
        </w:rPr>
        <w:t>ἐστι τὸ μόριον. ἐκκρεμὴς γὰρ ἐστὶ ἐν ἀρχῇ, πρὸ τῆς ἀποτομῆς. οἱ δὲ ἀπὸ τοῦ περὶ αὐτὸν εἰλεῖσθαι τὸ γεννώμενον. οἱ δὲ ἀπὸ τῆς εἰς τὸ ἔμβρυον ἐμφυ‐ σήσεως. Ὄστλιγγες. αἱ τρίχες. Καλλίμαχος ἐν αʹ Αἰτιῶν· αἰὲν</w:t>
      </w:r>
    </w:p>
    <w:p>
      <w:r>
        <w:rPr>
          <w:rFonts w:ascii="Courier New" w:hAnsi="Courier New"/>
          <w:color w:val="555555"/>
          <w:sz w:val="20"/>
        </w:rPr>
        <w:t>[30]</w:t>
      </w:r>
    </w:p>
    <w:p>
      <w:r>
        <w:rPr>
          <w:rFonts w:ascii="Gentium Plus" w:hAnsi="Gentium Plus"/>
          <w:sz w:val="24"/>
        </w:rPr>
        <w:t>ἄλειφα ῥέει. παρὰ τὸ ὀστοῦν εἰλεῖσθαι. ἢ ὅτι μετὰ τὴν γέννησιν τοῦ ἀνθρώπου πρῶται ἀναφύονται τρίχες περὶ τὰ ὀστώδη μέρη τῆς κεφαλῆς, εἰλουμέ‐ νους καὶ συνηθροισμένους. Ὀφθαλμοί. παρὰ τὸ ὀφθῆναι παρέχειν ἅπαντα· κατὰ</w:t>
      </w:r>
    </w:p>
    <w:p>
      <w:r>
        <w:rPr>
          <w:rFonts w:ascii="Courier New" w:hAnsi="Courier New"/>
          <w:color w:val="555555"/>
          <w:sz w:val="20"/>
        </w:rPr>
        <w:t>[35]</w:t>
      </w:r>
    </w:p>
    <w:p>
      <w:r>
        <w:rPr>
          <w:rFonts w:ascii="Gentium Plus" w:hAnsi="Gentium Plus"/>
          <w:sz w:val="24"/>
        </w:rPr>
        <w:t>δὲ τινὰς, ὀφθαλλοί τινες εἰσὶν, ἐξ ὧν ἅλλεται ἡ</w:t>
      </w:r>
    </w:p>
    <w:p>
      <w:r>
        <w:rPr>
          <w:rFonts w:ascii="Courier New" w:hAnsi="Courier New"/>
          <w:color w:val="555555"/>
          <w:sz w:val="20"/>
        </w:rPr>
        <w:t>[omicron 117]</w:t>
      </w:r>
    </w:p>
    <w:p>
      <w:r>
        <w:rPr>
          <w:rFonts w:ascii="Gentium Plus" w:hAnsi="Gentium Plus"/>
          <w:sz w:val="24"/>
        </w:rPr>
        <w:t>Ὅρασις. ἀπὸ τοῦ ὅρισις εἶναι καὶ τὰ πέρατα τῶν σωμάτων καταλαμβάνειν. οὕτω Σωρανός. Ὄμματα. οἷον νέματα καὶ οἴματα· ἐπεὶ δι’ αὐτῶν ἀφιᾶται καὶ ὁρμᾶται τὸ ὁρατικόν. Αἰολεῖς δὲ ὄππα</w:t>
      </w:r>
    </w:p>
    <w:p>
      <w:r>
        <w:rPr>
          <w:rFonts w:ascii="Courier New" w:hAnsi="Courier New"/>
          <w:color w:val="555555"/>
          <w:sz w:val="20"/>
        </w:rPr>
        <w:t>[5]</w:t>
      </w:r>
    </w:p>
    <w:p>
      <w:r>
        <w:rPr>
          <w:rFonts w:ascii="Gentium Plus" w:hAnsi="Gentium Plus"/>
          <w:sz w:val="24"/>
        </w:rPr>
        <w:t>τὰ παρὰ τοὺς ὦπας. Ὀφρύες. ἤτοι ὠποφρύες εἰσὶν, ἢ ὠπορύες· παρὰ τὸ φρουρεῖν καὶ ῥύεσθαι· τὰς ὦπας ἀπό τε τῶν ὄμβρων καὶ τῶν ὕπερθεν ἱδρώτων· ἢ ὠπότρυες. αἱ ἐπὶ τῶν ὠπῶν πεφυκυῖαι. ἢ οἷον ἐνποροφύες εἰσὶν,</w:t>
      </w:r>
    </w:p>
    <w:p>
      <w:r>
        <w:rPr>
          <w:rFonts w:ascii="Courier New" w:hAnsi="Courier New"/>
          <w:color w:val="555555"/>
          <w:sz w:val="20"/>
        </w:rPr>
        <w:t>[10]</w:t>
      </w:r>
    </w:p>
    <w:p>
      <w:r>
        <w:rPr>
          <w:rFonts w:ascii="Gentium Plus" w:hAnsi="Gentium Plus"/>
          <w:sz w:val="24"/>
        </w:rPr>
        <w:t>οἷον ὄροφοι τῶν ὠπῶν· οὕτω Σωρανός. Ὀδόντες. παρὰ τὸ ἔδειν καὶ ἐσθίειν, ἐδόντες καὶ ὀδόν‐ τες. Οὖλον. ἡ συνέχουσα τὰς ὀδόντας σὰρξ ὠνόμασται διὰ τὸ τρυφερόν. οὖλον γὰρ τὸ ἁπαλόν· ἢ παρὰ τὸ εἰλεῖν·</w:t>
      </w:r>
    </w:p>
    <w:p>
      <w:r>
        <w:rPr>
          <w:rFonts w:ascii="Courier New" w:hAnsi="Courier New"/>
          <w:color w:val="555555"/>
          <w:sz w:val="20"/>
        </w:rPr>
        <w:t>[15]</w:t>
      </w:r>
    </w:p>
    <w:p>
      <w:r>
        <w:rPr>
          <w:rFonts w:ascii="Gentium Plus" w:hAnsi="Gentium Plus"/>
          <w:sz w:val="24"/>
        </w:rPr>
        <w:t>τρόπῳ γὰρ τινὶ τείχους ἔχει τάξιν εἰς διακράτησιν τῶν ὀδόντων· ἢ ὅτι οὐλὴν ἔχει τὴν ἐπιγινομένην ἐκ τῶν φυομένων ὀδόντων διακοπήν. οὕτω Σωρανός. Οὐρανίσκος. ὅτι μετεωρότατος ἐστὶ τῆς εὐρυχωρίας οὗτος ὁ τόπος, ὡς ἐν τοῖς ὅλοις τοῦ κόσμου ὁ οὐρανός. οὐ‐</w:t>
      </w:r>
    </w:p>
    <w:p>
      <w:r>
        <w:rPr>
          <w:rFonts w:ascii="Courier New" w:hAnsi="Courier New"/>
          <w:color w:val="555555"/>
          <w:sz w:val="20"/>
        </w:rPr>
        <w:t>[20]</w:t>
      </w:r>
    </w:p>
    <w:p>
      <w:r>
        <w:rPr>
          <w:rFonts w:ascii="Gentium Plus" w:hAnsi="Gentium Plus"/>
          <w:sz w:val="24"/>
        </w:rPr>
        <w:t>ρανίσκος δὲ ὑποκοριστικῶς, οἷον μικρὸς οὐρανός. Ὁμαρτῶ. ἄρσω γίνεται ὄνομα ἀρτὸς, καὶ ἀρτῶ· ῥῆμα σύνθετον ὁμαρτῶ· ὁμαρτήσαντες, ὁμοῦ ἁρμοσά‐ μενοι. Ὄρθρος. ὄρω, μέλλων Αἰολικὸς ὄρσω, ὄνομα ὄρτος, καὶ</w:t>
      </w:r>
    </w:p>
    <w:p>
      <w:r>
        <w:rPr>
          <w:rFonts w:ascii="Courier New" w:hAnsi="Courier New"/>
          <w:color w:val="555555"/>
          <w:sz w:val="20"/>
        </w:rPr>
        <w:t>[25]</w:t>
      </w:r>
    </w:p>
    <w:p>
      <w:r>
        <w:rPr>
          <w:rFonts w:ascii="Gentium Plus" w:hAnsi="Gentium Plus"/>
          <w:sz w:val="24"/>
        </w:rPr>
        <w:t>μεταθέσει τοῦ τ εἰς θ, ὄρθρος. Οἶμα. οἰμῶ οἰμήσω, οἴμημα, καὶ συγκοπῇ οἶμα. Ὀροθύνω. παρὰ τὸ ῥοθῶ ῥοθίνεω, καὶ πλεονασμῷ τοῦ ο, ὀροθύνω. ἢ παρὰ τὸ ὄρω καὶ θύνω. ἐν τῷ περὶ Παθῶν Ἡρωδιανός.</w:t>
      </w:r>
    </w:p>
    <w:p>
      <w:r>
        <w:rPr>
          <w:rFonts w:ascii="Courier New" w:hAnsi="Courier New"/>
          <w:color w:val="555555"/>
          <w:sz w:val="20"/>
        </w:rPr>
        <w:t>[30]</w:t>
      </w:r>
    </w:p>
    <w:p>
      <w:r>
        <w:rPr>
          <w:rFonts w:ascii="Gentium Plus" w:hAnsi="Gentium Plus"/>
          <w:sz w:val="24"/>
        </w:rPr>
        <w:t>Ὀθνεῖον. ὑπέρθεσις στοιχείου, ὡς ἄριστος ἀριστεῖον, νόθος νοθεῖον. μεταθέσει τοῦ ν, ὀθνεῖον. Ὄμβρος. παρὰ τὸ ὁμοῦ ῥεῖν, ὅμορος, συγκοπὴ καὶ</w:t>
      </w:r>
    </w:p>
    <w:p>
      <w:r>
        <w:rPr>
          <w:rFonts w:ascii="Courier New" w:hAnsi="Courier New"/>
          <w:color w:val="555555"/>
          <w:sz w:val="20"/>
        </w:rPr>
        <w:t>[omicron 118]</w:t>
      </w:r>
    </w:p>
    <w:p>
      <w:r>
        <w:rPr>
          <w:rFonts w:ascii="Gentium Plus" w:hAnsi="Gentium Plus"/>
          <w:sz w:val="24"/>
        </w:rPr>
        <w:t>Οἶκος. παρὰ τὸ ὑποχωρῶ οἶκος· ὑφ’ ὂν χωροῦμεν. Ἡρωδιανὸς ἐν τῇ Ὀρθογραφίᾳ. Ὄβριμος. βρι ἐπιτατικόν. ἐστι μόριον, καὶ πλεονασμῷ τοῦ ο, ὄβριμος.</w:t>
      </w:r>
    </w:p>
    <w:p>
      <w:r>
        <w:rPr>
          <w:rFonts w:ascii="Courier New" w:hAnsi="Courier New"/>
          <w:color w:val="555555"/>
          <w:sz w:val="20"/>
        </w:rPr>
        <w:t>[5]</w:t>
      </w:r>
    </w:p>
    <w:p>
      <w:r>
        <w:rPr>
          <w:rFonts w:ascii="Gentium Plus" w:hAnsi="Gentium Plus"/>
          <w:sz w:val="24"/>
        </w:rPr>
        <w:t>Ὄμφαξ. οἷον ὠμόφαξ, ἡ ὠμὴ εἰς φαγήν. Ὀπήτιον. παρὰ τὸ ὀπὰς ἐμποιεῖν. Ὄνος παρὰ τὴν ὄνησιν τὴν ἐν τοῖς ἔργοις. ὁ δὲ παρὰ τοῖς τέκτοσι, παρὰ τὸ βαστάζειν. Ὅμιλος. παρὰ τὸ ὁμοῦ εἰλεῖσθαι· ἢ παρὰ τὸ ὁμοῦ τὰς</w:t>
      </w:r>
    </w:p>
    <w:p>
      <w:r>
        <w:rPr>
          <w:rFonts w:ascii="Courier New" w:hAnsi="Courier New"/>
          <w:color w:val="555555"/>
          <w:sz w:val="20"/>
        </w:rPr>
        <w:t>[10]</w:t>
      </w:r>
    </w:p>
    <w:p>
      <w:r>
        <w:rPr>
          <w:rFonts w:ascii="Gentium Plus" w:hAnsi="Gentium Plus"/>
          <w:sz w:val="24"/>
        </w:rPr>
        <w:t>ἴλας ἔχειν. Ὄξος. ἐπεὶ τέμνει καὶ κεντίζει ὡς εἰπεῖν τὴν γεῦσιν. καὶ ὀξεῖαν σταφυλὴν λέγομεν τὴν κεντρίζουσαν ἡμῶν τὴν γεῦσιν. Κυρηναῖοι δὲ τὸ ὄξος ἧδος λέγουσι κατ’ ἀντίφρασιν. δύναται δὲ τὸ ὀξὺ, τὸν μεταβεβληκότα</w:t>
      </w:r>
    </w:p>
    <w:p>
      <w:r>
        <w:rPr>
          <w:rFonts w:ascii="Courier New" w:hAnsi="Courier New"/>
          <w:color w:val="555555"/>
          <w:sz w:val="20"/>
        </w:rPr>
        <w:t>[15]</w:t>
      </w:r>
    </w:p>
    <w:p>
      <w:r>
        <w:rPr>
          <w:rFonts w:ascii="Gentium Plus" w:hAnsi="Gentium Plus"/>
          <w:sz w:val="24"/>
        </w:rPr>
        <w:t>οἶνον εἰρῆσθαι· ὀξὺς ὄξος, ὡς ταχὺς τάχος, εὑρὺς εὗρος. οὕτω Φιλόξενος. Ὀβολός. τροπῇ τοῦ ε εἰς ο. πρὸ τούτου γὰρ ὀβελίσκοις τραχέσιν ἐνομίστευον τὰ πρὸς σταθμόν. οἱ μὲν οὖν Ἴωνες ὀβελὸς, ἡμεῖς δὲ ὀβολός. πρῶτος δὲ πάντων</w:t>
      </w:r>
    </w:p>
    <w:p>
      <w:r>
        <w:rPr>
          <w:rFonts w:ascii="Courier New" w:hAnsi="Courier New"/>
          <w:color w:val="555555"/>
          <w:sz w:val="20"/>
        </w:rPr>
        <w:t>[20]</w:t>
      </w:r>
    </w:p>
    <w:p>
      <w:r>
        <w:rPr>
          <w:rFonts w:ascii="Gentium Plus" w:hAnsi="Gentium Plus"/>
          <w:sz w:val="24"/>
        </w:rPr>
        <w:t>Φείδων Ἀργεῖος νόμισμα ἔκοψεν ἐν Αἰγίνῃ, καὶ διδοὺς τὸ νόμισμα, καὶ ἀναλαβὼν τοὺς ὀβελίσκους, ἀνέ‐ θηκε τῇ ἐν Ἄργει Ἥρᾳ. ἐπειδὴ τότε οἱ ὀβελίσκοι τὴν χεῖρα ἐπλήρουν, τουτέστι, τὴν δράκα, ἡμεῖς. καίπερ μὴ πληροῦντες τὴν χεῖρα τοῖς ἓξ ὀβολοῖς. δρα‐</w:t>
      </w:r>
    </w:p>
    <w:p>
      <w:r>
        <w:rPr>
          <w:rFonts w:ascii="Courier New" w:hAnsi="Courier New"/>
          <w:color w:val="555555"/>
          <w:sz w:val="20"/>
        </w:rPr>
        <w:t>[25]</w:t>
      </w:r>
    </w:p>
    <w:p>
      <w:r>
        <w:rPr>
          <w:rFonts w:ascii="Gentium Plus" w:hAnsi="Gentium Plus"/>
          <w:sz w:val="24"/>
        </w:rPr>
        <w:t>χμὴν αὐτὴν λέγομεν, παρὰ τὸ δράξασθαι. Ὅθεν ἔτι καὶ νῦν ὀβολοστάτην καλοῦμεν τὸν τοκιστήν, ἐπειδὴ σταθμοῖς τοὺς ὀβελίσκους παρεδίδουν οἱ ἀρχαῖοι. οὕ‐ τως Ἡρακλείδης ὁ Ποντικός. Οὐρανός. ἀπὸ τοῦ οὐρεῖν καὶ φυλάττειν πάντα, καὶ κη‐</w:t>
      </w:r>
    </w:p>
    <w:p>
      <w:r>
        <w:rPr>
          <w:rFonts w:ascii="Courier New" w:hAnsi="Courier New"/>
          <w:color w:val="555555"/>
          <w:sz w:val="20"/>
        </w:rPr>
        <w:t>[30]</w:t>
      </w:r>
    </w:p>
    <w:p>
      <w:r>
        <w:rPr>
          <w:rFonts w:ascii="Gentium Plus" w:hAnsi="Gentium Plus"/>
          <w:sz w:val="24"/>
        </w:rPr>
        <w:t>πωρὸς, καὶ θυρωρὸς, παρὰ τὸ οὐρεῖν. Ἡσίοδος· Γαῖα μέν τοι πρῶτον ἐγείνατο ἶσον αὑτῇ Οὐρανὸν ἀστε‐ ρόενθ’, ἵνα μιν περὶ πάντα καλύπτῃ. καὶ οὖρος ὁ φύ‐</w:t>
      </w:r>
    </w:p>
    <w:p>
      <w:r>
        <w:rPr>
          <w:rFonts w:ascii="Courier New" w:hAnsi="Courier New"/>
          <w:color w:val="555555"/>
          <w:sz w:val="20"/>
        </w:rPr>
        <w:t>[omicron 119]</w:t>
      </w:r>
    </w:p>
    <w:p>
      <w:r>
        <w:rPr>
          <w:rFonts w:ascii="Gentium Plus" w:hAnsi="Gentium Plus"/>
          <w:sz w:val="24"/>
        </w:rPr>
        <w:t>ἴδιον ἀπὸ τοῦ ἀλλοτρίου. οὕτως Ἡρακλείδης ὁ Πον‐ τικός. Ὀπώρα. παρὰ τὸ ἕπεσθαι τῇ ὥρᾳ. Ἡρακλείδης οὕτω. Οἰζύω. ὥσπερ παρὰ τὸ λίαν, λιάζω, οὕτω καὶ παρὰ τὸ</w:t>
      </w:r>
    </w:p>
    <w:p>
      <w:r>
        <w:rPr>
          <w:rFonts w:ascii="Courier New" w:hAnsi="Courier New"/>
          <w:color w:val="555555"/>
          <w:sz w:val="20"/>
        </w:rPr>
        <w:t>[5]</w:t>
      </w:r>
    </w:p>
    <w:p>
      <w:r>
        <w:rPr>
          <w:rFonts w:ascii="Gentium Plus" w:hAnsi="Gentium Plus"/>
          <w:sz w:val="24"/>
        </w:rPr>
        <w:t>οἲ ἐπίῤῥημα, οἴζω, καὶ παραγώγως οἰζύω. οὕτως Ἀπολλώνιος ἐν τῷ περὶ Ἐπιῤῥημάτων. Οὐσία. ἡ οὖσα ἀεί. παρὰ τὴν ὢν μετοχὴν, ὕπαρξιν δηλοῦσαν, ὡς καὶ γέρων γερούσιος, ἑκὼν ἑκούσιος, καὶ ὢν οὔσιος, καὶ ἐνούσιος ὁ ὑποστατικὸς, καὶ οὐσία θη‐</w:t>
      </w:r>
    </w:p>
    <w:p>
      <w:r>
        <w:rPr>
          <w:rFonts w:ascii="Courier New" w:hAnsi="Courier New"/>
          <w:color w:val="555555"/>
          <w:sz w:val="20"/>
        </w:rPr>
        <w:t>[10]</w:t>
      </w:r>
    </w:p>
    <w:p>
      <w:r>
        <w:rPr>
          <w:rFonts w:ascii="Gentium Plus" w:hAnsi="Gentium Plus"/>
          <w:sz w:val="24"/>
        </w:rPr>
        <w:t>λυκόν. Οἰμώζειν. παρὰ τὸ οἴμοι ὁμοίως πεποίηται. οὕτως Ἀπολλώνιος. Ὄτλος. παρὰ τὸ τλῶ τὸ κακοπαθῶ καὶ πλεονασμῷ τοῦ ο. ἢ παρὰ τὸ α τὸ ἐπιτατικόν. μεταβέβληται εἰς</w:t>
      </w:r>
    </w:p>
    <w:p>
      <w:r>
        <w:rPr>
          <w:rFonts w:ascii="Courier New" w:hAnsi="Courier New"/>
          <w:color w:val="555555"/>
          <w:sz w:val="20"/>
        </w:rPr>
        <w:t>[15]</w:t>
      </w:r>
    </w:p>
    <w:p>
      <w:r>
        <w:rPr>
          <w:rFonts w:ascii="Gentium Plus" w:hAnsi="Gentium Plus"/>
          <w:sz w:val="24"/>
        </w:rPr>
        <w:t>ο, ἄτλος καὶ ὄτλος. Οἶδμα. οἰδῶ οἰδήσω οἴδημα, καὶ συγκοπῇ, οἶδμα. Ὄνειαρ. ὀνῶ, ὄναρ, καὶ πλεονασμῷ τῆς διφθόγγου, ὄνειαρ. Ὀρεσκῷος. παρὰ τὸ κῶ δηλοῦν τὸ κοιμῶμαι, οὗ</w:t>
      </w:r>
    </w:p>
    <w:p>
      <w:r>
        <w:rPr>
          <w:rFonts w:ascii="Courier New" w:hAnsi="Courier New"/>
          <w:color w:val="555555"/>
          <w:sz w:val="20"/>
        </w:rPr>
        <w:t>[20]</w:t>
      </w:r>
    </w:p>
    <w:p>
      <w:r>
        <w:rPr>
          <w:rFonts w:ascii="Gentium Plus" w:hAnsi="Gentium Plus"/>
          <w:sz w:val="24"/>
        </w:rPr>
        <w:t>μέλλων κώσω, ῥηματικὸν ὄνομα κὼς, σύνθετον ὀρεσ‐ κὼς, πλεονασμῷ τοῦ ω, ὀρεσκῷος. οὕτω Φι‐ λόξενος. Ὀλίγωρος. παρὰ τὴν ὥραν τὴν φροντίδα. τὸ δὲ ὀλί‐ γον καὶ ἐπὶ τοῦ μηδαμῶς, ἢ ὀλίγον οἷ παῖδα, ἀντὶ</w:t>
      </w:r>
    </w:p>
    <w:p>
      <w:r>
        <w:rPr>
          <w:rFonts w:ascii="Courier New" w:hAnsi="Courier New"/>
          <w:color w:val="555555"/>
          <w:sz w:val="20"/>
        </w:rPr>
        <w:t>[25]</w:t>
      </w:r>
    </w:p>
    <w:p>
      <w:r>
        <w:rPr>
          <w:rFonts w:ascii="Gentium Plus" w:hAnsi="Gentium Plus"/>
          <w:sz w:val="24"/>
        </w:rPr>
        <w:t>τοῦ οὐδαμῶς. Ὀπή· τόπος τετριμμένος. ἀφ’ οὗ τις δύναται ὀπή‐ σασθαι καὶ περιβλέψασθαι. οὕτως Ἀριστόνικος ἐν τοῖς Σημείοις τοῦ Ποιητοῦ. Ὀψέ. παρὰ τὸ τὴν ὥραν ἐπιτηδείαν εἶναι εἰς τὸ ἂψ</w:t>
      </w:r>
    </w:p>
    <w:p>
      <w:r>
        <w:rPr>
          <w:rFonts w:ascii="Courier New" w:hAnsi="Courier New"/>
          <w:color w:val="555555"/>
          <w:sz w:val="20"/>
        </w:rPr>
        <w:t>[30]</w:t>
      </w:r>
    </w:p>
    <w:p>
      <w:r>
        <w:rPr>
          <w:rFonts w:ascii="Gentium Plus" w:hAnsi="Gentium Plus"/>
          <w:sz w:val="24"/>
        </w:rPr>
        <w:t>ἰέναι.</w:t>
      </w:r>
    </w:p>
    <w:p>
      <w:r>
        <w:rPr>
          <w:rFonts w:ascii="Courier New" w:hAnsi="Courier New"/>
          <w:color w:val="555555"/>
          <w:sz w:val="20"/>
        </w:rPr>
        <w:t>[omicron 120]</w:t>
      </w:r>
    </w:p>
    <w:p>
      <w:r>
        <w:rPr>
          <w:rFonts w:ascii="Gentium Plus" w:hAnsi="Gentium Plus"/>
          <w:sz w:val="24"/>
        </w:rPr>
        <w:t>Ὄνειρος. τὸ ὂν εἴρων καὶ λέγων. ἐπὶ δὲ τῶν ἀληθῶν ὁ λόγος. Ὀκλάσας. κατὰ πλεονασμὸν τοῦ ο. ἐστὶ γὰρ κλᾶσαι. διὰ τὸ ὥσπερ κλάσιν ὑπομένειν τὰ γόνατα.</w:t>
      </w:r>
    </w:p>
    <w:p>
      <w:r>
        <w:rPr>
          <w:rFonts w:ascii="Courier New" w:hAnsi="Courier New"/>
          <w:color w:val="555555"/>
          <w:sz w:val="20"/>
        </w:rPr>
        <w:t>[5]</w:t>
      </w:r>
    </w:p>
    <w:p>
      <w:r>
        <w:rPr>
          <w:rFonts w:ascii="Gentium Plus" w:hAnsi="Gentium Plus"/>
          <w:sz w:val="24"/>
        </w:rPr>
        <w:t>Ὀϊστός. κατὰ πλεονασμὸν τοῦ ο. ἵημι γὰρ ἐστὶ τὸ ῥῆμα, οὗ ῥηματικὸν ἱστὸς, καὶ πλεονασμῷ τοῦ ὀϊστός. Ὀρόδαμνος, καὶ ὅρπηξ. ἐπὶ τοῦ κλάδου. ἀπὸ τῆς ὀρού‐ σεως τῆς κατὰ τὴν αὔξησιν. Ὀρεκτῇσι μελίῃσι παρ’ Ὁμήρῳ· αἷς ὀρέγδην χρῶνται</w:t>
      </w:r>
    </w:p>
    <w:p>
      <w:r>
        <w:rPr>
          <w:rFonts w:ascii="Courier New" w:hAnsi="Courier New"/>
          <w:color w:val="555555"/>
          <w:sz w:val="20"/>
        </w:rPr>
        <w:t>[10]</w:t>
      </w:r>
    </w:p>
    <w:p>
      <w:r>
        <w:rPr>
          <w:rFonts w:ascii="Gentium Plus" w:hAnsi="Gentium Plus"/>
          <w:sz w:val="24"/>
        </w:rPr>
        <w:t>ἐκ χειρὸς νύσσοντες. Ὄπα. τὴν φωνήν. Φιλόξενος ἐν τῷ περὶ Μονοσυλλά‐ βων, παρὰ τὸν ἔψω μέλλοντα, οὗ θέμα ἔπω ἔψω, καὶ τροπῇ τοῦ ε εἰς ο, ὄψ. ὡς ἀπὸ τοῦ ἔλξω ἔλξον ὄνομα, καὶ τροπῇ τοῦ ε εἰς ο, ὄλξον, καὶ ἐπεκτάσει,</w:t>
      </w:r>
    </w:p>
    <w:p>
      <w:r>
        <w:rPr>
          <w:rFonts w:ascii="Courier New" w:hAnsi="Courier New"/>
          <w:color w:val="555555"/>
          <w:sz w:val="20"/>
        </w:rPr>
        <w:t>[15]</w:t>
      </w:r>
    </w:p>
    <w:p>
      <w:r>
        <w:rPr>
          <w:rFonts w:ascii="Gentium Plus" w:hAnsi="Gentium Plus"/>
          <w:sz w:val="24"/>
        </w:rPr>
        <w:t>ὦλξ. ὦλκα βαθεῖαν ὅμηρος. Ὀπωπή. ὄπτω, καὶ ἐξ αὐτοῦ ὄνομα ῥηματικὸν ὀπὴ, καὶ διπλασιασμὸς ὀπωπή. οὕτω Φιλόξενος ἐν τῷ περὶ Ῥω‐ μαίων διαλέκτου. Ὄτριχας. οἰετέας. οἷον ὁμότριχας καὶ τὸ οἰετέας</w:t>
      </w:r>
    </w:p>
    <w:p>
      <w:r>
        <w:rPr>
          <w:rFonts w:ascii="Courier New" w:hAnsi="Courier New"/>
          <w:color w:val="555555"/>
          <w:sz w:val="20"/>
        </w:rPr>
        <w:t>[20]</w:t>
      </w:r>
    </w:p>
    <w:p>
      <w:r>
        <w:rPr>
          <w:rFonts w:ascii="Gentium Plus" w:hAnsi="Gentium Plus"/>
          <w:sz w:val="24"/>
        </w:rPr>
        <w:t>ἐπλεόνασε τὸ ι ὀμοετέας. Ὁλκός. παρὰ τὸ ἕλκω, ὀλκὴ καὶ ἔχω ὄχος. Ὀπαδός. τὸ πρωτόπυπον τῆς λέξεως ἕπω, οὗ παθητικὸν ἕπομαι. ὥσπερ ἀπὸ τοῦ πέμπω πέμπομαι, ἕλκω ὁλ‐ κὸς, οὕτω καὶ ἕπω ὀπὸς ὀξύτονον. τούτου ῥῆμα πα‐</w:t>
      </w:r>
    </w:p>
    <w:p>
      <w:r>
        <w:rPr>
          <w:rFonts w:ascii="Courier New" w:hAnsi="Courier New"/>
          <w:color w:val="555555"/>
          <w:sz w:val="20"/>
        </w:rPr>
        <w:t>[25]</w:t>
      </w:r>
    </w:p>
    <w:p>
      <w:r>
        <w:rPr>
          <w:rFonts w:ascii="Gentium Plus" w:hAnsi="Gentium Plus"/>
          <w:sz w:val="24"/>
        </w:rPr>
        <w:t>ράγωγον ὀπάζω, ὡς γυμνὸς γυμνάζω, ἵππος ἱππάζω, μόνος μονάζω, οὕτω καὶ ὀπάζω ὀπαδός. Ὄπις. ἡ ἐξόπισθεν ἑπομένη κτήσις. ἀπὸ δὲ τῶν εἰς ζω καὶ διὰ τοῦ ς κλινομένων μελλόντων, ῥημα‐ τικὰ ἐκπίπτει ὀνόματα διὰ τοῦ δ· οἷον φράζω φραδὴ,</w:t>
      </w:r>
    </w:p>
    <w:p>
      <w:r>
        <w:rPr>
          <w:rFonts w:ascii="Courier New" w:hAnsi="Courier New"/>
          <w:color w:val="555555"/>
          <w:sz w:val="20"/>
        </w:rPr>
        <w:t>[30]</w:t>
      </w:r>
    </w:p>
    <w:p>
      <w:r>
        <w:rPr>
          <w:rFonts w:ascii="Gentium Plus" w:hAnsi="Gentium Plus"/>
          <w:sz w:val="24"/>
        </w:rPr>
        <w:t>κομίζω κομιδή· οὕτως ἀπὸ τοῦ ὀπάσω μέλλοντος ὀπα‐</w:t>
      </w:r>
    </w:p>
    <w:p>
      <w:r>
        <w:rPr>
          <w:rFonts w:ascii="Courier New" w:hAnsi="Courier New"/>
          <w:color w:val="555555"/>
          <w:sz w:val="20"/>
        </w:rPr>
        <w:t>[omicron 121]</w:t>
      </w:r>
    </w:p>
    <w:p>
      <w:r>
        <w:rPr>
          <w:rFonts w:ascii="Gentium Plus" w:hAnsi="Gentium Plus"/>
          <w:sz w:val="24"/>
        </w:rPr>
        <w:t>δός. γίνεται δὲ, τοῦ α βραχέος μεταληφθέντος εἰς η, ὀπηδός. Ὅμηρος· γέρων δὲ τοιοῦτος ὀπήδει. Φιλόξενος. Ὀχθήσας. τροπῇ τοῦ α εἰς ο. παρὰ τὸ ἄχθω καὶ</w:t>
      </w:r>
    </w:p>
    <w:p>
      <w:r>
        <w:rPr>
          <w:rFonts w:ascii="Courier New" w:hAnsi="Courier New"/>
          <w:color w:val="555555"/>
          <w:sz w:val="20"/>
        </w:rPr>
        <w:t>[5]</w:t>
      </w:r>
    </w:p>
    <w:p>
      <w:r>
        <w:rPr>
          <w:rFonts w:ascii="Gentium Plus" w:hAnsi="Gentium Plus"/>
          <w:sz w:val="24"/>
        </w:rPr>
        <w:t>ἄχθομαι βαρύτονον, καὶ ἀχθῶ περισπώμενον· ἀφ’ οὗ τὸ ἤχθημα καὶ ἀπήχθημαι, καὶ ἠχθέσθην. ὀχθή‐ σας οὖν ἀντὶ τοῦ ἀχθεσθείς. οὕτω Φιλόξενος ἐν τῷ περὶ Ἰάδος διαλέκτου. Ὀτρηρός. Φιλόξενος ἀπὸ τοῦ τρεῖν τὸ φοβοῦμαι, οὗ</w:t>
      </w:r>
    </w:p>
    <w:p>
      <w:r>
        <w:rPr>
          <w:rFonts w:ascii="Courier New" w:hAnsi="Courier New"/>
          <w:color w:val="555555"/>
          <w:sz w:val="20"/>
        </w:rPr>
        <w:t>[10]</w:t>
      </w:r>
    </w:p>
    <w:p>
      <w:r>
        <w:rPr>
          <w:rFonts w:ascii="Gentium Plus" w:hAnsi="Gentium Plus"/>
          <w:sz w:val="24"/>
        </w:rPr>
        <w:t>ὄνομα ῥηματικὸν τρεερός· ὡς φαίνω φανερὸς, καὶ τήκω τακερός. τῶν δὲ δύο εε συνελθόντων εἰς η, τρηρὸς ἐγένετο, ὁ δειλὸς, οὗ παρώνυμον τρήρων. τῆς δὲ α στερήσεως συνελθούσης, καὶ αὐτῆς εἰς ο μετα‐ βληθείσης, ἐγένετο ὀτρηρὸς, ὁ δραστικὸς, καὶ ἐῤῥωμέ‐</w:t>
      </w:r>
    </w:p>
    <w:p>
      <w:r>
        <w:rPr>
          <w:rFonts w:ascii="Courier New" w:hAnsi="Courier New"/>
          <w:color w:val="555555"/>
          <w:sz w:val="20"/>
        </w:rPr>
        <w:t>[15]</w:t>
      </w:r>
    </w:p>
    <w:p>
      <w:r>
        <w:rPr>
          <w:rFonts w:ascii="Gentium Plus" w:hAnsi="Gentium Plus"/>
          <w:sz w:val="24"/>
        </w:rPr>
        <w:t>νος, καὶ σπουδαῖος. Ὄβριμος. παρὰ τὸ βρι, δηλοῦν ἐπίτασιν, καὶ πλεο‐ νασμῷ τοῦ ο, ὄβριμος. Ὄρχαμος. τροπῇ τοῦ α εἰς ο, ἀρχὸς ἄρχαμος, ὡς πλό‐ κος πλόκαμος, πύῤῥος πύῤῥαμος.</w:t>
      </w:r>
    </w:p>
    <w:p>
      <w:r>
        <w:rPr>
          <w:rFonts w:ascii="Courier New" w:hAnsi="Courier New"/>
          <w:color w:val="555555"/>
          <w:sz w:val="20"/>
        </w:rPr>
        <w:t>[20]</w:t>
      </w:r>
    </w:p>
    <w:p>
      <w:r>
        <w:rPr>
          <w:rFonts w:ascii="Gentium Plus" w:hAnsi="Gentium Plus"/>
          <w:sz w:val="24"/>
        </w:rPr>
        <w:t>Ὀῤῥωδῶ, τὸ φοβοῦμαι. ῥῶ ἐστὶ ῥῆμα, ἀφ’ οὗ τὸ ἔῤῥω‐ μαι, παράγωγον ῥώζω, καὶ μεταθέσει τοῦ ζ εἰς δ, ῥωδῶ, ὡς μύζω μυδῶ, χάζω χαδῶ· ἔνθεν τὸ κεχαν‐ δότα, πλεονασμῷ τοῦ ν. ῥώζω οὖν ῥώδω, καὶ μετὰ τῆς α στερήσεως, ἀῤῥωδῶ, καὶ μεταθέσει τοῦ α</w:t>
      </w:r>
    </w:p>
    <w:p>
      <w:r>
        <w:rPr>
          <w:rFonts w:ascii="Courier New" w:hAnsi="Courier New"/>
          <w:color w:val="555555"/>
          <w:sz w:val="20"/>
        </w:rPr>
        <w:t>[25]</w:t>
      </w:r>
    </w:p>
    <w:p>
      <w:r>
        <w:rPr>
          <w:rFonts w:ascii="Gentium Plus" w:hAnsi="Gentium Plus"/>
          <w:sz w:val="24"/>
        </w:rPr>
        <w:t>εἰς ο, ὀῤῥωδῶ, τὸ μὴ ἐῤῥῶσθαι τὴν ψυχὴν ἀπὸ τοῦ φόβου. καὶ Ἡρόδοτος ἀῤῥωδῶ λέγει ἐν τῇ πρώτῃ· ἀπεμάχετο ἀῤῥωδέων. οὕτω Φιλόξενος ἐν τῷ περὶ Ἰάδος διαλέκτου. τινὲς δὲ παρὰ τὸ ἰδίειν τὸν ὀῤ‐ ῥόν· ὅ ἐστιν ἱδροῦν ἐν τῷ φόβῳ.</w:t>
      </w:r>
    </w:p>
    <w:p>
      <w:r>
        <w:rPr>
          <w:rFonts w:ascii="Courier New" w:hAnsi="Courier New"/>
          <w:color w:val="555555"/>
          <w:sz w:val="20"/>
        </w:rPr>
        <w:t>[30]</w:t>
      </w:r>
    </w:p>
    <w:p>
      <w:r>
        <w:rPr>
          <w:rFonts w:ascii="Gentium Plus" w:hAnsi="Gentium Plus"/>
          <w:sz w:val="24"/>
        </w:rPr>
        <w:t>Ὁμαρτεῖν. συγκοπῇ ἐκ τοῦ ἅμα ἐπιῤῥήματος, καὶ τοῦ</w:t>
      </w:r>
    </w:p>
    <w:p>
      <w:r>
        <w:rPr>
          <w:rFonts w:ascii="Courier New" w:hAnsi="Courier New"/>
          <w:color w:val="555555"/>
          <w:sz w:val="20"/>
        </w:rPr>
        <w:t>[omicron 122]</w:t>
      </w:r>
    </w:p>
    <w:p>
      <w:r>
        <w:rPr>
          <w:rFonts w:ascii="Gentium Plus" w:hAnsi="Gentium Plus"/>
          <w:sz w:val="24"/>
        </w:rPr>
        <w:t>Ὁμηρεῦσαι. παρὰ τὸ ἀρῶ τὸ ἁρμόζω, ταῖς φωναῖς ἀλλήλαις εἱρμοσμέναι τε καὶ ἀρηρυῖαι. Ὅμηροι. οἱ ἐπὶ ὁμονοίᾳ διδόμενοι. παρὰ τὸ ἀρῶ τὸ ἁρ‐ μόζω καὶ τὸ ὁμοῦ.</w:t>
      </w:r>
    </w:p>
    <w:p>
      <w:r>
        <w:rPr>
          <w:rFonts w:ascii="Courier New" w:hAnsi="Courier New"/>
          <w:color w:val="555555"/>
          <w:sz w:val="20"/>
        </w:rPr>
        <w:t>[5]</w:t>
      </w:r>
    </w:p>
    <w:p>
      <w:r>
        <w:rPr>
          <w:rFonts w:ascii="Gentium Plus" w:hAnsi="Gentium Plus"/>
          <w:sz w:val="24"/>
        </w:rPr>
        <w:t>Ὀκριόεις. ὁ τραχὺς λίθος. τροπῇ τοῦ α εἰς ο, ἀκριόεις τις ὤν. ἀκρίας δὲ τὰς πέτρας ὁ Ποιητὴς καλεῖ· δι’ ἄκριας ἠνεμοέσσας. καὶ ἐστὶν ἀκρὸς ἀκρόεις, καὶ πλεονασμῷ τοῦ ι, ἀκριόεις, ὡς βροτὸς βροτόεις. Ὀμιχεῖν. τὸ οὐρεῖν. παρὰ τὴν ἀμίδα καὶ τὸ χέω, οἷον</w:t>
      </w:r>
    </w:p>
    <w:p>
      <w:r>
        <w:rPr>
          <w:rFonts w:ascii="Courier New" w:hAnsi="Courier New"/>
          <w:color w:val="555555"/>
          <w:sz w:val="20"/>
        </w:rPr>
        <w:t>[10]</w:t>
      </w:r>
    </w:p>
    <w:p>
      <w:r>
        <w:rPr>
          <w:rFonts w:ascii="Gentium Plus" w:hAnsi="Gentium Plus"/>
          <w:sz w:val="24"/>
        </w:rPr>
        <w:t>ἀμιδαχεῖν, τροπῇ τοῦ α εἰς ο, καὶ συγκοπῇ, ὀμιχεῖν. Ὄρος. τὸ οὐδέτερον. παρὰ τὸ αἴρω ἄρος ἐστὶ καὶ ὄρος, τὸ ἐπαιρόμενον εἰς ὕψος ἀπὸ τῆς γῆς· ἢ παρὰ τὸ ὄρω τὸ ὁρμῶ, οὗ παράγωγον ὀρούω, καὶ περισπώμενον ὀρῶ. αὐτίκα δ’ ἄμμι παρ’ αὐτόθι νεῖκος ὀρεῖται.</w:t>
      </w:r>
    </w:p>
    <w:p>
      <w:r>
        <w:rPr>
          <w:rFonts w:ascii="Courier New" w:hAnsi="Courier New"/>
          <w:color w:val="555555"/>
          <w:sz w:val="20"/>
        </w:rPr>
        <w:t>[15]</w:t>
      </w:r>
    </w:p>
    <w:p>
      <w:r>
        <w:rPr>
          <w:rFonts w:ascii="Gentium Plus" w:hAnsi="Gentium Plus"/>
          <w:sz w:val="24"/>
        </w:rPr>
        <w:t>Ὄρφνη. παρὰ τὸ ἐρέψω, ὅ ἐστι σκέπω, ὀροφή, καὶ συγκοπῇ ὄρφνη, ἡ σκέπουσα τὸ φῶς. οὕτω Φιλόξενος ἐν τῷ περὶ Ἀναδιπλασιασμοῦ. Ὅσιος. ἀπὸ τοῦ ἅζω, τροπῇ τοῦ α εἰς ο, ὅσιος. Ὀπιπεύω. πλεονασμῷ τῆς πι συλλαβῆς. ὄπτω γὰρ</w:t>
      </w:r>
    </w:p>
    <w:p>
      <w:r>
        <w:rPr>
          <w:rFonts w:ascii="Courier New" w:hAnsi="Courier New"/>
          <w:color w:val="555555"/>
          <w:sz w:val="20"/>
        </w:rPr>
        <w:t>[20]</w:t>
      </w:r>
    </w:p>
    <w:p>
      <w:r>
        <w:rPr>
          <w:rFonts w:ascii="Gentium Plus" w:hAnsi="Gentium Plus"/>
          <w:sz w:val="24"/>
        </w:rPr>
        <w:t>ἐστὶν, ἀφ’ οὗ ὄψομαι, καὶ παράγωγον ὀπτεύω. δι‐ πλασιασμὸς ὀπιπεύω. Ὄσπρεον. καθ’ ὑπέρθεσιν τοῦ ο. σπόριον γὰρ ἐστὶ τὸ ὄσπριον. Ὄνειδος. παρὰ τὸ ὀνόσασθαι. ἴσως δὲ ὅτι πᾶν τὸ ὂν</w:t>
      </w:r>
    </w:p>
    <w:p>
      <w:r>
        <w:rPr>
          <w:rFonts w:ascii="Courier New" w:hAnsi="Courier New"/>
          <w:color w:val="555555"/>
          <w:sz w:val="20"/>
        </w:rPr>
        <w:t>[25]</w:t>
      </w:r>
    </w:p>
    <w:p>
      <w:r>
        <w:rPr>
          <w:rFonts w:ascii="Gentium Plus" w:hAnsi="Gentium Plus"/>
          <w:sz w:val="24"/>
        </w:rPr>
        <w:t>πλημμελὲς τότε φαίνεται· ὥστε ἔγκειται τὸ εἴδεσθαι. οὕτω Εὐδαίμων ἐν τῇ Ὀρθογραφίᾳ. Ὁδεῖνα. παρὰ τὸ ὅδε, οὐ παρὰ τὸ ὁδί. ἀλλ’ ἐστὶν ὅδε, ὅδεϊ, ὡς οὑτωσὶ, καὶ συναίρεσις ὅδεϊ, καὶ ὁδεῖνα. Ὄχλος. χλῶ ἐστὶ ῥῆμα παρὰ Πινδάρῳ ἐν ταῖς Ὀλυμ‐</w:t>
      </w:r>
    </w:p>
    <w:p>
      <w:r>
        <w:rPr>
          <w:rFonts w:ascii="Courier New" w:hAnsi="Courier New"/>
          <w:color w:val="555555"/>
          <w:sz w:val="20"/>
        </w:rPr>
        <w:t>[30]</w:t>
      </w:r>
    </w:p>
    <w:p>
      <w:r>
        <w:rPr>
          <w:rFonts w:ascii="Gentium Plus" w:hAnsi="Gentium Plus"/>
          <w:sz w:val="24"/>
        </w:rPr>
        <w:t>πιονίκαις. τριπλόος ὁ κεχαλαδὼς, ὁ πληθύων. ἀπὸ τοῦ χλῶ, παράγωγον χλάζω· καὶ ἀναδιπλα‐</w:t>
      </w:r>
    </w:p>
    <w:p>
      <w:r>
        <w:rPr>
          <w:rFonts w:ascii="Courier New" w:hAnsi="Courier New"/>
          <w:color w:val="555555"/>
          <w:sz w:val="20"/>
        </w:rPr>
        <w:t>[omicron 123]</w:t>
      </w:r>
    </w:p>
    <w:p>
      <w:r>
        <w:rPr>
          <w:rFonts w:ascii="Gentium Plus" w:hAnsi="Gentium Plus"/>
          <w:sz w:val="24"/>
        </w:rPr>
        <w:t>χλῶ ῥῆμα ὄνομα ῥηματικὸν ποιεῖ, ἐπεκτάσει τῇ διὰ τοῦ ο αὔξησιν λαβὸν, ἀπέφαινεν ὄνομα ὄχλος, τὸ πλη‐ θύος σύστημα. οὕτω Φιλόξενος ἐν τῷ περὶ Ἀναδιπλα‐ σιασμοῦ. ὁ δὲ Ἡρωδιανὸς παρὰ τὸ ὀλῶ τὸ συστρέ‐</w:t>
      </w:r>
    </w:p>
    <w:p>
      <w:r>
        <w:rPr>
          <w:rFonts w:ascii="Courier New" w:hAnsi="Courier New"/>
          <w:color w:val="555555"/>
          <w:sz w:val="20"/>
        </w:rPr>
        <w:t>[5]</w:t>
      </w:r>
    </w:p>
    <w:p>
      <w:r>
        <w:rPr>
          <w:rFonts w:ascii="Gentium Plus" w:hAnsi="Gentium Plus"/>
          <w:sz w:val="24"/>
        </w:rPr>
        <w:t>φω, πλεονασμῷ τοῦ χ, ἐν Ἐπιμερισμοῖς. Ὀτραλέως. ὄνομα ῥηματικὸν τρεερὸς, ὡς στήκω στηκε‐ ρὸς, καὶ συναλοιφῇ τῶν δύο εε εἰς η, τρηρὸς, μετὰ τοῦ α στερητικοῦ, ἀτρηρὸς, καὶ τροπῇ τοῦ α εἰς ο, ὀτρηρός. ἀπὸ δὲ τούτου ἄλλο παράγωγον ὄνομα ῥημα‐</w:t>
      </w:r>
    </w:p>
    <w:p>
      <w:r>
        <w:rPr>
          <w:rFonts w:ascii="Courier New" w:hAnsi="Courier New"/>
          <w:color w:val="555555"/>
          <w:sz w:val="20"/>
        </w:rPr>
        <w:t>[10]</w:t>
      </w:r>
    </w:p>
    <w:p>
      <w:r>
        <w:rPr>
          <w:rFonts w:ascii="Gentium Plus" w:hAnsi="Gentium Plus"/>
          <w:sz w:val="24"/>
        </w:rPr>
        <w:t>τικὸν τρέης, ὅπερ κατὰ συναλοιφὴν καὶ πλεονασμὸν τοῦ ο, ὀτρὴς, ἀφ’ οὗ ἐπίῤῥημα εἰς ως, ὡς εὐτυχὴς εὐτυχέως, ὀτρὴς ὀτρέως, καὶ προσελθόντος τοῦ αλ μορίου, ὀτραλέως. Οἶσα. οἴω τὸ κομίζω, οἴσω· ὄνομα οὐδέτερον οἶσον</w:t>
      </w:r>
    </w:p>
    <w:p>
      <w:r>
        <w:rPr>
          <w:rFonts w:ascii="Courier New" w:hAnsi="Courier New"/>
          <w:color w:val="555555"/>
          <w:sz w:val="20"/>
        </w:rPr>
        <w:t>[15]</w:t>
      </w:r>
    </w:p>
    <w:p>
      <w:r>
        <w:rPr>
          <w:rFonts w:ascii="Gentium Plus" w:hAnsi="Gentium Plus"/>
          <w:sz w:val="24"/>
        </w:rPr>
        <w:t>καὶ οὖσον τὸ σχοινίον, τροπῇ τοῦ ι εἰς υ, ὡς παρὰ τὸ καίω καύσω. Ὀρταλίζειν. ὀρῶ ἐστὶ βαρύτονον ῥῆμα, ὄνομα ῥηματι‐ κὸν ὄρτος· τὸ δὲ ὄρτος ῥῆμα ποιεῖ ὀρτίζω, ὡς λόγος λογίζω, Ὅμηρος ὁμηρίζω. τὸ δὲ ὀρτίζω προσελθόντος</w:t>
      </w:r>
    </w:p>
    <w:p>
      <w:r>
        <w:rPr>
          <w:rFonts w:ascii="Courier New" w:hAnsi="Courier New"/>
          <w:color w:val="555555"/>
          <w:sz w:val="20"/>
        </w:rPr>
        <w:t>[20]</w:t>
      </w:r>
    </w:p>
    <w:p>
      <w:r>
        <w:rPr>
          <w:rFonts w:ascii="Gentium Plus" w:hAnsi="Gentium Plus"/>
          <w:sz w:val="24"/>
        </w:rPr>
        <w:t>τοῦ αλ ἐποίησεν ὀρταλίζω. Οὐδαμῶς. ὄνομα ἐστὶν οὐδαμὸς, ἀφ’ οὗ οὐδαμόθεν. τὸ δὲ ἀρσενικὸν οὐδαμῶς ποιεῖ ἐπίῤῥημα μεσότητος οὐ‐ δαμῶς. τὸ δὲ οὐδαμῇ, ὡς ἀπὸ θηλυκοῦ παρακειμένη τοῦ οὐδαμὸς, ὡς ἄλλος ἄλλῃ. ὅθεν ἔχει τὸ ι, ὡς ἀπὸ</w:t>
      </w:r>
    </w:p>
    <w:p>
      <w:r>
        <w:rPr>
          <w:rFonts w:ascii="Courier New" w:hAnsi="Courier New"/>
          <w:color w:val="555555"/>
          <w:sz w:val="20"/>
        </w:rPr>
        <w:t>[25]</w:t>
      </w:r>
    </w:p>
    <w:p>
      <w:r>
        <w:rPr>
          <w:rFonts w:ascii="Gentium Plus" w:hAnsi="Gentium Plus"/>
          <w:sz w:val="24"/>
        </w:rPr>
        <w:t>δοτικῆς τὰ τοιαῦτα ἐπιῤῥήματα ἐστί. δῆλον δὲ ἀπὸ ταύτη ἀπιέναι καὶ οὐχὶ αὐτὴ λέγομεν. οὕτως Ἀπολλώνιος ἐν τῷ περὶ Ἐπιῤῥημάτων. Ὄφλω. ἐκ τοῦ ὀφείλω συγκέκοπται. Ὁμοκλή. κλῶ ἐστὶ ῥῆμα δηλοῦν τὸ φωνῶ. ὅπερ γέγο‐</w:t>
      </w:r>
    </w:p>
    <w:p>
      <w:r>
        <w:rPr>
          <w:rFonts w:ascii="Courier New" w:hAnsi="Courier New"/>
          <w:color w:val="555555"/>
          <w:sz w:val="20"/>
        </w:rPr>
        <w:t>[30]</w:t>
      </w:r>
    </w:p>
    <w:p>
      <w:r>
        <w:rPr>
          <w:rFonts w:ascii="Gentium Plus" w:hAnsi="Gentium Plus"/>
          <w:sz w:val="24"/>
        </w:rPr>
        <w:t>νεν ἀπὸ τοῦ καλῶ, κατὰ συγκοπὴν κλῶ, καὶ τροπῇ τοῦ λ εἰς ρ, κρῶ· ὅθεν κράζω· παράγωγον τὸ δέ. κλῶ τὸ φωνῶ παρ’ Ὁμήρῳ. ὁμοκλὴ οὖν ἡ πᾶσι λεγομένη φωνή.</w:t>
      </w:r>
    </w:p>
    <w:p>
      <w:r>
        <w:rPr>
          <w:rFonts w:ascii="Courier New" w:hAnsi="Courier New"/>
          <w:color w:val="555555"/>
          <w:sz w:val="20"/>
        </w:rPr>
        <w:t>[omicron 124]</w:t>
      </w:r>
    </w:p>
    <w:p>
      <w:r>
        <w:rPr>
          <w:rFonts w:ascii="Gentium Plus" w:hAnsi="Gentium Plus"/>
          <w:sz w:val="24"/>
        </w:rPr>
        <w:t>ὄχος ἔξοχος, καὶ θηλυκὸν ὄχη, καὶ πλεονασμῷ τοῦ θ, ὄχθη. Ἡρωδιανὸς ἐν Ἐπιμερισμῷ. Ὁδός. παρὰ τὸ ἕω τὸ ἐκπέμπω ὁδός. Οἶος. ὁ μόνος. πλεονασμῷ τοῦ ο. ἰὸς γὰρ ἐστὶ ὁ μό‐</w:t>
      </w:r>
    </w:p>
    <w:p>
      <w:r>
        <w:rPr>
          <w:rFonts w:ascii="Courier New" w:hAnsi="Courier New"/>
          <w:color w:val="555555"/>
          <w:sz w:val="20"/>
        </w:rPr>
        <w:t>[5]</w:t>
      </w:r>
    </w:p>
    <w:p>
      <w:r>
        <w:rPr>
          <w:rFonts w:ascii="Gentium Plus" w:hAnsi="Gentium Plus"/>
          <w:sz w:val="24"/>
        </w:rPr>
        <w:t>νος· ἔνθεν· ἰῇ δὲ νυκτὶ ἐγένοντο. οὕτως Ἡρωδια‐ νὸς ἐν Ἐπιμερισμοῖς. Ὅρκος. παρὰ τὸ ἐπαρκεῖν καὶ βοηθεῖν, κατὰ μετάθε‐ σιν τοῦ α εἰς ο. ὁ δὲ Ἡρωδιανὸς, πλεονασμὸν εἶναι τοῦ κ. ὅρος γάρ τίς ἐστιν· οἱ γοῦν ὀμνῦντες ὁρίζον‐</w:t>
      </w:r>
    </w:p>
    <w:p>
      <w:r>
        <w:rPr>
          <w:rFonts w:ascii="Courier New" w:hAnsi="Courier New"/>
          <w:color w:val="555555"/>
          <w:sz w:val="20"/>
        </w:rPr>
        <w:t>[10]</w:t>
      </w:r>
    </w:p>
    <w:p>
      <w:r>
        <w:rPr>
          <w:rFonts w:ascii="Gentium Plus" w:hAnsi="Gentium Plus"/>
          <w:sz w:val="24"/>
        </w:rPr>
        <w:t>ται καὶ ὁμολογοῦσιν. Ὀθόνη. παρὰ τὸ ὄθω τὸ δηλοῦν τὴν κίνησιν. ἔνθεν, οὐδ’ ὄθομαι τοῦ κοτέοντος· καὶ ψεδνὴ δ’ ἐπενή‐ νοθε λάχνη· ἐνόθω ἔνοθεν ἐνήνοθεν, ἀντὶ τοῦ ἔκειτο. ὀθόνη οὖν εὐκίνητος διὰ λεπτότητα. οὕτως</w:t>
      </w:r>
    </w:p>
    <w:p>
      <w:r>
        <w:rPr>
          <w:rFonts w:ascii="Courier New" w:hAnsi="Courier New"/>
          <w:color w:val="555555"/>
          <w:sz w:val="20"/>
        </w:rPr>
        <w:t>[15]</w:t>
      </w:r>
    </w:p>
    <w:p>
      <w:r>
        <w:rPr>
          <w:rFonts w:ascii="Gentium Plus" w:hAnsi="Gentium Plus"/>
          <w:sz w:val="24"/>
        </w:rPr>
        <w:t>Ἡρωδιανὸς ἐν τῷ Συμποσίῳ. δύναται δὲ τὸ λεπτὸν καὶ διαφανὲς ἱμάτιον, παρὰ τὸ ὄθμα τὸ ὄμμα, καὶ κατὰ ἀποβολὴν τοῦ μ, ὀθάμη καὶ ὀθόνη. Ὄζος παρὰ τὸ ἕζω ἕζος καὶ ὄζος. τὸ ἐγκαθήμενον καὶ ἐμπεπαρμένον τῷ ξύλῳ.</w:t>
      </w:r>
    </w:p>
    <w:p>
      <w:r>
        <w:rPr>
          <w:rFonts w:ascii="Courier New" w:hAnsi="Courier New"/>
          <w:color w:val="555555"/>
          <w:sz w:val="20"/>
        </w:rPr>
        <w:t>[20]</w:t>
      </w:r>
    </w:p>
    <w:p>
      <w:r>
        <w:rPr>
          <w:rFonts w:ascii="Gentium Plus" w:hAnsi="Gentium Plus"/>
          <w:sz w:val="24"/>
        </w:rPr>
        <w:t>Ὁπλή. μεταθέσει τοῦ α εἰς ο, ἁπλή τις ἐστὶ καὶ ὁπλή. Ὀρυγμαδός. κυρίως ὁ ἐν ὄρει θόρυβος. οἱ δέ φασιν εἶ‐ ναι παρὰ τὸ θόρυβος θορυβάζω τι ῥῆμα παράγωγον, ἀφ’ οὗ τὸ θορυβαδὸς, καὶ μεταθέσει τοῦ β εἰς μ,</w:t>
      </w:r>
    </w:p>
    <w:p>
      <w:r>
        <w:rPr>
          <w:rFonts w:ascii="Courier New" w:hAnsi="Courier New"/>
          <w:color w:val="555555"/>
          <w:sz w:val="20"/>
        </w:rPr>
        <w:t>[25]</w:t>
      </w:r>
    </w:p>
    <w:p>
      <w:r>
        <w:rPr>
          <w:rFonts w:ascii="Gentium Plus" w:hAnsi="Gentium Plus"/>
          <w:sz w:val="24"/>
        </w:rPr>
        <w:t>καὶ ἀποβολῇ τοῦ θ, ὀρυγμαδὸς, ὡς θαλερὸν, ἁλυ‐ κρόν. Οἶδα. ἔδω ἐστὶ ῥῆμα βαρύτονον καὶ περισπώμενον, δηλοῦν τὸ ἐπίσταμαι· τοῦ εἴδω παρακείμενος οἶδα, τροπῇ τοῦ ε εἰς ο, οἶδα κατ’ Αἰολέας. οὕτως Ἡρω‐</w:t>
      </w:r>
    </w:p>
    <w:p>
      <w:r>
        <w:rPr>
          <w:rFonts w:ascii="Courier New" w:hAnsi="Courier New"/>
          <w:color w:val="555555"/>
          <w:sz w:val="20"/>
        </w:rPr>
        <w:t>[30]</w:t>
      </w:r>
    </w:p>
    <w:p>
      <w:r>
        <w:rPr>
          <w:rFonts w:ascii="Gentium Plus" w:hAnsi="Gentium Plus"/>
          <w:sz w:val="24"/>
        </w:rPr>
        <w:t>διανός. Οἶσθα. εἰδῶ περισπωμένως, οὗ μέλλων εἰδήσω· τοῦ εἰδῶ παράγωγον εἴδημι, ὡς τιθῶ τίθημι, δεύτερον πρόσωπον εἴδης, ἐπεκτάσει εἴδησθα, καὶ τροπῇ τοῦ ε</w:t>
      </w:r>
    </w:p>
    <w:p>
      <w:r>
        <w:rPr>
          <w:rFonts w:ascii="Courier New" w:hAnsi="Courier New"/>
          <w:color w:val="555555"/>
          <w:sz w:val="20"/>
        </w:rPr>
        <w:t>[omicron 125]</w:t>
      </w:r>
    </w:p>
    <w:p>
      <w:r>
        <w:rPr>
          <w:rFonts w:ascii="Gentium Plus" w:hAnsi="Gentium Plus"/>
          <w:sz w:val="24"/>
        </w:rPr>
        <w:t>εἰδήσω μέλλοντος εἰδήμην· ὄνομα ἀπὸ τοῦ εἴσω ἴσμων, ἀποβολῇ τοῦ ε. Ὄχανος. ἐξ οὗ ἀποκρέμαται ἡ ἀσπὶς, παρὰ τὸ ἔχεσθαι.</w:t>
      </w:r>
    </w:p>
    <w:p>
      <w:r>
        <w:rPr>
          <w:rFonts w:ascii="Courier New" w:hAnsi="Courier New"/>
          <w:color w:val="555555"/>
          <w:sz w:val="20"/>
        </w:rPr>
        <w:t>[5]</w:t>
      </w:r>
    </w:p>
    <w:p>
      <w:r>
        <w:rPr>
          <w:rFonts w:ascii="Gentium Plus" w:hAnsi="Gentium Plus"/>
          <w:sz w:val="24"/>
        </w:rPr>
        <w:t>Ὀστέον. πλεονασμῷ τοῦ ο, παρὰ τὸ στέω, στέον, τὸ</w:t>
      </w:r>
    </w:p>
    <w:p>
      <w:r>
        <w:rPr>
          <w:rFonts w:ascii="Courier New" w:hAnsi="Courier New"/>
          <w:color w:val="555555"/>
          <w:sz w:val="20"/>
        </w:rPr>
        <w:t>[omicron 126]</w:t>
      </w:r>
    </w:p>
    <w:p>
      <w:r>
        <w:rPr>
          <w:rFonts w:ascii="Gentium Plus" w:hAnsi="Gentium Plus"/>
          <w:sz w:val="24"/>
        </w:rPr>
        <w:t>Ὀψία. ἀψία ἦν, παρὰ τὸ ἂψ ἰέναι ἀπὸ τῶν ἔργων, καὶ τὸ ἐναντίον. Οὐρῆας. παρὰ τὸ οὖρον. οὐρώδης γὰρ ἐστὶν αὐτῶν ὁ σπόρος· ὅθεν οὐ τίκτουσιν.</w:t>
      </w:r>
    </w:p>
    <w:p>
      <w:r>
        <w:rPr>
          <w:rFonts w:ascii="Courier New" w:hAnsi="Courier New"/>
          <w:color w:val="555555"/>
          <w:sz w:val="20"/>
        </w:rPr>
        <w:t>[5]</w:t>
      </w:r>
    </w:p>
    <w:p>
      <w:r>
        <w:rPr>
          <w:rFonts w:ascii="Gentium Plus" w:hAnsi="Gentium Plus"/>
          <w:sz w:val="24"/>
        </w:rPr>
        <w:t>Ὄρπηκες. παρὰ τὸ ὀρούειν ἐν τῷ αὔξεσθαι, ἢ ὄρφηκές</w:t>
      </w:r>
    </w:p>
    <w:p>
      <w:pPr>
        <w:jc w:val="center"/>
      </w:pPr>
      <w:r>
        <w:rPr>
          <w:rFonts w:ascii="Gentium Plus" w:hAnsi="Gentium Plus"/>
          <w:b/>
          <w:sz w:val="24"/>
        </w:rPr>
        <w:t>ΑΡΧΗ ΤΟΥ Π.</w:t>
      </w:r>
    </w:p>
    <w:p>
      <w:r>
        <w:rPr>
          <w:rFonts w:ascii="Courier New" w:hAnsi="Courier New"/>
          <w:color w:val="555555"/>
          <w:sz w:val="20"/>
        </w:rPr>
        <w:t>[1]</w:t>
      </w:r>
    </w:p>
    <w:p>
      <w:r>
        <w:rPr>
          <w:rFonts w:ascii="Gentium Plus" w:hAnsi="Gentium Plus"/>
          <w:sz w:val="24"/>
        </w:rPr>
        <w:t>Παστός. ποικίλος οἶκος νυμφικὸς, παρὰ τὸ πάσσειν, ὅ ἐστι ποικίλλειν. πολέας δ’ ἐνέπασσεν ἀέθλους. Παιφάσκειν. παρὰ τὸ πάντα τὰ φάη περιάγειν.</w:t>
      </w:r>
    </w:p>
    <w:p>
      <w:r>
        <w:rPr>
          <w:rFonts w:ascii="Courier New" w:hAnsi="Courier New"/>
          <w:color w:val="555555"/>
          <w:sz w:val="20"/>
        </w:rPr>
        <w:t>[10]</w:t>
      </w:r>
    </w:p>
    <w:p>
      <w:r>
        <w:rPr>
          <w:rFonts w:ascii="Gentium Plus" w:hAnsi="Gentium Plus"/>
          <w:sz w:val="24"/>
        </w:rPr>
        <w:t>Πῆμα. παρὰ τὸ πήθω, ὡς παρὰ τὸ νήθω, νήσω, νῆμα. Πηός. κυρίως, ὁ κατ’ ἐπιγαμίαν οἰκεῖος, οἷον ἐπίκτητος. παρὰ τὸ πάσασθαι, καὶ ὁ αἵματι συγγενής. πῶ‐ μαι γὰρ τὸ κτῶμαι. ἔνθεν πάσω μέλλων, καὶ πάμων</w:t>
      </w:r>
    </w:p>
    <w:p>
      <w:r>
        <w:rPr>
          <w:rFonts w:ascii="Courier New" w:hAnsi="Courier New"/>
          <w:color w:val="555555"/>
          <w:sz w:val="20"/>
        </w:rPr>
        <w:t>[15]</w:t>
      </w:r>
    </w:p>
    <w:p>
      <w:r>
        <w:rPr>
          <w:rFonts w:ascii="Gentium Plus" w:hAnsi="Gentium Plus"/>
          <w:sz w:val="24"/>
        </w:rPr>
        <w:t>ὄνομα ῥηματικόν. Πυός. τὸ σεσηπὸς αἷμα. παρὰ τὸ πύθεσθαι, ὅ ἐστι σήπεσθαι. Παπταίνω. οἷον φαπταίνω. παρὰ τὸ φάη πεταννύω. Πρηνής. παρὰ τὸ προνενευκέναι.</w:t>
      </w:r>
    </w:p>
    <w:p>
      <w:r>
        <w:rPr>
          <w:rFonts w:ascii="Courier New" w:hAnsi="Courier New"/>
          <w:color w:val="555555"/>
          <w:sz w:val="20"/>
        </w:rPr>
        <w:t>[20]</w:t>
      </w:r>
    </w:p>
    <w:p>
      <w:r>
        <w:rPr>
          <w:rFonts w:ascii="Gentium Plus" w:hAnsi="Gentium Plus"/>
          <w:sz w:val="24"/>
        </w:rPr>
        <w:t>Πόρτις. παρὰ τὸ ἄρτι εἰς πορείαν ἔρχεσθαι καὶ νομήν. Πρύμνην. οἷον περιμενόν τι ὂν, παρὰ τὸ πέρας. Πέπλος. κατὰ συγκοπὴν, περίπελός τις ὢν, ὁ περὶ τὸν φοροῦντα περιπελόμενος καὶ περιειλούμενος, καὶ ἀπο‐ βολῇ τοῦ ρ, πέπελος καὶ πέπλος. οὕτως Ἐπαφρό‐</w:t>
      </w:r>
    </w:p>
    <w:p>
      <w:r>
        <w:rPr>
          <w:rFonts w:ascii="Courier New" w:hAnsi="Courier New"/>
          <w:color w:val="555555"/>
          <w:sz w:val="20"/>
        </w:rPr>
        <w:t>[25]</w:t>
      </w:r>
    </w:p>
    <w:p>
      <w:r>
        <w:rPr>
          <w:rFonts w:ascii="Gentium Plus" w:hAnsi="Gentium Plus"/>
          <w:sz w:val="24"/>
        </w:rPr>
        <w:t>διτος. Πόνος. ἐπὶ τοῦ πολέμου, ἀπὸ τοῦ πένω. Πότμος. ὁ θάνατος, καὶ ἡ ἐσχάτη σύμπτωσις τοῦ βίου. ἀπὸ τοῦ πεσεῖν. ἐπὶ δὲ τῆς τύχης, παρὰ τὸ μετα‐ πίπτειν. ἡ ὑπὸ τὴν πρώτην γένεσιν τοῦ βρέφους καὶ</w:t>
      </w:r>
    </w:p>
    <w:p>
      <w:r>
        <w:rPr>
          <w:rFonts w:ascii="Courier New" w:hAnsi="Courier New"/>
          <w:color w:val="555555"/>
          <w:sz w:val="20"/>
        </w:rPr>
        <w:t>[30]</w:t>
      </w:r>
    </w:p>
    <w:p>
      <w:r>
        <w:rPr>
          <w:rFonts w:ascii="Gentium Plus" w:hAnsi="Gentium Plus"/>
          <w:sz w:val="24"/>
        </w:rPr>
        <w:t>πτῶσιν ἐπιμεριζομένη τύχη. Πόρκης. ὁ δάκτυλος, παρὰ τὸ περιέχειν.</w:t>
      </w:r>
    </w:p>
    <w:p>
      <w:r>
        <w:rPr>
          <w:rFonts w:ascii="Courier New" w:hAnsi="Courier New"/>
          <w:color w:val="555555"/>
          <w:sz w:val="20"/>
        </w:rPr>
        <w:t>[pi 126]</w:t>
      </w:r>
    </w:p>
    <w:p>
      <w:r>
        <w:rPr>
          <w:rFonts w:ascii="Gentium Plus" w:hAnsi="Gentium Plus"/>
          <w:sz w:val="24"/>
        </w:rPr>
        <w:t>Πηλίς. ἀπὸ τοῦ πάλλειν καὶ σείεσθαι. Πευκαλίμας. τὰς συνετάς· παρὰ τὰς πεύκας, οἷον δρι‐ μεῖαι καὶ σώφρονες.</w:t>
      </w:r>
    </w:p>
    <w:p>
      <w:r>
        <w:rPr>
          <w:rFonts w:ascii="Courier New" w:hAnsi="Courier New"/>
          <w:color w:val="555555"/>
          <w:sz w:val="20"/>
        </w:rPr>
        <w:t>[10]</w:t>
      </w:r>
    </w:p>
    <w:p>
      <w:r>
        <w:rPr>
          <w:rFonts w:ascii="Gentium Plus" w:hAnsi="Gentium Plus"/>
          <w:sz w:val="24"/>
        </w:rPr>
        <w:t>Πρόχνυ. οἷον προΰγη κατὰ συγκοπὴν, ὅ ἐστι ὀκλά‐ σαι. καὶ ἡ πρὸ ἀντὶ τῆς ἐπὶ, ἐπὶ γόνυ. Παλλακίς. ἡ νέα κατὰ ἡλικίαν. καὶ γὰρ ὁ παῖς κατὰ Δωριέας πάλλαξ λέγεται. τὸ λευκᾶναι· παρὰ τὴν πάλην, ἣ Ἀττικῶς πεπάλη λέγεται. ἐστὶ δὲ τὸ</w:t>
      </w:r>
    </w:p>
    <w:p>
      <w:r>
        <w:rPr>
          <w:rFonts w:ascii="Courier New" w:hAnsi="Courier New"/>
          <w:color w:val="555555"/>
          <w:sz w:val="20"/>
        </w:rPr>
        <w:t>[15]</w:t>
      </w:r>
    </w:p>
    <w:p>
      <w:r>
        <w:rPr>
          <w:rFonts w:ascii="Gentium Plus" w:hAnsi="Gentium Plus"/>
          <w:sz w:val="24"/>
        </w:rPr>
        <w:t>λεπτὸν ἄλευρον. Πρότμηστιν. τὸ ὑπὸ τὸν ὀμφαλὸν μέρος. ἀπὸ τοῦ προτέμνεσθαι. κυρίως ἐπὶ τῶν ἀλόγων. Παιπαλόεντα. παρὰ τὸ αἶπος, αἰπαλόεν, τὸ τραχὺ, καὶ παιπαλόεν.</w:t>
      </w:r>
    </w:p>
    <w:p>
      <w:r>
        <w:rPr>
          <w:rFonts w:ascii="Courier New" w:hAnsi="Courier New"/>
          <w:color w:val="555555"/>
          <w:sz w:val="20"/>
        </w:rPr>
        <w:t>[20]</w:t>
      </w:r>
    </w:p>
    <w:p>
      <w:r>
        <w:rPr>
          <w:rFonts w:ascii="Gentium Plus" w:hAnsi="Gentium Plus"/>
          <w:sz w:val="24"/>
        </w:rPr>
        <w:t>Πρόβατον. πολλάκις δηλοῖ πάντα τὰ βοσκόμενα. παρὰ τὸ πρὸ τῆς ἑτέρας βάσεως τὴν ἑτέραν βάσιν ἐπάγειν. Πυπνοίειν. τὸ μετὰ πνεύματος τὶ ποιεῖν. ἔγκειται οὖν τὸ ποιεῖν καὶ τὸ πνεῦσαι. Πεπρωμένη. ἡ τὸ τέλος τοῦ βίου περαιοῦσα, οἷον πεπε‐</w:t>
      </w:r>
    </w:p>
    <w:p>
      <w:r>
        <w:rPr>
          <w:rFonts w:ascii="Courier New" w:hAnsi="Courier New"/>
          <w:color w:val="555555"/>
          <w:sz w:val="20"/>
        </w:rPr>
        <w:t>[25]</w:t>
      </w:r>
    </w:p>
    <w:p>
      <w:r>
        <w:rPr>
          <w:rFonts w:ascii="Gentium Plus" w:hAnsi="Gentium Plus"/>
          <w:sz w:val="24"/>
        </w:rPr>
        <w:t>ρατωμένη. Πτέλας. ξύλινα ἀγγεῖα, ἀπὸ τοῦ πεπλεκεῖσθαι. Πόρνη. ἡ τὴν μίξιν πωλοῦσα. πέρνη τὶς οὖν ἐστὶ καὶ πόρνη. Πείρινθα. τὸ ἐκ ῥιπῶν πεπλασμένον πλινθίον. ῥίπεν‐</w:t>
      </w:r>
    </w:p>
    <w:p>
      <w:r>
        <w:rPr>
          <w:rFonts w:ascii="Courier New" w:hAnsi="Courier New"/>
          <w:color w:val="555555"/>
          <w:sz w:val="20"/>
        </w:rPr>
        <w:t>[30]</w:t>
      </w:r>
    </w:p>
    <w:p>
      <w:r>
        <w:rPr>
          <w:rFonts w:ascii="Gentium Plus" w:hAnsi="Gentium Plus"/>
          <w:sz w:val="24"/>
        </w:rPr>
        <w:t>θα, καὶ μετάθεσις, πέρινθα πείρινθα. Πεσσοί. πεσσὰ δὲ ἡ γεγραμμένη, καὶ ἡ ψῆφος ὁμω‐</w:t>
      </w:r>
    </w:p>
    <w:p>
      <w:r>
        <w:rPr>
          <w:rFonts w:ascii="Courier New" w:hAnsi="Courier New"/>
          <w:color w:val="555555"/>
          <w:sz w:val="20"/>
        </w:rPr>
        <w:t>[pi 127]</w:t>
      </w:r>
    </w:p>
    <w:p>
      <w:r>
        <w:rPr>
          <w:rFonts w:ascii="Gentium Plus" w:hAnsi="Gentium Plus"/>
          <w:sz w:val="24"/>
        </w:rPr>
        <w:t>καὶ πεσσὰ πεντάγραμμα. καὶ τάχα ἡ πεττεία, πεντεία τις οὖσα. εὗρε δὲ αὐτὴν Παλαμήδης, ὡς εἴρηται παλαιῷ· εὗρε σοφὸς λιμοῦ με παραιφα‐ σὶν Παλαμήδης. καὶ ἐστὶν ὁ στίχος γραμμάτων</w:t>
      </w:r>
    </w:p>
    <w:p>
      <w:r>
        <w:rPr>
          <w:rFonts w:ascii="Courier New" w:hAnsi="Courier New"/>
          <w:color w:val="555555"/>
          <w:sz w:val="20"/>
        </w:rPr>
        <w:t>[5]</w:t>
      </w:r>
    </w:p>
    <w:p>
      <w:r>
        <w:rPr>
          <w:rFonts w:ascii="Gentium Plus" w:hAnsi="Gentium Plus"/>
          <w:sz w:val="24"/>
        </w:rPr>
        <w:t>λϛʹ, ἰσάριθμος τοῖς τόποις. ἢ παρὰ τὸ πέτω, οὗ μέλ‐ λων πέσω, πεσὸς, καὶ πλεονασμὸς πεσσὸς, ὁ πίπτων ἐν τῷ βάλλεσθαι. Πύελος. ἐστὶ μὲν ὅπου λούονται. κυρίως δὲ ὅπου τοὺς πυέλους πλύνουσι.</w:t>
      </w:r>
    </w:p>
    <w:p>
      <w:r>
        <w:rPr>
          <w:rFonts w:ascii="Courier New" w:hAnsi="Courier New"/>
          <w:color w:val="555555"/>
          <w:sz w:val="20"/>
        </w:rPr>
        <w:t>[10]</w:t>
      </w:r>
    </w:p>
    <w:p>
      <w:r>
        <w:rPr>
          <w:rFonts w:ascii="Gentium Plus" w:hAnsi="Gentium Plus"/>
          <w:sz w:val="24"/>
        </w:rPr>
        <w:t>Πένθος. κυρίως ἐπὶ τοῖς κατοιχομένοις πάθεσι. διὰ τὸ ἐν βαθύτητι εἶναι τοῦ τεθνηκότος. τὸ δὲ κα‐ τωτάτω καὶ ἀφανὲς, βένθος ἔλεγον, καὶ μεταθέ‐ σει τοῦ β εἰς π, πένθος. δύναται δὲ τὸ τοῦ βάθους τῆς ψυχῆς ἀπομένον. Ἡρωδιανὸς δὲ φησὶ, παρὰ</w:t>
      </w:r>
    </w:p>
    <w:p>
      <w:r>
        <w:rPr>
          <w:rFonts w:ascii="Courier New" w:hAnsi="Courier New"/>
          <w:color w:val="555555"/>
          <w:sz w:val="20"/>
        </w:rPr>
        <w:t>[15]</w:t>
      </w:r>
    </w:p>
    <w:p>
      <w:r>
        <w:rPr>
          <w:rFonts w:ascii="Gentium Plus" w:hAnsi="Gentium Plus"/>
          <w:sz w:val="24"/>
        </w:rPr>
        <w:t>τὸ πάθος, μεταθέσει πέθος, καὶ πλεονασμῷ τοῦ ν, πένθος, ὡς βάθος βένθος. Πίσυρες. κατὰ κοινωνίαν τοῦ τ πρὸς τὸ π, καὶ τοῦ ρ πρὸς τὸ ι, πίσυρες· οἷον .... Πάγουροι. παρὰ τὸ οὐρεῖν καὶ φυλάττειν ἐν τοῖς πά‐</w:t>
      </w:r>
    </w:p>
    <w:p>
      <w:r>
        <w:rPr>
          <w:rFonts w:ascii="Courier New" w:hAnsi="Courier New"/>
          <w:color w:val="555555"/>
          <w:sz w:val="20"/>
        </w:rPr>
        <w:t>[20]</w:t>
      </w:r>
    </w:p>
    <w:p>
      <w:r>
        <w:rPr>
          <w:rFonts w:ascii="Gentium Plus" w:hAnsi="Gentium Plus"/>
          <w:sz w:val="24"/>
        </w:rPr>
        <w:t>γοις. πάγοι δὲ οἱ κρημνώδεις τόποι. Προοίμιον. τὸ λεγόμενον πρὸ τῆς οἴμης. οἴμη δὲ ἡ ᾠδή. Πρᾶσις. διαπέρασίς τις οὖσα. ἀπὸ τοῦ ἐξ ἑτέρου μετα‐</w:t>
      </w:r>
    </w:p>
    <w:p>
      <w:r>
        <w:rPr>
          <w:rFonts w:ascii="Courier New" w:hAnsi="Courier New"/>
          <w:color w:val="555555"/>
          <w:sz w:val="20"/>
        </w:rPr>
        <w:t>[pi 128]</w:t>
      </w:r>
    </w:p>
    <w:p>
      <w:r>
        <w:rPr>
          <w:rFonts w:ascii="Gentium Plus" w:hAnsi="Gentium Plus"/>
          <w:sz w:val="24"/>
        </w:rPr>
        <w:t>Πήρα. ἤτοι φερά τις οὖσα. παρὰ τὸ φέρειν, ἢ παρὰ τὸ παρηρτῆσθαι. ἢ τροπῇ τοῦ τ εἰς π. οἷον τήρα τις οὖσα, παρὰ τὸ τηρεῖν. Περόνη. παρὰ τὸ πείρειν.</w:t>
      </w:r>
    </w:p>
    <w:p>
      <w:r>
        <w:rPr>
          <w:rFonts w:ascii="Courier New" w:hAnsi="Courier New"/>
          <w:color w:val="555555"/>
          <w:sz w:val="20"/>
        </w:rPr>
        <w:t>[5]</w:t>
      </w:r>
    </w:p>
    <w:p>
      <w:r>
        <w:rPr>
          <w:rFonts w:ascii="Gentium Plus" w:hAnsi="Gentium Plus"/>
          <w:sz w:val="24"/>
        </w:rPr>
        <w:t>Πλῆμναι. παρὰ τὸ πληροῦσθαι ὑπὸ τοῦ ἄξονος. Πλαγγών. παρὰ τὸ πλάζω. πλαγὼν, καὶ πλεονασμῷ τοῦ γ, πλαγγών. τοῦτο γὰρ εἰς πλάνην γίνεται τῶν κηρῶν καὶ ἀπάτην. Πορθμός. πλεονασμῷ τοῦ θ. πορμὸς γὰρ καὶ πορθμὸς,</w:t>
      </w:r>
    </w:p>
    <w:p>
      <w:r>
        <w:rPr>
          <w:rFonts w:ascii="Courier New" w:hAnsi="Courier New"/>
          <w:color w:val="555555"/>
          <w:sz w:val="20"/>
        </w:rPr>
        <w:t>[10]</w:t>
      </w:r>
    </w:p>
    <w:p>
      <w:r>
        <w:rPr>
          <w:rFonts w:ascii="Gentium Plus" w:hAnsi="Gentium Plus"/>
          <w:sz w:val="24"/>
        </w:rPr>
        <w:t>ὡς καὶ παρὰ τὸ ἴω ἰσμὸς καὶ ἰσθμός. Παμφαλῶ. παμφαῶ, καὶ ἐξ αὐτοῦ παμφαλῶ. Πόρπη. παρὰ τὸ τειρῶ, πόρη καὶ πόρπη. Πτίλα. παρὰ τὸ τίλλω, τίλλα, πλεονασμῷ τοῦ π, πτίλα.</w:t>
      </w:r>
    </w:p>
    <w:p>
      <w:r>
        <w:rPr>
          <w:rFonts w:ascii="Courier New" w:hAnsi="Courier New"/>
          <w:color w:val="555555"/>
          <w:sz w:val="20"/>
        </w:rPr>
        <w:t>[15]</w:t>
      </w:r>
    </w:p>
    <w:p>
      <w:r>
        <w:rPr>
          <w:rFonts w:ascii="Gentium Plus" w:hAnsi="Gentium Plus"/>
          <w:sz w:val="24"/>
        </w:rPr>
        <w:t>Παφίη. παρὰ τὴν Πάφον, ἀποβολῇ τοῦ α, παρὰ τὸ παφίσκειν, τὸ ἀπατᾶν. παφῶ γὰρ— Πύματος. πύθματός τις ἐστι, παρὰ τὸν πυθμένα. Παραστάται. ὑπ’ ἐνίων καλοῦνται γόνιμοι φλέβες, καὶ οἱ τῇ γενέσει παρεστῶτες.</w:t>
      </w:r>
    </w:p>
    <w:p>
      <w:r>
        <w:rPr>
          <w:rFonts w:ascii="Courier New" w:hAnsi="Courier New"/>
          <w:color w:val="555555"/>
          <w:sz w:val="20"/>
        </w:rPr>
        <w:t>[20]</w:t>
      </w:r>
    </w:p>
    <w:p>
      <w:r>
        <w:rPr>
          <w:rFonts w:ascii="Gentium Plus" w:hAnsi="Gentium Plus"/>
          <w:sz w:val="24"/>
        </w:rPr>
        <w:t>Πρωκτός. προακτός τις ἐστὶ, παρὰ τὸ δι’ αὐτοῦ προάγε‐ σθαι τὰ περιττώματα.</w:t>
      </w:r>
    </w:p>
    <w:p>
      <w:r>
        <w:rPr>
          <w:rFonts w:ascii="Courier New" w:hAnsi="Courier New"/>
          <w:color w:val="555555"/>
          <w:sz w:val="20"/>
        </w:rPr>
        <w:t>[pi 129]</w:t>
      </w:r>
    </w:p>
    <w:p>
      <w:r>
        <w:rPr>
          <w:rFonts w:ascii="Gentium Plus" w:hAnsi="Gentium Plus"/>
          <w:sz w:val="24"/>
        </w:rPr>
        <w:t>Πέλμα. παρὰ τὸ πεπιλῆσθαι τοῦ ἄλλου δέρματος πλέον· ἢ παρὰ τὸ πέλας ἀεὶ καθεστάναι τῶ πέδω. Πνεῦμα. παρὰ τὸ πνεύσω πνεῦμα. Περίττωμα. παρὰ τὸ περίσσωμα εἶναι, καὶ μὴ ἐν</w:t>
      </w:r>
    </w:p>
    <w:p>
      <w:r>
        <w:rPr>
          <w:rFonts w:ascii="Courier New" w:hAnsi="Courier New"/>
          <w:color w:val="555555"/>
          <w:sz w:val="20"/>
        </w:rPr>
        <w:t>[5]</w:t>
      </w:r>
    </w:p>
    <w:p>
      <w:r>
        <w:rPr>
          <w:rFonts w:ascii="Gentium Plus" w:hAnsi="Gentium Plus"/>
          <w:sz w:val="24"/>
        </w:rPr>
        <w:t>τῷ σώματι μενόν. Πιμελή. παρὰ τὴν πῆξιν τῆς τροφῆς. πιομελή τις ἐστί· παρὰ τὸ πιεῖν, ἡ ὑγραίνουσα τὸ σῶμα. Πέσκος. κυρίως τὸ τοῦ προβάτου δέρμα· παρὰ τὸ πείκω πέκος, καὶ πλεονασμῷ τοῦ ς, πέσκος.</w:t>
      </w:r>
    </w:p>
    <w:p>
      <w:r>
        <w:rPr>
          <w:rFonts w:ascii="Courier New" w:hAnsi="Courier New"/>
          <w:color w:val="555555"/>
          <w:sz w:val="20"/>
        </w:rPr>
        <w:t>[10]</w:t>
      </w:r>
    </w:p>
    <w:p>
      <w:r>
        <w:rPr>
          <w:rFonts w:ascii="Gentium Plus" w:hAnsi="Gentium Plus"/>
          <w:sz w:val="24"/>
        </w:rPr>
        <w:t>Πόκος. παρὰ τὸ πείκω ῥῆμα. Πολιά. οἷον παλαιὰ καὶ πολιά. Πώγων. ὥσπερ Ἀπολλόδωρος, ὅτι πῆξιν ἡλικίας ση‐ μαίνει. ὡς δὲ ἄλλοι, ὅτι ἐπὶ τὸ εἰπεῖν λέγει· ἱκανοὶ γὰρ οἱ γενιῶντες πρὸς τὸ λέγειν. Σωρανός.</w:t>
      </w:r>
    </w:p>
    <w:p>
      <w:r>
        <w:rPr>
          <w:rFonts w:ascii="Courier New" w:hAnsi="Courier New"/>
          <w:color w:val="555555"/>
          <w:sz w:val="20"/>
        </w:rPr>
        <w:t>[15]</w:t>
      </w:r>
    </w:p>
    <w:p>
      <w:r>
        <w:rPr>
          <w:rFonts w:ascii="Gentium Plus" w:hAnsi="Gentium Plus"/>
          <w:sz w:val="24"/>
        </w:rPr>
        <w:t>Πρόσωπον. ἀπὸ τοῦ πρόσω καὶ ἔμπροσθεν τοὺς ὦπας ἔχειν. Παρίθμια. παρὰ τὸ παρακεῖσθαι τῷ ἰθμῷ, δι’ οὗ ἐστιν ἰέναι τὴν πνοήν. λέγονται καὶ ἀντιάδες, ἀπὸ τοῦ ἀντικεῖσθαι ἀλλήλων.</w:t>
      </w:r>
    </w:p>
    <w:p>
      <w:r>
        <w:rPr>
          <w:rFonts w:ascii="Courier New" w:hAnsi="Courier New"/>
          <w:color w:val="555555"/>
          <w:sz w:val="20"/>
        </w:rPr>
        <w:t>[20]</w:t>
      </w:r>
    </w:p>
    <w:p>
      <w:r>
        <w:rPr>
          <w:rFonts w:ascii="Gentium Plus" w:hAnsi="Gentium Plus"/>
          <w:sz w:val="24"/>
        </w:rPr>
        <w:t>Πνεύμων. ἀναλόγως διὰ τοῦ ν. ταμίας γὰρ τοῦ πνεύ‐ ματος. Παλάμη. ἀπὸ τοῦ πάλλειν. δι’ αὐτῶν γὰρ πεπαλαμή‐ μεθα. Παλαιστή. θηλυκῶς, ὅτε συνάγονται οἱ δάκτυλοι, οἷον</w:t>
      </w:r>
    </w:p>
    <w:p>
      <w:r>
        <w:rPr>
          <w:rFonts w:ascii="Courier New" w:hAnsi="Courier New"/>
          <w:color w:val="555555"/>
          <w:sz w:val="20"/>
        </w:rPr>
        <w:t>[25]</w:t>
      </w:r>
    </w:p>
    <w:p>
      <w:r>
        <w:rPr>
          <w:rFonts w:ascii="Gentium Plus" w:hAnsi="Gentium Plus"/>
          <w:sz w:val="24"/>
        </w:rPr>
        <w:t>πελαστή τις οὖσα· ὅτι πέλας συνήγαγε τὰ ὀστᾶ, οἷον</w:t>
      </w:r>
    </w:p>
    <w:p>
      <w:r>
        <w:rPr>
          <w:rFonts w:ascii="Courier New" w:hAnsi="Courier New"/>
          <w:color w:val="555555"/>
          <w:sz w:val="20"/>
        </w:rPr>
        <w:t>[pi 130]</w:t>
      </w:r>
    </w:p>
    <w:p>
      <w:r>
        <w:rPr>
          <w:rFonts w:ascii="Gentium Plus" w:hAnsi="Gentium Plus"/>
          <w:sz w:val="24"/>
        </w:rPr>
        <w:t>χειρὶ μετροῦμεν· ποιεῖ δὲ ἀπὸ τοῦ μεγάλου δακτύ‐ λου πρὸς τὸν λιχανὸν ἄκρον· ὃ ποιεῖ δακτύλους δέκα, λέγεται δὲ δόχμη ἐπὶ τῆς παλαιστῆς, ὡς Σω‐ ρανὸς λέγει. ἡ δὲ σπιθαμὴ ἔχει δόχμας τρεῖς, οἷον</w:t>
      </w:r>
    </w:p>
    <w:p>
      <w:r>
        <w:rPr>
          <w:rFonts w:ascii="Courier New" w:hAnsi="Courier New"/>
          <w:color w:val="555555"/>
          <w:sz w:val="20"/>
        </w:rPr>
        <w:t>[5]</w:t>
      </w:r>
    </w:p>
    <w:p>
      <w:r>
        <w:rPr>
          <w:rFonts w:ascii="Gentium Plus" w:hAnsi="Gentium Plus"/>
          <w:sz w:val="24"/>
        </w:rPr>
        <w:t>παλαιστὰς, δακτύλους ιβʹ. ἀπὸ δὲ τοῦ μικροῦ διϊ‐ σταμένων τῶν δακτύλων, ἕως τοῦ ἀντίχειρος, λέγεται σπιθαμὴ, διὰ τὸ ἀποστάντων ποιεῖν· ὡς δὲ Χρύ‐ σιππος, διὰ τὸ σπᾶσθαι καὶ τείνεσθαι τὴν χεῖρα· ποιεῖ δὲ δόχμας τρεῖς, δακτύλους ιβʹ. τὸ δὲ ἀπὸ τοῦ</w:t>
      </w:r>
    </w:p>
    <w:p>
      <w:r>
        <w:rPr>
          <w:rFonts w:ascii="Courier New" w:hAnsi="Courier New"/>
          <w:color w:val="555555"/>
          <w:sz w:val="20"/>
        </w:rPr>
        <w:t>[10]</w:t>
      </w:r>
    </w:p>
    <w:p>
      <w:r>
        <w:rPr>
          <w:rFonts w:ascii="Gentium Plus" w:hAnsi="Gentium Plus"/>
          <w:sz w:val="24"/>
        </w:rPr>
        <w:t>ὀλεκράνου πρὸς μὲν τὸ τοῦ μέσου δακτύλου ἀκρονή‐ χεως μέτρον. πρὸς δὲ τοῦ μικροῦ μετακόνδυλον, ὅ ἐστι μετὰ τὸν μέσον κόνδυλον. τοῦ γὰρ δακτύλου ὁ μὲν πρῶτος δάκτυλος λέγεται προκόνδυλος· ὁ δὲ μετὰ τοῦτον μεσοκόνδυλος· ὁ δὲ μετὰ τὸν μεσοκόνδυ‐</w:t>
      </w:r>
    </w:p>
    <w:p>
      <w:r>
        <w:rPr>
          <w:rFonts w:ascii="Courier New" w:hAnsi="Courier New"/>
          <w:color w:val="555555"/>
          <w:sz w:val="20"/>
        </w:rPr>
        <w:t>[15]</w:t>
      </w:r>
    </w:p>
    <w:p>
      <w:r>
        <w:rPr>
          <w:rFonts w:ascii="Gentium Plus" w:hAnsi="Gentium Plus"/>
          <w:sz w:val="24"/>
        </w:rPr>
        <w:t>λον μετακόνδυλος. ἀπὸ δὲ τοῦ ὀλεκράνου πρὸς τὸ τοῦ μικροῦ μετακονδύλου, πυγών, ἐξ ὧν ὁ πῆχυς· σπι‐ θαμαὶ δύο, δόχμαι δὲ ἕξ, δάκτυλοι δὲ κδʹ. πυγών, ὡς ἀπὸ τῆς πυγμῆς· ἐπεὶ μὴ ὥσπερ ὁ πῆχυς πρὸς ἐκτεταμένους μετρεῖται δακτύλους, οὕτω καὶ ἡ πυ‐</w:t>
      </w:r>
    </w:p>
    <w:p>
      <w:r>
        <w:rPr>
          <w:rFonts w:ascii="Courier New" w:hAnsi="Courier New"/>
          <w:color w:val="555555"/>
          <w:sz w:val="20"/>
        </w:rPr>
        <w:t>[20]</w:t>
      </w:r>
    </w:p>
    <w:p>
      <w:r>
        <w:rPr>
          <w:rFonts w:ascii="Gentium Plus" w:hAnsi="Gentium Plus"/>
          <w:sz w:val="24"/>
        </w:rPr>
        <w:t>γὼν, ἀλλὰ συνεσταλμένους, ὥστε ἔλαττον εἶναι τοῦτο τὸ μετὰ τοῦ πήχεως. ἴσως δὲ ὁ μέχρι πυ‐ γῆς ἐκ ποδής. τῷ δ’ ὀνόματι κέχρηται Ὅμηρος· βόθρον δ’ ὀρύσσοντες πυγάσιον ἔνθα καὶ ἔνθα. ἡ δὲ ὀργυιὰ σὺν τῷ πλάτει τοῦ στήθους ἔχει πήχεις δʹ.</w:t>
      </w:r>
    </w:p>
    <w:p>
      <w:r>
        <w:rPr>
          <w:rFonts w:ascii="Courier New" w:hAnsi="Courier New"/>
          <w:color w:val="555555"/>
          <w:sz w:val="20"/>
        </w:rPr>
        <w:t>[25]</w:t>
      </w:r>
    </w:p>
    <w:p>
      <w:r>
        <w:rPr>
          <w:rFonts w:ascii="Gentium Plus" w:hAnsi="Gentium Plus"/>
          <w:sz w:val="24"/>
        </w:rPr>
        <w:t>τηλικαῦται κατὰ μέγεθος αἱ χεῖρες οὖσαι κάτω ἐκτα‐ θεῖσαι, οὐκ ἀφικνοῦνται τῶν γονάτων, ἀλλ’ ἀποδέουσι</w:t>
      </w:r>
    </w:p>
    <w:p>
      <w:r>
        <w:rPr>
          <w:rFonts w:ascii="Courier New" w:hAnsi="Courier New"/>
          <w:color w:val="555555"/>
          <w:sz w:val="20"/>
        </w:rPr>
        <w:t>[pi 131]</w:t>
      </w:r>
    </w:p>
    <w:p>
      <w:r>
        <w:rPr>
          <w:rFonts w:ascii="Gentium Plus" w:hAnsi="Gentium Plus"/>
          <w:sz w:val="24"/>
        </w:rPr>
        <w:t>σθαι, εἴ τε ἦν Οἰδάπου, εἴ τε Ξέρξης, διὰ τὸ μὴ ἐφίπτεσθαι τῶν γονάτων, οὕτως ὠνομάσθαι· διὰ δὲ τὸ ἐπιμήκιστον ἐκτεῖναι τὴν δύναμιν τῆς βασι‐ λείας. οὕτω Σωρανὸς ἐν τῷ περὶ Ἐτυμολογιῶν τοῦ</w:t>
      </w:r>
    </w:p>
    <w:p>
      <w:r>
        <w:rPr>
          <w:rFonts w:ascii="Courier New" w:hAnsi="Courier New"/>
          <w:color w:val="555555"/>
          <w:sz w:val="20"/>
        </w:rPr>
        <w:t>[5]</w:t>
      </w:r>
    </w:p>
    <w:p>
      <w:r>
        <w:rPr>
          <w:rFonts w:ascii="Gentium Plus" w:hAnsi="Gentium Plus"/>
          <w:sz w:val="24"/>
        </w:rPr>
        <w:t>Ἀνθρώπου. Πλευραί. οἷον πλήρεις καὶ ἀμύχωτοι, ἢ οἷον πλευ‐ μονωροὶ οὖσαι, αἳ φυλάττουσι τὸν πνεύμονα. ἢ οἷον πέλυροι, ὡς πλατεῖαι. Πίσυνος. πιστὸς πιστόσυνος, καὶ συγκοπῇ πίσυνος.</w:t>
      </w:r>
    </w:p>
    <w:p>
      <w:r>
        <w:rPr>
          <w:rFonts w:ascii="Courier New" w:hAnsi="Courier New"/>
          <w:color w:val="555555"/>
          <w:sz w:val="20"/>
        </w:rPr>
        <w:t>[10]</w:t>
      </w:r>
    </w:p>
    <w:p>
      <w:r>
        <w:rPr>
          <w:rFonts w:ascii="Gentium Plus" w:hAnsi="Gentium Plus"/>
          <w:sz w:val="24"/>
        </w:rPr>
        <w:t>Πινυτός. πνείω ἐστὶ ῥῆμα, καὶ πνύω παράγωγον· πλεονασμῷ πινύω. παρὰ τὸ πεπνύω ὄνομα πνυτὸς, καὶ πλεονασμῷ τοῦ ι, πινυτός, ὁ διεγηγερμένος. καὶ γὰρ τὸ ἦτορ παρὰ τὸ ἄω ἐστὶ τὸ πνέω, ἀῆτορ, καὶ ἀποβολῇ τοῦ α, ἦτορ.</w:t>
      </w:r>
    </w:p>
    <w:p>
      <w:r>
        <w:rPr>
          <w:rFonts w:ascii="Courier New" w:hAnsi="Courier New"/>
          <w:color w:val="555555"/>
          <w:sz w:val="20"/>
        </w:rPr>
        <w:t>[15]</w:t>
      </w:r>
    </w:p>
    <w:p>
      <w:r>
        <w:rPr>
          <w:rFonts w:ascii="Gentium Plus" w:hAnsi="Gentium Plus"/>
          <w:sz w:val="24"/>
        </w:rPr>
        <w:t>Παῤῥησία. παντορησία, καὶ συγκοπῇ παῤῥησία. δύναται καὶ παρὰ τὸ πᾶν παῤῥησίαν. Πλοχμός. παρὰ τὸ πλέκω πλοχμός. Πρόμος. παρὰ τὸ βῶ, πρόβος, καὶ πρόμος. οἷον παρὰ τὸ νέω, καὶ νῶ τὸ πορεύομαι, πρόνος καὶ πρόμος.</w:t>
      </w:r>
    </w:p>
    <w:p>
      <w:r>
        <w:rPr>
          <w:rFonts w:ascii="Courier New" w:hAnsi="Courier New"/>
          <w:color w:val="555555"/>
          <w:sz w:val="20"/>
        </w:rPr>
        <w:t>[20]</w:t>
      </w:r>
    </w:p>
    <w:p>
      <w:r>
        <w:rPr>
          <w:rFonts w:ascii="Gentium Plus" w:hAnsi="Gentium Plus"/>
          <w:sz w:val="24"/>
        </w:rPr>
        <w:t>Πυῤῥός. παρὰ τὸ πῦρ πυρὸς, καὶ πλεονασμῷ τοῦ ρ, πυῤῥός. Πίτυλος. παρὰ τὸ τύπτω τύπιλος, καὶ μεταθέσει τῆς ἀρχούσης πίτυλος. Πταίω. πέτω, καὶ συγκοπῇ πτῶ, καὶ διπλασιασμὸς πί‐</w:t>
      </w:r>
    </w:p>
    <w:p>
      <w:r>
        <w:rPr>
          <w:rFonts w:ascii="Courier New" w:hAnsi="Courier New"/>
          <w:color w:val="555555"/>
          <w:sz w:val="20"/>
        </w:rPr>
        <w:t>[25]</w:t>
      </w:r>
    </w:p>
    <w:p>
      <w:r>
        <w:rPr>
          <w:rFonts w:ascii="Gentium Plus" w:hAnsi="Gentium Plus"/>
          <w:sz w:val="24"/>
        </w:rPr>
        <w:t>πτω. τὰ γὰρ πετώμενα τοῖς πίπτουσιν ἔοικε· πτῶ οὖν καὶ πταίω. Πύματος. ἔλλειψις τοῦ θ. παρὰ τὸ πυθμήν. ὁ πυθμὴν οὖν, πύθματος, καὶ ἀποβολῇ τοῦ θ, πύματος.</w:t>
      </w:r>
    </w:p>
    <w:p>
      <w:r>
        <w:rPr>
          <w:rFonts w:ascii="Courier New" w:hAnsi="Courier New"/>
          <w:color w:val="555555"/>
          <w:sz w:val="20"/>
        </w:rPr>
        <w:t>[pi 132]</w:t>
      </w:r>
    </w:p>
    <w:p>
      <w:r>
        <w:rPr>
          <w:rFonts w:ascii="Gentium Plus" w:hAnsi="Gentium Plus"/>
          <w:sz w:val="24"/>
        </w:rPr>
        <w:t>Πατήρ. παρὰ τὸ πατεῖν ἐν τῇ συνουσίᾳ· κυρίως δὲ ἐπὶ τῶν ἀλόγων ζώων. Πυθμήν. φυτοθεμὴν ἐστὶ, οἷον ἡ τοῦ φυτοῦ θέσις, καὶ τροπῇ τοῦ φ εἰς π, πυθμήν.</w:t>
      </w:r>
    </w:p>
    <w:p>
      <w:r>
        <w:rPr>
          <w:rFonts w:ascii="Courier New" w:hAnsi="Courier New"/>
          <w:color w:val="555555"/>
          <w:sz w:val="20"/>
        </w:rPr>
        <w:t>[5]</w:t>
      </w:r>
    </w:p>
    <w:p>
      <w:r>
        <w:rPr>
          <w:rFonts w:ascii="Gentium Plus" w:hAnsi="Gentium Plus"/>
          <w:sz w:val="24"/>
        </w:rPr>
        <w:t>Πέδιλα. ποδάεγλα τινὰ ὄντα, παρὰ τὸ ἐν τῷ πόδε εἰλεῖσθαι, καὶ ἔδει πέδιλα διὰ τῆς ει διφθόγγου γρά‐ φεσθαι· ἀλλ’ οὐ πάντως τὰ ῥήματα τῶν ὀνομάτων φυλάττει τὴν γραφὴν τοῦ ῥήματος. ἰδοὺ γὰρ τὸ εἴρω ἶρις, νείφω νιφὰς, λείβω λιβὰς, καὶ τὰ ὅμοια.</w:t>
      </w:r>
    </w:p>
    <w:p>
      <w:r>
        <w:rPr>
          <w:rFonts w:ascii="Courier New" w:hAnsi="Courier New"/>
          <w:color w:val="555555"/>
          <w:sz w:val="20"/>
        </w:rPr>
        <w:t>[10]</w:t>
      </w:r>
    </w:p>
    <w:p>
      <w:r>
        <w:rPr>
          <w:rFonts w:ascii="Gentium Plus" w:hAnsi="Gentium Plus"/>
          <w:sz w:val="24"/>
        </w:rPr>
        <w:t>Πίδα. τὸ πιεῖν. τινὲς δὲ παρὰ τὸ πηδᾶν, καὶ κατὰ μεταβολὴν τοῦ η εἰς ι. Βοιωτικῶς. Πάχνη. παρὰ τὴν πῆξιν, πάγη τὶς οὖσα. Πλειών. ὁ ἐνιαυτός. ἀπὸ τοῦ πάντα εἶναι πλήρη ἐν αὐτῷ.</w:t>
      </w:r>
    </w:p>
    <w:p>
      <w:r>
        <w:rPr>
          <w:rFonts w:ascii="Courier New" w:hAnsi="Courier New"/>
          <w:color w:val="555555"/>
          <w:sz w:val="20"/>
        </w:rPr>
        <w:t>[15]</w:t>
      </w:r>
    </w:p>
    <w:p>
      <w:r>
        <w:rPr>
          <w:rFonts w:ascii="Gentium Plus" w:hAnsi="Gentium Plus"/>
          <w:sz w:val="24"/>
        </w:rPr>
        <w:t>Πωλεῖσθαι. ἐπειδὴ ὁ πωλούμενος καὶ ὁ πωλῶν περὶ τὸν αὐτὸν τόπον ἀναστρέφεται, ἵνα θεωρῆται ὑπὸ πάντων. Πόλοι. οἱ ἐν τῷ οὐρανῷ. παρὰ τοῦ περὶ αὐτοὺς ἀνα‐ στρέφεσθαι τὸν κόσμον, τουτέστι τὸν οὐρανόν. Πῆχυς. ἀπὸ τοῦ πεπηγέναι ἄκρῳ τῷ βραχίονι.</w:t>
      </w:r>
    </w:p>
    <w:p>
      <w:r>
        <w:rPr>
          <w:rFonts w:ascii="Courier New" w:hAnsi="Courier New"/>
          <w:color w:val="555555"/>
          <w:sz w:val="20"/>
        </w:rPr>
        <w:t>[20]</w:t>
      </w:r>
    </w:p>
    <w:p>
      <w:r>
        <w:rPr>
          <w:rFonts w:ascii="Gentium Plus" w:hAnsi="Gentium Plus"/>
          <w:sz w:val="24"/>
        </w:rPr>
        <w:t>Πένης. ὁ ἀπὸ τοῦ πόνου καὶ τῆς πενίας τὸ ζῆν ἔχων. Πλούσιος. πολυούσιός τις ὤν. Πεσεῖν. ἀπὸ τοῦ πέδου. Πεσσός. ὁ πίπτων ὁμοίως ἐν τῷ βάλλεσθαι.</w:t>
      </w:r>
    </w:p>
    <w:p>
      <w:r>
        <w:rPr>
          <w:rFonts w:ascii="Courier New" w:hAnsi="Courier New"/>
          <w:color w:val="555555"/>
          <w:sz w:val="20"/>
        </w:rPr>
        <w:t>[25]</w:t>
      </w:r>
    </w:p>
    <w:p>
      <w:r>
        <w:rPr>
          <w:rFonts w:ascii="Gentium Plus" w:hAnsi="Gentium Plus"/>
          <w:sz w:val="24"/>
        </w:rPr>
        <w:t>Πυραμίς. ἡ ἐκ πυρῶν καὶ μέλιττος. τινὲς δὲ ἀπὸ τοῦ συμβαίνοντος· αὐτῇ σχήματος, πλατέος κάτωθεν καὶ εἰς ὀξὺ λήγοντος, ὅ ἐστι τῇ φλογὶ ἀναφερομένῃ ἐοικός· τοιοῦτος δὲ καὶ ὁ πύραμος. οὕτως Ἡρα‐</w:t>
      </w:r>
    </w:p>
    <w:p>
      <w:r>
        <w:rPr>
          <w:rFonts w:ascii="Courier New" w:hAnsi="Courier New"/>
          <w:color w:val="555555"/>
          <w:sz w:val="20"/>
        </w:rPr>
        <w:t>[pi 133]</w:t>
      </w:r>
    </w:p>
    <w:p>
      <w:r>
        <w:rPr>
          <w:rFonts w:ascii="Gentium Plus" w:hAnsi="Gentium Plus"/>
          <w:sz w:val="24"/>
        </w:rPr>
        <w:t>Πονηρός. κυρίως ὁ περὶ πόνους ἀναστρεφόμενος, ὥσπερ μοχθηρὸς ὁ περὶ μόχθους. ἀπὸ δὲ τοῦ σώματος ἐπὶ τὴν διάνοιαν μετετέθη. ὁ τῇ διαθέσει κενός. οὕτως Ἡρακλείδης.</w:t>
      </w:r>
    </w:p>
    <w:p>
      <w:r>
        <w:rPr>
          <w:rFonts w:ascii="Courier New" w:hAnsi="Courier New"/>
          <w:color w:val="555555"/>
          <w:sz w:val="20"/>
        </w:rPr>
        <w:t>[5]</w:t>
      </w:r>
    </w:p>
    <w:p>
      <w:r>
        <w:rPr>
          <w:rFonts w:ascii="Gentium Plus" w:hAnsi="Gentium Plus"/>
          <w:sz w:val="24"/>
        </w:rPr>
        <w:t>Πρέσβεις. παρὰ τὸ προβεβηκέναι καὶ παρελθεῖν τὴν ἥβην. Πρεσβεύω, πρεσβεύσω, πρεσβεὺς, ὡς ἱππεύω, ἱππεύσω, ἱππεύς. Πῦρ. φῦρ ἐστὶν, ὅτι φεγγόμενον ἐξανίσταται, ἢ παρὰ</w:t>
      </w:r>
    </w:p>
    <w:p>
      <w:r>
        <w:rPr>
          <w:rFonts w:ascii="Courier New" w:hAnsi="Courier New"/>
          <w:color w:val="555555"/>
          <w:sz w:val="20"/>
        </w:rPr>
        <w:t>[10]</w:t>
      </w:r>
    </w:p>
    <w:p>
      <w:r>
        <w:rPr>
          <w:rFonts w:ascii="Gentium Plus" w:hAnsi="Gentium Plus"/>
          <w:sz w:val="24"/>
        </w:rPr>
        <w:t>τὸ φύω φῦρ, τί γὰρ εὐφυέστερον πυρός; Πάππος. παρὰ τὴν προσφώνησιν τῶν παίδων. Ὅμη‐ ρος· οὐδέ τί μιν παῖδες ποτὶ γούνασι παππάζουσιν. Παῖς. οἱ μὲν παρὰ τὸ παίω, παίσω, κατ’ ἀποβολὴν τοῦ ω· ἢ παρὰ τὸ παίζω, παίσω, παῖς.</w:t>
      </w:r>
    </w:p>
    <w:p>
      <w:r>
        <w:rPr>
          <w:rFonts w:ascii="Courier New" w:hAnsi="Courier New"/>
          <w:color w:val="555555"/>
          <w:sz w:val="20"/>
        </w:rPr>
        <w:t>[15]</w:t>
      </w:r>
    </w:p>
    <w:p>
      <w:r>
        <w:rPr>
          <w:rFonts w:ascii="Gentium Plus" w:hAnsi="Gentium Plus"/>
          <w:sz w:val="24"/>
        </w:rPr>
        <w:t>Πρωΐ. ὑπὸ τοῦ προϊέναι ἡμᾶς. Πόσις. ὁ ἀνήρ. παρὰ τὴν τοῦ ὕδατος φύσιν. ἐπεὶ καὶ τὸ ὕδωρ μιγνύμενον τῇ γῇ γεννητικὸν γίνεται. μιγνύ‐ μενος δὲ καὶ ὁ ἀνὴρ τῇ γυναικὶ γενέσεως αἴτιος γί‐ νεται.</w:t>
      </w:r>
    </w:p>
    <w:p>
      <w:r>
        <w:rPr>
          <w:rFonts w:ascii="Courier New" w:hAnsi="Courier New"/>
          <w:color w:val="555555"/>
          <w:sz w:val="20"/>
        </w:rPr>
        <w:t>[20]</w:t>
      </w:r>
    </w:p>
    <w:p>
      <w:r>
        <w:rPr>
          <w:rFonts w:ascii="Gentium Plus" w:hAnsi="Gentium Plus"/>
          <w:sz w:val="24"/>
        </w:rPr>
        <w:t>Προΐξ. ἀπὸ τοῦ προϊκνεῖσθαι τοῦ γάμου. Πτέρνα. ἀπὸ τοῦ ἐπιπεπτωκέναι αὐτῇ ὅλον τὸ σῶμα. Πορεία. ἀπὸ τοῦ πορεύεσθαι. αὐτὸ δὲ ἀπὸ τοῦ εἰς πέ‐ ρας ἔρχεσθαι. Προΐκτης. παρὰ τὸ προϊκνεῖσθαι· ἢ, ὡς τινὲς ψιλοῦσι,</w:t>
      </w:r>
    </w:p>
    <w:p>
      <w:r>
        <w:rPr>
          <w:rFonts w:ascii="Courier New" w:hAnsi="Courier New"/>
          <w:color w:val="555555"/>
          <w:sz w:val="20"/>
        </w:rPr>
        <w:t>[25]</w:t>
      </w:r>
    </w:p>
    <w:p>
      <w:r>
        <w:rPr>
          <w:rFonts w:ascii="Gentium Plus" w:hAnsi="Gentium Plus"/>
          <w:sz w:val="24"/>
        </w:rPr>
        <w:t>παρὰ τὸ προΐξασθαι, ὅ ἐστι δωρεάν τινα λαμ‐ βάνειν. Πρόνοια. ἡ πρὸ ἀντὶ τῆς ὑπέρ. ἡ ὑπέρ τινων νοοῦσα. Προπετής. ὁ ἄγαν ἐκπίπτων τοῦ δέοντος. Πύξ. παρὰ τὸ πτύσσω, οὗ μέλλων πτύξω, ἀποβολῇ</w:t>
      </w:r>
    </w:p>
    <w:p>
      <w:r>
        <w:rPr>
          <w:rFonts w:ascii="Courier New" w:hAnsi="Courier New"/>
          <w:color w:val="555555"/>
          <w:sz w:val="20"/>
        </w:rPr>
        <w:t>[30]</w:t>
      </w:r>
    </w:p>
    <w:p>
      <w:r>
        <w:rPr>
          <w:rFonts w:ascii="Gentium Plus" w:hAnsi="Gentium Plus"/>
          <w:sz w:val="24"/>
        </w:rPr>
        <w:t>τοῦ ω καὶ τοῦ τ, πύξ. παρὰ τὸ πτύσσειν τοὺς δακτύ‐ λους ἐν τῷ πλήττειν. Παιών. ὁ παύων τὰς νόσους. τροπῇ δὲ τοῦ υ εἰς ι, Παιών. Πτώξ. τοῦ πτῶ παράγωγον πτήσω, ὁ μέλλων</w:t>
      </w:r>
    </w:p>
    <w:p>
      <w:r>
        <w:rPr>
          <w:rFonts w:ascii="Courier New" w:hAnsi="Courier New"/>
          <w:color w:val="555555"/>
          <w:sz w:val="20"/>
        </w:rPr>
        <w:t>[35]</w:t>
      </w:r>
    </w:p>
    <w:p>
      <w:r>
        <w:rPr>
          <w:rFonts w:ascii="Gentium Plus" w:hAnsi="Gentium Plus"/>
          <w:sz w:val="24"/>
        </w:rPr>
        <w:t>πτώξω, καὶ πτὼξ, ἀποβολῇ τοῦ ω.</w:t>
      </w:r>
    </w:p>
    <w:p>
      <w:r>
        <w:rPr>
          <w:rFonts w:ascii="Courier New" w:hAnsi="Courier New"/>
          <w:color w:val="555555"/>
          <w:sz w:val="20"/>
        </w:rPr>
        <w:t>[pi 134]</w:t>
      </w:r>
    </w:p>
    <w:p>
      <w:r>
        <w:rPr>
          <w:rFonts w:ascii="Gentium Plus" w:hAnsi="Gentium Plus"/>
          <w:sz w:val="24"/>
        </w:rPr>
        <w:t>Πίθηκος. παρὰ τὸν πιθήσω μέλλοντα. ἀπὸ τοῦ πιθῶ. πείθει γὰρ ἡμᾶς τὸ ζῶον. Παλαίω. παρὰ τὸ πάλλω παλαίω. Πόντος. παρὰ τὸ πόνος, καὶ τοῦ πένω, τὸ ἐνεργητι‐</w:t>
      </w:r>
    </w:p>
    <w:p>
      <w:r>
        <w:rPr>
          <w:rFonts w:ascii="Courier New" w:hAnsi="Courier New"/>
          <w:color w:val="555555"/>
          <w:sz w:val="20"/>
        </w:rPr>
        <w:t>[5]</w:t>
      </w:r>
    </w:p>
    <w:p>
      <w:r>
        <w:rPr>
          <w:rFonts w:ascii="Gentium Plus" w:hAnsi="Gentium Plus"/>
          <w:sz w:val="24"/>
        </w:rPr>
        <w:t>κὸν, τὸ δηλοῦν τὸ κάμνω· ἀφ’ οὗ πόντος, καθ’ ὃν πεπόνηται τὸ τῶν ἀνθρώπων γένος περιπλέον. τοῦ πόνου οὖν ὁ πόντος. Φιλόξενος. Ποταμός. παρὰ τὸ ποτὸς ὀξυνόμενον. παρώνυμον ποτα‐ μός.</w:t>
      </w:r>
    </w:p>
    <w:p>
      <w:r>
        <w:rPr>
          <w:rFonts w:ascii="Courier New" w:hAnsi="Courier New"/>
          <w:color w:val="555555"/>
          <w:sz w:val="20"/>
        </w:rPr>
        <w:t>[10]</w:t>
      </w:r>
    </w:p>
    <w:p>
      <w:r>
        <w:rPr>
          <w:rFonts w:ascii="Gentium Plus" w:hAnsi="Gentium Plus"/>
          <w:sz w:val="24"/>
        </w:rPr>
        <w:t>Παρθένος. ὡς τινὲς, παρ’ οὐδένα λαβοῦσα ἕδνον. Πόῤῥω. παρὰ τὴν πρὸς πρόθεσιν πρόσω, καὶ μεταθέσει πόρσω, κατ’ Ἀττικοὺς τροπῇ τοῦ ς εἰς ρ, πόῤῥω, ὡς μυρσίνη μυῤῥίνη. Παιδνός. παρὰ τὸ παίζω, ὡς παρὰ τὸ ἀλαπάζω, ἀλα‐</w:t>
      </w:r>
    </w:p>
    <w:p>
      <w:r>
        <w:rPr>
          <w:rFonts w:ascii="Courier New" w:hAnsi="Courier New"/>
          <w:color w:val="555555"/>
          <w:sz w:val="20"/>
        </w:rPr>
        <w:t>[15]</w:t>
      </w:r>
    </w:p>
    <w:p>
      <w:r>
        <w:rPr>
          <w:rFonts w:ascii="Gentium Plus" w:hAnsi="Gentium Plus"/>
          <w:sz w:val="24"/>
        </w:rPr>
        <w:t>παδνός. Πάσσαλος. παρὰ τὸ πήσσω. Πρόφρασσα. παρὰ τὸ φρῶ, ὅπερ ἐστὶ ἀπὸ τοῦ προΐω, φρῶ φρῆσσα, φράσσα καὶ πρόφρασσα. παρὰ τὸ προϊ‐ έναι καὶ προθυμεῖσθαι.</w:t>
      </w:r>
    </w:p>
    <w:p>
      <w:r>
        <w:rPr>
          <w:rFonts w:ascii="Courier New" w:hAnsi="Courier New"/>
          <w:color w:val="555555"/>
          <w:sz w:val="20"/>
        </w:rPr>
        <w:t>[20]</w:t>
      </w:r>
    </w:p>
    <w:p>
      <w:r>
        <w:rPr>
          <w:rFonts w:ascii="Gentium Plus" w:hAnsi="Gentium Plus"/>
          <w:sz w:val="24"/>
        </w:rPr>
        <w:t>Πιτύζειν. παρὰ τὸ πτύω, πτυτίζω παράγωγον, καὶ ἀποβολῇ τοῦ τ, πιτύζω. Πυδαρίζειν. ἐπὶ τοῦ ἅλλεσθαι, ἢ ποδαρίζειν. ὡς ὄνομα ὄνυμα κατ’ Αἰολέας, καὶ ὀνυμάζειν. πυσαρίζειν παρὰ τὴν πηγὴν, καὶ τροπῇ τοῦ γ εἰς δ, πυδαρίζειν, ὡς</w:t>
      </w:r>
    </w:p>
    <w:p>
      <w:r>
        <w:rPr>
          <w:rFonts w:ascii="Courier New" w:hAnsi="Courier New"/>
          <w:color w:val="555555"/>
          <w:sz w:val="20"/>
        </w:rPr>
        <w:t>[25]</w:t>
      </w:r>
    </w:p>
    <w:p>
      <w:r>
        <w:rPr>
          <w:rFonts w:ascii="Gentium Plus" w:hAnsi="Gentium Plus"/>
          <w:sz w:val="24"/>
        </w:rPr>
        <w:t>γνόφος δνόφος. Πέλας. παρὰ τὸ πελάζω, ῥῆμα. ὁ μέλλων πελάσω, καὶ ἀποβολῇ τοῦ ω, πέλας, τὸ ἐπίῤῥημα· ὡς παρὰ τὸ χωρίζω, χωρίσω, χωρίς. Πρόκροσσοι. πρόκροσσοι εἰσὶ μία ἐπὶ μιᾷ, οἷον προκάρο‐</w:t>
      </w:r>
    </w:p>
    <w:p>
      <w:r>
        <w:rPr>
          <w:rFonts w:ascii="Courier New" w:hAnsi="Courier New"/>
          <w:color w:val="555555"/>
          <w:sz w:val="20"/>
        </w:rPr>
        <w:t>[30]</w:t>
      </w:r>
    </w:p>
    <w:p>
      <w:r>
        <w:rPr>
          <w:rFonts w:ascii="Gentium Plus" w:hAnsi="Gentium Plus"/>
          <w:sz w:val="24"/>
        </w:rPr>
        <w:t>σοι. παρὰ τὸ κάρα· αἱ κατὰ κεφαλὴν συντεθέμεναι· οἷον τὰς κεφαλὰς καὶ τὰς ἀρχὰς ἐπ’ ἀλλήλαις· ἐπεὶ καὶ συνήθως λέγομεν τῶν ὀθονίων κροσσοὺς τὰς κεφα‐ λὰς καὶ τὰς ἀρχάς· καὶ τῶν τοίχων αἱ κεφαλαὶ καὶ αἱ ἀρχαὶ κροσσοί. Ἀπολλώνιος ἐν ἐξηγήσει γλωσ‐</w:t>
      </w:r>
    </w:p>
    <w:p>
      <w:r>
        <w:rPr>
          <w:rFonts w:ascii="Courier New" w:hAnsi="Courier New"/>
          <w:color w:val="555555"/>
          <w:sz w:val="20"/>
        </w:rPr>
        <w:t>[35]</w:t>
      </w:r>
    </w:p>
    <w:p>
      <w:r>
        <w:rPr>
          <w:rFonts w:ascii="Gentium Plus" w:hAnsi="Gentium Plus"/>
          <w:sz w:val="24"/>
        </w:rPr>
        <w:t>σῶν.</w:t>
      </w:r>
    </w:p>
    <w:p>
      <w:r>
        <w:rPr>
          <w:rFonts w:ascii="Courier New" w:hAnsi="Courier New"/>
          <w:color w:val="555555"/>
          <w:sz w:val="20"/>
        </w:rPr>
        <w:t>[pi 135]</w:t>
      </w:r>
    </w:p>
    <w:p>
      <w:r>
        <w:rPr>
          <w:rFonts w:ascii="Gentium Plus" w:hAnsi="Gentium Plus"/>
          <w:sz w:val="24"/>
        </w:rPr>
        <w:t>Πτιλλός. ὁ καταπεπτωκὼς τῶν ἴλλων. ἢ κατὰ πλεο‐ νασμὸν τοῦ π. ἐπὶ τῶν ἀποτετιλμένων τὰ βλέφαρα. Ποτνιᾶσθαι. Κυρίως ἄν τις φήσειεν ἐπὶ γυναικῶν, ὅταν γυνὴ κακόν τι πάσχει, καὶ θέλει ἱκετεύειν θεῶν· ὢ</w:t>
      </w:r>
    </w:p>
    <w:p>
      <w:r>
        <w:rPr>
          <w:rFonts w:ascii="Courier New" w:hAnsi="Courier New"/>
          <w:color w:val="555555"/>
          <w:sz w:val="20"/>
        </w:rPr>
        <w:t>[5]</w:t>
      </w:r>
    </w:p>
    <w:p>
      <w:r>
        <w:rPr>
          <w:rFonts w:ascii="Gentium Plus" w:hAnsi="Gentium Plus"/>
          <w:sz w:val="24"/>
        </w:rPr>
        <w:t>Πότνια· ὅταν δὲ εἴποι τις ἄνδρα ποτνιᾶσθαι, ἁμαρ‐ τάνει. οὕτω Βηγαντῖνος. Πιφάσκω. φῶ ἐστὶ ῥῆμα, δηλοῦν τὸ λέγω, οὗ πα‐ ράγωγον φάζω, καὶ φάσκω· πλεονασμῷ τοῦ υ, φαύ‐ σκω. διπλασιασμὸς πιφαύσκω. Φιλόξενος, φῶ, φαύω,</w:t>
      </w:r>
    </w:p>
    <w:p>
      <w:r>
        <w:rPr>
          <w:rFonts w:ascii="Courier New" w:hAnsi="Courier New"/>
          <w:color w:val="555555"/>
          <w:sz w:val="20"/>
        </w:rPr>
        <w:t>[10]</w:t>
      </w:r>
    </w:p>
    <w:p>
      <w:r>
        <w:rPr>
          <w:rFonts w:ascii="Gentium Plus" w:hAnsi="Gentium Plus"/>
          <w:sz w:val="24"/>
        </w:rPr>
        <w:t>οὗ μέλλων φαύσω, καὶ φαύσκω, πιφαύσκω. Πρόσφατος. κυρίως ὁ νεωστὶ πεφονευμένος· παρὰ τὸ φῶ τὸ φονεύω, οὗ παράγωγον φημί. ὁ μέλλων φάσω· ὅθεν φατὸς ῥηματικὸν ὄνομα, καὶ πρόσφατον. Παραβλώψ. παρὰ τὸν βλέψω μέλλοντα, βλὲψ, ἀπο‐</w:t>
      </w:r>
    </w:p>
    <w:p>
      <w:r>
        <w:rPr>
          <w:rFonts w:ascii="Courier New" w:hAnsi="Courier New"/>
          <w:color w:val="555555"/>
          <w:sz w:val="20"/>
        </w:rPr>
        <w:t>[15]</w:t>
      </w:r>
    </w:p>
    <w:p>
      <w:r>
        <w:rPr>
          <w:rFonts w:ascii="Gentium Plus" w:hAnsi="Gentium Plus"/>
          <w:sz w:val="24"/>
        </w:rPr>
        <w:t>βολῇ τοῦ ω, καὶ τροπῇ τοῦ ε εἰς ο, καὶ ἐπεκτάσει τοῦ ο εἰς ω, βλώψ, καὶ σύνθετον παραβλώψ. Πάσσων. παρὰ τὸ παχὺς πάσσων, ὡς βραδὺς βράσσων. Πάλος. ὁ κλῆρος. παρὰ τὸ πάλλω. Πτισάνη. ἡ λελεπισμένη κριθή. παρὰ τὸ πτίσσω, τὸ</w:t>
      </w:r>
    </w:p>
    <w:p>
      <w:r>
        <w:rPr>
          <w:rFonts w:ascii="Courier New" w:hAnsi="Courier New"/>
          <w:color w:val="555555"/>
          <w:sz w:val="20"/>
        </w:rPr>
        <w:t>[20]</w:t>
      </w:r>
    </w:p>
    <w:p>
      <w:r>
        <w:rPr>
          <w:rFonts w:ascii="Gentium Plus" w:hAnsi="Gentium Plus"/>
          <w:sz w:val="24"/>
        </w:rPr>
        <w:t>καθαίρω· καὶ ἐπτισμένον τὸ κεκαθαρμένον. Παγίς. παρὰ τὸ πήσσω πηγὶς καὶ παγίς. Ποίμνιον. ποιμένιον, καὶ συγκοπῇ ποίμνιον. Πέδον καὶ πεζεύειν. παρὰ τοὺς πόδας· ἐφ’ οὗ βεβήκα‐ μεν τοῖς ποσί.</w:t>
      </w:r>
    </w:p>
    <w:p>
      <w:r>
        <w:rPr>
          <w:rFonts w:ascii="Courier New" w:hAnsi="Courier New"/>
          <w:color w:val="555555"/>
          <w:sz w:val="20"/>
        </w:rPr>
        <w:t>[25]</w:t>
      </w:r>
    </w:p>
    <w:p>
      <w:r>
        <w:rPr>
          <w:rFonts w:ascii="Gentium Plus" w:hAnsi="Gentium Plus"/>
          <w:sz w:val="24"/>
        </w:rPr>
        <w:t>Πομφόλυξ. παρὰ τὸ παφλάζω ῥῆμα. ἄλλο παράγωγον γίνεται παμφλάζω, ὁ μέλλων παμφαλύζω. ῥημα‐ τικὸν ὄνομα παμφάλυξ, καὶ τροπῇ τῶν δύο οο, πομφόλυξ. Πλεῖν. συναλοιφὴ τοῦ πλέον, ὡς τὸ δέον δεῖν. οὕτω</w:t>
      </w:r>
    </w:p>
    <w:p>
      <w:r>
        <w:rPr>
          <w:rFonts w:ascii="Courier New" w:hAnsi="Courier New"/>
          <w:color w:val="555555"/>
          <w:sz w:val="20"/>
        </w:rPr>
        <w:t>[30]</w:t>
      </w:r>
    </w:p>
    <w:p>
      <w:r>
        <w:rPr>
          <w:rFonts w:ascii="Gentium Plus" w:hAnsi="Gentium Plus"/>
          <w:sz w:val="24"/>
        </w:rPr>
        <w:t>Φιλόξενος. Παροινία. κυρίως ἡ ἐν τῷ οἴνῳ ἀταξία. Πάσασθαι. τροπῇ τοῦ μ εἰς π· οἷον μασᾶσθαι. Πειραιεύς. πλεονασμῷ τοῦ ι, πειραεύς τις ὤν, ἦν γὰρ ὅτε οὐ συνήπτετο τῇ γῇ, ἀλλ’ ἦν νῆσος.</w:t>
      </w:r>
    </w:p>
    <w:p>
      <w:r>
        <w:rPr>
          <w:rFonts w:ascii="Courier New" w:hAnsi="Courier New"/>
          <w:color w:val="555555"/>
          <w:sz w:val="20"/>
        </w:rPr>
        <w:t>[35]</w:t>
      </w:r>
    </w:p>
    <w:p>
      <w:r>
        <w:rPr>
          <w:rFonts w:ascii="Gentium Plus" w:hAnsi="Gentium Plus"/>
          <w:sz w:val="24"/>
        </w:rPr>
        <w:t>Πεπάλη. πέσω πάλη, καὶ ἀναδιπλασιασμὸς πεπάλη.</w:t>
      </w:r>
    </w:p>
    <w:p>
      <w:r>
        <w:rPr>
          <w:rFonts w:ascii="Courier New" w:hAnsi="Courier New"/>
          <w:color w:val="555555"/>
          <w:sz w:val="20"/>
        </w:rPr>
        <w:t>[pi 136]</w:t>
      </w:r>
    </w:p>
    <w:p>
      <w:r>
        <w:rPr>
          <w:rFonts w:ascii="Gentium Plus" w:hAnsi="Gentium Plus"/>
          <w:sz w:val="24"/>
        </w:rPr>
        <w:t>Πτωχός. ὁ ἐκπεπτωκὼς τοῦ ἔχειν. Πίθος. παρὰ τὸ πίω, ἀφ’ οὗ ἐστὶ πιεῖν. Πιμελή. παρὰ τὸ πῖον τὸ λιπαρὸν, πιομέλη τὶς οὖσα. Πῖλος. παρὰ τὸ ῶ· ὁ πεπιλημένος.</w:t>
      </w:r>
    </w:p>
    <w:p>
      <w:r>
        <w:rPr>
          <w:rFonts w:ascii="Courier New" w:hAnsi="Courier New"/>
          <w:color w:val="555555"/>
          <w:sz w:val="20"/>
        </w:rPr>
        <w:t>[5]</w:t>
      </w:r>
    </w:p>
    <w:p>
      <w:r>
        <w:rPr>
          <w:rFonts w:ascii="Gentium Plus" w:hAnsi="Gentium Plus"/>
          <w:sz w:val="24"/>
        </w:rPr>
        <w:t>Πεινῶ. παρὰ τὸ πένω καὶ πένομαι. ᾧ παρέπεται πολ‐ λάκις τοῦτο. Πρυτανεῖον. πυροτανεῖον ἐστὶν, ἐν τῷ πυρὸν φυλάτ‐ τειν. Πολυκαγκέα δίψαν. παρὰ τὸ κῶ τὸ καίω, οὗ παρά‐</w:t>
      </w:r>
    </w:p>
    <w:p>
      <w:r>
        <w:rPr>
          <w:rFonts w:ascii="Courier New" w:hAnsi="Courier New"/>
          <w:color w:val="555555"/>
          <w:sz w:val="20"/>
        </w:rPr>
        <w:t>[10]</w:t>
      </w:r>
    </w:p>
    <w:p>
      <w:r>
        <w:rPr>
          <w:rFonts w:ascii="Gentium Plus" w:hAnsi="Gentium Plus"/>
          <w:sz w:val="24"/>
        </w:rPr>
        <w:t>γωγον κείω, πῦρ μετακειόμενοι, καὶ παρὰ τὸ κῶ πο‐ λυκὴς, καὶ ἀναδιπλασιασμὸς πολυκαὴς, καὶ πλεονασμῷ τοῦ γ, πολυκαγκής. Πτύον τὸ ἀποπτύον καὶ ἀποῤῥίπτον τῶν καρπῶν τὰ ἄχυρα.</w:t>
      </w:r>
    </w:p>
    <w:p>
      <w:r>
        <w:rPr>
          <w:rFonts w:ascii="Courier New" w:hAnsi="Courier New"/>
          <w:color w:val="555555"/>
          <w:sz w:val="20"/>
        </w:rPr>
        <w:t>[15]</w:t>
      </w:r>
    </w:p>
    <w:p>
      <w:r>
        <w:rPr>
          <w:rFonts w:ascii="Gentium Plus" w:hAnsi="Gentium Plus"/>
          <w:sz w:val="24"/>
        </w:rPr>
        <w:t>Πάππα φίλε. εἴρηται Ὁμήρῳ. οὕτω δὲ ἐγένετο παρὰ Συρακουσίοις, ὁ πατὴρ πᾶς, καὶ ἀναδιπλα‐ σιασμὸς πάπας, καὶ πλεονασμῷ τοῦ π, πάππας. Παπταίνω. πέτω ῥῆμα, οὗ παθητικὸν πέτομαι. ὅπερ κατὰ συγκοπὴν γίνεται πτῶ, οὗ παράγωγον πταίνω,</w:t>
      </w:r>
    </w:p>
    <w:p>
      <w:r>
        <w:rPr>
          <w:rFonts w:ascii="Courier New" w:hAnsi="Courier New"/>
          <w:color w:val="555555"/>
          <w:sz w:val="20"/>
        </w:rPr>
        <w:t>[20]</w:t>
      </w:r>
    </w:p>
    <w:p>
      <w:r>
        <w:rPr>
          <w:rFonts w:ascii="Gentium Plus" w:hAnsi="Gentium Plus"/>
          <w:sz w:val="24"/>
        </w:rPr>
        <w:t>ὡς βῶ βαίνω, ἀναδιπλασιασμὸς παπταίνω. Παφλάζων. παρὰ τὸ φλέω, ὅπερ καὶ φλύω λέγεται. μονοσυλλαβῆσαν φλῶ ἐγένετο. καὶ παράγωγον φλάζω, ὡς ῥίπτω ῥιπτάζω. τὸ δὲ φλάζω διπλασιασμὸν ἐποι‐ ήσατο παφλάζω.</w:t>
      </w:r>
    </w:p>
    <w:p>
      <w:r>
        <w:rPr>
          <w:rFonts w:ascii="Courier New" w:hAnsi="Courier New"/>
          <w:color w:val="555555"/>
          <w:sz w:val="20"/>
        </w:rPr>
        <w:t>[25]</w:t>
      </w:r>
    </w:p>
    <w:p>
      <w:r>
        <w:rPr>
          <w:rFonts w:ascii="Gentium Plus" w:hAnsi="Gentium Plus"/>
          <w:sz w:val="24"/>
        </w:rPr>
        <w:t>Πευκεδμός. δηλοῖ τὸ θερμὸν, καὶ καυστικόν. παρὰ τὴν πεύκην τὴν ἐπιτηδείαν πρὸς καῦσιν. Πρόβασις. ἡ τῶν συμμίκτων θρεμμάτων κτῆσις. πρόβασις δὲ λέγεται ἀπὸ τῶν προβάτων τῶν παρὰ τοῖς παλαιοῖς τιμίων.</w:t>
      </w:r>
    </w:p>
    <w:p>
      <w:r>
        <w:rPr>
          <w:rFonts w:ascii="Courier New" w:hAnsi="Courier New"/>
          <w:color w:val="555555"/>
          <w:sz w:val="20"/>
        </w:rPr>
        <w:t>[30]</w:t>
      </w:r>
    </w:p>
    <w:p>
      <w:r>
        <w:rPr>
          <w:rFonts w:ascii="Gentium Plus" w:hAnsi="Gentium Plus"/>
          <w:sz w:val="24"/>
        </w:rPr>
        <w:t>Παιφάσσειν. φῶ ἐστὶ ῥῆμα, τὸ δηλοῦν τὸ φαίνω, οὗ παράγωγον φάσσω, διπλασιασμὸς παφάσσω καὶ παι‐ φάσσω. Πραπίδες. φρῶ ἐστὶ ῥῆμα κατὰ συναλοιφὴν γενόμενον τοῦ προΐω. ἀπὸ δὲ τοῦ προΐω, πρῶ, καὶ φρῶ, κατὰ μετά‐</w:t>
      </w:r>
    </w:p>
    <w:p>
      <w:r>
        <w:rPr>
          <w:rFonts w:ascii="Courier New" w:hAnsi="Courier New"/>
          <w:color w:val="555555"/>
          <w:sz w:val="20"/>
        </w:rPr>
        <w:t>[35]</w:t>
      </w:r>
    </w:p>
    <w:p>
      <w:r>
        <w:rPr>
          <w:rFonts w:ascii="Gentium Plus" w:hAnsi="Gentium Plus"/>
          <w:sz w:val="24"/>
        </w:rPr>
        <w:t>θεσιν τοῦ π εἰς φ, ἔνθεν καὶ φρήν. ἄλλο ἁπαντοῦ</w:t>
      </w:r>
    </w:p>
    <w:p>
      <w:r>
        <w:rPr>
          <w:rFonts w:ascii="Courier New" w:hAnsi="Courier New"/>
          <w:color w:val="555555"/>
          <w:sz w:val="20"/>
        </w:rPr>
        <w:t>[pi 137]</w:t>
      </w:r>
    </w:p>
    <w:p>
      <w:r>
        <w:rPr>
          <w:rFonts w:ascii="Gentium Plus" w:hAnsi="Gentium Plus"/>
          <w:sz w:val="24"/>
        </w:rPr>
        <w:t>παράγωγον φραπὶς, ὡς λέπω λεπίς. οὐδὲν γὰρ εἰς ην μονοσύλλαβον ἐν μόνῳ θηλυκὸν γένει συνεσταλμέ‐ νον. τὸ γὰρ ις καὶ ιν εὐθεῖαν ἔχει εἰς σν καὶ ἐκτέ‐ ταται. φρῶ οὖν φραπὶς καὶ πραπίς. ἀφ’ ἧς</w:t>
      </w:r>
    </w:p>
    <w:p>
      <w:r>
        <w:rPr>
          <w:rFonts w:ascii="Courier New" w:hAnsi="Courier New"/>
          <w:color w:val="555555"/>
          <w:sz w:val="20"/>
        </w:rPr>
        <w:t>[5]</w:t>
      </w:r>
    </w:p>
    <w:p>
      <w:r>
        <w:rPr>
          <w:rFonts w:ascii="Gentium Plus" w:hAnsi="Gentium Plus"/>
          <w:sz w:val="24"/>
        </w:rPr>
        <w:t>προΐεται τὰ βουλεύματα. οὕτω Φιλόξενος. Περίπατος. ἡ περὶ σχέσιν σημαίνει, ὡς τὸ περιέρ‐ χεσθαι, καὶ περικάμπτειν, περιφερής. οὕτως ἔχει καὶ ὁ περίπατος. πάτος γὰρ τὸ πατούμενον. ἐξ οὗ τὸ κατὰ κυκλοτέρειαν περίπατος λέγεται.</w:t>
      </w:r>
    </w:p>
    <w:p>
      <w:r>
        <w:rPr>
          <w:rFonts w:ascii="Courier New" w:hAnsi="Courier New"/>
          <w:color w:val="555555"/>
          <w:sz w:val="20"/>
        </w:rPr>
        <w:t>[10]</w:t>
      </w:r>
    </w:p>
    <w:p>
      <w:r>
        <w:rPr>
          <w:rFonts w:ascii="Gentium Plus" w:hAnsi="Gentium Plus"/>
          <w:sz w:val="24"/>
        </w:rPr>
        <w:t>Πέτεσθαι. παρὰ τὸ πέτω τὸ πίπτω, ἀφ’ οὗ τὸ ἔπεσα. παντὶ γὰρ τῷ σώματι δοκεῖ πίπτειν τὰ πετώμενα ἐπὶ τοῦ ἀέρος. Πώμαλα. τὰ τῷ ο παραληγόμενα ἐπιῤῥήματα ἀπο‐ κοπῇ τοῦ θεν καὶ ἐπεκτάσει τοῦ ο εἰς ω γίνεται παρὰ</w:t>
      </w:r>
    </w:p>
    <w:p>
      <w:r>
        <w:rPr>
          <w:rFonts w:ascii="Courier New" w:hAnsi="Courier New"/>
          <w:color w:val="555555"/>
          <w:sz w:val="20"/>
        </w:rPr>
        <w:t>[15]</w:t>
      </w:r>
    </w:p>
    <w:p>
      <w:r>
        <w:rPr>
          <w:rFonts w:ascii="Gentium Plus" w:hAnsi="Gentium Plus"/>
          <w:sz w:val="24"/>
        </w:rPr>
        <w:t>Δωριεῦσιν· αὐτόθεν αὐτῶ, πόθεν πώ. Σώφρων ἐν τοῖς Μίμοις, πώ τις ὄνον ὀνασεῖται. τὸ δὲ πώμαλα παρὰ Ἀττικοῖς παρολκῇ τοῦ μαλα γίνεται, καθάπερ ἦ μάλα δὴ τέθνηκεν. ἦ μάλ’ ἐλαφρὸς ἀνήρ. τὸ δὲ πόθεν ἀντὶ τῆς οὐ ἀρνήσεως συνεχῶς λεγόμενον,</w:t>
      </w:r>
    </w:p>
    <w:p>
      <w:r>
        <w:rPr>
          <w:rFonts w:ascii="Courier New" w:hAnsi="Courier New"/>
          <w:color w:val="555555"/>
          <w:sz w:val="20"/>
        </w:rPr>
        <w:t>[20]</w:t>
      </w:r>
    </w:p>
    <w:p>
      <w:r>
        <w:rPr>
          <w:rFonts w:ascii="Gentium Plus" w:hAnsi="Gentium Plus"/>
          <w:sz w:val="24"/>
        </w:rPr>
        <w:t>οἷον, ἔγραψας πόθεν; ἀντὶ τοῦ οὐ. καὶ κατὰ τοιαύ‐ την σημασίαν τὸ πώμαλα παρ’ Ἀττικοῖς. Πότμος. ἡ τύχη. παρὰ τὴν μετάπτωσιν καὶ μεταβολὴν τῶν πραγμάτων. Πλησίος. πλέω, παράγωγον πελάω, ὁ μέλλων πελάσω,</w:t>
      </w:r>
    </w:p>
    <w:p>
      <w:r>
        <w:rPr>
          <w:rFonts w:ascii="Courier New" w:hAnsi="Courier New"/>
          <w:color w:val="555555"/>
          <w:sz w:val="20"/>
        </w:rPr>
        <w:t>[25]</w:t>
      </w:r>
    </w:p>
    <w:p>
      <w:r>
        <w:rPr>
          <w:rFonts w:ascii="Gentium Plus" w:hAnsi="Gentium Plus"/>
          <w:sz w:val="24"/>
        </w:rPr>
        <w:t>ῥηματικὸν ὄνομα, κατὰ συγκοπὴν πλητὸς, οὗ παράγω‐ γον πλητίος, καὶ τροπῇ τοῦ τ εἰς ς, πλησίος, ὡς ἄμβροτος καὶ ἀμβρόσιος. Πανήγυρις. παρὰ τὴν ἄγυριν τὸ ἄθροισμα, εἰς ἣν πάν‐ τες ἀθροίζονται.</w:t>
      </w:r>
    </w:p>
    <w:p>
      <w:r>
        <w:rPr>
          <w:rFonts w:ascii="Courier New" w:hAnsi="Courier New"/>
          <w:color w:val="555555"/>
          <w:sz w:val="20"/>
        </w:rPr>
        <w:t>[30]</w:t>
      </w:r>
    </w:p>
    <w:p>
      <w:r>
        <w:rPr>
          <w:rFonts w:ascii="Gentium Plus" w:hAnsi="Gentium Plus"/>
          <w:sz w:val="24"/>
        </w:rPr>
        <w:t>Πελωρίς. παρὰ τὸ πέλωρον· μεῖζον γὰρ ἐστὶ τῆς χή‐ μης καὶ τῶν ἄλλων ὁμοίων ὀστρέων. οὕτω Ἡρωδιανὸς</w:t>
      </w:r>
    </w:p>
    <w:p>
      <w:r>
        <w:rPr>
          <w:rFonts w:ascii="Courier New" w:hAnsi="Courier New"/>
          <w:color w:val="555555"/>
          <w:sz w:val="20"/>
        </w:rPr>
        <w:t>[pi 138]</w:t>
      </w:r>
    </w:p>
    <w:p>
      <w:r>
        <w:rPr>
          <w:rFonts w:ascii="Gentium Plus" w:hAnsi="Gentium Plus"/>
          <w:sz w:val="24"/>
        </w:rPr>
        <w:t>Πάγχυ. παρὰ τὸ πάνυ, πλεονασμῷ τοῦ χ, καὶ τροπῇ τοῦ ν εἰς γ. Πηλός. ὁ οἶνος. παρὰ τὸ πάλλειν καὶ σείειν ἡμᾶς πί‐ νοντας. Ἡρωδιανὸς ἐν Συμποσίῳ.</w:t>
      </w:r>
    </w:p>
    <w:p>
      <w:r>
        <w:rPr>
          <w:rFonts w:ascii="Courier New" w:hAnsi="Courier New"/>
          <w:color w:val="555555"/>
          <w:sz w:val="20"/>
        </w:rPr>
        <w:t>[5]</w:t>
      </w:r>
    </w:p>
    <w:p>
      <w:r>
        <w:rPr>
          <w:rFonts w:ascii="Gentium Plus" w:hAnsi="Gentium Plus"/>
          <w:sz w:val="24"/>
        </w:rPr>
        <w:t>Πυρούς. οἱ μὲν παρὰ τὴν ἔκφυσιν, φυροὺς καὶ πυρούς· οἱ δὲ σποροὺς, σπυροὺς καὶ πυροὺς, ὅτι πανταχοῦ καὶ παρὰ πᾶσι σπειρόμενοι. Πυκνός. παρὰ τὸ πτύσσω, πτυκνὸς καὶ πυκνός. Πτερόν. πέτω πετερὸν, καὶ κατὰ συγκοπὴν πτερόν.</w:t>
      </w:r>
    </w:p>
    <w:p>
      <w:r>
        <w:rPr>
          <w:rFonts w:ascii="Courier New" w:hAnsi="Courier New"/>
          <w:color w:val="555555"/>
          <w:sz w:val="20"/>
        </w:rPr>
        <w:t>[10]</w:t>
      </w:r>
    </w:p>
    <w:p>
      <w:r>
        <w:rPr>
          <w:rFonts w:ascii="Gentium Plus" w:hAnsi="Gentium Plus"/>
          <w:sz w:val="24"/>
        </w:rPr>
        <w:t>οἱ δὲ παρὰ τὸ πτέρω πτερόν. ἔνθεν τὸ ἀπεπτε‐ ρώθη. Παίζω. παρὰ τὴν παιδὶ δοτικὴν παιδίζω, ὡς ποδὶ πο‐ δίζω, ὑπασπίδια προποδίζων. παιδίζω οὖν συγκοπῇ παίζω. οὐδὲν γὰρ εἰς ζω λῆγον φιλεῖ διφθόγγῳ πα‐</w:t>
      </w:r>
    </w:p>
    <w:p>
      <w:r>
        <w:rPr>
          <w:rFonts w:ascii="Courier New" w:hAnsi="Courier New"/>
          <w:color w:val="555555"/>
          <w:sz w:val="20"/>
        </w:rPr>
        <w:t>[15]</w:t>
      </w:r>
    </w:p>
    <w:p>
      <w:r>
        <w:rPr>
          <w:rFonts w:ascii="Gentium Plus" w:hAnsi="Gentium Plus"/>
          <w:sz w:val="24"/>
        </w:rPr>
        <w:t>ραλήγεσθαι, ἢ μόνον τὸ δανείζω· καὶ ὡς δώσω δὼς, σάω σῶς, οὕτω παίσω παῖς. Πηγή. παρὰ τὸ πηδῶ ῥῆμα. πηδὴ καὶ πηγή. Ἡρωδια‐ νὸς ἐν Ἐπιμερισμοῖς. Πάμπαν. παρὰ τὸ πᾶν. διπλασιασμὸς πάμπαν.</w:t>
      </w:r>
    </w:p>
    <w:p>
      <w:r>
        <w:rPr>
          <w:rFonts w:ascii="Courier New" w:hAnsi="Courier New"/>
          <w:color w:val="555555"/>
          <w:sz w:val="20"/>
        </w:rPr>
        <w:t>[20]</w:t>
      </w:r>
    </w:p>
    <w:p>
      <w:r>
        <w:rPr>
          <w:rFonts w:ascii="Gentium Plus" w:hAnsi="Gentium Plus"/>
          <w:sz w:val="24"/>
        </w:rPr>
        <w:t>Πλήν. ἐπίῤῥημα κατ’ ἀντίφρασιν, ἀπὸ τοῦ πλη‐ σιάζω. Πείσεται καὶ παθεῖν. πείσω ἐστὶ ῥῆμα, ἀφ’ οὗ μέλλων παθητικὸς πείσομαι, τροπῇ τοῦ η εἰς ει δίφθογγον, πείσομαι.</w:t>
      </w:r>
    </w:p>
    <w:p>
      <w:r>
        <w:rPr>
          <w:rFonts w:ascii="Courier New" w:hAnsi="Courier New"/>
          <w:color w:val="555555"/>
          <w:sz w:val="20"/>
        </w:rPr>
        <w:t>[25]</w:t>
      </w:r>
    </w:p>
    <w:p>
      <w:r>
        <w:rPr>
          <w:rFonts w:ascii="Gentium Plus" w:hAnsi="Gentium Plus"/>
          <w:sz w:val="24"/>
        </w:rPr>
        <w:t>Πῖον. τὸ λιπαρόν. παρὰ τὸ πίω καὶ πίσω. ἔνθεν πί‐ σεα ποιήεντα. Πασσυδία. παρὰ τὸ ὁμοῦ πάσσεσθαι, καὶ σεύ‐ εσθαι. Προμνηστῖνοι. ἀπὸ τοῦ μένω μένιστος. δύνα‐</w:t>
      </w:r>
    </w:p>
    <w:p>
      <w:r>
        <w:rPr>
          <w:rFonts w:ascii="Courier New" w:hAnsi="Courier New"/>
          <w:color w:val="555555"/>
          <w:sz w:val="20"/>
        </w:rPr>
        <w:t>[30]</w:t>
      </w:r>
    </w:p>
    <w:p>
      <w:r>
        <w:rPr>
          <w:rFonts w:ascii="Gentium Plus" w:hAnsi="Gentium Plus"/>
          <w:sz w:val="24"/>
        </w:rPr>
        <w:t>ται καὶ μενητὸς μενητῖνος, καὶ πλεονασμῷ τοῦ ς</w:t>
      </w:r>
    </w:p>
    <w:p>
      <w:pPr>
        <w:jc w:val="center"/>
      </w:pPr>
      <w:r>
        <w:rPr>
          <w:rFonts w:ascii="Gentium Plus" w:hAnsi="Gentium Plus"/>
          <w:b/>
          <w:sz w:val="24"/>
        </w:rPr>
        <w:t>ΑΡΧΗ ΤΟΥ Ρ.</w:t>
      </w:r>
    </w:p>
    <w:p>
      <w:r>
        <w:rPr>
          <w:rFonts w:ascii="Courier New" w:hAnsi="Courier New"/>
          <w:color w:val="555555"/>
          <w:sz w:val="20"/>
        </w:rPr>
        <w:t>[1]</w:t>
      </w:r>
    </w:p>
    <w:p>
      <w:r>
        <w:rPr>
          <w:rFonts w:ascii="Gentium Plus" w:hAnsi="Gentium Plus"/>
          <w:sz w:val="24"/>
        </w:rPr>
        <w:t>Ῥῆγος. τὸ βαπτὸν στρῶμα. ῥέξαι γὰρ τὸ βάψαι· οἱ δὲ τὸν τάπητα κατὰ τῶν μαλλῶν διακρίσεις, οἱονεὶ διεῤῥώγασι, καὶ ῥηγεῖς ἔλεγον τοὺς βαφεῖς οἱ πα‐ λαιοί. Ἐπίχαρμος Ὀδυσσεῖ, ἀλλὰ καὶ ῥέζει τι</w:t>
      </w:r>
    </w:p>
    <w:p>
      <w:r>
        <w:rPr>
          <w:rFonts w:ascii="Courier New" w:hAnsi="Courier New"/>
          <w:color w:val="555555"/>
          <w:sz w:val="20"/>
        </w:rPr>
        <w:t>[5]</w:t>
      </w:r>
    </w:p>
    <w:p>
      <w:r>
        <w:rPr>
          <w:rFonts w:ascii="Gentium Plus" w:hAnsi="Gentium Plus"/>
          <w:sz w:val="24"/>
        </w:rPr>
        <w:t>χρῶμα, ἀντὶ τοῦ βάπτει. ῥέγος οὖν ἐστὶ καὶ ῥῆγος, ὡς παρὰ τὸ ῥέζω ῥεξήνωρ καὶ ῥηξήνωρ. Ῥίμφα. παρὰ τὸ ῥίπτειν ἑαυτὸν διὰ τάχους· ὡς παρὰ τὸ κρύπτω κρύφα, ῥίπτω ῥίφα, καὶ ῥίμφα, πλεο‐ νασμῷ τοῦ μ.</w:t>
      </w:r>
    </w:p>
    <w:p>
      <w:r>
        <w:rPr>
          <w:rFonts w:ascii="Courier New" w:hAnsi="Courier New"/>
          <w:color w:val="555555"/>
          <w:sz w:val="20"/>
        </w:rPr>
        <w:t>[10]</w:t>
      </w:r>
    </w:p>
    <w:p>
      <w:r>
        <w:rPr>
          <w:rFonts w:ascii="Gentium Plus" w:hAnsi="Gentium Plus"/>
          <w:sz w:val="24"/>
        </w:rPr>
        <w:t>Ῥαιστήρ. ἡ σφύρα. φθείρω, φθαίρω κατὰ Δωριέας, καὶ ἀποβολῇ τοῦ φ θαίρω, ὑπερθέσει ῥαίθω ῥαίσω ῥαιστήρ. Ῥόχθει. πλεονασμῷ τοῦ χ. παρὰ τὸ ῥόθιον, τὸ κῦμα, ῥόθω, ῥόθει.</w:t>
      </w:r>
    </w:p>
    <w:p>
      <w:r>
        <w:rPr>
          <w:rFonts w:ascii="Courier New" w:hAnsi="Courier New"/>
          <w:color w:val="555555"/>
          <w:sz w:val="20"/>
        </w:rPr>
        <w:t>[15]</w:t>
      </w:r>
    </w:p>
    <w:p>
      <w:r>
        <w:rPr>
          <w:rFonts w:ascii="Gentium Plus" w:hAnsi="Gentium Plus"/>
          <w:sz w:val="24"/>
        </w:rPr>
        <w:t>Ῥώψ. βοτάνη ἁπαλή. παρὰ τὸ ῥέπω, ῥέψω, ῥὲψ, καὶ ῥὸψ, καὶ τροπῇ τοῦ ο εἰς ω, ῥώψ. Ῥόδος. ἡ νῆσος. παρὰ τὸ πολὺν ῥοῦν αὐτόθι, πρὶν φανῆναι τὴν νῆσον. Ῥιρός. τὸ δέρμα, ὅτι δι’ αὐτῆς ῥέουσιν οἱ ἱδρῶτες.</w:t>
      </w:r>
    </w:p>
    <w:p>
      <w:r>
        <w:rPr>
          <w:rFonts w:ascii="Courier New" w:hAnsi="Courier New"/>
          <w:color w:val="555555"/>
          <w:sz w:val="20"/>
        </w:rPr>
        <w:t>[20]</w:t>
      </w:r>
    </w:p>
    <w:p>
      <w:r>
        <w:rPr>
          <w:rFonts w:ascii="Gentium Plus" w:hAnsi="Gentium Plus"/>
          <w:sz w:val="24"/>
        </w:rPr>
        <w:t>Ῥίν. παρὰ τὸ ῥέειν δι’ αὐτῆς τὰ ὑγρὰ τῆς κεφαλῆς. εἰ δὲ σημαίνει τὸ πρόβατον, ῥὴν, παρὰ τὸ ἀρῶ τὸ εὔχομαι. τὸ πρὸς εὐχὴν παρὰ τῶν παλαιῶν θυό‐ μενον. Ῥάκος. παρὰ τὸ ῥήσω, ῥήξω, ῥῆκος καὶ ῥάκος.</w:t>
      </w:r>
    </w:p>
    <w:p>
      <w:r>
        <w:rPr>
          <w:rFonts w:ascii="Courier New" w:hAnsi="Courier New"/>
          <w:color w:val="555555"/>
          <w:sz w:val="20"/>
        </w:rPr>
        <w:t>[25]</w:t>
      </w:r>
    </w:p>
    <w:p>
      <w:r>
        <w:rPr>
          <w:rFonts w:ascii="Gentium Plus" w:hAnsi="Gentium Plus"/>
          <w:sz w:val="24"/>
        </w:rPr>
        <w:t>Ῥυτήρ. ἀποβολῇ τοῦ ς. παρὰ τὴν ῥάσιν, ἐρύσω, ἐρυτὴρ καὶ ῥυτήρ. Ῥῖγος. ἐὰν διὰ τοῦ φ, φρίγος, παρὰ τὸ φρίσσω, καὶ ῥῖγος. ἔνθεν διὰ τοῦ ι γράφεται· εἰ δὲ ἀποβολῇ</w:t>
      </w:r>
    </w:p>
    <w:p>
      <w:r>
        <w:rPr>
          <w:rFonts w:ascii="Courier New" w:hAnsi="Courier New"/>
          <w:color w:val="555555"/>
          <w:sz w:val="20"/>
        </w:rPr>
        <w:t>[rho 140]</w:t>
      </w:r>
    </w:p>
    <w:p>
      <w:r>
        <w:rPr>
          <w:rFonts w:ascii="Gentium Plus" w:hAnsi="Gentium Plus"/>
          <w:sz w:val="24"/>
        </w:rPr>
        <w:t>Ῥᾷον παρὰ τὸ ῥέω. τὸ γὰρ εὐχερῶς γενόμενον ῥύσει</w:t>
      </w:r>
    </w:p>
    <w:p>
      <w:r>
        <w:rPr>
          <w:rFonts w:ascii="Courier New" w:hAnsi="Courier New"/>
          <w:color w:val="555555"/>
          <w:sz w:val="20"/>
        </w:rPr>
        <w:t>[1]</w:t>
      </w:r>
    </w:p>
    <w:p>
      <w:r>
        <w:rPr>
          <w:rFonts w:ascii="Gentium Plus" w:hAnsi="Gentium Plus"/>
          <w:sz w:val="24"/>
        </w:rPr>
        <w:t>ἔοικε. Ῥίζα. δι’ ἧς ῥέει τὸ ζῆν ἄνω τοῖς δένδροις. τινὲς δὲ φασὶ πλεονασμὸν εἶναι τοῦ ρ, ἵζα τις οὖσα, παρὰ τὸ προϊζάνειν τὴν γῆν, καὶ ἔγκειται ἡ ῥέα ἡ γῆ,</w:t>
      </w:r>
    </w:p>
    <w:p>
      <w:r>
        <w:rPr>
          <w:rFonts w:ascii="Courier New" w:hAnsi="Courier New"/>
          <w:color w:val="555555"/>
          <w:sz w:val="20"/>
        </w:rPr>
        <w:t>[5]</w:t>
      </w:r>
    </w:p>
    <w:p>
      <w:r>
        <w:rPr>
          <w:rFonts w:ascii="Gentium Plus" w:hAnsi="Gentium Plus"/>
          <w:sz w:val="24"/>
        </w:rPr>
        <w:t>ἔριζά τις οὖσα, κατ’ ἀποβολὴν τοῦ ε. Ῥωχμὸς ἔην γαίης. Ὁμήρῳ. παρὰ τὸ ῥήσσω, ῥη‐ γμὸς, καὶ μεταθέσει τοῦ γ εἰς χ, καὶ τοῦ η εἰς ω, ῥωχμός.</w:t>
      </w:r>
    </w:p>
    <w:p>
      <w:r>
        <w:rPr>
          <w:rFonts w:ascii="Courier New" w:hAnsi="Courier New"/>
          <w:color w:val="555555"/>
          <w:sz w:val="20"/>
        </w:rPr>
        <w:t>[10]</w:t>
      </w:r>
    </w:p>
    <w:p>
      <w:r>
        <w:rPr>
          <w:rFonts w:ascii="Gentium Plus" w:hAnsi="Gentium Plus"/>
          <w:sz w:val="24"/>
        </w:rPr>
        <w:t>Ῥῆσις. παρὰ τὸ ῥῶ τὸ λέγω, ῥῆσις. Ῥωγάς. παρὰ τὸ ῥήσσω, τροπῆς γενομένης τοῦ η εἰς ω, ῥωγός. παρὰ δὲ τὸ ῥήσσω, καὶ ῥωγάδες. Ῥυμός. παρὰ τὸ ἐρύω, οὗ μέλλων ἐρύσω. ὄνομα ῥη‐ ματικὸν ἐρυγμός. ἀποβολῇ τοῦ ε καὶ ς, ῥυμός.</w:t>
      </w:r>
    </w:p>
    <w:p>
      <w:r>
        <w:rPr>
          <w:rFonts w:ascii="Courier New" w:hAnsi="Courier New"/>
          <w:color w:val="555555"/>
          <w:sz w:val="20"/>
        </w:rPr>
        <w:t>[15]</w:t>
      </w:r>
    </w:p>
    <w:p>
      <w:r>
        <w:rPr>
          <w:rFonts w:ascii="Gentium Plus" w:hAnsi="Gentium Plus"/>
          <w:sz w:val="24"/>
        </w:rPr>
        <w:t>Ῥυμβός. ῥύω ἐστὶ ῥῆμα, ἀφ’ οὗ ῥύσις καὶ ῥυτὸς καὶ ῥυσμός· καὶ ἀπὸ τοῦ αὐτοῦ ῥήματος ἐλλείψει τοῦ ς, καὶ πλεονασμῷ τοῦ β, ῥυμβὸς κατ’ Αἰολέας. πεφύ‐ κασι γὰρ πλεονάζειν τὸ β. Σαπφώ, ῥόδον βρό‐ δον.</w:t>
      </w:r>
    </w:p>
    <w:p>
      <w:r>
        <w:rPr>
          <w:rFonts w:ascii="Courier New" w:hAnsi="Courier New"/>
          <w:color w:val="555555"/>
          <w:sz w:val="20"/>
        </w:rPr>
        <w:t>[20]</w:t>
      </w:r>
    </w:p>
    <w:p>
      <w:r>
        <w:rPr>
          <w:rFonts w:ascii="Gentium Plus" w:hAnsi="Gentium Plus"/>
          <w:sz w:val="24"/>
        </w:rPr>
        <w:t>Ῥύμη ῥέω ἔστι ῥῆμα, καὶ τροπῇ τοῦ ε εἰς υ, ῥύω, ὁ μέλλων ῥύσω, ῥηματικὸν ὄνομα ῥύμη καὶ ῥυτόν. Ῥιγεδανός. παρὰ τὸ ῥίγος. ὡς μῆκος μηκεδανός. Ῥόδον. τὸ ἄνθος. παρὰ τὸ ὄζω ὄδον ἐστὶ, καὶ πλεο‐ νασμῷ τοῦ ρ, ῥόδον. οὕτως Ἡρωδιανὸς ἐν Ἐπιμερι‐</w:t>
      </w:r>
    </w:p>
    <w:p>
      <w:r>
        <w:rPr>
          <w:rFonts w:ascii="Courier New" w:hAnsi="Courier New"/>
          <w:color w:val="555555"/>
          <w:sz w:val="20"/>
        </w:rPr>
        <w:t>[25]</w:t>
      </w:r>
    </w:p>
    <w:p>
      <w:r>
        <w:rPr>
          <w:rFonts w:ascii="Gentium Plus" w:hAnsi="Gentium Plus"/>
          <w:sz w:val="24"/>
        </w:rPr>
        <w:t>σμοῖς. Ῥυθμός. ῥύω ἐστὶ ῥῆμα, οὗ μέλλων ῥύσω, ῥηματικὸν ὄνομα ῥυσμὸς, τροπῇ τοῦ ς εἰς θ, ῥυθμός. ὡς μη‐ νίσω, μηνισμὸς καὶ μηνιθμός· ὀρχήσω, ὀρχησμὸς καὶ</w:t>
      </w:r>
    </w:p>
    <w:p>
      <w:r>
        <w:rPr>
          <w:rFonts w:ascii="Courier New" w:hAnsi="Courier New"/>
          <w:color w:val="555555"/>
          <w:sz w:val="20"/>
        </w:rPr>
        <w:t>[30]</w:t>
      </w:r>
    </w:p>
    <w:p>
      <w:r>
        <w:rPr>
          <w:rFonts w:ascii="Gentium Plus" w:hAnsi="Gentium Plus"/>
          <w:sz w:val="24"/>
        </w:rPr>
        <w:t>ὀρχηθμός. οὕτως Ἡρωδιανὸς ἐν Ἐπιμερισμοῖς.</w:t>
      </w:r>
    </w:p>
    <w:p>
      <w:pPr>
        <w:jc w:val="center"/>
      </w:pPr>
      <w:r>
        <w:rPr>
          <w:rFonts w:ascii="Gentium Plus" w:hAnsi="Gentium Plus"/>
          <w:b/>
          <w:sz w:val="24"/>
        </w:rPr>
        <w:t>ΑΡΧΗ ΤΟΥ Σ.</w:t>
      </w:r>
    </w:p>
    <w:p>
      <w:r>
        <w:rPr>
          <w:rFonts w:ascii="Courier New" w:hAnsi="Courier New"/>
          <w:color w:val="555555"/>
          <w:sz w:val="20"/>
        </w:rPr>
        <w:t>[1]</w:t>
      </w:r>
    </w:p>
    <w:p>
      <w:r>
        <w:rPr>
          <w:rFonts w:ascii="Gentium Plus" w:hAnsi="Gentium Plus"/>
          <w:sz w:val="24"/>
        </w:rPr>
        <w:t>Σκῆπτρον. παρὰ τὸ σκήπτεσθαι, καὶ ἐπερείδεσθαι αὐτῷ, καὶ πλεονάζει τὸ ρ. Στεῖραν. ἐπὶ πλοίου. παρὰ τὸ στεῤῥὰν εἶναι καὶ εὔ‐ τονον. ἀφ’ οὗ τὴν μὴ τετοκυῖαν ἔλεγον, διὰ τὸ στε‐</w:t>
      </w:r>
    </w:p>
    <w:p>
      <w:r>
        <w:rPr>
          <w:rFonts w:ascii="Courier New" w:hAnsi="Courier New"/>
          <w:color w:val="555555"/>
          <w:sz w:val="20"/>
        </w:rPr>
        <w:t>[5]</w:t>
      </w:r>
    </w:p>
    <w:p>
      <w:r>
        <w:rPr>
          <w:rFonts w:ascii="Gentium Plus" w:hAnsi="Gentium Plus"/>
          <w:sz w:val="24"/>
        </w:rPr>
        <w:t>ρεωτέραν εἶναι τῆς τετοκυίας. Σμῶδιξ. παρὰ τὸ σμῶξαι. οὕτω δὲ λέγουσιν Ἴωνες τὸ πατάξαι. Σέλινον. κυρίως τὸ ἐξ ἕλους σευόμενον. Ὅμηρος ἑλεόθρεπτον σέλινον.</w:t>
      </w:r>
    </w:p>
    <w:p>
      <w:r>
        <w:rPr>
          <w:rFonts w:ascii="Courier New" w:hAnsi="Courier New"/>
          <w:color w:val="555555"/>
          <w:sz w:val="20"/>
        </w:rPr>
        <w:t>[10]</w:t>
      </w:r>
    </w:p>
    <w:p>
      <w:r>
        <w:rPr>
          <w:rFonts w:ascii="Gentium Plus" w:hAnsi="Gentium Plus"/>
          <w:sz w:val="24"/>
        </w:rPr>
        <w:t>Σιγαλόεν. τὸ ποικίλον. οἷον στιγαλόεν τι ὄν. Σμερδνόν. ἀπὸ τοῦ μερίζειν τὴν ψυχὴν τῶν ὁρώντων τῷ φόβῳ καὶ μὴ ἐᾶν ἐν αὐτῷ εἶναι. Σκαιή. παρὰ τὸ σκάζειν περὶ τὰς πράξεις ἔνδον οὖ‐ σαν, ὅτι ἀσθενεστέρα τῆς δεξιᾶς. ὅθεν καὶ ὁ τῇ</w:t>
      </w:r>
    </w:p>
    <w:p>
      <w:r>
        <w:rPr>
          <w:rFonts w:ascii="Courier New" w:hAnsi="Courier New"/>
          <w:color w:val="555555"/>
          <w:sz w:val="20"/>
        </w:rPr>
        <w:t>[15]</w:t>
      </w:r>
    </w:p>
    <w:p>
      <w:r>
        <w:rPr>
          <w:rFonts w:ascii="Gentium Plus" w:hAnsi="Gentium Plus"/>
          <w:sz w:val="24"/>
        </w:rPr>
        <w:t>βάσει λειπόμενος σκάζειν λέγεται, καὶ ὁ σκαιὸς ἄν‐ θρωπος σκαμβός τις ὢν, καὶ μὴ ὀρθός. Στεῦται. παρὰ τὸ στῆθος, οἷον ἐν τοῖς στήθεσι δια‐ νοεῖται. ἐκεῖ γὰρ τὸ λογιστικὸν, καθ’ Ὅμηρον· στῆθος δὲ πλήξας, κραδίην ἠνίπαπε μύθῳ. Φιλόξενος</w:t>
      </w:r>
    </w:p>
    <w:p>
      <w:r>
        <w:rPr>
          <w:rFonts w:ascii="Courier New" w:hAnsi="Courier New"/>
          <w:color w:val="555555"/>
          <w:sz w:val="20"/>
        </w:rPr>
        <w:t>[20]</w:t>
      </w:r>
    </w:p>
    <w:p>
      <w:r>
        <w:rPr>
          <w:rFonts w:ascii="Gentium Plus" w:hAnsi="Gentium Plus"/>
          <w:sz w:val="24"/>
        </w:rPr>
        <w:t>δὲ οὕτω φησὶν, ὡς παρὰ τὸ ἀθλῶ ἀθλεύω, οὕτω καὶ τὸ στῶ στεύω στεύεται, ἐπὶ τοῦ ὡρισμένου τῇ ψυχῇ καὶ στάσιν λαμβάνοντος καὶ ὑποθεμένου τι περὶ οὗ διϊσχυρίζεται εἰπεῖν. Σανίς. οἷον τανίς. παρὰ τὸ τετάσθαι τὸ ἐπίμηκες ξύ‐</w:t>
      </w:r>
    </w:p>
    <w:p>
      <w:r>
        <w:rPr>
          <w:rFonts w:ascii="Courier New" w:hAnsi="Courier New"/>
          <w:color w:val="555555"/>
          <w:sz w:val="20"/>
        </w:rPr>
        <w:t>[25]</w:t>
      </w:r>
    </w:p>
    <w:p>
      <w:r>
        <w:rPr>
          <w:rFonts w:ascii="Gentium Plus" w:hAnsi="Gentium Plus"/>
          <w:sz w:val="24"/>
        </w:rPr>
        <w:t>λον. Σαυρωτήρ. ὅπου ἐμπήγνυται τὸ σιδήριον τοῦ δόρατος. παρὰ τὸ σταυροῦσθαι καὶ ὀρθοῦσθαι ὑπ’ αὐτοῦ τὸ δόρυ. σταυρωτήρ τις ὤν. οἱ δὲ αὐτὸ τὸ σιδήριον σταύ‐ ρακα καλοῦσιν.</w:t>
      </w:r>
    </w:p>
    <w:p>
      <w:r>
        <w:rPr>
          <w:rFonts w:ascii="Courier New" w:hAnsi="Courier New"/>
          <w:color w:val="555555"/>
          <w:sz w:val="20"/>
        </w:rPr>
        <w:t>[30]</w:t>
      </w:r>
    </w:p>
    <w:p>
      <w:r>
        <w:rPr>
          <w:rFonts w:ascii="Gentium Plus" w:hAnsi="Gentium Plus"/>
          <w:sz w:val="24"/>
        </w:rPr>
        <w:t>Σχεδόν. ἐγγὺς, παρὰ τὸ σχέσιν ἔχειν ἄλλον πρὸς ἄλλο. Πέος. τὸ σπήλαιον, ἀφώτιστόν τι οἴκημα· παρὰ τὴν σβέσιν τοῦ φωτὸς ἐν τούτῳ· σβέος τι ὂν, καὶ σπέος. οἱ δὲ παρὰ τὸ σβέω σβολος, καὶ σποδός.</w:t>
      </w:r>
    </w:p>
    <w:p>
      <w:r>
        <w:rPr>
          <w:rFonts w:ascii="Courier New" w:hAnsi="Courier New"/>
          <w:color w:val="555555"/>
          <w:sz w:val="20"/>
        </w:rPr>
        <w:t>[sigma 142]</w:t>
      </w:r>
    </w:p>
    <w:p>
      <w:r>
        <w:rPr>
          <w:rFonts w:ascii="Gentium Plus" w:hAnsi="Gentium Plus"/>
          <w:sz w:val="24"/>
        </w:rPr>
        <w:t>Σφεδανόν. τὸ σύντονον. τινὲς οὕτω· ἀφ’ οὗ καὶ σφὴν, ὁ συντείνων καὶ σφίγγων· ἢ σπαδανόν ἐστιν, οἷον κα‐ τεσπαμένον. Σέλας. παρὰ τὸ σαλεύεσθαι τῇ πνοῇ.</w:t>
      </w:r>
    </w:p>
    <w:p>
      <w:r>
        <w:rPr>
          <w:rFonts w:ascii="Courier New" w:hAnsi="Courier New"/>
          <w:color w:val="555555"/>
          <w:sz w:val="20"/>
        </w:rPr>
        <w:t>[5]</w:t>
      </w:r>
    </w:p>
    <w:p>
      <w:r>
        <w:rPr>
          <w:rFonts w:ascii="Gentium Plus" w:hAnsi="Gentium Plus"/>
          <w:sz w:val="24"/>
        </w:rPr>
        <w:t>Σπεῖσαι. παρὰ τὸ πίσαι, ὅ ἐστι ποτίσαι τὴν γῆν ἐν τῷ οἴνῳ. Σῶκος. ἐπίθετον Ἑρμοῦ· ἤτοι ὁ ἰσχυρός. σωκεῖν ἀντὶ ἰσχύειν. ἢ σάοικος, ἢ ὁ ὠκέως σευόμενος, ἢ ὁρμῶν· ἄγγελος γάρ.</w:t>
      </w:r>
    </w:p>
    <w:p>
      <w:r>
        <w:rPr>
          <w:rFonts w:ascii="Courier New" w:hAnsi="Courier New"/>
          <w:color w:val="555555"/>
          <w:sz w:val="20"/>
        </w:rPr>
        <w:t>[10]</w:t>
      </w:r>
    </w:p>
    <w:p>
      <w:r>
        <w:rPr>
          <w:rFonts w:ascii="Gentium Plus" w:hAnsi="Gentium Plus"/>
          <w:sz w:val="24"/>
        </w:rPr>
        <w:t>Στυφελίζειν. σκληρὸς διατιθέναι. κυρίως τὸ ἀπὸ πέτρας στυφελοῦ σφάλλεσθαι· στυφελὸν γὰρ τὸ σκληρόν. ἢ στυφελίζειν, ἀπὸ τοῦ τοῖς στύπεσιν ἐλαύνειν, ὅ ἐστι στελέχεσι. Σορός. ἀπὸ τοῦ ἔσωθεν ὠρεύειν καὶ φυλάττειν τὰ σώ‐</w:t>
      </w:r>
    </w:p>
    <w:p>
      <w:r>
        <w:rPr>
          <w:rFonts w:ascii="Courier New" w:hAnsi="Courier New"/>
          <w:color w:val="555555"/>
          <w:sz w:val="20"/>
        </w:rPr>
        <w:t>[15]</w:t>
      </w:r>
    </w:p>
    <w:p>
      <w:r>
        <w:rPr>
          <w:rFonts w:ascii="Gentium Plus" w:hAnsi="Gentium Plus"/>
          <w:sz w:val="24"/>
        </w:rPr>
        <w:t>ματα. Σκυδμαίνειν. σκυθρωπεύειν καὶ ὀργίζεσθαι. κυρίως δὲ ἐπὶ τῶν λεαίνων, τῶν ἐπὶ τοῖς ἀφαιρουμένοις σκύ‐ μνοις ὀργιζομένων, ὥστε παρὰ τοὺς σκύμνους εἶναι· καὶ μαινεαίνειν τὸ σκυδμαίνειν.</w:t>
      </w:r>
    </w:p>
    <w:p>
      <w:r>
        <w:rPr>
          <w:rFonts w:ascii="Courier New" w:hAnsi="Courier New"/>
          <w:color w:val="555555"/>
          <w:sz w:val="20"/>
        </w:rPr>
        <w:t>[20]</w:t>
      </w:r>
    </w:p>
    <w:p>
      <w:r>
        <w:rPr>
          <w:rFonts w:ascii="Gentium Plus" w:hAnsi="Gentium Plus"/>
          <w:sz w:val="24"/>
        </w:rPr>
        <w:t>Σταμῖνας. τὰ ὀρθὰ ξύλα, οἷον στήμονος τάξιν ἐπέ‐ χοντα. Σπείρα. παρὰ τὸ συνεσπειραμένην ἔχειν ἐν αὐτῷ τὴν τῆς δυνάμεως τελειότητα. Σπινθήρ. παρὰ τὸ σπεῖραι πεποίηται. ὁ τὸν τοῦ πυρὸς</w:t>
      </w:r>
    </w:p>
    <w:p>
      <w:r>
        <w:rPr>
          <w:rFonts w:ascii="Courier New" w:hAnsi="Courier New"/>
          <w:color w:val="555555"/>
          <w:sz w:val="20"/>
        </w:rPr>
        <w:t>[25]</w:t>
      </w:r>
    </w:p>
    <w:p>
      <w:r>
        <w:rPr>
          <w:rFonts w:ascii="Gentium Plus" w:hAnsi="Gentium Plus"/>
          <w:sz w:val="24"/>
        </w:rPr>
        <w:t>ἔχων σπόρον. οἷον σπορεύς τις ὢν τοῦ θέροντος πυ‐ ρός. παρὰ τὸ σπεῖραι οὖν, καὶ παρὰ τὸ θέρω, σπιν‐ θήρ. Συνάορος. παρὰ τὸ συναρηρέναι· συνηαρός τις καὶ συν‐ όμιλος, καὶ μεταθέσει τοῦ ο, συνάορος. ἡ γυνή.</w:t>
      </w:r>
    </w:p>
    <w:p>
      <w:r>
        <w:rPr>
          <w:rFonts w:ascii="Courier New" w:hAnsi="Courier New"/>
          <w:color w:val="555555"/>
          <w:sz w:val="20"/>
        </w:rPr>
        <w:t>[30]</w:t>
      </w:r>
    </w:p>
    <w:p>
      <w:r>
        <w:rPr>
          <w:rFonts w:ascii="Gentium Plus" w:hAnsi="Gentium Plus"/>
          <w:sz w:val="24"/>
        </w:rPr>
        <w:t>Σφαῖρα. παρὰ τὸ σπαίρειν καὶ ἐν κινήσει εἶναι, κατὰ μετάθεσιν τοῦ π εἰς φ. ἢ τοῦ κ εἰς π. τὸ γὰρ σπαίρειν, σκαίρειν ἐστίν. οὕτω καὶ τὸ πῶς, κῶς εἴ‐</w:t>
      </w:r>
    </w:p>
    <w:p>
      <w:r>
        <w:rPr>
          <w:rFonts w:ascii="Courier New" w:hAnsi="Courier New"/>
          <w:color w:val="555555"/>
          <w:sz w:val="20"/>
        </w:rPr>
        <w:t>[sigma 143]</w:t>
      </w:r>
    </w:p>
    <w:p>
      <w:r>
        <w:rPr>
          <w:rFonts w:ascii="Gentium Plus" w:hAnsi="Gentium Plus"/>
          <w:sz w:val="24"/>
        </w:rPr>
        <w:t>Σφαραγῶντο. ἦχον προΐεντο. ὀνόματι πεποίη‐ ται δὲ ἡ λέξις. ἔνθα καὶ ὁ βρόχος, ᾧ τὴν φωνὴν ἀφιέμεθα, ἀσφάραγος καλεῖται. Σταθμός. παρὰ τὴν στάσιν τὴν ἐν αὐτῷ τῶν ζώων.</w:t>
      </w:r>
    </w:p>
    <w:p>
      <w:r>
        <w:rPr>
          <w:rFonts w:ascii="Courier New" w:hAnsi="Courier New"/>
          <w:color w:val="555555"/>
          <w:sz w:val="20"/>
        </w:rPr>
        <w:t>[5]</w:t>
      </w:r>
    </w:p>
    <w:p>
      <w:r>
        <w:rPr>
          <w:rFonts w:ascii="Gentium Plus" w:hAnsi="Gentium Plus"/>
          <w:sz w:val="24"/>
        </w:rPr>
        <w:t>Συβαρός. παρὰ τὸ σεσοβεῖσθαι. συῶ συαρὸς, καὶ, πλεονασμῷ τοῦ β, συβαρός. Σίβδαι. πλεονασμῷ τοῦ β. σίδαι δὲ αἱ ῥοιαί. Στράγξ. πλεονασμῷ τοῦ ρ καὶ τοῦ γ, στάζω, στὰξ, καὶ στράγξ.</w:t>
      </w:r>
    </w:p>
    <w:p>
      <w:r>
        <w:rPr>
          <w:rFonts w:ascii="Courier New" w:hAnsi="Courier New"/>
          <w:color w:val="555555"/>
          <w:sz w:val="20"/>
        </w:rPr>
        <w:t>[10]</w:t>
      </w:r>
    </w:p>
    <w:p>
      <w:r>
        <w:rPr>
          <w:rFonts w:ascii="Gentium Plus" w:hAnsi="Gentium Plus"/>
          <w:sz w:val="24"/>
        </w:rPr>
        <w:t>Στρυφνός. παρὰ τὸ στύφω, στυφνὸς, καὶ στρυφνὸς, πλεονασμῷ τοῦ ρ. Σαργάνη. σάσσω ἐστὶ ῥῆμα, καὶ σωγάνη, καὶ πλεο‐ νασμῷ τοῦ ρ, σαργάνη. Σπυρίς. πλεονασμῷ τοῦ ς. ἐστὶ γὰρ παρὰ τοὺς πυροὺς,</w:t>
      </w:r>
    </w:p>
    <w:p>
      <w:r>
        <w:rPr>
          <w:rFonts w:ascii="Courier New" w:hAnsi="Courier New"/>
          <w:color w:val="555555"/>
          <w:sz w:val="20"/>
        </w:rPr>
        <w:t>[15]</w:t>
      </w:r>
    </w:p>
    <w:p>
      <w:r>
        <w:rPr>
          <w:rFonts w:ascii="Gentium Plus" w:hAnsi="Gentium Plus"/>
          <w:sz w:val="24"/>
        </w:rPr>
        <w:t>πυρὶς καὶ σπυρίς. Στυππίον. πλεονασμῷ τοῦ ς. τύποις γὰρ καὶ αὐτὸ, παρὰ τὸ τύπτω. Σειρά. παρὰ τὸ εἴρω, πλεονασμῷ τοῦ ς. Συρφετός. ὡς παρὰ τὸ ὕω ὑετὸς, οὕτω καὶ σύρω συρε‐</w:t>
      </w:r>
    </w:p>
    <w:p>
      <w:r>
        <w:rPr>
          <w:rFonts w:ascii="Courier New" w:hAnsi="Courier New"/>
          <w:color w:val="555555"/>
          <w:sz w:val="20"/>
        </w:rPr>
        <w:t>[20]</w:t>
      </w:r>
    </w:p>
    <w:p>
      <w:r>
        <w:rPr>
          <w:rFonts w:ascii="Gentium Plus" w:hAnsi="Gentium Plus"/>
          <w:sz w:val="24"/>
        </w:rPr>
        <w:t>τός, καὶ πλεονασμῷ τοῦ φ, συρφετός. Σκορακισμὸς καὶ σκορακίζειν. ἀποβολῇ τοῦ ς. ἐς κόρακας γὰρ, ὃ λέγεται εἰς κόρακας. Σιωπή. ἀποβολῇ τοῦ γ. σιγωπὴ γὰρ ἐστί. παρὰ τὴν ὄπα τὴν φωνήν.</w:t>
      </w:r>
    </w:p>
    <w:p>
      <w:r>
        <w:rPr>
          <w:rFonts w:ascii="Courier New" w:hAnsi="Courier New"/>
          <w:color w:val="555555"/>
          <w:sz w:val="20"/>
        </w:rPr>
        <w:t>[25]</w:t>
      </w:r>
    </w:p>
    <w:p>
      <w:r>
        <w:rPr>
          <w:rFonts w:ascii="Gentium Plus" w:hAnsi="Gentium Plus"/>
          <w:sz w:val="24"/>
        </w:rPr>
        <w:t>Σμερδαλέον. παρὰ τὸ σμερδανὸν, παράγωγον σμερ‐ δναλέον. ἀποβολῇ τοῦ σμερδαλέον. Σπλήν. οἷον σπὴν, ἀπὸ τοῦ ἐφ’ ἑαυτὸν ἐπισπᾶσθαι τὰ φαυλισθέντα τῶν ὑγρῶν. Σπλάγχνον. διὰ τὸ πλησίον ἀλλήλων ὑπάρχειν, ἢ οἷον</w:t>
      </w:r>
    </w:p>
    <w:p>
      <w:r>
        <w:rPr>
          <w:rFonts w:ascii="Courier New" w:hAnsi="Courier New"/>
          <w:color w:val="555555"/>
          <w:sz w:val="20"/>
        </w:rPr>
        <w:t>[30]</w:t>
      </w:r>
    </w:p>
    <w:p>
      <w:r>
        <w:rPr>
          <w:rFonts w:ascii="Gentium Plus" w:hAnsi="Gentium Plus"/>
          <w:sz w:val="24"/>
        </w:rPr>
        <w:t>σπλάγχυον. παρὰ τὸ ἀγχοῦ, καὶ τὸ πλησίον ἀλλήλων.</w:t>
      </w:r>
    </w:p>
    <w:p>
      <w:r>
        <w:rPr>
          <w:rFonts w:ascii="Courier New" w:hAnsi="Courier New"/>
          <w:color w:val="555555"/>
          <w:sz w:val="20"/>
        </w:rPr>
        <w:t>[sigma 144]</w:t>
      </w:r>
    </w:p>
    <w:p>
      <w:r>
        <w:rPr>
          <w:rFonts w:ascii="Gentium Plus" w:hAnsi="Gentium Plus"/>
          <w:sz w:val="24"/>
        </w:rPr>
        <w:t>Σφυρόν. παρὰ τὸ συνεσφίχθαι τὸ ἄρθρον τῇ συνθέσει καὶ τοῖς νεύροις. Σίαλος. τὸ λεπτὸν, καὶ οἷον ὁ ὀρὸς τῶν ἄλλων ὑγρῶν, οἷον ἀποσειόμενον ἅλες καὶ ἀθροῦν. διαφέρει δὲ σίαλος</w:t>
      </w:r>
    </w:p>
    <w:p>
      <w:r>
        <w:rPr>
          <w:rFonts w:ascii="Courier New" w:hAnsi="Courier New"/>
          <w:color w:val="555555"/>
          <w:sz w:val="20"/>
        </w:rPr>
        <w:t>[5]</w:t>
      </w:r>
    </w:p>
    <w:p>
      <w:r>
        <w:rPr>
          <w:rFonts w:ascii="Gentium Plus" w:hAnsi="Gentium Plus"/>
          <w:sz w:val="24"/>
        </w:rPr>
        <w:t>καὶ πτύελος. καὶ πτύελος μὲν ὁ ἀποπτυόμενος κατὰ προαίρεσιν κατὰ τὴν τῶν χειλῶν ἐπίπτυξιν. ὁ δὲ σίαλος αὐτομάτως ῥεῖ. διὸ καὶ σιαλίζει τὰ βρέφη καὶ ὑπεργηράσαντες, οὓς καὶ ἀναισθήτους λέγομεν. πιθανὸν δὲ κᾀκ τοῦ παρακολουθοῦντος ἐν τῷ πτύειν</w:t>
      </w:r>
    </w:p>
    <w:p>
      <w:r>
        <w:rPr>
          <w:rFonts w:ascii="Courier New" w:hAnsi="Courier New"/>
          <w:color w:val="555555"/>
          <w:sz w:val="20"/>
        </w:rPr>
        <w:t>[10]</w:t>
      </w:r>
    </w:p>
    <w:p>
      <w:r>
        <w:rPr>
          <w:rFonts w:ascii="Gentium Plus" w:hAnsi="Gentium Plus"/>
          <w:sz w:val="24"/>
        </w:rPr>
        <w:t>ψόφου αὑτῆς τε τυχεῖν τῆς ὀνομασίας. λέγεται δὲ σίαλος, καὶ ὁ εὐτραφεὶς σῦς, παρὰ τὸ ἀφρὸν προΐεσθαι, ὃν λέγομεν σίαλον. Σκύβαλον. τὸ δι’ ἐντέρων ἐκδιδόμενον, οἷον κευθίβα‐ λον.</w:t>
      </w:r>
    </w:p>
    <w:p>
      <w:r>
        <w:rPr>
          <w:rFonts w:ascii="Courier New" w:hAnsi="Courier New"/>
          <w:color w:val="555555"/>
          <w:sz w:val="20"/>
        </w:rPr>
        <w:t>[15]</w:t>
      </w:r>
    </w:p>
    <w:p>
      <w:r>
        <w:rPr>
          <w:rFonts w:ascii="Gentium Plus" w:hAnsi="Gentium Plus"/>
          <w:sz w:val="24"/>
        </w:rPr>
        <w:t>Σύφαρ. οὐχ ἁπλῶς τὸ γῆρας, ἀλλ’ ὡς ἐπιγέννημα τοῦ γῆρους καὶ τῆς ἐσχάτης ἡλικίας. Σώφρων ξύ‐ σιλον τὸν γέροντα εἶπεν ἀπὸ τοῦ κνᾶσθαι καὶ ξύειν τὸ δέρμα. κᾄπειτ’ ἀποκρινόμενον, σύφαρ ἀντ’ ἀν‐ δρὸς, τουτέστι δέρμα ψιλὸν, ὡς τῶν ἀνδρῶν ἤδη</w:t>
      </w:r>
    </w:p>
    <w:p>
      <w:r>
        <w:rPr>
          <w:rFonts w:ascii="Courier New" w:hAnsi="Courier New"/>
          <w:color w:val="555555"/>
          <w:sz w:val="20"/>
        </w:rPr>
        <w:t>[20]</w:t>
      </w:r>
    </w:p>
    <w:p>
      <w:r>
        <w:rPr>
          <w:rFonts w:ascii="Gentium Plus" w:hAnsi="Gentium Plus"/>
          <w:sz w:val="24"/>
        </w:rPr>
        <w:t>δεδαπανημένων. τινὲς δὲ καὶ τὸ τοῦ ὄφεως γῆρας σύ‐ φαρ λέγουσι, καὶ ἐπὶ τοῦ ἀνθρώπου. σύφαρ ἐστὶν, οἷον τὸ ἀπόσυρμα καὶ ἐῤῥυσσωμένον δέρμα. Σῶμα. ὡς Πλάτων φησὶ, σῆμα ἐστὶ τῆς ψυχῆς. ὥσπερ γὰρ ἐντέθαπται αὐτῷ.</w:t>
      </w:r>
    </w:p>
    <w:p>
      <w:r>
        <w:rPr>
          <w:rFonts w:ascii="Courier New" w:hAnsi="Courier New"/>
          <w:color w:val="555555"/>
          <w:sz w:val="20"/>
        </w:rPr>
        <w:t>[25]</w:t>
      </w:r>
    </w:p>
    <w:p>
      <w:r>
        <w:rPr>
          <w:rFonts w:ascii="Gentium Plus" w:hAnsi="Gentium Plus"/>
          <w:sz w:val="24"/>
        </w:rPr>
        <w:t>Σέρφος. παρὰ τὴν στρυφνότητα καὶ πυκνότητα. ἢ παρὰ τὸ ἐρέφειν, καὶ σκέπειν τὸ σῶμα, ἔρεφος, καὶ στέρεφος, καὶ στέρφος. οἱ δὲ παρὰ τὸ στέφειν, ὅ ἐστι σκεπάζειν, πλεονασμῷ τοῦ ρ, στέφος καὶ στέρ‐</w:t>
      </w:r>
    </w:p>
    <w:p>
      <w:r>
        <w:rPr>
          <w:rFonts w:ascii="Courier New" w:hAnsi="Courier New"/>
          <w:color w:val="555555"/>
          <w:sz w:val="20"/>
        </w:rPr>
        <w:t>[sigma 145]</w:t>
      </w:r>
    </w:p>
    <w:p>
      <w:r>
        <w:rPr>
          <w:rFonts w:ascii="Gentium Plus" w:hAnsi="Gentium Plus"/>
          <w:sz w:val="24"/>
        </w:rPr>
        <w:t>Σκῆνος. παρὰ τὸ σκήνωμα καὶ σκηνὴν εἶναι τῆς ψυχῆς, οἷον οἰκητήριον. Σήραγγες. οἱ κοῖλοι τόποι, παρὰ τὸ σεσηρέναι. Σιαγόνες. ὅτι σείονται περιαγόμεναι, καὶ συνάγονται αἳ</w:t>
      </w:r>
    </w:p>
    <w:p>
      <w:r>
        <w:rPr>
          <w:rFonts w:ascii="Courier New" w:hAnsi="Courier New"/>
          <w:color w:val="555555"/>
          <w:sz w:val="20"/>
        </w:rPr>
        <w:t>[5]</w:t>
      </w:r>
    </w:p>
    <w:p>
      <w:r>
        <w:rPr>
          <w:rFonts w:ascii="Gentium Plus" w:hAnsi="Gentium Plus"/>
          <w:sz w:val="24"/>
        </w:rPr>
        <w:t>εἰσὶν ὑποκάτω τῆς γένυος. οἱ δὲ, παρὰ τὸ σιγᾶν· αἷς ἐστὶ σιγᾶν καὶ λέγειν ἀνοιγομέναις· ἢ δι’ ὧν ἕλκεται καὶ ἄγεται τὰ ἐσθιόμενα. οὕτω Σωρανός. Στόμα. τόμα τὶ ἐστὶ, τὸ τέμνον τὰ σιτία. Στόμαχος. δι’ οὗ καταπίνομεν τὴν ὑγρὰν καὶ ξηρὰν</w:t>
      </w:r>
    </w:p>
    <w:p>
      <w:r>
        <w:rPr>
          <w:rFonts w:ascii="Courier New" w:hAnsi="Courier New"/>
          <w:color w:val="555555"/>
          <w:sz w:val="20"/>
        </w:rPr>
        <w:t>[10]</w:t>
      </w:r>
    </w:p>
    <w:p>
      <w:r>
        <w:rPr>
          <w:rFonts w:ascii="Gentium Plus" w:hAnsi="Gentium Plus"/>
          <w:sz w:val="24"/>
        </w:rPr>
        <w:t>τροφήν. ἢ στόμα ἐπὶ τῶν χεομένων. ἢ ὅτι τὰ ἀπὸ στόματος εἰς αὐτὸν χεῖται. ἢ στόμαχος, οἷον σι‐ τόμαχος, ὁ τοῖς σιτίοις μαχόμενος τοῖς θλίβουσιν αὐ‐ τόν. ἢ ὁ θλίβων ἔμπαλιν αὐτὰ, ἵνα καταβιβασθῇ. ἢ στόμαχος, οἷον τῶν σιτίων μῆχος καὶ μηχανὴ, ὥσ‐</w:t>
      </w:r>
    </w:p>
    <w:p>
      <w:r>
        <w:rPr>
          <w:rFonts w:ascii="Courier New" w:hAnsi="Courier New"/>
          <w:color w:val="555555"/>
          <w:sz w:val="20"/>
        </w:rPr>
        <w:t>[15]</w:t>
      </w:r>
    </w:p>
    <w:p>
      <w:r>
        <w:rPr>
          <w:rFonts w:ascii="Gentium Plus" w:hAnsi="Gentium Plus"/>
          <w:sz w:val="24"/>
        </w:rPr>
        <w:t>περ ἀλήθων αὐτά. Σπιθαμή. παρὰ τὸν ἀποσπασμὸν, τὸν ἀπὸ τοῦ μεγά‐ λου δακτύλου πρὸς τὸ τοῦ μικροῦ ἄκρον. ἡ δραχμὴ ἔχει δʹ δακτύλους· ἡ δὲ σπιθαμὴ, ιβʹ. Σπάθαι. αἱ τῶν πλευρῶν. ἀπὸ τοῦ ἐπισπᾶσθαι πρὸς</w:t>
      </w:r>
    </w:p>
    <w:p>
      <w:r>
        <w:rPr>
          <w:rFonts w:ascii="Courier New" w:hAnsi="Courier New"/>
          <w:color w:val="555555"/>
          <w:sz w:val="20"/>
        </w:rPr>
        <w:t>[20]</w:t>
      </w:r>
    </w:p>
    <w:p>
      <w:r>
        <w:rPr>
          <w:rFonts w:ascii="Gentium Plus" w:hAnsi="Gentium Plus"/>
          <w:sz w:val="24"/>
        </w:rPr>
        <w:t>ἐπικαμπίαν. Στέρνον. παρὰ τὸ στερεόν. Στῆθος. ὅτι ἕστηκεν ἀσάλευτον· ὡς δὲ ἄλλοι, ὅτι ἐν αὐτῷ τὸ ἡγεμονικὸν ἕστηκεν· ἢ ὅτι δι’ αὐτοῦ τὰ σιτία διωθεῖται, οἷον σιτίωθος. Σωρανὸς οὕτω.</w:t>
      </w:r>
    </w:p>
    <w:p>
      <w:r>
        <w:rPr>
          <w:rFonts w:ascii="Courier New" w:hAnsi="Courier New"/>
          <w:color w:val="555555"/>
          <w:sz w:val="20"/>
        </w:rPr>
        <w:t>[25]</w:t>
      </w:r>
    </w:p>
    <w:p>
      <w:r>
        <w:rPr>
          <w:rFonts w:ascii="Gentium Plus" w:hAnsi="Gentium Plus"/>
          <w:sz w:val="24"/>
        </w:rPr>
        <w:t>Σπλάγχνα. οἷον πέλαγχνα, διὰ τὸ πλησίον ἀλλήλων ὑπάρχειν, καὶ διὰ τὸ σπᾶν τὴν τροφήν. Σκέλη. ἢ διὰ τὴν σχίσιν· διέσχισται γὰρ ἀπ’ ἀλλήλων, ἢ παρὰ τὸ κέλευθον, δι’ ἧς βαδίζομεν, πλεονάσαν‐ τος τοῦ ς. ἢ παρὰ τοῦ ς. ἢ παρὰ τὸ κατεσκλη‐</w:t>
      </w:r>
    </w:p>
    <w:p>
      <w:r>
        <w:rPr>
          <w:rFonts w:ascii="Courier New" w:hAnsi="Courier New"/>
          <w:color w:val="555555"/>
          <w:sz w:val="20"/>
        </w:rPr>
        <w:t>[30]</w:t>
      </w:r>
    </w:p>
    <w:p>
      <w:r>
        <w:rPr>
          <w:rFonts w:ascii="Gentium Plus" w:hAnsi="Gentium Plus"/>
          <w:sz w:val="24"/>
        </w:rPr>
        <w:t>κέναι, καὶ σκληρότερον εἶναι τῶν ὕπερθεν. οὕτω Σωρανός. Στυγνός. ὡς παρὰ τὸ ἔτραγον τραγανὸς, ἔπιθον πιθα‐ νὸς, οὕτω παρὰ τὸ ἔστυγον στυγανὸς, καὶ συγκοπῇ στυγνός. οἱ δὲ παρὰ τὴν Στύγα φασὶν εὐρῆσθαι.</w:t>
      </w:r>
    </w:p>
    <w:p>
      <w:r>
        <w:rPr>
          <w:rFonts w:ascii="Courier New" w:hAnsi="Courier New"/>
          <w:color w:val="555555"/>
          <w:sz w:val="20"/>
        </w:rPr>
        <w:t>[35]</w:t>
      </w:r>
    </w:p>
    <w:p>
      <w:r>
        <w:rPr>
          <w:rFonts w:ascii="Gentium Plus" w:hAnsi="Gentium Plus"/>
          <w:sz w:val="24"/>
        </w:rPr>
        <w:t>οἱ γὰρ ἀρχαῖοι τὰ μὲν ἀηδῆ καὶ λυπηρὰ ἀπὸ ψυχροῦ ὀνομάζουσιν· τὰ δὲ ἡδέα καὶ τερπνὰ ἀπὸ τῶν θερμῶν. τὸ οὖν στυγεῖν καὶ φοβεῖσθαι ἀπὸ τῆς Στυγὸς, ἥπερ</w:t>
      </w:r>
    </w:p>
    <w:p>
      <w:r>
        <w:rPr>
          <w:rFonts w:ascii="Courier New" w:hAnsi="Courier New"/>
          <w:color w:val="555555"/>
          <w:sz w:val="20"/>
        </w:rPr>
        <w:t>[sigma 146]</w:t>
      </w:r>
    </w:p>
    <w:p>
      <w:r>
        <w:rPr>
          <w:rFonts w:ascii="Gentium Plus" w:hAnsi="Gentium Plus"/>
          <w:sz w:val="24"/>
        </w:rPr>
        <w:t>στυγνὸς παρ’ αὐτὴν εἴρηται. τὴν δὲ τέρψιν θαλπω‐ ρὴν, παρὰ τὸ τέρπεσθαι καὶ ἰαίνεσθαι· καὶ φόβου κρυόεντος. Φιλόξενος ἐν τῷ περὶ Ῥωμαίων διαλέκτου. Σπάργανον. σπαράσσω σπαράγενον, καὶ συγκοπῇ σπάρ‐</w:t>
      </w:r>
    </w:p>
    <w:p>
      <w:r>
        <w:rPr>
          <w:rFonts w:ascii="Courier New" w:hAnsi="Courier New"/>
          <w:color w:val="555555"/>
          <w:sz w:val="20"/>
        </w:rPr>
        <w:t>[5]</w:t>
      </w:r>
    </w:p>
    <w:p>
      <w:r>
        <w:rPr>
          <w:rFonts w:ascii="Gentium Plus" w:hAnsi="Gentium Plus"/>
          <w:sz w:val="24"/>
        </w:rPr>
        <w:t>γανον. Στεῤῥός. παρὰ τὸ στῆναι, στεῤῥός. τὰ γὰρ εἰς ναι λήγοντα ἀπαρέμφατα ποιεῖ εἰς ρος ὀνόματα ἰσοσύλ‐ λαβα, οἷον μιάναι μιαρὸς, σταθῆναι σταθερός. οὕτω καὶ στῆναι στερὸς, καὶ πλεονασμῷ τοῦ ἑτέρου ρ, στεῤ‐</w:t>
      </w:r>
    </w:p>
    <w:p>
      <w:r>
        <w:rPr>
          <w:rFonts w:ascii="Courier New" w:hAnsi="Courier New"/>
          <w:color w:val="555555"/>
          <w:sz w:val="20"/>
        </w:rPr>
        <w:t>[10]</w:t>
      </w:r>
    </w:p>
    <w:p>
      <w:r>
        <w:rPr>
          <w:rFonts w:ascii="Gentium Plus" w:hAnsi="Gentium Plus"/>
          <w:sz w:val="24"/>
        </w:rPr>
        <w:t>ῥὸς, καὶ πλεονασμῷ τοῦ ε, στερεός. Στρηνιᾶν. παρὰ τὸ στερεῖν καὶ ἀποσπᾶν τὰς ἡνίας. καὶ εἴρηται ἀπὸ μεταφορᾶς τῶν ἀλόγων ζώων· τινὲς δὲ παρὰ τὸ στρηνὲς, τὸ σκληρόν. στρηνὴς δὲ χρόμαδος γενύων ἐγένετο.</w:t>
      </w:r>
    </w:p>
    <w:p>
      <w:r>
        <w:rPr>
          <w:rFonts w:ascii="Courier New" w:hAnsi="Courier New"/>
          <w:color w:val="555555"/>
          <w:sz w:val="20"/>
        </w:rPr>
        <w:t>[15]</w:t>
      </w:r>
    </w:p>
    <w:p>
      <w:r>
        <w:rPr>
          <w:rFonts w:ascii="Gentium Plus" w:hAnsi="Gentium Plus"/>
          <w:sz w:val="24"/>
        </w:rPr>
        <w:t>Στεροπή. παρὰ τὸ στέρεσθαι τοὺς ὦπας τοῦ βλέπειν. πλεονάζει δὲ τὸ α ἐν τῷ ἀστεροπή. Σῦς. δύναται δὲ καὶ εἶναι παρὰ τὸ ὕεσθαι. ὕω ὕσω ὕεσθαι, ὅ ἐστι βρέχεσθαι· ἐπεὶ τοῖς ὕδασι τέρπεται, καὶ πλεονασμῷ τοῦ ς, ὡς σῖτος, παρὰ τὸ σείω σει‐</w:t>
      </w:r>
    </w:p>
    <w:p>
      <w:r>
        <w:rPr>
          <w:rFonts w:ascii="Courier New" w:hAnsi="Courier New"/>
          <w:color w:val="555555"/>
          <w:sz w:val="20"/>
        </w:rPr>
        <w:t>[20]</w:t>
      </w:r>
    </w:p>
    <w:p>
      <w:r>
        <w:rPr>
          <w:rFonts w:ascii="Gentium Plus" w:hAnsi="Gentium Plus"/>
          <w:sz w:val="24"/>
        </w:rPr>
        <w:t>στὸς, καὶ ἀποβολῇ τοῦ ς, καὶ ἐναλλαγῇ τόνου σίτος, ὡς ἐργαστὴς ἐργατής. Σκίπων. παρὰ τὸ σκηρίπω, καὶ συγκοπῇ σκήρπω σκί‐ πων. Σιρμός. σιγμός τις. κατὰ ἀποβολὴν τοῦ γ.</w:t>
      </w:r>
    </w:p>
    <w:p>
      <w:r>
        <w:rPr>
          <w:rFonts w:ascii="Courier New" w:hAnsi="Courier New"/>
          <w:color w:val="555555"/>
          <w:sz w:val="20"/>
        </w:rPr>
        <w:t>[25]</w:t>
      </w:r>
    </w:p>
    <w:p>
      <w:r>
        <w:rPr>
          <w:rFonts w:ascii="Gentium Plus" w:hAnsi="Gentium Plus"/>
          <w:sz w:val="24"/>
        </w:rPr>
        <w:t>Στρόβιλος. παρὰ τὸ στρέφω στρόφιλος καὶ στρόβιλος. τρία δὲ σημαίνει, ἀνέμου συστροφὴν, ὀρχήσεως εἶδος, καὶ τὸν κοχλίαν. Σπόνδυλος. οἷον σφόνδυλος. παρὰ τὸ ἐσφίχθαι παρ’ ἀλλήλους.</w:t>
      </w:r>
    </w:p>
    <w:p>
      <w:r>
        <w:rPr>
          <w:rFonts w:ascii="Courier New" w:hAnsi="Courier New"/>
          <w:color w:val="555555"/>
          <w:sz w:val="20"/>
        </w:rPr>
        <w:t>[30]</w:t>
      </w:r>
    </w:p>
    <w:p>
      <w:r>
        <w:rPr>
          <w:rFonts w:ascii="Gentium Plus" w:hAnsi="Gentium Plus"/>
          <w:sz w:val="24"/>
        </w:rPr>
        <w:t>Στέαρ. παρὰ τὴν στάσιν καὶ πῆξιν. Σκελετός. ὁ ἀπεξηραμμένος. παρὰ τὸ σκλῆναι, ὃ ἐστὶ ξηρᾶναι. Σύριγξ. κατὰ μίμησιν τοῦ ἀποτελουμένου ἤχου. οὕτως Ἡρακλείδης.</w:t>
      </w:r>
    </w:p>
    <w:p>
      <w:r>
        <w:rPr>
          <w:rFonts w:ascii="Courier New" w:hAnsi="Courier New"/>
          <w:color w:val="555555"/>
          <w:sz w:val="20"/>
        </w:rPr>
        <w:t>[35]</w:t>
      </w:r>
    </w:p>
    <w:p>
      <w:r>
        <w:rPr>
          <w:rFonts w:ascii="Gentium Plus" w:hAnsi="Gentium Plus"/>
          <w:sz w:val="24"/>
        </w:rPr>
        <w:t>Σείριος. ἀπὸ τοῦ σείεσθαι καὶ ὁρμᾶσθαι. ἐπὶ δὲ τοῦ κοινὸς, ἀπὸ τοῦ σεσηρέναι. Σπάθη. τὸ ὑφαντικὸν ἐργαλεῖον, ἀπὸ τοῦ κατασπᾶν</w:t>
      </w:r>
    </w:p>
    <w:p>
      <w:r>
        <w:rPr>
          <w:rFonts w:ascii="Courier New" w:hAnsi="Courier New"/>
          <w:color w:val="555555"/>
          <w:sz w:val="20"/>
        </w:rPr>
        <w:t>[sigma 147]</w:t>
      </w:r>
    </w:p>
    <w:p>
      <w:r>
        <w:rPr>
          <w:rFonts w:ascii="Gentium Plus" w:hAnsi="Gentium Plus"/>
          <w:sz w:val="24"/>
        </w:rPr>
        <w:t>Σπάδων. παρὰ τὸ σπᾶσθαι τί μέρος αὐτοῦ. οὕτως Ἡρακλείδης. Σελήνη. παρὰ τὸ σέλας ἀείναον ἔχειν, ὅ ἐστι νέον. ὅθεν καὶ ἔνος ὁ ἐνιαυτὸς, ὁ ἀεὶ νεάζων. οὕτως Ἡρακλείδης.</w:t>
      </w:r>
    </w:p>
    <w:p>
      <w:r>
        <w:rPr>
          <w:rFonts w:ascii="Courier New" w:hAnsi="Courier New"/>
          <w:color w:val="555555"/>
          <w:sz w:val="20"/>
        </w:rPr>
        <w:t>[5]</w:t>
      </w:r>
    </w:p>
    <w:p>
      <w:r>
        <w:rPr>
          <w:rFonts w:ascii="Gentium Plus" w:hAnsi="Gentium Plus"/>
          <w:sz w:val="24"/>
        </w:rPr>
        <w:t>Σκότος. ἀπὸ τοῦ σκιάζειν ὠνομᾶσθαι. οἱ δὲ φασὶν ὅτι σκοπὸς ἐστί. ὅτι δεῖ προσκοπεῖσθαι τὸν προερχό‐ μενον ἐν αὐτῷ· οὕτως Ἡρακλείδης. ὁ δὲ Ἡρωδια‐ νὸς παρὰ τὸ σκέθειν ἡμᾶς, ὅτι ἐπέχει πολλάκις προϊέναι.</w:t>
      </w:r>
    </w:p>
    <w:p>
      <w:r>
        <w:rPr>
          <w:rFonts w:ascii="Courier New" w:hAnsi="Courier New"/>
          <w:color w:val="555555"/>
          <w:sz w:val="20"/>
        </w:rPr>
        <w:t>[10]</w:t>
      </w:r>
    </w:p>
    <w:p>
      <w:r>
        <w:rPr>
          <w:rFonts w:ascii="Gentium Plus" w:hAnsi="Gentium Plus"/>
          <w:sz w:val="24"/>
        </w:rPr>
        <w:t>Σκιά. παρὰ τὸ συγκινεῖν καὶ συμπορεύεσθαι τινί. οὕτως Ἡρακλείδης. Σάρκα. ἐτυμοτέρως λέγουσιν Αἰολεῖς σύρκα, παρὰ τὸ ἀποσύρεσθαι τὸ δέρμα ἀπ’ αὐτῆς. οὕτως Ἡρακλείδης. Σάτυρος. παρὰ τὴν σάθην σάθηρος, ὡς ἅλμη ἁλ‐</w:t>
      </w:r>
    </w:p>
    <w:p>
      <w:r>
        <w:rPr>
          <w:rFonts w:ascii="Courier New" w:hAnsi="Courier New"/>
          <w:color w:val="555555"/>
          <w:sz w:val="20"/>
        </w:rPr>
        <w:t>[15]</w:t>
      </w:r>
    </w:p>
    <w:p>
      <w:r>
        <w:rPr>
          <w:rFonts w:ascii="Gentium Plus" w:hAnsi="Gentium Plus"/>
          <w:sz w:val="24"/>
        </w:rPr>
        <w:t>μυρὸς, καὶ τροπῇ τοῦ θ εἰς τ, σάτυρος. κατωφερὲς γὰρ τὸ γένος τῶν σατύρων. Θεόκριτος· τό τοι γέ‐ νος ἦ σατυρίσκων. Στρεβλός. παρὰ τὸ στρέφω καὶ διαστρέφω. Συλλήβδην. λήβω, λήψω, λήψομαι παθητικόν. λήβδην</w:t>
      </w:r>
    </w:p>
    <w:p>
      <w:r>
        <w:rPr>
          <w:rFonts w:ascii="Courier New" w:hAnsi="Courier New"/>
          <w:color w:val="555555"/>
          <w:sz w:val="20"/>
        </w:rPr>
        <w:t>[20]</w:t>
      </w:r>
    </w:p>
    <w:p>
      <w:r>
        <w:rPr>
          <w:rFonts w:ascii="Gentium Plus" w:hAnsi="Gentium Plus"/>
          <w:sz w:val="24"/>
        </w:rPr>
        <w:t>καὶ συλλήβδην. Σαπρός. παρὰ τὸ σήπω, ὡς παρὰ τὸ λέπω λεπρός. Σκληρός. παρὰ τὸ σκλῶ μονοσύλλαβον, ὅ ἐστι ἀπὸ τοῦ σκέλλω. Στεῖρα. παρὰ τὸ στῶ, οὗ παράγωγον στείω, στεῖρα, ἡ</w:t>
      </w:r>
    </w:p>
    <w:p>
      <w:r>
        <w:rPr>
          <w:rFonts w:ascii="Courier New" w:hAnsi="Courier New"/>
          <w:color w:val="555555"/>
          <w:sz w:val="20"/>
        </w:rPr>
        <w:t>[25]</w:t>
      </w:r>
    </w:p>
    <w:p>
      <w:r>
        <w:rPr>
          <w:rFonts w:ascii="Gentium Plus" w:hAnsi="Gentium Plus"/>
          <w:sz w:val="24"/>
        </w:rPr>
        <w:t>τοῦ κυῆσαι στάσιν ἔχουσα. οὕτω Φιλόξενος· ὁ δὲ Εὐ‐ δαίμων, παρὰ τὸ στέρεσθαι τοῦ τίκτειν. Σπείρω, παράγωγον τοῦ σπῶ. ἅμα γὰρ τῷ καταβληθῆ‐ ναι τὴν σπορὰν, σπᾶται ὑπὸ τῆς γῆς τὸ χωρῆσαν εἰς αὐτήν. οὕτω Φιλόξενος. ὁ δὲ αὐτὸς λόγος καὶ ἐπὶ τῶν</w:t>
      </w:r>
    </w:p>
    <w:p>
      <w:r>
        <w:rPr>
          <w:rFonts w:ascii="Courier New" w:hAnsi="Courier New"/>
          <w:color w:val="555555"/>
          <w:sz w:val="20"/>
        </w:rPr>
        <w:t>[30]</w:t>
      </w:r>
    </w:p>
    <w:p>
      <w:r>
        <w:rPr>
          <w:rFonts w:ascii="Gentium Plus" w:hAnsi="Gentium Plus"/>
          <w:sz w:val="24"/>
        </w:rPr>
        <w:t>θηλειῶν, ὅτε δέχονται τὸ σπέρμα. Στιλπνός. παρὰ τὸ στίλβω, ὡς τέρπω τερπνός. Σεμνός. παρὰ τὸ σέβω. οὕτω Φιλόξενος ἐν τῷ περὶ μονοσυλλάβων ῥημάτων. Σόλος. ὁ δίσκος. παρὰ τὸ σῶ, τὸ ὁρμῶ καὶ κινῶ.</w:t>
      </w:r>
    </w:p>
    <w:p>
      <w:r>
        <w:rPr>
          <w:rFonts w:ascii="Courier New" w:hAnsi="Courier New"/>
          <w:color w:val="555555"/>
          <w:sz w:val="20"/>
        </w:rPr>
        <w:t>[35]</w:t>
      </w:r>
    </w:p>
    <w:p>
      <w:r>
        <w:rPr>
          <w:rFonts w:ascii="Gentium Plus" w:hAnsi="Gentium Plus"/>
          <w:sz w:val="24"/>
        </w:rPr>
        <w:t>ἀπὸ δὲ τοῦ σῶ, ὁ μέλλων σώσω, καὶ ῥηματικὸν ὄνομα κατὰ συστολὴν τοῦ ω εἰς ο, σόλος. παρὰ τὸ ὅλον</w:t>
      </w:r>
    </w:p>
    <w:p>
      <w:r>
        <w:rPr>
          <w:rFonts w:ascii="Courier New" w:hAnsi="Courier New"/>
          <w:color w:val="555555"/>
          <w:sz w:val="20"/>
        </w:rPr>
        <w:t>[sigma 148]</w:t>
      </w:r>
    </w:p>
    <w:p>
      <w:r>
        <w:rPr>
          <w:rFonts w:ascii="Gentium Plus" w:hAnsi="Gentium Plus"/>
          <w:sz w:val="24"/>
        </w:rPr>
        <w:t>Σαλάμβη. ἡ θυρὶς ἡ ἐν σάλῳ οὖσα, ἢ παρὰ τὸ σέ‐ λας βαίνειν δι’ αὐτῆς. Σαλαμβάς. ἡ δαίμων, παρὰ τὸ ἀεὶ περιφέρεσθαι καὶ ἐν σάλῳ εἶναι· ἢ ὅτι περιέρχεται τὸν Ἄδωνιν</w:t>
      </w:r>
    </w:p>
    <w:p>
      <w:r>
        <w:rPr>
          <w:rFonts w:ascii="Courier New" w:hAnsi="Courier New"/>
          <w:color w:val="555555"/>
          <w:sz w:val="20"/>
        </w:rPr>
        <w:t>[5]</w:t>
      </w:r>
    </w:p>
    <w:p>
      <w:r>
        <w:rPr>
          <w:rFonts w:ascii="Gentium Plus" w:hAnsi="Gentium Plus"/>
          <w:sz w:val="24"/>
        </w:rPr>
        <w:t>θρηνοῦσα. καὶ σηλάζειν Ἀνακρέων ἐπὶ τοῦ θρηνεῖν. σαλεύει γὰρ, καὶ ταράττει τὴν διάνοιαν ἡ τοιαύτη ὀδύνη τοῦ θρήνου. Συστῆσαι. εἴρηται ἀπὸ μεταφορᾶς τῶν ἵππων καὶ τῶν ἡμιόνων. ἐπεὶ μετὰ τῶν συνήθων ἵστανται καὶ εὐστα‐</w:t>
      </w:r>
    </w:p>
    <w:p>
      <w:r>
        <w:rPr>
          <w:rFonts w:ascii="Courier New" w:hAnsi="Courier New"/>
          <w:color w:val="555555"/>
          <w:sz w:val="20"/>
        </w:rPr>
        <w:t>[10]</w:t>
      </w:r>
    </w:p>
    <w:p>
      <w:r>
        <w:rPr>
          <w:rFonts w:ascii="Gentium Plus" w:hAnsi="Gentium Plus"/>
          <w:sz w:val="24"/>
        </w:rPr>
        <w:t>θοῦσιν ἐν ταῖς φάτναις. Σιλλοί. τιλλοί τινες εἰσί. τίλλειν δὲ τὸ κόπτειν, ὡς λέγει Ἀνακρέων. Σωρός. σωρεύω, σωρεὺς, καὶ κατὰ συγκοπὴν σωρὸς, ὡς φωλεύω φωλεός.</w:t>
      </w:r>
    </w:p>
    <w:p>
      <w:r>
        <w:rPr>
          <w:rFonts w:ascii="Courier New" w:hAnsi="Courier New"/>
          <w:color w:val="555555"/>
          <w:sz w:val="20"/>
        </w:rPr>
        <w:t>[15]</w:t>
      </w:r>
    </w:p>
    <w:p>
      <w:r>
        <w:rPr>
          <w:rFonts w:ascii="Gentium Plus" w:hAnsi="Gentium Plus"/>
          <w:sz w:val="24"/>
        </w:rPr>
        <w:t>Σκυθρωπάσαι. πλεονασμῷ τοῦ ρ, σκυθωπάσαι δὲ ἐστὶ, παρὰ τὸ Σκυθικοὺς ἔχειν ὦπας, ὅ ἐστι καταπληκτι‐ κούς. Σφέλας. τὸ ὑποπόδιον. παρὰ τὸ φλᾶσθαι εἰς αὐτὸ τὰ γόνατα, ὅ ἐστι θλᾶσθαι καὶ κάμπτεσθαι ἐν τῷ</w:t>
      </w:r>
    </w:p>
    <w:p>
      <w:r>
        <w:rPr>
          <w:rFonts w:ascii="Courier New" w:hAnsi="Courier New"/>
          <w:color w:val="555555"/>
          <w:sz w:val="20"/>
        </w:rPr>
        <w:t>[20]</w:t>
      </w:r>
    </w:p>
    <w:p>
      <w:r>
        <w:rPr>
          <w:rFonts w:ascii="Gentium Plus" w:hAnsi="Gentium Plus"/>
          <w:sz w:val="24"/>
        </w:rPr>
        <w:t>καθέζεσθαι. Σφάζω. φῶ ἐστὶ ῥῆμα, δηλοῦν τὸ ἀναιρῶ. οὗ παρά‐ γωγον εἰς μι, φημὶ, ἔνθεν φατὸς, καὶ ἠΐφατος, καὶ τὸ πέφαται, καὶ πεφάσθαι, καὶ τούτου τὸ φῶ παράγωγον φάζω, καὶ πλεονασμῷ τοῦ ς, σφάζω.</w:t>
      </w:r>
    </w:p>
    <w:p>
      <w:r>
        <w:rPr>
          <w:rFonts w:ascii="Courier New" w:hAnsi="Courier New"/>
          <w:color w:val="555555"/>
          <w:sz w:val="20"/>
        </w:rPr>
        <w:t>[25]</w:t>
      </w:r>
    </w:p>
    <w:p>
      <w:r>
        <w:rPr>
          <w:rFonts w:ascii="Gentium Plus" w:hAnsi="Gentium Plus"/>
          <w:sz w:val="24"/>
        </w:rPr>
        <w:t>Στατήρ. παρὰ τὸ ἵστημι, στήσω, στατὴρ, καὶ παρ’ ἡμῖν ἐπὶ τοῦ νομίσματος τίθεται. Σταγών. παρὰ τὸ στῶ ῥῆμα, οὗ παράγωγον στάζω, οἷον οὐ ῥύδην, ἀλλὰ διάστασιν τῆς φορᾶς τοῦ ὑγροῦ λαβούσης.</w:t>
      </w:r>
    </w:p>
    <w:p>
      <w:r>
        <w:rPr>
          <w:rFonts w:ascii="Courier New" w:hAnsi="Courier New"/>
          <w:color w:val="555555"/>
          <w:sz w:val="20"/>
        </w:rPr>
        <w:t>[30]</w:t>
      </w:r>
    </w:p>
    <w:p>
      <w:r>
        <w:rPr>
          <w:rFonts w:ascii="Gentium Plus" w:hAnsi="Gentium Plus"/>
          <w:sz w:val="24"/>
        </w:rPr>
        <w:t>Στήλη. παρὰ τὸ στῶ ῥῆμα, στήσω, στήλη. Σιτοδεία. σίτου ἔνδεια, καὶ συγκοπῇ σιτοδεία. Σκνιπὸς καὶ σκνιφός. ὁ μικρολόγος. παρὰ τοὺς κνίπας, καὶ τὴν τούτων μικρότητα. σκνὶψ δὲ κωνωποειδὲς πτηνόν.</w:t>
      </w:r>
    </w:p>
    <w:p>
      <w:r>
        <w:rPr>
          <w:rFonts w:ascii="Courier New" w:hAnsi="Courier New"/>
          <w:color w:val="555555"/>
          <w:sz w:val="20"/>
        </w:rPr>
        <w:t>[35]</w:t>
      </w:r>
    </w:p>
    <w:p>
      <w:r>
        <w:rPr>
          <w:rFonts w:ascii="Gentium Plus" w:hAnsi="Gentium Plus"/>
          <w:sz w:val="24"/>
        </w:rPr>
        <w:t>Σίφων. παρὰ τὸν ποιὸν ἦχον ἐν τῷ ἀνενέγκαι ποιεῖν. Σκαρθμός. παρὰ τὸ σκαίρω, σκαρμὸς, καὶ πλεονασμῷ</w:t>
      </w:r>
    </w:p>
    <w:p>
      <w:r>
        <w:rPr>
          <w:rFonts w:ascii="Courier New" w:hAnsi="Courier New"/>
          <w:color w:val="555555"/>
          <w:sz w:val="20"/>
        </w:rPr>
        <w:t>[sigma 149]</w:t>
      </w:r>
    </w:p>
    <w:p>
      <w:r>
        <w:rPr>
          <w:rFonts w:ascii="Gentium Plus" w:hAnsi="Gentium Plus"/>
          <w:sz w:val="24"/>
        </w:rPr>
        <w:t>Σκαρδαμύττειν. παρὰ τὸ μύω μύσω, καὶ παράγωγον, ὡς ἀφύω ἀφύσσω. παρὰ τὸ σκαίρειν τὸ μύειν ἐν τῇ συνεχεῖ κινήσει τῶν βλεφαρίδων. Σκάφος. παρὰ τὸ σκάπτω, δηλοῦν καὶ τὸ κοιλαίνω.</w:t>
      </w:r>
    </w:p>
    <w:p>
      <w:r>
        <w:rPr>
          <w:rFonts w:ascii="Courier New" w:hAnsi="Courier New"/>
          <w:color w:val="555555"/>
          <w:sz w:val="20"/>
        </w:rPr>
        <w:t>[5]</w:t>
      </w:r>
    </w:p>
    <w:p>
      <w:r>
        <w:rPr>
          <w:rFonts w:ascii="Gentium Plus" w:hAnsi="Gentium Plus"/>
          <w:sz w:val="24"/>
        </w:rPr>
        <w:t>Στραβός. παρὰ τὸ στρέφω, τροπῇ τοῦ ε εἰς α, καὶ τοῦ φ εἰς β. οἷον ὁ διεστραμμένος τοὺς ὀφθαλμούς. Σήθω. παρὰ τὸ σῶ, ὃ δηλοῖ τὸ σείειν ἐν τῷ κοσκίνῳ. ἀπὸ δὲ τούτου τοῦ σήθειν, Ἡρόδοτος τοῦ σῶ τὸ τρίτον πρόσωπον τῶν παθητικῶν λέγει σῶσιν, ἀντὶ</w:t>
      </w:r>
    </w:p>
    <w:p>
      <w:r>
        <w:rPr>
          <w:rFonts w:ascii="Courier New" w:hAnsi="Courier New"/>
          <w:color w:val="555555"/>
          <w:sz w:val="20"/>
        </w:rPr>
        <w:t>[10]</w:t>
      </w:r>
    </w:p>
    <w:p>
      <w:r>
        <w:rPr>
          <w:rFonts w:ascii="Gentium Plus" w:hAnsi="Gentium Plus"/>
          <w:sz w:val="24"/>
        </w:rPr>
        <w:t>τοῦ σήθουσιν. ὡς παρὰ τὸ κνῶ, κνήθω, ἀλῶ ἀλήθω, πλῶ, ὅθεν τὸ πλῆμι, καὶ διπλασιασμὸς πίμπλημι, καὶ παράγωγον τοῦ πλῶ πλήθω, οὕτω τοῦ σῶ σήθω. Στροφάλιγξ. παρὰ τὸ στρέφω εἰς ιξ γίνεται παρώνυμον ἀπὸ τῶν εἰς ος· καὶ ὡς φοῖνος φοῖνιξ, λάος λάϊγξ,</w:t>
      </w:r>
    </w:p>
    <w:p>
      <w:r>
        <w:rPr>
          <w:rFonts w:ascii="Courier New" w:hAnsi="Courier New"/>
          <w:color w:val="555555"/>
          <w:sz w:val="20"/>
        </w:rPr>
        <w:t>[15]</w:t>
      </w:r>
    </w:p>
    <w:p>
      <w:r>
        <w:rPr>
          <w:rFonts w:ascii="Gentium Plus" w:hAnsi="Gentium Plus"/>
          <w:sz w:val="24"/>
        </w:rPr>
        <w:t>καὶ πλεονασμῷ τοῦ γ, στρόφιγξ, καὶ πάλιν προσελ‐ θόντος τοῦ αλ, στροφάλιγξ. Σεῖστρον. παρὰ τὸ σείω. Στήμων. στῶ, στήσω, στήμων, καὶ φιλῶ, φιλήσω, φιλήμων.</w:t>
      </w:r>
    </w:p>
    <w:p>
      <w:r>
        <w:rPr>
          <w:rFonts w:ascii="Courier New" w:hAnsi="Courier New"/>
          <w:color w:val="555555"/>
          <w:sz w:val="20"/>
        </w:rPr>
        <w:t>[20]</w:t>
      </w:r>
    </w:p>
    <w:p>
      <w:r>
        <w:rPr>
          <w:rFonts w:ascii="Gentium Plus" w:hAnsi="Gentium Plus"/>
          <w:sz w:val="24"/>
        </w:rPr>
        <w:t>Στίζω. παρὰ τὸ στῶ στίζω. τὸ τὸν διακεχυμένον καὶ πεπλανημένον λόγον στῆσαι. ὁ δὲ Φιλόξενος, ἐν τῷ περὶ μονοσυλλάβων ὀνομάτων, στίζειν ἐστὶ τὸ τὰς ἐν τῇ ἀναγνώσει φορὰς ἐν στάσει ποιεῖν, στίζειν λέγομεν. ἀπὸ τοῦ στίζω στιγμή.</w:t>
      </w:r>
    </w:p>
    <w:p>
      <w:r>
        <w:rPr>
          <w:rFonts w:ascii="Courier New" w:hAnsi="Courier New"/>
          <w:color w:val="555555"/>
          <w:sz w:val="20"/>
        </w:rPr>
        <w:t>[25]</w:t>
      </w:r>
    </w:p>
    <w:p>
      <w:r>
        <w:rPr>
          <w:rFonts w:ascii="Gentium Plus" w:hAnsi="Gentium Plus"/>
          <w:sz w:val="24"/>
        </w:rPr>
        <w:t>Σταλαγμός. στῶ ἐστὶ ῥῆμα, οὗ παράγωγον στάσσω, οὗ μέλλων στάξω, καὶ ἐπεισελθόντος τοῦ αλ, στα‐ λαγμός. τὸ δὲ στάσσω καὶ αὐτὸ προσλαβὸν τὸ αλ,</w:t>
      </w:r>
    </w:p>
    <w:p>
      <w:r>
        <w:rPr>
          <w:rFonts w:ascii="Courier New" w:hAnsi="Courier New"/>
          <w:color w:val="555555"/>
          <w:sz w:val="20"/>
        </w:rPr>
        <w:t>[sigma 150]</w:t>
      </w:r>
    </w:p>
    <w:p>
      <w:r>
        <w:rPr>
          <w:rFonts w:ascii="Gentium Plus" w:hAnsi="Gentium Plus"/>
          <w:sz w:val="24"/>
        </w:rPr>
        <w:t>Σύλος. ὡς πλήθω πληθύω, ἄνω ἀνύω, οὕτω καὶ στῶ στύω, στύσω, στύλος. οὕτω καὶ χῶ, χύω, χύσω, χυλός, ὀξυτόνως. τὰ γὰρ ῥηματικὰ ταῦτα ὀνό‐ ματα διαφόρως τονίζεται.</w:t>
      </w:r>
    </w:p>
    <w:p>
      <w:r>
        <w:rPr>
          <w:rFonts w:ascii="Courier New" w:hAnsi="Courier New"/>
          <w:color w:val="555555"/>
          <w:sz w:val="20"/>
        </w:rPr>
        <w:t>[5]</w:t>
      </w:r>
    </w:p>
    <w:p>
      <w:r>
        <w:rPr>
          <w:rFonts w:ascii="Gentium Plus" w:hAnsi="Gentium Plus"/>
          <w:sz w:val="24"/>
        </w:rPr>
        <w:t>Σποδός. παρὰ τὸ σβέω σβέσω, σβοδὸς καὶ σποδός· ἡ ἐκ τοῦ ἐσβεσμένου πυρός. Στολή. παρὰ τὸ στέλλω στολή. Σκῆψις. σκέψις ἐστὶ, καὶ τροπῇ τοῦ ε εἰς η, σκῆψις. οἱ γὰρ προφασιζόμενοι σκέπτονται τί εἴπωσι.</w:t>
      </w:r>
    </w:p>
    <w:p>
      <w:r>
        <w:rPr>
          <w:rFonts w:ascii="Courier New" w:hAnsi="Courier New"/>
          <w:color w:val="555555"/>
          <w:sz w:val="20"/>
        </w:rPr>
        <w:t>[10]</w:t>
      </w:r>
    </w:p>
    <w:p>
      <w:r>
        <w:rPr>
          <w:rFonts w:ascii="Gentium Plus" w:hAnsi="Gentium Plus"/>
          <w:sz w:val="24"/>
        </w:rPr>
        <w:t>Σκῶλον. παρὰ τὸ σκῶ, τὸ ξηραίνω. σκόλος ἐστὶ, καὶ ἐπεκτάσει τοῦ ο εἰς ω, σκῶλος. Ὅμηρος· ὥστε σκῶλος πυρίκαυστος, ὁ ὑπὸ πυρὸς ἐξηραμμένος. οὕτως Ἡρωδιανὸς ἐν Ἐπιμερισμοῖς. Σιφλός. πλεονασμῷ τοῦ φ. κυρίως δὲ ὁ σεσινωμένος</w:t>
      </w:r>
    </w:p>
    <w:p>
      <w:r>
        <w:rPr>
          <w:rFonts w:ascii="Courier New" w:hAnsi="Courier New"/>
          <w:color w:val="555555"/>
          <w:sz w:val="20"/>
        </w:rPr>
        <w:t>[15]</w:t>
      </w:r>
    </w:p>
    <w:p>
      <w:r>
        <w:rPr>
          <w:rFonts w:ascii="Gentium Plus" w:hAnsi="Gentium Plus"/>
          <w:sz w:val="24"/>
        </w:rPr>
        <w:t>τοὺς ἴλλους. κατὰ δὲ καὶ ἐπὶ ἄλλου μέρους τοῦ σώματος. οὕτως Ἡρωδιανός. Συρία. παρὰ τὸ σύρεσθαι ὑπὸ τοῦ κατακλυσμοῦ. ἐκ τοῦ ἐναντίον, Ἀσσυρία, παρὰ τὸ μὴ σύρε‐ σθαι τότε. εἰσὶ δὲ οἱ Πέρσαι. ἐκεῖσε γὰρ οὐκ ἐστὶ</w:t>
      </w:r>
    </w:p>
    <w:p>
      <w:r>
        <w:rPr>
          <w:rFonts w:ascii="Courier New" w:hAnsi="Courier New"/>
          <w:color w:val="555555"/>
          <w:sz w:val="20"/>
        </w:rPr>
        <w:t>[20]</w:t>
      </w:r>
    </w:p>
    <w:p>
      <w:r>
        <w:rPr>
          <w:rFonts w:ascii="Gentium Plus" w:hAnsi="Gentium Plus"/>
          <w:sz w:val="24"/>
        </w:rPr>
        <w:t>θάλασσα. Σπόγγος. εἰ μὲν διὰ τοῦ π, παρὰ τὸ σπᾶν τὰ ὑγρά. διὰ δὲ τοῦ φ, παρὰ τὸ σφίγγειν. κατὰ τὰς ἐκθλίψεις. οὕτως Ἡρωδιανός. Συνημοσύναι. παρὰ τὸν ἥσω μέλλοντα. ἀπὸ τοῦ εἰς</w:t>
      </w:r>
    </w:p>
    <w:p>
      <w:r>
        <w:rPr>
          <w:rFonts w:ascii="Courier New" w:hAnsi="Courier New"/>
          <w:color w:val="555555"/>
          <w:sz w:val="20"/>
        </w:rPr>
        <w:t>[25]</w:t>
      </w:r>
    </w:p>
    <w:p>
      <w:r>
        <w:rPr>
          <w:rFonts w:ascii="Gentium Plus" w:hAnsi="Gentium Plus"/>
          <w:sz w:val="24"/>
        </w:rPr>
        <w:t>ταὐτὸν ἀφεῖναι τὰ τῆς διανοίας. οὕτως Ἡρωδιανὸς ἐν τῇ Ὁμηρικῇ προσωδίᾳ. Στηκός. τηκός, οἷον στηκῶος ἐστὶν, ὃν στήκουσιν εὐχώμενοι.</w:t>
      </w:r>
    </w:p>
    <w:p>
      <w:pPr>
        <w:jc w:val="center"/>
      </w:pPr>
      <w:r>
        <w:rPr>
          <w:rFonts w:ascii="Gentium Plus" w:hAnsi="Gentium Plus"/>
          <w:b/>
          <w:sz w:val="24"/>
        </w:rPr>
        <w:t>ΑΡΧΗ ΤΟΥ Τ.</w:t>
      </w:r>
    </w:p>
    <w:p>
      <w:r>
        <w:rPr>
          <w:rFonts w:ascii="Courier New" w:hAnsi="Courier New"/>
          <w:color w:val="555555"/>
          <w:sz w:val="20"/>
        </w:rPr>
        <w:t>[1]</w:t>
      </w:r>
    </w:p>
    <w:p>
      <w:r>
        <w:rPr>
          <w:rFonts w:ascii="Gentium Plus" w:hAnsi="Gentium Plus"/>
          <w:sz w:val="24"/>
        </w:rPr>
        <w:t>Τράπεζα. κατὰ ἀποβολὴν, τουτέστι, τετράπεζα, τέσ‐ σαρας πόδας ἔχουσα. αἱ γὰρ τῶν παλαιῶν τράπεζαι</w:t>
      </w:r>
    </w:p>
    <w:p>
      <w:r>
        <w:rPr>
          <w:rFonts w:ascii="Courier New" w:hAnsi="Courier New"/>
          <w:color w:val="555555"/>
          <w:sz w:val="20"/>
        </w:rPr>
        <w:t>[tau 150]</w:t>
      </w:r>
    </w:p>
    <w:p>
      <w:r>
        <w:rPr>
          <w:rFonts w:ascii="Gentium Plus" w:hAnsi="Gentium Plus"/>
          <w:sz w:val="24"/>
        </w:rPr>
        <w:t>Τέναγος. παρὰ τὸ τέγγω τὸ βρέχω. τέγγος τέναγος, ὁ ὑπόβροχος τόπος.</w:t>
      </w:r>
    </w:p>
    <w:p>
      <w:r>
        <w:rPr>
          <w:rFonts w:ascii="Courier New" w:hAnsi="Courier New"/>
          <w:color w:val="555555"/>
          <w:sz w:val="20"/>
        </w:rPr>
        <w:t>[tau 151]</w:t>
      </w:r>
    </w:p>
    <w:p>
      <w:r>
        <w:rPr>
          <w:rFonts w:ascii="Gentium Plus" w:hAnsi="Gentium Plus"/>
          <w:sz w:val="24"/>
        </w:rPr>
        <w:t>ἐν τῷ σκάπτεσθαι, ἄφαρος, ἄφρος, τάφρος. ὁ δὲ Ἡρωδιανὸς ἐν Ἐπιμερισμοῖς φησὶ, παρὰ τὸ τρέπω, τὰ πρὸς οἷον τροπὴν ποιουμένη τῶν πολεμίων, καὶ μεταθέσει τοῦ π εἰς φ, τάφρος.</w:t>
      </w:r>
    </w:p>
    <w:p>
      <w:r>
        <w:rPr>
          <w:rFonts w:ascii="Courier New" w:hAnsi="Courier New"/>
          <w:color w:val="555555"/>
          <w:sz w:val="20"/>
        </w:rPr>
        <w:t>[5]</w:t>
      </w:r>
    </w:p>
    <w:p>
      <w:r>
        <w:rPr>
          <w:rFonts w:ascii="Gentium Plus" w:hAnsi="Gentium Plus"/>
          <w:sz w:val="24"/>
        </w:rPr>
        <w:t>Τέκνον. τέκω, τέκανον, τέκνον. Τύμπανον. τύπτω, τύπανον, πλεονασμῷ τοῦ μ, τύμ‐ πανον. Τήγανον. τήκω, τήκανον, καὶ μεταθέσει τοῦ κ εἰς γ, τήγανον.</w:t>
      </w:r>
    </w:p>
    <w:p>
      <w:r>
        <w:rPr>
          <w:rFonts w:ascii="Courier New" w:hAnsi="Courier New"/>
          <w:color w:val="555555"/>
          <w:sz w:val="20"/>
        </w:rPr>
        <w:t>[10]</w:t>
      </w:r>
    </w:p>
    <w:p>
      <w:r>
        <w:rPr>
          <w:rFonts w:ascii="Gentium Plus" w:hAnsi="Gentium Plus"/>
          <w:sz w:val="24"/>
        </w:rPr>
        <w:t>Τριτογένεια. ἤτοι ἡ παρὰ τῷ Τρίγωνι ποταμῷ γεν‐ νηθεῖσα, ἢ ἡ τρεῖς ποιοῦσα τοὺς ἐν τῷ πολέμῳ. ἢ ἐπειδὴ ἡ αὐτὴ ἐστὶ τῇ σελήνῃ. αὕτη δὲ τριταία οὖσα φανερὰ γίνεται, τουτέστιν ὅτε τρίων δρόμων. Τρίβον. ὁ τρίπους, ὁ τὴν τριβὴν, ὁ τρεῖς βάσεις</w:t>
      </w:r>
    </w:p>
    <w:p>
      <w:r>
        <w:rPr>
          <w:rFonts w:ascii="Courier New" w:hAnsi="Courier New"/>
          <w:color w:val="555555"/>
          <w:sz w:val="20"/>
        </w:rPr>
        <w:t>[15]</w:t>
      </w:r>
    </w:p>
    <w:p>
      <w:r>
        <w:rPr>
          <w:rFonts w:ascii="Gentium Plus" w:hAnsi="Gentium Plus"/>
          <w:sz w:val="24"/>
        </w:rPr>
        <w:t>ἔχων. Τάριχος. παρὰ τὸ ἐν τῇ ταριχείᾳ ἰσχναίνεσθαι, ἢ παρὰ τὸν γάῤῥον ἴσχειν καὶ εἰς χ γάῤῥον ἐξιχωρίζε‐ σθαι. οὕτως Ἡρωδιανὸς ἐν τῷ Συμποσίῳ. καὶ ἐστὶ τροπὴ τοῦ γ εἰς τ.</w:t>
      </w:r>
    </w:p>
    <w:p>
      <w:r>
        <w:rPr>
          <w:rFonts w:ascii="Courier New" w:hAnsi="Courier New"/>
          <w:color w:val="555555"/>
          <w:sz w:val="20"/>
        </w:rPr>
        <w:t>[20]</w:t>
      </w:r>
    </w:p>
    <w:p>
      <w:r>
        <w:rPr>
          <w:rFonts w:ascii="Gentium Plus" w:hAnsi="Gentium Plus"/>
          <w:sz w:val="24"/>
        </w:rPr>
        <w:t>Τανύηκες. ἐπὶ τοῦ ξίφους. τὸ τεταμένην ἔχον τὴν ἀκὴν, τουτέστι ἠκονημένην. ἡ δὲ ἀκὴ παρὰ τὸ εἵκω, ὡς παρὰ τὸ τρίβω τριβή. ἥκειν δὲ καὶ προήκειν, τὸ εἰς ὀξὺ νενευκέναι. Τροχός. παρὰ τὸ τρέχειν, ὡς παρὰ τὸ δραμεῖν δρόμος.</w:t>
      </w:r>
    </w:p>
    <w:p>
      <w:r>
        <w:rPr>
          <w:rFonts w:ascii="Courier New" w:hAnsi="Courier New"/>
          <w:color w:val="555555"/>
          <w:sz w:val="20"/>
        </w:rPr>
        <w:t>[25]</w:t>
      </w:r>
    </w:p>
    <w:p>
      <w:r>
        <w:rPr>
          <w:rFonts w:ascii="Gentium Plus" w:hAnsi="Gentium Plus"/>
          <w:sz w:val="24"/>
        </w:rPr>
        <w:t>Τείρεα. παρὰ τὸ τείρειν, ὅ ἐστι δαμάζειν, βλάπτειν. εἰσὶ γὰρ ἀστρόβλητοί τινες. ἢ παρὰ τὸ τέρας, τὸ σημεῖον. σημαντικὰ γὰρ εἰσὶ τινῶν μελλόντων. Τηθύς. παρὰ τὴν τιτθὴν καὶ τὴν τήθην. τὰ γὰρ πάν‐ τα τρέφει.</w:t>
      </w:r>
    </w:p>
    <w:p>
      <w:r>
        <w:rPr>
          <w:rFonts w:ascii="Courier New" w:hAnsi="Courier New"/>
          <w:color w:val="555555"/>
          <w:sz w:val="20"/>
        </w:rPr>
        <w:t>[30]</w:t>
      </w:r>
    </w:p>
    <w:p>
      <w:r>
        <w:rPr>
          <w:rFonts w:ascii="Gentium Plus" w:hAnsi="Gentium Plus"/>
          <w:sz w:val="24"/>
        </w:rPr>
        <w:t>Τάφος. θήπω ἐστὶ ῥῆμα. τὸ ταράττω καὶ ἐκπλήτ‐ τομαι. ἔνθεν τὸ τέθηπέ τις. ἐστὶν οὖν θήπω· καὶ ῥηματικὸν ὄνομα θάπος, τροπῇ κατ’ Ἴωνας τοῦ θ εἰς τ, καὶ τοῦ π εἰς φ, τάφος. Ἀπολλώνιος ἐν τῷ περὶ Ἐπιῤῥημάτων.</w:t>
      </w:r>
    </w:p>
    <w:p>
      <w:r>
        <w:rPr>
          <w:rFonts w:ascii="Courier New" w:hAnsi="Courier New"/>
          <w:color w:val="555555"/>
          <w:sz w:val="20"/>
        </w:rPr>
        <w:t>[35]</w:t>
      </w:r>
    </w:p>
    <w:p>
      <w:r>
        <w:rPr>
          <w:rFonts w:ascii="Gentium Plus" w:hAnsi="Gentium Plus"/>
          <w:sz w:val="24"/>
        </w:rPr>
        <w:t>Τάφος. ἔνθα τὰ λείψανα. παρὰ τὸ θῶ τιθῶ, παρά‐</w:t>
      </w:r>
    </w:p>
    <w:p>
      <w:r>
        <w:rPr>
          <w:rFonts w:ascii="Courier New" w:hAnsi="Courier New"/>
          <w:color w:val="555555"/>
          <w:sz w:val="20"/>
        </w:rPr>
        <w:t>[tau 152]</w:t>
      </w:r>
    </w:p>
    <w:p>
      <w:r>
        <w:rPr>
          <w:rFonts w:ascii="Gentium Plus" w:hAnsi="Gentium Plus"/>
          <w:sz w:val="24"/>
        </w:rPr>
        <w:t>γωγον θάπτω, καὶ πάλιν τροπῇ τοῦ θ εἰς τ, καὶ τοῦ π εἰς φ. περιττὸν γὰρ ἐστὶ τὸ τ ἐν τῷ ῥήματι. Φιλόξενος ἐν τῷ περὶ μονοσυλλάβων ῥημάτων. Τηλοῦ. παρὰ τὸ τέλος τελοῦ ἐστὶ, καὶ τροπῇ τοῦ ε εἰς</w:t>
      </w:r>
    </w:p>
    <w:p>
      <w:r>
        <w:rPr>
          <w:rFonts w:ascii="Courier New" w:hAnsi="Courier New"/>
          <w:color w:val="555555"/>
          <w:sz w:val="20"/>
        </w:rPr>
        <w:t>[5]</w:t>
      </w:r>
    </w:p>
    <w:p>
      <w:r>
        <w:rPr>
          <w:rFonts w:ascii="Gentium Plus" w:hAnsi="Gentium Plus"/>
          <w:sz w:val="24"/>
        </w:rPr>
        <w:t>η, τηλοῦ. τὰ γὰρ ἐπὶ τέλους συντείνοντα μεγεθύνε‐ ται. οὕτως Ἀπολλώνιος ἐν τῷ περὶ Ἐπιῤῥημάτων. Τάλας. παρὰ τὸ τάλλω, καὶ τλῶ κατὰ συγκοπήν. Τλήμων. τλῶ, τλήσω, τλήμων. Τρύχειν. τρῶ ἐστὶ ῥῆμα, δηλοῦν τὸ βλάπτειν καὶ κα‐</w:t>
      </w:r>
    </w:p>
    <w:p>
      <w:r>
        <w:rPr>
          <w:rFonts w:ascii="Courier New" w:hAnsi="Courier New"/>
          <w:color w:val="555555"/>
          <w:sz w:val="20"/>
        </w:rPr>
        <w:t>[10]</w:t>
      </w:r>
    </w:p>
    <w:p>
      <w:r>
        <w:rPr>
          <w:rFonts w:ascii="Gentium Plus" w:hAnsi="Gentium Plus"/>
          <w:sz w:val="24"/>
        </w:rPr>
        <w:t>κοῦν, οὗ παράγωγον τρώω. Ὅμηρος· οἶνός σε τρώει μελιηδής. τοῦ τρῶ ἄλλο παράγωγον τρύω, καὶ προσθέσει τοῦ χ, τρύχω. Τρώσω. τρῶ παράγωγον, σημαίνει τὸ κατεργάζεσθαι, καὶ μὴ ἐὰν τινὰ ἂν τρώσῃ τις ὑγρᾶ. οὕτω Φι‐</w:t>
      </w:r>
    </w:p>
    <w:p>
      <w:r>
        <w:rPr>
          <w:rFonts w:ascii="Courier New" w:hAnsi="Courier New"/>
          <w:color w:val="555555"/>
          <w:sz w:val="20"/>
        </w:rPr>
        <w:t>[15]</w:t>
      </w:r>
    </w:p>
    <w:p>
      <w:r>
        <w:rPr>
          <w:rFonts w:ascii="Gentium Plus" w:hAnsi="Gentium Plus"/>
          <w:sz w:val="24"/>
        </w:rPr>
        <w:t>λόξενος. Τρῶκται. οὕτω τοὺς Φοίνικας φασίν. Ὅμηρος· δὴ τότε Φοίνιξ ἦλθεν ἀνὴρ, ἀπατήλια εἰδὼς, τρώκτης. ἐκ τοῦ τρώω σημαίνοντος τὸ βλάπτω. παράγωγον τρώσω, οὗ μέλλων τρώξω, ῥηματικὸν ὄνομα, τρώκτης,</w:t>
      </w:r>
    </w:p>
    <w:p>
      <w:r>
        <w:rPr>
          <w:rFonts w:ascii="Courier New" w:hAnsi="Courier New"/>
          <w:color w:val="555555"/>
          <w:sz w:val="20"/>
        </w:rPr>
        <w:t>[20]</w:t>
      </w:r>
    </w:p>
    <w:p>
      <w:r>
        <w:rPr>
          <w:rFonts w:ascii="Gentium Plus" w:hAnsi="Gentium Plus"/>
          <w:sz w:val="24"/>
        </w:rPr>
        <w:t>ὁ ἐπὶ βλάβῃ τισὶν ἐγκαταμίσγων. Φιλόξενος. Τέρτρον. τρῶ τρᾷς ἐστὶ ῥῆμα, ὅπερ ἐστὶ κατὰ συγκο‐ πὴν τοῦ τείρω. παρὰ δὲ τὸ τείρω τέρτρον, ὡς παρὰ τὸ φέρω φέρτρον, λέγω ἐπὶ τοῦ κοιμῶμαι λέκτρον. Τρίζω. παρὰ τὸ τρῶ τρίζω παράγωγον. δηλοῖ δὲ ὀδυνη‐</w:t>
      </w:r>
    </w:p>
    <w:p>
      <w:r>
        <w:rPr>
          <w:rFonts w:ascii="Courier New" w:hAnsi="Courier New"/>
          <w:color w:val="555555"/>
          <w:sz w:val="20"/>
        </w:rPr>
        <w:t>[25]</w:t>
      </w:r>
    </w:p>
    <w:p>
      <w:r>
        <w:rPr>
          <w:rFonts w:ascii="Gentium Plus" w:hAnsi="Gentium Plus"/>
          <w:sz w:val="24"/>
        </w:rPr>
        <w:t>ράν τινα φωνήν. ἔνθ’ ὅγε τοὺς ἐλεεινὰ κα‐ τήσθιε τετριγῶτας. Τανηλεγής. παρὰ τὸ λέγω τὸ κοιμῶμαι, καὶ παρὰ τὸ ταναόν, ταναλεγὴς καὶ τανηλεγής, ὁ αἰώνιον κοίμημα καὶ μακροχρόνιον ἔχων.</w:t>
      </w:r>
    </w:p>
    <w:p>
      <w:r>
        <w:rPr>
          <w:rFonts w:ascii="Courier New" w:hAnsi="Courier New"/>
          <w:color w:val="555555"/>
          <w:sz w:val="20"/>
        </w:rPr>
        <w:t>[30]</w:t>
      </w:r>
    </w:p>
    <w:p>
      <w:r>
        <w:rPr>
          <w:rFonts w:ascii="Gentium Plus" w:hAnsi="Gentium Plus"/>
          <w:sz w:val="24"/>
        </w:rPr>
        <w:t>Τέρσεσθαι. παρὰ τὸν θέρσω, μέλλοντα Αἰολικὸν, καὶ τροπῇ τοῦ θ εἰς τ. Τιθήνη. παρὰ τὸν τιτθὸν, ἀποβολῇ τοῦ ἑνὸς τ. οὕτω Φιλόξενος ἐν τῷ περὶ μονοσυλλάβων ῥημάτων. ὁ αὐ‐ τὸς καὶ περὶ τὸν θήσω μέλλοντα, δηλοῦντα τὸ</w:t>
      </w:r>
    </w:p>
    <w:p>
      <w:r>
        <w:rPr>
          <w:rFonts w:ascii="Courier New" w:hAnsi="Courier New"/>
          <w:color w:val="555555"/>
          <w:sz w:val="20"/>
        </w:rPr>
        <w:t>[35]</w:t>
      </w:r>
    </w:p>
    <w:p>
      <w:r>
        <w:rPr>
          <w:rFonts w:ascii="Gentium Plus" w:hAnsi="Gentium Plus"/>
          <w:sz w:val="24"/>
        </w:rPr>
        <w:t>τρέφω, ὄνομα θήνη, καὶ διπλασιασμὸς τιθήνη.</w:t>
      </w:r>
    </w:p>
    <w:p>
      <w:r>
        <w:rPr>
          <w:rFonts w:ascii="Courier New" w:hAnsi="Courier New"/>
          <w:color w:val="555555"/>
          <w:sz w:val="20"/>
        </w:rPr>
        <w:t>[tau 153]</w:t>
      </w:r>
    </w:p>
    <w:p>
      <w:r>
        <w:rPr>
          <w:rFonts w:ascii="Gentium Plus" w:hAnsi="Gentium Plus"/>
          <w:sz w:val="24"/>
        </w:rPr>
        <w:t>Τυρός. τροπῇ τοῦ η εἰς υ. παρὰ τὸ τηρεῖσθαι. γάλα γὰρ τηρούμενον ἐστὶν ὁ τυρός. ὡς παρὰ τὴν ἅλμην ἁλμυρὸς, οὕτω καὶ τυρός. Βησαντῖνος ἐν τῷ περὶ Χρηστομαθίας.</w:t>
      </w:r>
    </w:p>
    <w:p>
      <w:r>
        <w:rPr>
          <w:rFonts w:ascii="Courier New" w:hAnsi="Courier New"/>
          <w:color w:val="555555"/>
          <w:sz w:val="20"/>
        </w:rPr>
        <w:t>[5]</w:t>
      </w:r>
    </w:p>
    <w:p>
      <w:r>
        <w:rPr>
          <w:rFonts w:ascii="Gentium Plus" w:hAnsi="Gentium Plus"/>
          <w:sz w:val="24"/>
        </w:rPr>
        <w:t>Τριτογένεια. ἡ Ἀθηνᾶ. κατὰ Δημόκριτον, φρόνησις νομίζεται. γίνεται δὲ ἐκ τοῦ φρονεῖν τρία ταῦτα· βουλεύεσθαι καλῶς, λέγειν ἀναμαρτήτως, καὶ πράτ‐ τειν ἃ δεῖ. Τροπός. ὁ τροπωτὴρ τῆς κώπης. παρὰ τὸ τρέπειν ὅπου</w:t>
      </w:r>
    </w:p>
    <w:p>
      <w:r>
        <w:rPr>
          <w:rFonts w:ascii="Courier New" w:hAnsi="Courier New"/>
          <w:color w:val="555555"/>
          <w:sz w:val="20"/>
        </w:rPr>
        <w:t>[10]</w:t>
      </w:r>
    </w:p>
    <w:p>
      <w:r>
        <w:rPr>
          <w:rFonts w:ascii="Gentium Plus" w:hAnsi="Gentium Plus"/>
          <w:sz w:val="24"/>
        </w:rPr>
        <w:t>δεῖ τὴν κώπην. τρέπω τροπὸς, ὡς πέμπω πομπός. Τρίβακος. τριβὴ τρίβαξ παρώνυμον, καὶ ἡ γενικὴ εὐθεῖα γίνεται πολλάκις, ὡς φύλαξ φύλακος, καὶ ὁ φύλακος, ῥόος ῥοάξ, καὶ μεταθέσει τοῦ ο εἰς υ, ῥύαξ. οὕτω Φιλόξενος ἐν τῷ περὶ τῆς Ἰάδος δια‐</w:t>
      </w:r>
    </w:p>
    <w:p>
      <w:r>
        <w:rPr>
          <w:rFonts w:ascii="Courier New" w:hAnsi="Courier New"/>
          <w:color w:val="555555"/>
          <w:sz w:val="20"/>
        </w:rPr>
        <w:t>[15]</w:t>
      </w:r>
    </w:p>
    <w:p>
      <w:r>
        <w:rPr>
          <w:rFonts w:ascii="Gentium Plus" w:hAnsi="Gentium Plus"/>
          <w:sz w:val="24"/>
        </w:rPr>
        <w:t>λέκτου. Τρήρων. παρὰ τὸ τρέω τὸ φοβοῦμαι. τρεερὸς ὄνομα ῥηματικὸν, τῶν δύο εε εἰς η συναλοιφῇ, ἐξ οὗ καὶ τρήρων. Τόξον. τάζω ἐστὶ ῥῆμα, ἀφ’ οὗ ἔταγον δεύτερος ἀόρι‐</w:t>
      </w:r>
    </w:p>
    <w:p>
      <w:r>
        <w:rPr>
          <w:rFonts w:ascii="Courier New" w:hAnsi="Courier New"/>
          <w:color w:val="555555"/>
          <w:sz w:val="20"/>
        </w:rPr>
        <w:t>[20]</w:t>
      </w:r>
    </w:p>
    <w:p>
      <w:r>
        <w:rPr>
          <w:rFonts w:ascii="Gentium Plus" w:hAnsi="Gentium Plus"/>
          <w:sz w:val="24"/>
        </w:rPr>
        <w:t>στος, καὶ ταγὼν μετοχὴ, καὶ κατὰ ἀναδιπλασιασμὸν τεταγὼν, ὡς πείθω πιθὼν καὶ πεπιθών. παρὰ τὸ τάζω οὖν, καὶ τάξω μέλλων, τάξον ἐστὶ, καὶ τόξον τροπῇ τοῦ α εἰς ο. Φιλόξενος ἐν τῷ περὶ Ἰάδος δια‐ λέκτου.</w:t>
      </w:r>
    </w:p>
    <w:p>
      <w:r>
        <w:rPr>
          <w:rFonts w:ascii="Courier New" w:hAnsi="Courier New"/>
          <w:color w:val="555555"/>
          <w:sz w:val="20"/>
        </w:rPr>
        <w:t>[25]</w:t>
      </w:r>
    </w:p>
    <w:p>
      <w:r>
        <w:rPr>
          <w:rFonts w:ascii="Gentium Plus" w:hAnsi="Gentium Plus"/>
          <w:sz w:val="24"/>
        </w:rPr>
        <w:t>Τραπέουσι. δηλοῖ τὸ πατοῦσι. παρὰ τὸ τρέπω. Τρώγλη. παρὰ τὸ τρώγω τρώξω τρώγλη, τὸ διαβεβρω‐</w:t>
      </w:r>
    </w:p>
    <w:p>
      <w:r>
        <w:rPr>
          <w:rFonts w:ascii="Courier New" w:hAnsi="Courier New"/>
          <w:color w:val="555555"/>
          <w:sz w:val="20"/>
        </w:rPr>
        <w:t>[tau 154]</w:t>
      </w:r>
    </w:p>
    <w:p>
      <w:r>
        <w:rPr>
          <w:rFonts w:ascii="Gentium Plus" w:hAnsi="Gentium Plus"/>
          <w:sz w:val="24"/>
        </w:rPr>
        <w:t>Τρυφή. παρὰ τὸ θρύπτω καὶ θρυπτή, τρυφή. Τάλαντον. τὸ ζυγόν. παρὰ τὸ ταίνω ῥῆμα, ὅπερ κατὰ ἀναδιπλασιασμὸν τιταίνω. ὡς φαίνω φαντὸς καὶ ἄφαν‐ τος, καὶ χραίνω χραντὸς καὶ ἄχραντος, οὕτω τιταίνω</w:t>
      </w:r>
    </w:p>
    <w:p>
      <w:r>
        <w:rPr>
          <w:rFonts w:ascii="Courier New" w:hAnsi="Courier New"/>
          <w:color w:val="555555"/>
          <w:sz w:val="20"/>
        </w:rPr>
        <w:t>[5]</w:t>
      </w:r>
    </w:p>
    <w:p>
      <w:r>
        <w:rPr>
          <w:rFonts w:ascii="Gentium Plus" w:hAnsi="Gentium Plus"/>
          <w:sz w:val="24"/>
        </w:rPr>
        <w:t>ταντὸς, καὶ οὐδέτερον ταντὸν, καὶ πλεονασμῷ τοῦ αλ, τάλαντον, καὶ σύνθετον ἀτάλαντον. Τηλία. ἡ περιφέρεια τοῦ κοσκίνου. παρὰ τὸ σῶ, δηλοῦν τὸ σείω, καὶ σήθω, καὶ κινῶ. σῶ, σήθω, ἀφ’ οὗ ὄνομα σηλία καὶ τηλία. τρέψαντες γὰρ οἱ</w:t>
      </w:r>
    </w:p>
    <w:p>
      <w:r>
        <w:rPr>
          <w:rFonts w:ascii="Courier New" w:hAnsi="Courier New"/>
          <w:color w:val="555555"/>
          <w:sz w:val="20"/>
        </w:rPr>
        <w:t>[10]</w:t>
      </w:r>
    </w:p>
    <w:p>
      <w:r>
        <w:rPr>
          <w:rFonts w:ascii="Gentium Plus" w:hAnsi="Gentium Plus"/>
          <w:sz w:val="24"/>
        </w:rPr>
        <w:t>Ἀττικοὶ τὸ ς εἰς τ, τὸ σῶ θῶ λέγουσι. καὶ ἐν συν‐ θέσει διάττω, καὶ πλεονασμῷ τοῦ τ, τῶ, διάω, διάττω. Ταινία. παρὰ τὸ ταίνω ῥῆμα. διπλασιασμὸς γίνεται τι‐</w:t>
      </w:r>
    </w:p>
    <w:p>
      <w:r>
        <w:rPr>
          <w:rFonts w:ascii="Courier New" w:hAnsi="Courier New"/>
          <w:color w:val="555555"/>
          <w:sz w:val="20"/>
        </w:rPr>
        <w:t>[15]</w:t>
      </w:r>
    </w:p>
    <w:p>
      <w:r>
        <w:rPr>
          <w:rFonts w:ascii="Gentium Plus" w:hAnsi="Gentium Plus"/>
          <w:sz w:val="24"/>
        </w:rPr>
        <w:t>ταίνω. Τελαμών. παρὰ τὸ ταλάσσω, ταλαμών, καὶ τροπῇ τοῦ α εἰς ε, τελαμών. Τέρεν κατὰ δάκρυον εἴβει. παρὰ τὸ θέρω θέρεν καὶ τέρεν, τὸ ὡς τεθρασμένον καὶ διακεχυμένον.</w:t>
      </w:r>
    </w:p>
    <w:p>
      <w:r>
        <w:rPr>
          <w:rFonts w:ascii="Courier New" w:hAnsi="Courier New"/>
          <w:color w:val="555555"/>
          <w:sz w:val="20"/>
        </w:rPr>
        <w:t>[20]</w:t>
      </w:r>
    </w:p>
    <w:p>
      <w:r>
        <w:rPr>
          <w:rFonts w:ascii="Gentium Plus" w:hAnsi="Gentium Plus"/>
          <w:sz w:val="24"/>
        </w:rPr>
        <w:t>Τέρεν. τὸ ἁπαλόν. παρὰ τὸ διακεκῦσθαι, ἢ μὴ</w:t>
      </w:r>
    </w:p>
    <w:p>
      <w:r>
        <w:rPr>
          <w:rFonts w:ascii="Courier New" w:hAnsi="Courier New"/>
          <w:color w:val="555555"/>
          <w:sz w:val="20"/>
        </w:rPr>
        <w:t>[20]</w:t>
      </w:r>
    </w:p>
    <w:p>
      <w:r>
        <w:rPr>
          <w:rFonts w:ascii="Gentium Plus" w:hAnsi="Gentium Plus"/>
          <w:sz w:val="24"/>
        </w:rPr>
        <w:t>τραχὺ εἶναι. οἷον τὸ ὑπὸ θερμότητος δυνάμενον δια‐ χυθῆναι· ὅπερ ἐστὶ ἁπαλόν. οὕτως Ἡρωδιανὸς ἐν Ἐπιμερισμοῖς. Τροία. βιωτικὸν ὄνομα, Τρὼς Τρωὸς, Τρωΐα καὶ Τροία.</w:t>
      </w:r>
    </w:p>
    <w:p>
      <w:r>
        <w:rPr>
          <w:rFonts w:ascii="Courier New" w:hAnsi="Courier New"/>
          <w:color w:val="555555"/>
          <w:sz w:val="20"/>
        </w:rPr>
        <w:t>[25]</w:t>
      </w:r>
    </w:p>
    <w:p>
      <w:r>
        <w:rPr>
          <w:rFonts w:ascii="Gentium Plus" w:hAnsi="Gentium Plus"/>
          <w:sz w:val="24"/>
        </w:rPr>
        <w:t>Τρύγοιπος. ὁ ὑλιστήρ. παρὰ τὸ ἰποῦσθαι τὴν τρύγα. Τέκμωρ. παρὰ τὸ τέκω τέκμωρ, καὶ πλεονασμῷ</w:t>
      </w:r>
    </w:p>
    <w:p>
      <w:pPr>
        <w:jc w:val="center"/>
      </w:pPr>
      <w:r>
        <w:rPr>
          <w:rFonts w:ascii="Gentium Plus" w:hAnsi="Gentium Plus"/>
          <w:b/>
          <w:sz w:val="24"/>
        </w:rPr>
        <w:t>ΑΡΧΗ ΤΟΥ Υ.</w:t>
      </w:r>
    </w:p>
    <w:p>
      <w:r>
        <w:rPr>
          <w:rFonts w:ascii="Courier New" w:hAnsi="Courier New"/>
          <w:color w:val="555555"/>
          <w:sz w:val="20"/>
        </w:rPr>
        <w:t>[1]</w:t>
      </w:r>
    </w:p>
    <w:p>
      <w:r>
        <w:rPr>
          <w:rFonts w:ascii="Gentium Plus" w:hAnsi="Gentium Plus"/>
          <w:sz w:val="24"/>
        </w:rPr>
        <w:t>Ὑπεροπλία. ἀπὸ τῶν ὑπὲρ ἑαυτοὺς ὅπλα φερόντων. Ὑψηχέες ἵπποι. παρὰ τὸ εἰς ψύχος ἔχειν τὴν ἀνα‐ φορὰν, καὶ παρὰ τὸ εἰς ὕψος ἀναφέρειν τὸν ἦχον τῶν ποδῶν.</w:t>
      </w:r>
    </w:p>
    <w:p>
      <w:r>
        <w:rPr>
          <w:rFonts w:ascii="Courier New" w:hAnsi="Courier New"/>
          <w:color w:val="555555"/>
          <w:sz w:val="20"/>
        </w:rPr>
        <w:t>[5]</w:t>
      </w:r>
    </w:p>
    <w:p>
      <w:r>
        <w:rPr>
          <w:rFonts w:ascii="Gentium Plus" w:hAnsi="Gentium Plus"/>
          <w:sz w:val="24"/>
        </w:rPr>
        <w:t>Ὑσμίνη. συγκοπῇ, καὶ πλεονασμῷ τοῦ ς, ὑπομείνη τις οὖσα. χρεία γὰρ ὑπομονῆς τοῖς μαχομένοις. πλεονα‐ σμὸς ἐστὶ τοῦ δ, δυσμίνη καὶ ὑσμίνη, ὡς διωκὴ καὶ</w:t>
      </w:r>
    </w:p>
    <w:p>
      <w:r>
        <w:rPr>
          <w:rFonts w:ascii="Courier New" w:hAnsi="Courier New"/>
          <w:color w:val="555555"/>
          <w:sz w:val="20"/>
        </w:rPr>
        <w:t>[upsilon 154]</w:t>
      </w:r>
    </w:p>
    <w:p>
      <w:r>
        <w:rPr>
          <w:rFonts w:ascii="Gentium Plus" w:hAnsi="Gentium Plus"/>
          <w:sz w:val="24"/>
        </w:rPr>
        <w:t>Ὑπερφίαλος. τροπῇ τοῦ υ εἰς ι, ὑπερφίαλός τις ὢν, καὶ ὑπερφυής. Ὑπέραι. αἱ ἐξηρτημέναι τοῦ κέρατος σχοῖνοι, παρὰ τὸ ὑπεράνω εἶναι.</w:t>
      </w:r>
    </w:p>
    <w:p>
      <w:r>
        <w:rPr>
          <w:rFonts w:ascii="Courier New" w:hAnsi="Courier New"/>
          <w:color w:val="555555"/>
          <w:sz w:val="20"/>
        </w:rPr>
        <w:t>[5]</w:t>
      </w:r>
    </w:p>
    <w:p>
      <w:r>
        <w:rPr>
          <w:rFonts w:ascii="Gentium Plus" w:hAnsi="Gentium Plus"/>
          <w:sz w:val="24"/>
        </w:rPr>
        <w:t>Ὑβόν. κυφὸν ἐστὶν ἀποβολῇ τοῦ κ, καὶ τροπῇ τοῦ φ εἰς β. Ὑστέρα. ἀπὸ τῆς μήτρας, ἤτοι ἀπὸ τῆς θέσεως, ἢ ἀπὸ τοῦ μὴ εὐθὺς, ἀλλ’ ὕστερον ἀποδιδόναι τὰς ἰδίας</w:t>
      </w:r>
    </w:p>
    <w:p>
      <w:r>
        <w:rPr>
          <w:rFonts w:ascii="Courier New" w:hAnsi="Courier New"/>
          <w:color w:val="555555"/>
          <w:sz w:val="20"/>
        </w:rPr>
        <w:t>[upsilon 155]</w:t>
      </w:r>
    </w:p>
    <w:p>
      <w:r>
        <w:rPr>
          <w:rFonts w:ascii="Gentium Plus" w:hAnsi="Gentium Plus"/>
          <w:sz w:val="24"/>
        </w:rPr>
        <w:t>Ὑπήνη. αἱ ὑποκάτω τοῦ γενείου τρίχες, ἀπὸ τοῦ ὑπεῖναι καὶ ὑποκεῖσθαι τῷ γενείῳ. οἱ δὲ παρὰ τὸ ἴημι, οὗ μέλλων ἤσω, ἤνη καὶ ὑπήνη, παρὰ τὴν ἕσιν τῶν τριχῶν. οὕτω Φιλόξενος.</w:t>
      </w:r>
    </w:p>
    <w:p>
      <w:r>
        <w:rPr>
          <w:rFonts w:ascii="Courier New" w:hAnsi="Courier New"/>
          <w:color w:val="555555"/>
          <w:sz w:val="20"/>
        </w:rPr>
        <w:t>[5]</w:t>
      </w:r>
    </w:p>
    <w:p>
      <w:r>
        <w:rPr>
          <w:rFonts w:ascii="Gentium Plus" w:hAnsi="Gentium Plus"/>
          <w:sz w:val="24"/>
        </w:rPr>
        <w:t>Ὑπώπια. τὰ ὑπὸ τοὺς ὦπας, ὅ ἐστι τοὺς ὀφθαλμοὺς πελιώματα. Ὑπερώα. ὁ οὐρανίσκος. Ὅμηρος· χείλεα μέν τ’ ἐδίῃν’, ὑπερῴην δ’ οὐκ ἐδίῃνε. παρὰ τὸ ὑπ’ αὐτὴν ὁρ‐ μᾶσθαι τὴν τροφήν· ἐρωὴ γὰρ ἡ ὁρμή. ἢ μετενήνε‐</w:t>
      </w:r>
    </w:p>
    <w:p>
      <w:r>
        <w:rPr>
          <w:rFonts w:ascii="Courier New" w:hAnsi="Courier New"/>
          <w:color w:val="555555"/>
          <w:sz w:val="20"/>
        </w:rPr>
        <w:t>[10]</w:t>
      </w:r>
    </w:p>
    <w:p>
      <w:r>
        <w:rPr>
          <w:rFonts w:ascii="Gentium Plus" w:hAnsi="Gentium Plus"/>
          <w:sz w:val="24"/>
        </w:rPr>
        <w:t>κται ἀπὸ τῶν ὑπερῴων οἰκοδομημάτων καὶ μετεωρισμέ‐ νων ὑπὲρ τὴν ἔραν, τουτέστι τὴν γῆν. ἡ αὐτὴ δὲ ἐτυμολογία καὶ ἐπὶ τοῦ ὑπερῶον. Ὕστερος. συγκοπῇ τῆς πη συλλαβῆς, καὶ πλεονασμῷ τοῦ ς. ὡς γὰρ πρὸ πρότερος, καὶ ὑπὸ ὑπότε‐</w:t>
      </w:r>
    </w:p>
    <w:p>
      <w:r>
        <w:rPr>
          <w:rFonts w:ascii="Courier New" w:hAnsi="Courier New"/>
          <w:color w:val="555555"/>
          <w:sz w:val="20"/>
        </w:rPr>
        <w:t>[15]</w:t>
      </w:r>
    </w:p>
    <w:p>
      <w:r>
        <w:rPr>
          <w:rFonts w:ascii="Gentium Plus" w:hAnsi="Gentium Plus"/>
          <w:sz w:val="24"/>
        </w:rPr>
        <w:t>ρος, καὶ ὕστερος. ὑπὸ ἑνὸς γὰρ ἑτέρον λέγεταί τις ὕστερος, ὥστε πλεονασμὸν εἶναι τοῦ ς. Ὕσπληξ. ὑπόπληξ. συγκοπῇ καὶ πλεονασμῷ τοῦ ς, ὑπό‐ σπληξ καὶ ὕσπληξ. οἱ δέ τινες παρὰ τὴν ἕσιν καὶ πλῆξιν ἔσπληξ καὶ ὕσπληξ, ἀντίθεσις τοῦ ε εἰς υ, ἀπὸ τοῦ</w:t>
      </w:r>
    </w:p>
    <w:p>
      <w:r>
        <w:rPr>
          <w:rFonts w:ascii="Courier New" w:hAnsi="Courier New"/>
          <w:color w:val="555555"/>
          <w:sz w:val="20"/>
        </w:rPr>
        <w:t>[20]</w:t>
      </w:r>
    </w:p>
    <w:p>
      <w:r>
        <w:rPr>
          <w:rFonts w:ascii="Gentium Plus" w:hAnsi="Gentium Plus"/>
          <w:sz w:val="24"/>
        </w:rPr>
        <w:t>ὑποπλήσσειν τὴν σπάρτον ἀφιεμένην ὑπὸ τῶν δρομέων. Ὑπερώσιος. ἔκτασις τοῦ ο εἰς ω, παρὰ τὸ ὅσιον. Ὕμνος. οἷον ὑπόμονός τις ὢν, καθὸ εἰς ὑπομονὴν καὶ μνήμην ἄγει τὰς τῶν ἐπαινουμένων πράξεις· κεχώρι‐ σται δὲ τῶν ἐγκωμίων καὶ τῶν προσῳδιῶν, καὶ παιά‐</w:t>
      </w:r>
    </w:p>
    <w:p>
      <w:r>
        <w:rPr>
          <w:rFonts w:ascii="Courier New" w:hAnsi="Courier New"/>
          <w:color w:val="555555"/>
          <w:sz w:val="20"/>
        </w:rPr>
        <w:t>[25]</w:t>
      </w:r>
    </w:p>
    <w:p>
      <w:r>
        <w:rPr>
          <w:rFonts w:ascii="Gentium Plus" w:hAnsi="Gentium Plus"/>
          <w:sz w:val="24"/>
        </w:rPr>
        <w:t>νων, οὐχ ὡς κἀκείνων μὴ ὄντων ὕμνων, ἀλλ’ ὡς γένος ἀπὸ εἴδους. πάντα γὰρ εἰς τοὺς ὑπερέχοντας γραφόμενα, ὕμνους ἀποφαινόμεθα· καὶ ἐπιλέγομεν τὸ εἶδος τῷ γένει, ὕμνος προσῳδιῶν, ὕμνος ἐγκωμίου, ὕμνος παιᾶνος. σημαίνει δὲ τοῖς ἐν ὑπεροχαῖς τὰ</w:t>
      </w:r>
    </w:p>
    <w:p>
      <w:r>
        <w:rPr>
          <w:rFonts w:ascii="Courier New" w:hAnsi="Courier New"/>
          <w:color w:val="555555"/>
          <w:sz w:val="20"/>
        </w:rPr>
        <w:t>[30]</w:t>
      </w:r>
    </w:p>
    <w:p>
      <w:r>
        <w:rPr>
          <w:rFonts w:ascii="Gentium Plus" w:hAnsi="Gentium Plus"/>
          <w:sz w:val="24"/>
        </w:rPr>
        <w:t>γενικὰ καὶ τὰ ἰδικὰ, καὶ τὰ κύρια ὀνόματα· ὥστε μὴ προστιθεμένου τοῦ εἰδικοῦ, ἀπὸ τοῦ γενικοῦ νοεῖ‐ σθαι τὸ ἰδικὸν, ὡς ἐπὶ Ὁμήρου· ποιητὴν γὰρ αὐτὸν</w:t>
      </w:r>
    </w:p>
    <w:p>
      <w:r>
        <w:rPr>
          <w:rFonts w:ascii="Courier New" w:hAnsi="Courier New"/>
          <w:color w:val="555555"/>
          <w:sz w:val="20"/>
        </w:rPr>
        <w:t>[upsilon 156]</w:t>
      </w:r>
    </w:p>
    <w:p>
      <w:r>
        <w:rPr>
          <w:rFonts w:ascii="Gentium Plus" w:hAnsi="Gentium Plus"/>
          <w:sz w:val="24"/>
        </w:rPr>
        <w:t>τὸν ὑπερέχοντα νοοῦμεν ἐκ τοῦ κοινοῦ, διὰ τὴν ὑπερ‐ οχήν· οὕτω καὶ ὕμνον ἰδίως λέγομεν διὰ τὴν σεμνό‐ τητα, καὶ περὶ τῶν ἄλλων, ὕμνων ὄντων. κεχώρι‐ σται δὲ τῶν προσῳδιῶν, καὶ κατὰ τοῦτο ἐστὶ τὰ</w:t>
      </w:r>
    </w:p>
    <w:p>
      <w:r>
        <w:rPr>
          <w:rFonts w:ascii="Courier New" w:hAnsi="Courier New"/>
          <w:color w:val="555555"/>
          <w:sz w:val="20"/>
        </w:rPr>
        <w:t>[5]</w:t>
      </w:r>
    </w:p>
    <w:p>
      <w:r>
        <w:rPr>
          <w:rFonts w:ascii="Gentium Plus" w:hAnsi="Gentium Plus"/>
          <w:sz w:val="24"/>
        </w:rPr>
        <w:t>μὲν προσῴδια, καθὰ καὶ κέκληται, προϊόντες ναοῖς ἢ βωμοῖς πρὸς αὐλὸν ᾖδον· τὸν δὲ ὕμνον πρὸς κιθάραν. οὕτω Δίδυμος ἐν τῷ περὶ Λυρικῶν ποιητῶν. Ὕαλος. παρὰ τὸ ὕειν ἐσχημάτισται, καθ’ ὁμοιότητα τῆς γινομένης συστάσεως καὶ πήξεως τοῦ ὕδατος, ὑάλῳ</w:t>
      </w:r>
    </w:p>
    <w:p>
      <w:r>
        <w:rPr>
          <w:rFonts w:ascii="Courier New" w:hAnsi="Courier New"/>
          <w:color w:val="555555"/>
          <w:sz w:val="20"/>
        </w:rPr>
        <w:t>[10]</w:t>
      </w:r>
    </w:p>
    <w:p>
      <w:r>
        <w:rPr>
          <w:rFonts w:ascii="Gentium Plus" w:hAnsi="Gentium Plus"/>
          <w:sz w:val="24"/>
        </w:rPr>
        <w:t>ὁμοίως. Ἡρακλείδης. Ὑμήν. ὑφήν τις ἐστίν. ἀπὸ τοῦ ὡς ὕφασμα εἶναι, λεπτὸν ὄντα. Ἡρακλείδης. Ὕπουλος. ἀπὸ μεταφορᾶς τῶν τραυμάτων ὑπονεμομέ‐ νων οὕλῳ. λέγεται· ὁ μὴ προφανῶς πονηρός.</w:t>
      </w:r>
    </w:p>
    <w:p>
      <w:r>
        <w:rPr>
          <w:rFonts w:ascii="Courier New" w:hAnsi="Courier New"/>
          <w:color w:val="555555"/>
          <w:sz w:val="20"/>
        </w:rPr>
        <w:t>[15]</w:t>
      </w:r>
    </w:p>
    <w:p>
      <w:r>
        <w:rPr>
          <w:rFonts w:ascii="Gentium Plus" w:hAnsi="Gentium Plus"/>
          <w:sz w:val="24"/>
        </w:rPr>
        <w:t>Ὑδρία. τὸ εἰς ὕδωρ εὔθετον ἀγγεῖον. Ὕλη. παρὰ τὴν ἱλήν. ἡ δὲ ἱλὴ παρὰ τὸ ὕεσθαι καὶ βρέχεσθαι, καὶ ὕλη, ἡ διὰ τοῦ ὑγροῦ αὐξανομένη. Ὕδωρ. παρὰ τὸ ὕω τὸ βρέχω, ὕωρ, καὶ πλεονασμῷ τοῦ δ, ὕδωρ. οὕτως Ἡρωδιανός.</w:t>
      </w:r>
    </w:p>
    <w:p>
      <w:r>
        <w:rPr>
          <w:rFonts w:ascii="Courier New" w:hAnsi="Courier New"/>
          <w:color w:val="555555"/>
          <w:sz w:val="20"/>
        </w:rPr>
        <w:t>[20]</w:t>
      </w:r>
    </w:p>
    <w:p>
      <w:r>
        <w:rPr>
          <w:rFonts w:ascii="Gentium Plus" w:hAnsi="Gentium Plus"/>
          <w:sz w:val="24"/>
        </w:rPr>
        <w:t>Ὑγρόν. ὑδρόν τι ὄν. ὁ δὲ Ἡρωδιανὸς παρὰ τὸν ὕσω μέλλοντα φησὶν ὑρὸς, καὶ πλεονασμῷ τοῦ γ, ὑγρὸς καὶ ὑγρόν. Ὑάδες. παρὰ τὸ ὕσειν. ὑετοῦ γὰρ παρασκευαστικαὶ εἰσὶ δύνουσαι.</w:t>
      </w:r>
    </w:p>
    <w:p>
      <w:r>
        <w:rPr>
          <w:rFonts w:ascii="Courier New" w:hAnsi="Courier New"/>
          <w:color w:val="555555"/>
          <w:sz w:val="20"/>
        </w:rPr>
        <w:t>[25]</w:t>
      </w:r>
    </w:p>
    <w:p>
      <w:r>
        <w:rPr>
          <w:rFonts w:ascii="Gentium Plus" w:hAnsi="Gentium Plus"/>
          <w:sz w:val="24"/>
        </w:rPr>
        <w:t>Ὕπαρ. ὦ ἐστὶ ῥῆμα, δηλοῦν τὸ ὑπάρχω. ἀφ’ οὗ ῥη‐ ματικὸν ὄνομα ἀρ, ὡς θένω θέναρ, ἔβω ἔβαρ καὶ εἶδας, καὶ μετὰ τῆς ὑπὸ προθέσεως, ὕπαρ. Φι‐ λόξενος ἐν τῷ περὶ μονοσυλλάβων ῥημάτων. Ὑποβλήδην. βλῶ ἐστὶ ῥῆμα, οὗ μέλλων βλήσω, βλῆσις</w:t>
      </w:r>
    </w:p>
    <w:p>
      <w:r>
        <w:rPr>
          <w:rFonts w:ascii="Courier New" w:hAnsi="Courier New"/>
          <w:color w:val="555555"/>
          <w:sz w:val="20"/>
        </w:rPr>
        <w:t>[30]</w:t>
      </w:r>
    </w:p>
    <w:p>
      <w:r>
        <w:rPr>
          <w:rFonts w:ascii="Gentium Plus" w:hAnsi="Gentium Plus"/>
          <w:sz w:val="24"/>
        </w:rPr>
        <w:t>ὄνομα, καὶ ἀνάβλησις. ἀπὸ τοῦ βλῶ βλήσω βλήδην ἐπίῤῥημα, καὶ σύνθετον ὑποβλήδην. οὕτω Φιλόξενος. Ὑπερφίαλος. παρὰ τὸ φῶ, οὗ παράγωγον φαίνω. ὁ</w:t>
      </w:r>
    </w:p>
    <w:p>
      <w:r>
        <w:rPr>
          <w:rFonts w:ascii="Courier New" w:hAnsi="Courier New"/>
          <w:color w:val="555555"/>
          <w:sz w:val="20"/>
        </w:rPr>
        <w:t>[upsilon 157]</w:t>
      </w:r>
    </w:p>
    <w:p>
      <w:r>
        <w:rPr>
          <w:rFonts w:ascii="Gentium Plus" w:hAnsi="Gentium Plus"/>
          <w:sz w:val="24"/>
        </w:rPr>
        <w:t>ἐστὶν ὑπερήφανος. ἐὰν δὲ παρὰ τὸ φῶ τὸ λέγω, ὁ ὑπὲρ τὴν ἑαυτοῦ δύναμιν λέγων καὶ ἐπαγγελλό‐ μενος. Ὑπηρέσια. κυρίως ἐπὶ τῶν ἐρετῶν, ἐφ’ ὧν καθέζον‐</w:t>
      </w:r>
    </w:p>
    <w:p>
      <w:r>
        <w:rPr>
          <w:rFonts w:ascii="Courier New" w:hAnsi="Courier New"/>
          <w:color w:val="555555"/>
          <w:sz w:val="20"/>
        </w:rPr>
        <w:t>[5]</w:t>
      </w:r>
    </w:p>
    <w:p>
      <w:r>
        <w:rPr>
          <w:rFonts w:ascii="Gentium Plus" w:hAnsi="Gentium Plus"/>
          <w:sz w:val="24"/>
        </w:rPr>
        <w:t>ται ἐρέττοντες. οὕτως Ἡρηναῖος Ἀττικιστής. Ὑπόδρα. ῥῆμα ἐστὶ δέρκω, ὃ κατὰ συγκοπὴν γίνεται δρῶ τὸ ὁρῶ. καὶ ὑποδρώμενοι εἴρηται ἀντὶ τοῦ ὑφορώ‐ μενοι. καὶ ὡς μίσγω μίγδα, καὶ ἠρεμῶ ἠρέμα, οὕτω καὶ δρῶ δρά, καὶ συνθέτως ὑπόδρα. οὕτω Φιλόξενος</w:t>
      </w:r>
    </w:p>
    <w:p>
      <w:r>
        <w:rPr>
          <w:rFonts w:ascii="Courier New" w:hAnsi="Courier New"/>
          <w:color w:val="555555"/>
          <w:sz w:val="20"/>
        </w:rPr>
        <w:t>[10]</w:t>
      </w:r>
    </w:p>
    <w:p>
      <w:r>
        <w:rPr>
          <w:rFonts w:ascii="Gentium Plus" w:hAnsi="Gentium Plus"/>
          <w:sz w:val="24"/>
        </w:rPr>
        <w:t>ἐν τῷ περὶ μονοσυλλάβων ῥημάτων. Ὑπέρινον. τὸ σφόδρα λεπτόν. ἰνῶ ἐστὶ ῥῆμα τὸ ἐκκε‐ νῶ· ὅθεν ὑπέρινον ἄνδρα λέγουσι τὸν λεπτὸν, καὶ κενὸν σαρκῶν. Φιλόξενος ἐν τῷ περὶ τῆς Ῥωμαίων διαλέκτου.</w:t>
      </w:r>
    </w:p>
    <w:p>
      <w:r>
        <w:rPr>
          <w:rFonts w:ascii="Courier New" w:hAnsi="Courier New"/>
          <w:color w:val="555555"/>
          <w:sz w:val="20"/>
        </w:rPr>
        <w:t>[15]</w:t>
      </w:r>
    </w:p>
    <w:p>
      <w:r>
        <w:rPr>
          <w:rFonts w:ascii="Gentium Plus" w:hAnsi="Gentium Plus"/>
          <w:sz w:val="24"/>
        </w:rPr>
        <w:t>Ὑπερβασία. κυρίως ἐπὶ τῶν ὑπερβαινόντων τοὺς ἰδίους ὅρους. ταὐτὸ δὲ καὶ ἐπὶ τῆς ὑπερηφανίας. δοκοῦσι γὰρ οἱ ὑπερήφανοι ποιεῖν τι ὑπὲρ ἑαυτούς.</w:t>
      </w:r>
    </w:p>
    <w:p>
      <w:r>
        <w:rPr>
          <w:rFonts w:ascii="Courier New" w:hAnsi="Courier New"/>
          <w:color w:val="555555"/>
          <w:sz w:val="20"/>
        </w:rPr>
        <w:t>[upsilon 158]</w:t>
      </w:r>
    </w:p>
    <w:p>
      <w:r>
        <w:rPr>
          <w:rFonts w:ascii="Gentium Plus" w:hAnsi="Gentium Plus"/>
          <w:sz w:val="24"/>
        </w:rPr>
        <w:t>δηλοῖ. ὑπονοεῖν οὖν τὸ μὴ τελέως νοεῖν τὸ προκεί‐ μενον. Ὑποκριτής. ἤτοι ἡ ὑπὸ κεῖται ἀντὶ τῆς ἀπὸ, οἷον ἀπο‐ κριτής. τὸ γὰρ, ὑποκρίνονται, ἵν’ εἰδῇς, ἀντὶ τοῦ</w:t>
      </w:r>
    </w:p>
    <w:p>
      <w:r>
        <w:rPr>
          <w:rFonts w:ascii="Courier New" w:hAnsi="Courier New"/>
          <w:color w:val="555555"/>
          <w:sz w:val="20"/>
        </w:rPr>
        <w:t>[5]</w:t>
      </w:r>
    </w:p>
    <w:p>
      <w:r>
        <w:rPr>
          <w:rFonts w:ascii="Gentium Plus" w:hAnsi="Gentium Plus"/>
          <w:sz w:val="24"/>
        </w:rPr>
        <w:t>ἀποκρίνονται. οὕτως Ἀπολλώνιος ἐν τῷ περὶ Προθέ‐ σεως. Ὕψος. παρὰ τὸ ὄπτω τὸ βλέπω ὄψος, καὶ τροπῇ τοῦ ο εἰς υ, ὕψος. ἀφ’ οὗ ἐστὶ τὸ ὁρᾶν πάντα. Ὑπεραέϊ. παρὰ τὸ ἄω ὄνομα ἐστὶ ὑπεραὴς, γενικὴ ὑπερ‐</w:t>
      </w:r>
    </w:p>
    <w:p>
      <w:r>
        <w:rPr>
          <w:rFonts w:ascii="Courier New" w:hAnsi="Courier New"/>
          <w:color w:val="555555"/>
          <w:sz w:val="20"/>
        </w:rPr>
        <w:t>[10]</w:t>
      </w:r>
    </w:p>
    <w:p>
      <w:r>
        <w:rPr>
          <w:rFonts w:ascii="Gentium Plus" w:hAnsi="Gentium Plus"/>
          <w:sz w:val="24"/>
        </w:rPr>
        <w:t>αοῦς, καὶ ὑπεραέος, καὶ ὑπεραέϊ δοτική. Ὕνις. ἀποβολῇ τοῦ δ, δύνις τις οὖσα, ἐπεὶ κατὰ γῆς δύνει. Ὑγιής. ὁ ἐν ὑγρῷ ὢν καὶ ζῶν, οἷον ὁ ὑγριὴς, καὶ ὑγιής. οὕτως Ἡρωδιανὸς ἐν Ἐπιμερισμοῖς. ἔνθεν</w:t>
      </w:r>
    </w:p>
    <w:p>
      <w:r>
        <w:rPr>
          <w:rFonts w:ascii="Courier New" w:hAnsi="Courier New"/>
          <w:color w:val="555555"/>
          <w:sz w:val="20"/>
        </w:rPr>
        <w:t>[15]</w:t>
      </w:r>
    </w:p>
    <w:p>
      <w:r>
        <w:rPr>
          <w:rFonts w:ascii="Gentium Plus" w:hAnsi="Gentium Plus"/>
          <w:sz w:val="24"/>
        </w:rPr>
        <w:t>διερὸς βροτὸς καὶ ἀλίβας ὁ νεκρός. Ὑπερκύδαντος. παρὰ τὸ κῦδος. οἱ δὲ παρὰ τὸ κυδαίνω. ὑπερκυδήνωντος. συγκοπῇ τοῦ η καὶ ν, ὑπερκύδαντος.</w:t>
      </w:r>
    </w:p>
    <w:p>
      <w:pPr>
        <w:jc w:val="center"/>
      </w:pPr>
      <w:r>
        <w:rPr>
          <w:rFonts w:ascii="Gentium Plus" w:hAnsi="Gentium Plus"/>
          <w:b/>
          <w:sz w:val="24"/>
        </w:rPr>
        <w:t>ΑΡΧΗ ΤΟΥ Φ.</w:t>
      </w:r>
    </w:p>
    <w:p>
      <w:r>
        <w:rPr>
          <w:rFonts w:ascii="Courier New" w:hAnsi="Courier New"/>
          <w:color w:val="555555"/>
          <w:sz w:val="20"/>
        </w:rPr>
        <w:t>[1]</w:t>
      </w:r>
    </w:p>
    <w:p>
      <w:r>
        <w:rPr>
          <w:rFonts w:ascii="Gentium Plus" w:hAnsi="Gentium Plus"/>
          <w:sz w:val="24"/>
        </w:rPr>
        <w:t>Φοῖβος. φοιβόϊός τις ὢν, ὁ φοίβοις οἷον χρώμενος, ὅ ἐστι καθαροῖς. ὁ φαόβιός τις ὢν, ἐν ἴσῳ τῷ ἀργυρό‐ τοξος. Φέρτερος. ἀπὸ τῶν ἀχθοφόρων. καὶ ἀφαυρότερος, ὁ τοῦ</w:t>
      </w:r>
    </w:p>
    <w:p>
      <w:r>
        <w:rPr>
          <w:rFonts w:ascii="Courier New" w:hAnsi="Courier New"/>
          <w:color w:val="555555"/>
          <w:sz w:val="20"/>
        </w:rPr>
        <w:t>[5]</w:t>
      </w:r>
    </w:p>
    <w:p>
      <w:r>
        <w:rPr>
          <w:rFonts w:ascii="Gentium Plus" w:hAnsi="Gentium Plus"/>
          <w:sz w:val="24"/>
        </w:rPr>
        <w:t>φέρτερος· οἷον τε ἥττονα φορήτερός τις ὤν. Φύλοπις. τροπῇ τοῦ μ εἰς π. παρὰ τὸ ὁμοῦ τὰ φῦλα ἰέναι. οἷον ἡ ἐκ πολλῶν ἄθροισις. ἀπὸ μεταφορᾶς τῶν φύλων. Φρήτρη. φατρία. πλεονασμῷ τοῦ ρ φρατρία ἐστὶν, ὅτε</w:t>
      </w:r>
    </w:p>
    <w:p>
      <w:r>
        <w:rPr>
          <w:rFonts w:ascii="Courier New" w:hAnsi="Courier New"/>
          <w:color w:val="555555"/>
          <w:sz w:val="20"/>
        </w:rPr>
        <w:t>[10]</w:t>
      </w:r>
    </w:p>
    <w:p>
      <w:r>
        <w:rPr>
          <w:rFonts w:ascii="Gentium Plus" w:hAnsi="Gentium Plus"/>
          <w:sz w:val="24"/>
        </w:rPr>
        <w:t>ἀπὸ ἑνὸς καὶ εὐγενοῦς ἀνδρὸς, ὥσπερ πρώτου, καὶ κατὰ διαδοχὰς ἐπέκτασιν λάβῃ τὰ γένη, τό τε ἐπί τινα ἀναφέρεσθαι, ὡς Ἡρακλεῖδαι, καὶ Ἀχαιμενίδαι παρὰ Πέρσαις, ἀπὸ Ἀχαιμένους. Φάλαγγες. οἷον πάλαγγες. παρὰ τὸ πέλας καὶ ἐγγὺς</w:t>
      </w:r>
    </w:p>
    <w:p>
      <w:r>
        <w:rPr>
          <w:rFonts w:ascii="Courier New" w:hAnsi="Courier New"/>
          <w:color w:val="555555"/>
          <w:sz w:val="20"/>
        </w:rPr>
        <w:t>[15]</w:t>
      </w:r>
    </w:p>
    <w:p>
      <w:r>
        <w:rPr>
          <w:rFonts w:ascii="Gentium Plus" w:hAnsi="Gentium Plus"/>
          <w:sz w:val="24"/>
        </w:rPr>
        <w:t>ἀλλήλων εἶναι. Φέρεκλος ἁρμόζον ὄνομα τέκτονι, οἷον φερέκλονός</w:t>
      </w:r>
    </w:p>
    <w:p>
      <w:r>
        <w:rPr>
          <w:rFonts w:ascii="Courier New" w:hAnsi="Courier New"/>
          <w:color w:val="555555"/>
          <w:sz w:val="20"/>
        </w:rPr>
        <w:t>[phi 158]</w:t>
      </w:r>
    </w:p>
    <w:p>
      <w:r>
        <w:rPr>
          <w:rFonts w:ascii="Gentium Plus" w:hAnsi="Gentium Plus"/>
          <w:sz w:val="24"/>
        </w:rPr>
        <w:t>Φάρος. οἷον φέρος. τὸ φερόμενον ἱμάτιον. Φύκος. παρὰ τὸ φύεσθαι. ἐστὶ δὲ φυτόν τι θαλάτ‐ τιον. Φαλός. ἀσπιδίσκιόν τι λαμπρόν. παρὰ τὸ φάλιον, ὃ</w:t>
      </w:r>
    </w:p>
    <w:p>
      <w:r>
        <w:rPr>
          <w:rFonts w:ascii="Courier New" w:hAnsi="Courier New"/>
          <w:color w:val="555555"/>
          <w:sz w:val="20"/>
        </w:rPr>
        <w:t>[5]</w:t>
      </w:r>
    </w:p>
    <w:p>
      <w:r>
        <w:rPr>
          <w:rFonts w:ascii="Gentium Plus" w:hAnsi="Gentium Plus"/>
          <w:sz w:val="24"/>
        </w:rPr>
        <w:t>δηλοῖ τὸ λευκὸν, παρὰ τὸ φάος. Φρίσσειν. κυρίως τὸ ἐξορθοῦν τὰς τρίχας, οἷον θρίσ‐ σειν. Φρουρός. ὁ φύλαξ. πρόορός τις ὤν. παρὰ τὸ προορᾶν. Φλύαρος. παρὰ τὸ αὐτό. ὁ ὑπερζέων τοῖς λόγοις.</w:t>
      </w:r>
    </w:p>
    <w:p>
      <w:r>
        <w:rPr>
          <w:rFonts w:ascii="Courier New" w:hAnsi="Courier New"/>
          <w:color w:val="555555"/>
          <w:sz w:val="20"/>
        </w:rPr>
        <w:t>[10]</w:t>
      </w:r>
    </w:p>
    <w:p>
      <w:r>
        <w:rPr>
          <w:rFonts w:ascii="Gentium Plus" w:hAnsi="Gentium Plus"/>
          <w:sz w:val="24"/>
        </w:rPr>
        <w:t>Ὅμηρος· ἀνὰ δ’ ἔφλυε καλὰ ῥέεθρα. ἀντὶ τοῦ ἀνέζεσαν. Φιάλη. κατὰ μετάθεσιν τοῦ π εἰς φ. πιάλη τὶς οὖσα. παρὰ τὸν πίω ἐνεστῶτα. Φάρμας. παρὰ τὸ ἄκος φέρειν, φέρακόν τι ὄν. ἐπὶ</w:t>
      </w:r>
    </w:p>
    <w:p>
      <w:r>
        <w:rPr>
          <w:rFonts w:ascii="Courier New" w:hAnsi="Courier New"/>
          <w:color w:val="555555"/>
          <w:sz w:val="20"/>
        </w:rPr>
        <w:t>[15]</w:t>
      </w:r>
    </w:p>
    <w:p>
      <w:r>
        <w:rPr>
          <w:rFonts w:ascii="Gentium Plus" w:hAnsi="Gentium Plus"/>
          <w:sz w:val="24"/>
        </w:rPr>
        <w:t>δὲ τοῦ κακοποιοῦ, παρὰ τὸ ἄχος, ἀπὸ δὲ τοῦ ἄχους</w:t>
      </w:r>
    </w:p>
    <w:p>
      <w:r>
        <w:rPr>
          <w:rFonts w:ascii="Courier New" w:hAnsi="Courier New"/>
          <w:color w:val="555555"/>
          <w:sz w:val="20"/>
        </w:rPr>
        <w:t>[phi 159]</w:t>
      </w:r>
    </w:p>
    <w:p>
      <w:r>
        <w:rPr>
          <w:rFonts w:ascii="Gentium Plus" w:hAnsi="Gentium Plus"/>
          <w:sz w:val="24"/>
        </w:rPr>
        <w:t>Φωλεός. κυρίως ὁ σκοτεινὸς τόπος, παρὰ τὸ ἀπολωλέ‐ ναι τὸ φῶς ἐκεῖθεν. Φόρμιγξ. κατὰ μετάθεσιν τοῦ ρ. ἐστὶ γὰρ φόρμιγξ παρὰ τὸ προηγεῖσθαι τῆς οἴμης.</w:t>
      </w:r>
    </w:p>
    <w:p>
      <w:r>
        <w:rPr>
          <w:rFonts w:ascii="Courier New" w:hAnsi="Courier New"/>
          <w:color w:val="555555"/>
          <w:sz w:val="20"/>
        </w:rPr>
        <w:t>[5]</w:t>
      </w:r>
    </w:p>
    <w:p>
      <w:r>
        <w:rPr>
          <w:rFonts w:ascii="Gentium Plus" w:hAnsi="Gentium Plus"/>
          <w:sz w:val="24"/>
        </w:rPr>
        <w:t>Φυτροί. κατὰ μετάθεσιν τοῦ υ εἰς ι. φυτροὶ γάρ τινες εἰσίν. ἀπὸ τοῦ φύεσθαι ἀπ’ αὐτῶν τὰ φυτά. Φθόνος. οἱ μὲν παρὰ τὸ φθονεῖν· οἱ δὲ παρὰ τὸ φό‐ νων αἴτιον εἶναι. εἴγε βάσκανος, παρὰ τὸ τοῖς φάεσι καίνειν, φάσκανός τις ὤν.</w:t>
      </w:r>
    </w:p>
    <w:p>
      <w:r>
        <w:rPr>
          <w:rFonts w:ascii="Courier New" w:hAnsi="Courier New"/>
          <w:color w:val="555555"/>
          <w:sz w:val="20"/>
        </w:rPr>
        <w:t>[10]</w:t>
      </w:r>
    </w:p>
    <w:p>
      <w:r>
        <w:rPr>
          <w:rFonts w:ascii="Gentium Plus" w:hAnsi="Gentium Plus"/>
          <w:sz w:val="24"/>
        </w:rPr>
        <w:t>Φύλλον. φύω, φυαλὸν, καὶ συγκοπῇ καὶ πλεονασμῷ τοῦ λ, φύλλον. Φοξός. φάοξός τις ὢν, ἀπὸ μεταφορᾶς τῶν ἐν αὐτῷ περὶ διεστραμμένων ὀστρακίνων ἀγγείων ἐν τῷ ὡπτᾶσθαι.</w:t>
      </w:r>
    </w:p>
    <w:p>
      <w:r>
        <w:rPr>
          <w:rFonts w:ascii="Courier New" w:hAnsi="Courier New"/>
          <w:color w:val="555555"/>
          <w:sz w:val="20"/>
        </w:rPr>
        <w:t>[15]</w:t>
      </w:r>
    </w:p>
    <w:p>
      <w:r>
        <w:rPr>
          <w:rFonts w:ascii="Gentium Plus" w:hAnsi="Gentium Plus"/>
          <w:sz w:val="24"/>
        </w:rPr>
        <w:t>Φλέγμα. κατὰ ἀντίφρασιν. ἐστὶ γὰρ ψυχρόν. φλέγω φλέξω φλέγμα. τὸ δὲ πικρὸν φλέγμα λέγεται, οἷον χολή. οὐδὲ γὰρ ἀποκριθεῖσα πήγνυται. οὕτω λέγει Σωρανὸς, ἐτυμολογῶν τὸν ἄνθρωπον ὅλον. Φαλακρός. ὁ τὸ ἄκρον ἔχων φαλὸν, ὅ ἐστι λευκόν. φά‐</w:t>
      </w:r>
    </w:p>
    <w:p>
      <w:r>
        <w:rPr>
          <w:rFonts w:ascii="Courier New" w:hAnsi="Courier New"/>
          <w:color w:val="555555"/>
          <w:sz w:val="20"/>
        </w:rPr>
        <w:t>[20]</w:t>
      </w:r>
    </w:p>
    <w:p>
      <w:r>
        <w:rPr>
          <w:rFonts w:ascii="Gentium Plus" w:hAnsi="Gentium Plus"/>
          <w:sz w:val="24"/>
        </w:rPr>
        <w:t>λιον γὰρ τὸ λευκόν. φῶ τὸ λάμπω, φάω φάσω, φα‐ λὸς καὶ φάλιος. φάε δὲ χρυσόθρονος Ἠώς. Φάη. οἱ ὀφθαλμοὶ, ὅτι δι’ αὐτῶν τὸ φῶς προχεῖται· ἢ ὅτι φωτός εἰσι κριτικοὶ καὶ δεικτικοί. Φολκός. παρὰ τὸ τὰ φάη παρέλκεσθαι, ὃ ἐστὶν ἐν τῇ</w:t>
      </w:r>
    </w:p>
    <w:p>
      <w:r>
        <w:rPr>
          <w:rFonts w:ascii="Courier New" w:hAnsi="Courier New"/>
          <w:color w:val="555555"/>
          <w:sz w:val="20"/>
        </w:rPr>
        <w:t>[25]</w:t>
      </w:r>
    </w:p>
    <w:p>
      <w:r>
        <w:rPr>
          <w:rFonts w:ascii="Gentium Plus" w:hAnsi="Gentium Plus"/>
          <w:sz w:val="24"/>
        </w:rPr>
        <w:t>συνηθείᾳ στραβὸς λεγόμενος. Φιλήτης. ὁ λῃστής. τινὲς κατὰ ἀποβολὴν τοῦ υ παρὰ τὸ ὑφελέσθαι. καὶ φασὶν, ὅτι πολλάκις αἱ λέξεις συμπάσχουσι τῷ σημαινομένῳ. ὡς ἐπὶ τοῦ λιμός. ἔλ‐ λειψιν γὰρ δηλοῖ τροφῆς. διόπερ ἡ λέξις ἐνέλειψε</w:t>
      </w:r>
    </w:p>
    <w:p>
      <w:r>
        <w:rPr>
          <w:rFonts w:ascii="Courier New" w:hAnsi="Courier New"/>
          <w:color w:val="555555"/>
          <w:sz w:val="20"/>
        </w:rPr>
        <w:t>[30]</w:t>
      </w:r>
    </w:p>
    <w:p>
      <w:r>
        <w:rPr>
          <w:rFonts w:ascii="Gentium Plus" w:hAnsi="Gentium Plus"/>
          <w:sz w:val="24"/>
        </w:rPr>
        <w:t>τοῦ ι. ἐκ γὰρ τοῦ λείψω ἔδει ἔχειν τὴν ει δί‐ φθογγον. ἐστὶ δὲ καὶ τῶν τοιούτων ὀνομάτων διὰ δύο μμ γραφομένων κομμὸς, γράφω γραμμός. ἔδει λείψω λειμὸς, κατὰ δὲ ἔλλιψιν λιμός. οἱ δὲ κατ’ ἀντίφρασιν φασὶ φίλος φιλήτης. οὐ γὰρ φίλος ὁ κλέ‐</w:t>
      </w:r>
    </w:p>
    <w:p>
      <w:r>
        <w:rPr>
          <w:rFonts w:ascii="Courier New" w:hAnsi="Courier New"/>
          <w:color w:val="555555"/>
          <w:sz w:val="20"/>
        </w:rPr>
        <w:t>[35]</w:t>
      </w:r>
    </w:p>
    <w:p>
      <w:r>
        <w:rPr>
          <w:rFonts w:ascii="Gentium Plus" w:hAnsi="Gentium Plus"/>
          <w:sz w:val="24"/>
        </w:rPr>
        <w:t>πτης. εἰ γὰρ ἦν παρὰ τὸ ὑφελέσθαι, καὶ ἀποβολῇ ἐγένετο τοῦ υ, ἔδει διὰ τοῦ ει διφθόγγου γράφεσθαι φειλήτης. Φολίς. παρὰ τὸ λέπω λοπίς, ὑπέρθεσις πολίς, με‐</w:t>
      </w:r>
    </w:p>
    <w:p>
      <w:r>
        <w:rPr>
          <w:rFonts w:ascii="Courier New" w:hAnsi="Courier New"/>
          <w:color w:val="555555"/>
          <w:sz w:val="20"/>
        </w:rPr>
        <w:t>[phi 160]</w:t>
      </w:r>
    </w:p>
    <w:p>
      <w:r>
        <w:rPr>
          <w:rFonts w:ascii="Gentium Plus" w:hAnsi="Gentium Plus"/>
          <w:sz w:val="24"/>
        </w:rPr>
        <w:t>Φακή. φαηκακή τις ἐστὶν, ἡ βλάπτουσα τὰ φάη, τουτέστι τοὺς ὀφθαλμούς. καὶ ὁ ἰατρικὸς λόγος μαρ‐ τυρεῖ. Φιγμός. σφιγμός τις ἐστὶν, ἀποβολῇ τοῦ ς καὶ τοῦ</w:t>
      </w:r>
    </w:p>
    <w:p>
      <w:r>
        <w:rPr>
          <w:rFonts w:ascii="Courier New" w:hAnsi="Courier New"/>
          <w:color w:val="555555"/>
          <w:sz w:val="20"/>
        </w:rPr>
        <w:t>[5]</w:t>
      </w:r>
    </w:p>
    <w:p>
      <w:r>
        <w:rPr>
          <w:rFonts w:ascii="Gentium Plus" w:hAnsi="Gentium Plus"/>
          <w:sz w:val="24"/>
        </w:rPr>
        <w:t>γ, φιγμός. Φειδωλός τις ἐστὶν, ὁ φεύγων τὸ δοῦναι. οὕτως Ἡρω‐ διανὸς ἐν τῇ Ὀρθογραφίᾳ. Φθείρ. ὁ ἀπὸ φθορᾶς σωματικῆς γενόμενος. παρὰ τὸ φθείρειν.</w:t>
      </w:r>
    </w:p>
    <w:p>
      <w:r>
        <w:rPr>
          <w:rFonts w:ascii="Courier New" w:hAnsi="Courier New"/>
          <w:color w:val="555555"/>
          <w:sz w:val="20"/>
        </w:rPr>
        <w:t>[10]</w:t>
      </w:r>
    </w:p>
    <w:p>
      <w:r>
        <w:rPr>
          <w:rFonts w:ascii="Gentium Plus" w:hAnsi="Gentium Plus"/>
          <w:sz w:val="24"/>
        </w:rPr>
        <w:t>Φρόνησις. ἡ φέρουσα ὄνησιν. φερόνησίς τις οὖσα. Φερνή. φερενή τις οὖσα. ἀπὸ τοῦ ἐπιφέρεσθαι. Φωνή. ἡ φωτίζουσα τῷ λόγῳ τὰ τοῦ νοῦ. Φώς. ὁ ἄνθρωπος, ὁ μόνος τὰ τῆς διανοίας φωτίζων τῷ λόγῳ, ἢ παρὰ τὸ φῶ τὸ λέγω.</w:t>
      </w:r>
    </w:p>
    <w:p>
      <w:r>
        <w:rPr>
          <w:rFonts w:ascii="Courier New" w:hAnsi="Courier New"/>
          <w:color w:val="555555"/>
          <w:sz w:val="20"/>
        </w:rPr>
        <w:t>[15]</w:t>
      </w:r>
    </w:p>
    <w:p>
      <w:r>
        <w:rPr>
          <w:rFonts w:ascii="Gentium Plus" w:hAnsi="Gentium Plus"/>
          <w:sz w:val="24"/>
        </w:rPr>
        <w:t>Φόνος. ἀπὸ τῆς φυσήσεως καὶ τοῦ ἤχου τῶν γινομένων ἐν τῇ χύσει τοῦ αἵματος. Φύσις. ἡ φύουσα ἐν ἅπασι. Φυλή. φύω, φύσω, φυλή. Φαρέτρα. φέρτρα. μετὰ πλεονασμοῦ, καὶ τροπῇ τοῦ ε</w:t>
      </w:r>
    </w:p>
    <w:p>
      <w:r>
        <w:rPr>
          <w:rFonts w:ascii="Courier New" w:hAnsi="Courier New"/>
          <w:color w:val="555555"/>
          <w:sz w:val="20"/>
        </w:rPr>
        <w:t>[20]</w:t>
      </w:r>
    </w:p>
    <w:p>
      <w:r>
        <w:rPr>
          <w:rFonts w:ascii="Gentium Plus" w:hAnsi="Gentium Plus"/>
          <w:sz w:val="24"/>
        </w:rPr>
        <w:t>εἰς α, φαρέτρα. ἐπλεόνασε τὸ ε. φάρτρα γὰρ ὤφει‐ λεν εἶναι ἰσοσυλλάβως τῷ ῥήματι, ὡς μάσσω μακτρὸς, καλύπτω καλύπτρα. οὕτω Φιλόξενος. Φάρος. νῆσος, ἡ πρὸ τῆς Αἰγύπτου. παρὰ τὸ φῶ, οὗ παράγωγον φάω, καὶ φαίνω. παρὰ τὸ προφαίνεσθαι</w:t>
      </w:r>
    </w:p>
    <w:p>
      <w:r>
        <w:rPr>
          <w:rFonts w:ascii="Courier New" w:hAnsi="Courier New"/>
          <w:color w:val="555555"/>
          <w:sz w:val="20"/>
        </w:rPr>
        <w:t>[25]</w:t>
      </w:r>
    </w:p>
    <w:p>
      <w:r>
        <w:rPr>
          <w:rFonts w:ascii="Gentium Plus" w:hAnsi="Gentium Plus"/>
          <w:sz w:val="24"/>
        </w:rPr>
        <w:t>αὐτὴν πρὸ τῆς Αἰγύπτου. Φιλόξενος ἐν τῷ περὶ μονο‐ συλλάβων ῥημάτων. Φάσγανον. φῶ τὸ ἀναιρῶ. τοῦ φῶ παράγωγον φάζω, ὡς βῶ βάζω. τοῦ δὲ φῶ μέλλων φάσω, καὶ ῥηματι‐ κὸν ὄνομα φάσγανον. ὡς λείψω λείψανον. ἢ παρὰ</w:t>
      </w:r>
    </w:p>
    <w:p>
      <w:r>
        <w:rPr>
          <w:rFonts w:ascii="Courier New" w:hAnsi="Courier New"/>
          <w:color w:val="555555"/>
          <w:sz w:val="20"/>
        </w:rPr>
        <w:t>[30]</w:t>
      </w:r>
    </w:p>
    <w:p>
      <w:r>
        <w:rPr>
          <w:rFonts w:ascii="Gentium Plus" w:hAnsi="Gentium Plus"/>
          <w:sz w:val="24"/>
        </w:rPr>
        <w:t>τὴν σπάσιν σπάγανον. ἢ παρὰ τὸ σφάζω σφάγανον, καὶ μεταθέσει τοῦ ς, φάσγανον. Φλιαί. αἱ παραστάδες τῶν θυρῶν. παρὰ τὸ θλίβω, θλίψω, θλιαὶ, καὶ μεταθέσει τοῦ θ εἰς φ, φλιαί. Φρούριον. οὐκ ἀπὸ τοῦ φρουρός· ἦν γὰρ ἂν φρουρεῖον,</w:t>
      </w:r>
    </w:p>
    <w:p>
      <w:r>
        <w:rPr>
          <w:rFonts w:ascii="Courier New" w:hAnsi="Courier New"/>
          <w:color w:val="555555"/>
          <w:sz w:val="20"/>
        </w:rPr>
        <w:t>[35]</w:t>
      </w:r>
    </w:p>
    <w:p>
      <w:r>
        <w:rPr>
          <w:rFonts w:ascii="Gentium Plus" w:hAnsi="Gentium Plus"/>
          <w:sz w:val="24"/>
        </w:rPr>
        <w:t>ὡς ἰατρεῖον διὰ τῆς ει διφθόγγου, ἀλλ’ ἀπὸ τοῦ οὐδε‐ τέρου γέγονεν, προόριον φρούριον. ἡ δὲ μετάθεσις τοῦ π εἰς φ, διὰ τὴν ἐπιφερομένην δασεῖαν τοῦ ὁρῶ. Φρέαρ. παρὰ τὸ φρῶ, ἀφ’ οὗ τὸ εἰσφρῶ. ἀπὸ τοῦ προΐω κατὰ συναλοιφήν. φρῶ οὖν φρέαρ. παραδίδωσι</w:t>
      </w:r>
    </w:p>
    <w:p>
      <w:r>
        <w:rPr>
          <w:rFonts w:ascii="Courier New" w:hAnsi="Courier New"/>
          <w:color w:val="555555"/>
          <w:sz w:val="20"/>
        </w:rPr>
        <w:t>[40]</w:t>
      </w:r>
    </w:p>
    <w:p>
      <w:r>
        <w:rPr>
          <w:rFonts w:ascii="Gentium Plus" w:hAnsi="Gentium Plus"/>
          <w:sz w:val="24"/>
        </w:rPr>
        <w:t>γὰρ καὶ προΐησι τῶν ὑδάτων ῥύμην.</w:t>
      </w:r>
    </w:p>
    <w:p>
      <w:r>
        <w:rPr>
          <w:rFonts w:ascii="Courier New" w:hAnsi="Courier New"/>
          <w:color w:val="555555"/>
          <w:sz w:val="20"/>
        </w:rPr>
        <w:t>[phi 161]</w:t>
      </w:r>
    </w:p>
    <w:p>
      <w:r>
        <w:rPr>
          <w:rFonts w:ascii="Gentium Plus" w:hAnsi="Gentium Plus"/>
          <w:sz w:val="24"/>
        </w:rPr>
        <w:t>Φρήν. παρὰ τὸ αὐτὸ ῥῆμα φρῶ· τί γὰρ φρονιμότερον τῆς φρηνός; φρήν. Φράζω. κατὰ τὸ αὐτὸ παράγωγον τοῦ φρῶ. ἀπὸ τοῦ προΐω, φρῶ, φράζω.</w:t>
      </w:r>
    </w:p>
    <w:p>
      <w:r>
        <w:rPr>
          <w:rFonts w:ascii="Courier New" w:hAnsi="Courier New"/>
          <w:color w:val="555555"/>
          <w:sz w:val="20"/>
        </w:rPr>
        <w:t>[5]</w:t>
      </w:r>
    </w:p>
    <w:p>
      <w:r>
        <w:rPr>
          <w:rFonts w:ascii="Gentium Plus" w:hAnsi="Gentium Plus"/>
          <w:sz w:val="24"/>
        </w:rPr>
        <w:t>Φύσκη. τὸ παχὺ ἔντερον εἴρηται ἀπὸ τοῦ πεσησθαι πληρούμενον λίπους καὶ αἵματος. Φρύγανα. τὰ εἰς τὸ φρύγειν καὶ καίειν ἐπιτήδεια. Εἰρη‐ ναῖος οὕτως. Φοίνικες. πόθεν οἱ Φοίνικες ᾤκουν παρὰ τῇ Ἐρυθρᾷ</w:t>
      </w:r>
    </w:p>
    <w:p>
      <w:r>
        <w:rPr>
          <w:rFonts w:ascii="Courier New" w:hAnsi="Courier New"/>
          <w:color w:val="555555"/>
          <w:sz w:val="20"/>
        </w:rPr>
        <w:t>[10]</w:t>
      </w:r>
    </w:p>
    <w:p>
      <w:r>
        <w:rPr>
          <w:rFonts w:ascii="Gentium Plus" w:hAnsi="Gentium Plus"/>
          <w:sz w:val="24"/>
        </w:rPr>
        <w:t>θαλάττῃ. φοινικοῖ γὰρ τὴν χροιὰν ἐκεῖνοι, ἀπὸ τῶν παρακειμένων πετρῶν, πορφυρῶν οὐσῶν. Φενίνδα. ἡ παιδιὰ διὰ σφαίρας, ὅταν αὐτὴν εἷς ἑνὶ δείξας, εἶτα λάθρα ῥίψῃ, καὶ ἐστὶ φαινακίνδα, καὶ συγκοπῇ φαινίνδα. ἀπὸ τοῦ φενακίζειν, ὅ ἐστι ἀπα‐</w:t>
      </w:r>
    </w:p>
    <w:p>
      <w:r>
        <w:rPr>
          <w:rFonts w:ascii="Courier New" w:hAnsi="Courier New"/>
          <w:color w:val="555555"/>
          <w:sz w:val="20"/>
        </w:rPr>
        <w:t>[15]</w:t>
      </w:r>
    </w:p>
    <w:p>
      <w:r>
        <w:rPr>
          <w:rFonts w:ascii="Gentium Plus" w:hAnsi="Gentium Plus"/>
          <w:sz w:val="24"/>
        </w:rPr>
        <w:t>τᾶν. οὕτω Βησαντῖνος. Φώρ. ὁ λῃστής. παρὰ τὸ φέρω φὲρ ἐστὶ καὶ φὼρ, μεταθέσει τοῦ ε εἰς ω, ὁ τὰ ἀλλότρια φέρων. Φοῖνιξ. παρώνυμον. παρὰ τὸ φονὸν, δηλοῦν τὸ πυ‐ ρόν. φοινὸς, φοῖνιξ.</w:t>
      </w:r>
    </w:p>
    <w:p>
      <w:r>
        <w:rPr>
          <w:rFonts w:ascii="Courier New" w:hAnsi="Courier New"/>
          <w:color w:val="555555"/>
          <w:sz w:val="20"/>
        </w:rPr>
        <w:t>[20]</w:t>
      </w:r>
    </w:p>
    <w:p>
      <w:r>
        <w:rPr>
          <w:rFonts w:ascii="Gentium Plus" w:hAnsi="Gentium Plus"/>
          <w:sz w:val="24"/>
        </w:rPr>
        <w:t>Φάρυγξ. ὁμοίως παρὰ τὸ φέρω. δι’ ἧς φέρεται τὸ πνεῦ‐ μα, καὶ ἐστὶ παρώνυμον φέρω φόρος καὶ φάρος, καὶ παρωνύμως φάρυγξ. Φρίκη καὶ φρίξ. παρὰ τὸ φρίσσω, οὗ μέλλων φρίξω, ἀφ’ οὗ φρίκη, καὶ τοῦ φρίξω ἀποβολῇ τοῦ ω, φρίξ.</w:t>
      </w:r>
    </w:p>
    <w:p>
      <w:r>
        <w:rPr>
          <w:rFonts w:ascii="Courier New" w:hAnsi="Courier New"/>
          <w:color w:val="555555"/>
          <w:sz w:val="20"/>
        </w:rPr>
        <w:t>[25]</w:t>
      </w:r>
    </w:p>
    <w:p>
      <w:r>
        <w:rPr>
          <w:rFonts w:ascii="Gentium Plus" w:hAnsi="Gentium Plus"/>
          <w:sz w:val="24"/>
        </w:rPr>
        <w:t>ὡς ἁρπάζω ἁρπάζω, ἅρπαξ.</w:t>
      </w:r>
    </w:p>
    <w:p>
      <w:r>
        <w:rPr>
          <w:rFonts w:ascii="Courier New" w:hAnsi="Courier New"/>
          <w:color w:val="555555"/>
          <w:sz w:val="20"/>
        </w:rPr>
        <w:t>[phi 162]</w:t>
      </w:r>
    </w:p>
    <w:p>
      <w:r>
        <w:rPr>
          <w:rFonts w:ascii="Gentium Plus" w:hAnsi="Gentium Plus"/>
          <w:sz w:val="24"/>
        </w:rPr>
        <w:t>Φορμός. ἀπὸ τοῦ φέρω. Φρόνιμος. φρῶ ἐστὶ ῥῆμα, ἀφ’ οὗ ὄνομα φρὼν, οὗ πα‐ ράγωγον φρονέω, φραίνω καὶ εὐφραίνω. ἀπὸ δὲ τοῦ φρῶ ἡ φρήν. παρὰ τὸ ἴω καὶ προΐω, συναλοιφῇ φρῶ.</w:t>
      </w:r>
    </w:p>
    <w:p>
      <w:r>
        <w:rPr>
          <w:rFonts w:ascii="Courier New" w:hAnsi="Courier New"/>
          <w:color w:val="555555"/>
          <w:sz w:val="20"/>
        </w:rPr>
        <w:t>[5]</w:t>
      </w:r>
    </w:p>
    <w:p>
      <w:r>
        <w:rPr>
          <w:rFonts w:ascii="Gentium Plus" w:hAnsi="Gentium Plus"/>
          <w:sz w:val="24"/>
        </w:rPr>
        <w:t>καὶ φρὴν, ἐφ’ ἧς προΐεται τὰ βουλεύματα, καὶ αἱ γνῶμαι. ὁ οὖν φρὼν ὄνομα, γενικὴ ἔχει φρονὸς, οὗ παράγωγον φρόνιμος. Φλέω. ἐστὶ ῥῆμα, ὅπερ καὶ φλύω εἴρηται, ὡς ῥέω ῥύω, ξέω ξύω. παρὰ τὸ φλέω ἐστὶ τὸ φλύω.</w:t>
      </w:r>
    </w:p>
    <w:p>
      <w:r>
        <w:rPr>
          <w:rFonts w:ascii="Courier New" w:hAnsi="Courier New"/>
          <w:color w:val="555555"/>
          <w:sz w:val="20"/>
        </w:rPr>
        <w:t>[10]</w:t>
      </w:r>
    </w:p>
    <w:p>
      <w:r>
        <w:rPr>
          <w:rFonts w:ascii="Gentium Plus" w:hAnsi="Gentium Plus"/>
          <w:sz w:val="24"/>
        </w:rPr>
        <w:t>Φόρτος. παρὰ τὸ φέρω, τροπῇ. τοῦ ε εἰς ο, φέρτος καὶ φόρτος. Φθέγγεσθαι. πλεονασμῷ τοῦ θ. φέγγεσθαι γὰρ ἐστὶ παρὰ τὸ φέγγος, ὅ ἐστι τὸ φῶς. εἴρηται οὖν παρὰ τὸ εἰς φῶς ἄγειν τὰ τοῦ νοῦ κινήματα.</w:t>
      </w:r>
    </w:p>
    <w:p>
      <w:r>
        <w:rPr>
          <w:rFonts w:ascii="Courier New" w:hAnsi="Courier New"/>
          <w:color w:val="555555"/>
          <w:sz w:val="20"/>
        </w:rPr>
        <w:t>[15]</w:t>
      </w:r>
    </w:p>
    <w:p>
      <w:r>
        <w:rPr>
          <w:rFonts w:ascii="Gentium Plus" w:hAnsi="Gentium Plus"/>
          <w:sz w:val="24"/>
        </w:rPr>
        <w:t>Φωριαμός. ἡ κιβωτός. παρὰ τὰ φάρη. ἡ τῶν φαρῶν δεκτική. Φάτνη. παρὰ τὸ φάγω φάγνη, καὶ τροπῇ τοῦ γ εἰς τ, φάτνη. οὕτως Ἡρωδιανὸς ἐν τῷ Συμποσίῳ. δύναται</w:t>
      </w:r>
    </w:p>
    <w:p>
      <w:r>
        <w:rPr>
          <w:rFonts w:ascii="Courier New" w:hAnsi="Courier New"/>
          <w:color w:val="555555"/>
          <w:sz w:val="20"/>
        </w:rPr>
        <w:t>[20]</w:t>
      </w:r>
    </w:p>
    <w:p>
      <w:r>
        <w:rPr>
          <w:rFonts w:ascii="Gentium Plus" w:hAnsi="Gentium Plus"/>
          <w:sz w:val="24"/>
        </w:rPr>
        <w:t>δὲ καὶ παρὰ τὸ πατῶ τὸ ἐσθίω. ὅτι δὲ πατῶ ἐπὶ τοῦ ἐσθίω κεῖται, τίθησι τοῦτο καὶ Καλλίμαχος λέγων· ὁ δὴ μήκωνα πατεῖται. πάτνη οὖν, καὶ τροπῇ τοῦ π εἰς φ, φάτνη. Φοινός. παρὰ τὸ φόνον. φονὸς ἐστὶ ὀξυτόνως, καὶ</w:t>
      </w:r>
    </w:p>
    <w:p>
      <w:r>
        <w:rPr>
          <w:rFonts w:ascii="Courier New" w:hAnsi="Courier New"/>
          <w:color w:val="555555"/>
          <w:sz w:val="20"/>
        </w:rPr>
        <w:t>[25]</w:t>
      </w:r>
    </w:p>
    <w:p>
      <w:r>
        <w:rPr>
          <w:rFonts w:ascii="Gentium Plus" w:hAnsi="Gentium Plus"/>
          <w:sz w:val="24"/>
        </w:rPr>
        <w:t>πλεονασμῷ τοῦ ι, φοινός.</w:t>
      </w:r>
    </w:p>
    <w:p>
      <w:pPr>
        <w:jc w:val="center"/>
      </w:pPr>
      <w:r>
        <w:rPr>
          <w:rFonts w:ascii="Gentium Plus" w:hAnsi="Gentium Plus"/>
          <w:b/>
          <w:sz w:val="24"/>
        </w:rPr>
        <w:t>ΑΡΧΗ ΤΟΥ Χ.</w:t>
      </w:r>
    </w:p>
    <w:p>
      <w:r>
        <w:rPr>
          <w:rFonts w:ascii="Courier New" w:hAnsi="Courier New"/>
          <w:color w:val="555555"/>
          <w:sz w:val="20"/>
        </w:rPr>
        <w:t>[1]</w:t>
      </w:r>
    </w:p>
    <w:p>
      <w:r>
        <w:rPr>
          <w:rFonts w:ascii="Gentium Plus" w:hAnsi="Gentium Plus"/>
          <w:sz w:val="24"/>
        </w:rPr>
        <w:t>Χόρτος. αὐλῆς ἐν χόρτῳ. τὸ χωρίον. οὐ μόνον τὸ ἄθροισμα δηλοῖ. δύναται οὖν ὁ χορὸς πλεονασμῷ τοῦ τ, χόρτος. τὸ χώρημα δύναται, καὶ ὁ χῶρος κατὰ συστολὴν, καὶ πλεονασμὸν τοῦ τ, χόρτος. λείηναν δὲ</w:t>
      </w:r>
    </w:p>
    <w:p>
      <w:r>
        <w:rPr>
          <w:rFonts w:ascii="Courier New" w:hAnsi="Courier New"/>
          <w:color w:val="555555"/>
          <w:sz w:val="20"/>
        </w:rPr>
        <w:t>[5]</w:t>
      </w:r>
    </w:p>
    <w:p>
      <w:r>
        <w:rPr>
          <w:rFonts w:ascii="Gentium Plus" w:hAnsi="Gentium Plus"/>
          <w:sz w:val="24"/>
        </w:rPr>
        <w:t>χορόν. τὸν τόπον, καὶ τὸ χώρημα. Χείρων. κυρίως ὁ κατὰ χειρὸς ἥττων. Χείρων. ὁ Κένταυρος. ἀπὸ τῆς διὰ χειρῶν θεραπείας τῆς ἐν ταῖς χειρουργίαις, καὶ ῥιζοτομίαις. Χαράδραι. παρὰ τὰς ῥήξεις τὰς ἀπὸ τῶν φερομένων</w:t>
      </w:r>
    </w:p>
    <w:p>
      <w:r>
        <w:rPr>
          <w:rFonts w:ascii="Courier New" w:hAnsi="Courier New"/>
          <w:color w:val="555555"/>
          <w:sz w:val="20"/>
        </w:rPr>
        <w:t>[10]</w:t>
      </w:r>
    </w:p>
    <w:p>
      <w:r>
        <w:rPr>
          <w:rFonts w:ascii="Gentium Plus" w:hAnsi="Gentium Plus"/>
          <w:sz w:val="24"/>
        </w:rPr>
        <w:t>ὑδάτων, ἢ δι’ ὧν χωρεῖ τὸ τῶν ὄμβρων ὕδωρ.</w:t>
      </w:r>
    </w:p>
    <w:p>
      <w:r>
        <w:rPr>
          <w:rFonts w:ascii="Courier New" w:hAnsi="Courier New"/>
          <w:color w:val="555555"/>
          <w:sz w:val="20"/>
        </w:rPr>
        <w:t>[chi 162]</w:t>
      </w:r>
    </w:p>
    <w:p>
      <w:r>
        <w:rPr>
          <w:rFonts w:ascii="Gentium Plus" w:hAnsi="Gentium Plus"/>
          <w:sz w:val="24"/>
        </w:rPr>
        <w:t>Χάρμη. ἡ μάχη, κατ’ εὐφημισμόν. Χώσασθαι. παρὰ τὸ κεχύσθαι τὴν ψυχήν. Χέρειες καὶ χείρονες. οἱ διὰ τῶν χειρῶν πορίζοντες, ὡς καὶ οἱ χερνῆται.</w:t>
      </w:r>
    </w:p>
    <w:p>
      <w:r>
        <w:rPr>
          <w:rFonts w:ascii="Courier New" w:hAnsi="Courier New"/>
          <w:color w:val="555555"/>
          <w:sz w:val="20"/>
        </w:rPr>
        <w:t>[5]</w:t>
      </w:r>
    </w:p>
    <w:p>
      <w:r>
        <w:rPr>
          <w:rFonts w:ascii="Gentium Plus" w:hAnsi="Gentium Plus"/>
          <w:sz w:val="24"/>
        </w:rPr>
        <w:t>Χαλίφρων. κυρίως ὁ μέθῃ ἀφραίνων. χάλις γὰρ ὁ ἄκρατος. παρὰ τὸ χαλᾶν καὶ ἀνιέναι ἀραρυίας τὰς φρένας. Χαῦνος. παρὰ τὸ χαίνω, χανὸς καὶ χαῦνος, ὡς φαίνω φανός.</w:t>
      </w:r>
    </w:p>
    <w:p>
      <w:r>
        <w:rPr>
          <w:rFonts w:ascii="Courier New" w:hAnsi="Courier New"/>
          <w:color w:val="555555"/>
          <w:sz w:val="20"/>
        </w:rPr>
        <w:t>[10]</w:t>
      </w:r>
    </w:p>
    <w:p>
      <w:r>
        <w:rPr>
          <w:rFonts w:ascii="Gentium Plus" w:hAnsi="Gentium Plus"/>
          <w:sz w:val="24"/>
        </w:rPr>
        <w:t>Χθές. ἀποβολῇ τοῦ ε. ἡ γὰρ ἐχθέσασα ἡμέρα καὶ</w:t>
      </w:r>
    </w:p>
    <w:p>
      <w:r>
        <w:rPr>
          <w:rFonts w:ascii="Courier New" w:hAnsi="Courier New"/>
          <w:color w:val="555555"/>
          <w:sz w:val="20"/>
        </w:rPr>
        <w:t>[chi 163]</w:t>
      </w:r>
    </w:p>
    <w:p>
      <w:r>
        <w:rPr>
          <w:rFonts w:ascii="Gentium Plus" w:hAnsi="Gentium Plus"/>
          <w:sz w:val="24"/>
        </w:rPr>
        <w:t>Χείρ. ἀφαίρεσις τοῦ ε, παρὰ τὸ ἔχειν, ἐχεὶρ καὶ χείρ. Χυλός. παρὰ τὴν χύσιν. διαφέρει δὲ χυλὸς καὶ χυμὸς, καὶ ἄμφω μὲν ὑγρά. ἀλλὰ τὸ μὲν ἐν πέψει καὶ ἐν</w:t>
      </w:r>
    </w:p>
    <w:p>
      <w:r>
        <w:rPr>
          <w:rFonts w:ascii="Courier New" w:hAnsi="Courier New"/>
          <w:color w:val="555555"/>
          <w:sz w:val="20"/>
        </w:rPr>
        <w:t>[5]</w:t>
      </w:r>
    </w:p>
    <w:p>
      <w:r>
        <w:rPr>
          <w:rFonts w:ascii="Gentium Plus" w:hAnsi="Gentium Plus"/>
          <w:sz w:val="24"/>
        </w:rPr>
        <w:t>αἰσθήσει γεγονός, χυμός. ἐστὶ γὰρ χυμὸς γλυκὺς καὶ πικρός. τὸ ἄπεπτον καὶ ἀνέψητον, πεφθῆναι δὲ δυνάμενον· ὡς τὴν ἐν πόαις καὶ ὀπώραις ὑγρὰν οὐ‐ σίαν. χυλὸς καὶ τοῦ βίου μαρτυροῦντος. τὸ μὲν γὰρ καλῶς ἑφθὸν σύγχυμον καλεῖται, τὸ δὲ ἀνέψητον,</w:t>
      </w:r>
    </w:p>
    <w:p>
      <w:r>
        <w:rPr>
          <w:rFonts w:ascii="Courier New" w:hAnsi="Courier New"/>
          <w:color w:val="555555"/>
          <w:sz w:val="20"/>
        </w:rPr>
        <w:t>[10]</w:t>
      </w:r>
    </w:p>
    <w:p>
      <w:r>
        <w:rPr>
          <w:rFonts w:ascii="Gentium Plus" w:hAnsi="Gentium Plus"/>
          <w:sz w:val="24"/>
        </w:rPr>
        <w:t>ἀσύγχυμον. Χιτών. παρὰ τὸ κεχύσθαι τῷ σώματι. Χορδή. τὸ ἔντερον, διὰ τὸ χωρεῖν δι’ αὐτοῦ τὴν ἐδωδήν. ὁμονύμως δὲ λέγεται ἡ νευρὰ τῶν ὀργάνων χορδὴ, διὰ τὸ ἐκ τῶν ὀργάνων γίνεσθαι.</w:t>
      </w:r>
    </w:p>
    <w:p>
      <w:r>
        <w:rPr>
          <w:rFonts w:ascii="Courier New" w:hAnsi="Courier New"/>
          <w:color w:val="555555"/>
          <w:sz w:val="20"/>
        </w:rPr>
        <w:t>[15]</w:t>
      </w:r>
    </w:p>
    <w:p>
      <w:r>
        <w:rPr>
          <w:rFonts w:ascii="Gentium Plus" w:hAnsi="Gentium Plus"/>
          <w:sz w:val="24"/>
        </w:rPr>
        <w:t>Χαλινά. τὰ ὑποκάτω τῶν γνάθων, οἷον χαιλινά τινα ὄντα, ὅτι χαίνονται δι’ αὐτῶν, ἡ ἔκθεσις γίνεται. Σωρανὸς οὕτως. Χείλη. τὰ θυροῦντα τὸ στόμα, καὶ οἷον ἐχίλη, τὰ καλύπτοντα καὶ συνέχοντα τοὺς ὀδόντας· ἢ ἀπὸ τοῦ δι’</w:t>
      </w:r>
    </w:p>
    <w:p>
      <w:r>
        <w:rPr>
          <w:rFonts w:ascii="Courier New" w:hAnsi="Courier New"/>
          <w:color w:val="555555"/>
          <w:sz w:val="20"/>
        </w:rPr>
        <w:t>[20]</w:t>
      </w:r>
    </w:p>
    <w:p>
      <w:r>
        <w:rPr>
          <w:rFonts w:ascii="Gentium Plus" w:hAnsi="Gentium Plus"/>
          <w:sz w:val="24"/>
        </w:rPr>
        <w:t>αὐτῶν τὸν χιλὸν, τουτέστι τὴν τροφὴν λαμβάνειν· ἢ ἀπὸ τοῦ αὐτὰ κεχύσθαι καὶ μαλακὰ. ἢ παρὰ τὸ ἕλκειν τὸ κεχυμένον ποτόν. Χεῖρες. ἀπὸ τῆς χρήσεως, ὡσανεὶ χρήσιες οὖσαι, ἢ χρεῖαι. οὐδεμία γὰρ τέχνη προκόπτει δίχα χειρῶν.</w:t>
      </w:r>
    </w:p>
    <w:p>
      <w:r>
        <w:rPr>
          <w:rFonts w:ascii="Courier New" w:hAnsi="Courier New"/>
          <w:color w:val="555555"/>
          <w:sz w:val="20"/>
        </w:rPr>
        <w:t>[25]</w:t>
      </w:r>
    </w:p>
    <w:p>
      <w:r>
        <w:rPr>
          <w:rFonts w:ascii="Gentium Plus" w:hAnsi="Gentium Plus"/>
          <w:sz w:val="24"/>
        </w:rPr>
        <w:t>Ὀρφεύς· χειρῶν ὀλλυμένων ἐῤῥὲν πολυεργὸς Ἀθήνη. ἢ χειαί τινες εἰσὶν, οἷον χωρητική. ὡς δὲ Ἀπολ‐ λόδωρος, ἀπὸ τοῦ διϊστᾶν τοὺς δακτύλους, καὶ διέχειν. καὶ χηραμὸς, ἡ κεχηνυῖα. Χολάδες. ἀπὸ τῆς χύσεως· ἢ διὰ τὸ κατὰ φύσιν δέχε‐</w:t>
      </w:r>
    </w:p>
    <w:p>
      <w:r>
        <w:rPr>
          <w:rFonts w:ascii="Courier New" w:hAnsi="Courier New"/>
          <w:color w:val="555555"/>
          <w:sz w:val="20"/>
        </w:rPr>
        <w:t>[30]</w:t>
      </w:r>
    </w:p>
    <w:p>
      <w:r>
        <w:rPr>
          <w:rFonts w:ascii="Gentium Plus" w:hAnsi="Gentium Plus"/>
          <w:sz w:val="24"/>
        </w:rPr>
        <w:t>σθαι τὸ χολῶδες ἀπὸ τοῦ ἥπατος. οὕτω Σωρανός. Χορίον. τὸ ἐπὶ τὸ ἔμβρυον, ὡς χορεῖον αὐτοῦ ὂν, τὸ χορηγὸν τῶν διατρεφόντων. Χέδροψ. κατὰ συγκοπήν. χέδροπα γὰρ, τὰ τῇ χειρὶ ἀνασπώμενα. τὰ γὰρ ὄσπρια αἰθερίζεται.</w:t>
      </w:r>
    </w:p>
    <w:p>
      <w:r>
        <w:rPr>
          <w:rFonts w:ascii="Courier New" w:hAnsi="Courier New"/>
          <w:color w:val="555555"/>
          <w:sz w:val="20"/>
        </w:rPr>
        <w:t>[35]</w:t>
      </w:r>
    </w:p>
    <w:p>
      <w:r>
        <w:rPr>
          <w:rFonts w:ascii="Gentium Plus" w:hAnsi="Gentium Plus"/>
          <w:sz w:val="24"/>
        </w:rPr>
        <w:t>Χαμαί. παρὰ τὴν χθόνα. ὅθεν, αὐτὴ δὲ χθα‐</w:t>
      </w:r>
    </w:p>
    <w:p>
      <w:r>
        <w:rPr>
          <w:rFonts w:ascii="Courier New" w:hAnsi="Courier New"/>
          <w:color w:val="555555"/>
          <w:sz w:val="20"/>
        </w:rPr>
        <w:t>[chi 164]</w:t>
      </w:r>
    </w:p>
    <w:p>
      <w:r>
        <w:rPr>
          <w:rFonts w:ascii="Gentium Plus" w:hAnsi="Gentium Plus"/>
          <w:sz w:val="24"/>
        </w:rPr>
        <w:t>ἐστὶ, τὸ χωρῶ. χαμαλὴ οὖν ἐστὶ, καὶ τὸ χαμαὶ οὖν ἐντεῦθεν. Χρῆμα. κυρίως τὸ διὰ χειρὸς ἔργον, οἷον χέρημα. Χωλός. τροπῇ τοῦ κ εἰς χ. κολοὺς γὰρ ἐκάλουν τοὺς</w:t>
      </w:r>
    </w:p>
    <w:p>
      <w:r>
        <w:rPr>
          <w:rFonts w:ascii="Courier New" w:hAnsi="Courier New"/>
          <w:color w:val="555555"/>
          <w:sz w:val="20"/>
        </w:rPr>
        <w:t>[5]</w:t>
      </w:r>
    </w:p>
    <w:p>
      <w:r>
        <w:rPr>
          <w:rFonts w:ascii="Gentium Plus" w:hAnsi="Gentium Plus"/>
          <w:sz w:val="24"/>
        </w:rPr>
        <w:t>ἀποβεβληκότας τὰ κέρατα. κολὸς οὖν καὶ χολὸς, ὃς τὸ κῶλον βέβλαπται. Χαίρειν. ὅτε λέγει τὶς, χαίρειν σοι λέγω· ἤτοι κατὰ εὐφημισμὸν, ἀντὶ τοῦ πόῤῥωθέν σε ἀσπάζομαι, οἷον οὐ προσποιοῦμαι ὅτι πάρει.</w:t>
      </w:r>
    </w:p>
    <w:p>
      <w:r>
        <w:rPr>
          <w:rFonts w:ascii="Courier New" w:hAnsi="Courier New"/>
          <w:color w:val="555555"/>
          <w:sz w:val="20"/>
        </w:rPr>
        <w:t>[10]</w:t>
      </w:r>
    </w:p>
    <w:p>
      <w:r>
        <w:rPr>
          <w:rFonts w:ascii="Gentium Plus" w:hAnsi="Gentium Plus"/>
          <w:sz w:val="24"/>
        </w:rPr>
        <w:t>Χάλαζα. παρὰ τὸ χαλᾶσθαι ἄνωθεν. Χθών. ἤτοι παρὰ τὸ ἡ κεχυμένη γῆ. Χώρα. ἡ κεχυμένη γῆ· ἡ παρὰ τὸ χῶ τὸ χωρῶ. Χελώνη. κατὰ στέρησιν τοῦ κέλλειν, ὅ ἐστι κινεῖσθαι. τὸ γὰρ ν στερητικόν. νωθὲς δὲ τὸ ζῶον.</w:t>
      </w:r>
    </w:p>
    <w:p>
      <w:r>
        <w:rPr>
          <w:rFonts w:ascii="Courier New" w:hAnsi="Courier New"/>
          <w:color w:val="555555"/>
          <w:sz w:val="20"/>
        </w:rPr>
        <w:t>[15]</w:t>
      </w:r>
    </w:p>
    <w:p>
      <w:r>
        <w:rPr>
          <w:rFonts w:ascii="Gentium Plus" w:hAnsi="Gentium Plus"/>
          <w:sz w:val="24"/>
        </w:rPr>
        <w:t>Χώνη. χοάνη τις ἐστὶ, δι’ ἧς χεῖται τὰ ὑγρά. Χοῖνιξ. παρὰ τὴν χώρησιν. Χεῦμα. παρὰ τὸ ἐκχεῖσθαι. Χρέος. παρὰ τὸ χρέω, τὸ δηλοῦν τὸ ἐνδεῖν. οὕτως Ἀπολλώνιος ἐν τῷ περὶ Ἐπιῤῥημάτων.</w:t>
      </w:r>
    </w:p>
    <w:p>
      <w:r>
        <w:rPr>
          <w:rFonts w:ascii="Courier New" w:hAnsi="Courier New"/>
          <w:color w:val="555555"/>
          <w:sz w:val="20"/>
        </w:rPr>
        <w:t>[20]</w:t>
      </w:r>
    </w:p>
    <w:p>
      <w:r>
        <w:rPr>
          <w:rFonts w:ascii="Gentium Plus" w:hAnsi="Gentium Plus"/>
          <w:sz w:val="24"/>
        </w:rPr>
        <w:t>Χαίρω. παρὰ τὸ χέω, οὗ συναλοιφὴ χῶ, καὶ παράγω‐ γον χαίρω. τὸ διακεχυμένην καὶ ἡδομένην ἔχειν τὴν ψυχήν. Χάσμα. παρὰ τὸ χῶ, οὗ παράγωγον χάζω, ὁ μέλλων χάσω, κέχασμαι, χάσμα.</w:t>
      </w:r>
    </w:p>
    <w:p>
      <w:r>
        <w:rPr>
          <w:rFonts w:ascii="Courier New" w:hAnsi="Courier New"/>
          <w:color w:val="555555"/>
          <w:sz w:val="20"/>
        </w:rPr>
        <w:t>[25]</w:t>
      </w:r>
    </w:p>
    <w:p>
      <w:r>
        <w:rPr>
          <w:rFonts w:ascii="Gentium Plus" w:hAnsi="Gentium Plus"/>
          <w:sz w:val="24"/>
        </w:rPr>
        <w:t>Χαός. χῶ, χείω, χαός· ὡς δαίω τὸ καίω, δαός, ἡ λαμπάς. δηλοῖ δὲ τὸ χαὸς τὸ μέγα καὶ ἀπέραντον χώρημα. Χηλός. τὸ κιβώτιον. χῶ, χήσω, χηλὸς, ὡς παρὰ τὸ βῶ βήσω βηλός. χηλὸς δὲ, ἡ χωροῦσα ἕκαστον τῶν</w:t>
      </w:r>
    </w:p>
    <w:p>
      <w:r>
        <w:rPr>
          <w:rFonts w:ascii="Courier New" w:hAnsi="Courier New"/>
          <w:color w:val="555555"/>
          <w:sz w:val="20"/>
        </w:rPr>
        <w:t>[30]</w:t>
      </w:r>
    </w:p>
    <w:p>
      <w:r>
        <w:rPr>
          <w:rFonts w:ascii="Gentium Plus" w:hAnsi="Gentium Plus"/>
          <w:sz w:val="24"/>
        </w:rPr>
        <w:t>ἐντιθεμένων. Χηραμός. ὁμοίως παρὰ τὸ χῶ τὸ χωρῶ. χῶ χήσω, χῆρος ὁ ἔρεμος, ὁ χωρεῖν δυνάμενος διὰ τὸ κενὸν εἶναι. χῆρος οὖν, καὶ παρώνυμον χηραμός. Χεὰ καὶ Χειά. ὁ φωλεός. παρὰ τὸ χέω, οὗ μέλλων</w:t>
      </w:r>
    </w:p>
    <w:p>
      <w:r>
        <w:rPr>
          <w:rFonts w:ascii="Courier New" w:hAnsi="Courier New"/>
          <w:color w:val="555555"/>
          <w:sz w:val="20"/>
        </w:rPr>
        <w:t>[35]</w:t>
      </w:r>
    </w:p>
    <w:p>
      <w:r>
        <w:rPr>
          <w:rFonts w:ascii="Gentium Plus" w:hAnsi="Gentium Plus"/>
          <w:sz w:val="24"/>
        </w:rPr>
        <w:t>μετὰ περισσοῦ τοῦ ι, χείσω. δηλοῖ δὲ τὸν χωρεῖν δυ‐</w:t>
      </w:r>
    </w:p>
    <w:p>
      <w:r>
        <w:rPr>
          <w:rFonts w:ascii="Courier New" w:hAnsi="Courier New"/>
          <w:color w:val="555555"/>
          <w:sz w:val="20"/>
        </w:rPr>
        <w:t>[chi 165]</w:t>
      </w:r>
    </w:p>
    <w:p>
      <w:r>
        <w:rPr>
          <w:rFonts w:ascii="Gentium Plus" w:hAnsi="Gentium Plus"/>
          <w:sz w:val="24"/>
        </w:rPr>
        <w:t>ὡς ἀμφοτέρους ὅδε χείσεται. καὶ μετὰ περισσοῦ τοῦ ο. Καλλίμαχος· οἱ δ’ ὥστε ἐξ ὀχεῆς σοφί‐ σαι ὅλως αὐχένα ἀναύχην. Χῶρος. παρὰ τὸ χῶ τὸ χωρῶ. Φιλόξενος οὕτως.</w:t>
      </w:r>
    </w:p>
    <w:p>
      <w:r>
        <w:rPr>
          <w:rFonts w:ascii="Courier New" w:hAnsi="Courier New"/>
          <w:color w:val="555555"/>
          <w:sz w:val="20"/>
        </w:rPr>
        <w:t>[5]</w:t>
      </w:r>
    </w:p>
    <w:p>
      <w:r>
        <w:rPr>
          <w:rFonts w:ascii="Gentium Plus" w:hAnsi="Gentium Plus"/>
          <w:sz w:val="24"/>
        </w:rPr>
        <w:t>Χορός. παρὰ τὸ χῶ τὸ χωρεῖν. ἐπὶ τοῦ τόπου. Ὅμη‐ ρος· λείηναν δὲ χορόν. καὶ μετωνυμικῶς ἐπὶ τῶν συνελθόντων εἴρηται χορὸς, ἀπὸ τοῦ περιέχοντος τὸ περιεχόμενον. Χάρτης. περὶ τὸ χῶ, οὗ μέλλων χήσω. ὥσπερ τὸ</w:t>
      </w:r>
    </w:p>
    <w:p>
      <w:r>
        <w:rPr>
          <w:rFonts w:ascii="Courier New" w:hAnsi="Courier New"/>
          <w:color w:val="555555"/>
          <w:sz w:val="20"/>
        </w:rPr>
        <w:t>[10]</w:t>
      </w:r>
    </w:p>
    <w:p>
      <w:r>
        <w:rPr>
          <w:rFonts w:ascii="Gentium Plus" w:hAnsi="Gentium Plus"/>
          <w:sz w:val="24"/>
        </w:rPr>
        <w:t>χῶ διαχέομαι παράγωγον ποιεῖ καὶ τὸ χαίρω· οὕτω καὶ τὸ χῶ ἐπὶ τοῦ χωρῶ παράγωγον ποιεῖ τὸ χωρῶ οὐκεὶ τοῦ σημαινομένου τοῦ χωρεῖν. παρὰ δὲ αὐτὸ τὸ χαίρω χάρτης, χωρητικὴ οὖσα τῶν ἐγγραφομένων. Φιλόξενος ἐν τῷ περὶ μονοσυλλάβων ῥημάτων.</w:t>
      </w:r>
    </w:p>
    <w:p>
      <w:r>
        <w:rPr>
          <w:rFonts w:ascii="Courier New" w:hAnsi="Courier New"/>
          <w:color w:val="555555"/>
          <w:sz w:val="20"/>
        </w:rPr>
        <w:t>[15]</w:t>
      </w:r>
    </w:p>
    <w:p>
      <w:r>
        <w:rPr>
          <w:rFonts w:ascii="Gentium Plus" w:hAnsi="Gentium Plus"/>
          <w:sz w:val="24"/>
        </w:rPr>
        <w:t>Χάρων. παρὰ τὸν χήσω μέλλοντα, δηλοῦντα τὸ χωρῶ. οὕτω Φιλόξενος. Χῆτος. οὕτως οὐδετέρως τὸ δηλοῦν τὴν ἔνδειαν. ὁμοίως παρὰ τὸ χήσω μέλλοντα. παρὰ δὲ τὸ χῆτος, χρῆμα χητίζω, καὶ χατίζω, ὡς θέρος θερίζω, ἀγαθὸς</w:t>
      </w:r>
    </w:p>
    <w:p>
      <w:r>
        <w:rPr>
          <w:rFonts w:ascii="Courier New" w:hAnsi="Courier New"/>
          <w:color w:val="555555"/>
          <w:sz w:val="20"/>
        </w:rPr>
        <w:t>[20]</w:t>
      </w:r>
    </w:p>
    <w:p>
      <w:r>
        <w:rPr>
          <w:rFonts w:ascii="Gentium Plus" w:hAnsi="Gentium Plus"/>
          <w:sz w:val="24"/>
        </w:rPr>
        <w:t>ἀγαθίζω, ἐξανθίζω. Φιλόξενος. Χορτάσαι. παρὰ τὸν χόρτον τὸν παραβαλλόμενον τοῖς ὑποζυγίοις. ἢ ὅτι πρὸ τῆς εὑρέσεως τῶν ἡμέρων τροφῶν χόρτοις ἐκέχρηντο. Χείμεθλα. παρὰ τὸ χέω καὶ χεῖμα. ἐν γὰρ τοῖς χει‐</w:t>
      </w:r>
    </w:p>
    <w:p>
      <w:r>
        <w:rPr>
          <w:rFonts w:ascii="Courier New" w:hAnsi="Courier New"/>
          <w:color w:val="555555"/>
          <w:sz w:val="20"/>
        </w:rPr>
        <w:t>[25]</w:t>
      </w:r>
    </w:p>
    <w:p>
      <w:r>
        <w:rPr>
          <w:rFonts w:ascii="Gentium Plus" w:hAnsi="Gentium Plus"/>
          <w:sz w:val="24"/>
        </w:rPr>
        <w:t>μῶσι τοῦτο συμβαίνει. Χωρίς. παρὰ τὸ χωρίσω ῥῆμα, ἀποβολῇ τοῦ ω τὸ ἐπίῤ‐ ῥημα ἐγίνετο.</w:t>
      </w:r>
    </w:p>
    <w:p>
      <w:r>
        <w:rPr>
          <w:rFonts w:ascii="Courier New" w:hAnsi="Courier New"/>
          <w:color w:val="555555"/>
          <w:sz w:val="20"/>
        </w:rPr>
        <w:t>[chi 166]</w:t>
      </w:r>
    </w:p>
    <w:p>
      <w:r>
        <w:rPr>
          <w:rFonts w:ascii="Gentium Plus" w:hAnsi="Gentium Plus"/>
          <w:sz w:val="24"/>
        </w:rPr>
        <w:t>ρος χηρῶ. χηρωσταὶ δὲ οἱ τοῦ χήρου καὶ ἐρήμου συγ‐ γενῶν οἴκοι κληρονόμοι. Χαλεπαίνω. παρὰ τὸ χαλέπτω ῥῆμα, ἀφ’ οὗ παράγω‐ γον χαλεπαίνω.</w:t>
      </w:r>
    </w:p>
    <w:p>
      <w:r>
        <w:rPr>
          <w:rFonts w:ascii="Courier New" w:hAnsi="Courier New"/>
          <w:color w:val="555555"/>
          <w:sz w:val="20"/>
        </w:rPr>
        <w:t>[5]</w:t>
      </w:r>
    </w:p>
    <w:p>
      <w:r>
        <w:rPr>
          <w:rFonts w:ascii="Gentium Plus" w:hAnsi="Gentium Plus"/>
          <w:sz w:val="24"/>
        </w:rPr>
        <w:t>Χερείων. συγκριτικὸν τοῦ χέρειος. ὅπερ παρῆκται ἀπὸ τῆς χειρὸς, ὅθεν χερειότερος. παρὰ τὸ χέρειος συγκρι‐ τικὸς εἰς ω χερείων, ὡς πλεῖος πλείων. πλεῖος δόμος. καὶ μεῖος μείων, ῥᾷος ῥᾴων. τοῦ δὲ χερείονος δοτικὴ χερείονι, συγκοπῇ χέρειϊ, ὅπερ διὰ τὴν κακοφωνίαν</w:t>
      </w:r>
    </w:p>
    <w:p>
      <w:r>
        <w:rPr>
          <w:rFonts w:ascii="Courier New" w:hAnsi="Courier New"/>
          <w:color w:val="555555"/>
          <w:sz w:val="20"/>
        </w:rPr>
        <w:t>[10]</w:t>
      </w:r>
    </w:p>
    <w:p>
      <w:r>
        <w:rPr>
          <w:rFonts w:ascii="Gentium Plus" w:hAnsi="Gentium Plus"/>
          <w:sz w:val="24"/>
        </w:rPr>
        <w:t>χέρηϊ φησί. χέρειος εἴρηται ὁ διὰ χειρῶν ἥσσων, αἷς ὁ ἄνθρωπος τῶν ἄλλων ζώων διαφέρει τεχνάσα‐ σθαι δυνάμενος. ὅτε δὲ οὐκ ἦν κακοφωνία, ἐτέρησε τὴν ει δίφθογγον· γείνατο ἰοχέρεια μάχη. Χαράδρα. παρὰ τὸ χαράσσω, ὡς ἕξω ἕδρα. τὰ γὰρ</w:t>
      </w:r>
    </w:p>
    <w:p>
      <w:r>
        <w:rPr>
          <w:rFonts w:ascii="Courier New" w:hAnsi="Courier New"/>
          <w:color w:val="555555"/>
          <w:sz w:val="20"/>
        </w:rPr>
        <w:t>[15]</w:t>
      </w:r>
    </w:p>
    <w:p>
      <w:r>
        <w:rPr>
          <w:rFonts w:ascii="Gentium Plus" w:hAnsi="Gentium Plus"/>
          <w:sz w:val="24"/>
        </w:rPr>
        <w:t>δύο σς καὶ τὸ ζ τῆς αὐτῆς συζυγίας ἐστί. Χίμαιρα. ἡ ἐν χειμῶνι τεχθεῖσα, οἷον ἡ ἕνα χειμῶνα ἔχουσα. Χερμάδιον. πλεονασμῷ τοῦ μ, χεράδιον καὶ χερμάδιον,</w:t>
      </w:r>
    </w:p>
    <w:p>
      <w:r>
        <w:rPr>
          <w:rFonts w:ascii="Courier New" w:hAnsi="Courier New"/>
          <w:color w:val="555555"/>
          <w:sz w:val="20"/>
        </w:rPr>
        <w:t>[20]</w:t>
      </w:r>
    </w:p>
    <w:p>
      <w:r>
        <w:rPr>
          <w:rFonts w:ascii="Gentium Plus" w:hAnsi="Gentium Plus"/>
          <w:sz w:val="24"/>
        </w:rPr>
        <w:t>τὸ πληροῦν τὴν χεῖρα. Χλαῖνα. παρὰ τὸ χλιαίνειν, ὅ ἐστι θερμαίνειν. Ἡρω‐ διανὸς ἐν Ἐπιμερισμοῖς. Χρώς. χροῦς ἐστίν. ὅθεν τὸ χρόος· πάντες δ’ ἐν χροῒ πῆχθεν. καὶ μεταβολῇ τῆς ου εἰς ω, χρὼς, ὡς</w:t>
      </w:r>
    </w:p>
    <w:p>
      <w:r>
        <w:rPr>
          <w:rFonts w:ascii="Courier New" w:hAnsi="Courier New"/>
          <w:color w:val="555555"/>
          <w:sz w:val="20"/>
        </w:rPr>
        <w:t>[25]</w:t>
      </w:r>
    </w:p>
    <w:p>
      <w:r>
        <w:rPr>
          <w:rFonts w:ascii="Gentium Plus" w:hAnsi="Gentium Plus"/>
          <w:sz w:val="24"/>
        </w:rPr>
        <w:t>βοῦς βῶς παρὰ Δωριεῦσι. Χηλή. ὑπὸ τῶν διονύχων ζώων· σχηλή τις οὖσα. παρὰ τὸ διεσχίσθαι, ὥσπερ ὁπλὴ, ἀντὶ τοῦ ἁπλῇ.</w:t>
      </w:r>
    </w:p>
    <w:p>
      <w:pPr>
        <w:jc w:val="center"/>
      </w:pPr>
      <w:r>
        <w:rPr>
          <w:rFonts w:ascii="Gentium Plus" w:hAnsi="Gentium Plus"/>
          <w:b/>
          <w:sz w:val="24"/>
        </w:rPr>
        <w:t>ΑΡΧΗ ΤΟΥ Ψ.</w:t>
      </w:r>
    </w:p>
    <w:p>
      <w:r>
        <w:rPr>
          <w:rFonts w:ascii="Courier New" w:hAnsi="Courier New"/>
          <w:color w:val="555555"/>
          <w:sz w:val="20"/>
        </w:rPr>
        <w:t>[1]</w:t>
      </w:r>
    </w:p>
    <w:p>
      <w:r>
        <w:rPr>
          <w:rFonts w:ascii="Gentium Plus" w:hAnsi="Gentium Plus"/>
          <w:sz w:val="24"/>
        </w:rPr>
        <w:t>Ψάμμος. ἡ παραθαλαττία ἄμμος. παρὰ τὸ ψαύεσθαι ὑπὸ θαλάσσης.</w:t>
      </w:r>
    </w:p>
    <w:p>
      <w:r>
        <w:rPr>
          <w:rFonts w:ascii="Courier New" w:hAnsi="Courier New"/>
          <w:color w:val="555555"/>
          <w:sz w:val="20"/>
        </w:rPr>
        <w:t>[psi 166]</w:t>
      </w:r>
    </w:p>
    <w:p>
      <w:r>
        <w:rPr>
          <w:rFonts w:ascii="Gentium Plus" w:hAnsi="Gentium Plus"/>
          <w:sz w:val="24"/>
        </w:rPr>
        <w:t>οὕτως ἐν Ὑπομνήματι τῆς Ἰάδος εὗρον. ὁ δὲ Ἡρω‐ διανὸς ἐν τῷ περὶ Παθῶν φησί· ψακάδες, ψαάδες,</w:t>
      </w:r>
    </w:p>
    <w:p>
      <w:r>
        <w:rPr>
          <w:rFonts w:ascii="Courier New" w:hAnsi="Courier New"/>
          <w:color w:val="555555"/>
          <w:sz w:val="20"/>
        </w:rPr>
        <w:t>[psi 167]</w:t>
      </w:r>
    </w:p>
    <w:p>
      <w:r>
        <w:rPr>
          <w:rFonts w:ascii="Gentium Plus" w:hAnsi="Gentium Plus"/>
          <w:sz w:val="24"/>
        </w:rPr>
        <w:t>λόξενος φησὶν, ὅτι ψῶ, καὶ παράγωγον ψαύω, καὶ ψίω, ἀφ’ οὗ ψιάς. ἡ καταλεπτὸν τοῦ ὕδατος ἔκ‐ δοσις. ὡς λάμπω λαμπὰς, ἰάλλω ἰλλάς· ἰλλάσιν οὐκ ἐθέλοντα βίῃ δήσαντες ἄγουσιν. ψῶ δὲ ῥῆμα,</w:t>
      </w:r>
    </w:p>
    <w:p>
      <w:r>
        <w:rPr>
          <w:rFonts w:ascii="Courier New" w:hAnsi="Courier New"/>
          <w:color w:val="555555"/>
          <w:sz w:val="20"/>
        </w:rPr>
        <w:t>[5]</w:t>
      </w:r>
    </w:p>
    <w:p>
      <w:r>
        <w:rPr>
          <w:rFonts w:ascii="Gentium Plus" w:hAnsi="Gentium Plus"/>
          <w:sz w:val="24"/>
        </w:rPr>
        <w:t>ὅθεν τὸ ψᾶν. οὕτως ἐν τῷ περὶ μονοσυλλάβων ῥημά‐ των Φιλόξενος. Ψύχος. ὅ ἐστι πνεῦμα. Ὅμηρος· ψύχεος ἱμείρων, ἀντὶ τοῦ πνεύματος. ὅθεν ἐκοιμᾶτο ὁ Ἐλπήνωρ ἐν τῷ ὑπερώῳ· καὶ ἐν Ἰλιάδι φησί· ἦκα μάλα ψύξασα,</w:t>
      </w:r>
    </w:p>
    <w:p>
      <w:r>
        <w:rPr>
          <w:rFonts w:ascii="Courier New" w:hAnsi="Courier New"/>
          <w:color w:val="555555"/>
          <w:sz w:val="20"/>
        </w:rPr>
        <w:t>[10]</w:t>
      </w:r>
    </w:p>
    <w:p>
      <w:r>
        <w:rPr>
          <w:rFonts w:ascii="Gentium Plus" w:hAnsi="Gentium Plus"/>
          <w:sz w:val="24"/>
        </w:rPr>
        <w:t>ἀντὶ τοῦ φυσήσασα. πνεῦμα δὲ καὶ ἡ ψυχὴ, τὸ πνεῖν ἡμῖν παρέχουσα. Ψωλίς. παρὰ τὸ ἐμφυσᾶσθαι κατὰ τὴν ὄρεξιν τῶν ἀφροδισίων, καὶ φύσει φυσῶδες ἐστί. οὕτω Σω‐ ρανός.</w:t>
      </w:r>
    </w:p>
    <w:p>
      <w:r>
        <w:rPr>
          <w:rFonts w:ascii="Courier New" w:hAnsi="Courier New"/>
          <w:color w:val="555555"/>
          <w:sz w:val="20"/>
        </w:rPr>
        <w:t>[15]</w:t>
      </w:r>
    </w:p>
    <w:p>
      <w:r>
        <w:rPr>
          <w:rFonts w:ascii="Gentium Plus" w:hAnsi="Gentium Plus"/>
          <w:sz w:val="24"/>
        </w:rPr>
        <w:t>Ψυχρός. ψύχος ψυχρός. οὕτως ἐν τῇ Ὀρθογραφίᾳ Ἡρωδιανός. Ψωμοί. παρὰ τὸ ψήχεσθαι ὑπὸ τῶν ὀδόντων καὶ τρί‐ βεσθαι, καὶ τὰ ψιχία ὁμοίως. ὁ δὲ Ἡρωδιανὸς ἐν</w:t>
      </w:r>
    </w:p>
    <w:p>
      <w:r>
        <w:rPr>
          <w:rFonts w:ascii="Courier New" w:hAnsi="Courier New"/>
          <w:color w:val="555555"/>
          <w:sz w:val="20"/>
        </w:rPr>
        <w:t>[20]</w:t>
      </w:r>
    </w:p>
    <w:p>
      <w:r>
        <w:rPr>
          <w:rFonts w:ascii="Gentium Plus" w:hAnsi="Gentium Plus"/>
          <w:sz w:val="24"/>
        </w:rPr>
        <w:t>τῷ Συμποσίῳ, παρὰ τὸ ψαύω. δηλοῖ γὰρ τοῦ ἐκ τελοῦς ἄρτου τὸ ἐλάχιστον φησί. Ψιλός. παρὰ τὸ ψῶ, καὶ κατὰ ψῶ. οὗ πᾶν ὅ, τιοῦν ἀπαιτεῖται καὶ ἀφῄρηται.</w:t>
      </w:r>
    </w:p>
    <w:p>
      <w:r>
        <w:rPr>
          <w:rFonts w:ascii="Courier New" w:hAnsi="Courier New"/>
          <w:color w:val="555555"/>
          <w:sz w:val="20"/>
        </w:rPr>
        <w:t>[psi 168]</w:t>
      </w:r>
    </w:p>
    <w:p>
      <w:r>
        <w:rPr>
          <w:rFonts w:ascii="Gentium Plus" w:hAnsi="Gentium Plus"/>
          <w:sz w:val="24"/>
        </w:rPr>
        <w:t>ἐπειδὴ ἐν τῷ πάθει ἀνεχόμενοι περιέχουσιν ὁρμὴν ἐπὶ τὸ ψαύειν τε καὶ κνήθειν τὰ πεπονθότα τὰ αὐτῶν μέρη. Ψεδνός. παρὰ τὸ ψῶ, οὗ μέλλων ψήσω, ῥηματικὸν</w:t>
      </w:r>
    </w:p>
    <w:p>
      <w:r>
        <w:rPr>
          <w:rFonts w:ascii="Courier New" w:hAnsi="Courier New"/>
          <w:color w:val="555555"/>
          <w:sz w:val="20"/>
        </w:rPr>
        <w:t>[5]</w:t>
      </w:r>
    </w:p>
    <w:p>
      <w:r>
        <w:rPr>
          <w:rFonts w:ascii="Gentium Plus" w:hAnsi="Gentium Plus"/>
          <w:sz w:val="24"/>
        </w:rPr>
        <w:t>ὄνομα ψεδνὸς, ὁ μαδαρὸς, παρὰ τὸ ἀπεψῆσθαι. οὕτω Φιλόξενος. ὁ δὲ Ἡρωδιανὸς ἐν τῷ Συμποσίῳ φησὶν, ὅτι δηλοῖ τὸ φῶ, τὸ εἰς ἐλάχιστον καὶ μικρὸν ἐκ τινὸς οὐσίας μέρος καθιστάμενον. Ψηνὸς ὁ φαλακρὸς εἴρηται. Σιμωνίδης. παρὰ τὸ ψῶ,</w:t>
      </w:r>
    </w:p>
    <w:p>
      <w:r>
        <w:rPr>
          <w:rFonts w:ascii="Courier New" w:hAnsi="Courier New"/>
          <w:color w:val="555555"/>
          <w:sz w:val="20"/>
        </w:rPr>
        <w:t>[10]</w:t>
      </w:r>
    </w:p>
    <w:p>
      <w:r>
        <w:rPr>
          <w:rFonts w:ascii="Gentium Plus" w:hAnsi="Gentium Plus"/>
          <w:sz w:val="24"/>
        </w:rPr>
        <w:t>ψήσω, ψηνός. Ψύη. οὕτως διὰ τὸ υ παρὰ τὸ ψαύω. ψύη, ἡ ἐπι‐ ψαύουσα σὰρξ, καὶ ἐπιπολλοῖς οὖσα τοῖς ὀστέοις. οὕτως Εἰρηναῖος ἐν τῷ περὶ τῆς Ἀλεξανδρέων διαλέ‐ κτου. ἀποβολῇ τοῦ ε, καὶ τροπῇ τοῦ δ εἰς θ.</w:t>
      </w:r>
    </w:p>
    <w:p>
      <w:r>
        <w:rPr>
          <w:rFonts w:ascii="Courier New" w:hAnsi="Courier New"/>
          <w:color w:val="555555"/>
          <w:sz w:val="20"/>
        </w:rPr>
        <w:t>[15]</w:t>
      </w:r>
    </w:p>
    <w:p>
      <w:r>
        <w:rPr>
          <w:rFonts w:ascii="Gentium Plus" w:hAnsi="Gentium Plus"/>
          <w:sz w:val="24"/>
        </w:rPr>
        <w:t>ψάδος, ψύδος, ψύθος. Ψάλλειν. ἐπὶ τῶν χορδῶν, παρὰ τὸ ψῶ, οὗ παράγω‐ γον ψαύω καὶ ψάλλω. παρὰ τὸ διὰ δακτύλων ἐφά‐ πτεσθαι αὐτῶν. οὕτως Ἡρωδιανὸς ἐν τῷ Συμποσίῳ.</w:t>
      </w:r>
    </w:p>
    <w:p>
      <w:r>
        <w:rPr>
          <w:rFonts w:ascii="Courier New" w:hAnsi="Courier New"/>
          <w:color w:val="555555"/>
          <w:sz w:val="20"/>
        </w:rPr>
        <w:t>[20]</w:t>
      </w:r>
    </w:p>
    <w:p>
      <w:r>
        <w:rPr>
          <w:rFonts w:ascii="Gentium Plus" w:hAnsi="Gentium Plus"/>
          <w:sz w:val="24"/>
        </w:rPr>
        <w:t>Ψιάς. παρὰ τὸ ψίσω τὸ ποτίζω. ὁ δὲ Ἡρωδιανὸς φησί· τὸ ψείω σημαίνει τὸ ἐλατοῦν τὴν οὐσίαν οὗ‐ τινοσοῦν ὑποκειμένου. τοιοῦτον καὶ τὸ ψαύω. τα. Ἀπολλόδωρος μὲν ἀπὸ τοῦ δέχεσθαι τὴν ὄσσαν</w:t>
      </w:r>
    </w:p>
    <w:p>
      <w:pPr>
        <w:jc w:val="center"/>
      </w:pPr>
      <w:r>
        <w:rPr>
          <w:rFonts w:ascii="Gentium Plus" w:hAnsi="Gentium Plus"/>
          <w:b/>
          <w:sz w:val="24"/>
        </w:rPr>
        <w:t>ΑΡΧΗ ΤΟΥ Ω.</w:t>
      </w:r>
    </w:p>
    <w:p>
      <w:r>
        <w:rPr>
          <w:rFonts w:ascii="Courier New" w:hAnsi="Courier New"/>
          <w:color w:val="555555"/>
          <w:sz w:val="20"/>
        </w:rPr>
        <w:t>[1]</w:t>
      </w:r>
    </w:p>
    <w:p>
      <w:r>
        <w:rPr>
          <w:rFonts w:ascii="Gentium Plus" w:hAnsi="Gentium Plus"/>
          <w:sz w:val="24"/>
        </w:rPr>
        <w:t>Ὦρες. αἱ γυναῖκες. Ὅμηρος· ἀμυνέμεναι ὤρεσσι. ἀπὸ τοῦ ὀαρίζειν, ἢ συναρηρέναι ῥεσσία. ἔνθεν καὶ συνωρίς· παρὰ τὸ συνηρμόσθαι. ἐστὶ δὲ ὄαρ, καὶ ὑπέρθεσις ἄορ, συναλοιφὴ ὦρ.</w:t>
      </w:r>
    </w:p>
    <w:p>
      <w:r>
        <w:rPr>
          <w:rFonts w:ascii="Courier New" w:hAnsi="Courier New"/>
          <w:color w:val="555555"/>
          <w:sz w:val="20"/>
        </w:rPr>
        <w:t>[5]</w:t>
      </w:r>
    </w:p>
    <w:p>
      <w:r>
        <w:rPr>
          <w:rFonts w:ascii="Gentium Plus" w:hAnsi="Gentium Plus"/>
          <w:sz w:val="24"/>
        </w:rPr>
        <w:t>Ὤπυεν. ὡμίλει ἐν τῇ συνουσίᾳ. ἀπὸ τῆς ὀπὸς, ἢ παρὰ τὸ ἕπεσθαι ἀνδρί. ἡ τροπὴ τοῦ μ εἰς π ὤμυεν, παρὰ τὸ ὁμοῦ ἰέναι. Ὤρος. ὁ ἐνιαυτός. παρὰ τὸ τὰς ὥρας, ὅ ἐστι τὰς τροπὰς, ἃς περιέχει.</w:t>
      </w:r>
    </w:p>
    <w:p>
      <w:r>
        <w:rPr>
          <w:rFonts w:ascii="Courier New" w:hAnsi="Courier New"/>
          <w:color w:val="555555"/>
          <w:sz w:val="20"/>
        </w:rPr>
        <w:t>[10]</w:t>
      </w:r>
    </w:p>
    <w:p>
      <w:r>
        <w:rPr>
          <w:rFonts w:ascii="Gentium Plus" w:hAnsi="Gentium Plus"/>
          <w:sz w:val="24"/>
        </w:rPr>
        <w:t>Ὠδύσσατο. ὠργίσθαι. παρὰ τὴν ὀδύνην· ἥ ἐστι παρὰ τὸ ἔδω. οἱ γὰρ χολούμενοι πρότερον ἑαυτοὺς ὀδυνώμενοι κατεσθίουσι. Ὠρακίω. παρὰ τὸ αἰκίζεσθαι τὴν ὥραν, τουτέστι τὴν μορφήν. ἀπὸ τοῦ ὠχριᾶν. σημαίνει δὲ τὸ</w:t>
      </w:r>
    </w:p>
    <w:p>
      <w:r>
        <w:rPr>
          <w:rFonts w:ascii="Courier New" w:hAnsi="Courier New"/>
          <w:color w:val="555555"/>
          <w:sz w:val="20"/>
        </w:rPr>
        <w:t>[15]</w:t>
      </w:r>
    </w:p>
    <w:p>
      <w:r>
        <w:rPr>
          <w:rFonts w:ascii="Gentium Plus" w:hAnsi="Gentium Plus"/>
          <w:sz w:val="24"/>
        </w:rPr>
        <w:t>λειποψυχεῖν. Ὠμόν. τὸ μὴ μεταβαλλόμενον ἐς πέψιν. ὡς καὶ τὴν ἔξω τροφὴν ὠμὴν λέγομεν, οὔτε ἑψημένην, οὔτε ὠπτη‐ μένην, ἢ ὡς Φιλόξενος τὸ ὠμὸν εἰρῆσθαι φησὶ τὸ ἐν ταυτότητι μένον, παρὰ τὸ ὦ τὸ ὑπάρχω, οἷον τὸ ἐν</w:t>
      </w:r>
    </w:p>
    <w:p>
      <w:r>
        <w:rPr>
          <w:rFonts w:ascii="Courier New" w:hAnsi="Courier New"/>
          <w:color w:val="555555"/>
          <w:sz w:val="20"/>
        </w:rPr>
        <w:t>[20]</w:t>
      </w:r>
    </w:p>
    <w:p>
      <w:r>
        <w:rPr>
          <w:rFonts w:ascii="Gentium Plus" w:hAnsi="Gentium Plus"/>
          <w:sz w:val="24"/>
        </w:rPr>
        <w:t>ταυτότητι ὑπάρχον καὶ μὴ μεταβληθέν. Ὠλέναι. αἱ χεῖρες. ἀπὸ τοῦ δι’ αὐτῶν ὁλοῦσθαι τὰς πράξεις, τουτέστι, πληροῦσθαι. οὕτω Σω‐ ρανός. Ὦπες. οἷον ὀπαί τινες οὖσαι τῆς ψυχῆς θεωρηταί.</w:t>
      </w:r>
    </w:p>
    <w:p>
      <w:r>
        <w:rPr>
          <w:rFonts w:ascii="Courier New" w:hAnsi="Courier New"/>
          <w:color w:val="555555"/>
          <w:sz w:val="20"/>
        </w:rPr>
        <w:t>[25]</w:t>
      </w:r>
    </w:p>
    <w:p>
      <w:r>
        <w:rPr>
          <w:rFonts w:ascii="Gentium Plus" w:hAnsi="Gentium Plus"/>
          <w:sz w:val="24"/>
        </w:rPr>
        <w:t>σώζεται δὲ ἐν συνθέτοις καὶ νῦν παρὰ τῷ βίῳ τὸ</w:t>
      </w:r>
    </w:p>
    <w:p>
      <w:r>
        <w:rPr>
          <w:rFonts w:ascii="Courier New" w:hAnsi="Courier New"/>
          <w:color w:val="555555"/>
          <w:sz w:val="20"/>
        </w:rPr>
        <w:t>[omega 170]</w:t>
      </w:r>
    </w:p>
    <w:p>
      <w:r>
        <w:rPr>
          <w:rFonts w:ascii="Gentium Plus" w:hAnsi="Gentium Plus"/>
          <w:sz w:val="24"/>
        </w:rPr>
        <w:t>πελιώματα. ὡς δέ τινες, ὦπες, ὅτι ὀπῇ καὶ τρήματι ἐοίκασι. Σωρανός. Ὦτα. Ἀπολλόδωρος μὲν, ἀπὸ τοῦ δέχεσθαι τὴν ὄσ‐ σαν· οἱ δὲ, δι’ ὧν ὠθεῖται ἡ φωνή· οἱ δὲ, κατὰ με‐</w:t>
      </w:r>
    </w:p>
    <w:p>
      <w:r>
        <w:rPr>
          <w:rFonts w:ascii="Courier New" w:hAnsi="Courier New"/>
          <w:color w:val="555555"/>
          <w:sz w:val="20"/>
        </w:rPr>
        <w:t>[5]</w:t>
      </w:r>
    </w:p>
    <w:p>
      <w:r>
        <w:rPr>
          <w:rFonts w:ascii="Gentium Plus" w:hAnsi="Gentium Plus"/>
          <w:sz w:val="24"/>
        </w:rPr>
        <w:t>τάθεσιν τοῦ π εἰς τ. ὠπά τινα ὄντα, παρὰ τὸ ὀπὰς ἔχειν· ἢ παρὰ τὸ δέχεσθαι τὴν ὄπα, ὅ ἐστι φωνήν. Ἡρακλείδης. Ὦχρος. χροῦς, χρὸς, ἄχροος. ἐστὶ δὲ ὁ κακόχρους ὑπέρθεσιν τοῦ ο, ἄοχρος. συναλοιφῇ τοῦ ο καὶ α</w:t>
      </w:r>
    </w:p>
    <w:p>
      <w:r>
        <w:rPr>
          <w:rFonts w:ascii="Courier New" w:hAnsi="Courier New"/>
          <w:color w:val="555555"/>
          <w:sz w:val="20"/>
        </w:rPr>
        <w:t>[10]</w:t>
      </w:r>
    </w:p>
    <w:p>
      <w:r>
        <w:rPr>
          <w:rFonts w:ascii="Gentium Plus" w:hAnsi="Gentium Plus"/>
          <w:sz w:val="24"/>
        </w:rPr>
        <w:t>εἰς ω, ὦχρος. Ὥρα. ἡ τροπὴ, παρὰ τὸ ὡρεῖν καὶ φυλάττειν τετα‐ γμένως τὸν ἴδιον καιρόν. Ὦμος. παρὰ τὸ ὦ τὸ ὑπαρκτικόν. ὁ ὑπομένων τὰ βάρη ἰσχυρῶς. καὶ παρὰ τὸν οἴσω μέλλοντα. ὑφ’ οὗ φέ‐</w:t>
      </w:r>
    </w:p>
    <w:p>
      <w:r>
        <w:rPr>
          <w:rFonts w:ascii="Courier New" w:hAnsi="Courier New"/>
          <w:color w:val="555555"/>
          <w:sz w:val="20"/>
        </w:rPr>
        <w:t>[15]</w:t>
      </w:r>
    </w:p>
    <w:p>
      <w:r>
        <w:rPr>
          <w:rFonts w:ascii="Gentium Plus" w:hAnsi="Gentium Plus"/>
          <w:sz w:val="24"/>
        </w:rPr>
        <w:t>ρεται τὰ βάρη καὶ τὰ φορτία. οἴσω οἶμος, καὶ τροπῇ τῆς οι εἰς ω, ὦμος. ὡς ἐκ τοῦ ἐναντίου ἀγκὼν ἀγκώ‐ νη ἔδει λέγεσθαι, καὶ τροπῇ τοῦ ω εἰς οι, ἀγκοίνη. τοιοῦτον ἐστὶ καὶ τὸ θοίνη. θῶ τὸ τρέφω, ὁ μέλλων θώσω, θώνη ἔδει, καὶ λέγεται θοίνη.</w:t>
      </w:r>
    </w:p>
    <w:p>
      <w:r>
        <w:rPr>
          <w:rFonts w:ascii="Courier New" w:hAnsi="Courier New"/>
          <w:color w:val="555555"/>
          <w:sz w:val="20"/>
        </w:rPr>
        <w:t>[20]</w:t>
      </w:r>
    </w:p>
    <w:p>
      <w:r>
        <w:rPr>
          <w:rFonts w:ascii="Gentium Plus" w:hAnsi="Gentium Plus"/>
          <w:sz w:val="24"/>
        </w:rPr>
        <w:t>Ὦταν. ἐτὴς ἐστὶν ὁ ἀληθινὸς φίλος. παρὰ τὸ ἐτεὸν, παρώνυμον ἐτὴν, καὶ ἐτὰν μεταθέσει τοῦ η εἰς α, ὡς Ἑρμῆς Ἑρμᾶν. ἐτὴν δηλοῦν τὸν συνήθη. ἐθὴς οὖν ἐστὶ, καὶ μεταθέσει τοῦ θ εἰς τ, ἐτὴς καὶ ἐτὰν, Ἑρμῆς καὶ Ἑρμᾶν. οἱ δὲ βούλονται συναλοιφὴν</w:t>
      </w:r>
    </w:p>
    <w:p>
      <w:r>
        <w:rPr>
          <w:rFonts w:ascii="Courier New" w:hAnsi="Courier New"/>
          <w:color w:val="555555"/>
          <w:sz w:val="20"/>
        </w:rPr>
        <w:t>[25]</w:t>
      </w:r>
    </w:p>
    <w:p>
      <w:r>
        <w:rPr>
          <w:rFonts w:ascii="Gentium Plus" w:hAnsi="Gentium Plus"/>
          <w:sz w:val="24"/>
        </w:rPr>
        <w:t>τοῦ ὦ ἐτὰν καὶ ὦταν. Ὡρολογεῖον. λέγειν τὸ μετρεῖν. ὡρολογεῖον οὖν, ἐν ᾧ τὰς ὥρας μετροῦμεν. οὕτως Ἀπολλώνιος ἐν Γλώσσαις</w:t>
      </w:r>
    </w:p>
    <w:p>
      <w:r>
        <w:rPr>
          <w:rFonts w:ascii="Courier New" w:hAnsi="Courier New"/>
          <w:color w:val="555555"/>
          <w:sz w:val="20"/>
        </w:rPr>
        <w:t>[omega 171]</w:t>
      </w:r>
    </w:p>
    <w:p>
      <w:r>
        <w:rPr>
          <w:rFonts w:ascii="Gentium Plus" w:hAnsi="Gentium Plus"/>
          <w:sz w:val="24"/>
        </w:rPr>
        <w:t>Ὦλκα. ἰεμένω κατὰ ὦλκα. παρὰ τὸν ἔλξω μέλ‐ λοντα, τροπῇ τοῦ ε εἰς ο, ὄλξ, καὶ ἐπεκτάσει τοῦ ο εἰς ω ὤλξ. Ὤμοι. φεῦ μοι. παρὰ τὸ οἴμοι σχετλιαστικὸν ἐπίῤῥη‐</w:t>
      </w:r>
    </w:p>
    <w:p>
      <w:r>
        <w:rPr>
          <w:rFonts w:ascii="Courier New" w:hAnsi="Courier New"/>
          <w:color w:val="555555"/>
          <w:sz w:val="20"/>
        </w:rPr>
        <w:t>[5]</w:t>
      </w:r>
    </w:p>
    <w:p>
      <w:r>
        <w:rPr>
          <w:rFonts w:ascii="Gentium Plus" w:hAnsi="Gentium Plus"/>
          <w:sz w:val="24"/>
        </w:rPr>
        <w:t>μα, τροπῇ τοῦ ο εἰς ω· οἴμοι, ὤμοι. οὐ γὰρ, ὡς τινὲς, ὦ ἐμοὶ, καὶ συναλοιφῇ ὤμοι. πῶς γὰρ τῇ δο‐</w:t>
      </w:r>
    </w:p>
    <w:p>
      <w:r>
        <w:rPr>
          <w:rFonts w:ascii="Courier New" w:hAnsi="Courier New"/>
          <w:color w:val="555555"/>
          <w:sz w:val="20"/>
        </w:rPr>
        <w:t>[omega 172]</w:t>
      </w:r>
    </w:p>
    <w:p>
      <w:r>
        <w:rPr>
          <w:rFonts w:ascii="Gentium Plus" w:hAnsi="Gentium Plus"/>
          <w:sz w:val="24"/>
        </w:rPr>
        <w:t>Ὠμηστής. παρὰ τὸ ἔδω, ὄνομα ῥηματικὸν ἐτὴς, ὠμι‐ στὴς, καὶ τροπῇ τοῦ ι εἰς η, ὠμηστής. Ὥρα. παρὰ τὸ ὁρίζειν, ὅρα καὶ ὥρα. παρὰ τὸ ὁρί‐ ζειν τὰ μέρη τῆς ἡμέρας καὶ τῆς νυκτός.</w:t>
      </w:r>
    </w:p>
    <w:p>
      <w:r>
        <w:rPr>
          <w:rFonts w:ascii="Courier New" w:hAnsi="Courier New"/>
          <w:color w:val="555555"/>
          <w:sz w:val="20"/>
        </w:rPr>
        <w:t>[5]</w:t>
      </w:r>
    </w:p>
    <w:p>
      <w:r>
        <w:rPr>
          <w:rFonts w:ascii="Gentium Plus" w:hAnsi="Gentium Plus"/>
          <w:sz w:val="24"/>
        </w:rPr>
        <w:t>Τέλος τῶν Ἐτυμολογιῶν Ὠρίωνος Θηβαίου Γραμματικοῦ</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