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Φοῖνιξ ὁ Κολοφώνιος</w:t>
      </w:r>
      <w:r>
        <w:br/>
      </w:r>
      <w:r>
        <w:rPr>
          <w:i/>
          <w:color w:val="666666"/>
          <w:sz w:val="28"/>
        </w:rPr>
        <w:t>by Phoenix of Colophon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Ἀνὴρ Νίνος τις ἐγένετ’, ὡς ἐγὼ ’κούω, Ἀσσύριος, ὅστις εἶχε χρυσίου πόντον, τάλαντα πολλῷ πλεῦνα Κασπίης ψάμμου, †ὃς ὀυκϊ δ’ ἀστερ’ ὀυδιζωνεδίζητο,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οὐ πὰρ μάγοισι πῦρ ἱερὸν ἀνέστησεν, ὥσπερ νόμος, ῥάβδοισι τοῦ θεοῦ ψαύων· οὐ μυθιήτης, οὐ δικασπόλος κεῖνος· οὐ λεωλογεῖν ἐμάνθαν’, οὐκ ἀμιθρῆσαι, ἀλλ’ ἦν ἄριστος ἐσθίειν τε καὶ πίνειν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κἠρᾶν, τὰ δ’ ἄλλα πάντα κατὰ πετρῶν ὤθει. Ὡς δ’ ἀπέθαν’ ὡνήρ, πᾶσι κατέλιπε ῥῆσιν ὅκου Νίνος νῦν ἐστι καὶ τὸ σῆμ’ ᾄδει· “Ἄκουσον, εἴτ’ Ἀσσύριος εἴτε καὶ Μῆδος εἶς ἢ Κοραξός, ἢ ’πὸ τῶν ἄνω λιμνῶν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〈Σ〉ινδὸς κομήτης· οὐ γὰρ ἀλλὰ κηρύσσω· ἐγὼ Νίνος πάλαι ποτ’ ἐγενόμην πνεῦμα, νῦν δ’ οὐκέτ’ οὐδέν, ἀλλὰ γῆ πεποίημαι·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τὰ δ’ ὄλβι’ ἡμέων δήιοι συνελθόντες φέρουσιν, ὥσπερ ὠμὸν ἔριφον αἱ Βάκχαι· ἐγὼ δ’ ἐς Ἅιδην οὔτε χρυσὸν οὔθ’ ἵππον οὔτ’ ἀργυρῆν ἅμαξαν ᾠχόμην ἕλκων·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Ἐσθλοί, κορώνῃ χεῖρα πρόσδοτε κριθέων, τῇ παιδὶ τἀπόλλωνος, ἢ λέκος πυρῶν ἢ ἄρτον ἢ ἥμαιθον ἢ ὅτι τις χρῄζει. Δότ’, ὦγαθοί, 〈τι〉 τῶν ἕκαστος ἐν χερσὶν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ἔχει κορώνῃ· χἄλα λήψεται χονδρόν· φιλεῖ γὰρ αὕτη πάγχυ ταῦτα δαίνυσθαι· ὁ νῦν ἅλας δοὺς αὖθι κηρίον δώσει. Ὦ παῖ, θύρην ἄγκλινε, Πλοῦτος ἔκρουσε, καὶ τῇ κορώνῃ παρθένος φέροι σῦκα.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Θεοί, γένοιτο πάντ’ ἄμεμπτος ἡ κούρη, κἀφνειὸν ἄνδρα κὠνρμαστὸν ἐξεύροι, καὶ τῷ γέροντι πατρὶ κοῦρον εἰς χεῖρας καὶ μητρὶ κούρην εἰς τὰ γοῦνα κατθείη, θάλος τρέφειν γυναῖκα τοῖς κασιγνήτοις.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Ἐγὼ δ’, ὅκοι πόδες φέρωσιν, ὀφθαλμοὺς ... ἀμείβομαι Μούσῃσι πρὸς θύρῃς ᾄδων, καὶ δόντι καὶ μὴ δόντι, πλεῦνα τῶν 〈Γύ〉γεω.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καὶ ἐπὶ τέλει δὲ τοῦ Ἰάμβου φησίν· ἀλλ’, ὦγαθοί, ’πορέξαθ’ ὧν μυχὸς πλουτεῖ· δός, ὦ 〈ἄ〉ναξ, δὸς καὶ σὺ πότνα μοι νύμφη·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νόμος κορώνῃ χεῖρα δοῦν’ ἐπαιτούσῃ.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Νίνου κάδοι μάχαιρα καὶ κύλιξ αἰχμή, κύμβη δὲ τόξα, δήιοι δὲ κρητῆρες, ἵπποι δ’ ἄκρητος, κἀλαλὴ “μύρον χεῖτε”.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Θαλῆς γάρ, ὅστις ἀστέρων .. .... ὀνήιστος καὶ τῶν τότ’, ὡς λέγουσι, πολλὸν ἀνθρώπων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Ἐκ πελλίδος 〈γὰρ〉 τάργανον κατηγυίης χωλοῖσι δακτύλοισι τᾐτέρῃ σπένδει, τρέμων οἷόν περ ἐν βορηίῳ νωδός.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Ἴαμ̣β̣ος Φοίνικος [.]η̣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Πο̣λ̣λοῖς γε θνητῶν τἀγ[ά]θ’, ὦ Ποσείδιππε, οὐ [σύ]μφορ’ ἐστίν, ἀλλὰ δεῖ τοιαῦτ’ αὐτοὺς [.]ο̣ν̣.ει̣ν ὁκο[ῖ]α καὶ Φρονε̣[ῖ]ν ἐπίστανται. Νῦν δ’ οἱ μὲν ἡμῶν κρή̣[γυ]οι καθεστῶτες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π̣ολλὴν ἀφ̣ειδέως νη̣[πιέη]ν̣ ἐρεύγοντα[ι]· [οἱ] δ̣’ ο̣ὔτε σῦκα, φασίν, οὔτ’ ἐρίν’ εὖντες πλουτοῦσι· τῷ πλούτῳ δὲ πρὸ̣ς̣ τί δεῖ χρῆ[σθ]αι, τοῦτ’ αὐτὸ πάντων πρῶτον οὐκ ἐπίστανται· ἀλλ’ ο̣ἰκ̣[ία]ς μὲν ἐγ λίθου σμαραγδίτου,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εἴ πω[ς] ἀ̣νυστόν ἐστι τοῦτ’ αὐτοῖς πρήσσειν̣,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[.........]ρα....τ̣.ν ἐκπορίζουσιν [....λ]ό̣γοις χρηστοῖσ̣ι σωφρονισθεῖσα [......] τ̣ὰ χρηστὰ καὶ τὰ συμφέροντ’ εἰδῇ. [Τοῖς οὖν] τοιούτοις ἀνδράσιν, Ποσείδιππε, [οὐ σ]υμ̣βέβηκεν οἰ̣κ̣ίας μὲν κεκτῆσθ̣αι̣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[κ]α̣λὰς καταξίας τε χρημάτων πολλῶν, [α]ὐτοὺς δ’ ὑπάρχειν ἀξίους τ[ρι]ῶν χα̣[λκῶ]ν; [κ]αὶ̣ μάλα δικαίως, ἤν τις ἐνθυμῆτ’ [ὀρ]θ̣ῶς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