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Ἐπιστολαί</w:t>
      </w:r>
      <w:r>
        <w:br/>
      </w:r>
      <w:r>
        <w:rPr>
          <w:i/>
          <w:color w:val="666666"/>
          <w:sz w:val="40"/>
        </w:rPr>
        <w:t>Letters</w:t>
      </w:r>
    </w:p>
    <w:p>
      <w:pPr>
        <w:jc w:val="center"/>
      </w:pPr>
      <w:r>
        <w:rPr>
          <w:rFonts w:ascii="Times New Roman" w:hAnsi="Times New Roman"/>
          <w:color w:val="1E3A70"/>
          <w:sz w:val="32"/>
        </w:rPr>
        <w:t>Πλάτων ὁ Ἀθηναῖος</w:t>
      </w:r>
      <w:r>
        <w:br/>
      </w:r>
      <w:r>
        <w:rPr>
          <w:i/>
          <w:color w:val="666666"/>
          <w:sz w:val="28"/>
        </w:rPr>
        <w:t>by Plato of Athens</w:t>
      </w:r>
    </w:p>
    <w:p/>
    <w:p>
      <w:pPr>
        <w:jc w:val="center"/>
      </w:pPr>
      <w:r>
        <w:rPr>
          <w:rFonts w:ascii="Gentium Plus" w:hAnsi="Gentium Plus"/>
          <w:b/>
          <w:sz w:val="24"/>
        </w:rPr>
        <w:t>Πλάτων Διονυσίῳ εὖ πράττειν.</w:t>
      </w:r>
    </w:p>
    <w:p>
      <w:r>
        <w:rPr>
          <w:rFonts w:ascii="Courier New" w:hAnsi="Courier New"/>
          <w:color w:val="555555"/>
          <w:sz w:val="20"/>
        </w:rPr>
        <w:t>[1]</w:t>
      </w:r>
    </w:p>
    <w:p>
      <w:r>
        <w:rPr>
          <w:rFonts w:ascii="Gentium Plus" w:hAnsi="Gentium Plus"/>
          <w:sz w:val="24"/>
        </w:rPr>
        <w:t>Διατρίψας ἐγὼ παρ’ ὑμῖν χρόνον τοσοῦτον καὶ διοικῶν τὴν ὑμετέραν ἀρχὴν πεπιστευμένος πάντων μάλιστα, τὰς ὠφελίας ὑμῶν λαμβανόντων, τὰς διαβολὰς δυσχερεῖς οὔσας ὑπέμενον· ᾔδη γὰρ ὅτι τῶν ὠμοτέρων οὐδὲν ἐμοῦ συνε‐</w:t>
      </w:r>
    </w:p>
    <w:p>
      <w:r>
        <w:rPr>
          <w:rFonts w:ascii="Courier New" w:hAnsi="Courier New"/>
          <w:color w:val="555555"/>
          <w:sz w:val="20"/>
        </w:rPr>
        <w:t>[5]</w:t>
      </w:r>
    </w:p>
    <w:p>
      <w:r>
        <w:rPr>
          <w:rFonts w:ascii="Gentium Plus" w:hAnsi="Gentium Plus"/>
          <w:sz w:val="24"/>
        </w:rPr>
        <w:t>θέλοντος ὑμῖν δόξει πεπρᾶχθαι· πάντες γὰρ οἱ συμπολιτευό‐</w:t>
      </w:r>
    </w:p>
    <w:p>
      <w:r>
        <w:rPr>
          <w:rFonts w:ascii="Courier New" w:hAnsi="Courier New"/>
          <w:color w:val="555555"/>
          <w:sz w:val="20"/>
        </w:rPr>
        <w:t>[Ep . 309 b]</w:t>
      </w:r>
    </w:p>
    <w:p>
      <w:r>
        <w:rPr>
          <w:rFonts w:ascii="Gentium Plus" w:hAnsi="Gentium Plus"/>
          <w:sz w:val="24"/>
        </w:rPr>
        <w:t>μενοι μεθ’ ὑμῶν ὑπάρχουσί μοι μάρτυρες, ὧν ἐγὼ πολλοῖς συνηγωνισάμην, ἀπολύσας αὐτοὺς οὐ σμικρᾶς ζημίας. αὐ‐ τοκράτωρ δὲ πολλάκις τὴν ὑμετέραν πόλιν διαφυλάξας, ἀπεπέμφθην ἀτιμότερον ἢ πτωχὸν ὑμῶν ἀποστελλόντων</w:t>
      </w:r>
    </w:p>
    <w:p>
      <w:r>
        <w:rPr>
          <w:rFonts w:ascii="Courier New" w:hAnsi="Courier New"/>
          <w:color w:val="555555"/>
          <w:sz w:val="20"/>
        </w:rPr>
        <w:t>[5]</w:t>
      </w:r>
    </w:p>
    <w:p>
      <w:r>
        <w:rPr>
          <w:rFonts w:ascii="Gentium Plus" w:hAnsi="Gentium Plus"/>
          <w:sz w:val="24"/>
        </w:rPr>
        <w:t>προσήκει καὶ κελευόντων ἐκπλεῦσαι, τοσοῦτον παρ’ ὑμῖν διατρίψαντα χρόνον. ἐγὼ μὲν οὖν περὶ ἐμαυτοῦ βουλεύ‐ σομαι τὸ λοιπὸν τρόπον ἀπανθρωπότερον, σὺ δὲ τοιοῦτος ὢν τύραννος οἰκήσεις μόνος. τὸ δὲ χρυσίον τὸ λαμπρόν,</w:t>
      </w:r>
    </w:p>
    <w:p>
      <w:r>
        <w:rPr>
          <w:rFonts w:ascii="Courier New" w:hAnsi="Courier New"/>
          <w:color w:val="555555"/>
          <w:sz w:val="20"/>
        </w:rPr>
        <w:t>[Ep . 309 c]</w:t>
      </w:r>
    </w:p>
    <w:p>
      <w:r>
        <w:rPr>
          <w:rFonts w:ascii="Gentium Plus" w:hAnsi="Gentium Plus"/>
          <w:sz w:val="24"/>
        </w:rPr>
        <w:t>ὅπερ ἔδωκας εἰς ἀποστολήν, ἄγει σοι Βακχεῖος ὁ τὴν ἐπι‐ στολὴν φέρων· οὔτε γὰρ ἐφόδιον ἐκεῖνό γ’ ἦν ἱκανὸν οὔτε πρὸς τὸν ἄλλον βίον συμφέρον, ἀδοξίαν δὲ πλείστην τῷ διδόντι σοὶ παρασκευάζον, οὐ πολλῷ δὲ ἐλάττω κἀμοὶ λαμ‐</w:t>
      </w:r>
    </w:p>
    <w:p>
      <w:r>
        <w:rPr>
          <w:rFonts w:ascii="Courier New" w:hAnsi="Courier New"/>
          <w:color w:val="555555"/>
          <w:sz w:val="20"/>
        </w:rPr>
        <w:t>[5]</w:t>
      </w:r>
    </w:p>
    <w:p>
      <w:r>
        <w:rPr>
          <w:rFonts w:ascii="Gentium Plus" w:hAnsi="Gentium Plus"/>
          <w:sz w:val="24"/>
        </w:rPr>
        <w:t>βάνοντι, διόπερ οὐ λαμβάνω. σοὶ δ’ οὐδὲν διαφέρει δῆλον ὅτι καὶ λαβεῖν καὶ δοῦναι τοσοῦτον, ὥστε κομισάμενος</w:t>
      </w:r>
    </w:p>
    <w:p>
      <w:r>
        <w:rPr>
          <w:rFonts w:ascii="Courier New" w:hAnsi="Courier New"/>
          <w:color w:val="555555"/>
          <w:sz w:val="20"/>
        </w:rPr>
        <w:t>[Ep . 309 d]</w:t>
      </w:r>
    </w:p>
    <w:p>
      <w:r>
        <w:rPr>
          <w:rFonts w:ascii="Gentium Plus" w:hAnsi="Gentium Plus"/>
          <w:sz w:val="24"/>
        </w:rPr>
        <w:t>ἱκανῶς ὑπὸ σοῦ τεθεράπευμαι. καί μοι τὸ τοῦ Εὐριπίδου κατὰ καιρόν ἐστιν εἰπεῖν, ὅτι σοὶ πραγμάτων ἄλλων ποτὲ συμπεσόντων—</w:t>
      </w:r>
    </w:p>
    <w:p>
      <w:r>
        <w:rPr>
          <w:rFonts w:ascii="Courier New" w:hAnsi="Courier New"/>
          <w:color w:val="555555"/>
          <w:sz w:val="20"/>
        </w:rPr>
        <w:t>[3]</w:t>
      </w:r>
    </w:p>
    <w:p>
      <w:r>
        <w:rPr>
          <w:rFonts w:ascii="Gentium Plus" w:hAnsi="Gentium Plus"/>
          <w:sz w:val="24"/>
        </w:rPr>
        <w:t>εὔξῃ τοιοῦτον ἄνδρα σοι παρεστάναι.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ὑπομνῆσαι δέ σε βούλομαι διότι καὶ τῶν ἄλλων τραγῳδο‐ ποιῶν οἱ πλεῖστοι, ὅταν ὑπό τινος ἀποθνῄσκοντα τύραννον εἰσάγωσιν, ἀναβοῶντα ποιοῦσιν—</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[Ep . 310 a]</w:t>
      </w:r>
    </w:p>
    <w:p>
      <w:r>
        <w:rPr>
          <w:rFonts w:ascii="Gentium Plus" w:hAnsi="Gentium Plus"/>
          <w:sz w:val="24"/>
        </w:rPr>
        <w:t>φίλων ἔρημος, ὦ τάλας, ἀπόλλυμαι·</w:t>
      </w:r>
    </w:p>
    <w:p>
      <w:r>
        <w:rPr>
          <w:rFonts w:ascii="Courier New" w:hAnsi="Courier New"/>
          <w:color w:val="555555"/>
          <w:sz w:val="20"/>
        </w:rPr>
        <w:t>[1]</w:t>
      </w:r>
    </w:p>
    <w:p>
      <w:r>
        <w:rPr>
          <w:rFonts w:ascii="Gentium Plus" w:hAnsi="Gentium Plus"/>
          <w:sz w:val="24"/>
        </w:rPr>
        <w:t>χρυσίου δὲ σπάνει ἀπολλύμενον οὐδεὶς πεποίηκεν. κἀκεῖνο δὲ τὸ ποίημα τοῖς νοῦν ἔχουσιν οὐ κακῶς ἔχειν δοκεῖ—</w:t>
      </w:r>
    </w:p>
    <w:p>
      <w:r>
        <w:rPr>
          <w:rFonts w:ascii="Courier New" w:hAnsi="Courier New"/>
          <w:color w:val="555555"/>
          <w:sz w:val="20"/>
        </w:rPr>
        <w:t>[3]</w:t>
      </w:r>
    </w:p>
    <w:p>
      <w:r>
        <w:rPr>
          <w:rFonts w:ascii="Gentium Plus" w:hAnsi="Gentium Plus"/>
          <w:sz w:val="24"/>
        </w:rPr>
        <w:t>οὐ χρυσὸς ἀγλαὸς σπανιώτατος ἐν θνατῶν δυσελπί‐</w:t>
      </w:r>
    </w:p>
    <w:p>
      <w:r>
        <w:rPr>
          <w:rFonts w:ascii="Courier New" w:hAnsi="Courier New"/>
          <w:color w:val="555555"/>
          <w:sz w:val="20"/>
        </w:rPr>
        <w:t>[5]</w:t>
      </w:r>
    </w:p>
    <w:p>
      <w:r>
        <w:rPr>
          <w:rFonts w:ascii="Gentium Plus" w:hAnsi="Gentium Plus"/>
          <w:sz w:val="24"/>
        </w:rPr>
        <w:t>στῳ βίῳ, οὐδ’ ἀδάμας οὐδ’ ἀργύρου κλῖναι πρὸς ἄνθρωπον δοκιμαζόμεν’ ἀστράπτει πρὸς ὄψεις· οὐδὲ γαίας εὐρυπέδου γόνιμοι βρίθοντες αὐτάρκεις γύαι,</w:t>
      </w:r>
    </w:p>
    <w:p>
      <w:r>
        <w:rPr>
          <w:rFonts w:ascii="Courier New" w:hAnsi="Courier New"/>
          <w:color w:val="555555"/>
          <w:sz w:val="20"/>
        </w:rPr>
        <w:t>[10]</w:t>
      </w:r>
    </w:p>
    <w:p>
      <w:r>
        <w:rPr>
          <w:rFonts w:ascii="Gentium Plus" w:hAnsi="Gentium Plus"/>
          <w:sz w:val="24"/>
        </w:rPr>
        <w:t>ὡς ἀγαθῶν ἀνδρῶν ὁμοφράδμων νόησις.</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[Ep . 310 b]</w:t>
      </w:r>
    </w:p>
    <w:p>
      <w:r>
        <w:rPr>
          <w:rFonts w:ascii="Gentium Plus" w:hAnsi="Gentium Plus"/>
          <w:sz w:val="24"/>
        </w:rPr>
        <w:t>ἔρρωσο, καὶ γίγνωσκε τοσοῦτον ἡμῶν διημαρτηκώς, ἵνα πρὸς τοὺς ἄλλους βέλτιον προσφέρῃ.</w:t>
      </w:r>
    </w:p>
    <w:p>
      <w:r>
        <w:rPr>
          <w:rFonts w:ascii="Courier New" w:hAnsi="Courier New"/>
          <w:color w:val="555555"/>
          <w:sz w:val="20"/>
        </w:rPr>
        <w:t>[2]</w:t>
      </w:r>
    </w:p>
    <w:p>
      <w:r>
        <w:rPr>
          <w:rFonts w:ascii="Gentium Plus" w:hAnsi="Gentium Plus"/>
          <w:sz w:val="24"/>
        </w:rPr>
        <w:t>Πλάτων Διονυσίῳ εὖ πράττειν. Ἤκουσα Ἀρχεδήμου ὅτι σὺ ἡγῇ χρῆναι περὶ σοῦ μὴ</w:t>
      </w:r>
    </w:p>
    <w:p>
      <w:r>
        <w:rPr>
          <w:rFonts w:ascii="Courier New" w:hAnsi="Courier New"/>
          <w:color w:val="555555"/>
          <w:sz w:val="20"/>
        </w:rPr>
        <w:t>[5]</w:t>
      </w:r>
    </w:p>
    <w:p>
      <w:r>
        <w:rPr>
          <w:rFonts w:ascii="Gentium Plus" w:hAnsi="Gentium Plus"/>
          <w:sz w:val="24"/>
        </w:rPr>
        <w:t>μόνον ἐμὲ ἡσυχίαν ἄγειν, ἀλλὰ καὶ τοὺς ἐμοὺς ἐπιτηδείους τοῦ φλαῦρόν τι ποιεῖν ἢ λέγειν περὶ σέ· Δίωνα δὲ μόνον</w:t>
      </w:r>
    </w:p>
    <w:p>
      <w:r>
        <w:rPr>
          <w:rFonts w:ascii="Courier New" w:hAnsi="Courier New"/>
          <w:color w:val="555555"/>
          <w:sz w:val="20"/>
        </w:rPr>
        <w:t>[Ep . 310 c]</w:t>
      </w:r>
    </w:p>
    <w:p>
      <w:r>
        <w:rPr>
          <w:rFonts w:ascii="Gentium Plus" w:hAnsi="Gentium Plus"/>
          <w:sz w:val="24"/>
        </w:rPr>
        <w:t>ἐξαίρετον ποιῇ. οὗτος δὲ ὁ λόγος σημαίνει, τὸ Δίωνα ἐξαί‐</w:t>
      </w:r>
    </w:p>
    <w:p>
      <w:r>
        <w:rPr>
          <w:rFonts w:ascii="Courier New" w:hAnsi="Courier New"/>
          <w:color w:val="555555"/>
          <w:sz w:val="20"/>
        </w:rPr>
        <w:t>[5]</w:t>
      </w:r>
    </w:p>
    <w:p>
      <w:r>
        <w:rPr>
          <w:rFonts w:ascii="Gentium Plus" w:hAnsi="Gentium Plus"/>
          <w:sz w:val="24"/>
        </w:rPr>
        <w:t>ὡς ἐγώ φημι. νῦν δὲ μέγας ἐγώ εἰμι ἐμαυτὸν παρέχων τῷ ἐμῷ λόγῳ ἑπόμενον. καὶ ταῦτα λέγω ὡς οὐχ ὑγιές τι Κρατιστόλου καὶ Πολυξένου πρὸς σὲ εἰρηκότων, ὧν φασὶ</w:t>
      </w:r>
    </w:p>
    <w:p>
      <w:r>
        <w:rPr>
          <w:rFonts w:ascii="Courier New" w:hAnsi="Courier New"/>
          <w:color w:val="555555"/>
          <w:sz w:val="20"/>
        </w:rPr>
        <w:t>[Ep . 310 d]</w:t>
      </w:r>
    </w:p>
    <w:p>
      <w:r>
        <w:rPr>
          <w:rFonts w:ascii="Gentium Plus" w:hAnsi="Gentium Plus"/>
          <w:sz w:val="24"/>
        </w:rPr>
        <w:t>λέγειν τὸν ἕτερον ὅτι ἀκούοι Ὀλυμπίασι πολλῶν τινων τῶν μετ’ ἐμοῦ σε κακηγορούντων. ἴσως γὰρ ὀξύτερον ἐμοῦ ἀκούει· ἐγὼ μὲν γὰρ οὐκ ἤκουσα. χρὴ δέ, ὡς ἐμοὶ δοκεῖ, οὑτωσί σε ποιεῖν τοῦ λοιποῦ, ὅταν τι τοιοῦτον λέγῃ τις</w:t>
      </w:r>
    </w:p>
    <w:p>
      <w:r>
        <w:rPr>
          <w:rFonts w:ascii="Courier New" w:hAnsi="Courier New"/>
          <w:color w:val="555555"/>
          <w:sz w:val="20"/>
        </w:rPr>
        <w:t>[5]</w:t>
      </w:r>
    </w:p>
    <w:p>
      <w:r>
        <w:rPr>
          <w:rFonts w:ascii="Gentium Plus" w:hAnsi="Gentium Plus"/>
          <w:sz w:val="24"/>
        </w:rPr>
        <w:t>περὶ ἡμῶν τινος, γράμματα πέμψαντα ἐμὲ ἐρέσθαι· ἐγὼ γὰρ τἀληθῆ λέγειν οὔτε ὀκνήσω οὔτε αἰσχυνοῦμαι. ἐμοὶ δὲ δὴ καὶ σοὶ τὰ πρὸς ἀλλήλους οὑτωσὶ τυγχάνει ἔχοντα· οὔτε αὐτοὶ [ἂν] ἀγνῶτές ἐσμεν οὐδενὶ Ἑλλήνων ὡς ἔπος</w:t>
      </w:r>
    </w:p>
    <w:p>
      <w:r>
        <w:rPr>
          <w:rFonts w:ascii="Courier New" w:hAnsi="Courier New"/>
          <w:color w:val="555555"/>
          <w:sz w:val="20"/>
        </w:rPr>
        <w:t>[Ep . 310 e]</w:t>
      </w:r>
    </w:p>
    <w:p>
      <w:r>
        <w:rPr>
          <w:rFonts w:ascii="Gentium Plus" w:hAnsi="Gentium Plus"/>
          <w:sz w:val="24"/>
        </w:rPr>
        <w:t>εἰπεῖν, οὔτε ἡ συνουσία ἡμῶν σιγᾶται. μὴ λανθανέτω δέ σε ὅτι οὐδ’ εἰς τὸν ἔπειτα χρόνον σιγηθήσεται· τοιοῦτοι οἱ παραδεδεγμένοι εἰσὶν αὐτήν, ἅτε οὐκ ὀλίγην γεγενημένην οὐδ’ ἠρέμα. τί οὖν δὴ λέγω νυνί; ἐρῶ ἄνωθεν ἀρξάμενος.</w:t>
      </w:r>
    </w:p>
    <w:p>
      <w:r>
        <w:rPr>
          <w:rFonts w:ascii="Courier New" w:hAnsi="Courier New"/>
          <w:color w:val="555555"/>
          <w:sz w:val="20"/>
        </w:rPr>
        <w:t>[5]</w:t>
      </w:r>
    </w:p>
    <w:p>
      <w:r>
        <w:rPr>
          <w:rFonts w:ascii="Gentium Plus" w:hAnsi="Gentium Plus"/>
          <w:sz w:val="24"/>
        </w:rPr>
        <w:t>πέφυκε συνιέναι εἰς ταὐτὸν φρόνησίς τε καὶ δύναμις μεγάλη, καὶ ταῦτ’ ἄλληλα ἀεὶ διώκει καὶ ζητεῖ καὶ συγγίγνεται· ἔπειτα καὶ οἱ ἄνθρωποι χαίρουσιν περὶ τούτων αὐτοί τε δια‐ λεγόμενοι καὶ ἄλλων ἀκούοντες ἔν τε ἰδίαις συνουσίαις καὶ</w:t>
      </w:r>
    </w:p>
    <w:p>
      <w:r>
        <w:rPr>
          <w:rFonts w:ascii="Courier New" w:hAnsi="Courier New"/>
          <w:color w:val="555555"/>
          <w:sz w:val="20"/>
        </w:rPr>
        <w:t>[Ep . 311 a]</w:t>
      </w:r>
    </w:p>
    <w:p>
      <w:r>
        <w:rPr>
          <w:rFonts w:ascii="Gentium Plus" w:hAnsi="Gentium Plus"/>
          <w:sz w:val="24"/>
        </w:rPr>
        <w:t>ἐν ταῖς ποιήσεσιν. οἷον καὶ περὶ Ἱέρωνος ὅταν διαλέγωνται ἄνθρωποι καὶ Παυσανίου τοῦ Λακεδαιμονίου, χαίρουσι τὴν Σιμωνίδου συνουσίαν παραφέροντες, ἅ τε ἔπραξεν καὶ εἶπεν πρὸς αὐτούς· καὶ Περίανδρον τὸν Κορίνθιον καὶ Θαλῆν τὸν</w:t>
      </w:r>
    </w:p>
    <w:p>
      <w:r>
        <w:rPr>
          <w:rFonts w:ascii="Courier New" w:hAnsi="Courier New"/>
          <w:color w:val="555555"/>
          <w:sz w:val="20"/>
        </w:rPr>
        <w:t>[5]</w:t>
      </w:r>
    </w:p>
    <w:p>
      <w:r>
        <w:rPr>
          <w:rFonts w:ascii="Gentium Plus" w:hAnsi="Gentium Plus"/>
          <w:sz w:val="24"/>
        </w:rPr>
        <w:t>Μιλήσιον ὑμνεῖν εἰώθασιν ἅμα, καὶ Περικλέα καὶ Ἀναξα‐ γόραν, καὶ Κροῖσον αὖ καὶ Σόλωνα ὡς σοφοὺς καὶ Κῦρον ὡς δυνάστην. καὶ δὴ ταῦτα μιμούμενοι οἱ ποιηταὶ Κρέοντα μὲν</w:t>
      </w:r>
    </w:p>
    <w:p>
      <w:r>
        <w:rPr>
          <w:rFonts w:ascii="Courier New" w:hAnsi="Courier New"/>
          <w:color w:val="555555"/>
          <w:sz w:val="20"/>
        </w:rPr>
        <w:t>[Ep . 311 b]</w:t>
      </w:r>
    </w:p>
    <w:p>
      <w:r>
        <w:rPr>
          <w:rFonts w:ascii="Gentium Plus" w:hAnsi="Gentium Plus"/>
          <w:sz w:val="24"/>
        </w:rPr>
        <w:t>καὶ Τειρεσίαν συνάγουσιν, Πολύειδον δὲ καὶ Μίνω, Ἀγα‐</w:t>
      </w:r>
    </w:p>
    <w:p>
      <w:r>
        <w:rPr>
          <w:rFonts w:ascii="Courier New" w:hAnsi="Courier New"/>
          <w:color w:val="555555"/>
          <w:sz w:val="20"/>
        </w:rPr>
        <w:t>[5]</w:t>
      </w:r>
    </w:p>
    <w:p>
      <w:r>
        <w:rPr>
          <w:rFonts w:ascii="Gentium Plus" w:hAnsi="Gentium Plus"/>
          <w:sz w:val="24"/>
        </w:rPr>
        <w:t>φιλίαν ἀλλήλοις ἰόντας, τοὺς δὲ τοτὲ μὲν εἰς φιλίαν, τοτὲ δ’ εἰς διαφοράν, καὶ τὰ μὲν ὁμονοοῦντας, τὰ δὲ διαφερο‐ μένους ᾄδουσι. πάντα δὴ ταῦτα λέγω τόδε βουλόμενος ἐν‐</w:t>
      </w:r>
    </w:p>
    <w:p>
      <w:r>
        <w:rPr>
          <w:rFonts w:ascii="Courier New" w:hAnsi="Courier New"/>
          <w:color w:val="555555"/>
          <w:sz w:val="20"/>
        </w:rPr>
        <w:t>[Ep . 311 c]</w:t>
      </w:r>
    </w:p>
    <w:p>
      <w:r>
        <w:rPr>
          <w:rFonts w:ascii="Gentium Plus" w:hAnsi="Gentium Plus"/>
          <w:sz w:val="24"/>
        </w:rPr>
        <w:t>δείξασθαι, ὅτι οὐκ, ἐπειδὰν ἡμεῖς τελευτήσωμεν, καὶ οἱ λόγοι οἱ περὶ ἡμῶν αὐτῶν σεσιγήσονται· ὥστ’ ἐπιμελητέον αὐτῶν ἐστιν. ἀνάγκη γάρ, ὡς ἔοικε, μέλειν ἡμῖν καὶ τοῦ ἔπειτα χρόνου, ἐπειδὴ καὶ τυγχάνουσιν κατά τινα φύσιν οἱ μὲν</w:t>
      </w:r>
    </w:p>
    <w:p>
      <w:r>
        <w:rPr>
          <w:rFonts w:ascii="Courier New" w:hAnsi="Courier New"/>
          <w:color w:val="555555"/>
          <w:sz w:val="20"/>
        </w:rPr>
        <w:t>[5]</w:t>
      </w:r>
    </w:p>
    <w:p>
      <w:r>
        <w:rPr>
          <w:rFonts w:ascii="Gentium Plus" w:hAnsi="Gentium Plus"/>
          <w:sz w:val="24"/>
        </w:rPr>
        <w:t>ἀνδραποδωδέστατοι οὐδὲν φροντίζοντες αὐτοῦ, οἱ δ’ ἐπιεικέ‐ στατοι πᾶν ποιοῦντες ὅπως ἂν εἰς τὸν ἔπειτα χρόνον εὖ ἀκούσωσιν. ὃ δὴ καὶ ἐγὼ τεκμήριον ποιοῦμαι ὅτι ἔστιν τις αἴσθησις τοῖς τεθνεῶσιν τῶν ἐνθάδε· αἱ γὰρ βέλτισται</w:t>
      </w:r>
    </w:p>
    <w:p>
      <w:r>
        <w:rPr>
          <w:rFonts w:ascii="Courier New" w:hAnsi="Courier New"/>
          <w:color w:val="555555"/>
          <w:sz w:val="20"/>
        </w:rPr>
        <w:t>[Ep . 311 d]</w:t>
      </w:r>
    </w:p>
    <w:p>
      <w:r>
        <w:rPr>
          <w:rFonts w:ascii="Gentium Plus" w:hAnsi="Gentium Plus"/>
          <w:sz w:val="24"/>
        </w:rPr>
        <w:t>ψυχαὶ μαντεύονται ταῦτα οὕτως ἔχειν, αἱ δὲ μοχθηρόταται οὔ φασι, κυριώτερα δὲ τὰ τῶν θείων ἀνδρῶν μαντεύματα ἢ τὰ τῶν μή. οἶμαι δ’ ἔγωγε τοῖς ἔμπροσθεν, περὶ ὧν λέγω, εἰ ἐξείη αὐτοῖς ἐπανορθώσασθαι τὰς αὑτῶν συνουσίας, πάνυ</w:t>
      </w:r>
    </w:p>
    <w:p>
      <w:r>
        <w:rPr>
          <w:rFonts w:ascii="Courier New" w:hAnsi="Courier New"/>
          <w:color w:val="555555"/>
          <w:sz w:val="20"/>
        </w:rPr>
        <w:t>[5]</w:t>
      </w:r>
    </w:p>
    <w:p>
      <w:r>
        <w:rPr>
          <w:rFonts w:ascii="Gentium Plus" w:hAnsi="Gentium Plus"/>
          <w:sz w:val="24"/>
        </w:rPr>
        <w:t>ἂν σπουδάσαι ὥστε βελτίω λέγεσθαι περὶ αὑτῶν ἢ νῦν. τοῦτο οὖν ἡμῖν ἔτι, σὺν θεῷ εἰπεῖν, ἔξεστιν, εἴ τι ἄρα μὴ καλῶς πέπρακται κατὰ τὴν ἔμπροσθεν συνουσίαν, ἐπανορ‐ θώσασθαι καὶ ἔργῳ καὶ λόγῳ· περὶ γὰρ φιλοσοφίαν φημὶ</w:t>
      </w:r>
    </w:p>
    <w:p>
      <w:r>
        <w:rPr>
          <w:rFonts w:ascii="Courier New" w:hAnsi="Courier New"/>
          <w:color w:val="555555"/>
          <w:sz w:val="20"/>
        </w:rPr>
        <w:t>[Ep . 311 e]</w:t>
      </w:r>
    </w:p>
    <w:p>
      <w:r>
        <w:rPr>
          <w:rFonts w:ascii="Gentium Plus" w:hAnsi="Gentium Plus"/>
          <w:sz w:val="24"/>
        </w:rPr>
        <w:t>ἐγὼ τὴν ἀληθινὴν δόξαν ἔσεσθαι καὶ λόγον ἡμῶν μὲν ὄντων ἐπιεικῶν βελτίω, φαύλων δέ, τοὐναντίον. καίτοι περὶ τούτου ἡμεῖς ἐπιμελούμενοι οὐδὲν ἂν εὐσεβέστερον πράττοιμεν, οὐδ’ ἀμελοῦντες ἀσεβέστερον. ὡς δὴ δεῖ γίγνεσθαι, καὶ τὸ</w:t>
      </w:r>
    </w:p>
    <w:p>
      <w:r>
        <w:rPr>
          <w:rFonts w:ascii="Courier New" w:hAnsi="Courier New"/>
          <w:color w:val="555555"/>
          <w:sz w:val="20"/>
        </w:rPr>
        <w:t>[5]</w:t>
      </w:r>
    </w:p>
    <w:p>
      <w:r>
        <w:rPr>
          <w:rFonts w:ascii="Gentium Plus" w:hAnsi="Gentium Plus"/>
          <w:sz w:val="24"/>
        </w:rPr>
        <w:t>δίκαιον ᾗ ἔχει, ἐγὼ φράσω. ἦλθον ἐγὼ εἰς Σικελίαν δόξαν</w:t>
      </w:r>
    </w:p>
    <w:p>
      <w:r>
        <w:rPr>
          <w:rFonts w:ascii="Courier New" w:hAnsi="Courier New"/>
          <w:color w:val="555555"/>
          <w:sz w:val="20"/>
        </w:rPr>
        <w:t>[Ep . 312 a]</w:t>
      </w:r>
    </w:p>
    <w:p>
      <w:r>
        <w:rPr>
          <w:rFonts w:ascii="Gentium Plus" w:hAnsi="Gentium Plus"/>
          <w:sz w:val="24"/>
        </w:rPr>
        <w:t>ἐλθὼν εἰς Συρακούσας συμμάρτυρα λαβεῖν σέ, ἵνα μοι τιμῷτο φιλοσοφία καὶ παρὰ τῷ πλήθει. τοῦτο δ’ οὐκ εὐαγές μοι ἀπέβη. τὸ δ’ αἴτιον οὐ λέγω ὅπερ ἂν πολλοὶ εἴποιεν, ἀλλ’ ὅτι ἐφαίνου οὐ πάνυ ἐμοὶ πιστεύειν σύ, ἀλλ’ ἐμὲ μέν πως</w:t>
      </w:r>
    </w:p>
    <w:p>
      <w:r>
        <w:rPr>
          <w:rFonts w:ascii="Courier New" w:hAnsi="Courier New"/>
          <w:color w:val="555555"/>
          <w:sz w:val="20"/>
        </w:rPr>
        <w:t>[5]</w:t>
      </w:r>
    </w:p>
    <w:p>
      <w:r>
        <w:rPr>
          <w:rFonts w:ascii="Gentium Plus" w:hAnsi="Gentium Plus"/>
          <w:sz w:val="24"/>
        </w:rPr>
        <w:t>ἀποπέμψασθαι ἐθέλειν, ἑτέρους δὲ μεταπέμψασθαι, καὶ ζητεῖν τὸ πρᾶγμα τί τὸ ἐμόν ἐστιν, ἀπιστῶν, ὡς ἐμοὶ δοκεῖ· καὶ οἱ ἐπὶ τούτοις βοῶντες πολλοὶ ἦσαν, λέγοντες ὡς σὺ ἐμοῦ μὲν</w:t>
      </w:r>
    </w:p>
    <w:p>
      <w:r>
        <w:rPr>
          <w:rFonts w:ascii="Courier New" w:hAnsi="Courier New"/>
          <w:color w:val="555555"/>
          <w:sz w:val="20"/>
        </w:rPr>
        <w:t>[Ep . 312 b]</w:t>
      </w:r>
    </w:p>
    <w:p>
      <w:r>
        <w:rPr>
          <w:rFonts w:ascii="Gentium Plus" w:hAnsi="Gentium Plus"/>
          <w:sz w:val="24"/>
        </w:rPr>
        <w:t>καταπεφρόνηκας, ἄλλα δ’ ἐσπούδακας. ταῦτα δὴ δια‐ βεβόηται. ὃ δὴ μετὰ ταῦτα δίκαιόν ἐστι ποιεῖν, ἄκουε, ἵνα σοι καὶ ἀποκρίνωμαι ὃ σὺ ἐρωτᾷς, πῶς χρὴ ἔχειν ἐμὲ καὶ σὲ πρὸς ἀλλήλους. εἰ μὲν ὅλως φιλοσοφίας καταπεφρόνηκας,</w:t>
      </w:r>
    </w:p>
    <w:p>
      <w:r>
        <w:rPr>
          <w:rFonts w:ascii="Courier New" w:hAnsi="Courier New"/>
          <w:color w:val="555555"/>
          <w:sz w:val="20"/>
        </w:rPr>
        <w:t>[5]</w:t>
      </w:r>
    </w:p>
    <w:p>
      <w:r>
        <w:rPr>
          <w:rFonts w:ascii="Gentium Plus" w:hAnsi="Gentium Plus"/>
          <w:sz w:val="24"/>
        </w:rPr>
        <w:t>ἐᾶν χαίρειν, εἰ δὲ παρ’ ἑτέρου ἀκήκοας ἢ αὐτὸς βελτίονα ηὕρηκας τῶν παρ’ ἐμοί, ἐκεῖνα τίμα· εἰ δ’ ἄρα τὰ παρ’ ἡμῶν σοι ἀρέσκει, τιμητέον καὶ ἐμὲ μάλιστα. νῦν οὖν, ὥσπερ καὶ ἐξ ἀρχῆς, σὺ καθηγοῦ, ἕψομαι δὲ ἐγώ· τιμώμενος γὰρ</w:t>
      </w:r>
    </w:p>
    <w:p>
      <w:r>
        <w:rPr>
          <w:rFonts w:ascii="Courier New" w:hAnsi="Courier New"/>
          <w:color w:val="555555"/>
          <w:sz w:val="20"/>
        </w:rPr>
        <w:t>[Ep . 312 c]</w:t>
      </w:r>
    </w:p>
    <w:p>
      <w:r>
        <w:rPr>
          <w:rFonts w:ascii="Gentium Plus" w:hAnsi="Gentium Plus"/>
          <w:sz w:val="24"/>
        </w:rPr>
        <w:t>ὑπὸ σοῦ τιμήσω σέ, μὴ τιμώμενος δὲ ἡσυχίαν ἕξω. ἔτι δὲ σὺ μὲν ἐμὲ τιμῶν καὶ τούτου καθηγούμενος φιλοσοφίαν δόξεις τιμᾶν, καὶ αὐτὸ τοῦτο, ὅτι διεσκόπεις καὶ ἄλλους, πρὸς πολλῶν εὐδοξίαν σοι οἴσει ὡς φιλοσόφῳ ὄντι. ἐγὼ δὲ</w:t>
      </w:r>
    </w:p>
    <w:p>
      <w:r>
        <w:rPr>
          <w:rFonts w:ascii="Courier New" w:hAnsi="Courier New"/>
          <w:color w:val="555555"/>
          <w:sz w:val="20"/>
        </w:rPr>
        <w:t>[5]</w:t>
      </w:r>
    </w:p>
    <w:p>
      <w:r>
        <w:rPr>
          <w:rFonts w:ascii="Gentium Plus" w:hAnsi="Gentium Plus"/>
          <w:sz w:val="24"/>
        </w:rPr>
        <w:t>σὲ τιμῶν μὴ τιμῶντα πλοῦτον δόξω θαυμάζειν τε καὶ διώκειν, τοῦτο δ’ ἴσμεν ὅτι παρὰ πᾶσιν ὄνομα οὐ καλὸν ἔχει· ὡς δ’ ἐν κεφαλαίῳ εἰπεῖν, σοῦ μὲν τιμῶντος ἀμφοτέροις κόσμος,</w:t>
      </w:r>
    </w:p>
    <w:p>
      <w:r>
        <w:rPr>
          <w:rFonts w:ascii="Courier New" w:hAnsi="Courier New"/>
          <w:color w:val="555555"/>
          <w:sz w:val="20"/>
        </w:rPr>
        <w:t>[Ep . 312 d]</w:t>
      </w:r>
    </w:p>
    <w:p>
      <w:r>
        <w:rPr>
          <w:rFonts w:ascii="Gentium Plus" w:hAnsi="Gentium Plus"/>
          <w:sz w:val="24"/>
        </w:rPr>
        <w:t>ἐμοῦ δὲ ὄνειδος ἀμφοῖν. περὶ μὲν οὖν τούτων ταῦτα. Τὸ δὲ σφαιρίον οὐκ ὀρθῶς ἔχει· δηλώσει δέ σοι Ἀρ‐ χέδημος, ἐπειδὰν ἔλθῃ. καὶ δὴ καὶ περὶ τοῦδε, ὃ δὴ τούτου τιμιώτερόν τ’ ἐστὶν καὶ θειότερον, καὶ μάλα σφόδρ’</w:t>
      </w:r>
    </w:p>
    <w:p>
      <w:r>
        <w:rPr>
          <w:rFonts w:ascii="Courier New" w:hAnsi="Courier New"/>
          <w:color w:val="555555"/>
          <w:sz w:val="20"/>
        </w:rPr>
        <w:t>[5]</w:t>
      </w:r>
    </w:p>
    <w:p>
      <w:r>
        <w:rPr>
          <w:rFonts w:ascii="Gentium Plus" w:hAnsi="Gentium Plus"/>
          <w:sz w:val="24"/>
        </w:rPr>
        <w:t>αὐτῷ δηλωτέον, ὑπὲρ οὗ σὺ πέπομφας ἀπορούμενος. φῂς γὰρ δὴ κατὰ τὸν ἐκείνου λόγον, οὐχ ἱκανῶς ἀποδεδεῖχθαί σοι</w:t>
      </w:r>
    </w:p>
    <w:p>
      <w:r>
        <w:rPr>
          <w:rFonts w:ascii="Courier New" w:hAnsi="Courier New"/>
          <w:color w:val="555555"/>
          <w:sz w:val="20"/>
        </w:rPr>
        <w:t>[Ep . 312 e]</w:t>
      </w:r>
    </w:p>
    <w:p>
      <w:r>
        <w:rPr>
          <w:rFonts w:ascii="Gentium Plus" w:hAnsi="Gentium Plus"/>
          <w:sz w:val="24"/>
        </w:rPr>
        <w:t>ὁ ἀναγνοὺς μὴ γνῷ. ὧδε γὰρ ἔχει. περὶ τὸν πάντων βα‐ σιλέα πάντ’ ἐστὶ καὶ ἐκείνου ἕνεκα πάντα, καὶ ἐκεῖνο αἴτιον ἁπάντων τῶν καλῶν· δεύτερον δὲ πέρι τὰ δεύτερα, καὶ τρίτον πέρι τὰ τρίτα. ἡ οὖν ἀνθρωπίνη ψυχὴ περὶ αὐτὰ ὀρέγεται</w:t>
      </w:r>
    </w:p>
    <w:p>
      <w:r>
        <w:rPr>
          <w:rFonts w:ascii="Courier New" w:hAnsi="Courier New"/>
          <w:color w:val="555555"/>
          <w:sz w:val="20"/>
        </w:rPr>
        <w:t>[5]</w:t>
      </w:r>
    </w:p>
    <w:p>
      <w:r>
        <w:rPr>
          <w:rFonts w:ascii="Gentium Plus" w:hAnsi="Gentium Plus"/>
          <w:sz w:val="24"/>
        </w:rPr>
        <w:t>μαθεῖν ποῖ’ ἄττα ἐστίν, βλέπουσα εἰς τὰ αὑτῆς συγγενῆ, ὧν</w:t>
      </w:r>
    </w:p>
    <w:p>
      <w:r>
        <w:rPr>
          <w:rFonts w:ascii="Courier New" w:hAnsi="Courier New"/>
          <w:color w:val="555555"/>
          <w:sz w:val="20"/>
        </w:rPr>
        <w:t>[Ep . 313 a]</w:t>
      </w:r>
    </w:p>
    <w:p>
      <w:r>
        <w:rPr>
          <w:rFonts w:ascii="Gentium Plus" w:hAnsi="Gentium Plus"/>
          <w:sz w:val="24"/>
        </w:rPr>
        <w:t>οὐδὲν ἱκανῶς ἔχει. τοῦ δὴ βασιλέως πέρι καὶ ὧν εἶπον, οὐδέν ἐστιν τοιοῦτον—τὸ δὴ μετὰ τοῦτο ἡ ψυχή φησιν— ἀλλὰ ποῖόν τι μήν; τοῦτ’ ἐστίν, ὦ παῖ Διονυσίου καὶ Δωρίδος, τὸ ἐρώτημα ὃ πάντων αἴτιόν ἐστιν κακῶν, μᾶλλον δὲ ἡ περὶ</w:t>
      </w:r>
    </w:p>
    <w:p>
      <w:r>
        <w:rPr>
          <w:rFonts w:ascii="Courier New" w:hAnsi="Courier New"/>
          <w:color w:val="555555"/>
          <w:sz w:val="20"/>
        </w:rPr>
        <w:t>[5]</w:t>
      </w:r>
    </w:p>
    <w:p>
      <w:r>
        <w:rPr>
          <w:rFonts w:ascii="Gentium Plus" w:hAnsi="Gentium Plus"/>
          <w:sz w:val="24"/>
        </w:rPr>
        <w:t>τούτου ὠδὶς ἐν τῇ ψυχῇ ἐγγιγνομένη, ἣν εἰ μή τις ἐξαιρε‐ θήσεται, τῆς ἀληθείας ὄντως οὐ μή ποτε τύχῃ. σὺ δὲ τοῦτο πρὸς ἐμὲ ἐν τῷ κήπῳ ὑπὸ ταῖς δάφναις αὐτὸς ἔφησθα ἐννε‐</w:t>
      </w:r>
    </w:p>
    <w:p>
      <w:r>
        <w:rPr>
          <w:rFonts w:ascii="Courier New" w:hAnsi="Courier New"/>
          <w:color w:val="555555"/>
          <w:sz w:val="20"/>
        </w:rPr>
        <w:t>[Ep . 313 b]</w:t>
      </w:r>
    </w:p>
    <w:p>
      <w:r>
        <w:rPr>
          <w:rFonts w:ascii="Gentium Plus" w:hAnsi="Gentium Plus"/>
          <w:sz w:val="24"/>
        </w:rPr>
        <w:t>νοηκέναι καὶ εἶναι σὸν εὕρημα· καὶ ἐγὼ εἶπον ὅτι τοῦτο εἰ φαίνοιτό σοι οὕτως ἔχειν, πολλῶν ἂν εἴης λόγων ἐμὲ ἀπολε‐ λυκώς. οὐ μὴν ἄλλῳ γέ ποτ’ ἔφην ἐντετυχηκέναι τοῦθ’ ηὑρηκότι, ἀλλὰ ἡ πολλή μοι πραγματεία περὶ τοῦτ’ εἴη· σὺ</w:t>
      </w:r>
    </w:p>
    <w:p>
      <w:r>
        <w:rPr>
          <w:rFonts w:ascii="Courier New" w:hAnsi="Courier New"/>
          <w:color w:val="555555"/>
          <w:sz w:val="20"/>
        </w:rPr>
        <w:t>[5]</w:t>
      </w:r>
    </w:p>
    <w:p>
      <w:r>
        <w:rPr>
          <w:rFonts w:ascii="Gentium Plus" w:hAnsi="Gentium Plus"/>
          <w:sz w:val="24"/>
        </w:rPr>
        <w:t>δὲ ἴσως μὲν ἀκούσας του, τάχα δ’ ἂν θείᾳ μοίρᾳ κατὰ τοῦθ’ ὁρμήσας, ἔπειτα αὐτοῦ τὰς ἀποδείξεις ὡς ἔχων βεβαίως οὐ κατέδησας, ἀλλ’ ᾄττει σοι τοτὲ μὲν οὕτως, τοτὲ δὲ ἄλλως</w:t>
      </w:r>
    </w:p>
    <w:p>
      <w:r>
        <w:rPr>
          <w:rFonts w:ascii="Courier New" w:hAnsi="Courier New"/>
          <w:color w:val="555555"/>
          <w:sz w:val="20"/>
        </w:rPr>
        <w:t>[Ep . 313 c]</w:t>
      </w:r>
    </w:p>
    <w:p>
      <w:r>
        <w:rPr>
          <w:rFonts w:ascii="Gentium Plus" w:hAnsi="Gentium Plus"/>
          <w:sz w:val="24"/>
        </w:rPr>
        <w:t>περὶ τὸ φανταζόμενον, τὸ δὲ οὐδέν ἐστιν τοιοῦτον. καὶ τοῦτο οὐ σοὶ μόνῳ γέγονεν, ἀλλ’ εὖ ἴσθι μηδένα πώποτέ μου τὸ πρῶτον ἀκούσαντα ἔχειν ἄλλως πως ἢ οὕτως κατ’ ἀρχάς, καὶ ὁ μὲν πλείω ἔχων πράγματα, ὁ δὲ ἐλάττω, μόγις ἀπαλλάτ‐</w:t>
      </w:r>
    </w:p>
    <w:p>
      <w:r>
        <w:rPr>
          <w:rFonts w:ascii="Courier New" w:hAnsi="Courier New"/>
          <w:color w:val="555555"/>
          <w:sz w:val="20"/>
        </w:rPr>
        <w:t>[5]</w:t>
      </w:r>
    </w:p>
    <w:p>
      <w:r>
        <w:rPr>
          <w:rFonts w:ascii="Gentium Plus" w:hAnsi="Gentium Plus"/>
          <w:sz w:val="24"/>
        </w:rPr>
        <w:t>τονται, σχεδὸν δὲ οὐδεὶς ὀλίγα. τούτων δὴ γεγονότων καὶ ἐχόντων οὕτω, σχεδὸν κατὰ τὴν ἐμὴν δόξαν ηὑρήκαμεν ὃ σὺ ἐπέστειλας, ὅπως δεῖ πρὸς ἀλλήλους ἡμᾶς ἔχειν. ἐπεὶ γὰρ</w:t>
      </w:r>
    </w:p>
    <w:p>
      <w:r>
        <w:rPr>
          <w:rFonts w:ascii="Courier New" w:hAnsi="Courier New"/>
          <w:color w:val="555555"/>
          <w:sz w:val="20"/>
        </w:rPr>
        <w:t>[Ep . 313 d]</w:t>
      </w:r>
    </w:p>
    <w:p>
      <w:r>
        <w:rPr>
          <w:rFonts w:ascii="Gentium Plus" w:hAnsi="Gentium Plus"/>
          <w:sz w:val="24"/>
        </w:rPr>
        <w:t>παρὰ τὰ τῶν ἄλλων καὶ αὐτὰ καθ’ αὑτά, νῦν σοι ταῦτά τε, εἰ ἀληθὴς ἡ βάσανος, προσφύσεται, καὶ οἰκεῖος τούτοις τε καὶ ἡμῖν ἔσῃ. πῶς οὖν αὐτά τ’ ἔσται καὶ πάντα ἃ εἰρήκαμεν; τὸν Ἀρχέδημον νῦν τε ὀρθῶς ἐποίησας πέμψας, καὶ τὸ λοιπόν,</w:t>
      </w:r>
    </w:p>
    <w:p>
      <w:r>
        <w:rPr>
          <w:rFonts w:ascii="Courier New" w:hAnsi="Courier New"/>
          <w:color w:val="555555"/>
          <w:sz w:val="20"/>
        </w:rPr>
        <w:t>[5]</w:t>
      </w:r>
    </w:p>
    <w:p>
      <w:r>
        <w:rPr>
          <w:rFonts w:ascii="Gentium Plus" w:hAnsi="Gentium Plus"/>
          <w:sz w:val="24"/>
        </w:rPr>
        <w:t>ἐπειδὰν ἔλθῃ πρὸς σὲ καὶ ἀπαγγείλῃ τὰ παρ’ ἐμοῦ, μετὰ ταῦτα ἴσως ἄλλαι σε ἀπορίαι λήψονται. πέμψεις οὖν αὖθις, ἂν ὀρθῶς βουλεύῃ, παρ’ ἐμὲ τὸν Ἀρχέδημον, ὁ δ’ ἐμπορευ‐ σάμενος ἥξει πάλιν· καὶ τοῦτο ἐὰν δὶς ἢ τρὶς ποιήσῃς καὶ</w:t>
      </w:r>
    </w:p>
    <w:p>
      <w:r>
        <w:rPr>
          <w:rFonts w:ascii="Courier New" w:hAnsi="Courier New"/>
          <w:color w:val="555555"/>
          <w:sz w:val="20"/>
        </w:rPr>
        <w:t>[Ep . 313 e]</w:t>
      </w:r>
    </w:p>
    <w:p>
      <w:r>
        <w:rPr>
          <w:rFonts w:ascii="Gentium Plus" w:hAnsi="Gentium Plus"/>
          <w:sz w:val="24"/>
        </w:rPr>
        <w:t>βασανίσῃς τὰ παρ’ ἐμοῦ πεμφθέντα ἱκανῶς, θαυμάζοιμ’ ἂν εἰ μὴ τὰ νῦν ἀπορούμενα πολύ σοι διοίσει ἢ νῦν. θαρροῦντες οὖν ποιεῖτε οὕτως· οὐ μὴ γάρ ποτε τῆς ἐμπορίας ταύτης οὔτε σὺ στείλῃς οὔτε Ἀρχέδημος ἐμπορεύσεται καλλίω</w:t>
      </w:r>
    </w:p>
    <w:p>
      <w:r>
        <w:rPr>
          <w:rFonts w:ascii="Courier New" w:hAnsi="Courier New"/>
          <w:color w:val="555555"/>
          <w:sz w:val="20"/>
        </w:rPr>
        <w:t>[Ep . 314 a]</w:t>
      </w:r>
    </w:p>
    <w:p>
      <w:r>
        <w:rPr>
          <w:rFonts w:ascii="Gentium Plus" w:hAnsi="Gentium Plus"/>
          <w:sz w:val="24"/>
        </w:rPr>
        <w:t>καὶ θεοφιλεστέραν. εὐλαβοῦ μέντοι μή ποτε ἐκπέσῃ ταῦτα εἰς ἀνθρώπους ἀπαιδεύτους· σχεδὸν γάρ, ὡς ἐμοὶ δοκεῖ, οὐκ ἔστιν τούτων πρὸς τοὺς πολλοὺς καταγελαστότερα ἀκού‐ σματα, οὐδ’ αὖ πρὸς τοὺς εὐφυεῖς θαυμαστότερά τε καὶ ἐνθου‐</w:t>
      </w:r>
    </w:p>
    <w:p>
      <w:r>
        <w:rPr>
          <w:rFonts w:ascii="Courier New" w:hAnsi="Courier New"/>
          <w:color w:val="555555"/>
          <w:sz w:val="20"/>
        </w:rPr>
        <w:t>[5]</w:t>
      </w:r>
    </w:p>
    <w:p>
      <w:r>
        <w:rPr>
          <w:rFonts w:ascii="Gentium Plus" w:hAnsi="Gentium Plus"/>
          <w:sz w:val="24"/>
        </w:rPr>
        <w:t>σιαστικώτερα. πολλάκις δὲ λεγόμενα καὶ ἀεὶ ἀκουόμενα καὶ πολλὰ ἔτη, μόγις ὥσπερ χρυσὸς ἐκκαθαίρεται μετὰ πολλῆς πραγματείας. ὃ δὲ θαυμαστὸν αὐτοῦ γέγονεν, ἄκουσον. εἰσὶν γὰρ ἄνθρωποι ταῦτα ἀκηκοότες καὶ πλείους, δυνατοὶ</w:t>
      </w:r>
    </w:p>
    <w:p>
      <w:r>
        <w:rPr>
          <w:rFonts w:ascii="Courier New" w:hAnsi="Courier New"/>
          <w:color w:val="555555"/>
          <w:sz w:val="20"/>
        </w:rPr>
        <w:t>[Ep . 314 b]</w:t>
      </w:r>
    </w:p>
    <w:p>
      <w:r>
        <w:rPr>
          <w:rFonts w:ascii="Gentium Plus" w:hAnsi="Gentium Plus"/>
          <w:sz w:val="24"/>
        </w:rPr>
        <w:t>μὲν μαθεῖν, δυνατοὶ δὲ μνημονεῦσαι καὶ βασανίσαντες πάντῃ πάντως κρῖναι, γέροντες ἤδη καὶ οὐκ ἐλάττω τριάκοντα ἐτῶν ἀκηκοότες, οἳ νῦν ἄρτι σφίσι φασὶν τὰ μὲν τότε ἀπιστότατα δόξαντα εἶναι νῦν πιστότατα καὶ ἐναργέστατα φαίνεσθαι, ἃ</w:t>
      </w:r>
    </w:p>
    <w:p>
      <w:r>
        <w:rPr>
          <w:rFonts w:ascii="Courier New" w:hAnsi="Courier New"/>
          <w:color w:val="555555"/>
          <w:sz w:val="20"/>
        </w:rPr>
        <w:t>[5]</w:t>
      </w:r>
    </w:p>
    <w:p>
      <w:r>
        <w:rPr>
          <w:rFonts w:ascii="Gentium Plus" w:hAnsi="Gentium Plus"/>
          <w:sz w:val="24"/>
        </w:rPr>
        <w:t>δὲ τότε πιστότατα, νῦν τοὐναντίον. πρὸς ταῦτ’ οὖν σκοπῶν εὐλαβοῦ μή ποτέ σοι μεταμελήσῃ τῶν νῦν ἀναξίως ἐκπεσόν‐ των. μεγίστη δὲ φυλακὴ τὸ μὴ γράφειν ἀλλ’ ἐκμανθάνειν·</w:t>
      </w:r>
    </w:p>
    <w:p>
      <w:r>
        <w:rPr>
          <w:rFonts w:ascii="Courier New" w:hAnsi="Courier New"/>
          <w:color w:val="555555"/>
          <w:sz w:val="20"/>
        </w:rPr>
        <w:t>[Ep . 314 c]</w:t>
      </w:r>
    </w:p>
    <w:p>
      <w:r>
        <w:rPr>
          <w:rFonts w:ascii="Gentium Plus" w:hAnsi="Gentium Plus"/>
          <w:sz w:val="24"/>
        </w:rPr>
        <w:t>οὐ γὰρ ἔστιν τὰ γραφέντα μὴ οὐκ ἐκπεσεῖν. διὰ ταῦτα</w:t>
      </w:r>
    </w:p>
    <w:p>
      <w:r>
        <w:rPr>
          <w:rFonts w:ascii="Courier New" w:hAnsi="Courier New"/>
          <w:color w:val="555555"/>
          <w:sz w:val="20"/>
        </w:rPr>
        <w:t>[5]</w:t>
      </w:r>
    </w:p>
    <w:p>
      <w:r>
        <w:rPr>
          <w:rFonts w:ascii="Gentium Plus" w:hAnsi="Gentium Plus"/>
          <w:sz w:val="24"/>
        </w:rPr>
        <w:t>πείθου, καὶ τὴν ἐπιστολὴν ταύτην νῦν πρῶτον πολλάκις ἀναγνοὺς κατάκαυσον. Ταῦτα μὲν ταύτῃ. περὶ δὲ Πολυξένου ἐθαύμασας ὅτι</w:t>
      </w:r>
    </w:p>
    <w:p>
      <w:r>
        <w:rPr>
          <w:rFonts w:ascii="Courier New" w:hAnsi="Courier New"/>
          <w:color w:val="555555"/>
          <w:sz w:val="20"/>
        </w:rPr>
        <w:t>[Ep . 314 d]</w:t>
      </w:r>
    </w:p>
    <w:p>
      <w:r>
        <w:rPr>
          <w:rFonts w:ascii="Gentium Plus" w:hAnsi="Gentium Plus"/>
          <w:sz w:val="24"/>
        </w:rPr>
        <w:t>πέμψαιμί σοι· ἐγὼ δὲ καὶ περὶ Λυκόφρονος καὶ τῶν ἄλλων τῶν παρὰ σοὶ ὄντων λέγω καὶ πάλαι καὶ νῦν τὸν αὐτὸν λόγον, ὅτι πρὸς τὸ διαλεχθῆναι καὶ φύσει καὶ τῇ μεθόδῳ τῶν λόγων πάμπολυ διαφέρεις αὐτῶν, καὶ οὐδεὶς αὐτῶν ἑκὼν</w:t>
      </w:r>
    </w:p>
    <w:p>
      <w:r>
        <w:rPr>
          <w:rFonts w:ascii="Courier New" w:hAnsi="Courier New"/>
          <w:color w:val="555555"/>
          <w:sz w:val="20"/>
        </w:rPr>
        <w:t>[5]</w:t>
      </w:r>
    </w:p>
    <w:p>
      <w:r>
        <w:rPr>
          <w:rFonts w:ascii="Gentium Plus" w:hAnsi="Gentium Plus"/>
          <w:sz w:val="24"/>
        </w:rPr>
        <w:t>ἐξελέγχεται, ὥς τινες ὑπολαμβάνουσιν, ἀλλ’ ἄκοντες. καὶ δοκεῖς μέντοι πάνυ μετρίως κεχρῆσθαί τε αὐτοῖς καὶ δεδω‐ ρῆσθαι. ταῦτα μὲν περὶ τούτων, πολλὰ ὡς περὶ τοιούτων·</w:t>
      </w:r>
    </w:p>
    <w:p>
      <w:r>
        <w:rPr>
          <w:rFonts w:ascii="Courier New" w:hAnsi="Courier New"/>
          <w:color w:val="555555"/>
          <w:sz w:val="20"/>
        </w:rPr>
        <w:t>[Ep . 314 e]</w:t>
      </w:r>
    </w:p>
    <w:p>
      <w:r>
        <w:rPr>
          <w:rFonts w:ascii="Gentium Plus" w:hAnsi="Gentium Plus"/>
          <w:sz w:val="24"/>
        </w:rPr>
        <w:t>Φιλιστίωνι δέ, εἰ μὲν αὐτὸς χρῇ, σφόδρα χρῶ, εἰ δὲ οἷόν τε, Σπευσίππῳ χρῆσον καὶ ἀπόπεμψον. δεῖται δὲ σοῦ καὶ Σπεύσιππος· ὑπέσχετο δέ μοι καὶ Φιλιστίων, εἰ σὺ ἀφείης αὐτόν, ἥξειν προθύμως Ἀθήναζε. τὸν ἐκ τῶν λατομιῶν εὖ</w:t>
      </w:r>
    </w:p>
    <w:p>
      <w:r>
        <w:rPr>
          <w:rFonts w:ascii="Courier New" w:hAnsi="Courier New"/>
          <w:color w:val="555555"/>
          <w:sz w:val="20"/>
        </w:rPr>
        <w:t>[5]</w:t>
      </w:r>
    </w:p>
    <w:p>
      <w:r>
        <w:rPr>
          <w:rFonts w:ascii="Gentium Plus" w:hAnsi="Gentium Plus"/>
          <w:sz w:val="24"/>
        </w:rPr>
        <w:t>ἐποίησας ἀφείς, ἐλαφρὰ δὲ ἡ δέησις καὶ περὶ τῶν οἰκετῶν αὐτοῦ καὶ περὶ Ἡγησίππου τοῦ Ἀρίστωνος· ἐπέστειλας</w:t>
      </w:r>
    </w:p>
    <w:p>
      <w:r>
        <w:rPr>
          <w:rFonts w:ascii="Courier New" w:hAnsi="Courier New"/>
          <w:color w:val="555555"/>
          <w:sz w:val="20"/>
        </w:rPr>
        <w:t>[Ep . 315 a]</w:t>
      </w:r>
    </w:p>
    <w:p>
      <w:r>
        <w:rPr>
          <w:rFonts w:ascii="Gentium Plus" w:hAnsi="Gentium Plus"/>
          <w:sz w:val="24"/>
        </w:rPr>
        <w:t>γάρ μοι, ἄν τις ἀδικῇ ἢ τοῦτον ἢ ἐκείνους καὶ σὺ αἴσθῃ, μὴ ἐπιτρέψειν. καὶ περὶ Λυσικλείδου τἀληθὲς εἰπεῖν ἄξιον· μόνος γὰρ τῶν ἐκ Σικελίας Ἀθήναζε ἀφικομένων οὐδὲν μετε‐ βάλετο περὶ τῆς σῆς καὶ ἐμῆς συνουσίας, ἀλλ’ ἀεί τι ἀγαθὸν</w:t>
      </w:r>
    </w:p>
    <w:p>
      <w:r>
        <w:rPr>
          <w:rFonts w:ascii="Courier New" w:hAnsi="Courier New"/>
          <w:color w:val="555555"/>
          <w:sz w:val="20"/>
        </w:rPr>
        <w:t>[5]</w:t>
      </w:r>
    </w:p>
    <w:p>
      <w:r>
        <w:rPr>
          <w:rFonts w:ascii="Gentium Plus" w:hAnsi="Gentium Plus"/>
          <w:sz w:val="24"/>
        </w:rPr>
        <w:t>καὶ ἐπὶ τὰ βελτίω λέγων περὶ τῶν γεγονότων διατελεῖ.</w:t>
      </w:r>
    </w:p>
    <w:p>
      <w:r>
        <w:rPr>
          <w:rFonts w:ascii="Courier New" w:hAnsi="Courier New"/>
          <w:color w:val="555555"/>
          <w:sz w:val="20"/>
        </w:rPr>
        <w:t>[5]</w:t>
      </w:r>
    </w:p>
    <w:p>
      <w:r>
        <w:rPr>
          <w:rFonts w:ascii="Gentium Plus" w:hAnsi="Gentium Plus"/>
          <w:sz w:val="24"/>
        </w:rPr>
        <w:t>“Πλάτων Διονυσίῳ χαίρειν” ἐπιστείλας ἆρ’ ὀρθῶς ἂν</w:t>
      </w:r>
    </w:p>
    <w:p>
      <w:r>
        <w:rPr>
          <w:rFonts w:ascii="Courier New" w:hAnsi="Courier New"/>
          <w:color w:val="555555"/>
          <w:sz w:val="20"/>
        </w:rPr>
        <w:t>[Ep . 315 b]</w:t>
      </w:r>
    </w:p>
    <w:p>
      <w:r>
        <w:rPr>
          <w:rFonts w:ascii="Gentium Plus" w:hAnsi="Gentium Plus"/>
          <w:sz w:val="24"/>
        </w:rPr>
        <w:t>τυγχάνοιμι τῆς βελτίστης προσρήσεως; ἢ μᾶλλον κατὰ τὴν</w:t>
      </w:r>
    </w:p>
    <w:p>
      <w:r>
        <w:rPr>
          <w:rFonts w:ascii="Courier New" w:hAnsi="Courier New"/>
          <w:color w:val="555555"/>
          <w:sz w:val="20"/>
        </w:rPr>
        <w:t>[5]</w:t>
      </w:r>
    </w:p>
    <w:p>
      <w:r>
        <w:rPr>
          <w:rFonts w:ascii="Gentium Plus" w:hAnsi="Gentium Plus"/>
          <w:sz w:val="24"/>
        </w:rPr>
        <w:t>αὐτῷ τούτῳ θωπεύσας τῷ ῥήματι, καὶ γέγραφας, ὡς φασί,</w:t>
      </w:r>
    </w:p>
    <w:p>
      <w:r>
        <w:rPr>
          <w:rFonts w:ascii="Courier New" w:hAnsi="Courier New"/>
          <w:color w:val="555555"/>
          <w:sz w:val="20"/>
        </w:rPr>
        <w:t>[5]</w:t>
      </w:r>
    </w:p>
    <w:p>
      <w:r>
        <w:rPr>
          <w:rFonts w:ascii="Gentium Plus" w:hAnsi="Gentium Plus"/>
          <w:sz w:val="24"/>
        </w:rPr>
        <w:t>χαῖρε καὶ ἡδόμενον βίοτον διάσῳζε τυράννου·</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[Ep . 315 c]</w:t>
      </w:r>
    </w:p>
    <w:p>
      <w:r>
        <w:rPr>
          <w:rFonts w:ascii="Gentium Plus" w:hAnsi="Gentium Plus"/>
          <w:sz w:val="24"/>
        </w:rPr>
        <w:t>ἐγὼ δὲ οὐδὲ ἀνθρώπῳ κλήσει, μήτι δὴ θεῷ, παρακελευσαίμην ἂν δρᾶν τοῦτο, θεῷ μέν, ὅτι παρὰ φύσιν προστάττοιμ’ ἄν, πόρρω γὰρ ἡδονῆς ἵδρυται καὶ λύπης τὸ θεῖον, ἀνθρώπῳ δέ, ὅτι τὰ πολλὰ βλάβην ἡδονὴ καὶ λύπη γεννᾷ, δυσμάθειαν καὶ</w:t>
      </w:r>
    </w:p>
    <w:p>
      <w:r>
        <w:rPr>
          <w:rFonts w:ascii="Courier New" w:hAnsi="Courier New"/>
          <w:color w:val="555555"/>
          <w:sz w:val="20"/>
        </w:rPr>
        <w:t>[5]</w:t>
      </w:r>
    </w:p>
    <w:p>
      <w:r>
        <w:rPr>
          <w:rFonts w:ascii="Gentium Plus" w:hAnsi="Gentium Plus"/>
          <w:sz w:val="24"/>
        </w:rPr>
        <w:t>λήθην καὶ ἀφροσύνην καὶ ὕβριν τίκτουσα ἐν τῇ ψυχῇ. καὶ ταῦτα μὲν οὕτως εἰρήσθω παρ’ ἐμοῦ περὶ τῆς προσρήσεως· σὺ δ’ ἀναγνοὺς αὐτά, ὅπῃ βούλει δέξασθαι, ταύτῃ δέχου. Φασὶν δ’ οὐκ ὀλίγοι λέγειν σε πρός τινας τῶν παρὰ σὲ</w:t>
      </w:r>
    </w:p>
    <w:p>
      <w:r>
        <w:rPr>
          <w:rFonts w:ascii="Courier New" w:hAnsi="Courier New"/>
          <w:color w:val="555555"/>
          <w:sz w:val="20"/>
        </w:rPr>
        <w:t>[Ep . 315 d]</w:t>
      </w:r>
    </w:p>
    <w:p>
      <w:r>
        <w:rPr>
          <w:rFonts w:ascii="Gentium Plus" w:hAnsi="Gentium Plus"/>
          <w:sz w:val="24"/>
        </w:rPr>
        <w:t>πρεσβευόντων ὡς ἄρα σοῦ ποτε λέγοντος ἀκούσας ἐγὼ μέλλοντος τάς τε Ἑλληνίδας πόλεις ἐν Σικελίᾳ οἰκίζειν καὶ Συρακουσίους ἐπικουφίσαι, τὴν ἀρχὴν ἀντὶ τυραννίδος εἰς βασιλείαν μεταστήσαντα, ταῦτ’ ἄρα σὲ μὲν τότε διεκώλυσα,</w:t>
      </w:r>
    </w:p>
    <w:p>
      <w:r>
        <w:rPr>
          <w:rFonts w:ascii="Courier New" w:hAnsi="Courier New"/>
          <w:color w:val="555555"/>
          <w:sz w:val="20"/>
        </w:rPr>
        <w:t>[5]</w:t>
      </w:r>
    </w:p>
    <w:p>
      <w:r>
        <w:rPr>
          <w:rFonts w:ascii="Gentium Plus" w:hAnsi="Gentium Plus"/>
          <w:sz w:val="24"/>
        </w:rPr>
        <w:t>ὡς σὺ φῄς, σοῦ σφόδρα προθυμουμένου, νῦν δὲ Δίωνα διδά‐ σκοιμι δρᾶν αὐτὰ ταῦτα, καὶ τοῖς διανοήμασιν τοῖς σοῖς τὴν</w:t>
      </w:r>
    </w:p>
    <w:p>
      <w:r>
        <w:rPr>
          <w:rFonts w:ascii="Courier New" w:hAnsi="Courier New"/>
          <w:color w:val="555555"/>
          <w:sz w:val="20"/>
        </w:rPr>
        <w:t>[Ep . 315 e]</w:t>
      </w:r>
    </w:p>
    <w:p>
      <w:r>
        <w:rPr>
          <w:rFonts w:ascii="Gentium Plus" w:hAnsi="Gentium Plus"/>
          <w:sz w:val="24"/>
        </w:rPr>
        <w:t>σὴν ἀρχὴν ἀφαιρούμεθά σε. σὺ δ’ εἰ μέν τι διὰ τοὺς λόγους τούτους ὠφελῇ, γιγνώσκεις αὐτός, ἀδικεῖς δ’ οὖν ἐμὲ τἀναντία τῶν γενομένων λέγων. ἅδην γὰρ ὑπὸ Φιλιστίδου καὶ ἄλλων πολλῶν πρὸς τοὺς μισθοφόρους καὶ εἰς τὸ Συρακουσίων</w:t>
      </w:r>
    </w:p>
    <w:p>
      <w:r>
        <w:rPr>
          <w:rFonts w:ascii="Courier New" w:hAnsi="Courier New"/>
          <w:color w:val="555555"/>
          <w:sz w:val="20"/>
        </w:rPr>
        <w:t>[5]</w:t>
      </w:r>
    </w:p>
    <w:p>
      <w:r>
        <w:rPr>
          <w:rFonts w:ascii="Gentium Plus" w:hAnsi="Gentium Plus"/>
          <w:sz w:val="24"/>
        </w:rPr>
        <w:t>πλῆθος διεβλήθην διὰ τὸ μένειν ἐν ἀκροπόλει, τοὺς δ’ ἔξωθεν, εἴ τι γίγνοιτο ἁμάρτημα, πᾶν εἰς ἐμὲ τρέπειν, σὲ φάσκοντας πάντα ἐμοὶ πείθεσθαι. σὺ δ’ αὐτὸς οἶσθα σαφέστατα τῶν</w:t>
      </w:r>
    </w:p>
    <w:p>
      <w:r>
        <w:rPr>
          <w:rFonts w:ascii="Courier New" w:hAnsi="Courier New"/>
          <w:color w:val="555555"/>
          <w:sz w:val="20"/>
        </w:rPr>
        <w:t>[Ep . 316 a]</w:t>
      </w:r>
    </w:p>
    <w:p>
      <w:r>
        <w:rPr>
          <w:rFonts w:ascii="Gentium Plus" w:hAnsi="Gentium Plus"/>
          <w:sz w:val="24"/>
        </w:rPr>
        <w:t>πολιτικῶν ἐμὲ σοὶ κοινῇ πραγματευσάμενον ἑκόντα ὀλίγα δὴ κατ’ ἀρχάς, ὅτε τι πλέον ποιεῖν ἂν ᾠήθην, ἄλλα τε βραχέα</w:t>
      </w:r>
    </w:p>
    <w:p>
      <w:r>
        <w:rPr>
          <w:rFonts w:ascii="Courier New" w:hAnsi="Courier New"/>
          <w:color w:val="555555"/>
          <w:sz w:val="20"/>
        </w:rPr>
        <w:t>[5]</w:t>
      </w:r>
    </w:p>
    <w:p>
      <w:r>
        <w:rPr>
          <w:rFonts w:ascii="Gentium Plus" w:hAnsi="Gentium Plus"/>
          <w:sz w:val="24"/>
        </w:rPr>
        <w:t>ὑμῶν τινας αὐτὰ διασκευωρεῖν, δῆλα μὴν ἑκάτερα ἔσται τοῖς τὸ ἐμὸν ἦθος δυναμένοις κρίνειν. ἀλλ’ οὖν, ὅπερ ἀρτίως εἶπον, οὐ διαβολῆς προσδέομαι πρός τε Συρακουσίους καὶ εἰ δή τινας ἑτέρους πείθεις λέγων αὐτά, ἀλλὰ πολὺ μᾶλλον</w:t>
      </w:r>
    </w:p>
    <w:p>
      <w:r>
        <w:rPr>
          <w:rFonts w:ascii="Courier New" w:hAnsi="Courier New"/>
          <w:color w:val="555555"/>
          <w:sz w:val="20"/>
        </w:rPr>
        <w:t>[Ep . 316 b]</w:t>
      </w:r>
    </w:p>
    <w:p>
      <w:r>
        <w:rPr>
          <w:rFonts w:ascii="Gentium Plus" w:hAnsi="Gentium Plus"/>
          <w:sz w:val="24"/>
        </w:rPr>
        <w:t>ἀπολογίας πρός τε τὴν προτέραν γενομένην διαβολὴν καὶ τὴν νῦν μετ’ ἐκείνην μείζω φυομένην καὶ σφοδροτέραν. πρὸς δύο δή μοι διττὰς ἀναγκαῖον ποιήσασθαι τὰς ἀπολογίας, πρῶτον μὲν ὡς εἰκότως σοι ἔφυγον κοινωνεῖν περὶ τὰ τῆς</w:t>
      </w:r>
    </w:p>
    <w:p>
      <w:r>
        <w:rPr>
          <w:rFonts w:ascii="Courier New" w:hAnsi="Courier New"/>
          <w:color w:val="555555"/>
          <w:sz w:val="20"/>
        </w:rPr>
        <w:t>[5]</w:t>
      </w:r>
    </w:p>
    <w:p>
      <w:r>
        <w:rPr>
          <w:rFonts w:ascii="Gentium Plus" w:hAnsi="Gentium Plus"/>
          <w:sz w:val="24"/>
        </w:rPr>
        <w:t>πόλεως πράγματα, τὸ δὲ δεύτερον ὡς οὐκ ἐμὴν ταύτην εἴρηκας συμβουλὴν οὐδὲ διακώλυσιν, μέλλοντί σοι κατοικίζειν Ἑλλη‐</w:t>
      </w:r>
    </w:p>
    <w:p>
      <w:r>
        <w:rPr>
          <w:rFonts w:ascii="Courier New" w:hAnsi="Courier New"/>
          <w:color w:val="555555"/>
          <w:sz w:val="20"/>
        </w:rPr>
        <w:t>[Ep . 316 c]</w:t>
      </w:r>
    </w:p>
    <w:p>
      <w:r>
        <w:rPr>
          <w:rFonts w:ascii="Gentium Plus" w:hAnsi="Gentium Plus"/>
          <w:sz w:val="24"/>
        </w:rPr>
        <w:t>νίδας πόλεις ἐμποδὼν ἐμὲ γεγενῆσθαι. τὴν οὖν ἀρχὴν ὧν εἶπον περὶ προτέρων ἄκουε πρότερον. Ἦλθον καλούμενος εἰς Συρακούσας ὑπό τε σοῦ καὶ Δίωνος, τοῦ μὲν δεδοκιμασμένου παρ’ ἐμοὶ καὶ ξένου πάλαι γεγονότος,</w:t>
      </w:r>
    </w:p>
    <w:p>
      <w:r>
        <w:rPr>
          <w:rFonts w:ascii="Courier New" w:hAnsi="Courier New"/>
          <w:color w:val="555555"/>
          <w:sz w:val="20"/>
        </w:rPr>
        <w:t>[5]</w:t>
      </w:r>
    </w:p>
    <w:p>
      <w:r>
        <w:rPr>
          <w:rFonts w:ascii="Gentium Plus" w:hAnsi="Gentium Plus"/>
          <w:sz w:val="24"/>
        </w:rPr>
        <w:t>ἐν ἡλικίᾳ δὲ ὄντος μέσῃ τε καὶ καθεστηκυίᾳ, ὧν δὴ παντά‐ πασιν χρεία τοῖς νοῦν καὶ σμικρὸν κεκτημένοις, μέλλουσιν περὶ τοσούτων ὅσα ἦν τότε τὰ σὰ βουλεύεσθαι, σοῦ δὲ ὄντος μὲν σφόδρα νέου, πολλῆς δὲ ἀπειρίας οὔσης περὶ σὲ τούτων</w:t>
      </w:r>
    </w:p>
    <w:p>
      <w:r>
        <w:rPr>
          <w:rFonts w:ascii="Courier New" w:hAnsi="Courier New"/>
          <w:color w:val="555555"/>
          <w:sz w:val="20"/>
        </w:rPr>
        <w:t>[Ep . 316 d]</w:t>
      </w:r>
    </w:p>
    <w:p>
      <w:r>
        <w:rPr>
          <w:rFonts w:ascii="Gentium Plus" w:hAnsi="Gentium Plus"/>
          <w:sz w:val="24"/>
        </w:rPr>
        <w:t>ὧν ἔμπειρον ἔδει γεγονέναι, καὶ σφόδρα ἀγνῶτος ἐμοί. τὸ μετὰ τοῦτο εἴτ’ ἄνθρωπος εἴτε θεὸς εἴτε τύχη τις μετὰ σοῦ Δίωνα ἐξέβαλεν, καὶ ἐλείφθης μόνος. ἆρ’ οὖν οἴει μοι τότε πολιτικῶν εἶναι κοινωνίαν πρὸς σέ, τὸν μὲν ἔμφρονα κοινωνὸν</w:t>
      </w:r>
    </w:p>
    <w:p>
      <w:r>
        <w:rPr>
          <w:rFonts w:ascii="Courier New" w:hAnsi="Courier New"/>
          <w:color w:val="555555"/>
          <w:sz w:val="20"/>
        </w:rPr>
        <w:t>[5]</w:t>
      </w:r>
    </w:p>
    <w:p>
      <w:r>
        <w:rPr>
          <w:rFonts w:ascii="Gentium Plus" w:hAnsi="Gentium Plus"/>
          <w:sz w:val="24"/>
        </w:rPr>
        <w:t>ἀπολωλεκότι, τὸν δὲ ἄφρονα ὁρῶντι μετὰ πονηρῶν καὶ πολλῶν ἀνθρώπων καταλελειμμένον, οὐκ ἄρχοντα, οἰόμενον δ’ ἄρχειν, ὑπὸ δὲ τοιούτων ἀνθρώπων ἀρχόμενον; ἐν οἷς τί χρῆν ποιεῖν ἐμέ; μῶν οὐχ ὅπερ ἐποίουν ἀναγκαῖον, ἐκ τῶν λοιπῶν τὰ</w:t>
      </w:r>
    </w:p>
    <w:p>
      <w:r>
        <w:rPr>
          <w:rFonts w:ascii="Courier New" w:hAnsi="Courier New"/>
          <w:color w:val="555555"/>
          <w:sz w:val="20"/>
        </w:rPr>
        <w:t>[Ep . 316 e]</w:t>
      </w:r>
    </w:p>
    <w:p>
      <w:r>
        <w:rPr>
          <w:rFonts w:ascii="Gentium Plus" w:hAnsi="Gentium Plus"/>
          <w:sz w:val="24"/>
        </w:rPr>
        <w:t>μὲν πολιτικὰ χαίρειν ἐᾶν, εὐλαβούμενον τὰς ἐκ τῶν φθόνων διαβολάς, ὑμᾶς δὲ πάντως, καίπερ ἀλλήλων χωρὶς γεγονότας</w:t>
      </w:r>
    </w:p>
    <w:p>
      <w:r>
        <w:rPr>
          <w:rFonts w:ascii="Courier New" w:hAnsi="Courier New"/>
          <w:color w:val="555555"/>
          <w:sz w:val="20"/>
        </w:rPr>
        <w:t>[5]</w:t>
      </w:r>
    </w:p>
    <w:p>
      <w:r>
        <w:rPr>
          <w:rFonts w:ascii="Gentium Plus" w:hAnsi="Gentium Plus"/>
          <w:sz w:val="24"/>
        </w:rPr>
        <w:t>οὐκ ἀνῆκα πώποτε· καὶ μόγις μέν, ὅμως δ’, ὡμολογήθη νῷν</w:t>
      </w:r>
    </w:p>
    <w:p>
      <w:r>
        <w:rPr>
          <w:rFonts w:ascii="Courier New" w:hAnsi="Courier New"/>
          <w:color w:val="555555"/>
          <w:sz w:val="20"/>
        </w:rPr>
        <w:t>[Ep . 317 a]</w:t>
      </w:r>
    </w:p>
    <w:p>
      <w:r>
        <w:rPr>
          <w:rFonts w:ascii="Gentium Plus" w:hAnsi="Gentium Plus"/>
          <w:sz w:val="24"/>
        </w:rPr>
        <w:t>πλεῦσαι μὲν οἴκαδε ἐμέ, ἐπειδὴ πόλεμος ὑμᾶς κατεῖχεν, εἰρήνης δ’ αὖ γενομένης ἐλθεῖν ἐμέ τε καὶ Δίωνα εἰς Συρα‐ κούσας, σὲ δὲ καλεῖν ἡμᾶς. καὶ ταῦτα μὲν οὕτως ἐγένετο τῆς ἐμῆς εἰς Συρακούσας ἀποδημίας πέρι τῆς πρώτης καὶ τῆς</w:t>
      </w:r>
    </w:p>
    <w:p>
      <w:r>
        <w:rPr>
          <w:rFonts w:ascii="Courier New" w:hAnsi="Courier New"/>
          <w:color w:val="555555"/>
          <w:sz w:val="20"/>
        </w:rPr>
        <w:t>[5]</w:t>
      </w:r>
    </w:p>
    <w:p>
      <w:r>
        <w:rPr>
          <w:rFonts w:ascii="Gentium Plus" w:hAnsi="Gentium Plus"/>
          <w:sz w:val="24"/>
        </w:rPr>
        <w:t>πάλιν οἴκαδε σωτηρίας· τὸ δὲ δεύτερον εἰρήνης γενομένης ἐκάλεις με οὐ κατὰ τὰς ὁμολογίας, ἀλλὰ μόνον ἥκειν ἐπέ‐ στειλας, Δίωνα δ’ εἰς αὖθις ἔφησθα μεταπέμψεσθαι. διὰ ταῦτα οὐκ ἦλθον, ἀλλὰ καὶ Δίωνι τότ’ ἀπηχθόμην· ᾤετο γὰρ</w:t>
      </w:r>
    </w:p>
    <w:p>
      <w:r>
        <w:rPr>
          <w:rFonts w:ascii="Courier New" w:hAnsi="Courier New"/>
          <w:color w:val="555555"/>
          <w:sz w:val="20"/>
        </w:rPr>
        <w:t>[Ep . 317 b]</w:t>
      </w:r>
    </w:p>
    <w:p>
      <w:r>
        <w:rPr>
          <w:rFonts w:ascii="Gentium Plus" w:hAnsi="Gentium Plus"/>
          <w:sz w:val="24"/>
        </w:rPr>
        <w:t>εἶναι βέλτιον ἐλθεῖν ἐμὲ καὶ ὑπακοῦσαί σοι. τὸ δὲ μετὰ ταῦτα ὕστερον ἐνιαυτῷ τριήρης ἀφίκετο καὶ ἐπιστολαὶ παρὰ σοῦ, τῶν δ’ ἐν ταῖς ἐπιστολαῖς γραμμάτων ἦρχεν ὡς, ἂν ἀφίκωμαι, τὰ Δίωνός μοι γενήσοιτο πράγματα πάντα κατὰ</w:t>
      </w:r>
    </w:p>
    <w:p>
      <w:r>
        <w:rPr>
          <w:rFonts w:ascii="Courier New" w:hAnsi="Courier New"/>
          <w:color w:val="555555"/>
          <w:sz w:val="20"/>
        </w:rPr>
        <w:t>[5]</w:t>
      </w:r>
    </w:p>
    <w:p>
      <w:r>
        <w:rPr>
          <w:rFonts w:ascii="Gentium Plus" w:hAnsi="Gentium Plus"/>
          <w:sz w:val="24"/>
        </w:rPr>
        <w:t>νοῦν τὸν ἐμόν, μὴ ἀφικομένου δέ, τἀναντία. αἰσχύνομαι δὴ λέγειν ὅσαι τότε ἐπιστολαὶ παρὰ σοῦ καὶ παρ’ ἄλλων ἦλθον</w:t>
      </w:r>
    </w:p>
    <w:p>
      <w:r>
        <w:rPr>
          <w:rFonts w:ascii="Courier New" w:hAnsi="Courier New"/>
          <w:color w:val="555555"/>
          <w:sz w:val="20"/>
        </w:rPr>
        <w:t>[Ep . 317 c]</w:t>
      </w:r>
    </w:p>
    <w:p>
      <w:r>
        <w:rPr>
          <w:rFonts w:ascii="Gentium Plus" w:hAnsi="Gentium Plus"/>
          <w:sz w:val="24"/>
        </w:rPr>
        <w:t>διὰ σὲ ἐξ Ἰταλίας καὶ Σικελίας, καὶ παρ’ ὅσους τῶν ἐμῶν οἰκείων καὶ τῶν γνωρίμων, καὶ πᾶσαι διακελευόμεναί μοι ἰέναι καὶ δεόμεναι σοὶ πάντως ἐμὲ πείθεσθαι. ἐδόκει δὴ πᾶσιν, ἀρξαμένοις ἀπὸ Δίωνος, δεῖν ἐμὲ πλεῦσαι καὶ μὴ</w:t>
      </w:r>
    </w:p>
    <w:p>
      <w:r>
        <w:rPr>
          <w:rFonts w:ascii="Courier New" w:hAnsi="Courier New"/>
          <w:color w:val="555555"/>
          <w:sz w:val="20"/>
        </w:rPr>
        <w:t>[5]</w:t>
      </w:r>
    </w:p>
    <w:p>
      <w:r>
        <w:rPr>
          <w:rFonts w:ascii="Gentium Plus" w:hAnsi="Gentium Plus"/>
          <w:sz w:val="24"/>
        </w:rPr>
        <w:t>μαλθακίζεσθαι. καίτοι τήν θ’ ἡλικίαν αὐτοῖς προυτεινόμην καὶ περὶ σοῦ διισχυριζόμην ὡς οὐχ οἷός τ’ ἔσοιο ἀνταρ‐ κέσαι τοῖς διαβάλλουσιν ἡμᾶς καὶ βουλομένοις εἰς ἔχθραν ἐλθεῖν—ἑώρων γὰρ καὶ τότε καὶ νῦν ὁρῶ τὰς μεγάλας οὐσίας καὶ ὑπερόγκους τῶν τε ἰδιωτῶν καὶ τῶν μονάρχων σχεδόν,</w:t>
      </w:r>
    </w:p>
    <w:p>
      <w:r>
        <w:rPr>
          <w:rFonts w:ascii="Courier New" w:hAnsi="Courier New"/>
          <w:color w:val="555555"/>
          <w:sz w:val="20"/>
        </w:rPr>
        <w:t>[Ep . 317 d]</w:t>
      </w:r>
    </w:p>
    <w:p>
      <w:r>
        <w:rPr>
          <w:rFonts w:ascii="Gentium Plus" w:hAnsi="Gentium Plus"/>
          <w:sz w:val="24"/>
        </w:rPr>
        <w:t>ὅσῳπερ ἂν μείζους ὦσιν, τοσούτῳ πλείους καὶ μείζους τοὺς διαβάλλοντας καὶ πρὸς ἡδονὴν μετὰ αἰσχρᾶς βλάβης ὁμι‐ λοῦντας τρεφούσας, οὗ κακὸν οὐδὲν μεῖζον γεννᾷ πλοῦτός τε καὶ ἡ τῆς ἄλλης ἐξουσίας δύναμις—ὅμως δ’ οὖν πάντα ταῦτα</w:t>
      </w:r>
    </w:p>
    <w:p>
      <w:r>
        <w:rPr>
          <w:rFonts w:ascii="Courier New" w:hAnsi="Courier New"/>
          <w:color w:val="555555"/>
          <w:sz w:val="20"/>
        </w:rPr>
        <w:t>[5]</w:t>
      </w:r>
    </w:p>
    <w:p>
      <w:r>
        <w:rPr>
          <w:rFonts w:ascii="Gentium Plus" w:hAnsi="Gentium Plus"/>
          <w:sz w:val="24"/>
        </w:rPr>
        <w:t>χαίρειν ἐάσας ἦλθον, διανοηθεὶς ὡς οὐδένα δεῖ τῶν ἐμῶν φίλων ἐμὲ αἰτιᾶσθαι ὡς διὰ τὴν ἐμὴν ῥᾳθυμίαν τὰ σφέτερα</w:t>
      </w:r>
    </w:p>
    <w:p>
      <w:r>
        <w:rPr>
          <w:rFonts w:ascii="Courier New" w:hAnsi="Courier New"/>
          <w:color w:val="555555"/>
          <w:sz w:val="20"/>
        </w:rPr>
        <w:t>[Ep . 317 e]</w:t>
      </w:r>
    </w:p>
    <w:p>
      <w:r>
        <w:rPr>
          <w:rFonts w:ascii="Gentium Plus" w:hAnsi="Gentium Plus"/>
          <w:sz w:val="24"/>
        </w:rPr>
        <w:t>πάντα ἐξὸν μὴ ἀπολέσθαι διώλετο· ἐλθὼν δέ—οἶσθα γὰρ δὴ σὺ πάντα τἀντεῦθεν ἤδη γενόμενα—ἐγὼ μὲν ἠξίουν δήπου κατὰ τὴν ὁμολογίαν τῶν ἐπιστολῶν πρῶτον μὲν κατάγειν Δίωνα οἰκειωσάμενον, φράζων τὴν οἰκειότητα, ἣν εἰ ἐμοὶ</w:t>
      </w:r>
    </w:p>
    <w:p>
      <w:r>
        <w:rPr>
          <w:rFonts w:ascii="Courier New" w:hAnsi="Courier New"/>
          <w:color w:val="555555"/>
          <w:sz w:val="20"/>
        </w:rPr>
        <w:t>[5]</w:t>
      </w:r>
    </w:p>
    <w:p>
      <w:r>
        <w:rPr>
          <w:rFonts w:ascii="Gentium Plus" w:hAnsi="Gentium Plus"/>
          <w:sz w:val="24"/>
        </w:rPr>
        <w:t>τότε ἐπείθου, τάχ’ ἂν βέλτιον τῶν νῦν γεγονότων ἔσχεν καὶ σοὶ καὶ Συρακούσαις καὶ τοῖς ἄλλοις Ἕλλησιν, ὡς ἡ ἐμὴ δόξα μαντεύεται· ἔπειτα τὰ Δίωνος τοὺς οἰκείους ἔχειν</w:t>
      </w:r>
    </w:p>
    <w:p>
      <w:r>
        <w:rPr>
          <w:rFonts w:ascii="Courier New" w:hAnsi="Courier New"/>
          <w:color w:val="555555"/>
          <w:sz w:val="20"/>
        </w:rPr>
        <w:t>[Ep . 318 a]</w:t>
      </w:r>
    </w:p>
    <w:p>
      <w:r>
        <w:rPr>
          <w:rFonts w:ascii="Gentium Plus" w:hAnsi="Gentium Plus"/>
          <w:sz w:val="24"/>
        </w:rPr>
        <w:t>ἠξίουν καὶ μὴ διανείμασθαι τοὺς διανειμαμένους, οὓς οἶσθα σύ· πρὸς δὲ τούτοις ᾤμην δεῖν τὰ κατ’ ἐνιαυτὸν ἕκαστον εἰωθότα αὐτῷ κομίζεσθαι καὶ μᾶλλον ἐγὼ ἔτι καὶ οὐχ ἧττον ἐμοῦ παραγενομένου πέμπεσθαι. τούτων οὐδενὸς τυγχάνων,</w:t>
      </w:r>
    </w:p>
    <w:p>
      <w:r>
        <w:rPr>
          <w:rFonts w:ascii="Courier New" w:hAnsi="Courier New"/>
          <w:color w:val="555555"/>
          <w:sz w:val="20"/>
        </w:rPr>
        <w:t>[5]</w:t>
      </w:r>
    </w:p>
    <w:p>
      <w:r>
        <w:rPr>
          <w:rFonts w:ascii="Gentium Plus" w:hAnsi="Gentium Plus"/>
          <w:sz w:val="24"/>
        </w:rPr>
        <w:t>ἠξίουν ἀπιέναι. τὸ μετὰ ταῦτα ἔπειθές με μεῖναι τὸν ἐνι‐ αυτόν, φάσκων τὴν Δίωνος ἀποδόμενος οὐσίαν πᾶσαν τὰ μὲν ἡμίσεα ἀποπέμψειν εἰς Κόρινθον, τὰ δ’ ἄλλα τῷ παιδὶ κατα‐</w:t>
      </w:r>
    </w:p>
    <w:p>
      <w:r>
        <w:rPr>
          <w:rFonts w:ascii="Courier New" w:hAnsi="Courier New"/>
          <w:color w:val="555555"/>
          <w:sz w:val="20"/>
        </w:rPr>
        <w:t>[Ep . 318 b]</w:t>
      </w:r>
    </w:p>
    <w:p>
      <w:r>
        <w:rPr>
          <w:rFonts w:ascii="Gentium Plus" w:hAnsi="Gentium Plus"/>
          <w:sz w:val="24"/>
        </w:rPr>
        <w:t>λείψειν αὐτοῦ. πολλὰ ἔχων εἰπεῖν ὧν ὑποσχόμενος οὐδὲν ἐποίησας, διὰ τὸ πλῆθος αὐτῶν συντέμνω. τὰ γὰρ δὴ χρήματα πάντα ἀποδόμενος, οὐ πείσας Δίωνα, φάσκων οὐ πωλήσειν ἄνευ τοῦ πείθειν, τὸν κολοφῶνα, ὦ θαυμάσιε, ταῖς ὑποσχέσεσιν</w:t>
      </w:r>
    </w:p>
    <w:p>
      <w:r>
        <w:rPr>
          <w:rFonts w:ascii="Courier New" w:hAnsi="Courier New"/>
          <w:color w:val="555555"/>
          <w:sz w:val="20"/>
        </w:rPr>
        <w:t>[5]</w:t>
      </w:r>
    </w:p>
    <w:p>
      <w:r>
        <w:rPr>
          <w:rFonts w:ascii="Gentium Plus" w:hAnsi="Gentium Plus"/>
          <w:sz w:val="24"/>
        </w:rPr>
        <w:t>ἁπάσαις νεανικώτατον ἐπέθηκας· μηχανὴν γὰρ οὔτε καλὴν οὔτε κομψὴν οὔτε δικαίαν οὔτε συμφέρουσαν ηὗρες, ἐμὲ ἐκφο‐ βεῖν ὡς ἀγνοοῦντα τὰ τότε γιγνόμενα, ἵνα μηδὲ ἐγὼ ζητοίην</w:t>
      </w:r>
    </w:p>
    <w:p>
      <w:r>
        <w:rPr>
          <w:rFonts w:ascii="Courier New" w:hAnsi="Courier New"/>
          <w:color w:val="555555"/>
          <w:sz w:val="20"/>
        </w:rPr>
        <w:t>[Ep . 318 c]</w:t>
      </w:r>
    </w:p>
    <w:p>
      <w:r>
        <w:rPr>
          <w:rFonts w:ascii="Gentium Plus" w:hAnsi="Gentium Plus"/>
          <w:sz w:val="24"/>
        </w:rPr>
        <w:t>τὰ χρήματα ἀποπέμπεσθαι. ἡνίκα γὰρ Ἡρακλείδην ἐξέ‐ βαλες, οὔτε Συρακοσίοις δοκοῦν δικαίως οὔτ’ ἐμοί, διότι μετὰ Θεοδότου καὶ Εὐρυβίου συνεδεήθην σου μὴ ποιεῖν ταῦτα, ταύτην λαβὼν ὡς ἱκανὴν πρόφασιν, εἶπες ὅτι καὶ πάλαι σοι</w:t>
      </w:r>
    </w:p>
    <w:p>
      <w:r>
        <w:rPr>
          <w:rFonts w:ascii="Courier New" w:hAnsi="Courier New"/>
          <w:color w:val="555555"/>
          <w:sz w:val="20"/>
        </w:rPr>
        <w:t>[5]</w:t>
      </w:r>
    </w:p>
    <w:p>
      <w:r>
        <w:rPr>
          <w:rFonts w:ascii="Gentium Plus" w:hAnsi="Gentium Plus"/>
          <w:sz w:val="24"/>
        </w:rPr>
        <w:t>δῆλος εἴην σοῦ μὲν οὐδὲν φροντίζων, Δίωνος δὲ καὶ τῶν Δίωνος φίλων καὶ οἰκείων, καὶ ἐπειδὴ νῦν Θεοδότης καὶ Ἡρακλείδης ἐν διαβολαῖς εἶεν, οἰκεῖοι Δίωνος ὄντες, πᾶν</w:t>
      </w:r>
    </w:p>
    <w:p>
      <w:r>
        <w:rPr>
          <w:rFonts w:ascii="Courier New" w:hAnsi="Courier New"/>
          <w:color w:val="555555"/>
          <w:sz w:val="20"/>
        </w:rPr>
        <w:t>[Ep . 318 d]</w:t>
      </w:r>
    </w:p>
    <w:p>
      <w:r>
        <w:rPr>
          <w:rFonts w:ascii="Gentium Plus" w:hAnsi="Gentium Plus"/>
          <w:sz w:val="24"/>
        </w:rPr>
        <w:t>μηχανῴμην ὅπως οὗτοι μὴ δώσουσιν δίκην. καὶ ταῦτα μὲν ταύτῃ περὶ τὰ πολιτικὰ κοινωνίας τῆς ἐμῆς καὶ σῆς· καὶ εἴ τινα ἑτέραν ἀλλοτριότητα ἐνεῖδες ἐν ἐμοὶ πρὸς σέ, εἰκότως οἴει ταύτῃ πάντα ταῦτα γεγονέναι. καὶ μὴ θαύμαζε· κακὸς</w:t>
      </w:r>
    </w:p>
    <w:p>
      <w:r>
        <w:rPr>
          <w:rFonts w:ascii="Courier New" w:hAnsi="Courier New"/>
          <w:color w:val="555555"/>
          <w:sz w:val="20"/>
        </w:rPr>
        <w:t>[5]</w:t>
      </w:r>
    </w:p>
    <w:p>
      <w:r>
        <w:rPr>
          <w:rFonts w:ascii="Gentium Plus" w:hAnsi="Gentium Plus"/>
          <w:sz w:val="24"/>
        </w:rPr>
        <w:t>γὰρ ἂν ἔχοντί γε νοῦν ἀνδρὶ φαινοίμην ἐνδίκως, πεισθεὶς ὑπὸ τοῦ μεγέθους τῆς σῆς ἀρχῆς τὸν μὲν παλαιὸν φίλον καὶ ξένον κακῶς πράττοντα διὰ σέ, μηδὲν σοῦ χείρω, ἵνα οὕτως εἴπω,</w:t>
      </w:r>
    </w:p>
    <w:p>
      <w:r>
        <w:rPr>
          <w:rFonts w:ascii="Courier New" w:hAnsi="Courier New"/>
          <w:color w:val="555555"/>
          <w:sz w:val="20"/>
        </w:rPr>
        <w:t>[Ep . 318 e]</w:t>
      </w:r>
    </w:p>
    <w:p>
      <w:r>
        <w:rPr>
          <w:rFonts w:ascii="Gentium Plus" w:hAnsi="Gentium Plus"/>
          <w:sz w:val="24"/>
        </w:rPr>
        <w:t>τοῦτον μὲν προδοῦναι, σὲ δὲ τὸν ἀδικοῦντα ἑλέσθαι καὶ πᾶν δρᾶν ὅπῃ σὺ προσέταττες, ἕνεκα χρημάτων δῆλον ὅτι· οὐδὲν γὰρ ἂν ἕτερον ἔφησεν αἴτιόν τις εἶναι τῆς ἐμῆς μεταβολῆς, εἰ μετεβαλόμην. ἀλλὰ ταῦτα μὲν ταύτῃ γενόμενα τὴν ἐμὴν</w:t>
      </w:r>
    </w:p>
    <w:p>
      <w:r>
        <w:rPr>
          <w:rFonts w:ascii="Courier New" w:hAnsi="Courier New"/>
          <w:color w:val="555555"/>
          <w:sz w:val="20"/>
        </w:rPr>
        <w:t>[5]</w:t>
      </w:r>
    </w:p>
    <w:p>
      <w:r>
        <w:rPr>
          <w:rFonts w:ascii="Gentium Plus" w:hAnsi="Gentium Plus"/>
          <w:sz w:val="24"/>
        </w:rPr>
        <w:t>καὶ σὴν λυκοφιλίαν καὶ ἀκοινωνίαν διὰ σὲ ἀπηργάσατο. Σχεδὸν δ’ εἰς λόγον ὁ λόγος ἥκει μοι συνεχὴς τῷ νυνδὴ γενόμενος, περὶ οὗ μοι τὸ δεύτερον ἀπολογητέον ἔφην εἶναι.</w:t>
      </w:r>
    </w:p>
    <w:p>
      <w:r>
        <w:rPr>
          <w:rFonts w:ascii="Courier New" w:hAnsi="Courier New"/>
          <w:color w:val="555555"/>
          <w:sz w:val="20"/>
        </w:rPr>
        <w:t>[Ep . 319 a]</w:t>
      </w:r>
    </w:p>
    <w:p>
      <w:r>
        <w:rPr>
          <w:rFonts w:ascii="Gentium Plus" w:hAnsi="Gentium Plus"/>
          <w:sz w:val="24"/>
        </w:rPr>
        <w:t>σκόπει δὴ καὶ πρόσεχε πάντως, ἄν σοί τι ψεύδεσθαι δόξω καὶ μὴ τἀληθῆ λέγειν. φημὶ γάρ σε Ἀρχεδήμου παρόντος ἐν τῷ κήπῳ καὶ Ἀριστοκρίτου, σχεδὸν ἡμέραις πρότερον εἴκοσι τῆς ἐμῆς ἐκ Συρακουσῶν οἴκαδ’ ἀποδημίας, ἃ νῦν δὴ</w:t>
      </w:r>
    </w:p>
    <w:p>
      <w:r>
        <w:rPr>
          <w:rFonts w:ascii="Courier New" w:hAnsi="Courier New"/>
          <w:color w:val="555555"/>
          <w:sz w:val="20"/>
        </w:rPr>
        <w:t>[5]</w:t>
      </w:r>
    </w:p>
    <w:p>
      <w:r>
        <w:rPr>
          <w:rFonts w:ascii="Gentium Plus" w:hAnsi="Gentium Plus"/>
          <w:sz w:val="24"/>
        </w:rPr>
        <w:t>λέγεις ἐμοὶ μεμφόμενος, ὡς Ἡρακλείδου τέ μοι καὶ τῶν ἄλλων πάντων μᾶλλον ἢ σοῦ μέλοι. καί με τούτων ἐναντίον διηρώτησας εἰ μνημονεύω, κατ’ ἀρχὰς ὅτ’ ἦλθον, κελεύων σε</w:t>
      </w:r>
    </w:p>
    <w:p>
      <w:r>
        <w:rPr>
          <w:rFonts w:ascii="Courier New" w:hAnsi="Courier New"/>
          <w:color w:val="555555"/>
          <w:sz w:val="20"/>
        </w:rPr>
        <w:t>[Ep . 319 b]</w:t>
      </w:r>
    </w:p>
    <w:p>
      <w:r>
        <w:rPr>
          <w:rFonts w:ascii="Gentium Plus" w:hAnsi="Gentium Plus"/>
          <w:sz w:val="24"/>
        </w:rPr>
        <w:t>τὰς πόλεις τὰς Ἑλληνίδας κατοικίζειν· ἐγὼ δὲ συνεχώρουν μεμνῆσθαι καὶ ἔτι νῦν μοι δοκεῖν ταῦτ’ εἶναι βέλτιστα. ῥητέον δέ, ὦ Διονύσιε, καὶ τοὐπὶ τούτῳ τότε λεχθέν. ἠρόμην γὰρ δή σε πότερον αὐτὸ τοῦτό σοι συμβουλεύσαιμι</w:t>
      </w:r>
    </w:p>
    <w:p>
      <w:r>
        <w:rPr>
          <w:rFonts w:ascii="Courier New" w:hAnsi="Courier New"/>
          <w:color w:val="555555"/>
          <w:sz w:val="20"/>
        </w:rPr>
        <w:t>[5]</w:t>
      </w:r>
    </w:p>
    <w:p>
      <w:r>
        <w:rPr>
          <w:rFonts w:ascii="Gentium Plus" w:hAnsi="Gentium Plus"/>
          <w:sz w:val="24"/>
        </w:rPr>
        <w:t>μόνον ἤ τι καὶ ἄλλο πρὸς τούτῳ· σὺ δὲ καὶ μάλ’ ἀπεκρίνω μεμηνιμένως καὶ ὑβριστικῶς εἰς ἐμέ, ὡς ᾤου—διὸ τὸ τότε</w:t>
      </w:r>
    </w:p>
    <w:p>
      <w:r>
        <w:rPr>
          <w:rFonts w:ascii="Courier New" w:hAnsi="Courier New"/>
          <w:color w:val="555555"/>
          <w:sz w:val="20"/>
        </w:rPr>
        <w:t>[Ep . 319 c]</w:t>
      </w:r>
    </w:p>
    <w:p>
      <w:r>
        <w:rPr>
          <w:rFonts w:ascii="Gentium Plus" w:hAnsi="Gentium Plus"/>
          <w:sz w:val="24"/>
        </w:rPr>
        <w:t>καὶ μάλα πλαστῶς γελῶν, εἰ μέμνημαι, ὡς “Παιδευθέντα με ἐκέλευες ποιεῖν πάντα ταῦτα ἢ μὴ ποιεῖν.” ἔφην ἐγὼ κάλλιστα μνημονεῦσαί σε. “Οὐκοῦν παιδευθέντα,” ἔφησθα, “γεωμετρεῖν, ἢ πῶς;” κἀγὼ τὸ μετὰ ταῦτα ὃ ἐπῄει μοι εἰπεῖν</w:t>
      </w:r>
    </w:p>
    <w:p>
      <w:r>
        <w:rPr>
          <w:rFonts w:ascii="Courier New" w:hAnsi="Courier New"/>
          <w:color w:val="555555"/>
          <w:sz w:val="20"/>
        </w:rPr>
        <w:t>[5]</w:t>
      </w:r>
    </w:p>
    <w:p>
      <w:r>
        <w:rPr>
          <w:rFonts w:ascii="Gentium Plus" w:hAnsi="Gentium Plus"/>
          <w:sz w:val="24"/>
        </w:rPr>
        <w:t>οὐκ εἶπον, φοβούμενος μὴ σμικροῦ ῥήματος ἕνεκα τὸν ἔκπλουν ὃν προσεδόκων, μή μοι στενὸς γίγνοιτο ἀντ’ εὐρυχωρίας. ἀλλ’ οὖν ὧν ἕνεκα πάντ’ εἴρηται ταῦτ’ ἐστί· μή με διά‐ βαλλε λέγων ὡς οὐκ εἴων ἐγώ σε πόλεις Ἑλληνίδας ἐρρούσας</w:t>
      </w:r>
    </w:p>
    <w:p>
      <w:r>
        <w:rPr>
          <w:rFonts w:ascii="Courier New" w:hAnsi="Courier New"/>
          <w:color w:val="555555"/>
          <w:sz w:val="20"/>
        </w:rPr>
        <w:t>[Ep . 319 d]</w:t>
      </w:r>
    </w:p>
    <w:p>
      <w:r>
        <w:rPr>
          <w:rFonts w:ascii="Gentium Plus" w:hAnsi="Gentium Plus"/>
          <w:sz w:val="24"/>
        </w:rPr>
        <w:t>ὑπὸ βαρβάρων οἰκίζειν, οὐδὲ Συρακουσίους ἐπικουφίσαι βασι‐ λείαν ἀντὶ τυραννίδος μεταστήσαντα. τούτων γὰρ οὔθ’ ἧττον ἐμοὶ πρέποντα ἔχοις ἄν ποτε λέγων μου καταψεύσασθαι, πρὸς δὲ τούτοις ἔτι σαφεστέρους τούτων εἰς ἔλεγχον λόγους</w:t>
      </w:r>
    </w:p>
    <w:p>
      <w:r>
        <w:rPr>
          <w:rFonts w:ascii="Courier New" w:hAnsi="Courier New"/>
          <w:color w:val="555555"/>
          <w:sz w:val="20"/>
        </w:rPr>
        <w:t>[5]</w:t>
      </w:r>
    </w:p>
    <w:p>
      <w:r>
        <w:rPr>
          <w:rFonts w:ascii="Gentium Plus" w:hAnsi="Gentium Plus"/>
          <w:sz w:val="24"/>
        </w:rPr>
        <w:t>ἐγὼ δοίην ἄν, εἴ τις ἱκανή που φαίνοιτο κρίσις, ὡς ἐγὼ μὲν ἐκέλευον, σὺ δ’ οὐκ ἤθελες πράττειν αὐτά· καὶ μὴν οὐ χαλεπὸν εἰπεῖν ἐναργῶς ὡς ἦν ταῦτα ἄριστα πραχθέντα καὶ σοὶ καὶ</w:t>
      </w:r>
    </w:p>
    <w:p>
      <w:r>
        <w:rPr>
          <w:rFonts w:ascii="Courier New" w:hAnsi="Courier New"/>
          <w:color w:val="555555"/>
          <w:sz w:val="20"/>
        </w:rPr>
        <w:t>[Ep . 319 e]</w:t>
      </w:r>
    </w:p>
    <w:p>
      <w:r>
        <w:rPr>
          <w:rFonts w:ascii="Gentium Plus" w:hAnsi="Gentium Plus"/>
          <w:sz w:val="24"/>
        </w:rPr>
        <w:t>Συρακοσίοις καὶ Σικελιώταις πᾶσιν. ἀλλ’ ὦ τᾶν, εἰ μὲν μὴ φῂς εἰρηκέναι εἰρηκὼς ταῦτα, ἔχω τὴν δίκην· εἰ δ’ ὁμολογεῖς, τὸ μετὰ τοῦτο ἡγησάμενος εἶναι σοφὸν τὸν Στησίχορον, τὴν παλινῳδίαν αὐτοῦ μιμησάμενος, ἐκ τοῦ ψεύδους εἰς τὸν ἀληθῆ</w:t>
      </w:r>
    </w:p>
    <w:p>
      <w:r>
        <w:rPr>
          <w:rFonts w:ascii="Courier New" w:hAnsi="Courier New"/>
          <w:color w:val="555555"/>
          <w:sz w:val="20"/>
        </w:rPr>
        <w:t>[5]</w:t>
      </w:r>
    </w:p>
    <w:p>
      <w:r>
        <w:rPr>
          <w:rFonts w:ascii="Gentium Plus" w:hAnsi="Gentium Plus"/>
          <w:sz w:val="24"/>
        </w:rPr>
        <w:t>λόγον μεταστήσῃ.</w:t>
      </w:r>
    </w:p>
    <w:p>
      <w:r>
        <w:rPr>
          <w:rFonts w:ascii="Courier New" w:hAnsi="Courier New"/>
          <w:color w:val="555555"/>
          <w:sz w:val="20"/>
        </w:rPr>
        <w:t>[5]</w:t>
      </w:r>
    </w:p>
    <w:p>
      <w:r>
        <w:rPr>
          <w:rFonts w:ascii="Gentium Plus" w:hAnsi="Gentium Plus"/>
          <w:sz w:val="24"/>
        </w:rPr>
        <w:t>Πλάτων Δίωνι Συρακοσίῳ εὖ πράττειν.</w:t>
      </w:r>
    </w:p>
    <w:p>
      <w:r>
        <w:rPr>
          <w:rFonts w:ascii="Courier New" w:hAnsi="Courier New"/>
          <w:color w:val="555555"/>
          <w:sz w:val="20"/>
        </w:rPr>
        <w:t>[Ep . 320 a]</w:t>
      </w:r>
    </w:p>
    <w:p>
      <w:r>
        <w:rPr>
          <w:rFonts w:ascii="Gentium Plus" w:hAnsi="Gentium Plus"/>
          <w:sz w:val="24"/>
        </w:rPr>
        <w:t>Οἶμαι μὲν φανερὰν εἶναι διὰ παντὸς τοῦ χρόνου τὴν ἐμὴν προθυμίαν περὶ τὰς συμβεβηκυίας πράξεις, καὶ ὅτι πολλὴν εἶχον περὶ αὐτῶν σπουδὴν εἰς τὸ συμπερανθῆναι, οὐκ ἄλλου τινὸς ἕνεκα μᾶλλον ἢ τῆς ἐπὶ τοῖς καλοῖς φιλοτιμίας·</w:t>
      </w:r>
    </w:p>
    <w:p>
      <w:r>
        <w:rPr>
          <w:rFonts w:ascii="Courier New" w:hAnsi="Courier New"/>
          <w:color w:val="555555"/>
          <w:sz w:val="20"/>
        </w:rPr>
        <w:t>[Ep . 320 b]</w:t>
      </w:r>
    </w:p>
    <w:p>
      <w:r>
        <w:rPr>
          <w:rFonts w:ascii="Gentium Plus" w:hAnsi="Gentium Plus"/>
          <w:sz w:val="24"/>
        </w:rPr>
        <w:t>νομίζω γὰρ δίκαιον εἶναι τοὺς ὄντας τῇ ἀληθείᾳ ἐπιεικεῖς καὶ πράττοντας τοιαῦτα τυγχάνειν δόξης τῆς προσηκούσης. τὰ μὲν οὖν εἰς τὸ παρόν, σὺν θεῷ εἰπεῖν, ἔχει καλῶς, τὰ δὲ περὶ τῶν μελλόντων ὁ μέγιστός ἐστιν ἀγών. ἀνδρείᾳ μὲν</w:t>
      </w:r>
    </w:p>
    <w:p>
      <w:r>
        <w:rPr>
          <w:rFonts w:ascii="Courier New" w:hAnsi="Courier New"/>
          <w:color w:val="555555"/>
          <w:sz w:val="20"/>
        </w:rPr>
        <w:t>[5]</w:t>
      </w:r>
    </w:p>
    <w:p>
      <w:r>
        <w:rPr>
          <w:rFonts w:ascii="Gentium Plus" w:hAnsi="Gentium Plus"/>
          <w:sz w:val="24"/>
        </w:rPr>
        <w:t>γὰρ καὶ τάχει καὶ ῥώμῃ διενεγκεῖν δόξειεν ἂν καὶ ἑτέρων εἶναί τινων, ἀληθείᾳ δὲ καὶ δικαιοσύνῃ καὶ μεγαλοπρεπείᾳ</w:t>
      </w:r>
    </w:p>
    <w:p>
      <w:r>
        <w:rPr>
          <w:rFonts w:ascii="Courier New" w:hAnsi="Courier New"/>
          <w:color w:val="555555"/>
          <w:sz w:val="20"/>
        </w:rPr>
        <w:t>[Ep . 320 c]</w:t>
      </w:r>
    </w:p>
    <w:p>
      <w:r>
        <w:rPr>
          <w:rFonts w:ascii="Gentium Plus" w:hAnsi="Gentium Plus"/>
          <w:sz w:val="24"/>
        </w:rPr>
        <w:t>καὶ τῇ περὶ πάντα ταῦτα εὐσχημοσύνῃ, συμφαίη τις ἂν τοὺς ἀντιποιουμένους τὰ τοιαῦτα τιμᾶν εἰκότως τῶν ἄλλων δια‐ φέρειν. νῦν οὖν δῆλον μέν ἐστιν ὃ λέγω, ἀναμιμνῄσκειν δὲ ὅμως δεῖ ἡμᾶς αὐτοὺς ὅτι προσήκει πλέον ἢ παίδων τῶν</w:t>
      </w:r>
    </w:p>
    <w:p>
      <w:r>
        <w:rPr>
          <w:rFonts w:ascii="Courier New" w:hAnsi="Courier New"/>
          <w:color w:val="555555"/>
          <w:sz w:val="20"/>
        </w:rPr>
        <w:t>[5]</w:t>
      </w:r>
    </w:p>
    <w:p>
      <w:r>
        <w:rPr>
          <w:rFonts w:ascii="Gentium Plus" w:hAnsi="Gentium Plus"/>
          <w:sz w:val="24"/>
        </w:rPr>
        <w:t>ἄλλων ἀνθρώπων διαφέρειν τοὺς οἶσθα δήπου. φανεροὺς οὖν δεῖ ἡμᾶς γενέσθαι ὅτι ἐσμὲν τοιοῦτοι οἷοίπερ φαμέν, ἄλλως τε καὶ ἐπειδή, σὺν θεῷ εἰπεῖν, ῥᾴδιον ἔσται. τοῖς</w:t>
      </w:r>
    </w:p>
    <w:p>
      <w:r>
        <w:rPr>
          <w:rFonts w:ascii="Courier New" w:hAnsi="Courier New"/>
          <w:color w:val="555555"/>
          <w:sz w:val="20"/>
        </w:rPr>
        <w:t>[Ep . 320 d]</w:t>
      </w:r>
    </w:p>
    <w:p>
      <w:r>
        <w:rPr>
          <w:rFonts w:ascii="Gentium Plus" w:hAnsi="Gentium Plus"/>
          <w:sz w:val="24"/>
        </w:rPr>
        <w:t>μὲν γὰρ ἄλλοις συμβέβηκεν ἀναγκαῖον εἶναι πλανηθῆναι πολὺν τόπον, εἰ μέλλουσιν γνωσθῆναι· τὸ δὲ νῦν ὑπάρχον περὶ σὲ τοιοῦτόν ἐστιν, ὡς τοὺς ἐξ ἁπάσης τῆς οἰκουμένης, εἰ καὶ νεανικώτερόν ἐστιν εἰπεῖν, εἰς ἕνα τόπον ἀποβλέπειν,</w:t>
      </w:r>
    </w:p>
    <w:p>
      <w:r>
        <w:rPr>
          <w:rFonts w:ascii="Courier New" w:hAnsi="Courier New"/>
          <w:color w:val="555555"/>
          <w:sz w:val="20"/>
        </w:rPr>
        <w:t>[5]</w:t>
      </w:r>
    </w:p>
    <w:p>
      <w:r>
        <w:rPr>
          <w:rFonts w:ascii="Gentium Plus" w:hAnsi="Gentium Plus"/>
          <w:sz w:val="24"/>
        </w:rPr>
        <w:t>καὶ ἐν τούτῳ μάλιστα πρὸς σέ. ὡς οὖν ὑπὸ πάντων ὁρώμενος παρασκευάζου τόν τε Λυκοῦργον ἐκεῖνον ἀρχαῖον ἀποδείξων καὶ τὸν Κῦρον, καὶ εἴ τις ἄλλος πώποτε ἔδοξεν ἤθει καὶ πολιτείᾳ διενεγκεῖν, ἄλλως τε καὶ ἐπειδὴ πολλοὶ καὶ σχεδὸν</w:t>
      </w:r>
    </w:p>
    <w:p>
      <w:r>
        <w:rPr>
          <w:rFonts w:ascii="Courier New" w:hAnsi="Courier New"/>
          <w:color w:val="555555"/>
          <w:sz w:val="20"/>
        </w:rPr>
        <w:t>[Ep . 320 e]</w:t>
      </w:r>
    </w:p>
    <w:p>
      <w:r>
        <w:rPr>
          <w:rFonts w:ascii="Gentium Plus" w:hAnsi="Gentium Plus"/>
          <w:sz w:val="24"/>
        </w:rPr>
        <w:t>ἅπαντες οἱ τῇδε λέγουσιν ὡς πολλή ἐστιν ἐλπὶς ἀναιρεθέντος Διονυσίου διαφθαρῆναι τὰ πράγματα διὰ τὴν σήν τε καὶ Ἡρακλείδου καὶ Θεοδότου καὶ τῶν ἄλλων γνωρίμων φιλο‐ τιμίαν. μάλιστα μὲν οὖν μηδεὶς εἴη τοιοῦτος· ἐὰν δ’ ἄρα</w:t>
      </w:r>
    </w:p>
    <w:p>
      <w:r>
        <w:rPr>
          <w:rFonts w:ascii="Courier New" w:hAnsi="Courier New"/>
          <w:color w:val="555555"/>
          <w:sz w:val="20"/>
        </w:rPr>
        <w:t>[5]</w:t>
      </w:r>
    </w:p>
    <w:p>
      <w:r>
        <w:rPr>
          <w:rFonts w:ascii="Gentium Plus" w:hAnsi="Gentium Plus"/>
          <w:sz w:val="24"/>
        </w:rPr>
        <w:t>καὶ γίγνηταί τις, σὺ φαίνου ἰατρεύων, καὶ πρὸς τὸ βέλτιστον</w:t>
      </w:r>
    </w:p>
    <w:p>
      <w:r>
        <w:rPr>
          <w:rFonts w:ascii="Courier New" w:hAnsi="Courier New"/>
          <w:color w:val="555555"/>
          <w:sz w:val="20"/>
        </w:rPr>
        <w:t>[Ep . 321 a]</w:t>
      </w:r>
    </w:p>
    <w:p>
      <w:r>
        <w:rPr>
          <w:rFonts w:ascii="Gentium Plus" w:hAnsi="Gentium Plus"/>
          <w:sz w:val="24"/>
        </w:rPr>
        <w:t>ἔλθοιτ’ ἄν. ταῦτα δὲ ἴσως γελοῖόν σοι φαίνεται εἶναι τὸ ἐμὲ λέγειν, διότι καὶ αὐτὸς οὐκ ἀγνοεῖς· ἐγὼ δὲ καὶ ἐν τοῖς θεάτροις ὁρῶ τοὺς ἀγωνιστὰς ὑπὸ τῶν παίδων παροξυνο‐ μένους, μήτι δὴ ὑπό γε τῶν φίλων, οὓς ἄν τις οἴηται μετὰ</w:t>
      </w:r>
    </w:p>
    <w:p>
      <w:r>
        <w:rPr>
          <w:rFonts w:ascii="Courier New" w:hAnsi="Courier New"/>
          <w:color w:val="555555"/>
          <w:sz w:val="20"/>
        </w:rPr>
        <w:t>[5]</w:t>
      </w:r>
    </w:p>
    <w:p>
      <w:r>
        <w:rPr>
          <w:rFonts w:ascii="Gentium Plus" w:hAnsi="Gentium Plus"/>
          <w:sz w:val="24"/>
        </w:rPr>
        <w:t>σπουδῆς κατ’ εὔνοιαν παρακελεύεσθαι. νῦν οὖν αὐτοί τε</w:t>
      </w:r>
    </w:p>
    <w:p>
      <w:r>
        <w:rPr>
          <w:rFonts w:ascii="Courier New" w:hAnsi="Courier New"/>
          <w:color w:val="555555"/>
          <w:sz w:val="20"/>
        </w:rPr>
        <w:t>[Ep . 321 b]</w:t>
      </w:r>
    </w:p>
    <w:p>
      <w:r>
        <w:rPr>
          <w:rFonts w:ascii="Gentium Plus" w:hAnsi="Gentium Plus"/>
          <w:sz w:val="24"/>
        </w:rPr>
        <w:t>δὲ καὶ ὅτι πέπρακται ὑμῖν ἢ πράττοντες τυγχάνετε, ὡς ἡμεῖς πολλὰ ἀκούοντες οὐδὲν ἴσμεν· καὶ νῦν ἐπιστολαὶ παρὰ μὲν Θεοδότου καὶ Ἡρακλείδου ἥκουσιν εἰς Λακεδαίμονα καὶ Αἴγιναν, ἡμεῖς δέ, καθάπερ εἴρηται, πολλὰ ἀκούοντες περὶ</w:t>
      </w:r>
    </w:p>
    <w:p>
      <w:r>
        <w:rPr>
          <w:rFonts w:ascii="Courier New" w:hAnsi="Courier New"/>
          <w:color w:val="555555"/>
          <w:sz w:val="20"/>
        </w:rPr>
        <w:t>[5]</w:t>
      </w:r>
    </w:p>
    <w:p>
      <w:r>
        <w:rPr>
          <w:rFonts w:ascii="Gentium Plus" w:hAnsi="Gentium Plus"/>
          <w:sz w:val="24"/>
        </w:rPr>
        <w:t>τῶν τῇδε οὐδὲν ἴσμεν. ἐνθυμοῦ δὲ καὶ ὅτι δοκεῖς τισιν ἐνδεεστέρως τοῦ προσήκοντος θεραπευτικὸς εἶναι· μὴ οὖν λανθανέτω σε ὅτι διὰ τοῦ ἀρέσκειν τοῖς ἀνθρώποις καὶ τὸ</w:t>
      </w:r>
    </w:p>
    <w:p>
      <w:r>
        <w:rPr>
          <w:rFonts w:ascii="Courier New" w:hAnsi="Courier New"/>
          <w:color w:val="555555"/>
          <w:sz w:val="20"/>
        </w:rPr>
        <w:t>[Ep . 321 c]</w:t>
      </w:r>
    </w:p>
    <w:p>
      <w:r>
        <w:rPr>
          <w:rFonts w:ascii="Gentium Plus" w:hAnsi="Gentium Plus"/>
          <w:sz w:val="24"/>
        </w:rPr>
        <w:t>πράττειν ἐστίν, ἡ δ’ αὐθάδεια ἐρημίᾳ σύνοικος. εὐτύχει.</w:t>
      </w:r>
    </w:p>
    <w:p>
      <w:r>
        <w:rPr>
          <w:rFonts w:ascii="Courier New" w:hAnsi="Courier New"/>
          <w:color w:val="555555"/>
          <w:sz w:val="20"/>
        </w:rPr>
        <w:t>[1]</w:t>
      </w:r>
    </w:p>
    <w:p>
      <w:r>
        <w:rPr>
          <w:rFonts w:ascii="Gentium Plus" w:hAnsi="Gentium Plus"/>
          <w:sz w:val="24"/>
        </w:rPr>
        <w:t>Πλάτων Περδίκκᾳ εὖ πράττειν. Εὐφραίῳ μὲν συνεβούλευσα, καθάπερ ἐπέστελλες, τῶν σῶν ἐπιμελούμενον περὶ ταῦτα διατρίβειν· δίκαιος δ’ εἰμὶ καὶ</w:t>
      </w:r>
    </w:p>
    <w:p>
      <w:r>
        <w:rPr>
          <w:rFonts w:ascii="Courier New" w:hAnsi="Courier New"/>
          <w:color w:val="555555"/>
          <w:sz w:val="20"/>
        </w:rPr>
        <w:t>[5]</w:t>
      </w:r>
    </w:p>
    <w:p>
      <w:r>
        <w:rPr>
          <w:rFonts w:ascii="Gentium Plus" w:hAnsi="Gentium Plus"/>
          <w:sz w:val="24"/>
        </w:rPr>
        <w:t>σοὶ ξενικὴν καὶ ἱερὰν συμβουλὴν λεγομένην συμβουλεύειν</w:t>
      </w:r>
    </w:p>
    <w:p>
      <w:r>
        <w:rPr>
          <w:rFonts w:ascii="Courier New" w:hAnsi="Courier New"/>
          <w:color w:val="555555"/>
          <w:sz w:val="20"/>
        </w:rPr>
        <w:t>[Ep . 321 d]</w:t>
      </w:r>
    </w:p>
    <w:p>
      <w:r>
        <w:rPr>
          <w:rFonts w:ascii="Gentium Plus" w:hAnsi="Gentium Plus"/>
          <w:sz w:val="24"/>
        </w:rPr>
        <w:t>περί τε τῶν ἄλλων ὧν ἂν φράζῃς καὶ ὡς Εὐφραίῳ δεῖ τὰ νῦν χρῆσθαι. πολλὰ μὲν γὰρ ὁ ἀνὴρ χρήσιμος, μέγιστον δὲ οὗ καὶ σὺ νῦν ἐνδεὴς εἶ διά τε τὴν ἡλικίαν καὶ διὰ τὸ μὴ πολλοὺς αὐτοῦ πέρι συμβούλους εἶναι τοῖς νέοις. ἔστιν γὰρ δή τις</w:t>
      </w:r>
    </w:p>
    <w:p>
      <w:r>
        <w:rPr>
          <w:rFonts w:ascii="Courier New" w:hAnsi="Courier New"/>
          <w:color w:val="555555"/>
          <w:sz w:val="20"/>
        </w:rPr>
        <w:t>[5]</w:t>
      </w:r>
    </w:p>
    <w:p>
      <w:r>
        <w:rPr>
          <w:rFonts w:ascii="Gentium Plus" w:hAnsi="Gentium Plus"/>
          <w:sz w:val="24"/>
        </w:rPr>
        <w:t>φωνὴ τῶν πολιτειῶν ἑκάστης καθαπερεί τινων ζῴων, ἄλλη μὲν δημοκρατίας, ἄλλη δ’ ὀλιγαρχίας, ἡ δ’ αὖ μοναρχίας·</w:t>
      </w:r>
    </w:p>
    <w:p>
      <w:r>
        <w:rPr>
          <w:rFonts w:ascii="Courier New" w:hAnsi="Courier New"/>
          <w:color w:val="555555"/>
          <w:sz w:val="20"/>
        </w:rPr>
        <w:t>[Ep . 321 e]</w:t>
      </w:r>
    </w:p>
    <w:p>
      <w:r>
        <w:rPr>
          <w:rFonts w:ascii="Gentium Plus" w:hAnsi="Gentium Plus"/>
          <w:sz w:val="24"/>
        </w:rPr>
        <w:t>ταύτας φαῖεν μὲν ἂν ἐπίστασθαι πάμπολλοι, πλεῖστον δ’ ἀπολείπονται τοῦ κατανοεῖν αὐτὰς πλὴν ὀλίγων δή τινων. ἥτις μὲν ἂν οὖν τῶν πολιτειῶν τὴν αὑτῆς φθέγγηται φωνὴν πρός τε θεοὺς καὶ πρὸς ἀνθρώπους, καὶ τῇ φωνῇ τὰς πράξεις</w:t>
      </w:r>
    </w:p>
    <w:p>
      <w:r>
        <w:rPr>
          <w:rFonts w:ascii="Courier New" w:hAnsi="Courier New"/>
          <w:color w:val="555555"/>
          <w:sz w:val="20"/>
        </w:rPr>
        <w:t>[5]</w:t>
      </w:r>
    </w:p>
    <w:p>
      <w:r>
        <w:rPr>
          <w:rFonts w:ascii="Gentium Plus" w:hAnsi="Gentium Plus"/>
          <w:sz w:val="24"/>
        </w:rPr>
        <w:t>ἑπομένας ἀποδιδῷ, θάλλει τε ἀεὶ καὶ σῴζεται, μιμουμένη δ’ ἄλλην φθείρεται. πρὸς ταῦτ’ οὖν Εὐφραῖός σοι γίγνοιτ’</w:t>
      </w:r>
    </w:p>
    <w:p>
      <w:r>
        <w:rPr>
          <w:rFonts w:ascii="Courier New" w:hAnsi="Courier New"/>
          <w:color w:val="555555"/>
          <w:sz w:val="20"/>
        </w:rPr>
        <w:t>[Ep . 322 a]</w:t>
      </w:r>
    </w:p>
    <w:p>
      <w:r>
        <w:rPr>
          <w:rFonts w:ascii="Gentium Plus" w:hAnsi="Gentium Plus"/>
          <w:sz w:val="24"/>
        </w:rPr>
        <w:t>τοὺς γὰρ τῆς μοναρχίας λόγους οὐχ ἥκιστ’ αὐτὸν ἐλπίζω συνεξευρήσειν τῶν περὶ τὴν σὴν διατριβὴν ὄντων· εἰς ταῦτ’ οὖν αὐτῷ χρώμενος ὀνήσῃ τε αὐτὸς καὶ ἐκεῖνον πλεῖστα ὠφελήσεις. ἐὰν δέ τις ἀκούσας ταῦτα εἴπῃ· “Πλάτων, ὡς</w:t>
      </w:r>
    </w:p>
    <w:p>
      <w:r>
        <w:rPr>
          <w:rFonts w:ascii="Courier New" w:hAnsi="Courier New"/>
          <w:color w:val="555555"/>
          <w:sz w:val="20"/>
        </w:rPr>
        <w:t>[5]</w:t>
      </w:r>
    </w:p>
    <w:p>
      <w:r>
        <w:rPr>
          <w:rFonts w:ascii="Gentium Plus" w:hAnsi="Gentium Plus"/>
          <w:sz w:val="24"/>
        </w:rPr>
        <w:t>ἔοικεν, προσποιεῖται μὲν τὰ δημοκρατίᾳ συμφέροντα εἰδέναι, ἐξὸν δ’ ἐν τῷ δήμῳ λέγειν καὶ συμβουλεύειν αὐτῷ τὰ βέλτιστα οὐ πώποτε ἀναστὰς ἐφθέγξατο,” πρὸς ταῦτ’ εἰπεῖν ὅτι Πλάτων ὀψὲ ἐν τῇ πατρίδι γέγονεν καὶ τὸν δῆμον κατέ‐</w:t>
      </w:r>
    </w:p>
    <w:p>
      <w:r>
        <w:rPr>
          <w:rFonts w:ascii="Courier New" w:hAnsi="Courier New"/>
          <w:color w:val="555555"/>
          <w:sz w:val="20"/>
        </w:rPr>
        <w:t>[Ep . 322 b]</w:t>
      </w:r>
    </w:p>
    <w:p>
      <w:r>
        <w:rPr>
          <w:rFonts w:ascii="Gentium Plus" w:hAnsi="Gentium Plus"/>
          <w:sz w:val="24"/>
        </w:rPr>
        <w:t>λαβεν ἤδη πρεσβύτερον καὶ εἰθισμένον ὑπὸ τῶν ἔμπροσθεν πολλὰ καὶ ἀνόμοια τῇ ἐκείνου συμβουλῇ πράττειν· ἐπεὶ πάντων ἂν ἥδιστα καθάπερ πατρὶ συνεβούλευεν αὐτῷ, εἰ μὴ μάτην μὲν κινδυνεύσειν ᾤετο, πλέον δ’ οὐδὲν ποιήσειν.</w:t>
      </w:r>
    </w:p>
    <w:p>
      <w:r>
        <w:rPr>
          <w:rFonts w:ascii="Courier New" w:hAnsi="Courier New"/>
          <w:color w:val="555555"/>
          <w:sz w:val="20"/>
        </w:rPr>
        <w:t>[5]</w:t>
      </w:r>
    </w:p>
    <w:p>
      <w:r>
        <w:rPr>
          <w:rFonts w:ascii="Gentium Plus" w:hAnsi="Gentium Plus"/>
          <w:sz w:val="24"/>
        </w:rPr>
        <w:t>ταὐτὸν δὴ οἶμαι δρᾶσαι ἂν καὶ τὴν ἐμὴν συμβουλήν. εἰ γὰρ δόξαιμεν ἀνιάτως ἔχειν, πολλὰ ἂν χαίρειν ἡμῖν εἰπὼν ἐκτὸς</w:t>
      </w:r>
    </w:p>
    <w:p>
      <w:r>
        <w:rPr>
          <w:rFonts w:ascii="Courier New" w:hAnsi="Courier New"/>
          <w:color w:val="555555"/>
          <w:sz w:val="20"/>
        </w:rPr>
        <w:t>[Ep . 322 c]</w:t>
      </w:r>
    </w:p>
    <w:p>
      <w:r>
        <w:rPr>
          <w:rFonts w:ascii="Gentium Plus" w:hAnsi="Gentium Plus"/>
          <w:sz w:val="24"/>
        </w:rPr>
        <w:t>ἂν γίγνοιτο τῆς περὶ ἐμὲ καὶ τὰ ἐμὰ συμβουλῆς. εὐτύχει.</w:t>
      </w:r>
    </w:p>
    <w:p>
      <w:r>
        <w:rPr>
          <w:rFonts w:ascii="Courier New" w:hAnsi="Courier New"/>
          <w:color w:val="555555"/>
          <w:sz w:val="20"/>
        </w:rPr>
        <w:t>[1]</w:t>
      </w:r>
    </w:p>
    <w:p>
      <w:r>
        <w:rPr>
          <w:rFonts w:ascii="Gentium Plus" w:hAnsi="Gentium Plus"/>
          <w:sz w:val="24"/>
        </w:rPr>
        <w:t>Πλάτων Ἑρμείᾳ καὶ Ἐράστῳ καὶ κορίσκῳ εὖ πράττειν. Ἐμοὶ φαίνεται θεῶν τις ὑμῖν τύχην ἀγαθήν, ἂν εὖ δέξησθε,</w:t>
      </w:r>
    </w:p>
    <w:p>
      <w:r>
        <w:rPr>
          <w:rFonts w:ascii="Courier New" w:hAnsi="Courier New"/>
          <w:color w:val="555555"/>
          <w:sz w:val="20"/>
        </w:rPr>
        <w:t>[5]</w:t>
      </w:r>
    </w:p>
    <w:p>
      <w:r>
        <w:rPr>
          <w:rFonts w:ascii="Gentium Plus" w:hAnsi="Gentium Plus"/>
          <w:sz w:val="24"/>
        </w:rPr>
        <w:t>εὐμενῶς καὶ ἱκανῶς παρασκευάζειν· οἰκεῖτε γὰρ δὴ γείτονές τε ὑμῖν αὐτοῖς καὶ χρείαν ἔχοντες ὥστε ἀλλήλους εἰς τὰ</w:t>
      </w:r>
    </w:p>
    <w:p>
      <w:r>
        <w:rPr>
          <w:rFonts w:ascii="Courier New" w:hAnsi="Courier New"/>
          <w:color w:val="555555"/>
          <w:sz w:val="20"/>
        </w:rPr>
        <w:t>[Ep . 322 d]</w:t>
      </w:r>
    </w:p>
    <w:p>
      <w:r>
        <w:rPr>
          <w:rFonts w:ascii="Gentium Plus" w:hAnsi="Gentium Plus"/>
          <w:sz w:val="24"/>
        </w:rPr>
        <w:t>μέγιστα ὠφελεῖν. Ἑρμείᾳ μὲν γὰρ οὔτε ἵππων πλῆθος οὔτε ἄλλης πολεμικῆς συμμαχίας οὐδ’ αὖ χρυσοῦ προσγενομένου γένοιτ’ ἂν μείζων εἰς τὰ πάντα δύναμις, ἢ φίλων βεβαίων τε καὶ ἦθος ἐχόντων ὑγιές· Ἐράστῳ δὲ καὶ Κορίσκῳ, πρὸς τῇ</w:t>
      </w:r>
    </w:p>
    <w:p>
      <w:r>
        <w:rPr>
          <w:rFonts w:ascii="Courier New" w:hAnsi="Courier New"/>
          <w:color w:val="555555"/>
          <w:sz w:val="20"/>
        </w:rPr>
        <w:t>[5]</w:t>
      </w:r>
    </w:p>
    <w:p>
      <w:r>
        <w:rPr>
          <w:rFonts w:ascii="Gentium Plus" w:hAnsi="Gentium Plus"/>
          <w:sz w:val="24"/>
        </w:rPr>
        <w:t>τῶν εἰδῶν σοφίᾳ τῇ καλῇ ταύτῃ, φήμ’ ἐγώ, καίπερ γέρων ὤν, προσδεῖν σοφίας τῆς περὶ τοὺς πονηροὺς καὶ ἀδίκους</w:t>
      </w:r>
    </w:p>
    <w:p>
      <w:r>
        <w:rPr>
          <w:rFonts w:ascii="Courier New" w:hAnsi="Courier New"/>
          <w:color w:val="555555"/>
          <w:sz w:val="20"/>
        </w:rPr>
        <w:t>[Ep . 322 e]</w:t>
      </w:r>
    </w:p>
    <w:p>
      <w:r>
        <w:rPr>
          <w:rFonts w:ascii="Gentium Plus" w:hAnsi="Gentium Plus"/>
          <w:sz w:val="24"/>
        </w:rPr>
        <w:t>φυλακτικῆς καί τινος ἀμυντικῆς δυνάμεως. ἄπειροι γάρ εἰσι διὰ τὸ μεθ’ ἡμῶν μετρίων ὄντων καὶ οὐ κακῶν συχνὸν διατετριφέναι τοῦ βίου· διὸ δὴ τούτων προσδεῖν εἶπον, ἵνα μὴ ἀναγκάζωνται τῆς ἀληθινῆς μὲν ἀμελεῖν σοφίας, τῆς δὲ</w:t>
      </w:r>
    </w:p>
    <w:p>
      <w:r>
        <w:rPr>
          <w:rFonts w:ascii="Courier New" w:hAnsi="Courier New"/>
          <w:color w:val="555555"/>
          <w:sz w:val="20"/>
        </w:rPr>
        <w:t>[5]</w:t>
      </w:r>
    </w:p>
    <w:p>
      <w:r>
        <w:rPr>
          <w:rFonts w:ascii="Gentium Plus" w:hAnsi="Gentium Plus"/>
          <w:sz w:val="24"/>
        </w:rPr>
        <w:t>ἀνθρωπίνης τε καὶ ἀναγκαίας ἐπιμελεῖσθαι μειζόνως ἢ δεῖ. ταύτην δ’ αὖ τὴν δύναμιν Ἑρμείας μοι φαίνεται φύσει τε, ὅσα</w:t>
      </w:r>
    </w:p>
    <w:p>
      <w:r>
        <w:rPr>
          <w:rFonts w:ascii="Courier New" w:hAnsi="Courier New"/>
          <w:color w:val="555555"/>
          <w:sz w:val="20"/>
        </w:rPr>
        <w:t>[Ep . 323 a]</w:t>
      </w:r>
    </w:p>
    <w:p>
      <w:r>
        <w:rPr>
          <w:rFonts w:ascii="Gentium Plus" w:hAnsi="Gentium Plus"/>
          <w:sz w:val="24"/>
        </w:rPr>
        <w:t>μήπω συγγεγονότι, καὶ τέχνῃ δι’ ἐμπειρίας εἰληφέναι. τί οὖν δὴ λέγω; σοὶ μέν, Ἑρμεία, πεπειραμένος Ἐράστου καὶ Κορίσκου πλέονα ἢ σύ, φημὶ καὶ μηνύω καὶ μαρτυρῶ μὴ ῥᾳδίως εὑρήσειν σε ἀξιοπιστότερα ἤθη τούτων τῶν γειτόνων·</w:t>
      </w:r>
    </w:p>
    <w:p>
      <w:r>
        <w:rPr>
          <w:rFonts w:ascii="Courier New" w:hAnsi="Courier New"/>
          <w:color w:val="555555"/>
          <w:sz w:val="20"/>
        </w:rPr>
        <w:t>[5]</w:t>
      </w:r>
    </w:p>
    <w:p>
      <w:r>
        <w:rPr>
          <w:rFonts w:ascii="Gentium Plus" w:hAnsi="Gentium Plus"/>
          <w:sz w:val="24"/>
        </w:rPr>
        <w:t>ἔχεσθαι δὴ παντὶ συμβουλεύω δικαίῳ τρόπῳ τούτων τῶν ἀνδρῶν, μὴ πάρεργον ἡγουμένῳ. Κορίσκῳ δὲ καὶ Ἐράστῳ πάλιν Ἑρμείου ἀντέχεσθαι σύμβουλός εἰμι καὶ πειρᾶσθαι ταῖς</w:t>
      </w:r>
    </w:p>
    <w:p>
      <w:r>
        <w:rPr>
          <w:rFonts w:ascii="Courier New" w:hAnsi="Courier New"/>
          <w:color w:val="555555"/>
          <w:sz w:val="20"/>
        </w:rPr>
        <w:t>[Ep . 323 b]</w:t>
      </w:r>
    </w:p>
    <w:p>
      <w:r>
        <w:rPr>
          <w:rFonts w:ascii="Gentium Plus" w:hAnsi="Gentium Plus"/>
          <w:sz w:val="24"/>
        </w:rPr>
        <w:t>ἀνθέξεσιν ἀλλήλων εἰς μίαν ἀφικέσθαι φιλίας συμπλοκήν. ἂν δέ τις ὑμῶν ἄρα ταύτην πῃ λύειν δοκῇ—τὸ γὰρ ἀνθρώ‐ πινον οὐ παντάπασιν βέβαιον—δεῦρο παρ’ ἐμὲ καὶ τοὺς ἐμοὺς πέμπετε μομφῆς κατήγορον ἐπιστολήν· οἶμαι γὰρ δίκῃ τε καὶ</w:t>
      </w:r>
    </w:p>
    <w:p>
      <w:r>
        <w:rPr>
          <w:rFonts w:ascii="Courier New" w:hAnsi="Courier New"/>
          <w:color w:val="555555"/>
          <w:sz w:val="20"/>
        </w:rPr>
        <w:t>[5]</w:t>
      </w:r>
    </w:p>
    <w:p>
      <w:r>
        <w:rPr>
          <w:rFonts w:ascii="Gentium Plus" w:hAnsi="Gentium Plus"/>
          <w:sz w:val="24"/>
        </w:rPr>
        <w:t>αἰδοῖ τοὺς παρ’ ἡμῶν ἐντεῦθεν ἐλθόντας λόγους, εἰ μή τι τὸ λυθὲν μέγα τύχοι γενόμενον, ἐπῳδῆς ἡστινοσοῦν μᾶλλον ἂν συμφῦσαι καὶ συνδῆσαι πάλιν εἰς τὴν προϋπάρχουσαν</w:t>
      </w:r>
    </w:p>
    <w:p>
      <w:r>
        <w:rPr>
          <w:rFonts w:ascii="Courier New" w:hAnsi="Courier New"/>
          <w:color w:val="555555"/>
          <w:sz w:val="20"/>
        </w:rPr>
        <w:t>[Ep . 323 c]</w:t>
      </w:r>
    </w:p>
    <w:p>
      <w:r>
        <w:rPr>
          <w:rFonts w:ascii="Gentium Plus" w:hAnsi="Gentium Plus"/>
          <w:sz w:val="24"/>
        </w:rPr>
        <w:t>φιλότητά τε καὶ κοινωνίαν, ἣν ἂν μὲν φιλοσοφῶμεν ἅπαντες ἡμεῖς τε καὶ ὑμεῖς, ὅσον ἂν δυνώμεθα καὶ ἑκάστῳ παρείκῃ, κύρια τὰ νῦν κεχρησμῳδημένα ἔσται. τὸ δὲ ἂν μὴ δρῶμεν ταῦτα οὐκ ἐρῶ· φήμην γὰρ ἀγαθὴν μαντεύομαι, καὶ φημὶ</w:t>
      </w:r>
    </w:p>
    <w:p>
      <w:r>
        <w:rPr>
          <w:rFonts w:ascii="Courier New" w:hAnsi="Courier New"/>
          <w:color w:val="555555"/>
          <w:sz w:val="20"/>
        </w:rPr>
        <w:t>[5]</w:t>
      </w:r>
    </w:p>
    <w:p>
      <w:r>
        <w:rPr>
          <w:rFonts w:ascii="Gentium Plus" w:hAnsi="Gentium Plus"/>
          <w:sz w:val="24"/>
        </w:rPr>
        <w:t>δὴ ταῦθ’ ἡμᾶς πάντ’ ἀγαθὰ ποιήσειν, ἂν θεὸς ἐθέλῃ. Ταύτην τὴν ἐπιστολὴν πάντας ὑμᾶς τρεῖς ὄντας ἀναγνῶναι χρή, μάλιστα μὲν ἁθρόους, εἰ δὲ μή, κατὰ δύο, κοινῇ κατὰ δύναμιν ὡς οἷόν τ’ ἐστὶν πλειστάκις, καὶ χρῆσθαι συνθήκῃ</w:t>
      </w:r>
    </w:p>
    <w:p>
      <w:r>
        <w:rPr>
          <w:rFonts w:ascii="Courier New" w:hAnsi="Courier New"/>
          <w:color w:val="555555"/>
          <w:sz w:val="20"/>
        </w:rPr>
        <w:t>[Ep . 323 d]</w:t>
      </w:r>
    </w:p>
    <w:p>
      <w:r>
        <w:rPr>
          <w:rFonts w:ascii="Gentium Plus" w:hAnsi="Gentium Plus"/>
          <w:sz w:val="24"/>
        </w:rPr>
        <w:t>καὶ νόμῳ κυρίῳ, ὅ ἐστιν δίκαιον, ἐπομνύντας σπουδῇ τε ἅμα</w:t>
      </w:r>
    </w:p>
    <w:p>
      <w:r>
        <w:rPr>
          <w:rFonts w:ascii="Courier New" w:hAnsi="Courier New"/>
          <w:color w:val="555555"/>
          <w:sz w:val="20"/>
        </w:rPr>
        <w:t>[5]</w:t>
      </w:r>
    </w:p>
    <w:p>
      <w:r>
        <w:rPr>
          <w:rFonts w:ascii="Gentium Plus" w:hAnsi="Gentium Plus"/>
          <w:sz w:val="24"/>
        </w:rPr>
        <w:t>φιλοσοφῶμεν, εἰσόμεθα πάντες σαφῶς εἰς δύναμιν ἀνθρώπων εὐδαιμόνων.</w:t>
      </w:r>
    </w:p>
    <w:p>
      <w:r>
        <w:rPr>
          <w:rFonts w:ascii="Courier New" w:hAnsi="Courier New"/>
          <w:color w:val="555555"/>
          <w:sz w:val="20"/>
        </w:rPr>
        <w:t>[6]</w:t>
      </w:r>
    </w:p>
    <w:p>
      <w:r>
        <w:rPr>
          <w:rFonts w:ascii="Gentium Plus" w:hAnsi="Gentium Plus"/>
          <w:sz w:val="24"/>
        </w:rPr>
        <w:t>Πλάτων τοῖς Δίωνος οἰκείοις τε καὶ ἑταίροις εὖ πράττειν. Ἐπεστείλατέ μοι νομίζειν δεῖν τὴν διάνοιαν ὑμῶν εἶναι τὴν</w:t>
      </w:r>
    </w:p>
    <w:p>
      <w:r>
        <w:rPr>
          <w:rFonts w:ascii="Courier New" w:hAnsi="Courier New"/>
          <w:color w:val="555555"/>
          <w:sz w:val="20"/>
        </w:rPr>
        <w:t>[10]</w:t>
      </w:r>
    </w:p>
    <w:p>
      <w:r>
        <w:rPr>
          <w:rFonts w:ascii="Gentium Plus" w:hAnsi="Gentium Plus"/>
          <w:sz w:val="24"/>
        </w:rPr>
        <w:t>αὐτὴν ἣν εἶχεν καὶ Δίων, καὶ δὴ καὶ κοινωνεῖν διεκελεύεσθέ</w:t>
      </w:r>
    </w:p>
    <w:p>
      <w:r>
        <w:rPr>
          <w:rFonts w:ascii="Courier New" w:hAnsi="Courier New"/>
          <w:color w:val="555555"/>
          <w:sz w:val="20"/>
        </w:rPr>
        <w:t>[Ep . 324 a]</w:t>
      </w:r>
    </w:p>
    <w:p>
      <w:r>
        <w:rPr>
          <w:rFonts w:ascii="Gentium Plus" w:hAnsi="Gentium Plus"/>
          <w:sz w:val="24"/>
        </w:rPr>
        <w:t>μοι, καθ’ ὅσον οἷός τέ εἰμι ἔργῳ καὶ λόγῳ. ἐγὼ δέ, εἰ μὲν δόξαν καὶ ἐπιθυμίαν τὴν αὐτὴν ἔχετε ἐκείνῳ, σύμφημι κοινω‐ νήσειν, εἰ δὲ μή, βουλεύσεσθαι πολλάκις. τίς δ’ ἦν ἡ ἐκείνου διάνοια καὶ ἐπιθυμία, σχεδὸν οὐκ εἰκάζων ἀλλ’ ὡς</w:t>
      </w:r>
    </w:p>
    <w:p>
      <w:r>
        <w:rPr>
          <w:rFonts w:ascii="Courier New" w:hAnsi="Courier New"/>
          <w:color w:val="555555"/>
          <w:sz w:val="20"/>
        </w:rPr>
        <w:t>[5]</w:t>
      </w:r>
    </w:p>
    <w:p>
      <w:r>
        <w:rPr>
          <w:rFonts w:ascii="Gentium Plus" w:hAnsi="Gentium Plus"/>
          <w:sz w:val="24"/>
        </w:rPr>
        <w:t>εἰδὼς σαφῶς εἴποιμ’ ἄν. ὅτε γὰρ κατ’ ἀρχὰς εἰς Συρακούσας ἐγὼ ἀφικόμην, σχεδὸν ἔτη τετταράκοντα γεγονώς, Δίων εἶχε τὴν ἡλικίαν ἣν τὰ νῦν Ἱππαρῖνος γέγονεν, καὶ ἣν ἔσχεν</w:t>
      </w:r>
    </w:p>
    <w:p>
      <w:r>
        <w:rPr>
          <w:rFonts w:ascii="Courier New" w:hAnsi="Courier New"/>
          <w:color w:val="555555"/>
          <w:sz w:val="20"/>
        </w:rPr>
        <w:t>[Ep . 324 b]</w:t>
      </w:r>
    </w:p>
    <w:p>
      <w:r>
        <w:rPr>
          <w:rFonts w:ascii="Gentium Plus" w:hAnsi="Gentium Plus"/>
          <w:sz w:val="24"/>
        </w:rPr>
        <w:t>τότε δόξαν, ταύτην καὶ διετέλεσεν ἔχων, Συρακοσίους οἴεσθαι δεῖν ἐλευθέρους εἶναι, κατὰ νόμους τοὺς ἀρίστους οἰκοῦντας· ὥστε οὐδὲν θαυμαστὸν εἴ τις θεῶν καὶ τοῦτον εἰς τὴν αὐτὴν δόξαν περὶ πολιτείας ἐκείνῳ γενέσθαι σύμφρονα ποιήσειεν.</w:t>
      </w:r>
    </w:p>
    <w:p>
      <w:r>
        <w:rPr>
          <w:rFonts w:ascii="Courier New" w:hAnsi="Courier New"/>
          <w:color w:val="555555"/>
          <w:sz w:val="20"/>
        </w:rPr>
        <w:t>[5]</w:t>
      </w:r>
    </w:p>
    <w:p>
      <w:r>
        <w:rPr>
          <w:rFonts w:ascii="Gentium Plus" w:hAnsi="Gentium Plus"/>
          <w:sz w:val="24"/>
        </w:rPr>
        <w:t>τίς δ’ ἦν ὁ τρόπος τῆς γενέσεως αὐτῆς, οὐκ ἀπάξιον ἀκοῦσαι νέῳ καὶ μὴ νέῳ, πειράσομαι δὲ ἐξ ἀρχῆς αὐτὴν ἐγὼ πρὸς ὑμᾶς διεξελθεῖν· ἔχει γὰρ καιρὸν τὰ νῦν. Νέος ἐγώ ποτε ὢν πολλοῖς δὴ ταὐτὸν ἔπαθον· ᾠήθην, εἰ θᾶττον ἐμαυτοῦ γενοίμην κύριος, ἐπὶ τὰ κοινὰ τῆς πόλεως</w:t>
      </w:r>
    </w:p>
    <w:p>
      <w:r>
        <w:rPr>
          <w:rFonts w:ascii="Courier New" w:hAnsi="Courier New"/>
          <w:color w:val="555555"/>
          <w:sz w:val="20"/>
        </w:rPr>
        <w:t>[Ep . 324 c]</w:t>
      </w:r>
    </w:p>
    <w:p>
      <w:r>
        <w:rPr>
          <w:rFonts w:ascii="Gentium Plus" w:hAnsi="Gentium Plus"/>
          <w:sz w:val="24"/>
        </w:rPr>
        <w:t>εὐθὺς ἰέναι. καί μοι τύχαι τινὲς τῶν τῆς πόλεως πραγμάτων</w:t>
      </w:r>
    </w:p>
    <w:p>
      <w:r>
        <w:rPr>
          <w:rFonts w:ascii="Courier New" w:hAnsi="Courier New"/>
          <w:color w:val="555555"/>
          <w:sz w:val="20"/>
        </w:rPr>
        <w:t>[5]</w:t>
      </w:r>
    </w:p>
    <w:p>
      <w:r>
        <w:rPr>
          <w:rFonts w:ascii="Gentium Plus" w:hAnsi="Gentium Plus"/>
          <w:sz w:val="24"/>
        </w:rPr>
        <w:t>ἄστει, δέκα δ’ ἐν Πειραεῖ—περί τε ἀγορὰν ἑκάτεροι τούτων ὅσα τ’ ἐν τοῖς ἄστεσι διοικεῖν ἔδει—τριάκοντα δὲ πάντων</w:t>
      </w:r>
    </w:p>
    <w:p>
      <w:r>
        <w:rPr>
          <w:rFonts w:ascii="Courier New" w:hAnsi="Courier New"/>
          <w:color w:val="555555"/>
          <w:sz w:val="20"/>
        </w:rPr>
        <w:t>[Ep . 324 d]</w:t>
      </w:r>
    </w:p>
    <w:p>
      <w:r>
        <w:rPr>
          <w:rFonts w:ascii="Gentium Plus" w:hAnsi="Gentium Plus"/>
          <w:sz w:val="24"/>
        </w:rPr>
        <w:t>ἄρχοντες κατέστησαν αὐτοκράτορες. τούτων δή τινες οἰκεῖοί τε ὄντες καὶ γνώριμοι ἐτύγχανον ἐμοί, καὶ δὴ καὶ παρεκάλουν εὐθὺς ὡς ἐπὶ προσήκοντα πράγματά με. καὶ ἐγὼ θαυμαστὸν οὐδὲν ἔπαθον ὑπὸ νεότητος· ᾠήθην γὰρ αὐτοὺς ἔκ τινος ἀδίκου</w:t>
      </w:r>
    </w:p>
    <w:p>
      <w:r>
        <w:rPr>
          <w:rFonts w:ascii="Courier New" w:hAnsi="Courier New"/>
          <w:color w:val="555555"/>
          <w:sz w:val="20"/>
        </w:rPr>
        <w:t>[5]</w:t>
      </w:r>
    </w:p>
    <w:p>
      <w:r>
        <w:rPr>
          <w:rFonts w:ascii="Gentium Plus" w:hAnsi="Gentium Plus"/>
          <w:sz w:val="24"/>
        </w:rPr>
        <w:t>βίου ἐπὶ δίκαιον τρόπον ἄγοντας διοικήσειν δὴ τὴν πόλιν, ὥστε αὐτοῖς σφόδρα προσεῖχον τὸν νοῦν, τί πράξοιεν. καὶ ὁρῶν δήπου τοὺς ἄνδρας ἐν χρόνῳ ὀλίγῳ χρυσὸν ἀποδεί‐ ξαντας τὴν ἔμπροσθεν πολιτείαν—τά τε ἄλλα καὶ φίλον</w:t>
      </w:r>
    </w:p>
    <w:p>
      <w:r>
        <w:rPr>
          <w:rFonts w:ascii="Courier New" w:hAnsi="Courier New"/>
          <w:color w:val="555555"/>
          <w:sz w:val="20"/>
        </w:rPr>
        <w:t>[Ep . 324 e]</w:t>
      </w:r>
    </w:p>
    <w:p>
      <w:r>
        <w:rPr>
          <w:rFonts w:ascii="Gentium Plus" w:hAnsi="Gentium Plus"/>
          <w:sz w:val="24"/>
        </w:rPr>
        <w:t>ἄνδρα ἐμοὶ πρεσβύτερον Σωκράτη, ὃν ἐγὼ σχεδὸν οὐκ ἂν αἰσχυνοίμην εἰπὼν δικαιότατον εἶναι τῶν τότε, ἐπί τινα τῶν πολιτῶν μεθ’ ἑτέρων ἔπεμπον, βίᾳ ἄξοντα ὡς ἀποθανούμενον,</w:t>
      </w:r>
    </w:p>
    <w:p>
      <w:r>
        <w:rPr>
          <w:rFonts w:ascii="Courier New" w:hAnsi="Courier New"/>
          <w:color w:val="555555"/>
          <w:sz w:val="20"/>
        </w:rPr>
        <w:t>[Ep . 325 a]</w:t>
      </w:r>
    </w:p>
    <w:p>
      <w:r>
        <w:rPr>
          <w:rFonts w:ascii="Gentium Plus" w:hAnsi="Gentium Plus"/>
          <w:sz w:val="24"/>
        </w:rPr>
        <w:t>ἵνα δὴ μετέχοι τῶν πραγμάτων αὐτοῖς, εἴτε βούλοιτο εἴτε μή· ὁ δ’ οὐκ ἐπείθετο, πᾶν δὲ παρεκινδύνευσεν παθεῖν πρὶν ἀνοσίων αὐτοῖς ἔργων γενέσθαι κοινωνός—ἃ δὴ πάντα καθορῶν καὶ εἴ τιν’ ἄλλα τοιαῦτα οὐ σμικρά, ἐδυσχέρανά τε</w:t>
      </w:r>
    </w:p>
    <w:p>
      <w:r>
        <w:rPr>
          <w:rFonts w:ascii="Courier New" w:hAnsi="Courier New"/>
          <w:color w:val="555555"/>
          <w:sz w:val="20"/>
        </w:rPr>
        <w:t>[5]</w:t>
      </w:r>
    </w:p>
    <w:p>
      <w:r>
        <w:rPr>
          <w:rFonts w:ascii="Gentium Plus" w:hAnsi="Gentium Plus"/>
          <w:sz w:val="24"/>
        </w:rPr>
        <w:t>καὶ ἐμαυτὸν ἐπανήγαγον ἀπὸ τῶν τότε κακῶν. χρόνῳ δὲ οὐ πολλῷ μετέπεσε τὰ τῶν τριάκοντά τε καὶ πᾶσα ἡ τότε πολιτεία· πάλιν δὲ βραδύτερον μέν, εἷλκεν δέ με ὅμως ἡ</w:t>
      </w:r>
    </w:p>
    <w:p>
      <w:r>
        <w:rPr>
          <w:rFonts w:ascii="Courier New" w:hAnsi="Courier New"/>
          <w:color w:val="555555"/>
          <w:sz w:val="20"/>
        </w:rPr>
        <w:t>[Ep . 325 b]</w:t>
      </w:r>
    </w:p>
    <w:p>
      <w:r>
        <w:rPr>
          <w:rFonts w:ascii="Gentium Plus" w:hAnsi="Gentium Plus"/>
          <w:sz w:val="24"/>
        </w:rPr>
        <w:t>περὶ τὸ πράττειν τὰ κοινὰ καὶ πολιτικὰ ἐπιθυμία. ἦν οὖν καὶ ἐν ἐκείνοις ἅτε τεταραγμένοις πολλὰ γιγνόμενα ἅ τις ἂν δυσχεράνειεν, καὶ οὐδέν τι θαυμαστὸν ἦν τιμωρίας ἐχθρῶν γίγνεσθαί τινών τισιν μείζους ἐν μεταβολαῖς· καίτοι πολλῇ</w:t>
      </w:r>
    </w:p>
    <w:p>
      <w:r>
        <w:rPr>
          <w:rFonts w:ascii="Courier New" w:hAnsi="Courier New"/>
          <w:color w:val="555555"/>
          <w:sz w:val="20"/>
        </w:rPr>
        <w:t>[5]</w:t>
      </w:r>
    </w:p>
    <w:p>
      <w:r>
        <w:rPr>
          <w:rFonts w:ascii="Gentium Plus" w:hAnsi="Gentium Plus"/>
          <w:sz w:val="24"/>
        </w:rPr>
        <w:t>γε ἐχρήσαντο οἱ τότε κατελθόντες ἐπιεικείᾳ. κατὰ δέ τινα</w:t>
      </w:r>
    </w:p>
    <w:p>
      <w:r>
        <w:rPr>
          <w:rFonts w:ascii="Courier New" w:hAnsi="Courier New"/>
          <w:color w:val="555555"/>
          <w:sz w:val="20"/>
        </w:rPr>
        <w:t>[Ep . 325 c]</w:t>
      </w:r>
    </w:p>
    <w:p>
      <w:r>
        <w:rPr>
          <w:rFonts w:ascii="Gentium Plus" w:hAnsi="Gentium Plus"/>
          <w:sz w:val="24"/>
        </w:rPr>
        <w:t>βαλόντες καὶ πάντων ἥκιστα Σωκράτει προσήκουσαν· ὡς ἀσεβῆ γὰρ οἱ μὲν εἰσήγαγον, οἱ δὲ κατεψηφίσαντο καὶ ἀπέκτειναν τὸν τότε τῆς ἀνοσίου ἀγωγῆς οὐκ ἐθελήσαντα μετασχεῖν περὶ ἕνα τῶν τότε φευγόντων φίλων, ὅτε φεύγοντες ἐδυστύχουν</w:t>
      </w:r>
    </w:p>
    <w:p>
      <w:r>
        <w:rPr>
          <w:rFonts w:ascii="Courier New" w:hAnsi="Courier New"/>
          <w:color w:val="555555"/>
          <w:sz w:val="20"/>
        </w:rPr>
        <w:t>[5]</w:t>
      </w:r>
    </w:p>
    <w:p>
      <w:r>
        <w:rPr>
          <w:rFonts w:ascii="Gentium Plus" w:hAnsi="Gentium Plus"/>
          <w:sz w:val="24"/>
        </w:rPr>
        <w:t>αὐτοί. σκοποῦντι δή μοι ταῦτά τε καὶ τοὺς ἀνθρώπους τοὺς πράττοντας τὰ πολιτικά, καὶ τοὺς νόμους γε καὶ ἔθη, ὅσῳ μᾶλλον διεσκόπουν ἡλικίας τε εἰς τὸ πρόσθε προύβαινον, τοσούτῳ χαλεπώτερον ἐφαίνετο ὀρθῶς εἶναί μοι τὰ πολιτικὰ</w:t>
      </w:r>
    </w:p>
    <w:p>
      <w:r>
        <w:rPr>
          <w:rFonts w:ascii="Courier New" w:hAnsi="Courier New"/>
          <w:color w:val="555555"/>
          <w:sz w:val="20"/>
        </w:rPr>
        <w:t>[Ep . 325 d]</w:t>
      </w:r>
    </w:p>
    <w:p>
      <w:r>
        <w:rPr>
          <w:rFonts w:ascii="Gentium Plus" w:hAnsi="Gentium Plus"/>
          <w:sz w:val="24"/>
        </w:rPr>
        <w:t>διοικεῖν· οὔτε γὰρ ἄνευ φίλων ἀνδρῶν καὶ ἑταίρων πιστῶν οἷόν τ’ εἶναι πράττειν—οὓς οὔθ’ ὑπάρχοντας ἦν εὑρεῖν εὐπετές, οὐ γὰρ ἔτι ἐν τοῖς τῶν πατέρων ἤθεσιν καὶ ἐπιτηδεύμασιν ἡ πόλις ἡμῶν διῳκεῖτο, καινούς τε ἄλλους ἀδύνατον ἦν</w:t>
      </w:r>
    </w:p>
    <w:p>
      <w:r>
        <w:rPr>
          <w:rFonts w:ascii="Courier New" w:hAnsi="Courier New"/>
          <w:color w:val="555555"/>
          <w:sz w:val="20"/>
        </w:rPr>
        <w:t>[5]</w:t>
      </w:r>
    </w:p>
    <w:p>
      <w:r>
        <w:rPr>
          <w:rFonts w:ascii="Gentium Plus" w:hAnsi="Gentium Plus"/>
          <w:sz w:val="24"/>
        </w:rPr>
        <w:t>κτᾶσθαι μετά τινος ῥᾳστώνης—τά τε τῶν νόμων γράμματα καὶ ἔθη διεφθείρετο καὶ ἐπεδίδου θαυμαστὸν ὅσον, ὥστε με,</w:t>
      </w:r>
    </w:p>
    <w:p>
      <w:r>
        <w:rPr>
          <w:rFonts w:ascii="Courier New" w:hAnsi="Courier New"/>
          <w:color w:val="555555"/>
          <w:sz w:val="20"/>
        </w:rPr>
        <w:t>[Ep . 325 e]</w:t>
      </w:r>
    </w:p>
    <w:p>
      <w:r>
        <w:rPr>
          <w:rFonts w:ascii="Gentium Plus" w:hAnsi="Gentium Plus"/>
          <w:sz w:val="24"/>
        </w:rPr>
        <w:t>τὸ πρῶτον πολλῆς μεστὸν ὄντα ὁρμῆς ἐπὶ τὸ πράττειν τὰ κοινά, βλέποντα εἰς ταῦτα καὶ φερόμενα ὁρῶντα πάντῃ πάντως, τελευτῶντα ἰλιγγιᾶν, καὶ τοῦ μὲν σκοπεῖν μὴ ἀπο‐ στῆναι μή ποτε ἄμεινον ἂν γίγνοιτο περί τε αὐτὰ ταῦτα καὶ</w:t>
      </w:r>
    </w:p>
    <w:p>
      <w:r>
        <w:rPr>
          <w:rFonts w:ascii="Courier New" w:hAnsi="Courier New"/>
          <w:color w:val="555555"/>
          <w:sz w:val="20"/>
        </w:rPr>
        <w:t>[Ep . 326 a]</w:t>
      </w:r>
    </w:p>
    <w:p>
      <w:r>
        <w:rPr>
          <w:rFonts w:ascii="Gentium Plus" w:hAnsi="Gentium Plus"/>
          <w:sz w:val="24"/>
        </w:rPr>
        <w:t>δὴ καὶ περὶ τὴν πᾶσαν πολιτείαν, τοῦ δὲ πράττειν αὖ περι‐ μένειν ἀεὶ καιρούς, τελευτῶντα δὲ νοῆσαι περὶ πασῶν τῶν νῦν πόλεων ὅτι κακῶς σύμπασαι πολιτεύονται—τὰ γὰρ τῶν νόμων αὐταῖς σχεδὸν ἀνιάτως ἔχοντά ἐστιν ἄνευ παρασκευῆς</w:t>
      </w:r>
    </w:p>
    <w:p>
      <w:r>
        <w:rPr>
          <w:rFonts w:ascii="Courier New" w:hAnsi="Courier New"/>
          <w:color w:val="555555"/>
          <w:sz w:val="20"/>
        </w:rPr>
        <w:t>[5]</w:t>
      </w:r>
    </w:p>
    <w:p>
      <w:r>
        <w:rPr>
          <w:rFonts w:ascii="Gentium Plus" w:hAnsi="Gentium Plus"/>
          <w:sz w:val="24"/>
        </w:rPr>
        <w:t>θαυμαστῆς τινος μετὰ τύχης—λέγειν τε ἠναγκάσθην, ἐπαινῶν τὴν ὀρθὴν φιλοσοφίαν, ὡς ἐκ ταύτης ἔστιν τά τε πολιτικὰ δίκαια καὶ τὰ τῶν ἰδιωτῶν πάντα κατιδεῖν· κακῶν οὖν οὐ</w:t>
      </w:r>
    </w:p>
    <w:p>
      <w:r>
        <w:rPr>
          <w:rFonts w:ascii="Courier New" w:hAnsi="Courier New"/>
          <w:color w:val="555555"/>
          <w:sz w:val="20"/>
        </w:rPr>
        <w:t>[Ep . 326 b]</w:t>
      </w:r>
    </w:p>
    <w:p>
      <w:r>
        <w:rPr>
          <w:rFonts w:ascii="Gentium Plus" w:hAnsi="Gentium Plus"/>
          <w:sz w:val="24"/>
        </w:rPr>
        <w:t>λήξειν τὰ ἀνθρώπινα γένη, πρὶν ἂν ἢ τὸ τῶν φιλοσοφούντων ὀρθῶς γε καὶ ἀληθῶς γένος εἰς ἀρχὰς ἔλθῃ τὰς πολιτικὰς ἢ τὸ τῶν δυναστευόντων ἐν ταῖς πόλεσιν ἔκ τινος μοίρας θείας ὄντως φιλοσοφήσῃ.</w:t>
      </w:r>
    </w:p>
    <w:p>
      <w:r>
        <w:rPr>
          <w:rFonts w:ascii="Courier New" w:hAnsi="Courier New"/>
          <w:color w:val="555555"/>
          <w:sz w:val="20"/>
        </w:rPr>
        <w:t>[5]</w:t>
      </w:r>
    </w:p>
    <w:p>
      <w:r>
        <w:rPr>
          <w:rFonts w:ascii="Gentium Plus" w:hAnsi="Gentium Plus"/>
          <w:sz w:val="24"/>
        </w:rPr>
        <w:t>Ταύτην δὴ τὴν διάνοιαν ἔχων εἰς Ἰταλίαν τε καὶ Σικελίαν ἦλθον, ὅτε πρῶτον ἀφικόμην. ἐλθόντα δέ με ὁ ταύτῃ λεγό‐ μενος αὖ βίος εὐδαίμων, Ἰταλιωτικῶν τε καὶ Συρακουσίων τραπεζῶν πλήρης, οὐδαμῇ οὐδαμῶς ἤρεσεν, δίς τε τῆς ἡμέρας ἐμπιμπλάμενον ζῆν καὶ μηδέποτε κοιμώμενον μόνον νύκτωρ,</w:t>
      </w:r>
    </w:p>
    <w:p>
      <w:r>
        <w:rPr>
          <w:rFonts w:ascii="Courier New" w:hAnsi="Courier New"/>
          <w:color w:val="555555"/>
          <w:sz w:val="20"/>
        </w:rPr>
        <w:t>[Ep . 326 c]</w:t>
      </w:r>
    </w:p>
    <w:p>
      <w:r>
        <w:rPr>
          <w:rFonts w:ascii="Gentium Plus" w:hAnsi="Gentium Plus"/>
          <w:sz w:val="24"/>
        </w:rPr>
        <w:t>καὶ ὅσα τούτῳ ἐπιτηδεύματα συνέπεται τῷ βίῳ· ἐκ γὰρ τούτων τῶν ἐθῶν οὔτ’ ἂν φρόνιμος οὐδείς ποτε γενέσθαι τῶν ὑπὸ τὸν οὐρανὸν ἀνθρώπων ἐκ νέου ἐπιτηδεύων δύναιτο—οὐχ οὕτως θαυμαστῇ φύσει κραθήσεται—σώφρων δὲ οὐδ’ ἂν</w:t>
      </w:r>
    </w:p>
    <w:p>
      <w:r>
        <w:rPr>
          <w:rFonts w:ascii="Courier New" w:hAnsi="Courier New"/>
          <w:color w:val="555555"/>
          <w:sz w:val="20"/>
        </w:rPr>
        <w:t>[5]</w:t>
      </w:r>
    </w:p>
    <w:p>
      <w:r>
        <w:rPr>
          <w:rFonts w:ascii="Gentium Plus" w:hAnsi="Gentium Plus"/>
          <w:sz w:val="24"/>
        </w:rPr>
        <w:t>μελλήσαι ποτὲ γενέσθαι, καὶ δὴ καὶ περὶ τῆς ἄλλης ἀρετῆς ὁ αὐτὸς λόγος ἂν εἴη, πόλις τε οὐδεμία ἂν ἠρεμήσαι κατὰ νόμους οὐδ’ οὑστινασοῦν ἀνδρῶν οἰομένων ἀναλίσκειν μὲν δεῖν</w:t>
      </w:r>
    </w:p>
    <w:p>
      <w:r>
        <w:rPr>
          <w:rFonts w:ascii="Courier New" w:hAnsi="Courier New"/>
          <w:color w:val="555555"/>
          <w:sz w:val="20"/>
        </w:rPr>
        <w:t>[Ep . 326 d]</w:t>
      </w:r>
    </w:p>
    <w:p>
      <w:r>
        <w:rPr>
          <w:rFonts w:ascii="Gentium Plus" w:hAnsi="Gentium Plus"/>
          <w:sz w:val="24"/>
        </w:rPr>
        <w:t>πάντα εἰς ὑπερβολάς, ἀργῶν δὲ εἰς ἅπαντα ἡγουμένων αὖ δεῖν γίγνεσθαι πλὴν ἐς εὐωχίας καὶ πότους καὶ ἀφροδισίων σπουδὰς διαπονουμένας· ἀναγκαῖον δὲ εἶναι ταύτας τὰς πόλεις τυραννίδας τε καὶ ὀλιγαρχίας καὶ δημοκρατίας μεταβαλλούσας</w:t>
      </w:r>
    </w:p>
    <w:p>
      <w:r>
        <w:rPr>
          <w:rFonts w:ascii="Courier New" w:hAnsi="Courier New"/>
          <w:color w:val="555555"/>
          <w:sz w:val="20"/>
        </w:rPr>
        <w:t>[5]</w:t>
      </w:r>
    </w:p>
    <w:p>
      <w:r>
        <w:rPr>
          <w:rFonts w:ascii="Gentium Plus" w:hAnsi="Gentium Plus"/>
          <w:sz w:val="24"/>
        </w:rPr>
        <w:t>μηδέποτε λήγειν, δικαίου δὲ καὶ ἰσονόμου πολιτείας τοὺς ἐν αὐταῖς δυναστεύοντας μηδ’ ὄνομα ἀκούοντας ἀνέχεσθαι. ταῦτα δὴ πρὸς τοῖς πρόσθε διανοούμενος, εἰς Συρακούσας</w:t>
      </w:r>
    </w:p>
    <w:p>
      <w:r>
        <w:rPr>
          <w:rFonts w:ascii="Courier New" w:hAnsi="Courier New"/>
          <w:color w:val="555555"/>
          <w:sz w:val="20"/>
        </w:rPr>
        <w:t>[Ep . 326 e]</w:t>
      </w:r>
    </w:p>
    <w:p>
      <w:r>
        <w:rPr>
          <w:rFonts w:ascii="Gentium Plus" w:hAnsi="Gentium Plus"/>
          <w:sz w:val="24"/>
        </w:rPr>
        <w:t>διεπορεύθην, ἴσως μὲν κατὰ τύχην, ἔοικεν μὴν τότε μηχα‐ νωμένῳ τινὶ τῶν κρειττόνων ἀρχὴν βαλέσθαι τῶν νῦν γεγο‐ νότων πραγμάτων περὶ Δίωνα καὶ τῶν περὶ Συρακούσας· δέος δὲ μὴ καὶ πλειόνων ἔτι, ἐὰν μὴ νῦν ὑμεῖς ἐμοὶ πείθησθε</w:t>
      </w:r>
    </w:p>
    <w:p>
      <w:r>
        <w:rPr>
          <w:rFonts w:ascii="Courier New" w:hAnsi="Courier New"/>
          <w:color w:val="555555"/>
          <w:sz w:val="20"/>
        </w:rPr>
        <w:t>[5]</w:t>
      </w:r>
    </w:p>
    <w:p>
      <w:r>
        <w:rPr>
          <w:rFonts w:ascii="Gentium Plus" w:hAnsi="Gentium Plus"/>
          <w:sz w:val="24"/>
        </w:rPr>
        <w:t>τὸ δεύτερον συμβουλεύοντι. πῶς οὖν δὴ λέγω πάντων</w:t>
      </w:r>
    </w:p>
    <w:p>
      <w:r>
        <w:rPr>
          <w:rFonts w:ascii="Courier New" w:hAnsi="Courier New"/>
          <w:color w:val="555555"/>
          <w:sz w:val="20"/>
        </w:rPr>
        <w:t>[Ep . 327 a]</w:t>
      </w:r>
    </w:p>
    <w:p>
      <w:r>
        <w:rPr>
          <w:rFonts w:ascii="Gentium Plus" w:hAnsi="Gentium Plus"/>
          <w:sz w:val="24"/>
        </w:rPr>
        <w:t>ἀρχὴν γεγονέναι τὴν τότε εἰς Σικελίαν ἐμὴν ἄφιξιν; ἐγὼ συγγενόμενος Δίωνι τότε νέῳ κινδυνεύω, τὰ δοκοῦντα ἐμοὶ βέλτιστα ἀνθρώποις εἶναι μηνύων διὰ λόγων καὶ πράττειν αὐτὰ συμβουλεύων, ἀγνοεῖν ὅτι τυραννίδος τινὰ τρόπον</w:t>
      </w:r>
    </w:p>
    <w:p>
      <w:r>
        <w:rPr>
          <w:rFonts w:ascii="Courier New" w:hAnsi="Courier New"/>
          <w:color w:val="555555"/>
          <w:sz w:val="20"/>
        </w:rPr>
        <w:t>[5]</w:t>
      </w:r>
    </w:p>
    <w:p>
      <w:r>
        <w:rPr>
          <w:rFonts w:ascii="Gentium Plus" w:hAnsi="Gentium Plus"/>
          <w:sz w:val="24"/>
        </w:rPr>
        <w:t>κατάλυσιν ἐσομένην μηχανώμενος ἐλάνθανον ἐμαυτόν. Δίων μὲν γὰρ δή, μάλ’ εὐμαθὴς ὢν πρός τε τἆλλα καὶ πρὸς τοὺς τότε ὑπ’ ἐμοῦ λόγους γενομένους, οὕτως ὀξέως ὑπήκουσεν</w:t>
      </w:r>
    </w:p>
    <w:p>
      <w:r>
        <w:rPr>
          <w:rFonts w:ascii="Courier New" w:hAnsi="Courier New"/>
          <w:color w:val="555555"/>
          <w:sz w:val="20"/>
        </w:rPr>
        <w:t>[Ep . 327 b]</w:t>
      </w:r>
    </w:p>
    <w:p>
      <w:r>
        <w:rPr>
          <w:rFonts w:ascii="Gentium Plus" w:hAnsi="Gentium Plus"/>
          <w:sz w:val="24"/>
        </w:rPr>
        <w:t>καὶ σφόδρα, ὡς οὐδεὶς πώποτε ὧν ἐγὼ προσέτυχον νέων, καὶ τὸν ἐπίλοιπον βίον ζῆν ἠθέλησεν διαφερόντως τῶν πολλῶν Ἰταλιωτῶν τε καὶ Σικελιωτῶν, ἀρετὴν περὶ πλείονος ἡδονῆς τῆς τε ἄλλης τρυφῆς ἠγαπηκώς· ὅθεν ἐπαχθέστερον τοῖς</w:t>
      </w:r>
    </w:p>
    <w:p>
      <w:r>
        <w:rPr>
          <w:rFonts w:ascii="Courier New" w:hAnsi="Courier New"/>
          <w:color w:val="555555"/>
          <w:sz w:val="20"/>
        </w:rPr>
        <w:t>[5]</w:t>
      </w:r>
    </w:p>
    <w:p>
      <w:r>
        <w:rPr>
          <w:rFonts w:ascii="Gentium Plus" w:hAnsi="Gentium Plus"/>
          <w:sz w:val="24"/>
        </w:rPr>
        <w:t>περὶ τὰ τυραννικὰ νόμιμα ζῶσιν ἐβίω μέχρι τοῦ θανάτου τοῦ περὶ Διονύσιον γενομένου. μετὰ δὲ τοῦτο διενοήθη μὴ μόνον ἐν αὑτῷ ποτ’ ἂν γενέσθαι ταύτην τὴν διάνοιαν, ἣν</w:t>
      </w:r>
    </w:p>
    <w:p>
      <w:r>
        <w:rPr>
          <w:rFonts w:ascii="Courier New" w:hAnsi="Courier New"/>
          <w:color w:val="555555"/>
          <w:sz w:val="20"/>
        </w:rPr>
        <w:t>[Ep . 327 c]</w:t>
      </w:r>
    </w:p>
    <w:p>
      <w:r>
        <w:rPr>
          <w:rFonts w:ascii="Gentium Plus" w:hAnsi="Gentium Plus"/>
          <w:sz w:val="24"/>
        </w:rPr>
        <w:t>αὐτὸς ὑπὸ τῶν ὀρθῶν λόγων ἔσχεν, ἐγγιγνομένην δὲ αὐτὴν καὶ ἐν ἄλλοις ὁρῶν κατενόει, πολλοῖς μὲν οὔ, γιγνομένην δ’ οὖν ἔν τισιν, ὧν καὶ Διονύσιον ἡγήσατο ἕνα γενέσθαι τάχ’ ἂν συλλαμβανόντων θεῶν, γενομένου δ’ αὖ τοῦ τοιούτου τόν</w:t>
      </w:r>
    </w:p>
    <w:p>
      <w:r>
        <w:rPr>
          <w:rFonts w:ascii="Courier New" w:hAnsi="Courier New"/>
          <w:color w:val="555555"/>
          <w:sz w:val="20"/>
        </w:rPr>
        <w:t>[5]</w:t>
      </w:r>
    </w:p>
    <w:p>
      <w:r>
        <w:rPr>
          <w:rFonts w:ascii="Gentium Plus" w:hAnsi="Gentium Plus"/>
          <w:sz w:val="24"/>
        </w:rPr>
        <w:t>τε αὐτοῦ βίον καὶ τὸν τῶν ἄλλων Συρακουσίων ἀμήχανον ἂν μακαριότητι συμβῆναι γενόμενον. πρὸς δὴ τούτοις ᾠήθη δεῖν ἐκ παντὸς τρόπου εἰς Συρακούσας ὅτι τάχιστα ἐλθεῖν ἐμὲ</w:t>
      </w:r>
    </w:p>
    <w:p>
      <w:r>
        <w:rPr>
          <w:rFonts w:ascii="Courier New" w:hAnsi="Courier New"/>
          <w:color w:val="555555"/>
          <w:sz w:val="20"/>
        </w:rPr>
        <w:t>[Ep . 327 d]</w:t>
      </w:r>
    </w:p>
    <w:p>
      <w:r>
        <w:rPr>
          <w:rFonts w:ascii="Gentium Plus" w:hAnsi="Gentium Plus"/>
          <w:sz w:val="24"/>
        </w:rPr>
        <w:t>κοινωνὸν τούτων, μεμνημένος τήν τε αὑτοῦ καὶ ἐμὴν συνου‐ σίαν ὡς εὐπετῶς ἐξηργάσατο εἰς ἐπιθυμίαν ἐλθεῖν αὐτὸν τοῦ καλλίστου τε καὶ ἀρίστου βίου· ὃ δὴ καὶ νῦν εἰ διαπράξαιτο ἐν Διονυσίῳ ὡς ἐπεχείρησε, μεγάλας ἐλπίδας εἶχεν ἄνευ</w:t>
      </w:r>
    </w:p>
    <w:p>
      <w:r>
        <w:rPr>
          <w:rFonts w:ascii="Courier New" w:hAnsi="Courier New"/>
          <w:color w:val="555555"/>
          <w:sz w:val="20"/>
        </w:rPr>
        <w:t>[5]</w:t>
      </w:r>
    </w:p>
    <w:p>
      <w:r>
        <w:rPr>
          <w:rFonts w:ascii="Gentium Plus" w:hAnsi="Gentium Plus"/>
          <w:sz w:val="24"/>
        </w:rPr>
        <w:t>σφαγῶν καὶ θανάτων καὶ τῶν νῦν γεγονότων κακῶν βίον ἂν εὐδαίμονα καὶ ἀληθινὸν ἐν πάσῃ τῇ χώρᾳ κατασκευάσαι. ταῦτα Δίων ὀρθῶς διανοηθεὶς ἔπεισε μεταπέμπεσθαι Διονύ‐ σιον ἐμέ, καὶ αὐτὸς ἐδεῖτο πέμπων ἥκειν ὅτι τάχιστα ἐκ</w:t>
      </w:r>
    </w:p>
    <w:p>
      <w:r>
        <w:rPr>
          <w:rFonts w:ascii="Courier New" w:hAnsi="Courier New"/>
          <w:color w:val="555555"/>
          <w:sz w:val="20"/>
        </w:rPr>
        <w:t>[Ep . 327 e]</w:t>
      </w:r>
    </w:p>
    <w:p>
      <w:r>
        <w:rPr>
          <w:rFonts w:ascii="Gentium Plus" w:hAnsi="Gentium Plus"/>
          <w:sz w:val="24"/>
        </w:rPr>
        <w:t>παντὸς τρόπου, πρίν τινας ἄλλους ἐντυχόντας Διονυσίῳ ἐπ’ ἄλλον βίον αὐτὸν τοῦ βελτίστου παρατρέψαι. λέγων δὲ τάδε ἐδεῖτο, εἰ καὶ μακρότερα εἰπεῖν. Τίνας γὰρ καιρούς, ἔφη, μείζους περιμενοῦμεν τῶν νῦν παραγεγονότων θείᾳ τινὶ</w:t>
      </w:r>
    </w:p>
    <w:p>
      <w:r>
        <w:rPr>
          <w:rFonts w:ascii="Courier New" w:hAnsi="Courier New"/>
          <w:color w:val="555555"/>
          <w:sz w:val="20"/>
        </w:rPr>
        <w:t>[5]</w:t>
      </w:r>
    </w:p>
    <w:p>
      <w:r>
        <w:rPr>
          <w:rFonts w:ascii="Gentium Plus" w:hAnsi="Gentium Plus"/>
          <w:sz w:val="24"/>
        </w:rPr>
        <w:t>τύχῃ; καταλέγων δὲ τήν τε ἀρχὴν τῆς Ἰταλίας καὶ Σικελίας</w:t>
      </w:r>
    </w:p>
    <w:p>
      <w:r>
        <w:rPr>
          <w:rFonts w:ascii="Courier New" w:hAnsi="Courier New"/>
          <w:color w:val="555555"/>
          <w:sz w:val="20"/>
        </w:rPr>
        <w:t>[Ep . 328 a]</w:t>
      </w:r>
    </w:p>
    <w:p>
      <w:r>
        <w:rPr>
          <w:rFonts w:ascii="Gentium Plus" w:hAnsi="Gentium Plus"/>
          <w:sz w:val="24"/>
        </w:rPr>
        <w:t>καὶ τὴν αὑτοῦ δύναμιν ἐν αὐτῇ, καὶ τὴν νεότητα καὶ τὴν</w:t>
      </w:r>
    </w:p>
    <w:p>
      <w:r>
        <w:rPr>
          <w:rFonts w:ascii="Courier New" w:hAnsi="Courier New"/>
          <w:color w:val="555555"/>
          <w:sz w:val="20"/>
        </w:rPr>
        <w:t>[5]</w:t>
      </w:r>
    </w:p>
    <w:p>
      <w:r>
        <w:rPr>
          <w:rFonts w:ascii="Gentium Plus" w:hAnsi="Gentium Plus"/>
          <w:sz w:val="24"/>
        </w:rPr>
        <w:t>λόγον καὶ βίον, ἱκανώτατοί τε Διονύσιον συμπαρακαλεῖν, ὥστε εἴπερ ποτὲ καὶ νῦν ἐλπὶς πᾶσα ἀποτελεσθήσεται τοῦ τοὺς αὐτοὺς φιλοσόφους τε καὶ πόλεων ἄρχοντας μεγάλων</w:t>
      </w:r>
    </w:p>
    <w:p>
      <w:r>
        <w:rPr>
          <w:rFonts w:ascii="Courier New" w:hAnsi="Courier New"/>
          <w:color w:val="555555"/>
          <w:sz w:val="20"/>
        </w:rPr>
        <w:t>[Ep . 328 b]</w:t>
      </w:r>
    </w:p>
    <w:p>
      <w:r>
        <w:rPr>
          <w:rFonts w:ascii="Gentium Plus" w:hAnsi="Gentium Plus"/>
          <w:sz w:val="24"/>
        </w:rPr>
        <w:t>συμβῆναι γενομένους. τὰ μὲν δὴ παρακελεύματα ἦν ταῦτά τε καὶ τοιαῦτα ἕτερα πάμπολλα, τὴν δ’ ἐμὴν δόξαν τὸ μὲν περὶ τῶν νέων, ὅπῃ ποτὲ γενήσοιτο, εἶχεν φόβος—αἱ γὰρ ἐπιθυμίαι τῶν τοιούτων ταχεῖαι καὶ πολλάκις ἑαυταῖς ἐναντίαι</w:t>
      </w:r>
    </w:p>
    <w:p>
      <w:r>
        <w:rPr>
          <w:rFonts w:ascii="Courier New" w:hAnsi="Courier New"/>
          <w:color w:val="555555"/>
          <w:sz w:val="20"/>
        </w:rPr>
        <w:t>[5]</w:t>
      </w:r>
    </w:p>
    <w:p>
      <w:r>
        <w:rPr>
          <w:rFonts w:ascii="Gentium Plus" w:hAnsi="Gentium Plus"/>
          <w:sz w:val="24"/>
        </w:rPr>
        <w:t>φερόμεναι—τὸ δὲ Δίωνος ἦθος ἠπιστάμην τῆς ψυχῆς πέρι φύσει τε ἐμβριθὲς ὂν ἡλικίας τε ἤδη μετρίως ἔχον. ὅθεν μοι σκοπουμένῳ καὶ διστάζοντι πότερον εἴη πορευτέον καὶ ὑπακουστέον ἢ πῶς, ὅμως ἔρρεψε δεῖν, εἴ ποτέ τις τὰ δια‐</w:t>
      </w:r>
    </w:p>
    <w:p>
      <w:r>
        <w:rPr>
          <w:rFonts w:ascii="Courier New" w:hAnsi="Courier New"/>
          <w:color w:val="555555"/>
          <w:sz w:val="20"/>
        </w:rPr>
        <w:t>[Ep . 328 c]</w:t>
      </w:r>
    </w:p>
    <w:p>
      <w:r>
        <w:rPr>
          <w:rFonts w:ascii="Gentium Plus" w:hAnsi="Gentium Plus"/>
          <w:sz w:val="24"/>
        </w:rPr>
        <w:t>νοηθέντα περὶ νόμων τε καὶ πολιτείας ἀποτελεῖν ἐγχειρήσοι, καὶ νῦν πειρατέον εἶναι· πείσας γὰρ ἕνα μόνον ἱκανῶς πάντα ἐξειργασμένος ἐσοίμην ἀγαθά. ταύτῃ μὲν δὴ τῇ διανοίᾳ τε καὶ τόλμῃ ἀπῆρα οἴκοθεν, οὐχ ᾗ τινες ἐδόξαζον, ἀλλ’ αἰ‐</w:t>
      </w:r>
    </w:p>
    <w:p>
      <w:r>
        <w:rPr>
          <w:rFonts w:ascii="Courier New" w:hAnsi="Courier New"/>
          <w:color w:val="555555"/>
          <w:sz w:val="20"/>
        </w:rPr>
        <w:t>[5]</w:t>
      </w:r>
    </w:p>
    <w:p>
      <w:r>
        <w:rPr>
          <w:rFonts w:ascii="Gentium Plus" w:hAnsi="Gentium Plus"/>
          <w:sz w:val="24"/>
        </w:rPr>
        <w:t>σχυνόμενος μὲν ἐμαυτὸν τὸ μέγιστον, μὴ δόξαιμί ποτε ἐμαυτῷ παντάπασι λόγος μόνον ἀτεχνῶς εἶναι τίς, ἔργου δὲ οὐδενὸς ἄν ποτε ἑκὼν ἀνθάψασθαι, κινδυνεύσειν δὲ προδοῦναι πρῶτον</w:t>
      </w:r>
    </w:p>
    <w:p>
      <w:r>
        <w:rPr>
          <w:rFonts w:ascii="Courier New" w:hAnsi="Courier New"/>
          <w:color w:val="555555"/>
          <w:sz w:val="20"/>
        </w:rPr>
        <w:t>[Ep . 328 d]</w:t>
      </w:r>
    </w:p>
    <w:p>
      <w:r>
        <w:rPr>
          <w:rFonts w:ascii="Gentium Plus" w:hAnsi="Gentium Plus"/>
          <w:sz w:val="24"/>
        </w:rPr>
        <w:t>μὲν τὴν Δίωνος ξενίαν τε καὶ ἑταιρίαν ἐν κινδύνοις ὄντως γεγονότος οὐ σμικροῖς. εἴτ’ οὖν πάθοι τι, εἴτ’ ἐκπεσὼν ὑπὸ Διονυσίου καὶ τῶν ἄλλων ἐχθρῶν ἔλθοι παρ’ ἡμᾶς φεύγων καὶ ἀνέροιτο εἰπών· “Ὦ Πλάτων, ἥκω σοι φυγὰς οὐχ ὁπλι‐</w:t>
      </w:r>
    </w:p>
    <w:p>
      <w:r>
        <w:rPr>
          <w:rFonts w:ascii="Courier New" w:hAnsi="Courier New"/>
          <w:color w:val="555555"/>
          <w:sz w:val="20"/>
        </w:rPr>
        <w:t>[5]</w:t>
      </w:r>
    </w:p>
    <w:p>
      <w:r>
        <w:rPr>
          <w:rFonts w:ascii="Gentium Plus" w:hAnsi="Gentium Plus"/>
          <w:sz w:val="24"/>
        </w:rPr>
        <w:t>τῶν δεόμενος οὐδὲ ἱππέων ἐνδεὴς γενόμενος τοῦ ἀμύνασθαι τοὺς ἐχθρούς, ἀλλὰ λόγων καὶ πειθοῦς, ᾗ σὲ μάλιστα ἠπι‐ στάμην ἐγὼ δυνάμενον ἀνθρώπους νέους ἐπὶ τὰ ἀγαθὰ καὶ τὰ δίκαια προτρέποντα εἰς φιλίαν τε καὶ ἑταιρίαν ἀλλήλοις</w:t>
      </w:r>
    </w:p>
    <w:p>
      <w:r>
        <w:rPr>
          <w:rFonts w:ascii="Courier New" w:hAnsi="Courier New"/>
          <w:color w:val="555555"/>
          <w:sz w:val="20"/>
        </w:rPr>
        <w:t>[Ep . 328 e]</w:t>
      </w:r>
    </w:p>
    <w:p>
      <w:r>
        <w:rPr>
          <w:rFonts w:ascii="Gentium Plus" w:hAnsi="Gentium Plus"/>
          <w:sz w:val="24"/>
        </w:rPr>
        <w:t>καθιστάναι ἑκάστοτε· ὧν ἐνδείᾳ κατὰ τὸ σὸν μέρος νῦν ἐγὼ καταλιπὼν Συρακούσας ἐνθάδε πάρειμι. καὶ τὸ μὲν ἐμὸν ἔλαττον ὄνειδός σοι φέρει· φιλοσοφία δέ, ἣν ἐγκωμιάζεις ἀεὶ καὶ ἀτίμως φῂς ὑπὸ τῶν λοιπῶν ἀνθρώπων φέρεσθαι, πῶς</w:t>
      </w:r>
    </w:p>
    <w:p>
      <w:r>
        <w:rPr>
          <w:rFonts w:ascii="Courier New" w:hAnsi="Courier New"/>
          <w:color w:val="555555"/>
          <w:sz w:val="20"/>
        </w:rPr>
        <w:t>[5]</w:t>
      </w:r>
    </w:p>
    <w:p>
      <w:r>
        <w:rPr>
          <w:rFonts w:ascii="Gentium Plus" w:hAnsi="Gentium Plus"/>
          <w:sz w:val="24"/>
        </w:rPr>
        <w:t>οὐ προδέδοται τὰ νῦν μετ’ ἐμοῦ μέρος ὅσον ἐπὶ σοὶ γέγονεν;</w:t>
      </w:r>
    </w:p>
    <w:p>
      <w:r>
        <w:rPr>
          <w:rFonts w:ascii="Courier New" w:hAnsi="Courier New"/>
          <w:color w:val="555555"/>
          <w:sz w:val="20"/>
        </w:rPr>
        <w:t>[Ep . 329 a]</w:t>
      </w:r>
    </w:p>
    <w:p>
      <w:r>
        <w:rPr>
          <w:rFonts w:ascii="Gentium Plus" w:hAnsi="Gentium Plus"/>
          <w:sz w:val="24"/>
        </w:rPr>
        <w:t>καὶ Μεγαροῖ μὲν εἰ κατοικοῦντες ἐτυγχάνομεν, ἦλθες δήπου ἄν μοι βοηθὸς ἐφ’ ἅ σε παρεκάλουν, ἢ πάντων ἂν φαυλότατον ἡγοῦ σαυτόν· νῦν δ’ ἄρα τὸ μῆκος τῆς πορείας καὶ τὸ μέγεθος δὴ τοῦ πλοῦ καὶ τοῦ πόνου ἐπαιτιώμενος οἴει δόξαν</w:t>
      </w:r>
    </w:p>
    <w:p>
      <w:r>
        <w:rPr>
          <w:rFonts w:ascii="Courier New" w:hAnsi="Courier New"/>
          <w:color w:val="555555"/>
          <w:sz w:val="20"/>
        </w:rPr>
        <w:t>[5]</w:t>
      </w:r>
    </w:p>
    <w:p>
      <w:r>
        <w:rPr>
          <w:rFonts w:ascii="Gentium Plus" w:hAnsi="Gentium Plus"/>
          <w:sz w:val="24"/>
        </w:rPr>
        <w:t>κακίας ἀποφευξεῖσθαί ποτε; πολλοῦ καὶ δεήσει.” λεχθέν‐ των δὲ τούτων τίς ἂν ἦν μοι πρὸς ταῦτα εὐσχήμων ἀπό‐ κρισις; οὐκ ἔστιν. ἀλλ’ ἦλθον μὲν κατὰ λόγον ἐν δίκῃ τε</w:t>
      </w:r>
    </w:p>
    <w:p>
      <w:r>
        <w:rPr>
          <w:rFonts w:ascii="Courier New" w:hAnsi="Courier New"/>
          <w:color w:val="555555"/>
          <w:sz w:val="20"/>
        </w:rPr>
        <w:t>[Ep . 329 b]</w:t>
      </w:r>
    </w:p>
    <w:p>
      <w:r>
        <w:rPr>
          <w:rFonts w:ascii="Gentium Plus" w:hAnsi="Gentium Plus"/>
          <w:sz w:val="24"/>
        </w:rPr>
        <w:t>ὡς οἷόν τε ἀνθρώπῳ μάλιστα, διά τε τὰ τοιαῦτα καταλιπὼν τὰς ἐμαυτοῦ διατριβάς, οὔσας οὐκ ἀσχήμονας, ὑπὸ τυραννίδα δοκοῦσαν οὐ πρέπειν τοῖς ἐμοῖς λόγοις οὐδὲ ἐμοί· ἐλθών τε ἐμαυτὸν ἠλευθέρωσα Διὸς ξενίου καὶ τῆς φιλοσόφου</w:t>
      </w:r>
    </w:p>
    <w:p>
      <w:r>
        <w:rPr>
          <w:rFonts w:ascii="Courier New" w:hAnsi="Courier New"/>
          <w:color w:val="555555"/>
          <w:sz w:val="20"/>
        </w:rPr>
        <w:t>[5]</w:t>
      </w:r>
    </w:p>
    <w:p>
      <w:r>
        <w:rPr>
          <w:rFonts w:ascii="Gentium Plus" w:hAnsi="Gentium Plus"/>
          <w:sz w:val="24"/>
        </w:rPr>
        <w:t>ἀνέγκλητον μοίρας παρέσχον, ἐπονειδίστου γενομένης ἄν, εἴ τι καταμαλθακισθεὶς καὶ ἀποδειλιῶν αἰσχύνης μετέ‐ σχον κακῆς. ἐλθὼν δέ—οὐ γὰρ δεῖ μηκύνειν—ηὗρον στάσεως τὰ περὶ Διονύσιον μεστὰ σύμπαντα καὶ διαβολῶν</w:t>
      </w:r>
    </w:p>
    <w:p>
      <w:r>
        <w:rPr>
          <w:rFonts w:ascii="Courier New" w:hAnsi="Courier New"/>
          <w:color w:val="555555"/>
          <w:sz w:val="20"/>
        </w:rPr>
        <w:t>[Ep . 329 c]</w:t>
      </w:r>
    </w:p>
    <w:p>
      <w:r>
        <w:rPr>
          <w:rFonts w:ascii="Gentium Plus" w:hAnsi="Gentium Plus"/>
          <w:sz w:val="24"/>
        </w:rPr>
        <w:t>πρὸς τὴν τυραννίδα Δίωνος πέρι· ἤμυνον μὲν οὖν καθ’ ὅσον ἠδυνάμην, σμικρὰ δ’ οἷός τ’ ἦ, μηνὶ δὲ σχεδὸν ἴσως τετάρτῳ Δίωνα Διονύσιος αἰτιώμενος ἐπιβουλεύειν τῇ τυραννίδι, σμικρὸν εἰς πλοῖον ἐμβιβάσας, ἐξέβαλεν ἀτίμως. οἱ δὴ</w:t>
      </w:r>
    </w:p>
    <w:p>
      <w:r>
        <w:rPr>
          <w:rFonts w:ascii="Courier New" w:hAnsi="Courier New"/>
          <w:color w:val="555555"/>
          <w:sz w:val="20"/>
        </w:rPr>
        <w:t>[5]</w:t>
      </w:r>
    </w:p>
    <w:p>
      <w:r>
        <w:rPr>
          <w:rFonts w:ascii="Gentium Plus" w:hAnsi="Gentium Plus"/>
          <w:sz w:val="24"/>
        </w:rPr>
        <w:t>Δίωνος τὸ μετὰ τοῦτο πάντες φίλοι ἐφοβούμεθα μή τινα ἐπαιτιώμενος τιμωροῖτο ὡς συναίτιον τῆς Δίωνος ἐπιβουλῆς· περὶ δ’ ἐμοῦ καὶ διῆλθε λόγος τις ἐν Συρακούσαις, ὡς τεθνεὼς εἴην ὑπὸ Διονυσίου τούτων ὡς πάντων τῶν τότε</w:t>
      </w:r>
    </w:p>
    <w:p>
      <w:r>
        <w:rPr>
          <w:rFonts w:ascii="Courier New" w:hAnsi="Courier New"/>
          <w:color w:val="555555"/>
          <w:sz w:val="20"/>
        </w:rPr>
        <w:t>[Ep . 329 d]</w:t>
      </w:r>
    </w:p>
    <w:p>
      <w:r>
        <w:rPr>
          <w:rFonts w:ascii="Gentium Plus" w:hAnsi="Gentium Plus"/>
          <w:sz w:val="24"/>
        </w:rPr>
        <w:t>γεγονότων αἴτιος. ὁ δὲ αἰσθανόμενος πάντας ἡμᾶς οὕτω διατεθέντας, φοβούμενος μὴ μεῖζον ἐκ τῶν φόβων γένοιτό τι, φιλοφρόνως πάντας ἀνελάμβανεν, καὶ δὴ καὶ τὸν ἐμὲ παρεμυθεῖτό τε καὶ θαρρεῖν διεκελεύετο καὶ ἐδεῖτο πάντως</w:t>
      </w:r>
    </w:p>
    <w:p>
      <w:r>
        <w:rPr>
          <w:rFonts w:ascii="Courier New" w:hAnsi="Courier New"/>
          <w:color w:val="555555"/>
          <w:sz w:val="20"/>
        </w:rPr>
        <w:t>[5]</w:t>
      </w:r>
    </w:p>
    <w:p>
      <w:r>
        <w:rPr>
          <w:rFonts w:ascii="Gentium Plus" w:hAnsi="Gentium Plus"/>
          <w:sz w:val="24"/>
        </w:rPr>
        <w:t>μένειν· ἐγίγνετο γάρ οἱ τὸ μὲν ἐμὲ φυγεῖν ἀπ’ αὐτοῦ καλὸν οὐδέν, τὸ δὲ μένειν—διὸ δὴ καὶ σφόδρα προσεποιεῖτο δεῖσθαι. τὰς δὲ τῶν τυράννων δεήσεις ἴσμεν ὅτι μεμειγμέναι ἀνάγκαις</w:t>
      </w:r>
    </w:p>
    <w:p>
      <w:r>
        <w:rPr>
          <w:rFonts w:ascii="Courier New" w:hAnsi="Courier New"/>
          <w:color w:val="555555"/>
          <w:sz w:val="20"/>
        </w:rPr>
        <w:t>[Ep . 329 e]</w:t>
      </w:r>
    </w:p>
    <w:p>
      <w:r>
        <w:rPr>
          <w:rFonts w:ascii="Gentium Plus" w:hAnsi="Gentium Plus"/>
          <w:sz w:val="24"/>
        </w:rPr>
        <w:t>εἰσίν—ὃ δὴ μηχανώμενος διεκώλυέν μου τὸν ἔκπλουν, εἰς ἀκρόπολιν ἀγαγὼν καὶ κατοικίσας ὅθεν οὐδ’ ἂν εἷς ἔτι με ναύκληρος μὴ ὅτι κωλύοντος ἐξήγαγε Διονυσίου, ἀλλ’ οὐδ’ εἰ μὴ πέμπων αὐτὸς τὸν κελεύοντα ἐξαγαγεῖν ἐπέστελλεν,</w:t>
      </w:r>
    </w:p>
    <w:p>
      <w:r>
        <w:rPr>
          <w:rFonts w:ascii="Courier New" w:hAnsi="Courier New"/>
          <w:color w:val="555555"/>
          <w:sz w:val="20"/>
        </w:rPr>
        <w:t>[5]</w:t>
      </w:r>
    </w:p>
    <w:p>
      <w:r>
        <w:rPr>
          <w:rFonts w:ascii="Gentium Plus" w:hAnsi="Gentium Plus"/>
          <w:sz w:val="24"/>
        </w:rPr>
        <w:t>οὔτ’ ἂν ἔμπορος οὔτε τῶν ἐν ταῖς τῆς χώρας ἐξόδοις ἀρχόντων οὐδ’ ἂν εἷς περιεῖδέν με μόνον ἐκπορευόμενον, ὃς οὐκ ἂν συλλαβὼν εὐθέως παρὰ Διονύσιον πάλιν ἀπ‐ ήγαγεν, ἄλλως τε καὶ διηγγελμένον ἤδη ποτὲ τοὐναντίον ἢ</w:t>
      </w:r>
    </w:p>
    <w:p>
      <w:r>
        <w:rPr>
          <w:rFonts w:ascii="Courier New" w:hAnsi="Courier New"/>
          <w:color w:val="555555"/>
          <w:sz w:val="20"/>
        </w:rPr>
        <w:t>[Ep . 330 a]</w:t>
      </w:r>
    </w:p>
    <w:p>
      <w:r>
        <w:rPr>
          <w:rFonts w:ascii="Gentium Plus" w:hAnsi="Gentium Plus"/>
          <w:sz w:val="24"/>
        </w:rPr>
        <w:t>τὸ πρότερον πάλιν, ὡς Πλάτωνα Διονύσιος θαυμαστῶς ὡς ἀσπάζεται. τὸ δ’ εἶχεν δὴ πῶς; τὸ γὰρ ἀληθὲς δεῖ φράζειν. ἠσπάζετο μὲν ἀεὶ προϊόντος τοῦ χρόνου μᾶλλον κατὰ τὴν τοῦ τρόπου τε καὶ ἤθους συνουσίαν, ἑαυτὸν δὲ ἐπαινεῖν</w:t>
      </w:r>
    </w:p>
    <w:p>
      <w:r>
        <w:rPr>
          <w:rFonts w:ascii="Courier New" w:hAnsi="Courier New"/>
          <w:color w:val="555555"/>
          <w:sz w:val="20"/>
        </w:rPr>
        <w:t>[5]</w:t>
      </w:r>
    </w:p>
    <w:p>
      <w:r>
        <w:rPr>
          <w:rFonts w:ascii="Gentium Plus" w:hAnsi="Gentium Plus"/>
          <w:sz w:val="24"/>
        </w:rPr>
        <w:t>μᾶλλον ἢ Δίωνα ἐβούλετό με καὶ φίλον ἡγεῖσθαι διαφερόντως μᾶλλον ἢ ’κεῖνον, καὶ θαυμαστῶς ἐφιλονίκει πρὸς τὸ τοιοῦτον· ᾗ δ’ ἂν οὕτως ἐγένετο, εἴπερ ἐγίγνετο, κάλλιστα, ὤκνει</w:t>
      </w:r>
    </w:p>
    <w:p>
      <w:r>
        <w:rPr>
          <w:rFonts w:ascii="Courier New" w:hAnsi="Courier New"/>
          <w:color w:val="555555"/>
          <w:sz w:val="20"/>
        </w:rPr>
        <w:t>[Ep . 330 b]</w:t>
      </w:r>
    </w:p>
    <w:p>
      <w:r>
        <w:rPr>
          <w:rFonts w:ascii="Gentium Plus" w:hAnsi="Gentium Plus"/>
          <w:sz w:val="24"/>
        </w:rPr>
        <w:t>ὡς δὴ μανθάνων καὶ ἀκούων τῶν περὶ φιλοσοφίαν λόγων οἰκειοῦσθαι καὶ ἐμοὶ συγγίγνεσθαι, φοβούμενος τοὺς τῶν διαβαλλόντων λόγους, μή πῃ παραποδισθείη καὶ Δίων δὴ πάντα εἴη διαπεπραγμένος. ἐγὼ δὲ πάντα ὑπέμενον,</w:t>
      </w:r>
    </w:p>
    <w:p>
      <w:r>
        <w:rPr>
          <w:rFonts w:ascii="Courier New" w:hAnsi="Courier New"/>
          <w:color w:val="555555"/>
          <w:sz w:val="20"/>
        </w:rPr>
        <w:t>[5]</w:t>
      </w:r>
    </w:p>
    <w:p>
      <w:r>
        <w:rPr>
          <w:rFonts w:ascii="Gentium Plus" w:hAnsi="Gentium Plus"/>
          <w:sz w:val="24"/>
        </w:rPr>
        <w:t>τὴν πρώτην διάνοιαν φυλάττων ᾗπερ ἀφικόμην, εἴ πως εἰς ἐπιθυμίαν ἔλθοι τῆς φιλοσόφου ζωῆς· ὁ δ’ ἐνίκησεν ἀντιτείνων. Καὶ ὁ πρῶτος δὴ χρόνος τῆς εἰς Σικελίαν ἐμῆς ἐπιδημίας</w:t>
      </w:r>
    </w:p>
    <w:p>
      <w:r>
        <w:rPr>
          <w:rFonts w:ascii="Courier New" w:hAnsi="Courier New"/>
          <w:color w:val="555555"/>
          <w:sz w:val="20"/>
        </w:rPr>
        <w:t>[Ep . 330 c]</w:t>
      </w:r>
    </w:p>
    <w:p>
      <w:r>
        <w:rPr>
          <w:rFonts w:ascii="Gentium Plus" w:hAnsi="Gentium Plus"/>
          <w:sz w:val="24"/>
        </w:rPr>
        <w:t>τε καὶ διατριβῆς διὰ πάντα ταῦτα συνέβη γενόμενος. μετὰ δὲ τοῦτο ἀπεδήμησά τε καὶ πάλιν ἀφικόμην πάσῃ σπουδῇ μεταπεμπομένου Διονυσίου· ὧν δὲ ἕνεκα καὶ ὅσα ἔπραξα, ὡς εἰκότα τε καὶ δίκαια, ὑμῖν πρῶτον μὲν συμβουλεύσας ἃ</w:t>
      </w:r>
    </w:p>
    <w:p>
      <w:r>
        <w:rPr>
          <w:rFonts w:ascii="Courier New" w:hAnsi="Courier New"/>
          <w:color w:val="555555"/>
          <w:sz w:val="20"/>
        </w:rPr>
        <w:t>[5]</w:t>
      </w:r>
    </w:p>
    <w:p>
      <w:r>
        <w:rPr>
          <w:rFonts w:ascii="Gentium Plus" w:hAnsi="Gentium Plus"/>
          <w:sz w:val="24"/>
        </w:rPr>
        <w:t>χρὴ ποιεῖν ἐκ τῶν νῦν γεγονότων, ὕστερον τὰ περὶ ταῦτα διέξειμι, τῶν ἐπανερωτώντων ἕνεκα τί δὴ βουλόμενος ἦλθον τὸ δεύτερον, ἵνα μὴ τὰ πάρεργα ὡς ἔργα μοι συμβαίνῃ λεγό‐ μενα. λέγω δὴ τάδε ἐγώ— Τὸν συμβουλεύοντα ἀνδρὶ κάμνοντι καὶ δίαιταν διαιτω‐</w:t>
      </w:r>
    </w:p>
    <w:p>
      <w:r>
        <w:rPr>
          <w:rFonts w:ascii="Courier New" w:hAnsi="Courier New"/>
          <w:color w:val="555555"/>
          <w:sz w:val="20"/>
        </w:rPr>
        <w:t>[Ep . 330 d]</w:t>
      </w:r>
    </w:p>
    <w:p>
      <w:r>
        <w:rPr>
          <w:rFonts w:ascii="Gentium Plus" w:hAnsi="Gentium Plus"/>
          <w:sz w:val="24"/>
        </w:rPr>
        <w:t>μένῳ μοχθηρὰν πρὸς ὑγίειαν ἄλλο τι χρὴ πρῶτον μὲν μετα‐ βάλλειν τὸν βίον, καὶ ἐθέλοντι μὲν πείθεσθαι καὶ τἆλλα ἤδη παραινεῖν· μὴ ἐθέλοντι δέ, φεύγοντα ἀπὸ τῆς τοῦ τοιούτου συμβουλῆς ἄνδρα τε ἡγοίμην ἂν καὶ ἰατρικόν, τὸν δὲ ὑπο‐</w:t>
      </w:r>
    </w:p>
    <w:p>
      <w:r>
        <w:rPr>
          <w:rFonts w:ascii="Courier New" w:hAnsi="Courier New"/>
          <w:color w:val="555555"/>
          <w:sz w:val="20"/>
        </w:rPr>
        <w:t>[5]</w:t>
      </w:r>
    </w:p>
    <w:p>
      <w:r>
        <w:rPr>
          <w:rFonts w:ascii="Gentium Plus" w:hAnsi="Gentium Plus"/>
          <w:sz w:val="24"/>
        </w:rPr>
        <w:t>μένοντα τοὐναντίον ἄνανδρόν τε καὶ ἄτεχνον. ταὐτὸν δὴ καὶ πόλει, εἴτε αὐτῆς εἷς εἴη κύριος εἴτε καὶ πλείους, εἰ μὲν κατὰ τρόπον ὀρθῇ πορευομένης ὁδῷ τῆς πολιτείας συμβου‐</w:t>
      </w:r>
    </w:p>
    <w:p>
      <w:r>
        <w:rPr>
          <w:rFonts w:ascii="Courier New" w:hAnsi="Courier New"/>
          <w:color w:val="555555"/>
          <w:sz w:val="20"/>
        </w:rPr>
        <w:t>[Ep . 330 e]</w:t>
      </w:r>
    </w:p>
    <w:p>
      <w:r>
        <w:rPr>
          <w:rFonts w:ascii="Gentium Plus" w:hAnsi="Gentium Plus"/>
          <w:sz w:val="24"/>
        </w:rPr>
        <w:t>λεύοιτό τι τῶν προσφόρων, νοῦν ἔχοντος τὸ τοῖς τοιούτοις συμβουλεύειν· τοῖς δ’ ἔξω τὸ παράπαν βαίνουσι τῆς ὀρθῆς πολιτείας καὶ μηδαμῇ ἐθέλουσιν αὐτῆς εἰς ἴχνος ἰέναι, προ‐ αγορεύουσιν δὲ τῷ συμβούλῳ τὴν μὲν πολιτείαν ἐᾶν καὶ μὴ</w:t>
      </w:r>
    </w:p>
    <w:p>
      <w:r>
        <w:rPr>
          <w:rFonts w:ascii="Courier New" w:hAnsi="Courier New"/>
          <w:color w:val="555555"/>
          <w:sz w:val="20"/>
        </w:rPr>
        <w:t>[Ep . 331 a]</w:t>
      </w:r>
    </w:p>
    <w:p>
      <w:r>
        <w:rPr>
          <w:rFonts w:ascii="Gentium Plus" w:hAnsi="Gentium Plus"/>
          <w:sz w:val="24"/>
        </w:rPr>
        <w:t>κινεῖν, ὡς ἀποθανουμένῳ ἐὰν κινῇ, ταῖς δὲ βουλήσεσιν καὶ ἐπιθυμίαις αὐτῶν ὑπηρετοῦντας συμβουλεύειν κελεύοιεν, τίνα τρόπον γίγνοιτ’ ἂν ῥᾷστά τε καὶ τάχιστα εἰς τὸν ἀεὶ χρόνον, τὸν μὲν ὑπομένοντα συμβουλὰς τοιαύτας ἡγοίμην ἂν ἄναν‐</w:t>
      </w:r>
    </w:p>
    <w:p>
      <w:r>
        <w:rPr>
          <w:rFonts w:ascii="Courier New" w:hAnsi="Courier New"/>
          <w:color w:val="555555"/>
          <w:sz w:val="20"/>
        </w:rPr>
        <w:t>[5]</w:t>
      </w:r>
    </w:p>
    <w:p>
      <w:r>
        <w:rPr>
          <w:rFonts w:ascii="Gentium Plus" w:hAnsi="Gentium Plus"/>
          <w:sz w:val="24"/>
        </w:rPr>
        <w:t>δρον, τὸν δ’ οὐχ ὑπομένοντα ἄνδρα. ταύτην δὴ τὴν διάνοιαν ἐγὼ κεκτημένος, ὅταν τίς μοι συμβουλεύηται περί τινος τῶν μεγίστων περὶ τὸν αὑτοῦ βίον, οἷον περὶ χρημάτων κτήσεως</w:t>
      </w:r>
    </w:p>
    <w:p>
      <w:r>
        <w:rPr>
          <w:rFonts w:ascii="Courier New" w:hAnsi="Courier New"/>
          <w:color w:val="555555"/>
          <w:sz w:val="20"/>
        </w:rPr>
        <w:t>[Ep . 331 b]</w:t>
      </w:r>
    </w:p>
    <w:p>
      <w:r>
        <w:rPr>
          <w:rFonts w:ascii="Gentium Plus" w:hAnsi="Gentium Plus"/>
          <w:sz w:val="24"/>
        </w:rPr>
        <w:t>ἢ περὶ σώματος ἢ ψυχῆς ἐπιμελείας, ἂν μέν μοι τὸ καθ’</w:t>
      </w:r>
    </w:p>
    <w:p>
      <w:r>
        <w:rPr>
          <w:rFonts w:ascii="Courier New" w:hAnsi="Courier New"/>
          <w:color w:val="555555"/>
          <w:sz w:val="20"/>
        </w:rPr>
        <w:t>[5]</w:t>
      </w:r>
    </w:p>
    <w:p>
      <w:r>
        <w:rPr>
          <w:rFonts w:ascii="Gentium Plus" w:hAnsi="Gentium Plus"/>
          <w:sz w:val="24"/>
        </w:rPr>
        <w:t>λεύηταί μοι τὸ παράπαν ἢ συμβουλεύοντι δῆλος ᾖ μηδαμῇ πεισόμενος, αὐτόκλητος ἐπὶ τὸν τοιοῦτον οὐκ ἔρχομαι συμ‐ βουλεύσων, βιασόμενος δὲ οὐδ’ ἂν ὑὸς ᾖ μου. δούλῳ δὲ συμβουλεύσαιμ’ ἂν καὶ μὴ ἐθέλοντά γε προσβιαζοίμην·</w:t>
      </w:r>
    </w:p>
    <w:p>
      <w:r>
        <w:rPr>
          <w:rFonts w:ascii="Courier New" w:hAnsi="Courier New"/>
          <w:color w:val="555555"/>
          <w:sz w:val="20"/>
        </w:rPr>
        <w:t>[Ep . 331 c]</w:t>
      </w:r>
    </w:p>
    <w:p>
      <w:r>
        <w:rPr>
          <w:rFonts w:ascii="Gentium Plus" w:hAnsi="Gentium Plus"/>
          <w:sz w:val="24"/>
        </w:rPr>
        <w:t>πατέρα δὲ ἢ μητέρα οὐχ ὅσιον ἡγοῦμαι προσβιάζεσθαι μὴ νόσῳ παραφροσύνης ἐχομένους, ἐὰν δέ τινα καθεστῶτα ζῶσι βίον, ἑαυτοῖς ἀρέσκοντα, ἐμοὶ δὲ μή, μήτε ἀπεχθάνεσθαι μάτην νουθετοῦντα μήτε δὴ κολακεύοντά γε ὑπηρετεῖν αὐτοῖς,</w:t>
      </w:r>
    </w:p>
    <w:p>
      <w:r>
        <w:rPr>
          <w:rFonts w:ascii="Courier New" w:hAnsi="Courier New"/>
          <w:color w:val="555555"/>
          <w:sz w:val="20"/>
        </w:rPr>
        <w:t>[5]</w:t>
      </w:r>
    </w:p>
    <w:p>
      <w:r>
        <w:rPr>
          <w:rFonts w:ascii="Gentium Plus" w:hAnsi="Gentium Plus"/>
          <w:sz w:val="24"/>
        </w:rPr>
        <w:t>πληρώσεις ἐπιθυμιῶν ἐκπορίζοντα ἃς αὐτὸς ἀσπαζόμενος οὐκ ἂν ἐθέλοιμι ζῆν. ταὐτὸν δὴ καὶ περὶ πόλεως αὑτοῦ διανοούμενον χρὴ ζῆν τὸν ἔμφρονα· λέγειν μέν, εἰ μὴ</w:t>
      </w:r>
    </w:p>
    <w:p>
      <w:r>
        <w:rPr>
          <w:rFonts w:ascii="Courier New" w:hAnsi="Courier New"/>
          <w:color w:val="555555"/>
          <w:sz w:val="20"/>
        </w:rPr>
        <w:t>[Ep . 331 d]</w:t>
      </w:r>
    </w:p>
    <w:p>
      <w:r>
        <w:rPr>
          <w:rFonts w:ascii="Gentium Plus" w:hAnsi="Gentium Plus"/>
          <w:sz w:val="24"/>
        </w:rPr>
        <w:t>καλῶς αὐτῷ φαίνοιτο πολιτεύεσθαι, εἰ μέλλοι μήτε ματαίως ἐρεῖν μήτε ἀποθανεῖσθαι λέγων, βίαν δὲ πατρίδι πολιτείας μεταβολῆς μὴ προσφέρειν, ὅταν ἄνευ φυγῆς καὶ σφαγῆς ἀνδρῶν μὴ δυνατὸν ᾖ γίγνεσθαι τὴν ἀρίστην, ἡσυχίαν δὲ</w:t>
      </w:r>
    </w:p>
    <w:p>
      <w:r>
        <w:rPr>
          <w:rFonts w:ascii="Courier New" w:hAnsi="Courier New"/>
          <w:color w:val="555555"/>
          <w:sz w:val="20"/>
        </w:rPr>
        <w:t>[5]</w:t>
      </w:r>
    </w:p>
    <w:p>
      <w:r>
        <w:rPr>
          <w:rFonts w:ascii="Gentium Plus" w:hAnsi="Gentium Plus"/>
          <w:sz w:val="24"/>
        </w:rPr>
        <w:t>ἄγοντα εὔχεσθαι τὰ ἀγαθὰ αὑτῷ τε καὶ τῇ πόλει. Κατὰ δὴ τοῦτον τὸν τρόπον ἐγὼ ὑμῖν τ’ ἂν συμβουλεύοιμι, συνεβούλευον δὲ καὶ Διονυσίῳ μετὰ Δίωνος, ζῆν μὲν τὸ καθ’ ἡμέραν πρῶτον, ὅπως ἐγκρατὴς αὐτὸς αὑτοῦ ὅτι μάλιστα</w:t>
      </w:r>
    </w:p>
    <w:p>
      <w:r>
        <w:rPr>
          <w:rFonts w:ascii="Courier New" w:hAnsi="Courier New"/>
          <w:color w:val="555555"/>
          <w:sz w:val="20"/>
        </w:rPr>
        <w:t>[Ep . 331 e]</w:t>
      </w:r>
    </w:p>
    <w:p>
      <w:r>
        <w:rPr>
          <w:rFonts w:ascii="Gentium Plus" w:hAnsi="Gentium Plus"/>
          <w:sz w:val="24"/>
        </w:rPr>
        <w:t>ἔσεσθαι μέλλοι καὶ πιστοὺς φίλους τε καὶ ἑταίρους κτήσεσθαι, ὅπως μὴ πάθοι ἅπερ ὁ πατὴρ αὐτοῦ, ὃς παραλαβὼν Σικελίας πολλὰς καὶ μεγάλας πόλεις ὑπὸ τῶν βαρβάρων ἐκπεπορθη‐ μένας, οὐχ οἷός τ’ ἦν κατοικίσας πολιτείας ἐν ἑκάσταις</w:t>
      </w:r>
    </w:p>
    <w:p>
      <w:r>
        <w:rPr>
          <w:rFonts w:ascii="Courier New" w:hAnsi="Courier New"/>
          <w:color w:val="555555"/>
          <w:sz w:val="20"/>
        </w:rPr>
        <w:t>[5]</w:t>
      </w:r>
    </w:p>
    <w:p>
      <w:r>
        <w:rPr>
          <w:rFonts w:ascii="Gentium Plus" w:hAnsi="Gentium Plus"/>
          <w:sz w:val="24"/>
        </w:rPr>
        <w:t>καταστήσασθαι πιστὰς ἑταίρων ἀνδρῶν, οὔτε ἄλλων δή</w:t>
      </w:r>
    </w:p>
    <w:p>
      <w:r>
        <w:rPr>
          <w:rFonts w:ascii="Courier New" w:hAnsi="Courier New"/>
          <w:color w:val="555555"/>
          <w:sz w:val="20"/>
        </w:rPr>
        <w:t>[Ep . 332 a]</w:t>
      </w:r>
    </w:p>
    <w:p>
      <w:r>
        <w:rPr>
          <w:rFonts w:ascii="Gentium Plus" w:hAnsi="Gentium Plus"/>
          <w:sz w:val="24"/>
        </w:rPr>
        <w:t>ποθεν ὀθνείων οὔτε ἀδελφῶν, οὓς ἔθρεψέν τε αὐτὸς νεω‐ τέρους ὄντας, ἔκ τε ἰδιωτῶν ἄρχοντας καὶ ἐκ πενήτων πλου‐</w:t>
      </w:r>
    </w:p>
    <w:p>
      <w:r>
        <w:rPr>
          <w:rFonts w:ascii="Courier New" w:hAnsi="Courier New"/>
          <w:color w:val="555555"/>
          <w:sz w:val="20"/>
        </w:rPr>
        <w:t>[5]</w:t>
      </w:r>
    </w:p>
    <w:p>
      <w:r>
        <w:rPr>
          <w:rFonts w:ascii="Gentium Plus" w:hAnsi="Gentium Plus"/>
          <w:sz w:val="24"/>
        </w:rPr>
        <w:t>συγγενείαις ἀπεργασάμενος ποιήσασθαι, Δαρείου δὲ ἑπτα‐ πλασίῳ φαυλότερος ἐγένετο, ὃς οὐκ ἀδελφοῖς πιστεύσας οὐδ’ ὑφ’ αὑτοῦ τραφεῖσιν, κοινωνοῖς δὲ μόνον τῆς τοῦ Μήδου τε</w:t>
      </w:r>
    </w:p>
    <w:p>
      <w:r>
        <w:rPr>
          <w:rFonts w:ascii="Courier New" w:hAnsi="Courier New"/>
          <w:color w:val="555555"/>
          <w:sz w:val="20"/>
        </w:rPr>
        <w:t>[Ep . 332 b]</w:t>
      </w:r>
    </w:p>
    <w:p>
      <w:r>
        <w:rPr>
          <w:rFonts w:ascii="Gentium Plus" w:hAnsi="Gentium Plus"/>
          <w:sz w:val="24"/>
        </w:rPr>
        <w:t>καὶ εὐνούχου χειρώσεως, διένειμέ τε μέρη μείζω ἕκαστα Σικελίας πάσης ἑπτά, καὶ πιστοῖς ἐχρήσατο τοῖς κοινωνοῖς καὶ οὐκ ἐπιτιθεμένοις οὔτε αὐτῷ οὔτε ἀλλήλοις, ἔδειξέν τε παράδειγμα οἷον χρὴ τὸν νομοθέτην καὶ βασιλέα τὸν ἀγαθὸν</w:t>
      </w:r>
    </w:p>
    <w:p>
      <w:r>
        <w:rPr>
          <w:rFonts w:ascii="Courier New" w:hAnsi="Courier New"/>
          <w:color w:val="555555"/>
          <w:sz w:val="20"/>
        </w:rPr>
        <w:t>[5]</w:t>
      </w:r>
    </w:p>
    <w:p>
      <w:r>
        <w:rPr>
          <w:rFonts w:ascii="Gentium Plus" w:hAnsi="Gentium Plus"/>
          <w:sz w:val="24"/>
        </w:rPr>
        <w:t>γίγνεσθαι· νόμους γὰρ κατασκευάσας ἔτι καὶ νῦν διασέσωκεν τὴν Περσῶν ἀρχήν. ἔτι δὲ Ἀθηναῖοι πρὸς τούτοις, οὐκ αὐτοὶ κατοικίσαντες, πολλὰς τῶν Ἑλλήνων πόλεις ὑπὸ βαρ‐ βάρων ἐμβεβλημένας ἀλλ’ οἰκουμένας παραλαβόντες, ὅμως</w:t>
      </w:r>
    </w:p>
    <w:p>
      <w:r>
        <w:rPr>
          <w:rFonts w:ascii="Courier New" w:hAnsi="Courier New"/>
          <w:color w:val="555555"/>
          <w:sz w:val="20"/>
        </w:rPr>
        <w:t>[Ep . 332 c]</w:t>
      </w:r>
    </w:p>
    <w:p>
      <w:r>
        <w:rPr>
          <w:rFonts w:ascii="Gentium Plus" w:hAnsi="Gentium Plus"/>
          <w:sz w:val="24"/>
        </w:rPr>
        <w:t>ἑβδομήκοντα ἔτη διεφύλαξαν τὴν ἀρχὴν ἄνδρας φίλους ἐν ταῖς πόλεσιν ἑκάσταις κεκτημένοι. Διονύσιος δὲ εἰς μίαν πόλιν ἁθροίσας πᾶσαν Σικελίαν, ὑπὸ σοφίας πιστεύων οὐδενί, μόγις ἐσώθη· πένης γὰρ ἦν ἀνδρῶν φίλων καὶ πιστῶν, οὗ</w:t>
      </w:r>
    </w:p>
    <w:p>
      <w:r>
        <w:rPr>
          <w:rFonts w:ascii="Courier New" w:hAnsi="Courier New"/>
          <w:color w:val="555555"/>
          <w:sz w:val="20"/>
        </w:rPr>
        <w:t>[5]</w:t>
      </w:r>
    </w:p>
    <w:p>
      <w:r>
        <w:rPr>
          <w:rFonts w:ascii="Gentium Plus" w:hAnsi="Gentium Plus"/>
          <w:sz w:val="24"/>
        </w:rPr>
        <w:t>μεῖζον σημεῖον εἰς ἀρετὴν καὶ κακίαν οὐκ ἔστιν οὐδέν, τοῦ ἔρημον ἢ μὴ τοιούτων ἀνδρῶν εἶναι. ἃ δὴ καὶ Διονυσίῳ συνεβουλεύομεν ἐγὼ καὶ Δίων, ἐπειδὴ τὰ παρὰ τοῦ πατρὸς</w:t>
      </w:r>
    </w:p>
    <w:p>
      <w:r>
        <w:rPr>
          <w:rFonts w:ascii="Courier New" w:hAnsi="Courier New"/>
          <w:color w:val="555555"/>
          <w:sz w:val="20"/>
        </w:rPr>
        <w:t>[Ep . 332 d]</w:t>
      </w:r>
    </w:p>
    <w:p>
      <w:r>
        <w:rPr>
          <w:rFonts w:ascii="Gentium Plus" w:hAnsi="Gentium Plus"/>
          <w:sz w:val="24"/>
        </w:rPr>
        <w:t>αὐτῷ συνεβεβήκει οὕτως, ἀνομιλήτῳ μὲν παιδείας, ἀνομιλήτῳ δὲ συνουσιῶν τῶν προσηκουσῶν γεγονέναι, πρῶτον . . . ἔπειτα ταύτῃ ὁρμήσαντα φίλους ἄλλους αὑτῷ τῶν οἰκείων ἅμα καὶ ἡλικιωτῶν καὶ συμφώνους πρὸς ἀρετὴν κτήσασθαι,</w:t>
      </w:r>
    </w:p>
    <w:p>
      <w:r>
        <w:rPr>
          <w:rFonts w:ascii="Courier New" w:hAnsi="Courier New"/>
          <w:color w:val="555555"/>
          <w:sz w:val="20"/>
        </w:rPr>
        <w:t>[5]</w:t>
      </w:r>
    </w:p>
    <w:p>
      <w:r>
        <w:rPr>
          <w:rFonts w:ascii="Gentium Plus" w:hAnsi="Gentium Plus"/>
          <w:sz w:val="24"/>
        </w:rPr>
        <w:t>μάλιστα δ’ αὐτὸν αὑτῷ, τούτου γὰρ αὐτὸν θαυμαστῶς ἐνδεᾶ γεγονέναι, λέγοντες οὐκ ἐναργῶς οὕτως—οὐ γὰρ ἦν ἀσφαλές —αἰνιττόμενοι δὲ καὶ διαμαχόμενοι τοῖς λόγοις ὡς οὕτω μὲν πᾶς ἀνὴρ αὑτόν τε καὶ ἐκείνους ὧν ἂν ἡγεμὼν γίγνηται σώσει,</w:t>
      </w:r>
    </w:p>
    <w:p>
      <w:r>
        <w:rPr>
          <w:rFonts w:ascii="Courier New" w:hAnsi="Courier New"/>
          <w:color w:val="555555"/>
          <w:sz w:val="20"/>
        </w:rPr>
        <w:t>[Ep . 332 e]</w:t>
      </w:r>
    </w:p>
    <w:p>
      <w:r>
        <w:rPr>
          <w:rFonts w:ascii="Gentium Plus" w:hAnsi="Gentium Plus"/>
          <w:sz w:val="24"/>
        </w:rPr>
        <w:t>μὴ ταύτῃ δὲ τραπόμενος τἀναντία πάντα ἀποτελεῖ· πορευθεὶς δὲ ὡς λέγομεν, καὶ ἑαυτὸν ἔμφρονά τε καὶ σώφρονα ἀπεργα‐</w:t>
      </w:r>
    </w:p>
    <w:p>
      <w:r>
        <w:rPr>
          <w:rFonts w:ascii="Courier New" w:hAnsi="Courier New"/>
          <w:color w:val="555555"/>
          <w:sz w:val="20"/>
        </w:rPr>
        <w:t>[5]</w:t>
      </w:r>
    </w:p>
    <w:p>
      <w:r>
        <w:rPr>
          <w:rFonts w:ascii="Gentium Plus" w:hAnsi="Gentium Plus"/>
          <w:sz w:val="24"/>
        </w:rPr>
        <w:t>καὶ ἀλλήλαις εἶναι πρὸς τὰς τῶν βαρβάρων βοηθείας, οὐ</w:t>
      </w:r>
    </w:p>
    <w:p>
      <w:r>
        <w:rPr>
          <w:rFonts w:ascii="Courier New" w:hAnsi="Courier New"/>
          <w:color w:val="555555"/>
          <w:sz w:val="20"/>
        </w:rPr>
        <w:t>[Ep . 333 a]</w:t>
      </w:r>
    </w:p>
    <w:p>
      <w:r>
        <w:rPr>
          <w:rFonts w:ascii="Gentium Plus" w:hAnsi="Gentium Plus"/>
          <w:sz w:val="24"/>
        </w:rPr>
        <w:t>διπλασίαν τὴν πατρῴαν ἀρχὴν μόνον ποιήσοι, πολλαπλασίαν δὲ ὄντως· ἕτοιμον γὰρ εἶναι τούτων γενομένων πολὺ μᾶλλον δουλώσασθαι Καρχηδονίους τῆς ἐπὶ Γέλωνος αὐτοῖς γενομένης δουλείας, ἀλλ’ οὐχ ὥσπερ νῦν τοὐναντίον ὁ πατὴρ αὐτοῦ</w:t>
      </w:r>
    </w:p>
    <w:p>
      <w:r>
        <w:rPr>
          <w:rFonts w:ascii="Courier New" w:hAnsi="Courier New"/>
          <w:color w:val="555555"/>
          <w:sz w:val="20"/>
        </w:rPr>
        <w:t>[5]</w:t>
      </w:r>
    </w:p>
    <w:p>
      <w:r>
        <w:rPr>
          <w:rFonts w:ascii="Gentium Plus" w:hAnsi="Gentium Plus"/>
          <w:sz w:val="24"/>
        </w:rPr>
        <w:t>φόρον ἐτάξατο φέρειν τοῖς βαρβάροις. ταῦτα ἦν τὰ λεγό‐ μενα καὶ παρακελευόμενα ὑφ’ ἡμῶν τῶν ἐπιβουλευόντων Διονυσίῳ, ὡς πολλαχόθεν ἐχώρουν οἱ τοιοῦτοι λόγοι, οἳ δὴ καὶ κρατήσαντες παρὰ Διονυσίῳ ἐξέβαλον μὲν Δίωνα, ἡμᾶς</w:t>
      </w:r>
    </w:p>
    <w:p>
      <w:r>
        <w:rPr>
          <w:rFonts w:ascii="Courier New" w:hAnsi="Courier New"/>
          <w:color w:val="555555"/>
          <w:sz w:val="20"/>
        </w:rPr>
        <w:t>[Ep . 333 b]</w:t>
      </w:r>
    </w:p>
    <w:p>
      <w:r>
        <w:rPr>
          <w:rFonts w:ascii="Gentium Plus" w:hAnsi="Gentium Plus"/>
          <w:sz w:val="24"/>
        </w:rPr>
        <w:t>δ’ εἰς φόβον κατέβαλον· ἵνα δ’ ἐκπεράνωμεν οὐκ ὀλίγα πράγματα τὰ ἐν ὀλίγῳ χρόνῳ, ἐλθὼν ἐκ Πελοποννήσου καὶ Ἀθηνῶν Δίων ἔργῳ τὸν Διονύσιον ἐνουθέτησεν. ἐπειδὴ δ’ οὖν ἠλευθέρωσέν τε καὶ ἀπέδωκεν αὐτοῖς δὶς τὴν πόλιν,</w:t>
      </w:r>
    </w:p>
    <w:p>
      <w:r>
        <w:rPr>
          <w:rFonts w:ascii="Courier New" w:hAnsi="Courier New"/>
          <w:color w:val="555555"/>
          <w:sz w:val="20"/>
        </w:rPr>
        <w:t>[5]</w:t>
      </w:r>
    </w:p>
    <w:p>
      <w:r>
        <w:rPr>
          <w:rFonts w:ascii="Gentium Plus" w:hAnsi="Gentium Plus"/>
          <w:sz w:val="24"/>
        </w:rPr>
        <w:t>ταὐτὸν πρὸς Δίωνα Συρακόσιοι τότε ἔπαθον ὅπερ καὶ Διονύ‐ σιος, ὅτε αὐτὸν ἐπεχείρει παιδεύσας καὶ θρέψας βασιλέα τῆς ἀρχῆς ἄξιον, οὕτω κοινωνεῖν αὐτῷ τοῦ βίου παντός, ὁ δὲ τοῖς</w:t>
      </w:r>
    </w:p>
    <w:p>
      <w:r>
        <w:rPr>
          <w:rFonts w:ascii="Courier New" w:hAnsi="Courier New"/>
          <w:color w:val="555555"/>
          <w:sz w:val="20"/>
        </w:rPr>
        <w:t>[Ep . 333 c]</w:t>
      </w:r>
    </w:p>
    <w:p>
      <w:r>
        <w:rPr>
          <w:rFonts w:ascii="Gentium Plus" w:hAnsi="Gentium Plus"/>
          <w:sz w:val="24"/>
        </w:rPr>
        <w:t>διαβάλλουσιν καὶ λέγουσιν ὡς ἐπιβουλεύων τῇ τυραννίδι Δίων πράττοι πάντα ὅσα ἔπραττεν ἐν τῷ τότε χρόνῳ, ἵνα ὁ μὲν παιδείᾳ δὴ τὸν νοῦν κηληθεὶς ἀμελοῖ τῆς ἀρχῆς ἐπι‐ τρέψας ἐκείνῳ, ὁ δὲ σφετερίσαιτο καὶ Διονύσιον ἐκβάλοι ἐκ</w:t>
      </w:r>
    </w:p>
    <w:p>
      <w:r>
        <w:rPr>
          <w:rFonts w:ascii="Courier New" w:hAnsi="Courier New"/>
          <w:color w:val="555555"/>
          <w:sz w:val="20"/>
        </w:rPr>
        <w:t>[5]</w:t>
      </w:r>
    </w:p>
    <w:p>
      <w:r>
        <w:rPr>
          <w:rFonts w:ascii="Gentium Plus" w:hAnsi="Gentium Plus"/>
          <w:sz w:val="24"/>
        </w:rPr>
        <w:t>τῆς ἀρχῆς δόλῳ. ταῦτα τότε ἐνίκησεν καὶ τὸ δεύτερον ἐν Συρακοσίοις λεγόμενα, καὶ μάλα ἀτόπῳ τε καὶ αἰσχρᾷ νίκῃ τοῖς τῆς νίκης αἰτίοις. οἷον γὰρ γέγονεν, ἀκοῦσαι χρὴ τοὺς</w:t>
      </w:r>
    </w:p>
    <w:p>
      <w:r>
        <w:rPr>
          <w:rFonts w:ascii="Courier New" w:hAnsi="Courier New"/>
          <w:color w:val="555555"/>
          <w:sz w:val="20"/>
        </w:rPr>
        <w:t>[Ep . 333 d]</w:t>
      </w:r>
    </w:p>
    <w:p>
      <w:r>
        <w:rPr>
          <w:rFonts w:ascii="Gentium Plus" w:hAnsi="Gentium Plus"/>
          <w:sz w:val="24"/>
        </w:rPr>
        <w:t>ἐμὲ παρακαλοῦντας πρὸς τὰ νῦν πράγματα. ἦλθον Ἀθηναῖος ἀνὴρ ἐγώ, ἑταῖρος Δίωνος, σύμμαχος αὐτῷ, πρὸς τὸν τύραν‐ νον, ὅπως ἀντὶ πολέμου φιλίαν ποιήσαιμι· διαμαχόμενος δὲ τοῖς διαβάλλουσιν ἡττήθην. πείθοντος δὲ Διονυσίου τιμαῖς</w:t>
      </w:r>
    </w:p>
    <w:p>
      <w:r>
        <w:rPr>
          <w:rFonts w:ascii="Courier New" w:hAnsi="Courier New"/>
          <w:color w:val="555555"/>
          <w:sz w:val="20"/>
        </w:rPr>
        <w:t>[5]</w:t>
      </w:r>
    </w:p>
    <w:p>
      <w:r>
        <w:rPr>
          <w:rFonts w:ascii="Gentium Plus" w:hAnsi="Gentium Plus"/>
          <w:sz w:val="24"/>
        </w:rPr>
        <w:t>καὶ χρήμασιν γενέσθαι μετ’ αὐτοῦ ἐμὲ μάρτυρά τε καὶ φίλον</w:t>
      </w:r>
    </w:p>
    <w:p>
      <w:r>
        <w:rPr>
          <w:rFonts w:ascii="Courier New" w:hAnsi="Courier New"/>
          <w:color w:val="555555"/>
          <w:sz w:val="20"/>
        </w:rPr>
        <w:t>[Ep . 333 e]</w:t>
      </w:r>
    </w:p>
    <w:p>
      <w:r>
        <w:rPr>
          <w:rFonts w:ascii="Gentium Plus" w:hAnsi="Gentium Plus"/>
          <w:sz w:val="24"/>
        </w:rPr>
        <w:t>Δίων ἀδελφὼ δύο προσλαμβάνει Ἀθήνηθεν, οὐκ ἐκ φιλο‐ σοφίας γεγονότε φίλω, ἀλλ’ ἐκ τῆς περιτρεχούσης ἑταιρίας ταύτης τῆς τῶν πλείστων φίλων, ἣν ἐκ τοῦ ξενίζειν τε καὶ μυεῖν καὶ ἐποπτεύειν πραγματεύονται, καὶ δὴ καὶ</w:t>
      </w:r>
    </w:p>
    <w:p>
      <w:r>
        <w:rPr>
          <w:rFonts w:ascii="Courier New" w:hAnsi="Courier New"/>
          <w:color w:val="555555"/>
          <w:sz w:val="20"/>
        </w:rPr>
        <w:t>[5]</w:t>
      </w:r>
    </w:p>
    <w:p>
      <w:r>
        <w:rPr>
          <w:rFonts w:ascii="Gentium Plus" w:hAnsi="Gentium Plus"/>
          <w:sz w:val="24"/>
        </w:rPr>
        <w:t>τούτω τὼ συγκαταγαγόντε αὐτὸν φίλω ἐκ τούτων τε καὶ ἐκ τῆς πρὸς τὴν κάθοδον ὑπηρεσίας ἐγενέσθην ἑταίρω· ἐλθόντες</w:t>
      </w:r>
    </w:p>
    <w:p>
      <w:r>
        <w:rPr>
          <w:rFonts w:ascii="Courier New" w:hAnsi="Courier New"/>
          <w:color w:val="555555"/>
          <w:sz w:val="20"/>
        </w:rPr>
        <w:t>[Ep . 334 a]</w:t>
      </w:r>
    </w:p>
    <w:p>
      <w:r>
        <w:rPr>
          <w:rFonts w:ascii="Gentium Plus" w:hAnsi="Gentium Plus"/>
          <w:sz w:val="24"/>
        </w:rPr>
        <w:t>δὲ εἰς Σικελίαν, ἐπειδὴ Δίωνα ᾔσθοντο διαβεβλημένον εἰς τοὺς ἐλευθερωθέντας ὑπ’ αὐτοῦ Σικελιώτας ὡς ἐπιβουλεύοντα γενέσθαι τύραννον, οὐ μόνον τὸν ἑταῖρον καὶ ξένον πρού‐ δοσαν, ἀλλ’ οἷον τοῦ φόνου αὐτόχειρες ἐγένοντο, ὅπλα</w:t>
      </w:r>
    </w:p>
    <w:p>
      <w:r>
        <w:rPr>
          <w:rFonts w:ascii="Courier New" w:hAnsi="Courier New"/>
          <w:color w:val="555555"/>
          <w:sz w:val="20"/>
        </w:rPr>
        <w:t>[5]</w:t>
      </w:r>
    </w:p>
    <w:p>
      <w:r>
        <w:rPr>
          <w:rFonts w:ascii="Gentium Plus" w:hAnsi="Gentium Plus"/>
          <w:sz w:val="24"/>
        </w:rPr>
        <w:t>ἔχοντες ἐν ταῖς χερσὶν αὐτοὶ τοῖς φονεῦσι παρεστῶτες ἐπί‐ κουροι. καὶ τὸ μὲν αἰσχρὸν καὶ ἀνόσιον οὔτε παρίεμαι ἔγωγε οὔτε τι λέγω—πολλοῖς γὰρ καὶ ἄλλοις ὑμνεῖν ταῦτα ἐπιμελὲς</w:t>
      </w:r>
    </w:p>
    <w:p>
      <w:r>
        <w:rPr>
          <w:rFonts w:ascii="Courier New" w:hAnsi="Courier New"/>
          <w:color w:val="555555"/>
          <w:sz w:val="20"/>
        </w:rPr>
        <w:t>[Ep . 334 b]</w:t>
      </w:r>
    </w:p>
    <w:p>
      <w:r>
        <w:rPr>
          <w:rFonts w:ascii="Gentium Plus" w:hAnsi="Gentium Plus"/>
          <w:sz w:val="24"/>
        </w:rPr>
        <w:t>καὶ εἰς τὸν ἔπειτα μελήσει χρόνον—τὸ δὲ Ἀθηναίων πέρι λεγόμενον, ὡς αἰσχύνην οὗτοι περιῆψαν τῇ πόλει, ἐξαιροῦμαι· φημὶ γὰρ κἀκεῖνον Ἀθηναῖον εἶναι ὃς οὐ προύδωκεν τὸν αὐτὸν τοῦτον, ἐξὸν χρήματα καὶ ἄλλας τιμὰς πολλὰς λαμβάνειν. οὐ</w:t>
      </w:r>
    </w:p>
    <w:p>
      <w:r>
        <w:rPr>
          <w:rFonts w:ascii="Courier New" w:hAnsi="Courier New"/>
          <w:color w:val="555555"/>
          <w:sz w:val="20"/>
        </w:rPr>
        <w:t>[5]</w:t>
      </w:r>
    </w:p>
    <w:p>
      <w:r>
        <w:rPr>
          <w:rFonts w:ascii="Gentium Plus" w:hAnsi="Gentium Plus"/>
          <w:sz w:val="24"/>
        </w:rPr>
        <w:t>γὰρ διὰ βαναύσου φιλότητος ἐγεγόνει φίλος, διὰ δὲ ἐλευθέρας παιδείας κοινωνίαν, ᾗ μόνῃ χρὴ πιστεύειν τὸν νοῦν κεκτημένον μᾶλλον ἢ συγγενείᾳ ψυχῶν καὶ σωμάτων· ὥστε οὐκ ἀξίω</w:t>
      </w:r>
    </w:p>
    <w:p>
      <w:r>
        <w:rPr>
          <w:rFonts w:ascii="Courier New" w:hAnsi="Courier New"/>
          <w:color w:val="555555"/>
          <w:sz w:val="20"/>
        </w:rPr>
        <w:t>[Ep . 334 c]</w:t>
      </w:r>
    </w:p>
    <w:p>
      <w:r>
        <w:rPr>
          <w:rFonts w:ascii="Gentium Plus" w:hAnsi="Gentium Plus"/>
          <w:sz w:val="24"/>
        </w:rPr>
        <w:t>ὀνείδους γεγόνατον τῇ πόλει τὼ Δίωνα ἀποκτείναντε, ὡς ἐλλογίμω πώποτε ἄνδρε γενομένω. Ταῦτα εἴρηται πάντα τῆς συμβουλῆς ἕνεκα τῶν Διωνείων φίλων καὶ συγγενῶν· συμβουλεύω δὲ δή τι πρὸς τούτοις τὴν</w:t>
      </w:r>
    </w:p>
    <w:p>
      <w:r>
        <w:rPr>
          <w:rFonts w:ascii="Courier New" w:hAnsi="Courier New"/>
          <w:color w:val="555555"/>
          <w:sz w:val="20"/>
        </w:rPr>
        <w:t>[5]</w:t>
      </w:r>
    </w:p>
    <w:p>
      <w:r>
        <w:rPr>
          <w:rFonts w:ascii="Gentium Plus" w:hAnsi="Gentium Plus"/>
          <w:sz w:val="24"/>
        </w:rPr>
        <w:t>αὐτὴν συμβουλὴν καὶ λόγον τὸν αὐτὸν λέγων ἤδη τρίτον τρίτοις ὑμῖν. μὴ δουλοῦσθαι Σικελίαν ὑπ’ ἀνθρώποις δε‐ σπόταις, μηδὲ ἄλλην πόλιν, ὅ γ’ ἐμὸς λόγος, ἀλλ’ ὑπὸ νόμοις· οὔτε γὰρ τοῖς δουλουμένοις οὔτε τοῖς δουλωθεῖσιν ἄμεινον,</w:t>
      </w:r>
    </w:p>
    <w:p>
      <w:r>
        <w:rPr>
          <w:rFonts w:ascii="Courier New" w:hAnsi="Courier New"/>
          <w:color w:val="555555"/>
          <w:sz w:val="20"/>
        </w:rPr>
        <w:t>[Ep . 334 d]</w:t>
      </w:r>
    </w:p>
    <w:p>
      <w:r>
        <w:rPr>
          <w:rFonts w:ascii="Gentium Plus" w:hAnsi="Gentium Plus"/>
          <w:sz w:val="24"/>
        </w:rPr>
        <w:t>αὐτοῖς καὶ παισὶ παίδων τε καὶ ἐκγόνοις, ἀλλ’ ὀλέθριος πάντως ἡ πεῖρα, σμικρὰ δὲ καὶ ἀνελεύθερα ψυχῶν ἤθη τὰ</w:t>
      </w:r>
    </w:p>
    <w:p>
      <w:r>
        <w:rPr>
          <w:rFonts w:ascii="Courier New" w:hAnsi="Courier New"/>
          <w:color w:val="555555"/>
          <w:sz w:val="20"/>
        </w:rPr>
        <w:t>[5]</w:t>
      </w:r>
    </w:p>
    <w:p>
      <w:r>
        <w:rPr>
          <w:rFonts w:ascii="Gentium Plus" w:hAnsi="Gentium Plus"/>
          <w:sz w:val="24"/>
        </w:rPr>
        <w:t>καὶ ἀνθρωπίνων. ταῦτα πρῶτον μὲν Δίωνα ἐπεχείρησα ἐγὼ πείθειν, δεύτερον δὲ Διονύσιον, τρίτους δὲ ὑμᾶς νῦν. καὶ ἐμοὶ πείθεσθε Διὸς τρίτου σωτῆρος χάριν, εἶτα εἰς Διονύσιον βλέψαντες καὶ Δίωνα, ὧν ὁ μὲν μὴ πειθόμενος ζῇ τὰ νῦν</w:t>
      </w:r>
    </w:p>
    <w:p>
      <w:r>
        <w:rPr>
          <w:rFonts w:ascii="Courier New" w:hAnsi="Courier New"/>
          <w:color w:val="555555"/>
          <w:sz w:val="20"/>
        </w:rPr>
        <w:t>[Ep . 334 e]</w:t>
      </w:r>
    </w:p>
    <w:p>
      <w:r>
        <w:rPr>
          <w:rFonts w:ascii="Gentium Plus" w:hAnsi="Gentium Plus"/>
          <w:sz w:val="24"/>
        </w:rPr>
        <w:t>οὐ καλῶς, ὁ δὲ πειθόμενος τέθνηκεν καλῶς· τὸ γὰρ τῶν καλλίστων ἐφιέμενον αὑτῷ τε καὶ πόλει πάσχειν ὅτι ἂν πάσχῃ πᾶν ὀρθὸν καὶ καλόν. οὔτε γὰρ πέφυκεν ἀθάνατος ἡμῶν οὐδείς, οὔτ’ εἴ τῳ συμβαίη, γένοιτο ἂν εὐδαίμων, ὡς</w:t>
      </w:r>
    </w:p>
    <w:p>
      <w:r>
        <w:rPr>
          <w:rFonts w:ascii="Courier New" w:hAnsi="Courier New"/>
          <w:color w:val="555555"/>
          <w:sz w:val="20"/>
        </w:rPr>
        <w:t>[5]</w:t>
      </w:r>
    </w:p>
    <w:p>
      <w:r>
        <w:rPr>
          <w:rFonts w:ascii="Gentium Plus" w:hAnsi="Gentium Plus"/>
          <w:sz w:val="24"/>
        </w:rPr>
        <w:t>δοκεῖ τοῖς πολλοῖς· κακὸν γὰρ καὶ ἀγαθὸν οὐδὲν λόγου ἄξιόν</w:t>
      </w:r>
    </w:p>
    <w:p>
      <w:r>
        <w:rPr>
          <w:rFonts w:ascii="Courier New" w:hAnsi="Courier New"/>
          <w:color w:val="555555"/>
          <w:sz w:val="20"/>
        </w:rPr>
        <w:t>[Ep . 335 a]</w:t>
      </w:r>
    </w:p>
    <w:p>
      <w:r>
        <w:rPr>
          <w:rFonts w:ascii="Gentium Plus" w:hAnsi="Gentium Plus"/>
          <w:sz w:val="24"/>
        </w:rPr>
        <w:t>ἐστιν τοῖς ἀψύχοις, ἀλλ’ ἢ μετὰ σώματος οὔσῃ ψυχῇ τοῦτο συμβήσεται ἑκάστῃ ἢ κεχωρισμένῃ. πείθεσθαι δὲ ὄντως ἀεὶ χρὴ τοῖς παλαιοῖς τε καὶ ἱεροῖς λόγοις, οἳ δὴ μηνύουσιν ἡμῖν ἀθάνατον ψυχὴν εἶναι δικαστάς τε ἴσχειν καὶ τίνειν τὰς</w:t>
      </w:r>
    </w:p>
    <w:p>
      <w:r>
        <w:rPr>
          <w:rFonts w:ascii="Courier New" w:hAnsi="Courier New"/>
          <w:color w:val="555555"/>
          <w:sz w:val="20"/>
        </w:rPr>
        <w:t>[5]</w:t>
      </w:r>
    </w:p>
    <w:p>
      <w:r>
        <w:rPr>
          <w:rFonts w:ascii="Gentium Plus" w:hAnsi="Gentium Plus"/>
          <w:sz w:val="24"/>
        </w:rPr>
        <w:t>μεγίστας τιμωρίας, ὅταν τις ἀπαλλαχθῇ τοῦ σώματος· διὸ καὶ τὰ μεγάλα ἁμαρτήματα καὶ ἀδικήματα σμικρότερον εἶναι χρὴ νομίζειν κακὸν πάσχειν ἢ δρᾶσαι, ὧν ὁ φιλοχρήματος</w:t>
      </w:r>
    </w:p>
    <w:p>
      <w:r>
        <w:rPr>
          <w:rFonts w:ascii="Courier New" w:hAnsi="Courier New"/>
          <w:color w:val="555555"/>
          <w:sz w:val="20"/>
        </w:rPr>
        <w:t>[Ep . 335 b]</w:t>
      </w:r>
    </w:p>
    <w:p>
      <w:r>
        <w:rPr>
          <w:rFonts w:ascii="Gentium Plus" w:hAnsi="Gentium Plus"/>
          <w:sz w:val="24"/>
        </w:rPr>
        <w:t>πένης τε ἀνὴρ τὴν ψυχὴν οὔτε ἀκούει, ἐάν τε ἀκούσῃ, κατα‐ γελῶν, ὡς οἴεται, πανταχόθεν ἀναιδῶς ἁρπάζει πᾶν ὅτιπερ ἂν οἴηται, καθάπερ θηρίον, φαγεῖν ἢ πιεῖν ἢ περὶ τὴν ἀνδραποδώδη καὶ ἀχάριστον, ἀφροδίσιον λεγομένην οὐκ</w:t>
      </w:r>
    </w:p>
    <w:p>
      <w:r>
        <w:rPr>
          <w:rFonts w:ascii="Courier New" w:hAnsi="Courier New"/>
          <w:color w:val="555555"/>
          <w:sz w:val="20"/>
        </w:rPr>
        <w:t>[5]</w:t>
      </w:r>
    </w:p>
    <w:p>
      <w:r>
        <w:rPr>
          <w:rFonts w:ascii="Gentium Plus" w:hAnsi="Gentium Plus"/>
          <w:sz w:val="24"/>
        </w:rPr>
        <w:t>ὀρθῶς, ἡδονὴν ποριεῖν αὑτῷ τοὐμπίμπλασθαι, τυφλὸς ὢν καὶ οὐχ ὁρῶν, οἷς συνέπεται τῶν ἁρπαγμάτων ἀνοσιουργία, κακὸν ἡλίκον ἀεὶ μετ’ ἀδικήματος ἑκάστου, ἣν ἀναγκαῖον τῷ ἀδική‐ σαντι συνεφέλκειν ἐπί τε γῇ στρεφομένῳ καὶ ὑπὸ γῆς</w:t>
      </w:r>
    </w:p>
    <w:p>
      <w:r>
        <w:rPr>
          <w:rFonts w:ascii="Courier New" w:hAnsi="Courier New"/>
          <w:color w:val="555555"/>
          <w:sz w:val="20"/>
        </w:rPr>
        <w:t>[Ep . 335 c]</w:t>
      </w:r>
    </w:p>
    <w:p>
      <w:r>
        <w:rPr>
          <w:rFonts w:ascii="Gentium Plus" w:hAnsi="Gentium Plus"/>
          <w:sz w:val="24"/>
        </w:rPr>
        <w:t>νοστήσαντι πορείαν ἄτιμόν τε καὶ ἀθλίαν πάντως πανταχῇ. Δίωνα δὴ ἐγὼ λέγων ταῦτά τε καὶ ἄλλα τοιαῦτα ἔπειθον,</w:t>
      </w:r>
    </w:p>
    <w:p>
      <w:r>
        <w:rPr>
          <w:rFonts w:ascii="Courier New" w:hAnsi="Courier New"/>
          <w:color w:val="555555"/>
          <w:sz w:val="20"/>
        </w:rPr>
        <w:t>[5]</w:t>
      </w:r>
    </w:p>
    <w:p>
      <w:r>
        <w:rPr>
          <w:rFonts w:ascii="Gentium Plus" w:hAnsi="Gentium Plus"/>
          <w:sz w:val="24"/>
        </w:rPr>
        <w:t>τοὺς ἄλλους ὡς ἔπος εἰπεῖν ἅπαντας τὰ μέγιστα ἔβλαψαν ἀνθρώπους, οἱ μὲν τὸν βουλόμενον δικαιοσύνῃ χρῆσθαι διαφθείραντες, ὁ δὲ οὐδὲν ἐθελήσας χρήσασθαι δικαιοσύνῃ</w:t>
      </w:r>
    </w:p>
    <w:p>
      <w:r>
        <w:rPr>
          <w:rFonts w:ascii="Courier New" w:hAnsi="Courier New"/>
          <w:color w:val="555555"/>
          <w:sz w:val="20"/>
        </w:rPr>
        <w:t>[Ep . 335 d]</w:t>
      </w:r>
    </w:p>
    <w:p>
      <w:r>
        <w:rPr>
          <w:rFonts w:ascii="Gentium Plus" w:hAnsi="Gentium Plus"/>
          <w:sz w:val="24"/>
        </w:rPr>
        <w:t>διὰ πάσης τῆς ἀρχῆς, μεγίστην δύναμιν ἔχων, ἐν ᾗ γενομένη φιλοσοφία τε καὶ δύναμις ὄντως ἐν ταὐτῷ διὰ πάντων ἀν‐ θρώπων Ἑλλήνων τε καὶ βαρβάρων λάμψας’ ἂν ἱκανῶς δόξαν παρέστησεν πᾶσιν τὴν ἀληθῆ, ὡς οὐκ ἄν ποτε γένοιτο εὐδαί‐</w:t>
      </w:r>
    </w:p>
    <w:p>
      <w:r>
        <w:rPr>
          <w:rFonts w:ascii="Courier New" w:hAnsi="Courier New"/>
          <w:color w:val="555555"/>
          <w:sz w:val="20"/>
        </w:rPr>
        <w:t>[5]</w:t>
      </w:r>
    </w:p>
    <w:p>
      <w:r>
        <w:rPr>
          <w:rFonts w:ascii="Gentium Plus" w:hAnsi="Gentium Plus"/>
          <w:sz w:val="24"/>
        </w:rPr>
        <w:t>μων οὔτε πόλις οὔτ’ ἀνὴρ οὐδείς, ὃς ἂν μὴ μετὰ φρονήσεως ὑπὸ δικαιοσύνῃ διαγάγῃ τὸν βίον, ἤτοι ἐν αὑτῷ κεκτημένος ἢ ὁσίων ἀνδρῶν ἀρχόντων ἐν ἤθεσιν τραφείς τε καὶ παιδευθεὶς</w:t>
      </w:r>
    </w:p>
    <w:p>
      <w:r>
        <w:rPr>
          <w:rFonts w:ascii="Courier New" w:hAnsi="Courier New"/>
          <w:color w:val="555555"/>
          <w:sz w:val="20"/>
        </w:rPr>
        <w:t>[Ep . 335 e]</w:t>
      </w:r>
    </w:p>
    <w:p>
      <w:r>
        <w:rPr>
          <w:rFonts w:ascii="Gentium Plus" w:hAnsi="Gentium Plus"/>
          <w:sz w:val="24"/>
        </w:rPr>
        <w:t>ἐνδίκως. ταῦτα μὲν Διονύσιος ἔβλαψεν· τὰ δὲ ἄλλα σμικρὰ ἂν εἴη πρὸς ταῦτά μοι βλάβη. ὁ δὲ Δίωνα ἀποκτείνας οὐκ οἶδεν ταὐτὸν ἐξειργασμένος τούτῳ. Δίωνα γὰρ ἐγὼ σαφῶς οἶδα, ὡς οἷόν τε περὶ ἀνθρώπων ἄνθρωπον διισχυρίζεσθαι,</w:t>
      </w:r>
    </w:p>
    <w:p>
      <w:r>
        <w:rPr>
          <w:rFonts w:ascii="Courier New" w:hAnsi="Courier New"/>
          <w:color w:val="555555"/>
          <w:sz w:val="20"/>
        </w:rPr>
        <w:t>[5]</w:t>
      </w:r>
    </w:p>
    <w:p>
      <w:r>
        <w:rPr>
          <w:rFonts w:ascii="Gentium Plus" w:hAnsi="Gentium Plus"/>
          <w:sz w:val="24"/>
        </w:rPr>
        <w:t>ὅτι, τὴν ἀρχὴν εἰ κατέσχεν, ὡς οὐκ ἄν ποτε ἐπ’ ἄλλο γε</w:t>
      </w:r>
    </w:p>
    <w:p>
      <w:r>
        <w:rPr>
          <w:rFonts w:ascii="Courier New" w:hAnsi="Courier New"/>
          <w:color w:val="555555"/>
          <w:sz w:val="20"/>
        </w:rPr>
        <w:t>[Ep . 336 a]</w:t>
      </w:r>
    </w:p>
    <w:p>
      <w:r>
        <w:rPr>
          <w:rFonts w:ascii="Gentium Plus" w:hAnsi="Gentium Plus"/>
          <w:sz w:val="24"/>
        </w:rPr>
        <w:t>σχῆμα ἀρχῆς ἐτράπετο ἢ ἐπὶ τὸ Συρακούσας μὲν πρῶτον, τὴν πατρίδα τὴν ἑαυτοῦ, ἐπεὶ τὴν δουλείαν αὐτῆς ἀπήλλαξεν φαιδρύνας ἐλευθέρας δ’ ἐν σχήματι κατέστησεν, τὸ μετὰ τοῦτ’ ἂν πάσῃ μηχανῇ ἐκόσμησεν νόμοις τοῖς προσήκουσίν</w:t>
      </w:r>
    </w:p>
    <w:p>
      <w:r>
        <w:rPr>
          <w:rFonts w:ascii="Courier New" w:hAnsi="Courier New"/>
          <w:color w:val="555555"/>
          <w:sz w:val="20"/>
        </w:rPr>
        <w:t>[5]</w:t>
      </w:r>
    </w:p>
    <w:p>
      <w:r>
        <w:rPr>
          <w:rFonts w:ascii="Gentium Plus" w:hAnsi="Gentium Plus"/>
          <w:sz w:val="24"/>
        </w:rPr>
        <w:t>τε καὶ ἀρίστοις τοὺς πολίτας, τό τε ἐφεξῆς τούτοις προυθυμεῖτ’ ἂν πρᾶξαι, πᾶσαν Σικελίαν κατοικίζειν καὶ ἐλευθέραν ἀπὸ τῶν βαρβάρων ποιεῖν, τοὺς μὲν ἐκβάλλων, τοὺς δὲ χειρού‐ μενος ῥᾷον Ἱέρωνος· τούτων δ’ αὖ γενομένων δι’ ἀνδρὸς</w:t>
      </w:r>
    </w:p>
    <w:p>
      <w:r>
        <w:rPr>
          <w:rFonts w:ascii="Courier New" w:hAnsi="Courier New"/>
          <w:color w:val="555555"/>
          <w:sz w:val="20"/>
        </w:rPr>
        <w:t>[Ep . 336 b]</w:t>
      </w:r>
    </w:p>
    <w:p>
      <w:r>
        <w:rPr>
          <w:rFonts w:ascii="Gentium Plus" w:hAnsi="Gentium Plus"/>
          <w:sz w:val="24"/>
        </w:rPr>
        <w:t>δικαίου τε καὶ ἀνδρείου καὶ σώφρονος καὶ φιλοσόφου, τὴν αὐτὴν ἀρετῆς ἂν πέρι γενέσθαι δόξαν τοῖς πολλοῖς, ἥπερ ἄν, εἰ Διονύσιος ἐπείσθη, παρὰ πᾶσιν ἂν ὡς ἔπος εἰπεῖν ἀνθρώ‐ ποις ἀπέσωσεν γενομένη. νῦν δὲ ἤ πού τις δαίμων ἤ τις</w:t>
      </w:r>
    </w:p>
    <w:p>
      <w:r>
        <w:rPr>
          <w:rFonts w:ascii="Courier New" w:hAnsi="Courier New"/>
          <w:color w:val="555555"/>
          <w:sz w:val="20"/>
        </w:rPr>
        <w:t>[5]</w:t>
      </w:r>
    </w:p>
    <w:p>
      <w:r>
        <w:rPr>
          <w:rFonts w:ascii="Gentium Plus" w:hAnsi="Gentium Plus"/>
          <w:sz w:val="24"/>
        </w:rPr>
        <w:t>ἀλιτήριος ἐμπεσὼν ἀνομίᾳ καὶ ἀθεότητι καὶ τὸ μέγιστον τόλμαις ἀμαθίας, ἐξ ἧς πάντα κακὰ πᾶσιν ἐρρίζωται καὶ βλαστάνει καὶ εἰς ὕστερον ἀποτελεῖ καρπὸν τοῖς γεννή‐ σασιν πικρότατον, αὕτη πάντα τὸ δεύτερον ἀνέτρεψέν τε καὶ</w:t>
      </w:r>
    </w:p>
    <w:p>
      <w:r>
        <w:rPr>
          <w:rFonts w:ascii="Courier New" w:hAnsi="Courier New"/>
          <w:color w:val="555555"/>
          <w:sz w:val="20"/>
        </w:rPr>
        <w:t>[Ep . 336 c]</w:t>
      </w:r>
    </w:p>
    <w:p>
      <w:r>
        <w:rPr>
          <w:rFonts w:ascii="Gentium Plus" w:hAnsi="Gentium Plus"/>
          <w:sz w:val="24"/>
        </w:rPr>
        <w:t>ἀπώλεσεν. νῦν δὲ δὴ εὐφημῶμεν χάριν οἰωνοῦ τὸ τρίτον. ὅμως δὲ μιμεῖσθαι μὲν συμβουλεύω Δίωνα ὑμῖν τοῖς φίλοις τήν τε τῆς πατρίδος εὔνοιαν καὶ τὴν τῆς τροφῆς σώφρονα δίαιταν, ἐπὶ λῳόνων δὲ ὀρνίθων τὰς ἐκείνου βουλήσεις</w:t>
      </w:r>
    </w:p>
    <w:p>
      <w:r>
        <w:rPr>
          <w:rFonts w:ascii="Courier New" w:hAnsi="Courier New"/>
          <w:color w:val="555555"/>
          <w:sz w:val="20"/>
        </w:rPr>
        <w:t>[5]</w:t>
      </w:r>
    </w:p>
    <w:p>
      <w:r>
        <w:rPr>
          <w:rFonts w:ascii="Gentium Plus" w:hAnsi="Gentium Plus"/>
          <w:sz w:val="24"/>
        </w:rPr>
        <w:t>πειρᾶσθαι ἀποτελεῖν—αἳ δὲ ἦσαν, ἀκηκόατε παρ’ ἐμοῦ σαφῶς—τὸν δὲ μὴ δυνάμενον ὑμῶν Δωριστὶ ζῆν κατὰ τὰ</w:t>
      </w:r>
    </w:p>
    <w:p>
      <w:r>
        <w:rPr>
          <w:rFonts w:ascii="Courier New" w:hAnsi="Courier New"/>
          <w:color w:val="555555"/>
          <w:sz w:val="20"/>
        </w:rPr>
        <w:t>[Ep . 336 d]</w:t>
      </w:r>
    </w:p>
    <w:p>
      <w:r>
        <w:rPr>
          <w:rFonts w:ascii="Gentium Plus" w:hAnsi="Gentium Plus"/>
          <w:sz w:val="24"/>
        </w:rPr>
        <w:t>πάτρια, διώκοντα δὲ τόν τε τῶν Δίωνος σφαγέων καὶ τὸν Σικελικὸν βίον, μήτε παρακαλεῖν μήτε οἴεσθαι πιστὸν ἄν τι καὶ ὑγιὲς πρᾶξαί ποτε, τοὺς δὲ ἄλλους παρακαλεῖν ἐπὶ πάσης Σικελίας κατοικισμόν τε καὶ ἰσονομίαν ἔκ τε αὐτῆς Σικελίας</w:t>
      </w:r>
    </w:p>
    <w:p>
      <w:r>
        <w:rPr>
          <w:rFonts w:ascii="Courier New" w:hAnsi="Courier New"/>
          <w:color w:val="555555"/>
          <w:sz w:val="20"/>
        </w:rPr>
        <w:t>[5]</w:t>
      </w:r>
    </w:p>
    <w:p>
      <w:r>
        <w:rPr>
          <w:rFonts w:ascii="Gentium Plus" w:hAnsi="Gentium Plus"/>
          <w:sz w:val="24"/>
        </w:rPr>
        <w:t>καὶ ἐκ Πελοποννήσου συμπάσης, φοβεῖσθαι δὲ μηδὲ Ἀθή‐ νας· εἰσὶ γὰρ καὶ ἐκεῖ πάντων ἀνθρώπων διαφέροντες πρὸς ἀρετήν, ξενοφόνων τε ἀνδρῶν μισοῦντες τόλμας. εἰ δ’ οὖν ταῦτα μὲν ὕστερα γένοιτ’ ἄν, κατεπείγουσιν δὲ ὑμᾶς αἱ τῶν</w:t>
      </w:r>
    </w:p>
    <w:p>
      <w:r>
        <w:rPr>
          <w:rFonts w:ascii="Courier New" w:hAnsi="Courier New"/>
          <w:color w:val="555555"/>
          <w:sz w:val="20"/>
        </w:rPr>
        <w:t>[Ep . 336 e]</w:t>
      </w:r>
    </w:p>
    <w:p>
      <w:r>
        <w:rPr>
          <w:rFonts w:ascii="Gentium Plus" w:hAnsi="Gentium Plus"/>
          <w:sz w:val="24"/>
        </w:rPr>
        <w:t>στάσεων πολλαὶ καὶ παντοδαπαὶ φυόμεναι ἑκάστης ἡμέρας διαφοραί, εἰδέναι μέν που χρὴ πάντα τινὰ ἄνδρα, ᾧ καὶ βραχὺ δόξης ὀρθῆς μετέδωκεν θεία τις τύχη, ὡς οὐκ ἔστιν παῦλα κακῶν τοῖς στασιάσασιν, πρὶν ἂν οἱ κρατήσαντες</w:t>
      </w:r>
    </w:p>
    <w:p>
      <w:r>
        <w:rPr>
          <w:rFonts w:ascii="Courier New" w:hAnsi="Courier New"/>
          <w:color w:val="555555"/>
          <w:sz w:val="20"/>
        </w:rPr>
        <w:t>[5]</w:t>
      </w:r>
    </w:p>
    <w:p>
      <w:r>
        <w:rPr>
          <w:rFonts w:ascii="Gentium Plus" w:hAnsi="Gentium Plus"/>
          <w:sz w:val="24"/>
        </w:rPr>
        <w:t>μάχαις καὶ ἐκβολαῖς ἀνθρώπων καὶ σφαγαῖς μνησικακοῦντες</w:t>
      </w:r>
    </w:p>
    <w:p>
      <w:r>
        <w:rPr>
          <w:rFonts w:ascii="Courier New" w:hAnsi="Courier New"/>
          <w:color w:val="555555"/>
          <w:sz w:val="20"/>
        </w:rPr>
        <w:t>[Ep . 337 a]</w:t>
      </w:r>
    </w:p>
    <w:p>
      <w:r>
        <w:rPr>
          <w:rFonts w:ascii="Gentium Plus" w:hAnsi="Gentium Plus"/>
          <w:sz w:val="24"/>
        </w:rPr>
        <w:t>καὶ ἐπὶ τιμωρίας παύσωνται τρεπόμενοι τῶν ἐχθρῶν, ἐγκρατεῖς δὲ ὄντες αὑτῶν, θέμενοι νόμους κοινοὺς μηδὲν μᾶλλον πρὸς ἡδονὴν αὑτοῖς ἢ τοῖς ἡττηθεῖσιν κειμένους, ἀναγκάσωσιν αὐτοὺς χρῆσθαι τοῖς νόμοις διτταῖς οὔσαις ἀνάγκαις, αἰδοῖ καὶ</w:t>
      </w:r>
    </w:p>
    <w:p>
      <w:r>
        <w:rPr>
          <w:rFonts w:ascii="Courier New" w:hAnsi="Courier New"/>
          <w:color w:val="555555"/>
          <w:sz w:val="20"/>
        </w:rPr>
        <w:t>[5]</w:t>
      </w:r>
    </w:p>
    <w:p>
      <w:r>
        <w:rPr>
          <w:rFonts w:ascii="Gentium Plus" w:hAnsi="Gentium Plus"/>
          <w:sz w:val="24"/>
        </w:rPr>
        <w:t>φόβῳ, φόβῳ μὲν διὰ τὸ κρείττους αὐτῶν εἶναι δεικνύντες τὴν βίαν, αἰδοῖ δὲ αὖ διὰ τὸ κρείττους φαίνεσθαι περί τε τὰς</w:t>
      </w:r>
    </w:p>
    <w:p>
      <w:r>
        <w:rPr>
          <w:rFonts w:ascii="Courier New" w:hAnsi="Courier New"/>
          <w:color w:val="555555"/>
          <w:sz w:val="20"/>
        </w:rPr>
        <w:t>[Ep . 337 b]</w:t>
      </w:r>
    </w:p>
    <w:p>
      <w:r>
        <w:rPr>
          <w:rFonts w:ascii="Gentium Plus" w:hAnsi="Gentium Plus"/>
          <w:sz w:val="24"/>
        </w:rPr>
        <w:t>πόλις ἐν αὑτῇ στασιάσασα, ἀλλὰ στάσεις καὶ ἔχθραι καὶ μίση καὶ ἀπιστίαι ταῖς οὕτω διατεθείσαις πόλεσιν αὐταῖς πρὸς αὑτὰς ἀεὶ γίγνεσθαι φιλεῖ. τοὺς δὴ κρατήσαντας ἀεὶ χρή, ὅτανπερ ἐπιθυμήσωσιν σωτηρίας, αὐτοὺς ἐν αὑτοῖς</w:t>
      </w:r>
    </w:p>
    <w:p>
      <w:r>
        <w:rPr>
          <w:rFonts w:ascii="Courier New" w:hAnsi="Courier New"/>
          <w:color w:val="555555"/>
          <w:sz w:val="20"/>
        </w:rPr>
        <w:t>[5]</w:t>
      </w:r>
    </w:p>
    <w:p>
      <w:r>
        <w:rPr>
          <w:rFonts w:ascii="Gentium Plus" w:hAnsi="Gentium Plus"/>
          <w:sz w:val="24"/>
        </w:rPr>
        <w:t>ἄνδρας προκρῖναι τῶν Ἑλλήνων οὓς ἂν πυνθάνωνται ἀρίστους ὄντας, πρῶτον μὲν γέροντας, καὶ παῖδας καὶ γυναῖκας κεκτη‐ μένους οἴκοι καὶ προγόνους αὑτῶν ὅτι μάλιστα πολλούς τε καὶ ἀγαθοὺς καὶ ὀνομαστοὺς καὶ κτῆσιν κεκτημένους πάντας</w:t>
      </w:r>
    </w:p>
    <w:p>
      <w:r>
        <w:rPr>
          <w:rFonts w:ascii="Courier New" w:hAnsi="Courier New"/>
          <w:color w:val="555555"/>
          <w:sz w:val="20"/>
        </w:rPr>
        <w:t>[Ep . 337 c]</w:t>
      </w:r>
    </w:p>
    <w:p>
      <w:r>
        <w:rPr>
          <w:rFonts w:ascii="Gentium Plus" w:hAnsi="Gentium Plus"/>
          <w:sz w:val="24"/>
        </w:rPr>
        <w:t>ἱκανήν—ἀριθμὸν δὲ εἶναι μυριάνδρῳ πόλει πεντήκοντα ἱκανοὶ τοιοῦτοι—τούτους δὴ δεήσεσιν καὶ τιμαῖς ὅτι μεγίσταις οἴκοθεν μεταπέμψασθαι, μεταπεμψαμένους δὲ ὀμόσαντας δεῖσθαι καὶ κελεύειν θεῖναι νόμους, μήτε νικήσασιν μήτε</w:t>
      </w:r>
    </w:p>
    <w:p>
      <w:r>
        <w:rPr>
          <w:rFonts w:ascii="Courier New" w:hAnsi="Courier New"/>
          <w:color w:val="555555"/>
          <w:sz w:val="20"/>
        </w:rPr>
        <w:t>[5]</w:t>
      </w:r>
    </w:p>
    <w:p>
      <w:r>
        <w:rPr>
          <w:rFonts w:ascii="Gentium Plus" w:hAnsi="Gentium Plus"/>
          <w:sz w:val="24"/>
        </w:rPr>
        <w:t>νικηθεῖσιν νέμειν πλέον, τὸ δὲ ἴσον καὶ κοινὸν πάσῃ τῇ πόλει. τεθέντων δὲ τῶν νόμων ἐν τούτῳ δὴ τὰ πάντα ἐστίν. ἂν μὲν γὰρ οἱ νενικηκότες ἥττους αὑτοὺς τῶν νόμων</w:t>
      </w:r>
    </w:p>
    <w:p>
      <w:r>
        <w:rPr>
          <w:rFonts w:ascii="Courier New" w:hAnsi="Courier New"/>
          <w:color w:val="555555"/>
          <w:sz w:val="20"/>
        </w:rPr>
        <w:t>[Ep . 337 d]</w:t>
      </w:r>
    </w:p>
    <w:p>
      <w:r>
        <w:rPr>
          <w:rFonts w:ascii="Gentium Plus" w:hAnsi="Gentium Plus"/>
          <w:sz w:val="24"/>
        </w:rPr>
        <w:t>μᾶλλον τῶν νενικημένων παρέχωνται, πάντ’ ἔσται σωτηρίας τε καὶ εὐδαιμονίας μεστὰ καὶ πάντων κακῶν ἀποφυγή· εἰ δὲ μή, μήτ’ ἐμὲ μήτ’ ἄλλον κοινωνὸν παρακαλεῖν ἐπὶ τὸν μὴ πειθόμενον τοῖς νῦν ἐπεσταλμένοις. ταῦτα γάρ ἐστιν ἀδελφὰ</w:t>
      </w:r>
    </w:p>
    <w:p>
      <w:r>
        <w:rPr>
          <w:rFonts w:ascii="Courier New" w:hAnsi="Courier New"/>
          <w:color w:val="555555"/>
          <w:sz w:val="20"/>
        </w:rPr>
        <w:t>[5]</w:t>
      </w:r>
    </w:p>
    <w:p>
      <w:r>
        <w:rPr>
          <w:rFonts w:ascii="Gentium Plus" w:hAnsi="Gentium Plus"/>
          <w:sz w:val="24"/>
        </w:rPr>
        <w:t>ὧν τε Δίων ὧν τ’ ἐγὼ ἐπεχειρήσαμεν Συρακούσαις εὖ φρονοῦντες συμπρᾶξαι, δεύτερα μήν· πρῶτα δ’ ἦν ἃ τὸ πρῶτον ἐπεχειρήθη μετ’ αὐτοῦ Διονυσίου πραχθῆναι πᾶσιν κοινὰ ἀγαθά, τύχη δέ τις ἀνθρώπων κρείττων διεφόρησεν.</w:t>
      </w:r>
    </w:p>
    <w:p>
      <w:r>
        <w:rPr>
          <w:rFonts w:ascii="Courier New" w:hAnsi="Courier New"/>
          <w:color w:val="555555"/>
          <w:sz w:val="20"/>
        </w:rPr>
        <w:t>[Ep . 337 e]</w:t>
      </w:r>
    </w:p>
    <w:p>
      <w:r>
        <w:rPr>
          <w:rFonts w:ascii="Gentium Plus" w:hAnsi="Gentium Plus"/>
          <w:sz w:val="24"/>
        </w:rPr>
        <w:t>τὰ δὲ νῦν ὑμεῖς πειρᾶσθε εὐτυχέστερον αὐτὰ ἀγαθῇ πρᾶξαι μοίρᾳ καὶ θείᾳ τινὶ τύχῃ. Συμβουλὴ μὲν δὴ καὶ ἐπιστολὴ εἰρήσθω καὶ ἡ παρὰ Διονύσιον ἐμὴ προτέρα ἄφιξις· ἡ δὲ δὴ ὑστέρα πορεία τε</w:t>
      </w:r>
    </w:p>
    <w:p>
      <w:r>
        <w:rPr>
          <w:rFonts w:ascii="Courier New" w:hAnsi="Courier New"/>
          <w:color w:val="555555"/>
          <w:sz w:val="20"/>
        </w:rPr>
        <w:t>[5]</w:t>
      </w:r>
    </w:p>
    <w:p>
      <w:r>
        <w:rPr>
          <w:rFonts w:ascii="Gentium Plus" w:hAnsi="Gentium Plus"/>
          <w:sz w:val="24"/>
        </w:rPr>
        <w:t>καὶ πλοῦς ὡς εἰκότως τε ἅμα καὶ ἐμμελῶς γέγονεν, ᾧ μέλει ἀκούειν ἔξεστι τὸ μετὰ τοῦτο. ὁ μὲν γὰρ δὴ πρῶτος χρόνος</w:t>
      </w:r>
    </w:p>
    <w:p>
      <w:r>
        <w:rPr>
          <w:rFonts w:ascii="Courier New" w:hAnsi="Courier New"/>
          <w:color w:val="555555"/>
          <w:sz w:val="20"/>
        </w:rPr>
        <w:t>[Ep . 338 a]</w:t>
      </w:r>
    </w:p>
    <w:p>
      <w:r>
        <w:rPr>
          <w:rFonts w:ascii="Gentium Plus" w:hAnsi="Gentium Plus"/>
          <w:sz w:val="24"/>
        </w:rPr>
        <w:t>τῆς ἐν Σικελίᾳ διατριβῆς μοι διεπεράνθη, καθάπερ εἶπον, πρὶν συμβουλεύειν τοῖς οἰκείοις καὶ ἑταίροις τοῖς περὶ Δίωνα· τὸ μετ’ ἐκεῖνα δ’ οὖν ἔπεισα ὅπῃ δή ποτ’ ἐδυνάμην Διονύσιον ἀφεῖναί με, εἰρήνης δὲ γενομένης—ἦν γὰρ τότε πόλεμος ἐν</w:t>
      </w:r>
    </w:p>
    <w:p>
      <w:r>
        <w:rPr>
          <w:rFonts w:ascii="Courier New" w:hAnsi="Courier New"/>
          <w:color w:val="555555"/>
          <w:sz w:val="20"/>
        </w:rPr>
        <w:t>[5]</w:t>
      </w:r>
    </w:p>
    <w:p>
      <w:r>
        <w:rPr>
          <w:rFonts w:ascii="Gentium Plus" w:hAnsi="Gentium Plus"/>
          <w:sz w:val="24"/>
        </w:rPr>
        <w:t>Σικελίᾳ—συνωμολογήσαμεν ἀμφότεροι. Διονύσιος μὲν ἔφη μεταπέμψεσθαι Δίωνα καὶ ἐμὲ πάλιν, καταστησάμενος τὰ περὶ τὴν ἀρχὴν ἀσφαλέστερον ἑαυτῷ, Δίωνα δὲ ἠξίου</w:t>
      </w:r>
    </w:p>
    <w:p>
      <w:r>
        <w:rPr>
          <w:rFonts w:ascii="Courier New" w:hAnsi="Courier New"/>
          <w:color w:val="555555"/>
          <w:sz w:val="20"/>
        </w:rPr>
        <w:t>[Ep . 338 b]</w:t>
      </w:r>
    </w:p>
    <w:p>
      <w:r>
        <w:rPr>
          <w:rFonts w:ascii="Gentium Plus" w:hAnsi="Gentium Plus"/>
          <w:sz w:val="24"/>
        </w:rPr>
        <w:t>διανοεῖσθαι μὴ φυγὴν αὑτῷ γεγονέναι τότε, μετάστασιν δέ· ἐγὼ δ’ ἥξειν ὡμολόγησα ἐπὶ τούτοις τοῖς λόγοις. γενομένης δὲ εἰρήνης, μετεπέμπετό με, Δίωνα δὲ ἐπισχεῖν ἔτι ἐνιαυτὸν ἐδεῖτο, ἐμὲ δὲ ἥκειν ἐκ παντὸς τρόπου ἠξίου. Δίων μὲν οὖν</w:t>
      </w:r>
    </w:p>
    <w:p>
      <w:r>
        <w:rPr>
          <w:rFonts w:ascii="Courier New" w:hAnsi="Courier New"/>
          <w:color w:val="555555"/>
          <w:sz w:val="20"/>
        </w:rPr>
        <w:t>[5]</w:t>
      </w:r>
    </w:p>
    <w:p>
      <w:r>
        <w:rPr>
          <w:rFonts w:ascii="Gentium Plus" w:hAnsi="Gentium Plus"/>
          <w:sz w:val="24"/>
        </w:rPr>
        <w:t>ἐκέλευέ τέ με πλεῖν καὶ ἐδεῖτο· καὶ γὰρ δὴ λόγος ἐχώρει πολὺς ἐκ Σικελίας ὡς Διονύσιος θαυμαστῶς φιλοσοφίας ἐν ἐπι‐ θυμίᾳ πάλιν εἴη γεγονὼς τὰ νῦν· ὅθεν ὁ Δίων συντεταμένως ἐδεῖτο ἡμῶν τῇ μεταπέμψει μὴ ἀπειθεῖν. ἐγὼ δὲ ᾔδη μέν που</w:t>
      </w:r>
    </w:p>
    <w:p>
      <w:r>
        <w:rPr>
          <w:rFonts w:ascii="Courier New" w:hAnsi="Courier New"/>
          <w:color w:val="555555"/>
          <w:sz w:val="20"/>
        </w:rPr>
        <w:t>[Ep . 338 c]</w:t>
      </w:r>
    </w:p>
    <w:p>
      <w:r>
        <w:rPr>
          <w:rFonts w:ascii="Gentium Plus" w:hAnsi="Gentium Plus"/>
          <w:sz w:val="24"/>
        </w:rPr>
        <w:t>κατὰ τὴν φιλοσοφίαν τοῖς νέοις πολλὰ τοιαῦτα γιγνόμενα, ὅμως δ’ οὖν ἀσφαλέστερόν μοι ἔδοξεν χαίρειν τότε γε πολλὰ καὶ Δίωνα καὶ Διονύσιον ἐᾶν, καὶ ἀπηχθόμην ἀμφοῖν ἀποκρινάμενος ὅτι γέρων τε εἴην καὶ κατὰ τὰς ὁμολογίας</w:t>
      </w:r>
    </w:p>
    <w:p>
      <w:r>
        <w:rPr>
          <w:rFonts w:ascii="Courier New" w:hAnsi="Courier New"/>
          <w:color w:val="555555"/>
          <w:sz w:val="20"/>
        </w:rPr>
        <w:t>[5]</w:t>
      </w:r>
    </w:p>
    <w:p>
      <w:r>
        <w:rPr>
          <w:rFonts w:ascii="Gentium Plus" w:hAnsi="Gentium Plus"/>
          <w:sz w:val="24"/>
        </w:rPr>
        <w:t>οὐδὲν γίγνοιτο τῶν τὰ νῦν πραττομένων. ἔοικεν δὴ τὸ μετὰ τοῦτο Ἀρχύτης τε παρὰ Διονύσιον [πρὶν] ἀφικέσθαι—ἐγὼ γὰρ πρὶν ἀπιέναι ξενίαν καὶ φιλίαν Ἀρχύτῃ καὶ τοῖς ἐν</w:t>
      </w:r>
    </w:p>
    <w:p>
      <w:r>
        <w:rPr>
          <w:rFonts w:ascii="Courier New" w:hAnsi="Courier New"/>
          <w:color w:val="555555"/>
          <w:sz w:val="20"/>
        </w:rPr>
        <w:t>[Ep . 338 d]</w:t>
      </w:r>
    </w:p>
    <w:p>
      <w:r>
        <w:rPr>
          <w:rFonts w:ascii="Gentium Plus" w:hAnsi="Gentium Plus"/>
          <w:sz w:val="24"/>
        </w:rPr>
        <w:t>Τάραντι καὶ Διονυσίῳ ποιήσας ἀπέπλεον—ἄλλοι τέ τινες ἐν Συρακούσαις ἦσαν Δίωνός τε ἄττα διακηκοότες καὶ τούτων τινὲς ἄλλοι, παρακουσμάτων τινῶν ἔμμεστοι τῶν κατὰ φιλο‐ σοφίαν· οἳ δοκοῦσί μοι Διονυσίῳ πειρᾶσθαι διαλέγεσθαι τῶν</w:t>
      </w:r>
    </w:p>
    <w:p>
      <w:r>
        <w:rPr>
          <w:rFonts w:ascii="Courier New" w:hAnsi="Courier New"/>
          <w:color w:val="555555"/>
          <w:sz w:val="20"/>
        </w:rPr>
        <w:t>[5]</w:t>
      </w:r>
    </w:p>
    <w:p>
      <w:r>
        <w:rPr>
          <w:rFonts w:ascii="Gentium Plus" w:hAnsi="Gentium Plus"/>
          <w:sz w:val="24"/>
        </w:rPr>
        <w:t>περὶ τὰ τοιαῦτα, ὡς Διονυσίου πάντα διακηκοότος ὅσα διε‐ νοούμην ἐγώ. ὁ δὲ οὔτε ἄλλως ἐστὶν ἀφυὴς πρὸς τὴν τοῦ μανθάνειν δύναμιν φιλότιμός τε θαυμαστῶς· ἤρεσκέν τε οὖν ἴσως αὐτῷ τὰ λεγόμενα ᾐσχύνετό τε φανερὸς γιγνόμενος</w:t>
      </w:r>
    </w:p>
    <w:p>
      <w:r>
        <w:rPr>
          <w:rFonts w:ascii="Courier New" w:hAnsi="Courier New"/>
          <w:color w:val="555555"/>
          <w:sz w:val="20"/>
        </w:rPr>
        <w:t>[Ep . 338 e]</w:t>
      </w:r>
    </w:p>
    <w:p>
      <w:r>
        <w:rPr>
          <w:rFonts w:ascii="Gentium Plus" w:hAnsi="Gentium Plus"/>
          <w:sz w:val="24"/>
        </w:rPr>
        <w:t>οὐδὲν ἀκηκοὼς ὅτ’ ἐπεδήμουν ἐγώ, ὅθεν ἅμα μὲν εἰς ἐπι‐ θυμίαν ᾔει τοῦ διακοῦσαι ἐναργέστερον, ἅμα δ’ ἡ φιλοτιμία κατήπειγεν αὐτόν—δι’ ἃ δὲ οὐκ ἤκουσεν ἐν τῇ πρόσθεν ἐπιδημίᾳ, διεξήλθομεν ἐν τοῖς ἄνω ῥηθεῖσιν νυνδὴ λόγοις—</w:t>
      </w:r>
    </w:p>
    <w:p>
      <w:r>
        <w:rPr>
          <w:rFonts w:ascii="Courier New" w:hAnsi="Courier New"/>
          <w:color w:val="555555"/>
          <w:sz w:val="20"/>
        </w:rPr>
        <w:t>[5]</w:t>
      </w:r>
    </w:p>
    <w:p>
      <w:r>
        <w:rPr>
          <w:rFonts w:ascii="Gentium Plus" w:hAnsi="Gentium Plus"/>
          <w:sz w:val="24"/>
        </w:rPr>
        <w:t>ἐπειδὴ δ’ οὖν οἴκαδέ τ’ ἐσώθην καὶ καλοῦντος τὸ δεύτερον ἀπηρνήθην, καθάπερ εἶπον νυνδή, δοκεῖ μοι Διονύσιος παντάπασιν φιλοτιμηθῆναι μή ποτέ τισιν δόξαιμι κατα‐</w:t>
      </w:r>
    </w:p>
    <w:p>
      <w:r>
        <w:rPr>
          <w:rFonts w:ascii="Courier New" w:hAnsi="Courier New"/>
          <w:color w:val="555555"/>
          <w:sz w:val="20"/>
        </w:rPr>
        <w:t>[Ep . 339 a]</w:t>
      </w:r>
    </w:p>
    <w:p>
      <w:r>
        <w:rPr>
          <w:rFonts w:ascii="Gentium Plus" w:hAnsi="Gentium Plus"/>
          <w:sz w:val="24"/>
        </w:rPr>
        <w:t>φρονῶν αὐτοῦ τῆς φύσεώς τε καὶ ἕξεως ἅμα καὶ τῆς διαίτης ἔμπειρος γεγονώς, οὐκέτ’ ἐθέλειν δυσχεραίνων παρ’ αὐτὸν ἀφικνεῖσθαι. δίκαιος δὴ λέγειν εἰμὶ τἀληθὲς καὶ ὑπομένειν, εἴ τις ἄρα τὰ γεγονότα ἀκούσας καταφρονήσει τῆς ἐμῆς</w:t>
      </w:r>
    </w:p>
    <w:p>
      <w:r>
        <w:rPr>
          <w:rFonts w:ascii="Courier New" w:hAnsi="Courier New"/>
          <w:color w:val="555555"/>
          <w:sz w:val="20"/>
        </w:rPr>
        <w:t>[5]</w:t>
      </w:r>
    </w:p>
    <w:p>
      <w:r>
        <w:rPr>
          <w:rFonts w:ascii="Gentium Plus" w:hAnsi="Gentium Plus"/>
          <w:sz w:val="24"/>
        </w:rPr>
        <w:t>φιλοσοφίας, τὸν τύραννον δὲ ἡγήσεται νοῦν ἔχειν. ἔπεμψε μὲν γὰρ δὴ Διονύσιος τρίτον ἐπ’ ἐμὲ τριήρη ῥᾳστώνης ἕνεκα τῆς πορείας, ἔπεμψεν δὲ Ἀρχέδημον, ὃν ἡγεῖτό με τῶν ἐν</w:t>
      </w:r>
    </w:p>
    <w:p>
      <w:r>
        <w:rPr>
          <w:rFonts w:ascii="Courier New" w:hAnsi="Courier New"/>
          <w:color w:val="555555"/>
          <w:sz w:val="20"/>
        </w:rPr>
        <w:t>[Ep . 339 b]</w:t>
      </w:r>
    </w:p>
    <w:p>
      <w:r>
        <w:rPr>
          <w:rFonts w:ascii="Gentium Plus" w:hAnsi="Gentium Plus"/>
          <w:sz w:val="24"/>
        </w:rPr>
        <w:t>Σικελίᾳ περὶ πλείστου ποιεῖσθαι, τῶν Ἀρχύτῃ συγγεγονότων ἕνα, καὶ ἄλλους γνωρίμους τῶν ἐν Σικελίᾳ· οὗτοι δὲ ἡμῖν ἤγγελλον πάντες τὸν αὐτὸν λόγον, ὡς θαυμαστὸν ὅσον Διονύσιος ἐπιδεδωκὼς εἴη πρὸς φιλοσοφίαν. ἔπεμψεν δὲ</w:t>
      </w:r>
    </w:p>
    <w:p>
      <w:r>
        <w:rPr>
          <w:rFonts w:ascii="Courier New" w:hAnsi="Courier New"/>
          <w:color w:val="555555"/>
          <w:sz w:val="20"/>
        </w:rPr>
        <w:t>[5]</w:t>
      </w:r>
    </w:p>
    <w:p>
      <w:r>
        <w:rPr>
          <w:rFonts w:ascii="Gentium Plus" w:hAnsi="Gentium Plus"/>
          <w:sz w:val="24"/>
        </w:rPr>
        <w:t>ἐπιστολὴν πάνυ μακράν, εἰδὼς ὡς πρὸς Δίωνα διεκείμην καὶ τὴν αὖ Δίωνος προθυμίαν τοῦ ἐμὲ πλεῖν καὶ εἰς Συρακούσας ἐλθεῖν· πρὸς γὰρ δὴ πάντα ταῦτα ἦν παρεσκευασμένη τὴν ἀρχὴν ἔχουσα ἡ ἐπιστολή, τῇδέ πῃ φράζουσα— “Διονύσιος</w:t>
      </w:r>
    </w:p>
    <w:p>
      <w:r>
        <w:rPr>
          <w:rFonts w:ascii="Courier New" w:hAnsi="Courier New"/>
          <w:color w:val="555555"/>
          <w:sz w:val="20"/>
        </w:rPr>
        <w:t>[Ep . 339 c]</w:t>
      </w:r>
    </w:p>
    <w:p>
      <w:r>
        <w:rPr>
          <w:rFonts w:ascii="Gentium Plus" w:hAnsi="Gentium Plus"/>
          <w:sz w:val="24"/>
        </w:rPr>
        <w:t>Πλάτωνι” —τὰ νόμιμα ἐπὶ τούτοις εἰπὼν οὐδὲν τὸ μετὰ τοῦτο εἶπεν πρότερον ἢ ὡς “Ἂν εἰς Σικελίαν πεισθεὶς ὑφ’ ἡμῶν ἔλθῃς τὰ νῦν, πρῶτον μέν σοι τὰ περὶ Δίωνα ὑπάρξει ταύτῃ γιγνόμενα ὅπῃπερ ἂν αὐτὸς ἐθέλῃς—θελήσεις δὲ οἶδ’</w:t>
      </w:r>
    </w:p>
    <w:p>
      <w:r>
        <w:rPr>
          <w:rFonts w:ascii="Courier New" w:hAnsi="Courier New"/>
          <w:color w:val="555555"/>
          <w:sz w:val="20"/>
        </w:rPr>
        <w:t>[5]</w:t>
      </w:r>
    </w:p>
    <w:p>
      <w:r>
        <w:rPr>
          <w:rFonts w:ascii="Gentium Plus" w:hAnsi="Gentium Plus"/>
          <w:sz w:val="24"/>
        </w:rPr>
        <w:t>ὅτι τὰ μέτρια, καὶ ἐγὼ συγχωρήσομαι—εἰ δὲ μή, οὐδέν σοι τῶν περὶ Δίωνα ἕξει πραγμάτων οὔτε περὶ τἆλλα οὔτε περὶ αὐτὸν κατὰ νοῦν γιγνόμενα.” ταῦθ’ οὕτως εἶπεν, τἆλλα δὲ</w:t>
      </w:r>
    </w:p>
    <w:p>
      <w:r>
        <w:rPr>
          <w:rFonts w:ascii="Courier New" w:hAnsi="Courier New"/>
          <w:color w:val="555555"/>
          <w:sz w:val="20"/>
        </w:rPr>
        <w:t>[Ep . 339 d]</w:t>
      </w:r>
    </w:p>
    <w:p>
      <w:r>
        <w:rPr>
          <w:rFonts w:ascii="Gentium Plus" w:hAnsi="Gentium Plus"/>
          <w:sz w:val="24"/>
        </w:rPr>
        <w:t>μακρὰ ἂν εἴη καὶ ἄνευ καιροῦ λεγόμενα. ἐπιστολαὶ δὲ ἄλλαι ἐφοίτων παρά τε Ἀρχύτου καὶ τῶν ἐν Τάραντι, τήν τε φιλοσοφίαν ἐγκωμιάζουσαι τὴν Διονυσίου, καὶ ὅτι, ἂν μὴ ἀφίκωμαι νῦν, τὴν πρὸς Διονύσιον αὐτοῖς γενομένην φιλίαν</w:t>
      </w:r>
    </w:p>
    <w:p>
      <w:r>
        <w:rPr>
          <w:rFonts w:ascii="Courier New" w:hAnsi="Courier New"/>
          <w:color w:val="555555"/>
          <w:sz w:val="20"/>
        </w:rPr>
        <w:t>[5]</w:t>
      </w:r>
    </w:p>
    <w:p>
      <w:r>
        <w:rPr>
          <w:rFonts w:ascii="Gentium Plus" w:hAnsi="Gentium Plus"/>
          <w:sz w:val="24"/>
        </w:rPr>
        <w:t>δι’ ἐμοῦ, οὐ σμικρὰν οὖσαν πρὸς τὰ πολιτικά, παντάπασιν διαβαλοίην. ταύτης δὴ τοιαύτης γενομένης ἐν τῷ τότε χρόνῳ τῆς μεταπέμψεως, τῶν μὲν ἐκ Σικελίας τε καὶ Ἰταλίας ἑλκόντων, τῶν δὲ Ἀθήνηθεν ἀτεχνῶς μετὰ δεήσεως οἷον</w:t>
      </w:r>
    </w:p>
    <w:p>
      <w:r>
        <w:rPr>
          <w:rFonts w:ascii="Courier New" w:hAnsi="Courier New"/>
          <w:color w:val="555555"/>
          <w:sz w:val="20"/>
        </w:rPr>
        <w:t>[Ep . 339 e]</w:t>
      </w:r>
    </w:p>
    <w:p>
      <w:r>
        <w:rPr>
          <w:rFonts w:ascii="Gentium Plus" w:hAnsi="Gentium Plus"/>
          <w:sz w:val="24"/>
        </w:rPr>
        <w:t>ἐξωθούντων με, καὶ πάλιν ὁ λόγος ἧκεν ὁ αὐτός, τὸ μὴ δεῖν προδοῦναι Δίωνα μηδὲ τοὺς ἐν Τάραντι ξένους τε καὶ ἑταί‐ ρους, αὐτῷ δέ μοι ὑπῆν ὡς οὐδὲν θαυμαστὸν νέον ἄνθρωπον παρακούοντα ἀξίων λόγου πραγμάτων, εὐμαθῆ, πρὸς ἔρωτα</w:t>
      </w:r>
    </w:p>
    <w:p>
      <w:r>
        <w:rPr>
          <w:rFonts w:ascii="Courier New" w:hAnsi="Courier New"/>
          <w:color w:val="555555"/>
          <w:sz w:val="20"/>
        </w:rPr>
        <w:t>[5]</w:t>
      </w:r>
    </w:p>
    <w:p>
      <w:r>
        <w:rPr>
          <w:rFonts w:ascii="Gentium Plus" w:hAnsi="Gentium Plus"/>
          <w:sz w:val="24"/>
        </w:rPr>
        <w:t>ἐλθεῖν τοῦ βελτίστου βίου· δεῖν οὖν αὐτὸ ἐξελέγξαι σαφῶς ὁποτέρως ποτὲ ἄρα ἔχοι, καὶ τοῦτ’ αὐτὸ μηδαμῇ προδοῦναι μηδ’ ἐμὲ τὸν αἴτιον γενέσθαι τηλικούτου ἀληθῶς ὀνείδους,</w:t>
      </w:r>
    </w:p>
    <w:p>
      <w:r>
        <w:rPr>
          <w:rFonts w:ascii="Courier New" w:hAnsi="Courier New"/>
          <w:color w:val="555555"/>
          <w:sz w:val="20"/>
        </w:rPr>
        <w:t>[Ep . 340 a]</w:t>
      </w:r>
    </w:p>
    <w:p>
      <w:r>
        <w:rPr>
          <w:rFonts w:ascii="Gentium Plus" w:hAnsi="Gentium Plus"/>
          <w:sz w:val="24"/>
        </w:rPr>
        <w:t>εἴπερ ὄντως εἴη τῳ ταῦτα λελεγμένα. πορεύομαι δὴ τῷ λογισμῷ τούτῳ κατακαλυψάμενος—πολλὰ δεδιὼς μαντευό‐ μενός τε οὐ πάνυ καλῶς, ὡς ἔοικεν—ἐλθὼν δ’ οὖν τὸ τρίτον τῷ σωτῆρι τοῦτό γε οὖν ἔπραξα ὄντως· ἐσώθην γάρ τοι</w:t>
      </w:r>
    </w:p>
    <w:p>
      <w:r>
        <w:rPr>
          <w:rFonts w:ascii="Courier New" w:hAnsi="Courier New"/>
          <w:color w:val="555555"/>
          <w:sz w:val="20"/>
        </w:rPr>
        <w:t>[5]</w:t>
      </w:r>
    </w:p>
    <w:p>
      <w:r>
        <w:rPr>
          <w:rFonts w:ascii="Gentium Plus" w:hAnsi="Gentium Plus"/>
          <w:sz w:val="24"/>
        </w:rPr>
        <w:t>πάλιν εὐτυχῶς, καὶ τούτων γε μετὰ θεὸν Διονυσίῳ χάριν εἰδέναι χρεών, ὅτι πολλῶν βουληθέντων ἀπολέσαι με διεκώλυσεν καὶ ἔδωκέν τι μέρος αἰδοῖ τῶν περὶ ἐμὲ πρα‐</w:t>
      </w:r>
    </w:p>
    <w:p>
      <w:r>
        <w:rPr>
          <w:rFonts w:ascii="Courier New" w:hAnsi="Courier New"/>
          <w:color w:val="555555"/>
          <w:sz w:val="20"/>
        </w:rPr>
        <w:t>[Ep . 340 b]</w:t>
      </w:r>
    </w:p>
    <w:p>
      <w:r>
        <w:rPr>
          <w:rFonts w:ascii="Gentium Plus" w:hAnsi="Gentium Plus"/>
          <w:sz w:val="24"/>
        </w:rPr>
        <w:t>γμάτων. ἐπειδὴ δὲ ἀφικόμην, ᾤμην τούτου πρῶτον ἔλεγχον δεῖν λαβεῖν, πότερον ὄντως εἴη Διονύσιος ἐξημμένος ὑπὸ φιλοσοφίας ὥσπερ πυρός, ἢ μάτην ὁ πολὺς οὗτος ἔλθοι λόγος Ἀθήναζε. ἔστιν δή τις τρόπος τοῦ περὶ τὰ τοιαῦτα</w:t>
      </w:r>
    </w:p>
    <w:p>
      <w:r>
        <w:rPr>
          <w:rFonts w:ascii="Courier New" w:hAnsi="Courier New"/>
          <w:color w:val="555555"/>
          <w:sz w:val="20"/>
        </w:rPr>
        <w:t>[5]</w:t>
      </w:r>
    </w:p>
    <w:p>
      <w:r>
        <w:rPr>
          <w:rFonts w:ascii="Gentium Plus" w:hAnsi="Gentium Plus"/>
          <w:sz w:val="24"/>
        </w:rPr>
        <w:t>πεῖραν λαμβάνειν οὐκ ἀγεννὴς ἀλλ’ ὄντως τυράννοις πρέπων, ἄλλως τε καὶ τοῖς τῶν παρακουσμάτων μεστοῖς, ὃ δὴ κἀγὼ Διονύσιον εὐθὺς ἐλθὼν ᾐσθόμην καὶ μάλα πεπονθότα. δει‐ κνύναι δὴ δεῖ τοῖς τοιούτοις ὅτι ἔστι πᾶν τὸ πρᾶγμα οἷόν τε</w:t>
      </w:r>
    </w:p>
    <w:p>
      <w:r>
        <w:rPr>
          <w:rFonts w:ascii="Courier New" w:hAnsi="Courier New"/>
          <w:color w:val="555555"/>
          <w:sz w:val="20"/>
        </w:rPr>
        <w:t>[Ep . 340 c]</w:t>
      </w:r>
    </w:p>
    <w:p>
      <w:r>
        <w:rPr>
          <w:rFonts w:ascii="Gentium Plus" w:hAnsi="Gentium Plus"/>
          <w:sz w:val="24"/>
        </w:rPr>
        <w:t>καὶ δι’ ὅσων πραγμάτων καὶ ὅσον πόνον ἔχει. ὁ γὰρ ἀκούσας, ἐὰν μὲν ὄντως ᾖ φιλόσοφος οἰκεῖός τε καὶ ἄξιος τοῦ πρά‐ γματος θεῖος ὤν, ὁδόν τε ἡγεῖται θαυμαστὴν ἀκηκοέναι συν‐ τατέον τε εἶναι νῦν καὶ οὐ βιωτὸν ἄλλως ποιοῦντι· μετὰ</w:t>
      </w:r>
    </w:p>
    <w:p>
      <w:r>
        <w:rPr>
          <w:rFonts w:ascii="Courier New" w:hAnsi="Courier New"/>
          <w:color w:val="555555"/>
          <w:sz w:val="20"/>
        </w:rPr>
        <w:t>[5]</w:t>
      </w:r>
    </w:p>
    <w:p>
      <w:r>
        <w:rPr>
          <w:rFonts w:ascii="Gentium Plus" w:hAnsi="Gentium Plus"/>
          <w:sz w:val="24"/>
        </w:rPr>
        <w:t>τοῦτο δὴ συντείνας αὐτός τε καὶ τὸν ἡγούμενον τὴν ὁδόν, οὐκ ἀνίησιν πρὶν ἂν ἢ τέλος ἐπιθῇ πᾶσιν, ἢ λάβῃ δύναμιν ὥστε αὐτὸς αὑτὸν χωρὶς τοῦ δείξοντος δυνατὸς εἶναι ποδη‐</w:t>
      </w:r>
    </w:p>
    <w:p>
      <w:r>
        <w:rPr>
          <w:rFonts w:ascii="Courier New" w:hAnsi="Courier New"/>
          <w:color w:val="555555"/>
          <w:sz w:val="20"/>
        </w:rPr>
        <w:t>[Ep . 340 d]</w:t>
      </w:r>
    </w:p>
    <w:p>
      <w:r>
        <w:rPr>
          <w:rFonts w:ascii="Gentium Plus" w:hAnsi="Gentium Plus"/>
          <w:sz w:val="24"/>
        </w:rPr>
        <w:t>γεῖν. ταύτῃ καὶ κατὰ ταῦτα διανοηθεὶς ὁ τοιοῦτος ζῇ, πράτ‐ των μὲν ἐν αἷστισιν ἂν ᾖ πράξεσιν, παρὰ πάντα δὲ ἀεὶ φιλοσοφίας ἐχόμενος καὶ τροφῆς τῆς καθ’ ἡμέραν ἥτις ἂν αὐτὸν μάλιστα εὐμαθῆ τε καὶ μνήμονα καὶ λογίζεσθαι δυνα‐</w:t>
      </w:r>
    </w:p>
    <w:p>
      <w:r>
        <w:rPr>
          <w:rFonts w:ascii="Courier New" w:hAnsi="Courier New"/>
          <w:color w:val="555555"/>
          <w:sz w:val="20"/>
        </w:rPr>
        <w:t>[5]</w:t>
      </w:r>
    </w:p>
    <w:p>
      <w:r>
        <w:rPr>
          <w:rFonts w:ascii="Gentium Plus" w:hAnsi="Gentium Plus"/>
          <w:sz w:val="24"/>
        </w:rPr>
        <w:t>τὸν ἐν αὑτῷ νήφοντα ἀπεργάζηται· τὴν δὲ ἐναντίαν ταύτῃ μισῶν διατελεῖ. οἱ δὲ ὄντως μὲν μὴ φιλόσοφοι, δόξαις δ’ ἐπικεχρωσμένοι, καθάπερ οἱ τὰ σώματα ὑπὸ τῶν ἡλίων ἐπικεκαυμένοι, ἰδόντες τε ὅσα μαθήματά ἐστιν καὶ ὁ πόνος</w:t>
      </w:r>
    </w:p>
    <w:p>
      <w:r>
        <w:rPr>
          <w:rFonts w:ascii="Courier New" w:hAnsi="Courier New"/>
          <w:color w:val="555555"/>
          <w:sz w:val="20"/>
        </w:rPr>
        <w:t>[Ep . 340 e]</w:t>
      </w:r>
    </w:p>
    <w:p>
      <w:r>
        <w:rPr>
          <w:rFonts w:ascii="Gentium Plus" w:hAnsi="Gentium Plus"/>
          <w:sz w:val="24"/>
        </w:rPr>
        <w:t>ἡλίκος καὶ δίαιτα ἡ καθ’ ἡμέραν ὡς πρέπουσα ἡ κοσμία τῷ πράγματι, χαλεπὸν ἡγησάμενοι καὶ ἀδύνατον αὑτοῖς, οὔτε δὴ</w:t>
      </w:r>
    </w:p>
    <w:p>
      <w:r>
        <w:rPr>
          <w:rFonts w:ascii="Courier New" w:hAnsi="Courier New"/>
          <w:color w:val="555555"/>
          <w:sz w:val="20"/>
        </w:rPr>
        <w:t>[Ep . 341 a]</w:t>
      </w:r>
    </w:p>
    <w:p>
      <w:r>
        <w:rPr>
          <w:rFonts w:ascii="Gentium Plus" w:hAnsi="Gentium Plus"/>
          <w:sz w:val="24"/>
        </w:rPr>
        <w:t>ἐπιτηδεύειν δυνατοὶ γίγνονται, ἔνιοι δὲ αὐτῶν πείθουσιν αὑτοὺς ὡς ἱκανῶς ἀκηκοότες εἰσὶν τὸ ὅλον, καὶ οὐδὲν ἔτι δέονταί τινων πραγμάτων. ἡ μὲν δὴ πεῖρα αὕτη γίγνεται ἡ σαφής τε καὶ ἀσφαλεστάτη πρὸς τοὺς τρυφῶντάς τε καὶ</w:t>
      </w:r>
    </w:p>
    <w:p>
      <w:r>
        <w:rPr>
          <w:rFonts w:ascii="Courier New" w:hAnsi="Courier New"/>
          <w:color w:val="555555"/>
          <w:sz w:val="20"/>
        </w:rPr>
        <w:t>[5]</w:t>
      </w:r>
    </w:p>
    <w:p>
      <w:r>
        <w:rPr>
          <w:rFonts w:ascii="Gentium Plus" w:hAnsi="Gentium Plus"/>
          <w:sz w:val="24"/>
        </w:rPr>
        <w:t>ἀδυνάτους διαπονεῖν, ὡς μηδέποτε βαλεῖν ἐν αἰτίᾳ τὸν δεικνύντα ἀλλ’ αὐτὸν αὑτόν, μὴ δυνάμενον πάντα τὰ πρόσ‐ φορα ἐπιτηδεύειν τῷ πράγματι. οὕτω δὴ καὶ Διονυσίῳ τότ’ ἐρρήθη τὰ ῥηθέντα. πάντα μὲν οὖν οὔτ’ ἐγὼ διεξῆλθον οὔτε</w:t>
      </w:r>
    </w:p>
    <w:p>
      <w:r>
        <w:rPr>
          <w:rFonts w:ascii="Courier New" w:hAnsi="Courier New"/>
          <w:color w:val="555555"/>
          <w:sz w:val="20"/>
        </w:rPr>
        <w:t>[Ep . 341 b]</w:t>
      </w:r>
    </w:p>
    <w:p>
      <w:r>
        <w:rPr>
          <w:rFonts w:ascii="Gentium Plus" w:hAnsi="Gentium Plus"/>
          <w:sz w:val="24"/>
        </w:rPr>
        <w:t>Διονύσιος ἐδεῖτο· πολλὰ γὰρ αὐτὸς καὶ τὰ μέγιστα εἰδέναι τε καὶ ἱκανῶς ἔχειν προσεποιεῖτο διὰ τὰς ὑπὸ τῶν ἄλλων παρακοάς. ὕστερον δὲ καὶ ἀκούω γεγραφέναι αὐτὸν περὶ ὧν τότε ἤκουσε, συνθέντα ὡς αὑτοῦ τέχνην, οὐδὲν τῶν αὐτῶν</w:t>
      </w:r>
    </w:p>
    <w:p>
      <w:r>
        <w:rPr>
          <w:rFonts w:ascii="Courier New" w:hAnsi="Courier New"/>
          <w:color w:val="555555"/>
          <w:sz w:val="20"/>
        </w:rPr>
        <w:t>[5]</w:t>
      </w:r>
    </w:p>
    <w:p>
      <w:r>
        <w:rPr>
          <w:rFonts w:ascii="Gentium Plus" w:hAnsi="Gentium Plus"/>
          <w:sz w:val="24"/>
        </w:rPr>
        <w:t>ὧν ἀκούοι· οἶδα δὲ οὐδὲν τούτων. ἄλλους μέν τινας οἶδα γεγραφότας περὶ τῶν αὐτῶν τούτων, οἵτινες δέ, οὐδ’ αὐτοὶ αὑτούς. τοσόνδε γε μὴν περὶ πάντων ἔχω φράζειν τῶν γε‐</w:t>
      </w:r>
    </w:p>
    <w:p>
      <w:r>
        <w:rPr>
          <w:rFonts w:ascii="Courier New" w:hAnsi="Courier New"/>
          <w:color w:val="555555"/>
          <w:sz w:val="20"/>
        </w:rPr>
        <w:t>[Ep . 341 c]</w:t>
      </w:r>
    </w:p>
    <w:p>
      <w:r>
        <w:rPr>
          <w:rFonts w:ascii="Gentium Plus" w:hAnsi="Gentium Plus"/>
          <w:sz w:val="24"/>
        </w:rPr>
        <w:t>γραφότων καὶ γραψόντων, ὅσοι φασὶν εἰδέναι περὶ ὧν ἐγὼ σπουδάζω, εἴτ’ ἐμοῦ ἀκηκοότες εἴτ’ ἄλλων εἴθ’ ὡς εὑρόντες αὐτοί· τούτους οὐκ ἔστιν κατά γε τὴν ἐμὴν δόξαν περὶ τοῦ πράγματος ἐπαΐειν οὐδέν. οὔκουν ἐμόν γε περὶ αὐτῶν ἔστιν</w:t>
      </w:r>
    </w:p>
    <w:p>
      <w:r>
        <w:rPr>
          <w:rFonts w:ascii="Courier New" w:hAnsi="Courier New"/>
          <w:color w:val="555555"/>
          <w:sz w:val="20"/>
        </w:rPr>
        <w:t>[5]</w:t>
      </w:r>
    </w:p>
    <w:p>
      <w:r>
        <w:rPr>
          <w:rFonts w:ascii="Gentium Plus" w:hAnsi="Gentium Plus"/>
          <w:sz w:val="24"/>
        </w:rPr>
        <w:t>σύγγραμμα οὐδὲ μήποτε γένηται· ῥητὸν γὰρ οὐδαμῶς ἐστιν ὡς ἄλλα μαθήματα, ἀλλ’ ἐκ πολλῆς συνουσίας γιγνομένης περὶ τὸ πρᾶγμα αὐτὸ καὶ τοῦ συζῆν ἐξαίφνης, οἷον ἀπὸ πυρὸς</w:t>
      </w:r>
    </w:p>
    <w:p>
      <w:r>
        <w:rPr>
          <w:rFonts w:ascii="Courier New" w:hAnsi="Courier New"/>
          <w:color w:val="555555"/>
          <w:sz w:val="20"/>
        </w:rPr>
        <w:t>[Ep . 341 d]</w:t>
      </w:r>
    </w:p>
    <w:p>
      <w:r>
        <w:rPr>
          <w:rFonts w:ascii="Gentium Plus" w:hAnsi="Gentium Plus"/>
          <w:sz w:val="24"/>
        </w:rPr>
        <w:t>πηδήσαντος ἐξαφθὲν φῶς, ἐν τῇ ψυχῇ γενόμενον αὐτὸ ἑαυτὸ ἤδη τρέφει. καίτοι τοσόνδε γε οἶδα, ὅτι γραφέντα ἢ λεχθέντα ὑπ’ ἐμοῦ βέλτιστ’ ἂν λεχθείη· καὶ μὴν ὅτι γε‐ γραμμένα κακῶς οὐχ ἥκιστ’ ἂν ἐμὲ λυποῖ. εἰ δέ μοι</w:t>
      </w:r>
    </w:p>
    <w:p>
      <w:r>
        <w:rPr>
          <w:rFonts w:ascii="Courier New" w:hAnsi="Courier New"/>
          <w:color w:val="555555"/>
          <w:sz w:val="20"/>
        </w:rPr>
        <w:t>[5]</w:t>
      </w:r>
    </w:p>
    <w:p>
      <w:r>
        <w:rPr>
          <w:rFonts w:ascii="Gentium Plus" w:hAnsi="Gentium Plus"/>
          <w:sz w:val="24"/>
        </w:rPr>
        <w:t>ἐφαίνετο γραπτέα θ’ ἱκανῶς εἶναι πρὸς τοὺς πολλοὺς καὶ ῥητά, τί τούτου κάλλιον ἐπέπρακτ’ ἂν ἡμῖν ἐν τῷ βίῳ ἢ τοῖς τε ἀνθρώποισι μέγα ὄφελος γράψαι καὶ τὴν φύσιν εἰς φῶς</w:t>
      </w:r>
    </w:p>
    <w:p>
      <w:r>
        <w:rPr>
          <w:rFonts w:ascii="Courier New" w:hAnsi="Courier New"/>
          <w:color w:val="555555"/>
          <w:sz w:val="20"/>
        </w:rPr>
        <w:t>[Ep . 341 e]</w:t>
      </w:r>
    </w:p>
    <w:p>
      <w:r>
        <w:rPr>
          <w:rFonts w:ascii="Gentium Plus" w:hAnsi="Gentium Plus"/>
          <w:sz w:val="24"/>
        </w:rPr>
        <w:t>πᾶσιν προαγαγεῖν; ἀλλ’ οὔτε ἀνθρώποις ἡγοῦμαι τὴν ἐπι‐ χείρησιν περὶ αὐτῶν λεγομένην ἀγαθόν, εἰ μή τισιν ὀλίγοις ὁπόσοι δυνατοὶ ἀνευρεῖν αὐτοὶ διὰ σμικρᾶς ἐνδείξεως, τῶν τε δὴ ἄλλων τοὺς μὲν καταφρονήσεως οὐκ ὀρθῆς ἐμπλήσειεν ἂν</w:t>
      </w:r>
    </w:p>
    <w:p>
      <w:r>
        <w:rPr>
          <w:rFonts w:ascii="Courier New" w:hAnsi="Courier New"/>
          <w:color w:val="555555"/>
          <w:sz w:val="20"/>
        </w:rPr>
        <w:t>[5]</w:t>
      </w:r>
    </w:p>
    <w:p>
      <w:r>
        <w:rPr>
          <w:rFonts w:ascii="Gentium Plus" w:hAnsi="Gentium Plus"/>
          <w:sz w:val="24"/>
        </w:rPr>
        <w:t>οὐδαμῇ ἐμμελῶς, τοὺς δὲ ὑψηλῆς καὶ χαύνης ἐλπίδος, ὡς</w:t>
      </w:r>
    </w:p>
    <w:p>
      <w:r>
        <w:rPr>
          <w:rFonts w:ascii="Courier New" w:hAnsi="Courier New"/>
          <w:color w:val="555555"/>
          <w:sz w:val="20"/>
        </w:rPr>
        <w:t>[Ep . 342 a]</w:t>
      </w:r>
    </w:p>
    <w:p>
      <w:r>
        <w:rPr>
          <w:rFonts w:ascii="Gentium Plus" w:hAnsi="Gentium Plus"/>
          <w:sz w:val="24"/>
        </w:rPr>
        <w:t>σέμν’ ἄττα μεμαθηκότας. ἔτι δὲ μακρότερα περὶ αὐτῶν ἐν νῷ μοι γέγονεν εἰπεῖν· τάχα γὰρ ἂν περὶ ὧν λέγω σα‐</w:t>
      </w:r>
    </w:p>
    <w:p>
      <w:r>
        <w:rPr>
          <w:rFonts w:ascii="Courier New" w:hAnsi="Courier New"/>
          <w:color w:val="555555"/>
          <w:sz w:val="20"/>
        </w:rPr>
        <w:t>[5]</w:t>
      </w:r>
    </w:p>
    <w:p>
      <w:r>
        <w:rPr>
          <w:rFonts w:ascii="Gentium Plus" w:hAnsi="Gentium Plus"/>
          <w:sz w:val="24"/>
        </w:rPr>
        <w:t>ὁτιοῦν, πολλάκις μὲν ὑπ’ ἐμοῦ καὶ πρόσθεν ῥηθείς, ἔοικεν δ’ οὖν εἶναι καὶ νῦν λεκτέος. Ἔστιν τῶν ὄντων ἑκάστῳ, δι’ ὧν τὴν ἐπιστήμην ἀνάγκη παραγίγνεσθαι, τρία, τέταρτον δ’ αὐτή—πέμπτον δ’ αὐτὸ</w:t>
      </w:r>
    </w:p>
    <w:p>
      <w:r>
        <w:rPr>
          <w:rFonts w:ascii="Courier New" w:hAnsi="Courier New"/>
          <w:color w:val="555555"/>
          <w:sz w:val="20"/>
        </w:rPr>
        <w:t>[Ep . 342 b]</w:t>
      </w:r>
    </w:p>
    <w:p>
      <w:r>
        <w:rPr>
          <w:rFonts w:ascii="Gentium Plus" w:hAnsi="Gentium Plus"/>
          <w:sz w:val="24"/>
        </w:rPr>
        <w:t>τιθέναι δεῖ ὃ δὴ γνωστόν τε καὶ ἀληθῶς ἐστιν ὄν—ἓν μὲν ὄνομα, δεύτερον δὲ λόγος, τὸ δὲ τρίτον εἴδωλον, τέταρτον δὲ ἐπιστήμη. περὶ ἓν οὖν λαβὲ βουλόμενος μαθεῖν τὸ νῦν λεγόμενον, καὶ πάντων οὕτω πέρι νόησον. κύκλος ἐστίν</w:t>
      </w:r>
    </w:p>
    <w:p>
      <w:r>
        <w:rPr>
          <w:rFonts w:ascii="Courier New" w:hAnsi="Courier New"/>
          <w:color w:val="555555"/>
          <w:sz w:val="20"/>
        </w:rPr>
        <w:t>[5]</w:t>
      </w:r>
    </w:p>
    <w:p>
      <w:r>
        <w:rPr>
          <w:rFonts w:ascii="Gentium Plus" w:hAnsi="Gentium Plus"/>
          <w:sz w:val="24"/>
        </w:rPr>
        <w:t>τι λεγόμενον, ᾧ τοῦτ’ αὐτό ἐστιν ὄνομα ὃ νῦν ἐφθέγμεθα. λόγος δ’ αὐτοῦ τὸ δεύτερον, ἐξ ὀνομάτων καὶ ῥημάτων συγ‐ κείμενος· τὸ γὰρ ἐκ τῶν ἐσχάτων ἐπὶ τὸ μέσον ἴσον ἀπέχον πάντῃ, λόγος ἂν εἴη ἐκείνου ᾧπερ στρογγύλον καὶ περιφερὲς</w:t>
      </w:r>
    </w:p>
    <w:p>
      <w:r>
        <w:rPr>
          <w:rFonts w:ascii="Courier New" w:hAnsi="Courier New"/>
          <w:color w:val="555555"/>
          <w:sz w:val="20"/>
        </w:rPr>
        <w:t>[Ep . 342 c]</w:t>
      </w:r>
    </w:p>
    <w:p>
      <w:r>
        <w:rPr>
          <w:rFonts w:ascii="Gentium Plus" w:hAnsi="Gentium Plus"/>
          <w:sz w:val="24"/>
        </w:rPr>
        <w:t>ὄνομα καὶ κύκλος. τρίτον δὲ τὸ ζωγραφούμενόν τε καὶ ἐξαλειφόμενον καὶ τορνευόμενον καὶ ἀπολλύμενον· ὧν αὐτὸς ὁ κύκλος, ὃν πέρι πάντ’ ἐστὶν ταῦτα, οὐδὲν πάσχει, τούτων ὡς ἕτερον ὄν. τέταρτον δὲ ἐπιστήμη καὶ νοῦς ἀληθής τε</w:t>
      </w:r>
    </w:p>
    <w:p>
      <w:r>
        <w:rPr>
          <w:rFonts w:ascii="Courier New" w:hAnsi="Courier New"/>
          <w:color w:val="555555"/>
          <w:sz w:val="20"/>
        </w:rPr>
        <w:t>[5]</w:t>
      </w:r>
    </w:p>
    <w:p>
      <w:r>
        <w:rPr>
          <w:rFonts w:ascii="Gentium Plus" w:hAnsi="Gentium Plus"/>
          <w:sz w:val="24"/>
        </w:rPr>
        <w:t>δόξα περὶ ταῦτ’ ἐστίν· ὡς δὲ ἓν τοῦτο αὖ πᾶν θετέον, οὐκ ἐν φωναῖς οὐδ’ ἐν σωμάτων σχήμασιν ἀλλ’ ἐν ψυχαῖς ἐνόν, ᾧ δῆλον ἕτερόν τε ὂν αὐτοῦ τοῦ κύκλου τῆς φύσεως τῶν</w:t>
      </w:r>
    </w:p>
    <w:p>
      <w:r>
        <w:rPr>
          <w:rFonts w:ascii="Courier New" w:hAnsi="Courier New"/>
          <w:color w:val="555555"/>
          <w:sz w:val="20"/>
        </w:rPr>
        <w:t>[Ep . 342 d]</w:t>
      </w:r>
    </w:p>
    <w:p>
      <w:r>
        <w:rPr>
          <w:rFonts w:ascii="Gentium Plus" w:hAnsi="Gentium Plus"/>
          <w:sz w:val="24"/>
        </w:rPr>
        <w:t>τε ἔμπροσθεν λεχθέντων τριῶν. τούτων δὲ ἐγγύτατα μὲν συγγενείᾳ καὶ ὁμοιότητι τοῦ πέμπτου νοῦς πεπλησίακεν, τἆλλα δὲ πλέον ἀπέχει. ταὐτὸν δὴ περί τε εὐθέος ἅμα καὶ περιφεροῦς σχήματος καὶ χρόας, περί τε ἀγαθοῦ καὶ καλοῦ</w:t>
      </w:r>
    </w:p>
    <w:p>
      <w:r>
        <w:rPr>
          <w:rFonts w:ascii="Courier New" w:hAnsi="Courier New"/>
          <w:color w:val="555555"/>
          <w:sz w:val="20"/>
        </w:rPr>
        <w:t>[5]</w:t>
      </w:r>
    </w:p>
    <w:p>
      <w:r>
        <w:rPr>
          <w:rFonts w:ascii="Gentium Plus" w:hAnsi="Gentium Plus"/>
          <w:sz w:val="24"/>
        </w:rPr>
        <w:t>καὶ δικαίου, καὶ περὶ σώματος ἅπαντος σκευαστοῦ τε καὶ κατὰ φύσιν γεγονότος, πυρὸς ὕδατός τε καὶ τῶν τοιούτων πάντων, καὶ ζῴου σύμπαντος πέρι καὶ ἐν ψυχαῖς ἤθους, καὶ περὶ ποιήματα καὶ παθήματα σύμπαντα· οὐ γὰρ ἂν τούτων</w:t>
      </w:r>
    </w:p>
    <w:p>
      <w:r>
        <w:rPr>
          <w:rFonts w:ascii="Courier New" w:hAnsi="Courier New"/>
          <w:color w:val="555555"/>
          <w:sz w:val="20"/>
        </w:rPr>
        <w:t>[Ep . 342 e]</w:t>
      </w:r>
    </w:p>
    <w:p>
      <w:r>
        <w:rPr>
          <w:rFonts w:ascii="Gentium Plus" w:hAnsi="Gentium Plus"/>
          <w:sz w:val="24"/>
        </w:rPr>
        <w:t>μή τις τὰ τέτταρα λάβῃ ἁμῶς γέ πως, οὔποτε τελέως</w:t>
      </w:r>
    </w:p>
    <w:p>
      <w:r>
        <w:rPr>
          <w:rFonts w:ascii="Courier New" w:hAnsi="Courier New"/>
          <w:color w:val="555555"/>
          <w:sz w:val="20"/>
        </w:rPr>
        <w:t>[Ep . 343 a]</w:t>
      </w:r>
    </w:p>
    <w:p>
      <w:r>
        <w:rPr>
          <w:rFonts w:ascii="Gentium Plus" w:hAnsi="Gentium Plus"/>
          <w:sz w:val="24"/>
        </w:rPr>
        <w:t>ἢ τὸ ὂν ἑκάστου διὰ τὸ τῶν λόγων ἀσθενές· ὧν ἕνεκα νοῦν ἔχων οὐδεὶς τολμήσει ποτὲ εἰς αὐτὸ τιθέναι τὰ νενοημένα ὑπ’ αὐτοῦ, καὶ ταῦτα εἰς ἀμετακίνητον, ὃ δὴ πάσχει τὰ γεγραμμένα τύποις. τοῦτο δὲ πάλιν αὖ τὸ νῦν λεγόμενον</w:t>
      </w:r>
    </w:p>
    <w:p>
      <w:r>
        <w:rPr>
          <w:rFonts w:ascii="Courier New" w:hAnsi="Courier New"/>
          <w:color w:val="555555"/>
          <w:sz w:val="20"/>
        </w:rPr>
        <w:t>[5]</w:t>
      </w:r>
    </w:p>
    <w:p>
      <w:r>
        <w:rPr>
          <w:rFonts w:ascii="Gentium Plus" w:hAnsi="Gentium Plus"/>
          <w:sz w:val="24"/>
        </w:rPr>
        <w:t>δεῖ μαθεῖν. κύκλος ἕκαστος τῶν ἐν ταῖς πράξεσι γραφο‐ μένων ἢ καὶ τορνευθέντων μεστὸς τοῦ ἐναντίου ἐστὶν τῷ πέμπτῳ—τοῦ γὰρ εὐθέος ἐφάπτεται πάντῃ—αὐτὸς δέ, φαμέν, ὁ κύκλος οὔτε τι σμικρότερον οὔτε μεῖζον τῆς ἐναντίας ἔχει ἐν αὑτῷ φύσεως. ὄνομά τε αὐτῶν φαμεν οὐδὲν οὐδενὶ</w:t>
      </w:r>
    </w:p>
    <w:p>
      <w:r>
        <w:rPr>
          <w:rFonts w:ascii="Courier New" w:hAnsi="Courier New"/>
          <w:color w:val="555555"/>
          <w:sz w:val="20"/>
        </w:rPr>
        <w:t>[Ep . 343 b]</w:t>
      </w:r>
    </w:p>
    <w:p>
      <w:r>
        <w:rPr>
          <w:rFonts w:ascii="Gentium Plus" w:hAnsi="Gentium Plus"/>
          <w:sz w:val="24"/>
        </w:rPr>
        <w:t>βέβαιον εἶναι, κωλύειν δ’ οὐδὲν τὰ νῦν στρογγύλα καλού‐ μενα εὐθέα κεκλῆσθαι τά τε εὐθέα δὴ στρογγύλα, καὶ οὐδὲν ἧττον βεβαίως ἕξειν τοῖς μεταθεμένοις καὶ ἐναντίως καλοῦσιν. καὶ μὴν περὶ λόγου γε ὁ αὐτὸς λόγος, εἴπερ ἐξ ὀνομάτων</w:t>
      </w:r>
    </w:p>
    <w:p>
      <w:r>
        <w:rPr>
          <w:rFonts w:ascii="Courier New" w:hAnsi="Courier New"/>
          <w:color w:val="555555"/>
          <w:sz w:val="20"/>
        </w:rPr>
        <w:t>[5]</w:t>
      </w:r>
    </w:p>
    <w:p>
      <w:r>
        <w:rPr>
          <w:rFonts w:ascii="Gentium Plus" w:hAnsi="Gentium Plus"/>
          <w:sz w:val="24"/>
        </w:rPr>
        <w:t>καὶ ῥημάτων σύγκειται, μηδὲν ἱκανῶς βεβαίως εἶναι βέ‐ βαιον· μυρίος δὲ λόγος αὖ περὶ ἑκάστου τῶν τεττάρων ὡς ἀσαφές, τὸ δὲ μέγιστον, ὅπερ εἴπομεν ὀλίγον ἔμπροσθεν, ὅτι δυοῖν ὄντοιν, τοῦ τε ὄντος καὶ τοῦ ποιοῦ τινος, οὐ τὸ</w:t>
      </w:r>
    </w:p>
    <w:p>
      <w:r>
        <w:rPr>
          <w:rFonts w:ascii="Courier New" w:hAnsi="Courier New"/>
          <w:color w:val="555555"/>
          <w:sz w:val="20"/>
        </w:rPr>
        <w:t>[Ep . 343 c]</w:t>
      </w:r>
    </w:p>
    <w:p>
      <w:r>
        <w:rPr>
          <w:rFonts w:ascii="Gentium Plus" w:hAnsi="Gentium Plus"/>
          <w:sz w:val="24"/>
        </w:rPr>
        <w:t>ποιόν τι, τὸ δὲ τί, ζητούσης εἰδέναι τῆς ψυχῆς, τὸ μὴ ζητού‐ μενον ἕκαστον τῶν τεττάρων προτεῖνον τῇ ψυχῇ λόγῳ τε καὶ κατ’ ἔργα, αἰσθήσεσιν εὐέλεγκτον τό τε λεγόμενον καὶ δεικνύμενον ἀεὶ παρεχόμενον ἕκαστον, ἀπορίας τε καὶ ἀσα‐</w:t>
      </w:r>
    </w:p>
    <w:p>
      <w:r>
        <w:rPr>
          <w:rFonts w:ascii="Courier New" w:hAnsi="Courier New"/>
          <w:color w:val="555555"/>
          <w:sz w:val="20"/>
        </w:rPr>
        <w:t>[5]</w:t>
      </w:r>
    </w:p>
    <w:p>
      <w:r>
        <w:rPr>
          <w:rFonts w:ascii="Gentium Plus" w:hAnsi="Gentium Plus"/>
          <w:sz w:val="24"/>
        </w:rPr>
        <w:t>φείας ἐμπίμπλησι πάσης ὡς ἔπος εἰπεῖν πάντ’ ἄνδρα. ἐν οἷσι μὲν οὖν μηδ’ εἰθισμένοι τὸ ἀληθὲς ζητεῖν ἐσμεν ὑπὸ πονηρᾶς τροφῆς, ἐξαρκεῖ δὲ τὸ προταθὲν τῶν εἰδώλων, οὐ καταγέλαστοι γιγνόμεθα ὑπ’ ἀλλήλων, οἱ ἐρωτώμενοι ὑπὸ</w:t>
      </w:r>
    </w:p>
    <w:p>
      <w:r>
        <w:rPr>
          <w:rFonts w:ascii="Courier New" w:hAnsi="Courier New"/>
          <w:color w:val="555555"/>
          <w:sz w:val="20"/>
        </w:rPr>
        <w:t>[Ep . 343 d]</w:t>
      </w:r>
    </w:p>
    <w:p>
      <w:r>
        <w:rPr>
          <w:rFonts w:ascii="Gentium Plus" w:hAnsi="Gentium Plus"/>
          <w:sz w:val="24"/>
        </w:rPr>
        <w:t>τῶν ἐρωτώντων, δυναμένων δὲ τὰ τέτταρα διαρρίπτειν τε καὶ ἐλέγχειν· ἐν οἷς δ’ ἂν τὸ πέμπτον ἀποκρίνασθαι καὶ</w:t>
      </w:r>
    </w:p>
    <w:p>
      <w:r>
        <w:rPr>
          <w:rFonts w:ascii="Courier New" w:hAnsi="Courier New"/>
          <w:color w:val="555555"/>
          <w:sz w:val="20"/>
        </w:rPr>
        <w:t>[5]</w:t>
      </w:r>
    </w:p>
    <w:p>
      <w:r>
        <w:rPr>
          <w:rFonts w:ascii="Gentium Plus" w:hAnsi="Gentium Plus"/>
          <w:sz w:val="24"/>
        </w:rPr>
        <w:t>μασιν ἢ ἀποκρίσεσιν τοῖς πολλοῖς τῶν ἀκουόντων δοκεῖν μηδὲν γιγνώσκειν ὧν ἂν ἐπιχειρῇ γράφειν ἢ λέγειν, ἀγνο‐ ούντων ἐνίοτε ὡς οὐχ ἡ ψυχὴ τοῦ γράψαντος ἢ λέξαντος ἐλέγχεται, ἀλλ’ ἡ τῶν τεττάρων φύσις ἑκάστου, πεφυκυῖα</w:t>
      </w:r>
    </w:p>
    <w:p>
      <w:r>
        <w:rPr>
          <w:rFonts w:ascii="Courier New" w:hAnsi="Courier New"/>
          <w:color w:val="555555"/>
          <w:sz w:val="20"/>
        </w:rPr>
        <w:t>[Ep . 343 e]</w:t>
      </w:r>
    </w:p>
    <w:p>
      <w:r>
        <w:rPr>
          <w:rFonts w:ascii="Gentium Plus" w:hAnsi="Gentium Plus"/>
          <w:sz w:val="24"/>
        </w:rPr>
        <w:t>φαύλως. ἡ δὲ διὰ πάντων αὐτῶν διαγωγή, ἄνω καὶ κάτω μεταβαίνουσα ἐφ’ ἕκαστον, μόγις ἐπιστήμην ἐνέτεκεν εὖ πεφυκότος εὖ πεφυκότι· κακῶς δὲ ἂν φυῇ, ὡς ἡ τῶν πολλῶν ἕξις τῆς ψυχῆς εἴς τε τὸ μαθεῖν εἴς τε τὰ λεγόμενα ἤθη</w:t>
      </w:r>
    </w:p>
    <w:p>
      <w:r>
        <w:rPr>
          <w:rFonts w:ascii="Courier New" w:hAnsi="Courier New"/>
          <w:color w:val="555555"/>
          <w:sz w:val="20"/>
        </w:rPr>
        <w:t>[Ep . 344 a]</w:t>
      </w:r>
    </w:p>
    <w:p>
      <w:r>
        <w:rPr>
          <w:rFonts w:ascii="Gentium Plus" w:hAnsi="Gentium Plus"/>
          <w:sz w:val="24"/>
        </w:rPr>
        <w:t>πέφυκεν, τὰ δὲ διέφθαρται, οὐδ’ ἂν ὁ Λυγκεὺς ἰδεῖν ποιή‐ σειεν τοὺς τοιούτους. ἑνὶ δὲ λόγῳ, τὸν μὴ συγγενῆ τοῦ πράγματος οὔτ’ ἂν εὐμάθεια ποιήσειέν ποτε οὔτε μνήμη— τὴν ἀρχὴν γὰρ ἐν ἀλλοτρίαις ἕξεσιν οὐκ ἐγγίγνεται—ὥστε</w:t>
      </w:r>
    </w:p>
    <w:p>
      <w:r>
        <w:rPr>
          <w:rFonts w:ascii="Courier New" w:hAnsi="Courier New"/>
          <w:color w:val="555555"/>
          <w:sz w:val="20"/>
        </w:rPr>
        <w:t>[5]</w:t>
      </w:r>
    </w:p>
    <w:p>
      <w:r>
        <w:rPr>
          <w:rFonts w:ascii="Gentium Plus" w:hAnsi="Gentium Plus"/>
          <w:sz w:val="24"/>
        </w:rPr>
        <w:t>ὁπόσοι τῶν δικαίων τε καὶ τῶν ἄλλων ὅσα καλὰ μὴ προσ‐ φυεῖς εἰσιν καὶ συγγενεῖς, ἄλλοι δὲ ἄλλων εὐμαθεῖς ἅμα καὶ μνήμονες, οὐδ’ ὅσοι συγγενεῖς, δυσμαθεῖς δὲ καὶ ἀμνή‐ μονες, οὐδένες τούτων μήποτε μάθωσιν ἀλήθειαν ἀρετῆς εἰς</w:t>
      </w:r>
    </w:p>
    <w:p>
      <w:r>
        <w:rPr>
          <w:rFonts w:ascii="Courier New" w:hAnsi="Courier New"/>
          <w:color w:val="555555"/>
          <w:sz w:val="20"/>
        </w:rPr>
        <w:t>[Ep . 344 b]</w:t>
      </w:r>
    </w:p>
    <w:p>
      <w:r>
        <w:rPr>
          <w:rFonts w:ascii="Gentium Plus" w:hAnsi="Gentium Plus"/>
          <w:sz w:val="24"/>
        </w:rPr>
        <w:t>τὸ δυνατὸν οὐδὲ κακίας. ἅμα γὰρ αὐτὰ ἀνάγκη μανθάνειν καὶ τὸ ψεῦδος ἅμα καὶ ἀληθὲς τῆς ὅλης οὐσίας, μετὰ τριβῆς πάσης καὶ χρόνου πολλοῦ, ὅπερ ἐν ἀρχαῖς εἶπον· μόγις δὲ τριβόμενα πρὸς ἄλληλα αὐτῶν ἕκαστα, ὀνόματα καὶ λόγοι</w:t>
      </w:r>
    </w:p>
    <w:p>
      <w:r>
        <w:rPr>
          <w:rFonts w:ascii="Courier New" w:hAnsi="Courier New"/>
          <w:color w:val="555555"/>
          <w:sz w:val="20"/>
        </w:rPr>
        <w:t>[5]</w:t>
      </w:r>
    </w:p>
    <w:p>
      <w:r>
        <w:rPr>
          <w:rFonts w:ascii="Gentium Plus" w:hAnsi="Gentium Plus"/>
          <w:sz w:val="24"/>
        </w:rPr>
        <w:t>ὄψεις τε καὶ αἰσθήσεις, ἐν εὐμενέσιν ἐλέγχοις ἐλεγχόμενα καὶ ἄνευ φθόνων ἐρωτήσεσιν καὶ ἀποκρίσεσιν χρωμένων, ἐξέλαμψε φρόνησις περὶ ἕκαστον καὶ νοῦς, συντείνων ὅτι</w:t>
      </w:r>
    </w:p>
    <w:p>
      <w:r>
        <w:rPr>
          <w:rFonts w:ascii="Courier New" w:hAnsi="Courier New"/>
          <w:color w:val="555555"/>
          <w:sz w:val="20"/>
        </w:rPr>
        <w:t>[Ep . 344 c]</w:t>
      </w:r>
    </w:p>
    <w:p>
      <w:r>
        <w:rPr>
          <w:rFonts w:ascii="Gentium Plus" w:hAnsi="Gentium Plus"/>
          <w:sz w:val="24"/>
        </w:rPr>
        <w:t>μάλιστ’ εἰς δύναμιν ἀνθρωπίνην. διὸ δὴ πᾶς ἀνὴρ σπουδαῖος τῶν ὄντων σπουδαίων πέρι πολλοῦ δεῖ μὴ γράψας ποτὲ ἐν ἀνθρώποις εἰς φθόνον καὶ ἀπορίαν καταβαλεῖ. ἑνὶ δὴ ἐκ τούτων δεῖ γιγνώσκειν λόγῳ, ὅταν ἴδῃ τίς του συγγράμματα</w:t>
      </w:r>
    </w:p>
    <w:p>
      <w:r>
        <w:rPr>
          <w:rFonts w:ascii="Courier New" w:hAnsi="Courier New"/>
          <w:color w:val="555555"/>
          <w:sz w:val="20"/>
        </w:rPr>
        <w:t>[5]</w:t>
      </w:r>
    </w:p>
    <w:p>
      <w:r>
        <w:rPr>
          <w:rFonts w:ascii="Gentium Plus" w:hAnsi="Gentium Plus"/>
          <w:sz w:val="24"/>
        </w:rPr>
        <w:t>γεγραμμένα εἴτε ἐν νόμοις νομοθέτου εἴτε ἐν ἄλλοις τισὶν ἅττ’ οὖν, ὡς οὐκ ἦν τούτῳ ταῦτα σπουδαιότατα, εἴπερ ἔστ’</w:t>
      </w:r>
    </w:p>
    <w:p>
      <w:r>
        <w:rPr>
          <w:rFonts w:ascii="Courier New" w:hAnsi="Courier New"/>
          <w:color w:val="555555"/>
          <w:sz w:val="20"/>
        </w:rPr>
        <w:t>[Ep . 344 d]</w:t>
      </w:r>
    </w:p>
    <w:p>
      <w:r>
        <w:rPr>
          <w:rFonts w:ascii="Gentium Plus" w:hAnsi="Gentium Plus"/>
          <w:sz w:val="24"/>
        </w:rPr>
        <w:t>μασιν ἐτέθη, “ἐξ ἄρα δή τοι ἔπειτα,” θεοὶ μὲν οὔ, βροτοὶ δὲ “φρένας ὤλεσαν αὐτοί.” Τούτῳ δὴ τῷ μύθῳ τε καὶ πλάνῳ ὁ συνεπισπόμενος εὖ εἴσεται, εἴτ’ οὖν Διονύσιος ἔγραψέν τι τῶν περὶ φύσεως</w:t>
      </w:r>
    </w:p>
    <w:p>
      <w:r>
        <w:rPr>
          <w:rFonts w:ascii="Courier New" w:hAnsi="Courier New"/>
          <w:color w:val="555555"/>
          <w:sz w:val="20"/>
        </w:rPr>
        <w:t>[5]</w:t>
      </w:r>
    </w:p>
    <w:p>
      <w:r>
        <w:rPr>
          <w:rFonts w:ascii="Gentium Plus" w:hAnsi="Gentium Plus"/>
          <w:sz w:val="24"/>
        </w:rPr>
        <w:t>ἄκρων καὶ πρώτων εἴτε τις ἐλάττων εἴτε μείζων, ὡς οὐδὲν ἀκηκοὼς οὐδὲ μεμαθηκὼς ἦν ὑγιὲς ὧν ἔγραψεν κατὰ τὸν ἐμὸν λόγον· ὁμοίως γὰρ ἂν αὐτὰ ἐσέβετο ἐμοί, καὶ οὐκ ἂν αὐτὰ ἐτόλμησεν εἰς ἀναρμοστίαν καὶ ἀπρέπειαν ἐκβάλ‐ λειν. οὔτε γὰρ ὑπομνημάτων χάριν ἔγραψεν—οὐδὲν γὰρ</w:t>
      </w:r>
    </w:p>
    <w:p>
      <w:r>
        <w:rPr>
          <w:rFonts w:ascii="Courier New" w:hAnsi="Courier New"/>
          <w:color w:val="555555"/>
          <w:sz w:val="20"/>
        </w:rPr>
        <w:t>[Ep . 344 e]</w:t>
      </w:r>
    </w:p>
    <w:p>
      <w:r>
        <w:rPr>
          <w:rFonts w:ascii="Gentium Plus" w:hAnsi="Gentium Plus"/>
          <w:sz w:val="24"/>
        </w:rPr>
        <w:t>δεινὸν μή τις αὐτὸ ἐπιλάθηται, ἐὰν ἅπαξ τῇ ψυχῇ περι‐ λάβῃ· πάντων γὰρ ἐν βραχυτάτοις κεῖται—φιλοτιμίας δὲ αἰσχρᾶς, εἴπερ, ἕνεκα, εἴθ’ ὡς αὑτοῦ τιθέμενος εἴθ’ ὡς παι‐ δείας δὴ μέτοχος ὤν, ἧς οὐκ ἄξιος ἦν ἀγαπῶν δόξαν τὴν</w:t>
      </w:r>
    </w:p>
    <w:p>
      <w:r>
        <w:rPr>
          <w:rFonts w:ascii="Courier New" w:hAnsi="Courier New"/>
          <w:color w:val="555555"/>
          <w:sz w:val="20"/>
        </w:rPr>
        <w:t>[Ep . 345 a]</w:t>
      </w:r>
    </w:p>
    <w:p>
      <w:r>
        <w:rPr>
          <w:rFonts w:ascii="Gentium Plus" w:hAnsi="Gentium Plus"/>
          <w:sz w:val="24"/>
        </w:rPr>
        <w:t>τῆς μετοχῆς γενομένης. εἰ μὲν οὖν ἐκ τῆς μιᾶς συνουσίας Διονυσίῳ τοῦτο γέγονεν, τάχ’ ἂν εἴη, γέγονεν δ’ οὖν ὅπως, “ἴττω Ζεύς,” φησὶν ὁ Θηβαῖος· διεξῆλθον μὲν γὰρ ὡς εἶπόν τε ἐγὼ καὶ ἅπαξ μόνον, ὕστερον δὲ οὐ πώποτε ἔτι. ἐννοεῖν</w:t>
      </w:r>
    </w:p>
    <w:p>
      <w:r>
        <w:rPr>
          <w:rFonts w:ascii="Courier New" w:hAnsi="Courier New"/>
          <w:color w:val="555555"/>
          <w:sz w:val="20"/>
        </w:rPr>
        <w:t>[5]</w:t>
      </w:r>
    </w:p>
    <w:p>
      <w:r>
        <w:rPr>
          <w:rFonts w:ascii="Gentium Plus" w:hAnsi="Gentium Plus"/>
          <w:sz w:val="24"/>
        </w:rPr>
        <w:t>δὴ δεῖ τὸ μετὰ τοῦτο, ὅτῳ μέλει τὸ περὶ αὐτὰ γεγονὸς εὑρεῖν ὅπῃ ποτὲ γέγονεν, τίνι πότ’ αἰτίᾳ τὸ δεύτερον καὶ τὸ τρίτον, πλεονάκις τε οὐ διεξῇμεν· πότερον Διονύσιος ἀκούσας μόνον</w:t>
      </w:r>
    </w:p>
    <w:p>
      <w:r>
        <w:rPr>
          <w:rFonts w:ascii="Courier New" w:hAnsi="Courier New"/>
          <w:color w:val="555555"/>
          <w:sz w:val="20"/>
        </w:rPr>
        <w:t>[Ep . 345 b]</w:t>
      </w:r>
    </w:p>
    <w:p>
      <w:r>
        <w:rPr>
          <w:rFonts w:ascii="Gentium Plus" w:hAnsi="Gentium Plus"/>
          <w:sz w:val="24"/>
        </w:rPr>
        <w:t>ἅπαξ, οὕτως εἰδέναι τε οἴεται καὶ ἱκανῶς οἶδεν, εἴτε αὐτὸς εὑρὼν ἢ καὶ μαθὼν ἔμπροσθεν παρ’ ἑτέρων, ἢ φαῦλα εἶναι τὰ λεχθέντα, ἢ τὸ τρίτον οὐ καθ’ αὑτόν, μείζονα δέ, καὶ ὄντως οὐκ ἂν δυνατὸς εἶναι φρονήσεώς τε καὶ ἀρετῆς ζῆν</w:t>
      </w:r>
    </w:p>
    <w:p>
      <w:r>
        <w:rPr>
          <w:rFonts w:ascii="Courier New" w:hAnsi="Courier New"/>
          <w:color w:val="555555"/>
          <w:sz w:val="20"/>
        </w:rPr>
        <w:t>[5]</w:t>
      </w:r>
    </w:p>
    <w:p>
      <w:r>
        <w:rPr>
          <w:rFonts w:ascii="Gentium Plus" w:hAnsi="Gentium Plus"/>
          <w:sz w:val="24"/>
        </w:rPr>
        <w:t>ἐπιμελούμενος. εἰ μὲν γὰρ φαῦλα, πολλοῖς μάρτυσι μα‐ χεῖται τὰ ἐναντία λέγουσιν, οἳ περὶ τῶν τοιούτων πάμπολυ Διονυσίου κυριώτεροι ἂν εἶεν κριταί· εἰ δὲ ηὑρηκέναι ἢ μεμαθηκέναι, ἄξια δ’ οὖν εἶναι πρὸς παιδείαν ψυχῆς ἐλευ‐</w:t>
      </w:r>
    </w:p>
    <w:p>
      <w:r>
        <w:rPr>
          <w:rFonts w:ascii="Courier New" w:hAnsi="Courier New"/>
          <w:color w:val="555555"/>
          <w:sz w:val="20"/>
        </w:rPr>
        <w:t>[Ep . 345 c]</w:t>
      </w:r>
    </w:p>
    <w:p>
      <w:r>
        <w:rPr>
          <w:rFonts w:ascii="Gentium Plus" w:hAnsi="Gentium Plus"/>
          <w:sz w:val="24"/>
        </w:rPr>
        <w:t>θέρας, πῶς ἄν, μὴ θαυμαστὸς ὢν ἄνθρωπος, τὸν ἡγεμόνα τούτων καὶ κύριον οὕτως εὐχερῶς ἠτίμασέν ποτ’ ἄν; πῶς δ’ ἠτίμασεν, ἐγὼ φράζοιμ’ ἄν. Οὐ πολὺν χρόνον διαλιπὼν τὸ μετὰ τοῦτο, ἐν τῷ πρόσθεν</w:t>
      </w:r>
    </w:p>
    <w:p>
      <w:r>
        <w:rPr>
          <w:rFonts w:ascii="Courier New" w:hAnsi="Courier New"/>
          <w:color w:val="555555"/>
          <w:sz w:val="20"/>
        </w:rPr>
        <w:t>[5]</w:t>
      </w:r>
    </w:p>
    <w:p>
      <w:r>
        <w:rPr>
          <w:rFonts w:ascii="Gentium Plus" w:hAnsi="Gentium Plus"/>
          <w:sz w:val="24"/>
        </w:rPr>
        <w:t>Δίωνα ἐῶν τὰ ἑαυτοῦ κεκτῆσθαι καὶ καρποῦσθαι χρήματα, τότε οὐκέτ’ εἴα τοὺς ἐπιτρόπους αὐτοῦ πέμπειν εἰς Πελοπόν‐ νησον, καθάπερ ἐπιλελησμένος τῆς ἐπιστολῆς παντάπασιν· εἶναι γὰρ αὐτὰ οὐ Δίωνος ἀλλὰ τοῦ ὑέος, ὄντος μὲν ἀδελ‐</w:t>
      </w:r>
    </w:p>
    <w:p>
      <w:r>
        <w:rPr>
          <w:rFonts w:ascii="Courier New" w:hAnsi="Courier New"/>
          <w:color w:val="555555"/>
          <w:sz w:val="20"/>
        </w:rPr>
        <w:t>[Ep . 345 d]</w:t>
      </w:r>
    </w:p>
    <w:p>
      <w:r>
        <w:rPr>
          <w:rFonts w:ascii="Gentium Plus" w:hAnsi="Gentium Plus"/>
          <w:sz w:val="24"/>
        </w:rPr>
        <w:t>φιδοῦ αὐτοῦ κατὰ νόμους ἐπιτροπεύοντος. τὰ μὲν δὴ πε‐ πραγμένα μέχρι τούτου ταῦτ’ ἦν ἐν τῷ τότε χρόνῳ, τούτων δὲ οὕτω γενομένων, ἑωράκη τε ἐγὼ ἀκριβῶς τὴν ἐπιθυμίαν τὴν Διονυσίου φιλοσοφίας, ἀγανακτεῖν τε ἐξῆν εἴτε βου‐</w:t>
      </w:r>
    </w:p>
    <w:p>
      <w:r>
        <w:rPr>
          <w:rFonts w:ascii="Courier New" w:hAnsi="Courier New"/>
          <w:color w:val="555555"/>
          <w:sz w:val="20"/>
        </w:rPr>
        <w:t>[5]</w:t>
      </w:r>
    </w:p>
    <w:p>
      <w:r>
        <w:rPr>
          <w:rFonts w:ascii="Gentium Plus" w:hAnsi="Gentium Plus"/>
          <w:sz w:val="24"/>
        </w:rPr>
        <w:t>λοίμην εἴτε μή. ἦν γὰρ θέρος ἤδη τότε καὶ ἔκπλοι τῶν νεῶν· ἐδόκει δὴ χαλεπαίνειν μὲν οὐ δεῖν ἐμὲ Διονυσίῳ μᾶλλον ἢ ἐμαυτῷ τε καὶ τοῖς βιασαμένοις ἐλθεῖν ἐμὲ τὸ</w:t>
      </w:r>
    </w:p>
    <w:p>
      <w:r>
        <w:rPr>
          <w:rFonts w:ascii="Courier New" w:hAnsi="Courier New"/>
          <w:color w:val="555555"/>
          <w:sz w:val="20"/>
        </w:rPr>
        <w:t>[Ep . 345 e]</w:t>
      </w:r>
    </w:p>
    <w:p>
      <w:r>
        <w:rPr>
          <w:rFonts w:ascii="Gentium Plus" w:hAnsi="Gentium Plus"/>
          <w:sz w:val="24"/>
        </w:rPr>
        <w:t>τρίτον εἰς τὸν πορθμὸν τὸν περὶ τὴν Σκύλλαν,</w:t>
      </w:r>
    </w:p>
    <w:p>
      <w:r>
        <w:rPr>
          <w:rFonts w:ascii="Courier New" w:hAnsi="Courier New"/>
          <w:color w:val="555555"/>
          <w:sz w:val="20"/>
        </w:rPr>
        <w:t>[1]</w:t>
      </w:r>
    </w:p>
    <w:p>
      <w:r>
        <w:rPr>
          <w:rFonts w:ascii="Gentium Plus" w:hAnsi="Gentium Plus"/>
          <w:sz w:val="24"/>
        </w:rPr>
        <w:t>ὄφρ’ ἔτι τὴν ὀλοὴν ἀναμετρήσαιμι Χάρυβδιν,</w:t>
      </w:r>
    </w:p>
    <w:p>
      <w:r>
        <w:rPr>
          <w:rFonts w:ascii="Courier New" w:hAnsi="Courier New"/>
          <w:color w:val="555555"/>
          <w:sz w:val="20"/>
        </w:rPr>
        <w:t>[2]</w:t>
      </w:r>
    </w:p>
    <w:p>
      <w:r>
        <w:rPr>
          <w:rFonts w:ascii="Gentium Plus" w:hAnsi="Gentium Plus"/>
          <w:sz w:val="24"/>
        </w:rPr>
        <w:t>λέγειν δὲ πρὸς Διονύσιον ὅτι μοι μένειν ἀδύνατον εἴη Δίωνος οὕτω προπεπηλακισμένου. ὁ δὲ παρεμυθεῖτό τε καὶ ἐδεῖτο</w:t>
      </w:r>
    </w:p>
    <w:p>
      <w:r>
        <w:rPr>
          <w:rFonts w:ascii="Courier New" w:hAnsi="Courier New"/>
          <w:color w:val="555555"/>
          <w:sz w:val="20"/>
        </w:rPr>
        <w:t>[5]</w:t>
      </w:r>
    </w:p>
    <w:p>
      <w:r>
        <w:rPr>
          <w:rFonts w:ascii="Gentium Plus" w:hAnsi="Gentium Plus"/>
          <w:sz w:val="24"/>
        </w:rPr>
        <w:t>μένειν, οὐκ οἰόμενός οἱ καλῶς ἔχειν ἐμὲ ἄγγελον αὐτὸν τῶν τοιούτων ἐλθεῖν ὅτι τάχος· οὐ πείθων δὲ αὐτός μοι πομπὴν</w:t>
      </w:r>
    </w:p>
    <w:p>
      <w:r>
        <w:rPr>
          <w:rFonts w:ascii="Courier New" w:hAnsi="Courier New"/>
          <w:color w:val="555555"/>
          <w:sz w:val="20"/>
        </w:rPr>
        <w:t>[Ep . 346 a]</w:t>
      </w:r>
    </w:p>
    <w:p>
      <w:r>
        <w:rPr>
          <w:rFonts w:ascii="Gentium Plus" w:hAnsi="Gentium Plus"/>
          <w:sz w:val="24"/>
        </w:rPr>
        <w:t>παρασκευάσειν ἔφη. ἐγὼ γὰρ ἐν τοῖς ἀποστόλοις πλοίοις ἐμβὰς διενοούμην πλεῖν, τεθυμωμένος, πάσχειν τε οἰόμενος δεῖν, εἰ διακωλυοίμην, ὁτιοῦν, ἐπειδὴ περιφανῶς ἠδίκουν μὲν οὐδέν, ἠδικούμην δέ· ὁ δὲ οὐδέν με τοῦ καταμένειν προσιέ‐</w:t>
      </w:r>
    </w:p>
    <w:p>
      <w:r>
        <w:rPr>
          <w:rFonts w:ascii="Courier New" w:hAnsi="Courier New"/>
          <w:color w:val="555555"/>
          <w:sz w:val="20"/>
        </w:rPr>
        <w:t>[5]</w:t>
      </w:r>
    </w:p>
    <w:p>
      <w:r>
        <w:rPr>
          <w:rFonts w:ascii="Gentium Plus" w:hAnsi="Gentium Plus"/>
          <w:sz w:val="24"/>
        </w:rPr>
        <w:t>μενον ὁρῶν, μηχανὴν τοῦ μεῖναι τὸν τότε ἔκπλουν μηχανᾶται τοιάνδε τινά. τῇ μετὰ ταῦτα ἐλθὼν ἡμέρᾳ λέγει πρός με</w:t>
      </w:r>
    </w:p>
    <w:p>
      <w:r>
        <w:rPr>
          <w:rFonts w:ascii="Courier New" w:hAnsi="Courier New"/>
          <w:color w:val="555555"/>
          <w:sz w:val="20"/>
        </w:rPr>
        <w:t>[Ep . 346 b]</w:t>
      </w:r>
    </w:p>
    <w:p>
      <w:r>
        <w:rPr>
          <w:rFonts w:ascii="Gentium Plus" w:hAnsi="Gentium Plus"/>
          <w:sz w:val="24"/>
        </w:rPr>
        <w:t>ἐκποδὼν ἀπαλλαχθήτω τοῦ περὶ αὐτὰ πολλάκις διαφέρεσθαι· ποιήσω γὰρ διὰ σέ, ἔφη, Δίωνι τάδε. ἀξιῶ ἐκεῖνον ἀπολα‐ βόντα τὰ ἑαυτοῦ οἰκεῖν μὲν ἐν Πελοποννήσῳ, μὴ ὡς φυγάδα δέ, ἀλλ’ ὡς αὐτῷ καὶ δεῦρο ἐξὸν ἀποδημεῖν, ὅταν ἐκείνῳ τε</w:t>
      </w:r>
    </w:p>
    <w:p>
      <w:r>
        <w:rPr>
          <w:rFonts w:ascii="Courier New" w:hAnsi="Courier New"/>
          <w:color w:val="555555"/>
          <w:sz w:val="20"/>
        </w:rPr>
        <w:t>[5]</w:t>
      </w:r>
    </w:p>
    <w:p>
      <w:r>
        <w:rPr>
          <w:rFonts w:ascii="Gentium Plus" w:hAnsi="Gentium Plus"/>
          <w:sz w:val="24"/>
        </w:rPr>
        <w:t>καὶ ἐμοὶ καὶ ὑμῖν τοῖς φίλοις κοινῇ συνδοκῇ· ταῦτα δ’ εἶναι μὴ ἐπιβουλεύοντος ἐμοί, τούτων δὲ ἐγγυητὰς γίγνεσθαι σέ τε καὶ τοὺς σοὺς οἰκείους καὶ τοὺς ἐνθάδε Δίωνος, ὑμῖν δὲ τὸ βέβαιον ἐκεῖνος παρεχέτω. τὰ χρήματα δὲ ἃ ἂν λάβῃ,</w:t>
      </w:r>
    </w:p>
    <w:p>
      <w:r>
        <w:rPr>
          <w:rFonts w:ascii="Courier New" w:hAnsi="Courier New"/>
          <w:color w:val="555555"/>
          <w:sz w:val="20"/>
        </w:rPr>
        <w:t>[Ep . 346 c]</w:t>
      </w:r>
    </w:p>
    <w:p>
      <w:r>
        <w:rPr>
          <w:rFonts w:ascii="Gentium Plus" w:hAnsi="Gentium Plus"/>
          <w:sz w:val="24"/>
        </w:rPr>
        <w:t>κατὰ Πελοπόννησον μὲν καὶ Ἀθήνας κείσθω παρ’ οἷστισιν ἂν ὑμῖν δοκῇ, καρπούσθω δὲ Δίων, μὴ κύριος δὲ ἄνευ ὑμῶν γιγνέσθω ἀνελέσθαι. ἐγὼ γὰρ ἐκείνῳ μὲν οὐ σφόδρα πιστεύω τούτοις χρώμενον ἂν τοῖς χρήμασιν δίκαιον γί‐</w:t>
      </w:r>
    </w:p>
    <w:p>
      <w:r>
        <w:rPr>
          <w:rFonts w:ascii="Courier New" w:hAnsi="Courier New"/>
          <w:color w:val="555555"/>
          <w:sz w:val="20"/>
        </w:rPr>
        <w:t>[5]</w:t>
      </w:r>
    </w:p>
    <w:p>
      <w:r>
        <w:rPr>
          <w:rFonts w:ascii="Gentium Plus" w:hAnsi="Gentium Plus"/>
          <w:sz w:val="24"/>
        </w:rPr>
        <w:t>γνεσθαι περὶ ἐμέ—οὐ γὰρ ὀλίγα ἔσται—σοὶ δὲ καὶ τοῖς σοῖς μᾶλλον πεπίστευκα. ὅρα δὴ ταῦτα εἴ σοι ἀρέσκει, καὶ μένε ἐπὶ τούτοις τὸν ἐνιαυτὸν τοῦτον, εἰς δὲ ὥρας ἄπιθι</w:t>
      </w:r>
    </w:p>
    <w:p>
      <w:r>
        <w:rPr>
          <w:rFonts w:ascii="Courier New" w:hAnsi="Courier New"/>
          <w:color w:val="555555"/>
          <w:sz w:val="20"/>
        </w:rPr>
        <w:t>[Ep . 346 d]</w:t>
      </w:r>
    </w:p>
    <w:p>
      <w:r>
        <w:rPr>
          <w:rFonts w:ascii="Gentium Plus" w:hAnsi="Gentium Plus"/>
          <w:sz w:val="24"/>
        </w:rPr>
        <w:t>λαβὼν τὰ χρήματα ταῦτα· καὶ Δίων εὖ οἶδ’ ὅτι πολλὴν χάριν ἕξει σοι διαπραξαμένῳ ταῦτα ὑπὲρ ἐκείνου.” τοῦτον δὴ ἐγὼ τὸν λόγον ἀκούσας ἐδυσχέραινον μέν, ὅμως δὲ βουλευσάμενος ἔφην εἰς τὴν ὑστεραίαν αὐτῷ περὶ τούτων</w:t>
      </w:r>
    </w:p>
    <w:p>
      <w:r>
        <w:rPr>
          <w:rFonts w:ascii="Courier New" w:hAnsi="Courier New"/>
          <w:color w:val="555555"/>
          <w:sz w:val="20"/>
        </w:rPr>
        <w:t>[5]</w:t>
      </w:r>
    </w:p>
    <w:p>
      <w:r>
        <w:rPr>
          <w:rFonts w:ascii="Gentium Plus" w:hAnsi="Gentium Plus"/>
          <w:sz w:val="24"/>
        </w:rPr>
        <w:t>τὰ δόξαντα ἀπαγγελεῖν. ταῦτα συνεθέμεθα τότε. ἐβου‐ λευόμην δὴ τὸ μετὰ ταῦτα κατ’ ἐμαυτὸν γενόμενος, μάλα συγκεχυμένος· πρῶτος δ’ ἦν μοι τῆς βουλῆς ἡγούμενος ὅδε</w:t>
      </w:r>
    </w:p>
    <w:p>
      <w:r>
        <w:rPr>
          <w:rFonts w:ascii="Courier New" w:hAnsi="Courier New"/>
          <w:color w:val="555555"/>
          <w:sz w:val="20"/>
        </w:rPr>
        <w:t>[Ep . 346 e]</w:t>
      </w:r>
    </w:p>
    <w:p>
      <w:r>
        <w:rPr>
          <w:rFonts w:ascii="Gentium Plus" w:hAnsi="Gentium Plus"/>
          <w:sz w:val="24"/>
        </w:rPr>
        <w:t>λόγος. “Φέρε, εἰ διανοεῖται τούτων μηδὲν ποιεῖν Διονύ‐ σιος ὧν φησιν, ἀπελθόντος δ’ ἐμοῦ ἐὰν ἐπιστέλλῃ Δίωνι πιθανῶς, αὐτός τε καὶ ἄλλοις πολλοῖς τῶν αὐτοῦ διακελευό‐ μενος, ἃ νῦν πρὸς ἐμὲ λέγει, ὡς αὐτοῦ μὲν ἐθέλοντος, ἐμοῦ</w:t>
      </w:r>
    </w:p>
    <w:p>
      <w:r>
        <w:rPr>
          <w:rFonts w:ascii="Courier New" w:hAnsi="Courier New"/>
          <w:color w:val="555555"/>
          <w:sz w:val="20"/>
        </w:rPr>
        <w:t>[5]</w:t>
      </w:r>
    </w:p>
    <w:p>
      <w:r>
        <w:rPr>
          <w:rFonts w:ascii="Gentium Plus" w:hAnsi="Gentium Plus"/>
          <w:sz w:val="24"/>
        </w:rPr>
        <w:t>δὲ οὐκ ἐθελήσαντος ἃ προυκαλεῖτό με δρᾶν, ἀλλ’ ὀλιγωρή‐ σαντος τῶν ἐκείνου τὸ παράπαν πραγμάτων, πρὸς δὲ καὶ</w:t>
      </w:r>
    </w:p>
    <w:p>
      <w:r>
        <w:rPr>
          <w:rFonts w:ascii="Courier New" w:hAnsi="Courier New"/>
          <w:color w:val="555555"/>
          <w:sz w:val="20"/>
        </w:rPr>
        <w:t>[Ep . 347 a]</w:t>
      </w:r>
    </w:p>
    <w:p>
      <w:r>
        <w:rPr>
          <w:rFonts w:ascii="Gentium Plus" w:hAnsi="Gentium Plus"/>
          <w:sz w:val="24"/>
        </w:rPr>
        <w:t>μηδενὶ προστάττων, ἐνδείξηται δὲ πᾶσιν ῥᾳδίως ὡς ἀβουλῶν ἐμὲ ἐκπλεῖν, ἆρά τις ἐθελήσει με ἄγειν ναύτην ὁρμώμενον ἐκ τῆς Διονυσίου οἰκίας;” —ᾤκουν γὰρ πρὸς τοῖς ἄλλοισιν κακοῖς ἐν τῷ κήπῳ τῷ περὶ τὴν οἰκίαν, ὅθεν οὐδ’ ἂν ὁ</w:t>
      </w:r>
    </w:p>
    <w:p>
      <w:r>
        <w:rPr>
          <w:rFonts w:ascii="Courier New" w:hAnsi="Courier New"/>
          <w:color w:val="555555"/>
          <w:sz w:val="20"/>
        </w:rPr>
        <w:t>[5]</w:t>
      </w:r>
    </w:p>
    <w:p>
      <w:r>
        <w:rPr>
          <w:rFonts w:ascii="Gentium Plus" w:hAnsi="Gentium Plus"/>
          <w:sz w:val="24"/>
        </w:rPr>
        <w:t>θυρωρὸς ἤθελέν με ἀφεῖναι μὴ πεμφθείσης αὐτῷ τινος ἐντολῆς παρὰ Διονυσίου— “ἂν δὲ περιμείνω τὸν ἐνιαυτόν, ἕξω μὲν Δίωνι ταῦτα ἐπιστέλλειν, ἐν οἷς τ’ αὖτ’ εἰμὶ καὶ ἃ πράττω· καὶ ἐὰν μὲν δὴ ποιῇ τι Διονύσιος ὧν φησιν, οὐ</w:t>
      </w:r>
    </w:p>
    <w:p>
      <w:r>
        <w:rPr>
          <w:rFonts w:ascii="Courier New" w:hAnsi="Courier New"/>
          <w:color w:val="555555"/>
          <w:sz w:val="20"/>
        </w:rPr>
        <w:t>[Ep . 347 b]</w:t>
      </w:r>
    </w:p>
    <w:p>
      <w:r>
        <w:rPr>
          <w:rFonts w:ascii="Gentium Plus" w:hAnsi="Gentium Plus"/>
          <w:sz w:val="24"/>
        </w:rPr>
        <w:t>παντάπασιν ἔσται μοι καταγελάστως πεπραγμένα—τάλαντα γὰρ ἴσως ἐστὶν οὐκ ἔλαττον, ἂν ἐκτιμᾷ τις ὀρθῶς, ἑκατὸν ἡ Δίωνος οὐσία—ἂν δ’ οὖν γίγνηται τὰ νῦν ὑποφαίνοντα οἷα εἰκὸς αὐτὰ γίγνεσθαι, ἀπορῶ μὲν ὅτι χρήσομαι ἐμαυτῷ,</w:t>
      </w:r>
    </w:p>
    <w:p>
      <w:r>
        <w:rPr>
          <w:rFonts w:ascii="Courier New" w:hAnsi="Courier New"/>
          <w:color w:val="555555"/>
          <w:sz w:val="20"/>
        </w:rPr>
        <w:t>[5]</w:t>
      </w:r>
    </w:p>
    <w:p>
      <w:r>
        <w:rPr>
          <w:rFonts w:ascii="Gentium Plus" w:hAnsi="Gentium Plus"/>
          <w:sz w:val="24"/>
        </w:rPr>
        <w:t>ὅμως δὲ ἀναγκαῖον ἴσως ἐνιαυτόν γ’ ἔτι πονῆσαι καὶ ἔργοις ἐλέγξαι πειρᾶσθαι τὰς Διονυσίου μηχανάς.” ταῦτά μοι δόξαντα, εἰς τὴν ὑστεραίαν εἶπον πρὸς Διονύσιον ὅτι “Δέ‐</w:t>
      </w:r>
    </w:p>
    <w:p>
      <w:r>
        <w:rPr>
          <w:rFonts w:ascii="Courier New" w:hAnsi="Courier New"/>
          <w:color w:val="555555"/>
          <w:sz w:val="20"/>
        </w:rPr>
        <w:t>[Ep . 347 c]</w:t>
      </w:r>
    </w:p>
    <w:p>
      <w:r>
        <w:rPr>
          <w:rFonts w:ascii="Gentium Plus" w:hAnsi="Gentium Plus"/>
          <w:sz w:val="24"/>
        </w:rPr>
        <w:t>δοκταί μοι μένειν· ἀξιῶ μήν,” ἔφην, “μὴ κύριον ἡγεῖσθαί σε Δίωνος ἐμέ, πέμπειν δὲ μετ’ ἐμοῦ σὲ παρ’ αὐτὸν γράμ‐ ματα τὰ νῦν δεδογμένα δηλοῦντα, καὶ ἐρωτᾶν εἴτε ἀρκεῖ ταῦτα αὐτῷ, καὶ εἰ μή, βούλεται δὲ ἄλλ’ ἄττα καὶ ἀξιοῖ,</w:t>
      </w:r>
    </w:p>
    <w:p>
      <w:r>
        <w:rPr>
          <w:rFonts w:ascii="Courier New" w:hAnsi="Courier New"/>
          <w:color w:val="555555"/>
          <w:sz w:val="20"/>
        </w:rPr>
        <w:t>[5]</w:t>
      </w:r>
    </w:p>
    <w:p>
      <w:r>
        <w:rPr>
          <w:rFonts w:ascii="Gentium Plus" w:hAnsi="Gentium Plus"/>
          <w:sz w:val="24"/>
        </w:rPr>
        <w:t>καὶ ταῦτα ἐπιστέλλειν ὅτι τάχιστα, σὲ δὲ νεωτερίζειν μηδέν πω τῶν περὶ ἐκεῖνον.” ταῦτα ἐρρήθη, ταῦτα συνωμολογή‐ σαμεν, ὡς νῦν εἴρηται σχεδόν. ἐξέπλευσεν δὴ τὰ πλοῖα μετὰ τοῦτο, καὶ οὐκέτι μοι δυνατὸν ἦν πλεῖν, ὅτε δή μοι καὶ</w:t>
      </w:r>
    </w:p>
    <w:p>
      <w:r>
        <w:rPr>
          <w:rFonts w:ascii="Courier New" w:hAnsi="Courier New"/>
          <w:color w:val="555555"/>
          <w:sz w:val="20"/>
        </w:rPr>
        <w:t>[Ep . 347 d]</w:t>
      </w:r>
    </w:p>
    <w:p>
      <w:r>
        <w:rPr>
          <w:rFonts w:ascii="Gentium Plus" w:hAnsi="Gentium Plus"/>
          <w:sz w:val="24"/>
        </w:rPr>
        <w:t>Διονύσιος ἐμνήσθη λέγων ὅτι τὴν ἡμίσειαν τῆς οὐσίας εἶναι δέοι Δίωνος, τὴν δ’ ἡμίσειαν τοῦ ὑέος· ἔφη δὴ πωλήσειν αὐτήν, πραθείσης δὲ τὰ μὲν ἡμίσεα ἐμοὶ δώσειν ἄγειν, τὰ δ’ ἡμίσεα τῷ παιδὶ καταλείψειν αὐτοῦ· τὸ γὰρ δὴ δικαιό‐</w:t>
      </w:r>
    </w:p>
    <w:p>
      <w:r>
        <w:rPr>
          <w:rFonts w:ascii="Courier New" w:hAnsi="Courier New"/>
          <w:color w:val="555555"/>
          <w:sz w:val="20"/>
        </w:rPr>
        <w:t>[5]</w:t>
      </w:r>
    </w:p>
    <w:p>
      <w:r>
        <w:rPr>
          <w:rFonts w:ascii="Gentium Plus" w:hAnsi="Gentium Plus"/>
          <w:sz w:val="24"/>
        </w:rPr>
        <w:t>τατον οὕτως ἔχειν. πληγεὶς δ’ ἐγὼ τῷ λεχθέντι πάνυ μὲν ᾤμην γελοῖον εἶναι ἀντιλέγειν ἔτι, ὅμως δ’ εἶπον ὅτι χρείη τὴν παρὰ Δίωνος ἐπιστολὴν περιμένειν ἡμᾶς καὶ ταῦτα πάλιν αὐτὰ ἐπιστέλλειν. ὁ δὲ ἑξῆς τούτοις πάνυ νεανικῶς</w:t>
      </w:r>
    </w:p>
    <w:p>
      <w:r>
        <w:rPr>
          <w:rFonts w:ascii="Courier New" w:hAnsi="Courier New"/>
          <w:color w:val="555555"/>
          <w:sz w:val="20"/>
        </w:rPr>
        <w:t>[Ep . 347 e]</w:t>
      </w:r>
    </w:p>
    <w:p>
      <w:r>
        <w:rPr>
          <w:rFonts w:ascii="Gentium Plus" w:hAnsi="Gentium Plus"/>
          <w:sz w:val="24"/>
        </w:rPr>
        <w:t>ἐπώλει τὴν οὐσίαν αὐτοῦ πᾶσαν, ὅπῃ τε καὶ ὅπως ἤθελε καὶ οἷστισι, πρὸς ἐμὲ δὲ οὐδὲν ὅλως ἐφθέγγετο περὶ αὐτῶν, καὶ μὴν ὡσαύτως ἐγὼ πρὸς ἐκεῖνον αὖ περὶ τῶν Δίωνος πραγμάτων οὐδὲν ἔτι διελεγόμην· οὐδὲν γὰρ ἔτι πλέον</w:t>
      </w:r>
    </w:p>
    <w:p>
      <w:r>
        <w:rPr>
          <w:rFonts w:ascii="Courier New" w:hAnsi="Courier New"/>
          <w:color w:val="555555"/>
          <w:sz w:val="20"/>
        </w:rPr>
        <w:t>[5]</w:t>
      </w:r>
    </w:p>
    <w:p>
      <w:r>
        <w:rPr>
          <w:rFonts w:ascii="Gentium Plus" w:hAnsi="Gentium Plus"/>
          <w:sz w:val="24"/>
        </w:rPr>
        <w:t>ᾤμην ποιεῖν. Μέχρι μὲν δὴ τούτων ταύτῃ μοι βεβοηθημένον ἐγεγόνει φιλοσοφίᾳ καὶ φίλοις· τὸ δὲ μετὰ ταῦτα ἐζῶμεν ἐγὼ καὶ</w:t>
      </w:r>
    </w:p>
    <w:p>
      <w:r>
        <w:rPr>
          <w:rFonts w:ascii="Courier New" w:hAnsi="Courier New"/>
          <w:color w:val="555555"/>
          <w:sz w:val="20"/>
        </w:rPr>
        <w:t>[Ep . 348 a]</w:t>
      </w:r>
    </w:p>
    <w:p>
      <w:r>
        <w:rPr>
          <w:rFonts w:ascii="Gentium Plus" w:hAnsi="Gentium Plus"/>
          <w:sz w:val="24"/>
        </w:rPr>
        <w:t>Διονύσιος, ἐγὼ μὲν βλέπων ἔξω, καθάπερ ὄρνις ποθῶν ποθεν ἀναπτέσθαι, ὁ δὲ διαμηχανώμενος τίνα τρόπον ἀνα‐ σοβήσοι με μηδὲν ἀποδοὺς τῶν Δίωνος· ὅμως δὲ ἔφαμεν ἑταῖροί γε εἶναι πρὸς πᾶσαν Σικελίαν. τῶν δὴ μισθοφόρων</w:t>
      </w:r>
    </w:p>
    <w:p>
      <w:r>
        <w:rPr>
          <w:rFonts w:ascii="Courier New" w:hAnsi="Courier New"/>
          <w:color w:val="555555"/>
          <w:sz w:val="20"/>
        </w:rPr>
        <w:t>[5]</w:t>
      </w:r>
    </w:p>
    <w:p>
      <w:r>
        <w:rPr>
          <w:rFonts w:ascii="Gentium Plus" w:hAnsi="Gentium Plus"/>
          <w:sz w:val="24"/>
        </w:rPr>
        <w:t>τοὺς πρεσβυτέρους Διονύσιος ἐπεχείρησεν ὀλιγομισθοτέρους ποιεῖν παρὰ τὰ τοῦ πατρὸς ἔθη, θυμωθέντες δὲ οἱ στρατιῶται συνελέγησαν ἁθρόοι καὶ οὐκ ἔφασαν ἐπιτρέψειν. ὁ δ’ ἐπε‐</w:t>
      </w:r>
    </w:p>
    <w:p>
      <w:r>
        <w:rPr>
          <w:rFonts w:ascii="Courier New" w:hAnsi="Courier New"/>
          <w:color w:val="555555"/>
          <w:sz w:val="20"/>
        </w:rPr>
        <w:t>[Ep . 348 b]</w:t>
      </w:r>
    </w:p>
    <w:p>
      <w:r>
        <w:rPr>
          <w:rFonts w:ascii="Gentium Plus" w:hAnsi="Gentium Plus"/>
          <w:sz w:val="24"/>
        </w:rPr>
        <w:t>χείρει βιάζεσθαι κλείσας τὰς τῆς ἀκροπόλεως πύλας, οἱ δ’ ἐφέροντο εὐθὺς πρὸς τὰ τείχη, παιῶνά τινα ἀναβοήσαντες βάρβαρον καὶ πολεμικόν· οὗ δὴ περιδεὴς Διονύσιος γενό‐ μενος ἅπαντα συνεχώρησεν καὶ ἔτι πλείω τοῖς τότε συλλε‐</w:t>
      </w:r>
    </w:p>
    <w:p>
      <w:r>
        <w:rPr>
          <w:rFonts w:ascii="Courier New" w:hAnsi="Courier New"/>
          <w:color w:val="555555"/>
          <w:sz w:val="20"/>
        </w:rPr>
        <w:t>[5]</w:t>
      </w:r>
    </w:p>
    <w:p>
      <w:r>
        <w:rPr>
          <w:rFonts w:ascii="Gentium Plus" w:hAnsi="Gentium Plus"/>
          <w:sz w:val="24"/>
        </w:rPr>
        <w:t>χθεῖσι τῶν πελταστῶν. λόγος δή τις ταχὺ διῆλθεν ὡς Ἡρακλείδης αἴτιος εἴη γεγονὼς πάντων τούτων· ὃν ἀκούσας ὁ μὲν Ἡρακλείδης ἐκποδὼν αὑτὸν ἔσχεν ἀφανῆ, Διονύσιος</w:t>
      </w:r>
    </w:p>
    <w:p>
      <w:r>
        <w:rPr>
          <w:rFonts w:ascii="Courier New" w:hAnsi="Courier New"/>
          <w:color w:val="555555"/>
          <w:sz w:val="20"/>
        </w:rPr>
        <w:t>[Ep . 348 c]</w:t>
      </w:r>
    </w:p>
    <w:p>
      <w:r>
        <w:rPr>
          <w:rFonts w:ascii="Gentium Plus" w:hAnsi="Gentium Plus"/>
          <w:sz w:val="24"/>
        </w:rPr>
        <w:t>δὲ ἐζήτει λαβεῖν, ἀπορῶν δέ, Θεοδότην μεταπεμψάμενος εἰς τὸν κῆπον—ἔτυχον δ’ ἐν τῷ κήπῳ καὶ ἐγὼ τότε περι‐ πατῶν—τὰ μὲν οὖν ἄλλα οὔτ’ οἶδα οὔτ’ ἤκουον διαλεγο‐ μένων, ἃ δὲ ἐναντίον εἶπεν Θεοδότης ἐμοῦ πρὸς Διονύσιον,</w:t>
      </w:r>
    </w:p>
    <w:p>
      <w:r>
        <w:rPr>
          <w:rFonts w:ascii="Courier New" w:hAnsi="Courier New"/>
          <w:color w:val="555555"/>
          <w:sz w:val="20"/>
        </w:rPr>
        <w:t>[5]</w:t>
      </w:r>
    </w:p>
    <w:p>
      <w:r>
        <w:rPr>
          <w:rFonts w:ascii="Gentium Plus" w:hAnsi="Gentium Plus"/>
          <w:sz w:val="24"/>
        </w:rPr>
        <w:t>οἶδά τε καὶ μέμνημαι. “Πλάτων γάρ,” ἔφη, “Διονύσιον</w:t>
      </w:r>
    </w:p>
    <w:p>
      <w:r>
        <w:rPr>
          <w:rFonts w:ascii="Courier New" w:hAnsi="Courier New"/>
          <w:color w:val="555555"/>
          <w:sz w:val="20"/>
        </w:rPr>
        <w:t>[Ep . 348 d]</w:t>
      </w:r>
    </w:p>
    <w:p>
      <w:r>
        <w:rPr>
          <w:rFonts w:ascii="Gentium Plus" w:hAnsi="Gentium Plus"/>
          <w:sz w:val="24"/>
        </w:rPr>
        <w:t>Πελοπόννησον ἀποπλεῖν, οἰκεῖν τε βλάπτοντα μηδὲν Διο‐ νύσιον ἐκεῖ, καρπούμενον δὲ τὰ ἑαυτοῦ. μετεπεμψάμην μὲν οὖν καὶ πρότερον αὐτόν, μεταπέμψομαι δὲ καὶ νῦν, ἄντ’ οὖν ἀπὸ τῆς προτέρας μεταπομπῆς ἄντε καὶ ἀπὸ τῆς νῦν</w:t>
      </w:r>
    </w:p>
    <w:p>
      <w:r>
        <w:rPr>
          <w:rFonts w:ascii="Courier New" w:hAnsi="Courier New"/>
          <w:color w:val="555555"/>
          <w:sz w:val="20"/>
        </w:rPr>
        <w:t>[5]</w:t>
      </w:r>
    </w:p>
    <w:p>
      <w:r>
        <w:rPr>
          <w:rFonts w:ascii="Gentium Plus" w:hAnsi="Gentium Plus"/>
          <w:sz w:val="24"/>
        </w:rPr>
        <w:t>ὑπακούσῃ μοι· Διονύσιον δὲ ἀξιῶ καὶ δέομαι, ἄν τις ἐντυγ‐ χάνῃ Ἡρακλείδῃ ἐάντ’ ἐν ἀγρῷ ἐάντ’ ἐνθάδε, μηδὲν ἄλλο</w:t>
      </w:r>
    </w:p>
    <w:p>
      <w:r>
        <w:rPr>
          <w:rFonts w:ascii="Courier New" w:hAnsi="Courier New"/>
          <w:color w:val="555555"/>
          <w:sz w:val="20"/>
        </w:rPr>
        <w:t>[Ep . 348 e]</w:t>
      </w:r>
    </w:p>
    <w:p>
      <w:r>
        <w:rPr>
          <w:rFonts w:ascii="Gentium Plus" w:hAnsi="Gentium Plus"/>
          <w:sz w:val="24"/>
        </w:rPr>
        <w:t>αὐτῷ φλαῦρον γίγνεσθαι, μεταστῆναι δ’ ἐκ τῆς χώρας, ἕως ἂν ἄλλο τι Διονυσίῳ δόξῃ. ταῦτα,” ἔφη, “συγχωρεῖς;” λέγων πρὸς τὸν Διονύσιον. “Συγχωρῶ· μηδ’ ἂν πρὸς τῇ σῇ,” ἔφη, “φανῇ οἰκίᾳ, πείσεσθαι φλαῦρον μηδὲν παρὰ</w:t>
      </w:r>
    </w:p>
    <w:p>
      <w:r>
        <w:rPr>
          <w:rFonts w:ascii="Courier New" w:hAnsi="Courier New"/>
          <w:color w:val="555555"/>
          <w:sz w:val="20"/>
        </w:rPr>
        <w:t>[5]</w:t>
      </w:r>
    </w:p>
    <w:p>
      <w:r>
        <w:rPr>
          <w:rFonts w:ascii="Gentium Plus" w:hAnsi="Gentium Plus"/>
          <w:sz w:val="24"/>
        </w:rPr>
        <w:t>τὰ νῦν εἰρημένα.” τῇ δὴ μετὰ ταύτην τὴν ἡμέραν δείλης Εὐρύβιος καὶ Θεοδότης προσηλθέτην μοι σπουδῇ τεθορυβη‐ μένω θαυμαστῶς, καὶ Θεοδότης λέγει, “Πλάτων,” ἔφη, “παρῆσθα χθὲς οἷς περὶ Ἡρακλείδου Διονύσιος ὡμολόγει πρὸς ἐμὲ καὶ σέ;” “Πῶς δὲ οὔκ;” ἔφην. “Νῦν τοίνυν,”</w:t>
      </w:r>
    </w:p>
    <w:p>
      <w:r>
        <w:rPr>
          <w:rFonts w:ascii="Courier New" w:hAnsi="Courier New"/>
          <w:color w:val="555555"/>
          <w:sz w:val="20"/>
        </w:rPr>
        <w:t>[10]</w:t>
      </w:r>
    </w:p>
    <w:p>
      <w:r>
        <w:rPr>
          <w:rFonts w:ascii="Gentium Plus" w:hAnsi="Gentium Plus"/>
          <w:sz w:val="24"/>
        </w:rPr>
        <w:t>ἦ δ’ ὅς, “περιθέουσιν πελτασταὶ λαβεῖν Ἡρακλείδην ζη‐ τοῦντες, ὁ δὲ εἶναί πῃ ταύτῃ κινδυνεύει· ἀλλ’ ἡμῖν,” ἔφη,</w:t>
      </w:r>
    </w:p>
    <w:p>
      <w:r>
        <w:rPr>
          <w:rFonts w:ascii="Courier New" w:hAnsi="Courier New"/>
          <w:color w:val="555555"/>
          <w:sz w:val="20"/>
        </w:rPr>
        <w:t>[Ep . 349 a]</w:t>
      </w:r>
    </w:p>
    <w:p>
      <w:r>
        <w:rPr>
          <w:rFonts w:ascii="Gentium Plus" w:hAnsi="Gentium Plus"/>
          <w:sz w:val="24"/>
        </w:rPr>
        <w:t>“συνακολούθησον πρὸς Διονύσιον ἁπάσῃ μηχανῇ.” ᾠχόμεθα οὖν καὶ εἰσήλθομεν παρ’ αὐτόν, καὶ τὼ μὲν ἑστάτην σιγῇ δακρύοντε, ἐγὼ δὲ εἶπον· “Οἵδε πεφόβηνται μή τι σὺ παρὰ τὰ χθὲς ὡμολογημένα ποιήσῃς περὶ Ἡρακλείδην νεώτερον·</w:t>
      </w:r>
    </w:p>
    <w:p>
      <w:r>
        <w:rPr>
          <w:rFonts w:ascii="Courier New" w:hAnsi="Courier New"/>
          <w:color w:val="555555"/>
          <w:sz w:val="20"/>
        </w:rPr>
        <w:t>[5]</w:t>
      </w:r>
    </w:p>
    <w:p>
      <w:r>
        <w:rPr>
          <w:rFonts w:ascii="Gentium Plus" w:hAnsi="Gentium Plus"/>
          <w:sz w:val="24"/>
        </w:rPr>
        <w:t>δοκεῖ γάρ μοι ταύτῃ πῃ γεγονέναι φανερὸς ἀποτετραμ‐ μένος.” ὁ δὲ ἀκούσας ἀνεφλέχθη τε καὶ παντοδαπὰ χρώ‐ ματα ἧκεν, οἷ’ ἂν θυμούμενος ἀφείη· προσπεσὼν δ’ αὐτῷ</w:t>
      </w:r>
    </w:p>
    <w:p>
      <w:r>
        <w:rPr>
          <w:rFonts w:ascii="Courier New" w:hAnsi="Courier New"/>
          <w:color w:val="555555"/>
          <w:sz w:val="20"/>
        </w:rPr>
        <w:t>[Ep . 349 b]</w:t>
      </w:r>
    </w:p>
    <w:p>
      <w:r>
        <w:rPr>
          <w:rFonts w:ascii="Gentium Plus" w:hAnsi="Gentium Plus"/>
          <w:sz w:val="24"/>
        </w:rPr>
        <w:t>ὁ Θεοδότης, λαβόμενος τῆς χειρὸς ἐδάκρυσέν τε καὶ ἱκέτευεν μηδὲν τοιοῦτον ποιεῖν, ὑπολαβὼν δ’ ἐγὼ παραμυθούμενος, “Θάρρει, Θεοδότα,” ἔφην· “οὐ γὰρ τολμήσει Διονύσιος</w:t>
      </w:r>
    </w:p>
    <w:p>
      <w:r>
        <w:rPr>
          <w:rFonts w:ascii="Courier New" w:hAnsi="Courier New"/>
          <w:color w:val="555555"/>
          <w:sz w:val="20"/>
        </w:rPr>
        <w:t>[5]</w:t>
      </w:r>
    </w:p>
    <w:p>
      <w:r>
        <w:rPr>
          <w:rFonts w:ascii="Gentium Plus" w:hAnsi="Gentium Plus"/>
          <w:sz w:val="24"/>
        </w:rPr>
        <w:t>βλέψας μοι καὶ μάλα τυραννικῶς, “Σοί,” ἔφη, “ἐγὼ οὔτε τι σμικρὸν οὔτε μέγα ὡμολόγησα.” “Νὴ τοὺς θεούς,” ἦν δ’ ἐγώ, “σύ γε, ταῦτα ἃ σοῦ νῦν οὗτος δεῖται μὴ ποιεῖν·” καὶ εἰπὼν ταῦτα ἀποστρεφόμενος ᾠχόμην ἔξω. τὸ μετὰ</w:t>
      </w:r>
    </w:p>
    <w:p>
      <w:r>
        <w:rPr>
          <w:rFonts w:ascii="Courier New" w:hAnsi="Courier New"/>
          <w:color w:val="555555"/>
          <w:sz w:val="20"/>
        </w:rPr>
        <w:t>[Ep . 349 c]</w:t>
      </w:r>
    </w:p>
    <w:p>
      <w:r>
        <w:rPr>
          <w:rFonts w:ascii="Gentium Plus" w:hAnsi="Gentium Plus"/>
          <w:sz w:val="24"/>
        </w:rPr>
        <w:t>ταῦτα ὁ μὲν ἐκυνήγει τὸν Ἡρακλείδην, Θεοδότης δὲ ἀγγέλους πέμπων Ἡρακλείδῃ φεύγειν διεκελεύετο. ὁ δὲ ἐκπέμψας Τεισίαν καὶ πελταστὰς διώκειν ἐκέλευε· φθάνει δέ, ὡς ἐλέγετο, Ἡρακλείδης εἰς τὴν Καρχηδονίων ἐπικράτειαν ἐκ‐</w:t>
      </w:r>
    </w:p>
    <w:p>
      <w:r>
        <w:rPr>
          <w:rFonts w:ascii="Courier New" w:hAnsi="Courier New"/>
          <w:color w:val="555555"/>
          <w:sz w:val="20"/>
        </w:rPr>
        <w:t>[5]</w:t>
      </w:r>
    </w:p>
    <w:p>
      <w:r>
        <w:rPr>
          <w:rFonts w:ascii="Gentium Plus" w:hAnsi="Gentium Plus"/>
          <w:sz w:val="24"/>
        </w:rPr>
        <w:t>φυγὼν ἡμέρας σμικρῷ τινι μέρει. τὸ δὴ μετὰ τοῦτο ἡ πάλαι ἐπιβουλὴ Διονυσίῳ τοῦ μὴ ἀποδοῦναι τὰ Δίωνος χρήματα ἔδοξεν ἔχθρας λόγον ἔχειν ἂν πρός με πιθανόν, καὶ πρῶτον μὲν ἐκ τῆς ἀκροπόλεως ἐκπέμπει με, εὑρὼν</w:t>
      </w:r>
    </w:p>
    <w:p>
      <w:r>
        <w:rPr>
          <w:rFonts w:ascii="Courier New" w:hAnsi="Courier New"/>
          <w:color w:val="555555"/>
          <w:sz w:val="20"/>
        </w:rPr>
        <w:t>[Ep . 349 d]</w:t>
      </w:r>
    </w:p>
    <w:p>
      <w:r>
        <w:rPr>
          <w:rFonts w:ascii="Gentium Plus" w:hAnsi="Gentium Plus"/>
          <w:sz w:val="24"/>
        </w:rPr>
        <w:t>πρόφασιν ὡς τὰς γυναῖκας ἐν τῷ κήπῳ, ἐν ᾧ κατῴκουν ἐγώ, δέοι θῦσαι θυσίαν τινὰ δεχήμερον· ἔξω δή με παρ’ Ἀρχε‐ δήμῳ προσέταττεν τὸν χρόνον τοῦτον μεῖναι. ὄντος δ’ ἐμοῦ ἐκεῖ, Θεοδότης μεταπεμψάμενός με πολλὰ περὶ τῶν</w:t>
      </w:r>
    </w:p>
    <w:p>
      <w:r>
        <w:rPr>
          <w:rFonts w:ascii="Courier New" w:hAnsi="Courier New"/>
          <w:color w:val="555555"/>
          <w:sz w:val="20"/>
        </w:rPr>
        <w:t>[5]</w:t>
      </w:r>
    </w:p>
    <w:p>
      <w:r>
        <w:rPr>
          <w:rFonts w:ascii="Gentium Plus" w:hAnsi="Gentium Plus"/>
          <w:sz w:val="24"/>
        </w:rPr>
        <w:t>τότε πραχθέντων ἠγανάκτει καὶ ἐμέμφετο Διονυσίῳ· ὁ δ’ ἀκούσας ὅτι παρὰ Θεοδότην εἴην εἰσεληλυθώς, πρόφασιν</w:t>
      </w:r>
    </w:p>
    <w:p>
      <w:r>
        <w:rPr>
          <w:rFonts w:ascii="Courier New" w:hAnsi="Courier New"/>
          <w:color w:val="555555"/>
          <w:sz w:val="20"/>
        </w:rPr>
        <w:t>[Ep . 349 e]</w:t>
      </w:r>
    </w:p>
    <w:p>
      <w:r>
        <w:rPr>
          <w:rFonts w:ascii="Gentium Plus" w:hAnsi="Gentium Plus"/>
          <w:sz w:val="24"/>
        </w:rPr>
        <w:t>αὖ ταύτην ἄλλην τῆς πρὸς ἐμὲ διαφορᾶς ποιούμενος, ἀδελφὴν τῆς πρόσθεν, πέμψας τινὰ ἠρώτα με εἰ συγγιγνοίμην ὄντως μεταπεμψαμένου με Θεοδότου. κἀγώ, “Παντάπασιν,” ἔφην· ὁ δέ, “Ἐκέλευε τοίνυν,” ἔφη, “σοὶ φράζειν ὅτι καλῶς οὐδαμῇ</w:t>
      </w:r>
    </w:p>
    <w:p>
      <w:r>
        <w:rPr>
          <w:rFonts w:ascii="Courier New" w:hAnsi="Courier New"/>
          <w:color w:val="555555"/>
          <w:sz w:val="20"/>
        </w:rPr>
        <w:t>[5]</w:t>
      </w:r>
    </w:p>
    <w:p>
      <w:r>
        <w:rPr>
          <w:rFonts w:ascii="Gentium Plus" w:hAnsi="Gentium Plus"/>
          <w:sz w:val="24"/>
        </w:rPr>
        <w:t>ποιεῖς Δίωνα καὶ τοὺς Δίωνος φίλους ἀεὶ περὶ πλείονος αὐτοῦ ποιούμενος.” ταῦτ’ ἐρρήθη, καὶ οὐκέτι μετεπέμψατό με εἰς τὴν οἴκησιν πάλιν, ὡς ἤδη σαφῶς Θεοδότου μὲν ὄντος μου καὶ Ἡρακλείδου φίλου, αὐτοῦ δ’ ἐχθροῦ, καὶ οὐκ εὐνοεῖν ᾤετό με, ὅτι Δίωνι τὰ χρήματα ἔρρει παντελῶς.</w:t>
      </w:r>
    </w:p>
    <w:p>
      <w:r>
        <w:rPr>
          <w:rFonts w:ascii="Courier New" w:hAnsi="Courier New"/>
          <w:color w:val="555555"/>
          <w:sz w:val="20"/>
        </w:rPr>
        <w:t>[Ep . 350 a]</w:t>
      </w:r>
    </w:p>
    <w:p>
      <w:r>
        <w:rPr>
          <w:rFonts w:ascii="Gentium Plus" w:hAnsi="Gentium Plus"/>
          <w:sz w:val="24"/>
        </w:rPr>
        <w:t>ᾤκουν δὴ τὸ μετὰ τοῦτο ἔξω τῆς ἀκροπόλεως ἐν τοῖς μισθο‐ φόροις· προσιόντες δέ μοι ἄλλοι τε καὶ οἱ τῶν ὑπηρεσιῶν</w:t>
      </w:r>
    </w:p>
    <w:p>
      <w:r>
        <w:rPr>
          <w:rFonts w:ascii="Courier New" w:hAnsi="Courier New"/>
          <w:color w:val="555555"/>
          <w:sz w:val="20"/>
        </w:rPr>
        <w:t>[5]</w:t>
      </w:r>
    </w:p>
    <w:p>
      <w:r>
        <w:rPr>
          <w:rFonts w:ascii="Gentium Plus" w:hAnsi="Gentium Plus"/>
          <w:sz w:val="24"/>
        </w:rPr>
        <w:t>που λήψονταί με, διαφθερεῖν. μηχανῶμαι δή τινα τοιάνδε σωτηρίαν. πέμπω παρ’ Ἀρχύτην καὶ τοὺς ἄλλους φίλους εἰς Τάραντα, φράζων ἐν οἷς ὢν τυγχάνω· οἱ δὲ πρόφασίν τινα πρεσβείας πορισάμενοι παρὰ τῆς πόλεως πέμπουσιν</w:t>
      </w:r>
    </w:p>
    <w:p>
      <w:r>
        <w:rPr>
          <w:rFonts w:ascii="Courier New" w:hAnsi="Courier New"/>
          <w:color w:val="555555"/>
          <w:sz w:val="20"/>
        </w:rPr>
        <w:t>[Ep . 350 b]</w:t>
      </w:r>
    </w:p>
    <w:p>
      <w:r>
        <w:rPr>
          <w:rFonts w:ascii="Gentium Plus" w:hAnsi="Gentium Plus"/>
          <w:sz w:val="24"/>
        </w:rPr>
        <w:t>τριακόντορόν τε καὶ Λαμίσκον αὑτῶν ἕνα, ὃς ἐλθὼν ἐδεῖτο Διονυσίου περὶ ἐμοῦ, λέγων ὅτι βουλοίμην ἀπιέναι, καὶ μηδαμῶς ἄλλως ποιεῖν. ὁ δὲ συνωμολόγησεν καὶ ἀπέπεμψεν ἐφόδια δούς, τῶν Δίωνος δὲ χρημάτων οὔτ’ ἐγὼ ἔτι ἀπῄτουν</w:t>
      </w:r>
    </w:p>
    <w:p>
      <w:r>
        <w:rPr>
          <w:rFonts w:ascii="Courier New" w:hAnsi="Courier New"/>
          <w:color w:val="555555"/>
          <w:sz w:val="20"/>
        </w:rPr>
        <w:t>[5]</w:t>
      </w:r>
    </w:p>
    <w:p>
      <w:r>
        <w:rPr>
          <w:rFonts w:ascii="Gentium Plus" w:hAnsi="Gentium Plus"/>
          <w:sz w:val="24"/>
        </w:rPr>
        <w:t>οὔτε τις ἀπέδωκεν. Ἐλθὼν δὲ εἰς Πελοπόννησον εἰς Ὀλυμπίαν, Δίωνα καταλαβὼν θεωροῦντα, ἤγγελλον τὰ γεγονότα· ὁ δὲ τὸν Δία ἐπιμαρτυράμενος εὐθὺς παρήγγελλεν ἐμοὶ καὶ τοῖς ἐμοῖς</w:t>
      </w:r>
    </w:p>
    <w:p>
      <w:r>
        <w:rPr>
          <w:rFonts w:ascii="Courier New" w:hAnsi="Courier New"/>
          <w:color w:val="555555"/>
          <w:sz w:val="20"/>
        </w:rPr>
        <w:t>[Ep . 350 c]</w:t>
      </w:r>
    </w:p>
    <w:p>
      <w:r>
        <w:rPr>
          <w:rFonts w:ascii="Gentium Plus" w:hAnsi="Gentium Plus"/>
          <w:sz w:val="24"/>
        </w:rPr>
        <w:t>οἰκείοις καὶ φίλοις παρασκευάζεσθαι τιμωρεῖσθαι Διονύσιον, ἡμᾶς μὲν ξεναπατίας χάριν—οὕτω γὰρ ἔλεγέν τε καὶ ἐνόει— αὐτὸν δ’ ἐκβολῆς ἀδίκου καὶ φυγῆς. ἀκούσας δ’ ἐγὼ τοὺς μὲν φίλους παρακαλεῖν αὐτὸν ἐκέλευον, εἰ βούλοιντο· “Ἐμὲ</w:t>
      </w:r>
    </w:p>
    <w:p>
      <w:r>
        <w:rPr>
          <w:rFonts w:ascii="Courier New" w:hAnsi="Courier New"/>
          <w:color w:val="555555"/>
          <w:sz w:val="20"/>
        </w:rPr>
        <w:t>[5]</w:t>
      </w:r>
    </w:p>
    <w:p>
      <w:r>
        <w:rPr>
          <w:rFonts w:ascii="Gentium Plus" w:hAnsi="Gentium Plus"/>
          <w:sz w:val="24"/>
        </w:rPr>
        <w:t>δ’” εἶπον ὅτι “σὺ μετὰ τῶν ἄλλων βίᾳ τινὰ τρόπον σύσ‐ σιτον καὶ συνέστιον καὶ κοινωνὸν ἱερῶν Διονυσίῳ ἐποίησας, ὃς ἴσως ἡγεῖτο διαβαλλόντων πολλῶν ἐπιβουλεύειν ἐμὲ μετὰ σοῦ ἑαυτῷ καὶ τῇ τυραννίδι, καὶ ὅμως οὐκ ἀπέκτεινεν,</w:t>
      </w:r>
    </w:p>
    <w:p>
      <w:r>
        <w:rPr>
          <w:rFonts w:ascii="Courier New" w:hAnsi="Courier New"/>
          <w:color w:val="555555"/>
          <w:sz w:val="20"/>
        </w:rPr>
        <w:t>[Ep . 350 d]</w:t>
      </w:r>
    </w:p>
    <w:p>
      <w:r>
        <w:rPr>
          <w:rFonts w:ascii="Gentium Plus" w:hAnsi="Gentium Plus"/>
          <w:sz w:val="24"/>
        </w:rPr>
        <w:t>ᾐδέσθη δέ. οὔτ’ οὖν ἡλικίαν ἔχω συμπολεμεῖν ἔτι σχεδὸν οὐδενί, κοινός τε ὑμῖν εἰμι, ἄν ποτέ τι πρὸς ἀλλήλους δεη‐ θέντες φιλίας ἀγαθόν τι ποιεῖν βουληθῆτε· κακὰ δὲ ἕως ἂν ἐπιθυμῆτε, ἄλλους παρακαλεῖτε.” ταῦτα εἶπον μεμισηκὼς</w:t>
      </w:r>
    </w:p>
    <w:p>
      <w:r>
        <w:rPr>
          <w:rFonts w:ascii="Courier New" w:hAnsi="Courier New"/>
          <w:color w:val="555555"/>
          <w:sz w:val="20"/>
        </w:rPr>
        <w:t>[5]</w:t>
      </w:r>
    </w:p>
    <w:p>
      <w:r>
        <w:rPr>
          <w:rFonts w:ascii="Gentium Plus" w:hAnsi="Gentium Plus"/>
          <w:sz w:val="24"/>
        </w:rPr>
        <w:t>τὴν περὶ Σικελίαν πλάνην καὶ ἀτυχίαν· ἀπειθοῦντες δὲ καὶ οὐ πειθόμενοι ταῖς ὑπ’ ἐμοῦ διαλλάξεσιν πάντων τῶν νῦν γεγονότων κακῶν αὐτοὶ αἴτιοι ἐγένοντο αὑτοῖς, ὧν, εἰ Διονύ‐</w:t>
      </w:r>
    </w:p>
    <w:p>
      <w:r>
        <w:rPr>
          <w:rFonts w:ascii="Courier New" w:hAnsi="Courier New"/>
          <w:color w:val="555555"/>
          <w:sz w:val="20"/>
        </w:rPr>
        <w:t>[Ep . 350 e]</w:t>
      </w:r>
    </w:p>
    <w:p>
      <w:r>
        <w:rPr>
          <w:rFonts w:ascii="Gentium Plus" w:hAnsi="Gentium Plus"/>
          <w:sz w:val="24"/>
        </w:rPr>
        <w:t>σιος ἀπέδωκεν τὰ χρήματα Δίωνι ἢ καὶ παντάπασι κατηλλάγη, οὐκ ἄν ποτε ἐγένετο οὐδέν, ὅσα γε δὴ τἀνθρώπινα—Δίωνα γὰρ ἐγὼ καὶ τῷ βούλεσθαι καὶ τῷ δύνασθαι κατεῖχον ἂν ῥᾳδίως—νῦν δὲ ὁρμήσαντες ἐπ’ ἀλλήλους κακῶν πάντα ἐμ‐</w:t>
      </w:r>
    </w:p>
    <w:p>
      <w:r>
        <w:rPr>
          <w:rFonts w:ascii="Courier New" w:hAnsi="Courier New"/>
          <w:color w:val="555555"/>
          <w:sz w:val="20"/>
        </w:rPr>
        <w:t>[Ep . 351 a]</w:t>
      </w:r>
    </w:p>
    <w:p>
      <w:r>
        <w:rPr>
          <w:rFonts w:ascii="Gentium Plus" w:hAnsi="Gentium Plus"/>
          <w:sz w:val="24"/>
        </w:rPr>
        <w:t>πεπλήκασιν. καίτοι τήν γε αὐτὴν Δίων εἶχεν βούλησιν ἥνπερ ἂν ἐγὼ φαίην δεῖν ἐμὲ καὶ ἄλλον, ὅστις μέτριος, περί τε τῆς αὑτοῦ δυνάμεως καὶ φίλων καὶ περὶ πόλεως τῆς αὑτοῦ διανοοῖτ’ ἂν εὐεργετῶν ἐν δυνάμει καὶ τιμαῖσιν</w:t>
      </w:r>
    </w:p>
    <w:p>
      <w:r>
        <w:rPr>
          <w:rFonts w:ascii="Courier New" w:hAnsi="Courier New"/>
          <w:color w:val="555555"/>
          <w:sz w:val="20"/>
        </w:rPr>
        <w:t>[5]</w:t>
      </w:r>
    </w:p>
    <w:p>
      <w:r>
        <w:rPr>
          <w:rFonts w:ascii="Gentium Plus" w:hAnsi="Gentium Plus"/>
          <w:sz w:val="24"/>
        </w:rPr>
        <w:t>γενέσθαι τὰ μέγιστα ἐν ταῖς μεγίσταις. ἔστιν δὲ οὐκ ἄν τις πλούσιον ἑαυτὸν ποιήσῃ καὶ ἑταίρους καὶ πόλιν, ἐπι‐ βουλεύσας καὶ συνωμότας συναγαγών, πένης ὢν καὶ ἑαυτοῦ μὴ κρατῶν, ὑπὸ δειλίας τῆς πρὸς τὰς ἡδονὰς ἡττημένος,</w:t>
      </w:r>
    </w:p>
    <w:p>
      <w:r>
        <w:rPr>
          <w:rFonts w:ascii="Courier New" w:hAnsi="Courier New"/>
          <w:color w:val="555555"/>
          <w:sz w:val="20"/>
        </w:rPr>
        <w:t>[Ep . 351 b]</w:t>
      </w:r>
    </w:p>
    <w:p>
      <w:r>
        <w:rPr>
          <w:rFonts w:ascii="Gentium Plus" w:hAnsi="Gentium Plus"/>
          <w:sz w:val="24"/>
        </w:rPr>
        <w:t>εἶτα τοὺς τὰς οὐσίας κεκτημένους ἀποκτείνας, ἐχθροὺς καλῶν τούτους, διαφορῇ τὰ τούτων χρήματα καὶ τοῖς συνεργοῖς τε καὶ ἑταίροις παρακελεύηται ὅπως μηδεὶς αὐτῷ ἐγκαλεῖ πένης φάσκων εἶναι· ταὐτὸν δὲ καὶ τὴν πόλιν ἂν οὕτω τις εὐερ‐</w:t>
      </w:r>
    </w:p>
    <w:p>
      <w:r>
        <w:rPr>
          <w:rFonts w:ascii="Courier New" w:hAnsi="Courier New"/>
          <w:color w:val="555555"/>
          <w:sz w:val="20"/>
        </w:rPr>
        <w:t>[5]</w:t>
      </w:r>
    </w:p>
    <w:p>
      <w:r>
        <w:rPr>
          <w:rFonts w:ascii="Gentium Plus" w:hAnsi="Gentium Plus"/>
          <w:sz w:val="24"/>
        </w:rPr>
        <w:t>γετῶν τιμᾶται ὑπ’ αὐτῆς, τοῖς πολλοῖς τὰ τῶν ὀλίγων ὑπὸ ψηφισμάτων διανέμων, ἢ μεγάλης προεστὼς πόλεως καὶ πολλῶν ἀρχούσης ἐλαττόνων, τῇ ἑαυτοῦ πόλει τὰ τῶν σμι‐</w:t>
      </w:r>
    </w:p>
    <w:p>
      <w:r>
        <w:rPr>
          <w:rFonts w:ascii="Courier New" w:hAnsi="Courier New"/>
          <w:color w:val="555555"/>
          <w:sz w:val="20"/>
        </w:rPr>
        <w:t>[Ep . 351 c]</w:t>
      </w:r>
    </w:p>
    <w:p>
      <w:r>
        <w:rPr>
          <w:rFonts w:ascii="Gentium Plus" w:hAnsi="Gentium Plus"/>
          <w:sz w:val="24"/>
        </w:rPr>
        <w:t>κροτέρων χρήματα διανέμῃ μὴ κατὰ δίκην. οὕτω μὲν γὰρ οὔτε Δίων οὔτε ἄλλος ποτὲ οὐδεὶς ἐπὶ δύναμιν ἑκὼν εἶσιν ἀλιτηριώδη ἑαυτῷ τε καὶ γένει εἰς τὸν ἀεὶ χρόνον, ἐπὶ πολι‐ τείαν δὲ καὶ νόμων κατασκευὴν τῶν δικαιοτάτων τε καὶ</w:t>
      </w:r>
    </w:p>
    <w:p>
      <w:r>
        <w:rPr>
          <w:rFonts w:ascii="Courier New" w:hAnsi="Courier New"/>
          <w:color w:val="555555"/>
          <w:sz w:val="20"/>
        </w:rPr>
        <w:t>[5]</w:t>
      </w:r>
    </w:p>
    <w:p>
      <w:r>
        <w:rPr>
          <w:rFonts w:ascii="Gentium Plus" w:hAnsi="Gentium Plus"/>
          <w:sz w:val="24"/>
        </w:rPr>
        <w:t>ἀρίστων, οὔ τι δι’ ὀλιγίστων θανάτων καὶ φόνων γιγνο‐ μένην· ἃ δὴ Δίων νῦν πράττων, προτιμήσας τὸ πάσχειν ἀνόσια τοῦ δρᾶσαι πρότερον, διευλαβούμενος δὲ μὴ παθεῖν, ὅμως ἔπταισεν ἐπ’ ἄκρον ἐλθὼν τοῦ περιγενέσθαι τῶν</w:t>
      </w:r>
    </w:p>
    <w:p>
      <w:r>
        <w:rPr>
          <w:rFonts w:ascii="Courier New" w:hAnsi="Courier New"/>
          <w:color w:val="555555"/>
          <w:sz w:val="20"/>
        </w:rPr>
        <w:t>[Ep . 351 d]</w:t>
      </w:r>
    </w:p>
    <w:p>
      <w:r>
        <w:rPr>
          <w:rFonts w:ascii="Gentium Plus" w:hAnsi="Gentium Plus"/>
          <w:sz w:val="24"/>
        </w:rPr>
        <w:t>ἐχθρῶν, θαυμαστὸν παθὼν οὐδέν. ὅσιος γὰρ ἄνθρωπος</w:t>
      </w:r>
    </w:p>
    <w:p>
      <w:r>
        <w:rPr>
          <w:rFonts w:ascii="Courier New" w:hAnsi="Courier New"/>
          <w:color w:val="555555"/>
          <w:sz w:val="20"/>
        </w:rPr>
        <w:t>[5]</w:t>
      </w:r>
    </w:p>
    <w:p>
      <w:r>
        <w:rPr>
          <w:rFonts w:ascii="Gentium Plus" w:hAnsi="Gentium Plus"/>
          <w:sz w:val="24"/>
        </w:rPr>
        <w:t>μὲν ἐσόμενος οὐκ ἂν πάνυ λάθοι, χειμώνων δὲ ἐξαίσιον καὶ ἀπροσδόκητον μέγεθος λάθοι τ’ ἂν καὶ λαθὸν κατακλύσειεν βίᾳ. ταὐτὸν δὴ καὶ Δίωνα ἔσφηλεν· κακοὶ μὲν γὰρ ὄντες αὐ‐ τὸν σφόδρα οὐκ ἔλαθον οἱ σφήλαντες, ὅσον δὲ ὕψος ἀμαθίας</w:t>
      </w:r>
    </w:p>
    <w:p>
      <w:r>
        <w:rPr>
          <w:rFonts w:ascii="Courier New" w:hAnsi="Courier New"/>
          <w:color w:val="555555"/>
          <w:sz w:val="20"/>
        </w:rPr>
        <w:t>[Ep . 351 e]</w:t>
      </w:r>
    </w:p>
    <w:p>
      <w:r>
        <w:rPr>
          <w:rFonts w:ascii="Gentium Plus" w:hAnsi="Gentium Plus"/>
          <w:sz w:val="24"/>
        </w:rPr>
        <w:t>εἶχον καὶ τῆς ἄλλης μοχθηρίας τε καὶ λαιμαργίας, ἔλαθον, ᾧ δὴ σφαλεὶς κεῖται, Σικελίαν πένθει περιβαλὼν μυρίῳ.</w:t>
      </w:r>
    </w:p>
    <w:p>
      <w:r>
        <w:rPr>
          <w:rFonts w:ascii="Courier New" w:hAnsi="Courier New"/>
          <w:color w:val="555555"/>
          <w:sz w:val="20"/>
        </w:rPr>
        <w:t>[Ep . 352 a]</w:t>
      </w:r>
    </w:p>
    <w:p>
      <w:r>
        <w:rPr>
          <w:rFonts w:ascii="Gentium Plus" w:hAnsi="Gentium Plus"/>
          <w:sz w:val="24"/>
        </w:rPr>
        <w:t>Τὰ δὴ μετὰ τὰ νῦν ῥηθέντα ἃ συμβουλεύω, σχεδὸν εἴρηταί τέ μοι καὶ εἰρήσθω· ὧν δ’ ἐπανέλαβον ἕνεκα τὴν εἰς Σικε‐ λίαν ἄφιξιν τὴν δευτέραν, ἀναγκαῖον εἶναι ἔδοξέ μοι ῥηθῆναι δεῖν διὰ τὴν ἀτοπίαν καὶ ἀλογίαν τῶν γενομένων. εἰ δ’ ἄρα</w:t>
      </w:r>
    </w:p>
    <w:p>
      <w:r>
        <w:rPr>
          <w:rFonts w:ascii="Courier New" w:hAnsi="Courier New"/>
          <w:color w:val="555555"/>
          <w:sz w:val="20"/>
        </w:rPr>
        <w:t>[5]</w:t>
      </w:r>
    </w:p>
    <w:p>
      <w:r>
        <w:rPr>
          <w:rFonts w:ascii="Gentium Plus" w:hAnsi="Gentium Plus"/>
          <w:sz w:val="24"/>
        </w:rPr>
        <w:t>τινὶ νῦν ῥηθέντα εὐλογώτερα ἐφάνη καὶ προφάσεις πρὸς τὰ γενόμενα ἱκανὰς ἔχειν ἔδοξέν τῳ, μετρίως ἂν ἡμῖν καὶ ἱκανῶς εἴη τὰ νῦν εἰρημένα.</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[Ep . 352 b]</w:t>
      </w:r>
    </w:p>
    <w:p>
      <w:r>
        <w:rPr>
          <w:rFonts w:ascii="Gentium Plus" w:hAnsi="Gentium Plus"/>
          <w:sz w:val="24"/>
        </w:rPr>
        <w:t>Πλάτων τοῖς Δίωνος οἰκείοις τε καὶ ἑταίροις εὖ πράττειν. Ἃ δ’ ἂν διανοηθέντες μάλιστα εὖ πράττοιτε ὄντως, πειρά‐ σομαι ταῦθ’ ὑμῖν κατὰ δύναμιν διεξελθεῖν. ἐλπίζω δὲ οὐχ</w:t>
      </w:r>
    </w:p>
    <w:p>
      <w:r>
        <w:rPr>
          <w:rFonts w:ascii="Courier New" w:hAnsi="Courier New"/>
          <w:color w:val="555555"/>
          <w:sz w:val="20"/>
        </w:rPr>
        <w:t>[5]</w:t>
      </w:r>
    </w:p>
    <w:p>
      <w:r>
        <w:rPr>
          <w:rFonts w:ascii="Gentium Plus" w:hAnsi="Gentium Plus"/>
          <w:sz w:val="24"/>
        </w:rPr>
        <w:t>ὑμῖν μόνοις συμβουλεύσειν τὰ συμφέροντα, μάλιστά γε μὴν</w:t>
      </w:r>
    </w:p>
    <w:p>
      <w:r>
        <w:rPr>
          <w:rFonts w:ascii="Courier New" w:hAnsi="Courier New"/>
          <w:color w:val="555555"/>
          <w:sz w:val="20"/>
        </w:rPr>
        <w:t>[Ep . 352 c]</w:t>
      </w:r>
    </w:p>
    <w:p>
      <w:r>
        <w:rPr>
          <w:rFonts w:ascii="Gentium Plus" w:hAnsi="Gentium Plus"/>
          <w:sz w:val="24"/>
        </w:rPr>
        <w:t>ὑμῖν, καὶ δευτέροις πᾶσιν τοῖς ἐν Συρακούσαις, τρίτοις δὲ ὑμῶν καὶ τοῖς ἐχθροῖς καὶ πολεμίοις, πλὴν εἴ τις αὐτῶν ἀνοσιουργὸς γέγονεν· ταῦτα γὰρ ἀνίατα καὶ οὐκ ἄν ποτέ τις αὐτὰ ἐκνίψειν. νοήσατε δὲ ἃ λέγω νῦν.</w:t>
      </w:r>
    </w:p>
    <w:p>
      <w:r>
        <w:rPr>
          <w:rFonts w:ascii="Courier New" w:hAnsi="Courier New"/>
          <w:color w:val="555555"/>
          <w:sz w:val="20"/>
        </w:rPr>
        <w:t>[5]</w:t>
      </w:r>
    </w:p>
    <w:p>
      <w:r>
        <w:rPr>
          <w:rFonts w:ascii="Gentium Plus" w:hAnsi="Gentium Plus"/>
          <w:sz w:val="24"/>
        </w:rPr>
        <w:t>Ἔσθ’ ὑμῖν κατὰ Σικελίαν πᾶσαν λελυμένης τῆς τυραν‐ νίδος πᾶσα μάχη περὶ αὐτῶν τούτων, τῶν μὲν βουλομένων ἀναλαβεῖν πάλιν τὴν ἀρχήν, τῶν δὲ τῇ τῆς τυραννίδος ἀπο‐ φυγῇ τέλος ἐπιθεῖναι. συμβουλὴ δὴ περὶ τῶν τοιούτων</w:t>
      </w:r>
    </w:p>
    <w:p>
      <w:r>
        <w:rPr>
          <w:rFonts w:ascii="Courier New" w:hAnsi="Courier New"/>
          <w:color w:val="555555"/>
          <w:sz w:val="20"/>
        </w:rPr>
        <w:t>[Ep . 352 d]</w:t>
      </w:r>
    </w:p>
    <w:p>
      <w:r>
        <w:rPr>
          <w:rFonts w:ascii="Gentium Plus" w:hAnsi="Gentium Plus"/>
          <w:sz w:val="24"/>
        </w:rPr>
        <w:t>ὀρθὴ δοκεῖ ἑκάστοτε τοῖς πολλοῖς εἶναι ταῦτα συμβουλεύειν δεῖν ἃ τοὺς μὲν πολεμίους ὡς πλεῖστα κακὰ ἐξεργάσεται, τοὺς δὲ φίλους ὡς πλεῖστα ἀγαθά· τὸ δὲ οὐδαμῶς ῥᾴδιον πολλὰ κακὰ δρῶντα τοὺς ἄλλους μὴ οὐ καὶ πάσχειν αὐτὸν</w:t>
      </w:r>
    </w:p>
    <w:p>
      <w:r>
        <w:rPr>
          <w:rFonts w:ascii="Courier New" w:hAnsi="Courier New"/>
          <w:color w:val="555555"/>
          <w:sz w:val="20"/>
        </w:rPr>
        <w:t>[5]</w:t>
      </w:r>
    </w:p>
    <w:p>
      <w:r>
        <w:rPr>
          <w:rFonts w:ascii="Gentium Plus" w:hAnsi="Gentium Plus"/>
          <w:sz w:val="24"/>
        </w:rPr>
        <w:t>πολλὰ ἕτερα. δεῖ δὲ οὐ μακρὰν ἐλθόντας ποι τὰ τοιαῦτα ἐναργῶς ἰδεῖν, ἀλλ’ ὅσα νῦν γέγονεν τῇδε, αὐτοῦ περὶ Σικελίαν, τῶν μὲν ἐπιχειρούντων δρᾶν, τῶν δὲ ἀμύνασθαι</w:t>
      </w:r>
    </w:p>
    <w:p>
      <w:r>
        <w:rPr>
          <w:rFonts w:ascii="Courier New" w:hAnsi="Courier New"/>
          <w:color w:val="555555"/>
          <w:sz w:val="20"/>
        </w:rPr>
        <w:t>[Ep . 352 e]</w:t>
      </w:r>
    </w:p>
    <w:p>
      <w:r>
        <w:rPr>
          <w:rFonts w:ascii="Gentium Plus" w:hAnsi="Gentium Plus"/>
          <w:sz w:val="24"/>
        </w:rPr>
        <w:t>τοὺς δρῶντας· ἃ κἂν ἄλλοις μυθολογοῦντες ἱκανοὶ γίγνοισθ’ ἂν ἑκάστοτε διδάσκαλοι. τούτων μὲν δὴ σχεδὸν οὐκ ἀπορία· τῶν δὲ ὅσα γένοιτ’ ἂν ἢ πᾶσιν συμφέροντα ἐχθροῖς τε καὶ φίλοις ἢ ὅτι σμικρότατα κακὰ ἀμφοῖν, ταῦτα οὔτε ῥᾴδιον</w:t>
      </w:r>
    </w:p>
    <w:p>
      <w:r>
        <w:rPr>
          <w:rFonts w:ascii="Courier New" w:hAnsi="Courier New"/>
          <w:color w:val="555555"/>
          <w:sz w:val="20"/>
        </w:rPr>
        <w:t>[5]</w:t>
      </w:r>
    </w:p>
    <w:p>
      <w:r>
        <w:rPr>
          <w:rFonts w:ascii="Gentium Plus" w:hAnsi="Gentium Plus"/>
          <w:sz w:val="24"/>
        </w:rPr>
        <w:t>ὁρᾶν οὔτε ἰδόντα ἐπιτελεῖν, εὐχῇ δὲ προσέοικεν ἡ τοιαύτη συμβουλή τε καὶ ἐπιχείρησις τοῦ λόγου. ἔστω δὴ παντά‐</w:t>
      </w:r>
    </w:p>
    <w:p>
      <w:r>
        <w:rPr>
          <w:rFonts w:ascii="Courier New" w:hAnsi="Courier New"/>
          <w:color w:val="555555"/>
          <w:sz w:val="20"/>
        </w:rPr>
        <w:t>[Ep . 353 a]</w:t>
      </w:r>
    </w:p>
    <w:p>
      <w:r>
        <w:rPr>
          <w:rFonts w:ascii="Gentium Plus" w:hAnsi="Gentium Plus"/>
          <w:sz w:val="24"/>
        </w:rPr>
        <w:t>πασι μὲν εὐχή τις—ἀπὸ γὰρ θεῶν χρὴ πάντα ἀρχόμενον ἀεὶ λέγειν τε καὶ νοεῖν—ἐπιτελὴς δ’ εἴη σημαίνουσα ἡμῖν τοιόνδε τινὰ λόγον· Νῦν ὑμῖν καὶ τοῖς πολεμίοις σχεδόν, ἐξ οὗπερ γέγονεν ὁ πόλεμος, συγγένεια ἄρχει μία διὰ τέλους, ἥν</w:t>
      </w:r>
    </w:p>
    <w:p>
      <w:r>
        <w:rPr>
          <w:rFonts w:ascii="Courier New" w:hAnsi="Courier New"/>
          <w:color w:val="555555"/>
          <w:sz w:val="20"/>
        </w:rPr>
        <w:t>[5]</w:t>
      </w:r>
    </w:p>
    <w:p>
      <w:r>
        <w:rPr>
          <w:rFonts w:ascii="Gentium Plus" w:hAnsi="Gentium Plus"/>
          <w:sz w:val="24"/>
        </w:rPr>
        <w:t>ποτε κατέστησαν οἱ πατέρες ὑμῶν ἐς ἀπορίαν ἐλθόντες τὴν ἅπασαν, τόθ’ ὅτε κίνδυνος ἐγένετο ἔσχατος Σικελίᾳ τῇ τῶν Ἑλλήνων ὑπὸ Καρχηδονίων ἀνάστατον ὅλην ἐκβαρβαρω‐ θεῖσαν γενέσθαι. τότε γὰρ εἵλοντο Διονύσιον μὲν ὡς νέον</w:t>
      </w:r>
    </w:p>
    <w:p>
      <w:r>
        <w:rPr>
          <w:rFonts w:ascii="Courier New" w:hAnsi="Courier New"/>
          <w:color w:val="555555"/>
          <w:sz w:val="20"/>
        </w:rPr>
        <w:t>[Ep . 353 b]</w:t>
      </w:r>
    </w:p>
    <w:p>
      <w:r>
        <w:rPr>
          <w:rFonts w:ascii="Gentium Plus" w:hAnsi="Gentium Plus"/>
          <w:sz w:val="24"/>
        </w:rPr>
        <w:t>καὶ πολεμικὸν ἐπὶ τὰς τοῦ πολέμου πρεπούσας αὐτῷ πράξεις, σύμβουλον δὲ καὶ πρεσβύτερον Ἱππαρῖνον, ἐπὶ σωτηρίᾳ τῆς Σικελίας αὐτοκράτορας, ὥς φασιν, τυράννους ἐπονομά‐ ζοντες. καὶ εἴτε δὴ θείαν τις ἡγεῖσθαι βούλεται τύχην καὶ</w:t>
      </w:r>
    </w:p>
    <w:p>
      <w:r>
        <w:rPr>
          <w:rFonts w:ascii="Courier New" w:hAnsi="Courier New"/>
          <w:color w:val="555555"/>
          <w:sz w:val="20"/>
        </w:rPr>
        <w:t>[5]</w:t>
      </w:r>
    </w:p>
    <w:p>
      <w:r>
        <w:rPr>
          <w:rFonts w:ascii="Gentium Plus" w:hAnsi="Gentium Plus"/>
          <w:sz w:val="24"/>
        </w:rPr>
        <w:t>θεὸν εἴτε τὴν τῶν ἀρχόντων ἀρετὴν εἴτε καὶ τὸ συναμφό‐ τερον μετὰ τῶν τότε πολιτῶν τῆς σωτηρίας αἰτίαν συμβῆναι γενομένην, ἔστω ταύτῃ ὅπῃ τις ὑπολαμβάνει· σωτηρία δ’ οὖν οὕτως συνέβη τοῖς τότε γενομένοις. τοιούτων οὖν</w:t>
      </w:r>
    </w:p>
    <w:p>
      <w:r>
        <w:rPr>
          <w:rFonts w:ascii="Courier New" w:hAnsi="Courier New"/>
          <w:color w:val="555555"/>
          <w:sz w:val="20"/>
        </w:rPr>
        <w:t>[Ep . 353 c]</w:t>
      </w:r>
    </w:p>
    <w:p>
      <w:r>
        <w:rPr>
          <w:rFonts w:ascii="Gentium Plus" w:hAnsi="Gentium Plus"/>
          <w:sz w:val="24"/>
        </w:rPr>
        <w:t>αὐτῶν γεγονότων, δίκαιόν που τοῖς σώσασιν πάντας χάριν ἔχειν· εἰ δέ τι τὸν μετέπειτα χρόνον ἡ τυραννὶς οὐκ ὀρθῶς τῇ τῆς πόλεως δωρεᾷ κατακέχρηται, τούτων δίκας τὰς μὲν ἔχει, τὰς δὲ τινέτω. τίνες οὖν δὴ δίκαι ἀναγκαίως ὀρθαὶ</w:t>
      </w:r>
    </w:p>
    <w:p>
      <w:r>
        <w:rPr>
          <w:rFonts w:ascii="Courier New" w:hAnsi="Courier New"/>
          <w:color w:val="555555"/>
          <w:sz w:val="20"/>
        </w:rPr>
        <w:t>[5]</w:t>
      </w:r>
    </w:p>
    <w:p>
      <w:r>
        <w:rPr>
          <w:rFonts w:ascii="Gentium Plus" w:hAnsi="Gentium Plus"/>
          <w:sz w:val="24"/>
        </w:rPr>
        <w:t>γίγνοιντ’ ἂν ἐκ τῶν ὑπαρχόντων αὐτοῖς; εἰ μὲν ῥᾳδίως ὑμεῖς ἀποφυγεῖν οἷοί τ’ ἦτε αὐτοὺς καὶ ἄνευ μεγάλων κινδύνων καὶ πόνων, ἢ ’κεῖνοι ἑλεῖν εὐπετῶς πάλιν τὴν ἀρχήν, οὐδ’ ἂν συμβουλεύειν οἷόν τ’ ἦν τὰ μέλλοντα ῥηθήσεσθαι· νῦν</w:t>
      </w:r>
    </w:p>
    <w:p>
      <w:r>
        <w:rPr>
          <w:rFonts w:ascii="Courier New" w:hAnsi="Courier New"/>
          <w:color w:val="555555"/>
          <w:sz w:val="20"/>
        </w:rPr>
        <w:t>[Ep . 353 d]</w:t>
      </w:r>
    </w:p>
    <w:p>
      <w:r>
        <w:rPr>
          <w:rFonts w:ascii="Gentium Plus" w:hAnsi="Gentium Plus"/>
          <w:sz w:val="24"/>
        </w:rPr>
        <w:t>δ’ ἐννοεῖν ὑμᾶς ἀμφοτέρους χρεὼν καὶ ἀναμιμνῄσκεσθαι ποσάκις ἐν ἐλπίδι ἑκάτεροι γεγόνατε τοῦ νῦν οἴεσθαι σχεδὸν ἀεί τινος σμικροῦ ἐπιδεεῖς εἶναι τὸ μὴ πάντα κατὰ νοῦν πράττειν, καὶ δὴ καὶ ὅτι τὸ σμικρὸν τοῦτο μεγάλων καὶ</w:t>
      </w:r>
    </w:p>
    <w:p>
      <w:r>
        <w:rPr>
          <w:rFonts w:ascii="Courier New" w:hAnsi="Courier New"/>
          <w:color w:val="555555"/>
          <w:sz w:val="20"/>
        </w:rPr>
        <w:t>[5]</w:t>
      </w:r>
    </w:p>
    <w:p>
      <w:r>
        <w:rPr>
          <w:rFonts w:ascii="Gentium Plus" w:hAnsi="Gentium Plus"/>
          <w:sz w:val="24"/>
        </w:rPr>
        <w:t>μυρίων κακῶν αἴτιον ἑκάστοτε συμβαίνει γιγνόμενον, καὶ πέρας οὐδέν ποτε τελεῖται, συνάπτει δὲ ἀεὶ παλαιὰ τελευτὴ δοκοῦσα ἀρχῇ φυομένῃ νέᾳ, διολέσθαι δ’ ὑπὸ τοῦ κύκλου</w:t>
      </w:r>
    </w:p>
    <w:p>
      <w:r>
        <w:rPr>
          <w:rFonts w:ascii="Courier New" w:hAnsi="Courier New"/>
          <w:color w:val="555555"/>
          <w:sz w:val="20"/>
        </w:rPr>
        <w:t>[Ep . 353 e]</w:t>
      </w:r>
    </w:p>
    <w:p>
      <w:r>
        <w:rPr>
          <w:rFonts w:ascii="Gentium Plus" w:hAnsi="Gentium Plus"/>
          <w:sz w:val="24"/>
        </w:rPr>
        <w:t>τούτου κινδυνεύσει καὶ τὸ τυραννικὸν ἅπαν καὶ τὸ δημοτικὸν γένος, ἥξει δέ, ἐάνπερ τῶν εἰκότων γίγνηταί τι καὶ ἀπευκ‐ τῶν, σχεδὸν εἰς ἐρημίαν τῆς Ἑλληνικῆς φωνῆς Σικελία πᾶσα, Φοινίκων ἢ Ὀπικῶν μεταβαλοῦσα εἴς τινα δυναστείαν</w:t>
      </w:r>
    </w:p>
    <w:p>
      <w:r>
        <w:rPr>
          <w:rFonts w:ascii="Courier New" w:hAnsi="Courier New"/>
          <w:color w:val="555555"/>
          <w:sz w:val="20"/>
        </w:rPr>
        <w:t>[5]</w:t>
      </w:r>
    </w:p>
    <w:p>
      <w:r>
        <w:rPr>
          <w:rFonts w:ascii="Gentium Plus" w:hAnsi="Gentium Plus"/>
          <w:sz w:val="24"/>
        </w:rPr>
        <w:t>καὶ κράτος. τούτων δὴ χρὴ πάσῃ προθυμίᾳ πάντας τοὺς Ἕλληνας τέμνειν φάρμακον. εἰ μὲν δή τις ὀρθότερον ἄμει‐ νόν τ’ ἔχει τοῦ ὑπ’ ἐμοῦ ῥηθησομένου, ἐνεγκὼν εἰς τὸ μέσον</w:t>
      </w:r>
    </w:p>
    <w:p>
      <w:r>
        <w:rPr>
          <w:rFonts w:ascii="Courier New" w:hAnsi="Courier New"/>
          <w:color w:val="555555"/>
          <w:sz w:val="20"/>
        </w:rPr>
        <w:t>[Ep . 354 a]</w:t>
      </w:r>
    </w:p>
    <w:p>
      <w:r>
        <w:rPr>
          <w:rFonts w:ascii="Gentium Plus" w:hAnsi="Gentium Plus"/>
          <w:sz w:val="24"/>
        </w:rPr>
        <w:t>ὀρθότατα φιλέλλην ἂν λεχθείη· ὃ δέ μοι φαίνεταί πῃ τὰ νῦν, ἐγὼ πειράσομαι πάσῃ παρρησίᾳ καὶ κοινῷ τινι δικαίῳ λόγῳ χρώμενος δηλοῦν. λέγω γὰρ δὴ διαιτητοῦ τινα τρόπον διαλεγόμενος ὡς δυοῖν, τυραννεύσαντί τε καὶ τυραννευθέντι,</w:t>
      </w:r>
    </w:p>
    <w:p>
      <w:r>
        <w:rPr>
          <w:rFonts w:ascii="Courier New" w:hAnsi="Courier New"/>
          <w:color w:val="555555"/>
          <w:sz w:val="20"/>
        </w:rPr>
        <w:t>[5]</w:t>
      </w:r>
    </w:p>
    <w:p>
      <w:r>
        <w:rPr>
          <w:rFonts w:ascii="Gentium Plus" w:hAnsi="Gentium Plus"/>
          <w:sz w:val="24"/>
        </w:rPr>
        <w:t>ὡς ἑνὶ ἑκατέρῳ παλαιὰν ἐμὴν συμβουλήν· καὶ νῦν δὲ ὅ γ’ ἐμὸς λόγος ἂν εἴη σύμβουλος τυράννῳ παντὶ φεύγειν μὲν τοὔνομά τε καὶ τοὖργον τοῦτο, εἰς βασιλείαν δέ, εἰ δυνατὸν</w:t>
      </w:r>
    </w:p>
    <w:p>
      <w:r>
        <w:rPr>
          <w:rFonts w:ascii="Courier New" w:hAnsi="Courier New"/>
          <w:color w:val="555555"/>
          <w:sz w:val="20"/>
        </w:rPr>
        <w:t>[Ep . 354 b]</w:t>
      </w:r>
    </w:p>
    <w:p>
      <w:r>
        <w:rPr>
          <w:rFonts w:ascii="Gentium Plus" w:hAnsi="Gentium Plus"/>
          <w:sz w:val="24"/>
        </w:rPr>
        <w:t>εἴη, μεταβαλεῖν. δυνατὸν δέ, ὡς ἔδειξεν ἔργῳ σοφὸς ἀνὴρ καὶ ἀγαθὸς Λυκοῦργος, ὃς ἰδὼν τὸ τῶν οἰκείων γένος ἐν Ἄργει καὶ Μεσσήνῃ ἐκ βασιλέων εἰς τυράννων δύναμιν ἀφικομένους καὶ διαφθείραντας ἑαυτούς τε καὶ τὴν πόλιν</w:t>
      </w:r>
    </w:p>
    <w:p>
      <w:r>
        <w:rPr>
          <w:rFonts w:ascii="Courier New" w:hAnsi="Courier New"/>
          <w:color w:val="555555"/>
          <w:sz w:val="20"/>
        </w:rPr>
        <w:t>[5]</w:t>
      </w:r>
    </w:p>
    <w:p>
      <w:r>
        <w:rPr>
          <w:rFonts w:ascii="Gentium Plus" w:hAnsi="Gentium Plus"/>
          <w:sz w:val="24"/>
        </w:rPr>
        <w:t>ἑκατέρους ἑκατέραν, δείσας περὶ τῆς αὑτοῦ πόλεως ἅμα καὶ γένους, φάρμακον ἐπήνεγκεν τὴν τῶν γερόντων ἀρχὴν καὶ τὸν τῶν ἐφόρων δεσμὸν τῆς βασιλικῆς ἀρχῆς σωτήριον, ὥστε γενεὰς τοσαύτας ἤδη μετ’ εὐκλείας σῴζεσθαι, νόμος</w:t>
      </w:r>
    </w:p>
    <w:p>
      <w:r>
        <w:rPr>
          <w:rFonts w:ascii="Courier New" w:hAnsi="Courier New"/>
          <w:color w:val="555555"/>
          <w:sz w:val="20"/>
        </w:rPr>
        <w:t>[Ep . 354 c]</w:t>
      </w:r>
    </w:p>
    <w:p>
      <w:r>
        <w:rPr>
          <w:rFonts w:ascii="Gentium Plus" w:hAnsi="Gentium Plus"/>
          <w:sz w:val="24"/>
        </w:rPr>
        <w:t>ἐπειδὴ κύριος ἐγένετο βασιλεὺς τῶν ἀνθρώπων, ἀλλ’ οὐκ ἄνθρωποι τύραννοι νόμων. ὃ δὴ καὶ νῦν οὑμὸς λόγος πᾶσιν παρακελεύεται, τοῖς μὲν τυραννίδος ἐφιεμένοις ἀποτρέπεσθαι καὶ φεύγειν φυγῇ ἀπλήστως πεινώντων εὐδαιμόνισμα ἀν‐</w:t>
      </w:r>
    </w:p>
    <w:p>
      <w:r>
        <w:rPr>
          <w:rFonts w:ascii="Courier New" w:hAnsi="Courier New"/>
          <w:color w:val="555555"/>
          <w:sz w:val="20"/>
        </w:rPr>
        <w:t>[5]</w:t>
      </w:r>
    </w:p>
    <w:p>
      <w:r>
        <w:rPr>
          <w:rFonts w:ascii="Gentium Plus" w:hAnsi="Gentium Plus"/>
          <w:sz w:val="24"/>
        </w:rPr>
        <w:t>θρώπων καὶ ἀνοήτων, εἰς βασιλέως δ’ εἶδος πειρᾶσθαι μετα‐ βάλλειν καὶ δουλεῦσαι νόμοις βασιλικοῖς, τὰς μεγίστας τιμὰς κεκτημένους παρ’ ἑκόντων τε ἀνθρώπων καὶ τῶν νόμων·</w:t>
      </w:r>
    </w:p>
    <w:p>
      <w:r>
        <w:rPr>
          <w:rFonts w:ascii="Courier New" w:hAnsi="Courier New"/>
          <w:color w:val="555555"/>
          <w:sz w:val="20"/>
        </w:rPr>
        <w:t>[Ep . 354 d]</w:t>
      </w:r>
    </w:p>
    <w:p>
      <w:r>
        <w:rPr>
          <w:rFonts w:ascii="Gentium Plus" w:hAnsi="Gentium Plus"/>
          <w:sz w:val="24"/>
        </w:rPr>
        <w:t>τοῖς δὲ δὴ ἐλεύθερα διώκουσιν ἤθη καὶ φεύγουσιν τὸν δού‐ λειον ζυγὸν ὡς ὂν κακόν, εὐλαβεῖσθαι συμβουλεύοιμ’ ἂν μή ποτε ἀπληστίᾳ ἐλευθερίας ἀκαίρου τινὸς εἰς τὸ τῶν προγόνων νόσημα ἐμπέσωσιν, ὃ διὰ τὴν ἄγαν ἀναρχίαν οἱ τότε ἔπαθον,</w:t>
      </w:r>
    </w:p>
    <w:p>
      <w:r>
        <w:rPr>
          <w:rFonts w:ascii="Courier New" w:hAnsi="Courier New"/>
          <w:color w:val="555555"/>
          <w:sz w:val="20"/>
        </w:rPr>
        <w:t>[5]</w:t>
      </w:r>
    </w:p>
    <w:p>
      <w:r>
        <w:rPr>
          <w:rFonts w:ascii="Gentium Plus" w:hAnsi="Gentium Plus"/>
          <w:sz w:val="24"/>
        </w:rPr>
        <w:t>ἀμέτρῳ ἐλευθερίας χρώμενοι ἔρωτι. οἱ γὰρ πρὸ Διονυσίου καὶ Ἱππαρίνου ἀρξάντων Σικελιῶται τότε ὡς ᾤοντο εὐδαι‐ μόνως ἔζων, τρυφῶντές τε καὶ ἅμα ἀρχόντων ἄρχοντες· οἳ καὶ τοὺς δέκα στρατηγοὺς κατέλευσαν βάλλοντες τοὺς πρὸ</w:t>
      </w:r>
    </w:p>
    <w:p>
      <w:r>
        <w:rPr>
          <w:rFonts w:ascii="Courier New" w:hAnsi="Courier New"/>
          <w:color w:val="555555"/>
          <w:sz w:val="20"/>
        </w:rPr>
        <w:t>[Ep . 354 e]</w:t>
      </w:r>
    </w:p>
    <w:p>
      <w:r>
        <w:rPr>
          <w:rFonts w:ascii="Gentium Plus" w:hAnsi="Gentium Plus"/>
          <w:sz w:val="24"/>
        </w:rPr>
        <w:t>Διονυσίου, κατὰ νόμον οὐδένα κρίναντες, ἵνα δὴ δουλεύοιεν μηδενὶ μήτε σὺν δίκῃ μήτε νόμῳ δεσπότῃ, ἐλεύθεροι δ’ εἶεν πάντῃ πάντως· ὅθεν αἱ τυραννίδες ἐγένοντο αὐτοῖς. δουλεία</w:t>
      </w:r>
    </w:p>
    <w:p>
      <w:r>
        <w:rPr>
          <w:rFonts w:ascii="Courier New" w:hAnsi="Courier New"/>
          <w:color w:val="555555"/>
          <w:sz w:val="20"/>
        </w:rPr>
        <w:t>[5]</w:t>
      </w:r>
    </w:p>
    <w:p>
      <w:r>
        <w:rPr>
          <w:rFonts w:ascii="Gentium Plus" w:hAnsi="Gentium Plus"/>
          <w:sz w:val="24"/>
        </w:rPr>
        <w:t>ἔμμετρος δὲ οὖσα πανάγαθον· μετρία δὲ ἡ θεῷ δουλεία, ἄμετρος δὲ ἡ τοῖς ἀνθρώποις· θεὸς δὲ ἀνθρώποις σώφροσιν</w:t>
      </w:r>
    </w:p>
    <w:p>
      <w:r>
        <w:rPr>
          <w:rFonts w:ascii="Courier New" w:hAnsi="Courier New"/>
          <w:color w:val="555555"/>
          <w:sz w:val="20"/>
        </w:rPr>
        <w:t>[Ep . 355 a]</w:t>
      </w:r>
    </w:p>
    <w:p>
      <w:r>
        <w:rPr>
          <w:rFonts w:ascii="Gentium Plus" w:hAnsi="Gentium Plus"/>
          <w:sz w:val="24"/>
        </w:rPr>
        <w:t>νόμος, ἄφροσιν δὲ ἡδονή. τούτων δὴ ταύτῃ πεφυκότων, ἃ συμβουλεύω Συρακοσίοις πᾶσιν φράζειν παρακελεύομαι τοῖς Δίωνος φίλοις ἐκείνου καὶ ἐμὴν κοινὴν συμβουλήν· ἐγὼ δὲ ἑρμηνεύσω ἃν ἐκεῖνος ἔμπνους ὢν καὶ δυνάμενος εἶπεν</w:t>
      </w:r>
    </w:p>
    <w:p>
      <w:r>
        <w:rPr>
          <w:rFonts w:ascii="Courier New" w:hAnsi="Courier New"/>
          <w:color w:val="555555"/>
          <w:sz w:val="20"/>
        </w:rPr>
        <w:t>[5]</w:t>
      </w:r>
    </w:p>
    <w:p>
      <w:r>
        <w:rPr>
          <w:rFonts w:ascii="Gentium Plus" w:hAnsi="Gentium Plus"/>
          <w:sz w:val="24"/>
        </w:rPr>
        <w:t>νῦν πρὸς ὑμᾶς. τίν’ οὖν δή, τις ἂν εἴποι, λόγον ἀποφαί‐ νεται ἡμῖν περὶ τῶν νῦν παρόντων ἡ Δίωνος συμβουλή; τόνδε. “Δέξασθε, ὦ Συρακόσιοι, πάντων πρῶτον νόμους οἵτινες</w:t>
      </w:r>
    </w:p>
    <w:p>
      <w:r>
        <w:rPr>
          <w:rFonts w:ascii="Courier New" w:hAnsi="Courier New"/>
          <w:color w:val="555555"/>
          <w:sz w:val="20"/>
        </w:rPr>
        <w:t>[Ep . 355 b]</w:t>
      </w:r>
    </w:p>
    <w:p>
      <w:r>
        <w:rPr>
          <w:rFonts w:ascii="Gentium Plus" w:hAnsi="Gentium Plus"/>
          <w:sz w:val="24"/>
        </w:rPr>
        <w:t>ἂν ὑμῖν φαίνωνται μὴ πρὸς χρηματισμὸν καὶ πλοῦτον τρέ‐ ψοντες τὰς γνώμας ὑμῶν μετ’ ἐπιθυμίας, ἀλλ’ ὄντων τριῶν, ψυχῆς καὶ σώματος ἔτι δὲ χρημάτων, τὴν τῆς ψυχῆς ἀρετὴν ἐντιμοτάτην ποιοῦντες, δευτέραν δὲ τὴν τοῦ σώματος, ὑπὸ</w:t>
      </w:r>
    </w:p>
    <w:p>
      <w:r>
        <w:rPr>
          <w:rFonts w:ascii="Courier New" w:hAnsi="Courier New"/>
          <w:color w:val="555555"/>
          <w:sz w:val="20"/>
        </w:rPr>
        <w:t>[5]</w:t>
      </w:r>
    </w:p>
    <w:p>
      <w:r>
        <w:rPr>
          <w:rFonts w:ascii="Gentium Plus" w:hAnsi="Gentium Plus"/>
          <w:sz w:val="24"/>
        </w:rPr>
        <w:t>τῇ τῆς ψυχῆς κειμένην, τρίτην δὲ καὶ ὑστάτην τὴν τῶν χρημάτων τιμήν, δουλεύουσαν τῷ σώματί τε καὶ ψυχῇ. καὶ</w:t>
      </w:r>
    </w:p>
    <w:p>
      <w:r>
        <w:rPr>
          <w:rFonts w:ascii="Courier New" w:hAnsi="Courier New"/>
          <w:color w:val="555555"/>
          <w:sz w:val="20"/>
        </w:rPr>
        <w:t>[Ep . 355 c]</w:t>
      </w:r>
    </w:p>
    <w:p>
      <w:r>
        <w:rPr>
          <w:rFonts w:ascii="Gentium Plus" w:hAnsi="Gentium Plus"/>
          <w:sz w:val="24"/>
        </w:rPr>
        <w:t>ὁ μὲν ταῦτα ἀπεργαζόμενος θεσμὸς νόμος ἂν ὀρθῶς ὑμῖν εἴη κείμενος, ὄντως εὐδαίμονας ἀποτελῶν τοὺς χρωμένους· ὁ δὲ τοὺς πλουσίους εὐδαίμονας ὀνομάζων λόγος αὐτός τε ἄθλιος, γυναικῶν καὶ παίδων ὢν λόγος ἄνους, τοὺς πειθο‐</w:t>
      </w:r>
    </w:p>
    <w:p>
      <w:r>
        <w:rPr>
          <w:rFonts w:ascii="Courier New" w:hAnsi="Courier New"/>
          <w:color w:val="555555"/>
          <w:sz w:val="20"/>
        </w:rPr>
        <w:t>[5]</w:t>
      </w:r>
    </w:p>
    <w:p>
      <w:r>
        <w:rPr>
          <w:rFonts w:ascii="Gentium Plus" w:hAnsi="Gentium Plus"/>
          <w:sz w:val="24"/>
        </w:rPr>
        <w:t>μένους τε ἀπεργάζεται τοιούτους. ὅτι δ’ ἀληθῆ ταῦτ’ ἐγὼ παρακελεύομαι, ἐὰν γεύσησθε τῶν νῦν λεγομένων περὶ νόμων, ἔργῳ γνώσεσθε· ἣ δὴ βάσανος ἀληθεστάτη δοκεῖ γίγνεσθαι τῶν πάντων πέρι. δεξάμενοι δὲ τοὺς τοιούτους νόμους,</w:t>
      </w:r>
    </w:p>
    <w:p>
      <w:r>
        <w:rPr>
          <w:rFonts w:ascii="Courier New" w:hAnsi="Courier New"/>
          <w:color w:val="555555"/>
          <w:sz w:val="20"/>
        </w:rPr>
        <w:t>[Ep . 355 d]</w:t>
      </w:r>
    </w:p>
    <w:p>
      <w:r>
        <w:rPr>
          <w:rFonts w:ascii="Gentium Plus" w:hAnsi="Gentium Plus"/>
          <w:sz w:val="24"/>
        </w:rPr>
        <w:t>ἐπειδὴ κατέχει κίνδυνος Σικελίαν, καὶ οὔτε κρατεῖτε ἱκανῶς οὔτ’ αὖ διαφερόντως κρατεῖσθε, δίκαιον ἂν ἴσως καὶ συμ‐ φέρον γίγνοιτο ὑμῖν πᾶσιν μέσον τεμεῖν, τοῖς τε φεύγουσιν τῆς ἀρχῆς τὴν χαλεπότητα ὑμῖν καὶ τοῖς τῆς ἀρχῆς πάλιν</w:t>
      </w:r>
    </w:p>
    <w:p>
      <w:r>
        <w:rPr>
          <w:rFonts w:ascii="Courier New" w:hAnsi="Courier New"/>
          <w:color w:val="555555"/>
          <w:sz w:val="20"/>
        </w:rPr>
        <w:t>[5]</w:t>
      </w:r>
    </w:p>
    <w:p>
      <w:r>
        <w:rPr>
          <w:rFonts w:ascii="Gentium Plus" w:hAnsi="Gentium Plus"/>
          <w:sz w:val="24"/>
        </w:rPr>
        <w:t>ἐρῶσιν τυχεῖν, ὧν οἱ πρόγονοι τότε, 〈τὸ〉 μέγιστον, ἔσωσαν ἀπὸ βαρβάρων τοὺς Ἕλληνας, ὥστ’ ἐξεῖναι περὶ πολιτείας νῦν ποιεῖσθαι λόγους· ἔρρουσι δὲ τότε οὔτε λόγος οὔτ’ ἐλπὶς ἐλείπετ’ ἂν οὐδαμῇ οὐδαμῶς. νῦν οὖν τοῖς μὲν ἐλευθερία</w:t>
      </w:r>
    </w:p>
    <w:p>
      <w:r>
        <w:rPr>
          <w:rFonts w:ascii="Courier New" w:hAnsi="Courier New"/>
          <w:color w:val="555555"/>
          <w:sz w:val="20"/>
        </w:rPr>
        <w:t>[Ep . 355 e]</w:t>
      </w:r>
    </w:p>
    <w:p>
      <w:r>
        <w:rPr>
          <w:rFonts w:ascii="Gentium Plus" w:hAnsi="Gentium Plus"/>
          <w:sz w:val="24"/>
        </w:rPr>
        <w:t>γιγνέσθω μετὰ βασιλικῆς ἀρχῆς, τοῖς δὲ ἀρχὴ ὑπεύθυνος βασιλική, δεσποζόντων νόμων τῶν τε ἄλλων πολιτῶν καὶ τῶν βασιλέων αὐτῶν, ἄν τι παράνομον πράττωσιν· ἐπὶ δὲ τούτοις σύμπασιν ἀδόλῳ γνώμῃ καὶ ὑγιεῖ μετὰ θεῶν βασιλέα</w:t>
      </w:r>
    </w:p>
    <w:p>
      <w:r>
        <w:rPr>
          <w:rFonts w:ascii="Courier New" w:hAnsi="Courier New"/>
          <w:color w:val="555555"/>
          <w:sz w:val="20"/>
        </w:rPr>
        <w:t>[5]</w:t>
      </w:r>
    </w:p>
    <w:p>
      <w:r>
        <w:rPr>
          <w:rFonts w:ascii="Gentium Plus" w:hAnsi="Gentium Plus"/>
          <w:sz w:val="24"/>
        </w:rPr>
        <w:t>στήσασθε, πρῶτον μὲν τὸν ἐμὸν ὑὸν χαρίτων ἕνεκα διττῶν, τῆς τε παρ’ ἐμοῦ καὶ τῆς παρὰ τοῦ ἐμοῦ πατρός—ὁ μὲν γὰρ ἀπὸ βαρβάρων ἠλευθέρωσεν ἐν τῷ τότε χρόνῳ τὴν</w:t>
      </w:r>
    </w:p>
    <w:p>
      <w:r>
        <w:rPr>
          <w:rFonts w:ascii="Courier New" w:hAnsi="Courier New"/>
          <w:color w:val="555555"/>
          <w:sz w:val="20"/>
        </w:rPr>
        <w:t>[Ep . 356 a]</w:t>
      </w:r>
    </w:p>
    <w:p>
      <w:r>
        <w:rPr>
          <w:rFonts w:ascii="Gentium Plus" w:hAnsi="Gentium Plus"/>
          <w:sz w:val="24"/>
        </w:rPr>
        <w:t>πόλιν, ἐγὼ δὲ ἀπὸ τυράννων νῦν δίς, ὧν αὐτοὶ μάρτυρες ὑμεῖς γεγόνατε—δεύτερον δὲ δὴ ποιεῖσθε βασιλέα τὸν τῷ μὲν ἐμῷ πατρὶ ταὐτὸν κεκτημένον ὄνομα, ὑὸν δὲ Διονυσίου, χάριν τῆς τε δὴ νῦν βοηθείας καὶ ὁσίου τρόπου· ὃς γενό‐</w:t>
      </w:r>
    </w:p>
    <w:p>
      <w:r>
        <w:rPr>
          <w:rFonts w:ascii="Courier New" w:hAnsi="Courier New"/>
          <w:color w:val="555555"/>
          <w:sz w:val="20"/>
        </w:rPr>
        <w:t>[5]</w:t>
      </w:r>
    </w:p>
    <w:p>
      <w:r>
        <w:rPr>
          <w:rFonts w:ascii="Gentium Plus" w:hAnsi="Gentium Plus"/>
          <w:sz w:val="24"/>
        </w:rPr>
        <w:t>μενος τυράννου πατρὸς ἑκὼν τὴν πόλιν ἐλευθεροῖ, τιμὴν αὑτῷ καὶ γένει ἀείζωον ἀντὶ τυραννίδος ἐφημέρου καὶ ἀδίκου κτώμενος. τρίτον δὲ προκαλεῖσθαι χρὴ βασιλέα γίγνεσθαι Συρακουσῶν, ἑκόντα ἑκούσης τῆς πόλεως, τὸν νῦν τοῦ τῶν</w:t>
      </w:r>
    </w:p>
    <w:p>
      <w:r>
        <w:rPr>
          <w:rFonts w:ascii="Courier New" w:hAnsi="Courier New"/>
          <w:color w:val="555555"/>
          <w:sz w:val="20"/>
        </w:rPr>
        <w:t>[Ep . 356 b]</w:t>
      </w:r>
    </w:p>
    <w:p>
      <w:r>
        <w:rPr>
          <w:rFonts w:ascii="Gentium Plus" w:hAnsi="Gentium Plus"/>
          <w:sz w:val="24"/>
        </w:rPr>
        <w:t>πολεμίων ἄρχοντα στρατοπέδου, Διονύσιον τὸν Διονυσίου, ἐὰν ἐθέλῃ ἑκὼν εἰς βασιλέως σχῆμα ἀπαλλάττεσθαι, δεδιὼς μὲν τὰς τύχας, ἐλεῶν δὲ πατρίδα καὶ ἱερῶν ἀθεραπευσίαν καὶ τάφους, μὴ διὰ φιλονικίαν πάντως πάντα ἀπολέσῃ βαρ‐</w:t>
      </w:r>
    </w:p>
    <w:p>
      <w:r>
        <w:rPr>
          <w:rFonts w:ascii="Courier New" w:hAnsi="Courier New"/>
          <w:color w:val="555555"/>
          <w:sz w:val="20"/>
        </w:rPr>
        <w:t>[5]</w:t>
      </w:r>
    </w:p>
    <w:p>
      <w:r>
        <w:rPr>
          <w:rFonts w:ascii="Gentium Plus" w:hAnsi="Gentium Plus"/>
          <w:sz w:val="24"/>
        </w:rPr>
        <w:t>βάροις ἐπίχαρτος γενόμενος. τρεῖς δ’ ὄντας βασιλέας, εἴτ’ οὖν τὴν Λακωνικὴν δύναμιν αὐτοῖς δόντες εἴτε ἀφελόντες καὶ συνομολογησάμενοι, καταστήσασθε τρόπῳ τινὶ τοιῷδε,</w:t>
      </w:r>
    </w:p>
    <w:p>
      <w:r>
        <w:rPr>
          <w:rFonts w:ascii="Courier New" w:hAnsi="Courier New"/>
          <w:color w:val="555555"/>
          <w:sz w:val="20"/>
        </w:rPr>
        <w:t>[Ep . 356 c]</w:t>
      </w:r>
    </w:p>
    <w:p>
      <w:r>
        <w:rPr>
          <w:rFonts w:ascii="Gentium Plus" w:hAnsi="Gentium Plus"/>
          <w:sz w:val="24"/>
        </w:rPr>
        <w:t>ὃς εἴρηται μὲν καὶ πρότερον ὑμῖν, ὅμως δ’ ἔτι καὶ νῦν ἀκούετε. ἐὰν ἐθέλῃ τὸ γένος ὑμῖν τὸ Διονυσίου τε καὶ Ἱππαρίνου ἐπὶ σωτηρίᾳ Σικελίας παύσασθαι τῶν νῦν παρόν‐</w:t>
      </w:r>
    </w:p>
    <w:p>
      <w:r>
        <w:rPr>
          <w:rFonts w:ascii="Courier New" w:hAnsi="Courier New"/>
          <w:color w:val="555555"/>
          <w:sz w:val="20"/>
        </w:rPr>
        <w:t>[5]</w:t>
      </w:r>
    </w:p>
    <w:p>
      <w:r>
        <w:rPr>
          <w:rFonts w:ascii="Gentium Plus" w:hAnsi="Gentium Plus"/>
          <w:sz w:val="24"/>
        </w:rPr>
        <w:t>ἔπειτα καὶ τὸν νῦν χρόνον, ἐπὶ τούτοις καλεῖτε, ὥσπερ καὶ πρότερον ἐρρήθη, πρέσβεις οὓς ἂν ἐθελήσωσιν κυρίους ποιησάμενοι τῶν διαλλαγῶν—εἴτε τινὰς αὐτόθεν εἴτε ἔξωθεν εἴτε ἀμφότερα—καὶ ὁπόσους ἂν συγχωρήσωσιν· τούτους</w:t>
      </w:r>
    </w:p>
    <w:p>
      <w:r>
        <w:rPr>
          <w:rFonts w:ascii="Courier New" w:hAnsi="Courier New"/>
          <w:color w:val="555555"/>
          <w:sz w:val="20"/>
        </w:rPr>
        <w:t>[Ep . 356 d]</w:t>
      </w:r>
    </w:p>
    <w:p>
      <w:r>
        <w:rPr>
          <w:rFonts w:ascii="Gentium Plus" w:hAnsi="Gentium Plus"/>
          <w:sz w:val="24"/>
        </w:rPr>
        <w:t>δ’ ἐλθόντας νόμους μὲν πρῶτον θεῖναι καὶ πολιτείαν τοιαύ‐ την, ἐν ᾗ βασιλέας ἁρμόττει γίγνεσθαι κυρίους ἱερῶν τε καὶ ὅσων ἄλλων πρέπει τοῖς γενομένοις ποτὲ εὐεργέταις, πολέμου δὲ καὶ εἰρήνης ἄρχοντας νομοφύλακας ποιήσασθαι</w:t>
      </w:r>
    </w:p>
    <w:p>
      <w:r>
        <w:rPr>
          <w:rFonts w:ascii="Courier New" w:hAnsi="Courier New"/>
          <w:color w:val="555555"/>
          <w:sz w:val="20"/>
        </w:rPr>
        <w:t>[5]</w:t>
      </w:r>
    </w:p>
    <w:p>
      <w:r>
        <w:rPr>
          <w:rFonts w:ascii="Gentium Plus" w:hAnsi="Gentium Plus"/>
          <w:sz w:val="24"/>
        </w:rPr>
        <w:t>ἀριθμὸν τριάκοντα καὶ πέντε μετά τε δήμου καὶ βουλῆς. δικαστήρια δὲ ἄλλα μὲν ἄλλων, θανάτου δὲ καὶ φυγῆς τούς τε πέντε καὶ τριάκοντα ὑπάρχειν· πρὸς τούτοις τε ἐκλεκτοὺς γίγνεσθαι δικαστὰς ἐκ τῶν νῦν ἀεὶ περυσινῶν ἀρχόντων,</w:t>
      </w:r>
    </w:p>
    <w:p>
      <w:r>
        <w:rPr>
          <w:rFonts w:ascii="Courier New" w:hAnsi="Courier New"/>
          <w:color w:val="555555"/>
          <w:sz w:val="20"/>
        </w:rPr>
        <w:t>[Ep . 356 e]</w:t>
      </w:r>
    </w:p>
    <w:p>
      <w:r>
        <w:rPr>
          <w:rFonts w:ascii="Gentium Plus" w:hAnsi="Gentium Plus"/>
          <w:sz w:val="24"/>
        </w:rPr>
        <w:t>ἕνα ἀφ’ ἑκάστης τῆς ἀρχῆς τὸν ἄριστον δόξαντ’ εἶναι καὶ δικαιότατον· τούτους δὲ τὸν ἐπιόντα ἐνιαυτὸν δικάζειν ὅσα θανάτου καὶ δεσμοῦ καὶ μεταστάσεως τῶν πολιτῶν· βασιλέα δὲ τῶν τοιούτων δικῶν μὴ ἐξεῖναι δικαστὴν γίγνεσθαι,</w:t>
      </w:r>
    </w:p>
    <w:p>
      <w:r>
        <w:rPr>
          <w:rFonts w:ascii="Courier New" w:hAnsi="Courier New"/>
          <w:color w:val="555555"/>
          <w:sz w:val="20"/>
        </w:rPr>
        <w:t>[Ep . 357 a]</w:t>
      </w:r>
    </w:p>
    <w:p>
      <w:r>
        <w:rPr>
          <w:rFonts w:ascii="Gentium Plus" w:hAnsi="Gentium Plus"/>
          <w:sz w:val="24"/>
        </w:rPr>
        <w:t>καθάπερ ἱερέα φόνου καθαρεύοντα καὶ δεσμοῦ καὶ φυγῆς. ταῦθ’ ὑμῖν ἐγὼ καὶ ζῶν διενοήθην γίγνεσθαι καὶ νῦν δια‐ νοοῦμαι, καὶ τότε κρατήσας τῶν ἐχθρῶν μεθ’ ὑμῶν, εἰ μὴ ξενικαὶ ἐρινύες ἐκώλυσαν, κατέστησα 〈ἂν〉 ᾗπερ καὶ διενοού‐</w:t>
      </w:r>
    </w:p>
    <w:p>
      <w:r>
        <w:rPr>
          <w:rFonts w:ascii="Courier New" w:hAnsi="Courier New"/>
          <w:color w:val="555555"/>
          <w:sz w:val="20"/>
        </w:rPr>
        <w:t>[5]</w:t>
      </w:r>
    </w:p>
    <w:p>
      <w:r>
        <w:rPr>
          <w:rFonts w:ascii="Gentium Plus" w:hAnsi="Gentium Plus"/>
          <w:sz w:val="24"/>
        </w:rPr>
        <w:t>μην, καὶ μετὰ ταῦτα Σικελίαν ἂν τὴν ἄλλην, εἴπερ ἔργα ἐπὶ νῷ ἐγίγνετο, κατῴκισα, τοὺς μὲν βαρβάρους ἣν νῦν ἔχουσιν ἀφελόμενος, ὅσοι μὴ ὑπὲρ τῆς κοινῆς ἐλευθερίας</w:t>
      </w:r>
    </w:p>
    <w:p>
      <w:r>
        <w:rPr>
          <w:rFonts w:ascii="Courier New" w:hAnsi="Courier New"/>
          <w:color w:val="555555"/>
          <w:sz w:val="20"/>
        </w:rPr>
        <w:t>[Ep . 357 b]</w:t>
      </w:r>
    </w:p>
    <w:p>
      <w:r>
        <w:rPr>
          <w:rFonts w:ascii="Gentium Plus" w:hAnsi="Gentium Plus"/>
          <w:sz w:val="24"/>
        </w:rPr>
        <w:t>διεπολέμησαν πρὸς τὴν τυραννίδα, τοὺς δ’ ἔμπροσθεν οἰκητὰς τῶν Ἑλληνικῶν τόπων εἰς τὰς ἀρχαίας καὶ πατρῴας οἰκή‐ σεις κατοικίσας· ταὐτὰ δὲ ταῦτα καὶ νῦν πᾶσιν συμβουλεύω κοινῇ διανοηθῆναι καὶ πράττειν τε καὶ παρακαλεῖν ἐπὶ</w:t>
      </w:r>
    </w:p>
    <w:p>
      <w:r>
        <w:rPr>
          <w:rFonts w:ascii="Courier New" w:hAnsi="Courier New"/>
          <w:color w:val="555555"/>
          <w:sz w:val="20"/>
        </w:rPr>
        <w:t>[5]</w:t>
      </w:r>
    </w:p>
    <w:p>
      <w:r>
        <w:rPr>
          <w:rFonts w:ascii="Gentium Plus" w:hAnsi="Gentium Plus"/>
          <w:sz w:val="24"/>
        </w:rPr>
        <w:t>ταύτας τὰς πράξεις πάντας, τὸν μὴ ’θέλοντα δὲ πολέμιον</w:t>
      </w:r>
    </w:p>
    <w:p>
      <w:r>
        <w:rPr>
          <w:rFonts w:ascii="Courier New" w:hAnsi="Courier New"/>
          <w:color w:val="555555"/>
          <w:sz w:val="20"/>
        </w:rPr>
        <w:t>[Ep . 357 c]</w:t>
      </w:r>
    </w:p>
    <w:p>
      <w:r>
        <w:rPr>
          <w:rFonts w:ascii="Gentium Plus" w:hAnsi="Gentium Plus"/>
          <w:sz w:val="24"/>
        </w:rPr>
        <w:t>οὐκ εὖ φρονεῖ. λέγω δὲ τὰς δύο τήν τε Ἱππαρίνου τοῦ Διονυσίου ὑέος καὶ τὴν τοῦ ἐμοῦ ὑέος· τούτοιν γὰρ συνο‐ μολογησάντοιν τοῖς γε ἄλλοις Συρακουσίοις οἶμαι πᾶσιν ὅσοιπερ τῆς πόλεως κήδονται συνδοκεῖν. ἀλλὰ θεοῖς τε</w:t>
      </w:r>
    </w:p>
    <w:p>
      <w:r>
        <w:rPr>
          <w:rFonts w:ascii="Courier New" w:hAnsi="Courier New"/>
          <w:color w:val="555555"/>
          <w:sz w:val="20"/>
        </w:rPr>
        <w:t>[5]</w:t>
      </w:r>
    </w:p>
    <w:p>
      <w:r>
        <w:rPr>
          <w:rFonts w:ascii="Gentium Plus" w:hAnsi="Gentium Plus"/>
          <w:sz w:val="24"/>
        </w:rPr>
        <w:t>πᾶσιν τιμὰς μετ’ εὐχῶν δόντες, τοῖς τε ἄλλοις ὅσοις μετὰ θεῶν πρέπει, πείθοντες καὶ προκαλούμενοι φίλους καὶ δια‐ φόρους μαλακῶς τε καὶ πάντως μὴ ἀποστῆτε, πρὶν ἂν τὰ</w:t>
      </w:r>
    </w:p>
    <w:p>
      <w:r>
        <w:rPr>
          <w:rFonts w:ascii="Courier New" w:hAnsi="Courier New"/>
          <w:color w:val="555555"/>
          <w:sz w:val="20"/>
        </w:rPr>
        <w:t>[Ep . 357 d]</w:t>
      </w:r>
    </w:p>
    <w:p>
      <w:r>
        <w:rPr>
          <w:rFonts w:ascii="Gentium Plus" w:hAnsi="Gentium Plus"/>
          <w:sz w:val="24"/>
        </w:rPr>
        <w:t>νῦν ὑφ’ ἡμῶν λεχθέντα, οἷον ὀνείρατα θεῖα ἐπιστάντα ἐγρη‐ γορόσιν, ἐναργῆ τε ἐξεργάσησθε τελεσθέντα καὶ εὐτυχῆ.”</w:t>
      </w:r>
    </w:p>
    <w:p>
      <w:r>
        <w:rPr>
          <w:rFonts w:ascii="Courier New" w:hAnsi="Courier New"/>
          <w:color w:val="555555"/>
          <w:sz w:val="20"/>
        </w:rPr>
        <w:t>[2]</w:t>
      </w:r>
    </w:p>
    <w:p>
      <w:r>
        <w:rPr>
          <w:rFonts w:ascii="Gentium Plus" w:hAnsi="Gentium Plus"/>
          <w:sz w:val="24"/>
        </w:rPr>
      </w:r>
    </w:p>
    <w:p>
      <w:r>
        <w:rPr>
          <w:rFonts w:ascii="Courier New" w:hAnsi="Courier New"/>
          <w:color w:val="555555"/>
          <w:sz w:val="20"/>
        </w:rPr>
        <w:t>[4]</w:t>
      </w:r>
    </w:p>
    <w:p>
      <w:r>
        <w:rPr>
          <w:rFonts w:ascii="Gentium Plus" w:hAnsi="Gentium Plus"/>
          <w:sz w:val="24"/>
        </w:rPr>
        <w:t>Πλάτων Ἀρχύτᾳ Ταραντίνῳ εὖ πράττειν.</w:t>
      </w:r>
    </w:p>
    <w:p>
      <w:r>
        <w:rPr>
          <w:rFonts w:ascii="Courier New" w:hAnsi="Courier New"/>
          <w:color w:val="555555"/>
          <w:sz w:val="20"/>
        </w:rPr>
        <w:t>[5]</w:t>
      </w:r>
    </w:p>
    <w:p>
      <w:r>
        <w:rPr>
          <w:rFonts w:ascii="Gentium Plus" w:hAnsi="Gentium Plus"/>
          <w:sz w:val="24"/>
        </w:rPr>
        <w:t>Ἀφίκοντο πρὸς ἡμᾶς οἱ περὶ Ἄρχιππον καὶ Φιλωνίδην,</w:t>
      </w:r>
    </w:p>
    <w:p>
      <w:r>
        <w:rPr>
          <w:rFonts w:ascii="Courier New" w:hAnsi="Courier New"/>
          <w:color w:val="555555"/>
          <w:sz w:val="20"/>
        </w:rPr>
        <w:t>[Ep . 357 e]</w:t>
      </w:r>
    </w:p>
    <w:p>
      <w:r>
        <w:rPr>
          <w:rFonts w:ascii="Gentium Plus" w:hAnsi="Gentium Plus"/>
          <w:sz w:val="24"/>
        </w:rPr>
        <w:t>τήν τε ἐπιστολὴν φέροντες ἣν σὺ αὐτοῖς ἔδωκας, καὶ ἀπαγ‐ γέλλοντες τὰ παρὰ σοῦ. τὰ μὲν οὖν πρὸς τὴν πόλιν οὐ χαλεπῶς διεπράξαντο—καὶ γὰρ οὐδὲ παντελῶς ἦν ἐργώδη —τὰ δὲ παρὰ σοῦ διῆλθον ἡμῖν, λέγοντες ὑποδυσφορεῖν σε</w:t>
      </w:r>
    </w:p>
    <w:p>
      <w:r>
        <w:rPr>
          <w:rFonts w:ascii="Courier New" w:hAnsi="Courier New"/>
          <w:color w:val="555555"/>
          <w:sz w:val="20"/>
        </w:rPr>
        <w:t>[5]</w:t>
      </w:r>
    </w:p>
    <w:p>
      <w:r>
        <w:rPr>
          <w:rFonts w:ascii="Gentium Plus" w:hAnsi="Gentium Plus"/>
          <w:sz w:val="24"/>
        </w:rPr>
        <w:t>ὅτι οὐ δύνασαι τῆς περὶ τὰ κοινὰ ἀσχολίας ἀπολυθῆναι. ὅτι μὲν οὖν ἥδιστόν ἐστιν ἐν τῷ βίῳ τὸ τὰ αὑτοῦ πράττειν,</w:t>
      </w:r>
    </w:p>
    <w:p>
      <w:r>
        <w:rPr>
          <w:rFonts w:ascii="Courier New" w:hAnsi="Courier New"/>
          <w:color w:val="555555"/>
          <w:sz w:val="20"/>
        </w:rPr>
        <w:t>[Ep . 358 a]</w:t>
      </w:r>
    </w:p>
    <w:p>
      <w:r>
        <w:rPr>
          <w:rFonts w:ascii="Gentium Plus" w:hAnsi="Gentium Plus"/>
          <w:sz w:val="24"/>
        </w:rPr>
        <w:t>ἄλλως τε καὶ εἴ τις ἕλοιτο τοιαῦτα πράττειν οἷα καὶ σύ, σχεδὸν παντὶ δῆλον· ἀλλὰ κἀκεῖνο δεῖ σε ἐνθυμεῖσθαι, ὅτι ἕκαστος ἡμῶν οὐχ αὑτῷ μόνον γέγονεν, ἀλλὰ τῆς γενέσεως ἡμῶν τὸ μέν τι ἡ πατρὶς μερίζεται, τὸ δέ τι οἱ γεννήσαντες,</w:t>
      </w:r>
    </w:p>
    <w:p>
      <w:r>
        <w:rPr>
          <w:rFonts w:ascii="Courier New" w:hAnsi="Courier New"/>
          <w:color w:val="555555"/>
          <w:sz w:val="20"/>
        </w:rPr>
        <w:t>[5]</w:t>
      </w:r>
    </w:p>
    <w:p>
      <w:r>
        <w:rPr>
          <w:rFonts w:ascii="Gentium Plus" w:hAnsi="Gentium Plus"/>
          <w:sz w:val="24"/>
        </w:rPr>
        <w:t>τὸ δὲ οἱ λοιποὶ φίλοι, πολλὰ δὲ καὶ τοῖς καιροῖς δίδοται τοῖς τὸν βίον ἡμῶν καταλαμβάνουσι. καλούσης δὲ τῆς πατρίδος αὐτῆς πρὸς τὰ κοινά, ἄτοπον ἴσως τὸ μὴ ὑπα‐</w:t>
      </w:r>
    </w:p>
    <w:p>
      <w:r>
        <w:rPr>
          <w:rFonts w:ascii="Courier New" w:hAnsi="Courier New"/>
          <w:color w:val="555555"/>
          <w:sz w:val="20"/>
        </w:rPr>
        <w:t>[Ep . 358 b]</w:t>
      </w:r>
    </w:p>
    <w:p>
      <w:r>
        <w:rPr>
          <w:rFonts w:ascii="Gentium Plus" w:hAnsi="Gentium Plus"/>
          <w:sz w:val="24"/>
        </w:rPr>
        <w:t>κούειν· ἅμα γὰρ συμβαίνει καὶ χώραν καταλιμπάνειν φαύλοις</w:t>
      </w:r>
    </w:p>
    <w:p>
      <w:r>
        <w:rPr>
          <w:rFonts w:ascii="Courier New" w:hAnsi="Courier New"/>
          <w:color w:val="555555"/>
          <w:sz w:val="20"/>
        </w:rPr>
        <w:t>[5]</w:t>
      </w:r>
    </w:p>
    <w:p>
      <w:r>
        <w:rPr>
          <w:rFonts w:ascii="Gentium Plus" w:hAnsi="Gentium Plus"/>
          <w:sz w:val="24"/>
        </w:rPr>
        <w:t>καὶ διὰ σὲ καὶ διὰ τὸν πατέρα αὐτοῦ Φρυνίωνα καὶ δι’ αὐτὸν τὸν νεανίσκον.</w:t>
      </w:r>
    </w:p>
    <w:p>
      <w:r>
        <w:rPr>
          <w:rFonts w:ascii="Courier New" w:hAnsi="Courier New"/>
          <w:color w:val="555555"/>
          <w:sz w:val="20"/>
        </w:rPr>
        <w:t>[6]</w:t>
      </w:r>
    </w:p>
    <w:p>
      <w:r>
        <w:rPr>
          <w:rFonts w:ascii="Gentium Plus" w:hAnsi="Gentium Plus"/>
          <w:sz w:val="24"/>
        </w:rPr>
        <w:t>Πλάτων Ἀριστοδώρῳ εὖ πράττειν.</w:t>
      </w:r>
    </w:p>
    <w:p>
      <w:r>
        <w:rPr>
          <w:rFonts w:ascii="Courier New" w:hAnsi="Courier New"/>
          <w:color w:val="555555"/>
          <w:sz w:val="20"/>
        </w:rPr>
        <w:t>[Ep . 358 c]</w:t>
      </w:r>
    </w:p>
    <w:p>
      <w:r>
        <w:rPr>
          <w:rFonts w:ascii="Gentium Plus" w:hAnsi="Gentium Plus"/>
          <w:sz w:val="24"/>
        </w:rPr>
        <w:t>Ἀκούω Δίωνος ἐν τοῖς μάλιστα ἑταῖρον εἶναί τέ σε νῦν καὶ γεγονέναι διὰ παντός, τὸ σοφώτατον ἦθος τῶν εἰς φιλοσοφίαν παρεχόμενον· τὸ γὰρ βέβαιον καὶ πιστὸν καὶ ὑγιές, τοῦτο ἐγώ φημι εἶναι τὴν ἀληθινὴν φιλοσοφίαν, τὰς</w:t>
      </w:r>
    </w:p>
    <w:p>
      <w:r>
        <w:rPr>
          <w:rFonts w:ascii="Courier New" w:hAnsi="Courier New"/>
          <w:color w:val="555555"/>
          <w:sz w:val="20"/>
        </w:rPr>
        <w:t>[5]</w:t>
      </w:r>
    </w:p>
    <w:p>
      <w:r>
        <w:rPr>
          <w:rFonts w:ascii="Gentium Plus" w:hAnsi="Gentium Plus"/>
          <w:sz w:val="24"/>
        </w:rPr>
        <w:t>δὲ ἄλλας τε καὶ εἰς ἄλλα τεινούσας σοφίας τε καὶ δεινό‐ τητας κομψότητας οἶμαι προσαγορεύων ὀρθῶς ὀνομάζειν. ἀλλ’ ἔρρωσό τε καὶ μένε ἐν τοῖς ἤθεσιν οἷσπερ καὶ νῦν μένεις.</w:t>
      </w:r>
    </w:p>
    <w:p>
      <w:r>
        <w:rPr>
          <w:rFonts w:ascii="Courier New" w:hAnsi="Courier New"/>
          <w:color w:val="555555"/>
          <w:sz w:val="20"/>
        </w:rPr>
        <w:t>[8]</w:t>
      </w:r>
    </w:p>
    <w:p>
      <w:r>
        <w:rPr>
          <w:rFonts w:ascii="Gentium Plus" w:hAnsi="Gentium Plus"/>
          <w:sz w:val="24"/>
        </w:rPr>
      </w:r>
    </w:p>
    <w:p>
      <w:r>
        <w:rPr>
          <w:rFonts w:ascii="Courier New" w:hAnsi="Courier New"/>
          <w:color w:val="555555"/>
          <w:sz w:val="20"/>
        </w:rPr>
        <w:t>[Ep . 358 d]</w:t>
      </w:r>
    </w:p>
    <w:p>
      <w:r>
        <w:rPr>
          <w:rFonts w:ascii="Gentium Plus" w:hAnsi="Gentium Plus"/>
          <w:sz w:val="24"/>
        </w:rPr>
        <w:t>Πλάτων Λαοδάμαντι εὖ πράττειν. Ἐπέστειλα μέν σοι καὶ πρότερον ὅτι πολὺ διαφέρει πρὸς ἅπαντα ἃ λέγεις αὐτὸν ἀφικέσθαι σε Ἀθήναζε· ἐπειδὴ δὲ σὺ φῂς ἀδύνατον εἶναι, μετὰ τοῦτο ἦν δεύτερον, εἰ δυνατὸν</w:t>
      </w:r>
    </w:p>
    <w:p>
      <w:r>
        <w:rPr>
          <w:rFonts w:ascii="Courier New" w:hAnsi="Courier New"/>
          <w:color w:val="555555"/>
          <w:sz w:val="20"/>
        </w:rPr>
        <w:t>[5]</w:t>
      </w:r>
    </w:p>
    <w:p>
      <w:r>
        <w:rPr>
          <w:rFonts w:ascii="Gentium Plus" w:hAnsi="Gentium Plus"/>
          <w:sz w:val="24"/>
        </w:rPr>
        <w:t>ἐμὲ ἀφικέσθαι ἢ Σωκράτη, ὥσπερ ἐπέστειλας. νῦν δὲ</w:t>
      </w:r>
    </w:p>
    <w:p>
      <w:r>
        <w:rPr>
          <w:rFonts w:ascii="Courier New" w:hAnsi="Courier New"/>
          <w:color w:val="555555"/>
          <w:sz w:val="20"/>
        </w:rPr>
        <w:t>[Ep . 358 e]</w:t>
      </w:r>
    </w:p>
    <w:p>
      <w:r>
        <w:rPr>
          <w:rFonts w:ascii="Gentium Plus" w:hAnsi="Gentium Plus"/>
          <w:sz w:val="24"/>
        </w:rPr>
        <w:t>Σωκράτης μέν ἐστιν περὶ ἀσθένειαν τὴν τῆς στραγγουρίας, ἐμὲ δὲ ἀφικόμενον ἐνταῦθα ἄσχημον ἂν εἴη μὴ διαπράξασθαι ἐφ’ ἅπερ σὺ παρακαλεῖς. ἐγὼ δὲ ταῦτα γενέσθαι ἂν οὐ πολλὴν ἐλπίδα ἔχω—δι’ ἃ δέ, μακρᾶς ἑτέρας δέοιτ’ ἂν</w:t>
      </w:r>
    </w:p>
    <w:p>
      <w:r>
        <w:rPr>
          <w:rFonts w:ascii="Courier New" w:hAnsi="Courier New"/>
          <w:color w:val="555555"/>
          <w:sz w:val="20"/>
        </w:rPr>
        <w:t>[5]</w:t>
      </w:r>
    </w:p>
    <w:p>
      <w:r>
        <w:rPr>
          <w:rFonts w:ascii="Gentium Plus" w:hAnsi="Gentium Plus"/>
          <w:sz w:val="24"/>
        </w:rPr>
        <w:t>ἐπιστολῆς ἥτις πάντα διεξίοι—καὶ ἅμα οὐδὲ τῷ σώματι διὰ τὴν ἡλικίαν ἱκανῶς ἔχω πλανᾶσθαι καὶ κινδυνεύειν κατά</w:t>
      </w:r>
    </w:p>
    <w:p>
      <w:r>
        <w:rPr>
          <w:rFonts w:ascii="Courier New" w:hAnsi="Courier New"/>
          <w:color w:val="555555"/>
          <w:sz w:val="20"/>
        </w:rPr>
        <w:t>[Ep . 359 a]</w:t>
      </w:r>
    </w:p>
    <w:p>
      <w:r>
        <w:rPr>
          <w:rFonts w:ascii="Gentium Plus" w:hAnsi="Gentium Plus"/>
          <w:sz w:val="24"/>
        </w:rPr>
        <w:t>ἔχω σοί τε καὶ τοῖς οἰκισταῖς, ὃ εἰπόντος μὲν ἐμοῦ, φησὶν Ἡσίοδος, δόξαι ἂν εἶναι φαῦλον, χαλεπὸν δὲ νοῆσαι. εἰ γὰρ οἷόν τε ὑπὸ νόμων θέσεως καὶ ὧντινων εὖ ποτε πολι‐ τείαν κατασκευασθῆναι ἄνευ τοῦ εἶναί τι κύριον ἐπιμελού‐</w:t>
      </w:r>
    </w:p>
    <w:p>
      <w:r>
        <w:rPr>
          <w:rFonts w:ascii="Courier New" w:hAnsi="Courier New"/>
          <w:color w:val="555555"/>
          <w:sz w:val="20"/>
        </w:rPr>
        <w:t>[5]</w:t>
      </w:r>
    </w:p>
    <w:p>
      <w:r>
        <w:rPr>
          <w:rFonts w:ascii="Gentium Plus" w:hAnsi="Gentium Plus"/>
          <w:sz w:val="24"/>
        </w:rPr>
        <w:t>μενον ἐν τῇ πόλει τῆς καθ’ ἡμέραν διαίτης, ὅπως ἂν ᾖ σώφρων τε καὶ ἀνδρικὴ δούλων τε καὶ ἐλευθέρων, οὐκ ὀρθῶς διανοοῦνται. τοῦτο δ’ αὖ, εἰ μέν εἰσιν ἤδη ἄνδρες ἄξιοι</w:t>
      </w:r>
    </w:p>
    <w:p>
      <w:r>
        <w:rPr>
          <w:rFonts w:ascii="Courier New" w:hAnsi="Courier New"/>
          <w:color w:val="555555"/>
          <w:sz w:val="20"/>
        </w:rPr>
        <w:t>[Ep . 359 b]</w:t>
      </w:r>
    </w:p>
    <w:p>
      <w:r>
        <w:rPr>
          <w:rFonts w:ascii="Gentium Plus" w:hAnsi="Gentium Plus"/>
          <w:sz w:val="24"/>
        </w:rPr>
        <w:t>τῆς ἀρχῆς ταύτης, γένοιτ’ ἄν· εἰ δ’ ἐπὶ τὸ παιδεῦσαι δεῖ τινος, οὔτε ὁ παιδεύσων οὔτε οἱ παιδευθησόμενοι, ὡς ἐγὼ οἶμαι, εἰσὶν ὑμῖν, ἀλλὰ τὸ λοιπὸν τοῖς θεοῖς εὔχεσθε. καὶ γὰρ σχεδόν τι καὶ αἱ ἔμπροσθεν πόλεις οὕτω κατεσκευά‐</w:t>
      </w:r>
    </w:p>
    <w:p>
      <w:r>
        <w:rPr>
          <w:rFonts w:ascii="Courier New" w:hAnsi="Courier New"/>
          <w:color w:val="555555"/>
          <w:sz w:val="20"/>
        </w:rPr>
        <w:t>[5]</w:t>
      </w:r>
    </w:p>
    <w:p>
      <w:r>
        <w:rPr>
          <w:rFonts w:ascii="Gentium Plus" w:hAnsi="Gentium Plus"/>
          <w:sz w:val="24"/>
        </w:rPr>
        <w:t>σθησαν, καὶ ἔπειτα εὖ ᾤκησαν, ὑπὸ συμβάσεων πραγμάτων μεγάλων καὶ κατὰ πόλεμον καὶ κατὰ τὰς ἄλλας πράξεις γενομένων, ὅταν ἐν τοιούτοις καιροῖς ἀνὴρ καλός τε καὶ ἀγαθὸς ἐγγένηται μεγάλην δύναμιν ἔχων· τὸ δ’ ἔμπροσθεν</w:t>
      </w:r>
    </w:p>
    <w:p>
      <w:r>
        <w:rPr>
          <w:rFonts w:ascii="Courier New" w:hAnsi="Courier New"/>
          <w:color w:val="555555"/>
          <w:sz w:val="20"/>
        </w:rPr>
        <w:t>[Ep . 359 c]</w:t>
      </w:r>
    </w:p>
    <w:p>
      <w:r>
        <w:rPr>
          <w:rFonts w:ascii="Gentium Plus" w:hAnsi="Gentium Plus"/>
          <w:sz w:val="24"/>
        </w:rPr>
        <w:t>αὐτὰ προθυμεῖσθαι μὲν χρὴ καὶ ἀνάγκη, διανοεῖσθαι μέντοι αὐτὰ οἷα λέγω, καὶ μὴ ἀνοηταίνειν οἰομένους τι ἑτοίμως διαπράξασθαι. εὐτύχει.</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[5]</w:t>
      </w:r>
    </w:p>
    <w:p>
      <w:r>
        <w:rPr>
          <w:rFonts w:ascii="Gentium Plus" w:hAnsi="Gentium Plus"/>
          <w:sz w:val="24"/>
        </w:rPr>
        <w:t>Πλάτων Ἀρχύτᾳ Ταραντίνῳ εὖ πράττειν. Τὰ μὲν παρὰ σοῦ ἐλθόνθ’ ὑπομνήματα θαυμαστῶς ὡς</w:t>
      </w:r>
    </w:p>
    <w:p>
      <w:r>
        <w:rPr>
          <w:rFonts w:ascii="Courier New" w:hAnsi="Courier New"/>
          <w:color w:val="555555"/>
          <w:sz w:val="20"/>
        </w:rPr>
        <w:t>[Ep . 359 d]</w:t>
      </w:r>
    </w:p>
    <w:p>
      <w:r>
        <w:rPr>
          <w:rFonts w:ascii="Gentium Plus" w:hAnsi="Gentium Plus"/>
          <w:sz w:val="24"/>
        </w:rPr>
        <w:t>ἅσμενοί τε ἐλάβομεν καὶ τοῦ γράψαντος αὐτὰ ἠγάσθημεν ὡς ἔνι μάλιστα, καὶ ἔδοξεν ἡμῖν εἶναι ὁ ἀνὴρ ἄξιος ἐκείνων τῶν πάλαι προγόνων· λέγονται γὰρ δὴ οἱ ἄνδρες οὗτοι</w:t>
      </w:r>
    </w:p>
    <w:p>
      <w:r>
        <w:rPr>
          <w:rFonts w:ascii="Courier New" w:hAnsi="Courier New"/>
          <w:color w:val="555555"/>
          <w:sz w:val="20"/>
        </w:rPr>
        <w:t>[5]</w:t>
      </w:r>
    </w:p>
    <w:p>
      <w:r>
        <w:rPr>
          <w:rFonts w:ascii="Gentium Plus" w:hAnsi="Gentium Plus"/>
          <w:sz w:val="24"/>
        </w:rPr>
        <w:t>στάντων Τρώων—ἄνδρες ἀγαθοί, ὡς ὁ παραδεδομένος μῦθος δηλοῖ. τὰ δὲ παρ’ ἐμοὶ ὑπομνήματα, περὶ ὧν ἐπέστειλας, ἱκανῶς μὲν οὔπω ἔχει, ὡς δέ ποτε τυγχάνει ἔχοντα, ἀπέ‐</w:t>
      </w:r>
    </w:p>
    <w:p>
      <w:r>
        <w:rPr>
          <w:rFonts w:ascii="Courier New" w:hAnsi="Courier New"/>
          <w:color w:val="555555"/>
          <w:sz w:val="20"/>
        </w:rPr>
        <w:t>[Ep . 359 e]</w:t>
      </w:r>
    </w:p>
    <w:p>
      <w:r>
        <w:rPr>
          <w:rFonts w:ascii="Gentium Plus" w:hAnsi="Gentium Plus"/>
          <w:sz w:val="24"/>
        </w:rPr>
        <w:t>σταλκά σοι· περὶ δὲ τῆς φυλακῆς ἀμφότεροι συμφωνοῦμεν, ὥστ’ οὐδὲν δεῖ παρακελεύεσθαι. (ἀντιλέγεται ὡς οὐ Πλάτωνος.)</w:t>
      </w:r>
    </w:p>
    <w:p>
      <w:r>
        <w:rPr>
          <w:rFonts w:ascii="Courier New" w:hAnsi="Courier New"/>
          <w:color w:val="555555"/>
          <w:sz w:val="20"/>
        </w:rPr>
        <w:t>[3]</w:t>
      </w:r>
    </w:p>
    <w:p>
      <w:r>
        <w:rPr>
          <w:rFonts w:ascii="Gentium Plus" w:hAnsi="Gentium Plus"/>
          <w:sz w:val="24"/>
        </w:rPr>
      </w:r>
    </w:p>
    <w:p>
      <w:r>
        <w:rPr>
          <w:rFonts w:ascii="Courier New" w:hAnsi="Courier New"/>
          <w:color w:val="555555"/>
          <w:sz w:val="20"/>
        </w:rPr>
        <w:t>[Ep . 360 a]</w:t>
      </w:r>
    </w:p>
    <w:p>
      <w:r>
        <w:rPr>
          <w:rFonts w:ascii="Gentium Plus" w:hAnsi="Gentium Plus"/>
          <w:sz w:val="24"/>
        </w:rPr>
        <w:t>Πλάτων Διονυσίῳ τυράννῳ Συρακουσῶν εὖ πράττειν. Ἀρχή σοι τῆς ἐπιστολῆς ἔστω καὶ ἅμα σύμβολον ὅτι παρ’ ἐμοῦ ἐστιν· τοὺς Λοκρούς ποθ’ ἑστιῶν νεανίσκους,</w:t>
      </w:r>
    </w:p>
    <w:p>
      <w:r>
        <w:rPr>
          <w:rFonts w:ascii="Courier New" w:hAnsi="Courier New"/>
          <w:color w:val="555555"/>
          <w:sz w:val="20"/>
        </w:rPr>
        <w:t>[5]</w:t>
      </w:r>
    </w:p>
    <w:p>
      <w:r>
        <w:rPr>
          <w:rFonts w:ascii="Gentium Plus" w:hAnsi="Gentium Plus"/>
          <w:sz w:val="24"/>
        </w:rPr>
        <w:t>πόρρω κατακείμενος ἀπ’ ἐμοῦ, ἀνέστης παρ’ ἐμὲ καὶ φι‐ λοφρονούμενος εἶπες εὖ τι ῥῆμα ἔχον, ὡς ἔμοιγε ἐδόκεις καὶ</w:t>
      </w:r>
    </w:p>
    <w:p>
      <w:r>
        <w:rPr>
          <w:rFonts w:ascii="Courier New" w:hAnsi="Courier New"/>
          <w:color w:val="555555"/>
          <w:sz w:val="20"/>
        </w:rPr>
        <w:t>[Ep . 360 b]</w:t>
      </w:r>
    </w:p>
    <w:p>
      <w:r>
        <w:rPr>
          <w:rFonts w:ascii="Gentium Plus" w:hAnsi="Gentium Plus"/>
          <w:sz w:val="24"/>
        </w:rPr>
        <w:t>τῷ παρακατακειμένῳ—ἦν δ’ οὗτος τῶν καλῶν τις—ὃς τότε εἶπεν· “Ἦ που πολλά, ὦ Διονύσιε, εἰς σοφίαν ὠφελῇ ὑπὸ Πλάτωνος·” σὺ δ’ εἶπες· “Καὶ εἰς ἄλλα πολλά, ἐπεὶ καὶ ἀπ’ αὐτῆς τῆς μεταπέμψεως, ὅτι μετεπεμψάμην αὐτόν, δι’</w:t>
      </w:r>
    </w:p>
    <w:p>
      <w:r>
        <w:rPr>
          <w:rFonts w:ascii="Courier New" w:hAnsi="Courier New"/>
          <w:color w:val="555555"/>
          <w:sz w:val="20"/>
        </w:rPr>
        <w:t>[5]</w:t>
      </w:r>
    </w:p>
    <w:p>
      <w:r>
        <w:rPr>
          <w:rFonts w:ascii="Gentium Plus" w:hAnsi="Gentium Plus"/>
          <w:sz w:val="24"/>
        </w:rPr>
        <w:t>αὐτὸ τοῦτο εὐθὺς ὠφελήθην.” τοῦτ’ οὖν διασωστέον, ὅπως ἂν αὐξάνηται ἀεὶ ἡμῶν ἡ ἀπ’ ἀλλήλων ὠφελία. καὶ ἐγὼ νῦν τοῦτ’ αὐτὸ παρασκευάζων, τῶν τε Πυθαγορείων πέμπω σοι καὶ τῶν διαιρέσεων, καὶ ἄνδρα, ὥσπερ ἐδόκει ἡμῖν τότε,</w:t>
      </w:r>
    </w:p>
    <w:p>
      <w:r>
        <w:rPr>
          <w:rFonts w:ascii="Courier New" w:hAnsi="Courier New"/>
          <w:color w:val="555555"/>
          <w:sz w:val="20"/>
        </w:rPr>
        <w:t>[Ep . 360 c]</w:t>
      </w:r>
    </w:p>
    <w:p>
      <w:r>
        <w:rPr>
          <w:rFonts w:ascii="Gentium Plus" w:hAnsi="Gentium Plus"/>
          <w:sz w:val="24"/>
        </w:rPr>
        <w:t>ᾧ γε σὺ καὶ Ἀρχύτης, εἴπερ ἥκει παρά σε Ἀρχύτης, χρῆσθαι δύναισθ’ ἄν. ἔστι δὲ ὄνομα μὲν Ἑλίκων, τὸ δὲ γένος ἐκ Κυζίκου, μαθητὴς δὲ Εὐδόξου καὶ περὶ πάντα τὰ ἐκείνου πάνυ χαριέντως ἔχων· ἔτι δὲ καὶ τῶν Ἰσοκράτους μαθητῶν</w:t>
      </w:r>
    </w:p>
    <w:p>
      <w:r>
        <w:rPr>
          <w:rFonts w:ascii="Courier New" w:hAnsi="Courier New"/>
          <w:color w:val="555555"/>
          <w:sz w:val="20"/>
        </w:rPr>
        <w:t>[5]</w:t>
      </w:r>
    </w:p>
    <w:p>
      <w:r>
        <w:rPr>
          <w:rFonts w:ascii="Gentium Plus" w:hAnsi="Gentium Plus"/>
          <w:sz w:val="24"/>
        </w:rPr>
        <w:t>τῳ συγγέγονεν καὶ Πολυξένῳ τῶν Βρύσωνός τινι ἑταίρων.</w:t>
      </w:r>
    </w:p>
    <w:p>
      <w:r>
        <w:rPr>
          <w:rFonts w:ascii="Courier New" w:hAnsi="Courier New"/>
          <w:color w:val="555555"/>
          <w:sz w:val="20"/>
        </w:rPr>
        <w:t>[Ep . 360 d]</w:t>
      </w:r>
    </w:p>
    <w:p>
      <w:r>
        <w:rPr>
          <w:rFonts w:ascii="Gentium Plus" w:hAnsi="Gentium Plus"/>
          <w:sz w:val="24"/>
        </w:rPr>
        <w:t>δόξειεν ἂν εἶναι. δεδιὼς δὲ λέγω ταῦτα, ὅτι ὑπὲρ ἀνθρώπου δόξαν ἀποφαίνομαι, οὐ φαύλου ζῴου ἀλλ’ εὐμεταβόλου, πλὴν πάνυ ὀλίγων τινῶν καὶ εἰς ὀλίγα· ἐπεὶ καὶ περὶ τούτου φοβούμενος καὶ ἀπιστῶν ἐσκόπουν αὐτός τε ἐντυγ‐</w:t>
      </w:r>
    </w:p>
    <w:p>
      <w:r>
        <w:rPr>
          <w:rFonts w:ascii="Courier New" w:hAnsi="Courier New"/>
          <w:color w:val="555555"/>
          <w:sz w:val="20"/>
        </w:rPr>
        <w:t>[5]</w:t>
      </w:r>
    </w:p>
    <w:p>
      <w:r>
        <w:rPr>
          <w:rFonts w:ascii="Gentium Plus" w:hAnsi="Gentium Plus"/>
          <w:sz w:val="24"/>
        </w:rPr>
        <w:t>χάνων καὶ ἐπυνθανόμην τῶν πολιτῶν αὐτοῦ, καὶ οὐδεὶς οὐδὲν φλαῦρον ἔλεγεν τὸν ἄνδρα. σκόπει δὲ καὶ αὐτὸς καὶ εὐ‐ λαβοῦ. μάλιστα μὲν οὖν, ἂν καὶ ὁπωστιοῦν σχολάζῃς,</w:t>
      </w:r>
    </w:p>
    <w:p>
      <w:r>
        <w:rPr>
          <w:rFonts w:ascii="Courier New" w:hAnsi="Courier New"/>
          <w:color w:val="555555"/>
          <w:sz w:val="20"/>
        </w:rPr>
        <w:t>[Ep . 360 e]</w:t>
      </w:r>
    </w:p>
    <w:p>
      <w:r>
        <w:rPr>
          <w:rFonts w:ascii="Gentium Plus" w:hAnsi="Gentium Plus"/>
          <w:sz w:val="24"/>
        </w:rPr>
        <w:t>μάνθανε παρ’ αὐτοῦ καὶ τἆλλα φιλοσόφει· εἰ δὲ μή, ἐκ‐ δίδαξαί τινα, ἵνα κατὰ σχολὴν μανθάνων βελτίων γίγνῃ καὶ εὐδοξῇς, ὅπως τὸ δι’ ἐμὲ ὠφελεῖσθαί σοι μὴ ἀνιῇ. καὶ ταῦτα μὲν δὴ ταύτῃ.</w:t>
      </w:r>
    </w:p>
    <w:p>
      <w:r>
        <w:rPr>
          <w:rFonts w:ascii="Courier New" w:hAnsi="Courier New"/>
          <w:color w:val="555555"/>
          <w:sz w:val="20"/>
        </w:rPr>
        <w:t>[Ep . 361 a]</w:t>
      </w:r>
    </w:p>
    <w:p>
      <w:r>
        <w:rPr>
          <w:rFonts w:ascii="Gentium Plus" w:hAnsi="Gentium Plus"/>
          <w:sz w:val="24"/>
        </w:rPr>
        <w:t>Περὶ δὲ ὧν ἐπέστελλές μοι ἀποπέμπειν σοι, τὸν μὲν Ἀπόλλω ἐποιησάμην τε καὶ ἄγει σοι Λεπτίνης, νέου καὶ ἀγαθοῦ δημιουργοῦ· ὄνομα δ’ ἔστιν αὐτῷ Λεωχάρης. ἕτερον δὲ παρ’ αὐτῷ ἔργον ἦν πάνυ κομψόν, ὡς ἐδόκει· ἐπριάμην</w:t>
      </w:r>
    </w:p>
    <w:p>
      <w:r>
        <w:rPr>
          <w:rFonts w:ascii="Courier New" w:hAnsi="Courier New"/>
          <w:color w:val="555555"/>
          <w:sz w:val="20"/>
        </w:rPr>
        <w:t>[5]</w:t>
      </w:r>
    </w:p>
    <w:p>
      <w:r>
        <w:rPr>
          <w:rFonts w:ascii="Gentium Plus" w:hAnsi="Gentium Plus"/>
          <w:sz w:val="24"/>
        </w:rPr>
        <w:t>οὖν αὐτὸ βουλόμενός σου τῇ γυναικὶ δοῦναι, ὅτι μου ἐπε‐ μελεῖτο καὶ ὑγιαίνοντος καὶ ἀσθενοῦντος ἀξίως ἐμοῦ τε καὶ σοῦ. δὸς οὖν αὐτῇ, ἂν μή τι σοὶ ἄλλο δόξῃ. πέμπω δὲ καὶ οἴνου γλυκέος δώδεκα σταμνία τοῖς παισὶ καὶ μέλιτος δύο.</w:t>
      </w:r>
    </w:p>
    <w:p>
      <w:r>
        <w:rPr>
          <w:rFonts w:ascii="Courier New" w:hAnsi="Courier New"/>
          <w:color w:val="555555"/>
          <w:sz w:val="20"/>
        </w:rPr>
        <w:t>[Ep . 361 b]</w:t>
      </w:r>
    </w:p>
    <w:p>
      <w:r>
        <w:rPr>
          <w:rFonts w:ascii="Gentium Plus" w:hAnsi="Gentium Plus"/>
          <w:sz w:val="24"/>
        </w:rPr>
        <w:t>ἰσχάδων δὲ ὕστερον ἤλθομεν τῆς ἀποθέσεως, τὰ δὲ μύρτα ἀποτεθέντα κατεσάπη· ἀλλ’ αὖθις βέλτιον ἐπιμελησόμεθα. περὶ δὲ φυτῶν Λεπτίνης σοι ἐρεῖ. Ἀργύριον δ’ εἰς ταῦτα ἕνεκά τε τούτων καὶ εἰσφορῶν</w:t>
      </w:r>
    </w:p>
    <w:p>
      <w:r>
        <w:rPr>
          <w:rFonts w:ascii="Courier New" w:hAnsi="Courier New"/>
          <w:color w:val="555555"/>
          <w:sz w:val="20"/>
        </w:rPr>
        <w:t>[5]</w:t>
      </w:r>
    </w:p>
    <w:p>
      <w:r>
        <w:rPr>
          <w:rFonts w:ascii="Gentium Plus" w:hAnsi="Gentium Plus"/>
          <w:sz w:val="24"/>
        </w:rPr>
        <w:t>τινων εἰς τὴν πόλιν ἔλαβον παρὰ Λεπτίνου, λέγων ἅ μοι ἐδόκει εὐσχημονέστατα ἡμῖν εἶναι καὶ ἀληθῆ λέγειν, ὅτι ἡμέτερον εἴη ὃ εἰς τὴν ναῦν ἀναλώσαμεν τὴν Λευκαδίαν, σχεδὸν ἑκκαίδεκα μναῖ· τοῦτ’ οὖν ἔλαβον, καὶ λαβὼν αὐτός</w:t>
      </w:r>
    </w:p>
    <w:p>
      <w:r>
        <w:rPr>
          <w:rFonts w:ascii="Courier New" w:hAnsi="Courier New"/>
          <w:color w:val="555555"/>
          <w:sz w:val="20"/>
        </w:rPr>
        <w:t>[Ep . 361 c]</w:t>
      </w:r>
    </w:p>
    <w:p>
      <w:r>
        <w:rPr>
          <w:rFonts w:ascii="Gentium Plus" w:hAnsi="Gentium Plus"/>
          <w:sz w:val="24"/>
        </w:rPr>
        <w:t>τε ἐχρησάμην καὶ ὑμῖν ταῦτα ἀπέπεμψα. τὸ δὴ μετὰ τοῦτο περὶ χρημάτων ἄκουε ὥς σοι ἔχει, περί τε τὰ σὰ τὰ Ἀθή‐</w:t>
      </w:r>
    </w:p>
    <w:p>
      <w:r>
        <w:rPr>
          <w:rFonts w:ascii="Courier New" w:hAnsi="Courier New"/>
          <w:color w:val="555555"/>
          <w:sz w:val="20"/>
        </w:rPr>
        <w:t>[5]</w:t>
      </w:r>
    </w:p>
    <w:p>
      <w:r>
        <w:rPr>
          <w:rFonts w:ascii="Gentium Plus" w:hAnsi="Gentium Plus"/>
          <w:sz w:val="24"/>
        </w:rPr>
        <w:t>δείων, χρῶμαι δὲ ὡς ἂν δύνωμαι ὀλιγίστοις, ὅσα ἀναγκαῖα ἢ δίκαια ἢ εὐσχήμονα ἐμοί τε δοκεῖ καὶ παρ’ οὗ ἂν λαμβάνω. ἐμοὶ δὴ τοιοῦτον νῦν συμβέβηκεν. εἰσί μοι ἀδελφιδῶν</w:t>
      </w:r>
    </w:p>
    <w:p>
      <w:r>
        <w:rPr>
          <w:rFonts w:ascii="Courier New" w:hAnsi="Courier New"/>
          <w:color w:val="555555"/>
          <w:sz w:val="20"/>
        </w:rPr>
        <w:t>[Ep . 361 d]</w:t>
      </w:r>
    </w:p>
    <w:p>
      <w:r>
        <w:rPr>
          <w:rFonts w:ascii="Gentium Plus" w:hAnsi="Gentium Plus"/>
          <w:sz w:val="24"/>
        </w:rPr>
        <w:t>θυγατέρες τῶν ἀποθανουσῶν τότε ὅτ’ ἐγὼ οὐκ ἐστεφανούμην, σὺ δ’ ἐκέλευες, τέτταρες, ἡ μὲν νῦν ἐπίγαμος, ἡ δὲ ὀκταέτις, ἡ δὲ σμικρὸν πρὸς τρισὶν ἔτεσιν, ἡ δὲ οὔπω ἐνιαυσία. ταύ‐ τας ἐκδοτέον ἐμοί ἐστιν καὶ τοῖς ἐμοῖς ἐπιτηδείοις, αἷς ἂν</w:t>
      </w:r>
    </w:p>
    <w:p>
      <w:r>
        <w:rPr>
          <w:rFonts w:ascii="Courier New" w:hAnsi="Courier New"/>
          <w:color w:val="555555"/>
          <w:sz w:val="20"/>
        </w:rPr>
        <w:t>[5]</w:t>
      </w:r>
    </w:p>
    <w:p>
      <w:r>
        <w:rPr>
          <w:rFonts w:ascii="Gentium Plus" w:hAnsi="Gentium Plus"/>
          <w:sz w:val="24"/>
        </w:rPr>
        <w:t>ἐγὼ ἐπιβιῶ· αἷς δ’ ἂν μή, χαιρόντων. καὶ ὧν ἂν γένωνται οἱ πατέρες αὐτῶν ἐμοῦ πλουσιώτεροι, οὐκ ἐκδοτέον· τὰ δὲ νῦν αὐτῶν ἐγὼ εὐπορώτατος, καὶ τὰς μητέρας δὲ αὐτῶν ἐγὼ</w:t>
      </w:r>
    </w:p>
    <w:p>
      <w:r>
        <w:rPr>
          <w:rFonts w:ascii="Courier New" w:hAnsi="Courier New"/>
          <w:color w:val="555555"/>
          <w:sz w:val="20"/>
        </w:rPr>
        <w:t>[Ep . 361 e]</w:t>
      </w:r>
    </w:p>
    <w:p>
      <w:r>
        <w:rPr>
          <w:rFonts w:ascii="Gentium Plus" w:hAnsi="Gentium Plus"/>
          <w:sz w:val="24"/>
        </w:rPr>
        <w:t>ἐξέδωκα καὶ μετ’ ἄλλων καὶ μετὰ Δίωνος. ἡ μὲν οὖν Σπευσίππῳ γαμεῖται, ἀδελφῆς οὖσα αὐτῷ θυγάτηρ. δεῖ δὴ ταύτῃ οὐδὲν πλέον ἢ τριάκοντα μνῶν· μέτριαι γὰρ αὗται ἡμῖν προῖκες. ἔτι δὲ ἐὰν ἡ μήτηρ τελευτήσῃ ἡ ἐμή, οὐδὲν</w:t>
      </w:r>
    </w:p>
    <w:p>
      <w:r>
        <w:rPr>
          <w:rFonts w:ascii="Courier New" w:hAnsi="Courier New"/>
          <w:color w:val="555555"/>
          <w:sz w:val="20"/>
        </w:rPr>
        <w:t>[5]</w:t>
      </w:r>
    </w:p>
    <w:p>
      <w:r>
        <w:rPr>
          <w:rFonts w:ascii="Gentium Plus" w:hAnsi="Gentium Plus"/>
          <w:sz w:val="24"/>
        </w:rPr>
        <w:t>αὖ πλείονος ἢ δέκα μνῶν δέοι ἂν εἰς τὴν οἰκοδομίαν τοῦ τάφου. καὶ περὶ ταῦτα τὰ μὲν ἐμὰ ἀναγκαῖα σχεδόν τι ἐν τῷ νῦν ταῦτά ἐστιν· ἐὰν δέ τι ἄλλο γίγνηται ἴδιον ἢ δημόσιον ἀνάλωμα διὰ τὴν παρὰ σὲ ἄφιξιν, ὥσπερ τότε ἔλεγον δεῖ ποιεῖν, ἐμὲ μὲν διαμάχεσθαι ὅπως ὡς ὀλίγιστον γένηται τὸ</w:t>
      </w:r>
    </w:p>
    <w:p>
      <w:r>
        <w:rPr>
          <w:rFonts w:ascii="Courier New" w:hAnsi="Courier New"/>
          <w:color w:val="555555"/>
          <w:sz w:val="20"/>
        </w:rPr>
        <w:t>[Ep . 362 a]</w:t>
      </w:r>
    </w:p>
    <w:p>
      <w:r>
        <w:rPr>
          <w:rFonts w:ascii="Gentium Plus" w:hAnsi="Gentium Plus"/>
          <w:sz w:val="24"/>
        </w:rPr>
        <w:t>ἀνάλωμα, ὃ δ’ ἂν μὴ δύνωμαι, σὴν εἶναι τὴν δαπάνην. Τὸ δὴ μετὰ ταῦτα λέγω περὶ τῶν σῶν αὖ χρημάτων τῶν Ἀθήνησιν τῆς ἀναλώσεως, ὅτι πρῶτον μὲν ἐάν τι δέῃ ἐμὲ ἀναλίσκειν εἰς χορηγίαν ἤ τι τοιοῦτον, οὐκ ἔστι σοι ξένος</w:t>
      </w:r>
    </w:p>
    <w:p>
      <w:r>
        <w:rPr>
          <w:rFonts w:ascii="Courier New" w:hAnsi="Courier New"/>
          <w:color w:val="555555"/>
          <w:sz w:val="20"/>
        </w:rPr>
        <w:t>[5]</w:t>
      </w:r>
    </w:p>
    <w:p>
      <w:r>
        <w:rPr>
          <w:rFonts w:ascii="Gentium Plus" w:hAnsi="Gentium Plus"/>
          <w:sz w:val="24"/>
        </w:rPr>
        <w:t>οὐδεὶς ὅστις δώσει, ὡς ᾠόμεθα, ἔπει〈τα〉 καὶ ἄν τι σοὶ αὐτῷ διαφέρῃ μέγα, ὥστε ἀναλωθὲν μὲν ἤδη ὀνῆσαι, μὴ ἀναλωθὲν δὲ ἀλλ’ ἐγχρονισθὲν ἕως ἄν τις παρὰ σοῦ ἔλθῃ, βλάψαι, πρὸς τῷ χαλεπῷ τὸ τοιοῦτόν σοί ἐστιν καὶ αἰσχρόν. ἐγὼ</w:t>
      </w:r>
    </w:p>
    <w:p>
      <w:r>
        <w:rPr>
          <w:rFonts w:ascii="Courier New" w:hAnsi="Courier New"/>
          <w:color w:val="555555"/>
          <w:sz w:val="20"/>
        </w:rPr>
        <w:t>[Ep . 362 b]</w:t>
      </w:r>
    </w:p>
    <w:p>
      <w:r>
        <w:rPr>
          <w:rFonts w:ascii="Gentium Plus" w:hAnsi="Gentium Plus"/>
          <w:sz w:val="24"/>
        </w:rPr>
        <w:t>γὰρ δὴ ταῦτά γε ἐξήτασα, παρ’ Ἀνδρομήδη τὸν Αἰγινήτην πέμψας Ἔραστον, παρ’ οὗ ἐκέλευες τοῦ ὑμετέρου ξένου, εἴ</w:t>
      </w:r>
    </w:p>
    <w:p>
      <w:r>
        <w:rPr>
          <w:rFonts w:ascii="Courier New" w:hAnsi="Courier New"/>
          <w:color w:val="555555"/>
          <w:sz w:val="20"/>
        </w:rPr>
        <w:t>[5]</w:t>
      </w:r>
    </w:p>
    <w:p>
      <w:r>
        <w:rPr>
          <w:rFonts w:ascii="Gentium Plus" w:hAnsi="Gentium Plus"/>
          <w:sz w:val="24"/>
        </w:rPr>
        <w:t>ὅτι καὶ πρότερον ἀναλώσας τῷ πατρί σου μόλις κομίσαιτο, καὶ νῦν σμικρὰ μὲν δοίη ἄν, πλείω δὲ οὔ. οὕτω δὴ παρὰ Λεπτίνου ἔλαβον· καὶ τοῦτό γε ἄξιον ἐπαινέσαι Λεπτίνην, οὐχ ὅτι ἔδωκεν, ἀλλ’ ὅτι προθύμως, καὶ τὰ ἄλλα περὶ σὲ</w:t>
      </w:r>
    </w:p>
    <w:p>
      <w:r>
        <w:rPr>
          <w:rFonts w:ascii="Courier New" w:hAnsi="Courier New"/>
          <w:color w:val="555555"/>
          <w:sz w:val="20"/>
        </w:rPr>
        <w:t>[Ep . 362 c]</w:t>
      </w:r>
    </w:p>
    <w:p>
      <w:r>
        <w:rPr>
          <w:rFonts w:ascii="Gentium Plus" w:hAnsi="Gentium Plus"/>
          <w:sz w:val="24"/>
        </w:rPr>
        <w:t>καὶ λέγων καὶ πράττων, ὅτι οἷός τ’ ἦν ἐπιτήδειος, φανερὸς ἦν. χρὴ γὰρ δὴ καὶ τὰ τοιαῦτα καὶ τἀναντία τούτων ἐμὲ ἀπαγγέλλειν, ὁποῖός τις ἂν ἕκαστος ἐμοὶ φαίνηται περὶ σέ. τὸ δ’ οὖν περὶ τῶν χρημάτων ἐγώ σοι παρρησιάσομαι· δίκαιον</w:t>
      </w:r>
    </w:p>
    <w:p>
      <w:r>
        <w:rPr>
          <w:rFonts w:ascii="Courier New" w:hAnsi="Courier New"/>
          <w:color w:val="555555"/>
          <w:sz w:val="20"/>
        </w:rPr>
        <w:t>[5]</w:t>
      </w:r>
    </w:p>
    <w:p>
      <w:r>
        <w:rPr>
          <w:rFonts w:ascii="Gentium Plus" w:hAnsi="Gentium Plus"/>
          <w:sz w:val="24"/>
        </w:rPr>
        <w:t>γάρ, καὶ ἅμα ἐμπείρως ἔχων τῶν παρὰ σοὶ λέγοιμ’ ἄν. οἱ προσαγγέλλοντες ἑκάστοτέ σοι, ὅτι ἂν οἴωνται ἀνάλωμα εἰσαγγέλλειν, οὐκ ἐθέλουσιν προσαγγέλλειν, ὡς δὴ ἀπεχθη‐</w:t>
      </w:r>
    </w:p>
    <w:p>
      <w:r>
        <w:rPr>
          <w:rFonts w:ascii="Courier New" w:hAnsi="Courier New"/>
          <w:color w:val="555555"/>
          <w:sz w:val="20"/>
        </w:rPr>
        <w:t>[Ep . 362 d]</w:t>
      </w:r>
    </w:p>
    <w:p>
      <w:r>
        <w:rPr>
          <w:rFonts w:ascii="Gentium Plus" w:hAnsi="Gentium Plus"/>
          <w:sz w:val="24"/>
        </w:rPr>
        <w:t>σόμενοι· ἔθιζε οὖν αὐτοὺς καὶ ἀνάγκαζε φράζειν καὶ ταῦτα καὶ τὰ ἄλλα· σὲ γὰρ δεῖ εἰδέναι τε τὰ πάντα κατὰ δύναμιν καὶ κριτὴν εἶναι καὶ μὴ φεύγειν τὸ εἰδέναι. πάντων γὰρ ἄριστόν σοι ἔσται πρὸς τὴν ἀρχήν· τὰ γὰρ ἀναλώματα</w:t>
      </w:r>
    </w:p>
    <w:p>
      <w:r>
        <w:rPr>
          <w:rFonts w:ascii="Courier New" w:hAnsi="Courier New"/>
          <w:color w:val="555555"/>
          <w:sz w:val="20"/>
        </w:rPr>
        <w:t>[5]</w:t>
      </w:r>
    </w:p>
    <w:p>
      <w:r>
        <w:rPr>
          <w:rFonts w:ascii="Gentium Plus" w:hAnsi="Gentium Plus"/>
          <w:sz w:val="24"/>
        </w:rPr>
        <w:t>ὀρθῶς ἀναλισκόμενα καὶ ὀρθῶς ἀποδιδόμενα πρός τε τἆλλα καὶ πρὸς αὐτὴν τὴν τῶν χρημάτων κτῆσιν καὶ σὺ δὴ φῂς ἀγαθὸν εἶναι καὶ φήσεις. μὴ οὖν σε διαβαλλόντων πρὸς τοὺς ἀνθρώπους οἱ κήδεσθαί σου φάσκοντες· τοῦτο γὰρ οὔτε ἀγαθὸν οὔτε καλὸν πρὸς δόξαν σοι, δοκεῖν δυσσύμβολον</w:t>
      </w:r>
    </w:p>
    <w:p>
      <w:r>
        <w:rPr>
          <w:rFonts w:ascii="Courier New" w:hAnsi="Courier New"/>
          <w:color w:val="555555"/>
          <w:sz w:val="20"/>
        </w:rPr>
        <w:t>[Ep . 362 e]</w:t>
      </w:r>
    </w:p>
    <w:p>
      <w:r>
        <w:rPr>
          <w:rFonts w:ascii="Gentium Plus" w:hAnsi="Gentium Plus"/>
          <w:sz w:val="24"/>
        </w:rPr>
        <w:t>εἶναι. Τὰ μετὰ ταῦτα περὶ Δίωνος λέγοιμ’ ἄν. τὰ μὲν ἄλλ’ οὔπω ἔχω λέγειν, πρὶν ἂν παρὰ σοῦ ἔλθωσιν αἱ ἐπιστολαί, ὥσπερ ἔφης· περὶ μέντοι ἐκείνων ὧν οὐκ εἴας μεμνῆσθαι</w:t>
      </w:r>
    </w:p>
    <w:p>
      <w:r>
        <w:rPr>
          <w:rFonts w:ascii="Courier New" w:hAnsi="Courier New"/>
          <w:color w:val="555555"/>
          <w:sz w:val="20"/>
        </w:rPr>
        <w:t>[5]</w:t>
      </w:r>
    </w:p>
    <w:p>
      <w:r>
        <w:rPr>
          <w:rFonts w:ascii="Gentium Plus" w:hAnsi="Gentium Plus"/>
          <w:sz w:val="24"/>
        </w:rPr>
        <w:t>πρὸς αὐτόν, οὔτε ἐμνήσθην οὔτε διελέχθην, ἐξεπειρώμην δὲ εἴτε χαλεπῶς εἴτε ῥᾳδίως οἴσει γιγνομένων, καί μοι ἐδόκει οὐκ ἠρέμα ἂν ἄχθεσθαι εἰ γίγνοιτο. τὰ δὲ ἄλλα περὶ σὲ</w:t>
      </w:r>
    </w:p>
    <w:p>
      <w:r>
        <w:rPr>
          <w:rFonts w:ascii="Courier New" w:hAnsi="Courier New"/>
          <w:color w:val="555555"/>
          <w:sz w:val="20"/>
        </w:rPr>
        <w:t>[Ep . 363 a]</w:t>
      </w:r>
    </w:p>
    <w:p>
      <w:r>
        <w:rPr>
          <w:rFonts w:ascii="Gentium Plus" w:hAnsi="Gentium Plus"/>
          <w:sz w:val="24"/>
        </w:rPr>
        <w:t>Κρατίνῳ τῷ Τιμοθέου μὲν ἀδελφῷ, ἐμῷ δ’ ἑταίρῳ, θώρακα δωρησώμεθα ὁπλιτικὸν τῶν μαλακῶν τῶν πεζῶν, καὶ ταῖς Κέβητος θυγατράσι χιτώνια τρία ἑπταπήχη, μὴ τῶν πολυ‐ τελῶν τῶν Ἀμοργίνων, ἀλλὰ τῶν Σικελικῶν τῶν λινῶν.</w:t>
      </w:r>
    </w:p>
    <w:p>
      <w:r>
        <w:rPr>
          <w:rFonts w:ascii="Courier New" w:hAnsi="Courier New"/>
          <w:color w:val="555555"/>
          <w:sz w:val="20"/>
        </w:rPr>
        <w:t>[5]</w:t>
      </w:r>
    </w:p>
    <w:p>
      <w:r>
        <w:rPr>
          <w:rFonts w:ascii="Gentium Plus" w:hAnsi="Gentium Plus"/>
          <w:sz w:val="24"/>
        </w:rPr>
        <w:t>ἐπιεικῶς δὲ γιγνώσκεις τοὔνομα Κέβητος· γεγραμμένος γάρ ἐστιν ἐν τοῖς Σωκρατείοις λόγοις μετὰ Σιμμίου Σωκράτει διαλεγόμενος ἐν τῷ περὶ ψυχῆς λόγῳ, ἀνὴρ πᾶσιν ἡμῖν οἰκεῖός τε καὶ εὔνους.</w:t>
      </w:r>
    </w:p>
    <w:p>
      <w:r>
        <w:rPr>
          <w:rFonts w:ascii="Courier New" w:hAnsi="Courier New"/>
          <w:color w:val="555555"/>
          <w:sz w:val="20"/>
        </w:rPr>
        <w:t>[Ep . 363 b]</w:t>
      </w:r>
    </w:p>
    <w:p>
      <w:r>
        <w:rPr>
          <w:rFonts w:ascii="Gentium Plus" w:hAnsi="Gentium Plus"/>
          <w:sz w:val="24"/>
        </w:rPr>
        <w:t>Περὶ δὲ δὴ τοῦ συμβόλου τοῦ περὶ τὰς ἐπιστολάς, ὅσας τε ἂν ἐπιστέλλω σπουδῇ καὶ ὅσας ἂν μή, οἶμαι μέν σε μεμνῆσθαι, ὅμως δ’ ἐννόει καὶ πάνυ πρόσεχε τὸν νοῦν· πολλοὶ γὰρ οἱ κελεύοντες γράφειν, οὓς οὐ ῥᾴδιον φανερῶς</w:t>
      </w:r>
    </w:p>
    <w:p>
      <w:r>
        <w:rPr>
          <w:rFonts w:ascii="Courier New" w:hAnsi="Courier New"/>
          <w:color w:val="555555"/>
          <w:sz w:val="20"/>
        </w:rPr>
        <w:t>[5]</w:t>
      </w:r>
    </w:p>
    <w:p>
      <w:r>
        <w:rPr>
          <w:rFonts w:ascii="Gentium Plus" w:hAnsi="Gentium Plus"/>
          <w:sz w:val="24"/>
        </w:rPr>
        <w:t>διωθεῖσθαι. τῆς μὲν γὰρ σπουδαίας ἐπιστολῆς θεὸς ἄρχει, θεοὶ δὲ τῆς ἧττον. Οἱ πρέσβεις καὶ ἐδέοντο ἐπιστέλλειν σοι, καὶ εἰκός· πάνυ γὰρ προθύμως σὲ πανταχοῦ καὶ ἐμὲ ἐγκωμιάζουσιν, καὶ οὐχ ἥκιστα Φίλαγρος, ὃς τότε τὴν χεῖρα ἠσθένει. καὶ</w:t>
      </w:r>
    </w:p>
    <w:p>
      <w:r>
        <w:rPr>
          <w:rFonts w:ascii="Courier New" w:hAnsi="Courier New"/>
          <w:color w:val="555555"/>
          <w:sz w:val="20"/>
        </w:rPr>
        <w:t>[Ep . 363 c]</w:t>
      </w:r>
    </w:p>
    <w:p>
      <w:r>
        <w:rPr>
          <w:rFonts w:ascii="Gentium Plus" w:hAnsi="Gentium Plus"/>
          <w:sz w:val="24"/>
        </w:rPr>
        <w:t>Φιλαίδης παρὰ βασιλέως ἥκων τοῦ μεγάλου ἔλεγεν περὶ σοῦ· εἰ δὲ μὴ πάνυ μακρᾶς ἐπιστολῆς ἦν, ἔγραψα ἂν ἃ ἔλεγεν, νῦν δὲ Λεπτίνου πυνθάνου. Ἂν τὸν θώρακα ἢ ἄλλο τι ὧν ἐπιστέλλω πέμπῃς, ἂν</w:t>
      </w:r>
    </w:p>
    <w:p>
      <w:r>
        <w:rPr>
          <w:rFonts w:ascii="Courier New" w:hAnsi="Courier New"/>
          <w:color w:val="555555"/>
          <w:sz w:val="20"/>
        </w:rPr>
        <w:t>[5]</w:t>
      </w:r>
    </w:p>
    <w:p>
      <w:r>
        <w:rPr>
          <w:rFonts w:ascii="Gentium Plus" w:hAnsi="Gentium Plus"/>
          <w:sz w:val="24"/>
        </w:rPr>
        <w:t>μὲν αὐτός τῳ βούλῃ, εἰ δὲ μή, Τηρίλλῳ δός· ἔστι δὲ τῶν ἀεὶ πλεόντων, ἡμέτερος ἐπιτήδειος καὶ τὰ ἄλλα καὶ περὶ φιλο‐ σοφίαν χαρίεις. Τείσωνος δ’ ἔστιν κηδεστής, ὃς τότε ὅθ’ ἡμεῖς ἀπεπλέομεν ἐπολιανόμει. Ἔρρωσο καὶ φιλοσόφει καὶ τοὺς ἄλλους προτρέπου τοὺς</w:t>
      </w:r>
    </w:p>
    <w:p>
      <w:r>
        <w:rPr>
          <w:rFonts w:ascii="Courier New" w:hAnsi="Courier New"/>
          <w:color w:val="555555"/>
          <w:sz w:val="20"/>
        </w:rPr>
        <w:t>[Ep . 363 d]</w:t>
      </w:r>
    </w:p>
    <w:p>
      <w:r>
        <w:rPr>
          <w:rFonts w:ascii="Gentium Plus" w:hAnsi="Gentium Plus"/>
          <w:sz w:val="24"/>
        </w:rPr>
        <w:t>νεωτέρους, καὶ τοὺς συσφαιριστὰς ἀσπάζου ὑπὲρ ἐμοῦ, καὶ πρόσταττε τοῖς τε ἄλλοις καὶ Ἀριστοκρίτῳ, ἐάν τις παρ’ ἐμοῦ λόγος ἢ ἐπιστολὴ ἴῃ παρὰ σέ, ἐπιμελεῖσθαι ὅπως ὡς</w:t>
      </w:r>
    </w:p>
    <w:p>
      <w:r>
        <w:rPr>
          <w:rFonts w:ascii="Courier New" w:hAnsi="Courier New"/>
          <w:color w:val="555555"/>
          <w:sz w:val="20"/>
        </w:rPr>
        <w:t>[5]</w:t>
      </w:r>
    </w:p>
    <w:p>
      <w:r>
        <w:rPr>
          <w:rFonts w:ascii="Gentium Plus" w:hAnsi="Gentium Plus"/>
          <w:sz w:val="24"/>
        </w:rPr>
        <w:t>ἐπισταλέντων. καὶ νῦν Λεπτίνῃ τῆς ἀποδόσεως τοῦ ἀργυρίου μὴ ἀμελήσῃς, ἀλλ’ ὡς τάχιστα ἀπόδος, ἵνα καὶ οἱ ἄλλοι πρὸς τοῦτον ὁρῶντες προθυμότεροι ὦσιν ἡμῖν ὑπηρετεῖν.</w:t>
      </w:r>
    </w:p>
    <w:p>
      <w:r>
        <w:rPr>
          <w:rFonts w:ascii="Courier New" w:hAnsi="Courier New"/>
          <w:color w:val="555555"/>
          <w:sz w:val="20"/>
        </w:rPr>
        <w:t>[Ep . 363 e]</w:t>
      </w:r>
    </w:p>
    <w:p>
      <w:r>
        <w:rPr>
          <w:rFonts w:ascii="Gentium Plus" w:hAnsi="Gentium Plus"/>
          <w:sz w:val="24"/>
        </w:rPr>
        <w:t>Ἰατροκλῆς, ὁ μετὰ Μυρωνίδου τότε ἐλεύθερος ἀφεθεὶς ὑπ’ ἐμοῦ, πλεῖ νῦν μετὰ τῶν πεμπομένων παρ’ ἐμοῦ· ἔμμισθον οὖν που αὐτὸν κατάστησον ὡς ὄντα σοι εὔνουν, καὶ ἄν τι βούλῃ, αὐτῷ χρῷ. καὶ τὴν ἐπιστολὴν ἢ αὐτὴν ἢ ὑπόμνημα</w:t>
      </w:r>
    </w:p>
    <w:p>
      <w:r>
        <w:rPr>
          <w:rFonts w:ascii="Courier New" w:hAnsi="Courier New"/>
          <w:color w:val="555555"/>
          <w:sz w:val="20"/>
        </w:rPr>
        <w:t>[5]</w:t>
      </w:r>
    </w:p>
    <w:p>
      <w:r>
        <w:rPr>
          <w:rFonts w:ascii="Gentium Plus" w:hAnsi="Gentium Plus"/>
          <w:sz w:val="24"/>
        </w:rPr>
        <w:t>αὐτῆς σῷζέ τε, καὶ ὁ αὐτὸς ἴσθι.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