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Γάϊος Μάριος</w:t>
      </w:r>
      <w:r>
        <w:br/>
      </w:r>
      <w:r>
        <w:rPr>
          <w:i/>
          <w:color w:val="666666"/>
          <w:sz w:val="40"/>
        </w:rPr>
        <w:t>Caius Marius</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ΜΑΡΙΟΣ</w:t>
      </w:r>
    </w:p>
    <w:p>
      <w:r>
        <w:rPr>
          <w:rFonts w:ascii="Courier New" w:hAnsi="Courier New"/>
          <w:color w:val="555555"/>
          <w:sz w:val="20"/>
        </w:rPr>
        <w:t>[Mar . 1 . 1]</w:t>
      </w:r>
    </w:p>
    <w:p>
      <w:r>
        <w:rPr>
          <w:rFonts w:ascii="Gentium Plus" w:hAnsi="Gentium Plus"/>
          <w:sz w:val="24"/>
        </w:rPr>
        <w:t>Γαΐου Μαρίου τρίτον οὐκ ἔχομεν εἰπεῖν ὄνομα, καθάπερ οὐδὲ Κοΐντου Σερτωρίου τοῦ κατασχόντος Ἰβη‐ ρίαν οὐδὲ Λευκίου Μομμίου τοῦ Κόρινθον ἑλόντος· ὁ γὰρ Ἀχαϊκὸς τούτῳ γε τῆς πράξεως ἐπώνυμον γέγονεν, ὡς</w:t>
      </w:r>
    </w:p>
    <w:p>
      <w:r>
        <w:rPr>
          <w:rFonts w:ascii="Courier New" w:hAnsi="Courier New"/>
          <w:color w:val="555555"/>
          <w:sz w:val="20"/>
        </w:rPr>
        <w:t>[5]</w:t>
      </w:r>
    </w:p>
    <w:p>
      <w:r>
        <w:rPr>
          <w:rFonts w:ascii="Gentium Plus" w:hAnsi="Gentium Plus"/>
          <w:sz w:val="24"/>
        </w:rPr>
        <w:t>ὁ Ἀφρικανὸς Σκιπίωνι καὶ ὁ Μακεδονικὸς Μετέλλῳ. ἐξ οὗ</w:t>
      </w:r>
    </w:p>
    <w:p>
      <w:r>
        <w:rPr>
          <w:rFonts w:ascii="Courier New" w:hAnsi="Courier New"/>
          <w:color w:val="555555"/>
          <w:sz w:val="20"/>
        </w:rPr>
        <w:t>[Mar . 1 . 2]</w:t>
      </w:r>
    </w:p>
    <w:p>
      <w:r>
        <w:rPr>
          <w:rFonts w:ascii="Gentium Plus" w:hAnsi="Gentium Plus"/>
          <w:sz w:val="24"/>
        </w:rPr>
        <w:t>καὶ μάλιστα Ποσειδώνιος (FGrH 87 F 60) ἐλέγχειν οἴε‐ ται τοὺς τὸ τρίτον ὄνομα Ῥωμαίοις κύριον εἶναι νομί‐ ζοντας, οἷον τὸν Κάμιλλον καὶ τὸν Μάρκελλον καὶ τὸν Κάτωνα· γίνεσθαι γὰρ 〈ἂν〉 ἀνωνύμους τοὺς ἀπὸ μόνων</w:t>
      </w:r>
    </w:p>
    <w:p>
      <w:r>
        <w:rPr>
          <w:rFonts w:ascii="Courier New" w:hAnsi="Courier New"/>
          <w:color w:val="555555"/>
          <w:sz w:val="20"/>
        </w:rPr>
        <w:t>[Mar . 1 . 3]</w:t>
      </w:r>
    </w:p>
    <w:p>
      <w:r>
        <w:rPr>
          <w:rFonts w:ascii="Gentium Plus" w:hAnsi="Gentium Plus"/>
          <w:sz w:val="24"/>
        </w:rPr>
        <w:t>τῶν δυεῖν προσαγορευομένους. λανθάνει δ’ ἑαυτὸν ὅτι τούτῳ τῷ λόγῳ πάλιν αὐτὸς ἀνωνύμους ποιεῖ[ται] τὰς γυναῖκας· οὐδεμιᾷ γὰρ γυναικὶ τίθεται τῶν ὀνομάτων τὸ πρῶτον, ὅπερ οἴεται κύριον ὄνομα Ῥωμαίοις ὑπάρχειν</w:t>
      </w:r>
    </w:p>
    <w:p>
      <w:r>
        <w:rPr>
          <w:rFonts w:ascii="Courier New" w:hAnsi="Courier New"/>
          <w:color w:val="555555"/>
          <w:sz w:val="20"/>
        </w:rPr>
        <w:t>[Mar . 1 . 4]</w:t>
      </w:r>
    </w:p>
    <w:p>
      <w:r>
        <w:rPr>
          <w:rFonts w:ascii="Gentium Plus" w:hAnsi="Gentium Plus"/>
          <w:sz w:val="24"/>
        </w:rPr>
        <w:t>ὁ Ποσειδώνιος· τῶν δ’ ἄλλων τὸ μὲν κοινὸν ἀπὸ συγ‐ γενείας, τοὺς Πομπηίους καὶ τοὺς Μαλλίους καὶ τοὺς Κορνηλίους, ὥσπερ ἂν Ἡρακλείδας τις εἴποι καὶ Πελο‐</w:t>
      </w:r>
    </w:p>
    <w:p>
      <w:r>
        <w:rPr>
          <w:rFonts w:ascii="Courier New" w:hAnsi="Courier New"/>
          <w:color w:val="555555"/>
          <w:sz w:val="20"/>
        </w:rPr>
        <w:t>[Mar . 1 . 5]</w:t>
      </w:r>
    </w:p>
    <w:p>
      <w:r>
        <w:rPr>
          <w:rFonts w:ascii="Gentium Plus" w:hAnsi="Gentium Plus"/>
          <w:sz w:val="24"/>
        </w:rPr>
        <w:t>πίδας, [τοῦ] τὸ δὲ προσηγορικὸν ἐξ ἐπιθέτου πρὸς τὰς</w:t>
      </w:r>
    </w:p>
    <w:p>
      <w:r>
        <w:rPr>
          <w:rFonts w:ascii="Courier New" w:hAnsi="Courier New"/>
          <w:color w:val="555555"/>
          <w:sz w:val="20"/>
        </w:rPr>
        <w:t>[5]</w:t>
      </w:r>
    </w:p>
    <w:p>
      <w:r>
        <w:rPr>
          <w:rFonts w:ascii="Gentium Plus" w:hAnsi="Gentium Plus"/>
          <w:sz w:val="24"/>
        </w:rPr>
        <w:t>εἰς μὲν οὖν ταῦτα πολλὰς δίδωσιν ἐπιχειρήσεις ἡ τῆς συνηθείας ἀνωμαλία.</w:t>
      </w:r>
    </w:p>
    <w:p>
      <w:r>
        <w:rPr>
          <w:rFonts w:ascii="Courier New" w:hAnsi="Courier New"/>
          <w:color w:val="555555"/>
          <w:sz w:val="20"/>
        </w:rPr>
        <w:t>[Mar . 2 . 1]</w:t>
      </w:r>
    </w:p>
    <w:p>
      <w:r>
        <w:rPr>
          <w:rFonts w:ascii="Gentium Plus" w:hAnsi="Gentium Plus"/>
          <w:sz w:val="24"/>
        </w:rPr>
        <w:t>Τῆς δ’ ὄψεως τῆς Μαρίου λιθίνην εἰκόνα κειμένην ἐν Ῥαβέννῃ τῆς Γαλατίας ἐθεώμεθα, πάνυ τῇ λεγομένῃ περὶ τὸ ἦθος στρυφνότητι καὶ πικρίᾳ πρέπουσαν. ἀν‐ δρώδης γὰρ φύσει καὶ πολεμικὸς γενόμενος, καὶ στρατιω‐</w:t>
      </w:r>
    </w:p>
    <w:p>
      <w:r>
        <w:rPr>
          <w:rFonts w:ascii="Courier New" w:hAnsi="Courier New"/>
          <w:color w:val="555555"/>
          <w:sz w:val="20"/>
        </w:rPr>
        <w:t>[5]</w:t>
      </w:r>
    </w:p>
    <w:p>
      <w:r>
        <w:rPr>
          <w:rFonts w:ascii="Gentium Plus" w:hAnsi="Gentium Plus"/>
          <w:sz w:val="24"/>
        </w:rPr>
        <w:t>τικῆς μᾶλλον ἢ πολιτικῆς παιδείας μεταλαβών, ἄκρατον</w:t>
      </w:r>
    </w:p>
    <w:p>
      <w:r>
        <w:rPr>
          <w:rFonts w:ascii="Courier New" w:hAnsi="Courier New"/>
          <w:color w:val="555555"/>
          <w:sz w:val="20"/>
        </w:rPr>
        <w:t>[Mar . 2 . 2]</w:t>
      </w:r>
    </w:p>
    <w:p>
      <w:r>
        <w:rPr>
          <w:rFonts w:ascii="Gentium Plus" w:hAnsi="Gentium Plus"/>
          <w:sz w:val="24"/>
        </w:rPr>
        <w:t>ἐν ταῖς ἐξουσίαις τὸν θυμὸν ἔσχε. λέγεται δὲ μήτε γράμ‐ ματα μαθεῖν Ἑλληνικὰ μήτε γλώττῃ πρὸς μηδὲν Ἑλλη‐ νίδι χρῆσθαι τῶν σπουδῆς ἐχομένων, ὡς γελοῖον γράμ‐ ματα μανθάνειν ὧν οἱ διδάσκαλοι δουλεύοιεν ἑτέροις·</w:t>
      </w:r>
    </w:p>
    <w:p>
      <w:r>
        <w:rPr>
          <w:rFonts w:ascii="Courier New" w:hAnsi="Courier New"/>
          <w:color w:val="555555"/>
          <w:sz w:val="20"/>
        </w:rPr>
        <w:t>[5]</w:t>
      </w:r>
    </w:p>
    <w:p>
      <w:r>
        <w:rPr>
          <w:rFonts w:ascii="Gentium Plus" w:hAnsi="Gentium Plus"/>
          <w:sz w:val="24"/>
        </w:rPr>
        <w:t>μετὰ δὲ τὸν δεύτερον θρίαμβον ἐπὶ ναοῦ τινος καθιερώ‐ σει θέας Ἑλληνικὰς παρέχων, εἰς τὸ θέατρον ἐλθὼν καὶ</w:t>
      </w:r>
    </w:p>
    <w:p>
      <w:r>
        <w:rPr>
          <w:rFonts w:ascii="Courier New" w:hAnsi="Courier New"/>
          <w:color w:val="555555"/>
          <w:sz w:val="20"/>
        </w:rPr>
        <w:t>[Mar . 2 . 3]</w:t>
      </w:r>
    </w:p>
    <w:p>
      <w:r>
        <w:rPr>
          <w:rFonts w:ascii="Gentium Plus" w:hAnsi="Gentium Plus"/>
          <w:sz w:val="24"/>
        </w:rPr>
        <w:t>μόνον καθίσας εὐθὺς ἀπαλλαγῆναι. ὥσπερ οὖν Ξενο‐ κράτει τῷ φιλοσόφῳ σκυθρωποτέρῳ δοκοῦντι τὸ ἦθος εἶναι πολλάκις εἰώθει λέγειν ὁ Πλάτων· „ὦ μακάριε Ξε‐</w:t>
      </w:r>
    </w:p>
    <w:p>
      <w:r>
        <w:rPr>
          <w:rFonts w:ascii="Courier New" w:hAnsi="Courier New"/>
          <w:color w:val="555555"/>
          <w:sz w:val="20"/>
        </w:rPr>
        <w:t>[Mar . 2 . 4]</w:t>
      </w:r>
    </w:p>
    <w:p>
      <w:r>
        <w:rPr>
          <w:rFonts w:ascii="Gentium Plus" w:hAnsi="Gentium Plus"/>
          <w:sz w:val="24"/>
        </w:rPr>
        <w:t>νόκρατες, θῦε ταῖς Χάρισιν“, οὕτως εἴ τις ἔπεισε Μάριον θύειν ταῖς Ἑλληνικαῖς Μούσαις καὶ Χάρισιν, οὐκ ἂν ἐκ‐ πρεπεστάταις στρατηγίαις καὶ πολιτείαις ἀμορφοτάτην ἐπέθηκε ***, ὑπὸ θυμοῦ καὶ φιλαρχίας ἀώρου καὶ πλεο‐</w:t>
      </w:r>
    </w:p>
    <w:p>
      <w:r>
        <w:rPr>
          <w:rFonts w:ascii="Courier New" w:hAnsi="Courier New"/>
          <w:color w:val="555555"/>
          <w:sz w:val="20"/>
        </w:rPr>
        <w:t>[5]</w:t>
      </w:r>
    </w:p>
    <w:p>
      <w:r>
        <w:rPr>
          <w:rFonts w:ascii="Gentium Plus" w:hAnsi="Gentium Plus"/>
          <w:sz w:val="24"/>
        </w:rPr>
        <w:t>νεξιῶν ἀπαρηγορήτων εἰς ὠμότατον καὶ ἀγριώτατον γῆ‐ ρας ἐξοκείλας. ταῦτα μὲν οὖν ἐπὶ τῶν πράξεων αὐτῶν εὐθὺς θεωρείσθω.</w:t>
      </w:r>
    </w:p>
    <w:p>
      <w:r>
        <w:rPr>
          <w:rFonts w:ascii="Courier New" w:hAnsi="Courier New"/>
          <w:color w:val="555555"/>
          <w:sz w:val="20"/>
        </w:rPr>
        <w:t>[Mar . 3 . 1]</w:t>
      </w:r>
    </w:p>
    <w:p>
      <w:r>
        <w:rPr>
          <w:rFonts w:ascii="Gentium Plus" w:hAnsi="Gentium Plus"/>
          <w:sz w:val="24"/>
        </w:rPr>
        <w:t>Γενόμενος δὲ γονέων παντάπασιν ἀδόξων, αὐτουρ‐</w:t>
      </w:r>
    </w:p>
    <w:p>
      <w:r>
        <w:rPr>
          <w:rFonts w:ascii="Courier New" w:hAnsi="Courier New"/>
          <w:color w:val="555555"/>
          <w:sz w:val="20"/>
        </w:rPr>
        <w:t>[5]</w:t>
      </w:r>
    </w:p>
    <w:p>
      <w:r>
        <w:rPr>
          <w:rFonts w:ascii="Gentium Plus" w:hAnsi="Gentium Plus"/>
          <w:sz w:val="24"/>
        </w:rPr>
        <w:t>τίνων τῆς Ἀρπίνης δίαιταν εἶχε, πρὸς μὲν ἀστεῖον καὶ γλαφυρὸν βίον ἀγροικοτέραν, σώφρονα δὲ καὶ ταῖς</w:t>
      </w:r>
    </w:p>
    <w:p>
      <w:r>
        <w:rPr>
          <w:rFonts w:ascii="Courier New" w:hAnsi="Courier New"/>
          <w:color w:val="555555"/>
          <w:sz w:val="20"/>
        </w:rPr>
        <w:t>[Mar . 3 . 2]</w:t>
      </w:r>
    </w:p>
    <w:p>
      <w:r>
        <w:rPr>
          <w:rFonts w:ascii="Gentium Plus" w:hAnsi="Gentium Plus"/>
          <w:sz w:val="24"/>
        </w:rPr>
        <w:t>πάλαι Ῥωμαίων τροφαῖς ἐοικυῖαν. πρώτην δὲ στρατείαν στρατευσάμενος ἐπὶ Κελτίβηρας, ὅτε Σκιπίων Ἀφρικανὸς Νομαντίαν ἐπολιόρκει, τὸν στρατηγὸν οὐκ ἐλάνθανεν ἀνδρείᾳ τῶν ἄλλων νέων διαφέρων, καὶ τὴν μεταβολὴν</w:t>
      </w:r>
    </w:p>
    <w:p>
      <w:r>
        <w:rPr>
          <w:rFonts w:ascii="Courier New" w:hAnsi="Courier New"/>
          <w:color w:val="555555"/>
          <w:sz w:val="20"/>
        </w:rPr>
        <w:t>[5]</w:t>
      </w:r>
    </w:p>
    <w:p>
      <w:r>
        <w:rPr>
          <w:rFonts w:ascii="Gentium Plus" w:hAnsi="Gentium Plus"/>
          <w:sz w:val="24"/>
        </w:rPr>
        <w:t>τῆς διαίτης, ἣν ὑπὸ τρυφῆς καὶ πολυτελείας διεφθαρμέ‐ νοις ἐπῆγε τοῖς στρατεύμασιν ὁ Σκιπίων, εὐκολώτατα</w:t>
      </w:r>
    </w:p>
    <w:p>
      <w:r>
        <w:rPr>
          <w:rFonts w:ascii="Courier New" w:hAnsi="Courier New"/>
          <w:color w:val="555555"/>
          <w:sz w:val="20"/>
        </w:rPr>
        <w:t>[Mar . 3 . 3]</w:t>
      </w:r>
    </w:p>
    <w:p>
      <w:r>
        <w:rPr>
          <w:rFonts w:ascii="Gentium Plus" w:hAnsi="Gentium Plus"/>
          <w:sz w:val="24"/>
        </w:rPr>
        <w:t>προσδεχόμενος. λέγεται δὲ καὶ πολέμιον ἄνδρα συστὰς</w:t>
      </w:r>
    </w:p>
    <w:p>
      <w:r>
        <w:rPr>
          <w:rFonts w:ascii="Courier New" w:hAnsi="Courier New"/>
          <w:color w:val="555555"/>
          <w:sz w:val="20"/>
        </w:rPr>
        <w:t>[Mar . 3 . 4]</w:t>
      </w:r>
    </w:p>
    <w:p>
      <w:r>
        <w:rPr>
          <w:rFonts w:ascii="Gentium Plus" w:hAnsi="Gentium Plus"/>
          <w:sz w:val="24"/>
        </w:rPr>
        <w:t>καταβαλεῖν ἐν ὄψει τοῦ στρατηγοῦ. διὸ ταῖς τ’ ἄλλαις προήγετο τιμαῖς ὑπ’ αὐτοῦ, καί ποτε λόγου μετὰ δεῖπνον ἐμπεσόντος ὑπὲρ στρατηγῶν, καὶ τῶν παρόντων ἑνὸς εἴτ’ ἀληθῶς διαπορήσαντος εἴτε πρὸς ἡδονὴν ἐρομένου τὸν</w:t>
      </w:r>
    </w:p>
    <w:p>
      <w:r>
        <w:rPr>
          <w:rFonts w:ascii="Courier New" w:hAnsi="Courier New"/>
          <w:color w:val="555555"/>
          <w:sz w:val="20"/>
        </w:rPr>
        <w:t>[5]</w:t>
      </w:r>
    </w:p>
    <w:p>
      <w:r>
        <w:rPr>
          <w:rFonts w:ascii="Gentium Plus" w:hAnsi="Gentium Plus"/>
          <w:sz w:val="24"/>
        </w:rPr>
        <w:t>Σκιπίωνα, τίνα δὴ τοιοῦτον ἕξει μετ’ ἐκεῖνον ἡγεμόνα καὶ προστάτην ὁ Ῥωμαίων δῆμος, ὑπερκατακειμένου τοῦ Μαρίου τῇ χειρὶ τὸν ὦμον ἠρέμα πατάξας ὁ Σκιπίων</w:t>
      </w:r>
    </w:p>
    <w:p>
      <w:r>
        <w:rPr>
          <w:rFonts w:ascii="Courier New" w:hAnsi="Courier New"/>
          <w:color w:val="555555"/>
          <w:sz w:val="20"/>
        </w:rPr>
        <w:t>[Mar . 3 . 5]</w:t>
      </w:r>
    </w:p>
    <w:p>
      <w:r>
        <w:rPr>
          <w:rFonts w:ascii="Gentium Plus" w:hAnsi="Gentium Plus"/>
          <w:sz w:val="24"/>
        </w:rPr>
        <w:t>„τάχα δὲ τοῦτον“ εἶπεν. οὕτως εὐφυὴς ἦν ὁ μὲν ἐκ μειρακίου φανῆναι μέγας, ὁ δ’ ἀπὸ τῆς ἀρχῆς τὸ τέλος νοῆσαι.</w:t>
      </w:r>
    </w:p>
    <w:p>
      <w:r>
        <w:rPr>
          <w:rFonts w:ascii="Courier New" w:hAnsi="Courier New"/>
          <w:color w:val="555555"/>
          <w:sz w:val="20"/>
        </w:rPr>
        <w:t>[Mar . 4 . 1]</w:t>
      </w:r>
    </w:p>
    <w:p>
      <w:r>
        <w:rPr>
          <w:rFonts w:ascii="Gentium Plus" w:hAnsi="Gentium Plus"/>
          <w:sz w:val="24"/>
        </w:rPr>
        <w:t>Τὸν δ’ οὖν Μάριον ὑπὸ ταύτης λέγεται μάλιστα τῆς φωνῆς ὥσπερ ὑπὸ θείας κληδόνος ἐπαρθέντα ταῖς ἐλπίσιν ὁρμῆσαι πρὸς τὴν πολιτείαν, καὶ τυχεῖν δημαρχίας Και‐ κιλίου Μετέλλου 〈συ〉σπουδάσαντος, οὗ τὸν οἶκον ἐξ</w:t>
      </w:r>
    </w:p>
    <w:p>
      <w:r>
        <w:rPr>
          <w:rFonts w:ascii="Courier New" w:hAnsi="Courier New"/>
          <w:color w:val="555555"/>
          <w:sz w:val="20"/>
        </w:rPr>
        <w:t>[Mar . 4 . 2]</w:t>
      </w:r>
    </w:p>
    <w:p>
      <w:r>
        <w:rPr>
          <w:rFonts w:ascii="Gentium Plus" w:hAnsi="Gentium Plus"/>
          <w:sz w:val="24"/>
        </w:rPr>
        <w:t>ἀρχῆς καὶ πατρόθεν ἐθεράπευεν. ἐν δὲ τῇ δημαρχίᾳ νό‐ μον τινὰ περὶ ψηφοφορίας γράφοντος αὐτοῦ, δοκοῦντα τῶν δυνατῶν ἀφαιρεῖσθαι τὴν περὶ τὰς κρίσεις ἰσχύν, ἐνιστά‐ μενος Κόττας ὁ ὕπατος συνέπεισε τὴν βουλὴν τῷ μὲν</w:t>
      </w:r>
    </w:p>
    <w:p>
      <w:r>
        <w:rPr>
          <w:rFonts w:ascii="Courier New" w:hAnsi="Courier New"/>
          <w:color w:val="555555"/>
          <w:sz w:val="20"/>
        </w:rPr>
        <w:t>[5]</w:t>
      </w:r>
    </w:p>
    <w:p>
      <w:r>
        <w:rPr>
          <w:rFonts w:ascii="Gentium Plus" w:hAnsi="Gentium Plus"/>
          <w:sz w:val="24"/>
        </w:rPr>
        <w:t>νόμῳ μάχεσθαι, τὸν δὲ Μάριον καλεῖν λόγον ὑφέξοντα.</w:t>
      </w:r>
    </w:p>
    <w:p>
      <w:r>
        <w:rPr>
          <w:rFonts w:ascii="Courier New" w:hAnsi="Courier New"/>
          <w:color w:val="555555"/>
          <w:sz w:val="20"/>
        </w:rPr>
        <w:t>[Mar . 4 . 3]</w:t>
      </w:r>
    </w:p>
    <w:p>
      <w:r>
        <w:rPr>
          <w:rFonts w:ascii="Gentium Plus" w:hAnsi="Gentium Plus"/>
          <w:sz w:val="24"/>
        </w:rPr>
        <w:t>καὶ τοῦ δόγματος τούτου γραφέντος, εἰσελθὼν ἐκεῖνος οὐκ ἔπαθε νέου πάθος ἀπὸ μηδενὸς λαμπροῦ προεληλυ‐ θότος ἄρτι πρὸς τὴν πολιτείαν, ἀλλ’ ἑαυτῷ διδοὺς ἤδη φρονεῖν ἡλίκον αἱ μετέπειτα πράξεις ἔδωκαν, ἠπείλησε</w:t>
      </w:r>
    </w:p>
    <w:p>
      <w:r>
        <w:rPr>
          <w:rFonts w:ascii="Courier New" w:hAnsi="Courier New"/>
          <w:color w:val="555555"/>
          <w:sz w:val="20"/>
        </w:rPr>
        <w:t>[5]</w:t>
      </w:r>
    </w:p>
    <w:p>
      <w:r>
        <w:rPr>
          <w:rFonts w:ascii="Gentium Plus" w:hAnsi="Gentium Plus"/>
          <w:sz w:val="24"/>
        </w:rPr>
        <w:t>τὸν Κότταν ἀπάξειν εἰς τὸ δεσμωτήριον, εἰ μὴ διαγράψει</w:t>
      </w:r>
    </w:p>
    <w:p>
      <w:r>
        <w:rPr>
          <w:rFonts w:ascii="Courier New" w:hAnsi="Courier New"/>
          <w:color w:val="555555"/>
          <w:sz w:val="20"/>
        </w:rPr>
        <w:t>[Mar . 4 . 4]</w:t>
      </w:r>
    </w:p>
    <w:p>
      <w:r>
        <w:rPr>
          <w:rFonts w:ascii="Gentium Plus" w:hAnsi="Gentium Plus"/>
          <w:sz w:val="24"/>
        </w:rPr>
        <w:t>τὸ δόγμα. τοῦ δὲ πρὸς Μέτελλον τραπομένου καὶ γνώμην ἐρωτῶντος, Μέτελλος μὲν ἀναστὰς συνηγόρει τῷ ὑπάτῳ, Μάριος δὲ τὸν ὑπηρέτην μεταπεμψάμενος ἔξωθεν ἐκέλευεν</w:t>
      </w:r>
    </w:p>
    <w:p>
      <w:r>
        <w:rPr>
          <w:rFonts w:ascii="Courier New" w:hAnsi="Courier New"/>
          <w:color w:val="555555"/>
          <w:sz w:val="20"/>
        </w:rPr>
        <w:t>[Mar . 4 . 5]</w:t>
      </w:r>
    </w:p>
    <w:p>
      <w:r>
        <w:rPr>
          <w:rFonts w:ascii="Gentium Plus" w:hAnsi="Gentium Plus"/>
          <w:sz w:val="24"/>
        </w:rPr>
        <w:t>ἀπάγειν αὐτὸν τὸν Μέτελλον εἰς τὸ δεσμωτήριον. ἐκείνου δὲ τοὺς ἄλλους ἐπικαλουμένου δημάρχους, ἐβοήθει μὲν</w:t>
      </w:r>
    </w:p>
    <w:p>
      <w:r>
        <w:rPr>
          <w:rFonts w:ascii="Courier New" w:hAnsi="Courier New"/>
          <w:color w:val="555555"/>
          <w:sz w:val="20"/>
        </w:rPr>
        <w:t>[Mar . 4 . 6]</w:t>
      </w:r>
    </w:p>
    <w:p>
      <w:r>
        <w:rPr>
          <w:rFonts w:ascii="Gentium Plus" w:hAnsi="Gentium Plus"/>
          <w:sz w:val="24"/>
        </w:rPr>
        <w:t>οὐδείς, ἡ δὲ σύγκλητος εἴξασα προήκατο τὸ δόγμα. καὶ λαμπρὸς ἐξελάσας ὁ Μάριος εἰς τὸ πλῆθος ἐκύρωσε τὸν νόμον, δόξας ἄκαμπτος μὲν εἶναι πρὸς φόβον, ἄτρεπτος δ’ ὑπ’ αἰδοῦς, δεινὸς δὲ κατὰ τῆς βουλῆς ἀνίστασθαι,</w:t>
      </w:r>
    </w:p>
    <w:p>
      <w:r>
        <w:rPr>
          <w:rFonts w:ascii="Courier New" w:hAnsi="Courier New"/>
          <w:color w:val="555555"/>
          <w:sz w:val="20"/>
        </w:rPr>
        <w:t>[Mar . 4 . 7]</w:t>
      </w:r>
    </w:p>
    <w:p>
      <w:r>
        <w:rPr>
          <w:rFonts w:ascii="Gentium Plus" w:hAnsi="Gentium Plus"/>
          <w:sz w:val="24"/>
        </w:rPr>
        <w:t>χάριτι τῶν πολλῶν δημαγωγῶν. οὐ μὴν ἀλλὰ ταύτην μὲν ταχέως μετέστησεν ἑτέρῳ πολιτεύματι τὴν δόξαν. νόμου γὰρ εἰσφερομένου περὶ σίτου διανομῆς, τοῖς πολλοῖς ἐναντιωθεὶς ἐρρωμενέστατα καὶ κρατήσας, εἰς τὸ ἴσον</w:t>
      </w:r>
    </w:p>
    <w:p>
      <w:r>
        <w:rPr>
          <w:rFonts w:ascii="Courier New" w:hAnsi="Courier New"/>
          <w:color w:val="555555"/>
          <w:sz w:val="20"/>
        </w:rPr>
        <w:t>[5]</w:t>
      </w:r>
    </w:p>
    <w:p>
      <w:r>
        <w:rPr>
          <w:rFonts w:ascii="Gentium Plus" w:hAnsi="Gentium Plus"/>
          <w:sz w:val="24"/>
        </w:rPr>
        <w:t>ἑαυτὸν κατέστησε τῇ τιμῇ πρὸς ἀμφοτέρους, ὡς μηδετέροις παρὰ τὸ συμφέρον χαριζόμενος.</w:t>
      </w:r>
    </w:p>
    <w:p>
      <w:r>
        <w:rPr>
          <w:rFonts w:ascii="Courier New" w:hAnsi="Courier New"/>
          <w:color w:val="555555"/>
          <w:sz w:val="20"/>
        </w:rPr>
        <w:t>[Mar . 5 . 1]</w:t>
      </w:r>
    </w:p>
    <w:p>
      <w:r>
        <w:rPr>
          <w:rFonts w:ascii="Gentium Plus" w:hAnsi="Gentium Plus"/>
          <w:sz w:val="24"/>
        </w:rPr>
        <w:t>Μετὰ δὲ τὴν δημαρχίαν ἀγορανομίαν τὴν μείζονα</w:t>
      </w:r>
    </w:p>
    <w:p>
      <w:r>
        <w:rPr>
          <w:rFonts w:ascii="Courier New" w:hAnsi="Courier New"/>
          <w:color w:val="555555"/>
          <w:sz w:val="20"/>
        </w:rPr>
        <w:t>[Mar . 5 . 2]</w:t>
      </w:r>
    </w:p>
    <w:p>
      <w:r>
        <w:rPr>
          <w:rFonts w:ascii="Gentium Plus" w:hAnsi="Gentium Plus"/>
          <w:sz w:val="24"/>
        </w:rPr>
        <w:t>παρήγγειλε. δύο γάρ εἰσι τάξεις ἀγορανομιῶν, ἡ μὲν ἀπὸ τῶν δίφρων τῶν ἀγκυλοπόδων, ἐφ’ ὧν καθεζόμενοι χρηματίζουσιν, ἔχουσα τοὔνομα τῆς ἀρχῆς, τὴν δ’ ὑπο‐ δεεστέραν δημοτικὴν καλοῦσιν· ὅταν δὲ τοὺς ἐντιμοτέ‐</w:t>
      </w:r>
    </w:p>
    <w:p>
      <w:r>
        <w:rPr>
          <w:rFonts w:ascii="Courier New" w:hAnsi="Courier New"/>
          <w:color w:val="555555"/>
          <w:sz w:val="20"/>
        </w:rPr>
        <w:t>[5]</w:t>
      </w:r>
    </w:p>
    <w:p>
      <w:r>
        <w:rPr>
          <w:rFonts w:ascii="Gentium Plus" w:hAnsi="Gentium Plus"/>
          <w:sz w:val="24"/>
        </w:rPr>
        <w:t>ρους ἕλωνται, περὶ τῶν ἑτέρων πάλιν τὴν ψῆφον λαμβά‐</w:t>
      </w:r>
    </w:p>
    <w:p>
      <w:r>
        <w:rPr>
          <w:rFonts w:ascii="Courier New" w:hAnsi="Courier New"/>
          <w:color w:val="555555"/>
          <w:sz w:val="20"/>
        </w:rPr>
        <w:t>[Mar . 5 . 3]</w:t>
      </w:r>
    </w:p>
    <w:p>
      <w:r>
        <w:rPr>
          <w:rFonts w:ascii="Gentium Plus" w:hAnsi="Gentium Plus"/>
          <w:sz w:val="24"/>
        </w:rPr>
        <w:t>νουσιν. ὡς οὖν ὁ Μάριος φανερὸς ἦν λειπόμενος ἐν ἐκείνῃ, ταχὺ μεταστὰς αὖθις ᾔτει τὴν ἑτέραν. δόξας δὲ θρασὺς εἶναι καὶ αὐθάδης, ἀπέτυχε· καὶ δυσὶν ἐν ἡμέρᾳ μιᾷ περιπεσὼν ἀποτεύξεσιν, ὃ μηδεὶς ἔπαθεν ἄλλος, οὐδὲ μι‐</w:t>
      </w:r>
    </w:p>
    <w:p>
      <w:r>
        <w:rPr>
          <w:rFonts w:ascii="Courier New" w:hAnsi="Courier New"/>
          <w:color w:val="555555"/>
          <w:sz w:val="20"/>
        </w:rPr>
        <w:t>[5]</w:t>
      </w:r>
    </w:p>
    <w:p>
      <w:r>
        <w:rPr>
          <w:rFonts w:ascii="Gentium Plus" w:hAnsi="Gentium Plus"/>
          <w:sz w:val="24"/>
        </w:rPr>
        <w:t>κρὸν ὑφήκατο τοῦ φρονήματος, ὕστερον δ’ οὐ πολλῷ στρατηγίαν μετελθὼν ὀλίγον ἐδέησεν ἐκπεσεῖν, ἔσχατος</w:t>
      </w:r>
    </w:p>
    <w:p>
      <w:r>
        <w:rPr>
          <w:rFonts w:ascii="Courier New" w:hAnsi="Courier New"/>
          <w:color w:val="555555"/>
          <w:sz w:val="20"/>
        </w:rPr>
        <w:t>[Mar . 5 . 4]</w:t>
      </w:r>
    </w:p>
    <w:p>
      <w:r>
        <w:rPr>
          <w:rFonts w:ascii="Gentium Plus" w:hAnsi="Gentium Plus"/>
          <w:sz w:val="24"/>
        </w:rPr>
        <w:t>δὲ πάντων ἀναγορευθείς, δίκην ἔσχε δεκασμοῦ. μάλιστα δ’ ὑποψίαν παρέσχε Κασσίου Σαβάκωνος οἰκέτης ὀφθεὶς ἐντὸς τῶν δρυφάκτων ἀναμεμειγμένος τοῖς φέρουσι τὰς ψήφους· ὁ γὰρ Σαβάκων ἦν ἑταῖρος ἐν τοῖς μάλιστα</w:t>
      </w:r>
    </w:p>
    <w:p>
      <w:r>
        <w:rPr>
          <w:rFonts w:ascii="Courier New" w:hAnsi="Courier New"/>
          <w:color w:val="555555"/>
          <w:sz w:val="20"/>
        </w:rPr>
        <w:t>[Mar . 5 . 5]</w:t>
      </w:r>
    </w:p>
    <w:p>
      <w:r>
        <w:rPr>
          <w:rFonts w:ascii="Gentium Plus" w:hAnsi="Gentium Plus"/>
          <w:sz w:val="24"/>
        </w:rPr>
        <w:t>Μαρίου. κληθεὶς οὖν οὗτος ὑπὸ τῶν δικαστῶν, ἔφη διὰ τὸ καῦμα διψήσας ὕδωρ ψυχρὸν αἰτῆσαι καὶ τὸν οἰκέτην ἔχοντα ποτήριον εἰσελθεῖν πρὸς αὐτόν, εἶτ’ εὐθὺς οἴχε‐</w:t>
      </w:r>
    </w:p>
    <w:p>
      <w:r>
        <w:rPr>
          <w:rFonts w:ascii="Courier New" w:hAnsi="Courier New"/>
          <w:color w:val="555555"/>
          <w:sz w:val="20"/>
        </w:rPr>
        <w:t>[Mar . 5 . 6]</w:t>
      </w:r>
    </w:p>
    <w:p>
      <w:r>
        <w:rPr>
          <w:rFonts w:ascii="Gentium Plus" w:hAnsi="Gentium Plus"/>
          <w:sz w:val="24"/>
        </w:rPr>
        <w:t>σθαι πιόντος. οὗτος μὲν οὖν ὑπὸ τῶν μετὰ ταῦτα τιμη‐ τῶν ἐξέπεσε τῆς βουλῆς, ἐπιτήδειος εἶναι παθεῖν τοῦτο</w:t>
      </w:r>
    </w:p>
    <w:p>
      <w:r>
        <w:rPr>
          <w:rFonts w:ascii="Courier New" w:hAnsi="Courier New"/>
          <w:color w:val="555555"/>
          <w:sz w:val="20"/>
        </w:rPr>
        <w:t>[Mar . 5 . 7]</w:t>
      </w:r>
    </w:p>
    <w:p>
      <w:r>
        <w:rPr>
          <w:rFonts w:ascii="Gentium Plus" w:hAnsi="Gentium Plus"/>
          <w:sz w:val="24"/>
        </w:rPr>
        <w:t>δόξας ἢ διὰ τὴν ψευδομαρτυρίαν ἢ διὰ τὴν ἀκρασίαν· ἐπὶ δὲ τὸν Μάριον καὶ Γάιος Ἑρέννιος μάρτυς εἰσαχθεὶς οὐκ ἔφη πάτριον εἶναι καταμαρτυρεῖν πελατῶν, ἀλλὰ τὸν νόμον ἀφιέναι ταύτης τῆς ἀνάγκης τοὺς πάτρωνας· οὕ‐</w:t>
      </w:r>
    </w:p>
    <w:p>
      <w:r>
        <w:rPr>
          <w:rFonts w:ascii="Courier New" w:hAnsi="Courier New"/>
          <w:color w:val="555555"/>
          <w:sz w:val="20"/>
        </w:rPr>
        <w:t>[5]</w:t>
      </w:r>
    </w:p>
    <w:p>
      <w:r>
        <w:rPr>
          <w:rFonts w:ascii="Gentium Plus" w:hAnsi="Gentium Plus"/>
          <w:sz w:val="24"/>
        </w:rPr>
        <w:t>τως γὰρ οἱ Ῥωμαῖοι τοὺς προστάτας καλοῦσι· τοῦ δ’ Ἑρεννίων οἴκου τοὺς Μαρίου γονεῖς καὶ Μάριον αὐτὸν</w:t>
      </w:r>
    </w:p>
    <w:p>
      <w:r>
        <w:rPr>
          <w:rFonts w:ascii="Courier New" w:hAnsi="Courier New"/>
          <w:color w:val="555555"/>
          <w:sz w:val="20"/>
        </w:rPr>
        <w:t>[Mar . 5 . 8]</w:t>
      </w:r>
    </w:p>
    <w:p>
      <w:r>
        <w:rPr>
          <w:rFonts w:ascii="Gentium Plus" w:hAnsi="Gentium Plus"/>
          <w:sz w:val="24"/>
        </w:rPr>
        <w:t>ἐξ ἀρχῆς γεγονέναι πελάτας. ἀποδεξαμένων δὲ τὴν ἀπόρρησιν τῆς μαρτυρίας τῶν δικαστῶν, αὐτὸς ἀντεῖπεν ὁ Μάριος πρὸς τὸν Ἑρέννιον, ὡς ὅτε πρῶτον ἄρχων ἀν‐</w:t>
      </w:r>
    </w:p>
    <w:p>
      <w:r>
        <w:rPr>
          <w:rFonts w:ascii="Courier New" w:hAnsi="Courier New"/>
          <w:color w:val="555555"/>
          <w:sz w:val="20"/>
        </w:rPr>
        <w:t>[Mar . 5 . 9]</w:t>
      </w:r>
    </w:p>
    <w:p>
      <w:r>
        <w:rPr>
          <w:rFonts w:ascii="Gentium Plus" w:hAnsi="Gentium Plus"/>
          <w:sz w:val="24"/>
        </w:rPr>
        <w:t>ηγορεύθη τὸν πελάτην ἐκβεβηκώς. ὅπερ ἦν οὐ παντά‐ πασιν ἀληθές· ἀρχὴ γὰρ οὐ πᾶσα τοῦ νέμειν προστάτην ἀπαλλάσσει τοὺς τυχόντας αὐτοὺς καὶ γένος, ἀλλ’ ᾗ τὸν</w:t>
      </w:r>
    </w:p>
    <w:p>
      <w:r>
        <w:rPr>
          <w:rFonts w:ascii="Courier New" w:hAnsi="Courier New"/>
          <w:color w:val="555555"/>
          <w:sz w:val="20"/>
        </w:rPr>
        <w:t>[Mar . 5 . 10]</w:t>
      </w:r>
    </w:p>
    <w:p>
      <w:r>
        <w:rPr>
          <w:rFonts w:ascii="Gentium Plus" w:hAnsi="Gentium Plus"/>
          <w:sz w:val="24"/>
        </w:rPr>
        <w:t>ἀγκυλόποδα δίφρον ὁ νόμος δίδωσιν. οὐ μὴν ἀλλὰ ταῖς</w:t>
      </w:r>
    </w:p>
    <w:p>
      <w:r>
        <w:rPr>
          <w:rFonts w:ascii="Courier New" w:hAnsi="Courier New"/>
          <w:color w:val="555555"/>
          <w:sz w:val="20"/>
        </w:rPr>
        <w:t>[Mar . 6 . 1]</w:t>
      </w:r>
    </w:p>
    <w:p>
      <w:r>
        <w:rPr>
          <w:rFonts w:ascii="Gentium Plus" w:hAnsi="Gentium Plus"/>
          <w:sz w:val="24"/>
        </w:rPr>
        <w:t>Ἐν μὲν οὖν τῇ στρατηγίᾳ μετρίως ἐπαινούμενον</w:t>
      </w:r>
    </w:p>
    <w:p>
      <w:r>
        <w:rPr>
          <w:rFonts w:ascii="Courier New" w:hAnsi="Courier New"/>
          <w:color w:val="555555"/>
          <w:sz w:val="20"/>
        </w:rPr>
        <w:t>[Mar . 6 . 2]</w:t>
      </w:r>
    </w:p>
    <w:p>
      <w:r>
        <w:rPr>
          <w:rFonts w:ascii="Gentium Plus" w:hAnsi="Gentium Plus"/>
          <w:sz w:val="24"/>
        </w:rPr>
        <w:t>ἑαυτὸν παρέσχε. μετὰ δὲ τὴν στρατηγίαν κλήρῳ λαβὼν τὴν ἐκτὸς Ἰβηρίαν, λέγεται καθᾶραι λῃστηρίων τὴν ἐπ‐ αρχίαν, ἀνήμερον οὖσαν ἔτι τοῖς ἐθισμοῖς καὶ θηριώδη, καὶ τὸ λῃστεύειν οὔπω τότε τῶν Ἰβήρων οὐχὶ κάλλιστον</w:t>
      </w:r>
    </w:p>
    <w:p>
      <w:r>
        <w:rPr>
          <w:rFonts w:ascii="Courier New" w:hAnsi="Courier New"/>
          <w:color w:val="555555"/>
          <w:sz w:val="20"/>
        </w:rPr>
        <w:t>[Mar . 6 . 3]</w:t>
      </w:r>
    </w:p>
    <w:p>
      <w:r>
        <w:rPr>
          <w:rFonts w:ascii="Gentium Plus" w:hAnsi="Gentium Plus"/>
          <w:sz w:val="24"/>
        </w:rPr>
        <w:t>ἡγουμένων. ἐν δὲ τῇ πολιτείᾳ γενόμενος, οὐκ εἶχεν οὔτε πλοῦτον οὔτε λόγον, οἷς ἦγον οἱ τότε μάλιστα τιμώμενοι</w:t>
      </w:r>
    </w:p>
    <w:p>
      <w:r>
        <w:rPr>
          <w:rFonts w:ascii="Courier New" w:hAnsi="Courier New"/>
          <w:color w:val="555555"/>
          <w:sz w:val="20"/>
        </w:rPr>
        <w:t>[Mar . 6 . 4]</w:t>
      </w:r>
    </w:p>
    <w:p>
      <w:r>
        <w:rPr>
          <w:rFonts w:ascii="Gentium Plus" w:hAnsi="Gentium Plus"/>
          <w:sz w:val="24"/>
        </w:rPr>
        <w:t>τὸν δῆμον. αὐτὴν δὲ τὴν ἀνάτασιν τοῦ φρονήματος καὶ τὸ περὶ τοὺς πόνους ἐνδελεχὲς αὐτοῦ καὶ τὸ δημοτικὸν τῆς διαίτης ἔν τινι σπουδῇ τιθεμένων τῶν πολιτῶν, ηὐξά‐ νετο τῇ τιμῇ πρὸς δύναμιν, ὥστε καὶ γάμον γῆμαι λαμ‐</w:t>
      </w:r>
    </w:p>
    <w:p>
      <w:r>
        <w:rPr>
          <w:rFonts w:ascii="Courier New" w:hAnsi="Courier New"/>
          <w:color w:val="555555"/>
          <w:sz w:val="20"/>
        </w:rPr>
        <w:t>[5]</w:t>
      </w:r>
    </w:p>
    <w:p>
      <w:r>
        <w:rPr>
          <w:rFonts w:ascii="Gentium Plus" w:hAnsi="Gentium Plus"/>
          <w:sz w:val="24"/>
        </w:rPr>
        <w:t>πρὸν οἰκίας ἐπιφανοῦς τῆς Καισάρων Ἰουλίαν, ἧς ἦν ἀδελφιδοῦς Καῖσαρ ὁ χρόνοις ὕστερον Ῥωμαίων μέγι‐ στος γενόμενος καί τι κατ’ οἰκειότητα ζηλώσας Μάριον,</w:t>
      </w:r>
    </w:p>
    <w:p>
      <w:r>
        <w:rPr>
          <w:rFonts w:ascii="Courier New" w:hAnsi="Courier New"/>
          <w:color w:val="555555"/>
          <w:sz w:val="20"/>
        </w:rPr>
        <w:t>[Mar . 6 . 5]</w:t>
      </w:r>
    </w:p>
    <w:p>
      <w:r>
        <w:rPr>
          <w:rFonts w:ascii="Gentium Plus" w:hAnsi="Gentium Plus"/>
          <w:sz w:val="24"/>
        </w:rPr>
        <w:t>ὡς ἐν τοῖς περὶ ἐκείνου (1, 2) γέγραπται. τῷ δὲ Μαρίῳ καὶ σωφροσύνην μαρτυροῦσι καὶ καρτερίαν, ἧς δεῖγμα</w:t>
      </w:r>
    </w:p>
    <w:p>
      <w:r>
        <w:rPr>
          <w:rFonts w:ascii="Courier New" w:hAnsi="Courier New"/>
          <w:color w:val="555555"/>
          <w:sz w:val="20"/>
        </w:rPr>
        <w:t>[Mar . 6 . 6]</w:t>
      </w:r>
    </w:p>
    <w:p>
      <w:r>
        <w:rPr>
          <w:rFonts w:ascii="Gentium Plus" w:hAnsi="Gentium Plus"/>
          <w:sz w:val="24"/>
        </w:rPr>
        <w:t>καὶ τὸ περὶ τὴν χειρουργίαν ἐστίν. ἰξιῶν γὰρ ὡς ἔοικε μεγάλων ἀνάπλεως ἄμφω τὰ σκέλη γεγονὼς καὶ τὴν ἀμορφίαν δυσχεραίνων, ἔγνω παρασχεῖν ἑαυτὸν ἰατρῷ· καὶ παρέσχεν ἄδετος θάτερον σκέλος, οὐδὲν κινηθεὶς</w:t>
      </w:r>
    </w:p>
    <w:p>
      <w:r>
        <w:rPr>
          <w:rFonts w:ascii="Courier New" w:hAnsi="Courier New"/>
          <w:color w:val="555555"/>
          <w:sz w:val="20"/>
        </w:rPr>
        <w:t>[5]</w:t>
      </w:r>
    </w:p>
    <w:p>
      <w:r>
        <w:rPr>
          <w:rFonts w:ascii="Gentium Plus" w:hAnsi="Gentium Plus"/>
          <w:sz w:val="24"/>
        </w:rPr>
        <w:t>οὐδὲ στενάξας, ἀλλὰ καθεστῶτι τῷ προσώπῳ καὶ μετὰ σιωπῆς ὑπερβολάς τινας ἀλγηδόνων ἐν ταῖς τομαῖς ἀνα‐</w:t>
      </w:r>
    </w:p>
    <w:p>
      <w:r>
        <w:rPr>
          <w:rFonts w:ascii="Courier New" w:hAnsi="Courier New"/>
          <w:color w:val="555555"/>
          <w:sz w:val="20"/>
        </w:rPr>
        <w:t>[Mar . 6 . 7]</w:t>
      </w:r>
    </w:p>
    <w:p>
      <w:r>
        <w:rPr>
          <w:rFonts w:ascii="Gentium Plus" w:hAnsi="Gentium Plus"/>
          <w:sz w:val="24"/>
        </w:rPr>
        <w:t>σχόμενος. τοῦ δ’ ἰατροῦ μετιόντος ἐπὶ θάτερον, οὐκέτι παρέσχε, φήσας ὁρᾶν τὸ ἐπανόρθωμα τῆς ἀλγηδόνος οὐκ</w:t>
      </w:r>
    </w:p>
    <w:p>
      <w:r>
        <w:rPr>
          <w:rFonts w:ascii="Courier New" w:hAnsi="Courier New"/>
          <w:color w:val="555555"/>
          <w:sz w:val="20"/>
        </w:rPr>
        <w:t>[Mar . 7 . 1]</w:t>
      </w:r>
    </w:p>
    <w:p>
      <w:r>
        <w:rPr>
          <w:rFonts w:ascii="Gentium Plus" w:hAnsi="Gentium Plus"/>
          <w:sz w:val="24"/>
        </w:rPr>
        <w:t>Ἐπεὶ δὲ Καικίλιος Μέτελλος ἀποδειχθεὶς ἐπὶ τὸν κατὰ Ἰουγούρθα πόλεμον ὕπατος στρατηγὸς εἰς Λιβύην ἐπηγάγετο πρεσβευτὴν Μάριον, ἐνταῦθα πράξεων μεγά‐ λων καὶ λαμπρῶν ἀγώνων ἐπιλαβόμενος, τὸ μὲν αὔξειν</w:t>
      </w:r>
    </w:p>
    <w:p>
      <w:r>
        <w:rPr>
          <w:rFonts w:ascii="Courier New" w:hAnsi="Courier New"/>
          <w:color w:val="555555"/>
          <w:sz w:val="20"/>
        </w:rPr>
        <w:t>[5]</w:t>
      </w:r>
    </w:p>
    <w:p>
      <w:r>
        <w:rPr>
          <w:rFonts w:ascii="Gentium Plus" w:hAnsi="Gentium Plus"/>
          <w:sz w:val="24"/>
        </w:rPr>
        <w:t>τὸν Μέτελλον ὥσπερ οἱ λοιποὶ καὶ πολιτεύεσθαι πρὸς</w:t>
      </w:r>
    </w:p>
    <w:p>
      <w:r>
        <w:rPr>
          <w:rFonts w:ascii="Courier New" w:hAnsi="Courier New"/>
          <w:color w:val="555555"/>
          <w:sz w:val="20"/>
        </w:rPr>
        <w:t>[Mar . 7 . 2]</w:t>
      </w:r>
    </w:p>
    <w:p>
      <w:r>
        <w:rPr>
          <w:rFonts w:ascii="Gentium Plus" w:hAnsi="Gentium Plus"/>
          <w:sz w:val="24"/>
        </w:rPr>
        <w:t>ἐκεῖνον εἴασε χαίρειν, ἀξιῶν δ’ οὐχ ὑπὸ Μετέλλου κε‐ κλῆσθαι πρεσβευτής, ὑπὸ δὲ τῆς τύχης εἰς εὐφυέστατον καιρὸν ὁμοῦ καὶ μέγιστον εἰσάγεσθαι πράξεων θέατρον,</w:t>
      </w:r>
    </w:p>
    <w:p>
      <w:r>
        <w:rPr>
          <w:rFonts w:ascii="Courier New" w:hAnsi="Courier New"/>
          <w:color w:val="555555"/>
          <w:sz w:val="20"/>
        </w:rPr>
        <w:t>[Mar . 7 . 3]</w:t>
      </w:r>
    </w:p>
    <w:p>
      <w:r>
        <w:rPr>
          <w:rFonts w:ascii="Gentium Plus" w:hAnsi="Gentium Plus"/>
          <w:sz w:val="24"/>
        </w:rPr>
        <w:t>ἐπεδείκνυτο πᾶσαν ἀνδραγαθίαν. καὶ πολλὰ τοῦ πολέμου δυσχερῆ φέροντος, οὔτε τῶν μεγάλων τινὰ πόνων ὑπο‐ τρέσας οὔτε τῶν μικρῶν ἀπαξιώσας, ἀλλὰ τοὺς μὲν ὁμοτίμους εὐβουλίᾳ καὶ προνοίᾳ τοῦ συμφέροντος ὑπερ‐</w:t>
      </w:r>
    </w:p>
    <w:p>
      <w:r>
        <w:rPr>
          <w:rFonts w:ascii="Courier New" w:hAnsi="Courier New"/>
          <w:color w:val="555555"/>
          <w:sz w:val="20"/>
        </w:rPr>
        <w:t>[5]</w:t>
      </w:r>
    </w:p>
    <w:p>
      <w:r>
        <w:rPr>
          <w:rFonts w:ascii="Gentium Plus" w:hAnsi="Gentium Plus"/>
          <w:sz w:val="24"/>
        </w:rPr>
        <w:t>βαλλόμενος, πρὸς δὲ τοὺς στρατιώτας ὑπὲρ εὐτελείας καὶ καρτερίας διαμιλλώμενος, εὔνοιαν ἔσχε πολλὴν παρ’ αὐ‐</w:t>
      </w:r>
    </w:p>
    <w:p>
      <w:r>
        <w:rPr>
          <w:rFonts w:ascii="Courier New" w:hAnsi="Courier New"/>
          <w:color w:val="555555"/>
          <w:sz w:val="20"/>
        </w:rPr>
        <w:t>[Mar . 7 . 4]</w:t>
      </w:r>
    </w:p>
    <w:p>
      <w:r>
        <w:rPr>
          <w:rFonts w:ascii="Gentium Plus" w:hAnsi="Gentium Plus"/>
          <w:sz w:val="24"/>
        </w:rPr>
        <w:t>τοῖς. ὅλως μὲν γὰρ ἔοικε τοῦ κάμνειν ἑκάστῳ παραμυθία τὸ συγκάμνον ἑκουσίως εἶναι· δοκεῖ γὰρ ἀφαιρεῖν τὴν ἀνάγκην· ἥδιστον δὲ Ῥωμαίῳ θέαμα στρατιώτῃ στρατη‐ γὸς ἐσθίων ἐν ὄψει κοινὸν ἄρτον ἢ κατακείμενος ἐπὶ στι‐</w:t>
      </w:r>
    </w:p>
    <w:p>
      <w:r>
        <w:rPr>
          <w:rFonts w:ascii="Courier New" w:hAnsi="Courier New"/>
          <w:color w:val="555555"/>
          <w:sz w:val="20"/>
        </w:rPr>
        <w:t>[5]</w:t>
      </w:r>
    </w:p>
    <w:p>
      <w:r>
        <w:rPr>
          <w:rFonts w:ascii="Gentium Plus" w:hAnsi="Gentium Plus"/>
          <w:sz w:val="24"/>
        </w:rPr>
        <w:t>βάδος εὐτελοῦς ἢ περὶ ταφρείαν τινὰ καὶ χαράκωσιν ἔργου</w:t>
      </w:r>
    </w:p>
    <w:p>
      <w:r>
        <w:rPr>
          <w:rFonts w:ascii="Courier New" w:hAnsi="Courier New"/>
          <w:color w:val="555555"/>
          <w:sz w:val="20"/>
        </w:rPr>
        <w:t>[Mar . 7 . 5]</w:t>
      </w:r>
    </w:p>
    <w:p>
      <w:r>
        <w:rPr>
          <w:rFonts w:ascii="Gentium Plus" w:hAnsi="Gentium Plus"/>
          <w:sz w:val="24"/>
        </w:rPr>
        <w:t>συνεφαπτόμενος. οὐ γὰρ οὕτως τοὺς τιμῆς καὶ χρημάτων μεταδιδόντας, ὡς τοὺς πόνου καὶ κινδύνου μεταλαμβάνον‐ τας ἡγεμόνας θαυμάζουσιν, ἀλλὰ μᾶλλον ἀγαπῶσι τῶν</w:t>
      </w:r>
    </w:p>
    <w:p>
      <w:r>
        <w:rPr>
          <w:rFonts w:ascii="Courier New" w:hAnsi="Courier New"/>
          <w:color w:val="555555"/>
          <w:sz w:val="20"/>
        </w:rPr>
        <w:t>[Mar . 7 . 6]</w:t>
      </w:r>
    </w:p>
    <w:p>
      <w:r>
        <w:rPr>
          <w:rFonts w:ascii="Gentium Plus" w:hAnsi="Gentium Plus"/>
          <w:sz w:val="24"/>
        </w:rPr>
        <w:t>ῥᾳθυμεῖν ἐπιτρεπόντων τοὺς συμπονεῖν ἐθέλοντας. ταῦτα πάντα ποιῶν ὁ Μάριος καὶ διὰ τούτων τοὺς στρατιώτας δημαγωγῶν, ταχὺ μὲν ἐνέπλησε τὴν Λιβύην, ταχὺ δὲ τὴν Ῥώμην ὀνόματος καὶ δόξης, τῶν ἀπὸ στρατοπέδου τοῖς</w:t>
      </w:r>
    </w:p>
    <w:p>
      <w:r>
        <w:rPr>
          <w:rFonts w:ascii="Courier New" w:hAnsi="Courier New"/>
          <w:color w:val="555555"/>
          <w:sz w:val="20"/>
        </w:rPr>
        <w:t>[5]</w:t>
      </w:r>
    </w:p>
    <w:p>
      <w:r>
        <w:rPr>
          <w:rFonts w:ascii="Gentium Plus" w:hAnsi="Gentium Plus"/>
          <w:sz w:val="24"/>
        </w:rPr>
        <w:t>οἴκοι γραφόντων, ὡς οὐκ ἔστι πέρας οὐδ’ ἀπαλλαγὴ τοῦ πρὸς τὸν βάρβαρον πολέμου μὴ Γάιον Μάριον ἑλομένοις</w:t>
      </w:r>
    </w:p>
    <w:p>
      <w:r>
        <w:rPr>
          <w:rFonts w:ascii="Courier New" w:hAnsi="Courier New"/>
          <w:color w:val="555555"/>
          <w:sz w:val="20"/>
        </w:rPr>
        <w:t>[Mar . 8 . 1]</w:t>
      </w:r>
    </w:p>
    <w:p>
      <w:r>
        <w:rPr>
          <w:rFonts w:ascii="Gentium Plus" w:hAnsi="Gentium Plus"/>
          <w:sz w:val="24"/>
        </w:rPr>
        <w:t>Ἐφ’ οἷς δῆλος ἦν ὁ Μέτελλος ἀχθόμενος. μάλιστα δ’ αὐτὸν ἠνίασε τὸ περὶ Τουρπίλλιον. οὗτος γὰρ ὁ ἀνὴρ ἦν μὲν ἐκ πατέρων ξένος τῷ Μετέλλῳ, καὶ τότε τὴν ἐπὶ</w:t>
      </w:r>
    </w:p>
    <w:p>
      <w:r>
        <w:rPr>
          <w:rFonts w:ascii="Courier New" w:hAnsi="Courier New"/>
          <w:color w:val="555555"/>
          <w:sz w:val="20"/>
        </w:rPr>
        <w:t>[Mar . 8 . 2]</w:t>
      </w:r>
    </w:p>
    <w:p>
      <w:r>
        <w:rPr>
          <w:rFonts w:ascii="Gentium Plus" w:hAnsi="Gentium Plus"/>
          <w:sz w:val="24"/>
        </w:rPr>
        <w:t>τῶν τεκτόνων ἔχων ἀρχὴν συνεστράτευε· φρουρῶν δὲ Βάγαν πόλιν μεγάλην, καὶ τῷ μηδὲν ἀδικεῖν τοὺς ἐνοι‐ κοῦντας, ἀλλὰ πράως καὶ φιλανθρώπως αὐτοῖς προσφέρε‐ σθαι πιστεύων, ἔλαθεν ὑποχείριος τοῖς πολεμίοις γενό‐</w:t>
      </w:r>
    </w:p>
    <w:p>
      <w:r>
        <w:rPr>
          <w:rFonts w:ascii="Courier New" w:hAnsi="Courier New"/>
          <w:color w:val="555555"/>
          <w:sz w:val="20"/>
        </w:rPr>
        <w:t>[Mar . 8 . 3]</w:t>
      </w:r>
    </w:p>
    <w:p>
      <w:r>
        <w:rPr>
          <w:rFonts w:ascii="Gentium Plus" w:hAnsi="Gentium Plus"/>
          <w:sz w:val="24"/>
        </w:rPr>
        <w:t>μενος. παρεδέξαντο γὰρ τὸν Ἰουγούρθαν, τὸν δὲ Τουρ‐ πίλλιον οὐδὲν ἠδίκησαν, ἀλλὰ σῷον ἐξαιτησάμενοι διῆκαν.</w:t>
      </w:r>
    </w:p>
    <w:p>
      <w:r>
        <w:rPr>
          <w:rFonts w:ascii="Courier New" w:hAnsi="Courier New"/>
          <w:color w:val="555555"/>
          <w:sz w:val="20"/>
        </w:rPr>
        <w:t>[Mar . 8 . 4]</w:t>
      </w:r>
    </w:p>
    <w:p>
      <w:r>
        <w:rPr>
          <w:rFonts w:ascii="Gentium Plus" w:hAnsi="Gentium Plus"/>
          <w:sz w:val="24"/>
        </w:rPr>
        <w:t>ἔσχεν οὖν αἰτίαν προδοσίας, καὶ παρὼν ὁ Μάριος τῇ κρίσει σύμβουλος, αὐτός θ’ οἱ πικρὸς ἦν καὶ τῶν ἄλλων παρώξυνε τοὺς πλείστους, ὥστ’ ἄκοντα τὸν Μέτελλον ἐκβιασθῆναι</w:t>
      </w:r>
    </w:p>
    <w:p>
      <w:r>
        <w:rPr>
          <w:rFonts w:ascii="Courier New" w:hAnsi="Courier New"/>
          <w:color w:val="555555"/>
          <w:sz w:val="20"/>
        </w:rPr>
        <w:t>[Mar . 8 . 5]</w:t>
      </w:r>
    </w:p>
    <w:p>
      <w:r>
        <w:rPr>
          <w:rFonts w:ascii="Gentium Plus" w:hAnsi="Gentium Plus"/>
          <w:sz w:val="24"/>
        </w:rPr>
        <w:t>[καὶ] καταψηφίσασθαι θάνατον τοῦ ἀνθρώπου. μετ’ ὀλίγον δὲ τῆς αἰτίας ψευδοῦς φανείσης, οἱ μὲν ἄλλοι συνήχθοντο τῷ Μετέλλῳ βαρέως φέροντι, Μάριος δὲ χαίρων καὶ ποιούμενος ἴδιον τὸ ἔργον, οὐκ ᾐσχύνετο λέγειν</w:t>
      </w:r>
    </w:p>
    <w:p>
      <w:r>
        <w:rPr>
          <w:rFonts w:ascii="Courier New" w:hAnsi="Courier New"/>
          <w:color w:val="555555"/>
          <w:sz w:val="20"/>
        </w:rPr>
        <w:t>[5]</w:t>
      </w:r>
    </w:p>
    <w:p>
      <w:r>
        <w:rPr>
          <w:rFonts w:ascii="Gentium Plus" w:hAnsi="Gentium Plus"/>
          <w:sz w:val="24"/>
        </w:rPr>
        <w:t>περιιών, ὡς αὐτὸς εἴη προστετριμμένος ἀλάστορα τῷ</w:t>
      </w:r>
    </w:p>
    <w:p>
      <w:r>
        <w:rPr>
          <w:rFonts w:ascii="Courier New" w:hAnsi="Courier New"/>
          <w:color w:val="555555"/>
          <w:sz w:val="20"/>
        </w:rPr>
        <w:t>[Mar . 8 . 6]</w:t>
      </w:r>
    </w:p>
    <w:p>
      <w:r>
        <w:rPr>
          <w:rFonts w:ascii="Gentium Plus" w:hAnsi="Gentium Plus"/>
          <w:sz w:val="24"/>
        </w:rPr>
        <w:t>Μετέλλῳ ξενοκτόνον. ἐκ τούτου φανερῶς ἀπηχθάνοντο· καὶ λέγεταί ποτε τοῦ Μαρίου παρόντος οἷον ἐφυβρίζων ὁ Μέτελλος εἰπεῖν· „σὺ δὴ καταλιπὼν ἡμᾶς ὦ γενναῖε πλεῖν ἐπ’ οἴκου διανοῇ καὶ παραγγέλλειν ὑπατείαν; οὐ γὰρ</w:t>
      </w:r>
    </w:p>
    <w:p>
      <w:r>
        <w:rPr>
          <w:rFonts w:ascii="Courier New" w:hAnsi="Courier New"/>
          <w:color w:val="555555"/>
          <w:sz w:val="20"/>
        </w:rPr>
        <w:t>[5]</w:t>
      </w:r>
    </w:p>
    <w:p>
      <w:r>
        <w:rPr>
          <w:rFonts w:ascii="Gentium Plus" w:hAnsi="Gentium Plus"/>
          <w:sz w:val="24"/>
        </w:rPr>
        <w:t>ἀγαπήσεις, ἂν τᾠμῷ παιδὶ τούτῳ συνυπατεύσῃς;“ ἦν δ’ ὁ παῖς τότε τοῦ Μετέλλου παντάπασι μειράκιον.</w:t>
      </w:r>
    </w:p>
    <w:p>
      <w:r>
        <w:rPr>
          <w:rFonts w:ascii="Courier New" w:hAnsi="Courier New"/>
          <w:color w:val="555555"/>
          <w:sz w:val="20"/>
        </w:rPr>
        <w:t>[Mar . 8 . 7]</w:t>
      </w:r>
    </w:p>
    <w:p>
      <w:r>
        <w:rPr>
          <w:rFonts w:ascii="Gentium Plus" w:hAnsi="Gentium Plus"/>
          <w:sz w:val="24"/>
        </w:rPr>
        <w:t>Οὐ μὴν ἀλλὰ τοῦ Μαρίου σπουδάζοντος ἀφεθῆναι πολλὰς ἀναβολὰς ποιησάμενος, ἔτι δώδεκα λειπομένων ἡμερῶν ἐπὶ τὴν τῶν ὑπάτων ἀνάδειξιν ἀφῆκεν αὐτόν.</w:t>
      </w:r>
    </w:p>
    <w:p>
      <w:r>
        <w:rPr>
          <w:rFonts w:ascii="Courier New" w:hAnsi="Courier New"/>
          <w:color w:val="555555"/>
          <w:sz w:val="20"/>
        </w:rPr>
        <w:t>[Mar . 8 . 8]</w:t>
      </w:r>
    </w:p>
    <w:p>
      <w:r>
        <w:rPr>
          <w:rFonts w:ascii="Gentium Plus" w:hAnsi="Gentium Plus"/>
          <w:sz w:val="24"/>
        </w:rPr>
        <w:t>ὁ δὲ πολλὴν ἀπὸ στρατοπέδου τὴν ἐπὶ θάλασσαν εἰς Ἰτύ‐</w:t>
      </w:r>
    </w:p>
    <w:p>
      <w:r>
        <w:rPr>
          <w:rFonts w:ascii="Courier New" w:hAnsi="Courier New"/>
          <w:color w:val="555555"/>
          <w:sz w:val="20"/>
        </w:rPr>
        <w:t>[Mar . 8 . 9]</w:t>
      </w:r>
    </w:p>
    <w:p>
      <w:r>
        <w:rPr>
          <w:rFonts w:ascii="Gentium Plus" w:hAnsi="Gentium Plus"/>
          <w:sz w:val="24"/>
        </w:rPr>
        <w:t>προφαίνοι τῷ Μαρίῳ τὸ δαιμόνιον. ὁ δὲ τούτοις ἐπαρ‐ θεὶς ἀνήχθη, καὶ τὸ πέλαγος τεταρταῖος οὐρίῳ πνεύματι περάσας, αὐτίκα τε τῷ δήμῳ ποθεινὸς ὤφθη, καὶ προ‐ αχθεὶς ὑπό τινος τῶν δημάρχων εἰς τὸ πλῆθος, ἐπὶ πολλαῖς</w:t>
      </w:r>
    </w:p>
    <w:p>
      <w:r>
        <w:rPr>
          <w:rFonts w:ascii="Courier New" w:hAnsi="Courier New"/>
          <w:color w:val="555555"/>
          <w:sz w:val="20"/>
        </w:rPr>
        <w:t>[5]</w:t>
      </w:r>
    </w:p>
    <w:p>
      <w:r>
        <w:rPr>
          <w:rFonts w:ascii="Gentium Plus" w:hAnsi="Gentium Plus"/>
          <w:sz w:val="24"/>
        </w:rPr>
        <w:t>κατὰ τοῦ Μετέλλου διαβολαῖς ᾐτεῖτο τὴν ἀρχήν, ὑπισχνού‐ μενος ἢ κτενεῖν ἢ ζῶντα λήψεσθαι τὸν Ἰουγούρθαν.</w:t>
      </w:r>
    </w:p>
    <w:p>
      <w:r>
        <w:rPr>
          <w:rFonts w:ascii="Courier New" w:hAnsi="Courier New"/>
          <w:color w:val="555555"/>
          <w:sz w:val="20"/>
        </w:rPr>
        <w:t>[Mar . 9 . 1]</w:t>
      </w:r>
    </w:p>
    <w:p>
      <w:r>
        <w:rPr>
          <w:rFonts w:ascii="Gentium Plus" w:hAnsi="Gentium Plus"/>
          <w:sz w:val="24"/>
        </w:rPr>
        <w:t>Ἀναγορευθεὶς δὲ λαμπρῶς, εὐθὺς ἐστρατολόγει, παρὰ τὸν νόμον καὶ τὴν συνήθειαν πολὺν τὸν ἄπορον καὶ δοῦλον καταγράφων, τῶν πρόσθεν ἡγεμόνων οὐ προσ‐ δεχομένων τοὺς τοιούτους, ἀλλ’ ὥσπερ ἄλλο τι τῶν κα‐</w:t>
      </w:r>
    </w:p>
    <w:p>
      <w:r>
        <w:rPr>
          <w:rFonts w:ascii="Courier New" w:hAnsi="Courier New"/>
          <w:color w:val="555555"/>
          <w:sz w:val="20"/>
        </w:rPr>
        <w:t>[5]</w:t>
      </w:r>
    </w:p>
    <w:p>
      <w:r>
        <w:rPr>
          <w:rFonts w:ascii="Gentium Plus" w:hAnsi="Gentium Plus"/>
          <w:sz w:val="24"/>
        </w:rPr>
        <w:t>λῶν τὰ ὅπλα μετὰ τιμῆς τοῖς ἀξίοις νεμόντων, ἐνέχυρον</w:t>
      </w:r>
    </w:p>
    <w:p>
      <w:r>
        <w:rPr>
          <w:rFonts w:ascii="Courier New" w:hAnsi="Courier New"/>
          <w:color w:val="555555"/>
          <w:sz w:val="20"/>
        </w:rPr>
        <w:t>[Mar . 9 . 2]</w:t>
      </w:r>
    </w:p>
    <w:p>
      <w:r>
        <w:rPr>
          <w:rFonts w:ascii="Gentium Plus" w:hAnsi="Gentium Plus"/>
          <w:sz w:val="24"/>
        </w:rPr>
        <w:t>τὴν οὐσίαν ἑκάστου τιθέναι δοκοῦντος. οὐ μὴν ταῦτά γε μάλιστα διέβαλλε τὸν Μάριον, ἀλλ’ οἱ λόγοι θρασεῖς ὄντες ὑπεροψίᾳ καὶ ὕβρει τοὺς πρώτους ἐλύπουν, σκῦλόν τε βοῶντος αὐτοῦ τὴν ὑπατείαν φέρεσθαι τῆς τῶν</w:t>
      </w:r>
    </w:p>
    <w:p>
      <w:r>
        <w:rPr>
          <w:rFonts w:ascii="Courier New" w:hAnsi="Courier New"/>
          <w:color w:val="555555"/>
          <w:sz w:val="20"/>
        </w:rPr>
        <w:t>[5]</w:t>
      </w:r>
    </w:p>
    <w:p>
      <w:r>
        <w:rPr>
          <w:rFonts w:ascii="Gentium Plus" w:hAnsi="Gentium Plus"/>
          <w:sz w:val="24"/>
        </w:rPr>
        <w:t>εὐγενῶν καὶ πλουσίων μαλακίας, καὶ τραύμασιν οἰκείοις πρὸς τὸν δῆμον, οὐ μνήμασι νεκρῶν οὐδ’ ἀλλοτρίαις εἰ‐</w:t>
      </w:r>
    </w:p>
    <w:p>
      <w:r>
        <w:rPr>
          <w:rFonts w:ascii="Courier New" w:hAnsi="Courier New"/>
          <w:color w:val="555555"/>
          <w:sz w:val="20"/>
        </w:rPr>
        <w:t>[Mar . 9 . 3]</w:t>
      </w:r>
    </w:p>
    <w:p>
      <w:r>
        <w:rPr>
          <w:rFonts w:ascii="Gentium Plus" w:hAnsi="Gentium Plus"/>
          <w:sz w:val="24"/>
        </w:rPr>
        <w:t>κόσι νεανιεύεσθαι. πολλάκις δὲ καὶ τοὺς ἀτυχήσαντας ἐν Λιβύῃ στρατηγούς, τοῦτο μὲν Βηστίαν, τοῦτο δ’ Ἀλ‐ βῖνον, ἀνθρώπους οἴκων μὲν ἐπιφανῶν, αὐτοὺς δ’ ἀπο‐ λέμους καὶ δι’ ἀπειρίαν πταίσαντας ὀνομάζων, ἐπυνθά‐</w:t>
      </w:r>
    </w:p>
    <w:p>
      <w:r>
        <w:rPr>
          <w:rFonts w:ascii="Courier New" w:hAnsi="Courier New"/>
          <w:color w:val="555555"/>
          <w:sz w:val="20"/>
        </w:rPr>
        <w:t>[5]</w:t>
      </w:r>
    </w:p>
    <w:p>
      <w:r>
        <w:rPr>
          <w:rFonts w:ascii="Gentium Plus" w:hAnsi="Gentium Plus"/>
          <w:sz w:val="24"/>
        </w:rPr>
        <w:t>νετο τῶν παρόντων, εἰ μὴ καὶ τοὺς ἐκείνων οἴονται προ‐ γόνους αὐτῷ μᾶλλον ἂν εὔξασθαι παραπλησίους ἐκγόνους ἀπολιπεῖν, ἅτε δὴ μηδ’ αὐτοὺς δι’ εὐγένειαν, ἀλλ’ ὑπ’</w:t>
      </w:r>
    </w:p>
    <w:p>
      <w:r>
        <w:rPr>
          <w:rFonts w:ascii="Courier New" w:hAnsi="Courier New"/>
          <w:color w:val="555555"/>
          <w:sz w:val="20"/>
        </w:rPr>
        <w:t>[Mar . 9 . 4]</w:t>
      </w:r>
    </w:p>
    <w:p>
      <w:r>
        <w:rPr>
          <w:rFonts w:ascii="Gentium Plus" w:hAnsi="Gentium Plus"/>
          <w:sz w:val="24"/>
        </w:rPr>
        <w:t>ἀρετῆς καὶ καλῶν ἔργων ἐνδόξους γενομένους. ταῦτα</w:t>
      </w:r>
    </w:p>
    <w:p>
      <w:r>
        <w:rPr>
          <w:rFonts w:ascii="Courier New" w:hAnsi="Courier New"/>
          <w:color w:val="555555"/>
          <w:sz w:val="20"/>
        </w:rPr>
        <w:t>[5]</w:t>
      </w:r>
    </w:p>
    <w:p>
      <w:r>
        <w:rPr>
          <w:rFonts w:ascii="Gentium Plus" w:hAnsi="Gentium Plus"/>
          <w:sz w:val="24"/>
        </w:rPr>
        <w:t>κόμπῳ μετρῶν ἀεὶ φρονήματος μέγεθος, ἐξεκούφιζε καὶ συνεξώρμα μὴ φείδεσθαι τῶν ἀξιολόγων, χαριζόμενον τοῖς πολλοῖς.</w:t>
      </w:r>
    </w:p>
    <w:p>
      <w:r>
        <w:rPr>
          <w:rFonts w:ascii="Courier New" w:hAnsi="Courier New"/>
          <w:color w:val="555555"/>
          <w:sz w:val="20"/>
        </w:rPr>
        <w:t>[Mar . 10 . 1]</w:t>
      </w:r>
    </w:p>
    <w:p>
      <w:r>
        <w:rPr>
          <w:rFonts w:ascii="Gentium Plus" w:hAnsi="Gentium Plus"/>
          <w:sz w:val="24"/>
        </w:rPr>
        <w:t>Ὡς δὲ διέπλευσεν εἰς Λιβύην, Μέτελλος μὲν ἥττων τοῦ φθόνου γενόμενος καὶ περιπαθῶν, ὅτι κατειργασ‐ μένου τὸν πόλεμον αὐτοῦ καὶ μηδὲν ὑπόλοιπον ἢ τὸ σῶμα τοῦ Ἰουγούρθα λαβεῖν ἔχοντος, ἥκει Μάριος ἐπὶ τὸν στέ‐</w:t>
      </w:r>
    </w:p>
    <w:p>
      <w:r>
        <w:rPr>
          <w:rFonts w:ascii="Courier New" w:hAnsi="Courier New"/>
          <w:color w:val="555555"/>
          <w:sz w:val="20"/>
        </w:rPr>
        <w:t>[5]</w:t>
      </w:r>
    </w:p>
    <w:p>
      <w:r>
        <w:rPr>
          <w:rFonts w:ascii="Gentium Plus" w:hAnsi="Gentium Plus"/>
          <w:sz w:val="24"/>
        </w:rPr>
        <w:t>φανον καὶ τὸν θρίαμβον, ἐκ τῆς πρὸς ἐκεῖνον ἀχαριστίας ηὐξημένος, οὐχ ὑπέμεινεν εἰς τὸ αὐτὸ συνελθεῖν, ἀλλ’ αὐτὸς μὲν ὑπεξεχώρησε, Ῥουτίλιος δὲ τὸ στράτευμα τῷ Μαρίῳ παρέδωκε, πρεσβευτὴς γενονὼς τοῦ Μετέλλου.</w:t>
      </w:r>
    </w:p>
    <w:p>
      <w:r>
        <w:rPr>
          <w:rFonts w:ascii="Courier New" w:hAnsi="Courier New"/>
          <w:color w:val="555555"/>
          <w:sz w:val="20"/>
        </w:rPr>
        <w:t>[Mar . 10 . 2]</w:t>
      </w:r>
    </w:p>
    <w:p>
      <w:r>
        <w:rPr>
          <w:rFonts w:ascii="Gentium Plus" w:hAnsi="Gentium Plus"/>
          <w:sz w:val="24"/>
        </w:rPr>
        <w:t>καὶ περιῆλθέ τις νέμεσις ἐν τῷ τέλει τῶν πράξεων Μά‐ ριον· ἀφῃρέθη γὰρ ὑπὸ Σύλλα τὴν τοῦ κατορθώματος δόξαν, ὡς ὑπ’ ἐκείνου Μέτελλος· ὃν τρόπον δ’ ἀφηγή‐ σομαι βραχέως, ἐπεὶ τὰ καθ’ ἕκαστον μᾶλλον ἐν τοῖς περὶ</w:t>
      </w:r>
    </w:p>
    <w:p>
      <w:r>
        <w:rPr>
          <w:rFonts w:ascii="Courier New" w:hAnsi="Courier New"/>
          <w:color w:val="555555"/>
          <w:sz w:val="20"/>
        </w:rPr>
        <w:t>[Mar . 10 . 3]</w:t>
      </w:r>
    </w:p>
    <w:p>
      <w:r>
        <w:rPr>
          <w:rFonts w:ascii="Gentium Plus" w:hAnsi="Gentium Plus"/>
          <w:sz w:val="24"/>
        </w:rPr>
        <w:t>Σύλλα (c. 3) γέγραπται. Βόκχος ὁ τῶν ἄνω βαρβάρων βασι‐ λεὺς ἦν πενθερὸς Ἰουγούρθα, καὶ πολεμοῦντι μὲν οὐ πάνυ τι συλλαμβάνειν ἐδόκει, προβαλλόμενος αὐτοῦ τὴν ἀπι‐</w:t>
      </w:r>
    </w:p>
    <w:p>
      <w:r>
        <w:rPr>
          <w:rFonts w:ascii="Courier New" w:hAnsi="Courier New"/>
          <w:color w:val="555555"/>
          <w:sz w:val="20"/>
        </w:rPr>
        <w:t>[Mar . 10 . 4]</w:t>
      </w:r>
    </w:p>
    <w:p>
      <w:r>
        <w:rPr>
          <w:rFonts w:ascii="Gentium Plus" w:hAnsi="Gentium Plus"/>
          <w:sz w:val="24"/>
        </w:rPr>
        <w:t>στίαν καὶ τὴν αὔξησιν δεδοικώς· ἐπεὶ δὲ φεύγων καὶ πλανώμενος ἐκεῖνον ὑπ’ ἀνάγκης ἔθετο τῶν ἐλπίδων τε‐ λευταίαν καὶ κατῆρε πρὸς αὐτόν, αἰσχύνῃ μᾶλλον ὡς ἱκέ‐ την ἢ δι’ εὔνοιαν ὑποδεξάμενος διὰ χειρὸς εἶχε, φανερῶς</w:t>
      </w:r>
    </w:p>
    <w:p>
      <w:r>
        <w:rPr>
          <w:rFonts w:ascii="Courier New" w:hAnsi="Courier New"/>
          <w:color w:val="555555"/>
          <w:sz w:val="20"/>
        </w:rPr>
        <w:t>[5]</w:t>
      </w:r>
    </w:p>
    <w:p>
      <w:r>
        <w:rPr>
          <w:rFonts w:ascii="Gentium Plus" w:hAnsi="Gentium Plus"/>
          <w:sz w:val="24"/>
        </w:rPr>
        <w:t>μὲν ὑπὲρ αὐτοῦ παραιτούμενος Μάριον, καὶ γράφων ὡς οὐκ ἂν ἐκδῴη καὶ παρρησιαζόμενος, κρύφα δὲ βουλεύων</w:t>
      </w:r>
    </w:p>
    <w:p>
      <w:r>
        <w:rPr>
          <w:rFonts w:ascii="Courier New" w:hAnsi="Courier New"/>
          <w:color w:val="555555"/>
          <w:sz w:val="20"/>
        </w:rPr>
        <w:t>[Mar . 10 . 5]</w:t>
      </w:r>
    </w:p>
    <w:p>
      <w:r>
        <w:rPr>
          <w:rFonts w:ascii="Gentium Plus" w:hAnsi="Gentium Plus"/>
          <w:sz w:val="24"/>
        </w:rPr>
        <w:t>μένον ἐπὶ στρατείας. ὡς δὲ πιστεύσας ἀνέβη πρὸς αὐτὸν ὁ Σύλλας, ἔσχε μέν τις τροπὴ γνώμης καὶ μετάνοια τὸν βάρβαρον, ἡμέρας τε συχνὰς διηνέχθη τῷ λογισμῷ, βουλευόμενος ἢ παραδοῦναι τὸν Ἰουγούρθαν ἢ μηδὲ</w:t>
      </w:r>
    </w:p>
    <w:p>
      <w:r>
        <w:rPr>
          <w:rFonts w:ascii="Courier New" w:hAnsi="Courier New"/>
          <w:color w:val="555555"/>
          <w:sz w:val="20"/>
        </w:rPr>
        <w:t>[Mar . 10 . 6]</w:t>
      </w:r>
    </w:p>
    <w:p>
      <w:r>
        <w:rPr>
          <w:rFonts w:ascii="Gentium Plus" w:hAnsi="Gentium Plus"/>
          <w:sz w:val="24"/>
        </w:rPr>
        <w:t>τὸν Σύλλαν ἀφεῖναι. τέλος δὲ τὴν προτέραν κυρώσας προδοσίαν, ἐνεχείρισε τῷ Σύλλᾳ ζῶντα τὸν Ἰουγούρθαν.</w:t>
      </w:r>
    </w:p>
    <w:p>
      <w:r>
        <w:rPr>
          <w:rFonts w:ascii="Courier New" w:hAnsi="Courier New"/>
          <w:color w:val="555555"/>
          <w:sz w:val="20"/>
        </w:rPr>
        <w:t>[Mar . 10 . 7]</w:t>
      </w:r>
    </w:p>
    <w:p>
      <w:r>
        <w:rPr>
          <w:rFonts w:ascii="Gentium Plus" w:hAnsi="Gentium Plus"/>
          <w:sz w:val="24"/>
        </w:rPr>
        <w:t>καὶ τοῦτο πρῶτον ὑπῆρξεν αὐτοῖς σπέρμα τῆς ἀνηκέστου καὶ χαλεπῆς ἐκείνης στάσεως, ἣ μικρὸν ἐδέησεν ἀνα‐</w:t>
      </w:r>
    </w:p>
    <w:p>
      <w:r>
        <w:rPr>
          <w:rFonts w:ascii="Courier New" w:hAnsi="Courier New"/>
          <w:color w:val="555555"/>
          <w:sz w:val="20"/>
        </w:rPr>
        <w:t>[Mar . 10 . 8]</w:t>
      </w:r>
    </w:p>
    <w:p>
      <w:r>
        <w:rPr>
          <w:rFonts w:ascii="Gentium Plus" w:hAnsi="Gentium Plus"/>
          <w:sz w:val="24"/>
        </w:rPr>
        <w:t>τρέψαι τὴν Ῥώμην. πολλοὶ γὰρ ἐβούλοντο τοῦ Σύλλα τὸ ἔργον εἶναι, τῷ Μαρίῳ φθονοῦντες, αὐτός τε Σύλλας σφραγῖδα ποιησάμενος ἐφόρει, γλυφὴν ἔχουσαν ἐγχειρι‐</w:t>
      </w:r>
    </w:p>
    <w:p>
      <w:r>
        <w:rPr>
          <w:rFonts w:ascii="Courier New" w:hAnsi="Courier New"/>
          <w:color w:val="555555"/>
          <w:sz w:val="20"/>
        </w:rPr>
        <w:t>[Mar . 10 . 9]</w:t>
      </w:r>
    </w:p>
    <w:p>
      <w:r>
        <w:rPr>
          <w:rFonts w:ascii="Gentium Plus" w:hAnsi="Gentium Plus"/>
          <w:sz w:val="24"/>
        </w:rPr>
        <w:t>ζόμενον ὑπὸ τοῦ Βόκχου τὸν Ἰουγούρθαν ἑαυτῷ. καὶ ταύτῃ χρώμενος ἀεὶ διετέλει, φιλότιμον ἄνδρα καὶ πρὸς κοινωνίαν δόξης ἀγνώμονα καὶ δύσεριν ἐρεθίζων τὸν Μάριον, ἐναγόντων μάλιστα τῶν ἐχθρῶν τῶν ἐκείνου καὶ</w:t>
      </w:r>
    </w:p>
    <w:p>
      <w:r>
        <w:rPr>
          <w:rFonts w:ascii="Courier New" w:hAnsi="Courier New"/>
          <w:color w:val="555555"/>
          <w:sz w:val="20"/>
        </w:rPr>
        <w:t>[5]</w:t>
      </w:r>
    </w:p>
    <w:p>
      <w:r>
        <w:rPr>
          <w:rFonts w:ascii="Gentium Plus" w:hAnsi="Gentium Plus"/>
          <w:sz w:val="24"/>
        </w:rPr>
        <w:t>τὰ μὲν πρῶτα τοῦ πολέμου καὶ μέγιστα τῷ Μετέλλῳ, τὰ δ’ ἔσχατα καὶ τὸ πέρας αὐτοῦ Σύλλᾳ προστιθέντων, ὡς παύσαιτο θαυμάζων καὶ προσέχων ἐκείνῳ μάλιστα πάντων ὁ δῆμος.</w:t>
      </w:r>
    </w:p>
    <w:p>
      <w:r>
        <w:rPr>
          <w:rFonts w:ascii="Courier New" w:hAnsi="Courier New"/>
          <w:color w:val="555555"/>
          <w:sz w:val="20"/>
        </w:rPr>
        <w:t>[Mar . 11 . 1]</w:t>
      </w:r>
    </w:p>
    <w:p>
      <w:r>
        <w:rPr>
          <w:rFonts w:ascii="Gentium Plus" w:hAnsi="Gentium Plus"/>
          <w:sz w:val="24"/>
        </w:rPr>
        <w:t>Ταχὺ μέντοι τὸν φθόνον τοῦτον καὶ τὰ μίση καὶ τὰς διαβολὰς ἀπεσκέδασε τοῦ Μαρίου καὶ μετέστησεν ὁ κατασχὼν τὴν Ἰταλίαν ἀπὸ τῆς ἑσπέρας κίνδυνος, ἅμα τῷ πρῶτον ἐν χρείᾳ μεγάλου στρατηγοῦ γενέσθαι καὶ</w:t>
      </w:r>
    </w:p>
    <w:p>
      <w:r>
        <w:rPr>
          <w:rFonts w:ascii="Courier New" w:hAnsi="Courier New"/>
          <w:color w:val="555555"/>
          <w:sz w:val="20"/>
        </w:rPr>
        <w:t>[5]</w:t>
      </w:r>
    </w:p>
    <w:p>
      <w:r>
        <w:rPr>
          <w:rFonts w:ascii="Gentium Plus" w:hAnsi="Gentium Plus"/>
          <w:sz w:val="24"/>
        </w:rPr>
        <w:t>περισκέψασθαι τὴν πόλιν, ᾧ χρωμένη κυβερνήτῃ δια‐ φεύξεται κλύδωνα πολέμου τοσοῦτον, οὐδενὸς ἀνασχο‐ μένου τῶν ἀπὸ γένους μεγάλων ἢ πλουσίων οἴκων ἐπὶ τὰς ὑπατικὰς κατιόντων ἀρχαιρεσίας, ἀλλ’ ἀπόντα τὸν</w:t>
      </w:r>
    </w:p>
    <w:p>
      <w:r>
        <w:rPr>
          <w:rFonts w:ascii="Courier New" w:hAnsi="Courier New"/>
          <w:color w:val="555555"/>
          <w:sz w:val="20"/>
        </w:rPr>
        <w:t>[Mar . 11 . 2]</w:t>
      </w:r>
    </w:p>
    <w:p>
      <w:r>
        <w:rPr>
          <w:rFonts w:ascii="Gentium Plus" w:hAnsi="Gentium Plus"/>
          <w:sz w:val="24"/>
        </w:rPr>
        <w:t>Μάριον ἀναγορευσάντων. ἄρτι γὰρ ἀπηγγελμένης αὐ‐</w:t>
      </w:r>
    </w:p>
    <w:p>
      <w:r>
        <w:rPr>
          <w:rFonts w:ascii="Courier New" w:hAnsi="Courier New"/>
          <w:color w:val="555555"/>
          <w:sz w:val="20"/>
        </w:rPr>
        <w:t>[5]</w:t>
      </w:r>
    </w:p>
    <w:p>
      <w:r>
        <w:rPr>
          <w:rFonts w:ascii="Gentium Plus" w:hAnsi="Gentium Plus"/>
          <w:sz w:val="24"/>
        </w:rPr>
        <w:t>στρατῶν, ὕστερον δὲ τῆς ἀληθείας ὑποδεέστεραι φανεῖ‐</w:t>
      </w:r>
    </w:p>
    <w:p>
      <w:r>
        <w:rPr>
          <w:rFonts w:ascii="Courier New" w:hAnsi="Courier New"/>
          <w:color w:val="555555"/>
          <w:sz w:val="20"/>
        </w:rPr>
        <w:t>[Mar . 11 . 3]</w:t>
      </w:r>
    </w:p>
    <w:p>
      <w:r>
        <w:rPr>
          <w:rFonts w:ascii="Gentium Plus" w:hAnsi="Gentium Plus"/>
          <w:sz w:val="24"/>
        </w:rPr>
        <w:t>σαι. μυριάδες μὲν γὰρ αἱ μάχιμοι τριάκοντα σὺν ὅπλοις ἐχώρουν, ὄχλοι δὲ παίδων καὶ γυναικῶν ἐλέγοντο πολλῷ πλείους συμπεριάγεσθαι, γῆς χρῄζοντες ἣ θρέψει το‐ σοῦτον πλῆθος, καὶ πόλεων ἐν αἷς ἱδρυθέντες βιώσονται,</w:t>
      </w:r>
    </w:p>
    <w:p>
      <w:r>
        <w:rPr>
          <w:rFonts w:ascii="Courier New" w:hAnsi="Courier New"/>
          <w:color w:val="555555"/>
          <w:sz w:val="20"/>
        </w:rPr>
        <w:t>[5]</w:t>
      </w:r>
    </w:p>
    <w:p>
      <w:r>
        <w:rPr>
          <w:rFonts w:ascii="Gentium Plus" w:hAnsi="Gentium Plus"/>
          <w:sz w:val="24"/>
        </w:rPr>
        <w:t>καθάπερ πρὸ αὐτῶν ἐπυνθάνοντο Κελτοὺς τῆς Ἰταλίας</w:t>
      </w:r>
    </w:p>
    <w:p>
      <w:r>
        <w:rPr>
          <w:rFonts w:ascii="Courier New" w:hAnsi="Courier New"/>
          <w:color w:val="555555"/>
          <w:sz w:val="20"/>
        </w:rPr>
        <w:t>[Mar . 11 . 4]</w:t>
      </w:r>
    </w:p>
    <w:p>
      <w:r>
        <w:rPr>
          <w:rFonts w:ascii="Gentium Plus" w:hAnsi="Gentium Plus"/>
          <w:sz w:val="24"/>
        </w:rPr>
        <w:t>τὴν ἀρίστην κατασχεῖν, Τυρρηνῶν ἀφελομένους. αὐτοὶ μὲν γὰρ ἀμειξίᾳ τῇ πρὸς ἑτέρους μήκει τε χώρας ἣν ἐπῆλ‐ θον ἠγνοοῦντο, τίνες ὄντες ἀνθρώπων ἢ πόθεν ὁρμη‐</w:t>
      </w:r>
    </w:p>
    <w:p>
      <w:r>
        <w:rPr>
          <w:rFonts w:ascii="Courier New" w:hAnsi="Courier New"/>
          <w:color w:val="555555"/>
          <w:sz w:val="20"/>
        </w:rPr>
        <w:t>[Mar . 11 . 5]</w:t>
      </w:r>
    </w:p>
    <w:p>
      <w:r>
        <w:rPr>
          <w:rFonts w:ascii="Gentium Plus" w:hAnsi="Gentium Plus"/>
          <w:sz w:val="24"/>
        </w:rPr>
        <w:t>θέντες ὥσπερ νέφος ἐμπέσοιεν Γαλατίᾳ καὶ Ἰταλίᾳ. καὶ μάλιστα μὲν εἰκάζοντο Γερμανικὰ γένη τῶν καθηκόντων ἐπὶ τὸν βόρειον ὠκεανὸν εἶναι τοῖς μεγέθεσι τῶν σωμά‐ των καὶ τῇ χαροπότητι τῶν ὀμμάτων, καὶ ὅτι Κίμβρους</w:t>
      </w:r>
    </w:p>
    <w:p>
      <w:r>
        <w:rPr>
          <w:rFonts w:ascii="Courier New" w:hAnsi="Courier New"/>
          <w:color w:val="555555"/>
          <w:sz w:val="20"/>
        </w:rPr>
        <w:t>[Mar . 11 . 6]</w:t>
      </w:r>
    </w:p>
    <w:p>
      <w:r>
        <w:rPr>
          <w:rFonts w:ascii="Gentium Plus" w:hAnsi="Gentium Plus"/>
          <w:sz w:val="24"/>
        </w:rPr>
        <w:t>ἐπονομάζουσι Γερμανοὶ τοὺς λῃστάς. εἰσὶ δ’ οἳ τὴν Κελτικὴν διὰ βάθος χώρας καὶ μέγεθος ἀπὸ τῆς ἔξω θα‐ λάσσης καὶ τῶν ὑπαρκτίων κλιμάτων πρὸς ἥλιον ἀν‐ ίσχοντα κατὰ τὴν Μαιῶτιν ἐπιστρέφουσαν ἅπτεσθαι τῆς</w:t>
      </w:r>
    </w:p>
    <w:p>
      <w:r>
        <w:rPr>
          <w:rFonts w:ascii="Courier New" w:hAnsi="Courier New"/>
          <w:color w:val="555555"/>
          <w:sz w:val="20"/>
        </w:rPr>
        <w:t>[5]</w:t>
      </w:r>
    </w:p>
    <w:p>
      <w:r>
        <w:rPr>
          <w:rFonts w:ascii="Gentium Plus" w:hAnsi="Gentium Plus"/>
          <w:sz w:val="24"/>
        </w:rPr>
        <w:t>Ποντικῆς Σκυθίας λέγουσι, κἀκεῖθεν τὰ γένη μεμεῖχθαι·</w:t>
      </w:r>
    </w:p>
    <w:p>
      <w:r>
        <w:rPr>
          <w:rFonts w:ascii="Courier New" w:hAnsi="Courier New"/>
          <w:color w:val="555555"/>
          <w:sz w:val="20"/>
        </w:rPr>
        <w:t>[Mar . 11 . 7]</w:t>
      </w:r>
    </w:p>
    <w:p>
      <w:r>
        <w:rPr>
          <w:rFonts w:ascii="Gentium Plus" w:hAnsi="Gentium Plus"/>
          <w:sz w:val="24"/>
        </w:rPr>
        <w:t>τούτους ἐξαναστάντας οὐκ ἐκ μιᾶς ὁρμῆς οὐδὲ συνεχῶς, ἀλλ’ ἔτους ὥρᾳ καθ’ ἕκαστον ἐνιαυτὸν εἰς τοὔμπρο‐ σθεν ἀεὶ χωροῦντας πολέμῳ, χρόνοις πολλοῖς ἐπελθεῖν τὴν ἤπειρον. διὸ καὶ πολλὰς κατὰ μέρος ἐπικλήσεις</w:t>
      </w:r>
    </w:p>
    <w:p>
      <w:r>
        <w:rPr>
          <w:rFonts w:ascii="Courier New" w:hAnsi="Courier New"/>
          <w:color w:val="555555"/>
          <w:sz w:val="20"/>
        </w:rPr>
        <w:t>[5]</w:t>
      </w:r>
    </w:p>
    <w:p>
      <w:r>
        <w:rPr>
          <w:rFonts w:ascii="Gentium Plus" w:hAnsi="Gentium Plus"/>
          <w:sz w:val="24"/>
        </w:rPr>
        <w:t>ἐχόντων, κοινῇ Κελτοσκύθας τὸν στρατὸν ὠνόμαζον.</w:t>
      </w:r>
    </w:p>
    <w:p>
      <w:r>
        <w:rPr>
          <w:rFonts w:ascii="Courier New" w:hAnsi="Courier New"/>
          <w:color w:val="555555"/>
          <w:sz w:val="20"/>
        </w:rPr>
        <w:t>[Mar . 11 . 8]</w:t>
      </w:r>
    </w:p>
    <w:p>
      <w:r>
        <w:rPr>
          <w:rFonts w:ascii="Gentium Plus" w:hAnsi="Gentium Plus"/>
          <w:sz w:val="24"/>
        </w:rPr>
        <w:t>ἄλλοι δέ φασι Κιμμερίων τὸ μὲν πρῶτον ὑφ’ Ἑλλήνων τῶν πάλαι γνωσθὲν[των] οὐ μέγα γενέσθαι τοῦ παντὸς μόριον, ἀλλὰ φυγὴν ἢ στάσιν τινὰ βιασθεῖσαν ὑπὸ Σκυ‐ θῶν εἰς Ἀσίαν ἀπὸ τῆς Μαιώτιδος διαπερᾶσαι Λυγδάμιος</w:t>
      </w:r>
    </w:p>
    <w:p>
      <w:r>
        <w:rPr>
          <w:rFonts w:ascii="Courier New" w:hAnsi="Courier New"/>
          <w:color w:val="555555"/>
          <w:sz w:val="20"/>
        </w:rPr>
        <w:t>[Mar . 11 . 9]</w:t>
      </w:r>
    </w:p>
    <w:p>
      <w:r>
        <w:rPr>
          <w:rFonts w:ascii="Gentium Plus" w:hAnsi="Gentium Plus"/>
          <w:sz w:val="24"/>
        </w:rPr>
        <w:t>ἡγουμένου· τὸ δὲ πλεῖστον αὐτῶν καὶ μαχιμώτατον ἐπ’ ἐσχάτοις οἰκοῦν παρὰ τὴν ἔξω θάλασσαν, γῆν μὲν νέμε‐ σθαι σύσκιον καὶ ὑλώδη καὶ δυσήλιον πάντῃ διὰ βάθος καὶ πυκνότητα δρυμῶν, οὓς μέχρι τῶν Ἑρκυνίων εἴσω</w:t>
      </w:r>
    </w:p>
    <w:p>
      <w:r>
        <w:rPr>
          <w:rFonts w:ascii="Courier New" w:hAnsi="Courier New"/>
          <w:color w:val="555555"/>
          <w:sz w:val="20"/>
        </w:rPr>
        <w:t>[5]</w:t>
      </w:r>
    </w:p>
    <w:p>
      <w:r>
        <w:rPr>
          <w:rFonts w:ascii="Gentium Plus" w:hAnsi="Gentium Plus"/>
          <w:sz w:val="24"/>
        </w:rPr>
        <w:t>διήκειν, οὐρανοῦ δ’ εἰληχέναι, καθ’ ὃ δοκεῖ μέγα λαμβά‐ νων ὁ πόλος ἔξαρμα διὰ τὴν ἔγκλισιν τῶν παραλλήλων, ὀλίγον ἀπολείπειν τοῦ κατὰ κορυφὴν ἱσταμένου σημείου πρὸς τὴν οἴκησιν, αἵ θ’ ἡμέραι βραχύτητι καὶ μήκει πρὸς</w:t>
      </w:r>
    </w:p>
    <w:p>
      <w:r>
        <w:rPr>
          <w:rFonts w:ascii="Courier New" w:hAnsi="Courier New"/>
          <w:color w:val="555555"/>
          <w:sz w:val="20"/>
        </w:rPr>
        <w:t>[Mar . 11 . 10]</w:t>
      </w:r>
    </w:p>
    <w:p>
      <w:r>
        <w:rPr>
          <w:rFonts w:ascii="Gentium Plus" w:hAnsi="Gentium Plus"/>
          <w:sz w:val="24"/>
        </w:rPr>
        <w:t>τὰς νύκτας ἴσαι κατανέμεσθαι τὸν χρόνον· διὸ καὶ τὴν εὐπορίαν τοῦ μυθεύματος Ὁμήρῳ γενέσθαι πρὸς τὴν</w:t>
      </w:r>
    </w:p>
    <w:p>
      <w:r>
        <w:rPr>
          <w:rFonts w:ascii="Courier New" w:hAnsi="Courier New"/>
          <w:color w:val="555555"/>
          <w:sz w:val="20"/>
        </w:rPr>
        <w:t>[Mar . 11 . 11]</w:t>
      </w:r>
    </w:p>
    <w:p>
      <w:r>
        <w:rPr>
          <w:rFonts w:ascii="Gentium Plus" w:hAnsi="Gentium Plus"/>
          <w:sz w:val="24"/>
        </w:rPr>
        <w:t>νεκυίαν. ἔνθεν οὖν τὴν ἔφοδον εἶναι τῶν βαρβάρων τούτων ἐπὶ τὴν Ἰταλίαν, Κιμμερίων μὲν ἐξ ἀρχῆς, τότε δὲ Κίμ‐</w:t>
      </w:r>
    </w:p>
    <w:p>
      <w:r>
        <w:rPr>
          <w:rFonts w:ascii="Courier New" w:hAnsi="Courier New"/>
          <w:color w:val="555555"/>
          <w:sz w:val="20"/>
        </w:rPr>
        <w:t>[Mar . 11 . 12]</w:t>
      </w:r>
    </w:p>
    <w:p>
      <w:r>
        <w:rPr>
          <w:rFonts w:ascii="Gentium Plus" w:hAnsi="Gentium Plus"/>
          <w:sz w:val="24"/>
        </w:rPr>
        <w:t>βρων οὐκ ἀπὸ τρόπου προσαγορευομένων. ἀλλὰ ταῦτα μὲν εἰκασμῷ μᾶλλον ἢ κατὰ βέβαιον ἱστορίαν λέγεται. τὸ δὲ πλῆθος οὐκ ἔλαττον, ἀλλὰ πλέον εἶναι τοῦ λεχθέντος</w:t>
      </w:r>
    </w:p>
    <w:p>
      <w:r>
        <w:rPr>
          <w:rFonts w:ascii="Courier New" w:hAnsi="Courier New"/>
          <w:color w:val="555555"/>
          <w:sz w:val="20"/>
        </w:rPr>
        <w:t>[Mar . 11 . 13]</w:t>
      </w:r>
    </w:p>
    <w:p>
      <w:r>
        <w:rPr>
          <w:rFonts w:ascii="Gentium Plus" w:hAnsi="Gentium Plus"/>
          <w:sz w:val="24"/>
        </w:rPr>
        <w:t>ὑπὸ πολλῶν ἱστόρηται. θυμὸν δὲ καὶ τόλμαν ἀνυπόστατοι καὶ χειρῶν ἔργα παρὰ τὰς μάχας ὀξύτητι καὶ βίᾳ πυρὸς ἐοικότες ἐπῄεσαν, οὐδενὸς ἀντέχοντος αὐτῶν πρὸς τὴν ἔφοδον, ἀλλὰ πάντων μὲν ὅσους ἐπῆλθον ἐν λόγῳ λείας</w:t>
      </w:r>
    </w:p>
    <w:p>
      <w:r>
        <w:rPr>
          <w:rFonts w:ascii="Courier New" w:hAnsi="Courier New"/>
          <w:color w:val="555555"/>
          <w:sz w:val="20"/>
        </w:rPr>
        <w:t>[5]</w:t>
      </w:r>
    </w:p>
    <w:p>
      <w:r>
        <w:rPr>
          <w:rFonts w:ascii="Gentium Plus" w:hAnsi="Gentium Plus"/>
          <w:sz w:val="24"/>
        </w:rPr>
        <w:t>ἀγομένων καὶ φερομένων, πολλῶν δὲ καὶ μεγάλων Ῥωμαϊκῶν στρατοπέδων καὶ στρατηγῶν, ὅσοι προεκά‐ θηντο τῆς ἐκτὸς Ἄλπεων Γαλατίας, ἀνηρπασμένων</w:t>
      </w:r>
    </w:p>
    <w:p>
      <w:r>
        <w:rPr>
          <w:rFonts w:ascii="Courier New" w:hAnsi="Courier New"/>
          <w:color w:val="555555"/>
          <w:sz w:val="20"/>
        </w:rPr>
        <w:t>[Mar . 11 . 14]</w:t>
      </w:r>
    </w:p>
    <w:p>
      <w:r>
        <w:rPr>
          <w:rFonts w:ascii="Gentium Plus" w:hAnsi="Gentium Plus"/>
          <w:sz w:val="24"/>
        </w:rPr>
        <w:t>ἀκλεῶς. οἳ καὶ μάλιστα τὴν φορὰν αὐτῶν κακῶς ἀγωνισά‐ μενοι κατὰ τῆς Ῥώμης ἐπεσπάσαντο· νικήσαντες γὰρ οἷς ἐνέτυχον καὶ χρημάτων πολλῶν κρατήσαντες, ἔγνωσαν μηδαμοῦ γῆς ἑαυτοὺς ἱδρύειν, πρὶν 〈ἂν〉 ἀνατρέψωσι τὴν</w:t>
      </w:r>
    </w:p>
    <w:p>
      <w:r>
        <w:rPr>
          <w:rFonts w:ascii="Courier New" w:hAnsi="Courier New"/>
          <w:color w:val="555555"/>
          <w:sz w:val="20"/>
        </w:rPr>
        <w:t>[5]</w:t>
      </w:r>
    </w:p>
    <w:p>
      <w:r>
        <w:rPr>
          <w:rFonts w:ascii="Gentium Plus" w:hAnsi="Gentium Plus"/>
          <w:sz w:val="24"/>
        </w:rPr>
        <w:t>Ῥώμην καὶ διαπορθήσωσι τὴν Ἰταλίαν.</w:t>
      </w:r>
    </w:p>
    <w:p>
      <w:r>
        <w:rPr>
          <w:rFonts w:ascii="Courier New" w:hAnsi="Courier New"/>
          <w:color w:val="555555"/>
          <w:sz w:val="20"/>
        </w:rPr>
        <w:t>[Mar . 12 . 1]</w:t>
      </w:r>
    </w:p>
    <w:p>
      <w:r>
        <w:rPr>
          <w:rFonts w:ascii="Gentium Plus" w:hAnsi="Gentium Plus"/>
          <w:sz w:val="24"/>
        </w:rPr>
        <w:t>Ταῦτα Ῥωμαῖοι πυνθανόμενοι πολλαχόθεν, ἐκά‐ λουν Μάριον ἐπὶ τὴν στρατηγίαν, καὶ τὸ δεύτερον ὕπα‐ τος ἀπεδείχθη, τοῦ μὲν νόμου κωλύοντος ἀπόντα καὶ μὴ διαλιπόντα χρόνον ὡρισμένον αὖθις αἱρεῖσθαι, τοῦ δὲ</w:t>
      </w:r>
    </w:p>
    <w:p>
      <w:r>
        <w:rPr>
          <w:rFonts w:ascii="Courier New" w:hAnsi="Courier New"/>
          <w:color w:val="555555"/>
          <w:sz w:val="20"/>
        </w:rPr>
        <w:t>[Mar . 12 . 2]</w:t>
      </w:r>
    </w:p>
    <w:p>
      <w:r>
        <w:rPr>
          <w:rFonts w:ascii="Gentium Plus" w:hAnsi="Gentium Plus"/>
          <w:sz w:val="24"/>
        </w:rPr>
        <w:t>δήμου τοὺς ἀντιλέγοντας ἐκβαλόντος. ἡγοῦντο γὰρ οὔτε νῦν πρῶτον εἴξειν τῷ συμφέροντι τὸν νόμον, οὔτ’ ἀλο‐ γωτέραν εἶναι τὴν παροῦσαν αἰτίαν ἐκείνης, δι’ ἣν τὸν Σκιπίωνα παρὰ τοὺς νόμους ὕπατον ἀπέδειξαν, οὐ φο‐</w:t>
      </w:r>
    </w:p>
    <w:p>
      <w:r>
        <w:rPr>
          <w:rFonts w:ascii="Courier New" w:hAnsi="Courier New"/>
          <w:color w:val="555555"/>
          <w:sz w:val="20"/>
        </w:rPr>
        <w:t>[5]</w:t>
      </w:r>
    </w:p>
    <w:p>
      <w:r>
        <w:rPr>
          <w:rFonts w:ascii="Gentium Plus" w:hAnsi="Gentium Plus"/>
          <w:sz w:val="24"/>
        </w:rPr>
        <w:t>βούμενοι τὴν ἑαυτῶν ἀποβαλεῖν, ἀλλὰ τὴν Καρχηδονίων</w:t>
      </w:r>
    </w:p>
    <w:p>
      <w:r>
        <w:rPr>
          <w:rFonts w:ascii="Courier New" w:hAnsi="Courier New"/>
          <w:color w:val="555555"/>
          <w:sz w:val="20"/>
        </w:rPr>
        <w:t>[Mar . 12 . 3]</w:t>
      </w:r>
    </w:p>
    <w:p>
      <w:r>
        <w:rPr>
          <w:rFonts w:ascii="Gentium Plus" w:hAnsi="Gentium Plus"/>
          <w:sz w:val="24"/>
        </w:rPr>
        <w:t>ἐπιθυμοῦντες ἀνελεῖν. ταῦτ’ ἔδοξε, καὶ Μάριος ἐκ Λι‐ βύης μετὰ τοῦ στρατεύματος διακομισθείς, αὐταῖς Κα‐ λάνδαις Ἰανουαρίαις, ἣν ἔτους ἀρχὴν ἄγουσι Ῥωμαῖοι, τήν θ’ ὑπατείαν ἀνέλαβε καὶ τὸν θρίαμβον εἰσήλασεν,</w:t>
      </w:r>
    </w:p>
    <w:p>
      <w:r>
        <w:rPr>
          <w:rFonts w:ascii="Courier New" w:hAnsi="Courier New"/>
          <w:color w:val="555555"/>
          <w:sz w:val="20"/>
        </w:rPr>
        <w:t>[5]</w:t>
      </w:r>
    </w:p>
    <w:p>
      <w:r>
        <w:rPr>
          <w:rFonts w:ascii="Gentium Plus" w:hAnsi="Gentium Plus"/>
          <w:sz w:val="24"/>
        </w:rPr>
        <w:t>ἄπιστον ἐπιδειξάμενος θέαμα Ῥωμαίοις Ἰουγούρθαν αἰχμάλωτον, οὗ ζῶντος οὐδ’ ἂν εἷς ἤλπισε πολεμῶν κρα‐ τῆσαι· οὕτω τις ἦν ποικίλος ἀνὴρ τύχαις ὁμιλῆσαι, καὶ</w:t>
      </w:r>
    </w:p>
    <w:p>
      <w:r>
        <w:rPr>
          <w:rFonts w:ascii="Courier New" w:hAnsi="Courier New"/>
          <w:color w:val="555555"/>
          <w:sz w:val="20"/>
        </w:rPr>
        <w:t>[Mar . 12 . 4]</w:t>
      </w:r>
    </w:p>
    <w:p>
      <w:r>
        <w:rPr>
          <w:rFonts w:ascii="Gentium Plus" w:hAnsi="Gentium Plus"/>
          <w:sz w:val="24"/>
        </w:rPr>
        <w:t>πανουργίᾳ πολλῇ μεμειγμένον ἔχων τὸ θυμοειδές. ἀλλ’ ἐξέστη γε πομπευθεὶς ὡς λέγουσι τότε τοῦ φρονεῖν, καὶ μετὰ τὸν θρίαμβον εἰς τὸ δεσμωτήριον ἐμπεσών, ὡς οἱ μὲν αὐτοῦ βίᾳ περιέρρηξαν τὸν χιτωνίσκον, οἱ δὲ σπεύ‐</w:t>
      </w:r>
    </w:p>
    <w:p>
      <w:r>
        <w:rPr>
          <w:rFonts w:ascii="Courier New" w:hAnsi="Courier New"/>
          <w:color w:val="555555"/>
          <w:sz w:val="20"/>
        </w:rPr>
        <w:t>[5]</w:t>
      </w:r>
    </w:p>
    <w:p>
      <w:r>
        <w:rPr>
          <w:rFonts w:ascii="Gentium Plus" w:hAnsi="Gentium Plus"/>
          <w:sz w:val="24"/>
        </w:rPr>
        <w:t>δοντες ἀφελέσθαι βίᾳ τὸ χρυσοῦν ἐλλόβιον ἅμα τὸν λο‐ βὸν συναπέρρηξαν, ὠσθεὶς δὲ γυμνὸς εἰς τὸ βάραθρον κατεβλήθη, μεστὸς ὢν ταραχῆς καὶ διασεσηρώς „Ἡρά‐</w:t>
      </w:r>
    </w:p>
    <w:p>
      <w:r>
        <w:rPr>
          <w:rFonts w:ascii="Courier New" w:hAnsi="Courier New"/>
          <w:color w:val="555555"/>
          <w:sz w:val="20"/>
        </w:rPr>
        <w:t>[Mar . 12 . 5]</w:t>
      </w:r>
    </w:p>
    <w:p>
      <w:r>
        <w:rPr>
          <w:rFonts w:ascii="Gentium Plus" w:hAnsi="Gentium Plus"/>
          <w:sz w:val="24"/>
        </w:rPr>
        <w:t>κλεισ“ εἶπεν, „ὡς ψυχρὸν ὑμῶν τὸ βαλανεῖον.“ ἀλλὰ τοῦτον μὲν ἓξ ἡμέραις ζυγομαχήσαντα τῷ λιμῷ καὶ μέχρι τῆς ἐσχάτης ὥρας ἐκκρεμασθέντα τῆς τοῦ ζῆν ἐπιθυμίας</w:t>
      </w:r>
    </w:p>
    <w:p>
      <w:r>
        <w:rPr>
          <w:rFonts w:ascii="Courier New" w:hAnsi="Courier New"/>
          <w:color w:val="555555"/>
          <w:sz w:val="20"/>
        </w:rPr>
        <w:t>[Mar . 12 . 6]</w:t>
      </w:r>
    </w:p>
    <w:p>
      <w:r>
        <w:rPr>
          <w:rFonts w:ascii="Gentium Plus" w:hAnsi="Gentium Plus"/>
          <w:sz w:val="24"/>
        </w:rPr>
        <w:t>εἶχεν ἀξία δίκη τῶν ἀσεβημάτων. ἐν δὲ τῷ θριάμβῳ κο‐</w:t>
      </w:r>
    </w:p>
    <w:p>
      <w:r>
        <w:rPr>
          <w:rFonts w:ascii="Courier New" w:hAnsi="Courier New"/>
          <w:color w:val="555555"/>
          <w:sz w:val="20"/>
        </w:rPr>
        <w:t>[Mar . 12 . 7]</w:t>
      </w:r>
    </w:p>
    <w:p>
      <w:r>
        <w:rPr>
          <w:rFonts w:ascii="Gentium Plus" w:hAnsi="Gentium Plus"/>
          <w:sz w:val="24"/>
        </w:rPr>
        <w:t>μυριάσιν ὀκτὼ καὶ εἴκοσι. μετὰ δὲ τὴν πομπὴν ὁ Μά‐ ριος σύγκλητον ἤθροισεν ἐν Καπετωλίῳ, καὶ παρῆλθε μὲν εἴτε λαθὼν αὑτὸν εἴτε τῇ τύχῃ χρώμενος ἀγροικότε‐ ρον ἐν τῇ θριαμβικῇ σκευῇ, ταχὺ δὲ τὴν βουλὴν ἀχθε‐</w:t>
      </w:r>
    </w:p>
    <w:p>
      <w:r>
        <w:rPr>
          <w:rFonts w:ascii="Courier New" w:hAnsi="Courier New"/>
          <w:color w:val="555555"/>
          <w:sz w:val="20"/>
        </w:rPr>
        <w:t>[5]</w:t>
      </w:r>
    </w:p>
    <w:p>
      <w:r>
        <w:rPr>
          <w:rFonts w:ascii="Gentium Plus" w:hAnsi="Gentium Plus"/>
          <w:sz w:val="24"/>
        </w:rPr>
        <w:t>σθεῖσαν αἰσθόμενος, ἐξανέστη καὶ μεταλαβὼν τὴν περι‐ πόρφυρον αὖθις 〈εἰσ〉ῆλθεν.</w:t>
      </w:r>
    </w:p>
    <w:p>
      <w:r>
        <w:rPr>
          <w:rFonts w:ascii="Courier New" w:hAnsi="Courier New"/>
          <w:color w:val="555555"/>
          <w:sz w:val="20"/>
        </w:rPr>
        <w:t>[Mar . 13 . 1]</w:t>
      </w:r>
    </w:p>
    <w:p>
      <w:r>
        <w:rPr>
          <w:rFonts w:ascii="Gentium Plus" w:hAnsi="Gentium Plus"/>
          <w:sz w:val="24"/>
        </w:rPr>
        <w:t>Ἐν δὲ τῇ στρατείᾳ τὴν δύναμιν διεπόνει καθ’ ὁδόν, ἐξασκῶν δρόμοις τε παντοδαποῖς καὶ μακραῖς ὁδοι‐ πορίαις, ἑαυτῷ δ’ 〈ἕκαστον〉 ἀχθοφορεῖν ἀναγκάζων καὶ αὐτουργεῖν τὰ πρὸς τὴν δίαιταν, ὥστε καὶ μετὰ ταῦτα τοὺς</w:t>
      </w:r>
    </w:p>
    <w:p>
      <w:r>
        <w:rPr>
          <w:rFonts w:ascii="Courier New" w:hAnsi="Courier New"/>
          <w:color w:val="555555"/>
          <w:sz w:val="20"/>
        </w:rPr>
        <w:t>[5]</w:t>
      </w:r>
    </w:p>
    <w:p>
      <w:r>
        <w:rPr>
          <w:rFonts w:ascii="Gentium Plus" w:hAnsi="Gentium Plus"/>
          <w:sz w:val="24"/>
        </w:rPr>
        <w:t>φιλοπόνους καὶ σιωπῇ μετ’ εὐκολίας τὰ προστασσόμενα</w:t>
      </w:r>
    </w:p>
    <w:p>
      <w:r>
        <w:rPr>
          <w:rFonts w:ascii="Courier New" w:hAnsi="Courier New"/>
          <w:color w:val="555555"/>
          <w:sz w:val="20"/>
        </w:rPr>
        <w:t>[Mar . 13 . 2]</w:t>
      </w:r>
    </w:p>
    <w:p>
      <w:r>
        <w:rPr>
          <w:rFonts w:ascii="Gentium Plus" w:hAnsi="Gentium Plus"/>
          <w:sz w:val="24"/>
        </w:rPr>
        <w:t>ποιοῦντας ἡμιόνους Μαριανοὺς καλεῖσθαι. καίτοι τινὲς αἰτίαν ἑτέραν τοῦ λόγου τούτου νομίζουσι. Σκιπίωνος γὰρ ὅτε Νομαντίαν ἐπολιόρκει βουληθέντος ἐπιδεῖν μὴ μόνον τὰ ὅπλα μηδὲ τοὺς ἵππους, ἀλλὰ καὶ τοὺς ὀρεῖς</w:t>
      </w:r>
    </w:p>
    <w:p>
      <w:r>
        <w:rPr>
          <w:rFonts w:ascii="Courier New" w:hAnsi="Courier New"/>
          <w:color w:val="555555"/>
          <w:sz w:val="20"/>
        </w:rPr>
        <w:t>[5]</w:t>
      </w:r>
    </w:p>
    <w:p>
      <w:r>
        <w:rPr>
          <w:rFonts w:ascii="Gentium Plus" w:hAnsi="Gentium Plus"/>
          <w:sz w:val="24"/>
        </w:rPr>
        <w:t>καὶ τὰς ἁμάξας, ὅπως ἑκάστοις ἐξησκημένα καὶ παρεσκευ‐ ασμένα τυγχάνοι, προαγαγεῖν τὸν Μάριον ἵππον τε κάλ‐ λιστα τεθραμμένον ὑπ’ αὐτοῦ καὶ ἡμίονον εὐεξίᾳ καὶ</w:t>
      </w:r>
    </w:p>
    <w:p>
      <w:r>
        <w:rPr>
          <w:rFonts w:ascii="Courier New" w:hAnsi="Courier New"/>
          <w:color w:val="555555"/>
          <w:sz w:val="20"/>
        </w:rPr>
        <w:t>[Mar . 13 . 3]</w:t>
      </w:r>
    </w:p>
    <w:p>
      <w:r>
        <w:rPr>
          <w:rFonts w:ascii="Gentium Plus" w:hAnsi="Gentium Plus"/>
          <w:sz w:val="24"/>
        </w:rPr>
        <w:t>λιπαρότητι καὶ ῥώμῃ διαφέροντα πολὺ τῶν ἄλλων· ἡσθέν‐ τος οὖν τοῦ στρατηγοῦ τοῖς τοῦ Μαρίου θρέμμασι καὶ πολλάκις αὐτῶν μνησθέντος, οὕτως ἄρα τοὺς σκώπτον‐ τας ἐν ἐπαίνῳ τὸν ἐνδελεχῆ καὶ τλήμονα καὶ φιλόπονον</w:t>
      </w:r>
    </w:p>
    <w:p>
      <w:r>
        <w:rPr>
          <w:rFonts w:ascii="Courier New" w:hAnsi="Courier New"/>
          <w:color w:val="555555"/>
          <w:sz w:val="20"/>
        </w:rPr>
        <w:t>[5]</w:t>
      </w:r>
    </w:p>
    <w:p>
      <w:r>
        <w:rPr>
          <w:rFonts w:ascii="Gentium Plus" w:hAnsi="Gentium Plus"/>
          <w:sz w:val="24"/>
        </w:rPr>
        <w:t>Μαριανὸν ἡμίονον προσαγορεύειν.</w:t>
      </w:r>
    </w:p>
    <w:p>
      <w:r>
        <w:rPr>
          <w:rFonts w:ascii="Courier New" w:hAnsi="Courier New"/>
          <w:color w:val="555555"/>
          <w:sz w:val="20"/>
        </w:rPr>
        <w:t>[Mar . 14 . 1]</w:t>
      </w:r>
    </w:p>
    <w:p>
      <w:r>
        <w:rPr>
          <w:rFonts w:ascii="Gentium Plus" w:hAnsi="Gentium Plus"/>
          <w:sz w:val="24"/>
        </w:rPr>
        <w:t>Εὐτύχημα δὲ δοκεῖ τῷ Μαρίῳ μέγα γενέσθαι· τῶν γὰρ βαρβάρων ὥσπερ τινὰ παλίρροιαν τῆς ὁρμῆς λαβόντων, καὶ ῥυέντων πρότερον ἐπὶ τὴν Ἰβηρίαν, χρόνον ἔσχε καὶ τὰ σώματα γυμνάσαι τῶν ἀνδρῶν καὶ τὰ φρονήματα πρὸς</w:t>
      </w:r>
    </w:p>
    <w:p>
      <w:r>
        <w:rPr>
          <w:rFonts w:ascii="Courier New" w:hAnsi="Courier New"/>
          <w:color w:val="555555"/>
          <w:sz w:val="20"/>
        </w:rPr>
        <w:t>[5]</w:t>
      </w:r>
    </w:p>
    <w:p>
      <w:r>
        <w:rPr>
          <w:rFonts w:ascii="Gentium Plus" w:hAnsi="Gentium Plus"/>
          <w:sz w:val="24"/>
        </w:rPr>
        <w:t>τὸ θαρρεῖν ἀναρρῶσαι, τὸ δὲ μέγιστον, αὐτὸς οἷος ἦν</w:t>
      </w:r>
    </w:p>
    <w:p>
      <w:r>
        <w:rPr>
          <w:rFonts w:ascii="Courier New" w:hAnsi="Courier New"/>
          <w:color w:val="555555"/>
          <w:sz w:val="20"/>
        </w:rPr>
        <w:t>[Mar . 14 . 2]</w:t>
      </w:r>
    </w:p>
    <w:p>
      <w:r>
        <w:rPr>
          <w:rFonts w:ascii="Gentium Plus" w:hAnsi="Gentium Plus"/>
          <w:sz w:val="24"/>
        </w:rPr>
        <w:t>κατανοηθῆναι. τὸ γὰρ ἐν ἀρχῇ σκυθρωπὸν αὐτοῦ καὶ περὶ τὰς τιμωρίας δυσμείλικτον ἐθισθεῖσι μηδὲν ἁμαρτάνειν μηδ’ ἀπειθεῖν ἅμα τῷ δικαίῳ σωτήριον ἐφαίνετο, τήν τε τοῦ θυμοῦ σφοδρότητα καὶ τὸ τραχὺ τῆς φωνῆς καὶ</w:t>
      </w:r>
    </w:p>
    <w:p>
      <w:r>
        <w:rPr>
          <w:rFonts w:ascii="Courier New" w:hAnsi="Courier New"/>
          <w:color w:val="555555"/>
          <w:sz w:val="20"/>
        </w:rPr>
        <w:t>[5]</w:t>
      </w:r>
    </w:p>
    <w:p>
      <w:r>
        <w:rPr>
          <w:rFonts w:ascii="Gentium Plus" w:hAnsi="Gentium Plus"/>
          <w:sz w:val="24"/>
        </w:rPr>
        <w:t>〈τὸ〉 ἀγριωπὸν τοῦ προσώπου συντρεφόμενον κατὰ μικρὸν</w:t>
      </w:r>
    </w:p>
    <w:p>
      <w:r>
        <w:rPr>
          <w:rFonts w:ascii="Courier New" w:hAnsi="Courier New"/>
          <w:color w:val="555555"/>
          <w:sz w:val="20"/>
        </w:rPr>
        <w:t>[Mar . 14 . 3]</w:t>
      </w:r>
    </w:p>
    <w:p>
      <w:r>
        <w:rPr>
          <w:rFonts w:ascii="Gentium Plus" w:hAnsi="Gentium Plus"/>
          <w:sz w:val="24"/>
        </w:rPr>
        <w:t>οὐχ αὑτοῖς ἐνόμιζον εἶναι φοβερόν, ἀλλὰ τοῖς πολεμίοις. μά‐ λιστα δ’ ἡ περὶ τὰς κρίσεις ὀρθότης αὐτοῦ τοῖς στρα‐</w:t>
      </w:r>
    </w:p>
    <w:p>
      <w:r>
        <w:rPr>
          <w:rFonts w:ascii="Courier New" w:hAnsi="Courier New"/>
          <w:color w:val="555555"/>
          <w:sz w:val="20"/>
        </w:rPr>
        <w:t>[Mar . 14 . 4]</w:t>
      </w:r>
    </w:p>
    <w:p>
      <w:r>
        <w:rPr>
          <w:rFonts w:ascii="Gentium Plus" w:hAnsi="Gentium Plus"/>
          <w:sz w:val="24"/>
        </w:rPr>
        <w:t>τιώταις ἤρεσκεν· ἧς καὶ τοιόνδε τι δεῖγμα λέγεται. Γάιος Λούσιος ἀδελφιδοῦς αὐτοῦ τεταγμένος ἐφ’ ἡγεμονίας ἐστρατεύετο, τἆλλα μὲν ἀνὴρ οὐ δοκῶν εἶναι πονηρός,</w:t>
      </w:r>
    </w:p>
    <w:p>
      <w:r>
        <w:rPr>
          <w:rFonts w:ascii="Courier New" w:hAnsi="Courier New"/>
          <w:color w:val="555555"/>
          <w:sz w:val="20"/>
        </w:rPr>
        <w:t>[Mar . 14 . 5]</w:t>
      </w:r>
    </w:p>
    <w:p>
      <w:r>
        <w:rPr>
          <w:rFonts w:ascii="Gentium Plus" w:hAnsi="Gentium Plus"/>
          <w:sz w:val="24"/>
        </w:rPr>
        <w:t>ἥττων δὲ μειρακίων καλῶν. οὗτος ἤρα νεανίσκου τῶν ὑφ’ αὑτῷ στρατευομένων ὄνομα Τρεβωνίου, καὶ πολλάκις πειρῶν οὐκ ἐτύγχανε· τέλος δὲ νύκτωρ ὑπηρέτην ἀποστεί‐</w:t>
      </w:r>
    </w:p>
    <w:p>
      <w:r>
        <w:rPr>
          <w:rFonts w:ascii="Courier New" w:hAnsi="Courier New"/>
          <w:color w:val="555555"/>
          <w:sz w:val="20"/>
        </w:rPr>
        <w:t>[Mar . 14 . 6]</w:t>
      </w:r>
    </w:p>
    <w:p>
      <w:r>
        <w:rPr>
          <w:rFonts w:ascii="Gentium Plus" w:hAnsi="Gentium Plus"/>
          <w:sz w:val="24"/>
        </w:rPr>
        <w:t>λας μετεπέμπετο τὸν Τρεβώνιον. ὁ δὲ νεανίας ἧκε μέν, ἀντειπεῖν γὰρ οὐκ ἐξῆν καλούμενον, εἰσαχθεὶς δ’ ὑπὸ τὴν σκηνὴν πρὸς αὐτόν, ἐπιχειροῦντα βιάζεσθαι σπασάμενος</w:t>
      </w:r>
    </w:p>
    <w:p>
      <w:r>
        <w:rPr>
          <w:rFonts w:ascii="Courier New" w:hAnsi="Courier New"/>
          <w:color w:val="555555"/>
          <w:sz w:val="20"/>
        </w:rPr>
        <w:t>[Mar . 14 . 7]</w:t>
      </w:r>
    </w:p>
    <w:p>
      <w:r>
        <w:rPr>
          <w:rFonts w:ascii="Gentium Plus" w:hAnsi="Gentium Plus"/>
          <w:sz w:val="24"/>
        </w:rPr>
        <w:t>τὸ ξίφος ἀπέκτεινε. ταῦτ’ ἐπράχθη τοῦ Μαρίου μὴ παρόντος· ἐπανελθὼν δὲ προὔθηκε τῷ Τρεβωνίῳ κρίσιν.</w:t>
      </w:r>
    </w:p>
    <w:p>
      <w:r>
        <w:rPr>
          <w:rFonts w:ascii="Courier New" w:hAnsi="Courier New"/>
          <w:color w:val="555555"/>
          <w:sz w:val="20"/>
        </w:rPr>
        <w:t>[Mar . 14 . 8]</w:t>
      </w:r>
    </w:p>
    <w:p>
      <w:r>
        <w:rPr>
          <w:rFonts w:ascii="Gentium Plus" w:hAnsi="Gentium Plus"/>
          <w:sz w:val="24"/>
        </w:rPr>
        <w:t>ἐπεὶ δὲ πολλῶν κατηγορούντων, οὐδενὸς δὲ συνηγοροῦντος, αὐτὸς εὐθαρσῶς καταστὰς διηγήσατο τὸ πρᾶγμα, καὶ μάρτυρας ἔσχεν ὅτι πειρῶντι πολλάκις ἀντεῖπε τῷ Λουσίῳ καὶ μεγάλων διδομένων ἐπ’ οὐδενὶ προήκατο τὸ σῶμα,</w:t>
      </w:r>
    </w:p>
    <w:p>
      <w:r>
        <w:rPr>
          <w:rFonts w:ascii="Courier New" w:hAnsi="Courier New"/>
          <w:color w:val="555555"/>
          <w:sz w:val="20"/>
        </w:rPr>
        <w:t>[5]</w:t>
      </w:r>
    </w:p>
    <w:p>
      <w:r>
        <w:rPr>
          <w:rFonts w:ascii="Gentium Plus" w:hAnsi="Gentium Plus"/>
          <w:sz w:val="24"/>
        </w:rPr>
        <w:t>θαυμάσας ὁ Μάριος καὶ ἡσθεὶς ἐκέλευσε τὸν πάτριον ἐπὶ ταῖς ἀριστείαις στέφανον κομισθῆναι, καὶ λαβὼν αὐτὸς</w:t>
      </w:r>
    </w:p>
    <w:p>
      <w:r>
        <w:rPr>
          <w:rFonts w:ascii="Courier New" w:hAnsi="Courier New"/>
          <w:color w:val="555555"/>
          <w:sz w:val="20"/>
        </w:rPr>
        <w:t>[Mar . 14 . 9]</w:t>
      </w:r>
    </w:p>
    <w:p>
      <w:r>
        <w:rPr>
          <w:rFonts w:ascii="Gentium Plus" w:hAnsi="Gentium Plus"/>
          <w:sz w:val="24"/>
        </w:rPr>
        <w:t>παραδειγμάτων δεομένῳ καλῶν ἀποδεδειγμένον. τοῦτ’ εἰς τὴν Ῥώμην ἀπαγγελθὲν οὐχ ἥκιστα τῷ Μαρίῳ συν‐ έπραξε τὴν τρίτην ὑπατείαν· ἅμα δὲ καὶ τῶν βαρβάρων ἔτους ὥρᾳ προσδοκίμων ὄντων, ἐβούλοντο μετὰ μηδενὸς</w:t>
      </w:r>
    </w:p>
    <w:p>
      <w:r>
        <w:rPr>
          <w:rFonts w:ascii="Courier New" w:hAnsi="Courier New"/>
          <w:color w:val="555555"/>
          <w:sz w:val="20"/>
        </w:rPr>
        <w:t>[Mar . 14 . 10]</w:t>
      </w:r>
    </w:p>
    <w:p>
      <w:r>
        <w:rPr>
          <w:rFonts w:ascii="Gentium Plus" w:hAnsi="Gentium Plus"/>
          <w:sz w:val="24"/>
        </w:rPr>
        <w:t>ἄλλου στρατηγοῦ κινδυνεῦσαι πρὸς αὐτούς. οὐ μὴν ἧκον ὡς προσεδοκῶντο ταχέως, ἀλλὰ πάλιν διῆλθε τῷ Μαρίῳ ὁ τῆς ὑπατείας χρόνος.</w:t>
      </w:r>
    </w:p>
    <w:p>
      <w:r>
        <w:rPr>
          <w:rFonts w:ascii="Courier New" w:hAnsi="Courier New"/>
          <w:color w:val="555555"/>
          <w:sz w:val="20"/>
        </w:rPr>
        <w:t>[Mar . 14 . 11]</w:t>
      </w:r>
    </w:p>
    <w:p>
      <w:r>
        <w:rPr>
          <w:rFonts w:ascii="Gentium Plus" w:hAnsi="Gentium Plus"/>
          <w:sz w:val="24"/>
        </w:rPr>
        <w:t>Ἐνισταμένων δὲ τῶν ἀρχαιρεσιῶν καὶ τοῦ συνάρχον‐ τος αὐτοῦ τελευτήσαντος, ἀπολιπὼν ἐπὶ τῶν δυνάμεων</w:t>
      </w:r>
    </w:p>
    <w:p>
      <w:r>
        <w:rPr>
          <w:rFonts w:ascii="Courier New" w:hAnsi="Courier New"/>
          <w:color w:val="555555"/>
          <w:sz w:val="20"/>
        </w:rPr>
        <w:t>[Mar . 14 . 12]</w:t>
      </w:r>
    </w:p>
    <w:p>
      <w:r>
        <w:rPr>
          <w:rFonts w:ascii="Gentium Plus" w:hAnsi="Gentium Plus"/>
          <w:sz w:val="24"/>
        </w:rPr>
        <w:t>Μάνιον Ἀκύλλιον, αὐτὸς ἧκεν εἰς Ῥώμην. μετιόντων δὲ πολλῶν καὶ ἀγαθῶν τὴν ὑπατείαν, Λούκιος Σατορ‐ νῖνος, ὁ μάλιστα τῶν δημάρχων ἄγων τὸ πλῆθος, ὑπὸ τοῦ Μαρίου τεθεραπευμένος ἐδημηγόρει, κελεύων ἐκεῖ‐</w:t>
      </w:r>
    </w:p>
    <w:p>
      <w:r>
        <w:rPr>
          <w:rFonts w:ascii="Courier New" w:hAnsi="Courier New"/>
          <w:color w:val="555555"/>
          <w:sz w:val="20"/>
        </w:rPr>
        <w:t>[Mar . 14 . 13]</w:t>
      </w:r>
    </w:p>
    <w:p>
      <w:r>
        <w:rPr>
          <w:rFonts w:ascii="Gentium Plus" w:hAnsi="Gentium Plus"/>
          <w:sz w:val="24"/>
        </w:rPr>
        <w:t>νον ὕπατον αἱρεῖσθαι. θρυπτομένου δὲ τοῦ Μαρίου καὶ παραιτεῖσθαι τὴν ἀρχὴν φάσκοντος, ὡς δὴ μὴ δεομένου, προδότην αὐτὸν ὁ Σατορνῖνος ἀπεκάλει τῆς πατρίδος, ἐν</w:t>
      </w:r>
    </w:p>
    <w:p>
      <w:r>
        <w:rPr>
          <w:rFonts w:ascii="Courier New" w:hAnsi="Courier New"/>
          <w:color w:val="555555"/>
          <w:sz w:val="20"/>
        </w:rPr>
        <w:t>[Mar . 14 . 14]</w:t>
      </w:r>
    </w:p>
    <w:p>
      <w:r>
        <w:rPr>
          <w:rFonts w:ascii="Gentium Plus" w:hAnsi="Gentium Plus"/>
          <w:sz w:val="24"/>
        </w:rPr>
        <w:t>κινδύνῳ τοσούτῳ φεύγοντα τὸ στρατηγεῖν. καὶ φανερὸς μὲν ἦν ἀπιθάνως συνυποκρινόμενος τὸ προσποίημα τῷ Μαρίῳ, τὸν δὲ καιρὸν ὁρῶντες οἱ πολλοὶ τῆς ἐκείνου δεινότητος ἅμα καὶ τύχης δεόμενον, ἐψηφίσαντο τὴν</w:t>
      </w:r>
    </w:p>
    <w:p>
      <w:r>
        <w:rPr>
          <w:rFonts w:ascii="Courier New" w:hAnsi="Courier New"/>
          <w:color w:val="555555"/>
          <w:sz w:val="20"/>
        </w:rPr>
        <w:t>[5]</w:t>
      </w:r>
    </w:p>
    <w:p>
      <w:r>
        <w:rPr>
          <w:rFonts w:ascii="Gentium Plus" w:hAnsi="Gentium Plus"/>
          <w:sz w:val="24"/>
        </w:rPr>
        <w:t>τετάρτην ὑπατείαν, καὶ συνάρχοντα Κάτλον αὐτῷ Λουτά‐ τιον κατέστησαν, ἄνδρα καὶ τιμώμενον ὑπὸ τῶν ἀρίστων καὶ τοῖς πολλοῖς οὐκ ἐπαχθῆ.</w:t>
      </w:r>
    </w:p>
    <w:p>
      <w:r>
        <w:rPr>
          <w:rFonts w:ascii="Courier New" w:hAnsi="Courier New"/>
          <w:color w:val="555555"/>
          <w:sz w:val="20"/>
        </w:rPr>
        <w:t>[Mar . 15 . 1]</w:t>
      </w:r>
    </w:p>
    <w:p>
      <w:r>
        <w:rPr>
          <w:rFonts w:ascii="Gentium Plus" w:hAnsi="Gentium Plus"/>
          <w:sz w:val="24"/>
        </w:rPr>
        <w:t>Πυνθανόμενος δὲ τοὺς πολεμίους ὁ Μάριος ἐγγὺς εἶναι, διὰ ταχέων ὑπερέβαλε τὰς Ἄλπεις· καὶ τειχίσας στρατόπεδον παρὰ τῷ Ῥοδανῷ ποταμῷ, συνήγαγεν εἰς αὐτὸ χορηγίαν ἄφθονον, ὡς μηδέποτε παρὰ τὸν τοῦ</w:t>
      </w:r>
    </w:p>
    <w:p>
      <w:r>
        <w:rPr>
          <w:rFonts w:ascii="Courier New" w:hAnsi="Courier New"/>
          <w:color w:val="555555"/>
          <w:sz w:val="20"/>
        </w:rPr>
        <w:t>[5]</w:t>
      </w:r>
    </w:p>
    <w:p>
      <w:r>
        <w:rPr>
          <w:rFonts w:ascii="Gentium Plus" w:hAnsi="Gentium Plus"/>
          <w:sz w:val="24"/>
        </w:rPr>
        <w:t>συμφέροντος λογισμὸν ἐκβιασθείη δι’ ἔνδειαν τῶν</w:t>
      </w:r>
    </w:p>
    <w:p>
      <w:r>
        <w:rPr>
          <w:rFonts w:ascii="Courier New" w:hAnsi="Courier New"/>
          <w:color w:val="555555"/>
          <w:sz w:val="20"/>
        </w:rPr>
        <w:t>[Mar . 15 . 2]</w:t>
      </w:r>
    </w:p>
    <w:p>
      <w:r>
        <w:rPr>
          <w:rFonts w:ascii="Gentium Plus" w:hAnsi="Gentium Plus"/>
          <w:sz w:val="24"/>
        </w:rPr>
        <w:t>ἀναγκαίων εἰς μάχην καταστῆναι. τὴν δὲ κομιδὴν ὧν</w:t>
      </w:r>
    </w:p>
    <w:p>
      <w:r>
        <w:rPr>
          <w:rFonts w:ascii="Courier New" w:hAnsi="Courier New"/>
          <w:color w:val="555555"/>
          <w:sz w:val="20"/>
        </w:rPr>
        <w:t>[Mar . 15 . 3]</w:t>
      </w:r>
    </w:p>
    <w:p>
      <w:r>
        <w:rPr>
          <w:rFonts w:ascii="Gentium Plus" w:hAnsi="Gentium Plus"/>
          <w:sz w:val="24"/>
        </w:rPr>
        <w:t>ταχεῖαν. τὰ γὰρ στόματα τοῦ Ῥοδανοῦ, πρὸς τὰς ἀνακοπὰς τῆς θαλάττης ἰλύν τε πολλὴν λαμβάνοντα καὶ θῖνα πηλῷ βαθεῖ συμπεπιλημένην ὑπὸ τοῦ κλύδωνος, χαλεπὸν καὶ ἐπίπονον καὶ βραδύπορον τοῖς σιταγωγοῖς ἐποίει τὸν</w:t>
      </w:r>
    </w:p>
    <w:p>
      <w:r>
        <w:rPr>
          <w:rFonts w:ascii="Courier New" w:hAnsi="Courier New"/>
          <w:color w:val="555555"/>
          <w:sz w:val="20"/>
        </w:rPr>
        <w:t>[Mar . 15 . 4]</w:t>
      </w:r>
    </w:p>
    <w:p>
      <w:r>
        <w:rPr>
          <w:rFonts w:ascii="Gentium Plus" w:hAnsi="Gentium Plus"/>
          <w:sz w:val="24"/>
        </w:rPr>
        <w:t>εἴσπλουν. ὁ δὲ τρέψας ἐνταῦθα τὸν στρατὸν σχολάζοντα, τάφρον μεγάλην ἐνέβαλε, καὶ ταύτῃ πολὺ μέρος τοῦ πο‐ ταμοῦ μεταστήσας περιήγαγεν εἰς ἐπιτήδειον αἰγιαλόν, βαθὺ μὲν καὶ ναυσὶ μεγάλαις ἔποχον, λεῖον δὲ καὶ ἄκλυστον</w:t>
      </w:r>
    </w:p>
    <w:p>
      <w:r>
        <w:rPr>
          <w:rFonts w:ascii="Courier New" w:hAnsi="Courier New"/>
          <w:color w:val="555555"/>
          <w:sz w:val="20"/>
        </w:rPr>
        <w:t>[5]</w:t>
      </w:r>
    </w:p>
    <w:p>
      <w:r>
        <w:rPr>
          <w:rFonts w:ascii="Gentium Plus" w:hAnsi="Gentium Plus"/>
          <w:sz w:val="24"/>
        </w:rPr>
        <w:t>στόμα λαβοῦσαν πρὸς τὴν θάλασσαν. αὕτη μὲν οὖν ἔτι 〈καὶ</w:t>
      </w:r>
    </w:p>
    <w:p>
      <w:r>
        <w:rPr>
          <w:rFonts w:ascii="Courier New" w:hAnsi="Courier New"/>
          <w:color w:val="555555"/>
          <w:sz w:val="20"/>
        </w:rPr>
        <w:t>[Mar . 15 . 5]</w:t>
      </w:r>
    </w:p>
    <w:p>
      <w:r>
        <w:rPr>
          <w:rFonts w:ascii="Gentium Plus" w:hAnsi="Gentium Plus"/>
          <w:sz w:val="24"/>
        </w:rPr>
        <w:t>νῦν〉 ἀπ’ ἐκείνου τὴν ἐπωνυμίαν φυλάττει. τῶν δὲ βαρβάρων διελόντων σφᾶς αὐτοὺς δίχα, Κίμβροι μὲν ἔλαχον διὰ Νωρικῶν ἄνωθεν ἐπὶ Κάτλον χωρεῖν καὶ τὴν πάροδον ἐκείνην βιάζεσθαι, Τεύτονες δὲ καὶ Ἄμβρωνες διὰ Λιγύων</w:t>
      </w:r>
    </w:p>
    <w:p>
      <w:r>
        <w:rPr>
          <w:rFonts w:ascii="Courier New" w:hAnsi="Courier New"/>
          <w:color w:val="555555"/>
          <w:sz w:val="20"/>
        </w:rPr>
        <w:t>[Mar . 15 . 6]</w:t>
      </w:r>
    </w:p>
    <w:p>
      <w:r>
        <w:rPr>
          <w:rFonts w:ascii="Gentium Plus" w:hAnsi="Gentium Plus"/>
          <w:sz w:val="24"/>
        </w:rPr>
        <w:t>ἐπὶ Μάριον παρὰ θάλατταν. καὶ Κίμβροις μὲν ἐγίνετο πλείων ἡ διατριβὴ καὶ μέλλησις, Τεύτονες δὲ καὶ Ἄμβρωνες ἄραντες εὐθὺς καὶ διελθόντες τὴν ἐν μέσῳ χώραν, ἐφαί‐ νοντο πλήθει τ’ ἄπειροι καὶ δυσπρόσοπτοι τὰ εἴδη,</w:t>
      </w:r>
    </w:p>
    <w:p>
      <w:r>
        <w:rPr>
          <w:rFonts w:ascii="Courier New" w:hAnsi="Courier New"/>
          <w:color w:val="555555"/>
          <w:sz w:val="20"/>
        </w:rPr>
        <w:t>[Mar . 15 . 7]</w:t>
      </w:r>
    </w:p>
    <w:p>
      <w:r>
        <w:rPr>
          <w:rFonts w:ascii="Gentium Plus" w:hAnsi="Gentium Plus"/>
          <w:sz w:val="24"/>
        </w:rPr>
        <w:t>φθόγγον τε καὶ θόρυβον οὐχ ἑτέροις ὅμοιοι. περιβαλόμενοι δὲ τοῦ πεδίου μέγα καὶ στρατοπεδεύσαντες, προὐκαλοῦντο τὸν Μάριον εἰς μάχην.</w:t>
      </w:r>
    </w:p>
    <w:p>
      <w:r>
        <w:rPr>
          <w:rFonts w:ascii="Courier New" w:hAnsi="Courier New"/>
          <w:color w:val="555555"/>
          <w:sz w:val="20"/>
        </w:rPr>
        <w:t>[Mar . 16 . 1]</w:t>
      </w:r>
    </w:p>
    <w:p>
      <w:r>
        <w:rPr>
          <w:rFonts w:ascii="Gentium Plus" w:hAnsi="Gentium Plus"/>
          <w:sz w:val="24"/>
        </w:rPr>
        <w:t>Ὁ δὲ τούτων μὲν οὐκ ἐφρόντιζεν, ἐν δὲ τῷ χάρακι τοὺς στρατιώτας συνεῖχε, καὶ καθήπτετο πικρῶς τῶν θρασυνομένων, καὶ τοὺς προπίπτοντας ὑπὸ θυμοῦ καὶ μάχεσθαι βουλομένους προδότας ἀπεκάλει τῆς πατρίδος.</w:t>
      </w:r>
    </w:p>
    <w:p>
      <w:r>
        <w:rPr>
          <w:rFonts w:ascii="Courier New" w:hAnsi="Courier New"/>
          <w:color w:val="555555"/>
          <w:sz w:val="20"/>
        </w:rPr>
        <w:t>[Mar . 16 . 2]</w:t>
      </w:r>
    </w:p>
    <w:p>
      <w:r>
        <w:rPr>
          <w:rFonts w:ascii="Gentium Plus" w:hAnsi="Gentium Plus"/>
          <w:sz w:val="24"/>
        </w:rPr>
        <w:t>οὐ γὰρ ὑπὲρ θριάμβων τὴν φιλοτιμίαν εἶναι καὶ τροπαίων, ἀλλ’ ὅπως νέφος τοσοῦτον πολέμου καὶ σκηπτὸν ὠσάμενοι</w:t>
      </w:r>
    </w:p>
    <w:p>
      <w:r>
        <w:rPr>
          <w:rFonts w:ascii="Courier New" w:hAnsi="Courier New"/>
          <w:color w:val="555555"/>
          <w:sz w:val="20"/>
        </w:rPr>
        <w:t>[Mar . 16 . 3]</w:t>
      </w:r>
    </w:p>
    <w:p>
      <w:r>
        <w:rPr>
          <w:rFonts w:ascii="Gentium Plus" w:hAnsi="Gentium Plus"/>
          <w:sz w:val="24"/>
        </w:rPr>
        <w:t>διασώσουσι τὴν Ἰταλίαν. ταῦτα μὲν ἰδίᾳ πρὸς τοὺς ἡγε‐ μόνας καὶ τοὺς ὁμοτίμους ἔλεγε, τοὺς δὲ στρατιώτας ὑπὲρ τοῦ χάρακος ἱστὰς ἀνὰ μέρος καὶ θεᾶσθαι κελεύ‐ ων, εἴθιζε τὴν μορφὴν ἀνέχεσθαι τῶν πολεμίων καὶ τὴν</w:t>
      </w:r>
    </w:p>
    <w:p>
      <w:r>
        <w:rPr>
          <w:rFonts w:ascii="Courier New" w:hAnsi="Courier New"/>
          <w:color w:val="555555"/>
          <w:sz w:val="20"/>
        </w:rPr>
        <w:t>[5]</w:t>
      </w:r>
    </w:p>
    <w:p>
      <w:r>
        <w:rPr>
          <w:rFonts w:ascii="Gentium Plus" w:hAnsi="Gentium Plus"/>
          <w:sz w:val="24"/>
        </w:rPr>
        <w:t>φωνὴν ὑπομένειν, ὅλως οὖσαν ἀλλόκοτον καὶ θηριώδη, σκευήν τε καὶ κίνησιν αὐτῶν καταμανθάνειν, ἅμα τῷ χρόνῳ τὰ φαινόμενα δεινὰ ποιουμένους τῇ διανοίᾳ χει‐</w:t>
      </w:r>
    </w:p>
    <w:p>
      <w:r>
        <w:rPr>
          <w:rFonts w:ascii="Courier New" w:hAnsi="Courier New"/>
          <w:color w:val="555555"/>
          <w:sz w:val="20"/>
        </w:rPr>
        <w:t>[Mar . 16 . 4]</w:t>
      </w:r>
    </w:p>
    <w:p>
      <w:r>
        <w:rPr>
          <w:rFonts w:ascii="Gentium Plus" w:hAnsi="Gentium Plus"/>
          <w:sz w:val="24"/>
        </w:rPr>
        <w:t>ροήθη διὰ τῆς ὄψεως· ἡγεῖτο γὰρ πολλὰ μὲν ἐπιψεύδεσθαι τῶν οὐ προσόντων τὴν καινότητα τοῖς φοβεροῖς, ἐν δὲ τῇ συνηθείᾳ καὶ τὰ τῇ φύσει δεινὰ τὴν ἔκπληξιν ἀποβάλλειν.</w:t>
      </w:r>
    </w:p>
    <w:p>
      <w:r>
        <w:rPr>
          <w:rFonts w:ascii="Courier New" w:hAnsi="Courier New"/>
          <w:color w:val="555555"/>
          <w:sz w:val="20"/>
        </w:rPr>
        <w:t>[Mar . 16 . 5]</w:t>
      </w:r>
    </w:p>
    <w:p>
      <w:r>
        <w:rPr>
          <w:rFonts w:ascii="Gentium Plus" w:hAnsi="Gentium Plus"/>
          <w:sz w:val="24"/>
        </w:rPr>
        <w:t>τῶν δ’ οὐ μόνον ἡ καθ’ ἡμέραν ὄψις ἀφῄρει τι τοῦ θάμβους, ἀλλὰ καὶ πρὸς τὰς ἀπειλὰς τῶν βαρβάρων καὶ τὸν κόμπον οὐκ ἀνεκτὸν ὄντα θυμὸς αὐτοῖς παριστάμενος ἐξεθέρμαινε καὶ διέφλεγε τὰς ψυχάς, οὐ μόνον ἀγόντων καὶ φερόντων</w:t>
      </w:r>
    </w:p>
    <w:p>
      <w:r>
        <w:rPr>
          <w:rFonts w:ascii="Courier New" w:hAnsi="Courier New"/>
          <w:color w:val="555555"/>
          <w:sz w:val="20"/>
        </w:rPr>
        <w:t>[5]</w:t>
      </w:r>
    </w:p>
    <w:p>
      <w:r>
        <w:rPr>
          <w:rFonts w:ascii="Gentium Plus" w:hAnsi="Gentium Plus"/>
          <w:sz w:val="24"/>
        </w:rPr>
        <w:t>τὰ πέριξ ἅπαντα τῶν πολεμίων, ἀλλὰ καὶ τῷ χάρακι ποιουμένων προσβολὰς μετὰ πολλῆς ἀσελγείας καὶ</w:t>
      </w:r>
    </w:p>
    <w:p>
      <w:r>
        <w:rPr>
          <w:rFonts w:ascii="Courier New" w:hAnsi="Courier New"/>
          <w:color w:val="555555"/>
          <w:sz w:val="20"/>
        </w:rPr>
        <w:t>[Mar . 16 . 6]</w:t>
      </w:r>
    </w:p>
    <w:p>
      <w:r>
        <w:rPr>
          <w:rFonts w:ascii="Gentium Plus" w:hAnsi="Gentium Plus"/>
          <w:sz w:val="24"/>
        </w:rPr>
        <w:t>θρασύτητος· ὥστε φωνὰς καὶ διαγανακτήσεις τῶν</w:t>
      </w:r>
    </w:p>
    <w:p>
      <w:r>
        <w:rPr>
          <w:rFonts w:ascii="Courier New" w:hAnsi="Courier New"/>
          <w:color w:val="555555"/>
          <w:sz w:val="20"/>
        </w:rPr>
        <w:t>[Mar . 16 . 7]</w:t>
      </w:r>
    </w:p>
    <w:p>
      <w:r>
        <w:rPr>
          <w:rFonts w:ascii="Gentium Plus" w:hAnsi="Gentium Plus"/>
          <w:sz w:val="24"/>
        </w:rPr>
        <w:t>στρατιωτῶν πρὸς τὸν Μάριον ἐκφέρεσθαι· „τίνα δὴ καταγνοὺς ἀνανδρίαν ἡμῶν Μάριος εἴργει μάχης ὥσπερ γυναῖκας ὑπὸ κλεισὶ καὶ θυρωροῖς; φέρε παθόντες ἀνδρῶν πάθος ἐλευθέρων ἐρώμεθα, πότερον ἄλλους ἀναμένει</w:t>
      </w:r>
    </w:p>
    <w:p>
      <w:r>
        <w:rPr>
          <w:rFonts w:ascii="Courier New" w:hAnsi="Courier New"/>
          <w:color w:val="555555"/>
          <w:sz w:val="20"/>
        </w:rPr>
        <w:t>[5]</w:t>
      </w:r>
    </w:p>
    <w:p>
      <w:r>
        <w:rPr>
          <w:rFonts w:ascii="Gentium Plus" w:hAnsi="Gentium Plus"/>
          <w:sz w:val="24"/>
        </w:rPr>
        <w:t>μαχουμένους ὑπὲρ τῆς ἐλευθερίας τῆς Ἰταλίας, ἡμῖν δὲ λειτουργοῖς χρήσεται διὰ παντός, ὅταν δέῃ[ται] τάφρους ὀρύσσειν καὶ πηλὸν ἐκκαθαίρειν καὶ ποταμούς τινας</w:t>
      </w:r>
    </w:p>
    <w:p>
      <w:r>
        <w:rPr>
          <w:rFonts w:ascii="Courier New" w:hAnsi="Courier New"/>
          <w:color w:val="555555"/>
          <w:sz w:val="20"/>
        </w:rPr>
        <w:t>[Mar . 16 . 8]</w:t>
      </w:r>
    </w:p>
    <w:p>
      <w:r>
        <w:rPr>
          <w:rFonts w:ascii="Gentium Plus" w:hAnsi="Gentium Plus"/>
          <w:sz w:val="24"/>
        </w:rPr>
        <w:t>παρατρέπειν; ἐπὶ ταῦτα γὰρ ὡς ἔοικεν ἤσκει τοῖς πολλοῖς πόνοις ἡμᾶς, καὶ ταῦτα τῶν ὑπατειῶν ἀποδειξάμενος</w:t>
      </w:r>
    </w:p>
    <w:p>
      <w:r>
        <w:rPr>
          <w:rFonts w:ascii="Courier New" w:hAnsi="Courier New"/>
          <w:color w:val="555555"/>
          <w:sz w:val="20"/>
        </w:rPr>
        <w:t>[Mar . 16 . 9]</w:t>
      </w:r>
    </w:p>
    <w:p>
      <w:r>
        <w:rPr>
          <w:rFonts w:ascii="Gentium Plus" w:hAnsi="Gentium Plus"/>
          <w:sz w:val="24"/>
        </w:rPr>
        <w:t>ἔργα τοῖς πολίταις ἐπάνεισιν. ἢ τὰ Κάρβωνος αὐτὸν φοβεῖ</w:t>
      </w:r>
    </w:p>
    <w:p>
      <w:r>
        <w:rPr>
          <w:rFonts w:ascii="Courier New" w:hAnsi="Courier New"/>
          <w:color w:val="555555"/>
          <w:sz w:val="20"/>
        </w:rPr>
        <w:t>[Mar . 16 . 10]</w:t>
      </w:r>
    </w:p>
    <w:p>
      <w:r>
        <w:rPr>
          <w:rFonts w:ascii="Gentium Plus" w:hAnsi="Gentium Plus"/>
          <w:sz w:val="24"/>
        </w:rPr>
        <w:t>στρατὸν ἄγοντας; ἀλλὰ καὶ παθεῖν τι δρῶντας ὡς ἐκεῖνοι κάλλιον, ἢ καθῆσθαι πορθουμένων τῶν συμμάχων θεατάς.“</w:t>
      </w:r>
    </w:p>
    <w:p>
      <w:r>
        <w:rPr>
          <w:rFonts w:ascii="Courier New" w:hAnsi="Courier New"/>
          <w:color w:val="555555"/>
          <w:sz w:val="20"/>
        </w:rPr>
        <w:t>[Mar . 17 . 1]</w:t>
      </w:r>
    </w:p>
    <w:p>
      <w:r>
        <w:rPr>
          <w:rFonts w:ascii="Gentium Plus" w:hAnsi="Gentium Plus"/>
          <w:sz w:val="24"/>
        </w:rPr>
        <w:t>Ταῦτ’ ἀκούων ὁ Μάριος ἥδετο, καὶ κατεπράυνεν αὐτούς, ὡς οὐκ ἐκείνοις ἀπιστῶν, ἀλλ’ ἔκ τινων λογίων</w:t>
      </w:r>
    </w:p>
    <w:p>
      <w:r>
        <w:rPr>
          <w:rFonts w:ascii="Courier New" w:hAnsi="Courier New"/>
          <w:color w:val="555555"/>
          <w:sz w:val="20"/>
        </w:rPr>
        <w:t>[Mar . 17 . 2]</w:t>
      </w:r>
    </w:p>
    <w:p>
      <w:r>
        <w:rPr>
          <w:rFonts w:ascii="Gentium Plus" w:hAnsi="Gentium Plus"/>
          <w:sz w:val="24"/>
        </w:rPr>
        <w:t>τὸν τῆς νίκης ἅμα καιρὸν καὶ τόπον ἐκδεχόμενος. καὶ γάρ τινα Σύραν γυναῖκα, Μάρθαν ὄνομα, μαντεύεσθαι λεγομένην ἐν φορείῳ κατακειμένην σεμνῶς περιήγετο, καὶ</w:t>
      </w:r>
    </w:p>
    <w:p>
      <w:r>
        <w:rPr>
          <w:rFonts w:ascii="Courier New" w:hAnsi="Courier New"/>
          <w:color w:val="555555"/>
          <w:sz w:val="20"/>
        </w:rPr>
        <w:t>[Mar . 17 . 3]</w:t>
      </w:r>
    </w:p>
    <w:p>
      <w:r>
        <w:rPr>
          <w:rFonts w:ascii="Gentium Plus" w:hAnsi="Gentium Plus"/>
          <w:sz w:val="24"/>
        </w:rPr>
        <w:t>θυσίας ἔθυεν ἐκείνης κελευούσης. ἣν πρότερον μὲν ἀπήλασεν ἡ σύγκλητος, ἐντυχεῖν ὑπὲρ τούτων βουλομέ‐ νην καὶ τὰ μέλλοντα προθεσπίζουσαν, ἐπεὶ δὲ πρὸς τὰς γυναῖκας εἰσιοῦσα διάπειραν ἐδίδου, καὶ μάλιστα τῇ Μα‐</w:t>
      </w:r>
    </w:p>
    <w:p>
      <w:r>
        <w:rPr>
          <w:rFonts w:ascii="Courier New" w:hAnsi="Courier New"/>
          <w:color w:val="555555"/>
          <w:sz w:val="20"/>
        </w:rPr>
        <w:t>[5]</w:t>
      </w:r>
    </w:p>
    <w:p>
      <w:r>
        <w:rPr>
          <w:rFonts w:ascii="Gentium Plus" w:hAnsi="Gentium Plus"/>
          <w:sz w:val="24"/>
        </w:rPr>
        <w:t>ρίου παρακαθίζουσα παρὰ τοὺς ἀγῶνας τῶν μονομάχων ἐπιτυχῶς προηγόρευε τὸν μέλλοντα νικᾶν, ἀναπεμφθεῖσα</w:t>
      </w:r>
    </w:p>
    <w:p>
      <w:r>
        <w:rPr>
          <w:rFonts w:ascii="Courier New" w:hAnsi="Courier New"/>
          <w:color w:val="555555"/>
          <w:sz w:val="20"/>
        </w:rPr>
        <w:t>[Mar . 17 . 4]</w:t>
      </w:r>
    </w:p>
    <w:p>
      <w:r>
        <w:rPr>
          <w:rFonts w:ascii="Gentium Plus" w:hAnsi="Gentium Plus"/>
          <w:sz w:val="24"/>
        </w:rPr>
        <w:t>πρὸς Μάριον ὑπ’ ἐκείνης ἐθαυμάζετο. καὶ τὰ πολλὰ μὲν ἐν φορείῳ παρεκομίζετο, πρὸς δὲ τὰς θυσίας κατῄει φοι‐ νικίδα διπλῆν ἐμπεπορπημένη καὶ λόγχην ἀναδεδεμένην</w:t>
      </w:r>
    </w:p>
    <w:p>
      <w:r>
        <w:rPr>
          <w:rFonts w:ascii="Courier New" w:hAnsi="Courier New"/>
          <w:color w:val="555555"/>
          <w:sz w:val="20"/>
        </w:rPr>
        <w:t>[Mar . 17 . 5]</w:t>
      </w:r>
    </w:p>
    <w:p>
      <w:r>
        <w:rPr>
          <w:rFonts w:ascii="Gentium Plus" w:hAnsi="Gentium Plus"/>
          <w:sz w:val="24"/>
        </w:rPr>
        <w:t>ταινίαις καὶ στεφανώμασι φέρουσα. τοῦτο μὲν οὖν τὸ δρᾶμα πολλοῖς ἀμφισβήτησιν παρεῖχεν, εἴτε πεπεισμένος ὡς ἀληθῶς εἴτε πλαττόμενος καὶ συνυποκρινόμενος ἐπι‐</w:t>
      </w:r>
    </w:p>
    <w:p>
      <w:r>
        <w:rPr>
          <w:rFonts w:ascii="Courier New" w:hAnsi="Courier New"/>
          <w:color w:val="555555"/>
          <w:sz w:val="20"/>
        </w:rPr>
        <w:t>[Mar . 17 . 6]</w:t>
      </w:r>
    </w:p>
    <w:p>
      <w:r>
        <w:rPr>
          <w:rFonts w:ascii="Gentium Plus" w:hAnsi="Gentium Plus"/>
          <w:sz w:val="24"/>
        </w:rPr>
        <w:t>δείκνυται τὴν ἄνθρωπον. τὸ δὲ περὶ τοὺς γῦπας θαύματος ἄξιον Ἀλέξανδρος ὁ Μύνδιος (fr. 26 Wellm.) ἱστόρηκε. δύο γὰρ ἐφαίνοντο πρὸ τῶν κατορθωμάτων ἀεὶ περὶ τὰς στρα‐ τιὰς καὶ παρηκολούθουν, γνωριζόμενοι χαλκοῖς περι‐</w:t>
      </w:r>
    </w:p>
    <w:p>
      <w:r>
        <w:rPr>
          <w:rFonts w:ascii="Courier New" w:hAnsi="Courier New"/>
          <w:color w:val="555555"/>
          <w:sz w:val="20"/>
        </w:rPr>
        <w:t>[Mar . 17 . 7]</w:t>
      </w:r>
    </w:p>
    <w:p>
      <w:r>
        <w:rPr>
          <w:rFonts w:ascii="Gentium Plus" w:hAnsi="Gentium Plus"/>
          <w:sz w:val="24"/>
        </w:rPr>
        <w:t>δεραίοις· ταῦτα δ’ οἱ στρατιῶται συλλαβόντες αὐτοὺς</w:t>
      </w:r>
    </w:p>
    <w:p>
      <w:r>
        <w:rPr>
          <w:rFonts w:ascii="Courier New" w:hAnsi="Courier New"/>
          <w:color w:val="555555"/>
          <w:sz w:val="20"/>
        </w:rPr>
        <w:t>[Mar . 17 . 8]</w:t>
      </w:r>
    </w:p>
    <w:p>
      <w:r>
        <w:rPr>
          <w:rFonts w:ascii="Gentium Plus" w:hAnsi="Gentium Plus"/>
          <w:sz w:val="24"/>
        </w:rPr>
        <w:t>Πολλῶν δὲ σημείων προφαινομένων, τὰ μὲν ἄλλα χα‐ ρακτῆρα κοινὸν εἶχεν, ἐκ δ’ Ἀμερίας καὶ Τουδέρτου πό‐ λεων Ἰταλικῶν ἀπηγγέλθη νυκτὸς ὦφθαι κατὰ τὸν οὐ‐ ρανὸν αἰχμάς τε φλογοειδεῖς καὶ θυρεοὺς διαφερομένους</w:t>
      </w:r>
    </w:p>
    <w:p>
      <w:r>
        <w:rPr>
          <w:rFonts w:ascii="Courier New" w:hAnsi="Courier New"/>
          <w:color w:val="555555"/>
          <w:sz w:val="20"/>
        </w:rPr>
        <w:t>[5]</w:t>
      </w:r>
    </w:p>
    <w:p>
      <w:r>
        <w:rPr>
          <w:rFonts w:ascii="Gentium Plus" w:hAnsi="Gentium Plus"/>
          <w:sz w:val="24"/>
        </w:rPr>
        <w:t>τὸ πρῶτον, εἶτα συμπίπτοντας ἀλλήλοις καὶ σχήματα καὶ κινήματα λαμβάνοντας οἷα γίνεται μαχομένων ἀνδρῶν, τέλος δὲ τῶν μὲν ἐνδιδόντων, τῶν δ’ ἐπιφερομένων, πάν‐</w:t>
      </w:r>
    </w:p>
    <w:p>
      <w:r>
        <w:rPr>
          <w:rFonts w:ascii="Courier New" w:hAnsi="Courier New"/>
          <w:color w:val="555555"/>
          <w:sz w:val="20"/>
        </w:rPr>
        <w:t>[Mar . 17 . 9]</w:t>
      </w:r>
    </w:p>
    <w:p>
      <w:r>
        <w:rPr>
          <w:rFonts w:ascii="Gentium Plus" w:hAnsi="Gentium Plus"/>
          <w:sz w:val="24"/>
        </w:rPr>
        <w:t>τας ἐπὶ δυσμὰς ῥυῆναι. περὶ τοῦτον δέ πως τὸν χρόνον ἀφίκετο καὶ Βατάκης ἐκ Πεσσινοῦντος, ὁ τῆς Μεγάλης Μητρὸς ἱερεύς, ἀπαγγέλλων ὡς ἡ θεὸς ἐκ τῶν ἀνακτό‐ ρων ἐφθέγξατ’ αὐτῷ, νίκην καὶ κράτος πολέμου Ῥωμαίοις</w:t>
      </w:r>
    </w:p>
    <w:p>
      <w:r>
        <w:rPr>
          <w:rFonts w:ascii="Courier New" w:hAnsi="Courier New"/>
          <w:color w:val="555555"/>
          <w:sz w:val="20"/>
        </w:rPr>
        <w:t>[Mar . 17 . 10]</w:t>
      </w:r>
    </w:p>
    <w:p>
      <w:r>
        <w:rPr>
          <w:rFonts w:ascii="Gentium Plus" w:hAnsi="Gentium Plus"/>
          <w:sz w:val="24"/>
        </w:rPr>
        <w:t>ὑπάρχειν. τῆς δὲ συγκλήτου προσεμένης καὶ τῇ θεῷ ναὸν ἐπινίκιον ἱδρύσασθαι ψηφισαμένης, τὸν Βατάκην εἰς τὸν δῆμον προελθόντα καὶ ταὐτὰ βουλόμενον εἰπεῖν ἐκώ‐ λυσε δημαρχῶν Αὖλος Πομπήιος, ἀγύρτην ἀποκαλῶν</w:t>
      </w:r>
    </w:p>
    <w:p>
      <w:r>
        <w:rPr>
          <w:rFonts w:ascii="Courier New" w:hAnsi="Courier New"/>
          <w:color w:val="555555"/>
          <w:sz w:val="20"/>
        </w:rPr>
        <w:t>[Mar . 17 . 11]</w:t>
      </w:r>
    </w:p>
    <w:p>
      <w:r>
        <w:rPr>
          <w:rFonts w:ascii="Gentium Plus" w:hAnsi="Gentium Plus"/>
          <w:sz w:val="24"/>
        </w:rPr>
        <w:t>καὶ πρὸς ὕβριν ἀπελαύνων τοῦ βήματος. ὃ δὴ καὶ μάλι‐ στα τῷ λόγῳ τοῦ ἀνθρώπου πίστιν παρέσχεν· οὐ γὰρ ἔφθη τῆς ἐκκλησίας λυθείσης ὁ Αὖλος εἰς οἶκον ἐπανελ‐ θεῖν, καὶ πυρετὸς ἐξήνθησεν αὐτῷ τοσοῦτος, ὥστε πᾶσι</w:t>
      </w:r>
    </w:p>
    <w:p>
      <w:r>
        <w:rPr>
          <w:rFonts w:ascii="Courier New" w:hAnsi="Courier New"/>
          <w:color w:val="555555"/>
          <w:sz w:val="20"/>
        </w:rPr>
        <w:t>[5]</w:t>
      </w:r>
    </w:p>
    <w:p>
      <w:r>
        <w:rPr>
          <w:rFonts w:ascii="Gentium Plus" w:hAnsi="Gentium Plus"/>
          <w:sz w:val="24"/>
        </w:rPr>
        <w:t>καταφανῆ γενόμενον καὶ περιβόητον ἐντὸς ἑβδόμης ἡμέ‐ ρας ἀποθανεῖν.</w:t>
      </w:r>
    </w:p>
    <w:p>
      <w:r>
        <w:rPr>
          <w:rFonts w:ascii="Courier New" w:hAnsi="Courier New"/>
          <w:color w:val="555555"/>
          <w:sz w:val="20"/>
        </w:rPr>
        <w:t>[Mar . 18 . 1]</w:t>
      </w:r>
    </w:p>
    <w:p>
      <w:r>
        <w:rPr>
          <w:rFonts w:ascii="Gentium Plus" w:hAnsi="Gentium Plus"/>
          <w:sz w:val="24"/>
        </w:rPr>
        <w:t>Οἱ δὲ Τεύτονες ἐπεχείρησαν μὲν ἡσυχάζοντος τοῦ Μαρίου πολιορκεῖν τὸ στρατόπεδον, βέλεσι δὲ πολ‐</w:t>
      </w:r>
    </w:p>
    <w:p>
      <w:r>
        <w:rPr>
          <w:rFonts w:ascii="Courier New" w:hAnsi="Courier New"/>
          <w:color w:val="555555"/>
          <w:sz w:val="20"/>
        </w:rPr>
        <w:t>[Mar . 18 . 2]</w:t>
      </w:r>
    </w:p>
    <w:p>
      <w:r>
        <w:rPr>
          <w:rFonts w:ascii="Gentium Plus" w:hAnsi="Gentium Plus"/>
          <w:sz w:val="24"/>
        </w:rPr>
        <w:t>ὡς ὑπερβαλοῦντες ἀδεῶς τὰς Ἄλπεις. καὶ συσκευασάμε‐ νοι παρήμειβον τὸ στρατόπεδον τῶν Ῥωμαίων, τότε δὴ μάλιστα παμπληθεῖς μήκει καὶ χρόνῳ τῆς παρόδου φα‐ νέντες· ἡμέραις γὰρ ἓξ λέγονται τὸν χάρακα τοῦ Μαρί‐</w:t>
      </w:r>
    </w:p>
    <w:p>
      <w:r>
        <w:rPr>
          <w:rFonts w:ascii="Courier New" w:hAnsi="Courier New"/>
          <w:color w:val="555555"/>
          <w:sz w:val="20"/>
        </w:rPr>
        <w:t>[Mar . 18 . 3]</w:t>
      </w:r>
    </w:p>
    <w:p>
      <w:r>
        <w:rPr>
          <w:rFonts w:ascii="Gentium Plus" w:hAnsi="Gentium Plus"/>
          <w:sz w:val="24"/>
        </w:rPr>
        <w:t>ου παραμείψασθαι συνεχῶς ὁδεύοντες. ἐπορεύοντο δ’ ἐγ‐ γύς, πυνθανόμενοι τῶν Ῥωμαίων μετὰ γέλωτος, εἴ τι πρὸς τὰς γυναῖκας ἐπιστέλλοιεν· αὐτοὶ γὰρ ἔσεσθαι τα‐</w:t>
      </w:r>
    </w:p>
    <w:p>
      <w:r>
        <w:rPr>
          <w:rFonts w:ascii="Courier New" w:hAnsi="Courier New"/>
          <w:color w:val="555555"/>
          <w:sz w:val="20"/>
        </w:rPr>
        <w:t>[Mar . 18 . 4]</w:t>
      </w:r>
    </w:p>
    <w:p>
      <w:r>
        <w:rPr>
          <w:rFonts w:ascii="Gentium Plus" w:hAnsi="Gentium Plus"/>
          <w:sz w:val="24"/>
        </w:rPr>
        <w:t>χέως παρ’ αὐταῖς. ἐπεὶ δὲ παρήλλαξαν οἱ βάρβαροι καὶ προῄεσαν, ἄρας καὶ αὐτὸς ἐπηκολούθει σχέδην, ἐγγὺς μὲν ἀεὶ καὶ παρ’ αὐτοὺς ἐκείνους ἱδρυόμενος, ὀχυραῖς δὲ χρώμενος στρατοπεδείαις καὶ χωρία καρτερὰ προβαλλό‐</w:t>
      </w:r>
    </w:p>
    <w:p>
      <w:r>
        <w:rPr>
          <w:rFonts w:ascii="Courier New" w:hAnsi="Courier New"/>
          <w:color w:val="555555"/>
          <w:sz w:val="20"/>
        </w:rPr>
        <w:t>[Mar . 18 . 5]</w:t>
      </w:r>
    </w:p>
    <w:p>
      <w:r>
        <w:rPr>
          <w:rFonts w:ascii="Gentium Plus" w:hAnsi="Gentium Plus"/>
          <w:sz w:val="24"/>
        </w:rPr>
        <w:t>μενος, ὥστ’ ἐν ἀσφαλεῖ νυκτερεύειν. οὕτω δὴ προϊόντες ἐγένοντο πρὸς τοῖς καλουμένοις ὕδασι Σεξτίοις, ὅθεν ἔδει πορευθέντας οὐ πολλὴν ὁδὸν ἐν ταῖς Ἄλπεσιν εἶναι.</w:t>
      </w:r>
    </w:p>
    <w:p>
      <w:r>
        <w:rPr>
          <w:rFonts w:ascii="Courier New" w:hAnsi="Courier New"/>
          <w:color w:val="555555"/>
          <w:sz w:val="20"/>
        </w:rPr>
        <w:t>[Mar . 18 . 6]</w:t>
      </w:r>
    </w:p>
    <w:p>
      <w:r>
        <w:rPr>
          <w:rFonts w:ascii="Gentium Plus" w:hAnsi="Gentium Plus"/>
          <w:sz w:val="24"/>
        </w:rPr>
        <w:t>διὸ δὴ καὶ Μάριος ἐνταῦθα παρεσκευάζετο μάχεσθαι, καὶ κατέλαβε τῷ στρατοπέδῳ τόπον ἰσχυρὸν μέν, ὕδωρ δ’ ἄ‐ φθονον οὐκ ἔχοντα, βουλόμενος ὥς φασι καὶ τούτῳ παρ‐</w:t>
      </w:r>
    </w:p>
    <w:p>
      <w:r>
        <w:rPr>
          <w:rFonts w:ascii="Courier New" w:hAnsi="Courier New"/>
          <w:color w:val="555555"/>
          <w:sz w:val="20"/>
        </w:rPr>
        <w:t>[Mar . 18 . 7]</w:t>
      </w:r>
    </w:p>
    <w:p>
      <w:r>
        <w:rPr>
          <w:rFonts w:ascii="Gentium Plus" w:hAnsi="Gentium Plus"/>
          <w:sz w:val="24"/>
        </w:rPr>
        <w:t>οξῦναι τοὺς στρατιώτας. πολλῶν γέ τοι δυσχεραινόντων καὶ διψήσειν λεγόντων, δείξας τῇ χειρὶ ποταμόν τινα ῥέοντα πλησίον τοῦ βαρβαρικοῦ χάρακος, ἐκεῖθεν αὐτοῖς</w:t>
      </w:r>
    </w:p>
    <w:p>
      <w:r>
        <w:rPr>
          <w:rFonts w:ascii="Courier New" w:hAnsi="Courier New"/>
          <w:color w:val="555555"/>
          <w:sz w:val="20"/>
        </w:rPr>
        <w:t>[Mar . 18 . 8]</w:t>
      </w:r>
    </w:p>
    <w:p>
      <w:r>
        <w:rPr>
          <w:rFonts w:ascii="Gentium Plus" w:hAnsi="Gentium Plus"/>
          <w:sz w:val="24"/>
        </w:rPr>
        <w:t>ἔφησεν εἶναι ποτὸν ὤνιον αἵματος. „τί οὖν“ ἔφασαν „οὐκ εὐθὺς ἡμᾶς ἄγεις ἐπ’ αὐτούς, ἕως ὑγρὸν τὸ αἷμα ἔχομεν;“ κἀκεῖνος ἠρέμα τῇ φωνῇ „πρότερον“ εἶπεν „ὀχυρωτέον ἡμῖν τὸ στρατόπεδον.“</w:t>
      </w:r>
    </w:p>
    <w:p>
      <w:r>
        <w:rPr>
          <w:rFonts w:ascii="Courier New" w:hAnsi="Courier New"/>
          <w:color w:val="555555"/>
          <w:sz w:val="20"/>
        </w:rPr>
        <w:t>[Mar . 19 . 1]</w:t>
      </w:r>
    </w:p>
    <w:p>
      <w:r>
        <w:rPr>
          <w:rFonts w:ascii="Gentium Plus" w:hAnsi="Gentium Plus"/>
          <w:sz w:val="24"/>
        </w:rPr>
        <w:t>Οἱ μὲν οὖν στρατιῶται καίπερ ἀσχάλλοντες ἐπεί‐ θοντο· τῆς δὲ θεραπείας τὸ πλῆθος, οὔτ’ αὐτοὶ ποτὸν οὔθ’ ὑποζυγίοις ἔχοντες, ἀθρόοι κατέβαινον ἐπὶ τὸν ποταμόν,</w:t>
      </w:r>
    </w:p>
    <w:p>
      <w:r>
        <w:rPr>
          <w:rFonts w:ascii="Courier New" w:hAnsi="Courier New"/>
          <w:color w:val="555555"/>
          <w:sz w:val="20"/>
        </w:rPr>
        <w:t>[5]</w:t>
      </w:r>
    </w:p>
    <w:p>
      <w:r>
        <w:rPr>
          <w:rFonts w:ascii="Gentium Plus" w:hAnsi="Gentium Plus"/>
          <w:sz w:val="24"/>
        </w:rPr>
        <w:t>ἅμα τοῖς ὑδρίοις ἀναλαβόντες, ὡς καὶ διὰ μάχης ὑδρευ‐</w:t>
      </w:r>
    </w:p>
    <w:p>
      <w:r>
        <w:rPr>
          <w:rFonts w:ascii="Courier New" w:hAnsi="Courier New"/>
          <w:color w:val="555555"/>
          <w:sz w:val="20"/>
        </w:rPr>
        <w:t>[Mar . 19 . 2]</w:t>
      </w:r>
    </w:p>
    <w:p>
      <w:r>
        <w:rPr>
          <w:rFonts w:ascii="Gentium Plus" w:hAnsi="Gentium Plus"/>
          <w:sz w:val="24"/>
        </w:rPr>
        <w:t>σόμενοι. τούτοις τὸ πρῶτον ὀλίγοι προσεμάχοντο τῶν πολεμίων· ἔτυχον γὰρ ἀριστῶντες οἱ πολλοὶ μετὰ λουτρόν, οἱ δ’ ἐλούοντο· ῥήγνυσι γὰρ αὐτόθι ναμάτων θερμῶν πηγὰς ὁ χῶρος· καὶ μέρος τι περὶ ταῦτα τοὺς βαρβάρους εὐπα‐</w:t>
      </w:r>
    </w:p>
    <w:p>
      <w:r>
        <w:rPr>
          <w:rFonts w:ascii="Courier New" w:hAnsi="Courier New"/>
          <w:color w:val="555555"/>
          <w:sz w:val="20"/>
        </w:rPr>
        <w:t>[5]</w:t>
      </w:r>
    </w:p>
    <w:p>
      <w:r>
        <w:rPr>
          <w:rFonts w:ascii="Gentium Plus" w:hAnsi="Gentium Plus"/>
          <w:sz w:val="24"/>
        </w:rPr>
        <w:t>θοῦντας καὶ πανηγυρίζοντας ἡδονῇ καὶ θαύματι τοῦ τό‐</w:t>
      </w:r>
    </w:p>
    <w:p>
      <w:r>
        <w:rPr>
          <w:rFonts w:ascii="Courier New" w:hAnsi="Courier New"/>
          <w:color w:val="555555"/>
          <w:sz w:val="20"/>
        </w:rPr>
        <w:t>[Mar . 19 . 3]</w:t>
      </w:r>
    </w:p>
    <w:p>
      <w:r>
        <w:rPr>
          <w:rFonts w:ascii="Gentium Plus" w:hAnsi="Gentium Plus"/>
          <w:sz w:val="24"/>
        </w:rPr>
        <w:t>που κατέλαβον οἱ Ῥωμαῖοι. πρὸς δὲ τὴν κραυγὴν πλει‐ όνων συντρεχόντων, τῷ τε Μαρίῳ χαλεπὸν ἦν ἔτι τοὺς στρατιώτας ἐπισχεῖν περὶ τῶν οἰκετῶν δεδιότας, καὶ τῶν πολεμίων τὸ μαχιμώτατον μέρος, ὑφ’ οὗ προήττηντο</w:t>
      </w:r>
    </w:p>
    <w:p>
      <w:r>
        <w:rPr>
          <w:rFonts w:ascii="Courier New" w:hAnsi="Courier New"/>
          <w:color w:val="555555"/>
          <w:sz w:val="20"/>
        </w:rPr>
        <w:t>[5]</w:t>
      </w:r>
    </w:p>
    <w:p>
      <w:r>
        <w:rPr>
          <w:rFonts w:ascii="Gentium Plus" w:hAnsi="Gentium Plus"/>
          <w:sz w:val="24"/>
        </w:rPr>
        <w:t>Ῥωμαῖοι μετὰ Μαλλίου καὶ Καιπίωνος πρότερον—Ἄμ‐ βρωνες ὠνομάζοντο, καὶ πλῆθος ὑπὲρ τρισμυρίους αὐ‐ τοὶ καθ’ ἑαυτοὺς ἦσαν—, ἀναΐξαντες ἐπὶ τὰς πανοπλίας</w:t>
      </w:r>
    </w:p>
    <w:p>
      <w:r>
        <w:rPr>
          <w:rFonts w:ascii="Courier New" w:hAnsi="Courier New"/>
          <w:color w:val="555555"/>
          <w:sz w:val="20"/>
        </w:rPr>
        <w:t>[Mar . 19 . 4]</w:t>
      </w:r>
    </w:p>
    <w:p>
      <w:r>
        <w:rPr>
          <w:rFonts w:ascii="Gentium Plus" w:hAnsi="Gentium Plus"/>
          <w:sz w:val="24"/>
        </w:rPr>
        <w:t>ἐχώρουν. τὰ μὲν οὖν σώματα πλησμονῇ βεβαρημένοι, τοῖς δὲ φρονήμασι γαῦροι καὶ διακεχυμένοι πρὸς τὸν ἄκρατον, οὐκ ἀτάκτοις οὐδὲ μανιώδεσι φερόμενοι δρό‐ μοις οὐδ’ ἄναρθρον ἀλαλαγμὸν ἱέντες, ἀλλὰ κρούοντες</w:t>
      </w:r>
    </w:p>
    <w:p>
      <w:r>
        <w:rPr>
          <w:rFonts w:ascii="Courier New" w:hAnsi="Courier New"/>
          <w:color w:val="555555"/>
          <w:sz w:val="20"/>
        </w:rPr>
        <w:t>[5]</w:t>
      </w:r>
    </w:p>
    <w:p>
      <w:r>
        <w:rPr>
          <w:rFonts w:ascii="Gentium Plus" w:hAnsi="Gentium Plus"/>
          <w:sz w:val="24"/>
        </w:rPr>
        <w:t>ῥυθμῷ τὰ ὅπλα καὶ συναλλόμενοι, πάντες ἅμα τὴν αὑ‐ τῶν ἐφθέγγοντο πολλάκις προσηγορίαν Ἄμβρωνες, εἴτ’ ἀνακαλούμενοι σφᾶς αὐτούς, εἴτε τοὺς πολεμίους τῇ</w:t>
      </w:r>
    </w:p>
    <w:p>
      <w:r>
        <w:rPr>
          <w:rFonts w:ascii="Courier New" w:hAnsi="Courier New"/>
          <w:color w:val="555555"/>
          <w:sz w:val="20"/>
        </w:rPr>
        <w:t>[Mar . 19 . 5]</w:t>
      </w:r>
    </w:p>
    <w:p>
      <w:r>
        <w:rPr>
          <w:rFonts w:ascii="Gentium Plus" w:hAnsi="Gentium Plus"/>
          <w:sz w:val="24"/>
        </w:rPr>
        <w:t>προδηλώσει προεκφοβοῦντες. τῶν δ’ Ἰταλικῶν πρῶτοι καταβαίνοντες ἐπ’ αὐτοὺς Λίγυες, ὡς ἤκουσαν βοώντων καὶ συνῆκαν, ἀντεφώνουν καὶ αὐτοὶ τὴν πάτριον ἐπί‐ κλησιν αὐτῶν εἶναι· σφᾶς γὰρ αὐτοὺς οὕτως κατὰ γένος</w:t>
      </w:r>
    </w:p>
    <w:p>
      <w:r>
        <w:rPr>
          <w:rFonts w:ascii="Courier New" w:hAnsi="Courier New"/>
          <w:color w:val="555555"/>
          <w:sz w:val="20"/>
        </w:rPr>
        <w:t>[Mar . 19 . 6]</w:t>
      </w:r>
    </w:p>
    <w:p>
      <w:r>
        <w:rPr>
          <w:rFonts w:ascii="Gentium Plus" w:hAnsi="Gentium Plus"/>
          <w:sz w:val="24"/>
        </w:rPr>
        <w:t>ὀνομάζουσι Λίγυες. πυκνὸν οὖν καὶ παράλληλον ἀντ‐ ήχει πρὶν εἰς χεῖρας συνελθεῖν τὸ ἀναφώνημα· καὶ τῶν στρατιωτῶν ἑκατέροις ἀνὰ μέρος συναναφθεγγομένων καὶ</w:t>
      </w:r>
    </w:p>
    <w:p>
      <w:r>
        <w:rPr>
          <w:rFonts w:ascii="Courier New" w:hAnsi="Courier New"/>
          <w:color w:val="555555"/>
          <w:sz w:val="20"/>
        </w:rPr>
        <w:t>[5]</w:t>
      </w:r>
    </w:p>
    <w:p>
      <w:r>
        <w:rPr>
          <w:rFonts w:ascii="Gentium Plus" w:hAnsi="Gentium Plus"/>
          <w:sz w:val="24"/>
        </w:rPr>
        <w:t>ὑπερβαλέσθαι, παρώξυνε καὶ διηρέθιζε τὸν θυμὸν ἡ</w:t>
      </w:r>
    </w:p>
    <w:p>
      <w:r>
        <w:rPr>
          <w:rFonts w:ascii="Courier New" w:hAnsi="Courier New"/>
          <w:color w:val="555555"/>
          <w:sz w:val="20"/>
        </w:rPr>
        <w:t>[Mar . 19 . 7]</w:t>
      </w:r>
    </w:p>
    <w:p>
      <w:r>
        <w:rPr>
          <w:rFonts w:ascii="Gentium Plus" w:hAnsi="Gentium Plus"/>
          <w:sz w:val="24"/>
        </w:rPr>
        <w:t>κραυγή. τοὺς μὲν οὖν Ἄμβρωνας διέσπασε τὸ ῥεῖθρον· οὐ γὰρ ἔφθασαν εἰς τάξιν καταστῆναι διαβάντες, ἀλλὰ τοῖς πρώτοις εὐθὺς μετὰ δρόμου τῶν Λιγύων προσπε‐ σόντων, ἐν χερσὶν ἦν ἡ μάχη· τοῖς δὲ Λίγυσι τῶν Ῥω‐</w:t>
      </w:r>
    </w:p>
    <w:p>
      <w:r>
        <w:rPr>
          <w:rFonts w:ascii="Courier New" w:hAnsi="Courier New"/>
          <w:color w:val="555555"/>
          <w:sz w:val="20"/>
        </w:rPr>
        <w:t>[5]</w:t>
      </w:r>
    </w:p>
    <w:p>
      <w:r>
        <w:rPr>
          <w:rFonts w:ascii="Gentium Plus" w:hAnsi="Gentium Plus"/>
          <w:sz w:val="24"/>
        </w:rPr>
        <w:t>μαίων ἐπιβοηθούντων καὶ φερομένων ἄνωθεν ἐπὶ τοὺς</w:t>
      </w:r>
    </w:p>
    <w:p>
      <w:r>
        <w:rPr>
          <w:rFonts w:ascii="Courier New" w:hAnsi="Courier New"/>
          <w:color w:val="555555"/>
          <w:sz w:val="20"/>
        </w:rPr>
        <w:t>[Mar . 19 . 8]</w:t>
      </w:r>
    </w:p>
    <w:p>
      <w:r>
        <w:rPr>
          <w:rFonts w:ascii="Gentium Plus" w:hAnsi="Gentium Plus"/>
          <w:sz w:val="24"/>
        </w:rPr>
        <w:t>βαρβάρους, βιασθέντες ἐτράποντο. καὶ πλεῖστοι μὲν αὐ‐ τοῦ περὶ τὸ ῥεῖθρον ὠθούμενοι κατ’ ἀλλήλων ἐπαίοντο καὶ κατεπίμπλασαν φόνου καὶ νεκρῶν τὸν ποταμόν, τοὺς δὲ διαβάντες οἱ Ῥωμαῖοι μὴ τολμῶντας ἀναστρέφειν</w:t>
      </w:r>
    </w:p>
    <w:p>
      <w:r>
        <w:rPr>
          <w:rFonts w:ascii="Courier New" w:hAnsi="Courier New"/>
          <w:color w:val="555555"/>
          <w:sz w:val="20"/>
        </w:rPr>
        <w:t>[5]</w:t>
      </w:r>
    </w:p>
    <w:p>
      <w:r>
        <w:rPr>
          <w:rFonts w:ascii="Gentium Plus" w:hAnsi="Gentium Plus"/>
          <w:sz w:val="24"/>
        </w:rPr>
        <w:t>ἔκτεινον, ἄχρι τοῦ στρατοπέδου καὶ τῶν ἁμαξῶν φεύγον‐</w:t>
      </w:r>
    </w:p>
    <w:p>
      <w:r>
        <w:rPr>
          <w:rFonts w:ascii="Courier New" w:hAnsi="Courier New"/>
          <w:color w:val="555555"/>
          <w:sz w:val="20"/>
        </w:rPr>
        <w:t>[Mar . 19 . 9]</w:t>
      </w:r>
    </w:p>
    <w:p>
      <w:r>
        <w:rPr>
          <w:rFonts w:ascii="Gentium Plus" w:hAnsi="Gentium Plus"/>
          <w:sz w:val="24"/>
        </w:rPr>
        <w:t>τας. ἐνταῦθα δ’ αἱ γυναῖκες ἀπαντῶσαι μετὰ ξιφῶν καὶ πελέκεων, δεινὸν τετριγυῖαι καὶ περίθυμον, ἠμύνον‐ το τοὺς φεύγοντας ὁμοίως καὶ τοὺς διώκοντας, τοὺς μὲν ὡς προδότας, τοὺς δ’ ὡς πολεμίους, ἀναπεφυρμέναι μαχο‐</w:t>
      </w:r>
    </w:p>
    <w:p>
      <w:r>
        <w:rPr>
          <w:rFonts w:ascii="Courier New" w:hAnsi="Courier New"/>
          <w:color w:val="555555"/>
          <w:sz w:val="20"/>
        </w:rPr>
        <w:t>[5]</w:t>
      </w:r>
    </w:p>
    <w:p>
      <w:r>
        <w:rPr>
          <w:rFonts w:ascii="Gentium Plus" w:hAnsi="Gentium Plus"/>
          <w:sz w:val="24"/>
        </w:rPr>
        <w:t>μένοις καὶ χερσὶ γυμναῖς τούς τε θυρεοὺς τῶν Ῥωμαίων ἀποσπῶσαι καὶ τῶν ξιφῶν ἐπιλαμβανόμεναι, καὶ τραύ‐ ματα καὶ διακοπὰς σωμάτων ὑπομένουσαι, μέχρι τελευ‐</w:t>
      </w:r>
    </w:p>
    <w:p>
      <w:r>
        <w:rPr>
          <w:rFonts w:ascii="Courier New" w:hAnsi="Courier New"/>
          <w:color w:val="555555"/>
          <w:sz w:val="20"/>
        </w:rPr>
        <w:t>[Mar . 19 . 10]</w:t>
      </w:r>
    </w:p>
    <w:p>
      <w:r>
        <w:rPr>
          <w:rFonts w:ascii="Gentium Plus" w:hAnsi="Gentium Plus"/>
          <w:sz w:val="24"/>
        </w:rPr>
        <w:t>τῆς ἀήττητοι τοῖς θυμοῖς. τὴν μὲν οὖν παραποτάμιον μάχην οὕτω κατὰ τύχην μᾶλλον ἢ γνώμῃ τοῦ στρατη‐ γοῦ γενέσθαι λέγουσιν.</w:t>
      </w:r>
    </w:p>
    <w:p>
      <w:r>
        <w:rPr>
          <w:rFonts w:ascii="Courier New" w:hAnsi="Courier New"/>
          <w:color w:val="555555"/>
          <w:sz w:val="20"/>
        </w:rPr>
        <w:t>[Mar . 20 . 1]</w:t>
      </w:r>
    </w:p>
    <w:p>
      <w:r>
        <w:rPr>
          <w:rFonts w:ascii="Gentium Plus" w:hAnsi="Gentium Plus"/>
          <w:sz w:val="24"/>
        </w:rPr>
        <w:t>Ἐπεὶ δὲ πολλοὺς τῶν Ἀμβρώνων οἱ Ῥωμαῖοι δια‐ φθείραντες ἀνεχώρησαν ὀπίσω καὶ σκότος ἐπέσχεν, οὐχ ὥσπερ ἐπ’ εὐτυχήματι τοσούτῳ τὸν στρατὸν ἐδέξαντο παιᾶνες ἐπινίκιοι καὶ πότοι κατὰ σκηνὰς καὶ φιλοφρο‐</w:t>
      </w:r>
    </w:p>
    <w:p>
      <w:r>
        <w:rPr>
          <w:rFonts w:ascii="Courier New" w:hAnsi="Courier New"/>
          <w:color w:val="555555"/>
          <w:sz w:val="20"/>
        </w:rPr>
        <w:t>[5]</w:t>
      </w:r>
    </w:p>
    <w:p>
      <w:r>
        <w:rPr>
          <w:rFonts w:ascii="Gentium Plus" w:hAnsi="Gentium Plus"/>
          <w:sz w:val="24"/>
        </w:rPr>
        <w:t>σύναι περὶ δεῖπνα καὶ τὸ πάντων ἥδιστον ἀνδράσιν εὐ‐ τυχῶς μεμαχημένοις, ὕπνος ἤπιος, ἀλλ’ ἐκείνην μάλιστα</w:t>
      </w:r>
    </w:p>
    <w:p>
      <w:r>
        <w:rPr>
          <w:rFonts w:ascii="Courier New" w:hAnsi="Courier New"/>
          <w:color w:val="555555"/>
          <w:sz w:val="20"/>
        </w:rPr>
        <w:t>[Mar . 20 . 2]</w:t>
      </w:r>
    </w:p>
    <w:p>
      <w:r>
        <w:rPr>
          <w:rFonts w:ascii="Gentium Plus" w:hAnsi="Gentium Plus"/>
          <w:sz w:val="24"/>
        </w:rPr>
        <w:t>τὴν νύκτα φοβερὰν καὶ ταραχώδη διήγαγον. ἦν μὲν γὰρ</w:t>
      </w:r>
    </w:p>
    <w:p>
      <w:r>
        <w:rPr>
          <w:rFonts w:ascii="Courier New" w:hAnsi="Courier New"/>
          <w:color w:val="555555"/>
          <w:sz w:val="20"/>
        </w:rPr>
        <w:t>[5]</w:t>
      </w:r>
    </w:p>
    <w:p>
      <w:r>
        <w:rPr>
          <w:rFonts w:ascii="Gentium Plus" w:hAnsi="Gentium Plus"/>
          <w:sz w:val="24"/>
        </w:rPr>
        <w:t>τῶν Ἀμβρώνων, ὀδυρμὸς ἦν διὰ νυκτὸς οὐ κλαυθμοῖς οὐδὲ στεναγμοῖς ἀνθρώπων ἐοικώς, ἀλλὰ θηρομιγής τις ὠρυγὴ καὶ βρύχημα μεμειγμένον ἀπειλαῖς καὶ θρήνοις ἀναπεμπόμενον ἐκ πλήθους τοσούτου τά τε πέριξ ὄρη</w:t>
      </w:r>
    </w:p>
    <w:p>
      <w:r>
        <w:rPr>
          <w:rFonts w:ascii="Courier New" w:hAnsi="Courier New"/>
          <w:color w:val="555555"/>
          <w:sz w:val="20"/>
        </w:rPr>
        <w:t>[Mar . 20 . 3]</w:t>
      </w:r>
    </w:p>
    <w:p>
      <w:r>
        <w:rPr>
          <w:rFonts w:ascii="Gentium Plus" w:hAnsi="Gentium Plus"/>
          <w:sz w:val="24"/>
        </w:rPr>
        <w:t>καὶ τὰ κοῖλα τοῦ ποταμοῦ περιεφώνει. καὶ κατεῖχε φρι‐ κώδης ἦχος τὸ πεδίον, τοὺς δὲ Ῥωμαίους δέος αὐτόν τε τὸν Μάριον ἔκπληξις, ἄκοσμόν τινα καὶ ταραχώδη νυ‐</w:t>
      </w:r>
    </w:p>
    <w:p>
      <w:r>
        <w:rPr>
          <w:rFonts w:ascii="Courier New" w:hAnsi="Courier New"/>
          <w:color w:val="555555"/>
          <w:sz w:val="20"/>
        </w:rPr>
        <w:t>[Mar . 20 . 4]</w:t>
      </w:r>
    </w:p>
    <w:p>
      <w:r>
        <w:rPr>
          <w:rFonts w:ascii="Gentium Plus" w:hAnsi="Gentium Plus"/>
          <w:sz w:val="24"/>
        </w:rPr>
        <w:t>κτομαχίαν προσδεχόμενον. οὐ μὴν ἐπῆλθον οὔτε νυκτὸς οὔτε τῆς ἐπιούσης ἡμέρας, ἀλλὰ συντάττοντες ἑαυτοὺς</w:t>
      </w:r>
    </w:p>
    <w:p>
      <w:r>
        <w:rPr>
          <w:rFonts w:ascii="Courier New" w:hAnsi="Courier New"/>
          <w:color w:val="555555"/>
          <w:sz w:val="20"/>
        </w:rPr>
        <w:t>[Mar . 20 . 5]</w:t>
      </w:r>
    </w:p>
    <w:p>
      <w:r>
        <w:rPr>
          <w:rFonts w:ascii="Gentium Plus" w:hAnsi="Gentium Plus"/>
          <w:sz w:val="24"/>
        </w:rPr>
        <w:t>καὶ παρασκευαζόμενοι διετέλουν. ἐν τούτῳ δὲ Μάριος, ἦσαν γὰρ ἐκ κεφαλῆς τῶν βαρβάρων νάπαι περικλινεῖς καὶ κατάσκιοι δρυμοῖς αὐλῶνες, ἐνταῦθα Κλαύδιον Μάρ‐ κελλον ἐκπέμπει μετὰ τρισχιλίων ὁπλιτῶν, ἐνεδρεῦσαι</w:t>
      </w:r>
    </w:p>
    <w:p>
      <w:r>
        <w:rPr>
          <w:rFonts w:ascii="Courier New" w:hAnsi="Courier New"/>
          <w:color w:val="555555"/>
          <w:sz w:val="20"/>
        </w:rPr>
        <w:t>[5]</w:t>
      </w:r>
    </w:p>
    <w:p>
      <w:r>
        <w:rPr>
          <w:rFonts w:ascii="Gentium Plus" w:hAnsi="Gentium Plus"/>
          <w:sz w:val="24"/>
        </w:rPr>
        <w:t>κελεύσας κρύφα καὶ μαχομένοις ἐξόπισθεν ἐπιφανῆναι.</w:t>
      </w:r>
    </w:p>
    <w:p>
      <w:r>
        <w:rPr>
          <w:rFonts w:ascii="Courier New" w:hAnsi="Courier New"/>
          <w:color w:val="555555"/>
          <w:sz w:val="20"/>
        </w:rPr>
        <w:t>[Mar . 20 . 6]</w:t>
      </w:r>
    </w:p>
    <w:p>
      <w:r>
        <w:rPr>
          <w:rFonts w:ascii="Gentium Plus" w:hAnsi="Gentium Plus"/>
          <w:sz w:val="24"/>
        </w:rPr>
        <w:t>τοὺς δ’ ἄλλους δειπνήσαντας ἐν ὥρᾳ καὶ κοιμηθέντας ἅμ’ ἡμέρᾳ συνέταττε πρὸ τοῦ χάρακος ἀγαγών, καὶ προ‐</w:t>
      </w:r>
    </w:p>
    <w:p>
      <w:r>
        <w:rPr>
          <w:rFonts w:ascii="Courier New" w:hAnsi="Courier New"/>
          <w:color w:val="555555"/>
          <w:sz w:val="20"/>
        </w:rPr>
        <w:t>[Mar . 20 . 7]</w:t>
      </w:r>
    </w:p>
    <w:p>
      <w:r>
        <w:rPr>
          <w:rFonts w:ascii="Gentium Plus" w:hAnsi="Gentium Plus"/>
          <w:sz w:val="24"/>
        </w:rPr>
        <w:t>εξέπεμπε τοὺς ἱππέας εἰς τὸ πεδίον. θεασάμενοι δ’ οἱ Τεύτονες οὐκ ἠνέσχοντο καταβαίνοντας αὐτοῖς ἐξ ἴσου διαγωνίζεσθαι τοὺς Ῥωμαίους, ἀλλὰ σὺν τάχει καὶ δι’</w:t>
      </w:r>
    </w:p>
    <w:p>
      <w:r>
        <w:rPr>
          <w:rFonts w:ascii="Courier New" w:hAnsi="Courier New"/>
          <w:color w:val="555555"/>
          <w:sz w:val="20"/>
        </w:rPr>
        <w:t>[Mar . 20 . 8]</w:t>
      </w:r>
    </w:p>
    <w:p>
      <w:r>
        <w:rPr>
          <w:rFonts w:ascii="Gentium Plus" w:hAnsi="Gentium Plus"/>
          <w:sz w:val="24"/>
        </w:rPr>
        <w:t>ὀργῆς ὁπλισάμενοι τῷ λόφῳ προσέβαλον. ὁ δὲ Μάριος ἑκασταχοῦ διαπέμπων τοὺς ἡγεμόνας ἑστάναι καὶ καρ‐ τερεῖν παρεκάλει, πελασάντων δ’ εἰς ἐφικτὸν ἐξακοντί‐ σαι τοὺς ὑσσούς, εἶτα χρῆσθαι ταῖς μαχαίραις καὶ τοῖς</w:t>
      </w:r>
    </w:p>
    <w:p>
      <w:r>
        <w:rPr>
          <w:rFonts w:ascii="Courier New" w:hAnsi="Courier New"/>
          <w:color w:val="555555"/>
          <w:sz w:val="20"/>
        </w:rPr>
        <w:t>[Mar . 20 . 9]</w:t>
      </w:r>
    </w:p>
    <w:p>
      <w:r>
        <w:rPr>
          <w:rFonts w:ascii="Gentium Plus" w:hAnsi="Gentium Plus"/>
          <w:sz w:val="24"/>
        </w:rPr>
        <w:t>θυρεοῖς ἀντερείσαντας βιάζεσθαι· τῶν γὰρ τόπων ἐπι‐ σφαλῶν ὄντων ἐκείνοις, οὔτε τόνον ἕξειν τὰς πληγὰς οὔτε ῥώμην τὸν συνασπισμόν, ἐν περιτροπῇ καὶ σάλῳ</w:t>
      </w:r>
    </w:p>
    <w:p>
      <w:r>
        <w:rPr>
          <w:rFonts w:ascii="Courier New" w:hAnsi="Courier New"/>
          <w:color w:val="555555"/>
          <w:sz w:val="20"/>
        </w:rPr>
        <w:t>[Mar . 20 . 10]</w:t>
      </w:r>
    </w:p>
    <w:p>
      <w:r>
        <w:rPr>
          <w:rFonts w:ascii="Gentium Plus" w:hAnsi="Gentium Plus"/>
          <w:sz w:val="24"/>
        </w:rPr>
        <w:t>τῶν σωμάτων ὄντων διὰ τὴν ἀνωμαλίαν. ταῦθ’ ἅμα παρ‐ ῄνει καὶ δρῶν ἑωρᾶτο πρῶτος· οὐδενὸς γὰρ ἤσκητο</w:t>
      </w:r>
    </w:p>
    <w:p>
      <w:r>
        <w:rPr>
          <w:rFonts w:ascii="Courier New" w:hAnsi="Courier New"/>
          <w:color w:val="555555"/>
          <w:sz w:val="20"/>
        </w:rPr>
        <w:t>[Mar . 21 . 1]</w:t>
      </w:r>
    </w:p>
    <w:p>
      <w:r>
        <w:rPr>
          <w:rFonts w:ascii="Gentium Plus" w:hAnsi="Gentium Plus"/>
          <w:sz w:val="24"/>
        </w:rPr>
        <w:t>Ὡς οὖν ἀντιστάντες αὐτοῖς οἱ Ῥωμαῖοι καὶ συμ‐ πεσόντες ἔσχον ἄνω φερομένους, ἐκθλιβόμενοι κατὰ μικρὸν ὑπεχώρουν εἰς τὸ πεδίον· καὶ τῶν πρώτων ἤδη καθισταμένων εἰς τάξιν ἐν τοῖς ἐπιπέδοις, βοὴ καὶ δια‐</w:t>
      </w:r>
    </w:p>
    <w:p>
      <w:r>
        <w:rPr>
          <w:rFonts w:ascii="Courier New" w:hAnsi="Courier New"/>
          <w:color w:val="555555"/>
          <w:sz w:val="20"/>
        </w:rPr>
        <w:t>[Mar . 21 . 2]</w:t>
      </w:r>
    </w:p>
    <w:p>
      <w:r>
        <w:rPr>
          <w:rFonts w:ascii="Gentium Plus" w:hAnsi="Gentium Plus"/>
          <w:sz w:val="24"/>
        </w:rPr>
        <w:t>σπασμὸς ἦν περὶ τοὺς ὄπισθεν. ὁ γὰρ καιρὸς οὐκ ἔλαθε τὸν Μάρκελλον, ἀλλὰ τῆς κραυγῆς ὑπὲρ τοὺς λόφους ἄνω φερομένης, ἀναστήσας τοὺς μετ’ αὐτοῦ δρόμῳ καὶ ἀλαλαγμῷ προσέπιπτε κατὰ νώτου, κτείνων τοὺς ἐσχά‐</w:t>
      </w:r>
    </w:p>
    <w:p>
      <w:r>
        <w:rPr>
          <w:rFonts w:ascii="Courier New" w:hAnsi="Courier New"/>
          <w:color w:val="555555"/>
          <w:sz w:val="20"/>
        </w:rPr>
        <w:t>[Mar . 21 . 3]</w:t>
      </w:r>
    </w:p>
    <w:p>
      <w:r>
        <w:rPr>
          <w:rFonts w:ascii="Gentium Plus" w:hAnsi="Gentium Plus"/>
          <w:sz w:val="24"/>
        </w:rPr>
        <w:t>τους. οἱ δὲ τοὺς πρὸ αὑτῶν ἐπισπώμενοι, ταχὺ πᾶν τὸ στράτευμα ταραχῆς ἐνέπλησαν, οὐ πολύν τε χρόνον ἠν‐ έσχοντο παιόμενοι διχόθεν, ἀλλὰ τὴν τάξιν λύσαντες</w:t>
      </w:r>
    </w:p>
    <w:p>
      <w:r>
        <w:rPr>
          <w:rFonts w:ascii="Courier New" w:hAnsi="Courier New"/>
          <w:color w:val="555555"/>
          <w:sz w:val="20"/>
        </w:rPr>
        <w:t>[Mar . 21 . 4]</w:t>
      </w:r>
    </w:p>
    <w:p>
      <w:r>
        <w:rPr>
          <w:rFonts w:ascii="Gentium Plus" w:hAnsi="Gentium Plus"/>
          <w:sz w:val="24"/>
        </w:rPr>
        <w:t>ἔφευγον. οἱ δὲ Ῥωμαῖοι διώκοντες αὐτῶν μὲν ὑπὲρ δέκα μυριάδας ἢ ζῶντας εἷλον ἢ κατέβαλον, σκηνῶν δὲ καὶ ἁμαξῶν καὶ χρημάτων κρατήσαντες, ὅσα μὴ διεκλάπη,</w:t>
      </w:r>
    </w:p>
    <w:p>
      <w:r>
        <w:rPr>
          <w:rFonts w:ascii="Courier New" w:hAnsi="Courier New"/>
          <w:color w:val="555555"/>
          <w:sz w:val="20"/>
        </w:rPr>
        <w:t>[Mar . 21 . 5]</w:t>
      </w:r>
    </w:p>
    <w:p>
      <w:r>
        <w:rPr>
          <w:rFonts w:ascii="Gentium Plus" w:hAnsi="Gentium Plus"/>
          <w:sz w:val="24"/>
        </w:rPr>
        <w:t>Μάριον λαβεῖν ἐψηφίσαντο. καὶ δωρεᾶς ταύτης λαμπρο‐ τάτης τυχών, οὐδὲν ἄξιον ἔχειν ὧν ἐστρατήγησεν ἐνομίσθη</w:t>
      </w:r>
    </w:p>
    <w:p>
      <w:r>
        <w:rPr>
          <w:rFonts w:ascii="Courier New" w:hAnsi="Courier New"/>
          <w:color w:val="555555"/>
          <w:sz w:val="20"/>
        </w:rPr>
        <w:t>[Mar . 21 . 6]</w:t>
      </w:r>
    </w:p>
    <w:p>
      <w:r>
        <w:rPr>
          <w:rFonts w:ascii="Gentium Plus" w:hAnsi="Gentium Plus"/>
          <w:sz w:val="24"/>
        </w:rPr>
        <w:t>διὰ τὸ τοῦ κινδύνου μέγεθος. ἕτεροι δὲ περὶ τῆς δωρεᾶς τῶν λαφύρων οὐχ ὁμολογοῦσιν οὐδὲ περὶ τοῦ πλήθους τῶν</w:t>
      </w:r>
    </w:p>
    <w:p>
      <w:r>
        <w:rPr>
          <w:rFonts w:ascii="Courier New" w:hAnsi="Courier New"/>
          <w:color w:val="555555"/>
          <w:sz w:val="20"/>
        </w:rPr>
        <w:t>[Mar . 21 . 7]</w:t>
      </w:r>
    </w:p>
    <w:p>
      <w:r>
        <w:rPr>
          <w:rFonts w:ascii="Gentium Plus" w:hAnsi="Gentium Plus"/>
          <w:sz w:val="24"/>
        </w:rPr>
        <w:t>πεσόντων. Μασσαλιήτας μέντοι λέγουσι τοῖς ὀστέοις περιθριγκῶσαι τοὺς ἀμπελῶνας, τὴν δὲ γῆν, τῶν νεκρῶν καταναλωθέντων ἐν αὐτῇ καὶ διὰ χειμῶνος ὄμβρων ἐπιπεσόντων, οὕτως ἐκλιπανθῆναι καὶ γενέσθαι διὰ</w:t>
      </w:r>
    </w:p>
    <w:p>
      <w:r>
        <w:rPr>
          <w:rFonts w:ascii="Courier New" w:hAnsi="Courier New"/>
          <w:color w:val="555555"/>
          <w:sz w:val="20"/>
        </w:rPr>
        <w:t>[5]</w:t>
      </w:r>
    </w:p>
    <w:p>
      <w:r>
        <w:rPr>
          <w:rFonts w:ascii="Gentium Plus" w:hAnsi="Gentium Plus"/>
          <w:sz w:val="24"/>
        </w:rPr>
        <w:t>βάθους περίπλεω τῆς σηπεδόνος ἐνδύσης, ὥστε καρπῶν ὑπερβάλλον εἰς ὥρας πλῆθος ἐξενεγκεῖν, καὶ μαρτυρῆσαι τῷ Ἀρχιλόχῳ (fr. 148 B.4) λέγοντι πιαίνεσθαι πρὸς τοῦ</w:t>
      </w:r>
    </w:p>
    <w:p>
      <w:r>
        <w:rPr>
          <w:rFonts w:ascii="Courier New" w:hAnsi="Courier New"/>
          <w:color w:val="555555"/>
          <w:sz w:val="20"/>
        </w:rPr>
        <w:t>[Mar . 21 . 8]</w:t>
      </w:r>
    </w:p>
    <w:p>
      <w:r>
        <w:rPr>
          <w:rFonts w:ascii="Gentium Plus" w:hAnsi="Gentium Plus"/>
          <w:sz w:val="24"/>
        </w:rPr>
        <w:t>τοιούτου τὰς ἀρούρας. ἐπιεικῶς δὲ ταῖς μεγάλαις μάχαις</w:t>
      </w:r>
    </w:p>
    <w:p>
      <w:r>
        <w:rPr>
          <w:rFonts w:ascii="Courier New" w:hAnsi="Courier New"/>
          <w:color w:val="555555"/>
          <w:sz w:val="20"/>
        </w:rPr>
        <w:t>[5]</w:t>
      </w:r>
    </w:p>
    <w:p>
      <w:r>
        <w:rPr>
          <w:rFonts w:ascii="Gentium Plus" w:hAnsi="Gentium Plus"/>
          <w:sz w:val="24"/>
        </w:rPr>
        <w:t>νος ἐξανιείσης ὑγρὰν καὶ βαρεῖαν ἀναθυμίασιν, ἣ τὸν ἀέρα συνίστησιν, εὔτρεπτον ὄντα καὶ ῥᾴδιον μεταβάλλειν ἀπὸ σμικροτάτης ἐπὶ πλεῖστον ἀρχῆς.</w:t>
      </w:r>
    </w:p>
    <w:p>
      <w:r>
        <w:rPr>
          <w:rFonts w:ascii="Courier New" w:hAnsi="Courier New"/>
          <w:color w:val="555555"/>
          <w:sz w:val="20"/>
        </w:rPr>
        <w:t>[Mar . 22 . 1]</w:t>
      </w:r>
    </w:p>
    <w:p>
      <w:r>
        <w:rPr>
          <w:rFonts w:ascii="Gentium Plus" w:hAnsi="Gentium Plus"/>
          <w:sz w:val="24"/>
        </w:rPr>
        <w:t>Μετὰ δὲ τὴν μάχην ὁ Μάριος τῶν βαρβαρικῶν ὅπλων καὶ λαφύρων τὰ μὲν ἐκπρεπῆ καὶ ὁλόκληρα καὶ πομπικὴν ὄψιν τῷ θριάμβῳ δυνάμενα παρασχεῖν ἐπέλεξε, τῶν δ’ ἄλλων ἐπὶ πυρᾶς μεγάλης κατασωρεύσας τὸ</w:t>
      </w:r>
    </w:p>
    <w:p>
      <w:r>
        <w:rPr>
          <w:rFonts w:ascii="Courier New" w:hAnsi="Courier New"/>
          <w:color w:val="555555"/>
          <w:sz w:val="20"/>
        </w:rPr>
        <w:t>[Mar . 22 . 2]</w:t>
      </w:r>
    </w:p>
    <w:p>
      <w:r>
        <w:rPr>
          <w:rFonts w:ascii="Gentium Plus" w:hAnsi="Gentium Plus"/>
          <w:sz w:val="24"/>
        </w:rPr>
        <w:t>πλῆθος, ἔθυσε θυσίαν μεγαλοπρεπῆ. καὶ τοῦ στρατοῦ περιεστῶτος ἐν ὅπλοις ἐστεφανωμένου, περιζωσάμενος αὐτὸς ὥσπερ ἔθος ἐστίν, ἀναβαλὼν τὴν περιπόρφυρον καὶ λαβὼν δᾷδα καιομένην καὶ δι’ ἀμφοτέρων τῶν χει‐</w:t>
      </w:r>
    </w:p>
    <w:p>
      <w:r>
        <w:rPr>
          <w:rFonts w:ascii="Courier New" w:hAnsi="Courier New"/>
          <w:color w:val="555555"/>
          <w:sz w:val="20"/>
        </w:rPr>
        <w:t>[5]</w:t>
      </w:r>
    </w:p>
    <w:p>
      <w:r>
        <w:rPr>
          <w:rFonts w:ascii="Gentium Plus" w:hAnsi="Gentium Plus"/>
          <w:sz w:val="24"/>
        </w:rPr>
        <w:t>ρῶν ἀνασχὼν πρὸς τὸν οὐρανόν, ἔμελλεν ὑφήσειν τῇ</w:t>
      </w:r>
    </w:p>
    <w:p>
      <w:r>
        <w:rPr>
          <w:rFonts w:ascii="Courier New" w:hAnsi="Courier New"/>
          <w:color w:val="555555"/>
          <w:sz w:val="20"/>
        </w:rPr>
        <w:t>[Mar . 22 . 3]</w:t>
      </w:r>
    </w:p>
    <w:p>
      <w:r>
        <w:rPr>
          <w:rFonts w:ascii="Gentium Plus" w:hAnsi="Gentium Plus"/>
          <w:sz w:val="24"/>
        </w:rPr>
        <w:t>πυρᾷ· καὶ προσελαύνοντες ἵπποις ἑωρῶντο φίλοι σὺν τάχει πρὸς αὐτόν, ὥστε πολλὴν γενέσθαι σιωπὴν καὶ</w:t>
      </w:r>
    </w:p>
    <w:p>
      <w:r>
        <w:rPr>
          <w:rFonts w:ascii="Courier New" w:hAnsi="Courier New"/>
          <w:color w:val="555555"/>
          <w:sz w:val="20"/>
        </w:rPr>
        <w:t>[Mar . 22 . 4]</w:t>
      </w:r>
    </w:p>
    <w:p>
      <w:r>
        <w:rPr>
          <w:rFonts w:ascii="Gentium Plus" w:hAnsi="Gentium Plus"/>
          <w:sz w:val="24"/>
        </w:rPr>
        <w:t>προσδοκίαν ἁπάντων. ἐπεὶ δ’ ἐγγὺς ἦσαν, ἀποπηδήσαν‐ τες ἐδεξιοῦντο τὸν Μάριον, εὐαγγελιζόμενοι τὸ πέμπτον αὐτὸν ὕπατον ᾑρῆσθαι, καὶ γράμματα περὶ τούτων ἀπ‐</w:t>
      </w:r>
    </w:p>
    <w:p>
      <w:r>
        <w:rPr>
          <w:rFonts w:ascii="Courier New" w:hAnsi="Courier New"/>
          <w:color w:val="555555"/>
          <w:sz w:val="20"/>
        </w:rPr>
        <w:t>[Mar . 22 . 5]</w:t>
      </w:r>
    </w:p>
    <w:p>
      <w:r>
        <w:rPr>
          <w:rFonts w:ascii="Gentium Plus" w:hAnsi="Gentium Plus"/>
          <w:sz w:val="24"/>
        </w:rPr>
        <w:t>έδοσαν. μεγάλης οὖν χαρᾶς τοῖς ἐπινικίοις προσγενομέ‐ νης, ὅ τε στρατὸς ὑφ’ ἡδονῆς ἐνοπλίῳ τινὶ κρότῳ καὶ πατάγῳ συνηλάλαξαν, καὶ τῶν ἡγεμόνων τὸν Μάριον αὖθις ἀναδούντων δάφνης στεφάνοις, ἀνῆψε τὴν πυρὰν</w:t>
      </w:r>
    </w:p>
    <w:p>
      <w:r>
        <w:rPr>
          <w:rFonts w:ascii="Courier New" w:hAnsi="Courier New"/>
          <w:color w:val="555555"/>
          <w:sz w:val="20"/>
        </w:rPr>
        <w:t>[5]</w:t>
      </w:r>
    </w:p>
    <w:p>
      <w:r>
        <w:rPr>
          <w:rFonts w:ascii="Gentium Plus" w:hAnsi="Gentium Plus"/>
          <w:sz w:val="24"/>
        </w:rPr>
        <w:t>καὶ τὴν θυσίαν ἐπετελείωσεν.</w:t>
      </w:r>
    </w:p>
    <w:p>
      <w:r>
        <w:rPr>
          <w:rFonts w:ascii="Courier New" w:hAnsi="Courier New"/>
          <w:color w:val="555555"/>
          <w:sz w:val="20"/>
        </w:rPr>
        <w:t>[Mar . 23 . 1]</w:t>
      </w:r>
    </w:p>
    <w:p>
      <w:r>
        <w:rPr>
          <w:rFonts w:ascii="Gentium Plus" w:hAnsi="Gentium Plus"/>
          <w:sz w:val="24"/>
        </w:rPr>
        <w:t>Ἡ δὲ μηθὲν ἐῶσα τῶν μεγάλων εὐτυχημάτων ἄκρατον εἰς ἡδονὴν καὶ καθαρόν, ἀλλὰ μείξει κακῶν καὶ ἀγαθῶν ποικίλλουσα τὸν ἀνθρώπινον βίον, ἢ τύχη τις ἢ</w:t>
      </w:r>
    </w:p>
    <w:p>
      <w:r>
        <w:rPr>
          <w:rFonts w:ascii="Courier New" w:hAnsi="Courier New"/>
          <w:color w:val="555555"/>
          <w:sz w:val="20"/>
        </w:rPr>
        <w:t>[5]</w:t>
      </w:r>
    </w:p>
    <w:p>
      <w:r>
        <w:rPr>
          <w:rFonts w:ascii="Gentium Plus" w:hAnsi="Gentium Plus"/>
          <w:sz w:val="24"/>
        </w:rPr>
        <w:t>ἡμέραις ἐπήγαγε τῷ Μαρίῳ τὴν περὶ Κάτλου τοῦ συν‐ άρχοντος ἀγγελίαν, ὥσπερ ἐν εὐδίᾳ καὶ γαλήνῃ νέφος αὖθις ἕτερον φόβον καὶ χειμῶνα τῇ Ῥώμῃ περιστήσασα.</w:t>
      </w:r>
    </w:p>
    <w:p>
      <w:r>
        <w:rPr>
          <w:rFonts w:ascii="Courier New" w:hAnsi="Courier New"/>
          <w:color w:val="555555"/>
          <w:sz w:val="20"/>
        </w:rPr>
        <w:t>[Mar . 23 . 2]</w:t>
      </w:r>
    </w:p>
    <w:p>
      <w:r>
        <w:rPr>
          <w:rFonts w:ascii="Gentium Plus" w:hAnsi="Gentium Plus"/>
          <w:sz w:val="24"/>
        </w:rPr>
        <w:t>ὁ γὰρ δὴ Κάτλος ἀντικαθήμενος τοῖς Κίμβροις, τὰς μὲν ὑπερβολὰς τῶν Ἄλπεων ἀπέγνω φυλάσσειν, μὴ κατὰ πολλὰ τὴν δύναμιν μέρη διαιρεῖν ἀναγκαζόμενος ἀσθε‐ νὴς γένοιτο, καταβὰς δ’ εὐθὺς εἰς τὴν Ἰταλίαν, καὶ τὸν</w:t>
      </w:r>
    </w:p>
    <w:p>
      <w:r>
        <w:rPr>
          <w:rFonts w:ascii="Courier New" w:hAnsi="Courier New"/>
          <w:color w:val="555555"/>
          <w:sz w:val="20"/>
        </w:rPr>
        <w:t>[5]</w:t>
      </w:r>
    </w:p>
    <w:p>
      <w:r>
        <w:rPr>
          <w:rFonts w:ascii="Gentium Plus" w:hAnsi="Gentium Plus"/>
          <w:sz w:val="24"/>
        </w:rPr>
        <w:t>Νατισῶνα ποταμὸν λαβὼν πρὸ αὑτοῦ καὶ φραξάμενος πρὸς τὰς διαβάσεις ἑκατέρωθεν ἰσχυροῖς χαρακώμασιν, ἔζευξε τὸν πόρον, ὡς ἐπιβοηθεῖν εἴη τοῖς πέραν, εἰ πρὸς</w:t>
      </w:r>
    </w:p>
    <w:p>
      <w:r>
        <w:rPr>
          <w:rFonts w:ascii="Courier New" w:hAnsi="Courier New"/>
          <w:color w:val="555555"/>
          <w:sz w:val="20"/>
        </w:rPr>
        <w:t>[Mar . 23 . 3]</w:t>
      </w:r>
    </w:p>
    <w:p>
      <w:r>
        <w:rPr>
          <w:rFonts w:ascii="Gentium Plus" w:hAnsi="Gentium Plus"/>
          <w:sz w:val="24"/>
        </w:rPr>
        <w:t>τὰ φρούρια βιάζοιντο διὰ τῶν στενῶν οἱ βάρβαροι. τοῖς δὲ τοσοῦτον περιῆν ὑπεροψίας καὶ θράσους κατὰ τῶν πολεμίων, ὥστε ῥώμην καὶ τόλμαν ἐπιδεικνύμενοι μᾶλ‐ λον ἢ πράττοντές τι τῶν ἀναγκαίων, γυμνοὶ μὲν ἠνεί‐</w:t>
      </w:r>
    </w:p>
    <w:p>
      <w:r>
        <w:rPr>
          <w:rFonts w:ascii="Courier New" w:hAnsi="Courier New"/>
          <w:color w:val="555555"/>
          <w:sz w:val="20"/>
        </w:rPr>
        <w:t>[5]</w:t>
      </w:r>
    </w:p>
    <w:p>
      <w:r>
        <w:rPr>
          <w:rFonts w:ascii="Gentium Plus" w:hAnsi="Gentium Plus"/>
          <w:sz w:val="24"/>
        </w:rPr>
        <w:t>χοντο νιφόμενοι καὶ διὰ πάγων καὶ χιόνος βαθείας τοῖς ἄκροις προσέβαινον, ἄνωθεν δὲ τοὺς θυρεοὺς πλατεῖς ὑποτιθέντες τοῖς σώμασιν, εἶτ’ ἀφιέντες αὑτούς, ὑπεφέ‐ ροντο κατὰ κρημνῶν ὀλισθήματα καὶ λισσάδας ἀχανεῖς</w:t>
      </w:r>
    </w:p>
    <w:p>
      <w:r>
        <w:rPr>
          <w:rFonts w:ascii="Courier New" w:hAnsi="Courier New"/>
          <w:color w:val="555555"/>
          <w:sz w:val="20"/>
        </w:rPr>
        <w:t>[Mar . 23 . 4]</w:t>
      </w:r>
    </w:p>
    <w:p>
      <w:r>
        <w:rPr>
          <w:rFonts w:ascii="Gentium Plus" w:hAnsi="Gentium Plus"/>
          <w:sz w:val="24"/>
        </w:rPr>
        <w:t>ἐχόντων. ὡς δὲ παραστρατοπεδεύσαντες ἐγγὺς καὶ κατα‐ σκεψάμενοι τὸν πόρον ἤρξαντο χοῦν, καὶ τοὺς πέριξ λόφους ἀναρρηγνύντες, ὥσπερ οἱ γίγαντες, ἅμα δένδρα πρόρριζα καὶ κρημνῶν σπαράγματα καὶ γῆς κολωνοὺς</w:t>
      </w:r>
    </w:p>
    <w:p>
      <w:r>
        <w:rPr>
          <w:rFonts w:ascii="Courier New" w:hAnsi="Courier New"/>
          <w:color w:val="555555"/>
          <w:sz w:val="20"/>
        </w:rPr>
        <w:t>[5]</w:t>
      </w:r>
    </w:p>
    <w:p>
      <w:r>
        <w:rPr>
          <w:rFonts w:ascii="Gentium Plus" w:hAnsi="Gentium Plus"/>
          <w:sz w:val="24"/>
        </w:rPr>
        <w:t>ἐφόρουν εἰς τὸν ποταμόν, ἐκθλίβοντες τὸ ῥεῦμα καὶ τοῖς ἐρείδουσι τὰ ζεύγματα βάθροις ἐφιέντες βάρη μεγάλα, συρόμενα κατὰ ῥοῦν καὶ τινάττοντα ταῖς πληγαῖς τὴν γέφυραν, ἀποδειλιάσαντες οἱ πλεῖστοι τῶν στρατιωτῶν</w:t>
      </w:r>
    </w:p>
    <w:p>
      <w:r>
        <w:rPr>
          <w:rFonts w:ascii="Courier New" w:hAnsi="Courier New"/>
          <w:color w:val="555555"/>
          <w:sz w:val="20"/>
        </w:rPr>
        <w:t>[Mar . 23 . 5]</w:t>
      </w:r>
    </w:p>
    <w:p>
      <w:r>
        <w:rPr>
          <w:rFonts w:ascii="Gentium Plus" w:hAnsi="Gentium Plus"/>
          <w:sz w:val="24"/>
        </w:rPr>
        <w:t>ἐξέλειπον τὸ μέγα στρατόπεδον καὶ ἀνεχώρουν. ἔνθα δὴ Κάτλος ἔδειξεν ἑαυτόν, ὥσπερ χρὴ τὸν ἀγαθὸν καὶ τέ‐</w:t>
      </w:r>
    </w:p>
    <w:p>
      <w:r>
        <w:rPr>
          <w:rFonts w:ascii="Courier New" w:hAnsi="Courier New"/>
          <w:color w:val="555555"/>
          <w:sz w:val="20"/>
        </w:rPr>
        <w:t>[Mar . 23 . 6]</w:t>
      </w:r>
    </w:p>
    <w:p>
      <w:r>
        <w:rPr>
          <w:rFonts w:ascii="Gentium Plus" w:hAnsi="Gentium Plus"/>
          <w:sz w:val="24"/>
        </w:rPr>
        <w:t>τῶν τιθέμενον. ἐπεὶ γὰρ οὐκ ἔπειθε τοὺς στρατιώτας μέ‐ νειν, ἀλλ’ ἑώρα περιδεῶς ἀναζευγνύντας, ἄρασθαι κελεύ‐ σας τὸν ἀετὸν εἰς τοὺς πρώτους τῶν ἀπερχομένων ὥρ‐ μησε δρόμῳ καὶ πρῶτος ἡγεῖτο, βουλόμενος αὑτοῦ τὸ</w:t>
      </w:r>
    </w:p>
    <w:p>
      <w:r>
        <w:rPr>
          <w:rFonts w:ascii="Courier New" w:hAnsi="Courier New"/>
          <w:color w:val="555555"/>
          <w:sz w:val="20"/>
        </w:rPr>
        <w:t>[5]</w:t>
      </w:r>
    </w:p>
    <w:p>
      <w:r>
        <w:rPr>
          <w:rFonts w:ascii="Gentium Plus" w:hAnsi="Gentium Plus"/>
          <w:sz w:val="24"/>
        </w:rPr>
        <w:t>αἰσχρόν, ἀλλὰ μὴ τῆς πατρίδος γενέσθαι, καὶ δοκεῖν μὴ φεύγοντας, ἀλλ’ ἑπομένους τῷ στρατηγῷ ποιεῖσθαι τὴν</w:t>
      </w:r>
    </w:p>
    <w:p>
      <w:r>
        <w:rPr>
          <w:rFonts w:ascii="Courier New" w:hAnsi="Courier New"/>
          <w:color w:val="555555"/>
          <w:sz w:val="20"/>
        </w:rPr>
        <w:t>[Mar . 23 . 7]</w:t>
      </w:r>
    </w:p>
    <w:p>
      <w:r>
        <w:rPr>
          <w:rFonts w:ascii="Gentium Plus" w:hAnsi="Gentium Plus"/>
          <w:sz w:val="24"/>
        </w:rPr>
        <w:t>ἀποχώρησιν. οἱ δὲ βάρβαροι τὸ μὲν πέραν τοῦ Νατισῶνος φρούριον ἐπελθόντες ἔλαβον, καὶ τοὺς αὐτόθι Ῥωμαίους ἀνδρῶν κρατίστους γενομένους καὶ προκινδυνεύσαντας ἀξίως τῆς πατρίδος θαυμάσαντες ὑποσπόνδους ἀφῆκαν,</w:t>
      </w:r>
    </w:p>
    <w:p>
      <w:r>
        <w:rPr>
          <w:rFonts w:ascii="Courier New" w:hAnsi="Courier New"/>
          <w:color w:val="555555"/>
          <w:sz w:val="20"/>
        </w:rPr>
        <w:t>[5]</w:t>
      </w:r>
    </w:p>
    <w:p>
      <w:r>
        <w:rPr>
          <w:rFonts w:ascii="Gentium Plus" w:hAnsi="Gentium Plus"/>
          <w:sz w:val="24"/>
        </w:rPr>
        <w:t>ὀμόσαντες τὸν χαλκοῦν ταῦρον, ὃν ὕστερον ἁλόντα μετὰ τὴν μάχην εἰς τὴν Κάτλου φασὶν οἰκίαν ὥσπερ ἀκροθί‐ νιον τῆς νίκης κομισθῆναι. τὴν δὲ χώραν ἔρημον βοη‐ θείας ἐπιχυθέντες ἐπόρθουν.</w:t>
      </w:r>
    </w:p>
    <w:p>
      <w:r>
        <w:rPr>
          <w:rFonts w:ascii="Courier New" w:hAnsi="Courier New"/>
          <w:color w:val="555555"/>
          <w:sz w:val="20"/>
        </w:rPr>
        <w:t>[Mar . 24 . 1]</w:t>
      </w:r>
    </w:p>
    <w:p>
      <w:r>
        <w:rPr>
          <w:rFonts w:ascii="Gentium Plus" w:hAnsi="Gentium Plus"/>
          <w:sz w:val="24"/>
        </w:rPr>
        <w:t>Ἐπὶ τούτοις ἐκαλεῖτο Μάριος εἰς τὴν Ῥώμην· καὶ παραγενόμενος, πάντων αὐτὸν οἰομένων θριαμβεύσειν καὶ τῆς βουλῆς προθύμως ψηφισαμένης, οὐκ ἠξίωσεν, εἴτε τοὺς στρατιώτας καὶ συναγωνιστὰς ἀποστερῆσαι</w:t>
      </w:r>
    </w:p>
    <w:p>
      <w:r>
        <w:rPr>
          <w:rFonts w:ascii="Courier New" w:hAnsi="Courier New"/>
          <w:color w:val="555555"/>
          <w:sz w:val="20"/>
        </w:rPr>
        <w:t>[5]</w:t>
      </w:r>
    </w:p>
    <w:p>
      <w:r>
        <w:rPr>
          <w:rFonts w:ascii="Gentium Plus" w:hAnsi="Gentium Plus"/>
          <w:sz w:val="24"/>
        </w:rPr>
        <w:t>τῆς φιλοτιμίας μὴ βουλόμενος, εἴτε πρὸς τὰ παρόντα θαρρύνων τὸ πλῆθος, ὡς τῇ τύχῃ τῆς πόλεως παρα‐ κατατιθέμενος τὴν τῶν πρώτων κατορθωμάτων δόξαν, ἐν</w:t>
      </w:r>
    </w:p>
    <w:p>
      <w:r>
        <w:rPr>
          <w:rFonts w:ascii="Courier New" w:hAnsi="Courier New"/>
          <w:color w:val="555555"/>
          <w:sz w:val="20"/>
        </w:rPr>
        <w:t>[Mar . 24 . 2]</w:t>
      </w:r>
    </w:p>
    <w:p>
      <w:r>
        <w:rPr>
          <w:rFonts w:ascii="Gentium Plus" w:hAnsi="Gentium Plus"/>
          <w:sz w:val="24"/>
        </w:rPr>
        <w:t>τοῖς δευτέροις λαμπροτέραν ἀποδοθησομένην. διαλεχθεὶς δὲ τὰ πρέποντα τῷ καιρῷ καὶ πρὸς τὸν Κάτλον ἐξορ‐ μήσας, τοῦτόν τε παρεθάρρυνε καὶ τοὺς αὑτοῦ μετ‐</w:t>
      </w:r>
    </w:p>
    <w:p>
      <w:r>
        <w:rPr>
          <w:rFonts w:ascii="Courier New" w:hAnsi="Courier New"/>
          <w:color w:val="555555"/>
          <w:sz w:val="20"/>
        </w:rPr>
        <w:t>[Mar . 24 . 3]</w:t>
      </w:r>
    </w:p>
    <w:p>
      <w:r>
        <w:rPr>
          <w:rFonts w:ascii="Gentium Plus" w:hAnsi="Gentium Plus"/>
          <w:sz w:val="24"/>
        </w:rPr>
        <w:t>επέμπετο στρατιώτας ἐκ Γαλατίας. ὡς δ’ ἀφίκοντο, δια‐ βὰς τὸν Ἠριδανὸν εἴργειν ἐπειρᾶτο τῆς ἐντὸς Ἰταλίας</w:t>
      </w:r>
    </w:p>
    <w:p>
      <w:r>
        <w:rPr>
          <w:rFonts w:ascii="Courier New" w:hAnsi="Courier New"/>
          <w:color w:val="555555"/>
          <w:sz w:val="20"/>
        </w:rPr>
        <w:t>[Mar . 24 . 4]</w:t>
      </w:r>
    </w:p>
    <w:p>
      <w:r>
        <w:rPr>
          <w:rFonts w:ascii="Gentium Plus" w:hAnsi="Gentium Plus"/>
          <w:sz w:val="24"/>
        </w:rPr>
        <w:t>τοὺς βαρβάρους. οἱ δὲ τοὺς Τεύτονας ἐκδέχεσθαι καὶ θαυμάζειν ὡς βραδυνόντων φάσκοντες, ἀνεβάλλοντο τὴν</w:t>
      </w:r>
    </w:p>
    <w:p>
      <w:r>
        <w:rPr>
          <w:rFonts w:ascii="Courier New" w:hAnsi="Courier New"/>
          <w:color w:val="555555"/>
          <w:sz w:val="20"/>
        </w:rPr>
        <w:t>[5]</w:t>
      </w:r>
    </w:p>
    <w:p>
      <w:r>
        <w:rPr>
          <w:rFonts w:ascii="Gentium Plus" w:hAnsi="Gentium Plus"/>
          <w:sz w:val="24"/>
        </w:rPr>
        <w:t>ᾐκίζοντο δεινῶς, καὶ τὸν Μάριον ᾔτουν πέμψαντες ἑαυ‐ τοῖς καὶ τοῖς ἀδελφοῖς χώραν καὶ πόλεις ἱκανὰς ἐνοικεῖν.</w:t>
      </w:r>
    </w:p>
    <w:p>
      <w:r>
        <w:rPr>
          <w:rFonts w:ascii="Courier New" w:hAnsi="Courier New"/>
          <w:color w:val="555555"/>
          <w:sz w:val="20"/>
        </w:rPr>
        <w:t>[Mar . 24 . 5]</w:t>
      </w:r>
    </w:p>
    <w:p>
      <w:r>
        <w:rPr>
          <w:rFonts w:ascii="Gentium Plus" w:hAnsi="Gentium Plus"/>
          <w:sz w:val="24"/>
        </w:rPr>
        <w:t>ἐρομένου δὲ τοῦ Μαρίου τοὺς πρέσβεις περὶ τῶν ἀδελφῶν, κἀκείνων ὀνομασάντων τοὺς Τεύτονας, οἱ μὲν ἄλλοι πάντες ἐγέλασαν, ὁ δὲ Μάριος ἔσκωψεν εἰπών· „ἐᾶτε τοίνυν τοὺς ἀδελφούς· ἔχουσι γὰρ γῆν ἐκεῖνοι καὶ διὰ</w:t>
      </w:r>
    </w:p>
    <w:p>
      <w:r>
        <w:rPr>
          <w:rFonts w:ascii="Courier New" w:hAnsi="Courier New"/>
          <w:color w:val="555555"/>
          <w:sz w:val="20"/>
        </w:rPr>
        <w:t>[Mar . 24 . 6]</w:t>
      </w:r>
    </w:p>
    <w:p>
      <w:r>
        <w:rPr>
          <w:rFonts w:ascii="Gentium Plus" w:hAnsi="Gentium Plus"/>
          <w:sz w:val="24"/>
        </w:rPr>
        <w:t>παντὸς ἕξουσι, παρ’ ἡμῶν λαβόντες.“ οἱ δὲ πρέσβεις τὴν εἰρωνείαν 〈οὐ〉 συνέντες, ἐλοιδόρουν αὐτὸν ὡς δίκην ὑφέξοντα, Κίμβροις μὲν αὐτίκα, Τεύτοσι δ’ ὅταν παρα‐</w:t>
      </w:r>
    </w:p>
    <w:p>
      <w:r>
        <w:rPr>
          <w:rFonts w:ascii="Courier New" w:hAnsi="Courier New"/>
          <w:color w:val="555555"/>
          <w:sz w:val="20"/>
        </w:rPr>
        <w:t>[Mar . 24 . 7]</w:t>
      </w:r>
    </w:p>
    <w:p>
      <w:r>
        <w:rPr>
          <w:rFonts w:ascii="Gentium Plus" w:hAnsi="Gentium Plus"/>
          <w:sz w:val="24"/>
        </w:rPr>
        <w:t>γένωνται. „καὶ μὴν πάρεισιν“ ὁ Μάριος ἔφη „καὶ οὐχ ἕξει καλῶς ὑμῖν ἀπαλλαγῆναι πρότερον ἢ τοὺς ἀδελφοὺς ἀσπάσασθαι.“ καὶ ταῦτ’ εἰπὼν ἐκέλευσε τοὺς βασιλεῖς τῶν Τευτόνων προσαχθῆναι δεδεμένους· ἑάλωσαν γὰρ</w:t>
      </w:r>
    </w:p>
    <w:p>
      <w:r>
        <w:rPr>
          <w:rFonts w:ascii="Courier New" w:hAnsi="Courier New"/>
          <w:color w:val="555555"/>
          <w:sz w:val="20"/>
        </w:rPr>
        <w:t>[5]</w:t>
      </w:r>
    </w:p>
    <w:p>
      <w:r>
        <w:rPr>
          <w:rFonts w:ascii="Gentium Plus" w:hAnsi="Gentium Plus"/>
          <w:sz w:val="24"/>
        </w:rPr>
        <w:t>ἐν ταῖς Ἄλπεσι φεύγοντες ὑπὸ Σηκουανῶν.</w:t>
      </w:r>
    </w:p>
    <w:p>
      <w:r>
        <w:rPr>
          <w:rFonts w:ascii="Courier New" w:hAnsi="Courier New"/>
          <w:color w:val="555555"/>
          <w:sz w:val="20"/>
        </w:rPr>
        <w:t>[Mar . 25 . 1]</w:t>
      </w:r>
    </w:p>
    <w:p>
      <w:r>
        <w:rPr>
          <w:rFonts w:ascii="Gentium Plus" w:hAnsi="Gentium Plus"/>
          <w:sz w:val="24"/>
        </w:rPr>
        <w:t>Ὡς δ’ ἀπηγγέλθη ταῦτα τοῖς Κίμβροις, εὐθὺς ἐξ ἀρχῆς ἐχώρουν ἐπὶ τὸν Μάριον, ἡσυχάζοντα καὶ διαφυ‐</w:t>
      </w:r>
    </w:p>
    <w:p>
      <w:r>
        <w:rPr>
          <w:rFonts w:ascii="Courier New" w:hAnsi="Courier New"/>
          <w:color w:val="555555"/>
          <w:sz w:val="20"/>
        </w:rPr>
        <w:t>[Mar . 25 . 2]</w:t>
      </w:r>
    </w:p>
    <w:p>
      <w:r>
        <w:rPr>
          <w:rFonts w:ascii="Gentium Plus" w:hAnsi="Gentium Plus"/>
          <w:sz w:val="24"/>
        </w:rPr>
        <w:t>λάττοντα τὸ στρατόπεδον. λέγεται δ’ εἰς ἐκείνην τὴν μάχην πρῶτον ὑπὸ Μαρίου καινοτομηθῆναι τὸ περὶ τοὺς</w:t>
      </w:r>
    </w:p>
    <w:p>
      <w:r>
        <w:rPr>
          <w:rFonts w:ascii="Courier New" w:hAnsi="Courier New"/>
          <w:color w:val="555555"/>
          <w:sz w:val="20"/>
        </w:rPr>
        <w:t>[Mar . 25 . 3]</w:t>
      </w:r>
    </w:p>
    <w:p>
      <w:r>
        <w:rPr>
          <w:rFonts w:ascii="Gentium Plus" w:hAnsi="Gentium Plus"/>
          <w:sz w:val="24"/>
        </w:rPr>
        <w:t>ὑσσούς. τὸ γὰρ εἰς τὸν σίδηρον ἔμβλημα τοῦ ξύλου πρό‐ τερον μὲν ἦν δυσὶ περόναις κατειλημμένον σιδηραῖς, τότε δ’ ὁ Μάριος τὴν μὲν ὥσπερ εἶχεν εἴασε, τὴν δ’ ἑτέραν ἐξ‐ ελὼν ξύλινον ἧλον εὔθραυστον ἀντ’ αὐτῆς ἐνέβαλε, τεχ‐</w:t>
      </w:r>
    </w:p>
    <w:p>
      <w:r>
        <w:rPr>
          <w:rFonts w:ascii="Courier New" w:hAnsi="Courier New"/>
          <w:color w:val="555555"/>
          <w:sz w:val="20"/>
        </w:rPr>
        <w:t>[5]</w:t>
      </w:r>
    </w:p>
    <w:p>
      <w:r>
        <w:rPr>
          <w:rFonts w:ascii="Gentium Plus" w:hAnsi="Gentium Plus"/>
          <w:sz w:val="24"/>
        </w:rPr>
        <w:t>νάζων προσπεσόντα τὸν ὑσσὸν τῷ θυρεῷ τοῦ πολεμίου μὴ μένειν ὀρθόν, ἀλλὰ τοῦ ξυλίνου κλασθέντος ἥλου καμπὴν γίνεσθαι περὶ τὸν σίδηρον καὶ παρέλκεσθαι τὸ δόρυ, διὰ τὴν στρεβλότητα τῆς αἰχμῆς ἐνεχόμενον.</w:t>
      </w:r>
    </w:p>
    <w:p>
      <w:r>
        <w:rPr>
          <w:rFonts w:ascii="Courier New" w:hAnsi="Courier New"/>
          <w:color w:val="555555"/>
          <w:sz w:val="20"/>
        </w:rPr>
        <w:t>[Mar . 25 . 4]</w:t>
      </w:r>
    </w:p>
    <w:p>
      <w:r>
        <w:rPr>
          <w:rFonts w:ascii="Gentium Plus" w:hAnsi="Gentium Plus"/>
          <w:sz w:val="24"/>
        </w:rPr>
        <w:t>Βοιῶριξ δ’ ὁ τῶν Κίμβρων βασιλεὺς ὀλιγοστὸς προσ‐ ιππεύσας τῷ στρατοπέδῳ, προὐκαλεῖτο τὸν Μάριον ἡμέ‐ ραν ὁρίσαντα καὶ τόπον προελθεῖν καὶ διαγωνίσασθαι</w:t>
      </w:r>
    </w:p>
    <w:p>
      <w:r>
        <w:rPr>
          <w:rFonts w:ascii="Courier New" w:hAnsi="Courier New"/>
          <w:color w:val="555555"/>
          <w:sz w:val="20"/>
        </w:rPr>
        <w:t>[Mar . 25 . 5]</w:t>
      </w:r>
    </w:p>
    <w:p>
      <w:r>
        <w:rPr>
          <w:rFonts w:ascii="Gentium Plus" w:hAnsi="Gentium Plus"/>
          <w:sz w:val="24"/>
        </w:rPr>
        <w:t>περὶ τῆς χώρας. τοῦ δὲ Μαρίου φήσαντος οὐδέποτε Ῥωμαίους συμβούλοις κεχρῆσθαι περὶ μάχης τοῖς πολε‐ μίοις, οὐ μὴν ἀλλὰ καὶ χαριεῖσθαι τοῦτο Κίμβροις, ἡμέραν μὲν ἔθεντο τὴν ἀπ’ ἐκείνης τρίτην, χώραν δὲ τὸ πεδίον τὸ</w:t>
      </w:r>
    </w:p>
    <w:p>
      <w:r>
        <w:rPr>
          <w:rFonts w:ascii="Courier New" w:hAnsi="Courier New"/>
          <w:color w:val="555555"/>
          <w:sz w:val="20"/>
        </w:rPr>
        <w:t>[5]</w:t>
      </w:r>
    </w:p>
    <w:p>
      <w:r>
        <w:rPr>
          <w:rFonts w:ascii="Gentium Plus" w:hAnsi="Gentium Plus"/>
          <w:sz w:val="24"/>
        </w:rPr>
        <w:t>περὶ Βερκέλλας, Ῥωμαίοις μὲν ἐπιτήδειον ἐνιππάσασθαι,</w:t>
      </w:r>
    </w:p>
    <w:p>
      <w:r>
        <w:rPr>
          <w:rFonts w:ascii="Courier New" w:hAnsi="Courier New"/>
          <w:color w:val="555555"/>
          <w:sz w:val="20"/>
        </w:rPr>
        <w:t>[Mar . 25 . 6]</w:t>
      </w:r>
    </w:p>
    <w:p>
      <w:r>
        <w:rPr>
          <w:rFonts w:ascii="Gentium Plus" w:hAnsi="Gentium Plus"/>
          <w:sz w:val="24"/>
        </w:rPr>
        <w:t>τῶν δ’ ἀνάχυσιν τῷ πλήθει παρασχεῖν. τηρήσαντες οὖν τὸν ὡρισμένον χρόνον ἀντιπαρετάσσοντο, Κάτλος μὲν ἔχων δισμυρίους καὶ τριακοσίους στρατιώτας, οἱ δὲ Μα‐ ρίου δισχίλιοι μὲν ἐπὶ τρισμυρίοις ἐγένοντο, περιέσχον</w:t>
      </w:r>
    </w:p>
    <w:p>
      <w:r>
        <w:rPr>
          <w:rFonts w:ascii="Courier New" w:hAnsi="Courier New"/>
          <w:color w:val="555555"/>
          <w:sz w:val="20"/>
        </w:rPr>
        <w:t>[5]</w:t>
      </w:r>
    </w:p>
    <w:p>
      <w:r>
        <w:rPr>
          <w:rFonts w:ascii="Gentium Plus" w:hAnsi="Gentium Plus"/>
          <w:sz w:val="24"/>
        </w:rPr>
        <w:t>δὲ τὸν Κάτλον ἐν μέσῳ, νεμηθέντες εἰς ἑκάτερον κέρας, ὡς Σύλλας, ἠγωνισμένος ἐκείνην τὴν μάχην, γέγραφε</w:t>
      </w:r>
    </w:p>
    <w:p>
      <w:r>
        <w:rPr>
          <w:rFonts w:ascii="Courier New" w:hAnsi="Courier New"/>
          <w:color w:val="555555"/>
          <w:sz w:val="20"/>
        </w:rPr>
        <w:t>[Mar . 25 . 7]</w:t>
      </w:r>
    </w:p>
    <w:p>
      <w:r>
        <w:rPr>
          <w:rFonts w:ascii="Gentium Plus" w:hAnsi="Gentium Plus"/>
          <w:sz w:val="24"/>
        </w:rPr>
        <w:t>(HRR I2 196). καί φησι τὸν Μάριον ἐλπίσαντα τοῖς ἄκροις μάλιστα καὶ κατὰ κέρας συμπεσεῖν τὰς φάλαγγας, ὅπως ἴδιος ἡ νίκη τῶν ἐκείνου στρατιωτῶν γένοιτο, καὶ μὴ μετάσχοι τοῦ ἀγῶνος ὁ Κάτλος μηδὲ προσμείξειε τοῖς</w:t>
      </w:r>
    </w:p>
    <w:p>
      <w:r>
        <w:rPr>
          <w:rFonts w:ascii="Courier New" w:hAnsi="Courier New"/>
          <w:color w:val="555555"/>
          <w:sz w:val="20"/>
        </w:rPr>
        <w:t>[5]</w:t>
      </w:r>
    </w:p>
    <w:p>
      <w:r>
        <w:rPr>
          <w:rFonts w:ascii="Gentium Plus" w:hAnsi="Gentium Plus"/>
          <w:sz w:val="24"/>
        </w:rPr>
        <w:t>πολεμίοις, κόλπωμα τῶν μέσων ὥσπερ εἴωθεν ἐν μεγά‐ λοις μετώποις λαμβανόντων, οὕτω διαστῆσαι τὰς δυνά‐</w:t>
      </w:r>
    </w:p>
    <w:p>
      <w:r>
        <w:rPr>
          <w:rFonts w:ascii="Courier New" w:hAnsi="Courier New"/>
          <w:color w:val="555555"/>
          <w:sz w:val="20"/>
        </w:rPr>
        <w:t>[Mar . 25 . 8]</w:t>
      </w:r>
    </w:p>
    <w:p>
      <w:r>
        <w:rPr>
          <w:rFonts w:ascii="Gentium Plus" w:hAnsi="Gentium Plus"/>
          <w:sz w:val="24"/>
        </w:rPr>
        <w:t>μεις· ὅμοια δὲ καὶ τὸν Κάτλον αὐτὸν (HRR I2 191) ἀπο‐ λογεῖσθαι περὶ τούτων ἱστοροῦσι, πολλὴν κατηγοροῦντα</w:t>
      </w:r>
    </w:p>
    <w:p>
      <w:r>
        <w:rPr>
          <w:rFonts w:ascii="Courier New" w:hAnsi="Courier New"/>
          <w:color w:val="555555"/>
          <w:sz w:val="20"/>
        </w:rPr>
        <w:t>[Mar . 25 . 9]</w:t>
      </w:r>
    </w:p>
    <w:p>
      <w:r>
        <w:rPr>
          <w:rFonts w:ascii="Gentium Plus" w:hAnsi="Gentium Plus"/>
          <w:sz w:val="24"/>
        </w:rPr>
        <w:t>τοῦ Μαρίου κακοήθειαν πρὸς αὐτόν. τοῖς δὲ Κίμβροις τὸ μὲν πεζὸν ἐκ τῶν ἐρυμάτων καθ’ ἡσυχίαν προῄει, βάθος ἴσον τῷ μετώπῳ ποιούμενον· ἑκάστη γὰρ ἐπέσχε</w:t>
      </w:r>
    </w:p>
    <w:p>
      <w:r>
        <w:rPr>
          <w:rFonts w:ascii="Courier New" w:hAnsi="Courier New"/>
          <w:color w:val="555555"/>
          <w:sz w:val="20"/>
        </w:rPr>
        <w:t>[Mar . 25 . 10]</w:t>
      </w:r>
    </w:p>
    <w:p>
      <w:r>
        <w:rPr>
          <w:rFonts w:ascii="Gentium Plus" w:hAnsi="Gentium Plus"/>
          <w:sz w:val="24"/>
        </w:rPr>
        <w:t>πλευρὰ σταδίους τριάκοντα τῆς παρατάξεως· οἱ δ’ ἱπ‐ πεῖς μύριοι καὶ πεντακισχίλιοι τὸ πλῆθος ὄντες ἐξήλα‐ σαν λαμπροί, κράνη μὲν εἰκασμένα θηρίων φοβερῶν χάσμασι καὶ προτομαῖς ἰδιομόρφοις ἔχοντες, ἃς ἐπαιρό‐</w:t>
      </w:r>
    </w:p>
    <w:p>
      <w:r>
        <w:rPr>
          <w:rFonts w:ascii="Courier New" w:hAnsi="Courier New"/>
          <w:color w:val="555555"/>
          <w:sz w:val="20"/>
        </w:rPr>
        <w:t>[5]</w:t>
      </w:r>
    </w:p>
    <w:p>
      <w:r>
        <w:rPr>
          <w:rFonts w:ascii="Gentium Plus" w:hAnsi="Gentium Plus"/>
          <w:sz w:val="24"/>
        </w:rPr>
        <w:t>μενοι λόφοις πτερωτοῖς εἰς ὕψος ἐφαίνοντο μείζους, θώ‐ ραξι δὲ κεκοσμημένοι σιδηροῖς, θυρεοῖς δὲ λευκοῖς στίλ‐</w:t>
      </w:r>
    </w:p>
    <w:p>
      <w:r>
        <w:rPr>
          <w:rFonts w:ascii="Courier New" w:hAnsi="Courier New"/>
          <w:color w:val="555555"/>
          <w:sz w:val="20"/>
        </w:rPr>
        <w:t>[Mar . 25 . 11]</w:t>
      </w:r>
    </w:p>
    <w:p>
      <w:r>
        <w:rPr>
          <w:rFonts w:ascii="Gentium Plus" w:hAnsi="Gentium Plus"/>
          <w:sz w:val="24"/>
        </w:rPr>
        <w:t>βοντες. ἀκόντισμα δ’ ἦν ἑκάστῳ διβολία, συμπεσόντες δὲ μεγάλαις ἐχρῶντο καὶ βαρείαις μαχαίραις.</w:t>
      </w:r>
    </w:p>
    <w:p>
      <w:r>
        <w:rPr>
          <w:rFonts w:ascii="Courier New" w:hAnsi="Courier New"/>
          <w:color w:val="555555"/>
          <w:sz w:val="20"/>
        </w:rPr>
        <w:t>[Mar . 26 . 1]</w:t>
      </w:r>
    </w:p>
    <w:p>
      <w:r>
        <w:rPr>
          <w:rFonts w:ascii="Gentium Plus" w:hAnsi="Gentium Plus"/>
          <w:sz w:val="24"/>
        </w:rPr>
        <w:t>Τότε δ’ οὐχὶ κατὰ στόμα προσεφέροντο τοῖς Ῥω‐ μαίοις, ἀλλ’ ἐκκλίνοντες ἐπὶ δεξιὰ ὑπῆγον αὑτοὺς κατὰ μικρόν, ἐμβάλλοντες εἰς τὸ μέσον αὐτῶν τε καὶ τῶν</w:t>
      </w:r>
    </w:p>
    <w:p>
      <w:r>
        <w:rPr>
          <w:rFonts w:ascii="Courier New" w:hAnsi="Courier New"/>
          <w:color w:val="555555"/>
          <w:sz w:val="20"/>
        </w:rPr>
        <w:t>[Mar . 26 . 2]</w:t>
      </w:r>
    </w:p>
    <w:p>
      <w:r>
        <w:rPr>
          <w:rFonts w:ascii="Gentium Plus" w:hAnsi="Gentium Plus"/>
          <w:sz w:val="24"/>
        </w:rPr>
        <w:t>πεζῶν ἐξ ἀριστερᾶς παρατεταγμένων. καὶ συνεῖδον μὲν οἱ τῶν Ῥωμαίων στρατηγοὶ τὸν δόλον, ἐπισχεῖν δὲ τοὺς στρατιώτας οὐκ ἔφθησαν, ἀλλ’ ἑνὸς ἐκβοήσαντος, ὅτι φεύγουσιν οἱ πολέμιοι, πάντες ὥρμησαν διώκειν. καὶ τὸ</w:t>
      </w:r>
    </w:p>
    <w:p>
      <w:r>
        <w:rPr>
          <w:rFonts w:ascii="Courier New" w:hAnsi="Courier New"/>
          <w:color w:val="555555"/>
          <w:sz w:val="20"/>
        </w:rPr>
        <w:t>[5]</w:t>
      </w:r>
    </w:p>
    <w:p>
      <w:r>
        <w:rPr>
          <w:rFonts w:ascii="Gentium Plus" w:hAnsi="Gentium Plus"/>
          <w:sz w:val="24"/>
        </w:rPr>
        <w:t>πεζὸν ἐν τούτῳ τῶν βαρβάρων ἐπῄει καθάπερ πέλαγος</w:t>
      </w:r>
    </w:p>
    <w:p>
      <w:r>
        <w:rPr>
          <w:rFonts w:ascii="Courier New" w:hAnsi="Courier New"/>
          <w:color w:val="555555"/>
          <w:sz w:val="20"/>
        </w:rPr>
        <w:t>[Mar . 26 . 3]</w:t>
      </w:r>
    </w:p>
    <w:p>
      <w:r>
        <w:rPr>
          <w:rFonts w:ascii="Gentium Plus" w:hAnsi="Gentium Plus"/>
          <w:sz w:val="24"/>
        </w:rPr>
        <w:t>ἀχανὲς κινούμενον. ἐνταῦθα νιψάμενος ὁ Μάριος τὰς χεῖρας καὶ πρὸς τὸν οὐρανὸν ἀνασχών, εὔξατο τοῖς θεοῖς καθ’ ἑκατόμβης· εὔξατο δὲ καὶ Κάτλος ὁμοίως ἀνασχὼν τὰς χεῖρας καθιερώσειν τὴν τύχην τῆς ἡμέρας ἐκείνης.</w:t>
      </w:r>
    </w:p>
    <w:p>
      <w:r>
        <w:rPr>
          <w:rFonts w:ascii="Courier New" w:hAnsi="Courier New"/>
          <w:color w:val="555555"/>
          <w:sz w:val="20"/>
        </w:rPr>
        <w:t>[Mar . 26 . 4]</w:t>
      </w:r>
    </w:p>
    <w:p>
      <w:r>
        <w:rPr>
          <w:rFonts w:ascii="Gentium Plus" w:hAnsi="Gentium Plus"/>
          <w:sz w:val="24"/>
        </w:rPr>
        <w:t>τὸν δὲ Μάριον καὶ θύσαντα λέγεται, τῶν ἱερῶν αὐτῷ δειχθέντων, μέγα φθεγξάμενον εἰπεῖν· „ἐμὴ 〈ἡ〉 νίκη.“</w:t>
      </w:r>
    </w:p>
    <w:p>
      <w:r>
        <w:rPr>
          <w:rFonts w:ascii="Courier New" w:hAnsi="Courier New"/>
          <w:color w:val="555555"/>
          <w:sz w:val="20"/>
        </w:rPr>
        <w:t>[Mar . 26 . 5]</w:t>
      </w:r>
    </w:p>
    <w:p>
      <w:r>
        <w:rPr>
          <w:rFonts w:ascii="Gentium Plus" w:hAnsi="Gentium Plus"/>
          <w:sz w:val="24"/>
        </w:rPr>
        <w:t>γενομένης δὲ τῆς ἐφόδου πρᾶγμα νεμεσητὸν παθεῖν τὸν Μάριον οἱ περὶ Σύλλαν ἱστοροῦσι· κονιορτοῦ γὰρ ἀρ‐ θέντος οἷον εἰκὸς ἀπλέτου καὶ τῶν στρατοπέδων ἀπο‐ κεκρυμμένων, ἐκεῖνον μέν, ὡς τὸ πρῶτον ὥρμησε πρὸς</w:t>
      </w:r>
    </w:p>
    <w:p>
      <w:r>
        <w:rPr>
          <w:rFonts w:ascii="Courier New" w:hAnsi="Courier New"/>
          <w:color w:val="555555"/>
          <w:sz w:val="20"/>
        </w:rPr>
        <w:t>[5]</w:t>
      </w:r>
    </w:p>
    <w:p>
      <w:r>
        <w:rPr>
          <w:rFonts w:ascii="Gentium Plus" w:hAnsi="Gentium Plus"/>
          <w:sz w:val="24"/>
        </w:rPr>
        <w:t>τὴν δίωξιν, ἐπισπασάμενον τὴν δύναμιν ἀστοχῆσαι τῶν πολεμίων, καὶ παρενεχθέντα τῆς φάλαγγος ἐν τῷ πεδίῳ</w:t>
      </w:r>
    </w:p>
    <w:p>
      <w:r>
        <w:rPr>
          <w:rFonts w:ascii="Courier New" w:hAnsi="Courier New"/>
          <w:color w:val="555555"/>
          <w:sz w:val="20"/>
        </w:rPr>
        <w:t>[Mar . 26 . 6]</w:t>
      </w:r>
    </w:p>
    <w:p>
      <w:r>
        <w:rPr>
          <w:rFonts w:ascii="Gentium Plus" w:hAnsi="Gentium Plus"/>
          <w:sz w:val="24"/>
        </w:rPr>
        <w:t>διαφέρεσθαι πολὺν χρόνον· τῷ δὲ Κάτλῳ τοὺς βαρβά‐ ρους ἀπὸ τύχης συρραγῆναι, καὶ γενέσθαι τὸν ἀγῶνα κατ’ ἐκεῖνον καὶ τοὺς ἐκείνου μάλιστα στρατιώτας, ἐν οἷς</w:t>
      </w:r>
    </w:p>
    <w:p>
      <w:r>
        <w:rPr>
          <w:rFonts w:ascii="Courier New" w:hAnsi="Courier New"/>
          <w:color w:val="555555"/>
          <w:sz w:val="20"/>
        </w:rPr>
        <w:t>[Mar . 26 . 7]</w:t>
      </w:r>
    </w:p>
    <w:p>
      <w:r>
        <w:rPr>
          <w:rFonts w:ascii="Gentium Plus" w:hAnsi="Gentium Plus"/>
          <w:sz w:val="24"/>
        </w:rPr>
        <w:t>αὐτὸς ὁ Σύλλας τετάχθαι φησί (HRR I2 197)· συναγω‐ νίσασθαι δὲ τοῖς Ῥωμαίοις τὸ καῦμα καὶ τὸν ἥλιον ἀντι‐</w:t>
      </w:r>
    </w:p>
    <w:p>
      <w:r>
        <w:rPr>
          <w:rFonts w:ascii="Courier New" w:hAnsi="Courier New"/>
          <w:color w:val="555555"/>
          <w:sz w:val="20"/>
        </w:rPr>
        <w:t>[Mar . 26 . 8]</w:t>
      </w:r>
    </w:p>
    <w:p>
      <w:r>
        <w:rPr>
          <w:rFonts w:ascii="Gentium Plus" w:hAnsi="Gentium Plus"/>
          <w:sz w:val="24"/>
        </w:rPr>
        <w:t>λάμποντα τοῖς Κίμβροις. δεινοὶ γὰρ ὄντες ὑπομεῖναι κρύη καὶ τόποις ἐντεθραμμένοι σκιεροῖς ὡς λέλεκται (11, 9) καὶ ψυχροῖς, ἀνετρέποντο πρὸς τὸ θάλπος, ἱδρῶτά τε μετ’ ἄσθματος πολὺν ἐκ τῶν σωμάτων ἀφιέντες, καὶ τοὺς θυ‐</w:t>
      </w:r>
    </w:p>
    <w:p>
      <w:r>
        <w:rPr>
          <w:rFonts w:ascii="Courier New" w:hAnsi="Courier New"/>
          <w:color w:val="555555"/>
          <w:sz w:val="20"/>
        </w:rPr>
        <w:t>[5]</w:t>
      </w:r>
    </w:p>
    <w:p>
      <w:r>
        <w:rPr>
          <w:rFonts w:ascii="Gentium Plus" w:hAnsi="Gentium Plus"/>
          <w:sz w:val="24"/>
        </w:rPr>
        <w:t>ρεοὺς προβαλλόμενοι πρὸ τῶν προσώπων, ἅτε δὴ καὶ μετὰ τροπὰς θέρους τῆς μάχης γενομένης, ἃς ἄγουσι Ῥω‐ μαῖοι πρὸ τριῶν ἡμερῶν τῆς νουμηνίας τοῦ νῦν μὲν</w:t>
      </w:r>
    </w:p>
    <w:p>
      <w:r>
        <w:rPr>
          <w:rFonts w:ascii="Courier New" w:hAnsi="Courier New"/>
          <w:color w:val="555555"/>
          <w:sz w:val="20"/>
        </w:rPr>
        <w:t>[Mar . 26 . 9]</w:t>
      </w:r>
    </w:p>
    <w:p>
      <w:r>
        <w:rPr>
          <w:rFonts w:ascii="Gentium Plus" w:hAnsi="Gentium Plus"/>
          <w:sz w:val="24"/>
        </w:rPr>
        <w:t>Αὐγούστου, τότε δὲ Σεξτιλίου μηνός. ὤνησε δὲ καὶ πρὸς τὸ θαρρεῖν ὁ κονιορτός, ἀποκρύψας τοὺς πολεμίους· οὐ γὰρ κατεῖδον ἐκ πολλοῦ τὸ πλῆθος αὐτῶν, ἀλλὰ δρόμῳ τοῖς καθ’ αὑτοὺς ἕκαστοι προσμείξαντες, ἐν χερσὶν ἦσαν</w:t>
      </w:r>
    </w:p>
    <w:p>
      <w:r>
        <w:rPr>
          <w:rFonts w:ascii="Courier New" w:hAnsi="Courier New"/>
          <w:color w:val="555555"/>
          <w:sz w:val="20"/>
        </w:rPr>
        <w:t>[Mar . 26 . 10]</w:t>
      </w:r>
    </w:p>
    <w:p>
      <w:r>
        <w:rPr>
          <w:rFonts w:ascii="Gentium Plus" w:hAnsi="Gentium Plus"/>
          <w:sz w:val="24"/>
        </w:rPr>
        <w:t>ὑπὸ τῆς ὄψεως μὴ προεκφοβηθέντες. οὕτω δ’ ἦσαν διά‐ πονοι τὰ σώματα καὶ κατηθληκότες, ὡς μήθ’ ἱδροῦντά τινα μήτ’ ἀσθμαίνοντα Ῥωμαίων ὀφθῆναι, διὰ πνίγους τοσούτου καὶ μετὰ δρόμου τῆς συρράξεως γενομένης, ὡς</w:t>
      </w:r>
    </w:p>
    <w:p>
      <w:r>
        <w:rPr>
          <w:rFonts w:ascii="Courier New" w:hAnsi="Courier New"/>
          <w:color w:val="555555"/>
          <w:sz w:val="20"/>
        </w:rPr>
        <w:t>[5]</w:t>
      </w:r>
    </w:p>
    <w:p>
      <w:r>
        <w:rPr>
          <w:rFonts w:ascii="Gentium Plus" w:hAnsi="Gentium Plus"/>
          <w:sz w:val="24"/>
        </w:rPr>
        <w:t>τὸν Κάτλον αὐτὸν ἱστορεῖν (HRR I2 191) λέγουσι μεγα‐ λύνοντα τοὺς στρατιώτας.</w:t>
      </w:r>
    </w:p>
    <w:p>
      <w:r>
        <w:rPr>
          <w:rFonts w:ascii="Courier New" w:hAnsi="Courier New"/>
          <w:color w:val="555555"/>
          <w:sz w:val="20"/>
        </w:rPr>
        <w:t>[Mar . 27 . 1]</w:t>
      </w:r>
    </w:p>
    <w:p>
      <w:r>
        <w:rPr>
          <w:rFonts w:ascii="Gentium Plus" w:hAnsi="Gentium Plus"/>
          <w:sz w:val="24"/>
        </w:rPr>
        <w:t>Τὸ μὲν οὖν πλεῖστον μέρος καὶ μαχιμώτατον τῶν πολεμίων αὐτοῦ κατεκόπη· καὶ γὰρ ἦσαν ὑπὲρ τοῦ μὴ διασπᾶσθαι τὴν τάξιν οἱ πρόμαχοι μακραῖς ἁλύσεσι πρὸς ἀλλήλους συνεχόμενοι, διὰ τῶν ζωστήρων ἀναδεδεμέναις·</w:t>
      </w:r>
    </w:p>
    <w:p>
      <w:r>
        <w:rPr>
          <w:rFonts w:ascii="Courier New" w:hAnsi="Courier New"/>
          <w:color w:val="555555"/>
          <w:sz w:val="20"/>
        </w:rPr>
        <w:t>[Mar . 27 . 2]</w:t>
      </w:r>
    </w:p>
    <w:p>
      <w:r>
        <w:rPr>
          <w:rFonts w:ascii="Gentium Plus" w:hAnsi="Gentium Plus"/>
          <w:sz w:val="24"/>
        </w:rPr>
        <w:t>τοὺς δὲ φεύγοντας ὤσαντες πρὸς τὸ χαράκωμα, τραγι‐ κωτάτοις ἐνετύγχανον πάθεσιν. αἱ γὰρ γυναῖκες ἐπὶ τῶν ἁμαξῶν μελανείμονες ἐφεστῶσαι, τούς τε φεύγοντας ἔκτεινον, αἱ μὲν ἄνδρας, αἱ δ’ ἀδελφούς, αἱ δὲ πατέρας, καὶ</w:t>
      </w:r>
    </w:p>
    <w:p>
      <w:r>
        <w:rPr>
          <w:rFonts w:ascii="Courier New" w:hAnsi="Courier New"/>
          <w:color w:val="555555"/>
          <w:sz w:val="20"/>
        </w:rPr>
        <w:t>[5]</w:t>
      </w:r>
    </w:p>
    <w:p>
      <w:r>
        <w:rPr>
          <w:rFonts w:ascii="Gentium Plus" w:hAnsi="Gentium Plus"/>
          <w:sz w:val="24"/>
        </w:rPr>
        <w:t>τὰ νήπια τῶν τέκνων ἀπάγχουσαι ταῖς χερσὶν ἐρρίπτουν ὑπὸ τοὺς τροχοὺς καὶ τοὺς πόδας τῶν ὑποζυγίων, αὑτὰς</w:t>
      </w:r>
    </w:p>
    <w:p>
      <w:r>
        <w:rPr>
          <w:rFonts w:ascii="Courier New" w:hAnsi="Courier New"/>
          <w:color w:val="555555"/>
          <w:sz w:val="20"/>
        </w:rPr>
        <w:t>[Mar . 27 . 3]</w:t>
      </w:r>
    </w:p>
    <w:p>
      <w:r>
        <w:rPr>
          <w:rFonts w:ascii="Gentium Plus" w:hAnsi="Gentium Plus"/>
          <w:sz w:val="24"/>
        </w:rPr>
        <w:t>δ’ ἀπέσφαττον. μίαν δέ φασιν ἐξ ἄκρου ῥυμοῦ κρεμαμένην</w:t>
      </w:r>
    </w:p>
    <w:p>
      <w:r>
        <w:rPr>
          <w:rFonts w:ascii="Courier New" w:hAnsi="Courier New"/>
          <w:color w:val="555555"/>
          <w:sz w:val="20"/>
        </w:rPr>
        <w:t>[Mar . 27 . 4]</w:t>
      </w:r>
    </w:p>
    <w:p>
      <w:r>
        <w:rPr>
          <w:rFonts w:ascii="Gentium Plus" w:hAnsi="Gentium Plus"/>
          <w:sz w:val="24"/>
        </w:rPr>
        <w:t>ρωθεν ἠρτῆσθαι· τοὺς δ’ ἄνδρας ἀπορίᾳ δένδρων τοῖς κέρασι τῶν βοῶν, τοὺς δὲ τοῖς σκέλεσι προσδεῖν τοὺς αὑτῶν τραχήλους, εἶτα κέντρα προσφέροντας ἐξαλλο‐ μένων τῶν βοῶν ἐφελκομένους καὶ πατουμένους ἀπόλλυ‐</w:t>
      </w:r>
    </w:p>
    <w:p>
      <w:r>
        <w:rPr>
          <w:rFonts w:ascii="Courier New" w:hAnsi="Courier New"/>
          <w:color w:val="555555"/>
          <w:sz w:val="20"/>
        </w:rPr>
        <w:t>[Mar . 27 . 5]</w:t>
      </w:r>
    </w:p>
    <w:p>
      <w:r>
        <w:rPr>
          <w:rFonts w:ascii="Gentium Plus" w:hAnsi="Gentium Plus"/>
          <w:sz w:val="24"/>
        </w:rPr>
        <w:t>σθαι. πλὴν καίπερ οὕτως αὐτῶν διαφθαρέντων, ἑάλωσαν ὑπὲρ ἓξ μυριάδας· αἱ δὲ τῶν πεσόντων ἐλέγοντο δὶς τοσαῦται γενέσθαι.</w:t>
      </w:r>
    </w:p>
    <w:p>
      <w:r>
        <w:rPr>
          <w:rFonts w:ascii="Courier New" w:hAnsi="Courier New"/>
          <w:color w:val="555555"/>
          <w:sz w:val="20"/>
        </w:rPr>
        <w:t>[Mar . 27 . 6]</w:t>
      </w:r>
    </w:p>
    <w:p>
      <w:r>
        <w:rPr>
          <w:rFonts w:ascii="Gentium Plus" w:hAnsi="Gentium Plus"/>
          <w:sz w:val="24"/>
        </w:rPr>
        <w:t>Τὰ μὲν οὖν χρήματα διήρπασαν οἱ Μαρίου στρατιῶται, τὰ δὲ λάφυρα καὶ τὰς σημαίας καὶ τὰς σάλπιγγας εἰς τὸ Κάτλου στρατόπεδον ἀνενεχθῆναι λέγουσιν· ᾧ καὶ μά‐ λιστα τεκμηρίῳ χρῆσθαι τὸν Κάτλον (HRR I2 191), ὡς</w:t>
      </w:r>
    </w:p>
    <w:p>
      <w:r>
        <w:rPr>
          <w:rFonts w:ascii="Courier New" w:hAnsi="Courier New"/>
          <w:color w:val="555555"/>
          <w:sz w:val="20"/>
        </w:rPr>
        <w:t>[Mar . 27 . 7]</w:t>
      </w:r>
    </w:p>
    <w:p>
      <w:r>
        <w:rPr>
          <w:rFonts w:ascii="Gentium Plus" w:hAnsi="Gentium Plus"/>
          <w:sz w:val="24"/>
        </w:rPr>
        <w:t>κατ’ αὐτὸν ἡ νίκη γένοιτο. καὶ μέντοι καὶ τοῖς στρατιώταις ὡς ἔοικεν ἐμπεσούσης ἔριδος, ᾑρέθησαν οἷον διαιτηταὶ πρέσβεις Παρμητῶν παρόντες, οὓς οἱ Κάτλου διὰ τῶν πολεμίων νεκρῶν ἄγοντες ἐπεδείκνυντο τοῖς ἑαυτῶν ὑσ‐</w:t>
      </w:r>
    </w:p>
    <w:p>
      <w:r>
        <w:rPr>
          <w:rFonts w:ascii="Courier New" w:hAnsi="Courier New"/>
          <w:color w:val="555555"/>
          <w:sz w:val="20"/>
        </w:rPr>
        <w:t>[5]</w:t>
      </w:r>
    </w:p>
    <w:p>
      <w:r>
        <w:rPr>
          <w:rFonts w:ascii="Gentium Plus" w:hAnsi="Gentium Plus"/>
          <w:sz w:val="24"/>
        </w:rPr>
        <w:t>σοῖς διαπεπαρμένους· γνώριμοι δ’ ἦσαν ὑπὸ γραμμάτων, τοὔνομα τοῦ Κάτλου παρὰ τὸ ξύλον αὐτῶν ἐγχαράξαν‐</w:t>
      </w:r>
    </w:p>
    <w:p>
      <w:r>
        <w:rPr>
          <w:rFonts w:ascii="Courier New" w:hAnsi="Courier New"/>
          <w:color w:val="555555"/>
          <w:sz w:val="20"/>
        </w:rPr>
        <w:t>[Mar . 27 . 8]</w:t>
      </w:r>
    </w:p>
    <w:p>
      <w:r>
        <w:rPr>
          <w:rFonts w:ascii="Gentium Plus" w:hAnsi="Gentium Plus"/>
          <w:sz w:val="24"/>
        </w:rPr>
        <w:t>τος. οὐ μὴν ἀλλὰ τῷ Μαρίῳ προσετίθετο σύμπαν τὸ ἔργον, ἥ τε προτέρα νίκη καὶ τὸ πρόσχημα τῆς ἀρχῆς.</w:t>
      </w:r>
    </w:p>
    <w:p>
      <w:r>
        <w:rPr>
          <w:rFonts w:ascii="Courier New" w:hAnsi="Courier New"/>
          <w:color w:val="555555"/>
          <w:sz w:val="20"/>
        </w:rPr>
        <w:t>[Mar . 27 . 9]</w:t>
      </w:r>
    </w:p>
    <w:p>
      <w:r>
        <w:rPr>
          <w:rFonts w:ascii="Gentium Plus" w:hAnsi="Gentium Plus"/>
          <w:sz w:val="24"/>
        </w:rPr>
        <w:t>μάλιστα δ’ οἱ πολλοὶ κτίστην τε Ῥώμης τρίτον ἐκεῖνον ἀνηγόρευον, ὡς οὐχ ἥττονα τοῦ Κελτικοῦ τοῦτον ἀπ‐ εωσμένον τὸν κίνδυνον, εὐθυμούμενοί τε μετὰ παίδων καὶ γυναικῶν ἕκαστοι κατ’ οἶκον ἅμα τοῖς θεοῖς καὶ Μαρίῳ</w:t>
      </w:r>
    </w:p>
    <w:p>
      <w:r>
        <w:rPr>
          <w:rFonts w:ascii="Courier New" w:hAnsi="Courier New"/>
          <w:color w:val="555555"/>
          <w:sz w:val="20"/>
        </w:rPr>
        <w:t>[5]</w:t>
      </w:r>
    </w:p>
    <w:p>
      <w:r>
        <w:rPr>
          <w:rFonts w:ascii="Gentium Plus" w:hAnsi="Gentium Plus"/>
          <w:sz w:val="24"/>
        </w:rPr>
        <w:t>δείπνου καὶ λοιβῆς ἀπήρχοντο, καὶ θριαμβεύειν μόνον</w:t>
      </w:r>
    </w:p>
    <w:p>
      <w:r>
        <w:rPr>
          <w:rFonts w:ascii="Courier New" w:hAnsi="Courier New"/>
          <w:color w:val="555555"/>
          <w:sz w:val="20"/>
        </w:rPr>
        <w:t>[Mar . 27 . 10]</w:t>
      </w:r>
    </w:p>
    <w:p>
      <w:r>
        <w:rPr>
          <w:rFonts w:ascii="Gentium Plus" w:hAnsi="Gentium Plus"/>
          <w:sz w:val="24"/>
        </w:rPr>
        <w:t>ἠξίουν ἀμφοτέρους τοὺς θριάμβους. οὐ μὴν ἐθριάμβευσεν οὕτως, ἀλλὰ μετὰ τοῦ Κάτλου, μέτριον ἐπὶ τηλικαύταις εὐτυχίαις βουλόμενος παρέχειν ἑαυτόν, ἔστι δ’ ὅτι καὶ τοὺς στρατιώτας φοβηθείς, παρατεταγμένους εἰ Κάτλος</w:t>
      </w:r>
    </w:p>
    <w:p>
      <w:r>
        <w:rPr>
          <w:rFonts w:ascii="Courier New" w:hAnsi="Courier New"/>
          <w:color w:val="555555"/>
          <w:sz w:val="20"/>
        </w:rPr>
        <w:t>[5]</w:t>
      </w:r>
    </w:p>
    <w:p>
      <w:r>
        <w:rPr>
          <w:rFonts w:ascii="Gentium Plus" w:hAnsi="Gentium Plus"/>
          <w:sz w:val="24"/>
        </w:rPr>
        <w:t>ἀπείργοιτο τῆς τιμῆς μηδ’ ἐκεῖνον ἐᾶν θριαμβεύειν.</w:t>
      </w:r>
    </w:p>
    <w:p>
      <w:r>
        <w:rPr>
          <w:rFonts w:ascii="Courier New" w:hAnsi="Courier New"/>
          <w:color w:val="555555"/>
          <w:sz w:val="20"/>
        </w:rPr>
        <w:t>[Mar . 28 . 1]</w:t>
      </w:r>
    </w:p>
    <w:p>
      <w:r>
        <w:rPr>
          <w:rFonts w:ascii="Gentium Plus" w:hAnsi="Gentium Plus"/>
          <w:sz w:val="24"/>
        </w:rPr>
        <w:t>Πέμπτην μὲν οὖν ὑπατείαν διεῖπε· τῆς δ’ ἕκτης ὡς οὐδ’ εἷς πρώτης ὠρέγετο, θεραπείαις τε τὸν δῆμον ἀνα‐ λαμβάνων καὶ πρὸς χάριν ἐνδιδοὺς τοῖς πολλοῖς, οὐ μόνον παρὰ τὸν ὄγκον καὶ τὸ κοινὸν ἀξίωμα τῆς ἀρχῆς, ἀλλὰ</w:t>
      </w:r>
    </w:p>
    <w:p>
      <w:r>
        <w:rPr>
          <w:rFonts w:ascii="Courier New" w:hAnsi="Courier New"/>
          <w:color w:val="555555"/>
          <w:sz w:val="20"/>
        </w:rPr>
        <w:t>[5]</w:t>
      </w:r>
    </w:p>
    <w:p>
      <w:r>
        <w:rPr>
          <w:rFonts w:ascii="Gentium Plus" w:hAnsi="Gentium Plus"/>
          <w:sz w:val="24"/>
        </w:rPr>
        <w:t>καὶ παρὰ τὴν αὑτοῦ φύσιν ὑγρός τις εἶναι βουλόμενος καὶ</w:t>
      </w:r>
    </w:p>
    <w:p>
      <w:r>
        <w:rPr>
          <w:rFonts w:ascii="Courier New" w:hAnsi="Courier New"/>
          <w:color w:val="555555"/>
          <w:sz w:val="20"/>
        </w:rPr>
        <w:t>[Mar . 28 . 2]</w:t>
      </w:r>
    </w:p>
    <w:p>
      <w:r>
        <w:rPr>
          <w:rFonts w:ascii="Gentium Plus" w:hAnsi="Gentium Plus"/>
          <w:sz w:val="24"/>
        </w:rPr>
        <w:t>δημοτικός, ἥκιστα τοιοῦτος πεφυκώς. ἀλλ’ ἦν ὡς λέ‐ γουσι πρὸς πολιτείαν καὶ τοὺς ἐν ὄχλοις θορύβους ὑπὸ φιλοδοξίας ἀτολμότατος, καὶ τὸ παρὰ τὰς μάχας ἀνέκ‐ πληκτον καὶ στάσιμον ἐν ταῖς ἐκκλησίαις ἀπέλειπεν αὐ‐</w:t>
      </w:r>
    </w:p>
    <w:p>
      <w:r>
        <w:rPr>
          <w:rFonts w:ascii="Courier New" w:hAnsi="Courier New"/>
          <w:color w:val="555555"/>
          <w:sz w:val="20"/>
        </w:rPr>
        <w:t>[5]</w:t>
      </w:r>
    </w:p>
    <w:p>
      <w:r>
        <w:rPr>
          <w:rFonts w:ascii="Gentium Plus" w:hAnsi="Gentium Plus"/>
          <w:sz w:val="24"/>
        </w:rPr>
        <w:t>τόν, ὑπὸ τῶν τυχόντων ἐπαίνων καὶ ψόγων ἐξιστάμενον.</w:t>
      </w:r>
    </w:p>
    <w:p>
      <w:r>
        <w:rPr>
          <w:rFonts w:ascii="Courier New" w:hAnsi="Courier New"/>
          <w:color w:val="555555"/>
          <w:sz w:val="20"/>
        </w:rPr>
        <w:t>[Mar . 28 . 3]</w:t>
      </w:r>
    </w:p>
    <w:p>
      <w:r>
        <w:rPr>
          <w:rFonts w:ascii="Gentium Plus" w:hAnsi="Gentium Plus"/>
          <w:sz w:val="24"/>
        </w:rPr>
        <w:t>καίτοι λέγεται Καμερίνων ἄνδρας ὁμοῦ χιλίους διαπρεπῶς ἀγωνισαμένους ἐν τῷ πολέμῳ δωρησάμενος πολιτείᾳ, δοκοῦντος εἶναι τούτου παρανόμου καί τινων ἐγκαλούντων, εἰπεῖν ὅτι τοῦ νόμου διὰ τὸν τῶν ὅπλων ψόφον οὐ κατ‐</w:t>
      </w:r>
    </w:p>
    <w:p>
      <w:r>
        <w:rPr>
          <w:rFonts w:ascii="Courier New" w:hAnsi="Courier New"/>
          <w:color w:val="555555"/>
          <w:sz w:val="20"/>
        </w:rPr>
        <w:t>[Mar . 28 . 4]</w:t>
      </w:r>
    </w:p>
    <w:p>
      <w:r>
        <w:rPr>
          <w:rFonts w:ascii="Gentium Plus" w:hAnsi="Gentium Plus"/>
          <w:sz w:val="24"/>
        </w:rPr>
        <w:t>ακούσειεν. οὐ μὴν ἀλλὰ μᾶλλον ἔοικεν ἐκπλήσσεσθαι καὶ</w:t>
      </w:r>
    </w:p>
    <w:p>
      <w:r>
        <w:rPr>
          <w:rFonts w:ascii="Courier New" w:hAnsi="Courier New"/>
          <w:color w:val="555555"/>
          <w:sz w:val="20"/>
        </w:rPr>
        <w:t>[Mar . 28 . 5]</w:t>
      </w:r>
    </w:p>
    <w:p>
      <w:r>
        <w:rPr>
          <w:rFonts w:ascii="Gentium Plus" w:hAnsi="Gentium Plus"/>
          <w:sz w:val="24"/>
        </w:rPr>
        <w:t>δεδιέναι τὴν ἐν ταῖς ἐκκλησίαις κραυγήν. ἐν μέν γε τοῖς ὅπλοις ἀξίωμα καὶ δύναμιν εἶχε διὰ τὴν χρείαν, ἐν δὲ τῇ πολιτείᾳ περικοπτόμενος τὰ πρωτεῖα, κατέφευγεν ἐπὶ τὴν τῶν πολλῶν εὔνοιαν καὶ χάριν, ὑπὲρ τοῦ μέγιστος</w:t>
      </w:r>
    </w:p>
    <w:p>
      <w:r>
        <w:rPr>
          <w:rFonts w:ascii="Courier New" w:hAnsi="Courier New"/>
          <w:color w:val="555555"/>
          <w:sz w:val="20"/>
        </w:rPr>
        <w:t>[Mar . 28 . 6]</w:t>
      </w:r>
    </w:p>
    <w:p>
      <w:r>
        <w:rPr>
          <w:rFonts w:ascii="Gentium Plus" w:hAnsi="Gentium Plus"/>
          <w:sz w:val="24"/>
        </w:rPr>
        <w:t>γενέσθαι τὸ βέλτιστος εἶναι προϊέμενος. πᾶσι μὲν οὖν προσέκρουε τοῖς ἀριστοκρατικοῖς, μάλιστα δ’ ὀρρωδῶν τὸν Μέτελλον, ἠχαριστημένον ὑπ’ αὐτοῦ καὶ φύσει δι’ ἀρετὴν ἀληθῆ πολεμοῦντα τοῖς οὐ κατὰ τὸ βέλτιστον</w:t>
      </w:r>
    </w:p>
    <w:p>
      <w:r>
        <w:rPr>
          <w:rFonts w:ascii="Courier New" w:hAnsi="Courier New"/>
          <w:color w:val="555555"/>
          <w:sz w:val="20"/>
        </w:rPr>
        <w:t>[5]</w:t>
      </w:r>
    </w:p>
    <w:p>
      <w:r>
        <w:rPr>
          <w:rFonts w:ascii="Gentium Plus" w:hAnsi="Gentium Plus"/>
          <w:sz w:val="24"/>
        </w:rPr>
        <w:t>ὑποδυομένοις τὰ πλήθη καὶ πρὸς ἡδονὴν δημαγωγοῦσιν,</w:t>
      </w:r>
    </w:p>
    <w:p>
      <w:r>
        <w:rPr>
          <w:rFonts w:ascii="Courier New" w:hAnsi="Courier New"/>
          <w:color w:val="555555"/>
          <w:sz w:val="20"/>
        </w:rPr>
        <w:t>[Mar . 28 . 7]</w:t>
      </w:r>
    </w:p>
    <w:p>
      <w:r>
        <w:rPr>
          <w:rFonts w:ascii="Gentium Plus" w:hAnsi="Gentium Plus"/>
          <w:sz w:val="24"/>
        </w:rPr>
        <w:t>ἐπεβούλευε τῆς πόλεως ἐκβαλεῖν τὸν ἄνδρα. καὶ πρὸς τοῦτο Γλαυκίαν καὶ Σατορνῖνον ἀνθρώπους θρασυτάτους καὶ πλῆθος ἄπορον καὶ θορυβοποιὸν ὑφ’ αὑτοῖς ἔχοντας οἰκειωσάμενος, εἰσέφερε νόμους δι’ αὐτῶν, καὶ τὸ</w:t>
      </w:r>
    </w:p>
    <w:p>
      <w:r>
        <w:rPr>
          <w:rFonts w:ascii="Courier New" w:hAnsi="Courier New"/>
          <w:color w:val="555555"/>
          <w:sz w:val="20"/>
        </w:rPr>
        <w:t>[5]</w:t>
      </w:r>
    </w:p>
    <w:p>
      <w:r>
        <w:rPr>
          <w:rFonts w:ascii="Gentium Plus" w:hAnsi="Gentium Plus"/>
          <w:sz w:val="24"/>
        </w:rPr>
        <w:t>στρατιωτικὸν ἐπάρας κατεμείγνυε ταῖς ἐκκλησίαις καὶ</w:t>
      </w:r>
    </w:p>
    <w:p>
      <w:r>
        <w:rPr>
          <w:rFonts w:ascii="Courier New" w:hAnsi="Courier New"/>
          <w:color w:val="555555"/>
          <w:sz w:val="20"/>
        </w:rPr>
        <w:t>[Mar . 28 . 8]</w:t>
      </w:r>
    </w:p>
    <w:p>
      <w:r>
        <w:rPr>
          <w:rFonts w:ascii="Gentium Plus" w:hAnsi="Gentium Plus"/>
          <w:sz w:val="24"/>
        </w:rPr>
        <w:t>κατεστασίαζε τὸν Μέτελλον. ὡς δὲ Ῥουτίλιος (HRR I2 188) ἱστορεῖ, τὰ μὲν ἄλλα φιλαλήθης ἀνὴρ καὶ χρηστός, ἰδίᾳ δὲ τῷ Μαρίῳ προσκεκρουκώς, ὥς φησι, καὶ τῆς ἕκτης ἔτυχεν ὑπατείας ἀργύριον εἰς τὰς φυλὰς καταβαλὼν πολὺ</w:t>
      </w:r>
    </w:p>
    <w:p>
      <w:r>
        <w:rPr>
          <w:rFonts w:ascii="Courier New" w:hAnsi="Courier New"/>
          <w:color w:val="555555"/>
          <w:sz w:val="20"/>
        </w:rPr>
        <w:t>[5]</w:t>
      </w:r>
    </w:p>
    <w:p>
      <w:r>
        <w:rPr>
          <w:rFonts w:ascii="Gentium Plus" w:hAnsi="Gentium Plus"/>
          <w:sz w:val="24"/>
        </w:rPr>
        <w:t>καὶ πριάμενος τὸ Μέτελλον ἐκκροῦσαι τῆς ἀρχῆς, Οὐαλλέ‐ ριον δὲ Φλάκκον ὑπηρέτην μᾶλλον ἢ συνάρχοντα τῆς</w:t>
      </w:r>
    </w:p>
    <w:p>
      <w:r>
        <w:rPr>
          <w:rFonts w:ascii="Courier New" w:hAnsi="Courier New"/>
          <w:color w:val="555555"/>
          <w:sz w:val="20"/>
        </w:rPr>
        <w:t>[Mar . 28 . 9]</w:t>
      </w:r>
    </w:p>
    <w:p>
      <w:r>
        <w:rPr>
          <w:rFonts w:ascii="Gentium Plus" w:hAnsi="Gentium Plus"/>
          <w:sz w:val="24"/>
        </w:rPr>
        <w:t>ὑπατείας λαβεῖν. οὐδενὶ μέντοι τῶν πρὸ αὐτοῦ πλὴν μόνῳ Κορβίνῳ Οὐαλλερίῳ τοσαύτας ὑπατείας ἔδωκεν ὁ δῆμος, ἀλλ’ ἐκείνῳ μὲν ἀπὸ τῆς πρώτης εἰς τὴν τελευταίαν ἔτη πέντε καὶ τεσσαράκοντα γενέσθαι λέγουσι, Μάριος δὲ</w:t>
      </w:r>
    </w:p>
    <w:p>
      <w:r>
        <w:rPr>
          <w:rFonts w:ascii="Courier New" w:hAnsi="Courier New"/>
          <w:color w:val="555555"/>
          <w:sz w:val="20"/>
        </w:rPr>
        <w:t>[5]</w:t>
      </w:r>
    </w:p>
    <w:p>
      <w:r>
        <w:rPr>
          <w:rFonts w:ascii="Gentium Plus" w:hAnsi="Gentium Plus"/>
          <w:sz w:val="24"/>
        </w:rPr>
        <w:t>μετὰ τὴν πρώτην τὰς πέντε ῥύμῃ μιᾷ τύχης διέδραμε.</w:t>
      </w:r>
    </w:p>
    <w:p>
      <w:r>
        <w:rPr>
          <w:rFonts w:ascii="Courier New" w:hAnsi="Courier New"/>
          <w:color w:val="555555"/>
          <w:sz w:val="20"/>
        </w:rPr>
        <w:t>[Mar . 29 . 1]</w:t>
      </w:r>
    </w:p>
    <w:p>
      <w:r>
        <w:rPr>
          <w:rFonts w:ascii="Gentium Plus" w:hAnsi="Gentium Plus"/>
          <w:sz w:val="24"/>
        </w:rPr>
        <w:t>Καὶ μάλιστα περὶ τὴν τελευταίαν ἐφθονεῖτο, πολλὰ συνεξαμαρτάνων τοῖς περὶ τὸν Σατορνῖνον. ὧν ἦν καὶ ὁ Νωνίου φόνος, ὃν ἀντιπαραγγέλλοντα δημαρχίαν ἀπέσφα‐</w:t>
      </w:r>
    </w:p>
    <w:p>
      <w:r>
        <w:rPr>
          <w:rFonts w:ascii="Courier New" w:hAnsi="Courier New"/>
          <w:color w:val="555555"/>
          <w:sz w:val="20"/>
        </w:rPr>
        <w:t>[Mar . 29 . 2]</w:t>
      </w:r>
    </w:p>
    <w:p>
      <w:r>
        <w:rPr>
          <w:rFonts w:ascii="Gentium Plus" w:hAnsi="Gentium Plus"/>
          <w:sz w:val="24"/>
        </w:rPr>
        <w:t>ξεν ὁ Σατορνῖνος. εἶτα δημαρχῶν ἐπῆγε τὸν περὶ τῆς χώρας νόμον, ᾧ προσεγέγραπτο τὴν σύγκλητον ὀμόσαι προσελθοῦσαν, ἦ μὴν ἐμμενεῖν οἷς ἂν ὁ δῆμος ψηφίσαιτο</w:t>
      </w:r>
    </w:p>
    <w:p>
      <w:r>
        <w:rPr>
          <w:rFonts w:ascii="Courier New" w:hAnsi="Courier New"/>
          <w:color w:val="555555"/>
          <w:sz w:val="20"/>
        </w:rPr>
        <w:t>[Mar . 29 . 3]</w:t>
      </w:r>
    </w:p>
    <w:p>
      <w:r>
        <w:rPr>
          <w:rFonts w:ascii="Gentium Plus" w:hAnsi="Gentium Plus"/>
          <w:sz w:val="24"/>
        </w:rPr>
        <w:t>καὶ πρὸς μηδὲν ὑπεναντιώσεσθαι. τοῦτο τοῦ νόμου τὸ μέρος προσποιούμενος ἐν τῇ βουλῇ διώκειν ὁ Μάριος οὐκ ἔφη δέξεσθαι τὸν ὅρκον, οὐδ’ ἄλλον οἴεσθαι σωφρονοῦντα· καὶ γὰρ εἰ μὴ μοχθηρὸς ἦν ὁ νόμος, ὕβριν εἶναι τὰ τοιαῦτα</w:t>
      </w:r>
    </w:p>
    <w:p>
      <w:r>
        <w:rPr>
          <w:rFonts w:ascii="Courier New" w:hAnsi="Courier New"/>
          <w:color w:val="555555"/>
          <w:sz w:val="20"/>
        </w:rPr>
        <w:t>[5]</w:t>
      </w:r>
    </w:p>
    <w:p>
      <w:r>
        <w:rPr>
          <w:rFonts w:ascii="Gentium Plus" w:hAnsi="Gentium Plus"/>
          <w:sz w:val="24"/>
        </w:rPr>
        <w:t>τὴν βουλὴν διδόναι βιαζομένην, ἀλλὰ μὴ πειθοῖ μηδ’ ἑκοῦ‐</w:t>
      </w:r>
    </w:p>
    <w:p>
      <w:r>
        <w:rPr>
          <w:rFonts w:ascii="Courier New" w:hAnsi="Courier New"/>
          <w:color w:val="555555"/>
          <w:sz w:val="20"/>
        </w:rPr>
        <w:t>[Mar . 29 . 4]</w:t>
      </w:r>
    </w:p>
    <w:p>
      <w:r>
        <w:rPr>
          <w:rFonts w:ascii="Gentium Plus" w:hAnsi="Gentium Plus"/>
          <w:sz w:val="24"/>
        </w:rPr>
        <w:t>σαν. ταῦτα δ’ οὐχ οὕτως φρονῶν ἔλεγεν, ἀλλ’ ἀπάτην τῷ</w:t>
      </w:r>
    </w:p>
    <w:p>
      <w:r>
        <w:rPr>
          <w:rFonts w:ascii="Courier New" w:hAnsi="Courier New"/>
          <w:color w:val="555555"/>
          <w:sz w:val="20"/>
        </w:rPr>
        <w:t>[Mar . 29 . 5]</w:t>
      </w:r>
    </w:p>
    <w:p>
      <w:r>
        <w:rPr>
          <w:rFonts w:ascii="Gentium Plus" w:hAnsi="Gentium Plus"/>
          <w:sz w:val="24"/>
        </w:rPr>
        <w:t>Μετέλλῳ περιτιθεὶς ἄφυκτον. αὐτὸς μὲν γὰρ εἰς ἀρετῆς καὶ δεινότητος μερίδα τὸ ψεύσασθαι τιθέμενος, λόγον οὐδένα τῶν πρὸς τὴν σύγκλητον ὡμολογημένων ἕξειν ἔμελλε, τὸν δὲ Μέτελλον εἰδὼς βέβαιον ἄνδρα καὶ τὴν</w:t>
      </w:r>
    </w:p>
    <w:p>
      <w:r>
        <w:rPr>
          <w:rFonts w:ascii="Courier New" w:hAnsi="Courier New"/>
          <w:color w:val="555555"/>
          <w:sz w:val="20"/>
        </w:rPr>
        <w:t>[5]</w:t>
      </w:r>
    </w:p>
    <w:p>
      <w:r>
        <w:rPr>
          <w:rFonts w:ascii="Gentium Plus" w:hAnsi="Gentium Plus"/>
          <w:sz w:val="24"/>
        </w:rPr>
        <w:t>„ἀλήθειαν ἀρχὴν μεγάλης ἀρετῆσ“ κατὰ Πίνδαρον (fr. 205 Snell) ἡγούμενον, ἐβούλετο τῇ πρὸς τὴν σύγκλητον ἀρνήσει προληφθέντα καὶ μὴ δεξάμενον τὸν ὅρκον εἰς</w:t>
      </w:r>
    </w:p>
    <w:p>
      <w:r>
        <w:rPr>
          <w:rFonts w:ascii="Courier New" w:hAnsi="Courier New"/>
          <w:color w:val="555555"/>
          <w:sz w:val="20"/>
        </w:rPr>
        <w:t>[Mar . 29 . 6]</w:t>
      </w:r>
    </w:p>
    <w:p>
      <w:r>
        <w:rPr>
          <w:rFonts w:ascii="Gentium Plus" w:hAnsi="Gentium Plus"/>
          <w:sz w:val="24"/>
        </w:rPr>
        <w:t>ἀνήκεστον ἐμβαλεῖν πρὸς τὸν δῆμον ἔχθραν. ὃ καὶ συνέβη. τοῦ γὰρ Μετέλλου φήσαντος μὴ ὀμόσειν, τότε μὲν ἡ βουλὴ διελύθη· μετὰ δ’ ἡμέρας ὀλίγας τοῦ Σατορνίνου πρὸς τὸ βῆμα τοὺς συγκλητικοὺς ἀνακαλουμένου καὶ τὸν</w:t>
      </w:r>
    </w:p>
    <w:p>
      <w:r>
        <w:rPr>
          <w:rFonts w:ascii="Courier New" w:hAnsi="Courier New"/>
          <w:color w:val="555555"/>
          <w:sz w:val="20"/>
        </w:rPr>
        <w:t>[5]</w:t>
      </w:r>
    </w:p>
    <w:p>
      <w:r>
        <w:rPr>
          <w:rFonts w:ascii="Gentium Plus" w:hAnsi="Gentium Plus"/>
          <w:sz w:val="24"/>
        </w:rPr>
        <w:t>ὅρκον ὀμνύειν ἀναγκάζοντος, ὁ Μάριος παρελθών, γε‐ νομένης σιωπῆς καὶ πάντων εἰς ἐκεῖνον ἀνηρτημένων, μακρὰ χαίρειν φράσας τοῖς ἐν τῇ βουλῇ νεανιευθεῖσιν ἀπὸ φωνῆς, οὐχ οὕτω πλατὺν ἔφη φορεῖν τὸν τράχηλον, ὡς προαποφαίνεσθαι καθάπαξ εἰς πρᾶγμα τηλικοῦτον,</w:t>
      </w:r>
    </w:p>
    <w:p>
      <w:r>
        <w:rPr>
          <w:rFonts w:ascii="Courier New" w:hAnsi="Courier New"/>
          <w:color w:val="555555"/>
          <w:sz w:val="20"/>
        </w:rPr>
        <w:t>[10]</w:t>
      </w:r>
    </w:p>
    <w:p>
      <w:r>
        <w:rPr>
          <w:rFonts w:ascii="Gentium Plus" w:hAnsi="Gentium Plus"/>
          <w:sz w:val="24"/>
        </w:rPr>
        <w:t>ἀλλ’ ὀμεῖσθαι καὶ τῷ νόμῳ πειθαρχήσειν, εἴπερ ἔστι νό‐ μος· καὶ γὰρ τοῦτο προσέθηκε τὸ σοφὸν ὥσπερ παρα‐</w:t>
      </w:r>
    </w:p>
    <w:p>
      <w:r>
        <w:rPr>
          <w:rFonts w:ascii="Courier New" w:hAnsi="Courier New"/>
          <w:color w:val="555555"/>
          <w:sz w:val="20"/>
        </w:rPr>
        <w:t>[Mar . 29 . 7]</w:t>
      </w:r>
    </w:p>
    <w:p>
      <w:r>
        <w:rPr>
          <w:rFonts w:ascii="Gentium Plus" w:hAnsi="Gentium Plus"/>
          <w:sz w:val="24"/>
        </w:rPr>
        <w:t>κάλυμμα τῆς αἰσχύνης. ὁ μὲν οὖν δῆμος ἡσθεὶς ὀμόσαντος ἀνεκρότησε καὶ κατευφήμησε, τοὺς δ’ ἀρίστους κατήφεια</w:t>
      </w:r>
    </w:p>
    <w:p>
      <w:r>
        <w:rPr>
          <w:rFonts w:ascii="Courier New" w:hAnsi="Courier New"/>
          <w:color w:val="555555"/>
          <w:sz w:val="20"/>
        </w:rPr>
        <w:t>[Mar . 29 . 8]</w:t>
      </w:r>
    </w:p>
    <w:p>
      <w:r>
        <w:rPr>
          <w:rFonts w:ascii="Gentium Plus" w:hAnsi="Gentium Plus"/>
          <w:sz w:val="24"/>
        </w:rPr>
        <w:t>δεινὴ καὶ μῖσος ἔσχε τοῦ Μαρίου τῆς μεταβολῆς. ὤμνυσαν οὖν ἅπαντες ἐφεξῆς δεδιότες τὸν δῆμον ἄχρι Μετέλλου· Μέτελλος δέ, καίπερ ἀντιβολούντων καὶ δεομένων τῶν φίλων ὀμόσαι καὶ μὴ περιβαλεῖν ἑαυτὸν ἐπιτιμίοις ἀνηκέ‐</w:t>
      </w:r>
    </w:p>
    <w:p>
      <w:r>
        <w:rPr>
          <w:rFonts w:ascii="Courier New" w:hAnsi="Courier New"/>
          <w:color w:val="555555"/>
          <w:sz w:val="20"/>
        </w:rPr>
        <w:t>[5]</w:t>
      </w:r>
    </w:p>
    <w:p>
      <w:r>
        <w:rPr>
          <w:rFonts w:ascii="Gentium Plus" w:hAnsi="Gentium Plus"/>
          <w:sz w:val="24"/>
        </w:rPr>
        <w:t>στοις, ἃ κατὰ τῶν μὴ ὀμνυόντων ὁ Σατορνῖνος εἰσέφερεν, οὐχ ὑφήκατο τοῦ φρονήματος οὐδ’ ὤμοσεν, ἀλλ’ ἐμμένων</w:t>
      </w:r>
    </w:p>
    <w:p>
      <w:r>
        <w:rPr>
          <w:rFonts w:ascii="Courier New" w:hAnsi="Courier New"/>
          <w:color w:val="555555"/>
          <w:sz w:val="20"/>
        </w:rPr>
        <w:t>[10]</w:t>
      </w:r>
    </w:p>
    <w:p>
      <w:r>
        <w:rPr>
          <w:rFonts w:ascii="Gentium Plus" w:hAnsi="Gentium Plus"/>
          <w:sz w:val="24"/>
        </w:rPr>
        <w:t>φαῦλον εἴη, τὸ δὲ καλὸν μέν, ἀκινδύνως δὲ κοινόν, ἴδιον</w:t>
      </w:r>
    </w:p>
    <w:p>
      <w:r>
        <w:rPr>
          <w:rFonts w:ascii="Courier New" w:hAnsi="Courier New"/>
          <w:color w:val="555555"/>
          <w:sz w:val="20"/>
        </w:rPr>
        <w:t>[Mar . 29 . 9]</w:t>
      </w:r>
    </w:p>
    <w:p>
      <w:r>
        <w:rPr>
          <w:rFonts w:ascii="Gentium Plus" w:hAnsi="Gentium Plus"/>
          <w:sz w:val="24"/>
        </w:rPr>
        <w:t>δ’ ἀνδρὸς ἀγαθοῦ τὸ μετὰ κινδύνων τὰ καλὰ πράσσειν. ἐκ τούτου ψηφίζεται Σατορνῖνος ἐπικηρύξαι τοὺς ὑπάτους, ὅπως πυρὸς καὶ ὕδατος καὶ στέγης εἴργηται Μέτελλος· καὶ τὸ φαυλότατον αὐτοῖς τοῦ πλήθους παρῆν ἕτοιμον</w:t>
      </w:r>
    </w:p>
    <w:p>
      <w:r>
        <w:rPr>
          <w:rFonts w:ascii="Courier New" w:hAnsi="Courier New"/>
          <w:color w:val="555555"/>
          <w:sz w:val="20"/>
        </w:rPr>
        <w:t>[Mar . 29 . 10]</w:t>
      </w:r>
    </w:p>
    <w:p>
      <w:r>
        <w:rPr>
          <w:rFonts w:ascii="Gentium Plus" w:hAnsi="Gentium Plus"/>
          <w:sz w:val="24"/>
        </w:rPr>
        <w:t>ἀποκτιννύναι τὸν ἄνδρα. τῶν δὲ βελτίστων περιπα‐ θούντων καὶ συντρεχόντων πρὸς τὸν Μέτελλον, οὐκ εἴα στασιάζειν δι’ αὐτόν, ἀλλ’ ἀπῆλθεν ἐκ τῆς πόλεως,</w:t>
      </w:r>
    </w:p>
    <w:p>
      <w:r>
        <w:rPr>
          <w:rFonts w:ascii="Courier New" w:hAnsi="Courier New"/>
          <w:color w:val="555555"/>
          <w:sz w:val="20"/>
        </w:rPr>
        <w:t>[Mar . 29 . 11]</w:t>
      </w:r>
    </w:p>
    <w:p>
      <w:r>
        <w:rPr>
          <w:rFonts w:ascii="Gentium Plus" w:hAnsi="Gentium Plus"/>
          <w:sz w:val="24"/>
        </w:rPr>
        <w:t>ἔμφρονι λογισμῷ χρησάμενος. „ἢ γὰρ ἀμεινόνων“ ἔφη „τῶν πραγμάτων γενομένων καὶ τοῦ δήμου μετανοήσαντος ἀφίξομαι παρακαλούμενος, ἢ μενόντων ὁμοίων, ἀπηλλά‐</w:t>
      </w:r>
    </w:p>
    <w:p>
      <w:r>
        <w:rPr>
          <w:rFonts w:ascii="Courier New" w:hAnsi="Courier New"/>
          <w:color w:val="555555"/>
          <w:sz w:val="20"/>
        </w:rPr>
        <w:t>[Mar . 29 . 12]</w:t>
      </w:r>
    </w:p>
    <w:p>
      <w:r>
        <w:rPr>
          <w:rFonts w:ascii="Gentium Plus" w:hAnsi="Gentium Plus"/>
          <w:sz w:val="24"/>
        </w:rPr>
        <w:t>χθαι κράτιστον.“ ἀλλὰ γὰρ ὅσης μὲν ἀπέλαυσεν εὐνοίας παρὰ τὴν φυγὴν καὶ τιμῆς Μέτελλος, ὃν δὲ τρόπον ἐν Ῥόδῳ φιλοσοφῶν διῃτήθη, βέλτιον ἐν τοῖς περὶ ἐκείνου γραφομένοις (VII 148 Bernardakis; deest ap. Sandbach)</w:t>
      </w:r>
    </w:p>
    <w:p>
      <w:r>
        <w:rPr>
          <w:rFonts w:ascii="Courier New" w:hAnsi="Courier New"/>
          <w:color w:val="555555"/>
          <w:sz w:val="20"/>
        </w:rPr>
        <w:t>[5]</w:t>
      </w:r>
    </w:p>
    <w:p>
      <w:r>
        <w:rPr>
          <w:rFonts w:ascii="Gentium Plus" w:hAnsi="Gentium Plus"/>
          <w:sz w:val="24"/>
        </w:rPr>
        <w:t>εἰρήσεται.</w:t>
      </w:r>
    </w:p>
    <w:p>
      <w:r>
        <w:rPr>
          <w:rFonts w:ascii="Courier New" w:hAnsi="Courier New"/>
          <w:color w:val="555555"/>
          <w:sz w:val="20"/>
        </w:rPr>
        <w:t>[Mar . 30 . 1]</w:t>
      </w:r>
    </w:p>
    <w:p>
      <w:r>
        <w:rPr>
          <w:rFonts w:ascii="Gentium Plus" w:hAnsi="Gentium Plus"/>
          <w:sz w:val="24"/>
        </w:rPr>
        <w:t>Μάριος δὲ τὸν Σατορνῖνον ἀντὶ τῆς ὑπουργίας ταύτης ἐπὶ πᾶν προϊόντα τόλμης καὶ δυνάμεως περιορᾶν ἀναγκαζόμενος, ἔλαθεν οὐκ ἀνεκτὸν ἀπεργασάμενος κα‐ κόν, ἀλλ’ ἄντικρυς ὅπλοις καὶ σφαγαῖς ἐπὶ τυραννίδα</w:t>
      </w:r>
    </w:p>
    <w:p>
      <w:r>
        <w:rPr>
          <w:rFonts w:ascii="Courier New" w:hAnsi="Courier New"/>
          <w:color w:val="555555"/>
          <w:sz w:val="20"/>
        </w:rPr>
        <w:t>[Mar . 30 . 2]</w:t>
      </w:r>
    </w:p>
    <w:p>
      <w:r>
        <w:rPr>
          <w:rFonts w:ascii="Gentium Plus" w:hAnsi="Gentium Plus"/>
          <w:sz w:val="24"/>
        </w:rPr>
        <w:t>καὶ πολιτείας ἀνατροπὴν πορευόμενον. αἰδούμενος δὲ τοὺς κρατίστους, θεραπεύων δὲ τοὺς πολλούς, ἔργον</w:t>
      </w:r>
    </w:p>
    <w:p>
      <w:r>
        <w:rPr>
          <w:rFonts w:ascii="Courier New" w:hAnsi="Courier New"/>
          <w:color w:val="555555"/>
          <w:sz w:val="20"/>
        </w:rPr>
        <w:t>[Mar . 30 . 3]</w:t>
      </w:r>
    </w:p>
    <w:p>
      <w:r>
        <w:rPr>
          <w:rFonts w:ascii="Gentium Plus" w:hAnsi="Gentium Plus"/>
          <w:sz w:val="24"/>
        </w:rPr>
        <w:t>ἀνελεύθερον ἐσχάτως ὑπέμεινε καὶ παλίμβολον. ἐλθόν‐ των γὰρ ὡς αὐτὸν ὑπὸ νύκτα τῶν πρώτων ἀνδρῶν καὶ παρακαλούντων ἐπὶ τὸν Σατορνῖνον, ἑτέραις θύραις ἐκεῖ‐ νον ὑπεδέξατο τούτων ἀγνοούντων· εἶτα πρόφασιν λέ‐</w:t>
      </w:r>
    </w:p>
    <w:p>
      <w:r>
        <w:rPr>
          <w:rFonts w:ascii="Courier New" w:hAnsi="Courier New"/>
          <w:color w:val="555555"/>
          <w:sz w:val="20"/>
        </w:rPr>
        <w:t>[5]</w:t>
      </w:r>
    </w:p>
    <w:p>
      <w:r>
        <w:rPr>
          <w:rFonts w:ascii="Gentium Plus" w:hAnsi="Gentium Plus"/>
          <w:sz w:val="24"/>
        </w:rPr>
        <w:t>γων πρὸς ἀμφοτέρους κοιλίας διάρροιαν, νῦν μὲν ὡς τούτους, νῦν δ’ ὡς ἐκεῖνον ἐπὶ τῆς οἰκίας ἀνὰ μέρος</w:t>
      </w:r>
    </w:p>
    <w:p>
      <w:r>
        <w:rPr>
          <w:rFonts w:ascii="Courier New" w:hAnsi="Courier New"/>
          <w:color w:val="555555"/>
          <w:sz w:val="20"/>
        </w:rPr>
        <w:t>[Mar . 30 . 4]</w:t>
      </w:r>
    </w:p>
    <w:p>
      <w:r>
        <w:rPr>
          <w:rFonts w:ascii="Gentium Plus" w:hAnsi="Gentium Plus"/>
          <w:sz w:val="24"/>
        </w:rPr>
        <w:t>διατρέχων, συνέκρουε καὶ παρώξυνεν. οὐ μὴν ἀλλὰ καὶ τῆς βουλῆς καὶ τῶν ἱππέων συνισταμένων καὶ ἀγανακτούν‐ των, ἐξήνεγκεν εἰς ἀγορὰν τὰ ὅπλα, καὶ καταδιωχθέντας αὐτοὺς εἰς τὸ Καπετώλιον εἷλε δίψει· τοὺς γὰρ ὀχετοὺς</w:t>
      </w:r>
    </w:p>
    <w:p>
      <w:r>
        <w:rPr>
          <w:rFonts w:ascii="Courier New" w:hAnsi="Courier New"/>
          <w:color w:val="555555"/>
          <w:sz w:val="20"/>
        </w:rPr>
        <w:t>[5]</w:t>
      </w:r>
    </w:p>
    <w:p>
      <w:r>
        <w:rPr>
          <w:rFonts w:ascii="Gentium Plus" w:hAnsi="Gentium Plus"/>
          <w:sz w:val="24"/>
        </w:rPr>
        <w:t>ἀπέκοψεν, οἱ δ’ ἀπειπόντες ἐκεῖνον ἐκάλουν καὶ παρέδω‐ καν σφᾶς αὐτοὺς διὰ τῆς λεγομένης δημοσίας πίστεως.</w:t>
      </w:r>
    </w:p>
    <w:p>
      <w:r>
        <w:rPr>
          <w:rFonts w:ascii="Courier New" w:hAnsi="Courier New"/>
          <w:color w:val="555555"/>
          <w:sz w:val="20"/>
        </w:rPr>
        <w:t>[Mar . 30 . 5]</w:t>
      </w:r>
    </w:p>
    <w:p>
      <w:r>
        <w:rPr>
          <w:rFonts w:ascii="Gentium Plus" w:hAnsi="Gentium Plus"/>
          <w:sz w:val="24"/>
        </w:rPr>
        <w:t>ἐπεὶ δὲ παντοῖος γενόμενος ὑπὲρ τοῦ σῶσαι τοὺς ἄνδρας οὐδὲν ὤνησεν, ἀλλὰ κατιόντες εἰς ἀγορὰν ἀνῃρέθησαν, ἐκ τούτου τοῖς τε δυνατοῖς ἅμα καὶ τῷ δήμῳ προσκε‐ κρουκώς, τιμητείας παραπεσούσης ἐπίδοξος ὢν οὐ μετ‐</w:t>
      </w:r>
    </w:p>
    <w:p>
      <w:r>
        <w:rPr>
          <w:rFonts w:ascii="Courier New" w:hAnsi="Courier New"/>
          <w:color w:val="555555"/>
          <w:sz w:val="20"/>
        </w:rPr>
        <w:t>[5]</w:t>
      </w:r>
    </w:p>
    <w:p>
      <w:r>
        <w:rPr>
          <w:rFonts w:ascii="Gentium Plus" w:hAnsi="Gentium Plus"/>
          <w:sz w:val="24"/>
        </w:rPr>
        <w:t>ῆλθεν, ἀλλ’ εἴασεν ἑτέρους ὑποδεεστέρους αἱρεθῆναι,</w:t>
      </w:r>
    </w:p>
    <w:p>
      <w:r>
        <w:rPr>
          <w:rFonts w:ascii="Courier New" w:hAnsi="Courier New"/>
          <w:color w:val="555555"/>
          <w:sz w:val="20"/>
        </w:rPr>
        <w:t>[Mar . 30 . 6]</w:t>
      </w:r>
    </w:p>
    <w:p>
      <w:r>
        <w:rPr>
          <w:rFonts w:ascii="Gentium Plus" w:hAnsi="Gentium Plus"/>
          <w:sz w:val="24"/>
        </w:rPr>
        <w:t>δεδιὼς ἀποτυχεῖν. ἄλλως δ’ αὐτὸς ἐκαλλωπίζετο πολλοῖς μὴ θέλειν ἀπεχθάνεσθαι, τοὺς βίους αὐτῶν καὶ τὰ ἤθη πικρῶς ἐξετάζων.</w:t>
      </w:r>
    </w:p>
    <w:p>
      <w:r>
        <w:rPr>
          <w:rFonts w:ascii="Courier New" w:hAnsi="Courier New"/>
          <w:color w:val="555555"/>
          <w:sz w:val="20"/>
        </w:rPr>
        <w:t>[Mar . 31 . 1]</w:t>
      </w:r>
    </w:p>
    <w:p>
      <w:r>
        <w:rPr>
          <w:rFonts w:ascii="Gentium Plus" w:hAnsi="Gentium Plus"/>
          <w:sz w:val="24"/>
        </w:rPr>
        <w:t>Δόγματος δ’ εἰσφερομένου Μέτελλον ἀπὸ τῆς φυ‐ γῆς ἀνακαλεῖσθαι, πολλὰ καὶ διὰ λόγων καὶ δι’ ἔργων</w:t>
      </w:r>
    </w:p>
    <w:p>
      <w:r>
        <w:rPr>
          <w:rFonts w:ascii="Courier New" w:hAnsi="Courier New"/>
          <w:color w:val="555555"/>
          <w:sz w:val="20"/>
        </w:rPr>
        <w:t>[Mar . 31 . 2]</w:t>
      </w:r>
    </w:p>
    <w:p>
      <w:r>
        <w:rPr>
          <w:rFonts w:ascii="Gentium Plus" w:hAnsi="Gentium Plus"/>
          <w:sz w:val="24"/>
        </w:rPr>
        <w:t>μάτην ἐναντιωθείς, τέλος ἀπεῖπε· καὶ δεξαμένου τὴν γνώμην τοῦ δήμου προθύμως, οὐχ ὑπομένων κατερχό‐ μενον ἐπιδεῖν τὸν Μέτελλον, ἐξέπλευσεν εἰς Καππαδοκίαν καὶ Γαλατίαν, λόγῳ μὲν ἀποδώσων ἃς εὔξατο τῇ Μητρὶ</w:t>
      </w:r>
    </w:p>
    <w:p>
      <w:r>
        <w:rPr>
          <w:rFonts w:ascii="Courier New" w:hAnsi="Courier New"/>
          <w:color w:val="555555"/>
          <w:sz w:val="20"/>
        </w:rPr>
        <w:t>[5]</w:t>
      </w:r>
    </w:p>
    <w:p>
      <w:r>
        <w:rPr>
          <w:rFonts w:ascii="Gentium Plus" w:hAnsi="Gentium Plus"/>
          <w:sz w:val="24"/>
        </w:rPr>
        <w:t>τῶν θεῶν θυσίας, ἑτέραν δὲ τῆς ἀποδημίας ἔχων ὑπόθεσιν</w:t>
      </w:r>
    </w:p>
    <w:p>
      <w:r>
        <w:rPr>
          <w:rFonts w:ascii="Courier New" w:hAnsi="Courier New"/>
          <w:color w:val="555555"/>
          <w:sz w:val="20"/>
        </w:rPr>
        <w:t>[Mar . 31 . 3]</w:t>
      </w:r>
    </w:p>
    <w:p>
      <w:r>
        <w:rPr>
          <w:rFonts w:ascii="Gentium Plus" w:hAnsi="Gentium Plus"/>
          <w:sz w:val="24"/>
        </w:rPr>
        <w:t>λανθάνουσαν τοὺς πολλούς. ἀφυὴς γὰρ ὢν πρὸς εἰρήνην καὶ ἀπολίτευτος, ηὐξημένος δὲ τοῖς πολέμοις, εἶτα κατὰ μικρὸν αὖθις ὑπ’ ἀργίας καὶ ἡσυχίας ἀπομαραίνεσθαι τὴν δύναμιν αὑτοῦ καὶ τὴν δόξαν οἰόμενος, ἐζήτει καινῶν</w:t>
      </w:r>
    </w:p>
    <w:p>
      <w:r>
        <w:rPr>
          <w:rFonts w:ascii="Courier New" w:hAnsi="Courier New"/>
          <w:color w:val="555555"/>
          <w:sz w:val="20"/>
        </w:rPr>
        <w:t>[Mar . 31 . 4]</w:t>
      </w:r>
    </w:p>
    <w:p>
      <w:r>
        <w:rPr>
          <w:rFonts w:ascii="Gentium Plus" w:hAnsi="Gentium Plus"/>
          <w:sz w:val="24"/>
        </w:rPr>
        <w:t>πραγμάτων ἀρχάς. ἤλπιζε γὰρ τοὺς βασιλεῖς συνταράξας καὶ Μιθριδάτην ἐπίδοξον ὄντα πολεμήσειν ἀναστήσας καὶ παροξύνας, εὐθὺς ἐπ’ αὐτὸν ἡγεμὼν αἱρεθήσεσθαι καὶ</w:t>
      </w:r>
    </w:p>
    <w:p>
      <w:r>
        <w:rPr>
          <w:rFonts w:ascii="Courier New" w:hAnsi="Courier New"/>
          <w:color w:val="555555"/>
          <w:sz w:val="20"/>
        </w:rPr>
        <w:t>[Mar . 31 . 5]</w:t>
      </w:r>
    </w:p>
    <w:p>
      <w:r>
        <w:rPr>
          <w:rFonts w:ascii="Gentium Plus" w:hAnsi="Gentium Plus"/>
          <w:sz w:val="24"/>
        </w:rPr>
        <w:t>πλούτου βασιλικοῦ τὸν οἶκον ἐμπλήσειν. διὸ καὶ Μιθρι‐ δάτου πάσῃ χρησαμένου θεραπείᾳ καὶ τιμῇ πρὸς αὐτόν, οὐ καμφθεὶς οὐδ’ ὑπείξας, ἀλλ’ εἰπών „ἢ μεῖζον ὦ βασιλεῦ πειρῶ δύνασθαι Ῥωμαίων, ἢ ποίει σιωπῇ τὸ προστασ‐</w:t>
      </w:r>
    </w:p>
    <w:p>
      <w:r>
        <w:rPr>
          <w:rFonts w:ascii="Courier New" w:hAnsi="Courier New"/>
          <w:color w:val="555555"/>
          <w:sz w:val="20"/>
        </w:rPr>
        <w:t>[5]</w:t>
      </w:r>
    </w:p>
    <w:p>
      <w:r>
        <w:rPr>
          <w:rFonts w:ascii="Gentium Plus" w:hAnsi="Gentium Plus"/>
          <w:sz w:val="24"/>
        </w:rPr>
        <w:t>σόμενον“, ἐξέπληξεν αὐτόν, ὡς φωνῆς μὲν πολλάκις, παρρησίας δὲ τότε πρῶτον ἀκούσαντα Ῥωμαϊκῆς.</w:t>
      </w:r>
    </w:p>
    <w:p>
      <w:r>
        <w:rPr>
          <w:rFonts w:ascii="Courier New" w:hAnsi="Courier New"/>
          <w:color w:val="555555"/>
          <w:sz w:val="20"/>
        </w:rPr>
        <w:t>[Mar . 32 . 1]</w:t>
      </w:r>
    </w:p>
    <w:p>
      <w:r>
        <w:rPr>
          <w:rFonts w:ascii="Gentium Plus" w:hAnsi="Gentium Plus"/>
          <w:sz w:val="24"/>
        </w:rPr>
        <w:t>Ἐπανελθὼν δ’ εἰς Ῥώμην, οἰκίαν ἐδείματο τῆς ἀγορᾶς πλησίον, εἴθ’, ὡς αὐτὸς ἔλεγε, τοὺς θεραπεύον‐ τας αὐτὸν ἐνοχλεῖσθαι μὴ βουλόμενος μακρὰν βαδίζον‐ τας, εἴτε τοῦτ’ αἴτιον οἰόμενος εἶναι τοῦ μὴ πλείονας</w:t>
      </w:r>
    </w:p>
    <w:p>
      <w:r>
        <w:rPr>
          <w:rFonts w:ascii="Courier New" w:hAnsi="Courier New"/>
          <w:color w:val="555555"/>
          <w:sz w:val="20"/>
        </w:rPr>
        <w:t>[Mar . 32 . 2]</w:t>
      </w:r>
    </w:p>
    <w:p>
      <w:r>
        <w:rPr>
          <w:rFonts w:ascii="Gentium Plus" w:hAnsi="Gentium Plus"/>
          <w:sz w:val="24"/>
        </w:rPr>
        <w:t>ἄλλων ἐπὶ θύρας αὐτοῦ φοιτᾶν. τὸ δ’ οὐκ ἦν ἄρα τοι‐ οῦτον· ἀλλ’ ὁμιλίας χάριτι καὶ πολιτικαῖς χρείαις ἑτέρων λειπόμενος, ὥσπερ ὄργανον πολεμικὸν ἐπ’ εἰρήνης παρ‐</w:t>
      </w:r>
    </w:p>
    <w:p>
      <w:r>
        <w:rPr>
          <w:rFonts w:ascii="Courier New" w:hAnsi="Courier New"/>
          <w:color w:val="555555"/>
          <w:sz w:val="20"/>
        </w:rPr>
        <w:t>[Mar . 32 . 3]</w:t>
      </w:r>
    </w:p>
    <w:p>
      <w:r>
        <w:rPr>
          <w:rFonts w:ascii="Gentium Plus" w:hAnsi="Gentium Plus"/>
          <w:sz w:val="24"/>
        </w:rPr>
        <w:t>ημελεῖτο. καὶ τοῖς μὲν ἄλλοις ἧττον ἤχθετο παρευδοκι‐ μούμενος, σφόδρα δ’ αὐτὸν ἠνία Σύλλας, ἐκ τοῦ πρὸς ἐκεῖνον αὐξανόμενος φθόνου τῶν δυνατῶν καὶ τὰς πρὸς</w:t>
      </w:r>
    </w:p>
    <w:p>
      <w:r>
        <w:rPr>
          <w:rFonts w:ascii="Courier New" w:hAnsi="Courier New"/>
          <w:color w:val="555555"/>
          <w:sz w:val="20"/>
        </w:rPr>
        <w:t>[Mar . 32 . 4]</w:t>
      </w:r>
    </w:p>
    <w:p>
      <w:r>
        <w:rPr>
          <w:rFonts w:ascii="Gentium Plus" w:hAnsi="Gentium Plus"/>
          <w:sz w:val="24"/>
        </w:rPr>
        <w:t>ἐκεῖνον διαφορὰς ἀρχὴν πολιτείας ποιούμενος. ἐπεὶ δὲ καὶ Βόκχος ὁ Νομὰς σύμμαχος Ῥωμαίων ἀναγεγραμμέ‐ νος ἔστησεν ἐν Καπετωλίῳ Νίκας τροπαιοφόρους καὶ παρ’ αὐταῖς ἐν εἰκόσι χρυσαῖς Ἰουγούρθαν ἐγχειριζόμε‐</w:t>
      </w:r>
    </w:p>
    <w:p>
      <w:r>
        <w:rPr>
          <w:rFonts w:ascii="Courier New" w:hAnsi="Courier New"/>
          <w:color w:val="555555"/>
          <w:sz w:val="20"/>
        </w:rPr>
        <w:t>[5]</w:t>
      </w:r>
    </w:p>
    <w:p>
      <w:r>
        <w:rPr>
          <w:rFonts w:ascii="Gentium Plus" w:hAnsi="Gentium Plus"/>
          <w:sz w:val="24"/>
        </w:rPr>
        <w:t>νον ὑπ’ αὐτοῦ Σύλλᾳ, τοῦτ’ ἐξέστησεν ὀργῇ καὶ φιλο‐ νικίᾳ Μάριον, ὡς Σύλλα περισπῶντος εἰς ἑαυτὸν τὰ ἔργα, καὶ παρεσκευάζετο βίᾳ τὰ ἀναθήματα καταβάλλειν.</w:t>
      </w:r>
    </w:p>
    <w:p>
      <w:r>
        <w:rPr>
          <w:rFonts w:ascii="Courier New" w:hAnsi="Courier New"/>
          <w:color w:val="555555"/>
          <w:sz w:val="20"/>
        </w:rPr>
        <w:t>[Mar . 32 . 5]</w:t>
      </w:r>
    </w:p>
    <w:p>
      <w:r>
        <w:rPr>
          <w:rFonts w:ascii="Gentium Plus" w:hAnsi="Gentium Plus"/>
          <w:sz w:val="24"/>
        </w:rPr>
        <w:t>ἀντεφιλονίκει δὲ Σύλλας, καὶ τὴν στάσιν ὅσον οὔπω φερομένην εἰς μέσον ἐπέσχεν ὁ συμμαχικὸς πόλεμος,</w:t>
      </w:r>
    </w:p>
    <w:p>
      <w:r>
        <w:rPr>
          <w:rFonts w:ascii="Courier New" w:hAnsi="Courier New"/>
          <w:color w:val="555555"/>
          <w:sz w:val="20"/>
        </w:rPr>
        <w:t>[Mar . 32 . 6]</w:t>
      </w:r>
    </w:p>
    <w:p>
      <w:r>
        <w:rPr>
          <w:rFonts w:ascii="Gentium Plus" w:hAnsi="Gentium Plus"/>
          <w:sz w:val="24"/>
        </w:rPr>
        <w:t>ἐξαίφνης ἐπὶ τὴν πόλιν ἀναρραγείς. τὰ γὰρ μαχιμώτατα τῶν Ἰταλικῶν ἐθνῶν καὶ πολυανθρωπότατα κατὰ τῆς Ῥώμης συνέστησαν καὶ μικρὸν ἐδέησαν συγχέαι τὴν ἡγε‐ μονίαν, οὐ μόνον ὅπλοις ἐρρωμένα καὶ σώμασιν, ἀλλὰ</w:t>
      </w:r>
    </w:p>
    <w:p>
      <w:r>
        <w:rPr>
          <w:rFonts w:ascii="Courier New" w:hAnsi="Courier New"/>
          <w:color w:val="555555"/>
          <w:sz w:val="20"/>
        </w:rPr>
        <w:t>[5]</w:t>
      </w:r>
    </w:p>
    <w:p>
      <w:r>
        <w:rPr>
          <w:rFonts w:ascii="Gentium Plus" w:hAnsi="Gentium Plus"/>
          <w:sz w:val="24"/>
        </w:rPr>
        <w:t>καὶ τόλμαις στρατηγῶν καὶ δεινότησι χρησάμενα θαυ‐</w:t>
      </w:r>
    </w:p>
    <w:p>
      <w:r>
        <w:rPr>
          <w:rFonts w:ascii="Courier New" w:hAnsi="Courier New"/>
          <w:color w:val="555555"/>
          <w:sz w:val="20"/>
        </w:rPr>
        <w:t>[Mar . 33 . 1]</w:t>
      </w:r>
    </w:p>
    <w:p>
      <w:r>
        <w:rPr>
          <w:rFonts w:ascii="Gentium Plus" w:hAnsi="Gentium Plus"/>
          <w:sz w:val="24"/>
        </w:rPr>
        <w:t>Οὗτος ὁ πόλεμος τοῖς πάθεσι ποικίλος γενόμενος καὶ ταῖς τύχαις πολυτροπώτατος, ὅσον Σύλλᾳ προσέθηκε</w:t>
      </w:r>
    </w:p>
    <w:p>
      <w:r>
        <w:rPr>
          <w:rFonts w:ascii="Courier New" w:hAnsi="Courier New"/>
          <w:color w:val="555555"/>
          <w:sz w:val="20"/>
        </w:rPr>
        <w:t>[Mar . 33 . 2]</w:t>
      </w:r>
    </w:p>
    <w:p>
      <w:r>
        <w:rPr>
          <w:rFonts w:ascii="Gentium Plus" w:hAnsi="Gentium Plus"/>
          <w:sz w:val="24"/>
        </w:rPr>
        <w:t>δόξης καὶ δυνάμεως, τοσοῦτον ἀφεῖλε Μαρίου. βραδὺς γὰρ ἐφάνη ταῖς ἐπιβολαῖς, ὄκνου τε περὶ πάντα καὶ μελλή‐ σεως ὑπόπλεως, εἴτε τοῦ γήρως τὸ δραστήριον ἐκεῖνο καὶ θερμὸν ἐν αὐτῷ κατασβεννύντος—ἑξηκοστὸν γὰρ ἤδη καὶ</w:t>
      </w:r>
    </w:p>
    <w:p>
      <w:r>
        <w:rPr>
          <w:rFonts w:ascii="Courier New" w:hAnsi="Courier New"/>
          <w:color w:val="555555"/>
          <w:sz w:val="20"/>
        </w:rPr>
        <w:t>[5]</w:t>
      </w:r>
    </w:p>
    <w:p>
      <w:r>
        <w:rPr>
          <w:rFonts w:ascii="Gentium Plus" w:hAnsi="Gentium Plus"/>
          <w:sz w:val="24"/>
        </w:rPr>
        <w:t>πέμπτον ἔτος ὑπερέβαλλεν—εἴθ’, ὡς αὐτὸς ἔλεγε, περὶ νεῦρα γεγονὼς νοσώδης καὶ σώματι δύσεργος ὢν ὑπέμενε</w:t>
      </w:r>
    </w:p>
    <w:p>
      <w:r>
        <w:rPr>
          <w:rFonts w:ascii="Courier New" w:hAnsi="Courier New"/>
          <w:color w:val="555555"/>
          <w:sz w:val="20"/>
        </w:rPr>
        <w:t>[Mar . 33 . 3]</w:t>
      </w:r>
    </w:p>
    <w:p>
      <w:r>
        <w:rPr>
          <w:rFonts w:ascii="Gentium Plus" w:hAnsi="Gentium Plus"/>
          <w:sz w:val="24"/>
        </w:rPr>
        <w:t>παρὰ δύναμιν αἰσχύνῃ τὰς στρατείας. οὐ μὴν ἀλλὰ καὶ τότε μάχῃ τε μεγάλῃ νικήσας, ἑξακισχιλίους ἀνεῖλε τῶν πολεμίων καὶ λαβὴν οὐδαμῇ παρέσχεν αὐτοῖς, ἀλλὰ καὶ περιταφρευόμενος ἠνέσχετο καὶ χλευαζόμενος καὶ 〈προ〉‐</w:t>
      </w:r>
    </w:p>
    <w:p>
      <w:r>
        <w:rPr>
          <w:rFonts w:ascii="Courier New" w:hAnsi="Courier New"/>
          <w:color w:val="555555"/>
          <w:sz w:val="20"/>
        </w:rPr>
        <w:t>[Mar . 33 . 4]</w:t>
      </w:r>
    </w:p>
    <w:p>
      <w:r>
        <w:rPr>
          <w:rFonts w:ascii="Gentium Plus" w:hAnsi="Gentium Plus"/>
          <w:sz w:val="24"/>
        </w:rPr>
        <w:t>καλούμενος οὐ παρωξύνθη. λέγεται δὲ Ποπαιδίου Σίλω‐ νος, ὃς μέγιστον εἶχε τῶν πολεμίων ἀξίωμα καὶ δύναμιν, εἰπόντος πρὸς αὐτόν „εἰ μέγας εἶ στρατηγὸς ὦ Μάριε, διαγώνισαι καταβάσ“, ἀποκρίνασθαι· „σὺ μὲν οὖν, εἰ</w:t>
      </w:r>
    </w:p>
    <w:p>
      <w:r>
        <w:rPr>
          <w:rFonts w:ascii="Courier New" w:hAnsi="Courier New"/>
          <w:color w:val="555555"/>
          <w:sz w:val="20"/>
        </w:rPr>
        <w:t>[5]</w:t>
      </w:r>
    </w:p>
    <w:p>
      <w:r>
        <w:rPr>
          <w:rFonts w:ascii="Gentium Plus" w:hAnsi="Gentium Plus"/>
          <w:sz w:val="24"/>
        </w:rPr>
        <w:t>μέγας εἶ στρατηγός, ἀνάγκασόν με διαγωνίσασθαι μὴ</w:t>
      </w:r>
    </w:p>
    <w:p>
      <w:r>
        <w:rPr>
          <w:rFonts w:ascii="Courier New" w:hAnsi="Courier New"/>
          <w:color w:val="555555"/>
          <w:sz w:val="20"/>
        </w:rPr>
        <w:t>[Mar . 33 . 5]</w:t>
      </w:r>
    </w:p>
    <w:p>
      <w:r>
        <w:rPr>
          <w:rFonts w:ascii="Gentium Plus" w:hAnsi="Gentium Plus"/>
          <w:sz w:val="24"/>
        </w:rPr>
        <w:t>βουλόμενον.“ πάλιν δέ ποτε τῶν μὲν πολεμίων καιρὸν ἐπιχειρήσεως παραδιδόντων, τῶν δὲ Ῥωμαίων ἀποδειλια‐ σάντων, ὡς ἀνεχώρησαν ἀμφότεροι, συναγαγὼν εἰς</w:t>
      </w:r>
    </w:p>
    <w:p>
      <w:r>
        <w:rPr>
          <w:rFonts w:ascii="Courier New" w:hAnsi="Courier New"/>
          <w:color w:val="555555"/>
          <w:sz w:val="20"/>
        </w:rPr>
        <w:t>[Mar . 33 . 6]</w:t>
      </w:r>
    </w:p>
    <w:p>
      <w:r>
        <w:rPr>
          <w:rFonts w:ascii="Gentium Plus" w:hAnsi="Gentium Plus"/>
          <w:sz w:val="24"/>
        </w:rPr>
        <w:t>ἐκκλησίαν τοὺς στρατιώτας „ἀπορῶ“ φησὶ „πότερον εἴπω τοὺς πολεμίους ἀνανδροτέρους ἢ ὑμᾶς· οὔτε γὰρ ἐκεῖνοι τὸν νῶτον ὑμῶν οὔθ’ ὑμεῖς ἐκείνων τὸ ἰνίον ἰδεῖν ἐδυνήθητε.“ τέλος δ’ ἀφῆκε τὴν στρατηγίαν ὡς ἐξαδυνα‐</w:t>
      </w:r>
    </w:p>
    <w:p>
      <w:r>
        <w:rPr>
          <w:rFonts w:ascii="Courier New" w:hAnsi="Courier New"/>
          <w:color w:val="555555"/>
          <w:sz w:val="20"/>
        </w:rPr>
        <w:t>[5]</w:t>
      </w:r>
    </w:p>
    <w:p>
      <w:r>
        <w:rPr>
          <w:rFonts w:ascii="Gentium Plus" w:hAnsi="Gentium Plus"/>
          <w:sz w:val="24"/>
        </w:rPr>
        <w:t>τῶν τῷ σώματι διὰ τὴν ἀσθένειαν.</w:t>
      </w:r>
    </w:p>
    <w:p>
      <w:r>
        <w:rPr>
          <w:rFonts w:ascii="Courier New" w:hAnsi="Courier New"/>
          <w:color w:val="555555"/>
          <w:sz w:val="20"/>
        </w:rPr>
        <w:t>[Mar . 34 . 1]</w:t>
      </w:r>
    </w:p>
    <w:p>
      <w:r>
        <w:rPr>
          <w:rFonts w:ascii="Gentium Plus" w:hAnsi="Gentium Plus"/>
          <w:sz w:val="24"/>
        </w:rPr>
        <w:t>Ἐπεὶ δ’ ἤδη τῶν Ἰταλῶν ἐγκεκλικότων ἐμνη‐ στεύοντο πολλοὶ τὸν Μιθριδατικὸν πόλεμον ἐν Ῥώμῃ διὰ τῶν δημαγωγῶν, παρὰ πᾶσαν ἐλπίδα Σουλπίκιος δήμαρχος ἀνὴρ θρασύτατος παραγαγὼν Μάριον ἀπεδεί‐</w:t>
      </w:r>
    </w:p>
    <w:p>
      <w:r>
        <w:rPr>
          <w:rFonts w:ascii="Courier New" w:hAnsi="Courier New"/>
          <w:color w:val="555555"/>
          <w:sz w:val="20"/>
        </w:rPr>
        <w:t>[Mar . 34 . 2]</w:t>
      </w:r>
    </w:p>
    <w:p>
      <w:r>
        <w:rPr>
          <w:rFonts w:ascii="Gentium Plus" w:hAnsi="Gentium Plus"/>
          <w:sz w:val="24"/>
        </w:rPr>
        <w:t>κνυεν ἀνθύπατον στρατηγὸν ἐπὶ Μιθριδάτην. καὶ ὁ δῆμος διέστη, τῶν μὲν αἱρουμένων τὰ Μαρίου, τῶν δὲ Σύλλαν καλούντων καὶ τὸν Μάριον ἐπὶ θερμὰ κελευόν‐ των εἰς Βαΐας βαδίζειν καὶ τὸ σῶμα θεραπεύειν ὑπό τε</w:t>
      </w:r>
    </w:p>
    <w:p>
      <w:r>
        <w:rPr>
          <w:rFonts w:ascii="Courier New" w:hAnsi="Courier New"/>
          <w:color w:val="555555"/>
          <w:sz w:val="20"/>
        </w:rPr>
        <w:t>[Mar . 34 . 3]</w:t>
      </w:r>
    </w:p>
    <w:p>
      <w:r>
        <w:rPr>
          <w:rFonts w:ascii="Gentium Plus" w:hAnsi="Gentium Plus"/>
          <w:sz w:val="24"/>
        </w:rPr>
        <w:t>γήρως καὶ ῥευμάτων ἀπειρηκός, ὡς αὐτὸς ἔλεγε. καὶ γὰρ ἦν ἐκεῖ περὶ Μισηνοὺς τῷ Μαρίῳ πολυτελὴς οἰκία, τρυ‐ φὰς ἔχουσα καὶ διαίτας θηλυτέρας ἢ κατ’ ἄνδρα πολέμων</w:t>
      </w:r>
    </w:p>
    <w:p>
      <w:r>
        <w:rPr>
          <w:rFonts w:ascii="Courier New" w:hAnsi="Courier New"/>
          <w:color w:val="555555"/>
          <w:sz w:val="20"/>
        </w:rPr>
        <w:t>[Mar . 34 . 4]</w:t>
      </w:r>
    </w:p>
    <w:p>
      <w:r>
        <w:rPr>
          <w:rFonts w:ascii="Gentium Plus" w:hAnsi="Gentium Plus"/>
          <w:sz w:val="24"/>
        </w:rPr>
        <w:t>τοσούτων καὶ στρατειῶν αὐτουργόν. ταύτην λέγεται μυριάδων ἑπτὰ ἡμίσους Κορνηλία πρίασθαι, χρόνου δ’ οὐ πάνυ πολλοῦ 〈δια〉γενομένου Λεύκιος Λεύκολλος ὠνεῖται μυριάδων πεντήκοντα καὶ διακοσίων· οὕτως</w:t>
      </w:r>
    </w:p>
    <w:p>
      <w:r>
        <w:rPr>
          <w:rFonts w:ascii="Courier New" w:hAnsi="Courier New"/>
          <w:color w:val="555555"/>
          <w:sz w:val="20"/>
        </w:rPr>
        <w:t>[5]</w:t>
      </w:r>
    </w:p>
    <w:p>
      <w:r>
        <w:rPr>
          <w:rFonts w:ascii="Gentium Plus" w:hAnsi="Gentium Plus"/>
          <w:sz w:val="24"/>
        </w:rPr>
        <w:t>ταχέως ἀνέδραμεν ἡ πολυτέλεια, καὶ τοσαύτην ἐπίδοσιν</w:t>
      </w:r>
    </w:p>
    <w:p>
      <w:r>
        <w:rPr>
          <w:rFonts w:ascii="Courier New" w:hAnsi="Courier New"/>
          <w:color w:val="555555"/>
          <w:sz w:val="20"/>
        </w:rPr>
        <w:t>[Mar . 34 . 5]</w:t>
      </w:r>
    </w:p>
    <w:p>
      <w:r>
        <w:rPr>
          <w:rFonts w:ascii="Gentium Plus" w:hAnsi="Gentium Plus"/>
          <w:sz w:val="24"/>
        </w:rPr>
        <w:t>τὰ πράγματα πρὸς τρυφὴν ἔλαβεν. οὐ μὴν ἀλλὰ Μάριος φιλοτίμως πάνυ καὶ μειρακιωδῶς ἀποτριβόμενος τὸ γῆρας καὶ τὴν ἀσθένειαν, ὁσημέραι κατέβαινεν εἰς τὸ πεδίον, καὶ μετὰ τῶν νεανίσκων γυμναζόμενος ἐπεδείκνυε τὸ σῶμα</w:t>
      </w:r>
    </w:p>
    <w:p>
      <w:r>
        <w:rPr>
          <w:rFonts w:ascii="Courier New" w:hAnsi="Courier New"/>
          <w:color w:val="555555"/>
          <w:sz w:val="20"/>
        </w:rPr>
        <w:t>[5]</w:t>
      </w:r>
    </w:p>
    <w:p>
      <w:r>
        <w:rPr>
          <w:rFonts w:ascii="Gentium Plus" w:hAnsi="Gentium Plus"/>
          <w:sz w:val="24"/>
        </w:rPr>
        <w:t>κοῦφον μὲν ὅπλοις, ἔποχον δὲ ταῖς ἱππασίαις, καίπερ οὐκ εὐσταλὴς γεγονὼς ἐν γήρᾳ τὸν ὄγκον, ἀλλ’ εἰς σάρκα</w:t>
      </w:r>
    </w:p>
    <w:p>
      <w:r>
        <w:rPr>
          <w:rFonts w:ascii="Courier New" w:hAnsi="Courier New"/>
          <w:color w:val="555555"/>
          <w:sz w:val="20"/>
        </w:rPr>
        <w:t>[Mar . 34 . 6]</w:t>
      </w:r>
    </w:p>
    <w:p>
      <w:r>
        <w:rPr>
          <w:rFonts w:ascii="Gentium Plus" w:hAnsi="Gentium Plus"/>
          <w:sz w:val="24"/>
        </w:rPr>
        <w:t>περιπληθῆ καὶ βαρεῖαν ἐνδεδωκώς. ἐνίοις μὲν οὖν ἤρε‐ σκε ταῦτα πράττων, καὶ κατιόντες ἐθεῶντο τὴν φιλοτι‐ μίαν αὐτοῦ καὶ τὰς ἁμίλλας, τοῖς δὲ βελτίστοις ὁρῶσιν οἰκτίρειν ἐπῄει τὴν πλεονεξίαν καὶ τὴν φιλοδοξίαν, ὅτι</w:t>
      </w:r>
    </w:p>
    <w:p>
      <w:r>
        <w:rPr>
          <w:rFonts w:ascii="Courier New" w:hAnsi="Courier New"/>
          <w:color w:val="555555"/>
          <w:sz w:val="20"/>
        </w:rPr>
        <w:t>[5]</w:t>
      </w:r>
    </w:p>
    <w:p>
      <w:r>
        <w:rPr>
          <w:rFonts w:ascii="Gentium Plus" w:hAnsi="Gentium Plus"/>
          <w:sz w:val="24"/>
        </w:rPr>
        <w:t>πλουσιώτατος ἐκ πένητος καὶ μέγιστος ἐκ μικροῦ γεγο‐ νώς, ὅρον οὐκ οἶδεν εὐτυχίας, οὐδὲ θαυμαζόμενος ἀγαπᾷ</w:t>
      </w:r>
    </w:p>
    <w:p>
      <w:r>
        <w:rPr>
          <w:rFonts w:ascii="Courier New" w:hAnsi="Courier New"/>
          <w:color w:val="555555"/>
          <w:sz w:val="20"/>
        </w:rPr>
        <w:t>[10]</w:t>
      </w:r>
    </w:p>
    <w:p>
      <w:r>
        <w:rPr>
          <w:rFonts w:ascii="Gentium Plus" w:hAnsi="Gentium Plus"/>
          <w:sz w:val="24"/>
        </w:rPr>
        <w:t>ρας, Ἀρχελάῳ καὶ Νεοπτολέμῳ τοῖς Μιθριδάτου σατρά‐</w:t>
      </w:r>
    </w:p>
    <w:p>
      <w:r>
        <w:rPr>
          <w:rFonts w:ascii="Courier New" w:hAnsi="Courier New"/>
          <w:color w:val="555555"/>
          <w:sz w:val="20"/>
        </w:rPr>
        <w:t>[Mar . 34 . 7]</w:t>
      </w:r>
    </w:p>
    <w:p>
      <w:r>
        <w:rPr>
          <w:rFonts w:ascii="Gentium Plus" w:hAnsi="Gentium Plus"/>
          <w:sz w:val="24"/>
        </w:rPr>
        <w:t>παις διαμαχούμενος. αἱ δὲ πρὸς ταῦτα τοῦ Μαρίου δι‐ καιολογίαι παντάπασιν ἐφαίνοντο ληρώδεις· ἔφη γὰρ ἐθέλειν τὸν υἱὸν ἀσκῆσαι παρὼν αὐτὸς ἐπὶ στρατείας.</w:t>
      </w:r>
    </w:p>
    <w:p>
      <w:r>
        <w:rPr>
          <w:rFonts w:ascii="Courier New" w:hAnsi="Courier New"/>
          <w:color w:val="555555"/>
          <w:sz w:val="20"/>
        </w:rPr>
        <w:t>[Mar . 35 . 1]</w:t>
      </w:r>
    </w:p>
    <w:p>
      <w:r>
        <w:rPr>
          <w:rFonts w:ascii="Gentium Plus" w:hAnsi="Gentium Plus"/>
          <w:sz w:val="24"/>
        </w:rPr>
        <w:t>Ταῦτα τὴν πόλιν ἐκ πολλῶν χρόνων ὕπουλον γεγενημένην καὶ νοσοῦσαν ἀνέρρηξεν, εὐφυέστατον εὑ‐ ρόντος ὄργανον Μαρίου πρὸς τὸν κοινὸν ὄλεθρον τὸ Σουλπικίου θράσος, ὃς διὰ τἆλλα πάντα θαυμάζων καὶ</w:t>
      </w:r>
    </w:p>
    <w:p>
      <w:r>
        <w:rPr>
          <w:rFonts w:ascii="Courier New" w:hAnsi="Courier New"/>
          <w:color w:val="555555"/>
          <w:sz w:val="20"/>
        </w:rPr>
        <w:t>[5]</w:t>
      </w:r>
    </w:p>
    <w:p>
      <w:r>
        <w:rPr>
          <w:rFonts w:ascii="Gentium Plus" w:hAnsi="Gentium Plus"/>
          <w:sz w:val="24"/>
        </w:rPr>
        <w:t>ζηλῶν τὸν Σατορνῖνον, ἀτολμίαν ἐπεκάλει τοῖς πολιτεύ‐</w:t>
      </w:r>
    </w:p>
    <w:p>
      <w:r>
        <w:rPr>
          <w:rFonts w:ascii="Courier New" w:hAnsi="Courier New"/>
          <w:color w:val="555555"/>
          <w:sz w:val="20"/>
        </w:rPr>
        <w:t>[Mar . 35 . 2]</w:t>
      </w:r>
    </w:p>
    <w:p>
      <w:r>
        <w:rPr>
          <w:rFonts w:ascii="Gentium Plus" w:hAnsi="Gentium Plus"/>
          <w:sz w:val="24"/>
        </w:rPr>
        <w:t>μασιν αὐτοῦ καὶ μέλλησιν. αὐτὸς δὲ μὴ μέλλων ἑξακο‐ σίους μὲν εἶχε περὶ αὑτὸν τῶν ἱππικῶν οἷον δορυφό‐ ρους, καὶ τούτους ἀντισύγκλητον ὠνόμαζεν, ἐπελθὼν δὲ μεθ’ ὅπλων ἐκκλησιάζουσι τοῖς ὑπάτοις, τοῦ μὲν ἑτέρου</w:t>
      </w:r>
    </w:p>
    <w:p>
      <w:r>
        <w:rPr>
          <w:rFonts w:ascii="Courier New" w:hAnsi="Courier New"/>
          <w:color w:val="555555"/>
          <w:sz w:val="20"/>
        </w:rPr>
        <w:t>[5]</w:t>
      </w:r>
    </w:p>
    <w:p>
      <w:r>
        <w:rPr>
          <w:rFonts w:ascii="Gentium Plus" w:hAnsi="Gentium Plus"/>
          <w:sz w:val="24"/>
        </w:rPr>
        <w:t>φυγόντος ἐξ ἀγορᾶς τὸν υἱὸν ἐγκαταλαβὼν ἀπέσφαξε, Σύλλας δὲ παρὰ τὴν οἰκίαν τοῦ Μαρίου διωκόμενος,</w:t>
      </w:r>
    </w:p>
    <w:p>
      <w:r>
        <w:rPr>
          <w:rFonts w:ascii="Courier New" w:hAnsi="Courier New"/>
          <w:color w:val="555555"/>
          <w:sz w:val="20"/>
        </w:rPr>
        <w:t>[Mar . 35 . 3]</w:t>
      </w:r>
    </w:p>
    <w:p>
      <w:r>
        <w:rPr>
          <w:rFonts w:ascii="Gentium Plus" w:hAnsi="Gentium Plus"/>
          <w:sz w:val="24"/>
        </w:rPr>
        <w:t>οὐδενὸς ἂν προσδοκήσαντος εἰσέπεσε· καὶ τοὺς μὲν διώ‐ κοντας ἔλαθε δρόμῳ παρενεχθέντας, ὑπ’ αὐτοῦ δὲ Μα‐ ρίου λέγεται κατὰ θύρας ἑτέρας ἀσφαλῶς ἀποπεμφθεὶς</w:t>
      </w:r>
    </w:p>
    <w:p>
      <w:r>
        <w:rPr>
          <w:rFonts w:ascii="Courier New" w:hAnsi="Courier New"/>
          <w:color w:val="555555"/>
          <w:sz w:val="20"/>
        </w:rPr>
        <w:t>[Mar . 35 . 4]</w:t>
      </w:r>
    </w:p>
    <w:p>
      <w:r>
        <w:rPr>
          <w:rFonts w:ascii="Gentium Plus" w:hAnsi="Gentium Plus"/>
          <w:sz w:val="24"/>
        </w:rPr>
        <w:t>διεκπεσεῖν εἰς τὸ στρατόπεδον. αὐτὸς δὲ Σύλλας ἐν τοῖς ὑπομνήμασιν (HRR I2 200) οὔ φησι καταφυγεῖν πρὸς τὸν Μάριον, ἀλλ’ ἀπαλλαχθῆναι βουλευσόμενος ὑπὲρ ὧν Σουλπίκιος ἠνάγκαζεν αὐτὸν ἄκοντα ψηφίσασθαι, περι‐</w:t>
      </w:r>
    </w:p>
    <w:p>
      <w:r>
        <w:rPr>
          <w:rFonts w:ascii="Courier New" w:hAnsi="Courier New"/>
          <w:color w:val="555555"/>
          <w:sz w:val="20"/>
        </w:rPr>
        <w:t>[5]</w:t>
      </w:r>
    </w:p>
    <w:p>
      <w:r>
        <w:rPr>
          <w:rFonts w:ascii="Gentium Plus" w:hAnsi="Gentium Plus"/>
          <w:sz w:val="24"/>
        </w:rPr>
        <w:t>σχὼν ἐν κύκλῳ ξίφεσι γυμνοῖς καὶ συνελάσας πρὸς τὸν Μάριον, ἄχρι οὗ προελθὼν ἐκεῖθεν εἰς ἀγορὰν ὡς ἠξί‐</w:t>
      </w:r>
    </w:p>
    <w:p>
      <w:r>
        <w:rPr>
          <w:rFonts w:ascii="Courier New" w:hAnsi="Courier New"/>
          <w:color w:val="555555"/>
          <w:sz w:val="20"/>
        </w:rPr>
        <w:t>[Mar . 35 . 5]</w:t>
      </w:r>
    </w:p>
    <w:p>
      <w:r>
        <w:rPr>
          <w:rFonts w:ascii="Gentium Plus" w:hAnsi="Gentium Plus"/>
          <w:sz w:val="24"/>
        </w:rPr>
        <w:t>ουν ἐκεῖνοι τὰς ἀπραξίας ἔλυσε. γενομένων δὲ τούτων, ὅ τε Σουλπίκιος ἤδη κρατῶν ἐπεχειροτόνησε τῷ Μαρίῳ</w:t>
      </w:r>
    </w:p>
    <w:p>
      <w:r>
        <w:rPr>
          <w:rFonts w:ascii="Courier New" w:hAnsi="Courier New"/>
          <w:color w:val="555555"/>
          <w:sz w:val="20"/>
        </w:rPr>
        <w:t>[Mar . 35 . 6]</w:t>
      </w:r>
    </w:p>
    <w:p>
      <w:r>
        <w:rPr>
          <w:rFonts w:ascii="Gentium Plus" w:hAnsi="Gentium Plus"/>
          <w:sz w:val="24"/>
        </w:rPr>
        <w:t>νους τὸ Σύλλα στράτευμα. Σύλλας δὲ τοὺς στρατιώτας παροξύνας—ἦσαν δὲ τρισμυρίων καὶ πεντακισχιλίων οὐ μείους ὁπλῖται—προήγαγεν ἐπὶ τὴν Ῥώμην. τοὺς δὲ χιλιάρχους οὓς ἔπεμψε Μάριος προσπεσόντες οἱ στρα‐</w:t>
      </w:r>
    </w:p>
    <w:p>
      <w:r>
        <w:rPr>
          <w:rFonts w:ascii="Courier New" w:hAnsi="Courier New"/>
          <w:color w:val="555555"/>
          <w:sz w:val="20"/>
        </w:rPr>
        <w:t>[Mar . 35 . 7]</w:t>
      </w:r>
    </w:p>
    <w:p>
      <w:r>
        <w:rPr>
          <w:rFonts w:ascii="Gentium Plus" w:hAnsi="Gentium Plus"/>
          <w:sz w:val="24"/>
        </w:rPr>
        <w:t>τιῶται διέφθειραν. πολλοὺς δὲ καὶ Μάριος ἐν Ῥώμῃ τῶν Σύλλα φίλων ἀνῃρήκει, καὶ δούλοις ἐλευθερίαν ἐκήρυττεν ἐπὶ συμμαχίᾳ· λέγονται δὲ τρεῖς μόνοι προσ‐</w:t>
      </w:r>
    </w:p>
    <w:p>
      <w:r>
        <w:rPr>
          <w:rFonts w:ascii="Courier New" w:hAnsi="Courier New"/>
          <w:color w:val="555555"/>
          <w:sz w:val="20"/>
        </w:rPr>
        <w:t>[Mar . 35 . 8]</w:t>
      </w:r>
    </w:p>
    <w:p>
      <w:r>
        <w:rPr>
          <w:rFonts w:ascii="Gentium Plus" w:hAnsi="Gentium Plus"/>
          <w:sz w:val="24"/>
        </w:rPr>
        <w:t>γενέσθαι. μικρὰ δ’ ἀντιστὰς εἰσελάσαντι τῷ Σύλλᾳ καὶ ταχέως ἐκβιασθεὶς ἔφυγε. τῶν δὲ περὶ αὐτὸν ὡς πρῶτον ἐξέπεσε τῆς πόλεως διασπαρέντων, σκότους ὄντος εἴς τι</w:t>
      </w:r>
    </w:p>
    <w:p>
      <w:r>
        <w:rPr>
          <w:rFonts w:ascii="Courier New" w:hAnsi="Courier New"/>
          <w:color w:val="555555"/>
          <w:sz w:val="20"/>
        </w:rPr>
        <w:t>[Mar . 35 . 9]</w:t>
      </w:r>
    </w:p>
    <w:p>
      <w:r>
        <w:rPr>
          <w:rFonts w:ascii="Gentium Plus" w:hAnsi="Gentium Plus"/>
          <w:sz w:val="24"/>
        </w:rPr>
        <w:t>τῶν ἐπαυλίων αὑτοῦ Σολώνιον κατέφυγε. καὶ τὸν μὲν υἱὸν ἔπεμψεν ἐκ τῶν Μουκίου τοῦ πενθεροῦ χωρίων οὐ μακρὰν ὄντων τὰ ἐπιτήδεια ληψόμενον, αὐτὸς δὲ κατα‐ βὰς εἰς Ὠστίαν, φίλου τινὸς Νουμερίου πλοῖον αὐτῷ</w:t>
      </w:r>
    </w:p>
    <w:p>
      <w:r>
        <w:rPr>
          <w:rFonts w:ascii="Courier New" w:hAnsi="Courier New"/>
          <w:color w:val="555555"/>
          <w:sz w:val="20"/>
        </w:rPr>
        <w:t>[5]</w:t>
      </w:r>
    </w:p>
    <w:p>
      <w:r>
        <w:rPr>
          <w:rFonts w:ascii="Gentium Plus" w:hAnsi="Gentium Plus"/>
          <w:sz w:val="24"/>
        </w:rPr>
        <w:t>παρασκευάσαντος, οὐκ ἀναμείνας τὸν υἱόν, ἀλλὰ Γράνιον</w:t>
      </w:r>
    </w:p>
    <w:p>
      <w:r>
        <w:rPr>
          <w:rFonts w:ascii="Courier New" w:hAnsi="Courier New"/>
          <w:color w:val="555555"/>
          <w:sz w:val="20"/>
        </w:rPr>
        <w:t>[Mar . 35 . 10]</w:t>
      </w:r>
    </w:p>
    <w:p>
      <w:r>
        <w:rPr>
          <w:rFonts w:ascii="Gentium Plus" w:hAnsi="Gentium Plus"/>
          <w:sz w:val="24"/>
        </w:rPr>
        <w:t>ἔχων μεθ’ αὑτοῦ τὸν πρόγονον, ἐξέπλευσεν. ὁ δὲ νεανίας ὡς ἦλθεν εἰς τὰ χωρία τοῦ Μουκίου, λαμβάνων τι καὶ σκευαζόμενος ἡμέρας καταλαβούσης οὐ παντάπασι τοὺς πολεμίους ἔλαθεν, ἀλλ’ ἦλθον ἱππεῖς ἐλαύνοντες καθ’</w:t>
      </w:r>
    </w:p>
    <w:p>
      <w:r>
        <w:rPr>
          <w:rFonts w:ascii="Courier New" w:hAnsi="Courier New"/>
          <w:color w:val="555555"/>
          <w:sz w:val="20"/>
        </w:rPr>
        <w:t>[Mar . 35 . 11]</w:t>
      </w:r>
    </w:p>
    <w:p>
      <w:r>
        <w:rPr>
          <w:rFonts w:ascii="Gentium Plus" w:hAnsi="Gentium Plus"/>
          <w:sz w:val="24"/>
        </w:rPr>
        <w:t>ὑπόνοιαν ἐπὶ τὸν τόπον· οὓς ὁ τῶν ἀγρῶν ἐπιμελητὴς προϊδόμενος, ἔκρυψε τὸν Μάριον ἐν ἁμάξῃ κυάμους ἀγούσῃ, καὶ βοῦς ὑποζεύξας ἀπήντα τοῖς ἱππεῦσιν, εἰς</w:t>
      </w:r>
    </w:p>
    <w:p>
      <w:r>
        <w:rPr>
          <w:rFonts w:ascii="Courier New" w:hAnsi="Courier New"/>
          <w:color w:val="555555"/>
          <w:sz w:val="20"/>
        </w:rPr>
        <w:t>[Mar . 35 . 12]</w:t>
      </w:r>
    </w:p>
    <w:p>
      <w:r>
        <w:rPr>
          <w:rFonts w:ascii="Gentium Plus" w:hAnsi="Gentium Plus"/>
          <w:sz w:val="24"/>
        </w:rPr>
        <w:t>πόλιν ἐλαύνων τὴν ἅμαξαν. οὕτω δὲ πρὸς τὴν οἰκίαν τῆς γυναικὸς ὁ Μάριος διακομισθεὶς καὶ λαβὼν ὅσων ἐδεῖτο, νυκτὸς ἐπὶ θάλασσαν ἧκε καὶ νεὼς ἐπιβὰς εἰς Λιβύην πλεούσης ἀπεπέρασεν.</w:t>
      </w:r>
    </w:p>
    <w:p>
      <w:r>
        <w:rPr>
          <w:rFonts w:ascii="Courier New" w:hAnsi="Courier New"/>
          <w:color w:val="555555"/>
          <w:sz w:val="20"/>
        </w:rPr>
        <w:t>[Mar . 36 . 1]</w:t>
      </w:r>
    </w:p>
    <w:p>
      <w:r>
        <w:rPr>
          <w:rFonts w:ascii="Gentium Plus" w:hAnsi="Gentium Plus"/>
          <w:sz w:val="24"/>
        </w:rPr>
        <w:t>Ὁ δὲ πρεσβύτης Μάριος ὡς ἀνήχθη, πνεύματι φορῷ κομιζόμενος παρὰ τὴν Ἰταλίαν, ἐφοβήθη Γεμίνιόν</w:t>
      </w:r>
    </w:p>
    <w:p>
      <w:r>
        <w:rPr>
          <w:rFonts w:ascii="Courier New" w:hAnsi="Courier New"/>
          <w:color w:val="555555"/>
          <w:sz w:val="20"/>
        </w:rPr>
        <w:t>[Mar . 36 . 2]</w:t>
      </w:r>
    </w:p>
    <w:p>
      <w:r>
        <w:rPr>
          <w:rFonts w:ascii="Gentium Plus" w:hAnsi="Gentium Plus"/>
          <w:sz w:val="24"/>
        </w:rPr>
        <w:t>ναύταις προεῖπεν εἴργεσθαι Ταρρακίνης. οἱ δ’ ἐβούλοντο μὲν αὐτῷ χαρίζεσθαι, τοῦ δὲ πνεύματος εἰς πελάγιον μεθισταμένου καὶ κλύδωνα κατάγοντος πολύν, οὔτε τὸ πορθμεῖον ἐδόκει περικλυζόμενον ἀνθέξειν, τοῦ τε Μαρίου</w:t>
      </w:r>
    </w:p>
    <w:p>
      <w:r>
        <w:rPr>
          <w:rFonts w:ascii="Courier New" w:hAnsi="Courier New"/>
          <w:color w:val="555555"/>
          <w:sz w:val="20"/>
        </w:rPr>
        <w:t>[5]</w:t>
      </w:r>
    </w:p>
    <w:p>
      <w:r>
        <w:rPr>
          <w:rFonts w:ascii="Gentium Plus" w:hAnsi="Gentium Plus"/>
          <w:sz w:val="24"/>
        </w:rPr>
        <w:t>δυσφοροῦντος καὶ κακῶς ἔχοντος ὑπὸ ναυτίας, μόλις</w:t>
      </w:r>
    </w:p>
    <w:p>
      <w:r>
        <w:rPr>
          <w:rFonts w:ascii="Courier New" w:hAnsi="Courier New"/>
          <w:color w:val="555555"/>
          <w:sz w:val="20"/>
        </w:rPr>
        <w:t>[Mar . 36 . 3]</w:t>
      </w:r>
    </w:p>
    <w:p>
      <w:r>
        <w:rPr>
          <w:rFonts w:ascii="Gentium Plus" w:hAnsi="Gentium Plus"/>
          <w:sz w:val="24"/>
        </w:rPr>
        <w:t>ἀντιλαμβάνονται τῶν περὶ τὸ Κίρκαιον αἰγιαλῶν. τοῦ δὲ χειμῶνος αὐξανομένου καὶ τῶν σιτίων ἐπιλιπόντων, ἐκβάντες ἐπλάζοντο πρὸς οὐδένα σκοπόν, ἀλλ’ οἷα συμ‐ βαίνει ταῖς μεγάλαις ἀπορίαις ἀεὶ φεύγειν ἐκ τοῦ παρόντος</w:t>
      </w:r>
    </w:p>
    <w:p>
      <w:r>
        <w:rPr>
          <w:rFonts w:ascii="Courier New" w:hAnsi="Courier New"/>
          <w:color w:val="555555"/>
          <w:sz w:val="20"/>
        </w:rPr>
        <w:t>[5]</w:t>
      </w:r>
    </w:p>
    <w:p>
      <w:r>
        <w:rPr>
          <w:rFonts w:ascii="Gentium Plus" w:hAnsi="Gentium Plus"/>
          <w:sz w:val="24"/>
        </w:rPr>
        <w:t>ὡς χαλεπωτάτου καὶ τὰς ἐλπίδας ἔχειν ἐν τοῖς ἀδήλοις.</w:t>
      </w:r>
    </w:p>
    <w:p>
      <w:r>
        <w:rPr>
          <w:rFonts w:ascii="Courier New" w:hAnsi="Courier New"/>
          <w:color w:val="555555"/>
          <w:sz w:val="20"/>
        </w:rPr>
        <w:t>[Mar . 36 . 4]</w:t>
      </w:r>
    </w:p>
    <w:p>
      <w:r>
        <w:rPr>
          <w:rFonts w:ascii="Gentium Plus" w:hAnsi="Gentium Plus"/>
          <w:sz w:val="24"/>
        </w:rPr>
        <w:t>ἐπεὶ πολεμία μὲν ἐκείνοις ἡ γῆ πολεμία δ’ ἡ θάλασσα, φοβερὸν δ’ ἦν ἀνθρώποις περιπεσεῖν, φοβερὸν δὲ μὴ</w:t>
      </w:r>
    </w:p>
    <w:p>
      <w:r>
        <w:rPr>
          <w:rFonts w:ascii="Courier New" w:hAnsi="Courier New"/>
          <w:color w:val="555555"/>
          <w:sz w:val="20"/>
        </w:rPr>
        <w:t>[Mar . 36 . 5]</w:t>
      </w:r>
    </w:p>
    <w:p>
      <w:r>
        <w:rPr>
          <w:rFonts w:ascii="Gentium Plus" w:hAnsi="Gentium Plus"/>
          <w:sz w:val="24"/>
        </w:rPr>
        <w:t>περιπεσεῖν δι’ ἔνδειαν τῶν ἀναγκαίων. οὐ μὴν ἀλλ’ ὀψέ που βοτῆρσιν ὀλίγοις ἐντυγχάνουσιν, οἳ δοῦναι μὲν οὐδὲν ἔσχον αὐτοῖς δεομένοις, γνωρίσαντες δὲ τὸν Μάριον ἐκέλευον ἀπαλλάττεσθαι τὴν ταχίστην· ὀλίγον γὰρ ἔμ‐</w:t>
      </w:r>
    </w:p>
    <w:p>
      <w:r>
        <w:rPr>
          <w:rFonts w:ascii="Courier New" w:hAnsi="Courier New"/>
          <w:color w:val="555555"/>
          <w:sz w:val="20"/>
        </w:rPr>
        <w:t>[5]</w:t>
      </w:r>
    </w:p>
    <w:p>
      <w:r>
        <w:rPr>
          <w:rFonts w:ascii="Gentium Plus" w:hAnsi="Gentium Plus"/>
          <w:sz w:val="24"/>
        </w:rPr>
        <w:t>προσθεν αὐτόθι κατὰ ζήτησιν αὐτοῦ συχνοὺς ἱππέας</w:t>
      </w:r>
    </w:p>
    <w:p>
      <w:r>
        <w:rPr>
          <w:rFonts w:ascii="Courier New" w:hAnsi="Courier New"/>
          <w:color w:val="555555"/>
          <w:sz w:val="20"/>
        </w:rPr>
        <w:t>[Mar . 36 . 6]</w:t>
      </w:r>
    </w:p>
    <w:p>
      <w:r>
        <w:rPr>
          <w:rFonts w:ascii="Gentium Plus" w:hAnsi="Gentium Plus"/>
          <w:sz w:val="24"/>
        </w:rPr>
        <w:t>ὀφθῆναι διεξελαύνοντας. ἐν παντὶ δὴ γεγονὼς ἀπορίας, μάλιστα δὲ νηστείᾳ τῶν περὶ αὐτὸν ἀπαγορευόντων, τότε μὲν ἐκτραπόμενος τῆς ὁδοῦ καὶ καταβαλὼν ἑαυτὸν εἰς</w:t>
      </w:r>
    </w:p>
    <w:p>
      <w:r>
        <w:rPr>
          <w:rFonts w:ascii="Courier New" w:hAnsi="Courier New"/>
          <w:color w:val="555555"/>
          <w:sz w:val="20"/>
        </w:rPr>
        <w:t>[Mar . 36 . 7]</w:t>
      </w:r>
    </w:p>
    <w:p>
      <w:r>
        <w:rPr>
          <w:rFonts w:ascii="Gentium Plus" w:hAnsi="Gentium Plus"/>
          <w:sz w:val="24"/>
        </w:rPr>
        <w:t>ὕλην βαθεῖαν, ἐπιπόνως διενυκτέρευσε. τῇ δ’ ὑστεραίᾳ συνηγμένος ὑπ’ ἐνδείας, καὶ τῷ σώματι πρὶν ἐκλελύσθαι παντάπασι χρήσασθαι βουλόμενος, ἐχώρει παρὰ τὸν αἰγιαλόν, ἐπιθαρσύνων τοὺς ἑπομένους καὶ δεόμενος μὴ</w:t>
      </w:r>
    </w:p>
    <w:p>
      <w:r>
        <w:rPr>
          <w:rFonts w:ascii="Courier New" w:hAnsi="Courier New"/>
          <w:color w:val="555555"/>
          <w:sz w:val="20"/>
        </w:rPr>
        <w:t>[5]</w:t>
      </w:r>
    </w:p>
    <w:p>
      <w:r>
        <w:rPr>
          <w:rFonts w:ascii="Gentium Plus" w:hAnsi="Gentium Plus"/>
          <w:sz w:val="24"/>
        </w:rPr>
        <w:t>προαποκάμνειν τῆς τελευταίας ἐλπίδος, ἐφ’ ἣν ἑαυτὸν</w:t>
      </w:r>
    </w:p>
    <w:p>
      <w:r>
        <w:rPr>
          <w:rFonts w:ascii="Courier New" w:hAnsi="Courier New"/>
          <w:color w:val="555555"/>
          <w:sz w:val="20"/>
        </w:rPr>
        <w:t>[Mar . 36 . 8]</w:t>
      </w:r>
    </w:p>
    <w:p>
      <w:r>
        <w:rPr>
          <w:rFonts w:ascii="Gentium Plus" w:hAnsi="Gentium Plus"/>
          <w:sz w:val="24"/>
        </w:rPr>
        <w:t>φυλάττει μαντεύμασι παλαιοῖς πιστεύων. νέος γὰρ ὢν ἔτι παντελῶς καὶ διατρίβων κατ’ ἀγρόν, ὑποδέξασθαι τῷ</w:t>
      </w:r>
    </w:p>
    <w:p>
      <w:r>
        <w:rPr>
          <w:rFonts w:ascii="Courier New" w:hAnsi="Courier New"/>
          <w:color w:val="555555"/>
          <w:sz w:val="20"/>
        </w:rPr>
        <w:t>[5]</w:t>
      </w:r>
    </w:p>
    <w:p>
      <w:r>
        <w:rPr>
          <w:rFonts w:ascii="Gentium Plus" w:hAnsi="Gentium Plus"/>
          <w:sz w:val="24"/>
        </w:rPr>
        <w:t>πυνθάνεσθαι τῶν μάντεων· τοὺς δ’ εἰπεῖν, ὡς ἐπιφανέ‐ στατος ἀνθρώπων ἔσοιτο, καὶ τὴν μεγίστην ἡγεμονίαν</w:t>
      </w:r>
    </w:p>
    <w:p>
      <w:r>
        <w:rPr>
          <w:rFonts w:ascii="Courier New" w:hAnsi="Courier New"/>
          <w:color w:val="555555"/>
          <w:sz w:val="20"/>
        </w:rPr>
        <w:t>[Mar . 36 . 9]</w:t>
      </w:r>
    </w:p>
    <w:p>
      <w:r>
        <w:rPr>
          <w:rFonts w:ascii="Gentium Plus" w:hAnsi="Gentium Plus"/>
          <w:sz w:val="24"/>
        </w:rPr>
        <w:t>καὶ ἀρχὴν ἑπτάκις αὐτὸν λαβεῖν ἀναγκαῖον εἴη. ταῦθ’ οἱ μὲν ἀληθῶς τῷ Μαρίῳ συντυχεῖν οὕτω λέγουσιν, οἱ δὲ [του]τοὺς τότε καὶ παρὰ τὴν ἄλλην φυγὴν ἀκούσαντας αὐτοῦ καὶ πιστεύσαντας ἀναγράψαι, πρᾶγμα κομιδῇ</w:t>
      </w:r>
    </w:p>
    <w:p>
      <w:r>
        <w:rPr>
          <w:rFonts w:ascii="Courier New" w:hAnsi="Courier New"/>
          <w:color w:val="555555"/>
          <w:sz w:val="20"/>
        </w:rPr>
        <w:t>[Mar . 36 . 10]</w:t>
      </w:r>
    </w:p>
    <w:p>
      <w:r>
        <w:rPr>
          <w:rFonts w:ascii="Gentium Plus" w:hAnsi="Gentium Plus"/>
          <w:sz w:val="24"/>
        </w:rPr>
        <w:t>μυθῶδες. ἀετὸς γὰρ οὐ τίκτει πλείονα τῶν δυεῖν, ἀλλὰ καὶ Μουσαῖον (fr. 3 Diels) ἐψεῦσθαι λέγουσιν, εἰπόντα περὶ τοῦ ἀετοῦ·</w:t>
      </w:r>
    </w:p>
    <w:p>
      <w:r>
        <w:rPr>
          <w:rFonts w:ascii="Courier New" w:hAnsi="Courier New"/>
          <w:color w:val="555555"/>
          <w:sz w:val="20"/>
        </w:rPr>
        <w:t>[3]</w:t>
      </w:r>
    </w:p>
    <w:p>
      <w:r>
        <w:rPr>
          <w:rFonts w:ascii="Gentium Plus" w:hAnsi="Gentium Plus"/>
          <w:sz w:val="24"/>
        </w:rPr>
        <w:t>ὃς τρία μὲν τίκτει, δύο δ’ ἐκλέπει, ἓν δ’ ἀλεγίζει.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[Mar . 36 . 11]</w:t>
      </w:r>
    </w:p>
    <w:p>
      <w:r>
        <w:rPr>
          <w:rFonts w:ascii="Gentium Plus" w:hAnsi="Gentium Plus"/>
          <w:sz w:val="24"/>
        </w:rPr>
        <w:t>τὸ μέντοι πολλάκις ἐν τῇ φυγῇ καὶ ταῖς ἐσχάταις ἀπο‐ ρίαις Μάριον εἰπεῖν, ὡς ἄχρις ἑβδόμης ὑπατείας πρόει‐ σιν, ὁμολογούμενόν ἐστιν.</w:t>
      </w:r>
    </w:p>
    <w:p>
      <w:r>
        <w:rPr>
          <w:rFonts w:ascii="Courier New" w:hAnsi="Courier New"/>
          <w:color w:val="555555"/>
          <w:sz w:val="20"/>
        </w:rPr>
        <w:t>[Mar . 37 . 1]</w:t>
      </w:r>
    </w:p>
    <w:p>
      <w:r>
        <w:rPr>
          <w:rFonts w:ascii="Gentium Plus" w:hAnsi="Gentium Plus"/>
          <w:sz w:val="24"/>
        </w:rPr>
        <w:t>Ἤδη δὲ Μιντούρνης πόλεως Ἰταλικῆς ὁδὸν εἴκοσι σταδίων ἀπέχοντες, ὁρῶσιν ἱππέων ἴλην πρόσωθεν ἐλαύνοντας ἐπ’ αὐτοὺς καὶ κατὰ τύχην ὁλκάδας δύο</w:t>
      </w:r>
    </w:p>
    <w:p>
      <w:r>
        <w:rPr>
          <w:rFonts w:ascii="Courier New" w:hAnsi="Courier New"/>
          <w:color w:val="555555"/>
          <w:sz w:val="20"/>
        </w:rPr>
        <w:t>[Mar . 37 . 2]</w:t>
      </w:r>
    </w:p>
    <w:p>
      <w:r>
        <w:rPr>
          <w:rFonts w:ascii="Gentium Plus" w:hAnsi="Gentium Plus"/>
          <w:sz w:val="24"/>
        </w:rPr>
        <w:t>φερομένας. ὡς οὖν ἕκαστος ποδῶν εἶχε καὶ ῥώμης, καταδραμόντες ἐπὶ τὴν θάλασσαν καὶ καταβαλόντες ἑαυτοὺς προσενήχοντο ταῖς ναυσί· καὶ λαβόμενοι τῆς ἑτέρας οἱ περὶ τὸν Γράνιον ἀπεπέρασαν εἰς τὴν ἄντικρυς</w:t>
      </w:r>
    </w:p>
    <w:p>
      <w:r>
        <w:rPr>
          <w:rFonts w:ascii="Courier New" w:hAnsi="Courier New"/>
          <w:color w:val="555555"/>
          <w:sz w:val="20"/>
        </w:rPr>
        <w:t>[Mar . 37 . 3]</w:t>
      </w:r>
    </w:p>
    <w:p>
      <w:r>
        <w:rPr>
          <w:rFonts w:ascii="Gentium Plus" w:hAnsi="Gentium Plus"/>
          <w:sz w:val="24"/>
        </w:rPr>
        <w:t>νῆσον· Αἰναρία καλεῖται. αὐτὸν δὲ Μάριον βαρὺν ὄντα τῷ σώματι καὶ δυσμεταχείριστον οἰκέται δύο μόλις καὶ χαλεπῶς ὑπὲρ τῆς θαλάττης ἐξάραντες εἰς τὴν ἑτέραν ἔθεντο ναῦν, ἤδη τῶν ἱππέων ἐφεστώτων καὶ διακελευο‐</w:t>
      </w:r>
    </w:p>
    <w:p>
      <w:r>
        <w:rPr>
          <w:rFonts w:ascii="Courier New" w:hAnsi="Courier New"/>
          <w:color w:val="555555"/>
          <w:sz w:val="20"/>
        </w:rPr>
        <w:t>[5]</w:t>
      </w:r>
    </w:p>
    <w:p>
      <w:r>
        <w:rPr>
          <w:rFonts w:ascii="Gentium Plus" w:hAnsi="Gentium Plus"/>
          <w:sz w:val="24"/>
        </w:rPr>
        <w:t>μένων ἀπὸ γῆς τοῖς ναύταις κατάγειν τὸ πλοῖον ἢ τὸν</w:t>
      </w:r>
    </w:p>
    <w:p>
      <w:r>
        <w:rPr>
          <w:rFonts w:ascii="Courier New" w:hAnsi="Courier New"/>
          <w:color w:val="555555"/>
          <w:sz w:val="20"/>
        </w:rPr>
        <w:t>[Mar . 37 . 4]</w:t>
      </w:r>
    </w:p>
    <w:p>
      <w:r>
        <w:rPr>
          <w:rFonts w:ascii="Gentium Plus" w:hAnsi="Gentium Plus"/>
          <w:sz w:val="24"/>
        </w:rPr>
        <w:t>ἱκετεύοντος δὲ τοῦ Μαρίου καὶ δακρύοντος, οἱ κύριοι τῆς ὁλκάδος ὡς ἐν ὀλίγῳ πολλὰς ἐπ’ ἀμφότερα τῆς γνώμης τροπὰς λαβόντες, ὅμως ἀπεκρίναντο τοῖς ἱππεῦσι</w:t>
      </w:r>
    </w:p>
    <w:p>
      <w:r>
        <w:rPr>
          <w:rFonts w:ascii="Courier New" w:hAnsi="Courier New"/>
          <w:color w:val="555555"/>
          <w:sz w:val="20"/>
        </w:rPr>
        <w:t>[Mar . 37 . 5]</w:t>
      </w:r>
    </w:p>
    <w:p>
      <w:r>
        <w:rPr>
          <w:rFonts w:ascii="Gentium Plus" w:hAnsi="Gentium Plus"/>
          <w:sz w:val="24"/>
        </w:rPr>
        <w:t>μὴ προ〈ήσ〉εσθαι τὸν Μάριον. ἐκείνων δὲ πρὸς ὀργὴν ἀπελασάντων, αὖθις ἑτέρων γενόμενοι λογισμῶν κατεφέ‐ ροντο πρὸς τὴν γῆν· καὶ περὶ τὰς ἐκβολὰς τοῦ Λίριος ποταμοῦ διάχυσιν λιμνώδη λαμβάνοντος ἀγκύρας βαλό‐</w:t>
      </w:r>
    </w:p>
    <w:p>
      <w:r>
        <w:rPr>
          <w:rFonts w:ascii="Courier New" w:hAnsi="Courier New"/>
          <w:color w:val="555555"/>
          <w:sz w:val="20"/>
        </w:rPr>
        <w:t>[5]</w:t>
      </w:r>
    </w:p>
    <w:p>
      <w:r>
        <w:rPr>
          <w:rFonts w:ascii="Gentium Plus" w:hAnsi="Gentium Plus"/>
          <w:sz w:val="24"/>
        </w:rPr>
        <w:t>μενοι, παρεκάλουν αὐτὸν ἐκβῆναι καὶ τροφὴν ἐπὶ γῆς λαβεῖν καὶ τὸ σῶμα θεραπεῦσαι κεκακωμένον, ἄχρι οὗ</w:t>
      </w:r>
    </w:p>
    <w:p>
      <w:r>
        <w:rPr>
          <w:rFonts w:ascii="Courier New" w:hAnsi="Courier New"/>
          <w:color w:val="555555"/>
          <w:sz w:val="20"/>
        </w:rPr>
        <w:t>[Mar . 37 . 6]</w:t>
      </w:r>
    </w:p>
    <w:p>
      <w:r>
        <w:rPr>
          <w:rFonts w:ascii="Gentium Plus" w:hAnsi="Gentium Plus"/>
          <w:sz w:val="24"/>
        </w:rPr>
        <w:t>φορὰ γένηται· γίγνεσθαι δὲ 〈περὶ〉 τὴν εἰωθυῖαν ὥραν τοῦ πελαγίου μαραινομένου καὶ τῶν ἑλῶν αὔραν ἀνα‐</w:t>
      </w:r>
    </w:p>
    <w:p>
      <w:r>
        <w:rPr>
          <w:rFonts w:ascii="Courier New" w:hAnsi="Courier New"/>
          <w:color w:val="555555"/>
          <w:sz w:val="20"/>
        </w:rPr>
        <w:t>[Mar . 37 . 7]</w:t>
      </w:r>
    </w:p>
    <w:p>
      <w:r>
        <w:rPr>
          <w:rFonts w:ascii="Gentium Plus" w:hAnsi="Gentium Plus"/>
          <w:sz w:val="24"/>
        </w:rPr>
        <w:t>διδόντων ἐπιεικῶς διαρκῆ. ταῦτα πεισθεὶς ὁ Μάριος ἔπραττε· καὶ τῶν ναυτῶν ἐξελομένων αὐτὸν ἐπὶ τὴν γῆν, κατακλινεὶς ἔν τινι πόᾳ πορρωτάτω τοῦ μέλλοντος εἶχε</w:t>
      </w:r>
    </w:p>
    <w:p>
      <w:r>
        <w:rPr>
          <w:rFonts w:ascii="Courier New" w:hAnsi="Courier New"/>
          <w:color w:val="555555"/>
          <w:sz w:val="20"/>
        </w:rPr>
        <w:t>[Mar . 37 . 8]</w:t>
      </w:r>
    </w:p>
    <w:p>
      <w:r>
        <w:rPr>
          <w:rFonts w:ascii="Gentium Plus" w:hAnsi="Gentium Plus"/>
          <w:sz w:val="24"/>
        </w:rPr>
        <w:t>τὴν διάνοιαν. οἱ δ’ εὐθὺς ἐπιβάντες ἐπὶ τὴν ναῦν καὶ τὰς ἀγκύρας ἀναλαβόντες ἔφευγον, ὡς οὔτε καλὸν ἐκδοῦναι</w:t>
      </w:r>
    </w:p>
    <w:p>
      <w:r>
        <w:rPr>
          <w:rFonts w:ascii="Courier New" w:hAnsi="Courier New"/>
          <w:color w:val="555555"/>
          <w:sz w:val="20"/>
        </w:rPr>
        <w:t>[Mar . 37 . 9]</w:t>
      </w:r>
    </w:p>
    <w:p>
      <w:r>
        <w:rPr>
          <w:rFonts w:ascii="Gentium Plus" w:hAnsi="Gentium Plus"/>
          <w:sz w:val="24"/>
        </w:rPr>
        <w:t>τὸν Μάριον αὐτοῖς οὔτε σῴζειν ἀσφαλές. οὕτω δὴ πάντων ἔρημος ἀπολειφθείς, πολὺν μὲν χρόνον ἄναυδος ἐπὶ τῆς ἀκτῆς ἔκειτο, μόλις δέ πως ἀναλαβὼν ἑαυτὸν ἐπορεύετο</w:t>
      </w:r>
    </w:p>
    <w:p>
      <w:r>
        <w:rPr>
          <w:rFonts w:ascii="Courier New" w:hAnsi="Courier New"/>
          <w:color w:val="555555"/>
          <w:sz w:val="20"/>
        </w:rPr>
        <w:t>[Mar . 37 . 10]</w:t>
      </w:r>
    </w:p>
    <w:p>
      <w:r>
        <w:rPr>
          <w:rFonts w:ascii="Gentium Plus" w:hAnsi="Gentium Plus"/>
          <w:sz w:val="24"/>
        </w:rPr>
        <w:t>ταλαιπώρως ἀνοδίαις· καὶ διεξελθὼν ἕλη βαθέα καὶ τάφρους ὕδατος καὶ πηλοῦ γεμούσας, ἐπιτυγχάνει καλύβῃ λιμνουργοῦ γέροντος, ὃν περιπεσὼν ἱκέτευε γενέσθαι σωτῆρα καὶ βοηθὸν ἀνδρός, εἰ διαφύγοι τὰ παρόντα,</w:t>
      </w:r>
    </w:p>
    <w:p>
      <w:r>
        <w:rPr>
          <w:rFonts w:ascii="Courier New" w:hAnsi="Courier New"/>
          <w:color w:val="555555"/>
          <w:sz w:val="20"/>
        </w:rPr>
        <w:t>[Mar . 37 . 11]</w:t>
      </w:r>
    </w:p>
    <w:p>
      <w:r>
        <w:rPr>
          <w:rFonts w:ascii="Gentium Plus" w:hAnsi="Gentium Plus"/>
          <w:sz w:val="24"/>
        </w:rPr>
        <w:t>μείζονας ἐλπίδων ἀμοιβὰς ἀποδώσοντος. ὁ δ’ ἄνθρωπος εἴτε πάλαι γινώσκων, εἴτε πρὸς τὴν ὄψιν ὡς κρείττονα θαυμάσας, ἀναπαύσασθαι μὲν ἔφη δεομένῳ τὸ σκηνύδριον ἐξαρκεῖν, εἰ δέ τινας ὑποφεύγων πλάζοιτο, κρύψειν αὐτὸν</w:t>
      </w:r>
    </w:p>
    <w:p>
      <w:r>
        <w:rPr>
          <w:rFonts w:ascii="Courier New" w:hAnsi="Courier New"/>
          <w:color w:val="555555"/>
          <w:sz w:val="20"/>
        </w:rPr>
        <w:t>[Mar . 37 . 12]</w:t>
      </w:r>
    </w:p>
    <w:p>
      <w:r>
        <w:rPr>
          <w:rFonts w:ascii="Gentium Plus" w:hAnsi="Gentium Plus"/>
          <w:sz w:val="24"/>
        </w:rPr>
        <w:t>ἐν τόπῳ μᾶλλον ἡσυχίαν ἔχοντι. τοῦ δὲ Μαρίου δεηθέντος</w:t>
      </w:r>
    </w:p>
    <w:p>
      <w:r>
        <w:rPr>
          <w:rFonts w:ascii="Courier New" w:hAnsi="Courier New"/>
          <w:color w:val="555555"/>
          <w:sz w:val="20"/>
        </w:rPr>
        <w:t>[5]</w:t>
      </w:r>
    </w:p>
    <w:p>
      <w:r>
        <w:rPr>
          <w:rFonts w:ascii="Gentium Plus" w:hAnsi="Gentium Plus"/>
          <w:sz w:val="24"/>
        </w:rPr>
        <w:t>κούφη καὶ περιπέσσειν ἀβλαβῶς δυναμένη.</w:t>
      </w:r>
    </w:p>
    <w:p>
      <w:r>
        <w:rPr>
          <w:rFonts w:ascii="Courier New" w:hAnsi="Courier New"/>
          <w:color w:val="555555"/>
          <w:sz w:val="20"/>
        </w:rPr>
        <w:t>[Mar . 38 . 1]</w:t>
      </w:r>
    </w:p>
    <w:p>
      <w:r>
        <w:rPr>
          <w:rFonts w:ascii="Gentium Plus" w:hAnsi="Gentium Plus"/>
          <w:sz w:val="24"/>
        </w:rPr>
        <w:t>Χρόνου δ’ οὐ πολλοῦ διαγενομένου, ψόφος αὐτῷ καὶ θόρυβος ἀπὸ τῆς καλύβης προσέπεσεν. ὁ γὰρ Γεμίνιος ἐκ Ταρρακίνης ἔπεμψε πολλοὺς ἐπὶ τὴν δίωξιν, ὧν ἔνιοι κατὰ τύχην ἐκεῖ προσελθόντες ἐξεφόβουν καὶ κατεβόων</w:t>
      </w:r>
    </w:p>
    <w:p>
      <w:r>
        <w:rPr>
          <w:rFonts w:ascii="Courier New" w:hAnsi="Courier New"/>
          <w:color w:val="555555"/>
          <w:sz w:val="20"/>
        </w:rPr>
        <w:t>[5]</w:t>
      </w:r>
    </w:p>
    <w:p>
      <w:r>
        <w:rPr>
          <w:rFonts w:ascii="Gentium Plus" w:hAnsi="Gentium Plus"/>
          <w:sz w:val="24"/>
        </w:rPr>
        <w:t>τοῦ γέροντος ὡς ὑποδεδεγμένου καὶ κατακρυβόντος</w:t>
      </w:r>
    </w:p>
    <w:p>
      <w:r>
        <w:rPr>
          <w:rFonts w:ascii="Courier New" w:hAnsi="Courier New"/>
          <w:color w:val="555555"/>
          <w:sz w:val="20"/>
        </w:rPr>
        <w:t>[Mar . 38 . 2]</w:t>
      </w:r>
    </w:p>
    <w:p>
      <w:r>
        <w:rPr>
          <w:rFonts w:ascii="Gentium Plus" w:hAnsi="Gentium Plus"/>
          <w:sz w:val="24"/>
        </w:rPr>
        <w:t>πολέμιον Ῥωμαίων. ἐξαναστὰς οὖν ὁ Μάριος καὶ ἀπο‐ δυσάμενος καθῆκεν ἑαυτὸν εἰς τὴν λίμνην, ὕδωρ παχὺ καὶ τελματῶδες ἔχουσαν. ὅθεν οὐ διέλαθε τοὺς ζητοῦντας, ἀλλ’ ἀνασπασθεὶς βορβόρου κατάπλεως καὶ γυμνὸς εἰς</w:t>
      </w:r>
    </w:p>
    <w:p>
      <w:r>
        <w:rPr>
          <w:rFonts w:ascii="Courier New" w:hAnsi="Courier New"/>
          <w:color w:val="555555"/>
          <w:sz w:val="20"/>
        </w:rPr>
        <w:t>[Mar . 38 . 3]</w:t>
      </w:r>
    </w:p>
    <w:p>
      <w:r>
        <w:rPr>
          <w:rFonts w:ascii="Gentium Plus" w:hAnsi="Gentium Plus"/>
          <w:sz w:val="24"/>
        </w:rPr>
        <w:t>Μιντούρνας ἀνήχθη καὶ παρεδόθη τοῖς ἄρχουσιν. ἦν γὰρ εἰς ἅπασαν ἤδη πόλιν ἐξενηνεγμένον παράγγελμα περὶ τοῦ Μαρίου, δημοσίᾳ διώκειν καὶ κτείνειν τοὺς λαβόντας. ὅμως δὲ βουλεύσασθαι πρότερον ἐδόκει τοῖς ἄρχουσι· καὶ</w:t>
      </w:r>
    </w:p>
    <w:p>
      <w:r>
        <w:rPr>
          <w:rFonts w:ascii="Courier New" w:hAnsi="Courier New"/>
          <w:color w:val="555555"/>
          <w:sz w:val="20"/>
        </w:rPr>
        <w:t>[5]</w:t>
      </w:r>
    </w:p>
    <w:p>
      <w:r>
        <w:rPr>
          <w:rFonts w:ascii="Gentium Plus" w:hAnsi="Gentium Plus"/>
          <w:sz w:val="24"/>
        </w:rPr>
        <w:t>κατατίθενται τὸν Μάριον εἰς οἰκίαν Φαννίας, γυναικὸς οὐκ εὐμενῶς δοκούσης ἔχειν πρὸς αὐτὸν ἐξ αἰτίας παλαιᾶς.</w:t>
      </w:r>
    </w:p>
    <w:p>
      <w:r>
        <w:rPr>
          <w:rFonts w:ascii="Courier New" w:hAnsi="Courier New"/>
          <w:color w:val="555555"/>
          <w:sz w:val="20"/>
        </w:rPr>
        <w:t>[Mar . 38 . 4]</w:t>
      </w:r>
    </w:p>
    <w:p>
      <w:r>
        <w:rPr>
          <w:rFonts w:ascii="Gentium Plus" w:hAnsi="Gentium Plus"/>
          <w:sz w:val="24"/>
        </w:rPr>
        <w:t>ἦν γὰρ ἀνὴρ τῇ Φαννίᾳ Τιτίννιος· τούτου διαστᾶσα τὴν φερνὴν ἀπῄτει λαμπρὰν οὖσαν. ὁ δὲ μοιχείαν ἐνεκάλει·</w:t>
      </w:r>
    </w:p>
    <w:p>
      <w:r>
        <w:rPr>
          <w:rFonts w:ascii="Courier New" w:hAnsi="Courier New"/>
          <w:color w:val="555555"/>
          <w:sz w:val="20"/>
        </w:rPr>
        <w:t>[Mar . 38 . 5]</w:t>
      </w:r>
    </w:p>
    <w:p>
      <w:r>
        <w:rPr>
          <w:rFonts w:ascii="Gentium Plus" w:hAnsi="Gentium Plus"/>
          <w:sz w:val="24"/>
        </w:rPr>
        <w:t>καὶ γίνεται Μάριος ὑπατεύων τὸ ἕκτον δικαστής. ἐπεὶ δὲ τῆς δίκης λεγομένης ἐφαίνετο καὶ τὴν Φαννίαν ἀκό‐ λαστον γεγονέναι, καὶ τὸν ἄνδρα τοιαύτην εἰδότα λαβεῖν καὶ συμβιῶσαι πολὺν χρόνον, ἀμφοτέρους δυσχεράνας,</w:t>
      </w:r>
    </w:p>
    <w:p>
      <w:r>
        <w:rPr>
          <w:rFonts w:ascii="Courier New" w:hAnsi="Courier New"/>
          <w:color w:val="555555"/>
          <w:sz w:val="20"/>
        </w:rPr>
        <w:t>[5]</w:t>
      </w:r>
    </w:p>
    <w:p>
      <w:r>
        <w:rPr>
          <w:rFonts w:ascii="Gentium Plus" w:hAnsi="Gentium Plus"/>
          <w:sz w:val="24"/>
        </w:rPr>
        <w:t>τὸν μὲν ἄνδρα τὴν φερνὴν ἐκέλευσεν ἀποδοῦναι, τῆς δὲ γυναικὸς ἀτιμίας ἕνεκα τῇ καταδίκῃ χαλκοῦς τέσσαρας</w:t>
      </w:r>
    </w:p>
    <w:p>
      <w:r>
        <w:rPr>
          <w:rFonts w:ascii="Courier New" w:hAnsi="Courier New"/>
          <w:color w:val="555555"/>
          <w:sz w:val="20"/>
        </w:rPr>
        <w:t>[Mar . 38 . 6]</w:t>
      </w:r>
    </w:p>
    <w:p>
      <w:r>
        <w:rPr>
          <w:rFonts w:ascii="Gentium Plus" w:hAnsi="Gentium Plus"/>
          <w:sz w:val="24"/>
        </w:rPr>
        <w:t>προσετίμησεν. οὐ μὴν ἥ γε Φαννία τότε πάθος γυναικὸς ἠδικημένης ἔπαθεν, ἀλλ’ ὡς εἶδε τὸν Μάριον, πορρωτάτω</w:t>
      </w:r>
    </w:p>
    <w:p>
      <w:r>
        <w:rPr>
          <w:rFonts w:ascii="Courier New" w:hAnsi="Courier New"/>
          <w:color w:val="555555"/>
          <w:sz w:val="20"/>
        </w:rPr>
        <w:t>[Mar . 38 . 7]</w:t>
      </w:r>
    </w:p>
    <w:p>
      <w:r>
        <w:rPr>
          <w:rFonts w:ascii="Gentium Plus" w:hAnsi="Gentium Plus"/>
          <w:sz w:val="24"/>
        </w:rPr>
        <w:t>καὶ παρεθάρρυνεν αὐτόν. ὁ δὲ κἀκείνην ἐπῄνει καὶ θαρρεῖν ἔφασκε· σημεῖον γὰρ αὐτῷ γεγονέναι χρηστόν. ἦν δὲ τοιοῦ‐ τον. ὡς ἀγόμενος πρὸς τῇ οἰκίᾳ τῆς Φαννίας ἐγεγόνει, τῶν θυρῶν ἀνοιχθεισῶν ὄνος ἔνδοθεν ἐχώρει δρόμῳ, πιόμενος</w:t>
      </w:r>
    </w:p>
    <w:p>
      <w:r>
        <w:rPr>
          <w:rFonts w:ascii="Courier New" w:hAnsi="Courier New"/>
          <w:color w:val="555555"/>
          <w:sz w:val="20"/>
        </w:rPr>
        <w:t>[Mar . 38 . 8]</w:t>
      </w:r>
    </w:p>
    <w:p>
      <w:r>
        <w:rPr>
          <w:rFonts w:ascii="Gentium Plus" w:hAnsi="Gentium Plus"/>
          <w:sz w:val="24"/>
        </w:rPr>
        <w:t>ἀπὸ κρήνης ἐγγὺς ἀπορρεούσης· προσβλέψας δὲ τῷ Μαρίῳ λαμυρόν τι καὶ γεγηθός, ἔστη πρῶτον ἐναντίον, εἶτα φωνὴν ἀφῆκε λαμπρὰν καὶ παρεσκίρτησε παρ’ αὐτὸν ὑπὸ γαυρό‐</w:t>
      </w:r>
    </w:p>
    <w:p>
      <w:r>
        <w:rPr>
          <w:rFonts w:ascii="Courier New" w:hAnsi="Courier New"/>
          <w:color w:val="555555"/>
          <w:sz w:val="20"/>
        </w:rPr>
        <w:t>[Mar . 38 . 9]</w:t>
      </w:r>
    </w:p>
    <w:p>
      <w:r>
        <w:rPr>
          <w:rFonts w:ascii="Gentium Plus" w:hAnsi="Gentium Plus"/>
          <w:sz w:val="24"/>
        </w:rPr>
        <w:t>τητος. ἐξ οὗ συμβαλὼν ὁ Μάριος ἔφασκεν, ὡς διὰ θαλάσσης αὐτῷ μᾶλλον ἢ διὰ γῆς ὑποδείκνυσι σωτηρίαν τὸ δαιμόνιον· τὸν γὰρ ὄνον οὐ προσέχοντα τῇ ξηρᾷ τροφῇ πρὸς τὸ ὕδωρ</w:t>
      </w:r>
    </w:p>
    <w:p>
      <w:r>
        <w:rPr>
          <w:rFonts w:ascii="Courier New" w:hAnsi="Courier New"/>
          <w:color w:val="555555"/>
          <w:sz w:val="20"/>
        </w:rPr>
        <w:t>[Mar . 38 . 10]</w:t>
      </w:r>
    </w:p>
    <w:p>
      <w:r>
        <w:rPr>
          <w:rFonts w:ascii="Gentium Plus" w:hAnsi="Gentium Plus"/>
          <w:sz w:val="24"/>
        </w:rPr>
        <w:t>ἀπ’ αὐτοῦ τραπέσθαι. ταῦτα διαλεχθεὶς τῇ Φαννίᾳ καθ’ αὑτὸν ἀνεπαύετο, τὴν θύραν τοῦ δωματίου προσθεῖναι κελεύσας.</w:t>
      </w:r>
    </w:p>
    <w:p>
      <w:r>
        <w:rPr>
          <w:rFonts w:ascii="Courier New" w:hAnsi="Courier New"/>
          <w:color w:val="555555"/>
          <w:sz w:val="20"/>
        </w:rPr>
        <w:t>[Mar . 39 . 1]</w:t>
      </w:r>
    </w:p>
    <w:p>
      <w:r>
        <w:rPr>
          <w:rFonts w:ascii="Gentium Plus" w:hAnsi="Gentium Plus"/>
          <w:sz w:val="24"/>
        </w:rPr>
        <w:t>Βουλευομένοις δὲ τοῖς ἄρχουσι καὶ συνέδροις τῶν Μιντουρνησίων ἔδοξε μὴ μέλλειν, ἀλλὰ διαχρήσασθαι</w:t>
      </w:r>
    </w:p>
    <w:p>
      <w:r>
        <w:rPr>
          <w:rFonts w:ascii="Courier New" w:hAnsi="Courier New"/>
          <w:color w:val="555555"/>
          <w:sz w:val="20"/>
        </w:rPr>
        <w:t>[Mar . 39 . 2]</w:t>
      </w:r>
    </w:p>
    <w:p>
      <w:r>
        <w:rPr>
          <w:rFonts w:ascii="Gentium Plus" w:hAnsi="Gentium Plus"/>
          <w:sz w:val="24"/>
        </w:rPr>
        <w:t>τὸν ἄνδρα. καὶ τῶν μὲν πολιτῶν οὐδεὶς ὑπέστη τὸ ἔρ‐ γον, ἱππεὺς δὲ Γαλάτης τὸ γένος ἢ Κίμβρος—ἀμφο‐ τέρως γὰρ ἱστορεῖται—λαβὼν ξίφος ἐπεισῆλθεν αὐτῷ.</w:t>
      </w:r>
    </w:p>
    <w:p>
      <w:r>
        <w:rPr>
          <w:rFonts w:ascii="Courier New" w:hAnsi="Courier New"/>
          <w:color w:val="555555"/>
          <w:sz w:val="20"/>
        </w:rPr>
        <w:t>[Mar . 39 . 3]</w:t>
      </w:r>
    </w:p>
    <w:p>
      <w:r>
        <w:rPr>
          <w:rFonts w:ascii="Gentium Plus" w:hAnsi="Gentium Plus"/>
          <w:sz w:val="24"/>
        </w:rPr>
        <w:t>τοῦ δ’ οἰκήματος, ἐν ᾧ ἔτυχε μέρει κατακείμενος, οὐ πάνυ λαμπρὸν φῶς ἔχοντος, ἀλλ’ ὄντος ἐπισκίου, λέγεται τὰ μὲν ὄμματα τοῦ Μαρίου φλόγα πολλὴν ἐκβάλλοντα τῷ στρατιώτῃ φανῆναι, φωνὴν δὲ μεγάλην ἐκ τοῦ παλισκίου</w:t>
      </w:r>
    </w:p>
    <w:p>
      <w:r>
        <w:rPr>
          <w:rFonts w:ascii="Courier New" w:hAnsi="Courier New"/>
          <w:color w:val="555555"/>
          <w:sz w:val="20"/>
        </w:rPr>
        <w:t>[5]</w:t>
      </w:r>
    </w:p>
    <w:p>
      <w:r>
        <w:rPr>
          <w:rFonts w:ascii="Gentium Plus" w:hAnsi="Gentium Plus"/>
          <w:sz w:val="24"/>
        </w:rPr>
        <w:t>γενέσθαι· „σὺ δὴ τολμᾷς ἄνθρωπε Γάιον Μάριον ἀν‐</w:t>
      </w:r>
    </w:p>
    <w:p>
      <w:r>
        <w:rPr>
          <w:rFonts w:ascii="Courier New" w:hAnsi="Courier New"/>
          <w:color w:val="555555"/>
          <w:sz w:val="20"/>
        </w:rPr>
        <w:t>[Mar . 39 . 4]</w:t>
      </w:r>
    </w:p>
    <w:p>
      <w:r>
        <w:rPr>
          <w:rFonts w:ascii="Gentium Plus" w:hAnsi="Gentium Plus"/>
          <w:sz w:val="24"/>
        </w:rPr>
        <w:t>ελεῖν;“ ἐξῆλθεν οὖν εὐθὺς ὁ βάρβαρος φυγῇ, καὶ τὸ ξί‐ φος ἐν μέσῳ καταβαλὼν ἐχώρει διὰ θυρῶν, τοῦτο μόνον</w:t>
      </w:r>
    </w:p>
    <w:p>
      <w:r>
        <w:rPr>
          <w:rFonts w:ascii="Courier New" w:hAnsi="Courier New"/>
          <w:color w:val="555555"/>
          <w:sz w:val="20"/>
        </w:rPr>
        <w:t>[Mar . 39 . 5]</w:t>
      </w:r>
    </w:p>
    <w:p>
      <w:r>
        <w:rPr>
          <w:rFonts w:ascii="Gentium Plus" w:hAnsi="Gentium Plus"/>
          <w:sz w:val="24"/>
        </w:rPr>
        <w:t>βοῶν· „οὐ δύναμαι Γάιον Μάριον ἀποκτεῖναι.“ πάντας οὖν ἔκπληξις ἔσχεν, εἶτ’ οἶκτος καὶ μετάνοια τῆς γνώμης</w:t>
      </w:r>
    </w:p>
    <w:p>
      <w:r>
        <w:rPr>
          <w:rFonts w:ascii="Courier New" w:hAnsi="Courier New"/>
          <w:color w:val="555555"/>
          <w:sz w:val="20"/>
        </w:rPr>
        <w:t>[Mar . 39 . 6]</w:t>
      </w:r>
    </w:p>
    <w:p>
      <w:r>
        <w:rPr>
          <w:rFonts w:ascii="Gentium Plus" w:hAnsi="Gentium Plus"/>
          <w:sz w:val="24"/>
        </w:rPr>
        <w:t>μὴ βοηθῆσαι δεινὸν ἦν. „ἴτω δ’ οὖν ὅπῃ χρῄζει φυγάς, ἀνατλησόμενος ἀλλαχόθι τὸ μεμορμένον. ἡμῖν δ’ εὐχώ‐ μεθα μὴ νεμεσῆσαι θεούς, Μάριον ἄπορον καὶ γυμνὸν</w:t>
      </w:r>
    </w:p>
    <w:p>
      <w:r>
        <w:rPr>
          <w:rFonts w:ascii="Courier New" w:hAnsi="Courier New"/>
          <w:color w:val="555555"/>
          <w:sz w:val="20"/>
        </w:rPr>
        <w:t>[Mar . 39 . 7]</w:t>
      </w:r>
    </w:p>
    <w:p>
      <w:r>
        <w:rPr>
          <w:rFonts w:ascii="Gentium Plus" w:hAnsi="Gentium Plus"/>
          <w:sz w:val="24"/>
        </w:rPr>
        <w:t>ἐκ τῆς πόλεως ἐκβαλοῦσιν.“ ὑπὸ τοιούτων λογισμῶν εἰσπεσόντες ἀθρόοι καὶ περισχόντες αὐτὸν ἐξῆγον ἐπὶ τὴν θάλασσαν. ἄλλου δ’ ἄλλο τι προθύμως ὑπηρετοῦν‐ τος καὶ σπευδόντων ἁπάντων, ἐγίνετο τριβὴ τοῦ χρόνου.</w:t>
      </w:r>
    </w:p>
    <w:p>
      <w:r>
        <w:rPr>
          <w:rFonts w:ascii="Courier New" w:hAnsi="Courier New"/>
          <w:color w:val="555555"/>
          <w:sz w:val="20"/>
        </w:rPr>
        <w:t>[Mar . 39 . 8]</w:t>
      </w:r>
    </w:p>
    <w:p>
      <w:r>
        <w:rPr>
          <w:rFonts w:ascii="Gentium Plus" w:hAnsi="Gentium Plus"/>
          <w:sz w:val="24"/>
        </w:rPr>
        <w:t>τὸ γὰρ τῆς λεγομένης Μαρίκας ἄλσος, ὃ σέβονται καὶ παραφυλάττουσι μηθὲν ἐκεῖθεν ἐκκομισθῆναι τῶν εἰσκο‐ μισθέντων, ἐμποδὼν ἦν τῆς ἐπὶ θάλασσαν ὁδοῦ, καὶ κύκλῳ περιιόντας ἔδει βραδύνειν, ἄχρι οὗ τῶν πρεσβυ‐</w:t>
      </w:r>
    </w:p>
    <w:p>
      <w:r>
        <w:rPr>
          <w:rFonts w:ascii="Courier New" w:hAnsi="Courier New"/>
          <w:color w:val="555555"/>
          <w:sz w:val="20"/>
        </w:rPr>
        <w:t>[5]</w:t>
      </w:r>
    </w:p>
    <w:p>
      <w:r>
        <w:rPr>
          <w:rFonts w:ascii="Gentium Plus" w:hAnsi="Gentium Plus"/>
          <w:sz w:val="24"/>
        </w:rPr>
        <w:t>τέρων τις ἐκβοήσας ἔφη μηδεμίαν ἄβατον μηδ’ ἀπόρευ‐</w:t>
      </w:r>
    </w:p>
    <w:p>
      <w:r>
        <w:rPr>
          <w:rFonts w:ascii="Courier New" w:hAnsi="Courier New"/>
          <w:color w:val="555555"/>
          <w:sz w:val="20"/>
        </w:rPr>
        <w:t>[Mar . 39 . 9]</w:t>
      </w:r>
    </w:p>
    <w:p>
      <w:r>
        <w:rPr>
          <w:rFonts w:ascii="Gentium Plus" w:hAnsi="Gentium Plus"/>
          <w:sz w:val="24"/>
        </w:rPr>
        <w:t>τον ὁδὸν εἶναι δι’ ἧς σῴζεται Μάριος, καὶ πρῶτος αὐ‐ τὸς λαβών τι τῶν κομιζομένων ἐπὶ ναῦν διὰ τοῦ τόπου διεξῆλθε.</w:t>
      </w:r>
    </w:p>
    <w:p>
      <w:r>
        <w:rPr>
          <w:rFonts w:ascii="Courier New" w:hAnsi="Courier New"/>
          <w:color w:val="555555"/>
          <w:sz w:val="20"/>
        </w:rPr>
        <w:t>[Mar . 40 . 1]</w:t>
      </w:r>
    </w:p>
    <w:p>
      <w:r>
        <w:rPr>
          <w:rFonts w:ascii="Gentium Plus" w:hAnsi="Gentium Plus"/>
          <w:sz w:val="24"/>
        </w:rPr>
        <w:t>Τοιαύτῃ προθυμίᾳ ταχὺ πάντων συμπορισθέντων, καὶ Βηλαίου τινὸς ναῦν τῷ Μαρίῳ παρασχόντος, ὃς ὕστερον πίνακα τῶν πράξεων ἐκείνων γραψάμενος ἀνέθηκεν εἰς τὸ ἱερὸν ὅθεν ἐμβὰς ὁ Μάριος ἀνήχθη, τῷ</w:t>
      </w:r>
    </w:p>
    <w:p>
      <w:r>
        <w:rPr>
          <w:rFonts w:ascii="Courier New" w:hAnsi="Courier New"/>
          <w:color w:val="555555"/>
          <w:sz w:val="20"/>
        </w:rPr>
        <w:t>[5]</w:t>
      </w:r>
    </w:p>
    <w:p>
      <w:r>
        <w:rPr>
          <w:rFonts w:ascii="Gentium Plus" w:hAnsi="Gentium Plus"/>
          <w:sz w:val="24"/>
        </w:rPr>
        <w:t>φέροντι χρώμενος ἐφέρετό [δὲ] πως κατὰ τύχην πρὸς Αἰναρίαν τὴν νῆσον, ὅπου τὸν Γράνιον καὶ τοὺς ἄλλους</w:t>
      </w:r>
    </w:p>
    <w:p>
      <w:r>
        <w:rPr>
          <w:rFonts w:ascii="Courier New" w:hAnsi="Courier New"/>
          <w:color w:val="555555"/>
          <w:sz w:val="20"/>
        </w:rPr>
        <w:t>[Mar . 40 . 2]</w:t>
      </w:r>
    </w:p>
    <w:p>
      <w:r>
        <w:rPr>
          <w:rFonts w:ascii="Gentium Plus" w:hAnsi="Gentium Plus"/>
          <w:sz w:val="24"/>
        </w:rPr>
        <w:t>φίλους εὑρών, ἔπλει μετ’ αὐτῶν ἐπὶ Λιβύης. ὕδατος δ’ ἐπιλιπόντος αὐτούς, ἀναγκαίως Σικελίᾳ κατὰ τὴν Ἐρυ‐</w:t>
      </w:r>
    </w:p>
    <w:p>
      <w:r>
        <w:rPr>
          <w:rFonts w:ascii="Courier New" w:hAnsi="Courier New"/>
          <w:color w:val="555555"/>
          <w:sz w:val="20"/>
        </w:rPr>
        <w:t>[Mar . 40 . 3]</w:t>
      </w:r>
    </w:p>
    <w:p>
      <w:r>
        <w:rPr>
          <w:rFonts w:ascii="Gentium Plus" w:hAnsi="Gentium Plus"/>
          <w:sz w:val="24"/>
        </w:rPr>
        <w:t>κίνην προσέσχον. ἔτυχε δὲ περὶ τοὺς τόπους ἐκείνους ὁ Ῥωμαίων ταμίας παραφυλάσσων, καὶ μικροῦ μὲν αὐτὸν</w:t>
      </w:r>
    </w:p>
    <w:p>
      <w:r>
        <w:rPr>
          <w:rFonts w:ascii="Courier New" w:hAnsi="Courier New"/>
          <w:color w:val="555555"/>
          <w:sz w:val="20"/>
        </w:rPr>
        <w:t>[Mar . 40 . 4]</w:t>
      </w:r>
    </w:p>
    <w:p>
      <w:r>
        <w:rPr>
          <w:rFonts w:ascii="Gentium Plus" w:hAnsi="Gentium Plus"/>
          <w:sz w:val="24"/>
        </w:rPr>
        <w:t>τῶν ὑδρευομένων. Μάριος δὲ κατὰ σπουδὴν ἀναχθεὶς καὶ διαπεράσας τὸ πέλαγος πρὸς Μήνιγγα τὴν νῆσον, ἐνταῦθα διαπυνθάνεται πρῶτον, ὡς ὁ παῖς αὐτοῦ διασέσῳσται μετὰ Κεθήγου καὶ πορεύονται πρὸς τὸν βασιλέα τῶν</w:t>
      </w:r>
    </w:p>
    <w:p>
      <w:r>
        <w:rPr>
          <w:rFonts w:ascii="Courier New" w:hAnsi="Courier New"/>
          <w:color w:val="555555"/>
          <w:sz w:val="20"/>
        </w:rPr>
        <w:t>[Mar . 40 . 5]</w:t>
      </w:r>
    </w:p>
    <w:p>
      <w:r>
        <w:rPr>
          <w:rFonts w:ascii="Gentium Plus" w:hAnsi="Gentium Plus"/>
          <w:sz w:val="24"/>
        </w:rPr>
        <w:t>Νομάδων Ἰάμψαν, δεησόμενοι βοηθεῖν. ἐφ’ οἷς μικρὸν ἀναπνεύσας, ἐθάρρησεν ἀπὸ τῆς νήσου πρὸς τὴν Καρχη‐</w:t>
      </w:r>
    </w:p>
    <w:p>
      <w:r>
        <w:rPr>
          <w:rFonts w:ascii="Courier New" w:hAnsi="Courier New"/>
          <w:color w:val="555555"/>
          <w:sz w:val="20"/>
        </w:rPr>
        <w:t>[Mar . 40 . 6]</w:t>
      </w:r>
    </w:p>
    <w:p>
      <w:r>
        <w:rPr>
          <w:rFonts w:ascii="Gentium Plus" w:hAnsi="Gentium Plus"/>
          <w:sz w:val="24"/>
        </w:rPr>
        <w:t>δονίαν προσβαλεῖν. ἐστρατήγει δὲ τῆς Λιβύης τότε Σεξτί‐ λιος, ἀνὴρ Ῥωμαῖος οὔτε φαῦλον οὐθὲν οὔτε χρηστὸν ἐκ Μαρίου προειληφώς, ἀλλ’ ὅσον ἀπ’ οἴκτου τι προσδοκώ‐</w:t>
      </w:r>
    </w:p>
    <w:p>
      <w:r>
        <w:rPr>
          <w:rFonts w:ascii="Courier New" w:hAnsi="Courier New"/>
          <w:color w:val="555555"/>
          <w:sz w:val="20"/>
        </w:rPr>
        <w:t>[Mar . 40 . 7]</w:t>
      </w:r>
    </w:p>
    <w:p>
      <w:r>
        <w:rPr>
          <w:rFonts w:ascii="Gentium Plus" w:hAnsi="Gentium Plus"/>
          <w:sz w:val="24"/>
        </w:rPr>
        <w:t>μενος ὠφελήσειν. ἄρτι δ’ αὐτοῦ μετ’ ὀλίγων ἀποβεβη‐ κότος, ὑπηρέτης ἀπαντήσας καὶ καταστὰς ἐναντίον εἶπεν· „ἀπαγορεύει σοι Σεξτίλιος ὁ στρατηγὸς ὦ Μάριε Λιβύης ἐπιβαίνειν· εἰ δὲ μή, φησὶν ἀμυνεῖν τοῖς τῆς βουλῆς</w:t>
      </w:r>
    </w:p>
    <w:p>
      <w:r>
        <w:rPr>
          <w:rFonts w:ascii="Courier New" w:hAnsi="Courier New"/>
          <w:color w:val="555555"/>
          <w:sz w:val="20"/>
        </w:rPr>
        <w:t>[Mar . 40 . 8]</w:t>
      </w:r>
    </w:p>
    <w:p>
      <w:r>
        <w:rPr>
          <w:rFonts w:ascii="Gentium Plus" w:hAnsi="Gentium Plus"/>
          <w:sz w:val="24"/>
        </w:rPr>
        <w:t>δόγμασιν, ὡς Ῥωμαίων πολεμίῳ χρώμενος.“ ταῦτ’ ἀκούσαντα τὸν Μάριον ὑπὸ λύπης καὶ βαρυθυμίας ἀπορία λόγων ἔσχε, καὶ πολὺν χρόνον ἡσυχίαν ἦγε, δεινὸν εἰς</w:t>
      </w:r>
    </w:p>
    <w:p>
      <w:r>
        <w:rPr>
          <w:rFonts w:ascii="Courier New" w:hAnsi="Courier New"/>
          <w:color w:val="555555"/>
          <w:sz w:val="20"/>
        </w:rPr>
        <w:t>[Mar . 40 . 9]</w:t>
      </w:r>
    </w:p>
    <w:p>
      <w:r>
        <w:rPr>
          <w:rFonts w:ascii="Gentium Plus" w:hAnsi="Gentium Plus"/>
          <w:sz w:val="24"/>
        </w:rPr>
        <w:t>τὸν ὑπηρέτην ἀποβλέπων. ἐρομένου δ’ ἐκείνου τί φράζῃ καὶ τί λέγῃ πρὸς τὸν στρατηγόν, ἀπεκρίνατο μέγα στενά‐ ξας· „ἄγγελλε τοίνυν ὅτι Γάιον Μάριον ἐν τοῖς Καρ‐ χηδόνος ἐρειπίοις φυγάδα καθεζόμενον εἶδεσ“, οὐ κακῶς</w:t>
      </w:r>
    </w:p>
    <w:p>
      <w:r>
        <w:rPr>
          <w:rFonts w:ascii="Courier New" w:hAnsi="Courier New"/>
          <w:color w:val="555555"/>
          <w:sz w:val="20"/>
        </w:rPr>
        <w:t>[5]</w:t>
      </w:r>
    </w:p>
    <w:p>
      <w:r>
        <w:rPr>
          <w:rFonts w:ascii="Gentium Plus" w:hAnsi="Gentium Plus"/>
          <w:sz w:val="24"/>
        </w:rPr>
        <w:t>ἅμα τήν τε τῆς πόλεως ἐκείνης τύχην καὶ τὴν ἑαυτοῦ μεταβολὴν ἐν παραδείγματος λόγῳ θέμενος.</w:t>
      </w:r>
    </w:p>
    <w:p>
      <w:r>
        <w:rPr>
          <w:rFonts w:ascii="Courier New" w:hAnsi="Courier New"/>
          <w:color w:val="555555"/>
          <w:sz w:val="20"/>
        </w:rPr>
        <w:t>[Mar . 40 . 10]</w:t>
      </w:r>
    </w:p>
    <w:p>
      <w:r>
        <w:rPr>
          <w:rFonts w:ascii="Gentium Plus" w:hAnsi="Gentium Plus"/>
          <w:sz w:val="24"/>
        </w:rPr>
        <w:t>Ἐν τούτῳ δ’ Ἰάμψας ὁ βασιλεὺς τῶν Νομάδων ἐπαμ‐ φοτερίζων τοῖς λογισμοῖς, ἐν τιμῇ μὲν ἦγε τοὺς περὶ τὸν νέον Μάριον, ἀπιέναι δὲ βουλομένους ἔκ τινος ἀεὶ προφά‐ σεως κατεῖχε, καὶ δῆλος ἦν ἐπ’ οὐδενὶ χρηστῷ ποιούμενος</w:t>
      </w:r>
    </w:p>
    <w:p>
      <w:r>
        <w:rPr>
          <w:rFonts w:ascii="Courier New" w:hAnsi="Courier New"/>
          <w:color w:val="555555"/>
          <w:sz w:val="20"/>
        </w:rPr>
        <w:t>[Mar . 40 . 11]</w:t>
      </w:r>
    </w:p>
    <w:p>
      <w:r>
        <w:rPr>
          <w:rFonts w:ascii="Gentium Plus" w:hAnsi="Gentium Plus"/>
          <w:sz w:val="24"/>
        </w:rPr>
        <w:t>τὴν ἀναβολήν. οὐ μὴν ἀλλὰ συμβαίνει τι τῶν 〈ἀπ〉εικότων</w:t>
      </w:r>
    </w:p>
    <w:p>
      <w:r>
        <w:rPr>
          <w:rFonts w:ascii="Courier New" w:hAnsi="Courier New"/>
          <w:color w:val="555555"/>
          <w:sz w:val="20"/>
        </w:rPr>
        <w:t>[Mar . 40 . 12]</w:t>
      </w:r>
    </w:p>
    <w:p>
      <w:r>
        <w:rPr>
          <w:rFonts w:ascii="Gentium Plus" w:hAnsi="Gentium Plus"/>
          <w:sz w:val="24"/>
        </w:rPr>
        <w:t>ἔρωτος. τὸ μὲν οὖν πρῶτον ἀπετρίβετο τὴν ἄνθρωπον· ὡς δ’ οὔτε φυγῆς ἑτέραν ὁδὸν ἑώρα, καὶ τὰ παρ’ ἐκείνης σπουδαιότερον ἢ πρὸς ἡδονὴν ἀκόλαστον διεπράττετο, δεξάμενος τὴν φιλοφροσύνην καὶ συνεκπεμφθεὶς ὑπ’</w:t>
      </w:r>
    </w:p>
    <w:p>
      <w:r>
        <w:rPr>
          <w:rFonts w:ascii="Courier New" w:hAnsi="Courier New"/>
          <w:color w:val="555555"/>
          <w:sz w:val="20"/>
        </w:rPr>
        <w:t>[5]</w:t>
      </w:r>
    </w:p>
    <w:p>
      <w:r>
        <w:rPr>
          <w:rFonts w:ascii="Gentium Plus" w:hAnsi="Gentium Plus"/>
          <w:sz w:val="24"/>
        </w:rPr>
        <w:t>αὐτῆς ἀπέδρα μετὰ τῶν φίλων καὶ διέφυγε πρὸς τὸν</w:t>
      </w:r>
    </w:p>
    <w:p>
      <w:r>
        <w:rPr>
          <w:rFonts w:ascii="Courier New" w:hAnsi="Courier New"/>
          <w:color w:val="555555"/>
          <w:sz w:val="20"/>
        </w:rPr>
        <w:t>[Mar . 40 . 13]</w:t>
      </w:r>
    </w:p>
    <w:p>
      <w:r>
        <w:rPr>
          <w:rFonts w:ascii="Gentium Plus" w:hAnsi="Gentium Plus"/>
          <w:sz w:val="24"/>
        </w:rPr>
        <w:t>Μάριον. ἐπεὶ δ’ ἀλλήλους ἠσπάσαντο, πορευόμενοι παρὰ τὴν θάλασσαν ἐντυγχάνουσι σκορπίοις μαχομένοις· καὶ</w:t>
      </w:r>
    </w:p>
    <w:p>
      <w:r>
        <w:rPr>
          <w:rFonts w:ascii="Courier New" w:hAnsi="Courier New"/>
          <w:color w:val="555555"/>
          <w:sz w:val="20"/>
        </w:rPr>
        <w:t>[Mar . 40 . 14]</w:t>
      </w:r>
    </w:p>
    <w:p>
      <w:r>
        <w:rPr>
          <w:rFonts w:ascii="Gentium Plus" w:hAnsi="Gentium Plus"/>
          <w:sz w:val="24"/>
        </w:rPr>
        <w:t>τὸ σημεῖον ἐφάνη τῷ Μαρίῳ πονηρόν. εὐθὺς οὖν ἁλιάδος ἐπιβάντες εἰς Κέρκιναν διεπέρων νῆσον, ἀπέχουσαν οὐ πολὺ τῆς ἠπείρου· καὶ τοσοῦτον ἔφθασαν, ὅσον ἀνηγμένων αὐτῶν ἱππεῖς ὁρᾶσθαι παρὰ τοῦ βασιλέως ἐλαύνοντας ἐπὶ</w:t>
      </w:r>
    </w:p>
    <w:p>
      <w:r>
        <w:rPr>
          <w:rFonts w:ascii="Courier New" w:hAnsi="Courier New"/>
          <w:color w:val="555555"/>
          <w:sz w:val="20"/>
        </w:rPr>
        <w:t>[5]</w:t>
      </w:r>
    </w:p>
    <w:p>
      <w:r>
        <w:rPr>
          <w:rFonts w:ascii="Gentium Plus" w:hAnsi="Gentium Plus"/>
          <w:sz w:val="24"/>
        </w:rPr>
        <w:t>τὸν τόπον ὅθεν ἀνήχθησαν. τοῦτον οὐδενὸς ἐλάττονα 〈τὸν〉 κίνδυνον ἔδοξεν ἐκφυγεῖν ὁ Μάριος.</w:t>
      </w:r>
    </w:p>
    <w:p>
      <w:r>
        <w:rPr>
          <w:rFonts w:ascii="Courier New" w:hAnsi="Courier New"/>
          <w:color w:val="555555"/>
          <w:sz w:val="20"/>
        </w:rPr>
        <w:t>[Mar . 41 . 1]</w:t>
      </w:r>
    </w:p>
    <w:p>
      <w:r>
        <w:rPr>
          <w:rFonts w:ascii="Gentium Plus" w:hAnsi="Gentium Plus"/>
          <w:sz w:val="24"/>
        </w:rPr>
        <w:t>Ἐν δὲ Ῥώμῃ Σύλλας μὲν ἠκούετο τοῖς Μιθρι‐ δάτου πολεμεῖν στρατηγοῖς περὶ Βοιωτίαν, οἱ δ’ ὕπατοι</w:t>
      </w:r>
    </w:p>
    <w:p>
      <w:r>
        <w:rPr>
          <w:rFonts w:ascii="Courier New" w:hAnsi="Courier New"/>
          <w:color w:val="555555"/>
          <w:sz w:val="20"/>
        </w:rPr>
        <w:t>[Mar . 41 . 2]</w:t>
      </w:r>
    </w:p>
    <w:p>
      <w:r>
        <w:rPr>
          <w:rFonts w:ascii="Gentium Plus" w:hAnsi="Gentium Plus"/>
          <w:sz w:val="24"/>
        </w:rPr>
        <w:t>στασιάσαντες ἐχώρουν εἰς ὅπλα. καὶ μάχης γενομένης, Ὀκτάβιος μὲν κρατήσας ἐξέβαλε Κίνναν ἐπιχειροῦντα τυραννικώτερον ἄρχειν, καὶ κατέστησεν ἀντ’ αὐτοῦ Κορ‐ νήλιον Μερούλαν ὕπατον, ὁ δὲ Κίννας ἐκ τῆς ἄλλης</w:t>
      </w:r>
    </w:p>
    <w:p>
      <w:r>
        <w:rPr>
          <w:rFonts w:ascii="Courier New" w:hAnsi="Courier New"/>
          <w:color w:val="555555"/>
          <w:sz w:val="20"/>
        </w:rPr>
        <w:t>[5]</w:t>
      </w:r>
    </w:p>
    <w:p>
      <w:r>
        <w:rPr>
          <w:rFonts w:ascii="Gentium Plus" w:hAnsi="Gentium Plus"/>
          <w:sz w:val="24"/>
        </w:rPr>
        <w:t>Ἰταλίας συναγαγὼν δύναμιν, αὖθις διεπολέμει πρὸς αὐ‐</w:t>
      </w:r>
    </w:p>
    <w:p>
      <w:r>
        <w:rPr>
          <w:rFonts w:ascii="Courier New" w:hAnsi="Courier New"/>
          <w:color w:val="555555"/>
          <w:sz w:val="20"/>
        </w:rPr>
        <w:t>[Mar . 41 . 3]</w:t>
      </w:r>
    </w:p>
    <w:p>
      <w:r>
        <w:rPr>
          <w:rFonts w:ascii="Gentium Plus" w:hAnsi="Gentium Plus"/>
          <w:sz w:val="24"/>
        </w:rPr>
        <w:t>τούς. ταῦτα τῷ Μαρίῳ πυνθανομένῳ πλεῦσαι τὴν τα‐ χίστην ἐφαίνετο· καὶ παραλαβὼν ἔκ τε Λιβύης Μαυ‐ ρουσίων τινὰς ἱππότας καὶ τῶν ἀπὸ τῆς Ἰταλίας τινὰς καταφερομένων, συναμφοτέρους οὐ πλείονας χιλίων γε‐</w:t>
      </w:r>
    </w:p>
    <w:p>
      <w:r>
        <w:rPr>
          <w:rFonts w:ascii="Courier New" w:hAnsi="Courier New"/>
          <w:color w:val="555555"/>
          <w:sz w:val="20"/>
        </w:rPr>
        <w:t>[5]</w:t>
      </w:r>
    </w:p>
    <w:p>
      <w:r>
        <w:rPr>
          <w:rFonts w:ascii="Gentium Plus" w:hAnsi="Gentium Plus"/>
          <w:sz w:val="24"/>
        </w:rPr>
        <w:t>νομένους, ἀνήχθη, μεθ’ ὧν προσβαλὼν Τελαμῶνι τῆς Τυρρηνίας καὶ ἀποβάς, ἐκήρυττε δούλοις ἐλευθερίαν·</w:t>
      </w:r>
    </w:p>
    <w:p>
      <w:r>
        <w:rPr>
          <w:rFonts w:ascii="Courier New" w:hAnsi="Courier New"/>
          <w:color w:val="555555"/>
          <w:sz w:val="20"/>
        </w:rPr>
        <w:t>[Mar . 41 . 4]</w:t>
      </w:r>
    </w:p>
    <w:p>
      <w:r>
        <w:rPr>
          <w:rFonts w:ascii="Gentium Plus" w:hAnsi="Gentium Plus"/>
          <w:sz w:val="24"/>
        </w:rPr>
        <w:t>καὶ τῶν αὐτόθι γεωργούντων καὶ νεμόντων ἐλευθέρων κατὰ δόξαν αὐτοῦ συντρεχόντων ἐπὶ τὴν θάλασσαν ἀνα‐ πείθων τοὺς ἀκμαιοτάτους, ἐν ἡμέραις ὀλίγαις χεῖρα με‐</w:t>
      </w:r>
    </w:p>
    <w:p>
      <w:r>
        <w:rPr>
          <w:rFonts w:ascii="Courier New" w:hAnsi="Courier New"/>
          <w:color w:val="555555"/>
          <w:sz w:val="20"/>
        </w:rPr>
        <w:t>[Mar . 41 . 5]</w:t>
      </w:r>
    </w:p>
    <w:p>
      <w:r>
        <w:rPr>
          <w:rFonts w:ascii="Gentium Plus" w:hAnsi="Gentium Plus"/>
          <w:sz w:val="24"/>
        </w:rPr>
        <w:t>γάλην ἤθροισε καὶ τεσσαράκοντα ναῦς ἐπλήρωσεν. εἰ‐ δὼς δὲ τὸν μὲν Ὀκτάβιον ἄριστον ἄνδρα καὶ τῷ δικαιο‐ τάτῳ τρόπῳ βουλόμενον ἄρχειν, τὸν δὲ Κίνναν ὕποπτόν τε τῷ Σύλλᾳ καὶ πολεμοῦντα τῇ καθεστώσῃ πολιτείᾳ,</w:t>
      </w:r>
    </w:p>
    <w:p>
      <w:r>
        <w:rPr>
          <w:rFonts w:ascii="Courier New" w:hAnsi="Courier New"/>
          <w:color w:val="555555"/>
          <w:sz w:val="20"/>
        </w:rPr>
        <w:t>[5]</w:t>
      </w:r>
    </w:p>
    <w:p>
      <w:r>
        <w:rPr>
          <w:rFonts w:ascii="Gentium Plus" w:hAnsi="Gentium Plus"/>
          <w:sz w:val="24"/>
        </w:rPr>
        <w:t>τούτῳ προσνέμειν ἑαυτὸν ἔγνω μετὰ τῆς δυνάμεως.</w:t>
      </w:r>
    </w:p>
    <w:p>
      <w:r>
        <w:rPr>
          <w:rFonts w:ascii="Courier New" w:hAnsi="Courier New"/>
          <w:color w:val="555555"/>
          <w:sz w:val="20"/>
        </w:rPr>
        <w:t>[Mar . 41 . 6]</w:t>
      </w:r>
    </w:p>
    <w:p>
      <w:r>
        <w:rPr>
          <w:rFonts w:ascii="Gentium Plus" w:hAnsi="Gentium Plus"/>
          <w:sz w:val="24"/>
        </w:rPr>
        <w:t>ἔπεμψεν οὖν ἐπαγγελλόμενος ὡς ὑπάτῳ πάντα ποιήσειν τὰ προστασσόμενα. δεξαμένου δὲ τοῦ Κίννα καὶ προσ‐ αγορεύσαντος αὐτὸν ἀνθύπατον, ῥάβδους δὲ καὶ τἆλλα παράσημα τῆς ἀρχῆς ἀποστείλαντος, οὐκ ἔφη πρέπειν αὐ‐</w:t>
      </w:r>
    </w:p>
    <w:p>
      <w:r>
        <w:rPr>
          <w:rFonts w:ascii="Courier New" w:hAnsi="Courier New"/>
          <w:color w:val="555555"/>
          <w:sz w:val="20"/>
        </w:rPr>
        <w:t>[5]</w:t>
      </w:r>
    </w:p>
    <w:p>
      <w:r>
        <w:rPr>
          <w:rFonts w:ascii="Gentium Plus" w:hAnsi="Gentium Plus"/>
          <w:sz w:val="24"/>
        </w:rPr>
        <w:t>τοῦ ταῖς τύχαις τὸν κόσμον, ἀλλ’ ἐσθῆτι φαύλῃ κεχρη‐ μένος καὶ κομῶν ἀφ’ ἧς ἔφυγεν ἡμέρας, ὑπὲρ ἑβδομή‐ κοντα γεγονὼς ἔτη, βάδην προῄει, βουλόμενος μὲν ἐλεει‐ νὸς εἶναι, τῷ δ’ οἰκτρῷ συμμέμεικτο τὸ οἰκεῖον τῆς ὄψεως αὐτοῦ πλέον, τὸ φοβερόν, καὶ διέφαινεν ἡ κατήφεια τὸν</w:t>
      </w:r>
    </w:p>
    <w:p>
      <w:r>
        <w:rPr>
          <w:rFonts w:ascii="Courier New" w:hAnsi="Courier New"/>
          <w:color w:val="555555"/>
          <w:sz w:val="20"/>
        </w:rPr>
        <w:t>[10]</w:t>
      </w:r>
    </w:p>
    <w:p>
      <w:r>
        <w:rPr>
          <w:rFonts w:ascii="Gentium Plus" w:hAnsi="Gentium Plus"/>
          <w:sz w:val="24"/>
        </w:rPr>
        <w:t>θυμὸν οὐ τεταπεινωμένον, ἀλλ’ ἐξηγριωμένον ὑπὸ τῆς μεταβολῆς.</w:t>
      </w:r>
    </w:p>
    <w:p>
      <w:r>
        <w:rPr>
          <w:rFonts w:ascii="Courier New" w:hAnsi="Courier New"/>
          <w:color w:val="555555"/>
          <w:sz w:val="20"/>
        </w:rPr>
        <w:t>[Mar . 42 . 1]</w:t>
      </w:r>
    </w:p>
    <w:p>
      <w:r>
        <w:rPr>
          <w:rFonts w:ascii="Gentium Plus" w:hAnsi="Gentium Plus"/>
          <w:sz w:val="24"/>
        </w:rPr>
        <w:t>Ἀσπασάμενος δὲ τὸν Κίνναν καὶ τοῖς στρατιώταις ἐντυχών, εὐθὺς εἴχετο τοῦ ἔργου καὶ μεγάλην μεταβολὴν</w:t>
      </w:r>
    </w:p>
    <w:p>
      <w:r>
        <w:rPr>
          <w:rFonts w:ascii="Courier New" w:hAnsi="Courier New"/>
          <w:color w:val="555555"/>
          <w:sz w:val="20"/>
        </w:rPr>
        <w:t>[Mar . 42 . 2]</w:t>
      </w:r>
    </w:p>
    <w:p>
      <w:r>
        <w:rPr>
          <w:rFonts w:ascii="Gentium Plus" w:hAnsi="Gentium Plus"/>
          <w:sz w:val="24"/>
        </w:rPr>
        <w:t>τῶν πραγμάτων ἐποίησε. πρῶτον μὲν γὰρ ταῖς ναυσὶ τὰ σιτηγὰ περικόπτων καὶ τοὺς ἐμπόρους ληιζόμενος, ἐκράτησε τῆς ἀγορᾶς, ἔπειτα τὰς παραλίους πόλεις</w:t>
      </w:r>
    </w:p>
    <w:p>
      <w:r>
        <w:rPr>
          <w:rFonts w:ascii="Courier New" w:hAnsi="Courier New"/>
          <w:color w:val="555555"/>
          <w:sz w:val="20"/>
        </w:rPr>
        <w:t>[Mar . 42 . 3]</w:t>
      </w:r>
    </w:p>
    <w:p>
      <w:r>
        <w:rPr>
          <w:rFonts w:ascii="Gentium Plus" w:hAnsi="Gentium Plus"/>
          <w:sz w:val="24"/>
        </w:rPr>
        <w:t>ἐπιπλέων ᾕρει. τέλος δὲ τὴν Ὠστίαν αὐτὴν λαβὼν ἐκ προδοσίας, τά τε χρήματα διήρπασε καὶ τῶν ἀνθρώπων τοὺς πολλοὺς ἀπέκτεινε, καὶ γεφυρώσας τὸν ποταμὸν ἀπέκοψε κομιδῇ τὰς ἐκ θαλάσσης εὐπορίας τῶν πολεμίων.</w:t>
      </w:r>
    </w:p>
    <w:p>
      <w:r>
        <w:rPr>
          <w:rFonts w:ascii="Courier New" w:hAnsi="Courier New"/>
          <w:color w:val="555555"/>
          <w:sz w:val="20"/>
        </w:rPr>
        <w:t>[Mar . 42 . 4]</w:t>
      </w:r>
    </w:p>
    <w:p>
      <w:r>
        <w:rPr>
          <w:rFonts w:ascii="Gentium Plus" w:hAnsi="Gentium Plus"/>
          <w:sz w:val="24"/>
        </w:rPr>
        <w:t>ἄρας δὲ τῷ στρατῷ πρὸς τὴν πόλιν ἐχώρει καὶ τὸ καλού‐ μενον Ἰανοῦκλον ὄρος κατέσχεν, οὐ τοσοῦτον ἀπειρίᾳ τοῦ Ὀκταβίου τὰ πράγματα βλάπτοντος, ὅσον ἀκριβείᾳ τῶν δικαίων προϊεμένου τὰ χρειώδη παρὰ τὸ συμφέρον, ὅς γε</w:t>
      </w:r>
    </w:p>
    <w:p>
      <w:r>
        <w:rPr>
          <w:rFonts w:ascii="Courier New" w:hAnsi="Courier New"/>
          <w:color w:val="555555"/>
          <w:sz w:val="20"/>
        </w:rPr>
        <w:t>[5]</w:t>
      </w:r>
    </w:p>
    <w:p>
      <w:r>
        <w:rPr>
          <w:rFonts w:ascii="Gentium Plus" w:hAnsi="Gentium Plus"/>
          <w:sz w:val="24"/>
        </w:rPr>
        <w:t>πολλῶν κελευόντων αὐτὸν ἐπ’ ἐλευθερίᾳ καλεῖν τοὺς οἰκέτας, οὐκ ἔφη δούλοις μεταδώσειν τῆς πατρίδος, ἧς</w:t>
      </w:r>
    </w:p>
    <w:p>
      <w:r>
        <w:rPr>
          <w:rFonts w:ascii="Courier New" w:hAnsi="Courier New"/>
          <w:color w:val="555555"/>
          <w:sz w:val="20"/>
        </w:rPr>
        <w:t>[Mar . 42 . 5]</w:t>
      </w:r>
    </w:p>
    <w:p>
      <w:r>
        <w:rPr>
          <w:rFonts w:ascii="Gentium Plus" w:hAnsi="Gentium Plus"/>
          <w:sz w:val="24"/>
        </w:rPr>
        <w:t>Γάιον Μάριον εἴργει τοῖς νόμοις ἀμύνων. ἐπεὶ δὲ Μέτελλος, υἱὸς ὢν Μετέλλου τοῦ στρατηγήσαντος ἐν Λιβύῃ καὶ διὰ Μάριον ἐκπεσόντος, ἧκεν εἰς Ῥώμην καὶ πολὺ τοῦ Ὀκτα‐ βίου στρατηγικώτερος ἐφαίνετο, καταλιπόντες οἱ στρα‐</w:t>
      </w:r>
    </w:p>
    <w:p>
      <w:r>
        <w:rPr>
          <w:rFonts w:ascii="Courier New" w:hAnsi="Courier New"/>
          <w:color w:val="555555"/>
          <w:sz w:val="20"/>
        </w:rPr>
        <w:t>[5]</w:t>
      </w:r>
    </w:p>
    <w:p>
      <w:r>
        <w:rPr>
          <w:rFonts w:ascii="Gentium Plus" w:hAnsi="Gentium Plus"/>
          <w:sz w:val="24"/>
        </w:rPr>
        <w:t>τιῶται τὸν Ὀκτάβιον ἧκον ὡς ἐκεῖνον, ἄρχειν δεόμενοι καὶ σῴζειν τὴν πόλιν· εὖ γὰρ ἀγωνιεῖσθαι καὶ κρατήσειν,</w:t>
      </w:r>
    </w:p>
    <w:p>
      <w:r>
        <w:rPr>
          <w:rFonts w:ascii="Courier New" w:hAnsi="Courier New"/>
          <w:color w:val="555555"/>
          <w:sz w:val="20"/>
        </w:rPr>
        <w:t>[Mar . 42 . 6]</w:t>
      </w:r>
    </w:p>
    <w:p>
      <w:r>
        <w:rPr>
          <w:rFonts w:ascii="Gentium Plus" w:hAnsi="Gentium Plus"/>
          <w:sz w:val="24"/>
        </w:rPr>
        <w:t>ἔμπειρον ἡγεμόνα καὶ δραστήριον λαβόντες. ἀγανακτή‐ σαντος δὲ τοῦ Μετέλλου καὶ κελεύσαντος ἀπιέναι πρὸς τὸν ὕπατον, ᾤχοντο πρὸς τοὺς πολεμίους· ὑπεξέστη δὲ</w:t>
      </w:r>
    </w:p>
    <w:p>
      <w:r>
        <w:rPr>
          <w:rFonts w:ascii="Courier New" w:hAnsi="Courier New"/>
          <w:color w:val="555555"/>
          <w:sz w:val="20"/>
        </w:rPr>
        <w:t>[Mar . 42 . 7]</w:t>
      </w:r>
    </w:p>
    <w:p>
      <w:r>
        <w:rPr>
          <w:rFonts w:ascii="Gentium Plus" w:hAnsi="Gentium Plus"/>
          <w:sz w:val="24"/>
        </w:rPr>
        <w:t>καὶ Μέτελλος ἀπογνοὺς τὴν πόλιν. Ὀκτάβιον δὲ Χαλδαῖοι καὶ θύται τινὲς καὶ σιβυλλισταὶ πείσαντες ἐν Ῥώμῃ κατέσχον, ὡς εὖ γενησομένων. ὁ γὰρ ἀνὴρ οὗτος δοκεῖ, τἆλλα Ῥωμαίων εὐγνωμονέστατος γενόμενος καὶ μάλιστα</w:t>
      </w:r>
    </w:p>
    <w:p>
      <w:r>
        <w:rPr>
          <w:rFonts w:ascii="Courier New" w:hAnsi="Courier New"/>
          <w:color w:val="555555"/>
          <w:sz w:val="20"/>
        </w:rPr>
        <w:t>[5]</w:t>
      </w:r>
    </w:p>
    <w:p>
      <w:r>
        <w:rPr>
          <w:rFonts w:ascii="Gentium Plus" w:hAnsi="Gentium Plus"/>
          <w:sz w:val="24"/>
        </w:rPr>
        <w:t>δὴ τὸ πρόσχημα τῆς ὑπατείας ἀκολάκευτον ἐπὶ τῶν πατρίων ἐθῶν καὶ νόμων ὥσπερ διαγραμμάτων ἀμετα‐ βόλων διαφυλάξας, ἀρρωστίᾳ τῇ περὶ ταῦτα χρήσασθαι, πλείονα δὲ συνὼν χρόνον ἀγύρταις καὶ μάντεσιν ἢ πολι‐</w:t>
      </w:r>
    </w:p>
    <w:p>
      <w:r>
        <w:rPr>
          <w:rFonts w:ascii="Courier New" w:hAnsi="Courier New"/>
          <w:color w:val="555555"/>
          <w:sz w:val="20"/>
        </w:rPr>
        <w:t>[Mar . 42 . 8]</w:t>
      </w:r>
    </w:p>
    <w:p>
      <w:r>
        <w:rPr>
          <w:rFonts w:ascii="Gentium Plus" w:hAnsi="Gentium Plus"/>
          <w:sz w:val="24"/>
        </w:rPr>
        <w:t>τικοῖς καὶ πολεμικοῖς ἀνδράσιν. οὗτος μὲν οὖν, πρὶν εἰσελθεῖν τὸν Μάριον, ὑπὸ τῶν προπεμφθέντων ἀπὸ τοῦ βήματος κατασπασθεὶς ἐσφάττετο, καὶ λέγεται διάγραμμα Χαλδαϊκὸν ἐν τοῖς κόλποις αὐτοῦ φονευθέντος εὑρεθῆναι.</w:t>
      </w:r>
    </w:p>
    <w:p>
      <w:r>
        <w:rPr>
          <w:rFonts w:ascii="Courier New" w:hAnsi="Courier New"/>
          <w:color w:val="555555"/>
          <w:sz w:val="20"/>
        </w:rPr>
        <w:t>[Mar . 42 . 9]</w:t>
      </w:r>
    </w:p>
    <w:p>
      <w:r>
        <w:rPr>
          <w:rFonts w:ascii="Gentium Plus" w:hAnsi="Gentium Plus"/>
          <w:sz w:val="24"/>
        </w:rPr>
        <w:t>καὶ τὸ πρᾶγμα πολλὴν ἀλογίαν εἶχε, τὸ δυεῖν ἡγεμόνων ἐπιφανεστάτων Μάριον μὲν σῶσαι τὸ μὴ καταφρονῆσαι</w:t>
      </w:r>
    </w:p>
    <w:p>
      <w:r>
        <w:rPr>
          <w:rFonts w:ascii="Courier New" w:hAnsi="Courier New"/>
          <w:color w:val="555555"/>
          <w:sz w:val="20"/>
        </w:rPr>
        <w:t>[Mar . 43 . 1]</w:t>
      </w:r>
    </w:p>
    <w:p>
      <w:r>
        <w:rPr>
          <w:rFonts w:ascii="Gentium Plus" w:hAnsi="Gentium Plus"/>
          <w:sz w:val="24"/>
        </w:rPr>
        <w:t>Οὕτω δὴ τῶν πραγμάτων ἐχόντων, ἡ βουλὴ συνελ‐ θοῦσα πρέσβεις ἐξέπεμψε πρὸς Κίνναν καὶ Μάριον, εἰσ‐</w:t>
      </w:r>
    </w:p>
    <w:p>
      <w:r>
        <w:rPr>
          <w:rFonts w:ascii="Courier New" w:hAnsi="Courier New"/>
          <w:color w:val="555555"/>
          <w:sz w:val="20"/>
        </w:rPr>
        <w:t>[Mar . 43 . 2]</w:t>
      </w:r>
    </w:p>
    <w:p>
      <w:r>
        <w:rPr>
          <w:rFonts w:ascii="Gentium Plus" w:hAnsi="Gentium Plus"/>
          <w:sz w:val="24"/>
        </w:rPr>
        <w:t>ιέναι καὶ φείδεσθαι δεομένη τῶν πολιτῶν. Κίννας μὲν οὖν ὡς ὕπατος ἐπὶ τοῦ δίφρου καθήμενος ἐχρημάτιζε καὶ φιλανθρώπους ἀποκρίσεις ἔδωκε τοῖς πρέσβεσι, Μά‐ ριος δὲ τῷ δίφρῳ παρειστήκει, φθεγγόμενος μὲν οὐδέν,</w:t>
      </w:r>
    </w:p>
    <w:p>
      <w:r>
        <w:rPr>
          <w:rFonts w:ascii="Courier New" w:hAnsi="Courier New"/>
          <w:color w:val="555555"/>
          <w:sz w:val="20"/>
        </w:rPr>
        <w:t>[5]</w:t>
      </w:r>
    </w:p>
    <w:p>
      <w:r>
        <w:rPr>
          <w:rFonts w:ascii="Gentium Plus" w:hAnsi="Gentium Plus"/>
          <w:sz w:val="24"/>
        </w:rPr>
        <w:t>ὑποδηλῶν δ’ ἀεὶ τῇ βαρύτητι τοῦ προσώπου καὶ τῇ στυγνότητι τοῦ βλέμματος ὡς εὐθὺς ἐμπλήσων φόνων</w:t>
      </w:r>
    </w:p>
    <w:p>
      <w:r>
        <w:rPr>
          <w:rFonts w:ascii="Courier New" w:hAnsi="Courier New"/>
          <w:color w:val="555555"/>
          <w:sz w:val="20"/>
        </w:rPr>
        <w:t>[Mar . 43 . 3]</w:t>
      </w:r>
    </w:p>
    <w:p>
      <w:r>
        <w:rPr>
          <w:rFonts w:ascii="Gentium Plus" w:hAnsi="Gentium Plus"/>
          <w:sz w:val="24"/>
        </w:rPr>
        <w:t>τὴν πόλιν. ἐπεὶ δ’ ἀναστάντες ἐβάδιζον, Κίννας μὲν εἰσῄει δορυφορούμενος, Μάριος δὲ παρὰ ταῖς πύλαις ὑποστὰς εἰρωνεύετο πρὸς ὀργήν, φυγὰς εἶναι λέγων καὶ τῆς πατρίδος εἴργεσθαι κατὰ τὸν νόμον, εἰ δὲ χρῄζοι τις</w:t>
      </w:r>
    </w:p>
    <w:p>
      <w:r>
        <w:rPr>
          <w:rFonts w:ascii="Courier New" w:hAnsi="Courier New"/>
          <w:color w:val="555555"/>
          <w:sz w:val="20"/>
        </w:rPr>
        <w:t>[5]</w:t>
      </w:r>
    </w:p>
    <w:p>
      <w:r>
        <w:rPr>
          <w:rFonts w:ascii="Gentium Plus" w:hAnsi="Gentium Plus"/>
          <w:sz w:val="24"/>
        </w:rPr>
        <w:t>αὐτοῦ παρόντος, ἑτέρᾳ ψήφῳ λυτέον εἶναι τὴν ἐκβα‐ λοῦσαν, ὡς δὴ νόμιμός τις ὢν ἀνὴρ καὶ κατιὼν εἰς πόλιν</w:t>
      </w:r>
    </w:p>
    <w:p>
      <w:r>
        <w:rPr>
          <w:rFonts w:ascii="Courier New" w:hAnsi="Courier New"/>
          <w:color w:val="555555"/>
          <w:sz w:val="20"/>
        </w:rPr>
        <w:t>[Mar . 43 . 4]</w:t>
      </w:r>
    </w:p>
    <w:p>
      <w:r>
        <w:rPr>
          <w:rFonts w:ascii="Gentium Plus" w:hAnsi="Gentium Plus"/>
          <w:sz w:val="24"/>
        </w:rPr>
        <w:t>ἐλευθέραν. ἐκαλεῖτο δὴ τὸ πλῆθος εἰς ἀγοράν· καὶ πρὸ τοῦ τρεῖς ἢ τέσσαρας φυλὰς ἐνεγκεῖν τὴν ψῆφον ἀφεὶς τὸ πλάσμα καὶ τὴν φυγαδικὴν ἐκείνην δικαιολογίαν κατῄει, δορυφόρους ἔχων λογάδας ἐκ τῶν προσπεφοιτηκότων δού‐</w:t>
      </w:r>
    </w:p>
    <w:p>
      <w:r>
        <w:rPr>
          <w:rFonts w:ascii="Courier New" w:hAnsi="Courier New"/>
          <w:color w:val="555555"/>
          <w:sz w:val="20"/>
        </w:rPr>
        <w:t>[Mar . 43 . 5]</w:t>
      </w:r>
    </w:p>
    <w:p>
      <w:r>
        <w:rPr>
          <w:rFonts w:ascii="Gentium Plus" w:hAnsi="Gentium Plus"/>
          <w:sz w:val="24"/>
        </w:rPr>
        <w:t>λων, οὓς Βαρδυαίους προσηγόρευεν. οὗτοι πολλοὺς μὲν ἀπὸ φωνῆς, πολλοὺς δ’ ἀπὸ νεύματος ἀνῄρουν προσ‐ τάσσοντος αὐτοῦ, καὶ τέλος Ἀγχάριον, ἄνδρα βουλευ‐ τὴν καὶ στρατηγικόν, ἐντυγχάνοντα τῷ Μαρίῳ καὶ μὴ</w:t>
      </w:r>
    </w:p>
    <w:p>
      <w:r>
        <w:rPr>
          <w:rFonts w:ascii="Courier New" w:hAnsi="Courier New"/>
          <w:color w:val="555555"/>
          <w:sz w:val="20"/>
        </w:rPr>
        <w:t>[5]</w:t>
      </w:r>
    </w:p>
    <w:p>
      <w:r>
        <w:rPr>
          <w:rFonts w:ascii="Gentium Plus" w:hAnsi="Gentium Plus"/>
          <w:sz w:val="24"/>
        </w:rPr>
        <w:t>προσαγορευθέντα καταβάλλουσιν ἔμπροσθεν αὐτοῦ ταῖς</w:t>
      </w:r>
    </w:p>
    <w:p>
      <w:r>
        <w:rPr>
          <w:rFonts w:ascii="Courier New" w:hAnsi="Courier New"/>
          <w:color w:val="555555"/>
          <w:sz w:val="20"/>
        </w:rPr>
        <w:t>[Mar . 43 . 6]</w:t>
      </w:r>
    </w:p>
    <w:p>
      <w:r>
        <w:rPr>
          <w:rFonts w:ascii="Gentium Plus" w:hAnsi="Gentium Plus"/>
          <w:sz w:val="24"/>
        </w:rPr>
        <w:t>μαχαίραις τύπτοντες. ἐκ δὲ τούτου καὶ τῶν ἄλλων, ὅσους ἀσπασαμένους μὴ προσαγορεύσειε μηδ’ ἀντασπάσαιτο, τοῦτ’ αὐτὸ σύμβολον ἦν ἀποσφάττειν εὐθὺς ἐν ταῖς</w:t>
      </w:r>
    </w:p>
    <w:p>
      <w:r>
        <w:rPr>
          <w:rFonts w:ascii="Courier New" w:hAnsi="Courier New"/>
          <w:color w:val="555555"/>
          <w:sz w:val="20"/>
        </w:rPr>
        <w:t>[5]</w:t>
      </w:r>
    </w:p>
    <w:p>
      <w:r>
        <w:rPr>
          <w:rFonts w:ascii="Gentium Plus" w:hAnsi="Gentium Plus"/>
          <w:sz w:val="24"/>
        </w:rPr>
        <w:t>καὶ φρίκης, ὁσάκις ἀσπασόμενοι τῷ Μαρίῳ πελάζοιεν.</w:t>
      </w:r>
    </w:p>
    <w:p>
      <w:r>
        <w:rPr>
          <w:rFonts w:ascii="Courier New" w:hAnsi="Courier New"/>
          <w:color w:val="555555"/>
          <w:sz w:val="20"/>
        </w:rPr>
        <w:t>[Mar . 43 . 7]</w:t>
      </w:r>
    </w:p>
    <w:p>
      <w:r>
        <w:rPr>
          <w:rFonts w:ascii="Gentium Plus" w:hAnsi="Gentium Plus"/>
          <w:sz w:val="24"/>
        </w:rPr>
        <w:t>κτεινομένων δὲ πολλῶν, Κίννας μὲν ἀμβλὺς ἦν καὶ με‐ στὸς ἤδη τοῦ φονεύειν, Μάριος δὲ καθ’ ἑκάστην ἡμέραν ἀκμάζοντι τῷ θυμῷ καὶ διψῶντι διὰ πάντων ἐχώρει τῶν</w:t>
      </w:r>
    </w:p>
    <w:p>
      <w:r>
        <w:rPr>
          <w:rFonts w:ascii="Courier New" w:hAnsi="Courier New"/>
          <w:color w:val="555555"/>
          <w:sz w:val="20"/>
        </w:rPr>
        <w:t>[Mar . 43 . 8]</w:t>
      </w:r>
    </w:p>
    <w:p>
      <w:r>
        <w:rPr>
          <w:rFonts w:ascii="Gentium Plus" w:hAnsi="Gentium Plus"/>
          <w:sz w:val="24"/>
        </w:rPr>
        <w:t>ὁπωσοῦν ἐν ὑποψίᾳ γεγονότων. καὶ πᾶσα μὲν ὁδός, πᾶσα δὲ πόλις τῶν διωκόντων καὶ κυνηγετούντων τοὺς ὑπο‐</w:t>
      </w:r>
    </w:p>
    <w:p>
      <w:r>
        <w:rPr>
          <w:rFonts w:ascii="Courier New" w:hAnsi="Courier New"/>
          <w:color w:val="555555"/>
          <w:sz w:val="20"/>
        </w:rPr>
        <w:t>[Mar . 43 . 9]</w:t>
      </w:r>
    </w:p>
    <w:p>
      <w:r>
        <w:rPr>
          <w:rFonts w:ascii="Gentium Plus" w:hAnsi="Gentium Plus"/>
          <w:sz w:val="24"/>
        </w:rPr>
        <w:t>φεύγοντας καὶ κεκρυμμένους ἔγεμεν. ἠλέγχετο δὲ καὶ ξενίας καὶ φιλίας πίστις οὐδὲν ἔχουσα παρὰ τὰς τύχας βέβαιον· ὀλίγοι γὰρ ἐγένοντο παντάπασιν οἱ μὴ προδόν‐</w:t>
      </w:r>
    </w:p>
    <w:p>
      <w:r>
        <w:rPr>
          <w:rFonts w:ascii="Courier New" w:hAnsi="Courier New"/>
          <w:color w:val="555555"/>
          <w:sz w:val="20"/>
        </w:rPr>
        <w:t>[Mar . 43 . 10]</w:t>
      </w:r>
    </w:p>
    <w:p>
      <w:r>
        <w:rPr>
          <w:rFonts w:ascii="Gentium Plus" w:hAnsi="Gentium Plus"/>
          <w:sz w:val="24"/>
        </w:rPr>
        <w:t>τες αὐτοῖς τοὺς παρὰ σφᾶς καταφυγόντας. ἄξιον οὖν ἄγασθαι καὶ θαυμάσαι τοὺς τοῦ Κορνούτου θεράποντας, οἳ τὸν δεσπότην ἀποκρύψαντες οἴκοι, νεκρὸν δέ τινα τῶν πολλῶν, ἀναρτήσαντες ἐκ τοῦ τραχήλου καὶ περιθέντες</w:t>
      </w:r>
    </w:p>
    <w:p>
      <w:r>
        <w:rPr>
          <w:rFonts w:ascii="Courier New" w:hAnsi="Courier New"/>
          <w:color w:val="555555"/>
          <w:sz w:val="20"/>
        </w:rPr>
        <w:t>[5]</w:t>
      </w:r>
    </w:p>
    <w:p>
      <w:r>
        <w:rPr>
          <w:rFonts w:ascii="Gentium Plus" w:hAnsi="Gentium Plus"/>
          <w:sz w:val="24"/>
        </w:rPr>
        <w:t>αὐτῷ χρυσοῦν δακτύλιον, ἐπεδείκνυον τοῖς Μαρίου δορυ‐ φόροις, καὶ κοσμήσαντες ὡς ἐκεῖνον αὐτὸν ἔθαπτον. ὑπενόησε δ’ οὐδείς, ἀλλ’ οὕτω λαθὼν ὁ Κορνοῦτος ὑπὸ τῶν οἰκετῶν εἰς Γαλατίαν διεκομίσθη.</w:t>
      </w:r>
    </w:p>
    <w:p>
      <w:r>
        <w:rPr>
          <w:rFonts w:ascii="Courier New" w:hAnsi="Courier New"/>
          <w:color w:val="555555"/>
          <w:sz w:val="20"/>
        </w:rPr>
        <w:t>[Mar . 44 . 1]</w:t>
      </w:r>
    </w:p>
    <w:p>
      <w:r>
        <w:rPr>
          <w:rFonts w:ascii="Gentium Plus" w:hAnsi="Gentium Plus"/>
          <w:sz w:val="24"/>
        </w:rPr>
        <w:t>Χρηστῷ δὲ καὶ Μᾶρκος Ἀντώνιος ὁ ῥήτωρ φίλῳ χρησάμενος, ἠτύχησεν. ὁ γὰρ ἄνθρωπος ἦν μὲν πένης καὶ δημοτικός, ὑποδεξάμενος δὲ πρῶτον ἄνδρα Ῥωμαίων καὶ φιλοφρονούμενος ἐκ τῶν παρόντων, οἰκέτην ἔπεμψε</w:t>
      </w:r>
    </w:p>
    <w:p>
      <w:r>
        <w:rPr>
          <w:rFonts w:ascii="Courier New" w:hAnsi="Courier New"/>
          <w:color w:val="555555"/>
          <w:sz w:val="20"/>
        </w:rPr>
        <w:t>[Mar . 44 . 2]</w:t>
      </w:r>
    </w:p>
    <w:p>
      <w:r>
        <w:rPr>
          <w:rFonts w:ascii="Gentium Plus" w:hAnsi="Gentium Plus"/>
          <w:sz w:val="24"/>
        </w:rPr>
        <w:t>πρός τινα τῶν ἐγγὺς καπήλων, ληψόμενον οἶνον. δια‐ γευομένου δ’ ἐπιμελέστερον καὶ βελτίονα μετρῆσαι κε‐ λεύοντος, ἠρώτησεν ὁ κάπηλος, τί παθὼν οὐχὶ τὸν νέον ὥσπερ εἴωθεν ὠνεῖται καὶ δημοτικόν, ἀλλὰ τοῦ σπου‐</w:t>
      </w:r>
    </w:p>
    <w:p>
      <w:r>
        <w:rPr>
          <w:rFonts w:ascii="Courier New" w:hAnsi="Courier New"/>
          <w:color w:val="555555"/>
          <w:sz w:val="20"/>
        </w:rPr>
        <w:t>[Mar . 44 . 3]</w:t>
      </w:r>
    </w:p>
    <w:p>
      <w:r>
        <w:rPr>
          <w:rFonts w:ascii="Gentium Plus" w:hAnsi="Gentium Plus"/>
          <w:sz w:val="24"/>
        </w:rPr>
        <w:t>δαίου καὶ πολυτελοῦς. ἁπλῶς δέ πως ἐκείνου φράσαντος ὡς πρὸς συνήθη καὶ γνώριμον, ὅτι Μᾶρκον Ἀντώνιον</w:t>
      </w:r>
    </w:p>
    <w:p>
      <w:r>
        <w:rPr>
          <w:rFonts w:ascii="Courier New" w:hAnsi="Courier New"/>
          <w:color w:val="555555"/>
          <w:sz w:val="20"/>
        </w:rPr>
        <w:t>[5]</w:t>
      </w:r>
    </w:p>
    <w:p>
      <w:r>
        <w:rPr>
          <w:rFonts w:ascii="Gentium Plus" w:hAnsi="Gentium Plus"/>
          <w:sz w:val="24"/>
        </w:rPr>
        <w:t>συνέτεινε πρὸς Μάριον ἤδη περὶ δεῖπνον ὄντα, καὶ προσ‐ αχθεὶς ὡμολόγησε παραδώσειν αὐτῷ τὸν Ἀντώνιον.</w:t>
      </w:r>
    </w:p>
    <w:p>
      <w:r>
        <w:rPr>
          <w:rFonts w:ascii="Courier New" w:hAnsi="Courier New"/>
          <w:color w:val="555555"/>
          <w:sz w:val="20"/>
        </w:rPr>
        <w:t>[Mar . 44 . 4]</w:t>
      </w:r>
    </w:p>
    <w:p>
      <w:r>
        <w:rPr>
          <w:rFonts w:ascii="Gentium Plus" w:hAnsi="Gentium Plus"/>
          <w:sz w:val="24"/>
        </w:rPr>
        <w:t>ἀκούσας οὖν ἐκεῖνος ἐκκραγεῖν λέγεται μέγα καὶ ταῖς χερσὶν ὑφ’ ἡδονῆς ἀνακροτῆσαι· καὶ μικροῦ μὲν ἐδέησεν ἐξαναστὰς αὐτὸς ἐπὶ τὸν τόπον φέρεσθαι, τῶν δὲ φίλων κατασχόντων, Ἄννιον ἔπεμπε καὶ στρατιώτας μετ’</w:t>
      </w:r>
    </w:p>
    <w:p>
      <w:r>
        <w:rPr>
          <w:rFonts w:ascii="Courier New" w:hAnsi="Courier New"/>
          <w:color w:val="555555"/>
          <w:sz w:val="20"/>
        </w:rPr>
        <w:t>[5]</w:t>
      </w:r>
    </w:p>
    <w:p>
      <w:r>
        <w:rPr>
          <w:rFonts w:ascii="Gentium Plus" w:hAnsi="Gentium Plus"/>
          <w:sz w:val="24"/>
        </w:rPr>
        <w:t>αὐτοῦ, κελεύσας κατὰ τάχος τὴν κεφαλὴν τοῦ Ἀντωνίου</w:t>
      </w:r>
    </w:p>
    <w:p>
      <w:r>
        <w:rPr>
          <w:rFonts w:ascii="Courier New" w:hAnsi="Courier New"/>
          <w:color w:val="555555"/>
          <w:sz w:val="20"/>
        </w:rPr>
        <w:t>[Mar . 44 . 5]</w:t>
      </w:r>
    </w:p>
    <w:p>
      <w:r>
        <w:rPr>
          <w:rFonts w:ascii="Gentium Plus" w:hAnsi="Gentium Plus"/>
          <w:sz w:val="24"/>
        </w:rPr>
        <w:t>κομίζειν. ὡς οὖν ἧκον ἐπὶ τὴν οἰκίαν, ὁ μὲν Ἄννιος ὑπέστη παρὰ τὰς θύρας, οἱ δὲ στρατιῶται διὰ κλιμάκων ἀναβάντες εἰς τὸ δωμάτιον καὶ θεασάμενοι τὸν Ἀντώνιον, ἄλλος ἄλλον ἐπὶ τὴν σφαγὴν ἀνθ’ ἑαυτοῦ παρεκάλει καὶ προὐβάλλετο.</w:t>
      </w:r>
    </w:p>
    <w:p>
      <w:r>
        <w:rPr>
          <w:rFonts w:ascii="Courier New" w:hAnsi="Courier New"/>
          <w:color w:val="555555"/>
          <w:sz w:val="20"/>
        </w:rPr>
        <w:t>[Mar . 44 . 6]</w:t>
      </w:r>
    </w:p>
    <w:p>
      <w:r>
        <w:rPr>
          <w:rFonts w:ascii="Gentium Plus" w:hAnsi="Gentium Plus"/>
          <w:sz w:val="24"/>
        </w:rPr>
        <w:t>τοιαύτη δέ τις ἦν ὡς ἔοικε τοῦ ἀνδρὸς ἡ τῶν λόγων σειρὴν καὶ χάρις, ὥστ’ ἀρξαμένου λέγειν καὶ παραιτεῖσθαι τὸν θάνατον ἅψασθαι μὲν οὐδεὶς ἐτόλμησεν οὐδ’ ἀντιβλέψαι,</w:t>
      </w:r>
    </w:p>
    <w:p>
      <w:r>
        <w:rPr>
          <w:rFonts w:ascii="Courier New" w:hAnsi="Courier New"/>
          <w:color w:val="555555"/>
          <w:sz w:val="20"/>
        </w:rPr>
        <w:t>[Mar . 44 . 7]</w:t>
      </w:r>
    </w:p>
    <w:p>
      <w:r>
        <w:rPr>
          <w:rFonts w:ascii="Gentium Plus" w:hAnsi="Gentium Plus"/>
          <w:sz w:val="24"/>
        </w:rPr>
        <w:t>κάτω δὲ κύψαντες ἐδάκρυον ἅπαντες. διατριβῆς δὲ γενο‐ μένης, ἀναβὰς ὁ Ἄννιος ὁρᾷ τὸν μὲν Ἀντώνιον διαλεγό‐ μενον, τοὺς δὲ στρατιώτας ἐκπεπληγμένους καὶ κατακε‐ κηλημένους ὑπ’ αὐτοῦ· κακίσας οὖν ἐκείνους καὶ προσ‐</w:t>
      </w:r>
    </w:p>
    <w:p>
      <w:r>
        <w:rPr>
          <w:rFonts w:ascii="Courier New" w:hAnsi="Courier New"/>
          <w:color w:val="555555"/>
          <w:sz w:val="20"/>
        </w:rPr>
        <w:t>[Mar . 44 . 8]</w:t>
      </w:r>
    </w:p>
    <w:p>
      <w:r>
        <w:rPr>
          <w:rFonts w:ascii="Gentium Plus" w:hAnsi="Gentium Plus"/>
          <w:sz w:val="24"/>
        </w:rPr>
        <w:t>δραμὼν αὐτὸς ἀποτέμνει τὴν κεφαλήν. Κάτλος δὲ Λου‐ τάτιος 〈ὁ〉 Μαρίῳ συνάρξας καὶ συνθριαμβεύσας ἀπὸ Κίμβρων, ἐπεὶ πρὸς τοὺς δεομένους ὑπὲρ αὐτοῦ καὶ παραιτουμένους ὁ Μάριος τοσοῦτον μόνον εἶπεν „ἀπο‐</w:t>
      </w:r>
    </w:p>
    <w:p>
      <w:r>
        <w:rPr>
          <w:rFonts w:ascii="Courier New" w:hAnsi="Courier New"/>
          <w:color w:val="555555"/>
          <w:sz w:val="20"/>
        </w:rPr>
        <w:t>[5]</w:t>
      </w:r>
    </w:p>
    <w:p>
      <w:r>
        <w:rPr>
          <w:rFonts w:ascii="Gentium Plus" w:hAnsi="Gentium Plus"/>
          <w:sz w:val="24"/>
        </w:rPr>
        <w:t>θανεῖν δεῖ“, κατακλεισάμενος εἰς οἴκημα καὶ πολλοὺς</w:t>
      </w:r>
    </w:p>
    <w:p>
      <w:r>
        <w:rPr>
          <w:rFonts w:ascii="Courier New" w:hAnsi="Courier New"/>
          <w:color w:val="555555"/>
          <w:sz w:val="20"/>
        </w:rPr>
        <w:t>[Mar . 44 . 9]</w:t>
      </w:r>
    </w:p>
    <w:p>
      <w:r>
        <w:rPr>
          <w:rFonts w:ascii="Gentium Plus" w:hAnsi="Gentium Plus"/>
          <w:sz w:val="24"/>
        </w:rPr>
        <w:t>ἄνθρακας ἐκζωπυρήσας ἀπεπνίγη. ῥιπτουμένων δὲ τῶν σωμάτων ἀκεφάλων καὶ πατουμένων ἐν ταῖς ὁδοῖς, ἔλεος οὐκ ἦν, ἀλλὰ φρίκη καὶ τρόμος ἁπάντων πρὸς τὴν ὄψιν.</w:t>
      </w:r>
    </w:p>
    <w:p>
      <w:r>
        <w:rPr>
          <w:rFonts w:ascii="Courier New" w:hAnsi="Courier New"/>
          <w:color w:val="555555"/>
          <w:sz w:val="20"/>
        </w:rPr>
        <w:t>[Mar . 44 . 10]</w:t>
      </w:r>
    </w:p>
    <w:p>
      <w:r>
        <w:rPr>
          <w:rFonts w:ascii="Gentium Plus" w:hAnsi="Gentium Plus"/>
          <w:sz w:val="24"/>
        </w:rPr>
        <w:t>ἀσέλγεια. τοὺς γὰρ δεσπότας ἐν ταῖς οἰκίαις σφάττοντες, ᾔσχυνον μὲν αὐτῶν παῖδας, ἐμείγνυντο δὲ βίᾳ ταῖς δεσποί‐ ναις, ἀκατάσχετοι δ’ ἦσαν ἁρπάζοντες καὶ μιαιφονοῦντες, ἕως οἱ περὶ Κίνναν καὶ Σερτώριον συμφρονήσαντες ἐπ‐</w:t>
      </w:r>
    </w:p>
    <w:p>
      <w:r>
        <w:rPr>
          <w:rFonts w:ascii="Courier New" w:hAnsi="Courier New"/>
          <w:color w:val="555555"/>
          <w:sz w:val="20"/>
        </w:rPr>
        <w:t>[5]</w:t>
      </w:r>
    </w:p>
    <w:p>
      <w:r>
        <w:rPr>
          <w:rFonts w:ascii="Gentium Plus" w:hAnsi="Gentium Plus"/>
          <w:sz w:val="24"/>
        </w:rPr>
        <w:t>έθεντο κοιμωμένοις αὐτοῖς ἐν τῷ στρατοπέδῳ καὶ κατ‐ ηκόντισαν ἅπαντας.</w:t>
      </w:r>
    </w:p>
    <w:p>
      <w:r>
        <w:rPr>
          <w:rFonts w:ascii="Courier New" w:hAnsi="Courier New"/>
          <w:color w:val="555555"/>
          <w:sz w:val="20"/>
        </w:rPr>
        <w:t>[Mar . 45 . 1]</w:t>
      </w:r>
    </w:p>
    <w:p>
      <w:r>
        <w:rPr>
          <w:rFonts w:ascii="Gentium Plus" w:hAnsi="Gentium Plus"/>
          <w:sz w:val="24"/>
        </w:rPr>
        <w:t>Ἐν τούτῳ δ’ ὥσπερ τροπαίας τινὸς ἀμειβούσης ἐφοίτων ἄγγελοι πανταχόθεν, ὡς Σύλλας συνῃρηκὼς τὸν Μιθριδατικὸν πόλεμον καὶ τὰς ἐπαρχίας ἀνειληφὼς ἐπι‐</w:t>
      </w:r>
    </w:p>
    <w:p>
      <w:r>
        <w:rPr>
          <w:rFonts w:ascii="Courier New" w:hAnsi="Courier New"/>
          <w:color w:val="555555"/>
          <w:sz w:val="20"/>
        </w:rPr>
        <w:t>[Mar . 45 . 2]</w:t>
      </w:r>
    </w:p>
    <w:p>
      <w:r>
        <w:rPr>
          <w:rFonts w:ascii="Gentium Plus" w:hAnsi="Gentium Plus"/>
          <w:sz w:val="24"/>
        </w:rPr>
        <w:t>πλέοι μετὰ πολλῆς δυνάμεως. καὶ τοῦτο βραχεῖαν ἐπί‐ σχεσιν ἐποίησε καὶ παῦλαν ὀλίγην ἀφάτων κακῶν, ὅσον</w:t>
      </w:r>
    </w:p>
    <w:p>
      <w:r>
        <w:rPr>
          <w:rFonts w:ascii="Courier New" w:hAnsi="Courier New"/>
          <w:color w:val="555555"/>
          <w:sz w:val="20"/>
        </w:rPr>
        <w:t>[Mar . 45 . 3]</w:t>
      </w:r>
    </w:p>
    <w:p>
      <w:r>
        <w:rPr>
          <w:rFonts w:ascii="Gentium Plus" w:hAnsi="Gentium Plus"/>
          <w:sz w:val="24"/>
        </w:rPr>
        <w:t>οὔπω τὸν πόλεμον ἥκειν ἐπ’ αὐτοὺς οἰομένων. ὕπατος μὲν οὖν ἀπεδείχθη τὸ ἕβδομον Μάριος, καὶ προελθὼν αὐ‐ ταῖς Καλάνδαις Ἰανουαρίαις, ἔτους ἀρχῇ, Σέξτον τινὰ Λικίννιον κατεκρήμνισεν· ὃ κἀκείνοις καὶ τῇ πόλει τῶν</w:t>
      </w:r>
    </w:p>
    <w:p>
      <w:r>
        <w:rPr>
          <w:rFonts w:ascii="Courier New" w:hAnsi="Courier New"/>
          <w:color w:val="555555"/>
          <w:sz w:val="20"/>
        </w:rPr>
        <w:t>[Mar . 45 . 4]</w:t>
      </w:r>
    </w:p>
    <w:p>
      <w:r>
        <w:rPr>
          <w:rFonts w:ascii="Gentium Plus" w:hAnsi="Gentium Plus"/>
          <w:sz w:val="24"/>
        </w:rPr>
        <w:t>αὖθις ἐδόκει κακῶν γεγονέναι σημεῖον μέγιστον. αὐτὸς δ’ ἤδη τοῖς τε πόνοις ἀπειρηκὼς καὶ ταῖς φροντίσιν οἷον ὑπέραντλος ὢν καὶ κατάπονος, τὴν ψυχὴν πρὸς τοσαύτην αὖθις ἐπίνοιαν νέου πολέμου καὶ καινῶν ἀγώνων καὶ</w:t>
      </w:r>
    </w:p>
    <w:p>
      <w:r>
        <w:rPr>
          <w:rFonts w:ascii="Courier New" w:hAnsi="Courier New"/>
          <w:color w:val="555555"/>
          <w:sz w:val="20"/>
        </w:rPr>
        <w:t>[5]</w:t>
      </w:r>
    </w:p>
    <w:p>
      <w:r>
        <w:rPr>
          <w:rFonts w:ascii="Gentium Plus" w:hAnsi="Gentium Plus"/>
          <w:sz w:val="24"/>
        </w:rPr>
        <w:t>φόβων ὑπ’ ἐμπειρίας δεινῶν καὶ καμάτου τρέμουσαν οὐκ ἀνέφερε, λογιζόμενος ὡς οὐ πρὸς Ὀκτάβιον οὐδὲ Μερούλαν σύγκλυδος ὁμίλου καὶ στασιώδους ὄχλου στρατηγοὺς ὁ κίνδυνος ἔσοιτο, Σύλλας δ’ ἐκεῖνος ἔπεισιν ὁ τῆς πατρίδος αὐτὸν ἐξελάσας πάλαι, νῦν δὲ Μιθριδάτην συνεσταλκὼς</w:t>
      </w:r>
    </w:p>
    <w:p>
      <w:r>
        <w:rPr>
          <w:rFonts w:ascii="Courier New" w:hAnsi="Courier New"/>
          <w:color w:val="555555"/>
          <w:sz w:val="20"/>
        </w:rPr>
        <w:t>[Mar . 45 . 5]</w:t>
      </w:r>
    </w:p>
    <w:p>
      <w:r>
        <w:rPr>
          <w:rFonts w:ascii="Gentium Plus" w:hAnsi="Gentium Plus"/>
          <w:sz w:val="24"/>
        </w:rPr>
        <w:t>εἰς τὸν Εὔξεινον Πόντον. ὑπὸ τοιούτων θραυόμενος λογισμῶν, καὶ τὴν μακρὰν ἄλην αὑτοῦ καὶ φυγὰς καὶ</w:t>
      </w:r>
    </w:p>
    <w:p>
      <w:r>
        <w:rPr>
          <w:rFonts w:ascii="Courier New" w:hAnsi="Courier New"/>
          <w:color w:val="555555"/>
          <w:sz w:val="20"/>
        </w:rPr>
        <w:t>[5]</w:t>
      </w:r>
    </w:p>
    <w:p>
      <w:r>
        <w:rPr>
          <w:rFonts w:ascii="Gentium Plus" w:hAnsi="Gentium Plus"/>
          <w:sz w:val="24"/>
        </w:rPr>
        <w:t>δείματα καὶ ταραχώδεις ὀνείρους, ἀεί τινος ἀκούειν φθεγγομένου δοκῶν·</w:t>
      </w:r>
    </w:p>
    <w:p>
      <w:r>
        <w:rPr>
          <w:rFonts w:ascii="Courier New" w:hAnsi="Courier New"/>
          <w:color w:val="555555"/>
          <w:sz w:val="20"/>
        </w:rPr>
        <w:t>[6]</w:t>
      </w:r>
    </w:p>
    <w:p>
      <w:r>
        <w:rPr>
          <w:rFonts w:ascii="Gentium Plus" w:hAnsi="Gentium Plus"/>
          <w:sz w:val="24"/>
        </w:rPr>
        <w:t>δειναὶ γὰρ κοῖται καὶ ἀποιχομένοιο λέοντος.</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[Mar . 45 . 6]</w:t>
      </w:r>
    </w:p>
    <w:p>
      <w:r>
        <w:rPr>
          <w:rFonts w:ascii="Gentium Plus" w:hAnsi="Gentium Plus"/>
          <w:sz w:val="24"/>
        </w:rPr>
        <w:t>μάλιστα δὲ πάντων φοβούμενος τὰς ἀγρυπνίας, ἐνέβαλεν εἰς πότους ἑαυτὸν καὶ μέθας ἀώρους καὶ παρ’ ἡλικίαν, ὥσπερ ἀπόδρασιν τῶν φροντίδων τὸν ὕπνον μηχανώμενος.</w:t>
      </w:r>
    </w:p>
    <w:p>
      <w:r>
        <w:rPr>
          <w:rFonts w:ascii="Courier New" w:hAnsi="Courier New"/>
          <w:color w:val="555555"/>
          <w:sz w:val="20"/>
        </w:rPr>
        <w:t>[Mar . 45 . 7]</w:t>
      </w:r>
    </w:p>
    <w:p>
      <w:r>
        <w:rPr>
          <w:rFonts w:ascii="Gentium Plus" w:hAnsi="Gentium Plus"/>
          <w:sz w:val="24"/>
        </w:rPr>
        <w:t>τέλος δ’ ὡς ἧκέ τις ἀπαγγέλλων ἀπὸ θαλάσσης ***, νέοι προσπίπτοντες αὐτῷ φόβοι, τὰ μὲν δέει τοῦ μέλλοντος, τὰ δ’ ὥσπερ ἄχθει καὶ κόρῳ τῶν παρόντων, ῥοπῆς βραχείας ἐπιγενομένης, εἰς νόσον κατηνέχθη πλευρῖτιν,</w:t>
      </w:r>
    </w:p>
    <w:p>
      <w:r>
        <w:rPr>
          <w:rFonts w:ascii="Courier New" w:hAnsi="Courier New"/>
          <w:color w:val="555555"/>
          <w:sz w:val="20"/>
        </w:rPr>
        <w:t>[5]</w:t>
      </w:r>
    </w:p>
    <w:p>
      <w:r>
        <w:rPr>
          <w:rFonts w:ascii="Gentium Plus" w:hAnsi="Gentium Plus"/>
          <w:sz w:val="24"/>
        </w:rPr>
        <w:t>ὡς ἱστορεῖ Ποσειδώνιος (FGrH 87 F 37) ὁ φιλόσοφος, αὐτὸς εἰσελθεῖν καὶ διαλεχθῆναι περὶ ὧν ἐπρέσβευεν ἤδη</w:t>
      </w:r>
    </w:p>
    <w:p>
      <w:r>
        <w:rPr>
          <w:rFonts w:ascii="Courier New" w:hAnsi="Courier New"/>
          <w:color w:val="555555"/>
          <w:sz w:val="20"/>
        </w:rPr>
        <w:t>[Mar . 45 . 8]</w:t>
      </w:r>
    </w:p>
    <w:p>
      <w:r>
        <w:rPr>
          <w:rFonts w:ascii="Gentium Plus" w:hAnsi="Gentium Plus"/>
          <w:sz w:val="24"/>
        </w:rPr>
        <w:t>νοσοῦντι φάσκων αὐτῷ. Γάιος δέ τις Πίσων ἀνὴρ ἱστορικὸς ἱστορεῖ (HRR I2 317) τὸν Μάριον ἀπὸ δείπνου περιπα‐ τοῦντα μετὰ τῶν φίλων ἐν λόγοις γενέσθαι περὶ τῶν καθ’</w:t>
      </w:r>
    </w:p>
    <w:p>
      <w:r>
        <w:rPr>
          <w:rFonts w:ascii="Courier New" w:hAnsi="Courier New"/>
          <w:color w:val="555555"/>
          <w:sz w:val="20"/>
        </w:rPr>
        <w:t>[Mar . 45 . 9]</w:t>
      </w:r>
    </w:p>
    <w:p>
      <w:r>
        <w:rPr>
          <w:rFonts w:ascii="Gentium Plus" w:hAnsi="Gentium Plus"/>
          <w:sz w:val="24"/>
        </w:rPr>
        <w:t>ἑαυτὸν πραγμάτων, ἄνωθεν ἀρξάμενον· καὶ τὰς ἐπ’ ἀμφότερα πολλάκις μεταβολὰς ἀφηγησάμενον, εἰπεῖν ὡς οὐκ ἔστι νοῦν ἔχοντος ἀνδρὸς ἔτι τῇ τύχῃ πιστεύειν ἑαυτόν· ἐκ δὲ τούτου τοὺς παρόντας ἀσπασάμενον καὶ</w:t>
      </w:r>
    </w:p>
    <w:p>
      <w:r>
        <w:rPr>
          <w:rFonts w:ascii="Courier New" w:hAnsi="Courier New"/>
          <w:color w:val="555555"/>
          <w:sz w:val="20"/>
        </w:rPr>
        <w:t>[Mar . 45 . 10]</w:t>
      </w:r>
    </w:p>
    <w:p>
      <w:r>
        <w:rPr>
          <w:rFonts w:ascii="Gentium Plus" w:hAnsi="Gentium Plus"/>
          <w:sz w:val="24"/>
        </w:rPr>
        <w:t>κατακλινέντα συνεχῶς ἡμέρας ἑπτὰ τελευτῆσαι. τινὲς δὲ τὴν φιλοτιμίαν αὐτοῦ φασιν ἐν τῇ νόσῳ παντάπασιν ἀποκαλυφθεῖσαν εἰς ἄτοπον ἐξοκεῖλαι παρακοπήν, οἰο‐ μένου τὸν Μιθριδατικὸν στρατηγεῖν πόλεμον, εἶθ’, ὥσπερ</w:t>
      </w:r>
    </w:p>
    <w:p>
      <w:r>
        <w:rPr>
          <w:rFonts w:ascii="Courier New" w:hAnsi="Courier New"/>
          <w:color w:val="555555"/>
          <w:sz w:val="20"/>
        </w:rPr>
        <w:t>[5]</w:t>
      </w:r>
    </w:p>
    <w:p>
      <w:r>
        <w:rPr>
          <w:rFonts w:ascii="Gentium Plus" w:hAnsi="Gentium Plus"/>
          <w:sz w:val="24"/>
        </w:rPr>
        <w:t>ἐπ’ αὐτῶν εἰώθει τῶν ἀγώνων, σχήματα παντοδαπὰ καὶ κινήματα σώματος μετὰ συντόνου κραυγῆς καὶ πυκνῶν</w:t>
      </w:r>
    </w:p>
    <w:p>
      <w:r>
        <w:rPr>
          <w:rFonts w:ascii="Courier New" w:hAnsi="Courier New"/>
          <w:color w:val="555555"/>
          <w:sz w:val="20"/>
        </w:rPr>
        <w:t>[Mar . 45 . 11]</w:t>
      </w:r>
    </w:p>
    <w:p>
      <w:r>
        <w:rPr>
          <w:rFonts w:ascii="Gentium Plus" w:hAnsi="Gentium Plus"/>
          <w:sz w:val="24"/>
        </w:rPr>
        <w:t>ἀλαλαγμάτων ἀποδιδόντος. οὕτως δεινὸς αὐτῷ καὶ δυσ‐ παραμύθητος ἐκ φιλαρχίας καὶ ζηλοτυπίας ἔρως ἐντε‐</w:t>
      </w:r>
    </w:p>
    <w:p>
      <w:r>
        <w:rPr>
          <w:rFonts w:ascii="Courier New" w:hAnsi="Courier New"/>
          <w:color w:val="555555"/>
          <w:sz w:val="20"/>
        </w:rPr>
        <w:t>[Mar . 45 . 12]</w:t>
      </w:r>
    </w:p>
    <w:p>
      <w:r>
        <w:rPr>
          <w:rFonts w:ascii="Gentium Plus" w:hAnsi="Gentium Plus"/>
          <w:sz w:val="24"/>
        </w:rPr>
        <w:t>τήκει τῶν πράξεων ἐκείνων· δι’ ὅν, ἔτη μὲν ἑβδομήκοντα βεβιωκώς, ὕπατος δὲ πρῶτος ἀνθρώπων ἑπτάκις ἀνηγο‐ ρευμένος, οἶκόν τε καὶ πλοῦτον ἀρκοῦντα βασιλείαις ὁμοῦ πολλαῖς κεκτημένος, ὠδύρετο τὴν ἑαυτοῦ τύχην, ὡς</w:t>
      </w:r>
    </w:p>
    <w:p>
      <w:r>
        <w:rPr>
          <w:rFonts w:ascii="Courier New" w:hAnsi="Courier New"/>
          <w:color w:val="555555"/>
          <w:sz w:val="20"/>
        </w:rPr>
        <w:t>[5]</w:t>
      </w:r>
    </w:p>
    <w:p>
      <w:r>
        <w:rPr>
          <w:rFonts w:ascii="Gentium Plus" w:hAnsi="Gentium Plus"/>
          <w:sz w:val="24"/>
        </w:rPr>
        <w:t>ἐνδεὴς καὶ ἀτελὴς ὧν ἐπόθει προαποθνῄσκων.</w:t>
      </w:r>
    </w:p>
    <w:p>
      <w:r>
        <w:rPr>
          <w:rFonts w:ascii="Courier New" w:hAnsi="Courier New"/>
          <w:color w:val="555555"/>
          <w:sz w:val="20"/>
        </w:rPr>
        <w:t>[Mar . 46 . 1]</w:t>
      </w:r>
    </w:p>
    <w:p>
      <w:r>
        <w:rPr>
          <w:rFonts w:ascii="Gentium Plus" w:hAnsi="Gentium Plus"/>
          <w:sz w:val="24"/>
        </w:rPr>
        <w:t>Πλάτων μὲν οὖν, ἤδη πρὸς τῷ τελευτᾶν γενόμε‐ νος, ὕμνει τὸν αὑτοῦ δαίμονα καὶ τὴν τύχην, ὅτι πρῶτον μὲν ἄνθρωπος, οὐκ ἄλογον τῇ φύσει θηρίον, εἶθ’ Ἕλλην, οὐ βάρβαρος γένοιτο, πρὸς δὲ τούτοις ὅτι τοῖς Σωκράτους</w:t>
      </w:r>
    </w:p>
    <w:p>
      <w:r>
        <w:rPr>
          <w:rFonts w:ascii="Courier New" w:hAnsi="Courier New"/>
          <w:color w:val="555555"/>
          <w:sz w:val="20"/>
        </w:rPr>
        <w:t>[Mar . 46 . 2]</w:t>
      </w:r>
    </w:p>
    <w:p>
      <w:r>
        <w:rPr>
          <w:rFonts w:ascii="Gentium Plus" w:hAnsi="Gentium Plus"/>
          <w:sz w:val="24"/>
        </w:rPr>
        <w:t>χρόνοις ἀπήντησεν ἡ γένεσις αὐτοῦ. καὶ νὴ Δία τὸν Ταρσέα λέγουσιν Ἀντίπατρον (SVF III 246) ὡσαύτως ὑπὸ τὴν τελευτὴν ἀναλογιζόμενον ὧν τύχοι μακαρίων, μηδὲ τῆς εἰς Ἀθήνας οἴκοθεν εὐπλοίας ἐπιλαθέσθαι, καθάπερ</w:t>
      </w:r>
    </w:p>
    <w:p>
      <w:r>
        <w:rPr>
          <w:rFonts w:ascii="Courier New" w:hAnsi="Courier New"/>
          <w:color w:val="555555"/>
          <w:sz w:val="20"/>
        </w:rPr>
        <w:t>[5]</w:t>
      </w:r>
    </w:p>
    <w:p>
      <w:r>
        <w:rPr>
          <w:rFonts w:ascii="Gentium Plus" w:hAnsi="Gentium Plus"/>
          <w:sz w:val="24"/>
        </w:rPr>
        <w:t>φιλοχρήστου τῆς τύχης ἅπασαν δόσιν εἰς μεγάλην χάριν τιθέμενον καὶ σῴζοντα τῇ μνήμῃ διὰ τέλους, ἧς οὐδέν</w:t>
      </w:r>
    </w:p>
    <w:p>
      <w:r>
        <w:rPr>
          <w:rFonts w:ascii="Courier New" w:hAnsi="Courier New"/>
          <w:color w:val="555555"/>
          <w:sz w:val="20"/>
        </w:rPr>
        <w:t>[Mar . 46 . 3]</w:t>
      </w:r>
    </w:p>
    <w:p>
      <w:r>
        <w:rPr>
          <w:rFonts w:ascii="Gentium Plus" w:hAnsi="Gentium Plus"/>
          <w:sz w:val="24"/>
        </w:rPr>
        <w:t>ἐστιν ἀνθρώπῳ ταμιεῖον ἀγαθῶν βεβαιότερον. τοὺς δ’ ἀμνήμονας καὶ ἀνοήτους ὑπεκρεῖ τὰ γιγνόμενα μετὰ τοῦ χρόνου· διὸ μηθὲν στέγοντες μηδὲ διατηροῦντες, ἀεὶ κενοὶ μὲν ἀγαθῶν, πλήρεις δ’ ἐλπίδων, πρὸς τὸ μέλλον</w:t>
      </w:r>
    </w:p>
    <w:p>
      <w:r>
        <w:rPr>
          <w:rFonts w:ascii="Courier New" w:hAnsi="Courier New"/>
          <w:color w:val="555555"/>
          <w:sz w:val="20"/>
        </w:rPr>
        <w:t>[Mar . 46 . 4]</w:t>
      </w:r>
    </w:p>
    <w:p>
      <w:r>
        <w:rPr>
          <w:rFonts w:ascii="Gentium Plus" w:hAnsi="Gentium Plus"/>
          <w:sz w:val="24"/>
        </w:rPr>
        <w:t>ἀποβλέπουσι, τὸ παρὸν προϊέμενοι. καίτοι τὸ μὲν ἂν ἡ τύχη κωλῦσαι δύναιτο, τὸ δ’ ἀναφαίρετόν ἐστιν· ἀλλ’ ὅμως τοῦτο τῆς ψυχῆς ὡς ἀλλότριον ἐκβάλλοντες, ἐκεῖνο</w:t>
      </w:r>
    </w:p>
    <w:p>
      <w:r>
        <w:rPr>
          <w:rFonts w:ascii="Courier New" w:hAnsi="Courier New"/>
          <w:color w:val="555555"/>
          <w:sz w:val="20"/>
        </w:rPr>
        <w:t>[Mar . 46 . 5]</w:t>
      </w:r>
    </w:p>
    <w:p>
      <w:r>
        <w:rPr>
          <w:rFonts w:ascii="Gentium Plus" w:hAnsi="Gentium Plus"/>
          <w:sz w:val="24"/>
        </w:rPr>
        <w:t>τὸ ἄδηλον ὀνειρώττουσιν, εἰκότα πάσχοντες. πρὶν γὰρ ἐκ λόγου καὶ παιδείας ἕδραν ὑποβαλέσθαι καὶ κρηπῖδα τοῖς ἔξωθεν ἀγαθοῖς, συνάγοντες αὐτὰ καὶ συμφοροῦντες, ἐμπλῆσαι τῆς ψυχῆς οὐ δύνανται τὸ ἀκόρεστον.</w:t>
      </w:r>
    </w:p>
    <w:p>
      <w:r>
        <w:rPr>
          <w:rFonts w:ascii="Courier New" w:hAnsi="Courier New"/>
          <w:color w:val="555555"/>
          <w:sz w:val="20"/>
        </w:rPr>
        <w:t>[Mar . 46 . 6]</w:t>
      </w:r>
    </w:p>
    <w:p>
      <w:r>
        <w:rPr>
          <w:rFonts w:ascii="Gentium Plus" w:hAnsi="Gentium Plus"/>
          <w:sz w:val="24"/>
        </w:rPr>
        <w:t>Ἀποθνῄσκει δ’ οὖν Μάριος, ἡμέρας ἑπτακαίδεκα τῆς ἑβδόμης ὑπατείας ἐπιλαβών· καὶ μέγα ἔσχε παραυτίκα τὴν Ῥώμην χάρμα καὶ θάρσος, ὡς χαλεπῆς τυραννίδος</w:t>
      </w:r>
    </w:p>
    <w:p>
      <w:r>
        <w:rPr>
          <w:rFonts w:ascii="Courier New" w:hAnsi="Courier New"/>
          <w:color w:val="555555"/>
          <w:sz w:val="20"/>
        </w:rPr>
        <w:t>[Mar . 46 . 7]</w:t>
      </w:r>
    </w:p>
    <w:p>
      <w:r>
        <w:rPr>
          <w:rFonts w:ascii="Gentium Plus" w:hAnsi="Gentium Plus"/>
          <w:sz w:val="24"/>
        </w:rPr>
        <w:t>ἀπηλλαγμένην. ὀλίγαις δ’ ἡμέραις ᾔσθοντο νέον ἀντηλ‐ λαγμένοι καὶ ἀκμάζοντα ἀντὶ πρεσβύτου δεσπότην· το‐ σαύτην ὁ υἱὸς αὐτοῦ Μάριος ὠμότητα καὶ πικρίαν ἀπ‐</w:t>
      </w:r>
    </w:p>
    <w:p>
      <w:r>
        <w:rPr>
          <w:rFonts w:ascii="Courier New" w:hAnsi="Courier New"/>
          <w:color w:val="555555"/>
          <w:sz w:val="20"/>
        </w:rPr>
        <w:t>[Mar . 46 . 8]</w:t>
      </w:r>
    </w:p>
    <w:p>
      <w:r>
        <w:rPr>
          <w:rFonts w:ascii="Gentium Plus" w:hAnsi="Gentium Plus"/>
          <w:sz w:val="24"/>
        </w:rPr>
        <w:t>εδείξατο, τοὺς ἀρίστους καὶ δοκιμωτάτους ἀναιρῶν. δόξας δὲ καὶ τολμητὴς καὶ φιλοκίνδυνος εἶναι πρὸς τοὺς πο‐ λεμίους, ἐν ἀρχῇ παῖς Ἄρεως ὠνομάζετο, ταχὺ δὲ τοῖς</w:t>
      </w:r>
    </w:p>
    <w:p>
      <w:r>
        <w:rPr>
          <w:rFonts w:ascii="Courier New" w:hAnsi="Courier New"/>
          <w:color w:val="555555"/>
          <w:sz w:val="20"/>
        </w:rPr>
        <w:t>[Mar . 46 . 9]</w:t>
      </w:r>
    </w:p>
    <w:p>
      <w:r>
        <w:rPr>
          <w:rFonts w:ascii="Gentium Plus" w:hAnsi="Gentium Plus"/>
          <w:sz w:val="24"/>
        </w:rPr>
        <w:t>ἔργοις ἐλεγχόμενος, αὖθις Ἀφροδίτης υἱὸς ἐκαλεῖτο. τέ‐ λος δὲ κατακλεισθεὶς εἰς Πραινεστὸν ὑπὸ Σύλλα καὶ πολλὰ φιλοψυχήσας μάτην, ὡς ἦν ἄφυκτα τῆς πόλεως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