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Ὀνομαστικόν</w:t>
      </w:r>
      <w:r>
        <w:br/>
      </w:r>
      <w:r>
        <w:rPr>
          <w:i/>
          <w:color w:val="666666"/>
          <w:sz w:val="40"/>
        </w:rPr>
        <w:t>Lexicon of Names</w:t>
      </w:r>
    </w:p>
    <w:p>
      <w:pPr>
        <w:jc w:val="center"/>
      </w:pPr>
      <w:r>
        <w:rPr>
          <w:rFonts w:ascii="Times New Roman" w:hAnsi="Times New Roman"/>
          <w:color w:val="1E3A70"/>
          <w:sz w:val="32"/>
        </w:rPr>
        <w:t>Ἰούλιος Πολυδεύκης ὁ Ναυκρατίτης</w:t>
      </w:r>
      <w:r>
        <w:br/>
      </w:r>
      <w:r>
        <w:rPr>
          <w:i/>
          <w:color w:val="666666"/>
          <w:sz w:val="28"/>
        </w:rPr>
        <w:t>by Pollux of Naucratis</w:t>
      </w:r>
    </w:p>
    <w:p/>
    <w:p>
      <w:r>
        <w:rPr>
          <w:rFonts w:ascii="Courier New" w:hAnsi="Courier New"/>
          <w:color w:val="555555"/>
          <w:sz w:val="20"/>
        </w:rPr>
        <w:t>[1 . 1]</w:t>
      </w:r>
    </w:p>
    <w:p>
      <w:r>
        <w:rPr>
          <w:rFonts w:ascii="Gentium Plus" w:hAnsi="Gentium Plus"/>
          <w:sz w:val="24"/>
        </w:rPr>
        <w:t>Ἰούλιος Πολυδεύκης Κομμόδῳ Καίσαρι χαίρειν. ὦ παῖ πατρὸς ἀγαθοῦ, πατρῷόν ἐστί σοι κτῆμα κατ’ ἴσον βασιλεία τε καὶ σοφία. τῆς δὲ σοφίας τὸ μέν τι ἐν τῇ τῆς ψυχῆς ἀρετῇ, τὸ δ’ ἐν τῇ χρείᾳ τῆς φωνῆς. τῆς μὲν οὖν ἀρετῆς ἔχεις τὸ μάθημα ἐν τῷ πατρί, τῆς</w:t>
      </w:r>
    </w:p>
    <w:p>
      <w:r>
        <w:rPr>
          <w:rFonts w:ascii="Courier New" w:hAnsi="Courier New"/>
          <w:color w:val="555555"/>
          <w:sz w:val="20"/>
        </w:rPr>
        <w:t>[5]</w:t>
      </w:r>
    </w:p>
    <w:p>
      <w:r>
        <w:rPr>
          <w:rFonts w:ascii="Gentium Plus" w:hAnsi="Gentium Plus"/>
          <w:sz w:val="24"/>
        </w:rPr>
        <w:t>δὲ φωνῆς, εἰ μὲν ἦγεν αὐτὸς σχολήν, παρεῖχεν ἄν σοι τὸ ἡμῶν</w:t>
      </w:r>
    </w:p>
    <w:p>
      <w:r>
        <w:rPr>
          <w:rFonts w:ascii="Courier New" w:hAnsi="Courier New"/>
          <w:color w:val="555555"/>
          <w:sz w:val="20"/>
        </w:rPr>
        <w:t>[1 . 2]</w:t>
      </w:r>
    </w:p>
    <w:p>
      <w:r>
        <w:rPr>
          <w:rFonts w:ascii="Gentium Plus" w:hAnsi="Gentium Plus"/>
          <w:sz w:val="24"/>
        </w:rPr>
        <w:t>ἐλάχιστα δεῖσθαι· ἐπεὶ δ’ ἐκεῖνον ἡ σωτηρία τῆς οἰκουμένης ἀπασχολεῖ, ἔγωγ’ οὖν ἕν γέ τί σοι πρὸς εὐγλωττίαν συμβαλοῦμαι. ὀνομαστικὸν μὲν οὖν τῷ βιβλίῳ τὸ ἐπίγραμμα, μηνύει δὲ ὅσα τε συνώνυμα ὡς ὑπαλλάττειν δύνασθαι, καὶ οἷς ἂν ἕκαστα δηλωθείη· πεφιλοτίμηται</w:t>
      </w:r>
    </w:p>
    <w:p>
      <w:r>
        <w:rPr>
          <w:rFonts w:ascii="Courier New" w:hAnsi="Courier New"/>
          <w:color w:val="555555"/>
          <w:sz w:val="20"/>
        </w:rPr>
        <w:t>[5]</w:t>
      </w:r>
    </w:p>
    <w:p>
      <w:r>
        <w:rPr>
          <w:rFonts w:ascii="Gentium Plus" w:hAnsi="Gentium Plus"/>
          <w:sz w:val="24"/>
        </w:rPr>
        <w:t>γὰρ οὐ τοσοῦτον εἰς πλῆθος ὁπόσον εἰς κάλλους ἐκλογήν. οὐ μέντοι πάντα τὰ ὀνόματα περιείληφε τοῦτο τὸ βιβλίον· οὐδὲ γὰρ ἦν ῥᾴδιον ἑνὶ βιβλίῳ πάντα συλλαβεῖν. ποιήσομαι δὲ τὴν ἀρχὴν ἀφ’ ὧν μάλιστα προσήκει τοὺς εὐσεβεῖς, ἀπὸ τῶν θεῶν· τὰ δ’ ἄλλα ὡς ἂν ἕκαστον</w:t>
      </w:r>
    </w:p>
    <w:p>
      <w:r>
        <w:rPr>
          <w:rFonts w:ascii="Courier New" w:hAnsi="Courier New"/>
          <w:color w:val="555555"/>
          <w:sz w:val="20"/>
        </w:rPr>
        <w:t>[1 . 5]</w:t>
      </w:r>
    </w:p>
    <w:p>
      <w:r>
        <w:rPr>
          <w:rFonts w:ascii="Gentium Plus" w:hAnsi="Gentium Plus"/>
          <w:sz w:val="24"/>
        </w:rPr>
        <w:t>Θεὸς καὶ θεοὶ καὶ δαίμονες· οὕτω γὰρ Ὁμήρῳ (A 222 saep) δοκεῖ δαίμονας καλεῖν τοὺς θεούς. καὶ Πλάτων (Polit 272 E) δὲ ‘τὸν τοῦ παντὸς κυβερνήτην μέγιστον δαίμονα‘ ὠνόμασεν, ἐπειδὴ τῆς αὐτῆς</w:t>
      </w:r>
    </w:p>
    <w:p>
      <w:r>
        <w:rPr>
          <w:rFonts w:ascii="Courier New" w:hAnsi="Courier New"/>
          <w:color w:val="555555"/>
          <w:sz w:val="20"/>
        </w:rPr>
        <w:t>[1 . 6]</w:t>
      </w:r>
    </w:p>
    <w:p>
      <w:r>
        <w:rPr>
          <w:rFonts w:ascii="Gentium Plus" w:hAnsi="Gentium Plus"/>
          <w:sz w:val="24"/>
        </w:rPr>
        <w:t>χρείας τὸ θεῖον καὶ τὸ δαιμόνιον. καὶ τὸ μὲν χωρίον ἐν ᾧ θερα‐ πεύομεν τοὺς θεούς, ἱερὸν καὶ νεώς, ἔνθα δὲ καθιδρύομεν, σηκὸς καὶ τέμενος· οἱ μὲν γὰρ ἀκριβέστεροι σηκὸν τὸν τῶν ἡρώων λέγουσιν, οἱ δὲ ποιηταὶ καὶ τὸν τῶν θεῶν, ὡς οἱ τραγῳδοὶ (TGF</w:t>
      </w:r>
    </w:p>
    <w:p>
      <w:r>
        <w:rPr>
          <w:rFonts w:ascii="Courier New" w:hAnsi="Courier New"/>
          <w:color w:val="555555"/>
          <w:sz w:val="20"/>
        </w:rPr>
        <w:t>[5]</w:t>
      </w:r>
    </w:p>
    <w:p>
      <w:r>
        <w:rPr>
          <w:rFonts w:ascii="Gentium Plus" w:hAnsi="Gentium Plus"/>
          <w:sz w:val="24"/>
        </w:rPr>
        <w:t>adesp 424) ‘ἁγνὸν εἰς σηκὸν θεοῦ.‘ τὸ δὲ πρὸ αὐτοῦ πρόδομος, καὶ</w:t>
      </w:r>
    </w:p>
    <w:p>
      <w:r>
        <w:rPr>
          <w:rFonts w:ascii="Courier New" w:hAnsi="Courier New"/>
          <w:color w:val="555555"/>
          <w:sz w:val="20"/>
        </w:rPr>
        <w:t>[1 . 7]</w:t>
      </w:r>
    </w:p>
    <w:p>
      <w:r>
        <w:rPr>
          <w:rFonts w:ascii="Gentium Plus" w:hAnsi="Gentium Plus"/>
          <w:sz w:val="24"/>
        </w:rPr>
        <w:t>τὸ κατόπιν ὀπισθόδομος, καὶ ἡ εἴσοδος προπύλαια. αὐτὰ δὲ ἃ θερα‐ πεύομεν, ἀγάλματα, ξόανα, ἕδη θεῶν, εἰκάσματα θεῶν, εἰκόνες, μιμή‐ ματα, τυπώματα, εἴδη, ἰδέαι. βρέτας δὲ ἢ δείκηλον οὐκ ἔγωγε προσίεμαι. ἐφ’ ὧν δὲ θύομεν ἢ πῦρ ἀνακαίομεν, βωμός, θυμιατήριον,</w:t>
      </w:r>
    </w:p>
    <w:p>
      <w:r>
        <w:rPr>
          <w:rFonts w:ascii="Courier New" w:hAnsi="Courier New"/>
          <w:color w:val="555555"/>
          <w:sz w:val="20"/>
        </w:rPr>
        <w:t>[5]</w:t>
      </w:r>
    </w:p>
    <w:p>
      <w:r>
        <w:rPr>
          <w:rFonts w:ascii="Gentium Plus" w:hAnsi="Gentium Plus"/>
          <w:sz w:val="24"/>
        </w:rPr>
        <w:t>ἑστία· ἔνιοι γὰρ οὕτως ὠνομάκασιν. οὕτω δ’ ἂν κυριώτατα καλοῖτο</w:t>
      </w:r>
    </w:p>
    <w:p>
      <w:r>
        <w:rPr>
          <w:rFonts w:ascii="Courier New" w:hAnsi="Courier New"/>
          <w:color w:val="555555"/>
          <w:sz w:val="20"/>
        </w:rPr>
        <w:t>[1 . 8]</w:t>
      </w:r>
    </w:p>
    <w:p>
      <w:r>
        <w:rPr>
          <w:rFonts w:ascii="Gentium Plus" w:hAnsi="Gentium Plus"/>
          <w:sz w:val="24"/>
        </w:rPr>
        <w:t>ἡ ἐν πρυτανείῳ, ἐφ’ ἧς τὸ πῦρ τὸ ἄσβεστον ἀνάπτεται. ἐσχάρα δ’ ἰδικῶς δοκεῖ μὲν ὧδε ὀνομάζεσθαι, ἐφ’ ἧς τοῖς ἥρωσιν ἀπο‐ θύομεν· ἔνιοι δὲ τῶν ποιητῶν (Aesch Pers 205, Eur Suppl 33 saep) καὶ τὸν τῶν θεῶν βωμὸν οὕτω κεκλήκασιν.</w:t>
      </w:r>
    </w:p>
    <w:p>
      <w:r>
        <w:rPr>
          <w:rFonts w:ascii="Courier New" w:hAnsi="Courier New"/>
          <w:color w:val="555555"/>
          <w:sz w:val="20"/>
        </w:rPr>
        <w:t>[5]</w:t>
      </w:r>
    </w:p>
    <w:p>
      <w:r>
        <w:rPr>
          <w:rFonts w:ascii="Gentium Plus" w:hAnsi="Gentium Plus"/>
          <w:sz w:val="24"/>
        </w:rPr>
        <w:t>εἴη δ’ ἂν ὁ μὲν εἴσω περιρραντηρίων τόπος ἔνθεος, ἱερός,</w:t>
      </w:r>
    </w:p>
    <w:p>
      <w:r>
        <w:rPr>
          <w:rFonts w:ascii="Courier New" w:hAnsi="Courier New"/>
          <w:color w:val="555555"/>
          <w:sz w:val="20"/>
        </w:rPr>
        <w:t>[1 . 9]</w:t>
      </w:r>
    </w:p>
    <w:p>
      <w:r>
        <w:rPr>
          <w:rFonts w:ascii="Gentium Plus" w:hAnsi="Gentium Plus"/>
          <w:sz w:val="24"/>
        </w:rPr>
        <w:t>ὀνόματι—ὁ δ’ ἔξω βέβηλος· τὸ γὰρ ἀνίερος ἁρμόττοι ἂν μᾶλλον ἐπὶ τῶν οὐ καθαρῶν τόπων. εἰ μέντοι καί τι χωρίον ἄβατον εἴη τοῦ ἱεροῦ, τοῦτο καὶ ἄδυτον εἴποις ἂν καὶ ἄψαυστον καὶ ἀψαυστούμενον</w:t>
      </w:r>
    </w:p>
    <w:p>
      <w:r>
        <w:rPr>
          <w:rFonts w:ascii="Courier New" w:hAnsi="Courier New"/>
          <w:color w:val="555555"/>
          <w:sz w:val="20"/>
        </w:rPr>
        <w:t>[1 . 10]</w:t>
      </w:r>
    </w:p>
    <w:p>
      <w:r>
        <w:rPr>
          <w:rFonts w:ascii="Gentium Plus" w:hAnsi="Gentium Plus"/>
          <w:sz w:val="24"/>
        </w:rPr>
        <w:t>καὶ ἀθέατον καὶ ἀνάκτορον. οἱ δ’ ἀνειμένοι θεοῖς τόποι ἄλση τε καὶ τεμένη καὶ ἕρκη, καὶ ὁ περὶ αὐτὰ κύκλος περίβολος. εἰ δὲ καὶ ἄσυλόν τι εἴη, τοῦτο καὶ κρησφύγετον λέγε καὶ φύξιμον· καὶ ἱεροὺς ὅρους, ἐντὸς ὧν τοῖς ἱκέταις ἀσφάλεια. ἡ δ’ ἄνετος θεοῖς γῆ ἱερὰ</w:t>
      </w:r>
    </w:p>
    <w:p>
      <w:r>
        <w:rPr>
          <w:rFonts w:ascii="Courier New" w:hAnsi="Courier New"/>
          <w:color w:val="555555"/>
          <w:sz w:val="20"/>
        </w:rPr>
        <w:t>[5]</w:t>
      </w:r>
    </w:p>
    <w:p>
      <w:r>
        <w:rPr>
          <w:rFonts w:ascii="Gentium Plus" w:hAnsi="Gentium Plus"/>
          <w:sz w:val="24"/>
        </w:rPr>
        <w:t>καὶ ὀργάς.</w:t>
      </w:r>
    </w:p>
    <w:p>
      <w:r>
        <w:rPr>
          <w:rFonts w:ascii="Courier New" w:hAnsi="Courier New"/>
          <w:color w:val="555555"/>
          <w:sz w:val="20"/>
        </w:rPr>
        <w:t>[1 . 11]</w:t>
      </w:r>
    </w:p>
    <w:p>
      <w:r>
        <w:rPr>
          <w:rFonts w:ascii="Gentium Plus" w:hAnsi="Gentium Plus"/>
          <w:sz w:val="24"/>
        </w:rPr>
        <w:t>τὸ δὲ οἰκοδομῆσαι νεὼν λέγοις ἂν καὶ περιβαλέσθαι νεὼν καὶ ἐγεῖραι νεὼν καὶ ἀναστῆσαι νεὼν καὶ ποιῆσαι νεὼν καὶ νεὼν ἐρ‐ γάσασθαι, καὶ συνθεὶς νεωποιῆσαι. φιλοτιμότερον δὲ καὶ τὸ νεὼν περιεργάσασθαι τῷ ἀγάλματι. τὸ δὲ ἄγαλμα ἱδρύσασθαι ἐρεῖς</w:t>
      </w:r>
    </w:p>
    <w:p>
      <w:r>
        <w:rPr>
          <w:rFonts w:ascii="Courier New" w:hAnsi="Courier New"/>
          <w:color w:val="555555"/>
          <w:sz w:val="20"/>
        </w:rPr>
        <w:t>[5]</w:t>
      </w:r>
    </w:p>
    <w:p>
      <w:r>
        <w:rPr>
          <w:rFonts w:ascii="Gentium Plus" w:hAnsi="Gentium Plus"/>
          <w:sz w:val="24"/>
        </w:rPr>
        <w:t>καὶ στήσασθαι, ἐνστήσασθαι, ἀναστῆσαι, καθιδρῦσαι, ἐγκαθιδρύ‐ σασθαι, ἐγκαθίσαι τῷ νεῴ, καθοσιῶσαι, καθιερῶσαι, ἐντεμενίσαι. τὸ δὲ ἔργον ἵδρυσις, καθιέρωσις, στάσις, ἀνάστασις, καθίδρυσις,</w:t>
      </w:r>
    </w:p>
    <w:p>
      <w:r>
        <w:rPr>
          <w:rFonts w:ascii="Courier New" w:hAnsi="Courier New"/>
          <w:color w:val="555555"/>
          <w:sz w:val="20"/>
        </w:rPr>
        <w:t>[1 . 12]</w:t>
      </w:r>
    </w:p>
    <w:p>
      <w:r>
        <w:rPr>
          <w:rFonts w:ascii="Gentium Plus" w:hAnsi="Gentium Plus"/>
          <w:sz w:val="24"/>
        </w:rPr>
        <w:t>κατάστασις, καθοσίωσις, ἐργασία, ποίησις. τὰ δὲ ἐναντία ἀνα‐ τρέψαι, καθελεῖν, καταβαλεῖν, κατενεγκεῖν, καθελκύσαι, συγχέαι τὸν κόσμον τοῦ νεώ, καταπρῆσαι, ἐμπρῆσαι, καταφλέξαι, πυρὶ νεῖμαι, ἐκ βάθρων ἀνασπάσαι, ἀκρωτηριάσαι. τὸ δὲ ἔργον ἀνατροπή, καθαί‐</w:t>
      </w:r>
    </w:p>
    <w:p>
      <w:r>
        <w:rPr>
          <w:rFonts w:ascii="Courier New" w:hAnsi="Courier New"/>
          <w:color w:val="555555"/>
          <w:sz w:val="20"/>
        </w:rPr>
        <w:t>[5]</w:t>
      </w:r>
    </w:p>
    <w:p>
      <w:r>
        <w:rPr>
          <w:rFonts w:ascii="Gentium Plus" w:hAnsi="Gentium Plus"/>
          <w:sz w:val="24"/>
        </w:rPr>
        <w:t>ρεσις, ἀκρωτηριασμός. οἱ δὲ κατασκευάζοντες τοὺς νεὼς καὶ τὰ ἀγάλματα τεχνῖται, τοὺς μὲν περὶ τὸν νεὼν λιθοξόους τε καὶ οἰκο‐ δόμους καὶ τέκτονας εἴποις ἄν, φιλοτιμούμενος δὲ καὶ νεωποιοὺς καὶ ἱεροποιούς, τοὺς δὲ ἐπὶ τοῖς ἀγάλμασι χειροτέχνας οὐκ ἀγαλματο‐ ποιοὺς μόνον οὐδ’ ἀγαλματουργούς, ἀλλὰ καὶ θεοποιοὺς καὶ θεοπλάσ‐</w:t>
      </w:r>
    </w:p>
    <w:p>
      <w:r>
        <w:rPr>
          <w:rFonts w:ascii="Courier New" w:hAnsi="Courier New"/>
          <w:color w:val="555555"/>
          <w:sz w:val="20"/>
        </w:rPr>
        <w:t>[1 . 13]</w:t>
      </w:r>
    </w:p>
    <w:p>
      <w:r>
        <w:rPr>
          <w:rFonts w:ascii="Gentium Plus" w:hAnsi="Gentium Plus"/>
          <w:sz w:val="24"/>
        </w:rPr>
        <w:t>τας, ὡς Ἀριστοφάνης (I frg 786, 787 Ko), ὥσπερ τὴν τέχνην ἀγαλματοποιίαν καὶ ἀγαλματουργίαν καὶ ἀγαλματοποιικὴν καὶ θεοποιητικὴν καὶ ἀγαλματουργικήν, οὐ μὴν καὶ θεοποιίαν· δυσχε‐</w:t>
      </w:r>
    </w:p>
    <w:p>
      <w:r>
        <w:rPr>
          <w:rFonts w:ascii="Courier New" w:hAnsi="Courier New"/>
          <w:color w:val="555555"/>
          <w:sz w:val="20"/>
        </w:rPr>
        <w:t>[5]</w:t>
      </w:r>
    </w:p>
    <w:p>
      <w:r>
        <w:rPr>
          <w:rFonts w:ascii="Gentium Plus" w:hAnsi="Gentium Plus"/>
          <w:sz w:val="24"/>
        </w:rPr>
        <w:t>καὶ ποιῆσαι, μιμήσασθαι, δεῖξαι, τυπῶσαι· σκληρὸν γὰρ τὸ μορφῶσαι. ἀλλὰ καὶ κοιλᾶναι λίθον εἰς θεοῦ μορφὴν καὶ διαγλύψαι καὶ διαρθρῶσαι καὶ διατυπῶσαι καὶ διαξέσαι.</w:t>
      </w:r>
    </w:p>
    <w:p>
      <w:r>
        <w:rPr>
          <w:rFonts w:ascii="Courier New" w:hAnsi="Courier New"/>
          <w:color w:val="555555"/>
          <w:sz w:val="20"/>
        </w:rPr>
        <w:t>[1 . 14]</w:t>
      </w:r>
    </w:p>
    <w:p>
      <w:r>
        <w:rPr>
          <w:rFonts w:ascii="Gentium Plus" w:hAnsi="Gentium Plus"/>
          <w:sz w:val="24"/>
        </w:rPr>
        <w:t>οἱ δὲ τῶν θεῶν θεραπευταὶ ἱερεῖς, νεωκόροι, ζάκοροι, προφῆται, ὑποφῆται, θύται, τελεσταί, ἱερουργοί, καθαρταί, μάντεις, θεομάντεις, χρησμῳδοί, χρησμολόγοι, χρησμοδόται, παναγεῖς, πυρφόροι, ὑπηρέται, θεουργοί· ποιητικώτερον (Aristoph Pac 1124) γὰρ τὸ θυηπόλοι. αἱ δὲ</w:t>
      </w:r>
    </w:p>
    <w:p>
      <w:r>
        <w:rPr>
          <w:rFonts w:ascii="Courier New" w:hAnsi="Courier New"/>
          <w:color w:val="555555"/>
          <w:sz w:val="20"/>
        </w:rPr>
        <w:t>[5]</w:t>
      </w:r>
    </w:p>
    <w:p>
      <w:r>
        <w:rPr>
          <w:rFonts w:ascii="Gentium Plus" w:hAnsi="Gentium Plus"/>
          <w:sz w:val="24"/>
        </w:rPr>
        <w:t>θήλειαι ἱέρειαι, προφήτιδες, καὶ (TGF adesp 425) ‘ἔργων μυστικῶν προφάντιδες,‘ καὶ τὰ λοιπὰ πρὸς τοὺς ἄρρενας κοινά. ἰδίως δὲ ἡ ἐν Δελφοῖς προφῆτις Πυθία.</w:t>
      </w:r>
    </w:p>
    <w:p>
      <w:r>
        <w:rPr>
          <w:rFonts w:ascii="Courier New" w:hAnsi="Courier New"/>
          <w:color w:val="555555"/>
          <w:sz w:val="20"/>
        </w:rPr>
        <w:t>[1 . 15]</w:t>
      </w:r>
    </w:p>
    <w:p>
      <w:r>
        <w:rPr>
          <w:rFonts w:ascii="Gentium Plus" w:hAnsi="Gentium Plus"/>
          <w:sz w:val="24"/>
        </w:rPr>
        <w:t>εἰ δέ που καὶ πνεῦμα εἴη μαντικόν, ὁ μὲν τόπος ἔνθεος καὶ ἐπίπνους καὶ κάτοχος καὶ ἐπιτεθειασμένος καὶ κατειλημμένος ἐκ θεοῦ, ὥσπερ καὶ ὁ χρῶν ἀνήρ· οὗτος δὲ καὶ ἐνθουσιῶν, καὶ κεκινημένος ἐκ θεοῦ, καὶ ἀναβεβακχευμένος, καὶ πλήρης θεοῦ, καὶ παραλλάττων ἐκ</w:t>
      </w:r>
    </w:p>
    <w:p>
      <w:r>
        <w:rPr>
          <w:rFonts w:ascii="Courier New" w:hAnsi="Courier New"/>
          <w:color w:val="555555"/>
          <w:sz w:val="20"/>
        </w:rPr>
        <w:t>[5]</w:t>
      </w:r>
    </w:p>
    <w:p>
      <w:r>
        <w:rPr>
          <w:rFonts w:ascii="Gentium Plus" w:hAnsi="Gentium Plus"/>
          <w:sz w:val="24"/>
        </w:rPr>
        <w:t>θεοῦ. τὸ δὲ πνεῦμα εἴποις ἂν καὶ ἀτμὸν μαντικόν, καὶ ἄσθμα δαιμό‐ νιον, καὶ θείαν αὔραν, καὶ ἄνεμον μαντικόν, καὶ φωνὴν προαγορευτι‐</w:t>
      </w:r>
    </w:p>
    <w:p>
      <w:r>
        <w:rPr>
          <w:rFonts w:ascii="Courier New" w:hAnsi="Courier New"/>
          <w:color w:val="555555"/>
          <w:sz w:val="20"/>
        </w:rPr>
        <w:t>[1 . 16]</w:t>
      </w:r>
    </w:p>
    <w:p>
      <w:r>
        <w:rPr>
          <w:rFonts w:ascii="Gentium Plus" w:hAnsi="Gentium Plus"/>
          <w:sz w:val="24"/>
        </w:rPr>
        <w:t>κήν. τὰ δὲ ῥήματα τούτων τὰ τῷ ἀνδρὶ συμβαίνοντα κατα‐ σχεθῆναι, καταληφθῆναι, ἐνθουσιάσαι, ἐπιθειάσαι, ἀναβακχεῦσαι, πληρωθῆναι θεοῦ· τὸ γὰρ ἐπιπνευσθῆναι κακόφωνον. τὰ δὲ ὀνόματα τοῦ πράγματος κατακωχή, κάθοδος θεοῦ, καταβολή, κατηβολή,</w:t>
      </w:r>
    </w:p>
    <w:p>
      <w:r>
        <w:rPr>
          <w:rFonts w:ascii="Courier New" w:hAnsi="Courier New"/>
          <w:color w:val="555555"/>
          <w:sz w:val="20"/>
        </w:rPr>
        <w:t>[5]</w:t>
      </w:r>
    </w:p>
    <w:p>
      <w:r>
        <w:rPr>
          <w:rFonts w:ascii="Gentium Plus" w:hAnsi="Gentium Plus"/>
          <w:sz w:val="24"/>
        </w:rPr>
        <w:t>κατοχή, ἐπιθειασμός, ἐπίπνοια, βακχεία, κίνησις ἐκ θεοῦ, κατάληψις, ἐνθουσιασμός· ὥσπερ καὶ τὰ ἐπιρρήματα ἐνθέως, ἐπίπνως, κατόχως,</w:t>
      </w:r>
    </w:p>
    <w:p>
      <w:r>
        <w:rPr>
          <w:rFonts w:ascii="Courier New" w:hAnsi="Courier New"/>
          <w:color w:val="555555"/>
          <w:sz w:val="20"/>
        </w:rPr>
        <w:t>[1 . 17]</w:t>
      </w:r>
    </w:p>
    <w:p>
      <w:r>
        <w:rPr>
          <w:rFonts w:ascii="Gentium Plus" w:hAnsi="Gentium Plus"/>
          <w:sz w:val="24"/>
        </w:rPr>
        <w:t>ἐνθουσιαστικῶς, θειαστικῶς, ἐπιτεθειασμένως. τὸ δὲ πᾶν χωρίον μαντεῖον καὶ χρηστήριον καὶ ἀνάκτορον. τὸ δὲ πρᾶγμα χρησμῳδῆσαι καὶ μαντεύσασθαι—ἔνιοι δὲ τῶν Ἀττικῶν(?) καὶ μαντεῦσαι λέγουσι— ἀνειπεῖν, ἀναφθέγξασθαι, προειπεῖν, προθεσπίσαι—τὸ γὰρ θεσπιῳδῆσαι</w:t>
      </w:r>
    </w:p>
    <w:p>
      <w:r>
        <w:rPr>
          <w:rFonts w:ascii="Courier New" w:hAnsi="Courier New"/>
          <w:color w:val="555555"/>
          <w:sz w:val="20"/>
        </w:rPr>
        <w:t>[5]</w:t>
      </w:r>
    </w:p>
    <w:p>
      <w:r>
        <w:rPr>
          <w:rFonts w:ascii="Gentium Plus" w:hAnsi="Gentium Plus"/>
          <w:sz w:val="24"/>
        </w:rPr>
        <w:t>διθυραμβῶδες—προαγορεῦσαι, προμηνῦσαι, προδηλῶσαι, προδιδάξαι,</w:t>
      </w:r>
    </w:p>
    <w:p>
      <w:r>
        <w:rPr>
          <w:rFonts w:ascii="Courier New" w:hAnsi="Courier New"/>
          <w:color w:val="555555"/>
          <w:sz w:val="20"/>
        </w:rPr>
        <w:t>[1 . 18]</w:t>
      </w:r>
    </w:p>
    <w:p>
      <w:r>
        <w:rPr>
          <w:rFonts w:ascii="Gentium Plus" w:hAnsi="Gentium Plus"/>
          <w:sz w:val="24"/>
        </w:rPr>
        <w:t>καὶ τὸ μὲν ἔργον μαντεία, χρησμολόγιον, λόγιον, φήμη ἐκ θεοῦ, πρόρ‐ ρησις, προαγόρευσις, χρησμῳδία, χρησμολογία, ἀνάρρησις, μάντευμα· καὶ διαλῦσαι τὰ μεμαντευμένα, τὰ ἀνειρημένα, τὰ κεχρησμένα, τὰ κεχρησμῳδημένα, τὰ προηγορευμένα, τὰ τεθεσπισμένα· ἰδίως δὲ τὸ</w:t>
      </w:r>
    </w:p>
    <w:p>
      <w:r>
        <w:rPr>
          <w:rFonts w:ascii="Courier New" w:hAnsi="Courier New"/>
          <w:color w:val="555555"/>
          <w:sz w:val="20"/>
        </w:rPr>
        <w:t>[5]</w:t>
      </w:r>
    </w:p>
    <w:p>
      <w:r>
        <w:rPr>
          <w:rFonts w:ascii="Gentium Plus" w:hAnsi="Gentium Plus"/>
          <w:sz w:val="24"/>
        </w:rPr>
        <w:t>ἐκ Δελφῶν καλεῖται πυθόχρηστον. καὶ οἱ χρώμενοι θεωροί.</w:t>
      </w:r>
    </w:p>
    <w:p>
      <w:r>
        <w:rPr>
          <w:rFonts w:ascii="Courier New" w:hAnsi="Courier New"/>
          <w:color w:val="555555"/>
          <w:sz w:val="20"/>
        </w:rPr>
        <w:t>[1 . 19]</w:t>
      </w:r>
    </w:p>
    <w:p>
      <w:r>
        <w:rPr>
          <w:rFonts w:ascii="Gentium Plus" w:hAnsi="Gentium Plus"/>
          <w:sz w:val="24"/>
        </w:rPr>
        <w:t>ὀνομάζοιτο δ’ ἂν καὶ ἡ τέχνη μαντική προαγορευτική, χρησμο‐ λογική. τὸν δὲ χρῶντα καλοίης ἂν προφήτην, μάντιν, χρησμῳδόν, χρησμολόγον· ποιητῶν γὰρ (Aeschyl Ag 1134, Eurip Med 668 etc) ὁ θεσπιῳδός. ἔχοις δ’ ἂν εἰπεῖν καθ’ ἕτερον εἶδος χρείας, ἧκεν ἐκ</w:t>
      </w:r>
    </w:p>
    <w:p>
      <w:r>
        <w:rPr>
          <w:rFonts w:ascii="Courier New" w:hAnsi="Courier New"/>
          <w:color w:val="555555"/>
          <w:sz w:val="20"/>
        </w:rPr>
        <w:t>[5]</w:t>
      </w:r>
    </w:p>
    <w:p>
      <w:r>
        <w:rPr>
          <w:rFonts w:ascii="Gentium Plus" w:hAnsi="Gentium Plus"/>
          <w:sz w:val="24"/>
        </w:rPr>
        <w:t>θεοῦ φήμη, ἧκε μάντευμα ἐκ θεοῦ, ἧκε λόγιον, ἐξέπεσε χρησμός, ἠνέχθη μάντευμα, ἀνεῖπεν ὁ θεός, ἀνεῖλεν ὁ θεός, ἀνεφθέγξατο ἀμέ‐ τρως, ἐν ἑξαμέτρῳ τόνῳ, καὶ τὰ τοιαῦτα. οἷς προσθετέον τὸ θεο‐ μανεῖν, τὸ θεοκλυτεῖν, θεολογεῖν. θεόληπτος, φοιβόληπτος, νυμφό‐ ληπτος, μουσόληπτος, ἐκ Πανὸς ἢ ἄλλου τινὸς θεοῦ κάτοχος ἢ</w:t>
      </w:r>
    </w:p>
    <w:p>
      <w:r>
        <w:rPr>
          <w:rFonts w:ascii="Courier New" w:hAnsi="Courier New"/>
          <w:color w:val="555555"/>
          <w:sz w:val="20"/>
        </w:rPr>
        <w:t>[10]</w:t>
      </w:r>
    </w:p>
    <w:p>
      <w:r>
        <w:rPr>
          <w:rFonts w:ascii="Gentium Plus" w:hAnsi="Gentium Plus"/>
          <w:sz w:val="24"/>
        </w:rPr>
        <w:t>κατεχόμενος.</w:t>
      </w:r>
    </w:p>
    <w:p>
      <w:r>
        <w:rPr>
          <w:rFonts w:ascii="Courier New" w:hAnsi="Courier New"/>
          <w:color w:val="555555"/>
          <w:sz w:val="20"/>
        </w:rPr>
        <w:t>[1 . 20]</w:t>
      </w:r>
    </w:p>
    <w:p>
      <w:r>
        <w:rPr>
          <w:rFonts w:ascii="Gentium Plus" w:hAnsi="Gentium Plus"/>
          <w:sz w:val="24"/>
        </w:rPr>
        <w:t>ὁ μὲν τοίνυν θεοὺς νομίζων ἀνὴρ καλοῖτ’ ἂν εὐσεβής, φιλό‐ θεος, ὅσιος, φιλοθύτης, φιλεορταστής, ἱερουργικός, θεῶν ἐπιμελής, θεοῖς ἀνακείμενος, θειασμῷ προσκείμενος, λατρεύων θεοῖς, ἔνθεος, κατάθεος, θεοσεβής, θεολογικός, ἐπιτεθειασμένος, ἱερός, καθιερω‐</w:t>
      </w:r>
    </w:p>
    <w:p>
      <w:r>
        <w:rPr>
          <w:rFonts w:ascii="Courier New" w:hAnsi="Courier New"/>
          <w:color w:val="555555"/>
          <w:sz w:val="20"/>
        </w:rPr>
        <w:t>[1 . 21]</w:t>
      </w:r>
    </w:p>
    <w:p>
      <w:r>
        <w:rPr>
          <w:rFonts w:ascii="Gentium Plus" w:hAnsi="Gentium Plus"/>
          <w:sz w:val="24"/>
        </w:rPr>
        <w:t>μένος, θεοφιλής. ὁ δὲ ὑπερτιμῶν δεισιδαίμων καὶ δεισίθεος· κωμικὸν (III p 415. 85 Ko) γὰρ ὁ βλεπεδαίμων. ὁ δὲ ἐναντίος ἄθεος, ἀνίερος, ἀσεβής, δυσσεβής, ἀθέμιτος, μισόθεος, θεομισής, ὀλίγωρος θεῶν, νεω‐ τεριστὴς περὶ τὸ θεῖον, ἐναγής, ἐξάγιστος, βέβηλος, θεοβλαβής· ὁ</w:t>
      </w:r>
    </w:p>
    <w:p>
      <w:r>
        <w:rPr>
          <w:rFonts w:ascii="Courier New" w:hAnsi="Courier New"/>
          <w:color w:val="555555"/>
          <w:sz w:val="20"/>
        </w:rPr>
        <w:t>[5]</w:t>
      </w:r>
    </w:p>
    <w:p>
      <w:r>
        <w:rPr>
          <w:rFonts w:ascii="Gentium Plus" w:hAnsi="Gentium Plus"/>
          <w:sz w:val="24"/>
        </w:rPr>
        <w:t>γὰρ θεοστυγὴς τραγικόν (Eurip Tr 1213). ὀνόματα δὲ τοῦ πράγμα‐ τος ἐκεῖ μὲν εὐσέβεια καὶ ὁσιότης καὶ θεῶν ἐπιμέλεια καὶ λατρεία θεῶν καὶ θεοσέβεια—τὸ γὰρ φιλοθεότης βίαιον—, ἐνταῦθα δὲ ἀσέ‐</w:t>
      </w:r>
    </w:p>
    <w:p>
      <w:r>
        <w:rPr>
          <w:rFonts w:ascii="Courier New" w:hAnsi="Courier New"/>
          <w:color w:val="555555"/>
          <w:sz w:val="20"/>
        </w:rPr>
        <w:t>[1 . 22]</w:t>
      </w:r>
    </w:p>
    <w:p>
      <w:r>
        <w:rPr>
          <w:rFonts w:ascii="Gentium Plus" w:hAnsi="Gentium Plus"/>
          <w:sz w:val="24"/>
        </w:rPr>
        <w:t>βεια καὶ ἀνοσιότης καὶ ὀλιγωρία περὶ τὸ θεῖον καὶ θεοβλάβεια καὶ ἀθεότης. ῥήματα δὲ εὐσεβεῖν, ὁσιοῦν, σέβειν, σέβεσθαι, θεοσεβεῖν. τὸ δ’ ἐναντίον ἀσεβεῖν μόνον· τὸ γὰρ ἀνοσιουργεῖν πρὸς ἕτερα. εἰ δὲ καὶ ἐπιρρήματα προσθετέον, ἐπὶ μὲν τοῦ εὐσεβοῦς ὁσίως, ἐνθέως,</w:t>
      </w:r>
    </w:p>
    <w:p>
      <w:r>
        <w:rPr>
          <w:rFonts w:ascii="Courier New" w:hAnsi="Courier New"/>
          <w:color w:val="555555"/>
          <w:sz w:val="20"/>
        </w:rPr>
        <w:t>[5]</w:t>
      </w:r>
    </w:p>
    <w:p>
      <w:r>
        <w:rPr>
          <w:rFonts w:ascii="Gentium Plus" w:hAnsi="Gentium Plus"/>
          <w:sz w:val="24"/>
        </w:rPr>
        <w:t>φιλοθέως, θεοφιλῶς, θεοσεβῶς, ἐπὶ δὲ τοῦ ἐναντίου ἀσεβῶς, δυσ‐ σεβῶς, ἀνοσίως, ἀθέως, θεοβλαβῶς, θεομισῶς, ἀθεμίτως.</w:t>
      </w:r>
    </w:p>
    <w:p>
      <w:r>
        <w:rPr>
          <w:rFonts w:ascii="Courier New" w:hAnsi="Courier New"/>
          <w:color w:val="555555"/>
          <w:sz w:val="20"/>
        </w:rPr>
        <w:t>[1 . 23]</w:t>
      </w:r>
    </w:p>
    <w:p>
      <w:r>
        <w:rPr>
          <w:rFonts w:ascii="Gentium Plus" w:hAnsi="Gentium Plus"/>
          <w:sz w:val="24"/>
        </w:rPr>
        <w:t>ὀνομάσαις δ’ ἂν ἱερὸν ἀρχαῖον, σεμνόν, ἔνθεον, θεῖον, φρικῶδες, ἐκπληκτικόν, ἀρχαιόπλουτον, παλαιόπλουτον, ζάπλουτον, μεγαλόπλου‐ τον, βαθύπλουτον, πολύχρυσον, πολυάργυρον, πολυτάλαντον. θεοὶ ὑπερουράνιοι, ἐνουράνιοι, ἐπουράνιοι, ἐναιθέριοι, ἐναέριοι·</w:t>
      </w:r>
    </w:p>
    <w:p>
      <w:r>
        <w:rPr>
          <w:rFonts w:ascii="Courier New" w:hAnsi="Courier New"/>
          <w:color w:val="555555"/>
          <w:sz w:val="20"/>
        </w:rPr>
        <w:t>[5]</w:t>
      </w:r>
    </w:p>
    <w:p>
      <w:r>
        <w:rPr>
          <w:rFonts w:ascii="Gentium Plus" w:hAnsi="Gentium Plus"/>
          <w:sz w:val="24"/>
        </w:rPr>
        <w:t>ἐπίγειοι, οἱ αὐτοὶ καὶ ἐπιχθόνιοι· ἐνάλιοι, θαλάττιοι, οἱ αὐτοὶ καὶ ἐνθα‐</w:t>
      </w:r>
    </w:p>
    <w:p>
      <w:r>
        <w:rPr>
          <w:rFonts w:ascii="Courier New" w:hAnsi="Courier New"/>
          <w:color w:val="555555"/>
          <w:sz w:val="20"/>
        </w:rPr>
        <w:t>[1 . 24]</w:t>
      </w:r>
    </w:p>
    <w:p>
      <w:r>
        <w:rPr>
          <w:rFonts w:ascii="Gentium Plus" w:hAnsi="Gentium Plus"/>
          <w:sz w:val="24"/>
        </w:rPr>
        <w:t>λάττιοι, ὑπόγειοι, χθόνιοι καὶ ὑποχθόνιοι καὶ καταχθόνιοι, ἑστιοῦ‐ χοι, πολιοῦχοι, πατρῷοι, ξένιοι, φίλιοι, ἑταιρεῖοι, φράτριοι, ἀστεροπηταί, ἀγοραῖοι, ἐρίγδουποι, ἐφέστιοι, ἐπικάρπιοι, στρά‐ τιοι, τροπαιοῦχοι, ἱκέσιοι, τρόπαιοι, ἀποτρόπαιοι, λύσιοι, καθάρσιοι,</w:t>
      </w:r>
    </w:p>
    <w:p>
      <w:r>
        <w:rPr>
          <w:rFonts w:ascii="Courier New" w:hAnsi="Courier New"/>
          <w:color w:val="555555"/>
          <w:sz w:val="20"/>
        </w:rPr>
        <w:t>[5]</w:t>
      </w:r>
    </w:p>
    <w:p>
      <w:r>
        <w:rPr>
          <w:rFonts w:ascii="Gentium Plus" w:hAnsi="Gentium Plus"/>
          <w:sz w:val="24"/>
        </w:rPr>
        <w:t>ἁγνῖται, φύξιοι, σωτῆρες, ἀσφάλειοι, παλαμναῖοι, προστρόπαιοι, γε‐ νέθλιοι, γαμήλιοι, φυτάλιοι, προτρύγαιοι. τὰ πολλὰ δὲ τούτων ὡς ἴδιά ἐστι τοῦ Διός, ὥσπερ ὁ ὑέτιος καὶ ὁ καταιβάτης, καὶ παρ’ Ἀθηναίοις φράτριος. τὸ γὰρ νεφεληγερέτης καὶ ὅσα τοιαῦτα ἐπὶ τοῦ Διός, ὥσπερ καὶ τὸ ἐννοσίγαιος καὶ τὸ ἐνοσίχθων καὶ τὰ ὅμοια</w:t>
      </w:r>
    </w:p>
    <w:p>
      <w:r>
        <w:rPr>
          <w:rFonts w:ascii="Courier New" w:hAnsi="Courier New"/>
          <w:color w:val="555555"/>
          <w:sz w:val="20"/>
        </w:rPr>
        <w:t>[10]</w:t>
      </w:r>
    </w:p>
    <w:p>
      <w:r>
        <w:rPr>
          <w:rFonts w:ascii="Gentium Plus" w:hAnsi="Gentium Plus"/>
          <w:sz w:val="24"/>
        </w:rPr>
        <w:t>ἐπὶ τοῦ Ποσειδῶνος, ποιηταῖς ἀνείσθω.</w:t>
      </w:r>
    </w:p>
    <w:p>
      <w:r>
        <w:rPr>
          <w:rFonts w:ascii="Courier New" w:hAnsi="Courier New"/>
          <w:color w:val="555555"/>
          <w:sz w:val="20"/>
        </w:rPr>
        <w:t>[1 . 25]</w:t>
      </w:r>
    </w:p>
    <w:p>
      <w:r>
        <w:rPr>
          <w:rFonts w:ascii="Gentium Plus" w:hAnsi="Gentium Plus"/>
          <w:sz w:val="24"/>
        </w:rPr>
        <w:t>δεῖ δὲ προσιέναι πρὸς τοὺς θεοὺς καθηράμενον, καθαρεύσαντα, φαιδρυνάμενον, περιρρανάμενον, ἀπορρυψάμενον, ἀπονιψάμενον, ἁγνισάμενον, ἁγνεύσαντα, ἡγνευμένον, ὡσιωμένον, καθαρῷ νῷ, ὑπὸ νεουργῷ στολῇ, ὑπὸ νεοπλυνεῖ ἐσθῆτι. προσιέναι θεοῖς, πρόσοδον</w:t>
      </w:r>
    </w:p>
    <w:p>
      <w:r>
        <w:rPr>
          <w:rFonts w:ascii="Courier New" w:hAnsi="Courier New"/>
          <w:color w:val="555555"/>
          <w:sz w:val="20"/>
        </w:rPr>
        <w:t>[5]</w:t>
      </w:r>
    </w:p>
    <w:p>
      <w:r>
        <w:rPr>
          <w:rFonts w:ascii="Gentium Plus" w:hAnsi="Gentium Plus"/>
          <w:sz w:val="24"/>
        </w:rPr>
        <w:t>ποιεῖσθαι πρὸς τοὺς θεούς, εὔχεσθαι θεοῖς, ἀνατείνειν τὰς χεῖρας,</w:t>
      </w:r>
    </w:p>
    <w:p>
      <w:r>
        <w:rPr>
          <w:rFonts w:ascii="Courier New" w:hAnsi="Courier New"/>
          <w:color w:val="555555"/>
          <w:sz w:val="20"/>
        </w:rPr>
        <w:t>[1 . 26]</w:t>
      </w:r>
    </w:p>
    <w:p>
      <w:r>
        <w:rPr>
          <w:rFonts w:ascii="Gentium Plus" w:hAnsi="Gentium Plus"/>
          <w:sz w:val="24"/>
        </w:rPr>
        <w:t>ἐντυγχάνειν θεοῖς, προστρέπεσθαι θεούς, κατακαλεῖν θεούς, ἀνακαλεῖν θεούς, αἰτεῖν παρὰ τῶν θεῶν τἀγαθά, προσφεύγειν θεοῖς, ποτνιᾶσθαι, καταντιβολεῖν, καθικετεύειν, θύειν θεοῖς, ἱερουργεῖν, ἱεροποιεῖν, βουθυ‐ τεῖν, ἑκατόμβην προσάγειν, θυηπολεῖν, παιᾶνας ᾆσαι, ὕμνον ᾆσαι,</w:t>
      </w:r>
    </w:p>
    <w:p>
      <w:r>
        <w:rPr>
          <w:rFonts w:ascii="Courier New" w:hAnsi="Courier New"/>
          <w:color w:val="555555"/>
          <w:sz w:val="20"/>
        </w:rPr>
        <w:t>[5]</w:t>
      </w:r>
    </w:p>
    <w:p>
      <w:r>
        <w:rPr>
          <w:rFonts w:ascii="Gentium Plus" w:hAnsi="Gentium Plus"/>
          <w:sz w:val="24"/>
        </w:rPr>
        <w:t>ἱερῶν προκατάρξασθαι, λιβανωτὸν καθαγίζειν, θυμιᾶν, ἀρώματα λύειν ἐν πυρί. τὰ δὲ ἀρώματα καὶ θυμιάματα καλεῖται· Θουκυδίδησ(?) δ’ αὐτὰ εἴρηκεν ἁγνὰ θύματα, πρὸς τὰ αἱμάσσοντα καὶ σφαττόμενα ἀντι‐</w:t>
      </w:r>
    </w:p>
    <w:p>
      <w:r>
        <w:rPr>
          <w:rFonts w:ascii="Courier New" w:hAnsi="Courier New"/>
          <w:color w:val="555555"/>
          <w:sz w:val="20"/>
        </w:rPr>
        <w:t>[1 . 27]</w:t>
      </w:r>
    </w:p>
    <w:p>
      <w:r>
        <w:rPr>
          <w:rFonts w:ascii="Gentium Plus" w:hAnsi="Gentium Plus"/>
          <w:sz w:val="24"/>
        </w:rPr>
        <w:t>τιθεὶς σμύρναν, λιβανωτόν. ἱερεῖα προσάγειν τοῖς βωμοῖς, αἱμάσσειν τοὺς βωμούς, δεκάτην ἀποθύειν, εὔχεσθαι κατὰ βοὸς ἢ ἄλλου του, σπένδειν, κατασπένδειν, στεφανοῦν, ἀναστέφειν, στεφανώματα προσφέ‐ ρειν, μυρρίνην στεφανωτρίδα, σπεῖσαι, κατασπεῖσαι, ἐπισπεῖσαι, μηρία</w:t>
      </w:r>
    </w:p>
    <w:p>
      <w:r>
        <w:rPr>
          <w:rFonts w:ascii="Courier New" w:hAnsi="Courier New"/>
          <w:color w:val="555555"/>
          <w:sz w:val="20"/>
        </w:rPr>
        <w:t>[5]</w:t>
      </w:r>
    </w:p>
    <w:p>
      <w:r>
        <w:rPr>
          <w:rFonts w:ascii="Gentium Plus" w:hAnsi="Gentium Plus"/>
          <w:sz w:val="24"/>
        </w:rPr>
        <w:t>ἐπιθεῖναι, οὐλὰς ἐπιβαλεῖν, σπλαγχνεύσασθαι, θυηλήσασθαι, ἱερῶν προ‐ κατάρξασθαι, σπλάγχνων ἀπάρξασθαι, δεκάτην ἀποθῦσαι, δεκάτην ἀποθεῖναι, ἀναθεῖναι, ἀνάθημα ποιήσασθαι, ἀναθεῖναι εἰς τὸν νεών.</w:t>
      </w:r>
    </w:p>
    <w:p>
      <w:r>
        <w:rPr>
          <w:rFonts w:ascii="Courier New" w:hAnsi="Courier New"/>
          <w:color w:val="555555"/>
          <w:sz w:val="20"/>
        </w:rPr>
        <w:t>[1 . 28]</w:t>
      </w:r>
    </w:p>
    <w:p>
      <w:r>
        <w:rPr>
          <w:rFonts w:ascii="Gentium Plus" w:hAnsi="Gentium Plus"/>
          <w:sz w:val="24"/>
        </w:rPr>
        <w:t>τὰ δ’ ἀναθήματα ὡς ἐπὶ τὸ πολὺ στέφανοι, φιάλαι, ἐκπώματα, θυμια‐</w:t>
      </w:r>
    </w:p>
    <w:p>
      <w:r>
        <w:rPr>
          <w:rFonts w:ascii="Courier New" w:hAnsi="Courier New"/>
          <w:color w:val="555555"/>
          <w:sz w:val="20"/>
        </w:rPr>
        <w:t>[5]</w:t>
      </w:r>
    </w:p>
    <w:p>
      <w:r>
        <w:rPr>
          <w:rFonts w:ascii="Gentium Plus" w:hAnsi="Gentium Plus"/>
          <w:sz w:val="24"/>
        </w:rPr>
        <w:t>πέμματα, στέμματα, θαλλούς, μυρρίνας, ἄνθη. παιανίσαι, παιᾶνα ᾆσαι·</w:t>
      </w:r>
    </w:p>
    <w:p>
      <w:r>
        <w:rPr>
          <w:rFonts w:ascii="Courier New" w:hAnsi="Courier New"/>
          <w:color w:val="555555"/>
          <w:sz w:val="20"/>
        </w:rPr>
        <w:t>[1 . 29]</w:t>
      </w:r>
    </w:p>
    <w:p>
      <w:r>
        <w:rPr>
          <w:rFonts w:ascii="Gentium Plus" w:hAnsi="Gentium Plus"/>
          <w:sz w:val="24"/>
        </w:rPr>
        <w:t>τὸ γὰρ ὀλολύξαι καὶ ὀλολυγῇ χρήσασθαι ἐπὶ γυναικῶν. τὰ μέντοι πράγματα θυσία, βουθυσία, θυηπολία, κατάκλησις θεῶν, ἀνάκλησις, ἔντευξις, πρόσοδος, ἱερουργία, ἱεροποιία, ἱκετεία, σπονδή. τὸ δὲ ἀπὸ τῶν βωμῶν ἀπορρέον πνεῦμα, κνῖσα καὶ ἀτμός. προσακτέον δὲ θύσιμα</w:t>
      </w:r>
    </w:p>
    <w:p>
      <w:r>
        <w:rPr>
          <w:rFonts w:ascii="Courier New" w:hAnsi="Courier New"/>
          <w:color w:val="555555"/>
          <w:sz w:val="20"/>
        </w:rPr>
        <w:t>[5]</w:t>
      </w:r>
    </w:p>
    <w:p>
      <w:r>
        <w:rPr>
          <w:rFonts w:ascii="Gentium Plus" w:hAnsi="Gentium Plus"/>
          <w:sz w:val="24"/>
        </w:rPr>
        <w:t>ἱερεῖα ἄρτια, ἄτομα, ὁλόκληρα, ὑγιῆ, ἄπηρα, παμμελῆ, ἀρτιμελῆ, μὴ κολοβὰ μηδὲ ἔμπηρα μηδὲ ἠκρωτηριασμένα μηδὲ διάστροφα. Σόλων δὲ τὰ ἔμπηρα καὶ ἀφελῆ ὠνόμασε. προσακτέον μέντοι καὶ βοῦς ἄζυγας. ἰστέον δ’ ὅτι τὰ ἐκ τῶν ἱερείων κρέα θεόθυτα καλεῖται.</w:t>
      </w:r>
    </w:p>
    <w:p>
      <w:r>
        <w:rPr>
          <w:rFonts w:ascii="Courier New" w:hAnsi="Courier New"/>
          <w:color w:val="555555"/>
          <w:sz w:val="20"/>
        </w:rPr>
        <w:t>[1 . 30]</w:t>
      </w:r>
    </w:p>
    <w:p>
      <w:r>
        <w:rPr>
          <w:rFonts w:ascii="Gentium Plus" w:hAnsi="Gentium Plus"/>
          <w:sz w:val="24"/>
        </w:rPr>
        <w:t>ἵνα δὲ καὶ ἀναπαύσω σε πρὸς μικρόν, ἐπεὶ τὸ διδασκαλικὸν εἶδος αὐχμηρόν ἐστι καὶ προσκορές, οὐδὲν ἂν κωλύοι προσθεῖναι καὶ μύθου γλυκύτητα εἰς ψυχαγωγίαν, ὅτι καὶ μῆλα θύουσι περὶ Βοιωτίαν Ἡρακλεῖ—λέγω δὲ οὐ τὰ πρόβατα τῇ ποιητικῇ φωνῇ, ἀλλὰ τὰ ἀκρό‐</w:t>
      </w:r>
    </w:p>
    <w:p>
      <w:r>
        <w:rPr>
          <w:rFonts w:ascii="Courier New" w:hAnsi="Courier New"/>
          <w:color w:val="555555"/>
          <w:sz w:val="20"/>
        </w:rPr>
        <w:t>[5]</w:t>
      </w:r>
    </w:p>
    <w:p>
      <w:r>
        <w:rPr>
          <w:rFonts w:ascii="Gentium Plus" w:hAnsi="Gentium Plus"/>
          <w:sz w:val="24"/>
        </w:rPr>
        <w:t>δρυα—ἐκ τοιᾶσδε τῆς αἰτίας. ἐνειστήκει μὲν γὰρ ἡ πανήγυρις τοῦ θεοῦ, καὶ κατήπειγε τοῦ θύειν ὁ καιρός, τὸ δὲ ἱερεῖον ἄρα κριὸς ἦν. καὶ οἱ μὲν ἄγοντες ἄκοντες ἐβράδυνον—ὁ γὰρ Ἀσωπὸς ποταμὸς</w:t>
      </w:r>
    </w:p>
    <w:p>
      <w:r>
        <w:rPr>
          <w:rFonts w:ascii="Courier New" w:hAnsi="Courier New"/>
          <w:color w:val="555555"/>
          <w:sz w:val="20"/>
        </w:rPr>
        <w:t>[1 . 31]</w:t>
      </w:r>
    </w:p>
    <w:p>
      <w:r>
        <w:rPr>
          <w:rFonts w:ascii="Gentium Plus" w:hAnsi="Gentium Plus"/>
          <w:sz w:val="24"/>
        </w:rPr>
        <w:t>οὐκ ἦν διαβατός, μέγας ἄφνω ῥυείς—, οἱ δ’ ἀμφὶ τὸ ἱερὸν παῖδες</w:t>
      </w:r>
    </w:p>
    <w:p>
      <w:r>
        <w:rPr>
          <w:rFonts w:ascii="Courier New" w:hAnsi="Courier New"/>
          <w:color w:val="555555"/>
          <w:sz w:val="20"/>
        </w:rPr>
        <w:t>[5]</w:t>
      </w:r>
    </w:p>
    <w:p>
      <w:r>
        <w:rPr>
          <w:rFonts w:ascii="Gentium Plus" w:hAnsi="Gentium Plus"/>
          <w:sz w:val="24"/>
        </w:rPr>
        <w:t>θύειν ἔφασαν τὸ μῆλον ὡς πρόβατον. ἡσθῆναί τε λέγεται τῇ θυσίᾳ τὸν Ἡρακλέα, καὶ μέχρι τοῦδε παραμένειν τῆς ἱερουργίας τὸν νόμον. καὶ καλεῖται παρὰ τοῖς Βοιωτοῖς Μήλων ὁ Ἡρακλῆς, τοὔνομα ἐκ τοῦ τρόπου τῆς θυσίας λαβών.</w:t>
      </w:r>
    </w:p>
    <w:p>
      <w:r>
        <w:rPr>
          <w:rFonts w:ascii="Courier New" w:hAnsi="Courier New"/>
          <w:color w:val="555555"/>
          <w:sz w:val="20"/>
        </w:rPr>
        <w:t>[1 . 32]</w:t>
      </w:r>
    </w:p>
    <w:p>
      <w:r>
        <w:rPr>
          <w:rFonts w:ascii="Gentium Plus" w:hAnsi="Gentium Plus"/>
          <w:sz w:val="24"/>
        </w:rPr>
        <w:t>τὰ πρὸ τῶν ἱερῶν περιρραντήρια, καθαρμοί, καθάρσεις, καθάρσια, καθαρτήρια, καθάρται. καὶ οἱ τούτοις χρησάμενοι καθαροί, ὥσπερ οἱ ἐναντίοι ἀκάθαρτοι. καθαρῶς ὁσίως ὡσιωμέμως ἁγνῶς ἡγνευμένως ἁγίως προσιόντες, ἀνόσιοι, ἀνίεροι· ἀνάγνως ἀνοσίως ἀκαθάρτως</w:t>
      </w:r>
    </w:p>
    <w:p>
      <w:r>
        <w:rPr>
          <w:rFonts w:ascii="Courier New" w:hAnsi="Courier New"/>
          <w:color w:val="555555"/>
          <w:sz w:val="20"/>
        </w:rPr>
        <w:t>[5]</w:t>
      </w:r>
    </w:p>
    <w:p>
      <w:r>
        <w:rPr>
          <w:rFonts w:ascii="Gentium Plus" w:hAnsi="Gentium Plus"/>
          <w:sz w:val="24"/>
        </w:rPr>
        <w:t>πάντα δρῶντες, μιαροί, παμμίαροι, ἐναγεῖς, ἄγει προσεχόμενοι, μιάσ‐</w:t>
      </w:r>
    </w:p>
    <w:p>
      <w:r>
        <w:rPr>
          <w:rFonts w:ascii="Courier New" w:hAnsi="Courier New"/>
          <w:color w:val="555555"/>
          <w:sz w:val="20"/>
        </w:rPr>
        <w:t>[1 . 33]</w:t>
      </w:r>
    </w:p>
    <w:p>
      <w:r>
        <w:rPr>
          <w:rFonts w:ascii="Gentium Plus" w:hAnsi="Gentium Plus"/>
          <w:sz w:val="24"/>
        </w:rPr>
        <w:t>ματι ἐνεχόμενοι. καὶ τὰ πράγματα, τὸ μὲν ἅγιον, καθαρόν, ὅσιον, ἁγνόν, εὐαγές, ἄχραντον, τὸ δ’ ἐναντίον ἐναγές, ἐξάγιστον, δυσ‐ αγές, μιαρόν, παμμίαρον, μίασμα, μύσος. ἄλλης δὲ χρείας καθήρασθαι, μίασμα ἐκνίψασθαι, ἄγος ἀποπέμψασθαι, μύσος λύσασθαι, ἀπολύσασθαι,</w:t>
      </w:r>
    </w:p>
    <w:p>
      <w:r>
        <w:rPr>
          <w:rFonts w:ascii="Courier New" w:hAnsi="Courier New"/>
          <w:color w:val="555555"/>
          <w:sz w:val="20"/>
        </w:rPr>
        <w:t>[5]</w:t>
      </w:r>
    </w:p>
    <w:p>
      <w:r>
        <w:rPr>
          <w:rFonts w:ascii="Gentium Plus" w:hAnsi="Gentium Plus"/>
          <w:sz w:val="24"/>
        </w:rPr>
        <w:t>ἀποτρέψασθαι, ἀποδιοπομπήσασθαι. τὰ δὲ πρὸς θυσίαν σχίζαι, σφαγίδες, κοπίδες, πελέκεις, ὀβελοί, λίκνα, κανᾶ, χέρνιβες· τὸ γὰρ πεμπώβολα (Hom A 463) καὶ οὐλοχύται</w:t>
      </w:r>
    </w:p>
    <w:p>
      <w:r>
        <w:rPr>
          <w:rFonts w:ascii="Courier New" w:hAnsi="Courier New"/>
          <w:color w:val="555555"/>
          <w:sz w:val="20"/>
        </w:rPr>
        <w:t>[1 . 34]</w:t>
      </w:r>
    </w:p>
    <w:p>
      <w:r>
        <w:rPr>
          <w:rFonts w:ascii="Gentium Plus" w:hAnsi="Gentium Plus"/>
          <w:sz w:val="24"/>
        </w:rPr>
        <w:t>καιροὶ δ’ ἱεροὶ πανηγύρεις, ἑορταί, ἱερομηνίαι, θεοφάνια, θεο‐ ξένια, ... μεθέορτοι ἡμέραι κατὰ Ἀντιφῶντα (fg 171 Bl). καὶ ἄνθρω‐ ποι ἑορτασταί, πανηγυρισταί, φιλέορτοι, συνεορτασταί, συμπανηγυ‐ ρισταί, εἴποις δ’ ἂν πανηγύρεις δημοτελεῖς καὶ πάνδημοι καὶ</w:t>
      </w:r>
    </w:p>
    <w:p>
      <w:r>
        <w:rPr>
          <w:rFonts w:ascii="Courier New" w:hAnsi="Courier New"/>
          <w:color w:val="555555"/>
          <w:sz w:val="20"/>
        </w:rPr>
        <w:t>[5]</w:t>
      </w:r>
    </w:p>
    <w:p>
      <w:r>
        <w:rPr>
          <w:rFonts w:ascii="Gentium Plus" w:hAnsi="Gentium Plus"/>
          <w:sz w:val="24"/>
        </w:rPr>
        <w:t>δημόσιαι καὶ δημοθοινίαι καὶ πανθοινίαι καὶ πανδαισίαι. τὸ δ’ ἐν ταῖς εὐωχίαις ἢ κρεανομίαις πρῶτον τῶν μερίδων λαμβάνειν πρωτοθοινία ὀνομάζεται. τὰ δὲ ῥήματα ἑστιᾶσθαι, εὐωχεῖσθαι, πανη‐ γυρίζειν, ἑορτάζειν, συνεστιᾶσθαι, συνευωχεῖσθαι, συμπανηγυρί‐ ζειν, συνεορτάζειν, συσπένδειν καὶ ὁμοσπονδεῖν καὶ ὁμοσπόνδους</w:t>
      </w:r>
    </w:p>
    <w:p>
      <w:r>
        <w:rPr>
          <w:rFonts w:ascii="Courier New" w:hAnsi="Courier New"/>
          <w:color w:val="555555"/>
          <w:sz w:val="20"/>
        </w:rPr>
        <w:t>[10]</w:t>
      </w:r>
    </w:p>
    <w:p>
      <w:r>
        <w:rPr>
          <w:rFonts w:ascii="Gentium Plus" w:hAnsi="Gentium Plus"/>
          <w:sz w:val="24"/>
        </w:rPr>
        <w:t>γίνεσθαι, κρατήρων συμμετέχειν.</w:t>
      </w:r>
    </w:p>
    <w:p>
      <w:r>
        <w:rPr>
          <w:rFonts w:ascii="Courier New" w:hAnsi="Courier New"/>
          <w:color w:val="555555"/>
          <w:sz w:val="20"/>
        </w:rPr>
        <w:t>[1 . 35]</w:t>
      </w:r>
    </w:p>
    <w:p>
      <w:r>
        <w:rPr>
          <w:rFonts w:ascii="Gentium Plus" w:hAnsi="Gentium Plus"/>
          <w:sz w:val="24"/>
        </w:rPr>
        <w:t>εἴη δ’ ἂν τῆς αὐτῆς ἰδέας καὶ τάδε, μυστήρια, τελεταί, ὄργια, μύσται, μυσταγωγοί, τελεσταί, ὀργιασταί. καὶ μυεῖν, μυσταγωγεῖν, μυεῖσθαι, ὀργιάζειν, τελεῖσθαι, τελεῖν. φιλοτιμότερον δὲ τῇ χρήσει τὸ τελεσιουργεῖν καὶ ἡ τελεσιουργία. ἱεροφάνται, δᾳδοῦχοι, κήρυκες,</w:t>
      </w:r>
    </w:p>
    <w:p>
      <w:r>
        <w:rPr>
          <w:rFonts w:ascii="Courier New" w:hAnsi="Courier New"/>
          <w:color w:val="555555"/>
          <w:sz w:val="20"/>
        </w:rPr>
        <w:t>[5]</w:t>
      </w:r>
    </w:p>
    <w:p>
      <w:r>
        <w:rPr>
          <w:rFonts w:ascii="Gentium Plus" w:hAnsi="Gentium Plus"/>
          <w:sz w:val="24"/>
        </w:rPr>
        <w:t>σπονδοφόροι, ἱέρειαι, παναγεῖς, πυρφόροι, ὑμνῳδοί, ὑμνήτριαι· ἰακχα‐ γωγὸς γὰρ καὶ κουροτρόφος καὶ δαειρίτης, καὶ ὅσα τοιαῦτα, ἴδια τῶν</w:t>
      </w:r>
    </w:p>
    <w:p>
      <w:r>
        <w:rPr>
          <w:rFonts w:ascii="Courier New" w:hAnsi="Courier New"/>
          <w:color w:val="555555"/>
          <w:sz w:val="20"/>
        </w:rPr>
        <w:t>[1 . 36]</w:t>
      </w:r>
    </w:p>
    <w:p>
      <w:r>
        <w:rPr>
          <w:rFonts w:ascii="Gentium Plus" w:hAnsi="Gentium Plus"/>
          <w:sz w:val="24"/>
        </w:rPr>
        <w:t>Ἀττικῶν. ὁ δὲ μυηθεὶς μεμυημένος, τετελεσμένος, ὠργιασμένος, ὥσπερ ὁ ἐναντίος ἀμύητος, ἀτέλεστος, ἀνοργίαστος. ὀνομάζονται δὲ καὶ μυστηριώτιδες σπονδαὶ καὶ μυστικαὶ ἡμέραι, ὥσπερ ἱεραί, ἄφετοι, ἄνετοι,</w:t>
      </w:r>
    </w:p>
    <w:p>
      <w:r>
        <w:rPr>
          <w:rFonts w:ascii="Courier New" w:hAnsi="Courier New"/>
          <w:color w:val="555555"/>
          <w:sz w:val="20"/>
        </w:rPr>
        <w:t>[5]</w:t>
      </w:r>
    </w:p>
    <w:p>
      <w:r>
        <w:rPr>
          <w:rFonts w:ascii="Gentium Plus" w:hAnsi="Gentium Plus"/>
          <w:sz w:val="24"/>
        </w:rPr>
        <w:t>τὰ δὲ μυστήρια καὶ τὰ ὄργια τελεταὶ καὶ τέλη μυστικὰ καὶ τελε‐ σιουργίαι.</w:t>
      </w:r>
    </w:p>
    <w:p>
      <w:r>
        <w:rPr>
          <w:rFonts w:ascii="Courier New" w:hAnsi="Courier New"/>
          <w:color w:val="555555"/>
          <w:sz w:val="20"/>
        </w:rPr>
        <w:t>[1 . 37]</w:t>
      </w:r>
    </w:p>
    <w:p>
      <w:r>
        <w:rPr>
          <w:rFonts w:ascii="Gentium Plus" w:hAnsi="Gentium Plus"/>
          <w:sz w:val="24"/>
        </w:rPr>
        <w:t>ἑορταὶ ἔντιμοι Μουσῶν Μουσεῖα, Ἑρμοῦ Ἕρμαια, Διὸς Διάσια καὶ Πάνδια, Ἀθηνᾶς Παναθήναια, Ἥρας Ἥραια, Δήμητρος Δημήτρια καὶ θεσμοφόρια καὶ Ἐλευσίνια, Κόρης παρὰ Σικελιώταις (C G F I p 213. 174 Kaibel) θεογάμια καὶ ἀνθεσφόρια, Ἀρτέμιδος Ἀρτεμίσια</w:t>
      </w:r>
    </w:p>
    <w:p>
      <w:r>
        <w:rPr>
          <w:rFonts w:ascii="Courier New" w:hAnsi="Courier New"/>
          <w:color w:val="555555"/>
          <w:sz w:val="20"/>
        </w:rPr>
        <w:t>[5]</w:t>
      </w:r>
    </w:p>
    <w:p>
      <w:r>
        <w:rPr>
          <w:rFonts w:ascii="Gentium Plus" w:hAnsi="Gentium Plus"/>
          <w:sz w:val="24"/>
        </w:rPr>
        <w:t>καὶ Ἐφέσια, Κρόνου Κρόνια, Ἀσκληπιοῦ Ἀσκληπιεῖα, Ἀπόλλωνος Δή‐ λια, Ἑκάτης Ἑκατήσια, Τροφωνίου Τροφώνια, Διοσκούρων Ἀθήνησιν Ἀνάκεια. συντάττοιντο δ’ ἂν τούτοις καὶ αἱ τῆς περιόδου καὶ τῶν ἀγώνων κλήσεις, Ὀλύμπια καὶ τὰ λοιπά.</w:t>
      </w:r>
    </w:p>
    <w:p>
      <w:r>
        <w:rPr>
          <w:rFonts w:ascii="Courier New" w:hAnsi="Courier New"/>
          <w:color w:val="555555"/>
          <w:sz w:val="20"/>
        </w:rPr>
        <w:t>[1 . 38]</w:t>
      </w:r>
    </w:p>
    <w:p>
      <w:r>
        <w:rPr>
          <w:rFonts w:ascii="Gentium Plus" w:hAnsi="Gentium Plus"/>
          <w:sz w:val="24"/>
        </w:rPr>
        <w:t>ᾠδαὶ εἰς θεοὺς κοινῶς μὲν παιᾶνες, ὕμνοι, ἰδίως δὲ Ἀρτέμιδος ὕμνος οὔπιγγος, Ἀπόλλωνος ὁ παιάν, ἀμφοτέρων προσόδια, Διο‐ νύσου διθύραμβος, Δήμητρος ἴουλος· λίνος γὰρ καὶ λιτυέρσης σκαπα‐</w:t>
      </w:r>
    </w:p>
    <w:p>
      <w:r>
        <w:rPr>
          <w:rFonts w:ascii="Courier New" w:hAnsi="Courier New"/>
          <w:color w:val="555555"/>
          <w:sz w:val="20"/>
        </w:rPr>
        <w:t>[5]</w:t>
      </w:r>
    </w:p>
    <w:p>
      <w:r>
        <w:rPr>
          <w:rFonts w:ascii="Gentium Plus" w:hAnsi="Gentium Plus"/>
          <w:sz w:val="24"/>
        </w:rPr>
        <w:t>προσαπτέον δὲ τούτοις θεοὺς ὁρκίους. ὅρκον ὀμνύειν, ὀμνύναι —τὸ δὲ ὀμόσαι ἐλέγετο καὶ πίστιν ἐπιθεῖναι—ὁρκωμοτεῖν, ὁρκωμοσία</w:t>
      </w:r>
    </w:p>
    <w:p>
      <w:r>
        <w:rPr>
          <w:rFonts w:ascii="Courier New" w:hAnsi="Courier New"/>
          <w:color w:val="555555"/>
          <w:sz w:val="20"/>
        </w:rPr>
        <w:t>[1 . 39]</w:t>
      </w:r>
    </w:p>
    <w:p>
      <w:r>
        <w:rPr>
          <w:rFonts w:ascii="Gentium Plus" w:hAnsi="Gentium Plus"/>
          <w:sz w:val="24"/>
        </w:rPr>
        <w:t>ὁρκωμότας, ὁρκῶσαι, ὁρκωτούς, ὁρκιητόμους, εἰ μὴ σκληρόν. εὐορ‐ κεῖν, ἐμπεδοῦν ὅρκοις. εὔορκον, εὐώμοτον. εὐορκία καὶ ἐπιορκία, ἐπίορκον, δυσώμοτον. ὁρκοῦν, ἐξορκοῦν, ἐνόρκως τι εἰπεῖν, ἐνωμότως τι εἰπεῖν. ἔνορκον, ἐνώμοτον. ἄνορκον, ἀνώμοτον. ἐπιορκῆσαι θεούς,</w:t>
      </w:r>
    </w:p>
    <w:p>
      <w:r>
        <w:rPr>
          <w:rFonts w:ascii="Courier New" w:hAnsi="Courier New"/>
          <w:color w:val="555555"/>
          <w:sz w:val="20"/>
        </w:rPr>
        <w:t>[5]</w:t>
      </w:r>
    </w:p>
    <w:p>
      <w:r>
        <w:rPr>
          <w:rFonts w:ascii="Gentium Plus" w:hAnsi="Gentium Plus"/>
          <w:sz w:val="24"/>
        </w:rPr>
        <w:t>εὐορκῆσαι φρικώδεις ὅρκους καὶ θεὸν δύσμηνιν καὶ βαρύμηνιν καὶ δυσ‐ όργητον.</w:t>
      </w:r>
    </w:p>
    <w:p>
      <w:r>
        <w:rPr>
          <w:rFonts w:ascii="Courier New" w:hAnsi="Courier New"/>
          <w:color w:val="555555"/>
          <w:sz w:val="20"/>
        </w:rPr>
        <w:t>[1 . 40]</w:t>
      </w:r>
    </w:p>
    <w:p>
      <w:r>
        <w:rPr>
          <w:rFonts w:ascii="Gentium Plus" w:hAnsi="Gentium Plus"/>
          <w:sz w:val="24"/>
        </w:rPr>
        <w:t>Καὶ περὶ μὲν θεῶν ἀρκείτω τοσαῦτα· βασιλέα δὲ ἐπαινῶν λέγε πατήρ, ἤπιος, πρᾷος, ἥμερος, προνοητικός, ἐπιεικής, φιλάνθρωπος, με‐ γαλόφρων, ἐλευθέριος, χρημάτων κρείττων, ἔξω παθῶν, ἑαυτοῦ κρατῶν, ἄρχων ἡδονῶν, λογισμῷ χρώμενος, ὀξύς, ἀγχίνους, περιεσκεμμένος,</w:t>
      </w:r>
    </w:p>
    <w:p>
      <w:r>
        <w:rPr>
          <w:rFonts w:ascii="Courier New" w:hAnsi="Courier New"/>
          <w:color w:val="555555"/>
          <w:sz w:val="20"/>
        </w:rPr>
        <w:t>[5]</w:t>
      </w:r>
    </w:p>
    <w:p>
      <w:r>
        <w:rPr>
          <w:rFonts w:ascii="Gentium Plus" w:hAnsi="Gentium Plus"/>
          <w:sz w:val="24"/>
        </w:rPr>
        <w:t>εὔβουλος, δίκαιος, σώφρων, θεῶν ἐπιμελὴς ἀνθρώπων κηδεμών, στά‐ σιμος, βέβαιος, ἀνεξαπάτητος, μεγαλογνώμων, ἰσχυρογνώμων, ἐνεργός,</w:t>
      </w:r>
    </w:p>
    <w:p>
      <w:r>
        <w:rPr>
          <w:rFonts w:ascii="Courier New" w:hAnsi="Courier New"/>
          <w:color w:val="555555"/>
          <w:sz w:val="20"/>
        </w:rPr>
        <w:t>[1 . 41]</w:t>
      </w:r>
    </w:p>
    <w:p>
      <w:r>
        <w:rPr>
          <w:rFonts w:ascii="Gentium Plus" w:hAnsi="Gentium Plus"/>
          <w:sz w:val="24"/>
        </w:rPr>
        <w:t>τελεσιουργός, φροντιστὴς τῶν ἀρχομένων, σωτήρ, πρόχειρος εἰς εὐεργε‐ σίαν βραδὺς εἰς τιμωρίαν, ἀσφαλής, ἀπλανής, ἀκλινής, ἀκριβέστερος πρὸς τὸ δίκαιον ζυγοῦ, εὐπρόσιτος, εὐπρόσοδος, εὐπροσήγορος, εὐέντευκτος, μειλίχιος, προσηνής, ἐπιμελὴς τῶν ὑπηκόων, φιλοστρατιώ‐</w:t>
      </w:r>
    </w:p>
    <w:p>
      <w:r>
        <w:rPr>
          <w:rFonts w:ascii="Courier New" w:hAnsi="Courier New"/>
          <w:color w:val="555555"/>
          <w:sz w:val="20"/>
        </w:rPr>
        <w:t>[5]</w:t>
      </w:r>
    </w:p>
    <w:p>
      <w:r>
        <w:rPr>
          <w:rFonts w:ascii="Gentium Plus" w:hAnsi="Gentium Plus"/>
          <w:sz w:val="24"/>
        </w:rPr>
        <w:t>της, πολεμικὸς μὲν οὐ φιλοπόλεμος δέ, εἰρηνικός, εἰρηνοποιός, εἰρη‐ νοφύλαξ, παιδευτικός, ἀρχικός, νομοθετικός, εὖ ποιεῖν πεφυκώς, θεο‐</w:t>
      </w:r>
    </w:p>
    <w:p>
      <w:r>
        <w:rPr>
          <w:rFonts w:ascii="Courier New" w:hAnsi="Courier New"/>
          <w:color w:val="555555"/>
          <w:sz w:val="20"/>
        </w:rPr>
        <w:t>[1 . 42]</w:t>
      </w:r>
    </w:p>
    <w:p>
      <w:r>
        <w:rPr>
          <w:rFonts w:ascii="Gentium Plus" w:hAnsi="Gentium Plus"/>
          <w:sz w:val="24"/>
        </w:rPr>
        <w:t>ειδής. πολλὰ δέ ἐστιν ἃ λόγῳ τις ἂν εἴποι καὶ οὐκ ὀνόματι. ψέγων δ’ ἐρεῖς τυραννικός, ὠμός, θηριώδης, βίαιος, πλεονέκτης, φιλοχρήματος καὶ τὸ τοῦ Πλάτωνοσ(?) ἐρασιχρήματος, ἅρπαξ καὶ τὸ τοῦ Ὁμήρου (A 231) δημοβόρος, ὑπερόπτης, ὑπερήφανος, δυσπρόσιτος, δυσπρόσοδος,</w:t>
      </w:r>
    </w:p>
    <w:p>
      <w:r>
        <w:rPr>
          <w:rFonts w:ascii="Courier New" w:hAnsi="Courier New"/>
          <w:color w:val="555555"/>
          <w:sz w:val="20"/>
        </w:rPr>
        <w:t>[5]</w:t>
      </w:r>
    </w:p>
    <w:p>
      <w:r>
        <w:rPr>
          <w:rFonts w:ascii="Gentium Plus" w:hAnsi="Gentium Plus"/>
          <w:sz w:val="24"/>
        </w:rPr>
        <w:t>δυσπροσήγορος, δυσέντευκτος, δυσόργητος, δύσθυμος, ἔμπληκτος, ταρα‐ χώδης, ἡδονῶν ἥττων, ἀκρατής, ἀκράτωρ, ἀλόγιστος, μισάνθρωπος, ἄδικος, ἄβουλος, ἄνισος, ἀνόσιος, νοῦ κενός, εὔκολος, εὐμετάβολος, εὐ‐ εξαπάτητος, ῥᾳδίως ἐκφερόμενος, ἀνήμερος, ἐπιθυμίαις ἐνδιδούς, ἀκό‐ λαστος, ὑβριστής, πολεμοποιός, βαρύς, ἐπαχθής, δυσκάθεκτος, ἀφόρητος.</w:t>
      </w:r>
    </w:p>
    <w:p>
      <w:r>
        <w:rPr>
          <w:rFonts w:ascii="Courier New" w:hAnsi="Courier New"/>
          <w:color w:val="555555"/>
          <w:sz w:val="20"/>
        </w:rPr>
        <w:t>[1 . 43]</w:t>
      </w:r>
    </w:p>
    <w:p>
      <w:r>
        <w:rPr>
          <w:rFonts w:ascii="Gentium Plus" w:hAnsi="Gentium Plus"/>
          <w:sz w:val="24"/>
        </w:rPr>
        <w:t>Λέγε δὲ περὶ τοῦ μὴ βραδύνοντος ἕτοιμος, πρόχειρος, πρόθυμος, ἄοκνος, ταχύς, ὀξύς, ἔντονος, ἐνεργός, ἀπροφάσιστος, τῷ καιρῷ χρώ‐ μενος, ἐγρηγορώς, σπουδαῖος, οὐδὲν ὑπερτιθέμενος, οὐδὲν ὑπερβαλλό‐ μενος. περὶ δὲ τοῦ ἐναντίου βραδύς, μελλητής, νωθρός,</w:t>
      </w:r>
    </w:p>
    <w:p>
      <w:r>
        <w:rPr>
          <w:rFonts w:ascii="Courier New" w:hAnsi="Courier New"/>
          <w:color w:val="555555"/>
          <w:sz w:val="20"/>
        </w:rPr>
        <w:t>[5]</w:t>
      </w:r>
    </w:p>
    <w:p>
      <w:r>
        <w:rPr>
          <w:rFonts w:ascii="Gentium Plus" w:hAnsi="Gentium Plus"/>
          <w:sz w:val="24"/>
        </w:rPr>
        <w:t>νωθής, σχολαῖος, ἀμελής, ἀμβλύς, ἀργός, διάγων, διαμέλλων, ὑπερβαλ‐ λόμενος, ὑπερτιθέμενος, στρεφόμενος, τὸν καιρὸν παριείς. καὶ τὰ πράγματα τοῦ μὲν ἑτοιμότης, ὀξύτης, ἐγρήγορσις, προθυμία, σπουδή, τάχος· τοῦ δὲ σχολή, σχολαιότης, μέλλησις, μελλησμός, βραδυτής, ἀνα‐ βολή, νώθεια, ἀργία, τριβή. τὸ γάρ τοι τριψημερεῖν εἴρηται μέν, οὐ</w:t>
      </w:r>
    </w:p>
    <w:p>
      <w:r>
        <w:rPr>
          <w:rFonts w:ascii="Courier New" w:hAnsi="Courier New"/>
          <w:color w:val="555555"/>
          <w:sz w:val="20"/>
        </w:rPr>
        <w:t>[10]</w:t>
      </w:r>
    </w:p>
    <w:p>
      <w:r>
        <w:rPr>
          <w:rFonts w:ascii="Gentium Plus" w:hAnsi="Gentium Plus"/>
          <w:sz w:val="24"/>
        </w:rPr>
        <w:t>μὴν ἔμοιγε ἀρέσκει.</w:t>
      </w:r>
    </w:p>
    <w:p>
      <w:r>
        <w:rPr>
          <w:rFonts w:ascii="Courier New" w:hAnsi="Courier New"/>
          <w:color w:val="555555"/>
          <w:sz w:val="20"/>
        </w:rPr>
        <w:t>[1 . 44]</w:t>
      </w:r>
    </w:p>
    <w:p>
      <w:r>
        <w:rPr>
          <w:rFonts w:ascii="Gentium Plus" w:hAnsi="Gentium Plus"/>
          <w:sz w:val="24"/>
        </w:rPr>
        <w:t>Λέγοις ἂν περὶ βεβαίου βαφῆς δευσοποιός, ἀνέκπλυτος, μό‐ νιμος, ἔμμονος, ἐγκρατής, ἀνεξάλειπτος, ἀνεξίτηλος, ἀνέκρυπτος,</w:t>
      </w:r>
    </w:p>
    <w:p>
      <w:r>
        <w:rPr>
          <w:rFonts w:ascii="Courier New" w:hAnsi="Courier New"/>
          <w:color w:val="555555"/>
          <w:sz w:val="20"/>
        </w:rPr>
        <w:t>[5]</w:t>
      </w:r>
    </w:p>
    <w:p>
      <w:r>
        <w:rPr>
          <w:rFonts w:ascii="Gentium Plus" w:hAnsi="Gentium Plus"/>
          <w:sz w:val="24"/>
        </w:rPr>
        <w:t>έκπλυτος, εὐέκνιπτος, ἀκρατής, ἀνανθής. ἔστι δ’ εἰπεῖν καὶ ἀνεῖναι τῆς βαφῆς. τὸ δὲ ἔργον ἐκπλῦναι, ἐκνίψαι, ἐκτρῖψαι, ἐκρύψαι, ἀπορρύψαι.</w:t>
      </w:r>
    </w:p>
    <w:p>
      <w:r>
        <w:rPr>
          <w:rFonts w:ascii="Courier New" w:hAnsi="Courier New"/>
          <w:color w:val="555555"/>
          <w:sz w:val="20"/>
        </w:rPr>
        <w:t>[1 . 45]</w:t>
      </w:r>
    </w:p>
    <w:p>
      <w:r>
        <w:rPr>
          <w:rFonts w:ascii="Gentium Plus" w:hAnsi="Gentium Plus"/>
          <w:sz w:val="24"/>
        </w:rPr>
        <w:t>πάλιν δέ σε διαναπαύων, ὅπως μὴ κάμῃς πρὸς ἓν εἶδος ἀποβλέ‐ πων, ἐρῶ περὶ πορφύρας, ὅπως τὴν ἀρχὴν εὑρέθη. Τύριοι λέ‐ γουσιν ὡς Ἡρακλῆς ἠράσθη νύμφης ἐπιχωρίας· Τύρος δ’ ἦν τῇ νύμφῃ τοὔνομα. εἵπετο δ’ ἄρα τῷ Ἡρακλεῖ καὶ κύων κατὰ δὴ</w:t>
      </w:r>
    </w:p>
    <w:p>
      <w:r>
        <w:rPr>
          <w:rFonts w:ascii="Courier New" w:hAnsi="Courier New"/>
          <w:color w:val="555555"/>
          <w:sz w:val="20"/>
        </w:rPr>
        <w:t>[5]</w:t>
      </w:r>
    </w:p>
    <w:p>
      <w:r>
        <w:rPr>
          <w:rFonts w:ascii="Gentium Plus" w:hAnsi="Gentium Plus"/>
          <w:sz w:val="24"/>
        </w:rPr>
        <w:t>τὸν παλαιὸν νόμον· οἶσθα γὰρ ὅτι τοῖς ἥρωσι συνεισῄεσαν μέχρι τῶν</w:t>
      </w:r>
    </w:p>
    <w:p>
      <w:r>
        <w:rPr>
          <w:rFonts w:ascii="Courier New" w:hAnsi="Courier New"/>
          <w:color w:val="555555"/>
          <w:sz w:val="20"/>
        </w:rPr>
        <w:t>[1 . 46]</w:t>
      </w:r>
    </w:p>
    <w:p>
      <w:r>
        <w:rPr>
          <w:rFonts w:ascii="Gentium Plus" w:hAnsi="Gentium Plus"/>
          <w:sz w:val="24"/>
        </w:rPr>
        <w:t>ἐκκλησιῶν οἱ κύνες. ὁ τοίνυν Ἡράκλειος κύων κατὰ πέτρας ἕρπου‐ σαν πορφύραν θεασάμενος, προυχούσης αὐτῇ τῆς σαρκός, ἐνδακὼν ὁ μὲν τὴν σάρκα ποιεῖται τροφήν, ὁ δὲ λύθρος ἄρα τὰ χείλη τοῦ κυνὸς αἱμάξας ἐφοίνιξεν. ὡς δὲ ἧκεν ὁ ἥρως παρὰ τὴν κόρην, ἥσθη θεασα‐</w:t>
      </w:r>
    </w:p>
    <w:p>
      <w:r>
        <w:rPr>
          <w:rFonts w:ascii="Courier New" w:hAnsi="Courier New"/>
          <w:color w:val="555555"/>
          <w:sz w:val="20"/>
        </w:rPr>
        <w:t>[5]</w:t>
      </w:r>
    </w:p>
    <w:p>
      <w:r>
        <w:rPr>
          <w:rFonts w:ascii="Gentium Plus" w:hAnsi="Gentium Plus"/>
          <w:sz w:val="24"/>
        </w:rPr>
        <w:t>μένη τὰ χείλη τοῦ κυνὸς ἀνθοῦντα ἀήθει βαφῇ, καὶ οὐκ ἔφη προσή‐ σεσθαι τοῦ λοιποῦ τὸν Ἡρακλέα, εἰ μὴ αὐτῇ κομίσειεν ἐσθῆτα τῶν</w:t>
      </w:r>
    </w:p>
    <w:p>
      <w:r>
        <w:rPr>
          <w:rFonts w:ascii="Courier New" w:hAnsi="Courier New"/>
          <w:color w:val="555555"/>
          <w:sz w:val="20"/>
        </w:rPr>
        <w:t>[1 . 47]</w:t>
      </w:r>
    </w:p>
    <w:p>
      <w:r>
        <w:rPr>
          <w:rFonts w:ascii="Gentium Plus" w:hAnsi="Gentium Plus"/>
          <w:sz w:val="24"/>
        </w:rPr>
        <w:t>τοῦ κυνὸς χειλῶν ἰοειδεστέραν. ὁ μὲν τοίνυν Ἡρακλῆς ἐξεῦρέ τε τὸ ζῷον καὶ τὸν λύθρον συνελέξατο καὶ τὸ δῶρον ἐκόμισε τῇ κόρῃ, πρῶτος γενόμενος εὑρετὴς τῷ Τυρίῳ λόγῳ τῆς Φοινίσσης βαφῆς. τὰ δὲ νῦν οἱ Φοίνικες ὧδε θηρῶσι τε τὸ ζῷον, καὶ τὸ ἔριον χρων‐</w:t>
      </w:r>
    </w:p>
    <w:p>
      <w:r>
        <w:rPr>
          <w:rFonts w:ascii="Courier New" w:hAnsi="Courier New"/>
          <w:color w:val="555555"/>
          <w:sz w:val="20"/>
        </w:rPr>
        <w:t>[5]</w:t>
      </w:r>
    </w:p>
    <w:p>
      <w:r>
        <w:rPr>
          <w:rFonts w:ascii="Gentium Plus" w:hAnsi="Gentium Plus"/>
          <w:sz w:val="24"/>
        </w:rPr>
        <w:t>νύντες δολοῦσιν ὡς πρὸς τὴν ὄψιν ἀνθεῖν. σχοινίον πλεξάμενοι παμ‐ μῆκες, ἰσχυρόν τε καὶ καρτερὸν ὡς ἐνθαλαττεύειν δύνασθαι, τούτου συνεχεῖς ὥσπερ κώδωνας ἐξαρτῶσιν ἐκ μετρίων διαστημάτων, κυψέλας</w:t>
      </w:r>
    </w:p>
    <w:p>
      <w:r>
        <w:rPr>
          <w:rFonts w:ascii="Courier New" w:hAnsi="Courier New"/>
          <w:color w:val="555555"/>
          <w:sz w:val="20"/>
        </w:rPr>
        <w:t>[1 . 48]</w:t>
      </w:r>
    </w:p>
    <w:p>
      <w:r>
        <w:rPr>
          <w:rFonts w:ascii="Gentium Plus" w:hAnsi="Gentium Plus"/>
          <w:sz w:val="24"/>
        </w:rPr>
        <w:t>ἐκ σπάρτου τινὸς ἢ σχοίνου διαπλεξάμενοι. δασεῖαι δ’ εἰσὶ τὰ κατὰ τὴν εἴσοδον· τὰ γὰρ τῶν σπάρτων ἢ τῶν σχοίνων τέλη περὶ τοῖς στόμασι τῶν κυψελῶν ἐξεπίτηδες ἀνέχειν ἐῶσιν, ὡς τῷ μὲν παριόντι ῥᾳδίως εἴκειν καὶ διίστασθαι, ἀναχώρησιν δὲ εἰς τοὔμπαλιν μηδὲ ἀνα‐</w:t>
      </w:r>
    </w:p>
    <w:p>
      <w:r>
        <w:rPr>
          <w:rFonts w:ascii="Courier New" w:hAnsi="Courier New"/>
          <w:color w:val="555555"/>
          <w:sz w:val="20"/>
        </w:rPr>
        <w:t>[5]</w:t>
      </w:r>
    </w:p>
    <w:p>
      <w:r>
        <w:rPr>
          <w:rFonts w:ascii="Gentium Plus" w:hAnsi="Gentium Plus"/>
          <w:sz w:val="24"/>
        </w:rPr>
        <w:t>στροφὴν τῷ παρελθόντι ἐνδιδόναι. ταύτας τὰς κυψέλας δελεάσαντες οἱ πορφυρεῖς ἐν τοῖς πετρώδεσι καθιᾶσι, τὸ καλώδιον φελλοῦ τινὸς ἐξάψαντες ὡς ἀνέχειν τὸ θήραμα. διαλιπόντες δὲ νύκτα μίαν καὶ ἐφημερεύσαντες ὡς ἐπὶ τὸ πολὺ τὰς κυψέλας ἔμπλεως τῶν ζῴων</w:t>
      </w:r>
    </w:p>
    <w:p>
      <w:r>
        <w:rPr>
          <w:rFonts w:ascii="Courier New" w:hAnsi="Courier New"/>
          <w:color w:val="555555"/>
          <w:sz w:val="20"/>
        </w:rPr>
        <w:t>[1 . 49]</w:t>
      </w:r>
    </w:p>
    <w:p>
      <w:r>
        <w:rPr>
          <w:rFonts w:ascii="Gentium Plus" w:hAnsi="Gentium Plus"/>
          <w:sz w:val="24"/>
        </w:rPr>
        <w:t>ἀνέλκουσιν. ἔπειτα κοψάμενοι τὸ ὄστρακον ἐν ταὐτῷ καὶ τὴν σάρκα καὶ ταριχεύσαντες φυλάττουσιν εἰς δευσοποιίαν. ὅταν δ’ ἐκείνῃ χρῆσθαι ἐθέλωσιν, ὕδατι τὴν ἄσιν ἀποκαθήραντες, ἐνέψουσιν ἐμπύρῳ λέβητι τὸ θήραμα τὸ θαλάττιον, τὸ δ’ αἷμα ἐπειδὰν πυρὶ</w:t>
      </w:r>
    </w:p>
    <w:p>
      <w:r>
        <w:rPr>
          <w:rFonts w:ascii="Courier New" w:hAnsi="Courier New"/>
          <w:color w:val="555555"/>
          <w:sz w:val="20"/>
        </w:rPr>
        <w:t>[5]</w:t>
      </w:r>
    </w:p>
    <w:p>
      <w:r>
        <w:rPr>
          <w:rFonts w:ascii="Gentium Plus" w:hAnsi="Gentium Plus"/>
          <w:sz w:val="24"/>
        </w:rPr>
        <w:t>ὁμιλήσῃ, χεῖταί τε καὶ ἐξανθεῖ, καὶ τὸ μὲν ξανθίζεται, τὸ δὲ κυαναυγὲς γίνεται, τὸ δὲ ἄλλο εἰς ἄλλην χρόαν τρέπεται· καὶ ὅ τι ἂν καθῇς, πᾶν τὸ συγγενόμενον τῷ αἵματι πρὸς τὴν ἐκείνου χρόαν μεταχρών‐ νυται. χαίρει δὲ ἡλίῳ ὁμιλοῦσα τῆς πορφύρας ἡ βαφή, καὶ ἡ ἀκτὶς αὐτὴν ἀναπυρσεύει, καὶ πλείω ποιεῖ καὶ φαιδροτέραν τὴν αὐγήν,</w:t>
      </w:r>
    </w:p>
    <w:p>
      <w:r>
        <w:rPr>
          <w:rFonts w:ascii="Courier New" w:hAnsi="Courier New"/>
          <w:color w:val="555555"/>
          <w:sz w:val="20"/>
        </w:rPr>
        <w:t>[10]</w:t>
      </w:r>
    </w:p>
    <w:p>
      <w:r>
        <w:rPr>
          <w:rFonts w:ascii="Gentium Plus" w:hAnsi="Gentium Plus"/>
          <w:sz w:val="24"/>
        </w:rPr>
        <w:t>ἐκφοινισσομένην ἐκ τοῦ ἄνω πυρός.</w:t>
      </w:r>
    </w:p>
    <w:p>
      <w:r>
        <w:rPr>
          <w:rFonts w:ascii="Courier New" w:hAnsi="Courier New"/>
          <w:color w:val="555555"/>
          <w:sz w:val="20"/>
        </w:rPr>
        <w:t>[1 . 50]</w:t>
      </w:r>
    </w:p>
    <w:p>
      <w:r>
        <w:rPr>
          <w:rFonts w:ascii="Gentium Plus" w:hAnsi="Gentium Plus"/>
          <w:sz w:val="24"/>
        </w:rPr>
        <w:t>Ἔμποροι καὶ κάπηλοι καὶ μεταβολεῖς οἱ ὀρθοί τι πράττοντες· οἱ δὲ καθήμενοι βάναυσοι, καὶ ἡ ἐργασία αὐτῶν βαναυσία καὶ βαναυσουργία. ἐργάται, χειροτέχναι, χειρουργοί, ἀποχειροβίωτοι, δημιουργοί· καὶ χειροτεχνία καὶ χειρουργία καὶ δημιουργία. ἑδραῖοι</w:t>
      </w:r>
    </w:p>
    <w:p>
      <w:r>
        <w:rPr>
          <w:rFonts w:ascii="Courier New" w:hAnsi="Courier New"/>
          <w:color w:val="555555"/>
          <w:sz w:val="20"/>
        </w:rPr>
        <w:t>[5]</w:t>
      </w:r>
    </w:p>
    <w:p>
      <w:r>
        <w:rPr>
          <w:rFonts w:ascii="Gentium Plus" w:hAnsi="Gentium Plus"/>
          <w:sz w:val="24"/>
        </w:rPr>
        <w:t>τεχνῖται· τὸ γὰρ χειρογάστορες Ἑκαταῖος (FHG I frg 359) λεγέτω, καὶ</w:t>
      </w:r>
    </w:p>
    <w:p>
      <w:r>
        <w:rPr>
          <w:rFonts w:ascii="Courier New" w:hAnsi="Courier New"/>
          <w:color w:val="555555"/>
          <w:sz w:val="20"/>
        </w:rPr>
        <w:t>[1 . 51]</w:t>
      </w:r>
    </w:p>
    <w:p>
      <w:r>
        <w:rPr>
          <w:rFonts w:ascii="Gentium Plus" w:hAnsi="Gentium Plus"/>
          <w:sz w:val="24"/>
        </w:rPr>
        <w:t>Εὐφορία, φορά, εὐετηρία, εὐθηνία, εὐκαρπία, πολυκαρπία, κἂν βιάζηταί τις, πολυσιτία, εὐπορία γῆς. καὶ λόγῳ, ἀξιωτάτης οὔσης τοῦ σίτου τῆς ἀγορᾶς, πληθούσης τῆς ἀγορᾶς, τῶν πυρῶν σωρηδὸν κεχυμένων, ἐπευωνισμένων τῶν πυρῶν, τῆς τιμῆς τοῦ σίτου καταβε‐</w:t>
      </w:r>
    </w:p>
    <w:p>
      <w:r>
        <w:rPr>
          <w:rFonts w:ascii="Courier New" w:hAnsi="Courier New"/>
          <w:color w:val="555555"/>
          <w:sz w:val="20"/>
        </w:rPr>
        <w:t>[5]</w:t>
      </w:r>
    </w:p>
    <w:p>
      <w:r>
        <w:rPr>
          <w:rFonts w:ascii="Gentium Plus" w:hAnsi="Gentium Plus"/>
          <w:sz w:val="24"/>
        </w:rPr>
        <w:t>βηκυίας ἢ κατεληλυθυίας, ἀφθόνων ὄντων τῶν ἀναγκαίων, τῶν</w:t>
      </w:r>
    </w:p>
    <w:p>
      <w:r>
        <w:rPr>
          <w:rFonts w:ascii="Courier New" w:hAnsi="Courier New"/>
          <w:color w:val="555555"/>
          <w:sz w:val="20"/>
        </w:rPr>
        <w:t>[1 . 52]</w:t>
      </w:r>
    </w:p>
    <w:p>
      <w:r>
        <w:rPr>
          <w:rFonts w:ascii="Gentium Plus" w:hAnsi="Gentium Plus"/>
          <w:sz w:val="24"/>
        </w:rPr>
        <w:t>ἀγαθῶν χύδην κειμένων, εὐπραγίας οὔσης περὶ τὴν ἀγοράν, ῥᾳδίας οὔσης τῆς περὶ τοὺς πυροὺς διαθέσεως, πολλῆς μὲν πράσεως οὔσης πολλῆς δ’ ὠνῆς. καὶ ἑτέρως. δικαίας τῆς γῆς γενομένης περὶ τὴν φοράν, εὐφόρου τῆς γῆς γενομένης, τῆς γῆς ἀμειψαμένης τὸν</w:t>
      </w:r>
    </w:p>
    <w:p>
      <w:r>
        <w:rPr>
          <w:rFonts w:ascii="Courier New" w:hAnsi="Courier New"/>
          <w:color w:val="555555"/>
          <w:sz w:val="20"/>
        </w:rPr>
        <w:t>[5]</w:t>
      </w:r>
    </w:p>
    <w:p>
      <w:r>
        <w:rPr>
          <w:rFonts w:ascii="Gentium Plus" w:hAnsi="Gentium Plus"/>
          <w:sz w:val="24"/>
        </w:rPr>
        <w:t>πόνον τῶν γεωργῶν. τὸ δ’ ἐναντίον λιμός, ἀφορία, δυσετηρία, ἀκαρπία, ἔνδεια τροφῶν, ἐπίλειψις τῶν ἀναγκαίων, σίτου σπάνις, σπα‐ νοσιτία, ἀναβεβηκυίας τῆς τιμῆς τῶν πυρῶν, ἐπιτετιμημένων τῶν πυ‐ ρῶν, οὐκ ὄντων τῶν ἀναγκαίων, ἐπιλελοιπότων τῶν εἰς τὴν ἡμέραν</w:t>
      </w:r>
    </w:p>
    <w:p>
      <w:r>
        <w:rPr>
          <w:rFonts w:ascii="Courier New" w:hAnsi="Courier New"/>
          <w:color w:val="555555"/>
          <w:sz w:val="20"/>
        </w:rPr>
        <w:t>[1 . 53]</w:t>
      </w:r>
    </w:p>
    <w:p>
      <w:r>
        <w:rPr>
          <w:rFonts w:ascii="Gentium Plus" w:hAnsi="Gentium Plus"/>
          <w:sz w:val="24"/>
        </w:rPr>
        <w:t>ἐπιτηδείων, οὐκ οὐσῶν τροφῶν, κακοπραγίας οὔσης περὶ τὴν ἀγοράν, οὐκ εὐπραγούσης τὴς ἀγορᾶς, ἀφόρου τῆς γῆς γενομένης, ἀδίκου τῆς γῆς γενομένης, ἀντειπούσης τῆς γῆς τοῖς γεωργοῖς. καὶ ἑτέρως. ἀντέπραξεν ἡ γῆ τοῖς γεωργοῖς, οὐχ ὑπήκουσεν, οὐκ</w:t>
      </w:r>
    </w:p>
    <w:p>
      <w:r>
        <w:rPr>
          <w:rFonts w:ascii="Courier New" w:hAnsi="Courier New"/>
          <w:color w:val="555555"/>
          <w:sz w:val="20"/>
        </w:rPr>
        <w:t>[5]</w:t>
      </w:r>
    </w:p>
    <w:p>
      <w:r>
        <w:rPr>
          <w:rFonts w:ascii="Gentium Plus" w:hAnsi="Gentium Plus"/>
          <w:sz w:val="24"/>
        </w:rPr>
        <w:t>ἀπέδωκε τὰ ἐκφόρια. δύναται δέ τις εἰπεῖν καὶ πνεῦμα τὰς ἀρούρας ἐπέφλεξεν, ἄνεμος τοὺς ἀστάχυς ἐκένωσεν, ὕδωρ τοὺς καρποὺς οὐκ ἔθρεψεν, ἢ ὄμβρος τοὺς καρποὺς ἐπέκλυσεν, ἢ αὐχμὸς ἐνέσκηψεν, ἢ ἄβροχος ἡ γῆ διέμεινεν, ἢ ἐδίψησαν οἱ καρποί, ἢ ἐρυσίβη τοὺς καρποὺς κατέλαβεν ἢ πάχνη ἢ διαφθορά.</w:t>
      </w:r>
    </w:p>
    <w:p>
      <w:r>
        <w:rPr>
          <w:rFonts w:ascii="Courier New" w:hAnsi="Courier New"/>
          <w:color w:val="555555"/>
          <w:sz w:val="20"/>
        </w:rPr>
        <w:t>[1 . 54]</w:t>
      </w:r>
    </w:p>
    <w:p>
      <w:r>
        <w:rPr>
          <w:rFonts w:ascii="Gentium Plus" w:hAnsi="Gentium Plus"/>
          <w:sz w:val="24"/>
        </w:rPr>
        <w:t>Ἐνιαυτός, ἔτος, δωδεκάμηνος χρόνος, ἡλίου περίοδος, περιελ‐ θόντος ἐξ ὡρῶν εἰς ὥρας τοῦ θεοῦ, τὸν κύκλον τοῦ ἄστρου περιδρα‐</w:t>
      </w:r>
    </w:p>
    <w:p>
      <w:r>
        <w:rPr>
          <w:rFonts w:ascii="Courier New" w:hAnsi="Courier New"/>
          <w:color w:val="555555"/>
          <w:sz w:val="20"/>
        </w:rPr>
        <w:t>[5]</w:t>
      </w:r>
    </w:p>
    <w:p>
      <w:r>
        <w:rPr>
          <w:rFonts w:ascii="Gentium Plus" w:hAnsi="Gentium Plus"/>
          <w:sz w:val="24"/>
        </w:rPr>
        <w:t>φυτοῦ καὶ οἴνου καὶ τῶν τοιούτων ὀξυνόντων, ὡς ἐπὶ τοῦ διετὴς</w:t>
      </w:r>
    </w:p>
    <w:p>
      <w:r>
        <w:rPr>
          <w:rFonts w:ascii="Courier New" w:hAnsi="Courier New"/>
          <w:color w:val="555555"/>
          <w:sz w:val="20"/>
        </w:rPr>
        <w:t>[1 . 55]</w:t>
      </w:r>
    </w:p>
    <w:p>
      <w:r>
        <w:rPr>
          <w:rFonts w:ascii="Gentium Plus" w:hAnsi="Gentium Plus"/>
          <w:sz w:val="24"/>
        </w:rPr>
        <w:t>μέχρι τοῦ δεκετής. ὁ δὲ ἑνδεκαέτης σκληρότερόν μοι φαίνεται, ἄμεινον οὖν διαλύσαντας εἰπεῖν ἑνοσκαίδεκα ἐτῶν καὶ δυοκαίδεκα, συνάπτοντας μετὰ τοῦ καὶ, καὶ τὸν σύνδεσμον ὀξύνοντας. εἶτα τρεισκαιδεκαέτης παροξυντέον, καὶ πάλιν τετταρωνκαίδεκα ἐτῶν, καὶ τετταρακαίδεκα ἔτη</w:t>
      </w:r>
    </w:p>
    <w:p>
      <w:r>
        <w:rPr>
          <w:rFonts w:ascii="Courier New" w:hAnsi="Courier New"/>
          <w:color w:val="555555"/>
          <w:sz w:val="20"/>
        </w:rPr>
        <w:t>[5]</w:t>
      </w:r>
    </w:p>
    <w:p>
      <w:r>
        <w:rPr>
          <w:rFonts w:ascii="Gentium Plus" w:hAnsi="Gentium Plus"/>
          <w:sz w:val="24"/>
        </w:rPr>
        <w:t>γεγονώς. εἶτα καὶ πεντεκαιδεκαέτης καὶ ἑκκαιδεκαέτης καὶ ἑπτακαι‐ δεκαέτης, ἃ παροξυντέον· καὶ πάλιν ὀκτωκαίδεκα γεγονὼς ἔτη καὶ</w:t>
      </w:r>
    </w:p>
    <w:p>
      <w:r>
        <w:rPr>
          <w:rFonts w:ascii="Courier New" w:hAnsi="Courier New"/>
          <w:color w:val="555555"/>
          <w:sz w:val="20"/>
        </w:rPr>
        <w:t>[1 . 56]</w:t>
      </w:r>
    </w:p>
    <w:p>
      <w:r>
        <w:rPr>
          <w:rFonts w:ascii="Gentium Plus" w:hAnsi="Gentium Plus"/>
          <w:sz w:val="24"/>
        </w:rPr>
        <w:t>ἐννεακαίδεκα, ὁμοίως τῷ δυοκαίδεκα. εἶτα εἰκοσαέτης, καὶ λοιπὸν ἑνὸς καὶ εἴκοσι, καὶ ἐφεξῆς ἀπὸ τοῦ ἐλάττονος ἀριθμοῦ ὁμοίως ἄχρι τῶν τριάκοντα ἐτῶν. εἶτα τριακοντούτης, καὶ πάλιν ἀπὸ τοῦ ἐλάττονος ἀριθμοῦ μέχρι τῶν τετταράκοντα, καὶ τετταρακοντούτης, καὶ</w:t>
      </w:r>
    </w:p>
    <w:p>
      <w:r>
        <w:rPr>
          <w:rFonts w:ascii="Courier New" w:hAnsi="Courier New"/>
          <w:color w:val="555555"/>
          <w:sz w:val="20"/>
        </w:rPr>
        <w:t>[5]</w:t>
      </w:r>
    </w:p>
    <w:p>
      <w:r>
        <w:rPr>
          <w:rFonts w:ascii="Gentium Plus" w:hAnsi="Gentium Plus"/>
          <w:sz w:val="24"/>
        </w:rPr>
        <w:t>πεντηκοντούτης, καὶ τἆλλα ὁμοίως. καὶ τριακοντούτεις καὶ τρια‐ κοντούτιδες σπονδαί. ῥητέον δὲ τοῦ ἐνεστῶτος ἔτους, τοῦ πα‐ ρόντος ἔτους, τοῦδε τοῦ ἔτους, τούτῳ τῷ ἔτει, ἐπ’ ἔτος, τῆτες·</w:t>
      </w:r>
    </w:p>
    <w:p>
      <w:r>
        <w:rPr>
          <w:rFonts w:ascii="Courier New" w:hAnsi="Courier New"/>
          <w:color w:val="555555"/>
          <w:sz w:val="20"/>
        </w:rPr>
        <w:t>[1 . 57]</w:t>
      </w:r>
    </w:p>
    <w:p>
      <w:r>
        <w:rPr>
          <w:rFonts w:ascii="Gentium Plus" w:hAnsi="Gentium Plus"/>
          <w:sz w:val="24"/>
        </w:rPr>
        <w:t>ξαντος, ταῖς παρελθούσαις ὥραις· τοῦ μέλλοντος ἔτους, τοῦ εἰσιόντος, τοῦ ἥξοντος, τοῦ ἀφιξομένου, τοῦ προσιόντος, νέωτα, εἰς νέωτα. προπέρυσι, τρίτον ἔτος τουτὶ καὶ τέταρτον, καὶ ὁμοίως κατ’ ἀριθ‐ μὸν τὸν παρελθόντα χρόνον λογίζου. καὶ καρπὸς μὲν ἐπέτειος,</w:t>
      </w:r>
    </w:p>
    <w:p>
      <w:r>
        <w:rPr>
          <w:rFonts w:ascii="Courier New" w:hAnsi="Courier New"/>
          <w:color w:val="555555"/>
          <w:sz w:val="20"/>
        </w:rPr>
        <w:t>[5]</w:t>
      </w:r>
    </w:p>
    <w:p>
      <w:r>
        <w:rPr>
          <w:rFonts w:ascii="Gentium Plus" w:hAnsi="Gentium Plus"/>
          <w:sz w:val="24"/>
        </w:rPr>
        <w:t>βρέφος δὲ ἐνιαύσιον. ἑορτὴ δὲ ἐτήσιος ἡ κατ’ ἔτος ἀγομένη, διετήσιος δὲ ἡ διὰ παντὸς τοῦ ἔτους, ἣν Ὅμηρος (η 118) ἂν εἴποι ἐπετήσιον.</w:t>
      </w:r>
    </w:p>
    <w:p>
      <w:r>
        <w:rPr>
          <w:rFonts w:ascii="Courier New" w:hAnsi="Courier New"/>
          <w:color w:val="555555"/>
          <w:sz w:val="20"/>
        </w:rPr>
        <w:t>[1 . 58]</w:t>
      </w:r>
    </w:p>
    <w:p>
      <w:r>
        <w:rPr>
          <w:rFonts w:ascii="Gentium Plus" w:hAnsi="Gentium Plus"/>
          <w:sz w:val="24"/>
        </w:rPr>
        <w:t>ἐπὶ διετὲς δὲ ἡβάσκων ὁ ἐξ ἐφήβων δύο ἔτη. ὅταν δὲ εἴπῃ ὁ Ἡσίοδος (Op 698) ‘ἡ δὲ γυνὴ τέτορ’ ἡβώοι,‘ τετταρακαίδεκα ἔτη λέγει, προσ‐ αριθμουμένων τῶν δέκα. λέγεται δὲ καὶ αὐτοετῆ τὰ ἐνιαύσια. καὶ διενιαυτίσαι τὸ δι’ ὅλου τοῦ ἐνιαυτοῦ τι πρᾶξαι, ἀπενιαυτίσαι δὲ τὸ</w:t>
      </w:r>
    </w:p>
    <w:p>
      <w:r>
        <w:rPr>
          <w:rFonts w:ascii="Courier New" w:hAnsi="Courier New"/>
          <w:color w:val="555555"/>
          <w:sz w:val="20"/>
        </w:rPr>
        <w:t>[5]</w:t>
      </w:r>
    </w:p>
    <w:p>
      <w:r>
        <w:rPr>
          <w:rFonts w:ascii="Gentium Plus" w:hAnsi="Gentium Plus"/>
          <w:sz w:val="24"/>
        </w:rPr>
        <w:t>φυγεῖν εἰς ἔτος ἢ παύσασθαί τινος ἐπ’ ἐνιαυτόν. χρόνος δὲ πολυετὴς ἢ ἄνθρωπος ἢ οἶνος, καὶ ὁμοίως ὀλιγοετής.</w:t>
      </w:r>
    </w:p>
    <w:p>
      <w:r>
        <w:rPr>
          <w:rFonts w:ascii="Courier New" w:hAnsi="Courier New"/>
          <w:color w:val="555555"/>
          <w:sz w:val="20"/>
        </w:rPr>
        <w:t>[1 . 59]</w:t>
      </w:r>
    </w:p>
    <w:p>
      <w:r>
        <w:rPr>
          <w:rFonts w:ascii="Gentium Plus" w:hAnsi="Gentium Plus"/>
          <w:sz w:val="24"/>
        </w:rPr>
        <w:t>ἐκ δὲ μηνῶν σιτηρέσιον ἔμμηνον καὶ μηνιαῖον καὶ τριακονθή‐ μερον καὶ ἑξάμηνον. τὰ δὲ μέρη τοῦ ἔτους ἱσταμένου τοῦ ἔτους, καὶ πάλιν πρωῒ τοῦ ἔτους, καὶ νέου ἔτους, καὶ μεσοῦντος τοῦ ἔτους καὶ ἀκμάζοντος</w:t>
      </w:r>
    </w:p>
    <w:p>
      <w:r>
        <w:rPr>
          <w:rFonts w:ascii="Courier New" w:hAnsi="Courier New"/>
          <w:color w:val="555555"/>
          <w:sz w:val="20"/>
        </w:rPr>
        <w:t>[1 . 60]</w:t>
      </w:r>
    </w:p>
    <w:p>
      <w:r>
        <w:rPr>
          <w:rFonts w:ascii="Gentium Plus" w:hAnsi="Gentium Plus"/>
          <w:sz w:val="24"/>
        </w:rPr>
        <w:t>καὶ παυομένου καὶ λήγοντος. καὶ αἱ ὧραι, χειμὼν καὶ χειμερινὴ ὥρα καὶ χειμέριος ὥρα, καὶ ἔαρ καὶ ἠρινὴ ὥρα, καὶ θέρος καὶ θερινὴ ὥρα, καὶ ὥρα ἔτους, καὶ μετόπωρον καὶ μετοπωρινὴ ὥρα, καὶ φθινόπωρον καὶ φθινοπωρινὴ ὥρα. καὶ ἰδίως τὸν καιρὸν τοῦ‐</w:t>
      </w:r>
    </w:p>
    <w:p>
      <w:r>
        <w:rPr>
          <w:rFonts w:ascii="Courier New" w:hAnsi="Courier New"/>
          <w:color w:val="555555"/>
          <w:sz w:val="20"/>
        </w:rPr>
        <w:t>[5]</w:t>
      </w:r>
    </w:p>
    <w:p>
      <w:r>
        <w:rPr>
          <w:rFonts w:ascii="Gentium Plus" w:hAnsi="Gentium Plus"/>
          <w:sz w:val="24"/>
        </w:rPr>
        <w:t>τον ὀπώραν ὀνομάζουσιν (Hom X 27)· ‘ὅς ῥά τ’ ὀπώρης εἶσι‘ φιλοτιμότερον δὲ θέρους ἀκμή, καὶ ἦρος ὑπολάμποντος, καὶ ἦρος ὑπαν‐</w:t>
      </w:r>
    </w:p>
    <w:p>
      <w:r>
        <w:rPr>
          <w:rFonts w:ascii="Courier New" w:hAnsi="Courier New"/>
          <w:color w:val="555555"/>
          <w:sz w:val="20"/>
        </w:rPr>
        <w:t>[1 . 61]</w:t>
      </w:r>
    </w:p>
    <w:p>
      <w:r>
        <w:rPr>
          <w:rFonts w:ascii="Gentium Plus" w:hAnsi="Gentium Plus"/>
          <w:sz w:val="24"/>
        </w:rPr>
        <w:t>θοῦντος, καὶ ὡς Θουκυδίδης (IV 1, 1) περὶ σίτου ἐκβολήν, καὶ (IV 6, 1) σίτου χλωροῦ ὄντος, καὶ (IV 2, 1) περὶ σίτου ἀκμήν. καὶ ἀπὸ τῶν ἐπὶ τοῖς καρποῖς καιρῶν, οἷον τρυγητοῦ καιρῷ καὶ ἀμητοῦ καιρῷ καὶ σπόρου καιρῷ, καὶ περὶ καρπῶν συλλογήν, καὶ ἀμπέλου ὀργώσης,</w:t>
      </w:r>
    </w:p>
    <w:p>
      <w:r>
        <w:rPr>
          <w:rFonts w:ascii="Courier New" w:hAnsi="Courier New"/>
          <w:color w:val="555555"/>
          <w:sz w:val="20"/>
        </w:rPr>
        <w:t>[5]</w:t>
      </w:r>
    </w:p>
    <w:p>
      <w:r>
        <w:rPr>
          <w:rFonts w:ascii="Gentium Plus" w:hAnsi="Gentium Plus"/>
          <w:sz w:val="24"/>
        </w:rPr>
        <w:t>καὶ ἐλαίας περκνῆς, καὶ τῆς γῆς ἀνθούσης. καὶ ἄλλως τὸ ἔαρ περὶ ζεφύρου πνοάς, καὶ τὸ θέρος περὶ τὰ ἐτήσια πνεύματα. καὶ ἀπὸ</w:t>
      </w:r>
    </w:p>
    <w:p>
      <w:r>
        <w:rPr>
          <w:rFonts w:ascii="Courier New" w:hAnsi="Courier New"/>
          <w:color w:val="555555"/>
          <w:sz w:val="20"/>
        </w:rPr>
        <w:t>[1 . 62]</w:t>
      </w:r>
    </w:p>
    <w:p>
      <w:r>
        <w:rPr>
          <w:rFonts w:ascii="Gentium Plus" w:hAnsi="Gentium Plus"/>
          <w:sz w:val="24"/>
        </w:rPr>
        <w:t>ἄστρων, περὶ Ἀρκτοῦρον ἱστάμενον, καὶ ὑπὸ τὸν Σείριον ἀστέρα, καὶ περὶ Πλειάδων ἐπιτολάς, καὶ περὶ Πλειάδων δυσμάς. καὶ τὸ θέρους που διαγαγεῖν θερίσαι καὶ ἐνθερίσαι, καὶ τὸ ἦρος ἐαρίσαι καὶ ἐνεαρί‐ σαι, καὶ τὸ χειμῶνος χειμάσαι καὶ ἐγχειμάσαι· καὶ χωρία χειμάδια.</w:t>
      </w:r>
    </w:p>
    <w:p>
      <w:r>
        <w:rPr>
          <w:rFonts w:ascii="Courier New" w:hAnsi="Courier New"/>
          <w:color w:val="555555"/>
          <w:sz w:val="20"/>
        </w:rPr>
        <w:t>[5]</w:t>
      </w:r>
    </w:p>
    <w:p>
      <w:r>
        <w:rPr>
          <w:rFonts w:ascii="Gentium Plus" w:hAnsi="Gentium Plus"/>
          <w:sz w:val="24"/>
        </w:rPr>
        <w:t>οὐκέτι μέντοι καὶ μετοπωρίσαι ἐστὶν ἐν χρήσει, ἐκ δὲ τοῦ ὁμοίου χρῆσθαι ἄν τις αὐτῷ δύναιτο.</w:t>
      </w:r>
    </w:p>
    <w:p>
      <w:r>
        <w:rPr>
          <w:rFonts w:ascii="Courier New" w:hAnsi="Courier New"/>
          <w:color w:val="555555"/>
          <w:sz w:val="20"/>
        </w:rPr>
        <w:t>[1 . 63]</w:t>
      </w:r>
    </w:p>
    <w:p>
      <w:r>
        <w:rPr>
          <w:rFonts w:ascii="Gentium Plus" w:hAnsi="Gentium Plus"/>
          <w:sz w:val="24"/>
        </w:rPr>
        <w:t>μέρη δὲ μηνὸς ἱσταμένου καὶ μεσοῦντος καὶ λήγοντος, ὡς καὶ τὰς τρεῖς δεκάδας οὕτω πως διαιρεῖν. καὶ ἡ μὲν πρώτη νουμηνία, ἀπὸ δὲ τῆς δευτέρας ἄχρι τῆς πρώτης δεκάδος τὸ ἱσταμένου προσθε‐ τέον· μετὰ δὲ τὴν δεκάτην Ἡσίοδος (Op 782) μὲν ‘πέμπτη δ’ ἡ μέση,‘</w:t>
      </w:r>
    </w:p>
    <w:p>
      <w:r>
        <w:rPr>
          <w:rFonts w:ascii="Courier New" w:hAnsi="Courier New"/>
          <w:color w:val="555555"/>
          <w:sz w:val="20"/>
        </w:rPr>
        <w:t>[5]</w:t>
      </w:r>
    </w:p>
    <w:p>
      <w:r>
        <w:rPr>
          <w:rFonts w:ascii="Gentium Plus" w:hAnsi="Gentium Plus"/>
          <w:sz w:val="24"/>
        </w:rPr>
        <w:t>φησί, τὴν πεντεκαιδεκάτην λέγων, ἡμῖν δὲ ῥητέον πρώτη ἐπὶ δέκα καὶ</w:t>
      </w:r>
    </w:p>
    <w:p>
      <w:r>
        <w:rPr>
          <w:rFonts w:ascii="Courier New" w:hAnsi="Courier New"/>
          <w:color w:val="555555"/>
          <w:sz w:val="20"/>
        </w:rPr>
        <w:t>[10]</w:t>
      </w:r>
    </w:p>
    <w:p>
      <w:r>
        <w:rPr>
          <w:rFonts w:ascii="Gentium Plus" w:hAnsi="Gentium Plus"/>
          <w:sz w:val="24"/>
        </w:rPr>
        <w:t>τ 307) προειπόντος ‘τοῦ μὲν φθίνοντος μηνὸς τοῦ δ’ ἱσταμένοιο.‘ διελόντι δὲ εἰς τρία τὸν μῆνα τὸ τρίτον ἂν αὐτοῦ καλοῖτο δεχή‐ μερον.</w:t>
      </w:r>
    </w:p>
    <w:p>
      <w:r>
        <w:rPr>
          <w:rFonts w:ascii="Courier New" w:hAnsi="Courier New"/>
          <w:color w:val="555555"/>
          <w:sz w:val="20"/>
        </w:rPr>
        <w:t>[1 . 64]</w:t>
      </w:r>
    </w:p>
    <w:p>
      <w:r>
        <w:rPr>
          <w:rFonts w:ascii="Gentium Plus" w:hAnsi="Gentium Plus"/>
          <w:sz w:val="24"/>
        </w:rPr>
        <w:t>καὶ τὸ μὲν ἐφ’ ἑκάστῃ ἡμέρᾳ γινόμενον ἡμερήσιον, τὸ δὲ δι’ ὅλης τῆς ἡμέρας πραττόμενον πανήμερον ἢ πανημέριον, ὡς καὶ τὸ δι’ ὅλης τῆς νυκτὸς πάννυχον ἢ παννύχιον. τὸ δὲ διὰ μιᾶς ἡμέρας πραχθὲν αὐθημερόν, καὶ τὸ τὴν αὐτὴν ὁδὸν διὰ μιᾶς ἡμέρας</w:t>
      </w:r>
    </w:p>
    <w:p>
      <w:r>
        <w:rPr>
          <w:rFonts w:ascii="Courier New" w:hAnsi="Courier New"/>
          <w:color w:val="555555"/>
          <w:sz w:val="20"/>
        </w:rPr>
        <w:t>[5]</w:t>
      </w:r>
    </w:p>
    <w:p>
      <w:r>
        <w:rPr>
          <w:rFonts w:ascii="Gentium Plus" w:hAnsi="Gentium Plus"/>
          <w:sz w:val="24"/>
        </w:rPr>
        <w:t>ἐπανελθεῖν αὐθημερίσαι. καὶ τὸ δι’ ὅλης ἡμέρας τι πρᾶξαι ἡμερεῦσαι καὶ διημερεῦσαι, οἷον ἐπὶ τῶν βαναύσων ὁ Πλάτων (?) εἴρηκε πρὸς</w:t>
      </w:r>
    </w:p>
    <w:p>
      <w:r>
        <w:rPr>
          <w:rFonts w:ascii="Courier New" w:hAnsi="Courier New"/>
          <w:color w:val="555555"/>
          <w:sz w:val="20"/>
        </w:rPr>
        <w:t>[1 . 65]</w:t>
      </w:r>
    </w:p>
    <w:p>
      <w:r>
        <w:rPr>
          <w:rFonts w:ascii="Gentium Plus" w:hAnsi="Gentium Plus"/>
          <w:sz w:val="24"/>
        </w:rPr>
        <w:t>πῦρ ἡμερεύοντας. λέγοιτο δ’ ἂν καὶ παρημερεῦσαί τινι ἔργῳ ἢ ἀν‐ θρώπῳ. καὶ ὁ δι’ ὅλης ἡμέρας θέων ἡμεροδρόμος. τὸ δ’ εἰς τὴν ἐπιοῦσαν μὴ μένον ἐφήμερον, τὸ δὲ παρὰ μίαν ἑτερήμερον. φαίης δ’ ἂν τῇ παρελθούσῃ ἡμέρᾳ, καὶ τῇ ἀπιούσῃ, καὶ τῇ ἐξηκούσῃ, καὶ</w:t>
      </w:r>
    </w:p>
    <w:p>
      <w:r>
        <w:rPr>
          <w:rFonts w:ascii="Courier New" w:hAnsi="Courier New"/>
          <w:color w:val="555555"/>
          <w:sz w:val="20"/>
        </w:rPr>
        <w:t>[5]</w:t>
      </w:r>
    </w:p>
    <w:p>
      <w:r>
        <w:rPr>
          <w:rFonts w:ascii="Gentium Plus" w:hAnsi="Gentium Plus"/>
          <w:sz w:val="24"/>
        </w:rPr>
        <w:t>τῇ προτεραίᾳ, καὶ τῇ προτέρᾳ, καὶ τῇ χθές· ἐπὶ δὲ τοῦ ἐν αὐτῇ</w:t>
      </w:r>
    </w:p>
    <w:p>
      <w:r>
        <w:rPr>
          <w:rFonts w:ascii="Courier New" w:hAnsi="Courier New"/>
          <w:color w:val="555555"/>
          <w:sz w:val="20"/>
        </w:rPr>
        <w:t>[1 . 66]</w:t>
      </w:r>
    </w:p>
    <w:p>
      <w:r>
        <w:rPr>
          <w:rFonts w:ascii="Gentium Plus" w:hAnsi="Gentium Plus"/>
          <w:sz w:val="24"/>
        </w:rPr>
        <w:t>πραχθέντος χθιζόν, ἕωλον. ἐπὶ δὲ τῆς παρούσης ἡμέρας τήμερον καὶ σήμερον, καὶ ἡ ἐνεστῶσα καὶ ἡ ἐνεστηκυῖα. ἡ δ’ ἐπιοῦσα ἡμέρα κα‐ λεῖται αὔριον καὶ ὑστεραία καὶ ὑστέρα καὶ προσιοῦσα. τὴν δὲ μετ’ αὐτὴν εἰκάσαις ἂν ὡς ἔνηφι Ἡσίοδος (Op 410) καλεῖ, εἰ μὴ τὴν</w:t>
      </w:r>
    </w:p>
    <w:p>
      <w:r>
        <w:rPr>
          <w:rFonts w:ascii="Courier New" w:hAnsi="Courier New"/>
          <w:color w:val="555555"/>
          <w:sz w:val="20"/>
        </w:rPr>
        <w:t>[5]</w:t>
      </w:r>
    </w:p>
    <w:p>
      <w:r>
        <w:rPr>
          <w:rFonts w:ascii="Gentium Plus" w:hAnsi="Gentium Plus"/>
          <w:sz w:val="24"/>
        </w:rPr>
        <w:t>τριακάδα οὕτω λέγει. ἰδίως δὲ παρ’ Ἀθηναίοις καλοῦνται τριακάδες ἐπὶ τῶν τετελευτηκότων. φιλοτιμότερον δὲ τὸ προστιθέναι τὴν εἴς πρόθεσιν ταῖς ἐπιούσαις ἡμέραις, οἷον εἰς αὔριον, καὶ εἰς τὴν</w:t>
      </w:r>
    </w:p>
    <w:p>
      <w:r>
        <w:rPr>
          <w:rFonts w:ascii="Courier New" w:hAnsi="Courier New"/>
          <w:color w:val="555555"/>
          <w:sz w:val="20"/>
        </w:rPr>
        <w:t>[1 . 67]</w:t>
      </w:r>
    </w:p>
    <w:p>
      <w:r>
        <w:rPr>
          <w:rFonts w:ascii="Gentium Plus" w:hAnsi="Gentium Plus"/>
          <w:sz w:val="24"/>
        </w:rPr>
        <w:t>ἐπιοῦσαν, καὶ εἰς ἡμέραν τρίτην, καὶ εἰς ἡμέραν τετάρτην. λέγεται δὲ καὶ εἰς ἡμέραν ῥητήν, εἰς ἣν ἂν ὁρισώμεθα, εἰς ἡμέραν ὡρισμένην, εἰς ἡμέραν διωμολογημένην. καὶ ἡμέρα κυρία ἡ ἐπί τινι τεταγμένη· κἂν χωρὶς τοῦ ἡμέρας εἴπωσιν οἱ ῥήτορες ‘παρούσης δὲ τῆς κυρίασ‘</w:t>
      </w:r>
    </w:p>
    <w:p>
      <w:r>
        <w:rPr>
          <w:rFonts w:ascii="Courier New" w:hAnsi="Courier New"/>
          <w:color w:val="555555"/>
          <w:sz w:val="20"/>
        </w:rPr>
        <w:t>[5]</w:t>
      </w:r>
    </w:p>
    <w:p>
      <w:r>
        <w:rPr>
          <w:rFonts w:ascii="Gentium Plus" w:hAnsi="Gentium Plus"/>
          <w:sz w:val="24"/>
        </w:rPr>
        <w:t>καὶ ‘ἐνεστώσης τῆς κυρίας,‘ προσυπακούεται τὸ ἡμέρας. ἐπὶ δὲ τῶν παρελθουσῶν ἡμερῶν ἡμέρα τρίτη, καὶ τρίτην ταύτην ἡμέραν, καὶ τὰς ἄλλας ὁμοίως.</w:t>
      </w:r>
    </w:p>
    <w:p>
      <w:r>
        <w:rPr>
          <w:rFonts w:ascii="Courier New" w:hAnsi="Courier New"/>
          <w:color w:val="555555"/>
          <w:sz w:val="20"/>
        </w:rPr>
        <w:t>[1 . 68]</w:t>
      </w:r>
    </w:p>
    <w:p>
      <w:r>
        <w:rPr>
          <w:rFonts w:ascii="Gentium Plus" w:hAnsi="Gentium Plus"/>
          <w:sz w:val="24"/>
        </w:rPr>
        <w:t>μέρη δὲ ἡμέρας περίορθρον, ὄρθρος, ὑπολαμπούσης ἡμέρας, ὑποφαινούσης, ὑπὸ πρώτην ἕω, ἡλίου ἀνίσχοντος, περὶ ἡλίου ἐπιτολάς, πρωί, καὶ πρωὶ τῆς ἡμέρας. μεσούσης ἡμέρας, περὶ μεσημβρίαν, ἡλίου ὑπὲρ κεφαλῆς ἱσταμένου, κλίναντος εἰς τὰ μεσημβρινὰ τοῦ</w:t>
      </w:r>
    </w:p>
    <w:p>
      <w:r>
        <w:rPr>
          <w:rFonts w:ascii="Courier New" w:hAnsi="Courier New"/>
          <w:color w:val="555555"/>
          <w:sz w:val="20"/>
        </w:rPr>
        <w:t>[5]</w:t>
      </w:r>
    </w:p>
    <w:p>
      <w:r>
        <w:rPr>
          <w:rFonts w:ascii="Gentium Plus" w:hAnsi="Gentium Plus"/>
          <w:sz w:val="24"/>
        </w:rPr>
        <w:t>θεοῦ, δείλης, δείλης ὀψίας, καὶ μεσημβρινοῦ καιροῦ, καὶ δειλινοῦ</w:t>
      </w:r>
    </w:p>
    <w:p>
      <w:r>
        <w:rPr>
          <w:rFonts w:ascii="Courier New" w:hAnsi="Courier New"/>
          <w:color w:val="555555"/>
          <w:sz w:val="20"/>
        </w:rPr>
        <w:t>[1 . 69]</w:t>
      </w:r>
    </w:p>
    <w:p>
      <w:r>
        <w:rPr>
          <w:rFonts w:ascii="Gentium Plus" w:hAnsi="Gentium Plus"/>
          <w:sz w:val="24"/>
        </w:rPr>
        <w:t>καιροῦ, ἡλίου εἰς τὸ κάτω ῥέποντος, ὀψὲ τῆς ἡμέρας. τὸ γὰρ</w:t>
      </w:r>
    </w:p>
    <w:p>
      <w:r>
        <w:rPr>
          <w:rFonts w:ascii="Courier New" w:hAnsi="Courier New"/>
          <w:color w:val="555555"/>
          <w:sz w:val="20"/>
        </w:rPr>
        <w:t>[5]</w:t>
      </w:r>
    </w:p>
    <w:p>
      <w:r>
        <w:rPr>
          <w:rFonts w:ascii="Gentium Plus" w:hAnsi="Gentium Plus"/>
          <w:sz w:val="24"/>
        </w:rPr>
        <w:t>τατα, καὶ ὀψὲ τῆς ἡλικίας, ὀψίτερον, ὀψίτατα. περὶ ἡλίου δυσμάς, ἑσπέρας, ὅτε ἤδη συνεσκόταζε. καὶ σκοταῖοι ἀφίκοντο.</w:t>
      </w:r>
    </w:p>
    <w:p>
      <w:r>
        <w:rPr>
          <w:rFonts w:ascii="Courier New" w:hAnsi="Courier New"/>
          <w:color w:val="555555"/>
          <w:sz w:val="20"/>
        </w:rPr>
        <w:t>[1 . 70]</w:t>
      </w:r>
    </w:p>
    <w:p>
      <w:r>
        <w:rPr>
          <w:rFonts w:ascii="Gentium Plus" w:hAnsi="Gentium Plus"/>
          <w:sz w:val="24"/>
        </w:rPr>
        <w:t>τὰ δὲ τῆς νυκτὸς μέρη νυκτὸς ἀρχή, καὶ περὶ πρώτην νύκτα, καὶ νυκτὸς ἀρχομένης, καὶ περὶ πρώτας φυλακὰς καὶ δευτέρας καὶ τρίτας, ἢ καθ’ Ὅμηρον (?) περὶ πρώτην μοῖραν. ἢ περὶ πρῶτον ὕπνον, εἰ μὴ εὐτελές. μεσούσης νυκτός, μέσων νυκτῶν. ὑπὸ τὸ</w:t>
      </w:r>
    </w:p>
    <w:p>
      <w:r>
        <w:rPr>
          <w:rFonts w:ascii="Courier New" w:hAnsi="Courier New"/>
          <w:color w:val="555555"/>
          <w:sz w:val="20"/>
        </w:rPr>
        <w:t>[5]</w:t>
      </w:r>
    </w:p>
    <w:p>
      <w:r>
        <w:rPr>
          <w:rFonts w:ascii="Gentium Plus" w:hAnsi="Gentium Plus"/>
          <w:sz w:val="24"/>
        </w:rPr>
        <w:t>λυκαυγές, ὅπερ Ὅμηρος (H 433) ‘ἀμφιλύκην νύκτα‘ καλεῖ. περὶ ἀλεκ‐</w:t>
      </w:r>
    </w:p>
    <w:p>
      <w:r>
        <w:rPr>
          <w:rFonts w:ascii="Courier New" w:hAnsi="Courier New"/>
          <w:color w:val="555555"/>
          <w:sz w:val="20"/>
        </w:rPr>
        <w:t>[1 . 71]</w:t>
      </w:r>
    </w:p>
    <w:p>
      <w:r>
        <w:rPr>
          <w:rFonts w:ascii="Gentium Plus" w:hAnsi="Gentium Plus"/>
          <w:sz w:val="24"/>
        </w:rPr>
        <w:t>τρυόνων ᾠδάς, ἀλεκτρυόνων ᾀδόντων, ὑπὸ τὸν ᾠδὸν ὄρνιθα. καὶ τὸ μὲν νυκτός τι πρᾶξαι νυκτερεῦσαι καί που καὶ νυκτεριναὶ φυλακαί. τὸ δὲ δι’ ὅλης νυκτὸς διανυκτερεῦσαι, καὶ τὸ μὲν ἑσπέρας προσα‐ γρυπνῆσαι καὶ ἐφεσπερεῦσαι καὶ ἐφεσπερεύσασθαι, τὸ δὲ προαναστῆναι</w:t>
      </w:r>
    </w:p>
    <w:p>
      <w:r>
        <w:rPr>
          <w:rFonts w:ascii="Courier New" w:hAnsi="Courier New"/>
          <w:color w:val="555555"/>
          <w:sz w:val="20"/>
        </w:rPr>
        <w:t>[5]</w:t>
      </w:r>
    </w:p>
    <w:p>
      <w:r>
        <w:rPr>
          <w:rFonts w:ascii="Gentium Plus" w:hAnsi="Gentium Plus"/>
          <w:sz w:val="24"/>
        </w:rPr>
        <w:t>περὶ τὸν ὄρθρον ἐπορθρεύσασθαι. ὥρα δὲ καὶ ἡμιώριον, ὡς Μέ‐ νανδρος (III frg 1015 Ko), σημεῖον ὠνομάζετο παρὰ τοῖς παλαιοῖς. καὶ</w:t>
      </w:r>
    </w:p>
    <w:p>
      <w:r>
        <w:rPr>
          <w:rFonts w:ascii="Courier New" w:hAnsi="Courier New"/>
          <w:color w:val="555555"/>
          <w:sz w:val="20"/>
        </w:rPr>
        <w:t>[1 . 72]</w:t>
      </w:r>
    </w:p>
    <w:p>
      <w:r>
        <w:rPr>
          <w:rFonts w:ascii="Gentium Plus" w:hAnsi="Gentium Plus"/>
          <w:sz w:val="24"/>
        </w:rPr>
        <w:t>ἀπὸ σκιᾶς δὲ ἐδηλοῦτο, οἷον δεκάπους ἡ σκιὰ καὶ ἑνδεκάπους. ἔστι δὲ τῶν καιρῶν καὶ τὰ ἐπιρρήματα τοῦ χρόνου, τότε καὶ πότε καὶ ὁπότε, καὶ τηνίκα καὶ πηνίκα καὶ ὁπηνίκα καὶ ἡνίκα καὶ τηνικαῦτα. καὶ ποτέ καὶ πάλαι καὶ πρόπαλαι καὶ</w:t>
      </w:r>
    </w:p>
    <w:p>
      <w:r>
        <w:rPr>
          <w:rFonts w:ascii="Courier New" w:hAnsi="Courier New"/>
          <w:color w:val="555555"/>
          <w:sz w:val="20"/>
        </w:rPr>
        <w:t>[5]</w:t>
      </w:r>
    </w:p>
    <w:p>
      <w:r>
        <w:rPr>
          <w:rFonts w:ascii="Gentium Plus" w:hAnsi="Gentium Plus"/>
          <w:sz w:val="24"/>
        </w:rPr>
        <w:t>τρίπαλαι. πρὸ ὀλίγου, πρὸ πολλοῦ. μετ’ ὀλίγον, ὀλίγῳ ὕστερον, βραχεῖ ὕστερον. ἄρτι, ὅ ἐστι πρὸ μικροῦ, καὶ νῦν δή, ὅ ἐστι ταὐτόν. καὶ ὅλως πολλὰ τῆς αὐτῆς ἰδέας ἐστίν.</w:t>
      </w:r>
    </w:p>
    <w:p>
      <w:r>
        <w:rPr>
          <w:rFonts w:ascii="Courier New" w:hAnsi="Courier New"/>
          <w:color w:val="555555"/>
          <w:sz w:val="20"/>
        </w:rPr>
        <w:t>[1 . 73]</w:t>
      </w:r>
    </w:p>
    <w:p>
      <w:r>
        <w:rPr>
          <w:rFonts w:ascii="Gentium Plus" w:hAnsi="Gentium Plus"/>
          <w:sz w:val="24"/>
        </w:rPr>
        <w:t>Φέρε δὴ καὶ περὶ οἴκου φράσωμεν. οἶκος, οἰκία, οἴκησις, οἰκη‐ τήριον, ἐνοικητήριον, καταγωγή, καταγώγιον, ὑποδοχή, κατάλυσις,</w:t>
      </w:r>
    </w:p>
    <w:p>
      <w:r>
        <w:rPr>
          <w:rFonts w:ascii="Courier New" w:hAnsi="Courier New"/>
          <w:color w:val="555555"/>
          <w:sz w:val="20"/>
        </w:rPr>
        <w:t>[5]</w:t>
      </w:r>
    </w:p>
    <w:p>
      <w:r>
        <w:rPr>
          <w:rFonts w:ascii="Gentium Plus" w:hAnsi="Gentium Plus"/>
          <w:sz w:val="24"/>
        </w:rPr>
        <w:t>τηθῆναι, καταλῦσαι, ἐναυλίσαι, ἐναυλίσασθαι, καταυλίσασθαι, σκηνῶσαι,</w:t>
      </w:r>
    </w:p>
    <w:p>
      <w:r>
        <w:rPr>
          <w:rFonts w:ascii="Courier New" w:hAnsi="Courier New"/>
          <w:color w:val="555555"/>
          <w:sz w:val="20"/>
        </w:rPr>
        <w:t>[1 . 74]</w:t>
      </w:r>
    </w:p>
    <w:p>
      <w:r>
        <w:rPr>
          <w:rFonts w:ascii="Gentium Plus" w:hAnsi="Gentium Plus"/>
          <w:sz w:val="24"/>
        </w:rPr>
        <w:t>κατασκηνῶσαι. τὰ μέντοι ἐνδιαιτήματα, καὶ αἱ καλύβαι, ὥσπερ καὶ τὰ ἐνηβητήρια, οὐκ ἐπὶ τῶν ἀναγκαίων οἰκήσεων ἀλλ’ ἐπὶ τῶν τερπνῶν τάττεται. καλεῖται δὲ ὁ ὑποδεχόμενος καὶ ὁ ὑποδεχθεὶς ξένος, ἰδίως δὲ ὁ ὑποδεχόμενος ξενοδόχος. ἄλλως δὲ ὁ δεσπότης τῆς οἰκίας</w:t>
      </w:r>
    </w:p>
    <w:p>
      <w:r>
        <w:rPr>
          <w:rFonts w:ascii="Courier New" w:hAnsi="Courier New"/>
          <w:color w:val="555555"/>
          <w:sz w:val="20"/>
        </w:rPr>
        <w:t>[5]</w:t>
      </w:r>
    </w:p>
    <w:p>
      <w:r>
        <w:rPr>
          <w:rFonts w:ascii="Gentium Plus" w:hAnsi="Gentium Plus"/>
          <w:sz w:val="24"/>
        </w:rPr>
        <w:t>στεγανόμος· παρὰ δὲ τοῖς Δωριεῦσι καὶ Αἰολεῦσιν ἑστιοπάμων ὀνο‐ μάζεται. ἔνιοι δ’ αὐτὸν καὶ ναύκληρον ἐκάλεσαν, καὶ τὸν ὑπὲρ τῆς</w:t>
      </w:r>
    </w:p>
    <w:p>
      <w:r>
        <w:rPr>
          <w:rFonts w:ascii="Courier New" w:hAnsi="Courier New"/>
          <w:color w:val="555555"/>
          <w:sz w:val="20"/>
        </w:rPr>
        <w:t>[1 . 75]</w:t>
      </w:r>
    </w:p>
    <w:p>
      <w:r>
        <w:rPr>
          <w:rFonts w:ascii="Gentium Plus" w:hAnsi="Gentium Plus"/>
          <w:sz w:val="24"/>
        </w:rPr>
        <w:t>καταγωγῆς μισθὸν ναῦλον, ὅπερ ἐνοίκιον οὐ παρὰ τοῖς πολλοῖς μό‐ νον ἀλλὰ καὶ παρὰ τοῖς παλαιοῖς καλεῖται, παρὰ δὲ ἐνίοις καὶ στεγα‐ νόμιον. εἴποις δ’ ἂν μισθώσασθαι καὶ μισθῶσαι οἶκον, ὅπερ Ἡρό‐ δοτος (I 68) ἐκδιδόναι καλεῖ· ‘ἐμισθοῦτο παρ’ οὐκ ἐκδιδόντος τὴν</w:t>
      </w:r>
    </w:p>
    <w:p>
      <w:r>
        <w:rPr>
          <w:rFonts w:ascii="Courier New" w:hAnsi="Courier New"/>
          <w:color w:val="555555"/>
          <w:sz w:val="20"/>
        </w:rPr>
        <w:t>[5]</w:t>
      </w:r>
    </w:p>
    <w:p>
      <w:r>
        <w:rPr>
          <w:rFonts w:ascii="Gentium Plus" w:hAnsi="Gentium Plus"/>
          <w:sz w:val="24"/>
        </w:rPr>
        <w:t>αὐλήν.‘</w:t>
      </w:r>
    </w:p>
    <w:p>
      <w:r>
        <w:rPr>
          <w:rFonts w:ascii="Courier New" w:hAnsi="Courier New"/>
          <w:color w:val="555555"/>
          <w:sz w:val="20"/>
        </w:rPr>
        <w:t>[1 . 76]</w:t>
      </w:r>
    </w:p>
    <w:p>
      <w:r>
        <w:rPr>
          <w:rFonts w:ascii="Gentium Plus" w:hAnsi="Gentium Plus"/>
          <w:sz w:val="24"/>
        </w:rPr>
        <w:t>μέρη δ’ οἰκίας· αὔλειος θύρα, κηπαία θύρα, ἀμφίθυρος, ἣν Ὅμηρος (X 126, 132, 333) ὀρσοθύρην καλεῖ, οἱ δὲ πολλοὶ πλα‐ γίαν θύραν. οὐδὸς ὀδὸς καὶ τῶν περὶ τὰς θύρας μερῶν θαιρὸς μὲν ὁ στροφεὺς ὀνομαζόμενος, σταθμοὶ δὲ τὰ ἑκατέρωθεν ξύλα</w:t>
      </w:r>
    </w:p>
    <w:p>
      <w:r>
        <w:rPr>
          <w:rFonts w:ascii="Courier New" w:hAnsi="Courier New"/>
          <w:color w:val="555555"/>
          <w:sz w:val="20"/>
        </w:rPr>
        <w:t>[5]</w:t>
      </w:r>
    </w:p>
    <w:p>
      <w:r>
        <w:rPr>
          <w:rFonts w:ascii="Gentium Plus" w:hAnsi="Gentium Plus"/>
          <w:sz w:val="24"/>
        </w:rPr>
        <w:t>κατὰ πλευρὰν τῶν θυρῶν, ἃ καὶ παραστάδας φασίν. αὐτὰς δὲ τὰς θύρας σανίδας Ὅμηρος (M 121 X 128 etc) καλεῖ. τὸ δ’ ὑπὲρ αὐτὰς ὑπερθύριον ἢ ὑπέρθυρον, τὸ δὲ προῦχον τοῦ ὑπερθυρίου</w:t>
      </w:r>
    </w:p>
    <w:p>
      <w:r>
        <w:rPr>
          <w:rFonts w:ascii="Courier New" w:hAnsi="Courier New"/>
          <w:color w:val="555555"/>
          <w:sz w:val="20"/>
        </w:rPr>
        <w:t>[1 . 77]</w:t>
      </w:r>
    </w:p>
    <w:p>
      <w:r>
        <w:rPr>
          <w:rFonts w:ascii="Gentium Plus" w:hAnsi="Gentium Plus"/>
          <w:sz w:val="24"/>
        </w:rPr>
        <w:t>γεῖσον καὶ γεισώματα. τὰ δὲ πρὸς ἀσφάλειαν κλεῖθρα, μοχλοί, κλεῖδες καὶ κλῇδες, ἐπιβλῆτες, βαλανάγραι, ὀχεῖς. τὸν δὲ ὀνομαζόμενον κόρακα κορώνην Ὅμηρος (α 441 etc) καλεῖ. εἰσιόντων δὲ πρόθυρα καὶ προπύλαια. καὶ τὸν μὲν πυλῶνα ὀνομαζόμενον καὶ θυρῶνα</w:t>
      </w:r>
    </w:p>
    <w:p>
      <w:r>
        <w:rPr>
          <w:rFonts w:ascii="Courier New" w:hAnsi="Courier New"/>
          <w:color w:val="555555"/>
          <w:sz w:val="20"/>
        </w:rPr>
        <w:t>[5]</w:t>
      </w:r>
    </w:p>
    <w:p>
      <w:r>
        <w:rPr>
          <w:rFonts w:ascii="Gentium Plus" w:hAnsi="Gentium Plus"/>
          <w:sz w:val="24"/>
        </w:rPr>
        <w:t>καλοῦσι, τὸ δὲ τοῦ πυλωροῦντος οἴκημα πυλώριον. εἶτα πρόδομος καὶ προαύλιον· εἶτα αὐλὴ τὸ ἔνδον, ἣν αἴθουσαν Ὅμηρος (Ζ 243, δ 297 etc) καλεῖ. εἴποις δ’ ἂν τὸν περίστυλον τόπον καὶ περικίονα</w:t>
      </w:r>
    </w:p>
    <w:p>
      <w:r>
        <w:rPr>
          <w:rFonts w:ascii="Courier New" w:hAnsi="Courier New"/>
          <w:color w:val="555555"/>
          <w:sz w:val="20"/>
        </w:rPr>
        <w:t>[1 . 78]</w:t>
      </w:r>
    </w:p>
    <w:p>
      <w:r>
        <w:rPr>
          <w:rFonts w:ascii="Gentium Plus" w:hAnsi="Gentium Plus"/>
          <w:sz w:val="24"/>
        </w:rPr>
        <w:t>—καὶ γὰρ στῦλος καὶ κίων ὀνομάζεται—κατὰ δὲ τοὺς Ἀττικοὺς περίστῳον. στοὰν δὲ κάλει τὸ μέρος αὐτοῦ· στοὰ γὰρ τὸ τα‐ μιεῖον καλεῖται. ἡ μέντοι χρῆσις καὶ ἐπὶ τὰ ἐναντία τέτραπται.</w:t>
      </w:r>
    </w:p>
    <w:p>
      <w:r>
        <w:rPr>
          <w:rFonts w:ascii="Courier New" w:hAnsi="Courier New"/>
          <w:color w:val="555555"/>
          <w:sz w:val="20"/>
        </w:rPr>
        <w:t>[1 . 79]</w:t>
      </w:r>
    </w:p>
    <w:p>
      <w:r>
        <w:rPr>
          <w:rFonts w:ascii="Gentium Plus" w:hAnsi="Gentium Plus"/>
          <w:sz w:val="24"/>
        </w:rPr>
        <w:t>τῶν δὲ οἰκιῶν πρόδομος καὶ δῶμα καὶ δωμάτιον καὶ κοιτών· εἰ γὰρ καὶ Μένανδρος (III frg 1022 Ko) αὐτὸ βαρβαρικὸν οἴεται, ἀλλ’ Ἀριστοφάνης ὁ κωμῳδοδιδάσκαλος (I frg 6 Ko) τὰ τοιαῦτα πιστό‐</w:t>
      </w:r>
    </w:p>
    <w:p>
      <w:r>
        <w:rPr>
          <w:rFonts w:ascii="Courier New" w:hAnsi="Courier New"/>
          <w:color w:val="555555"/>
          <w:sz w:val="20"/>
        </w:rPr>
        <w:t>[5]</w:t>
      </w:r>
    </w:p>
    <w:p>
      <w:r>
        <w:rPr>
          <w:rFonts w:ascii="Gentium Plus" w:hAnsi="Gentium Plus"/>
          <w:sz w:val="24"/>
        </w:rPr>
        <w:t>κοιτὼν ἁπάσαις εἷς, πύελος μί’ ἀρκέσει. ἀνδρών, ἵνα συνίασιν οἱ ἄνδρες· ἐξέδρα, ἵνα συγκάθηνται. συμπόσιον ἐκ τοῦ ἔργου ὠνομασμένον· τὸ δ’ αὐτὸ καὶ συσσίτιον. οἶκος τρί‐ κλινος πεντάκλινος ἢ δεκάκλινος, καὶ ἁπλῶς πρὸς τὸ τοῦ μεγέ‐ θους μέτρον ὁ τῶν κλινῶν ἀριθμός. θάλαμος, γυναικωνῖτις, ἱστεών,</w:t>
      </w:r>
    </w:p>
    <w:p>
      <w:r>
        <w:rPr>
          <w:rFonts w:ascii="Courier New" w:hAnsi="Courier New"/>
          <w:color w:val="555555"/>
          <w:sz w:val="20"/>
        </w:rPr>
        <w:t>[1 . 80]</w:t>
      </w:r>
    </w:p>
    <w:p>
      <w:r>
        <w:rPr>
          <w:rFonts w:ascii="Gentium Plus" w:hAnsi="Gentium Plus"/>
          <w:sz w:val="24"/>
        </w:rPr>
        <w:t>ταλασιουργικὸς οἶκος, σιτοποιικός, ἵνα μὴ μυλῶνα ὡς οὐκ εὔφημον ὀνομάζωμεν. ὀπτανεῖον τὸ καλούμενον μαγειρεῖον, ἀποθῆκαι, τα‐ μιεῖα, θησαυροί, φυλακτήρια. Ξενοφῶν δὲ καὶ στεγνὰ καὶ στέγην ὠνόμασεν, οὕτω πως ὑπειπών (Oecon VIII 13?) ‘ὅσα δ’ οὐδ’ ἐν</w:t>
      </w:r>
    </w:p>
    <w:p>
      <w:r>
        <w:rPr>
          <w:rFonts w:ascii="Courier New" w:hAnsi="Courier New"/>
          <w:color w:val="555555"/>
          <w:sz w:val="20"/>
        </w:rPr>
        <w:t>[5]</w:t>
      </w:r>
    </w:p>
    <w:p>
      <w:r>
        <w:rPr>
          <w:rFonts w:ascii="Gentium Plus" w:hAnsi="Gentium Plus"/>
          <w:sz w:val="24"/>
        </w:rPr>
        <w:t>δεκακλίνῳ †μεγαλοστέγῃ,‘ καὶ πάλιν (Oecon IX 3) ‘στεγνὰ ψυχεινὰ‘ καὶ ‘ἀλεεινά.‘ καλοῖτο δ’ ἂν τὸ μὲν ὑπὸ τοὺς πόδας ἔδαφος, τὸ δ’ ὑπὲρ τὴν κεφαλὴν ὄροφος καὶ ὀροφὴ καὶ στέγη. καὶ ὑπόστεγόν τι</w:t>
      </w:r>
    </w:p>
    <w:p>
      <w:r>
        <w:rPr>
          <w:rFonts w:ascii="Courier New" w:hAnsi="Courier New"/>
          <w:color w:val="555555"/>
          <w:sz w:val="20"/>
        </w:rPr>
        <w:t>[1 . 81]</w:t>
      </w:r>
    </w:p>
    <w:p>
      <w:r>
        <w:rPr>
          <w:rFonts w:ascii="Gentium Plus" w:hAnsi="Gentium Plus"/>
          <w:sz w:val="24"/>
        </w:rPr>
        <w:t>καὶ ἄστεγον καὶ κατάστεγον, καὶ ὑπωρόφιον καὶ ὁμωρόφιον. τὸ δὲ μεταξὺ τοῦ ὀρόφου καὶ τοῦ στέγους παρωροφίς. τὸ δ’ ὑπεράνω τοῦ ὀρόφου στέγος, ὃ ποιητικῶς τέγος λέγεται. τὰ δ’ ὑπὲρ αὐτὸ προύχοντα, ὡς τὸν ὄμβρον ἀπερύκειν, προτεγίσματα. εἶτα ὑπερῷα</w:t>
      </w:r>
    </w:p>
    <w:p>
      <w:r>
        <w:rPr>
          <w:rFonts w:ascii="Courier New" w:hAnsi="Courier New"/>
          <w:color w:val="555555"/>
          <w:sz w:val="20"/>
        </w:rPr>
        <w:t>[5]</w:t>
      </w:r>
    </w:p>
    <w:p>
      <w:r>
        <w:rPr>
          <w:rFonts w:ascii="Gentium Plus" w:hAnsi="Gentium Plus"/>
          <w:sz w:val="24"/>
        </w:rPr>
        <w:t>οἰκήματα, τὰ δ’ αὐτὰ καὶ διήρη. αἱ δὲ προβολαὶ τῶν ὑπερῴων οἰκημάτων, αἱ ὑπὲρ τοὺς κάτω τοίχους προύχουσαι, γεισηπο‐ δίσματα, καὶ τὰ φέροντα αὐτὰς ξύλα γεισήποδες. ἀμείβοντες δ’ εἰσὶ ξύλα ἑκατέρωθεν τῶν τοίχων ἀλλήλοις ἀντερειδόμενα πρὸς τὸ τοὺς ἐκ μέσου ὑψηλοὺς ὀρόφους ἀνέχειν δύνασθαι.</w:t>
      </w:r>
    </w:p>
    <w:p>
      <w:r>
        <w:rPr>
          <w:rFonts w:ascii="Courier New" w:hAnsi="Courier New"/>
          <w:color w:val="555555"/>
          <w:sz w:val="20"/>
        </w:rPr>
        <w:t>[1 . 82]</w:t>
      </w:r>
    </w:p>
    <w:p>
      <w:r>
        <w:rPr>
          <w:rFonts w:ascii="Gentium Plus" w:hAnsi="Gentium Plus"/>
          <w:sz w:val="24"/>
        </w:rPr>
        <w:t>Πλοῖον, ναῦς, ὁλκάς, σκάφος, μυριοφόρος ναῦς· τὸ δὲ μυρια‐ γωγὸς εὐτελές. ἑκατόντορος, πεντηκόντορος, τριακόντορος, εἰκόσορος. ἐννήρης, ἑπτήρης, τριήρης, διήρης, μονήρης. μακρὰ πλοῖα, στρογγύλα. ἀκάτια, ἐφόλκια, ἐφολκίδες, λέμβοι, κύδαροι, γαῦλοι, κέλητες, κελήτια,</w:t>
      </w:r>
    </w:p>
    <w:p>
      <w:r>
        <w:rPr>
          <w:rFonts w:ascii="Courier New" w:hAnsi="Courier New"/>
          <w:color w:val="555555"/>
          <w:sz w:val="20"/>
        </w:rPr>
        <w:t>[5]</w:t>
      </w:r>
    </w:p>
    <w:p>
      <w:r>
        <w:rPr>
          <w:rFonts w:ascii="Gentium Plus" w:hAnsi="Gentium Plus"/>
          <w:sz w:val="24"/>
        </w:rPr>
        <w:t>ἐπακτρίδες, ἐπακτροκέλητες, βάρεις, πορθμεῖον, πορθμίς, ἁλιάς, δίκρο‐ τον, ἀμφηρικόν, ἀμφήρης, διῆρες, δίκωπον, ἡμιολίς, ἡμιολία,</w:t>
      </w:r>
    </w:p>
    <w:p>
      <w:r>
        <w:rPr>
          <w:rFonts w:ascii="Courier New" w:hAnsi="Courier New"/>
          <w:color w:val="555555"/>
          <w:sz w:val="20"/>
        </w:rPr>
        <w:t>[1 . 83]</w:t>
      </w:r>
    </w:p>
    <w:p>
      <w:r>
        <w:rPr>
          <w:rFonts w:ascii="Gentium Plus" w:hAnsi="Gentium Plus"/>
          <w:sz w:val="24"/>
        </w:rPr>
        <w:t>πλοῖον μονόξυλον. καὶ Πτολεμαίου ναῦς πεντεκαιδεκήρης, καὶ Ἀντι‐ γόνου τριάρμενος. λέγοιτο δ’ ἂν ταχεῖα ναῦς καὶ ταχυναυτοῦσα, καὶ δρομάδες ὁλκάδες, ὡς Ἀριστοφάνης (I frg 420 Ko). λέγεται δὲ καὶ βαρεῖα ναῦς, σιταγωγός, σιτηγός, ὁπλιταγωγός, στρατιῶτις, στρα‐</w:t>
      </w:r>
    </w:p>
    <w:p>
      <w:r>
        <w:rPr>
          <w:rFonts w:ascii="Courier New" w:hAnsi="Courier New"/>
          <w:color w:val="555555"/>
          <w:sz w:val="20"/>
        </w:rPr>
        <w:t>[5]</w:t>
      </w:r>
    </w:p>
    <w:p>
      <w:r>
        <w:rPr>
          <w:rFonts w:ascii="Gentium Plus" w:hAnsi="Gentium Plus"/>
          <w:sz w:val="24"/>
        </w:rPr>
        <w:t>τηγίς, ἱππαγωγός, φορτίς, φορτηγός, φορτηγικὸν πλοῖον καὶ ὡς Θουκυδίδης λέγει (VI 88. 9) φορτικόν, λῃστρίς· πολύζυγος ναῦς ὡς Ὅμηρος (B 293). ἔστι δέ τινα πλοῖα Λύκια λεγόμενα κριοὶ καὶ τράγοι, ὡς εἰκάζειν ὅτι τοιοῦτόν τι πλοῖον καὶ ὁ ταῦρος ἦν ὁ τὴν Εὐρώπην ἀπαγαγών. πρόπλους ναῦς καὶ πρόπλοι νῆες. λέ‐</w:t>
      </w:r>
    </w:p>
    <w:p>
      <w:r>
        <w:rPr>
          <w:rFonts w:ascii="Courier New" w:hAnsi="Courier New"/>
          <w:color w:val="555555"/>
          <w:sz w:val="20"/>
        </w:rPr>
        <w:t>[10]</w:t>
      </w:r>
    </w:p>
    <w:p>
      <w:r>
        <w:rPr>
          <w:rFonts w:ascii="Gentium Plus" w:hAnsi="Gentium Plus"/>
          <w:sz w:val="24"/>
        </w:rPr>
        <w:t>γοις δ’ ἂν τὰς ναῦς καὶ πορεῖα θαλάττια καὶ ὀχήματα πελάγια.</w:t>
      </w:r>
    </w:p>
    <w:p>
      <w:r>
        <w:rPr>
          <w:rFonts w:ascii="Courier New" w:hAnsi="Courier New"/>
          <w:color w:val="555555"/>
          <w:sz w:val="20"/>
        </w:rPr>
        <w:t>[1 . 84]</w:t>
      </w:r>
    </w:p>
    <w:p>
      <w:r>
        <w:rPr>
          <w:rFonts w:ascii="Gentium Plus" w:hAnsi="Gentium Plus"/>
          <w:sz w:val="24"/>
        </w:rPr>
        <w:t>καὶ οἱ μὲν ἐργαζόμενοι τὴν ναῦν ναυπηγοὶ καὶ τέκτονες, φιλοτιμότερον δὲ νεουργοὶ καὶ νεωποιοὶ καὶ τριηροποιοὶ καὶ τὰ ὅμοια. ζωγράφοι, στυππειοπῶλαι, σχοινοσυμβολεῖς, χαλκεῖς, σιδηρεῖς. τὰ δ’ εἰς τὴν κατασκευὴν χρήσιμα σανίδες, σίδηρος, ἧλοι, πιττάνια καὶ</w:t>
      </w:r>
    </w:p>
    <w:p>
      <w:r>
        <w:rPr>
          <w:rFonts w:ascii="Courier New" w:hAnsi="Courier New"/>
          <w:color w:val="555555"/>
          <w:sz w:val="20"/>
        </w:rPr>
        <w:t>[5]</w:t>
      </w:r>
    </w:p>
    <w:p>
      <w:r>
        <w:rPr>
          <w:rFonts w:ascii="Gentium Plus" w:hAnsi="Gentium Plus"/>
          <w:sz w:val="24"/>
        </w:rPr>
        <w:t>πίττα, στυππεῖον, κάλοι, κηρός, γόμφοι, κῶπαι. ἐρεῖς δὲ γομφοῦν καὶ πηγνύειν καὶ ἁρμόζειν, πακτοῦν καὶ πάκτωσις.</w:t>
      </w:r>
    </w:p>
    <w:p>
      <w:r>
        <w:rPr>
          <w:rFonts w:ascii="Courier New" w:hAnsi="Courier New"/>
          <w:color w:val="555555"/>
          <w:sz w:val="20"/>
        </w:rPr>
        <w:t>[1 . 85]</w:t>
      </w:r>
    </w:p>
    <w:p>
      <w:r>
        <w:rPr>
          <w:rFonts w:ascii="Gentium Plus" w:hAnsi="Gentium Plus"/>
          <w:sz w:val="24"/>
        </w:rPr>
        <w:t>μέρη δὲ νεὼς δρύοχον, τρόπις, τρόπιδες, τροπίδια, στεῖρα, τροποί. τὸ δὲ τῇ στείρᾳ προσηλούμενον φάλκης, ἐφ’ οὗ ἡ δευ‐ τέρα τρόπις. καλεῖται δὲ οὗτος καὶ λέσβιον καὶ καλχήνη καὶ κλειτο‐ πόδιον. τὸ δὲ καταλῆγον αὐτοῦ ἐπὶ τὴν πρῶραν προεμβολίς, τὸ δὲ</w:t>
      </w:r>
    </w:p>
    <w:p>
      <w:r>
        <w:rPr>
          <w:rFonts w:ascii="Courier New" w:hAnsi="Courier New"/>
          <w:color w:val="555555"/>
          <w:sz w:val="20"/>
        </w:rPr>
        <w:t>[5]</w:t>
      </w:r>
    </w:p>
    <w:p>
      <w:r>
        <w:rPr>
          <w:rFonts w:ascii="Gentium Plus" w:hAnsi="Gentium Plus"/>
          <w:sz w:val="24"/>
        </w:rPr>
        <w:t>ὑπ’ αὐτὴν ἔμβολον. μέσον δὲ τῆς προεμβολίδος καὶ τοῦ ἐμβόλου ἡ στεῖρα καλουμένη. ὑπὲρ δὲ τὸ ἔμβολον δελφὶς ἵσταται, ὅταν ἡ ναῦς</w:t>
      </w:r>
    </w:p>
    <w:p>
      <w:r>
        <w:rPr>
          <w:rFonts w:ascii="Courier New" w:hAnsi="Courier New"/>
          <w:color w:val="555555"/>
          <w:sz w:val="20"/>
        </w:rPr>
        <w:t>[1 . 86]</w:t>
      </w:r>
    </w:p>
    <w:p>
      <w:r>
        <w:rPr>
          <w:rFonts w:ascii="Gentium Plus" w:hAnsi="Gentium Plus"/>
          <w:sz w:val="24"/>
        </w:rPr>
        <w:t>δελφινοφόρος ᾖ. τὸ δὲ μεταξὺ τοῦ στόλου καὶ τῆς προεμβολίδος ....· ὁ στόλος δ’ ἐστὶν ὑπὲρ τὴν στεῖραν, ὃς καὶ περικεφαλαία καλεῖται. τὸ δ’ ὑπὲρ τὸ προῦχον ἀκροστόλιον ἢ πτυχὶς ὀνομάζεται, καὶ ὀφθαλμός, ἐφ’ οὗ καὶ τοὔνομα τῆς νεὼς ἐπιγράφουσι. τῇ δὲ στείρᾳ</w:t>
      </w:r>
    </w:p>
    <w:p>
      <w:r>
        <w:rPr>
          <w:rFonts w:ascii="Courier New" w:hAnsi="Courier New"/>
          <w:color w:val="555555"/>
          <w:sz w:val="20"/>
        </w:rPr>
        <w:t>[5]</w:t>
      </w:r>
    </w:p>
    <w:p>
      <w:r>
        <w:rPr>
          <w:rFonts w:ascii="Gentium Plus" w:hAnsi="Gentium Plus"/>
          <w:sz w:val="24"/>
        </w:rPr>
        <w:t>προσηλοῦται ὁ καλούμενος φάλκης. ἐνδοτέρω δέ ἐστιν ἑκατέρωθεν ἡ ἐφολκίς, ἣν καὶ ῥινωτηρίαν καλοῦσι. τὸ δ’ ὑπὸ τὴν τρόπιν τελευ‐ ταῖον προσηλούμενον, τοῦ μὴ τρίβεσθαι τὴν τρόπιν, χέλυσμα καλεῖται.</w:t>
      </w:r>
    </w:p>
    <w:p>
      <w:r>
        <w:rPr>
          <w:rFonts w:ascii="Courier New" w:hAnsi="Courier New"/>
          <w:color w:val="555555"/>
          <w:sz w:val="20"/>
        </w:rPr>
        <w:t>[1 . 87]</w:t>
      </w:r>
    </w:p>
    <w:p>
      <w:r>
        <w:rPr>
          <w:rFonts w:ascii="Gentium Plus" w:hAnsi="Gentium Plus"/>
          <w:sz w:val="24"/>
        </w:rPr>
        <w:t>καὶ τὸ μὲν ἔδαφος τῆς νεὼς κύτος καὶ γάστρα καὶ ἀμφιμήτριον ὀνο‐ μάζεται. καλοῖτο δ’ ἂν καὶ θάλαμος, οὗ οἱ θαλάμιοι ἐρέττουσι· τὰ δὲ μέσα τῆς νεὼς ζυγά, οὗ οἱ ζύγιοι κάθηνται, τὸ δὲ περὶ τὸ κα‐ τάστρωμα θρᾶνος, οὗ οἱ θρανῖται. καὶ ὅθεν μὲν αἱ κῶπαι ἐκδέδενται,</w:t>
      </w:r>
    </w:p>
    <w:p>
      <w:r>
        <w:rPr>
          <w:rFonts w:ascii="Courier New" w:hAnsi="Courier New"/>
          <w:color w:val="555555"/>
          <w:sz w:val="20"/>
        </w:rPr>
        <w:t>[5]</w:t>
      </w:r>
    </w:p>
    <w:p>
      <w:r>
        <w:rPr>
          <w:rFonts w:ascii="Gentium Plus" w:hAnsi="Gentium Plus"/>
          <w:sz w:val="24"/>
        </w:rPr>
        <w:t>σκαλμός, ᾧ δὲ ἐκδέδενται, τροπωτήρ, καὶ τροπώσασθαι ναῦν. τὸ</w:t>
      </w:r>
    </w:p>
    <w:p>
      <w:r>
        <w:rPr>
          <w:rFonts w:ascii="Courier New" w:hAnsi="Courier New"/>
          <w:color w:val="555555"/>
          <w:sz w:val="20"/>
        </w:rPr>
        <w:t>[1 . 88]</w:t>
      </w:r>
    </w:p>
    <w:p>
      <w:r>
        <w:rPr>
          <w:rFonts w:ascii="Gentium Plus" w:hAnsi="Gentium Plus"/>
          <w:sz w:val="24"/>
        </w:rPr>
        <w:t>δ’ ὑπὸ τὸν σκαλμὸν ἐπισκαλμίς. τὸ δ’ ὑποκείμενον τοῖς ἐρέταις ὑπηρέσιον. δι’ ὧν δὲ διείρεται ἡ κώπη, τρήματα. τὸ δὲ πρὸς αὐτῷ τῷ σκαλμῷ δέρμα ἄσκωμα. ἡ δὲ παρὰ τοὺς θρανίτας ὁδὸς πάροδος, παράθρανος. οἱ δὲ περὶ τὴν στεῖραν ἑκατέρωθεν παρατεινόμενοι τρο‐</w:t>
      </w:r>
    </w:p>
    <w:p>
      <w:r>
        <w:rPr>
          <w:rFonts w:ascii="Courier New" w:hAnsi="Courier New"/>
          <w:color w:val="555555"/>
          <w:sz w:val="20"/>
        </w:rPr>
        <w:t>[5]</w:t>
      </w:r>
    </w:p>
    <w:p>
      <w:r>
        <w:rPr>
          <w:rFonts w:ascii="Gentium Plus" w:hAnsi="Gentium Plus"/>
          <w:sz w:val="24"/>
        </w:rPr>
        <w:t>ποὶ πρῶτος καὶ δεύτερος, ὁ καὶ θαλάμιος. ἑπτὰ δ’ †ἐνίοις ἀνίσταται ἡ τριήρης, ὧν ἕκαστος κατὰ τάξιν καλεῖται, πρῶτος βόλος καὶ δεύ‐</w:t>
      </w:r>
    </w:p>
    <w:p>
      <w:r>
        <w:rPr>
          <w:rFonts w:ascii="Courier New" w:hAnsi="Courier New"/>
          <w:color w:val="555555"/>
          <w:sz w:val="20"/>
        </w:rPr>
        <w:t>[1 . 89]</w:t>
      </w:r>
    </w:p>
    <w:p>
      <w:r>
        <w:rPr>
          <w:rFonts w:ascii="Gentium Plus" w:hAnsi="Gentium Plus"/>
          <w:sz w:val="24"/>
        </w:rPr>
        <w:t>σελίδα, καὶ πλευράν. τὸ δὲ ζυγὸν καλεῖται καὶ κληὶς καὶ σέλμα. τῆς δὲ πρώρας τὰ ἑκατέρωθεν παρειὰ καλεῖται καὶ πτερά. ἔστι δέ τι ἑδώλιον πρωρατικόν, ἐφ’ οὗ κάθηνται. τὰ δὲ περὶ τὴν πρύμναν προύχοντα ξύλα περιτόναια καλεῖται. ἐκεῖ που καὶ σκηνὴ ὀνομάζεται</w:t>
      </w:r>
    </w:p>
    <w:p>
      <w:r>
        <w:rPr>
          <w:rFonts w:ascii="Courier New" w:hAnsi="Courier New"/>
          <w:color w:val="555555"/>
          <w:sz w:val="20"/>
        </w:rPr>
        <w:t>[5]</w:t>
      </w:r>
    </w:p>
    <w:p>
      <w:r>
        <w:rPr>
          <w:rFonts w:ascii="Gentium Plus" w:hAnsi="Gentium Plus"/>
          <w:sz w:val="24"/>
        </w:rPr>
        <w:t>τὸ πηγνύμενον στρατηγῷ ἢ τριηράρχῳ. τὸ δὲ ἄκρον τοῦ πηδαλίου οἴαξ· τὸ δὲ πᾶν οἴαξ τε καὶ πηδάλιον καλεῖται. τὸ δὲ μέσον</w:t>
      </w:r>
    </w:p>
    <w:p>
      <w:r>
        <w:rPr>
          <w:rFonts w:ascii="Courier New" w:hAnsi="Courier New"/>
          <w:color w:val="555555"/>
          <w:sz w:val="20"/>
        </w:rPr>
        <w:t>[1 . 90]</w:t>
      </w:r>
    </w:p>
    <w:p>
      <w:r>
        <w:rPr>
          <w:rFonts w:ascii="Gentium Plus" w:hAnsi="Gentium Plus"/>
          <w:sz w:val="24"/>
        </w:rPr>
        <w:t>αὐτοῦ φθεὶρ ἢ ῥίζα ἢ ὑπόζωμα, τὸ δὲ τελευταῖον πτερύγιον, τὸ δὲ λοιπὸν αὐχήν. ἵνα δὲ κατακλίνεται ὁ κυβερνήτης, ἄγκλιμα καλεῖται. τὸ μέσον δὲ τῆς πρύμνης σανίδιον, οὗ τὸ ἐντὸς ἐνθέμιον, τὸ δ’ ἀπηρτημένον αὐτῷ ἐπισείων. τὰ δὲ ἄκρα τῆς πρύμνης ἄφλαστα κα‐</w:t>
      </w:r>
    </w:p>
    <w:p>
      <w:r>
        <w:rPr>
          <w:rFonts w:ascii="Courier New" w:hAnsi="Courier New"/>
          <w:color w:val="555555"/>
          <w:sz w:val="20"/>
        </w:rPr>
        <w:t>[5]</w:t>
      </w:r>
    </w:p>
    <w:p>
      <w:r>
        <w:rPr>
          <w:rFonts w:ascii="Gentium Plus" w:hAnsi="Gentium Plus"/>
          <w:sz w:val="24"/>
        </w:rPr>
        <w:t>λεῖται, ὧν ἐντὸς ξύλον ὀρθὸν πέπηγεν, ὃ καλοῦσι στυλίδα· οὗ τὸ ἐκ μέσου κρεμάμενον ῥάκος ταινία ὀνομάζεται. τῆς δὲ κώπης τὸ μὲν οὗ λαμβάνονται οἱ ναῦται, ἐγχειρίδιον, τὸ δὲ μέσον οὐρίαχος, τὸ δὲ</w:t>
      </w:r>
    </w:p>
    <w:p>
      <w:r>
        <w:rPr>
          <w:rFonts w:ascii="Courier New" w:hAnsi="Courier New"/>
          <w:color w:val="555555"/>
          <w:sz w:val="20"/>
        </w:rPr>
        <w:t>[1 . 91]</w:t>
      </w:r>
    </w:p>
    <w:p>
      <w:r>
        <w:rPr>
          <w:rFonts w:ascii="Gentium Plus" w:hAnsi="Gentium Plus"/>
          <w:sz w:val="24"/>
        </w:rPr>
        <w:t>τελευταῖον πτερὰ καὶ ταρσοὶ κωπῶν. καὶ τὸ μὲν ὑποδεχόμενον τὸν</w:t>
      </w:r>
    </w:p>
    <w:p>
      <w:r>
        <w:rPr>
          <w:rFonts w:ascii="Courier New" w:hAnsi="Courier New"/>
          <w:color w:val="555555"/>
          <w:sz w:val="20"/>
        </w:rPr>
        <w:t>[5]</w:t>
      </w:r>
    </w:p>
    <w:p>
      <w:r>
        <w:rPr>
          <w:rFonts w:ascii="Gentium Plus" w:hAnsi="Gentium Plus"/>
          <w:sz w:val="24"/>
        </w:rPr>
        <w:t>ἀπαρτῶσι. καὶ ὁ μὲν μέγας καὶ γνήσιος ἱστὸς ἀκάτειος, ὁ δὲ κατόπιν ἐπίδρομος, ὁ δὲ ἐλάττων δόλων. καλεῖται δέ τι καὶ λόγγασος. τῆς δὲ κεραίας τὸ μέσον τὸ κατὰ τὸν ἱστὸν ἄμβολα καὶ ξύμβολα, τὰ</w:t>
      </w:r>
    </w:p>
    <w:p>
      <w:r>
        <w:rPr>
          <w:rFonts w:ascii="Courier New" w:hAnsi="Courier New"/>
          <w:color w:val="555555"/>
          <w:sz w:val="20"/>
        </w:rPr>
        <w:t>[1 . 92]</w:t>
      </w:r>
    </w:p>
    <w:p>
      <w:r>
        <w:rPr>
          <w:rFonts w:ascii="Gentium Plus" w:hAnsi="Gentium Plus"/>
          <w:sz w:val="24"/>
        </w:rPr>
        <w:t>δὲ ἑκατέρωθεν συνέχοντα ἀγκύλαι, τὰ δὲ τελευταῖα ἀκροκέραια. ἐὰν δ’ ᾖ κατάφρακτον τὸ πλοῖον, ἐπιναυπηγοῦνται πυργοῦχοι, καὶ ἐπ’ αὐτῶν πυργία δύο, δεξιὸν καὶ εὐώνυμον, ὧν μέσον τὸ κατάστρωμα. τὰ δὲ ξύλα ἐφ’ ὧν αἱ σανίδες ἐπίκεινται, κανόνια καὶ σταμίνες. τὸ</w:t>
      </w:r>
    </w:p>
    <w:p>
      <w:r>
        <w:rPr>
          <w:rFonts w:ascii="Courier New" w:hAnsi="Courier New"/>
          <w:color w:val="555555"/>
          <w:sz w:val="20"/>
        </w:rPr>
        <w:t>[5]</w:t>
      </w:r>
    </w:p>
    <w:p>
      <w:r>
        <w:rPr>
          <w:rFonts w:ascii="Gentium Plus" w:hAnsi="Gentium Plus"/>
          <w:sz w:val="24"/>
        </w:rPr>
        <w:t>δὲ συνέχον ἄνωθεν ἑκατέρους τοὺς τοίχους περιτόναιον καλεῖται. εἴποις δ’ ἂν κοίλη ναῦς, κοῖλον σκάφος, ἔδαφος νεώς, τὰ κάτωθεν τῆς νεώς. καὶ τὸν τόπον δὲ τὸν πρὸς ταῖς κώπαις κωπητῆρα κα‐</w:t>
      </w:r>
    </w:p>
    <w:p>
      <w:r>
        <w:rPr>
          <w:rFonts w:ascii="Courier New" w:hAnsi="Courier New"/>
          <w:color w:val="555555"/>
          <w:sz w:val="20"/>
        </w:rPr>
        <w:t>[10]</w:t>
      </w:r>
    </w:p>
    <w:p>
      <w:r>
        <w:rPr>
          <w:rFonts w:ascii="Gentium Plus" w:hAnsi="Gentium Plus"/>
          <w:sz w:val="24"/>
        </w:rPr>
        <w:t>καλεῖται.</w:t>
      </w:r>
    </w:p>
    <w:p>
      <w:r>
        <w:rPr>
          <w:rFonts w:ascii="Courier New" w:hAnsi="Courier New"/>
          <w:color w:val="555555"/>
          <w:sz w:val="20"/>
        </w:rPr>
        <w:t>[1 . 93]</w:t>
      </w:r>
    </w:p>
    <w:p>
      <w:r>
        <w:rPr>
          <w:rFonts w:ascii="Gentium Plus" w:hAnsi="Gentium Plus"/>
          <w:sz w:val="24"/>
        </w:rPr>
        <w:t>ἔστι δὲ ἐν τῇ νηὶ ἱστός, ἱστοδόκη, κεραία, σχοινία, κάλοι, πρότονοι, καλῴδια, πείσματα, ἀπόγυα, ἐπίγυα, πρυμνήσια· ἐγχωρεῖ γὰρ τῷ ὀνόματι χρῆσθαι, κἂν ᾖ ποιητικόν. ἄγκυραι ἀμφίβολοι, ἀμφίστομοι, ἑτερόστομοι· καὶ ἄγκυρα ἱερά, ᾗ χωρὶς ἀνάγκης οὐ χρῶνται.</w:t>
      </w:r>
    </w:p>
    <w:p>
      <w:r>
        <w:rPr>
          <w:rFonts w:ascii="Courier New" w:hAnsi="Courier New"/>
          <w:color w:val="555555"/>
          <w:sz w:val="20"/>
        </w:rPr>
        <w:t>[5]</w:t>
      </w:r>
    </w:p>
    <w:p>
      <w:r>
        <w:rPr>
          <w:rFonts w:ascii="Gentium Plus" w:hAnsi="Gentium Plus"/>
          <w:sz w:val="24"/>
        </w:rPr>
        <w:t>ἀποβάθρα καὶ διαβάθρα, ἣν σκάλαν καλοῦσιν. οἱ δὲ στίχοι τῶν κωπῶν</w:t>
      </w:r>
    </w:p>
    <w:p>
      <w:r>
        <w:rPr>
          <w:rFonts w:ascii="Courier New" w:hAnsi="Courier New"/>
          <w:color w:val="555555"/>
          <w:sz w:val="20"/>
        </w:rPr>
        <w:t>[1 . 94]</w:t>
      </w:r>
    </w:p>
    <w:p>
      <w:r>
        <w:rPr>
          <w:rFonts w:ascii="Gentium Plus" w:hAnsi="Gentium Plus"/>
          <w:sz w:val="24"/>
        </w:rPr>
        <w:t>ταρσώματα καλοῦνται. δέρρεις, διφθέραι. ἔστι δέ τις καὶ μηχανὴ καὶ τροχὸς καὶ τροχιλία, καὶ δι’ ὧν οἱ κάλοι διείρονται, κρίκοι· τὸ γὰρ κίρκοι ποιητικόν (Hom Ω 272, Sophocl frg 683), ἴδιον δὲ τὸ κύκλοι. εἶτα θρανεῖα, ὑπηρέσιον, ἕρματα, καὶ ἡρματισμέμη ναῦς</w:t>
      </w:r>
    </w:p>
    <w:p>
      <w:r>
        <w:rPr>
          <w:rFonts w:ascii="Courier New" w:hAnsi="Courier New"/>
          <w:color w:val="555555"/>
          <w:sz w:val="20"/>
        </w:rPr>
        <w:t>[5]</w:t>
      </w:r>
    </w:p>
    <w:p>
      <w:r>
        <w:rPr>
          <w:rFonts w:ascii="Gentium Plus" w:hAnsi="Gentium Plus"/>
          <w:sz w:val="24"/>
        </w:rPr>
        <w:t>καὶ ἀνερμάτιστος, κοντός, κάδος, ἀντλία, ἱμονιά. τὰ δὲ σύμπαντα</w:t>
      </w:r>
    </w:p>
    <w:p>
      <w:r>
        <w:rPr>
          <w:rFonts w:ascii="Courier New" w:hAnsi="Courier New"/>
          <w:color w:val="555555"/>
          <w:sz w:val="20"/>
        </w:rPr>
        <w:t>[1 . 95]</w:t>
      </w:r>
    </w:p>
    <w:p>
      <w:r>
        <w:rPr>
          <w:rFonts w:ascii="Gentium Plus" w:hAnsi="Gentium Plus"/>
          <w:sz w:val="24"/>
        </w:rPr>
        <w:t>οἱ δ’ ἐμπλέοντες κυβερνήτης, πρωράτης, ναύτης, ἐρέτης, τριηρί‐ της, πρόσκωπος, ἐπίκωπος, αὐτερέτης· οὕτω γὰρ Θουκυδίδης (I 10, III 18, VI 91) ὠνόμασε τοὺς καὶ ἐρέττοντας καὶ ἀπομαχομένους. περίνεως· οὕτω δ’ ἐκάλεσε (I 10) τοὺς ἄλλους ἐπιβάτας. τούτους</w:t>
      </w:r>
    </w:p>
    <w:p>
      <w:r>
        <w:rPr>
          <w:rFonts w:ascii="Courier New" w:hAnsi="Courier New"/>
          <w:color w:val="555555"/>
          <w:sz w:val="20"/>
        </w:rPr>
        <w:t>[5]</w:t>
      </w:r>
    </w:p>
    <w:p>
      <w:r>
        <w:rPr>
          <w:rFonts w:ascii="Gentium Plus" w:hAnsi="Gentium Plus"/>
          <w:sz w:val="24"/>
        </w:rPr>
        <w:t>δ’ ἂν καὶ πλωτῆρας καλοῖεν· τὸ γὰρ ναυβάτας ὀνομάζειν τραγικώ‐ τερον, βέλτιον δὲ τὸ ἐπιβεβηκότας καὶ ἐμπλέοντας. μάλιστα δ’ ἐπι‐ βάτας. ὁ δὲ τοίχαρχος ὀνομαζόμενος λόγῳ ἂν λέγοιτο τοίχων</w:t>
      </w:r>
    </w:p>
    <w:p>
      <w:r>
        <w:rPr>
          <w:rFonts w:ascii="Courier New" w:hAnsi="Courier New"/>
          <w:color w:val="555555"/>
          <w:sz w:val="20"/>
        </w:rPr>
        <w:t>[1 . 96]</w:t>
      </w:r>
    </w:p>
    <w:p>
      <w:r>
        <w:rPr>
          <w:rFonts w:ascii="Gentium Plus" w:hAnsi="Gentium Plus"/>
          <w:sz w:val="24"/>
        </w:rPr>
        <w:t>ἄρχων. ὁ δὲ παρὰ τῇ ἐσχάρᾳ ἐσχαρεύς. εἴη δ’ ἂν τῶν ἐμπλεόντων καὶ ἔμπορος. ἄλλης δὲ χρείας τριήραρχος, πεντηκόνταρχος, ναύαρχος, ἐπιστολεύς· οὕτω γὰρ ἐκαλεῖτο ὁ ἐπὶ τοῦ στόλου διάδοχος τοῦ ναυάρ‐ χου. ὁ δὲ στόλος καλοῖτ’ ἂν καὶ ἀπόστολος. προσθετέον δὲ τούτοις</w:t>
      </w:r>
    </w:p>
    <w:p>
      <w:r>
        <w:rPr>
          <w:rFonts w:ascii="Courier New" w:hAnsi="Courier New"/>
          <w:color w:val="555555"/>
          <w:sz w:val="20"/>
        </w:rPr>
        <w:t>[5]</w:t>
      </w:r>
    </w:p>
    <w:p>
      <w:r>
        <w:rPr>
          <w:rFonts w:ascii="Gentium Plus" w:hAnsi="Gentium Plus"/>
          <w:sz w:val="24"/>
        </w:rPr>
        <w:t>καὶ τριηραύλην καὶ κελευστήν. καὶ πάλιν ἑτέρας χρείας ἁλιεύς, ἰχθυουλκός, ἀσπαλιευτής, ἀσπαλιεύς, πυριευτής, τριοδοντίᾳ χρώμενος, δικτυεύς, δικτυουλκός,</w:t>
      </w:r>
    </w:p>
    <w:p>
      <w:r>
        <w:rPr>
          <w:rFonts w:ascii="Courier New" w:hAnsi="Courier New"/>
          <w:color w:val="555555"/>
          <w:sz w:val="20"/>
        </w:rPr>
        <w:t>[1 . 97]</w:t>
      </w:r>
    </w:p>
    <w:p>
      <w:r>
        <w:rPr>
          <w:rFonts w:ascii="Gentium Plus" w:hAnsi="Gentium Plus"/>
          <w:sz w:val="24"/>
        </w:rPr>
        <w:t>πορφυρεύς, πορφυρευτής, σπογγοθήρας. τὰ δὲ ἐργαλεῖα αὐτῶν κά‐ λαμοι, ῥάβδοι, λίνον, τρίχες ἵππειοι, ἄγκιστρα, ἀκιδωτά, ἀγκυλώ‐ ματα, δίκτυα, ἀμφίβληστρα, πόρκοι, κύρτοι, γρῖφοι, πάναγρον λίνον, φελλοί, μολύβδαιναι. ἰχθυοθηρική, ἁλιευτική, ὑγροθηρική, ἀγ‐</w:t>
      </w:r>
    </w:p>
    <w:p>
      <w:r>
        <w:rPr>
          <w:rFonts w:ascii="Courier New" w:hAnsi="Courier New"/>
          <w:color w:val="555555"/>
          <w:sz w:val="20"/>
        </w:rPr>
        <w:t>[5]</w:t>
      </w:r>
    </w:p>
    <w:p>
      <w:r>
        <w:rPr>
          <w:rFonts w:ascii="Gentium Plus" w:hAnsi="Gentium Plus"/>
          <w:sz w:val="24"/>
        </w:rPr>
        <w:t>κιστρευτική, ἑρκοθηρευτική, πυριευτική.</w:t>
      </w:r>
    </w:p>
    <w:p>
      <w:r>
        <w:rPr>
          <w:rFonts w:ascii="Courier New" w:hAnsi="Courier New"/>
          <w:color w:val="555555"/>
          <w:sz w:val="20"/>
        </w:rPr>
        <w:t>[1 . 98]</w:t>
      </w:r>
    </w:p>
    <w:p>
      <w:r>
        <w:rPr>
          <w:rFonts w:ascii="Gentium Plus" w:hAnsi="Gentium Plus"/>
          <w:sz w:val="24"/>
        </w:rPr>
        <w:t>ἐπινηχόμενος ὑπονηχόμενος. τὸ δὲ ἔργον πλεῖν, ἐμπλεῖν, ἐκπλεῖν· καὶ ἔκπλους, ἀπόπλους, κατάπλους. ναυτίλλεσθαι, ἐρέττειν, κώπαις ἐλαύνειν, τριηριτεύειν, κωπηλατεῖν. κυβερνᾶν δὲ οἰακίζειν τὸ σκάφος καὶ κατευθύνειν, καλείσθω δὲ ὁ κυβερνήτης ὁ ἐπὶ τῶν οἰάκων καθή‐</w:t>
      </w:r>
    </w:p>
    <w:p>
      <w:r>
        <w:rPr>
          <w:rFonts w:ascii="Courier New" w:hAnsi="Courier New"/>
          <w:color w:val="555555"/>
          <w:sz w:val="20"/>
        </w:rPr>
        <w:t>[5]</w:t>
      </w:r>
    </w:p>
    <w:p>
      <w:r>
        <w:rPr>
          <w:rFonts w:ascii="Gentium Plus" w:hAnsi="Gentium Plus"/>
          <w:sz w:val="24"/>
        </w:rPr>
        <w:t>μενος, ὁ τῆς νεὼς ἡγεμών, ὁ τῶν ναυτῶν ἄρχων, ὁ ἐπὶ τοῖς οἴαξιν ἑστώς, καὶ κατ’ Ἀντιφῶντα (frg 176 Bl) ὁ ποδοχῶν, ἢ μᾶλλον κατ’ ἐμὲ ὁ ποδηγῶν· κέκληται δὲ ὑπὸ ποιητῶν καὶ ἡνίοχος τῆς νεώς. καὶ τῆς νεὼς ὑποκυβερνᾶν, προκυβερνᾶν ἐπὶ τοῦ πρω‐ ράτου. καλοῦνται δέ τινες καὶ ναυτιλίαι βραχεῖαι καὶ ναυτιλίαι</w:t>
      </w:r>
    </w:p>
    <w:p>
      <w:r>
        <w:rPr>
          <w:rFonts w:ascii="Courier New" w:hAnsi="Courier New"/>
          <w:color w:val="555555"/>
          <w:sz w:val="20"/>
        </w:rPr>
        <w:t>[10]</w:t>
      </w:r>
    </w:p>
    <w:p>
      <w:r>
        <w:rPr>
          <w:rFonts w:ascii="Gentium Plus" w:hAnsi="Gentium Plus"/>
          <w:sz w:val="24"/>
        </w:rPr>
        <w:t>μακραί.</w:t>
      </w:r>
    </w:p>
    <w:p>
      <w:r>
        <w:rPr>
          <w:rFonts w:ascii="Courier New" w:hAnsi="Courier New"/>
          <w:color w:val="555555"/>
          <w:sz w:val="20"/>
        </w:rPr>
        <w:t>[1 . 99]</w:t>
      </w:r>
    </w:p>
    <w:p>
      <w:r>
        <w:rPr>
          <w:rFonts w:ascii="Gentium Plus" w:hAnsi="Gentium Plus"/>
          <w:sz w:val="24"/>
        </w:rPr>
        <w:t>τὰ δὲ ἐντιθέμενα ταῖς ναυσὶ φόρτος, φορτία, ἀγώγιμα, ῥῶπος, γόμος, παρενθῆκαι. ἀφ’ ὧν ῥήματα ἐπιφορτίσασθαι καὶ γεμίσασθαι καὶ ἐνθέσθαι. λέγοιτο δ’ ἂν καὶ πληρώσασθαι καὶ προσ‐ αναθέσθαι ἐπὶ τοῦ καταστρώματος, ἐμβαλέσθαι καὶ ἐσβαλέσθαι. ἐκ‐</w:t>
      </w:r>
    </w:p>
    <w:p>
      <w:r>
        <w:rPr>
          <w:rFonts w:ascii="Courier New" w:hAnsi="Courier New"/>
          <w:color w:val="555555"/>
          <w:sz w:val="20"/>
        </w:rPr>
        <w:t>[5]</w:t>
      </w:r>
    </w:p>
    <w:p>
      <w:r>
        <w:rPr>
          <w:rFonts w:ascii="Gentium Plus" w:hAnsi="Gentium Plus"/>
          <w:sz w:val="24"/>
        </w:rPr>
        <w:t>θέσθαι, ἀποφορτίσασθαι, κουφίσαι τὴν ναῦν, ἐπελαφρῦναι, ἐκβολὴν ποιήσασθαι τῶν φορτίων. χωρία ἐπιθαλαττίδια, οἷς ἔστι προσσχεῖν, ἀκτή, ᾐών, αἰγιαλός,</w:t>
      </w:r>
    </w:p>
    <w:p>
      <w:r>
        <w:rPr>
          <w:rFonts w:ascii="Courier New" w:hAnsi="Courier New"/>
          <w:color w:val="555555"/>
          <w:sz w:val="20"/>
        </w:rPr>
        <w:t>[1 . 100]</w:t>
      </w:r>
    </w:p>
    <w:p>
      <w:r>
        <w:rPr>
          <w:rFonts w:ascii="Gentium Plus" w:hAnsi="Gentium Plus"/>
          <w:sz w:val="24"/>
        </w:rPr>
        <w:t>χηλὴ ὕφορμος, ὅρμος, λιμήν. λιμένος ἢ καταγωγῆς ἔπαινος</w:t>
      </w:r>
    </w:p>
    <w:p>
      <w:r>
        <w:rPr>
          <w:rFonts w:ascii="Courier New" w:hAnsi="Courier New"/>
          <w:color w:val="555555"/>
          <w:sz w:val="20"/>
        </w:rPr>
        <w:t>[5]</w:t>
      </w:r>
    </w:p>
    <w:p>
      <w:r>
        <w:rPr>
          <w:rFonts w:ascii="Gentium Plus" w:hAnsi="Gentium Plus"/>
          <w:sz w:val="24"/>
        </w:rPr>
        <w:t>οὐκ ἂν δεηθείης πείσματος ἐν αὐτῷ. βαθεῖς ὅρμοι, ἥσυχοι, ἀπόρρυ‐</w:t>
      </w:r>
    </w:p>
    <w:p>
      <w:r>
        <w:rPr>
          <w:rFonts w:ascii="Courier New" w:hAnsi="Courier New"/>
          <w:color w:val="555555"/>
          <w:sz w:val="20"/>
        </w:rPr>
        <w:t>[1 . 101]</w:t>
      </w:r>
    </w:p>
    <w:p>
      <w:r>
        <w:rPr>
          <w:rFonts w:ascii="Gentium Plus" w:hAnsi="Gentium Plus"/>
          <w:sz w:val="24"/>
        </w:rPr>
        <w:t>τοι, νήνεμοι, ναύλοχοι. τὸ δὲ ἔργον ναυλοχεῖν. καὶ στόμα λιμένος, καὶ εὔστομος λιμὴν καὶ εὐεπίμικτος. ψόγος δὲ δύσορμος, δυσ‐ προσόρμιστος, δυσπρόσμικτος, χειμέριος, ἀλίμενος—Ὑπερείδης (frg 159 Bl) δὲ καὶ ὄνομα ἐποίησε, τῶν τόπων τὴν ἀλιμενίαν—τραχύς,</w:t>
      </w:r>
    </w:p>
    <w:p>
      <w:r>
        <w:rPr>
          <w:rFonts w:ascii="Courier New" w:hAnsi="Courier New"/>
          <w:color w:val="555555"/>
          <w:sz w:val="20"/>
        </w:rPr>
        <w:t>[5]</w:t>
      </w:r>
    </w:p>
    <w:p>
      <w:r>
        <w:rPr>
          <w:rFonts w:ascii="Gentium Plus" w:hAnsi="Gentium Plus"/>
          <w:sz w:val="24"/>
        </w:rPr>
        <w:t>κατήνεμος, κυματίας, πολυκύμων, ἀβαθής, πονηρὸν ἔχων τὸ στόμα, καὶ πονηρὸν ἔχων τὸν εἴσπλουν. τὰ δὲ πράγματα καταγαγέσθαι, κατᾶραι, καταπλεῦσαι, εἰσπλεῦσαι, προσσχεῖν, προσβαλεῖν, εἰσορμίσασθαι,</w:t>
      </w:r>
    </w:p>
    <w:p>
      <w:r>
        <w:rPr>
          <w:rFonts w:ascii="Courier New" w:hAnsi="Courier New"/>
          <w:color w:val="555555"/>
          <w:sz w:val="20"/>
        </w:rPr>
        <w:t>[1 . 102]</w:t>
      </w:r>
    </w:p>
    <w:p>
      <w:r>
        <w:rPr>
          <w:rFonts w:ascii="Gentium Plus" w:hAnsi="Gentium Plus"/>
          <w:sz w:val="24"/>
        </w:rPr>
        <w:t>ἐνορμίσασθαι, ἐγκαθορμίσασθαι, προσμῖξαι τῇ ἠπείρῳ, κατακολπί‐ σασθαι. καὶ τὰ ὀνόματα καταίρουσι μὲν καταγωγή, κατάπλους, κάταρσις, ἀναγομένοις δὲ ἀναγωγή, ἔκπλους, ἄπαρσις. ἀναγα‐ γέσθαι, ἐκπλεῦσαι, ἀπᾶραι, ἐξορμίσασθαι. ἔστι δέ τις καὶ χηλὴ</w:t>
      </w:r>
    </w:p>
    <w:p>
      <w:r>
        <w:rPr>
          <w:rFonts w:ascii="Courier New" w:hAnsi="Courier New"/>
          <w:color w:val="555555"/>
          <w:sz w:val="20"/>
        </w:rPr>
        <w:t>[5]</w:t>
      </w:r>
    </w:p>
    <w:p>
      <w:r>
        <w:rPr>
          <w:rFonts w:ascii="Gentium Plus" w:hAnsi="Gentium Plus"/>
          <w:sz w:val="24"/>
        </w:rPr>
        <w:t>λιμένος καὶ στόμα καὶ μυχός.</w:t>
      </w:r>
    </w:p>
    <w:p>
      <w:r>
        <w:rPr>
          <w:rFonts w:ascii="Courier New" w:hAnsi="Courier New"/>
          <w:color w:val="555555"/>
          <w:sz w:val="20"/>
        </w:rPr>
        <w:t>[1 . 103]</w:t>
      </w:r>
    </w:p>
    <w:p>
      <w:r>
        <w:rPr>
          <w:rFonts w:ascii="Gentium Plus" w:hAnsi="Gentium Plus"/>
          <w:sz w:val="24"/>
        </w:rPr>
        <w:t>περὶ τοῦ ἔξω πλοῦ· εἰρεσίᾳ πλεῖν, ἀνέμῳ πλεῖν· εἴρηται δὲ καὶ ἱστιοκώπῃ, ἀλλὰ βέλτιον εἰρεσίᾳ καὶ πνεύματι. ἀφεῖναι εἰς τὸ πέλαγος, μετεώρῳ εἰρεσίᾳ, πελάγιοι ἐπλέομεν, μετέωροι ἐπλέομεν. ἐπ’ ἀγκυρῶν ὡρμισάμεθα, μετέωροι ὡρμισάμεθα, ἀπεσαλεύομεν.</w:t>
      </w:r>
    </w:p>
    <w:p>
      <w:r>
        <w:rPr>
          <w:rFonts w:ascii="Courier New" w:hAnsi="Courier New"/>
          <w:color w:val="555555"/>
          <w:sz w:val="20"/>
        </w:rPr>
        <w:t>[5]</w:t>
      </w:r>
    </w:p>
    <w:p>
      <w:r>
        <w:rPr>
          <w:rFonts w:ascii="Gentium Plus" w:hAnsi="Gentium Plus"/>
          <w:sz w:val="24"/>
        </w:rPr>
        <w:t>αἴροντες ἀπὸ τῆς γῆς, πάντα ἀνασείσαντες τὰ ἱστία, πάντα ἀναπετάσαντες τὰ ἱστία, πᾶσαν ἐκπετάσαντες τὴν ὀθόνην, πάντα</w:t>
      </w:r>
    </w:p>
    <w:p>
      <w:r>
        <w:rPr>
          <w:rFonts w:ascii="Courier New" w:hAnsi="Courier New"/>
          <w:color w:val="555555"/>
          <w:sz w:val="20"/>
        </w:rPr>
        <w:t>[1 . 104]</w:t>
      </w:r>
    </w:p>
    <w:p>
      <w:r>
        <w:rPr>
          <w:rFonts w:ascii="Gentium Plus" w:hAnsi="Gentium Plus"/>
          <w:sz w:val="24"/>
        </w:rPr>
        <w:t>ἐκδήσασθαι τὰ πείσματα. τὸ δὲ ἐναντίον ἀνελέσθαι τὰς ἀγκύρας, ἀνασπάσαι, ἀνελκύσασθαι, λῦσαι τὰ ἀπόγυα, ἀνελκύσαι τὴν ναῦν, νεωλκῆ‐ σαι, στήσασθαι ἐπὶ τοῦ αἰγιαλοῦ, ἐπὶ τοῦ ναυστάθμου, ἐν τοῖς νεω‐ ρίοις, ἐν τοῖς νεωσοίκοις. ἄλλης δὲ χρείας ὤκειλεν ἡ ναῦς,</w:t>
      </w:r>
    </w:p>
    <w:p>
      <w:r>
        <w:rPr>
          <w:rFonts w:ascii="Courier New" w:hAnsi="Courier New"/>
          <w:color w:val="555555"/>
          <w:sz w:val="20"/>
        </w:rPr>
        <w:t>[5]</w:t>
      </w:r>
    </w:p>
    <w:p>
      <w:r>
        <w:rPr>
          <w:rFonts w:ascii="Gentium Plus" w:hAnsi="Gentium Plus"/>
          <w:sz w:val="24"/>
        </w:rPr>
        <w:t>προσώκειλεν, ἐξώκειλεν.</w:t>
      </w:r>
    </w:p>
    <w:p>
      <w:r>
        <w:rPr>
          <w:rFonts w:ascii="Courier New" w:hAnsi="Courier New"/>
          <w:color w:val="555555"/>
          <w:sz w:val="20"/>
        </w:rPr>
        <w:t>[1 . 105]</w:t>
      </w:r>
    </w:p>
    <w:p>
      <w:r>
        <w:rPr>
          <w:rFonts w:ascii="Gentium Plus" w:hAnsi="Gentium Plus"/>
          <w:sz w:val="24"/>
        </w:rPr>
        <w:t>πλοῦς εὔδιος, ἡδύς, ἀσφαλής, ἀκίνδυνος, ἄλυπος, ὡραῖος. αὔρας ἐπιπνεούσης, αὔρας λεπτῆς, πραείας, ἡδείας, λιγυρᾶς, ζεφυρίας, ζεφύρων, ἀνέμου δεξιοῦ γενομένου, ἐπιγενομένου, ἐπιπνέοντος, προσ‐ πνέοντος, προπέμποντος, παραπέμποντος, συμπροπέμποντος, ἀνέ‐</w:t>
      </w:r>
    </w:p>
    <w:p>
      <w:r>
        <w:rPr>
          <w:rFonts w:ascii="Courier New" w:hAnsi="Courier New"/>
          <w:color w:val="555555"/>
          <w:sz w:val="20"/>
        </w:rPr>
        <w:t>[5]</w:t>
      </w:r>
    </w:p>
    <w:p>
      <w:r>
        <w:rPr>
          <w:rFonts w:ascii="Gentium Plus" w:hAnsi="Gentium Plus"/>
          <w:sz w:val="24"/>
        </w:rPr>
        <w:t>μου ἐπικαίρου, φοροῦ, ἐπιφόρου, φιλίου. δι’ ἀκριβοῦς αἰθρίας, δι’ ἀνεφέλου τοῦ ἀέρος, καταβαίνοντος ἐκ γῆς τοῦ πνεύματος, κατιόντος</w:t>
      </w:r>
    </w:p>
    <w:p>
      <w:r>
        <w:rPr>
          <w:rFonts w:ascii="Courier New" w:hAnsi="Courier New"/>
          <w:color w:val="555555"/>
          <w:sz w:val="20"/>
        </w:rPr>
        <w:t>[1 . 106]</w:t>
      </w:r>
    </w:p>
    <w:p>
      <w:r>
        <w:rPr>
          <w:rFonts w:ascii="Gentium Plus" w:hAnsi="Gentium Plus"/>
          <w:sz w:val="24"/>
        </w:rPr>
        <w:t>τοῦ ἀνέμου, ἐκ πρύμνης ἐπιπνέοντος, κατὰ πρύμναν τοῦ πνεύματος ἑστηκότος, κατὰ τῶν οἰάκων πνέοντος. πλήρει τῷ ἱστίῳ, ὑπόπλεῳ τῇ ὀθόνῃ, ἀνέμῳ κεκριμένῳ. ἐπλέομεν δι’ εὐδίας, διὰ γαλήνης, ἐν θαλάττῃ σταθερᾷ, σταδιαίᾳ, στασίμῳ, λείᾳ θαλάττῃ, ἀκύμονι, ἀπρά‐</w:t>
      </w:r>
    </w:p>
    <w:p>
      <w:r>
        <w:rPr>
          <w:rFonts w:ascii="Courier New" w:hAnsi="Courier New"/>
          <w:color w:val="555555"/>
          <w:sz w:val="20"/>
        </w:rPr>
        <w:t>[5]</w:t>
      </w:r>
    </w:p>
    <w:p>
      <w:r>
        <w:rPr>
          <w:rFonts w:ascii="Gentium Plus" w:hAnsi="Gentium Plus"/>
          <w:sz w:val="24"/>
        </w:rPr>
        <w:t>γμονι, νηνεμίας οὔσης, πεσόντος τοῦ πνεύματος, εὐαερίας οὔσης, εὐημερίας οὔσης, ταχυπλοίας, ἐπιφριττούσης ἠρέμα τῆς θαλάττης</w:t>
      </w:r>
    </w:p>
    <w:p>
      <w:r>
        <w:rPr>
          <w:rFonts w:ascii="Courier New" w:hAnsi="Courier New"/>
          <w:color w:val="555555"/>
          <w:sz w:val="20"/>
        </w:rPr>
        <w:t>[1 . 107]</w:t>
      </w:r>
    </w:p>
    <w:p>
      <w:r>
        <w:rPr>
          <w:rFonts w:ascii="Gentium Plus" w:hAnsi="Gentium Plus"/>
          <w:sz w:val="24"/>
        </w:rPr>
        <w:t>αὔρᾳ γλυκείᾳ, ἐν Ἁλκυονίσιν ἡμέραις. καὶ ἐκ τῶν ἐναντίων ἔστιν ἑρμηνεῦσαι οὐ τοιᾶσδε οὔσης τῆς θαλάττης, ἐπλέομεν ὡς διὰ ποτα‐ μοῦ, τὴν ἐπιπολὴν τοῦ κύματος διέφριττε τὸ πέλαγος. ἐπλέομεν πάντα</w:t>
      </w:r>
    </w:p>
    <w:p>
      <w:r>
        <w:rPr>
          <w:rFonts w:ascii="Courier New" w:hAnsi="Courier New"/>
          <w:color w:val="555555"/>
          <w:sz w:val="20"/>
        </w:rPr>
        <w:t>[5]</w:t>
      </w:r>
    </w:p>
    <w:p>
      <w:r>
        <w:rPr>
          <w:rFonts w:ascii="Gentium Plus" w:hAnsi="Gentium Plus"/>
          <w:sz w:val="24"/>
        </w:rPr>
        <w:t>ὀθόνην καθέντες, γέμοντι τῷ ἱστίῳ, κοίλῳ τῷ ἱστίῳ, ἐφέντες τὰ ἱστία τῷ πνεύματι, οὐδὲν ὑποστειλάμενοι. ἐξ οὐρίας ἐπλέομεν, πάντα λύσαντες τὰ ἱστία, εἰς ἥμισυ στειλάμενοι τὰ ἱστία, καθ’ ἥμισυ ἀναστεί‐ λαντες, καθ’ ἥμισυ ἀνέντες, ὑφέντες τι τῆς κεραίας, καθέντες βραχὺ τῆς κεραίας.</w:t>
      </w:r>
    </w:p>
    <w:p>
      <w:r>
        <w:rPr>
          <w:rFonts w:ascii="Courier New" w:hAnsi="Courier New"/>
          <w:color w:val="555555"/>
          <w:sz w:val="20"/>
        </w:rPr>
        <w:t>[1 . 108]</w:t>
      </w:r>
    </w:p>
    <w:p>
      <w:r>
        <w:rPr>
          <w:rFonts w:ascii="Gentium Plus" w:hAnsi="Gentium Plus"/>
          <w:sz w:val="24"/>
        </w:rPr>
        <w:t>τὸ δὲ εὐδίαν εἶναι καὶ ὧδε σημανεῖς. ἰχθύων θήρα ἦν, ἰχθύων εὐαγρία, εὐθηρία, ἀσπαλιευταὶ εἰργάζοντο, κολυμβηταὶ ἐπικατεδύοντο, ἐπετόλμων τῇ θαλάττῃ, ἁλιέων ἦν εὐπραγία. τὰ δὲ ἐναντία χει‐ μών, κλύδων, κλυδώνιον, ζάλη, τρικυμία, θάλαττα τραχεῖα, κοίλη</w:t>
      </w:r>
    </w:p>
    <w:p>
      <w:r>
        <w:rPr>
          <w:rFonts w:ascii="Courier New" w:hAnsi="Courier New"/>
          <w:color w:val="555555"/>
          <w:sz w:val="20"/>
        </w:rPr>
        <w:t>[1 . 109]</w:t>
      </w:r>
    </w:p>
    <w:p>
      <w:r>
        <w:rPr>
          <w:rFonts w:ascii="Gentium Plus" w:hAnsi="Gentium Plus"/>
          <w:sz w:val="24"/>
        </w:rPr>
        <w:t>θάλαττα καὶ κοιλαινομένη καὶ τραχυνομένη. καὶ ὁ πόρος ἐτραχύ‐ νετο, κυματίας ἦν, ἐκύμαινεν, ἐκυματοῦτο. καὶ κύματα μετέρρει, μετέπιπτεν, ἐνέπιπτεν, ἠγρίαινε. φρικώδης ἦν ἡ θάλαττα, ταραχώδης. ἐπανιστάμενον τὸ κῦμα, ἀνθιστάμενον, ἀνιστάμενον. σάλος αἰρόμενος.</w:t>
      </w:r>
    </w:p>
    <w:p>
      <w:r>
        <w:rPr>
          <w:rFonts w:ascii="Courier New" w:hAnsi="Courier New"/>
          <w:color w:val="555555"/>
          <w:sz w:val="20"/>
        </w:rPr>
        <w:t>[5]</w:t>
      </w:r>
    </w:p>
    <w:p>
      <w:r>
        <w:rPr>
          <w:rFonts w:ascii="Gentium Plus" w:hAnsi="Gentium Plus"/>
          <w:sz w:val="24"/>
        </w:rPr>
        <w:t>κῦμα ἱστάμενον, ἐγειρόμενον, ὑποκινούμενον, κυρτούμενον, ἐκβιαζό‐ μενον, ἐλαυνόμενον, ἐλαῦνον, ἐπαναχωροῦν τῇ γῇ, ἐπαναβαῖνον κατὰ ῥαχίαν, ἐπανιὸν, προσιὸν ἐπὶ τὴν γῆν. σύρτις, ἄμπωτις. κῦμα κωφὸν ὑπεκινεῖτο. ἐκοιλαίνετο ἡ θάλαττα.</w:t>
      </w:r>
    </w:p>
    <w:p>
      <w:r>
        <w:rPr>
          <w:rFonts w:ascii="Courier New" w:hAnsi="Courier New"/>
          <w:color w:val="555555"/>
          <w:sz w:val="20"/>
        </w:rPr>
        <w:t>[1 . 110]</w:t>
      </w:r>
    </w:p>
    <w:p>
      <w:r>
        <w:rPr>
          <w:rFonts w:ascii="Gentium Plus" w:hAnsi="Gentium Plus"/>
          <w:sz w:val="24"/>
        </w:rPr>
        <w:t>ἄνεμος βίαιος, σκληρός, δύσφορος, τυφών, πρηστήρ, καταιγίς, στρόβιλος. ἄνεμος ἐξώστης, ἐξωθῶν, ὑποφέρων, παραφέρων, προωθῶν, ἐλαύνων, κατὰ κεφαλὴν ἐπείγων. ἀνέμου κατὰ πρῶραν ἑστηκότος, πνεύματος ἀνθεστηκότος, ἀντίου πνέοντος τοῦ πνεύματος, πρὸς ἄνε‐</w:t>
      </w:r>
    </w:p>
    <w:p>
      <w:r>
        <w:rPr>
          <w:rFonts w:ascii="Courier New" w:hAnsi="Courier New"/>
          <w:color w:val="555555"/>
          <w:sz w:val="20"/>
        </w:rPr>
        <w:t>[5]</w:t>
      </w:r>
    </w:p>
    <w:p>
      <w:r>
        <w:rPr>
          <w:rFonts w:ascii="Gentium Plus" w:hAnsi="Gentium Plus"/>
          <w:sz w:val="24"/>
        </w:rPr>
        <w:t>μον ἐναντίον, ἄνεμον ἀντίπρωρον ἔχοντες, ἀκρίτων ὄντων τῶν</w:t>
      </w:r>
    </w:p>
    <w:p>
      <w:r>
        <w:rPr>
          <w:rFonts w:ascii="Courier New" w:hAnsi="Courier New"/>
          <w:color w:val="555555"/>
          <w:sz w:val="20"/>
        </w:rPr>
        <w:t>[1 . 111]</w:t>
      </w:r>
    </w:p>
    <w:p>
      <w:r>
        <w:rPr>
          <w:rFonts w:ascii="Gentium Plus" w:hAnsi="Gentium Plus"/>
          <w:sz w:val="24"/>
        </w:rPr>
        <w:t>συρραγέντων. λάβρου ὄντος τοῦ πνεύματος, ἀμέτρου, ἐκμέτρου. κατὰ πλευρὰν ἀνέμου βιαζομένου, ἐκ τοίχων ἐμπίπτοντος ἢ περιπνέοντος ἢ ἀνωθοῦντος ἢ περιαράττοντος. Εὔπολις (I frg 320 Ko) δὲ καὶ ‘ἄνεμον ἀσελγῆ‘ εἶπε τὸν βίαιον· εἴη δ’ ἂν ὅμοιον καὶ τὸ ὑβριστὴς</w:t>
      </w:r>
    </w:p>
    <w:p>
      <w:r>
        <w:rPr>
          <w:rFonts w:ascii="Courier New" w:hAnsi="Courier New"/>
          <w:color w:val="555555"/>
          <w:sz w:val="20"/>
        </w:rPr>
        <w:t>[5]</w:t>
      </w:r>
    </w:p>
    <w:p>
      <w:r>
        <w:rPr>
          <w:rFonts w:ascii="Gentium Plus" w:hAnsi="Gentium Plus"/>
          <w:sz w:val="24"/>
        </w:rPr>
        <w:t>ἄνεμος. ἔστι δ’ εἰπεῖν καὶ πνεύματος μαχομένου, ἀνθεστηκότος, ἀντι‐ πράττοντος. καὶ κυκωμένης τῆς θαλάττης, καὶ ῥοῦ μαχομένου ἢ παρασύροντος, κατασύροντος, παρατρέποντος, ὑποφέροντος, παραφέ‐ ροντος, ὠθοῦντος, ἀπωθοῦντος, βιαζομένου, ὑφέλκοντος, ἀντιρρέοντος.</w:t>
      </w:r>
    </w:p>
    <w:p>
      <w:r>
        <w:rPr>
          <w:rFonts w:ascii="Courier New" w:hAnsi="Courier New"/>
          <w:color w:val="555555"/>
          <w:sz w:val="20"/>
        </w:rPr>
        <w:t>[1 . 112]</w:t>
      </w:r>
    </w:p>
    <w:p>
      <w:r>
        <w:rPr>
          <w:rFonts w:ascii="Gentium Plus" w:hAnsi="Gentium Plus"/>
          <w:sz w:val="24"/>
        </w:rPr>
        <w:t>ὑπαινίττεται δέ τι τοιοῦτον καὶ τὸ Ξενοφώντειον(?), τὸ σπουδάζον‐ τος τοῦ θεοῦ, εἰ μὴ ἄρα τὸ πνεῖν ἐκ τῆς γῆς ἄνεμον οὕτως εἴρηκεν ὡς εἰς ἀναγωγὴν καιρὸν εἶναι. ἔστι δ’ εἰπεῖν, ἀπειθέστεραι τοῖς κυβερνήταις ἦσαν αἱ νῆες, ἀπειθεῖς, δυσπειθεῖς, δυσάγωγοι, ἀνά‐</w:t>
      </w:r>
    </w:p>
    <w:p>
      <w:r>
        <w:rPr>
          <w:rFonts w:ascii="Courier New" w:hAnsi="Courier New"/>
          <w:color w:val="555555"/>
          <w:sz w:val="20"/>
        </w:rPr>
        <w:t>[5]</w:t>
      </w:r>
    </w:p>
    <w:p>
      <w:r>
        <w:rPr>
          <w:rFonts w:ascii="Gentium Plus" w:hAnsi="Gentium Plus"/>
          <w:sz w:val="24"/>
        </w:rPr>
        <w:t>γωγοι· τὰ πηδάλια οὐχ ὑπήκουεν, οὐκ ἦν διαγαγεῖν τοὺς οἴακας,</w:t>
      </w:r>
    </w:p>
    <w:p>
      <w:r>
        <w:rPr>
          <w:rFonts w:ascii="Courier New" w:hAnsi="Courier New"/>
          <w:color w:val="555555"/>
          <w:sz w:val="20"/>
        </w:rPr>
        <w:t>[1 . 113]</w:t>
      </w:r>
    </w:p>
    <w:p>
      <w:r>
        <w:rPr>
          <w:rFonts w:ascii="Gentium Plus" w:hAnsi="Gentium Plus"/>
          <w:sz w:val="24"/>
        </w:rPr>
        <w:t>οὐκ ἦν περιφέρειν τὰ πηδάλια. νεφελώδης ἦν ὁ ἀήρ, ἀχλυώδης, ζοφώδης, μέλας, βαθύς, συννέφελος, συννεφής, σκοτώδης. νυκτὶ τὰ πάντα ἐῴκει, οὐδὲν προεφαίνετο, οὐκ ἦν τὸν ἥλιον ἰδεῖν, τυφλώτ‐ τουσιν ἐῴκειμεν, ἀθέατος ἦν ὑπὸ νεφῶν ὁ οὐρανός. ὑπερεῖχε τὸ</w:t>
      </w:r>
    </w:p>
    <w:p>
      <w:r>
        <w:rPr>
          <w:rFonts w:ascii="Courier New" w:hAnsi="Courier New"/>
          <w:color w:val="555555"/>
          <w:sz w:val="20"/>
        </w:rPr>
        <w:t>[5]</w:t>
      </w:r>
    </w:p>
    <w:p>
      <w:r>
        <w:rPr>
          <w:rFonts w:ascii="Gentium Plus" w:hAnsi="Gentium Plus"/>
          <w:sz w:val="24"/>
        </w:rPr>
        <w:t>κῦμα, ὑπὲρ τοὺς τοίχους ἀνέβη, ὑπερκατέβη, εἰς κοίλην τὴν ναῦν εἰσέπεσε. κάταντλον ἦν τὸ σκάφος. ἔστι δ’ εἰπεῖν· ἐπλέομεν ἀπὸ κά‐ λων, ἐκ μόνης τῆς κεραίας, ψιλῇ τῇ κεραίᾳ, ἐν χρῷ τῆς γῆς παρα‐ πλέοντες, ἐκ κάλων ἕλκοντες τὴν ναῦν.</w:t>
      </w:r>
    </w:p>
    <w:p>
      <w:r>
        <w:rPr>
          <w:rFonts w:ascii="Courier New" w:hAnsi="Courier New"/>
          <w:color w:val="555555"/>
          <w:sz w:val="20"/>
        </w:rPr>
        <w:t>[1 . 114]</w:t>
      </w:r>
    </w:p>
    <w:p>
      <w:r>
        <w:rPr>
          <w:rFonts w:ascii="Gentium Plus" w:hAnsi="Gentium Plus"/>
          <w:sz w:val="24"/>
        </w:rPr>
        <w:t>τὰ δὲ πάθη οὕτως ἂν εἴποις· χειμάζεσθαι, σαλεύειν, ὠθεῖσθαι,</w:t>
      </w:r>
    </w:p>
    <w:p>
      <w:r>
        <w:rPr>
          <w:rFonts w:ascii="Courier New" w:hAnsi="Courier New"/>
          <w:color w:val="555555"/>
          <w:sz w:val="20"/>
        </w:rPr>
        <w:t>[5]</w:t>
      </w:r>
    </w:p>
    <w:p>
      <w:r>
        <w:rPr>
          <w:rFonts w:ascii="Gentium Plus" w:hAnsi="Gentium Plus"/>
          <w:sz w:val="24"/>
        </w:rPr>
        <w:t>ριαράξαι, περιθραῦσαι. καὶ ἄλλως, διαλυθείσης τῆς νεώς, ἀνοιχθείσης, διαστάσης τῆς ἁρμονίας, τοῦ ἱστοῦ ἀποκλασθέντος, περικλασθέντος, ἀπαραχθέντος, περιαχθέντος, τῶν πηδαλίων περιθραυσθέντων, ἀπορ‐ ραγέντων. καὶ τὰ ὀνόματα ναυαγία, κατακλυσμός, ἐπικλυσμός. ἐρεῖς δὲ καὶ ‘διατοιχεῖν ἔδει.‘ τὸ γὰρ ἀνατοιχεῖν ἰδιωτικόν.</w:t>
      </w:r>
    </w:p>
    <w:p>
      <w:r>
        <w:rPr>
          <w:rFonts w:ascii="Courier New" w:hAnsi="Courier New"/>
          <w:color w:val="555555"/>
          <w:sz w:val="20"/>
        </w:rPr>
        <w:t>[1 . 115]</w:t>
      </w:r>
    </w:p>
    <w:p>
      <w:r>
        <w:rPr>
          <w:rFonts w:ascii="Gentium Plus" w:hAnsi="Gentium Plus"/>
          <w:sz w:val="24"/>
        </w:rPr>
        <w:t>οἷς δ’ ἔστι ναῦν περιπεσεῖν ἐν χειμῶνι, ἕρματα ἕρματα κρύφια, πέτραι ὕφαλοι, σκόπελοι, σπιλάδες, βράχη, χοιράδες, ἄκραι χειμέριοι, κατήνεμοι, ὀξεῖαι, σκληραί, περιπετεῖς, ἁλιτενεῖς, ἀπορρῶγες, ἀπρόσμικτοι, ἀπροσπέλαστοι, τραχὺς αἰγιαλός, ᾐὼν σκληρά, πρόσγειος θάλαττα, καὶ</w:t>
      </w:r>
    </w:p>
    <w:p>
      <w:r>
        <w:rPr>
          <w:rFonts w:ascii="Courier New" w:hAnsi="Courier New"/>
          <w:color w:val="555555"/>
          <w:sz w:val="20"/>
        </w:rPr>
        <w:t>[5]</w:t>
      </w:r>
    </w:p>
    <w:p>
      <w:r>
        <w:rPr>
          <w:rFonts w:ascii="Gentium Plus" w:hAnsi="Gentium Plus"/>
          <w:sz w:val="24"/>
        </w:rPr>
        <w:t>εἴ τις βιάζοιτο, ὑπόγειος, ἀβαθής, πηλώδης, τελματώδης.</w:t>
      </w:r>
    </w:p>
    <w:p>
      <w:r>
        <w:rPr>
          <w:rFonts w:ascii="Courier New" w:hAnsi="Courier New"/>
          <w:color w:val="555555"/>
          <w:sz w:val="20"/>
        </w:rPr>
        <w:t>[1 . 116]</w:t>
      </w:r>
    </w:p>
    <w:p>
      <w:r>
        <w:rPr>
          <w:rFonts w:ascii="Gentium Plus" w:hAnsi="Gentium Plus"/>
          <w:sz w:val="24"/>
        </w:rPr>
        <w:t>ἐρεῖς δὲ ὄμβρος ἔπεσε, προσέπεσε, κατερρύη, ἐπικατερρύη, κατηνέχθη, ἐπικατηνέχθη, ἐπερράγη, ἐξερράγη, κατερράγη, κατεχεῖτο. κατακλυσμός, ἐπικλυσμός, κάθοδος ὕδατος, φορά, καταφορά, ἄφεσις, ὁρμή, ἐπιρροή, καταβολή, ἐκβολή. βίαιος ὄμβρος, πολύς, ῥόθιος,</w:t>
      </w:r>
    </w:p>
    <w:p>
      <w:r>
        <w:rPr>
          <w:rFonts w:ascii="Courier New" w:hAnsi="Courier New"/>
          <w:color w:val="555555"/>
          <w:sz w:val="20"/>
        </w:rPr>
        <w:t>[5]</w:t>
      </w:r>
    </w:p>
    <w:p>
      <w:r>
        <w:rPr>
          <w:rFonts w:ascii="Gentium Plus" w:hAnsi="Gentium Plus"/>
          <w:sz w:val="24"/>
        </w:rPr>
        <w:t>ἐλαυνόμενος, ἐπειγόμενος, πυκνός, συνεχής, ἐξαίσιος. ἀκρατεῖς τῶν κωπῶν ἦσαν οἱ ναῦται, ὑγραὶ ἦσαν αἱ ἀντιλήψεις, αἱ χεῖρες ὠλίσθα‐ νον, περιωλίσθανον, ἀπωλίσθανον, παρεφέροντο ἀπὸ τῶν κωπῶν, ἐξέπιπτον, οὐκ ἐνῆν ἀναφέρειν, ἐξαίρειν τὰς κώπας.</w:t>
      </w:r>
    </w:p>
    <w:p>
      <w:r>
        <w:rPr>
          <w:rFonts w:ascii="Courier New" w:hAnsi="Courier New"/>
          <w:color w:val="555555"/>
          <w:sz w:val="20"/>
        </w:rPr>
        <w:t>[1 . 117]</w:t>
      </w:r>
    </w:p>
    <w:p>
      <w:r>
        <w:rPr>
          <w:rFonts w:ascii="Gentium Plus" w:hAnsi="Gentium Plus"/>
          <w:sz w:val="24"/>
        </w:rPr>
        <w:t>ἀστραπὴ ἐξέλαμψεν, ἐξερράγη, ἐξήστραψεν, ἐξετρίφθη, ἐπέσχε τὰ ὄμματα, ἐτάραξε, συνετάραξεν, ἐξέπληξε τὰς ψυχάς, ἐξεθορύβησε,</w:t>
      </w:r>
    </w:p>
    <w:p>
      <w:r>
        <w:rPr>
          <w:rFonts w:ascii="Courier New" w:hAnsi="Courier New"/>
          <w:color w:val="555555"/>
          <w:sz w:val="20"/>
        </w:rPr>
        <w:t>[1 . 118]</w:t>
      </w:r>
    </w:p>
    <w:p>
      <w:r>
        <w:rPr>
          <w:rFonts w:ascii="Gentium Plus" w:hAnsi="Gentium Plus"/>
          <w:sz w:val="24"/>
        </w:rPr>
        <w:t>δυσαντίβλεπτος, δύσοπτος, ἀντίτυπος. ὡς ἀποσκοτοῦν τὰ ὄμματα, ὡς συγχέαι τὰς ὄψεις, ὡς ἐκπτοῆσαι τὰς γνώμας, ὡς συγκλείσασθαι τοὺς ὀφθαλμούς. βροντὴ σκληρά, τραχεῖα, βιαία, βαρεῖα, ὑπερμεγέ‐ θης, παμμεγέθης, ἐξετρίφθη, ἐξερράγη, ἐρράγη, προσερράγη, ἐξή‐</w:t>
      </w:r>
    </w:p>
    <w:p>
      <w:r>
        <w:rPr>
          <w:rFonts w:ascii="Courier New" w:hAnsi="Courier New"/>
          <w:color w:val="555555"/>
          <w:sz w:val="20"/>
        </w:rPr>
        <w:t>[5]</w:t>
      </w:r>
    </w:p>
    <w:p>
      <w:r>
        <w:rPr>
          <w:rFonts w:ascii="Gentium Plus" w:hAnsi="Gentium Plus"/>
          <w:sz w:val="24"/>
        </w:rPr>
        <w:t>χησεν, περιήχησεν, ἐξεβόμβησεν, περιεβόμβησεν, ἐξεβρόντησεν, ἐπεβρόντησεν, ἐξεκτύπησεν, ἐνέπεσε ταῖς ἀκοαῖς, ἐπηρείσθη, ἐπήρωσε τὰς ἀκοάς, ἐξεπάταξε τὰς γνώμας, μικροῦ ἐμβροντήτους τοὺς ἐμ‐ πλέοντας ἐποίησεν, ἐκκεκωφημένοις ἐῴκειμεν.</w:t>
      </w:r>
    </w:p>
    <w:p>
      <w:r>
        <w:rPr>
          <w:rFonts w:ascii="Courier New" w:hAnsi="Courier New"/>
          <w:color w:val="555555"/>
          <w:sz w:val="20"/>
        </w:rPr>
        <w:t>[1 . 119]</w:t>
      </w:r>
    </w:p>
    <w:p>
      <w:r>
        <w:rPr>
          <w:rFonts w:ascii="Gentium Plus" w:hAnsi="Gentium Plus"/>
          <w:sz w:val="24"/>
        </w:rPr>
        <w:t>τὰ δὲ τῆς ναυμαχίας· αἱ μὲν φέρουσαι τριήρεις, μακρὰ πλοῖα, ταχεῖαι νῆες, κατάφρακτα πλοῖα, οἱ δὲ ἄρχοντες τριήραρχοι καὶ πεντη‐ κόνταρχοι καὶ ναύαρχοι καὶ ἐπιστολεῖς. τὸ δὲ πρᾶγμα ναυαρχία, τριηραρχία, πεντηκονταρχία. τῆς δὲ τοῦ ναυάρχου νεὼς τὸ ὄνομα</w:t>
      </w:r>
    </w:p>
    <w:p>
      <w:r>
        <w:rPr>
          <w:rFonts w:ascii="Courier New" w:hAnsi="Courier New"/>
          <w:color w:val="555555"/>
          <w:sz w:val="20"/>
        </w:rPr>
        <w:t>[1 . 120]</w:t>
      </w:r>
    </w:p>
    <w:p>
      <w:r>
        <w:rPr>
          <w:rFonts w:ascii="Gentium Plus" w:hAnsi="Gentium Plus"/>
          <w:sz w:val="24"/>
        </w:rPr>
        <w:t>ναυαρχὶς καὶ στρατηγίς. οἱ δὲ ἐρέται ζύγιοι, θαλάμιοι, θρανῖται. οἱ δ’ ἐπὶ τοῦ καταστρώματος μάχιμοι. τὰ δὲ ὅπλα τὰ μὲν τῆς νεὼς δέρρεις καὶ διφθέραι καὶ χαλκᾶ ἔμβολα, ὅθεν καὶ χαλκέμβολοι αἱ τριήρεις, τὰ δὲ τῶν ἐμπλεόντων ἀσπίδες, θώρακες, κνημῖδες, κράνη,</w:t>
      </w:r>
    </w:p>
    <w:p>
      <w:r>
        <w:rPr>
          <w:rFonts w:ascii="Courier New" w:hAnsi="Courier New"/>
          <w:color w:val="555555"/>
          <w:sz w:val="20"/>
        </w:rPr>
        <w:t>[5]</w:t>
      </w:r>
    </w:p>
    <w:p>
      <w:r>
        <w:rPr>
          <w:rFonts w:ascii="Gentium Plus" w:hAnsi="Gentium Plus"/>
          <w:sz w:val="24"/>
        </w:rPr>
        <w:t>ξίφη, δορυδρέπανα, χεῖρες σιδηραῖ· πρὸς δὲ τὰς ἐπιβολὰς αὐτῶν ἀντε‐ σοφίζοντο βύρσας προσηλοῦντες πρὸς τὰ τοιχίσματα τῶν νεῶν, ὅπως ὁ σίδηρος ὀλισθάνῃ πρὸς τὸ ἀντίτυπον ἀντιλαβὴν οὐκ ἔχων.</w:t>
      </w:r>
    </w:p>
    <w:p>
      <w:r>
        <w:rPr>
          <w:rFonts w:ascii="Courier New" w:hAnsi="Courier New"/>
          <w:color w:val="555555"/>
          <w:sz w:val="20"/>
        </w:rPr>
        <w:t>[1 . 121]</w:t>
      </w:r>
    </w:p>
    <w:p>
      <w:r>
        <w:rPr>
          <w:rFonts w:ascii="Gentium Plus" w:hAnsi="Gentium Plus"/>
          <w:sz w:val="24"/>
        </w:rPr>
        <w:t>κοντοῖς ἀπεωθοῦντο καὶ διῆγον ἀπ’ ἀλλήλων τὰ σκάφη. πληρώ‐ ματα δὲ ἐντελῆ, ἀκριβῆ, κατεσκευασμένα, εὐδόκιμα, ἐντελόμισθα·</w:t>
      </w:r>
    </w:p>
    <w:p>
      <w:r>
        <w:rPr>
          <w:rFonts w:ascii="Courier New" w:hAnsi="Courier New"/>
          <w:color w:val="555555"/>
          <w:sz w:val="20"/>
        </w:rPr>
        <w:t>[5]</w:t>
      </w:r>
    </w:p>
    <w:p>
      <w:r>
        <w:rPr>
          <w:rFonts w:ascii="Gentium Plus" w:hAnsi="Gentium Plus"/>
          <w:sz w:val="24"/>
        </w:rPr>
        <w:t>ἀπλήρωτα καὶ ἡμιπλήρωτα καὶ ἀσυγκρότητα. καὶ αἱ μὲν πλόιμοι νῆες, αἱ δὲ ἄπλοοι· καὶ αἱ μὲν ἀθαλάσσευτοι καὶ ἀκραιφνεῖς καὶ ξηραὶ καὶ διεψυγμέναι, αἱ δὲ ἐντεθαλαττευκυῖαι, δίυγροι, ἀραιαί, διάβροχοι.</w:t>
      </w:r>
    </w:p>
    <w:p>
      <w:r>
        <w:rPr>
          <w:rFonts w:ascii="Courier New" w:hAnsi="Courier New"/>
          <w:color w:val="555555"/>
          <w:sz w:val="20"/>
        </w:rPr>
        <w:t>[1 . 122]</w:t>
      </w:r>
    </w:p>
    <w:p>
      <w:r>
        <w:rPr>
          <w:rFonts w:ascii="Gentium Plus" w:hAnsi="Gentium Plus"/>
          <w:sz w:val="24"/>
        </w:rPr>
        <w:t>τὸ δὲ φυλάττειν τινὰς ἐφορμεῖν καὶ ναυλοχεῖν, καὶ τὸ ἀντικαθεστηκέναι πρὸς ναυμαχίαν ἀνθορμεῖν καὶ ἀντεφορμεῖν, καὶ τὸ προσεδρεύειν προσορμεῖν, καὶ τὸ προεκπλεῦσαι προεξορμεῖν καὶ προορμεῖν, καὶ τὸ στήσασθαι τὴν ναῦν προσορμίσασθαι, καὶ τὸ ἐν κύκλῳ περιπλεῖν</w:t>
      </w:r>
    </w:p>
    <w:p>
      <w:r>
        <w:rPr>
          <w:rFonts w:ascii="Courier New" w:hAnsi="Courier New"/>
          <w:color w:val="555555"/>
          <w:sz w:val="20"/>
        </w:rPr>
        <w:t>[5]</w:t>
      </w:r>
    </w:p>
    <w:p>
      <w:r>
        <w:rPr>
          <w:rFonts w:ascii="Gentium Plus" w:hAnsi="Gentium Plus"/>
          <w:sz w:val="24"/>
        </w:rPr>
        <w:t>νῆσον καὶ προσκαθῆσθαι νήσῳ πολιορκητικῶς ἀπὸ νεῶν, περιορμεῖν. καὶ περιορμίζειν τὴν ναῦν περὶ τὸ χῶμά φησι Δημοσθένης (LI 4)·</w:t>
      </w:r>
    </w:p>
    <w:p>
      <w:r>
        <w:rPr>
          <w:rFonts w:ascii="Courier New" w:hAnsi="Courier New"/>
          <w:color w:val="555555"/>
          <w:sz w:val="20"/>
        </w:rPr>
        <w:t>[1 . 123]</w:t>
      </w:r>
    </w:p>
    <w:p>
      <w:r>
        <w:rPr>
          <w:rFonts w:ascii="Gentium Plus" w:hAnsi="Gentium Plus"/>
          <w:sz w:val="24"/>
        </w:rPr>
        <w:t>τῷ δὲ θᾶττον ποιήσαντι τοῦτο ἆθλον στέφανος ἦν. ἔστι δὲ αὐτῷ λόγος καὶ περὶ τοῦ τριηραρχήματος (L)· ἐπιτριηράρχημα δέ ἐστιν ὁ χρόνος ὅν τις ἐπετριηράρχησεν ἐξήκοντος μὲν αὐτῷ τοῦ καιροῦ, βρα‐ δύνοντος δὲ τοῦ διαδόχου. τὰ δὲ ἔργα· ἀνάγεσθαι, προσαναπειρᾶσθαι,</w:t>
      </w:r>
    </w:p>
    <w:p>
      <w:r>
        <w:rPr>
          <w:rFonts w:ascii="Courier New" w:hAnsi="Courier New"/>
          <w:color w:val="555555"/>
          <w:sz w:val="20"/>
        </w:rPr>
        <w:t>[5]</w:t>
      </w:r>
    </w:p>
    <w:p>
      <w:r>
        <w:rPr>
          <w:rFonts w:ascii="Gentium Plus" w:hAnsi="Gentium Plus"/>
          <w:sz w:val="24"/>
        </w:rPr>
        <w:t>ἐξορμᾶν τὴν ναῦν, καὶ τὸ πλεῖν καὶ ἐκπλεῖν, περιπλεῖν, διεκπλεῖν, ἀπελάσαι τὴν ναῦν. καὶ τὰ ὀνόματα ἀναγωγή, ἀνάπειρα, πλοῦς,</w:t>
      </w:r>
    </w:p>
    <w:p>
      <w:r>
        <w:rPr>
          <w:rFonts w:ascii="Courier New" w:hAnsi="Courier New"/>
          <w:color w:val="555555"/>
          <w:sz w:val="20"/>
        </w:rPr>
        <w:t>[1 . 124]</w:t>
      </w:r>
    </w:p>
    <w:p>
      <w:r>
        <w:rPr>
          <w:rFonts w:ascii="Gentium Plus" w:hAnsi="Gentium Plus"/>
          <w:sz w:val="24"/>
        </w:rPr>
        <w:t>περίπλους, ἐπίπλους, διέκπλους. εἶτα στῆσαι τὰς ναῦς κατὰ στοῖχον, πυκνάς, ἐκ διαστημάτων. ἀρθῆναι τὰ σημεῖα, ἀντανάγεσθαι, ἀντ‐ επιπλεῦσαι, προσεπιπλεῦσαι, προεκπλεῖν, ναυμαχῆσαι, συρραγῆναι, συμπε‐ σεῖν, ἐμβαλεῖν, ἀναρρῆξαι, κατατρῶσαι, ἀναρρῆξαι τὴν παρεξειρε‐</w:t>
      </w:r>
    </w:p>
    <w:p>
      <w:r>
        <w:rPr>
          <w:rFonts w:ascii="Courier New" w:hAnsi="Courier New"/>
          <w:color w:val="555555"/>
          <w:sz w:val="20"/>
        </w:rPr>
        <w:t>[5]</w:t>
      </w:r>
    </w:p>
    <w:p>
      <w:r>
        <w:rPr>
          <w:rFonts w:ascii="Gentium Plus" w:hAnsi="Gentium Plus"/>
          <w:sz w:val="24"/>
        </w:rPr>
        <w:t>σίαν, ἀναρρῆξαι τὴν πρῶραν, ἀνοῖξαι τὴν ναῦν ὑπὸ τὴν ἐμβολήν,</w:t>
      </w:r>
    </w:p>
    <w:p>
      <w:r>
        <w:rPr>
          <w:rFonts w:ascii="Courier New" w:hAnsi="Courier New"/>
          <w:color w:val="555555"/>
          <w:sz w:val="20"/>
        </w:rPr>
        <w:t>[1 . 125]</w:t>
      </w:r>
    </w:p>
    <w:p>
      <w:r>
        <w:rPr>
          <w:rFonts w:ascii="Gentium Plus" w:hAnsi="Gentium Plus"/>
          <w:sz w:val="24"/>
        </w:rPr>
        <w:t>μαχῆσαι, ἀναδήσασθαι, αἰχμαλώτους λαβεῖν, ἐφέλκεσθαι. καὶ τὸ μὲν εἰς ἐμβολὴν ὑπαγαγεῖν εἰς τοὐπίσω τὴν ναῦν ἀνακρούσασθαι, τὸ δ’ εἰς φυγὴν ‘πρύμναν κρούσασθαι·‘ εἴρηκε δὲ Θουκυδίδης (I 50. 5, 51. 2, 54. 2 etc.). καὶ τραυματισθεισῶν τῶν νεῶν. τὰς δὲ πε‐</w:t>
      </w:r>
    </w:p>
    <w:p>
      <w:r>
        <w:rPr>
          <w:rFonts w:ascii="Courier New" w:hAnsi="Courier New"/>
          <w:color w:val="555555"/>
          <w:sz w:val="20"/>
        </w:rPr>
        <w:t>[5]</w:t>
      </w:r>
    </w:p>
    <w:p>
      <w:r>
        <w:rPr>
          <w:rFonts w:ascii="Gentium Plus" w:hAnsi="Gentium Plus"/>
          <w:sz w:val="24"/>
        </w:rPr>
        <w:t>πονηκυίας καὶ κεκακωμένας ἔστι θεραπεῦσαι, ἐπισκευάσαι, ἐπισκευάσα‐ σθαι, ζεῦξαι, ζεύξασθαι. εἴη δ’ ἂν ἐκ νεῶν καὶ ἀποβαίνειν ποι τῆς πολεμίας καὶ ἐκβαίνειν, καὶ ἀποβάσεις ποιεῖσθαι, καὶ κατασύρειν λείαν εἰς τὰς ναῦς.</w:t>
      </w:r>
    </w:p>
    <w:p>
      <w:r>
        <w:rPr>
          <w:rFonts w:ascii="Courier New" w:hAnsi="Courier New"/>
          <w:color w:val="555555"/>
          <w:sz w:val="20"/>
        </w:rPr>
        <w:t>[1 . 126]</w:t>
      </w:r>
    </w:p>
    <w:p>
      <w:r>
        <w:rPr>
          <w:rFonts w:ascii="Gentium Plus" w:hAnsi="Gentium Plus"/>
          <w:sz w:val="24"/>
        </w:rPr>
        <w:t>Αὐτοὶ μὲν οἱ ἄνδρες στρατιῶται, μάχιμοι, σκευοφόροι, ὑπασπι‐ σταί, ἱππαγωγοί, ἱπποκόμοι. καὶ τῶν μαχομένων τὸ μὲν ἔμπροσθεν μέτωπον καὶ ζυγὸν καὶ πρόσωπον, καὶ τὰ ἑκατέρωθεν ἄκρα πλευρὰ καὶ κέρατα, δεξιὸν καὶ εὐώνυμον, τὸ δὲ μέσον ὀμφαλός, τὸ δὲ βάθος</w:t>
      </w:r>
    </w:p>
    <w:p>
      <w:r>
        <w:rPr>
          <w:rFonts w:ascii="Courier New" w:hAnsi="Courier New"/>
          <w:color w:val="555555"/>
          <w:sz w:val="20"/>
        </w:rPr>
        <w:t>[1 . 127]</w:t>
      </w:r>
    </w:p>
    <w:p>
      <w:r>
        <w:rPr>
          <w:rFonts w:ascii="Gentium Plus" w:hAnsi="Gentium Plus"/>
          <w:sz w:val="24"/>
        </w:rPr>
        <w:t>στοῖχος καλεῖται. καὶ τὸ μὲν ἐφεξῆς εἶναι κατὰ μῆκος ζυγεῖν, τὸ δ’ ἐφεξῆς κατὰ βάθος στοιχεῖν. καὶ ὁ μὲν ἐκ δεξιᾶς τοῦ πρώτου ζυγοῦ πρωτοστάτης, καὶ πᾶν τὸ μέτωπον πρωτοστάται· ὁ δὲ παρ’ ἕκαστον ταττόμενος παραστάτης, ὁ δὲ παρ’ αὐτὸν ἐξόπισθεν ἐπιστάτης. τὸ δὲ</w:t>
      </w:r>
    </w:p>
    <w:p>
      <w:r>
        <w:rPr>
          <w:rFonts w:ascii="Courier New" w:hAnsi="Courier New"/>
          <w:color w:val="555555"/>
          <w:sz w:val="20"/>
        </w:rPr>
        <w:t>[5]</w:t>
      </w:r>
    </w:p>
    <w:p>
      <w:r>
        <w:rPr>
          <w:rFonts w:ascii="Gentium Plus" w:hAnsi="Gentium Plus"/>
          <w:sz w:val="24"/>
        </w:rPr>
        <w:t>ἐπὶ πᾶσιν ἐν τῷ βάθει ζυγὸν οὐρὰ καὶ οὐραγοί· καλοῖτο δ’ ἂν ὁμω‐ νύμως καὶ ὁ ἄρχων αὐτῶν οὐραγός. καλοῦνται δὲ καὶ ὀπισθο‐ φύλακες, καὶ τὸ ἔργον οὐραγεῖν καὶ ὀπισθοφυλακεῖν. τὸ δὲ σύμπαν στρατιά, στρατός, στράτευμα, στρατιωτικόν, φάλαγξ, τάγμα, σύνταγμα· μέρη δ’ αὐτοῦ μυριοστύς, χιλιοστύς, πεντηκοστύς, λόχος, δεκάς, πεμπάς.</w:t>
      </w:r>
    </w:p>
    <w:p>
      <w:r>
        <w:rPr>
          <w:rFonts w:ascii="Courier New" w:hAnsi="Courier New"/>
          <w:color w:val="555555"/>
          <w:sz w:val="20"/>
        </w:rPr>
        <w:t>[1 . 128]</w:t>
      </w:r>
    </w:p>
    <w:p>
      <w:r>
        <w:rPr>
          <w:rFonts w:ascii="Gentium Plus" w:hAnsi="Gentium Plus"/>
          <w:sz w:val="24"/>
        </w:rPr>
        <w:t>καὶ οἱ ἄρχοντες οἱ μὲν τοῦ παντὸς στρατηγοὶ καὶ συστράτηγοι καὶ ὑποστράτηγοι, ὥσπερ οἱ ἀποχειροτονηθέντες ἀποστράτηγοι· τα‐ ξίαρχοι καὶ οὐραγοὶ καὶ μυρίαρχοι καὶ χιλίαρχοι καὶ λοχαγοὶ καὶ ἑκατόνταρχοι καὶ δεκάδαρχοι καὶ πεμπάδαρχοι, καὶ τῶν ἱππέων</w:t>
      </w:r>
    </w:p>
    <w:p>
      <w:r>
        <w:rPr>
          <w:rFonts w:ascii="Courier New" w:hAnsi="Courier New"/>
          <w:color w:val="555555"/>
          <w:sz w:val="20"/>
        </w:rPr>
        <w:t>[5]</w:t>
      </w:r>
    </w:p>
    <w:p>
      <w:r>
        <w:rPr>
          <w:rFonts w:ascii="Gentium Plus" w:hAnsi="Gentium Plus"/>
          <w:sz w:val="24"/>
        </w:rPr>
        <w:t>ἵππαρχοι καὶ φύλαρχοι. Θηβαίων δὲ ἴδιον βοιωτάρχης, καὶ Λακεδαι‐ μονίων βασιλεύς, καὶ Ἀθηναίων ἐν μέρει πολέμαρχος, καὶ Θετταλῶν</w:t>
      </w:r>
    </w:p>
    <w:p>
      <w:r>
        <w:rPr>
          <w:rFonts w:ascii="Courier New" w:hAnsi="Courier New"/>
          <w:color w:val="555555"/>
          <w:sz w:val="20"/>
        </w:rPr>
        <w:t>[1 . 129]</w:t>
      </w:r>
    </w:p>
    <w:p>
      <w:r>
        <w:rPr>
          <w:rFonts w:ascii="Gentium Plus" w:hAnsi="Gentium Plus"/>
          <w:sz w:val="24"/>
        </w:rPr>
        <w:t>ταγός, καὶ μισθοφόρων ξεναγός. λέγω δὲ νῦν οὐ πρὸς ἀκρίβειαν ταυτὶ τὰ ὀνόματα· μακροῦ γὰρ ταῦτα δεῖται καιροῦ καὶ λόγου, ὁπόταν τακτικὸν ὑμῖν ἢ στρατηγικὸν συντιθῶ βιβλίον, ὅτε καὶ περὶ πλαισίου καὶ τοῦ ἑτερομήκους πλαισίου, καὶ τοῦ ἐπὶ μέτωπον κλῖναι καὶ</w:t>
      </w:r>
    </w:p>
    <w:p>
      <w:r>
        <w:rPr>
          <w:rFonts w:ascii="Courier New" w:hAnsi="Courier New"/>
          <w:color w:val="555555"/>
          <w:sz w:val="20"/>
        </w:rPr>
        <w:t>[5]</w:t>
      </w:r>
    </w:p>
    <w:p>
      <w:r>
        <w:rPr>
          <w:rFonts w:ascii="Gentium Plus" w:hAnsi="Gentium Plus"/>
          <w:sz w:val="24"/>
        </w:rPr>
        <w:t>ἐπ’ οὐρὰν καὶ ἐπ’ ἀσπίδα καὶ ἐπὶ δόρυ, καὶ τῶν μερῶν τε καὶ ἀρχόν‐ των καὶ ἔργων καὶ κινήσεων καθ’ ἕκαστα σαφηνιῶ.</w:t>
      </w:r>
    </w:p>
    <w:p>
      <w:r>
        <w:rPr>
          <w:rFonts w:ascii="Courier New" w:hAnsi="Courier New"/>
          <w:color w:val="555555"/>
          <w:sz w:val="20"/>
        </w:rPr>
        <w:t>[1 . 130]</w:t>
      </w:r>
    </w:p>
    <w:p>
      <w:r>
        <w:rPr>
          <w:rFonts w:ascii="Gentium Plus" w:hAnsi="Gentium Plus"/>
          <w:sz w:val="24"/>
        </w:rPr>
        <w:t>ἐκ δὲ τῆς σκευῆς οἱ ἄνδρες ὧδε ὀνομάζονται. τὴν μὲν γὰρ σκευὴν κλητέον καὶ ὅπλισιν καὶ ἐξοπλισίαν καὶ σάγην κατ’ εἶδος μάχης, καὶ ἄνδρας εὐόπλους ὡς τοῦ στρατιωτικοῦ γένους ὄντας. οἱ δ’ εἰσὶν ὁπλῖται, ὁπλοφόροι, βαρεῖς, ἀκριβεῖς, μόνιμοι, στάσιμοι, μαχαιροφόροι,</w:t>
      </w:r>
    </w:p>
    <w:p>
      <w:r>
        <w:rPr>
          <w:rFonts w:ascii="Courier New" w:hAnsi="Courier New"/>
          <w:color w:val="555555"/>
          <w:sz w:val="20"/>
        </w:rPr>
        <w:t>[5]</w:t>
      </w:r>
    </w:p>
    <w:p>
      <w:r>
        <w:rPr>
          <w:rFonts w:ascii="Gentium Plus" w:hAnsi="Gentium Plus"/>
          <w:sz w:val="24"/>
        </w:rPr>
        <w:t>πάλιν δ’ αὖ πελτασταί, πελτοφόροι, γυμνῆτες, κοῦφοι, ἐλαφροί,</w:t>
      </w:r>
    </w:p>
    <w:p>
      <w:r>
        <w:rPr>
          <w:rFonts w:ascii="Courier New" w:hAnsi="Courier New"/>
          <w:color w:val="555555"/>
          <w:sz w:val="20"/>
        </w:rPr>
        <w:t>[1 . 131]</w:t>
      </w:r>
    </w:p>
    <w:p>
      <w:r>
        <w:rPr>
          <w:rFonts w:ascii="Gentium Plus" w:hAnsi="Gentium Plus"/>
          <w:sz w:val="24"/>
        </w:rPr>
        <w:t>εὔκολοι, εὐχερεῖς, ψιλοί, σφενδονῆται, λιθοβόλοι, τοξόται, τοξοφόροι, ἱππῆς, ἱππακοντισταί, ἱπποτοξόται, δορατοφόροι, κοντοφόροι,</w:t>
      </w:r>
    </w:p>
    <w:p>
      <w:r>
        <w:rPr>
          <w:rFonts w:ascii="Courier New" w:hAnsi="Courier New"/>
          <w:color w:val="555555"/>
          <w:sz w:val="20"/>
        </w:rPr>
        <w:t>[5]</w:t>
      </w:r>
    </w:p>
    <w:p>
      <w:r>
        <w:rPr>
          <w:rFonts w:ascii="Gentium Plus" w:hAnsi="Gentium Plus"/>
          <w:sz w:val="24"/>
        </w:rPr>
        <w:t>μεταπηδᾶν εἰς ἑκάτερον· ἦν δ’ αὐτοῖς τὸ σόφισμα τοῦ ἀκραιφνεστέροις χρῆσθαι πρὸς τὰ ἔργα τοῖς ἵπποις, ὅπως ὁδούς τε μακροτέρας δια‐</w:t>
      </w:r>
    </w:p>
    <w:p>
      <w:r>
        <w:rPr>
          <w:rFonts w:ascii="Courier New" w:hAnsi="Courier New"/>
          <w:color w:val="555555"/>
          <w:sz w:val="20"/>
        </w:rPr>
        <w:t>[1 . 132]</w:t>
      </w:r>
    </w:p>
    <w:p>
      <w:r>
        <w:rPr>
          <w:rFonts w:ascii="Gentium Plus" w:hAnsi="Gentium Plus"/>
          <w:sz w:val="24"/>
        </w:rPr>
        <w:t>νύοιεν καὶ εἶεν αὐτοῖς ἀκοπώτεροι. ἦν δέ τι καὶ ἕτερον εἶδος ἱππέων, διμάχαι, Ἀλεξάνδρου τὸ εὕρημα, κουφοτέραν πεζοῦ ὁπλίτου καὶ βα‐ ρυτέραν ἱππέως ἔχοντες σκευήν, ἐξησκημένοι πρὸς ἄμφω, καὶ τὴν ἐκ γῆς καὶ τὴν ἀφ’ ἵππου μάχην, ὅπως ἐν μὲν τοῖς ἱππασίμοις ἱπ‐</w:t>
      </w:r>
    </w:p>
    <w:p>
      <w:r>
        <w:rPr>
          <w:rFonts w:ascii="Courier New" w:hAnsi="Courier New"/>
          <w:color w:val="555555"/>
          <w:sz w:val="20"/>
        </w:rPr>
        <w:t>[5]</w:t>
      </w:r>
    </w:p>
    <w:p>
      <w:r>
        <w:rPr>
          <w:rFonts w:ascii="Gentium Plus" w:hAnsi="Gentium Plus"/>
          <w:sz w:val="24"/>
        </w:rPr>
        <w:t>πεύοιεν, εἰ δέ τοι εἰς ἄφιππα ἀφίκοιντο, μὴ εἶεν ἀπόμαχοι παντάπασι, μηδὲ πάθοιεν τὸ πάθημα τὸ Λύδιον· ἀλλὰ τὸν μὲν ἵππον παρελάμβα‐ νεν ἐξεπίτηδες ἐπ’ αὐτῷ τούτῳ παρεπόμενός τις ὑπηρέτης, ὁ δ’ ἐκ τοῦ ἵππου καταβὰς εὐθὺς ὁπλίτης ἦν.</w:t>
      </w:r>
    </w:p>
    <w:p>
      <w:r>
        <w:rPr>
          <w:rFonts w:ascii="Courier New" w:hAnsi="Courier New"/>
          <w:color w:val="555555"/>
          <w:sz w:val="20"/>
        </w:rPr>
        <w:t>[1 . 133]</w:t>
      </w:r>
    </w:p>
    <w:p>
      <w:r>
        <w:rPr>
          <w:rFonts w:ascii="Gentium Plus" w:hAnsi="Gentium Plus"/>
          <w:sz w:val="24"/>
        </w:rPr>
        <w:t>ὅπλων ὀνόματα, ἀμυντήρια, ἀλεξητήρια, σκεπαστήρια, φυλακτή‐ ρια, ἐκ χειρὸς χρήσιμα, ἀγχέμαχα, βλήματα, βέλη, πάντα τὰ ἀφιέμενα. ἀσπὶς καὶ τὰ μέρη τῆς ἀσπίδος, ὀμφαλὸς καὶ μεσομφάλιον καὶ ἐπομφάλιον καὶ ὄχανον καὶ ἴτυς καὶ κύκλος καὶ ἄντυξ. ἀσπὶς οἰ‐</w:t>
      </w:r>
    </w:p>
    <w:p>
      <w:r>
        <w:rPr>
          <w:rFonts w:ascii="Courier New" w:hAnsi="Courier New"/>
          <w:color w:val="555555"/>
          <w:sz w:val="20"/>
        </w:rPr>
        <w:t>[5]</w:t>
      </w:r>
    </w:p>
    <w:p>
      <w:r>
        <w:rPr>
          <w:rFonts w:ascii="Gentium Plus" w:hAnsi="Gentium Plus"/>
          <w:sz w:val="24"/>
        </w:rPr>
        <w:t>συΐνη, ἀσπὶς ἀπὸ ξύλου, ἀσπὶς ἀπὸ βύρσης, ἀσπὶς ὠμοβοΐνη, ἀσπὶς χαλκῆ, παρ’ Ὁμήρῳ δὲ καὶ χρυσῆ καὶ ἀπ’ ἀργύρου καὶ καττι‐</w:t>
      </w:r>
    </w:p>
    <w:p>
      <w:r>
        <w:rPr>
          <w:rFonts w:ascii="Courier New" w:hAnsi="Courier New"/>
          <w:color w:val="555555"/>
          <w:sz w:val="20"/>
        </w:rPr>
        <w:t>[1 . 134]</w:t>
      </w:r>
    </w:p>
    <w:p>
      <w:r>
        <w:rPr>
          <w:rFonts w:ascii="Gentium Plus" w:hAnsi="Gentium Plus"/>
          <w:sz w:val="24"/>
        </w:rPr>
        <w:t>τέρου. λέγεται δὲ καὶ Νικίας πορφύραν καὶ χρυσὸν μίξας κοσμῆσαι τὴν ἀσπίδα. γίνεται δὲ καὶ προμήκης ἀσπίς, τετράγωνος, περιφερής, κυκλοτερής, κοίλη, ἑτερομήκης. πέλτη Ἀμαζονική, ὡς φησὶ Ξε‐ νοφῶν (Anab V 4. 12), παρεοικυῖα ‘κιττοῦ πετάλῳ.‘ θώραξ καὶ τὰ</w:t>
      </w:r>
    </w:p>
    <w:p>
      <w:r>
        <w:rPr>
          <w:rFonts w:ascii="Courier New" w:hAnsi="Courier New"/>
          <w:color w:val="555555"/>
          <w:sz w:val="20"/>
        </w:rPr>
        <w:t>[5]</w:t>
      </w:r>
    </w:p>
    <w:p>
      <w:r>
        <w:rPr>
          <w:rFonts w:ascii="Gentium Plus" w:hAnsi="Gentium Plus"/>
          <w:sz w:val="24"/>
        </w:rPr>
        <w:t>μέρη τοῦ θώρακος πτέρυγες, καὶ τὸ μέσον αὐτοῦ γύαλον. Ἰάσων δὲ ὁ Θετταλὸς καὶ ἡμιθωράκια προσεξεῦρε. θώρακες δὲ οἱ μὲν φολιδωτοί,</w:t>
      </w:r>
    </w:p>
    <w:p>
      <w:r>
        <w:rPr>
          <w:rFonts w:ascii="Courier New" w:hAnsi="Courier New"/>
          <w:color w:val="555555"/>
          <w:sz w:val="20"/>
        </w:rPr>
        <w:t>[1 . 135]</w:t>
      </w:r>
    </w:p>
    <w:p>
      <w:r>
        <w:rPr>
          <w:rFonts w:ascii="Gentium Plus" w:hAnsi="Gentium Plus"/>
          <w:sz w:val="24"/>
        </w:rPr>
        <w:t>οἱ δὲ ἐξ ἁλύσεων. ἔστι δέ τις καὶ ‘σπολὰς ἀντὶ θώρακος.‘ περικε‐ φαλαία, κυνῆ, κράνος. καὶ τούτου τὰ μέρη τὸ μὲν ὑπὲρ τὸ μέ‐ τωπον ὁμωνύμως τῷ μέρει, τὰ δ’ ὑπ’ αὐτῷ ὀφρύες, καὶ τὸ ὑπὲρ αὐτὰς προβεβλημένον γεῖσον, τὸ δὲ ἐπ’ αὐτῇ τῇ κεφαλῇ ἐπίκρανον,</w:t>
      </w:r>
    </w:p>
    <w:p>
      <w:r>
        <w:rPr>
          <w:rFonts w:ascii="Courier New" w:hAnsi="Courier New"/>
          <w:color w:val="555555"/>
          <w:sz w:val="20"/>
        </w:rPr>
        <w:t>[5]</w:t>
      </w:r>
    </w:p>
    <w:p>
      <w:r>
        <w:rPr>
          <w:rFonts w:ascii="Gentium Plus" w:hAnsi="Gentium Plus"/>
          <w:sz w:val="24"/>
        </w:rPr>
        <w:t>καὶ τὸ ὑπὲρ αὐτὸ λόφος καὶ λοφιὰ καὶ τριλοφία. λόφος εὐανθής, ὑακινθινοβαφής. τὰ δὲ περὶ ταῖς χερσὶ προβλήματα ὁμωνύμως τῷ</w:t>
      </w:r>
    </w:p>
    <w:p>
      <w:r>
        <w:rPr>
          <w:rFonts w:ascii="Courier New" w:hAnsi="Courier New"/>
          <w:color w:val="555555"/>
          <w:sz w:val="20"/>
        </w:rPr>
        <w:t>[1 . 136]</w:t>
      </w:r>
    </w:p>
    <w:p>
      <w:r>
        <w:rPr>
          <w:rFonts w:ascii="Gentium Plus" w:hAnsi="Gentium Plus"/>
          <w:sz w:val="24"/>
        </w:rPr>
        <w:t>μέρει χεῖρες καλοῦνται, κνημῖδες δὲ ποδῶν. ξίφος, μάχαιρα, ἐγχει‐ ρίδιον, ξίφους ἀκμή, ξίφους λαβὴ καὶ προλαβή, ξίφους τελαμών, οὗ τὸ ξίφος ἐξῆπται. κοπίς. ἡ δὲ θήκη τοῦ ξίφους κουλεός. λόγχη, ξυστόν, κάμαξ, ἀκόντιον. ἀκόντισμα καὶ τὸ ὅπλον καὶ τὸ ἔργον.</w:t>
      </w:r>
    </w:p>
    <w:p>
      <w:r>
        <w:rPr>
          <w:rFonts w:ascii="Courier New" w:hAnsi="Courier New"/>
          <w:color w:val="555555"/>
          <w:sz w:val="20"/>
        </w:rPr>
        <w:t>[5]</w:t>
      </w:r>
    </w:p>
    <w:p>
      <w:r>
        <w:rPr>
          <w:rFonts w:ascii="Gentium Plus" w:hAnsi="Gentium Plus"/>
          <w:sz w:val="24"/>
        </w:rPr>
        <w:t>δόρυ, κοντός. καὶ ἡ θήκη τοῦ δόρατος δουροδόκη, καὶ τὰ μέρη τὸ μὲν τέλος σαυρωτήρ, τὸ δὲ μέσον ἀγκύλη. καὶ τὸ μὲν ἔργον</w:t>
      </w:r>
    </w:p>
    <w:p>
      <w:r>
        <w:rPr>
          <w:rFonts w:ascii="Courier New" w:hAnsi="Courier New"/>
          <w:color w:val="555555"/>
          <w:sz w:val="20"/>
        </w:rPr>
        <w:t>[1 . 137]</w:t>
      </w:r>
    </w:p>
    <w:p>
      <w:r>
        <w:rPr>
          <w:rFonts w:ascii="Gentium Plus" w:hAnsi="Gentium Plus"/>
          <w:sz w:val="24"/>
        </w:rPr>
        <w:t>ἐναγκυλίσασθαι, τὸ δὲ προῦχον αἰχμὴ καὶ ἐπιδορατὶς καὶ στύραξ. ἦν δὲ καί τινα δόρατα ‘ναύμαχα,‘ ὡς φησὶν Ὅμηρος (O 389. 677), διὰ μήκους χρείαν συνηρμοσμένα ἐκ συμβολῶν. δρεπάνη, δορυδρέπανον. πέλεκυς ἀμφίστομος, ἑτερόστομος. τάχα δ’ ἂν προσθείη τις τούτοις</w:t>
      </w:r>
    </w:p>
    <w:p>
      <w:r>
        <w:rPr>
          <w:rFonts w:ascii="Courier New" w:hAnsi="Courier New"/>
          <w:color w:val="555555"/>
          <w:sz w:val="20"/>
        </w:rPr>
        <w:t>[5]</w:t>
      </w:r>
    </w:p>
    <w:p>
      <w:r>
        <w:rPr>
          <w:rFonts w:ascii="Gentium Plus" w:hAnsi="Gentium Plus"/>
          <w:sz w:val="24"/>
        </w:rPr>
        <w:t>καὶ τὴν ξυήλην τὴν Λακωνικήν. σφενδόνη, λίθος, τόξον καὶ τὰ</w:t>
      </w:r>
    </w:p>
    <w:p>
      <w:r>
        <w:rPr>
          <w:rFonts w:ascii="Courier New" w:hAnsi="Courier New"/>
          <w:color w:val="555555"/>
          <w:sz w:val="20"/>
        </w:rPr>
        <w:t>[10]</w:t>
      </w:r>
    </w:p>
    <w:p>
      <w:r>
        <w:rPr>
          <w:rFonts w:ascii="Gentium Plus" w:hAnsi="Gentium Plus"/>
          <w:sz w:val="24"/>
        </w:rPr>
        <w:t>ὄγκοι μὲν αἱ πρὸς τῷ καλάμῳ, γλωχῖνες δὲ αἱ πρὸς τῇ ἀκμῇ προ‐</w:t>
      </w:r>
    </w:p>
    <w:p>
      <w:r>
        <w:rPr>
          <w:rFonts w:ascii="Courier New" w:hAnsi="Courier New"/>
          <w:color w:val="555555"/>
          <w:sz w:val="20"/>
        </w:rPr>
        <w:t>[1 . 138]</w:t>
      </w:r>
    </w:p>
    <w:p>
      <w:r>
        <w:rPr>
          <w:rFonts w:ascii="Gentium Plus" w:hAnsi="Gentium Plus"/>
          <w:sz w:val="24"/>
        </w:rPr>
        <w:t>βολαί. ἰστέον δὲ ὅτι καὶ φοίνικος σπάθῃ Ἀράβων τινὲς ἀντὶ κέρως ἐχρῶντο, καὶ λίθῳ ὀξεῖ ἀντὶ σιδήρου Αἰθίοπες. καὶ ἔχριον τὰς ἀκίδας ἰῷ φαρμακώδει Ἄραβες. προσαριθμητέον τούτοις καὶ τὰ βαρβαρικά, σάρισσαν Μακεδονι‐</w:t>
      </w:r>
    </w:p>
    <w:p>
      <w:r>
        <w:rPr>
          <w:rFonts w:ascii="Courier New" w:hAnsi="Courier New"/>
          <w:color w:val="555555"/>
          <w:sz w:val="20"/>
        </w:rPr>
        <w:t>[5]</w:t>
      </w:r>
    </w:p>
    <w:p>
      <w:r>
        <w:rPr>
          <w:rFonts w:ascii="Gentium Plus" w:hAnsi="Gentium Plus"/>
          <w:sz w:val="24"/>
        </w:rPr>
        <w:t>κὴν τὸ δόρυ, καὶ παλτὸν Μηδικὸν τὸ ἀκόντιον, καὶ ἀκινάκην Περσικὸν ξιφίδιόν τι, τῷ μηρῷ προσηρτημένον, καὶ σαγάρεις Σκυθικάς. Ἄραβες δὲ καὶ στρουθῶν δοραῖς ἀντὶ θωράκων ἢ ἀσπίδων ἐφράττοντο.</w:t>
      </w:r>
    </w:p>
    <w:p>
      <w:r>
        <w:rPr>
          <w:rFonts w:ascii="Courier New" w:hAnsi="Courier New"/>
          <w:color w:val="555555"/>
          <w:sz w:val="20"/>
        </w:rPr>
        <w:t>[1 . 139]</w:t>
      </w:r>
    </w:p>
    <w:p>
      <w:r>
        <w:rPr>
          <w:rFonts w:ascii="Gentium Plus" w:hAnsi="Gentium Plus"/>
          <w:sz w:val="24"/>
        </w:rPr>
        <w:t>φρυκτοί, πυρσοί, καὶ μηχανήματα κριοί, πύργοι, ἑλεπόλεις, μηχαναί, καὶ καταπάλται Μακεδονικοί, καὶ χελῶναι. χρεία δ’ εἰς τοὺς πολέμους σκευοφόρων μὲν ὄνων, ἐπεσκευασ‐ μένων βοῶν δὲ ὑφ’ ἁμάξαις, ἡμιόνων δὲ πρὸς ἄμφω, καμήλων δὲ</w:t>
      </w:r>
    </w:p>
    <w:p>
      <w:r>
        <w:rPr>
          <w:rFonts w:ascii="Courier New" w:hAnsi="Courier New"/>
          <w:color w:val="555555"/>
          <w:sz w:val="20"/>
        </w:rPr>
        <w:t>[1 . 140]</w:t>
      </w:r>
    </w:p>
    <w:p>
      <w:r>
        <w:rPr>
          <w:rFonts w:ascii="Gentium Plus" w:hAnsi="Gentium Plus"/>
          <w:sz w:val="24"/>
        </w:rPr>
        <w:t>ἐπισεσαγμένων τὰ σκεύη. Βάκτριοι δὲ καὶ μάχονται ἀπὸ τῶν καμήλων, καὶ εἰσὶν αὐτοῖς ἵππων μὲν ὠκύτεραι τὸ τάχος, ἐκπληκτικώτεραι δὲ διὰ μέγεθος καὶ δασύτητα, ἐνεργότεραι δὲ διὰ τὸ ἀδιψεῖν καὶ μᾶλλον</w:t>
      </w:r>
    </w:p>
    <w:p>
      <w:r>
        <w:rPr>
          <w:rFonts w:ascii="Courier New" w:hAnsi="Courier New"/>
          <w:color w:val="555555"/>
          <w:sz w:val="20"/>
        </w:rPr>
        <w:t>[5]</w:t>
      </w:r>
    </w:p>
    <w:p>
      <w:r>
        <w:rPr>
          <w:rFonts w:ascii="Gentium Plus" w:hAnsi="Gentium Plus"/>
          <w:sz w:val="24"/>
        </w:rPr>
        <w:t>τὰς μάχας. καὶ ὁ μὲν ἄγων ἐλέφαντα ἐλεφανταγωγὸς καλεῖται, ὁ δ’ ἐπ’ αὐτοῖς ἄρχων ἐλεφαντάρχης. φράττονται δὲ καὶ οἱ ἵπποι ὅπλοις, προμετωπιδίοις, παρωπίοις, παρηίοις, προστερνιδίοις, παρα‐</w:t>
      </w:r>
    </w:p>
    <w:p>
      <w:r>
        <w:rPr>
          <w:rFonts w:ascii="Courier New" w:hAnsi="Courier New"/>
          <w:color w:val="555555"/>
          <w:sz w:val="20"/>
        </w:rPr>
        <w:t>[1 . 141]</w:t>
      </w:r>
    </w:p>
    <w:p>
      <w:r>
        <w:rPr>
          <w:rFonts w:ascii="Gentium Plus" w:hAnsi="Gentium Plus"/>
          <w:sz w:val="24"/>
        </w:rPr>
        <w:t>πλευριδίοις, παραμηριδίοις, περικνημιδίοις. λέγονται δὲ ἵπποι τεθωρακισμένοι, πεφραγμένοι, ὡπλισμένοι. Λίβυες δὲ καὶ ἀπὸ δίφρων καὶ ἵππων ἐπεζευγμένων, ὥσπερ οἱ Ὁμήρου ἥρωες, μάχονται· Ὅμηρος γὰρ οὐκ οἶδε μονίππους ἱππέας. ὧν οἱ μὲν ὑπὸ τῷ ζυγῷ</w:t>
      </w:r>
    </w:p>
    <w:p>
      <w:r>
        <w:rPr>
          <w:rFonts w:ascii="Courier New" w:hAnsi="Courier New"/>
          <w:color w:val="555555"/>
          <w:sz w:val="20"/>
        </w:rPr>
        <w:t>[5]</w:t>
      </w:r>
    </w:p>
    <w:p>
      <w:r>
        <w:rPr>
          <w:rFonts w:ascii="Gentium Plus" w:hAnsi="Gentium Plus"/>
          <w:sz w:val="24"/>
        </w:rPr>
        <w:t>ζύγιοι, οἱ δ’ ἑκατέρωθεν παρήοροι καὶ παράσειροι καὶ σειραφόροι καὶ σειραῖοι, καὶ αἱ τούτων ἡνίαι σειραὶ καὶ παρηορίαι. ἐπιβεβήκασι δὲ τοῦ ἁρματείου δίφρου ἡνίοχος καὶ παραβάτης· ὃν ὁ Πλάτων (Crit 119 B) ἀναβάτην μικράσπιδα ἐκάλεσε. καλεῖται δέ τις Λιβυκὴ διφρεία, ἡ δὲ Περσική, ἡ δὲ Λακωνική.</w:t>
      </w:r>
    </w:p>
    <w:p>
      <w:r>
        <w:rPr>
          <w:rFonts w:ascii="Courier New" w:hAnsi="Courier New"/>
          <w:color w:val="555555"/>
          <w:sz w:val="20"/>
        </w:rPr>
        <w:t>[1 . 142]</w:t>
      </w:r>
    </w:p>
    <w:p>
      <w:r>
        <w:rPr>
          <w:rFonts w:ascii="Gentium Plus" w:hAnsi="Gentium Plus"/>
          <w:sz w:val="24"/>
        </w:rPr>
        <w:t>μέρη δὲ τοῦ ἅρματος δίφρος, ὑπερτερία, ἄντυξ, ἴτυς. ἡ μὲν ἱμάντωσις τοῦ δίφρου τόνος καλεῖται, τὸ δ’ ὑπεράνω αὐτοῦ περί‐ φραγμα, ὃ σκύτει εἴωθε περιλαμβάνεσθαι, τάρριον. τρεῖς δ’ ἔχοντος τοῦ ταρρίου πλευρὰς τὰς κατὰ τοὺς ἵππους, τὸ ἀνώτατον ξύλον</w:t>
      </w:r>
    </w:p>
    <w:p>
      <w:r>
        <w:rPr>
          <w:rFonts w:ascii="Courier New" w:hAnsi="Courier New"/>
          <w:color w:val="555555"/>
          <w:sz w:val="20"/>
        </w:rPr>
        <w:t>[5]</w:t>
      </w:r>
    </w:p>
    <w:p>
      <w:r>
        <w:rPr>
          <w:rFonts w:ascii="Gentium Plus" w:hAnsi="Gentium Plus"/>
          <w:sz w:val="24"/>
        </w:rPr>
        <w:t>καπάναξ καλεῖται δεξιὸς καὶ εὐώνυμος, ἡ δὲ μέση ῥάβδος καπάνη, ἐφ’</w:t>
      </w:r>
    </w:p>
    <w:p>
      <w:r>
        <w:rPr>
          <w:rFonts w:ascii="Courier New" w:hAnsi="Courier New"/>
          <w:color w:val="555555"/>
          <w:sz w:val="20"/>
        </w:rPr>
        <w:t>[1 . 143]</w:t>
      </w:r>
    </w:p>
    <w:p>
      <w:r>
        <w:rPr>
          <w:rFonts w:ascii="Gentium Plus" w:hAnsi="Gentium Plus"/>
          <w:sz w:val="24"/>
        </w:rPr>
        <w:t>οὗ δ’ ἀναπαύεται, μεσάτιον, ἐμπρόσθιον. αἱ δὲ δίδυμοι αἱ εἰς τοὺς ἵππους βλέπουσαι ἀπὸ τῆς καπάνης μέχρι τοῦ κυρτίου μετῆλαι, τὸ δὲ κυρτούμενον ἀσπιδίσκη, τὸ δ’ ἀπὸ ταύτης ὑπὸ τὸν τόνον κεκαμ‐ μένον ἀζηλίς. τὰ δ’ ἐγγώνια τὰ ἐντὸς τοῦ δίφρου γωνίαι ἢ ἀγκῶνες</w:t>
      </w:r>
    </w:p>
    <w:p>
      <w:r>
        <w:rPr>
          <w:rFonts w:ascii="Courier New" w:hAnsi="Courier New"/>
          <w:color w:val="555555"/>
          <w:sz w:val="20"/>
        </w:rPr>
        <w:t>[5]</w:t>
      </w:r>
    </w:p>
    <w:p>
      <w:r>
        <w:rPr>
          <w:rFonts w:ascii="Gentium Plus" w:hAnsi="Gentium Plus"/>
          <w:sz w:val="24"/>
        </w:rPr>
        <w:t>ἢ ἄστρητα. τῶν δὲ πλαγίων πλευρῶν αἱ ἐπάνω ῥάβδοι, αἱ</w:t>
      </w:r>
    </w:p>
    <w:p>
      <w:r>
        <w:rPr>
          <w:rFonts w:ascii="Courier New" w:hAnsi="Courier New"/>
          <w:color w:val="555555"/>
          <w:sz w:val="20"/>
        </w:rPr>
        <w:t>[1 . 144]</w:t>
      </w:r>
    </w:p>
    <w:p>
      <w:r>
        <w:rPr>
          <w:rFonts w:ascii="Gentium Plus" w:hAnsi="Gentium Plus"/>
          <w:sz w:val="24"/>
        </w:rPr>
        <w:t>τοῦ τόνου ὑποκυφώνια ἢ κιλλίβαντες ἢ κιλλοβόροι. τὰ δ’ ἐγγώνια, οὗ ἐμπίπτουσιν αἱ πλάγιαι πλευραί, θαιροί τὸ δὲ πρὸ τοῦ τόνου, οὗ πρῶτον ἐπιβαίνουσιν οἱ ἀναβαίνοντες, πτέρνα. τὸ δὲ ὅλον ἐπίθημα καλεῖται ὑπερτερία, τὸ δ’ ὑποκείμενον ἄξων, τῶν δὲ περιειλουμένων</w:t>
      </w:r>
    </w:p>
    <w:p>
      <w:r>
        <w:rPr>
          <w:rFonts w:ascii="Courier New" w:hAnsi="Courier New"/>
          <w:color w:val="555555"/>
          <w:sz w:val="20"/>
        </w:rPr>
        <w:t>[5]</w:t>
      </w:r>
    </w:p>
    <w:p>
      <w:r>
        <w:rPr>
          <w:rFonts w:ascii="Gentium Plus" w:hAnsi="Gentium Plus"/>
          <w:sz w:val="24"/>
        </w:rPr>
        <w:t>τῷ ἄξονι τροχῶν τὸ μὲν περὶ ταῖς ἁψῖσι σιδηροῦν ἐπίσωτρον, ἡ δὲ ἁψὶς καὶ σῶτρα καλεῖται, αἱ δὲ ἐνηρμοσμέναι αὐτῇ ῥάβδοι κνῆμαι.</w:t>
      </w:r>
    </w:p>
    <w:p>
      <w:r>
        <w:rPr>
          <w:rFonts w:ascii="Courier New" w:hAnsi="Courier New"/>
          <w:color w:val="555555"/>
          <w:sz w:val="20"/>
        </w:rPr>
        <w:t>[1 . 145]</w:t>
      </w:r>
    </w:p>
    <w:p>
      <w:r>
        <w:rPr>
          <w:rFonts w:ascii="Gentium Plus" w:hAnsi="Gentium Plus"/>
          <w:sz w:val="24"/>
        </w:rPr>
        <w:t>τὸ δὲ κενὸν τοῦ τροχοῦ τὸ ἐναρμοζόμενον τῷ ἄξονι σύριγξ. τὸ δὲ ἐφ’ ἑκάστῃ κνήμῃ σιδηροῦν ἀετός. αὐτὸ δὲ τὸ περιειλούμενον τῷ ἄξονι πλήμνη. τὸ δὲ ὑπεράνω αὐτοῦ σιδήριον δακτύλιος. τὸ δὲ συν‐ δέον πρὸς τὴν πλήμνην τὰς κνήμας σιδήριον πλημνόδετον ἢ θώραξ.</w:t>
      </w:r>
    </w:p>
    <w:p>
      <w:r>
        <w:rPr>
          <w:rFonts w:ascii="Courier New" w:hAnsi="Courier New"/>
          <w:color w:val="555555"/>
          <w:sz w:val="20"/>
        </w:rPr>
        <w:t>[5]</w:t>
      </w:r>
    </w:p>
    <w:p>
      <w:r>
        <w:rPr>
          <w:rFonts w:ascii="Gentium Plus" w:hAnsi="Gentium Plus"/>
          <w:sz w:val="24"/>
        </w:rPr>
        <w:t>τὸ δ’ ἐντὸς τῆς πλήμνης σιδήριον, ὃ τρίβει τὸν ἄξονα, γάρνον ἢ δέστρον. τὸ δὲ κωλῦον ἐκπίπτειν τὸν τροχὸν ἐμπηγνύμενον τῷ ἄξονι παραξόνιον ἢ ὡς Γοργίας ἐπίβολος ἢ ὡς Ἐρατοσθένης (p 205 Bernh) ἔμβολος. τὰ δ’ ἑκατέρωθεν τέλη τοῦ τροχοῦ δακτύλιοι, ὥσπερ καὶ</w:t>
      </w:r>
    </w:p>
    <w:p>
      <w:r>
        <w:rPr>
          <w:rFonts w:ascii="Courier New" w:hAnsi="Courier New"/>
          <w:color w:val="555555"/>
          <w:sz w:val="20"/>
        </w:rPr>
        <w:t>[1 . 146]</w:t>
      </w:r>
    </w:p>
    <w:p>
      <w:r>
        <w:rPr>
          <w:rFonts w:ascii="Gentium Plus" w:hAnsi="Gentium Plus"/>
          <w:sz w:val="24"/>
        </w:rPr>
        <w:t>τοῦ ἄξονος τὰ ἑκατέρωθεν τέλη ἀκραξόνια. τὰ δὲ τῷ ἄξονι ἐγκεί‐ μενα σιδήρια καὶ τριβόμενα ὑπὸ τοῦ τροχοῦ, θύραι. ὁ δὲ τοῦ πα‐ ραξονίου δεσμὸς ἐμβολοδέτης. τὸ δὲ ἀποτεινόμενον ἀπὸ τοῦ δίφρου ξύλον ῥυμός, οὗ τὸ τέλος ἀκρορρύμιον, ὕπερθεν δὲ ἐκδέδεται τὸ</w:t>
      </w:r>
    </w:p>
    <w:p>
      <w:r>
        <w:rPr>
          <w:rFonts w:ascii="Courier New" w:hAnsi="Courier New"/>
          <w:color w:val="555555"/>
          <w:sz w:val="20"/>
        </w:rPr>
        <w:t>[5]</w:t>
      </w:r>
    </w:p>
    <w:p>
      <w:r>
        <w:rPr>
          <w:rFonts w:ascii="Gentium Plus" w:hAnsi="Gentium Plus"/>
          <w:sz w:val="24"/>
        </w:rPr>
        <w:t>ζυγόν· τὰ δὲ συνάπτοντα αὐτὸ δεσμὰ ζυγόδεσμα καλεῖται. ὁ δὲ πάτ‐</w:t>
      </w:r>
    </w:p>
    <w:p>
      <w:r>
        <w:rPr>
          <w:rFonts w:ascii="Courier New" w:hAnsi="Courier New"/>
          <w:color w:val="555555"/>
          <w:sz w:val="20"/>
        </w:rPr>
        <w:t>[1 . 147]</w:t>
      </w:r>
    </w:p>
    <w:p>
      <w:r>
        <w:rPr>
          <w:rFonts w:ascii="Gentium Plus" w:hAnsi="Gentium Plus"/>
          <w:sz w:val="24"/>
        </w:rPr>
        <w:t>ἵπποι, ζεῦγλαι, ὧν τὰ ἄκρα ἀκροχηνίσκοι. αἱ δὲ ἡνίαι καὶ ῥυτῆρες καλοῦνται. τὰ δὲ ἀπὸ μὲν τῶν ῥυμῶν ἀπηρτημένα, ὑπὸ δὲ τοὺς αὐχένας τῶν ἵππων ἑλιττόμενα, λέπαδνα, ὧν τὰ ἄκρα λεπαδνιστῆρες, τὰ δὲ ὑπὸ τοὺς ὤμους τῶν ἵππων μασχαλιστῆρες, ὁ δὲ ἀπὸ τῆς</w:t>
      </w:r>
    </w:p>
    <w:p>
      <w:r>
        <w:rPr>
          <w:rFonts w:ascii="Courier New" w:hAnsi="Courier New"/>
          <w:color w:val="555555"/>
          <w:sz w:val="20"/>
        </w:rPr>
        <w:t>[5]</w:t>
      </w:r>
    </w:p>
    <w:p>
      <w:r>
        <w:rPr>
          <w:rFonts w:ascii="Gentium Plus" w:hAnsi="Gentium Plus"/>
          <w:sz w:val="24"/>
        </w:rPr>
        <w:t>κορυφῆς τοῦ ἵππου ἐκτεταμένος ἱμὰς ἐπὶ τὸν χαλινὸν κορυφαία, ὁ δὲ περὶ τὰ γένεια γενειαστήρ. τὰ δ’ ἐπανεστηκότα δερμάτια περὶ τὸν ἄξονα, κατὰ τὰ παραξόνια, παρατρόχια. οἱ δὲ σιδηροῖ κύκλοι δι’</w:t>
      </w:r>
    </w:p>
    <w:p>
      <w:r>
        <w:rPr>
          <w:rFonts w:ascii="Courier New" w:hAnsi="Courier New"/>
          <w:color w:val="555555"/>
          <w:sz w:val="20"/>
        </w:rPr>
        <w:t>[1 . 148]</w:t>
      </w:r>
    </w:p>
    <w:p>
      <w:r>
        <w:rPr>
          <w:rFonts w:ascii="Gentium Plus" w:hAnsi="Gentium Plus"/>
          <w:sz w:val="24"/>
        </w:rPr>
        <w:t>ὧν διείρονται αἱ ἡνίαι, δακτύλιοι. ἀπὸ δ’ ἵππου ἐφ’ ἵππον ὁ ἀπηρτη‐ μένος ἱμὰς μεσάτιον. τῶν δ’ ἡνιῶν αἱ μὲν κατανωτίδιοι καλοῦνται, αἱ δὲ διὰ ῥυμῶν, αἱ δὲ διὰ μεσατίου, αἱ δὲ σειραῖος ἱμάς. καὶ τὸ μὲν ὅλῳ τῷ στόματι τοῦ ἵππου περιτιθέμενον χαλκοῦν ἠθμῶδες κημὸς</w:t>
      </w:r>
    </w:p>
    <w:p>
      <w:r>
        <w:rPr>
          <w:rFonts w:ascii="Courier New" w:hAnsi="Courier New"/>
          <w:color w:val="555555"/>
          <w:sz w:val="20"/>
        </w:rPr>
        <w:t>[5]</w:t>
      </w:r>
    </w:p>
    <w:p>
      <w:r>
        <w:rPr>
          <w:rFonts w:ascii="Gentium Plus" w:hAnsi="Gentium Plus"/>
          <w:sz w:val="24"/>
        </w:rPr>
        <w:t>καλεῖται, τὸ δὲ περὶ τὸ γένειον διειρόμενον ψάλιον, τὸ δ’ εἰς τὸ στόμα ἐμβαλλόμενον χαλινός, οὗ τὸ μὲν μέσον ἀξόνιον, τὰ δὲ περὶ αὐτὸ δακτύλιοι ἐχῖνοι τρίβολοι, οὓς μασᾶται ὁ ἵππος.</w:t>
      </w:r>
    </w:p>
    <w:p>
      <w:r>
        <w:rPr>
          <w:rFonts w:ascii="Courier New" w:hAnsi="Courier New"/>
          <w:color w:val="555555"/>
          <w:sz w:val="20"/>
        </w:rPr>
        <w:t>[1 . 149]</w:t>
      </w:r>
    </w:p>
    <w:p>
      <w:r>
        <w:rPr>
          <w:rFonts w:ascii="Gentium Plus" w:hAnsi="Gentium Plus"/>
          <w:sz w:val="24"/>
        </w:rPr>
        <w:t>εἴποις δ’ ἂν ἐθεράπευον τὰς ἀσπίδας, ἐξεκάθαιρον, ἐλάμπρυ‐ νον τοὺς θώρακας, ἐφαίδρυνον τὰς κνημῖδας, τὰ κράνη στιλπνὰ ἐποίουν,</w:t>
      </w:r>
    </w:p>
    <w:p>
      <w:r>
        <w:rPr>
          <w:rFonts w:ascii="Courier New" w:hAnsi="Courier New"/>
          <w:color w:val="555555"/>
          <w:sz w:val="20"/>
        </w:rPr>
        <w:t>[5]</w:t>
      </w:r>
    </w:p>
    <w:p>
      <w:r>
        <w:rPr>
          <w:rFonts w:ascii="Gentium Plus" w:hAnsi="Gentium Plus"/>
          <w:sz w:val="24"/>
        </w:rPr>
        <w:t>μαχαιροποιός, δορυξόος, πιλοποιός. εὐδόκιμα δὲ θώραξ Ἀττικουργής, κράνος Βοιωτουργές, πῖλος καὶ ἐγχειρίδιον Λακωνικά, ἀσπὶς Ἀργολική, τόξον Κρητικόν, σφενδόνη Ἀκαρνάνων, ἀκόντιον Αἰτωλικόν, μάχαιρα Κελτική, πέλεκυς Θρᾴκιος. καὶ τὰ ἔμπροσθεν εἰρημένα ὑπὲρ τῆς ἑκάστου χρήσεως.</w:t>
      </w:r>
    </w:p>
    <w:p>
      <w:r>
        <w:rPr>
          <w:rFonts w:ascii="Courier New" w:hAnsi="Courier New"/>
          <w:color w:val="555555"/>
          <w:sz w:val="20"/>
        </w:rPr>
        <w:t>[1 . 150]</w:t>
      </w:r>
    </w:p>
    <w:p>
      <w:r>
        <w:rPr>
          <w:rFonts w:ascii="Gentium Plus" w:hAnsi="Gentium Plus"/>
          <w:sz w:val="24"/>
        </w:rPr>
        <w:t>Λέγειν δὲ χρὴ ἐχθροί, πολέμιοι· τὸ γὰρ τῶν ἀντιπολέμων ὄνομα, εἰ καὶ Θουκυδίδης (III 90. 1) αὐτῷ κέχρηται, σκληρόν ἐστιν, βέλτιον δ’ ἀντιπολεμοῦντες. ἀπηχθημένοι, ἠλλοτριωμένοι, ἀλλόφυλοι· τοὺς δὲ βαρβάρους καὶ ξένους ἐκάλουν. ἄσπονδοι, ἀκατάλλακτοι,</w:t>
      </w:r>
    </w:p>
    <w:p>
      <w:r>
        <w:rPr>
          <w:rFonts w:ascii="Courier New" w:hAnsi="Courier New"/>
          <w:color w:val="555555"/>
          <w:sz w:val="20"/>
        </w:rPr>
        <w:t>[5]</w:t>
      </w:r>
    </w:p>
    <w:p>
      <w:r>
        <w:rPr>
          <w:rFonts w:ascii="Gentium Plus" w:hAnsi="Gentium Plus"/>
          <w:sz w:val="24"/>
        </w:rPr>
        <w:t>ἄμικτοι, θηριώδεις, ὕπουλοι, ἄπιστοι, ἄσπειστοι, διάφοροι, ἐναντίοι·</w:t>
      </w:r>
    </w:p>
    <w:p>
      <w:r>
        <w:rPr>
          <w:rFonts w:ascii="Courier New" w:hAnsi="Courier New"/>
          <w:color w:val="555555"/>
          <w:sz w:val="20"/>
        </w:rPr>
        <w:t>[1 . 151]</w:t>
      </w:r>
    </w:p>
    <w:p>
      <w:r>
        <w:rPr>
          <w:rFonts w:ascii="Gentium Plus" w:hAnsi="Gentium Plus"/>
          <w:sz w:val="24"/>
        </w:rPr>
        <w:t>χρηστέον δέ ποτε καὶ τῷ ἀντίπαλοι, εἴ γε καὶ τὸν πόλεμον ἀγῶνα κλητέον καὶ τὸ νικῆσαι καταγωνίσασθαι. πολέμους ἀκηρύκτους ἐπά‐ γοντες, ἀκηρύκτως πολεμοῦντες, πικροί, δυσμενεῖς, ἐπικηρυκείας οὐκ ἔχοντες, ἐπικηρυκείας οὐ δεχόμενοι, κήρυκα καὶ πρεσβείαν οὐ προσιέ‐</w:t>
      </w:r>
    </w:p>
    <w:p>
      <w:r>
        <w:rPr>
          <w:rFonts w:ascii="Courier New" w:hAnsi="Courier New"/>
          <w:color w:val="555555"/>
          <w:sz w:val="20"/>
        </w:rPr>
        <w:t>[5]</w:t>
      </w:r>
    </w:p>
    <w:p>
      <w:r>
        <w:rPr>
          <w:rFonts w:ascii="Gentium Plus" w:hAnsi="Gentium Plus"/>
          <w:sz w:val="24"/>
        </w:rPr>
        <w:t>μενοι, ἀκηρύκτοις πολέμοις χρώμενοι, ἀκατάλλακτοι, ἀδιάλλακτοι, ἀσύμβατοι, ἀσύμβολοι. τὰ δὲ ἐναντία ἥμεροι, πρᾶοι. μέχρι τοῦ δεδίξασθαι πολεμοῦντες, μόνον φόβον ἀνασείοντες, σπονδὰς ὑποφευγόντων διδόντες, εἰς εἰρήνην ῥέποντες, ἐπικηρυκευομένους προσιέμενοι, εὐδιάλλακτοι, εὐδιαλλάκτως διακείμενοι, οὐκ εἰς ἀεὶ τὰς</w:t>
      </w:r>
    </w:p>
    <w:p>
      <w:r>
        <w:rPr>
          <w:rFonts w:ascii="Courier New" w:hAnsi="Courier New"/>
          <w:color w:val="555555"/>
          <w:sz w:val="20"/>
        </w:rPr>
        <w:t>[1 . 152]</w:t>
      </w:r>
    </w:p>
    <w:p>
      <w:r>
        <w:rPr>
          <w:rFonts w:ascii="Gentium Plus" w:hAnsi="Gentium Plus"/>
          <w:sz w:val="24"/>
        </w:rPr>
        <w:t>ἔχθρας ἀποτιθέμενοι. ἄλλης δὲ χρείας φίλοι, σύμμαχοι, ὁμοήθεις, ὁμόφυλοι, συνασπισταί, συναγωνισταί, συστρατιῶται, συνεξεταζόμενοι, συνοπλιζόμενοι, συμπολεμοῦντες, κοινωνοὶ πολέμου, κοινωνοὶ μάχης,</w:t>
      </w:r>
    </w:p>
    <w:p>
      <w:r>
        <w:rPr>
          <w:rFonts w:ascii="Courier New" w:hAnsi="Courier New"/>
          <w:color w:val="555555"/>
          <w:sz w:val="20"/>
        </w:rPr>
        <w:t>[1 . 153]</w:t>
      </w:r>
    </w:p>
    <w:p>
      <w:r>
        <w:rPr>
          <w:rFonts w:ascii="Gentium Plus" w:hAnsi="Gentium Plus"/>
          <w:sz w:val="24"/>
        </w:rPr>
        <w:t>συμμαχία, κοινωνία, συνασπισμός· ὁμαιχμία γὰρ Θουκυδίδου (I 18. 3) μέν, οὐ μὴν λεῖον πρὸς τὴν ἀκοήν. τὸ δὲ ὅλον πόλεμος, ἔχθρα, διχόνοια, ἀλλοτρίωσις, μάχη, στάσις, στασιασμός· τὸ δὲ ἐναντίον εἰρήνη, ἡσυχία, σπονδαί, ἀνοχαὶ καὶ ἀνακωχαί, διαλλαγαί, καὶ ὁ</w:t>
      </w:r>
    </w:p>
    <w:p>
      <w:r>
        <w:rPr>
          <w:rFonts w:ascii="Courier New" w:hAnsi="Courier New"/>
          <w:color w:val="555555"/>
          <w:sz w:val="20"/>
        </w:rPr>
        <w:t>[5]</w:t>
      </w:r>
    </w:p>
    <w:p>
      <w:r>
        <w:rPr>
          <w:rFonts w:ascii="Gentium Plus" w:hAnsi="Gentium Plus"/>
          <w:sz w:val="24"/>
        </w:rPr>
        <w:t>συνάγων διαλλάκτης. τούτους δὲ καταρτιστῆρας Ἡρόδοτος (IV 161. V 28) καλεῖ· εἴποι δ’ ἄν τις αὐτοὺς καὶ ἁρμοστάς. τὰ δὲ ῥήματα καὶ διηλλάγησαν καὶ κατηλλάγησαν καὶ συνηλλάγησαν, καὶ συμβάσεις</w:t>
      </w:r>
    </w:p>
    <w:p>
      <w:r>
        <w:rPr>
          <w:rFonts w:ascii="Courier New" w:hAnsi="Courier New"/>
          <w:color w:val="555555"/>
          <w:sz w:val="20"/>
        </w:rPr>
        <w:t>[1 . 154]</w:t>
      </w:r>
    </w:p>
    <w:p>
      <w:r>
        <w:rPr>
          <w:rFonts w:ascii="Gentium Plus" w:hAnsi="Gentium Plus"/>
          <w:sz w:val="24"/>
        </w:rPr>
        <w:t>ἐποιήσαντο καὶ συνέβησαν, καὶ συνέθεντο καὶ συνθῆκαι ἐγένοντο, καὶ ὡμολόγησαν καὶ ὁμολογίαι ἐγένοντο. δύναιτο δ’ ἄν τις εἰπεῖν ἐπὶ μὲν τοῦ εἰς ἔχθραν καταστῆναι τὰς σπονδὰς ἔλυσαν, διέστησαν, ἀπερράγησαν, ἠλλοτριώθησαν, ἐξεπολεμώθησαν—οἱ δὲ</w:t>
      </w:r>
    </w:p>
    <w:p>
      <w:r>
        <w:rPr>
          <w:rFonts w:ascii="Courier New" w:hAnsi="Courier New"/>
          <w:color w:val="555555"/>
          <w:sz w:val="20"/>
        </w:rPr>
        <w:t>[5]</w:t>
      </w:r>
    </w:p>
    <w:p>
      <w:r>
        <w:rPr>
          <w:rFonts w:ascii="Gentium Plus" w:hAnsi="Gentium Plus"/>
          <w:sz w:val="24"/>
        </w:rPr>
        <w:t>συγκρούσαντες αὐτοὺς ἐξεπολέμωσαν καὶ πολεμοποιοί—εἰς πόλεμον συνέπεσον, ἐπὶ δὲ τοῦ ἐναντίου συνῆλθον, ἡρμόσθησαν, εἰς ταὐτὸν ἦλθον, ᾠκειώθησαν· τὸ γὰρ ἐφιλιώθησαν ἰδιωτῶν.</w:t>
      </w:r>
    </w:p>
    <w:p>
      <w:r>
        <w:rPr>
          <w:rFonts w:ascii="Courier New" w:hAnsi="Courier New"/>
          <w:color w:val="555555"/>
          <w:sz w:val="20"/>
        </w:rPr>
        <w:t>[1 . 155]</w:t>
      </w:r>
    </w:p>
    <w:p>
      <w:r>
        <w:rPr>
          <w:rFonts w:ascii="Gentium Plus" w:hAnsi="Gentium Plus"/>
          <w:sz w:val="24"/>
        </w:rPr>
        <w:t>Δυνάμεις ἐρρωμέναι, ἀκμάζουσαι, ἀκραιφνεῖς, ἀκέραιοι, ἐπιστή‐ μονες, μεμελετηκυῖαι, ἠσκημέναι, συντεταγμέναι, συγκεκροτημέναι, ἐγρη‐ γορυῖαι, ἀνδρώδεις, ἀνδρεῖαι, ἀνδρικαί, νεανικαί, ἔντονοι, φιλό‐ πονοι, φιλοπόλεμοι. καὶ ἕτοιμοι, πρόχειροι, φιλεργοί, συνεργοί,</w:t>
      </w:r>
    </w:p>
    <w:p>
      <w:r>
        <w:rPr>
          <w:rFonts w:ascii="Courier New" w:hAnsi="Courier New"/>
          <w:color w:val="555555"/>
          <w:sz w:val="20"/>
        </w:rPr>
        <w:t>[5]</w:t>
      </w:r>
    </w:p>
    <w:p>
      <w:r>
        <w:rPr>
          <w:rFonts w:ascii="Gentium Plus" w:hAnsi="Gentium Plus"/>
          <w:sz w:val="24"/>
        </w:rPr>
        <w:t>φιλότιμοι, ἄοκνοι, εὔρωστοι, ἐρρωμένοι, ἐθελουργοί, πρόθυμοι, εὔθυμοι,</w:t>
      </w:r>
    </w:p>
    <w:p>
      <w:r>
        <w:rPr>
          <w:rFonts w:ascii="Courier New" w:hAnsi="Courier New"/>
          <w:color w:val="555555"/>
          <w:sz w:val="20"/>
        </w:rPr>
        <w:t>[1 . 156]</w:t>
      </w:r>
    </w:p>
    <w:p>
      <w:r>
        <w:rPr>
          <w:rFonts w:ascii="Gentium Plus" w:hAnsi="Gentium Plus"/>
          <w:sz w:val="24"/>
        </w:rPr>
        <w:t>θυμοειδεῖς, φιλόνεικοι, φιλοκίνδυνοι. καὶ ἄνδρες ἰταμοί, ἀπροφάσιστοι, ἐθελονταί, αὐτεπάγγελτοι, ἀπαράκλητοι, αὐτοκέλευστοι, αὐθαίρετοι, αὐτ‐ επίτακτοι, ἀκέλευστοι, ἀνεπίτακτοι, αὐτήκοοι, εὔτολμοι, εὔψυχοι,</w:t>
      </w:r>
    </w:p>
    <w:p>
      <w:r>
        <w:rPr>
          <w:rFonts w:ascii="Courier New" w:hAnsi="Courier New"/>
          <w:color w:val="555555"/>
          <w:sz w:val="20"/>
        </w:rPr>
        <w:t>[5]</w:t>
      </w:r>
    </w:p>
    <w:p>
      <w:r>
        <w:rPr>
          <w:rFonts w:ascii="Gentium Plus" w:hAnsi="Gentium Plus"/>
          <w:sz w:val="24"/>
        </w:rPr>
        <w:t>πολεμικοί· ἐμπειροπόλεμοι γὰρ ἐπαχθές, πολέμου δὲ ‘χειροτέχνασ‘ στρα‐</w:t>
      </w:r>
    </w:p>
    <w:p>
      <w:r>
        <w:rPr>
          <w:rFonts w:ascii="Courier New" w:hAnsi="Courier New"/>
          <w:color w:val="555555"/>
          <w:sz w:val="20"/>
        </w:rPr>
        <w:t>[1 . 157]</w:t>
      </w:r>
    </w:p>
    <w:p>
      <w:r>
        <w:rPr>
          <w:rFonts w:ascii="Gentium Plus" w:hAnsi="Gentium Plus"/>
          <w:sz w:val="24"/>
        </w:rPr>
        <w:t>τιώτας εἴρηκε Θουκυδίδης (VI 72. 2). δυσήττητοι, ἀήττητοι, ἄμαχοι, δύσμαχοι, ἀπρόσμαχοι, δυσαντίβλεπτοι, ἀνυπόστατοι, ἀνίκητοι, δυσπο‐ λέμητοι, θαρσαλέοι, δυσανταγώνιστοι. καὶ τὰ ἐπιρρήματα συγκεκρο‐ τημένως, μεμελετηκότως, ἀκραιφνῶς, ἐπιστημόνως, ἠσκημένως, συντε‐</w:t>
      </w:r>
    </w:p>
    <w:p>
      <w:r>
        <w:rPr>
          <w:rFonts w:ascii="Courier New" w:hAnsi="Courier New"/>
          <w:color w:val="555555"/>
          <w:sz w:val="20"/>
        </w:rPr>
        <w:t>[5]</w:t>
      </w:r>
    </w:p>
    <w:p>
      <w:r>
        <w:rPr>
          <w:rFonts w:ascii="Gentium Plus" w:hAnsi="Gentium Plus"/>
          <w:sz w:val="24"/>
        </w:rPr>
        <w:t>ταγμένως, ἐγρηγορότως, πολεμικῶς, ἀηττήτως, ἀμάχως, ἀνανταγωνίστως. καὶ τὰ ῥήματα ἐπιρρωννύναι, ἀσκεῖν, συγκροτεῖν, γυμνάζεσθαι, πονεῖσθαι, μελετᾶν, συγκροτεῖσθαι. τὰ δὲ πράγματα πόνος, ἐπιστήμη, ἐγρήγορσις,</w:t>
      </w:r>
    </w:p>
    <w:p>
      <w:r>
        <w:rPr>
          <w:rFonts w:ascii="Courier New" w:hAnsi="Courier New"/>
          <w:color w:val="555555"/>
          <w:sz w:val="20"/>
        </w:rPr>
        <w:t>[1 . 158]</w:t>
      </w:r>
    </w:p>
    <w:p>
      <w:r>
        <w:rPr>
          <w:rFonts w:ascii="Gentium Plus" w:hAnsi="Gentium Plus"/>
          <w:sz w:val="24"/>
        </w:rPr>
        <w:t>προθυμία, ἄσκησις, μελέτη, ῥώμη. τὰ δὲ ἐναντία ἀστράτευτοι, ἀπό‐ λεμοι, ἄθυμοι, βλᾶκες, βλακεύοντες, ἀμβλεῖς, βραδεῖς, ἀσθενεῖς, ἀγεν‐ νεῖς, ἄρρωστοι, ὀκνώδεις, ἀδύνατοι, ἀργοί, ἀναπεπτωκότες, μαλακοί, ἄνανδροι, ἀνάσκητοι, ἀγύμναστοι, ἀσυγκρότητοι, ἀμελέτητοι, δειλοί,</w:t>
      </w:r>
    </w:p>
    <w:p>
      <w:r>
        <w:rPr>
          <w:rFonts w:ascii="Courier New" w:hAnsi="Courier New"/>
          <w:color w:val="555555"/>
          <w:sz w:val="20"/>
        </w:rPr>
        <w:t>[5]</w:t>
      </w:r>
    </w:p>
    <w:p>
      <w:r>
        <w:rPr>
          <w:rFonts w:ascii="Gentium Plus" w:hAnsi="Gentium Plus"/>
          <w:sz w:val="24"/>
        </w:rPr>
        <w:t>καταδεεῖς, ἀμελεῖς, κατημελημένοι, ῥᾴθυμοι, ὕπτιοι, νωθεῖς, κατερ‐ ρᾳθυμημένοι, ὀλίγωροι, κατωλιγωρημένοι, εὐάλωτοι, εὐεπιβούλευτοι,</w:t>
      </w:r>
    </w:p>
    <w:p>
      <w:r>
        <w:rPr>
          <w:rFonts w:ascii="Courier New" w:hAnsi="Courier New"/>
          <w:color w:val="555555"/>
          <w:sz w:val="20"/>
        </w:rPr>
        <w:t>[1 . 159]</w:t>
      </w:r>
    </w:p>
    <w:p>
      <w:r>
        <w:rPr>
          <w:rFonts w:ascii="Gentium Plus" w:hAnsi="Gentium Plus"/>
          <w:sz w:val="24"/>
        </w:rPr>
        <w:t>εὔληπτοι, εὐπολέμητοι, εὐεπιχείρητοι. καὶ τὰ ἐπιρρήματα ἀμελῶς, ῥᾳθύμως, δειλῶς, ἀνάνδρως, ἀθύμως, ἀστρατεύτως, ἀπολέμως, ἀγυ‐ μνάστως, ἀσυγκροτήτως, ἀμελετήτως, καταδεῶς, ὀλιγώρως. τὰ δὲ ῥήματα ἀποδειλιᾶν, ἀθυμεῖν, ῥᾳθυμεῖν, βλακεύειν, δεδιέναι,</w:t>
      </w:r>
    </w:p>
    <w:p>
      <w:r>
        <w:rPr>
          <w:rFonts w:ascii="Courier New" w:hAnsi="Courier New"/>
          <w:color w:val="555555"/>
          <w:sz w:val="20"/>
        </w:rPr>
        <w:t>[5]</w:t>
      </w:r>
    </w:p>
    <w:p>
      <w:r>
        <w:rPr>
          <w:rFonts w:ascii="Gentium Plus" w:hAnsi="Gentium Plus"/>
          <w:sz w:val="24"/>
        </w:rPr>
        <w:t>ὀλιγωρεῖν. καὶ τὰ πράγματα ἀνασκησία, ἀμελετησία, ἀμέλεια, βλακεία, νώθεια, ἀθυμία, ῥᾳθυμία, ὀλιγωρία, ἀνανδρία, δειλία, μαλακία.</w:t>
      </w:r>
    </w:p>
    <w:p>
      <w:r>
        <w:rPr>
          <w:rFonts w:ascii="Courier New" w:hAnsi="Courier New"/>
          <w:color w:val="555555"/>
          <w:sz w:val="20"/>
        </w:rPr>
        <w:t>[1 . 160]</w:t>
      </w:r>
    </w:p>
    <w:p>
      <w:r>
        <w:rPr>
          <w:rFonts w:ascii="Gentium Plus" w:hAnsi="Gentium Plus"/>
          <w:sz w:val="24"/>
        </w:rPr>
        <w:t>ἐστράτευσαν, ἐξεστράτευσαν, πανδημεὶ ἐξεστρατεύσαντο, ἐπεστρατεύσαντο, ἐστρατοπεδεύσαντο καὶ κατεστρατοπεδεύσαντο καὶ ἀντεστρατοπεδεύσαντο, στρατόπεδον ἐβάλοντο, ἐκάθισαν, ἱδρύ‐ θησαν, ἐσκήνωσαν, κατεσκήνωσαν, σκηνὰς ἐστήσαντο, σκηνὰς ἐπή‐</w:t>
      </w:r>
    </w:p>
    <w:p>
      <w:r>
        <w:rPr>
          <w:rFonts w:ascii="Courier New" w:hAnsi="Courier New"/>
          <w:color w:val="555555"/>
          <w:sz w:val="20"/>
        </w:rPr>
        <w:t>[5]</w:t>
      </w:r>
    </w:p>
    <w:p>
      <w:r>
        <w:rPr>
          <w:rFonts w:ascii="Gentium Plus" w:hAnsi="Gentium Plus"/>
          <w:sz w:val="24"/>
        </w:rPr>
        <w:t>ξαντο. τεῖχος περιεβάλοντο, τεῖχος ἤραντο, περιῳκοδομήσαντο, πε‐</w:t>
      </w:r>
    </w:p>
    <w:p>
      <w:r>
        <w:rPr>
          <w:rFonts w:ascii="Courier New" w:hAnsi="Courier New"/>
          <w:color w:val="555555"/>
          <w:sz w:val="20"/>
        </w:rPr>
        <w:t>[1 . 161]</w:t>
      </w:r>
    </w:p>
    <w:p>
      <w:r>
        <w:rPr>
          <w:rFonts w:ascii="Gentium Plus" w:hAnsi="Gentium Plus"/>
          <w:sz w:val="24"/>
        </w:rPr>
        <w:t>ριειργάσαντο. οἱ δὲ πρὸς τοῦτο ἐπιτήδειοι λιθοδόμοι, λιθολόγοι, τέκτονες, τειχοδόμοι, τειχοποιοί· καλοῦνται δ’ οὕτως οὐ μόνον οἱ</w:t>
      </w:r>
    </w:p>
    <w:p>
      <w:r>
        <w:rPr>
          <w:rFonts w:ascii="Courier New" w:hAnsi="Courier New"/>
          <w:color w:val="555555"/>
          <w:sz w:val="20"/>
        </w:rPr>
        <w:t>[5]</w:t>
      </w:r>
    </w:p>
    <w:p>
      <w:r>
        <w:rPr>
          <w:rFonts w:ascii="Gentium Plus" w:hAnsi="Gentium Plus"/>
          <w:sz w:val="24"/>
        </w:rPr>
        <w:t>ἠλάσαντο, ἐκοίλαναν, ἐβαθύναντο, ἀπετάφρευσαν, σταυροὺς ἐπήξαντο, χαρακώματα ἐποιήσαντο, περιεσταύρωσαν, ἀπεσταύρωσαν, χάρακα</w:t>
      </w:r>
    </w:p>
    <w:p>
      <w:r>
        <w:rPr>
          <w:rFonts w:ascii="Courier New" w:hAnsi="Courier New"/>
          <w:color w:val="555555"/>
          <w:sz w:val="20"/>
        </w:rPr>
        <w:t>[1 . 162]</w:t>
      </w:r>
    </w:p>
    <w:p>
      <w:r>
        <w:rPr>
          <w:rFonts w:ascii="Gentium Plus" w:hAnsi="Gentium Plus"/>
          <w:sz w:val="24"/>
        </w:rPr>
        <w:t>ἐβάλοντο, περιεχαράκωσαν, ἐφράξαντο. παραφυλακτέον δὲ ὅτι οἱ μὲν περὶ τοῖς στρατοπέδοις χάρακες ἀρρενικῶς λέγονται, αἱ δὲ πρὸς ταῖς ἀμπέλοις θηλυκῶς. ἐξῆλθον ἐπὶ ὑδρείαν, ἐπὶ ξυλείαν, ἐπὶ ξυ‐ λισμόν, ἐπὶ φρυγανισμόν, ἐπὶ προνομήν. εἶτα λείαν ἠλάσαντο,</w:t>
      </w:r>
    </w:p>
    <w:p>
      <w:r>
        <w:rPr>
          <w:rFonts w:ascii="Courier New" w:hAnsi="Courier New"/>
          <w:color w:val="555555"/>
          <w:sz w:val="20"/>
        </w:rPr>
        <w:t>[5]</w:t>
      </w:r>
    </w:p>
    <w:p>
      <w:r>
        <w:rPr>
          <w:rFonts w:ascii="Gentium Plus" w:hAnsi="Gentium Plus"/>
          <w:sz w:val="24"/>
        </w:rPr>
        <w:t>βοσκήματα, λείαν περιεσύραντο, ὡς Ὑπερείδης (fg 264 Bl). εἶτα ἀντετάξαντο, ἀντιπαρετάξαντο, ἀντέστησαν, ἐτάχθησαν καὶ ἐξετά‐ χθησαν καὶ ἀντετάχθησαν, μετετάξαντο. εἶτα προύθεσαν οἱ μάντεις ἱερεῖα, ἐθύσαντο, ἐσφαγιάσαντο. καὶ αἴσια τὰ ἱερά, καὶ καλὰ ἢ δεξιά, καὶ τοὐναντίον ἀπαίσια καὶ τὰ</w:t>
      </w:r>
    </w:p>
    <w:p>
      <w:r>
        <w:rPr>
          <w:rFonts w:ascii="Courier New" w:hAnsi="Courier New"/>
          <w:color w:val="555555"/>
          <w:sz w:val="20"/>
        </w:rPr>
        <w:t>[10]</w:t>
      </w:r>
    </w:p>
    <w:p>
      <w:r>
        <w:rPr>
          <w:rFonts w:ascii="Gentium Plus" w:hAnsi="Gentium Plus"/>
          <w:sz w:val="24"/>
        </w:rPr>
        <w:t>ὅμοια.</w:t>
      </w:r>
    </w:p>
    <w:p>
      <w:r>
        <w:rPr>
          <w:rFonts w:ascii="Courier New" w:hAnsi="Courier New"/>
          <w:color w:val="555555"/>
          <w:sz w:val="20"/>
        </w:rPr>
        <w:t>[1 . 163]</w:t>
      </w:r>
    </w:p>
    <w:p>
      <w:r>
        <w:rPr>
          <w:rFonts w:ascii="Gentium Plus" w:hAnsi="Gentium Plus"/>
          <w:sz w:val="24"/>
        </w:rPr>
        <w:t>ἐρεῖς δὲ τὰ σημεῖα ἤρθη, ὑπεσημήναντο οἱ σαλπιγκταὶ τὸ εἰς ἔφοδον, ὥσπερ τοὐναντίον ἀνακλητικόν. προύτρεψαν οἱ στρα‐ τηγοί, παρεκάλεσαν, ἐπέρρωσαν, ἐξώρμησαν, ἀνεκαλέσαντο, παρηγ‐ γύησαν, ἐξώτρυναν, ἐπήγειραν, σύνθημα ἔδοσαν, ἐπιδιῆλθον τὸ</w:t>
      </w:r>
    </w:p>
    <w:p>
      <w:r>
        <w:rPr>
          <w:rFonts w:ascii="Courier New" w:hAnsi="Courier New"/>
          <w:color w:val="555555"/>
          <w:sz w:val="20"/>
        </w:rPr>
        <w:t>[5]</w:t>
      </w:r>
    </w:p>
    <w:p>
      <w:r>
        <w:rPr>
          <w:rFonts w:ascii="Gentium Plus" w:hAnsi="Gentium Plus"/>
          <w:sz w:val="24"/>
        </w:rPr>
        <w:t>σύνθημα. τὰ δόρατα πρὸς τὰς ἀσπίδας ἐδούπησαν, ἐπαιάνισαν, τῷ Ἐνυαλίῳ ἠλάλαξαν, προσέμιξαν, εἰς χεῖρας ἦλθον, προηκροβολί‐</w:t>
      </w:r>
    </w:p>
    <w:p>
      <w:r>
        <w:rPr>
          <w:rFonts w:ascii="Courier New" w:hAnsi="Courier New"/>
          <w:color w:val="555555"/>
          <w:sz w:val="20"/>
        </w:rPr>
        <w:t>[1 . 164]</w:t>
      </w:r>
    </w:p>
    <w:p>
      <w:r>
        <w:rPr>
          <w:rFonts w:ascii="Gentium Plus" w:hAnsi="Gentium Plus"/>
          <w:sz w:val="24"/>
        </w:rPr>
        <w:t>σαντο, ἐτόξευσαν, ἐξετόξευσαν. ἐρεῖς δὲ ἐκ τόξου ῥύματος ἦν ἡ μάχη. καὶ τόξου καθάψαι, ἀνελκύσαι, ἀναγαγεῖν, καὶ πλη‐ ρωσάμενοι τὰ τόξα, ἐνθέμενοι τοὺς οἰστούς. εἶτα προεξέδραμον</w:t>
      </w:r>
    </w:p>
    <w:p>
      <w:r>
        <w:rPr>
          <w:rFonts w:ascii="Courier New" w:hAnsi="Courier New"/>
          <w:color w:val="555555"/>
          <w:sz w:val="20"/>
        </w:rPr>
        <w:t>[5]</w:t>
      </w:r>
    </w:p>
    <w:p>
      <w:r>
        <w:rPr>
          <w:rFonts w:ascii="Gentium Plus" w:hAnsi="Gentium Plus"/>
          <w:sz w:val="24"/>
        </w:rPr>
        <w:t>προεκδρομάς. προεξήλασεν ἡ ἵππος, ἢ ἱππομαχία. ἱππομαχῆσαι, ἱπποκρατῆσαι, καθιπποκρατῆσαι. ἐρεῖς δὲ συνέπεσον, συνερρά‐ γησαν, εἰς χεῖρας ἦλθον, συνῆψαν τὴν μάχην, συμπεσόντες ἐμάχοντο,</w:t>
      </w:r>
    </w:p>
    <w:p>
      <w:r>
        <w:rPr>
          <w:rFonts w:ascii="Courier New" w:hAnsi="Courier New"/>
          <w:color w:val="555555"/>
          <w:sz w:val="20"/>
        </w:rPr>
        <w:t>[1 . 165]</w:t>
      </w:r>
    </w:p>
    <w:p>
      <w:r>
        <w:rPr>
          <w:rFonts w:ascii="Gentium Plus" w:hAnsi="Gentium Plus"/>
          <w:sz w:val="24"/>
        </w:rPr>
        <w:t>ἐν χερσὶν ἦν ἡ μάχη. εἶτα καρτερὰ μάχη, σταδαία μάχη, θυμῷ ἐμάχοντο, ἐμπλακέντες διηγωνίζοντο, ἐξεώθουν ἀλλήλους, οὐ ῥᾳδίως ἀπ’ ἀλλήλων ἀπελύοντο. δεξάμενοι αὐτοὺς ἠμύνοντο, ἢ ἐνέδωκαν πρὸς τὴν πρώτην ἔφοδον, οὐκ ἤνεγκαν τὴν πρώτην προσβολήν.</w:t>
      </w:r>
    </w:p>
    <w:p>
      <w:r>
        <w:rPr>
          <w:rFonts w:ascii="Courier New" w:hAnsi="Courier New"/>
          <w:color w:val="555555"/>
          <w:sz w:val="20"/>
        </w:rPr>
        <w:t>[5]</w:t>
      </w:r>
    </w:p>
    <w:p>
      <w:r>
        <w:rPr>
          <w:rFonts w:ascii="Gentium Plus" w:hAnsi="Gentium Plus"/>
          <w:sz w:val="24"/>
        </w:rPr>
        <w:t>ἐπόνει θάτερον τῶν κερῶν, ἐπόνει τὰ μέσα τοῦ στρατεύματος, εἶξεν, ἐνέδωκεν, ἐπὶ πόδα ἀνεχώρει, ἐνέκλινεν, ἐξέκλινεν, ὑπεχώ‐ ρησεν, ὑπετράπη, τὰ νῶτα ἔδωκεν, ἔφυγεν, προτροπάδην ἔφυγεν,</w:t>
      </w:r>
    </w:p>
    <w:p>
      <w:r>
        <w:rPr>
          <w:rFonts w:ascii="Courier New" w:hAnsi="Courier New"/>
          <w:color w:val="555555"/>
          <w:sz w:val="20"/>
        </w:rPr>
        <w:t>[1 . 166]</w:t>
      </w:r>
    </w:p>
    <w:p>
      <w:r>
        <w:rPr>
          <w:rFonts w:ascii="Gentium Plus" w:hAnsi="Gentium Plus"/>
          <w:sz w:val="24"/>
        </w:rPr>
        <w:t>ἡττήθη, τὰ ὅπλα ῥίψαντες ἔφυγον. τὸ δὲ ἔργον βαλεῖν, τρῶσαι, τρέψαι, ἀνατρέψαι, ἀπώσασθαι, παραρρῆξαί τι τῆς φάλαγγος, δια‐ κόψαι, παρασπάσαι, διασπάσαι, διαστῆσαι, τρέψασθαι, διῶξαι, κρατῆσαι, ἀνελεῖν, φονεῦσαι, σκυλεῦσαι, γυμνῶσαι, ἀφοπλίσαι,</w:t>
      </w:r>
    </w:p>
    <w:p>
      <w:r>
        <w:rPr>
          <w:rFonts w:ascii="Courier New" w:hAnsi="Courier New"/>
          <w:color w:val="555555"/>
          <w:sz w:val="20"/>
        </w:rPr>
        <w:t>[5]</w:t>
      </w:r>
    </w:p>
    <w:p>
      <w:r>
        <w:rPr>
          <w:rFonts w:ascii="Gentium Plus" w:hAnsi="Gentium Plus"/>
          <w:sz w:val="24"/>
        </w:rPr>
        <w:t>ἐξοπλίσαι, καταστρέψασθαι, ζωγρῆσαι, καταβαλεῖν, αἰχμαλωτίσαι, ἀπαγαγεῖν, νικῆσαι, ὑποχειρίους ποιήσασθαι, χειρώσασθαι, ἐκπο‐ λεμῆσαι, καταπολεμῆσαι, καθελεῖν, ἑλεῖν, ὑφ’ ἑαυτοὺς ποιήσασθαι, τοὺς νεκροὺς ἀποδοῦναι ὑποσπόνδους.</w:t>
      </w:r>
    </w:p>
    <w:p>
      <w:r>
        <w:rPr>
          <w:rFonts w:ascii="Courier New" w:hAnsi="Courier New"/>
          <w:color w:val="555555"/>
          <w:sz w:val="20"/>
        </w:rPr>
        <w:t>[1 . 167]</w:t>
      </w:r>
    </w:p>
    <w:p>
      <w:r>
        <w:rPr>
          <w:rFonts w:ascii="Gentium Plus" w:hAnsi="Gentium Plus"/>
          <w:sz w:val="24"/>
        </w:rPr>
        <w:t>ἐρεῖς δὲ ἐπολιόρκησαν, συνήλασαν, συνέκλεισαν, κατ‐ έκλεισαν, προσεκάθισαν. ἐκάθισε τὸ στράτευμα, προσήδρευσεν, ἀπέκλεισεν. παρέτειναν τὸν χρόνον τῆς πολιορκίας, ἐπετείχισαν, ἐμετάλλευσαν, ὑπώρυξαν, μηχανὰς ἐπήγαγον, προσήγαγον μηχανάς,</w:t>
      </w:r>
    </w:p>
    <w:p>
      <w:r>
        <w:rPr>
          <w:rFonts w:ascii="Courier New" w:hAnsi="Courier New"/>
          <w:color w:val="555555"/>
          <w:sz w:val="20"/>
        </w:rPr>
        <w:t>[5]</w:t>
      </w:r>
    </w:p>
    <w:p>
      <w:r>
        <w:rPr>
          <w:rFonts w:ascii="Gentium Plus" w:hAnsi="Gentium Plus"/>
          <w:sz w:val="24"/>
        </w:rPr>
        <w:t>προσέρρηξαν, κατέσεισάν τι τοῦ τείχους, κατέρρηξαν, καθείλκυσαν, ἀνέτρεψαν, κατέσυραν τὰς ἐπάλξεις, καθεῖλον, κατήνεγκαν, κατέσπασαν, κλίμακας προσέθεσαν, προσανέβησαν, πυρὶ ἀπεπειράσαντο, χῶμα ἔχωσαν.</w:t>
      </w:r>
    </w:p>
    <w:p>
      <w:r>
        <w:rPr>
          <w:rFonts w:ascii="Courier New" w:hAnsi="Courier New"/>
          <w:color w:val="555555"/>
          <w:sz w:val="20"/>
        </w:rPr>
        <w:t>[1 . 168]</w:t>
      </w:r>
    </w:p>
    <w:p>
      <w:r>
        <w:rPr>
          <w:rFonts w:ascii="Gentium Plus" w:hAnsi="Gentium Plus"/>
          <w:sz w:val="24"/>
        </w:rPr>
        <w:t>οἱ δὲ ἀπὸ τοῦ τείχους ἀπεμάχοντο, ἀπεκρούοντο, διεκαρτέρουν, ἐνεκαρτέρουν, ἀντεῖχον, ἀντεσοφίζοντο, σβεστηρίοις κωλύμασιν ἐχρῶντο, ὑφεῖλκον τὸν χοῦν. εἶτα ἀπεῖπον, ἀπηγόρευσαν, ἐπεκη‐ ρυκεύσαντο, χεῖρας ἀνέτειναν, ἐνέκλιναν, ἐνέδοσαν, σφᾶς αὐτοὺς</w:t>
      </w:r>
    </w:p>
    <w:p>
      <w:r>
        <w:rPr>
          <w:rFonts w:ascii="Courier New" w:hAnsi="Courier New"/>
          <w:color w:val="555555"/>
          <w:sz w:val="20"/>
        </w:rPr>
        <w:t>[5]</w:t>
      </w:r>
    </w:p>
    <w:p>
      <w:r>
        <w:rPr>
          <w:rFonts w:ascii="Gentium Plus" w:hAnsi="Gentium Plus"/>
          <w:sz w:val="24"/>
        </w:rPr>
        <w:t>ἐξέδοσαν, παρέδοσαν, κατεπολεμήθησαν, ἐδουλώθησαν ἐνδείᾳ ἐπιτη‐</w:t>
      </w:r>
    </w:p>
    <w:p>
      <w:r>
        <w:rPr>
          <w:rFonts w:ascii="Courier New" w:hAnsi="Courier New"/>
          <w:color w:val="555555"/>
          <w:sz w:val="20"/>
        </w:rPr>
        <w:t>[1 . 169]</w:t>
      </w:r>
    </w:p>
    <w:p>
      <w:r>
        <w:rPr>
          <w:rFonts w:ascii="Gentium Plus" w:hAnsi="Gentium Plus"/>
          <w:sz w:val="24"/>
        </w:rPr>
        <w:t>δείων, δίψει καὶ λιμῷ. οἱ δὲ πολιορκοῦντες εἷλον, κατ’ ἄκρας εἷλον, καθεῖλον, ἐπόρθησαν, παρεστήσαντο, ὑποχειρίους ἐποιήσαντο, ἐχειρώσαντο, ἐδουλώσαντο ἐπὶ φόρῳ, ἐπὶ φόρου ἀπαγωγῇ, ἐπὶ χρημάτων φορᾷ, χρήματα ταξάμενοι, δεκάτην ἐπιβαλόντες·</w:t>
      </w:r>
    </w:p>
    <w:p>
      <w:r>
        <w:rPr>
          <w:rFonts w:ascii="Courier New" w:hAnsi="Courier New"/>
          <w:color w:val="555555"/>
          <w:sz w:val="20"/>
        </w:rPr>
        <w:t>[5]</w:t>
      </w:r>
    </w:p>
    <w:p>
      <w:r>
        <w:rPr>
          <w:rFonts w:ascii="Gentium Plus" w:hAnsi="Gentium Plus"/>
          <w:sz w:val="24"/>
        </w:rPr>
        <w:t>δεκατηλόγοι, δεκατηλογία. ἐὰν δὲ ἔνσπονδοι γένωνται ἐπὶ συμ‐ μαχίᾳ, ἐρεῖς ἐπὶ τῇ ἴσῃ καὶ ὁμοίᾳ, ἐπὶ τῷ τὸν αὐτὸν ἐχθρὸν καὶ φίλον ἔχειν.</w:t>
      </w:r>
    </w:p>
    <w:p>
      <w:r>
        <w:rPr>
          <w:rFonts w:ascii="Courier New" w:hAnsi="Courier New"/>
          <w:color w:val="555555"/>
          <w:sz w:val="20"/>
        </w:rPr>
        <w:t>[1 . 170]</w:t>
      </w:r>
    </w:p>
    <w:p>
      <w:r>
        <w:rPr>
          <w:rFonts w:ascii="Gentium Plus" w:hAnsi="Gentium Plus"/>
          <w:sz w:val="24"/>
        </w:rPr>
        <w:t>τείχους δὲ μέρη κύκλος, περίβολος, προμαχεῶνες, ἐπάλξεις, πύργοι, μεσοπύργια, μεταπύργια. ἐρεῖς δὲ τεῖχος ἐρυμνόν, ἰσχυ‐ ρόν, καρτερόν, δύσμαχον, ἀπρόσιτον, δυσπρόσιτον, δύσληπτον,</w:t>
      </w:r>
    </w:p>
    <w:p>
      <w:r>
        <w:rPr>
          <w:rFonts w:ascii="Courier New" w:hAnsi="Courier New"/>
          <w:color w:val="555555"/>
          <w:sz w:val="20"/>
        </w:rPr>
        <w:t>[1 . 171]</w:t>
      </w:r>
    </w:p>
    <w:p>
      <w:r>
        <w:rPr>
          <w:rFonts w:ascii="Gentium Plus" w:hAnsi="Gentium Plus"/>
          <w:sz w:val="24"/>
        </w:rPr>
        <w:t>δυσαίρετον, ὀχυρόν, ὠχυρωμένον, δυσκαθαίρετον, δυσάλωτον. καὶ περὶ χωρίων δὲ ταῦτ’ ἂν εἴποις, καὶ ἔτι ἀπότομον, ἀπόκρημνον,</w:t>
      </w:r>
    </w:p>
    <w:p>
      <w:r>
        <w:rPr>
          <w:rFonts w:ascii="Courier New" w:hAnsi="Courier New"/>
          <w:color w:val="555555"/>
          <w:sz w:val="20"/>
        </w:rPr>
        <w:t>[5]</w:t>
      </w:r>
    </w:p>
    <w:p>
      <w:r>
        <w:rPr>
          <w:rFonts w:ascii="Gentium Plus" w:hAnsi="Gentium Plus"/>
          <w:sz w:val="24"/>
        </w:rPr>
        <w:t>ὠλιγωρημένον, αὐτοσχέδιον, ἐσχεδιασμένον, εὐάλωτον, εὐαίρετον,</w:t>
      </w:r>
    </w:p>
    <w:p>
      <w:r>
        <w:rPr>
          <w:rFonts w:ascii="Courier New" w:hAnsi="Courier New"/>
          <w:color w:val="555555"/>
          <w:sz w:val="20"/>
        </w:rPr>
        <w:t>[1 . 172]</w:t>
      </w:r>
    </w:p>
    <w:p>
      <w:r>
        <w:rPr>
          <w:rFonts w:ascii="Gentium Plus" w:hAnsi="Gentium Plus"/>
          <w:sz w:val="24"/>
        </w:rPr>
        <w:t>εὐκαθαίρετον, ἐπίδρομον ὡς Ὅμηρος (Ζ 434), εὐπρόσοδον, εὐ‐ επίβλεπτον, εὐεπιβούλευτον, εὐεπιχείρητον, ἁλώσιμον. ἔστι δὲ καὶ τάδε· τὰ ἄκρα προκαταλαβεῖν, τὰ ὑπερδέξια κατασχεῖν, φθάσαι ἐπὶ τὰ ἄκρα, προκατασχεῖν, ἀποκόψαι τοὺς ἐπὶ</w:t>
      </w:r>
    </w:p>
    <w:p>
      <w:r>
        <w:rPr>
          <w:rFonts w:ascii="Courier New" w:hAnsi="Courier New"/>
          <w:color w:val="555555"/>
          <w:sz w:val="20"/>
        </w:rPr>
        <w:t>[5]</w:t>
      </w:r>
    </w:p>
    <w:p>
      <w:r>
        <w:rPr>
          <w:rFonts w:ascii="Gentium Plus" w:hAnsi="Gentium Plus"/>
          <w:sz w:val="24"/>
        </w:rPr>
        <w:t>τῶν ἄκρων, ἀπαράξαι, ἀπελάσαι τοὺς ὑπὲρ κεφαλῆς, διῶξαι, ἀνασο‐</w:t>
      </w:r>
    </w:p>
    <w:p>
      <w:r>
        <w:rPr>
          <w:rFonts w:ascii="Courier New" w:hAnsi="Courier New"/>
          <w:color w:val="555555"/>
          <w:sz w:val="20"/>
        </w:rPr>
        <w:t>[1 . 173]</w:t>
      </w:r>
    </w:p>
    <w:p>
      <w:r>
        <w:rPr>
          <w:rFonts w:ascii="Gentium Plus" w:hAnsi="Gentium Plus"/>
          <w:sz w:val="24"/>
        </w:rPr>
        <w:t>βῆσαι. καὶ μὴν καὶ τάδε· κατὰ μέτωπον ἐπελθεῖν, κατὰ νώτου ἐπελθεῖν ἢ γενέσθαι, ἐκ τοῦ κατόπιν ἐπιδραμεῖν, ἐκ προφανοῦς, ἐξ ἐπιφανοῦς, ἐξ ἀφανοῦς, ἐξ ἀσφαλοῦς. ἐνεδρεῦσαι, ἐνέδραν καθίσαι, ψευδενέδραν. λόχον ὑφεῖναι, λοχῆσαι, ἐλλοχῆσαι· τὸ γὰρ</w:t>
      </w:r>
    </w:p>
    <w:p>
      <w:r>
        <w:rPr>
          <w:rFonts w:ascii="Courier New" w:hAnsi="Courier New"/>
          <w:color w:val="555555"/>
          <w:sz w:val="20"/>
        </w:rPr>
        <w:t>[5]</w:t>
      </w:r>
    </w:p>
    <w:p>
      <w:r>
        <w:rPr>
          <w:rFonts w:ascii="Gentium Plus" w:hAnsi="Gentium Plus"/>
          <w:sz w:val="24"/>
        </w:rPr>
        <w:t>καταλοχίσαι εἰς λόχους διανεῖμαι ἐστίν. στρατιωτικὰ δὲ καὶ τὸ πυρσεῦσαι, φρυκτωρῆσαι, φρυκτωρία. καὶ αἱ φυλακαί, καὶ προφυλακαί, καὶ ἔφοδοι, καὶ σκοποί, καὶ κατάσκοποι, καὶ ἐπὶ κατασκοπὴν ἐξελθεῖν, ἐπὶ προσκοπήν. ψευδ‐</w:t>
      </w:r>
    </w:p>
    <w:p>
      <w:r>
        <w:rPr>
          <w:rFonts w:ascii="Courier New" w:hAnsi="Courier New"/>
          <w:color w:val="555555"/>
          <w:sz w:val="20"/>
        </w:rPr>
        <w:t>[1 . 174]</w:t>
      </w:r>
    </w:p>
    <w:p>
      <w:r>
        <w:rPr>
          <w:rFonts w:ascii="Gentium Plus" w:hAnsi="Gentium Plus"/>
          <w:sz w:val="24"/>
        </w:rPr>
        <w:t>αυτόμολοι. καὶ τὸ τεμεῖν, γῆν δῃῶσαι, κόψαι τὰ δένδρα, ἐμπρῆσαι, καταπρῆσαι, πῦρ ἐφεῖναι, πυρπολῆσαι, λεηλατῆσαι, δασμολογῆσαι, λάφυρα συναθροῖσαι. οἱ δὲ ταῦτα πιπράσκοντες λαφυροπῶλαι. καὶ τάδε· τειχίσαι πόλιν, ἐκτειχίσαι, τεῖχος ἆραι τῇ πόλει,</w:t>
      </w:r>
    </w:p>
    <w:p>
      <w:r>
        <w:rPr>
          <w:rFonts w:ascii="Courier New" w:hAnsi="Courier New"/>
          <w:color w:val="555555"/>
          <w:sz w:val="20"/>
        </w:rPr>
        <w:t>[5]</w:t>
      </w:r>
    </w:p>
    <w:p>
      <w:r>
        <w:rPr>
          <w:rFonts w:ascii="Gentium Plus" w:hAnsi="Gentium Plus"/>
          <w:sz w:val="24"/>
        </w:rPr>
        <w:t>ἐγεῖραι, ὀρθῶσαι, περιβαλέσθαι, ἐλάσασθαι, περιελάσασθαι, περιεργά‐ σασθαι, φράξαι τείχει τὴν πόλιν. καὶ πόλις τετειχισμένη, καὶ οἱ ἐργαζόμενοι τειχοποιοί· τὸ δὲ ἐναντίον ἀτείχιστος πόλις, ἄφρακτος, γυμνὴ τείχους.</w:t>
      </w:r>
    </w:p>
    <w:p>
      <w:r>
        <w:rPr>
          <w:rFonts w:ascii="Courier New" w:hAnsi="Courier New"/>
          <w:color w:val="555555"/>
          <w:sz w:val="20"/>
        </w:rPr>
        <w:t>[1 . 175]</w:t>
      </w:r>
    </w:p>
    <w:p>
      <w:r>
        <w:rPr>
          <w:rFonts w:ascii="Gentium Plus" w:hAnsi="Gentium Plus"/>
          <w:sz w:val="24"/>
        </w:rPr>
        <w:t>στρατιῶται, συστρατιῶται, στρατός, στρατιωτικόν, στρά‐</w:t>
      </w:r>
    </w:p>
    <w:p>
      <w:r>
        <w:rPr>
          <w:rFonts w:ascii="Courier New" w:hAnsi="Courier New"/>
          <w:color w:val="555555"/>
          <w:sz w:val="20"/>
        </w:rPr>
        <w:t>[5]</w:t>
      </w:r>
    </w:p>
    <w:p>
      <w:r>
        <w:rPr>
          <w:rFonts w:ascii="Gentium Plus" w:hAnsi="Gentium Plus"/>
          <w:sz w:val="24"/>
        </w:rPr>
        <w:t>ἐρεῖς δὲ τὰς σφενδόνας πληρώσασθαι, τὰς σφενδόνας στρέψαι, τὰς σφενδόνας ἐναγκυλίσασθαι, τὰ ἀκόντια πῆλαι, διαπῆλαι, ἀφεῖναι, ἀκοντίσαι, διακοντίσασθαι.</w:t>
      </w:r>
    </w:p>
    <w:p>
      <w:r>
        <w:rPr>
          <w:rFonts w:ascii="Courier New" w:hAnsi="Courier New"/>
          <w:color w:val="555555"/>
          <w:sz w:val="20"/>
        </w:rPr>
        <w:t>[1 . 176]</w:t>
      </w:r>
    </w:p>
    <w:p>
      <w:r>
        <w:rPr>
          <w:rFonts w:ascii="Gentium Plus" w:hAnsi="Gentium Plus"/>
          <w:sz w:val="24"/>
        </w:rPr>
        <w:t>ἐξέτασις στρατεύματος, ἐξετασμός, δοκιμασία, συλλογή, ἀθροισ‐ μός, ἀγερμός· ἐξετάσαι στράτευμα καὶ δοκιμάσαι, συλλέξαι, ἀθροῖσαι, συναγεῖραι. στρατιῶται ἐπίλεκτοι, ἔκκριτοι, πρόκριτοι, δόκιμοι, εὐδό‐ κιμοι, ἄριστοι, ἀριστεῖς, ἀριστεύοντες, κρατιστεύοντες, λογάδες,</w:t>
      </w:r>
    </w:p>
    <w:p>
      <w:r>
        <w:rPr>
          <w:rFonts w:ascii="Courier New" w:hAnsi="Courier New"/>
          <w:color w:val="555555"/>
          <w:sz w:val="20"/>
        </w:rPr>
        <w:t>[5]</w:t>
      </w:r>
    </w:p>
    <w:p>
      <w:r>
        <w:rPr>
          <w:rFonts w:ascii="Gentium Plus" w:hAnsi="Gentium Plus"/>
          <w:sz w:val="24"/>
        </w:rPr>
        <w:t>λόγιμοι. ἀριστίνδην, λογάδην, κρατιστίνδην. τάχα δ’ ἂν ἐν τούτοις</w:t>
      </w:r>
    </w:p>
    <w:p>
      <w:r>
        <w:rPr>
          <w:rFonts w:ascii="Courier New" w:hAnsi="Courier New"/>
          <w:color w:val="555555"/>
          <w:sz w:val="20"/>
        </w:rPr>
        <w:t>[1 . 177]</w:t>
      </w:r>
    </w:p>
    <w:p>
      <w:r>
        <w:rPr>
          <w:rFonts w:ascii="Gentium Plus" w:hAnsi="Gentium Plus"/>
          <w:sz w:val="24"/>
        </w:rPr>
        <w:t>τάττοιντο καὶ οἱ διμοιρῖται. ἐρεῖς δὲ τοὺς ἐκ καταλόγου, τοὺς ἐν ἡλικίᾳ, τοὺς ἀκμάζοντας, τοὺς τὴν στρατεύσιμον ἡλικίαν ἔχοντας, τοὺς χρησίμους, τοὺς ἐν ἀκμῇ. τὸ δ’ ἐναντίον τὴν ἄχρηστον ἡλικίαν, τὴν ἀπόμαχον, τὴν ἀπόλεμον, τὴν ἀστράτευτον.</w:t>
      </w:r>
    </w:p>
    <w:p>
      <w:r>
        <w:rPr>
          <w:rFonts w:ascii="Courier New" w:hAnsi="Courier New"/>
          <w:color w:val="555555"/>
          <w:sz w:val="20"/>
        </w:rPr>
        <w:t>[5]</w:t>
      </w:r>
    </w:p>
    <w:p>
      <w:r>
        <w:rPr>
          <w:rFonts w:ascii="Gentium Plus" w:hAnsi="Gentium Plus"/>
          <w:sz w:val="24"/>
        </w:rPr>
        <w:t>ἐρεῖς δὲ ἐκδήμους πολέμους καὶ ἀποδήμους, καὶ ὑπερ‐ ορίους τοὺς ἐν τῇ ὑπερορίᾳ, διαποντίους, ξενικούς, ὥσπερ πάλιν ἐνδήμους, ὁμόρους, προσόρους.</w:t>
      </w:r>
    </w:p>
    <w:p>
      <w:r>
        <w:rPr>
          <w:rFonts w:ascii="Courier New" w:hAnsi="Courier New"/>
          <w:color w:val="555555"/>
          <w:sz w:val="20"/>
        </w:rPr>
        <w:t>[1 . 178]</w:t>
      </w:r>
    </w:p>
    <w:p>
      <w:r>
        <w:rPr>
          <w:rFonts w:ascii="Gentium Plus" w:hAnsi="Gentium Plus"/>
          <w:sz w:val="24"/>
        </w:rPr>
        <w:t>ἐπαινῶν δὲ στρατηγὸν λέγε στρατηγικός, ἐπιστήμων, πο‐ λεμικός, διασωστικός, ἀσφαλής, περιεσκεμμένος, προνοητικός, προορῶν, προβουλεύων, εὔβουλος, ἀγχίνους, ἄγρυπνος, ἄοκνος, εὔτολμος, ἀνδρεῖος, ἡγεμονικός, ἀρχικός, προστατευτικός, ἀξιοπροστάτευτος,</w:t>
      </w:r>
    </w:p>
    <w:p>
      <w:r>
        <w:rPr>
          <w:rFonts w:ascii="Courier New" w:hAnsi="Courier New"/>
          <w:color w:val="555555"/>
          <w:sz w:val="20"/>
        </w:rPr>
        <w:t>[5]</w:t>
      </w:r>
    </w:p>
    <w:p>
      <w:r>
        <w:rPr>
          <w:rFonts w:ascii="Gentium Plus" w:hAnsi="Gentium Plus"/>
          <w:sz w:val="24"/>
        </w:rPr>
        <w:t>θαρραλέος, διασκεπτικός, ὀξύς, ἐνεργός, διδασκαλικός, τακτικός, ἐπιτακτικός, φιλοστρατιώτης, σοφός, κρυψίνους, ἐπίβουλος, νήφων, εὐτελὴς τὴν δίαταν, φιλεργός, μάχιμος, ἐπιμελής, φιλότιμος, φιλό‐</w:t>
      </w:r>
    </w:p>
    <w:p>
      <w:r>
        <w:rPr>
          <w:rFonts w:ascii="Courier New" w:hAnsi="Courier New"/>
          <w:color w:val="555555"/>
          <w:sz w:val="20"/>
        </w:rPr>
        <w:t>[1 . 179]</w:t>
      </w:r>
    </w:p>
    <w:p>
      <w:r>
        <w:rPr>
          <w:rFonts w:ascii="Gentium Plus" w:hAnsi="Gentium Plus"/>
          <w:sz w:val="24"/>
        </w:rPr>
        <w:t>ἐραστής, εὐκλείας ἐραστής, ἄδωρος, ἀδωροδόκητος. ψέγων δὲ ἀμβλύς, ἄμοχθος, ἄμαχος, ῥᾴθυμος, ἀμελής, νωθής, βραδύς, μισοστρατιώτης, ἀνεπιστήμων, ὀκνηρός, ἄπειρος, ἀμαθὴς τῶν στρα‐ τιωτικῶν, ὑπνώδης, μέθυσος, ἀκρατής, τοὺς καιροὺς παριείς, ἀπερί‐</w:t>
      </w:r>
    </w:p>
    <w:p>
      <w:r>
        <w:rPr>
          <w:rFonts w:ascii="Courier New" w:hAnsi="Courier New"/>
          <w:color w:val="555555"/>
          <w:sz w:val="20"/>
        </w:rPr>
        <w:t>[5]</w:t>
      </w:r>
    </w:p>
    <w:p>
      <w:r>
        <w:rPr>
          <w:rFonts w:ascii="Gentium Plus" w:hAnsi="Gentium Plus"/>
          <w:sz w:val="24"/>
        </w:rPr>
        <w:t>σκεπτος, ἀπροόρατος, ἀπρονόητος, ἄβουλος, κακόβουλος, ἄπορος γνώμης, ἀπρόοπτος, ἀμήχανος, δειλός, ἄνανδρος, κατεπτηχώς, ἀνόητος, καταβεβλημένος, ὕπτιος ἀναπεπτωκώς, καὶ πάλιν προπετής, μανιώδης, ἔμπληκτος, ῥιψοκίνδυνος, τολμηρός, θρασύς, ἀπονενοημένος, παρακεκινημένος, σφαλερός, ἀφειδής, ἄφρακτος,</w:t>
      </w:r>
    </w:p>
    <w:p>
      <w:r>
        <w:rPr>
          <w:rFonts w:ascii="Courier New" w:hAnsi="Courier New"/>
          <w:color w:val="555555"/>
          <w:sz w:val="20"/>
        </w:rPr>
        <w:t>[10]</w:t>
      </w:r>
    </w:p>
    <w:p>
      <w:r>
        <w:rPr>
          <w:rFonts w:ascii="Gentium Plus" w:hAnsi="Gentium Plus"/>
          <w:sz w:val="24"/>
        </w:rPr>
        <w:t>προδότης, ἀκρατής, δωροκόμος, δεδωροδοκημένος, δωροδόκος.</w:t>
      </w:r>
    </w:p>
    <w:p>
      <w:r>
        <w:rPr>
          <w:rFonts w:ascii="Courier New" w:hAnsi="Courier New"/>
          <w:color w:val="555555"/>
          <w:sz w:val="20"/>
        </w:rPr>
        <w:t>[1 . 180]</w:t>
      </w:r>
    </w:p>
    <w:p>
      <w:r>
        <w:rPr>
          <w:rFonts w:ascii="Gentium Plus" w:hAnsi="Gentium Plus"/>
          <w:sz w:val="24"/>
        </w:rPr>
        <w:t>στρατιώτου δὲ ἔπαινος εὐπειθής, πειθήνιος, πειθαρχικός, ὑπήκοος, κατήκοος. τὸ δ’ ἐναντίον ἀπειθής, ἀνήκοος, ἀνυπήκοος. ἀπέστησαν πόλεις, ἐπανέστησαν. ἐπεστράτευσαν, ἐπῆλθον, καθεῖλον, παρέβαλον, εἰσέβαλον εἰς τὴν πολεμίαν, κατέλαβον,</w:t>
      </w:r>
    </w:p>
    <w:p>
      <w:r>
        <w:rPr>
          <w:rFonts w:ascii="Courier New" w:hAnsi="Courier New"/>
          <w:color w:val="555555"/>
          <w:sz w:val="20"/>
        </w:rPr>
        <w:t>[5]</w:t>
      </w:r>
    </w:p>
    <w:p>
      <w:r>
        <w:rPr>
          <w:rFonts w:ascii="Gentium Plus" w:hAnsi="Gentium Plus"/>
          <w:sz w:val="24"/>
        </w:rPr>
        <w:t>ἐνέβαλον, εἰσβολὴν ἐποιήσαντο. περὶ σίτου ἀκμήν, περὶ σίτου ἐκ‐ βολήν, σίτου χλωροῦ ὄντος, σίτου ἀκμάζοντος.</w:t>
      </w:r>
    </w:p>
    <w:p>
      <w:r>
        <w:rPr>
          <w:rFonts w:ascii="Courier New" w:hAnsi="Courier New"/>
          <w:color w:val="555555"/>
          <w:sz w:val="20"/>
        </w:rPr>
        <w:t>[1 . 181]</w:t>
      </w:r>
    </w:p>
    <w:p>
      <w:r>
        <w:rPr>
          <w:rFonts w:ascii="Gentium Plus" w:hAnsi="Gentium Plus"/>
          <w:sz w:val="24"/>
        </w:rPr>
        <w:t>Ἱππικὰ ὀνόματα ἀγέλη ἵππων, ἱπποτρόφος, ἀγελητρόφος, ἱππονόμος, ἱππαγωγός, ἱπποδαμαστής, πωλοδάμνης, ἱπποκόμος, ἵππων ἐπιμελητής, ἱπποφορβός. εἶτα ἵπποι φορβάδες, ἵπποι ἀγελαῖοι, ἵπποι ἀθληταὶ καὶ ἀγωνισταὶ καὶ ἀδηφάγοι, ἁμιλλητήριοι,</w:t>
      </w:r>
    </w:p>
    <w:p>
      <w:r>
        <w:rPr>
          <w:rFonts w:ascii="Courier New" w:hAnsi="Courier New"/>
          <w:color w:val="555555"/>
          <w:sz w:val="20"/>
        </w:rPr>
        <w:t>[5]</w:t>
      </w:r>
    </w:p>
    <w:p>
      <w:r>
        <w:rPr>
          <w:rFonts w:ascii="Gentium Plus" w:hAnsi="Gentium Plus"/>
          <w:sz w:val="24"/>
        </w:rPr>
        <w:t>νικηφόροι, ἀθλοφόροι, κυνηγετικοί, ὁδοιπορικοί, πομπικοί, πο‐</w:t>
      </w:r>
    </w:p>
    <w:p>
      <w:r>
        <w:rPr>
          <w:rFonts w:ascii="Courier New" w:hAnsi="Courier New"/>
          <w:color w:val="555555"/>
          <w:sz w:val="20"/>
        </w:rPr>
        <w:t>[1 . 182]</w:t>
      </w:r>
    </w:p>
    <w:p>
      <w:r>
        <w:rPr>
          <w:rFonts w:ascii="Gentium Plus" w:hAnsi="Gentium Plus"/>
          <w:sz w:val="24"/>
        </w:rPr>
        <w:t>λεμιστήριοι, στρατιωτικοί. ‘πῶλοι ἄβολοι, ἀβόλων καὶ τελείων οἱ μέσοι‘—οὕτω γὰρ Πλάτων (Leg VIII 834 C) τοὺς δευτερο‐ βόλους ὀνομαζομένους ἐκάλεσεν—τέλειοι. οἱ δὲ γεγηρακότες ἀπογνώμονες καὶ λειπογνώμονες· γνῶμα γὰρ λέγεται ὁ ἀποπίπτων</w:t>
      </w:r>
    </w:p>
    <w:p>
      <w:r>
        <w:rPr>
          <w:rFonts w:ascii="Courier New" w:hAnsi="Courier New"/>
          <w:color w:val="555555"/>
          <w:sz w:val="20"/>
        </w:rPr>
        <w:t>[5]</w:t>
      </w:r>
    </w:p>
    <w:p>
      <w:r>
        <w:rPr>
          <w:rFonts w:ascii="Gentium Plus" w:hAnsi="Gentium Plus"/>
          <w:sz w:val="24"/>
        </w:rPr>
        <w:t>ὀδούς, τῆς ἡλικίας ὢν γνωριστικός. ἱππάσαι ἐξ ἀγέλης πῶλον, ἱππωνῆσαι καὶ ἱππωνία. ἔτι δὲ ἀδάμαστον πῶλον—τούτῳ δὲ Ξενοφῶν (R Eq III 1, XI 8) ἀντιτίθησι τὸν ἤδη ἱππαζόμενον—ἀπαί‐ δευτον, ἄγριον. πωλεῦσαι, δαμάσαι, πωλοδαμεῖν, ἐκπαιδεῦσαι, ἡμε‐</w:t>
      </w:r>
    </w:p>
    <w:p>
      <w:r>
        <w:rPr>
          <w:rFonts w:ascii="Courier New" w:hAnsi="Courier New"/>
          <w:color w:val="555555"/>
          <w:sz w:val="20"/>
        </w:rPr>
        <w:t>[1 . 183]</w:t>
      </w:r>
    </w:p>
    <w:p>
      <w:r>
        <w:rPr>
          <w:rFonts w:ascii="Gentium Plus" w:hAnsi="Gentium Plus"/>
          <w:sz w:val="24"/>
        </w:rPr>
        <w:t>ρῶσαι, ἀσκῆσαι, ἀναδιδάξασθαι. λέγοις δ’ ἂν ἐπὶ ἵππων καὶ ψηλαφᾶν, ψήχειν, ἀποκαθαίρειν, ἐκκαθαίρειν, ἀποσοβεῖν τὴν κόνιν ἀνιστάντα τὴν τρίχα, ἐκφέρειν τὴν κόπρον, ψύχειν τὰ στρώματα τοῦ ἵππου. καταπλύνειν δὲ δεῖ λέγειν τὴν κεφαλήν, οὐ καθαί‐</w:t>
      </w:r>
    </w:p>
    <w:p>
      <w:r>
        <w:rPr>
          <w:rFonts w:ascii="Courier New" w:hAnsi="Courier New"/>
          <w:color w:val="555555"/>
          <w:sz w:val="20"/>
        </w:rPr>
        <w:t>[5]</w:t>
      </w:r>
    </w:p>
    <w:p>
      <w:r>
        <w:rPr>
          <w:rFonts w:ascii="Gentium Plus" w:hAnsi="Gentium Plus"/>
          <w:sz w:val="24"/>
        </w:rPr>
        <w:t>ρειν. τὸ δὲ κυλῖσαι καὶ ἀλῖσαι ἐρεῖς καὶ ἐξαλῖσαι, καὶ τὸ χωρίον ἀλίστρα καὶ ἐξαλίστρα καὶ κυλίστρα. τροφαὶ ἵππων κριθαί, ζειαί, ὄλυραι, χόρτος, χιλός, παρὰ δὲ Ὁμήρῳ (Θ 188) καὶ πυροί, εἰ δὲ πιστεύομεν, καὶ οἶνος ποτόν</w:t>
      </w:r>
    </w:p>
    <w:p>
      <w:r>
        <w:rPr>
          <w:rFonts w:ascii="Courier New" w:hAnsi="Courier New"/>
          <w:color w:val="555555"/>
          <w:sz w:val="20"/>
        </w:rPr>
        <w:t>[1 . 184]</w:t>
      </w:r>
    </w:p>
    <w:p>
      <w:r>
        <w:rPr>
          <w:rFonts w:ascii="Gentium Plus" w:hAnsi="Gentium Plus"/>
          <w:sz w:val="24"/>
        </w:rPr>
        <w:t>χαλινῶσαι δὲ ἐρεῖς, καὶ χαλινὸν περιθεῖναι τῷ στόματι. εἶτα ἱππὼν καὶ στάσις ἵππων καὶ ἱππόστασις καὶ σταθμός, φάτνη, φορβειά, ἐπιφατνίδια, δεσμά, κεκρύφαλος, κορυφαία, χαλινός. τοῦ δὲ χαλινοῦ τὰ σιδήρια ὑποστόμια, καὶ τῶν ὑποστομίων τὰ μὲν</w:t>
      </w:r>
    </w:p>
    <w:p>
      <w:r>
        <w:rPr>
          <w:rFonts w:ascii="Courier New" w:hAnsi="Courier New"/>
          <w:color w:val="555555"/>
          <w:sz w:val="20"/>
        </w:rPr>
        <w:t>[5]</w:t>
      </w:r>
    </w:p>
    <w:p>
      <w:r>
        <w:rPr>
          <w:rFonts w:ascii="Gentium Plus" w:hAnsi="Gentium Plus"/>
          <w:sz w:val="24"/>
        </w:rPr>
        <w:t>κοῖλα ἐχῖνοι, τὰ δὲ περιφερῆ καὶ πριονωτὰ τροχοί, τὰ δὲ στερεὰ καὶ προμήκη καὶ ἀλλήλοις ἀντεμπλεκόμενα ἁλύσεως εἴδει δακτύλιοι καὶ</w:t>
      </w:r>
    </w:p>
    <w:p>
      <w:r>
        <w:rPr>
          <w:rFonts w:ascii="Courier New" w:hAnsi="Courier New"/>
          <w:color w:val="555555"/>
          <w:sz w:val="20"/>
        </w:rPr>
        <w:t>[1 . 185]</w:t>
      </w:r>
    </w:p>
    <w:p>
      <w:r>
        <w:rPr>
          <w:rFonts w:ascii="Gentium Plus" w:hAnsi="Gentium Plus"/>
          <w:sz w:val="24"/>
        </w:rPr>
        <w:t>δάκτυλοι. ἐρεῖς δὲ κημοὶ καὶ φιμοί, ἔτι δὲ ἔποχα, ἐφίππια, σάγη. τὰ δὲ περὶ τὴν θεραπείαν ἐργαλεῖα, τὸ μὲν ἐκκαθαῖρον τὴν τρίχα πτερῷ ἐοικὸς ξύλον σπάθη, τὸ δὲ διακτενίζον σιδήριον πριονῶδες ὠδοντωμένον ψήκτρα. τὸ δὲ πλεκόμενον ἐκ τῆς φοινικῆς</w:t>
      </w:r>
    </w:p>
    <w:p>
      <w:r>
        <w:rPr>
          <w:rFonts w:ascii="Courier New" w:hAnsi="Courier New"/>
          <w:color w:val="555555"/>
          <w:sz w:val="20"/>
        </w:rPr>
        <w:t>[5]</w:t>
      </w:r>
    </w:p>
    <w:p>
      <w:r>
        <w:rPr>
          <w:rFonts w:ascii="Gentium Plus" w:hAnsi="Gentium Plus"/>
          <w:sz w:val="24"/>
        </w:rPr>
        <w:t>ἀμπεχόνης κοῖλον καὶ διάκενον περιχείριον, ὃ καταστέλλει τὴν τρίχα καὶ ἐκλιπαίνει, σωρακίς. ἀφ’ οὗ δὲ ἐσθίει ὁ ἵππος, κρεμαμένου μὲν ἐκ τῆς κορυφαίας, περιτιθεμένου δὲ τῷ στόματι, χιλωτήρ.</w:t>
      </w:r>
    </w:p>
    <w:p>
      <w:r>
        <w:rPr>
          <w:rFonts w:ascii="Courier New" w:hAnsi="Courier New"/>
          <w:color w:val="555555"/>
          <w:sz w:val="20"/>
        </w:rPr>
        <w:t>[1 . 186]</w:t>
      </w:r>
    </w:p>
    <w:p>
      <w:r>
        <w:rPr>
          <w:rFonts w:ascii="Gentium Plus" w:hAnsi="Gentium Plus"/>
          <w:sz w:val="24"/>
        </w:rPr>
        <w:t>χωρία δὲ ἐρεῖς ἱππάσιμα, βάσιμα, πεδινά, εὐήλατα, ἐπί‐ δρομα. γῆ πεδιάς, γῆ ἄπεδος, λεία, ὁμαλή, ἄλιθος, ἱππόκροτος, ἱππόδρομος, εὔπορος. χωρία ἄφιππα, δύσιππα, ἄβατα, δύσβατα, δυσήλατα, τραχέα, δύσπορα, λιθώδη, πετρώδη, πέτρινα, ἄλιθα,</w:t>
      </w:r>
    </w:p>
    <w:p>
      <w:r>
        <w:rPr>
          <w:rFonts w:ascii="Courier New" w:hAnsi="Courier New"/>
          <w:color w:val="555555"/>
          <w:sz w:val="20"/>
        </w:rPr>
        <w:t>[5]</w:t>
      </w:r>
    </w:p>
    <w:p>
      <w:r>
        <w:rPr>
          <w:rFonts w:ascii="Gentium Plus" w:hAnsi="Gentium Plus"/>
          <w:sz w:val="24"/>
        </w:rPr>
        <w:t>ὀρεινά, βαθέα, ἔγκοιλα, τελματώδη, ὕφαμμα, ψαμμώδη, ἀπόκροτα,</w:t>
      </w:r>
    </w:p>
    <w:p>
      <w:r>
        <w:rPr>
          <w:rFonts w:ascii="Courier New" w:hAnsi="Courier New"/>
          <w:color w:val="555555"/>
          <w:sz w:val="20"/>
        </w:rPr>
        <w:t>[1 . 187]</w:t>
      </w:r>
    </w:p>
    <w:p>
      <w:r>
        <w:rPr>
          <w:rFonts w:ascii="Gentium Plus" w:hAnsi="Gentium Plus"/>
          <w:sz w:val="24"/>
        </w:rPr>
        <w:t>τεναγώδη, πηλώδη, ἁλίπεδα, δίυγρα, ὕφυγρα, ὕφυδρα, διάβροχα, ὀλισθηρά, ὑποφέροντα τοὺς πόδας, ὑφέλκοντα, ὑπερείποντα, ὑποσκε‐ λίζοντα, ἀνάντη, ὄρθια, σιμά, ἀνατεταμένα. καὶ λόφοι δὲ ἐρεῖς καὶ γήλοφοι, ἄκραι, χαράδραι, χείμαρροι, κατάντη, πρανῆ,</w:t>
      </w:r>
    </w:p>
    <w:p>
      <w:r>
        <w:rPr>
          <w:rFonts w:ascii="Courier New" w:hAnsi="Courier New"/>
          <w:color w:val="555555"/>
          <w:sz w:val="20"/>
        </w:rPr>
        <w:t>[5]</w:t>
      </w:r>
    </w:p>
    <w:p>
      <w:r>
        <w:rPr>
          <w:rFonts w:ascii="Gentium Plus" w:hAnsi="Gentium Plus"/>
          <w:sz w:val="24"/>
        </w:rPr>
        <w:t>κατάρρυτα, κατωφερῆ. ἐν μὲν τοῖς ἀνάντεσι δεῖ ἀναθεῖν, ἀνατρέχειν, προσβαίνειν, προσαναβαίνειν, ἀναπηδᾶν, ἐν δὲ τοῖς κατάντεσι καταθεῖν, καταβαίνειν.</w:t>
      </w:r>
    </w:p>
    <w:p>
      <w:r>
        <w:rPr>
          <w:rFonts w:ascii="Courier New" w:hAnsi="Courier New"/>
          <w:color w:val="555555"/>
          <w:sz w:val="20"/>
        </w:rPr>
        <w:t>[1 . 188]</w:t>
      </w:r>
    </w:p>
    <w:p>
      <w:r>
        <w:rPr>
          <w:rFonts w:ascii="Gentium Plus" w:hAnsi="Gentium Plus"/>
          <w:sz w:val="24"/>
        </w:rPr>
        <w:t>ἔπαινος ἵππου ἀπὸ σώματος ὁπλαὶ κοῖλαι, ὡς εἶναι ἐν βάθει τὴν χελιδόνα καὶ μηδὲν αὐτὴν τῶν ἐκ τοῦ ἐδάφους λυπεῖν· ἡ γὰρ τοιαύτη ὁπλὴ ὥσπερ κύμβαλον, φησὶν ὁ Ξενοφῶν (R Eq I 3), πρὸς τὸ δάπεδον ψοφεῖ. εἴποις δ’ ἂν καὶ κροτεῖ καὶ ἠχεῖ καὶ κτυπεῖ.</w:t>
      </w:r>
    </w:p>
    <w:p>
      <w:r>
        <w:rPr>
          <w:rFonts w:ascii="Courier New" w:hAnsi="Courier New"/>
          <w:color w:val="555555"/>
          <w:sz w:val="20"/>
        </w:rPr>
        <w:t>[5]</w:t>
      </w:r>
    </w:p>
    <w:p>
      <w:r>
        <w:rPr>
          <w:rFonts w:ascii="Gentium Plus" w:hAnsi="Gentium Plus"/>
          <w:sz w:val="24"/>
        </w:rPr>
        <w:t>κυνήποδες ἔγκοιλοι, στερεοί, κνῆμαι ἄσαρκοι, γόνυ λαγαρὸν πρὸς</w:t>
      </w:r>
    </w:p>
    <w:p>
      <w:r>
        <w:rPr>
          <w:rFonts w:ascii="Courier New" w:hAnsi="Courier New"/>
          <w:color w:val="555555"/>
          <w:sz w:val="20"/>
        </w:rPr>
        <w:t>[1 . 189]</w:t>
      </w:r>
    </w:p>
    <w:p>
      <w:r>
        <w:rPr>
          <w:rFonts w:ascii="Gentium Plus" w:hAnsi="Gentium Plus"/>
          <w:sz w:val="24"/>
        </w:rPr>
        <w:t>τὴν συγκαμπήν, σκέλη ὑγρά, μηροὶ ἰνώδεις, πλευραὶ βαθεῖαι, προμήκεις καὶ πρὸς τὴν γαστέρα ὀγκωδέστεραι, γαστὴρ προσεσταλμένη, ἀκρώμια ὑψηλά, τῷ τε ἀναβάτῃ ἀσφαλεστέραν τὴν ἕδραν καὶ τοῖς ὤμοις ἰσχυροτέραν τὴν πρόσφυσιν παρέχοντα. τράχηλος εὐκαμπὴς ὡς</w:t>
      </w:r>
    </w:p>
    <w:p>
      <w:r>
        <w:rPr>
          <w:rFonts w:ascii="Courier New" w:hAnsi="Courier New"/>
          <w:color w:val="555555"/>
          <w:sz w:val="20"/>
        </w:rPr>
        <w:t>[5]</w:t>
      </w:r>
    </w:p>
    <w:p>
      <w:r>
        <w:rPr>
          <w:rFonts w:ascii="Gentium Plus" w:hAnsi="Gentium Plus"/>
          <w:sz w:val="24"/>
        </w:rPr>
        <w:t>ἀλεκτρυόνος, ἀλλ’ οὐχ ὥσπερ κάπρου, ὀρθός. κεφαλὴ ὀστώδης, προ‐ τομὴ βραχεῖα, χαίτη εὔθριξ, προκόμιον εὐπρεπές, ὄμμα προπετὲς ὡς</w:t>
      </w:r>
    </w:p>
    <w:p>
      <w:r>
        <w:rPr>
          <w:rFonts w:ascii="Courier New" w:hAnsi="Courier New"/>
          <w:color w:val="555555"/>
          <w:sz w:val="20"/>
        </w:rPr>
        <w:t>[1 . 190]</w:t>
      </w:r>
    </w:p>
    <w:p>
      <w:r>
        <w:rPr>
          <w:rFonts w:ascii="Gentium Plus" w:hAnsi="Gentium Plus"/>
          <w:sz w:val="24"/>
        </w:rPr>
        <w:t>ἐξόφθαλμον εἶναι, ὀφθαλμοὶ πυρώδεις, ὕφαιμον βλέποντες. μυκτῆρες ἀναπεπταμένοι· εὐπνοώτεροι γὰρ τῶν συμπεπτωκότων. ὦτα βραχέα,</w:t>
      </w:r>
    </w:p>
    <w:p>
      <w:r>
        <w:rPr>
          <w:rFonts w:ascii="Courier New" w:hAnsi="Courier New"/>
          <w:color w:val="555555"/>
          <w:sz w:val="20"/>
        </w:rPr>
        <w:t>[5]</w:t>
      </w:r>
    </w:p>
    <w:p>
      <w:r>
        <w:rPr>
          <w:rFonts w:ascii="Gentium Plus" w:hAnsi="Gentium Plus"/>
          <w:sz w:val="24"/>
        </w:rPr>
        <w:t>εὔσαρκα, γλουτοὶ εὐπαγεῖς, οὐρὰ προμήκης. Σίμων (frg Cantabrg p. 69. 14) δ’ αὐτὴν καὶ κέρκον καλεῖ, ὀνομάζοιτο δ’ ἂν καὶ ἵππουρις· γνησιώτατον γὰρ ἐπὶ ἵππου οὐρᾶς τοὔνομα. χρήσιμον δὲ τὸ μῆκος οὐ μόνον εἰς ἀγλαίαν, ἀλλ’ ὅπως καὶ μυωπιζόμενος ἀπελαύνοι τὰ λυποῦντα.</w:t>
      </w:r>
    </w:p>
    <w:p>
      <w:r>
        <w:rPr>
          <w:rFonts w:ascii="Courier New" w:hAnsi="Courier New"/>
          <w:color w:val="555555"/>
          <w:sz w:val="20"/>
        </w:rPr>
        <w:t>[1 . 191]</w:t>
      </w:r>
    </w:p>
    <w:p>
      <w:r>
        <w:rPr>
          <w:rFonts w:ascii="Gentium Plus" w:hAnsi="Gentium Plus"/>
          <w:sz w:val="24"/>
        </w:rPr>
        <w:t>ψόγος δ’ ἵππου ὄνυχες λεπτοί, ὁπλαὶ πλήρεις, σαρκώδεις, λεῖαι, ὁμαλαί· Ξενοφῶν (R Eq I 3) δ’ αὐτὰς χαμηλὰς καλεῖ. κυνήποδας παχεῖς, κιρσοὺς περὶ τὰς κνήμας ἔχων, μηροὺς ἀπαγεῖς, ὠμοπλάτας κοίλους, αὐχένα προμήκη, χαίτην ψιλήν, στήθη στενά, κεφαλὴν βα‐</w:t>
      </w:r>
    </w:p>
    <w:p>
      <w:r>
        <w:rPr>
          <w:rFonts w:ascii="Courier New" w:hAnsi="Courier New"/>
          <w:color w:val="555555"/>
          <w:sz w:val="20"/>
        </w:rPr>
        <w:t>[5]</w:t>
      </w:r>
    </w:p>
    <w:p>
      <w:r>
        <w:rPr>
          <w:rFonts w:ascii="Gentium Plus" w:hAnsi="Gentium Plus"/>
          <w:sz w:val="24"/>
        </w:rPr>
        <w:t>ρεῖαν σαρκώδη, ὦτα μεγάλα, μυκτῆρας συμπεπτωκότας, ὀφθαλμοὺς κοίλους—καλεῖται δὲ ὁ τοιοῦτος καὶ κοιλόφθαλμος—πλευρὰς στενὰς ἀσάρκους, ὀσφῦν ὀξεῖαν, ἰσχίον τραχύ, γλουτοὺς ἀσάρκους, σκέλη σκληρά, γόνατα δυσκαμπῆ· ὁ γὰρ ὑγρῶς κάμπτων τὰ γόνατα ἀκοπώτερον καὶ ἀπταιστότερον βαδίζει.</w:t>
      </w:r>
    </w:p>
    <w:p>
      <w:r>
        <w:rPr>
          <w:rFonts w:ascii="Courier New" w:hAnsi="Courier New"/>
          <w:color w:val="555555"/>
          <w:sz w:val="20"/>
        </w:rPr>
        <w:t>[1 . 192]</w:t>
      </w:r>
    </w:p>
    <w:p>
      <w:r>
        <w:rPr>
          <w:rFonts w:ascii="Gentium Plus" w:hAnsi="Gentium Plus"/>
          <w:sz w:val="24"/>
        </w:rPr>
        <w:t>ἐπαινέσαις δ’ ἂν βλέμμα ἵππου γοργόν, ἰταμόν, ἀναιδές, ὑπό‐ θερμον, ἔμπυρον, θρασύ, πικρόν, θυμικόν, ὀργίλον· καὶ χρεμε‐ τισμὸν ὁμοίως καὶ ἆσθμα θρασύτερον, θυμικώτερον, ἰταμώτερον, ψέξαις δ’ ἂν νωθές, ἀμβλύ, ἄπυρον, ἀόργητον, ἄθυμον, ἀργόν, οὐχ ἱππῶδες,</w:t>
      </w:r>
    </w:p>
    <w:p>
      <w:r>
        <w:rPr>
          <w:rFonts w:ascii="Courier New" w:hAnsi="Courier New"/>
          <w:color w:val="555555"/>
          <w:sz w:val="20"/>
        </w:rPr>
        <w:t>[5]</w:t>
      </w:r>
    </w:p>
    <w:p>
      <w:r>
        <w:rPr>
          <w:rFonts w:ascii="Gentium Plus" w:hAnsi="Gentium Plus"/>
          <w:sz w:val="24"/>
        </w:rPr>
        <w:t>ὑγρόν.</w:t>
      </w:r>
    </w:p>
    <w:p>
      <w:r>
        <w:rPr>
          <w:rFonts w:ascii="Courier New" w:hAnsi="Courier New"/>
          <w:color w:val="555555"/>
          <w:sz w:val="20"/>
        </w:rPr>
        <w:t>[1 . 193]</w:t>
      </w:r>
    </w:p>
    <w:p>
      <w:r>
        <w:rPr>
          <w:rFonts w:ascii="Gentium Plus" w:hAnsi="Gentium Plus"/>
          <w:sz w:val="24"/>
        </w:rPr>
        <w:t>οἱ πρόσθεν πόδες καλοῖντ’ ἂν οἱ πρόσθιοι, οἱ ἔμπροσθεν, οἱ ὑπὸ ταῖς ὠμοπλάταις, οἱ ὑπὸ τοῖς στέρνοις, οἱ πρῶτοι, οἱ ὑπὸ τῷ αὐχένι· οἱ δὲ λοιποὶ ὀπίσθιοι, οἱ κατόπιν, οἱ ἔσχατοι, οἱ τελευταῖοι, οἱ ὑπὸ τοῖς ἰσχίοις, οἱ ὑπὸ τὴν οὐράν, οἱ ὑπὸ τοὺς γλουτούς. ἀμείνων δ’</w:t>
      </w:r>
    </w:p>
    <w:p>
      <w:r>
        <w:rPr>
          <w:rFonts w:ascii="Courier New" w:hAnsi="Courier New"/>
          <w:color w:val="555555"/>
          <w:sz w:val="20"/>
        </w:rPr>
        <w:t>[5]</w:t>
      </w:r>
    </w:p>
    <w:p>
      <w:r>
        <w:rPr>
          <w:rFonts w:ascii="Gentium Plus" w:hAnsi="Gentium Plus"/>
          <w:sz w:val="24"/>
        </w:rPr>
        <w:t>ἵππος ὁ μὴ ἐναλλὰξ ἀλλὰ διὰ πολλοῦ τὰ σκέλη τιθεὶς καὶ διαφέρων. καλὸν δέ, εἰ ‘τὴν διάστασιν ἔχει τῶν σκελῶν ὡς μεγίστην· ὑπάρξει</w:t>
      </w:r>
    </w:p>
    <w:p>
      <w:r>
        <w:rPr>
          <w:rFonts w:ascii="Courier New" w:hAnsi="Courier New"/>
          <w:color w:val="555555"/>
          <w:sz w:val="20"/>
        </w:rPr>
        <w:t>[1 . 194]</w:t>
      </w:r>
    </w:p>
    <w:p>
      <w:r>
        <w:rPr>
          <w:rFonts w:ascii="Gentium Plus" w:hAnsi="Gentium Plus"/>
          <w:sz w:val="24"/>
        </w:rPr>
        <w:t>γὰρ αὐτῷ, διὰ πλείστου τὰ σκέλη ῥίπτειν,‘ Σίμων λέγει (frg Cantabrg p 68. 5). καὶ τοῦτο δὲ Σίμωνος (frg 5 Bl), εὔδρομος δὲ ἵππος ὁ ὀλίγον αἴρων ἀπὸ τῆς γῆς ἐν τῷ τρέχειν τὰ σκέλη. ἔπαινος ἔργων καὶ γνώμης ἵππου, εὔπνους, εὔπους,</w:t>
      </w:r>
    </w:p>
    <w:p>
      <w:r>
        <w:rPr>
          <w:rFonts w:ascii="Courier New" w:hAnsi="Courier New"/>
          <w:color w:val="555555"/>
          <w:sz w:val="20"/>
        </w:rPr>
        <w:t>[5]</w:t>
      </w:r>
    </w:p>
    <w:p>
      <w:r>
        <w:rPr>
          <w:rFonts w:ascii="Gentium Plus" w:hAnsi="Gentium Plus"/>
          <w:sz w:val="24"/>
        </w:rPr>
        <w:t>εὔοπλος· ἡ δὲ ποδῶν ἀρετὴ εὐποδία. εὔφορος, εὔθυμος, θυμοειδής, εὐσχήμων, εὐπρεπής, μεγαλοπρεπής, γαῦρος, γαυρούμενος, γαυριώ‐ μενος, κυδρός, κυδρούμενος, ἐλευθέριος, ἐθελουργός, ἱππαστής, ἀγλαός,</w:t>
      </w:r>
    </w:p>
    <w:p>
      <w:r>
        <w:rPr>
          <w:rFonts w:ascii="Courier New" w:hAnsi="Courier New"/>
          <w:color w:val="555555"/>
          <w:sz w:val="20"/>
        </w:rPr>
        <w:t>[1 . 195]</w:t>
      </w:r>
    </w:p>
    <w:p>
      <w:r>
        <w:rPr>
          <w:rFonts w:ascii="Gentium Plus" w:hAnsi="Gentium Plus"/>
          <w:sz w:val="24"/>
        </w:rPr>
        <w:t>φρονηματίας, ἀλαζών, εὔψυχος, εὐκάρδιος, μεγαλόφρων, μετέωρος, εὐθαρσής, πομπικός, γοργούμενος, σοβαρός, εὔτολμος, πολεμικός, στρατιωτικός, ποδώκης, ἥμερος, πρᾶος, εὐπειθής, εὐάγωγος, εὐή‐ νιος, χειροήθης, τιθασός· φιλῶν τὸν ἀναβάτην, εὔνους τῷ ἱππεῖ,</w:t>
      </w:r>
    </w:p>
    <w:p>
      <w:r>
        <w:rPr>
          <w:rFonts w:ascii="Courier New" w:hAnsi="Courier New"/>
          <w:color w:val="555555"/>
          <w:sz w:val="20"/>
        </w:rPr>
        <w:t>[5]</w:t>
      </w:r>
    </w:p>
    <w:p>
      <w:r>
        <w:rPr>
          <w:rFonts w:ascii="Gentium Plus" w:hAnsi="Gentium Plus"/>
          <w:sz w:val="24"/>
        </w:rPr>
        <w:t>ὑπὸ σάλπιγγι ἐξορμῶν, ἐξανιστάμενος, ἐξεγειρόμενος, ὀξύς, ταχύς, ταχύπους, φιλάνθρωπος, φίλιππος, ἐγκαρτερῶν σὺν τῷ καιρῷ, γνωριστικὸς τῶν ἐχθρῶν, ἀνατρεπτικός, εὔτρεπτος, πειθαρχικός, εὔ‐ τακτος, εὔκολος, κεκολασμένος τὴν γνάθον, δίκαιος τὴν σιαγόνα,</w:t>
      </w:r>
    </w:p>
    <w:p>
      <w:r>
        <w:rPr>
          <w:rFonts w:ascii="Courier New" w:hAnsi="Courier New"/>
          <w:color w:val="555555"/>
          <w:sz w:val="20"/>
        </w:rPr>
        <w:t>[1 . 196]</w:t>
      </w:r>
    </w:p>
    <w:p>
      <w:r>
        <w:rPr>
          <w:rFonts w:ascii="Gentium Plus" w:hAnsi="Gentium Plus"/>
          <w:sz w:val="24"/>
        </w:rPr>
        <w:t>ἴσος ἑκατέραν τὴν γνάθον, πεπαιδευμένος, ῥᾳδίως ἐξορμῶν, εὐκό‐ λως καθιστάμενος, μάστιγος οὐ χρῄζων, κέντρου ἀπροσδεής, εὔδρο‐ μος, ἐπίδρομος, τοῖς ἀνέμοις συνθέων· εἴποι ἂν αὐτὸν Ὅμηρος (Π 150, Υ 224) αὔρας ἢ ἀνέμου παῖδα. ἀνύποπτος, ἄφοβος, θαρ‐</w:t>
      </w:r>
    </w:p>
    <w:p>
      <w:r>
        <w:rPr>
          <w:rFonts w:ascii="Courier New" w:hAnsi="Courier New"/>
          <w:color w:val="555555"/>
          <w:sz w:val="20"/>
        </w:rPr>
        <w:t>[5]</w:t>
      </w:r>
    </w:p>
    <w:p>
      <w:r>
        <w:rPr>
          <w:rFonts w:ascii="Gentium Plus" w:hAnsi="Gentium Plus"/>
          <w:sz w:val="24"/>
        </w:rPr>
        <w:t>ραλέος. μεμελετηκὼς καὶ πρὸς ἄναντες ἀναθεῖν καὶ πρὸς κάταντες καταδραμεῖν, καὶ τειχίον ὑπερακρίσαι, καὶ τάφρον διαπηδῆσαι, καὶ χαράδραν διαλέσθαι, καὶ ποταμὸν περᾶσαι, καὶ ἐπ’ ὄχθους ἀνορούειν,</w:t>
      </w:r>
    </w:p>
    <w:p>
      <w:r>
        <w:rPr>
          <w:rFonts w:ascii="Courier New" w:hAnsi="Courier New"/>
          <w:color w:val="555555"/>
          <w:sz w:val="20"/>
        </w:rPr>
        <w:t>[1 . 197]</w:t>
      </w:r>
    </w:p>
    <w:p>
      <w:r>
        <w:rPr>
          <w:rFonts w:ascii="Gentium Plus" w:hAnsi="Gentium Plus"/>
          <w:sz w:val="24"/>
        </w:rPr>
        <w:t>καὶ ἀπ’ ὄχθων καθάλλεσθαι. ψόγος ἵππου ἔργων καὶ γνώμης ἐκ τῶν ἐναντίων νωθής, βραδύς, ἀμβλύς, ἀργός, βλάξ, ἄπους, κακό‐ πους, μελλητής, δειλός, ἄτολμος, καταδεής, ὕποπτος, δυσωπούμενος, ἐπίφοβος, οὐ σπουδαῖος τοὺς πόδας, μαλακὸς τὴν ὁπλήν, σκληρόστο‐</w:t>
      </w:r>
    </w:p>
    <w:p>
      <w:r>
        <w:rPr>
          <w:rFonts w:ascii="Courier New" w:hAnsi="Courier New"/>
          <w:color w:val="555555"/>
          <w:sz w:val="20"/>
        </w:rPr>
        <w:t>[5]</w:t>
      </w:r>
    </w:p>
    <w:p>
      <w:r>
        <w:rPr>
          <w:rFonts w:ascii="Gentium Plus" w:hAnsi="Gentium Plus"/>
          <w:sz w:val="24"/>
        </w:rPr>
        <w:t>μος, ἄδικος τὴν σιαγόνα, ἑτερόγναθος, βαρὺς τὴν κεφαλήν, κάτω νεύων, εἰς ὄνους τελῶν, κυφαγωγότερος, δυσγάργαλις, ἀπειθής, δυσήνιος, δυσάγωγος, ἀνάγωγος, ἄστομος, ἀπόλεμος, πτοούμενος,</w:t>
      </w:r>
    </w:p>
    <w:p>
      <w:r>
        <w:rPr>
          <w:rFonts w:ascii="Courier New" w:hAnsi="Courier New"/>
          <w:color w:val="555555"/>
          <w:sz w:val="20"/>
        </w:rPr>
        <w:t>[1 . 198]</w:t>
      </w:r>
    </w:p>
    <w:p>
      <w:r>
        <w:rPr>
          <w:rFonts w:ascii="Gentium Plus" w:hAnsi="Gentium Plus"/>
          <w:sz w:val="24"/>
        </w:rPr>
        <w:t>ταπεινός, μικρόψυχος, ἀσχήμων, ἀπρεπής, εὐλαβής. οὐδ’ ἂν σάλπιγ‐ γος ἀνάσχοιτο, οὐδ’ ἂν ἐνέγκοι πολέμου βοήν. μίσιππος, μισάν‐ θρωπος, δάκνων, λακτίζων, λακτιστής, ἀδάμαστος, φαύλως ἠγμένος, ἀπρόθυμος, ἀπαίδευτος, ἄτακτος, θηριώδης, δύσφορος, ἀκάθεκτος,</w:t>
      </w:r>
    </w:p>
    <w:p>
      <w:r>
        <w:rPr>
          <w:rFonts w:ascii="Courier New" w:hAnsi="Courier New"/>
          <w:color w:val="555555"/>
          <w:sz w:val="20"/>
        </w:rPr>
        <w:t>[5]</w:t>
      </w:r>
    </w:p>
    <w:p>
      <w:r>
        <w:rPr>
          <w:rFonts w:ascii="Gentium Plus" w:hAnsi="Gentium Plus"/>
          <w:sz w:val="24"/>
        </w:rPr>
        <w:t>ἀκόλαστος τὴν γνάθον, ἀναχαιτίζων, ἀποσειόμενος, ἐφυβρίζων, ὃς πολλάκις ἐξεκύλισε τὸν ἱππέα, οὐδὲ προσιέμενος τὸν χαλινόν, ὑπέρφοβος, ἐνδεέστερος, ἀποδεέστερος· Σίμωνος (fg 7 Bl) τὸ ὄνομα.</w:t>
      </w:r>
    </w:p>
    <w:p>
      <w:r>
        <w:rPr>
          <w:rFonts w:ascii="Courier New" w:hAnsi="Courier New"/>
          <w:color w:val="555555"/>
          <w:sz w:val="20"/>
        </w:rPr>
        <w:t>[1 . 199]</w:t>
      </w:r>
    </w:p>
    <w:p>
      <w:r>
        <w:rPr>
          <w:rFonts w:ascii="Gentium Plus" w:hAnsi="Gentium Plus"/>
          <w:sz w:val="24"/>
        </w:rPr>
        <w:t>ὁ δὲ τοῦ ἵππου ἐπιμελητὴς τάδε πραττέτω. καθαιρέτω τὴν χελιδόνα, καὶ τὴν κοιλότητα τῆς ὁπλῆς θεραπευέτω, καὶ τὴν κνήμην τριβέτω κατὰ τὴν φύσιν τῆς τριχός· τὴν δὲ μηριαίαν καὶ τὸ λοιπὸν σῶμα καὶ εἰ πρὸς τοὐναντίον ἀνακαθαίροι, ῥᾷον ἂν ἐκσοβοῖ τὴν</w:t>
      </w:r>
    </w:p>
    <w:p>
      <w:r>
        <w:rPr>
          <w:rFonts w:ascii="Courier New" w:hAnsi="Courier New"/>
          <w:color w:val="555555"/>
          <w:sz w:val="20"/>
        </w:rPr>
        <w:t>[5]</w:t>
      </w:r>
    </w:p>
    <w:p>
      <w:r>
        <w:rPr>
          <w:rFonts w:ascii="Gentium Plus" w:hAnsi="Gentium Plus"/>
          <w:sz w:val="24"/>
        </w:rPr>
        <w:t>κόνιν. καὶ πρὸς μὲν τὸ ἄλλο σῶμα χρήσθω πᾶσι τοῖς τῆς καθάρ‐</w:t>
      </w:r>
    </w:p>
    <w:p>
      <w:r>
        <w:rPr>
          <w:rFonts w:ascii="Courier New" w:hAnsi="Courier New"/>
          <w:color w:val="555555"/>
          <w:sz w:val="20"/>
        </w:rPr>
        <w:t>[1 . 200]</w:t>
      </w:r>
    </w:p>
    <w:p>
      <w:r>
        <w:rPr>
          <w:rFonts w:ascii="Gentium Plus" w:hAnsi="Gentium Plus"/>
          <w:sz w:val="24"/>
        </w:rPr>
        <w:t>σεως ὀργάνοις, τὴν δὲ κεφαλὴν καταπλύνειν δεῖ μᾶλλον ἢ καθαίρειν. τῶν δ’ ἐν τῇ ῥάχει τριχῶν ἄλλῳ μὲν ὀργάνῳ μὴ προσαπτέσθω, ταῖς δὲ χερσὶ τρίβων καὶ ἁπαλύνων, ᾗπερ φύσει κέκλινται, ἥκιστ’ ἂν</w:t>
      </w:r>
    </w:p>
    <w:p>
      <w:r>
        <w:rPr>
          <w:rFonts w:ascii="Courier New" w:hAnsi="Courier New"/>
          <w:color w:val="555555"/>
          <w:sz w:val="20"/>
        </w:rPr>
        <w:t>[5]</w:t>
      </w:r>
    </w:p>
    <w:p>
      <w:r>
        <w:rPr>
          <w:rFonts w:ascii="Gentium Plus" w:hAnsi="Gentium Plus"/>
          <w:sz w:val="24"/>
        </w:rPr>
        <w:t>μὴ πάντῃ τραχείᾳ· εἰ δὲ καὶ ἐν τῷ σταθμῷ καταβάλλοι λίθους</w:t>
      </w:r>
    </w:p>
    <w:p>
      <w:r>
        <w:rPr>
          <w:rFonts w:ascii="Courier New" w:hAnsi="Courier New"/>
          <w:color w:val="555555"/>
          <w:sz w:val="20"/>
        </w:rPr>
        <w:t>[1 . 201]</w:t>
      </w:r>
    </w:p>
    <w:p>
      <w:r>
        <w:rPr>
          <w:rFonts w:ascii="Gentium Plus" w:hAnsi="Gentium Plus"/>
          <w:sz w:val="24"/>
        </w:rPr>
        <w:t>μναιαίους ἀμφιδόχμους, περιχειλώσας σιδήρῳ, ὡς Ξενοφῶν (R Eq IV 4) ἔφη, τούτῳ τῷ ἔθει τῷ πρὸς αὐτοὺς στερεοῖ καὶ κρατύνει τοῦ ἵππου τοὺς πόδας. τὰ μέντοι χείλη αὐτοῦ ἁπαλυνέτω, ὅπως τοῦ χαλινοῦ συνιῇ· ἁπαλύνει δὲ τὰ χείλη χειρῶν τριβὴ καὶ ὕδατος</w:t>
      </w:r>
    </w:p>
    <w:p>
      <w:r>
        <w:rPr>
          <w:rFonts w:ascii="Courier New" w:hAnsi="Courier New"/>
          <w:color w:val="555555"/>
          <w:sz w:val="20"/>
        </w:rPr>
        <w:t>[5]</w:t>
      </w:r>
    </w:p>
    <w:p>
      <w:r>
        <w:rPr>
          <w:rFonts w:ascii="Gentium Plus" w:hAnsi="Gentium Plus"/>
          <w:sz w:val="24"/>
        </w:rPr>
        <w:t>χλιαροῦ προσβολὴ καὶ ἐλαίου ποτὲ ἀλοιφή. τῆς δὲ ἐπιφατνιδίας φορβειᾶς μὴ ποιείτω τὸ ἅμμα ἔνθα ἡ κορυφαία περιτίθεται, ὡς μὴ ἑλκουμένων τούτων καὶ περὶ τὸ χαλινοῦσθαι δυσκολαίνῃ. ἐργώδης</w:t>
      </w:r>
    </w:p>
    <w:p>
      <w:r>
        <w:rPr>
          <w:rFonts w:ascii="Courier New" w:hAnsi="Courier New"/>
          <w:color w:val="555555"/>
          <w:sz w:val="20"/>
        </w:rPr>
        <w:t>[1 . 202]</w:t>
      </w:r>
    </w:p>
    <w:p>
      <w:r>
        <w:rPr>
          <w:rFonts w:ascii="Gentium Plus" w:hAnsi="Gentium Plus"/>
          <w:sz w:val="24"/>
        </w:rPr>
        <w:t>γὰρ ἡ τῆς χαλινώσεως κώλυσις. ἢν μὲν γὰρ κεχαλινωμένον ἄγῃ, οὐδὲν αὐτῷ παραινῶ, ἢν δὲ ἀχαλίνωτον, κημοῦν τὸν ἵππον· ὁ γὰρ κημὸς δάκνειν μὲν οὐκ ἐᾷ, ἐκπνεῖν δὲ οὐ κωλύει. ὁπόταν δὲ ψήχῃ τὸν ἵππον, ἀπὸ τῆς κεφαλῆς μὲν αὐτῷ ἀρκτέον, ἵνα τῶν ἄνωθεν</w:t>
      </w:r>
    </w:p>
    <w:p>
      <w:r>
        <w:rPr>
          <w:rFonts w:ascii="Courier New" w:hAnsi="Courier New"/>
          <w:color w:val="555555"/>
          <w:sz w:val="20"/>
        </w:rPr>
        <w:t>[5]</w:t>
      </w:r>
    </w:p>
    <w:p>
      <w:r>
        <w:rPr>
          <w:rFonts w:ascii="Gentium Plus" w:hAnsi="Gentium Plus"/>
          <w:sz w:val="24"/>
        </w:rPr>
        <w:t>καθαρθέντων ἐπικατίῃ τοῖς ὑπ’ αὐτά. ἐπὶ δὲ ψηχόμενον τὸν ἵππον ἀνάγκη χρῆσθαι ταῖς ὁπλαῖς, τοὺς μὲν πρόσθεν πόδας ψήχων, κα‐ τόπιν παρελθὼν βλεπέτω ἵνα περ καὶ ὁ ἵππος, ὡς μηδὲ βουλό‐</w:t>
      </w:r>
    </w:p>
    <w:p>
      <w:r>
        <w:rPr>
          <w:rFonts w:ascii="Courier New" w:hAnsi="Courier New"/>
          <w:color w:val="555555"/>
          <w:sz w:val="20"/>
        </w:rPr>
        <w:t>[1 . 203]</w:t>
      </w:r>
    </w:p>
    <w:p>
      <w:r>
        <w:rPr>
          <w:rFonts w:ascii="Gentium Plus" w:hAnsi="Gentium Plus"/>
          <w:sz w:val="24"/>
        </w:rPr>
        <w:t>μενος αὐτὸν κρούειν δύνηται· ἐπὶ δὲ τοὺς κατόπιν μετιών, ἀντι‐ μεταστρέψας ἑαυτὸν βλεπέτω ἀντία τοῖς ποσὶν οὓς καθαίρει, τρέψας τὸ πρόσωπον, ἵνα ὁ ἵππος παύηται. τὸ μὲν δὴ πρῶτον ἐκ φορβειᾶς τὸν ἵππον περιακτέον, εἶτα χαλινώσαντα ἐᾶσαι ἑστάναι, ὡς</w:t>
      </w:r>
    </w:p>
    <w:p>
      <w:r>
        <w:rPr>
          <w:rFonts w:ascii="Courier New" w:hAnsi="Courier New"/>
          <w:color w:val="555555"/>
          <w:sz w:val="20"/>
        </w:rPr>
        <w:t>[5]</w:t>
      </w:r>
    </w:p>
    <w:p>
      <w:r>
        <w:rPr>
          <w:rFonts w:ascii="Gentium Plus" w:hAnsi="Gentium Plus"/>
          <w:sz w:val="24"/>
        </w:rPr>
        <w:t>μὴ εὐθὺς ἑλκόμενος πονοῖτο, ἀλλ’ ἐν ἀναλγησίᾳ καὶ ἀπραγμοσύνῃ τῆς σιαγόνος ἠρέμα προσεθίζηται τῷ χαλινῷ. εἰ δὲ ἀναβαίνοι ἐπ’ αὐτόν, τὸ πρῶτον ἐκ μετεώρου ποιεῖσθαι τὴν ἀνάβασιν, ὅπως μήτε σπάσῃ αὑτὸν ἀναβαίνων μήτε ἐκ σφοδρότητος ἐγκαθίσας λυπήσῃ</w:t>
      </w:r>
    </w:p>
    <w:p>
      <w:r>
        <w:rPr>
          <w:rFonts w:ascii="Courier New" w:hAnsi="Courier New"/>
          <w:color w:val="555555"/>
          <w:sz w:val="20"/>
        </w:rPr>
        <w:t>[1 . 204]</w:t>
      </w:r>
    </w:p>
    <w:p>
      <w:r>
        <w:rPr>
          <w:rFonts w:ascii="Gentium Plus" w:hAnsi="Gentium Plus"/>
          <w:sz w:val="24"/>
        </w:rPr>
        <w:t>τὸν ἵππον. ἐλαυνέτω δὲ τοῦτον κατ’ ἀρχὰς ὁ ἐπιβάτης εἰς τὰ</w:t>
      </w:r>
    </w:p>
    <w:p>
      <w:r>
        <w:rPr>
          <w:rFonts w:ascii="Courier New" w:hAnsi="Courier New"/>
          <w:color w:val="555555"/>
          <w:sz w:val="20"/>
        </w:rPr>
        <w:t>[5]</w:t>
      </w:r>
    </w:p>
    <w:p>
      <w:r>
        <w:rPr>
          <w:rFonts w:ascii="Gentium Plus" w:hAnsi="Gentium Plus"/>
          <w:sz w:val="24"/>
        </w:rPr>
        <w:t>ἔλαττον, καὶ ἐναλλάττων θᾶττον ἢ σχολαίτερον, καὶ τὸν χαλινὸν με‐ ταβάλλων ἐφ’ ἑκατέραν τὴν γνάθον. καμπὰς δὲ χρὴ ποιεῖσθαι καὶ</w:t>
      </w:r>
    </w:p>
    <w:p>
      <w:r>
        <w:rPr>
          <w:rFonts w:ascii="Courier New" w:hAnsi="Courier New"/>
          <w:color w:val="555555"/>
          <w:sz w:val="20"/>
        </w:rPr>
        <w:t>[1 . 205]</w:t>
      </w:r>
    </w:p>
    <w:p>
      <w:r>
        <w:rPr>
          <w:rFonts w:ascii="Gentium Plus" w:hAnsi="Gentium Plus"/>
          <w:sz w:val="24"/>
        </w:rPr>
        <w:t>ὑποστροφὰς καὶ στροφάς. ἐν δὲ ταῖς στροφαῖς οὐ δεῖ ἐξελαύνειν τὸν ἵππον ἀλλ’ ἀναλαμβάνειν, ὅπερ καὶ ὑπολαμβάνειν καλεῖται, καὶ κατέχειν καὶ ἠρεμίζειν καὶ ἀνέχειν, οὐδὲ πλαγιοῦν οὔτε ἑαυτὸν οὔτε τὸν ἵππον· τάχιστα γὰρ ἂν ἐν τούτῳ κατενεχθεῖεν ἀμφότεροι. ἡ γὰρ</w:t>
      </w:r>
    </w:p>
    <w:p>
      <w:r>
        <w:rPr>
          <w:rFonts w:ascii="Courier New" w:hAnsi="Courier New"/>
          <w:color w:val="555555"/>
          <w:sz w:val="20"/>
        </w:rPr>
        <w:t>[5]</w:t>
      </w:r>
    </w:p>
    <w:p>
      <w:r>
        <w:rPr>
          <w:rFonts w:ascii="Gentium Plus" w:hAnsi="Gentium Plus"/>
          <w:sz w:val="24"/>
        </w:rPr>
        <w:t>ἐπ’ εὐθέος κατὰ μῆκος ἔλασις κοπωδεστέρα· καλεῖται δ’ αὕτη ὀρθο‐ δρομεῖν, ὥσπερ τὸ ἐναντίον ἀποκάμπτειν. ἢν δὲ κάμῃ καὶ κατα‐</w:t>
      </w:r>
    </w:p>
    <w:p>
      <w:r>
        <w:rPr>
          <w:rFonts w:ascii="Courier New" w:hAnsi="Courier New"/>
          <w:color w:val="555555"/>
          <w:sz w:val="20"/>
        </w:rPr>
        <w:t>[1 . 206]</w:t>
      </w:r>
    </w:p>
    <w:p>
      <w:r>
        <w:rPr>
          <w:rFonts w:ascii="Gentium Plus" w:hAnsi="Gentium Plus"/>
          <w:sz w:val="24"/>
        </w:rPr>
        <w:t>νεύσῃ τὴν κεφαλήν, οὐκ ἔστιν εὐσχήμων ἵπποις ὁ ἐν καμάτῳ δρόμος. καλεῖται δὲ τοῦτο ἱππάζεσθαι, ὥσπερ καὶ ἐπὶ τῶν ἱππέων τὸ ἱππεύειν οὕτως ὀνομάζεται. εἰ δὲ καὶ τὰ χωρία ὑπαλλάττοι τις, ἐν χάριτι μᾶλλόν ἐστι τῷ ἵππῳ· ἀμισέστερα γὰρ αὐτῷ τὰ καινὰ</w:t>
      </w:r>
    </w:p>
    <w:p>
      <w:r>
        <w:rPr>
          <w:rFonts w:ascii="Courier New" w:hAnsi="Courier New"/>
          <w:color w:val="555555"/>
          <w:sz w:val="20"/>
        </w:rPr>
        <w:t>[5]</w:t>
      </w:r>
    </w:p>
    <w:p>
      <w:r>
        <w:rPr>
          <w:rFonts w:ascii="Gentium Plus" w:hAnsi="Gentium Plus"/>
          <w:sz w:val="24"/>
        </w:rPr>
        <w:t>χωρία, ἀπαγορεύει δὲ τοῖς συνήθεσιν. καὶ ἢν μὲν φύσει γεννάδας ᾖ, κἂν ἀφῇς τὸν χαλινόν, ὀρθῇ τῇ κεφαλῇ τρέχει· τὸν δὲ ἀγεννῆ τῷ</w:t>
      </w:r>
    </w:p>
    <w:p>
      <w:r>
        <w:rPr>
          <w:rFonts w:ascii="Courier New" w:hAnsi="Courier New"/>
          <w:color w:val="555555"/>
          <w:sz w:val="20"/>
        </w:rPr>
        <w:t>[1 . 207]</w:t>
      </w:r>
    </w:p>
    <w:p>
      <w:r>
        <w:rPr>
          <w:rFonts w:ascii="Gentium Plus" w:hAnsi="Gentium Plus"/>
          <w:sz w:val="24"/>
        </w:rPr>
        <w:t>χαλινῷ ὡς εἰς εὐσχημοσύνην βιάζου. παραφυλακτέον δὲ ὅτι τοὺς τραχεῖς χαλινοὺς οὐκ ἐῶσιν οἱ ἵπποι κατὰ χώραν, ἀλλὰ μεταβάλ‐ λουσιν ἐλπίδι τοῦ πρὸς τὸ ῥᾷον μεταστήσειν. διὰ τοῦτο τοῖς θυμοειδέσιν οὐκ ἐμβλητέον σκληροὺς χαλινούς—ἀναλαμβάνουσι γὰρ</w:t>
      </w:r>
    </w:p>
    <w:p>
      <w:r>
        <w:rPr>
          <w:rFonts w:ascii="Courier New" w:hAnsi="Courier New"/>
          <w:color w:val="555555"/>
          <w:sz w:val="20"/>
        </w:rPr>
        <w:t>[5]</w:t>
      </w:r>
    </w:p>
    <w:p>
      <w:r>
        <w:rPr>
          <w:rFonts w:ascii="Gentium Plus" w:hAnsi="Gentium Plus"/>
          <w:sz w:val="24"/>
        </w:rPr>
        <w:t>αὐτοὺς εἰς τὸ στόμα ὥσπερ ὀβελίσκους εὐπαγεῖς ὄντας—ἀλλὰ ὑγρούς, ἵνα οὗ ἂν ὁ ἵππος προσάπτηται, τὸ λοιπὸν κάμπτηται ὥσπερ ἅλυσις. εἰσὶ δὲ σκληροὶ χαλινοὶ οἱ ἔχοντες τροχοὺς ταπεινοὺς καὶ ἐχίνους</w:t>
      </w:r>
    </w:p>
    <w:p>
      <w:r>
        <w:rPr>
          <w:rFonts w:ascii="Courier New" w:hAnsi="Courier New"/>
          <w:color w:val="555555"/>
          <w:sz w:val="20"/>
        </w:rPr>
        <w:t>[1 . 208]</w:t>
      </w:r>
    </w:p>
    <w:p>
      <w:r>
        <w:rPr>
          <w:rFonts w:ascii="Gentium Plus" w:hAnsi="Gentium Plus"/>
          <w:sz w:val="24"/>
        </w:rPr>
        <w:t>ὀξεῖς· ἔστι δὲ καὶ τούτους ἐμπραΰνειν κατειλοῦντα καὶ κατακηροῦντα. ἀλλὰ μᾶλλον ὑγρούς· οὗτοι δὲ εὐρείας καὶ λείας ἔχουσι τὰς συμβολὰς</w:t>
      </w:r>
    </w:p>
    <w:p>
      <w:r>
        <w:rPr>
          <w:rFonts w:ascii="Courier New" w:hAnsi="Courier New"/>
          <w:color w:val="555555"/>
          <w:sz w:val="20"/>
        </w:rPr>
        <w:t>[5]</w:t>
      </w:r>
    </w:p>
    <w:p>
      <w:r>
        <w:rPr>
          <w:rFonts w:ascii="Gentium Plus" w:hAnsi="Gentium Plus"/>
          <w:sz w:val="24"/>
        </w:rPr>
        <w:t>σώματος τοῦ σαυτοῦ μηδ’ ὁτιοῦν προβάλῃς, μακρὰν δὲ τὴν χεῖρα τὴν ἡνιοχοῦσαν προτείνων σὺν βραχείᾳ τῇ ἡνίᾳ οὔσῃ ποτὲ μὲν ἐξόρμα ποτὲ δὲ καθίστη, καὶ ἐνδίδου τὸν χαλινὸν καὶ ἀναλάμβανε. εἰ δὲ κατατείνοι αὐτὸν ὁ ἵππος ἐν τῷ δρόμῳ, ἢ ὁ ἀναβάτης ἀπαί‐ δευτός ἐστιν ἢ ὁ ἵππος ἀσθενής.</w:t>
      </w:r>
    </w:p>
    <w:p>
      <w:r>
        <w:rPr>
          <w:rFonts w:ascii="Courier New" w:hAnsi="Courier New"/>
          <w:color w:val="555555"/>
          <w:sz w:val="20"/>
        </w:rPr>
        <w:t>[1 . 209]</w:t>
      </w:r>
    </w:p>
    <w:p>
      <w:r>
        <w:rPr>
          <w:rFonts w:ascii="Gentium Plus" w:hAnsi="Gentium Plus"/>
          <w:sz w:val="24"/>
        </w:rPr>
        <w:t>ἔστι δέ τι νόσημα ἵππων κριθίασις καὶ ὑπεραίμωσις ὑπὸ πλησμο‐ νῆς, καὶ οὐκ ἐκκομίζουσι τὸν σῖτον. τότε χρὴ ὑφαιρεῖν καὶ χόρτον παραβάλλειν μόνον, ἤ τι ἄλλο τῶν κουφοτέρων. ἱππείαν δὲ ἐρεῖς καὶ ἱππασίαν καὶ ἔλασιν καὶ ἐλασίαν</w:t>
      </w:r>
    </w:p>
    <w:p>
      <w:r>
        <w:rPr>
          <w:rFonts w:ascii="Courier New" w:hAnsi="Courier New"/>
          <w:color w:val="555555"/>
          <w:sz w:val="20"/>
        </w:rPr>
        <w:t>[5]</w:t>
      </w:r>
    </w:p>
    <w:p>
      <w:r>
        <w:rPr>
          <w:rFonts w:ascii="Gentium Plus" w:hAnsi="Gentium Plus"/>
          <w:sz w:val="24"/>
        </w:rPr>
        <w:t>καὶ ἡνιόχησιν, καὶ ἐγκαθῆσθαι ἐπόχως καὶ βεβαίως ἢ παγίως καὶ ἐφεδρεύειν—ἔστι μὲν γὰρ βιαιότερον, ἀλλ’ οὐκ ἔξω φιλοτιμίας— ἐπιβαίνειν καὶ ἀναβαίνειν, καὶ ἐπέβη καὶ ἀνέβη, ἐξ ὧν ἐπιβάτης, ἀναβάτης. καὶ κλωγμῷ μὲν ἐξεγείρειν τὸν ἵππον ἐρεῖς καὶ</w:t>
      </w:r>
    </w:p>
    <w:p>
      <w:r>
        <w:rPr>
          <w:rFonts w:ascii="Courier New" w:hAnsi="Courier New"/>
          <w:color w:val="555555"/>
          <w:sz w:val="20"/>
        </w:rPr>
        <w:t>[1 . 210]</w:t>
      </w:r>
    </w:p>
    <w:p>
      <w:r>
        <w:rPr>
          <w:rFonts w:ascii="Gentium Plus" w:hAnsi="Gentium Plus"/>
          <w:sz w:val="24"/>
        </w:rPr>
        <w:t>ῥοίζῳ—ταῦτα δὲ καὶ ὁρμητήρια σημεῖα ὀνομάζεται—, ποππυσμῷ δὲ παριστάναι καὶ καθιστάναι. τὸ δὲ ἐνδόσιμον εἰς τὸν δρόμον κροῦσαι τῷ ποδὶ τὴν γαστέρα καὶ ἀνακλάσαι τὸν αὐχένα ἐκ τοῦ χαλινοῦ. τῷ δὲ ἀθύμῳ ἵππῳ οὐδὲν φαῦλον καὶ ἐμβαλεῖν τῷ μύωπι·</w:t>
      </w:r>
    </w:p>
    <w:p>
      <w:r>
        <w:rPr>
          <w:rFonts w:ascii="Courier New" w:hAnsi="Courier New"/>
          <w:color w:val="555555"/>
          <w:sz w:val="20"/>
        </w:rPr>
        <w:t>[5]</w:t>
      </w:r>
    </w:p>
    <w:p>
      <w:r>
        <w:rPr>
          <w:rFonts w:ascii="Gentium Plus" w:hAnsi="Gentium Plus"/>
          <w:sz w:val="24"/>
        </w:rPr>
        <w:t>οἱ γὰρ θυμοειδεῖς ἀγανακτοῦσι πρὸς τὴν πληγὴν ὡς ὕβριν, καὶ ἐκ‐ φέρονται εἰς δρόμον ὑπὸ ὀργῆς, καὶ σφαλερωτέραν παρέχονται τῷ ἱππεῖ τὴν ῥύμην, ἢν δὲ ἄφιππός τις ᾖ καὶ ἀβέβαιος, καὶ ἀπο‐ σείονται καὶ ἐκφέρουσι καὶ ἀναχαιτίζουσιν, ἱστάμενοι κατὰ τοὺς οὐραίους πόδας.</w:t>
      </w:r>
    </w:p>
    <w:p>
      <w:r>
        <w:rPr>
          <w:rFonts w:ascii="Courier New" w:hAnsi="Courier New"/>
          <w:color w:val="555555"/>
          <w:sz w:val="20"/>
        </w:rPr>
        <w:t>[1 . 211]</w:t>
      </w:r>
    </w:p>
    <w:p>
      <w:r>
        <w:rPr>
          <w:rFonts w:ascii="Gentium Plus" w:hAnsi="Gentium Plus"/>
          <w:sz w:val="24"/>
        </w:rPr>
        <w:t>ὁ πομπικὸς ἵππος ἐχέτω ψυχὴν μεγαλόφρονα, σῶμα εὔ‐ ρωστον, ὀσφῦν ὑγρὰν καὶ βραχεῖαν καὶ ἰσχυράν, οὐ τὴν κατ’ οὐρὰν ἀλλὰ τὴν μεταξὺ τῶν πλευρῶν καὶ τῶν ἰσχίων, ὡς δύνασθαι ὑπο‐ τιθέναι τὰ ὀπίσθια σκέλη ὑπὸ τὰ ἐμπρόσθια. ἐξέγειρε δὲ αὐτὸν τοῖς</w:t>
      </w:r>
    </w:p>
    <w:p>
      <w:r>
        <w:rPr>
          <w:rFonts w:ascii="Courier New" w:hAnsi="Courier New"/>
          <w:color w:val="555555"/>
          <w:sz w:val="20"/>
        </w:rPr>
        <w:t>[5]</w:t>
      </w:r>
    </w:p>
    <w:p>
      <w:r>
        <w:rPr>
          <w:rFonts w:ascii="Gentium Plus" w:hAnsi="Gentium Plus"/>
          <w:sz w:val="24"/>
        </w:rPr>
        <w:t>ὁρμητηρίοις σημείοις, καὶ ἀνάκρουε τῷ χαλινῷ, καὶ ἐνδίδου αὐτῷ τὸ στόμιον, ἵνα χαίρῃ τῇ χαλαρότητι καὶ φέρηται κυδρῷ τῷ σχή‐ ματι. οὐ δεῖ δὲ αὐτὸν μυωπίζειν, ἀλλὰ μᾶλλον καταψᾶν καὶ ἐγκε‐ λεύεσθαι, καὶ διδάσκειν κυρτοῦσθαι τὴν κεφαλήν, ὡς καὶ αὐτὸς σχη‐ ματοποιεῖται κατὰ τὸν πρὸς τὰς θηλείας καλλωπισμόν.</w:t>
      </w:r>
    </w:p>
    <w:p>
      <w:r>
        <w:rPr>
          <w:rFonts w:ascii="Courier New" w:hAnsi="Courier New"/>
          <w:color w:val="555555"/>
          <w:sz w:val="20"/>
        </w:rPr>
        <w:t>[1 . 212]</w:t>
      </w:r>
    </w:p>
    <w:p>
      <w:r>
        <w:rPr>
          <w:rFonts w:ascii="Gentium Plus" w:hAnsi="Gentium Plus"/>
          <w:sz w:val="24"/>
        </w:rPr>
        <w:t>ἐὰν μελετᾷς ἀφ’ ἵππου τὰ στρατιωτικὰ ἀνθιππεύων ἑτέροις, ἀκοντίοις ἐσφαιρωμένοις κέχρησο καὶ δόρατι ὁμοίως πεπραγματευ‐ μένῳ σφαιρωτῷ, ὥστε εἶναι τὴν πληγὴν ἀσινῆ. καλὸν δὲ λαβόμενον τοῦ ἀντιπάλου, καὶ ἑλκύσαντα ἐφ’ ἑαυτόν, ἄφνω ἀφεῖναι· τὸ γὰρ</w:t>
      </w:r>
    </w:p>
    <w:p>
      <w:r>
        <w:rPr>
          <w:rFonts w:ascii="Courier New" w:hAnsi="Courier New"/>
          <w:color w:val="555555"/>
          <w:sz w:val="20"/>
        </w:rPr>
        <w:t>[5]</w:t>
      </w:r>
    </w:p>
    <w:p>
      <w:r>
        <w:rPr>
          <w:rFonts w:ascii="Gentium Plus" w:hAnsi="Gentium Plus"/>
          <w:sz w:val="24"/>
        </w:rPr>
        <w:t>τοιοῦτον καταβλητικόν.</w:t>
      </w:r>
    </w:p>
    <w:p>
      <w:r>
        <w:rPr>
          <w:rFonts w:ascii="Courier New" w:hAnsi="Courier New"/>
          <w:color w:val="555555"/>
          <w:sz w:val="20"/>
        </w:rPr>
        <w:t>[1 . 213]</w:t>
      </w:r>
    </w:p>
    <w:p>
      <w:r>
        <w:rPr>
          <w:rFonts w:ascii="Gentium Plus" w:hAnsi="Gentium Plus"/>
          <w:sz w:val="24"/>
        </w:rPr>
        <w:t>παραφυλακτέον δὲ ὅτι ὁ Ξενοφῶν (R Eq I 15) οἴεται τὸν ἵππον ἀστραγάλους ἔχειν, Ἀριστοτέλους (Hist An I p 499 20) τοῦ περὶ ταῦτα δεινοῦ φάσκοντος μηδὲν τῶν μωνύχων ἔχειν ἀστραγάλους, μηδὲ τὸν ὄνον, μόνον δὲ τὸν Ἰνδικόν, ᾧ καὶ κέρας</w:t>
      </w:r>
    </w:p>
    <w:p>
      <w:r>
        <w:rPr>
          <w:rFonts w:ascii="Courier New" w:hAnsi="Courier New"/>
          <w:color w:val="555555"/>
          <w:sz w:val="20"/>
        </w:rPr>
        <w:t>[5]</w:t>
      </w:r>
    </w:p>
    <w:p>
      <w:r>
        <w:rPr>
          <w:rFonts w:ascii="Gentium Plus" w:hAnsi="Gentium Plus"/>
          <w:sz w:val="24"/>
        </w:rPr>
        <w:t>ἐκ τοῦ μετώπου ἐκπεφυκέναι λέγει. διδακτέον δὲ τὸν ἵππον καὶ ὑποβιβάζεσθαι· ἔστι δὲ τοῦτο διιστάντα τὰ σκέλη ἐγκαθίζειν τε καὶ ταπεινοῦν ἑαυτόν, ὥστε εὐπετῶς ἀναβαίνειν τὸν ἱππέα. στηρικτέον δὲ αὑτόν, ὅταν ὁ ἵππος ἄρξηται</w:t>
      </w:r>
    </w:p>
    <w:p>
      <w:r>
        <w:rPr>
          <w:rFonts w:ascii="Courier New" w:hAnsi="Courier New"/>
          <w:color w:val="555555"/>
          <w:sz w:val="20"/>
        </w:rPr>
        <w:t>[1 . 214]</w:t>
      </w:r>
    </w:p>
    <w:p>
      <w:r>
        <w:rPr>
          <w:rFonts w:ascii="Gentium Plus" w:hAnsi="Gentium Plus"/>
          <w:sz w:val="24"/>
        </w:rPr>
        <w:t>τῆς ἐπισκελίσεως· ἐπισκέλισιν δ’ ὁ Ξενοφῶν καλεῖ (R Eq VII 12) τὴν ἀρχὴν τῆς τῶν ποδῶν κινήσεως. πέδη δὲ ἱππασία ἡ κυκλοτερής, ἑτερομήκης πέδη ἡ μῆκος τῷ κύκλῳ προστιθεῖσα. ἐρεῖς δὲ σχεδία ἱππασία καὶ σχέδην ἱππάζεσθαι, καὶ ῥύμῃ ἐξελαύνειν καὶ ἀπὸ ῥυτῆρος,</w:t>
      </w:r>
    </w:p>
    <w:p>
      <w:r>
        <w:rPr>
          <w:rFonts w:ascii="Courier New" w:hAnsi="Courier New"/>
          <w:color w:val="555555"/>
          <w:sz w:val="20"/>
        </w:rPr>
        <w:t>[5]</w:t>
      </w:r>
    </w:p>
    <w:p>
      <w:r>
        <w:rPr>
          <w:rFonts w:ascii="Gentium Plus" w:hAnsi="Gentium Plus"/>
          <w:sz w:val="24"/>
        </w:rPr>
        <w:t>ἀνεῖναι τὸν ἵππον, καὶ ἐφεῖναι τὸν χαλινὸν εἰς τάχος, καὶ πάσας ἀνασεῖσαι τὰς ἡνίας, καὶ τῷ κέντρῳ ἐξαιμάσσειν. τοὺς δὲ θυμοειδε‐ στέρους ἵππους καταψᾶν χρὴ μᾶλλον ἢ κεντρίζειν, καὶ προτρέπειν</w:t>
      </w:r>
    </w:p>
    <w:p>
      <w:r>
        <w:rPr>
          <w:rFonts w:ascii="Courier New" w:hAnsi="Courier New"/>
          <w:color w:val="555555"/>
          <w:sz w:val="20"/>
        </w:rPr>
        <w:t>[1 . 215]</w:t>
      </w:r>
    </w:p>
    <w:p>
      <w:r>
        <w:rPr>
          <w:rFonts w:ascii="Gentium Plus" w:hAnsi="Gentium Plus"/>
          <w:sz w:val="24"/>
        </w:rPr>
        <w:t>μᾶλλον ἢ ἐξαναγκάζειν. εἰ δ’ ἐγκαθίζεις ἵππῳ, μὴ πάνυ τοὺς μηροὺς</w:t>
      </w:r>
    </w:p>
    <w:p>
      <w:r>
        <w:rPr>
          <w:rFonts w:ascii="Courier New" w:hAnsi="Courier New"/>
          <w:color w:val="555555"/>
          <w:sz w:val="20"/>
        </w:rPr>
        <w:t>[5]</w:t>
      </w:r>
    </w:p>
    <w:p>
      <w:r>
        <w:rPr>
          <w:rFonts w:ascii="Gentium Plus" w:hAnsi="Gentium Plus"/>
          <w:sz w:val="24"/>
        </w:rPr>
        <w:t>τοῦ ἵππου προσάπτεσθαι, οἷον ποδῶν ἢ πλευρᾶς· ἐκείνους τε γὰρ διαφέρει καὶ ταύτην παραφέρει. εἰ δὲ ἔποχος εἴης ἐκ μελέτης, καὶ ῥᾷόν σε οἴσει ὁ ἵππος. εἰ μέντοι οὕτω καθίζεις, καὶ ἀκοντιεῖς ἐπι‐ σκοπώτατα σὺν ῥώμῃ, ἐπερείδοντος τοῦ ἵππου τὴν ἄφεσιν τοῦ δό‐ ρατος· καὶ γὰρ αὐτὸς συμβάλλεται τῇ φορᾷ, ῥύμῃ συμπροχωρῶν.</w:t>
      </w:r>
    </w:p>
    <w:p>
      <w:r>
        <w:rPr>
          <w:rFonts w:ascii="Courier New" w:hAnsi="Courier New"/>
          <w:color w:val="555555"/>
          <w:sz w:val="20"/>
        </w:rPr>
        <w:t>[10]</w:t>
      </w:r>
    </w:p>
    <w:p>
      <w:r>
        <w:rPr>
          <w:rFonts w:ascii="Gentium Plus" w:hAnsi="Gentium Plus"/>
          <w:sz w:val="24"/>
        </w:rPr>
        <w:t>συστήσας δὲ τὰς ἡνίας, καὶ ἠρέμα πλάγιος γενόμενος, καὶ μηκύνας τὴν χεῖρα τὴν χαλιναγωγοῦσαν, οὕτως ἀκόντιζε.</w:t>
      </w:r>
    </w:p>
    <w:p>
      <w:r>
        <w:rPr>
          <w:rFonts w:ascii="Courier New" w:hAnsi="Courier New"/>
          <w:color w:val="555555"/>
          <w:sz w:val="20"/>
        </w:rPr>
        <w:t>[1 . 216]</w:t>
      </w:r>
    </w:p>
    <w:p>
      <w:r>
        <w:rPr>
          <w:rFonts w:ascii="Gentium Plus" w:hAnsi="Gentium Plus"/>
          <w:sz w:val="24"/>
        </w:rPr>
        <w:t>φρύαγμα ἵππου, χρεμετισμός, φριμαγμός, πνεῦμα, φύσημα, ἆσθμα, γαυρίαμα, αὔχημα. καὶ φρυάττεσθαι, χρεμετίζειν, φριμάτ‐ τεσθαι, φυσᾶν, ἀσθμαίνειν, ἐκπνεῖν, γαυριᾶν. ἔστι δὲ καὶ τάδε ἱππικὰ ὄργανα· σειραγωγεύς, ῥυταγωγεύς,</w:t>
      </w:r>
    </w:p>
    <w:p>
      <w:r>
        <w:rPr>
          <w:rFonts w:ascii="Courier New" w:hAnsi="Courier New"/>
          <w:color w:val="555555"/>
          <w:sz w:val="20"/>
        </w:rPr>
        <w:t>[5]</w:t>
      </w:r>
    </w:p>
    <w:p>
      <w:r>
        <w:rPr>
          <w:rFonts w:ascii="Gentium Plus" w:hAnsi="Gentium Plus"/>
          <w:sz w:val="24"/>
        </w:rPr>
        <w:t>κέντρον, μύωψ, ὑποχαλινίδια, ἡνία. εἴποις δ’ ἂν ὅτι τὰ μὲν ἔμπροσθεν σκέλη αἴρει, τὰ δὲ ὄπισθεν</w:t>
      </w:r>
    </w:p>
    <w:p>
      <w:r>
        <w:rPr>
          <w:rFonts w:ascii="Courier New" w:hAnsi="Courier New"/>
          <w:color w:val="555555"/>
          <w:sz w:val="20"/>
        </w:rPr>
        <w:t>[1 . 217]</w:t>
      </w:r>
    </w:p>
    <w:p>
      <w:r>
        <w:rPr>
          <w:rFonts w:ascii="Gentium Plus" w:hAnsi="Gentium Plus"/>
          <w:sz w:val="24"/>
        </w:rPr>
        <w:t>προσάγεται. ἀμείνων δὲ ἡ ὁμόχρως χαίτη καὶ εὔθριξ· ἀγλαΐα γὰρ χαίτη τοῖς ἵπποις, καὶ καλλωπίζονται καὶ γαυριῶσιν ἐπ’ αὐτῇ· ὁπότε καὶ οἱ ὀνοβατοῦντες, ἐπειδὰν αἱ ἵπποι τῶν ὄνων τὴν μῖξιν ἀτιμάζωσι καὶ ἀφυβρίζωσιν εἰς αὐτούς, ἀποκείραντες τὰς ἵππους</w:t>
      </w:r>
    </w:p>
    <w:p>
      <w:r>
        <w:rPr>
          <w:rFonts w:ascii="Courier New" w:hAnsi="Courier New"/>
          <w:color w:val="555555"/>
          <w:sz w:val="20"/>
        </w:rPr>
        <w:t>[5]</w:t>
      </w:r>
    </w:p>
    <w:p>
      <w:r>
        <w:rPr>
          <w:rFonts w:ascii="Gentium Plus" w:hAnsi="Gentium Plus"/>
          <w:sz w:val="24"/>
        </w:rPr>
        <w:t>ἐπὶ πηγὰς ἄγουσιν· αἱ δ’ ὥσπερ ἐν κατόπτρῳ θεασάμεναι τὴν αἰσχύ‐ νην τοῦ σώματος ἀπηγλαϊσμένης τῆς κόμης, ἀνέχονται τότε τὴν πρὸς</w:t>
      </w:r>
    </w:p>
    <w:p>
      <w:r>
        <w:rPr>
          <w:rFonts w:ascii="Courier New" w:hAnsi="Courier New"/>
          <w:color w:val="555555"/>
          <w:sz w:val="20"/>
        </w:rPr>
        <w:t>[1 . 218]</w:t>
      </w:r>
    </w:p>
    <w:p>
      <w:r>
        <w:rPr>
          <w:rFonts w:ascii="Gentium Plus" w:hAnsi="Gentium Plus"/>
          <w:sz w:val="24"/>
        </w:rPr>
        <w:t>τὸ χεῖρον ὁμιλίαν. ἵππος μέντοι πρὸς θήλειαν καλλωπιζόμενος ὀρθὸν αἴρει τὸν αὐχένα καὶ κυδροῦται καὶ σοβαρός ἐστιν ἐν τῷ δρόμῳ. καὶ μάλιστα δ’ ἂν αὐτῷ διαπρέψειε τὸ κάλλος, εἰ φύσει ἔχοι ἀνατεταμένον καὶ ὑψηλὸν τὸν αὐχένα, καὶ τὴν κορυφὴν μεγά‐</w:t>
      </w:r>
    </w:p>
    <w:p>
      <w:r>
        <w:rPr>
          <w:rFonts w:ascii="Courier New" w:hAnsi="Courier New"/>
          <w:color w:val="555555"/>
          <w:sz w:val="20"/>
        </w:rPr>
        <w:t>[5]</w:t>
      </w:r>
    </w:p>
    <w:p>
      <w:r>
        <w:rPr>
          <w:rFonts w:ascii="Gentium Plus" w:hAnsi="Gentium Plus"/>
          <w:sz w:val="24"/>
        </w:rPr>
        <w:t>λην, καὶ τὰ ὦτα ἐλάττω τοῦ πρὸς τὴν κεφαλὴν μέτρου. ἐὰν μὲν ἐνδάκωσι τὸν χαλινὸν οἱ ἵπποι κλίναντες τὴν κε‐</w:t>
      </w:r>
    </w:p>
    <w:p>
      <w:r>
        <w:rPr>
          <w:rFonts w:ascii="Courier New" w:hAnsi="Courier New"/>
          <w:color w:val="555555"/>
          <w:sz w:val="20"/>
        </w:rPr>
        <w:t>[1 . 219]</w:t>
      </w:r>
    </w:p>
    <w:p>
      <w:r>
        <w:rPr>
          <w:rFonts w:ascii="Gentium Plus" w:hAnsi="Gentium Plus"/>
          <w:sz w:val="24"/>
        </w:rPr>
        <w:t>φαλήν, ἐκφέρουσιν· παραφέροντες δὲ τὸν τράχηλον καὶ πυκνὰ διασείοντες βιάζονται καὶ ἀποσείονται· ἀνανεύουσι γὰρ ἐπὶ τὴν ῥάχιν ἀναχαιτίζοντες. ἔστι δέ τις ἵππου δρόμος ἔκδρομος, ὅταν ὑπὲρ τὸ τεταγμένον τοῦ δρόμου μέτρον ὑπὸ ῥύμης ἐκφέρηται. ὁ μὲν</w:t>
      </w:r>
    </w:p>
    <w:p>
      <w:r>
        <w:rPr>
          <w:rFonts w:ascii="Courier New" w:hAnsi="Courier New"/>
          <w:color w:val="555555"/>
          <w:sz w:val="20"/>
        </w:rPr>
        <w:t>[5]</w:t>
      </w:r>
    </w:p>
    <w:p>
      <w:r>
        <w:rPr>
          <w:rFonts w:ascii="Gentium Plus" w:hAnsi="Gentium Plus"/>
          <w:sz w:val="24"/>
        </w:rPr>
        <w:t>σκληρὸς ἵππος δυσκαμπής, κἂν ἐφῇς αὐτῷ τὸν χαλινόν, οὐ ῥᾷστα ἀναλαμβάνει· ὁ δὲ μαλακόγναθος καὶ πειθήνιος ταύτῃ κρίνεται, εἰ</w:t>
      </w:r>
    </w:p>
    <w:p>
      <w:r>
        <w:rPr>
          <w:rFonts w:ascii="Courier New" w:hAnsi="Courier New"/>
          <w:color w:val="555555"/>
          <w:sz w:val="20"/>
        </w:rPr>
        <w:t>[1 . 220]</w:t>
      </w:r>
    </w:p>
    <w:p>
      <w:r>
        <w:rPr>
          <w:rFonts w:ascii="Gentium Plus" w:hAnsi="Gentium Plus"/>
          <w:sz w:val="24"/>
        </w:rPr>
        <w:t>τὸν χαλινὸν ἐφέντι, ὅταν ἀναλαβεῖν ἐθέλῃς, ῥᾳδίως πείθεται, καὶ εἰ ὑποσημήναντος εἰς δρόμον μετὰ ῥύμης ἐκδραμών, σύνθημα εἰς στάσιν δόντος εὐθέως ἵσταται. ἐν τοῖς οὐκ εὐκόλοις χωρίοις εἰσὶ καὶ βῶλοι καὶ ἐργάσιμα καὶ</w:t>
      </w:r>
    </w:p>
    <w:p>
      <w:r>
        <w:rPr>
          <w:rFonts w:ascii="Courier New" w:hAnsi="Courier New"/>
          <w:color w:val="555555"/>
          <w:sz w:val="20"/>
        </w:rPr>
        <w:t>[5]</w:t>
      </w:r>
    </w:p>
    <w:p>
      <w:r>
        <w:rPr>
          <w:rFonts w:ascii="Gentium Plus" w:hAnsi="Gentium Plus"/>
          <w:sz w:val="24"/>
        </w:rPr>
        <w:t>ἀρόσιμα καὶ ἀντίτυπα καὶ στενόπορα· ἐν τοῖς εὐκόλοις ἱππόδρομοι, λεωφόροι, ἁμαξήλατοι, πλατεῖαι, εὐρυχώρια. ἐν τοῖς ἀντιτύποις πάσχουσιν αἱ κνῆμαι, ἃς Ξενοφῶν (R Eq I 5) καλεῖ στήριγγας τοῦ σώματος. τὸ δὲ ἐπιραβδοφορεῖν τὸν ἵππον, ὅπερ γίνεται εἴ τις εἰς δρόμον ἐξελαύνει, οὐ πάνυ ἐπαινοῦσιν οἱ ἱππικοί.</w:t>
      </w:r>
    </w:p>
    <w:p>
      <w:r>
        <w:rPr>
          <w:rFonts w:ascii="Courier New" w:hAnsi="Courier New"/>
          <w:color w:val="555555"/>
          <w:sz w:val="20"/>
        </w:rPr>
        <w:t>[10]</w:t>
      </w:r>
    </w:p>
    <w:p>
      <w:r>
        <w:rPr>
          <w:rFonts w:ascii="Gentium Plus" w:hAnsi="Gentium Plus"/>
          <w:sz w:val="24"/>
        </w:rPr>
        <w:t>καλοῦνται δὲ ἱππεῖς, ἱππόται, ἡνίοχοι, ἀναβάται, ἀμβάται, καὶ ἱππερασταὶ δὲ οἱ φίλιπποι.</w:t>
      </w:r>
    </w:p>
    <w:p>
      <w:r>
        <w:rPr>
          <w:rFonts w:ascii="Courier New" w:hAnsi="Courier New"/>
          <w:color w:val="555555"/>
          <w:sz w:val="20"/>
        </w:rPr>
        <w:t>[1 . 221]</w:t>
      </w:r>
    </w:p>
    <w:p>
      <w:r>
        <w:rPr>
          <w:rFonts w:ascii="Gentium Plus" w:hAnsi="Gentium Plus"/>
          <w:sz w:val="24"/>
        </w:rPr>
        <w:t>Γεωργικὰ ὀνόματα· γῆ, γεωργία, ἀγροικία, ἀγροί, ἐσχατιαί, ἄλση, δρυμοί, δρυμῶνες, ὗλαι, ἕλη, ἶδαι, νάπαι. γεωργοί, γῆς ἐργάται ἢ ἐργαστῆρες, ὡς Ξενοφῶν (Cyrop V 4. 24, Oeconom V 15)· οὓς Ὅμηρος (Σ 550, 560) ἐρίθους καλεῖ. εἶτα φυτουργοί, νεο‐</w:t>
      </w:r>
    </w:p>
    <w:p>
      <w:r>
        <w:rPr>
          <w:rFonts w:ascii="Courier New" w:hAnsi="Courier New"/>
          <w:color w:val="555555"/>
          <w:sz w:val="20"/>
        </w:rPr>
        <w:t>[5]</w:t>
      </w:r>
    </w:p>
    <w:p>
      <w:r>
        <w:rPr>
          <w:rFonts w:ascii="Gentium Plus" w:hAnsi="Gentium Plus"/>
          <w:sz w:val="24"/>
        </w:rPr>
        <w:t>ποιοὶ ἢ νεοῦντες ἢ νεάζοντες ἢ νεοποιοῦντες, ὀχεταγωγοί, σκαλεῖς, ἀγρόται, σπορεῖς, ἀμητῆρες—ἔστι δὲ τοῦτο ποιητικώ‐</w:t>
      </w:r>
    </w:p>
    <w:p>
      <w:r>
        <w:rPr>
          <w:rFonts w:ascii="Courier New" w:hAnsi="Courier New"/>
          <w:color w:val="555555"/>
          <w:sz w:val="20"/>
        </w:rPr>
        <w:t>[1 . 222]</w:t>
      </w:r>
    </w:p>
    <w:p>
      <w:r>
        <w:rPr>
          <w:rFonts w:ascii="Gentium Plus" w:hAnsi="Gentium Plus"/>
          <w:sz w:val="24"/>
        </w:rPr>
        <w:t>τερον—, ἀμῶντες, θερισταί, τρυγηταί, τρυγήτριαι, καλαμητρίδες, ἀμοργεῖς, ἐλαιοκόμοι, ἀμαλλοδετῆρες, ὀχετηγοί, σκαφεῖς, σκαπα‐</w:t>
      </w:r>
    </w:p>
    <w:p>
      <w:r>
        <w:rPr>
          <w:rFonts w:ascii="Courier New" w:hAnsi="Courier New"/>
          <w:color w:val="555555"/>
          <w:sz w:val="20"/>
        </w:rPr>
        <w:t>[5]</w:t>
      </w:r>
    </w:p>
    <w:p>
      <w:r>
        <w:rPr>
          <w:rFonts w:ascii="Gentium Plus" w:hAnsi="Gentium Plus"/>
          <w:sz w:val="24"/>
        </w:rPr>
        <w:t>φυτεύματα, μοσχεύματα, κηπεύματα. νεοῦν, νεάζειν, νεὸν ὑπεργά‐ ζεσθαι. πολῆσαι, ὅ ἐστι τὸ αὐτὸ τῷ ἀρόσαι, ὅθεν καὶ ἡ δὶς ἀρο‐</w:t>
      </w:r>
    </w:p>
    <w:p>
      <w:r>
        <w:rPr>
          <w:rFonts w:ascii="Courier New" w:hAnsi="Courier New"/>
          <w:color w:val="555555"/>
          <w:sz w:val="20"/>
        </w:rPr>
        <w:t>[1 . 223]</w:t>
      </w:r>
    </w:p>
    <w:p>
      <w:r>
        <w:rPr>
          <w:rFonts w:ascii="Gentium Plus" w:hAnsi="Gentium Plus"/>
          <w:sz w:val="24"/>
        </w:rPr>
        <w:t>θεῖσα δίπολος καὶ ἡ τρὶς τρίπολος· Ὅμηρος (Σ 542) ‘εὐρεῖαν τρίπολον,‘ Ἡσίοδος (Op D 462) ‘ἔαρι πολεῖν.‘ ἀρόσαι, σπεῖραι, ἐπιδραξάμενον βαλεῖν τὴν γῆν τῷ σπέρματι. ἐπισπορία δέ ἐστιν, ὅταν τις εἰς ταὐτὸ σπέρμα σπέρμα τι ἐπεμβάλῃ· ὃ δεῖ φυλάττεσθαι. γί‐</w:t>
      </w:r>
    </w:p>
    <w:p>
      <w:r>
        <w:rPr>
          <w:rFonts w:ascii="Courier New" w:hAnsi="Courier New"/>
          <w:color w:val="555555"/>
          <w:sz w:val="20"/>
        </w:rPr>
        <w:t>[5]</w:t>
      </w:r>
    </w:p>
    <w:p>
      <w:r>
        <w:rPr>
          <w:rFonts w:ascii="Gentium Plus" w:hAnsi="Gentium Plus"/>
          <w:sz w:val="24"/>
        </w:rPr>
        <w:t>νεται δὲ καὶ κερασβόλα σπέρματα, ἐὰν τοῖς τῶν βοῶν κέρασι προσπέσῃ· ἃ ἐκβαίνει ἀτεράμονα, τουτέστιν οὐ ῥᾳδίως ἑψόμενα. ἀνασῦραι τὴν γῆν, ὡς μὴ καταπνίγοιτο τὰ φυτά. ἀντιπροσαμήσασθαι, εἰ γυμνωθεῖεν αἱ ῥίζαι.</w:t>
      </w:r>
    </w:p>
    <w:p>
      <w:r>
        <w:rPr>
          <w:rFonts w:ascii="Courier New" w:hAnsi="Courier New"/>
          <w:color w:val="555555"/>
          <w:sz w:val="20"/>
        </w:rPr>
        <w:t>[1 . 224]</w:t>
      </w:r>
    </w:p>
    <w:p>
      <w:r>
        <w:rPr>
          <w:rFonts w:ascii="Gentium Plus" w:hAnsi="Gentium Plus"/>
          <w:sz w:val="24"/>
        </w:rPr>
        <w:t>ἐρεῖς δὲ ἄμπελον τεμεῖν, γυρῶσαι, ταφρεῦσαι, ἀμῆσαι, κλάσαι, κλαδεῦσαι. ἄρδειν, ὀχεταγωγεῖν, ἀνακαθῆραι τὴν ὑδρορρόην, βαθῦναι τὴν ἀμάραν, ἐκτρέψαι τὸ ὕδωρ. χάρακα παραπήξασθαι ταῖς ἀμπέλοις, κάμακα παραστήσασθαι. ἀναθρέψαι τὸ φυτόν, ἀλοῆσαι τοὺς πυρούς,</w:t>
      </w:r>
    </w:p>
    <w:p>
      <w:r>
        <w:rPr>
          <w:rFonts w:ascii="Courier New" w:hAnsi="Courier New"/>
          <w:color w:val="555555"/>
          <w:sz w:val="20"/>
        </w:rPr>
        <w:t>[1 . 225]</w:t>
      </w:r>
    </w:p>
    <w:p>
      <w:r>
        <w:rPr>
          <w:rFonts w:ascii="Gentium Plus" w:hAnsi="Gentium Plus"/>
          <w:sz w:val="24"/>
        </w:rPr>
        <w:t>σκάψαι τὴν γῆν, τρυγῆσαι τὰς ἀμπέλους, συναγαγεῖν τοὺς καρπούς, θημῶνας ἐγεῖραι, λικμῆσαι, ἀποκαθῆραι τὰ ἄχυρα τῷ πλοκάνῳ, ἀπο‐ κρῖναι τὰς ἀχυρμιάς. θριγκὸν περιβαλεῖν, αἱμασιὰν περιελάσασθαι, ῥάχον περιστήσασθαι, ἢ ἀσπαλάθους ἐγείρειν. θλίβειν τὰς σταφυλὰς</w:t>
      </w:r>
    </w:p>
    <w:p>
      <w:r>
        <w:rPr>
          <w:rFonts w:ascii="Courier New" w:hAnsi="Courier New"/>
          <w:color w:val="555555"/>
          <w:sz w:val="20"/>
        </w:rPr>
        <w:t>[5]</w:t>
      </w:r>
    </w:p>
    <w:p>
      <w:r>
        <w:rPr>
          <w:rFonts w:ascii="Gentium Plus" w:hAnsi="Gentium Plus"/>
          <w:sz w:val="24"/>
        </w:rPr>
        <w:t>ἐν ταῖς ληνοῖς, τρέπειν, πατεῖν. τρίβειν τὰς ἐλαίας, ἀμέργειν,</w:t>
      </w:r>
    </w:p>
    <w:p>
      <w:r>
        <w:rPr>
          <w:rFonts w:ascii="Courier New" w:hAnsi="Courier New"/>
          <w:color w:val="555555"/>
          <w:sz w:val="20"/>
        </w:rPr>
        <w:t>[1 . 226]</w:t>
      </w:r>
    </w:p>
    <w:p>
      <w:r>
        <w:rPr>
          <w:rFonts w:ascii="Gentium Plus" w:hAnsi="Gentium Plus"/>
          <w:sz w:val="24"/>
        </w:rPr>
        <w:t>καταμέργειν. κοπροῦν, καὶ κόπρου ἀγωγὰς προσφέρειν. τὰς συκᾶς συκάζειν· ἐπὶ δὲ πάσης ὀπώρας τὸ ὀπωρίζειν, βωλοκοπεῖν, ὀνη‐</w:t>
      </w:r>
    </w:p>
    <w:p>
      <w:r>
        <w:rPr>
          <w:rFonts w:ascii="Courier New" w:hAnsi="Courier New"/>
          <w:color w:val="555555"/>
          <w:sz w:val="20"/>
        </w:rPr>
        <w:t>[5]</w:t>
      </w:r>
    </w:p>
    <w:p>
      <w:r>
        <w:rPr>
          <w:rFonts w:ascii="Gentium Plus" w:hAnsi="Gentium Plus"/>
          <w:sz w:val="24"/>
        </w:rPr>
        <w:t>μάτων νεός, ἄροτος, σπορά, ἀμητός, ἀλοητός, φυτεία, τρυγητός, καρπῶν συλλογή, τρύγη, σταφυλῆς θλῖψις, οἴνου συναγωγή, ἐλαίου τριβή· ἀπὸ γὰρ τοῦ σκάπτειν σκάλλειν λικμᾶν οὐχ εὑρίσκω κεκριμένα ὀνόματα.</w:t>
      </w:r>
    </w:p>
    <w:p>
      <w:r>
        <w:rPr>
          <w:rFonts w:ascii="Courier New" w:hAnsi="Courier New"/>
          <w:color w:val="555555"/>
          <w:sz w:val="20"/>
        </w:rPr>
        <w:t>[1 . 227]</w:t>
      </w:r>
    </w:p>
    <w:p>
      <w:r>
        <w:rPr>
          <w:rFonts w:ascii="Gentium Plus" w:hAnsi="Gentium Plus"/>
          <w:sz w:val="24"/>
        </w:rPr>
        <w:t>γῆ δὲ ἐρεῖς εὔφορος, εὔσπορος, εὐήροτος ἀρώσιμος, βαθεῖα, βαθύγεως, πίειρα, πίων, εὔκαρπος, πολύφορος, δικαία. τὸ δ’ ἐναντίον λεπτή, πετρώδης, ψαμμώδης, λιθώδης, ὑπόλιθος, ὑπόπετρος, ὑπόψαμμος, ἄφορος, ἄσπορος, ἀβαθής, ξηρά, δυσή‐</w:t>
      </w:r>
    </w:p>
    <w:p>
      <w:r>
        <w:rPr>
          <w:rFonts w:ascii="Courier New" w:hAnsi="Courier New"/>
          <w:color w:val="555555"/>
          <w:sz w:val="20"/>
        </w:rPr>
        <w:t>[5]</w:t>
      </w:r>
    </w:p>
    <w:p>
      <w:r>
        <w:rPr>
          <w:rFonts w:ascii="Gentium Plus" w:hAnsi="Gentium Plus"/>
          <w:sz w:val="24"/>
        </w:rPr>
        <w:t>ροτος, ἄκαρπος, φελλίς, ἄδικος. Μένανδρος (III frg 96 Ko) δί‐ καιον γῄδιον καλεῖ τὸ μηδὲν πλέον τοῦ σπέρματος ἐκφέρον.</w:t>
      </w:r>
    </w:p>
    <w:p>
      <w:r>
        <w:rPr>
          <w:rFonts w:ascii="Courier New" w:hAnsi="Courier New"/>
          <w:color w:val="555555"/>
          <w:sz w:val="20"/>
        </w:rPr>
        <w:t>[1 . 228]</w:t>
      </w:r>
    </w:p>
    <w:p>
      <w:r>
        <w:rPr>
          <w:rFonts w:ascii="Gentium Plus" w:hAnsi="Gentium Plus"/>
          <w:sz w:val="24"/>
        </w:rPr>
        <w:t>πεδία, ἄρουραι, ἐργάσιμα, λήια, ὀργάδες, λόφοι, ὄρχοι, πρα‐ σιαί, ἀμπελουργίαι, ἄλση, κῆποι, λειμῶνες, αὐλῶνες, παράδεισοι. εἴποις δ’ ἂν ὄρη ἀμπελοφόρα, ἀμπελόφυτα, ἀμπελώδη, εὔξυλα, εὔδενδρα, πολύδενδρα, λάσια· γηλόφους εὐαμπέλους, εὐφύτους,</w:t>
      </w:r>
    </w:p>
    <w:p>
      <w:r>
        <w:rPr>
          <w:rFonts w:ascii="Courier New" w:hAnsi="Courier New"/>
          <w:color w:val="555555"/>
          <w:sz w:val="20"/>
        </w:rPr>
        <w:t>[5]</w:t>
      </w:r>
    </w:p>
    <w:p>
      <w:r>
        <w:rPr>
          <w:rFonts w:ascii="Gentium Plus" w:hAnsi="Gentium Plus"/>
          <w:sz w:val="24"/>
        </w:rPr>
        <w:t>ἡδυοίνους, καταρρύτους· ἀρούρας εὐπύρους, λήια κομῶντα, κήπους</w:t>
      </w:r>
    </w:p>
    <w:p>
      <w:r>
        <w:rPr>
          <w:rFonts w:ascii="Courier New" w:hAnsi="Courier New"/>
          <w:color w:val="555555"/>
          <w:sz w:val="20"/>
        </w:rPr>
        <w:t>[1 . 229]</w:t>
      </w:r>
    </w:p>
    <w:p>
      <w:r>
        <w:rPr>
          <w:rFonts w:ascii="Gentium Plus" w:hAnsi="Gentium Plus"/>
          <w:sz w:val="24"/>
        </w:rPr>
        <w:t>ἐνδρόσους, παραδείσους εὐκάρπους, ἄλση εὔκομα, κατάσκια, εὔσκια, εὔνομα, σκιερά, ἀμφιλαφῆ, ἀμφίκομα, λειμῶνας εὐανθεῖς, αὐλῶνας ἐλαιοκόμους. ῥόδα, κρίνα, ἴα, κρόκος, λωτός, νάρκισσος, ὑάκινθος, θρυαλλίς,</w:t>
      </w:r>
    </w:p>
    <w:p>
      <w:r>
        <w:rPr>
          <w:rFonts w:ascii="Courier New" w:hAnsi="Courier New"/>
          <w:color w:val="555555"/>
          <w:sz w:val="20"/>
        </w:rPr>
        <w:t>[5]</w:t>
      </w:r>
    </w:p>
    <w:p>
      <w:r>
        <w:rPr>
          <w:rFonts w:ascii="Gentium Plus" w:hAnsi="Gentium Plus"/>
          <w:sz w:val="24"/>
        </w:rPr>
        <w:t>σισυμβρία, ἕρπυλλον, ἀνεμῶναι. οἱ δὲ ποιηταὶ (Theocr XIII 41) καὶ ἀδίαντόν τι ἄνθος καλοῦσι καὶ ἀμάραντον καὶ λευκόιον. τόποι</w:t>
      </w:r>
    </w:p>
    <w:p>
      <w:r>
        <w:rPr>
          <w:rFonts w:ascii="Courier New" w:hAnsi="Courier New"/>
          <w:color w:val="555555"/>
          <w:sz w:val="20"/>
        </w:rPr>
        <w:t>[1 . 230]</w:t>
      </w:r>
    </w:p>
    <w:p>
      <w:r>
        <w:rPr>
          <w:rFonts w:ascii="Gentium Plus" w:hAnsi="Gentium Plus"/>
          <w:sz w:val="24"/>
        </w:rPr>
        <w:t>ἐπὶ φυτῶν καὶ δένδρων καρποφόρων ἐρεῖς ἀκμάζει, ὀργᾷ, σπαργᾷ, βρύει—μάλιστα δὲ τοῦτο ἐπ’ ἐλαιῶν—, ἀνθεῖ, καρ‐ ποφορεῖ, βλαστάνει, θάλλει. καὶ τὰ ἐξ αὐτῶν ὀνόματα ἄνθη καὶ ἄνθησις καὶ βλάστησις καὶ βλάστη. καὶ εὐθαλὲς ἐρεῖς καὶ εὐανθές,</w:t>
      </w:r>
    </w:p>
    <w:p>
      <w:r>
        <w:rPr>
          <w:rFonts w:ascii="Courier New" w:hAnsi="Courier New"/>
          <w:color w:val="555555"/>
          <w:sz w:val="20"/>
        </w:rPr>
        <w:t>[1 . 231]</w:t>
      </w:r>
    </w:p>
    <w:p>
      <w:r>
        <w:rPr>
          <w:rFonts w:ascii="Gentium Plus" w:hAnsi="Gentium Plus"/>
          <w:sz w:val="24"/>
        </w:rPr>
        <w:t>εὐβλαστές, εὐερνές, τεθηλός, ἀειθαλές· ἐπὶ δὲ τῶν ἐναντίων ἀνανθές, δυσανθές, δυσερνές, ἀπηνθηκός, ἄφυλλον, ἐξηνθηκός. καὶ μαραί‐ νεται, σβέννυται, ἀπανθεῖ, φυλλορροεῖ, γυμνοῦται, ψιλοῦται. καὶ ‘φυλλοχόος μὴν‘ ὁ ταῦτα ποιῶν, ὡς Ἡσίοδος (frg 260 Rz). νέον,</w:t>
      </w:r>
    </w:p>
    <w:p>
      <w:r>
        <w:rPr>
          <w:rFonts w:ascii="Courier New" w:hAnsi="Courier New"/>
          <w:color w:val="555555"/>
          <w:sz w:val="20"/>
        </w:rPr>
        <w:t>[5]</w:t>
      </w:r>
    </w:p>
    <w:p>
      <w:r>
        <w:rPr>
          <w:rFonts w:ascii="Gentium Plus" w:hAnsi="Gentium Plus"/>
          <w:sz w:val="24"/>
        </w:rPr>
        <w:t>νεογενές, νεοβλαστές, ἀρτιγενές, ἀρτίγονον, ἀρτιφυές, νεοφυές, νεό‐ φυτον· εὐτελὲς μὲν γὰρ τὸ ὄνομα, κέχρηται δὲ αὐτῷ Ἀριστοφάνης (I frg 828 Ko).</w:t>
      </w:r>
    </w:p>
    <w:p>
      <w:r>
        <w:rPr>
          <w:rFonts w:ascii="Courier New" w:hAnsi="Courier New"/>
          <w:color w:val="555555"/>
          <w:sz w:val="20"/>
        </w:rPr>
        <w:t>[1 . 232]</w:t>
      </w:r>
    </w:p>
    <w:p>
      <w:r>
        <w:rPr>
          <w:rFonts w:ascii="Gentium Plus" w:hAnsi="Gentium Plus"/>
          <w:sz w:val="24"/>
        </w:rPr>
        <w:t>δένδρα τὰ μὲν ἔγκαρπα τὰ δὲ ἄκαρπα. τῶν ἐγκάρπων μετὰ ἐλαίας καὶ ἀμπέλου καὶ συκῆς μηλέαι, ὄγχναι, ῥοιαί, κοκκύμηλα—τὸ δὲ δένδρον αὐτὸ ἐν τῇ μέσῃ κωμῳδίᾳ (II 219 frg 20 Ko) ἀρρενικῶς φέρεται ὁ κοκκύμηλος, χρῆται δὲ καὶ Ἀρχίλοχος (frg 173 B) τῷ</w:t>
      </w:r>
    </w:p>
    <w:p>
      <w:r>
        <w:rPr>
          <w:rFonts w:ascii="Courier New" w:hAnsi="Courier New"/>
          <w:color w:val="555555"/>
          <w:sz w:val="20"/>
        </w:rPr>
        <w:t>[5]</w:t>
      </w:r>
    </w:p>
    <w:p>
      <w:r>
        <w:rPr>
          <w:rFonts w:ascii="Gentium Plus" w:hAnsi="Gentium Plus"/>
          <w:sz w:val="24"/>
        </w:rPr>
        <w:t>τῶν κοκκυμήλων ὀνόματι—, ἀχράδες, κῶνοι, φοίνικες, κάρυα τὰ οὐκ ἔχοντα διαφυήν—εἴη δ’ ἂν ταῦτα τὰ λεπτοκάρυα, ἢ μᾶλλον τὰ</w:t>
      </w:r>
    </w:p>
    <w:p>
      <w:r>
        <w:rPr>
          <w:rFonts w:ascii="Courier New" w:hAnsi="Courier New"/>
          <w:color w:val="555555"/>
          <w:sz w:val="20"/>
        </w:rPr>
        <w:t>[1 . 233]</w:t>
      </w:r>
    </w:p>
    <w:p>
      <w:r>
        <w:rPr>
          <w:rFonts w:ascii="Gentium Plus" w:hAnsi="Gentium Plus"/>
          <w:sz w:val="24"/>
        </w:rPr>
        <w:t>καστάνια ὀνομαζόμενα· φησὶ γὰρ περὶ αὐτῶν Ξενοφῶν (Anab V 4. 32) ‘παῖδας σεσιτευμένους καρύοις ἑφθοῖς.‘ ἔνιοι δὲ ταῦτα καὶ Διὸς</w:t>
      </w:r>
    </w:p>
    <w:p>
      <w:r>
        <w:rPr>
          <w:rFonts w:ascii="Courier New" w:hAnsi="Courier New"/>
          <w:color w:val="555555"/>
          <w:sz w:val="20"/>
        </w:rPr>
        <w:t>[5]</w:t>
      </w:r>
    </w:p>
    <w:p>
      <w:r>
        <w:rPr>
          <w:rFonts w:ascii="Gentium Plus" w:hAnsi="Gentium Plus"/>
          <w:sz w:val="24"/>
        </w:rPr>
        <w:t>συκάμινος—ἡ δὲ μέση κωμῳδία (II 247 frg 38 Ko) τὸν μὲν καρπὸν συκάμινον οὐδετέρως καλεῖ, τὸ δὲ δένδρον ἀρρενικῶς ἐκφέρεται· ὁ συκάμινος, συκάμιν’, ὁρᾷς, φορεῖ—, κρανία, μέσπιλα.</w:t>
      </w:r>
    </w:p>
    <w:p>
      <w:r>
        <w:rPr>
          <w:rFonts w:ascii="Courier New" w:hAnsi="Courier New"/>
          <w:color w:val="555555"/>
          <w:sz w:val="20"/>
        </w:rPr>
        <w:t>[1 . 234]</w:t>
      </w:r>
    </w:p>
    <w:p>
      <w:r>
        <w:rPr>
          <w:rFonts w:ascii="Gentium Plus" w:hAnsi="Gentium Plus"/>
          <w:sz w:val="24"/>
        </w:rPr>
        <w:t>τῶν δ’ ἀκάρπων δρῦς—τάχα δ’ ἂν εἴη ἀμφίβολος πρὸς τὰ ἔγκαρπα διὰ τοὺς βαλανηφάγους Ἀρκάδας, καὶ μάλιστα εἰ πρὸ πυρῶν τοὺς ἀνθρώπους ἔθρεψεν ἡ βάλανος—, πλάτανος, πεύκη, πτελέα, μελία, αἴγειρος, λεύκη, δάφνη, πίτυς, κυπάριττος, κέδρος,</w:t>
      </w:r>
    </w:p>
    <w:p>
      <w:r>
        <w:rPr>
          <w:rFonts w:ascii="Courier New" w:hAnsi="Courier New"/>
          <w:color w:val="555555"/>
          <w:sz w:val="20"/>
        </w:rPr>
        <w:t>[5]</w:t>
      </w:r>
    </w:p>
    <w:p>
      <w:r>
        <w:rPr>
          <w:rFonts w:ascii="Gentium Plus" w:hAnsi="Gentium Plus"/>
          <w:sz w:val="24"/>
        </w:rPr>
        <w:t>θύον, ἰτέα, μυρίκη, μυρρίνη· εἰ μὴ δάφνην καὶ μυρρίνην τοῖς ἐγκάρποις προσθετέον, ὧν ὁ καρπὸς τῆς μὲν δαφνίδες τῆς δὲ μύρτα.</w:t>
      </w:r>
    </w:p>
    <w:p>
      <w:r>
        <w:rPr>
          <w:rFonts w:ascii="Courier New" w:hAnsi="Courier New"/>
          <w:color w:val="555555"/>
          <w:sz w:val="20"/>
        </w:rPr>
        <w:t>[1 . 235]</w:t>
      </w:r>
    </w:p>
    <w:p>
      <w:r>
        <w:rPr>
          <w:rFonts w:ascii="Gentium Plus" w:hAnsi="Gentium Plus"/>
          <w:sz w:val="24"/>
        </w:rPr>
        <w:t>τὰ τοῦ δένδρου μέρη ῥίζαι, καὶ ῥιζοτροφεῖν, ῥιζοῦσθαι, στῆναι, παγῆναι, στηριχθῆναι, ῥίζας ἀποτεῖναι. πρέμνον λεῖον ὁμαλές. ἐρεῖς δ’ αὐτὸ καὶ στέλεχος, στερεόν, ἰσχυρόν, εὐμέγεθες, παχύ, ὄρθιον, χειροπληθές, γενναῖον, εὐφυές, εὔογκον,</w:t>
      </w:r>
    </w:p>
    <w:p>
      <w:r>
        <w:rPr>
          <w:rFonts w:ascii="Courier New" w:hAnsi="Courier New"/>
          <w:color w:val="555555"/>
          <w:sz w:val="20"/>
        </w:rPr>
        <w:t>[5]</w:t>
      </w:r>
    </w:p>
    <w:p>
      <w:r>
        <w:rPr>
          <w:rFonts w:ascii="Gentium Plus" w:hAnsi="Gentium Plus"/>
          <w:sz w:val="24"/>
        </w:rPr>
        <w:t>ὑπέρογκον. κλάδοι, κλῶνες, πτόρθοι· ὅρπηκες γάρ ἐστι ποιητι‐</w:t>
      </w:r>
    </w:p>
    <w:p>
      <w:r>
        <w:rPr>
          <w:rFonts w:ascii="Courier New" w:hAnsi="Courier New"/>
          <w:color w:val="555555"/>
          <w:sz w:val="20"/>
        </w:rPr>
        <w:t>[1 . 236]</w:t>
      </w:r>
    </w:p>
    <w:p>
      <w:r>
        <w:rPr>
          <w:rFonts w:ascii="Gentium Plus" w:hAnsi="Gentium Plus"/>
          <w:sz w:val="24"/>
        </w:rPr>
        <w:t>κόν (Hom Φ 38 saep)· ἁπαλοὶ δὲ ἐρεῖς καὶ ἁδροί, εὐφυεῖς, ὄρθιοι, κεχυμένοι, ἀποκεχυμένοι, εὔφυλλοι, κομῶντες, ἀμφιλαφεῖς, ἀμφίκομοι, εὔκομοι, σκιεροί, εὔσκιοι, σύσκιοι, βαθεῖς, δασεῖς, βαθεῖαν ποιοῦντες τὴν σκιάν, πολλήν, πλατεῖαν, ἱκανήν, ἀρκοῦσαν,</w:t>
      </w:r>
    </w:p>
    <w:p>
      <w:r>
        <w:rPr>
          <w:rFonts w:ascii="Courier New" w:hAnsi="Courier New"/>
          <w:color w:val="555555"/>
          <w:sz w:val="20"/>
        </w:rPr>
        <w:t>[5]</w:t>
      </w:r>
    </w:p>
    <w:p>
      <w:r>
        <w:rPr>
          <w:rFonts w:ascii="Gentium Plus" w:hAnsi="Gentium Plus"/>
          <w:sz w:val="24"/>
        </w:rPr>
        <w:t>ἀποχρῶσαν, δαψιλῆ, ὑπεραποχρῶσαν. τὸ δὲ ἐναντίον ἐρεῖς ἀφύλ‐ λους, ἀκόμους, γυμνούς, γεγυμνωμένους, ψιλούς, ἀπεψιλωμένους</w:t>
      </w:r>
    </w:p>
    <w:p>
      <w:r>
        <w:rPr>
          <w:rFonts w:ascii="Courier New" w:hAnsi="Courier New"/>
          <w:color w:val="555555"/>
          <w:sz w:val="20"/>
        </w:rPr>
        <w:t>[1 . 237]</w:t>
      </w:r>
    </w:p>
    <w:p>
      <w:r>
        <w:rPr>
          <w:rFonts w:ascii="Gentium Plus" w:hAnsi="Gentium Plus"/>
          <w:sz w:val="24"/>
        </w:rPr>
        <w:t>καρπισμένους, ἀποσεσυλημένους τῆς κόμης, ἀφηβηκότας. ἰδίως δὲ καλεῖται ὁ τῆς ἐλαίας κλάδος θαλλός, ὥσπερ ὁ τῆς ἀμπέλου κλῆμα, καὶ τὸ τῆς συκῆς φύλλον θρῖον, ὥσπερ τὸ τῆς ἀμπέλου οἴναρον. τὰ δὲ φύλλα καὶ πέταλα καλεῖται· λέγοις δ’ ἂν ἁπαλά, νεαρά, χλωρά,</w:t>
      </w:r>
    </w:p>
    <w:p>
      <w:r>
        <w:rPr>
          <w:rFonts w:ascii="Courier New" w:hAnsi="Courier New"/>
          <w:color w:val="555555"/>
          <w:sz w:val="20"/>
        </w:rPr>
        <w:t>[5]</w:t>
      </w:r>
    </w:p>
    <w:p>
      <w:r>
        <w:rPr>
          <w:rFonts w:ascii="Gentium Plus" w:hAnsi="Gentium Plus"/>
          <w:sz w:val="24"/>
        </w:rPr>
        <w:t>χλοανθῆ. τὸν δὲ καρπὸν εἴποις ἂν καὶ ἄνθος καὶ φορὰν καὶ φόρημα καὶ ἐκφόριον καὶ ἐπικαρπίαν, καὶ καρπὸν ἀκμάζοντα καὶ πέπονα καὶ ὡραῖον καὶ ὠμὸν καὶ πρόωρον. ἐρεῖς δὲ σίτου ἐκβολή, φυτῶν ἄνθη, συκῆ ὀργῶσα, ἄμπελος ἡβῶσα, ἐλαία βρύουσα.</w:t>
      </w:r>
    </w:p>
    <w:p>
      <w:r>
        <w:rPr>
          <w:rFonts w:ascii="Courier New" w:hAnsi="Courier New"/>
          <w:color w:val="555555"/>
          <w:sz w:val="20"/>
        </w:rPr>
        <w:t>[1 . 238]</w:t>
      </w:r>
    </w:p>
    <w:p>
      <w:r>
        <w:rPr>
          <w:rFonts w:ascii="Gentium Plus" w:hAnsi="Gentium Plus"/>
          <w:sz w:val="24"/>
        </w:rPr>
        <w:t>τὰ δὲ τρέφοντα καρποὺς ἢ δένδρα ὄμβροι, ποταμοί, κρῆναι, κρουνοί, πηγαί, πίδακες, δρόσοι, λιβάδες, ἰκμάδες, νοτίδες, ἔν‐ δροσος γῆ, πιδύουσα, ἰκμάζουσα, ὕδωρ ἀναδιδοῦσα, νοτερά, νότιος, ἔννοτος, ἐννότιος, λιβάζουσα, κατάρρυτος, πηγάζουσα. αὖραι,</w:t>
      </w:r>
    </w:p>
    <w:p>
      <w:r>
        <w:rPr>
          <w:rFonts w:ascii="Courier New" w:hAnsi="Courier New"/>
          <w:color w:val="555555"/>
          <w:sz w:val="20"/>
        </w:rPr>
        <w:t>[5]</w:t>
      </w:r>
    </w:p>
    <w:p>
      <w:r>
        <w:rPr>
          <w:rFonts w:ascii="Gentium Plus" w:hAnsi="Gentium Plus"/>
          <w:sz w:val="24"/>
        </w:rPr>
        <w:t>πνοαί, πνεύματα ζεφύρια.</w:t>
      </w:r>
    </w:p>
    <w:p>
      <w:r>
        <w:rPr>
          <w:rFonts w:ascii="Courier New" w:hAnsi="Courier New"/>
          <w:color w:val="555555"/>
          <w:sz w:val="20"/>
        </w:rPr>
        <w:t>[1 . 239]</w:t>
      </w:r>
    </w:p>
    <w:p>
      <w:r>
        <w:rPr>
          <w:rFonts w:ascii="Gentium Plus" w:hAnsi="Gentium Plus"/>
          <w:sz w:val="24"/>
        </w:rPr>
        <w:t>καὶ εἰ ἐπαινεῖς χωρίον, ἐρεῖς εὔυδρον, ἔνδροσον, ὑδρηλόν, μαλακόν, βαθύ, κατάρρυτον, ἐπίρρυτον, ἔμφυτον, κατάφυτον, πυκνόν, δασύ, σκιερόν, σύνδενδρον, εὔδενδρον, κατάδενδρον, εὐθαλές, ἀμφιθαλές, ἀμφιλαφές, εὔκαρπον, καλλίκαρπον, πολύκαρπον, εὔφορον,</w:t>
      </w:r>
    </w:p>
    <w:p>
      <w:r>
        <w:rPr>
          <w:rFonts w:ascii="Courier New" w:hAnsi="Courier New"/>
          <w:color w:val="555555"/>
          <w:sz w:val="20"/>
        </w:rPr>
        <w:t>[5]</w:t>
      </w:r>
    </w:p>
    <w:p>
      <w:r>
        <w:rPr>
          <w:rFonts w:ascii="Gentium Plus" w:hAnsi="Gentium Plus"/>
          <w:sz w:val="24"/>
        </w:rPr>
        <w:t>εὐθηνοῦν· εἰ δὲ λειμῶνα, λέγε εὐανθής, πολυανθής, πολύφορος, ὀργῶν, εὐθηνῶν, εὔοδμος, εὔπνους, κατάπνους, καταπνεόμενος, εὔχρους, πολύχρους, πολύμορφος, πολυειδής, πολυχρώματος, ἥδιστα</w:t>
      </w:r>
    </w:p>
    <w:p>
      <w:r>
        <w:rPr>
          <w:rFonts w:ascii="Courier New" w:hAnsi="Courier New"/>
          <w:color w:val="555555"/>
          <w:sz w:val="20"/>
        </w:rPr>
        <w:t>[1 . 240]</w:t>
      </w:r>
    </w:p>
    <w:p>
      <w:r>
        <w:rPr>
          <w:rFonts w:ascii="Gentium Plus" w:hAnsi="Gentium Plus"/>
          <w:sz w:val="24"/>
        </w:rPr>
        <w:t>ἔχων τὰ ἀποφερόμενα πνεύματα, ἠρινὸν πνέων. εἰ δὲ δένδρον, εὐπραγοῦν, εὐθηνοῦν, εὔφορον, πολύφορον, εὔκαρπον, πολύ‐ καρπον· καὶ δένδρου εὐπραγία, εὐθηνία, εὐφορία, πολυκαρπία, εὐ‐</w:t>
      </w:r>
    </w:p>
    <w:p>
      <w:r>
        <w:rPr>
          <w:rFonts w:ascii="Courier New" w:hAnsi="Courier New"/>
          <w:color w:val="555555"/>
          <w:sz w:val="20"/>
        </w:rPr>
        <w:t>[1 . 241]</w:t>
      </w:r>
    </w:p>
    <w:p>
      <w:r>
        <w:rPr>
          <w:rFonts w:ascii="Gentium Plus" w:hAnsi="Gentium Plus"/>
          <w:sz w:val="24"/>
        </w:rPr>
        <w:t>ἐλαίας μὲν οὖν ἄνθος ἐρεῖς λευκόν, πυκνόν, συνεχές. ἡ δὲ ἀγριελαία κότινος καλεῖται· εἰ δὲ ἐμφυτεύσαις τῷ κοτίνῳ ἥμερον, αἱ τοιαῦται ἐλαῖαι κοτινάδες. ἡ δὲ ἱερὰ ἐλαία μορία, ἡ δὲ ἐν Ὀλυμπίᾳ καλλιστέφανος. πάντα δὲ τὰ ἐμφυτευόμενα ἥμερα τοῖς</w:t>
      </w:r>
    </w:p>
    <w:p>
      <w:r>
        <w:rPr>
          <w:rFonts w:ascii="Courier New" w:hAnsi="Courier New"/>
          <w:color w:val="555555"/>
          <w:sz w:val="20"/>
        </w:rPr>
        <w:t>[1 . 242]</w:t>
      </w:r>
    </w:p>
    <w:p>
      <w:r>
        <w:rPr>
          <w:rFonts w:ascii="Gentium Plus" w:hAnsi="Gentium Plus"/>
          <w:sz w:val="24"/>
        </w:rPr>
        <w:t>ἀγρίοις ἐμβλήματα καλεῖται. τῆς δὲ συκῆς ὁ καρπὸς γλυκύς, ἡδύς, προσηνής. σῦκα, ἰσχάδες, παλάθη. ἰσχὰς νέα καὶ χλωρά, ἢ ἀρχαία καὶ ξηρά· οἱ δὲ κωμῳδοὶ (I 118 frg 371 Ko) καὶ ἰσχάδα κοπτὴν λέγουσιν. αἱ μέντοι νέαι συκαῖ συκάδες ἐκαλοῦντο· ἔνιοι</w:t>
      </w:r>
    </w:p>
    <w:p>
      <w:r>
        <w:rPr>
          <w:rFonts w:ascii="Courier New" w:hAnsi="Courier New"/>
          <w:color w:val="555555"/>
          <w:sz w:val="20"/>
        </w:rPr>
        <w:t>[5]</w:t>
      </w:r>
    </w:p>
    <w:p>
      <w:r>
        <w:rPr>
          <w:rFonts w:ascii="Gentium Plus" w:hAnsi="Gentium Plus"/>
          <w:sz w:val="24"/>
        </w:rPr>
        <w:t>δὲ καὶ τὰς τελείας οὕτως ἐκάλουν. ὁ δὲ τοῦ ἐρινεοῦ καρπός, ὅσπερ ἐστὶν ἀγρία συκῆ, ἔρινα καλεῖται· ἃ προσαρτῶσι ταῖς συκαῖς, ὅπως μὴ ἀποπίπτῃ ὁ καρπός. τὸ δὲ τὰ ἔρινα συλλέγειν ἢ περιαρτᾶν συκά‐</w:t>
      </w:r>
    </w:p>
    <w:p>
      <w:r>
        <w:rPr>
          <w:rFonts w:ascii="Courier New" w:hAnsi="Courier New"/>
          <w:color w:val="555555"/>
          <w:sz w:val="20"/>
        </w:rPr>
        <w:t>[1 . 243]</w:t>
      </w:r>
    </w:p>
    <w:p>
      <w:r>
        <w:rPr>
          <w:rFonts w:ascii="Gentium Plus" w:hAnsi="Gentium Plus"/>
          <w:sz w:val="24"/>
        </w:rPr>
        <w:t>ζειν λέγουσιν. ἀμπέλου σταφυλαὶ καὶ βότρυες, καὶ ἀπ’ αὐτῶν αἱ σταφυλίδες καὶ αἱ σταφίδες. ἀμπέλους μέντοι ἡδυοίνους καὶ πολυοίνους καὶ εὐοίνους. καὶ περιπετάννυται τὰ οἴναρα, ἀποφθι‐ νόντων τῶν φύλλων. βότρυς δὲ ὡραίους καὶ πέπονας καὶ γεν‐</w:t>
      </w:r>
    </w:p>
    <w:p>
      <w:r>
        <w:rPr>
          <w:rFonts w:ascii="Courier New" w:hAnsi="Courier New"/>
          <w:color w:val="555555"/>
          <w:sz w:val="20"/>
        </w:rPr>
        <w:t>[5]</w:t>
      </w:r>
    </w:p>
    <w:p>
      <w:r>
        <w:rPr>
          <w:rFonts w:ascii="Gentium Plus" w:hAnsi="Gentium Plus"/>
          <w:sz w:val="24"/>
        </w:rPr>
        <w:t>ναίους καὶ ἀκμάζοντας καὶ ὀργῶντας, ἢ τὸ ἐναντίον ὠμούς, ἀτελεῖς, ἐξώρους, ἀώρους, ὄμφακας. λέγεται δὲ καρπὸς ὁ μέν τις ἀθησαύ‐ ριστος, ὃν οὐκ ἔστιν ἀποθέσθαι, ὁ δὲ ἀπόθετος, ὁ ψυχόμενος καὶ</w:t>
      </w:r>
    </w:p>
    <w:p>
      <w:r>
        <w:rPr>
          <w:rFonts w:ascii="Courier New" w:hAnsi="Courier New"/>
          <w:color w:val="555555"/>
          <w:sz w:val="20"/>
        </w:rPr>
        <w:t>[1 . 244]</w:t>
      </w:r>
    </w:p>
    <w:p>
      <w:r>
        <w:rPr>
          <w:rFonts w:ascii="Gentium Plus" w:hAnsi="Gentium Plus"/>
          <w:sz w:val="24"/>
        </w:rPr>
        <w:t>ἡλιούμενος. περὶ φοίνικος ἐρεῖς ὄρθιος, ὑψηλός, τραχύς, ἰσχυρός, ἀειθαλής. καλεῖται δὲ καὶ ὁ κλάδος αὐτοῦ ὁμωνύμως φοῖνιξ, καὶ ῥάβδος φοίνικος, καὶ ἐν τοῖς ποιηταῖς (Nicand Alex 528) σπάδιξ</w:t>
      </w:r>
    </w:p>
    <w:p>
      <w:r>
        <w:rPr>
          <w:rFonts w:ascii="Courier New" w:hAnsi="Courier New"/>
          <w:color w:val="555555"/>
          <w:sz w:val="20"/>
        </w:rPr>
        <w:t>[5]</w:t>
      </w:r>
    </w:p>
    <w:p>
      <w:r>
        <w:rPr>
          <w:rFonts w:ascii="Gentium Plus" w:hAnsi="Gentium Plus"/>
          <w:sz w:val="24"/>
        </w:rPr>
        <w:t>τῆς θηλείας βάλανος. ἐξ οὗ δὲ κρέμανται αἱ βάλανοι, σπάθη· εἴρηκε τὸ ὄνομα Ξενοφῶν(?) καὶ Ἡρόδοτος (VII 69), λέγων ὅτι καὶ τόξα τινὲς εἶχον ἐκ ταύτης τῆς σπάθης.</w:t>
      </w:r>
    </w:p>
    <w:p>
      <w:r>
        <w:rPr>
          <w:rFonts w:ascii="Courier New" w:hAnsi="Courier New"/>
          <w:color w:val="555555"/>
          <w:sz w:val="20"/>
        </w:rPr>
        <w:t>[1 . 245]</w:t>
      </w:r>
    </w:p>
    <w:p>
      <w:r>
        <w:rPr>
          <w:rFonts w:ascii="Gentium Plus" w:hAnsi="Gentium Plus"/>
          <w:sz w:val="24"/>
        </w:rPr>
        <w:t>ἐργαλείων γεωργικῶν ὀνόματα δρέπανον, δρεπάνη, δίκελλα, ἄμη, μακέλη, ἀξίνη, λίστρον, πλόκανον, θρῖναξ, σμινύη, πτύον ἢ πτέον· καὶ λικμητηρὶς δὲ καλεῖται. τρύγοιπος, ἐν ᾧ διηθοῦσι τὴν τρύγα· τρὺξ δὲ οὐκ ἐπὶ οἴνου μόνον ἀλλὰ καὶ ἐπὶ ἐλαίου.</w:t>
      </w:r>
    </w:p>
    <w:p>
      <w:r>
        <w:rPr>
          <w:rFonts w:ascii="Courier New" w:hAnsi="Courier New"/>
          <w:color w:val="555555"/>
          <w:sz w:val="20"/>
        </w:rPr>
        <w:t>[5]</w:t>
      </w:r>
    </w:p>
    <w:p>
      <w:r>
        <w:rPr>
          <w:rFonts w:ascii="Gentium Plus" w:hAnsi="Gentium Plus"/>
          <w:sz w:val="24"/>
        </w:rPr>
        <w:t>εἶτα ἄροτρον, βωλοκόπος, σφῦρα, σκαλίς, ὅλμος, ὕπερον, κάρδοπος, ἡ καὶ θυΐα, δοῖδυξ ὁ καὶ ἀλετρίβανος, σκάφη, μάκτρα, σκαφίς, φορμός,</w:t>
      </w:r>
    </w:p>
    <w:p>
      <w:r>
        <w:rPr>
          <w:rFonts w:ascii="Courier New" w:hAnsi="Courier New"/>
          <w:color w:val="555555"/>
          <w:sz w:val="20"/>
        </w:rPr>
        <w:t>[1 . 246]</w:t>
      </w:r>
    </w:p>
    <w:p>
      <w:r>
        <w:rPr>
          <w:rFonts w:ascii="Gentium Plus" w:hAnsi="Gentium Plus"/>
          <w:sz w:val="24"/>
        </w:rPr>
        <w:t>ψίαθος, κόφινος, σώρακος, σταφυλοβόλιον, ὅ ἐστι ταμιεῖον. τριπτήρ, ἄρριχος, χοῖνιξ, τριχοίνικον, ἑκτεύς, ἡμίεκτον, μέδιμνος, φρύγετρον, ᾧ τὰς κάχρυς ἔφρυγον, κοδομεία, καὶ κοδομεύτριαι αἱ φρύγουσαι. Σόλων δὲ καὶ τὰς νύμφας ἰούσας ἐπὶ τὸν γάμον ἐκέλευσε φρύγετρον</w:t>
      </w:r>
    </w:p>
    <w:p>
      <w:r>
        <w:rPr>
          <w:rFonts w:ascii="Courier New" w:hAnsi="Courier New"/>
          <w:color w:val="555555"/>
          <w:sz w:val="20"/>
        </w:rPr>
        <w:t>[5]</w:t>
      </w:r>
    </w:p>
    <w:p>
      <w:r>
        <w:rPr>
          <w:rFonts w:ascii="Gentium Plus" w:hAnsi="Gentium Plus"/>
          <w:sz w:val="24"/>
        </w:rPr>
        <w:t>φέρειν σημεῖον ἀλφιτουργίας. ἐπὶ ἠμελημένου χωρίου ἄσπορον, ἄσκαφον, ἀβωλόκοπον, ἀκανθῶδες, ἀκανθῶν κατάπλεων, τριβόλων, †κουνίδων†, ἀσπαλάθων, κονύζης, κνιδῶν, θάμνων, ἀγρώστιδος, ἃ δεῖ ἐξορύττειν, ἐπικαίειν, ἐπιφλέγειν, ἐπιορύττειν, πυρπολεῖν.</w:t>
      </w:r>
    </w:p>
    <w:p>
      <w:r>
        <w:rPr>
          <w:rFonts w:ascii="Courier New" w:hAnsi="Courier New"/>
          <w:color w:val="555555"/>
          <w:sz w:val="20"/>
        </w:rPr>
        <w:t>[1 . 247]</w:t>
      </w:r>
    </w:p>
    <w:p>
      <w:r>
        <w:rPr>
          <w:rFonts w:ascii="Gentium Plus" w:hAnsi="Gentium Plus"/>
          <w:sz w:val="24"/>
        </w:rPr>
        <w:t>λαχάνων ὀνόματα θριδακίνη, ῥάφανος· ἡ κράμβη δὲ οὕτως ἐκαλεῖτο. ἣν δὲ οἱ πολλοὶ ῥάφανον καλοῦσι, ῥαφανίς· καὶ παρὰ</w:t>
      </w:r>
    </w:p>
    <w:p>
      <w:r>
        <w:rPr>
          <w:rFonts w:ascii="Courier New" w:hAnsi="Courier New"/>
          <w:color w:val="555555"/>
          <w:sz w:val="20"/>
        </w:rPr>
        <w:t>[5]</w:t>
      </w:r>
    </w:p>
    <w:p>
      <w:r>
        <w:rPr>
          <w:rFonts w:ascii="Gentium Plus" w:hAnsi="Gentium Plus"/>
          <w:sz w:val="24"/>
        </w:rPr>
        <w:t>ραγος ὁ ἀκανθίας λέγεται, ὄρμενος δὲ ὁ ἥμερος ὁ ἀπὸ τῆς κράμβης ἐκκαυλούμενος. κολοκύντη, γογγυλίς, πυροί, κριθαί, ὄσπρια, κατερεικτά, φασίολοι, φακαῖ, κύαμοι, ὠχροί, δολιχοί, λάθυροι, κνῆκος, ἐρέβινθος, ῥοῦς, τράγοι, ἀράκη, κύμινον. καὶ ἀπὸ μὲν κριθῶν πτισάνη καὶ ἄλφιτα, ἀπὸ δὲ σίτου χόνδρος καὶ σε‐</w:t>
      </w:r>
    </w:p>
    <w:p>
      <w:r>
        <w:rPr>
          <w:rFonts w:ascii="Courier New" w:hAnsi="Courier New"/>
          <w:color w:val="555555"/>
          <w:sz w:val="20"/>
        </w:rPr>
        <w:t>[1 . 248]</w:t>
      </w:r>
    </w:p>
    <w:p>
      <w:r>
        <w:rPr>
          <w:rFonts w:ascii="Gentium Plus" w:hAnsi="Gentium Plus"/>
          <w:sz w:val="24"/>
        </w:rPr>
        <w:t>μίδαλις. ζειαί, σήσαμα, κέγχροι, μήκων, λίνος. ἄμυλος ἄρτος, καχρυδίας ἄρτος, κεγχρίας, ὀβελίας ἄρτος καὶ ὀβελίτης. καὶ ἄρτους κολλάβους. ἀθάρη ἐκ καγχρυδίου, πανοσπρία, πῦος, πυριάτη τὸ ὑπὸ τῶν πολλῶν λεγόμενον πυρίεφθον. εἶτα κρίμνα, μᾶζα,</w:t>
      </w:r>
    </w:p>
    <w:p>
      <w:r>
        <w:rPr>
          <w:rFonts w:ascii="Courier New" w:hAnsi="Courier New"/>
          <w:color w:val="555555"/>
          <w:sz w:val="20"/>
        </w:rPr>
        <w:t>[5]</w:t>
      </w:r>
    </w:p>
    <w:p>
      <w:r>
        <w:rPr>
          <w:rFonts w:ascii="Gentium Plus" w:hAnsi="Gentium Plus"/>
          <w:sz w:val="24"/>
        </w:rPr>
        <w:t>κόλλυρα, στέμφυλα, κυρήβια· τὰ γὰρ φαυλότερα τῶν πυρῶν κυρήβια καλεῖται. οἶνος γλυκύς, ἡδύς, ἐπαγωγός, πότιμος, ἀνθοσμίας· ὁ δ’ ἄλλος δευτερίας, ἐξεστηκώς, τροπίας, ἐκτροπίας, ὀξίνης.</w:t>
      </w:r>
    </w:p>
    <w:p>
      <w:r>
        <w:rPr>
          <w:rFonts w:ascii="Courier New" w:hAnsi="Courier New"/>
          <w:color w:val="555555"/>
          <w:sz w:val="20"/>
        </w:rPr>
        <w:t>[1 . 249]</w:t>
      </w:r>
    </w:p>
    <w:p>
      <w:r>
        <w:rPr>
          <w:rFonts w:ascii="Gentium Plus" w:hAnsi="Gentium Plus"/>
          <w:sz w:val="24"/>
        </w:rPr>
        <w:t>μέρη δ’ ἂν εἴη τῶν κατ’ ἀγροὺς βουκόλια, αἰπόλια, ποίμνια. καὶ ὅπου μὲν αἱ βόες ἵστανται, βούσταθμα, βοαύλια, βουστάσεις, ὅπου δὲ αἱ οἶες καὶ αἱ αἶγες, αὐλὴ καὶ σηκός. καὶ ὁ μὲν βουκόλος καὶ βουτρόφος ἂν λέγοιτο καὶ βουφορβός, ὥσπερ ὁ ὑποζευγνὺς αὐτὰς</w:t>
      </w:r>
    </w:p>
    <w:p>
      <w:r>
        <w:rPr>
          <w:rFonts w:ascii="Courier New" w:hAnsi="Courier New"/>
          <w:color w:val="555555"/>
          <w:sz w:val="20"/>
        </w:rPr>
        <w:t>[5]</w:t>
      </w:r>
    </w:p>
    <w:p>
      <w:r>
        <w:rPr>
          <w:rFonts w:ascii="Gentium Plus" w:hAnsi="Gentium Plus"/>
          <w:sz w:val="24"/>
        </w:rPr>
        <w:t>βοηλάτης, ὁ δὲ τῶν προβάτων ἡγεμὼν ποιμήν, ὥσπερ ὁ τῶν αἰγῶν αἰπόλος· οἱ δὲ πάντων τῶν τετραπόδων νομῆς. τῶν δὲ προ‐ βάτων καὶ αἰγῶν τὰς ἡλικίας ὁ ποιητὴς (I 221 sq) διακρίνων προ‐ γόνους καὶ μετάσσας καὶ ἕρσας ὠνόμασεν. καλεῖται δὲ τῶν μὲν βοῶν</w:t>
      </w:r>
    </w:p>
    <w:p>
      <w:r>
        <w:rPr>
          <w:rFonts w:ascii="Courier New" w:hAnsi="Courier New"/>
          <w:color w:val="555555"/>
          <w:sz w:val="20"/>
        </w:rPr>
        <w:t>[1 . 250]</w:t>
      </w:r>
    </w:p>
    <w:p>
      <w:r>
        <w:rPr>
          <w:rFonts w:ascii="Gentium Plus" w:hAnsi="Gentium Plus"/>
          <w:sz w:val="24"/>
        </w:rPr>
        <w:t>τὰ νέα μόσχοι, τῶν δὲ προβάτων ἄρνες, τῶν δὲ αἰγῶν ἔριφοι, ὥσπερ τῶν μὲν αἰγῶν ὁ ἡγεμὼν τράγος, τῶν δὲ οἰῶν κριὸς καὶ κτίλος, τῶν δὲ βοῶν ταῦρος. τὰ δὲ ῥήματα νέμειν, ποιμαίνειν, αἰπολεῖν, ἐπὶ νομὰς ἐξάγειν. καὶ οὔθατα μὲν σφριγῶντα ἐρεῖς, ὅταν</w:t>
      </w:r>
    </w:p>
    <w:p>
      <w:r>
        <w:rPr>
          <w:rFonts w:ascii="Courier New" w:hAnsi="Courier New"/>
          <w:color w:val="555555"/>
          <w:sz w:val="20"/>
        </w:rPr>
        <w:t>[5]</w:t>
      </w:r>
    </w:p>
    <w:p>
      <w:r>
        <w:rPr>
          <w:rFonts w:ascii="Gentium Plus" w:hAnsi="Gentium Plus"/>
          <w:sz w:val="24"/>
        </w:rPr>
        <w:t>πλήρεις γάλακτος ὦσιν οἱ μαστοί· τὸ δὲ ἕλκειν ἀπ’ αὐτῶν τὸ</w:t>
      </w:r>
    </w:p>
    <w:p>
      <w:r>
        <w:rPr>
          <w:rFonts w:ascii="Courier New" w:hAnsi="Courier New"/>
          <w:color w:val="555555"/>
          <w:sz w:val="20"/>
        </w:rPr>
        <w:t>[1 . 251]</w:t>
      </w:r>
    </w:p>
    <w:p>
      <w:r>
        <w:rPr>
          <w:rFonts w:ascii="Gentium Plus" w:hAnsi="Gentium Plus"/>
          <w:sz w:val="24"/>
        </w:rPr>
        <w:t>γάλα βδάλλειν καὶ ἀμέλγειν καλεῖται. ἐρεῖς δὲ τυροκομεῖν καὶ γαλουργεῖν καὶ γαλακτουργεῖν, καὶ πηγνύναι τὸ γάλα καὶ τρέφειν καὶ συνιστάναι. τὸ δὲ φαῦλον τοῦ γάλακτος ὀρός. τὰ δὲ ἀγγεῖα γαῦλοι, σκαφίδες, τυροκομεῖα, ταρσοί, τυροφορεῖα καὶ</w:t>
      </w:r>
    </w:p>
    <w:p>
      <w:r>
        <w:rPr>
          <w:rFonts w:ascii="Courier New" w:hAnsi="Courier New"/>
          <w:color w:val="555555"/>
          <w:sz w:val="20"/>
        </w:rPr>
        <w:t>[5]</w:t>
      </w:r>
    </w:p>
    <w:p>
      <w:r>
        <w:rPr>
          <w:rFonts w:ascii="Gentium Plus" w:hAnsi="Gentium Plus"/>
          <w:sz w:val="24"/>
        </w:rPr>
        <w:t>τάλαροι. συβώτης δ’ ἐρεῖς καὶ συβόσια καὶ συφεοὶ καὶ σύφοι καὶ χοιροκομεῖα, ἐργμὸς ὑῶν. χοῖροι, ὕες τέλειοι, ὕες ἀγά‐ λακτοι καὶ γαλαθηνοί, καὶ τὰ ὀψίγονα μετάχοιρα.</w:t>
      </w:r>
    </w:p>
    <w:p>
      <w:r>
        <w:rPr>
          <w:rFonts w:ascii="Courier New" w:hAnsi="Courier New"/>
          <w:color w:val="555555"/>
          <w:sz w:val="20"/>
        </w:rPr>
        <w:t>[1 . 252]</w:t>
      </w:r>
    </w:p>
    <w:p>
      <w:r>
        <w:rPr>
          <w:rFonts w:ascii="Gentium Plus" w:hAnsi="Gentium Plus"/>
          <w:sz w:val="24"/>
        </w:rPr>
        <w:t>ἀρότρου μέρη ἐχέτλη τὸ κατόπιν ξύλον ὀρθόν, οὗ ἔχεται ὁ ἀρότης· αὐτὸ δὲ τὸ κοῖλον αὐτοῦ, καθ’ ὃ τὴν χεῖρα ἐναρμόζει, χειρο‐ λαβίς. ὅπου δ’ ἐμπέπηγεν ἡ ἐχέτλη, ἀλύη, ᾧ δὲ ὁ ζυγὸς ἐνήρμοσται, ἔλυμα. τὸ δὲ ἀροῦν σιδήριον ὕνις, ἧς τὸ ἄκρον νύμφη. ὁ δὲ ῥυμὸς</w:t>
      </w:r>
    </w:p>
    <w:p>
      <w:r>
        <w:rPr>
          <w:rFonts w:ascii="Courier New" w:hAnsi="Courier New"/>
          <w:color w:val="555555"/>
          <w:sz w:val="20"/>
        </w:rPr>
        <w:t>[5]</w:t>
      </w:r>
    </w:p>
    <w:p>
      <w:r>
        <w:rPr>
          <w:rFonts w:ascii="Gentium Plus" w:hAnsi="Gentium Plus"/>
          <w:sz w:val="24"/>
        </w:rPr>
        <w:t>ἥρμοσται ἐκ τῶνδε. τὸ μὲν ἐπικαμπὲς αὐτοῦ, ᾧ ὑποτείνεται τὸ ἔλυμα γεγομφωμένον, γύης, τὸ δὲ μετὰ τὸν γύην ἱστοβοεύς, τὸ δὲ τέλος αὐτοῦ τὸ μετὰ τὸν ζυγὸν κορώνη. ὁ δὲ πλατὺς ἱμὰς ὁ τῷ ζυγῷ παρακαθαπτόμενος ἐχέβοιον ἢ μεσάβοιον καλεῖται· καταλαμβά‐ νουσι δ’ αὐτόν, ὅταν περιελίξωσιν, εἰς τὸ τοῦ ζυγοῦ τρύπημα κερκίδα</w:t>
      </w:r>
    </w:p>
    <w:p>
      <w:r>
        <w:rPr>
          <w:rFonts w:ascii="Courier New" w:hAnsi="Courier New"/>
          <w:color w:val="555555"/>
          <w:sz w:val="20"/>
        </w:rPr>
        <w:t>[10]</w:t>
      </w:r>
    </w:p>
    <w:p>
      <w:r>
        <w:rPr>
          <w:rFonts w:ascii="Gentium Plus" w:hAnsi="Gentium Plus"/>
          <w:sz w:val="24"/>
        </w:rPr>
        <w:t>ξυλίνην ἐμβαλόντες, ἣ καλεῖται ἔνδρυον.</w:t>
      </w:r>
    </w:p>
    <w:p>
      <w:r>
        <w:rPr>
          <w:rFonts w:ascii="Courier New" w:hAnsi="Courier New"/>
          <w:color w:val="555555"/>
          <w:sz w:val="20"/>
        </w:rPr>
        <w:t>[1 . 253]</w:t>
      </w:r>
    </w:p>
    <w:p>
      <w:r>
        <w:rPr>
          <w:rFonts w:ascii="Gentium Plus" w:hAnsi="Gentium Plus"/>
          <w:sz w:val="24"/>
        </w:rPr>
        <w:t>ἁμάξης μέρη ἄξων, τροχοί, κλῖμαξ τὸ ὑπὲρ τοῦ ἄξονος πρό‐ μηκες ξύλον ἐκ τεττάρων συνεστηκὸς καὶ μέσας ῥάβδους πρόσθεν μὲν πλείους ὄπισθεν δ’ ἐλάττους ἔχον, ἐν μέσῳ δὲ τὴν ὑπερτερίαν ἐνηρμοσμένην, ἧς τὰ ἑκατέρωθεν πλευρὰ θαιροὶ καλοῦνται, δεξιὸς καὶ</w:t>
      </w:r>
    </w:p>
    <w:p>
      <w:r>
        <w:rPr>
          <w:rFonts w:ascii="Courier New" w:hAnsi="Courier New"/>
          <w:color w:val="555555"/>
          <w:sz w:val="20"/>
        </w:rPr>
        <w:t>[5]</w:t>
      </w:r>
    </w:p>
    <w:p>
      <w:r>
        <w:rPr>
          <w:rFonts w:ascii="Gentium Plus" w:hAnsi="Gentium Plus"/>
          <w:sz w:val="24"/>
        </w:rPr>
        <w:t>ἀριστερός. ὑποπέπηγε δ’ αὐτοῖς ξύλα ἃ θαιραῖα ὀνομάζεται· οἷς ἐφαρμόζονται οἱ ἁμαξήποδες, ὑφ’ ὧν ὁ ἄξων ἕλκεται στρεφόμενος. τὰ δὲ ἐφεξῆς τῷ ἅρματι τὰ αὐτά, οἷον ῥυμός, ζυγός, ζεύγλη, ἀκροζύγιον καὶ τὰ τοιαῦτα.</w:t>
      </w:r>
    </w:p>
    <w:p>
      <w:r>
        <w:rPr>
          <w:rFonts w:ascii="Courier New" w:hAnsi="Courier New"/>
          <w:color w:val="555555"/>
          <w:sz w:val="20"/>
        </w:rPr>
        <w:t>[1 . 254]</w:t>
      </w:r>
    </w:p>
    <w:p>
      <w:r>
        <w:rPr>
          <w:rFonts w:ascii="Gentium Plus" w:hAnsi="Gentium Plus"/>
          <w:sz w:val="24"/>
        </w:rPr>
        <w:t>ἐρεῖς δὲ σμῆνος τὸ πλῆθος τῶν μελιττῶν· ὁ δὲ τόπος σίμβλοι, τὸ δὲ ἔργον μελιττουργεῖν· βλίττειν δὲ τὸ καπνίζειν τὰς μελίττας καὶ ποιεῖν ἀναχωρεῖν. ὁ δὲ ἄρχων τοῦ σμήνους ἡγεμὼν καὶ βασιλεύς, ᾧ τὸ πᾶν ἕπεται. τὰ δὲ ἔκγονα</w:t>
      </w:r>
    </w:p>
    <w:p>
      <w:r>
        <w:rPr>
          <w:rFonts w:ascii="Courier New" w:hAnsi="Courier New"/>
          <w:color w:val="555555"/>
          <w:sz w:val="20"/>
        </w:rPr>
        <w:t>[5]</w:t>
      </w:r>
    </w:p>
    <w:p>
      <w:r>
        <w:rPr>
          <w:rFonts w:ascii="Gentium Plus" w:hAnsi="Gentium Plus"/>
          <w:sz w:val="24"/>
        </w:rPr>
        <w:t>σχαδόνες, τὸ δὲ ἀργὸν ἔθνος κηφῆνες. τὰ δὲ ἀγγεῖα κύτταροι. τὸν δὲ μελιττουργοῦντα καπνίζειν δεῖ, ὅπως ἀνασοβῇ τὰς μελίττας, τὸ γὰρ κέντρον οὐκ εὔφορον. ὁ δὲ ἦχος τῶν μελιττῶν βόμβος, καὶ βομβεῖν τὸ ἠχεῖν. τὰ δὲ ἔργα κηρία, μέλι, μελίκηρα. εἰσὶ δὲ σχαδόνες καὶ ἐδώδιμοι.</w:t>
      </w:r>
    </w:p>
    <w:p>
      <w:r>
        <w:rPr>
          <w:rFonts w:ascii="Courier New" w:hAnsi="Courier New"/>
          <w:color w:val="555555"/>
          <w:sz w:val="20"/>
        </w:rPr>
        <w:t>[1 . 255]</w:t>
      </w:r>
    </w:p>
    <w:p>
      <w:r>
        <w:rPr>
          <w:rFonts w:ascii="Gentium Plus" w:hAnsi="Gentium Plus"/>
          <w:sz w:val="24"/>
        </w:rPr>
        <w:t>Ἔμελλον δὲ καὶ κυνηγετικὰ προστιθέναι, καὶ ἄλλα ἐπ’ ἄλλοις καὶ πολλὰ ἐπὶ πολλοῖς. ἀλλ’ ὡς μὴ εἰς πλέον ἀποτείναιμι τὸ βιβλίον, οἶμαι μὲν καὶ σὲ ἐκ παραδείγματος τὴν ἐπίνοιαν λαβόντα κατὰ τὴν ὑφήγησιν τοῦ λόγου τὰ λοιπὰ ἀνερευνήσειν· εἰ δὲ βούλει,</w:t>
      </w:r>
    </w:p>
    <w:p>
      <w:r>
        <w:rPr>
          <w:rFonts w:ascii="Courier New" w:hAnsi="Courier New"/>
          <w:color w:val="555555"/>
          <w:sz w:val="20"/>
        </w:rPr>
        <w:t>[5]</w:t>
      </w:r>
    </w:p>
    <w:p>
      <w:r>
        <w:rPr>
          <w:rFonts w:ascii="Gentium Plus" w:hAnsi="Gentium Plus"/>
          <w:sz w:val="24"/>
        </w:rPr>
        <w:t>κἀκεῖνα προσθήσω.</w:t>
      </w:r>
    </w:p>
    <w:p>
      <w:r>
        <w:rPr>
          <w:rFonts w:ascii="Courier New" w:hAnsi="Courier New"/>
          <w:color w:val="555555"/>
          <w:sz w:val="20"/>
        </w:rPr>
        <w:t>[2 . 1]</w:t>
      </w:r>
    </w:p>
    <w:p>
      <w:r>
        <w:rPr>
          <w:rFonts w:ascii="Gentium Plus" w:hAnsi="Gentium Plus"/>
          <w:sz w:val="24"/>
        </w:rPr>
        <w:t>Ἰούλιος Πολυδεύκης Κομμόδῳ Καίσαρι χαίρειν. ὅσα μὲν παρὰ τοῖς τὴν ἀκριβῆ φωνὴν ἔχουσι τῶν ἀνθρώπου μελῶν ἦν</w:t>
      </w:r>
    </w:p>
    <w:p>
      <w:r>
        <w:rPr>
          <w:rFonts w:ascii="Courier New" w:hAnsi="Courier New"/>
          <w:color w:val="555555"/>
          <w:sz w:val="20"/>
        </w:rPr>
        <w:t>[5]</w:t>
      </w:r>
    </w:p>
    <w:p>
      <w:r>
        <w:rPr>
          <w:rFonts w:ascii="Gentium Plus" w:hAnsi="Gentium Plus"/>
          <w:sz w:val="24"/>
        </w:rPr>
        <w:t>τὰ παρὰ τῶν ἰατρῶν ἀθροισάμενοι, παρ’ ὧν καὶ ἡμεῖς τινὰ τού‐</w:t>
      </w:r>
    </w:p>
    <w:p>
      <w:r>
        <w:rPr>
          <w:rFonts w:ascii="Courier New" w:hAnsi="Courier New"/>
          <w:color w:val="555555"/>
          <w:sz w:val="20"/>
        </w:rPr>
        <w:t>[2 . 2]</w:t>
      </w:r>
    </w:p>
    <w:p>
      <w:r>
        <w:rPr>
          <w:rFonts w:ascii="Gentium Plus" w:hAnsi="Gentium Plus"/>
          <w:sz w:val="24"/>
        </w:rPr>
        <w:t>των συνελέξαμεν· ὧν γὰρ μετὰ τὴν πεῖραν ἡ γνῶσις, τούτων ἡ χρεία παρὰ τῶν πείρᾳ γνόντων ἀναγκαία. ἔρρωσο.</w:t>
      </w:r>
    </w:p>
    <w:p>
      <w:r>
        <w:rPr>
          <w:rFonts w:ascii="Courier New" w:hAnsi="Courier New"/>
          <w:color w:val="555555"/>
          <w:sz w:val="20"/>
        </w:rPr>
        <w:t>[2 . 5]</w:t>
      </w:r>
    </w:p>
    <w:p>
      <w:r>
        <w:rPr>
          <w:rFonts w:ascii="Gentium Plus" w:hAnsi="Gentium Plus"/>
          <w:sz w:val="24"/>
        </w:rPr>
        <w:t>ἐρεῖς οὖν τὸ σύνηθες ἄνθρωπος, ἀνθρώπιον, ἀνθρωπίσκος, ἀνθρώπινον, ἀνθρωπικῶς, ἀνθρωπίνως, ἀνθρωπικόν, ἀνθρωποειδές. ἀνθρωπεία τέχνη, ὡς Θουκυδίδης (II 47. 3), ἀνθρωπίνη φύσις, ὡς Πλάτων (Theaet 149 C, Tim 90 C). ἀνθρωπίζεται, ὡς Ἀριστοφάνης</w:t>
      </w:r>
    </w:p>
    <w:p>
      <w:r>
        <w:rPr>
          <w:rFonts w:ascii="Courier New" w:hAnsi="Courier New"/>
          <w:color w:val="555555"/>
          <w:sz w:val="20"/>
        </w:rPr>
        <w:t>[5]</w:t>
      </w:r>
    </w:p>
    <w:p>
      <w:r>
        <w:rPr>
          <w:rFonts w:ascii="Gentium Plus" w:hAnsi="Gentium Plus"/>
          <w:sz w:val="24"/>
        </w:rPr>
        <w:t>(I frg 37 Ko). τὸ δὲ ἀνθρώπου δέρμα ἀνθρωπῆν Ἡρόδοτος (V 25) καλεῖ. προσήκοι δ’ ἂν ἀνθρώπῳ φιλάνθρωπος, φιλανθρωπία, φιλαν‐ θρώπως, φιλανθρωπεύεσθαι. τὸ δὲ ἐναντίον ἀπάνθρωπος, ἀπανθρωπία, ἀπανθρώπως· οὐ γὰρ καὶ ἀπανθρωπεύεσθαι, πολυάν‐ θρωπος δὲ καὶ πολυανθρωπία καὶ ὀλιγανθρωπία.</w:t>
      </w:r>
    </w:p>
    <w:p>
      <w:r>
        <w:rPr>
          <w:rFonts w:ascii="Courier New" w:hAnsi="Courier New"/>
          <w:color w:val="555555"/>
          <w:sz w:val="20"/>
        </w:rPr>
        <w:t>[2 . 6]</w:t>
      </w:r>
    </w:p>
    <w:p>
      <w:r>
        <w:rPr>
          <w:rFonts w:ascii="Gentium Plus" w:hAnsi="Gentium Plus"/>
          <w:sz w:val="24"/>
        </w:rPr>
        <w:t>σπέρμα σπορά. σπεῖραι, ἀρόσαι, καταβαλεῖν τὸ σπέρμα, ὑπο‐ δέξασθαι, κυῆσαι, γεννῆσαι, τεκεῖν. ἔμβρυον, κύημα, ἀνεμιαῖον κύημα, τρόφιμον, βιώσιμον. τὸ δὲ κύημα καὶ κύος Ἀριστοφάνης κέκληκεν (I frg 609 Ko):</w:t>
      </w:r>
    </w:p>
    <w:p>
      <w:r>
        <w:rPr>
          <w:rFonts w:ascii="Courier New" w:hAnsi="Courier New"/>
          <w:color w:val="555555"/>
          <w:sz w:val="20"/>
        </w:rPr>
        <w:t>[5]</w:t>
      </w:r>
    </w:p>
    <w:p>
      <w:r>
        <w:rPr>
          <w:rFonts w:ascii="Gentium Plus" w:hAnsi="Gentium Plus"/>
          <w:sz w:val="24"/>
        </w:rPr>
        <w:t>ἥτις κύους’ ἐφάνη κύος τοσουτονί.</w:t>
      </w:r>
    </w:p>
    <w:p>
      <w:r>
        <w:rPr>
          <w:rFonts w:ascii="Courier New" w:hAnsi="Courier New"/>
          <w:color w:val="555555"/>
          <w:sz w:val="20"/>
        </w:rPr>
        <w:t>[2 . 7]</w:t>
      </w:r>
    </w:p>
    <w:p>
      <w:r>
        <w:rPr>
          <w:rFonts w:ascii="Gentium Plus" w:hAnsi="Gentium Plus"/>
          <w:sz w:val="24"/>
        </w:rPr>
        <w:t>ἀμβλῶναι, ἀμβλωθρίδιον καὶ ἀμβλωθρίδιον φάρμακον, καὶ ἄμβλω‐ σις, ὡς Λυσίας (frg 24 Tur), καὶ ἄμβλωμα, ὡς Ἀντιφῶν (frg 149 Bl), καὶ ἀμβλίσκειν, ὡς Πλάτων (Theaet 149 D). γέννημα, γέννησις, ὡς Πλάτων (Conviv 206 E). γονὴ ἡ γέννησις, ὡς</w:t>
      </w:r>
    </w:p>
    <w:p>
      <w:r>
        <w:rPr>
          <w:rFonts w:ascii="Courier New" w:hAnsi="Courier New"/>
          <w:color w:val="555555"/>
          <w:sz w:val="20"/>
        </w:rPr>
        <w:t>[5]</w:t>
      </w:r>
    </w:p>
    <w:p>
      <w:r>
        <w:rPr>
          <w:rFonts w:ascii="Gentium Plus" w:hAnsi="Gentium Plus"/>
          <w:sz w:val="24"/>
        </w:rPr>
        <w:t>Ξενοφῶν(?). τόκος, τίκτει, ἐπίτεξ, ἐπίφορος καὶ ἐπίτοκος· τοκῶσα δὲ εἶπε Κρατῖνος (I frg 449 Ko). ἀτόκιον φάρμακον, ἢ τικτικόν, ἢ ὠκυτόκια, ὡς Ἀριστοφάνης (Thesmoph 504).</w:t>
      </w:r>
    </w:p>
    <w:p>
      <w:r>
        <w:rPr>
          <w:rFonts w:ascii="Courier New" w:hAnsi="Courier New"/>
          <w:color w:val="555555"/>
          <w:sz w:val="20"/>
        </w:rPr>
        <w:t>[2 . 8]</w:t>
      </w:r>
    </w:p>
    <w:p>
      <w:r>
        <w:rPr>
          <w:rFonts w:ascii="Gentium Plus" w:hAnsi="Gentium Plus"/>
          <w:sz w:val="24"/>
        </w:rPr>
        <w:t>βρέφος νεογενές, νεόγονον, ἀρτιγενές, ἀρτίγονον, πρωτότοκον, ἀρτίτοκον, πρωτόγονον, νήπιον, ἄρτι ἀπὸ γονῆς, ἄρτι ἐξ ἀμφι‐ δρομίων. τὸ δὲ νεογιλλὸν Ἰσαῖος μὲν εἴρηκεν ἐν τῷ κατ’ Ἀρε‐ σαίχμου (frg 12 Tur), ἐμὲ δ’ οὐκ ἀρέσκει. ἄμεινον δ’ αὐτοῦ τὸ</w:t>
      </w:r>
    </w:p>
    <w:p>
      <w:r>
        <w:rPr>
          <w:rFonts w:ascii="Courier New" w:hAnsi="Courier New"/>
          <w:color w:val="555555"/>
          <w:sz w:val="20"/>
        </w:rPr>
        <w:t>[5]</w:t>
      </w:r>
    </w:p>
    <w:p>
      <w:r>
        <w:rPr>
          <w:rFonts w:ascii="Gentium Plus" w:hAnsi="Gentium Plus"/>
          <w:sz w:val="24"/>
        </w:rPr>
        <w:t>παρ’ Ἡροδότῳ (II 2) νεογνόν· ἀλλὰ καὶ τοῦτο Ἰωνικόν. αὐτοετές, ἔτειον, διετές, καὶ τὰ ἐφεξῆς. ἔτι ἐν γάλακτι, ἐπιμάστιον,</w:t>
      </w:r>
    </w:p>
    <w:p>
      <w:r>
        <w:rPr>
          <w:rFonts w:ascii="Courier New" w:hAnsi="Courier New"/>
          <w:color w:val="555555"/>
          <w:sz w:val="20"/>
        </w:rPr>
        <w:t>[2 . 9]</w:t>
      </w:r>
    </w:p>
    <w:p>
      <w:r>
        <w:rPr>
          <w:rFonts w:ascii="Gentium Plus" w:hAnsi="Gentium Plus"/>
          <w:sz w:val="24"/>
        </w:rPr>
        <w:t>ἐπιμαστίδιον, ἄρτι ἀπὸ θηλῆς, ἄρτι ἀπὸ μαστοῦ. παιδίον, παιδάριον, παιδίσκος, παῖς, κόρος, ᾔθεος, οὔπω πρόσηβος, ἤδη πρόσηβος. καὶ ἀντίπαις ὑπὸ τῶν νέων κωμῳδῶν (III 466 frg 318 Ko) ἐκλήθη. Πλά‐ των δ’ ὁ κωμικὸς (I frg 206 Ko) καὶ παλλάκια εἴρηκεν·</w:t>
      </w:r>
    </w:p>
    <w:p>
      <w:r>
        <w:rPr>
          <w:rFonts w:ascii="Courier New" w:hAnsi="Courier New"/>
          <w:color w:val="555555"/>
          <w:sz w:val="20"/>
        </w:rPr>
        <w:t>[5]</w:t>
      </w:r>
    </w:p>
    <w:p>
      <w:r>
        <w:rPr>
          <w:rFonts w:ascii="Gentium Plus" w:hAnsi="Gentium Plus"/>
          <w:sz w:val="24"/>
        </w:rPr>
        <w:t>παῖδες, γέροντες, μειράκια, παλλάκια. ἔφηβος, ἄρτι ἐξ ἐφήβων· τοῦτον δὲ καὶ ἀφειμένον ὠνόμαζον, καὶ περυσινὸν ἔφηβον. ἄρτι ἡβάσκων. τόσα ἀφ’ ἥβης γεγονὼς ἔτη· τὸ γὰρ πρωθήβης ποιητικόν (Hom Θ 518 saep). μειράκιον, μει‐</w:t>
      </w:r>
    </w:p>
    <w:p>
      <w:r>
        <w:rPr>
          <w:rFonts w:ascii="Courier New" w:hAnsi="Courier New"/>
          <w:color w:val="555555"/>
          <w:sz w:val="20"/>
        </w:rPr>
        <w:t>[2 . 10]</w:t>
      </w:r>
    </w:p>
    <w:p>
      <w:r>
        <w:rPr>
          <w:rFonts w:ascii="Gentium Plus" w:hAnsi="Gentium Plus"/>
          <w:sz w:val="24"/>
        </w:rPr>
        <w:t>ρακίσκος, μειρακύλλιον. καὶ βούπαις παρ’ Εὐπόλιδι (I frg 402 Ko). εἶτα ἀγένειος, λειογένειος, ἰούλῳ νέον ὑπανθῶν παρὰ τὰ ὦτα καθέρποντι ἢ περὶ τὴν ὑπήνην ἀνέρποντι, ὑπηνήτης, ἐν ἦρι τῆς ὥρας, ἐν ἀκμῇ, ἐν ἄνθει. παρηνθηκώς, παρηβηκώς, ἄφηβος, ἀφηβη‐</w:t>
      </w:r>
    </w:p>
    <w:p>
      <w:r>
        <w:rPr>
          <w:rFonts w:ascii="Courier New" w:hAnsi="Courier New"/>
          <w:color w:val="555555"/>
          <w:sz w:val="20"/>
        </w:rPr>
        <w:t>[5]</w:t>
      </w:r>
    </w:p>
    <w:p>
      <w:r>
        <w:rPr>
          <w:rFonts w:ascii="Gentium Plus" w:hAnsi="Gentium Plus"/>
          <w:sz w:val="24"/>
        </w:rPr>
        <w:t>κώς, ἀπηνθηκώς, ἐκ μειρακίων εἰς ἄνδρα παραγγείλας, ἀνδριζό‐ μενος, ἐντελὴς τὴν ἡλικίαν, ἔνακμος, ἐν τῷ μεσεύοντι τῶν ἡλικιῶν, ἐν τῇ κορυφῇ τῶν καθ’ ἡλικίαν ἀναβάσεων, εἰς ἀνδρῶν ἡλικίαν ὑπαλλάττων, γενειῶν, γενειάσκων, πώγωνος ὑποπιμπλάμενος, πωγωνίας, ὡς Κρατῖνος (I frg 439 Ko). προφερὴς δὲ λέγεται</w:t>
      </w:r>
    </w:p>
    <w:p>
      <w:r>
        <w:rPr>
          <w:rFonts w:ascii="Courier New" w:hAnsi="Courier New"/>
          <w:color w:val="555555"/>
          <w:sz w:val="20"/>
        </w:rPr>
        <w:t>[10]</w:t>
      </w:r>
    </w:p>
    <w:p>
      <w:r>
        <w:rPr>
          <w:rFonts w:ascii="Gentium Plus" w:hAnsi="Gentium Plus"/>
          <w:sz w:val="24"/>
        </w:rPr>
        <w:t>ὁ τῷ μὲν χρόνῳ νεώτερος, τῇ δὲ ὄψει δοκῶν πρεσβύτερος· σκληφρὸς δὲ ὁ ἐκείνῳ πεφυκὼς ὑπεναντίος, τοῦτον δὲ καὶ νεοειδῆ ἂν εἴποις. Θεόπομπος δὲ αὐτὸ ἐν Στρατιώτισιν (I frg 58 Ko) ἐπὶ γυναικὸς</w:t>
      </w:r>
    </w:p>
    <w:p>
      <w:r>
        <w:rPr>
          <w:rFonts w:ascii="Courier New" w:hAnsi="Courier New"/>
          <w:color w:val="555555"/>
          <w:sz w:val="20"/>
        </w:rPr>
        <w:t>[2 . 11]</w:t>
      </w:r>
    </w:p>
    <w:p>
      <w:r>
        <w:rPr>
          <w:rFonts w:ascii="Gentium Plus" w:hAnsi="Gentium Plus"/>
          <w:sz w:val="24"/>
        </w:rPr>
        <w:t>εἴρηκεν ὁ κωμικός. νεανίσκος, νεανίας· ὁ γὰρ νέαξ, εἰ καὶ τῶν εἰρημένων ἐστίν, ἀλλὰ κωμικώτερον (I 776 frg 10 Ko) ἂν εἴη. τὸ δὲ τούτων πλῆθος νεολαία. εἶτα ἀνήρ, τὴν μάχιμον ἡλικίαν ἔχων, τὴν στρατεύσιμον ἡλικίαν ἔχων, τῶν ἐκ καταλόγου, ἀκμάζων, σφρι‐</w:t>
      </w:r>
    </w:p>
    <w:p>
      <w:r>
        <w:rPr>
          <w:rFonts w:ascii="Courier New" w:hAnsi="Courier New"/>
          <w:color w:val="555555"/>
          <w:sz w:val="20"/>
        </w:rPr>
        <w:t>[5]</w:t>
      </w:r>
    </w:p>
    <w:p>
      <w:r>
        <w:rPr>
          <w:rFonts w:ascii="Gentium Plus" w:hAnsi="Gentium Plus"/>
          <w:sz w:val="24"/>
        </w:rPr>
        <w:t>γῶν. ἐκ τῆς ἀπομάχου ἡλικίας, ἐκ τῆς ἀμάχου, ἐκ τῆς ἀπολέμου,</w:t>
      </w:r>
    </w:p>
    <w:p>
      <w:r>
        <w:rPr>
          <w:rFonts w:ascii="Courier New" w:hAnsi="Courier New"/>
          <w:color w:val="555555"/>
          <w:sz w:val="20"/>
        </w:rPr>
        <w:t>[2 . 12]</w:t>
      </w:r>
    </w:p>
    <w:p>
      <w:r>
        <w:rPr>
          <w:rFonts w:ascii="Gentium Plus" w:hAnsi="Gentium Plus"/>
          <w:sz w:val="24"/>
        </w:rPr>
        <w:t>γεγονὼς ἔτη, δημηγόρου ἡλικίαν ἔχων, προπόλιος, ὑποπόλιος ὡς Δημοσθένησ(?), μεσαιπόλιος, μεσῆλιξ, πολιός· τὸ γὰρ πολιοκρό‐ ταφος οὐ καθ’ ἡμᾶς. ὠμογέρων, πρεσβύτης, ὅθεν καὶ πρεσβεῖα τὰ γέρα τὰ τοῖς πρεσβυτέροις διδόμενα. καὶ τὸ κατὰ πρέσβιν τὸ</w:t>
      </w:r>
    </w:p>
    <w:p>
      <w:r>
        <w:rPr>
          <w:rFonts w:ascii="Courier New" w:hAnsi="Courier New"/>
          <w:color w:val="555555"/>
          <w:sz w:val="20"/>
        </w:rPr>
        <w:t>[5]</w:t>
      </w:r>
    </w:p>
    <w:p>
      <w:r>
        <w:rPr>
          <w:rFonts w:ascii="Gentium Plus" w:hAnsi="Gentium Plus"/>
          <w:sz w:val="24"/>
        </w:rPr>
        <w:t>καθ’ ἡλικίαν, ὃ καὶ πρεσβύτερον. καὶ πρεσβεύειν τὸ προτιμᾶν παρὰ Πλάτωνι (Leg IX 879 B saep), καὶ τὸ ‘οὐδέν ἐστι πρεσβύτερον‘ ἀντὶ τοῦ οὐδὲν τιμιώτερον.</w:t>
      </w:r>
    </w:p>
    <w:p>
      <w:r>
        <w:rPr>
          <w:rFonts w:ascii="Courier New" w:hAnsi="Courier New"/>
          <w:color w:val="555555"/>
          <w:sz w:val="20"/>
        </w:rPr>
        <w:t>[2 . 13]</w:t>
      </w:r>
    </w:p>
    <w:p>
      <w:r>
        <w:rPr>
          <w:rFonts w:ascii="Gentium Plus" w:hAnsi="Gentium Plus"/>
          <w:sz w:val="24"/>
        </w:rPr>
        <w:t>γέρων, προγήρως, γηραιός, ὡς Θουκυδίδης (VI 54. 2) καὶ Ἀντιφῶν (IV α 2), ἐσχατογήρως, βαθυγήρως. καὶ γερουσία τὸ τῶν γερόντων συνέδριον, καὶ γεροντικὰ λουτρὰ παρὰ Πλάτωνι (Leg VI 761 C), καὶ γερόντειαι παλαῖστραι παρ’ Ἀντιφάνει (II frg 332 Ko). τοὺς δὲ</w:t>
      </w:r>
    </w:p>
    <w:p>
      <w:r>
        <w:rPr>
          <w:rFonts w:ascii="Courier New" w:hAnsi="Courier New"/>
          <w:color w:val="555555"/>
          <w:sz w:val="20"/>
        </w:rPr>
        <w:t>[5]</w:t>
      </w:r>
    </w:p>
    <w:p>
      <w:r>
        <w:rPr>
          <w:rFonts w:ascii="Gentium Plus" w:hAnsi="Gentium Plus"/>
          <w:sz w:val="24"/>
        </w:rPr>
        <w:t>γέροντας καὶ γεραιτέρους Ξενοφῶν (Cyrop I 5. 5) ἐκάλεσεν. Πλάτων (Euthyd 272 C) δ’ εἴρηκέ τινα καὶ γεροντοδιδάσκαλον. προσήκοι δ’ ἂν τῷ γήραι καὶ τὸ γηροτροφεῖν, καὶ τὸ γηροτροφεῖσθαι, καὶ τὸ γηροκομεῖν, καὶ τὸ ἐγγηροτροφηθῆναι, καὶ γηροτρόφοι, καὶ ἐγ‐</w:t>
      </w:r>
    </w:p>
    <w:p>
      <w:r>
        <w:rPr>
          <w:rFonts w:ascii="Courier New" w:hAnsi="Courier New"/>
          <w:color w:val="555555"/>
          <w:sz w:val="20"/>
        </w:rPr>
        <w:t>[2 . 14]</w:t>
      </w:r>
    </w:p>
    <w:p>
      <w:r>
        <w:rPr>
          <w:rFonts w:ascii="Gentium Plus" w:hAnsi="Gentium Plus"/>
          <w:sz w:val="24"/>
        </w:rPr>
        <w:t>γηρᾶναι καὶ καταγηρᾶναι. Ὑπερείδης δὲ (frg 233 Bl) καὶ γηροβοσκὸν εἴρηκε, καὶ Ἄλεξις (II frg 312 Ko) γηροβοσκεῖα, Ξενο‐ φῶν (Cyrop VIII 7. 22) δὲ τὴν ἀγήρατον δόξαν, Ὑπερείδης (frg 221 Bl) δὲ τὸν ἀγήρατον χρόνον, Σοφοκλῆς (Antig 608) δὲ τὸν</w:t>
      </w:r>
    </w:p>
    <w:p>
      <w:r>
        <w:rPr>
          <w:rFonts w:ascii="Courier New" w:hAnsi="Courier New"/>
          <w:color w:val="555555"/>
          <w:sz w:val="20"/>
        </w:rPr>
        <w:t>[5]</w:t>
      </w:r>
    </w:p>
    <w:p>
      <w:r>
        <w:rPr>
          <w:rFonts w:ascii="Gentium Plus" w:hAnsi="Gentium Plus"/>
          <w:sz w:val="24"/>
        </w:rPr>
        <w:t>ἀγήρω, καὶ Πλάτων (Tim 33 A) τὸν ἀγήρω, καὶ Εὐριπίδης δὲ ‘κόσμον ἀγήρω‘ (TGF 910. 6), Θουκυδίδης (II 43; 44. 4) δὲ τὸν ἀγήρων, ὡς καὶ Εὐριπίδης (TGF 999 N) τὴν ἀγήρων ἀρετήν,</w:t>
      </w:r>
    </w:p>
    <w:p>
      <w:r>
        <w:rPr>
          <w:rFonts w:ascii="Courier New" w:hAnsi="Courier New"/>
          <w:color w:val="555555"/>
          <w:sz w:val="20"/>
        </w:rPr>
        <w:t>[2 . 15]</w:t>
      </w:r>
    </w:p>
    <w:p>
      <w:r>
        <w:rPr>
          <w:rFonts w:ascii="Gentium Plus" w:hAnsi="Gentium Plus"/>
          <w:sz w:val="24"/>
        </w:rPr>
        <w:t>καὶ Δημοσθένης (LX 36) τιμὰς ἀγήρως. ἐρεῖς δὲ πολυετής, μα‐ κρόβιος, πολυχρόνιος, μακροβίοτος καὶ μακροχρόνιος· Πλάτων γὰρ ἐν Τιμαίῳ(?) λέγει μακροχρονιώτερον. λέγοιτο δ’ ἂν καθ’ Ὑπερείδην (I p 14. 13 Bl) καὶ ‘ἐπὶ γήρως ὀδῷ,‘ ἐπὶ δυσμαῖς τοῦ</w:t>
      </w:r>
    </w:p>
    <w:p>
      <w:r>
        <w:rPr>
          <w:rFonts w:ascii="Courier New" w:hAnsi="Courier New"/>
          <w:color w:val="555555"/>
          <w:sz w:val="20"/>
        </w:rPr>
        <w:t>[5]</w:t>
      </w:r>
    </w:p>
    <w:p>
      <w:r>
        <w:rPr>
          <w:rFonts w:ascii="Gentium Plus" w:hAnsi="Gentium Plus"/>
          <w:sz w:val="24"/>
        </w:rPr>
        <w:t>βίου, ὡς ὑποφέρεσθαι τὴν γλῶτταν, ὡς συγκεχύσθαι τὸ φθέγμα εἰς ἀσάφειαν, ὡς παράφορον εἶναι τὴν φωνήν, ὡς λελύσθαι τὼ χεῖρε, ὡς ἀκρατεῖς εἶναι διὰ γῆρας, ὡς ὑποτρέμειν τὼ πόδε, ὡς ὑπ‐ ολισθαίνειν, ὡς εἶναι σφαλερούς, ἀβεβαίους, παραφόρους, ἀπαγεῖς, οὐ</w:t>
      </w:r>
    </w:p>
    <w:p>
      <w:r>
        <w:rPr>
          <w:rFonts w:ascii="Courier New" w:hAnsi="Courier New"/>
          <w:color w:val="555555"/>
          <w:sz w:val="20"/>
        </w:rPr>
        <w:t>[2 . 16]</w:t>
      </w:r>
    </w:p>
    <w:p>
      <w:r>
        <w:rPr>
          <w:rFonts w:ascii="Gentium Plus" w:hAnsi="Gentium Plus"/>
          <w:sz w:val="24"/>
        </w:rPr>
        <w:t>στασίμους, οὐκ εὐσταθεῖς. ἕπεται δὲ τούτοις καὶ τὰ κωμικὰ σκώμ‐ ματα (III 558 frg 860 et 895 Ko), Κρόνος, κρονικός, κρονόληρος, πρεσβύ‐ τερος Κρόνου, νωδογέρων, τυμβογέρων, μακκοῶν, παρανοῶν, παρα‐ γεγηρακώς, παραφρονῶν, παραλλάττων, ἐξεστηκὼς ὑπὸ γήρως,</w:t>
      </w:r>
    </w:p>
    <w:p>
      <w:r>
        <w:rPr>
          <w:rFonts w:ascii="Courier New" w:hAnsi="Courier New"/>
          <w:color w:val="555555"/>
          <w:sz w:val="20"/>
        </w:rPr>
        <w:t>[5]</w:t>
      </w:r>
    </w:p>
    <w:p>
      <w:r>
        <w:rPr>
          <w:rFonts w:ascii="Gentium Plus" w:hAnsi="Gentium Plus"/>
          <w:sz w:val="24"/>
        </w:rPr>
        <w:t>παρακεκινηκὼς ὑφ’ ἡλικίας, ὑπὲρ τὰς ἐλάφους βεβιωκώς, ὑπὲρ τὰς κορώνας, ταῖς νύμφαις ἰσῆλιξ.</w:t>
      </w:r>
    </w:p>
    <w:p>
      <w:r>
        <w:rPr>
          <w:rFonts w:ascii="Courier New" w:hAnsi="Courier New"/>
          <w:color w:val="555555"/>
          <w:sz w:val="20"/>
        </w:rPr>
        <w:t>[2 . 17]</w:t>
      </w:r>
    </w:p>
    <w:p>
      <w:r>
        <w:rPr>
          <w:rFonts w:ascii="Gentium Plus" w:hAnsi="Gentium Plus"/>
          <w:sz w:val="24"/>
        </w:rPr>
        <w:t>ἐπὶ δὲ τῶν θηλειῶν τὰ μὲν πρῶτα ταὐτὰ μέχρι τοῦ παιδάριον —καὶ γὰρ τοῦτο κοινὸν ἀμφοῖν, θηλειῶν τε καὶ ἀρρένων—τὰ δ’ ἐφεξῆς παιδίσκη, κόριον παρὰ Εὐπόλιδι ἐν Αἰξίν (I frg 422 Ko),</w:t>
      </w:r>
    </w:p>
    <w:p>
      <w:r>
        <w:rPr>
          <w:rFonts w:ascii="Courier New" w:hAnsi="Courier New"/>
          <w:color w:val="555555"/>
          <w:sz w:val="20"/>
        </w:rPr>
        <w:t>[5]</w:t>
      </w:r>
    </w:p>
    <w:p>
      <w:r>
        <w:rPr>
          <w:rFonts w:ascii="Gentium Plus" w:hAnsi="Gentium Plus"/>
          <w:sz w:val="24"/>
        </w:rPr>
        <w:t>εὐτελές, ὥσπερ καὶ τὸ κορίδιον. καὶ πρᾶγμα δὲ κορικὸν τὸ παρθενι‐ κόν· ἀλλ’ οὐδὲ τοῦτο προσίεμαι. καὶ Φρύνιχος (I frg 67 Ko) μὲν ὁ κωμικὸς τὰς νέας ἀφήλικας λέγει, ἦσαν δὲ καὶ γυναῖκες ‖ ἀφήλικες· Φερεκράτης (I frg 206 Ko) δὲ τὴν γεραιτέραν ὡς ἀφηλικεστέραν,</w:t>
      </w:r>
    </w:p>
    <w:p>
      <w:r>
        <w:rPr>
          <w:rFonts w:ascii="Courier New" w:hAnsi="Courier New"/>
          <w:color w:val="555555"/>
          <w:sz w:val="20"/>
        </w:rPr>
        <w:t>[10]</w:t>
      </w:r>
    </w:p>
    <w:p>
      <w:r>
        <w:rPr>
          <w:rFonts w:ascii="Gentium Plus" w:hAnsi="Gentium Plus"/>
          <w:sz w:val="24"/>
        </w:rPr>
        <w:t>ὡς καὶ Κρατῖνος (I frg 369 Ko) ἀφήλικα γέροντα. ἐρεῖς δὲ</w:t>
      </w:r>
    </w:p>
    <w:p>
      <w:r>
        <w:rPr>
          <w:rFonts w:ascii="Courier New" w:hAnsi="Courier New"/>
          <w:color w:val="555555"/>
          <w:sz w:val="20"/>
        </w:rPr>
        <w:t>[2 . 18]</w:t>
      </w:r>
    </w:p>
    <w:p>
      <w:r>
        <w:rPr>
          <w:rFonts w:ascii="Gentium Plus" w:hAnsi="Gentium Plus"/>
          <w:sz w:val="24"/>
        </w:rPr>
        <w:t>παρθένος ὡραία γάμου. Ἀριστοφάνης (I frg 582 Ko) δὲ καὶ κυαμί‐ ζειν ἔφη τὰς ἀκμαζούσας· ἄλλαι δὲ κυαμίζουσιν αὐτῶν, εἰσὶ δέ ἤδη πρὸς ἄνδρας ἐκπετήσιμοι σχεδόν.</w:t>
      </w:r>
    </w:p>
    <w:p>
      <w:r>
        <w:rPr>
          <w:rFonts w:ascii="Courier New" w:hAnsi="Courier New"/>
          <w:color w:val="555555"/>
          <w:sz w:val="20"/>
        </w:rPr>
        <w:t>[5]</w:t>
      </w:r>
    </w:p>
    <w:p>
      <w:r>
        <w:rPr>
          <w:rFonts w:ascii="Gentium Plus" w:hAnsi="Gentium Plus"/>
          <w:sz w:val="24"/>
        </w:rPr>
        <w:t>μεῖραξ, μειρακίσκη, ἄγαμος, ἐπίγαμος, νεόγαμος, γυνή, ἠνδρωμένη, ἀνδρὶ μεμιγμένη, νέα, ἀκμάζουσα, νεᾶνις, ἀφηβηκυῖα, παρηβηκυῖα, πρὸς γῆρας ῥέπουσα, γραῦς, καὶ ὡς Ἰσαῖος (frg 151 Tur) γε‐ ραιτέρα, γραῖα, καὶ ὡς Θεόπομπος ὁ κωμικὸς (I frg 78 Ko) ‘πρεσβῦτισ‘ φίλοινος, μεθύση, οἰνοκάχλη, κοχώνη. καὶ τὰ λοιπὰ τὰ</w:t>
      </w:r>
    </w:p>
    <w:p>
      <w:r>
        <w:rPr>
          <w:rFonts w:ascii="Courier New" w:hAnsi="Courier New"/>
          <w:color w:val="555555"/>
          <w:sz w:val="20"/>
        </w:rPr>
        <w:t>[10]</w:t>
      </w:r>
    </w:p>
    <w:p>
      <w:r>
        <w:rPr>
          <w:rFonts w:ascii="Gentium Plus" w:hAnsi="Gentium Plus"/>
          <w:sz w:val="24"/>
        </w:rPr>
        <w:t>αὐτὰ τοῖς ἄρρεσιν, οἷον ἐσχατογήρως, βαθυγήρως καὶ τὰ τοιαῦτα.</w:t>
      </w:r>
    </w:p>
    <w:p>
      <w:r>
        <w:rPr>
          <w:rFonts w:ascii="Courier New" w:hAnsi="Courier New"/>
          <w:color w:val="555555"/>
          <w:sz w:val="20"/>
        </w:rPr>
        <w:t>[2 . 19]</w:t>
      </w:r>
    </w:p>
    <w:p>
      <w:r>
        <w:rPr>
          <w:rFonts w:ascii="Gentium Plus" w:hAnsi="Gentium Plus"/>
          <w:sz w:val="24"/>
        </w:rPr>
        <w:t>ῥήματα δὲ τῶν προειρημένων κύειν, κυΐσκεσθαι—ἐπὶ τῶν κυουσῶν γὰρ καὶ τοῦτο Πλάτων ἔταξεν, εἰπὼν ἐν Θεαιτήτῳ (119 B) κυϊσκομένη καὶ τίκτουσα—, κυεῖσθαι, γεννᾶσθαι, τίκτεσθαι. εἰς ἐφήβους τελεῖν. παιδεύεσθαι, τάχα δὲ καὶ τὸ παίζειν καὶ</w:t>
      </w:r>
    </w:p>
    <w:p>
      <w:r>
        <w:rPr>
          <w:rFonts w:ascii="Courier New" w:hAnsi="Courier New"/>
          <w:color w:val="555555"/>
          <w:sz w:val="20"/>
        </w:rPr>
        <w:t>[2 . 20]</w:t>
      </w:r>
    </w:p>
    <w:p>
      <w:r>
        <w:rPr>
          <w:rFonts w:ascii="Gentium Plus" w:hAnsi="Gentium Plus"/>
          <w:sz w:val="24"/>
        </w:rPr>
        <w:t>ἡ παιδεία καὶ τὸ παίδειον μάθημα παρὰ Πλάτωνι (Leg V 747 B et VII 810 A) καὶ ὁ παιδαριώδης παρὰ Νικοχάρει (I frg 21 Ko), καὶ</w:t>
      </w:r>
    </w:p>
    <w:p>
      <w:r>
        <w:rPr>
          <w:rFonts w:ascii="Courier New" w:hAnsi="Courier New"/>
          <w:color w:val="555555"/>
          <w:sz w:val="20"/>
        </w:rPr>
        <w:t>[5]</w:t>
      </w:r>
    </w:p>
    <w:p>
      <w:r>
        <w:rPr>
          <w:rFonts w:ascii="Gentium Plus" w:hAnsi="Gentium Plus"/>
          <w:sz w:val="24"/>
        </w:rPr>
        <w:t>ἡβᾶν, ἡβάσκειν, εἰς μειρακίων ἡλικίαν ἐξαλλάττειν, ἀκμάζειν, σφρι‐ γᾶν, νεάζειν, νεανιεύεσθαι· Ξενοφῶν (Cyrop I 2. 15) δὲ καὶ νεανι‐ σκεύεσθαι ἔφη. τὸ δὲ τολμᾶν νεανιεύεσθαι Ἀριστοφάνης (I frg 827 Ko) ἔφη, ἀφ’ οὗ Λυσίας (frg 324 Tur) τὸ νεανιευόμενοι, καὶ νεανίαι. ἀνδρίζεσθαι δὲ Ἀριστοφάνης (I frg 827 Ko) ἔφη, ἀνδροῦσθαι,</w:t>
      </w:r>
    </w:p>
    <w:p>
      <w:r>
        <w:rPr>
          <w:rFonts w:ascii="Courier New" w:hAnsi="Courier New"/>
          <w:color w:val="555555"/>
          <w:sz w:val="20"/>
        </w:rPr>
        <w:t>[10]</w:t>
      </w:r>
    </w:p>
    <w:p>
      <w:r>
        <w:rPr>
          <w:rFonts w:ascii="Gentium Plus" w:hAnsi="Gentium Plus"/>
          <w:sz w:val="24"/>
        </w:rPr>
        <w:t>καὶ ἀνδριζόμενοι Ὑπερείδης (frg 228 Bl). ὅθεν ἀνδρείως, καὶ ἀνδρικῶς, ὡς Πλάτων (Theaet 204 E saep), καὶ ὡς Ἰσαῖος (frg 146 Tur) ἀνδρικῷ χορῷ, καὶ ὡς Ἰσοκράτης (XII 31) ἀνδρωδῶς. ἐπα‐</w:t>
      </w:r>
    </w:p>
    <w:p>
      <w:r>
        <w:rPr>
          <w:rFonts w:ascii="Courier New" w:hAnsi="Courier New"/>
          <w:color w:val="555555"/>
          <w:sz w:val="20"/>
        </w:rPr>
        <w:t>[2 . 21]</w:t>
      </w:r>
    </w:p>
    <w:p>
      <w:r>
        <w:rPr>
          <w:rFonts w:ascii="Gentium Plus" w:hAnsi="Gentium Plus"/>
          <w:sz w:val="24"/>
        </w:rPr>
        <w:t>ριθμεῖσθαι τῷ καταλόγῳ. εἶτα παρηβᾶν, ἀπανθεῖν, εἰς γῆρας προχωρεῖν, λευκαίνεσθαι τὴν τρίχα, πολιοῦσθαι, γηρᾶν, γηρά‐ σκειν, καταγηράσκειν, ἀσθενεῖν, ὑπονοστεῖν, παρολισθάνειν, ὑπο‐ τρέμειν, ἀκρατῶς ἔχειν αὑτοῦ, παρῃωρῆσθαι τὰ μέλη, λελύσθαι τὰ</w:t>
      </w:r>
    </w:p>
    <w:p>
      <w:r>
        <w:rPr>
          <w:rFonts w:ascii="Courier New" w:hAnsi="Courier New"/>
          <w:color w:val="555555"/>
          <w:sz w:val="20"/>
        </w:rPr>
        <w:t>[5]</w:t>
      </w:r>
    </w:p>
    <w:p>
      <w:r>
        <w:rPr>
          <w:rFonts w:ascii="Gentium Plus" w:hAnsi="Gentium Plus"/>
          <w:sz w:val="24"/>
        </w:rPr>
        <w:t>ἄρθρα, παραγηρᾶν, παρανοεῖν, ἀλλοφρονεῖν, παραλλάττειν, ἐξεστη‐ κέναι, μαίνεσθαι, παραφρονεῖν.</w:t>
      </w:r>
    </w:p>
    <w:p>
      <w:r>
        <w:rPr>
          <w:rFonts w:ascii="Courier New" w:hAnsi="Courier New"/>
          <w:color w:val="555555"/>
          <w:sz w:val="20"/>
        </w:rPr>
        <w:t>[2 . 22]</w:t>
      </w:r>
    </w:p>
    <w:p>
      <w:r>
        <w:rPr>
          <w:rFonts w:ascii="Gentium Plus" w:hAnsi="Gentium Plus"/>
          <w:sz w:val="24"/>
        </w:rPr>
        <w:t>Τὰ δὲ τῶν μερῶν ὀνόματα τρίχες, τρίχωσις, τρίχωμα, κόμη, χαίτη, λάχνη· χρηστέον γάρ ἐσθ’ ὅτε τῷ ὀνόματι, κἂν ᾖ ποιη‐ τικόν (Hom λ 319)· αἱ γὰρ φόβαι καὶ ἔθειραι καὶ σμήριγγες καὶ ἕλικες τοῖς μέτροις δεδόσθωσαν. γίνεται δ’ ἀπ’ αὐτῶν ὀνόματα</w:t>
      </w:r>
    </w:p>
    <w:p>
      <w:r>
        <w:rPr>
          <w:rFonts w:ascii="Courier New" w:hAnsi="Courier New"/>
          <w:color w:val="555555"/>
          <w:sz w:val="20"/>
        </w:rPr>
        <w:t>[5]</w:t>
      </w:r>
    </w:p>
    <w:p>
      <w:r>
        <w:rPr>
          <w:rFonts w:ascii="Gentium Plus" w:hAnsi="Gentium Plus"/>
          <w:sz w:val="24"/>
        </w:rPr>
        <w:t>εὔθριξ, εὔτριχος, καλλίτριχος, εὐθύθριξ, καὶ ἀπότριχες οἱ ἄνηβοι.</w:t>
      </w:r>
    </w:p>
    <w:p>
      <w:r>
        <w:rPr>
          <w:rFonts w:ascii="Courier New" w:hAnsi="Courier New"/>
          <w:color w:val="555555"/>
          <w:sz w:val="20"/>
        </w:rPr>
        <w:t>[2 . 23]</w:t>
      </w:r>
    </w:p>
    <w:p>
      <w:r>
        <w:rPr>
          <w:rFonts w:ascii="Gentium Plus" w:hAnsi="Gentium Plus"/>
          <w:sz w:val="24"/>
        </w:rPr>
        <w:t>τετανόθριξ, οὐλοκάρηνος, καὶ οὐλότριχες παρ’ Ἡροδότῳ (II 104). Ἀρχίλοχος (frg 196 B) δὲ ἀναστρέψας τρίχουλον εἴρηκεν. ἐν γὰρ τοῖς Ἀττικοῖς λόγοις οὐχ εὗρον ὄνομα δηλοῦν τὸ πᾶν χωρὶς εἰ μή τις λύσας εἴποι οὔλας τὰς τρίχας· οὐλόκομος μέντοι εἴρηται</w:t>
      </w:r>
    </w:p>
    <w:p>
      <w:r>
        <w:rPr>
          <w:rFonts w:ascii="Courier New" w:hAnsi="Courier New"/>
          <w:color w:val="555555"/>
          <w:sz w:val="20"/>
        </w:rPr>
        <w:t>[5]</w:t>
      </w:r>
    </w:p>
    <w:p>
      <w:r>
        <w:rPr>
          <w:rFonts w:ascii="Gentium Plus" w:hAnsi="Gentium Plus"/>
          <w:sz w:val="24"/>
        </w:rPr>
        <w:t>παρ’ Ἀλέξιδι (II frg 324 Ko), καὶ παρὰ Φερεκράτει (I frg 223 Ko) οὐλοκέφαλος. οὐλοκίκιννε δὲ Τελέσιλλα (frg 8 B) εἴρηκεν. τὸν δὲ τοιοῦτον στραβολοκόμαν Σοφοκλῆς (frg 994 N) ὠνόμασεν. μοχθηρὰ δὲ ἄμφω τὰ ὀνόματα.</w:t>
      </w:r>
    </w:p>
    <w:p>
      <w:r>
        <w:rPr>
          <w:rFonts w:ascii="Courier New" w:hAnsi="Courier New"/>
          <w:color w:val="555555"/>
          <w:sz w:val="20"/>
        </w:rPr>
        <w:t>[2 . 24]</w:t>
      </w:r>
    </w:p>
    <w:p>
      <w:r>
        <w:rPr>
          <w:rFonts w:ascii="Gentium Plus" w:hAnsi="Gentium Plus"/>
          <w:sz w:val="24"/>
        </w:rPr>
        <w:t>ἀπὸ μέντοι τριχῶν τριχίαι ἰχθύες καὶ τριχίδες, καὶ ὑστριχὶς ἡ μάστιξ, καὶ τριχοβρῶτες θηρίδιά τινα σινόμενα τὰς τρίχας, καὶ τρί‐ χαπτον δὲ πλέγμα τι ἐκ τριχῶν. Φιλωνίδης (I frg 10 Ko) δὲ καὶ ‘ὢ πολυτρίχου πώγωνοσ‘ εἴρηκεν. φαίη δ’ ἄν τις εὔκομος, εὐκόμης,</w:t>
      </w:r>
    </w:p>
    <w:p>
      <w:r>
        <w:rPr>
          <w:rFonts w:ascii="Courier New" w:hAnsi="Courier New"/>
          <w:color w:val="555555"/>
          <w:sz w:val="20"/>
        </w:rPr>
        <w:t>[2 . 25]</w:t>
      </w:r>
    </w:p>
    <w:p>
      <w:r>
        <w:rPr>
          <w:rFonts w:ascii="Gentium Plus" w:hAnsi="Gentium Plus"/>
          <w:sz w:val="24"/>
        </w:rPr>
        <w:t>βαθυκόμης, ξανθοκόμης, μελαγκόμης, κομήτης, κομᾶν, ἐπικομᾶν, εὐχαίτης, βαθυχαίτης, ἀπὸ δὲ χαίτης καὶ τὸ ἀναχαιτίζειν. ἀνασεσυρ‐ μένην ἔχων τὴν κόμην, ἀναφρίττουσαν ὑπὲρ τὸ μέτωπον, τῷ με‐ ταφρένῳ περιρρέουσαν, περικεχυμένην τῷ τένοντι, οὐκ ἐσφηκω‐</w:t>
      </w:r>
    </w:p>
    <w:p>
      <w:r>
        <w:rPr>
          <w:rFonts w:ascii="Courier New" w:hAnsi="Courier New"/>
          <w:color w:val="555555"/>
          <w:sz w:val="20"/>
        </w:rPr>
        <w:t>[5]</w:t>
      </w:r>
    </w:p>
    <w:p>
      <w:r>
        <w:rPr>
          <w:rFonts w:ascii="Gentium Plus" w:hAnsi="Gentium Plus"/>
          <w:sz w:val="24"/>
        </w:rPr>
        <w:t>μένην, οὐκ ἔνδετον, περισχιζομένην τῷ μετώπῳ ἢ τῷ μεταφρένῳ, τοῖς ὤμοις προσπαίζουσαν, ἐξηνεμωμένην κατὰ τῶν νώτων ἢ ἐπὶ τῶν νώτων.</w:t>
      </w:r>
    </w:p>
    <w:p>
      <w:r>
        <w:rPr>
          <w:rFonts w:ascii="Courier New" w:hAnsi="Courier New"/>
          <w:color w:val="555555"/>
          <w:sz w:val="20"/>
        </w:rPr>
        <w:t>[2 . 26]</w:t>
      </w:r>
    </w:p>
    <w:p>
      <w:r>
        <w:rPr>
          <w:rFonts w:ascii="Gentium Plus" w:hAnsi="Gentium Plus"/>
          <w:sz w:val="24"/>
        </w:rPr>
        <w:t>ψιλὸς τὴν κεφαλήν, ἀπεψιλωμένος τὰς τρίχας, ἀποσεσυλη‐ μένος τὴν χαίτην, ἄθριξ, ἄκομος τὴν κεφαλήν, ἀπερικάλυπτος, τὴν ἐκ φύσεως σκέπην τῆς κορυφῆς ἀποβαλλόμενος, τὸ ἐπὶ κεφαλῆς χρήσιμον περίττωμα ζημιωθείς, λειοκάρηνος, ἀπεξυρημένος,</w:t>
      </w:r>
    </w:p>
    <w:p>
      <w:r>
        <w:rPr>
          <w:rFonts w:ascii="Courier New" w:hAnsi="Courier New"/>
          <w:color w:val="555555"/>
          <w:sz w:val="20"/>
        </w:rPr>
        <w:t>[5]</w:t>
      </w:r>
    </w:p>
    <w:p>
      <w:r>
        <w:rPr>
          <w:rFonts w:ascii="Gentium Plus" w:hAnsi="Gentium Plus"/>
          <w:sz w:val="24"/>
        </w:rPr>
        <w:t>οἷον ἐν χρῷ κουρίας, κατὰ τὰ φυλλορροοῦντα τῶν δένδρων ἀπανθήσας ἢ τριχορρυήσας, φαλαντίας, ἀναφαλαντίας, φαλακρός,</w:t>
      </w:r>
    </w:p>
    <w:p>
      <w:r>
        <w:rPr>
          <w:rFonts w:ascii="Courier New" w:hAnsi="Courier New"/>
          <w:color w:val="555555"/>
          <w:sz w:val="20"/>
        </w:rPr>
        <w:t>[2 . 27]</w:t>
      </w:r>
    </w:p>
    <w:p>
      <w:r>
        <w:rPr>
          <w:rFonts w:ascii="Gentium Plus" w:hAnsi="Gentium Plus"/>
          <w:sz w:val="24"/>
        </w:rPr>
        <w:t>μέρη δὲ τῶν τριχῶν πλόκαμος, πλοκαμίς, ἀφ’ ὧν καὶ πλό‐ καμοι παρὰ τοῖς ποιηταῖς αἱ τοῦ καπνοῦ περιστροφαί. βόστρυχος, ἀφ’ οὗ καὶ τὸ διαβεβοστρυχωμένον παρ’ Ἀρχιλόχῳ (162 B), καὶ παρὰ Ἀναξίλᾳ (II frg 42 Ko) ἐβοστρύχιζον. καὶ εὐπλόκαμος</w:t>
      </w:r>
    </w:p>
    <w:p>
      <w:r>
        <w:rPr>
          <w:rFonts w:ascii="Courier New" w:hAnsi="Courier New"/>
          <w:color w:val="555555"/>
          <w:sz w:val="20"/>
        </w:rPr>
        <w:t>[5]</w:t>
      </w:r>
    </w:p>
    <w:p>
      <w:r>
        <w:rPr>
          <w:rFonts w:ascii="Gentium Plus" w:hAnsi="Gentium Plus"/>
          <w:sz w:val="24"/>
        </w:rPr>
        <w:t>καὶ εὐβόστρυχος ἀνὴρ ἅμα καὶ γυνή. Φερεκράτης (I frg 189 Ko) δὲ ὦ ξανθοτάτοις βοτρύχοισι κομῶν</w:t>
      </w:r>
    </w:p>
    <w:p>
      <w:r>
        <w:rPr>
          <w:rFonts w:ascii="Courier New" w:hAnsi="Courier New"/>
          <w:color w:val="555555"/>
          <w:sz w:val="20"/>
        </w:rPr>
        <w:t>[2 . 28]</w:t>
      </w:r>
    </w:p>
    <w:p>
      <w:r>
        <w:rPr>
          <w:rFonts w:ascii="Gentium Plus" w:hAnsi="Gentium Plus"/>
          <w:sz w:val="24"/>
        </w:rPr>
        <w:t>ἔφη. κικίννους δὲ Ἀριστοφάνης (Vesp 1064) τε εἴρηκε καὶ Εὔπολις (I frg 419 Ko)· τούτους δὲ καὶ παρωτίδας ὠνόμαζον. Κρατῖνος (I frg 353 Ko) δὲ στημονίας κικίννους εἶπε τοὺς στήμονι ὁμοίους ὑπ’ ἰσχνότητος. Φερεκράτης (I frg 225 Ko) δὲ τοὺς γυναικείους πλο‐</w:t>
      </w:r>
    </w:p>
    <w:p>
      <w:r>
        <w:rPr>
          <w:rFonts w:ascii="Courier New" w:hAnsi="Courier New"/>
          <w:color w:val="555555"/>
          <w:sz w:val="20"/>
        </w:rPr>
        <w:t>[5]</w:t>
      </w:r>
    </w:p>
    <w:p>
      <w:r>
        <w:rPr>
          <w:rFonts w:ascii="Gentium Plus" w:hAnsi="Gentium Plus"/>
          <w:sz w:val="24"/>
        </w:rPr>
        <w:t>κάμους πλοκάδας καλεῖ. τὰς μέντοι συνεστραμμένας μετὰ ῥύπου τρίχας ἡ κωμῳδία (III 597 frg 1152 Ko) στόρθυγγας καλεῖ. καὶ μὴν ὀπισθοκόμαι μὲν Εὐβοεῖς, ἀκροκόμαι δὲ Θρᾷκες λέγονται.</w:t>
      </w:r>
    </w:p>
    <w:p>
      <w:r>
        <w:rPr>
          <w:rFonts w:ascii="Courier New" w:hAnsi="Courier New"/>
          <w:color w:val="555555"/>
          <w:sz w:val="20"/>
        </w:rPr>
        <w:t>[2 . 29]</w:t>
      </w:r>
    </w:p>
    <w:p>
      <w:r>
        <w:rPr>
          <w:rFonts w:ascii="Gentium Plus" w:hAnsi="Gentium Plus"/>
          <w:sz w:val="24"/>
        </w:rPr>
        <w:t>κουρᾶς δὲ εἴδη κῆπος τε καὶ σκάφιον, καὶ πρόκοττα, καὶ περιτρόχαλα. τὴν δὲ πρόκοττάν φασιν εἶναι, ὅταν τις τὰ ἔμπροσθεν κομᾷ, τὰ πρὸ τῆς κοττίδος· οὕτω γὰρ οἱ Δωριεῖς καλοῦσι τὴν κε‐ φαλήν. οἱ δὲ οὐδὲ κουρὰν οἴονται εἶναι τὴν πρόκοτταν, ἀλλ’ αὐτὰς</w:t>
      </w:r>
    </w:p>
    <w:p>
      <w:r>
        <w:rPr>
          <w:rFonts w:ascii="Courier New" w:hAnsi="Courier New"/>
          <w:color w:val="555555"/>
          <w:sz w:val="20"/>
        </w:rPr>
        <w:t>[5]</w:t>
      </w:r>
    </w:p>
    <w:p>
      <w:r>
        <w:rPr>
          <w:rFonts w:ascii="Gentium Plus" w:hAnsi="Gentium Plus"/>
          <w:sz w:val="24"/>
        </w:rPr>
        <w:t>τὰς ὑπὲρ τὸ μέτωπον τρίχας. ἔλεγον δὲ καὶ πρὸς φθεῖρα κείρεσθαι</w:t>
      </w:r>
    </w:p>
    <w:p>
      <w:r>
        <w:rPr>
          <w:rFonts w:ascii="Courier New" w:hAnsi="Courier New"/>
          <w:color w:val="555555"/>
          <w:sz w:val="20"/>
        </w:rPr>
        <w:t>[2 . 30]</w:t>
      </w:r>
    </w:p>
    <w:p>
      <w:r>
        <w:rPr>
          <w:rFonts w:ascii="Gentium Plus" w:hAnsi="Gentium Plus"/>
          <w:sz w:val="24"/>
        </w:rPr>
        <w:t>Τίμαιος (FHGI 157) δὲ τὴν κουρὰν ταύτην προσεστάλθαι μὲν δεῖν περὶ τὸ μέτωπον λέγει, τῷ δὲ τραχήλῳ περικεχύσθαι. ἔτρε‐ φον δέ τινες ἐκ πλαγίου κόμην ἢ κατόπιν ἢ ὑπὲρ τὸ μέτωπον πο‐ ταμοῖς ἢ θεοῖς, καὶ ὠνομάζετο πλοχμὸς ἢ σκόλλυς ἢ σειρὰ τριχῶν·</w:t>
      </w:r>
    </w:p>
    <w:p>
      <w:r>
        <w:rPr>
          <w:rFonts w:ascii="Courier New" w:hAnsi="Courier New"/>
          <w:color w:val="555555"/>
          <w:sz w:val="20"/>
        </w:rPr>
        <w:t>[5]</w:t>
      </w:r>
    </w:p>
    <w:p>
      <w:r>
        <w:rPr>
          <w:rFonts w:ascii="Gentium Plus" w:hAnsi="Gentium Plus"/>
          <w:sz w:val="24"/>
        </w:rPr>
        <w:t>τὴν γὰρ κοσύμβην οὐκ ἂν προσοίμην, ἀλλὰ τὸν Ἀττικὸν κρωβύλον. ἐκαλεῖτο δέ τι καὶ πηνήκη, καὶ προκόμιον προσθετόν, οὐ γυναιξὶ μόνον ἀλλὰ καὶ ἀνδρῶν τοῖς ἐνδεῶς εἰς κόμης λόγον πράττουσιν.</w:t>
      </w:r>
    </w:p>
    <w:p>
      <w:r>
        <w:rPr>
          <w:rFonts w:ascii="Courier New" w:hAnsi="Courier New"/>
          <w:color w:val="555555"/>
          <w:sz w:val="20"/>
        </w:rPr>
        <w:t>[2 . 31]</w:t>
      </w:r>
    </w:p>
    <w:p>
      <w:r>
        <w:rPr>
          <w:rFonts w:ascii="Gentium Plus" w:hAnsi="Gentium Plus"/>
          <w:sz w:val="24"/>
        </w:rPr>
        <w:t>τὸ δ’ αὐτὸ καὶ ἔντριχον ὠνόμαζον. οἱ δὲ περὶ τὴν κόμην χειρο‐ τέχναι κομμωταί, καὶ κομμώτριαι αἱ γυναῖκες. οἱ δὲ καὶ κεροπλάστας αὐτοὺς ἐκάλεσαν, εἰ κέρας ἡ κόμη· ὃ καὶ Ὅμηρον (Λ 385) δη‐ λοῦν τινὲς ἔφασαν, εἰπόντα τὸν Πάριν ‘κέραι ἀγλαόν‘—ὅθεν καὶ</w:t>
      </w:r>
    </w:p>
    <w:p>
      <w:r>
        <w:rPr>
          <w:rFonts w:ascii="Courier New" w:hAnsi="Courier New"/>
          <w:color w:val="555555"/>
          <w:sz w:val="20"/>
        </w:rPr>
        <w:t>[5]</w:t>
      </w:r>
    </w:p>
    <w:p>
      <w:r>
        <w:rPr>
          <w:rFonts w:ascii="Gentium Plus" w:hAnsi="Gentium Plus"/>
          <w:sz w:val="24"/>
        </w:rPr>
        <w:t>παρὰ Σοφοκλεῖ (frg 791 N) ὀρθόκερως φρίκη, οἷον ὀρθόθριξ— καὶ κέρας βοὸς τὴν τρίχα. εὐθετῆσαι δὲ ἔλεγον τὰς τρίχας, καὶ ὑπόσπειραν εἶδος τριχῶν πλέγματος, ὥσπερ καὶ σπεῖραν. οὐ μὴν</w:t>
      </w:r>
    </w:p>
    <w:p>
      <w:r>
        <w:rPr>
          <w:rFonts w:ascii="Courier New" w:hAnsi="Courier New"/>
          <w:color w:val="555555"/>
          <w:sz w:val="20"/>
        </w:rPr>
        <w:t>[2 . 32]</w:t>
      </w:r>
    </w:p>
    <w:p>
      <w:r>
        <w:rPr>
          <w:rFonts w:ascii="Gentium Plus" w:hAnsi="Gentium Plus"/>
          <w:sz w:val="24"/>
        </w:rPr>
        <w:t>οὐδὲ ἡ τῶν κουρέων χειροτεχνία ἔξω τῆς κεφαλῆς. τούτους δὲ</w:t>
      </w:r>
    </w:p>
    <w:p>
      <w:r>
        <w:rPr>
          <w:rFonts w:ascii="Courier New" w:hAnsi="Courier New"/>
          <w:color w:val="555555"/>
          <w:sz w:val="20"/>
        </w:rPr>
        <w:t>[5]</w:t>
      </w:r>
    </w:p>
    <w:p>
      <w:r>
        <w:rPr>
          <w:rFonts w:ascii="Gentium Plus" w:hAnsi="Gentium Plus"/>
          <w:sz w:val="24"/>
        </w:rPr>
        <w:t>(Aeschyl Choeph 282) ἐκάλεσαν τὰς τρίχας, διὰ τὸ κείρεσθαι. ἔλεγον δέ τι οἱ κωμῳδοὶ (Aristoph Ach 849) καὶ κείρεσθαι μιᾷ μαχαίρᾳ, ἐπὶ τῶν καλλωπιζομένων· τὴν δὲ μάχαιραν ταύτην καὶ ψαλίδα κεκλήκασιν.</w:t>
      </w:r>
    </w:p>
    <w:p>
      <w:r>
        <w:rPr>
          <w:rFonts w:ascii="Courier New" w:hAnsi="Courier New"/>
          <w:color w:val="555555"/>
          <w:sz w:val="20"/>
        </w:rPr>
        <w:t>[2 . 33]</w:t>
      </w:r>
    </w:p>
    <w:p>
      <w:r>
        <w:rPr>
          <w:rFonts w:ascii="Gentium Plus" w:hAnsi="Gentium Plus"/>
          <w:sz w:val="24"/>
        </w:rPr>
        <w:t>ἀκαρὲς μέντοι τὸ σμικρὸν λέγεται, ὃ διὰ τὴν σμικρότητα οὐκ ἔστι κεῖραι· καὶ ἀκαρὴς καιρός, καὶ ‘πλοῦς ἀκαριαῖοσ‘ ὁ βραχὺς παρὰ Δημοσθένει (LVI 30). κείρειν, κείρεσθαι, κουρά. καὶ ἀποκε‐ καρμένος, ὡς Ὑπερείδης (frg 230 Bl), καὶ ἀποκαρτέον, ὡς Εὔπολις</w:t>
      </w:r>
    </w:p>
    <w:p>
      <w:r>
        <w:rPr>
          <w:rFonts w:ascii="Courier New" w:hAnsi="Courier New"/>
          <w:color w:val="555555"/>
          <w:sz w:val="20"/>
        </w:rPr>
        <w:t>[5]</w:t>
      </w:r>
    </w:p>
    <w:p>
      <w:r>
        <w:rPr>
          <w:rFonts w:ascii="Gentium Plus" w:hAnsi="Gentium Plus"/>
          <w:sz w:val="24"/>
        </w:rPr>
        <w:t>(I frg 400 Ko). καὶ κουριᾶν τὸ κομᾶν, ἀπὸ τοῦ δεῖσθαι κουρᾶς, ὥσπερ καὶ κουριῶν ὁ αὐχμῶν καὶ κομῶν. καὶ ἐν χρῷ κουρίαι οἱ ἐν χρωτὶ κεκαρμένοι. παρακόμους δὲ τοὺς κομῶντας Ἄμφις (II frg 50 Ko) εἴρηκεν ὁ κωμικός, Φερεκράτης (I frg 30 Ko) δὲ ἐν χρῷ κουριῶντας, ἢ ὅστις τοὺς Αὐτομόλους αὐτοῦ διεσκεύασεν. καὶ</w:t>
      </w:r>
    </w:p>
    <w:p>
      <w:r>
        <w:rPr>
          <w:rFonts w:ascii="Courier New" w:hAnsi="Courier New"/>
          <w:color w:val="555555"/>
          <w:sz w:val="20"/>
        </w:rPr>
        <w:t>[10]</w:t>
      </w:r>
    </w:p>
    <w:p>
      <w:r>
        <w:rPr>
          <w:rFonts w:ascii="Gentium Plus" w:hAnsi="Gentium Plus"/>
          <w:sz w:val="24"/>
        </w:rPr>
        <w:t>αὐχμεῖν δὲ τὴν κόμην ἔλεγον, ὡς Ὅμηρος (ω 248) αὐχμεῖς δὲ κακῶς καὶ ἀεικέα ἕσσαι·</w:t>
      </w:r>
    </w:p>
    <w:p>
      <w:r>
        <w:rPr>
          <w:rFonts w:ascii="Courier New" w:hAnsi="Courier New"/>
          <w:color w:val="555555"/>
          <w:sz w:val="20"/>
        </w:rPr>
        <w:t>[2 . 34]</w:t>
      </w:r>
    </w:p>
    <w:p>
      <w:r>
        <w:rPr>
          <w:rFonts w:ascii="Gentium Plus" w:hAnsi="Gentium Plus"/>
          <w:sz w:val="24"/>
        </w:rPr>
        <w:t>Φρύνιχος (I frg 76 Ko) δὲ ὁ κωμικὸς αὐχμᾷς ἔφη. τὸν δὲ τοιοῦ‐ τον αὐχμηρὸν Ξενοφῶν (Memorab II 1. 31) κέκληκεν, ὡς Πλά‐ των (Leg 761 B) αὐχμηρότατον. ἐπὶ δὲ τοῦ ἐναντίου Ὅμηρος (o 331)</w:t>
      </w:r>
    </w:p>
    <w:p>
      <w:r>
        <w:rPr>
          <w:rFonts w:ascii="Courier New" w:hAnsi="Courier New"/>
          <w:color w:val="555555"/>
          <w:sz w:val="20"/>
        </w:rPr>
        <w:t>[5]</w:t>
      </w:r>
    </w:p>
    <w:p>
      <w:r>
        <w:rPr>
          <w:rFonts w:ascii="Gentium Plus" w:hAnsi="Gentium Plus"/>
          <w:sz w:val="24"/>
        </w:rPr>
        <w:t>αἰεὶ δὲ λιπαροὶ κεφαλὰς καὶ καλὰ πρόσωπα. ἐκτενισμένοι μὲν εἴρηκεν Ἀρχίλοχος (165 B), καὶ Ἀναξίλας (II frg 39 Ko) ἡμεῖς δέ γ’ ἐκτενίζομεν Τελέσιππον οἱ οἰκόσιτοι, Ἀριστοφάνης (I frg 603 Ko) δὲ</w:t>
      </w:r>
    </w:p>
    <w:p>
      <w:r>
        <w:rPr>
          <w:rFonts w:ascii="Courier New" w:hAnsi="Courier New"/>
          <w:color w:val="555555"/>
          <w:sz w:val="20"/>
        </w:rPr>
        <w:t>[10]</w:t>
      </w:r>
    </w:p>
    <w:p>
      <w:r>
        <w:rPr>
          <w:rFonts w:ascii="Gentium Plus" w:hAnsi="Gentium Plus"/>
          <w:sz w:val="24"/>
        </w:rPr>
        <w:t>λούσησθε καὶ κτενίσησθε πρὸς τὸν ἥλιον,</w:t>
      </w:r>
    </w:p>
    <w:p>
      <w:r>
        <w:rPr>
          <w:rFonts w:ascii="Courier New" w:hAnsi="Courier New"/>
          <w:color w:val="555555"/>
          <w:sz w:val="20"/>
        </w:rPr>
        <w:t>[2 . 35]</w:t>
      </w:r>
    </w:p>
    <w:p>
      <w:r>
        <w:rPr>
          <w:rFonts w:ascii="Gentium Plus" w:hAnsi="Gentium Plus"/>
          <w:sz w:val="24"/>
        </w:rPr>
        <w:t>Σοφοκλῆς (O C 1261) δὲ ἀκτένιστος. ἔλεγον δὲ καὶ κεφαλὴν περί‐ θετον, ὡς Ἀριστοφάνης (Thesm 258), καὶ ὡς ἂν εἴποιεν οἱ νῦν περιθέτην, καὶ πάλιν τὴν περίθετον κόμην. καὶ διεκτενίσθαι τὰς τρίχας, παραλελέχθαι δὲ τὸ τὰς περιττὰς ἀφῃρῆσθαι· ὅθεν καὶ</w:t>
      </w:r>
    </w:p>
    <w:p>
      <w:r>
        <w:rPr>
          <w:rFonts w:ascii="Courier New" w:hAnsi="Courier New"/>
          <w:color w:val="555555"/>
          <w:sz w:val="20"/>
        </w:rPr>
        <w:t>[5]</w:t>
      </w:r>
    </w:p>
    <w:p>
      <w:r>
        <w:rPr>
          <w:rFonts w:ascii="Gentium Plus" w:hAnsi="Gentium Plus"/>
          <w:sz w:val="24"/>
        </w:rPr>
        <w:t>παρὰ Φερεκράτει (I frg 195 Ko) ‘ἄσμηκτος ἀπαράλεκτος.‘ καὶ παρα‐ πλέκειν τὰς τρίχας τὸ ἀναπλέκειν, καὶ ‘παραπεπλεγμένη Ἀθηνᾶ‘ ἡ ἀναπεπλεγμένη. καὶ ἑψήσασθαι δὲ τὴν κόμην τὸ καταχρῶσαι ἔλεγον (III 460 frg 288 Ko)· καὶ τὴν κόμην ἡψήσατο,</w:t>
      </w:r>
    </w:p>
    <w:p>
      <w:r>
        <w:rPr>
          <w:rFonts w:ascii="Courier New" w:hAnsi="Courier New"/>
          <w:color w:val="555555"/>
          <w:sz w:val="20"/>
        </w:rPr>
        <w:t>[10]</w:t>
      </w:r>
    </w:p>
    <w:p>
      <w:r>
        <w:rPr>
          <w:rFonts w:ascii="Gentium Plus" w:hAnsi="Gentium Plus"/>
          <w:sz w:val="24"/>
        </w:rPr>
        <w:t>καὶ ἑφθὴν τὴν κόμην καὶ ξανθίζεσθαι. καὶ μελαίνεσθαι τὴν κόμην, καὶ μέλασμα τὸ τῆς κόμης βάμμα. ὁ δὲ Ἀπόλλων ἀκειρε‐ κόμης. ὑπόκειται δὲ τῇ κόμῃ κεφαλή, καὶ δέρμα ἐλαφρόν τε καὶ</w:t>
      </w:r>
    </w:p>
    <w:p>
      <w:r>
        <w:rPr>
          <w:rFonts w:ascii="Courier New" w:hAnsi="Courier New"/>
          <w:color w:val="555555"/>
          <w:sz w:val="20"/>
        </w:rPr>
        <w:t>[2 . 36]</w:t>
      </w:r>
    </w:p>
    <w:p>
      <w:r>
        <w:rPr>
          <w:rFonts w:ascii="Gentium Plus" w:hAnsi="Gentium Plus"/>
          <w:sz w:val="24"/>
        </w:rPr>
        <w:t>κοῦφον ἐπιτέταται κατακεκεντημένον, ὡς φησὶν ὁ Πλάτων (Tim 76 B) εἰς τριχῶν ἔκφυσιν, καὶ ὥσπερ φυτὰ τὰς τρίχας ἐπάρδον τῷ ἔνδοθεν πνεύματι. καὶ τὸ μὲν σύμπαν ὀστοῦν καλεῖται κεφαλῆς</w:t>
      </w:r>
    </w:p>
    <w:p>
      <w:r>
        <w:rPr>
          <w:rFonts w:ascii="Courier New" w:hAnsi="Courier New"/>
          <w:color w:val="555555"/>
          <w:sz w:val="20"/>
        </w:rPr>
        <w:t>[5]</w:t>
      </w:r>
    </w:p>
    <w:p>
      <w:r>
        <w:rPr>
          <w:rFonts w:ascii="Gentium Plus" w:hAnsi="Gentium Plus"/>
          <w:sz w:val="24"/>
        </w:rPr>
        <w:t>ὠδοντωμένων κατὰ τὰς προβολάς τε καὶ κοιλότητας εἰς ἀλλήλας</w:t>
      </w:r>
    </w:p>
    <w:p>
      <w:r>
        <w:rPr>
          <w:rFonts w:ascii="Courier New" w:hAnsi="Courier New"/>
          <w:color w:val="555555"/>
          <w:sz w:val="20"/>
        </w:rPr>
        <w:t>[2 . 37]</w:t>
      </w:r>
    </w:p>
    <w:p>
      <w:r>
        <w:rPr>
          <w:rFonts w:ascii="Gentium Plus" w:hAnsi="Gentium Plus"/>
          <w:sz w:val="24"/>
        </w:rPr>
        <w:t>ἐνηρμοσμέναι. ὠνόμαζον δ’ αὐτὰς ἰατρῶν παῖδες στεφανίτιδάς τε καὶ λαβδοειδεῖς καὶ λεπιδοειδεῖς καὶ ἄλλα τοιαῦτα ὀνόματα, καὶ ἐφιλονείκουν περὶ τοῦ πλήθους αὐτῶν, εἴτε πέντε χρὴ τὰς ῥαφὰς ἀριθμεῖν εἴτε πλείους εἴτε ἐλάττους, πάντων μὲν ὁμολογούντων</w:t>
      </w:r>
    </w:p>
    <w:p>
      <w:r>
        <w:rPr>
          <w:rFonts w:ascii="Courier New" w:hAnsi="Courier New"/>
          <w:color w:val="555555"/>
          <w:sz w:val="20"/>
        </w:rPr>
        <w:t>[5]</w:t>
      </w:r>
    </w:p>
    <w:p>
      <w:r>
        <w:rPr>
          <w:rFonts w:ascii="Gentium Plus" w:hAnsi="Gentium Plus"/>
          <w:sz w:val="24"/>
        </w:rPr>
        <w:t>ἐλάττους εἶναι τὰς τῶν γυναικείων κεφαλῶν ῥαφάς, Ἡροδότου (IX 83) δὲ φάσκοντος μετὰ τὸν ἐν Πλαταιαῖς φόνον ἐν τοῖς Περσικοῖς νεκροῖς εὑρεθῆναι κεφαλὴν μηδεμίαν ἔχουσαν ῥαφῆς συμβολήν.</w:t>
      </w:r>
    </w:p>
    <w:p>
      <w:r>
        <w:rPr>
          <w:rFonts w:ascii="Courier New" w:hAnsi="Courier New"/>
          <w:color w:val="555555"/>
          <w:sz w:val="20"/>
        </w:rPr>
        <w:t>[2 . 38]</w:t>
      </w:r>
    </w:p>
    <w:p>
      <w:r>
        <w:rPr>
          <w:rFonts w:ascii="Gentium Plus" w:hAnsi="Gentium Plus"/>
          <w:sz w:val="24"/>
        </w:rPr>
        <w:t>λέγει δέ που καὶ Ἄρατος ἐν τοῖς Ἰατρικοῖς (Maass Aratea p 223 sq) ἤδη γάρ ποτ’ ὄπωπα καρήατα πολλὰ μὲν αὕτως μεσσατίης κορυφῆς μούνῃ συνεερμένα ῥαμμῇ, πολλαὶ δ’ ἀρραφέες κεφαλαὶ πάγεν ἀνθρώποισιν.</w:t>
      </w:r>
    </w:p>
    <w:p>
      <w:r>
        <w:rPr>
          <w:rFonts w:ascii="Courier New" w:hAnsi="Courier New"/>
          <w:color w:val="555555"/>
          <w:sz w:val="20"/>
        </w:rPr>
        <w:t>[5]</w:t>
      </w:r>
    </w:p>
    <w:p>
      <w:r>
        <w:rPr>
          <w:rFonts w:ascii="Gentium Plus" w:hAnsi="Gentium Plus"/>
          <w:sz w:val="24"/>
        </w:rPr>
        <w:t>τὴν μέντοι κεφαλὴν οἱ ποιηταὶ (Hom C 499) καὶ κώδειαν καλοῦσιν, ἀπὸ τῆς τοῦ μήκωνος κεφαλῆς ὀνομάσαντες. καλεῖται δὲ τὸ μὲν σύμπαν πόλος καὶ κρανίον, καὶ κόγχος παρὰ Λυκόφρονι (Alex 1105) τυπεὶς σκεπάρνῳ κόγχον εὐθήκτῳ μέσον·</w:t>
      </w:r>
    </w:p>
    <w:p>
      <w:r>
        <w:rPr>
          <w:rFonts w:ascii="Courier New" w:hAnsi="Courier New"/>
          <w:color w:val="555555"/>
          <w:sz w:val="20"/>
        </w:rPr>
        <w:t>[2 . 39]</w:t>
      </w:r>
    </w:p>
    <w:p>
      <w:r>
        <w:rPr>
          <w:rFonts w:ascii="Gentium Plus" w:hAnsi="Gentium Plus"/>
          <w:sz w:val="24"/>
        </w:rPr>
        <w:t>παρὰ δὲ Ἀριστοφάνει (I frg 604 Ko) σκάφιον, ἵνα μὴ καταγῇς τὸ σκάφιον πληγεὶς ξύλῳ. τὸ δ’ ἔγκοιλον αὐτοῦ κορυφή, ὅπερ ἐν τοῖς Ὀρφικοῖς μέτροις (frg 36 s f G Herm) ὀνομάζεται μεσόκρανον. καὶ μὴν καὶ στεφάνην καλοῦσι</w:t>
      </w:r>
    </w:p>
    <w:p>
      <w:r>
        <w:rPr>
          <w:rFonts w:ascii="Courier New" w:hAnsi="Courier New"/>
          <w:color w:val="555555"/>
          <w:sz w:val="20"/>
        </w:rPr>
        <w:t>[5]</w:t>
      </w:r>
    </w:p>
    <w:p>
      <w:r>
        <w:rPr>
          <w:rFonts w:ascii="Gentium Plus" w:hAnsi="Gentium Plus"/>
          <w:sz w:val="24"/>
        </w:rPr>
        <w:t>τὸ μέσον ἰνίου τε καὶ βρέγματος. τὸ δὲ ὑπὲρ τὸ μέτωπον βρέγμα</w:t>
      </w:r>
    </w:p>
    <w:p>
      <w:r>
        <w:rPr>
          <w:rFonts w:ascii="Courier New" w:hAnsi="Courier New"/>
          <w:color w:val="555555"/>
          <w:sz w:val="20"/>
        </w:rPr>
        <w:t>[2 . 40]</w:t>
      </w:r>
    </w:p>
    <w:p>
      <w:r>
        <w:rPr>
          <w:rFonts w:ascii="Gentium Plus" w:hAnsi="Gentium Plus"/>
          <w:sz w:val="24"/>
        </w:rPr>
        <w:t>ἡ δὲ τελευταία τῶν τριχῶν περὶ τῇ κεφαλῇ περίοδος καὶ στε‐ φάνη καὶ περίδρομος ἐπίκλην ἔχει. τὸ δὲ ὑπὸ ταῖς θριξὶ πᾶν κρανίον. τοὺς δὲ κροτάφους ἔνιοι καὶ κόρρας καλοῦσιν· καὶ τοῦτο εἶναι τὸ ἐπὶ κόρρης παίειν. καὶ Ὅμηρον (Δ 502) δὲ αὑτοῖς νομίζουσι</w:t>
      </w:r>
    </w:p>
    <w:p>
      <w:r>
        <w:rPr>
          <w:rFonts w:ascii="Courier New" w:hAnsi="Courier New"/>
          <w:color w:val="555555"/>
          <w:sz w:val="20"/>
        </w:rPr>
        <w:t>[5]</w:t>
      </w:r>
    </w:p>
    <w:p>
      <w:r>
        <w:rPr>
          <w:rFonts w:ascii="Gentium Plus" w:hAnsi="Gentium Plus"/>
          <w:sz w:val="24"/>
        </w:rPr>
        <w:t>συμμαρτυρεῖν, εἰπόντα κόρσην· ἡ δ’ ἑτέροιο διὰ κροτάφοιο πέρησεν.</w:t>
      </w:r>
    </w:p>
    <w:p>
      <w:r>
        <w:rPr>
          <w:rFonts w:ascii="Courier New" w:hAnsi="Courier New"/>
          <w:color w:val="555555"/>
          <w:sz w:val="20"/>
        </w:rPr>
        <w:t>[2 . 41]</w:t>
      </w:r>
    </w:p>
    <w:p>
      <w:r>
        <w:rPr>
          <w:rFonts w:ascii="Gentium Plus" w:hAnsi="Gentium Plus"/>
          <w:sz w:val="24"/>
        </w:rPr>
        <w:t>καὶ τὰ μὲν κεφαλῆς νοσήματα κεφαλαία καὶ κεφαλαλγία καὶ καρηβαρία καὶ ἡμικρανία, ἡμίκραιρα καὶ ἴλιγγος καὶ σκοτο‐ δινίασις καὶ σκοτοδινία· Πλάτων (Protag 339 E) δ’ ἔφη ‘ἐσκοτώ‐ θην καὶ ἰλιγγίασα.‘ καὶ καρηβαρικὸν ποτὸν ἢ βρῶμα· τὸ δὲ τοῦτο</w:t>
      </w:r>
    </w:p>
    <w:p>
      <w:r>
        <w:rPr>
          <w:rFonts w:ascii="Courier New" w:hAnsi="Courier New"/>
          <w:color w:val="555555"/>
          <w:sz w:val="20"/>
        </w:rPr>
        <w:t>[5]</w:t>
      </w:r>
    </w:p>
    <w:p>
      <w:r>
        <w:rPr>
          <w:rFonts w:ascii="Gentium Plus" w:hAnsi="Gentium Plus"/>
          <w:sz w:val="24"/>
        </w:rPr>
        <w:t>ποιεῖν καροῦν Ἀντιφῶν (p 150n Bl) φησίν. κεφαλαλγὲς σιτίον, ὡς ‘τὸν τοῦ φοίνικος ἐγκέφαλόν‘ φησιν ὁ Ξενοφῶν (Anab II 3. 16). καὶ καρηβαρικὸν τὸ πάθος Τηλεκλείδης (II frg 47 Ko). τὸ δὲ ὑπὸ μέθης τοῦτο πάσχειν καρηβαρᾶν Ἀριστοφάνης (I frg 792 Ko). τάχα δὲ καὶ τὸ καραδοκεῖν εἴη ἂν ἀπὸ τοῦ κάρα πεποιημένον,</w:t>
      </w:r>
    </w:p>
    <w:p>
      <w:r>
        <w:rPr>
          <w:rFonts w:ascii="Courier New" w:hAnsi="Courier New"/>
          <w:color w:val="555555"/>
          <w:sz w:val="20"/>
        </w:rPr>
        <w:t>[10]</w:t>
      </w:r>
    </w:p>
    <w:p>
      <w:r>
        <w:rPr>
          <w:rFonts w:ascii="Gentium Plus" w:hAnsi="Gentium Plus"/>
          <w:sz w:val="24"/>
        </w:rPr>
        <w:t>κυρίως ἐπὶ τῶν παραφερόντων τὴν κεφαλήν, ὡς μὴ βληθεῖεν. εἰρή‐ κασι δὲ οἱ κωμικοὶ καὶ (Aristoph Acharn 944) ‘κατωκάρα κρέμαται‘</w:t>
      </w:r>
    </w:p>
    <w:p>
      <w:r>
        <w:rPr>
          <w:rFonts w:ascii="Courier New" w:hAnsi="Courier New"/>
          <w:color w:val="555555"/>
          <w:sz w:val="20"/>
        </w:rPr>
        <w:t>[2 . 42]</w:t>
      </w:r>
    </w:p>
    <w:p>
      <w:r>
        <w:rPr>
          <w:rFonts w:ascii="Gentium Plus" w:hAnsi="Gentium Plus"/>
          <w:sz w:val="24"/>
        </w:rPr>
        <w:t>τὰ δὲ ἀπὸ κεφαλῆς ὀνόματα περικεφαλαία, παρεγκεφαλίς, ἐγκέφαλος, κεφάλαιον, ἐπικεφαλαιῶν, συγκεφαλαιώσασθαι, προσκεφά‐ λαιον, κεφαλίδιον. ἐπὶ κεφαλὴν ὦσαι, ἐπὶ κεφαλὴν σπεύδειν, ὡς Ὑπερείδης (frg 251 Bl). ἑτερεγκεφαλᾶν, ὡς Ἀριστοφάνης</w:t>
      </w:r>
    </w:p>
    <w:p>
      <w:r>
        <w:rPr>
          <w:rFonts w:ascii="Courier New" w:hAnsi="Courier New"/>
          <w:color w:val="555555"/>
          <w:sz w:val="20"/>
        </w:rPr>
        <w:t>[5]</w:t>
      </w:r>
    </w:p>
    <w:p>
      <w:r>
        <w:rPr>
          <w:rFonts w:ascii="Gentium Plus" w:hAnsi="Gentium Plus"/>
          <w:sz w:val="24"/>
        </w:rPr>
        <w:t>(I frg 778 Ko), τὸ παραφρονεῖν. κράνος δὲ ἀπὸ κρανίου, ὥσπερ δὴ καὶ ἐπίκρανον, περίκρανον· περίκρανον δὲ οἱ παλαιοὶ τὸ στέμμα ἐκάλουν, καὶ ποτίκρανον τὸ προσκεφάλαιον οἱ κωμικοί (CGFI</w:t>
      </w:r>
    </w:p>
    <w:p>
      <w:r>
        <w:rPr>
          <w:rFonts w:ascii="Courier New" w:hAnsi="Courier New"/>
          <w:color w:val="555555"/>
          <w:sz w:val="20"/>
        </w:rPr>
        <w:t>[2 . 43]</w:t>
      </w:r>
    </w:p>
    <w:p>
      <w:r>
        <w:rPr>
          <w:rFonts w:ascii="Gentium Plus" w:hAnsi="Gentium Plus"/>
          <w:sz w:val="24"/>
        </w:rPr>
        <w:t>p 156. 10 Kaib). κόρυς δὲ ἀπὸ κορυφῆς καὶ κορυφαία. καὶ μὴν ὀνομάζοιτ’ ἄν τις εὐκέφαλος, ἢ ὀξυκέφαλος, ὃν Ὅμηρον (B 219) καλεῖ φοξόν, ἢ μακροκέφαλος ὡς τὸ περὶ Λιβύην ἔθνος, ἢ κυνοκέ‐ φαλος ὡς τὸ ζῷον, ἢ εὐρυμέτωπος ὡς Ἀλκιβιάδης· ὁ δὲ τοιοῦτος</w:t>
      </w:r>
    </w:p>
    <w:p>
      <w:r>
        <w:rPr>
          <w:rFonts w:ascii="Courier New" w:hAnsi="Courier New"/>
          <w:color w:val="555555"/>
          <w:sz w:val="20"/>
        </w:rPr>
        <w:t>[5]</w:t>
      </w:r>
    </w:p>
    <w:p>
      <w:r>
        <w:rPr>
          <w:rFonts w:ascii="Gentium Plus" w:hAnsi="Gentium Plus"/>
          <w:sz w:val="24"/>
        </w:rPr>
        <w:t>καὶ μετωπίας ὀνομάζεται. σχινοκέφαλον δὲ Κρατῖνος (I frg 71 Ko) τὸν Περικλέα εἶπεν. Πλάτων (Leg VI 752 A) δὲ μῦθον ἀκέ‐ φαλον. ἐκλήθησαν δὲ καὶ δικόρυφοί τινες, οὓς καὶ μακροβίους νο‐ μίζουσιν.</w:t>
      </w:r>
    </w:p>
    <w:p>
      <w:r>
        <w:rPr>
          <w:rFonts w:ascii="Courier New" w:hAnsi="Courier New"/>
          <w:color w:val="555555"/>
          <w:sz w:val="20"/>
        </w:rPr>
        <w:t>[2 . 44]</w:t>
      </w:r>
    </w:p>
    <w:p>
      <w:r>
        <w:rPr>
          <w:rFonts w:ascii="Gentium Plus" w:hAnsi="Gentium Plus"/>
          <w:sz w:val="24"/>
        </w:rPr>
        <w:t>τὸ δὲ ἔνδον ἐν τῇ κεφαλῇ ἐγκέφαλος διπλοῦς κατὰ συμβολήν, εὐρυνόμενος κατὰ τὴν βάσιν τὴν ὄπισθεν, προνεύων εἰς τὸ πρόσθεν. περιειλήφασι δ’ αὐτὸν μήνιγγες δύο, ἡ μὲν ἔνδοθεν ἐρυθροτέρα, ἡ δὲ ἔξωθεν στερεωτέρα· καλοῦνται δὲ καὶ εἰλαμίδες, ὅτι περὶ μυελὸν</w:t>
      </w:r>
    </w:p>
    <w:p>
      <w:r>
        <w:rPr>
          <w:rFonts w:ascii="Courier New" w:hAnsi="Courier New"/>
          <w:color w:val="555555"/>
          <w:sz w:val="20"/>
        </w:rPr>
        <w:t>[5]</w:t>
      </w:r>
    </w:p>
    <w:p>
      <w:r>
        <w:rPr>
          <w:rFonts w:ascii="Gentium Plus" w:hAnsi="Gentium Plus"/>
          <w:sz w:val="24"/>
        </w:rPr>
        <w:t>εἰλοῦνται. ὑπὸ δὲ τὴν τοῦ ἐγκεφάλου βάσιν ἡ παρεγκεφαλίς, μυελὸς ἐγκεφάλῳ προσόμοιος, πλὴν ὅσον ἐστὶ μᾶλλον ἐπίξανθος τὴν χροιάν.</w:t>
      </w:r>
    </w:p>
    <w:p>
      <w:r>
        <w:rPr>
          <w:rFonts w:ascii="Courier New" w:hAnsi="Courier New"/>
          <w:color w:val="555555"/>
          <w:sz w:val="20"/>
        </w:rPr>
        <w:t>[2 . 45]</w:t>
      </w:r>
    </w:p>
    <w:p>
      <w:r>
        <w:rPr>
          <w:rFonts w:ascii="Gentium Plus" w:hAnsi="Gentium Plus"/>
          <w:sz w:val="24"/>
        </w:rPr>
        <w:t>κάτεισι δὲ εἰς τὸν πρῶτον σφόνδυλον, ᾧ ἡ κεφαλὴ περιστρέφεται,</w:t>
      </w:r>
    </w:p>
    <w:p>
      <w:r>
        <w:rPr>
          <w:rFonts w:ascii="Courier New" w:hAnsi="Courier New"/>
          <w:color w:val="555555"/>
          <w:sz w:val="20"/>
        </w:rPr>
        <w:t>[5]</w:t>
      </w:r>
    </w:p>
    <w:p>
      <w:r>
        <w:rPr>
          <w:rFonts w:ascii="Gentium Plus" w:hAnsi="Gentium Plus"/>
          <w:sz w:val="24"/>
        </w:rPr>
        <w:t>ἐστιν ὁ τοῦ ἐγκεφάλου μυελὸς καὶ ἀπαγής, ἀλλ’ οὐχ ὥσπερ ὁ τῶν ἄλλων ζῴων συνεστηκώς.</w:t>
      </w:r>
    </w:p>
    <w:p>
      <w:r>
        <w:rPr>
          <w:rFonts w:ascii="Courier New" w:hAnsi="Courier New"/>
          <w:color w:val="555555"/>
          <w:sz w:val="20"/>
        </w:rPr>
        <w:t>[2 . 46]</w:t>
      </w:r>
    </w:p>
    <w:p>
      <w:r>
        <w:rPr>
          <w:rFonts w:ascii="Gentium Plus" w:hAnsi="Gentium Plus"/>
          <w:sz w:val="24"/>
        </w:rPr>
        <w:t>τὸ δὲ ὑπὲρ τῇ κεφαλῇ μέτωπον καὶ μετώπιον, ἀφ’ οὗ καὶ ἐν ἵπποις τὸ προμετωπίδιον, καὶ τὸ ‘μετωπηδὸν ἔταξαν τὰς ναῦς,‘ καὶ κατὰ μέτωπον, καὶ ἀντιμετώπους, καὶ μέτωπον τῆς φάλαγγος. καλεῖται δὲ καὶ τὸ ἐπὶ τοῦ μετώπου δέρμα προμετωπίδιον, αἱ δὲ ἐν</w:t>
      </w:r>
    </w:p>
    <w:p>
      <w:r>
        <w:rPr>
          <w:rFonts w:ascii="Courier New" w:hAnsi="Courier New"/>
          <w:color w:val="555555"/>
          <w:sz w:val="20"/>
        </w:rPr>
        <w:t>[5]</w:t>
      </w:r>
    </w:p>
    <w:p>
      <w:r>
        <w:rPr>
          <w:rFonts w:ascii="Gentium Plus" w:hAnsi="Gentium Plus"/>
          <w:sz w:val="24"/>
        </w:rPr>
        <w:t>αὐτῷ γραμμαὶ στολίδες καὶ ἀμαρυγαί.</w:t>
      </w:r>
    </w:p>
    <w:p>
      <w:r>
        <w:rPr>
          <w:rFonts w:ascii="Courier New" w:hAnsi="Courier New"/>
          <w:color w:val="555555"/>
          <w:sz w:val="20"/>
        </w:rPr>
        <w:t>[2 . 47]</w:t>
      </w:r>
    </w:p>
    <w:p>
      <w:r>
        <w:rPr>
          <w:rFonts w:ascii="Gentium Plus" w:hAnsi="Gentium Plus"/>
          <w:sz w:val="24"/>
        </w:rPr>
        <w:t>τὸ δὲ ὑπὸ τῷ μετώπῳ πρόσωπον, ὃ μόνον ἐπὶ τῶν ἀνθρώπων οὕτω καλοῦμεν· ἐπὶ γὰρ τῶν ζῴων προτομήν, ὡς ἐπὶ τῶν ὀρνίθων ῥύγχος καὶ ῥάμφος. ἀπὸ δὲ τοῦ προσώπου ὀνόματα εὐπρόσωπος, δυσπρόσωπος, ἀπρόσωπος. καὶ προσωπεῖον τὸ μορμολυκεῖον· τὸ δ’</w:t>
      </w:r>
    </w:p>
    <w:p>
      <w:r>
        <w:rPr>
          <w:rFonts w:ascii="Courier New" w:hAnsi="Courier New"/>
          <w:color w:val="555555"/>
          <w:sz w:val="20"/>
        </w:rPr>
        <w:t>[5]</w:t>
      </w:r>
    </w:p>
    <w:p>
      <w:r>
        <w:rPr>
          <w:rFonts w:ascii="Gentium Plus" w:hAnsi="Gentium Plus"/>
          <w:sz w:val="24"/>
        </w:rPr>
        <w:t>αὐτὸ καὶ προσωπίς. ἡ δὲ νέα κωμῳδία (III 467 frg 332 Ko) καὶ</w:t>
      </w:r>
    </w:p>
    <w:p>
      <w:r>
        <w:rPr>
          <w:rFonts w:ascii="Courier New" w:hAnsi="Courier New"/>
          <w:color w:val="555555"/>
          <w:sz w:val="20"/>
        </w:rPr>
        <w:t>[2 . 48]</w:t>
      </w:r>
    </w:p>
    <w:p>
      <w:r>
        <w:rPr>
          <w:rFonts w:ascii="Gentium Plus" w:hAnsi="Gentium Plus"/>
          <w:sz w:val="24"/>
        </w:rPr>
        <w:t>προσωποποιὸν εἴρηκεν ὃν ἡ ἀρχαία (Aristoph Eq 232) σκευοποιόν. καὶ προσωποῦττα δέ τι παρὰ τοῖς Ἀττικοῖς ὠνομάζετο χαλκοῦν ἀγγεῖον,</w:t>
      </w:r>
    </w:p>
    <w:p>
      <w:r>
        <w:rPr>
          <w:rFonts w:ascii="Courier New" w:hAnsi="Courier New"/>
          <w:color w:val="555555"/>
          <w:sz w:val="20"/>
        </w:rPr>
        <w:t>[5]</w:t>
      </w:r>
    </w:p>
    <w:p>
      <w:r>
        <w:rPr>
          <w:rFonts w:ascii="Gentium Plus" w:hAnsi="Gentium Plus"/>
          <w:sz w:val="24"/>
        </w:rPr>
        <w:t>Φερεκράτης εἶπεν (I frg 9 Ko)· οὐδ’ ἀποπροσωπίζεσθε κυάμοις.</w:t>
      </w:r>
    </w:p>
    <w:p>
      <w:r>
        <w:rPr>
          <w:rFonts w:ascii="Courier New" w:hAnsi="Courier New"/>
          <w:color w:val="555555"/>
          <w:sz w:val="20"/>
        </w:rPr>
        <w:t>[2 . 49]</w:t>
      </w:r>
    </w:p>
    <w:p>
      <w:r>
        <w:rPr>
          <w:rFonts w:ascii="Gentium Plus" w:hAnsi="Gentium Plus"/>
          <w:sz w:val="24"/>
        </w:rPr>
        <w:t>τοῦ δὲ προσώπου μέρη ὀφρύες. καὶ ὀφρύων γεῖσα αἱ προ‐ βολαί· καὶ ‘ὀφρύσιν ἀπογεισῶσαί‘ φησιν ὁ Ξενοφῶν (Memorab I 4. 6). καὶ ὀφρύων τρίχωσις. καὶ ὀφρύες ἐπαιρόμεναι καὶ δα‐ συνόμεναι. καὶ τὰς ὀφρῦς αἴρων ὁ ὑπερήφανος, καὶ πάλιν τὰς</w:t>
      </w:r>
    </w:p>
    <w:p>
      <w:r>
        <w:rPr>
          <w:rFonts w:ascii="Courier New" w:hAnsi="Courier New"/>
          <w:color w:val="555555"/>
          <w:sz w:val="20"/>
        </w:rPr>
        <w:t>[5]</w:t>
      </w:r>
    </w:p>
    <w:p>
      <w:r>
        <w:rPr>
          <w:rFonts w:ascii="Gentium Plus" w:hAnsi="Gentium Plus"/>
          <w:sz w:val="24"/>
        </w:rPr>
        <w:t>ὀφρῦς ἀνασπῶν ἢ τὰς ὀφρῦς αἰωρῶν ἢ τὰς ὀφρῦς ἀνέλκων, ἢ τὰς ὀφρῦς ἀνατείνων ὑπὲρ τὰ νέφη· καὶ τὰς ὀφρῦς συνάγων ὁ φροντιστής, τὰς ὀφρῦς συνέλκων. μεσόφρυον δὲ τὸ τῶν ὀφρύων μέσον, ὃ καὶ μετώπιον ὠνόμαζον. καὶ σύνοφρυς ἀνὴρ καὶ γυνή·</w:t>
      </w:r>
    </w:p>
    <w:p>
      <w:r>
        <w:rPr>
          <w:rFonts w:ascii="Courier New" w:hAnsi="Courier New"/>
          <w:color w:val="555555"/>
          <w:sz w:val="20"/>
        </w:rPr>
        <w:t>[2 . 50]</w:t>
      </w:r>
    </w:p>
    <w:p>
      <w:r>
        <w:rPr>
          <w:rFonts w:ascii="Gentium Plus" w:hAnsi="Gentium Plus"/>
          <w:sz w:val="24"/>
        </w:rPr>
        <w:t>τὸν δὲ τοιοῦτον μίξοφρυν Κρατῖνος (I frg 430 Ko) καλεῖ. καὶ μὴν παρὰ τοῖς τραγῳδοῖς (Sophocl Trach 866 saep) τὸ συνωφρυῶσθαι ἐπὶ τῶν λυπουμένων. ὁ δὲ κωμικὸς Ἀμειψίας (I frg 36 Ko) τὸ νεύειν ὀφρυάζειν εἴρηκεν, ὅπερ Ὅμηρος (μ 194) ‘ὀφρύσι νευστάζων.‘ καὶ</w:t>
      </w:r>
    </w:p>
    <w:p>
      <w:r>
        <w:rPr>
          <w:rFonts w:ascii="Courier New" w:hAnsi="Courier New"/>
          <w:color w:val="555555"/>
          <w:sz w:val="20"/>
        </w:rPr>
        <w:t>[5]</w:t>
      </w:r>
    </w:p>
    <w:p>
      <w:r>
        <w:rPr>
          <w:rFonts w:ascii="Gentium Plus" w:hAnsi="Gentium Plus"/>
          <w:sz w:val="24"/>
        </w:rPr>
        <w:t>ὀφρύας καλοῦσι τὰ ἀνέχοντα τῆς γῆς. ἤδη δέ τινες τῶν ἰατρῶν τίλους ὠνόμασαν ταύτας τὰς τρίχας. καλοῦνται δ’ ὀφρύων κεφαλαὶ μὲν τὰ πρὸς τῇ ῥινὶ μέρη, οὐραὶ δὲ τὰ πρὸς τοῖς κροτάφοις.</w:t>
      </w:r>
    </w:p>
    <w:p>
      <w:r>
        <w:rPr>
          <w:rFonts w:ascii="Courier New" w:hAnsi="Courier New"/>
          <w:color w:val="555555"/>
          <w:sz w:val="20"/>
        </w:rPr>
        <w:t>[2 . 51]</w:t>
      </w:r>
    </w:p>
    <w:p>
      <w:r>
        <w:rPr>
          <w:rFonts w:ascii="Gentium Plus" w:hAnsi="Gentium Plus"/>
          <w:sz w:val="24"/>
        </w:rPr>
        <w:t>ὀφθαλμοί, ὄμματα, ὄψις. καὶ τὰ ἀπ’ αὐτῶν ὀνόματα εὐόφθαλμος</w:t>
      </w:r>
    </w:p>
    <w:p>
      <w:r>
        <w:rPr>
          <w:rFonts w:ascii="Courier New" w:hAnsi="Courier New"/>
          <w:color w:val="555555"/>
          <w:sz w:val="20"/>
        </w:rPr>
        <w:t>[5]</w:t>
      </w:r>
    </w:p>
    <w:p>
      <w:r>
        <w:rPr>
          <w:rFonts w:ascii="Gentium Plus" w:hAnsi="Gentium Plus"/>
          <w:sz w:val="24"/>
        </w:rPr>
        <w:t>1096 N)· ἀλλ’ ἔστι ποιητικώτερον, βέλτιον δ’ ὁ ἀμβλυώττων. ὀφθαλ‐ μία. παραβλώψ, φολκός, διάστροφος, στρεβλός· ὁ γὰρ στραβὸς ἰδιωτι‐</w:t>
      </w:r>
    </w:p>
    <w:p>
      <w:r>
        <w:rPr>
          <w:rFonts w:ascii="Courier New" w:hAnsi="Courier New"/>
          <w:color w:val="555555"/>
          <w:sz w:val="20"/>
        </w:rPr>
        <w:t>[2 . 52]</w:t>
      </w:r>
    </w:p>
    <w:p>
      <w:r>
        <w:rPr>
          <w:rFonts w:ascii="Gentium Plus" w:hAnsi="Gentium Plus"/>
          <w:sz w:val="24"/>
        </w:rPr>
        <w:t>κόν, καὶ οἱ στράβωνες ἐν τῇ νέᾳ κωμῳδίᾳ (III 468 frg 334 Ko). ἰλλὸς δὲ ὑπὸ τῶν ποιητῶν (Aristoph Thesm 846) καλεῖται, καὶ ἰλλώπτειν ἐν τῇ κωμῳδίᾳ (III 579 frg 1019 Ko) τὸ παραβλέπειν, καὶ κατιλλώπτειν τὸ καταβλέπειν ἐπὶ χλευασμῷ, καὶ δενδίλλειν. ὁμοίως τὸ ‘τὼ ὀφθαλμὼ</w:t>
      </w:r>
    </w:p>
    <w:p>
      <w:r>
        <w:rPr>
          <w:rFonts w:ascii="Courier New" w:hAnsi="Courier New"/>
          <w:color w:val="555555"/>
          <w:sz w:val="20"/>
        </w:rPr>
        <w:t>[5]</w:t>
      </w:r>
    </w:p>
    <w:p>
      <w:r>
        <w:rPr>
          <w:rFonts w:ascii="Gentium Plus" w:hAnsi="Gentium Plus"/>
          <w:sz w:val="24"/>
        </w:rPr>
        <w:t>παραβάλλειν.‘ λέγεται δὲ καὶ ‘ταυρηδὸν ὑποβλέπειν·‘ καὶ ἀναβλέπειν μὲν εἰς τὸν οὐρανόν, καταβλέπειν δ’ εἰς τὴν γῆν, ἀντιβλέπειν δὲ τῷ ἡλίῳ καὶ ἀντωπεῖν. δυσωπεῖσθαι δὲ τὸ ὑποπτεύειν τι ἰδόντα. καὶ</w:t>
      </w:r>
    </w:p>
    <w:p>
      <w:r>
        <w:rPr>
          <w:rFonts w:ascii="Courier New" w:hAnsi="Courier New"/>
          <w:color w:val="555555"/>
          <w:sz w:val="20"/>
        </w:rPr>
        <w:t>[2 . 53]</w:t>
      </w:r>
    </w:p>
    <w:p>
      <w:r>
        <w:rPr>
          <w:rFonts w:ascii="Gentium Plus" w:hAnsi="Gentium Plus"/>
          <w:sz w:val="24"/>
        </w:rPr>
        <w:t>ὑπώπια τὰ ὑπὸ τοὺς ὦπας τῶν πληγῶν ἴχνη. καλεῖται δ’ οὕτω καὶ τὰ ὑπὸ τοὺς ὀφθαλμοὺς ὀστᾶ, ἐφ’ ὧν καὶ τὰ ἴχνη· ταῦτα δὲ καὶ ὑποφθάλμια παρ’ ἐνίοις ὀνομάζεται. καὶ παρωπὶς ἡ καλουμένη προσωπὶς τῶν γυναικῶν, καὶ παρώπια τὰ παρὰ τοὺς ὦπας τῶν ἵπ‐</w:t>
      </w:r>
    </w:p>
    <w:p>
      <w:r>
        <w:rPr>
          <w:rFonts w:ascii="Courier New" w:hAnsi="Courier New"/>
          <w:color w:val="555555"/>
          <w:sz w:val="20"/>
        </w:rPr>
        <w:t>[5]</w:t>
      </w:r>
    </w:p>
    <w:p>
      <w:r>
        <w:rPr>
          <w:rFonts w:ascii="Gentium Plus" w:hAnsi="Gentium Plus"/>
          <w:sz w:val="24"/>
        </w:rPr>
        <w:t>πων προβλήματα, ἅ τινες κανθήλια καλοῦσιν. καὶ ὀπή, δι’ ἧς ἔστιν ἰδεῖν. καὶ ‘ἐνώπια παμφανόωντά‘ φησιν Ὅμηρος (X 121) τὰ ἐντὸς</w:t>
      </w:r>
    </w:p>
    <w:p>
      <w:r>
        <w:rPr>
          <w:rFonts w:ascii="Courier New" w:hAnsi="Courier New"/>
          <w:color w:val="555555"/>
          <w:sz w:val="20"/>
        </w:rPr>
        <w:t>[2 . 54]</w:t>
      </w:r>
    </w:p>
    <w:p>
      <w:r>
        <w:rPr>
          <w:rFonts w:ascii="Gentium Plus" w:hAnsi="Gentium Plus"/>
          <w:sz w:val="24"/>
        </w:rPr>
        <w:t>καὶ Θουκυδίδης (IV 87) περιωπὴν τὴν περιάθρησιν. ὀπαίαν δὲ οἱ Ἀττικοὶ τὴν κεραμίδα ἐκάλουν, ἣ τὴν ὀπὴν ἔχει. Ἱπποκράτης (Epidem IV 12) δ’ ὀφθαλμὸν ἰλλαίνειν φησὶ τὸν διάστροφον γινό‐ μενον καὶ ἀνίλλωμα τὸ ἀνάβλεμμα. οἱ δὲ καὶ ἴλλους τοὺς ὀφθαλμοὺς</w:t>
      </w:r>
    </w:p>
    <w:p>
      <w:r>
        <w:rPr>
          <w:rFonts w:ascii="Courier New" w:hAnsi="Courier New"/>
          <w:color w:val="555555"/>
          <w:sz w:val="20"/>
        </w:rPr>
        <w:t>[5]</w:t>
      </w:r>
    </w:p>
    <w:p>
      <w:r>
        <w:rPr>
          <w:rFonts w:ascii="Gentium Plus" w:hAnsi="Gentium Plus"/>
          <w:sz w:val="24"/>
        </w:rPr>
        <w:t>ὠνόμασαν, καὶ τὸ σιλλαίνειν ἐπὶ χλευασμῷ σείειν τοὺς ὀφθαλμούς, ὅθεν καὶ τὸ χλευαστικὸν ποίημα σίλλος. ἔστι δ’ ἀπὸ τούτων ὁρᾶν, προορᾶν, ὑφορᾶσθαι, καθορᾶν, ὁρατή, ὁρατά, ἀόρατα, καὶ ὡς Ἀν‐ τιφῶν (cf frg 174 Bl) τὸ ὁρῶν, καὶ ὁράματα ὡς Ξενοφῶν (Cyrop III 3. 66), καὶ ὡς Δημοσθένης (Prooem 55. 2), ὅραμα τὸ θέαμα·</w:t>
      </w:r>
    </w:p>
    <w:p>
      <w:r>
        <w:rPr>
          <w:rFonts w:ascii="Courier New" w:hAnsi="Courier New"/>
          <w:color w:val="555555"/>
          <w:sz w:val="20"/>
        </w:rPr>
        <w:t>[2 . 55]</w:t>
      </w:r>
    </w:p>
    <w:p>
      <w:r>
        <w:rPr>
          <w:rFonts w:ascii="Gentium Plus" w:hAnsi="Gentium Plus"/>
          <w:sz w:val="24"/>
        </w:rPr>
        <w:t>παρὰ δὲ Πλάτωνι καὶ ἀνόρατον ἐν Τιμαίῳ (51 A, 43 A) γέγραπται. παρορᾶν, παρεωρᾶσθαι, παρεωρακώς, ἐνορᾶν, ἐνεωρακώς, περιορᾶν, ὑπερορᾶν, ἐφορᾶν, ἔφοροι, καὶ ‘ἐφορωμένουσ‘ καὶ ‘ἐφορῶντασ‘ ὡς Ξενοφῶν (Cyrop V 3. 56), καὶ ‘τῆς ἐφορείασ‘ ὡς Λυσίας (frg</w:t>
      </w:r>
    </w:p>
    <w:p>
      <w:r>
        <w:rPr>
          <w:rFonts w:ascii="Courier New" w:hAnsi="Courier New"/>
          <w:color w:val="555555"/>
          <w:sz w:val="20"/>
        </w:rPr>
        <w:t>[5]</w:t>
      </w:r>
    </w:p>
    <w:p>
      <w:r>
        <w:rPr>
          <w:rFonts w:ascii="Gentium Plus" w:hAnsi="Gentium Plus"/>
          <w:sz w:val="24"/>
        </w:rPr>
        <w:t>315 Tur), ἐνορῶν καὶ συνορῶν. καὶ θέα καὶ θεᾶσθαι καὶ θέαμα καὶ θέατρον καὶ θεατὴς καὶ συνθεατής, καὶ θεωρὸς καὶ συνθεωρός, συνθεωρία καὶ θεωρία καὶ θεωρικὸν καὶ τὰ τοιαῦτα, ὅς’ ἂν ἀπὸ τοῦ θεᾶσθαι λέγηται· οἱ γὰρ Πυθῶδε θεωροὶ καὶ θεωρικὴ ὁδὸς καὶ θεωρὶς ναῦς ἀπὸ τοῦ πρὸς θεὸν ὀρούειν τοὺς ἐν αὐτῇ λέλεκται.</w:t>
      </w:r>
    </w:p>
    <w:p>
      <w:r>
        <w:rPr>
          <w:rFonts w:ascii="Courier New" w:hAnsi="Courier New"/>
          <w:color w:val="555555"/>
          <w:sz w:val="20"/>
        </w:rPr>
        <w:t>[2 . 56]</w:t>
      </w:r>
    </w:p>
    <w:p>
      <w:r>
        <w:rPr>
          <w:rFonts w:ascii="Gentium Plus" w:hAnsi="Gentium Plus"/>
          <w:sz w:val="24"/>
        </w:rPr>
        <w:t>ἀπὸ δὲ τῆς θέας θεατόν, ἀθέατον, ἀθεάτως, καὶ ‘οὐσία θεατή‘ φησιν ὁ Πλάτων (Phaedr 247 C), καὶ θεάτρια καὶ συνθεάτρια, ὡς ἡ πα‐</w:t>
      </w:r>
    </w:p>
    <w:p>
      <w:r>
        <w:rPr>
          <w:rFonts w:ascii="Courier New" w:hAnsi="Courier New"/>
          <w:color w:val="555555"/>
          <w:sz w:val="20"/>
        </w:rPr>
        <w:t>[5]</w:t>
      </w:r>
    </w:p>
    <w:p>
      <w:r>
        <w:rPr>
          <w:rFonts w:ascii="Gentium Plus" w:hAnsi="Gentium Plus"/>
          <w:sz w:val="24"/>
        </w:rPr>
        <w:t>κωμικῷ (I frg 75 Ko). Ἀριστοφάνης δὲ καὶ βλέπος που (Nub 1176) λέγει καὶ (I frg 757 Ko) βλέπησιν. ὑποβλέπειν, παρα‐ βλέπειν, ἐμβλέπειν, καταβλέπειν, ἀναβλέπειν, ἀντιβλέπειν, ἀπο‐ βλέπειν. Ξενοφῶν (Cyneg IV 4) δὲ ‘τὰ ἀναβλέμματα‘ καὶ (Hier I 35) ‘ἀντιβλέψεισ‘ εἶπεν. ἀποβλεπόμενοι δὲ καὶ ἀποβλεφθῆναι.</w:t>
      </w:r>
    </w:p>
    <w:p>
      <w:r>
        <w:rPr>
          <w:rFonts w:ascii="Courier New" w:hAnsi="Courier New"/>
          <w:color w:val="555555"/>
          <w:sz w:val="20"/>
        </w:rPr>
        <w:t>[10]</w:t>
      </w:r>
    </w:p>
    <w:p>
      <w:r>
        <w:rPr>
          <w:rFonts w:ascii="Gentium Plus" w:hAnsi="Gentium Plus"/>
          <w:sz w:val="24"/>
        </w:rPr>
        <w:t>καὶ περίβλεπτος παρὰ Ἰσοκράτει (XVI 48) ὁ θαυμαστὸς καὶ ἔν‐ δοξος· καὶ ἀποβλεφθῆναι ἐπὶ τοῦ θαυμασθῆναι Αἰσχίνης εἶπεν ὁ Σωκρατικός (p 29 C F Herm).</w:t>
      </w:r>
    </w:p>
    <w:p>
      <w:r>
        <w:rPr>
          <w:rFonts w:ascii="Courier New" w:hAnsi="Courier New"/>
          <w:color w:val="555555"/>
          <w:sz w:val="20"/>
        </w:rPr>
        <w:t>[2 . 57]</w:t>
      </w:r>
    </w:p>
    <w:p>
      <w:r>
        <w:rPr>
          <w:rFonts w:ascii="Gentium Plus" w:hAnsi="Gentium Plus"/>
          <w:sz w:val="24"/>
        </w:rPr>
        <w:t>ὄψις ἡ αἴσθησις καὶ τὰ ὄμματα, καὶ ὄψις ὁ ὄνειρος. ὄψομαι, ὀφθήσομαι, ὦμμαι ὡς Ἰσαῖος (frg 165 Tur)· Ἀντιφῶν (frg 174 Bl) δὲ καὶ τὸ ὀψόμενον εἶπε, καὶ (frg 36 Bl) τῇ ὄψει οἷον τοῖς ὀφθαλ‐ μοῖς, καὶ (de Herod 27) ὀπτήρ, καὶ (frg 86 Bl) ἄοπτα. εἴη δ’ ἂν</w:t>
      </w:r>
    </w:p>
    <w:p>
      <w:r>
        <w:rPr>
          <w:rFonts w:ascii="Courier New" w:hAnsi="Courier New"/>
          <w:color w:val="555555"/>
          <w:sz w:val="20"/>
        </w:rPr>
        <w:t>[5]</w:t>
      </w:r>
    </w:p>
    <w:p>
      <w:r>
        <w:rPr>
          <w:rFonts w:ascii="Gentium Plus" w:hAnsi="Gentium Plus"/>
          <w:sz w:val="24"/>
        </w:rPr>
        <w:t>ἐκ τούτων ὑποψία καὶ ὑπεροψία καὶ ὑπερόψεσθαι, ὑπεροπτικός, ὑπεροπτικῶς, ὑπόπτως, ὑπερόπτης, αὐτόπτης, ὑπόπτης, καθύ‐ ποπτος ὡς Ἀριστοφάνης (I frg 794 Ko), καχύποπτος ὡς Πλάτων (Rp III 409 C), καὶ ἀνύποπτος ὡς Ξενοφῶν (Cyrop V 3. 11), καὶ</w:t>
      </w:r>
    </w:p>
    <w:p>
      <w:r>
        <w:rPr>
          <w:rFonts w:ascii="Courier New" w:hAnsi="Courier New"/>
          <w:color w:val="555555"/>
          <w:sz w:val="20"/>
        </w:rPr>
        <w:t>[2 . 58]</w:t>
      </w:r>
    </w:p>
    <w:p>
      <w:r>
        <w:rPr>
          <w:rFonts w:ascii="Gentium Plus" w:hAnsi="Gentium Plus"/>
          <w:sz w:val="24"/>
        </w:rPr>
        <w:t>ἀνυποπτότερος ὡς Λυσίας (frg 301 Tur), καὶ ἄοπτα ὡς Ἀντιφῶν (Soph frg 86 Bl), καὶ ἀπερίοπτοι ὡς Θουκυδίδης (I 41). οὗτος δὲ καὶ (IV 79) πρόσοψιν καὶ (V 8) πρόοψιν καὶ(?) δίοψιν καὶ (VII 71) ἔποψιν εἴρηκεν, Ἡρόδοτος (I 204) δὲ καὶ ἄποψιν. δυσωπού‐</w:t>
      </w:r>
    </w:p>
    <w:p>
      <w:r>
        <w:rPr>
          <w:rFonts w:ascii="Courier New" w:hAnsi="Courier New"/>
          <w:color w:val="555555"/>
          <w:sz w:val="20"/>
        </w:rPr>
        <w:t>[5]</w:t>
      </w:r>
    </w:p>
    <w:p>
      <w:r>
        <w:rPr>
          <w:rFonts w:ascii="Gentium Plus" w:hAnsi="Gentium Plus"/>
          <w:sz w:val="24"/>
        </w:rPr>
        <w:t>μενος. παρῶπται, παρόψονται, καὶ ὡς Ἰσοκράτης (VI 95) πε‐ ριόπτους καὶ (VI 95) περιβλέπτους, καὶ ἀπόβλεπτος καὶ ἀποβλεπό‐ μενος, καὶ αὐτόπτης, καὶ ὡς Ἀνδοκίδης (frg 7 Bl) σύνοπτον καὶ σύνοπτα, καὶ ὡς Ἰσαῖος (frg 161 Tur) εὐσύνοπτα, καὶ ὡς Δημοσθέ‐ νης (IV 25) ἐπόπτας, καὶ ἐποπτεῦσαι δ’ ἐν μυστηρίοις. καὶ ἀνεπό‐</w:t>
      </w:r>
    </w:p>
    <w:p>
      <w:r>
        <w:rPr>
          <w:rFonts w:ascii="Courier New" w:hAnsi="Courier New"/>
          <w:color w:val="555555"/>
          <w:sz w:val="20"/>
        </w:rPr>
        <w:t>[10]</w:t>
      </w:r>
    </w:p>
    <w:p>
      <w:r>
        <w:rPr>
          <w:rFonts w:ascii="Gentium Plus" w:hAnsi="Gentium Plus"/>
          <w:sz w:val="24"/>
        </w:rPr>
        <w:t>πτευτον Ὑπερείδης (frg 174 Bl) φησίν, καὶ διοπτεύειν Κριτίας (frg</w:t>
      </w:r>
    </w:p>
    <w:p>
      <w:r>
        <w:rPr>
          <w:rFonts w:ascii="Courier New" w:hAnsi="Courier New"/>
          <w:color w:val="555555"/>
          <w:sz w:val="20"/>
        </w:rPr>
        <w:t>[2 . 59]</w:t>
      </w:r>
    </w:p>
    <w:p>
      <w:r>
        <w:rPr>
          <w:rFonts w:ascii="Gentium Plus" w:hAnsi="Gentium Plus"/>
          <w:sz w:val="24"/>
        </w:rPr>
        <w:t>44 Bach) καὶ Ἀντιφῶν (frg 161 Bl), Ἀντιφῶν δὲ καὶ εἴσοπτοι, Δημοσθένης (III 13, LX 27) δὲ προῦπτον, Ἡρόδοτος (III 17 et 21) δὲ κατόπτας, Ξενοφῶν (Cyrop IV 5. 17) δὲ ὀπτῆρας. εἴρηται δὲ καὶ ὀπτήρια τὰ δῶρα τὰ παρὰ τοῦ πρῶτον ἰδόντος τὴν νύμφην</w:t>
      </w:r>
    </w:p>
    <w:p>
      <w:r>
        <w:rPr>
          <w:rFonts w:ascii="Courier New" w:hAnsi="Courier New"/>
          <w:color w:val="555555"/>
          <w:sz w:val="20"/>
        </w:rPr>
        <w:t>[5]</w:t>
      </w:r>
    </w:p>
    <w:p>
      <w:r>
        <w:rPr>
          <w:rFonts w:ascii="Gentium Plus" w:hAnsi="Gentium Plus"/>
          <w:sz w:val="24"/>
        </w:rPr>
        <w:t>νυμφίου διδόμενα. ἐρεῖς δὲ καὶ ἀμβλὺ ὁρᾶν, ὀξὺ βλέπειν. καὶ ἐξωμματῶσθαί φησιν Ἀριστοφάνης (Plut 635) τὸν Πλοῦτον ἐν Ἀσκληπιοῦ. καὶ βλέμμα εὔτονον, ἑστηκός, σῶφρον, ὑγιαῖνον, σεμνόν, ἀνδρῶδες, ἀν‐</w:t>
      </w:r>
    </w:p>
    <w:p>
      <w:r>
        <w:rPr>
          <w:rFonts w:ascii="Courier New" w:hAnsi="Courier New"/>
          <w:color w:val="555555"/>
          <w:sz w:val="20"/>
        </w:rPr>
        <w:t>[2 . 60]</w:t>
      </w:r>
    </w:p>
    <w:p>
      <w:r>
        <w:rPr>
          <w:rFonts w:ascii="Gentium Plus" w:hAnsi="Gentium Plus"/>
          <w:sz w:val="24"/>
        </w:rPr>
        <w:t>δρεῖον, ἀρρενωπόν, ἀπειλητικόν· καὶ τἀναντία βλέμμα ὑγρόν, ἄνανδρον, θηλυκόν, θῆλυ, γυναικεῖον, θηλυπρεπές, ἀχρεῖον, ἀνα‐ τετραμμένον. Κτησίας δέ πού (frg 20 C Müller) φησιν ἀναβάλλειν τὰ λευκὰ τῶν ὀφθαλμῶν τὸν Σαρδανάπαλλον.</w:t>
      </w:r>
    </w:p>
    <w:p>
      <w:r>
        <w:rPr>
          <w:rFonts w:ascii="Courier New" w:hAnsi="Courier New"/>
          <w:color w:val="555555"/>
          <w:sz w:val="20"/>
        </w:rPr>
        <w:t>[5]</w:t>
      </w:r>
    </w:p>
    <w:p>
      <w:r>
        <w:rPr>
          <w:rFonts w:ascii="Gentium Plus" w:hAnsi="Gentium Plus"/>
          <w:sz w:val="24"/>
        </w:rPr>
        <w:t>προσήκοι δ’ ἂν τούτῳ τῷ μέρει τυφλός, τυφλούμενος, πεπη‐ ρωμένος τοὺς ὀφθαλμούς· ὡς ἐπὶ τὸ πολὺ γὰρ τὴν πήρωσιν μετὰ προσθήκης τῶν ὀφθαλμῶν λέγουσιν, ὡς ἄνευ τῆς προσθήκης ἄδηλον ὂν ποίου μέρους ἡ πήρωσις ἐστίν. ἀνάπηρος δ’ ἐστὶν ὁ πᾶν τὸ</w:t>
      </w:r>
    </w:p>
    <w:p>
      <w:r>
        <w:rPr>
          <w:rFonts w:ascii="Courier New" w:hAnsi="Courier New"/>
          <w:color w:val="555555"/>
          <w:sz w:val="20"/>
        </w:rPr>
        <w:t>[2 . 61]</w:t>
      </w:r>
    </w:p>
    <w:p>
      <w:r>
        <w:rPr>
          <w:rFonts w:ascii="Gentium Plus" w:hAnsi="Gentium Plus"/>
          <w:sz w:val="24"/>
        </w:rPr>
        <w:t>σῶμα πεπηρωμένος, ὡς Ἰσαῖος ἐν τῷ κατὰ Ἀρεσαίχμου (frg 11 Tur) ‘κατέλιπεν ἐν τῷ χωρίῳ γέροντας καὶ ἀναπήρους.‘ Ἀντιφῶν δ’</w:t>
      </w:r>
    </w:p>
    <w:p>
      <w:r>
        <w:rPr>
          <w:rFonts w:ascii="Courier New" w:hAnsi="Courier New"/>
          <w:color w:val="555555"/>
          <w:sz w:val="20"/>
        </w:rPr>
        <w:t>[5]</w:t>
      </w:r>
    </w:p>
    <w:p>
      <w:r>
        <w:rPr>
          <w:rFonts w:ascii="Gentium Plus" w:hAnsi="Gentium Plus"/>
          <w:sz w:val="24"/>
        </w:rPr>
        <w:t>πηρα τούτοις προσήκει καὶ τὸ ἄπηρα. προσθετέον δὲ τούτοις καὶ τάδε· γλαυκός, γλαυκιῶν, χαροπός. μελανόμματος, μυωπίας, μελανόφθαλμος, ἑτερόφθαλμος· τὸ γὰρ</w:t>
      </w:r>
    </w:p>
    <w:p>
      <w:r>
        <w:rPr>
          <w:rFonts w:ascii="Courier New" w:hAnsi="Courier New"/>
          <w:color w:val="555555"/>
          <w:sz w:val="20"/>
        </w:rPr>
        <w:t>[2 . 62]</w:t>
      </w:r>
    </w:p>
    <w:p>
      <w:r>
        <w:rPr>
          <w:rFonts w:ascii="Gentium Plus" w:hAnsi="Gentium Plus"/>
          <w:sz w:val="24"/>
        </w:rPr>
        <w:t>μονόφθαλμος παρ’ Ἡροδότῳ (III 116, IV 27) ἐπὶ τῶν ἐκ φύσεως ἕν’ ἐχόντων ὀφθαλμόν, οἷον Κυκλώπων καὶ Ἀριμασπῶν. ῥηθείη δ’ ἂν τοὺς ὀφθαλμοὺς ἐξορύττειν, σβεννύναι, κενοῦν, κοιλαίνειν, βαθύνειν, σπαράττειν, ἐκ πυθμένων ἀνασπᾶν, ἀνέλκειν. καὶ ὀφθαλμὸς ὕφαιμος,</w:t>
      </w:r>
    </w:p>
    <w:p>
      <w:r>
        <w:rPr>
          <w:rFonts w:ascii="Courier New" w:hAnsi="Courier New"/>
          <w:color w:val="555555"/>
          <w:sz w:val="20"/>
        </w:rPr>
        <w:t>[5]</w:t>
      </w:r>
    </w:p>
    <w:p>
      <w:r>
        <w:rPr>
          <w:rFonts w:ascii="Gentium Plus" w:hAnsi="Gentium Plus"/>
          <w:sz w:val="24"/>
        </w:rPr>
        <w:t>ταραχώδης. κυλοιδιῶν καὶ κοιλόφθαλμος καὶ κοιλοφθαλμιῶν ὁ ἐξόφθαλμος καὶ ἐποφθαλμιῷεν οἷον φθονοῖεν. καὶ ἐποφθαλμιᾶν τὸ ἐπιθυμεῖν τινος, καὶ ὠφθαλμίασε τὸ ἐπεθύμησεν Ὑπερείδης (frg</w:t>
      </w:r>
    </w:p>
    <w:p>
      <w:r>
        <w:rPr>
          <w:rFonts w:ascii="Courier New" w:hAnsi="Courier New"/>
          <w:color w:val="555555"/>
          <w:sz w:val="20"/>
        </w:rPr>
        <w:t>[2 . 63]</w:t>
      </w:r>
    </w:p>
    <w:p>
      <w:r>
        <w:rPr>
          <w:rFonts w:ascii="Gentium Plus" w:hAnsi="Gentium Plus"/>
          <w:sz w:val="24"/>
        </w:rPr>
        <w:t>258 Bl). ὁ δὲ Πλάτων (Tim 45 B) εἴρηκε φωσφόρα ὄμματα· λέ‐ γοιντο δ’ ἂν ὀφθαλμοὶ λάμποντες, στίλβοντες, θυμοειδεῖς, πυρώδεις· μαρμαρυγὰς ἀφιέντες, αἴγλην, αὐγήν· ἡδεῖς, ἐπαγωγοί, ἐπέραστοι. καὶ τὸ ἀπ’ αὐτῶν ἀπορρέον ἵμερος.</w:t>
      </w:r>
    </w:p>
    <w:p>
      <w:r>
        <w:rPr>
          <w:rFonts w:ascii="Courier New" w:hAnsi="Courier New"/>
          <w:color w:val="555555"/>
          <w:sz w:val="20"/>
        </w:rPr>
        <w:t>[5]</w:t>
      </w:r>
    </w:p>
    <w:p>
      <w:r>
        <w:rPr>
          <w:rFonts w:ascii="Gentium Plus" w:hAnsi="Gentium Plus"/>
          <w:sz w:val="24"/>
        </w:rPr>
        <w:t>τὸ δὲ λυόμενόν τε καὶ καταρρέον δάκρυον, ἀφ’ οὗ τὸ δα‐ κρῦσαι, ἀποδακρῦσαι, καταδακρῦσαι, φιλόδακρυς, πολύδακρυς, ἄδα‐ κρυς, ἀδακρυτί, καὶ ὁ παρὰ τοῖς ποιηταῖς (Aeschyl Pers 947) ἀρίδακρυς. Ἰσοκράτησ(?) δέ φησιν ἀδακρύτους, καὶ Ὅμηρος (δ 186)</w:t>
      </w:r>
    </w:p>
    <w:p>
      <w:r>
        <w:rPr>
          <w:rFonts w:ascii="Courier New" w:hAnsi="Courier New"/>
          <w:color w:val="555555"/>
          <w:sz w:val="20"/>
        </w:rPr>
        <w:t>[2 . 64]</w:t>
      </w:r>
    </w:p>
    <w:p>
      <w:r>
        <w:rPr>
          <w:rFonts w:ascii="Gentium Plus" w:hAnsi="Gentium Plus"/>
          <w:sz w:val="24"/>
        </w:rPr>
        <w:t>‘ἀδακρύτω ἔχεν ὄσσε,‘ δακρυρροοῦντα δὲ Ἄλεξις (II frg 313 Ko).</w:t>
      </w:r>
    </w:p>
    <w:p>
      <w:r>
        <w:rPr>
          <w:rFonts w:ascii="Courier New" w:hAnsi="Courier New"/>
          <w:color w:val="555555"/>
          <w:sz w:val="20"/>
        </w:rPr>
        <w:t>[5]</w:t>
      </w:r>
    </w:p>
    <w:p>
      <w:r>
        <w:rPr>
          <w:rFonts w:ascii="Gentium Plus" w:hAnsi="Gentium Plus"/>
          <w:sz w:val="24"/>
        </w:rPr>
        <w:t>μονή. ἄκλαυτος δὲ παρ’ Ὁμήρῳ (X 386 saep) καὶ Σοφοκλεῖ (Antig 876). δακρύων, κλαίων, κλαυθμυριζόμενος. κλαυσεῖσθαι δὲ οἱ κωμικοί (Aristoph Pac 1081 saep). καὶ κλαυσιᾶν τὸ κλαῦσαι θέλειν, κλαιήσειν δὲ Δημοσθένης (XXI 99 saep). παρὰ δὲ Ξενοφῶντι (Hellen VII 2. 9) καὶ κλαυσίγελως· εἴληπται δ’ ἐκ τοῦ παρ’ Ὁμήρῳ (Z 484)</w:t>
      </w:r>
    </w:p>
    <w:p>
      <w:r>
        <w:rPr>
          <w:rFonts w:ascii="Courier New" w:hAnsi="Courier New"/>
          <w:color w:val="555555"/>
          <w:sz w:val="20"/>
        </w:rPr>
        <w:t>[10]</w:t>
      </w:r>
    </w:p>
    <w:p>
      <w:r>
        <w:rPr>
          <w:rFonts w:ascii="Gentium Plus" w:hAnsi="Gentium Plus"/>
          <w:sz w:val="24"/>
        </w:rPr>
        <w:t>‘δακρυόεν γελάσασα.‘</w:t>
      </w:r>
    </w:p>
    <w:p>
      <w:r>
        <w:rPr>
          <w:rFonts w:ascii="Courier New" w:hAnsi="Courier New"/>
          <w:color w:val="555555"/>
          <w:sz w:val="20"/>
        </w:rPr>
        <w:t>[2 . 65]</w:t>
      </w:r>
    </w:p>
    <w:p>
      <w:r>
        <w:rPr>
          <w:rFonts w:ascii="Gentium Plus" w:hAnsi="Gentium Plus"/>
          <w:sz w:val="24"/>
        </w:rPr>
        <w:t>νόσημα δ’ ὀφθαλμῶν ὀφθαλμία καὶ ‘ἐπιτάραξις ὀμμάτων‘ παρὰ Πλάτωνι (Rpbl VII 518 A). λημᾶν καὶ γλαμᾶν. νυκτάλωψ, καὶ ἄργεμος τὸ καλούμενον λεύκωμα, καὶ ὁ τοῦτ’ ἔχων ἄνθρωπος ἐπάργεμος. Ἀριστοφάνης (Ran 1245) δὲ σῦκα τὰ ἐπὶ τῶν ὀφθαλμῶν</w:t>
      </w:r>
    </w:p>
    <w:p>
      <w:r>
        <w:rPr>
          <w:rFonts w:ascii="Courier New" w:hAnsi="Courier New"/>
          <w:color w:val="555555"/>
          <w:sz w:val="20"/>
        </w:rPr>
        <w:t>[5]</w:t>
      </w:r>
    </w:p>
    <w:p>
      <w:r>
        <w:rPr>
          <w:rFonts w:ascii="Gentium Plus" w:hAnsi="Gentium Plus"/>
          <w:sz w:val="24"/>
        </w:rPr>
        <w:t>ἕλκη λέγει, σκνιπὸν δὲ τὸν ἀμυδρὸν βλέποντα Σιμωνίδης ὁ ἰαμβο‐ ποιός (frg 19 B)· ἢ τυφλὸς ἤ τις σκνιπὸς ἢ μέγα βλέπων.</w:t>
      </w:r>
    </w:p>
    <w:p>
      <w:r>
        <w:rPr>
          <w:rFonts w:ascii="Courier New" w:hAnsi="Courier New"/>
          <w:color w:val="555555"/>
          <w:sz w:val="20"/>
        </w:rPr>
        <w:t>[2 . 66]</w:t>
      </w:r>
    </w:p>
    <w:p>
      <w:r>
        <w:rPr>
          <w:rFonts w:ascii="Gentium Plus" w:hAnsi="Gentium Plus"/>
          <w:sz w:val="24"/>
        </w:rPr>
        <w:t>μέρη δ’ ὀφθαλμοῦ βλέφαρα μὲν τὸ ἐπιπεταννύμενον δέρμα καὶ συγκλεῖον τοὺς ὀφθαλμούς, ἃ καὶ καλύμματα καλεῖται. ὧν τὰ ὑπεράνω σκύνια, ὅθεν καὶ ἐπισκύνια τὰ περὶ τὰς ὀφρῦς γεῖσα. καὶ κύλα δὲ καὶ ἀνάκυλα καὶ ἐπικυλίδες, ἀφ’ ὧν καὶ τὸ κυλοιδιᾶν· οἱ δὲ</w:t>
      </w:r>
    </w:p>
    <w:p>
      <w:r>
        <w:rPr>
          <w:rFonts w:ascii="Courier New" w:hAnsi="Courier New"/>
          <w:color w:val="555555"/>
          <w:sz w:val="20"/>
        </w:rPr>
        <w:t>[5]</w:t>
      </w:r>
    </w:p>
    <w:p>
      <w:r>
        <w:rPr>
          <w:rFonts w:ascii="Gentium Plus" w:hAnsi="Gentium Plus"/>
          <w:sz w:val="24"/>
        </w:rPr>
        <w:t>κύλον μὲν τὸ κάτωθεν βλέφαρον, τὸ δ’ ἄνωθεν ἐπικυλίδα ἢ κυλίδα.</w:t>
      </w:r>
    </w:p>
    <w:p>
      <w:r>
        <w:rPr>
          <w:rFonts w:ascii="Courier New" w:hAnsi="Courier New"/>
          <w:color w:val="555555"/>
          <w:sz w:val="20"/>
        </w:rPr>
        <w:t>[2 . 67]</w:t>
      </w:r>
    </w:p>
    <w:p>
      <w:r>
        <w:rPr>
          <w:rFonts w:ascii="Gentium Plus" w:hAnsi="Gentium Plus"/>
          <w:sz w:val="24"/>
        </w:rPr>
        <w:t>τὰς δ’ ἐπὶ τῶν βλεφάρων γραμμάς, οἷον ῥυτίδας, ὠλίγγας οἱ ποιηταὶ λέγουσιν. ἐπὶ δὲ τῶν βλεφάρων τὸ μύσαι καὶ ἐπιμύσαι καὶ κατα‐ μύσαι, καὶ συμβαλεῖν τὰ βλέφαρα καὶ ἐπιβαλεῖν καὶ καταβαλεῖν</w:t>
      </w:r>
    </w:p>
    <w:p>
      <w:r>
        <w:rPr>
          <w:rFonts w:ascii="Courier New" w:hAnsi="Courier New"/>
          <w:color w:val="555555"/>
          <w:sz w:val="20"/>
        </w:rPr>
        <w:t>[5]</w:t>
      </w:r>
    </w:p>
    <w:p>
      <w:r>
        <w:rPr>
          <w:rFonts w:ascii="Gentium Plus" w:hAnsi="Gentium Plus"/>
          <w:sz w:val="24"/>
        </w:rPr>
        <w:t>σκαρδαμύξαι λέγουσιν, καὶ Ξενοφῶν (Cyrop I 4. 28) ἀσκαρδαμυκτί, καὶ Ἀριστοφάνης (Equit 292) ἀσκαρδάμυκτος. καὶ συνελεῖν βλέ‐</w:t>
      </w:r>
    </w:p>
    <w:p>
      <w:r>
        <w:rPr>
          <w:rFonts w:ascii="Courier New" w:hAnsi="Courier New"/>
          <w:color w:val="555555"/>
          <w:sz w:val="20"/>
        </w:rPr>
        <w:t>[2 . 68]</w:t>
      </w:r>
    </w:p>
    <w:p>
      <w:r>
        <w:rPr>
          <w:rFonts w:ascii="Gentium Plus" w:hAnsi="Gentium Plus"/>
          <w:sz w:val="24"/>
        </w:rPr>
        <w:t>φαρον τὸ κατανυστάσαι. μεμνῆσθαι δὲ χρὴ ὅτι Ἀριστοτέλης (Hist Anim I p 493 b 28) ἔφη μὴ δύνασθαι συνελθεῖν βλέφαρον ῥαγέν, ὥσπερ οὐδὲ πόσθην οὐδὲ γνάθον. βλεφαρίδες δ’ αἱ ἐκπεφυκυῖαι τῶν βλεφάρων τρίχες, οὐ κόσμος τοῖς ὀφθαλμοῖς μόνον, ἀλλὰ καὶ</w:t>
      </w:r>
    </w:p>
    <w:p>
      <w:r>
        <w:rPr>
          <w:rFonts w:ascii="Courier New" w:hAnsi="Courier New"/>
          <w:color w:val="555555"/>
          <w:sz w:val="20"/>
        </w:rPr>
        <w:t>[5]</w:t>
      </w:r>
    </w:p>
    <w:p>
      <w:r>
        <w:rPr>
          <w:rFonts w:ascii="Gentium Plus" w:hAnsi="Gentium Plus"/>
          <w:sz w:val="24"/>
        </w:rPr>
        <w:t>κατὰ χρείαν ἔχουσαι τὴν προβολήν, ὡς τὰ προσπίπτοντα λυπηρὰ ἀποστέγοιεν, καὶ τὰς ὄψεις †κατευθύνουσαι μὴ ἐῷεν πλανᾶσθαι†. διὰ</w:t>
      </w:r>
    </w:p>
    <w:p>
      <w:r>
        <w:rPr>
          <w:rFonts w:ascii="Courier New" w:hAnsi="Courier New"/>
          <w:color w:val="555555"/>
          <w:sz w:val="20"/>
        </w:rPr>
        <w:t>[2 . 69]</w:t>
      </w:r>
    </w:p>
    <w:p>
      <w:r>
        <w:rPr>
          <w:rFonts w:ascii="Gentium Plus" w:hAnsi="Gentium Plus"/>
          <w:sz w:val="24"/>
        </w:rPr>
        <w:t>τοῦτο καὶ ὁ θεὸς ἰχθύσι μὲν οὐδὲ βλεφάρων μετέδωκεν, ὄρνισι δὲ βλεφάρων μέν, οὐ μέντοι καὶ βλεφαρίδων, ἵπποις δὲ βλεφαρίδων μέν, ἀλλ’ οὐχ ἑκατέρωθεν· τὰ γὰρ κάτω βλέφαρα ψιλὰ αὐτοῖς τρι‐ χῶν. ὅθεν καὶ Σίμων (frg 2 Blass) τοῦτο ὄνειδος τῆς ἀμαθίας Μί‐</w:t>
      </w:r>
    </w:p>
    <w:p>
      <w:r>
        <w:rPr>
          <w:rFonts w:ascii="Courier New" w:hAnsi="Courier New"/>
          <w:color w:val="555555"/>
          <w:sz w:val="20"/>
        </w:rPr>
        <w:t>[5]</w:t>
      </w:r>
    </w:p>
    <w:p>
      <w:r>
        <w:rPr>
          <w:rFonts w:ascii="Gentium Plus" w:hAnsi="Gentium Plus"/>
          <w:sz w:val="24"/>
        </w:rPr>
        <w:t>κωνι προήνεγκεν, ὅτι καὶ τὰς κάτω βλεφαρίδας προσέγραψεν ἵππου γραφῇ. ὧν δὲ μερῶν αἱ βλεφαρίδες ἐκπεφύκασι, καλοῦνται ἔλυτρα καὶ ἐντριχώματα καὶ ὀρχοὶ καὶ ταρσοί.</w:t>
      </w:r>
    </w:p>
    <w:p>
      <w:r>
        <w:rPr>
          <w:rFonts w:ascii="Courier New" w:hAnsi="Courier New"/>
          <w:color w:val="555555"/>
          <w:sz w:val="20"/>
        </w:rPr>
        <w:t>[2 . 70]</w:t>
      </w:r>
    </w:p>
    <w:p>
      <w:r>
        <w:rPr>
          <w:rFonts w:ascii="Gentium Plus" w:hAnsi="Gentium Plus"/>
          <w:sz w:val="24"/>
        </w:rPr>
        <w:t>ὀμμάτων δὲ τὸ μὲν ἐν μέσῳ μέλαν καλεῖται κόρη, ἧς ἡ αὐγὴ γλήνη, καὶ ὁ περιθέων αὐτὴν κύκλος γραμμὴ κυκλοτερὴς καὶ ἶρις, τὸ δὲ μετὰ τὴν κόρην λευκὸν ἅπαν σφενδόνη καὶ λογάς. τὰ μέρη δὲ τῶν ὀφθαλμῶν χιτῶνας ἐκάλεσαν οἱ ἰατροί. τέτταρες δ’ εἰσὶ</w:t>
      </w:r>
    </w:p>
    <w:p>
      <w:r>
        <w:rPr>
          <w:rFonts w:ascii="Courier New" w:hAnsi="Courier New"/>
          <w:color w:val="555555"/>
          <w:sz w:val="20"/>
        </w:rPr>
        <w:t>[5]</w:t>
      </w:r>
    </w:p>
    <w:p>
      <w:r>
        <w:rPr>
          <w:rFonts w:ascii="Gentium Plus" w:hAnsi="Gentium Plus"/>
          <w:sz w:val="24"/>
        </w:rPr>
        <w:t>τὸν ἀριθμόν, καὶ τούτοις προσηγορίας ἔθεντο, τῷ μὲν ἐξωτάτω κερατοειδεῖ, ὅς ἐστι λευκός, στερεός, δυσδιαίρετος, νευρώδης, χονδρώδης, παχύς, διαφανής, τῷ δ’ ὑπ’ αὐτὸν δευτέρῳ ῥαγοειδεῖ,</w:t>
      </w:r>
    </w:p>
    <w:p>
      <w:r>
        <w:rPr>
          <w:rFonts w:ascii="Courier New" w:hAnsi="Courier New"/>
          <w:color w:val="555555"/>
          <w:sz w:val="20"/>
        </w:rPr>
        <w:t>[2 . 71]</w:t>
      </w:r>
    </w:p>
    <w:p>
      <w:r>
        <w:rPr>
          <w:rFonts w:ascii="Gentium Plus" w:hAnsi="Gentium Plus"/>
          <w:sz w:val="24"/>
        </w:rPr>
        <w:t>ὅς ἐστι δασύς, αἱματώδης, χοριοειδής, ἐκτετρημένος, τῷ δὲ τρίτῳ φακοειδεῖ καὶ κρυσταλλοειδεῖ καὶ ὑαλοειδεῖ, τῷ δὲ τετάρτῳ ἀραχνοειδεῖ καὶ ἀμφιβληστροειδεῖ. τά γε μὴν ἔγκοιλα τῶν ὀφθαλμῶν κόγχοι καλοῦνται, ὁ περὶ τοῖς βλεφάροις περίδρομος, ὥσπερ τῶν βλεφάρων</w:t>
      </w:r>
    </w:p>
    <w:p>
      <w:r>
        <w:rPr>
          <w:rFonts w:ascii="Courier New" w:hAnsi="Courier New"/>
          <w:color w:val="555555"/>
          <w:sz w:val="20"/>
        </w:rPr>
        <w:t>[5]</w:t>
      </w:r>
    </w:p>
    <w:p>
      <w:r>
        <w:rPr>
          <w:rFonts w:ascii="Gentium Plus" w:hAnsi="Gentium Plus"/>
          <w:sz w:val="24"/>
        </w:rPr>
        <w:t>τὰ ἑκατέρωθεν ἄκρα κανθοί, ὧν αἱ ῥίζαι ἐγκανθίδες. καὶ οἱ μὲν πρὸς τῇ ῥινὶ ῥαντῆρες καὶ πηγαί, ὅτι καὶ ἀπ’ αὐτῶν τὸ δάκρυον ἔρχεται, οἱ δ’ ὑπὸ τοὺς κροτάφους παρωπίαι. τὰ δὲ περὶ τῇ κόρῃ μέλανα πεσσοί· ὁ δ’ ὑπὸ τὴν ἶριν κύκλος, ὁ τῷ λευκῷ προσιών, ἅλως. τὸ δὲ καταλῆγον τῶν λογάδων πρέμνον καλεῖται. ᾐὼν δὲ πᾶσα ἡ τῶν</w:t>
      </w:r>
    </w:p>
    <w:p>
      <w:r>
        <w:rPr>
          <w:rFonts w:ascii="Courier New" w:hAnsi="Courier New"/>
          <w:color w:val="555555"/>
          <w:sz w:val="20"/>
        </w:rPr>
        <w:t>[10]</w:t>
      </w:r>
    </w:p>
    <w:p>
      <w:r>
        <w:rPr>
          <w:rFonts w:ascii="Gentium Plus" w:hAnsi="Gentium Plus"/>
          <w:sz w:val="24"/>
        </w:rPr>
        <w:t>ὀφθαλμῶν περιγραφή. ῥὶς καὶ μυκτὴρ καὶ μυκτῆρες, καὶ παρὰ τοῖς ἰατροῖς ῥώθωνες·</w:t>
      </w:r>
    </w:p>
    <w:p>
      <w:r>
        <w:rPr>
          <w:rFonts w:ascii="Courier New" w:hAnsi="Courier New"/>
          <w:color w:val="555555"/>
          <w:sz w:val="20"/>
        </w:rPr>
        <w:t>[2 . 72]</w:t>
      </w:r>
    </w:p>
    <w:p>
      <w:r>
        <w:rPr>
          <w:rFonts w:ascii="Gentium Plus" w:hAnsi="Gentium Plus"/>
          <w:sz w:val="24"/>
        </w:rPr>
        <w:t>παρὰ δὲ Σοφοκλεῖ (TGF 86 N) καὶ μύξαι οἱ μυκτῆρες κέκληνται, ὅθεν ἴσως καὶ ἐν τῇ κοινῇ χρήσει λύχνοι δίμυξοι, καὶ ἐν τῇ κωμῳδίᾳ (Aristoph Vesp 249?) τὸ προμύξαι τὸν λύχνον. ἀνατέτρηνται μέντοι οἱ μυκτῆρες δύο αὐλοῖς εἰς ὁλκὴν πνεύματος, καὶ εἰς τὸν ἐγκέ‐</w:t>
      </w:r>
    </w:p>
    <w:p>
      <w:r>
        <w:rPr>
          <w:rFonts w:ascii="Courier New" w:hAnsi="Courier New"/>
          <w:color w:val="555555"/>
          <w:sz w:val="20"/>
        </w:rPr>
        <w:t>[5]</w:t>
      </w:r>
    </w:p>
    <w:p>
      <w:r>
        <w:rPr>
          <w:rFonts w:ascii="Gentium Plus" w:hAnsi="Gentium Plus"/>
          <w:sz w:val="24"/>
        </w:rPr>
        <w:t>φαλον ἀναδιδοῦσι τοῖς αὐλοῖς· ὁδὸν δ’ εἰς τὴν ὑπερῴαν ἔχουσι,</w:t>
      </w:r>
    </w:p>
    <w:p>
      <w:r>
        <w:rPr>
          <w:rFonts w:ascii="Courier New" w:hAnsi="Courier New"/>
          <w:color w:val="555555"/>
          <w:sz w:val="20"/>
        </w:rPr>
        <w:t>[2 . 73]</w:t>
      </w:r>
    </w:p>
    <w:p>
      <w:r>
        <w:rPr>
          <w:rFonts w:ascii="Gentium Plus" w:hAnsi="Gentium Plus"/>
          <w:sz w:val="24"/>
        </w:rPr>
        <w:t>καθ’ ἣν τρυπήμασιν εἰσρεῖ τε καὶ ἐκρεῖ τὸ πνεῦμα. ῥινὸς δὲ σχή‐ ματα γρυπός, ἐπίγρυπος, ὃν βασιλικὸν οἴονται, σιμός, ὃν εὔχαριν νομίζουσιν· Πλάτων (Phaedr 253 E) δὲ καὶ σιμοπρόσωπον εἴρηκεν ἐφ’ ἵππου. καὶ ἀνασιμήνασθαι λέγουσι τὸ ὀσφραινόμενον τῷ σχήματι</w:t>
      </w:r>
    </w:p>
    <w:p>
      <w:r>
        <w:rPr>
          <w:rFonts w:ascii="Courier New" w:hAnsi="Courier New"/>
          <w:color w:val="555555"/>
          <w:sz w:val="20"/>
        </w:rPr>
        <w:t>[5]</w:t>
      </w:r>
    </w:p>
    <w:p>
      <w:r>
        <w:rPr>
          <w:rFonts w:ascii="Gentium Plus" w:hAnsi="Gentium Plus"/>
          <w:sz w:val="24"/>
        </w:rPr>
        <w:t>τῆς ῥινὸς μυσάξασθαι. ἐπὶ δὲ τοῦ σιμοῦ φαίης ἂν ὡς ἔστιν ἡ ῥὶς ἐκ μέσων κοίλη, ὥσπερ ἐπὶ τοῦ γρυποῦ ῥὶς καμπύλη. εὐθύρρις, ἐφ’ οὗ τις ἂν εἴποι δικαία ῥίς, εὐθυτενής, ἐξ ἴσου τὸ πρόσω‐</w:t>
      </w:r>
    </w:p>
    <w:p>
      <w:r>
        <w:rPr>
          <w:rFonts w:ascii="Courier New" w:hAnsi="Courier New"/>
          <w:color w:val="555555"/>
          <w:sz w:val="20"/>
        </w:rPr>
        <w:t>[2 . 74]</w:t>
      </w:r>
    </w:p>
    <w:p>
      <w:r>
        <w:rPr>
          <w:rFonts w:ascii="Gentium Plus" w:hAnsi="Gentium Plus"/>
          <w:sz w:val="24"/>
        </w:rPr>
        <w:t>πον διακρίνουσα· παραπέμπει γὰρ καὶ εὐθύνει τοὺς ὀφθαλμοὺς τῇ καθ’ ἑαυτὴν ἀνοχῇ. αἴσθησις δ’ ἐστὶν ὀσφρήσεως, καὶ ἀέρος εἰσροή. λέγοις δ’ ἂν ἀπὸ ῥινὸς εὔρινες, ἄρρινες, καὶ ῥινηλατεῖν τὸ τὰς ὀσμὰς ἕλκειν, καὶ ῥινηλάτην κύνα ἡ τραγῳδία (TGF adesp 426 N).</w:t>
      </w:r>
    </w:p>
    <w:p>
      <w:r>
        <w:rPr>
          <w:rFonts w:ascii="Courier New" w:hAnsi="Courier New"/>
          <w:color w:val="555555"/>
          <w:sz w:val="20"/>
        </w:rPr>
        <w:t>[5]</w:t>
      </w:r>
    </w:p>
    <w:p>
      <w:r>
        <w:rPr>
          <w:rFonts w:ascii="Gentium Plus" w:hAnsi="Gentium Plus"/>
          <w:sz w:val="24"/>
        </w:rPr>
        <w:t>καὶ κατ’ ἄλλην χρείαν ὀσφρᾶσθαι, τὰς ὀσμὰς ὑποδέχεσθαι, ἕλκειν τὰ ἀποφερόμενα πνεύματα τῇ ῥινί, τῇ εὐωδίᾳ εὐφραίνεσθαι, τὴν</w:t>
      </w:r>
    </w:p>
    <w:p>
      <w:r>
        <w:rPr>
          <w:rFonts w:ascii="Courier New" w:hAnsi="Courier New"/>
          <w:color w:val="555555"/>
          <w:sz w:val="20"/>
        </w:rPr>
        <w:t>[2 . 75]</w:t>
      </w:r>
    </w:p>
    <w:p>
      <w:r>
        <w:rPr>
          <w:rFonts w:ascii="Gentium Plus" w:hAnsi="Gentium Plus"/>
          <w:sz w:val="24"/>
        </w:rPr>
        <w:t>δυσωδίαν ἐκτρέπεσθαι, τὰ εὐώδη εἰδέναι. ἡ μὲν οὖν αἴσθησις ὄσφρησις καλεῖται, τὸ δὲ δι’ αὐτῆς ὀσφρᾶσθαι, ὀσφρώμενος, ὀσμώ‐ μενος. καὶ ὀσμὴ πνεῦμα αὔρα, ὄζει ὄδωδεν· Ἀριστοφάνης (Vesp 1059) δὲ καὶ ὀζήσει εἴρηκεν. πνεῖ εὐῶδες, καὶ εὔπνουν, καὶ εὔπνοια,</w:t>
      </w:r>
    </w:p>
    <w:p>
      <w:r>
        <w:rPr>
          <w:rFonts w:ascii="Courier New" w:hAnsi="Courier New"/>
          <w:color w:val="555555"/>
          <w:sz w:val="20"/>
        </w:rPr>
        <w:t>[5]</w:t>
      </w:r>
    </w:p>
    <w:p>
      <w:r>
        <w:rPr>
          <w:rFonts w:ascii="Gentium Plus" w:hAnsi="Gentium Plus"/>
          <w:sz w:val="24"/>
        </w:rPr>
        <w:t>εὐοσμία, εὔοσμον, δυσῶδες, ἀῶδες, δύσοσμον, δυσοσμία, δυσωδία, κακοσμία. ἡ γὰρ ὀδμὴ (Hom ε 59 saep) καὶ εὐοδμία (Sophocl</w:t>
      </w:r>
    </w:p>
    <w:p>
      <w:r>
        <w:rPr>
          <w:rFonts w:ascii="Courier New" w:hAnsi="Courier New"/>
          <w:color w:val="555555"/>
          <w:sz w:val="20"/>
        </w:rPr>
        <w:t>[2 . 76]</w:t>
      </w:r>
    </w:p>
    <w:p>
      <w:r>
        <w:rPr>
          <w:rFonts w:ascii="Gentium Plus" w:hAnsi="Gentium Plus"/>
          <w:sz w:val="24"/>
        </w:rPr>
        <w:t>TGF 341. 2) δοκεῖ μὲν τοῖς πολλοῖς εἶναι καλὰ τὰ ὀνόματα, ἔστι δὲ ποιητικά, ἐν δὲ τοῖς καταλογάδην Ἰωνικὰ καὶ Αἰολικά· παρὰ μόνῳ δ’ Ἀντιφῶντι (frg 173 Bl) ὀδμὰς καὶ εὐοδμίαν εὕροι τις ἄν. καὶ μὴν καὶ ὀσμυλία ἰχθύων τι γένος, ἡ ὑπὸ τῶν πολλῶν ὄζαινα καλου‐</w:t>
      </w:r>
    </w:p>
    <w:p>
      <w:r>
        <w:rPr>
          <w:rFonts w:ascii="Courier New" w:hAnsi="Courier New"/>
          <w:color w:val="555555"/>
          <w:sz w:val="20"/>
        </w:rPr>
        <w:t>[5]</w:t>
      </w:r>
    </w:p>
    <w:p>
      <w:r>
        <w:rPr>
          <w:rFonts w:ascii="Gentium Plus" w:hAnsi="Gentium Plus"/>
          <w:sz w:val="24"/>
        </w:rPr>
        <w:t>μένη· πολύποδος δ’ ἐστὶν εἶδος, ἔχον μεταξὺ τῆς κεφαλῆς καὶ τῶν πλεκτανῶν αὐλὸν δυσῶδες πνεῦμα ἀφιέντα. τραπόμενον εἰς τοὖψον λαβεῖν</w:t>
      </w:r>
    </w:p>
    <w:p>
      <w:r>
        <w:rPr>
          <w:rFonts w:ascii="Courier New" w:hAnsi="Courier New"/>
          <w:color w:val="555555"/>
          <w:sz w:val="20"/>
        </w:rPr>
        <w:t>[10]</w:t>
      </w:r>
    </w:p>
    <w:p>
      <w:r>
        <w:rPr>
          <w:rFonts w:ascii="Gentium Plus" w:hAnsi="Gentium Plus"/>
          <w:sz w:val="24"/>
        </w:rPr>
        <w:t>νεται κατὰ τὰς ῥῖνας τὸ πνεῦμα, εἰσρεῖ, ἐκρεῖ, εἰσχεῖται, προχεῖται,</w:t>
      </w:r>
    </w:p>
    <w:p>
      <w:r>
        <w:rPr>
          <w:rFonts w:ascii="Courier New" w:hAnsi="Courier New"/>
          <w:color w:val="555555"/>
          <w:sz w:val="20"/>
        </w:rPr>
        <w:t>[2 . 77]</w:t>
      </w:r>
    </w:p>
    <w:p>
      <w:r>
        <w:rPr>
          <w:rFonts w:ascii="Gentium Plus" w:hAnsi="Gentium Plus"/>
          <w:sz w:val="24"/>
        </w:rPr>
        <w:t>εἰσπνέομεν, ἐκπνέομεν, εἰς τὸν ἀέρα ἀναπνέομεν. καὶ ἀναπνοὴ παρὰ Πλάτωνι (Tim 79 E, 91 B)· ἡ γὰρ παρὰ Θουκυδίδῃ (IV 100. 4) πνοὴ ἐπὶ φυσήματος εἴρηται ἢ ἀνέμου. παρὰ δὲ Ξενοφῶντι (R Eq I 10) μυκτῆρες εὐπνοώτεροι. διακρίνομεν δὲ τὰ πνεύματα, δοκι‐</w:t>
      </w:r>
    </w:p>
    <w:p>
      <w:r>
        <w:rPr>
          <w:rFonts w:ascii="Courier New" w:hAnsi="Courier New"/>
          <w:color w:val="555555"/>
          <w:sz w:val="20"/>
        </w:rPr>
        <w:t>[5]</w:t>
      </w:r>
    </w:p>
    <w:p>
      <w:r>
        <w:rPr>
          <w:rFonts w:ascii="Gentium Plus" w:hAnsi="Gentium Plus"/>
          <w:sz w:val="24"/>
        </w:rPr>
        <w:t>μάζοντες τὰς ὀσμάς, καὶ πνεῦμα εἰλικρινές. καὶ οἶνος ἀνθοσμίας καὶ εὐώδης. εὐῶδες δὲ καὶ τὸ ἐξ ἀρωμάτων πνεῦμα. ἡ δ’ ἐν τοῖς τράγοις δυσωδία ὥσπερ καὶ ἡ ἐν ταῖς μασχάλαις, κινάβρα καλεῖται. καὶ γράσος δ’ εἴρηται ἀλλαχοῦ τε καὶ ἐν Πόλεσιν Εὐπόλιδος (I frg 242 Ko).</w:t>
      </w:r>
    </w:p>
    <w:p>
      <w:r>
        <w:rPr>
          <w:rFonts w:ascii="Courier New" w:hAnsi="Courier New"/>
          <w:color w:val="555555"/>
          <w:sz w:val="20"/>
        </w:rPr>
        <w:t>[2 . 78]</w:t>
      </w:r>
    </w:p>
    <w:p>
      <w:r>
        <w:rPr>
          <w:rFonts w:ascii="Gentium Plus" w:hAnsi="Gentium Plus"/>
          <w:sz w:val="24"/>
        </w:rPr>
        <w:t>νοσήματα δὲ ῥινῶν τὸ μὲν ἐκ ψύξεως κόρυζα καὶ κατάρρους, τὸ δὲ δυσίατον πουλύπους. τὸ ῥεῦμα μύξα κατὰ Ἱπποκράτην (de morb II 19, VII 34 L) καὶ κόρυζα κατὰ τοὺς Ἀττικούς. καὶ τὸ ταύτην ἀφαι‐ ρεῖν ἀπομύττειν. τὸ δ’ ἀπεμύττετο ‘ὕλιζε τὰς ῥῖνασ‘ ἔφη Κρατῖνος</w:t>
      </w:r>
    </w:p>
    <w:p>
      <w:r>
        <w:rPr>
          <w:rFonts w:ascii="Courier New" w:hAnsi="Courier New"/>
          <w:color w:val="555555"/>
          <w:sz w:val="20"/>
        </w:rPr>
        <w:t>[5]</w:t>
      </w:r>
    </w:p>
    <w:p>
      <w:r>
        <w:rPr>
          <w:rFonts w:ascii="Gentium Plus" w:hAnsi="Gentium Plus"/>
          <w:sz w:val="24"/>
        </w:rPr>
        <w:t>(I frg 354 Ko)· ἤδη δέ τινες τῶν κωμικῶν (Menand III frg 493 Ko) τὸ ἐπὶ κέρδει ἐξαπατᾶν ἀπομύττειν εἶπον. μυκτηρίζειν δὲ Λυσίας (frg 323 Tur) καὶ τὸ μυσάττεσθαι, ἀπὸ τοῦ τῷ μυκτῆρι ἐνδείκνυσθαι τὸ δυσχεραίνειν. γίνεται δὲ διὰ μυκτήρων καὶ τὸ ῥέγχειν. τὸν δ’ εἴρωνα ἔνιοι (Timon Phl frg 50 W) μυκτῆρα καλοῦσιν, καὶ μυκτη‐</w:t>
      </w:r>
    </w:p>
    <w:p>
      <w:r>
        <w:rPr>
          <w:rFonts w:ascii="Courier New" w:hAnsi="Courier New"/>
          <w:color w:val="555555"/>
          <w:sz w:val="20"/>
        </w:rPr>
        <w:t>[10]</w:t>
      </w:r>
    </w:p>
    <w:p>
      <w:r>
        <w:rPr>
          <w:rFonts w:ascii="Gentium Plus" w:hAnsi="Gentium Plus"/>
          <w:sz w:val="24"/>
        </w:rPr>
        <w:t>ρισμὸν τὴν ἐξαπάτην Μένανδρος (III frg 1039 Ko).</w:t>
      </w:r>
    </w:p>
    <w:p>
      <w:r>
        <w:rPr>
          <w:rFonts w:ascii="Courier New" w:hAnsi="Courier New"/>
          <w:color w:val="555555"/>
          <w:sz w:val="20"/>
        </w:rPr>
        <w:t>[2 . 79]</w:t>
      </w:r>
    </w:p>
    <w:p>
      <w:r>
        <w:rPr>
          <w:rFonts w:ascii="Gentium Plus" w:hAnsi="Gentium Plus"/>
          <w:sz w:val="24"/>
        </w:rPr>
        <w:t>τῆς δὲ ῥινὸς μέρη, τὰ μὲν κοιλώματα θαλάμαι, μυκτῆρες, μυξω‐</w:t>
      </w:r>
    </w:p>
    <w:p>
      <w:r>
        <w:rPr>
          <w:rFonts w:ascii="Courier New" w:hAnsi="Courier New"/>
          <w:color w:val="555555"/>
          <w:sz w:val="20"/>
        </w:rPr>
        <w:t>[5]</w:t>
      </w:r>
    </w:p>
    <w:p>
      <w:r>
        <w:rPr>
          <w:rFonts w:ascii="Gentium Plus" w:hAnsi="Gentium Plus"/>
          <w:sz w:val="24"/>
        </w:rPr>
        <w:t>διαιροῦν ὥσπερ τειχίον κίων καὶ διάφραγμα καὶ στυλίς· ἔνιοι δὲ τὸ</w:t>
      </w:r>
    </w:p>
    <w:p>
      <w:r>
        <w:rPr>
          <w:rFonts w:ascii="Courier New" w:hAnsi="Courier New"/>
          <w:color w:val="555555"/>
          <w:sz w:val="20"/>
        </w:rPr>
        <w:t>[2 . 80]</w:t>
      </w:r>
    </w:p>
    <w:p>
      <w:r>
        <w:rPr>
          <w:rFonts w:ascii="Gentium Plus" w:hAnsi="Gentium Plus"/>
          <w:sz w:val="24"/>
        </w:rPr>
        <w:t>μὲν ἔνδον διατειχίζον διάφραγμα ῥινός, τὸ δ’ ὑπὲρ αὐτὸ προῦχον σαρκῶδες, ὡς ἐπὶ τὸ χεῖλος φέρον, κίονα. τὸ δ’ ἀκρορρίνιον ὅλον σφαιρίον· καὶ τὰ μὲν ἔξωθεν τοῦ σφαιρίου ἑκατέρωθεν ἀπῆναι ἢ πτε‐ ρύγια, τὰ δ’ ἔνδοθεν μύξαι τε καὶ θαλάμαι, τὸ δὲ ἔδαφος αὐτῶν</w:t>
      </w:r>
    </w:p>
    <w:p>
      <w:r>
        <w:rPr>
          <w:rFonts w:ascii="Courier New" w:hAnsi="Courier New"/>
          <w:color w:val="555555"/>
          <w:sz w:val="20"/>
        </w:rPr>
        <w:t>[5]</w:t>
      </w:r>
    </w:p>
    <w:p>
      <w:r>
        <w:rPr>
          <w:rFonts w:ascii="Gentium Plus" w:hAnsi="Gentium Plus"/>
          <w:sz w:val="24"/>
        </w:rPr>
        <w:t>ληνοί. αἱ δ’ ὑπὸ ῥινὶ τρίχες μύσταξ καὶ ὑπορρίνιον, καὶ προ‐ πωγώνιον ἡ πρώτη βλάστη· αἱ δὲ πρὸς τῷ κάτω χείλει πάππος, τὸ δ’ ἐξ ἀμφοῖν ὑπήνη.</w:t>
      </w:r>
    </w:p>
    <w:p>
      <w:r>
        <w:rPr>
          <w:rFonts w:ascii="Courier New" w:hAnsi="Courier New"/>
          <w:color w:val="555555"/>
          <w:sz w:val="20"/>
        </w:rPr>
        <w:t>[2 . 81]</w:t>
      </w:r>
    </w:p>
    <w:p>
      <w:r>
        <w:rPr>
          <w:rFonts w:ascii="Gentium Plus" w:hAnsi="Gentium Plus"/>
          <w:sz w:val="24"/>
        </w:rPr>
        <w:t>καὶ μὴν ἐπί γε τὰ ὦτα ἀνιόντων, αἱ μὲν ὑπὲρ τὸ μέτωπον παρὰ τοὺς κροτάφους σάρκες μύες—οἱ δὲ καὶ κέρατα αὐτοὺς ἐκάλεσαν —τὰ δ’ ὦτα καὶ ἀκοαί, τό τε μέρος καὶ τὸ ἔργον. καὶ ἀκούειν, κατακούειν, ὑπακούειν, παρακούειν. ὑπήκοοι, κατήκοοι, εὐήκοοι,</w:t>
      </w:r>
    </w:p>
    <w:p>
      <w:r>
        <w:rPr>
          <w:rFonts w:ascii="Courier New" w:hAnsi="Courier New"/>
          <w:color w:val="555555"/>
          <w:sz w:val="20"/>
        </w:rPr>
        <w:t>[5]</w:t>
      </w:r>
    </w:p>
    <w:p>
      <w:r>
        <w:rPr>
          <w:rFonts w:ascii="Gentium Plus" w:hAnsi="Gentium Plus"/>
          <w:sz w:val="24"/>
        </w:rPr>
        <w:t>δυσήκοοι, ἀνήκοοι, ὀξυήκοοι, βαρυήκοοι, αὐτήκοοι, ἀξιάκουστον,</w:t>
      </w:r>
    </w:p>
    <w:p>
      <w:r>
        <w:rPr>
          <w:rFonts w:ascii="Courier New" w:hAnsi="Courier New"/>
          <w:color w:val="555555"/>
          <w:sz w:val="20"/>
        </w:rPr>
        <w:t>[2 . 82]</w:t>
      </w:r>
    </w:p>
    <w:p>
      <w:r>
        <w:rPr>
          <w:rFonts w:ascii="Gentium Plus" w:hAnsi="Gentium Plus"/>
          <w:sz w:val="24"/>
        </w:rPr>
        <w:t>ἀνηκουστεῖν, ἀνήκουστον ὡς Ξενοφῶν (Cyneg III 8), ἀνηκόως, ἀν‐ ηκουστία, ἄκουσμα· Αἰσχίνης δ’ ὁ ῥήτωρ (III 241) καὶ ἀκρόαμα εἶπεν, ὥσπερ καὶ Ξενοφῶν (Conviv II 2, Hier I 14). φαῦλον δ’ ὁ Μενάνδρου (III frg 988 Ko) ἀκουστὴς ἀντὶ τοῦ ἀκροατής. παρὰ</w:t>
      </w:r>
    </w:p>
    <w:p>
      <w:r>
        <w:rPr>
          <w:rFonts w:ascii="Courier New" w:hAnsi="Courier New"/>
          <w:color w:val="555555"/>
          <w:sz w:val="20"/>
        </w:rPr>
        <w:t>[5]</w:t>
      </w:r>
    </w:p>
    <w:p>
      <w:r>
        <w:rPr>
          <w:rFonts w:ascii="Gentium Plus" w:hAnsi="Gentium Plus"/>
          <w:sz w:val="24"/>
        </w:rPr>
        <w:t>δὲ Πλάτωνι (Leg IV 711 E) ξυνήκοοι. καὶ εἰσακοῦσαι. καὶ ‘ἐπήκοος γενοῦ‘ ἐν εὐχῇ παρὰ τῷ κωμικῷ Φρυνίχῳ (I frg 73 Ko). κωφός,</w:t>
      </w:r>
    </w:p>
    <w:p>
      <w:r>
        <w:rPr>
          <w:rFonts w:ascii="Courier New" w:hAnsi="Courier New"/>
          <w:color w:val="555555"/>
          <w:sz w:val="20"/>
        </w:rPr>
        <w:t>[2 . 83]</w:t>
      </w:r>
    </w:p>
    <w:p>
      <w:r>
        <w:rPr>
          <w:rFonts w:ascii="Gentium Plus" w:hAnsi="Gentium Plus"/>
          <w:sz w:val="24"/>
        </w:rPr>
        <w:t>κωφότης. κυψέλη δὲ τὸ ἐμφράττον τὴν ἀκοὴν καὶ κυψελίς· πεφρά‐ χθαι τὰ ὦτα, καὶ ἐπιλαβεῖν τὰ ὦτα, καὶ ἐμπεπλῆσθαι τὴν ἀκοὴν τὸ ταῖν χεροῖν φραγῆναι καὶ ἐπισχεῖν. καὶ διατεθρύληκέ μου τὰ ὦτα. ἐπὶ δὲ τῶν ἐν γυμνασίοις πληγῶν τὰ ὦτα κατεαγέναι, καὶ ὠτοκάταξις.</w:t>
      </w:r>
    </w:p>
    <w:p>
      <w:r>
        <w:rPr>
          <w:rFonts w:ascii="Courier New" w:hAnsi="Courier New"/>
          <w:color w:val="555555"/>
          <w:sz w:val="20"/>
        </w:rPr>
        <w:t>[5]</w:t>
      </w:r>
    </w:p>
    <w:p>
      <w:r>
        <w:rPr>
          <w:rFonts w:ascii="Gentium Plus" w:hAnsi="Gentium Plus"/>
          <w:sz w:val="24"/>
        </w:rPr>
        <w:t>ὠτογλυφὶς δ’ εἴρηται παρὰ Πλάτωνι τῷ κωμικῷ ἐν Συμμαχίᾳ (I frg 148 Ko)· ‘ὠτογλυφίδα λαβοῦσα ἀνασκάλλεται.‘ ὁ δὲ φιλό‐ σοφος Πλάτων (?) ἀμφωτίδας λέγει· καὶ νεὼς δ’ ἐπωτίδες ὀνομάζονται καὶ ἀμφωτίδες. ἐνώτια ὁ κόσμος ὁ ἐν τοῖς ὠσίν·</w:t>
      </w:r>
    </w:p>
    <w:p>
      <w:r>
        <w:rPr>
          <w:rFonts w:ascii="Courier New" w:hAnsi="Courier New"/>
          <w:color w:val="555555"/>
          <w:sz w:val="20"/>
        </w:rPr>
        <w:t>[2 . 84]</w:t>
      </w:r>
    </w:p>
    <w:p>
      <w:r>
        <w:rPr>
          <w:rFonts w:ascii="Gentium Plus" w:hAnsi="Gentium Plus"/>
          <w:sz w:val="24"/>
        </w:rPr>
        <w:t>τὰ δ’ αὐτὰ καὶ ἐλλόβια καὶ ἑλικτῆρες. ἐκαλοῦντο δέ τινες ὦτα καὶ ὀφθαλμοὶ βασιλέως, οἱ τὰ λεγόμενα διαγγέλλοντες καὶ τὰ ὁρώ‐ μενα· ἀπὸ δὲ τῶν ὤτων τούτων τὸ ὠτακουστεῖν πεποίηται. Αἰσχίνης δ’ ὁ Σωκρατικὸς (p 29 C F Herm) καὶ ἐπ’ ἀμφότερα τὰ</w:t>
      </w:r>
    </w:p>
    <w:p>
      <w:r>
        <w:rPr>
          <w:rFonts w:ascii="Courier New" w:hAnsi="Courier New"/>
          <w:color w:val="555555"/>
          <w:sz w:val="20"/>
        </w:rPr>
        <w:t>[5]</w:t>
      </w:r>
    </w:p>
    <w:p>
      <w:r>
        <w:rPr>
          <w:rFonts w:ascii="Gentium Plus" w:hAnsi="Gentium Plus"/>
          <w:sz w:val="24"/>
        </w:rPr>
        <w:t>ὦτα καθεύδειν λέγει. σκολιὸς δ’ ὁ τῆς ἀκοῆς πόρος ὁ παρα‐ πέμπων τὴν φωνὴν εἰς τὰ περὶ τὴν ψυχήν. μετὰ δὲ τοὺς κροτάφους δύο ὀστῶν εἰσὶ πλαγίων συμβολαί, περιειληφότων τὰ ὦτα, ὀνομά‐</w:t>
      </w:r>
    </w:p>
    <w:p>
      <w:r>
        <w:rPr>
          <w:rFonts w:ascii="Courier New" w:hAnsi="Courier New"/>
          <w:color w:val="555555"/>
          <w:sz w:val="20"/>
        </w:rPr>
        <w:t>[2 . 85]</w:t>
      </w:r>
    </w:p>
    <w:p>
      <w:r>
        <w:rPr>
          <w:rFonts w:ascii="Gentium Plus" w:hAnsi="Gentium Plus"/>
          <w:sz w:val="24"/>
        </w:rPr>
        <w:t>ζονται δὲ ζυγώματα καὶ καρκίνοι. τῶν γε μὴν ὤτων ἡ μὲν ἔξωθεν περιβολὴ κοχλίας, ἡ δ’ ἔνδοθεν σκάφος. καὶ τὸ μὲν ἐπὶ τοὺς κροτά‐ φους ἐπικλινὲς πτερύγιον, τὸ δὲ κάτω λοβός, τὸ δ’ ἔνδον κυψέλη, ἀφ’ ἧς ὁ ῥύπος κυψελίς, τὸ δὲ κοῖλον ἀστακός, τὸ δ’ ὥσπερ</w:t>
      </w:r>
    </w:p>
    <w:p>
      <w:r>
        <w:rPr>
          <w:rFonts w:ascii="Courier New" w:hAnsi="Courier New"/>
          <w:color w:val="555555"/>
          <w:sz w:val="20"/>
        </w:rPr>
        <w:t>[5]</w:t>
      </w:r>
    </w:p>
    <w:p>
      <w:r>
        <w:rPr>
          <w:rFonts w:ascii="Gentium Plus" w:hAnsi="Gentium Plus"/>
          <w:sz w:val="24"/>
        </w:rPr>
        <w:t>ἔδαφος κρότων. τοῦ δὲ κοίλου τὸ μὲν ὑπὸ τὸ πέρας τοῦ κροτάφου</w:t>
      </w:r>
    </w:p>
    <w:p>
      <w:r>
        <w:rPr>
          <w:rFonts w:ascii="Courier New" w:hAnsi="Courier New"/>
          <w:color w:val="555555"/>
          <w:sz w:val="20"/>
        </w:rPr>
        <w:t>[2 . 86]</w:t>
      </w:r>
    </w:p>
    <w:p>
      <w:r>
        <w:rPr>
          <w:rFonts w:ascii="Gentium Plus" w:hAnsi="Gentium Plus"/>
          <w:sz w:val="24"/>
        </w:rPr>
        <w:t>κυψέλῃ τέττιξ, τὸ δ’ ὑπὲρ τὸν τέττιγα τραχυνόμενον, ὅπερ ἐστὶ τῆς ἄνω περιφερείας πέρας, ἀντιλοβίς. καὶ τὸ μὲν πρὸς τῷ κροτάφῳ τοῦ τράγου ἀκόνη, ἡ δὲ περὶ τῇ κυψέλῃ κοιλότης ἐχινίσκος, τὸ δὲ κατὰ τὸ τρύπημα μέρος καμάρα, τὸ δ’ ἐντὸς κύαρ. μήκων δὲ τὸ</w:t>
      </w:r>
    </w:p>
    <w:p>
      <w:r>
        <w:rPr>
          <w:rFonts w:ascii="Courier New" w:hAnsi="Courier New"/>
          <w:color w:val="555555"/>
          <w:sz w:val="20"/>
        </w:rPr>
        <w:t>[5]</w:t>
      </w:r>
    </w:p>
    <w:p>
      <w:r>
        <w:rPr>
          <w:rFonts w:ascii="Gentium Plus" w:hAnsi="Gentium Plus"/>
          <w:sz w:val="24"/>
        </w:rPr>
        <w:t>κατὰ τὴν ῥίζαν ὑπὸ τὸν λοβόν. ἡ δὲ πᾶσα περιαγωγὴ τοῦ ὠτὸς ὑπὸ τὸ πτερύγιον ἕλιξ, καὶ τὸ ἀνθεστηκὸς αὐτῇ ἀνθέλιξ, καὶ τὸ ὑπ’ αὐτῇ κόγχη. ταῦτα μὲν δὴ ἰατροὶ προσεξεῦρον τὰ ὀνόματα· ὁ δ’ Ἀριστοτέλης (Hist An I p 492 15) τὰ περὶ τὸ οὖς μέρη ἀνώ‐ νυμα ᾤετο πλὴν λοβοῦ.</w:t>
      </w:r>
    </w:p>
    <w:p>
      <w:r>
        <w:rPr>
          <w:rFonts w:ascii="Courier New" w:hAnsi="Courier New"/>
          <w:color w:val="555555"/>
          <w:sz w:val="20"/>
        </w:rPr>
        <w:t>[2 . 87]</w:t>
      </w:r>
    </w:p>
    <w:p>
      <w:r>
        <w:rPr>
          <w:rFonts w:ascii="Gentium Plus" w:hAnsi="Gentium Plus"/>
          <w:sz w:val="24"/>
        </w:rPr>
        <w:t>ῥινὸς δ’ ἑκατέρωθεν ἀνέστηκεν ὑπὲρ τὰς παρειὰς τὰ καλού‐ μενα μῆλα, ἥ ἐστιν ὑποφθάλμιος φρουρὰ τῶν ὀφθαλμῶν, ὡς δια‐ τειχίζοιντο εἰς ἀσφάλειαν ἄνωθεν μὲν ταῖς τῶν ὀφρύων προβολαῖς, κάτωθεν δὲ ταῖς τῶν μήλων ἀνοχαῖς. ὠνόμασται δὲ διὰ τὸ</w:t>
      </w:r>
    </w:p>
    <w:p>
      <w:r>
        <w:rPr>
          <w:rFonts w:ascii="Courier New" w:hAnsi="Courier New"/>
          <w:color w:val="555555"/>
          <w:sz w:val="20"/>
        </w:rPr>
        <w:t>[5]</w:t>
      </w:r>
    </w:p>
    <w:p>
      <w:r>
        <w:rPr>
          <w:rFonts w:ascii="Gentium Plus" w:hAnsi="Gentium Plus"/>
          <w:sz w:val="24"/>
        </w:rPr>
        <w:t>ἀνθεῖν ἐν ὥρᾳ. παρειαὶ δὲ καὶ γνάθοι ἂν καλοῖντο. καὶ ὄνομα μὲν ἀπὸ τῶν παρειῶν ὁ εὐπάρειος καὶ ἡ καλλιπάρειος. λέ‐ γοιντο δ’ ἂν ἀνθοῦσαι παρειαί, εὐανθεῖς, ἐρυθαινόμεναι, λάμπουσαι, στίλβουσαι, ἐρυθριῶσαι, ὑποφαίνουσαι τὴν τῆς αἰδοῦς χροιάν, ὡς ὑπο‐ λάμπειν αὐταῖς τὸ ἦθος, ὡς ἐμφαίνεσθαι τὴν αἰδῶ.</w:t>
      </w:r>
    </w:p>
    <w:p>
      <w:r>
        <w:rPr>
          <w:rFonts w:ascii="Courier New" w:hAnsi="Courier New"/>
          <w:color w:val="555555"/>
          <w:sz w:val="20"/>
        </w:rPr>
        <w:t>[2 . 88]</w:t>
      </w:r>
    </w:p>
    <w:p>
      <w:r>
        <w:rPr>
          <w:rFonts w:ascii="Gentium Plus" w:hAnsi="Gentium Plus"/>
          <w:sz w:val="24"/>
        </w:rPr>
        <w:t>περὶ δὲ ταύταις ἡ μὲν πρώτη τριχῶν ἄνθη χνοῦς, ὅθεν καὶ τὸ χνοάζειν παρὰ τοῖς ποιηταῖς (Soph O R 742), καὶ ἴουλος παρὰ τὸ ἕρπειν, καὶ πώγων, ἐπειδὰν ὑποπλησθῇ. καὶ γένειον δὲ κατὰ χρῆσιν ὀνομάζεται, ὅθεν καὶ ὁ ἀγένειος, βαθυγένειος, εὐγένειος,</w:t>
      </w:r>
    </w:p>
    <w:p>
      <w:r>
        <w:rPr>
          <w:rFonts w:ascii="Courier New" w:hAnsi="Courier New"/>
          <w:color w:val="555555"/>
          <w:sz w:val="20"/>
        </w:rPr>
        <w:t>[5]</w:t>
      </w:r>
    </w:p>
    <w:p>
      <w:r>
        <w:rPr>
          <w:rFonts w:ascii="Gentium Plus" w:hAnsi="Gentium Plus"/>
          <w:sz w:val="24"/>
        </w:rPr>
        <w:t>μαδηγένειος, εἰ μὴ τραγικώτερον. παρὰ δὲ τοῖς ποιηταῖς καὶ</w:t>
      </w:r>
    </w:p>
    <w:p>
      <w:r>
        <w:rPr>
          <w:rFonts w:ascii="Courier New" w:hAnsi="Courier New"/>
          <w:color w:val="555555"/>
          <w:sz w:val="20"/>
        </w:rPr>
        <w:t>[10]</w:t>
      </w:r>
    </w:p>
    <w:p>
      <w:r>
        <w:rPr>
          <w:rFonts w:ascii="Gentium Plus" w:hAnsi="Gentium Plus"/>
          <w:sz w:val="24"/>
        </w:rPr>
        <w:t>γωνες αἱ ἀκίδες παρὰ τοῖς ποιηταῖς, καὶ παρ’ Ὁμήρῳ (Ω 274) γλωχῖνες. ἐν δὲ τῇ τραγῳδίᾳ (Eurip TGF 836 N) ‘πώγων πυρόσ‘ ἡ εἰς ὀξὺ ἀναδρομὴ τῆς φλογός.</w:t>
      </w:r>
    </w:p>
    <w:p>
      <w:r>
        <w:rPr>
          <w:rFonts w:ascii="Courier New" w:hAnsi="Courier New"/>
          <w:color w:val="555555"/>
          <w:sz w:val="20"/>
        </w:rPr>
        <w:t>[2 . 89]</w:t>
      </w:r>
    </w:p>
    <w:p>
      <w:r>
        <w:rPr>
          <w:rFonts w:ascii="Gentium Plus" w:hAnsi="Gentium Plus"/>
          <w:sz w:val="24"/>
        </w:rPr>
        <w:t>ἕποιτο δ’ ἂν τούτοις χείλη, ὧν τὸ μὲν ἄνωθεν καλού‐ μενον, τὸ δὲ κάτωθεν ὥσπερ καὶ αἱ ὑπ’ αὐτὰ γένυες καὶ σιαγόνες, ὧν ἡ μὲν ὑπερκειμένη πᾶσι τοῖς ζῴοις πλὴν κροκοδείλων ἀκίνητος, ἡ δὲ ὑποκειμένη προσάγεται πρὸς κατεργασίαν τῆς τροφῆς, ἣ μόνοις</w:t>
      </w:r>
    </w:p>
    <w:p>
      <w:r>
        <w:rPr>
          <w:rFonts w:ascii="Courier New" w:hAnsi="Courier New"/>
          <w:color w:val="555555"/>
          <w:sz w:val="20"/>
        </w:rPr>
        <w:t>[5]</w:t>
      </w:r>
    </w:p>
    <w:p>
      <w:r>
        <w:rPr>
          <w:rFonts w:ascii="Gentium Plus" w:hAnsi="Gentium Plus"/>
          <w:sz w:val="24"/>
        </w:rPr>
        <w:t>κροκοδείλοις πέπηγεν. καὶ Ὅμηρος (α 64 saep) μὲν ἕρκος ὀδόντων τὰ χείλη καλεῖ, οἱ δὲ παλαιοὶ κωμικοὶ (Aristoph Vesp 1083) χε‐ λύνας. ἀπὸ δὲ χειλῶν τὰ μέτρα, ἰσοχειλῆ μὲν τὰ ἐπίμεστα, καὶ ἐπιχειλῆ τὰ ἐνδεᾶ, ὧν ὑπεραίρει τὸ χεῖλος· ἐπιχειλῆ δὲ καὶ</w:t>
      </w:r>
    </w:p>
    <w:p>
      <w:r>
        <w:rPr>
          <w:rFonts w:ascii="Courier New" w:hAnsi="Courier New"/>
          <w:color w:val="555555"/>
          <w:sz w:val="20"/>
        </w:rPr>
        <w:t>[2 . 90]</w:t>
      </w:r>
    </w:p>
    <w:p>
      <w:r>
        <w:rPr>
          <w:rFonts w:ascii="Gentium Plus" w:hAnsi="Gentium Plus"/>
          <w:sz w:val="24"/>
        </w:rPr>
        <w:t>τὰ ἐπιπόλαια πράγματα Ἀριστοφάνησ(?) εἶπεν. Εὔπολις δὲ καὶ νεὼς χείλη εἴρηκεν (I frg 324 Ko)· †ἀνωροθία ἡ† παρὰ τὰ χείλη τῆς νεώς. τὸ δὲ συνάγειν τὰ χείλη μοιμύλλειν ἡ κωμῳδία (III frg 1080 Ko)</w:t>
      </w:r>
    </w:p>
    <w:p>
      <w:r>
        <w:rPr>
          <w:rFonts w:ascii="Courier New" w:hAnsi="Courier New"/>
          <w:color w:val="555555"/>
          <w:sz w:val="20"/>
        </w:rPr>
        <w:t>[5]</w:t>
      </w:r>
    </w:p>
    <w:p>
      <w:r>
        <w:rPr>
          <w:rFonts w:ascii="Gentium Plus" w:hAnsi="Gentium Plus"/>
          <w:sz w:val="24"/>
        </w:rPr>
        <w:t>καὶ μοιμυλλᾶν φησί, τὸ δὲ διακινεῖν τὰ χείλη διαμυλλαίνειν· καὶ γὰρ τὰ χείλη μύλλα προσαγορεύουσιν. ὀνομάζεται δ’ αὐτῶν τὸ μὲν περὶ ὅλῳ τῷ στόματι κημός, ἡ δ’ ἐν τῷ ἄνω χείλει κοιλότης φίλτρον,</w:t>
      </w:r>
    </w:p>
    <w:p>
      <w:r>
        <w:rPr>
          <w:rFonts w:ascii="Courier New" w:hAnsi="Courier New"/>
          <w:color w:val="555555"/>
          <w:sz w:val="20"/>
        </w:rPr>
        <w:t>[10]</w:t>
      </w:r>
    </w:p>
    <w:p>
      <w:r>
        <w:rPr>
          <w:rFonts w:ascii="Gentium Plus" w:hAnsi="Gentium Plus"/>
          <w:sz w:val="24"/>
        </w:rPr>
        <w:t>ἑκατέρωθεν αὐτῶν ἐπὶ τὰς γνάθους καταλήγοντα χαλινοί.</w:t>
      </w:r>
    </w:p>
    <w:p>
      <w:r>
        <w:rPr>
          <w:rFonts w:ascii="Courier New" w:hAnsi="Courier New"/>
          <w:color w:val="555555"/>
          <w:sz w:val="20"/>
        </w:rPr>
        <w:t>[2 . 91]</w:t>
      </w:r>
    </w:p>
    <w:p>
      <w:r>
        <w:rPr>
          <w:rFonts w:ascii="Gentium Plus" w:hAnsi="Gentium Plus"/>
          <w:sz w:val="24"/>
        </w:rPr>
        <w:t>οἱ δὲ ὀδόντες ταῖς γένυσιν ἐμπεφύκασι δύο καὶ τριάκοντα, ἑκ‐ καίδεκα ἑκατέρᾳ σιαγόνι ἐγγεγομφωμένοι. ὧν οἱ μὲν μέσοι τέτταρες καλοῦνται τομεῖς καὶ γελασῖνοι καὶ διχαστῆρες καὶ κτένες, τὸ μὲν ὅτι τέμνουσι τὴν τροφήν, τὸ δ’ ὅτι γυμνοῦνται γελώντων, τὸ δ’ ὅτι τὸ</w:t>
      </w:r>
    </w:p>
    <w:p>
      <w:r>
        <w:rPr>
          <w:rFonts w:ascii="Courier New" w:hAnsi="Courier New"/>
          <w:color w:val="555555"/>
          <w:sz w:val="20"/>
        </w:rPr>
        <w:t>[5]</w:t>
      </w:r>
    </w:p>
    <w:p>
      <w:r>
        <w:rPr>
          <w:rFonts w:ascii="Gentium Plus" w:hAnsi="Gentium Plus"/>
          <w:sz w:val="24"/>
        </w:rPr>
        <w:t>προσπεσὸν διαιροῦσι, τὸ δ’ ὅτι κτείνουσιν ὃ ἂν λάβωσιν· οἱ δ’ ἑκατέ‐ ρωθεν ἐν ἑκατέρᾳ τῇ σιαγόνι δύο κυνόδοντες διὰ τὴν ὀξύτητα, ὡς</w:t>
      </w:r>
    </w:p>
    <w:p>
      <w:r>
        <w:rPr>
          <w:rFonts w:ascii="Courier New" w:hAnsi="Courier New"/>
          <w:color w:val="555555"/>
          <w:sz w:val="20"/>
        </w:rPr>
        <w:t>[2 . 92]</w:t>
      </w:r>
    </w:p>
    <w:p>
      <w:r>
        <w:rPr>
          <w:rFonts w:ascii="Gentium Plus" w:hAnsi="Gentium Plus"/>
          <w:sz w:val="24"/>
        </w:rPr>
        <w:t>τοῖς τῶν κυνῶν προσεικότες. καὶ οὗτοι μὲν μιᾶς ῥίζης ἐκπεφύ‐ κασιν, παράκεινται δὲ τούτοις ἐξηρτημένοι δύο ῥιζῶν οἱ γόμφιοι, πέντε ἑκατέρωθεν, ὧν τὸ προῦχον μύλαι διὰ τὸ λεαίνειν ἴσως τὴν τροφὴν ὡς ἡ σιτουργὸς μύλη· εἰσὶ δὲ πέντε τῶν τομέων ἑκατέ‐</w:t>
      </w:r>
    </w:p>
    <w:p>
      <w:r>
        <w:rPr>
          <w:rFonts w:ascii="Courier New" w:hAnsi="Courier New"/>
          <w:color w:val="555555"/>
          <w:sz w:val="20"/>
        </w:rPr>
        <w:t>[5]</w:t>
      </w:r>
    </w:p>
    <w:p>
      <w:r>
        <w:rPr>
          <w:rFonts w:ascii="Gentium Plus" w:hAnsi="Gentium Plus"/>
          <w:sz w:val="24"/>
        </w:rPr>
        <w:t>ρωθεν, τρισὶ ῥίζαις ἐγγεγομφωμένοι. μεθ’ οὓς τελευταῖοι οἱ σωφρο‐ νιστῆρες εἰσὶν, ἑκατέρωθεν ὀψίγονοι μετ’ εἰκοστὸν ἔτος ἀναφυόμενοι·</w:t>
      </w:r>
    </w:p>
    <w:p>
      <w:r>
        <w:rPr>
          <w:rFonts w:ascii="Courier New" w:hAnsi="Courier New"/>
          <w:color w:val="555555"/>
          <w:sz w:val="20"/>
        </w:rPr>
        <w:t>[2 . 93]</w:t>
      </w:r>
    </w:p>
    <w:p>
      <w:r>
        <w:rPr>
          <w:rFonts w:ascii="Gentium Plus" w:hAnsi="Gentium Plus"/>
          <w:sz w:val="24"/>
        </w:rPr>
        <w:t>κραντῆρας δ’ αὐτοὺς ἄλλοι τε καὶ Ἀριστοτέλης (Hist Anim I p 501 24) καλεῖ, λέγων ἐνίοις καὶ μετ’ ὀγδοηκοστὸν ἔτος αὐτοὺς ἀνασχεῖν. ἐν ἑκατέρᾳ δὲ τῇ σιαγόνι τοὺς ἴσους ἀνταριθμητέον. τῶν μέντοι μυλῶν τὸ μὲν πρὸς τῇ σαρκὶ βωμίσκον καλοῦσιν, τὸ δὲ</w:t>
      </w:r>
    </w:p>
    <w:p>
      <w:r>
        <w:rPr>
          <w:rFonts w:ascii="Courier New" w:hAnsi="Courier New"/>
          <w:color w:val="555555"/>
          <w:sz w:val="20"/>
        </w:rPr>
        <w:t>[5]</w:t>
      </w:r>
    </w:p>
    <w:p>
      <w:r>
        <w:rPr>
          <w:rFonts w:ascii="Gentium Plus" w:hAnsi="Gentium Plus"/>
          <w:sz w:val="24"/>
        </w:rPr>
        <w:t>λεαῖνον τὰ σιτία τραπέζας, τὰς δὲ κοιλότητας ὁλμίσκους, τὸ δὲ συν‐ αμφότερον φάτνας. καὶ σύμπας μὲν ὁ τῶν ὀδόντων στοῖχος φραγμὸς ὀνομάζεται, τούτου δὲ τὸ ὑπὸ τὰς γνάθους γαμφῆλαί τε καὶ</w:t>
      </w:r>
    </w:p>
    <w:p>
      <w:r>
        <w:rPr>
          <w:rFonts w:ascii="Courier New" w:hAnsi="Courier New"/>
          <w:color w:val="555555"/>
          <w:sz w:val="20"/>
        </w:rPr>
        <w:t>[2 . 94]</w:t>
      </w:r>
    </w:p>
    <w:p>
      <w:r>
        <w:rPr>
          <w:rFonts w:ascii="Gentium Plus" w:hAnsi="Gentium Plus"/>
          <w:sz w:val="24"/>
        </w:rPr>
        <w:t>σιαγόνες. αἱ δὲ περιειληφυῖαι σάρκες τοὺς ὀδόντας, οὖλα μὲν τὰ ἔξωθεν, ἔνουλα δὲ τὰ ἔνδον· αἱ δὲ μεταξὺ τῶν ὀδόντων ἁρμογαὶ ἁρμοί. φησὶ δ’ Ἀριστοτέλης (Hist An I p 501 b 22) ἐλάττους μὲν εἶναι τοὺς γυναικῶν παρὰ τοὺς ἀνδρῶν ὀδόντας, τούτων δὲ ὅσοι μὲν πυ‐</w:t>
      </w:r>
    </w:p>
    <w:p>
      <w:r>
        <w:rPr>
          <w:rFonts w:ascii="Courier New" w:hAnsi="Courier New"/>
          <w:color w:val="555555"/>
          <w:sz w:val="20"/>
        </w:rPr>
        <w:t>[5]</w:t>
      </w:r>
    </w:p>
    <w:p>
      <w:r>
        <w:rPr>
          <w:rFonts w:ascii="Gentium Plus" w:hAnsi="Gentium Plus"/>
          <w:sz w:val="24"/>
        </w:rPr>
        <w:t>κνοὺς ἔχουσι καὶ συνεχεῖς, μακροβίους εἶναι, τὸ δ’ ἐναντίον ὁπόσοι ἀραιούς. εἰ δὲ δεῖ τι καὶ παραμῖξαι καὶ τῆς γλυκείας ἱστορίας πρὸς τὸ τῆς ἀκοῆς ἐπαγωγόν, Πύρρον μέν φασι τὸν Ἠπειρώτην τοὺς ὀδόντας εἶναί οἱ συμφυεῖς, ἓν ὀστοῦν γραμμαῖς ἐπιπολῆς εἰς ὀδόντων σχῆμα τετυπωμένον, ταὐτὸν δὲ τοῦτο καὶ Εὐρυφυεῖ τῷ Κυρηναίῳ συμπεσεῖν.</w:t>
      </w:r>
    </w:p>
    <w:p>
      <w:r>
        <w:rPr>
          <w:rFonts w:ascii="Courier New" w:hAnsi="Courier New"/>
          <w:color w:val="555555"/>
          <w:sz w:val="20"/>
        </w:rPr>
        <w:t>[2 . 95]</w:t>
      </w:r>
    </w:p>
    <w:p>
      <w:r>
        <w:rPr>
          <w:rFonts w:ascii="Gentium Plus" w:hAnsi="Gentium Plus"/>
          <w:sz w:val="24"/>
        </w:rPr>
        <w:t>περὶ δὲ τὴν Ἀλκάθου κώμην ἐν Κύπρῳ Μήστορι τῷ Κυπρίῳ τοιοῦ‐ τον βρέφος τεχθὲν ἐκτεθῆναι τέρως ὑποψίᾳ, αἶγα δ’ αὐτῷ μαστὸν παρασχεῖν, καὶ κληθῆναι τραφὲν τὸ μὲν πρῶτον Αἰγινόμαν αὖθις δὲ Εὐρυπτόλεμον, καὶ βασιλεῦσαι Κυπρίων. ὁ δὲ Νικοκλέους τοῦ</w:t>
      </w:r>
    </w:p>
    <w:p>
      <w:r>
        <w:rPr>
          <w:rFonts w:ascii="Courier New" w:hAnsi="Courier New"/>
          <w:color w:val="555555"/>
          <w:sz w:val="20"/>
        </w:rPr>
        <w:t>[5]</w:t>
      </w:r>
    </w:p>
    <w:p>
      <w:r>
        <w:rPr>
          <w:rFonts w:ascii="Gentium Plus" w:hAnsi="Gentium Plus"/>
          <w:sz w:val="24"/>
        </w:rPr>
        <w:t>Κυπρίου πατήρ, ᾧ τὰς παραινέσεις ὁ Ἀθηναῖος σοφιστὴς ἔγραψεν, τὸ μὲν ὄνομα αὐτῷ Τίμαρχος ἦν, διστοίχους δ’ εἶχεν ἄρα τῷ Ἀριστοτέλους (frg 527 R) λόγῳ τοὺς ὀδόντας, κατὰ δὲ τὴν Ἴωνος τοῦ Χίου (T G F p 738. 30 N) δόξαν τριστοίχους Ἡρακλῆς.</w:t>
      </w:r>
    </w:p>
    <w:p>
      <w:r>
        <w:rPr>
          <w:rFonts w:ascii="Courier New" w:hAnsi="Courier New"/>
          <w:color w:val="555555"/>
          <w:sz w:val="20"/>
        </w:rPr>
        <w:t>[2 . 96]</w:t>
      </w:r>
    </w:p>
    <w:p>
      <w:r>
        <w:rPr>
          <w:rFonts w:ascii="Gentium Plus" w:hAnsi="Gentium Plus"/>
          <w:sz w:val="24"/>
        </w:rPr>
        <w:t>ὀνόματα δ’ ἐξ ὀδόντων ‘σίδηρος ὠδοντωμένοσ‘ ὁ πρίων, καὶ ὀδοντο‐ φυεῖν τὰ βρέφη, καὶ τὸ τῶν ὀδοντοφυούντων πάθος ὀδοντοφυΐα, καὶ ὀδονταλγία. καὶ τὰ ἰατρῶν ἐργαλεῖα ὀδοντοξέστης καὶ ὀδοντά‐ γρα. ὁ δὲ ὀδόντα μὴ ἔχων νωδός, ὡς Εὔβουλος (II frg 146 Ko)</w:t>
      </w:r>
    </w:p>
    <w:p>
      <w:r>
        <w:rPr>
          <w:rFonts w:ascii="Courier New" w:hAnsi="Courier New"/>
          <w:color w:val="555555"/>
          <w:sz w:val="20"/>
        </w:rPr>
        <w:t>[5]</w:t>
      </w:r>
    </w:p>
    <w:p>
      <w:r>
        <w:rPr>
          <w:rFonts w:ascii="Gentium Plus" w:hAnsi="Gentium Plus"/>
          <w:sz w:val="24"/>
        </w:rPr>
        <w:t>λέγει καὶ Φρύνιχος ὁ κωμικός (I frg 79 Ko)· ἀνόδοντα δ’ αὐτὸν καλεῖ Φερεκράτης (I frg 74 Ko). ἡ δὲ ὀδόντας προύχοντας ἔχουσα</w:t>
      </w:r>
    </w:p>
    <w:p>
      <w:r>
        <w:rPr>
          <w:rFonts w:ascii="Courier New" w:hAnsi="Courier New"/>
          <w:color w:val="555555"/>
          <w:sz w:val="20"/>
        </w:rPr>
        <w:t>[2 . 97]</w:t>
      </w:r>
    </w:p>
    <w:p>
      <w:r>
        <w:rPr>
          <w:rFonts w:ascii="Gentium Plus" w:hAnsi="Gentium Plus"/>
          <w:sz w:val="24"/>
        </w:rPr>
        <w:t>προσήκοι δ’ ἂν τῷ στόματι τὸ χαίνειν, χανεῖν, κεχηνώς, ἀναχάσκειν παρὰ Ξενοφῶντι(?) καὶ ἐγχανεῖν παρ’ Ἀριστοφάνει (Ach 1197, Vesp 1007. 1349). ἐκ τούτου δὲ καὶ ὁ κατάγελως κατα‐ χήνη εἴρηται παρὰ τοῖς κωμικοῖς (Aristoph Vesp 575, Eccl 630).</w:t>
      </w:r>
    </w:p>
    <w:p>
      <w:r>
        <w:rPr>
          <w:rFonts w:ascii="Courier New" w:hAnsi="Courier New"/>
          <w:color w:val="555555"/>
          <w:sz w:val="20"/>
        </w:rPr>
        <w:t>[5]</w:t>
      </w:r>
    </w:p>
    <w:p>
      <w:r>
        <w:rPr>
          <w:rFonts w:ascii="Gentium Plus" w:hAnsi="Gentium Plus"/>
          <w:sz w:val="24"/>
        </w:rPr>
        <w:t>καὶ χάνος δὲ παρ’ αὐτοῖς τὸ στόμα. τὸ μὲν δὴ ὑπὸ τοῖς χείλεσιν ἐκ τῆς κάτω σιαγόνος προῦχον ὀξύγενύς τε καὶ γένυς ὀνομάζεται, καὶ τὸ ὑπ’ αὐτὸ σαρκῶδες</w:t>
      </w:r>
    </w:p>
    <w:p>
      <w:r>
        <w:rPr>
          <w:rFonts w:ascii="Courier New" w:hAnsi="Courier New"/>
          <w:color w:val="555555"/>
          <w:sz w:val="20"/>
        </w:rPr>
        <w:t>[2 . 98]</w:t>
      </w:r>
    </w:p>
    <w:p>
      <w:r>
        <w:rPr>
          <w:rFonts w:ascii="Gentium Plus" w:hAnsi="Gentium Plus"/>
          <w:sz w:val="24"/>
        </w:rPr>
        <w:t>ἀνθερεὼν ἀπὸ τοῦ θριξὶν ἀνθεῖν, κατ’ ἐνίους δὲ λαυκανία, ἑτέρων (Hom X 323, ω 642) λαυκανίαν καλούντων τὸ πρὸς ταῖς κλεισὶ κοῖλον. τὸ δὲ ἔνδον τῶν χειλῶν στόμα, ὥσπερ καὶ ἡ τῶν χειλῶν τομή. ὑπὸ δὲ ἐνίων καὶ †λογεῖον† κέκληται καὶ μάσταξ, ὃ καὶ</w:t>
      </w:r>
    </w:p>
    <w:p>
      <w:r>
        <w:rPr>
          <w:rFonts w:ascii="Courier New" w:hAnsi="Courier New"/>
          <w:color w:val="555555"/>
          <w:sz w:val="20"/>
        </w:rPr>
        <w:t>[5]</w:t>
      </w:r>
    </w:p>
    <w:p>
      <w:r>
        <w:rPr>
          <w:rFonts w:ascii="Gentium Plus" w:hAnsi="Gentium Plus"/>
          <w:sz w:val="24"/>
        </w:rPr>
        <w:t>Ὅμηρόν (δ 287) φασι δηλοῦν λέγοντα ‘ἀλλ’ Ὀδυσεὺς ἐπὶ μάστακα χερσὶ πίεζεν.‘ καὶ μέντοι καὶ (I 324) τὸ ‘μάστακ’ ἐπεί κε λάβῃσι‘ μάστακί φασιν εἰρῆσθαι, ἵν’ ᾖ ἐπειδὰν λάβῃ τῷ στόματι. τοῦ δὲ στόματος τὸ ὑπεράνω οὐρανὸς καὶ ὑπερῴα, ᾗ ἐπιτέταται δέρμα νευ‐ ρῶδες, τοῖς ὀδοῦσιν ἔνδοθεν προσπεφυκός, ὥσπερ τοῖς παρισθμίοις</w:t>
      </w:r>
    </w:p>
    <w:p>
      <w:r>
        <w:rPr>
          <w:rFonts w:ascii="Courier New" w:hAnsi="Courier New"/>
          <w:color w:val="555555"/>
          <w:sz w:val="20"/>
        </w:rPr>
        <w:t>[10]</w:t>
      </w:r>
    </w:p>
    <w:p>
      <w:r>
        <w:rPr>
          <w:rFonts w:ascii="Gentium Plus" w:hAnsi="Gentium Plus"/>
          <w:sz w:val="24"/>
        </w:rPr>
        <w:t>θάτερον αὐτοῦ μέρος. ἰσθμοῦ δὲ διὰ στενότητα τῆς φάρυγγος κλη‐ θείσης, τὰ ἑκατέρωθεν εἰκότως παρίσθμια ἤκουεν, καλοῦνται δὲ καὶ</w:t>
      </w:r>
    </w:p>
    <w:p>
      <w:r>
        <w:rPr>
          <w:rFonts w:ascii="Courier New" w:hAnsi="Courier New"/>
          <w:color w:val="555555"/>
          <w:sz w:val="20"/>
        </w:rPr>
        <w:t>[2 . 99]</w:t>
      </w:r>
    </w:p>
    <w:p>
      <w:r>
        <w:rPr>
          <w:rFonts w:ascii="Gentium Plus" w:hAnsi="Gentium Plus"/>
          <w:sz w:val="24"/>
        </w:rPr>
        <w:t>ἀντιάδες ἐκ τοῦ τόπου. τὸ δὲ ἐνδοτάτω κατηρτημένον ἀπὸ τῆς ὑπερῴας κίων καὶ κιονίς, περὶ ὃ σχίζεται τὸ ἀθρόον τοῦ ποτοῦ τε καὶ τῆς τροφῆς, ὡς μὴ καταπνιγοίμεθα τῷ δαψιλεῖ τῆς ἐπιρροῆς.</w:t>
      </w:r>
    </w:p>
    <w:p>
      <w:r>
        <w:rPr>
          <w:rFonts w:ascii="Courier New" w:hAnsi="Courier New"/>
          <w:color w:val="555555"/>
          <w:sz w:val="20"/>
        </w:rPr>
        <w:t>[5]</w:t>
      </w:r>
    </w:p>
    <w:p>
      <w:r>
        <w:rPr>
          <w:rFonts w:ascii="Gentium Plus" w:hAnsi="Gentium Plus"/>
          <w:sz w:val="24"/>
        </w:rPr>
        <w:t>ὑπερήρτηται δὲ στομάχου τε καὶ βρόγχου—καὶ ἢν νοσήσασα φλε‐ γμήνη ἢ καὶ εἰς ὠχρότητα ὑποτραπῇ, σταφυλὴ καλεῖται ἢ καὶ ὡς Ἀριστοτέλης (Hist Anim I p 493 A 2) σταφυλοφόρος. τὸ δὲ μετ’ αὐτὴν πόλος. πᾶν δὲ τὸ στομάχου καὶ βρόγχου ὑπερκείμενον φάρυγξ καὶ φαρύγετρον ὀνομάζεται.</w:t>
      </w:r>
    </w:p>
    <w:p>
      <w:r>
        <w:rPr>
          <w:rFonts w:ascii="Courier New" w:hAnsi="Courier New"/>
          <w:color w:val="555555"/>
          <w:sz w:val="20"/>
        </w:rPr>
        <w:t>[2 . 100]</w:t>
      </w:r>
    </w:p>
    <w:p>
      <w:r>
        <w:rPr>
          <w:rFonts w:ascii="Gentium Plus" w:hAnsi="Gentium Plus"/>
          <w:sz w:val="24"/>
        </w:rPr>
        <w:t>τὰ δὲ ἐκ τοῦ στόματος ὀνόματα εὔστομος ἵππος καὶ αὐλὸς καὶ ᾆσμα, καὶ ἄστομος ἵππος καὶ αὐλὸς ὁ ἄγλωττος. καὶ ἀηδόνες παρὰ Σοφοκλεῖ (Oed C 18) εὐστομοῦσιν. εἴποις δ’ ἂν καὶ λιμένος στόμα, καὶ ἄστομον καὶ εὔστομον λιμένα. Ὅμηρος (Κ 8) δὲ καὶ</w:t>
      </w:r>
    </w:p>
    <w:p>
      <w:r>
        <w:rPr>
          <w:rFonts w:ascii="Courier New" w:hAnsi="Courier New"/>
          <w:color w:val="555555"/>
          <w:sz w:val="20"/>
        </w:rPr>
        <w:t>[5]</w:t>
      </w:r>
    </w:p>
    <w:p>
      <w:r>
        <w:rPr>
          <w:rFonts w:ascii="Gentium Plus" w:hAnsi="Gentium Plus"/>
          <w:sz w:val="24"/>
        </w:rPr>
        <w:t>πολέμου κέκληκε στόμα. ἔστι δὲ καὶ στομῶσαι λιμένα τε καὶ σίδηρον· Ἀριστοφάνης (Nub 1092, 1094) δὲ στομῶσαι εἴρηκε τὸ λάλον ἀπεργά‐ σασθαι. στόμιν δὲ ἵππον Αἰσχύλος (TGF 442 N) εἴρηκε τὸν τραχύν. στόμιον δὲ καὶ χαλινοῦ τι μέρος, καὶ ὑποστόμιον· Καλλίας δὲ ὁ</w:t>
      </w:r>
    </w:p>
    <w:p>
      <w:r>
        <w:rPr>
          <w:rFonts w:ascii="Courier New" w:hAnsi="Courier New"/>
          <w:color w:val="555555"/>
          <w:sz w:val="20"/>
        </w:rPr>
        <w:t>[2 . 101]</w:t>
      </w:r>
    </w:p>
    <w:p>
      <w:r>
        <w:rPr>
          <w:rFonts w:ascii="Gentium Plus" w:hAnsi="Gentium Plus"/>
          <w:sz w:val="24"/>
        </w:rPr>
        <w:t>κωμικὸς (I frg 24 Ko) καὶ μετάλλου στόμιον εἴρηκεν. πρόστομον δὲ ξίφος εἴρηται τὸ ἐστομωμένον καὶ τομόν· τὸ δὲ μαλακὸν καὶ ἄστο‐ μον ἀπρόστομον, ὡς Μάγνης ὁ κωμικός (I frg 7 Ko). στομώδη δὲ τὰ εὔστομα καὶ εὔφημα Σοφοκλῆς (TGF 993 N), στομοδόκον δὲ</w:t>
      </w:r>
    </w:p>
    <w:p>
      <w:r>
        <w:rPr>
          <w:rFonts w:ascii="Courier New" w:hAnsi="Courier New"/>
          <w:color w:val="555555"/>
          <w:sz w:val="20"/>
        </w:rPr>
        <w:t>[5]</w:t>
      </w:r>
    </w:p>
    <w:p>
      <w:r>
        <w:rPr>
          <w:rFonts w:ascii="Gentium Plus" w:hAnsi="Gentium Plus"/>
          <w:sz w:val="24"/>
        </w:rPr>
        <w:t>τὸν στωμύλον καὶ λάλον Φερεκράτης (I frg 234 Ko)· καὶ ὁ στω‐ μύλος δ’ αὐτὸς καὶ ἡ στωμυλία ἐκ τοῦ στόματος παρῆκται. εἴρηκε δέ που Πλάτων (Cratyl 417 E) καὶ στομαυλεῖν. καλεῖται δὲ καὶ τὸ</w:t>
      </w:r>
    </w:p>
    <w:p>
      <w:r>
        <w:rPr>
          <w:rFonts w:ascii="Courier New" w:hAnsi="Courier New"/>
          <w:color w:val="555555"/>
          <w:sz w:val="20"/>
        </w:rPr>
        <w:t>[2 . 102]</w:t>
      </w:r>
    </w:p>
    <w:p>
      <w:r>
        <w:rPr>
          <w:rFonts w:ascii="Gentium Plus" w:hAnsi="Gentium Plus"/>
          <w:sz w:val="24"/>
        </w:rPr>
        <w:t>καὶ εὐρύστομος ὁ ὧδε ἔχων στόματος. καὶ ἐπιστομίσαι τὸ ἐπισχεῖν λέγοντα. καὶ χαλκόστομον παρὰ τοῖς ποιηταῖς τὸ χαλκόπρωρον ἢ χαλκέμβολον. καὶ ἀναστομῶσαι τὰς τάφρους φησὶν Ἡρόδοτοσ(?) καὶ Καλλίας ὁ κωμικός (I frg 19 Ko)·</w:t>
      </w:r>
    </w:p>
    <w:p>
      <w:r>
        <w:rPr>
          <w:rFonts w:ascii="Courier New" w:hAnsi="Courier New"/>
          <w:color w:val="555555"/>
          <w:sz w:val="20"/>
        </w:rPr>
        <w:t>[5]</w:t>
      </w:r>
    </w:p>
    <w:p>
      <w:r>
        <w:rPr>
          <w:rFonts w:ascii="Gentium Plus" w:hAnsi="Gentium Plus"/>
          <w:sz w:val="24"/>
        </w:rPr>
        <w:t>τραυλὴ μέν ἐστιν, ἀλλ’ ἀνεστομωμένη. ἀποστοματίζεσθαι δὲ τοὺς παῖδας Πλάτων που (Euthyd 276 C) λέγει, οἷον ὑπὸ τῶν διδασκάλων ἐπερωτᾶσθαι τὰ μαθήματα ὡς ἀπὸ στόματος λέγειν. λέγεται δέ τι καὶ ἀπὸ στόματος εἰπεῖν ἐπὶ τοῦ ἀγράφου λόγου. καὶ ‘ἐξ ἑνὸς στόματοσ‘ Πλάτων που (Rpb</w:t>
      </w:r>
    </w:p>
    <w:p>
      <w:r>
        <w:rPr>
          <w:rFonts w:ascii="Courier New" w:hAnsi="Courier New"/>
          <w:color w:val="555555"/>
          <w:sz w:val="20"/>
        </w:rPr>
        <w:t>[10]</w:t>
      </w:r>
    </w:p>
    <w:p>
      <w:r>
        <w:rPr>
          <w:rFonts w:ascii="Gentium Plus" w:hAnsi="Gentium Plus"/>
          <w:sz w:val="24"/>
        </w:rPr>
        <w:t>II 364 A) λέγει.</w:t>
      </w:r>
    </w:p>
    <w:p>
      <w:r>
        <w:rPr>
          <w:rFonts w:ascii="Courier New" w:hAnsi="Courier New"/>
          <w:color w:val="555555"/>
          <w:sz w:val="20"/>
        </w:rPr>
        <w:t>[2 . 103]</w:t>
      </w:r>
    </w:p>
    <w:p>
      <w:r>
        <w:rPr>
          <w:rFonts w:ascii="Gentium Plus" w:hAnsi="Gentium Plus"/>
          <w:sz w:val="24"/>
        </w:rPr>
        <w:t>καὶ μὴν τὸ μὲν ἀπορρέον τοῦ στόματος πτύσμα καὶ πτύαλον καὶ σίαλον, τὰ δὲ ἀπ’ αὐτοῦ ὀνόματα πτύειν, ἀποπτύειν, κατα‐ πτύειν· κατάπτυστον, ἀπόπτυστον· Ἀνακρέων (frg 152 B) δὲ καὶ καταπτύστην εἴρηκεν. ἀρρωστήματα δὲ τῶν ἐντὸς στόματος βὴξ</w:t>
      </w:r>
    </w:p>
    <w:p>
      <w:r>
        <w:rPr>
          <w:rFonts w:ascii="Courier New" w:hAnsi="Courier New"/>
          <w:color w:val="555555"/>
          <w:sz w:val="20"/>
        </w:rPr>
        <w:t>[5]</w:t>
      </w:r>
    </w:p>
    <w:p>
      <w:r>
        <w:rPr>
          <w:rFonts w:ascii="Gentium Plus" w:hAnsi="Gentium Plus"/>
          <w:sz w:val="24"/>
        </w:rPr>
        <w:t>καὶ λὺγξ καὶ βράγχος καὶ βραγχᾶν καὶ ἕλκωσις καὶ φλεγμονὴ καὶ κυνάγχη καὶ συνάγχη.</w:t>
      </w:r>
    </w:p>
    <w:p>
      <w:r>
        <w:rPr>
          <w:rFonts w:ascii="Courier New" w:hAnsi="Courier New"/>
          <w:color w:val="555555"/>
          <w:sz w:val="20"/>
        </w:rPr>
        <w:t>[2 . 104]</w:t>
      </w:r>
    </w:p>
    <w:p>
      <w:r>
        <w:rPr>
          <w:rFonts w:ascii="Gentium Plus" w:hAnsi="Gentium Plus"/>
          <w:sz w:val="24"/>
        </w:rPr>
        <w:t>καὶ μὴν καὶ γλῶττα, τὸ κάλλιστον τῶν ἐν τῷ προσώπῳ μερῶν, ὑπὸ τὸ τῶν ὀδόντων ἕρκος καὶ προτείχισμα καθιδρυμένη, λόγου τε πηγὴ καὶ χορηγὸς καὶ γεύσεως γνώμων, διακρίνουσα τῶν χυμῶν ἕκαστον, τῇ μὲν ὑγρότητι τῆς ἔνδον ἐπιστροφῆς τὰς φωνὰς</w:t>
      </w:r>
    </w:p>
    <w:p>
      <w:r>
        <w:rPr>
          <w:rFonts w:ascii="Courier New" w:hAnsi="Courier New"/>
          <w:color w:val="555555"/>
          <w:sz w:val="20"/>
        </w:rPr>
        <w:t>[5]</w:t>
      </w:r>
    </w:p>
    <w:p>
      <w:r>
        <w:rPr>
          <w:rFonts w:ascii="Gentium Plus" w:hAnsi="Gentium Plus"/>
          <w:sz w:val="24"/>
        </w:rPr>
        <w:t>τυποῦσα, τῇ δ’ ἀνανεύσει τὰς τροφὰς παραπέμπουσα, καλεῖται μὲν</w:t>
      </w:r>
    </w:p>
    <w:p>
      <w:r>
        <w:rPr>
          <w:rFonts w:ascii="Courier New" w:hAnsi="Courier New"/>
          <w:color w:val="555555"/>
          <w:sz w:val="20"/>
        </w:rPr>
        <w:t>[2 . 105]</w:t>
      </w:r>
    </w:p>
    <w:p>
      <w:r>
        <w:rPr>
          <w:rFonts w:ascii="Gentium Plus" w:hAnsi="Gentium Plus"/>
          <w:sz w:val="24"/>
        </w:rPr>
        <w:t>ὑπ’ ἐνίων γεῦσις καὶ πλῆκτρον, τὸ μὲν ἀπὸ τοῦ ἔργου, τὸ δ’ ὅτι πλήττουσα τὸν ἀέρα τὸν λόγον ἐργάζεται, πλέγμα δ’ ἐστὶν ἐξ</w:t>
      </w:r>
    </w:p>
    <w:p>
      <w:r>
        <w:rPr>
          <w:rFonts w:ascii="Courier New" w:hAnsi="Courier New"/>
          <w:color w:val="555555"/>
          <w:sz w:val="20"/>
        </w:rPr>
        <w:t>[5]</w:t>
      </w:r>
    </w:p>
    <w:p>
      <w:r>
        <w:rPr>
          <w:rFonts w:ascii="Gentium Plus" w:hAnsi="Gentium Plus"/>
          <w:sz w:val="24"/>
        </w:rPr>
        <w:t>πρὸς τὴν ὑπερῴαν μέρος, ὀξεῖα δὲ καθὸ συμμίσγει τῷ ἀέρι. καὶ τοῦτο μὲν καλεῖται προγλωσσίς, ἡ δὲ σὰρξ ἧς ἐκδέδεται πρὸς τὴν</w:t>
      </w:r>
    </w:p>
    <w:p>
      <w:r>
        <w:rPr>
          <w:rFonts w:ascii="Courier New" w:hAnsi="Courier New"/>
          <w:color w:val="555555"/>
          <w:sz w:val="20"/>
        </w:rPr>
        <w:t>[2 . 106]</w:t>
      </w:r>
    </w:p>
    <w:p>
      <w:r>
        <w:rPr>
          <w:rFonts w:ascii="Gentium Plus" w:hAnsi="Gentium Plus"/>
          <w:sz w:val="24"/>
        </w:rPr>
        <w:t>κάτω σιαγόνα συναπτομένη ἐπίκλην ὑπογλωσσίς ἐστιν. ἐξίσχουσα δὲ ἔνδοθεν ἐκ τῆς τοῦ στόματος κοιλότητος ἡ γλῶττα καὶ φλεψὶ συνδεδεμένη κατὰ τὴν ἔνδον ῥίζαν ἔχει σάρκα παραπλησίαν, οὐ με‐ γάλην, ἐοικυῖαν κιττοῦ πετάλῳ, τὴν μὲν πλατύτητα πρὸς τῇ γλώττῃ</w:t>
      </w:r>
    </w:p>
    <w:p>
      <w:r>
        <w:rPr>
          <w:rFonts w:ascii="Courier New" w:hAnsi="Courier New"/>
          <w:color w:val="555555"/>
          <w:sz w:val="20"/>
        </w:rPr>
        <w:t>[5]</w:t>
      </w:r>
    </w:p>
    <w:p>
      <w:r>
        <w:rPr>
          <w:rFonts w:ascii="Gentium Plus" w:hAnsi="Gentium Plus"/>
          <w:sz w:val="24"/>
        </w:rPr>
        <w:t>ἔχουσαν, τὴν δ’ ὀξύτητα πρὸς τὸ εἴσω τοῦ στόματος μέρος ἐπεστραμ‐ μένην, καὶ τὴν ὁδὸν τῆς τροφῆς ἐπιφράττουσαν, ὡς μὴ ἀθρόα κατα‐ φέροιτο περὶ τουτὶ τὸ φράγμα κοπτομένη. καλεῖται δέ γε ἐπι‐</w:t>
      </w:r>
    </w:p>
    <w:p>
      <w:r>
        <w:rPr>
          <w:rFonts w:ascii="Courier New" w:hAnsi="Courier New"/>
          <w:color w:val="555555"/>
          <w:sz w:val="20"/>
        </w:rPr>
        <w:t>[2 . 107]</w:t>
      </w:r>
    </w:p>
    <w:p>
      <w:r>
        <w:rPr>
          <w:rFonts w:ascii="Gentium Plus" w:hAnsi="Gentium Plus"/>
          <w:sz w:val="24"/>
        </w:rPr>
        <w:t>γλωσσὶς ἥδε ἡ σάρξ. τῷ δὲ ὀνομαζομένῳ βρόγχῳ καὶ στομάχου τοῖς πρώτοις ἄκροις ἡ γλῶττα προσφυής ἐστιν, ἐκ τῶν ἐγκεφάλου μηνίγγων κατηρτημένη. καὶ τὸ πλέον τῆς εἰς τὴν γεῦσιν αἰσθήσεως ἔχει κατὰ τὸ πρὸς τῇ φάρυγγι μέρος, ὃ γεῦσιν καὶ κεφαλίνην κα‐</w:t>
      </w:r>
    </w:p>
    <w:p>
      <w:r>
        <w:rPr>
          <w:rFonts w:ascii="Courier New" w:hAnsi="Courier New"/>
          <w:color w:val="555555"/>
          <w:sz w:val="20"/>
        </w:rPr>
        <w:t>[5]</w:t>
      </w:r>
    </w:p>
    <w:p>
      <w:r>
        <w:rPr>
          <w:rFonts w:ascii="Gentium Plus" w:hAnsi="Gentium Plus"/>
          <w:sz w:val="24"/>
        </w:rPr>
        <w:t>λοῦσιν, ὥσπερ τὰς ἑκατέρωθεν τῆς γλώττης κοιλότητας χηραμούς· οἱ δὲ παράσειρα προσαγορεύουσιν. ἔργα μὲν οὖν γλώττης γεῦσις καὶ φωνὴ καὶ λόγος, ὀνόματα</w:t>
      </w:r>
    </w:p>
    <w:p>
      <w:r>
        <w:rPr>
          <w:rFonts w:ascii="Courier New" w:hAnsi="Courier New"/>
          <w:color w:val="555555"/>
          <w:sz w:val="20"/>
        </w:rPr>
        <w:t>[2 . 108]</w:t>
      </w:r>
    </w:p>
    <w:p>
      <w:r>
        <w:rPr>
          <w:rFonts w:ascii="Gentium Plus" w:hAnsi="Gentium Plus"/>
          <w:sz w:val="24"/>
        </w:rPr>
        <w:t>δὲ ἀπὸ μὲν γλώττης εὔγλωττος καὶ εὐγλωττία, θρασυγλωττία καὶ γλωσσαλγία, καὶ δίγλωττος, πολύγλωττος, ἀλλόγλωσσος, ὁμόγλωσ‐ σος ὡς Ξενοφῶν (Cyrop I 1. 5). καὶ ὑπογλωττὶς στεφάνου τι εἶδος, καὶ ἐγγλωττογάστορες παρὰ τοῖς κωμικοῖς (Ar Av 1696. 1702)</w:t>
      </w:r>
    </w:p>
    <w:p>
      <w:r>
        <w:rPr>
          <w:rFonts w:ascii="Courier New" w:hAnsi="Courier New"/>
          <w:color w:val="555555"/>
          <w:sz w:val="20"/>
        </w:rPr>
        <w:t>[5]</w:t>
      </w:r>
    </w:p>
    <w:p>
      <w:r>
        <w:rPr>
          <w:rFonts w:ascii="Gentium Plus" w:hAnsi="Gentium Plus"/>
          <w:sz w:val="24"/>
        </w:rPr>
        <w:t>οἱ ἀπὸ τῆς γλώττης βιοῦντες. καὶ αὐλοῦ γλῶττα, καὶ γλωττοκομεῖον τὸ τὰς γλώττας ὑποδεχόμενον ἀγγεῖον, καὶ γλωττοποιὸς ὁ τεχνίτης, καὶ αὐλὸς ἄγλωττος· Ἀριστοφάνης (frg 734 Ko) δὲ ἄγλωττον</w:t>
      </w:r>
    </w:p>
    <w:p>
      <w:r>
        <w:rPr>
          <w:rFonts w:ascii="Courier New" w:hAnsi="Courier New"/>
          <w:color w:val="555555"/>
          <w:sz w:val="20"/>
        </w:rPr>
        <w:t>[2 . 109]</w:t>
      </w:r>
    </w:p>
    <w:p>
      <w:r>
        <w:rPr>
          <w:rFonts w:ascii="Gentium Plus" w:hAnsi="Gentium Plus"/>
          <w:sz w:val="24"/>
        </w:rPr>
        <w:t>τὸν εἰπεῖν ἀδύνατον ἔφη, Σοφοκλῆς δὲ (Trach 1049) ἄγλωττον τὸν βάρβαρον. ἀγλωττίαν δὲ Ἀντιφῶν (frg 141 Bl) εἴρηκεν· ὑπομόχθηρος δὲ ὁ ἀθυρόγλωσσος παρ’ Εὐριπίδῃ (Orest 903). οἱ δὲ κωμικοὶ (Aristoph Thesm 131) καταγλωττίζειν ἐν φιλήματι καὶ</w:t>
      </w:r>
    </w:p>
    <w:p>
      <w:r>
        <w:rPr>
          <w:rFonts w:ascii="Courier New" w:hAnsi="Courier New"/>
          <w:color w:val="555555"/>
          <w:sz w:val="20"/>
        </w:rPr>
        <w:t>[5]</w:t>
      </w:r>
    </w:p>
    <w:p>
      <w:r>
        <w:rPr>
          <w:rFonts w:ascii="Gentium Plus" w:hAnsi="Gentium Plus"/>
          <w:sz w:val="24"/>
        </w:rPr>
        <w:t>καταγλωττισμός· καὶ ἐπιγλωττωμένω οἷον λοιδορουμένω, καὶ παλίγ‐ γλωσσον τὸν δύσφημον, καὶ (Aristoph Lysistr 37) ‘οὐκ ἐπιγλωττή‐ σομαι‘ ἤγουν οὐ λοιδορήσομαι. γλώττας δὲ τὰς τῶν ὑποδη‐ μάτων ἔλεγον, ὡς Αἰσχίνης ὁ Σωκρατικός. ἀλλὰ καὶ τὰς ποιητικὰς φωνὰς γλώττας ἐκάλουν, ὡς Ἀριστοφάνης (frg 222 Ko)·</w:t>
      </w:r>
    </w:p>
    <w:p>
      <w:r>
        <w:rPr>
          <w:rFonts w:ascii="Courier New" w:hAnsi="Courier New"/>
          <w:color w:val="555555"/>
          <w:sz w:val="20"/>
        </w:rPr>
        <w:t>[10]</w:t>
      </w:r>
    </w:p>
    <w:p>
      <w:r>
        <w:rPr>
          <w:rFonts w:ascii="Gentium Plus" w:hAnsi="Gentium Plus"/>
          <w:sz w:val="24"/>
        </w:rPr>
        <w:t>πρὸς ταύτας δ’ αὖ λέξον Ὁμήρου γλώττας, τί †καλεῖται† κό‐ ρυμβα.</w:t>
      </w:r>
    </w:p>
    <w:p>
      <w:r>
        <w:rPr>
          <w:rFonts w:ascii="Courier New" w:hAnsi="Courier New"/>
          <w:color w:val="555555"/>
          <w:sz w:val="20"/>
        </w:rPr>
        <w:t>[2 . 110]</w:t>
      </w:r>
    </w:p>
    <w:p>
      <w:r>
        <w:rPr>
          <w:rFonts w:ascii="Gentium Plus" w:hAnsi="Gentium Plus"/>
          <w:sz w:val="24"/>
        </w:rPr>
        <w:t>καὶ γλώσσης χαρακτῆρας ὡς Ἡρόδοτος (I 142 et saep), καὶ γλῶτταν Ἑλλάδα ἢ βάρβαρον, Περσίδα ἢ Ἀτθίδα, καὶ καθ’ ἕκαστον ἔθνος καὶ πόλιν. καὶ ἀπὸ γλώττης εἰπεῖν τὸ ἀπὸ μνήμης καὶ μὴ τὰ γεγραμμένα. τὸ δὲ ἐπιγινόμενον τῇ γλώττῃ ἑλκύδριον ὀλο‐</w:t>
      </w:r>
    </w:p>
    <w:p>
      <w:r>
        <w:rPr>
          <w:rFonts w:ascii="Courier New" w:hAnsi="Courier New"/>
          <w:color w:val="555555"/>
          <w:sz w:val="20"/>
        </w:rPr>
        <w:t>[5]</w:t>
      </w:r>
    </w:p>
    <w:p>
      <w:r>
        <w:rPr>
          <w:rFonts w:ascii="Gentium Plus" w:hAnsi="Gentium Plus"/>
          <w:sz w:val="24"/>
        </w:rPr>
        <w:t>φλυκτὶς καλεῖται ἐν τοῖς Τιτανόπασι τοῖς Μυρτίλου (I frg 3 Ko). ἀπὸ δὲ γεύσεως γεύσασθαι, ἄγευστος, γεῦμα, γευστήριον. κρίνειν χυμοὺς ὀξεῖς, δριμεῖς, ὀδαξητικούς, πικρούς, ἁλμυρούς, ἁλυκούς— Πλάτων γὰρ καὶ τῷ ἁλυκῷ ὀνόματι ἐν Τιμαίῳ (65 D) κέχρηται—</w:t>
      </w:r>
    </w:p>
    <w:p>
      <w:r>
        <w:rPr>
          <w:rFonts w:ascii="Courier New" w:hAnsi="Courier New"/>
          <w:color w:val="555555"/>
          <w:sz w:val="20"/>
        </w:rPr>
        <w:t>[2 . 111]</w:t>
      </w:r>
    </w:p>
    <w:p>
      <w:r>
        <w:rPr>
          <w:rFonts w:ascii="Gentium Plus" w:hAnsi="Gentium Plus"/>
          <w:sz w:val="24"/>
        </w:rPr>
        <w:t>δυσχερεῖς, ἀηδεῖς, γλυκεῖς, ἡδεῖς, εὐμενεῖς, ἐκλυσσῶντας. ἀπὸ δὲ φωνῆς φώνημα, εὔφωνος, ἄφωνος, ἔμφωνος· Φίλιστος (FHG I 62) δὲ καὶ δίφωνον λέγει. φώνησις, ἐπιφώνησις. σμικρόφωνος, μεγαλόφωνος, λαμπρόφωνος καὶ ὡς Δημοσθένης (XVIII 313) λαμ‐</w:t>
      </w:r>
    </w:p>
    <w:p>
      <w:r>
        <w:rPr>
          <w:rFonts w:ascii="Courier New" w:hAnsi="Courier New"/>
          <w:color w:val="555555"/>
          <w:sz w:val="20"/>
        </w:rPr>
        <w:t>[5]</w:t>
      </w:r>
    </w:p>
    <w:p>
      <w:r>
        <w:rPr>
          <w:rFonts w:ascii="Gentium Plus" w:hAnsi="Gentium Plus"/>
          <w:sz w:val="24"/>
        </w:rPr>
        <w:t>προφωνότατος, δύσφωνος, ἰσχνόφωνος, πολύφωνος, ἡδύφωνος, χαλκό‐</w:t>
      </w:r>
    </w:p>
    <w:p>
      <w:r>
        <w:rPr>
          <w:rFonts w:ascii="Courier New" w:hAnsi="Courier New"/>
          <w:color w:val="555555"/>
          <w:sz w:val="20"/>
        </w:rPr>
        <w:t>[2 . 112]</w:t>
      </w:r>
    </w:p>
    <w:p>
      <w:r>
        <w:rPr>
          <w:rFonts w:ascii="Gentium Plus" w:hAnsi="Gentium Plus"/>
          <w:sz w:val="24"/>
        </w:rPr>
        <w:t>καὶ καλλιφώνους ὑποκριτάς, καὶ στρηνόφωνος παρὰ Καλλίᾳ τῷ κω‐ μικῷ (I frg 30 Ko). καὶ τὰ πράγματα εὐφωνία, ἀφωνία, σμικρο‐ φωνία, μεγαλοφωνία, λαμπροφωνία, πολυφωνία, ἡδυφωνία, δυσφωνία, καλλιφωνία· ἀπὸ γὰρ τῶν ἄλλων οὐκ ἔστιν εἰπεῖν τὰ</w:t>
      </w:r>
    </w:p>
    <w:p>
      <w:r>
        <w:rPr>
          <w:rFonts w:ascii="Courier New" w:hAnsi="Courier New"/>
          <w:color w:val="555555"/>
          <w:sz w:val="20"/>
        </w:rPr>
        <w:t>[5]</w:t>
      </w:r>
    </w:p>
    <w:p>
      <w:r>
        <w:rPr>
          <w:rFonts w:ascii="Gentium Plus" w:hAnsi="Gentium Plus"/>
          <w:sz w:val="24"/>
        </w:rPr>
        <w:t>πράγματα, πλὴν τὴν βαρυφωνίαν παρ’ Ἀλέξιδι (II frg 311 Ko), ὥσπερ καὶ θρασυφωνίαν τὸ μὲν πρᾶγμα εἴποις ἄν, οὐκ ὂν τῆς Πλάτωνος (Leg IX 879 E) θρασυξενίας ἀηδέστερον, τὸ δὲ ὄνομα</w:t>
      </w:r>
    </w:p>
    <w:p>
      <w:r>
        <w:rPr>
          <w:rFonts w:ascii="Courier New" w:hAnsi="Courier New"/>
          <w:color w:val="555555"/>
          <w:sz w:val="20"/>
        </w:rPr>
        <w:t>[2 . 113]</w:t>
      </w:r>
    </w:p>
    <w:p>
      <w:r>
        <w:rPr>
          <w:rFonts w:ascii="Gentium Plus" w:hAnsi="Gentium Plus"/>
          <w:sz w:val="24"/>
        </w:rPr>
        <w:t>θρασύφωνος βίαιον. καὶ γλυκυφωνίαν ἂν φαίης, οὐκ ἂν καὶ γλυκύ‐ φωνον προσειπών, καὶ ξενοφωνίαν, τὸν ξενόφωνον παρείς, καὶ συμφωνίαν· ὁ δὲ σύμφωνος πάνυ εὐτελές. καὶ τὴν διαφωνίαν ἐρεῖς, οὐ μὴν καὶ τὸ διάφωνον. τὰ δὲ ἐπιρρήματα εὐφώνως</w:t>
      </w:r>
    </w:p>
    <w:p>
      <w:r>
        <w:rPr>
          <w:rFonts w:ascii="Courier New" w:hAnsi="Courier New"/>
          <w:color w:val="555555"/>
          <w:sz w:val="20"/>
        </w:rPr>
        <w:t>[5]</w:t>
      </w:r>
    </w:p>
    <w:p>
      <w:r>
        <w:rPr>
          <w:rFonts w:ascii="Gentium Plus" w:hAnsi="Gentium Plus"/>
          <w:sz w:val="24"/>
        </w:rPr>
        <w:t>ὁμοφώνως, ἀφώνως, σμικροφώνως, μεγαλοφώνως, ἡδυφώνως· τὰ</w:t>
      </w:r>
    </w:p>
    <w:p>
      <w:r>
        <w:rPr>
          <w:rFonts w:ascii="Courier New" w:hAnsi="Courier New"/>
          <w:color w:val="555555"/>
          <w:sz w:val="20"/>
        </w:rPr>
        <w:t>[2 . 114]</w:t>
      </w:r>
    </w:p>
    <w:p>
      <w:r>
        <w:rPr>
          <w:rFonts w:ascii="Gentium Plus" w:hAnsi="Gentium Plus"/>
          <w:sz w:val="24"/>
        </w:rPr>
        <w:t>γὰρ ἀπὸ τῶν ἄλλων οὐ λεῖα πρὸς τὴν ἀκοήν. παρὰ δὲ Πλάτωνι (Gorg 482 B) συμφωνεῖ καὶ διαφωνεῖ. εἴποις δ’ ἂν φωνὴν ὑψηλήν, ὑπέρογκον, λαμπράν, πλατεῖαν,</w:t>
      </w:r>
    </w:p>
    <w:p>
      <w:r>
        <w:rPr>
          <w:rFonts w:ascii="Courier New" w:hAnsi="Courier New"/>
          <w:color w:val="555555"/>
          <w:sz w:val="20"/>
        </w:rPr>
        <w:t>[2 . 117]</w:t>
      </w:r>
    </w:p>
    <w:p>
      <w:r>
        <w:rPr>
          <w:rFonts w:ascii="Gentium Plus" w:hAnsi="Gentium Plus"/>
          <w:sz w:val="24"/>
        </w:rPr>
        <w:t>βαρεῖαν, λευκήν, ἐκκεκαθαρμένην, ἡδεῖαν, ἐπαγωγόν, εὐμελῆ, εὐπειθῆ, εὐάγωγον, εὐκαμπῆ, εὐέλικτον, γλυκεῖαν, λιγυράν, σαφῆ, διαφανῆ, μέλαιναν, φαιάν, σμικράν, στενήν, δυσήκοον, ἀσαφῆ, συγκεχυ‐ μένην, ἐκμελῆ, ἀμελῆ, ἀνάγωγον, ἀπειθῆ, δυσκαμπῆ, τραχεῖαν, διε‐</w:t>
      </w:r>
    </w:p>
    <w:p>
      <w:r>
        <w:rPr>
          <w:rFonts w:ascii="Courier New" w:hAnsi="Courier New"/>
          <w:color w:val="555555"/>
          <w:sz w:val="20"/>
        </w:rPr>
        <w:t>[5]</w:t>
      </w:r>
    </w:p>
    <w:p>
      <w:r>
        <w:rPr>
          <w:rFonts w:ascii="Gentium Plus" w:hAnsi="Gentium Plus"/>
          <w:sz w:val="24"/>
        </w:rPr>
        <w:t>σπασμένην, ἀηδῆ, λυπηράν, βραγχώδη, χαλκίζουσαν, ὀξεῖαν. καὶ</w:t>
      </w:r>
    </w:p>
    <w:p>
      <w:r>
        <w:rPr>
          <w:rFonts w:ascii="Courier New" w:hAnsi="Courier New"/>
          <w:color w:val="555555"/>
          <w:sz w:val="20"/>
        </w:rPr>
        <w:t>[2 . 118]</w:t>
      </w:r>
    </w:p>
    <w:p>
      <w:r>
        <w:rPr>
          <w:rFonts w:ascii="Gentium Plus" w:hAnsi="Gentium Plus"/>
          <w:sz w:val="24"/>
        </w:rPr>
        <w:t>φθέγμα δὲ ὁμοίως κατὰ τὴν ὑφήγησιν τῶν προειρημένων, καὶ φθέγξασθαι, φθογγὴ καὶ φθόγγος, εὔφθογγος, ἄφθογγος. προσ‐ φθεγκτήρια πρὸ γάμων ἑορτή. καὶ πρόφθεγξις. καὶ τρυγεροὺς τὰ φθέγματα, ὡς ἔφη Πολύζηλος ὁ κωμικός (I frg 12 Ko)· ‘ἀλλ’</w:t>
      </w:r>
    </w:p>
    <w:p>
      <w:r>
        <w:rPr>
          <w:rFonts w:ascii="Courier New" w:hAnsi="Courier New"/>
          <w:color w:val="555555"/>
          <w:sz w:val="20"/>
        </w:rPr>
        <w:t>[5]</w:t>
      </w:r>
    </w:p>
    <w:p>
      <w:r>
        <w:rPr>
          <w:rFonts w:ascii="Gentium Plus" w:hAnsi="Gentium Plus"/>
          <w:sz w:val="24"/>
        </w:rPr>
        <w:t>οὐ τρυγεροὺς τὰ φθέγματ’ οὐδὲ γλύξιδας.‘ ἀπὸ δὲ λόγου ὀνό‐ ματα λέγειν, καταλέγειν, κατάλογος, ὑπόλογος, ἐπίλογος, διάλογος. ἀπόλογος Ἀλκίνου ἐπὶ τῶν μακρῶν ῥήσεων. ‘ἀνάλογον τὰ φυό‐ μενα φύεσθαι‘ Πλάτων ἐν τῷ περὶ ψυχῆς (110 D)· ἐν δὲ τῷ</w:t>
      </w:r>
    </w:p>
    <w:p>
      <w:r>
        <w:rPr>
          <w:rFonts w:ascii="Courier New" w:hAnsi="Courier New"/>
          <w:color w:val="555555"/>
          <w:sz w:val="20"/>
        </w:rPr>
        <w:t>[2 . 119]</w:t>
      </w:r>
    </w:p>
    <w:p>
      <w:r>
        <w:rPr>
          <w:rFonts w:ascii="Gentium Plus" w:hAnsi="Gentium Plus"/>
          <w:sz w:val="24"/>
        </w:rPr>
        <w:t>Τιμαίῳ (56 C) ‘ἀναλογιῶν‘ καὶ (32 C) ‘ἀναλογίας.‘ καὶ Θουκυδί‐ δης (III 16. 2, II 85. 2) ‘πολὺν τὸν παράλογον‘ φησίν. καὶ παραλογίσασθαι, καὶ τὰ ἀμφίλογα λογίσασθαι, ἀντιλογίσασθαι, λογισταί, λογιστήριον, ἀλογίστως, ἀλόγιστον. ἀντιλογία, ἀπολογία, ἀπολογή‐</w:t>
      </w:r>
    </w:p>
    <w:p>
      <w:r>
        <w:rPr>
          <w:rFonts w:ascii="Courier New" w:hAnsi="Courier New"/>
          <w:color w:val="555555"/>
          <w:sz w:val="20"/>
        </w:rPr>
        <w:t>[5]</w:t>
      </w:r>
    </w:p>
    <w:p>
      <w:r>
        <w:rPr>
          <w:rFonts w:ascii="Gentium Plus" w:hAnsi="Gentium Plus"/>
          <w:sz w:val="24"/>
        </w:rPr>
        <w:t>σασθαι· Ἀντιφῶν (II γ 1) δὲ καὶ ἀπελογήθη ἔφη. εὔλογον, εὐλό‐ γως καὶ ὡς Ἰσοκράτης (VI 28) εὐλογωτέρως, εὐλογεῖν, εὐλογή‐ σασθαι, εὐλογία, κακολογία ὡς Ὑπερείδης (frg 247 Bl), κακο‐</w:t>
      </w:r>
    </w:p>
    <w:p>
      <w:r>
        <w:rPr>
          <w:rFonts w:ascii="Courier New" w:hAnsi="Courier New"/>
          <w:color w:val="555555"/>
          <w:sz w:val="20"/>
        </w:rPr>
        <w:t>[2 . 120]</w:t>
      </w:r>
    </w:p>
    <w:p>
      <w:r>
        <w:rPr>
          <w:rFonts w:ascii="Gentium Plus" w:hAnsi="Gentium Plus"/>
          <w:sz w:val="24"/>
        </w:rPr>
        <w:t>λογεῖ ὡς Δημοσθένης (frg 55 Tur), καὶ ἀλογία, αἰσχρολογία ὡς Ξενοφῶν (RLac V 6). καὶ ὡς Πλάτων (Sophist 241 A) ἄλογα καὶ ἀδιανόητα. καὶ ὡς Θουκυδίδης (III 36. 4, VIII 84) ἀναλο‐ γισμός, καὶ ἀναλογίζεται ὡς Πλάτων (Theaet 186 A saep). ὁ δ’</w:t>
      </w:r>
    </w:p>
    <w:p>
      <w:r>
        <w:rPr>
          <w:rFonts w:ascii="Courier New" w:hAnsi="Courier New"/>
          <w:color w:val="555555"/>
          <w:sz w:val="20"/>
        </w:rPr>
        <w:t>[5]</w:t>
      </w:r>
    </w:p>
    <w:p>
      <w:r>
        <w:rPr>
          <w:rFonts w:ascii="Gentium Plus" w:hAnsi="Gentium Plus"/>
          <w:sz w:val="24"/>
        </w:rPr>
        <w:t>αὐτὸς (Phaedr 261 D) καὶ ἀντιλογικὴ τέχνη φησίν, Ἀντιφῶν (frg 149 Bl) δὲ ἀντιλογούμενοι, Θουκυδίδης (IV 92. 4) δὲ ‘ὅρος οὐκ ἀντίλεκτος.‘ καὶ ἀλόγως, καὶ ἀξιολογώτατος. Ἀντιφῶν (frg 151 Bl)</w:t>
      </w:r>
    </w:p>
    <w:p>
      <w:r>
        <w:rPr>
          <w:rFonts w:ascii="Courier New" w:hAnsi="Courier New"/>
          <w:color w:val="555555"/>
          <w:sz w:val="20"/>
        </w:rPr>
        <w:t>[2 . 121]</w:t>
      </w:r>
    </w:p>
    <w:p>
      <w:r>
        <w:rPr>
          <w:rFonts w:ascii="Gentium Plus" w:hAnsi="Gentium Plus"/>
          <w:sz w:val="24"/>
        </w:rPr>
        <w:t>μὴ μακρολογῶ‘ Ὑπερείδης (IV 13 p 60, V 4 p 62 Bl). ὁμολογία καὶ ὁμολογεῖν καὶ ὁμολογήματα ὡς Πλάτων (Gorg 480 B saep), καὶ ὁμόλογον. φιλόλογος, πολυλόγος, μισόλογος, φιλολογία, βραχυλογία, βραδυλογία, πολυλογία, μισολογία, κουφολογία,</w:t>
      </w:r>
    </w:p>
    <w:p>
      <w:r>
        <w:rPr>
          <w:rFonts w:ascii="Courier New" w:hAnsi="Courier New"/>
          <w:color w:val="555555"/>
          <w:sz w:val="20"/>
        </w:rPr>
        <w:t>[5]</w:t>
      </w:r>
    </w:p>
    <w:p>
      <w:r>
        <w:rPr>
          <w:rFonts w:ascii="Gentium Plus" w:hAnsi="Gentium Plus"/>
          <w:sz w:val="24"/>
        </w:rPr>
        <w:t>ὑψηλολογία, ψευδολογία παρὰ Δημοσθένει (XXXV 32), μακρολογία, μακρηγορία. λογοποιός, λογοποιία, λογοποιοῦσιν. ἀπελογίζετο. μυ‐ θολογία, διαμυθολογοῦντες. λογογραφία, λογογράφος, λογογραφικὴ</w:t>
      </w:r>
    </w:p>
    <w:p>
      <w:r>
        <w:rPr>
          <w:rFonts w:ascii="Courier New" w:hAnsi="Courier New"/>
          <w:color w:val="555555"/>
          <w:sz w:val="20"/>
        </w:rPr>
        <w:t>[2 . 122]</w:t>
      </w:r>
    </w:p>
    <w:p>
      <w:r>
        <w:rPr>
          <w:rFonts w:ascii="Gentium Plus" w:hAnsi="Gentium Plus"/>
          <w:sz w:val="24"/>
        </w:rPr>
        <w:t>ὡς ὁ Πλάτων (Phaedr 264 B). γενεαλογία, γενεαλογεῖν. ἀναμφιλόγως παρὰ Ξενοφῶντι (Cyrop VIII 1. 44). παρὰ δὲ Κριτίᾳ (frg 45 Bach) καὶ λογεὺς ὁ ῥήτωρ. οἱ δὲ ‘Περσῶν λόγιοι‘ παρ’ Ἡροδότῳ (I 1), καὶ (II 98) λογίμη πόλις. καὶ παρὰ Φαίδωνι λογάρια καὶ λογο‐</w:t>
      </w:r>
    </w:p>
    <w:p>
      <w:r>
        <w:rPr>
          <w:rFonts w:ascii="Courier New" w:hAnsi="Courier New"/>
          <w:color w:val="555555"/>
          <w:sz w:val="20"/>
        </w:rPr>
        <w:t>[5]</w:t>
      </w:r>
    </w:p>
    <w:p>
      <w:r>
        <w:rPr>
          <w:rFonts w:ascii="Gentium Plus" w:hAnsi="Gentium Plus"/>
          <w:sz w:val="24"/>
        </w:rPr>
        <w:t>ποιήματα, παρὰ δὲ Θεοπόμπῳ τῷ κωμικῷ (I frg 96 Ko) ὑπολογεῖν. λέξις, διάλεξις, διάλογος, διάλεκτος, διαλέγεσθαι, διαλεκτικὸς καὶ διαλεκτικῶς. καὶ λεκτικὸς παρὰ Δημοσθένει (LXI 2), καὶ λεκτι‐</w:t>
      </w:r>
    </w:p>
    <w:p>
      <w:r>
        <w:rPr>
          <w:rFonts w:ascii="Courier New" w:hAnsi="Courier New"/>
          <w:color w:val="555555"/>
          <w:sz w:val="20"/>
        </w:rPr>
        <w:t>[2 . 123]</w:t>
      </w:r>
    </w:p>
    <w:p>
      <w:r>
        <w:rPr>
          <w:rFonts w:ascii="Gentium Plus" w:hAnsi="Gentium Plus"/>
          <w:sz w:val="24"/>
        </w:rPr>
        <w:t>κώτατος παρὰ Ξενοφῶντι (Cyrop V 5. 46). ἡ δὲ κωμῳδία (Aristoph Ran 876) λεπτολόγος εἴρηκε καὶ (Aristoph Nub 320) λεπτολογεῖν καὶ (Aristoph Nub 130) λεπτολογίαν. προσδιαλεγόμενος, προσδια‐ λέγεσθαι. πρόλογος, προλογεῖν. λογιστικὸς, λογιστικῶς. λογο‐</w:t>
      </w:r>
    </w:p>
    <w:p>
      <w:r>
        <w:rPr>
          <w:rFonts w:ascii="Courier New" w:hAnsi="Courier New"/>
          <w:color w:val="555555"/>
          <w:sz w:val="20"/>
        </w:rPr>
        <w:t>[5]</w:t>
      </w:r>
    </w:p>
    <w:p>
      <w:r>
        <w:rPr>
          <w:rFonts w:ascii="Gentium Plus" w:hAnsi="Gentium Plus"/>
          <w:sz w:val="24"/>
        </w:rPr>
        <w:t>μύθιον. κακολόγος, κακήγορος, καὶ ὡς Ἀντιφῶν (frg 172 Bl) ἡδυλόγος καὶ μετριολόγος. μετεωρολόγος δὲ Πλάτων (Cratyl</w:t>
      </w:r>
    </w:p>
    <w:p>
      <w:r>
        <w:rPr>
          <w:rFonts w:ascii="Courier New" w:hAnsi="Courier New"/>
          <w:color w:val="555555"/>
          <w:sz w:val="20"/>
        </w:rPr>
        <w:t>[2 . 124]</w:t>
      </w:r>
    </w:p>
    <w:p>
      <w:r>
        <w:rPr>
          <w:rFonts w:ascii="Gentium Plus" w:hAnsi="Gentium Plus"/>
          <w:sz w:val="24"/>
        </w:rPr>
        <w:t>401 B saep) καὶ (Cratyl 404 C) μετεωρολογῶν. μικρολόγον δὲ Ὑπερείδης (frg 255 Bl) μὲν τὸν εἰς ἀργύριον ἀνελεύθερον, Ἰσοκράτης (XII 8) δὲ τὸν μεμψίμοιρον. καὶ ταπεινολογία δὲ καὶ οἰκτρολογία</w:t>
      </w:r>
    </w:p>
    <w:p>
      <w:r>
        <w:rPr>
          <w:rFonts w:ascii="Courier New" w:hAnsi="Courier New"/>
          <w:color w:val="555555"/>
          <w:sz w:val="20"/>
        </w:rPr>
        <w:t>[5]</w:t>
      </w:r>
    </w:p>
    <w:p>
      <w:r>
        <w:rPr>
          <w:rFonts w:ascii="Gentium Plus" w:hAnsi="Gentium Plus"/>
          <w:sz w:val="24"/>
        </w:rPr>
        <w:t>τούτοις προσήκει. μικρολογεῖσθαι δὲ εἴρηκεν Εὔπολις (frg 431 Ko), καὶ μικρολογήσωμεν Κρατῖνος (frg 429 Ko), καὶ δεινολογεῖται Ἡρό‐ δοτος (IV 68). καὶ δεκατηλόγους δὲ καὶ πεντηκοστολόγους Δη‐ μοσθένης (XXIII 177, XXI 133). Ὑπερείδης (frg 174 Bl) δὲ ‘διει‐</w:t>
      </w:r>
    </w:p>
    <w:p>
      <w:r>
        <w:rPr>
          <w:rFonts w:ascii="Courier New" w:hAnsi="Courier New"/>
          <w:color w:val="555555"/>
          <w:sz w:val="20"/>
        </w:rPr>
        <w:t>[2 . 125]</w:t>
      </w:r>
    </w:p>
    <w:p>
      <w:r>
        <w:rPr>
          <w:rFonts w:ascii="Gentium Plus" w:hAnsi="Gentium Plus"/>
          <w:sz w:val="24"/>
        </w:rPr>
        <w:t>λεγμένοσ‘ ἐπὶ ἀφροδισίων· Ἀριστοφάνης (frg 343 Ko) δὲ διαλέ‐ ξασθαι ἔφη. κακηγορεῖν, κακολογεῖν. λέγεται δὲ καὶ λογο‐ δαίδαλος, ἐλλόγιμος. Ἕρμιππος δὲ ὁ κωμικὸς (I frg 92 Ko) καὶ περιλέγειν εἴρηκε τὸ περιέρχεσθαι τῷ λόγῳ καὶ οἷον περισσὰ</w:t>
      </w:r>
    </w:p>
    <w:p>
      <w:r>
        <w:rPr>
          <w:rFonts w:ascii="Courier New" w:hAnsi="Courier New"/>
          <w:color w:val="555555"/>
          <w:sz w:val="20"/>
        </w:rPr>
        <w:t>[5]</w:t>
      </w:r>
    </w:p>
    <w:p>
      <w:r>
        <w:rPr>
          <w:rFonts w:ascii="Gentium Plus" w:hAnsi="Gentium Plus"/>
          <w:sz w:val="24"/>
        </w:rPr>
        <w:t>λέγειν. καὶ τὸ λαλεῖν δὲ καὶ ὁ λάλος καὶ λαλίστερος, καὶ ἡ λαλιά, καὶ τὸ καταλαλεῖν παρὰ Ἀριστοφάνει (frg 145 Ko) καὶ ὁμοίως ἡ λάλησις (frg 803 Ko), καὶ ἀπεριλάλητος Αἰσχύλος (Aristoph Ran 838 cf I frg 667 Ko).</w:t>
      </w:r>
    </w:p>
    <w:p>
      <w:r>
        <w:rPr>
          <w:rFonts w:ascii="Courier New" w:hAnsi="Courier New"/>
          <w:color w:val="555555"/>
          <w:sz w:val="20"/>
        </w:rPr>
        <w:t>[2 . 126]</w:t>
      </w:r>
    </w:p>
    <w:p>
      <w:r>
        <w:rPr>
          <w:rFonts w:ascii="Gentium Plus" w:hAnsi="Gentium Plus"/>
          <w:sz w:val="24"/>
        </w:rPr>
        <w:t>τῶν δὲ τῆς γλώττης ἔργων τὰ ὀνόματα βοή, βοᾶν, ἐκβοᾶν, παραβοᾶν, καταβοᾶν, ἐπιβοᾶν. ἐπιβόητος, περιβόητος. περι‐ βοήτως ὡς Αἰσχίνης (I 113), καὶ ὡς Θουκυδίδης (I 73, VIII 85. 2, 87. 3) καταβοή. μεγαλήγορος δὲ παρὰ Ξενοφῶντι (Cyrop</w:t>
      </w:r>
    </w:p>
    <w:p>
      <w:r>
        <w:rPr>
          <w:rFonts w:ascii="Courier New" w:hAnsi="Courier New"/>
          <w:color w:val="555555"/>
          <w:sz w:val="20"/>
        </w:rPr>
        <w:t>[5]</w:t>
      </w:r>
    </w:p>
    <w:p>
      <w:r>
        <w:rPr>
          <w:rFonts w:ascii="Gentium Plus" w:hAnsi="Gentium Plus"/>
          <w:sz w:val="24"/>
        </w:rPr>
        <w:t>VII 1. 17), καὶ μεγαληγορεῖν καὶ μεγαληγορία. καὶ συνήγορος, συνηγορεῖν, συνηγορία, συναγορεύειν. προήγορος, προηγορεῖν,</w:t>
      </w:r>
    </w:p>
    <w:p>
      <w:r>
        <w:rPr>
          <w:rFonts w:ascii="Courier New" w:hAnsi="Courier New"/>
          <w:color w:val="555555"/>
          <w:sz w:val="20"/>
        </w:rPr>
        <w:t>[2 . 127]</w:t>
      </w:r>
    </w:p>
    <w:p>
      <w:r>
        <w:rPr>
          <w:rFonts w:ascii="Gentium Plus" w:hAnsi="Gentium Plus"/>
          <w:sz w:val="24"/>
        </w:rPr>
        <w:t>προαγορεύειν, προαγόρευσις, ἀναγόρευσις. καὶ δημηγόρος, δημη‐ γορεῖν, δημηγορία. ἰσηγορία, κακηγορία, κακήγορος, κακηγορί‐ στερος παρὰ Φερεκράτει (I frg 96 Ko), καὶ κακηγορίστατος παρὰ Ἐκφαντίδῃ (I frg 5 Ko). προσήγορος, εὐπροσήγορος, ἀπροσή‐</w:t>
      </w:r>
    </w:p>
    <w:p>
      <w:r>
        <w:rPr>
          <w:rFonts w:ascii="Courier New" w:hAnsi="Courier New"/>
          <w:color w:val="555555"/>
          <w:sz w:val="20"/>
        </w:rPr>
        <w:t>[5]</w:t>
      </w:r>
    </w:p>
    <w:p>
      <w:r>
        <w:rPr>
          <w:rFonts w:ascii="Gentium Plus" w:hAnsi="Gentium Plus"/>
          <w:sz w:val="24"/>
        </w:rPr>
        <w:t>γορος, δυσπροσήγορος, προσαγόρευσις, προσαγορεῦσαι, προσηγο‐</w:t>
      </w:r>
    </w:p>
    <w:p>
      <w:r>
        <w:rPr>
          <w:rFonts w:ascii="Courier New" w:hAnsi="Courier New"/>
          <w:color w:val="555555"/>
          <w:sz w:val="20"/>
        </w:rPr>
        <w:t>[2 . 128]</w:t>
      </w:r>
    </w:p>
    <w:p>
      <w:r>
        <w:rPr>
          <w:rFonts w:ascii="Gentium Plus" w:hAnsi="Gentium Plus"/>
          <w:sz w:val="24"/>
        </w:rPr>
        <w:t>ρηθὲν‘ δὲ ‘αὐτῷ‘ Δημοσθένης (XXXIII 21) εἶπε τὸ ἀπαγορευθέν. ‘ὑπὸ δὲ γένους ἀπορρηθῆναι παντόσ‘ Πλάτων (Leg XI 929 A), οἷον ἀποκηρυχθῆναι. ἐκ δὲ τῶν αὐτῶν ἐστὶν εἰπεῖν, εἰπών, ἀπειπεῖν, ἀπειπών· ἐπανειπὼν ἀργύριον, οἷον ἐπικηρύξας. καὶ ῥητόν τι καὶ</w:t>
      </w:r>
    </w:p>
    <w:p>
      <w:r>
        <w:rPr>
          <w:rFonts w:ascii="Courier New" w:hAnsi="Courier New"/>
          <w:color w:val="555555"/>
          <w:sz w:val="20"/>
        </w:rPr>
        <w:t>[5]</w:t>
      </w:r>
    </w:p>
    <w:p>
      <w:r>
        <w:rPr>
          <w:rFonts w:ascii="Gentium Plus" w:hAnsi="Gentium Plus"/>
          <w:sz w:val="24"/>
        </w:rPr>
        <w:t>ἀπόρρητον, καὶ ῥῆσις καὶ ἀπόρρησις καὶ ἀνάρρησις καὶ διάρρησις καὶ πρόρρησις, καὶ ἀρρησία ἡ σιωπὴ παρὰ Νικοφῶντι (I frg 23 Ko), καὶ ῥῆμα καὶ πρόσρημα, καὶ πρόσρησις, καὶ ῥήτωρ, καὶ εὐρήμων</w:t>
      </w:r>
    </w:p>
    <w:p>
      <w:r>
        <w:rPr>
          <w:rFonts w:ascii="Courier New" w:hAnsi="Courier New"/>
          <w:color w:val="555555"/>
          <w:sz w:val="20"/>
        </w:rPr>
        <w:t>[2 . 129]</w:t>
      </w:r>
    </w:p>
    <w:p>
      <w:r>
        <w:rPr>
          <w:rFonts w:ascii="Gentium Plus" w:hAnsi="Gentium Plus"/>
          <w:sz w:val="24"/>
        </w:rPr>
        <w:t>καὶ κακορρήμων καὶ ἀρρήμων, καὶ ἐπίρρητος, καὶ μεγαλορ‐ ρημοσύνη καὶ εὐρημοσύνη καὶ εὐθυρρημοσύνη. καὶ ὡς Δημοσθένης (Epist IV 11) αἰσχρορρημοσύνη. ἀπειπεῖν, συνειπεῖν. διαρρήδην, διαφάδην. φῆσαι, συμφῆσαι, ἀποφῆσαι. καὶ φάσις· ἀπόφασις</w:t>
      </w:r>
    </w:p>
    <w:p>
      <w:r>
        <w:rPr>
          <w:rFonts w:ascii="Courier New" w:hAnsi="Courier New"/>
          <w:color w:val="555555"/>
          <w:sz w:val="20"/>
        </w:rPr>
        <w:t>[5]</w:t>
      </w:r>
    </w:p>
    <w:p>
      <w:r>
        <w:rPr>
          <w:rFonts w:ascii="Gentium Plus" w:hAnsi="Gentium Plus"/>
          <w:sz w:val="24"/>
        </w:rPr>
        <w:t>δὲ ἐπὶ διαιτητοῦ, ἣν καὶ γνῶσιν καλεῖ Δημοσθένης (VII 9 saep). καὶ ἀντίφῃς Πλάτων (Gorg 501 C), καὶ ἀπόφησιν Ὅμηρος (Η 362), καὶ ἀποφήνασθαι γνώμην οἱ ῥήτορες.</w:t>
      </w:r>
    </w:p>
    <w:p>
      <w:r>
        <w:rPr>
          <w:rFonts w:ascii="Courier New" w:hAnsi="Courier New"/>
          <w:color w:val="555555"/>
          <w:sz w:val="20"/>
        </w:rPr>
        <w:t>[2 . 130]</w:t>
      </w:r>
    </w:p>
    <w:p>
      <w:r>
        <w:rPr>
          <w:rFonts w:ascii="Gentium Plus" w:hAnsi="Gentium Plus"/>
          <w:sz w:val="24"/>
        </w:rPr>
        <w:t>κεφαλῇ γε μὴν ὑπόκειται τράχηλος. καλεῖται δὲ καὶ αὐχὴν καὶ δειρή, ὅθεν καὶ ὑποδερὶς τὸ ἐν τοῖς πρόσθεν τοῦ τραχήλου τελευ‐ ταῖον. ἐφέστηκε δὲ σφονδύλοις ἑπτὰ ὁ τράχηλος, οὓς Ὅμηρος (κ 560) ἀστραγάλους καλεῖ, καὶ (Υ 483) σφονδυλίωνα τὸν μυελὸν</w:t>
      </w:r>
    </w:p>
    <w:p>
      <w:r>
        <w:rPr>
          <w:rFonts w:ascii="Courier New" w:hAnsi="Courier New"/>
          <w:color w:val="555555"/>
          <w:sz w:val="20"/>
        </w:rPr>
        <w:t>[5]</w:t>
      </w:r>
    </w:p>
    <w:p>
      <w:r>
        <w:rPr>
          <w:rFonts w:ascii="Gentium Plus" w:hAnsi="Gentium Plus"/>
          <w:sz w:val="24"/>
        </w:rPr>
        <w:t>τὸν ἐν αὐτοῖς. ὀνομάζονται δὲ οἱ σφόνδυλοι καὶ στροφεῖς παρὰ τὴν ἐπ’ αὐτοῖς τοῦ τραχήλου στροφήν, καὶ στρόφιγγες παρὰ Φερε‐</w:t>
      </w:r>
    </w:p>
    <w:p>
      <w:r>
        <w:rPr>
          <w:rFonts w:ascii="Courier New" w:hAnsi="Courier New"/>
          <w:color w:val="555555"/>
          <w:sz w:val="20"/>
        </w:rPr>
        <w:t>[2 . 131]</w:t>
      </w:r>
    </w:p>
    <w:p>
      <w:r>
        <w:rPr>
          <w:rFonts w:ascii="Gentium Plus" w:hAnsi="Gentium Plus"/>
          <w:sz w:val="24"/>
        </w:rPr>
        <w:t>κράτει (I frg 236 Ko). κατατείνουσι δὲ διὰ ῥάχεως, τὸν μυελὸν ἐξ ἐγκεφάλου διαφέροντες, ὃς μήνιγξί τε φράττεται καὶ νεύροις παρα‐</w:t>
      </w:r>
    </w:p>
    <w:p>
      <w:r>
        <w:rPr>
          <w:rFonts w:ascii="Courier New" w:hAnsi="Courier New"/>
          <w:color w:val="555555"/>
          <w:sz w:val="20"/>
        </w:rPr>
        <w:t>[5]</w:t>
      </w:r>
    </w:p>
    <w:p>
      <w:r>
        <w:rPr>
          <w:rFonts w:ascii="Gentium Plus" w:hAnsi="Gentium Plus"/>
          <w:sz w:val="24"/>
        </w:rPr>
        <w:t>ὀνομάζεται· Ἱπποκράτης (Epid II 2. 24) δ’ αὐτὸν καὶ ὀδόντα δοκεῖ καλεῖν. τοῖς δὲ πλαγίοις αὐτοῦ δύο κοιλότητες μία ἑκατέρωθεν ἔνεισιν, εἰς ἃς ἐνίζουσι ὑπὸ τὴν παρεγκεφαλίδα προύχουσαι προ‐</w:t>
      </w:r>
    </w:p>
    <w:p>
      <w:r>
        <w:rPr>
          <w:rFonts w:ascii="Courier New" w:hAnsi="Courier New"/>
          <w:color w:val="555555"/>
          <w:sz w:val="20"/>
        </w:rPr>
        <w:t>[2 . 132]</w:t>
      </w:r>
    </w:p>
    <w:p>
      <w:r>
        <w:rPr>
          <w:rFonts w:ascii="Gentium Plus" w:hAnsi="Gentium Plus"/>
          <w:sz w:val="24"/>
        </w:rPr>
        <w:t>βολαὶ δύο, κεφαλῆς κορῶναι καλούμεναι. τῶν δὲ σφονδύλων ὁ δεύτερος ἀκίνητος ὢν ἄξων ὀνομάζεται, προβολὰς δὲ ἔχει δύο, μίαν ἑκατέρωθεν, τὴν μὲν τῷ πρώτῳ τὴν δὲ τῷ τρίτῳ τῶν σφονδύλων ἐνηρμοσμένας· καλοῦνται δὲ κάτοχοι. παραπλησίων δ’ ὄντων τῶν</w:t>
      </w:r>
    </w:p>
    <w:p>
      <w:r>
        <w:rPr>
          <w:rFonts w:ascii="Courier New" w:hAnsi="Courier New"/>
          <w:color w:val="555555"/>
          <w:sz w:val="20"/>
        </w:rPr>
        <w:t>[5]</w:t>
      </w:r>
    </w:p>
    <w:p>
      <w:r>
        <w:rPr>
          <w:rFonts w:ascii="Gentium Plus" w:hAnsi="Gentium Plus"/>
          <w:sz w:val="24"/>
        </w:rPr>
        <w:t>ἐπὶ τούτοις τεττάρων ὁ τελευταῖος ὡς ἀχθοφορῶν ἄτλας ὀνομάζεται.</w:t>
      </w:r>
    </w:p>
    <w:p>
      <w:r>
        <w:rPr>
          <w:rFonts w:ascii="Courier New" w:hAnsi="Courier New"/>
          <w:color w:val="555555"/>
          <w:sz w:val="20"/>
        </w:rPr>
        <w:t>[2 . 133]</w:t>
      </w:r>
    </w:p>
    <w:p>
      <w:r>
        <w:rPr>
          <w:rFonts w:ascii="Gentium Plus" w:hAnsi="Gentium Plus"/>
          <w:sz w:val="24"/>
        </w:rPr>
        <w:t>τούτῳ δὲ ὑπηρείσθησαν ὠμοπλάται, καταλήγουσαι μὲν εἰς τὰς ἀκρω‐ μίας, ὑπερείδουσαι δὲ τὰς κλεῖδας, ὧν τὸ μέν τι μέρος τοῖς σφονδύ‐ λοις ὑπὸ νεύρου τινὸς προσήρτηται, τὸ δὲ ὑπὸ τὸ στέρνον εἰς τὸν τράχηλον παύεται καὶ κατακλεὶς ὀνομάζεται. τὰς δ’ ὠμοπλάτας εἰσὶν</w:t>
      </w:r>
    </w:p>
    <w:p>
      <w:r>
        <w:rPr>
          <w:rFonts w:ascii="Courier New" w:hAnsi="Courier New"/>
          <w:color w:val="555555"/>
          <w:sz w:val="20"/>
        </w:rPr>
        <w:t>[5]</w:t>
      </w:r>
    </w:p>
    <w:p>
      <w:r>
        <w:rPr>
          <w:rFonts w:ascii="Gentium Plus" w:hAnsi="Gentium Plus"/>
          <w:sz w:val="24"/>
        </w:rPr>
        <w:t>οἳ καὶ ἐπινωτίους καὶ πλάτας ἐκάλεσαν. κλειδῶν δὲ τὸ μὲν πρὸς ὠμοπλάταις ἐπωμίς, τὸ δὲ πρὸς τραχήλῳ παρασφαγίς, ὅτι τὸ κοῖλον, ᾗ διεστᾶσιν αἱ κλεῖδες, καλεῖται σφαγή, ὑπ’ ἐνίων δὲ καὶ θυμός.</w:t>
      </w:r>
    </w:p>
    <w:p>
      <w:r>
        <w:rPr>
          <w:rFonts w:ascii="Courier New" w:hAnsi="Courier New"/>
          <w:color w:val="555555"/>
          <w:sz w:val="20"/>
        </w:rPr>
        <w:t>[2 . 134]</w:t>
      </w:r>
    </w:p>
    <w:p>
      <w:r>
        <w:rPr>
          <w:rFonts w:ascii="Gentium Plus" w:hAnsi="Gentium Plus"/>
          <w:sz w:val="24"/>
        </w:rPr>
        <w:t>ὑποκειμένης δὲ κατὰ τὴν κοιλότητα τῷ τραχήλῳ τῆς φάρυγγος ἔνδοθεν, τὸ ἔξωθεν ὑπὸ τὰς ὀργὰς ὑπὸ τοῦ φυσᾶσθαι πιμπράμενον καὶ ἀνοιδαῖνον πρηστὴρ ὀνομάζεται, τὸ δὲ ἐν μέσῳ πρηστήρων τε καὶ φάρυγγος ἀγκτήρ. ἀφ’ οὗ τὸ μέχρι γενύων παρωτίδες, ὧν τὸ</w:t>
      </w:r>
    </w:p>
    <w:p>
      <w:r>
        <w:rPr>
          <w:rFonts w:ascii="Courier New" w:hAnsi="Courier New"/>
          <w:color w:val="555555"/>
          <w:sz w:val="20"/>
        </w:rPr>
        <w:t>[5]</w:t>
      </w:r>
    </w:p>
    <w:p>
      <w:r>
        <w:rPr>
          <w:rFonts w:ascii="Gentium Plus" w:hAnsi="Gentium Plus"/>
          <w:sz w:val="24"/>
        </w:rPr>
        <w:t>μέχρι κλειδῶν μέρος τέρθρον, ἡ δὲ ὄπισθεν κατὰ τὸν στροφέα σφόνδυ‐ λον κοιλότης ἐπισφαγὶς προσείρηται· καὶ ταύτην περιέχουσι τέ‐</w:t>
      </w:r>
    </w:p>
    <w:p>
      <w:r>
        <w:rPr>
          <w:rFonts w:ascii="Courier New" w:hAnsi="Courier New"/>
          <w:color w:val="555555"/>
          <w:sz w:val="20"/>
        </w:rPr>
        <w:t>[2 . 135]</w:t>
      </w:r>
    </w:p>
    <w:p>
      <w:r>
        <w:rPr>
          <w:rFonts w:ascii="Gentium Plus" w:hAnsi="Gentium Plus"/>
          <w:sz w:val="24"/>
        </w:rPr>
        <w:t>νοντες. τὸ δὲ μέχρι τέρθρων κύρτωμα παραλοφία, διότι λοφιὰν τὴν κατὰ νῶτον προβολὴν καλοῦσιν. ἡ μέντοι σύμπασα τοῦ αὐχένος</w:t>
      </w:r>
    </w:p>
    <w:p>
      <w:r>
        <w:rPr>
          <w:rFonts w:ascii="Courier New" w:hAnsi="Courier New"/>
          <w:color w:val="555555"/>
          <w:sz w:val="20"/>
        </w:rPr>
        <w:t>[5]</w:t>
      </w:r>
    </w:p>
    <w:p>
      <w:r>
        <w:rPr>
          <w:rFonts w:ascii="Gentium Plus" w:hAnsi="Gentium Plus"/>
          <w:sz w:val="24"/>
        </w:rPr>
        <w:t>ὑψαυχενεῖν. καὶ μεσαύχενας τοὺς ἀσκοὺς Ἀριστοφάνης (frg 725 Ko) κέκληκεν. βυσαύχην δὲ ἐκαλεῖτο ὁ τοὺς μὲν ὤμους ἀνέλκων τὸν δὲ αὐχένα συνέλκων, ὃν ἐπίβουλον Ἀριστοτέλης φυσιογνωμονεῖ</w:t>
      </w:r>
    </w:p>
    <w:p>
      <w:r>
        <w:rPr>
          <w:rFonts w:ascii="Courier New" w:hAnsi="Courier New"/>
          <w:color w:val="555555"/>
          <w:sz w:val="20"/>
        </w:rPr>
        <w:t>[2 . 136]</w:t>
      </w:r>
    </w:p>
    <w:p>
      <w:r>
        <w:rPr>
          <w:rFonts w:ascii="Gentium Plus" w:hAnsi="Gentium Plus"/>
          <w:sz w:val="24"/>
        </w:rPr>
        <w:t>(p 811 17)· οἱ δὲ ἐριαύχενες σφόδρα ποιητικόν (Κ 305). ὑποτραχήλιον μὲν οὖν καλοῦσι τὸ ὑπὸ τοὺς αὐχένας, μεταξὺ ὠμοπλατῶν καταλῆγον ἐπὶ τὸ μετάφρενον, μετάφρενον δὲ τὸ ὑπ’ αὐτὸ μέχρι μέσου νώτου, κατὰ τὸ τῶν φρενῶν διάζωμα. ὑπορραχὶς</w:t>
      </w:r>
    </w:p>
    <w:p>
      <w:r>
        <w:rPr>
          <w:rFonts w:ascii="Courier New" w:hAnsi="Courier New"/>
          <w:color w:val="555555"/>
          <w:sz w:val="20"/>
        </w:rPr>
        <w:t>[5]</w:t>
      </w:r>
    </w:p>
    <w:p>
      <w:r>
        <w:rPr>
          <w:rFonts w:ascii="Gentium Plus" w:hAnsi="Gentium Plus"/>
          <w:sz w:val="24"/>
        </w:rPr>
        <w:t>δέ ἐστιν ἡ μέχρις ὀσφύος κοιλότης. ἀπὸ δὲ ῥάχεως ὀνόματα ῥαχί‐ ζειν τὸ κόπτειν, καὶ ῥάχετρον τὸ μέσον τῆς ῥάχεως, καὶ ῥαχετρίσαι τὸ διακόψαι.</w:t>
      </w:r>
    </w:p>
    <w:p>
      <w:r>
        <w:rPr>
          <w:rFonts w:ascii="Courier New" w:hAnsi="Courier New"/>
          <w:color w:val="555555"/>
          <w:sz w:val="20"/>
        </w:rPr>
        <w:t>[2 . 137]</w:t>
      </w:r>
    </w:p>
    <w:p>
      <w:r>
        <w:rPr>
          <w:rFonts w:ascii="Gentium Plus" w:hAnsi="Gentium Plus"/>
          <w:sz w:val="24"/>
        </w:rPr>
        <w:t>καὶ μὴν ἐπί γε τὰς χεῖρας ἰοῦσι τὸ μὲν ὑπερέχον τοῦ βρα‐ χίονος ἀκρωμία καὶ ὤμου κεφαλὴ καὶ ἀκροκωλία καὶ ἐπωμίς. ἀπὸ δὲ ὤμου ὀνόματα καὶ ἡ ἐξωμὶς καὶ ἡ ἐξωμιδοποιία. ἵνα δὲ ἐνερείδεται τουτὶ τὸ ἄρθρον, ἐντύπωσις καλεῖται ἢ ὠμοκοτύλη. καὶ</w:t>
      </w:r>
    </w:p>
    <w:p>
      <w:r>
        <w:rPr>
          <w:rFonts w:ascii="Courier New" w:hAnsi="Courier New"/>
          <w:color w:val="555555"/>
          <w:sz w:val="20"/>
        </w:rPr>
        <w:t>[5]</w:t>
      </w:r>
    </w:p>
    <w:p>
      <w:r>
        <w:rPr>
          <w:rFonts w:ascii="Gentium Plus" w:hAnsi="Gentium Plus"/>
          <w:sz w:val="24"/>
        </w:rPr>
        <w:t>νεύροις μὲν κατήρτηται παρὰ πλευρὰς παραιωρουμένης τῆς χειρός,</w:t>
      </w:r>
    </w:p>
    <w:p>
      <w:r>
        <w:rPr>
          <w:rFonts w:ascii="Courier New" w:hAnsi="Courier New"/>
          <w:color w:val="555555"/>
          <w:sz w:val="20"/>
        </w:rPr>
        <w:t>[2 . 138]</w:t>
      </w:r>
    </w:p>
    <w:p>
      <w:r>
        <w:rPr>
          <w:rFonts w:ascii="Gentium Plus" w:hAnsi="Gentium Plus"/>
          <w:sz w:val="24"/>
        </w:rPr>
        <w:t>στάσης δὲ εἰς πυγμὴν ἐνιζάνει τῇ τῆς ἐντυπώσεως κοιλότητι. στρογ‐ γύλος δὲ ὢν ὁ βραχίων καὶ κεκλιμένος, ὅτι ἐστὶ τοῦ πήχεως βραχύτερος, ᾗ πρὸς τὸν ἀγκῶνα καταβαίνει, διευρύνεται. καλεῖται δὲ αὐτοῦ τὰ μὲν ἔξωθεν μύες, τὰ δ’ ἔνδον παρωλένια, τὸ δὲ πρὸς</w:t>
      </w:r>
    </w:p>
    <w:p>
      <w:r>
        <w:rPr>
          <w:rFonts w:ascii="Courier New" w:hAnsi="Courier New"/>
          <w:color w:val="555555"/>
          <w:sz w:val="20"/>
        </w:rPr>
        <w:t>[5]</w:t>
      </w:r>
    </w:p>
    <w:p>
      <w:r>
        <w:rPr>
          <w:rFonts w:ascii="Gentium Plus" w:hAnsi="Gentium Plus"/>
          <w:sz w:val="24"/>
        </w:rPr>
        <w:t>τῷ ὤμῳ προῦχον βραχίονος κεφαλή, αἱ δὲ ὑπὸ τῇ ἀκρωμίᾳ κοιλότητες μασχάλαι, ἀφ’ ὧν ὀνόματα ἀμφιμάσχαλος καὶ ἑτερομάσχαλος χιτών.</w:t>
      </w:r>
    </w:p>
    <w:p>
      <w:r>
        <w:rPr>
          <w:rFonts w:ascii="Courier New" w:hAnsi="Courier New"/>
          <w:color w:val="555555"/>
          <w:sz w:val="20"/>
        </w:rPr>
        <w:t>[2 . 139]</w:t>
      </w:r>
    </w:p>
    <w:p>
      <w:r>
        <w:rPr>
          <w:rFonts w:ascii="Gentium Plus" w:hAnsi="Gentium Plus"/>
          <w:sz w:val="24"/>
        </w:rPr>
        <w:t>ἡ δὲ μασχάλη ὑπὸ μὲν τῶν ἰδιωτῶν καλεῖται μάλη, ὑπὸ δὲ τῶν Ἀττικῶν οὐχί, ἀλλὰ τὸ ὑπὸ αὐτῇ φερόμενον ὑπὸ μάλης φέρεσθαι λέγουσιν. τὰ μέντοι παρωλένια καὶ ἀγκάλαι καὶ ἀγκαλίδες, καὶ εὐάγκαλον τὸ εὔφορον ἢ τὸ ἡδύ. ἴσως δὲ ἀπὸ τούτων καὶ</w:t>
      </w:r>
    </w:p>
    <w:p>
      <w:r>
        <w:rPr>
          <w:rFonts w:ascii="Courier New" w:hAnsi="Courier New"/>
          <w:color w:val="555555"/>
          <w:sz w:val="20"/>
        </w:rPr>
        <w:t>[5]</w:t>
      </w:r>
    </w:p>
    <w:p>
      <w:r>
        <w:rPr>
          <w:rFonts w:ascii="Gentium Plus" w:hAnsi="Gentium Plus"/>
          <w:sz w:val="24"/>
        </w:rPr>
        <w:t>ἀγκαλίδες οἱ τῶν ξύλων δεσμοί, καὶ ἀγκαλιδαγωγοὶ καὶ ἀγκαλιδη‐ φόροι, καὶ τὸ ἐναγκαλίσασθαι καὶ προσαγκαλίσασθαι· καὶ παραγ‐ καλίσασθαι τὸ τοὺς ἀγκαλιδηφόρους αὐτούς τι παραφορτίσασθαι.</w:t>
      </w:r>
    </w:p>
    <w:p>
      <w:r>
        <w:rPr>
          <w:rFonts w:ascii="Courier New" w:hAnsi="Courier New"/>
          <w:color w:val="555555"/>
          <w:sz w:val="20"/>
        </w:rPr>
        <w:t>[2 . 140]</w:t>
      </w:r>
    </w:p>
    <w:p>
      <w:r>
        <w:rPr>
          <w:rFonts w:ascii="Gentium Plus" w:hAnsi="Gentium Plus"/>
          <w:sz w:val="24"/>
        </w:rPr>
        <w:t>ὁ τοίνυν πῆχυς ἔχει ὀστᾶ δύο τὸ μὲν ὑπερογκότερον, τὸ δὲ βραχύτερον. καὶ ἵνα γε τῷ βραχίονι συνήρθρωται, τὸ μὲν πᾶν ἀγκὼν καλεῖται, ἀφ’ οὗ γαλιάγκων παρ’ Ἱπποκράτει (de articul 12 IV 114 L), τὸ δὲ ἔξωθεν αὐτοῦ προῦχον ὀλέκρανον, ἀφ’ οὗ</w:t>
      </w:r>
    </w:p>
    <w:p>
      <w:r>
        <w:rPr>
          <w:rFonts w:ascii="Courier New" w:hAnsi="Courier New"/>
          <w:color w:val="555555"/>
          <w:sz w:val="20"/>
        </w:rPr>
        <w:t>[5]</w:t>
      </w:r>
    </w:p>
    <w:p>
      <w:r>
        <w:rPr>
          <w:rFonts w:ascii="Gentium Plus" w:hAnsi="Gentium Plus"/>
          <w:sz w:val="24"/>
        </w:rPr>
        <w:t>καὶ τὸ ὀλεκρανίζειν παρὰ τοῖς κωμικοῖς (III p 589. 1093 Ko). τὸν δὲ πῆχυν καὶ ὠλένην καλοῦσιν, ὅθεν καὶ ἡ Ἥρα λευκώλενος, καὶ ἀκρωλένια τὰ ἄκρα τοῦ πήχεως. οὗ τὸ μὲν ἄνωθεν ἐπίπηχυ, τὸ</w:t>
      </w:r>
    </w:p>
    <w:p>
      <w:r>
        <w:rPr>
          <w:rFonts w:ascii="Courier New" w:hAnsi="Courier New"/>
          <w:color w:val="555555"/>
          <w:sz w:val="20"/>
        </w:rPr>
        <w:t>[2 . 141]</w:t>
      </w:r>
    </w:p>
    <w:p>
      <w:r>
        <w:rPr>
          <w:rFonts w:ascii="Gentium Plus" w:hAnsi="Gentium Plus"/>
          <w:sz w:val="24"/>
        </w:rPr>
        <w:t>δὲ κάτωθεν ἀγοστός. ἔνιοι δὲ καὶ τὸ πρὸς τῇ ἀκρωμίᾳ ἄρθρον καὶ τὸ πρὸς τῷ ἀγκῶνι κορύνας καλοῦσιν, οἱ δὲ τόρμους ἢ κονδύ‐ λους. καὶ τοῦ πήχεως τὴν ὑπὸ τῷ βραχίονι συμβολὴν κατὰ μὲν τὴν ἔνδοθεν κοιλότητα ὀλέκρανον καλεῖσθαι νομίζουσιν, κατὰ δὲ τὴν</w:t>
      </w:r>
    </w:p>
    <w:p>
      <w:r>
        <w:rPr>
          <w:rFonts w:ascii="Courier New" w:hAnsi="Courier New"/>
          <w:color w:val="555555"/>
          <w:sz w:val="20"/>
        </w:rPr>
        <w:t>[5]</w:t>
      </w:r>
    </w:p>
    <w:p>
      <w:r>
        <w:rPr>
          <w:rFonts w:ascii="Gentium Plus" w:hAnsi="Gentium Plus"/>
          <w:sz w:val="24"/>
        </w:rPr>
        <w:t>ἔξωθεν προβολὴν ἀγκῶνα· τὸ γὰρ κορωνὸν ὁμῶς ἐστιν ἰατρικόν, ὀνομάζουσι δὲ τοῦτο καὶ κύβωλον. καὶ κύβιτον εἴποις ἂν ὡς Ἱπποκράτης (de locis in hom 6 VI 286 L)· δοκεῖ δ’ εἶναι Δωρικὸν</w:t>
      </w:r>
    </w:p>
    <w:p>
      <w:r>
        <w:rPr>
          <w:rFonts w:ascii="Courier New" w:hAnsi="Courier New"/>
          <w:color w:val="555555"/>
          <w:sz w:val="20"/>
        </w:rPr>
        <w:t>[2 . 142]</w:t>
      </w:r>
    </w:p>
    <w:p>
      <w:r>
        <w:rPr>
          <w:rFonts w:ascii="Gentium Plus" w:hAnsi="Gentium Plus"/>
          <w:sz w:val="24"/>
        </w:rPr>
        <w:t>τοὔνομα τῶν ἐν Σικελίᾳ Δωριέων, ὅθεν Ἐπίχαρμος (frg 213 Kaibel)</w:t>
      </w:r>
    </w:p>
    <w:p>
      <w:r>
        <w:rPr>
          <w:rFonts w:ascii="Courier New" w:hAnsi="Courier New"/>
          <w:color w:val="555555"/>
          <w:sz w:val="20"/>
        </w:rPr>
        <w:t>[5]</w:t>
      </w:r>
    </w:p>
    <w:p>
      <w:r>
        <w:rPr>
          <w:rFonts w:ascii="Gentium Plus" w:hAnsi="Gentium Plus"/>
          <w:sz w:val="24"/>
        </w:rPr>
        <w:t>ὡς τοῦ μείζονος ἔχοντος τὴν τοῦ πήχεως προσηγορίαν, ὃ καὶ προπήχειόν τινες καλοῦσιν. οὗ τὸ πέρας καρπὸς ὀνομάζεται, συγκείμενον ἐξ ὀστῶν ὀκτώ. καὶ προκάρπιον μὲν καλεῖται τὸ πρὸ</w:t>
      </w:r>
    </w:p>
    <w:p>
      <w:r>
        <w:rPr>
          <w:rFonts w:ascii="Courier New" w:hAnsi="Courier New"/>
          <w:color w:val="555555"/>
          <w:sz w:val="20"/>
        </w:rPr>
        <w:t>[2 . 143]</w:t>
      </w:r>
    </w:p>
    <w:p>
      <w:r>
        <w:rPr>
          <w:rFonts w:ascii="Gentium Plus" w:hAnsi="Gentium Plus"/>
          <w:sz w:val="24"/>
        </w:rPr>
        <w:t>τοῦ καρποῦ—τῷ δὲ καρπῷ καὶ προβολή τις ἀστραγάλῳ προσφερὴς συμπέφυκεν—, μετακάρπιον δὲ τὸ πρὸ τῶν δακτύλων πλατυνό‐ μενον, ἀφ’ οὗ εἰς ἐκείνους ἡ χεὶρ σχίζεται. καὶ τὸ μὲν ἔνδοθεν τῆς χειρὸς σαρκῶδες, ἀπὸ τοῦ μεγάλου δακτύλου μέχρι τοῦ λιχανοῦ,</w:t>
      </w:r>
    </w:p>
    <w:p>
      <w:r>
        <w:rPr>
          <w:rFonts w:ascii="Courier New" w:hAnsi="Courier New"/>
          <w:color w:val="555555"/>
          <w:sz w:val="20"/>
        </w:rPr>
        <w:t>[5]</w:t>
      </w:r>
    </w:p>
    <w:p>
      <w:r>
        <w:rPr>
          <w:rFonts w:ascii="Gentium Plus" w:hAnsi="Gentium Plus"/>
          <w:sz w:val="24"/>
        </w:rPr>
        <w:t>καλεῖται θέναρ, τὸ δὲ ἔξωθεν ὀπισθέναρ, τὸ δὲ ἀπὸ τοῦ λιχανοῦ ἕως τοῦ μικροῦ δακτύλου ὑποθέναρ. τὸ δὲ μεταξὺ θέναρος καὶ ὑποθέναρος καὶ στήθους κοῖλον χειρὸς ὀνομάζεται, ὃ καὶ κοτύλην</w:t>
      </w:r>
    </w:p>
    <w:p>
      <w:r>
        <w:rPr>
          <w:rFonts w:ascii="Courier New" w:hAnsi="Courier New"/>
          <w:color w:val="555555"/>
          <w:sz w:val="20"/>
        </w:rPr>
        <w:t>[2 . 144]</w:t>
      </w:r>
    </w:p>
    <w:p>
      <w:r>
        <w:rPr>
          <w:rFonts w:ascii="Gentium Plus" w:hAnsi="Gentium Plus"/>
          <w:sz w:val="24"/>
        </w:rPr>
        <w:t>ἔνιοι καλοῦσιν. στῆθος δὲ τὸ μετὰ τὸ κοῖλον πρὸ τοῦ μετακαρπίου· τὸ δὲ στῆθος καὶ ἄνδηρον καλεῖται. ἔνιοι δὲ τὸ μὲν πρόσθιον τῆς δρακὸς πᾶν θέναρ οἴονται καλεῖσθαι, καὶ Ἱπποκράτης (de fractur 4 III 428 L) καὶ Ὅμηρος (Ε 337) τοῦτο ὑποδηλοῦσιν, τὸ δὲ ἀντι‐</w:t>
      </w:r>
    </w:p>
    <w:p>
      <w:r>
        <w:rPr>
          <w:rFonts w:ascii="Courier New" w:hAnsi="Courier New"/>
          <w:color w:val="555555"/>
          <w:sz w:val="20"/>
        </w:rPr>
        <w:t>[5]</w:t>
      </w:r>
    </w:p>
    <w:p>
      <w:r>
        <w:rPr>
          <w:rFonts w:ascii="Gentium Plus" w:hAnsi="Gentium Plus"/>
          <w:sz w:val="24"/>
        </w:rPr>
        <w:t>κείμενον πᾶν ὀπισθέναρ ἢ κτένας. καὶ προκάρπια καὶ δῶρα, καὶ τούτων τὰ μὲν πρὸς καρποῖς στήθη, τὰ δὲ πρὸς δακτύλοις ὑπόχηλα καὶ ταρσὸν καὶ κράτος. τῶν δὲ δακτύλων τὰ μὲν προύχοντα κατὰ τὰς συμβολὰς κόνδυλοι, ἀφ’ ὧν καὶ ἡ πληγὴ κέκληται, τὰ δὲ ὑπ’ αὐτοὺς ἄρθρα σκυταλίδες ἢ ὡς Ἀριστοτέλης (Hist Anim I p 493. 28)</w:t>
      </w:r>
    </w:p>
    <w:p>
      <w:r>
        <w:rPr>
          <w:rFonts w:ascii="Courier New" w:hAnsi="Courier New"/>
          <w:color w:val="555555"/>
          <w:sz w:val="20"/>
        </w:rPr>
        <w:t>[2 . 145]</w:t>
      </w:r>
    </w:p>
    <w:p>
      <w:r>
        <w:rPr>
          <w:rFonts w:ascii="Gentium Plus" w:hAnsi="Gentium Plus"/>
          <w:sz w:val="24"/>
        </w:rPr>
        <w:t>φάλαγγες· τρεῖς δ’ εἰσὶν ἑκάστῳ τῶν τεττάρων, δύο δὲ τῷ μείζονι.</w:t>
      </w:r>
    </w:p>
    <w:p>
      <w:r>
        <w:rPr>
          <w:rFonts w:ascii="Courier New" w:hAnsi="Courier New"/>
          <w:color w:val="555555"/>
          <w:sz w:val="20"/>
        </w:rPr>
        <w:t>[2 . 146]</w:t>
      </w:r>
    </w:p>
    <w:p>
      <w:r>
        <w:rPr>
          <w:rFonts w:ascii="Gentium Plus" w:hAnsi="Gentium Plus"/>
          <w:sz w:val="24"/>
        </w:rPr>
        <w:t>ζωνυχίαι· ἐξ αὐτῶν γὰρ αἱ τῶν ὀνύχων ἀρχαί. μεθ’ ἃς ὄνυχες, ὑφ’ οἷς τὰ νεῦρα παύεσθαι λέγουσιν· ὧν τὰ μὲν ὑπὸ τῷ ὄνυχι κρυπτά, τὰ δ’ ἄνωθεν ἄργεμοι, τὰ δ’ ἑκατέρωθεν παρωνυχίαι, τὰ δὲ μετ’ αὐτὰς γωνίαι. τὸ δὲ πρὸς ταῖς ῥιζωνυχίαις λευκὸν ἀνατολή.</w:t>
      </w:r>
    </w:p>
    <w:p>
      <w:r>
        <w:rPr>
          <w:rFonts w:ascii="Courier New" w:hAnsi="Courier New"/>
          <w:color w:val="555555"/>
          <w:sz w:val="20"/>
        </w:rPr>
        <w:t>[5]</w:t>
      </w:r>
    </w:p>
    <w:p>
      <w:r>
        <w:rPr>
          <w:rFonts w:ascii="Gentium Plus" w:hAnsi="Gentium Plus"/>
          <w:sz w:val="24"/>
        </w:rPr>
        <w:t>καὶ τὰ μὲν ἐπιφαινόμενα τοῖς ὄνυξι νεφέλια, τὰ δ’ ἔνδοθεν τῶν δακτύλων πέρατα ῥᾶγές τε καὶ κορυφαί. ἀπὸ δὲ τῶν ὀνύχων ὀνυχίσασθαι καὶ ἀπονυχίσασθαι, ᾧ καὶ μᾶλλον χρηστέον, εἴρηται δὲ τὸ ἐξονυχίσασθαι, φαύλως δέ. τῆς μὲν οὖν ὅλης χειρὸς ὀστᾶ ἓξ καὶ εἴκοσιν εἶναί φησιν ὁ Σολεὺς Κλέαρχος, εἷς τῶν Ἀρι‐</w:t>
      </w:r>
    </w:p>
    <w:p>
      <w:r>
        <w:rPr>
          <w:rFonts w:ascii="Courier New" w:hAnsi="Courier New"/>
          <w:color w:val="555555"/>
          <w:sz w:val="20"/>
        </w:rPr>
        <w:t>[2 . 147]</w:t>
      </w:r>
    </w:p>
    <w:p>
      <w:r>
        <w:rPr>
          <w:rFonts w:ascii="Gentium Plus" w:hAnsi="Gentium Plus"/>
          <w:sz w:val="24"/>
        </w:rPr>
        <w:t>στοτέλους μαθητῶν (FHG II p 324. 72)· ἀλλ’ ἐὰν συγκλείσῃς τὴν χεῖρα, τὸ μὲν ἔξωθεν καλεῖται πυγμή, ἀφ’ ἧς καὶ πύκτης, πυκτεύειν, ἐξεπύκτευσεν, πὺξ ἔπαισεν, πὺξ ἐπάταξεν, πὺξ ἔπληξεν· ἡ δὲ συνεχὴς τῶν χειρῶν συναγωγή, πυκνῶς εἰς πλῆθος ἐπιφερομένη,</w:t>
      </w:r>
    </w:p>
    <w:p>
      <w:r>
        <w:rPr>
          <w:rFonts w:ascii="Courier New" w:hAnsi="Courier New"/>
          <w:color w:val="555555"/>
          <w:sz w:val="20"/>
        </w:rPr>
        <w:t>[5]</w:t>
      </w:r>
    </w:p>
    <w:p>
      <w:r>
        <w:rPr>
          <w:rFonts w:ascii="Gentium Plus" w:hAnsi="Gentium Plus"/>
          <w:sz w:val="24"/>
        </w:rPr>
        <w:t>πίτυλος καλεῖται. τὸ δὲ ἔνδοθεν δράγμα, ἀφ’ οὗ καὶ τὸ τῶν ἀσταχύων, καὶ δρὰξ καὶ δράκος, καὶ δράττεσθαι καὶ ἐπιδράτ‐ τεσθαι.</w:t>
      </w:r>
    </w:p>
    <w:p>
      <w:r>
        <w:rPr>
          <w:rFonts w:ascii="Courier New" w:hAnsi="Courier New"/>
          <w:color w:val="555555"/>
          <w:sz w:val="20"/>
        </w:rPr>
        <w:t>[2 . 148]</w:t>
      </w:r>
    </w:p>
    <w:p>
      <w:r>
        <w:rPr>
          <w:rFonts w:ascii="Gentium Plus" w:hAnsi="Gentium Plus"/>
          <w:sz w:val="24"/>
        </w:rPr>
        <w:t>ἀπὸ δὲ τῆς χειρὸς εὔχειρ, θρασύχειρ, ἀρτίχειρ, εὐχειρία, θρασυχειρία, οὐ μὴν ἀρτιχειρία. χειρουργία, χειροτεχνία, χειρο‐ τέχνης· ὁ γὰρ χειρουργὸς εὐτελές, χειρουργεῖν δὲ καὶ χειροτεχνεῖν, καὶ χειρουργικὸς καὶ χειρουργικῶς, χειροτεχνικὸς καὶ χειροτεχνι‐</w:t>
      </w:r>
    </w:p>
    <w:p>
      <w:r>
        <w:rPr>
          <w:rFonts w:ascii="Courier New" w:hAnsi="Courier New"/>
          <w:color w:val="555555"/>
          <w:sz w:val="20"/>
        </w:rPr>
        <w:t>[5]</w:t>
      </w:r>
    </w:p>
    <w:p>
      <w:r>
        <w:rPr>
          <w:rFonts w:ascii="Gentium Plus" w:hAnsi="Gentium Plus"/>
          <w:sz w:val="24"/>
        </w:rPr>
        <w:t>κῶς, χειρώσασθαι, ἐγχειρῆσαι, ἐγχείρημα, ἐπιχείρημα, ἐπιχείρησις.</w:t>
      </w:r>
    </w:p>
    <w:p>
      <w:r>
        <w:rPr>
          <w:rFonts w:ascii="Courier New" w:hAnsi="Courier New"/>
          <w:color w:val="555555"/>
          <w:sz w:val="20"/>
        </w:rPr>
        <w:t>[2 . 149]</w:t>
      </w:r>
    </w:p>
    <w:p>
      <w:r>
        <w:rPr>
          <w:rFonts w:ascii="Gentium Plus" w:hAnsi="Gentium Plus"/>
          <w:sz w:val="24"/>
        </w:rPr>
        <w:t>εὔχειρ, ταχύχειρ ὡς Κριτίας (TGF p 775. 8 N), καὶ ἀπ’ αὐτῶν εὐχειρία, ταχυχειρία. καὶ χειροτεχνία ὡς Πλάτων (Rpb IX 590 C). ὀξύχειρ γὰρ καὶ ὀξυχειρία, τὸ μὲν παρὰ Μενάνδρῳ (frg 1048 Ko) εἴρηται, τὸ δὲ παρ’ Ἀλέξιδι (II frg 323 Ko), καὶ πολυχειρία παρὰ</w:t>
      </w:r>
    </w:p>
    <w:p>
      <w:r>
        <w:rPr>
          <w:rFonts w:ascii="Courier New" w:hAnsi="Courier New"/>
          <w:color w:val="555555"/>
          <w:sz w:val="20"/>
        </w:rPr>
        <w:t>[5]</w:t>
      </w:r>
    </w:p>
    <w:p>
      <w:r>
        <w:rPr>
          <w:rFonts w:ascii="Gentium Plus" w:hAnsi="Gentium Plus"/>
          <w:sz w:val="24"/>
        </w:rPr>
        <w:t>Θουκυδίδῃ (II 77. 3). ἐν χειρῶν νόμῳ ἀμύνασθαι, εἰς χεῖρας ἐλθεῖν, ‘εἰς τοὺς ὑπὸ χεῖρα τὴν ὀργὴν ἀφῆκεν.‘ χειραγωγός, χειραγωγεῖν. καὶ χεῖρα ὑπέχειν. τὸ κατὰ χειρὸς ὕδωρ χέρνιβα ἢ χέρνιβον Ὅμηρος (α 136 saep, Ω 304), καὶ χερνίψασθαι, Φιλωνίδης (I frg 14 Ko)</w:t>
      </w:r>
    </w:p>
    <w:p>
      <w:r>
        <w:rPr>
          <w:rFonts w:ascii="Courier New" w:hAnsi="Courier New"/>
          <w:color w:val="555555"/>
          <w:sz w:val="20"/>
        </w:rPr>
        <w:t>[2 . 150]</w:t>
      </w:r>
    </w:p>
    <w:p>
      <w:r>
        <w:rPr>
          <w:rFonts w:ascii="Gentium Plus" w:hAnsi="Gentium Plus"/>
          <w:sz w:val="24"/>
        </w:rPr>
        <w:t>δὲ καὶ χερνίμματα. Ἀριστοφάνης (frg 710 Ko) δὲ ‘ἀμεταχει‐ ρίστων τῶν κοινῶν‘ εἶπεν. ἀποχειροβιώτων δὲ Ξενοφῶν (Cyrop VIII 3. 37). χειρόμακτρον, χειρόνιπτρον. χεὶρ στρατιωτική, καὶ πολλῇ χειρί, καὶ χεὶρ δεξιὰ ἐπὶ χειροτεχνίας τινός, καὶ Πολυκλείτου</w:t>
      </w:r>
    </w:p>
    <w:p>
      <w:r>
        <w:rPr>
          <w:rFonts w:ascii="Courier New" w:hAnsi="Courier New"/>
          <w:color w:val="555555"/>
          <w:sz w:val="20"/>
        </w:rPr>
        <w:t>[5]</w:t>
      </w:r>
    </w:p>
    <w:p>
      <w:r>
        <w:rPr>
          <w:rFonts w:ascii="Gentium Plus" w:hAnsi="Gentium Plus"/>
          <w:sz w:val="24"/>
        </w:rPr>
        <w:t>χεὶρ τὸ ἄγαλμα, καὶ Ἀπελλοῦ χεὶρ ἡ γραφή. πολύχειρ καὶ πολυ‐ χειρία. χειροτονία, ἀντιχειροτονία, ἐπιχειροτονία, χειροτονεῖν, ἐπιχειροτονεῖν, ἀντιχειροτονεῖν, ἑκατόγχειρ, μακρόχειρ, εἴτε</w:t>
      </w:r>
    </w:p>
    <w:p>
      <w:r>
        <w:rPr>
          <w:rFonts w:ascii="Courier New" w:hAnsi="Courier New"/>
          <w:color w:val="555555"/>
          <w:sz w:val="20"/>
        </w:rPr>
        <w:t>[2 . 151]</w:t>
      </w:r>
    </w:p>
    <w:p>
      <w:r>
        <w:rPr>
          <w:rFonts w:ascii="Gentium Plus" w:hAnsi="Gentium Plus"/>
          <w:sz w:val="24"/>
        </w:rPr>
        <w:t>κατὰ Πολύκλειτον ὁ Ὑστάσπου Δαρεῖος, εἴτε κατὰ Ἀντιλέοντα Ξέρξης, εἴτε κατὰ τοὺς πλείστους Ὦχος ὁ ἐπικληθεὶς Ἀρταξέρξης, ἤτοι τὴν δεξιὰν ἔχων προμηκεστέραν ἢ τὴν ἀριστερὰν ἢ ἀμφο‐ τέρας· οἱ δὲ ὅτι τὴν δύναμιν ἐπὶ πλεῖστον ἐξέτεινεν. ἀπὸ δὲ</w:t>
      </w:r>
    </w:p>
    <w:p>
      <w:r>
        <w:rPr>
          <w:rFonts w:ascii="Courier New" w:hAnsi="Courier New"/>
          <w:color w:val="555555"/>
          <w:sz w:val="20"/>
        </w:rPr>
        <w:t>[5]</w:t>
      </w:r>
    </w:p>
    <w:p>
      <w:r>
        <w:rPr>
          <w:rFonts w:ascii="Gentium Plus" w:hAnsi="Gentium Plus"/>
          <w:sz w:val="24"/>
        </w:rPr>
        <w:t>χειρῶν καὶ χειρῖδες παρὰ Ξενοφῶντι (Cyrop VIII 3. 13), καὶ χειριδωτοὶ χιτῶνες. καὶ χειροποίητον παρὰ Δημοσθένει (VI 24), καὶ χειρώνακτες παρὰ Σοφοκλεῖ (TGF 760. 1 N), καὶ χει‐ ρωναξία παρὰ Ἡροδότῳ (II 167), καὶ χειροήθεις παρὰ Δη‐</w:t>
      </w:r>
    </w:p>
    <w:p>
      <w:r>
        <w:rPr>
          <w:rFonts w:ascii="Courier New" w:hAnsi="Courier New"/>
          <w:color w:val="555555"/>
          <w:sz w:val="20"/>
        </w:rPr>
        <w:t>[2 . 152]</w:t>
      </w:r>
    </w:p>
    <w:p>
      <w:r>
        <w:rPr>
          <w:rFonts w:ascii="Gentium Plus" w:hAnsi="Gentium Plus"/>
          <w:sz w:val="24"/>
        </w:rPr>
        <w:t>μοσθένει (III 31). Ὑπερείδης δ’ ἐν τῷ ὑπὲρ Λυκόφρονος (p 28a</w:t>
      </w:r>
    </w:p>
    <w:p>
      <w:r>
        <w:rPr>
          <w:rFonts w:ascii="Courier New" w:hAnsi="Courier New"/>
          <w:color w:val="555555"/>
          <w:sz w:val="20"/>
        </w:rPr>
        <w:t>[5]</w:t>
      </w:r>
    </w:p>
    <w:p>
      <w:r>
        <w:rPr>
          <w:rFonts w:ascii="Gentium Plus" w:hAnsi="Gentium Plus"/>
          <w:sz w:val="24"/>
        </w:rPr>
        <w:t>εἴρηκεν, Ἱππῶναξ (frg 139 B) δὲ χειρόχωλον τὸν τὴν χεῖρα πε‐ πηρωμένον. χειρόδοτον δὲ δάνεισμα τὸ ἄνευ συμβόλου. καὶ χει‐ ρομάντεις αἱ ἐκ τῶν χειρῶν μαντευόμεναι. χειριᾶν δὲ ἐκάλουν τὸ κατερρῆχθαι τὰς χεῖρας ἢ ἀλγεῖν ἐκ κόπου, ὅθεν καὶ χειρόποδες</w:t>
      </w:r>
    </w:p>
    <w:p>
      <w:r>
        <w:rPr>
          <w:rFonts w:ascii="Courier New" w:hAnsi="Courier New"/>
          <w:color w:val="555555"/>
          <w:sz w:val="20"/>
        </w:rPr>
        <w:t>[2 . 153]</w:t>
      </w:r>
    </w:p>
    <w:p>
      <w:r>
        <w:rPr>
          <w:rFonts w:ascii="Gentium Plus" w:hAnsi="Gentium Plus"/>
          <w:sz w:val="24"/>
        </w:rPr>
        <w:t>οἱ τοὺς πόδας κατερρηγμένοι. χειρονομῆσαι δὲ τὸ ταῖν χεροῖν ἐν ῥυθμῷ κινηθῆναι· Ἡρόδοτος (VI 129) δὲ εἴρηκεν ἐπὶ Ἱπποκλεί‐ δου τοῦ Ἀθηναίου τοῖς ποσὶν ἐχειρονόμησεν, Κρατῖνος (frg 453 Ko) δὲ καὶ χειρονομησείοντας εἶπεν. καὶ ἀκροχειρισμὸς δέ</w:t>
      </w:r>
    </w:p>
    <w:p>
      <w:r>
        <w:rPr>
          <w:rFonts w:ascii="Courier New" w:hAnsi="Courier New"/>
          <w:color w:val="555555"/>
          <w:sz w:val="20"/>
        </w:rPr>
        <w:t>[5]</w:t>
      </w:r>
    </w:p>
    <w:p>
      <w:r>
        <w:rPr>
          <w:rFonts w:ascii="Gentium Plus" w:hAnsi="Gentium Plus"/>
          <w:sz w:val="24"/>
        </w:rPr>
        <w:t>τίς ἐστιν ἐν παγκρατίου μελέτῃ, καὶ ἀκροχειρίσασθαι. καὶ διαχειρίσαι χρήματα καὶ μεταχειρίσασθαι. καὶ διὰ χειρὸς ἔχειν τὴν πόλιν. καὶ</w:t>
      </w:r>
    </w:p>
    <w:p>
      <w:r>
        <w:rPr>
          <w:rFonts w:ascii="Courier New" w:hAnsi="Courier New"/>
          <w:color w:val="555555"/>
          <w:sz w:val="20"/>
        </w:rPr>
        <w:t>[2 . 154]</w:t>
      </w:r>
    </w:p>
    <w:p>
      <w:r>
        <w:rPr>
          <w:rFonts w:ascii="Gentium Plus" w:hAnsi="Gentium Plus"/>
          <w:sz w:val="24"/>
        </w:rPr>
        <w:t>αὐτοχειρία, αὐτοχειρί, αὐτόχειρ. τὸ γὰρ παρὰ Φιλίστῳ (FHG I p 192. 60) αὐτοχειρίσαντες παμμίαρον. ἀχείρωτον δὲ Σοφοκλῆς (TGF 927 N) εἴρηκε τὸ ἀχειρούργητον, δυσχείρωτα δὲ Δημοσθένης (LXI 37), ἐγχειρίθετον Ἡρόδοτος (V 106), ἐγχειρητὴς δὲ καὶ ἐγχεί‐</w:t>
      </w:r>
    </w:p>
    <w:p>
      <w:r>
        <w:rPr>
          <w:rFonts w:ascii="Courier New" w:hAnsi="Courier New"/>
          <w:color w:val="555555"/>
          <w:sz w:val="20"/>
        </w:rPr>
        <w:t>[5]</w:t>
      </w:r>
    </w:p>
    <w:p>
      <w:r>
        <w:rPr>
          <w:rFonts w:ascii="Gentium Plus" w:hAnsi="Gentium Plus"/>
          <w:sz w:val="24"/>
        </w:rPr>
        <w:t>ρησις Ἀριστοφάνης (frg 770, 771 Ko), ἐπιχειρηταὶ δὲ Θουκυδίδης (VIII 96. 5), καὶ ἐγχειρητικώτερος Ξενοφῶν (Hell IV 8. 22), καὶ ἐγχειρήματα Δημοσθένης (XXVII 34), καὶ ἐπιχειρήματα. ἐγχει‐ ρίδιον τὸ ξίφος Ξενοφῶν (Hell II 3. 23), Αἰσχύλος (Suppl 22) δὲ καὶ τὰς ἱκετηρίας. λέγοιτο δ’ ἂν καὶ χεὶρ ἀκρατὴς ἢ ἐγκρατής,</w:t>
      </w:r>
    </w:p>
    <w:p>
      <w:r>
        <w:rPr>
          <w:rFonts w:ascii="Courier New" w:hAnsi="Courier New"/>
          <w:color w:val="555555"/>
          <w:sz w:val="20"/>
        </w:rPr>
        <w:t>[2 . 155]</w:t>
      </w:r>
    </w:p>
    <w:p>
      <w:r>
        <w:rPr>
          <w:rFonts w:ascii="Gentium Plus" w:hAnsi="Gentium Plus"/>
          <w:sz w:val="24"/>
        </w:rPr>
        <w:t>καὶ τὸ ἔργον αὐτῆς κρατεῖν, ἀντιλαμβάνεσθαι, καὶ τὸ πρᾶγμα</w:t>
      </w:r>
    </w:p>
    <w:p>
      <w:r>
        <w:rPr>
          <w:rFonts w:ascii="Courier New" w:hAnsi="Courier New"/>
          <w:color w:val="555555"/>
          <w:sz w:val="20"/>
        </w:rPr>
        <w:t>[5]</w:t>
      </w:r>
    </w:p>
    <w:p>
      <w:r>
        <w:rPr>
          <w:rFonts w:ascii="Gentium Plus" w:hAnsi="Gentium Plus"/>
          <w:sz w:val="24"/>
        </w:rPr>
        <w:t>Ζ 322) δεδόσθω. ἀπὸ δὲ ἀγκώνων γαλιάγκων κατὰ Ἀριστοτέ‐ λην(?), καὶ ἀπὸ πήχεων εὔπηχυς, καλλίπηχυς, ῥοδόπηχυς, ὥσπερ ἀπὸ δακτύλων ῥοδοδάκτυλος. καὶ δακτύλιος καὶ δακτυ‐ λίδια τὰ γυναικεῖα, καὶ δακτυλιογλύφος καὶ δακτυλιογλυφία παρὰ Πλάτωνι (Alc I 128 C). καὶ δακτυλοδεικτεῖται ὡς Δημοσθένης</w:t>
      </w:r>
    </w:p>
    <w:p>
      <w:r>
        <w:rPr>
          <w:rFonts w:ascii="Courier New" w:hAnsi="Courier New"/>
          <w:color w:val="555555"/>
          <w:sz w:val="20"/>
        </w:rPr>
        <w:t>[2 . 156]</w:t>
      </w:r>
    </w:p>
    <w:p>
      <w:r>
        <w:rPr>
          <w:rFonts w:ascii="Gentium Plus" w:hAnsi="Gentium Plus"/>
          <w:sz w:val="24"/>
        </w:rPr>
        <w:t>(XXV 67), καὶ ἐπὶ δακτύλων θεῖναι τὸ λογίσασθαι, καὶ δακτυλήθρας ὡς Ξενοφῶν (Cyrop VIII 8. 17). καὶ δάκτυλος ὁ ῥυθμός. καὶ τοὺς Ἰδαίους Δακτύλους κεκλῆσθαι λέγουσιν οἱ μὲν κατὰ τὸν ἀριθμόν, ὅτι κἀκεῖνοι πέντε ἦσαν, οἱ δὲ κατὰ τὸ τῇ Ῥέᾳ</w:t>
      </w:r>
    </w:p>
    <w:p>
      <w:r>
        <w:rPr>
          <w:rFonts w:ascii="Courier New" w:hAnsi="Courier New"/>
          <w:color w:val="555555"/>
          <w:sz w:val="20"/>
        </w:rPr>
        <w:t>[5]</w:t>
      </w:r>
    </w:p>
    <w:p>
      <w:r>
        <w:rPr>
          <w:rFonts w:ascii="Gentium Plus" w:hAnsi="Gentium Plus"/>
          <w:sz w:val="24"/>
        </w:rPr>
        <w:t>πάνθ’ ὑπουργεῖν, ὅτι καὶ οἱ τῆς χειρὸς δάκτυλοι τεχνῖταί τε καὶ πάντων ἐργάται.</w:t>
      </w:r>
    </w:p>
    <w:p>
      <w:r>
        <w:rPr>
          <w:rFonts w:ascii="Courier New" w:hAnsi="Courier New"/>
          <w:color w:val="555555"/>
          <w:sz w:val="20"/>
        </w:rPr>
        <w:t>[2 . 157]</w:t>
      </w:r>
    </w:p>
    <w:p>
      <w:r>
        <w:rPr>
          <w:rFonts w:ascii="Gentium Plus" w:hAnsi="Gentium Plus"/>
          <w:sz w:val="24"/>
        </w:rPr>
        <w:t>τῶν δὲ μέτρων ἔστι μέν τι καὶ δάκτυλος, δοχμὴ δὲ συγκλει‐ σθέντες οἱ τέτταρες δάκτυλοι, τὸ δ’ αὐτὸ καὶ παλαιστὴ θηλυκῶς καὶ παλαιστὴς ἀρρενικῶς, καὶ δῶρον, καὶ ἑκκαιδεκάδωρα (Hom Δ 109) τὰ ἑκκαιδεκαπάλαιστα. τὸ δὲ ἀπὸ καρποῦ ἕως ἄκρων δακτύλων, ἡ</w:t>
      </w:r>
    </w:p>
    <w:p>
      <w:r>
        <w:rPr>
          <w:rFonts w:ascii="Courier New" w:hAnsi="Courier New"/>
          <w:color w:val="555555"/>
          <w:sz w:val="20"/>
        </w:rPr>
        <w:t>[5]</w:t>
      </w:r>
    </w:p>
    <w:p>
      <w:r>
        <w:rPr>
          <w:rFonts w:ascii="Gentium Plus" w:hAnsi="Gentium Plus"/>
          <w:sz w:val="24"/>
        </w:rPr>
        <w:t>πᾶσα χείρ, ὀρθόδωρον. εἰ δὲ τοὺς δακτύλους ἀποτείνας ἀπὸ τοῦ</w:t>
      </w:r>
    </w:p>
    <w:p>
      <w:r>
        <w:rPr>
          <w:rFonts w:ascii="Courier New" w:hAnsi="Courier New"/>
          <w:color w:val="555555"/>
          <w:sz w:val="20"/>
        </w:rPr>
        <w:t>[2 . 158]</w:t>
      </w:r>
    </w:p>
    <w:p>
      <w:r>
        <w:rPr>
          <w:rFonts w:ascii="Gentium Plus" w:hAnsi="Gentium Plus"/>
          <w:sz w:val="24"/>
        </w:rPr>
        <w:t>μεγάλου πρὸς τὸν μικρότατον μετροῖς, σπιθαμὴ τὸ μέτρον. εἰ δὲ τὸν μέγαν δάκτυλον τῷ λιχανῷ ἀντιτείνας, τὸ μέτρον λιχάς. ἀπὸ δὲ ὀλεκράνου πρὸς τὸν μέσον δάκτυλον ἄκρον τὸ διάστημα πῆχυς.</w:t>
      </w:r>
    </w:p>
    <w:p>
      <w:r>
        <w:rPr>
          <w:rFonts w:ascii="Courier New" w:hAnsi="Courier New"/>
          <w:color w:val="555555"/>
          <w:sz w:val="20"/>
        </w:rPr>
        <w:t>[5]</w:t>
      </w:r>
    </w:p>
    <w:p>
      <w:r>
        <w:rPr>
          <w:rFonts w:ascii="Gentium Plus" w:hAnsi="Gentium Plus"/>
          <w:sz w:val="24"/>
        </w:rPr>
        <w:t>τὸ μέτρον, εἰ δὲ συγκλείσειας, πυγμή. εἰ δ’ ἄμφω τὰς χεῖρας ἐκτείνειας, ὡς καὶ τὸ στέρνον αὐταῖς συμμετρεῖν, ὀργυιὰ καλεῖται τὸ μέτρον.</w:t>
      </w:r>
    </w:p>
    <w:p>
      <w:r>
        <w:rPr>
          <w:rFonts w:ascii="Courier New" w:hAnsi="Courier New"/>
          <w:color w:val="555555"/>
          <w:sz w:val="20"/>
        </w:rPr>
        <w:t>[2 . 159]</w:t>
      </w:r>
    </w:p>
    <w:p>
      <w:r>
        <w:rPr>
          <w:rFonts w:ascii="Gentium Plus" w:hAnsi="Gentium Plus"/>
          <w:sz w:val="24"/>
        </w:rPr>
        <w:t>χειρῶν δὲ ἡ μὲν δεξιὰ κατὰ τὴν θέσιν, ἡ δὲ ἀριστερά, λαιά, σκαιά, εὐώνυμος. καὶ δεξιός, ἐπιδέξιος, δεξιῶς, ἐπιδεξίως, ἐπι‐ δέξια· δηλοῖ δὲ τοῦτο παρὰ μὲν Πλάτωνι (Theaet 175 E) τὸ δεξιῶς ‘ἀναβάλλεσθαι δὲ οὐκ ἐπισταμένου ἐπιδέξια,‘ παρὰ δὲ Λυσίᾳ</w:t>
      </w:r>
    </w:p>
    <w:p>
      <w:r>
        <w:rPr>
          <w:rFonts w:ascii="Courier New" w:hAnsi="Courier New"/>
          <w:color w:val="555555"/>
          <w:sz w:val="20"/>
        </w:rPr>
        <w:t>[5]</w:t>
      </w:r>
    </w:p>
    <w:p>
      <w:r>
        <w:rPr>
          <w:rFonts w:ascii="Gentium Plus" w:hAnsi="Gentium Plus"/>
          <w:sz w:val="24"/>
        </w:rPr>
        <w:t>(frg 272 Tur) τὸ ἐκ δεξιᾶς χειρός ‘εἰσιόντων πρὸς τῇ Νεμέᾳ ἕστηκεν ἐπιδέξια,‘ παρὰ δὲ Εὐπόλιδι (frg 325 Ko) προπόσεως σχῆμα ‘ὅταν δὲ δὴ πίνωσι τὴν ἐπιδέξια.‘ ἀμφιδέξιος, περιδέξιος.</w:t>
      </w:r>
    </w:p>
    <w:p>
      <w:r>
        <w:rPr>
          <w:rFonts w:ascii="Courier New" w:hAnsi="Courier New"/>
          <w:color w:val="555555"/>
          <w:sz w:val="20"/>
        </w:rPr>
        <w:t>[2 . 160]</w:t>
      </w:r>
    </w:p>
    <w:p>
      <w:r>
        <w:rPr>
          <w:rFonts w:ascii="Gentium Plus" w:hAnsi="Gentium Plus"/>
          <w:sz w:val="24"/>
        </w:rPr>
        <w:t>δεξιώσασθαι· Ξενοφῶν (Cyrop VI 3. 36) δὲ εἴρηκε καὶ δεξιωσά‐ μενος. δεξίωσις, δεξιὰν δοῦναι ἢ λαβεῖν, δεξιὰν προτεῖναι, δεξιὰν ἐμβαλεῖν, ‘δεξιὰν πέμποντι βασιλεῖ‘ ὡς Ξενοφῶν (Agesil III 4). καὶ ‘μανθάνει τὰ δεξιά‘ οἷον τὰ σοφά, ὡς Ἀριστοφάνης (Ran 1114).</w:t>
      </w:r>
    </w:p>
    <w:p>
      <w:r>
        <w:rPr>
          <w:rFonts w:ascii="Courier New" w:hAnsi="Courier New"/>
          <w:color w:val="555555"/>
          <w:sz w:val="20"/>
        </w:rPr>
        <w:t>[5]</w:t>
      </w:r>
    </w:p>
    <w:p>
      <w:r>
        <w:rPr>
          <w:rFonts w:ascii="Gentium Plus" w:hAnsi="Gentium Plus"/>
          <w:sz w:val="24"/>
        </w:rPr>
        <w:t>τὸ δὲ δεξίωμα ἐκ μόνων τῶν μέτρων. σκαιός, σκαιῶς ἀρι‐ στερός· τὸ δ’ ἐπαρίστερος ἰδιωτικόν, τό γε μὴν ἀμφαρίστερος</w:t>
      </w:r>
    </w:p>
    <w:p>
      <w:r>
        <w:rPr>
          <w:rFonts w:ascii="Courier New" w:hAnsi="Courier New"/>
          <w:color w:val="555555"/>
          <w:sz w:val="20"/>
        </w:rPr>
        <w:t>[2 . 161]</w:t>
      </w:r>
    </w:p>
    <w:p>
      <w:r>
        <w:rPr>
          <w:rFonts w:ascii="Gentium Plus" w:hAnsi="Gentium Plus"/>
          <w:sz w:val="24"/>
        </w:rPr>
        <w:t>Ἀττικόν. τάχα δὲ καὶ ὁ ἀριστεροστάτης ἐν χορῷ προσήκοι ἂν τῇ ἀριστερᾷ, ὡς ὁ δεξιοστάτης τῇ δεξιᾷ. ἀλλὰ καὶ ἐν δεξιᾷ εἰσπλέοντι, καὶ ὁμοίως ἐν ἀριστερᾷ. ἀπὸ δὲ ὀνύχων ἄκρων ἀκρωνύχια τὰ ἄκρα τῶν χειρῶν</w:t>
      </w:r>
    </w:p>
    <w:p>
      <w:r>
        <w:rPr>
          <w:rFonts w:ascii="Courier New" w:hAnsi="Courier New"/>
          <w:color w:val="555555"/>
          <w:sz w:val="20"/>
        </w:rPr>
        <w:t>[5]</w:t>
      </w:r>
    </w:p>
    <w:p>
      <w:r>
        <w:rPr>
          <w:rFonts w:ascii="Gentium Plus" w:hAnsi="Gentium Plus"/>
          <w:sz w:val="24"/>
        </w:rPr>
        <w:t>καὶ τῶν ποδῶν. προσήκοι δ’ ἂν οἶμαι δακτύλοις καὶ τὰ ἄκρα, ἀκρότατα, ἀκρωλένια, ἀκρόδρυα, ἀκροχειρισμός, ἀκροκώλια,</w:t>
      </w:r>
    </w:p>
    <w:p>
      <w:r>
        <w:rPr>
          <w:rFonts w:ascii="Courier New" w:hAnsi="Courier New"/>
          <w:color w:val="555555"/>
          <w:sz w:val="20"/>
        </w:rPr>
        <w:t>[2 . 162]</w:t>
      </w:r>
    </w:p>
    <w:p>
      <w:r>
        <w:rPr>
          <w:rFonts w:ascii="Gentium Plus" w:hAnsi="Gentium Plus"/>
          <w:sz w:val="24"/>
        </w:rPr>
        <w:t>ἀπό γε μὴν αὐχένος τὸ μὲν σύμπαν ἕως ἰσχίων θώραξ καὶ ὅλμος, τὸ δὲ ὑπὸ τὰς κλεῖδας στῆθος, οὗ τὰ ἐντὸς ἐντοσθίδια. καλεῖται δὲ καὶ προστηθίδια ἵππων ὅπλα. τὸ δὲ ἀπὸ θυμοῦ καταβαῖνον στέρνον, ὅθεν εὐρύστερνος καὶ εὔστερνος, καὶ προστερνίσασθαι καὶ</w:t>
      </w:r>
    </w:p>
    <w:p>
      <w:r>
        <w:rPr>
          <w:rFonts w:ascii="Courier New" w:hAnsi="Courier New"/>
          <w:color w:val="555555"/>
          <w:sz w:val="20"/>
        </w:rPr>
        <w:t>[5]</w:t>
      </w:r>
    </w:p>
    <w:p>
      <w:r>
        <w:rPr>
          <w:rFonts w:ascii="Gentium Plus" w:hAnsi="Gentium Plus"/>
          <w:sz w:val="24"/>
        </w:rPr>
        <w:t>προστερνίδια· καὶ στερνόμαντιν Σοφοκλῆς (TGF 56 N) τὸν καλού‐ μενον ἐγγαστρίμυθον. τὸ δὲ στηθῶν μέσον στηθύνιον. ἐπὶ δὲ τοῖς στέρνοις μαστοί, ἀφ’ ὧν καὶ τὰ τῆς γῆς ὑπερέχοντα μαστοὶ κέκληνται.</w:t>
      </w:r>
    </w:p>
    <w:p>
      <w:r>
        <w:rPr>
          <w:rFonts w:ascii="Courier New" w:hAnsi="Courier New"/>
          <w:color w:val="555555"/>
          <w:sz w:val="20"/>
        </w:rPr>
        <w:t>[2 . 163]</w:t>
      </w:r>
    </w:p>
    <w:p>
      <w:r>
        <w:rPr>
          <w:rFonts w:ascii="Gentium Plus" w:hAnsi="Gentium Plus"/>
          <w:sz w:val="24"/>
        </w:rPr>
        <w:t>οἱ δὲ μαστοὶ καὶ τιτθοὶ καλοῦνται καὶ τιτθία, μάλιστα δὲ ἐπὶ γυναικῶν. τὸ δὲ ὑπ’ αὐτοὺς προκάρδιον. ἀπὸ δὲ τιτθῶν τιτθαὶ αἱ θηλάζουσαι· θηλάζειν γὰρ καλεῖται τὸ τὸν μαστὸν ἐπισχεῖν, θηλά‐ ζεσθαι δὲ τὸ ἕλκειν τὸ γάλα ἐκ τῶν μαστῶν. τούτων δὲ θηλὴ</w:t>
      </w:r>
    </w:p>
    <w:p>
      <w:r>
        <w:rPr>
          <w:rFonts w:ascii="Courier New" w:hAnsi="Courier New"/>
          <w:color w:val="555555"/>
          <w:sz w:val="20"/>
        </w:rPr>
        <w:t>[5]</w:t>
      </w:r>
    </w:p>
    <w:p>
      <w:r>
        <w:rPr>
          <w:rFonts w:ascii="Gentium Plus" w:hAnsi="Gentium Plus"/>
          <w:sz w:val="24"/>
        </w:rPr>
        <w:t>τὸ ἄκρον, ὅθεν τὸ θηλάζειν καὶ θηλὴν ἐπισχεῖν. ὁ δὲ περὶ τῇ θηλῇ μελαινόμενος κύκλος φῶς, ἡ δὲ πρώτη τοῦ γάλακτος ὑπ’ αὐτῷ</w:t>
      </w:r>
    </w:p>
    <w:p>
      <w:r>
        <w:rPr>
          <w:rFonts w:ascii="Courier New" w:hAnsi="Courier New"/>
          <w:color w:val="555555"/>
          <w:sz w:val="20"/>
        </w:rPr>
        <w:t>[2 . 164]</w:t>
      </w:r>
    </w:p>
    <w:p>
      <w:r>
        <w:rPr>
          <w:rFonts w:ascii="Gentium Plus" w:hAnsi="Gentium Plus"/>
          <w:sz w:val="24"/>
        </w:rPr>
        <w:t>πῆξις κύαμος, τὸ δὲ ὑποπιμπλάμενον τοῦ γάλακτος κόλπος καὶ ἄσκωμα. μόνα δὲ ἐν στήθεσιν ἔχει μαστοὺς ἄνθρωπος καὶ νυκτερὶς καὶ ἐλέφας. καὶ οὕτω μὲν ὁ Σολεύς (Clearchus FHG II p 325. 72)· ὁ δὲ Σταγειρίτης (Hist Animal II 497 b) τὸν ἐλέφαντα πρὸς τῷ στήθει</w:t>
      </w:r>
    </w:p>
    <w:p>
      <w:r>
        <w:rPr>
          <w:rFonts w:ascii="Courier New" w:hAnsi="Courier New"/>
          <w:color w:val="555555"/>
          <w:sz w:val="20"/>
        </w:rPr>
        <w:t>[5]</w:t>
      </w:r>
    </w:p>
    <w:p>
      <w:r>
        <w:rPr>
          <w:rFonts w:ascii="Gentium Plus" w:hAnsi="Gentium Plus"/>
          <w:sz w:val="24"/>
        </w:rPr>
        <w:t>φησίν, οὐκ ἐν τῷ στήθει τοὺς μαστοὺς ἔχειν. προκάρδιον δὲ τὸ ὑπὸ τῷ στήθει ἔγκοιλον μαλακὸν καὶ σαρκῶδες, κατὰ τὸ στόμα τῆς κοιλίας· ὑπόκειται δὲ τῷ χόνδρῳ τοῦ στήθους, ὅ ἐστιν ὀστοῦν ἐκπεφυκὸς τοῦ στήθους, ὃ καὶ ξιφοειδὲς καλεῖται. τὸ δὲ ὑπὸ τὸ στέρνον ἔγκοι‐</w:t>
      </w:r>
    </w:p>
    <w:p>
      <w:r>
        <w:rPr>
          <w:rFonts w:ascii="Courier New" w:hAnsi="Courier New"/>
          <w:color w:val="555555"/>
          <w:sz w:val="20"/>
        </w:rPr>
        <w:t>[2 . 165]</w:t>
      </w:r>
    </w:p>
    <w:p>
      <w:r>
        <w:rPr>
          <w:rFonts w:ascii="Gentium Plus" w:hAnsi="Gentium Plus"/>
          <w:sz w:val="24"/>
        </w:rPr>
        <w:t>λον, ὃ καλοῦσι σφαγήν, καὶ ἀντικάρδιον ὑπ’ ἐνίων ὠνόμασται. καὶ</w:t>
      </w:r>
    </w:p>
    <w:p>
      <w:r>
        <w:rPr>
          <w:rFonts w:ascii="Courier New" w:hAnsi="Courier New"/>
          <w:color w:val="555555"/>
          <w:sz w:val="20"/>
        </w:rPr>
        <w:t>[2 . 166]</w:t>
      </w:r>
    </w:p>
    <w:p>
      <w:r>
        <w:rPr>
          <w:rFonts w:ascii="Gentium Plus" w:hAnsi="Gentium Plus"/>
          <w:sz w:val="24"/>
        </w:rPr>
        <w:t>αἱ δὲ ἐλάττους νόθαι, αἳ μάλιστα τῷ στήθει πλησιάζουσιν. τὸ δὲ ὑπὸ τὰς πλευρὰς ὀστῶν χήτει κενεὼν καλεῖται καὶ ζώνη, ἀφ’ ἧς ὀνό‐ ματα ζώννυσθαι, ζῶμα, διάζωμα, καὶ ζωστήρ, καὶ ζώνη τι ὅπλον ὁμώνυμον τῷ μέρει· Ἀναξανδρίδης (II frg 69 Ko) δὲ καὶ περι‐</w:t>
      </w:r>
    </w:p>
    <w:p>
      <w:r>
        <w:rPr>
          <w:rFonts w:ascii="Courier New" w:hAnsi="Courier New"/>
          <w:color w:val="555555"/>
          <w:sz w:val="20"/>
        </w:rPr>
        <w:t>[5]</w:t>
      </w:r>
    </w:p>
    <w:p>
      <w:r>
        <w:rPr>
          <w:rFonts w:ascii="Gentium Plus" w:hAnsi="Gentium Plus"/>
          <w:sz w:val="24"/>
        </w:rPr>
        <w:t>ζώστραν εἴρηκεν ὡς δεῖ παχεῖαν τὴν περιζώστραν ἔχειν, δῆλον ὅτι τὴν ζώνην, ἣν Ῥωμαῖοι καλοῦσι φασκίαν. καὶ τὸ ζώννυσθαι δὲ καὶ διαζώννυσθαι ἐκ τούτων. καὶ ἡ μὲν περὶ τὰς πλευρὰς νόσος πλευρῖτις, ὥσπερ ἡ περὶ τὰ ἄρθρα ἀρθρῖτις, καὶ νεφρῖτις</w:t>
      </w:r>
    </w:p>
    <w:p>
      <w:r>
        <w:rPr>
          <w:rFonts w:ascii="Courier New" w:hAnsi="Courier New"/>
          <w:color w:val="555555"/>
          <w:sz w:val="20"/>
        </w:rPr>
        <w:t>[2 . 167]</w:t>
      </w:r>
    </w:p>
    <w:p>
      <w:r>
        <w:rPr>
          <w:rFonts w:ascii="Gentium Plus" w:hAnsi="Gentium Plus"/>
          <w:sz w:val="24"/>
        </w:rPr>
        <w:t>ἡ περὶ τοὺς νεφρούς. ἀλλὰ τὰ μὲν ὑπὸ μασχάλην πλευρὰ ὀνο‐ μάζεται, τὰ δὲ ὀστᾶ πλευραί, ὧν τὰ μέσα μεσοπλεύρια. ἑπτάπλευροι δὲ Λίγυες ἢ εἰσὶν ἢ καλοῦνται. καὶ τρίγωνόν τι ἰσόπλευρον ὀνομάζεται, καὶ παραπλευρίδια τὰ παρὰ ταῖς τῶν ἵππων πλευραῖς</w:t>
      </w:r>
    </w:p>
    <w:p>
      <w:r>
        <w:rPr>
          <w:rFonts w:ascii="Courier New" w:hAnsi="Courier New"/>
          <w:color w:val="555555"/>
          <w:sz w:val="20"/>
        </w:rPr>
        <w:t>[5]</w:t>
      </w:r>
    </w:p>
    <w:p>
      <w:r>
        <w:rPr>
          <w:rFonts w:ascii="Gentium Plus" w:hAnsi="Gentium Plus"/>
          <w:sz w:val="24"/>
        </w:rPr>
        <w:t>ὅπλα. καταλήγει δὲ εἰς τοὺς περὶ νῶτον σφονδύλους τὰ τῶν πλευ‐ ρῶν ἄκρα, κἀκείνοις ἐμπέπηγε κατὰ τὰς ἐκ πλαγίων κοιλότητας. δώ‐ δεκα δ’ εἰσὶν ἑκατέρωθεν αἱ ξύμπασαι πλευραί, ὧν τινὲς μὲν τῷ στέρνῳ συνάπτονται, αἱ δὲ περὶ τὸν θώρακα παύονται, αὐταὶ ἑαυτὰς φέρουσαι.</w:t>
      </w:r>
    </w:p>
    <w:p>
      <w:r>
        <w:rPr>
          <w:rFonts w:ascii="Courier New" w:hAnsi="Courier New"/>
          <w:color w:val="555555"/>
          <w:sz w:val="20"/>
        </w:rPr>
        <w:t>[2 . 168]</w:t>
      </w:r>
    </w:p>
    <w:p>
      <w:r>
        <w:rPr>
          <w:rFonts w:ascii="Gentium Plus" w:hAnsi="Gentium Plus"/>
          <w:sz w:val="24"/>
        </w:rPr>
        <w:t>τὸ δ’ ἀπὸ στέρνων ἐπ’ αἰδοῖα κατὰ τὸν κενεῶνα καλεῖται κοιλία καὶ γαστήρ, ἀφ’ ἧς προγάστωρ καὶ γάστρις, καὶ γαστριμαργία καὶ γαστρίμαργος καὶ γαστροβόρος, καὶ γαστρισμὸς καὶ γαστρίσαι. καὶ γαστρίδιον ἐν τῇ κωμῳδία (Aristoph Nub 391), καὶ γάστρα τρί‐</w:t>
      </w:r>
    </w:p>
    <w:p>
      <w:r>
        <w:rPr>
          <w:rFonts w:ascii="Courier New" w:hAnsi="Courier New"/>
          <w:color w:val="555555"/>
          <w:sz w:val="20"/>
        </w:rPr>
        <w:t>[5]</w:t>
      </w:r>
    </w:p>
    <w:p>
      <w:r>
        <w:rPr>
          <w:rFonts w:ascii="Gentium Plus" w:hAnsi="Gentium Plus"/>
          <w:sz w:val="24"/>
        </w:rPr>
        <w:t>ποδος παρ’ Ὁμήρῳ (Σ 348 = θ 437). καὶ ὑπεγαστρίζετο τὸ ἐχόρτα‐</w:t>
      </w:r>
    </w:p>
    <w:p>
      <w:r>
        <w:rPr>
          <w:rFonts w:ascii="Courier New" w:hAnsi="Courier New"/>
          <w:color w:val="555555"/>
          <w:sz w:val="20"/>
        </w:rPr>
        <w:t>[2 . 169]</w:t>
      </w:r>
    </w:p>
    <w:p>
      <w:r>
        <w:rPr>
          <w:rFonts w:ascii="Gentium Plus" w:hAnsi="Gentium Plus"/>
          <w:sz w:val="24"/>
        </w:rPr>
        <w:t>τὸ δὲ κατὰ μέσην γαστέρα κοῖλον ὀμφαλὸς καὶ μεσομφάλιον, καὶ ὁ περὶ αὐτὸν τόπος γάγγαμον, ἐπεὶ νεύρων ἐστὶ πλέγμα, καθάπερ τὸ δικτυῶδες ὃ νῦν καλεῖται γάγγαμον ἢ ὡς οἱ πολλοὶ σαγήνη. ὀμφαλοῦ δὲ τὸ ἐν μέσῳ ἀκρομφάλιον, τὸ δὲ ὑπὲρ αὐτὸν ἐπομφάλιον.</w:t>
      </w:r>
    </w:p>
    <w:p>
      <w:r>
        <w:rPr>
          <w:rFonts w:ascii="Courier New" w:hAnsi="Courier New"/>
          <w:color w:val="555555"/>
          <w:sz w:val="20"/>
        </w:rPr>
        <w:t>[5]</w:t>
      </w:r>
    </w:p>
    <w:p>
      <w:r>
        <w:rPr>
          <w:rFonts w:ascii="Gentium Plus" w:hAnsi="Gentium Plus"/>
          <w:sz w:val="24"/>
        </w:rPr>
        <w:t>καὶ μεσόμφαλοι καλοῦνται πλακούντων τι εἶδος. καὶ ὀμφαλητόμος ἡ μαιεύτρια· καὶ ᾧ ἀποτέμνει τοὺς ὀμφαλοὺς τῶν βρεφῶν, ὀμ‐</w:t>
      </w:r>
    </w:p>
    <w:p>
      <w:r>
        <w:rPr>
          <w:rFonts w:ascii="Courier New" w:hAnsi="Courier New"/>
          <w:color w:val="555555"/>
          <w:sz w:val="20"/>
        </w:rPr>
        <w:t>[2 . 170]</w:t>
      </w:r>
    </w:p>
    <w:p>
      <w:r>
        <w:rPr>
          <w:rFonts w:ascii="Gentium Plus" w:hAnsi="Gentium Plus"/>
          <w:sz w:val="24"/>
        </w:rPr>
        <w:t>φαλιστήρ. οἱ δὲ Ἀττικοὶ καὶ τὸν τῶν σύκων πυθμένα ὀμφαλὸν ὠνόμαζον. τὸ δὲ περὶ τῷ ὀμφαλῷ δέρμα γραῖα, ὅτι ῥυσούμενον γή‐ ρως σύμβολον γίνεται. τό γε μὴν ὑπὲρ τὸν ὀμφαλὸν μέρος εἴποις ἂν ἐπιγάστριον, ὅπερ ἥπατι καὶ σπληνὶ ἐπίκειται. τῷ δ’ ἐπιγαστρίῳ</w:t>
      </w:r>
    </w:p>
    <w:p>
      <w:r>
        <w:rPr>
          <w:rFonts w:ascii="Courier New" w:hAnsi="Courier New"/>
          <w:color w:val="555555"/>
          <w:sz w:val="20"/>
        </w:rPr>
        <w:t>[5]</w:t>
      </w:r>
    </w:p>
    <w:p>
      <w:r>
        <w:rPr>
          <w:rFonts w:ascii="Gentium Plus" w:hAnsi="Gentium Plus"/>
          <w:sz w:val="24"/>
        </w:rPr>
        <w:t>οἱ κενεῶνες ὑπόκεινται, οὓς καὶ λαγόνας καλοῦσιν, ὥσπερ τὸ ὑπὸ τὸν ὀμφαλὸν πᾶν ἄχρι τῆς ὑπὲρ αἰδοῖα τριχώσεως ἦτρόν τε καὶ ὑπο‐ γάστριον. ἀπὸ δὲ τοῦ ἤτρου καὶ ἠτριαῖα τεμάχη οἱ κωμῳδοὶ (Aristoph frg 318. 6 Ko) λέγουσιν. αὐτὴ δ’ ἡ τρίχωσις ἥβη τε καὶ ἐπίσιον.</w:t>
      </w:r>
    </w:p>
    <w:p>
      <w:r>
        <w:rPr>
          <w:rFonts w:ascii="Courier New" w:hAnsi="Courier New"/>
          <w:color w:val="555555"/>
          <w:sz w:val="20"/>
        </w:rPr>
        <w:t>[2 . 171]</w:t>
      </w:r>
    </w:p>
    <w:p>
      <w:r>
        <w:rPr>
          <w:rFonts w:ascii="Gentium Plus" w:hAnsi="Gentium Plus"/>
          <w:sz w:val="24"/>
        </w:rPr>
        <w:t>τὸ γὰρ ἐφήβαιον ἰατρῶν μόνων. τὸ δ’ ὑπ’ αὐτὰ αἰδοῖον. οὗ τὸ πρόμηκες, δι’ οὗ τὸ ἐκ κύστεως ὑγρὸν ἐπιρρεῖ, καυλὸς ὀνομάζεται, καὶ στῆμα κατὰ τοὺς ἰατροὺς τὸ κατηρτημένον, τὸ δὲ μὴ ἐκκρε‐ μάμενον αὐτοῦ ὑπόστημα καὶ κύστεως τράχηλος, ὥσπερ βάλανος τὸ</w:t>
      </w:r>
    </w:p>
    <w:p>
      <w:r>
        <w:rPr>
          <w:rFonts w:ascii="Courier New" w:hAnsi="Courier New"/>
          <w:color w:val="555555"/>
          <w:sz w:val="20"/>
        </w:rPr>
        <w:t>[5]</w:t>
      </w:r>
    </w:p>
    <w:p>
      <w:r>
        <w:rPr>
          <w:rFonts w:ascii="Gentium Plus" w:hAnsi="Gentium Plus"/>
          <w:sz w:val="24"/>
        </w:rPr>
        <w:t>τοῦ καυλοῦ ἄκρον· ἧς τὸ τρύπημα οὐρήθρα. πόσθη δὲ τὸ ἐπ’ αὐτῇ δέρμα, ὡς ἀκροποσθία καὶ ἀκροπόσθιον τὸ πόσθης προῦχον. ᾧ δὲ</w:t>
      </w:r>
    </w:p>
    <w:p>
      <w:r>
        <w:rPr>
          <w:rFonts w:ascii="Courier New" w:hAnsi="Courier New"/>
          <w:color w:val="555555"/>
          <w:sz w:val="20"/>
        </w:rPr>
        <w:t>[2 . 172]</w:t>
      </w:r>
    </w:p>
    <w:p>
      <w:r>
        <w:rPr>
          <w:rFonts w:ascii="Gentium Plus" w:hAnsi="Gentium Plus"/>
          <w:sz w:val="24"/>
        </w:rPr>
        <w:t>τὸ δὲ τῶν ὄρχεων ἢ διδύμων ἀγγεῖον ὄσχεον, οὗ τὸ χαλώμενον λακόπεδον. τὸν δὲ ἀεὶ χαλαρῷ τούτῳ κεχρημένον λακοσχέαν Ἀθηναῖοι καλοῦσιν. τὰ μέντοι μεταξὺ ὑποστήματος καὶ ὀσχέου καὶ μηροῦ πλιχάδες καλοῦνται, ὅθεν καὶ τὸ διαβαίνειν οἱ ποιηταὶ ἀμφιπλίσσειν</w:t>
      </w:r>
    </w:p>
    <w:p>
      <w:r>
        <w:rPr>
          <w:rFonts w:ascii="Courier New" w:hAnsi="Courier New"/>
          <w:color w:val="555555"/>
          <w:sz w:val="20"/>
        </w:rPr>
        <w:t>[5]</w:t>
      </w:r>
    </w:p>
    <w:p>
      <w:r>
        <w:rPr>
          <w:rFonts w:ascii="Gentium Plus" w:hAnsi="Gentium Plus"/>
          <w:sz w:val="24"/>
        </w:rPr>
        <w:t>λέγουσι, καὶ τὸ περιβάδην ἀμφιπλίξ, ᾧ καὶ Σοφοκλῆς (TGF 539 N) κατεχρήσατο ἐπὶ δρακόντων εἰπάν ‘θαιρὸν ἀμφιπλὶξ εἰληφότες,‘</w:t>
      </w:r>
    </w:p>
    <w:p>
      <w:r>
        <w:rPr>
          <w:rFonts w:ascii="Courier New" w:hAnsi="Courier New"/>
          <w:color w:val="555555"/>
          <w:sz w:val="20"/>
        </w:rPr>
        <w:t>[2 . 173]</w:t>
      </w:r>
    </w:p>
    <w:p>
      <w:r>
        <w:rPr>
          <w:rFonts w:ascii="Gentium Plus" w:hAnsi="Gentium Plus"/>
          <w:sz w:val="24"/>
        </w:rPr>
        <w:t>οἷον περιβεβηκότες. καὶ Στράττις (I frg 63 Ko) τὰ θυγάτρια περὶ τὴν λεκάνην ἅπαντα περιπεπλιγμένα, τουτέστι διηχότα τὰ σκέλη. καὶ παρ’ Ὁμήρῳ (ζ 318) δὲ τὸ διέ‐</w:t>
      </w:r>
    </w:p>
    <w:p>
      <w:r>
        <w:rPr>
          <w:rFonts w:ascii="Courier New" w:hAnsi="Courier New"/>
          <w:color w:val="555555"/>
          <w:sz w:val="20"/>
        </w:rPr>
        <w:t>[5]</w:t>
      </w:r>
    </w:p>
    <w:p>
      <w:r>
        <w:rPr>
          <w:rFonts w:ascii="Gentium Plus" w:hAnsi="Gentium Plus"/>
          <w:sz w:val="24"/>
        </w:rPr>
        <w:t>βαινον· ‘αἳ δ’ ἐὺ μὲν τρώχων, ἐὺ δ’ ἐπλίσσοντο πόδεσσιν.‘ κρεμαστῆρες δὲ τὰ νεῦρα ἃ τοὺς διδύμους ἀνέχει. τὸ δὲ ῥαφῇ μὲν προσεοικός, ὑπὸ δὲ τὸν καυλὸν διὰ τοῦ ὀσχέου μέσου ὑπὸ τὸν ὀνομαζόμενον ταῦρον, ἀφ’ οὗ καὶ ἀταύρωτος παρὰ τοῖς τραγῳδοῖς (Aeschyl Agam 236) ἡ παρθένος, εἰς τὸν δακτύλιον καταλῆγον,</w:t>
      </w:r>
    </w:p>
    <w:p>
      <w:r>
        <w:rPr>
          <w:rFonts w:ascii="Courier New" w:hAnsi="Courier New"/>
          <w:color w:val="555555"/>
          <w:sz w:val="20"/>
        </w:rPr>
        <w:t>[2 . 174]</w:t>
      </w:r>
    </w:p>
    <w:p>
      <w:r>
        <w:rPr>
          <w:rFonts w:ascii="Gentium Plus" w:hAnsi="Gentium Plus"/>
          <w:sz w:val="24"/>
        </w:rPr>
        <w:t>περίνεος ὀνομάζεται ἢ τράμις ἢ ὄρρος. τῶν δὲ ὄρχεων τὸ μὲν ἄνω κεφαλή, τὸ δὲ κάτω πυθμήν· τὸ δὲ πᾶν τοῦτο αἰδοῖα, ὥσπερ καὶ τὰ γυναικῶν. ὧν τὸ μὲν σύμπαν κτεὶς καὶ ἐπίσιον, ἡ δὲ τομὴ</w:t>
      </w:r>
    </w:p>
    <w:p>
      <w:r>
        <w:rPr>
          <w:rFonts w:ascii="Courier New" w:hAnsi="Courier New"/>
          <w:color w:val="555555"/>
          <w:sz w:val="20"/>
        </w:rPr>
        <w:t>[5]</w:t>
      </w:r>
    </w:p>
    <w:p>
      <w:r>
        <w:rPr>
          <w:rFonts w:ascii="Gentium Plus" w:hAnsi="Gentium Plus"/>
          <w:sz w:val="24"/>
        </w:rPr>
        <w:t>ἢ κλειτορίς· καὶ κλειτορίζειν τὸ ψηλαφᾶν τὴν κλειτορίδα. τὰ δ’ ἑκατέρωθεν σαρκώδη μυρτοχειλίδες ἢ κρημνοὶ ἢ πτερυγώματα. παρα‐ στάται δ’ εἰσὶ πόροι ἀπὸ τῶν ὄρχεων εἰς τὸν οὐρητῆρα κατάγοντες</w:t>
      </w:r>
    </w:p>
    <w:p>
      <w:r>
        <w:rPr>
          <w:rFonts w:ascii="Courier New" w:hAnsi="Courier New"/>
          <w:color w:val="555555"/>
          <w:sz w:val="20"/>
        </w:rPr>
        <w:t>[2 . 175]</w:t>
      </w:r>
    </w:p>
    <w:p>
      <w:r>
        <w:rPr>
          <w:rFonts w:ascii="Gentium Plus" w:hAnsi="Gentium Plus"/>
          <w:sz w:val="24"/>
        </w:rPr>
        <w:t>καὶ ἐκπέμποντες τὸ σπέρμα. ἀπὸ δὲ τῶν εἰρημένων ὀνόματα, ἀπὸ μὲν γαστρὸς γαστρίς, γαστρίμαργος, γαστροβόρος, προγάστωρ, γαστρισμός. γαστρίζειν οὐ μόνον τὸ χορτάζειν λέγουσιν, ἀλλὰ καὶ τὸ πλήττειν εἰς τὴν γαστέρα, ὡς Ἀριστοφάνης ἐν Ἰππεῦσιν</w:t>
      </w:r>
    </w:p>
    <w:p>
      <w:r>
        <w:rPr>
          <w:rFonts w:ascii="Courier New" w:hAnsi="Courier New"/>
          <w:color w:val="555555"/>
          <w:sz w:val="20"/>
        </w:rPr>
        <w:t>[5]</w:t>
      </w:r>
    </w:p>
    <w:p>
      <w:r>
        <w:rPr>
          <w:rFonts w:ascii="Gentium Plus" w:hAnsi="Gentium Plus"/>
          <w:sz w:val="24"/>
        </w:rPr>
        <w:t>(273. 452). Πλάτων δὲ ὁ κωμικὸς (I frg 195 Ko) ἐπὶ τοῦ γαστρι‐ μάργου ἔπειτα δ’ οὐδείς ἐστ’ ἀνὴρ γαστρίστερος. τὸν δὲ Ψιττακὸν γάστρωνα ὁ Ἀλκαῖος (frg 37 B) καλεῖ. Ὅμηρος δὲ (Σ 348 = θ 437)</w:t>
      </w:r>
    </w:p>
    <w:p>
      <w:r>
        <w:rPr>
          <w:rFonts w:ascii="Courier New" w:hAnsi="Courier New"/>
          <w:color w:val="555555"/>
          <w:sz w:val="20"/>
        </w:rPr>
        <w:t>[10]</w:t>
      </w:r>
    </w:p>
    <w:p>
      <w:r>
        <w:rPr>
          <w:rFonts w:ascii="Gentium Plus" w:hAnsi="Gentium Plus"/>
          <w:sz w:val="24"/>
        </w:rPr>
        <w:t>γάστρην μὲν τρίποδος πῦρ ἄμφεπεν.</w:t>
      </w:r>
    </w:p>
    <w:p>
      <w:r>
        <w:rPr>
          <w:rFonts w:ascii="Courier New" w:hAnsi="Courier New"/>
          <w:color w:val="555555"/>
          <w:sz w:val="20"/>
        </w:rPr>
        <w:t>[2 . 176]</w:t>
      </w:r>
    </w:p>
    <w:p>
      <w:r>
        <w:rPr>
          <w:rFonts w:ascii="Gentium Plus" w:hAnsi="Gentium Plus"/>
          <w:sz w:val="24"/>
        </w:rPr>
        <w:t>ἀπὸ δὲ καυλοῦ ἀπεκαύλισεν. ὁ δὲ πόσθης ἔρημος ἀπεσκολυμμένος· παρὰ δὲ τοῖς Αἰολεῦσιν ἐκαλεῖτο ἀπαιδοιῶσθαι τὸ ἀπεσκολύφθαι. τὸ μέντοι ἀνασπάσαι τὸ αἰδοῖον παρὰ τοῖς ἀρχαίοις κωμικοῖς (III p 414. 81 Ko) ἀναστῦψαι καλεῖται· τὸ δ’ ἐπεγείρειν αὐτὸ τοῖν</w:t>
      </w:r>
    </w:p>
    <w:p>
      <w:r>
        <w:rPr>
          <w:rFonts w:ascii="Courier New" w:hAnsi="Courier New"/>
          <w:color w:val="555555"/>
          <w:sz w:val="20"/>
        </w:rPr>
        <w:t>[5]</w:t>
      </w:r>
    </w:p>
    <w:p>
      <w:r>
        <w:rPr>
          <w:rFonts w:ascii="Gentium Plus" w:hAnsi="Gentium Plus"/>
          <w:sz w:val="24"/>
        </w:rPr>
        <w:t>χεροῖν ἀναφλᾶν καὶ ἀνακνᾶν Ἀριστοφάνης ἐν Ἀμφιαράῳ (frg 36 Ko) λέγει. ἐκαλεῖτο δὲ καὶ τύλος τὸ αἰδοῖον, ὅθεν καὶ Φερεκράτης (I frg 204 Ko) τὸ γυμνοῦν αὐτὸ τῇ χειρὶ ‘ἀποτυλοῦν‘ εἶπεν.</w:t>
      </w:r>
    </w:p>
    <w:p>
      <w:r>
        <w:rPr>
          <w:rFonts w:ascii="Courier New" w:hAnsi="Courier New"/>
          <w:color w:val="555555"/>
          <w:sz w:val="20"/>
        </w:rPr>
        <w:t>[2 . 177]</w:t>
      </w:r>
    </w:p>
    <w:p>
      <w:r>
        <w:rPr>
          <w:rFonts w:ascii="Gentium Plus" w:hAnsi="Gentium Plus"/>
          <w:sz w:val="24"/>
        </w:rPr>
        <w:t>νῶτα τοίνυν ὑπ’ αὐχένι κείμενα τὸ μὲν ἔγκυρτον ἔχει χελώ‐</w:t>
      </w:r>
    </w:p>
    <w:p>
      <w:r>
        <w:rPr>
          <w:rFonts w:ascii="Courier New" w:hAnsi="Courier New"/>
          <w:color w:val="555555"/>
          <w:sz w:val="20"/>
        </w:rPr>
        <w:t>[5]</w:t>
      </w:r>
    </w:p>
    <w:p>
      <w:r>
        <w:rPr>
          <w:rFonts w:ascii="Gentium Plus" w:hAnsi="Gentium Plus"/>
          <w:sz w:val="24"/>
        </w:rPr>
        <w:t>νόμενα τράπεζαι καλοῦνται, τὸ δ’ ὑπ’ αὐταῖς ῥάχις. ἧς τὸ μέσον ἐν τῷ νώτῳ κατὰ μῆκος ἄχρις ὀσφύος κοιλαινόμενον κρίσις, καὶ</w:t>
      </w:r>
    </w:p>
    <w:p>
      <w:r>
        <w:rPr>
          <w:rFonts w:ascii="Courier New" w:hAnsi="Courier New"/>
          <w:color w:val="555555"/>
          <w:sz w:val="20"/>
        </w:rPr>
        <w:t>[2 . 178]</w:t>
      </w:r>
    </w:p>
    <w:p>
      <w:r>
        <w:rPr>
          <w:rFonts w:ascii="Gentium Plus" w:hAnsi="Gentium Plus"/>
          <w:sz w:val="24"/>
        </w:rPr>
        <w:t>ταύτης τὸ καταλῆγον ἀντίστερνον. τὸ δ’ ἀπὸ τῆς ῥάχεως ὀσφὺς τὸ μέχρι γλουτῶν. τὴν δὲ ῥάχιν ἔνιοι τῶν ποιητῶν ὠνόμασαν κλόνιν, ὥσπερ Ἀντίμαχος (frg 65 Kinkel) ὡς εἴτε κλόνιος τεθορυίης σφονδυλίων ἔξ.</w:t>
      </w:r>
    </w:p>
    <w:p>
      <w:r>
        <w:rPr>
          <w:rFonts w:ascii="Courier New" w:hAnsi="Courier New"/>
          <w:color w:val="555555"/>
          <w:sz w:val="20"/>
        </w:rPr>
        <w:t>[5]</w:t>
      </w:r>
    </w:p>
    <w:p>
      <w:r>
        <w:rPr>
          <w:rFonts w:ascii="Gentium Plus" w:hAnsi="Gentium Plus"/>
          <w:sz w:val="24"/>
        </w:rPr>
        <w:t>ἑπτακαίδεκα δέ εἰσιν οἱ σφόνδυλοι τὴν συγκαμπὴν τῇ ῥάχει παρέ‐ χοντες, δύο μὲν καὶ δέκα ῥάχεως, οὓς ὀναμάζουσι ῥάχεις, πέντε δὲ ὀσφύος· καὶ τὸν μὲν ὑπὸ τῷ ἄτλαντι καὶ τὴν ἐπ’ αὐτῷ σάρκα λο‐ φαδίαν ἢ λοφίαν, τὸν δὲ ὑπ’ αὐτῷ μασχαλιστῆρα, τοὺς δὲ</w:t>
      </w:r>
    </w:p>
    <w:p>
      <w:r>
        <w:rPr>
          <w:rFonts w:ascii="Courier New" w:hAnsi="Courier New"/>
          <w:color w:val="555555"/>
          <w:sz w:val="20"/>
        </w:rPr>
        <w:t>[2 . 179]</w:t>
      </w:r>
    </w:p>
    <w:p>
      <w:r>
        <w:rPr>
          <w:rFonts w:ascii="Gentium Plus" w:hAnsi="Gentium Plus"/>
          <w:sz w:val="24"/>
        </w:rPr>
        <w:t>λοιποὺς πλευρίτας καλοῦσιν, τὸν δὲ δωδέκατον διαζωστῆρα. τὴν δὲ ὀσφῦν καὶ πρότμησιν ἐκάλουν, ἧς ἐνσφονδύλια μὲν τὰ ὀστᾶ, ὁ δὲ πρῶτος σφόνδυλος ἐκαλεῖτο νεφρίτης, ὡς ὁ τελευταῖος ἀσ‐ φαλτίτης. τὸ δὲ μέσον τῆς ὀσφύος ἄκνηστις, κυρίως μὲν ἐπὶ</w:t>
      </w:r>
    </w:p>
    <w:p>
      <w:r>
        <w:rPr>
          <w:rFonts w:ascii="Courier New" w:hAnsi="Courier New"/>
          <w:color w:val="555555"/>
          <w:sz w:val="20"/>
        </w:rPr>
        <w:t>[5]</w:t>
      </w:r>
    </w:p>
    <w:p>
      <w:r>
        <w:rPr>
          <w:rFonts w:ascii="Gentium Plus" w:hAnsi="Gentium Plus"/>
          <w:sz w:val="24"/>
        </w:rPr>
        <w:t>τῶν τετραπόδων· Ὅμηρος (κ 161) δὲ καὶ ἐπ’ ἀνθρώπου κέχρηται λέγων ‘κατ’ ἄκνηστιν μέσα νῶτα.‘ ἀπὸ δὲ νώτων ὀνόματα· κατὰ νώτου ἐπιγενέσθαι ἐν πολέμῳ, καὶ τὰ νῶτα δοῦναι, καὶ</w:t>
      </w:r>
    </w:p>
    <w:p>
      <w:r>
        <w:rPr>
          <w:rFonts w:ascii="Courier New" w:hAnsi="Courier New"/>
          <w:color w:val="555555"/>
          <w:sz w:val="20"/>
        </w:rPr>
        <w:t>[2 . 180]</w:t>
      </w:r>
    </w:p>
    <w:p>
      <w:r>
        <w:rPr>
          <w:rFonts w:ascii="Gentium Plus" w:hAnsi="Gentium Plus"/>
          <w:sz w:val="24"/>
        </w:rPr>
        <w:t>νωτίσαι παρὰ τοῖς ποιηταῖς (Soph O R 193 Eur Andr 1142) τὸ κατὰ νώτου τι ἀπολιπεῖν. καὶ παρὰ Ξενοφῶντι (Cyrop VI 2. 34) ‘νωτοφόροσ‘ ἡμίονος καὶ ὄνος· καὶ νωτεῖς δὲ τούτους ἐκάλουν, ὡς τοὺς ὑπὸ ζυγῷ ζυγίους. τὸν δὲ μαστιγίαν Ἀριστοφάνης (frg</w:t>
      </w:r>
    </w:p>
    <w:p>
      <w:r>
        <w:rPr>
          <w:rFonts w:ascii="Courier New" w:hAnsi="Courier New"/>
          <w:color w:val="555555"/>
          <w:sz w:val="20"/>
        </w:rPr>
        <w:t>[5]</w:t>
      </w:r>
    </w:p>
    <w:p>
      <w:r>
        <w:rPr>
          <w:rFonts w:ascii="Gentium Plus" w:hAnsi="Gentium Plus"/>
          <w:sz w:val="24"/>
        </w:rPr>
        <w:t>830 Ko) νωτοπλῆγα ἐκάλεσεν. περὶ δὲ τοῖς νώτοις ἑπτὰ τραχύτητες ἀνεστᾶσιν, ὧν δύο μὲν αἱ μετὰ τὴν πρώτην ἄκανθαν ὀνομαζομένην</w:t>
      </w:r>
    </w:p>
    <w:p>
      <w:r>
        <w:rPr>
          <w:rFonts w:ascii="Courier New" w:hAnsi="Courier New"/>
          <w:color w:val="555555"/>
          <w:sz w:val="20"/>
        </w:rPr>
        <w:t>[10]</w:t>
      </w:r>
    </w:p>
    <w:p>
      <w:r>
        <w:rPr>
          <w:rFonts w:ascii="Gentium Plus" w:hAnsi="Gentium Plus"/>
          <w:sz w:val="24"/>
        </w:rPr>
        <w:t>τούτους Ῥιανὸς κύβους ὠνόμασεν (Meineke An Alex p 202 frg 2) αὐχένος ἐξ ὑπάτοιο κύβοις ἐπιτέλλεται ἰξύς. ἡ μέντοι διὰ τῶν σφονδύλων πορεία, δι’ ἧς ὁ μυελὸς τέταται, σωλὴν καλεῖται καὶ ἱερὰ σῦριγξ.</w:t>
      </w:r>
    </w:p>
    <w:p>
      <w:r>
        <w:rPr>
          <w:rFonts w:ascii="Courier New" w:hAnsi="Courier New"/>
          <w:color w:val="555555"/>
          <w:sz w:val="20"/>
        </w:rPr>
        <w:t>[2 . 181]</w:t>
      </w:r>
    </w:p>
    <w:p>
      <w:r>
        <w:rPr>
          <w:rFonts w:ascii="Gentium Plus" w:hAnsi="Gentium Plus"/>
          <w:sz w:val="24"/>
        </w:rPr>
        <w:t>τῶν δὲ πλευρῶν αἱ μὲν μείζους γνήσιαι, αἱ δὲ ἐλάττους νόθαι, αἳ καὶ εἰσὶν ὑπὸ τῷ στήθει· μεθ’ ἃς τὰ ἐνιδρυμένα ταῖς πλευραῖς σπλάγχνα ἐγκοίλια καλεῖται. καὶ ἐκ μὲν νώτων ἡ ἀνωτάτω πλευρὰ μεγίστη ὁρᾶται, ἐκ δὲ πλαγίων αἱ μέσαι. καὶ τὰ μὲν τῶν πλευρῶν ὀστᾶ</w:t>
      </w:r>
    </w:p>
    <w:p>
      <w:r>
        <w:rPr>
          <w:rFonts w:ascii="Courier New" w:hAnsi="Courier New"/>
          <w:color w:val="555555"/>
          <w:sz w:val="20"/>
        </w:rPr>
        <w:t>[5]</w:t>
      </w:r>
    </w:p>
    <w:p>
      <w:r>
        <w:rPr>
          <w:rFonts w:ascii="Gentium Plus" w:hAnsi="Gentium Plus"/>
          <w:sz w:val="24"/>
        </w:rPr>
        <w:t>σπάθαι· τούτων δὲ πλάται μὲν τὰ εὐρύτερα, ἃ καὶ ἀλλήλοις συμπέ‐</w:t>
      </w:r>
    </w:p>
    <w:p>
      <w:r>
        <w:rPr>
          <w:rFonts w:ascii="Courier New" w:hAnsi="Courier New"/>
          <w:color w:val="555555"/>
          <w:sz w:val="20"/>
        </w:rPr>
        <w:t>[2 . 182]</w:t>
      </w:r>
    </w:p>
    <w:p>
      <w:r>
        <w:rPr>
          <w:rFonts w:ascii="Gentium Plus" w:hAnsi="Gentium Plus"/>
          <w:sz w:val="24"/>
        </w:rPr>
        <w:t>πηγεν, τὰ δὲ στενὰ κωπία, ἃ ῥάχει γειτονεῖ. καὶ αἱ μὲν πρῶται δύο τὴν ἐπίκλησιν ἔχουσιν ἀντίστροφοι, δύο δὲ αἱ μετὰ ταύτας στερεαί, δύο δ’ ἐπὶ ταύταις στερνίτιδες· αἱ δ’ ἐπὶ τοὺς χόνδρους καταλήγουσαι δύο παράσειροι, τέτταρες δὲ αἱ νόθαι μαλθακαί. ἵνα</w:t>
      </w:r>
    </w:p>
    <w:p>
      <w:r>
        <w:rPr>
          <w:rFonts w:ascii="Courier New" w:hAnsi="Courier New"/>
          <w:color w:val="555555"/>
          <w:sz w:val="20"/>
        </w:rPr>
        <w:t>[5]</w:t>
      </w:r>
    </w:p>
    <w:p>
      <w:r>
        <w:rPr>
          <w:rFonts w:ascii="Gentium Plus" w:hAnsi="Gentium Plus"/>
          <w:sz w:val="24"/>
        </w:rPr>
        <w:t>δὲ οἱ σφόνδυλοι καταλήγουσιν, ἱερὸν ὀστοῦν καλεῖται· καὶ ἄρχεται μὲν ἐξ εὐρύτητος ὑπὸ τὴν ῥάχιν, ἀποστενοῦται δὲ κατὰ τὸν κόκκυγα καλούμενον, ὃς καὶ σφονδύλιον καὶ ὀρροπύγιον ὀνομάζεται. οὗ</w:t>
      </w:r>
    </w:p>
    <w:p>
      <w:r>
        <w:rPr>
          <w:rFonts w:ascii="Courier New" w:hAnsi="Courier New"/>
          <w:color w:val="555555"/>
          <w:sz w:val="20"/>
        </w:rPr>
        <w:t>[2 . 183]</w:t>
      </w:r>
    </w:p>
    <w:p>
      <w:r>
        <w:rPr>
          <w:rFonts w:ascii="Gentium Plus" w:hAnsi="Gentium Plus"/>
          <w:sz w:val="24"/>
        </w:rPr>
        <w:t>τὸ ὑπεράνω ὀσφῦς καὶ ἰξύς, ὡς ζώνη τὸ κατ’ αὐτὴν ἐν τοῖς πρόσθεν. τισὶ δὲ τὸ ἱερὸν ὀστοῦν τρητὸς κόκκυξ καλεῖται καὶ ἔστι πάντων μέγιστον. καὶ τὸ μὲν εἰς δακτύλιον νενευκὸς αὐτοῦ κορυφὴ κα‐ λεῖται, τὰ δὲ πλάγια ἰσχία τε καὶ σκάφια. ταῦτα δὲ ὀμφαλῷ μὲν</w:t>
      </w:r>
    </w:p>
    <w:p>
      <w:r>
        <w:rPr>
          <w:rFonts w:ascii="Courier New" w:hAnsi="Courier New"/>
          <w:color w:val="555555"/>
          <w:sz w:val="20"/>
        </w:rPr>
        <w:t>[5]</w:t>
      </w:r>
    </w:p>
    <w:p>
      <w:r>
        <w:rPr>
          <w:rFonts w:ascii="Gentium Plus" w:hAnsi="Gentium Plus"/>
          <w:sz w:val="24"/>
        </w:rPr>
        <w:t>ἀντίκειται, γλουτοῖς δὲ ἐπίκειται, οἳ καὶ κοχῶναι καὶ πυγαὶ προσ‐ αγορεύονται, καὶ προχῶναι παρ’ Ἀρχίππῳ ἐν τῷ Ῥίνωνι (I frg 41 Ko) καὶ ἰσχία μέν ἐστιν αἱ ἑκατέρωθεν μετὰ τὴν ὀσφῦν σαρκώδεις προ‐</w:t>
      </w:r>
    </w:p>
    <w:p>
      <w:r>
        <w:rPr>
          <w:rFonts w:ascii="Courier New" w:hAnsi="Courier New"/>
          <w:color w:val="555555"/>
          <w:sz w:val="20"/>
        </w:rPr>
        <w:t>[2 . 184]</w:t>
      </w:r>
    </w:p>
    <w:p>
      <w:r>
        <w:rPr>
          <w:rFonts w:ascii="Gentium Plus" w:hAnsi="Gentium Plus"/>
          <w:sz w:val="24"/>
        </w:rPr>
        <w:t>βολαί, τὰ δ’ ὑπερέχοντα ἀπὸ τούτων γλουτοὶ καὶ ἐφέδρανα, ἀφ’ ὧν ἕδρα καθέδρα ἐνέδρα, ἐνεδρεύειν ἐφεδρεύειν, ἔφεδρος. ἀπὸ δὲ πυγῶν ὀνόματα εὔπυγος, καλλίπυγος, καταπύγων, καὶ καθ’ Ἡσίοδον (Op 373) πυγοστόλος· οἱ δὲ Ἀττικοὶ καὶ τὸν μέσον τῆς χειρὸς δά‐</w:t>
      </w:r>
    </w:p>
    <w:p>
      <w:r>
        <w:rPr>
          <w:rFonts w:ascii="Courier New" w:hAnsi="Courier New"/>
          <w:color w:val="555555"/>
          <w:sz w:val="20"/>
        </w:rPr>
        <w:t>[5]</w:t>
      </w:r>
    </w:p>
    <w:p>
      <w:r>
        <w:rPr>
          <w:rFonts w:ascii="Gentium Plus" w:hAnsi="Gentium Plus"/>
          <w:sz w:val="24"/>
        </w:rPr>
        <w:t>κτυλον καταπύγονα ὠνόμαζον. οἱ δὲ ἐνδεῶς πυγῶν ἔχοντες λίσποι καὶ ὑπόλισποι καλοῦνται καὶ λισπόπυγοι, ἐφ’ ᾧ μάλιστα Ἀθηναῖοι κωμῳδοῦνται. τὴν δὲ ὧδε ἔχουσαν καὶ διατράμιν Στράττις (I frg 74 Ko) ὠνόμασεν.</w:t>
      </w:r>
    </w:p>
    <w:p>
      <w:r>
        <w:rPr>
          <w:rFonts w:ascii="Courier New" w:hAnsi="Courier New"/>
          <w:color w:val="555555"/>
          <w:sz w:val="20"/>
        </w:rPr>
        <w:t>[2 . 185]</w:t>
      </w:r>
    </w:p>
    <w:p>
      <w:r>
        <w:rPr>
          <w:rFonts w:ascii="Gentium Plus" w:hAnsi="Gentium Plus"/>
          <w:sz w:val="24"/>
        </w:rPr>
        <w:t>οἱ δὲ ἔνδοθεν κατὰ τὴν ὀσφῦν μύες καλοῦνται ψόαι καὶ νευ‐ ρομῆτραι καὶ ἀλώπεκες· Κλέαρχος (FHG II p 324. 72 Ko) δὲ οὕτως ὀνομάζει τοὺς ἔξωθεν κατὰ τῆς ῥάχεως μῦς. κοτύλας δ’ ἂν εἴποις τὰς τῶν περὶ τοῖς ἰσχίοις ὀστῶν κοιλότητας, αἳ τῇ κεφαλῇ τῶν μη‐</w:t>
      </w:r>
    </w:p>
    <w:p>
      <w:r>
        <w:rPr>
          <w:rFonts w:ascii="Courier New" w:hAnsi="Courier New"/>
          <w:color w:val="555555"/>
          <w:sz w:val="20"/>
        </w:rPr>
        <w:t>[5]</w:t>
      </w:r>
    </w:p>
    <w:p>
      <w:r>
        <w:rPr>
          <w:rFonts w:ascii="Gentium Plus" w:hAnsi="Gentium Plus"/>
          <w:sz w:val="24"/>
        </w:rPr>
        <w:t>ρῶν εἰσὶν ἐνηρμοσμέναι. πλῆκτρον δὲ μηροῦ καλεῖται καθὸ ἡ κεφαλὴ τοῦ μηροῦ τῇ κοτύλῃ συνάπτει, αὐτὴ δὲ ἡ κεφαλὴ κοτυληδών.</w:t>
      </w:r>
    </w:p>
    <w:p>
      <w:r>
        <w:rPr>
          <w:rFonts w:ascii="Courier New" w:hAnsi="Courier New"/>
          <w:color w:val="555555"/>
          <w:sz w:val="20"/>
        </w:rPr>
        <w:t>[2 . 186]</w:t>
      </w:r>
    </w:p>
    <w:p>
      <w:r>
        <w:rPr>
          <w:rFonts w:ascii="Gentium Plus" w:hAnsi="Gentium Plus"/>
          <w:sz w:val="24"/>
        </w:rPr>
        <w:t>αἱ δὲ ὑπὸ τοὺς γλουτοὺς ἐπὶ τοὺς μηροὺς καταφερεῖς σάρκες ὑπογλουτίδες. τὰ δ’ ἔμπροσθεν παρὰ τοὺς μηροὺς βουβῶνες, οἷς καὶ τὸ πάθος ὁ βουβὼν ἐπιγίνεται· καὶ τὸ βουβωνιᾶν ἐκεῖθεν,</w:t>
      </w:r>
    </w:p>
    <w:p>
      <w:r>
        <w:rPr>
          <w:rFonts w:ascii="Courier New" w:hAnsi="Courier New"/>
          <w:color w:val="555555"/>
          <w:sz w:val="20"/>
        </w:rPr>
        <w:t>[5]</w:t>
      </w:r>
    </w:p>
    <w:p>
      <w:r>
        <w:rPr>
          <w:rFonts w:ascii="Gentium Plus" w:hAnsi="Gentium Plus"/>
          <w:sz w:val="24"/>
        </w:rPr>
        <w:t>τὴν κοτύλην πρὸς τὸν μηρὸν ἰσχίον· ὁμώνυμον δ’ ἐστὶν αὐτῷ καὶ τὸ ἄρθρον. καὶ τὸ μὲν τῇ κοτύλῃ συνηρμοσμένον ὀστοῦν στρογγύλον</w:t>
      </w:r>
    </w:p>
    <w:p>
      <w:r>
        <w:rPr>
          <w:rFonts w:ascii="Courier New" w:hAnsi="Courier New"/>
          <w:color w:val="555555"/>
          <w:sz w:val="20"/>
        </w:rPr>
        <w:t>[2 . 187]</w:t>
      </w:r>
    </w:p>
    <w:p>
      <w:r>
        <w:rPr>
          <w:rFonts w:ascii="Gentium Plus" w:hAnsi="Gentium Plus"/>
          <w:sz w:val="24"/>
        </w:rPr>
        <w:t>μηροῦ κεφαλή, μηρὸς δὲ τὸ ἀπὸ τούτου μέχρι γονάτων μέρος, ἀφ’ οὗ εὔμηρος καλλίμηρος, μηριαῖα, παραμηριαῖα καὶ παραμηρίδια, καὶ ἡ Λάκαινα φανόμηρις. ἡ δὲ περὶ τῇ κεφαλῇ τοῦ μηροῦ τῶν ὀστῶν ἔκφυσις τροχαντὴρ ὀνομάζεται. μύες δὲ αἱ πρὸ τῶν ἄρθρων</w:t>
      </w:r>
    </w:p>
    <w:p>
      <w:r>
        <w:rPr>
          <w:rFonts w:ascii="Courier New" w:hAnsi="Courier New"/>
          <w:color w:val="555555"/>
          <w:sz w:val="20"/>
        </w:rPr>
        <w:t>[2 . 188]</w:t>
      </w:r>
    </w:p>
    <w:p>
      <w:r>
        <w:rPr>
          <w:rFonts w:ascii="Gentium Plus" w:hAnsi="Gentium Plus"/>
          <w:sz w:val="24"/>
        </w:rPr>
        <w:t>ἐν ταῖς κινήσεσιν ἐπανιστάμεναι σάρκες. τὰ δ’ ἐντὸς τῶν μηρῶν παραμήρια, τὰ δὲ μεταξὺ αὐτῶν μεσομήρια. γόνυ δὲ ἡ μετὰ τοὺς μηροὺς συγκαμπή, ἀφ’ οὗ καὶ τὸ γονατίζειν παρὰ Κρατίνῳ τῷ κωμῳδοποιῷ (I frg 399 Ko). λέγεται δέ τι καὶ καλάμου γόνυ,</w:t>
      </w:r>
    </w:p>
    <w:p>
      <w:r>
        <w:rPr>
          <w:rFonts w:ascii="Courier New" w:hAnsi="Courier New"/>
          <w:color w:val="555555"/>
          <w:sz w:val="20"/>
        </w:rPr>
        <w:t>[5]</w:t>
      </w:r>
    </w:p>
    <w:p>
      <w:r>
        <w:rPr>
          <w:rFonts w:ascii="Gentium Plus" w:hAnsi="Gentium Plus"/>
          <w:sz w:val="24"/>
        </w:rPr>
        <w:t>καὶ παρ’ Ὁμήρῳ (ρ 225, ς 74) ἐπιγουνίς. γόνατος δὲ τὸ μὲν τῷ τοῦ μηροῦ τέλει συνηρμοσμένον κνήμης κεφαλή, τὸ δ’ ἔξωθεν ἐπικεί‐ μενον πλατὺ καὶ περιφερὲς ὀστοῦν, ὥσπερ φράγμα τοῦ γόνατος,</w:t>
      </w:r>
    </w:p>
    <w:p>
      <w:r>
        <w:rPr>
          <w:rFonts w:ascii="Courier New" w:hAnsi="Courier New"/>
          <w:color w:val="555555"/>
          <w:sz w:val="20"/>
        </w:rPr>
        <w:t>[2 . 189]</w:t>
      </w:r>
    </w:p>
    <w:p>
      <w:r>
        <w:rPr>
          <w:rFonts w:ascii="Gentium Plus" w:hAnsi="Gentium Plus"/>
          <w:sz w:val="24"/>
        </w:rPr>
        <w:t>ἐπιγονατίς τε καὶ κόγχη καὶ κόγχος καὶ μύλη, κατὰ δὲ Ἱπ‐ ποκράτην (mochl 1) ἐπιμυλίς, κατὰ δὲ Ἱππώνακτα (frg 128 B) μυλακρίς. ἡ μέντοι κωμῳδία τὴν ἀλετρίδα μυλακρίδα καλεῖ ἢ ζῷόν τι ἐν τῷ μυλῶνι γινόμενον, ὡς Ἀριστοφάνης λέγει</w:t>
      </w:r>
    </w:p>
    <w:p>
      <w:r>
        <w:rPr>
          <w:rFonts w:ascii="Courier New" w:hAnsi="Courier New"/>
          <w:color w:val="555555"/>
          <w:sz w:val="20"/>
        </w:rPr>
        <w:t>[5]</w:t>
      </w:r>
    </w:p>
    <w:p>
      <w:r>
        <w:rPr>
          <w:rFonts w:ascii="Gentium Plus" w:hAnsi="Gentium Plus"/>
          <w:sz w:val="24"/>
        </w:rPr>
        <w:t>(I frg 583 Ko) ἵνα ξυνῶσιν ᾧπερ ἥδεσθον βίῳ, σκώληκας ἐσθίοντε καὶ μυλακρίδας. ὁ δὲ πρὸς τῷ γόνατι μῦς ἐπιγουνίς, ἡ δὲ κατόπιν ἀντικειμένη τῇ</w:t>
      </w:r>
    </w:p>
    <w:p>
      <w:r>
        <w:rPr>
          <w:rFonts w:ascii="Courier New" w:hAnsi="Courier New"/>
          <w:color w:val="555555"/>
          <w:sz w:val="20"/>
        </w:rPr>
        <w:t>[2 . 190]</w:t>
      </w:r>
    </w:p>
    <w:p>
      <w:r>
        <w:rPr>
          <w:rFonts w:ascii="Gentium Plus" w:hAnsi="Gentium Plus"/>
          <w:sz w:val="24"/>
        </w:rPr>
        <w:t>κόγχῃ κοιλότης ἰγνύη. κνήμη δὲ τὸ ἐπὶ τῷ γόνατι καὶ τῇ ἰγνύι πᾶν ἑκατέρωθεν. δύο δὲ ἔχει ὀστᾶ ἡ κνήμη, ἰσομήκη μέν, οὐ μὴν</w:t>
      </w:r>
    </w:p>
    <w:p>
      <w:r>
        <w:rPr>
          <w:rFonts w:ascii="Courier New" w:hAnsi="Courier New"/>
          <w:color w:val="555555"/>
          <w:sz w:val="20"/>
        </w:rPr>
        <w:t>[5]</w:t>
      </w:r>
    </w:p>
    <w:p>
      <w:r>
        <w:rPr>
          <w:rFonts w:ascii="Gentium Plus" w:hAnsi="Gentium Plus"/>
          <w:sz w:val="24"/>
        </w:rPr>
        <w:t>σης τὸ μὲν πρόσθεν ἀντικνήμιον, τὸ δ’ ὄπισθεν εἰς μῦν ἐπῃρ‐ μένον γαστροκνήμιον· ἔνιοι δ’ ᾠήθησαν τὸ μὲν πρόσθεν κνήμην, τὸ</w:t>
      </w:r>
    </w:p>
    <w:p>
      <w:r>
        <w:rPr>
          <w:rFonts w:ascii="Courier New" w:hAnsi="Courier New"/>
          <w:color w:val="555555"/>
          <w:sz w:val="20"/>
        </w:rPr>
        <w:t>[2 . 191]</w:t>
      </w:r>
    </w:p>
    <w:p>
      <w:r>
        <w:rPr>
          <w:rFonts w:ascii="Gentium Plus" w:hAnsi="Gentium Plus"/>
          <w:sz w:val="24"/>
        </w:rPr>
        <w:t>δ’ ὄπισθεν ἀντικνήμιον εἶναι. τὰ δ’ ἀπὸ κνήμης ὀνόματα εὔκνημος καὶ κνημὶς καὶ ‘ἐυκνήμιδες Ἀχαιοί,‘ καὶ σκελίδες ὁλόκνημοι ἐν τῇ κωμῳδίᾳ (I frg 108, 13 Ko), καὶ κνημοὶ ὀρῶν. τὰ δ’ ἑκατέρωθεν τοῦ μείζονος ὀστοῦ, ὃ τὴν κνήμην φέρει κερκὶς καλούμενον, μικρὰ</w:t>
      </w:r>
    </w:p>
    <w:p>
      <w:r>
        <w:rPr>
          <w:rFonts w:ascii="Courier New" w:hAnsi="Courier New"/>
          <w:color w:val="555555"/>
          <w:sz w:val="20"/>
        </w:rPr>
        <w:t>[5]</w:t>
      </w:r>
    </w:p>
    <w:p>
      <w:r>
        <w:rPr>
          <w:rFonts w:ascii="Gentium Plus" w:hAnsi="Gentium Plus"/>
          <w:sz w:val="24"/>
        </w:rPr>
        <w:t>ὀστάρια, ἃ περόναι λέγονται καὶ παρακερκίδες, ταῦτα δὲ καὶ στήριγγες παρ’ ἐνίοις καλοῦνται. τὸ δὲ πλατὺ νεῦρον, ὃ πρὸς τὴν πτέρναν παύεται ἀπὸ ἰγνύος ἀρξάμενον, τένων.</w:t>
      </w:r>
    </w:p>
    <w:p>
      <w:r>
        <w:rPr>
          <w:rFonts w:ascii="Courier New" w:hAnsi="Courier New"/>
          <w:color w:val="555555"/>
          <w:sz w:val="20"/>
        </w:rPr>
        <w:t>[2 . 192]</w:t>
      </w:r>
    </w:p>
    <w:p>
      <w:r>
        <w:rPr>
          <w:rFonts w:ascii="Gentium Plus" w:hAnsi="Gentium Plus"/>
          <w:sz w:val="24"/>
        </w:rPr>
        <w:t>τὸ δὲ ὑπὸ τῇ κνήμῃ μέρος καλεῖται σφυρὸν καὶ πέζα, ἀφ’ ὧν ὀνόματα εὔσφυρος, καλλίσφυρος, εὔπεζος, ἀργυρόπεζος, ‘ἀργυρό‐ πεζα Θέτις.‘ παρὰ δὲ τὴν πέζαν ἑκατέρωθεν προύχουσιν ἀστρά‐ γαλοι, εἰς οὓς αἱ περόναι καταλήγουσιν· οἱ δὲ ἀστραγάλους οὐ τὰ</w:t>
      </w:r>
    </w:p>
    <w:p>
      <w:r>
        <w:rPr>
          <w:rFonts w:ascii="Courier New" w:hAnsi="Courier New"/>
          <w:color w:val="555555"/>
          <w:sz w:val="20"/>
        </w:rPr>
        <w:t>[5]</w:t>
      </w:r>
    </w:p>
    <w:p>
      <w:r>
        <w:rPr>
          <w:rFonts w:ascii="Gentium Plus" w:hAnsi="Gentium Plus"/>
          <w:sz w:val="24"/>
        </w:rPr>
        <w:t>προύχοντα ἀλλὰ τὰ ἔνδον κρυπτόμενα ὑπὸ σφυρόν. ῥαιβοὺς δὲ</w:t>
      </w:r>
    </w:p>
    <w:p>
      <w:r>
        <w:rPr>
          <w:rFonts w:ascii="Courier New" w:hAnsi="Courier New"/>
          <w:color w:val="555555"/>
          <w:sz w:val="20"/>
        </w:rPr>
        <w:t>[2 . 193]</w:t>
      </w:r>
    </w:p>
    <w:p>
      <w:r>
        <w:rPr>
          <w:rFonts w:ascii="Gentium Plus" w:hAnsi="Gentium Plus"/>
          <w:sz w:val="24"/>
        </w:rPr>
        <w:t>καλοῦσιν οἷς καμπύλα εἰς τὸ ἔνδον τὰ σκέλη, βλαισοὺς δὲ οἷς τὸ ἀπὸ τῶν γονάτων εἰς τὸ ἔξω ἀπέστραπται· καὶ τὸ μὲν Ἀρχί‐ λοχος (frg 58. 4 B), τὸ δὲ Ξενοφῶν (R Eq I. 3) λέγει. σκέλος μὲν δὴ πᾶν ὀνομαστέον τὸ ἐκ μηροῦ καὶ γόνατος καὶ κνήμης καὶ</w:t>
      </w:r>
    </w:p>
    <w:p>
      <w:r>
        <w:rPr>
          <w:rFonts w:ascii="Courier New" w:hAnsi="Courier New"/>
          <w:color w:val="555555"/>
          <w:sz w:val="20"/>
        </w:rPr>
        <w:t>[5]</w:t>
      </w:r>
    </w:p>
    <w:p>
      <w:r>
        <w:rPr>
          <w:rFonts w:ascii="Gentium Plus" w:hAnsi="Gentium Plus"/>
          <w:sz w:val="24"/>
        </w:rPr>
        <w:t>σφυροῦ καὶ ποδός· τὸ δ’ ἐκ μηροῦ τε καὶ κνήμης κῶλον καὶ κωλῆνα. ὀνόματα δ’ ἀπ’ αὐτῶν τὸ ὑποσκελίζειν, καὶ ὡς Ξενοφῶν (Memorab III 3. 4) κακοσκελής, καὶ σκελὶς ἡ νῦν καλουμένη πέρνα ἐν τῇ κωμῳδίᾳ (I frg 108. 13 Ko), καὶ παρὰ Πλάτωνι (Tim 34 A)</w:t>
      </w:r>
    </w:p>
    <w:p>
      <w:r>
        <w:rPr>
          <w:rFonts w:ascii="Courier New" w:hAnsi="Courier New"/>
          <w:color w:val="555555"/>
          <w:sz w:val="20"/>
        </w:rPr>
        <w:t>[2 . 194]</w:t>
      </w:r>
    </w:p>
    <w:p>
      <w:r>
        <w:rPr>
          <w:rFonts w:ascii="Gentium Plus" w:hAnsi="Gentium Plus"/>
          <w:sz w:val="24"/>
        </w:rPr>
        <w:t>‘ἀσκελὲς καὶ ἄπουν·‘ τάχα δὲ καὶ ὁ σκελετὸς καὶ σκε‐ λετεύειν καὶ κατεσκελετευμένος ἀπὸ τῆς τῶν μερῶν τούτων ὡς πρὸς τὸ πᾶν σῶμα ἰσχνότητος. Μένανδρος (III frg 1054 Ko) δὲ καὶ περι‐</w:t>
      </w:r>
    </w:p>
    <w:p>
      <w:r>
        <w:rPr>
          <w:rFonts w:ascii="Courier New" w:hAnsi="Courier New"/>
          <w:color w:val="555555"/>
          <w:sz w:val="20"/>
        </w:rPr>
        <w:t>[5]</w:t>
      </w:r>
    </w:p>
    <w:p>
      <w:r>
        <w:rPr>
          <w:rFonts w:ascii="Gentium Plus" w:hAnsi="Gentium Plus"/>
          <w:sz w:val="24"/>
        </w:rPr>
        <w:t>ἑτέρῳ ποδὶ ἅλλεσθαι. ποὺς δὲ ὀνομάζεται τὸ μετὰ τοὺς ἀστρα‐ γάλους πᾶν· ἀφ’ οὗ ὀνόματα εὔπους ὠκύπους ταχύπους καὶ ὡς Πλάτων (Tim 63 A) ἀντίπους, εὐποδία ἀποδία, ποδωκία ποδώκης, ἀρτίπους καὶ ὡς Πλάτων (Leg II 652 B) παραποδισθῶμεν, καὶ</w:t>
      </w:r>
    </w:p>
    <w:p>
      <w:r>
        <w:rPr>
          <w:rFonts w:ascii="Courier New" w:hAnsi="Courier New"/>
          <w:color w:val="555555"/>
          <w:sz w:val="20"/>
        </w:rPr>
        <w:t>[2 . 195]</w:t>
      </w:r>
    </w:p>
    <w:p>
      <w:r>
        <w:rPr>
          <w:rFonts w:ascii="Gentium Plus" w:hAnsi="Gentium Plus"/>
          <w:sz w:val="24"/>
        </w:rPr>
        <w:t>Ξενοφῶν (Memor III 3. 4, R Eq I 2) κακόποδας. καὶ δίπους καὶ τρίπους καὶ τὰ ἐφεξῆς, ὧν μόνον ὁ ὀκτώπους εἰδικώτερον ἐκφέ‐ ρεται. τούτοις ἂν προσήκοι καὶ ἐμπόδια καὶ ἐμποδίσματα, ἐμπο‐ δίζειν, ἐμποδὼν ἵστασθαι, ἐπὶ πόδα ἀναχωρεῖν, καλόπους, ποδο‐</w:t>
      </w:r>
    </w:p>
    <w:p>
      <w:r>
        <w:rPr>
          <w:rFonts w:ascii="Courier New" w:hAnsi="Courier New"/>
          <w:color w:val="555555"/>
          <w:sz w:val="20"/>
        </w:rPr>
        <w:t>[5]</w:t>
      </w:r>
    </w:p>
    <w:p>
      <w:r>
        <w:rPr>
          <w:rFonts w:ascii="Gentium Plus" w:hAnsi="Gentium Plus"/>
          <w:sz w:val="24"/>
        </w:rPr>
        <w:t>κάκη, ποδάγρα, ποδαγρᾶν. Πλάτων (Epinom 981 D) δὲ καὶ τὰ ‘πολύποδα καὶ ἄποδα‘ εἴρηκεν. καὶ ὁ πολύπους δ’ ἐκ τούτων ἂν εἴη καὶ ἡ χαμαίπους· ἐκάλουν δὲ οὕτω τὴν οὐκ ἐπὶ ζεύγους</w:t>
      </w:r>
    </w:p>
    <w:p>
      <w:r>
        <w:rPr>
          <w:rFonts w:ascii="Courier New" w:hAnsi="Courier New"/>
          <w:color w:val="555555"/>
          <w:sz w:val="20"/>
        </w:rPr>
        <w:t>[2 . 196]</w:t>
      </w:r>
    </w:p>
    <w:p>
      <w:r>
        <w:rPr>
          <w:rFonts w:ascii="Gentium Plus" w:hAnsi="Gentium Plus"/>
          <w:sz w:val="24"/>
        </w:rPr>
        <w:t>κομιζομένην νύμφην. ποδοστράβη, ποδόνιπτρον, ποδονιπτήρ, ποδεὼν ἀσκοῦ, ποδήρεις χιτῶνες, ποδαλγία ποδαλγής. ὁ δὲ κω‐ μικὸς Πλάτων (I frg 248 Ko) καὶ ποδάρια εἴρηκεν. καὶ ποδεῖα τοὺς περὶ τοῖς ποσὶ πίλους Κριτίας (TGF p 774, 7 N), ἅπερ Αἰσχύλος</w:t>
      </w:r>
    </w:p>
    <w:p>
      <w:r>
        <w:rPr>
          <w:rFonts w:ascii="Courier New" w:hAnsi="Courier New"/>
          <w:color w:val="555555"/>
          <w:sz w:val="20"/>
        </w:rPr>
        <w:t>[5]</w:t>
      </w:r>
    </w:p>
    <w:p>
      <w:r>
        <w:rPr>
          <w:rFonts w:ascii="Gentium Plus" w:hAnsi="Gentium Plus"/>
          <w:sz w:val="24"/>
        </w:rPr>
        <w:t>(TGF 259 N) πέλλυτρα καλεῖ. λέγεται δέ τι καὶ περὶ πόδα, τὸ ἁρμόττον, ἀπὸ τῶν ὑποδημάτων. ‘ἀνεπόδιζον‘ δὲ ‘τὸν γραμματέα‘ Αἰσχίνης ὁ ῥήτωρ (III 192) ἔφη ἐπὶ τοῦ πάλιν ἀναγινώσκειν ἐποίουν, καὶ ἀναποδιζόμενα Ἀντιφῶν (Soph frg 84 Bl) τὰ πάλιν</w:t>
      </w:r>
    </w:p>
    <w:p>
      <w:r>
        <w:rPr>
          <w:rFonts w:ascii="Courier New" w:hAnsi="Courier New"/>
          <w:color w:val="555555"/>
          <w:sz w:val="20"/>
        </w:rPr>
        <w:t>[2 . 197]</w:t>
      </w:r>
    </w:p>
    <w:p>
      <w:r>
        <w:rPr>
          <w:rFonts w:ascii="Gentium Plus" w:hAnsi="Gentium Plus"/>
          <w:sz w:val="24"/>
        </w:rPr>
        <w:t>μέρη δὲ ποδὸς τὸ μὲν ἄνω πρὸ τῶν δακτύλων πεδίον ἢ ὄρος ἢ πολυόστεον, ἐξ ὀστῶν καὶ νεύρων συγκείμενον· οὗ τὸ ἔμπροσθεν μετὰ τοὺς δακτύλους ταρσός, τὸ δ’ ἀπολῆγον τοῦ ποδὸς κατόπιν πτέρνα, ἀφ’ ἧς καὶ τὸ πτερνοκοπεῖν, ὅπερ ἐστὶ τὸ ταῖς πτέρναις</w:t>
      </w:r>
    </w:p>
    <w:p>
      <w:r>
        <w:rPr>
          <w:rFonts w:ascii="Courier New" w:hAnsi="Courier New"/>
          <w:color w:val="555555"/>
          <w:sz w:val="20"/>
        </w:rPr>
        <w:t>[5]</w:t>
      </w:r>
    </w:p>
    <w:p>
      <w:r>
        <w:rPr>
          <w:rFonts w:ascii="Gentium Plus" w:hAnsi="Gentium Plus"/>
          <w:sz w:val="24"/>
        </w:rPr>
        <w:t>κτυπεῖν πρὸς τὰ ἑδώλια ἐν τοῖς θεάτροις, ὁπότε τινὰ θορυβοῖεν. καὶ πτερνίδες ἐν τῇ μέσῃ κωμῳδίᾳ (Alex II frg 329 Ko) καλοῦνται οἱ</w:t>
      </w:r>
    </w:p>
    <w:p>
      <w:r>
        <w:rPr>
          <w:rFonts w:ascii="Courier New" w:hAnsi="Courier New"/>
          <w:color w:val="555555"/>
          <w:sz w:val="20"/>
        </w:rPr>
        <w:t>[2 . 198]</w:t>
      </w:r>
    </w:p>
    <w:p>
      <w:r>
        <w:rPr>
          <w:rFonts w:ascii="Gentium Plus" w:hAnsi="Gentium Plus"/>
          <w:sz w:val="24"/>
        </w:rPr>
        <w:t>πυθμένες τῶν ἰατρικῶν λεκανίδων. τὸ δὲ κάτωθεν τὸ μὲν ὅλον τύλωμα, τούτου δὲ τὸ μὲν προῦχον ὑπὸ τοὺς δακτύλους στῆθος ποδὸς ἢ προστηθίς, τὸ δὲ μετὰ τὸ στῆθος κοῖλον ποδός. δάκτυλοι δὲ ποδὸς τὰς αὐτὰς ἐπὶ τοῖς μέρεσι προσηγορίας ἔχουσιν ἅσπερ οἱ τῶν χειρῶν.</w:t>
      </w:r>
    </w:p>
    <w:p>
      <w:r>
        <w:rPr>
          <w:rFonts w:ascii="Courier New" w:hAnsi="Courier New"/>
          <w:color w:val="555555"/>
          <w:sz w:val="20"/>
        </w:rPr>
        <w:t>[5]</w:t>
      </w:r>
    </w:p>
    <w:p>
      <w:r>
        <w:rPr>
          <w:rFonts w:ascii="Gentium Plus" w:hAnsi="Gentium Plus"/>
          <w:sz w:val="24"/>
        </w:rPr>
        <w:t>καὶ τὰ μὲν ὑπὸ τοὺς δακτύλους ῥήγματα χίμετλα ὀνομάζεται— οἱ δὲ καὶ αὐτὸ τὸ μέρος οὗ ἐπιγίνεται, χίμετλον ὀνομάζεσθαι νομί‐</w:t>
      </w:r>
    </w:p>
    <w:p>
      <w:r>
        <w:rPr>
          <w:rFonts w:ascii="Courier New" w:hAnsi="Courier New"/>
          <w:color w:val="555555"/>
          <w:sz w:val="20"/>
        </w:rPr>
        <w:t>[2 . 199]</w:t>
      </w:r>
    </w:p>
    <w:p>
      <w:r>
        <w:rPr>
          <w:rFonts w:ascii="Gentium Plus" w:hAnsi="Gentium Plus"/>
          <w:sz w:val="24"/>
        </w:rPr>
        <w:t>ζουσιν—τὰ δὲ ὑπὲρ τοὺς δακτύλους κρούματα πταίσματα· Ἀριστο‐ φάνης (I frg 773 Ko) δὲ καὶ ἐπιπταίσματα αὐτὰ καλεῖ, τὸ μέντοι προσπταῖσαι ἐν τοῖς Σφηξὶ (275) προσκόψαι εἴρηκεν. ποσὶ δ’ ἂν προσήκοι καὶ τὸ ὑπόδημα, ὑποδεῖσθαι, ὑποδούμενος, ἀνυπό‐</w:t>
      </w:r>
    </w:p>
    <w:p>
      <w:r>
        <w:rPr>
          <w:rFonts w:ascii="Courier New" w:hAnsi="Courier New"/>
          <w:color w:val="555555"/>
          <w:sz w:val="20"/>
        </w:rPr>
        <w:t>[5]</w:t>
      </w:r>
    </w:p>
    <w:p>
      <w:r>
        <w:rPr>
          <w:rFonts w:ascii="Gentium Plus" w:hAnsi="Gentium Plus"/>
          <w:sz w:val="24"/>
        </w:rPr>
        <w:t>δητος, ἀνυποδησία, καὶ βάσιν δ’ ἂν εἴποις τὸν πόδα, Πλάτωνος (Tim 92 A) εἰπόντος ‘θεοῦ βάσεις ὑποτιθέντος πλείους·‘ ἀφ’ οὗ καὶ τὸ βάσιμον καὶ τὸ ἄβατον. καὶ βάσις δὲ παρὰ τοῖς μουσικοῖς</w:t>
      </w:r>
    </w:p>
    <w:p>
      <w:r>
        <w:rPr>
          <w:rFonts w:ascii="Courier New" w:hAnsi="Courier New"/>
          <w:color w:val="555555"/>
          <w:sz w:val="20"/>
        </w:rPr>
        <w:t>[2 . 200]</w:t>
      </w:r>
    </w:p>
    <w:p>
      <w:r>
        <w:rPr>
          <w:rFonts w:ascii="Gentium Plus" w:hAnsi="Gentium Plus"/>
          <w:sz w:val="24"/>
        </w:rPr>
        <w:t>λέγεται τὸ τιθέναι τὸν πόδα ἐν ῥυθμῷ. καὶ βατὴρ ὁ οὐδὸς ἐφ’ οὗ βαίνομεν, ὡς Ἀμειψίας (I frg 26 Ko) ἐπ’ αὐτὸν ἥκεις τὸν βατῆρα τῆς θύρας. καὶ βεβῶτας ὁ Πλάτων (Tim 63 C, Phaedr 254 B) τε καὶ Ξενο‐</w:t>
      </w:r>
    </w:p>
    <w:p>
      <w:r>
        <w:rPr>
          <w:rFonts w:ascii="Courier New" w:hAnsi="Courier New"/>
          <w:color w:val="555555"/>
          <w:sz w:val="20"/>
        </w:rPr>
        <w:t>[5]</w:t>
      </w:r>
    </w:p>
    <w:p>
      <w:r>
        <w:rPr>
          <w:rFonts w:ascii="Gentium Plus" w:hAnsi="Gentium Plus"/>
          <w:sz w:val="24"/>
        </w:rPr>
        <w:t>φῶν(?) λέγουσιν. καὶ ‘διαβατήρια‘ Ξενοφῶν (Hellen III 4. 3) ἱερά, καὶ ἀποβατήρια. καὶ διαβατὸς ποταμὸς καὶ ἄβατος Πλάτων (Leg X 892 E), καὶ διαβιβᾶτε Δημοσθένης (XXIII 157), καὶ διαβάτην Ἀριστοφάνης (I frg 765 Ko). καὶ ἐπιβασίαν τῇ δίκῃ Ὑπερείδης (frg 242 Bl), καὶ ‘ἐπιβατεύων τοῦ Σμέρδιος ὀνόματοσ‘</w:t>
      </w:r>
    </w:p>
    <w:p>
      <w:r>
        <w:rPr>
          <w:rFonts w:ascii="Courier New" w:hAnsi="Courier New"/>
          <w:color w:val="555555"/>
          <w:sz w:val="20"/>
        </w:rPr>
        <w:t>[10]</w:t>
      </w:r>
    </w:p>
    <w:p>
      <w:r>
        <w:rPr>
          <w:rFonts w:ascii="Gentium Plus" w:hAnsi="Gentium Plus"/>
          <w:sz w:val="24"/>
        </w:rPr>
        <w:t>Ἡρόδοτος (III 63).</w:t>
      </w:r>
    </w:p>
    <w:p>
      <w:r>
        <w:rPr>
          <w:rFonts w:ascii="Courier New" w:hAnsi="Courier New"/>
          <w:color w:val="555555"/>
          <w:sz w:val="20"/>
        </w:rPr>
        <w:t>[2 . 201]</w:t>
      </w:r>
    </w:p>
    <w:p>
      <w:r>
        <w:rPr>
          <w:rFonts w:ascii="Gentium Plus" w:hAnsi="Gentium Plus"/>
          <w:sz w:val="24"/>
        </w:rPr>
        <w:t>τῶν τοίνυν ἐντὸς ἀπὸ τῶν μετὰ τὴν ἐπιγλωττίδα τόπων αἱ μὲν ἑκατέρωθεν προύχουσαι σάρκες ἀντιάδες καὶ παρίσθμια καλοῦνται, αἱ δ’ ὑπ’ αὐτάς, ὅμοιαι μὲν τὴν ἐρυθρότητα, μείζους δὲ καὶ περιφερέ‐ στεραι, μῆλα. προσπεφύκασι δὲ κατὰ λεπτοὺς ὑμένας στομάχῳ, ὃν</w:t>
      </w:r>
    </w:p>
    <w:p>
      <w:r>
        <w:rPr>
          <w:rFonts w:ascii="Courier New" w:hAnsi="Courier New"/>
          <w:color w:val="555555"/>
          <w:sz w:val="20"/>
        </w:rPr>
        <w:t>[2 . 202]</w:t>
      </w:r>
    </w:p>
    <w:p>
      <w:r>
        <w:rPr>
          <w:rFonts w:ascii="Gentium Plus" w:hAnsi="Gentium Plus"/>
          <w:sz w:val="24"/>
        </w:rPr>
        <w:t>καὶ βρόγχον καὶ ἀρτηρίαν ἔνιοι καλοῦσιν, οἱ δὲ καὶ φάρυγγα. ταῖς γε μὴν ἀντιάσιν ὀστοῦν ὑπόκειται περιειληφὸς τὴν τοῦ βρόγχου κε‐ φαλήν, καλούμενον ὑπ’ ἐνίων ὑοειδές, ὅτι προσέοικε τῷ τοῦ γράμ‐ ματος σχήματι· Ἡρόφιλος δ’ αὐτό, διὰ τὸ παρεστηκέναι ταῖς ἀντιάσι,</w:t>
      </w:r>
    </w:p>
    <w:p>
      <w:r>
        <w:rPr>
          <w:rFonts w:ascii="Courier New" w:hAnsi="Courier New"/>
          <w:color w:val="555555"/>
          <w:sz w:val="20"/>
        </w:rPr>
        <w:t>[5]</w:t>
      </w:r>
    </w:p>
    <w:p>
      <w:r>
        <w:rPr>
          <w:rFonts w:ascii="Gentium Plus" w:hAnsi="Gentium Plus"/>
          <w:sz w:val="24"/>
        </w:rPr>
        <w:t>παραστάτην ὠνόμαζεν. ὁ δὲ στόμαχος πρόσκειται μὲν ἔνδοθεν τῇ ῥάχει, κατατείνει δ’ εἰς πνεύμονα, ὀνομάζεται δὲ καὶ οἰσοφάγος, καὶ τὰ νεῦρα τὰ ἑκατέρωθεν αὐτοῦ τόνοι. ἔνθα δὲ κοιλίᾳ συνάπτει, κα‐</w:t>
      </w:r>
    </w:p>
    <w:p>
      <w:r>
        <w:rPr>
          <w:rFonts w:ascii="Courier New" w:hAnsi="Courier New"/>
          <w:color w:val="555555"/>
          <w:sz w:val="20"/>
        </w:rPr>
        <w:t>[2 . 203]</w:t>
      </w:r>
    </w:p>
    <w:p>
      <w:r>
        <w:rPr>
          <w:rFonts w:ascii="Gentium Plus" w:hAnsi="Gentium Plus"/>
          <w:sz w:val="24"/>
        </w:rPr>
        <w:t>λεῖται τοῦτο στόμα κοιλίας. παρέοικε δὲ τὸ κάτω τοῦ στομάχου, καθὸ τῷ πνεύμονι ἐμβέβηκε, διὰ τὸ ἐκ στενότητος ἀνευρύνεσθαι κώ‐ δωνι σάλπιγγος. ἔστι μέντοι καὶ τὸ ὑπὸ τῇ γλώττῃ πρὸς τὴν</w:t>
      </w:r>
    </w:p>
    <w:p>
      <w:r>
        <w:rPr>
          <w:rFonts w:ascii="Courier New" w:hAnsi="Courier New"/>
          <w:color w:val="555555"/>
          <w:sz w:val="20"/>
        </w:rPr>
        <w:t>[5]</w:t>
      </w:r>
    </w:p>
    <w:p>
      <w:r>
        <w:rPr>
          <w:rFonts w:ascii="Gentium Plus" w:hAnsi="Gentium Plus"/>
          <w:sz w:val="24"/>
        </w:rPr>
        <w:t>εὐαίσθητον δ’ αὐτοῦ τὸ πρὸς τῇ κοιλίᾳ καὶ νευρῶδες. ἔξωθεν δὲ σαρκώδης ἐστί, καθὸ τῷ βρόγχῳ γειτονεῖ, τὰ δ’ ἔνδοθεν στρογγύλος</w:t>
      </w:r>
    </w:p>
    <w:p>
      <w:r>
        <w:rPr>
          <w:rFonts w:ascii="Courier New" w:hAnsi="Courier New"/>
          <w:color w:val="555555"/>
          <w:sz w:val="20"/>
        </w:rPr>
        <w:t>[2 . 204]</w:t>
      </w:r>
    </w:p>
    <w:p>
      <w:r>
        <w:rPr>
          <w:rFonts w:ascii="Gentium Plus" w:hAnsi="Gentium Plus"/>
          <w:sz w:val="24"/>
        </w:rPr>
        <w:t>ἀρτηριώδης. ἐπίκειται δ’ ἀρτηρίᾳ τε καὶ ταῖς ἀπὸ καρδίας εἰς ῥάχιν ἀνατεινούσαις φλεψίν. πλέγματα δ’ αὐτὸν ποιεῖ τέτταρα, ἢ ὡς ἔνιοι τρία, φλέβες ἀρτηρίαι νεῦρα· τοὺς γὰρ ὑμένας ἐξαίρουσιν. καὶ ὄρνισι μὲν ὅμοιόν τι τούτῳ πρόσκειται, πρηγορεὼν καλούμενον,</w:t>
      </w:r>
    </w:p>
    <w:p>
      <w:r>
        <w:rPr>
          <w:rFonts w:ascii="Courier New" w:hAnsi="Courier New"/>
          <w:color w:val="555555"/>
          <w:sz w:val="20"/>
        </w:rPr>
        <w:t>[5]</w:t>
      </w:r>
    </w:p>
    <w:p>
      <w:r>
        <w:rPr>
          <w:rFonts w:ascii="Gentium Plus" w:hAnsi="Gentium Plus"/>
          <w:sz w:val="24"/>
        </w:rPr>
        <w:t>ἔνθα προαθροίζεται ἡ τροφή· τῶν δὲ μηρυκαζομένων τὴν πρώτην κοιλίαν ἤνυστρον καλοῦσιν. ὁ δὲ βρόγχος στομάχου προκείμενος,</w:t>
      </w:r>
    </w:p>
    <w:p>
      <w:r>
        <w:rPr>
          <w:rFonts w:ascii="Courier New" w:hAnsi="Courier New"/>
          <w:color w:val="555555"/>
          <w:sz w:val="20"/>
        </w:rPr>
        <w:t>[2 . 205]</w:t>
      </w:r>
    </w:p>
    <w:p>
      <w:r>
        <w:rPr>
          <w:rFonts w:ascii="Gentium Plus" w:hAnsi="Gentium Plus"/>
          <w:sz w:val="24"/>
        </w:rPr>
        <w:t>εἰς πνεύμονα ἀνανεύων, τῇ γλώττῃ καὶ τῷ στομάχῳ προσπέφυκεν, ἐρρίζωται δ’ ἐν μέσῳ τῷ πνεύμονι, τῇ μὲν κατὰ τοὺς ὀπισθίους λοβοὺς ἐγκείμενος, οἳ τοῖς νώτοις προσίζουσιν, τῇ δὲ κατὰ τοὺς ὑπὸ τοῖς στέρνοις· σχίζεται γὰρ εἰς πλείους λεπτὰς ἀποφύσεις, αἳ καλοῦνται</w:t>
      </w:r>
    </w:p>
    <w:p>
      <w:r>
        <w:rPr>
          <w:rFonts w:ascii="Courier New" w:hAnsi="Courier New"/>
          <w:color w:val="555555"/>
          <w:sz w:val="20"/>
        </w:rPr>
        <w:t>[5]</w:t>
      </w:r>
    </w:p>
    <w:p>
      <w:r>
        <w:rPr>
          <w:rFonts w:ascii="Gentium Plus" w:hAnsi="Gentium Plus"/>
          <w:sz w:val="24"/>
        </w:rPr>
        <w:t>σήραγγές τε καὶ βρόγχια καὶ ἀορταί. αὐτὸς δ’ εἰς στρογγύλον εἶδος ἀποτετορνευμένος, ἐκ μὲν τοῦ κατόπιν τῷ στομάχῳ γειτνιῶν, ὥσπερ δ’ ἐκ κύκλων πολλῶν συγκείμενος χιτῶνας καὶ οὗτος ἔχει τέτ‐</w:t>
      </w:r>
    </w:p>
    <w:p>
      <w:r>
        <w:rPr>
          <w:rFonts w:ascii="Courier New" w:hAnsi="Courier New"/>
          <w:color w:val="555555"/>
          <w:sz w:val="20"/>
        </w:rPr>
        <w:t>[2 . 206]</w:t>
      </w:r>
    </w:p>
    <w:p>
      <w:r>
        <w:rPr>
          <w:rFonts w:ascii="Gentium Plus" w:hAnsi="Gentium Plus"/>
          <w:sz w:val="24"/>
        </w:rPr>
        <w:t>ταρας, συμπεπλεγμένος ἐκ νεύρων φλεβῶν ἀρτηριῶν ὑμένων. Ὅμη‐ ρος μέντοι τὸν στόμαχον καὶ (N 388) λαιμὸν καὶ (X 325) λαυκανίαν καλεῖ, καὶ φησὶ ‘ψυχῆς ὤκιστον ὄλεθρον‘ εἶναι, ὅτι διαιρεθεὶς ἀπόλ‐</w:t>
      </w:r>
    </w:p>
    <w:p>
      <w:r>
        <w:rPr>
          <w:rFonts w:ascii="Courier New" w:hAnsi="Courier New"/>
          <w:color w:val="555555"/>
          <w:sz w:val="20"/>
        </w:rPr>
        <w:t>[5]</w:t>
      </w:r>
    </w:p>
    <w:p>
      <w:r>
        <w:rPr>
          <w:rFonts w:ascii="Gentium Plus" w:hAnsi="Gentium Plus"/>
          <w:sz w:val="24"/>
        </w:rPr>
        <w:t>(X 328) καὶ φωνῆς ὄντα πορείαν ἐπιστάμενος, ἄτμητον ἐπὶ Ἕκτορι τετήρηκεν, (X 329) ὄφρα τί μιν προτιείποι ἀμειβόμενος ἐπέεσσιν.</w:t>
      </w:r>
    </w:p>
    <w:p>
      <w:r>
        <w:rPr>
          <w:rFonts w:ascii="Courier New" w:hAnsi="Courier New"/>
          <w:color w:val="555555"/>
          <w:sz w:val="20"/>
        </w:rPr>
        <w:t>[2 . 207]</w:t>
      </w:r>
    </w:p>
    <w:p>
      <w:r>
        <w:rPr>
          <w:rFonts w:ascii="Gentium Plus" w:hAnsi="Gentium Plus"/>
          <w:sz w:val="24"/>
        </w:rPr>
        <w:t>ἥ γε μὴν φάρυγξ στομάχου ἐστὶν ἀρχή, ὡς βρόγχου λάρυγξ, καὶ φαρύγεθρον· λαρυγγίζειν δ’ εἴρηκε Δημοσθένης (XVIII 291), ὅπερ οἱ παλαίτεροι φαρυγγίζειν. τὸ δ’ ἔξω προῦχον αὐτοῦ περὶ τὸν τράχηλον γαργαρεὼν καὶ πρόλοβος. τοῦ δὲ στομάχου καταλήγοντος</w:t>
      </w:r>
    </w:p>
    <w:p>
      <w:r>
        <w:rPr>
          <w:rFonts w:ascii="Courier New" w:hAnsi="Courier New"/>
          <w:color w:val="555555"/>
          <w:sz w:val="20"/>
        </w:rPr>
        <w:t>[5]</w:t>
      </w:r>
    </w:p>
    <w:p>
      <w:r>
        <w:rPr>
          <w:rFonts w:ascii="Gentium Plus" w:hAnsi="Gentium Plus"/>
          <w:sz w:val="24"/>
        </w:rPr>
        <w:t>εἰς τὴν κοιλίαν, ὡς προύλεγον (II 202), ἡ τῆς κοιλίας εὐρυχωρία κεῖται κατὰ τὸ λαιὸν μέρος, τὸ μὲν στόμα κατὰ τὸν χόνδρον μέσον</w:t>
      </w:r>
    </w:p>
    <w:p>
      <w:r>
        <w:rPr>
          <w:rFonts w:ascii="Courier New" w:hAnsi="Courier New"/>
          <w:color w:val="555555"/>
          <w:sz w:val="20"/>
        </w:rPr>
        <w:t>[2 . 208]</w:t>
      </w:r>
    </w:p>
    <w:p>
      <w:r>
        <w:rPr>
          <w:rFonts w:ascii="Gentium Plus" w:hAnsi="Gentium Plus"/>
          <w:sz w:val="24"/>
        </w:rPr>
        <w:t>ἔχουσα, τὸ δὲ λοιπὸν σῶμα ὑπὸ τῷ διαφράγματι. τῆς δὲ κοιλίας ἐκπέφυκεν ἔντερον κατὰ τὰ δεξιὰ μᾶλλον νενευκός, τῇ ῥάχει μάλιστα προσκείμενον, ὃ καλεῖται πυλωρός· παραπέμπει δ’ εἰς τὴν ὀνομαζομένην νῆστιν τὴν τροφήν, ἥ ἐστιν ἔκτοσθεν μὲν πλέγμα νευ‐</w:t>
      </w:r>
    </w:p>
    <w:p>
      <w:r>
        <w:rPr>
          <w:rFonts w:ascii="Courier New" w:hAnsi="Courier New"/>
          <w:color w:val="555555"/>
          <w:sz w:val="20"/>
        </w:rPr>
        <w:t>[5]</w:t>
      </w:r>
    </w:p>
    <w:p>
      <w:r>
        <w:rPr>
          <w:rFonts w:ascii="Gentium Plus" w:hAnsi="Gentium Plus"/>
          <w:sz w:val="24"/>
        </w:rPr>
        <w:t>ρῶδες, ἔντοσθεν δὲ καὶ σαρκῶδες αὐτῇ παραμέμικται. κεῖται δ’ ὑπὸ τὴν νόθην πλευρὰν τὴν ἐν ἀριστεροῖς μέχρι τῆς λαγόνος παρή‐ κουσαν, κενὸν δ’ ἔστι διὰ παντὸς τοῦτο τὸ ἔντερον, ὅθεν καὶ</w:t>
      </w:r>
    </w:p>
    <w:p>
      <w:r>
        <w:rPr>
          <w:rFonts w:ascii="Courier New" w:hAnsi="Courier New"/>
          <w:color w:val="555555"/>
          <w:sz w:val="20"/>
        </w:rPr>
        <w:t>[2 . 209]</w:t>
      </w:r>
    </w:p>
    <w:p>
      <w:r>
        <w:rPr>
          <w:rFonts w:ascii="Gentium Plus" w:hAnsi="Gentium Plus"/>
          <w:sz w:val="24"/>
        </w:rPr>
        <w:t>νῆστις κέκληται. ταύτης δὲ τῆς νήστεως τὸ λεπτὸν ἔντερον ἐκπέ‐ φυκεν, ὑπὸ τὸν ὀμφαλὸν κείμενον ἕλιγμα, πάντα συμπληροῦν τὸν τόπον. λήγει δ’ εἰς δύο τέλη, ὧν τὸ μὲν καλεῖται κόλον καὶ κάτω κοιλία, ἣν νειαίρην Ὅμηρος (E 539) καλεῖ, κεῖται δ’ ἐν δεξιοῖς,</w:t>
      </w:r>
    </w:p>
    <w:p>
      <w:r>
        <w:rPr>
          <w:rFonts w:ascii="Courier New" w:hAnsi="Courier New"/>
          <w:color w:val="555555"/>
          <w:sz w:val="20"/>
        </w:rPr>
        <w:t>[5]</w:t>
      </w:r>
    </w:p>
    <w:p>
      <w:r>
        <w:rPr>
          <w:rFonts w:ascii="Gentium Plus" w:hAnsi="Gentium Plus"/>
          <w:sz w:val="24"/>
        </w:rPr>
        <w:t>παρὰ τὸ ὑποχόνδριον· ἀφ’ οὗ καὶ τὸ κολάζεσθαι καὶ κόλασις καὶ κολαστήρια, διὰ τὸ φέρειν τὸ ἐν αὐτῷ πάθος τοῖς σώμασιν ὀξείας</w:t>
      </w:r>
    </w:p>
    <w:p>
      <w:r>
        <w:rPr>
          <w:rFonts w:ascii="Courier New" w:hAnsi="Courier New"/>
          <w:color w:val="555555"/>
          <w:sz w:val="20"/>
        </w:rPr>
        <w:t>[2 . 210]</w:t>
      </w:r>
    </w:p>
    <w:p>
      <w:r>
        <w:rPr>
          <w:rFonts w:ascii="Gentium Plus" w:hAnsi="Gentium Plus"/>
          <w:sz w:val="24"/>
        </w:rPr>
        <w:t>τινὰς ἀλγηδόνας. τὸ δ’ ἑτέρωθεν τῷ λεπτῷ ἐντέρῳ λήγοντι συνάπτον</w:t>
      </w:r>
    </w:p>
    <w:p>
      <w:r>
        <w:rPr>
          <w:rFonts w:ascii="Courier New" w:hAnsi="Courier New"/>
          <w:color w:val="555555"/>
          <w:sz w:val="20"/>
        </w:rPr>
        <w:t>[5]</w:t>
      </w:r>
    </w:p>
    <w:p>
      <w:r>
        <w:rPr>
          <w:rFonts w:ascii="Gentium Plus" w:hAnsi="Gentium Plus"/>
          <w:sz w:val="24"/>
        </w:rPr>
        <w:t>ὀσφύι προσπεφυκός. ὁ δὲ δακτύλιος ἐντέρου μὲν τέλος, ὁδὸς δὲ τῶν ἐκ κοιλίας περιττῶν, οὑτωσὶ μὲν ἰδεῖν μεμυκώς, ἐπὶ δὲ πλεῖστον</w:t>
      </w:r>
    </w:p>
    <w:p>
      <w:r>
        <w:rPr>
          <w:rFonts w:ascii="Courier New" w:hAnsi="Courier New"/>
          <w:color w:val="555555"/>
          <w:sz w:val="20"/>
        </w:rPr>
        <w:t>[2 . 211]</w:t>
      </w:r>
    </w:p>
    <w:p>
      <w:r>
        <w:rPr>
          <w:rFonts w:ascii="Gentium Plus" w:hAnsi="Gentium Plus"/>
          <w:sz w:val="24"/>
        </w:rPr>
        <w:t>ἀνοιγόμενος, ὃν οἱ μὲν σφιγκτῆρα οἱ δὲ στεφάνην καλοῦσιν. τὸ μέντοι μεσεντέριον ἔστι μὲν ὑμὴν ἐκ φλεβῶν καὶ νεύρων συμπλακείς, νε‐ φροῖς δὲ καὶ κοιλίᾳ γειτνιᾷ, τὴν τροφὴν ἀναπέμπον εἰς τὸ ἧπαρ. ἀπὸ δ’ ἐντέρου ὀνόματα δυσεντερία παρὰ Πλάτωνι (Theaetet</w:t>
      </w:r>
    </w:p>
    <w:p>
      <w:r>
        <w:rPr>
          <w:rFonts w:ascii="Courier New" w:hAnsi="Courier New"/>
          <w:color w:val="555555"/>
          <w:sz w:val="20"/>
        </w:rPr>
        <w:t>[5]</w:t>
      </w:r>
    </w:p>
    <w:p>
      <w:r>
        <w:rPr>
          <w:rFonts w:ascii="Gentium Plus" w:hAnsi="Gentium Plus"/>
          <w:sz w:val="24"/>
        </w:rPr>
        <w:t>142 B et Tim 86 A) καὶ λειεντερία παρ’ Ἱπποκράτει (Prorrhet 23),</w:t>
      </w:r>
    </w:p>
    <w:p>
      <w:r>
        <w:rPr>
          <w:rFonts w:ascii="Courier New" w:hAnsi="Courier New"/>
          <w:color w:val="555555"/>
          <w:sz w:val="20"/>
        </w:rPr>
        <w:t>[2 . 212]</w:t>
      </w:r>
    </w:p>
    <w:p>
      <w:r>
        <w:rPr>
          <w:rFonts w:ascii="Gentium Plus" w:hAnsi="Gentium Plus"/>
          <w:sz w:val="24"/>
        </w:rPr>
        <w:t>καὶ ἐντεριώνη τὸ ἐντὸς τῶν ῥάβδων, ὃ ἐξαίρουσιν οἱ βουλόμενοι κενῶσαι τὴν ῥάβδον εἰς σύριγγα ἢ αὐλὸν ἤ τι τοιοῦτον. ἐντερονείαν δὲ τὰ καλούμενα ἐγκοίλια τῶν νεῶν Ἀριστοφάνης (Eq 1185) ὠνό‐ μασεν. ἐκ μὲν δὴ τοῦ περιφεροῦς τῆς κοιλίας ἐκπέφυκεν, αὐτήν</w:t>
      </w:r>
    </w:p>
    <w:p>
      <w:r>
        <w:rPr>
          <w:rFonts w:ascii="Courier New" w:hAnsi="Courier New"/>
          <w:color w:val="555555"/>
          <w:sz w:val="20"/>
        </w:rPr>
        <w:t>[5]</w:t>
      </w:r>
    </w:p>
    <w:p>
      <w:r>
        <w:rPr>
          <w:rFonts w:ascii="Gentium Plus" w:hAnsi="Gentium Plus"/>
          <w:sz w:val="24"/>
        </w:rPr>
        <w:t>τε καὶ μέρος τοῦ ἄλλου ἐντέρου καλύπτον, τὸ ὀνομαζόμενον ἐπίπλοον· ὁ δ’ ἀπὸ τῶν νεφρῶν ἐπὶ πάντα τὰ ἔντερα σχιζόμενος χιτὼν περι‐ τόναιον καλεῖται.</w:t>
      </w:r>
    </w:p>
    <w:p>
      <w:r>
        <w:rPr>
          <w:rFonts w:ascii="Courier New" w:hAnsi="Courier New"/>
          <w:color w:val="555555"/>
          <w:sz w:val="20"/>
        </w:rPr>
        <w:t>[2 . 213]</w:t>
      </w:r>
    </w:p>
    <w:p>
      <w:r>
        <w:rPr>
          <w:rFonts w:ascii="Gentium Plus" w:hAnsi="Gentium Plus"/>
          <w:sz w:val="24"/>
        </w:rPr>
        <w:t>τοῦ δ’ ἥπατος ἐν τοῖς δεξιοῖς κειμένου καὶ τὸ νεαρὸν αἷμα διὰ φλεβῶν ἐκ κοιλίας ὑποδεχομένου, τὰ μὲν πρὸς ταῖς φρεσὶ καὶ τῷ περιτοναίῳ κυρτά, τὰ δὲ κάτωθεν ἐπιψαύοντα τῆς γαστρὸς σιμὰ ὀνομάζεται. τὸ δὲ μέγιστον ἔργον ἥπατος διακρῖναι τὴν</w:t>
      </w:r>
    </w:p>
    <w:p>
      <w:r>
        <w:rPr>
          <w:rFonts w:ascii="Courier New" w:hAnsi="Courier New"/>
          <w:color w:val="555555"/>
          <w:sz w:val="20"/>
        </w:rPr>
        <w:t>[5]</w:t>
      </w:r>
    </w:p>
    <w:p>
      <w:r>
        <w:rPr>
          <w:rFonts w:ascii="Gentium Plus" w:hAnsi="Gentium Plus"/>
          <w:sz w:val="24"/>
        </w:rPr>
        <w:t>τροφὴν εἰς αἷμα καὶ χολήν, καὶ τῆς μὲν ἀγγεῖόν τι πληρῶσαι, ὃ ἔγκει‐</w:t>
      </w:r>
    </w:p>
    <w:p>
      <w:r>
        <w:rPr>
          <w:rFonts w:ascii="Courier New" w:hAnsi="Courier New"/>
          <w:color w:val="555555"/>
          <w:sz w:val="20"/>
        </w:rPr>
        <w:t>[2 . 214]</w:t>
      </w:r>
    </w:p>
    <w:p>
      <w:r>
        <w:rPr>
          <w:rFonts w:ascii="Gentium Plus" w:hAnsi="Gentium Plus"/>
          <w:sz w:val="24"/>
        </w:rPr>
        <w:t>ται τῷ μεγίστῳ λοβῷ καὶ ὁμωνύμως τῷ ὑπ’ αὐτῷ ὑγρῷ καλεῖται χολή, τὸ μὲν στενὸν αὐχένα καλούμενον ἔχουσα, τὸ δὲ πλῆρες πυθμένα. ἀπὸ δὲ χολῆς χολᾶν, μελαγχολᾶν, χολωθῆναι, ἐπίχολος, ὑπόχολος, χολέρα, χολημεσία, χολόβαφος, χολοβαφίνη· οὕτω γὰρ ἐπὶ τῶν</w:t>
      </w:r>
    </w:p>
    <w:p>
      <w:r>
        <w:rPr>
          <w:rFonts w:ascii="Courier New" w:hAnsi="Courier New"/>
          <w:color w:val="555555"/>
          <w:sz w:val="20"/>
        </w:rPr>
        <w:t>[5]</w:t>
      </w:r>
    </w:p>
    <w:p>
      <w:r>
        <w:rPr>
          <w:rFonts w:ascii="Gentium Plus" w:hAnsi="Gentium Plus"/>
          <w:sz w:val="24"/>
        </w:rPr>
        <w:t>πλασμάτων οἱ Ἀττικοὶ τὴν χρυσοειδῆ ἐκάλεσαν, ὡς ὑπόχολον τὸν μελαγχολῶντα. καὶ ἀκρόχολον δὲ καὶ ἀκροχολοῦντα Πλάτων (Leg V 731 D) λέγει. τὸ δ’ αἷμα διὰ φλεβῶν εἰς πᾶν διασπείρεται τὸ</w:t>
      </w:r>
    </w:p>
    <w:p>
      <w:r>
        <w:rPr>
          <w:rFonts w:ascii="Courier New" w:hAnsi="Courier New"/>
          <w:color w:val="555555"/>
          <w:sz w:val="20"/>
        </w:rPr>
        <w:t>[2 . 215]</w:t>
      </w:r>
    </w:p>
    <w:p>
      <w:r>
        <w:rPr>
          <w:rFonts w:ascii="Gentium Plus" w:hAnsi="Gentium Plus"/>
          <w:sz w:val="24"/>
        </w:rPr>
        <w:t>σῶμα. ἀπὸ δ’ αἵματος αἱμάξαι, αἱμάσσων, αἱματηρόν, ὕφαιμον, αἱματῶδες, αἷμα ἐμῶν, αἷμα σχάσαι τὸ λῦσαι φλέβα, ‘τῷ κέντρῳ ἐξαιμάσσειν,‘ καὶ ἔναιμον, καὶ ἐναιμῶδες παρὰ Ἀντιφῶντι (p 150 not Bi), καὶ ἀναίμους δὲ καὶ ὀλιγαίμους. καλεῖται δὲ τοῦ ἥπατος τὸ</w:t>
      </w:r>
    </w:p>
    <w:p>
      <w:r>
        <w:rPr>
          <w:rFonts w:ascii="Courier New" w:hAnsi="Courier New"/>
          <w:color w:val="555555"/>
          <w:sz w:val="20"/>
        </w:rPr>
        <w:t>[5]</w:t>
      </w:r>
    </w:p>
    <w:p>
      <w:r>
        <w:rPr>
          <w:rFonts w:ascii="Gentium Plus" w:hAnsi="Gentium Plus"/>
          <w:sz w:val="24"/>
        </w:rPr>
        <w:t>μέν τι πύλαι, καθ’ ἃς ὑποδέχεται τὸ αἷμα, ὅπερ διὰ μιᾶς φλεβὸς εἰς πάσας τὰς φλέβας ἀπ’ αὐτῶν ἀναπέμπεται· τὸ δὲ λοβοὶ ἡπατίαι, καθάπερ οἱ τοῦ πνεύμονος πνευμονίαι.</w:t>
      </w:r>
    </w:p>
    <w:p>
      <w:r>
        <w:rPr>
          <w:rFonts w:ascii="Courier New" w:hAnsi="Courier New"/>
          <w:color w:val="555555"/>
          <w:sz w:val="20"/>
        </w:rPr>
        <w:t>[2 . 216]</w:t>
      </w:r>
    </w:p>
    <w:p>
      <w:r>
        <w:rPr>
          <w:rFonts w:ascii="Gentium Plus" w:hAnsi="Gentium Plus"/>
          <w:sz w:val="24"/>
        </w:rPr>
        <w:t>ἐπίκειται δ’ αὐτῷ τὸ διάφραγμα, συγκείμενον ἐκ φλεβῶν, ὃ καὶ διαφράττει ἀπὸ τοῦ ἥπατος πνεύμονα καὶ καρδίαν. τὰ δ’ ἀπ’ αὐτοῦ ὀνόματα φράττειν, ἀποφράττειν, ἐμφράττειν, ἐπιφράττειν, φράγμα, φραγμός. τῷ δὲ διαφράγματι ἡ γαστὴρ ὑπόκειται, καὶ</w:t>
      </w:r>
    </w:p>
    <w:p>
      <w:r>
        <w:rPr>
          <w:rFonts w:ascii="Courier New" w:hAnsi="Courier New"/>
          <w:color w:val="555555"/>
          <w:sz w:val="20"/>
        </w:rPr>
        <w:t>[5]</w:t>
      </w:r>
    </w:p>
    <w:p>
      <w:r>
        <w:rPr>
          <w:rFonts w:ascii="Gentium Plus" w:hAnsi="Gentium Plus"/>
          <w:sz w:val="24"/>
        </w:rPr>
        <w:t>καλεῖται ἄνω κοιλία. ὑπέρκειται δ’ αὐτοῦ ἡ καρδία, κόλπους ἔχουσα αἵματός τε καὶ πνεύματος, ὧν τὸ μὲν ἐκπέμπει δι’ ἀρτηριῶν,</w:t>
      </w:r>
    </w:p>
    <w:p>
      <w:r>
        <w:rPr>
          <w:rFonts w:ascii="Courier New" w:hAnsi="Courier New"/>
          <w:color w:val="555555"/>
          <w:sz w:val="20"/>
        </w:rPr>
        <w:t>[2 . 217]</w:t>
      </w:r>
    </w:p>
    <w:p>
      <w:r>
        <w:rPr>
          <w:rFonts w:ascii="Gentium Plus" w:hAnsi="Gentium Plus"/>
          <w:sz w:val="24"/>
        </w:rPr>
        <w:t>τὸ δὲ ἀναπέμπει διὰ φλεβῶν. οἱ δὲ κόλποι καλοῦνται κοιλίαι, ἡ μὲν ἀριστερὰ παχυτέρα τε καὶ πνεύματος οὖσα ἄφεσις, ἡ δὲ δεξιὰ λεπτο‐ τέρα μέν, ἐπὶ μείζονος δὲ τῆς εὐρυχωρίας, ἀφ’ ἧς οἱ τοῦ αἵματος ὀχετοὶ φέρονται. κεῖται δ’ ὑπὸ μαστὸν ἀριστερόν. ὄνομα δ’ ἀπ’</w:t>
      </w:r>
    </w:p>
    <w:p>
      <w:r>
        <w:rPr>
          <w:rFonts w:ascii="Courier New" w:hAnsi="Courier New"/>
          <w:color w:val="555555"/>
          <w:sz w:val="20"/>
        </w:rPr>
        <w:t>[5]</w:t>
      </w:r>
    </w:p>
    <w:p>
      <w:r>
        <w:rPr>
          <w:rFonts w:ascii="Gentium Plus" w:hAnsi="Gentium Plus"/>
          <w:sz w:val="24"/>
        </w:rPr>
        <w:t>αὐτῆς εὐκάρδιος, καὶ καρδιώττειν· οὕτω δ’ οἱ Δωριεῖς τὸ παρὰ Ξενοφῶντι (Anab IV 5. 7) βουλιμιᾶν καλοῦσιν. καλεῖται δέ τις καὶ περικάρδιος ὑμήν, ὁ διαφράττων τὸν θώρακα, ὃς καὶ χιτὼν ὀνομά‐</w:t>
      </w:r>
    </w:p>
    <w:p>
      <w:r>
        <w:rPr>
          <w:rFonts w:ascii="Courier New" w:hAnsi="Courier New"/>
          <w:color w:val="555555"/>
          <w:sz w:val="20"/>
        </w:rPr>
        <w:t>[2 . 218]</w:t>
      </w:r>
    </w:p>
    <w:p>
      <w:r>
        <w:rPr>
          <w:rFonts w:ascii="Gentium Plus" w:hAnsi="Gentium Plus"/>
          <w:sz w:val="24"/>
        </w:rPr>
        <w:t>ζεται. ἡ μὲν δὴ βάσις τῆς καρδίας καλεῖται κεφαλή, τὸ δὲ προῦχον</w:t>
      </w:r>
    </w:p>
    <w:p>
      <w:r>
        <w:rPr>
          <w:rFonts w:ascii="Courier New" w:hAnsi="Courier New"/>
          <w:color w:val="555555"/>
          <w:sz w:val="20"/>
        </w:rPr>
        <w:t>[5]</w:t>
      </w:r>
    </w:p>
    <w:p>
      <w:r>
        <w:rPr>
          <w:rFonts w:ascii="Gentium Plus" w:hAnsi="Gentium Plus"/>
          <w:sz w:val="24"/>
        </w:rPr>
        <w:t>ρίας αἳ κεῖνται πρὸ τοῦ στομάχου, δι’ ὧν ὁ θώραξ ἀναφυσώμενος τῷ</w:t>
      </w:r>
    </w:p>
    <w:p>
      <w:r>
        <w:rPr>
          <w:rFonts w:ascii="Courier New" w:hAnsi="Courier New"/>
          <w:color w:val="555555"/>
          <w:sz w:val="20"/>
        </w:rPr>
        <w:t>[2 . 219]</w:t>
      </w:r>
    </w:p>
    <w:p>
      <w:r>
        <w:rPr>
          <w:rFonts w:ascii="Gentium Plus" w:hAnsi="Gentium Plus"/>
          <w:sz w:val="24"/>
        </w:rPr>
        <w:t>πνεύματι καὶ συνιζάνων εἰς τὸν πνεύμονα ἀναθλίβεται. ὁ δὲ πνεύ‐ μων κεῖται μὲν ὑπὲρ τὸ διάφραγμα, ὃ καλοῦσι καὶ φρένας, ὥσπερ τοὺς ἐν ταῖς πλευραῖς ὑμένας ὑπεζωκότας· τῇ δὲ τοῦ θώρακος εὐρυχωρίᾳ, ἣ καλεῖται κενὰ θώρακος, ὁ πνεύμων χρῆται πρὸς τὴν</w:t>
      </w:r>
    </w:p>
    <w:p>
      <w:r>
        <w:rPr>
          <w:rFonts w:ascii="Courier New" w:hAnsi="Courier New"/>
          <w:color w:val="555555"/>
          <w:sz w:val="20"/>
        </w:rPr>
        <w:t>[5]</w:t>
      </w:r>
    </w:p>
    <w:p>
      <w:r>
        <w:rPr>
          <w:rFonts w:ascii="Gentium Plus" w:hAnsi="Gentium Plus"/>
          <w:sz w:val="24"/>
        </w:rPr>
        <w:t>τοῦ πνεύματος ἐκροήν. ὀνομάζοις δ’ ἂν ἀπ’ αὐτοῦ πνεῖν, ἀναπνεῖν, ἀποπνεῖν, ἐκπνεῖν, διαπνεῖν, πνέων, ἀποπνέων, ἐκπνέων, δια‐ πνέων, διαπνεόμενος, πνεῦμα, ἐμπνέων, ἐμπνεῖν, ἐπιπνέων, ἐπι‐ πνεῖν, ἐπίπνους, εὔπνους, καταπνεόμενος, ἀναπνοή, περιπνευμονία, δύσπνοια, ἔμπνους, ἐπίπνοια, διάπνοια.</w:t>
      </w:r>
    </w:p>
    <w:p>
      <w:r>
        <w:rPr>
          <w:rFonts w:ascii="Courier New" w:hAnsi="Courier New"/>
          <w:color w:val="555555"/>
          <w:sz w:val="20"/>
        </w:rPr>
        <w:t>[2 . 220]</w:t>
      </w:r>
    </w:p>
    <w:p>
      <w:r>
        <w:rPr>
          <w:rFonts w:ascii="Gentium Plus" w:hAnsi="Gentium Plus"/>
          <w:sz w:val="24"/>
        </w:rPr>
        <w:t>περὶ μέντοι τὴν κοιλίαν κατὰ τὰ λαιὰ ὑπὸ τὸ διάφραγμα τὸν σπλῆνα κεῖσθαι συμβέβηκεν, ὃν ὁ Πλάτων (Tim 72 C) ἐκμαγεῖον τοῦ ἥπατος γεγενῆσθαι φησίν· ἄλλην γὰρ οὐδεμίαν χρείαν παρέχεται. κεφαλὴ δ’ αὐτοῦ τὸ παχύτατον ὀνομάζεται. λέγεται δὲ καὶ σπληνίον.</w:t>
      </w:r>
    </w:p>
    <w:p>
      <w:r>
        <w:rPr>
          <w:rFonts w:ascii="Courier New" w:hAnsi="Courier New"/>
          <w:color w:val="555555"/>
          <w:sz w:val="20"/>
        </w:rPr>
        <w:t>[5]</w:t>
      </w:r>
    </w:p>
    <w:p>
      <w:r>
        <w:rPr>
          <w:rFonts w:ascii="Gentium Plus" w:hAnsi="Gentium Plus"/>
          <w:sz w:val="24"/>
        </w:rPr>
        <w:t>ὄνομα δ’ ἀπ’ αὐτοῦ τὸ σπληνιᾶν, ὅπερ ἐστὶ τὸν σπλῆνα ἀλγεῖν. ἡ δὲ τῶν νεφρῶν θέσις, ἀφ’ ὧν καὶ νεφρῖτις νόσος, ὑπὸ σπληνὶ καὶ ἥπατι, καθ’ ἑτέραν τὴν λαγόνα τῶν νεφρῶν ἑκάτερος κείμενος, καὶ</w:t>
      </w:r>
    </w:p>
    <w:p>
      <w:r>
        <w:rPr>
          <w:rFonts w:ascii="Courier New" w:hAnsi="Courier New"/>
          <w:color w:val="555555"/>
          <w:sz w:val="20"/>
        </w:rPr>
        <w:t>[2 . 221]</w:t>
      </w:r>
    </w:p>
    <w:p>
      <w:r>
        <w:rPr>
          <w:rFonts w:ascii="Gentium Plus" w:hAnsi="Gentium Plus"/>
          <w:sz w:val="24"/>
        </w:rPr>
        <w:t>τὸ ἀπορρέον τοῦ σώματος ὑγρὸν εἰς κύστιν διηθῶν. ἥ γε μὴν κύστις κατὰ τὴν εὐρυχωρίαν τῶν πλατέων ὀστῶν κειμένη τὸ ὑγρὸν ἐφ’ ἑαυτὴν συλλέγει. καὶ μὴν ἐπὶ γυναικῶν μέσον ἀρχοῦ τε καὶ κύστεως κεῖται τὸ μητρῷον χωρίον, ὃ μήτραν τε καλοῦσι καὶ ὑστέραν</w:t>
      </w:r>
    </w:p>
    <w:p>
      <w:r>
        <w:rPr>
          <w:rFonts w:ascii="Courier New" w:hAnsi="Courier New"/>
          <w:color w:val="555555"/>
          <w:sz w:val="20"/>
        </w:rPr>
        <w:t>[5]</w:t>
      </w:r>
    </w:p>
    <w:p>
      <w:r>
        <w:rPr>
          <w:rFonts w:ascii="Gentium Plus" w:hAnsi="Gentium Plus"/>
          <w:sz w:val="24"/>
        </w:rPr>
        <w:t>καὶ δελφύν, ἀφ’ ἧς καὶ ἀδελφοὶ οἱ ἐν τῇ αὐτῇ μήτρᾳ συστάντες, ὡς ἄλοχος παρὰ τοῖς ποιηταῖς (Hom I 336 saep) ἡ ἐπὶ τὸ αὐτὸ λέχος ἀναβαίνουσα καὶ ἄκοιτις (Hom Γ 138 saep) ἡ τῆς αὐτῆς κοίτης μετέ‐</w:t>
      </w:r>
    </w:p>
    <w:p>
      <w:r>
        <w:rPr>
          <w:rFonts w:ascii="Courier New" w:hAnsi="Courier New"/>
          <w:color w:val="555555"/>
          <w:sz w:val="20"/>
        </w:rPr>
        <w:t>[2 . 222]</w:t>
      </w:r>
    </w:p>
    <w:p>
      <w:r>
        <w:rPr>
          <w:rFonts w:ascii="Gentium Plus" w:hAnsi="Gentium Plus"/>
          <w:sz w:val="24"/>
        </w:rPr>
        <w:t>χουσα. Ἱπποκράτης (de fem steril 222) δ’ οὐ δελφὺν μόνον ἀλλὰ καὶ γονὴν τὴν μήτραν καλεῖ, ἐν ᾗ τό τ’ ἔμβρυον συνίσταται καὶ τρέφεται καὶ τὸ ἔμμηνον αἷμα συναθροίζεται. τῆς δὲ μήτρας αἱ ἐπὶ τὰ ἄνω καὶ τὰ πλάγια ἐκφύσεις κεραῖαι καλοῦνται καὶ πλεκτάναι,</w:t>
      </w:r>
    </w:p>
    <w:p>
      <w:r>
        <w:rPr>
          <w:rFonts w:ascii="Courier New" w:hAnsi="Courier New"/>
          <w:color w:val="555555"/>
          <w:sz w:val="20"/>
        </w:rPr>
        <w:t>[5]</w:t>
      </w:r>
    </w:p>
    <w:p>
      <w:r>
        <w:rPr>
          <w:rFonts w:ascii="Gentium Plus" w:hAnsi="Gentium Plus"/>
          <w:sz w:val="24"/>
        </w:rPr>
        <w:t>τὰ δ’ ἑκατέρωθεν ὦμοι, καὶ τὸ ἄκρον αὐχὴν ἢ τράχηλος· οὗ στόμα ὁ πρῶτος πόρος, τὸ δ’ ἐφεξῆς κοίλωμα γυναικεῖος κόλπος. δύο δὲ</w:t>
      </w:r>
    </w:p>
    <w:p>
      <w:r>
        <w:rPr>
          <w:rFonts w:ascii="Courier New" w:hAnsi="Courier New"/>
          <w:color w:val="555555"/>
          <w:sz w:val="20"/>
        </w:rPr>
        <w:t>[2 . 223]</w:t>
      </w:r>
    </w:p>
    <w:p>
      <w:r>
        <w:rPr>
          <w:rFonts w:ascii="Gentium Plus" w:hAnsi="Gentium Plus"/>
          <w:sz w:val="24"/>
        </w:rPr>
        <w:t>δὴ περὶ τῷ ἐμβρύῳ χιτῶνες εἰσίν, ὧν τὸν μὲν ἔνδοθεν λεπτότερον ὄντα καὶ μαλακώτερον ἀμνίον Ἐμπεδοκλῆς (FPG III poes phils 70 Diels) καλεῖ, τὸ δ’ ἔξωθεν ἐπ’ αὐτῷ, τὸ πρὸς τῇ ὑστέρᾳ, χόριον ὀνομάζεται, οὗ καὶ ὁ ὀμφαλὸς ἐκπέφυκεν. καὶ Ἀντιφῶν</w:t>
      </w:r>
    </w:p>
    <w:p>
      <w:r>
        <w:rPr>
          <w:rFonts w:ascii="Courier New" w:hAnsi="Courier New"/>
          <w:color w:val="555555"/>
          <w:sz w:val="20"/>
        </w:rPr>
        <w:t>[5]</w:t>
      </w:r>
    </w:p>
    <w:p>
      <w:r>
        <w:rPr>
          <w:rFonts w:ascii="Gentium Plus" w:hAnsi="Gentium Plus"/>
          <w:sz w:val="24"/>
        </w:rPr>
        <w:t>(p 150 not Bl) δ’ εἴρηκεν ‘ἐν ᾧ τὸ ἔμβρυον αὐξάνεταί τε καὶ τρέφεται, καλεῖται χόριον.‘ οἱ δὲ παραπέμποντες ἐξ ἑκατέρων τῶν</w:t>
      </w:r>
    </w:p>
    <w:p>
      <w:r>
        <w:rPr>
          <w:rFonts w:ascii="Courier New" w:hAnsi="Courier New"/>
          <w:color w:val="555555"/>
          <w:sz w:val="20"/>
        </w:rPr>
        <w:t>[2 . 224]</w:t>
      </w:r>
    </w:p>
    <w:p>
      <w:r>
        <w:rPr>
          <w:rFonts w:ascii="Gentium Plus" w:hAnsi="Gentium Plus"/>
          <w:sz w:val="24"/>
        </w:rPr>
        <w:t>νεφρῶν τὸ οὖρον τόποι οὐράναι τε καὶ οὐρητῆρες καλοῦνται· ἡ δὲ τραγῳδία (Aeschyl TGF 180 N) τὴν ἀμίδα οὐράνην ἐκάλεσεν. κα‐ λεῖται δέ τις καὶ περιτόναιος ὑμήν, τῷ παντὶ ὑπογαστρίῳ συμπε‐ φυκώς, καὶ περιειληφὼς κοιλίαν καὶ ἔντερα καὶ πάντα τὸν ἀπὸ δια‐</w:t>
      </w:r>
    </w:p>
    <w:p>
      <w:r>
        <w:rPr>
          <w:rFonts w:ascii="Courier New" w:hAnsi="Courier New"/>
          <w:color w:val="555555"/>
          <w:sz w:val="20"/>
        </w:rPr>
        <w:t>[5]</w:t>
      </w:r>
    </w:p>
    <w:p>
      <w:r>
        <w:rPr>
          <w:rFonts w:ascii="Gentium Plus" w:hAnsi="Gentium Plus"/>
          <w:sz w:val="24"/>
        </w:rPr>
        <w:t>φράγματος τόπον μέχρι ἐπισίου. καὶ μὴν ἔκ γε τοῦ σπληνὸς ἕτερος ὑμὴν τοῦ προτέρου λεπτότερος ἐκπεφυκώς, ὑπὸ τὸ περιτόναιον κεί‐ μενος, τὰ ὑπὸ τῷ διαφράγματι περιειληφώς, ἐπίπλους ὀνομάζεται·</w:t>
      </w:r>
    </w:p>
    <w:p>
      <w:r>
        <w:rPr>
          <w:rFonts w:ascii="Courier New" w:hAnsi="Courier New"/>
          <w:color w:val="555555"/>
          <w:sz w:val="20"/>
        </w:rPr>
        <w:t>[2 . 225]</w:t>
      </w:r>
    </w:p>
    <w:p>
      <w:r>
        <w:rPr>
          <w:rFonts w:ascii="Gentium Plus" w:hAnsi="Gentium Plus"/>
          <w:sz w:val="24"/>
        </w:rPr>
        <w:t>καλεῖ. ἰατροὶ δὲ καὶ ἀδένας τινὰς καλοῦσιν· ὄγκοι δ’ εἰσὶν ἐν μέσῳ σαρκὸς καὶ πιμελῆς συνιστάμενοι, μάλιστα περὶ βουβῶνάς τε καὶ μασχάλας καὶ σιαγόνας καὶ μεσεντέριον, περὶ ἃ καὶ αἱ χοιράδες συνίστανται. τῶν δὲ φλεβῶν ἡ κοίλη καλουμένη μεγίστη τ’ ἐστὶ</w:t>
      </w:r>
    </w:p>
    <w:p>
      <w:r>
        <w:rPr>
          <w:rFonts w:ascii="Courier New" w:hAnsi="Courier New"/>
          <w:color w:val="555555"/>
          <w:sz w:val="20"/>
        </w:rPr>
        <w:t>[5]</w:t>
      </w:r>
    </w:p>
    <w:p>
      <w:r>
        <w:rPr>
          <w:rFonts w:ascii="Gentium Plus" w:hAnsi="Gentium Plus"/>
          <w:sz w:val="24"/>
        </w:rPr>
        <w:t>καὶ ἀπὸ καρδίας ἄρχεται, καὶ πᾶσα τῷ ἥπατι προσπέφυκεν, δι’ ἧς ἀπὸ τοῦ ἥπατος ἀνέλκει τὸ αἷμα ἡ καρδία. ὥσπερ καὶ τῶν ἀρτηριῶν ἣ μεγίστη καλεῖται, οὕτω καὶ ἔστι, καὶ κεῖται κατὰ τὴν ῥάχιν λαμβά‐ νουσά τε τὸ πνεῦμα παρὰ καρδίας καὶ διασπείρουσα εἰς τὰς ἄλλας ἀρτηρίας, ὡς εἰς πᾶν διαδίδοσθαι τὸ σῶμα.</w:t>
      </w:r>
    </w:p>
    <w:p>
      <w:r>
        <w:rPr>
          <w:rFonts w:ascii="Courier New" w:hAnsi="Courier New"/>
          <w:color w:val="555555"/>
          <w:sz w:val="20"/>
        </w:rPr>
        <w:t>[2 . 226]</w:t>
      </w:r>
    </w:p>
    <w:p>
      <w:r>
        <w:rPr>
          <w:rFonts w:ascii="Gentium Plus" w:hAnsi="Gentium Plus"/>
          <w:sz w:val="24"/>
        </w:rPr>
        <w:t>σύγκειται μὲν δὴ ὁ πᾶς ἄνθρωπος ἐκ ψυχῆς τε καὶ σώματος, καὶ ἔστιν ἡ ψυχὴ πνεῦμα ἢ πῦρ ἢ αἷμα ἢ ὅ τι ἂν δοκῇ τοῖς σοφοῖς, μέρη δ’ αὐτῆς νοῦς ἐπιθυμία θυμός. καὶ ὁ μὲν νοῦς καὶ λογισμὸς καὶ ἡγεμονικόν, εἴτε περὶ ἐγκεφάλῳ κατὰ Πυθαγόραν καὶ Πλάτωνα</w:t>
      </w:r>
    </w:p>
    <w:p>
      <w:r>
        <w:rPr>
          <w:rFonts w:ascii="Courier New" w:hAnsi="Courier New"/>
          <w:color w:val="555555"/>
          <w:sz w:val="20"/>
        </w:rPr>
        <w:t>[5]</w:t>
      </w:r>
    </w:p>
    <w:p>
      <w:r>
        <w:rPr>
          <w:rFonts w:ascii="Gentium Plus" w:hAnsi="Gentium Plus"/>
          <w:sz w:val="24"/>
        </w:rPr>
        <w:t>(Tim 73 D) ἱδρυμένος, εἴτε ἐν παρεγκεφαλίδι ἢ μήνιγξιν, ὡς πολλοῖς τῶν ἰατρῶν δοκεῖ, εἴτε κατὰ τὸ μεσόφρυον, ὡς ἔλεγε Στράτων, εἴτε περὶ τὸ αἷμα, ὡς Ἐμπεδοκλῆς τε καὶ Ἀριστοτέλης,</w:t>
      </w:r>
    </w:p>
    <w:p>
      <w:r>
        <w:rPr>
          <w:rFonts w:ascii="Courier New" w:hAnsi="Courier New"/>
          <w:color w:val="555555"/>
          <w:sz w:val="20"/>
        </w:rPr>
        <w:t>[2 . 227]</w:t>
      </w:r>
    </w:p>
    <w:p>
      <w:r>
        <w:rPr>
          <w:rFonts w:ascii="Gentium Plus" w:hAnsi="Gentium Plus"/>
          <w:sz w:val="24"/>
        </w:rPr>
        <w:t>εἴτε περὶ τὴν καρδίαν, ὡς ἡ Στοά. θυμοῦ δὲ τόπος ἄντικρυς ἡ καρδία, καθάπερ ὁ περὶ τὸ ἧπαρ τόπος ἐπιθυμίας. καὶ ἀπὸ μὲν ψυχῆς ὀνόματα εὔψυχος ἔμψυχος ἄψυχος, εὐψύχως ἐμψύχως</w:t>
      </w:r>
    </w:p>
    <w:p>
      <w:r>
        <w:rPr>
          <w:rFonts w:ascii="Courier New" w:hAnsi="Courier New"/>
          <w:color w:val="555555"/>
          <w:sz w:val="20"/>
        </w:rPr>
        <w:t>[5]</w:t>
      </w:r>
    </w:p>
    <w:p>
      <w:r>
        <w:rPr>
          <w:rFonts w:ascii="Gentium Plus" w:hAnsi="Gentium Plus"/>
          <w:sz w:val="24"/>
        </w:rPr>
        <w:t>ἀποψύχων παραψύχων, παραψυχή. ἀπὸ δὲ νοῦ νόησις, διάνοια,</w:t>
      </w:r>
    </w:p>
    <w:p>
      <w:r>
        <w:rPr>
          <w:rFonts w:ascii="Courier New" w:hAnsi="Courier New"/>
          <w:color w:val="555555"/>
          <w:sz w:val="20"/>
        </w:rPr>
        <w:t>[2 . 228]</w:t>
      </w:r>
    </w:p>
    <w:p>
      <w:r>
        <w:rPr>
          <w:rFonts w:ascii="Gentium Plus" w:hAnsi="Gentium Plus"/>
          <w:sz w:val="24"/>
        </w:rPr>
        <w:t>περίνοια, εὔνοια, ἀγχίνοια, ἐπίνοια, ἔννοια, ὑπόνοια, πολύνοια, ἀπόνοια, διχόνοια, μετάνοια, παράνοια, ἄνοια, πρόνοια· καθὼς Ἀντιφῶν (frg 168 Bl) ἐπινόημα, καὶ ἀνοητία ὡς Ἀριστοφάνης (I frg 746 Ko) καὶ διανόησις ὡς Πλάτων (Tim 87 C saep) καὶ</w:t>
      </w:r>
    </w:p>
    <w:p>
      <w:r>
        <w:rPr>
          <w:rFonts w:ascii="Courier New" w:hAnsi="Courier New"/>
          <w:color w:val="555555"/>
          <w:sz w:val="20"/>
        </w:rPr>
        <w:t>[5]</w:t>
      </w:r>
    </w:p>
    <w:p>
      <w:r>
        <w:rPr>
          <w:rFonts w:ascii="Gentium Plus" w:hAnsi="Gentium Plus"/>
          <w:sz w:val="24"/>
        </w:rPr>
        <w:t>διανοήματα. καὶ τὰ ῥήματα νοεῖν, διανοεῖσθαι, περινοεῖν, εὐνοεῖν·</w:t>
      </w:r>
    </w:p>
    <w:p>
      <w:r>
        <w:rPr>
          <w:rFonts w:ascii="Courier New" w:hAnsi="Courier New"/>
          <w:color w:val="555555"/>
          <w:sz w:val="20"/>
        </w:rPr>
        <w:t>[2 . 229]</w:t>
      </w:r>
    </w:p>
    <w:p>
      <w:r>
        <w:rPr>
          <w:rFonts w:ascii="Gentium Plus" w:hAnsi="Gentium Plus"/>
          <w:sz w:val="24"/>
        </w:rPr>
        <w:t>τὸ δ’ ἐπινοεῖν εὐτελέστερον, καὶ τὸ διχονοεῖν· διχογνωμεῖν γὰρ καὶ στασιάζειν καὶ διεστάναι καὶ ἐξεστασιάσθαι καὶ ἀπερρῆχθαι καὶ ἀπεσχίσθαι ἐπὶ τούτου ὡς ἀμείνω λέγουσιν, ὑπονοεῖν μέντοι καὶ μετανοεῖν καὶ παρανοεῖν. τὸ δ’ ἀπονενοῆσθαι φαυλότερον,</w:t>
      </w:r>
    </w:p>
    <w:p>
      <w:r>
        <w:rPr>
          <w:rFonts w:ascii="Courier New" w:hAnsi="Courier New"/>
          <w:color w:val="555555"/>
          <w:sz w:val="20"/>
        </w:rPr>
        <w:t>[5]</w:t>
      </w:r>
    </w:p>
    <w:p>
      <w:r>
        <w:rPr>
          <w:rFonts w:ascii="Gentium Plus" w:hAnsi="Gentium Plus"/>
          <w:sz w:val="24"/>
        </w:rPr>
        <w:t>προνοεῖν δὲ καὶ ἀνοηταίνειν. καὶ τὰ ὀνόματα νοήμων, διανοητικὸς καὶ περινοητικός. καὶ εὔνους, καὶ εὐνοϊκὸς ὡς Ἰσαῖος (frg 160 Tur), ἀγχίνους, πολύνους, ἀπονενοημένος, δύσνους, κακόνους, προνοητικός,</w:t>
      </w:r>
    </w:p>
    <w:p>
      <w:r>
        <w:rPr>
          <w:rFonts w:ascii="Courier New" w:hAnsi="Courier New"/>
          <w:color w:val="555555"/>
          <w:sz w:val="20"/>
        </w:rPr>
        <w:t>[2 . 230]</w:t>
      </w:r>
    </w:p>
    <w:p>
      <w:r>
        <w:rPr>
          <w:rFonts w:ascii="Gentium Plus" w:hAnsi="Gentium Plus"/>
          <w:sz w:val="24"/>
        </w:rPr>
        <w:t>ἄνους, ἀνόητος. ἀπὸ δὲ τῶν ἄλλων μετοχαῖς χρηστέον, Πλάτων (Sophist 238 C) δὲ καὶ ἀδιανόητα εἴρηκεν. τὰ δ’ ἐπιρρήματα εὔνως, εὐνοϊκῶς, εὐνοϊκωτέρως ὡς Δημοσθένης (LVII 1), κακό‐ νως, ἀνοήτως, ἀγχίνως, πολύνως, δύσνως· τὰ γὰρ ἀπὸ τῶν ἄλλων</w:t>
      </w:r>
    </w:p>
    <w:p>
      <w:r>
        <w:rPr>
          <w:rFonts w:ascii="Courier New" w:hAnsi="Courier New"/>
          <w:color w:val="555555"/>
          <w:sz w:val="20"/>
        </w:rPr>
        <w:t>[5]</w:t>
      </w:r>
    </w:p>
    <w:p>
      <w:r>
        <w:rPr>
          <w:rFonts w:ascii="Gentium Plus" w:hAnsi="Gentium Plus"/>
          <w:sz w:val="24"/>
        </w:rPr>
        <w:t>βιαιότερα. ἀπὸ δὲ θυμοῦ θυμοῦσθαι, θυμούμενος, θυμικός, θυ‐ μοειδής, ἄθυμος, εὔθυμος, εὐθυμία, ἀθυμία, ἀθυμῶν, ἀθυμοῦσιν ὡς Ἀντιφῶν (frg 145 Bl), ἀθύμως ὡς Ἰσοκράτης (IV 44), ἀθυμοτέρως</w:t>
      </w:r>
    </w:p>
    <w:p>
      <w:r>
        <w:rPr>
          <w:rFonts w:ascii="Courier New" w:hAnsi="Courier New"/>
          <w:color w:val="555555"/>
          <w:sz w:val="20"/>
        </w:rPr>
        <w:t>[2 . 231]</w:t>
      </w:r>
    </w:p>
    <w:p>
      <w:r>
        <w:rPr>
          <w:rFonts w:ascii="Gentium Plus" w:hAnsi="Gentium Plus"/>
          <w:sz w:val="24"/>
        </w:rPr>
        <w:t>ὡς Ἰσαῖος (frg 142 Tur), θυμόσοφος, βαρύθυμος, ὀξύθυμος, καὶ ὀξυθυμίας, καὶ ὠξυθυμήθη παρ’ Ἀριστοφάνει (I frg 894 Ko). τάχα δὲ καὶ τὸ εὐθυμεῖσθαι, καὶ ὀξυθύμια τὰ καθάρματα. ἐνθυμίαν (V 16. 4) δὲ καὶ ἐνθύμησιν (I 132. 6) Θουκυδίδης, καὶ (V 32. 1) ‘ἐνθυμιζό‐</w:t>
      </w:r>
    </w:p>
    <w:p>
      <w:r>
        <w:rPr>
          <w:rFonts w:ascii="Courier New" w:hAnsi="Courier New"/>
          <w:color w:val="555555"/>
          <w:sz w:val="20"/>
        </w:rPr>
        <w:t>[5]</w:t>
      </w:r>
    </w:p>
    <w:p>
      <w:r>
        <w:rPr>
          <w:rFonts w:ascii="Gentium Plus" w:hAnsi="Gentium Plus"/>
          <w:sz w:val="24"/>
        </w:rPr>
        <w:t>μενοι τὰς ἐν ταῖς μάχαις συμφοράς.‘ καὶ ἐνθυμήματα δὲ παρ’ Ἰσοκρά‐ τει (IX 10). ἀπὸ δ’ ἐπιθυμίας ἐπιθυμεῖν, ἐπιθυμῶν, ἐπιθυμητικός, ἐπιθυμητικῶς, ἐπιθυμητής, καὶ ἐπιθύμημα ὡς παρὰ Πλάτωνι (Leg III 687 C), καὶ ἐπιθύμησις κακῶν παρ’ Ἰσαίῳ (frg 158 Tur), καὶ ἐπιθυμήματα παρὰ Φιλυλλίῳ (I frg 30 Ko).</w:t>
      </w:r>
    </w:p>
    <w:p>
      <w:r>
        <w:rPr>
          <w:rFonts w:ascii="Courier New" w:hAnsi="Courier New"/>
          <w:color w:val="555555"/>
          <w:sz w:val="20"/>
        </w:rPr>
        <w:t>[2 . 232]</w:t>
      </w:r>
    </w:p>
    <w:p>
      <w:r>
        <w:rPr>
          <w:rFonts w:ascii="Gentium Plus" w:hAnsi="Gentium Plus"/>
          <w:sz w:val="24"/>
        </w:rPr>
        <w:t>τὸ δὲ σῶμα σύγκειται ἐξ ὀστῶν, χόνδρων, μυελοῦ, σαρκῶν, πι‐ μελῆς, δέρματος, νεύρων, ἀρτηριῶν, φλεβῶν, ὑμένων, μηνίγγων. καὶ ἔστι τὰ μὲν ὀστᾶ στήριγγες τοῦ σώματος στερεαὶ καὶ ἀναίσθητοι καὶ ἄναιμοι, κινήσεως ὑπηρέτιδες. ὀνόματα δ’ ἀπ’ αὐτῶν ὀστώδης</w:t>
      </w:r>
    </w:p>
    <w:p>
      <w:r>
        <w:rPr>
          <w:rFonts w:ascii="Courier New" w:hAnsi="Courier New"/>
          <w:color w:val="555555"/>
          <w:sz w:val="20"/>
        </w:rPr>
        <w:t>[5]</w:t>
      </w:r>
    </w:p>
    <w:p>
      <w:r>
        <w:rPr>
          <w:rFonts w:ascii="Gentium Plus" w:hAnsi="Gentium Plus"/>
          <w:sz w:val="24"/>
        </w:rPr>
        <w:t>καὶ ἀνόστεος, ὀστέινος καὶ τὸ Ἀττικώτερον ὄστινος· ἡ δὲ νέα κωμῳδία (III p 467. 329 Ko) καὶ ὀστοθήκην καὶ ὀστοκόπον λέγει. ὁ δὲ χόνδρος συγκείμενος ἐκ νεύρων τε καὶ ὀστῶν, καὶ ἑκατέρῳ τούτων ἐκ μέρους προσεοικώς, μάλιστα δοκεῖ εἶναι τῶν ὀστῶν τέλος.</w:t>
      </w:r>
    </w:p>
    <w:p>
      <w:r>
        <w:rPr>
          <w:rFonts w:ascii="Courier New" w:hAnsi="Courier New"/>
          <w:color w:val="555555"/>
          <w:sz w:val="20"/>
        </w:rPr>
        <w:t>[2 . 233]</w:t>
      </w:r>
    </w:p>
    <w:p>
      <w:r>
        <w:rPr>
          <w:rFonts w:ascii="Gentium Plus" w:hAnsi="Gentium Plus"/>
          <w:sz w:val="24"/>
        </w:rPr>
        <w:t>αἱ δὲ σάρκες ἐπίβλημα μαλακὸν λιπαρόν, ἐπιβεβλημένον τοῖς ὀστοῖς κάλλους τε καὶ σκέπης εἵνεκα· ἀφ’ ὧν ὀνομάζεται εὔσαρκος εὐσαρκία, πολύσαρκος πολυσαρκία. Ἀριστοφάνης (I frg 711 Ko) δ’ εἴρηκεν ‘ὡς οὐχ ἕτερον ἄνδρα σάρκινον,‘ Εὔπολις (I frg 387 Ko) δὲ</w:t>
      </w:r>
    </w:p>
    <w:p>
      <w:r>
        <w:rPr>
          <w:rFonts w:ascii="Courier New" w:hAnsi="Courier New"/>
          <w:color w:val="555555"/>
          <w:sz w:val="20"/>
        </w:rPr>
        <w:t>[5]</w:t>
      </w:r>
    </w:p>
    <w:p>
      <w:r>
        <w:rPr>
          <w:rFonts w:ascii="Gentium Plus" w:hAnsi="Gentium Plus"/>
          <w:sz w:val="24"/>
        </w:rPr>
        <w:t>‘σαρκίνη γυνή,‘ Ἡρόδοτος (IV 64) δὲ σαρκίσαι τὸ τοῦ δέρματος τὴν σάρκα ἀφελεῖν. ἡ δὲ πιμελὴ λευκὴ μέν ἐστι τὴν χρόαν, προσπέφυκε δὲ τῇ σαρκί, καὶ καλεῖται στέαρ, συνίσταται δὲ περὶ τοὺς ὑμένας μάλιστα. καὶ φαίης ἂν ἀπ’ αὐτῆς πιμελώδης, περιπίμελος.</w:t>
      </w:r>
    </w:p>
    <w:p>
      <w:r>
        <w:rPr>
          <w:rFonts w:ascii="Courier New" w:hAnsi="Courier New"/>
          <w:color w:val="555555"/>
          <w:sz w:val="20"/>
        </w:rPr>
        <w:t>[2 . 234]</w:t>
      </w:r>
    </w:p>
    <w:p>
      <w:r>
        <w:rPr>
          <w:rFonts w:ascii="Gentium Plus" w:hAnsi="Gentium Plus"/>
          <w:sz w:val="24"/>
        </w:rPr>
        <w:t>νεῦρα δ’ ἐστὶ σύνδεσμος ὀστῶν εἴκων τε καὶ τεινόμενος, ἀφ’ ὧν καὶ αἱ νευραὶ κέκληνται. ταμιεύουσι δὲ μάλιστα τὰς κώλων κάμψεις τε καὶ ἐκτάσεις καὶ τὰς τῶν ἄρθρων συγκαμπάς. ὅθεν καὶ τὸ ἰσχύειν νεῦρα ἔχειν λέγουσι, καὶ τὰ χρήματα νεῦρα τῶν πραγμάτων Δη‐</w:t>
      </w:r>
    </w:p>
    <w:p>
      <w:r>
        <w:rPr>
          <w:rFonts w:ascii="Courier New" w:hAnsi="Courier New"/>
          <w:color w:val="555555"/>
          <w:sz w:val="20"/>
        </w:rPr>
        <w:t>[5]</w:t>
      </w:r>
    </w:p>
    <w:p>
      <w:r>
        <w:rPr>
          <w:rFonts w:ascii="Gentium Plus" w:hAnsi="Gentium Plus"/>
          <w:sz w:val="24"/>
        </w:rPr>
        <w:t>μοσθένης (apud Aeschin III 166) φησίν· ὡς τὸ (Demosth III 31) ‘ἐκνενευρισμένοι καὶ περιῃρημένοι χρήματα καὶ συμμάχους.‘ Θεό‐ πομπος δ’ ὁ κωμικὸς (I frg 71 Ko) καὶ ἄνευρον εἴρηκεν·</w:t>
      </w:r>
    </w:p>
    <w:p>
      <w:r>
        <w:rPr>
          <w:rFonts w:ascii="Courier New" w:hAnsi="Courier New"/>
          <w:color w:val="555555"/>
          <w:sz w:val="20"/>
        </w:rPr>
        <w:t>[10]</w:t>
      </w:r>
    </w:p>
    <w:p>
      <w:r>
        <w:rPr>
          <w:rFonts w:ascii="Gentium Plus" w:hAnsi="Gentium Plus"/>
          <w:sz w:val="24"/>
        </w:rPr>
        <w:t>χόμενον. αἱ δὲ μήνιγγες ἐκ νεύρων καὶ ὑμένων συμπλακεῖσαι τόν τε περὶ ἐγκεφάλῳ καὶ παρεγκεφαλίδι μυελὸν καὶ τὸν διὰ σφονδύλων</w:t>
      </w:r>
    </w:p>
    <w:p>
      <w:r>
        <w:rPr>
          <w:rFonts w:ascii="Courier New" w:hAnsi="Courier New"/>
          <w:color w:val="555555"/>
          <w:sz w:val="20"/>
        </w:rPr>
        <w:t>[2 . 235]</w:t>
      </w:r>
    </w:p>
    <w:p>
      <w:r>
        <w:rPr>
          <w:rFonts w:ascii="Gentium Plus" w:hAnsi="Gentium Plus"/>
          <w:sz w:val="24"/>
        </w:rPr>
        <w:t>περιέχουσιν. ἀρτηρίαι δ’ εἰσὶν ὁδοὶ πνεύματος ὡς φλέβες αἵματος. ἀπὸ δὲ τοῦ δέρματος ὀνόματα δορά, δέρις, δέρη καὶ δειρὰ διὰ τὸ ἐκεῖθεν τὰ ζῷα γυμνοῦσθαι τῆς δορᾶς. προσήκοι δ’ ἂν δέρματι καὶ ταῦτα, ὑποδερίς, περιδερίς, δέραιον, περιδέραιον, δειράδες.</w:t>
      </w:r>
    </w:p>
    <w:p>
      <w:r>
        <w:rPr>
          <w:rFonts w:ascii="Courier New" w:hAnsi="Courier New"/>
          <w:color w:val="555555"/>
          <w:sz w:val="20"/>
        </w:rPr>
        <w:t>[5]</w:t>
      </w:r>
    </w:p>
    <w:p>
      <w:r>
        <w:rPr>
          <w:rFonts w:ascii="Gentium Plus" w:hAnsi="Gentium Plus"/>
          <w:sz w:val="24"/>
        </w:rPr>
        <w:t>κοινῇ δ’ ἀπὸ σώματος ὀνόματα ἀσώματος, φιλοσώματος, εὐσώ‐ ματος, φιλοσωματία, εὐσωματία, πολυσώματος, δοῦλα σώματα, σώ‐ ματα οἰκεῖα, σωμασκία, σεσωμασκηκώς, σωματοφύλακες, σωμα‐ τοειδές, σωμάτιον ἡ τῶν ὑποκριτῶν σκευή.</w:t>
      </w:r>
    </w:p>
    <w:p>
      <w:r>
        <w:rPr>
          <w:rFonts w:ascii="Courier New" w:hAnsi="Courier New"/>
          <w:color w:val="555555"/>
          <w:sz w:val="20"/>
        </w:rPr>
        <w:t>[2 . 236]</w:t>
      </w:r>
    </w:p>
    <w:p>
      <w:r>
        <w:rPr>
          <w:rFonts w:ascii="Gentium Plus" w:hAnsi="Gentium Plus"/>
          <w:sz w:val="24"/>
        </w:rPr>
        <w:t>αἱ τοίνυν αἰσθήσεις πέντε μέν εἰσιν, οὐκ ἐν ἑνὶ δὲ τόπῳ, ἀλλ’ ἡ μὲν ὄσφρησις περὶ τὰς ῥῖνας ἐξετάζεται, ἡ δ’ ὄψις περὶ τοὺς ὀφθαλμοὺς φαντάζεται, ἡ δ’ ἀκοὴ περὶ τὰ ὦτα ἐνδιαιτᾶται, ἡ δὲ γεῦσις περὶ τὴν γλῶτταν εἴληται, ἡ δ’ ἁφὴ περὶ ὅλον τὸ</w:t>
      </w:r>
    </w:p>
    <w:p>
      <w:r>
        <w:rPr>
          <w:rFonts w:ascii="Courier New" w:hAnsi="Courier New"/>
          <w:color w:val="555555"/>
          <w:sz w:val="20"/>
        </w:rPr>
        <w:t>[5]</w:t>
      </w:r>
    </w:p>
    <w:p>
      <w:r>
        <w:rPr>
          <w:rFonts w:ascii="Gentium Plus" w:hAnsi="Gentium Plus"/>
          <w:sz w:val="24"/>
        </w:rPr>
        <w:t>σῶμα πολιτεύεται. ἀπὸ δὲ τῆς αἰσθήσεως ὀνόματα αἰσθητόν ἀναίσθητον, αἰσθητικός, ἀναίσθητος, ἀναισθήτως, καὶ ὡς Πλάτων (Theaet 160 D) φησίν, ὁ αἰσθητής, οὕτως ὀνομάσας τὸν αἰσθανό‐ μενον. καὶ αἰσθητικὰ μαθήματα. τὸ δ’ ἔργον αἰσθάνεσθαι. τὸ δ’</w:t>
      </w:r>
    </w:p>
    <w:p>
      <w:r>
        <w:rPr>
          <w:rFonts w:ascii="Courier New" w:hAnsi="Courier New"/>
          <w:color w:val="555555"/>
          <w:sz w:val="20"/>
        </w:rPr>
        <w:t>[3 . 1]</w:t>
      </w:r>
    </w:p>
    <w:p>
      <w:r>
        <w:rPr>
          <w:rFonts w:ascii="Gentium Plus" w:hAnsi="Gentium Plus"/>
          <w:sz w:val="24"/>
        </w:rPr>
        <w:t>Ἰούλιος Πολυδεύκης Κομμόδῳ Καίσαρι χαίρειν ... οἷς μὴν τῶν ὀνομάτων οἱ δόκιμοι τὴν γλῶτταν κέχρηνται, ταῦτα παρ’ αὐτῶν λαβών, εἰ μὲν πλείους ἦσαν οἱ χρησάμενοι, τὸ μηδὲν ἐπι‐ σημήνασθαι περὶ τῶν εἰπόντων ᾠήθην ἀπαρκεῖν, ἐλαττόνων δ’ ὄντων</w:t>
      </w:r>
    </w:p>
    <w:p>
      <w:r>
        <w:rPr>
          <w:rFonts w:ascii="Courier New" w:hAnsi="Courier New"/>
          <w:color w:val="555555"/>
          <w:sz w:val="20"/>
        </w:rPr>
        <w:t>[5]</w:t>
      </w:r>
    </w:p>
    <w:p>
      <w:r>
        <w:rPr>
          <w:rFonts w:ascii="Gentium Plus" w:hAnsi="Gentium Plus"/>
          <w:sz w:val="24"/>
        </w:rPr>
        <w:t>ἕνα τὸν καλλιφωνότατον αὐτῶν ἐπελεξάμην, ὥσπερ ἐν ταῖς δίκαις εἷς ἀξιόχρεως ἀντὶ πολλῶν μαρτύρων ἀρκεῖ. ἔρρωσο κύριε.</w:t>
      </w:r>
    </w:p>
    <w:p>
      <w:r>
        <w:rPr>
          <w:rFonts w:ascii="Courier New" w:hAnsi="Courier New"/>
          <w:color w:val="555555"/>
          <w:sz w:val="20"/>
        </w:rPr>
        <w:t>[3 . 5]</w:t>
      </w:r>
    </w:p>
    <w:p>
      <w:r>
        <w:rPr>
          <w:rFonts w:ascii="Gentium Plus" w:hAnsi="Gentium Plus"/>
          <w:sz w:val="24"/>
        </w:rPr>
        <w:t>Ἑπόμενον δ’ ἂν εἴη τῷ περὶ ἀνθρώπου λόγῳ διελεῖν γένος τε καὶ συγγένειαν, καὶ οἷς ἂν ἑκάτερον τούτων ὀνομάζοιτο τοῖς ὀνό‐ μασιν. οὕτω μὲν γὰρ ἀκοῦσαι πάντες οἵ τε προσήκοντες ἡμῖν ἐξ οἰκειότητος καλοῦνται συγγενεῖς, καὶ Ζεύς τις συγγένειος ὁ τὰ τῆς</w:t>
      </w:r>
    </w:p>
    <w:p>
      <w:r>
        <w:rPr>
          <w:rFonts w:ascii="Courier New" w:hAnsi="Courier New"/>
          <w:color w:val="555555"/>
          <w:sz w:val="20"/>
        </w:rPr>
        <w:t>[5]</w:t>
      </w:r>
    </w:p>
    <w:p>
      <w:r>
        <w:rPr>
          <w:rFonts w:ascii="Gentium Plus" w:hAnsi="Gentium Plus"/>
          <w:sz w:val="24"/>
        </w:rPr>
        <w:t>συγγενείας δίκαια ἐφορῶν παρ’ Εὐριπίδῃ (TGF 1000 N). διακριτέον δ’ αὐτοὺς τῷ τοὺς μὲν ἀπὸ γένους ἡμῖν ὀνομάζεσθαι, πρὸς γένους τε καὶ πρὸς αἵματος, καὶ ἐν γένει καὶ ἐν αἵματι, καὶ οἰκείους καὶ ἀναγκαίους καὶ θεῶν ὁμογνίων κοινωνοὺς καὶ τῆς αὐτῆς ἑστίας μετ‐</w:t>
      </w:r>
    </w:p>
    <w:p>
      <w:r>
        <w:rPr>
          <w:rFonts w:ascii="Courier New" w:hAnsi="Courier New"/>
          <w:color w:val="555555"/>
          <w:sz w:val="20"/>
        </w:rPr>
        <w:t>[3 . 6]</w:t>
      </w:r>
    </w:p>
    <w:p>
      <w:r>
        <w:rPr>
          <w:rFonts w:ascii="Gentium Plus" w:hAnsi="Gentium Plus"/>
          <w:sz w:val="24"/>
        </w:rPr>
        <w:t>όχους, γένος δ’ εἶναι τὸ φύσει προσόν, οὐ τὸ νόμῳ προσιόν, οἷον γονέας υἱεῖς ἀδελφοὺς καὶ τοὺς πρὸ τούτων καὶ τοὺς ἐκ τούτων, ἐφ’ ὧν καὶ ἡ γενεὰ τάττεται—Ἰσαῖος (frg 136 Tur) δὲ καὶ γένναν εἴρηκεν, ‘ἐκ τῆς Ἀναξίωνος γέννης καὶ Πολυαράτου ὄντα‘—</w:t>
      </w:r>
    </w:p>
    <w:p>
      <w:r>
        <w:rPr>
          <w:rFonts w:ascii="Courier New" w:hAnsi="Courier New"/>
          <w:color w:val="555555"/>
          <w:sz w:val="20"/>
        </w:rPr>
        <w:t>[5]</w:t>
      </w:r>
    </w:p>
    <w:p>
      <w:r>
        <w:rPr>
          <w:rFonts w:ascii="Gentium Plus" w:hAnsi="Gentium Plus"/>
          <w:sz w:val="24"/>
        </w:rPr>
        <w:t>συγγένειαν δὲ τὸ νόμῳ προσγινόμενον, οὐ τὸ ἐκ φύσεως ὑπάρχον, οἷον γαμβροὺς πενθερούς, καὶ ὅσοι τὴν οἰκειότητα τὴν πρὸς ἡμᾶς ἐκ συνθήκης ἀλλ’ οὐκ ἐξ ἀνάγκης ἔχουσιν. τὸ μὲν γὰρ γένος</w:t>
      </w:r>
    </w:p>
    <w:p>
      <w:r>
        <w:rPr>
          <w:rFonts w:ascii="Courier New" w:hAnsi="Courier New"/>
          <w:color w:val="555555"/>
          <w:sz w:val="20"/>
        </w:rPr>
        <w:t>[3 . 7]</w:t>
      </w:r>
    </w:p>
    <w:p>
      <w:r>
        <w:rPr>
          <w:rFonts w:ascii="Gentium Plus" w:hAnsi="Gentium Plus"/>
          <w:sz w:val="24"/>
        </w:rPr>
        <w:t>ἡμῖν ὁμοῦ τῇ γενέσει σύνεστι καὶ οὐκ ἔστιν ὅτε παύσεται, ἡ δὲ συγ‐ γένεια καιρῷ τ’ ἄρχεται καὶ νόμῳ παύεται. νόμῳ γὰρ ὥσπερ συνίσταται γάμος, οὕτω καὶ λύεται. λυθέντος γὰρ ἅπαξ τοῦ γάμου καὶ τὰ ὀνόματα τὰ διὰ τὸν γάμον συναπέρχεται. διακέκρικε δ’</w:t>
      </w:r>
    </w:p>
    <w:p>
      <w:r>
        <w:rPr>
          <w:rFonts w:ascii="Courier New" w:hAnsi="Courier New"/>
          <w:color w:val="555555"/>
          <w:sz w:val="20"/>
        </w:rPr>
        <w:t>[5]</w:t>
      </w:r>
    </w:p>
    <w:p>
      <w:r>
        <w:rPr>
          <w:rFonts w:ascii="Gentium Plus" w:hAnsi="Gentium Plus"/>
          <w:sz w:val="24"/>
        </w:rPr>
        <w:t>αὐτὰ σαφῶς Ὅμηρος (θ 581). ἤ τίς τοι καὶ πηὸς ἀπέφθιτο Ἰλιόθι πρὸ ἐσθλὸς ἐών, γαμβρὸς ἢ πενθερός; οἵ τε μάλιστα κηδεστοὶ τελέθουσι μεθ’ αἷμά τε καὶ γένος αὐτῶν. τούτους δὲ προσκηδεῖς Ἡρόδοτος (VIII 136) κέκληκεν. πρότερον</w:t>
      </w:r>
    </w:p>
    <w:p>
      <w:r>
        <w:rPr>
          <w:rFonts w:ascii="Courier New" w:hAnsi="Courier New"/>
          <w:color w:val="555555"/>
          <w:sz w:val="20"/>
        </w:rPr>
        <w:t>[10]</w:t>
      </w:r>
    </w:p>
    <w:p>
      <w:r>
        <w:rPr>
          <w:rFonts w:ascii="Gentium Plus" w:hAnsi="Gentium Plus"/>
          <w:sz w:val="24"/>
        </w:rPr>
        <w:t>οὖν περὶ τοῦ γένους, εἶτα περὶ τῆς συγγενείας οὕτω ῥητέον.</w:t>
      </w:r>
    </w:p>
    <w:p>
      <w:r>
        <w:rPr>
          <w:rFonts w:ascii="Courier New" w:hAnsi="Courier New"/>
          <w:color w:val="555555"/>
          <w:sz w:val="20"/>
        </w:rPr>
        <w:t>[3 . 8]</w:t>
      </w:r>
    </w:p>
    <w:p>
      <w:r>
        <w:rPr>
          <w:rFonts w:ascii="Gentium Plus" w:hAnsi="Gentium Plus"/>
          <w:sz w:val="24"/>
        </w:rPr>
        <w:t>τὸ μὲν οὖν κοινὸν εἰπεῖν, γονεῖς, τοκεῖς, οἱ γεννήσαντες, οἱ σπείραντες, οἱ ποιήσαντες, οἱ τεκόντες, οἱ προαγαγόντες εἰς φῶς, οἱ θρέψαντες, οἱ πατέρες—τοῦτο γὰρ οὐ κατὰ τοῦ γεννήσαντος μόνον ἀλλὰ καὶ κατὰ τῶν ἄνω προγόνων φέρεται—τὸ δὲ καθ’ ἕκαστον</w:t>
      </w:r>
    </w:p>
    <w:p>
      <w:r>
        <w:rPr>
          <w:rFonts w:ascii="Courier New" w:hAnsi="Courier New"/>
          <w:color w:val="555555"/>
          <w:sz w:val="20"/>
        </w:rPr>
        <w:t>[5]</w:t>
      </w:r>
    </w:p>
    <w:p>
      <w:r>
        <w:rPr>
          <w:rFonts w:ascii="Gentium Plus" w:hAnsi="Gentium Plus"/>
          <w:sz w:val="24"/>
        </w:rPr>
        <w:t>πατήρ, γονεύς, τοκεύς, ὁ σπείρας, ὁ φύσας, ὁ γεννήσας, ὁ φυ‐ τεύσας, ὁ ποιήσας, ὁ γεινάμενος, καὶ ὡς Πλάτων (Conviv 269 A saep)</w:t>
      </w:r>
    </w:p>
    <w:p>
      <w:r>
        <w:rPr>
          <w:rFonts w:ascii="Courier New" w:hAnsi="Courier New"/>
          <w:color w:val="555555"/>
          <w:sz w:val="20"/>
        </w:rPr>
        <w:t>[3 . 9]</w:t>
      </w:r>
    </w:p>
    <w:p>
      <w:r>
        <w:rPr>
          <w:rFonts w:ascii="Gentium Plus" w:hAnsi="Gentium Plus"/>
          <w:sz w:val="24"/>
        </w:rPr>
        <w:t>ὁ γεννήτωρ. ὁ δ’ αὐτὸς ἐπὶ τούτου καὶ γεννητὴς ἔφη (Leg IX 869 B)· ‘τὴν τοῦ γεννητοῦ ψυχὴν συλήσας·‘ καίτοι οἱ γ’ Ἀττικοὶ γεννητὰς ἐκάλουν τοὺς τοῦ αὐτοῦ γένους μετέχοντας, τὰ δὲ γένη ταῦτα καὶ ἔθνη ὠνόμαζον. ἐρεῖς δὲ καὶ ὁ ἀναθρεψάμενος, ὁ</w:t>
      </w:r>
    </w:p>
    <w:p>
      <w:r>
        <w:rPr>
          <w:rFonts w:ascii="Courier New" w:hAnsi="Courier New"/>
          <w:color w:val="555555"/>
          <w:sz w:val="20"/>
        </w:rPr>
        <w:t>[5]</w:t>
      </w:r>
    </w:p>
    <w:p>
      <w:r>
        <w:rPr>
          <w:rFonts w:ascii="Gentium Plus" w:hAnsi="Gentium Plus"/>
          <w:sz w:val="24"/>
        </w:rPr>
        <w:t>ἐκθρεψάμενος, ὁ ἐκθρέψας, ὁ θρέψας, ὁ προαγαγὼν εἰς φῶς, ὁ δείξας τὸν ἥλιον· καὶ πολλὰ δ’ ἄν τις ἄλλα δύναιτο εἰπεῖν λόγῳ</w:t>
      </w:r>
    </w:p>
    <w:p>
      <w:r>
        <w:rPr>
          <w:rFonts w:ascii="Courier New" w:hAnsi="Courier New"/>
          <w:color w:val="555555"/>
          <w:sz w:val="20"/>
        </w:rPr>
        <w:t>[3 . 10]</w:t>
      </w:r>
    </w:p>
    <w:p>
      <w:r>
        <w:rPr>
          <w:rFonts w:ascii="Gentium Plus" w:hAnsi="Gentium Plus"/>
          <w:sz w:val="24"/>
        </w:rPr>
        <w:t>καὶ οὐκ ὀνόματι. ἡ δὲ διὰ τούτων κτῆσις πατρῴα, πατρική, πάτριος, προγονική, καὶ ἱερὰ πατρῷα καὶ πάτρια καὶ πατρικὰ καὶ προγονικά. καὶ πατριάζειν δὲ ἔλεγον Ἀθηναῖοι τὸ πράττειν τι ἐκ τῶν πατρίων ἐθῶν, καὶ πάτριον στέφανον τὸν τοῦ θαλλοῦ· καὶ</w:t>
      </w:r>
    </w:p>
    <w:p>
      <w:r>
        <w:rPr>
          <w:rFonts w:ascii="Courier New" w:hAnsi="Courier New"/>
          <w:color w:val="555555"/>
          <w:sz w:val="20"/>
        </w:rPr>
        <w:t>[5]</w:t>
      </w:r>
    </w:p>
    <w:p>
      <w:r>
        <w:rPr>
          <w:rFonts w:ascii="Gentium Plus" w:hAnsi="Gentium Plus"/>
          <w:sz w:val="24"/>
        </w:rPr>
        <w:t>πατρόθεν τινὰ καλεῖν λέγουσιν. ὁμοίως δὲ μήτηρ ἡ τεκοῦσα, ἡ ὠδί‐ νασα, ἡ γεννησαμένη ὁ Πλάτων (Menex 237 E), ἡ γεννήσασα ὡς</w:t>
      </w:r>
    </w:p>
    <w:p>
      <w:r>
        <w:rPr>
          <w:rFonts w:ascii="Courier New" w:hAnsi="Courier New"/>
          <w:color w:val="555555"/>
          <w:sz w:val="20"/>
        </w:rPr>
        <w:t>[3 . 11]</w:t>
      </w:r>
    </w:p>
    <w:p>
      <w:r>
        <w:rPr>
          <w:rFonts w:ascii="Gentium Plus" w:hAnsi="Gentium Plus"/>
          <w:sz w:val="24"/>
        </w:rPr>
        <w:t>Σοφοκλῆς (TGF 967 N), ἡ μαστὸν ἐπισχοῦσα, ἡ θηλάσασα, καὶ τἆλλα ὅσα ἐπὶ πατέρων εἰς τὸ θῆλυ σχηματισθέντα. ὡσαύτως καὶ κτῆσις μητρῴα καὶ μητρική, καὶ τἆλλα κατὰ ταὐτὰ τοῖς πατράσιν. ἐλέγετο δέ τι καὶ μητρῷον Ἀθήνησι, τὸ τῆς Φρυγίας θεοῦ ἱερόν·</w:t>
      </w:r>
    </w:p>
    <w:p>
      <w:r>
        <w:rPr>
          <w:rFonts w:ascii="Courier New" w:hAnsi="Courier New"/>
          <w:color w:val="555555"/>
          <w:sz w:val="20"/>
        </w:rPr>
        <w:t>[5]</w:t>
      </w:r>
    </w:p>
    <w:p>
      <w:r>
        <w:rPr>
          <w:rFonts w:ascii="Gentium Plus" w:hAnsi="Gentium Plus"/>
          <w:sz w:val="24"/>
        </w:rPr>
        <w:t>καὶ μητριάζειν τὸ αὐτῇ τελεῖν ἢ ἐπ’ αὐτῇ ἀγείρειν, καὶ μητρα‐ γύρτης ὁ τελεστής.</w:t>
      </w:r>
    </w:p>
    <w:p>
      <w:r>
        <w:rPr>
          <w:rFonts w:ascii="Courier New" w:hAnsi="Courier New"/>
          <w:color w:val="555555"/>
          <w:sz w:val="20"/>
        </w:rPr>
        <w:t>[3 . 12]</w:t>
      </w:r>
    </w:p>
    <w:p>
      <w:r>
        <w:rPr>
          <w:rFonts w:ascii="Gentium Plus" w:hAnsi="Gentium Plus"/>
          <w:sz w:val="24"/>
        </w:rPr>
        <w:t>οἱ δ’ ἐκ τούτων παῖδες, τέκνα, φυτεύματα, γεννήματα, ποιήματα, ἔκγονοι, ἀπόγονοι, διάδοχοι, κληρονόμοι, χειραγωγοί, νοσοκόμοι, γηροτρόφοι, τροφεῖς, ταφεῖς, ‘στηρίγματα οἴκου‘ ἢ βίου, ἐπί‐ κουροι ἀναγκαῖοι, βοηθοί, σύμμαχοι, προαγωνισταί, συναγωνισταί.</w:t>
      </w:r>
    </w:p>
    <w:p>
      <w:r>
        <w:rPr>
          <w:rFonts w:ascii="Courier New" w:hAnsi="Courier New"/>
          <w:color w:val="555555"/>
          <w:sz w:val="20"/>
        </w:rPr>
        <w:t>[5]</w:t>
      </w:r>
    </w:p>
    <w:p>
      <w:r>
        <w:rPr>
          <w:rFonts w:ascii="Gentium Plus" w:hAnsi="Gentium Plus"/>
          <w:sz w:val="24"/>
        </w:rPr>
        <w:t>ταῦτα μὲν κοινά, ἴδια δὲ ἐπὶ μὲν ἀρρένων υἱοί, υἱεῖς, ἐπὶ δὲ θηλειῶν</w:t>
      </w:r>
    </w:p>
    <w:p>
      <w:r>
        <w:rPr>
          <w:rFonts w:ascii="Courier New" w:hAnsi="Courier New"/>
          <w:color w:val="555555"/>
          <w:sz w:val="20"/>
        </w:rPr>
        <w:t>[3 . 13]</w:t>
      </w:r>
    </w:p>
    <w:p>
      <w:r>
        <w:rPr>
          <w:rFonts w:ascii="Gentium Plus" w:hAnsi="Gentium Plus"/>
          <w:sz w:val="24"/>
        </w:rPr>
        <w:t>θυγατέρες. καὶ μὴν οἵ γε περὶ τοὺς γονέας ἐξαμαρτόντες πατρα‐ λοίας ἢ μητραλοίας ἑκάτερος αὐτῶν καλεῖται· Ἰσαῖος (frg 166 Tur) δὲ καὶ πατροτύπτας λέγει, Πλάτων (Leg IX 869 B) δὲ ‘πατρο‐ φόνον καὶ μητροκτόνον,‘ Σοφοκλῆς (Oed R 1288) δὲ πατροκτόνον.</w:t>
      </w:r>
    </w:p>
    <w:p>
      <w:r>
        <w:rPr>
          <w:rFonts w:ascii="Courier New" w:hAnsi="Courier New"/>
          <w:color w:val="555555"/>
          <w:sz w:val="20"/>
        </w:rPr>
        <w:t>[5]</w:t>
      </w:r>
    </w:p>
    <w:p>
      <w:r>
        <w:rPr>
          <w:rFonts w:ascii="Gentium Plus" w:hAnsi="Gentium Plus"/>
          <w:sz w:val="24"/>
        </w:rPr>
        <w:t>ὁ γὰρ πατροφόντης καὶ μητροφόντης ποιητικὸν ἐσχάτως. εἴη δ’ ἂν ἐκ τούτων παιδοποιία, τεκνοποιία, παιδοτροφία, ποιήσασθαι</w:t>
      </w:r>
    </w:p>
    <w:p>
      <w:r>
        <w:rPr>
          <w:rFonts w:ascii="Courier New" w:hAnsi="Courier New"/>
          <w:color w:val="555555"/>
          <w:sz w:val="20"/>
        </w:rPr>
        <w:t>[3 . 14]</w:t>
      </w:r>
    </w:p>
    <w:p>
      <w:r>
        <w:rPr>
          <w:rFonts w:ascii="Gentium Plus" w:hAnsi="Gentium Plus"/>
          <w:sz w:val="24"/>
        </w:rPr>
        <w:t>παῖδας, ἀνελέσθαι παῖδας, φιλόπαις, ἄτεκνος, ἄπαις, φιλότεκνος, μισόπαις, φιλοτεκνία, μισοτεκνία, μισότεκνος, καὶ παρὰ Κρατίνῳ (I frg 287 Ko) ἔμπαις, πολύπαις, πολύτεκνος, εὔπαις, εὔτεκνος, εὐτεκνία, ἀτεκνία, ἀπαιδία, πολυπαιδία, πολυτεκνία, εὐπαιδία.</w:t>
      </w:r>
    </w:p>
    <w:p>
      <w:r>
        <w:rPr>
          <w:rFonts w:ascii="Courier New" w:hAnsi="Courier New"/>
          <w:color w:val="555555"/>
          <w:sz w:val="20"/>
        </w:rPr>
        <w:t>[5]</w:t>
      </w:r>
    </w:p>
    <w:p>
      <w:r>
        <w:rPr>
          <w:rFonts w:ascii="Gentium Plus" w:hAnsi="Gentium Plus"/>
          <w:sz w:val="24"/>
        </w:rPr>
        <w:t>Πλάτων (Conviv 208 E, Leg VI 779 D, VI 775 C) δὲ τὴν παιδο‐</w:t>
      </w:r>
    </w:p>
    <w:p>
      <w:r>
        <w:rPr>
          <w:rFonts w:ascii="Courier New" w:hAnsi="Courier New"/>
          <w:color w:val="555555"/>
          <w:sz w:val="20"/>
        </w:rPr>
        <w:t>[3 . 15]</w:t>
      </w:r>
    </w:p>
    <w:p>
      <w:r>
        <w:rPr>
          <w:rFonts w:ascii="Gentium Plus" w:hAnsi="Gentium Plus"/>
          <w:sz w:val="24"/>
        </w:rPr>
        <w:t>δοποιήσεως.‘ τὸν δ’ ἄπαιδα ἀγενῆ Ἰσαῖος (frg 139 Tur) ὠνόμασεν. ἡ δὲ μὴ τίκτουσα καλεῖται στερίφη· ἡ γὰρ ἄτοκος κοινὸν πρὸς τὴν μηκέτι τίκτουσαν ἢ μήπω τεκοῦσαν, ἣν καὶ ἀνειλείθυιαν φίλον τοῖς ποιηταῖς (Eurip Jon 453) καλεῖν. Πλάτων (Theaet 149 B) δὲ</w:t>
      </w:r>
    </w:p>
    <w:p>
      <w:r>
        <w:rPr>
          <w:rFonts w:ascii="Courier New" w:hAnsi="Courier New"/>
          <w:color w:val="555555"/>
          <w:sz w:val="20"/>
        </w:rPr>
        <w:t>[5]</w:t>
      </w:r>
    </w:p>
    <w:p>
      <w:r>
        <w:rPr>
          <w:rFonts w:ascii="Gentium Plus" w:hAnsi="Gentium Plus"/>
          <w:sz w:val="24"/>
        </w:rPr>
        <w:t>τὴν παρθένον, ὡς οὔπω λοχευθεῖσαν, ἄλοχον καλεῖ. Ὅμηρος (κ 522 saep) δὲ καὶ στεῖραν βοῦν εἶπεν. καὶ ταῦτα μὲν εἰς ἄλληλα ἀναστρέφει, ὥσπερ παισὶ πατέρες</w:t>
      </w:r>
    </w:p>
    <w:p>
      <w:r>
        <w:rPr>
          <w:rFonts w:ascii="Courier New" w:hAnsi="Courier New"/>
          <w:color w:val="555555"/>
          <w:sz w:val="20"/>
        </w:rPr>
        <w:t>[3 . 16]</w:t>
      </w:r>
    </w:p>
    <w:p>
      <w:r>
        <w:rPr>
          <w:rFonts w:ascii="Gentium Plus" w:hAnsi="Gentium Plus"/>
          <w:sz w:val="24"/>
        </w:rPr>
        <w:t>τε καὶ μητέρες, οὕτω παῖδες γονεῦσιν. καλεῖται δ’ ὁ μὲν πατρὸς ἢ μητρὸς πατὴρ πάππος, καὶ μετὰ προσθήκης πάππος ἐκ πα‐ τρὸς, πάππος ἐκ μητρός, ἢ πάππος ἀπ’ ἀνδρῶν ἢ πάππος ἐκ γυναικῶν· ἀφ’ οὗ καὶ τὸ παππάζειν παρὰ τοῖς ποιηταῖς (Hom E 408).</w:t>
      </w:r>
    </w:p>
    <w:p>
      <w:r>
        <w:rPr>
          <w:rFonts w:ascii="Courier New" w:hAnsi="Courier New"/>
          <w:color w:val="555555"/>
          <w:sz w:val="20"/>
        </w:rPr>
        <w:t>[5]</w:t>
      </w:r>
    </w:p>
    <w:p>
      <w:r>
        <w:rPr>
          <w:rFonts w:ascii="Gentium Plus" w:hAnsi="Gentium Plus"/>
          <w:sz w:val="24"/>
        </w:rPr>
        <w:t>ἔξεστι δὲ χρῆσθαι καὶ τῷ μητροπάτωρ τε καὶ πατροπάτωρ, κἂν ᾖ ποιητικώτερα τὴν σύνθεσιν· ἢ μᾶλλον διαλύειν πατρὸς πατὴρ ἢ μητρὸς πατήρ. τοῦτον δ’ Εὐριπίδης (Herc 43) μήτρωα ὠνόμασεν· καλεῖ‐ ται δὲ καὶ νέννος παρὰ τοῖς ποιηταῖς. ἡ δὲ πατρὸς ἢ μητρὸς</w:t>
      </w:r>
    </w:p>
    <w:p>
      <w:r>
        <w:rPr>
          <w:rFonts w:ascii="Courier New" w:hAnsi="Courier New"/>
          <w:color w:val="555555"/>
          <w:sz w:val="20"/>
        </w:rPr>
        <w:t>[3 . 17]</w:t>
      </w:r>
    </w:p>
    <w:p>
      <w:r>
        <w:rPr>
          <w:rFonts w:ascii="Gentium Plus" w:hAnsi="Gentium Plus"/>
          <w:sz w:val="24"/>
        </w:rPr>
        <w:t>μήτηρ τήθη· τὴν γὰρ μάμμην καὶ μαῖαν ἐπὶ ταύτης παραληπτέον, Πίνδαρος (O VI 84) δὲ καὶ μητρομήτωρ ἔφη. καὶ ἀναστρέψασιν ὁ μὲν υἱοῦ υἱὸς υἱωνός τε καὶ υἱιδοῦς πάππῳ τε καὶ τήθῃ λέγεται, ἡ δ’ υἱοῦ θυγάτηρ ἀμφοτέροις υἱιδῆ, ὁ δὲ θυγατρὸς υἱὸς θυγατριδοῦς,</w:t>
      </w:r>
    </w:p>
    <w:p>
      <w:r>
        <w:rPr>
          <w:rFonts w:ascii="Courier New" w:hAnsi="Courier New"/>
          <w:color w:val="555555"/>
          <w:sz w:val="20"/>
        </w:rPr>
        <w:t>[5]</w:t>
      </w:r>
    </w:p>
    <w:p>
      <w:r>
        <w:rPr>
          <w:rFonts w:ascii="Gentium Plus" w:hAnsi="Gentium Plus"/>
          <w:sz w:val="24"/>
        </w:rPr>
        <w:t>ὥσπερ ἡ θυγατρὸς θυγάτηρ θυγατριδῆ. ὁ δὲ πάππου ἢ τήθης πατὴρ πρόπαππος, ὡς Ἰσοκράτης (om Sauppe)· τάχα δ’ ἂν τοῦτον</w:t>
      </w:r>
    </w:p>
    <w:p>
      <w:r>
        <w:rPr>
          <w:rFonts w:ascii="Courier New" w:hAnsi="Courier New"/>
          <w:color w:val="555555"/>
          <w:sz w:val="20"/>
        </w:rPr>
        <w:t>[3 . 18]</w:t>
      </w:r>
    </w:p>
    <w:p>
      <w:r>
        <w:rPr>
          <w:rFonts w:ascii="Gentium Plus" w:hAnsi="Gentium Plus"/>
          <w:sz w:val="24"/>
        </w:rPr>
        <w:t>τριτοπάτορα Ἀριστοτέλης (frg 415 Rose) καλοῖ· Φαίδων δ’ ἐν τῷ Ζωπύρῳ καὶ ἀβελτερίαν εἴρηκε προπαππικήν. ἡ δὲ πάππου ἢ τήθης μήτηρ προτήθη, καὶ οἱ τούτων γονεῖς ἐπίπαππός τε καὶ ἐπιτήθη. τὰ δὲ ἀντίστροφα τούτοις ὀνόματα ἔκγονός τε καὶ ἀπόγονος.</w:t>
      </w:r>
    </w:p>
    <w:p>
      <w:r>
        <w:rPr>
          <w:rFonts w:ascii="Courier New" w:hAnsi="Courier New"/>
          <w:color w:val="555555"/>
          <w:sz w:val="20"/>
        </w:rPr>
        <w:t>[5]</w:t>
      </w:r>
    </w:p>
    <w:p>
      <w:r>
        <w:rPr>
          <w:rFonts w:ascii="Gentium Plus" w:hAnsi="Gentium Plus"/>
          <w:sz w:val="24"/>
        </w:rPr>
        <w:t>μέχρι μὲν δὴ τούτων εἰς ὀνομάτων δήλωσιν ἀναβαίνει τε καὶ καταβαίνει τὸ γένος. οὐ γὰρ προσίεμαι τὸ παππεπίπαππος, εἰ καί τινες τοῦτο τὸν τοῦ πάππου πάππον ὠνόμασαν, ἀλλ’ ἐστὶ τοὔνομα δεινῶς ἰδιωτικόν· καίτοι Φιλωνίδης (? I frg 15 Ko) —Νικοφῶν (? I frg 22 Ko)—ὁ κωμικὸς τούτῳ κέχρηται,</w:t>
      </w:r>
    </w:p>
    <w:p>
      <w:r>
        <w:rPr>
          <w:rFonts w:ascii="Courier New" w:hAnsi="Courier New"/>
          <w:color w:val="555555"/>
          <w:sz w:val="20"/>
        </w:rPr>
        <w:t>[10]</w:t>
      </w:r>
    </w:p>
    <w:p>
      <w:r>
        <w:rPr>
          <w:rFonts w:ascii="Gentium Plus" w:hAnsi="Gentium Plus"/>
          <w:sz w:val="24"/>
        </w:rPr>
        <w:t>νυνὶ δὲ Κρόνου καὶ Τιθωνοῦ παππεπίπαππος νενόμισται.</w:t>
      </w:r>
    </w:p>
    <w:p>
      <w:r>
        <w:rPr>
          <w:rFonts w:ascii="Courier New" w:hAnsi="Courier New"/>
          <w:color w:val="555555"/>
          <w:sz w:val="20"/>
        </w:rPr>
        <w:t>[3 . 19]</w:t>
      </w:r>
    </w:p>
    <w:p>
      <w:r>
        <w:rPr>
          <w:rFonts w:ascii="Gentium Plus" w:hAnsi="Gentium Plus"/>
          <w:sz w:val="24"/>
        </w:rPr>
        <w:t>τὰ δ’ ἀπὸ τούτων οἱ μὲν πρόγονοι καὶ ἀρχηγοὶ γένους καὶ ἀρχηγέται καὶ οἱ ἄνω πατέρες, καὶ θρασύτερον ῥίζαι τοῦ γένους, πηγαὶ τοῦ γένους. καλοῦνται δ’ οὗτοι καὶ προπάτορες· ἔνιοι δ’ αὐτοὺς καὶ γενάρχας καλοῦσι καὶ πάτρωας. οἱ δὲ κάτω καταβαίνοντες ἀπόγονοι καὶ ἔκγονοι·</w:t>
      </w:r>
    </w:p>
    <w:p>
      <w:r>
        <w:rPr>
          <w:rFonts w:ascii="Courier New" w:hAnsi="Courier New"/>
          <w:color w:val="555555"/>
          <w:sz w:val="20"/>
        </w:rPr>
        <w:t>[5]</w:t>
      </w:r>
    </w:p>
    <w:p>
      <w:r>
        <w:rPr>
          <w:rFonts w:ascii="Gentium Plus" w:hAnsi="Gentium Plus"/>
          <w:sz w:val="24"/>
        </w:rPr>
        <w:t>ὁ γὰρ ἶνις καὶ κέλωρ σφόδρα ποιητικά, καὶ ἔτι μᾶλλον οἱ ἄμναμοι. καλοῖτο δ’ ἂν υἱὸς ἀγαπητὸς ὁ μόνος ὢν πατρὶ ἢ μητρί, ὥσπερ καὶ ἀγαπητὴ θυγάτηρ ἡ μονογενὴς καθ’ Ἡσίοδον (frg 272 Rz). καὶ</w:t>
      </w:r>
    </w:p>
    <w:p>
      <w:r>
        <w:rPr>
          <w:rFonts w:ascii="Courier New" w:hAnsi="Courier New"/>
          <w:color w:val="555555"/>
          <w:sz w:val="20"/>
        </w:rPr>
        <w:t>[3 . 20]</w:t>
      </w:r>
    </w:p>
    <w:p>
      <w:r>
        <w:rPr>
          <w:rFonts w:ascii="Gentium Plus" w:hAnsi="Gentium Plus"/>
          <w:sz w:val="24"/>
        </w:rPr>
        <w:t>κατὰ τοὺς πολλοὺς ποιητὰς τηλύγετος εἴτε ὁ ἀγαπητὸς εἴτε ὁ ὀψίγονος, ὁπότε τινὶ πρὸς τῷ γήρᾳ παῖς γένοιτο—καὶ τηλυγέτη θυγάτηρ (Γ 175)—ὃ καὶ μᾶλλον ἂν λέγοιτο, ὡς Ὅμηρος μαρ‐ τυρεῖ· οὕτως γὰρ οὐ τὸν μονογενῆ τηλύγετον λέγει (Γ 175),</w:t>
      </w:r>
    </w:p>
    <w:p>
      <w:r>
        <w:rPr>
          <w:rFonts w:ascii="Courier New" w:hAnsi="Courier New"/>
          <w:color w:val="555555"/>
          <w:sz w:val="20"/>
        </w:rPr>
        <w:t>[5]</w:t>
      </w:r>
    </w:p>
    <w:p>
      <w:r>
        <w:rPr>
          <w:rFonts w:ascii="Gentium Plus" w:hAnsi="Gentium Plus"/>
          <w:sz w:val="24"/>
        </w:rPr>
        <w:t>ὥστε γ’ εἴρηκεν (E 153) ‘ἄμφω τηλυγέτω‘ καὶ (I 143=285) ὅς μοι τηλύγετος τρέφεται θαλίῃ ἐνὶ πολλῇ, ἔνιοι δὲ καὶ τηθαλλαδοῦν τοῦτον οἴονται καλεῖσθαι· ἔστι δὲ κυρίως ὁ ὑπὸ τήθης τραφεὶς καὶ διὰ τοῦτο ὢν ὑγρότερος, ὃν οἱ νῦν</w:t>
      </w:r>
    </w:p>
    <w:p>
      <w:r>
        <w:rPr>
          <w:rFonts w:ascii="Courier New" w:hAnsi="Courier New"/>
          <w:color w:val="555555"/>
          <w:sz w:val="20"/>
        </w:rPr>
        <w:t>[3 . 21]</w:t>
      </w:r>
    </w:p>
    <w:p>
      <w:r>
        <w:rPr>
          <w:rFonts w:ascii="Gentium Plus" w:hAnsi="Gentium Plus"/>
          <w:sz w:val="24"/>
        </w:rPr>
        <w:t>μαμμόθρεπτον λέγουσιν. παρθενίας δ’ ὅν τις ἐκ τῆς δοκούσης εἶναι παρθένου, οὐ νόμῳ συνοικήσας, ἐποιήσατο, καὶ σκότιος ὃν ἐγέννησέ τις λαθὼν ἢ ἔτεκέ τις λαθοῦσα· Εὔβουλος (II frg 140 Ko) δὲ ὁ κωμικὸς τὸ λαθρίδιον γέννημα προανάσυρμα παρθένου κατα‐</w:t>
      </w:r>
    </w:p>
    <w:p>
      <w:r>
        <w:rPr>
          <w:rFonts w:ascii="Courier New" w:hAnsi="Courier New"/>
          <w:color w:val="555555"/>
          <w:sz w:val="20"/>
        </w:rPr>
        <w:t>[5]</w:t>
      </w:r>
    </w:p>
    <w:p>
      <w:r>
        <w:rPr>
          <w:rFonts w:ascii="Gentium Plus" w:hAnsi="Gentium Plus"/>
          <w:sz w:val="24"/>
        </w:rPr>
        <w:t>γελάστως ὠνόμασεν. καὶ γνήσιος μὲν ὁ ἐκ γυναικὸς ἀστῆς καὶ γαμετῆς—ὁ δ’ αὐτὸς καὶ ἰθαγενής—νόθος δ’ ὁ ἐκ ξένης ἢ παλλακίδος· ὑπ’ ἐνίων δὲ καλεῖται μητρόξενος. τὰ δὲ χρήματα τὰ τοῖς νόθοις διδόμενα νοθεῖα Ἀριστοφάνης (Av 1656) καλεῖ. εἰσποιητὸς δὲ καὶ θετός, ὅν τις οὐ γεννήσας ἀλλ’ ἑλόμενος ἐπὶ τοῖς</w:t>
      </w:r>
    </w:p>
    <w:p>
      <w:r>
        <w:rPr>
          <w:rFonts w:ascii="Courier New" w:hAnsi="Courier New"/>
          <w:color w:val="555555"/>
          <w:sz w:val="20"/>
        </w:rPr>
        <w:t>[10]</w:t>
      </w:r>
    </w:p>
    <w:p>
      <w:r>
        <w:rPr>
          <w:rFonts w:ascii="Gentium Plus" w:hAnsi="Gentium Plus"/>
          <w:sz w:val="24"/>
        </w:rPr>
        <w:t>χρήμασιν ἐποιήσατο, ὥσπερ καὶ ἐκποιητὸς ὁ ὑπὸ πατρὸς δοθεὶς</w:t>
      </w:r>
    </w:p>
    <w:p>
      <w:r>
        <w:rPr>
          <w:rFonts w:ascii="Courier New" w:hAnsi="Courier New"/>
          <w:color w:val="555555"/>
          <w:sz w:val="20"/>
        </w:rPr>
        <w:t>[3 . 22]</w:t>
      </w:r>
    </w:p>
    <w:p>
      <w:r>
        <w:rPr>
          <w:rFonts w:ascii="Gentium Plus" w:hAnsi="Gentium Plus"/>
          <w:sz w:val="24"/>
        </w:rPr>
        <w:t>ὁ δὲ πατρὸς ἀδελφὸς θεῖος ἢ ἀδελφόθεος ἢ πατράδελφος ἢ πάτρως, ὁ δὲ μητρὸς ἀδελφὸς θεῖος ἢ μητράδελφος ἢ μήτρως ἢ νέννος· ἡ δὲ πατρὸς ἀδελφὴ θεία ἢ πατράδελφος, ἡ δὲ μητρὸς ἀδελφὴ θεία ἢ μητράδελφος ἢ τηθίς. ὁ δ’ ἀδελφοῦ</w:t>
      </w:r>
    </w:p>
    <w:p>
      <w:r>
        <w:rPr>
          <w:rFonts w:ascii="Courier New" w:hAnsi="Courier New"/>
          <w:color w:val="555555"/>
          <w:sz w:val="20"/>
        </w:rPr>
        <w:t>[5]</w:t>
      </w:r>
    </w:p>
    <w:p>
      <w:r>
        <w:rPr>
          <w:rFonts w:ascii="Gentium Plus" w:hAnsi="Gentium Plus"/>
          <w:sz w:val="24"/>
        </w:rPr>
        <w:t>ἢ ἀδελφῆς υἱὸς ἀδελφιδοῦς, καὶ ἡ ἀδελφοῦ ἢ ἀδελφῆς θυγά‐ τηρ ἀδελφιδῆ. ἀδελφοὶ δ’ οἱ μὲν ἐκ ταὐτοῦ πατρὸς ὁμοπάτριοι</w:t>
      </w:r>
    </w:p>
    <w:p>
      <w:r>
        <w:rPr>
          <w:rFonts w:ascii="Courier New" w:hAnsi="Courier New"/>
          <w:color w:val="555555"/>
          <w:sz w:val="20"/>
        </w:rPr>
        <w:t>[3 . 23]</w:t>
      </w:r>
    </w:p>
    <w:p>
      <w:r>
        <w:rPr>
          <w:rFonts w:ascii="Gentium Plus" w:hAnsi="Gentium Plus"/>
          <w:sz w:val="24"/>
        </w:rPr>
        <w:t>καὶ ὁμοπάτορες, οἱ δ’ ἐκ τῆς αὐτῆς μητρὸς ὁμομήτριοι καὶ ὁμο‐ μήτορες· καὶ ὁμογάλακτας δὲ τούτους καὶ ὁμογάστορας καὶ ὁμο‐ γαστρίους ὀνομαστέον, καὶ ὁμογνίους καὶ ὁμογόνους. οὕτω δὲ καὶ τοὺς διδύμους ὠνόμαζον, ὥσπερ καὶ ὁμόπαιδας· Πλάτων</w:t>
      </w:r>
    </w:p>
    <w:p>
      <w:r>
        <w:rPr>
          <w:rFonts w:ascii="Courier New" w:hAnsi="Courier New"/>
          <w:color w:val="555555"/>
          <w:sz w:val="20"/>
        </w:rPr>
        <w:t>[5]</w:t>
      </w:r>
    </w:p>
    <w:p>
      <w:r>
        <w:rPr>
          <w:rFonts w:ascii="Gentium Plus" w:hAnsi="Gentium Plus"/>
          <w:sz w:val="24"/>
        </w:rPr>
        <w:t>(Phil 57 D) δὲ καὶ τὴν διδυμότητα ὠνόμασεν. οἱ γὰρ σύναιμοι καὶ ὁμαίμονες, τὸ μὲν ἰδιωτῶν τὸ δὲ ποιητῶν. ἀλλ’ οἱ μὲν ἐκ μόνου</w:t>
      </w:r>
    </w:p>
    <w:p>
      <w:r>
        <w:rPr>
          <w:rFonts w:ascii="Courier New" w:hAnsi="Courier New"/>
          <w:color w:val="555555"/>
          <w:sz w:val="20"/>
        </w:rPr>
        <w:t>[3 . 24]</w:t>
      </w:r>
    </w:p>
    <w:p>
      <w:r>
        <w:rPr>
          <w:rFonts w:ascii="Gentium Plus" w:hAnsi="Gentium Plus"/>
          <w:sz w:val="24"/>
        </w:rPr>
        <w:t>πατρὸς ἀδελφοὶ διαφόρων δ’ ὄντες μητέρων ἀμφιμήτορες, εἰ δ’ εἶεν ἐκ διαφόρων πατέρων, ἐκ μέντοι μιᾶς μητρός, ἀμφι‐ πάτορες· εἰ γὰρ καὶ μὴ εὗρον τοὔνομα, ἀλλ’ ἀπ’ ἐκείνου καὶ τοῦτο ἐγκρίνω. ἔνιοι δὲ τοὺς ἐξ ἑκατέρωθεν ἀδελφοὺς αὐταδέλφους</w:t>
      </w:r>
    </w:p>
    <w:p>
      <w:r>
        <w:rPr>
          <w:rFonts w:ascii="Courier New" w:hAnsi="Courier New"/>
          <w:color w:val="555555"/>
          <w:sz w:val="20"/>
        </w:rPr>
        <w:t>[5]</w:t>
      </w:r>
    </w:p>
    <w:p>
      <w:r>
        <w:rPr>
          <w:rFonts w:ascii="Gentium Plus" w:hAnsi="Gentium Plus"/>
          <w:sz w:val="24"/>
        </w:rPr>
        <w:t>καλεῖσθαι νομίζουσιν. ὁ δὲ πρεσβύτερος ἀδελφὸς ὑπὸ τοῦ νεω‐ τέρου ἠθεῖος καλεῖται. τὸ δ’ ἀδελφόν τινα καλεῖν ἀδελφίζειν Ἰσο‐</w:t>
      </w:r>
    </w:p>
    <w:p>
      <w:r>
        <w:rPr>
          <w:rFonts w:ascii="Courier New" w:hAnsi="Courier New"/>
          <w:color w:val="555555"/>
          <w:sz w:val="20"/>
        </w:rPr>
        <w:t>[3 . 25]</w:t>
      </w:r>
    </w:p>
    <w:p>
      <w:r>
        <w:rPr>
          <w:rFonts w:ascii="Gentium Plus" w:hAnsi="Gentium Plus"/>
          <w:sz w:val="24"/>
        </w:rPr>
        <w:t>κράτης (XIX 30) λέγει. καὶ ἀδελφὰς ἐπιθυμίας. Καλλίας (I frg 22 Ko) δὲ ‘†δυαδελφίδην† ταὐτῷ μυχῷ.‘ Ἡρόδοτος (III 65) δὲ καὶ ἀδελφεοκτόνον ὠνόμασε· τὸν δ’ οὐκ ἔχοντα ἀδελφὸν ἀνάδελφον ὁ Ξενοφῶν (Mem II 3. 4). οἱ μὲν δὴ σύνδυο γεννηθέντες δίδυμοι</w:t>
      </w:r>
    </w:p>
    <w:p>
      <w:r>
        <w:rPr>
          <w:rFonts w:ascii="Courier New" w:hAnsi="Courier New"/>
          <w:color w:val="555555"/>
          <w:sz w:val="20"/>
        </w:rPr>
        <w:t>[5]</w:t>
      </w:r>
    </w:p>
    <w:p>
      <w:r>
        <w:rPr>
          <w:rFonts w:ascii="Gentium Plus" w:hAnsi="Gentium Plus"/>
          <w:sz w:val="24"/>
        </w:rPr>
        <w:t>καλοῦνται· εἰ δ’ ἐκ διαφόρων τινὲς μητέρων εἶεν, ἐπίγονος ἂν</w:t>
      </w:r>
    </w:p>
    <w:p>
      <w:r>
        <w:rPr>
          <w:rFonts w:ascii="Courier New" w:hAnsi="Courier New"/>
          <w:color w:val="555555"/>
          <w:sz w:val="20"/>
        </w:rPr>
        <w:t>[3 . 26]</w:t>
      </w:r>
    </w:p>
    <w:p>
      <w:r>
        <w:rPr>
          <w:rFonts w:ascii="Gentium Plus" w:hAnsi="Gentium Plus"/>
          <w:sz w:val="24"/>
        </w:rPr>
        <w:t>ἄπαις ἢ ἄτεκνος, ὥσπερ ὁ οὐκ ἔχων μητέρα ἀμήτωρ, καθάπερ ἡ Ἀθηνᾶ, καὶ ὁ οὐκ ἔχων πατέρα ἀπάτωρ, ὡς ὁ Ἥφαιστος. καλοῖντο δ’ ἂν οὕτω καὶ οἱ ἀποβεβληκότες πατέρας ἢ μητέρας· οὗτοι δὲ καὶ ὀρφανοί. καὶ ἡ μὲν ἐπιγαμηθεῖσα παιδὶ προγεννηθέντι ἐξ ἑτέρας</w:t>
      </w:r>
    </w:p>
    <w:p>
      <w:r>
        <w:rPr>
          <w:rFonts w:ascii="Courier New" w:hAnsi="Courier New"/>
          <w:color w:val="555555"/>
          <w:sz w:val="20"/>
        </w:rPr>
        <w:t>[5]</w:t>
      </w:r>
    </w:p>
    <w:p>
      <w:r>
        <w:rPr>
          <w:rFonts w:ascii="Gentium Plus" w:hAnsi="Gentium Plus"/>
          <w:sz w:val="24"/>
        </w:rPr>
        <w:t>μητρυιά, ὁ δὲ τοῦ δευτέρου γάμου προγεννηθεὶς πρόγονος, ὥσπερ εἰ καὶ γυναῖκά τις ἀγάγοιτο ἔχουσαν υἱὸν ἢ θυγατέρα ἐκ προτέρου γάμου, καὶ τούτῳ πρόγονος ὁ παῖς τε καὶ ἡ παῖς, ὥσπερ οὗτος</w:t>
      </w:r>
    </w:p>
    <w:p>
      <w:r>
        <w:rPr>
          <w:rFonts w:ascii="Courier New" w:hAnsi="Courier New"/>
          <w:color w:val="555555"/>
          <w:sz w:val="20"/>
        </w:rPr>
        <w:t>[3 . 27]</w:t>
      </w:r>
    </w:p>
    <w:p>
      <w:r>
        <w:rPr>
          <w:rFonts w:ascii="Gentium Plus" w:hAnsi="Gentium Plus"/>
          <w:sz w:val="24"/>
        </w:rPr>
        <w:t>ἐκείνοις ἐπιπάτωρ· βέλτιον γὰρ τοὔνομα τοῦ πατρωοῦ, εἰ καὶ Κερκι‐ δᾶς (frg 9 B) αὐτῷ κέχρηται. τοῦτον δ’ Ὑπερείδης Πατρο‐ κλέους ἐπὶ προαγωγείᾳ (frg 140 Bl) κατηγορῶν μητρυιὸν κέκληκε, καὶ Θεόπομπος ὁ κωμικὸς ἐν Εἰρήνῃ (I frg 12 Ko). τοὔνομα</w:t>
      </w:r>
    </w:p>
    <w:p>
      <w:r>
        <w:rPr>
          <w:rFonts w:ascii="Courier New" w:hAnsi="Courier New"/>
          <w:color w:val="555555"/>
          <w:sz w:val="20"/>
        </w:rPr>
        <w:t>[5]</w:t>
      </w:r>
    </w:p>
    <w:p>
      <w:r>
        <w:rPr>
          <w:rFonts w:ascii="Gentium Plus" w:hAnsi="Gentium Plus"/>
          <w:sz w:val="24"/>
        </w:rPr>
        <w:t>μέντοι ὁ πρόγονος ἔστι μὲν καὶ παρὰ Δεινάρχῳ (frg 28 Tur), ὀνο‐ μάζεται δὲ καὶ παρὰ Στράττιδι (I frg 79 Ko) ἡ πρόγονος· καὶ παρ’ Ὑπερείδῃ ‘ἐξέδωκε τὴν πρόγονον τὴν αὑτοῦ,‘ ἐν τῷ πρὸς Ἀπελ‐</w:t>
      </w:r>
    </w:p>
    <w:p>
      <w:r>
        <w:rPr>
          <w:rFonts w:ascii="Courier New" w:hAnsi="Courier New"/>
          <w:color w:val="555555"/>
          <w:sz w:val="20"/>
        </w:rPr>
        <w:t>[3 . 28]</w:t>
      </w:r>
    </w:p>
    <w:p>
      <w:r>
        <w:rPr>
          <w:rFonts w:ascii="Gentium Plus" w:hAnsi="Gentium Plus"/>
          <w:sz w:val="24"/>
        </w:rPr>
        <w:t>λαῖον περὶ θησαυροῦ (frg 10 Bl). πάλιν τοίνυν ἀδελφῶν παῖδες ἀνεψιοί, εἴτ’ ἐκ πατραδέλφων εἶεν εἴτ’ ἐκ μητραδέλφων, καὶ εἴτ’ ἐξ ἀδελφοῦ ἢ ἀδελφῆς, εἴτ’ ἐκ δυοῖν ἀρρένων ἀδελφῶν, εἴτ’ ἐκ δυοῖν θηλειῶν ἀδελφῶν· κατὰ ταῦτα δὲ καὶ αἱ θήλειαι</w:t>
      </w:r>
    </w:p>
    <w:p>
      <w:r>
        <w:rPr>
          <w:rFonts w:ascii="Courier New" w:hAnsi="Courier New"/>
          <w:color w:val="555555"/>
          <w:sz w:val="20"/>
        </w:rPr>
        <w:t>[5]</w:t>
      </w:r>
    </w:p>
    <w:p>
      <w:r>
        <w:rPr>
          <w:rFonts w:ascii="Gentium Plus" w:hAnsi="Gentium Plus"/>
          <w:sz w:val="24"/>
        </w:rPr>
        <w:t>ἀνεψιαί. οἱ μέντοι αὐτανέψιοι οὐδὲν πλέον τῶν ἀνεψιῶν, ἀλλ’</w:t>
      </w:r>
    </w:p>
    <w:p>
      <w:r>
        <w:rPr>
          <w:rFonts w:ascii="Courier New" w:hAnsi="Courier New"/>
          <w:color w:val="555555"/>
          <w:sz w:val="20"/>
        </w:rPr>
        <w:t>[3 . 29]</w:t>
      </w:r>
    </w:p>
    <w:p>
      <w:r>
        <w:rPr>
          <w:rFonts w:ascii="Gentium Plus" w:hAnsi="Gentium Plus"/>
          <w:sz w:val="24"/>
        </w:rPr>
        <w:t>ὦσιν, ἄν τε θήλεια καὶ ἄρρην, ὁ μὲν ἀνεψιαδοῦς ἡ δ’ ἀνεψιαδῆ· ἂν δὲ δύο θήλειαι, ἄμφω ἀνεψιαδαῖ. οἱ δ’ ἐκ τῶν ἀνεψιαδῶν ἀλλήλοις ἐξανέψιοί τε καὶ ἐξανέψιαι. τούτῳ δὲ τῷ ὀνόματι οὐ πάνυ τετριμμένῳ κέχρηται Μένανδρος (III frg 1010 Ko), ᾧ ἀεὶ μὲν οὐ</w:t>
      </w:r>
    </w:p>
    <w:p>
      <w:r>
        <w:rPr>
          <w:rFonts w:ascii="Courier New" w:hAnsi="Courier New"/>
          <w:color w:val="555555"/>
          <w:sz w:val="20"/>
        </w:rPr>
        <w:t>[5]</w:t>
      </w:r>
    </w:p>
    <w:p>
      <w:r>
        <w:rPr>
          <w:rFonts w:ascii="Gentium Plus" w:hAnsi="Gentium Plus"/>
          <w:sz w:val="24"/>
        </w:rPr>
        <w:t>χρηστέον ὡς οὐκ ἀκριβῶς Ἑλληνικῷ, ἐπὶ δὲ τῶν ἀκατονομάστων πιστευτέον· ὧν γὰρ γενῶν ἢ πραγμάτων ἢ κτημάτων ὀνόματα παρ’ ἄλλοις οὐκ ἔστι, ταῦτα ἀγαπητὸν ἂν εἴη καὶ παρὰ τούτου λαβεῖν.</w:t>
      </w:r>
    </w:p>
    <w:p>
      <w:r>
        <w:rPr>
          <w:rFonts w:ascii="Courier New" w:hAnsi="Courier New"/>
          <w:color w:val="555555"/>
          <w:sz w:val="20"/>
        </w:rPr>
        <w:t>[3 . 30]</w:t>
      </w:r>
    </w:p>
    <w:p>
      <w:r>
        <w:rPr>
          <w:rFonts w:ascii="Gentium Plus" w:hAnsi="Gentium Plus"/>
          <w:sz w:val="24"/>
        </w:rPr>
        <w:t>καὶ ταῦτα μὲν ἐκ τοῦ γένους τὰ ὀνόματα, ἐκ δὲ τῆς συγ‐ γενείας κοινὸν μὲν οἰκεῖος, ὁμογενής, καὶ συγγενής, κἂν θήλεια ᾖ· ἡ γὰρ συγγενὶς ἐσχάτως βάρβαρον. καὶ κηδεσταὶ μὲν ἀλλήλοις ἑκατέρωθεν οἱ τὸ κῆδος συνάψαντες, καὶ πηοὶ κατὰ τοὺς ποιητάς (Hom</w:t>
      </w:r>
    </w:p>
    <w:p>
      <w:r>
        <w:rPr>
          <w:rFonts w:ascii="Courier New" w:hAnsi="Courier New"/>
          <w:color w:val="555555"/>
          <w:sz w:val="20"/>
        </w:rPr>
        <w:t>[5]</w:t>
      </w:r>
    </w:p>
    <w:p>
      <w:r>
        <w:rPr>
          <w:rFonts w:ascii="Gentium Plus" w:hAnsi="Gentium Plus"/>
          <w:sz w:val="24"/>
        </w:rPr>
        <w:t>G 163), καὶ προσκηδεῖς καθ’ Ἡρόδοτον (VIII 136), καὶ κῆδος ἡ ἐπιγαμία κατὰ Θουκυδίδην (II 29. 3), καὶ κηδεία κατὰ Δημοσθένην (XXIII 157), καὶ</w:t>
      </w:r>
    </w:p>
    <w:p>
      <w:r>
        <w:rPr>
          <w:rFonts w:ascii="Courier New" w:hAnsi="Courier New"/>
          <w:color w:val="555555"/>
          <w:sz w:val="20"/>
        </w:rPr>
        <w:t>[3 . 31]</w:t>
      </w:r>
    </w:p>
    <w:p>
      <w:r>
        <w:rPr>
          <w:rFonts w:ascii="Gentium Plus" w:hAnsi="Gentium Plus"/>
          <w:sz w:val="24"/>
        </w:rPr>
        <w:t>κηδεύματα κατὰ Πλάτωνα (Leg XI 926 B). καὶ προμνήστριαι μὲν αἱ συνάγουσαι τὸν γάμον.—Σικελιῶται (CGF I p 217. 222 Kaib) δ’ αὐτὰς καλοῦσι προμυθικτρίας, οἱ δ’ Ἀττικοὶ καὶ μνήστριαν τὴν προμνήστριαν ὀνομάζουσιν—γαμβροὶ δ’ οἱ ἐκ τῆς τοῦ γή‐</w:t>
      </w:r>
    </w:p>
    <w:p>
      <w:r>
        <w:rPr>
          <w:rFonts w:ascii="Courier New" w:hAnsi="Courier New"/>
          <w:color w:val="555555"/>
          <w:sz w:val="20"/>
        </w:rPr>
        <w:t>[5]</w:t>
      </w:r>
    </w:p>
    <w:p>
      <w:r>
        <w:rPr>
          <w:rFonts w:ascii="Gentium Plus" w:hAnsi="Gentium Plus"/>
          <w:sz w:val="24"/>
        </w:rPr>
        <w:t>μαντος οἰκίας, οἷον πατὴρ καὶ μήτηρ καὶ οἱ ἄλλοι πάντες κατὰ ταὐτὰ οἱ πρὸς γένους τῷ ἀνδρί, πενθεροὶ δ’ ἀνάπαλιν οἱ τῇ γημα‐</w:t>
      </w:r>
    </w:p>
    <w:p>
      <w:r>
        <w:rPr>
          <w:rFonts w:ascii="Courier New" w:hAnsi="Courier New"/>
          <w:color w:val="555555"/>
          <w:sz w:val="20"/>
        </w:rPr>
        <w:t>[3 . 32]</w:t>
      </w:r>
    </w:p>
    <w:p>
      <w:r>
        <w:rPr>
          <w:rFonts w:ascii="Gentium Plus" w:hAnsi="Gentium Plus"/>
          <w:sz w:val="24"/>
        </w:rPr>
        <w:t>χρῆσιν μεταβαλόντες· Σαπφὼ (frg 99 B saep) μέντοι καὶ τὸν ἄνδρα αὐτὸν γαμβρὸν καλεῖ. ἡ μὲν οὖν γημαμένη νύμφη καλεῖται τῷ τοῦ γήμαντος πατρὶ καὶ τῇ μητρὶ καὶ νυός, οὗτοι δὲ τῇ νύμφῃ ἑκυρὸς καὶ ἑκυρά. ἡ δὲ τοῦ ἀνδρὸς ἀδελφὴ τῇ ἐκείνου γυναικὶ γάλως, ὁ</w:t>
      </w:r>
    </w:p>
    <w:p>
      <w:r>
        <w:rPr>
          <w:rFonts w:ascii="Courier New" w:hAnsi="Courier New"/>
          <w:color w:val="555555"/>
          <w:sz w:val="20"/>
        </w:rPr>
        <w:t>[5]</w:t>
      </w:r>
    </w:p>
    <w:p>
      <w:r>
        <w:rPr>
          <w:rFonts w:ascii="Gentium Plus" w:hAnsi="Gentium Plus"/>
          <w:sz w:val="24"/>
        </w:rPr>
        <w:t>δὲ τοῦ γήμαντος ἀδελφὸς δαήρ. αἱ δ’ ἀδελφοῖς δύο συνοικοῦσαι εἰνάτερες, οἱ δ’ ἀδελφὰς γήμαντες ὁμόγαμβροι ἢ σύγγαμβροι ἢ μᾶλλον συγκηδεσταί, καὶ παρὰ τοῖς ποιηταῖς εἰλίονες.</w:t>
      </w:r>
    </w:p>
    <w:p>
      <w:r>
        <w:rPr>
          <w:rFonts w:ascii="Courier New" w:hAnsi="Courier New"/>
          <w:color w:val="555555"/>
          <w:sz w:val="20"/>
        </w:rPr>
        <w:t>[3 . 33]</w:t>
      </w:r>
    </w:p>
    <w:p>
      <w:r>
        <w:rPr>
          <w:rFonts w:ascii="Gentium Plus" w:hAnsi="Gentium Plus"/>
          <w:sz w:val="24"/>
        </w:rPr>
        <w:t>καὶ ἡ μὲν ἐπὶ παντὶ τῷ κλήρῳ τρεφομένη μόνη θυγάτηρ ἐπί‐ κληρος, περιόντος τε τοῦ πατρὸς καὶ ἀποθανόντος· ἐκάλεσαν δέ τινες (Herod VI 57) αὐτὴν καὶ πατροῦχον, Ἰσαῖος (frg 91 Tur) δὲ καὶ ἐπι‐ κληρῖτιν, ὥσπερ καὶ Σόλων. ὁ δὲ ταύτῃ προσήκων κατὰ γένος ἀγχιστεύς.</w:t>
      </w:r>
    </w:p>
    <w:p>
      <w:r>
        <w:rPr>
          <w:rFonts w:ascii="Courier New" w:hAnsi="Courier New"/>
          <w:color w:val="555555"/>
          <w:sz w:val="20"/>
        </w:rPr>
        <w:t>[5]</w:t>
      </w:r>
    </w:p>
    <w:p>
      <w:r>
        <w:rPr>
          <w:rFonts w:ascii="Gentium Plus" w:hAnsi="Gentium Plus"/>
          <w:sz w:val="24"/>
        </w:rPr>
        <w:t>ἐπίδικος δ’ ἡ ἐπίκληρος, ὑπὲρ ἧς ἀμφισβητοῦσί τινες ἀλλήλοις ὡς μᾶλλον εἰς αὐτοὺς τῆς ἀγχιστείας καθηκούσης· ἀνεπίδικος δ’ ἧς οὐκ ἠμφισβήτησάν τινες. ἡ μέντοι κλῆρον οὐκ ἔχουσα πατρῷον θῆσσα καλεῖται, ἣν ὁ ἀγχιστεὺς ἐκδίδωσιν, ἂν ἑτέρᾳ συνοικῇ, ἢ πάντως γαμεῖ.</w:t>
      </w:r>
    </w:p>
    <w:p>
      <w:r>
        <w:rPr>
          <w:rFonts w:ascii="Courier New" w:hAnsi="Courier New"/>
          <w:color w:val="555555"/>
          <w:sz w:val="20"/>
        </w:rPr>
        <w:t>[3 . 34]</w:t>
      </w:r>
    </w:p>
    <w:p>
      <w:r>
        <w:rPr>
          <w:rFonts w:ascii="Gentium Plus" w:hAnsi="Gentium Plus"/>
          <w:sz w:val="24"/>
        </w:rPr>
        <w:t>ὁ μὲν οὖν ἀνὴρ τῇ γυναικὶ πρὸ τοῦ γῆμαι μνηστὴρ καὶ μνώ‐ μενος, καὶ τὸ ἔργον μνηστεία καὶ μνηστεύσασθαι, καὶ μνηστὴ ἡ νύμφη, ὡς Ὅμηρος (α 36) ‘γῆμ’ ἄλοχον μνηστήν.‘ τὴν δ’ αὐτὴν καὶ ἐγγυητὴν ἂν εἴποις, καὶ τὸ πρᾶγμα ἐγγύην καὶ τὸ ῥῆμα ἐγγυήσασθαι</w:t>
      </w:r>
    </w:p>
    <w:p>
      <w:r>
        <w:rPr>
          <w:rFonts w:ascii="Courier New" w:hAnsi="Courier New"/>
          <w:color w:val="555555"/>
          <w:sz w:val="20"/>
        </w:rPr>
        <w:t>[5]</w:t>
      </w:r>
    </w:p>
    <w:p>
      <w:r>
        <w:rPr>
          <w:rFonts w:ascii="Gentium Plus" w:hAnsi="Gentium Plus"/>
          <w:sz w:val="24"/>
        </w:rPr>
        <w:t>καὶ ἐγγυῆσαι—Λυκοῦργος (frg 89 Tur) δὲ καὶ διεγγυᾶν τὸ ἐγ‐</w:t>
      </w:r>
    </w:p>
    <w:p>
      <w:r>
        <w:rPr>
          <w:rFonts w:ascii="Courier New" w:hAnsi="Courier New"/>
          <w:color w:val="555555"/>
          <w:sz w:val="20"/>
        </w:rPr>
        <w:t>[3 . 35]</w:t>
      </w:r>
    </w:p>
    <w:p>
      <w:r>
        <w:rPr>
          <w:rFonts w:ascii="Gentium Plus" w:hAnsi="Gentium Plus"/>
          <w:sz w:val="24"/>
        </w:rPr>
        <w:t>ἀνέγγυον. ὁ δὲ πενθερὸς ἐγγυᾷ, ἁρμόζει, ὅθεν τινὲς τῶν πα‐ λαιῶν καὶ ἁρμοστὴν τὸν μνηστῆρα ἐκάλεσαν, ἐκδίδωσι· καὶ τὸ πρᾶγμα ἔκδοσις, καὶ ἡ μὴ ἐκδοθεῖσα ἀνέκδοτος, καὶ τὸ συνεισενεγκεῖν εἰς τὴν ἔκδοσιν συνεκδοῦναι. ἐπὶ δὲ τῷ γάμῳ ὁ μὲν τῇ κόρῃ</w:t>
      </w:r>
    </w:p>
    <w:p>
      <w:r>
        <w:rPr>
          <w:rFonts w:ascii="Courier New" w:hAnsi="Courier New"/>
          <w:color w:val="555555"/>
          <w:sz w:val="20"/>
        </w:rPr>
        <w:t>[5]</w:t>
      </w:r>
    </w:p>
    <w:p>
      <w:r>
        <w:rPr>
          <w:rFonts w:ascii="Gentium Plus" w:hAnsi="Gentium Plus"/>
          <w:sz w:val="24"/>
        </w:rPr>
        <w:t>νυμφίος, ἡ δ’ ἐκείνῳ νύμφη. καὶ ἡ μὲν σὺν προικὶ ἐπίπροικος, ἡ δὲ ἀχρήματος ἄπροικος. λέγοις δ’ ἂν προῖκα καὶ φερνὴν τὴν παρὰ τῆς γυναικὸς δόσιν—Αἰσχίνης γὰρ ὁ ῥήτωρ (II 31) τὴν προῖκα φερνὴν καλεῖ—ὥστ’ εἴποις ἂν εἰσενέγκασθαι προῖκα καὶ προ‐</w:t>
      </w:r>
    </w:p>
    <w:p>
      <w:r>
        <w:rPr>
          <w:rFonts w:ascii="Courier New" w:hAnsi="Courier New"/>
          <w:color w:val="555555"/>
          <w:sz w:val="20"/>
        </w:rPr>
        <w:t>[3 . 36]</w:t>
      </w:r>
    </w:p>
    <w:p>
      <w:r>
        <w:rPr>
          <w:rFonts w:ascii="Gentium Plus" w:hAnsi="Gentium Plus"/>
          <w:sz w:val="24"/>
        </w:rPr>
        <w:t>σενέγκασθαι καὶ δοῦναι. αἱ δὲ πρὸς τὴν προῖκα ὑποθῆκαι ἀποτιμήματα. τὰ δὲ παρὰ τοῦ ἀνδρὸς διδόμενα δῶρα ἕδνα καὶ ὀπτήρια καὶ ἀνακαλυπτήρια· οὐ γὰρ μόνον ἡ ἡμέρα ἐν ᾗ ἐκκα‐ λύπτει τὴν νύμφην οὕτω καλοῖτ’ ἄν, ἀλλὰ καὶ τὰ ἐπ’ αὐτῇ δῶρα.</w:t>
      </w:r>
    </w:p>
    <w:p>
      <w:r>
        <w:rPr>
          <w:rFonts w:ascii="Courier New" w:hAnsi="Courier New"/>
          <w:color w:val="555555"/>
          <w:sz w:val="20"/>
        </w:rPr>
        <w:t>[5]</w:t>
      </w:r>
    </w:p>
    <w:p>
      <w:r>
        <w:rPr>
          <w:rFonts w:ascii="Gentium Plus" w:hAnsi="Gentium Plus"/>
          <w:sz w:val="24"/>
        </w:rPr>
        <w:t>τὰ δὲ ἀνακαλυπτήρια καὶ προσφθεγκτήρια ἐκάλουν. καὶ ‘διαπαρθένια δὲ δῶρα‘ τὰ ὑπὲρ τοῦ τὴν παρθενίαν ἀφελέσθαι ὠνόμασεν Ἄμφις ὁ κωμικός (II frg 49 Ko). τὴν μέντοι οὐ λαβοῦσαν ἕδνα ὀνο‐</w:t>
      </w:r>
    </w:p>
    <w:p>
      <w:r>
        <w:rPr>
          <w:rFonts w:ascii="Courier New" w:hAnsi="Courier New"/>
          <w:color w:val="555555"/>
          <w:sz w:val="20"/>
        </w:rPr>
        <w:t>[3 . 37]</w:t>
      </w:r>
    </w:p>
    <w:p>
      <w:r>
        <w:rPr>
          <w:rFonts w:ascii="Gentium Plus" w:hAnsi="Gentium Plus"/>
          <w:sz w:val="24"/>
        </w:rPr>
        <w:t>μάσαις ἂν ἀνάεδνον Ὁμηρικῶς (I 146). καὶ ὁ μὲν τόπος τοῦ γάμου θάλαμος, ὥσπερ ἵνα ἐτρέφετο παρθενών, καὶ τὸ ἔργον παρ‐ θενεύεσθαι. καὶ τὸ ἐπίβλημα τῆς γυναικὸς ἑανὸς καὶ καλύπτρα, τὸ δὲ παρὰ τῇ εὐνῇ παραπέτασμα παστός. τὸ δ’ ᾆσμα τὸ γαμήλιον</w:t>
      </w:r>
    </w:p>
    <w:p>
      <w:r>
        <w:rPr>
          <w:rFonts w:ascii="Courier New" w:hAnsi="Courier New"/>
          <w:color w:val="555555"/>
          <w:sz w:val="20"/>
        </w:rPr>
        <w:t>[5]</w:t>
      </w:r>
    </w:p>
    <w:p>
      <w:r>
        <w:rPr>
          <w:rFonts w:ascii="Gentium Plus" w:hAnsi="Gentium Plus"/>
          <w:sz w:val="24"/>
        </w:rPr>
        <w:t>ὑμὴν καὶ ὑμέναιος, ὅθεν καὶ παρὰ τοῖς ποιηταῖς (Eurip Herc 834) ἀνυμέναιος ἡ ἄγαμος, καὶ ὑμεναιῶσαι τὸ τὸν ὑμέναιον ᾆσαι· καὶ τὸ αὔλημα γαμήλιον. ὕπερον δὲ ἐξέδουν πρὸ τοῦ θαλάμου, ὥσπερ</w:t>
      </w:r>
    </w:p>
    <w:p>
      <w:r>
        <w:rPr>
          <w:rFonts w:ascii="Courier New" w:hAnsi="Courier New"/>
          <w:color w:val="555555"/>
          <w:sz w:val="20"/>
        </w:rPr>
        <w:t>[3 . 38]</w:t>
      </w:r>
    </w:p>
    <w:p>
      <w:r>
        <w:rPr>
          <w:rFonts w:ascii="Gentium Plus" w:hAnsi="Gentium Plus"/>
          <w:sz w:val="24"/>
        </w:rPr>
        <w:t>καὶ κόσκινον ἡ παῖς ἔφερεν, σημεῖα, ὡς εἰκός, αὐτουργίας. καὶ τὸ μὲν ἔργον ὁμοῦ καὶ ἡ ἑορτὴ γάμος, ἡ δὲ πρὸ γάμου θυσία προ‐ τέλεια καὶ προγάμια· οὕτω δ’ ἂν καλοῖτο καὶ τὰ πρὸ γάμου δῶρα. προτελεῖσθαι δ’ ἐλέγοντο οὐ μόνον αἱ νύμφαι ἀλλὰ καὶ οἱ νυμφίοι,</w:t>
      </w:r>
    </w:p>
    <w:p>
      <w:r>
        <w:rPr>
          <w:rFonts w:ascii="Courier New" w:hAnsi="Courier New"/>
          <w:color w:val="555555"/>
          <w:sz w:val="20"/>
        </w:rPr>
        <w:t>[5]</w:t>
      </w:r>
    </w:p>
    <w:p>
      <w:r>
        <w:rPr>
          <w:rFonts w:ascii="Gentium Plus" w:hAnsi="Gentium Plus"/>
          <w:sz w:val="24"/>
        </w:rPr>
        <w:t>καὶ τέλος ὁ γάμος ἐκαλεῖτο, καὶ τέλειοι οἱ γεγαμηκότες. διὰ τοῦτο καὶ Ἥρα τελεία ἡ συζυγία· ταύτῃ γὰρ τοῖς προτελείοις προυτέλιζον τὰς κόρας, καὶ Ἀρτέμιδι καὶ Μοίραις. καὶ τῆς κόμης δὲ τότε</w:t>
      </w:r>
    </w:p>
    <w:p>
      <w:r>
        <w:rPr>
          <w:rFonts w:ascii="Courier New" w:hAnsi="Courier New"/>
          <w:color w:val="555555"/>
          <w:sz w:val="20"/>
        </w:rPr>
        <w:t>[3 . 39]</w:t>
      </w:r>
    </w:p>
    <w:p>
      <w:r>
        <w:rPr>
          <w:rFonts w:ascii="Gentium Plus" w:hAnsi="Gentium Plus"/>
          <w:sz w:val="24"/>
        </w:rPr>
        <w:t>ἀπήρχοντο ταῖς θεαῖς αἱ κόραι. ἡ δ’ ἐκ παρθενίας τινὶ γημαμένη πρω‐ τόποσις ἐκαλεῖτο· γέγραπται δὲ τοὔνομα ἐν τῷ τοῦ βασιλέως νόμῳ· καὶ πρωτόπειρον δ’ ὠνόμασε Θεόπομπος ὁ κωμικός (I frg 94 Ko). προαυλία δ’ ἡ πρὸ τῶν γάμων ἡμέρα, καὶ ἡ μετὰ τὸν γάμον ἐπαυλία.</w:t>
      </w:r>
    </w:p>
    <w:p>
      <w:r>
        <w:rPr>
          <w:rFonts w:ascii="Courier New" w:hAnsi="Courier New"/>
          <w:color w:val="555555"/>
          <w:sz w:val="20"/>
        </w:rPr>
        <w:t>[5]</w:t>
      </w:r>
    </w:p>
    <w:p>
      <w:r>
        <w:rPr>
          <w:rFonts w:ascii="Gentium Plus" w:hAnsi="Gentium Plus"/>
          <w:sz w:val="24"/>
        </w:rPr>
        <w:t>ἀπαυλία δ’ ἐν ᾗ ὁ νυμφίος εἰς τοῦ πενθεροῦ ἀπαυλίζεται ἀπὸ τῆς νύμφης. οἱ δὲ καὶ τὰ διδόμενα δῶρα τῇ νύμφῃ καλοῦσιν ἐπαύλια.</w:t>
      </w:r>
    </w:p>
    <w:p>
      <w:r>
        <w:rPr>
          <w:rFonts w:ascii="Courier New" w:hAnsi="Courier New"/>
          <w:color w:val="555555"/>
          <w:sz w:val="20"/>
        </w:rPr>
        <w:t>[3 . 40]</w:t>
      </w:r>
    </w:p>
    <w:p>
      <w:r>
        <w:rPr>
          <w:rFonts w:ascii="Gentium Plus" w:hAnsi="Gentium Plus"/>
          <w:sz w:val="24"/>
        </w:rPr>
        <w:t>ἡ δ’ ἀπαυλιστηρία χλανὶς ἀπὸ τῆς νύμφης ἐν τοῖς ἀπαυλίοις τῷ νυμφίῳ πέμπεται. καὶ τῷ μὲν νυμφίῳ τότε ἐν τοῦ πενθεροῦ παιδίον ἀμφιθαλὲς θῆλυ συγκατακλίνεται, τῇ δὲ νύμφῃ ἐν τοῦ γαμβροῦ ἄρρεν. ὁ δὲ καλούμενος παράνυμφος νυμφευτὴς ὀνο‐</w:t>
      </w:r>
    </w:p>
    <w:p>
      <w:r>
        <w:rPr>
          <w:rFonts w:ascii="Courier New" w:hAnsi="Courier New"/>
          <w:color w:val="555555"/>
          <w:sz w:val="20"/>
        </w:rPr>
        <w:t>[5]</w:t>
      </w:r>
    </w:p>
    <w:p>
      <w:r>
        <w:rPr>
          <w:rFonts w:ascii="Gentium Plus" w:hAnsi="Gentium Plus"/>
          <w:sz w:val="24"/>
        </w:rPr>
        <w:t>μάζεται καὶ πάροχος· ἐπὶ ζεύγους γὰρ τὰς νύμφας ὡς τὸ πολὺ</w:t>
      </w:r>
    </w:p>
    <w:p>
      <w:r>
        <w:rPr>
          <w:rFonts w:ascii="Courier New" w:hAnsi="Courier New"/>
          <w:color w:val="555555"/>
          <w:sz w:val="20"/>
        </w:rPr>
        <w:t>[3 . 41]</w:t>
      </w:r>
    </w:p>
    <w:p>
      <w:r>
        <w:rPr>
          <w:rFonts w:ascii="Gentium Plus" w:hAnsi="Gentium Plus"/>
          <w:sz w:val="24"/>
        </w:rPr>
        <w:t>μετῄεσαν· εἰ δὲ πεζὴ ἀφίκοιτο ἡ νύμφη, χαμαίπους ἐλέγετο. ὁ δ’ ἄγων τὴν νύμφην ἐκ τῆς τοῦ πατρὸς οἰκίας νυμφαγωγός, ὁπότε μὴ ὁ νυμφίος μετίοι· οὐ νενόμιστο δὲ μετιέναι τοὺς δευτερο‐ γαμοῦντας. ἡ δὲ διοικουμένη τὰ περὶ τὸν γάμον γυνὴ νυμφεύτρια</w:t>
      </w:r>
    </w:p>
    <w:p>
      <w:r>
        <w:rPr>
          <w:rFonts w:ascii="Courier New" w:hAnsi="Courier New"/>
          <w:color w:val="555555"/>
          <w:sz w:val="20"/>
        </w:rPr>
        <w:t>[5]</w:t>
      </w:r>
    </w:p>
    <w:p>
      <w:r>
        <w:rPr>
          <w:rFonts w:ascii="Gentium Plus" w:hAnsi="Gentium Plus"/>
          <w:sz w:val="24"/>
        </w:rPr>
        <w:t>καὶ θαλαμεύτρια, ἡ δὲ τὰ πέμματα μάττουσα καὶ τὰ περὶ τὰς θυσίας διοικουμένη δημιουργός, ὁ δὲ πάντων τῶν περὶ τὴν ἑστίασιν ἐπι‐</w:t>
      </w:r>
    </w:p>
    <w:p>
      <w:r>
        <w:rPr>
          <w:rFonts w:ascii="Courier New" w:hAnsi="Courier New"/>
          <w:color w:val="555555"/>
          <w:sz w:val="20"/>
        </w:rPr>
        <w:t>[3 . 42]</w:t>
      </w:r>
    </w:p>
    <w:p>
      <w:r>
        <w:rPr>
          <w:rFonts w:ascii="Gentium Plus" w:hAnsi="Gentium Plus"/>
          <w:sz w:val="24"/>
        </w:rPr>
        <w:t>μελούμενος τραπεζοποιός. ἡ δὲ τροφὸς τῆς κόρης τιτθὴ καὶ μαῖα. καλεῖται δέ τις τῶν τοῦ νυμφίου φίλων καὶ θυρωρός, ὃς ταῖς θύραις ἐφεστηκὼς εἴργει τὰς γυναῖκας τῇ νύμφῃ βοώσῃ βοηθεῖν. ἡ δ’ ἐπὶ γάμῳ θυσία ἐν τοῖς φράτορσι γαμηλία, καὶ τὸ ἔργον γαμηλίαν</w:t>
      </w:r>
    </w:p>
    <w:p>
      <w:r>
        <w:rPr>
          <w:rFonts w:ascii="Courier New" w:hAnsi="Courier New"/>
          <w:color w:val="555555"/>
          <w:sz w:val="20"/>
        </w:rPr>
        <w:t>[5]</w:t>
      </w:r>
    </w:p>
    <w:p>
      <w:r>
        <w:rPr>
          <w:rFonts w:ascii="Gentium Plus" w:hAnsi="Gentium Plus"/>
          <w:sz w:val="24"/>
        </w:rPr>
        <w:t>εἰσενεγκεῖν. τὸ δὲ τῆς παρθένου παρθενίαν ἀφελέσθαι διακορεῦσαι λέγουσιν, ὡς Ἀριστοφάνης (Thesm 480) οὗτός με διεκόρευσεν οὖσαν ἑπτέτιν. καὶ διαπαρθενεύεται δ’ Ἡρόδοτος (IV 168) εἴρηκεν, διαπεπαρθενευ‐ μένη καὶ διαπεπαρθενευκότα, τὸ μὲν πρότερον Διοκλῆς (I frg 16 Ko)</w:t>
      </w:r>
    </w:p>
    <w:p>
      <w:r>
        <w:rPr>
          <w:rFonts w:ascii="Courier New" w:hAnsi="Courier New"/>
          <w:color w:val="555555"/>
          <w:sz w:val="20"/>
        </w:rPr>
        <w:t>[3 . 43]</w:t>
      </w:r>
    </w:p>
    <w:p>
      <w:r>
        <w:rPr>
          <w:rFonts w:ascii="Gentium Plus" w:hAnsi="Gentium Plus"/>
          <w:sz w:val="24"/>
        </w:rPr>
        <w:t>τὸ δὲ δεύτερον Ἄλεξις (II frg 314 Ko) οἱ κωμικοί. Ἀριστοφάνης δὲ Γλαύκῳ (II frg 75 Ko) ‘καλύψας †κύματος† τριβωνίῳ διεπαρθέ‐ νευσα.‘ καλοῦνται δὲ καὶ δᾷδες νυμφικαὶ καὶ στέφανος καὶ στολή. καὶ λουτρά τις κομίζουσα λουτροφόρος, Ἀθήνησι μὲν ἐκ τῆς Καλ‐</w:t>
      </w:r>
    </w:p>
    <w:p>
      <w:r>
        <w:rPr>
          <w:rFonts w:ascii="Courier New" w:hAnsi="Courier New"/>
          <w:color w:val="555555"/>
          <w:sz w:val="20"/>
        </w:rPr>
        <w:t>[5]</w:t>
      </w:r>
    </w:p>
    <w:p>
      <w:r>
        <w:rPr>
          <w:rFonts w:ascii="Gentium Plus" w:hAnsi="Gentium Plus"/>
          <w:sz w:val="24"/>
        </w:rPr>
        <w:t>λιρρόης εἶτ’ αὖθις Ἐννεακρούνου κληθείσης, ἀλλαχόθι δ’ ὅθεν ἂν καὶ</w:t>
      </w:r>
    </w:p>
    <w:p>
      <w:r>
        <w:rPr>
          <w:rFonts w:ascii="Courier New" w:hAnsi="Courier New"/>
          <w:color w:val="555555"/>
          <w:sz w:val="20"/>
        </w:rPr>
        <w:t>[3 . 44]</w:t>
      </w:r>
    </w:p>
    <w:p>
      <w:r>
        <w:rPr>
          <w:rFonts w:ascii="Gentium Plus" w:hAnsi="Gentium Plus"/>
          <w:sz w:val="24"/>
        </w:rPr>
        <w:t>ὡς Ὑπερείδης (frg 144 Bl) ἔφη. Ὅμηρος (α 226) μέντοι οὐ τὸ ἔργον μόνον ἀλλὰ καὶ τὴν ἑστίασιν καλεῖ γάμον· εἰλαπίν’ ἠὲ γάμος, ἐπεὶ οὐκ ἔρανος τάδε γ’ ἐστίν. ὁ δὲ γάμος καλοῖτ’ ἂν καὶ συνδυασμός, καὶ σύνοδος ἀνδρὸς καὶ γυ‐</w:t>
      </w:r>
    </w:p>
    <w:p>
      <w:r>
        <w:rPr>
          <w:rFonts w:ascii="Courier New" w:hAnsi="Courier New"/>
          <w:color w:val="555555"/>
          <w:sz w:val="20"/>
        </w:rPr>
        <w:t>[5]</w:t>
      </w:r>
    </w:p>
    <w:p>
      <w:r>
        <w:rPr>
          <w:rFonts w:ascii="Gentium Plus" w:hAnsi="Gentium Plus"/>
          <w:sz w:val="24"/>
        </w:rPr>
        <w:t>ναικός, καὶ συνοίκησις, καὶ σύνερξις, καὶ κοινωνία ἐπὶ παίδων σπορᾷ. καὶ γαμέτης μὲν ὁ γήμας καὶ ἀνὴρ καὶ νυμφίος καὶ ὁ συνοικῶν καὶ ὁ πρὸς γάμον ἠγμένος, ἡ δὲ νύμφη γαμετὴ καὶ γυνὴ</w:t>
      </w:r>
    </w:p>
    <w:p>
      <w:r>
        <w:rPr>
          <w:rFonts w:ascii="Courier New" w:hAnsi="Courier New"/>
          <w:color w:val="555555"/>
          <w:sz w:val="20"/>
        </w:rPr>
        <w:t>[3 . 45]</w:t>
      </w:r>
    </w:p>
    <w:p>
      <w:r>
        <w:rPr>
          <w:rFonts w:ascii="Gentium Plus" w:hAnsi="Gentium Plus"/>
          <w:sz w:val="24"/>
        </w:rPr>
        <w:t>καὶ συνοικοῦσα καὶ γεγαμημένη. γῆμαι δ’ ἐπὶ τοῦ ἀνδρὸς λέγεται, γήμασθαι δ’ ἐπὶ τῆς γυναικός, οὐ γαμηθῆναι. ὁ δὲ μέλλων γαμεῖν μελλονύμφιος ὑπ’ ἐνίων ἐκλήθη, ὡς ὑπὸ Φρυνίχου τοῦ κωμικοῦ (I frg 78 Ko), καὶ ἡ μέλλουσα γαμεῖσθαι μελλονύμφη. βέλτιον</w:t>
      </w:r>
    </w:p>
    <w:p>
      <w:r>
        <w:rPr>
          <w:rFonts w:ascii="Courier New" w:hAnsi="Courier New"/>
          <w:color w:val="555555"/>
          <w:sz w:val="20"/>
        </w:rPr>
        <w:t>[5]</w:t>
      </w:r>
    </w:p>
    <w:p>
      <w:r>
        <w:rPr>
          <w:rFonts w:ascii="Gentium Plus" w:hAnsi="Gentium Plus"/>
          <w:sz w:val="24"/>
        </w:rPr>
        <w:t>δ’ ὡς Σοφοκλῆς ὠνόμασεν, ‘τῆς μελλογάμου.‘ ταύτην δὲ καὶ τᾶλιν καλεῖ, λέγων ἐπὶ τοῦ Αἵμονος (Antig 627)· ἆρ’ ἀχνύμενος τῆς μελλογάμου τάλιδος ἥκει μόρον Ἀντιγόνης, ἀπάτας λεχέων ὑπεραλγῶν.</w:t>
      </w:r>
    </w:p>
    <w:p>
      <w:r>
        <w:rPr>
          <w:rFonts w:ascii="Courier New" w:hAnsi="Courier New"/>
          <w:color w:val="555555"/>
          <w:sz w:val="20"/>
        </w:rPr>
        <w:t>[3 . 46]</w:t>
      </w:r>
    </w:p>
    <w:p>
      <w:r>
        <w:rPr>
          <w:rFonts w:ascii="Gentium Plus" w:hAnsi="Gentium Plus"/>
          <w:sz w:val="24"/>
        </w:rPr>
        <w:t>μελλόποσιν δὲ τὸν ἄνδρα ὠνόμασεν (TGF 965 N). ἀνύμφους δὲ τοὺς ἀγάμους λέγουσιν, ἀπονύμφην δ’ ἢ ἀπόνυμφον τὸν φιλό‐ παιδα καὶ γυναικείᾳ ὁμιλίᾳ δυσχεραίνοντα, ὃν καὶ μισογύνην ἐρεῖς ὡς τὸν ἐναντίον φιλογύνην. ἐκ δὲ τῶν αὐτῶν ἂν εἴη καὶ τὸ</w:t>
      </w:r>
    </w:p>
    <w:p>
      <w:r>
        <w:rPr>
          <w:rFonts w:ascii="Courier New" w:hAnsi="Courier New"/>
          <w:color w:val="555555"/>
          <w:sz w:val="20"/>
        </w:rPr>
        <w:t>[5]</w:t>
      </w:r>
    </w:p>
    <w:p>
      <w:r>
        <w:rPr>
          <w:rFonts w:ascii="Gentium Plus" w:hAnsi="Gentium Plus"/>
          <w:sz w:val="24"/>
        </w:rPr>
        <w:t>ζεύξασθαι γάμον ἢ κῆδος συνάψασθαι. καὶ τὸ ἀποπέμψασθαι γυ‐ ναῖκα· καὶ τὸ πρᾶγμα ἀποπομπὴ καὶ ἀπόπεμψις, καὶ ἀποπομπῆς</w:t>
      </w:r>
    </w:p>
    <w:p>
      <w:r>
        <w:rPr>
          <w:rFonts w:ascii="Courier New" w:hAnsi="Courier New"/>
          <w:color w:val="555555"/>
          <w:sz w:val="20"/>
        </w:rPr>
        <w:t>[3 . 47]</w:t>
      </w:r>
    </w:p>
    <w:p>
      <w:r>
        <w:rPr>
          <w:rFonts w:ascii="Gentium Plus" w:hAnsi="Gentium Plus"/>
          <w:sz w:val="24"/>
        </w:rPr>
        <w:t>δίκη. καὶ κακοῦν, καὶ δίκη κακώσεως, προικός, σίτου. καὶ τοὐναντίον ἀπόλειψις. καὶ δίκη παρὰ τἀνδρὸς ἀπολείψεως. ἡ δὲ μονωθεῖσα ἀπ’ ἀνδρὸς χήρα, καὶ ὁ μονωθεὶς ἀπὸ γυναικὸς χῆρος· ὅθεν καὶ χηρωσταὶ οἱ τῷ ἐρήμῳ γένει προσήκοντες. ἕποιτο δ’ ἂν τούτοις</w:t>
      </w:r>
    </w:p>
    <w:p>
      <w:r>
        <w:rPr>
          <w:rFonts w:ascii="Courier New" w:hAnsi="Courier New"/>
          <w:color w:val="555555"/>
          <w:sz w:val="20"/>
        </w:rPr>
        <w:t>[5]</w:t>
      </w:r>
    </w:p>
    <w:p>
      <w:r>
        <w:rPr>
          <w:rFonts w:ascii="Gentium Plus" w:hAnsi="Gentium Plus"/>
          <w:sz w:val="24"/>
        </w:rPr>
        <w:t>ἄγαμος, νεόγαμος, πολύγαμος, ἀγύνης, μισογύνης, μονότροπος. τῶν δὲ νέων κωμῳδῶν τινὲς (III p 465. 315 Ko) τὸν ἄγαμον ἀγά‐</w:t>
      </w:r>
    </w:p>
    <w:p>
      <w:r>
        <w:rPr>
          <w:rFonts w:ascii="Courier New" w:hAnsi="Courier New"/>
          <w:color w:val="555555"/>
          <w:sz w:val="20"/>
        </w:rPr>
        <w:t>[3 . 48]</w:t>
      </w:r>
    </w:p>
    <w:p>
      <w:r>
        <w:rPr>
          <w:rFonts w:ascii="Gentium Plus" w:hAnsi="Gentium Plus"/>
          <w:sz w:val="24"/>
        </w:rPr>
        <w:t>μητον εἰρήκασιν, Ἀριστοφάνης (I frg 735 Ko) δὲ τὸν ἀγύνην ἄγυ‐ νον, Φρύνιχος (I frg 19 Ko) δὲ ‘τηλικουτοσὶ γέρων ἄπαις ἀγύ‐ ναικος.‘ τὸν δὲ νεόγαμον νεογήμην Ἀμειψίας (I frg 34 Ko) ὠνόμασεν. φίλανδρος μίσανδρος, πολύνυμφος πολυμνήστη· ἄγαμος</w:t>
      </w:r>
    </w:p>
    <w:p>
      <w:r>
        <w:rPr>
          <w:rFonts w:ascii="Courier New" w:hAnsi="Courier New"/>
          <w:color w:val="555555"/>
          <w:sz w:val="20"/>
        </w:rPr>
        <w:t>[5]</w:t>
      </w:r>
    </w:p>
    <w:p>
      <w:r>
        <w:rPr>
          <w:rFonts w:ascii="Gentium Plus" w:hAnsi="Gentium Plus"/>
          <w:sz w:val="24"/>
        </w:rPr>
        <w:t>δὲ καὶ νεόγαμος καὶ πολύγαμος, κοινὰ ταῦτα καὶ ἐπὶ γυναικῶν. ἦσαν δὲ καὶ ἀγαμίου δίκαι πολλαχοῦ, καὶ ὀψιγαμίου καὶ κακογαμίου ἐν Λακεδαίμονι.</w:t>
      </w:r>
    </w:p>
    <w:p>
      <w:r>
        <w:rPr>
          <w:rFonts w:ascii="Courier New" w:hAnsi="Courier New"/>
          <w:color w:val="555555"/>
          <w:sz w:val="20"/>
        </w:rPr>
        <w:t>[3 . 49]</w:t>
      </w:r>
    </w:p>
    <w:p>
      <w:r>
        <w:rPr>
          <w:rFonts w:ascii="Gentium Plus" w:hAnsi="Gentium Plus"/>
          <w:sz w:val="24"/>
        </w:rPr>
        <w:t>ἐπεὶ δ’ ἕπεται γάμῳ τεκνοποιία τε καὶ τεκνοτροφία, οἰκεῖα ἂν εἴη τούτοις ὀνόματα κύειν, ὑπωγκῶσθαι τὴν γαστέρα, ὑποπεπλῆσθαι, κυοφορεῖν, κιττᾶν, ὠδίνειν, τίκτειν, ἀμβλισκάνειν. Εἰλειθυίαις εὔχεσθαι, τὴν Λοχείαν καλεῖν. τὴν δὲ μὴ τίκτουσαν στερίφην ἐρεῖς,</w:t>
      </w:r>
    </w:p>
    <w:p>
      <w:r>
        <w:rPr>
          <w:rFonts w:ascii="Courier New" w:hAnsi="Courier New"/>
          <w:color w:val="555555"/>
          <w:sz w:val="20"/>
        </w:rPr>
        <w:t>[5]</w:t>
      </w:r>
    </w:p>
    <w:p>
      <w:r>
        <w:rPr>
          <w:rFonts w:ascii="Gentium Plus" w:hAnsi="Gentium Plus"/>
          <w:sz w:val="24"/>
        </w:rPr>
        <w:t>ἄγονον, ἄτεκνον, ἄτοκον καθ’ Ἡρόδοτον (V 41)· Πλάτων</w:t>
      </w:r>
    </w:p>
    <w:p>
      <w:r>
        <w:rPr>
          <w:rFonts w:ascii="Courier New" w:hAnsi="Courier New"/>
          <w:color w:val="555555"/>
          <w:sz w:val="20"/>
        </w:rPr>
        <w:t>[3 . 50]</w:t>
      </w:r>
    </w:p>
    <w:p>
      <w:r>
        <w:rPr>
          <w:rFonts w:ascii="Gentium Plus" w:hAnsi="Gentium Plus"/>
          <w:sz w:val="24"/>
        </w:rPr>
        <w:t>(Theaet 149 B) δὲ καὶ ἄλοχον αὐτὴν κέκληκεν. Ἀνακρέων (frg 145 B) δὲ δίτοκον τὴν δὶς τεκοῦσαν. τρέφειν, ἀνατρέφειν, ἐκτρέφειν, γαλακτουχεῖν· γάλα εὔρουν, τρόφιμον, ἐπίρρυτον.</w:t>
      </w:r>
    </w:p>
    <w:p>
      <w:r>
        <w:rPr>
          <w:rFonts w:ascii="Courier New" w:hAnsi="Courier New"/>
          <w:color w:val="555555"/>
          <w:sz w:val="20"/>
        </w:rPr>
        <w:t>[5]</w:t>
      </w:r>
    </w:p>
    <w:p>
      <w:r>
        <w:rPr>
          <w:rFonts w:ascii="Gentium Plus" w:hAnsi="Gentium Plus"/>
          <w:sz w:val="24"/>
        </w:rPr>
        <w:t>θηλὴν ἐπίσχειν, θηλάζειν, θηλάζεσθαι· τὴν δὲ θηλάζουσαν Εὔπολις (I frg 417 Ko) τιτθὴν θηλάστριαν ὠνόμασεν. τιτθή, τιθήνη, τροφός, τροφεύς, οἷς οἱ τραφέντες τρόφιμοι καλοῦνται.</w:t>
      </w:r>
    </w:p>
    <w:p>
      <w:r>
        <w:rPr>
          <w:rFonts w:ascii="Courier New" w:hAnsi="Courier New"/>
          <w:color w:val="555555"/>
          <w:sz w:val="20"/>
        </w:rPr>
        <w:t>[3 . 51]</w:t>
      </w:r>
    </w:p>
    <w:p>
      <w:r>
        <w:rPr>
          <w:rFonts w:ascii="Gentium Plus" w:hAnsi="Gentium Plus"/>
          <w:sz w:val="24"/>
        </w:rPr>
        <w:t>Ἕποιτο δ’ ἂν τούτοις πολίτης· ὁ γὰρ συμπολίτης οὐ δόκιμον, εἰ καὶ Εὐριπίδης αὐτῷ κέχρηται ἐν Ἡρακλείδαις (v 826) τε καὶ Θησεῖ (TGF 390 N), βελτίω δ’ ἀστός, ἐπιχώριος, ἐγχώριος, ἡμε‐ δαπός, ὁμόφυλος, ἐγγενής, ἔντοπος· τὸ γὰρ ἐνδάπιος ποιητικόν</w:t>
      </w:r>
    </w:p>
    <w:p>
      <w:r>
        <w:rPr>
          <w:rFonts w:ascii="Courier New" w:hAnsi="Courier New"/>
          <w:color w:val="555555"/>
          <w:sz w:val="20"/>
        </w:rPr>
        <w:t>[5]</w:t>
      </w:r>
    </w:p>
    <w:p>
      <w:r>
        <w:rPr>
          <w:rFonts w:ascii="Gentium Plus" w:hAnsi="Gentium Plus"/>
          <w:sz w:val="24"/>
        </w:rPr>
        <w:t>(Mosch II 11), καὶ τὸ ἰθαγενὴς καὶ αὐθιγενὴς εὐτελέστερα. τάχα δὲ βέλτιον ὁ αὐτόχθων, οἰκεῖος, φυλέτης, δημότης, φράτηρ, μετ’ ἐμοῦ φρατριάζων καὶ μετ’ ἐμοῦ δημοτευόμενος, καὶ θεοὺς φρα‐</w:t>
      </w:r>
    </w:p>
    <w:p>
      <w:r>
        <w:rPr>
          <w:rFonts w:ascii="Courier New" w:hAnsi="Courier New"/>
          <w:color w:val="555555"/>
          <w:sz w:val="20"/>
        </w:rPr>
        <w:t>[3 . 52]</w:t>
      </w:r>
    </w:p>
    <w:p>
      <w:r>
        <w:rPr>
          <w:rFonts w:ascii="Gentium Plus" w:hAnsi="Gentium Plus"/>
          <w:sz w:val="24"/>
        </w:rPr>
        <w:t>τρίους καὶ φιλίους νέμων. τὸ δ’ ἱερὸν εἰς ὃ συνῄεσαν, φρατρεῖον ἐκαλεῖτο, καὶ τὸ σύστημα φρατρία, οἱ δὲ καθ’ ἕκαστον φράτορες. καὶ ὄις φρατήρ, καὶ φράτριος αἲξ ἡ θυομένη τοῖς φράτορσιν. ἐκαλοῦντο δὲ καὶ φράτερες. φρατρίαι δ’ ἦσαν ιβʹ, καὶ ἐν</w:t>
      </w:r>
    </w:p>
    <w:p>
      <w:r>
        <w:rPr>
          <w:rFonts w:ascii="Courier New" w:hAnsi="Courier New"/>
          <w:color w:val="555555"/>
          <w:sz w:val="20"/>
        </w:rPr>
        <w:t>[5]</w:t>
      </w:r>
    </w:p>
    <w:p>
      <w:r>
        <w:rPr>
          <w:rFonts w:ascii="Gentium Plus" w:hAnsi="Gentium Plus"/>
          <w:sz w:val="24"/>
        </w:rPr>
        <w:t>ἑκάστῃ γένη τριάκοντα, ἕκαστον ἐκ τριάκοντα ἀνδρῶν· ἐκα‐ λοῦντο δ’ οὗτοι καὶ ὁμογάλακτες καὶ ὀργεῶνες. ἡ δ’ ὑπὲρ τῶν εἰς τοὺς φράτορας εἰσαγομένων παίδων οἴνου ἐπίδοσις οἰνιστήρια ἐκα‐</w:t>
      </w:r>
    </w:p>
    <w:p>
      <w:r>
        <w:rPr>
          <w:rFonts w:ascii="Courier New" w:hAnsi="Courier New"/>
          <w:color w:val="555555"/>
          <w:sz w:val="20"/>
        </w:rPr>
        <w:t>[3 . 53]</w:t>
      </w:r>
    </w:p>
    <w:p>
      <w:r>
        <w:rPr>
          <w:rFonts w:ascii="Gentium Plus" w:hAnsi="Gentium Plus"/>
          <w:sz w:val="24"/>
        </w:rPr>
        <w:t>λεῖτο, τὸ δ’ ἱερὸν τὸ ὑπὲρ αὐτῶν μεῖον, καὶ μειαγωγεῖν τὸ εἰσάγειν ἱερεῖον. κέκληται δὲ ἢ ὅτι ἔσκωπτον ὡς μεῖον τοῦ δέοντος, ἢ ὅτι κεκωλυμένον εἰσάγειν, ὡς μὴ ἁμιλλῷντο μηδ’ ἐμπίπτοιεν εἰς ἔριν καὶ ταραχήν, οἱ μὲν οὐδὲν ἧττον ἐφιλοτιμοῦντο, οἱ δ’ ἐπε‐</w:t>
      </w:r>
    </w:p>
    <w:p>
      <w:r>
        <w:rPr>
          <w:rFonts w:ascii="Courier New" w:hAnsi="Courier New"/>
          <w:color w:val="555555"/>
          <w:sz w:val="20"/>
        </w:rPr>
        <w:t>[5]</w:t>
      </w:r>
    </w:p>
    <w:p>
      <w:r>
        <w:rPr>
          <w:rFonts w:ascii="Gentium Plus" w:hAnsi="Gentium Plus"/>
          <w:sz w:val="24"/>
        </w:rPr>
        <w:t>βόων μεῖον ὡς οὐχ ὑπερβαινόντων αὐτῶν τοῦ νόμου τὸ μέτρον. εἴποις δ’ ἂν καὶ τῆς αὐτῆς συμμορίας καὶ συμμορίτας· τοὺς δ’</w:t>
      </w:r>
    </w:p>
    <w:p>
      <w:r>
        <w:rPr>
          <w:rFonts w:ascii="Courier New" w:hAnsi="Courier New"/>
          <w:color w:val="555555"/>
          <w:sz w:val="20"/>
        </w:rPr>
        <w:t>[3 . 54]</w:t>
      </w:r>
    </w:p>
    <w:p>
      <w:r>
        <w:rPr>
          <w:rFonts w:ascii="Gentium Plus" w:hAnsi="Gentium Plus"/>
          <w:sz w:val="24"/>
        </w:rPr>
        <w:t>ὁμόνομος. οἱ δὲ βάρβαροι ἀλλήλους οὐ πολίτας ἀλλὰ πατριώτας λέγουσιν. Ἄρχιππος (I frg 54 Ko) δὲ καὶ συστρατιώτας καὶ ξυμ‐ πατριώτας ἔφη. Πλάτων μέντοι ἐν τοῖς Νόμοις (VI 777 D) καὶ ἐπὶ Ἑλλήνων τὸ πατριῶται εἴρηκεν. τὸ δ’ ἐναντίον ξένος, ἀλ‐</w:t>
      </w:r>
    </w:p>
    <w:p>
      <w:r>
        <w:rPr>
          <w:rFonts w:ascii="Courier New" w:hAnsi="Courier New"/>
          <w:color w:val="555555"/>
          <w:sz w:val="20"/>
        </w:rPr>
        <w:t>[5]</w:t>
      </w:r>
    </w:p>
    <w:p>
      <w:r>
        <w:rPr>
          <w:rFonts w:ascii="Gentium Plus" w:hAnsi="Gentium Plus"/>
          <w:sz w:val="24"/>
        </w:rPr>
        <w:t>λοδαπός, ἀλλότριος, ἀλλοεθνής, ἀλλόφυλος, ἀλλόδημος, ἀλλό‐</w:t>
      </w:r>
    </w:p>
    <w:p>
      <w:r>
        <w:rPr>
          <w:rFonts w:ascii="Courier New" w:hAnsi="Courier New"/>
          <w:color w:val="555555"/>
          <w:sz w:val="20"/>
        </w:rPr>
        <w:t>[3 . 55]</w:t>
      </w:r>
    </w:p>
    <w:p>
      <w:r>
        <w:rPr>
          <w:rFonts w:ascii="Gentium Plus" w:hAnsi="Gentium Plus"/>
          <w:sz w:val="24"/>
        </w:rPr>
        <w:t>γλωσσος, ἔπηλυς, ἐπηλύτης, ὀθνεῖος· ποιητικώτερον, Πλάτων (Leg I 629 E saep) δ’ αὐτῷ κέχρηται. μέτοικος ὁ τὸ μετοίκιον συντελῶν· τοῦτο δ’ ἦν ιβʹ τῷ δημοσίῳ δραχμαὶ καὶ τῷ γραμ‐ ματεῖ τριώβολον. σκαφηφόρος· οὕτω δὲ τοὺς μετοίκους ὠνό‐</w:t>
      </w:r>
    </w:p>
    <w:p>
      <w:r>
        <w:rPr>
          <w:rFonts w:ascii="Courier New" w:hAnsi="Courier New"/>
          <w:color w:val="555555"/>
          <w:sz w:val="20"/>
        </w:rPr>
        <w:t>[5]</w:t>
      </w:r>
    </w:p>
    <w:p>
      <w:r>
        <w:rPr>
          <w:rFonts w:ascii="Gentium Plus" w:hAnsi="Gentium Plus"/>
          <w:sz w:val="24"/>
        </w:rPr>
        <w:t>μαζον, καὶ τὰς γυναῖκας αὐτῶν ὑδριαφόρους, ἀπὸ τοῦ ἔργου ἑκα‐ τέρους. ἀλλαχόθεν ἥκων, ἐπιδημῶν, παρεπιδημῶν· κἂν δόξῃ πολί‐</w:t>
      </w:r>
    </w:p>
    <w:p>
      <w:r>
        <w:rPr>
          <w:rFonts w:ascii="Courier New" w:hAnsi="Courier New"/>
          <w:color w:val="555555"/>
          <w:sz w:val="20"/>
        </w:rPr>
        <w:t>[3 . 56]</w:t>
      </w:r>
    </w:p>
    <w:p>
      <w:r>
        <w:rPr>
          <w:rFonts w:ascii="Gentium Plus" w:hAnsi="Gentium Plus"/>
          <w:sz w:val="24"/>
        </w:rPr>
        <w:t>της εἶναί τις οὐκ ὤν, παρέγγραπτος, παρεγγεγραμμένος. τὸν δὲ τοιοῦ‐ τον καὶ ὑπόξυλον ὠνόμαζον οἱ νέοι κωμικοί (III p 468. 335 Ko). καὶ ὑπόχυτον δ’ οἱ παλαιότεροι (III p 417. 100 Ko) τὸν κακῶς γεγονότα, καὶ</w:t>
      </w:r>
    </w:p>
    <w:p>
      <w:r>
        <w:rPr>
          <w:rFonts w:ascii="Courier New" w:hAnsi="Courier New"/>
          <w:color w:val="555555"/>
          <w:sz w:val="20"/>
        </w:rPr>
        <w:t>[5]</w:t>
      </w:r>
    </w:p>
    <w:p>
      <w:r>
        <w:rPr>
          <w:rFonts w:ascii="Gentium Plus" w:hAnsi="Gentium Plus"/>
          <w:sz w:val="24"/>
        </w:rPr>
        <w:t>οὐ τελούντων τὸ μετοίκιον ἢ προστάτην μὴ νεμόντων ἀπροστασίου δίκη. ἔνιοι δ’ αὐτῶν καὶ ἀτελεῖς εἰσὶ καὶ ὁμοτελεῖς καὶ ἰσοτελεῖς, οἷς ἂν τοῦτ’ ἐκ ψηφίσματος ὑπάρξῃ· καὶ τὸ ἔργον ἰσοτέλεια. οἱ δὲ δημο‐ ποίητοι, ὁπόσοι ἐκ δόγματος κοινοῦ πολιτείας τύχοιεν· τοῦτο δὲ πολιτο‐ γραφεῖν Φίλιστος (om FHG) καλεῖ· τάχα δ’ ἂν οἱ τοιοῦτοι ὀνομά‐</w:t>
      </w:r>
    </w:p>
    <w:p>
      <w:r>
        <w:rPr>
          <w:rFonts w:ascii="Courier New" w:hAnsi="Courier New"/>
          <w:color w:val="555555"/>
          <w:sz w:val="20"/>
        </w:rPr>
        <w:t>[3 . 57]</w:t>
      </w:r>
    </w:p>
    <w:p>
      <w:r>
        <w:rPr>
          <w:rFonts w:ascii="Gentium Plus" w:hAnsi="Gentium Plus"/>
          <w:sz w:val="24"/>
        </w:rPr>
        <w:t>ζοιντο νεοπολῖται ὑπὸ τοῦ Πλάτωνος. ἀδιάτακτοι δὲ καλοῦνται οἱ μὴ ἐγγεγραμμένοι εἰς τοὺς μετοίκους δέον, ἢ μὴ τελοῦντες τὸ μετοίκιον, ἢ τὴν σκάφην μὴ φέροντες. οὓς δὴ γραψά‐ μενός τις τῶν ἀδιατάκτων εἶναι διήλεγχεν. κατὰ δὲ τῶν παρεγ‐</w:t>
      </w:r>
    </w:p>
    <w:p>
      <w:r>
        <w:rPr>
          <w:rFonts w:ascii="Courier New" w:hAnsi="Courier New"/>
          <w:color w:val="555555"/>
          <w:sz w:val="20"/>
        </w:rPr>
        <w:t>[5]</w:t>
      </w:r>
    </w:p>
    <w:p>
      <w:r>
        <w:rPr>
          <w:rFonts w:ascii="Gentium Plus" w:hAnsi="Gentium Plus"/>
          <w:sz w:val="24"/>
        </w:rPr>
        <w:t>γεγραμμένων ξενίας γραφή, καὶ δωροξενίας, ἂν διαφθείρωσι τοὺς δικάζοντας· ὁ δὲ καταδικασθεὶς ἀπεψηφισμένος, ἐκπεφυλλοφορημένος, καὶ τὰ ῥήματα παρεγγραφῆναι, ξενίας ἁλῶναι, ξενίας ἀποφυγεῖν, ἐκπεφυλλοφορῆσθαι, ἀπεψηφίσθαι. τοῦτο δὲ καὶ ἀποξενωθῆναι Ἰσαῖος</w:t>
      </w:r>
    </w:p>
    <w:p>
      <w:r>
        <w:rPr>
          <w:rFonts w:ascii="Courier New" w:hAnsi="Courier New"/>
          <w:color w:val="555555"/>
          <w:sz w:val="20"/>
        </w:rPr>
        <w:t>[3 . 58]</w:t>
      </w:r>
    </w:p>
    <w:p>
      <w:r>
        <w:rPr>
          <w:rFonts w:ascii="Gentium Plus" w:hAnsi="Gentium Plus"/>
          <w:sz w:val="24"/>
        </w:rPr>
        <w:t>(frg 148 Tur) καλεῖ. τούτοις δ’ ἂν προσήκοι καὶ ὁ ἄπολις· Πλά‐ των (Leg VI 766 D) δὲ πόλιν ἄπολιν τὴν μηκέτ’ οὖσαν πόλιν. παμπόνηροι δ’ οἱ Θεοπόμπου τοῦ συγγραφέως (FHG I p 331. 332) ἀποπολῖται καὶ ἀφέταιροι καὶ ἀπαθηναῖοι. τὸ μέντοι ξένον</w:t>
      </w:r>
    </w:p>
    <w:p>
      <w:r>
        <w:rPr>
          <w:rFonts w:ascii="Courier New" w:hAnsi="Courier New"/>
          <w:color w:val="555555"/>
          <w:sz w:val="20"/>
        </w:rPr>
        <w:t>[5]</w:t>
      </w:r>
    </w:p>
    <w:p>
      <w:r>
        <w:rPr>
          <w:rFonts w:ascii="Gentium Plus" w:hAnsi="Gentium Plus"/>
          <w:sz w:val="24"/>
        </w:rPr>
        <w:t>ὄντα εἰς ἄλλην πόλιν ἐλθεῖν ξενοῦσθαι καὶ ἐπιξενοῦσθαι ἔλεγον, ὅθεν καὶ τὴν καταγωγὴν ξενῶνα. θρασυξενία δέ, εἰ θρασύνοιτο ὁ ξένος. ξεναπάτην δ’ Εὐριπίδης (TGF 667 N) εἴρηκε καὶ (TGF 1103 N) ξενοφόνον, ξενοκτόνον δ’ Ἡρόδοτος (II 115?). ὁ δὲ τῶν ξένων ἡγούμενος ξεναγός· ξενοτροφεῖν δὲ παρὰ Δημοσθένει</w:t>
      </w:r>
    </w:p>
    <w:p>
      <w:r>
        <w:rPr>
          <w:rFonts w:ascii="Courier New" w:hAnsi="Courier New"/>
          <w:color w:val="555555"/>
          <w:sz w:val="20"/>
        </w:rPr>
        <w:t>[3 . 59]</w:t>
      </w:r>
    </w:p>
    <w:p>
      <w:r>
        <w:rPr>
          <w:rFonts w:ascii="Gentium Plus" w:hAnsi="Gentium Plus"/>
          <w:sz w:val="24"/>
        </w:rPr>
        <w:t>(XI 18), καὶ ξενοτροφία παρ’ Ὑπερείδῃ (frg 256 Bl). καὶ ξενί‐ ζειν παρὰ μὲν τοῖς πολλοῖς τὸ ἑστιᾶν, παρὰ δὲ Δημοσθένει (LVII 18. 19) τὸ τῇ φωνῇ ξενιζούσῃ χρῆσθαι· Ἰσαῖος (frg 164 Tur) δὲ ξενικῇ τῇ φωνῇ εἴρηκεν. τὰ δὲ δῶρα ξένια Δημοσθένης (XIX 167)</w:t>
      </w:r>
    </w:p>
    <w:p>
      <w:r>
        <w:rPr>
          <w:rFonts w:ascii="Courier New" w:hAnsi="Courier New"/>
          <w:color w:val="555555"/>
          <w:sz w:val="20"/>
        </w:rPr>
        <w:t>[5]</w:t>
      </w:r>
    </w:p>
    <w:p>
      <w:r>
        <w:rPr>
          <w:rFonts w:ascii="Gentium Plus" w:hAnsi="Gentium Plus"/>
          <w:sz w:val="24"/>
        </w:rPr>
        <w:t>τε καὶ Ξενοφῶν (Cyrop III 1. 42, V 4. 14), καὶ τὸ καταγώγιον ξενῶνα Πλάτων (Tim 20 C, Leg XII 953 C). τάχα δ’ ἂν ἐγγὺς εἴη τούτων πρόξενος καὶ ἡ προξενία, ἀστόξενος, ἰδιόξενος, δορύξενος, ἄξενος, πολύξενος, καὶ παρὰ Θουκυδίδῃ (III 70. 3) ἐθελοπρόξενος. ὁ μὲν πρόξενος, ὅταν πόλεως δημοσίᾳ προξενῇ</w:t>
      </w:r>
    </w:p>
    <w:p>
      <w:r>
        <w:rPr>
          <w:rFonts w:ascii="Courier New" w:hAnsi="Courier New"/>
          <w:color w:val="555555"/>
          <w:sz w:val="20"/>
        </w:rPr>
        <w:t>[10]</w:t>
      </w:r>
    </w:p>
    <w:p>
      <w:r>
        <w:rPr>
          <w:rFonts w:ascii="Gentium Plus" w:hAnsi="Gentium Plus"/>
          <w:sz w:val="24"/>
        </w:rPr>
        <w:t>τις ἐν ἄλλῃ πόλει, ὡς ὑποδοχῆς τε τῶν ἐκεῖθεν φροντίζειν καὶ προσόδου τῆς πρὸς τὸν δῆμον καὶ ἕδρας ἐν τῷ θεάτρῳ. ποιεῖ δὲ</w:t>
      </w:r>
    </w:p>
    <w:p>
      <w:r>
        <w:rPr>
          <w:rFonts w:ascii="Courier New" w:hAnsi="Courier New"/>
          <w:color w:val="555555"/>
          <w:sz w:val="20"/>
        </w:rPr>
        <w:t>[3 . 60]</w:t>
      </w:r>
    </w:p>
    <w:p>
      <w:r>
        <w:rPr>
          <w:rFonts w:ascii="Gentium Plus" w:hAnsi="Gentium Plus"/>
          <w:sz w:val="24"/>
        </w:rPr>
        <w:t>ταῦτα καὶ ὁ ἐθελοπρόξενος ὁ ἄγραπτον τὴν προξενίαν ἔχων, ἰδιόξενος δ’ ἐστὶν ὁ ἰδίᾳ τινὶ τῶν ξένων φίλῳ χρώμενος, ὡς Περι‐ κλῆς Ἀρχιδάμῳ, καὶ καταγωγῆς τ’ αὐτῷ προνοούμενος καὶ τἆλλα συνδιοικούμενος, τῶν ἴσων δὲ καὶ αὐτός, εἴ ποτε παρ’ ἐκεῖνον</w:t>
      </w:r>
    </w:p>
    <w:p>
      <w:r>
        <w:rPr>
          <w:rFonts w:ascii="Courier New" w:hAnsi="Courier New"/>
          <w:color w:val="555555"/>
          <w:sz w:val="20"/>
        </w:rPr>
        <w:t>[5]</w:t>
      </w:r>
    </w:p>
    <w:p>
      <w:r>
        <w:rPr>
          <w:rFonts w:ascii="Gentium Plus" w:hAnsi="Gentium Plus"/>
          <w:sz w:val="24"/>
        </w:rPr>
        <w:t>ἔλθοι, μεταλαμβάνων. ἀστόξενος δὲ κατὰ μέν τινας ὁ αὐτὸς τῷ ἰδιοξένῳ, κατὰ δέ τινας ὁ γένει μὲν ξένος τιμῇ δ’ ἀστός· ἐνίοις δὲ δοκεῖ ὁ φύσει μὲν ἀστὸς δόξῃ δὲ ξένος, ὡς Δαναὸς Ἀργείοις, ἀπὸ Ἰοῦς τῆς Ἀργείας ἔχων τὸ γένος. δορύξενος δ’ ὁ ἐκ τῆς κατὰ τὸν πόλεμον ἐπιμιξίας τὴν γνῶσιν πεποιημένος.</w:t>
      </w:r>
    </w:p>
    <w:p>
      <w:r>
        <w:rPr>
          <w:rFonts w:ascii="Courier New" w:hAnsi="Courier New"/>
          <w:color w:val="555555"/>
          <w:sz w:val="20"/>
        </w:rPr>
        <w:t>[3 . 61]</w:t>
      </w:r>
    </w:p>
    <w:p>
      <w:r>
        <w:rPr>
          <w:rFonts w:ascii="Gentium Plus" w:hAnsi="Gentium Plus"/>
          <w:sz w:val="24"/>
        </w:rPr>
        <w:t>Ἀκόλουθα δ’ ἂν εἴη τούτοις φίλος, ἑταῖρος, συνήθης, ἐπιτή‐ δειος, γνώριμος, προσηταιρισμένος, οἰκεῖος, ᾠκειωμένος, ὁμογνώμων, ὁμοήθης, ὁμότροπος, ὁμόσιτος, ὁμοτράπεζος, ὁμόσπονδος, ὁμωρόφιος, ὁμῆλιξ, ἰσῆλιξ. καὶ ἐχρῆτό μοι, καὶ ἐχρώμην αὐτῷ· καὶ ὁ</w:t>
      </w:r>
    </w:p>
    <w:p>
      <w:r>
        <w:rPr>
          <w:rFonts w:ascii="Courier New" w:hAnsi="Courier New"/>
          <w:color w:val="555555"/>
          <w:sz w:val="20"/>
        </w:rPr>
        <w:t>[5]</w:t>
      </w:r>
    </w:p>
    <w:p>
      <w:r>
        <w:rPr>
          <w:rFonts w:ascii="Gentium Plus" w:hAnsi="Gentium Plus"/>
          <w:sz w:val="24"/>
        </w:rPr>
        <w:t>Δημοσθένης (XXI 117) που λέγει ‘καὶ χρώμενος εἴπερ τις ἄλλος</w:t>
      </w:r>
    </w:p>
    <w:p>
      <w:r>
        <w:rPr>
          <w:rFonts w:ascii="Courier New" w:hAnsi="Courier New"/>
          <w:color w:val="555555"/>
          <w:sz w:val="20"/>
        </w:rPr>
        <w:t>[3 . 62]</w:t>
      </w:r>
    </w:p>
    <w:p>
      <w:r>
        <w:rPr>
          <w:rFonts w:ascii="Gentium Plus" w:hAnsi="Gentium Plus"/>
          <w:sz w:val="24"/>
        </w:rPr>
        <w:t>αὐτῷ,‘ καὶ οὐ δεῖ προσθεῖναι τὸ φίλῳ. ἐκ δὲ τούτων ἐστὶ φιλέ‐ ταιρος, πολυέταιρος, φιλία καὶ ἑταιρεία, ἐπιτηδειότης, συνήθεια, οἰκειότης, γνῶσις, ὁμογνωμοσύνη, ὁμοήθεια, ὁμοτροπία· τὰ γὰρ ἀπὸ τῶν ἄλλων δυσχερῆ, ἡ δ’ ὁμηλικία ποιητικόν (Hom Γ 173 saep).</w:t>
      </w:r>
    </w:p>
    <w:p>
      <w:r>
        <w:rPr>
          <w:rFonts w:ascii="Courier New" w:hAnsi="Courier New"/>
          <w:color w:val="555555"/>
          <w:sz w:val="20"/>
        </w:rPr>
        <w:t>[5]</w:t>
      </w:r>
    </w:p>
    <w:p>
      <w:r>
        <w:rPr>
          <w:rFonts w:ascii="Gentium Plus" w:hAnsi="Gentium Plus"/>
          <w:sz w:val="24"/>
        </w:rPr>
        <w:t>ὁ δὲ φίλιος πρὸς τὸν πολέμιον ἀντίκειται, καὶ φιλικός ἐστιν ὁ χρῆσθαι</w:t>
      </w:r>
    </w:p>
    <w:p>
      <w:r>
        <w:rPr>
          <w:rFonts w:ascii="Courier New" w:hAnsi="Courier New"/>
          <w:color w:val="555555"/>
          <w:sz w:val="20"/>
        </w:rPr>
        <w:t>[3 . 63]</w:t>
      </w:r>
    </w:p>
    <w:p>
      <w:r>
        <w:rPr>
          <w:rFonts w:ascii="Gentium Plus" w:hAnsi="Gentium Plus"/>
          <w:sz w:val="24"/>
        </w:rPr>
        <w:t>φίλοις εἰδώς· ἀφ’ ὧν τὰ ἐπιρρήματα φιλίως καὶ φιλικῶς. προσ‐ φιλῶς δὲ Ξενοφῶν (Memor II 3. 16, Hell II 3. 44) εἴρηκε, καὶ Θουκυδίδης (I 92 saep) προσφιλεῖς, Ἰσοκράτης (?) δὲ προσφιλε‐ στάτως, πολυφιλίαν δὲ καὶ ὀλιγοφιλίαν Ἀντιφῶν (frg 75 Bl), καὶ</w:t>
      </w:r>
    </w:p>
    <w:p>
      <w:r>
        <w:rPr>
          <w:rFonts w:ascii="Courier New" w:hAnsi="Courier New"/>
          <w:color w:val="555555"/>
          <w:sz w:val="20"/>
        </w:rPr>
        <w:t>[5]</w:t>
      </w:r>
    </w:p>
    <w:p>
      <w:r>
        <w:rPr>
          <w:rFonts w:ascii="Gentium Plus" w:hAnsi="Gentium Plus"/>
          <w:sz w:val="24"/>
        </w:rPr>
        <w:t>πολυφίλοις Ὑπερείδης (frg 267 Bl), καὶ πολυφιλώτερος Λυσίας (frg 328 Tur). τὰ δ’ ἐναντία ἄγνωστος, ἀγνώς, ἀήθης, ἐχθρός,</w:t>
      </w:r>
    </w:p>
    <w:p>
      <w:r>
        <w:rPr>
          <w:rFonts w:ascii="Courier New" w:hAnsi="Courier New"/>
          <w:color w:val="555555"/>
          <w:sz w:val="20"/>
        </w:rPr>
        <w:t>[3 . 64]</w:t>
      </w:r>
    </w:p>
    <w:p>
      <w:r>
        <w:rPr>
          <w:rFonts w:ascii="Gentium Plus" w:hAnsi="Gentium Plus"/>
          <w:sz w:val="24"/>
        </w:rPr>
        <w:t>διάφορος, ἀλλότριος, ἀλλοτρίως ἔχων, ἠλλοτριωμένος, ἀπεχθής, ἀπ‐ εχθανόμενος, ἀπεχθῶς διακείμενος, μισῶν, δυσμενής, διενηνεγμένος, διεστηκώς, ἐξεστασιασμένος· ὑπόπτως ἔχων, ἐπιβούλως, κακοήθως, ἀπίστως, ἐθελέχθρως· ἐθέλεχθρον δὲ Κρατῖνος (I frg 407 Ko) λέγει,</w:t>
      </w:r>
    </w:p>
    <w:p>
      <w:r>
        <w:rPr>
          <w:rFonts w:ascii="Courier New" w:hAnsi="Courier New"/>
          <w:color w:val="555555"/>
          <w:sz w:val="20"/>
        </w:rPr>
        <w:t>[5]</w:t>
      </w:r>
    </w:p>
    <w:p>
      <w:r>
        <w:rPr>
          <w:rFonts w:ascii="Gentium Plus" w:hAnsi="Gentium Plus"/>
          <w:sz w:val="24"/>
        </w:rPr>
        <w:t>ἄφιλος, ἄμικτος, ἀπρόσμικτος, δύσμικτος, μισέταιρος, μισάνθρω‐ πος, ἀπάνθρωπος. καὶ ἀγνωσίαν, ἀήθειαν, ἔχθραν, ἀλλοτρίωσιν, διαφοράν, ἀπέχθειαν, μῖσος, δυσμένειαν, ἀπιστίαν, ὑποψίαν, ἐπι‐ βουλήν, κακοήθειαν, μισεταιρίαν, ἀπανθρωπίαν, μισανθρωπίαν.</w:t>
      </w:r>
    </w:p>
    <w:p>
      <w:r>
        <w:rPr>
          <w:rFonts w:ascii="Courier New" w:hAnsi="Courier New"/>
          <w:color w:val="555555"/>
          <w:sz w:val="20"/>
        </w:rPr>
        <w:t>[3 . 65]</w:t>
      </w:r>
    </w:p>
    <w:p>
      <w:r>
        <w:rPr>
          <w:rFonts w:ascii="Gentium Plus" w:hAnsi="Gentium Plus"/>
          <w:sz w:val="24"/>
        </w:rPr>
        <w:t>Φιλόπολις, φιλόδημος, δημοτικός, πρᾶος, ἐπιεικής, εὔνως ἔχων πρὸς τὴν πόλιν, πρόθυμος περὶ τὴν πόλιν, φιλότιμος, μεγα‐ λογνώμων, δημεραστής, μεγαλοπρεπὴς πρὸς τὸ δημόσιον. καὶ ἦθος φιλόπολι, φιλόδημον, δημοτικόν, πρᾶον, ἐπιεικές, εὔνουν, πρό‐</w:t>
      </w:r>
    </w:p>
    <w:p>
      <w:r>
        <w:rPr>
          <w:rFonts w:ascii="Courier New" w:hAnsi="Courier New"/>
          <w:color w:val="555555"/>
          <w:sz w:val="20"/>
        </w:rPr>
        <w:t>[5]</w:t>
      </w:r>
    </w:p>
    <w:p>
      <w:r>
        <w:rPr>
          <w:rFonts w:ascii="Gentium Plus" w:hAnsi="Gentium Plus"/>
          <w:sz w:val="24"/>
        </w:rPr>
        <w:t>θυμον, φιλότιμον, μεγαλοπρεπές. καὶ δημεραστία, φιλοδημία,</w:t>
      </w:r>
    </w:p>
    <w:p>
      <w:r>
        <w:rPr>
          <w:rFonts w:ascii="Courier New" w:hAnsi="Courier New"/>
          <w:color w:val="555555"/>
          <w:sz w:val="20"/>
        </w:rPr>
        <w:t>[3 . 66]</w:t>
      </w:r>
    </w:p>
    <w:p>
      <w:r>
        <w:rPr>
          <w:rFonts w:ascii="Gentium Plus" w:hAnsi="Gentium Plus"/>
          <w:sz w:val="24"/>
        </w:rPr>
        <w:t>πραότης, ἐπιείκεια, εὔνοια, προθυμία, φιλοτιμία, μεγαλοπρέπεια. καὶ δημοτικῶς, πράως, ἐπιεικῶς, προθύμως, φιλοτίμως, φιλοδήμως, με‐ γαλοπρεπῶς, εὔνως. τὰ δ’ ἐναντία μισόπολις, μισόδημος, ὑπερόπτης, μεγάλαυχος, ὑπερήφανος, τυραννικός, ὀλιγαρχικός, μικροπρεπής,</w:t>
      </w:r>
    </w:p>
    <w:p>
      <w:r>
        <w:rPr>
          <w:rFonts w:ascii="Courier New" w:hAnsi="Courier New"/>
          <w:color w:val="555555"/>
          <w:sz w:val="20"/>
        </w:rPr>
        <w:t>[5]</w:t>
      </w:r>
    </w:p>
    <w:p>
      <w:r>
        <w:rPr>
          <w:rFonts w:ascii="Gentium Plus" w:hAnsi="Gentium Plus"/>
          <w:sz w:val="24"/>
        </w:rPr>
        <w:t>δύσνους, κακόνους, νεωτεριστής, νεωτέρων ἐπιθυμῶν, ἠλλοτριωμένος πρὸς τὴν πόλιν, οὐ χαίρων τοῖς καθεστηκόσιν, οὐκ ἀγαπῶν τὸ ἴσον, διαπτύων τοὺς πολλούς, καθάρματα καὶ πτωχοὺς</w:t>
      </w:r>
    </w:p>
    <w:p>
      <w:r>
        <w:rPr>
          <w:rFonts w:ascii="Courier New" w:hAnsi="Courier New"/>
          <w:color w:val="555555"/>
          <w:sz w:val="20"/>
        </w:rPr>
        <w:t>[3 . 67]</w:t>
      </w:r>
    </w:p>
    <w:p>
      <w:r>
        <w:rPr>
          <w:rFonts w:ascii="Gentium Plus" w:hAnsi="Gentium Plus"/>
          <w:sz w:val="24"/>
        </w:rPr>
        <w:t>Χορηγός, τριήραρχος, φυλῆς ἑστιάτωρ, τὴν φυλὴν ἑστιῶν, κρεανομίας ἐπινέμων, διανομὰς διδούς, νομάς, εἰσφοράς, συνεκδιδούς τισι θυγατέρας, ἀπὸ τῶν ὑπαρχόντων εἰσφέρων, τὰ ὄντα κατανα‐ λίσκων εἰς τὸ δημόσιον, ἐθελοντὴς εἰσφέρων, ἑκών, αὐτεπάγγελτος,</w:t>
      </w:r>
    </w:p>
    <w:p>
      <w:r>
        <w:rPr>
          <w:rFonts w:ascii="Courier New" w:hAnsi="Courier New"/>
          <w:color w:val="555555"/>
          <w:sz w:val="20"/>
        </w:rPr>
        <w:t>[5]</w:t>
      </w:r>
    </w:p>
    <w:p>
      <w:r>
        <w:rPr>
          <w:rFonts w:ascii="Gentium Plus" w:hAnsi="Gentium Plus"/>
          <w:sz w:val="24"/>
        </w:rPr>
        <w:t>αὐθαίρετος, αὐτοκέλευστος, ἀπαράκλητος, ἐπιδιδοὺς ἐπιδόσεις, ζῶν τῇ πόλει, λειτουργῶν, καταλειτουργῶν τὰ ὄντα, γυμνα‐ σίαρχος, γυμνασιαρχῶν. καὶ τὰ πράγματα χορηγεῖν, τριηραρχεῖν, φυλὴν ἑστιᾶν, νέμειν, διανέμειν, εἰσφέρειν, ἐπιδιδόναι, λειτουργεῖν, καταλειτουργεῖν, γυμνασιαρχεῖν. οὐσίαν δ’ ἀλειτούργητον Ἰσαῖος</w:t>
      </w:r>
    </w:p>
    <w:p>
      <w:r>
        <w:rPr>
          <w:rFonts w:ascii="Courier New" w:hAnsi="Courier New"/>
          <w:color w:val="555555"/>
          <w:sz w:val="20"/>
        </w:rPr>
        <w:t>[10]</w:t>
      </w:r>
    </w:p>
    <w:p>
      <w:r>
        <w:rPr>
          <w:rFonts w:ascii="Gentium Plus" w:hAnsi="Gentium Plus"/>
          <w:sz w:val="24"/>
        </w:rPr>
        <w:t>(frg 143 Tur) εἴρηκεν.</w:t>
      </w:r>
    </w:p>
    <w:p>
      <w:r>
        <w:rPr>
          <w:rFonts w:ascii="Courier New" w:hAnsi="Courier New"/>
          <w:color w:val="555555"/>
          <w:sz w:val="20"/>
        </w:rPr>
        <w:t>[3 . 68]</w:t>
      </w:r>
    </w:p>
    <w:p>
      <w:r>
        <w:rPr>
          <w:rFonts w:ascii="Gentium Plus" w:hAnsi="Gentium Plus"/>
          <w:sz w:val="24"/>
        </w:rPr>
        <w:t>Ἐρᾶν, φιλεῖν, στέργειν, ἡττᾶσθαί τινος, ἐσπουδακέναι περί τινα, ἐνθέως ἔχειν, κατόχως, ἐμπύρως, διαπύρως· φλέγεσθαι τῷ πό‐ θῳ, ἐκφλέγεσθαι, ὑποτετύφθαι, κεκαῦσθαί τινος, θερμαίνεσθαι ἐπί τινι, ἐκκρέμασθαι ἐξ αὐτοῦ, ἀναπνεῖν, δουλεύειν, ἕπεσθαι, παρακο‐</w:t>
      </w:r>
    </w:p>
    <w:p>
      <w:r>
        <w:rPr>
          <w:rFonts w:ascii="Courier New" w:hAnsi="Courier New"/>
          <w:color w:val="555555"/>
          <w:sz w:val="20"/>
        </w:rPr>
        <w:t>[5]</w:t>
      </w:r>
    </w:p>
    <w:p>
      <w:r>
        <w:rPr>
          <w:rFonts w:ascii="Gentium Plus" w:hAnsi="Gentium Plus"/>
          <w:sz w:val="24"/>
        </w:rPr>
        <w:t>λουθεῖν, ἐξηρτῆσθαί τινος, ἔχεσθαι, ἱκετεύειν, δεῖσθαι, καθικετεύειν, ἀντιβολεῖν, παρακαλεῖν, ἐρωτομανεῖν, φιλεραστεῖν, παιδεραστεῖν,</w:t>
      </w:r>
    </w:p>
    <w:p>
      <w:r>
        <w:rPr>
          <w:rFonts w:ascii="Courier New" w:hAnsi="Courier New"/>
          <w:color w:val="555555"/>
          <w:sz w:val="20"/>
        </w:rPr>
        <w:t>[3 . 69]</w:t>
      </w:r>
    </w:p>
    <w:p>
      <w:r>
        <w:rPr>
          <w:rFonts w:ascii="Gentium Plus" w:hAnsi="Gentium Plus"/>
          <w:sz w:val="24"/>
        </w:rPr>
        <w:t>γυναικεραστεῖν, φροντίζειν ἐπ’ αὐτῷ, ἀλύειν, ἀλγεῖν, ἀγρυπνεῖν, τετρῶσθαι, κατειλῆφθαι, ἀνακεῖσθαί τινι. καὶ ἐραστής, καὶ συνεραστὴς δὲ καὶ συνεπιθυμητής, ὡς ὁ Πλάτων (Clitoph 408 C)· οὐκ οἶδα δ’ εἰ καὶ ἐπιθυμητής. φίλος δὲ καὶ ἐπαινέτης. τῆς ὥρας ἡτ‐</w:t>
      </w:r>
    </w:p>
    <w:p>
      <w:r>
        <w:rPr>
          <w:rFonts w:ascii="Courier New" w:hAnsi="Courier New"/>
          <w:color w:val="555555"/>
          <w:sz w:val="20"/>
        </w:rPr>
        <w:t>[5]</w:t>
      </w:r>
    </w:p>
    <w:p>
      <w:r>
        <w:rPr>
          <w:rFonts w:ascii="Gentium Plus" w:hAnsi="Gentium Plus"/>
          <w:sz w:val="24"/>
        </w:rPr>
        <w:t>τημένος, στέργων, φιλῶν, ἀγαπῶν, δουλεύων. ἐθελόδουλος, ἔνθεος, ἐπίπνους, κάτοχος. ἐξηρτημένος, ἠρτημένος, ἐκκρεμάμενος. ἔμπυρος, διάπυρος. φλεγόμενος, ἑπόμενος, παρακολουθῶν, ἱκετεύων,</w:t>
      </w:r>
    </w:p>
    <w:p>
      <w:r>
        <w:rPr>
          <w:rFonts w:ascii="Courier New" w:hAnsi="Courier New"/>
          <w:color w:val="555555"/>
          <w:sz w:val="20"/>
        </w:rPr>
        <w:t>[3 . 70]</w:t>
      </w:r>
    </w:p>
    <w:p>
      <w:r>
        <w:rPr>
          <w:rFonts w:ascii="Gentium Plus" w:hAnsi="Gentium Plus"/>
          <w:sz w:val="24"/>
        </w:rPr>
        <w:t>καθικετεύων, παραπίπτων, καταντιβολῶν, δεόμενος. φιλόπαις, παιδεραστής, παιδοφίλης ὡς Τηλεκλείδης (II frg 49 Ko)· καὶ παιδοφιλῆσαι Πλάτων εἴρηκεν ὁ κωμικός (I frg 247 Ko), ὁ μέντοι παιδέρως Ζεὺς παρὰ τῷ Τηλεκλείδῃ (II frg 49 Ko) πέπαικται.</w:t>
      </w:r>
    </w:p>
    <w:p>
      <w:r>
        <w:rPr>
          <w:rFonts w:ascii="Courier New" w:hAnsi="Courier New"/>
          <w:color w:val="555555"/>
          <w:sz w:val="20"/>
        </w:rPr>
        <w:t>[5]</w:t>
      </w:r>
    </w:p>
    <w:p>
      <w:r>
        <w:rPr>
          <w:rFonts w:ascii="Gentium Plus" w:hAnsi="Gentium Plus"/>
          <w:sz w:val="24"/>
        </w:rPr>
        <w:t>γυναικεραστής, γυναιμανής. ἀλύων, ἀγρυπνῶν, φροντίζων, τετρω‐</w:t>
      </w:r>
    </w:p>
    <w:p>
      <w:r>
        <w:rPr>
          <w:rFonts w:ascii="Courier New" w:hAnsi="Courier New"/>
          <w:color w:val="555555"/>
          <w:sz w:val="20"/>
        </w:rPr>
        <w:t>[3 . 71]</w:t>
      </w:r>
    </w:p>
    <w:p>
      <w:r>
        <w:rPr>
          <w:rFonts w:ascii="Gentium Plus" w:hAnsi="Gentium Plus"/>
          <w:sz w:val="24"/>
        </w:rPr>
        <w:t>γυναῖκας δ’ ἐραστρίας Εὔπολις (I frg 414 Ko) εἴρηκεν, καὶ ἀνδρε‐ ράστριαν Ἀριστοφάνης (I frg 930 Ko). ἐρώμενος ἐρωμένη, παι‐ δικά, στεργόμενος στεργομένη, φιλούμενος φιλουμένη, ἀγαπώ‐ μενος ἀγαπωμένη. καλὸς ὑπέρκαλος πάγκαλος, ἐπέραστος, ὡραῖος,</w:t>
      </w:r>
    </w:p>
    <w:p>
      <w:r>
        <w:rPr>
          <w:rFonts w:ascii="Courier New" w:hAnsi="Courier New"/>
          <w:color w:val="555555"/>
          <w:sz w:val="20"/>
        </w:rPr>
        <w:t>[5]</w:t>
      </w:r>
    </w:p>
    <w:p>
      <w:r>
        <w:rPr>
          <w:rFonts w:ascii="Gentium Plus" w:hAnsi="Gentium Plus"/>
          <w:sz w:val="24"/>
        </w:rPr>
        <w:t>ἐπαγωγὸς προσαγωγός. ἀνθῶν ὑπερανθῶν, στίλβων ὑπερστίλβων, λάμπων ὑπερλάμπων, ἵμερον ἀφιείς· καλὴ ὑπερκάλη παγκάλη, ἐπέραστος, ὡραία, ἀνθοῦσα ὑπερανθοῦσα, στίλβουσα, λάμπουσα</w:t>
      </w:r>
    </w:p>
    <w:p>
      <w:r>
        <w:rPr>
          <w:rFonts w:ascii="Courier New" w:hAnsi="Courier New"/>
          <w:color w:val="555555"/>
          <w:sz w:val="20"/>
        </w:rPr>
        <w:t>[3 . 72]</w:t>
      </w:r>
    </w:p>
    <w:p>
      <w:r>
        <w:rPr>
          <w:rFonts w:ascii="Gentium Plus" w:hAnsi="Gentium Plus"/>
          <w:sz w:val="24"/>
        </w:rPr>
        <w:t>ὑπερλάμπουσα, ἵμερον ἀφιεῖσα· κάλλος, ὥρα, ἄνθος, ἄνθησις, λαμπρότης, στιλπνότης, αἴγλη, καλλονή. ἔρως, ἵμερος, πόθος, ἐπιθυμία, ἴυγξ, ἀντέρως, ἀφ’ οὗ ἀντερῶν καὶ ἀντεραστής, παρὰ δ’ Εὐπόλιδι (I frg 398 Ko) καὶ ἀντερώμενος. καὶ τὸ</w:t>
      </w:r>
    </w:p>
    <w:p>
      <w:r>
        <w:rPr>
          <w:rFonts w:ascii="Courier New" w:hAnsi="Courier New"/>
          <w:color w:val="555555"/>
          <w:sz w:val="20"/>
        </w:rPr>
        <w:t>[5]</w:t>
      </w:r>
    </w:p>
    <w:p>
      <w:r>
        <w:rPr>
          <w:rFonts w:ascii="Gentium Plus" w:hAnsi="Gentium Plus"/>
          <w:sz w:val="24"/>
        </w:rPr>
        <w:t>ζηλοτυπεῖν δ’ ἐπί τε παίδων ὡραίων καὶ γυναικῶν καὶ πάντων δὲ τῶν ἀγαπωμένων. προσήκοι δ’ ἂν τούτοις ἀξιέραστος πο‐ λυέραστος, καὶ κατὰ σύγκρισιν καὶ ὑπέρθεσιν.</w:t>
      </w:r>
    </w:p>
    <w:p>
      <w:r>
        <w:rPr>
          <w:rFonts w:ascii="Courier New" w:hAnsi="Courier New"/>
          <w:color w:val="555555"/>
          <w:sz w:val="20"/>
        </w:rPr>
        <w:t>[3 . 73]</w:t>
      </w:r>
    </w:p>
    <w:p>
      <w:r>
        <w:rPr>
          <w:rFonts w:ascii="Gentium Plus" w:hAnsi="Gentium Plus"/>
          <w:sz w:val="24"/>
        </w:rPr>
        <w:t>Δεσπότης, δεσπόζων, κύριος, κεκτημένος—Φρύνιχος γὰρ ἐν Σατύροις (frg 48 N) τὸν δεσπότην κεκτημένον ὠνόμασεν— ἐωνημένος, πριάμενος· καὶ ὁ νεώτερος δεσπότης δεσπόσυνος καὶ τρόφιμος. δέσποινα, δεσπόζουσα, κεκτημένη, ἐωνημένη, πρια‐</w:t>
      </w:r>
    </w:p>
    <w:p>
      <w:r>
        <w:rPr>
          <w:rFonts w:ascii="Courier New" w:hAnsi="Courier New"/>
          <w:color w:val="555555"/>
          <w:sz w:val="20"/>
        </w:rPr>
        <w:t>[5]</w:t>
      </w:r>
    </w:p>
    <w:p>
      <w:r>
        <w:rPr>
          <w:rFonts w:ascii="Gentium Plus" w:hAnsi="Gentium Plus"/>
          <w:sz w:val="24"/>
        </w:rPr>
        <w:t>μένη, τροφίμη· οὐ γὰρ προσίεμαι τὴν Σοφοκλέους (frg 938 N)</w:t>
      </w:r>
    </w:p>
    <w:p>
      <w:r>
        <w:rPr>
          <w:rFonts w:ascii="Courier New" w:hAnsi="Courier New"/>
          <w:color w:val="555555"/>
          <w:sz w:val="20"/>
        </w:rPr>
        <w:t>[3 . 74]</w:t>
      </w:r>
    </w:p>
    <w:p>
      <w:r>
        <w:rPr>
          <w:rFonts w:ascii="Gentium Plus" w:hAnsi="Gentium Plus"/>
          <w:sz w:val="24"/>
        </w:rPr>
        <w:t>δεσπότειραν ἢ τὴν Εὐριπίδου (Med 17 saep) δεσπότιν. φαυλο‐ τάτη δὲ καὶ ἡ παρὰ τοῖς νέοις κωμῳδοῖς (III p 466. 319 Ko) ἀπφία καὶ ἀπφίον καὶ ἀπφάριον, νέας δεσποίνης ὑποκορίσματα. τὸ δὲ πρᾶγμα δεσποτεία, καὶ τὸ ἐπίρρημα δεσποτικῶς, καὶ τὸ ῥῆμα</w:t>
      </w:r>
    </w:p>
    <w:p>
      <w:r>
        <w:rPr>
          <w:rFonts w:ascii="Courier New" w:hAnsi="Courier New"/>
          <w:color w:val="555555"/>
          <w:sz w:val="20"/>
        </w:rPr>
        <w:t>[5]</w:t>
      </w:r>
    </w:p>
    <w:p>
      <w:r>
        <w:rPr>
          <w:rFonts w:ascii="Gentium Plus" w:hAnsi="Gentium Plus"/>
          <w:sz w:val="24"/>
        </w:rPr>
        <w:t>δεσπόζειν καὶ δεσπόζεσθαι· Πλάτων (Tim 44 D) δὲ καὶ τὸ δεσπο‐ τοῦν ἀντὶ τοῦ δεσπόζον εἴρηκεν. Λυσίας δέ που (frg 297 Tur) λέγει ἀδεσπότους, Ἡρόδοτος (IV 142) δ’ ἀνδράποδα φιλοδέσποτα. Ἀρι‐ στοφάνης μέντοι κατὰ τὴν τῶν πολλῶν συνήθειαν τὸν δεσπότην</w:t>
      </w:r>
    </w:p>
    <w:p>
      <w:r>
        <w:rPr>
          <w:rFonts w:ascii="Courier New" w:hAnsi="Courier New"/>
          <w:color w:val="555555"/>
          <w:sz w:val="20"/>
        </w:rPr>
        <w:t>[10]</w:t>
      </w:r>
    </w:p>
    <w:p>
      <w:r>
        <w:rPr>
          <w:rFonts w:ascii="Gentium Plus" w:hAnsi="Gentium Plus"/>
          <w:sz w:val="24"/>
        </w:rPr>
        <w:t>ἀνοιγέτω τις δώματ’· αὐτὸς ἔρχεται. δοῦλος δούλη· ἡ δὲ δουλὶς Ὑπερείδῃ (frg 235 Bl) εἰρημένον φαῦλόν ἐστιν. οἰκέτης οἰκέτις, θεράπων θεράπαινα θεραπαινίς· εἰ δ’ ὁ κατὰ Δωροθέου λόγος Ὑπερείδου (frg 99 Bl), φησὶν ἐν</w:t>
      </w:r>
    </w:p>
    <w:p>
      <w:r>
        <w:rPr>
          <w:rFonts w:ascii="Courier New" w:hAnsi="Courier New"/>
          <w:color w:val="555555"/>
          <w:sz w:val="20"/>
        </w:rPr>
        <w:t>[3 . 75]</w:t>
      </w:r>
    </w:p>
    <w:p>
      <w:r>
        <w:rPr>
          <w:rFonts w:ascii="Gentium Plus" w:hAnsi="Gentium Plus"/>
          <w:sz w:val="24"/>
        </w:rPr>
        <w:t>αὐτῷ ‘ὥσπερ τὸ ἀτιμότατον θεραπόντιον.‘ τὸ δὲ πλῆθος τῶν οἰκετῶν θεραπεία· τὸ γὰρ θεραπουσία βιαιότερον, ἀλλ’ ἡ δουλεία κατὰ Θουκυδίδην (V 23. 3). ἔργον δὲ δουλικὸν Ἀραρώς (II frg 18 Ko), καὶ δουλικώτατος Ξενοφῶν (Cyrop VII 4. 15). καὶ δου‐</w:t>
      </w:r>
    </w:p>
    <w:p>
      <w:r>
        <w:rPr>
          <w:rFonts w:ascii="Courier New" w:hAnsi="Courier New"/>
          <w:color w:val="555555"/>
          <w:sz w:val="20"/>
        </w:rPr>
        <w:t>[5]</w:t>
      </w:r>
    </w:p>
    <w:p>
      <w:r>
        <w:rPr>
          <w:rFonts w:ascii="Gentium Plus" w:hAnsi="Gentium Plus"/>
          <w:sz w:val="24"/>
        </w:rPr>
        <w:t>λῶσαι, καταδουλώσασθαι, καὶ δεδουλωμένος Θουκυδίδης (I 68. 3 saep). καὶ δούλωσις· ἡ γὰρ δουλοσύνη Ἰωνικόν. δουλοπρεπὲς δὲ (Apolg 30) καὶ δουλοπρεπέστερον Ξενοφῶν (Memorab II 8. 4), καὶ δουλοπρεπέστατα Κρατῖνος (I frg 403 Ko), καὶ δουλοπρέπεια</w:t>
      </w:r>
    </w:p>
    <w:p>
      <w:r>
        <w:rPr>
          <w:rFonts w:ascii="Courier New" w:hAnsi="Courier New"/>
          <w:color w:val="555555"/>
          <w:sz w:val="20"/>
        </w:rPr>
        <w:t>[3 . 76]</w:t>
      </w:r>
    </w:p>
    <w:p>
      <w:r>
        <w:rPr>
          <w:rFonts w:ascii="Gentium Plus" w:hAnsi="Gentium Plus"/>
          <w:sz w:val="24"/>
        </w:rPr>
        <w:t>Θεόπομπος ὁ κωμικός (I frg 87 Ko). καὶ δουλάρια Μεταγένης, (I frg 19 Ko) καὶ οἰκετικὰ ὀνόματα Πλάτων (Soph 226 B). διά‐ κονος, ὑπηρέτης, ἀργυρώνητος, ὤνιος, οἰκότριψ, ἡ δ’ ἀντικειμένη τούτῳ σηκὶς καλεῖται ἢ οἰκογενής· ἡ γὰρ ταμία τῆς πίστεως τοὔνομα.</w:t>
      </w:r>
    </w:p>
    <w:p>
      <w:r>
        <w:rPr>
          <w:rFonts w:ascii="Courier New" w:hAnsi="Courier New"/>
          <w:color w:val="555555"/>
          <w:sz w:val="20"/>
        </w:rPr>
        <w:t>[5]</w:t>
      </w:r>
    </w:p>
    <w:p>
      <w:r>
        <w:rPr>
          <w:rFonts w:ascii="Gentium Plus" w:hAnsi="Gentium Plus"/>
          <w:sz w:val="24"/>
        </w:rPr>
        <w:t>παιδίσκην δὲ τὴν θεραπαινίδα Λυσίας (frg 136 Tur) ὠνόμασεν, εἰ μὴ ἀμφίβολόν ἐστι, πότερον ἡλικίας τοὔνομα ἢ τύχης· λέγει γὰρ ἐν τῷ κατὰ Καλλίου ὕβρεως ‘ἐξελθοῦσα αὐτοῦ ἡ παιδίσκη τὴν θύραν ἀνοίγνυσιν.‘ τὸ δὲ παιδίον τὸ ἐκ τῶν οἰκοτρίβων οἰκοτρί‐</w:t>
      </w:r>
    </w:p>
    <w:p>
      <w:r>
        <w:rPr>
          <w:rFonts w:ascii="Courier New" w:hAnsi="Courier New"/>
          <w:color w:val="555555"/>
          <w:sz w:val="20"/>
        </w:rPr>
        <w:t>[3 . 77]</w:t>
      </w:r>
    </w:p>
    <w:p>
      <w:r>
        <w:rPr>
          <w:rFonts w:ascii="Gentium Plus" w:hAnsi="Gentium Plus"/>
          <w:sz w:val="24"/>
        </w:rPr>
        <w:t>βαιον ὠνόμαζον. τῷ μέντοι ὠνηθέντι οἰκέτῃ τραγήματα κατέχεον, ἃ ἐκαλεῖτο καταχύσματα. ἀνδράποδα, καὶ ἀνδραπόδια παρ’ Ὑπερείδῃ (frg 227 Bl), ἀφ’ ὧν καὶ τὸ ἀνδραποδίσασθαι καὶ ἀνδραποδισά‐ μενος, καὶ ἀνδραποδίσαντες παρὰ Θουκυδίδῃ (VI 62. 3), καὶ ἀνδρα‐</w:t>
      </w:r>
    </w:p>
    <w:p>
      <w:r>
        <w:rPr>
          <w:rFonts w:ascii="Courier New" w:hAnsi="Courier New"/>
          <w:color w:val="555555"/>
          <w:sz w:val="20"/>
        </w:rPr>
        <w:t>[5]</w:t>
      </w:r>
    </w:p>
    <w:p>
      <w:r>
        <w:rPr>
          <w:rFonts w:ascii="Gentium Plus" w:hAnsi="Gentium Plus"/>
          <w:sz w:val="24"/>
        </w:rPr>
        <w:t>ποδώδης παρὰ Ξενοφῶντι (Mem IV 2. 22), καὶ ἀνδραποδωδῶς παρὰ Πλάτωνι (Conviv 215 E), καὶ ἀνδραποδώδεις ἐπιθυμίαι, καὶ ἀνδραποδιστικώτατα παρ’ Εὐπόλιδι (I frg 396 Ko). δοῦλα</w:t>
      </w:r>
    </w:p>
    <w:p>
      <w:r>
        <w:rPr>
          <w:rFonts w:ascii="Courier New" w:hAnsi="Courier New"/>
          <w:color w:val="555555"/>
          <w:sz w:val="20"/>
        </w:rPr>
        <w:t>[3 . 78]</w:t>
      </w:r>
    </w:p>
    <w:p>
      <w:r>
        <w:rPr>
          <w:rFonts w:ascii="Gentium Plus" w:hAnsi="Gentium Plus"/>
          <w:sz w:val="24"/>
        </w:rPr>
        <w:t>σώματα πρὸς ἀργύριον ἀντικατηλλαγμένα, καὶ ἀπὸ τοῦ πρατῆρος λίθου, ἀπὸ τοῦ πωλητηρίου, παρὰ τῶν λαφυροπώλων, παρὰ τῶν ἀνδραποδοκαπήλων. ἀνδραποδιστὴς δ’ ἐστὶν ὁ τὸν ἐλεύθερον κατα‐ δουλωσάμενος ἢ ὁ τὸν ἀλλότριον οἰκέτην ὑπαγαγόμενος· καὶ</w:t>
      </w:r>
    </w:p>
    <w:p>
      <w:r>
        <w:rPr>
          <w:rFonts w:ascii="Courier New" w:hAnsi="Courier New"/>
          <w:color w:val="555555"/>
          <w:sz w:val="20"/>
        </w:rPr>
        <w:t>[5]</w:t>
      </w:r>
    </w:p>
    <w:p>
      <w:r>
        <w:rPr>
          <w:rFonts w:ascii="Gentium Plus" w:hAnsi="Gentium Plus"/>
          <w:sz w:val="24"/>
        </w:rPr>
        <w:t>δίκη δὲ κατὰ τῶν ἀνδραποδιστῶν ἐλευθεροπρασίου. σώματα δ’ ἁπλῶς οὐκ ἂν εἴποις, ἀλλὰ δοῦλα σώματα. καλοῦνται δὲ καὶ παῖδες οἱ δοῦλοι παρὰ τοῖς Ἀττικοῖς, κἂν ὦσι πρεσβύτεροι· λάτρις δὲ καὶ ἀμφίπολος καὶ πρόσπολος οὐ καθ’ ἡμᾶς. καὶ ἵνα μὲν κολάζονται οἱ δοῦλοι, μυλῶνες καὶ ζητρεῖα καὶ ζώντεια καὶ ἀλφιτεῖα</w:t>
      </w:r>
    </w:p>
    <w:p>
      <w:r>
        <w:rPr>
          <w:rFonts w:ascii="Courier New" w:hAnsi="Courier New"/>
          <w:color w:val="555555"/>
          <w:sz w:val="20"/>
        </w:rPr>
        <w:t>[3 . 79]</w:t>
      </w:r>
    </w:p>
    <w:p>
      <w:r>
        <w:rPr>
          <w:rFonts w:ascii="Gentium Plus" w:hAnsi="Gentium Plus"/>
          <w:sz w:val="24"/>
        </w:rPr>
        <w:t>καὶ χονδροκοπεῖα. οἱ δὲ στιζόμενοι στιγματίαι καὶ στίγωνες, ὥσπερ οἱ μαστιγούμενοι μαστιγίαι. τὸ δὲ δεῖσθαι μαστίγων μαστιγιᾶν Εὔπολις (I frg 429 Ko) εἴρηκεν. αἱ δὲ μάστιγες ὑστριχίδες, ἱμάντες, ῥυτῆρες. τὸ δὲ μαστιγῶσαι καὶ τυπτῆσαι, ξᾶναι κατὰ νώτου</w:t>
      </w:r>
    </w:p>
    <w:p>
      <w:r>
        <w:rPr>
          <w:rFonts w:ascii="Courier New" w:hAnsi="Courier New"/>
          <w:color w:val="555555"/>
          <w:sz w:val="20"/>
        </w:rPr>
        <w:t>[5]</w:t>
      </w:r>
    </w:p>
    <w:p>
      <w:r>
        <w:rPr>
          <w:rFonts w:ascii="Gentium Plus" w:hAnsi="Gentium Plus"/>
          <w:sz w:val="24"/>
        </w:rPr>
        <w:t>πολλάς, παῖσαι, πληγὰς ἐντεῖναι, πληγὰς ἐμβαλεῖν. Ὑπερείδης (frg 200 Bl) δ’ ἔφη ‘κρεμάσας ἐκ τοῦ κίονος ἐξέδειρεν, ὅθεν καὶ μωλώπων ἔτι νῦν τὸ δέρμα μεστὸν ἔχει·‘ καίτοι ἐπὶ τούτοις οὐκ</w:t>
      </w:r>
    </w:p>
    <w:p>
      <w:r>
        <w:rPr>
          <w:rFonts w:ascii="Courier New" w:hAnsi="Courier New"/>
          <w:color w:val="555555"/>
          <w:sz w:val="20"/>
        </w:rPr>
        <w:t>[3 . 80]</w:t>
      </w:r>
    </w:p>
    <w:p>
      <w:r>
        <w:rPr>
          <w:rFonts w:ascii="Gentium Plus" w:hAnsi="Gentium Plus"/>
          <w:sz w:val="24"/>
        </w:rPr>
        <w:t>ἄν τις εἴποι τὸ δεῖραι. ἔστι δ’ ἐκ τούτου φιλόδουλος, πολύ‐ δουλος, ἐθελόδουλος, ἄδουλος, καὶ ἀδούλευτος, ὡς τοὺς</w:t>
      </w:r>
    </w:p>
    <w:p>
      <w:r>
        <w:rPr>
          <w:rFonts w:ascii="Courier New" w:hAnsi="Courier New"/>
          <w:color w:val="555555"/>
          <w:sz w:val="20"/>
        </w:rPr>
        <w:t>[5]</w:t>
      </w:r>
    </w:p>
    <w:p>
      <w:r>
        <w:rPr>
          <w:rFonts w:ascii="Gentium Plus" w:hAnsi="Gentium Plus"/>
          <w:sz w:val="24"/>
        </w:rPr>
        <w:t>καὶ τὸ δρᾶμα Δουλοδιδάσκαλος· παρὰ Κρατίνῳ (I frg 81 Ko) δ’ ὁ κακόδουλος εἴρηται. ἐθελοδουλεία, πολυδουλεία, ἀειδουλεία. ἐωνῆσθαι, ὠνητιᾶν, πρίασθαι, πωλῆσαι, πωληταί, πωλητήρια. καὶ</w:t>
      </w:r>
    </w:p>
    <w:p>
      <w:r>
        <w:rPr>
          <w:rFonts w:ascii="Courier New" w:hAnsi="Courier New"/>
          <w:color w:val="555555"/>
          <w:sz w:val="20"/>
        </w:rPr>
        <w:t>[3 . 81]</w:t>
      </w:r>
    </w:p>
    <w:p>
      <w:r>
        <w:rPr>
          <w:rFonts w:ascii="Gentium Plus" w:hAnsi="Gentium Plus"/>
          <w:sz w:val="24"/>
        </w:rPr>
        <w:t>ὠνητὸς ὠνητή, καὶ τὸν ὠνητὴν ὡς Ἰσαῖος (frg 173 Tur), καὶ τὸν αὐτωνητὴν ὡς Δείναρχος (inc orat frg 11 Tur). προσήκοι δ’ ἂν τοῖς δούλοις τό τε πρᾶγμα ἡ δουλεία καὶ τὸ ῥῆμα τὸ δουλεύειν καὶ τὸ δεδουλῶσθαι. καὶ τὰ δουλικὰ παρὰ Δημοσθένει (LVII 45), ἀφ’</w:t>
      </w:r>
    </w:p>
    <w:p>
      <w:r>
        <w:rPr>
          <w:rFonts w:ascii="Courier New" w:hAnsi="Courier New"/>
          <w:color w:val="555555"/>
          <w:sz w:val="20"/>
        </w:rPr>
        <w:t>[5]</w:t>
      </w:r>
    </w:p>
    <w:p>
      <w:r>
        <w:rPr>
          <w:rFonts w:ascii="Gentium Plus" w:hAnsi="Gentium Plus"/>
          <w:sz w:val="24"/>
        </w:rPr>
        <w:t>οὗ καὶ τὸ ἐπίρρημα τὸ δουλικῶς. καὶ τὸ δουλώσασθαι δὲ καὶ τὸ καταδουλώσασθαι, καὶ ὅσα ἀπὸ τούτων σχηματίζεται. καὶ τὸ συγκαταδουλώσασθαι παρ’ Ὑπερείδῃ (frg 272 Bl), καὶ οἱ συνδου‐</w:t>
      </w:r>
    </w:p>
    <w:p>
      <w:r>
        <w:rPr>
          <w:rFonts w:ascii="Courier New" w:hAnsi="Courier New"/>
          <w:color w:val="555555"/>
          <w:sz w:val="20"/>
        </w:rPr>
        <w:t>[3 . 82]</w:t>
      </w:r>
    </w:p>
    <w:p>
      <w:r>
        <w:rPr>
          <w:rFonts w:ascii="Gentium Plus" w:hAnsi="Gentium Plus"/>
          <w:sz w:val="24"/>
        </w:rPr>
        <w:t>λεύοντες παρὰ Δεινάρχῳ (inc orat frg 32 Tur). σύνδουλοι δὲ λέγει Λυσίας (frg 331 Tur) καὶ Εὐριπίδης (Jon 1109), Ὑπερείδης (frg 272 Bl) δὲ καὶ οἱ πλείους ὁμόδουλον λέγουσιν· ἔνιοι δ’ οἴονται ὁμόδουλον μὲν τὸν τῆς αὐτῆς τύχης, σύνδουλον δὲ τὸν</w:t>
      </w:r>
    </w:p>
    <w:p>
      <w:r>
        <w:rPr>
          <w:rFonts w:ascii="Courier New" w:hAnsi="Courier New"/>
          <w:color w:val="555555"/>
          <w:sz w:val="20"/>
        </w:rPr>
        <w:t>[5]</w:t>
      </w:r>
    </w:p>
    <w:p>
      <w:r>
        <w:rPr>
          <w:rFonts w:ascii="Gentium Plus" w:hAnsi="Gentium Plus"/>
          <w:sz w:val="24"/>
        </w:rPr>
        <w:t>τοῦ αὐτοῦ δεσπότου. καὶ οἰκέται δὲ καὶ ‘οἰκετικὰ ὀνόματα‘ παρὰ Πλάτωνι (Soph 226 B)· οἱ μέντοι ποιηταὶ καὶ τοὺς ἄλλους οἰκείους οἰκέτας ὠνόμαζον, ὅπου γε καὶ (Sophocl TGF 782 N) ‘περιστερὰν οἰκέτιν.‘ πελάται δὲ καὶ θῆτες ἐλευθέρων ἐστὶν ὀνό‐ ματα διὰ πενίαν ἐπ’ ἀργυρίῳ δουλευόντων.</w:t>
      </w:r>
    </w:p>
    <w:p>
      <w:r>
        <w:rPr>
          <w:rFonts w:ascii="Courier New" w:hAnsi="Courier New"/>
          <w:color w:val="555555"/>
          <w:sz w:val="20"/>
        </w:rPr>
        <w:t>[3 . 83]</w:t>
      </w:r>
    </w:p>
    <w:p>
      <w:r>
        <w:rPr>
          <w:rFonts w:ascii="Gentium Plus" w:hAnsi="Gentium Plus"/>
          <w:sz w:val="24"/>
        </w:rPr>
        <w:t>μεταξὺ δ’ ἐλευθέρων καὶ δούλων οἱ Λακεδαιμονίων εἵλωτες, καὶ Θετταλῶν πενέσται, καὶ Κρητῶν κλαρῶται καὶ μνωῖται καὶ</w:t>
      </w:r>
    </w:p>
    <w:p>
      <w:r>
        <w:rPr>
          <w:rFonts w:ascii="Courier New" w:hAnsi="Courier New"/>
          <w:color w:val="555555"/>
          <w:sz w:val="20"/>
        </w:rPr>
        <w:t>[5]</w:t>
      </w:r>
    </w:p>
    <w:p>
      <w:r>
        <w:rPr>
          <w:rFonts w:ascii="Gentium Plus" w:hAnsi="Gentium Plus"/>
          <w:sz w:val="24"/>
        </w:rPr>
        <w:t>μένους οἱ Λακεδαιμόνιοι νεοδαμώδεις καλοῦσιν. ὁ δὲ τῆς δουλείας ἀφειμένος τῶν δούλων ἀπελεύθερος καὶ ἐξελεύθερος, ἀπη‐ λευθερωμένος. καὶ ἀπελευθερῶσαι ἀπελευθερωθῆναι, καὶ ἀπελευ‐ θέρωσις καὶ ἀπελευθερία. καὶ Δημοσθένης (frg 54 Tur) φησὶν ἐξελευθερικοὺς νόμους καὶ ἀπελευθερικοὺς νόμους. κατὰ μέντοι</w:t>
      </w:r>
    </w:p>
    <w:p>
      <w:r>
        <w:rPr>
          <w:rFonts w:ascii="Courier New" w:hAnsi="Courier New"/>
          <w:color w:val="555555"/>
          <w:sz w:val="20"/>
        </w:rPr>
        <w:t>[10]</w:t>
      </w:r>
    </w:p>
    <w:p>
      <w:r>
        <w:rPr>
          <w:rFonts w:ascii="Gentium Plus" w:hAnsi="Gentium Plus"/>
          <w:sz w:val="24"/>
        </w:rPr>
        <w:t>τῶν ἀποστάντων ἀποστασίου δίκη ἐστίν. φαίης δ’ ἂν τιμὴν καταβαλεῖν, ἀργύριον εἰσενεγκεῖν, ἀντικαταλλάξασθαι χρήματα.</w:t>
      </w:r>
    </w:p>
    <w:p>
      <w:r>
        <w:rPr>
          <w:rFonts w:ascii="Courier New" w:hAnsi="Courier New"/>
          <w:color w:val="555555"/>
          <w:sz w:val="20"/>
        </w:rPr>
        <w:t>[3 . 84]</w:t>
      </w:r>
    </w:p>
    <w:p>
      <w:r>
        <w:rPr>
          <w:rFonts w:ascii="Gentium Plus" w:hAnsi="Gentium Plus"/>
          <w:sz w:val="24"/>
        </w:rPr>
        <w:t>Τραπεζίτης, ἀργυρογνώμων, ἀργυραμοιβός, δοκιμαστής, ἐπι‐ καθήμενος τραπέζῃ· τράπεζα πολυάργυρος, τραπέζης ἀφορμαί. τὴν δὲ τράπεζαν Δημοσθένης (XLV 33) καὶ ξύλον ὠνόμασεν· ἐκάλουν δ’ αὐτὴν καὶ πίνακα. ἀργυρίου ἀλλαγὴ ὁ καλούμενος κόλλυβος.</w:t>
      </w:r>
    </w:p>
    <w:p>
      <w:r>
        <w:rPr>
          <w:rFonts w:ascii="Courier New" w:hAnsi="Courier New"/>
          <w:color w:val="555555"/>
          <w:sz w:val="20"/>
        </w:rPr>
        <w:t>[5]</w:t>
      </w:r>
    </w:p>
    <w:p>
      <w:r>
        <w:rPr>
          <w:rFonts w:ascii="Gentium Plus" w:hAnsi="Gentium Plus"/>
          <w:sz w:val="24"/>
        </w:rPr>
        <w:t>ἐνέχυρα λύσιμα, κατενεχυριάζειν. ὀφείλειν, δανείζεσθαι, δανείζειν, προΐεσθαι ἀργύριον. ὑποθήκην θεὶς ὁ δανειζόμενος, ὑποθήκην θέ‐ μενος ὁ δανείζων. χρέα, καὶ τοῦ χρέους. δανείσματα, ὀφειλήματα, ἐκδόσεις, ἐκδιδόναι, ἔγγυα δανείσματα, ναυτικά· τὰ γὰρ ὀφλήματα</w:t>
      </w:r>
    </w:p>
    <w:p>
      <w:r>
        <w:rPr>
          <w:rFonts w:ascii="Courier New" w:hAnsi="Courier New"/>
          <w:color w:val="555555"/>
          <w:sz w:val="20"/>
        </w:rPr>
        <w:t>[3 . 85]</w:t>
      </w:r>
    </w:p>
    <w:p>
      <w:r>
        <w:rPr>
          <w:rFonts w:ascii="Gentium Plus" w:hAnsi="Gentium Plus"/>
          <w:sz w:val="24"/>
        </w:rPr>
        <w:t>καὶ τὸ ὀφλεῖν ἐπὶ τῶν καταδικασθέντων εἰς ἀργύριον. ὅρους ἐφι‐ στάναι χωρίῳ· σανὶς δ’ ἦν ἢ στήλη τις δηλοῦσα ὡς ἔστιν ὑπόχρεών τινι τὸ χωρίον. ἐπὶ δὲ τούτου ἔλεγον καὶ τὸ ἐστίχθαι τὸ</w:t>
      </w:r>
    </w:p>
    <w:p>
      <w:r>
        <w:rPr>
          <w:rFonts w:ascii="Courier New" w:hAnsi="Courier New"/>
          <w:color w:val="555555"/>
          <w:sz w:val="20"/>
        </w:rPr>
        <w:t>[5]</w:t>
      </w:r>
    </w:p>
    <w:p>
      <w:r>
        <w:rPr>
          <w:rFonts w:ascii="Gentium Plus" w:hAnsi="Gentium Plus"/>
          <w:sz w:val="24"/>
        </w:rPr>
        <w:t>καὶ ὑπόβολον. χρήστης κυρίως μὲν ὁ δεδανεισμένος, πολλάκις δὲ καὶ ὁ δανειστής. οὗτος δὲ καὶ τοκιστής, τοκογλύφος, τοκίζων, ὅθεν καὶ τὸ ‘τοκίζεται αὐτῷ ἀργύριον‘ παρ’ Ὑπερείδῃ (frg 273 Bl), τόκους ἐκλέγων, ὀβολοστάτης. ἐκεῖνος δ’ ὑπόχρεως, κατάχρεως, ὑπέρχρεως. καλεῖται δὲ τὸ μὲν κεφάλαιον ἀρχαῖον, τὸ δ’ ἔργον</w:t>
      </w:r>
    </w:p>
    <w:p>
      <w:r>
        <w:rPr>
          <w:rFonts w:ascii="Courier New" w:hAnsi="Courier New"/>
          <w:color w:val="555555"/>
          <w:sz w:val="20"/>
        </w:rPr>
        <w:t>[10]</w:t>
      </w:r>
    </w:p>
    <w:p>
      <w:r>
        <w:rPr>
          <w:rFonts w:ascii="Gentium Plus" w:hAnsi="Gentium Plus"/>
          <w:sz w:val="24"/>
        </w:rPr>
        <w:t>τόκος. ὁ δ’ οὐκ ἐκτίσας κατὰ προθεσμίαν ὑπερήμερος, καὶ τὸ πρᾶγμα ὑπερημερία.</w:t>
      </w:r>
    </w:p>
    <w:p>
      <w:r>
        <w:rPr>
          <w:rFonts w:ascii="Courier New" w:hAnsi="Courier New"/>
          <w:color w:val="555555"/>
          <w:sz w:val="20"/>
        </w:rPr>
        <w:t>[3 . 86]</w:t>
      </w:r>
    </w:p>
    <w:p>
      <w:r>
        <w:rPr>
          <w:rFonts w:ascii="Gentium Plus" w:hAnsi="Gentium Plus"/>
          <w:sz w:val="24"/>
        </w:rPr>
        <w:t>Ἀργύριον δόκιμον, ἐπίσημον, γνήσιον, καθαρόν, ἀμιγές, ἄκρα‐ τον, ἀκίβδηλον, ἔντυπον, ἀκριβές, νόμιμον, ἀκέραιον, ἀδιάφθορον, ἄδολον, ἄχραντον, ἀνεπιβούλευτον· τὸ δ’ ἐναντίον παράσημον, παρασεσημασμένον, χαλκόκρατον, Θιβρώνειον, κίβδηλον, κεκιβδη‐</w:t>
      </w:r>
    </w:p>
    <w:p>
      <w:r>
        <w:rPr>
          <w:rFonts w:ascii="Courier New" w:hAnsi="Courier New"/>
          <w:color w:val="555555"/>
          <w:sz w:val="20"/>
        </w:rPr>
        <w:t>[5]</w:t>
      </w:r>
    </w:p>
    <w:p>
      <w:r>
        <w:rPr>
          <w:rFonts w:ascii="Gentium Plus" w:hAnsi="Gentium Plus"/>
          <w:sz w:val="24"/>
        </w:rPr>
        <w:t>λευμένον, ἀφ’ οὗ καὶ τὸ πρᾶγμα κιβδηλεία (Leg XI 916 D) καὶ κιβδηλεύματα (Leg XI 917 E) παρὰ Πλάτωνι, ὥσπερ καὶ ὁ κιβδη‐ λεύων (Leg XI 917 B), παρατετυπωμένον, παρακεχαραγμένον, ἄση‐ μον παρεγκεκραμένον, ὑπόχαλκον. τὸ δ’ ἀργύριον καλεῖται καὶ χρή‐ ματα καὶ νόμισμα, ὥσπερ καὶ τὸ χρυσίον. ἀργύρια δὲ κατὰ πλῆθος</w:t>
      </w:r>
    </w:p>
    <w:p>
      <w:r>
        <w:rPr>
          <w:rFonts w:ascii="Courier New" w:hAnsi="Courier New"/>
          <w:color w:val="555555"/>
          <w:sz w:val="20"/>
        </w:rPr>
        <w:t>[10]</w:t>
      </w:r>
    </w:p>
    <w:p>
      <w:r>
        <w:rPr>
          <w:rFonts w:ascii="Gentium Plus" w:hAnsi="Gentium Plus"/>
          <w:sz w:val="24"/>
        </w:rPr>
        <w:t>ἥκιστα λέγουσιν οἱ Ἀττικοί, εἴρηται δ’ ἐν Κωκάλῳ (novum) καὶ Νήσοις (frg 397 Ko) Ἀριστοφάνους. λέγοιτο δ’ ἂν κόψαι νό‐ μισμα, ἐνσημήνασθαι, τυπῶσαι, ἐντυπῶσαι, ἐντυπώσασθαι. τὸ δὲ τοιοῦτον ἀργύριον ἐπίσημον ἐλέγετο, ὡς τὸ ἐναντίον ἄσημον.</w:t>
      </w:r>
    </w:p>
    <w:p>
      <w:r>
        <w:rPr>
          <w:rFonts w:ascii="Courier New" w:hAnsi="Courier New"/>
          <w:color w:val="555555"/>
          <w:sz w:val="20"/>
        </w:rPr>
        <w:t>[3 . 87]</w:t>
      </w:r>
    </w:p>
    <w:p>
      <w:r>
        <w:rPr>
          <w:rFonts w:ascii="Gentium Plus" w:hAnsi="Gentium Plus"/>
          <w:sz w:val="24"/>
        </w:rPr>
        <w:t>Ἀργύρεια μέταλλα καὶ χρύσεια, μεταλλεύειν, ὀρύττειν, ἐπικα‐ τατέμνειν, καινοτομεῖν, καινοτομία. οὓς δὲ κατέλιπον μέσους κίονας οἱ μεταλλεῖς ἀνέχειν τὴν γῆν, οὗτοι μεσοκρινεῖς ὠνομάζοντο. ὑπόχρυσος γῆ, ὑπάργυρος γῆ. κάθαρσις ἀργύρου, κάθαρσις χρυσοῦ.</w:t>
      </w:r>
    </w:p>
    <w:p>
      <w:r>
        <w:rPr>
          <w:rFonts w:ascii="Courier New" w:hAnsi="Courier New"/>
          <w:color w:val="555555"/>
          <w:sz w:val="20"/>
        </w:rPr>
        <w:t>[5]</w:t>
      </w:r>
    </w:p>
    <w:p>
      <w:r>
        <w:rPr>
          <w:rFonts w:ascii="Gentium Plus" w:hAnsi="Gentium Plus"/>
          <w:sz w:val="24"/>
        </w:rPr>
        <w:t>χρυσὸς ἄπεφθος, εἰλικρινής· ἄργυρος καθαρός, ἐκκεκαθαρμένος. Ἀρυανδικὸν ἀργύριον, καὶ οἱ Δαρεικοὶ ἀπὸ Δαρείου, ὡς ἐπ’ ἐκείνου ἀκριβωθέντος εἰς κάθαρσιν τοῦ χρυσίου. εὐδόκιμος δὲ καὶ ὁ Γυγά‐ δας χρυσὸς καὶ οἱ Κροίσειοι στατῆρες. χρυσός, ἄργυρος, ὀρείχαλκος, σίδηρος, καττίτερος, μόλυβδος, ὕαλος. χρυσῖτις γῆ, ἀργυρῖτις, σιδη‐</w:t>
      </w:r>
    </w:p>
    <w:p>
      <w:r>
        <w:rPr>
          <w:rFonts w:ascii="Courier New" w:hAnsi="Courier New"/>
          <w:color w:val="555555"/>
          <w:sz w:val="20"/>
        </w:rPr>
        <w:t>[10]</w:t>
      </w:r>
    </w:p>
    <w:p>
      <w:r>
        <w:rPr>
          <w:rFonts w:ascii="Gentium Plus" w:hAnsi="Gentium Plus"/>
          <w:sz w:val="24"/>
        </w:rPr>
        <w:t>ρῖτις. χρυσοχοεῖν, χαλκεύειν· χρυσοχόος, χαλκεύς, σιδηρεύς. μολυβδο‐ χοῆσαι.</w:t>
      </w:r>
    </w:p>
    <w:p>
      <w:r>
        <w:rPr>
          <w:rFonts w:ascii="Courier New" w:hAnsi="Courier New"/>
          <w:color w:val="555555"/>
          <w:sz w:val="20"/>
        </w:rPr>
        <w:t>[3 . 88]</w:t>
      </w:r>
    </w:p>
    <w:p>
      <w:r>
        <w:rPr>
          <w:rFonts w:ascii="Gentium Plus" w:hAnsi="Gentium Plus"/>
          <w:sz w:val="24"/>
        </w:rPr>
        <w:t>Περὶ τοῦ πολύ· ἄπλατον, ἄπλετον, ἄπειρον, ἀμύθητον, ἀμέ‐ τρητον, ἀναρίθμητον, ἀνεξαρίθμητον, ἀνήριθμον, πάμπολυ, παμ‐ πληθές, ἄπιστον τῷ πλήθει, ἀδιήγητον. πάμμεγα, μέγα, μέγιστον, παμμέγεθες, ὑπερμέγεθες, ὑπέρογκον, ἐξαίσιον, εὐμέγεθες. καὶ τὸ</w:t>
      </w:r>
    </w:p>
    <w:p>
      <w:r>
        <w:rPr>
          <w:rFonts w:ascii="Courier New" w:hAnsi="Courier New"/>
          <w:color w:val="555555"/>
          <w:sz w:val="20"/>
        </w:rPr>
        <w:t>[5]</w:t>
      </w:r>
    </w:p>
    <w:p>
      <w:r>
        <w:rPr>
          <w:rFonts w:ascii="Gentium Plus" w:hAnsi="Gentium Plus"/>
          <w:sz w:val="24"/>
        </w:rPr>
        <w:t>ἐναντίον μικρόν, ὀλίγον, βραχύ, σύμμετρον, συμμεμετρημένον, εὐαρίθμητον.</w:t>
      </w:r>
    </w:p>
    <w:p>
      <w:r>
        <w:rPr>
          <w:rFonts w:ascii="Courier New" w:hAnsi="Courier New"/>
          <w:color w:val="555555"/>
          <w:sz w:val="20"/>
        </w:rPr>
        <w:t>[3 . 89]</w:t>
      </w:r>
    </w:p>
    <w:p>
      <w:r>
        <w:rPr>
          <w:rFonts w:ascii="Gentium Plus" w:hAnsi="Gentium Plus"/>
          <w:sz w:val="24"/>
        </w:rPr>
        <w:t>Ἕστηκεν, ἡσυχάζει, μένει, ἀτρεμεῖ, καθησυχάζει, ἠρεμεῖ, ἐφ’ ἡσυχίας ἐστίν, ἀναμένει, περιμένει, ἀκινητεῖ, ἀκίνητός ἐστιν, ἑστηκώς, στάσις, ὀρθοστάδην, ἡσυχία, μονή. κάθηται, καθίζει, καθέ‐ ζεται, ἀνακαθιζόμενος ὡς Πλάτων (Phaedo 60 B). Ξενοφῶν</w:t>
      </w:r>
    </w:p>
    <w:p>
      <w:r>
        <w:rPr>
          <w:rFonts w:ascii="Courier New" w:hAnsi="Courier New"/>
          <w:color w:val="555555"/>
          <w:sz w:val="20"/>
        </w:rPr>
        <w:t>[5]</w:t>
      </w:r>
    </w:p>
    <w:p>
      <w:r>
        <w:rPr>
          <w:rFonts w:ascii="Gentium Plus" w:hAnsi="Gentium Plus"/>
          <w:sz w:val="24"/>
        </w:rPr>
        <w:t>(An III 5. 17, Cyrp VI 1. 23) δὲ τὸ ἐκάθισεν ἐπὶ τοῦ καθίσαι ἐποίησεν· καθήμεθα δ’ ἀντὶ τοῦ ἐκαθήμεθα Δημοσθένης (XIX 155 et 166), καὶ καθῆστο ἀντὶ τοῦ ἐκάθητο Πλάτων (Rpl I</w:t>
      </w:r>
    </w:p>
    <w:p>
      <w:r>
        <w:rPr>
          <w:rFonts w:ascii="Courier New" w:hAnsi="Courier New"/>
          <w:color w:val="555555"/>
          <w:sz w:val="20"/>
        </w:rPr>
        <w:t>[3 . 90]</w:t>
      </w:r>
    </w:p>
    <w:p>
      <w:r>
        <w:rPr>
          <w:rFonts w:ascii="Gentium Plus" w:hAnsi="Gentium Plus"/>
          <w:sz w:val="24"/>
        </w:rPr>
        <w:t>328 C, V 449 B, Euthyd 271 A). καὶ καθέδρα, ἕδρα, θρανίον, θρᾶνος, θρόνος, θᾶκος, ἕδρανον, δίφρος, καὶ δίφρος ὀκλαδίας· τὸ γὰρ σκολύθριον ὑπομόχθηρον, καὶ τὸ ἑδώλιον ἄλλης ἐστὶ χρείας. βάθρον· οὕτω δὲ ὠνομάζετο καὶ ἡ τῶν ἀνδριάντων βάσις· ἀφ’ οὗ τὸ</w:t>
      </w:r>
    </w:p>
    <w:p>
      <w:r>
        <w:rPr>
          <w:rFonts w:ascii="Courier New" w:hAnsi="Courier New"/>
          <w:color w:val="555555"/>
          <w:sz w:val="20"/>
        </w:rPr>
        <w:t>[5]</w:t>
      </w:r>
    </w:p>
    <w:p>
      <w:r>
        <w:rPr>
          <w:rFonts w:ascii="Gentium Plus" w:hAnsi="Gentium Plus"/>
          <w:sz w:val="24"/>
        </w:rPr>
        <w:t>βέβηκε καὶ βεβηκέναι καὶ τὰ ἀπὸ τούτων κατὰ τὰς τῶν προ‐ θέσεων προσθέσεις. καὶ ἀναβάδην καθήμενος, καὶ βάδην ὑπο‐ χωρῶν. τὸ δὲ θακεῖν οὐκ ἂν εἴη πρὸς ἡμῶν, καθήμενος δὲ καὶ</w:t>
      </w:r>
    </w:p>
    <w:p>
      <w:r>
        <w:rPr>
          <w:rFonts w:ascii="Courier New" w:hAnsi="Courier New"/>
          <w:color w:val="555555"/>
          <w:sz w:val="20"/>
        </w:rPr>
        <w:t>[3 . 91]</w:t>
      </w:r>
    </w:p>
    <w:p>
      <w:r>
        <w:rPr>
          <w:rFonts w:ascii="Gentium Plus" w:hAnsi="Gentium Plus"/>
          <w:sz w:val="24"/>
        </w:rPr>
        <w:t>καθίζων καὶ καθιζόμενος καὶ καθεζόμενος. ἐπὶ δὲ τῶν ἑστηκότων συμβεβηκὼς ἄμφω τὼ πόδε, προβεβηκὼς τὸν ἕτερον, διαβεβηκώς· ἀνίσταται, διανίσταται, ἐξανίσταται, ἐπανίσταται, ἀπανίσταται. ἔστι δὲ καὶ ἀνδριάντος στάσις καὶ ἀνάστασις καὶ πόλεως ἀνάστασις</w:t>
      </w:r>
    </w:p>
    <w:p>
      <w:r>
        <w:rPr>
          <w:rFonts w:ascii="Courier New" w:hAnsi="Courier New"/>
          <w:color w:val="555555"/>
          <w:sz w:val="20"/>
        </w:rPr>
        <w:t>[5]</w:t>
      </w:r>
    </w:p>
    <w:p>
      <w:r>
        <w:rPr>
          <w:rFonts w:ascii="Gentium Plus" w:hAnsi="Gentium Plus"/>
          <w:sz w:val="24"/>
        </w:rPr>
        <w:t>—ἡ ἀναστάτωσις—παρὰ Δημοσθένει (I 5) καὶ τειχῶν καὶ οἰκοδομημάτων καὶ ‘ἀνάστατα ἐποίησαν τὰ ταύτῃ χωρία‘ εἴρηται παρὰ Θουκυδίδῃ (VIII 24. 3).</w:t>
      </w:r>
    </w:p>
    <w:p>
      <w:r>
        <w:rPr>
          <w:rFonts w:ascii="Courier New" w:hAnsi="Courier New"/>
          <w:color w:val="555555"/>
          <w:sz w:val="20"/>
        </w:rPr>
        <w:t>[3 . 92]</w:t>
      </w:r>
    </w:p>
    <w:p>
      <w:r>
        <w:rPr>
          <w:rFonts w:ascii="Gentium Plus" w:hAnsi="Gentium Plus"/>
          <w:sz w:val="24"/>
        </w:rPr>
        <w:t>Βαδίζει, βαδίζων, βάδην, βάδισις, βαδιεῖ. βαδιστικὸς παρ’ Ἀριστοφάνει (Ran 128), παρὰ δὲ Κρατίνῳ (I frg 392 Ko) βαδισματίας, παρὰ δὲ Πλάτωνι τῷ φιλοσόφῳ (Charm 160 C) βα‐ δισμός, καὶ παρὰ Θουκυδίδῃ (V 70) ‘μετὰ ῥυθμοῦ βαίνοιεν‘ ἀντὶ</w:t>
      </w:r>
    </w:p>
    <w:p>
      <w:r>
        <w:rPr>
          <w:rFonts w:ascii="Courier New" w:hAnsi="Courier New"/>
          <w:color w:val="555555"/>
          <w:sz w:val="20"/>
        </w:rPr>
        <w:t>[5]</w:t>
      </w:r>
    </w:p>
    <w:p>
      <w:r>
        <w:rPr>
          <w:rFonts w:ascii="Gentium Plus" w:hAnsi="Gentium Plus"/>
          <w:sz w:val="24"/>
        </w:rPr>
        <w:t>τοῦ βαδίζοιεν. πορεύεται, πορευόμενος, ὅθεν καὶ πορεία, καὶ πορεῖα τὰ ὀχήματα. προάγει, προάγων, ὑπάγει, ὑπάγων· ἔστι δ’ οἷον ἡγεῖται καὶ ἄγει. βαίνει, προβαίνει, ἀποβαίνει, ἀναβαίνει, προσβαίνει. καὶ ἀνάβασις καὶ ἀναβασμοὶ καὶ ἀναβεβασμένοι ἵπποι· καὶ οἱ τοῖς ἀναβαίνουσι βοηθοῦντες ἀναφέρουσιν αὐτοὺς ὀρθαῖν</w:t>
      </w:r>
    </w:p>
    <w:p>
      <w:r>
        <w:rPr>
          <w:rFonts w:ascii="Courier New" w:hAnsi="Courier New"/>
          <w:color w:val="555555"/>
          <w:sz w:val="20"/>
        </w:rPr>
        <w:t>[3 . 93]</w:t>
      </w:r>
    </w:p>
    <w:p>
      <w:r>
        <w:rPr>
          <w:rFonts w:ascii="Gentium Plus" w:hAnsi="Gentium Plus"/>
          <w:sz w:val="24"/>
        </w:rPr>
        <w:t>ταῖν χεροῖν ἢ σιμαῖν ταῖν χεροῖν. καταβαίνει, κατέρχεται. καὶ κάτεισιν ἐπὶ τοῦ μέλλοντος χρόνου. πρόεισι, περιπατεῖ, ἀφ’ οὗ καὶ περίπατος. τρέχει, ἀφ’ οὗ δρόμος, θεῖ, ἐπείγεται. σχολαῖος περίπατος καὶ σπουδαῖος καὶ ἠρεμαῖος, καὶ σπουδή. ἠπειγμένως</w:t>
      </w:r>
    </w:p>
    <w:p>
      <w:r>
        <w:rPr>
          <w:rFonts w:ascii="Courier New" w:hAnsi="Courier New"/>
          <w:color w:val="555555"/>
          <w:sz w:val="20"/>
        </w:rPr>
        <w:t>[5]</w:t>
      </w:r>
    </w:p>
    <w:p>
      <w:r>
        <w:rPr>
          <w:rFonts w:ascii="Gentium Plus" w:hAnsi="Gentium Plus"/>
          <w:sz w:val="24"/>
        </w:rPr>
        <w:t>βαδίζων, καὶ σχολῇ περιπατεῖ καὶ ἠρέμα, καὶ ἠπειγμένος περί‐ πατος, καὶ τὸ Ἡσιόδου (Op 731) προβάδην. ἄλλης δὲ χρείας</w:t>
      </w:r>
    </w:p>
    <w:p>
      <w:r>
        <w:rPr>
          <w:rFonts w:ascii="Courier New" w:hAnsi="Courier New"/>
          <w:color w:val="555555"/>
          <w:sz w:val="20"/>
        </w:rPr>
        <w:t>[3 . 94]</w:t>
      </w:r>
    </w:p>
    <w:p>
      <w:r>
        <w:rPr>
          <w:rFonts w:ascii="Gentium Plus" w:hAnsi="Gentium Plus"/>
          <w:sz w:val="24"/>
        </w:rPr>
        <w:t>Φέρει, φέρεται, φορεῖον, φορεῖς, φοράδην, φορά, ἐκφορά, καὶ ἐπὶ σκευῶν καὶ ἐπὶ νεκρῶν· ‘ἐπιφορὰ‘ γὰρ τὸ τῷ μισθῷ προστι‐ θέμενον, ὡς Θουκυδίδης (VI 31. 3)· καὶ ἀποφορὰ οὐχ ἡ ἀποκομιδὴ μόνον, ἀλλὰ καὶ ἡ τῶν φόρων καταβολὴ καὶ πνεύματος ἀποβολή.</w:t>
      </w:r>
    </w:p>
    <w:p>
      <w:r>
        <w:rPr>
          <w:rFonts w:ascii="Courier New" w:hAnsi="Courier New"/>
          <w:color w:val="555555"/>
          <w:sz w:val="20"/>
        </w:rPr>
        <w:t>[5]</w:t>
      </w:r>
    </w:p>
    <w:p>
      <w:r>
        <w:rPr>
          <w:rFonts w:ascii="Gentium Plus" w:hAnsi="Gentium Plus"/>
          <w:sz w:val="24"/>
        </w:rPr>
        <w:t>εἴποις δ’ ἂν ἐπὶ τῶν φερόντων ἆραι, ἐνεγκεῖν ἀνενεγκεῖν, κομίσαι, ἀνακουφίσαι.</w:t>
      </w:r>
    </w:p>
    <w:p>
      <w:r>
        <w:rPr>
          <w:rFonts w:ascii="Courier New" w:hAnsi="Courier New"/>
          <w:color w:val="555555"/>
          <w:sz w:val="20"/>
        </w:rPr>
        <w:t>[3 . 95]</w:t>
      </w:r>
    </w:p>
    <w:p>
      <w:r>
        <w:rPr>
          <w:rFonts w:ascii="Gentium Plus" w:hAnsi="Gentium Plus"/>
          <w:sz w:val="24"/>
        </w:rPr>
        <w:t>Ὁδοῦ δ’ ἡγεμὼν ἀγωγός· ὁ γὰρ ἀγωγεὺς εὐτελέστερον. ἐν μέντοι τῷ πλήθει καὶ ἀγωγοὶ καὶ ἀγωγεῖς ῥυτοί. ὑφηγητὴς ἐξηγητής, προηγεμὼν προηγητής, παρὰ δὲ Κέβητι καὶ καθηγητής, ὥσπερ καὶ παρὰ τοῖς τραγῳδοῖς (TGF adesp 591). λέγοις δ’ ἂν ὁδὸν</w:t>
      </w:r>
    </w:p>
    <w:p>
      <w:r>
        <w:rPr>
          <w:rFonts w:ascii="Courier New" w:hAnsi="Courier New"/>
          <w:color w:val="555555"/>
          <w:sz w:val="20"/>
        </w:rPr>
        <w:t>[5]</w:t>
      </w:r>
    </w:p>
    <w:p>
      <w:r>
        <w:rPr>
          <w:rFonts w:ascii="Gentium Plus" w:hAnsi="Gentium Plus"/>
          <w:sz w:val="24"/>
        </w:rPr>
        <w:t>δεῖξαι, ὁδοῦ ἡγήσασθαι προηγήσασθαι ὑφηγήσασθαι καθηγήσασθαι, ὁδὸν φῆναι. τὰ δὲ πράγματα ὁδοῦ ὑφήγησις, ἐξήγησις, δεῖξις,</w:t>
      </w:r>
    </w:p>
    <w:p>
      <w:r>
        <w:rPr>
          <w:rFonts w:ascii="Courier New" w:hAnsi="Courier New"/>
          <w:color w:val="555555"/>
          <w:sz w:val="20"/>
        </w:rPr>
        <w:t>[3 . 96]</w:t>
      </w:r>
    </w:p>
    <w:p>
      <w:r>
        <w:rPr>
          <w:rFonts w:ascii="Gentium Plus" w:hAnsi="Gentium Plus"/>
          <w:sz w:val="24"/>
        </w:rPr>
        <w:t>ἀγωγή, μήνυσις, ἡγεμονία. ὁδὸς δ’ ἄπορος δύσπορος δυσπό‐ ρευτος, ἀτριβής, ἀπάνθρωπος, ἀγρία, σκολιά, ἀσαφής, ἀφανής, δύσοδος, δυσπρόσοδος, ἔρημος, ἄμικτος ἀπρόσμικτος, δύσβατος δυσπρόσβατος, δυσεύρετος. ἄνιππος δὲ καὶ ἀναμάξευτος</w:t>
      </w:r>
    </w:p>
    <w:p>
      <w:r>
        <w:rPr>
          <w:rFonts w:ascii="Courier New" w:hAnsi="Courier New"/>
          <w:color w:val="555555"/>
          <w:sz w:val="20"/>
        </w:rPr>
        <w:t>[5]</w:t>
      </w:r>
    </w:p>
    <w:p>
      <w:r>
        <w:rPr>
          <w:rFonts w:ascii="Gentium Plus" w:hAnsi="Gentium Plus"/>
          <w:sz w:val="24"/>
        </w:rPr>
        <w:t>Ἡρόδοτος (II 108) λέγει. ὀρεία, ὀρθία, ἀνατεταμένη καὶ τὰ τοιαῦτα ἐν τῷ πρώτῳ (§ 187) ἔχεις. τὸ δ’ ἐναντίον εὔπορος, εὐθυτε‐ νής, λεωφόρος, ἁμαξιτὸς ἁμαξήλατος, ἱππάσιμος ἱππόκροτος, ἐπίδρο‐ μος, λεία, σαφής, προφανὴς ἐκφανής, τετριμμένη, τρίβος, στίβος, ἥμερος, πολυάνθρωπος, εὐεπίμικτος, ὁμαλή. τὰ δὲ τούτοις πρόσφορα</w:t>
      </w:r>
    </w:p>
    <w:p>
      <w:r>
        <w:rPr>
          <w:rFonts w:ascii="Courier New" w:hAnsi="Courier New"/>
          <w:color w:val="555555"/>
          <w:sz w:val="20"/>
        </w:rPr>
        <w:t>[10]</w:t>
      </w:r>
    </w:p>
    <w:p>
      <w:r>
        <w:rPr>
          <w:rFonts w:ascii="Gentium Plus" w:hAnsi="Gentium Plus"/>
          <w:sz w:val="24"/>
        </w:rPr>
        <w:t>τὸ πρὸ τούτου βιβλίον ἐν τοῖς ἱππασίμοις χωρίοις (I § 186) περιέχει.</w:t>
      </w:r>
    </w:p>
    <w:p>
      <w:r>
        <w:rPr>
          <w:rFonts w:ascii="Courier New" w:hAnsi="Courier New"/>
          <w:color w:val="555555"/>
          <w:sz w:val="20"/>
        </w:rPr>
        <w:t>[3 . 97]</w:t>
      </w:r>
    </w:p>
    <w:p>
      <w:r>
        <w:rPr>
          <w:rFonts w:ascii="Gentium Plus" w:hAnsi="Gentium Plus"/>
          <w:sz w:val="24"/>
        </w:rPr>
        <w:t>Χαρά, ἡδονή, φαιδρότης, εὐθυμία, εὐφροσύνη, χαρμονή, ἵλεως</w:t>
      </w:r>
    </w:p>
    <w:p>
      <w:r>
        <w:rPr>
          <w:rFonts w:ascii="Courier New" w:hAnsi="Courier New"/>
          <w:color w:val="555555"/>
          <w:sz w:val="20"/>
        </w:rPr>
        <w:t>[5]</w:t>
      </w:r>
    </w:p>
    <w:p>
      <w:r>
        <w:rPr>
          <w:rFonts w:ascii="Gentium Plus" w:hAnsi="Gentium Plus"/>
          <w:sz w:val="24"/>
        </w:rPr>
        <w:t>τέρπεσθαι, ἀπολαύειν, γεγηθέναι· τούτου δὲ τὸ πρᾶγμα οὐκ ἔστιν, ὥσπερ οὐδὲ τοῦ γάνυσθαι. τερπνῶς, ἡδέως, φαιδρῶς· τὰ γὰρ ἐκ</w:t>
      </w:r>
    </w:p>
    <w:p>
      <w:r>
        <w:rPr>
          <w:rFonts w:ascii="Courier New" w:hAnsi="Courier New"/>
          <w:color w:val="555555"/>
          <w:sz w:val="20"/>
        </w:rPr>
        <w:t>[3 . 98]</w:t>
      </w:r>
    </w:p>
    <w:p>
      <w:r>
        <w:rPr>
          <w:rFonts w:ascii="Gentium Plus" w:hAnsi="Gentium Plus"/>
          <w:sz w:val="24"/>
        </w:rPr>
        <w:t>τῶν ἄλλων ἐπιρρήματα πονηρά. μετοχαὶ δὲ τέρπων, ἀλλὰ καὶ ἔτερψεν· τὸ γὰρ ἥδων Ἰωνικόν, καὶ τὸ ἧσε σπάνιον μὲν παρ’ ἡμῖν, Ἀνακρέων (frg 148 B) δ’ αὐτὸ εἴρηκεν, Ἴων καὶ ποιητὴς ἀνήρ. ἀλλ’ εὐφραίνων καὶ εὔφρανε, καὶ χαίρων, ἡδόμενος,</w:t>
      </w:r>
    </w:p>
    <w:p>
      <w:r>
        <w:rPr>
          <w:rFonts w:ascii="Courier New" w:hAnsi="Courier New"/>
          <w:color w:val="555555"/>
          <w:sz w:val="20"/>
        </w:rPr>
        <w:t>[5]</w:t>
      </w:r>
    </w:p>
    <w:p>
      <w:r>
        <w:rPr>
          <w:rFonts w:ascii="Gentium Plus" w:hAnsi="Gentium Plus"/>
          <w:sz w:val="24"/>
        </w:rPr>
        <w:t>φαιδρυνόμενος, εὐθυμούμενος, εὐφραινόμενος, γεγηθώς, γανύμενος. καλὸν δ’ ὄνομα ἀπὸ τούτου τὸ γάνος. ἴσως δ’ ἂν αὐτοῖς προσήκοι καὶ τὸ ἄλυπος καὶ ἀλύπως· Πλάτων (Leg XII 958 E) δὲ καὶ ἀλυπήτως ἔφη, ὥσπερ Σοφοκλῆς (Trach 168, O C 1662) ἀλύπητον.</w:t>
      </w:r>
    </w:p>
    <w:p>
      <w:r>
        <w:rPr>
          <w:rFonts w:ascii="Courier New" w:hAnsi="Courier New"/>
          <w:color w:val="555555"/>
          <w:sz w:val="20"/>
        </w:rPr>
        <w:t>[10]</w:t>
      </w:r>
    </w:p>
    <w:p>
      <w:r>
        <w:rPr>
          <w:rFonts w:ascii="Gentium Plus" w:hAnsi="Gentium Plus"/>
          <w:sz w:val="24"/>
        </w:rPr>
        <w:t>λύπη, ἀνία, ἀλγηδών, ἀθυμία δυσθυμία βαρυθυμία, ἀχθη‐ δών, ἄση, ἄλυς, κατήφεια· ἡ γὰρ περιωδυνία τὴν ὑπερβολὴν τῆς ἀμέτρου λύπης ἐμφανίζει. καὶ λυπεῖσθαι, ἀνιᾶσθαι, ἀλγεῖν, ἀθυμεῖν δυσθυμεῖν βαρυθυμεῖν, ἄχθεσθαι, ἀλύειν, ἀσᾶσθαι. καὶ λυπηρῶς,</w:t>
      </w:r>
    </w:p>
    <w:p>
      <w:r>
        <w:rPr>
          <w:rFonts w:ascii="Courier New" w:hAnsi="Courier New"/>
          <w:color w:val="555555"/>
          <w:sz w:val="20"/>
        </w:rPr>
        <w:t>[3 . 99]</w:t>
      </w:r>
    </w:p>
    <w:p>
      <w:r>
        <w:rPr>
          <w:rFonts w:ascii="Gentium Plus" w:hAnsi="Gentium Plus"/>
          <w:sz w:val="24"/>
        </w:rPr>
        <w:t>ἀλγεινῶς, ἀνιαρῶς, ἐπαλγῶς, ἀθύμως δυσθύμως· οὐ γὰρ ἂν καὶ βαρυθύμως εἴποις, ἀχθεινῶς δὲ καὶ ἀσηρῶς. ἄλλης δὲ χρείας πάθος πάθημα, πένθος, δυστυχία, ἀτυχία, συμφορά, δυσποτμία, κακο‐ δαιμονία, δυσπραγία κακοπραγία. παθεῖν, πενθεῖν, δυστυχεῖν</w:t>
      </w:r>
    </w:p>
    <w:p>
      <w:r>
        <w:rPr>
          <w:rFonts w:ascii="Courier New" w:hAnsi="Courier New"/>
          <w:color w:val="555555"/>
          <w:sz w:val="20"/>
        </w:rPr>
        <w:t>[5]</w:t>
      </w:r>
    </w:p>
    <w:p>
      <w:r>
        <w:rPr>
          <w:rFonts w:ascii="Gentium Plus" w:hAnsi="Gentium Plus"/>
          <w:sz w:val="24"/>
        </w:rPr>
        <w:t>ἀτυχεῖν—Θουκυδίδης (II 60. 3) δὲ καὶ κακοτυχεῖν—ἐπὶ συμ‐ φορᾶς εἶναι, συμφορᾷ περιπεσεῖν, κακοπραγεῖν, καὶ πενθικῶς πράττειν. δυστυχῶς ἀτυχῶς, δυσπότμως. ἔστι δὲ καὶ καθ’ ἕτερον χρείας εἶδος δακρύειν οἰκτείρεσθαι, ὀδύρεσθαι ἀποδακρύειν, κλαίειν ἀνακλαίειν, ἀποθρηνεῖν, οἰκτίζεσθαι, ὀλοφύρεσθαι,</w:t>
      </w:r>
    </w:p>
    <w:p>
      <w:r>
        <w:rPr>
          <w:rFonts w:ascii="Courier New" w:hAnsi="Courier New"/>
          <w:color w:val="555555"/>
          <w:sz w:val="20"/>
        </w:rPr>
        <w:t>[3 . 100]</w:t>
      </w:r>
    </w:p>
    <w:p>
      <w:r>
        <w:rPr>
          <w:rFonts w:ascii="Gentium Plus" w:hAnsi="Gentium Plus"/>
          <w:sz w:val="24"/>
        </w:rPr>
        <w:t>κατοδύρεσθαι. Ξενοφῶν δὲ ποιητικωτέρως καὶ γοωμένη που</w:t>
      </w:r>
    </w:p>
    <w:p>
      <w:r>
        <w:rPr>
          <w:rFonts w:ascii="Courier New" w:hAnsi="Courier New"/>
          <w:color w:val="555555"/>
          <w:sz w:val="20"/>
        </w:rPr>
        <w:t>[5]</w:t>
      </w:r>
    </w:p>
    <w:p>
      <w:r>
        <w:rPr>
          <w:rFonts w:ascii="Gentium Plus" w:hAnsi="Gentium Plus"/>
          <w:sz w:val="24"/>
        </w:rPr>
        <w:t>σθαι, σωφρονίζειν. παραμυθία παραμύθιον, παρηγορία, κουφισμὸς ἐπικουφισμὸς καὶ παρὰ Θουκυδίδῃ (VII 75. 6) κούφισις, νουθεσία, σωφρονισμός, ἐπανόρθωσις, παραψυχή, ἀφ’ οὗ ῥῆμα οὐκ ἔστιν, ὥσπερ οὐδ’ ἀπ’ ἐνίων ῥημάτων ὀνόματα. λόγοι δὲ παραμυθητικοί,</w:t>
      </w:r>
    </w:p>
    <w:p>
      <w:r>
        <w:rPr>
          <w:rFonts w:ascii="Courier New" w:hAnsi="Courier New"/>
          <w:color w:val="555555"/>
          <w:sz w:val="20"/>
        </w:rPr>
        <w:t>[3 . 101]</w:t>
      </w:r>
    </w:p>
    <w:p>
      <w:r>
        <w:rPr>
          <w:rFonts w:ascii="Gentium Plus" w:hAnsi="Gentium Plus"/>
          <w:sz w:val="24"/>
        </w:rPr>
        <w:t>παρηγορικοί, νουθετικοί, σωφρονιστικοί, καὶ ἄλλης χρείας λόγοι ἐπιτάφιοι, ἐπικήδειοι, ἐλεγεῖα, ἐπιγράμματα. πάθος δὲ δυσπαρα‐ μύθητον, εὐπαραμύθητον, ἀπαραμύθητον. ἐπιχαίρειν, ἐφή‐ δεσθαι, καταχαίρειν. Ἰσοκράτης (VIII 87) δ’ ἔφη καὶ ‘συνηδόμενοι</w:t>
      </w:r>
    </w:p>
    <w:p>
      <w:r>
        <w:rPr>
          <w:rFonts w:ascii="Courier New" w:hAnsi="Courier New"/>
          <w:color w:val="555555"/>
          <w:sz w:val="20"/>
        </w:rPr>
        <w:t>[5]</w:t>
      </w:r>
    </w:p>
    <w:p>
      <w:r>
        <w:rPr>
          <w:rFonts w:ascii="Gentium Plus" w:hAnsi="Gentium Plus"/>
          <w:sz w:val="24"/>
        </w:rPr>
        <w:t>ταῖς ἡμετέραις συμφοραῖσ‘ ἀντὶ τοῦ ἐφηδόμενοι. ἐπεμβαίνειν, κα‐ ταγελᾶν, καταχλευάζειν. καὶ ὄνομα παρὰ Θουκυδίδῃ (III 67. 4) οἱ ἐπίχαρτοι, ὥσπερ καὶ οἱ καταγέλαστοι· τὸ γὰρ παρὰ Ποσειδίππῳ (III frg 42 Ko) ἐπίχαρμα μοχθηρόν. Φιλωνίδης (I frg 11 Ko) δὲ τὸν ἐπιχαίροντα ἐπιχάρτην εἴρηκεν· ἀλλὰ καὶ τοῦτο φαῦλον,</w:t>
      </w:r>
    </w:p>
    <w:p>
      <w:r>
        <w:rPr>
          <w:rFonts w:ascii="Courier New" w:hAnsi="Courier New"/>
          <w:color w:val="555555"/>
          <w:sz w:val="20"/>
        </w:rPr>
        <w:t>[10]</w:t>
      </w:r>
    </w:p>
    <w:p>
      <w:r>
        <w:rPr>
          <w:rFonts w:ascii="Gentium Plus" w:hAnsi="Gentium Plus"/>
          <w:sz w:val="24"/>
        </w:rPr>
        <w:t>ὥστε βέλτιον μὴ ὀνόμασι χρῆσθαι ἀλλὰ μετοχαῖς. καίτοι ὅ γε ἐπιχαιρέκακος ἀνεκτόν.</w:t>
      </w:r>
    </w:p>
    <w:p>
      <w:r>
        <w:rPr>
          <w:rFonts w:ascii="Courier New" w:hAnsi="Courier New"/>
          <w:color w:val="555555"/>
          <w:sz w:val="20"/>
        </w:rPr>
        <w:t>[3 . 102]</w:t>
      </w:r>
    </w:p>
    <w:p>
      <w:r>
        <w:rPr>
          <w:rFonts w:ascii="Gentium Plus" w:hAnsi="Gentium Plus"/>
          <w:sz w:val="24"/>
        </w:rPr>
        <w:t>εὐτυχία, εὐπραγία, εὐποτμία, εὐπραξία. συγχαίρειν, συνήδεσθαι, συνευτυχεῖν, ἢ βασκαίνειν, φθονεῖν. Τάφος, μνῆμα, μνημεῖον, μνημόσυνον, ἠρία, θῆκαι, σοροί, πύελοι, ληνοί. χῶμα χῶσαι, χῶμα ἐγεῖραι, χῶμα περιβαλέσθαι,</w:t>
      </w:r>
    </w:p>
    <w:p>
      <w:r>
        <w:rPr>
          <w:rFonts w:ascii="Courier New" w:hAnsi="Courier New"/>
          <w:color w:val="555555"/>
          <w:sz w:val="20"/>
        </w:rPr>
        <w:t>[5]</w:t>
      </w:r>
    </w:p>
    <w:p>
      <w:r>
        <w:rPr>
          <w:rFonts w:ascii="Gentium Plus" w:hAnsi="Gentium Plus"/>
          <w:sz w:val="24"/>
        </w:rPr>
        <w:t>στήλην ἀναστῆσαι, ἐπίγραμμα ἐπιγράψαι, χοὰς χέασθαι, ἐναγίσαι. ἐναγίσματα, κτερίσματα, προθέσεις, ἐκφοραί, ἔνατα, τριακάδες, γενέσια, νεκύσια· ταῦτα γὰρ ἐπὶ θεραπείᾳ τῶν ἀπηλλαγμένων ἐνε‐ νόμιστο.</w:t>
      </w:r>
    </w:p>
    <w:p>
      <w:r>
        <w:rPr>
          <w:rFonts w:ascii="Courier New" w:hAnsi="Courier New"/>
          <w:color w:val="555555"/>
          <w:sz w:val="20"/>
        </w:rPr>
        <w:t>[3 . 103]</w:t>
      </w:r>
    </w:p>
    <w:p>
      <w:r>
        <w:rPr>
          <w:rFonts w:ascii="Gentium Plus" w:hAnsi="Gentium Plus"/>
          <w:sz w:val="24"/>
        </w:rPr>
        <w:t>Ποταμοὶ δὲ μεγάλοι, ὑπερμεγέθεις, βαθεῖς, πλατεῖς, ἀέναοι</w:t>
      </w:r>
    </w:p>
    <w:p>
      <w:r>
        <w:rPr>
          <w:rFonts w:ascii="Courier New" w:hAnsi="Courier New"/>
          <w:color w:val="555555"/>
          <w:sz w:val="20"/>
        </w:rPr>
        <w:t>[5]</w:t>
      </w:r>
    </w:p>
    <w:p>
      <w:r>
        <w:rPr>
          <w:rFonts w:ascii="Gentium Plus" w:hAnsi="Gentium Plus"/>
          <w:sz w:val="24"/>
        </w:rPr>
        <w:t>νεῶν, ἄποροι ὅτι μὴ ναυσίν, οὓς διὰ μέγεθος ἐργῶδες τὸ πλεῦσαι. ἰσομέτρητοι θαλάττῃ, ἰσοπληθεῖς, ἐνάμιλλοι, σφαλερό‐ νηκτοι. τὸ δ’ ἐναντίον χείμαρροι, χαράδραι, ὑδρορρόαι, ἀμάραι· ἄπλωτοι, διαβατοί, ποσὶ περατοί, κάτω κνήμης ῥέοντες, κάτω γόνατος, ‘οὐδ’ ἂν τὸ γόνυ βρέξειας.‘</w:t>
      </w:r>
    </w:p>
    <w:p>
      <w:r>
        <w:rPr>
          <w:rFonts w:ascii="Courier New" w:hAnsi="Courier New"/>
          <w:color w:val="555555"/>
          <w:sz w:val="20"/>
        </w:rPr>
        <w:t>[3 . 104]</w:t>
      </w:r>
    </w:p>
    <w:p>
      <w:r>
        <w:rPr>
          <w:rFonts w:ascii="Gentium Plus" w:hAnsi="Gentium Plus"/>
          <w:sz w:val="24"/>
        </w:rPr>
        <w:t>Ἐρεῖς δ’ ἐπὶ ἀρρώστου ἔκαμεν, ἠρρώστησεν, ἐνόσησεν, ἠσθένησεν, ἐμαλακίσθη, μαλακῶς ἔσχεν· καὶ κάμνων, ἀρρωστήσας, νοσήσας, ἀσθενήσας, μαλακισθείς, μαλακῶς ἔχων. τὸν δὲ κάμνοντα Θουκυδίδης (II 51. 6) τὸν πονούμενον εἴρηκεν· ‘τόν τε θνήσκοντα</w:t>
      </w:r>
    </w:p>
    <w:p>
      <w:r>
        <w:rPr>
          <w:rFonts w:ascii="Courier New" w:hAnsi="Courier New"/>
          <w:color w:val="555555"/>
          <w:sz w:val="20"/>
        </w:rPr>
        <w:t>[5]</w:t>
      </w:r>
    </w:p>
    <w:p>
      <w:r>
        <w:rPr>
          <w:rFonts w:ascii="Gentium Plus" w:hAnsi="Gentium Plus"/>
          <w:sz w:val="24"/>
        </w:rPr>
        <w:t>καὶ τὸν πονούμενον ᾠκτίζοντο.‘ τὰ δὲ πράγματα κάματος, ἀρ‐</w:t>
      </w:r>
    </w:p>
    <w:p>
      <w:r>
        <w:rPr>
          <w:rFonts w:ascii="Courier New" w:hAnsi="Courier New"/>
          <w:color w:val="555555"/>
          <w:sz w:val="20"/>
        </w:rPr>
        <w:t>[3 . 105]</w:t>
      </w:r>
    </w:p>
    <w:p>
      <w:r>
        <w:rPr>
          <w:rFonts w:ascii="Gentium Plus" w:hAnsi="Gentium Plus"/>
          <w:sz w:val="24"/>
        </w:rPr>
        <w:t>ρωστία, νόσος νόσημα, ἀσθένεια, μαλακία. καὶ τὰ ἐπιρρήματα κα‐ ματηρῶς, ἀρρώστως, νοσηρῶς, ἐπινόσως, νοσωδέστερον—τὸ γὰρ νοσωδῶς ἔχει τινὰ πρὸς τὴν ἀκοὴν δυσχέρειαν—νοσηρότερον, ὅθεν καὶ νοσηρὸν χωρίον καὶ νοσῶδες χωρίον· τὸ γὰρ νοσακερὸν ἐσχά‐</w:t>
      </w:r>
    </w:p>
    <w:p>
      <w:r>
        <w:rPr>
          <w:rFonts w:ascii="Courier New" w:hAnsi="Courier New"/>
          <w:color w:val="555555"/>
          <w:sz w:val="20"/>
        </w:rPr>
        <w:t>[5]</w:t>
      </w:r>
    </w:p>
    <w:p>
      <w:r>
        <w:rPr>
          <w:rFonts w:ascii="Gentium Plus" w:hAnsi="Gentium Plus"/>
          <w:sz w:val="24"/>
        </w:rPr>
        <w:t>τως κωμικόν (III p. 588. 1089 Ko). ἀσθενῶς, μαλακῶς μαλακώ‐ τερον. ἔστι δὲ καὶ λόγῳ εἰπεῖν· φαύλως μοι διάκειται τὸ σῶμα, καὶ ἐπιπόνως ἔχω τοῦ σώματος, ἐνδεέστερον διάκειμαι τὸ σωμάτιον, ἐνδίδωσί μοι τὸ σῶμα ὑπ’ ἀρρωστίας. καὶ μὴν ὀνομάτων ἄν τις</w:t>
      </w:r>
    </w:p>
    <w:p>
      <w:r>
        <w:rPr>
          <w:rFonts w:ascii="Courier New" w:hAnsi="Courier New"/>
          <w:color w:val="555555"/>
          <w:sz w:val="20"/>
        </w:rPr>
        <w:t>[3 . 106]</w:t>
      </w:r>
    </w:p>
    <w:p>
      <w:r>
        <w:rPr>
          <w:rFonts w:ascii="Gentium Plus" w:hAnsi="Gentium Plus"/>
          <w:sz w:val="24"/>
        </w:rPr>
        <w:t>ἐκ τούτων εὐπορήσειεν, νοσώδης, ἐπίνοσος, ἄρρωστος, ἀσθενής. ἕτερα δ’ εἰς ταὐτὸν φέροντα κλινοπετής, κλινήρης, κατακλινής· ἀπὸ δὲ τούτων οὔτε πρᾶγμα οὔτ’ ἐπίρρημα οὔτε ῥῆμα οὔτε μετοχὴν ἔστιν εὑρεῖν. εἴη δ’ ἂν τούτοις προσῆκον καὶ ἐπιθανάτως ἔχειν,</w:t>
      </w:r>
    </w:p>
    <w:p>
      <w:r>
        <w:rPr>
          <w:rFonts w:ascii="Courier New" w:hAnsi="Courier New"/>
          <w:color w:val="555555"/>
          <w:sz w:val="20"/>
        </w:rPr>
        <w:t>[5]</w:t>
      </w:r>
    </w:p>
    <w:p>
      <w:r>
        <w:rPr>
          <w:rFonts w:ascii="Gentium Plus" w:hAnsi="Gentium Plus"/>
          <w:sz w:val="24"/>
        </w:rPr>
        <w:t>καὶ ὡς Ἡρόδοτος (IX 72) ἐδυσθανάτει, οὗ τὸ ἐναντίον εὐθανάτως Κρατῖνος (I frg 413 Ko) λέγει. τὸ δὲ λιποψυχεῖν παρὰ Θουκυ‐ δίδῃ (IV 21. 1) ὠνόμασται. τοὺς μέντοι κεκμηκότας τοὺς ἀποθα‐</w:t>
      </w:r>
    </w:p>
    <w:p>
      <w:r>
        <w:rPr>
          <w:rFonts w:ascii="Courier New" w:hAnsi="Courier New"/>
          <w:color w:val="555555"/>
          <w:sz w:val="20"/>
        </w:rPr>
        <w:t>[3 . 107]</w:t>
      </w:r>
    </w:p>
    <w:p>
      <w:r>
        <w:rPr>
          <w:rFonts w:ascii="Gentium Plus" w:hAnsi="Gentium Plus"/>
          <w:sz w:val="24"/>
        </w:rPr>
        <w:t>νόντας ὁ αὐτὸς (III 59. 2) εἴρηκεν. πρὸς θάνατον ἔρρεπε, σφα‐</w:t>
      </w:r>
    </w:p>
    <w:p>
      <w:r>
        <w:rPr>
          <w:rFonts w:ascii="Courier New" w:hAnsi="Courier New"/>
          <w:color w:val="555555"/>
          <w:sz w:val="20"/>
        </w:rPr>
        <w:t>[5]</w:t>
      </w:r>
    </w:p>
    <w:p>
      <w:r>
        <w:rPr>
          <w:rFonts w:ascii="Gentium Plus" w:hAnsi="Gentium Plus"/>
          <w:sz w:val="24"/>
        </w:rPr>
        <w:t>ἀνθυπέστρεψεν, ὑπανετροπίασεν. τὸ δ’ ἐναντίον ὑγιαίνειν, ἐρ‐ ρῶσθαι, ὑπερερρῶσθαι, σῶν εἶναι, ἀκήρατον, ἄνοσον, ὅθεν καὶ ‘ἔτος ἄνοσον‘ ὁ Θουκυδίδης (II 49). τὸν δ’ ἄνοσον καὶ ἀνόσητον Σοφοκλῆς (TGF 914 N)· τὸν δ’ αὐτὸν ἐρεῖς ἄπονον. καὶ τὰ πράγματα ὑγίεια, ῥώμη, σωτηρία, ἀνοσία, ἀπονία. καὶ τὰ ἐπιρρή‐</w:t>
      </w:r>
    </w:p>
    <w:p>
      <w:r>
        <w:rPr>
          <w:rFonts w:ascii="Courier New" w:hAnsi="Courier New"/>
          <w:color w:val="555555"/>
          <w:sz w:val="20"/>
        </w:rPr>
        <w:t>[3 . 108]</w:t>
      </w:r>
    </w:p>
    <w:p>
      <w:r>
        <w:rPr>
          <w:rFonts w:ascii="Gentium Plus" w:hAnsi="Gentium Plus"/>
          <w:sz w:val="24"/>
        </w:rPr>
        <w:t>ματα ὑγιεινῶς, ἐρρωμένως, ἀνόσως, ἀπόνως. καὶ τὰ ὀνόματα ὑγι‐ εινός, ἐρρωμένος, σῶς, ἀκήρατος, ἄπονος, ἄλυπος. καὶ ἐπὶ τῶν ἐκ νόσου διανισταμένων, ἀνεκτήσατο τὴν ψυχήν, καὶ ἀνεζώωσεν, ἀνέσφηλεν, ἀνήνεγκεν, ἐρράισεν ἀνερράισεν, ἀνέστη καὶ ἐξανέστη,</w:t>
      </w:r>
    </w:p>
    <w:p>
      <w:r>
        <w:rPr>
          <w:rFonts w:ascii="Courier New" w:hAnsi="Courier New"/>
          <w:color w:val="555555"/>
          <w:sz w:val="20"/>
        </w:rPr>
        <w:t>[5]</w:t>
      </w:r>
    </w:p>
    <w:p>
      <w:r>
        <w:rPr>
          <w:rFonts w:ascii="Gentium Plus" w:hAnsi="Gentium Plus"/>
          <w:sz w:val="24"/>
        </w:rPr>
        <w:t>ἀνεβίω καὶ ἀναβιώσκεται, καὶ ἀνεβιωσάμην αὐτόν. ἐνοσήλευσα ἐξενοσήλευσα. καὶ ἀνασφήλας, ἀνενεγκών, ῥαΐσας ἀναρραΐσας, ἐξαναστάς, ἀναβιούς. εἴποις δ’ ἂν καὶ ἐπαύσατο τῆς νόσου, καὶ λήξαντος αὐτῷ τοῦ νοσήματος, καὶ τραπείσης εἰς τὸ βέλτιον τῆς ἀρρωστίας, καὶ ἔρρεψε πρὸς τὸ κρεῖττον, καὶ τὰ τοιαῦτα. καὶ</w:t>
      </w:r>
    </w:p>
    <w:p>
      <w:r>
        <w:rPr>
          <w:rFonts w:ascii="Courier New" w:hAnsi="Courier New"/>
          <w:color w:val="555555"/>
          <w:sz w:val="20"/>
        </w:rPr>
        <w:t>[10]</w:t>
      </w:r>
    </w:p>
    <w:p>
      <w:r>
        <w:rPr>
          <w:rFonts w:ascii="Gentium Plus" w:hAnsi="Gentium Plus"/>
          <w:sz w:val="24"/>
        </w:rPr>
        <w:t>ἐπεβίω δὲ καὶ ἐπιβιούς· καὶ τὸ παιδίον ἐπιβιὸν Ἰσαῖος (frg 156 Tur) εἴρηκεν. ἐπὶ δὲ νοσοῦντος ἐπισκοπεῖν φησὶν ὁ Ξενοφῶν (Cyrop VIII 2. 25).</w:t>
      </w:r>
    </w:p>
    <w:p>
      <w:r>
        <w:rPr>
          <w:rFonts w:ascii="Courier New" w:hAnsi="Courier New"/>
          <w:color w:val="555555"/>
          <w:sz w:val="20"/>
        </w:rPr>
        <w:t>[3 . 109]</w:t>
      </w:r>
    </w:p>
    <w:p>
      <w:r>
        <w:rPr>
          <w:rFonts w:ascii="Gentium Plus" w:hAnsi="Gentium Plus"/>
          <w:sz w:val="24"/>
        </w:rPr>
        <w:t>Πλούσιος, εὔπορος, εὐχρήματος, πολυχρήματος, εὖ πράττων εἰς χρημάτων λόγον, ζάπλουτος μεγαλόπλουτος, μεγαλοπλούσιος βαθυπλούσιος· Πλάτων δ’ ἐν τοῖς Νόμοις (V 743 C) καὶ παμπλούσιον εἴρηκεν. ὁ δ’ Εὐπόλιδος (I frg 159 v 9 Ko) πλοῦταξ</w:t>
      </w:r>
    </w:p>
    <w:p>
      <w:r>
        <w:rPr>
          <w:rFonts w:ascii="Courier New" w:hAnsi="Courier New"/>
          <w:color w:val="555555"/>
          <w:sz w:val="20"/>
        </w:rPr>
        <w:t>[5]</w:t>
      </w:r>
    </w:p>
    <w:p>
      <w:r>
        <w:rPr>
          <w:rFonts w:ascii="Gentium Plus" w:hAnsi="Gentium Plus"/>
          <w:sz w:val="24"/>
        </w:rPr>
        <w:t>πέπαικται. πολύχρυσος, οὐκ ὀλιγόχρυσος, πολυάργυρος, εὐκτή‐ μων πολυκτήμων, ἐν περιουσίᾳ ὤν, περιουσιάζων, ἐν περιουσίᾳ ζῶν, εἷς ὢν τῶν εὐδαιμόνων, τῶν ὀλίγων, ἢ ὡς Ἡρόδοτος (V 30) τῶν παχέων· καὶ ἄλλης χρείας τῶν λειτουργούντων, τῶν</w:t>
      </w:r>
    </w:p>
    <w:p>
      <w:r>
        <w:rPr>
          <w:rFonts w:ascii="Courier New" w:hAnsi="Courier New"/>
          <w:color w:val="555555"/>
          <w:sz w:val="20"/>
        </w:rPr>
        <w:t>[3 . 110]</w:t>
      </w:r>
    </w:p>
    <w:p>
      <w:r>
        <w:rPr>
          <w:rFonts w:ascii="Gentium Plus" w:hAnsi="Gentium Plus"/>
          <w:sz w:val="24"/>
        </w:rPr>
        <w:t>εὔκληρος βαθύκληρος. καὶ τὰ ῥήματα πλουτεῖν, εὐπορεῖν, εὐχρη‐ ματεῖν· καὶ αἱ μετοχαὶ πλουτῶν, εὐχρηματῶν, εὐπορῶν, τὰ δ’ ἐπιρ‐ ρήματα πονηρά. εἴποις δ’ ἂν πλουτηρὸν χρῆμα καὶ πλουτοποιὸν καὶ χρηματοποιόν. καὶ τὰ πράγματα πλοῦτος, εὐπορία, εὐχρηματία</w:t>
      </w:r>
    </w:p>
    <w:p>
      <w:r>
        <w:rPr>
          <w:rFonts w:ascii="Courier New" w:hAnsi="Courier New"/>
          <w:color w:val="555555"/>
          <w:sz w:val="20"/>
        </w:rPr>
        <w:t>[5]</w:t>
      </w:r>
    </w:p>
    <w:p>
      <w:r>
        <w:rPr>
          <w:rFonts w:ascii="Gentium Plus" w:hAnsi="Gentium Plus"/>
          <w:sz w:val="24"/>
        </w:rPr>
        <w:t>πολυχρηματία, πολυχρημοσύνη, πολυκτημοσύνη, περιουσία. τὰ δ’ ἐναντία πένης, πενιχρός, ἀχρήματος, ἄπορος, ἀκτήμων, ἄχρυσος, ἀνάργυρος, ἐνδεής, ἐνδεῶς πράττων, ἀπόρως πράττων,</w:t>
      </w:r>
    </w:p>
    <w:p>
      <w:r>
        <w:rPr>
          <w:rFonts w:ascii="Courier New" w:hAnsi="Courier New"/>
          <w:color w:val="555555"/>
          <w:sz w:val="20"/>
        </w:rPr>
        <w:t>[3 . 111]</w:t>
      </w:r>
    </w:p>
    <w:p>
      <w:r>
        <w:rPr>
          <w:rFonts w:ascii="Gentium Plus" w:hAnsi="Gentium Plus"/>
          <w:sz w:val="24"/>
        </w:rPr>
        <w:t>τῶν ἐπιτηδείων σπανίζων, τῶν ἐφημέρων ἀπορῶν, πτωχός, πτω‐ χεύων, ἀγείρων, προσαιτῶν, μισθωτός, μισθαρνῶν, πελάτης, θής, ἀγαπητῶς παρατρεφόμενος, εἰς ἀλλοτρίας χεῖρας ἀποβλέπων, βωμολοχῶν, ἀπορούμενος. ἀπορεῖν, πένεσθαι, πτωχεύειν, ἀγείρειν,</w:t>
      </w:r>
    </w:p>
    <w:p>
      <w:r>
        <w:rPr>
          <w:rFonts w:ascii="Courier New" w:hAnsi="Courier New"/>
          <w:color w:val="555555"/>
          <w:sz w:val="20"/>
        </w:rPr>
        <w:t>[5]</w:t>
      </w:r>
    </w:p>
    <w:p>
      <w:r>
        <w:rPr>
          <w:rFonts w:ascii="Gentium Plus" w:hAnsi="Gentium Plus"/>
          <w:sz w:val="24"/>
        </w:rPr>
        <w:t>ἐπ’ ἐνδείας εἶναι, βωμολοχεῖν, προσαιτεῖν, μισθαρνεῖν, μισθοφορεῖν, δουλεύειν ἐπὶ λεπτοῖς λήμμασι, παρασιτεῖν, παρατρέφεσθαι, παρα‐ δειπνεῖν, καὶ τὰ πράγματα πενία, ἀχρηματία, ἀχρημοσύνη, ἀκτημο‐ σύνη, ἔνδεια, ἀπορία, πτωχεία, ἀγερμός, βωμολοχία, θητεία.</w:t>
      </w:r>
    </w:p>
    <w:p>
      <w:r>
        <w:rPr>
          <w:rFonts w:ascii="Courier New" w:hAnsi="Courier New"/>
          <w:color w:val="555555"/>
          <w:sz w:val="20"/>
        </w:rPr>
        <w:t>[3 . 112]</w:t>
      </w:r>
    </w:p>
    <w:p>
      <w:r>
        <w:rPr>
          <w:rFonts w:ascii="Gentium Plus" w:hAnsi="Gentium Plus"/>
          <w:sz w:val="24"/>
        </w:rPr>
        <w:t>Φιλάργυρος, φιλόχρυσος, αἰσχροκερδής, φιλοχρήματος, φιλο‐ κερδής, φιλοχρηματιστής, χρηματιστικός, ἀνελεύθερος, ὀβολοστάτης, καὶ ἡ γυνὴ ὀβολοστάτις· ὁ γὰρ κίμβιξ καὶ κυμινοπρίστης οὐκ ἀνεκτά. φαίης δ’ ἂν ἐλάττων χρημάτων, πᾶν ἂν πράξας ἐπὶ χρήμασιν,</w:t>
      </w:r>
    </w:p>
    <w:p>
      <w:r>
        <w:rPr>
          <w:rFonts w:ascii="Courier New" w:hAnsi="Courier New"/>
          <w:color w:val="555555"/>
          <w:sz w:val="20"/>
        </w:rPr>
        <w:t>[5]</w:t>
      </w:r>
    </w:p>
    <w:p>
      <w:r>
        <w:rPr>
          <w:rFonts w:ascii="Gentium Plus" w:hAnsi="Gentium Plus"/>
          <w:sz w:val="24"/>
        </w:rPr>
        <w:t>οὐδὲν ἂν αἰσχυνθεὶς ᾧ λῆμμα πρόσεστιν, ἐκ παντὸς χρηματιζόμενος, χρήμασι τὴν εὐδαιμονίαν μετρῶν, πρὸς ἀργύριον κεχηνώς, πρὸς</w:t>
      </w:r>
    </w:p>
    <w:p>
      <w:r>
        <w:rPr>
          <w:rFonts w:ascii="Courier New" w:hAnsi="Courier New"/>
          <w:color w:val="555555"/>
          <w:sz w:val="20"/>
        </w:rPr>
        <w:t>[3 . 113]</w:t>
      </w:r>
    </w:p>
    <w:p>
      <w:r>
        <w:rPr>
          <w:rFonts w:ascii="Gentium Plus" w:hAnsi="Gentium Plus"/>
          <w:sz w:val="24"/>
        </w:rPr>
        <w:t>ἀργύριον φθεγγόμενος, τὴν ψυχὴν ἂν ἀνταλλάξας τοῦ χρυσίου καὶ λαμβάνων ἀφ’ ὧν οὐ δεῖ καὶ μὴ διδοὺς εἰς ἃ δεῖ, τὴν ψυχὴν ἂν ἀργυρίου προέμενος. τὰ δὲ πράγματα φιλοχρημοσύνη,</w:t>
      </w:r>
    </w:p>
    <w:p>
      <w:r>
        <w:rPr>
          <w:rFonts w:ascii="Courier New" w:hAnsi="Courier New"/>
          <w:color w:val="555555"/>
          <w:sz w:val="20"/>
        </w:rPr>
        <w:t>[5]</w:t>
      </w:r>
    </w:p>
    <w:p>
      <w:r>
        <w:rPr>
          <w:rFonts w:ascii="Gentium Plus" w:hAnsi="Gentium Plus"/>
          <w:sz w:val="24"/>
        </w:rPr>
        <w:t>χρηματισμός, ἀνελευθερία. ῥήματα δ’ οὐκ ἔστιν ὅτι μὴ χρηματίζειν, καὶ ὡς Ἀντιφῶν (frg 182 Bl) φιλοχρηματεῖν, καὶ ὡς Ὑπερείδης (frg 223 Bl) αἰσχροκερδεῖν, καὶ χρηματίζεσθαι, καὶ ὀβολοστατεῖν. ἐπιρρήματα δὲ φιλοχρημάτως καὶ φιλοχρηματιστικῶς καὶ ἀνελευ‐</w:t>
      </w:r>
    </w:p>
    <w:p>
      <w:r>
        <w:rPr>
          <w:rFonts w:ascii="Courier New" w:hAnsi="Courier New"/>
          <w:color w:val="555555"/>
          <w:sz w:val="20"/>
        </w:rPr>
        <w:t>[3 . 114]</w:t>
      </w:r>
    </w:p>
    <w:p>
      <w:r>
        <w:rPr>
          <w:rFonts w:ascii="Gentium Plus" w:hAnsi="Gentium Plus"/>
          <w:sz w:val="24"/>
        </w:rPr>
        <w:t>θέρως· τὰ δ’ ἄλλα χείρω. ὧν τὰ ἐναντία μεγαλόφρων, μεγαλόψυχος, μεγαλογνώμων, ἐλεύθερος, ὑπεράνω λημμάτων, κρείττων χρημάτων, οὐκ ἀντικαταλλαττόμενος χρήματα τοῦ καλοῦ, πλοῦτον τὴν ἀρετὴν τιθέμενος, οὐδὲν ἂν λῆμμα προσιέμενος ᾧ τις</w:t>
      </w:r>
    </w:p>
    <w:p>
      <w:r>
        <w:rPr>
          <w:rFonts w:ascii="Courier New" w:hAnsi="Courier New"/>
          <w:color w:val="555555"/>
          <w:sz w:val="20"/>
        </w:rPr>
        <w:t>[5]</w:t>
      </w:r>
    </w:p>
    <w:p>
      <w:r>
        <w:rPr>
          <w:rFonts w:ascii="Gentium Plus" w:hAnsi="Gentium Plus"/>
          <w:sz w:val="24"/>
        </w:rPr>
        <w:t>αἰσχύνη πρόσεστιν, ἡδέως ἂν εἰς ἃ δεῖ διδοὺς †ἢ λαμβάνων ἀφ’ ὧν οὐ δεῖ†. τὰ δὲ πράγματα μεγαλοφροσύνη, μεγαλοψυχία, με‐ γαλογνωμοσύνη, ἐλευθερία. ῥήματα δ’ ἀπὸ μὲν τῶν οὐκ ἔστιν, ἀπὸ δὲ τῶν παμπόνηρα. τὰ δ’ ἐπιρρήματα μεγαλοφρόνως, μεγα‐ λοψύχως, μεγαλογνωμόνως, ἐλευθέρως.</w:t>
      </w:r>
    </w:p>
    <w:p>
      <w:r>
        <w:rPr>
          <w:rFonts w:ascii="Courier New" w:hAnsi="Courier New"/>
          <w:color w:val="555555"/>
          <w:sz w:val="20"/>
        </w:rPr>
        <w:t>[3 . 115]</w:t>
      </w:r>
    </w:p>
    <w:p>
      <w:r>
        <w:rPr>
          <w:rFonts w:ascii="Gentium Plus" w:hAnsi="Gentium Plus"/>
          <w:sz w:val="24"/>
        </w:rPr>
        <w:t>πάλιν δὲ καθ’ ἕτερον χρείας εἶδος φειδωλός, γλίσχρος, τα‐ μιευτικός, ἀκριβής, θησαυροποιός, θησαυριστικός, θησαυριστής, ταμιευτικός, κατορύττων τὸ ἀργύριον, φρουρὸς χρημάτων, φύλαξ ἀργυρίου, ἄγρυπνος εἰς τὴν φυλακήν, τῷ βαλαντίῳ προστε‐</w:t>
      </w:r>
    </w:p>
    <w:p>
      <w:r>
        <w:rPr>
          <w:rFonts w:ascii="Courier New" w:hAnsi="Courier New"/>
          <w:color w:val="555555"/>
          <w:sz w:val="20"/>
        </w:rPr>
        <w:t>[5]</w:t>
      </w:r>
    </w:p>
    <w:p>
      <w:r>
        <w:rPr>
          <w:rFonts w:ascii="Gentium Plus" w:hAnsi="Gentium Plus"/>
          <w:sz w:val="24"/>
        </w:rPr>
        <w:t>τηκώς, δανείζων ἔγγυα δανείσματα, ναυτικὰ καὶ ἐκδόσεις, ἐπὶ μεγάλοις τόκοις παρακινδυνεύων, ἐπὶ κέρδους ἐλπίδι. μικροπρεπής, ἀνελεύ‐ θερος, δουλοπρεπής. Πλάτων δ’ ἐν Παρμενίδῃ (130 C?) καὶ ῥυπαρὸν εἴρηκεν, Εὔπολις δὲ (frg 306 Ko) εἶδες χορηγὸν πώποτε ῥυπαρώτερον</w:t>
      </w:r>
    </w:p>
    <w:p>
      <w:r>
        <w:rPr>
          <w:rFonts w:ascii="Courier New" w:hAnsi="Courier New"/>
          <w:color w:val="555555"/>
          <w:sz w:val="20"/>
        </w:rPr>
        <w:t>[10]</w:t>
      </w:r>
    </w:p>
    <w:p>
      <w:r>
        <w:rPr>
          <w:rFonts w:ascii="Gentium Plus" w:hAnsi="Gentium Plus"/>
          <w:sz w:val="24"/>
        </w:rPr>
        <w:t>τοῦδε;</w:t>
      </w:r>
    </w:p>
    <w:p>
      <w:r>
        <w:rPr>
          <w:rFonts w:ascii="Courier New" w:hAnsi="Courier New"/>
          <w:color w:val="555555"/>
          <w:sz w:val="20"/>
        </w:rPr>
        <w:t>[3 . 116]</w:t>
      </w:r>
    </w:p>
    <w:p>
      <w:r>
        <w:rPr>
          <w:rFonts w:ascii="Gentium Plus" w:hAnsi="Gentium Plus"/>
          <w:sz w:val="24"/>
        </w:rPr>
        <w:t>θᾶττον ἂν τοῦ αἵματος ἢ χρημάτων μεταδούς τινι, οἰκτρός, στενός,</w:t>
      </w:r>
    </w:p>
    <w:p>
      <w:r>
        <w:rPr>
          <w:rFonts w:ascii="Courier New" w:hAnsi="Courier New"/>
          <w:color w:val="555555"/>
          <w:sz w:val="20"/>
        </w:rPr>
        <w:t>[5]</w:t>
      </w:r>
    </w:p>
    <w:p>
      <w:r>
        <w:rPr>
          <w:rFonts w:ascii="Gentium Plus" w:hAnsi="Gentium Plus"/>
          <w:sz w:val="24"/>
        </w:rPr>
        <w:t>ἀγρυπνεῖν, φυλάττειν. καὶ τὰ πράγματα φειδωλία, ταμίεια· φρουρὰ χρημάτων, τήρησις, φυλακή· μικροψυχία, ἀνελευθερία, μικρο‐ πρέπεια, καὶ ὡς Κριτίας (frg 47 Bach) ῥυπαρία, δουλοπρέπεια, κακοδαιμονία, ἀθλιότης, οἰκτρότης. καὶ τὰ ἐπιρρήματα φειδωλῶς,</w:t>
      </w:r>
    </w:p>
    <w:p>
      <w:r>
        <w:rPr>
          <w:rFonts w:ascii="Courier New" w:hAnsi="Courier New"/>
          <w:color w:val="555555"/>
          <w:sz w:val="20"/>
        </w:rPr>
        <w:t>[3 . 117]</w:t>
      </w:r>
    </w:p>
    <w:p>
      <w:r>
        <w:rPr>
          <w:rFonts w:ascii="Gentium Plus" w:hAnsi="Gentium Plus"/>
          <w:sz w:val="24"/>
        </w:rPr>
        <w:t>γλίσχρως, ταμιευτικῶς· τοῖς γὰρ ἄλλοις ἄν τις δυσχεράνειεν. ὁ δ’ ὑπεναντίως διακείμενος ἀφειδής, ἀταμίευτος, ἄσωτος, ἐκκεχυμένος, ἀθησαύριστος, ἀπρόοπτος τοῦ μέλλοντος, οὐ περισκοπῶν τὸ μέλλον, ὅλος τῆς τήμερον ἡμέρας, ῥίπτων τὰ χρήματα, κατεδηδοκὼς τὰ</w:t>
      </w:r>
    </w:p>
    <w:p>
      <w:r>
        <w:rPr>
          <w:rFonts w:ascii="Courier New" w:hAnsi="Courier New"/>
          <w:color w:val="555555"/>
          <w:sz w:val="20"/>
        </w:rPr>
        <w:t>[5]</w:t>
      </w:r>
    </w:p>
    <w:p>
      <w:r>
        <w:rPr>
          <w:rFonts w:ascii="Gentium Plus" w:hAnsi="Gentium Plus"/>
          <w:sz w:val="24"/>
        </w:rPr>
        <w:t>πατρῷα, καταναλίσκων, ἐκχέων, ἀπολλύς, σπαθῶν τὴν οὐσίαν, κατακυβεύων, καταπορνοκοπῶν, ἐφήμερος τῷ βίῳ. ἐπιρρήματα δ’ ἀφειδῶς, ἀταμιεύτως, ἀπροόπτως τοῦ μέλλοντος, ἀπεριόπτως, ἀπερισκέπτως, ἀτεκμάρτως, ἀπροοράτως. τῶν δὲ πραγμάτων ὀνό‐</w:t>
      </w:r>
    </w:p>
    <w:p>
      <w:r>
        <w:rPr>
          <w:rFonts w:ascii="Courier New" w:hAnsi="Courier New"/>
          <w:color w:val="555555"/>
          <w:sz w:val="20"/>
        </w:rPr>
        <w:t>[3 . 118]</w:t>
      </w:r>
    </w:p>
    <w:p>
      <w:r>
        <w:rPr>
          <w:rFonts w:ascii="Gentium Plus" w:hAnsi="Gentium Plus"/>
          <w:sz w:val="24"/>
        </w:rPr>
        <w:t>ματα οὐκ ἔστιν ὅτι μὴ ἀσωτία. τῷ δὲ φειδωλῷ μετ’ ἐπαίνου ἀντίκειται ἐκτενής, δαψιλής, λαμπρός, ἄφθονος, φιλότιμος, ἐλευθέριος, φιλάνθρωπος, φιλόδωρος μεγαλόδωρος πολύδωρος, τοῖς δεομένοις ἐπαρκῶν, τῶν ὄντων μεταδιδούς, μεγαλοπρεπής, ἐλευθεροπρεπής.</w:t>
      </w:r>
    </w:p>
    <w:p>
      <w:r>
        <w:rPr>
          <w:rFonts w:ascii="Courier New" w:hAnsi="Courier New"/>
          <w:color w:val="555555"/>
          <w:sz w:val="20"/>
        </w:rPr>
        <w:t>[5]</w:t>
      </w:r>
    </w:p>
    <w:p>
      <w:r>
        <w:rPr>
          <w:rFonts w:ascii="Gentium Plus" w:hAnsi="Gentium Plus"/>
          <w:sz w:val="24"/>
        </w:rPr>
        <w:t>τὰ δὲ πράγματα δαψίλεια, λαμπρότης, ἀφειδία, ἀφθονία, μεγα‐ λοπρέπεια, φιλοτιμία, φιλοδωρία μεγαλοδωρία πολυδωρία, ἐλευ‐</w:t>
      </w:r>
    </w:p>
    <w:p>
      <w:r>
        <w:rPr>
          <w:rFonts w:ascii="Courier New" w:hAnsi="Courier New"/>
          <w:color w:val="555555"/>
          <w:sz w:val="20"/>
        </w:rPr>
        <w:t>[3 . 119]</w:t>
      </w:r>
    </w:p>
    <w:p>
      <w:r>
        <w:rPr>
          <w:rFonts w:ascii="Gentium Plus" w:hAnsi="Gentium Plus"/>
          <w:sz w:val="24"/>
        </w:rPr>
        <w:t>θεριότης· ἡ γὰρ ἐλευθεροπρέπεια καὶ ἐκτένεια τὸ μὲν σκληρὸν τὸ δὲ εὐτελές. τὰ δ’ ἐπιρρήματα δαψιλῶς, ἐκτενῶς ἀφθόνως, μεγαλοπρεπῶς, ἀνέδην, χύδην, ἐλευθεροπρεπῶς, ἐλευθερίως, φιλο‐ τίμως, φιλανθρώπως, φιλοδώρως μεγαλοδώρως, λαμπρῶς, ῥήματα</w:t>
      </w:r>
    </w:p>
    <w:p>
      <w:r>
        <w:rPr>
          <w:rFonts w:ascii="Courier New" w:hAnsi="Courier New"/>
          <w:color w:val="555555"/>
          <w:sz w:val="20"/>
        </w:rPr>
        <w:t>[5]</w:t>
      </w:r>
    </w:p>
    <w:p>
      <w:r>
        <w:rPr>
          <w:rFonts w:ascii="Gentium Plus" w:hAnsi="Gentium Plus"/>
          <w:sz w:val="24"/>
        </w:rPr>
        <w:t>δὲ λαμπρύνεσθαι, ἐπιδαψιλεύεσθαι, φιλανθρωπεύεσθαι, ἐπιδιδόναι τοῖς χρῄζουσιν, ἐπικουρεῖν τοῖς δεομένοις, φιλοτιμεῖσθαι.</w:t>
      </w:r>
    </w:p>
    <w:p>
      <w:r>
        <w:rPr>
          <w:rFonts w:ascii="Courier New" w:hAnsi="Courier New"/>
          <w:color w:val="555555"/>
          <w:sz w:val="20"/>
        </w:rPr>
        <w:t>[3 . 120]</w:t>
      </w:r>
    </w:p>
    <w:p>
      <w:r>
        <w:rPr>
          <w:rFonts w:ascii="Gentium Plus" w:hAnsi="Gentium Plus"/>
          <w:sz w:val="24"/>
        </w:rPr>
        <w:t>Πρόθυμος, ἐρρωμένος, ῥωμαλέος, σφοδρός, σύντονος, συντε‐ ταμένος, φιλότιμος, φιλόπονος, φιλεργός, νεανικός, εὔρωστος, γεν‐ ναῖος, γεννάδας, γεννικός, ἐνεργός, ἄοκνος, ἐλευθερουργός, ἀνδρεῖος ἀνδρικὸς ἀνδρώδης, ἐθελουργός, ἐγρηγορώς, ἴτης, ἄγρυπνος,</w:t>
      </w:r>
    </w:p>
    <w:p>
      <w:r>
        <w:rPr>
          <w:rFonts w:ascii="Courier New" w:hAnsi="Courier New"/>
          <w:color w:val="555555"/>
          <w:sz w:val="20"/>
        </w:rPr>
        <w:t>[5]</w:t>
      </w:r>
    </w:p>
    <w:p>
      <w:r>
        <w:rPr>
          <w:rFonts w:ascii="Gentium Plus" w:hAnsi="Gentium Plus"/>
          <w:sz w:val="24"/>
        </w:rPr>
        <w:t>φροντιστής, ἀπροφάσιστος, ἕτοιμος, πρόχειρος. τὰ δὲ πράγματα προθυμία, ῥώμη, σφοδρότης, φιλεργία· ἡ γὰρ φιλοπονία εὐτελές, ὥσπερ καὶ ἡ ἀοκνία, ἀγρυπνία. εὐρωστία δὲ καὶ ἀνδρία καὶ ἀνδρισμός· ἡ γὰρ ἀνδρειότης σκληρόν, ἡ δὲ γενναιότης τὴν εὐγέ‐</w:t>
      </w:r>
    </w:p>
    <w:p>
      <w:r>
        <w:rPr>
          <w:rFonts w:ascii="Courier New" w:hAnsi="Courier New"/>
          <w:color w:val="555555"/>
          <w:sz w:val="20"/>
        </w:rPr>
        <w:t>[3 . 121]</w:t>
      </w:r>
    </w:p>
    <w:p>
      <w:r>
        <w:rPr>
          <w:rFonts w:ascii="Gentium Plus" w:hAnsi="Gentium Plus"/>
          <w:sz w:val="24"/>
        </w:rPr>
        <w:t>νειαν δηλοῖ. ἐγρήγορσις, νεανιεύματα. ἀπὸ δὲ τῶν ἄλλων οὐκ ἔστι πραγμάτων ὀνόματα ἀλλὰ ῥήματα, ἐντεῖναι συντεῖναι ἐπι‐ συντεῖναι, πονῆσαι ἐπιπονῆσαι, νεανιεύσασθαι ἐπινεανιεύσασθαι, ἀνδρίσασθαι, ἐγρηγορέναι, φροντίζειν, ἀγρυπνεῖν, ἐρρῶσθαι, εὐρωστεῖν·</w:t>
      </w:r>
    </w:p>
    <w:p>
      <w:r>
        <w:rPr>
          <w:rFonts w:ascii="Courier New" w:hAnsi="Courier New"/>
          <w:color w:val="555555"/>
          <w:sz w:val="20"/>
        </w:rPr>
        <w:t>[5]</w:t>
      </w:r>
    </w:p>
    <w:p>
      <w:r>
        <w:rPr>
          <w:rFonts w:ascii="Gentium Plus" w:hAnsi="Gentium Plus"/>
          <w:sz w:val="24"/>
        </w:rPr>
        <w:t>τὰ γὰρ ἀπὸ τῶν ἄλλων βίαια. ἐπιρρήματα δὲ ῥωμαλέως, ἐρρω‐ μένως, σφοδρῶς, ἐντεταμένως, ἐντόνως συντόνως, φιλοπόνως, φιλεργῶς, ἀόκνως, ἀνδρείως ἀνδρωδῶς ἀνδρικῶς, ἐθελουργῶς, ἐνεργῶς, ἑτοίμως, ἀγρύπνως, πεφροντισμένως, ἐγρηγορότως, ἀπρο‐</w:t>
      </w:r>
    </w:p>
    <w:p>
      <w:r>
        <w:rPr>
          <w:rFonts w:ascii="Courier New" w:hAnsi="Courier New"/>
          <w:color w:val="555555"/>
          <w:sz w:val="20"/>
        </w:rPr>
        <w:t>[3 . 122]</w:t>
      </w:r>
    </w:p>
    <w:p>
      <w:r>
        <w:rPr>
          <w:rFonts w:ascii="Gentium Plus" w:hAnsi="Gentium Plus"/>
          <w:sz w:val="24"/>
        </w:rPr>
        <w:t>φασίστως, προθύμως. τὰ δ’ ἐναντία βλάξ, βλακικός, μαλακός, ἀναβεβλημένος, ὑπερβαλλόμενος, μελλητής, ἐκλελυμένος, ἀμβλύς, βραδύς, ἀδύνατος, ἀσθενής, ἀναπεπτωκώς, ἄθυμος, ἀργός, ἄρρωστος, ἄνανδρος, ὀκνώδης, κατανυστάζων, ἀποκαθεύδων, ἀποκαθήμενος,</w:t>
      </w:r>
    </w:p>
    <w:p>
      <w:r>
        <w:rPr>
          <w:rFonts w:ascii="Courier New" w:hAnsi="Courier New"/>
          <w:color w:val="555555"/>
          <w:sz w:val="20"/>
        </w:rPr>
        <w:t>[5]</w:t>
      </w:r>
    </w:p>
    <w:p>
      <w:r>
        <w:rPr>
          <w:rFonts w:ascii="Gentium Plus" w:hAnsi="Gentium Plus"/>
          <w:sz w:val="24"/>
        </w:rPr>
        <w:t>ὀλίγωρος, ῥᾴθυμος, ἀμελής, ὕπτιος, νωθρός, νωθής. τὰ δὲ πράγματα βλακεία, μαλακία, ἀμβλύτης, βραδυτής, μελλησμός, ἀδυναμία, ἀδυνασία, ἀσθένεια, ἀργία, ἀρρωστία, ὄκνος, ἔκλυσις, ἀθυμία, ῥᾳθυμία, ἀνανδρία, νώθεια, νωθρότης, ὀλιγωρία, ἀμέλεια, ὑπτιότης. καὶ τὰ μὲν ῥήματα βλακεύειν, ἀμελεῖν, ἀναπεπτωκέναι, μέλλειν διαμέλλειν,</w:t>
      </w:r>
    </w:p>
    <w:p>
      <w:r>
        <w:rPr>
          <w:rFonts w:ascii="Courier New" w:hAnsi="Courier New"/>
          <w:color w:val="555555"/>
          <w:sz w:val="20"/>
        </w:rPr>
        <w:t>[3 . 123]</w:t>
      </w:r>
    </w:p>
    <w:p>
      <w:r>
        <w:rPr>
          <w:rFonts w:ascii="Gentium Plus" w:hAnsi="Gentium Plus"/>
          <w:sz w:val="24"/>
        </w:rPr>
        <w:t>ὑπερβάλλεσθαι, ἐκλελύσθαι, ἀργεῖν καταργεῖν, ὑπτιάζειν, ὀκνεῖν κατοκνεῖν, κατανυστάζειν, καθεύδειν, ἀποκαθῆσθαι ἀποκαθέζεσθαι, ὀλιγωρεῖν, ῥᾳθυμεῖν, βραδύνειν, ἀρρωστεῖν—βέλτιον δὲ τὸ ἀρ‐ ρώστως ἔχειν—ἀθυμεῖν ἐξαθυμεῖν. τὰ δ’ ἐπιρρήματα βλα‐</w:t>
      </w:r>
    </w:p>
    <w:p>
      <w:r>
        <w:rPr>
          <w:rFonts w:ascii="Courier New" w:hAnsi="Courier New"/>
          <w:color w:val="555555"/>
          <w:sz w:val="20"/>
        </w:rPr>
        <w:t>[5]</w:t>
      </w:r>
    </w:p>
    <w:p>
      <w:r>
        <w:rPr>
          <w:rFonts w:ascii="Gentium Plus" w:hAnsi="Gentium Plus"/>
          <w:sz w:val="24"/>
        </w:rPr>
        <w:t>κωδῶς, βλακικῶς, βλακωδέστερον, μαλακῶς, ἀβλεμέως, βραδέως, ἀναπεπτωκότως, ἀναβεβλημένως, ἐκλελυμένως, ἀθύμως, ἀργῶς, ἀν‐ άνδρως, ἀρρώστως, ὀκνηρῶς, ὀλιγώρως, ῥᾳθύμως, ἀγεννῶς, ἀμε‐ λῶς, νωθρῶς, ὑπτίως, ἀσθενῶς, ἀδυνάτως.</w:t>
      </w:r>
    </w:p>
    <w:p>
      <w:r>
        <w:rPr>
          <w:rFonts w:ascii="Courier New" w:hAnsi="Courier New"/>
          <w:color w:val="555555"/>
          <w:sz w:val="20"/>
        </w:rPr>
        <w:t>[3 . 124]</w:t>
      </w:r>
    </w:p>
    <w:p>
      <w:r>
        <w:rPr>
          <w:rFonts w:ascii="Gentium Plus" w:hAnsi="Gentium Plus"/>
          <w:sz w:val="24"/>
        </w:rPr>
        <w:t>Διαθέσθαι φορτίον, ἀποδόσθαι, πωλῆσαι, ἀπεμπολῆσαι, ἀντι‐ καταλλάξασθαι πρὸς ἀργύριον, ἀλλάξασθαι πρὸς ἀργύριον, ἀπο‐ κηρῦξαι, καπηλεῦσαι, μεταβαλέσθαι· ἀπωνηθήσεται δὲ τὸ πεπράσεται Θεόπομπος εἴρηκεν ὁ κωμικός (I frg 84 Ko), καὶ τὸ πρᾶγμα διά‐</w:t>
      </w:r>
    </w:p>
    <w:p>
      <w:r>
        <w:rPr>
          <w:rFonts w:ascii="Courier New" w:hAnsi="Courier New"/>
          <w:color w:val="555555"/>
          <w:sz w:val="20"/>
        </w:rPr>
        <w:t>[5]</w:t>
      </w:r>
    </w:p>
    <w:p>
      <w:r>
        <w:rPr>
          <w:rFonts w:ascii="Gentium Plus" w:hAnsi="Gentium Plus"/>
          <w:sz w:val="24"/>
        </w:rPr>
        <w:t>θεσις, ἀπόδοσις, εἰ μὴ ἀμφίβολον, πρᾶσις, ἐμπόλησις, ἀλλαγή, ἀπο‐ κήρυξις, καπηλεία, μεταβολή· Ξενοφῶν (Oecon III 9) δὲ καὶ πώ‐ λησις εἴρηκεν. καὶ τὰ ὀνόματα κάπηλος, πρατήρ, μεταβολεύς,</w:t>
      </w:r>
    </w:p>
    <w:p>
      <w:r>
        <w:rPr>
          <w:rFonts w:ascii="Courier New" w:hAnsi="Courier New"/>
          <w:color w:val="555555"/>
          <w:sz w:val="20"/>
        </w:rPr>
        <w:t>[3 . 125]</w:t>
      </w:r>
    </w:p>
    <w:p>
      <w:r>
        <w:rPr>
          <w:rFonts w:ascii="Gentium Plus" w:hAnsi="Gentium Plus"/>
          <w:sz w:val="24"/>
        </w:rPr>
        <w:t>πωλητής· Ὑπερείδης δὲ καὶ πράτην εἴρηκεν ἐν τῷ Συνηγορικῷ (frg 163 Bl), πωλήτριαν δ’ Ἕρμιππος ὁ κωμικός (I frg 93 Ko)· ἀπὸ γὰρ τῶν ἄλλων οὐκ ἔστιν, ὥσπερ οὐδ’ ἐπιρρήματα πλὴν καπη‐ λικῶς καὶ μεταβλητικῶς. ἐπὶ δὲ τῶν ἀνδραπόδων ἔστιν εἰπεῖν</w:t>
      </w:r>
    </w:p>
    <w:p>
      <w:r>
        <w:rPr>
          <w:rFonts w:ascii="Courier New" w:hAnsi="Courier New"/>
          <w:color w:val="555555"/>
          <w:sz w:val="20"/>
        </w:rPr>
        <w:t>[5]</w:t>
      </w:r>
    </w:p>
    <w:p>
      <w:r>
        <w:rPr>
          <w:rFonts w:ascii="Gentium Plus" w:hAnsi="Gentium Plus"/>
          <w:sz w:val="24"/>
        </w:rPr>
        <w:t>κατὰ Δημοσθένην (XXIV 203) ‘ἐπ’ ἐξαγωγῇ ἀπέδοτο.‘ ὁ δὲ πολ‐ λάκις πραθείς, ὃν εἴποι τις ἂν παλίμπρατον, παλίμβολος ἂν λέγοιτο. ἐπὶ δὲ τῶν πολλοῦ πιπρασκόντων εἴποις ἂν ἐπιτιμῶσιν, ἀνατι‐ μῶνται, ἐπιτείνουσι τὰς τιμάς, ὡς τὸ ἐναντίον ἐπευωνίζουσιν, ἄξια</w:t>
      </w:r>
    </w:p>
    <w:p>
      <w:r>
        <w:rPr>
          <w:rFonts w:ascii="Courier New" w:hAnsi="Courier New"/>
          <w:color w:val="555555"/>
          <w:sz w:val="20"/>
        </w:rPr>
        <w:t>[3 . 126]</w:t>
      </w:r>
    </w:p>
    <w:p>
      <w:r>
        <w:rPr>
          <w:rFonts w:ascii="Gentium Plus" w:hAnsi="Gentium Plus"/>
          <w:sz w:val="24"/>
        </w:rPr>
        <w:t>πιπράσκουσιν. ὁ δὲ τόπος πρατὴρ λίθος καὶ πωλητήριον καὶ ὡς Ἡρόδοτος (VII 23) πρατήριον. παρὰ δὲ τοῦ πιπράσκοντος ὠνή‐ σασθαι, ἀγοράσαι, πρίασθαι, καὶ ὠνητός, καὶ ὠνούμενος καὶ ὠνητιῶν καὶ ἀγοράζων. ἀντ’ ὀνομάτων αὗται μετοχαί· ὁ γὰρ ἀγοραστὴς</w:t>
      </w:r>
    </w:p>
    <w:p>
      <w:r>
        <w:rPr>
          <w:rFonts w:ascii="Courier New" w:hAnsi="Courier New"/>
          <w:color w:val="555555"/>
          <w:sz w:val="20"/>
        </w:rPr>
        <w:t>[5]</w:t>
      </w:r>
    </w:p>
    <w:p>
      <w:r>
        <w:rPr>
          <w:rFonts w:ascii="Gentium Plus" w:hAnsi="Gentium Plus"/>
          <w:sz w:val="24"/>
        </w:rPr>
        <w:t>ἐπὶ τοῦ ὀψωνοῦντος τέτακται. καὶ Πλάτων δ’ ὁ κωμικὸς (I frg</w:t>
      </w:r>
    </w:p>
    <w:p>
      <w:r>
        <w:rPr>
          <w:rFonts w:ascii="Courier New" w:hAnsi="Courier New"/>
          <w:color w:val="555555"/>
          <w:sz w:val="20"/>
        </w:rPr>
        <w:t>[3 . 127]</w:t>
      </w:r>
    </w:p>
    <w:p>
      <w:r>
        <w:rPr>
          <w:rFonts w:ascii="Gentium Plus" w:hAnsi="Gentium Plus"/>
          <w:sz w:val="24"/>
        </w:rPr>
        <w:t>Ξενοφῶν (Cyrop VI 2. 39) δὲ καὶ τὴν ‘ἐμπολὴν‘ ἐπὶ τοῦ ἀγοράζειν ἔταξεν. Πλάτων (Soph 219 D) δὲ τῆς ἀγοράσεως εἴρηκεν, ὡς τῆς ἀγορασίας Τηλεκλείδης (II frg 51 Ko). τὰ δὲ πιπρασκόμενα φορτία, ῥῶπος, ἀγοράσματα, ὤνια, γέλγη, εἰ μὴ κωμικώτερον (Eupol I frg</w:t>
      </w:r>
    </w:p>
    <w:p>
      <w:r>
        <w:rPr>
          <w:rFonts w:ascii="Courier New" w:hAnsi="Courier New"/>
          <w:color w:val="555555"/>
          <w:sz w:val="20"/>
        </w:rPr>
        <w:t>[5]</w:t>
      </w:r>
    </w:p>
    <w:p>
      <w:r>
        <w:rPr>
          <w:rFonts w:ascii="Gentium Plus" w:hAnsi="Gentium Plus"/>
          <w:sz w:val="24"/>
        </w:rPr>
        <w:t>304 Ko), ὠνητά, καὶ ὡς Ξενοφῶν(?) πώλημα· ὁ αὐτὸς δὲ καὶ πράσιμον εἴρηκεν ἐν τῇ Παιδείᾳ (IV 5. 42)· παρ’ ἄλλῳ δ’ οὐδέ‐ τερον εὑρὼν μνημονεύω. ἐπίρρημα δ’ οὐκ ἔστιν ἀπ’ οὐδενός.</w:t>
      </w:r>
    </w:p>
    <w:p>
      <w:r>
        <w:rPr>
          <w:rFonts w:ascii="Courier New" w:hAnsi="Courier New"/>
          <w:color w:val="555555"/>
          <w:sz w:val="20"/>
        </w:rPr>
        <w:t>[3 . 128]</w:t>
      </w:r>
    </w:p>
    <w:p>
      <w:r>
        <w:rPr>
          <w:rFonts w:ascii="Gentium Plus" w:hAnsi="Gentium Plus"/>
          <w:sz w:val="24"/>
        </w:rPr>
        <w:t>Ἀγεῖραι συναγεῖραι, συλλέξαι συλλέξασθαι, ἀθροῖσαι, ἀθροί‐ σασθαι, συναθροῖσαι, συναθροίσασθαι, πορίσαι συμπορίσαι συμ‐ πορίσασθαι, συνενεγκεῖν, συνάγειν, συστῆσαι συστήσασθαι, συμφορῆσαι</w:t>
      </w:r>
    </w:p>
    <w:p>
      <w:r>
        <w:rPr>
          <w:rFonts w:ascii="Courier New" w:hAnsi="Courier New"/>
          <w:color w:val="555555"/>
          <w:sz w:val="20"/>
        </w:rPr>
        <w:t>[3 . 129]</w:t>
      </w:r>
    </w:p>
    <w:p>
      <w:r>
        <w:rPr>
          <w:rFonts w:ascii="Gentium Plus" w:hAnsi="Gentium Plus"/>
          <w:sz w:val="24"/>
        </w:rPr>
        <w:t>συμφορήσασθαι, συνερανίσαι. τὰ δὲ πράγματα ἀγερμὸς συναγερμός, ἄθροισις συνάθροισις, συναθροισμὸς ἀθροισμός, πόρος, συνα‐ γωγή, ἔρανος, συλλογή, σύστασις· δύσφθεγκτα δὲ τὰ λοιπά. ὄνομα δὲ μόνον ὁ συλλογεύς· ἕτερον γάρ τι ὁ ἐρανιστὴς καὶ ὁ ἀγύρτης.</w:t>
      </w:r>
    </w:p>
    <w:p>
      <w:r>
        <w:rPr>
          <w:rFonts w:ascii="Courier New" w:hAnsi="Courier New"/>
          <w:color w:val="555555"/>
          <w:sz w:val="20"/>
        </w:rPr>
        <w:t>[5]</w:t>
      </w:r>
    </w:p>
    <w:p>
      <w:r>
        <w:rPr>
          <w:rFonts w:ascii="Gentium Plus" w:hAnsi="Gentium Plus"/>
          <w:sz w:val="24"/>
        </w:rPr>
        <w:t>τὸ δ’ ἐναντίον ἐκχέαι, ῥῖψαι διαρρῖψαι, προέσθαι, σπαθῆσαι, ἀπολέσαι, διασπεῖραι. ἐπίρρημα δ’ ἓν μόνον τὸ ἐκκεχυμένως. ὄνομα δ’ οὐκ ἔστιν οὐδὲ πρᾶγμα, ἀλλὰ μετοχαί.</w:t>
      </w:r>
    </w:p>
    <w:p>
      <w:r>
        <w:rPr>
          <w:rFonts w:ascii="Courier New" w:hAnsi="Courier New"/>
          <w:color w:val="555555"/>
          <w:sz w:val="20"/>
        </w:rPr>
        <w:t>[3 . 130]</w:t>
      </w:r>
    </w:p>
    <w:p>
      <w:r>
        <w:rPr>
          <w:rFonts w:ascii="Gentium Plus" w:hAnsi="Gentium Plus"/>
          <w:sz w:val="24"/>
        </w:rPr>
        <w:t>Ἀνύποιστον, δύσοιστον—Εὔπολις (frg 410 Ko) δὲ λέγει καὶ δυσάλγητον—δυσάνεκτον δυσανάσχετον, οὐκ ἀνεκτόν, οὐ φο‐ ρητόν, δύσφορον ἀφόρητον, ἐπίπονον, βαρύ, φορτικόν, ἐπαχθές, καὶ κατὰ Θουκυδίδην (I 118. 2, II 21. 2) ‘οὐκ ἀνάσχετον,‘ ἀφ’ οὗ</w:t>
      </w:r>
    </w:p>
    <w:p>
      <w:r>
        <w:rPr>
          <w:rFonts w:ascii="Courier New" w:hAnsi="Courier New"/>
          <w:color w:val="555555"/>
          <w:sz w:val="20"/>
        </w:rPr>
        <w:t>[5]</w:t>
      </w:r>
    </w:p>
    <w:p>
      <w:r>
        <w:rPr>
          <w:rFonts w:ascii="Gentium Plus" w:hAnsi="Gentium Plus"/>
          <w:sz w:val="24"/>
        </w:rPr>
        <w:t>καὶ τὸ δυσανασχετοῦντες (VII 71. 6) πεποίηκεν. εἴη δ’ ἂν ἀπὸ τῶν προειρημένων ῥῆμα καὶ τὸ δυσφορεῖν. καὶ ἐπιρρήματα ἀνυ‐ ποίστως, δυσοίστως, ἀφορήτως, δυσανέκτως δυσανασχέτως, δυσφόρως,</w:t>
      </w:r>
    </w:p>
    <w:p>
      <w:r>
        <w:rPr>
          <w:rFonts w:ascii="Courier New" w:hAnsi="Courier New"/>
          <w:color w:val="555555"/>
          <w:sz w:val="20"/>
        </w:rPr>
        <w:t>[3 . 131]</w:t>
      </w:r>
    </w:p>
    <w:p>
      <w:r>
        <w:rPr>
          <w:rFonts w:ascii="Gentium Plus" w:hAnsi="Gentium Plus"/>
          <w:sz w:val="24"/>
        </w:rPr>
        <w:t>φορτικῶς, βαρέως, ἐπαχθῶς. λόγῳ δ’ ἔστιν εἰπεῖν, ὃ οὐκ ἄν τις ὑπομείνειεν, ὃ οὐκ ἄν τις ἐνέγκαι, τίς δ’ ἂν ὑπενεγκεῖν δυνηθείη; τίς δ’ οὐκ ἂν ἐπὶ τούτῳ δυσχεράνειεν; καὶ ἄλλα πλείω. τὸ δ’ ἐναντίον κοῦφον, εὔφορον, οἰστόν, ἀνθρώπινον, ἀνεκτόν, φορητόν,</w:t>
      </w:r>
    </w:p>
    <w:p>
      <w:r>
        <w:rPr>
          <w:rFonts w:ascii="Courier New" w:hAnsi="Courier New"/>
          <w:color w:val="555555"/>
          <w:sz w:val="20"/>
        </w:rPr>
        <w:t>[5]</w:t>
      </w:r>
    </w:p>
    <w:p>
      <w:r>
        <w:rPr>
          <w:rFonts w:ascii="Gentium Plus" w:hAnsi="Gentium Plus"/>
          <w:sz w:val="24"/>
        </w:rPr>
        <w:t>ἀνάσχετον. καὶ κούφως, εὐφόρως, ἀνθρωπίνως, ἀνεκτῶς· τὸ γὰρ οἰστῶς καὶ φορητῶς κακίω. Ἄλλης δὲ χρείας δύσκολον, δυσμενές, δύστροπον, δυστρά‐ πελον, παλιντράπελον, δυσχερές, δύσπρακτον, δυσκατέργαστον, δυσκατάπρακτον, παλίγκοτον, παλίμβολον, κακόηθες, ὕπουλον,</w:t>
      </w:r>
    </w:p>
    <w:p>
      <w:r>
        <w:rPr>
          <w:rFonts w:ascii="Courier New" w:hAnsi="Courier New"/>
          <w:color w:val="555555"/>
          <w:sz w:val="20"/>
        </w:rPr>
        <w:t>[10]</w:t>
      </w:r>
    </w:p>
    <w:p>
      <w:r>
        <w:rPr>
          <w:rFonts w:ascii="Gentium Plus" w:hAnsi="Gentium Plus"/>
          <w:sz w:val="24"/>
        </w:rPr>
        <w:t>δολερόν, κακοῦργον, πανοῦργον, ἐπίσκιον, σεσηρός, δεδυκός, σκο‐ τεινόν, σκολιόν, δυσπετές, ἐργῶδες, ἀλλόκοτον, ὧν ἔνια καὶ ἑτέρας</w:t>
      </w:r>
    </w:p>
    <w:p>
      <w:r>
        <w:rPr>
          <w:rFonts w:ascii="Courier New" w:hAnsi="Courier New"/>
          <w:color w:val="555555"/>
          <w:sz w:val="20"/>
        </w:rPr>
        <w:t>[3 . 132]</w:t>
      </w:r>
    </w:p>
    <w:p>
      <w:r>
        <w:rPr>
          <w:rFonts w:ascii="Gentium Plus" w:hAnsi="Gentium Plus"/>
          <w:sz w:val="24"/>
        </w:rPr>
        <w:t>ἐστὶ χρείας. καὶ δυσκόλως, δυσμενῶς, δυστρόπως, δυστραπέλως, δυσχερῶς, ἀλλοκότως, παλιμβόλως, κακοήθως, ὑπούλως, δολερῶς, κακούργως, πανούργως, σεσηρότως· τὰ δ’ ἀπὸ τῶν ἄλλων φαυ‐ λότερα. καὶ ὀνόματα ἀρρενικὰ ἀπὸ πάντων, καὶ τὰ πράγματα</w:t>
      </w:r>
    </w:p>
    <w:p>
      <w:r>
        <w:rPr>
          <w:rFonts w:ascii="Courier New" w:hAnsi="Courier New"/>
          <w:color w:val="555555"/>
          <w:sz w:val="20"/>
        </w:rPr>
        <w:t>[5]</w:t>
      </w:r>
    </w:p>
    <w:p>
      <w:r>
        <w:rPr>
          <w:rFonts w:ascii="Gentium Plus" w:hAnsi="Gentium Plus"/>
          <w:sz w:val="24"/>
        </w:rPr>
        <w:t>ἐκ τῶν πλείστων· δυσκολία, δυστροπία, δυσμένεια, δυσχέρεια, δυσ‐ τραπελία, παλιντραπελία, παλιμβολία, κακοήθεια, κακουργία, πα‐</w:t>
      </w:r>
    </w:p>
    <w:p>
      <w:r>
        <w:rPr>
          <w:rFonts w:ascii="Courier New" w:hAnsi="Courier New"/>
          <w:color w:val="555555"/>
          <w:sz w:val="20"/>
        </w:rPr>
        <w:t>[3 . 133]</w:t>
      </w:r>
    </w:p>
    <w:p>
      <w:r>
        <w:rPr>
          <w:rFonts w:ascii="Gentium Plus" w:hAnsi="Gentium Plus"/>
          <w:sz w:val="24"/>
        </w:rPr>
        <w:t>νουργία· πονηρὰ δὲ τὰ Πλάτωνος ἐν Φιλήβῳ (44 D) δυσχε‐ ράσματα. ῥήματα δὲ δυσκολαίνειν, δυσμεναίνειν, κακουργεῖν, πα‐ νουργεῖν· τὰ γὰρ ἀπὸ τῶν ἄλλων δύσφθεγκτα. τὰ δ’ ἐναντία ῥᾴδιον, πρόχειρον, εὐχερές, εὔκολον, εὐπετές, εὔπρακτον, ἄπονον,</w:t>
      </w:r>
    </w:p>
    <w:p>
      <w:r>
        <w:rPr>
          <w:rFonts w:ascii="Courier New" w:hAnsi="Courier New"/>
          <w:color w:val="555555"/>
          <w:sz w:val="20"/>
        </w:rPr>
        <w:t>[5]</w:t>
      </w:r>
    </w:p>
    <w:p>
      <w:r>
        <w:rPr>
          <w:rFonts w:ascii="Gentium Plus" w:hAnsi="Gentium Plus"/>
          <w:sz w:val="24"/>
        </w:rPr>
        <w:t>εὐκατέργαστον, ἁπλοῦν τε καὶ ἀπάνουργον, καὶ εὔτροπον καὶ φα‐ νερὸν καὶ ἀναπεπταμένον καὶ ἄδολον καὶ εὐθὺ καὶ ἀπαρακάλυπτον. καὶ τὰ ἀπ’ αὐτῶν ἐπιρρήματα, καὶ ὀνόματα ἀρρενικά, καὶ ἀπ’ ἐνίων πράγματα.</w:t>
      </w:r>
    </w:p>
    <w:p>
      <w:r>
        <w:rPr>
          <w:rFonts w:ascii="Courier New" w:hAnsi="Courier New"/>
          <w:color w:val="555555"/>
          <w:sz w:val="20"/>
        </w:rPr>
        <w:t>[3 . 134]</w:t>
      </w:r>
    </w:p>
    <w:p>
      <w:r>
        <w:rPr>
          <w:rFonts w:ascii="Gentium Plus" w:hAnsi="Gentium Plus"/>
          <w:sz w:val="24"/>
        </w:rPr>
        <w:t>Κίνδυνος, κινδυνῶδες, ἐπικίνδυνον, δεινόν, ἐκπληκτικόν, φοβερόν, ἐπιδεές, σφαλερόν, ἐπισφαλές. καὶ φιλοκίνδυνος, ῥιψο‐ κίνδυνος, θρασύς, τολμηρός, πάντολμος, παρακινδυνευτικός, ἐθε‐ λοκίνδυνος, ῥᾳδιουργός, θερμουργός, ἰταμός, ἀπονενοημένος, παρα‐</w:t>
      </w:r>
    </w:p>
    <w:p>
      <w:r>
        <w:rPr>
          <w:rFonts w:ascii="Courier New" w:hAnsi="Courier New"/>
          <w:color w:val="555555"/>
          <w:sz w:val="20"/>
        </w:rPr>
        <w:t>[5]</w:t>
      </w:r>
    </w:p>
    <w:p>
      <w:r>
        <w:rPr>
          <w:rFonts w:ascii="Gentium Plus" w:hAnsi="Gentium Plus"/>
          <w:sz w:val="24"/>
        </w:rPr>
        <w:t>βεβλημένος· τὸ γὰρ λεουργὸς παρὰ Ξενοφῶντι (Memor I 3. 9)</w:t>
      </w:r>
    </w:p>
    <w:p>
      <w:r>
        <w:rPr>
          <w:rFonts w:ascii="Courier New" w:hAnsi="Courier New"/>
          <w:color w:val="555555"/>
          <w:sz w:val="20"/>
        </w:rPr>
        <w:t>[3 . 135]</w:t>
      </w:r>
    </w:p>
    <w:p>
      <w:r>
        <w:rPr>
          <w:rFonts w:ascii="Gentium Plus" w:hAnsi="Gentium Plus"/>
          <w:sz w:val="24"/>
        </w:rPr>
        <w:t>βιστήσαι.‘ καὶ ταῦτα μὲν ἂν εἴποις ψέγων, ἐπαινῶν δ’ εὔτολμος, θαρραλέος, εὐθαρσής, ἄφοβος, ἀδεής, ἀνέκπληκτος, εὔψυχος· τὸ δ’ ἴτης κοινὸν ἐφ’ ἑκατέρου. τὰ δὲ πράγματα ἐπὶ μὲν ψόγου θερμουρ‐ γία, ῥᾳδιουργία, τόλμα, θρασύτης, θράσος, ἀπόνοια, εὐχέρεια, προ‐</w:t>
      </w:r>
    </w:p>
    <w:p>
      <w:r>
        <w:rPr>
          <w:rFonts w:ascii="Courier New" w:hAnsi="Courier New"/>
          <w:color w:val="555555"/>
          <w:sz w:val="20"/>
        </w:rPr>
        <w:t>[5]</w:t>
      </w:r>
    </w:p>
    <w:p>
      <w:r>
        <w:rPr>
          <w:rFonts w:ascii="Gentium Plus" w:hAnsi="Gentium Plus"/>
          <w:sz w:val="24"/>
        </w:rPr>
        <w:t>πέτεια, ἐπὶ δ’ ἐπαίνου θάρσος, εὐψυχία, εὐτολμία, ἄδεια. τὸ γὰρ ἀφοβία πάνυ εὐτελές. ῥήματα δὲ τοῦ μὲν ταῦτα μόνα, θρα‐ σύνεσθαι, τολμᾶν, παρακινδυνεύειν, παραβάλλεσθαι, ἀπονενοῆσθαι,</w:t>
      </w:r>
    </w:p>
    <w:p>
      <w:r>
        <w:rPr>
          <w:rFonts w:ascii="Courier New" w:hAnsi="Courier New"/>
          <w:color w:val="555555"/>
          <w:sz w:val="20"/>
        </w:rPr>
        <w:t>[3 . 136]</w:t>
      </w:r>
    </w:p>
    <w:p>
      <w:r>
        <w:rPr>
          <w:rFonts w:ascii="Gentium Plus" w:hAnsi="Gentium Plus"/>
          <w:sz w:val="24"/>
        </w:rPr>
        <w:t>τοῦ δὲ μόνα εὐψυχεῖν τε καὶ θαρρεῖν. τὰ δ’ ἐπιρρήματα τολμηρῶς τολμηρότατα, θρασέως θρασύτατα, φιλοκινδύνως, ῥιψοκινδύνως, παρακεκινδυνευμένως, παρακινδυνευτικῶς, παραβεβλημένως, ἀπο‐ νενοημένως, προπετῶς, ἰταμῶς· καὶ τὰ ἐπαινετὰ εὐτόλμως, θαρ‐</w:t>
      </w:r>
    </w:p>
    <w:p>
      <w:r>
        <w:rPr>
          <w:rFonts w:ascii="Courier New" w:hAnsi="Courier New"/>
          <w:color w:val="555555"/>
          <w:sz w:val="20"/>
        </w:rPr>
        <w:t>[5]</w:t>
      </w:r>
    </w:p>
    <w:p>
      <w:r>
        <w:rPr>
          <w:rFonts w:ascii="Gentium Plus" w:hAnsi="Gentium Plus"/>
          <w:sz w:val="24"/>
        </w:rPr>
        <w:t>ραλέως, εὐθαρσῶς, ἀφόβως, ἀδεῶς, εὐψύχως, ἀνεκπλήκτως, ὧν ἐνίοις καὶ τὰ ὑπερθετικὰ οὐ κακίω πρόσεστιν. ἐκ δὲ τοὐναντίου δειλός, ἀποδειλιῶν, ἀθαρσής, ἄνανδρος, ἐπιδεὴς καταδεής, συνεσταλ‐ μένος, κατεπτηχώς, ἀγεννής, εὐλαβής, περίφοβος, φιλόψυχος φιλο‐ σώματος, ἄτολμος, καταπλήξ· ὁ γὰρ ἄψυχος ἰδιωτικόν, καὶ ὁ πτάκις</w:t>
      </w:r>
    </w:p>
    <w:p>
      <w:r>
        <w:rPr>
          <w:rFonts w:ascii="Courier New" w:hAnsi="Courier New"/>
          <w:color w:val="555555"/>
          <w:sz w:val="20"/>
        </w:rPr>
        <w:t>[3 . 137]</w:t>
      </w:r>
    </w:p>
    <w:p>
      <w:r>
        <w:rPr>
          <w:rFonts w:ascii="Gentium Plus" w:hAnsi="Gentium Plus"/>
          <w:sz w:val="24"/>
        </w:rPr>
        <w:t>σφόδρα κωμικόν (III p 594 frg 1127 Ko). καὶ τὰ πράγματα δειλία, ἀτολμία, ὄκνος, εὐλάβεια, ἀνανδρία, φιλοσωματία φιλοψυχία, κατα‐ πληγία. καὶ τὰ ῥήματα δειλιᾶν ἀποδειλιᾶν, ὀκνεῖν κατοκνεῖν, εὐλα‐ βεῖσθαι, κατεπτηχέναι, φιλοψυχεῖν φιλοσωματεῖν· καὶ ἀπ’ αὐτῶν</w:t>
      </w:r>
    </w:p>
    <w:p>
      <w:r>
        <w:rPr>
          <w:rFonts w:ascii="Courier New" w:hAnsi="Courier New"/>
          <w:color w:val="555555"/>
          <w:sz w:val="20"/>
        </w:rPr>
        <w:t>[5]</w:t>
      </w:r>
    </w:p>
    <w:p>
      <w:r>
        <w:rPr>
          <w:rFonts w:ascii="Gentium Plus" w:hAnsi="Gentium Plus"/>
          <w:sz w:val="24"/>
        </w:rPr>
        <w:t>αἱ μετοχαὶ ἀποδειλιῶν, εὐλαβούμενος, κατεπτηχώς, φιλοψυχῶν φι‐ λοσωματῶν, ὀκνῶν κατοκνῶν. καὶ τὰ ἐπιρρήματα δειλῶς, ἀγεννῶς, ἀτόλμως, ἀνάνδρως, εὐλαβῶς, συνεσταλμένως, κατεπτηχότως, ἐπι‐ δεῶς καταδεῶς, ἀθαρσῶς, περιφόβως, ἐπιφόβως, φιλοψύχως φιλο‐ σωμάτως.</w:t>
      </w:r>
    </w:p>
    <w:p>
      <w:r>
        <w:rPr>
          <w:rFonts w:ascii="Courier New" w:hAnsi="Courier New"/>
          <w:color w:val="555555"/>
          <w:sz w:val="20"/>
        </w:rPr>
        <w:t>[3 . 138]</w:t>
      </w:r>
    </w:p>
    <w:p>
      <w:r>
        <w:rPr>
          <w:rFonts w:ascii="Gentium Plus" w:hAnsi="Gentium Plus"/>
          <w:sz w:val="24"/>
        </w:rPr>
        <w:t>Ἐγκαλεῖν ἐπικαλεῖν, μέμφεσθαι καταμέμφεσθαι, αἰτιᾶσθαι</w:t>
      </w:r>
    </w:p>
    <w:p>
      <w:r>
        <w:rPr>
          <w:rFonts w:ascii="Courier New" w:hAnsi="Courier New"/>
          <w:color w:val="555555"/>
          <w:sz w:val="20"/>
        </w:rPr>
        <w:t>[5]</w:t>
      </w:r>
    </w:p>
    <w:p>
      <w:r>
        <w:rPr>
          <w:rFonts w:ascii="Gentium Plus" w:hAnsi="Gentium Plus"/>
          <w:sz w:val="24"/>
        </w:rPr>
        <w:t>κακίζειν. τὰ δὲ πράγματα μέμψις κατάμεμψις, ἔγκλημα, αἰτία—Ἀντι‐ φῶν (V 25, 89. VI 6) δὲ καὶ αἰτίασις εἴρηκεν—, ὄνειδος ὀνειδισμός, διαβολή, ἔνδειξις, γραφή, κατηγορία, φάσις· καὶ τῶν δευτέρων λοιδορία, ψόγος, κακολογία κακηγορία, βλασφημία, κακισμός, εἰ μὴ</w:t>
      </w:r>
    </w:p>
    <w:p>
      <w:r>
        <w:rPr>
          <w:rFonts w:ascii="Courier New" w:hAnsi="Courier New"/>
          <w:color w:val="555555"/>
          <w:sz w:val="20"/>
        </w:rPr>
        <w:t>[3 . 139]</w:t>
      </w:r>
    </w:p>
    <w:p>
      <w:r>
        <w:rPr>
          <w:rFonts w:ascii="Gentium Plus" w:hAnsi="Gentium Plus"/>
          <w:sz w:val="24"/>
        </w:rPr>
        <w:t>βιαιότερον. ὀνόματα δὲ φιλεγκλήμων, μεμψίμοιρος, φιλαίτιος, ὀνειδιστικός· καὶ πάλιν φιλόψογος, φιλολοίδορος, κακήγορος. τὰ δ’ ἐπιρρήματα φιλεγκλημόνως, μεμψιμοίρως, φιλαιτίως, διαβόλως, ὀνειδιστικῶς, καὶ φιλοψόγως, βλασφήμως, φιλολοιδόρως· τὰ γὰρ</w:t>
      </w:r>
    </w:p>
    <w:p>
      <w:r>
        <w:rPr>
          <w:rFonts w:ascii="Courier New" w:hAnsi="Courier New"/>
          <w:color w:val="555555"/>
          <w:sz w:val="20"/>
        </w:rPr>
        <w:t>[5]</w:t>
      </w:r>
    </w:p>
    <w:p>
      <w:r>
        <w:rPr>
          <w:rFonts w:ascii="Gentium Plus" w:hAnsi="Gentium Plus"/>
          <w:sz w:val="24"/>
        </w:rPr>
        <w:t>ἀπὸ τῶν ἄλλων βίαια. καλοῖτο δ’ ἂν ὁ μὲν ἔνοχος ὑπαίτιος, ὕπο‐ χος, ὑπεύθυνος, ἐγκλητέος, ἐπιλήψιμος, μεμπτὸς ἐπίμεμπτος, ἐπί‐ ψογος, ἐπίρρητος, ὁ δ’ ἀναίτιος ἀνεύθυνος, ἄμεμπτος, ἄψογος, ἀνέγκλητος. τὰ δ’ ἐπιρρήματα ὑπαιτίως, ὑπευθύνως, μεμπτῶς, ἐπιρ‐ ρήτως, καὶ ἀναιτίως, ἀνεγκλήτως, ἀνευθύνως, ἀμέμπτως.</w:t>
      </w:r>
    </w:p>
    <w:p>
      <w:r>
        <w:rPr>
          <w:rFonts w:ascii="Courier New" w:hAnsi="Courier New"/>
          <w:color w:val="555555"/>
          <w:sz w:val="20"/>
        </w:rPr>
        <w:t>[3 . 140]</w:t>
      </w:r>
    </w:p>
    <w:p>
      <w:r>
        <w:rPr>
          <w:rFonts w:ascii="Gentium Plus" w:hAnsi="Gentium Plus"/>
          <w:sz w:val="24"/>
        </w:rPr>
        <w:t>Ἀγωνοθέται, ἀθλοθέται, ἀγώνων διαθέται, ἄθλων ἐπιμεληταί, ἔφοροι, προστάται, ἐπίσκοποι, ἐπόπται. τὸ δὲ πρᾶγμα ἀγωνοθεσία, ἀθλοθεσία ἢ ὡς Ἀριστοφάνης (I frg 739 Ko) ἀθλοθετία, ἀγώνων διάθεσις, ἄθλων ἐπιμέλεια, προστασία, ἔποψις. καὶ ἀθλοθετεῖν, ἀγῶνας</w:t>
      </w:r>
    </w:p>
    <w:p>
      <w:r>
        <w:rPr>
          <w:rFonts w:ascii="Courier New" w:hAnsi="Courier New"/>
          <w:color w:val="555555"/>
          <w:sz w:val="20"/>
        </w:rPr>
        <w:t>[5]</w:t>
      </w:r>
    </w:p>
    <w:p>
      <w:r>
        <w:rPr>
          <w:rFonts w:ascii="Gentium Plus" w:hAnsi="Gentium Plus"/>
          <w:sz w:val="24"/>
        </w:rPr>
        <w:t>διατιθέναι, ἄθλων ἐπιμελεῖσθαι, ἆθλα ἐφορᾶν, ἀγώνων προεστάναι καὶ προεστηκέναι, καὶ ἄρχειν, καὶ πρυτανεύειν τὰ περὶ τοὺς ἀγῶνας.</w:t>
      </w:r>
    </w:p>
    <w:p>
      <w:r>
        <w:rPr>
          <w:rFonts w:ascii="Courier New" w:hAnsi="Courier New"/>
          <w:color w:val="555555"/>
          <w:sz w:val="20"/>
        </w:rPr>
        <w:t>[3 . 141]</w:t>
      </w:r>
    </w:p>
    <w:p>
      <w:r>
        <w:rPr>
          <w:rFonts w:ascii="Gentium Plus" w:hAnsi="Gentium Plus"/>
          <w:sz w:val="24"/>
        </w:rPr>
        <w:t>ἀπὸ δ’ ἀγῶνος ὀνόματα ἀγώνισις παρὰ Θουκυδίδῃ (V 50. 4), καὶ ἀγώνισμα, καὶ ἀγώνιοι θεοὶ παρὰ Πλάτωνι (Leg VIII 832 E, 830 A et VI 783 A), καὶ ἀγωνισταὶ παρὰ Δημοσθένει (XVIII 318), καὶ ἀγωνία παρ’ Ἰσοκράτει (IX 4, XV 183. 302)· Σοφοκλῆς (TGF 888 N)</w:t>
      </w:r>
    </w:p>
    <w:p>
      <w:r>
        <w:rPr>
          <w:rFonts w:ascii="Courier New" w:hAnsi="Courier New"/>
          <w:color w:val="555555"/>
          <w:sz w:val="20"/>
        </w:rPr>
        <w:t>[5]</w:t>
      </w:r>
    </w:p>
    <w:p>
      <w:r>
        <w:rPr>
          <w:rFonts w:ascii="Gentium Plus" w:hAnsi="Gentium Plus"/>
          <w:sz w:val="24"/>
        </w:rPr>
        <w:t>δὲ τὴν ἀγωνοθεσίαν ἀγωνοθήκην μοχθηρῶς ἐκάλεσεν. ἔστι δ’ ἐκ</w:t>
      </w:r>
    </w:p>
    <w:p>
      <w:r>
        <w:rPr>
          <w:rFonts w:ascii="Courier New" w:hAnsi="Courier New"/>
          <w:color w:val="555555"/>
          <w:sz w:val="20"/>
        </w:rPr>
        <w:t>[10]</w:t>
      </w:r>
    </w:p>
    <w:p>
      <w:r>
        <w:rPr>
          <w:rFonts w:ascii="Gentium Plus" w:hAnsi="Gentium Plus"/>
          <w:sz w:val="24"/>
        </w:rPr>
        <w:t>μενος, ἐπαγωνισάμενος, προσαγωνισάμενος.</w:t>
      </w:r>
    </w:p>
    <w:p>
      <w:r>
        <w:rPr>
          <w:rFonts w:ascii="Courier New" w:hAnsi="Courier New"/>
          <w:color w:val="555555"/>
          <w:sz w:val="20"/>
        </w:rPr>
        <w:t>[3 . 142]</w:t>
      </w:r>
    </w:p>
    <w:p>
      <w:r>
        <w:rPr>
          <w:rFonts w:ascii="Gentium Plus" w:hAnsi="Gentium Plus"/>
          <w:sz w:val="24"/>
        </w:rPr>
        <w:t>τῶν δ’ ἀγώνων οἱ μὲν γυμνικοί, οἱ δὲ καλούμενοι σκηνικοὶ ὀνομασθεῖεν ἂν Διονυσιακοί τε καὶ μουσικοί· οἱ δ’ Ἀττικοὶ οὐ ῥᾳ‐ δίως λέγουσιν ἀγῶνας μουσικούς, ἀλλὰ μουσικῆς. καὶ τὸ μὲν πρᾶγμα ἀγὼν καὶ ἀγωνία· καὶ σεμνότερον εἴποις ἂν ἀγωνίαι γυμνικαὶ</w:t>
      </w:r>
    </w:p>
    <w:p>
      <w:r>
        <w:rPr>
          <w:rFonts w:ascii="Courier New" w:hAnsi="Courier New"/>
          <w:color w:val="555555"/>
          <w:sz w:val="20"/>
        </w:rPr>
        <w:t>[5]</w:t>
      </w:r>
    </w:p>
    <w:p>
      <w:r>
        <w:rPr>
          <w:rFonts w:ascii="Gentium Plus" w:hAnsi="Gentium Plus"/>
          <w:sz w:val="24"/>
        </w:rPr>
        <w:t>καὶ ἀγωνίαι Διονυσιακαί. καὶ σπονδῶν ἐπαγγελίαι, καὶ ἐκεχει‐ ρίας ἐπαγγελίαι. χωρία δὲ τῶν μὲν στάδιον τῶν δὲ θέατρον, κοινοὶ</w:t>
      </w:r>
    </w:p>
    <w:p>
      <w:r>
        <w:rPr>
          <w:rFonts w:ascii="Courier New" w:hAnsi="Courier New"/>
          <w:color w:val="555555"/>
          <w:sz w:val="20"/>
        </w:rPr>
        <w:t>[3 . 143]</w:t>
      </w:r>
    </w:p>
    <w:p>
      <w:r>
        <w:rPr>
          <w:rFonts w:ascii="Gentium Plus" w:hAnsi="Gentium Plus"/>
          <w:sz w:val="24"/>
        </w:rPr>
        <w:t>δ’ ἐπ’ ἀμφοτέροις θεαταί. καὶ τὰ μὲν ὀνομαζόμενα ὑπὸ τῶν πολλῶν ἔπαθλα ἆθλα καλοῖτ’ ἂν κοινῶς ἐπ’ ἀμφοῖν καὶ νικητήρια καὶ ἐπί‐ χειρα καὶ γέρα· ἰδίως δ’ ἐπὶ τῶν γυμνικῶν ἆθλοι οἱ πόνοι, καὶ τὸ ἀθλεῖν κάμνειν, πονεῖν· ὥσπερ ἐπὶ τῶν μουσικῶν ἴδιον,</w:t>
      </w:r>
    </w:p>
    <w:p>
      <w:r>
        <w:rPr>
          <w:rFonts w:ascii="Courier New" w:hAnsi="Courier New"/>
          <w:color w:val="555555"/>
          <w:sz w:val="20"/>
        </w:rPr>
        <w:t>[5]</w:t>
      </w:r>
    </w:p>
    <w:p>
      <w:r>
        <w:rPr>
          <w:rFonts w:ascii="Gentium Plus" w:hAnsi="Gentium Plus"/>
          <w:sz w:val="24"/>
        </w:rPr>
        <w:t>ὅ φησι Δημοσθένης (XXI 56), τὸ λειτουργεῖν τῷ θεῷ. καὶ οἱ γυμνικοὶ μὲν κυρίως ἀθληταὶ καλοῦνται καὶ ἀσκηταὶ καὶ ἀγωνι‐</w:t>
      </w:r>
    </w:p>
    <w:p>
      <w:r>
        <w:rPr>
          <w:rFonts w:ascii="Courier New" w:hAnsi="Courier New"/>
          <w:color w:val="555555"/>
          <w:sz w:val="20"/>
        </w:rPr>
        <w:t>[3 . 144]</w:t>
      </w:r>
    </w:p>
    <w:p>
      <w:r>
        <w:rPr>
          <w:rFonts w:ascii="Gentium Plus" w:hAnsi="Gentium Plus"/>
          <w:sz w:val="24"/>
        </w:rPr>
        <w:t>σταί, καὶ οἱ ἀντίπαλοι αὐτῶν ἀνταγωνισταί. ἀπὸ δὲ τῶν ἀθλητῶν καὶ τὰ ἀθλήματα παρὰ Δημοσθένει ἐν τῷ Ἐρωτικῷ (LXI 23), εἰ Δημοσθένους ἐστὶ τὸ βιβλίον, καὶ τὸ ἀθλεύειν παρά τε τοῖς ποιηταῖς (Aeschyl Pro 95) καὶ παρ’ Ἡροδότῳ (V 22), καὶ παρ’ ἡμῖν</w:t>
      </w:r>
    </w:p>
    <w:p>
      <w:r>
        <w:rPr>
          <w:rFonts w:ascii="Courier New" w:hAnsi="Courier New"/>
          <w:color w:val="555555"/>
          <w:sz w:val="20"/>
        </w:rPr>
        <w:t>[5]</w:t>
      </w:r>
    </w:p>
    <w:p>
      <w:r>
        <w:rPr>
          <w:rFonts w:ascii="Gentium Plus" w:hAnsi="Gentium Plus"/>
          <w:sz w:val="24"/>
        </w:rPr>
        <w:t>τὸ ἀθλεῖν. βιαζόμενος δ’ ἂν καὶ ἐπ’ ἐκείνων εἴποι τις Διονυσιακῆς ἀγωνίας ἀθληταί. καὶ καλοῦνται μουσικοὶ καὶ Διονυσιακοὶ τεχνῖ‐</w:t>
      </w:r>
    </w:p>
    <w:p>
      <w:r>
        <w:rPr>
          <w:rFonts w:ascii="Courier New" w:hAnsi="Courier New"/>
          <w:color w:val="555555"/>
          <w:sz w:val="20"/>
        </w:rPr>
        <w:t>[3 . 145]</w:t>
      </w:r>
    </w:p>
    <w:p>
      <w:r>
        <w:rPr>
          <w:rFonts w:ascii="Gentium Plus" w:hAnsi="Gentium Plus"/>
          <w:sz w:val="24"/>
        </w:rPr>
        <w:t>ται. ὀνομάσαις δ’ ἂν καὶ τούτους κἀκείνους ἀγωνιστάς. καὶ τὰ ἐπιρ‐ ρήματα μουσικῶς, ἀθλητικῶς, ἀσκητικῶς, ἀγωνιστικῶς. ἀλλὰ τοῖς μὲν κριταὶ κάθηνται, τοῖς δὲ γυμνικοῖς ἐφεστᾶσι βραβευταί, οὓς καὶ βραβέας ὁ Πλάτων (Leg XII 949 A) καλεῖ· καὶ μαστιγονόμοι δὲ</w:t>
      </w:r>
    </w:p>
    <w:p>
      <w:r>
        <w:rPr>
          <w:rFonts w:ascii="Courier New" w:hAnsi="Courier New"/>
          <w:color w:val="555555"/>
          <w:sz w:val="20"/>
        </w:rPr>
        <w:t>[5]</w:t>
      </w:r>
    </w:p>
    <w:p>
      <w:r>
        <w:rPr>
          <w:rFonts w:ascii="Gentium Plus" w:hAnsi="Gentium Plus"/>
          <w:sz w:val="24"/>
        </w:rPr>
        <w:t>καὶ ῥαβδοῦχοι. τοὺς δὲ βραβευτὰς καὶ ἐπιστάτας ὠνόμαζον, ὅθεν καὶ τὸ βραβεύειν ἐπιστατεῖν Σοφοκλῆς (TGF 945 N). καὶ τὸ μὲν πρὸ τοῦ στεφάνου συμπλέκεσθαι περὶ βραβείου ἢ ἐπὶ βραβείῳ φαίη τις ἄν, τὸ δὲ περὶ τοῦ στεφάνου ἢ ἐπὶ τῷ στεφάνῳ, περὶ</w:t>
      </w:r>
    </w:p>
    <w:p>
      <w:r>
        <w:rPr>
          <w:rFonts w:ascii="Courier New" w:hAnsi="Courier New"/>
          <w:color w:val="555555"/>
          <w:sz w:val="20"/>
        </w:rPr>
        <w:t>[10]</w:t>
      </w:r>
    </w:p>
    <w:p>
      <w:r>
        <w:rPr>
          <w:rFonts w:ascii="Gentium Plus" w:hAnsi="Gentium Plus"/>
          <w:sz w:val="24"/>
        </w:rPr>
        <w:t>τὰ μὲν οὖν τῶν μουσικῶν ὀνόματα ἐν τοῖς περὶ μουσικῆς εἰρή‐</w:t>
      </w:r>
    </w:p>
    <w:p>
      <w:r>
        <w:rPr>
          <w:rFonts w:ascii="Courier New" w:hAnsi="Courier New"/>
          <w:color w:val="555555"/>
          <w:sz w:val="20"/>
        </w:rPr>
        <w:t>[3 . 146]</w:t>
      </w:r>
    </w:p>
    <w:p>
      <w:r>
        <w:rPr>
          <w:rFonts w:ascii="Gentium Plus" w:hAnsi="Gentium Plus"/>
          <w:sz w:val="24"/>
        </w:rPr>
        <w:t>σεται, τὰ δὲ τῶν γυμνικῶν δολιχός, δολιχοδρόμος, καὶ ὁ τὸν δολιχὸν τρέχων, καὶ ὁ τὸν μακρὸν δρόμον ἀγωνιζόμενος· Αἰσχίνης δ’ ὁ ῥήτωρ (III 91) εἴρηκε τὸν δολιχοδρομήσαντα. στάδιον καὶ σταδιοδρόμος καὶ σταδιεύς· Ἀριστοφάνης (I frg 858 Ko) δὲ καὶ</w:t>
      </w:r>
    </w:p>
    <w:p>
      <w:r>
        <w:rPr>
          <w:rFonts w:ascii="Courier New" w:hAnsi="Courier New"/>
          <w:color w:val="555555"/>
          <w:sz w:val="20"/>
        </w:rPr>
        <w:t>[5]</w:t>
      </w:r>
    </w:p>
    <w:p>
      <w:r>
        <w:rPr>
          <w:rFonts w:ascii="Gentium Plus" w:hAnsi="Gentium Plus"/>
          <w:sz w:val="24"/>
        </w:rPr>
        <w:t>σταδιοδρόμης εἴρηκεν. τὸ δὲ προεκπηδᾶν προανίστασθαι Στράττις εἶπεν (I frg 62 Ko) τί δ’ ὥσπερ οἱ σταδιοδρόμοι προανίστασαι;</w:t>
      </w:r>
    </w:p>
    <w:p>
      <w:r>
        <w:rPr>
          <w:rFonts w:ascii="Courier New" w:hAnsi="Courier New"/>
          <w:color w:val="555555"/>
          <w:sz w:val="20"/>
        </w:rPr>
        <w:t>[3 . 147]</w:t>
      </w:r>
    </w:p>
    <w:p>
      <w:r>
        <w:rPr>
          <w:rFonts w:ascii="Gentium Plus" w:hAnsi="Gentium Plus"/>
          <w:sz w:val="24"/>
        </w:rPr>
        <w:t>δίαυλος, καὶ ὁ τοῦ διαύλου ἀγωνιστής, καὶ ἀγωνιζόμενος τὸ διπλοῦν, στάδιον καὶ ἵππιον δρόμον, καὶ δρόμον τὸν ἐν καμπῇ. καὶ ὅθεν μὲν ἀφίενται, ἄφεσις καὶ ὕσπληγξ καὶ γραμμὴ καὶ βαλβίς, περὶ δ’ ὃ κάμπτουσι, νύσσα καὶ καμπτήρ· ἵνα δὲ παύονται, τέλος καὶ τέρμα</w:t>
      </w:r>
    </w:p>
    <w:p>
      <w:r>
        <w:rPr>
          <w:rFonts w:ascii="Courier New" w:hAnsi="Courier New"/>
          <w:color w:val="555555"/>
          <w:sz w:val="20"/>
        </w:rPr>
        <w:t>[3 . 148]</w:t>
      </w:r>
    </w:p>
    <w:p>
      <w:r>
        <w:rPr>
          <w:rFonts w:ascii="Gentium Plus" w:hAnsi="Gentium Plus"/>
          <w:sz w:val="24"/>
        </w:rPr>
        <w:t>καὶ βατήρ, ἐνίοις δὲ καὶ βαλβίς. ὀνόματα δὲ δρομικός, σύνδρομος, ἰσόδρομος, θάττων, κουφότερος, ὀξύτερος, ἐλαφρότερος, σπουδαιότερος, δρομικώτερος, ἐπίδρομος, πρόδρομος. καὶ δρόμοι ξυστοὶ ἐν οἷς αἱ ἀσκήσεις, καὶ Φιλιππίδης ὁ ἡμεροδρόμος, καὶ ὑποδραμεῖν τὸ κολα‐</w:t>
      </w:r>
    </w:p>
    <w:p>
      <w:r>
        <w:rPr>
          <w:rFonts w:ascii="Courier New" w:hAnsi="Courier New"/>
          <w:color w:val="555555"/>
          <w:sz w:val="20"/>
        </w:rPr>
        <w:t>[5]</w:t>
      </w:r>
    </w:p>
    <w:p>
      <w:r>
        <w:rPr>
          <w:rFonts w:ascii="Gentium Plus" w:hAnsi="Gentium Plus"/>
          <w:sz w:val="24"/>
        </w:rPr>
        <w:t>κεῦσαι. καὶ ἱππόδρομος καὶ ἱπποδρομία, καὶ ἔκδρομος ἵππος, παρὰ δ’ Αἰσχίνῃ τῷ ῥήτορι (II 130) δρομοκήρυκες. τὸ μέντοι προδραμεῖν ἐάσαντα ἐπιδιῶξαι, ὅπερ ἐν ταῖς σφαιρομαχίαις γίνεται, προδόσθαι</w:t>
      </w:r>
    </w:p>
    <w:p>
      <w:r>
        <w:rPr>
          <w:rFonts w:ascii="Courier New" w:hAnsi="Courier New"/>
          <w:color w:val="555555"/>
          <w:sz w:val="20"/>
        </w:rPr>
        <w:t>[3 . 149]</w:t>
      </w:r>
    </w:p>
    <w:p>
      <w:r>
        <w:rPr>
          <w:rFonts w:ascii="Gentium Plus" w:hAnsi="Gentium Plus"/>
          <w:sz w:val="24"/>
        </w:rPr>
        <w:t>πάλη καὶ παλαιστὴς καὶ παλαιστικός, παλαίσματα παλαιστικῶς, ἰσόπαλος, ἀντίπαλος. συγκεκληρωμένος, συλλαχών, ἔφεδρος. πα‐ λαίειν, διαπαλαίειν, καταπαλαίειν, προσπαλαίειν. καὶ οἱ μὲν δρομεῖς ἐλαφροί, κοῦφοι, ποδώκεις, ταχεῖς, σπουδαῖοι τοὺς πόδας, καὶ κούφως,</w:t>
      </w:r>
    </w:p>
    <w:p>
      <w:r>
        <w:rPr>
          <w:rFonts w:ascii="Courier New" w:hAnsi="Courier New"/>
          <w:color w:val="555555"/>
          <w:sz w:val="20"/>
        </w:rPr>
        <w:t>[5]</w:t>
      </w:r>
    </w:p>
    <w:p>
      <w:r>
        <w:rPr>
          <w:rFonts w:ascii="Gentium Plus" w:hAnsi="Gentium Plus"/>
          <w:sz w:val="24"/>
        </w:rPr>
        <w:t>ἐλαφρῶς, ὠκέως, ταχέως, σπουδαίως· οἱ δὲ παλαισταὶ βαρεῖς, στάσιμοι, μόνιμοι, ὠμίαι, ἀντερειδόμενοι, συμπλεκόμενοι, καὶ βαρέως, στα‐ σίμως, μονίμως.</w:t>
      </w:r>
    </w:p>
    <w:p>
      <w:r>
        <w:rPr>
          <w:rFonts w:ascii="Courier New" w:hAnsi="Courier New"/>
          <w:color w:val="555555"/>
          <w:sz w:val="20"/>
        </w:rPr>
        <w:t>[3 . 150]</w:t>
      </w:r>
    </w:p>
    <w:p>
      <w:r>
        <w:rPr>
          <w:rFonts w:ascii="Gentium Plus" w:hAnsi="Gentium Plus"/>
          <w:sz w:val="24"/>
        </w:rPr>
        <w:t>πυγμὴ καὶ πύκτης καὶ πυκτικὸς καὶ πληκτικός, καὶ πὺξ παίειν. εἴποις δ’ ἂν ἐπὶ τοῦ πύκτου χεῖρες ὡπλισμέναι, χεῖρες ὁπλίτιδες· καὶ τὰ ὅπλα σφαῖραι, ἀφ’ ὧν καὶ τὸ σφαιρομαχεῖν, καὶ σφαιρομαχία παρ’ Ἀριστομένει ἐν Διονύσῳ ἀσκητῇ (I frg 13 Ko) καὶ μύρμηκες δὲ</w:t>
      </w:r>
    </w:p>
    <w:p>
      <w:r>
        <w:rPr>
          <w:rFonts w:ascii="Courier New" w:hAnsi="Courier New"/>
          <w:color w:val="555555"/>
          <w:sz w:val="20"/>
        </w:rPr>
        <w:t>[5]</w:t>
      </w:r>
    </w:p>
    <w:p>
      <w:r>
        <w:rPr>
          <w:rFonts w:ascii="Gentium Plus" w:hAnsi="Gentium Plus"/>
          <w:sz w:val="24"/>
        </w:rPr>
        <w:t>τὰ ὅπλα, καὶ ἱμάντες. παγκράτιον, παγκρατιαστής, παγκρατι‐ αστικός, καὶ παγκρατιαστικῶς ἐπίρρημα. σκιαμαχεῖν, ἀκρο‐ χειρίζεσθαι, ἀκροχειρισμός, ἄγχειν, ἀποπνίγειν, πὺξ παίειν, λὰξ ἐνάλ‐ λεσθαι, λακτίζειν. ἐπὶ δὲ τούτων εἴποις ἂν ὡς εἰσὶ πάμμαχοι, καθάπερ Πλάτων τοὺς περὶ τὸν Εὐθύδημον (271 C)· ‘τούτω γάρ</w:t>
      </w:r>
    </w:p>
    <w:p>
      <w:r>
        <w:rPr>
          <w:rFonts w:ascii="Courier New" w:hAnsi="Courier New"/>
          <w:color w:val="555555"/>
          <w:sz w:val="20"/>
        </w:rPr>
        <w:t>[10]</w:t>
      </w:r>
    </w:p>
    <w:p>
      <w:r>
        <w:rPr>
          <w:rFonts w:ascii="Gentium Plus" w:hAnsi="Gentium Plus"/>
          <w:sz w:val="24"/>
        </w:rPr>
        <w:t>ἐστον κομιδῇ παμμάχω κατὰ τοὺς Ἀκαρνᾶνας τοὺς παγκρατιαστάς.‘</w:t>
      </w:r>
    </w:p>
    <w:p>
      <w:r>
        <w:rPr>
          <w:rFonts w:ascii="Courier New" w:hAnsi="Courier New"/>
          <w:color w:val="555555"/>
          <w:sz w:val="20"/>
        </w:rPr>
        <w:t>[3 . 151]</w:t>
      </w:r>
    </w:p>
    <w:p>
      <w:r>
        <w:rPr>
          <w:rFonts w:ascii="Gentium Plus" w:hAnsi="Gentium Plus"/>
          <w:sz w:val="24"/>
        </w:rPr>
        <w:t>πένταθλος ὁ τὰ πέντε ἀγωνιζόμενος. ἴδια δ’ αὐτῷ πηδᾶν, ἅλλεσθαι, πηδητικός, ἁλτικός. πηδητικῶς, ἁλτικῶς. καὶ ὅθεν ἅλ‐ λεται, βατήρ, ἀφ’ οὗ καὶ τὸ ‘τὸν βατῆρα κέκρουκεν·‘ τὸ δὲ μέτρον τοῦ πηδήματος κανών, ὁ δ’ ὅρος τὰ ἐσκαμμένα, ὅθεν ἐπὶ τῶν τὸν</w:t>
      </w:r>
    </w:p>
    <w:p>
      <w:r>
        <w:rPr>
          <w:rFonts w:ascii="Courier New" w:hAnsi="Courier New"/>
          <w:color w:val="555555"/>
          <w:sz w:val="20"/>
        </w:rPr>
        <w:t>[5]</w:t>
      </w:r>
    </w:p>
    <w:p>
      <w:r>
        <w:rPr>
          <w:rFonts w:ascii="Gentium Plus" w:hAnsi="Gentium Plus"/>
          <w:sz w:val="24"/>
        </w:rPr>
        <w:t>ὅρον ὑπερπηδώντων οἱ παροιμιαζόμενοι λέγουσι ‘πηδᾶν ὑπὲρ τὰ ἐσκαμμένα.‘ ἀκοντιστικός, ἀκοντιστικῶς· καὶ τὸ ἀκόντιον τῶν πεντά‐ θλων καλεῖται ἀποτομάς. τὸ δὲ δίσκον ἀφεῖναι, δίσκον ἐκπέμψαι, δίσκον ῥῖψαι, δίσκῳ ὑποφέρεσθαι. ἐπὶ δὲ πεντάθλου τὸ νικῆσαι ἀποτριάξαι λέγουσιν. ὁπλίτης δρόμος, καὶ ὁ τὸν ὁπλίτην δίαυλον</w:t>
      </w:r>
    </w:p>
    <w:p>
      <w:r>
        <w:rPr>
          <w:rFonts w:ascii="Courier New" w:hAnsi="Courier New"/>
          <w:color w:val="555555"/>
          <w:sz w:val="20"/>
        </w:rPr>
        <w:t>[10]</w:t>
      </w:r>
    </w:p>
    <w:p>
      <w:r>
        <w:rPr>
          <w:rFonts w:ascii="Gentium Plus" w:hAnsi="Gentium Plus"/>
          <w:sz w:val="24"/>
        </w:rPr>
        <w:t>θέων, καὶ ὁπλιτοδρόμος.</w:t>
      </w:r>
    </w:p>
    <w:p>
      <w:r>
        <w:rPr>
          <w:rFonts w:ascii="Courier New" w:hAnsi="Courier New"/>
          <w:color w:val="555555"/>
          <w:sz w:val="20"/>
        </w:rPr>
        <w:t>[3 . 152]</w:t>
      </w:r>
    </w:p>
    <w:p>
      <w:r>
        <w:rPr>
          <w:rFonts w:ascii="Gentium Plus" w:hAnsi="Gentium Plus"/>
          <w:sz w:val="24"/>
        </w:rPr>
        <w:t>ὁ δὲ νικήσας τὰ ἆθλα ἀνείλετο, τὸν στέφανον ἀνείλετο, τὴν ῥάβδον τοῦ φοίνικος ἔλαβεν ἢ τὸν φοίνικα ἔλαβεν, ἐστεφανώθη, ἀνερρήθη, ἐκηρύχθη, ἀνηγορεύθη, ἀνεδέθη τῷ στεφάνῳ, ἀνεκη‐ ρύχθη, ἀνεῖπεν αὐτὸν ὁ κῆρυξ. καὶ τὸ πρᾶγμα ἀνάδεσις στεφάνου,</w:t>
      </w:r>
    </w:p>
    <w:p>
      <w:r>
        <w:rPr>
          <w:rFonts w:ascii="Courier New" w:hAnsi="Courier New"/>
          <w:color w:val="555555"/>
          <w:sz w:val="20"/>
        </w:rPr>
        <w:t>[5]</w:t>
      </w:r>
    </w:p>
    <w:p>
      <w:r>
        <w:rPr>
          <w:rFonts w:ascii="Gentium Plus" w:hAnsi="Gentium Plus"/>
          <w:sz w:val="24"/>
        </w:rPr>
        <w:t>καὶ στεφανηφορία, καὶ ἀνάρρησις καὶ ἀναγόρευσις καὶ ἀνακήρυξις. τὰ δὲ τῶν ἐνεργούντων ῥήματα ἀνειπεῖν, ἀνακηρῦξαι, ἀναγορεῦσαι, ἀναδῆσαι, στεφανῶσαι, ταινιῶσαι· Ξενοφῶν (?) γὰρ εἴρηκεν ‘ἐταινίουν τε καὶ προσῄεσαν ὥσπερ ἀθλητῇ.‘</w:t>
      </w:r>
    </w:p>
    <w:p>
      <w:r>
        <w:rPr>
          <w:rFonts w:ascii="Courier New" w:hAnsi="Courier New"/>
          <w:color w:val="555555"/>
          <w:sz w:val="20"/>
        </w:rPr>
        <w:t>[3 . 153]</w:t>
      </w:r>
    </w:p>
    <w:p>
      <w:r>
        <w:rPr>
          <w:rFonts w:ascii="Gentium Plus" w:hAnsi="Gentium Plus"/>
          <w:sz w:val="24"/>
        </w:rPr>
        <w:t>κοινὰ δ’ ἐπὶ πάντων ἀναγκοφαγῆσαι, ἀσκῆσαι ἀσκηθῆναι, ἀθλῆ‐ σαι, γυμνάσασθαι, πονῆσαι, ἀγωνίσασθαι. καὶ ὄνομα καλὸν ἡ ἄσκησις. καὶ γυμναστικὴ ἡ τέχνη, καὶ γυμνασία τὸ πρᾶγμα, καὶ γυμναστικῶς τὸ ἐπίρρημα παρ’ Ἀριστοφάνει (Vesp 1212). καὶ ἀποδῦναι καὶ</w:t>
      </w:r>
    </w:p>
    <w:p>
      <w:r>
        <w:rPr>
          <w:rFonts w:ascii="Courier New" w:hAnsi="Courier New"/>
          <w:color w:val="555555"/>
          <w:sz w:val="20"/>
        </w:rPr>
        <w:t>[5]</w:t>
      </w:r>
    </w:p>
    <w:p>
      <w:r>
        <w:rPr>
          <w:rFonts w:ascii="Gentium Plus" w:hAnsi="Gentium Plus"/>
          <w:sz w:val="24"/>
        </w:rPr>
        <w:t>γυμνάσασθαι παρὰ Θουκυδίδῃ (I 6. 5) καὶ γύμνωσις. καὶ γυμνάσιον τὸ χωρίον. ἐλαίῳ χρίσασθαι, λίπα ἀλείψασθαι, κονίσασθαι. τοὺς μὲν οὖν καλουμένους ἱεροὺς ἀγῶνας, ὧν τὰ ἆθλα ἐν στε‐ φάνῳ μόνῳ, στεφανίτας ἐκάλεσαν καὶ φυλλίνας, τοὺς δ’ ὀνο‐ μαζομένους θεματικοὺς ἀργυρίτας.</w:t>
      </w:r>
    </w:p>
    <w:p>
      <w:r>
        <w:rPr>
          <w:rFonts w:ascii="Courier New" w:hAnsi="Courier New"/>
          <w:color w:val="555555"/>
          <w:sz w:val="20"/>
        </w:rPr>
        <w:t>[10]</w:t>
      </w:r>
    </w:p>
    <w:p>
      <w:r>
        <w:rPr>
          <w:rFonts w:ascii="Gentium Plus" w:hAnsi="Gentium Plus"/>
          <w:sz w:val="24"/>
        </w:rPr>
        <w:t>ἐκ δὲ τῶν ἀγωνιστικῶν ὀνομάτων καὶ ὁ μαστιγονόμος καὶ ὁ ῥαβδοῦχος, καὶ ὁ ῥάβδῳ κοσμῶν, φησὶν ὁ Πλάτων (Leg III 700 C)·</w:t>
      </w:r>
    </w:p>
    <w:p>
      <w:r>
        <w:rPr>
          <w:rFonts w:ascii="Courier New" w:hAnsi="Courier New"/>
          <w:color w:val="555555"/>
          <w:sz w:val="20"/>
        </w:rPr>
        <w:t>[3 . 154]</w:t>
      </w:r>
    </w:p>
    <w:p>
      <w:r>
        <w:rPr>
          <w:rFonts w:ascii="Gentium Plus" w:hAnsi="Gentium Plus"/>
          <w:sz w:val="24"/>
        </w:rPr>
        <w:t>Ξενοφῶν δὲ καὶ μαστιγοφόρον που (Cyrop VIII 3. 9, R Lac II 2) λέγει. τὰ δὲ χωρία τῆς ἀσκήσεως ἀποδυτήριον, γυμνάσιον, παλαίστρα, κο‐ νίστρα. καὶ ὁ ἐφεστηκὼς παιδοτρίβης τε καὶ γυμναστής, ἀφ’ οὗ καὶ συγγυμναστὴς παρὰ Πλάτωνι (Soph 218 B) καὶ παρὰ Ξενοφῶντι</w:t>
      </w:r>
    </w:p>
    <w:p>
      <w:r>
        <w:rPr>
          <w:rFonts w:ascii="Courier New" w:hAnsi="Courier New"/>
          <w:color w:val="555555"/>
          <w:sz w:val="20"/>
        </w:rPr>
        <w:t>[5]</w:t>
      </w:r>
    </w:p>
    <w:p>
      <w:r>
        <w:rPr>
          <w:rFonts w:ascii="Gentium Plus" w:hAnsi="Gentium Plus"/>
          <w:sz w:val="24"/>
        </w:rPr>
        <w:t>(R Laced IX 4) προγυμναστής· ὁ δ’ ἀλείπτης ἀδόκιμον. παιδοτριβικὴν δὲ τέχνην Ἰσοκράτης (XV 181) εἴρηκεν, καὶ παιδοτρίβην Ἀριστο‐ φάνης (Eq 1238, Nub 973, τῆς δὲ παιδοτριβίας Ἄρχιππος ὁ κω‐</w:t>
      </w:r>
    </w:p>
    <w:p>
      <w:r>
        <w:rPr>
          <w:rFonts w:ascii="Courier New" w:hAnsi="Courier New"/>
          <w:color w:val="555555"/>
          <w:sz w:val="20"/>
        </w:rPr>
        <w:t>[10]</w:t>
      </w:r>
    </w:p>
    <w:p>
      <w:r>
        <w:rPr>
          <w:rFonts w:ascii="Gentium Plus" w:hAnsi="Gentium Plus"/>
          <w:sz w:val="24"/>
        </w:rPr>
        <w:t>Πλάτων (I frg 234 Ko) δὲ καὶ ἄσκην εἴρηκε, φαῦλον ὄνομα. καὶ λήκυθον δ’ ἂν εἴποις καὶ στλεγγίδα· ἐκαλεῖτο δὲ καὶ στλεγγὶς καὶ ξύστρα καὶ σπαθίς. καὶ τὸν παῖδα ἐρεῖς ληκυθοφόρον· πο‐</w:t>
      </w:r>
    </w:p>
    <w:p>
      <w:r>
        <w:rPr>
          <w:rFonts w:ascii="Courier New" w:hAnsi="Courier New"/>
          <w:color w:val="555555"/>
          <w:sz w:val="20"/>
        </w:rPr>
        <w:t>[3 . 155]</w:t>
      </w:r>
    </w:p>
    <w:p>
      <w:r>
        <w:rPr>
          <w:rFonts w:ascii="Gentium Plus" w:hAnsi="Gentium Plus"/>
          <w:sz w:val="24"/>
        </w:rPr>
        <w:t>νηρὸν γὰρ ὁ στλεγγιδολήκυθος. τὸν δὲ θύλακα τῶν ἀσκητῶν ἢ σάκκον καλοῦσιν ἢ σάκταν. ἀθληταῖς δ’ ἂν προσήκοιεν καὶ αἱ ἐνδρομίδες· οὕτω δ’ ἐκαλοῦντο τὰ τῶν δρομέων ὑποδήματα. Κράτης δ’ ἔφη ἐν Ἥρωσιν (I frg 11 Ko)</w:t>
      </w:r>
    </w:p>
    <w:p>
      <w:r>
        <w:rPr>
          <w:rFonts w:ascii="Courier New" w:hAnsi="Courier New"/>
          <w:color w:val="555555"/>
          <w:sz w:val="20"/>
        </w:rPr>
        <w:t>[5]</w:t>
      </w:r>
    </w:p>
    <w:p>
      <w:r>
        <w:rPr>
          <w:rFonts w:ascii="Gentium Plus" w:hAnsi="Gentium Plus"/>
          <w:sz w:val="24"/>
        </w:rPr>
        <w:t>ἁλτῆρσι θυλάκοισι χρῆσαι τὸ μέγεθος. ἄγχειν, στρέφειν, ἀπάγειν, λυγίζειν, ἀγκυρίζειν, ῥάσσειν, ἀνατρέπειν, ὑποσκελίζειν. καὶ πλαγιάζειν δὲ καὶ κλιμακίζειν παλαισμάτων ὀνό‐ ματα· μοχθηρὸν γὰρ τὸ μεσοπέρδην ἐν τῇ κωμῳδίᾳ (III p 587 frg 1078 Ko) σχῆμα παλαίσματος. ἤδη δέ τινες τοὺς γυμνικοὺς ἀγῶνας</w:t>
      </w:r>
    </w:p>
    <w:p>
      <w:r>
        <w:rPr>
          <w:rFonts w:ascii="Courier New" w:hAnsi="Courier New"/>
          <w:color w:val="555555"/>
          <w:sz w:val="20"/>
        </w:rPr>
        <w:t>[10]</w:t>
      </w:r>
    </w:p>
    <w:p>
      <w:r>
        <w:rPr>
          <w:rFonts w:ascii="Gentium Plus" w:hAnsi="Gentium Plus"/>
          <w:sz w:val="24"/>
        </w:rPr>
        <w:t>σεμνότερον Ἡρακλείους ἀγῶνας ἐκάλεσαν. ‘λῦτο δ’ ἀγών,‘ καὶ ἔστω</w:t>
      </w:r>
    </w:p>
    <w:p>
      <w:r>
        <w:rPr>
          <w:rFonts w:ascii="Courier New" w:hAnsi="Courier New"/>
          <w:color w:val="555555"/>
          <w:sz w:val="20"/>
        </w:rPr>
        <w:t>[4 . 1]</w:t>
      </w:r>
    </w:p>
    <w:p>
      <w:r>
        <w:rPr>
          <w:rFonts w:ascii="Gentium Plus" w:hAnsi="Gentium Plus"/>
          <w:sz w:val="24"/>
        </w:rPr>
        <w:t>Ἰούλιος Πολυδεύκης Κομμόδῳ Καίσαρι χαίρειν. οἶμαι καὶ σέ, εἰ καὶ νέος εἶ, πολλὰ προσεξευρήσειν οἷς ἔγραψα· οὐ γὰρ ἐργώδης ἡ μίμησις κατὰ τὴν τῆς εὑρέσεως ὑφήγησιν. ἂν δέ τί σε ὄνομα ὡς</w:t>
      </w:r>
    </w:p>
    <w:p>
      <w:r>
        <w:rPr>
          <w:rFonts w:ascii="Courier New" w:hAnsi="Courier New"/>
          <w:color w:val="555555"/>
          <w:sz w:val="20"/>
        </w:rPr>
        <w:t>[4 . 2]</w:t>
      </w:r>
    </w:p>
    <w:p>
      <w:r>
        <w:rPr>
          <w:rFonts w:ascii="Gentium Plus" w:hAnsi="Gentium Plus"/>
          <w:sz w:val="24"/>
        </w:rPr>
        <w:t>παρειμένον ἐπέλθῃ, μὴ πάνυ θαυμάσῃς. ἴσως μὲν γὰρ αὐτὸ κἂν εἰδὼς εἴην παρεικώς, ἀλλ’ ὡς οὐκ ἐπαινῶν· εἰ δὲ καὶ διέλαθέ με, εὖ ἴσθ’ ὅτι πολλὰ καὶ ὧν πάνυ ἴσμεν, ἔστιν ὅτ’ ἐπὶ τὴν μνήμην οὐκ ἀπαντᾷ, ὅπου καὶ τὰ τῶν οἰκετῶν ὀνόματα, ἃ οὐκ ἂν φαῖμεν ὡς</w:t>
      </w:r>
    </w:p>
    <w:p>
      <w:r>
        <w:rPr>
          <w:rFonts w:ascii="Courier New" w:hAnsi="Courier New"/>
          <w:color w:val="555555"/>
          <w:sz w:val="20"/>
        </w:rPr>
        <w:t>[5]</w:t>
      </w:r>
    </w:p>
    <w:p>
      <w:r>
        <w:rPr>
          <w:rFonts w:ascii="Gentium Plus" w:hAnsi="Gentium Plus"/>
          <w:sz w:val="24"/>
        </w:rPr>
        <w:t>οὐκ ἴσμεν, ἐκπίπτει πολλάκις χρῃζόντων καλεῖν. καὶ τί δεῖ τοῦτο θαῦμα οἴεσθαι, ὅπου γε καὶ τῶν σκευῶν τις ‘ἔστιν ἃ ἔχων ἐν χεροῖν ὡς οὐκ ἔχων ζητεῖ.‘ ὅρα δὴ εἴ τις ἄλλος τῶν νῦν Ἑλλήνων εὗρε τοσαῦτα καὶ ἐν τοσούτοις. ἔρρωσο κύριε.</w:t>
      </w:r>
    </w:p>
    <w:p>
      <w:r>
        <w:rPr>
          <w:rFonts w:ascii="Courier New" w:hAnsi="Courier New"/>
          <w:color w:val="555555"/>
          <w:sz w:val="20"/>
        </w:rPr>
        <w:t>[4 . 7]</w:t>
      </w:r>
    </w:p>
    <w:p>
      <w:r>
        <w:rPr>
          <w:rFonts w:ascii="Gentium Plus" w:hAnsi="Gentium Plus"/>
          <w:sz w:val="24"/>
        </w:rPr>
        <w:t>Περὶ τοίνυν ἐπιστημῶν καὶ τῶν ἀπ’ αὐτῶν τεχνῶν ἐν τούτῳ ῥητέον. ἐπιστήμη, ἐπιστημοσύνη, γνῶσις, ἀλήθεια, κατανόησις, διά‐ σκεψις, θεωρία, ἐμπειρία, τέχνη, εὐτεχνία, ὀρθοδοξία. καὶ τὰ ὀνό‐ ματα ἐπιστήμων, ἐπιστημονικός, γνωστικός, γνωμονικός, θεωρη‐</w:t>
      </w:r>
    </w:p>
    <w:p>
      <w:r>
        <w:rPr>
          <w:rFonts w:ascii="Courier New" w:hAnsi="Courier New"/>
          <w:color w:val="555555"/>
          <w:sz w:val="20"/>
        </w:rPr>
        <w:t>[5]</w:t>
      </w:r>
    </w:p>
    <w:p>
      <w:r>
        <w:rPr>
          <w:rFonts w:ascii="Gentium Plus" w:hAnsi="Gentium Plus"/>
          <w:sz w:val="24"/>
        </w:rPr>
        <w:t>τικός, διαγνωστικός, ἔμπειρος, τεχνίτης, τεχνικός· ὁ γὰρ δοξαστικὸς κοινὸν καὶ ἐπὶ τοῦ τὰ ψευδῆ δοξάζοντος, ὁ δ’ ἀληθὴς καὶ ὁ φι‐ λαλήθης καὶ ἄλλο τι δηλοῖ, ὁ δὲ κατανοητικὸς εὐτελές. τὰ δ’</w:t>
      </w:r>
    </w:p>
    <w:p>
      <w:r>
        <w:rPr>
          <w:rFonts w:ascii="Courier New" w:hAnsi="Courier New"/>
          <w:color w:val="555555"/>
          <w:sz w:val="20"/>
        </w:rPr>
        <w:t>[4 . 8]</w:t>
      </w:r>
    </w:p>
    <w:p>
      <w:r>
        <w:rPr>
          <w:rFonts w:ascii="Gentium Plus" w:hAnsi="Gentium Plus"/>
          <w:sz w:val="24"/>
        </w:rPr>
        <w:t>ἐπιρρήματα ἐπιστημονικῶς, καὶ παρ’ Ὁμήρῳ (Κ 265 saep) ἐπιστα‐ μένως, γνωστικῶς, γνωμονικῶς, θεωρητικῶς, ἐμπείρως, τεχνικῶς· τὸ γὰρ δοξαστικῶς ἀμφίβολον. ῥήματα δ’ ἐπίστασθαι, ἐπιστῆναι ὡς</w:t>
      </w:r>
    </w:p>
    <w:p>
      <w:r>
        <w:rPr>
          <w:rFonts w:ascii="Courier New" w:hAnsi="Courier New"/>
          <w:color w:val="555555"/>
          <w:sz w:val="20"/>
        </w:rPr>
        <w:t>[5]</w:t>
      </w:r>
    </w:p>
    <w:p>
      <w:r>
        <w:rPr>
          <w:rFonts w:ascii="Gentium Plus" w:hAnsi="Gentium Plus"/>
          <w:sz w:val="24"/>
        </w:rPr>
        <w:t>θεωρῆσαι, περιαθρῆσαι, κατανοῆσαι, διασκέψασθαι· ἀπὸ γὰρ τῶν λοιπῶν οὐκ ἔστι ῥῆμα πλὴν τοῦ δοξάσαι, ᾧ ἴσως προσθετέον τὸ ὀρθῶς δοξάσαι ἢ ὀρθῇ δόξῃ χρήσασθαι ἢ ὑγιεῖ ἢ ἀληθεῖ ἢ</w:t>
      </w:r>
    </w:p>
    <w:p>
      <w:r>
        <w:rPr>
          <w:rFonts w:ascii="Courier New" w:hAnsi="Courier New"/>
          <w:color w:val="555555"/>
          <w:sz w:val="20"/>
        </w:rPr>
        <w:t>[4 . 9]</w:t>
      </w:r>
    </w:p>
    <w:p>
      <w:r>
        <w:rPr>
          <w:rFonts w:ascii="Gentium Plus" w:hAnsi="Gentium Plus"/>
          <w:sz w:val="24"/>
        </w:rPr>
        <w:t>ἀπλανεῖ ἢ ἀσφαλεῖ. τὸ δὲ τεχνάσαι ἑτέρας χρείας. τούτοις δὲ τἀναντία ἀνεπιστημοσύνη, ἄγνοια, ἀγνωσία· Ἀντιφῶν (frg 142 Bl) δ’ ἐπὶ τούτου καὶ ἀγνωμοσύνην λέγει. ψεῦδος, ἄνοια· τὸ γὰρ ἀνοησία καὶ ἀθεαμοσύνη σκληρά, ἀπειρία δὲ καὶ ἀτεχνία καὶ</w:t>
      </w:r>
    </w:p>
    <w:p>
      <w:r>
        <w:rPr>
          <w:rFonts w:ascii="Courier New" w:hAnsi="Courier New"/>
          <w:color w:val="555555"/>
          <w:sz w:val="20"/>
        </w:rPr>
        <w:t>[5]</w:t>
      </w:r>
    </w:p>
    <w:p>
      <w:r>
        <w:rPr>
          <w:rFonts w:ascii="Gentium Plus" w:hAnsi="Gentium Plus"/>
          <w:sz w:val="24"/>
        </w:rPr>
        <w:t>ψευδοδοξία καὶ δοκησισοφία Πλάτωνος καὶ εἰκὸς (Phaed 92 B saep) καὶ εἰκασία (Rpbl 6VI 511 E saep) καὶ εἰκών (Phaed 87 B saep). καὶ τὰ ὀνόματα ἀνεπιστήμων, ἀγνώμων, ἄνους, ἀνόητος, ἀνοηταίνων, ἀθεάμων, ἀθέατος, ἄπειρος, ἄτεχνος, δοκησίσοφος, ὡς Ἀντιφῶν (frg 162 Bl) ἔφη, εἰκαστής, εἰκαστικός· καὶ μέντοι</w:t>
      </w:r>
    </w:p>
    <w:p>
      <w:r>
        <w:rPr>
          <w:rFonts w:ascii="Courier New" w:hAnsi="Courier New"/>
          <w:color w:val="555555"/>
          <w:sz w:val="20"/>
        </w:rPr>
        <w:t>[10]</w:t>
      </w:r>
    </w:p>
    <w:p>
      <w:r>
        <w:rPr>
          <w:rFonts w:ascii="Gentium Plus" w:hAnsi="Gentium Plus"/>
          <w:sz w:val="24"/>
        </w:rPr>
        <w:t>καὶ δοκησίνους, ὃν καὶ δοκησιδέξιον Καλλίας εἴρηκεν ὁ κωμικός</w:t>
      </w:r>
    </w:p>
    <w:p>
      <w:r>
        <w:rPr>
          <w:rFonts w:ascii="Courier New" w:hAnsi="Courier New"/>
          <w:color w:val="555555"/>
          <w:sz w:val="20"/>
        </w:rPr>
        <w:t>[4 . 10]</w:t>
      </w:r>
    </w:p>
    <w:p>
      <w:r>
        <w:rPr>
          <w:rFonts w:ascii="Gentium Plus" w:hAnsi="Gentium Plus"/>
          <w:sz w:val="24"/>
        </w:rPr>
        <w:t>(I frg 27 Ko). καὶ τὰ ἐπιρρήματα ἀνεπιστημόνως, ἀγνωμόνως, ψευδῶς, ἀνοήτως, ἀθεάτως—τὸ γὰρ ἀθεαμόνως βιαιότερον— ἀπείρως, ἀτέχνως, εἰκαστικῶς, ὁμοιωτικῶς. καὶ δόξῃ ψευδεῖ χρῆσθαι, σφαλερᾷ, πεπλανημένῃ. ῥήματα δ’ οὐκ ἔστιν ὅτι μὴ τὸ</w:t>
      </w:r>
    </w:p>
    <w:p>
      <w:r>
        <w:rPr>
          <w:rFonts w:ascii="Courier New" w:hAnsi="Courier New"/>
          <w:color w:val="555555"/>
          <w:sz w:val="20"/>
        </w:rPr>
        <w:t>[5]</w:t>
      </w:r>
    </w:p>
    <w:p>
      <w:r>
        <w:rPr>
          <w:rFonts w:ascii="Gentium Plus" w:hAnsi="Gentium Plus"/>
          <w:sz w:val="24"/>
        </w:rPr>
        <w:t>εἰκάζειν. ἐκ δ’ ἐπιστήμης ἀρετή, ἀνδραγαθία, καλοκαγαθία, δεξιότης, σοφία, φιλοσοφία, φιλολογία, φρόνησις, σύνεσις, νοῦς, λογισμός, σωφροσύνη, καρτερία, ἐγκράτεια, ἀνδρεία, εὐθυμία, εὐρωστία, δι‐ καιοσύνη, δικαιοπραγία, εὐσέβεια, ὁσιότης, εὐγνωμοσύνη, ἐπιείκεια,</w:t>
      </w:r>
    </w:p>
    <w:p>
      <w:r>
        <w:rPr>
          <w:rFonts w:ascii="Courier New" w:hAnsi="Courier New"/>
          <w:color w:val="555555"/>
          <w:sz w:val="20"/>
        </w:rPr>
        <w:t>[4 . 11]</w:t>
      </w:r>
    </w:p>
    <w:p>
      <w:r>
        <w:rPr>
          <w:rFonts w:ascii="Gentium Plus" w:hAnsi="Gentium Plus"/>
          <w:sz w:val="24"/>
        </w:rPr>
        <w:t>μεγαλοψυχία, μεγαλογνωμοσύνη, φιλανθρωπία, μεγαλοπρέπεια. καὶ τὰ ὀνόματα καλοκάγαθος, σοφός, φιλόσοφος, φιλόλογος, φρό‐ νιμος, συνετός, εὔνους—ὁ γὰρ νοήμων ποιητικόν—δεξιός, εὐμαθής, πολυμαθής, λελογισμένος, σώφρων, καρτερός, καρτερικός,</w:t>
      </w:r>
    </w:p>
    <w:p>
      <w:r>
        <w:rPr>
          <w:rFonts w:ascii="Courier New" w:hAnsi="Courier New"/>
          <w:color w:val="555555"/>
          <w:sz w:val="20"/>
        </w:rPr>
        <w:t>[5]</w:t>
      </w:r>
    </w:p>
    <w:p>
      <w:r>
        <w:rPr>
          <w:rFonts w:ascii="Gentium Plus" w:hAnsi="Gentium Plus"/>
          <w:sz w:val="24"/>
        </w:rPr>
        <w:t>ἐγκρατής, ἀνδρεῖος, εὔθυμος, εὔρωστος, δίκαιος, εὐσεβής, ὅσιος, φιλάνθρωπος, ἐπιεικής, μεγαλόψυχος, μεγαλογνώμων, μεγαλοπρεπής. καὶ τὰ ἐπιρρήματα σοφῶς, φιλοσόφως, φιλολόγως, φρονίμως,</w:t>
      </w:r>
    </w:p>
    <w:p>
      <w:r>
        <w:rPr>
          <w:rFonts w:ascii="Courier New" w:hAnsi="Courier New"/>
          <w:color w:val="555555"/>
          <w:sz w:val="20"/>
        </w:rPr>
        <w:t>[4 . 12]</w:t>
      </w:r>
    </w:p>
    <w:p>
      <w:r>
        <w:rPr>
          <w:rFonts w:ascii="Gentium Plus" w:hAnsi="Gentium Plus"/>
          <w:sz w:val="24"/>
        </w:rPr>
        <w:t>συνετῶς, εὔνως, λελογισμένως, ἐμφρόνως, καρτερῶς, καρτερικῶς, ἐγκρατῶς, ἀνδρείως, εὐθύμως, εὐρώστως, δικαίως, ὁσίως, εὐσεβῶς, φιλανθρώπως, ἐπιεικῶς, μεγαλοψύχως, μεγαλογνωμόνως, μεγαλο‐ πρεπῶς. ῥήματα δὲ μόνα φιλοσοφεῖν, φρονεῖν, συνιέναι, νοεῖν,</w:t>
      </w:r>
    </w:p>
    <w:p>
      <w:r>
        <w:rPr>
          <w:rFonts w:ascii="Courier New" w:hAnsi="Courier New"/>
          <w:color w:val="555555"/>
          <w:sz w:val="20"/>
        </w:rPr>
        <w:t>[5]</w:t>
      </w:r>
    </w:p>
    <w:p>
      <w:r>
        <w:rPr>
          <w:rFonts w:ascii="Gentium Plus" w:hAnsi="Gentium Plus"/>
          <w:sz w:val="24"/>
        </w:rPr>
        <w:t>λογίζεσθαι, σωφρονεῖν, καρτερεῖν, ἀνδρίζεσθαι, δικαιοπραγεῖν, εὐσεβεῖν, εὐγνωμονεῖν, φιλανθρωπεύεσθαι. τὰ δ’ ἐναντία κακία, πονηρία, μοχθηρία, φαυλότης—φλαυρότης δὲ σκληρόν—, σκαιότης, ἀπαιδευσία, πανουργία, ἀμαθία, μισολογία,</w:t>
      </w:r>
    </w:p>
    <w:p>
      <w:r>
        <w:rPr>
          <w:rFonts w:ascii="Courier New" w:hAnsi="Courier New"/>
          <w:color w:val="555555"/>
          <w:sz w:val="20"/>
        </w:rPr>
        <w:t>[4 . 13]</w:t>
      </w:r>
    </w:p>
    <w:p>
      <w:r>
        <w:rPr>
          <w:rFonts w:ascii="Gentium Plus" w:hAnsi="Gentium Plus"/>
          <w:sz w:val="24"/>
        </w:rPr>
        <w:t>ἄνοια, ἀφροσύνη, ἀσυνεσία, ἀξυνεσία, ἀκολασία, ἀκρασία, ἀσέλγεια, ἀνανδρία, θρασύτης, δειλία, ἀρρωστία, ἀδικία, ἀδικοπραγία, ἀνοσιότης, ἀγνωμοσύνη, ἀνεπιείκεια, μικροψυχία—ἡ γὰρ μικρογνωμοσύνη δυσχερὲς πρὸς τὴν ἀκοήν—, ἀσέβεια, δυσσέβεια, μισανθρωπία, ἀπ‐</w:t>
      </w:r>
    </w:p>
    <w:p>
      <w:r>
        <w:rPr>
          <w:rFonts w:ascii="Courier New" w:hAnsi="Courier New"/>
          <w:color w:val="555555"/>
          <w:sz w:val="20"/>
        </w:rPr>
        <w:t>[5]</w:t>
      </w:r>
    </w:p>
    <w:p>
      <w:r>
        <w:rPr>
          <w:rFonts w:ascii="Gentium Plus" w:hAnsi="Gentium Plus"/>
          <w:sz w:val="24"/>
        </w:rPr>
        <w:t>ανθρωπία, μικροφροσύνη, μικροπρέπεια. καὶ τὰ ὀνόματα κακός, πονηρός, μοχθηρός, ἡμιμόχθηρος, φαῦλος, φλαῦρος, σκαιός, ἀπαί‐</w:t>
      </w:r>
    </w:p>
    <w:p>
      <w:r>
        <w:rPr>
          <w:rFonts w:ascii="Courier New" w:hAnsi="Courier New"/>
          <w:color w:val="555555"/>
          <w:sz w:val="20"/>
        </w:rPr>
        <w:t>[4 . 14]</w:t>
      </w:r>
    </w:p>
    <w:p>
      <w:r>
        <w:rPr>
          <w:rFonts w:ascii="Gentium Plus" w:hAnsi="Gentium Plus"/>
          <w:sz w:val="24"/>
        </w:rPr>
        <w:t>δευτος, ἄσοφος, εἰ καὶ μὴ ἔστιν ἡ ἀσοφία, πανοῦργος, ἀμαθής, μισο‐ λόγος, ἄνους, ἀνόητος, ἀλόγιστος, εἰ καὶ τὴν ἀλογιστίαν οὐ προσετέον, ἄφρων, ἀξύνετος, ἀσύνετος, ἀκρατής, ἀσελγής, ἀκόλαστος, ἄνανδρος, θρασύς, δειλός, ἄρρωστος, ἄδικος, ἀνόσιος, ἀγνώμων, ἀνεπιεικής,</w:t>
      </w:r>
    </w:p>
    <w:p>
      <w:r>
        <w:rPr>
          <w:rFonts w:ascii="Courier New" w:hAnsi="Courier New"/>
          <w:color w:val="555555"/>
          <w:sz w:val="20"/>
        </w:rPr>
        <w:t>[5]</w:t>
      </w:r>
    </w:p>
    <w:p>
      <w:r>
        <w:rPr>
          <w:rFonts w:ascii="Gentium Plus" w:hAnsi="Gentium Plus"/>
          <w:sz w:val="24"/>
        </w:rPr>
        <w:t>μικρόψυχος, ἀσεβής, δυσσεβής, μισάνθρωπος, μικρόφρων, ὀλιγόφρων, ἢ κατὰ Ξενοφῶντα(?) μικροπρεπής. καὶ τὰ ἐπιρρήματα μοχθη‐ ρῶς, φαύλως, φλαύρως· τὸ γὰρ πονηρῶς εὐτελές, σκαιῶς δὲ καὶ ἀπαιδεύτως, ἀσόφως, πανούργως, ἀμαθῶς, μισολόγως, ἀνοήτως,</w:t>
      </w:r>
    </w:p>
    <w:p>
      <w:r>
        <w:rPr>
          <w:rFonts w:ascii="Courier New" w:hAnsi="Courier New"/>
          <w:color w:val="555555"/>
          <w:sz w:val="20"/>
        </w:rPr>
        <w:t>[4 . 15]</w:t>
      </w:r>
    </w:p>
    <w:p>
      <w:r>
        <w:rPr>
          <w:rFonts w:ascii="Gentium Plus" w:hAnsi="Gentium Plus"/>
          <w:sz w:val="24"/>
        </w:rPr>
        <w:t>ἀλογίστως, ἀφρόνως· μικροφρόνως γὰρ καὶ ὀλιγοφρόνως ἀτοπώ‐ τερα, κάλλιον δὲ μικροπρεπῶς. ῥήματα δ’ ἀπὸ τῶν πλείστων οὐκ ἔστιν, ἀλλὰ μόνα ταῦτα· πονηρεύεσθαι, πανουργεῖν, μισολογεῖν, ἀνοηταίνειν, ἀμαθαίνειν· τὸ δ’ ἀφραίνειν ποιητικώτερον (Hom Β 258</w:t>
      </w:r>
    </w:p>
    <w:p>
      <w:r>
        <w:rPr>
          <w:rFonts w:ascii="Courier New" w:hAnsi="Courier New"/>
          <w:color w:val="555555"/>
          <w:sz w:val="20"/>
        </w:rPr>
        <w:t>[5]</w:t>
      </w:r>
    </w:p>
    <w:p>
      <w:r>
        <w:rPr>
          <w:rFonts w:ascii="Gentium Plus" w:hAnsi="Gentium Plus"/>
          <w:sz w:val="24"/>
        </w:rPr>
        <w:t>υ 360). ἀντὶ μέντοι ῥημάτων τοῖς ἐπιρρήμασι χρηστέον τὸ ἔχειν αὐτοῖς προστιθέντα, οἷον σκαιῶς ἔχειν, μοχθηρῶς ἔχειν καὶ τὰ λοιπά, καὶ κατ’ ἄλλην κλίσιν συναπτέον αὐτοῖς τὴν ἔχων μετοχήν, οἷον ἀμαθῶς ἔχων καὶ σκαιῶς ἔχων, καί που καὶ σκαιῶς διακεί‐</w:t>
      </w:r>
    </w:p>
    <w:p>
      <w:r>
        <w:rPr>
          <w:rFonts w:ascii="Courier New" w:hAnsi="Courier New"/>
          <w:color w:val="555555"/>
          <w:sz w:val="20"/>
        </w:rPr>
        <w:t>[4 . 16]</w:t>
      </w:r>
    </w:p>
    <w:p>
      <w:r>
        <w:rPr>
          <w:rFonts w:ascii="Gentium Plus" w:hAnsi="Gentium Plus"/>
          <w:sz w:val="24"/>
        </w:rPr>
        <w:t>Εἴδη δ’ ἐπιστημῶν ἢ τεχνῶν τῶν ἐλευθεριωτέρων γραμμα‐ τική, διαλεκτική, ῥητορική—ἡ αὐτὴ καὶ πολιτικὴ καὶ σοφιστική—, ποιητική, μουσική, ἀστρονομία, γεωμετρία, ἀριθμητική, στατική, ἰατρική. καὶ τὰ ἀπ’ αὐτῶν ὀνόματα γραμματιστὴς καὶ γραμματικός,</w:t>
      </w:r>
    </w:p>
    <w:p>
      <w:r>
        <w:rPr>
          <w:rFonts w:ascii="Courier New" w:hAnsi="Courier New"/>
          <w:color w:val="555555"/>
          <w:sz w:val="20"/>
        </w:rPr>
        <w:t>[5]</w:t>
      </w:r>
    </w:p>
    <w:p>
      <w:r>
        <w:rPr>
          <w:rFonts w:ascii="Gentium Plus" w:hAnsi="Gentium Plus"/>
          <w:sz w:val="24"/>
        </w:rPr>
        <w:t>ῥήτωρ ῥητορικός—ὁ αὐτὸς καὶ πολιτικός—σοφιστής σοφιστικός, ποιητής ποιητικός, μουσικός, ἀστρονόμος ἀστρονομικός, γεωμέτρης γεωμετρικός, ἀριθμητικός, στατικός, ἰατρός ἰατρικός. καὶ τὰ ἐπιρ‐ ρήματα γραμματικῶς, πολιτικῶς, ῥητορικῶς, σοφιστικῶς, ποιητικῶς, μουσικῶς, ἀστρονομικῶς, γεωμετρικῶς, ἀριθμητικῶς, στατικῶς,</w:t>
      </w:r>
    </w:p>
    <w:p>
      <w:r>
        <w:rPr>
          <w:rFonts w:ascii="Courier New" w:hAnsi="Courier New"/>
          <w:color w:val="555555"/>
          <w:sz w:val="20"/>
        </w:rPr>
        <w:t>[4 . 17]</w:t>
      </w:r>
    </w:p>
    <w:p>
      <w:r>
        <w:rPr>
          <w:rFonts w:ascii="Gentium Plus" w:hAnsi="Gentium Plus"/>
          <w:sz w:val="24"/>
        </w:rPr>
        <w:t>ἰατρικῶς. καὶ ἀπὸ μὲν τοῦ γραμματικοῦ ῥῆμα οὐκ ἔστιν, εἰ μὴ λόγῳ τὸ γραμματικὸν εἶναι, ῥητορεύειν δέ. καὶ πολιτικὸν εἶναι· οὐδὲ γὰρ τούτῳ ῥῆμα ὑπόκειται. καὶ σοφιστὴν εἶναι· οὐδὲ γὰρ τὸ σοφιστεύειν ἐν χρήσει κεκριμένῃ, ἀλλ’ ἴσως ἀντὶ τούτου τὸ παι‐</w:t>
      </w:r>
    </w:p>
    <w:p>
      <w:r>
        <w:rPr>
          <w:rFonts w:ascii="Courier New" w:hAnsi="Courier New"/>
          <w:color w:val="555555"/>
          <w:sz w:val="20"/>
        </w:rPr>
        <w:t>[5]</w:t>
      </w:r>
    </w:p>
    <w:p>
      <w:r>
        <w:rPr>
          <w:rFonts w:ascii="Gentium Plus" w:hAnsi="Gentium Plus"/>
          <w:sz w:val="24"/>
        </w:rPr>
        <w:t>δεύειν, δοκεῖ δ’ ἐπὶ πάντων κοινὸν εἶναι. ἀπὸ δὲ τοῦ ποιητοῦ τὸ ποιεῖν· ἀλλὰ καὶ τοῦτο διὰ τὴν ἐπὶ πολλῶν χρῆσιν ἀμφίβολον, εἰ μή τις αὐτῷ προσθείη τὸ ποιήματα. παρόμοια δ’ ἄν τις καὶ περὶ τοῦ μουσικοῦ φαίη. γεωμετρεῖν δ’ ἂν εἴποι τις καὶ ἀστρο‐ νομεῖν καὶ ἀριθμεῖν καὶ ἱστάναι καὶ ἰᾶσθαι.</w:t>
      </w:r>
    </w:p>
    <w:p>
      <w:r>
        <w:rPr>
          <w:rFonts w:ascii="Courier New" w:hAnsi="Courier New"/>
          <w:color w:val="555555"/>
          <w:sz w:val="20"/>
        </w:rPr>
        <w:t>[4 . 18]</w:t>
      </w:r>
    </w:p>
    <w:p>
      <w:r>
        <w:rPr>
          <w:rFonts w:ascii="Gentium Plus" w:hAnsi="Gentium Plus"/>
          <w:sz w:val="24"/>
        </w:rPr>
        <w:t>Καὶ ἐπὶ μὲν τοῦ γραμματιστοῦ ῥητέον διδάσκειν γράμ‐ ματα, συλλαβὰς συμπλέκειν, γράφειν, ἀναγινώσκειν, προγράφειν ὑπογράφειν προσπαραγράφειν, τῷ γραφείῳ παραγράφειν, τῇ παρα‐ γραφίδι, ἀποστοματίζειν. καὶ δελτίον δὲ τῶν ἐν γραμματιστοῦ,</w:t>
      </w:r>
    </w:p>
    <w:p>
      <w:r>
        <w:rPr>
          <w:rFonts w:ascii="Courier New" w:hAnsi="Courier New"/>
          <w:color w:val="555555"/>
          <w:sz w:val="20"/>
        </w:rPr>
        <w:t>[5]</w:t>
      </w:r>
    </w:p>
    <w:p>
      <w:r>
        <w:rPr>
          <w:rFonts w:ascii="Gentium Plus" w:hAnsi="Gentium Plus"/>
          <w:sz w:val="24"/>
        </w:rPr>
        <w:t>καὶ πυξίον καὶ πυξίδιον—ἔστι γὰρ παρ’ Ἀριστοφάνει (I frg 845, 6 Ko) τοὔνομα—καὶ δέλτος. καὶ Ἡρόδοτος (VII 239) μὲν λέγει ‘δελτίον δίπτυχον,‘ οἱ δ’ Ἀττικοὶ ‘γραμματεῖον δίθυρον,‘ καὶ θύρας τὰς πτύχας ἄχρι δύο, εἶτα πτύχας, καὶ τρίπτυχον καὶ</w:t>
      </w:r>
    </w:p>
    <w:p>
      <w:r>
        <w:rPr>
          <w:rFonts w:ascii="Courier New" w:hAnsi="Courier New"/>
          <w:color w:val="555555"/>
          <w:sz w:val="20"/>
        </w:rPr>
        <w:t>[4 . 19]</w:t>
      </w:r>
    </w:p>
    <w:p>
      <w:r>
        <w:rPr>
          <w:rFonts w:ascii="Gentium Plus" w:hAnsi="Gentium Plus"/>
          <w:sz w:val="24"/>
        </w:rPr>
        <w:t>πολύπτυχον. Ὅμηρος (Ζ 169) δὲ πίνακα πτυκτὸν εἴρηκεν. γραμ‐ ματεῖον δὲ παρὰ τοῖς Ἀττικοῖς καὶ ἐν ᾧ ἀργύριον ἀπέκειτο, ὃ καὶ</w:t>
      </w:r>
    </w:p>
    <w:p>
      <w:r>
        <w:rPr>
          <w:rFonts w:ascii="Courier New" w:hAnsi="Courier New"/>
          <w:color w:val="555555"/>
          <w:sz w:val="20"/>
        </w:rPr>
        <w:t>[5]</w:t>
      </w:r>
    </w:p>
    <w:p>
      <w:r>
        <w:rPr>
          <w:rFonts w:ascii="Gentium Plus" w:hAnsi="Gentium Plus"/>
          <w:sz w:val="24"/>
        </w:rPr>
        <w:t>καὶ δρᾶμα ἔστιν ὁ Γραμματειδιοποιός. Ἡρόδοτος (II 28) μέντοι ‘γραμματιστὴν τῶν ἐν Σάι ἱερῶν χρημάτων‘ εἴρηκεν ἀντὶ γραμματέως. Ἀριστοφάνης δὲ παίζει ἐν Θεσμοφοριαζούσαις (439) λέγων ἡ γραμ‐ ματεύς. ἔστι δ’ εἰπεῖν ἐπὶ τοῦ γραμματιστοῦ καὶ τὰ τοῦ Δη‐ μοσθένους (XVIII 258) ‘τὰ βάθρα σπογγίζειν καὶ τὸ μέλαν τρίβειν</w:t>
      </w:r>
    </w:p>
    <w:p>
      <w:r>
        <w:rPr>
          <w:rFonts w:ascii="Courier New" w:hAnsi="Courier New"/>
          <w:color w:val="555555"/>
          <w:sz w:val="20"/>
        </w:rPr>
        <w:t>[10]</w:t>
      </w:r>
    </w:p>
    <w:p>
      <w:r>
        <w:rPr>
          <w:rFonts w:ascii="Gentium Plus" w:hAnsi="Gentium Plus"/>
          <w:sz w:val="24"/>
        </w:rPr>
        <w:t>καὶ τὸ παιδαγωγεῖον κορεῖν.‘ τὸ δὲ παιδαγωγεῖον καὶ διδασκαλεῖον καὶ φωλεὸν ἐκάλουν οἱ παλαιοί.</w:t>
      </w:r>
    </w:p>
    <w:p>
      <w:r>
        <w:rPr>
          <w:rFonts w:ascii="Courier New" w:hAnsi="Courier New"/>
          <w:color w:val="555555"/>
          <w:sz w:val="20"/>
        </w:rPr>
        <w:t>[4 . 20]</w:t>
      </w:r>
    </w:p>
    <w:p>
      <w:r>
        <w:rPr>
          <w:rFonts w:ascii="Gentium Plus" w:hAnsi="Gentium Plus"/>
          <w:sz w:val="24"/>
        </w:rPr>
        <w:t>Ἐπὶ δὲ τοῦ ῥήτορος εἴποις ἂν δεινὸς εἰπεῖν, ὑπέρδεινος πάνδεινος, σοφὸς εἰπεῖν, πάνσοφος, δεξιός, περιττός, συνεχής, πυκνός, πρόχειρος, εὔρους, ῥᾴδιος, πολύς, ἄφθονος, ἐπιμελής, ἀκριβής ἠκριβωμένος, ἐσκεμμένος περιεσκεμμένος, Ἕλλην, Ἀττικός,</w:t>
      </w:r>
    </w:p>
    <w:p>
      <w:r>
        <w:rPr>
          <w:rFonts w:ascii="Courier New" w:hAnsi="Courier New"/>
          <w:color w:val="555555"/>
          <w:sz w:val="20"/>
        </w:rPr>
        <w:t>[5]</w:t>
      </w:r>
    </w:p>
    <w:p>
      <w:r>
        <w:rPr>
          <w:rFonts w:ascii="Gentium Plus" w:hAnsi="Gentium Plus"/>
          <w:sz w:val="24"/>
        </w:rPr>
        <w:t>πολυγνώμων, πολύνους, πολυλόγος, εὔγλωττος, εὔφωνος, βραχυ‐ λόγος, σύντομος, σαφής, σφοδρός, πολιτικός, ἰσχυρός, δυνατός, ἔν‐</w:t>
      </w:r>
    </w:p>
    <w:p>
      <w:r>
        <w:rPr>
          <w:rFonts w:ascii="Courier New" w:hAnsi="Courier New"/>
          <w:color w:val="555555"/>
          <w:sz w:val="20"/>
        </w:rPr>
        <w:t>[4 . 21]</w:t>
      </w:r>
    </w:p>
    <w:p>
      <w:r>
        <w:rPr>
          <w:rFonts w:ascii="Gentium Plus" w:hAnsi="Gentium Plus"/>
          <w:sz w:val="24"/>
        </w:rPr>
        <w:t>τονος, βίαιος, ῥαγδαῖος, πιθανός, ἡδύς, ἐπαγωγός, γλυκύς, ἀφειδής, εὐθυρρήμων, ἐλεγκτικός, παρρησιαστικός, ἀνυπόστολος, τεχνίτης, ἔντεχνος, βαθὺς τὴν γνώμην, πικρός, εὐνοικός, θυμικός, θυμοῦ γέμων, χολῆς μεστός, παροξυντικός, ‘πολλῷ ῥέων,‘ δίκην</w:t>
      </w:r>
    </w:p>
    <w:p>
      <w:r>
        <w:rPr>
          <w:rFonts w:ascii="Courier New" w:hAnsi="Courier New"/>
          <w:color w:val="555555"/>
          <w:sz w:val="20"/>
        </w:rPr>
        <w:t>[5]</w:t>
      </w:r>
    </w:p>
    <w:p>
      <w:r>
        <w:rPr>
          <w:rFonts w:ascii="Gentium Plus" w:hAnsi="Gentium Plus"/>
          <w:sz w:val="24"/>
        </w:rPr>
        <w:t>ποταμοῦ ῥέων, κατὰ χιόνα τὴν συνέχειαν, οἷος ἐγεῖραι θυμόν,</w:t>
      </w:r>
    </w:p>
    <w:p>
      <w:r>
        <w:rPr>
          <w:rFonts w:ascii="Courier New" w:hAnsi="Courier New"/>
          <w:color w:val="555555"/>
          <w:sz w:val="20"/>
        </w:rPr>
        <w:t>[10]</w:t>
      </w:r>
    </w:p>
    <w:p>
      <w:r>
        <w:rPr>
          <w:rFonts w:ascii="Gentium Plus" w:hAnsi="Gentium Plus"/>
          <w:sz w:val="24"/>
        </w:rPr>
        <w:t>καλέσασθαι, παρακρουστικός, φενακιστικός, πειστικός, παραπειστικός,</w:t>
      </w:r>
    </w:p>
    <w:p>
      <w:r>
        <w:rPr>
          <w:rFonts w:ascii="Courier New" w:hAnsi="Courier New"/>
          <w:color w:val="555555"/>
          <w:sz w:val="20"/>
        </w:rPr>
        <w:t>[4 . 22]</w:t>
      </w:r>
    </w:p>
    <w:p>
      <w:r>
        <w:rPr>
          <w:rFonts w:ascii="Gentium Plus" w:hAnsi="Gentium Plus"/>
          <w:sz w:val="24"/>
        </w:rPr>
        <w:t>ἀπατητικός. καὶ τὰ πράγματα δεινότης, σοφία, δεξιότης, συνέχεια, πυκνότης, εὔροια, ῥᾳστώνη, πλῆθος, ἀφθονία, ἐπιμέλεια, ἀκρίβεια, σκέψις, περίσκεψις, ἑλληνισμός, ἀττικισμός, πολυγνωμοσύνη, πολύ‐ νοια, πολυλογία, εὐγλωττία, εὐφωνία, ἀφθονία, βραχυλογία, συν‐</w:t>
      </w:r>
    </w:p>
    <w:p>
      <w:r>
        <w:rPr>
          <w:rFonts w:ascii="Courier New" w:hAnsi="Courier New"/>
          <w:color w:val="555555"/>
          <w:sz w:val="20"/>
        </w:rPr>
        <w:t>[5]</w:t>
      </w:r>
    </w:p>
    <w:p>
      <w:r>
        <w:rPr>
          <w:rFonts w:ascii="Gentium Plus" w:hAnsi="Gentium Plus"/>
          <w:sz w:val="24"/>
        </w:rPr>
        <w:t>τομία, σαφήνεια, σφοδρότης, ἰσχύς, δύναμις, βία, ῥαγδαιότης, πιθανότης, ἡδονή, γλυκύτης, εὐρημοσύνη, τέχνη, κακοήθεια, πι‐ κρία, πειθώ, φενακισμός, ἀπάτη ἐξαπάτη, παροξυσμός, δεινο‐</w:t>
      </w:r>
    </w:p>
    <w:p>
      <w:r>
        <w:rPr>
          <w:rFonts w:ascii="Courier New" w:hAnsi="Courier New"/>
          <w:color w:val="555555"/>
          <w:sz w:val="20"/>
        </w:rPr>
        <w:t>[4 . 23]</w:t>
      </w:r>
    </w:p>
    <w:p>
      <w:r>
        <w:rPr>
          <w:rFonts w:ascii="Gentium Plus" w:hAnsi="Gentium Plus"/>
          <w:sz w:val="24"/>
        </w:rPr>
        <w:t>λογία, οἰκτρολογία, ταπεινολογία. ἱκανότης δ’ εἴρηκε Λυσίας ἐν τῷ κατὰ Πανταλέοντος (frg 211 Tur) ἐπὶ τοῦ ἱκανοῦ λέγειν, ὥστ’ ἐκ τούτου εἴποι τις ἂν καὶ ἱκανῶς καὶ ἱκανός. ἀπὸ δὲ τῶν παραλειφθέντων οὐκ ἔστιν ὀνόματα τοῦ πράγματος. τὰ δ’ ἐπιρ‐</w:t>
      </w:r>
    </w:p>
    <w:p>
      <w:r>
        <w:rPr>
          <w:rFonts w:ascii="Courier New" w:hAnsi="Courier New"/>
          <w:color w:val="555555"/>
          <w:sz w:val="20"/>
        </w:rPr>
        <w:t>[5]</w:t>
      </w:r>
    </w:p>
    <w:p>
      <w:r>
        <w:rPr>
          <w:rFonts w:ascii="Gentium Plus" w:hAnsi="Gentium Plus"/>
          <w:sz w:val="24"/>
        </w:rPr>
        <w:t>ρήματα δεινῶς, σοφῶς, πανσόφως, δεξιῶς, περιττῶς, συνεχῶς, πυκνῶς, προχείρως, εὔρως, ῥᾳδίως· τὸ δὲ πολλῶς βίαιον, ἀφθόνως δέ, ἐπιμελῶς, ἀκριβῶς ἠκριβωμένως, ἐσκεμμένως περιεσκεμμένως,</w:t>
      </w:r>
    </w:p>
    <w:p>
      <w:r>
        <w:rPr>
          <w:rFonts w:ascii="Courier New" w:hAnsi="Courier New"/>
          <w:color w:val="555555"/>
          <w:sz w:val="20"/>
        </w:rPr>
        <w:t>[4 . 24]</w:t>
      </w:r>
    </w:p>
    <w:p>
      <w:r>
        <w:rPr>
          <w:rFonts w:ascii="Gentium Plus" w:hAnsi="Gentium Plus"/>
          <w:sz w:val="24"/>
        </w:rPr>
        <w:t>ἑλληνικῶς, ἀττικῶς, πολυγνωμόνως, πολύνως. τὸ δὲ πολυλόγως παραιτητέον, εὐγλώττως δέ, εὐφώνως· καὶ τὸ βραχυλόγως ὑπερβᾶσι τὸ συντόμως ῥητέον. σαφῶς, σφοδρῶς, ἰσχυρῶς, δυνατῶς, βιαίως, ῥαγδαίως, πιθανῶς, ἡδέως, γλυκέως, ἐπαγωγῶς, εὐθυρρημόνως, ἀνυπο‐</w:t>
      </w:r>
    </w:p>
    <w:p>
      <w:r>
        <w:rPr>
          <w:rFonts w:ascii="Courier New" w:hAnsi="Courier New"/>
          <w:color w:val="555555"/>
          <w:sz w:val="20"/>
        </w:rPr>
        <w:t>[5]</w:t>
      </w:r>
    </w:p>
    <w:p>
      <w:r>
        <w:rPr>
          <w:rFonts w:ascii="Gentium Plus" w:hAnsi="Gentium Plus"/>
          <w:sz w:val="24"/>
        </w:rPr>
        <w:t>στόλως, τεχνικῶς ἐντέχνως, κακοήθως, πικρῶς, φενακιστικῶς, παρ‐ οξυντικῶς, ἀπατητικῶς ἐξαπατητικῶς. ῥήματα δ’ οὐκ ἔστιν ὅτι</w:t>
      </w:r>
    </w:p>
    <w:p>
      <w:r>
        <w:rPr>
          <w:rFonts w:ascii="Courier New" w:hAnsi="Courier New"/>
          <w:color w:val="555555"/>
          <w:sz w:val="20"/>
        </w:rPr>
        <w:t>[4 . 25]</w:t>
      </w:r>
    </w:p>
    <w:p>
      <w:r>
        <w:rPr>
          <w:rFonts w:ascii="Gentium Plus" w:hAnsi="Gentium Plus"/>
          <w:sz w:val="24"/>
        </w:rPr>
        <w:t>μὴ δεινῶσαι, ἐπιμεληθῆναι, ἀκριβῶσαι, ἐσκέφθαι περιεσκέφθαι, ἑλ‐ ληνίσαι, ἀττικίσαι, νοῆσαι περινοῆσαι, σφοδρύνασθαι, ἰσχῦσαι, δυνη‐ θῆναι, βιάσασθαι, πεῖσαι, ἡδῦναι ἐφηδῦναι, γλυκᾶναι, τεχνάσαι, φε‐ νακίσαι, παροξῦναι, ἀπατῆσαι ἐξαπατῆσαι. ἔνια δὲ τούτων κοινὰ</w:t>
      </w:r>
    </w:p>
    <w:p>
      <w:r>
        <w:rPr>
          <w:rFonts w:ascii="Courier New" w:hAnsi="Courier New"/>
          <w:color w:val="555555"/>
          <w:sz w:val="20"/>
        </w:rPr>
        <w:t>[5]</w:t>
      </w:r>
    </w:p>
    <w:p>
      <w:r>
        <w:rPr>
          <w:rFonts w:ascii="Gentium Plus" w:hAnsi="Gentium Plus"/>
          <w:sz w:val="24"/>
        </w:rPr>
        <w:t>καὶ πρὸς ἕτερα. εἴποι δ’ ἄν τις ῥήτωρ ῥητορικός, λεκτικός, πολιτικός, ἐλεγκτικός, σύμβουλος συμβουλευτικός, νομοθέτης νομοθετικός, δη‐ μαγωγός δημαγωγικός, δημηγόρος δημηγορικός, βουληφόρος, βουληγόρος, πρεσβευτής πρεσβευτικός, δικανικός, συνηγορικός,</w:t>
      </w:r>
    </w:p>
    <w:p>
      <w:r>
        <w:rPr>
          <w:rFonts w:ascii="Courier New" w:hAnsi="Courier New"/>
          <w:color w:val="555555"/>
          <w:sz w:val="20"/>
        </w:rPr>
        <w:t>[10]</w:t>
      </w:r>
    </w:p>
    <w:p>
      <w:r>
        <w:rPr>
          <w:rFonts w:ascii="Gentium Plus" w:hAnsi="Gentium Plus"/>
          <w:sz w:val="24"/>
        </w:rPr>
        <w:t>συνήγορος, κατήγορος, πανηγυρικός, ἐγκωμιαστικός, ψεκτικός.</w:t>
      </w:r>
    </w:p>
    <w:p>
      <w:r>
        <w:rPr>
          <w:rFonts w:ascii="Courier New" w:hAnsi="Courier New"/>
          <w:color w:val="555555"/>
          <w:sz w:val="20"/>
        </w:rPr>
        <w:t>[4 . 26]</w:t>
      </w:r>
    </w:p>
    <w:p>
      <w:r>
        <w:rPr>
          <w:rFonts w:ascii="Gentium Plus" w:hAnsi="Gentium Plus"/>
          <w:sz w:val="24"/>
        </w:rPr>
        <w:t>συμβουλή συμβουλία, νομοθεσία, δημαγωγία, πρεσβεία πρέσβευσις, δίκη, διαδικασία ἐπιδικασία, ἀντιδικία, συνηγορία, συναγόρευσις, κατηγορία, δημηγορία, βουληγορία, πανήγυρις, ἐγκώμιον, ψόγος. καὶ συμβουλευτικῶς, νομοθετικῶς, δημαγωγικῶς, δημηγορικῶς,</w:t>
      </w:r>
    </w:p>
    <w:p>
      <w:r>
        <w:rPr>
          <w:rFonts w:ascii="Courier New" w:hAnsi="Courier New"/>
          <w:color w:val="555555"/>
          <w:sz w:val="20"/>
        </w:rPr>
        <w:t>[5]</w:t>
      </w:r>
    </w:p>
    <w:p>
      <w:r>
        <w:rPr>
          <w:rFonts w:ascii="Gentium Plus" w:hAnsi="Gentium Plus"/>
          <w:sz w:val="24"/>
        </w:rPr>
        <w:t>πρεσβευτικῶς, δικανικῶς, συνηγορικῶς, πανηγυρικῶς, ἐγκωμιαστικῶς, ψεκτικῶς. καὶ εἰπεῖν, λέξαι, φράσαι, ῥῆσιν ἀποτεῖναι, λόγον</w:t>
      </w:r>
    </w:p>
    <w:p>
      <w:r>
        <w:rPr>
          <w:rFonts w:ascii="Courier New" w:hAnsi="Courier New"/>
          <w:color w:val="555555"/>
          <w:sz w:val="20"/>
        </w:rPr>
        <w:t>[4 . 27]</w:t>
      </w:r>
    </w:p>
    <w:p>
      <w:r>
        <w:rPr>
          <w:rFonts w:ascii="Gentium Plus" w:hAnsi="Gentium Plus"/>
          <w:sz w:val="24"/>
        </w:rPr>
        <w:t>ἐξενεγκεῖν, λόγον διαπεράνασθαι, εἶραι, συνεῖραι ἀπνευστὶ περιό‐ δους, ἀντίθετα, ἀντιστάσεις, παρισώσεις ἀπισώσεις, κύκλους, πε‐ ριαγωγάς, νοήματα ἐννοήματα, ἐνθυμήματα. συμβουλεῦσαι, πα‐ ραινέσαι, ὑφηγήσασθαι εἰσηγήσασθαι, διδάξαι, πεῖσαι, γνώμην ἀπο‐</w:t>
      </w:r>
    </w:p>
    <w:p>
      <w:r>
        <w:rPr>
          <w:rFonts w:ascii="Courier New" w:hAnsi="Courier New"/>
          <w:color w:val="555555"/>
          <w:sz w:val="20"/>
        </w:rPr>
        <w:t>[5]</w:t>
      </w:r>
    </w:p>
    <w:p>
      <w:r>
        <w:rPr>
          <w:rFonts w:ascii="Gentium Plus" w:hAnsi="Gentium Plus"/>
          <w:sz w:val="24"/>
        </w:rPr>
        <w:t>φήνασθαι, δόξαν ἐξενεγκεῖν, ψήφισμα γράψαι, δόγμα συνθεῖναι, νόμον θέσθαι, νόμον εἰσενεγκεῖν, νομοθετῆσαι νομοθετήσασθαι, δη‐ μαγωγῆσαι, δημηγορῆσαι, βουληγορῆσαι, συνηγορῆσαι τῷ δήμῳ, πιθανὸν εἶναι, τὸν δῆμον παραστήσασθαι, οἰκειώσασθαι, προσαγαγέσθαι,</w:t>
      </w:r>
    </w:p>
    <w:p>
      <w:r>
        <w:rPr>
          <w:rFonts w:ascii="Courier New" w:hAnsi="Courier New"/>
          <w:color w:val="555555"/>
          <w:sz w:val="20"/>
        </w:rPr>
        <w:t>[4 . 28]</w:t>
      </w:r>
    </w:p>
    <w:p>
      <w:r>
        <w:rPr>
          <w:rFonts w:ascii="Gentium Plus" w:hAnsi="Gentium Plus"/>
          <w:sz w:val="24"/>
        </w:rPr>
        <w:t>προσεταιρίσασθαι, διὰ χειρὸς ἔχειν, ὑπήκοον ποιήσασθαι, κατήκοον, χειροήθη, τιθασόν· τιθασεῦσαι, ἐκτιθασεῦσαι, καταπεῖσαι, ὑπαγαγεῖν, ὑπαγαγέσθαι, παντὸς εἶναι πιθανώτερον, κηλῆσαι, πρεσβεῦσαι, διακο‐ νήσασθαι, ὑπηρετῆσαι, πλανηθῆναι.</w:t>
      </w:r>
    </w:p>
    <w:p>
      <w:r>
        <w:rPr>
          <w:rFonts w:ascii="Courier New" w:hAnsi="Courier New"/>
          <w:color w:val="555555"/>
          <w:sz w:val="20"/>
        </w:rPr>
        <w:t>[5]</w:t>
      </w:r>
    </w:p>
    <w:p>
      <w:r>
        <w:rPr>
          <w:rFonts w:ascii="Gentium Plus" w:hAnsi="Gentium Plus"/>
          <w:sz w:val="24"/>
        </w:rPr>
        <w:t>εἴποις δ’ ἂν τὴν πρεσβείαν ἔκδημον πολιτείαν, ἐπισφαλῆ, ἐπίπονον, πολυπλανῆ, ἐπικίνδυνον, οὐκ ἀταλαίπωρον, οὐκ ἀπρά‐ γμονα, ἐν περιόδῳ πλάνους ἔχουσαν, ταλαιπωρίας, πόνον, πράγματα, σφάλματα. δι’ ὧν ἔστι πόρους ἐξευρεῖν, ἀργυ‐</w:t>
      </w:r>
    </w:p>
    <w:p>
      <w:r>
        <w:rPr>
          <w:rFonts w:ascii="Courier New" w:hAnsi="Courier New"/>
          <w:color w:val="555555"/>
          <w:sz w:val="20"/>
        </w:rPr>
        <w:t>[4 . 29]</w:t>
      </w:r>
    </w:p>
    <w:p>
      <w:r>
        <w:rPr>
          <w:rFonts w:ascii="Gentium Plus" w:hAnsi="Gentium Plus"/>
          <w:sz w:val="24"/>
        </w:rPr>
        <w:t>ρολογῆσαι, φορολογῆσαι, χρήματα συναθροίσασθαι, συλλέξαι, συστῆσαι συστήσασθαι, συναγαγεῖν, εἰσπρᾶξαι, συνεισενεγκεῖν, συμφορῆσαι, κτήσασθαι, προσκτήσασθαι, προσποιήσασθαι, περιποιήσα‐ σθαι· συμμάχους προσαγαγέσθαι, οὐκ ὄντας κατακτήσασθαι, τοὺς</w:t>
      </w:r>
    </w:p>
    <w:p>
      <w:r>
        <w:rPr>
          <w:rFonts w:ascii="Courier New" w:hAnsi="Courier New"/>
          <w:color w:val="555555"/>
          <w:sz w:val="20"/>
        </w:rPr>
        <w:t>[5]</w:t>
      </w:r>
    </w:p>
    <w:p>
      <w:r>
        <w:rPr>
          <w:rFonts w:ascii="Gentium Plus" w:hAnsi="Gentium Plus"/>
          <w:sz w:val="24"/>
        </w:rPr>
        <w:t>ὄντας βεβαιώσασθαι· πολεμίους κακῶσαι, ἡμερῶσαι, πραῧναι, καταπλῆξαι, φοβῆσαι, ταράξαι, διαταράξαι, δεδίξασθαι· εἰρήνην</w:t>
      </w:r>
    </w:p>
    <w:p>
      <w:r>
        <w:rPr>
          <w:rFonts w:ascii="Courier New" w:hAnsi="Courier New"/>
          <w:color w:val="555555"/>
          <w:sz w:val="20"/>
        </w:rPr>
        <w:t>[4 . 30]</w:t>
      </w:r>
    </w:p>
    <w:p>
      <w:r>
        <w:rPr>
          <w:rFonts w:ascii="Gentium Plus" w:hAnsi="Gentium Plus"/>
          <w:sz w:val="24"/>
        </w:rPr>
        <w:t>μαχίαν, ἰσοτέλειαν, ἰσοπολιτείαν· τὸ γὰρ ὁμαιχμίαν μοχθηρόν, ὁρκίσαι δὲ καὶ ὅρκους ἐπαγαγεῖν, δοῦναι, λαβεῖν, ἀπολαβεῖν. συνηγο‐ ρῆσαι, συναγορεῦσαι, συνειπεῖν, συναγωνίσασθαι, συνεξετασθῆναι, συμπροθυμηθῆναι, συνδικῆσαι, συγκινδυνεῦσαι, ὑπεραπολογήσασθαι,</w:t>
      </w:r>
    </w:p>
    <w:p>
      <w:r>
        <w:rPr>
          <w:rFonts w:ascii="Courier New" w:hAnsi="Courier New"/>
          <w:color w:val="555555"/>
          <w:sz w:val="20"/>
        </w:rPr>
        <w:t>[5]</w:t>
      </w:r>
    </w:p>
    <w:p>
      <w:r>
        <w:rPr>
          <w:rFonts w:ascii="Gentium Plus" w:hAnsi="Gentium Plus"/>
          <w:sz w:val="24"/>
        </w:rPr>
        <w:t>ὑπερδικῆσαι, βοηθῆσαι, συμπρᾶξαι, συλλαβεῖν, συνεπιλαβεῖν, ἐπικου‐ ρῆσαι, ὑπερκινδυνεῦσαι, προδικῆσαι, προστῆναι, συνεισελθεῖν, ἀντει‐ πεῖν, ἀντιδικῆσαι, ἀντεξετασθῆναι, ἀνταγωνίσασθαι, κατηγορῆσαι, κατειπεῖν, ἐξελέγξαι.</w:t>
      </w:r>
    </w:p>
    <w:p>
      <w:r>
        <w:rPr>
          <w:rFonts w:ascii="Courier New" w:hAnsi="Courier New"/>
          <w:color w:val="555555"/>
          <w:sz w:val="20"/>
        </w:rPr>
        <w:t>[4 . 31]</w:t>
      </w:r>
    </w:p>
    <w:p>
      <w:r>
        <w:rPr>
          <w:rFonts w:ascii="Gentium Plus" w:hAnsi="Gentium Plus"/>
          <w:sz w:val="24"/>
        </w:rPr>
        <w:t>πανηγυρίσαι, δημαγωγῆσαι, πανηγυρικοὺς λόγους ἐξενεγκεῖν, πανδήμους λόγους εἰπεῖν, δημοτελεῖς λόγους παρασχέσθαι, ἐπαγωγούς, ἡδεῖς, γλυκεῖς, τερπνούς, κεχαρισμένους, δημοτερπεῖς, ὀχλοτερπεῖς, πρὸς ἡδονὴν πεποιημένους, πρὸς πλῆθος ἡρμοσμένους, ἐγκωμιάσαι,</w:t>
      </w:r>
    </w:p>
    <w:p>
      <w:r>
        <w:rPr>
          <w:rFonts w:ascii="Courier New" w:hAnsi="Courier New"/>
          <w:color w:val="555555"/>
          <w:sz w:val="20"/>
        </w:rPr>
        <w:t>[5]</w:t>
      </w:r>
    </w:p>
    <w:p>
      <w:r>
        <w:rPr>
          <w:rFonts w:ascii="Gentium Plus" w:hAnsi="Gentium Plus"/>
          <w:sz w:val="24"/>
        </w:rPr>
        <w:t>ἐπαινέσαι, λαμπρῦναι, ἀπολαμπρῦναι, φαιδρῦναι, ἐκφαιδρῦναι, κοσμῆσαι, καλλωπίσαι, κατακοσμῆσαι, συστῆσαι, γνωρίσαι, ἐπευφη‐</w:t>
      </w:r>
    </w:p>
    <w:p>
      <w:r>
        <w:rPr>
          <w:rFonts w:ascii="Courier New" w:hAnsi="Courier New"/>
          <w:color w:val="555555"/>
          <w:sz w:val="20"/>
        </w:rPr>
        <w:t>[4 . 32]</w:t>
      </w:r>
    </w:p>
    <w:p>
      <w:r>
        <w:rPr>
          <w:rFonts w:ascii="Gentium Plus" w:hAnsi="Gentium Plus"/>
          <w:sz w:val="24"/>
        </w:rPr>
        <w:t>μῆσαι. καὶ τὰ ὀνόματα ἐγκώμιον, ἔπαινος, σεμνολογία, λαμπρότης, φαιδρότης, κόσμος, καλλωπισμός, σύστασις, γνωρισμός, εὐφημία. τὰ δ’ ἐναντία ψέξαι, κακίσαι, αἰσχῦναι, καθυβρίσαι, λοιδορῆσαι, διαβαλεῖν, ἐλέγξαι, φαυλίσαι, διασῦραι, καταγελάσαι, χλευάσαι δια‐</w:t>
      </w:r>
    </w:p>
    <w:p>
      <w:r>
        <w:rPr>
          <w:rFonts w:ascii="Courier New" w:hAnsi="Courier New"/>
          <w:color w:val="555555"/>
          <w:sz w:val="20"/>
        </w:rPr>
        <w:t>[5]</w:t>
      </w:r>
    </w:p>
    <w:p>
      <w:r>
        <w:rPr>
          <w:rFonts w:ascii="Gentium Plus" w:hAnsi="Gentium Plus"/>
          <w:sz w:val="24"/>
        </w:rPr>
        <w:t>χλευάσαι, φλαυρίσαι καὶ ἀποφλαυρίσαι, κωμῳδῆσαι, τωθάσαι, κακῶς εἰπεῖν, ὀνειδίσαι, ὄνειδος προστρίψασθαι, ὄνειδος ἐπενεγκεῖν,</w:t>
      </w:r>
    </w:p>
    <w:p>
      <w:r>
        <w:rPr>
          <w:rFonts w:ascii="Courier New" w:hAnsi="Courier New"/>
          <w:color w:val="555555"/>
          <w:sz w:val="20"/>
        </w:rPr>
        <w:t>[4 . 33]</w:t>
      </w:r>
    </w:p>
    <w:p>
      <w:r>
        <w:rPr>
          <w:rFonts w:ascii="Gentium Plus" w:hAnsi="Gentium Plus"/>
          <w:sz w:val="24"/>
        </w:rPr>
        <w:t>αἰσχύνῃ περιβαλεῖν. καὶ τὰ πράγματα ψόγος, αἰσχύνη, κα‐ κισμός, ὕβρις, λοιδορία, διαβολή, ἔλεγχος, κακηγορία, κατάγελως, ὀνειδισμός, χλευασία χλευασμός, κωμῳδία, τωθασμός. καὶ μέρη μὲν τοῦ ῥητορικοῦ λόγου προοίμιον, διήγησις, πίστις,</w:t>
      </w:r>
    </w:p>
    <w:p>
      <w:r>
        <w:rPr>
          <w:rFonts w:ascii="Courier New" w:hAnsi="Courier New"/>
          <w:color w:val="555555"/>
          <w:sz w:val="20"/>
        </w:rPr>
        <w:t>[5]</w:t>
      </w:r>
    </w:p>
    <w:p>
      <w:r>
        <w:rPr>
          <w:rFonts w:ascii="Gentium Plus" w:hAnsi="Gentium Plus"/>
          <w:sz w:val="24"/>
        </w:rPr>
        <w:t>ἀπόδειξις, ἔλεγχος, παραδείγματα, ὁμοιώσεις, παραβολαί, ἐπιχειρή‐ ματα, ἐνθυμήματα, ὑπερβολαί, δεινώσεις δεινολογίαι, φράσεις ἐκφράσεις, οἰκτρολογίαι, παραδηλώσεις ὑποδηλώσεις, ἐπίλογοι.</w:t>
      </w:r>
    </w:p>
    <w:p>
      <w:r>
        <w:rPr>
          <w:rFonts w:ascii="Courier New" w:hAnsi="Courier New"/>
          <w:color w:val="555555"/>
          <w:sz w:val="20"/>
        </w:rPr>
        <w:t>[4 . 34]</w:t>
      </w:r>
    </w:p>
    <w:p>
      <w:r>
        <w:rPr>
          <w:rFonts w:ascii="Gentium Plus" w:hAnsi="Gentium Plus"/>
          <w:sz w:val="24"/>
        </w:rPr>
        <w:t>ἔπαινος δὲ ῥήτορος καὶ δημαγωγοῦ εὔνους, φιλόπολις, φιλό‐</w:t>
      </w:r>
    </w:p>
    <w:p>
      <w:r>
        <w:rPr>
          <w:rFonts w:ascii="Courier New" w:hAnsi="Courier New"/>
          <w:color w:val="555555"/>
          <w:sz w:val="20"/>
        </w:rPr>
        <w:t>[5]</w:t>
      </w:r>
    </w:p>
    <w:p>
      <w:r>
        <w:rPr>
          <w:rFonts w:ascii="Gentium Plus" w:hAnsi="Gentium Plus"/>
          <w:sz w:val="24"/>
        </w:rPr>
        <w:t>προαγωνιστὴς τῆς δημοκρατίας, συναγωνιστής, ἄδωρος ἀδωροδόκη‐ τος, ἄπρατος, ἀδιάφθορος, συνέχων τὴν πολιτείαν, συνδέων, συμ‐ φυλάττων, τηρῶν διατηρῶν, φυλάττων διαφυλάττων. καὶ τὰ ῥήματα ἀπ’ αὐτῶν. πρᾶγμα δ’ ἀπὸ τῶν πλείστων οὐκ ἔστιν, ὅτι μὴ εὔνοια, δημοκρατία, πίστις, πόρος, πορισμός, προστασία·</w:t>
      </w:r>
    </w:p>
    <w:p>
      <w:r>
        <w:rPr>
          <w:rFonts w:ascii="Courier New" w:hAnsi="Courier New"/>
          <w:color w:val="555555"/>
          <w:sz w:val="20"/>
        </w:rPr>
        <w:t>[10]</w:t>
      </w:r>
    </w:p>
    <w:p>
      <w:r>
        <w:rPr>
          <w:rFonts w:ascii="Gentium Plus" w:hAnsi="Gentium Plus"/>
          <w:sz w:val="24"/>
        </w:rPr>
        <w:t>ἀγωνισμὸς γὰρ καὶ φυλακὴ καὶ τήρησις λέγονται καὶ πρὸς ἕτερα.</w:t>
      </w:r>
    </w:p>
    <w:p>
      <w:r>
        <w:rPr>
          <w:rFonts w:ascii="Courier New" w:hAnsi="Courier New"/>
          <w:color w:val="555555"/>
          <w:sz w:val="20"/>
        </w:rPr>
        <w:t>[4 . 35]</w:t>
      </w:r>
    </w:p>
    <w:p>
      <w:r>
        <w:rPr>
          <w:rFonts w:ascii="Gentium Plus" w:hAnsi="Gentium Plus"/>
          <w:sz w:val="24"/>
        </w:rPr>
        <w:t>ψόγος δέ· παράνομος, προδότης, ὀλιγαρχικός, πεπραμέ‐ νος, δωροδόκος δεδωροδοκημένος, δεδεκασμένος, ἀδόκιμος, κίβδηλος, παράσημος, αὐτόμολος, ἄπιστος, βλαβερός, ζημιώδης, ἐπιζήμιος, νόμοις ἐχθρός, καταλύων τὴν δημοκρατίαν, συγ‐</w:t>
      </w:r>
    </w:p>
    <w:p>
      <w:r>
        <w:rPr>
          <w:rFonts w:ascii="Courier New" w:hAnsi="Courier New"/>
          <w:color w:val="555555"/>
          <w:sz w:val="20"/>
        </w:rPr>
        <w:t>[5]</w:t>
      </w:r>
    </w:p>
    <w:p>
      <w:r>
        <w:rPr>
          <w:rFonts w:ascii="Gentium Plus" w:hAnsi="Gentium Plus"/>
          <w:sz w:val="24"/>
        </w:rPr>
        <w:t>χέων τὰ καθεστηκότα, οὐκ ἀρεσκόμενος τοῖς καθεστηκόσιν, δυσ‐ χεραίνων, δυσμεναίνων, ἀνατρέπων τὴν πολιτείαν, λύων ἀνα‐ λύων καταλύων, συνταράττων, μεθιστάς, παρακινῶν, μεταβάλλων,</w:t>
      </w:r>
    </w:p>
    <w:p>
      <w:r>
        <w:rPr>
          <w:rFonts w:ascii="Courier New" w:hAnsi="Courier New"/>
          <w:color w:val="555555"/>
          <w:sz w:val="20"/>
        </w:rPr>
        <w:t>[4 . 36]</w:t>
      </w:r>
    </w:p>
    <w:p>
      <w:r>
        <w:rPr>
          <w:rFonts w:ascii="Gentium Plus" w:hAnsi="Gentium Plus"/>
          <w:sz w:val="24"/>
        </w:rPr>
        <w:t>μετατιθείς, παρατρέπων, νεωτερίζων, ἐκνεωτερίζων, παρανεωτε‐ ρίζων, νεωτεριστής νεωτεριστικός, μισόπολις, μισόδημος, ὀλι‐ γαρχικός, πρὸς ἀργύριον ῥέπων, πρὸς ἀργύριον βλέπων, πα‐ λίμπρατος, συκοφάντης, δικορράφος, φιλοπράγμων πολυπράγ‐</w:t>
      </w:r>
    </w:p>
    <w:p>
      <w:r>
        <w:rPr>
          <w:rFonts w:ascii="Courier New" w:hAnsi="Courier New"/>
          <w:color w:val="555555"/>
          <w:sz w:val="20"/>
        </w:rPr>
        <w:t>[5]</w:t>
      </w:r>
    </w:p>
    <w:p>
      <w:r>
        <w:rPr>
          <w:rFonts w:ascii="Gentium Plus" w:hAnsi="Gentium Plus"/>
          <w:sz w:val="24"/>
        </w:rPr>
        <w:t>μων, κακοπράγμων, ὡς Ὑπερείδης (frg 248 Bl) ἔφη, κατα‐ πολιτευόμενος τὸν δῆμον, ὑποπολιτευόμενος τοῖς ἐχθροῖς, προτείνων τὴν χεῖρα, λέγων ἐπὶ χρήμασι, παλιγκάπηλος, πεπρακὼς ἑαυτόν, πρὸς ἀργύριον λέγων, μισθοῦ φθεγγόμενος, μηδ’ ἂν ῥῆμα προῖκα</w:t>
      </w:r>
    </w:p>
    <w:p>
      <w:r>
        <w:rPr>
          <w:rFonts w:ascii="Courier New" w:hAnsi="Courier New"/>
          <w:color w:val="555555"/>
          <w:sz w:val="20"/>
        </w:rPr>
        <w:t>[4 . 37]</w:t>
      </w:r>
    </w:p>
    <w:p>
      <w:r>
        <w:rPr>
          <w:rFonts w:ascii="Gentium Plus" w:hAnsi="Gentium Plus"/>
          <w:sz w:val="24"/>
        </w:rPr>
        <w:t>εἰπών, πρὸς λῆμμα βλέπων, πρὸς ἀργύριον κεχηνώς, μηδὲν μέρος ἔχων ἄπρατον, εὔωνος, ῥᾴδιος, πρόσοδον τὴν πολιτείαν πε‐ ποιημένος· ὕπουλος, δολερός, ἐπίβουλος, κακοήθης, ἀπατεών, ἐπι‐ βουλεύων, ἐπηρεάζων, δημεύων, δημοκόπος, πρὸς χάριν λέγων,</w:t>
      </w:r>
    </w:p>
    <w:p>
      <w:r>
        <w:rPr>
          <w:rFonts w:ascii="Courier New" w:hAnsi="Courier New"/>
          <w:color w:val="555555"/>
          <w:sz w:val="20"/>
        </w:rPr>
        <w:t>[5]</w:t>
      </w:r>
    </w:p>
    <w:p>
      <w:r>
        <w:rPr>
          <w:rFonts w:ascii="Gentium Plus" w:hAnsi="Gentium Plus"/>
          <w:sz w:val="24"/>
        </w:rPr>
        <w:t>πρὸς ἡδονὴν δημηγορῶν, παρὰ τῇ κιγκλίδι ζῶν ἀεί, παρὰ τὸν δρύφακτον ποιούμενος τὸν βίον, παρὰ τὴν κλεψύδραν, δη‐</w:t>
      </w:r>
    </w:p>
    <w:p>
      <w:r>
        <w:rPr>
          <w:rFonts w:ascii="Courier New" w:hAnsi="Courier New"/>
          <w:color w:val="555555"/>
          <w:sz w:val="20"/>
        </w:rPr>
        <w:t>[4 . 38]</w:t>
      </w:r>
    </w:p>
    <w:p>
      <w:r>
        <w:rPr>
          <w:rFonts w:ascii="Gentium Plus" w:hAnsi="Gentium Plus"/>
          <w:sz w:val="24"/>
        </w:rPr>
        <w:t>καὶ ἐπαινῶν καὶ ψέγων. τὰ δὲ τοῦ πράγματος ὀνόματα προ‐ δοσία, παρανομία, αὐτομολία, πρᾶσις, δωροδοκία, δεκασμός, κιβδηλία, ἀπιστία, βλακεία, ζημία, κατάλυσις, σύγχυσις, ἀνατροπή, λύσις, βλάβη, μετάστασις, κίνησις, μεταβολή, νεωτεροποιία νεωτερισμός,</w:t>
      </w:r>
    </w:p>
    <w:p>
      <w:r>
        <w:rPr>
          <w:rFonts w:ascii="Courier New" w:hAnsi="Courier New"/>
          <w:color w:val="555555"/>
          <w:sz w:val="20"/>
        </w:rPr>
        <w:t>[5]</w:t>
      </w:r>
    </w:p>
    <w:p>
      <w:r>
        <w:rPr>
          <w:rFonts w:ascii="Gentium Plus" w:hAnsi="Gentium Plus"/>
          <w:sz w:val="24"/>
        </w:rPr>
        <w:t>συκοφαντία, πολυπραγμοσύνη φιλοπραγμοσύνη, δόλος, ἐπιβουλή, ἀπάτη, κακοήθεια, ἐπηρεασμός, δήμευσις, δημοκοπία, ὧν τὰ πλείω καὶ πρὸς ἕτερα. ἔστι δ’ ἐξ ἐνίων καὶ ἐπαινοῦντι καὶ ψέγοντι ἐπιρρήματα.</w:t>
      </w:r>
    </w:p>
    <w:p>
      <w:r>
        <w:rPr>
          <w:rFonts w:ascii="Courier New" w:hAnsi="Courier New"/>
          <w:color w:val="555555"/>
          <w:sz w:val="20"/>
        </w:rPr>
        <w:t>[4 . 39]</w:t>
      </w:r>
    </w:p>
    <w:p>
      <w:r>
        <w:rPr>
          <w:rFonts w:ascii="Gentium Plus" w:hAnsi="Gentium Plus"/>
          <w:sz w:val="24"/>
        </w:rPr>
        <w:t>Φιλόσοφος, διαλεκτικός, θεωρητικός, παιδευτικός, προτρεπτι‐ κός, διδασκαλικός, τὰς ψυχὰς ἐξιώμενος, ἐπανορθούμενος τὰ τῆς γνώμης ἀρρωστήματα, ἐπὶ τὴν ἀρετὴν ἄγων, ἐπὶ τὴν ἀρετὴν ἀγωγός, οἷος θυμὸν κοιμίσαι, ἐπιθυμίας πραῧναι, ἡδονὰς ῥυθμίσαι,</w:t>
      </w:r>
    </w:p>
    <w:p>
      <w:r>
        <w:rPr>
          <w:rFonts w:ascii="Courier New" w:hAnsi="Courier New"/>
          <w:color w:val="555555"/>
          <w:sz w:val="20"/>
        </w:rPr>
        <w:t>[5]</w:t>
      </w:r>
    </w:p>
    <w:p>
      <w:r>
        <w:rPr>
          <w:rFonts w:ascii="Gentium Plus" w:hAnsi="Gentium Plus"/>
          <w:sz w:val="24"/>
        </w:rPr>
        <w:t>φιλοχρηματίαν συμμετρῆσαι, τῦφον συστεῖλαι, ἀλαζονείαν κολάσαι, ἀκολασίαν νουθετῆσαι, ἀσέλγειαν σωφρονίσαι· νουθετικός, σωφρονι‐</w:t>
      </w:r>
    </w:p>
    <w:p>
      <w:r>
        <w:rPr>
          <w:rFonts w:ascii="Courier New" w:hAnsi="Courier New"/>
          <w:color w:val="555555"/>
          <w:sz w:val="20"/>
        </w:rPr>
        <w:t>[4 . 40]</w:t>
      </w:r>
    </w:p>
    <w:p>
      <w:r>
        <w:rPr>
          <w:rFonts w:ascii="Gentium Plus" w:hAnsi="Gentium Plus"/>
          <w:sz w:val="24"/>
        </w:rPr>
        <w:t>στικός, σωφρονιστής. ὄργανα δὲ φιλοσοφίας τρόπος καὶ λόγος, ὁ μὲν τῷ παραδείγματι τοῦ βίου παιδεύων, ὁ δὲ λόγος προσαγόμενος καὶ διδάσκων· οὗ μέρη πρότασις, ἐπαγωγή, συλλογισμός, νουθεσία, νουθέτησις, ὀνειδισμός, προτροπή, διδασκαλία. καὶ βίος πολιτικὸς</w:t>
      </w:r>
    </w:p>
    <w:p>
      <w:r>
        <w:rPr>
          <w:rFonts w:ascii="Courier New" w:hAnsi="Courier New"/>
          <w:color w:val="555555"/>
          <w:sz w:val="20"/>
        </w:rPr>
        <w:t>[5]</w:t>
      </w:r>
    </w:p>
    <w:p>
      <w:r>
        <w:rPr>
          <w:rFonts w:ascii="Gentium Plus" w:hAnsi="Gentium Plus"/>
          <w:sz w:val="24"/>
        </w:rPr>
        <w:t>ὁ καὶ πρακτικός, λογικὸς ὁ καὶ παιδευτικός, θεωρητικὸς ὁ καὶ φυ‐ σικός. τὸν δ’ ἐναντίον τούτῳ ἀφιλόσοφον ἂν εἴποις, ἐκ τοῦ Πλάτωνος Τιμαίου (73 A) λαβὼν τοὔνομα.</w:t>
      </w:r>
    </w:p>
    <w:p>
      <w:r>
        <w:rPr>
          <w:rFonts w:ascii="Courier New" w:hAnsi="Courier New"/>
          <w:color w:val="555555"/>
          <w:sz w:val="20"/>
        </w:rPr>
        <w:t>[4 . 41]</w:t>
      </w:r>
    </w:p>
    <w:p>
      <w:r>
        <w:rPr>
          <w:rFonts w:ascii="Gentium Plus" w:hAnsi="Gentium Plus"/>
          <w:sz w:val="24"/>
        </w:rPr>
        <w:t>Σοφιστής, διδάσκαλος, παιδευτής, ἐξηγητής, ὑφηγητής, ἡγε‐ μών. σοφιστικός, διδασκαλικός, παιδευτικός, ἐξηγητικός, ὑφηγητικός, ἡγεμονικός. διδάσκων, παιδεύων, ἐξηγούμενος ὑφηγούμενος ἡγού‐ μενος· οὐ μὴν καὶ σοφιστεύων εἴποις ἄν. τοὺς δὲ τοιούτους,</w:t>
      </w:r>
    </w:p>
    <w:p>
      <w:r>
        <w:rPr>
          <w:rFonts w:ascii="Courier New" w:hAnsi="Courier New"/>
          <w:color w:val="555555"/>
          <w:sz w:val="20"/>
        </w:rPr>
        <w:t>[5]</w:t>
      </w:r>
    </w:p>
    <w:p>
      <w:r>
        <w:rPr>
          <w:rFonts w:ascii="Gentium Plus" w:hAnsi="Gentium Plus"/>
          <w:sz w:val="24"/>
        </w:rPr>
        <w:t>ὥσπερ καὶ τοὺς φιλοσόφους, ἐκάλουν φροντιστάς, καὶ τὰ διδασκαλεῖα</w:t>
      </w:r>
    </w:p>
    <w:p>
      <w:r>
        <w:rPr>
          <w:rFonts w:ascii="Courier New" w:hAnsi="Courier New"/>
          <w:color w:val="555555"/>
          <w:sz w:val="20"/>
        </w:rPr>
        <w:t>[4 . 42]</w:t>
      </w:r>
    </w:p>
    <w:p>
      <w:r>
        <w:rPr>
          <w:rFonts w:ascii="Gentium Plus" w:hAnsi="Gentium Plus"/>
          <w:sz w:val="24"/>
        </w:rPr>
        <w:t>οὐ παιδαγωγεῖα μόνον καὶ φωλεοὺς ἀλλὰ καὶ φροντιστήρια. τὰ δὲ πράγματα διδασκαλία, παίδευσις, ἐξήγησις ὑφήγησις, ἡγεμονία, ἀγωγή, σοφιστική· οὐ γὰρ σοφιστεία, παιδευτικὴ δὲ τέχνη καὶ ἐξηγητικὴ καὶ ὑφηγητικὴ καὶ ἡγεμονική. καὶ τὰ ἐπιρρήματα</w:t>
      </w:r>
    </w:p>
    <w:p>
      <w:r>
        <w:rPr>
          <w:rFonts w:ascii="Courier New" w:hAnsi="Courier New"/>
          <w:color w:val="555555"/>
          <w:sz w:val="20"/>
        </w:rPr>
        <w:t>[5]</w:t>
      </w:r>
    </w:p>
    <w:p>
      <w:r>
        <w:rPr>
          <w:rFonts w:ascii="Gentium Plus" w:hAnsi="Gentium Plus"/>
          <w:sz w:val="24"/>
        </w:rPr>
        <w:t>σοφιστικῶς, διδασκαλικῶς, παιδευτικῶς, ἡγεμονικῶς· τὸ γὰρ ἐξηγητι‐ κῶς καὶ ὑφηγητικῶς τραχέα. ἔστι δ’ ἀπὸ τούτων ῥήματα, ἀφ’</w:t>
      </w:r>
    </w:p>
    <w:p>
      <w:r>
        <w:rPr>
          <w:rFonts w:ascii="Courier New" w:hAnsi="Courier New"/>
          <w:color w:val="555555"/>
          <w:sz w:val="20"/>
        </w:rPr>
        <w:t>[10]</w:t>
      </w:r>
    </w:p>
    <w:p>
      <w:r>
        <w:rPr>
          <w:rFonts w:ascii="Gentium Plus" w:hAnsi="Gentium Plus"/>
          <w:sz w:val="24"/>
        </w:rPr>
        <w:t>λογεῖν ἀργυρίζεσθαι, χρηματίζεσθαι ἐκχρηματίζεσθαι, καρποῦσθαι</w:t>
      </w:r>
    </w:p>
    <w:p>
      <w:r>
        <w:rPr>
          <w:rFonts w:ascii="Courier New" w:hAnsi="Courier New"/>
          <w:color w:val="555555"/>
          <w:sz w:val="20"/>
        </w:rPr>
        <w:t>[4 . 43]</w:t>
      </w:r>
    </w:p>
    <w:p>
      <w:r>
        <w:rPr>
          <w:rFonts w:ascii="Gentium Plus" w:hAnsi="Gentium Plus"/>
          <w:sz w:val="24"/>
        </w:rPr>
        <w:t>ἐκκαρποῦσθαι, πιπράσκειν τὰ μαθήματα, διατίθεσθαι, πωλεῖν, ἀπο‐ δίδοσθαι, ἀντικαταλλάττεσθαι πρὸς ἀργύριον, δωροδοκεῖν, φορο‐ λογεῖν, δασμολογεῖν, ἐπὶ μισθῷ διδάσκειν, ἐπὶ χρήμασιν, εἰσπράτ‐ τεσθαι παρὰ τῶν μαθητῶν φόρους, ἐρανίζεσθαι συνερανίζειν, ἀθροί‐</w:t>
      </w:r>
    </w:p>
    <w:p>
      <w:r>
        <w:rPr>
          <w:rFonts w:ascii="Courier New" w:hAnsi="Courier New"/>
          <w:color w:val="555555"/>
          <w:sz w:val="20"/>
        </w:rPr>
        <w:t>[5]</w:t>
      </w:r>
    </w:p>
    <w:p>
      <w:r>
        <w:rPr>
          <w:rFonts w:ascii="Gentium Plus" w:hAnsi="Gentium Plus"/>
          <w:sz w:val="24"/>
        </w:rPr>
        <w:t>ζειν, συλλέγειν. εἴποις δ’ ἂν τοὺς μὲν μείζους σοφιστὰς με‐ γαλομίσθους, δημοτελεῖς, πανδήμους, παγκοίνους, τοὺς δ’ ἐλάττους ὀλιγομίσθους, εὐτελεῖς· Ἰσοκράτης (XII 18) δ’ αὐτοὺς κέκληκεν ‘ἀγε‐</w:t>
      </w:r>
    </w:p>
    <w:p>
      <w:r>
        <w:rPr>
          <w:rFonts w:ascii="Courier New" w:hAnsi="Courier New"/>
          <w:color w:val="555555"/>
          <w:sz w:val="20"/>
        </w:rPr>
        <w:t>[4 . 44]</w:t>
      </w:r>
    </w:p>
    <w:p>
      <w:r>
        <w:rPr>
          <w:rFonts w:ascii="Gentium Plus" w:hAnsi="Gentium Plus"/>
          <w:sz w:val="24"/>
        </w:rPr>
        <w:t>λαίους σοφιστάς.‘ τοὺς δὲ μαθητὰς ὀνομάσαις ἂν καὶ φοιτητάς, ἑταίρους, συνουσιαστάς, ὁμιλητάς, ἀκροατάς, ὑπηκόους κατηκόους ξυνηκόους· καὶ τὴν ἀγέλην τῶν μαθητῶν, τὸν δῆμον, τὸν χορόν, τοὺς χορευτάς, τὴν πανήγυριν, τὴν σύνοδον, τὴν συλλογήν, τὸν σύλ‐</w:t>
      </w:r>
    </w:p>
    <w:p>
      <w:r>
        <w:rPr>
          <w:rFonts w:ascii="Courier New" w:hAnsi="Courier New"/>
          <w:color w:val="555555"/>
          <w:sz w:val="20"/>
        </w:rPr>
        <w:t>[5]</w:t>
      </w:r>
    </w:p>
    <w:p>
      <w:r>
        <w:rPr>
          <w:rFonts w:ascii="Gentium Plus" w:hAnsi="Gentium Plus"/>
          <w:sz w:val="24"/>
        </w:rPr>
        <w:t>λογον· τοὺς περὶ τὸν σοφιστὴν ἔχοντας, τοὺς περὶ αὐτὸν ἐσπου‐ δακότας, τοὺς κατεχομένους τῷ σοφιστῇ, τοὺς παιδευομένους, τοὺς ἀκροωμένους, τοὺς διδασκομένους. καὶ τὰ πράγματα μάθησιν, φοίτησιν, ἑταιρίαν, συνουσίαν, ὁμιλίαν, ἀκρόασιν, χορείαν, σπουδήν,</w:t>
      </w:r>
    </w:p>
    <w:p>
      <w:r>
        <w:rPr>
          <w:rFonts w:ascii="Courier New" w:hAnsi="Courier New"/>
          <w:color w:val="555555"/>
          <w:sz w:val="20"/>
        </w:rPr>
        <w:t>[4 . 45]</w:t>
      </w:r>
    </w:p>
    <w:p>
      <w:r>
        <w:rPr>
          <w:rFonts w:ascii="Gentium Plus" w:hAnsi="Gentium Plus"/>
          <w:sz w:val="24"/>
        </w:rPr>
        <w:t>κατοχήν. καὶ τὰ ῥήματα μανθάνειν, φοιτᾶν συμφοιτᾶν, συνεῖναι, ὁμιλεῖν, ὑπακούειν, ἀκροᾶσθαι, ἐπακούειν κατακούειν συνακούειν, ἀγελάζεσθαι συναγελάζεσθαι, ἀγείρεσθαι συναγείρε‐ σθαι, συνιέναι, συλλέγεσθαι, σπουδάζειν συσπουδάζειν, παιδεύεσθαι,</w:t>
      </w:r>
    </w:p>
    <w:p>
      <w:r>
        <w:rPr>
          <w:rFonts w:ascii="Courier New" w:hAnsi="Courier New"/>
          <w:color w:val="555555"/>
          <w:sz w:val="20"/>
        </w:rPr>
        <w:t>[5]</w:t>
      </w:r>
    </w:p>
    <w:p>
      <w:r>
        <w:rPr>
          <w:rFonts w:ascii="Gentium Plus" w:hAnsi="Gentium Plus"/>
          <w:sz w:val="24"/>
        </w:rPr>
        <w:t>διδάσκεσθαι. αὐτοὶ δ’ ἀλλήλων εἶεν ἂν συμφοιτηταί, ὡς Πλάτων (Phaedr 255 A, Euthyd 272 C) ἔφη, συνερασταί, συμμαθηταί, σύννομοι, σύντροφοι, ἑταῖροι. καὶ τὰ λοιπὰ μετοχαῖς ἂν εἴποις καὶ οὐκ ὀνόμασιν, οἷον οἱ συμφοιτήσαντες, οἱ συμπαιδευ‐</w:t>
      </w:r>
    </w:p>
    <w:p>
      <w:r>
        <w:rPr>
          <w:rFonts w:ascii="Courier New" w:hAnsi="Courier New"/>
          <w:color w:val="555555"/>
          <w:sz w:val="20"/>
        </w:rPr>
        <w:t>[4 . 46]</w:t>
      </w:r>
    </w:p>
    <w:p>
      <w:r>
        <w:rPr>
          <w:rFonts w:ascii="Gentium Plus" w:hAnsi="Gentium Plus"/>
          <w:sz w:val="24"/>
        </w:rPr>
        <w:t>θέντες, καὶ τὰ τοιαῦτα. τὸ δὲ διδόναι μισθούς ἐστιν εἰσ‐ φόρειν ἀποφέρειν, καταβάλλειν, κατατιθέναι, τελεῖν συντελεῖν, δω‐</w:t>
      </w:r>
    </w:p>
    <w:p>
      <w:r>
        <w:rPr>
          <w:rFonts w:ascii="Courier New" w:hAnsi="Courier New"/>
          <w:color w:val="555555"/>
          <w:sz w:val="20"/>
        </w:rPr>
        <w:t>[5]</w:t>
      </w:r>
    </w:p>
    <w:p>
      <w:r>
        <w:rPr>
          <w:rFonts w:ascii="Gentium Plus" w:hAnsi="Gentium Plus"/>
          <w:sz w:val="24"/>
        </w:rPr>
        <w:t>ἀκρόασιν, ἐν τέλει, οὐκ ἐξ ἀτελείας μαθεῖν, οὐκ ἀμισθὶ μαθεῖν. ὁ δὲ μισθὸς ἀργύριον, χρήματα, φορά καταφορά, τέλος, εἰσφορά,</w:t>
      </w:r>
    </w:p>
    <w:p>
      <w:r>
        <w:rPr>
          <w:rFonts w:ascii="Courier New" w:hAnsi="Courier New"/>
          <w:color w:val="555555"/>
          <w:sz w:val="20"/>
        </w:rPr>
        <w:t>[4 . 47]</w:t>
      </w:r>
    </w:p>
    <w:p>
      <w:r>
        <w:rPr>
          <w:rFonts w:ascii="Gentium Plus" w:hAnsi="Gentium Plus"/>
          <w:sz w:val="24"/>
        </w:rPr>
        <w:t>τέλεσμα, εἴσπραξις. ὧν ἔνια φαίης ἂν ἐπ’ ἀμφοῖν, καὶ τῆς ἀπαι‐ τήσεως καὶ τῆς καταθέσεως, τὴν μὲν αἴτησιν λέγων καὶ εἴσπραξιν καὶ πρόσοδον καὶ χρηματισμὸν καὶ ἀργυρισμὸν καὶ δωροδοκίαν καὶ λῆψιν καὶ εἴσοδον καὶ συλλογήν, τὸ δὲ καταθεῖναι δόσιν καὶ ἐπίδοσιν καὶ</w:t>
      </w:r>
    </w:p>
    <w:p>
      <w:r>
        <w:rPr>
          <w:rFonts w:ascii="Courier New" w:hAnsi="Courier New"/>
          <w:color w:val="555555"/>
          <w:sz w:val="20"/>
        </w:rPr>
        <w:t>[5]</w:t>
      </w:r>
    </w:p>
    <w:p>
      <w:r>
        <w:rPr>
          <w:rFonts w:ascii="Gentium Plus" w:hAnsi="Gentium Plus"/>
          <w:sz w:val="24"/>
        </w:rPr>
        <w:t>καταβολὴν καὶ δωροφορίαν. ὅστις δὲ βούλοιτο κακίζειν σοφιστήν, τούτῳ ὑπάρχει λέγειν γόης, ἀπατεών, ἐπίβουλος, ἀπατητικός ἐξαπατητικός, δολερός, ὕπου‐ λος, ποικίλος, πολύτροπος, παλίμβολος, ἐγκρυφίας, ἐπίσκιος,</w:t>
      </w:r>
    </w:p>
    <w:p>
      <w:r>
        <w:rPr>
          <w:rFonts w:ascii="Courier New" w:hAnsi="Courier New"/>
          <w:color w:val="555555"/>
          <w:sz w:val="20"/>
        </w:rPr>
        <w:t>[4 . 48]</w:t>
      </w:r>
    </w:p>
    <w:p>
      <w:r>
        <w:rPr>
          <w:rFonts w:ascii="Gentium Plus" w:hAnsi="Gentium Plus"/>
          <w:sz w:val="24"/>
        </w:rPr>
        <w:t>πολλαπλοῦς τὸ Πλάτωνος (Rpbl III 397 E), κρυψίνους, γοητευτι‐ κός, κακοῦργος, πανοῦργος, ψεύστης, πεπλασμένος καταπεπλασμέ‐ νος, καὶ κατὰ Πλάτωνα (?) πολυχρώματος, ‘κάπηλοσ‘ καπηλι‐ κός, μεταβολεύς μεταβλητικός, ‘ἔμμισθος θηρευτὴς νέων,‘ θηρευτι‐</w:t>
      </w:r>
    </w:p>
    <w:p>
      <w:r>
        <w:rPr>
          <w:rFonts w:ascii="Courier New" w:hAnsi="Courier New"/>
          <w:color w:val="555555"/>
          <w:sz w:val="20"/>
        </w:rPr>
        <w:t>[5]</w:t>
      </w:r>
    </w:p>
    <w:p>
      <w:r>
        <w:rPr>
          <w:rFonts w:ascii="Gentium Plus" w:hAnsi="Gentium Plus"/>
          <w:sz w:val="24"/>
        </w:rPr>
        <w:t>κός, μίσθαρνος μισθοφόρος, κόλαξ κολακευτικός, θώψ, θεραπευτής</w:t>
      </w:r>
    </w:p>
    <w:p>
      <w:r>
        <w:rPr>
          <w:rFonts w:ascii="Courier New" w:hAnsi="Courier New"/>
          <w:color w:val="555555"/>
          <w:sz w:val="20"/>
        </w:rPr>
        <w:t>[4 . 49]</w:t>
      </w:r>
    </w:p>
    <w:p>
      <w:r>
        <w:rPr>
          <w:rFonts w:ascii="Gentium Plus" w:hAnsi="Gentium Plus"/>
          <w:sz w:val="24"/>
        </w:rPr>
        <w:t>θεραπευτικός. τὰ δὲ ῥήματα σοφίζεσθαι, γοητεύειν, ἀπατᾶν ἐξαπατᾶν, παρακρούεσθαι, παράγειν, παρατρέπειν, ποικίλλειν, κα‐ κουργεῖν, φενακίζειν, πανουργεῖν, δολοῦν, τεχνάζειν, ψεύδεσθαι, καταπεπλάσθαι, καπηλεύειν, μεταβάλλεσθαι, θηρᾶν θηρεύειν, μι‐</w:t>
      </w:r>
    </w:p>
    <w:p>
      <w:r>
        <w:rPr>
          <w:rFonts w:ascii="Courier New" w:hAnsi="Courier New"/>
          <w:color w:val="555555"/>
          <w:sz w:val="20"/>
        </w:rPr>
        <w:t>[5]</w:t>
      </w:r>
    </w:p>
    <w:p>
      <w:r>
        <w:rPr>
          <w:rFonts w:ascii="Gentium Plus" w:hAnsi="Gentium Plus"/>
          <w:sz w:val="24"/>
        </w:rPr>
        <w:t>σθαρνεῖν μισθοφορεῖν, κολακεύειν ὑπερκολακεύειν, θεραπεύειν ὑπερθεραπεύειν, ὑπιέναι, ὑπάγεσθαι, ὑπέρχεσθαι, ὑποτρέχειν, ὑπο‐ πίπτειν, ὑποκεῖσθαι, κατεπᾴδειν, κατακηλεῖν, καταθέλγειν, φαρμάτ‐ τειν, φαρμακεύειν, θωπεύειν, ὑποθεῖν, ταπεινοῦν ἑαυτόν, ὑποβάλ‐</w:t>
      </w:r>
    </w:p>
    <w:p>
      <w:r>
        <w:rPr>
          <w:rFonts w:ascii="Courier New" w:hAnsi="Courier New"/>
          <w:color w:val="555555"/>
          <w:sz w:val="20"/>
        </w:rPr>
        <w:t>[4 . 50]</w:t>
      </w:r>
    </w:p>
    <w:p>
      <w:r>
        <w:rPr>
          <w:rFonts w:ascii="Gentium Plus" w:hAnsi="Gentium Plus"/>
          <w:sz w:val="24"/>
        </w:rPr>
        <w:t>λειν. τὰ δὲ πράγματα γοητεία, ἀπάτη, ἐπιβουλή ἐπιβουλία, ἐξαπάτη, ποικιλία, πολυτροπία, κακουργία, ῥᾳδιουργία, πονη‐ ρία, πανουργία, ψευδολογία, καπηλεία, πρᾶσις, μεταβολή, μισθαρνία</w:t>
      </w:r>
    </w:p>
    <w:p>
      <w:r>
        <w:rPr>
          <w:rFonts w:ascii="Courier New" w:hAnsi="Courier New"/>
          <w:color w:val="555555"/>
          <w:sz w:val="20"/>
        </w:rPr>
        <w:t>[5]</w:t>
      </w:r>
    </w:p>
    <w:p>
      <w:r>
        <w:rPr>
          <w:rFonts w:ascii="Gentium Plus" w:hAnsi="Gentium Plus"/>
          <w:sz w:val="24"/>
        </w:rPr>
        <w:t>γωγή, παρατροπή, φενακισμός, ὑποδρομή, ὑπαγωγή, ταπεινότης· ἀπὸ μὲν γὰρ ἐνίων οὐκ ἔστιν ὄνομα τοῦ πράγματος, σοφιστεία δὲ</w:t>
      </w:r>
    </w:p>
    <w:p>
      <w:r>
        <w:rPr>
          <w:rFonts w:ascii="Courier New" w:hAnsi="Courier New"/>
          <w:color w:val="555555"/>
          <w:sz w:val="20"/>
        </w:rPr>
        <w:t>[4 . 51]</w:t>
      </w:r>
    </w:p>
    <w:p>
      <w:r>
        <w:rPr>
          <w:rFonts w:ascii="Gentium Plus" w:hAnsi="Gentium Plus"/>
          <w:sz w:val="24"/>
        </w:rPr>
        <w:t>βάρβαρον, καὶ ταπείνωσις εὐτελές, καὶ δόλωσις τραχύ. τὰ δ’ ἐπιρ‐ ρήματα γοητευτικῶς, πανούργως, κακούργως, δολερῶς, ἀπατητικῶς, ποικίλως, ἐπιβούλως, ἐπισκίως, κρυψίνως, ὑπούλως, πολυτρόπως, παλιμβόλως, καπηλικῶς, μεταβλητικῶς, μισθαρνικῶς μισθοφορικῶς,</w:t>
      </w:r>
    </w:p>
    <w:p>
      <w:r>
        <w:rPr>
          <w:rFonts w:ascii="Courier New" w:hAnsi="Courier New"/>
          <w:color w:val="555555"/>
          <w:sz w:val="20"/>
        </w:rPr>
        <w:t>[5]</w:t>
      </w:r>
    </w:p>
    <w:p>
      <w:r>
        <w:rPr>
          <w:rFonts w:ascii="Gentium Plus" w:hAnsi="Gentium Plus"/>
          <w:sz w:val="24"/>
        </w:rPr>
        <w:t>καταπεπλασμένως, πεπλασμένως, θηρευτικῶς, κολακικῶς κολακευ‐ τικῶς, θεραπευτικῶς, παρακρουστικῶς, φενακιστικῶς, ταπεινῶς, ὑπο‐ πεπτωκότως.</w:t>
      </w:r>
    </w:p>
    <w:p>
      <w:r>
        <w:rPr>
          <w:rFonts w:ascii="Courier New" w:hAnsi="Courier New"/>
          <w:color w:val="555555"/>
          <w:sz w:val="20"/>
        </w:rPr>
        <w:t>[4 . 52]</w:t>
      </w:r>
    </w:p>
    <w:p>
      <w:r>
        <w:rPr>
          <w:rFonts w:ascii="Gentium Plus" w:hAnsi="Gentium Plus"/>
          <w:sz w:val="24"/>
        </w:rPr>
        <w:t>Ποιητής ποιητικός, ᾠδός ᾠδικός, μέτρων συνθέτης, εἰς μέτρα ἐπίπνους, εἰς ᾠδὰς ἔνθεος, κάτοχος ἐκ μουσῶν, μουσομανῶν, ἐμ‐ μανὴς εἰς ποίησιν, μυθολογικός, παραλλάττων ἐπὶ ποιήμασιν, εἰς μέτρα κεκινημένος, ἐνθουσιῶν ἐπὶ ποιήμασιν, καὶ ὅσα ἂν ἄλλα</w:t>
      </w:r>
    </w:p>
    <w:p>
      <w:r>
        <w:rPr>
          <w:rFonts w:ascii="Courier New" w:hAnsi="Courier New"/>
          <w:color w:val="555555"/>
          <w:sz w:val="20"/>
        </w:rPr>
        <w:t>[5]</w:t>
      </w:r>
    </w:p>
    <w:p>
      <w:r>
        <w:rPr>
          <w:rFonts w:ascii="Gentium Plus" w:hAnsi="Gentium Plus"/>
          <w:sz w:val="24"/>
        </w:rPr>
        <w:t>εἴποι τις ἐπὶ τοῦ ἐνθέως διακειμένου. τὰ δὲ ποιήματα καὶ ᾠδαὶ καὶ ᾄσματα καὶ μέτρα καὶ λόγοι ἔμμετροι, ἔπη ἡρῷα, ἑξάμετρα, ῥαψῳδία, ἐλεγεῖα, πεντάμετρα, ἐπιγράμματα, ἴαμβοι, ἰαμβεῖα, τρίμε‐</w:t>
      </w:r>
    </w:p>
    <w:p>
      <w:r>
        <w:rPr>
          <w:rFonts w:ascii="Courier New" w:hAnsi="Courier New"/>
          <w:color w:val="555555"/>
          <w:sz w:val="20"/>
        </w:rPr>
        <w:t>[4 . 53]</w:t>
      </w:r>
    </w:p>
    <w:p>
      <w:r>
        <w:rPr>
          <w:rFonts w:ascii="Gentium Plus" w:hAnsi="Gentium Plus"/>
          <w:sz w:val="24"/>
        </w:rPr>
        <w:t>τρα, τετράμετρα, ἀνάπαιστα, μέλη χορικά, στροφή, ἀντίστροφος, ἐπῳδός, ὕμνοι, παιᾶνες, προσόδια, δαφνηφορικά, τριποδηφορικά, δι‐ θύραμβοι, ἰθυφαλλικά, ὠσχοφορικά, παροίνια, ἰόβακχοι, ὑπορχήματα, θρίαμβοι, ἐπιλήνια, ἐπιλοίμια, παρθένεια, ἐπιθαλάμια, ἐγκώμια,</w:t>
      </w:r>
    </w:p>
    <w:p>
      <w:r>
        <w:rPr>
          <w:rFonts w:ascii="Courier New" w:hAnsi="Courier New"/>
          <w:color w:val="555555"/>
          <w:sz w:val="20"/>
        </w:rPr>
        <w:t>[5]</w:t>
      </w:r>
    </w:p>
    <w:p>
      <w:r>
        <w:rPr>
          <w:rFonts w:ascii="Gentium Plus" w:hAnsi="Gentium Plus"/>
          <w:sz w:val="24"/>
        </w:rPr>
        <w:t>ἐπίνικοι, σκολιά, θρῆνοι, σίλλοι, κωμῳδία, τραγῳδία, πάροδος, στά‐ σιμον, ἐμμέλεια, κομματικά, ἔξοδος, εὐκτικά, ἐμβατήρια, ὑμέναιος, νόμοι, προοίμια, προνόμια, προαύλια, ἴουλοι, οὐλαμοί, οὔπιγγοι,</w:t>
      </w:r>
    </w:p>
    <w:p>
      <w:r>
        <w:rPr>
          <w:rFonts w:ascii="Courier New" w:hAnsi="Courier New"/>
          <w:color w:val="555555"/>
          <w:sz w:val="20"/>
        </w:rPr>
        <w:t>[4 . 54]</w:t>
      </w:r>
    </w:p>
    <w:p>
      <w:r>
        <w:rPr>
          <w:rFonts w:ascii="Gentium Plus" w:hAnsi="Gentium Plus"/>
          <w:sz w:val="24"/>
        </w:rPr>
        <w:t>βώριμος δὲ Μαριανδύνων γεωργῶν ᾆσμα, ὡς Αἰγυπτίων μανέρως, καὶ λιτυέρσας Φρυγῶν. ἀλλ’ Αἰγυπτίοις μὲν ὁ Μανέρως γεωργίας εὑρε‐ τής, Μουσῶν μαθητής, Λιτυέρσας δὲ Φρυξίν· οἱ δ’ αὐτὸν Μίδου παῖδα εἶναι λέγουσιν, εἰς ἔριν δ’ ἀμητοῦ προκαλούμενον μαστιγῶσαι</w:t>
      </w:r>
    </w:p>
    <w:p>
      <w:r>
        <w:rPr>
          <w:rFonts w:ascii="Courier New" w:hAnsi="Courier New"/>
          <w:color w:val="555555"/>
          <w:sz w:val="20"/>
        </w:rPr>
        <w:t>[5]</w:t>
      </w:r>
    </w:p>
    <w:p>
      <w:r>
        <w:rPr>
          <w:rFonts w:ascii="Gentium Plus" w:hAnsi="Gentium Plus"/>
          <w:sz w:val="24"/>
        </w:rPr>
        <w:t>τοὺς ἐνδιδόντας, βιαιοτέρῳ δ’ ἀμήτῃ περιπεσόντα αὐτὸν θάνατον παθεῖν. οἱ δ’ Ἡρακλέα γεγενῆσθαι τὸν ἀποκτείναντα αὐτὸν λέγου‐</w:t>
      </w:r>
    </w:p>
    <w:p>
      <w:r>
        <w:rPr>
          <w:rFonts w:ascii="Courier New" w:hAnsi="Courier New"/>
          <w:color w:val="555555"/>
          <w:sz w:val="20"/>
        </w:rPr>
        <w:t>[4 . 55]</w:t>
      </w:r>
    </w:p>
    <w:p>
      <w:r>
        <w:rPr>
          <w:rFonts w:ascii="Gentium Plus" w:hAnsi="Gentium Plus"/>
          <w:sz w:val="24"/>
        </w:rPr>
        <w:t>σιν. ᾔδετο δ’ ὁ θρῆνος περὶ τὰς ἅλως κατὰ τὸ θέρος ἐπὶ Μίδου παραμυθίᾳ. ὁ δὲ Βώριμος ἦν Ἰόλα καὶ Μαριανδύνου ἀδελφός, Οὐπίου βασιλέως παῖς, ἐν θήρᾳ νέος ὥρᾳ θέρους ἀποθανών· τιμᾶται δὲ θρηνώδει περὶ τὴν γεωργίαν ᾄσματι. ἦν δέ τι καὶ ἀλῆτις ᾆσμα</w:t>
      </w:r>
    </w:p>
    <w:p>
      <w:r>
        <w:rPr>
          <w:rFonts w:ascii="Courier New" w:hAnsi="Courier New"/>
          <w:color w:val="555555"/>
          <w:sz w:val="20"/>
        </w:rPr>
        <w:t>[5]</w:t>
      </w:r>
    </w:p>
    <w:p>
      <w:r>
        <w:rPr>
          <w:rFonts w:ascii="Gentium Plus" w:hAnsi="Gentium Plus"/>
          <w:sz w:val="24"/>
        </w:rPr>
        <w:t>ταῖς αἰώραις προσᾳδόμενον, Θεοδώρου ποίημα τοῦ Κολοφωνίου. καί τι καὶ ἐπιλήνιον αὔλημα ἐπὶ βοτρύων θλιβομένων, καὶ ἕτερον πτιστικόν, ὡς Φρύνιχος ἐν Κωμασταῖς (I frg 14 Ko) φησιν ὁ κω‐ μικός· ἐγὼ δὲ νῷν δὴ τερετιῶ τι πτιστικόν</w:t>
      </w:r>
    </w:p>
    <w:p>
      <w:r>
        <w:rPr>
          <w:rFonts w:ascii="Courier New" w:hAnsi="Courier New"/>
          <w:color w:val="555555"/>
          <w:sz w:val="20"/>
        </w:rPr>
        <w:t>[4 . 56]</w:t>
      </w:r>
    </w:p>
    <w:p>
      <w:r>
        <w:rPr>
          <w:rFonts w:ascii="Gentium Plus" w:hAnsi="Gentium Plus"/>
          <w:sz w:val="24"/>
        </w:rPr>
        <w:t>καὶ Νικοφῶν ἐν τοῖς Χειρογάστορσιν (I frg 17 Ko) ἀλλ’ ἴθι προσαύλησον σὺ νῷν πτισμόν τινα.</w:t>
      </w:r>
    </w:p>
    <w:p>
      <w:r>
        <w:rPr>
          <w:rFonts w:ascii="Courier New" w:hAnsi="Courier New"/>
          <w:color w:val="555555"/>
          <w:sz w:val="20"/>
        </w:rPr>
        <w:t>[5]</w:t>
      </w:r>
    </w:p>
    <w:p>
      <w:r>
        <w:rPr>
          <w:rFonts w:ascii="Gentium Plus" w:hAnsi="Gentium Plus"/>
          <w:sz w:val="24"/>
        </w:rPr>
        <w:t>μικὸς (I frg 211 Ko) καὶ συβωτικόν· †ὅτι δ’ ἂν ἡ συβώτρια, μηδ’ ἀγαθὴ γένοιτό μοι. ἔχειν δοκεῖ μοι δακτύλους αὐλητικούς. Τυρρηνοὶ δὲ τῷ Ἀριστοτέλους (frg 608 Rose) λόγῳ οὐ πυκτεύουσιν ὑπ’ αὐλῷ μόνον, ἀλλὰ καὶ μαστιγοῦσι καὶ ὀψοποιοῦσιν.</w:t>
      </w:r>
    </w:p>
    <w:p>
      <w:r>
        <w:rPr>
          <w:rFonts w:ascii="Courier New" w:hAnsi="Courier New"/>
          <w:color w:val="555555"/>
          <w:sz w:val="20"/>
        </w:rPr>
        <w:t>[4 . 57]</w:t>
      </w:r>
    </w:p>
    <w:p>
      <w:r>
        <w:rPr>
          <w:rFonts w:ascii="Gentium Plus" w:hAnsi="Gentium Plus"/>
          <w:sz w:val="24"/>
        </w:rPr>
        <w:t>Μουσικῇ δὲ προσήκοι ἂν καὶ τὰ προειρημένα καὶ μουσικός, μουσουργός, μουσουργικός, μουσουργεῖν, καὶ εὐμουσία, ἀμουσία, εὐμούσως, ἀμούσως, μουσικῶς, εὔμουσος, ἄμουσος. καὶ μέλος, ἐμμέλεια, ἐμμελής, ἐμμελῶς, πολυμελῶς, ἐκμελής, ἀμελής, ἐκμελῶς,</w:t>
      </w:r>
    </w:p>
    <w:p>
      <w:r>
        <w:rPr>
          <w:rFonts w:ascii="Courier New" w:hAnsi="Courier New"/>
          <w:color w:val="555555"/>
          <w:sz w:val="20"/>
        </w:rPr>
        <w:t>[5]</w:t>
      </w:r>
    </w:p>
    <w:p>
      <w:r>
        <w:rPr>
          <w:rFonts w:ascii="Gentium Plus" w:hAnsi="Gentium Plus"/>
          <w:sz w:val="24"/>
        </w:rPr>
        <w:t>ἀμελῶς, πλημμελῶς, πλημμελές, πλημμέλεια, πλημμελεῖν, ἐπὶ δὲ μέλει ἁρμονία, ῥυθμός, κροῦμα, βάσις. τὴν δ’ ἁρμονίαν ἁρμογὴν Εὔπολις (I frg 11 Ko) εἴρηκεν· ταύτην ἐγὼ ζητῶν πάλαι τὴν ἁρμογήν.</w:t>
      </w:r>
    </w:p>
    <w:p>
      <w:r>
        <w:rPr>
          <w:rFonts w:ascii="Courier New" w:hAnsi="Courier New"/>
          <w:color w:val="555555"/>
          <w:sz w:val="20"/>
        </w:rPr>
        <w:t>[4 . 58]</w:t>
      </w:r>
    </w:p>
    <w:p>
      <w:r>
        <w:rPr>
          <w:rFonts w:ascii="Gentium Plus" w:hAnsi="Gentium Plus"/>
          <w:sz w:val="24"/>
        </w:rPr>
        <w:t>ὀνόματα δ’ ἀπ’ αὐτῆς ἁρμόζον, ἁρμόζειν, ἡρμοσμένον, εὐάρμοστον, ἐναρμόνιον, καὶ τὸ ἐναντίον ἀνάρμοστον, καὶ τὸ Πλάτωνος (Gorg 482 B, cf Sophist 253 A) ἀναρμοστεῖν, ὡς καὶ ἀπὸ ῥυθμοῦ εὔ‐ ρυθμος, εὐρυθμία, ῥυθμίζειν, εὐρύθμως, καὶ ἀρρύθμως, ἀρρυθμία,</w:t>
      </w:r>
    </w:p>
    <w:p>
      <w:r>
        <w:rPr>
          <w:rFonts w:ascii="Courier New" w:hAnsi="Courier New"/>
          <w:color w:val="555555"/>
          <w:sz w:val="20"/>
        </w:rPr>
        <w:t>[5]</w:t>
      </w:r>
    </w:p>
    <w:p>
      <w:r>
        <w:rPr>
          <w:rFonts w:ascii="Gentium Plus" w:hAnsi="Gentium Plus"/>
          <w:sz w:val="24"/>
        </w:rPr>
        <w:t>ἀρρυθμεῖν. κιθαρῳδία, λυρῳδία, αὐλῳδία. τὰ δ’ ὄργανα τὰ κρουόμενα εἴποις ἂν καὶ πληττόμενα, ἐπι‐ ψαλλόμενα, ἔγχορδα, πρόσχορδα, προσῳδά, τὰ δ’ ἐμπνεόμενα, καταπνεόμενα, ὑποπνεόμενα, ἐμφυσώμενα. ὧν εἴδη τῶν μὲν κρουο‐</w:t>
      </w:r>
    </w:p>
    <w:p>
      <w:r>
        <w:rPr>
          <w:rFonts w:ascii="Courier New" w:hAnsi="Courier New"/>
          <w:color w:val="555555"/>
          <w:sz w:val="20"/>
        </w:rPr>
        <w:t>[4 . 59]</w:t>
      </w:r>
    </w:p>
    <w:p>
      <w:r>
        <w:rPr>
          <w:rFonts w:ascii="Gentium Plus" w:hAnsi="Gentium Plus"/>
          <w:sz w:val="24"/>
        </w:rPr>
        <w:t>μένων λύρα, κιθάρα, βάρβιτον—τὸ δ’ αὐτὸ καὶ βαρύμιτον—χέλυς,</w:t>
      </w:r>
    </w:p>
    <w:p>
      <w:r>
        <w:rPr>
          <w:rFonts w:ascii="Courier New" w:hAnsi="Courier New"/>
          <w:color w:val="555555"/>
          <w:sz w:val="20"/>
        </w:rPr>
        <w:t>[5]</w:t>
      </w:r>
    </w:p>
    <w:p>
      <w:r>
        <w:rPr>
          <w:rFonts w:ascii="Gentium Plus" w:hAnsi="Gentium Plus"/>
          <w:sz w:val="24"/>
        </w:rPr>
        <w:t>μὲν Ἀμβρακιώτης τιμῇ δὲ Σικυώνιος, πρῶτος ἐπικρούσας ἄνευ πλήκ‐ τρου. τὸ δ’ ἐπιγόνειον ἔχει χορδὰς τετταράκοντα, ὥσπερ τὸ σιμι‐</w:t>
      </w:r>
    </w:p>
    <w:p>
      <w:r>
        <w:rPr>
          <w:rFonts w:ascii="Courier New" w:hAnsi="Courier New"/>
          <w:color w:val="555555"/>
          <w:sz w:val="20"/>
        </w:rPr>
        <w:t>[4 . 60]</w:t>
      </w:r>
    </w:p>
    <w:p>
      <w:r>
        <w:rPr>
          <w:rFonts w:ascii="Gentium Plus" w:hAnsi="Gentium Plus"/>
          <w:sz w:val="24"/>
        </w:rPr>
        <w:t>κὸν πέντε καὶ τριάκοντα. μονόχορδον δέ, Ἀράβων τὸ εὕρημα. τρίχορδον, ὅπερ Ἀσσύριοι πανδοῦραν ὠνόμαζον· ἐκείνων δ’ ἦν καὶ τὸ εὕρημα. πεντάχορδον· Σκυθῶν μὲν τὸ εὕρημα, καθῆπται δ’ ἱμᾶσιν ὠμοβοΐνοις, αἰγῶν δὲ χηλαὶ τὰ πλῆκτρα. ψιθύρα δέ, τὸ μὲν εὕρημα</w:t>
      </w:r>
    </w:p>
    <w:p>
      <w:r>
        <w:rPr>
          <w:rFonts w:ascii="Courier New" w:hAnsi="Courier New"/>
          <w:color w:val="555555"/>
          <w:sz w:val="20"/>
        </w:rPr>
        <w:t>[5]</w:t>
      </w:r>
    </w:p>
    <w:p>
      <w:r>
        <w:rPr>
          <w:rFonts w:ascii="Gentium Plus" w:hAnsi="Gentium Plus"/>
          <w:sz w:val="24"/>
        </w:rPr>
        <w:t>Λιβυκόν, μάλιστα δὲ Τρωγλοδυτῶν, τὸ δὲ σχῆμα τετράγωνον. ἔνιοι δὲ τὴν ψιθύραν τὴν αὐτὴν εἶναι τῷ ἀσκάρῳ ὀνομαζομένῳ νομί‐</w:t>
      </w:r>
    </w:p>
    <w:p>
      <w:r>
        <w:rPr>
          <w:rFonts w:ascii="Courier New" w:hAnsi="Courier New"/>
          <w:color w:val="555555"/>
          <w:sz w:val="20"/>
        </w:rPr>
        <w:t>[4 . 61]</w:t>
      </w:r>
    </w:p>
    <w:p>
      <w:r>
        <w:rPr>
          <w:rFonts w:ascii="Gentium Plus" w:hAnsi="Gentium Plus"/>
          <w:sz w:val="24"/>
        </w:rPr>
        <w:t>ζουσιν. τὸ δ’ ἦν πλινθίον πηχυαῖον, ἔχον διειλκυσμένα πηνία, ἃ περιστρεφόμενα ἦχον ἐποίει κροτάλῳ παραπλήσιον. μαγάδιν δ’ ὀνομάζει μὲν Ἀνακρέων (frg 18 B), τὴν δ’ εὕρεσιν αὐτῆς Θρᾳξὶ Κάνθαρος (I frg 9 Ko) προστίθησιν. ἀλλὰ μὴν καὶ νάβλας μνημονεύει</w:t>
      </w:r>
    </w:p>
    <w:p>
      <w:r>
        <w:rPr>
          <w:rFonts w:ascii="Courier New" w:hAnsi="Courier New"/>
          <w:color w:val="555555"/>
          <w:sz w:val="20"/>
        </w:rPr>
        <w:t>[5]</w:t>
      </w:r>
    </w:p>
    <w:p>
      <w:r>
        <w:rPr>
          <w:rFonts w:ascii="Gentium Plus" w:hAnsi="Gentium Plus"/>
          <w:sz w:val="24"/>
        </w:rPr>
        <w:t>Φιλήμων (II frg 44 Ko)· ἔδει παρεῖναι, Παρμένων, αὐλητρίδ’ ἢ νάβλαν τινά. καὶ πήληξ δ’ οὐ μόνον ὁ τῆς περικεφαλαίας λόφος, ἀλλὰ καὶ ὄργανόν τι ψαλτήριον.</w:t>
      </w:r>
    </w:p>
    <w:p>
      <w:r>
        <w:rPr>
          <w:rFonts w:ascii="Courier New" w:hAnsi="Courier New"/>
          <w:color w:val="555555"/>
          <w:sz w:val="20"/>
        </w:rPr>
        <w:t>[4 . 62]</w:t>
      </w:r>
    </w:p>
    <w:p>
      <w:r>
        <w:rPr>
          <w:rFonts w:ascii="Gentium Plus" w:hAnsi="Gentium Plus"/>
          <w:sz w:val="24"/>
        </w:rPr>
        <w:t>μέρη δὲ τῶν ὀργάνων νευραί, χορδαί, λίνα, μίτοι, τόνοι, πήχεις, ἀγκῶνες, κέρατα, κόλλοπες, ἠχεῖα, πλῆκτρον, χορδότονον.</w:t>
      </w:r>
    </w:p>
    <w:p>
      <w:r>
        <w:rPr>
          <w:rFonts w:ascii="Courier New" w:hAnsi="Courier New"/>
          <w:color w:val="555555"/>
          <w:sz w:val="20"/>
        </w:rPr>
        <w:t>[5]</w:t>
      </w:r>
    </w:p>
    <w:p>
      <w:r>
        <w:rPr>
          <w:rFonts w:ascii="Gentium Plus" w:hAnsi="Gentium Plus"/>
          <w:sz w:val="24"/>
        </w:rPr>
        <w:t>καὶ Σοφοκλῆς (TGF 33 N) εἴρηκεν ὑφῃρέθη σου κάλαμος ὡσπερεὶ λύρας. οἱ δὲ τεχνῖται λυρῳδοί, κιθαρῳδοί, κιθαρισταὶ κιθαρίστριαι, ψάλται</w:t>
      </w:r>
    </w:p>
    <w:p>
      <w:r>
        <w:rPr>
          <w:rFonts w:ascii="Courier New" w:hAnsi="Courier New"/>
          <w:color w:val="555555"/>
          <w:sz w:val="20"/>
        </w:rPr>
        <w:t>[4 . 63]</w:t>
      </w:r>
    </w:p>
    <w:p>
      <w:r>
        <w:rPr>
          <w:rFonts w:ascii="Gentium Plus" w:hAnsi="Gentium Plus"/>
          <w:sz w:val="24"/>
        </w:rPr>
        <w:t>ψάλτριαι. καὶ τὰ ῥήματα λυρίζειν, κιθαρίζειν, ψάλλειν, ὑπο‐ βάλλειν καὶ ὡς Ἀριστοφάνης (frg 752 Ko) βαρβιτίζειν. καὶ κρέ‐ κειν δέ, καὶ κρεγμὸς τὸ πρᾶγμα. προσᾴδειν, ἐπᾴδειν, ὑπᾴδειν, συνᾴδειν, ἀπᾴδειν. κρούματα, πρόσχορδα ᾄσματα, πολύχορδον,</w:t>
      </w:r>
    </w:p>
    <w:p>
      <w:r>
        <w:rPr>
          <w:rFonts w:ascii="Courier New" w:hAnsi="Courier New"/>
          <w:color w:val="555555"/>
          <w:sz w:val="20"/>
        </w:rPr>
        <w:t>[5]</w:t>
      </w:r>
    </w:p>
    <w:p>
      <w:r>
        <w:rPr>
          <w:rFonts w:ascii="Gentium Plus" w:hAnsi="Gentium Plus"/>
          <w:sz w:val="24"/>
        </w:rPr>
        <w:t>ἁρμονία, ἐναρμόνιον, παναρμόνιον, πολυαρμόνιον, ἀνάρμοστον, ἀναρμοστία, ἀναρμοστεῖν. ῥυθμὸς ἄρρυθμος, ἀρρυθμεῖν· Πλά‐</w:t>
      </w:r>
    </w:p>
    <w:p>
      <w:r>
        <w:rPr>
          <w:rFonts w:ascii="Courier New" w:hAnsi="Courier New"/>
          <w:color w:val="555555"/>
          <w:sz w:val="20"/>
        </w:rPr>
        <w:t>[4 . 64]</w:t>
      </w:r>
    </w:p>
    <w:p>
      <w:r>
        <w:rPr>
          <w:rFonts w:ascii="Gentium Plus" w:hAnsi="Gentium Plus"/>
          <w:sz w:val="24"/>
        </w:rPr>
        <w:t>των (Leg VII 802 E) γάρ ἐστιν ὁ ὀνομάζειν οὕτω δοκῶν, ὥσπερ καὶ Κριτίᾳ (frg 48 Bach) τὰς πρὸς κιθάραν ᾠδὰς προσῳδίας ἀρέσκει καλεῖν. Ἀριστοφάνης (frg 818 Ko) δὲ μελῳδὸς καὶ (frg 844 Ko) προσῳδὸς εἴρηκε, καὶ λεπτόφωνος (frg 806 Ko) καὶ βαρύφωνος</w:t>
      </w:r>
    </w:p>
    <w:p>
      <w:r>
        <w:rPr>
          <w:rFonts w:ascii="Courier New" w:hAnsi="Courier New"/>
          <w:color w:val="555555"/>
          <w:sz w:val="20"/>
        </w:rPr>
        <w:t>[5]</w:t>
      </w:r>
    </w:p>
    <w:p>
      <w:r>
        <w:rPr>
          <w:rFonts w:ascii="Gentium Plus" w:hAnsi="Gentium Plus"/>
          <w:sz w:val="24"/>
        </w:rPr>
        <w:t>(frg 753 Ko), καὶ ‘φωνάριον ᾠδικὸν καὶ καμπτικόν‘ (frg 644 Ko), καὶ ᾀσματοκάμπτας (Nub 333). τὸ δ’ ᾆσμα καὶ ᾀσμάτιον Πλάτων εἴρηκεν ὁ κωμικός (I frg 235 Ko). ὁ δ’ ὄργανα τοιαῦτα συμπηγνὺς ὀνομάζεται λυροποιός.</w:t>
      </w:r>
    </w:p>
    <w:p>
      <w:r>
        <w:rPr>
          <w:rFonts w:ascii="Courier New" w:hAnsi="Courier New"/>
          <w:color w:val="555555"/>
          <w:sz w:val="20"/>
        </w:rPr>
        <w:t>[4 . 65]</w:t>
      </w:r>
    </w:p>
    <w:p>
      <w:r>
        <w:rPr>
          <w:rFonts w:ascii="Gentium Plus" w:hAnsi="Gentium Plus"/>
          <w:sz w:val="24"/>
        </w:rPr>
        <w:t>ἁρμονίαι δὲ Δωρὶς Ἰὰς Αἰολὶς αἱ πρῶται, καὶ Φρύγιος δὲ καὶ Λύδιος, καὶ αἱ ἀπὸ τούτων, καὶ Λοκρική· Φιλοξένου τὸ εὕρημα. νόμοι δ’ οἱ Τερπάνδρου ἀπὸ μὲν τῶν ἐθνῶν ὅθεν ἦν, Αἰόλιος καὶ Βοιώτιος, ἀπὸ δὲ ῥυθμῶν ὄρθιος καὶ τροχαῖος, ἀπὸ δὲ τρόπων ὀξὺς</w:t>
      </w:r>
    </w:p>
    <w:p>
      <w:r>
        <w:rPr>
          <w:rFonts w:ascii="Courier New" w:hAnsi="Courier New"/>
          <w:color w:val="555555"/>
          <w:sz w:val="20"/>
        </w:rPr>
        <w:t>[5]</w:t>
      </w:r>
    </w:p>
    <w:p>
      <w:r>
        <w:rPr>
          <w:rFonts w:ascii="Gentium Plus" w:hAnsi="Gentium Plus"/>
          <w:sz w:val="24"/>
        </w:rPr>
        <w:t>καὶ τετραοίδιος, ἀπὸ δ’ αὐτοῦ καὶ τοῦ ἐρωμένου Τερπάνδρειος καὶ Καπίων. σφάλλονται δ’ οἱ καὶ ἀπόθετον προστιθέντες αὐτῷ</w:t>
      </w:r>
    </w:p>
    <w:p>
      <w:r>
        <w:rPr>
          <w:rFonts w:ascii="Courier New" w:hAnsi="Courier New"/>
          <w:color w:val="555555"/>
          <w:sz w:val="20"/>
        </w:rPr>
        <w:t>[4 . 66]</w:t>
      </w:r>
    </w:p>
    <w:p>
      <w:r>
        <w:rPr>
          <w:rFonts w:ascii="Gentium Plus" w:hAnsi="Gentium Plus"/>
          <w:sz w:val="24"/>
        </w:rPr>
        <w:t>καὶ Φιλοξενίδου τοῦ Σιφνίου, ὃς καὶ Ὑπερτονίδης ἐκαλεῖτο. καὶ Φρῦνιν δὲ τὸν Κάμωνος μέλεσι πολυκαμπέσι, τοῖς ὑπὸ τῶν κωμῳδῶν (Aristoph Nub 971) δυσκολοκάμπτοις κληθεῖσι, κεχρῆσθαι λέγουσιν. τὸ μέντοι τῶν ψιλῶν κιθαριστῶν ὄργανον, ὃ καὶ Πυθικὸν ὀνομάζε‐</w:t>
      </w:r>
    </w:p>
    <w:p>
      <w:r>
        <w:rPr>
          <w:rFonts w:ascii="Courier New" w:hAnsi="Courier New"/>
          <w:color w:val="555555"/>
          <w:sz w:val="20"/>
        </w:rPr>
        <w:t>[5]</w:t>
      </w:r>
    </w:p>
    <w:p>
      <w:r>
        <w:rPr>
          <w:rFonts w:ascii="Gentium Plus" w:hAnsi="Gentium Plus"/>
          <w:sz w:val="24"/>
        </w:rPr>
        <w:t>ται, δακτυλικόν τινες κεκλήκασιν. νόμοι δ’ αὐτῶν Διὸς Ἀθηνᾶς Ἀπόλλωνος. ἴαμβοι, ἰαμβίδες παριαμβίδες. μέρη δὲ τοῦ κι‐ θαρῳδικοῦ νόμου, Τερπάνδρου κατανείμαντος, ἑπτά· ἀρχά, μεταρχά, κατατροπά, μετακατατροπά, ὀμφαλός, σφραγίς, ἐπίλογος.</w:t>
      </w:r>
    </w:p>
    <w:p>
      <w:r>
        <w:rPr>
          <w:rFonts w:ascii="Courier New" w:hAnsi="Courier New"/>
          <w:color w:val="555555"/>
          <w:sz w:val="20"/>
        </w:rPr>
        <w:t>[4 . 67]</w:t>
      </w:r>
    </w:p>
    <w:p>
      <w:r>
        <w:rPr>
          <w:rFonts w:ascii="Gentium Plus" w:hAnsi="Gentium Plus"/>
          <w:sz w:val="24"/>
        </w:rPr>
        <w:t>τὰ δ’ ἐμπνεόμενα ὄργανα τὸ μὲν σύμπαν αὐλοὶ καὶ σύριγγες· καὶ ‘καλαμίνην σύριγγα‘ εἴρηκεν Ἀριστοφάνης (frg 719 Ko) καὶ ἀπὸ μὲν αὐλῶν αὐλεῖν, ὑπαυλεῖν, προσαυλεῖν, καταυλεῖν, παραυλεῖν, αὔλημα, ἔναυλον, ἔξαυλον, ἐξηυλημένος. καὶ πο‐</w:t>
      </w:r>
    </w:p>
    <w:p>
      <w:r>
        <w:rPr>
          <w:rFonts w:ascii="Courier New" w:hAnsi="Courier New"/>
          <w:color w:val="555555"/>
          <w:sz w:val="20"/>
        </w:rPr>
        <w:t>[5]</w:t>
      </w:r>
    </w:p>
    <w:p>
      <w:r>
        <w:rPr>
          <w:rFonts w:ascii="Gentium Plus" w:hAnsi="Gentium Plus"/>
          <w:sz w:val="24"/>
        </w:rPr>
        <w:t>λύφθογγος αὐλός, πολύφωνος, πολυκαμπής, πολυμελπής· Πλάτων</w:t>
      </w:r>
    </w:p>
    <w:p>
      <w:r>
        <w:rPr>
          <w:rFonts w:ascii="Courier New" w:hAnsi="Courier New"/>
          <w:color w:val="555555"/>
          <w:sz w:val="20"/>
        </w:rPr>
        <w:t>[4 . 68]</w:t>
      </w:r>
    </w:p>
    <w:p>
      <w:r>
        <w:rPr>
          <w:rFonts w:ascii="Gentium Plus" w:hAnsi="Gentium Plus"/>
          <w:sz w:val="24"/>
        </w:rPr>
        <w:t>(Rpbl III 399 D) δὲ καὶ πολύχορδον εἴρηκε τὸν αὐλόν. ἐπὶ δ’ αὐλῶν ἐμφυσᾶν καὶ ἐμπνεῖν φαίης ἂν ἢ καταπνεῖν, καὶ καταπέμπειν τὸ πνεῦμα εἰς τὸν αὐλὸν ὑποπιμπλαμέναις ταῖς γνάθοις, ὑποιδούσαις, ἐξεστηκυίαις, προπετέσι, προπιπτούσαις, ὑπωγκωμέναις, πνεύματος</w:t>
      </w:r>
    </w:p>
    <w:p>
      <w:r>
        <w:rPr>
          <w:rFonts w:ascii="Courier New" w:hAnsi="Courier New"/>
          <w:color w:val="555555"/>
          <w:sz w:val="20"/>
        </w:rPr>
        <w:t>[5]</w:t>
      </w:r>
    </w:p>
    <w:p>
      <w:r>
        <w:rPr>
          <w:rFonts w:ascii="Gentium Plus" w:hAnsi="Gentium Plus"/>
          <w:sz w:val="24"/>
        </w:rPr>
        <w:t>πλήρεσι, τῶν ὀφθαλμῶν τραχυνομένων, ὑβριζόντων, ἐξαιμασ‐ σομένων, ἢ ἀπράγμονι τῷ προσώπῳ, ἀβασανίστῳ, ἀγνοοῦντι τὴν</w:t>
      </w:r>
    </w:p>
    <w:p>
      <w:r>
        <w:rPr>
          <w:rFonts w:ascii="Courier New" w:hAnsi="Courier New"/>
          <w:color w:val="555555"/>
          <w:sz w:val="20"/>
        </w:rPr>
        <w:t>[4 . 69]</w:t>
      </w:r>
    </w:p>
    <w:p>
      <w:r>
        <w:rPr>
          <w:rFonts w:ascii="Gentium Plus" w:hAnsi="Gentium Plus"/>
          <w:sz w:val="24"/>
        </w:rPr>
        <w:t>κάθοδον τοῦ πνεύματος· καὶ γὰρ τοιαῦτα ἔστιν εἰπεῖν, εἰ αὐλητὴν ἐπαινοίης ῥοθίῳ μὲν τῷ φυσήματι χρώμενον, διὰ δὲ μέγεθος καὶ</w:t>
      </w:r>
    </w:p>
    <w:p>
      <w:r>
        <w:rPr>
          <w:rFonts w:ascii="Courier New" w:hAnsi="Courier New"/>
          <w:color w:val="555555"/>
          <w:sz w:val="20"/>
        </w:rPr>
        <w:t>[5]</w:t>
      </w:r>
    </w:p>
    <w:p>
      <w:r>
        <w:rPr>
          <w:rFonts w:ascii="Gentium Plus" w:hAnsi="Gentium Plus"/>
          <w:sz w:val="24"/>
        </w:rPr>
        <w:t>φέρειν, καὶ διασπείρειν τὸ πνεῦμα. ἡ μὲν οὖν σύριγξ καλάμων συνθήκη λίνῳ καὶ κηρῷ συνδεθεῖσα, ἥ γ’ αὐτοσχέδιος, αὐλοὶ πολ‐ λοί, ἕκαστος ὑφ’ ἑκάστῳ κατὰ μικρὸν ὑπολήγοντες εἰς τὸν ἐλά‐ χιστον ἀπὸ τοῦ μεγίστου, κατὰ μὲν τὰ στόματα τῶν αὐλῶν ἀπισω‐ μένοι, ἐκ δὲ θατέρου μέρους ὑπ’ ἀλλήλοις δι’ ἀνισότητα ὑφεστη‐</w:t>
      </w:r>
    </w:p>
    <w:p>
      <w:r>
        <w:rPr>
          <w:rFonts w:ascii="Courier New" w:hAnsi="Courier New"/>
          <w:color w:val="555555"/>
          <w:sz w:val="20"/>
        </w:rPr>
        <w:t>[10]</w:t>
      </w:r>
    </w:p>
    <w:p>
      <w:r>
        <w:rPr>
          <w:rFonts w:ascii="Gentium Plus" w:hAnsi="Gentium Plus"/>
          <w:sz w:val="24"/>
        </w:rPr>
        <w:t>κότες, ὡς ὄρνιθος πτέρυγι τὸ σχῆμα προσεοικέναι. τούτῳ δὲ κατὰ</w:t>
      </w:r>
    </w:p>
    <w:p>
      <w:r>
        <w:rPr>
          <w:rFonts w:ascii="Courier New" w:hAnsi="Courier New"/>
          <w:color w:val="555555"/>
          <w:sz w:val="20"/>
        </w:rPr>
        <w:t>[4 . 70]</w:t>
      </w:r>
    </w:p>
    <w:p>
      <w:r>
        <w:rPr>
          <w:rFonts w:ascii="Gentium Plus" w:hAnsi="Gentium Plus"/>
          <w:sz w:val="24"/>
        </w:rPr>
        <w:t>τὸ ἔμπαλιν ἔχων ὁ τυρρηνὸς αὐλός, ἀντεστραμμένῃ σύριγγι παρεοικώς, χαλκοῦς μέν ἐστιν ὁ κάλαμος, κάτωθεν δ’ ὑποπνεόμενος, φύσαις μὲν ὁ ἐλάττων, ὕδατι δ’ ὁ μείζων ἀναθλιβομένῳ καὶ αὔραν πνεύματος ἀφιέντι. πολύφωνός τις οὗτος αὐλός ἐστιν, καὶ ὁ</w:t>
      </w:r>
    </w:p>
    <w:p>
      <w:r>
        <w:rPr>
          <w:rFonts w:ascii="Courier New" w:hAnsi="Courier New"/>
          <w:color w:val="555555"/>
          <w:sz w:val="20"/>
        </w:rPr>
        <w:t>[5]</w:t>
      </w:r>
    </w:p>
    <w:p>
      <w:r>
        <w:rPr>
          <w:rFonts w:ascii="Gentium Plus" w:hAnsi="Gentium Plus"/>
          <w:sz w:val="24"/>
        </w:rPr>
        <w:t>χαλκὸς ἔχει τὸ φθέγμα ἰταμώτερον. τῶν δ’ ἄλλων αὐλῶν τὰ μέρη γλῶττα καὶ τρυπήματα καὶ βόμβυκες καὶ ὅλμοι καὶ ὑφόλμια. καὶ φορβειὰ δὲ προσήκει τοῖς αὐλοῦσι, καὶ τὸν τῇ φορβειᾷ κατειλημ‐</w:t>
      </w:r>
    </w:p>
    <w:p>
      <w:r>
        <w:rPr>
          <w:rFonts w:ascii="Courier New" w:hAnsi="Courier New"/>
          <w:color w:val="555555"/>
          <w:sz w:val="20"/>
        </w:rPr>
        <w:t>[4 . 71]</w:t>
      </w:r>
    </w:p>
    <w:p>
      <w:r>
        <w:rPr>
          <w:rFonts w:ascii="Gentium Plus" w:hAnsi="Gentium Plus"/>
          <w:sz w:val="24"/>
        </w:rPr>
        <w:t>μένον ἔλεγον (Aristoph Av 861) ἐμπεφορβειωμένον. ὁ δὲ τοὺς αὐλοὺς ἐργαζόμενος αὐλοποιός, καὶ ἀπὸ μέρους γλωττοποιός, καὶ αὐλοτρύπης κατὰ τὴν κωμῳδίαν (I p 712 frg 3, 3 Ko). ἡ δ’ ὕλη τῶν αὐλῶν κάλαμος ἢ χαλκὸς ἢ λωτὸς ἢ πύξος ἢ κέρας ἢ ὀστοῦν ἐλά‐</w:t>
      </w:r>
    </w:p>
    <w:p>
      <w:r>
        <w:rPr>
          <w:rFonts w:ascii="Courier New" w:hAnsi="Courier New"/>
          <w:color w:val="555555"/>
          <w:sz w:val="20"/>
        </w:rPr>
        <w:t>[5]</w:t>
      </w:r>
    </w:p>
    <w:p>
      <w:r>
        <w:rPr>
          <w:rFonts w:ascii="Gentium Plus" w:hAnsi="Gentium Plus"/>
          <w:sz w:val="24"/>
        </w:rPr>
        <w:t>φου, ἢ δάφνης τῆς χαμαιζήλου κλάδος τὴν ἐντεριώνην ἀφῃρημένος. ὁ δὲ τοῖς αὐλοῖς χρώμενος αὐλητὴς καὶ κεραύλης κατὰ τὸν Ἀρχί‐ λοχον (frg 172 B), τριηραύλης, αὐλητρίς. εἴποις δ’ ἂν αὐλητὴν ἐπαινῶν σοφός, ἐμμελής, δεξιός. ἀλλὰ ταῦτα μὲν κἂν ἐπὶ τῆς</w:t>
      </w:r>
    </w:p>
    <w:p>
      <w:r>
        <w:rPr>
          <w:rFonts w:ascii="Courier New" w:hAnsi="Courier New"/>
          <w:color w:val="555555"/>
          <w:sz w:val="20"/>
        </w:rPr>
        <w:t>[4 . 72]</w:t>
      </w:r>
    </w:p>
    <w:p>
      <w:r>
        <w:rPr>
          <w:rFonts w:ascii="Gentium Plus" w:hAnsi="Gentium Plus"/>
          <w:sz w:val="24"/>
        </w:rPr>
        <w:t>ἄλλης ῥηθείη μουσικῆς· ὃ δ’ ἔστιν ἴδιον, εὔπνους, μέγα φυσῶν, μέγα πνέων, ἁδρόν, ἔντονον, ἰσχυρόν, ῥόθιον, βίαιον, ἡδύπνουν· τὸ γὰρ λιγύπνουν ποιητικόν. γλυκὺ δὲ πνεῦμα, λιγυρόν, γοερόν, ἐπαγωγόν, γοῶδες, θρηνῶδες. τὸ δὲ πνεῦμα καὶ φύσημα καὶ αὔ‐</w:t>
      </w:r>
    </w:p>
    <w:p>
      <w:r>
        <w:rPr>
          <w:rFonts w:ascii="Courier New" w:hAnsi="Courier New"/>
          <w:color w:val="555555"/>
          <w:sz w:val="20"/>
        </w:rPr>
        <w:t>[5]</w:t>
      </w:r>
    </w:p>
    <w:p>
      <w:r>
        <w:rPr>
          <w:rFonts w:ascii="Gentium Plus" w:hAnsi="Gentium Plus"/>
          <w:sz w:val="24"/>
        </w:rPr>
        <w:t>λημα. ἀπόδεξαι καὶ τὴν αὐλητοῦ εὐχειρίαν καὶ τὴν ταχυχειρίαν καὶ τὴν εὐχέρειαν. κοινὰ δὲ τὰ πλείω τούτων καὶ πρὸς τὸν αὐλόν. ἐκεῖνος δ’ οὐ μόνον εὔπνους ἀλλὰ καὶ εὔγλωττος εὔστομος πυκνὸς</w:t>
      </w:r>
    </w:p>
    <w:p>
      <w:r>
        <w:rPr>
          <w:rFonts w:ascii="Courier New" w:hAnsi="Courier New"/>
          <w:color w:val="555555"/>
          <w:sz w:val="20"/>
        </w:rPr>
        <w:t>[4 . 73]</w:t>
      </w:r>
    </w:p>
    <w:p>
      <w:r>
        <w:rPr>
          <w:rFonts w:ascii="Gentium Plus" w:hAnsi="Gentium Plus"/>
          <w:sz w:val="24"/>
        </w:rPr>
        <w:t>συνεχής, ὥσπερ ὁ μὲν φαῦλος αὐλητὴς ἄπνους ἀσθενὴς ἀηδὴς ἀγλευκής, ὁ δὲ φαῦλος αὐλὸς καὶ ἄγλωττος καὶ ἄφθογγος, ἀραιός, διάβροχος, ἔξαυλος· καὶ ἐξηυλημέναι γλῶτται αἱ παλαιαί. αὔλημα δ’ ὄρθιον, ἀφ’ οὗ καὶ νόμος ὄρθιος, στερεόν, πλῆρες, ἐμμελές,</w:t>
      </w:r>
    </w:p>
    <w:p>
      <w:r>
        <w:rPr>
          <w:rFonts w:ascii="Courier New" w:hAnsi="Courier New"/>
          <w:color w:val="555555"/>
          <w:sz w:val="20"/>
        </w:rPr>
        <w:t>[5]</w:t>
      </w:r>
    </w:p>
    <w:p>
      <w:r>
        <w:rPr>
          <w:rFonts w:ascii="Gentium Plus" w:hAnsi="Gentium Plus"/>
          <w:sz w:val="24"/>
        </w:rPr>
        <w:t>μονόκωλον, πολύτροπον, προσαγωγόν, εὐκαμπές, πολύκαμπτον, γοῶδες, θρηνητικόν, ὀξύ, λιγυρόν, πομπικόν, παροξυντικόν, ἐνόπλιον, πυρριχιστικόν, καὶ σπονδεῖον, τροχαῖον, γαμήλιον, παροίνιον.</w:t>
      </w:r>
    </w:p>
    <w:p>
      <w:r>
        <w:rPr>
          <w:rFonts w:ascii="Courier New" w:hAnsi="Courier New"/>
          <w:color w:val="555555"/>
          <w:sz w:val="20"/>
        </w:rPr>
        <w:t>[4 . 74]</w:t>
      </w:r>
    </w:p>
    <w:p>
      <w:r>
        <w:rPr>
          <w:rFonts w:ascii="Gentium Plus" w:hAnsi="Gentium Plus"/>
          <w:sz w:val="24"/>
        </w:rPr>
        <w:t>αὐλῶν δ’ εἴδη πλάγιος, λώτινος, Λιβύων τὸ εὕρημα· πλα‐ γίαυλον δ’ αὐτὸν Λίβυες καλοῦσιν. ἔλυμος τὴν μὲν ὕλην πύξινος, τὸ δ’ εὕρημα Φρυγῶν· κέρας δ’ ἑκατέρῳ τῶν αὐλῶν ἀνανεῦον πρόσεστιν, αὐλεῖ δὲ τῇ Φρυγίᾳ θεῷ. ἱπποφορβός· Λίβυες μὲν οἱ</w:t>
      </w:r>
    </w:p>
    <w:p>
      <w:r>
        <w:rPr>
          <w:rFonts w:ascii="Courier New" w:hAnsi="Courier New"/>
          <w:color w:val="555555"/>
          <w:sz w:val="20"/>
        </w:rPr>
        <w:t>[5]</w:t>
      </w:r>
    </w:p>
    <w:p>
      <w:r>
        <w:rPr>
          <w:rFonts w:ascii="Gentium Plus" w:hAnsi="Gentium Plus"/>
          <w:sz w:val="24"/>
        </w:rPr>
        <w:t>σκηνῖται τοῦτον εὗρον, χρῶνται δ’ αὐτῷ πρὸς τὰς ἵππων νομάς. ἡ δ’ ὕλη δάφνη τοῦ φλοιοῦ γυμνωθεῖσα· τῆς γὰρ ἐντεριώνης ἐξαιρεθείσης ὀξὺν ἦχον ποιεῖ καὶ τῶν ἵππων τῇ ὀξύτητι καθικνού‐</w:t>
      </w:r>
    </w:p>
    <w:p>
      <w:r>
        <w:rPr>
          <w:rFonts w:ascii="Courier New" w:hAnsi="Courier New"/>
          <w:color w:val="555555"/>
          <w:sz w:val="20"/>
        </w:rPr>
        <w:t>[4 . 75]</w:t>
      </w:r>
    </w:p>
    <w:p>
      <w:r>
        <w:rPr>
          <w:rFonts w:ascii="Gentium Plus" w:hAnsi="Gentium Plus"/>
          <w:sz w:val="24"/>
        </w:rPr>
        <w:t>μενον. μόναυλος· μέμνηται μὲν αὐτοῦ Σοφοκλῆς ἐν Θαμύριδι (TG F220. 2 N), τὸ δ’ εὕρημά ἐστιν Αἰγυπτίων, αὐλεῖ δὲ μάλιστα τὸ γαμήλιον. λέγεται δὲ καὶ Φρύγας εὑρεῖν μόναυλον θρηνητικόν, ᾧ κεχρῆσθαι τοὺς Κᾶρας παρ’ ἐκείνων λαβόντας· θρηνῶδες δὲ τὸ</w:t>
      </w:r>
    </w:p>
    <w:p>
      <w:r>
        <w:rPr>
          <w:rFonts w:ascii="Courier New" w:hAnsi="Courier New"/>
          <w:color w:val="555555"/>
          <w:sz w:val="20"/>
        </w:rPr>
        <w:t>[5]</w:t>
      </w:r>
    </w:p>
    <w:p>
      <w:r>
        <w:rPr>
          <w:rFonts w:ascii="Gentium Plus" w:hAnsi="Gentium Plus"/>
          <w:sz w:val="24"/>
        </w:rPr>
        <w:t>αὔλημα τὸ Καρικόν. θήρειος αὐλός· Θηβαῖοι μὲν αὐτὸν ἐκ νεβροῦ</w:t>
      </w:r>
    </w:p>
    <w:p>
      <w:r>
        <w:rPr>
          <w:rFonts w:ascii="Courier New" w:hAnsi="Courier New"/>
          <w:color w:val="555555"/>
          <w:sz w:val="20"/>
        </w:rPr>
        <w:t>[4 . 76]</w:t>
      </w:r>
    </w:p>
    <w:p>
      <w:r>
        <w:rPr>
          <w:rFonts w:ascii="Gentium Plus" w:hAnsi="Gentium Plus"/>
          <w:sz w:val="24"/>
        </w:rPr>
        <w:t>κώλων εἰργάσαντο, χαλκήλατος δ’ ἦν τὴν ἔξωθεν ὄψιν. καὶ κέρατι μὲν αὐλεῖν Τυρρηνοὶ νομίζουσιν. γίγγρας δὲ μικρός τις αὐλίσκος γοώδη καὶ θρηνητικὴν φωνὴν ἀφιείς, Φοῖνιξ μὲν ὢν τὴν εὕρεσιν, πρόσφορος δὲ μούσῃ τῇ Καρικῇ. ἡ δὲ Φοινίκων γλῶττα Γίγγραν</w:t>
      </w:r>
    </w:p>
    <w:p>
      <w:r>
        <w:rPr>
          <w:rFonts w:ascii="Courier New" w:hAnsi="Courier New"/>
          <w:color w:val="555555"/>
          <w:sz w:val="20"/>
        </w:rPr>
        <w:t>[5]</w:t>
      </w:r>
    </w:p>
    <w:p>
      <w:r>
        <w:rPr>
          <w:rFonts w:ascii="Gentium Plus" w:hAnsi="Gentium Plus"/>
          <w:sz w:val="24"/>
        </w:rPr>
        <w:t>τὸν Ἄδωνιν καλεῖ, καὶ τούτῳ ὁ αὐλὸς ἐπωνόμασται. Σκύθαι δέ, καὶ μάλιστα τούτων Ἀνδροφάγοι καὶ Μελάγχλαινοι καὶ Ἀριμασποί,</w:t>
      </w:r>
    </w:p>
    <w:p>
      <w:r>
        <w:rPr>
          <w:rFonts w:ascii="Courier New" w:hAnsi="Courier New"/>
          <w:color w:val="555555"/>
          <w:sz w:val="20"/>
        </w:rPr>
        <w:t>[4 . 77]</w:t>
      </w:r>
    </w:p>
    <w:p>
      <w:r>
        <w:rPr>
          <w:rFonts w:ascii="Gentium Plus" w:hAnsi="Gentium Plus"/>
          <w:sz w:val="24"/>
        </w:rPr>
        <w:t>ἀετῶν καὶ γυπῶν ὀστοῖς αὐλητικῶς ἐμπνέουσιν. ἡ δ’ ἐκ καλάμων σῦριγξ Κελτοῖς προσήκει καὶ τοῖς ἐν Ὠκεανῷ νησιώταις. παρὰ δ’</w:t>
      </w:r>
    </w:p>
    <w:p>
      <w:r>
        <w:rPr>
          <w:rFonts w:ascii="Courier New" w:hAnsi="Courier New"/>
          <w:color w:val="555555"/>
          <w:sz w:val="20"/>
        </w:rPr>
        <w:t>[5]</w:t>
      </w:r>
    </w:p>
    <w:p>
      <w:r>
        <w:rPr>
          <w:rFonts w:ascii="Gentium Plus" w:hAnsi="Gentium Plus"/>
          <w:sz w:val="24"/>
        </w:rPr>
        <w:t>δίοποι, ἡμίοποι, σύριγγες, τέλειοι, ὑπόπτεροι. καὶ Ἀθηνᾶ δ’ εἶδος αὐλοῦ, ᾧ μάλιστα Νικωφελῆ τὸν Θηβαῖον εἰς τὸν τῆς Ἀθηνᾶς νό‐ μον κεχρῆσθαι λέγουσι. καὶ ἰδοῦθοι δ’ αὐλῶν εἶδος.</w:t>
      </w:r>
    </w:p>
    <w:p>
      <w:r>
        <w:rPr>
          <w:rFonts w:ascii="Courier New" w:hAnsi="Courier New"/>
          <w:color w:val="555555"/>
          <w:sz w:val="20"/>
        </w:rPr>
        <w:t>[4 . 78]</w:t>
      </w:r>
    </w:p>
    <w:p>
      <w:r>
        <w:rPr>
          <w:rFonts w:ascii="Gentium Plus" w:hAnsi="Gentium Plus"/>
          <w:sz w:val="24"/>
        </w:rPr>
        <w:t>καὶ ἁρμονία μὲν αὐλητικὴ δωριστὶ καὶ φρυγιστὶ καὶ Λύδιος καὶ Ἰωνικὴ καὶ σύντονος λυδιστί, ἣν Ἄνθιππος προσεξεῦρεν· μέλος δὲ Καστόριον μὲν τὸ Λακωνικὸν ἐν μάχαις, ὑπὸ τὸν ἐμβατήριον ῥυθμόν, Ἱεράκιον δὲ τὸ Ἀργολικόν, ὃ ταῖς ἀνθεσφόροις ἐν Ἥρας ἐπηύλουν.</w:t>
      </w:r>
    </w:p>
    <w:p>
      <w:r>
        <w:rPr>
          <w:rFonts w:ascii="Courier New" w:hAnsi="Courier New"/>
          <w:color w:val="555555"/>
          <w:sz w:val="20"/>
        </w:rPr>
        <w:t>[5]</w:t>
      </w:r>
    </w:p>
    <w:p>
      <w:r>
        <w:rPr>
          <w:rFonts w:ascii="Gentium Plus" w:hAnsi="Gentium Plus"/>
          <w:sz w:val="24"/>
        </w:rPr>
        <w:t>νόμοι δ’ Ὀλύμπου καὶ Μαρσύου Φρύγιοι καὶ Λύδιοι, ὁ δὲ Σακάδα</w:t>
      </w:r>
    </w:p>
    <w:p>
      <w:r>
        <w:rPr>
          <w:rFonts w:ascii="Courier New" w:hAnsi="Courier New"/>
          <w:color w:val="555555"/>
          <w:sz w:val="20"/>
        </w:rPr>
        <w:t>[4 . 79]</w:t>
      </w:r>
    </w:p>
    <w:p>
      <w:r>
        <w:rPr>
          <w:rFonts w:ascii="Gentium Plus" w:hAnsi="Gentium Plus"/>
          <w:sz w:val="24"/>
        </w:rPr>
        <w:t>νόμος Πυθικός, οἱ δ’ Εὐίου κύκλιοι, καὶ Ὀλύμπου ἐπιτυμβίδιοι. καὶ νόμος δ’ ἦν Ἱεράκιος εἷς· ὁ δ’ Ἱέραξ νέος μὲν ἐτελεύτα, Ὀλύμπου δ’ ἦν οἰκέτης καὶ μαθητὴς καὶ ἐρώμενος. καὶ Κλονᾶ δὲ νόμοι αὐλητικοὶ ἀπόθετός τε καὶ σχοινίων. τὸ δὲ σπονδεῖον μέλος εἴποις</w:t>
      </w:r>
    </w:p>
    <w:p>
      <w:r>
        <w:rPr>
          <w:rFonts w:ascii="Courier New" w:hAnsi="Courier New"/>
          <w:color w:val="555555"/>
          <w:sz w:val="20"/>
        </w:rPr>
        <w:t>[5]</w:t>
      </w:r>
    </w:p>
    <w:p>
      <w:r>
        <w:rPr>
          <w:rFonts w:ascii="Gentium Plus" w:hAnsi="Gentium Plus"/>
          <w:sz w:val="24"/>
        </w:rPr>
        <w:t>ἂν ἐπιβώμιον, καὶ ἄλλο τελεστήριον, καὶ ἄλλο κουρητικόν. τὸ δὲ</w:t>
      </w:r>
    </w:p>
    <w:p>
      <w:r>
        <w:rPr>
          <w:rFonts w:ascii="Courier New" w:hAnsi="Courier New"/>
          <w:color w:val="555555"/>
          <w:sz w:val="20"/>
        </w:rPr>
        <w:t>[4 . 80]</w:t>
      </w:r>
    </w:p>
    <w:p>
      <w:r>
        <w:rPr>
          <w:rFonts w:ascii="Gentium Plus" w:hAnsi="Gentium Plus"/>
          <w:sz w:val="24"/>
        </w:rPr>
        <w:t>νηνίατον ἔστι μὲν Φρύγιον, Ἱππῶναξ (frg 129 B) δ’ αὐτοῦ μνη‐ μονεύει. ἦν δέ τι καὶ ὀδοντισμὸς εἶδος αὐλήσεως. καὶ τέως μὲν τέτταρα τρυπήματα εἶχεν ὁ αὐλός· πολύτρητον δ’ αὐτὸν ἐποίησε Διόδωρος ὁ Θηβαῖος, πλαγίας ἀνοίξας τῷ πνεύματι</w:t>
      </w:r>
    </w:p>
    <w:p>
      <w:r>
        <w:rPr>
          <w:rFonts w:ascii="Courier New" w:hAnsi="Courier New"/>
          <w:color w:val="555555"/>
          <w:sz w:val="20"/>
        </w:rPr>
        <w:t>[5]</w:t>
      </w:r>
    </w:p>
    <w:p>
      <w:r>
        <w:rPr>
          <w:rFonts w:ascii="Gentium Plus" w:hAnsi="Gentium Plus"/>
          <w:sz w:val="24"/>
        </w:rPr>
        <w:t>τὰς ὁδούς. καὶ τὸ μὲν γαμήλιον αὔλημα δύο ἦσαν αὐλοί, μείζων ἅτερος, συμφωνίαν μὲν ὑποδηλοῦντες, μείζω δ’ εἶναι χρῆναι τὸν ἄνδρα. οἱ δὲ παροίνιοι σμικροὶ μέν, ἴσοι δ’ ἄμφω· τὴν γὰρ ἰσότητα συμποσίῳ</w:t>
      </w:r>
    </w:p>
    <w:p>
      <w:r>
        <w:rPr>
          <w:rFonts w:ascii="Courier New" w:hAnsi="Courier New"/>
          <w:color w:val="555555"/>
          <w:sz w:val="20"/>
        </w:rPr>
        <w:t>[4 . 81]</w:t>
      </w:r>
    </w:p>
    <w:p>
      <w:r>
        <w:rPr>
          <w:rFonts w:ascii="Gentium Plus" w:hAnsi="Gentium Plus"/>
          <w:sz w:val="24"/>
        </w:rPr>
        <w:t>πρέπειν. ἥρμοττον δὲ πρὸς ὕμνους μὲν οἱ σπονδειακοί, πρὸς παιᾶνας δ’ οἱ Πυθικοί· τελείους δ’ αὐτοὺς ὠνόμαζον, ηὔλουν δὲ τὸ</w:t>
      </w:r>
    </w:p>
    <w:p>
      <w:r>
        <w:rPr>
          <w:rFonts w:ascii="Courier New" w:hAnsi="Courier New"/>
          <w:color w:val="555555"/>
          <w:sz w:val="20"/>
        </w:rPr>
        <w:t>[5]</w:t>
      </w:r>
    </w:p>
    <w:p>
      <w:r>
        <w:rPr>
          <w:rFonts w:ascii="Gentium Plus" w:hAnsi="Gentium Plus"/>
          <w:sz w:val="24"/>
        </w:rPr>
        <w:t>παιδικοῖς παῖδες προσῇδον· οἱ δ’ ὑπερτέλειοι προσεφθέγγοντο ἀνδρῶν χοροῖς. κιθαριστήριοι δὲ καὶ τοὔνομα διότι κιθάραις προσηύ‐ λουν διδάσκει. παράτρητοι δὲ θρήνοις ἥρμοττον, ὀξὺ καὶ νωθὲς</w:t>
      </w:r>
    </w:p>
    <w:p>
      <w:r>
        <w:rPr>
          <w:rFonts w:ascii="Courier New" w:hAnsi="Courier New"/>
          <w:color w:val="555555"/>
          <w:sz w:val="20"/>
        </w:rPr>
        <w:t>[4 . 82]</w:t>
      </w:r>
    </w:p>
    <w:p>
      <w:r>
        <w:rPr>
          <w:rFonts w:ascii="Gentium Plus" w:hAnsi="Gentium Plus"/>
          <w:sz w:val="24"/>
        </w:rPr>
        <w:t>πνέοντες. τῶν δὲ βομβύκων ἔνθεον καὶ μανικὸν τὸ αὔλημα, πρέπον ὀργίοις. ἔνιοι δὲ καὶ ἐμβατηρίους αὐλοὺς ὠνόμασαν τοὺς ἐπὶ τοῖς προσοδίοις, καὶ δακτυλικοὺς τοὺς ἐπὶ τοῖς ὑπορχήμασιν· οἱ δὲ ταῦτα οὐκ αὐλῶν ἀλλὰ μελῶν εἶναι εἴδη λέγουσιν, ὑποθεάτρους δ’</w:t>
      </w:r>
    </w:p>
    <w:p>
      <w:r>
        <w:rPr>
          <w:rFonts w:ascii="Courier New" w:hAnsi="Courier New"/>
          <w:color w:val="555555"/>
          <w:sz w:val="20"/>
        </w:rPr>
        <w:t>[5]</w:t>
      </w:r>
    </w:p>
    <w:p>
      <w:r>
        <w:rPr>
          <w:rFonts w:ascii="Gentium Plus" w:hAnsi="Gentium Plus"/>
          <w:sz w:val="24"/>
        </w:rPr>
        <w:t>αὐλοὺς τοὺς ἐπὶ τοῖς νόμοις τοῖς αὐλητικοῖς ἐκάλεσαν. οἱ δὲ Σύ‐ ριοι θρασύ τι καὶ εὔτολμον ἐμπνεῖν δοκοῦσιν. γίγγλαρος δὲ μικρός τις αὐλίσκος Αἰγύπτιος, μοναυλίᾳ πρόσφορος. καὶ σκυτάλια μέντοι μικρῶν αὐλίσκων τοὔνομα.</w:t>
      </w:r>
    </w:p>
    <w:p>
      <w:r>
        <w:rPr>
          <w:rFonts w:ascii="Courier New" w:hAnsi="Courier New"/>
          <w:color w:val="555555"/>
          <w:sz w:val="20"/>
        </w:rPr>
        <w:t>[4 . 83]</w:t>
      </w:r>
    </w:p>
    <w:p>
      <w:r>
        <w:rPr>
          <w:rFonts w:ascii="Gentium Plus" w:hAnsi="Gentium Plus"/>
          <w:sz w:val="24"/>
        </w:rPr>
        <w:t>μέρη δ’ αὐλημάτων κρούματα, συρίγματα, τερετισμοί τερετί‐ σματα, νίγλαροι. τὰ δὲ πρῶτα τῶν αὐλητῶν μαθήματα πεῖρα καὶ γρόνθων. Ἀθήνησι δὲ καὶ συναυλία τις ἐκαλεῖτο· συμφωνία τις αὕτη τῶν ἐν Παναθηναίοις συναυλούντων. οἱ δὲ τὴν συναυλίαν εἶδος</w:t>
      </w:r>
    </w:p>
    <w:p>
      <w:r>
        <w:rPr>
          <w:rFonts w:ascii="Courier New" w:hAnsi="Courier New"/>
          <w:color w:val="555555"/>
          <w:sz w:val="20"/>
        </w:rPr>
        <w:t>[5]</w:t>
      </w:r>
    </w:p>
    <w:p>
      <w:r>
        <w:rPr>
          <w:rFonts w:ascii="Gentium Plus" w:hAnsi="Gentium Plus"/>
          <w:sz w:val="24"/>
        </w:rPr>
        <w:t>προσαυλήσεως οἴονται ὡς τὴν αὐλῳδίαν. καὶ μὴν ἴαμβοί γε καὶ</w:t>
      </w:r>
    </w:p>
    <w:p>
      <w:r>
        <w:rPr>
          <w:rFonts w:ascii="Courier New" w:hAnsi="Courier New"/>
          <w:color w:val="555555"/>
          <w:sz w:val="20"/>
        </w:rPr>
        <w:t>[4 . 84]</w:t>
      </w:r>
    </w:p>
    <w:p>
      <w:r>
        <w:rPr>
          <w:rFonts w:ascii="Gentium Plus" w:hAnsi="Gentium Plus"/>
          <w:sz w:val="24"/>
        </w:rPr>
        <w:t>παριαμβίδες νόμοι κιθαριστήριοι, οἷς καὶ προσηύλουν. τοῦ δὲ Πυ‐ θικοῦ νόμου τοῦ αὐλητικοῦ μέρη πέντε, πεῖρα κατακελευσμὸς ἰαμβικὸν σπονδεῖον καταχόρευσις. δήλωμα δ’ ἐστὶν ὁ νόμος τῆς τοῦ Ἀπόλ‐ λωνος μάχης πρὸς τὸν δράκοντα. καὶ ἐν μὲν τῇ πείρᾳ διορᾷ τὸν</w:t>
      </w:r>
    </w:p>
    <w:p>
      <w:r>
        <w:rPr>
          <w:rFonts w:ascii="Courier New" w:hAnsi="Courier New"/>
          <w:color w:val="555555"/>
          <w:sz w:val="20"/>
        </w:rPr>
        <w:t>[5]</w:t>
      </w:r>
    </w:p>
    <w:p>
      <w:r>
        <w:rPr>
          <w:rFonts w:ascii="Gentium Plus" w:hAnsi="Gentium Plus"/>
          <w:sz w:val="24"/>
        </w:rPr>
        <w:t>τόπον, εἰ ἄξιός ἐστι τοῦ ἀγῶνος· ἐν δὲ τῷ κατακελευσμῷ προκαλεῖται τὸν δράκοντα, ἐν δὲ τῷ ἰαμβικῷ μάχεται. ἐμπεριείληφε δὲ τὸ ἰαμβι‐</w:t>
      </w:r>
    </w:p>
    <w:p>
      <w:r>
        <w:rPr>
          <w:rFonts w:ascii="Courier New" w:hAnsi="Courier New"/>
          <w:color w:val="555555"/>
          <w:sz w:val="20"/>
        </w:rPr>
        <w:t>[10]</w:t>
      </w:r>
    </w:p>
    <w:p>
      <w:r>
        <w:rPr>
          <w:rFonts w:ascii="Gentium Plus" w:hAnsi="Gentium Plus"/>
          <w:sz w:val="24"/>
        </w:rPr>
        <w:t>νίκια χορεύει.</w:t>
      </w:r>
    </w:p>
    <w:p>
      <w:r>
        <w:rPr>
          <w:rFonts w:ascii="Courier New" w:hAnsi="Courier New"/>
          <w:color w:val="555555"/>
          <w:sz w:val="20"/>
        </w:rPr>
        <w:t>[4 . 85]</w:t>
      </w:r>
    </w:p>
    <w:p>
      <w:r>
        <w:rPr>
          <w:rFonts w:ascii="Gentium Plus" w:hAnsi="Gentium Plus"/>
          <w:sz w:val="24"/>
        </w:rPr>
        <w:t>εἰ δὲ καὶ ἡ σάλπιγξ τοῖς αὐλοῖς προσήκει, τὸ μὲν εὕρημα Τυρ‐ ρηνικόν, τὸ δὲ σχῆμα εὐθεῖά τε καὶ καμπύλη, ἡ δ’ ὕλη χαλκὸς καὶ σίδηρος, ἡ δὲ γλῶττα ὀστίνη. εἴποις δ’ ἂν τὸ φθέγμα τῆς σάλπιγγος καὶ φωνὴν καὶ ἦχον καὶ βόμβον καὶ θόρυβον καὶ κτύπον, ὄρθιον,</w:t>
      </w:r>
    </w:p>
    <w:p>
      <w:r>
        <w:rPr>
          <w:rFonts w:ascii="Courier New" w:hAnsi="Courier New"/>
          <w:color w:val="555555"/>
          <w:sz w:val="20"/>
        </w:rPr>
        <w:t>[5]</w:t>
      </w:r>
    </w:p>
    <w:p>
      <w:r>
        <w:rPr>
          <w:rFonts w:ascii="Gentium Plus" w:hAnsi="Gentium Plus"/>
          <w:sz w:val="24"/>
        </w:rPr>
        <w:t>ἐρρωμένον, ῥωμαλέον, βαρύ, σεμνόν, σφοδρόν, φρικῶδες, ἐμβριθές, στερεόν, βίαιον, τραχύ, ἐκπληκτικόν, ταραχῶδες, πολεμιστήριον,</w:t>
      </w:r>
    </w:p>
    <w:p>
      <w:r>
        <w:rPr>
          <w:rFonts w:ascii="Courier New" w:hAnsi="Courier New"/>
          <w:color w:val="555555"/>
          <w:sz w:val="20"/>
        </w:rPr>
        <w:t>[4 . 86]</w:t>
      </w:r>
    </w:p>
    <w:p>
      <w:r>
        <w:rPr>
          <w:rFonts w:ascii="Gentium Plus" w:hAnsi="Gentium Plus"/>
          <w:sz w:val="24"/>
        </w:rPr>
        <w:t>καὶ ἐμπολέμιον. μέρη δὲ τοῦ πολεμιστηρίου σαλπίγματος ἐξορ‐ μητικόν, ἐφ’ οὗ ἔλεγον τὸ σημῆναι τῇ σάλπιγγι, καὶ ὑπεσήμηναν αἱ σάλπιγγες, ἐξώτρυναν, ἐξήγειραν, ἐξανήγειραν· καὶ παρακε‐ λευστικὸν τὸ κατὰ τὴν τῆς μάχης συμβολήν, ἀνακλητικὸν δὲ τὸ ἐκ</w:t>
      </w:r>
    </w:p>
    <w:p>
      <w:r>
        <w:rPr>
          <w:rFonts w:ascii="Courier New" w:hAnsi="Courier New"/>
          <w:color w:val="555555"/>
          <w:sz w:val="20"/>
        </w:rPr>
        <w:t>[5]</w:t>
      </w:r>
    </w:p>
    <w:p>
      <w:r>
        <w:rPr>
          <w:rFonts w:ascii="Gentium Plus" w:hAnsi="Gentium Plus"/>
          <w:sz w:val="24"/>
        </w:rPr>
        <w:t>τῆς μάχης ἀνακαλοῦν, ἀναπαυστήριον δὲ τὸ καταζευγνύντων ἐπί‐ φθεγμα. ἔστι δέ τι καὶ πομπικὸν ἐπὶ πομπαῖς καὶ ἱερουργικὸν ἐπὶ</w:t>
      </w:r>
    </w:p>
    <w:p>
      <w:r>
        <w:rPr>
          <w:rFonts w:ascii="Courier New" w:hAnsi="Courier New"/>
          <w:color w:val="555555"/>
          <w:sz w:val="20"/>
        </w:rPr>
        <w:t>[4 . 87]</w:t>
      </w:r>
    </w:p>
    <w:p>
      <w:r>
        <w:rPr>
          <w:rFonts w:ascii="Gentium Plus" w:hAnsi="Gentium Plus"/>
          <w:sz w:val="24"/>
        </w:rPr>
        <w:t>θυσίαις Αἰγυπτίοις τε καὶ Ἀργείοις καὶ Τυρρηνοῖς καὶ Ῥωμαίοις. καὶ ὁ μὲν τῇ σάλπιγγι χρώμενος καλεῖται σαλπιγκτής, τὸ δὲ ῥῆμα σαλ‐ πίζειν, ὁ δ’ ἐπὶ τοῖς ἱεροῖς ἱεροσαλπιγκτής· ἄμεινον δὲ τὸ ἱερὸς σαλπιγκτής, διαλυσάντων τοὔνομα. καὶ Μένανδρος (frg 1030 Ko)</w:t>
      </w:r>
    </w:p>
    <w:p>
      <w:r>
        <w:rPr>
          <w:rFonts w:ascii="Courier New" w:hAnsi="Courier New"/>
          <w:color w:val="555555"/>
          <w:sz w:val="20"/>
        </w:rPr>
        <w:t>[5]</w:t>
      </w:r>
    </w:p>
    <w:p>
      <w:r>
        <w:rPr>
          <w:rFonts w:ascii="Gentium Plus" w:hAnsi="Gentium Plus"/>
          <w:sz w:val="24"/>
        </w:rPr>
        <w:t>δέ τινας καλεῖ λῃστοσαλπιγκτάς. εἰ δὲ δεῖ ἀγλευκεῖ ὄντι τῷ ὀργάνῳ παραμῖξαι γλυκύτητα ἱστο‐ ρίας, παρῆλθε μὲν εἰς τοὺς ἀγῶνας ἡ σάλπιγξ ἐκ τῆς ἐμπολεμίου μελέτης, ἐφ’ ἑκάστῃ δὲ τῇ κλήσει τῶν ἀγωνιστῶν ἐπιφθέγγεται ἐκ</w:t>
      </w:r>
    </w:p>
    <w:p>
      <w:r>
        <w:rPr>
          <w:rFonts w:ascii="Courier New" w:hAnsi="Courier New"/>
          <w:color w:val="555555"/>
          <w:sz w:val="20"/>
        </w:rPr>
        <w:t>[4 . 88]</w:t>
      </w:r>
    </w:p>
    <w:p>
      <w:r>
        <w:rPr>
          <w:rFonts w:ascii="Gentium Plus" w:hAnsi="Gentium Plus"/>
          <w:sz w:val="24"/>
        </w:rPr>
        <w:t>τοιᾶσδε τῆς αἰτίας. Ἕρμων ἦν κωμῳδίας ὑποκριτής· λαχὼν δὲ μετὰ πολλοὺς ὁ μὲν ἀπῆν τοῦ θεάτρου, τῆς φωνῆς ἀποπειρώμενος, τῶν δὲ πρὸ αὐτοῦ πάντων ἐκπεσόντων Ἕρμωνα μὲν ὁ κῆρυξ</w:t>
      </w:r>
    </w:p>
    <w:p>
      <w:r>
        <w:rPr>
          <w:rFonts w:ascii="Courier New" w:hAnsi="Courier New"/>
          <w:color w:val="555555"/>
          <w:sz w:val="20"/>
        </w:rPr>
        <w:t>[5]</w:t>
      </w:r>
    </w:p>
    <w:p>
      <w:r>
        <w:rPr>
          <w:rFonts w:ascii="Gentium Plus" w:hAnsi="Gentium Plus"/>
          <w:sz w:val="24"/>
        </w:rPr>
        <w:t>λοιποῦ τῇ σάλπιγγι τοὺς ἀγωνιστὰς ἀνακαλεῖν. καὶ τὸ μὲν †Ἐπι‐ στάδην† τὸν σαλπιγκτὴν παραφέρειν εἰς πεντήκοντα στάδια τῇ σάλπιγγι διικνούμενον, ὥσπερ καὶ Μόλοκρον ἐπὶ τοῦ Φιλοπάτορος αὐλήσαντα</w:t>
      </w:r>
    </w:p>
    <w:p>
      <w:r>
        <w:rPr>
          <w:rFonts w:ascii="Courier New" w:hAnsi="Courier New"/>
          <w:color w:val="555555"/>
          <w:sz w:val="20"/>
        </w:rPr>
        <w:t>[4 . 89]</w:t>
      </w:r>
    </w:p>
    <w:p>
      <w:r>
        <w:rPr>
          <w:rFonts w:ascii="Gentium Plus" w:hAnsi="Gentium Plus"/>
          <w:sz w:val="24"/>
        </w:rPr>
        <w:t>δύο σάλπιγξιν, ἴσως ἕωλον· Ἀγλαῒς δ’ ἡ Μεγαλοκλέους σάλπιγγι ὑπερερρωμένως ἐχρήσατο ἀγωνιστηρίῳ τε καὶ πομπικῇ. καὶ μὴν ὅ γε Μεγαρεὺς Ἡρόδωρος ὁπότε σαλπίζοι, χαλεπὸν ἦν αὐτῷ πλησιά‐ ζειν πληττομένους διὰ μέγεθος πνεύματος· ἑπτακαίδεκα δὲ πε‐</w:t>
      </w:r>
    </w:p>
    <w:p>
      <w:r>
        <w:rPr>
          <w:rFonts w:ascii="Courier New" w:hAnsi="Courier New"/>
          <w:color w:val="555555"/>
          <w:sz w:val="20"/>
        </w:rPr>
        <w:t>[5]</w:t>
      </w:r>
    </w:p>
    <w:p>
      <w:r>
        <w:rPr>
          <w:rFonts w:ascii="Gentium Plus" w:hAnsi="Gentium Plus"/>
          <w:sz w:val="24"/>
        </w:rPr>
        <w:t>ριόδους ἀνείλετο τῶν στεφανιτῶν ἀγώνων. ἦν δὲ μέγεθος μὲν τεττάρων πήχεων, ὑπέστρωτο δ’ ἄρκτου δοράν, καὶ λεοντῆν ἐπεβέ‐ βλητο. ἓξ δὲ χοίνικας ἄρτου ἐσιτεῖτο, ὀκτὼ δὲ μνᾶς κρεῶν, οἴνου</w:t>
      </w:r>
    </w:p>
    <w:p>
      <w:r>
        <w:rPr>
          <w:rFonts w:ascii="Courier New" w:hAnsi="Courier New"/>
          <w:color w:val="555555"/>
          <w:sz w:val="20"/>
        </w:rPr>
        <w:t>[4 . 90]</w:t>
      </w:r>
    </w:p>
    <w:p>
      <w:r>
        <w:rPr>
          <w:rFonts w:ascii="Gentium Plus" w:hAnsi="Gentium Plus"/>
          <w:sz w:val="24"/>
        </w:rPr>
        <w:t>δὲ δύο ἔπινε χοᾶς. ἐπλήρου δὲ τῷ πνεύματι τὰ μέγιστα τῶν στρατοπέδων, εἰ καὶ ἐκ μηκίστου φθέγξαιτο. περιεῖπε δ’ αὐτὸν ἐν τοῖς μάλιστα ὁ πολιορκητὴς Δημήτριος. καί ποτε ὁ μὲν τείχει προσέφερέ τινα μηχανήν, ἡ δ’ ἦν ἀπειθής τε καὶ ἐπαχθής. καὶ</w:t>
      </w:r>
    </w:p>
    <w:p>
      <w:r>
        <w:rPr>
          <w:rFonts w:ascii="Courier New" w:hAnsi="Courier New"/>
          <w:color w:val="555555"/>
          <w:sz w:val="20"/>
        </w:rPr>
        <w:t>[5]</w:t>
      </w:r>
    </w:p>
    <w:p>
      <w:r>
        <w:rPr>
          <w:rFonts w:ascii="Gentium Plus" w:hAnsi="Gentium Plus"/>
          <w:sz w:val="24"/>
        </w:rPr>
        <w:t>τοίνυν ὁ μὲν Ἡρόδωρος δύο ὄργανα λαβὼν στερρὸν ἐνέπνευσε τοῖς ὀργάνοις, τὰ δὲ τοσοῦτον μένος τοῖς στρατιώταις ἐνέπνευσεν ὥστε ῥύμη πολλὴ καὶ δρόμος προσεγένετο τῇ μηχανῇ.</w:t>
      </w:r>
    </w:p>
    <w:p>
      <w:r>
        <w:rPr>
          <w:rFonts w:ascii="Courier New" w:hAnsi="Courier New"/>
          <w:color w:val="555555"/>
          <w:sz w:val="20"/>
        </w:rPr>
        <w:t>[4 . 91]</w:t>
      </w:r>
    </w:p>
    <w:p>
      <w:r>
        <w:rPr>
          <w:rFonts w:ascii="Gentium Plus" w:hAnsi="Gentium Plus"/>
          <w:sz w:val="24"/>
        </w:rPr>
        <w:t>Τὸ δὲ κηρύκων γένος ἱερὸν μὲν Ἑρμοῦ, κατεκήρυττε δ’ ἡσυχίαν ἔν τ’ ἀγῶσι καὶ ἱερουργίαις, καὶ σπονδὰς περιήγγελλε καὶ ἐκεχειρίαν ἐπήγγελλε καὶ τοὺς ἀγωνιστὰς ἀνεκήρυττεν. καὶ ἦν ἀγώνισμα σάλπιγγος πρεσβύτερον. εἰς δὲ φιλοτιμίαν τῶν ἐπ’ αὐτῷ προελθόν‐</w:t>
      </w:r>
    </w:p>
    <w:p>
      <w:r>
        <w:rPr>
          <w:rFonts w:ascii="Courier New" w:hAnsi="Courier New"/>
          <w:color w:val="555555"/>
          <w:sz w:val="20"/>
        </w:rPr>
        <w:t>[5]</w:t>
      </w:r>
    </w:p>
    <w:p>
      <w:r>
        <w:rPr>
          <w:rFonts w:ascii="Gentium Plus" w:hAnsi="Gentium Plus"/>
          <w:sz w:val="24"/>
        </w:rPr>
        <w:t>των οἵ τε καλούμενοι πόδες συνετέθησαν, ἔλεγχον ἔχοντες εἰς μῆκος πνεύματος· καὶ ἡ τῶν περὶ τοὺς νεὼς οἰκοδομημάτων ἔκ‐</w:t>
      </w:r>
    </w:p>
    <w:p>
      <w:r>
        <w:rPr>
          <w:rFonts w:ascii="Courier New" w:hAnsi="Courier New"/>
          <w:color w:val="555555"/>
          <w:sz w:val="20"/>
        </w:rPr>
        <w:t>[4 . 92]</w:t>
      </w:r>
    </w:p>
    <w:p>
      <w:r>
        <w:rPr>
          <w:rFonts w:ascii="Gentium Plus" w:hAnsi="Gentium Plus"/>
          <w:sz w:val="24"/>
        </w:rPr>
        <w:t>δοσις σαφηνείας τινὸς δεομένη. πρότερον δ’ Ὀλυμπίασι τῶν ἐπι‐</w:t>
      </w:r>
    </w:p>
    <w:p>
      <w:r>
        <w:rPr>
          <w:rFonts w:ascii="Courier New" w:hAnsi="Courier New"/>
          <w:color w:val="555555"/>
          <w:sz w:val="20"/>
        </w:rPr>
        <w:t>[5]</w:t>
      </w:r>
    </w:p>
    <w:p>
      <w:r>
        <w:rPr>
          <w:rFonts w:ascii="Gentium Plus" w:hAnsi="Gentium Plus"/>
          <w:sz w:val="24"/>
        </w:rPr>
        <w:t>αὐτῷ Πυθικὴ καὶ ἐπίγραμμα Ὑβλαίῳ κήρυκι τόδ’ Ἀρχίᾳ Εὐκλέος υἱῷ δέξαι ἄγαλμ’ εὔφρων Φοῖβ’ ἐπ’ ἀπημοσύνῃ, ὃς τρὶς ἐκάρυξεν τὸν Ὀλυμπίᾳ αὐτὸς ἀγῶνα, οὔθ’ ὑπὸ σαλπίγγων οὔτ’ ἀναδείγματ’ ἔχων.</w:t>
      </w:r>
    </w:p>
    <w:p>
      <w:r>
        <w:rPr>
          <w:rFonts w:ascii="Courier New" w:hAnsi="Courier New"/>
          <w:color w:val="555555"/>
          <w:sz w:val="20"/>
        </w:rPr>
        <w:t>[10]</w:t>
      </w:r>
    </w:p>
    <w:p>
      <w:r>
        <w:rPr>
          <w:rFonts w:ascii="Gentium Plus" w:hAnsi="Gentium Plus"/>
          <w:sz w:val="24"/>
        </w:rPr>
        <w:t>ἀπὸ μὲν δὴ τοῦ κήρυκος ὀνόματα κήρυγμα, κηρυκεία ἐπικηρυκεία,</w:t>
      </w:r>
    </w:p>
    <w:p>
      <w:r>
        <w:rPr>
          <w:rFonts w:ascii="Courier New" w:hAnsi="Courier New"/>
          <w:color w:val="555555"/>
          <w:sz w:val="20"/>
        </w:rPr>
        <w:t>[4 . 93]</w:t>
      </w:r>
    </w:p>
    <w:p>
      <w:r>
        <w:rPr>
          <w:rFonts w:ascii="Gentium Plus" w:hAnsi="Gentium Plus"/>
          <w:sz w:val="24"/>
        </w:rPr>
        <w:t>κηρύκειον, καὶ κηρυκεία τέλους τινὸς ὄνομα. κηρύττειν, ἐπικηρυκεύ‐ σασθαι, ἀκήρυκτος πόλεμος, ἐπικηρύττειν τινὶ χρήματα καὶ ἀντεπι‐ κηρύττειν, προκηρῦξαι πόλεμον, κατακηρῦξαι ἐκεχειρίαν, κατακη‐ ρῦξαι ἡσυχίαν, ὃ καὶ κατακελεῦσαι λέγουσιν. ἀνακηρῦξαι ἀγω‐</w:t>
      </w:r>
    </w:p>
    <w:p>
      <w:r>
        <w:rPr>
          <w:rFonts w:ascii="Courier New" w:hAnsi="Courier New"/>
          <w:color w:val="555555"/>
          <w:sz w:val="20"/>
        </w:rPr>
        <w:t>[5]</w:t>
      </w:r>
    </w:p>
    <w:p>
      <w:r>
        <w:rPr>
          <w:rFonts w:ascii="Gentium Plus" w:hAnsi="Gentium Plus"/>
          <w:sz w:val="24"/>
        </w:rPr>
        <w:t>νιστήν, κηρῦξαί τινα τῶν ἀγωνιστῶν, ἀποκηρῦξαι υἱωνὸν ἢ υἱόν. τὸ μέντοι ὄνομα ‘ὁ ἀποκήρυκτοσ‘ οὐκ ἔστιν ἐν χρήσει τῇ παλαιᾷ, Θεόπομπος (FHG I p 331. 333) δ’ αὐτῷ κέχρηται ὁ συγγραφεύς·</w:t>
      </w:r>
    </w:p>
    <w:p>
      <w:r>
        <w:rPr>
          <w:rFonts w:ascii="Courier New" w:hAnsi="Courier New"/>
          <w:color w:val="555555"/>
          <w:sz w:val="20"/>
        </w:rPr>
        <w:t>[4 . 94]</w:t>
      </w:r>
    </w:p>
    <w:p>
      <w:r>
        <w:rPr>
          <w:rFonts w:ascii="Gentium Plus" w:hAnsi="Gentium Plus"/>
          <w:sz w:val="24"/>
        </w:rPr>
        <w:t>ἀλλ’ οὐδὲν Θεοπόμπῳ σταθμητὸν εἰς ἑρμηνείας κρίσιν. τὸ δ’ ἔργον αὐτὸ τῶν κηρύκων κηρυκεῦσαι ἔλεγον, καὶ Ἰσαῖός (frg 162 Tur) που λέγει κηρυκευσάτω. προκηρῦξαι δ’ ἐστὶ τὸ προκαλέσασθαι ὑπὸ κή‐ ρυκος, καὶ ὑποκηρύξασθαι τὸ προειπεῖν ἡσυχίαν ἢ καὶ ἐπαγγεί‐</w:t>
      </w:r>
    </w:p>
    <w:p>
      <w:r>
        <w:rPr>
          <w:rFonts w:ascii="Courier New" w:hAnsi="Courier New"/>
          <w:color w:val="555555"/>
          <w:sz w:val="20"/>
        </w:rPr>
        <w:t>[5]</w:t>
      </w:r>
    </w:p>
    <w:p>
      <w:r>
        <w:rPr>
          <w:rFonts w:ascii="Gentium Plus" w:hAnsi="Gentium Plus"/>
          <w:sz w:val="24"/>
        </w:rPr>
        <w:t>λασθαί τι δημοσίᾳ· προκηρυκευσάμενοι, ὡς Ἰσαῖος (frg 162 Tur) εἴρηκεν. τάχα δ’ ἄν τις τοὺς κήρυκας καὶ ἑρμηνέας καὶ σπονδο‐ φόρους καὶ ἐκεχειροφόρους καὶ ἀγγέλους ὀνομάσειεν. τὸ δὲ φθέγμα αὐτῶν μέγα, ἁδρόν, ὑψηλόν, πρόμηκες ἐπίμηκες, σαφές, ἀρτίστομον, συνεχές, διηνεκές, ἀποτάδην φθεγγόμενον, ἀπνευστί, καὶ τἆλλα</w:t>
      </w:r>
    </w:p>
    <w:p>
      <w:r>
        <w:rPr>
          <w:rFonts w:ascii="Courier New" w:hAnsi="Courier New"/>
          <w:color w:val="555555"/>
          <w:sz w:val="20"/>
        </w:rPr>
        <w:t>[10]</w:t>
      </w:r>
    </w:p>
    <w:p>
      <w:r>
        <w:rPr>
          <w:rFonts w:ascii="Gentium Plus" w:hAnsi="Gentium Plus"/>
          <w:sz w:val="24"/>
        </w:rPr>
        <w:t>ὅσα ἐν τοῖς περὶ φωνῆς εἴρηται.</w:t>
      </w:r>
    </w:p>
    <w:p>
      <w:r>
        <w:rPr>
          <w:rFonts w:ascii="Courier New" w:hAnsi="Courier New"/>
          <w:color w:val="555555"/>
          <w:sz w:val="20"/>
        </w:rPr>
        <w:t>[4 . 95]</w:t>
      </w:r>
    </w:p>
    <w:p>
      <w:r>
        <w:rPr>
          <w:rFonts w:ascii="Gentium Plus" w:hAnsi="Gentium Plus"/>
          <w:sz w:val="24"/>
        </w:rPr>
        <w:t>Εἰ δὲ καὶ ὄρχησις μέρος μουσικῆς, ῥητέον ὀρχηστής ὀρχηστικός,</w:t>
      </w:r>
    </w:p>
    <w:p>
      <w:r>
        <w:rPr>
          <w:rFonts w:ascii="Courier New" w:hAnsi="Courier New"/>
          <w:color w:val="555555"/>
          <w:sz w:val="20"/>
        </w:rPr>
        <w:t>[5]</w:t>
      </w:r>
    </w:p>
    <w:p>
      <w:r>
        <w:rPr>
          <w:rFonts w:ascii="Gentium Plus" w:hAnsi="Gentium Plus"/>
          <w:sz w:val="24"/>
        </w:rPr>
        <w:t>Ὀρχομενὸν Χαρίτεσσιν ἀφαρέσιν ὀρχηθέντα. ἐπορχούμενος. ὀρχήστρα, ὀρχηστρίς, ὀρχηστοδιδάσκαλος. σχη‐ ματίσασθαι, σχηματοποιήσασθαι. εὐσχημοσύνη, εὐρυθμία, εὐαρμοστία.</w:t>
      </w:r>
    </w:p>
    <w:p>
      <w:r>
        <w:rPr>
          <w:rFonts w:ascii="Courier New" w:hAnsi="Courier New"/>
          <w:color w:val="555555"/>
          <w:sz w:val="20"/>
        </w:rPr>
        <w:t>[4 . 96]</w:t>
      </w:r>
    </w:p>
    <w:p>
      <w:r>
        <w:rPr>
          <w:rFonts w:ascii="Gentium Plus" w:hAnsi="Gentium Plus"/>
          <w:sz w:val="24"/>
        </w:rPr>
        <w:t>νεῦσαι συναπονεῦσαι, μορφάσαι, παραγαγεῖν τὴν κεφαλήν, διενεγκεῖν, περιενεγκεῖν, περιαγωγῇ χρήσασθαι, τῶν χειρῶν περιαγωγῇ, πη‐ δῆσαι, πυρριχίσαι· πυρρίχη ἐνόπλιος ὄρχησις. εἴποις δ’ ἂν ὀρχηστὴν κοῦφον, ἐλαφρόν, πηδητικόν, ἁλτικόν, εὐάρμοστον, εὔρυθμον,</w:t>
      </w:r>
    </w:p>
    <w:p>
      <w:r>
        <w:rPr>
          <w:rFonts w:ascii="Courier New" w:hAnsi="Courier New"/>
          <w:color w:val="555555"/>
          <w:sz w:val="20"/>
        </w:rPr>
        <w:t>[5]</w:t>
      </w:r>
    </w:p>
    <w:p>
      <w:r>
        <w:rPr>
          <w:rFonts w:ascii="Gentium Plus" w:hAnsi="Gentium Plus"/>
          <w:sz w:val="24"/>
        </w:rPr>
        <w:t>εὐσχήμονα πολυσχήμονα, ὑγρόν, ἐναργῆ, ἐνδεικτικόν, δηλωτικόν, ἐπιδεικτικόν, παντοδαπόν, εὐτράπελον, εὔτρεπτον, δημοτερπῆ ὀχλοτερπῆ, δημαγωγικόν, ῥᾴδιον, πρόχειρον, εὔκολον, ὑγρομελῆ,</w:t>
      </w:r>
    </w:p>
    <w:p>
      <w:r>
        <w:rPr>
          <w:rFonts w:ascii="Courier New" w:hAnsi="Courier New"/>
          <w:color w:val="555555"/>
          <w:sz w:val="20"/>
        </w:rPr>
        <w:t>[4 . 97]</w:t>
      </w:r>
    </w:p>
    <w:p>
      <w:r>
        <w:rPr>
          <w:rFonts w:ascii="Gentium Plus" w:hAnsi="Gentium Plus"/>
          <w:sz w:val="24"/>
        </w:rPr>
        <w:t>εὐκαμπῆ, λυγιστικόν, ἐπικλώμενον, ἐξυγραινόμενον, ταχύχειρα τα‐ χύπουν, εὐκέφαλον, εὔφορον ἰσόφορον, εὔτακτον· καὶ τὰ πράγματα κουφότητα, ἐλαφρότητα, πήδημα, ἅλμα, εὐαρμοστίαν, εὐρυθμίαν, εὐσχημοσύνην, ὑγρότητα, ἐναργότητα, ἔνδειξιν, δήλωσιν, ἐπίδειξιν,</w:t>
      </w:r>
    </w:p>
    <w:p>
      <w:r>
        <w:rPr>
          <w:rFonts w:ascii="Courier New" w:hAnsi="Courier New"/>
          <w:color w:val="555555"/>
          <w:sz w:val="20"/>
        </w:rPr>
        <w:t>[5]</w:t>
      </w:r>
    </w:p>
    <w:p>
      <w:r>
        <w:rPr>
          <w:rFonts w:ascii="Gentium Plus" w:hAnsi="Gentium Plus"/>
          <w:sz w:val="24"/>
        </w:rPr>
        <w:t>πανήγυριν, τέρψιν, ῥᾳστώνην, εὐκολίαν, λυγισμόν, κάμψιν, παρα‐ γωγήν, παραφοράν, εὐχειρίαν ὀξυχειρίαν ταχυχειρίαν, εὐποδίαν,</w:t>
      </w:r>
    </w:p>
    <w:p>
      <w:r>
        <w:rPr>
          <w:rFonts w:ascii="Courier New" w:hAnsi="Courier New"/>
          <w:color w:val="555555"/>
          <w:sz w:val="20"/>
        </w:rPr>
        <w:t>[4 . 98]</w:t>
      </w:r>
    </w:p>
    <w:p>
      <w:r>
        <w:rPr>
          <w:rFonts w:ascii="Gentium Plus" w:hAnsi="Gentium Plus"/>
          <w:sz w:val="24"/>
        </w:rPr>
        <w:t>εὐφορίαν ἰσοφορίαν, εὐταξίαν. καὶ τὰ ῥήματα κουφισθῆναι, ἐλα‐ φρίσασθαι, πηδῆσαι, παραδηλῶσαι, ἐπιδείξασθαι ἐνδείξασθαι παρ‐ ενδείξασθαι παρεπιδείξασθαι, λυγίσαι τὸ σῶμα, κάμψαι, κλάσαι. καὶ τὰ ἐπιρρήματα ὀρχηστικῶς, εὐσχημόνως πολυσχημόνως, εὐ‐</w:t>
      </w:r>
    </w:p>
    <w:p>
      <w:r>
        <w:rPr>
          <w:rFonts w:ascii="Courier New" w:hAnsi="Courier New"/>
          <w:color w:val="555555"/>
          <w:sz w:val="20"/>
        </w:rPr>
        <w:t>[5]</w:t>
      </w:r>
    </w:p>
    <w:p>
      <w:r>
        <w:rPr>
          <w:rFonts w:ascii="Gentium Plus" w:hAnsi="Gentium Plus"/>
          <w:sz w:val="24"/>
        </w:rPr>
        <w:t>ρύθμως, εὐαρμόστως, ὑγρῶς, ἐναργῶς, ἐνδεικτικῶς, δηλωτικῶς, ἐπι‐ δεικτικῶς, πανηγυρικῶς, τερπνῶς, ῥᾳδίως, εὐκόλως, εὐφόρως ἰσοφό‐ ρως, εὐτάκτως· τὰ γὰρ ἀπὸ τῶν ἄλλων τραχέα.</w:t>
      </w:r>
    </w:p>
    <w:p>
      <w:r>
        <w:rPr>
          <w:rFonts w:ascii="Courier New" w:hAnsi="Courier New"/>
          <w:color w:val="555555"/>
          <w:sz w:val="20"/>
        </w:rPr>
        <w:t>[4 . 99]</w:t>
      </w:r>
    </w:p>
    <w:p>
      <w:r>
        <w:rPr>
          <w:rFonts w:ascii="Gentium Plus" w:hAnsi="Gentium Plus"/>
          <w:sz w:val="24"/>
        </w:rPr>
        <w:t>εἴδη δ’ ὀρχημάτων ἐμμέλεια τραγική, κόρδακες κωμικοί, σίκιν‐ νις σατυρική. ἐνόπλιοι ὀρχήσεις πυρρίχη τε καὶ τελεσιάς, ἐπώνυμοι δύο Κρητῶν ὀρχηστῶν, Πυρρίχου τε καὶ Τελεσίου. ἐκαλεῖτο δέ τι καὶ ξιφισμὸς καὶ ποδισμός, καὶ διαρρικνοῦσθαι, ὅπερ ἦν τὸ</w:t>
      </w:r>
    </w:p>
    <w:p>
      <w:r>
        <w:rPr>
          <w:rFonts w:ascii="Courier New" w:hAnsi="Courier New"/>
          <w:color w:val="555555"/>
          <w:sz w:val="20"/>
        </w:rPr>
        <w:t>[5]</w:t>
      </w:r>
    </w:p>
    <w:p>
      <w:r>
        <w:rPr>
          <w:rFonts w:ascii="Gentium Plus" w:hAnsi="Gentium Plus"/>
          <w:sz w:val="24"/>
        </w:rPr>
        <w:t>τὴν ὀσφὺν φορτικῶς περιάγειν. ἦν δὲ καὶ κῶμος εἶδος ὀρχήσεως</w:t>
      </w:r>
    </w:p>
    <w:p>
      <w:r>
        <w:rPr>
          <w:rFonts w:ascii="Courier New" w:hAnsi="Courier New"/>
          <w:color w:val="555555"/>
          <w:sz w:val="20"/>
        </w:rPr>
        <w:t>[4 . 100]</w:t>
      </w:r>
    </w:p>
    <w:p>
      <w:r>
        <w:rPr>
          <w:rFonts w:ascii="Gentium Plus" w:hAnsi="Gentium Plus"/>
          <w:sz w:val="24"/>
        </w:rPr>
        <w:t>καὶ τετράκωμος, Ἡρακλέους ἱερὰ καὶ πολεμική. ἦν δὲ καὶ κω‐ μαστικὴ μάχην καὶ πληγὰς ἔχουσα, καὶ ἡδύκωμος ἡδίων, καὶ κνισμὸς καὶ ὄκλασμα· οὕτω γὰρ ἐν Θεσμοφοριαζούσαις (v 1175) ὀνομά‐ ζεται τὸ ὄρχημα τὸ Περσικὸν καὶ σύντονον. τὴν δ’ αὐτὴν καὶ ὑγρὰν</w:t>
      </w:r>
    </w:p>
    <w:p>
      <w:r>
        <w:rPr>
          <w:rFonts w:ascii="Courier New" w:hAnsi="Courier New"/>
          <w:color w:val="555555"/>
          <w:sz w:val="20"/>
        </w:rPr>
        <w:t>[5]</w:t>
      </w:r>
    </w:p>
    <w:p>
      <w:r>
        <w:rPr>
          <w:rFonts w:ascii="Gentium Plus" w:hAnsi="Gentium Plus"/>
          <w:sz w:val="24"/>
        </w:rPr>
        <w:t>ὠνόμαζον. καὶ φαλλικὸν ἐπὶ Διονύσῳ, καὶ καλλίνικος ἐφ’ Ἡρα‐ κλεῖ. καὶ κολαβρισμὸς Θρᾴκιον ὄρχημα καὶ Καρικόν· ἦν δὲ καὶ τοῦτο ἐνόπλιον. καὶ βαυκισμὸς Βαύκου ὀρχηστοῦ κῶμος ἐπώ‐ νυμος, ἁβρά τις ὄρχησις καὶ τὸ σῶμα ἐξυγραίνουσα καὶ στρόβιλος.</w:t>
      </w:r>
    </w:p>
    <w:p>
      <w:r>
        <w:rPr>
          <w:rFonts w:ascii="Courier New" w:hAnsi="Courier New"/>
          <w:color w:val="555555"/>
          <w:sz w:val="20"/>
        </w:rPr>
        <w:t>[4 . 101]</w:t>
      </w:r>
    </w:p>
    <w:p>
      <w:r>
        <w:rPr>
          <w:rFonts w:ascii="Gentium Plus" w:hAnsi="Gentium Plus"/>
          <w:sz w:val="24"/>
        </w:rPr>
        <w:t>μακτρισμὸς δὲ καὶ ἀπόκινος καὶ ἀπόσεισις καὶ ἴγδις ἀσελγῆ εἴδη ὀρχήσεων ἐν τῇ τῆς ὀσφύος περιφορᾷ. ὁ δὲ μόθων φορτικὸν ὄρχημα καὶ ναυτικόν. τὴν δὲ γέρανον κατὰ πλῆθος ὠρχοῦντο, ἕκαστος ὑφ’ ἑκάστῳ κατὰ στοῖχον, τὰ ἄκρα ἑκατέρωθεν τῶν ἡγεμόνων</w:t>
      </w:r>
    </w:p>
    <w:p>
      <w:r>
        <w:rPr>
          <w:rFonts w:ascii="Courier New" w:hAnsi="Courier New"/>
          <w:color w:val="555555"/>
          <w:sz w:val="20"/>
        </w:rPr>
        <w:t>[5]</w:t>
      </w:r>
    </w:p>
    <w:p>
      <w:r>
        <w:rPr>
          <w:rFonts w:ascii="Gentium Plus" w:hAnsi="Gentium Plus"/>
          <w:sz w:val="24"/>
        </w:rPr>
        <w:t>ἐχόντων, τῶν περὶ Θησέα πρῶτον περὶ τὸν Δήλιον βωμὸν ἀπομι‐ μησαμένων τὴν ἀπὸ τοῦ λαβυρίνθου ἔξοδον. καὶ διποδία δ’</w:t>
      </w:r>
    </w:p>
    <w:p>
      <w:r>
        <w:rPr>
          <w:rFonts w:ascii="Courier New" w:hAnsi="Courier New"/>
          <w:color w:val="555555"/>
          <w:sz w:val="20"/>
        </w:rPr>
        <w:t>[4 . 102]</w:t>
      </w:r>
    </w:p>
    <w:p>
      <w:r>
        <w:rPr>
          <w:rFonts w:ascii="Gentium Plus" w:hAnsi="Gentium Plus"/>
          <w:sz w:val="24"/>
        </w:rPr>
        <w:t>ὄρχημα Λακωνικόν. ἦν δὲ καὶ γίγγρας πρὸς αὐλὸν ὄρχημα, ἐπώ‐ νυμον τοῦ αὐλήματος. ἑκατερίδες δὲ καὶ θερμαυστρίδες ἔντονα ὀρχήματα, τὸ μὲν χειρῶν κίνησιν ἀσκοῦν, ἡ δὲ θερμαυστρὶς πηδητι‐ κόν. τὰ δ’ ἐκλακτίσματα γυναικῶν ἦν ὀρχήματα· ἔδει δ’ ὑπὲρ τὸν</w:t>
      </w:r>
    </w:p>
    <w:p>
      <w:r>
        <w:rPr>
          <w:rFonts w:ascii="Courier New" w:hAnsi="Courier New"/>
          <w:color w:val="555555"/>
          <w:sz w:val="20"/>
        </w:rPr>
        <w:t>[5]</w:t>
      </w:r>
    </w:p>
    <w:p>
      <w:r>
        <w:rPr>
          <w:rFonts w:ascii="Gentium Plus" w:hAnsi="Gentium Plus"/>
          <w:sz w:val="24"/>
        </w:rPr>
        <w:t>ὦμον ἐκλακτίσαι. καὶ βίβασις δέ τι ἦν εἶδος Λακωνικῆς ὀρχήσεως, ἧς καὶ τὰ ἆθλα προυτίθετο οὐ τοῖς παισὶ μόνον ἀλλὰ καὶ ταῖς κό‐ ραις· ἔδει δ’ ἅλλεσθαι καὶ ψαύειν τοῖς ποσὶ πρὸς τὰς πυγάς, καὶ ἠριθμεῖτο τὰ πηδήματα, ὅθεν καὶ ἐπὶ μιᾶς ἦν ἐπίγραμμα (Ahrens Dial II 483)</w:t>
      </w:r>
    </w:p>
    <w:p>
      <w:r>
        <w:rPr>
          <w:rFonts w:ascii="Courier New" w:hAnsi="Courier New"/>
          <w:color w:val="555555"/>
          <w:sz w:val="20"/>
        </w:rPr>
        <w:t>[10]</w:t>
      </w:r>
    </w:p>
    <w:p>
      <w:r>
        <w:rPr>
          <w:rFonts w:ascii="Gentium Plus" w:hAnsi="Gentium Plus"/>
          <w:sz w:val="24"/>
        </w:rPr>
        <w:t>χείλιά †ποκα† βίβαντι, πλεῖστα δὴ τῶν πήποκα.</w:t>
      </w:r>
    </w:p>
    <w:p>
      <w:r>
        <w:rPr>
          <w:rFonts w:ascii="Courier New" w:hAnsi="Courier New"/>
          <w:color w:val="555555"/>
          <w:sz w:val="20"/>
        </w:rPr>
        <w:t>[4 . 103]</w:t>
      </w:r>
    </w:p>
    <w:p>
      <w:r>
        <w:rPr>
          <w:rFonts w:ascii="Gentium Plus" w:hAnsi="Gentium Plus"/>
          <w:sz w:val="24"/>
        </w:rPr>
        <w:t>τὰς δὲ πινακίδας ὠρχοῦντο οὐκ οἶδα εἴτ’ ἐπὶ πινάκων εἴτε πί‐ νακας φέροντες· τὸ γὰρ κερνοφόρον ὄρχημα οἶδ’ ὅτι λίκνα ἢ ἐσχαρίδας φέροντες· κέρνα δὲ ταῦτα ἐκαλεῖτο. τὸ δ’ Ἰωνικὸν Ἀρτέμιδι ὠρχοῦντο Σικελιῶται (CGF I p 214. 192 Kaibel) μάλιστα.</w:t>
      </w:r>
    </w:p>
    <w:p>
      <w:r>
        <w:rPr>
          <w:rFonts w:ascii="Courier New" w:hAnsi="Courier New"/>
          <w:color w:val="555555"/>
          <w:sz w:val="20"/>
        </w:rPr>
        <w:t>[5]</w:t>
      </w:r>
    </w:p>
    <w:p>
      <w:r>
        <w:rPr>
          <w:rFonts w:ascii="Gentium Plus" w:hAnsi="Gentium Plus"/>
          <w:sz w:val="24"/>
        </w:rPr>
        <w:t>τὸ δ’ ἀγγελικὸν ἐμιμεῖτο σχήματα ἀγγέλων. ὁ δὲ μορφασμὸς παν‐ τοδαπῶν ζῴων ἦν μίμησις. ἦν δέ τι καὶ σκώψ, τὸ δ’ αὐτὸ καὶ σκωπίας, εἶδος ὀρχήσεως ἔχον τινὰ τοῦ τραχήλου περιφορὰν κατὰ τὴν τοῦ ὄρνιθος μίμησιν, ὃς ὑπ’ ἐκπλήξεως πρὸς τὴν ὄρχησιν ἁλίσκεται.</w:t>
      </w:r>
    </w:p>
    <w:p>
      <w:r>
        <w:rPr>
          <w:rFonts w:ascii="Courier New" w:hAnsi="Courier New"/>
          <w:color w:val="555555"/>
          <w:sz w:val="20"/>
        </w:rPr>
        <w:t>[4 . 104]</w:t>
      </w:r>
    </w:p>
    <w:p>
      <w:r>
        <w:rPr>
          <w:rFonts w:ascii="Gentium Plus" w:hAnsi="Gentium Plus"/>
          <w:sz w:val="24"/>
        </w:rPr>
        <w:t>ὁ δὲ λέων ὀρχήσεως φοβερᾶς εἶδος. ἦν δέ τινα καὶ Λακωνικὰ ὀρχήματα, διὰ Μαλέας· Σειληνοὶ δ’ ἦσαν, καὶ ὑπ’ αὐτοῖς Σάτυροι</w:t>
      </w:r>
    </w:p>
    <w:p>
      <w:r>
        <w:rPr>
          <w:rFonts w:ascii="Courier New" w:hAnsi="Courier New"/>
          <w:color w:val="555555"/>
          <w:sz w:val="20"/>
        </w:rPr>
        <w:t>[5]</w:t>
      </w:r>
    </w:p>
    <w:p>
      <w:r>
        <w:rPr>
          <w:rFonts w:ascii="Gentium Plus" w:hAnsi="Gentium Plus"/>
          <w:sz w:val="24"/>
        </w:rPr>
        <w:t>χοῦντο δὲ γυναῖκες Ἀρτέμιδι καὶ Ἀπόλλωνι. οἱ δ’ ὑπογύπωνες γερόντων ὑπὸ βακτηρίαις τὴν μίμησιν εἶχον· οἱ δὲ γύπωνες ξυλίνων κώλων ἐπιβαίνοντες ὠρχοῦντο, διαφανῆ ταραντινίδια ἀμπεχόμενοι. καὶ μὴν Ἐσχάρινθον ὄρχημα ἐπώνυμον ἦν τοῦ εὑρόντος αὐλητοῦ,</w:t>
      </w:r>
    </w:p>
    <w:p>
      <w:r>
        <w:rPr>
          <w:rFonts w:ascii="Courier New" w:hAnsi="Courier New"/>
          <w:color w:val="555555"/>
          <w:sz w:val="20"/>
        </w:rPr>
        <w:t>[4 . 105]</w:t>
      </w:r>
    </w:p>
    <w:p>
      <w:r>
        <w:rPr>
          <w:rFonts w:ascii="Gentium Plus" w:hAnsi="Gentium Plus"/>
          <w:sz w:val="24"/>
        </w:rPr>
        <w:t>τυρβασίαν δ’ ἐκάλουν τὸ ὄρχημα τὸ διθυραμβικόν, μιμητικὴν δὲ δι’ ἧς ἐμιμοῦντο τοὺς ἐπὶ τῇ κλοπῇ τῶν ἑώλων κρεῶν ἁλισκομένους. λομβρότερον δ’ ἦν ὃ ὠρχοῦντο γυμνοὶ σὺν αἰσχρολογίᾳ. ἦν δὲ καὶ τὸ σχιστὰς ἕλκειν σχῆμα ὀρχήσεως χωρικῆς, ἔδει δὲ πηδῶντα ἐπαλ‐</w:t>
      </w:r>
    </w:p>
    <w:p>
      <w:r>
        <w:rPr>
          <w:rFonts w:ascii="Courier New" w:hAnsi="Courier New"/>
          <w:color w:val="555555"/>
          <w:sz w:val="20"/>
        </w:rPr>
        <w:t>[5]</w:t>
      </w:r>
    </w:p>
    <w:p>
      <w:r>
        <w:rPr>
          <w:rFonts w:ascii="Gentium Plus" w:hAnsi="Gentium Plus"/>
          <w:sz w:val="24"/>
        </w:rPr>
        <w:t>λάττειν τὰ σκέλη. καὶ μὴν τραγικῆς ὀρχήσεως σχήματα σιμὴ χείρ, καλαθίσκος, χεὶρ καταπρανής, ξύλου παράληψις, διπλῆ, θερμαυστρίς, κυβίστησις, παραβῆναι τὰ τέτταρα. ὁ δὲ τετράκωμος, τὸ τῆς ὀρχήσεως εἶδος, οὐκ οἶδα εἴ τι προσῆκον ἦν τοῖς Ἀθήνησι τετρα‐ κώμοις, οἳ ἦσαν Πειραιεῖς Φαληρεῖς Ξυπεταίονες Θυμοιτάδαι.</w:t>
      </w:r>
    </w:p>
    <w:p>
      <w:r>
        <w:rPr>
          <w:rFonts w:ascii="Courier New" w:hAnsi="Courier New"/>
          <w:color w:val="555555"/>
          <w:sz w:val="20"/>
        </w:rPr>
        <w:t>[4 . 106]</w:t>
      </w:r>
    </w:p>
    <w:p>
      <w:r>
        <w:rPr>
          <w:rFonts w:ascii="Gentium Plus" w:hAnsi="Gentium Plus"/>
          <w:sz w:val="24"/>
        </w:rPr>
        <w:t>Τούτοις δ’ ἂν προσήκοι χορός, χορευτής, χοροποιία, χοροστασία, χορικὸν μέλος, χορεῦσαι, συγχορευτής, χορηγός, χορηγία, χορήγιον ὁ τόπος οὗ ἡ παρασκευὴ τοῦ χοροῦ. πρόσχορον δ’ Ἀριστοφάνης (frg 843 Ko) τὴν συγχορεύουσαν κέκληκεν· τὴν δ’ αὐτὴν καὶ συγχο‐</w:t>
      </w:r>
    </w:p>
    <w:p>
      <w:r>
        <w:rPr>
          <w:rFonts w:ascii="Courier New" w:hAnsi="Courier New"/>
          <w:color w:val="555555"/>
          <w:sz w:val="20"/>
        </w:rPr>
        <w:t>[5]</w:t>
      </w:r>
    </w:p>
    <w:p>
      <w:r>
        <w:rPr>
          <w:rFonts w:ascii="Gentium Plus" w:hAnsi="Gentium Plus"/>
          <w:sz w:val="24"/>
        </w:rPr>
        <w:t>ρεύτριαν (frg 863 Ko). ἡγεμὼν χοροῦ, κορυφαῖος χοροῦ, χορο‐ λέκτης, χοροποιός, διδάσκαλος ὑποδιδάσκαλος, χοροδιδάσκαλος, δεξιοστάτης ἀριστεροστάτης, δευτεροστάτης τριτοστάτης, καὶ τὴν</w:t>
      </w:r>
    </w:p>
    <w:p>
      <w:r>
        <w:rPr>
          <w:rFonts w:ascii="Courier New" w:hAnsi="Courier New"/>
          <w:color w:val="555555"/>
          <w:sz w:val="20"/>
        </w:rPr>
        <w:t>[4 . 107]</w:t>
      </w:r>
    </w:p>
    <w:p>
      <w:r>
        <w:rPr>
          <w:rFonts w:ascii="Gentium Plus" w:hAnsi="Gentium Plus"/>
          <w:sz w:val="24"/>
        </w:rPr>
        <w:t>γυναῖκα δὲ τριτοστάτιν Ἀριστοφάνης (frg 487 Ko) καλεῖ. παιδικὸς χορός, ἀνδρικός, κωμικός, τραγικός. καὶ ἡμιχόριον δὲ καὶ διχορία καὶ ἀντιχόρια. ἔοικε δὲ ταὐτὸν εἶναι ταυτὶ τὰ τρία ὀνόματα· ὁπόταν γὰρ ὁ χορὸς εἰς δύο μέρη τμηθῇ, τὸ μὲν πρᾶγμα καλεῖται</w:t>
      </w:r>
    </w:p>
    <w:p>
      <w:r>
        <w:rPr>
          <w:rFonts w:ascii="Courier New" w:hAnsi="Courier New"/>
          <w:color w:val="555555"/>
          <w:sz w:val="20"/>
        </w:rPr>
        <w:t>[5]</w:t>
      </w:r>
    </w:p>
    <w:p>
      <w:r>
        <w:rPr>
          <w:rFonts w:ascii="Gentium Plus" w:hAnsi="Gentium Plus"/>
          <w:sz w:val="24"/>
        </w:rPr>
        <w:t>διχορία, ἑκατέρα δ’ ἡ μοῖρα ἡμιχόριον, ἃ δ’ ἀντᾴδουσιν, ἀντιχόρια. τριχορίαν δὲ Τύρταιος ἔστησε, τρεῖς Λακώνων χορούς, καθ’ ἡλικίαν ἑκάστην, παῖδας ἄνδρας γέροντας. ἐπὶ δὲ χοροῦ καὶ συμφωνία</w:t>
      </w:r>
    </w:p>
    <w:p>
      <w:r>
        <w:rPr>
          <w:rFonts w:ascii="Courier New" w:hAnsi="Courier New"/>
          <w:color w:val="555555"/>
          <w:sz w:val="20"/>
        </w:rPr>
        <w:t>[4 . 108]</w:t>
      </w:r>
    </w:p>
    <w:p>
      <w:r>
        <w:rPr>
          <w:rFonts w:ascii="Gentium Plus" w:hAnsi="Gentium Plus"/>
          <w:sz w:val="24"/>
        </w:rPr>
        <w:t>καὶ συνῳδία καὶ συναυλία. καὶ ἡ μὲν εἴσοδος τοῦ χοροῦ πάροδος καλεῖται, ἡ δὲ κατὰ χρείαν ἔξοδος ὡς πάλιν εἰσιόντων μετάστασις, ἡ δὲ μετὰ ταύτην εἴσοδος ἐπιπάροδος, ἡ δὲ τελευταία ἔξοδος ἄφοδος. καὶ ἐπεισόδιον δ’ ἐν δράμασι πρᾶγμα πράγματι συναπτόμενον. καὶ</w:t>
      </w:r>
    </w:p>
    <w:p>
      <w:r>
        <w:rPr>
          <w:rFonts w:ascii="Courier New" w:hAnsi="Courier New"/>
          <w:color w:val="555555"/>
          <w:sz w:val="20"/>
        </w:rPr>
        <w:t>[5]</w:t>
      </w:r>
    </w:p>
    <w:p>
      <w:r>
        <w:rPr>
          <w:rFonts w:ascii="Gentium Plus" w:hAnsi="Gentium Plus"/>
          <w:sz w:val="24"/>
        </w:rPr>
        <w:t>μέλος δέ τι ἐξόδιον, ὃ ἐξιόντες ᾖδον. μέρη δὲ χοροῦ στοῖχος καὶ ζυγόν. καὶ τραγικοῦ μὲν χοροῦ ζυγὰ πέντε ἐκ τριῶν καὶ στοῖχοι</w:t>
      </w:r>
    </w:p>
    <w:p>
      <w:r>
        <w:rPr>
          <w:rFonts w:ascii="Courier New" w:hAnsi="Courier New"/>
          <w:color w:val="555555"/>
          <w:sz w:val="20"/>
        </w:rPr>
        <w:t>[4 . 109]</w:t>
      </w:r>
    </w:p>
    <w:p>
      <w:r>
        <w:rPr>
          <w:rFonts w:ascii="Gentium Plus" w:hAnsi="Gentium Plus"/>
          <w:sz w:val="24"/>
        </w:rPr>
        <w:t>τρεῖς ἐκ πέντε· πεντεκαίδεκα γὰρ ἦσαν ὁ χορός. καὶ κατὰ τρεῖς μὲν εἰσῄεσαν, εἰ κατὰ ζυγὰ γίνοιτο ἡ πάροδος· εἰ δὲ κατὰ στοίχους, ἀνὰ πέντε εἰσῄεσαν. ἔσθ’ ὅτε δὲ καὶ καθ’ ἕνα ἐποιοῦντο τὴν πάροδον. ὁ δὲ κωμικὸς χορὸς τέτταρες καὶ εἴκοσιν ἦσαν οἱ χο‐</w:t>
      </w:r>
    </w:p>
    <w:p>
      <w:r>
        <w:rPr>
          <w:rFonts w:ascii="Courier New" w:hAnsi="Courier New"/>
          <w:color w:val="555555"/>
          <w:sz w:val="20"/>
        </w:rPr>
        <w:t>[5]</w:t>
      </w:r>
    </w:p>
    <w:p>
      <w:r>
        <w:rPr>
          <w:rFonts w:ascii="Gentium Plus" w:hAnsi="Gentium Plus"/>
          <w:sz w:val="24"/>
        </w:rPr>
        <w:t>ρευταί, ζυγὰ ἕξ, ἕκαστον δὲ ζυγὸν ἐκ τεττάρων, στοῖχοι δὲ τέτ‐ ταρες, ἓξ ἄνδρας ἔχων ἕκαστος στοῖχος. ὁπότε μὴν ἀντὶ τετάρτου ὑποκριτοῦ δέοι τινὰ τῶν χορευτῶν εἰπεῖν ἐν ᾠδῇ, παρασκήνιον κα‐</w:t>
      </w:r>
    </w:p>
    <w:p>
      <w:r>
        <w:rPr>
          <w:rFonts w:ascii="Courier New" w:hAnsi="Courier New"/>
          <w:color w:val="555555"/>
          <w:sz w:val="20"/>
        </w:rPr>
        <w:t>[4 . 110]</w:t>
      </w:r>
    </w:p>
    <w:p>
      <w:r>
        <w:rPr>
          <w:rFonts w:ascii="Gentium Plus" w:hAnsi="Gentium Plus"/>
          <w:sz w:val="24"/>
        </w:rPr>
        <w:t>λεῖται τὸ πρᾶγμα, ὡς ἐν Ἀγαμέμνονι Αἰσχύλου· εἰ δὲ τέταρτος ὑποκριτής τι παραφθέγξαιτο, τοῦτο παραχορήγημα ὀνομάζεται, καὶ πεπρᾶχθαί φασιν αὐτὸ ἐν Μέμνονι Αἰσχύλου. τὸ δὲ παλαιὸν ὁ τραγικὸς χορὸς πεντήκοντα ἦσαν, ἄχρι τῶν Εὐμενίδων Αἰσχύλου· πρὸς</w:t>
      </w:r>
    </w:p>
    <w:p>
      <w:r>
        <w:rPr>
          <w:rFonts w:ascii="Courier New" w:hAnsi="Courier New"/>
          <w:color w:val="555555"/>
          <w:sz w:val="20"/>
        </w:rPr>
        <w:t>[5]</w:t>
      </w:r>
    </w:p>
    <w:p>
      <w:r>
        <w:rPr>
          <w:rFonts w:ascii="Gentium Plus" w:hAnsi="Gentium Plus"/>
          <w:sz w:val="24"/>
        </w:rPr>
        <w:t>δὲ τὸν ὄχλον αὐτῶν τοῦ πλήθους ἐκπτοηθέντος συνέστειλεν ὁ νόμος εἰς ἐλάττω ἀριθμὸν τὸν χορόν.</w:t>
      </w:r>
    </w:p>
    <w:p>
      <w:r>
        <w:rPr>
          <w:rFonts w:ascii="Courier New" w:hAnsi="Courier New"/>
          <w:color w:val="555555"/>
          <w:sz w:val="20"/>
        </w:rPr>
        <w:t>[4 . 111]</w:t>
      </w:r>
    </w:p>
    <w:p>
      <w:r>
        <w:rPr>
          <w:rFonts w:ascii="Gentium Plus" w:hAnsi="Gentium Plus"/>
          <w:sz w:val="24"/>
        </w:rPr>
        <w:t>τῶν δὲ χορικῶν ᾀσμάτων τῶν κωμικῶν ἕν τι καὶ ἡ παρά‐ βασις, ὅταν ἃ ὁ ποιητὴς πρὸς τὸ θέατρον βούλεται λέγειν, ὁ χορὸς παρελθὼν λέγῃ. ἐπιεικῶς δ’ αὐτὸ ποιοῦσιν οἱ κωμῳδο‐ ποιηταί, τραγικὸν δ’ οὐκ ἔστιν· ἀλλ’ Εὐριπίδης αὐτὸ πεποίηκεν ἐν</w:t>
      </w:r>
    </w:p>
    <w:p>
      <w:r>
        <w:rPr>
          <w:rFonts w:ascii="Courier New" w:hAnsi="Courier New"/>
          <w:color w:val="555555"/>
          <w:sz w:val="20"/>
        </w:rPr>
        <w:t>[5]</w:t>
      </w:r>
    </w:p>
    <w:p>
      <w:r>
        <w:rPr>
          <w:rFonts w:ascii="Gentium Plus" w:hAnsi="Gentium Plus"/>
          <w:sz w:val="24"/>
        </w:rPr>
        <w:t>πολλοῖς δράμασιν. ἐν μέν γε τῇ Δανάῃ τὸν χορὸν τὰς γυναῖκας ὑπὲρ αὑτοῦ τι ποιήσας παρᾴδειν, ἐκλαθόμενος ὡς ἄνδρας λέγειν ἐποίησε τῷ σχήματι, τῆς λέξεως τὰς γυναῖκας. καὶ Σοφοκλῆς δ’ αὐτὸ ἐκ τῆς πρὸς ἐκεῖνον ἁμίλλης ποιεῖ σπανιάκις, ὥσπερ ἐν Ἱπ‐</w:t>
      </w:r>
    </w:p>
    <w:p>
      <w:r>
        <w:rPr>
          <w:rFonts w:ascii="Courier New" w:hAnsi="Courier New"/>
          <w:color w:val="555555"/>
          <w:sz w:val="20"/>
        </w:rPr>
        <w:t>[4 . 112]</w:t>
      </w:r>
    </w:p>
    <w:p>
      <w:r>
        <w:rPr>
          <w:rFonts w:ascii="Gentium Plus" w:hAnsi="Gentium Plus"/>
          <w:sz w:val="24"/>
        </w:rPr>
        <w:t>πόνῳ. τῆς μέντοι παραβάσεως τῆς κωμικῆς ἑπτὰ ἂν εἴη μέρη, κομμάτιον παράβασις μακρὸν στροφὴ ἐπίρρημα ἀντίστροφος ἀντε‐ πίρρημα, ὧν τὸ μὲν κομμάτιον καταβολή τίς ἐστι βραχέος μέ‐ λους, ἡ δὲ παράβασις ὡς τὸ πολὺ μὲν ἐν ἀναπαίστῳ μέτρῳ, εἰ δ’</w:t>
      </w:r>
    </w:p>
    <w:p>
      <w:r>
        <w:rPr>
          <w:rFonts w:ascii="Courier New" w:hAnsi="Courier New"/>
          <w:color w:val="555555"/>
          <w:sz w:val="20"/>
        </w:rPr>
        <w:t>[5]</w:t>
      </w:r>
    </w:p>
    <w:p>
      <w:r>
        <w:rPr>
          <w:rFonts w:ascii="Gentium Plus" w:hAnsi="Gentium Plus"/>
          <w:sz w:val="24"/>
        </w:rPr>
        <w:t>οὖν καὶ ἐν ἄλλῳ, ἀνάπαιστα τὴν ἐπίκλην ἔχει. τὸ δ’ ὀνομαζόμενον μακρὸν ἐπὶ τῇ παραβάσει βραχὺ μελύδριόν ἐστιν, ἀπνευστὶ ᾀδόμενον. τῇ δὲ στροφῇ ἐν κώλοις προᾳσθείσῃ τὸ ἐπίρρημα ἐν τετραμέτροις ἐπάγεται. καὶ τῆς ἀντιστρόφου τῇ στροφῇ ἀντᾳσθείσης, τὸ ἀντε‐ πίρρημα τελευταῖον ὂν τῆς παραβάσεώς ἐστι τετράμετρα, οὐκ</w:t>
      </w:r>
    </w:p>
    <w:p>
      <w:r>
        <w:rPr>
          <w:rFonts w:ascii="Courier New" w:hAnsi="Courier New"/>
          <w:color w:val="555555"/>
          <w:sz w:val="20"/>
        </w:rPr>
        <w:t>[10]</w:t>
      </w:r>
    </w:p>
    <w:p>
      <w:r>
        <w:rPr>
          <w:rFonts w:ascii="Gentium Plus" w:hAnsi="Gentium Plus"/>
          <w:sz w:val="24"/>
        </w:rPr>
        <w:t>ἐλάττω τὸν ἀριθμὸν τοῦ ἐπιρρήματος.</w:t>
      </w:r>
    </w:p>
    <w:p>
      <w:r>
        <w:rPr>
          <w:rFonts w:ascii="Courier New" w:hAnsi="Courier New"/>
          <w:color w:val="555555"/>
          <w:sz w:val="20"/>
        </w:rPr>
        <w:t>[4 . 113]</w:t>
      </w:r>
    </w:p>
    <w:p>
      <w:r>
        <w:rPr>
          <w:rFonts w:ascii="Gentium Plus" w:hAnsi="Gentium Plus"/>
          <w:sz w:val="24"/>
        </w:rPr>
        <w:t>Εἰσὶ δ’ ἀπὸ τούτων καὶ ὑποκριταὶ καὶ ὑπόκρισις καὶ ἀντίκρισις, καὶ ὑποκρίνασθαι τὰ ἰαμβεῖα, διαθέσθαι, σχηματίσασθαι, ῥῆσιν δια‐ περάνασθαι, ῥῆσιν ἀποτεῖναι, εἶρα ὑπορχήσασθαι, ἐνδείξασθαι παρενδείξασθαι, νεῦσαι, χλευάσαι, μορ‐</w:t>
      </w:r>
    </w:p>
    <w:p>
      <w:r>
        <w:rPr>
          <w:rFonts w:ascii="Courier New" w:hAnsi="Courier New"/>
          <w:color w:val="555555"/>
          <w:sz w:val="20"/>
        </w:rPr>
        <w:t>[5]</w:t>
      </w:r>
    </w:p>
    <w:p>
      <w:r>
        <w:rPr>
          <w:rFonts w:ascii="Gentium Plus" w:hAnsi="Gentium Plus"/>
          <w:sz w:val="24"/>
        </w:rPr>
        <w:t>φάσαι. στιχομυθεῖν δ’ ἔλεγον τὸ παρ’ ἓν ἰαμβεῖον ἀντιλέγειν,</w:t>
      </w:r>
    </w:p>
    <w:p>
      <w:r>
        <w:rPr>
          <w:rFonts w:ascii="Courier New" w:hAnsi="Courier New"/>
          <w:color w:val="555555"/>
          <w:sz w:val="20"/>
        </w:rPr>
        <w:t>[4 . 114]</w:t>
      </w:r>
    </w:p>
    <w:p>
      <w:r>
        <w:rPr>
          <w:rFonts w:ascii="Gentium Plus" w:hAnsi="Gentium Plus"/>
          <w:sz w:val="24"/>
        </w:rPr>
        <w:t>καὶ τὸ πρᾶγμα στιχομυθίαν. εἴποις δ’ ἂν βαρύστονος ὑποκριτής, βομβῶν περιβομβῶν, ληκυθίζων, λαρυγγίζων, φαρυγγίζων· βαρύ‐ φωνος δὲ καὶ λεπτόφωνος καὶ γυναικόφωνος καὶ στρηνόφωνος, καὶ ὅσα σὺν τούτοις ἄλλα, ἐν τοῖς περὶ φωνῆς προείρηται (II 111 sq).</w:t>
      </w:r>
    </w:p>
    <w:p>
      <w:r>
        <w:rPr>
          <w:rFonts w:ascii="Courier New" w:hAnsi="Courier New"/>
          <w:color w:val="555555"/>
          <w:sz w:val="20"/>
        </w:rPr>
        <w:t>[5]</w:t>
      </w:r>
    </w:p>
    <w:p>
      <w:r>
        <w:rPr>
          <w:rFonts w:ascii="Gentium Plus" w:hAnsi="Gentium Plus"/>
          <w:sz w:val="24"/>
        </w:rPr>
        <w:t>ἀναζυγῶσαι δὲ τὸ φθέγμα ἔλεγον, καὶ καταπεπνῖχθαι τὸ φθέγμα. καὶ Ἀριστοφάνης (frg 605 Ko) πού φησι φθέγξαι σὺ τὴν φωνὴν ἀνατειχίσας ἄνω. ὁ δ’ αὐτὸς (frg 606 Ko) καὶ</w:t>
      </w:r>
    </w:p>
    <w:p>
      <w:r>
        <w:rPr>
          <w:rFonts w:ascii="Courier New" w:hAnsi="Courier New"/>
          <w:color w:val="555555"/>
          <w:sz w:val="20"/>
        </w:rPr>
        <w:t>[4 . 115]</w:t>
      </w:r>
    </w:p>
    <w:p>
      <w:r>
        <w:rPr>
          <w:rFonts w:ascii="Gentium Plus" w:hAnsi="Gentium Plus"/>
          <w:sz w:val="24"/>
        </w:rPr>
        <w:t>καὶ σκευὴ μὲν ἡ τῶν ὑποκριτῶν στολή—ἡ δ’ αὐτὴ καὶ σω‐ μάτιον ἐκαλεῖτο—σκευοποιὸς δ’ ὁ προσωποποιός· καὶ ἔστιν εἰπεῖν πρόσωπον προσωπεῖον προσωπίς, μορμολυκεῖον, γοργόνειον. καὶ τὰ ὑποδήματα κόθορνοι μὲν τὰ τραγικὰ καὶ ἐμβάδες, ἐμβάται</w:t>
      </w:r>
    </w:p>
    <w:p>
      <w:r>
        <w:rPr>
          <w:rFonts w:ascii="Courier New" w:hAnsi="Courier New"/>
          <w:color w:val="555555"/>
          <w:sz w:val="20"/>
        </w:rPr>
        <w:t>[4 . 116]</w:t>
      </w:r>
    </w:p>
    <w:p>
      <w:r>
        <w:rPr>
          <w:rFonts w:ascii="Gentium Plus" w:hAnsi="Gentium Plus"/>
          <w:sz w:val="24"/>
        </w:rPr>
        <w:t>δὲ τὰ κωμικά. καὶ ἐσθῆτες μὲν τραγικαὶ ποικίλον—οὕτω γὰρ ἐκαλεῖτο ὁ χιτών—τὰ δ’ ἐπιβλήματα ξυστίς, βατραχίς, χλανίς, χλαμὺς διάχρυσος, χρυσόπαστος, στατός, φοινικίς, τιάρα, καλύπτρα, μίτρα· ἀγρηνόν—τὸ δ’ ἦν πλέγμα ἐξ ἐρίων δικτυῶδες περὶ πᾶν</w:t>
      </w:r>
    </w:p>
    <w:p>
      <w:r>
        <w:rPr>
          <w:rFonts w:ascii="Courier New" w:hAnsi="Courier New"/>
          <w:color w:val="555555"/>
          <w:sz w:val="20"/>
        </w:rPr>
        <w:t>[5]</w:t>
      </w:r>
    </w:p>
    <w:p>
      <w:r>
        <w:rPr>
          <w:rFonts w:ascii="Gentium Plus" w:hAnsi="Gentium Plus"/>
          <w:sz w:val="24"/>
        </w:rPr>
        <w:t>τὸ σῶμα, ὃ Τειρεσίας ἐπεβάλλετο ἤ τις ἄλλος μάντις—κόλπωμα, ὃ ὑπὲρ τὰ ποικίλα ἐνεδύοντο οἱ Ἀτρεῖς καὶ οἱ Ἀγαμέμνονες καὶ ὅσοι τοιοῦτοι, ἐφαπτίς, συστρεμμάτιόν τι πορφυροῦν ἢ φοινικοῦν, ὃ περὶ τὴν χεῖρα εἶχον οἱ πολεμοῦντες ἢ οἱ θηρῶντες. ὁ δὲ κροκωτὸς</w:t>
      </w:r>
    </w:p>
    <w:p>
      <w:r>
        <w:rPr>
          <w:rFonts w:ascii="Courier New" w:hAnsi="Courier New"/>
          <w:color w:val="555555"/>
          <w:sz w:val="20"/>
        </w:rPr>
        <w:t>[4 . 117]</w:t>
      </w:r>
    </w:p>
    <w:p>
      <w:r>
        <w:rPr>
          <w:rFonts w:ascii="Gentium Plus" w:hAnsi="Gentium Plus"/>
          <w:sz w:val="24"/>
        </w:rPr>
        <w:t>ἱμάτιον· Διόνυσος δ’ αὐτῷ ἐχρῆτο καὶ μασχαλιστῆρι ἀνθινῷ καὶ θύρσῳ. οἱ δ’ ἐν δυστυχίαις ὄντες ἢ λευκὰ δυσπινῆ εἶχον, μάλιστα οἱ φυγάδες, ἢ φαιὰ ἢ μέλανα ἢ μήλινα ἢ γλαύκινα· ῥάκια δὲ Φιλο‐ κτήτου καὶ Τηλέφου ἡ στολή. καὶ νεβρίδες δὲ καὶ διφθέραι καὶ</w:t>
      </w:r>
    </w:p>
    <w:p>
      <w:r>
        <w:rPr>
          <w:rFonts w:ascii="Courier New" w:hAnsi="Courier New"/>
          <w:color w:val="555555"/>
          <w:sz w:val="20"/>
        </w:rPr>
        <w:t>[5]</w:t>
      </w:r>
    </w:p>
    <w:p>
      <w:r>
        <w:rPr>
          <w:rFonts w:ascii="Gentium Plus" w:hAnsi="Gentium Plus"/>
          <w:sz w:val="24"/>
        </w:rPr>
        <w:t>μάχαιραι καὶ σκῆπτρα καὶ δόρατα καὶ τόξα καὶ φαρέτρα καὶ κηρύ‐ κεια καὶ ῥόπαλα καὶ λεοντῆ καὶ παντευχία μέρη τραγικῆς ἀνδρείας</w:t>
      </w:r>
    </w:p>
    <w:p>
      <w:r>
        <w:rPr>
          <w:rFonts w:ascii="Courier New" w:hAnsi="Courier New"/>
          <w:color w:val="555555"/>
          <w:sz w:val="20"/>
        </w:rPr>
        <w:t>[4 . 118]</w:t>
      </w:r>
    </w:p>
    <w:p>
      <w:r>
        <w:rPr>
          <w:rFonts w:ascii="Gentium Plus" w:hAnsi="Gentium Plus"/>
          <w:sz w:val="24"/>
        </w:rPr>
        <w:t>σκευῆς. γυναικείας δὲ συρτὸς πορφυροῦς, παράπηχυ λευκὸν τῆς βασιλευούσης· τῆς δ’ ἐν συμφορᾷ ὁ μὲν συρτὸς μέλας, τὸ δὲ περί‐ βλημα γλαύκινον ἢ μήλινον. ἡ δὲ σατυρικὴ ἐσθὴς νεβρίς, αἰγῆ, ἣν καὶ ἰξαλῆν ἐκάλουν καὶ τραγῆν, καί που καὶ παρδαλῆ ὑφασμένη,</w:t>
      </w:r>
    </w:p>
    <w:p>
      <w:r>
        <w:rPr>
          <w:rFonts w:ascii="Courier New" w:hAnsi="Courier New"/>
          <w:color w:val="555555"/>
          <w:sz w:val="20"/>
        </w:rPr>
        <w:t>[5]</w:t>
      </w:r>
    </w:p>
    <w:p>
      <w:r>
        <w:rPr>
          <w:rFonts w:ascii="Gentium Plus" w:hAnsi="Gentium Plus"/>
          <w:sz w:val="24"/>
        </w:rPr>
        <w:t>καὶ τὸ θήραιον τὸ Διονυσιακόν, καὶ χλανὶς ἀνθινή, καὶ φοινικοῦν ἱμάτιον, καὶ χορταῖος, χιτὼν δασύς, ὃν οἱ Σειληνοὶ φοροῦσιν. κω‐ μικὴ δὲ ἐσθὴς ἐξωμίς· ἔστι δὲ χιτὼν λευκὸς ἄσημος, κατὰ τὴν</w:t>
      </w:r>
    </w:p>
    <w:p>
      <w:r>
        <w:rPr>
          <w:rFonts w:ascii="Courier New" w:hAnsi="Courier New"/>
          <w:color w:val="555555"/>
          <w:sz w:val="20"/>
        </w:rPr>
        <w:t>[4 . 119]</w:t>
      </w:r>
    </w:p>
    <w:p>
      <w:r>
        <w:rPr>
          <w:rFonts w:ascii="Gentium Plus" w:hAnsi="Gentium Plus"/>
          <w:sz w:val="24"/>
        </w:rPr>
        <w:t>ἀριστερὰν πλευρὰν ῥαφὴν οὐκ ἔχων, ἄγναπτος. γερόντων δὲ φό‐ ρημα ἱμάτιον, καμπύλη· φοινικὶς ἢ μελαμπόρφυρον ἱμάτιον φόρημα νεωτέρων. πήρα βακτηρία διφθέρα ἐπὶ τῶν ἀγροίκων. καὶ πορφυρᾷ δ’ ἐσθῆτι χρῶνται οἱ νεανίσκοι, οἱ δὲ παράσιτοι μελαίνῃ ἢ φαιᾷ,</w:t>
      </w:r>
    </w:p>
    <w:p>
      <w:r>
        <w:rPr>
          <w:rFonts w:ascii="Courier New" w:hAnsi="Courier New"/>
          <w:color w:val="555555"/>
          <w:sz w:val="20"/>
        </w:rPr>
        <w:t>[5]</w:t>
      </w:r>
    </w:p>
    <w:p>
      <w:r>
        <w:rPr>
          <w:rFonts w:ascii="Gentium Plus" w:hAnsi="Gentium Plus"/>
          <w:sz w:val="24"/>
        </w:rPr>
        <w:t>πλὴν ἐν Σικυωνίῳ (Menandri frg 444 Ko) λευκῇ, ὅτε μέλλει γαμεῖν ὁ παράσιτος. τῇ δὲ τῶν δούλων ἐξωμίδι καὶ ἱματίδιόν τι πρόσκει‐ ται λευκόν, ὃ ἐγκόμβωμα λέγεται ἢ †ἐπίρρημα†. τῷ δὲ μα‐ γείρῳ διπλῆ ἄγναπτος ἡ ἐσθής. ἡ δὲ γυναικῶν ἐσθὴς κωμικῶν, ἡ μὲν τῶν γραῶν μηλίνη ἢ ἀερίνη, πλὴν ἱερειῶν· ταύταις δὲ λευκή.</w:t>
      </w:r>
    </w:p>
    <w:p>
      <w:r>
        <w:rPr>
          <w:rFonts w:ascii="Courier New" w:hAnsi="Courier New"/>
          <w:color w:val="555555"/>
          <w:sz w:val="20"/>
        </w:rPr>
        <w:t>[4 . 120]</w:t>
      </w:r>
    </w:p>
    <w:p>
      <w:r>
        <w:rPr>
          <w:rFonts w:ascii="Gentium Plus" w:hAnsi="Gentium Plus"/>
          <w:sz w:val="24"/>
        </w:rPr>
        <w:t>αἱ δὲ μαστροποὶ ἢ μητέρες ἑταιρῶν ταινίδιόν τι πορφυροῦν περὶ τῇ κεφαλῇ ἔχουσιν. ἡ δὲ τῶν νέων λευκὴ ἢ βυσσίνη, ἐπικλήρων δὲ λευκὴ κροσσωτή. πορνοβοσκοὶ δὲ χιτῶνι βαπτῷ καὶ ἀνθινῷ περι‐ βολαίῳ ἤσθηνται, ῥάβδον εὐθεῖαν φέροντες· ἄρεσκος καλεῖται ἡ ῥάβδος.</w:t>
      </w:r>
    </w:p>
    <w:p>
      <w:r>
        <w:rPr>
          <w:rFonts w:ascii="Courier New" w:hAnsi="Courier New"/>
          <w:color w:val="555555"/>
          <w:sz w:val="20"/>
        </w:rPr>
        <w:t>[5]</w:t>
      </w:r>
    </w:p>
    <w:p>
      <w:r>
        <w:rPr>
          <w:rFonts w:ascii="Gentium Plus" w:hAnsi="Gentium Plus"/>
          <w:sz w:val="24"/>
        </w:rPr>
        <w:t>τοῖς δὲ παρασίτοις πρόσεστι καὶ στλεγγὶς καὶ λήκυθος, ὡς τοῖς ἀγροί‐ κοις λαγωβόλον. ἐνίαις δὲ γυναιξὶ καὶ παράπηχυ καὶ συμμετρία, ὅπερ ἐστὶ χιτὼν ποδήρης, ἁλουργὴς κύκλῳ.</w:t>
      </w:r>
    </w:p>
    <w:p>
      <w:r>
        <w:rPr>
          <w:rFonts w:ascii="Courier New" w:hAnsi="Courier New"/>
          <w:color w:val="555555"/>
          <w:sz w:val="20"/>
        </w:rPr>
        <w:t>[4 . 121]</w:t>
      </w:r>
    </w:p>
    <w:p>
      <w:r>
        <w:rPr>
          <w:rFonts w:ascii="Gentium Plus" w:hAnsi="Gentium Plus"/>
          <w:sz w:val="24"/>
        </w:rPr>
        <w:t>Ἐπεὶ δὲ καὶ τὸ θέατρον οὐ μικρὸν μέρος ἐστὶ τῶν μουσικῶν, αὐτὸ μὲν ἂν εἴποις θέατρον καὶ Διονυσιακὸν θέατρον καὶ Ληναϊκόν, καὶ τὸ πλῆθος θεατάς. Ἀριστοφάνης (frg 472. 3 Ko) δὲ συν‐ θεάτριαν εἴρηκεν, ὥστ’ οὐ θεατὴν μόνον εἴποις ἂν ἀλλὰ καὶ</w:t>
      </w:r>
    </w:p>
    <w:p>
      <w:r>
        <w:rPr>
          <w:rFonts w:ascii="Courier New" w:hAnsi="Courier New"/>
          <w:color w:val="555555"/>
          <w:sz w:val="20"/>
        </w:rPr>
        <w:t>[5]</w:t>
      </w:r>
    </w:p>
    <w:p>
      <w:r>
        <w:rPr>
          <w:rFonts w:ascii="Gentium Plus" w:hAnsi="Gentium Plus"/>
          <w:sz w:val="24"/>
        </w:rPr>
        <w:t>θεάτριαν, κατὰ δὲ Πλάτωνα (Leg III 701 A) καὶ θεατροκρατίαν. τοὺς δ’ ἀναβασμοὺς καὶ βάθρα καὶ ἕδρας καὶ ἑδώλια, καὶ ἑδωλιάζειν τὸ συγκαθίζειν. πρῶτον δὲ ξύλον ἡ προεδρία, μάλιστα μὲν δικαστηρίων, ἐφ’ ὧν καὶ τὸν πρῶτον καθίζοντα πρωτόβαθρον Φερεκράτης (? I frg</w:t>
      </w:r>
    </w:p>
    <w:p>
      <w:r>
        <w:rPr>
          <w:rFonts w:ascii="Courier New" w:hAnsi="Courier New"/>
          <w:color w:val="555555"/>
          <w:sz w:val="20"/>
        </w:rPr>
        <w:t>[4 . 122]</w:t>
      </w:r>
    </w:p>
    <w:p>
      <w:r>
        <w:rPr>
          <w:rFonts w:ascii="Gentium Plus" w:hAnsi="Gentium Plus"/>
          <w:sz w:val="24"/>
        </w:rPr>
        <w:t>226 Ko) εἴρηκεν ὁ κωμῳδοδιδάσκαλος· ἴσως δ’ ἂν καὶ ἐπὶ θεάτρου</w:t>
      </w:r>
    </w:p>
    <w:p>
      <w:r>
        <w:rPr>
          <w:rFonts w:ascii="Courier New" w:hAnsi="Courier New"/>
          <w:color w:val="555555"/>
          <w:sz w:val="20"/>
        </w:rPr>
        <w:t>[5]</w:t>
      </w:r>
    </w:p>
    <w:p>
      <w:r>
        <w:rPr>
          <w:rFonts w:ascii="Gentium Plus" w:hAnsi="Gentium Plus"/>
          <w:sz w:val="24"/>
        </w:rPr>
        <w:t>βουλευτικὸν μέρος τοῦ θεάτρου καὶ ἐφηβικόν. ἔξεστι δὲ καὶ τὸ πα‐ ραπέτασμα αὐλαίαν καλεῖν, Ὑπερείδου εἰπόντος ἐν τῷ κατὰ Πα‐ τροκλέους (frg 139 Bl). ‘οἱ δ’ ἐννέα ἄρχοντες εἱστιῶντο ἐν τῇ στοᾷ, περιφραξάμενοί τι μέρος αὐτῆς αὐλαίᾳ.‘</w:t>
      </w:r>
    </w:p>
    <w:p>
      <w:r>
        <w:rPr>
          <w:rFonts w:ascii="Courier New" w:hAnsi="Courier New"/>
          <w:color w:val="555555"/>
          <w:sz w:val="20"/>
        </w:rPr>
        <w:t>[4 . 123]</w:t>
      </w:r>
    </w:p>
    <w:p>
      <w:r>
        <w:rPr>
          <w:rFonts w:ascii="Gentium Plus" w:hAnsi="Gentium Plus"/>
          <w:sz w:val="24"/>
        </w:rPr>
        <w:t>μέρη δὲ θεάτρου πυλὶς καὶ ψαλὶς καὶ κατατομή, κερκίδες, σκηνή, ὀρχήστρα, λογεῖον, προσκήνιον, παρασκήνια, ὑποσκήνια. καὶ σκηνὴ μὲν ὑποκριτῶν ἴδιον, ἡ δ’ ὀρχήστρα τοῦ χοροῦ, ἐν ᾗ καὶ ἡ θυμέλη, εἴτε βῆμά τι οὖσα εἴτε βωμός. ἐπὶ δὲ τῆς σκηνῆς καὶ ἀγυιεὺς</w:t>
      </w:r>
    </w:p>
    <w:p>
      <w:r>
        <w:rPr>
          <w:rFonts w:ascii="Courier New" w:hAnsi="Courier New"/>
          <w:color w:val="555555"/>
          <w:sz w:val="20"/>
        </w:rPr>
        <w:t>[5]</w:t>
      </w:r>
    </w:p>
    <w:p>
      <w:r>
        <w:rPr>
          <w:rFonts w:ascii="Gentium Plus" w:hAnsi="Gentium Plus"/>
          <w:sz w:val="24"/>
        </w:rPr>
        <w:t>ἔκειτο βωμὸς ὁ πρὸ τῶν θυρῶν, καὶ τράπεζα πέμματα ἔχουσα, ἣ θεωρὶς ὠνομάζετο ἢ θυωρίς. ἐλεὸς δ’ ἦν τράπεζα ἀρχαία· ἐφ’ ἣν</w:t>
      </w:r>
    </w:p>
    <w:p>
      <w:r>
        <w:rPr>
          <w:rFonts w:ascii="Courier New" w:hAnsi="Courier New"/>
          <w:color w:val="555555"/>
          <w:sz w:val="20"/>
        </w:rPr>
        <w:t>[4 . 124]</w:t>
      </w:r>
    </w:p>
    <w:p>
      <w:r>
        <w:rPr>
          <w:rFonts w:ascii="Gentium Plus" w:hAnsi="Gentium Plus"/>
          <w:sz w:val="24"/>
        </w:rPr>
        <w:t>πρὸ Θέσπιδος εἷς τις ἀναβὰς τοῖς χορευταῖς ἀπεκρίνατο. τὸ δ’ ὑποσκήνιον κίοσι καὶ ἀγαλματίοις ἐκεκόσμητο πρὸς τὸ θέατρον τετραμ‐ μένοις, ὑπὸ τὸ λογεῖον κείμενον. τριῶν δὲ τῶν κατὰ τὴν σκηνὴν θυρῶν ἡ μέση μὲν βασίλειον ἢ σπήλαιον ἢ οἶκος ἔνδοξος ἢ πᾶν τοῦ</w:t>
      </w:r>
    </w:p>
    <w:p>
      <w:r>
        <w:rPr>
          <w:rFonts w:ascii="Courier New" w:hAnsi="Courier New"/>
          <w:color w:val="555555"/>
          <w:sz w:val="20"/>
        </w:rPr>
        <w:t>[5]</w:t>
      </w:r>
    </w:p>
    <w:p>
      <w:r>
        <w:rPr>
          <w:rFonts w:ascii="Gentium Plus" w:hAnsi="Gentium Plus"/>
          <w:sz w:val="24"/>
        </w:rPr>
        <w:t>πρωταγωνιστοῦντος τοῦ δράματος, ἡ δὲ δεξιὰ τοῦ δευτεραγωνι‐ στοῦντος καταγώγιον· ἡ δ’ ἀριστερὰ τὸ εὐτελέστατον ἔχει πρόσωπον</w:t>
      </w:r>
    </w:p>
    <w:p>
      <w:r>
        <w:rPr>
          <w:rFonts w:ascii="Courier New" w:hAnsi="Courier New"/>
          <w:color w:val="555555"/>
          <w:sz w:val="20"/>
        </w:rPr>
        <w:t>[4 . 125]</w:t>
      </w:r>
    </w:p>
    <w:p>
      <w:r>
        <w:rPr>
          <w:rFonts w:ascii="Gentium Plus" w:hAnsi="Gentium Plus"/>
          <w:sz w:val="24"/>
        </w:rPr>
        <w:t>ἢ ἱερὸν ἐξηρημωμένον, ἢ ἄοικός ἐστιν. ἐν δὲ τραγῳδίᾳ ἡ μὲν δεξιὰ θύρα ξενών ἐστιν, εἰρκτὴ δ’ ἡ λαιά. τὸ δὲ κλισίον ἐν κω‐ μῳδίᾳ παράκειται παρὰ τὴν οἰκίαν, παραπετάσματι δηλούμενον. καὶ ἔστι μὲν σταθμὸς ὑποζυγίων, καὶ αἱ θύραι αὐτοῦ μείζους δοκοῦσι,</w:t>
      </w:r>
    </w:p>
    <w:p>
      <w:r>
        <w:rPr>
          <w:rFonts w:ascii="Courier New" w:hAnsi="Courier New"/>
          <w:color w:val="555555"/>
          <w:sz w:val="20"/>
        </w:rPr>
        <w:t>[5]</w:t>
      </w:r>
    </w:p>
    <w:p>
      <w:r>
        <w:rPr>
          <w:rFonts w:ascii="Gentium Plus" w:hAnsi="Gentium Plus"/>
          <w:sz w:val="24"/>
        </w:rPr>
        <w:t>καλούμεναι κλισιάδες, πρὸς τὸ καὶ τὰς ἁμάξας εἰσελαύνειν καὶ τὰ σκευοφόρα. ἐν δ’ Ἀντιφάνους Ἀκεστρίᾳ (II frg 21 Ko) καὶ ἐργα‐ στήριον γέγονεν· φησὶ γοῦν †εἰ γὰρ ἔστιν ἐργαστήριον οἰκίας† τὸ κλίσιον πρότερόν ποτ’ ἦν τοῖς ἐξ ἀγροῦ βουσὶ σταθμός</w:t>
      </w:r>
    </w:p>
    <w:p>
      <w:r>
        <w:rPr>
          <w:rFonts w:ascii="Courier New" w:hAnsi="Courier New"/>
          <w:color w:val="555555"/>
          <w:sz w:val="20"/>
        </w:rPr>
        <w:t>[10]</w:t>
      </w:r>
    </w:p>
    <w:p>
      <w:r>
        <w:rPr>
          <w:rFonts w:ascii="Gentium Plus" w:hAnsi="Gentium Plus"/>
          <w:sz w:val="24"/>
        </w:rPr>
        <w:t>καὶ τοῖς ὄνοις, πεποίηκεν ἐργαστήριον.</w:t>
      </w:r>
    </w:p>
    <w:p>
      <w:r>
        <w:rPr>
          <w:rFonts w:ascii="Courier New" w:hAnsi="Courier New"/>
          <w:color w:val="555555"/>
          <w:sz w:val="20"/>
        </w:rPr>
        <w:t>[4 . 126]</w:t>
      </w:r>
    </w:p>
    <w:p>
      <w:r>
        <w:rPr>
          <w:rFonts w:ascii="Gentium Plus" w:hAnsi="Gentium Plus"/>
          <w:sz w:val="24"/>
        </w:rPr>
        <w:t>παρ’ ἑκάτερα δὲ τῶν δύο θυρῶν τῶν περὶ τὴν μέσην ἄλλαι δύο εἶεν ἄν· μηχαναὶ δ’ ἑκατέρωθεν, πρὸς αἷς αἱ περίακτοι συμπεπήγασιν, ἡ μὲν δεξιὰ τὰ ἔξω πόλεως δηλοῦσα, ἡ δ’ ἑτέρα τὰ ἐκ πόλεως,</w:t>
      </w:r>
    </w:p>
    <w:p>
      <w:r>
        <w:rPr>
          <w:rFonts w:ascii="Courier New" w:hAnsi="Courier New"/>
          <w:color w:val="555555"/>
          <w:sz w:val="20"/>
        </w:rPr>
        <w:t>[5]</w:t>
      </w:r>
    </w:p>
    <w:p>
      <w:r>
        <w:rPr>
          <w:rFonts w:ascii="Gentium Plus" w:hAnsi="Gentium Plus"/>
          <w:sz w:val="24"/>
        </w:rPr>
        <w:t>ὅσα ἐπαχθέστερα ὄντα ἡ μηχανὴ φέρειν ἀδυνατεῖ. εἰ δ’ ἐπιστραφεῖεν αἱ περίακτοι, ἡ δεξιὰ μὲν ἀμείβει τόπον, ἀμφότεραι δὲ χώραν ὑπαλ‐ λάττουσιν. τῶν μέντοι παρόδων ἡ μὲν δεξιὰ ἀγρόθεν ἢ ἐκ λι‐</w:t>
      </w:r>
    </w:p>
    <w:p>
      <w:r>
        <w:rPr>
          <w:rFonts w:ascii="Courier New" w:hAnsi="Courier New"/>
          <w:color w:val="555555"/>
          <w:sz w:val="20"/>
        </w:rPr>
        <w:t>[4 . 127]</w:t>
      </w:r>
    </w:p>
    <w:p>
      <w:r>
        <w:rPr>
          <w:rFonts w:ascii="Gentium Plus" w:hAnsi="Gentium Plus"/>
          <w:sz w:val="24"/>
        </w:rPr>
        <w:t>μένος ἢ ἐκ πόλεως ἄγει· οἱ δ’ ἀλλαχόθεν πεζοὶ ἀφικνούμενοι κατὰ τὴν ἑτέραν εἰσίασιν. εἰσελθόντες δὲ κατὰ τὴν ὀρχήστραν ἐπὶ τὴν σκηνὴν ἀναβαίνουσι διὰ κλιμάκων· τῆς δὲ κλίμακος οἱ βαθμοὶ κλι‐ μακτῆρες καλοῦνται.</w:t>
      </w:r>
    </w:p>
    <w:p>
      <w:r>
        <w:rPr>
          <w:rFonts w:ascii="Courier New" w:hAnsi="Courier New"/>
          <w:color w:val="555555"/>
          <w:sz w:val="20"/>
        </w:rPr>
        <w:t>[5]</w:t>
      </w:r>
    </w:p>
    <w:p>
      <w:r>
        <w:rPr>
          <w:rFonts w:ascii="Gentium Plus" w:hAnsi="Gentium Plus"/>
          <w:sz w:val="24"/>
        </w:rPr>
        <w:t>εἴη δ’ ἂν τῶν ἐκ θεάτρου καὶ ἐκκύκλημα καὶ μηχανὴ καὶ ἐξώστρα καὶ σκοπὴ καὶ τεῖχος καὶ πύργος καὶ φρυκτώριον καὶ διστεγία καὶ κεραυνοσκοπεῖον καὶ βροντεῖον καὶ θεολογεῖον καὶ γέ‐ ρανος καὶ αἰῶραι καὶ καταβλήματα καὶ ἡμικύκλιον καὶ στροφεῖον καὶ</w:t>
      </w:r>
    </w:p>
    <w:p>
      <w:r>
        <w:rPr>
          <w:rFonts w:ascii="Courier New" w:hAnsi="Courier New"/>
          <w:color w:val="555555"/>
          <w:sz w:val="20"/>
        </w:rPr>
        <w:t>[4 . 128]</w:t>
      </w:r>
    </w:p>
    <w:p>
      <w:r>
        <w:rPr>
          <w:rFonts w:ascii="Gentium Plus" w:hAnsi="Gentium Plus"/>
          <w:sz w:val="24"/>
        </w:rPr>
        <w:t>χαρώνιοι κλίμακες καὶ ἀναπιέσματα. καὶ τὸ μὲν ἐκκύκλημα ἐπὶ ξύλων ὑψηλὸν βάθρον, ᾧ ἐπίκειται θρόνος· δείκνυσι δὲ τὰ ὑπὸ σκηνὴν ἐν ταῖς οἰκίαις ἀπόρρητα πραχθέντα. καὶ τὸ ῥῆμα τοῦ ἔργου καλεῖται ἐκκυκλεῖν. ἐφ’ οὗ δ’ εἰσάγεται τὸ ἐκκύκλημα, εἰσκύκλημα</w:t>
      </w:r>
    </w:p>
    <w:p>
      <w:r>
        <w:rPr>
          <w:rFonts w:ascii="Courier New" w:hAnsi="Courier New"/>
          <w:color w:val="555555"/>
          <w:sz w:val="20"/>
        </w:rPr>
        <w:t>[5]</w:t>
      </w:r>
    </w:p>
    <w:p>
      <w:r>
        <w:rPr>
          <w:rFonts w:ascii="Gentium Plus" w:hAnsi="Gentium Plus"/>
          <w:sz w:val="24"/>
        </w:rPr>
        <w:t>ὀνομάζεται. καὶ χρὴ τοῦτο νοεῖσθαι καθ’ ἑκάστην θύραν, ἵν’ ᾖ καθ’ ἑκάστην οἰκίαν. ἡ μηχανὴ δὲ θεοὺς δείκνυσι καὶ ἥρως τοὺς ἐν ἀέρι Βελλεροφόντας ἢ Περσέας, καὶ κεῖται κατὰ τὴν ἀριστερὰν πάρ‐ οδον, ὑπὲρ τὴν σκηνὴν τὸ ὕψος. ὃ δ’ ἐστὶν ἐν τραγῳδίᾳ μηχανή,</w:t>
      </w:r>
    </w:p>
    <w:p>
      <w:r>
        <w:rPr>
          <w:rFonts w:ascii="Courier New" w:hAnsi="Courier New"/>
          <w:color w:val="555555"/>
          <w:sz w:val="20"/>
        </w:rPr>
        <w:t>[4 . 129]</w:t>
      </w:r>
    </w:p>
    <w:p>
      <w:r>
        <w:rPr>
          <w:rFonts w:ascii="Gentium Plus" w:hAnsi="Gentium Plus"/>
          <w:sz w:val="24"/>
        </w:rPr>
        <w:t>τοῦτο καλοῦσιν ἐν κωμῳδίᾳ κράδην. δῆλον δ’ ὅτι συκῆς ἐστι μίμησις· κράδην γὰρ τὴν συκῆν καλοῦσιν οἱ Ἀττικοί. τὴν δ’ ἐξώστραν ταὐτὸ τῷ ἐκκυκλήματι νομίζουσιν. ἡ σκοπὴ δὲ πεποίηται κατασκόποις ἢ τοῖς ἄλλοις ὅσοι προσκοποῦσιν, καὶ τὸ</w:t>
      </w:r>
    </w:p>
    <w:p>
      <w:r>
        <w:rPr>
          <w:rFonts w:ascii="Courier New" w:hAnsi="Courier New"/>
          <w:color w:val="555555"/>
          <w:sz w:val="20"/>
        </w:rPr>
        <w:t>[5]</w:t>
      </w:r>
    </w:p>
    <w:p>
      <w:r>
        <w:rPr>
          <w:rFonts w:ascii="Gentium Plus" w:hAnsi="Gentium Plus"/>
          <w:sz w:val="24"/>
        </w:rPr>
        <w:t>τεῖχος καὶ ὁ πύργος ὡς ἀφ’ ὕψους ἰδεῖν. τὸ δὲ φρυκτώριον τῷ ὀνόματι δηλοῖ τὸ ἔργον. ἡ δὲ διστεγία ποτὲ μὲν ἐν οἴκῳ βα‐ σιλείῳ διῆρες δωμάτιον, οἷον ἀφ’ οὗ ἐν Φοινίσσαις (v 90 sqq) ἡ Ἀντι‐ γόνη βλέπει τὸν στρατόν, ποτὲ δὲ καὶ κέραμος, ἀφ’ οὗ βάλλουσι τῷ</w:t>
      </w:r>
    </w:p>
    <w:p>
      <w:r>
        <w:rPr>
          <w:rFonts w:ascii="Courier New" w:hAnsi="Courier New"/>
          <w:color w:val="555555"/>
          <w:sz w:val="20"/>
        </w:rPr>
        <w:t>[4 . 130]</w:t>
      </w:r>
    </w:p>
    <w:p>
      <w:r>
        <w:rPr>
          <w:rFonts w:ascii="Gentium Plus" w:hAnsi="Gentium Plus"/>
          <w:sz w:val="24"/>
        </w:rPr>
        <w:t>κεράμῳ· ἐν δὲ κωμῳδίᾳ ἀπὸ τῆς διστεγίας πορνοβοσκοί τι κατο‐ πτεύουσιν ἢ γρᾴδια ἢ γύναια καταβλέπει. κεραυνοσκοπεῖον δὲ καὶ βροντεῖον, τὸ μέν ἐστι περίακτος ὑψηλή· τὸ δὲ βροντεῖον, ὑπὸ τῇ σκηνῇ ὄπισθεν ἀσκοὶ ψήφων ἔμπλεοι διωγκωμένοι φέρονται</w:t>
      </w:r>
    </w:p>
    <w:p>
      <w:r>
        <w:rPr>
          <w:rFonts w:ascii="Courier New" w:hAnsi="Courier New"/>
          <w:color w:val="555555"/>
          <w:sz w:val="20"/>
        </w:rPr>
        <w:t>[5]</w:t>
      </w:r>
    </w:p>
    <w:p>
      <w:r>
        <w:rPr>
          <w:rFonts w:ascii="Gentium Plus" w:hAnsi="Gentium Plus"/>
          <w:sz w:val="24"/>
        </w:rPr>
        <w:t>κατὰ χαλκωμάτων. ἀπὸ δὲ τοῦ θεολογείου ὄντος ὑπὲρ τὴν σκηνὴν ἐν ὕψει ἐπιφαίνονται θεοί, ὡς ὁ Ζεὺς καὶ οἱ περὶ αὐτὸν ἐμ Ψυχοστασίᾳ. ἡ δὲ γέρανος μηχάνημά ἐστιν ἐκ μετεώρου κατα‐ φερόμενον ἐφ’ ἁρπαγῇ σώματος, ᾧ κέχρηται Ἠὼς ἁρπάζουσα τὸ</w:t>
      </w:r>
    </w:p>
    <w:p>
      <w:r>
        <w:rPr>
          <w:rFonts w:ascii="Courier New" w:hAnsi="Courier New"/>
          <w:color w:val="555555"/>
          <w:sz w:val="20"/>
        </w:rPr>
        <w:t>[4 . 131]</w:t>
      </w:r>
    </w:p>
    <w:p>
      <w:r>
        <w:rPr>
          <w:rFonts w:ascii="Gentium Plus" w:hAnsi="Gentium Plus"/>
          <w:sz w:val="24"/>
        </w:rPr>
        <w:t>σῶμα τὸ Μέμνονος. αἰώρας δ’ ἂν εἴποις τοὺς κάλως, οἳ κα‐ τήρτηνται ἐξ ὕψους ὡς ἀνέχειν τοὺς ἐπὶ τοῦ ἀέρος φέρεσθαι δο‐ κοῦντας ἥρως ἢ θεούς. τὰ καταβλήματα δ’ ὑφάσματα ἢ πίνακες ἦσαν ἔχοντες γραφὰς τῇ χρείᾳ τῶν δραμάτων προσφόρους· κατεβάλλετο</w:t>
      </w:r>
    </w:p>
    <w:p>
      <w:r>
        <w:rPr>
          <w:rFonts w:ascii="Courier New" w:hAnsi="Courier New"/>
          <w:color w:val="555555"/>
          <w:sz w:val="20"/>
        </w:rPr>
        <w:t>[5]</w:t>
      </w:r>
    </w:p>
    <w:p>
      <w:r>
        <w:rPr>
          <w:rFonts w:ascii="Gentium Plus" w:hAnsi="Gentium Plus"/>
          <w:sz w:val="24"/>
        </w:rPr>
        <w:t>δ’ ἐπὶ τὰς περιάκτους ὄρος δεικνύντα ἢ θάλατταν ἢ ποταμὸν ἢ ἄλλο τι τοιοῦτον. τῷ δ’ ἡμικυκλίῳ τὸ μὲν σχῆμα ὄνομα, ἡ δὲ θέσις</w:t>
      </w:r>
    </w:p>
    <w:p>
      <w:r>
        <w:rPr>
          <w:rFonts w:ascii="Courier New" w:hAnsi="Courier New"/>
          <w:color w:val="555555"/>
          <w:sz w:val="20"/>
        </w:rPr>
        <w:t>[4 . 132]</w:t>
      </w:r>
    </w:p>
    <w:p>
      <w:r>
        <w:rPr>
          <w:rFonts w:ascii="Gentium Plus" w:hAnsi="Gentium Plus"/>
          <w:sz w:val="24"/>
        </w:rPr>
        <w:t>κατὰ τὴν ὀρχήστραν, ἡ δὲ χρεία δηλοῦν πόρρω τινὰ τῆς πόλεως τόπον ἢ τοὺς ἐν θαλάττῃ νηχομένους, ὥσπερ καὶ τὸ στροφεῖον,</w:t>
      </w:r>
    </w:p>
    <w:p>
      <w:r>
        <w:rPr>
          <w:rFonts w:ascii="Courier New" w:hAnsi="Courier New"/>
          <w:color w:val="555555"/>
          <w:sz w:val="20"/>
        </w:rPr>
        <w:t>[5]</w:t>
      </w:r>
    </w:p>
    <w:p>
      <w:r>
        <w:rPr>
          <w:rFonts w:ascii="Gentium Plus" w:hAnsi="Gentium Plus"/>
          <w:sz w:val="24"/>
        </w:rPr>
        <w:t>ἐκ τῶν ἑδωλίων καθόδους κείμεναι, τὰ εἴδωλα ἀπ’ αὐτῶν ἀνα‐ πέμπουσιν. τὰ δ’ ἀναπιέσματα, τὸ μέν ἐστιν ἐν τῇ σκηνῇ ὡς ποταμὸν ἀνέλκειν ἢ τοιοῦτόν τι πρόσωπον, τὸ δὲ περὶ τοὺς ἀνα‐ βασμούς, ἀφ’ ὧν ἀνέβαινον Ἐρινύες.</w:t>
      </w:r>
    </w:p>
    <w:p>
      <w:r>
        <w:rPr>
          <w:rFonts w:ascii="Courier New" w:hAnsi="Courier New"/>
          <w:color w:val="555555"/>
          <w:sz w:val="20"/>
        </w:rPr>
        <w:t>[4 . 133]</w:t>
      </w:r>
    </w:p>
    <w:p>
      <w:r>
        <w:rPr>
          <w:rFonts w:ascii="Gentium Plus" w:hAnsi="Gentium Plus"/>
          <w:sz w:val="24"/>
        </w:rPr>
        <w:t>ἀλλὰ μὴν καὶ πρόσωπα τὰ μὲν τραγικὰ εἴη ἂν τάδε, ξυρίας ἀνήρ, λευκός, σπαρτοπόλιος, μέλας ἀνήρ, ξανθὸς ἀνήρ, ξανθότερος ἀνήρ. οὗτοι μὲν γέροντες, ὁ μὲν ξυρίας πρεσβύτατος τῶν γε‐ ρόντων, λευκὸς τὴν κόμην· προσκείμεναι τῷ ὄγκῳ αἱ τρίχες. ὄγκος</w:t>
      </w:r>
    </w:p>
    <w:p>
      <w:r>
        <w:rPr>
          <w:rFonts w:ascii="Courier New" w:hAnsi="Courier New"/>
          <w:color w:val="555555"/>
          <w:sz w:val="20"/>
        </w:rPr>
        <w:t>[5]</w:t>
      </w:r>
    </w:p>
    <w:p>
      <w:r>
        <w:rPr>
          <w:rFonts w:ascii="Gentium Plus" w:hAnsi="Gentium Plus"/>
          <w:sz w:val="24"/>
        </w:rPr>
        <w:t>δέ ἐστι τὸ ὑπὲρ τὸ πρόσωπον ἀνέχον εἰς ὕψος λαβδοειδὲς τῷ σχή‐ ματι. τὸ δὲ γένειον ἐν χρῷ κουρίας ἐστὶν ὁ ξυρίας, ἐπιμήκης ὢν</w:t>
      </w:r>
    </w:p>
    <w:p>
      <w:r>
        <w:rPr>
          <w:rFonts w:ascii="Courier New" w:hAnsi="Courier New"/>
          <w:color w:val="555555"/>
          <w:sz w:val="20"/>
        </w:rPr>
        <w:t>[4 . 134]</w:t>
      </w:r>
    </w:p>
    <w:p>
      <w:r>
        <w:rPr>
          <w:rFonts w:ascii="Gentium Plus" w:hAnsi="Gentium Plus"/>
          <w:sz w:val="24"/>
        </w:rPr>
        <w:t>τὰς παρειάς. ὁ δὲ λευκὸς ἀνὴρ πᾶς μέν ἐστι πολιός, βοστρύχους δ’ ἔχει περὶ τῇ κεφαλῇ καὶ γένειον πεπηγὸς καὶ προπετεῖς ὀφρῦς καὶ παράλευκον τὸ χρῶμα· ὁ δ’ ὄγκος βραχύς. ὅ γε μὴν σπαρτοπόλιος δηλοῖ μὲν τὴν τῶν πολιῶν φύσιν, μέλας δ’ ἐστὶ καὶ ὕπωχρος. ὁ δὲ</w:t>
      </w:r>
    </w:p>
    <w:p>
      <w:r>
        <w:rPr>
          <w:rFonts w:ascii="Courier New" w:hAnsi="Courier New"/>
          <w:color w:val="555555"/>
          <w:sz w:val="20"/>
        </w:rPr>
        <w:t>[5]</w:t>
      </w:r>
    </w:p>
    <w:p>
      <w:r>
        <w:rPr>
          <w:rFonts w:ascii="Gentium Plus" w:hAnsi="Gentium Plus"/>
          <w:sz w:val="24"/>
        </w:rPr>
        <w:t>μέλας ἀνήρ, ἀπὸ μὲν τῆς χροιᾶς τοὔνομα, οὖλος δὲ καὶ τὰ γένεια</w:t>
      </w:r>
    </w:p>
    <w:p>
      <w:r>
        <w:rPr>
          <w:rFonts w:ascii="Courier New" w:hAnsi="Courier New"/>
          <w:color w:val="555555"/>
          <w:sz w:val="20"/>
        </w:rPr>
        <w:t>[4 . 135]</w:t>
      </w:r>
    </w:p>
    <w:p>
      <w:r>
        <w:rPr>
          <w:rFonts w:ascii="Gentium Plus" w:hAnsi="Gentium Plus"/>
          <w:sz w:val="24"/>
        </w:rPr>
        <w:t>καὶ τὴν κόμην, τραχὺς δὲ τὸ πρόσωπον, καὶ μέγας ὁ ὄγκος. ὁ δὲ ξανθὸς ἀνὴρ ξανθοὺς ἔχει βοστρύχους καὶ ὄγκον ἥττω, καὶ ἔστιν εὔχρως. ὁ δὲ ξανθότερος τὰ μὲν ἄλλα ὅμοιος, ὕπωχρος δὲ μᾶλλον, καὶ δηλοῖ νοσοῦντας. τὰ δὲ νεανίσκων πρόσωπα πάγχρηστος,</w:t>
      </w:r>
    </w:p>
    <w:p>
      <w:r>
        <w:rPr>
          <w:rFonts w:ascii="Courier New" w:hAnsi="Courier New"/>
          <w:color w:val="555555"/>
          <w:sz w:val="20"/>
        </w:rPr>
        <w:t>[5]</w:t>
      </w:r>
    </w:p>
    <w:p>
      <w:r>
        <w:rPr>
          <w:rFonts w:ascii="Gentium Plus" w:hAnsi="Gentium Plus"/>
          <w:sz w:val="24"/>
        </w:rPr>
        <w:t>οὖλος, πάρουλος, ἁπαλός, πιναρός, δεύτερος πιναρός, ὠχρός, πά‐ ρωχρος. ὁ μὲν πάγχρηστος πρεσβύτατος τῶν νεανίσκων, ἀγένειος, εὔχρως, μελαινόμενος ὁρᾶται· δασεῖαι καὶ μέλαιναι αἱ τρίχες.</w:t>
      </w:r>
    </w:p>
    <w:p>
      <w:r>
        <w:rPr>
          <w:rFonts w:ascii="Courier New" w:hAnsi="Courier New"/>
          <w:color w:val="555555"/>
          <w:sz w:val="20"/>
        </w:rPr>
        <w:t>[4 . 136]</w:t>
      </w:r>
    </w:p>
    <w:p>
      <w:r>
        <w:rPr>
          <w:rFonts w:ascii="Gentium Plus" w:hAnsi="Gentium Plus"/>
          <w:sz w:val="24"/>
        </w:rPr>
        <w:t>ὁ δ’ οὖλος ξανθὸς ὑπέρογκος· αἱ τρίχες τῷ ὄγκῳ προσπεπήγασιν· ὀφρῦς ἀνατέταται, βλοσυρὸς τὸ εἶδος. ὁ δὲ πάρουλος τἆλλα ἐοικὼς τῷ πρὸ αὐτοῦ μᾶλλον νεανίζει. ὁ δ’ ἁπαλὸς βοστρύχοις ξανθός, λευκόχρως, φαιδρός, πρέπων θεῷ καλῷ. ὁ δὲ πιναρὸς ὀγκώδης,</w:t>
      </w:r>
    </w:p>
    <w:p>
      <w:r>
        <w:rPr>
          <w:rFonts w:ascii="Courier New" w:hAnsi="Courier New"/>
          <w:color w:val="555555"/>
          <w:sz w:val="20"/>
        </w:rPr>
        <w:t>[5]</w:t>
      </w:r>
    </w:p>
    <w:p>
      <w:r>
        <w:rPr>
          <w:rFonts w:ascii="Gentium Plus" w:hAnsi="Gentium Plus"/>
          <w:sz w:val="24"/>
        </w:rPr>
        <w:t>ὑποπέλιδνος, κατηφής, δυσπινής, ξανθῇ κόμῃ ἐπικομῶν. ὁ δὲ δεύτερος πιναρὸς τοσούτῳ τοῦ προτέρου ἰσχνότερος ὅσῳ καὶ νεαρώ‐</w:t>
      </w:r>
    </w:p>
    <w:p>
      <w:r>
        <w:rPr>
          <w:rFonts w:ascii="Courier New" w:hAnsi="Courier New"/>
          <w:color w:val="555555"/>
          <w:sz w:val="20"/>
        </w:rPr>
        <w:t>[4 . 137]</w:t>
      </w:r>
    </w:p>
    <w:p>
      <w:r>
        <w:rPr>
          <w:rFonts w:ascii="Gentium Plus" w:hAnsi="Gentium Plus"/>
          <w:sz w:val="24"/>
        </w:rPr>
        <w:t>τερος. ὁ δ’ ὠχρὸς σφριγανός ἐστι ταῖς σαρξὶ καὶ περίκομος, ὑπό‐ ξανθος, νοσώδης τὴν χροιάν, οἷος εἰδώλῳ ἢ τραυματίᾳ πρέπειν. ὁ δὲ πάρωχρος τὰ μὲν ἄλλα οἷος ὁ πάγχρηστος, ὠχριᾷ δ’ ὡς δηλοῦν νοσοῦντα ἢ ἐρῶντα. τὰ μέντοι θεραπόντων πρόσωπα διφθερίας,</w:t>
      </w:r>
    </w:p>
    <w:p>
      <w:r>
        <w:rPr>
          <w:rFonts w:ascii="Courier New" w:hAnsi="Courier New"/>
          <w:color w:val="555555"/>
          <w:sz w:val="20"/>
        </w:rPr>
        <w:t>[5]</w:t>
      </w:r>
    </w:p>
    <w:p>
      <w:r>
        <w:rPr>
          <w:rFonts w:ascii="Gentium Plus" w:hAnsi="Gentium Plus"/>
          <w:sz w:val="24"/>
        </w:rPr>
        <w:t>σφηνοπώγων, ἀνάσιλλος. ὁ μὲν διφθερίας ὄγκον οὐκ ἔχων περί‐ κρανον δ’ ἔχει καὶ τρίχας ἐκτενισμένας λευκάς, πρόσωπον ὕπω‐ χρόν τε καὶ ὑπόλευκον, καὶ μυκτῆρα τραχύν, ἐπισκύνιον μετέωρον,</w:t>
      </w:r>
    </w:p>
    <w:p>
      <w:r>
        <w:rPr>
          <w:rFonts w:ascii="Courier New" w:hAnsi="Courier New"/>
          <w:color w:val="555555"/>
          <w:sz w:val="20"/>
        </w:rPr>
        <w:t>[4 . 138]</w:t>
      </w:r>
    </w:p>
    <w:p>
      <w:r>
        <w:rPr>
          <w:rFonts w:ascii="Gentium Plus" w:hAnsi="Gentium Plus"/>
          <w:sz w:val="24"/>
        </w:rPr>
        <w:t>ὀφθαλμοὺς σκυθρωπούς· ὕπωχρος δ’ ἐστὶ καὶ τὸ γένειον προπαλέστερος. ὁ δὲ σφηνοπώγων ἀκμάζει, καὶ ὄγκον ὑψηλὸν ἔχει καὶ πλατύν, κοιλαινό‐ μενον ἐν τῇ περιφορᾷ· ξανθός, τραχύς, ἐρυθρός, πρέπων ἀγγέλῳ. ὁ δ’ ἀνάσιλλος ὑπέρογκος ξανθός· ἐκ μέσου ἀνατέτανται αἱ τρίχες·</w:t>
      </w:r>
    </w:p>
    <w:p>
      <w:r>
        <w:rPr>
          <w:rFonts w:ascii="Courier New" w:hAnsi="Courier New"/>
          <w:color w:val="555555"/>
          <w:sz w:val="20"/>
        </w:rPr>
        <w:t>[5]</w:t>
      </w:r>
    </w:p>
    <w:p>
      <w:r>
        <w:rPr>
          <w:rFonts w:ascii="Gentium Plus" w:hAnsi="Gentium Plus"/>
          <w:sz w:val="24"/>
        </w:rPr>
        <w:t>ἀγένειός ἐστιν, ὑπέρυθρος. καὶ οὗτος ἀγγέλλει. τὰ δὲ γυναικῶν πρόσωπα πολιὰ κατάκομος, γρᾴδιον ἐλεύθερον, γρᾴδιον οἰκετικόν, μεσόκουρον, διφθερῖτις, κατάκομος ὠχρά, μεσόκουρος ὠχρά, μεσόκουρος πρόσφατος, κούριμος παρθένος, ἑτέρα κούριμος,</w:t>
      </w:r>
    </w:p>
    <w:p>
      <w:r>
        <w:rPr>
          <w:rFonts w:ascii="Courier New" w:hAnsi="Courier New"/>
          <w:color w:val="555555"/>
          <w:sz w:val="20"/>
        </w:rPr>
        <w:t>[4 . 139]</w:t>
      </w:r>
    </w:p>
    <w:p>
      <w:r>
        <w:rPr>
          <w:rFonts w:ascii="Gentium Plus" w:hAnsi="Gentium Plus"/>
          <w:sz w:val="24"/>
        </w:rPr>
        <w:t>κόρη. ἡ μὲν πολιὰ κατάκομος ὑπὲρ τὰς ἄλλας τήν τε ἡλικίαν καὶ τὴν ἀξίωσιν, λευκόκομος, μετρία τὸν ὄγκον, ὕπωχρος· πάλαι δὲ παράχρωμος ἐκαλεῖτο. τὸ δ’ ἐλεύθερον γρᾴδιον ὑπόξανθον τὴν χροιάν, μικρὸν ὄγκον ἔχον· μέχρι τῶν κλειδῶν αἱ τρίχες· ὑποφαίνει</w:t>
      </w:r>
    </w:p>
    <w:p>
      <w:r>
        <w:rPr>
          <w:rFonts w:ascii="Courier New" w:hAnsi="Courier New"/>
          <w:color w:val="555555"/>
          <w:sz w:val="20"/>
        </w:rPr>
        <w:t>[5]</w:t>
      </w:r>
    </w:p>
    <w:p>
      <w:r>
        <w:rPr>
          <w:rFonts w:ascii="Gentium Plus" w:hAnsi="Gentium Plus"/>
          <w:sz w:val="24"/>
        </w:rPr>
        <w:t>συμφοράν. τὸ δ’ οἰκετικὸν γρᾴδιον περίκρανον ἐξ ἀρνακίδων ἀντὶ τοῦ ὄγκου ἔχει, καὶ ῥυσόν ἐστι τὰς σάρκας. τὸ δ’ οἰκετικὸν μεσόκουρον, βραχὺς ὄγκος, χρόα λευκή, πάρωχρος, οὐ πάντα πολιόν.</w:t>
      </w:r>
    </w:p>
    <w:p>
      <w:r>
        <w:rPr>
          <w:rFonts w:ascii="Courier New" w:hAnsi="Courier New"/>
          <w:color w:val="555555"/>
          <w:sz w:val="20"/>
        </w:rPr>
        <w:t>[4 . 140]</w:t>
      </w:r>
    </w:p>
    <w:p>
      <w:r>
        <w:rPr>
          <w:rFonts w:ascii="Gentium Plus" w:hAnsi="Gentium Plus"/>
          <w:sz w:val="24"/>
        </w:rPr>
        <w:t>ἡ δὲ διφθερῖτις νεωτέρα τ’ ἐκείνης καὶ ὄγκον οὐκ ἔχει. ἡ δὲ κατάκομος ὠχρὰ μέλαινα τὴν κόμην, βλέμμα λυπηρόν, τὸ δὲ χρῶμα ἐκ τοῦ ὀνόματος. ἡ δὲ μεσόκουρος ὠχρὰ ὁμοία τῇ κατακόμῳ, πλὴν ὅσα ἐκ μέσου κέκαρται. ἡ δὲ μεσόκουρος πρόσφατος τὴν</w:t>
      </w:r>
    </w:p>
    <w:p>
      <w:r>
        <w:rPr>
          <w:rFonts w:ascii="Courier New" w:hAnsi="Courier New"/>
          <w:color w:val="555555"/>
          <w:sz w:val="20"/>
        </w:rPr>
        <w:t>[5]</w:t>
      </w:r>
    </w:p>
    <w:p>
      <w:r>
        <w:rPr>
          <w:rFonts w:ascii="Gentium Plus" w:hAnsi="Gentium Plus"/>
          <w:sz w:val="24"/>
        </w:rPr>
        <w:t>μὲν κουρὰν ἔχει κατὰ τὴν πρὸ αὐτῆς, οὐκέτι δὲ τὴν ὠχρότητα. ἡ δὲ κούριμος παρθένος ἀντὶ ὄγκου ἔχει τριχῶν κατεψηγμένων διά‐ κρισιν, καὶ βραχέα ἐν κύκλῳ περικέκαρται, ὕπωχρος δὲ τὴν χροιάν.</w:t>
      </w:r>
    </w:p>
    <w:p>
      <w:r>
        <w:rPr>
          <w:rFonts w:ascii="Courier New" w:hAnsi="Courier New"/>
          <w:color w:val="555555"/>
          <w:sz w:val="20"/>
        </w:rPr>
        <w:t>[4 . 141]</w:t>
      </w:r>
    </w:p>
    <w:p>
      <w:r>
        <w:rPr>
          <w:rFonts w:ascii="Gentium Plus" w:hAnsi="Gentium Plus"/>
          <w:sz w:val="24"/>
        </w:rPr>
        <w:t>ἡ δ’ ἑτέρα κούριμος παρθένος τἆλλα ὁμοία πλὴν τῆς διακρίσεως καὶ τῶν κύκλῳ βοστρύχων, ὡς ἐκ πολλοῦ δυστυχοῦσα. ἡ δὲ κόρη νεαρὸν πρόσωπον, οἵα ἂν Δανάη γένοιτο ἢ ἄλλη παιδίσκη. τὰ δ’ ἔκ‐ σκευα πρόσωπα Ἀκταίων ἐστὶ κερασφόρος, ἢ Φινεὺς τυφλός, ἢ</w:t>
      </w:r>
    </w:p>
    <w:p>
      <w:r>
        <w:rPr>
          <w:rFonts w:ascii="Courier New" w:hAnsi="Courier New"/>
          <w:color w:val="555555"/>
          <w:sz w:val="20"/>
        </w:rPr>
        <w:t>[5]</w:t>
      </w:r>
    </w:p>
    <w:p>
      <w:r>
        <w:rPr>
          <w:rFonts w:ascii="Gentium Plus" w:hAnsi="Gentium Plus"/>
          <w:sz w:val="24"/>
        </w:rPr>
        <w:t>Θάμυρις τὸν μὲν ἔχων γλαυκὸν ὀφθαλμὸν τὸν δὲ μέλανα, ἢ Ἄργος πολυόφθαλμος, ἢ Εὐίππη ἡ Χείρωνος ὑπαλλαττομένη εἰς ἵππον παρ’ Εὐριπίδῃ, ἢ Τυρὼ πελιδνὴ τὰς παρειὰς παρὰ Σοφοκλεῖ—τοῦτο</w:t>
      </w:r>
    </w:p>
    <w:p>
      <w:r>
        <w:rPr>
          <w:rFonts w:ascii="Courier New" w:hAnsi="Courier New"/>
          <w:color w:val="555555"/>
          <w:sz w:val="20"/>
        </w:rPr>
        <w:t>[4 . 142]</w:t>
      </w:r>
    </w:p>
    <w:p>
      <w:r>
        <w:rPr>
          <w:rFonts w:ascii="Gentium Plus" w:hAnsi="Gentium Plus"/>
          <w:sz w:val="24"/>
        </w:rPr>
        <w:t>δ’ ὑπὸ τῆς μητρυιᾶς Σιδηροῦς πληγαῖς πέπονθεν—ἢ Ἀχιλλεὺς ἐπὶ Πατρόκλῳ ἄκομος, ἢ Ἀμυμώνη, ἢ ποταμὸς ἢ ὄρος, ἢ Γοργώ, ἢ Δίκη ἢ Θάνατος ἢ Ἐρινὺς ἢ Λύσσα ἢ Οἶστρος ἢ Ὕβρις, ἢ Κένταυρος ἢ Τιτὰν ἢ Γίγας ἢ Ἰνδὸς ἢ Τρίτων, τάχα δὲ καὶ Πόλις καὶ †Πρίαμος</w:t>
      </w:r>
    </w:p>
    <w:p>
      <w:r>
        <w:rPr>
          <w:rFonts w:ascii="Courier New" w:hAnsi="Courier New"/>
          <w:color w:val="555555"/>
          <w:sz w:val="20"/>
        </w:rPr>
        <w:t>[5]</w:t>
      </w:r>
    </w:p>
    <w:p>
      <w:r>
        <w:rPr>
          <w:rFonts w:ascii="Gentium Plus" w:hAnsi="Gentium Plus"/>
          <w:sz w:val="24"/>
        </w:rPr>
        <w:t>καὶ Πειθὼ καὶ Μοῦσαι καὶ Ὧραι καὶ Μιθάκου Νύμφαι καὶ Πλειάδες καὶ Ἀπάτη καὶ Μέθη καὶ Ὄκνος καὶ Φθόνος. ἀλλὰ ταῦτα μὲν ἂν εἴη καὶ κωμικά, σατυρικὰ δὲ πρόσωπα Σάτυρος πολιός, Σάτυρος γενειῶν, Σάτυρος ἀγένειος, Σειληνὸς πάπ‐ πος. τἆλλα ὅμοια τὰ πρόσωπα, πλὴν ὅσοις ἐκ τῶν ὀνομάτων αἱ</w:t>
      </w:r>
    </w:p>
    <w:p>
      <w:r>
        <w:rPr>
          <w:rFonts w:ascii="Courier New" w:hAnsi="Courier New"/>
          <w:color w:val="555555"/>
          <w:sz w:val="20"/>
        </w:rPr>
        <w:t>[10]</w:t>
      </w:r>
    </w:p>
    <w:p>
      <w:r>
        <w:rPr>
          <w:rFonts w:ascii="Gentium Plus" w:hAnsi="Gentium Plus"/>
          <w:sz w:val="24"/>
        </w:rPr>
        <w:t>παραλλαγαὶ δηλοῦνται, ὥσπερ καὶ ὁ Παπποσείληνος τὴν ἰδέαν ἐστὶ θηριωδέστερος.</w:t>
      </w:r>
    </w:p>
    <w:p>
      <w:r>
        <w:rPr>
          <w:rFonts w:ascii="Courier New" w:hAnsi="Courier New"/>
          <w:color w:val="555555"/>
          <w:sz w:val="20"/>
        </w:rPr>
        <w:t>[4 . 143]</w:t>
      </w:r>
    </w:p>
    <w:p>
      <w:r>
        <w:rPr>
          <w:rFonts w:ascii="Gentium Plus" w:hAnsi="Gentium Plus"/>
          <w:sz w:val="24"/>
        </w:rPr>
        <w:t>τὰ δὲ κωμικὰ πρόσωπα τὰ μὲν τῆς παλαιᾶς κωμῳδίας ὡς τὸ πολὺ τοῖς προσώποις ὧν ἐκωμῴδουν ἀπεικάζετο ἢ ἐπὶ τὸ γελοιότερον ἐσχημάτιστο, τὰ δὲ τῆς νέας πάππος πρῶτος, πάππος δεύτερος, ἡγεμὼν πρεσβύτης, πρεσβύτης μακροπώγων ἢ ἐπισείων, Ἑρμώνιος,</w:t>
      </w:r>
    </w:p>
    <w:p>
      <w:r>
        <w:rPr>
          <w:rFonts w:ascii="Courier New" w:hAnsi="Courier New"/>
          <w:color w:val="555555"/>
          <w:sz w:val="20"/>
        </w:rPr>
        <w:t>[5]</w:t>
      </w:r>
    </w:p>
    <w:p>
      <w:r>
        <w:rPr>
          <w:rFonts w:ascii="Gentium Plus" w:hAnsi="Gentium Plus"/>
          <w:sz w:val="24"/>
        </w:rPr>
        <w:t>σφηνοπώγων, Λυκομήδειος, πορνοβοσκός, Ἑρμώνιος δεύτερος. οὗτοι μὲν γέροντες, ὁ μὲν πρῶτος πάππος πρεσβύτατος, ἐν χρῷ κουρίας, ἡμερώτατος τὰς ὀφρῦς, εὐγένειος, ἰσχνὸς τὰς παρειάς,</w:t>
      </w:r>
    </w:p>
    <w:p>
      <w:r>
        <w:rPr>
          <w:rFonts w:ascii="Courier New" w:hAnsi="Courier New"/>
          <w:color w:val="555555"/>
          <w:sz w:val="20"/>
        </w:rPr>
        <w:t>[4 . 144]</w:t>
      </w:r>
    </w:p>
    <w:p>
      <w:r>
        <w:rPr>
          <w:rFonts w:ascii="Gentium Plus" w:hAnsi="Gentium Plus"/>
          <w:sz w:val="24"/>
        </w:rPr>
        <w:t>τὴν ὄψιν κατηφής, λευκὸς τὸ χρῶμα, τὸ μέτωπον ὑπόφαιδρος. ὁ δ’ ἕτερος πάππος ἰσχνότερος καὶ ἐντονώτερος τὸ βλέμμα καὶ λυπηρός, ὕπωχρος, εὐγένειος, πυρσόθριξ, ὠτοκαταξίας. ὁ δ’ ἡγεμὼν πρεσβύ‐ της στεφάνην τριχῶν περὶ τὴν κεφαλὴν ἔχει, ἐπίγρυπος, πλατυπρό‐</w:t>
      </w:r>
    </w:p>
    <w:p>
      <w:r>
        <w:rPr>
          <w:rFonts w:ascii="Courier New" w:hAnsi="Courier New"/>
          <w:color w:val="555555"/>
          <w:sz w:val="20"/>
        </w:rPr>
        <w:t>[5]</w:t>
      </w:r>
    </w:p>
    <w:p>
      <w:r>
        <w:rPr>
          <w:rFonts w:ascii="Gentium Plus" w:hAnsi="Gentium Plus"/>
          <w:sz w:val="24"/>
        </w:rPr>
        <w:t>σωπος, τὴν ὀφρὺν ἀνατέταται τὴν δεξιάν. ὁ δὲ πρεσβύτης μακρο‐ πώγων καὶ ἐπισείων στεφάνην τριχῶν περὶ τὴν κεφαλὴν ἔχει, εὐπώγων δ’ ἐστὶ καὶ οὐκ ἀνατέταται τὰς ὀφρῦς, νωθρὸς δὲ τὴν ὄψιν. ὁ δ’ Ἑρμώνιος ἀναφαλαντίας, εὐπώγων, ἀνατέταται τὰς</w:t>
      </w:r>
    </w:p>
    <w:p>
      <w:r>
        <w:rPr>
          <w:rFonts w:ascii="Courier New" w:hAnsi="Courier New"/>
          <w:color w:val="555555"/>
          <w:sz w:val="20"/>
        </w:rPr>
        <w:t>[4 . 145]</w:t>
      </w:r>
    </w:p>
    <w:p>
      <w:r>
        <w:rPr>
          <w:rFonts w:ascii="Gentium Plus" w:hAnsi="Gentium Plus"/>
          <w:sz w:val="24"/>
        </w:rPr>
        <w:t>ὀφρῦς, τὸ βλέμμα δριμύς. ὁ δὲ σφηνοπώγων ἀναφαλαντίας, ὀφρῦς ἀνατεταμένος, ὀξυγένειος, ὑποδύστροπος. ὁ δὲ Λυκομήδειος οὐλόκομος, μακρογένειος, ἀνατείνει τὴν ἑτέραν ὀφρύν, πολυπραγμο‐ σύνην παρενδείκνυται. ὁ δὲ πορνοβοσκὸς τἆλλα μὲν ἔοικε τῷ</w:t>
      </w:r>
    </w:p>
    <w:p>
      <w:r>
        <w:rPr>
          <w:rFonts w:ascii="Courier New" w:hAnsi="Courier New"/>
          <w:color w:val="555555"/>
          <w:sz w:val="20"/>
        </w:rPr>
        <w:t>[5]</w:t>
      </w:r>
    </w:p>
    <w:p>
      <w:r>
        <w:rPr>
          <w:rFonts w:ascii="Gentium Plus" w:hAnsi="Gentium Plus"/>
          <w:sz w:val="24"/>
        </w:rPr>
        <w:t>Λυκομηδείῳ, τὰ δὲ χείλη ὑποσέσηρε καὶ συνάγει τὰς ὀφρῦς, καὶ ἀναφαλαντίας ἐστὶν ἢ φαλακρός. ὁ δὲ δεύτερος Ἑρμώνιος</w:t>
      </w:r>
    </w:p>
    <w:p>
      <w:r>
        <w:rPr>
          <w:rFonts w:ascii="Courier New" w:hAnsi="Courier New"/>
          <w:color w:val="555555"/>
          <w:sz w:val="20"/>
        </w:rPr>
        <w:t>[4 . 146]</w:t>
      </w:r>
    </w:p>
    <w:p>
      <w:r>
        <w:rPr>
          <w:rFonts w:ascii="Gentium Plus" w:hAnsi="Gentium Plus"/>
          <w:sz w:val="24"/>
        </w:rPr>
        <w:t>ἀπεξυρημένος ἐστὶ καὶ σφηνοπώγων. τὰ δὲ τῶν νεανίσκων πάγχρηστος νεανίσκος, μέλας νεανίσκος, οὖλος νεανίσκος, ἁπαλός, ἄγροικος, ἐπίσειστος, δεύτερος ἐπίσειστος, κόλαξ, παράσιτος, εἰκο‐ νικός, Σικελικός. ὁ μὲν πάγχρηστος ὑπέρυθρος, γυμναστικός, ὑπο‐</w:t>
      </w:r>
    </w:p>
    <w:p>
      <w:r>
        <w:rPr>
          <w:rFonts w:ascii="Courier New" w:hAnsi="Courier New"/>
          <w:color w:val="555555"/>
          <w:sz w:val="20"/>
        </w:rPr>
        <w:t>[5]</w:t>
      </w:r>
    </w:p>
    <w:p>
      <w:r>
        <w:rPr>
          <w:rFonts w:ascii="Gentium Plus" w:hAnsi="Gentium Plus"/>
          <w:sz w:val="24"/>
        </w:rPr>
        <w:t>κεχρωσμένος, ῥυτίδας ὀλίγας ἔχων ἐπὶ τοῦ μετώπου καὶ στε‐ φάνην τριχῶν, ἀνατεταμένος τὰς ὀφρῦς. ὁ δὲ μέλας νεανίσκος νεώ‐ τερος, καθειμένος τὰς ὀφρῦς, πεπαιδευμένῳ ἢ φιλογυμναστῇ ἐοικώς.</w:t>
      </w:r>
    </w:p>
    <w:p>
      <w:r>
        <w:rPr>
          <w:rFonts w:ascii="Courier New" w:hAnsi="Courier New"/>
          <w:color w:val="555555"/>
          <w:sz w:val="20"/>
        </w:rPr>
        <w:t>[4 . 147]</w:t>
      </w:r>
    </w:p>
    <w:p>
      <w:r>
        <w:rPr>
          <w:rFonts w:ascii="Gentium Plus" w:hAnsi="Gentium Plus"/>
          <w:sz w:val="24"/>
        </w:rPr>
        <w:t>ὁ δ’ οὖλος νεανίσκος μᾶλλον νέος, ὑπέρυθρος τὸ χρῶμα· αἱ δὲ τρίχες κατὰ τοὔνομα· ὀφρῦς ἀνατέταται, καὶ ῥυτὶς ἐπὶ τοῦ μετώπου μία. ὁ δ’ ἁπαλὸς νεανίσκος, τρίχες μὲν κατὰ τὸν πάγχρηστον, πάντων δὲ νεώτατος, λευκός, σκιατροφίας, ἁπαλότητα ὑποδηλῶν. τῷ δ’</w:t>
      </w:r>
    </w:p>
    <w:p>
      <w:r>
        <w:rPr>
          <w:rFonts w:ascii="Courier New" w:hAnsi="Courier New"/>
          <w:color w:val="555555"/>
          <w:sz w:val="20"/>
        </w:rPr>
        <w:t>[5]</w:t>
      </w:r>
    </w:p>
    <w:p>
      <w:r>
        <w:rPr>
          <w:rFonts w:ascii="Gentium Plus" w:hAnsi="Gentium Plus"/>
          <w:sz w:val="24"/>
        </w:rPr>
        <w:t>ἀγροίκῳ τὸ μὲν χρῶμα μελαίνεται, τὰ δὲ χείλη πλατέα καὶ ἡ ῥὶς σιμή, καὶ στεφάνη τριχῶν. τῷ δ’ ἐπισείστῳ, στρατιώτῃ ὄντι καὶ ἀλα‐ ζόνι καὶ τὴν χροιὰν μέλανι καὶ μελαγκόμῃ, ἐπισείονται αἱ τρίχες,</w:t>
      </w:r>
    </w:p>
    <w:p>
      <w:r>
        <w:rPr>
          <w:rFonts w:ascii="Courier New" w:hAnsi="Courier New"/>
          <w:color w:val="555555"/>
          <w:sz w:val="20"/>
        </w:rPr>
        <w:t>[4 . 148]</w:t>
      </w:r>
    </w:p>
    <w:p>
      <w:r>
        <w:rPr>
          <w:rFonts w:ascii="Gentium Plus" w:hAnsi="Gentium Plus"/>
          <w:sz w:val="24"/>
        </w:rPr>
        <w:t>κόμην. κόλαξ δὲ καὶ παράσιτος μέλανες, οὐ μὴν ἔξω παλαίστρας, ἐπίγρυποι, εὐπαθεῖς· τῷ δὲ παρασίτῳ μᾶλλον κατέαγε τὰ ὦτα, καὶ φαιδρότερός ἐστιν, ὥσπερ ὁ κόλαξ ἀνατέταται κακοηθέστερον τὰς ὀφρῦς. ὁ δ’ εἰκονικὸς ἔχει μὲν ἐνεσπαρμένας τὰς πολιὰς καὶ</w:t>
      </w:r>
    </w:p>
    <w:p>
      <w:r>
        <w:rPr>
          <w:rFonts w:ascii="Courier New" w:hAnsi="Courier New"/>
          <w:color w:val="555555"/>
          <w:sz w:val="20"/>
        </w:rPr>
        <w:t>[5]</w:t>
      </w:r>
    </w:p>
    <w:p>
      <w:r>
        <w:rPr>
          <w:rFonts w:ascii="Gentium Plus" w:hAnsi="Gentium Plus"/>
          <w:sz w:val="24"/>
        </w:rPr>
        <w:t>ἀποξυρᾶται τὸ γένειον, εὐπάρυφος δ’ ἐστὶ καὶ ξένος. ὁ δὲ Σικελικὸς παράσιτός ἐστι τρίτος. τὰ δὲ δούλων πρόσωπα κωμικὰ πάππος, ἡγεμὼν θεράπων, κάτω τριχίας, θεράπων οὖλος, θεράπων Μαίσων,</w:t>
      </w:r>
    </w:p>
    <w:p>
      <w:r>
        <w:rPr>
          <w:rFonts w:ascii="Courier New" w:hAnsi="Courier New"/>
          <w:color w:val="555555"/>
          <w:sz w:val="20"/>
        </w:rPr>
        <w:t>[4 . 149]</w:t>
      </w:r>
    </w:p>
    <w:p>
      <w:r>
        <w:rPr>
          <w:rFonts w:ascii="Gentium Plus" w:hAnsi="Gentium Plus"/>
          <w:sz w:val="24"/>
        </w:rPr>
        <w:t>θεράπων Τέττιξ, ἡγεμὼν ἐπίσειστος. ὁ μὲν πάππος μόνος τῶν θερα‐ πόντων πολιός ἐστι, καὶ δηλοῖ ἀπελεύθερον. ὁ δ’ ἡγεμὼν θεράπων σπεῖραν ἔχει τριχῶν πυρρῶν, ἀνατέταται τὰς ὀφρῦς, συνάγει τὸ ἐπισκύ‐ νιον, τοιοῦτος ἐν τοῖς δούλοις οἷος ὁ ἐν τοῖς ἐλευθέροις πρεσβύτης</w:t>
      </w:r>
    </w:p>
    <w:p>
      <w:r>
        <w:rPr>
          <w:rFonts w:ascii="Courier New" w:hAnsi="Courier New"/>
          <w:color w:val="555555"/>
          <w:sz w:val="20"/>
        </w:rPr>
        <w:t>[5]</w:t>
      </w:r>
    </w:p>
    <w:p>
      <w:r>
        <w:rPr>
          <w:rFonts w:ascii="Gentium Plus" w:hAnsi="Gentium Plus"/>
          <w:sz w:val="24"/>
        </w:rPr>
        <w:t>ἡγεμών. ὁ δὲ κάτω τριχίας ἀναφαλαντίας ἐστὶ καὶ πυρρόθριξ, ἐπηρμένος τὰς ὀφρῦς. ὁ δ’ οὖλος θεράπων δηλοῖ μὲν τὰς τρίχας, εἰσὶ δὲ πυρραὶ ὥσπερ καὶ τὸ χρῶμα· καὶ ἀναφαλαντίας ἐστὶ καὶ διά‐</w:t>
      </w:r>
    </w:p>
    <w:p>
      <w:r>
        <w:rPr>
          <w:rFonts w:ascii="Courier New" w:hAnsi="Courier New"/>
          <w:color w:val="555555"/>
          <w:sz w:val="20"/>
        </w:rPr>
        <w:t>[4 . 150]</w:t>
      </w:r>
    </w:p>
    <w:p>
      <w:r>
        <w:rPr>
          <w:rFonts w:ascii="Gentium Plus" w:hAnsi="Gentium Plus"/>
          <w:sz w:val="24"/>
        </w:rPr>
        <w:t>στροφος τὴν ὄψιν. ὁ δὲ Μαίσων θεράπων φαλακρὸς πυρρός ἐστιν. ὁ δὲ θεράπων Τέττιξ φαλακρὸς μέλας, δύο ἢ τρία βοστρύχια μέλανα ἐπικείμενος, καὶ ὅμοια ἐν τῷ γενείῳ, διάστροφος τὴν ὄψιν. ὁ δ’ ἐπίσειστος ἡγεμὼν ἐοίκοι ἂν τῷ ἡγεμόνι θεράποντι πλὴν</w:t>
      </w:r>
    </w:p>
    <w:p>
      <w:r>
        <w:rPr>
          <w:rFonts w:ascii="Courier New" w:hAnsi="Courier New"/>
          <w:color w:val="555555"/>
          <w:sz w:val="20"/>
        </w:rPr>
        <w:t>[5]</w:t>
      </w:r>
    </w:p>
    <w:p>
      <w:r>
        <w:rPr>
          <w:rFonts w:ascii="Gentium Plus" w:hAnsi="Gentium Plus"/>
          <w:sz w:val="24"/>
        </w:rPr>
        <w:t>περὶ τὰς τρίχας. τὰ δὲ γυναικῶν πρόσωπα εἴη τοιαῦτα· γρᾴδιον ἰσχνὸν ἢ λυκαίνιον, γραῦς παχεῖα, γρᾴδιον οἰκουρὸν ἢ οἰκετικὸν ἢ ὀξύ. τὸ μὲν λυκαίνιον ὑπόμηκες· ῥυτίδες λεπταὶ καὶ</w:t>
      </w:r>
    </w:p>
    <w:p>
      <w:r>
        <w:rPr>
          <w:rFonts w:ascii="Courier New" w:hAnsi="Courier New"/>
          <w:color w:val="555555"/>
          <w:sz w:val="20"/>
        </w:rPr>
        <w:t>[4 . 151]</w:t>
      </w:r>
    </w:p>
    <w:p>
      <w:r>
        <w:rPr>
          <w:rFonts w:ascii="Gentium Plus" w:hAnsi="Gentium Plus"/>
          <w:sz w:val="24"/>
        </w:rPr>
        <w:t>πυκναί· λευκόν, ὕπωχρον, στρεβλὸν τὸ ὄμμα. ἡ δὲ παχεῖα γραῦς παχείας ἔχει τὰς ῥυτίδας ἐν εὐσαρκίᾳ καὶ ταινίδιον τὰς τρίχας περιλαμβάνον. τὸ δ’ οἰκουρὸν γρᾴδιον σιμόν· ἐν ἑκατέρᾳ τῇ σιαγόνι ἀνὰ δύο ἔχει γομφίους. νέων δὲ γυναικῶν πρόσωπα λεκτική,</w:t>
      </w:r>
    </w:p>
    <w:p>
      <w:r>
        <w:rPr>
          <w:rFonts w:ascii="Courier New" w:hAnsi="Courier New"/>
          <w:color w:val="555555"/>
          <w:sz w:val="20"/>
        </w:rPr>
        <w:t>[5]</w:t>
      </w:r>
    </w:p>
    <w:p>
      <w:r>
        <w:rPr>
          <w:rFonts w:ascii="Gentium Plus" w:hAnsi="Gentium Plus"/>
          <w:sz w:val="24"/>
        </w:rPr>
        <w:t>οὔλη, κόρη, ψευδοκόρη, ἑτέρα ψευδοκόρη, σπαρτοπόλιος λεκτική, παλλακή, ἑταιρικὸν τέλειον, ἑταιρίδιον ὡραῖον, διάχρυσος ἑταίρα, διάμιτρος ἑταίρα, λαμπάδιον, ἄβρα περίκουρος, θεραπαινίδιον</w:t>
      </w:r>
    </w:p>
    <w:p>
      <w:r>
        <w:rPr>
          <w:rFonts w:ascii="Courier New" w:hAnsi="Courier New"/>
          <w:color w:val="555555"/>
          <w:sz w:val="20"/>
        </w:rPr>
        <w:t>[4 . 152]</w:t>
      </w:r>
    </w:p>
    <w:p>
      <w:r>
        <w:rPr>
          <w:rFonts w:ascii="Gentium Plus" w:hAnsi="Gentium Plus"/>
          <w:sz w:val="24"/>
        </w:rPr>
        <w:t>παράψηστον. ἡ μὲν λεκτικὴ περίκομος· ἡσυχῇ παρεψησμέναι αἱ τρίχες, ὀρθαὶ ὀφρύες, χρόα λευκή. ἡ δ’ οὔλη λεκτικῆς τῇ τριχώσει παρ‐ αλλάττει. ἡ δὲ κόρη διάκρισιν ἔχει παρεψησμένων τῶν τριχῶν, καὶ ὀφρῦς ὀρθὰς μελαίνας, καὶ λευκότητα ὕπωχρον ἐν τῇ χροιᾷ.</w:t>
      </w:r>
    </w:p>
    <w:p>
      <w:r>
        <w:rPr>
          <w:rFonts w:ascii="Courier New" w:hAnsi="Courier New"/>
          <w:color w:val="555555"/>
          <w:sz w:val="20"/>
        </w:rPr>
        <w:t>[5]</w:t>
      </w:r>
    </w:p>
    <w:p>
      <w:r>
        <w:rPr>
          <w:rFonts w:ascii="Gentium Plus" w:hAnsi="Gentium Plus"/>
          <w:sz w:val="24"/>
        </w:rPr>
        <w:t>ἡ δὲ ψευδοκόρη λευκοτέρα τὴν χροιάν, καὶ περὶ τὸ βρέγμα δέδεται τὰς τρίχας, καὶ ἔοικε νεογάμῳ. ἡ δ’ ἑτέρα ψευδοκόρη διαγινώσκεται</w:t>
      </w:r>
    </w:p>
    <w:p>
      <w:r>
        <w:rPr>
          <w:rFonts w:ascii="Courier New" w:hAnsi="Courier New"/>
          <w:color w:val="555555"/>
          <w:sz w:val="20"/>
        </w:rPr>
        <w:t>[4 . 153]</w:t>
      </w:r>
    </w:p>
    <w:p>
      <w:r>
        <w:rPr>
          <w:rFonts w:ascii="Gentium Plus" w:hAnsi="Gentium Plus"/>
          <w:sz w:val="24"/>
        </w:rPr>
        <w:t>μόνῳ τῷ ἀδιακρίτῳ τῆς κόμης. ἡ δὲ σπαρτοπόλιος λεκτικὴ δηλοῖ τῷ ὀνόματι τὴν ἰδέαν, μηνύει δ’ ἑταίραν πεπαυμένην τῆς τέχνης. ἡ δὲ παλλακὴ ταύτῃ μὲν ἔοικε, περίκομος δ’ ἐστίν. τὸ δὲ τέλειον ἑταιρικὸν τῆς ψευδοκόρης ἐστὶν ἐρυθρότερον, καὶ βοστρύχους ἔχει</w:t>
      </w:r>
    </w:p>
    <w:p>
      <w:r>
        <w:rPr>
          <w:rFonts w:ascii="Courier New" w:hAnsi="Courier New"/>
          <w:color w:val="555555"/>
          <w:sz w:val="20"/>
        </w:rPr>
        <w:t>[5]</w:t>
      </w:r>
    </w:p>
    <w:p>
      <w:r>
        <w:rPr>
          <w:rFonts w:ascii="Gentium Plus" w:hAnsi="Gentium Plus"/>
          <w:sz w:val="24"/>
        </w:rPr>
        <w:t>περὶ τὰ ὦτα. τὸ δ’ ἑταιρίδιον ἀκαλλώπιστόν ἐστι, ταινιδίῳ τὴν κε‐ φαλὴν περιεσφιγμένον. ἡ δὲ διάχρυσος ἑταίρα πολὺν ἔχει τὸν χρυσὸν</w:t>
      </w:r>
    </w:p>
    <w:p>
      <w:r>
        <w:rPr>
          <w:rFonts w:ascii="Courier New" w:hAnsi="Courier New"/>
          <w:color w:val="555555"/>
          <w:sz w:val="20"/>
        </w:rPr>
        <w:t>[4 . 154]</w:t>
      </w:r>
    </w:p>
    <w:p>
      <w:r>
        <w:rPr>
          <w:rFonts w:ascii="Gentium Plus" w:hAnsi="Gentium Plus"/>
          <w:sz w:val="24"/>
        </w:rPr>
        <w:t>περὶ τῇ κόμῃ. ἡ δὲ διάμιτρος μίτρᾳ ποικίλῃ τὴν κεφαλὴν κατεί‐ ληται· τὸ δὲ λαμπάδιον ἰδέα τριχῶν πλέγματός ἐστιν εἰς ὀξὺ ἀπο‐ λήγοντος, ἀφ’ οὗ καὶ κέκληται. ἡ δ’ ἄβρα περίκουρος θεραπαι‐ νίδιόν ἐστι περικεκαρμένον, χιτῶνι μόνῳ ὑπεζωσμένῳ λευκῷ χρώ‐</w:t>
      </w:r>
    </w:p>
    <w:p>
      <w:r>
        <w:rPr>
          <w:rFonts w:ascii="Courier New" w:hAnsi="Courier New"/>
          <w:color w:val="555555"/>
          <w:sz w:val="20"/>
        </w:rPr>
        <w:t>[5]</w:t>
      </w:r>
    </w:p>
    <w:p>
      <w:r>
        <w:rPr>
          <w:rFonts w:ascii="Gentium Plus" w:hAnsi="Gentium Plus"/>
          <w:sz w:val="24"/>
        </w:rPr>
        <w:t>μενον. τὸ δὲ παράψηστον θεραπαινίδιον διακέκριται τὰς τρίχας, ὑπόσιμον δ’ ἐστὶ καὶ δουλεύει ἑταίραις, ὑπεζωσμένον χιτῶνα κοκ‐ κοβαφῆ.</w:t>
      </w:r>
    </w:p>
    <w:p>
      <w:r>
        <w:rPr>
          <w:rFonts w:ascii="Courier New" w:hAnsi="Courier New"/>
          <w:color w:val="555555"/>
          <w:sz w:val="20"/>
        </w:rPr>
        <w:t>[4 . 155]</w:t>
      </w:r>
    </w:p>
    <w:p>
      <w:r>
        <w:rPr>
          <w:rFonts w:ascii="Gentium Plus" w:hAnsi="Gentium Plus"/>
          <w:sz w:val="24"/>
        </w:rPr>
        <w:t>Ἐκ δ’ ἀστρονομίας ὀνόματα ἀστρονομική, ἀστρονόμος, ἀστρο‐</w:t>
      </w:r>
    </w:p>
    <w:p>
      <w:r>
        <w:rPr>
          <w:rFonts w:ascii="Courier New" w:hAnsi="Courier New"/>
          <w:color w:val="555555"/>
          <w:sz w:val="20"/>
        </w:rPr>
        <w:t>[5]</w:t>
      </w:r>
    </w:p>
    <w:p>
      <w:r>
        <w:rPr>
          <w:rFonts w:ascii="Gentium Plus" w:hAnsi="Gentium Plus"/>
          <w:sz w:val="24"/>
        </w:rPr>
        <w:t>ἄστρων στάσεις, εἴδη ἰδέαι, σχήματα. ἀστέρων δρόμος, περίοδος, περιδρομή, περιφορά, περιαγωγή, ἀποστάσεις, ἐγγύτητες, διαστήματα·</w:t>
      </w:r>
    </w:p>
    <w:p>
      <w:r>
        <w:rPr>
          <w:rFonts w:ascii="Courier New" w:hAnsi="Courier New"/>
          <w:color w:val="555555"/>
          <w:sz w:val="20"/>
        </w:rPr>
        <w:t>[4 . 156]</w:t>
      </w:r>
    </w:p>
    <w:p>
      <w:r>
        <w:rPr>
          <w:rFonts w:ascii="Gentium Plus" w:hAnsi="Gentium Plus"/>
          <w:sz w:val="24"/>
        </w:rPr>
        <w:t>φῶς, ἔλλαμψις, ἔκλαμψις, αὐγή, αἴγλη, ἀστραπή, ἄστρα ἀπλανῆ, στάσιμα, ἀμετάθετα, ἀκίνητα, μόνιμα, ἑστηκότα, βιαιότερον γὰρ τὸ ἀφόρητα· πλανώμενα καὶ ὡς Πλάτων (Leg VII 821 B) πλανητά, φορητά, φερόμενα, περιφόρητα, περιφερόμενα, φαι‐</w:t>
      </w:r>
    </w:p>
    <w:p>
      <w:r>
        <w:rPr>
          <w:rFonts w:ascii="Courier New" w:hAnsi="Courier New"/>
          <w:color w:val="555555"/>
          <w:sz w:val="20"/>
        </w:rPr>
        <w:t>[5]</w:t>
      </w:r>
    </w:p>
    <w:p>
      <w:r>
        <w:rPr>
          <w:rFonts w:ascii="Gentium Plus" w:hAnsi="Gentium Plus"/>
          <w:sz w:val="24"/>
        </w:rPr>
        <w:t>νόμενα, περιιόντα, θέοντα περιθέοντα, στρεφόμενα, περιστρεφό‐ μενα, κυκλούμενα, εἱλούμενα περιειλούμενα, περιαγόμενα. καὶ τὰ ἀπ’ αὐτῶν πράγματα μονή, στάσις—τὰ γὰρ ἀπὸ τῶν ἄλλων φαυ‐ λότερα—καὶ πλάνη, φορά περιφορά, ὁδός περίοδος, δρόμος περι‐ δρομή, στροφή περιστροφή, κύκλος κύκλωσις, εἵλησις περιείλησις,</w:t>
      </w:r>
    </w:p>
    <w:p>
      <w:r>
        <w:rPr>
          <w:rFonts w:ascii="Courier New" w:hAnsi="Courier New"/>
          <w:color w:val="555555"/>
          <w:sz w:val="20"/>
        </w:rPr>
        <w:t>[4 . 157]</w:t>
      </w:r>
    </w:p>
    <w:p>
      <w:r>
        <w:rPr>
          <w:rFonts w:ascii="Gentium Plus" w:hAnsi="Gentium Plus"/>
          <w:sz w:val="24"/>
        </w:rPr>
        <w:t>περιαγωγή. ἡλίου μέτρα, σελήνης σχήματα· μηνοειδής, ἀμφίκυρτος, διχότομος, πανσέληνος. ἀνατολή ἀνοχή, δύσις δυσμή, ἑσπέρα, ἄρκτος, μεσημβρία. ἀνατέλλειν, ἀνίσχειν, ἀνέχειν, ἀναλάμπειν, ἀναβαίνειν, ἀναφαίνειν προφαίνεσθαι, δύειν δύεσθαι καταδύεσθαι,</w:t>
      </w:r>
    </w:p>
    <w:p>
      <w:r>
        <w:rPr>
          <w:rFonts w:ascii="Courier New" w:hAnsi="Courier New"/>
          <w:color w:val="555555"/>
          <w:sz w:val="20"/>
        </w:rPr>
        <w:t>[5]</w:t>
      </w:r>
    </w:p>
    <w:p>
      <w:r>
        <w:rPr>
          <w:rFonts w:ascii="Gentium Plus" w:hAnsi="Gentium Plus"/>
          <w:sz w:val="24"/>
        </w:rPr>
        <w:t>κάτω ῥέπειν, κατακλίνεσθαι ἀποκλίνειν, μεσημβριάζειν, ὑπὲρ κεφαλῆς ἑστάναι· τὸ γὰρ μεσουρανεῖν Αἰγυπτίων. Ὅμηρος δ’ αὐτὸ σεμνῶς λέγει (δ 400 = θ 18) ἦμος δ’ ἠέλιος μέσον οὐρανὸν ἀμφιβεβήκει.</w:t>
      </w:r>
    </w:p>
    <w:p>
      <w:r>
        <w:rPr>
          <w:rFonts w:ascii="Courier New" w:hAnsi="Courier New"/>
          <w:color w:val="555555"/>
          <w:sz w:val="20"/>
        </w:rPr>
        <w:t>[4 . 158]</w:t>
      </w:r>
    </w:p>
    <w:p>
      <w:r>
        <w:rPr>
          <w:rFonts w:ascii="Gentium Plus" w:hAnsi="Gentium Plus"/>
          <w:sz w:val="24"/>
        </w:rPr>
        <w:t>λέγοις δ’ ἂν καὶ κλίνοντος εἰς τὰ μεσημβρινὰ τοῦ θεοῦ, καὶ τοῦ ἄστρου μεσημβριάζοντος, τοῦ ἄστρου περιφλέγοντος, τοῦ ἀέρος ὑπὸ μεσοῦσαν τὴν ἡμέραν περιζέοντος. οὐρανός, κόσμος. κύκλος, ζῶναι, ζῷα τὰ ἐν τῷ κύκλῳ, ἃ οἱ πολλοὶ ζῴδια καλοῦσιν, ἀφ’ ὧν καὶ</w:t>
      </w:r>
    </w:p>
    <w:p>
      <w:r>
        <w:rPr>
          <w:rFonts w:ascii="Courier New" w:hAnsi="Courier New"/>
          <w:color w:val="555555"/>
          <w:sz w:val="20"/>
        </w:rPr>
        <w:t>[5]</w:t>
      </w:r>
    </w:p>
    <w:p>
      <w:r>
        <w:rPr>
          <w:rFonts w:ascii="Gentium Plus" w:hAnsi="Gentium Plus"/>
          <w:sz w:val="24"/>
        </w:rPr>
        <w:t>ζῳδιακὸν κύκλον καί που καὶ ζώνην ἔμπυρον διάπυρον, φλογώδη, περιφλεγῆ, περιπεφλεγμένην, ἣν καὶ διακεκαυμένην ὀνομά‐</w:t>
      </w:r>
    </w:p>
    <w:p>
      <w:r>
        <w:rPr>
          <w:rFonts w:ascii="Courier New" w:hAnsi="Courier New"/>
          <w:color w:val="555555"/>
          <w:sz w:val="20"/>
        </w:rPr>
        <w:t>[4 . 159]</w:t>
      </w:r>
    </w:p>
    <w:p>
      <w:r>
        <w:rPr>
          <w:rFonts w:ascii="Gentium Plus" w:hAnsi="Gentium Plus"/>
          <w:sz w:val="24"/>
        </w:rPr>
        <w:t>ζουσιν. τὴν δὲ κατεψυγμένην ἂν εἴποις κρυώδη κρυμώδη, ψυχράν, σκιεράν κατάσκιον, ἄπυρον, ἀνήλιον. Πλειάδας, Ὑάδας, Ὠρίωνα, ἄρκτους, ἀρκτοῦρον, ὄφιν, ὀφιοῦχον, ἐν γόνασιν, στέφανον, θυμια‐ τήριον, ἀστέρα Σείριον, καὶ τὰ πολυθρύλητα ἐν τῷ κύκλῳ ζῴδια,</w:t>
      </w:r>
    </w:p>
    <w:p>
      <w:r>
        <w:rPr>
          <w:rFonts w:ascii="Courier New" w:hAnsi="Courier New"/>
          <w:color w:val="555555"/>
          <w:sz w:val="20"/>
        </w:rPr>
        <w:t>[5]</w:t>
      </w:r>
    </w:p>
    <w:p>
      <w:r>
        <w:rPr>
          <w:rFonts w:ascii="Gentium Plus" w:hAnsi="Gentium Plus"/>
          <w:sz w:val="24"/>
        </w:rPr>
        <w:t>καθ’ ὧν οἱ ἀστέρες περιπολεύονται, ἀστέρες κομῆται πωγωνίαι, δοκίδες, λαμπάδες, βόθυνοι, γαλαξίας κύκλος, ἶρις, νέφη, ἀστρα‐ παί, βρονταί, σκηπτοί, στρόβιλοι. ταῦτα γὰρ πάντα καὶ ὁ περὶ τούτων λόγος ἀστρονομίᾳ ἂν προσήκοι.</w:t>
      </w:r>
    </w:p>
    <w:p>
      <w:r>
        <w:rPr>
          <w:rFonts w:ascii="Courier New" w:hAnsi="Courier New"/>
          <w:color w:val="555555"/>
          <w:sz w:val="20"/>
        </w:rPr>
        <w:t>[4 . 160]</w:t>
      </w:r>
    </w:p>
    <w:p>
      <w:r>
        <w:rPr>
          <w:rFonts w:ascii="Gentium Plus" w:hAnsi="Gentium Plus"/>
          <w:sz w:val="24"/>
        </w:rPr>
        <w:t>Ἔκ γε μὴν γεωμετρίας γεωμέτρης, γεωμετρική γεωμετρεῖν, γεωμετρικός γεωμετρικῶς, γεωμετρικώτατα. γῆς ἀναμέτρησις, νομή, κλῆρος, κληρουχία, διαίρεσις, διανομή. διάγραμμα, σημεῖον, γραμμὴ εὐθεῖα, ἐπιφάνεια, ἐπίπεδος, γωνία, εὐθύγραμμος, κάθετος,</w:t>
      </w:r>
    </w:p>
    <w:p>
      <w:r>
        <w:rPr>
          <w:rFonts w:ascii="Courier New" w:hAnsi="Courier New"/>
          <w:color w:val="555555"/>
          <w:sz w:val="20"/>
        </w:rPr>
        <w:t>[5]</w:t>
      </w:r>
    </w:p>
    <w:p>
      <w:r>
        <w:rPr>
          <w:rFonts w:ascii="Gentium Plus" w:hAnsi="Gentium Plus"/>
          <w:sz w:val="24"/>
        </w:rPr>
        <w:t>περιφερής. σχήματα εὐθύγραμμα, πολύγωνα τρίγωνα τετρά‐</w:t>
      </w:r>
    </w:p>
    <w:p>
      <w:r>
        <w:rPr>
          <w:rFonts w:ascii="Courier New" w:hAnsi="Courier New"/>
          <w:color w:val="555555"/>
          <w:sz w:val="20"/>
        </w:rPr>
        <w:t>[4 . 161]</w:t>
      </w:r>
    </w:p>
    <w:p>
      <w:r>
        <w:rPr>
          <w:rFonts w:ascii="Gentium Plus" w:hAnsi="Gentium Plus"/>
          <w:sz w:val="24"/>
        </w:rPr>
        <w:t>γωνα, ἰσόπλευρα, ἑτερομήκη, ἀμβλεῖα, γωνία, ὀξεῖα. ὀρθή, ὄρθιον σχῆμα, κύκλος, ἐπίπεδον, κέντρον, διάμετρος, ἡμικύκλιον, εὐθύγραμμα, σχῆμα τρίπλευρον τετράπλευρον πολύπλευρον. τρί‐ γωνον ἰσοσκελές ἑτεροσκελές σκαληνόν, ὀρθογώνιον ἀμβλυγώνιον</w:t>
      </w:r>
    </w:p>
    <w:p>
      <w:r>
        <w:rPr>
          <w:rFonts w:ascii="Courier New" w:hAnsi="Courier New"/>
          <w:color w:val="555555"/>
          <w:sz w:val="20"/>
        </w:rPr>
        <w:t>[5]</w:t>
      </w:r>
    </w:p>
    <w:p>
      <w:r>
        <w:rPr>
          <w:rFonts w:ascii="Gentium Plus" w:hAnsi="Gentium Plus"/>
          <w:sz w:val="24"/>
        </w:rPr>
        <w:t>ὀξυγώνιον. στερεομετρία, πλευραί, ἰσόμηκες τετράγωνον, πρόμηκες ἑτερόμηκες, βάθος ἔχον, ἀβαθές. εἰκοσάεδρον καὶ ὅσα τοιαῦτα. ἴσον ἴσῳ, ἰσοῦν ἀνισοῦν, ἰσάκις, ἰσοστάσιον. σφαῖρα, πολυγώνιον, πόλος, γνώμων, ῥόμβος, στρογγύλον, περιφερές, ῥομβοειδές. δυ‐ νάμεις, δίπους τρίπους τετράπους, ἄχρι τῆς ἑπτακαιδεκάποδός φησιν</w:t>
      </w:r>
    </w:p>
    <w:p>
      <w:r>
        <w:rPr>
          <w:rFonts w:ascii="Courier New" w:hAnsi="Courier New"/>
          <w:color w:val="555555"/>
          <w:sz w:val="20"/>
        </w:rPr>
        <w:t>[10]</w:t>
      </w:r>
    </w:p>
    <w:p>
      <w:r>
        <w:rPr>
          <w:rFonts w:ascii="Gentium Plus" w:hAnsi="Gentium Plus"/>
          <w:sz w:val="24"/>
        </w:rPr>
        <w:t>ὁ Πλάτων (Theaet 147 D), ἡμιπόδια. εὐθύ, καμπύλον. τραπέζια, παράλληλοι εὐθεῖαι, παρὰ τὰ μέρη, ἀναλογία, τὰ πρὸς ἀξίαν.</w:t>
      </w:r>
    </w:p>
    <w:p>
      <w:r>
        <w:rPr>
          <w:rFonts w:ascii="Courier New" w:hAnsi="Courier New"/>
          <w:color w:val="555555"/>
          <w:sz w:val="20"/>
        </w:rPr>
        <w:t>[4 . 162]</w:t>
      </w:r>
    </w:p>
    <w:p>
      <w:r>
        <w:rPr>
          <w:rFonts w:ascii="Gentium Plus" w:hAnsi="Gentium Plus"/>
          <w:sz w:val="24"/>
        </w:rPr>
        <w:t>Ἐκ δ’ ἀριθμητικῆς ἀριθμός, ἀριθμεῖν διαριθμεῖν ἐπαριθμεῖν παραριθμεῖν, καταριθμεῖν καταριθμεῖσθαι, συναριθμεῖν. ἰσάριθμα,</w:t>
      </w:r>
    </w:p>
    <w:p>
      <w:r>
        <w:rPr>
          <w:rFonts w:ascii="Courier New" w:hAnsi="Courier New"/>
          <w:color w:val="555555"/>
          <w:sz w:val="20"/>
        </w:rPr>
        <w:t>[5]</w:t>
      </w:r>
    </w:p>
    <w:p>
      <w:r>
        <w:rPr>
          <w:rFonts w:ascii="Gentium Plus" w:hAnsi="Gentium Plus"/>
          <w:sz w:val="24"/>
        </w:rPr>
        <w:t>μητικός ἀριθμητικῶς, ἀριθμητικώτατος. ἀριθμὸς ἄρτιος, περιττός,</w:t>
      </w:r>
    </w:p>
    <w:p>
      <w:r>
        <w:rPr>
          <w:rFonts w:ascii="Courier New" w:hAnsi="Courier New"/>
          <w:color w:val="555555"/>
          <w:sz w:val="20"/>
        </w:rPr>
        <w:t>[4 . 163]</w:t>
      </w:r>
    </w:p>
    <w:p>
      <w:r>
        <w:rPr>
          <w:rFonts w:ascii="Gentium Plus" w:hAnsi="Gentium Plus"/>
          <w:sz w:val="24"/>
        </w:rPr>
        <w:t>ἀρτιοπέρισσος, περισσάρτιος, ἀρτιάκις ἄρτιος. λογισμός, λογί‐ ζεσθαι, λογιστικός λογιστικῶς λογιστικώτατος, συλλογίζεσθαι συλ‐ λογισμός, ἐπιλογίζεσθαι, ἀναλογισμός ἀναλογίζεσθαι. πλῆθος, παμ‐ πληθές πολυπληθές, ἰσοπληθία, πολυπληθία ὡς Δημοσθένης (?)</w:t>
      </w:r>
    </w:p>
    <w:p>
      <w:r>
        <w:rPr>
          <w:rFonts w:ascii="Courier New" w:hAnsi="Courier New"/>
          <w:color w:val="555555"/>
          <w:sz w:val="20"/>
        </w:rPr>
        <w:t>[5]</w:t>
      </w:r>
    </w:p>
    <w:p>
      <w:r>
        <w:rPr>
          <w:rFonts w:ascii="Gentium Plus" w:hAnsi="Gentium Plus"/>
          <w:sz w:val="24"/>
        </w:rPr>
        <w:t>καὶ Ὑπερείδης (? frg 266 Bl). πάμπολλα πάμπολυ, πάνσμικρον ὡς Πλάτων (Leg X 903 C). πολλαχόθεν, πανταχόθεν, πάντοθεν· Ἀριστοφάνης (frg 840 Ko) δ’ ἔφη καὶ πλεισταχόθεν. πολλὰ δὲ τὰ</w:t>
      </w:r>
    </w:p>
    <w:p>
      <w:r>
        <w:rPr>
          <w:rFonts w:ascii="Courier New" w:hAnsi="Courier New"/>
          <w:color w:val="555555"/>
          <w:sz w:val="20"/>
        </w:rPr>
        <w:t>[4 . 164]</w:t>
      </w:r>
    </w:p>
    <w:p>
      <w:r>
        <w:rPr>
          <w:rFonts w:ascii="Gentium Plus" w:hAnsi="Gentium Plus"/>
          <w:sz w:val="24"/>
        </w:rPr>
        <w:t>ἀπὸ τούτων ἐκ τόπου καὶ εἰς τόπον καὶ ἐν τόπῳ σχήματα. ὀλι‐ γότης, ὀλίγον, ἐλάχιστον, ὀλίγιστον, πλέον πλεῖον, πλειόνως, πλείους, πλεονάζειν, πλειστηριάζειν, ἔλαττον ἐλάττων, ἐλαττονάκις. πολ‐ λαπλάσιον πολλαπλασίων, πολλαπλασιόνως πολλαπλασίως, πολ‐</w:t>
      </w:r>
    </w:p>
    <w:p>
      <w:r>
        <w:rPr>
          <w:rFonts w:ascii="Courier New" w:hAnsi="Courier New"/>
          <w:color w:val="555555"/>
          <w:sz w:val="20"/>
        </w:rPr>
        <w:t>[5]</w:t>
      </w:r>
    </w:p>
    <w:p>
      <w:r>
        <w:rPr>
          <w:rFonts w:ascii="Gentium Plus" w:hAnsi="Gentium Plus"/>
          <w:sz w:val="24"/>
        </w:rPr>
        <w:t>λαπλασιάζειν. πλεονασμός. ἀμύθητα. ἴσον ἴσῳ, ἰσάκις, ἀπισοῦν, ἰσό‐ της, ἴσωσις. τετράγωνος ἀριθμός, τετραγωνίζειν. ἑτερομήκης ἀριθ‐ μός, τέλειος ἀριθμός, μονάς, δυὰς καὶ τὰ ἐφεξῆς. διπλάσιος δι‐ πλασίων, διπλασιάζειν, καὶ ὁμοίως ἐπὶ τῶν ἐφεξῆς ἀριθμῶν· διπλασιασμὸν δ’ Ἀντιφῶν (Soph frg 124 Bl) εἶπεν. ἡμιόλιος, ἐπί‐</w:t>
      </w:r>
    </w:p>
    <w:p>
      <w:r>
        <w:rPr>
          <w:rFonts w:ascii="Courier New" w:hAnsi="Courier New"/>
          <w:color w:val="555555"/>
          <w:sz w:val="20"/>
        </w:rPr>
        <w:t>[4 . 165]</w:t>
      </w:r>
    </w:p>
    <w:p>
      <w:r>
        <w:rPr>
          <w:rFonts w:ascii="Gentium Plus" w:hAnsi="Gentium Plus"/>
          <w:sz w:val="24"/>
        </w:rPr>
        <w:t>τριτος ἐπόγδοος, καὶ ὅσα τοιαῦτα, ἥμισυ, ἡμισυτέταρτον. δια‐ τέμνειν τὸν ἀριθμόν, δίχα τέμνειν, δίχα διαλαμβάνειν, διαιρεῖν, δια‐ χωρίζειν, διακρίνειν, διαμερίζειν. πολλοστημόριον, τριτημόριον, τε‐ ταρτημόριον, πεμπτημόριον ὡς οἱ περὶ τὸν Πλάτωνα (Leg XII 936 C)·</w:t>
      </w:r>
    </w:p>
    <w:p>
      <w:r>
        <w:rPr>
          <w:rFonts w:ascii="Courier New" w:hAnsi="Courier New"/>
          <w:color w:val="555555"/>
          <w:sz w:val="20"/>
        </w:rPr>
        <w:t>[5]</w:t>
      </w:r>
    </w:p>
    <w:p>
      <w:r>
        <w:rPr>
          <w:rFonts w:ascii="Gentium Plus" w:hAnsi="Gentium Plus"/>
          <w:sz w:val="24"/>
        </w:rPr>
        <w:t>ἑκτήμοροι δ’ οἱ πελάται παρὰ τοῖς Ἀττικοῖς (Aristot Rp Ath c 2). ἀπέραντον. πρόσθεσις ἀριθμοῦ, ἀφαίρεσις. ἄτομος ἀριθμός. δίς,</w:t>
      </w:r>
    </w:p>
    <w:p>
      <w:r>
        <w:rPr>
          <w:rFonts w:ascii="Courier New" w:hAnsi="Courier New"/>
          <w:color w:val="555555"/>
          <w:sz w:val="20"/>
        </w:rPr>
        <w:t>[10]</w:t>
      </w:r>
    </w:p>
    <w:p>
      <w:r>
        <w:rPr>
          <w:rFonts w:ascii="Gentium Plus" w:hAnsi="Gentium Plus"/>
          <w:sz w:val="24"/>
        </w:rPr>
        <w:t>πυροί, καὶ παρὰ Κριτίᾳ (frg 49 Bach) διδραχμιαῖοι.</w:t>
      </w:r>
    </w:p>
    <w:p>
      <w:r>
        <w:rPr>
          <w:rFonts w:ascii="Courier New" w:hAnsi="Courier New"/>
          <w:color w:val="555555"/>
          <w:sz w:val="20"/>
        </w:rPr>
        <w:t>[4 . 166]</w:t>
      </w:r>
    </w:p>
    <w:p>
      <w:r>
        <w:rPr>
          <w:rFonts w:ascii="Gentium Plus" w:hAnsi="Gentium Plus"/>
          <w:sz w:val="24"/>
        </w:rPr>
        <w:t>Ἐκ δὲ μετρητικῆς μετρεῖν, ἀπομετρεῖν ἀπομετρεῖσθαι, ἐπι‐ μετρεῖν ἐπιμετρεῖσθαι, προμετρεῖν ἐκμετρεῖν παραμετρεῖν, μετρη‐ τικῶς. γεωμετρία, γεωμετρικόν. ἄμετρον ἔκμετρον, σύμμετρον ἀσύμμετρον, μέτρησις καὶ ὡς Δημοσθένης (?) τῇ μετρήσει. μέ‐</w:t>
      </w:r>
    </w:p>
    <w:p>
      <w:r>
        <w:rPr>
          <w:rFonts w:ascii="Courier New" w:hAnsi="Courier New"/>
          <w:color w:val="555555"/>
          <w:sz w:val="20"/>
        </w:rPr>
        <w:t>[5]</w:t>
      </w:r>
    </w:p>
    <w:p>
      <w:r>
        <w:rPr>
          <w:rFonts w:ascii="Gentium Plus" w:hAnsi="Gentium Plus"/>
          <w:sz w:val="24"/>
        </w:rPr>
        <w:t>τρον, μετριότης, μετρητόν, μεμετρημένην διαμεμετρημένην ἡμέραν, διεμετροῦντο τὸν σῖτον, μετριάζειν. καὶ προμετρητὰς Ὑπε‐ ρείδης (frg 191 = 269 Bl) καὶ προσμετρεῖν Ἰσαῖος (frg 169 Tur).</w:t>
      </w:r>
    </w:p>
    <w:p>
      <w:r>
        <w:rPr>
          <w:rFonts w:ascii="Courier New" w:hAnsi="Courier New"/>
          <w:color w:val="555555"/>
          <w:sz w:val="20"/>
        </w:rPr>
        <w:t>[4 . 167]</w:t>
      </w:r>
    </w:p>
    <w:p>
      <w:r>
        <w:rPr>
          <w:rFonts w:ascii="Gentium Plus" w:hAnsi="Gentium Plus"/>
          <w:sz w:val="24"/>
        </w:rPr>
        <w:t>προμετρητόν. καὶ μετρητικὸν Δείναρχος (frg 21 Tur). δίμετρον τρίμετρον ἐπίμετρον, συμμεμετρημένως, καὶ συμμετρίας Ἀντιφῶν (frg 178 Bl), καὶ Ἰσαῖος (frg 169 Tur) ἐκμετρηθείς, καὶ Δείναρχος (or XVIII frg 7 Tur) ‘μετρονόμου τοῦ ἐπὶ τῶν μέτρων,‘ καὶ δυσμέ‐</w:t>
      </w:r>
    </w:p>
    <w:p>
      <w:r>
        <w:rPr>
          <w:rFonts w:ascii="Courier New" w:hAnsi="Courier New"/>
          <w:color w:val="555555"/>
          <w:sz w:val="20"/>
        </w:rPr>
        <w:t>[5]</w:t>
      </w:r>
    </w:p>
    <w:p>
      <w:r>
        <w:rPr>
          <w:rFonts w:ascii="Gentium Plus" w:hAnsi="Gentium Plus"/>
          <w:sz w:val="24"/>
        </w:rPr>
        <w:t>τρητον Ἀντιφῶν (frg 178), καὶ μετρητὰς οἴνου Δημοσθένης (XLII 20). καὶ τοὺς μὲν πολλοὺς ἀμέτρους Ξενοφῶν (Cyrop V 2. 7, Anab III 2. 16) κέκληκεν, τὸ δ’ ἄνευ μέτρου ἄμετρον Πλάτων (Leg</w:t>
      </w:r>
    </w:p>
    <w:p>
      <w:r>
        <w:rPr>
          <w:rFonts w:ascii="Courier New" w:hAnsi="Courier New"/>
          <w:color w:val="555555"/>
          <w:sz w:val="20"/>
        </w:rPr>
        <w:t>[4 . 168]</w:t>
      </w:r>
    </w:p>
    <w:p>
      <w:r>
        <w:rPr>
          <w:rFonts w:ascii="Gentium Plus" w:hAnsi="Gentium Plus"/>
          <w:sz w:val="24"/>
        </w:rPr>
        <w:t>VII 820 C), καὶ τὴν ἐν τῷ ποδὶ πρὸς τὴν λύραν ἀμετρίαν. μέ‐ τρων δ’ ὀνόματα μέδιμνος ἡμιμέδιμνος, χοῖνιξ τριχοίνικον πεντα‐ χοίνικον, καπίθη ὡς Ξενοφῶν (Anab I 5. 6), ἀρτάβη ὡς Ἡρόδοτος (I 192). ἡ δ’ ἄδδιξ μέτρον τετραχοίνικον, μάρις δ’ ἑξακότυλον, κο‐</w:t>
      </w:r>
    </w:p>
    <w:p>
      <w:r>
        <w:rPr>
          <w:rFonts w:ascii="Courier New" w:hAnsi="Courier New"/>
          <w:color w:val="555555"/>
          <w:sz w:val="20"/>
        </w:rPr>
        <w:t>[5]</w:t>
      </w:r>
    </w:p>
    <w:p>
      <w:r>
        <w:rPr>
          <w:rFonts w:ascii="Gentium Plus" w:hAnsi="Gentium Plus"/>
          <w:sz w:val="24"/>
        </w:rPr>
        <w:t>τύλη δὲ τὸ τρίτον τῆς χοίνικος. ὁ δὲ μέδιμνος χοίνικες ὀκτὼ καὶ τεσσαράκοντα, ὁ δ’ ἡμιμέδιμνος τέσσαρες καὶ εἴκοσιν, ὁ δὲ τριτεὺς</w:t>
      </w:r>
    </w:p>
    <w:p>
      <w:r>
        <w:rPr>
          <w:rFonts w:ascii="Courier New" w:hAnsi="Courier New"/>
          <w:color w:val="555555"/>
          <w:sz w:val="20"/>
        </w:rPr>
        <w:t>[4 . 169]</w:t>
      </w:r>
    </w:p>
    <w:p>
      <w:r>
        <w:rPr>
          <w:rFonts w:ascii="Gentium Plus" w:hAnsi="Gentium Plus"/>
          <w:sz w:val="24"/>
        </w:rPr>
        <w:t>Στράττις γοῦν φησὶν ἐν τῷ Κινησίᾳ (I frg 13 Ko) τὰ δ’ ἄλφιθ’ ὑμῖν πῶς ἐπώλουν;—τεττάρων δραχμῶν μάλιστα τὸν κόφινον.—τί λέγεις; μέτρῳ ἐχρῶντο κοφίνῳ;—ἢ .... τοῦτ’ αὔθ’ ὅτι</w:t>
      </w:r>
    </w:p>
    <w:p>
      <w:r>
        <w:rPr>
          <w:rFonts w:ascii="Courier New" w:hAnsi="Courier New"/>
          <w:color w:val="555555"/>
          <w:sz w:val="20"/>
        </w:rPr>
        <w:t>[5]</w:t>
      </w:r>
    </w:p>
    <w:p>
      <w:r>
        <w:rPr>
          <w:rFonts w:ascii="Gentium Plus" w:hAnsi="Gentium Plus"/>
          <w:sz w:val="24"/>
        </w:rPr>
        <w:t>οἴνου κόφινος, δυνάμενος τρεῖς χόας †πυρρῶν †ταῖς κοφίναις ταὐτὰ ταῦτα δυνάμενος. κύπρον δὲ τὸ οὕτω καλούμενον μέτρον εὕροις ἂν παρ’ Ἀλκαίῳ ἐν δευτέρῳ μελῶν (frg 141 B), καὶ ἡμίκυπρον παρ’ Ἱππώνακτι ἐν τῷ πρώτῳ τῶν ἰάμβων (frg 24 B). καὶ κοτύλη, ἀμφορεύς,</w:t>
      </w:r>
    </w:p>
    <w:p>
      <w:r>
        <w:rPr>
          <w:rFonts w:ascii="Courier New" w:hAnsi="Courier New"/>
          <w:color w:val="555555"/>
          <w:sz w:val="20"/>
        </w:rPr>
        <w:t>[10]</w:t>
      </w:r>
    </w:p>
    <w:p>
      <w:r>
        <w:rPr>
          <w:rFonts w:ascii="Gentium Plus" w:hAnsi="Gentium Plus"/>
          <w:sz w:val="24"/>
        </w:rPr>
        <w:t>χοεύς. κρουσιμετρεῖν, καὶ παρακρουσιχοίνικος ἐν τῇ κωμῳδίᾳ (III</w:t>
      </w:r>
    </w:p>
    <w:p>
      <w:r>
        <w:rPr>
          <w:rFonts w:ascii="Courier New" w:hAnsi="Courier New"/>
          <w:color w:val="555555"/>
          <w:sz w:val="20"/>
        </w:rPr>
        <w:t>[4 . 170]</w:t>
      </w:r>
    </w:p>
    <w:p>
      <w:r>
        <w:rPr>
          <w:rFonts w:ascii="Gentium Plus" w:hAnsi="Gentium Plus"/>
          <w:sz w:val="24"/>
        </w:rPr>
        <w:t>p 590. 1104 Ko), κρουσιμετρῶν. ἰσοχειλῆ, ἐπιχειλῆ, ἐπίμεστα· ἔστι δ’ ἰσοχειλῆ μὲν τὰ πλήρη, ἐπιχειλῆ δὲ τὰ κατωτέρω τοῦ χείλους, ἐπίμεστα δὲ τὰ ὑπέρπλεα. ἐπὶ δὲ τῶν ξηρῶν μέτρων τὰ οὐκ ἀπεψημένα· τὸ δ’ ἀποψῶν ἐργαλεῖον ἀπομάκτρα ἢ σκυτάλη ἢ περι‐</w:t>
      </w:r>
    </w:p>
    <w:p>
      <w:r>
        <w:rPr>
          <w:rFonts w:ascii="Courier New" w:hAnsi="Courier New"/>
          <w:color w:val="555555"/>
          <w:sz w:val="20"/>
        </w:rPr>
        <w:t>[5]</w:t>
      </w:r>
    </w:p>
    <w:p>
      <w:r>
        <w:rPr>
          <w:rFonts w:ascii="Gentium Plus" w:hAnsi="Gentium Plus"/>
          <w:sz w:val="24"/>
        </w:rPr>
        <w:t>στροφίς. ἡμιδεές, ἡμιπλήρωτον, ἡμίπλεων, ἐνδεές· ὑπερδεᾶ δὲ τὰ λίαν ἐνδεᾶ. ἔστι δὲ μετρητικῆς καὶ τὸ μέγα σμικρόν, πάμ‐ μεγα πάμμικρον, πάμμηκες πρόμηκες ὑπέρμηκες, σύμμετρον ὑπέρ‐ μετρον, καὶ πάλιν ἔμπλεων κατάπλεων ὑπέρπλεων, καὶ πούς, πῆχυς, παλαιστή, δοχμή, πυγών, ὀργυιά, καὶ ὅσα ἐπὶ τῶν ἀνθρω‐</w:t>
      </w:r>
    </w:p>
    <w:p>
      <w:r>
        <w:rPr>
          <w:rFonts w:ascii="Courier New" w:hAnsi="Courier New"/>
          <w:color w:val="555555"/>
          <w:sz w:val="20"/>
        </w:rPr>
        <w:t>[10]</w:t>
      </w:r>
    </w:p>
    <w:p>
      <w:r>
        <w:rPr>
          <w:rFonts w:ascii="Gentium Plus" w:hAnsi="Gentium Plus"/>
          <w:sz w:val="24"/>
        </w:rPr>
        <w:t>πίνων μελῶν ἐστὶ προειρημένα (II 157, 158). καὶ πεντάπουν καὶ ἑπτακαιδεκάπουν καὶ πεντάπηχυ καὶ ὅσα τοιαῦτα, ὁμοίως δὲ κανὼν καὶ στάθμη.</w:t>
      </w:r>
    </w:p>
    <w:p>
      <w:r>
        <w:rPr>
          <w:rFonts w:ascii="Courier New" w:hAnsi="Courier New"/>
          <w:color w:val="555555"/>
          <w:sz w:val="20"/>
        </w:rPr>
        <w:t>[4 . 171]</w:t>
      </w:r>
    </w:p>
    <w:p>
      <w:r>
        <w:rPr>
          <w:rFonts w:ascii="Gentium Plus" w:hAnsi="Gentium Plus"/>
          <w:sz w:val="24"/>
        </w:rPr>
        <w:t>Ἀπὸ δὲ στατικῆς στῆσαι στήσασθαι, ἱστάναι ἵσταται, στησά‐</w:t>
      </w:r>
    </w:p>
    <w:p>
      <w:r>
        <w:rPr>
          <w:rFonts w:ascii="Courier New" w:hAnsi="Courier New"/>
          <w:color w:val="555555"/>
          <w:sz w:val="20"/>
        </w:rPr>
        <w:t>[5]</w:t>
      </w:r>
    </w:p>
    <w:p>
      <w:r>
        <w:rPr>
          <w:rFonts w:ascii="Gentium Plus" w:hAnsi="Gentium Plus"/>
          <w:sz w:val="24"/>
        </w:rPr>
        <w:t>καὶ τότε δὴ χρύσεια πατὴρ ἐτίταινε τάλαντα. στατικός στατικῶς, στατήρ, ἰσοστάσιον. ζυγά, τρυτάνη, πλάστιγ‐ γες, σταθμά, τάλαντα, κανών, ζυγός, ὁλκή, καθέλκειν, ἄγειν— Δημοσθένης γάρ πού φησιν (XXIV 129) ‘ὃς ἦγε τριακοσίους δαρει‐</w:t>
      </w:r>
    </w:p>
    <w:p>
      <w:r>
        <w:rPr>
          <w:rFonts w:ascii="Courier New" w:hAnsi="Courier New"/>
          <w:color w:val="555555"/>
          <w:sz w:val="20"/>
        </w:rPr>
        <w:t>[4 . 172]</w:t>
      </w:r>
    </w:p>
    <w:p>
      <w:r>
        <w:rPr>
          <w:rFonts w:ascii="Gentium Plus" w:hAnsi="Gentium Plus"/>
          <w:sz w:val="24"/>
        </w:rPr>
        <w:t>κούσ‘—βαρύνειν, ῥέπειν ῥοπή, βαρύτης βάρος, ἐλαφρότης, κατα‐ φέρειν ἀναφέρειν, ἄχθος ἐπαχθές, κοῦφον κουφότης, ὄγκος, ἰσόρ‐ ροπον ἰσορρόπως ἰσορροπία, ἑτερόρροπον ἑτερορρόπως ἑτερορ‐ ροπία, ἀντίρροπον· βιαζόμενος δ’ ἂν εἴποις καὶ ἀντίθετον. κλίνειν</w:t>
      </w:r>
    </w:p>
    <w:p>
      <w:r>
        <w:rPr>
          <w:rFonts w:ascii="Courier New" w:hAnsi="Courier New"/>
          <w:color w:val="555555"/>
          <w:sz w:val="20"/>
        </w:rPr>
        <w:t>[5]</w:t>
      </w:r>
    </w:p>
    <w:p>
      <w:r>
        <w:rPr>
          <w:rFonts w:ascii="Gentium Plus" w:hAnsi="Gentium Plus"/>
          <w:sz w:val="24"/>
        </w:rPr>
        <w:t>ἀποκλίνειν, καταβαρεῖς εἶναι τὰς πλάστιγγας, ἐπιθεῖναι ταῖς πλά‐ στιγξιν, ἀντιθεῖναι τὰ ἱστάμενα. καὶ σηκώματα ὡς Ὑπερείδης (frg 271 Bl), καὶ βαρύσταθμα ὡς Ἀριστοφάνης (Ran 1397). καὶ ἀναση‐ κωθῆναι δὲ λέγοιτ’ ἂν τὸ προσθεῖναι τῷ ἀναφερομένῳ εἰς τὴν πρὸς</w:t>
      </w:r>
    </w:p>
    <w:p>
      <w:r>
        <w:rPr>
          <w:rFonts w:ascii="Courier New" w:hAnsi="Courier New"/>
          <w:color w:val="555555"/>
          <w:sz w:val="20"/>
        </w:rPr>
        <w:t>[4 . 173]</w:t>
      </w:r>
    </w:p>
    <w:p>
      <w:r>
        <w:rPr>
          <w:rFonts w:ascii="Gentium Plus" w:hAnsi="Gentium Plus"/>
          <w:sz w:val="24"/>
        </w:rPr>
        <w:t>τὸ βαρῦνον ἰσορροπίαν. τὰ δ’ ὀνομαζόμενα σταθμία ἐστὶ σταθμά, στά‐ σιμα ὠνόμασεν ἐν Ὑῒ Κηφισόδωρος ὁ κωμικός (I frg 13 Ko). στατῆρα δ’ οἱ τῆς κωμῳδίας ποιηταὶ τὴν λίτραν λέγουσιν· τὴν μὲν γὰρ λίτραν εἰρήκασιν οἱ Σικελικοὶ κωμῳδοί (Epich frg 9 Kaib), δί‐</w:t>
      </w:r>
    </w:p>
    <w:p>
      <w:r>
        <w:rPr>
          <w:rFonts w:ascii="Courier New" w:hAnsi="Courier New"/>
          <w:color w:val="555555"/>
          <w:sz w:val="20"/>
        </w:rPr>
        <w:t>[5]</w:t>
      </w:r>
    </w:p>
    <w:p>
      <w:r>
        <w:rPr>
          <w:rFonts w:ascii="Gentium Plus" w:hAnsi="Gentium Plus"/>
          <w:sz w:val="24"/>
        </w:rPr>
        <w:t>κελλαν δὲ πενταστάτηρον Σωσικράτης ἐν Παρακαταθήκῃ (III frg 1 Ko) τὴν πεντάλιτρον. ὁ δὲ χρυσοῦς στατὴρ δύο ἦγε δραχμὰς Ἀττικάς, τὸ δὲ τάλαντον τρεῖς χρυσοῦς. καὶ μὴν οἵ γε Δωριεῖς ποιηταὶ τὴν λίτραν ποτὲ μὲν νόμισμά τι λεπτὸν λέγουσιν, οἷον ὅταν Σώφρων</w:t>
      </w:r>
    </w:p>
    <w:p>
      <w:r>
        <w:rPr>
          <w:rFonts w:ascii="Courier New" w:hAnsi="Courier New"/>
          <w:color w:val="555555"/>
          <w:sz w:val="20"/>
        </w:rPr>
        <w:t>[4 . 174]</w:t>
      </w:r>
    </w:p>
    <w:p>
      <w:r>
        <w:rPr>
          <w:rFonts w:ascii="Gentium Plus" w:hAnsi="Gentium Plus"/>
          <w:sz w:val="24"/>
        </w:rPr>
        <w:t>ἐν τοῖς γυναικείοις μίμοις (frg 37 Kaib) λέγῃ ‘ὁ μισθὸς δεκάλιτρον‘ καὶ πάλιν ἐν τοῖς ἀνδρείοις (frg 72 Kaib) ‘σῶσαι δ’ οὐδὲ τὰς δύο λίτρας δύναμαι,‘ ποτὲ δὲ σταθμόν τινα, ὡς Δεινολόχος ἐν Μηδείᾳ (frg 4 Kaib) ‘τετρωκονταλίτρους τινὶ νεανίσκῳ πέδας.‘ Ἀριστο‐</w:t>
      </w:r>
    </w:p>
    <w:p>
      <w:r>
        <w:rPr>
          <w:rFonts w:ascii="Courier New" w:hAnsi="Courier New"/>
          <w:color w:val="555555"/>
          <w:sz w:val="20"/>
        </w:rPr>
        <w:t>[5]</w:t>
      </w:r>
    </w:p>
    <w:p>
      <w:r>
        <w:rPr>
          <w:rFonts w:ascii="Gentium Plus" w:hAnsi="Gentium Plus"/>
          <w:sz w:val="24"/>
        </w:rPr>
        <w:t>τέλης δ’ ἐν μὲν Ἀκραγαντίνων πολιτείᾳ (frg 476 Rose) προειπὼν ὡς ἐζημιοῦντο πεντήκοντα λίτρας, ἐπάγει ‘ἡ δὲ λίτρα δύναται ὀβολὸν Αἰγιναῖον,‘ ἐν δ’ Ἱμεραίων πολιτείᾳ (frg 510 Rose) φησὶν ὡς οἱ</w:t>
      </w:r>
    </w:p>
    <w:p>
      <w:r>
        <w:rPr>
          <w:rFonts w:ascii="Courier New" w:hAnsi="Courier New"/>
          <w:color w:val="555555"/>
          <w:sz w:val="20"/>
        </w:rPr>
        <w:t>[4 . 175]</w:t>
      </w:r>
    </w:p>
    <w:p>
      <w:r>
        <w:rPr>
          <w:rFonts w:ascii="Gentium Plus" w:hAnsi="Gentium Plus"/>
          <w:sz w:val="24"/>
        </w:rPr>
        <w:t>Σικελιῶται τοὺς μὲν δύο χαλκοῦς διζᾶντα καλοῦσι, τὸν δ’ ἕνα οὐγκίαν, τοὺς δὲ τρεῖς τριᾶντα, τοὺς δ’ ἓξ ἡμίλιτρον, τὸν δ’ ὀβολὸν λίτραν, τὸν δὲ Κορίνθιον στατῆρα δεκάλιτρον, ὅπερ δέκα ὀβολοὺς δύναται. ἔνιοι δὲ καὶ τῶν Ἀθήνησι κωμῳδούντων τῶν νέων, οἷον Φιλήμων</w:t>
      </w:r>
    </w:p>
    <w:p>
      <w:r>
        <w:rPr>
          <w:rFonts w:ascii="Courier New" w:hAnsi="Courier New"/>
          <w:color w:val="555555"/>
          <w:sz w:val="20"/>
        </w:rPr>
        <w:t>[5]</w:t>
      </w:r>
    </w:p>
    <w:p>
      <w:r>
        <w:rPr>
          <w:rFonts w:ascii="Gentium Plus" w:hAnsi="Gentium Plus"/>
          <w:sz w:val="24"/>
        </w:rPr>
        <w:t>ἐν Σικελικῷ (II frg 78 Ko) καὶ Ποσείδιππος ἐν Γαλάτῃ (III frg 8 Ko), λίτρας μνημονεύουσιν. καὶ ἕβδομον δ’ ἡμιτάλαντον καὶ τρίτον ἡμιτάλαντον καὶ τὰ τοιαῦτα στατικῇ ἂν προσήκοι, ὥσπερ καὶ ἡ κρεωστάθμη.</w:t>
      </w:r>
    </w:p>
    <w:p>
      <w:r>
        <w:rPr>
          <w:rFonts w:ascii="Courier New" w:hAnsi="Courier New"/>
          <w:color w:val="555555"/>
          <w:sz w:val="20"/>
        </w:rPr>
        <w:t>[4 . 176]</w:t>
      </w:r>
    </w:p>
    <w:p>
      <w:r>
        <w:rPr>
          <w:rFonts w:ascii="Gentium Plus" w:hAnsi="Gentium Plus"/>
          <w:sz w:val="24"/>
        </w:rPr>
        <w:t>Κοινὰ δ’ ἐστὶ γεωμετρίᾳ ἀριθμητικῇ μετρητικῇ στατικῇ, τῇ μὲν ἔλαττον τῇ δὲ μᾶλλον προσήκοντα, πρῶτον μὲν αὐτὸ τὸ μᾶλλον καὶ τὸ ἧττον, ἔπειτα νομή διανομή νεῖμαι, χωρίσαι χωρισμός, διακρῖναι διάκρισις, διελεῖν διαίρεσις, μοῖρα μόριον, μέρος μερίς, με‐</w:t>
      </w:r>
    </w:p>
    <w:p>
      <w:r>
        <w:rPr>
          <w:rFonts w:ascii="Courier New" w:hAnsi="Courier New"/>
          <w:color w:val="555555"/>
          <w:sz w:val="20"/>
        </w:rPr>
        <w:t>[5]</w:t>
      </w:r>
    </w:p>
    <w:p>
      <w:r>
        <w:rPr>
          <w:rFonts w:ascii="Gentium Plus" w:hAnsi="Gentium Plus"/>
          <w:sz w:val="24"/>
        </w:rPr>
        <w:t>ριστός, μερίζειν μερισάμενος μεμερισμένα ἐμερίσω, μεριστάς, ἀντι‐ μοιρεῖ ἰσομοιρεῖ, ἄμοιρος, διμοιρία διμοιρίτης, ἀμέριστον, τριτη‐ μόριον μοιρολογχῆσαι ὡς Ἀντιφῶν (frg 20 Bl). δάσασθαι, δασμός, δατητάς.</w:t>
      </w:r>
    </w:p>
    <w:p>
      <w:r>
        <w:rPr>
          <w:rFonts w:ascii="Courier New" w:hAnsi="Courier New"/>
          <w:color w:val="555555"/>
          <w:sz w:val="20"/>
        </w:rPr>
        <w:t>[4 . 177]</w:t>
      </w:r>
    </w:p>
    <w:p>
      <w:r>
        <w:rPr>
          <w:rFonts w:ascii="Gentium Plus" w:hAnsi="Gentium Plus"/>
          <w:sz w:val="24"/>
        </w:rPr>
        <w:t>Ἀπὸ δ’ ἰατρικῆς ἰατρός ἰατρεία, ἴασις, ἰάσασθαι ἐξιάσασθαι, ἰώμενος, ἰάσιμος ἀνίατος, ἰάματα· καὶ ὁ μισθὸς ἰατρεῖα, καὶ τὸ ἐργαστήριον ἰατρεῖον. θεραπεύειν, θεραπεία. ἀκέσασθαι ἐξα‐ κέσασθαι, ἀκεστής, ἀκήματα ὡς Ὅμηρος (O 394) καὶ πανακῆ</w:t>
      </w:r>
    </w:p>
    <w:p>
      <w:r>
        <w:rPr>
          <w:rFonts w:ascii="Courier New" w:hAnsi="Courier New"/>
          <w:color w:val="555555"/>
          <w:sz w:val="20"/>
        </w:rPr>
        <w:t>[5]</w:t>
      </w:r>
    </w:p>
    <w:p>
      <w:r>
        <w:rPr>
          <w:rFonts w:ascii="Gentium Plus" w:hAnsi="Gentium Plus"/>
          <w:sz w:val="24"/>
        </w:rPr>
        <w:t>φάρμακα, καὶ ἐξακούμενος. ἐπιμέλεια, κομιδή, νοσηλεία, νοση‐ λεῦσαι ἐκνοσηλεῦσαι, νοσοκομῆσαι, νοσοτροφία. ἀρρωστεῖν, ἀρρώστημα, ἀρρωστία· ὑγίεια, ὑγιαίνειν, ὑγιής. δίαιτα, διαίτησις.</w:t>
      </w:r>
    </w:p>
    <w:p>
      <w:r>
        <w:rPr>
          <w:rFonts w:ascii="Courier New" w:hAnsi="Courier New"/>
          <w:color w:val="555555"/>
          <w:sz w:val="20"/>
        </w:rPr>
        <w:t>[4 . 178]</w:t>
      </w:r>
    </w:p>
    <w:p>
      <w:r>
        <w:rPr>
          <w:rFonts w:ascii="Gentium Plus" w:hAnsi="Gentium Plus"/>
          <w:sz w:val="24"/>
        </w:rPr>
        <w:t>τάχα δ’ ἂν ἰατρῷ προσήκοι καὶ κρίσιμος ἡμέρα· Μένανδρος (frg 890 Ko) γὰρ περὶ τῆς ἑβδόμης λέγων φησί</w:t>
      </w:r>
    </w:p>
    <w:p>
      <w:r>
        <w:rPr>
          <w:rFonts w:ascii="Courier New" w:hAnsi="Courier New"/>
          <w:color w:val="555555"/>
          <w:sz w:val="20"/>
        </w:rPr>
        <w:t>[5]</w:t>
      </w:r>
    </w:p>
    <w:p>
      <w:r>
        <w:rPr>
          <w:rFonts w:ascii="Gentium Plus" w:hAnsi="Gentium Plus"/>
          <w:sz w:val="24"/>
        </w:rPr>
        <w:t>μακοποσία· τὸ δὲ φαρμάξαι ἀμφίβολον ὥσπερ ὁ φαρμακεύς, καὶ ἡ φαρμακὶς ἐπὶ τῶν βλαπτόντων μᾶλλον ἀκούεται. πλήρωσις κένωσις, πληρῶσαι κενῶσαι, ἴσχειν ἰσχαίνειν. στῆσαι ῥεῦμα, ἐπισχεῖν, προκαλέσασθαι ἐκκαλέσασθαι, ἐπισπάσασθαι, ἐφελκύσασθαι. τὸ δὲ</w:t>
      </w:r>
    </w:p>
    <w:p>
      <w:r>
        <w:rPr>
          <w:rFonts w:ascii="Courier New" w:hAnsi="Courier New"/>
          <w:color w:val="555555"/>
          <w:sz w:val="20"/>
        </w:rPr>
        <w:t>[4 . 179]</w:t>
      </w:r>
    </w:p>
    <w:p>
      <w:r>
        <w:rPr>
          <w:rFonts w:ascii="Gentium Plus" w:hAnsi="Gentium Plus"/>
          <w:sz w:val="24"/>
        </w:rPr>
        <w:t>κενῶσαι διὰ καθάρσεως καὶ ἐξινῶσαι λέγουσιν, καὶ ἐξινωμένον ἡ κω‐ μῳδία (III p 577. 1004 Ko) τὸν κεκαθαρμένον φησίν, ὡς ἐκ τῶν ἰνῶν φερομένης τῆς χολῆς· τὸν δ’ αὐτὸν καὶ ὑπερινωμένον φασὶ καὶ ὑπέρινον. κατευθῦναι τὸ ἐκχωρῆσαν ἄρθρον ἠπίως, πράως.</w:t>
      </w:r>
    </w:p>
    <w:p>
      <w:r>
        <w:rPr>
          <w:rFonts w:ascii="Courier New" w:hAnsi="Courier New"/>
          <w:color w:val="555555"/>
          <w:sz w:val="20"/>
        </w:rPr>
        <w:t>[5]</w:t>
      </w:r>
    </w:p>
    <w:p>
      <w:r>
        <w:rPr>
          <w:rFonts w:ascii="Gentium Plus" w:hAnsi="Gentium Plus"/>
          <w:sz w:val="24"/>
        </w:rPr>
        <w:t>παιώνια φάρμακα, ἀλεξιφάρμακα, ἀλεξητήρια, λυτήρια, ἐλατήρια τὰ κενοῦντα, ἴσχαιμα. σχάσαι φλέβα, λῦσαι φλέβα, διελεῖν σάρκα, διατεμεῖν σάρκα, ἀμύξαι σάρκα, ἀνοῖξαι σάρκα, ἐπιγράψαι. ἐξε‐ λεῖν ὀστοῦν, ἐξαρθρῶσαι, ἀποτεθραυσμένον παρατεθραυσμένον, ξέ‐ σαι ὀστοῦν, ἀποξέσαι, κολλῆσαι, κολάσαι, τὸ ἀνοιδαῖνον συστεῖλαι.</w:t>
      </w:r>
    </w:p>
    <w:p>
      <w:r>
        <w:rPr>
          <w:rFonts w:ascii="Courier New" w:hAnsi="Courier New"/>
          <w:color w:val="555555"/>
          <w:sz w:val="20"/>
        </w:rPr>
        <w:t>[4 . 180]</w:t>
      </w:r>
    </w:p>
    <w:p>
      <w:r>
        <w:rPr>
          <w:rFonts w:ascii="Gentium Plus" w:hAnsi="Gentium Plus"/>
          <w:sz w:val="24"/>
        </w:rPr>
        <w:t>πάσαι φάρμακα, ἐπιθεῖναι φάρμακα, ἐπιπάσαι. καθᾶραι τὸ ῥερυπω‐ μένον. καὶ δίαιτα δὲ καὶ διαιτῆσαι ἰατρικὸν ἔργον, καὶ καταντλεῖν καὶ καταβρέχειν καὶ καταιονᾶν, καὶ αἰόνησις καὶ καταιόνησις, καὶ καταπλάσαι καὶ ἐπιπλάσαι, καὶ ἐναλεῖψαι καὶ ἐπιγράψαι. Ἀριστο‐</w:t>
      </w:r>
    </w:p>
    <w:p>
      <w:r>
        <w:rPr>
          <w:rFonts w:ascii="Courier New" w:hAnsi="Courier New"/>
          <w:color w:val="555555"/>
          <w:sz w:val="20"/>
        </w:rPr>
        <w:t>[5]</w:t>
      </w:r>
    </w:p>
    <w:p>
      <w:r>
        <w:rPr>
          <w:rFonts w:ascii="Gentium Plus" w:hAnsi="Gentium Plus"/>
          <w:sz w:val="24"/>
        </w:rPr>
        <w:t>φάνης δ’ ἐν τῷ Γήραι φησίν (frg 129 Ko) ὀφθαλμιάσας πέρυσιν εἶτ’ ἔσχον κακῶς κἄπειθ’ ὑπαλειφόμενος παρ’ ἰατρῷ εἰπεῖν δ’ ἔστι καὶ τὸ πῦον, πυῶδες, μυξῶδες ὑγρόν, μελιτῶδες, αἱματῶδες.</w:t>
      </w:r>
    </w:p>
    <w:p>
      <w:r>
        <w:rPr>
          <w:rFonts w:ascii="Courier New" w:hAnsi="Courier New"/>
          <w:color w:val="555555"/>
          <w:sz w:val="20"/>
        </w:rPr>
        <w:t>[4 . 181]</w:t>
      </w:r>
    </w:p>
    <w:p>
      <w:r>
        <w:rPr>
          <w:rFonts w:ascii="Gentium Plus" w:hAnsi="Gentium Plus"/>
          <w:sz w:val="24"/>
        </w:rPr>
        <w:t>καὶ ἐργαλεῖα μὲν ἰατρῶν σμίλη, ψαλίς, τομεύς, ὠτογλυφίς, μήλη, ὑπογραφίς, βελόνη, ξυστήρ, ὀδοντοξέστης, ὀδοντάγρα, εὐδίαιον. καὶ μηλῶσαι τὸ τὴν μήλην καθεῖναι, ὅθεν καὶ Φρύνιχος ὁ κωμι‐ κός (I frg 62 Ko)</w:t>
      </w:r>
    </w:p>
    <w:p>
      <w:r>
        <w:rPr>
          <w:rFonts w:ascii="Courier New" w:hAnsi="Courier New"/>
          <w:color w:val="555555"/>
          <w:sz w:val="20"/>
        </w:rPr>
        <w:t>[5]</w:t>
      </w:r>
    </w:p>
    <w:p>
      <w:r>
        <w:rPr>
          <w:rFonts w:ascii="Gentium Plus" w:hAnsi="Gentium Plus"/>
          <w:sz w:val="24"/>
        </w:rPr>
        <w:t>ἔμει καταμηλῶν· φλέγματος γὰρ εἶ πλέως. ἦ που δὲ καὶ δεσμά, καὶ τελαμῶνες καὶ μότα καὶ μοτῶσαι καὶ</w:t>
      </w:r>
    </w:p>
    <w:p>
      <w:r>
        <w:rPr>
          <w:rFonts w:ascii="Courier New" w:hAnsi="Courier New"/>
          <w:color w:val="555555"/>
          <w:sz w:val="20"/>
        </w:rPr>
        <w:t>[4 . 182]</w:t>
      </w:r>
    </w:p>
    <w:p>
      <w:r>
        <w:rPr>
          <w:rFonts w:ascii="Gentium Plus" w:hAnsi="Gentium Plus"/>
          <w:sz w:val="24"/>
        </w:rPr>
        <w:t>καταπλαστὸν κατὰ Ἀριστοφάνην (Plut 717), ἀφ’ οὗ καὶ τὸ κατα‐ πλασθὲν (?) εἴρηκεν· τὸ γὰρ περιαπτὸν ἀλεξιφάρμακον. καὶ ποδο‐ στράβη δ’ ἡ τὰ στρέμματα κατευθύνουσα ἐν τῇ κωμῳδίᾳ ἐργαλεῖον ἰατρικόν. καὶ λεκάνη, ἧς τὸν πυθμένα Ἄλεξις (II frg 329 Ko)</w:t>
      </w:r>
    </w:p>
    <w:p>
      <w:r>
        <w:rPr>
          <w:rFonts w:ascii="Courier New" w:hAnsi="Courier New"/>
          <w:color w:val="555555"/>
          <w:sz w:val="20"/>
        </w:rPr>
        <w:t>[5]</w:t>
      </w:r>
    </w:p>
    <w:p>
      <w:r>
        <w:rPr>
          <w:rFonts w:ascii="Gentium Plus" w:hAnsi="Gentium Plus"/>
          <w:sz w:val="24"/>
        </w:rPr>
        <w:t>πτερνίδα καλεῖ. καὶ μαχαίρια δ’ ἐκάλουν οἱ νέοι κωμῳδοὶ (III p 467. 327 Ko) †ἐν οἷς ἀπέσχαζον· οὕτω γὰρ ἔλεγον τὸ ἀμύσσειν,</w:t>
      </w:r>
    </w:p>
    <w:p>
      <w:r>
        <w:rPr>
          <w:rFonts w:ascii="Courier New" w:hAnsi="Courier New"/>
          <w:color w:val="555555"/>
          <w:sz w:val="20"/>
        </w:rPr>
        <w:t>[4 . 183]</w:t>
      </w:r>
    </w:p>
    <w:p>
      <w:r>
        <w:rPr>
          <w:rFonts w:ascii="Gentium Plus" w:hAnsi="Gentium Plus"/>
          <w:sz w:val="24"/>
        </w:rPr>
        <w:t>ὃ οἱ νῦν κατασχάζειν. καὶ μὴν καὶ σικύα ἕν τι τῶν ἐργαλείων, ὡς Κράτης ὁ κωμικός (frg 41 Ko) ἀλλὰ σικύαν ποτιβαλῶ σοι καἴ κα λῇς ἀποσχάσω. καὶ κηρωτὴν δ’ ἂν εἴποις ἐπὶ τῶν ἰατρικῶν, Ἀριστοφάνους (Acharn</w:t>
      </w:r>
    </w:p>
    <w:p>
      <w:r>
        <w:rPr>
          <w:rFonts w:ascii="Courier New" w:hAnsi="Courier New"/>
          <w:color w:val="555555"/>
          <w:sz w:val="20"/>
        </w:rPr>
        <w:t>[5]</w:t>
      </w:r>
    </w:p>
    <w:p>
      <w:r>
        <w:rPr>
          <w:rFonts w:ascii="Gentium Plus" w:hAnsi="Gentium Plus"/>
          <w:sz w:val="24"/>
        </w:rPr>
        <w:t>1176) εἰπόντος ὀθόνια, κηρωτὴν παρασκευάζεται. ἐν δ’ Ἀντιφάνους Τραυματίᾳ (II frg 208 Ko) καὶ ταῦτα τῶν ἰατρι‐ κῶν σκευῶν· κατεσκευασμένος λαμπρότατον ἰατρεῖον εὐχάλκοις πάνυ</w:t>
      </w:r>
    </w:p>
    <w:p>
      <w:r>
        <w:rPr>
          <w:rFonts w:ascii="Courier New" w:hAnsi="Courier New"/>
          <w:color w:val="555555"/>
          <w:sz w:val="20"/>
        </w:rPr>
        <w:t>[10]</w:t>
      </w:r>
    </w:p>
    <w:p>
      <w:r>
        <w:rPr>
          <w:rFonts w:ascii="Gentium Plus" w:hAnsi="Gentium Plus"/>
          <w:sz w:val="24"/>
        </w:rPr>
        <w:t>λουτηρίοισιν, ἐξαλείπτροις, κυλιχνίσι, σικύαισιν, ὑποθέτοισιν.</w:t>
      </w:r>
    </w:p>
    <w:p>
      <w:r>
        <w:rPr>
          <w:rFonts w:ascii="Courier New" w:hAnsi="Courier New"/>
          <w:color w:val="555555"/>
          <w:sz w:val="20"/>
        </w:rPr>
        <w:t>[4 . 184]</w:t>
      </w:r>
    </w:p>
    <w:p>
      <w:r>
        <w:rPr>
          <w:rFonts w:ascii="Gentium Plus" w:hAnsi="Gentium Plus"/>
          <w:sz w:val="24"/>
        </w:rPr>
        <w:t>νοσημάτων δ’ ὀνόματα κεφαλαλγία, κεφαλαία, ἡμικραίρα, κάρος, καρηβαρία, ἴλιγγος, σκοτοδινίασις, κεφαλαλγὲς νόσημα, καρηβαρικόν, κεφαλαλγεῖν, καρηβαρεῖν, ἑτερεγκεφαλᾶν, ἰλιγγιᾶν,</w:t>
      </w:r>
    </w:p>
    <w:p>
      <w:r>
        <w:rPr>
          <w:rFonts w:ascii="Courier New" w:hAnsi="Courier New"/>
          <w:color w:val="555555"/>
          <w:sz w:val="20"/>
        </w:rPr>
        <w:t>[5]</w:t>
      </w:r>
    </w:p>
    <w:p>
      <w:r>
        <w:rPr>
          <w:rFonts w:ascii="Gentium Plus" w:hAnsi="Gentium Plus"/>
          <w:sz w:val="24"/>
        </w:rPr>
        <w:t>μιᾶν, οὐκ ἴδιον μὲν γινόμενον ἐν ὀφθαλμοῖς νόσημα, συμβαῖνον δὲ κοιλαίνεσθαι τοὺς ὀφθαλμοὺς ἐξ ἄλλου νοσήματος. οὐδ’ ὑδατοπωτῶν οὐδὲ κοιλοφθαλμιῶν</w:t>
      </w:r>
    </w:p>
    <w:p>
      <w:r>
        <w:rPr>
          <w:rFonts w:ascii="Courier New" w:hAnsi="Courier New"/>
          <w:color w:val="555555"/>
          <w:sz w:val="20"/>
        </w:rPr>
        <w:t>[4 . 185]</w:t>
      </w:r>
    </w:p>
    <w:p>
      <w:r>
        <w:rPr>
          <w:rFonts w:ascii="Gentium Plus" w:hAnsi="Gentium Plus"/>
          <w:sz w:val="24"/>
        </w:rPr>
        <w:t>φησὶν ὁ Κρατῖνος (I frg 288 Ko)· Φρύνιχος δ’ ὁ κωμικὸς (I frg 77 Ko) καὶ τὴν κοιλοφθαλμίαν εἴρηκεν. ἄργεμος, λήμη λημᾶν γλαμᾶν, ἀμβλυώττειν ἀμβλυωπία. ὠταλγία, κατεᾶχθαι τὰ ὦτα, κυψελίδος εἶναι ἔμπλεα, ἑλκῶν, ὑγρότητος. κατάρρους, κόρυζα</w:t>
      </w:r>
    </w:p>
    <w:p>
      <w:r>
        <w:rPr>
          <w:rFonts w:ascii="Courier New" w:hAnsi="Courier New"/>
          <w:color w:val="555555"/>
          <w:sz w:val="20"/>
        </w:rPr>
        <w:t>[5]</w:t>
      </w:r>
    </w:p>
    <w:p>
      <w:r>
        <w:rPr>
          <w:rFonts w:ascii="Gentium Plus" w:hAnsi="Gentium Plus"/>
          <w:sz w:val="24"/>
        </w:rPr>
        <w:t>κορυζᾶν, πταρμός πτάρνυσθαι. στομαλγία στομαλγεῖν, ἡλκῶσθαι τὸ στόμα. γλωσσαλγία γλωσσαλγεῖν· λέγοιτο γὰρ ἂν καὶ ἐπὶ τῶν κατὰ γλῶτταν ἑλκῶν. παροιδαίνειν τὰ παρίσθμια, σταφυλη‐ τομία. βήξ, λύξ, βήττειν, λύττειν, ἐφ’ ὧν τὸ ἀνακογχυλιάσαι.</w:t>
      </w:r>
    </w:p>
    <w:p>
      <w:r>
        <w:rPr>
          <w:rFonts w:ascii="Courier New" w:hAnsi="Courier New"/>
          <w:color w:val="555555"/>
          <w:sz w:val="20"/>
        </w:rPr>
        <w:t>[4 . 186]</w:t>
      </w:r>
    </w:p>
    <w:p>
      <w:r>
        <w:rPr>
          <w:rFonts w:ascii="Gentium Plus" w:hAnsi="Gentium Plus"/>
          <w:sz w:val="24"/>
        </w:rPr>
        <w:t>ἔμπυος, ὑπόπυος. ὕφαιμος ἄναιμος, ἄνικμος, ὑπέρπλεως, ἐξαιμῶν, αἱμόρροια, αἱμόρρυσις. φρίκη, ψυγμός ψῦξις, φρίξ, φρίττειν, ἐψῦχθαι κατεψῦχθαι, ῥῖγος, ἠπίαλος. τοὺς δ’ ἀεὶ ῥιγῶντας οἱ πα‐ λαιοὶ ῥιγωσιβίους ἔλεγον, οὓς οἱ νῦν δυσρίγους. Ἀριστοφάνης δ’ ἐν</w:t>
      </w:r>
    </w:p>
    <w:p>
      <w:r>
        <w:rPr>
          <w:rFonts w:ascii="Courier New" w:hAnsi="Courier New"/>
          <w:color w:val="555555"/>
          <w:sz w:val="20"/>
        </w:rPr>
        <w:t>[5]</w:t>
      </w:r>
    </w:p>
    <w:p>
      <w:r>
        <w:rPr>
          <w:rFonts w:ascii="Gentium Plus" w:hAnsi="Gentium Plus"/>
          <w:sz w:val="24"/>
        </w:rPr>
        <w:t>Βαβυλωνίοις (frg 92 Ko) δύσριγος εἴρηκεν. πυρετός, φλεγμονὴ πυρετοῦ, καταβολή, περίοδος. θέρμα καὶ πῦρ Ἀριστοφάνης (frg 690 Ko) ἔφη· ὁ δ’ ἔχων θέρμαν καὶ πῦρ ἧκεν.</w:t>
      </w:r>
    </w:p>
    <w:p>
      <w:r>
        <w:rPr>
          <w:rFonts w:ascii="Courier New" w:hAnsi="Courier New"/>
          <w:color w:val="555555"/>
          <w:sz w:val="20"/>
        </w:rPr>
        <w:t>[4 . 187]</w:t>
      </w:r>
    </w:p>
    <w:p>
      <w:r>
        <w:rPr>
          <w:rFonts w:ascii="Gentium Plus" w:hAnsi="Gentium Plus"/>
          <w:sz w:val="24"/>
        </w:rPr>
        <w:t>εἶδος δὲ πυρετοῦ καὶ καῦσος. φῦσα, διάρροια, ἄκρατος δυσεντε‐ ρία. καρδιώττειν, σπληνιᾶν, λιθιᾶν, περιπνευμονιᾶν. νεφρῖτις, πλευρῖτις, ἐπηλυσία. καὶ στραγγουρία ὡς Ἀριστοφάνης ἐν Κωκάλῳ</w:t>
      </w:r>
    </w:p>
    <w:p>
      <w:r>
        <w:rPr>
          <w:rFonts w:ascii="Courier New" w:hAnsi="Courier New"/>
          <w:color w:val="555555"/>
          <w:sz w:val="20"/>
        </w:rPr>
        <w:t>[5]</w:t>
      </w:r>
    </w:p>
    <w:p>
      <w:r>
        <w:rPr>
          <w:rFonts w:ascii="Gentium Plus" w:hAnsi="Gentium Plus"/>
          <w:sz w:val="24"/>
        </w:rPr>
        <w:t>σθαι ὑπερωγκῶσθαι. ὠχρός, ὠχρίασις. ἴκτερος, ἰκτεριᾶν. φθόη, φθίσις, φθίνειν, τῆξις, φθινὰς νόσος, τηκεδών, ἐκτετηκέναι, ἐξερρι‐ νῆσθαι κατερρινῆσθαι. ὀστοῦ θραῦσις, κλάσις. ὀστοῦν κατεᾶχθαι,</w:t>
      </w:r>
    </w:p>
    <w:p>
      <w:r>
        <w:rPr>
          <w:rFonts w:ascii="Courier New" w:hAnsi="Courier New"/>
          <w:color w:val="555555"/>
          <w:sz w:val="20"/>
        </w:rPr>
        <w:t>[4 . 188]</w:t>
      </w:r>
    </w:p>
    <w:p>
      <w:r>
        <w:rPr>
          <w:rFonts w:ascii="Gentium Plus" w:hAnsi="Gentium Plus"/>
          <w:sz w:val="24"/>
        </w:rPr>
        <w:t>συντετρῖφθαι. ἄρθρον ἐκχωρῆσαι, ἄρθρον παραιωρεῖσθαι. πηρός, πήρωσις, πεπηρῶσθαι. χωλός, χωλεία, ἀποκεχωλῶσθαι. Εὔπολις (frg 343 Ko) δὲ καὶ τὸν τὴν χεῖρα πεπηρωμένον χωλὸν εἴρηκεν· ὅτι χωλός ἐστι τὴν ἑτέραν χεῖρ’ εὖ σφόδρα.</w:t>
      </w:r>
    </w:p>
    <w:p>
      <w:r>
        <w:rPr>
          <w:rFonts w:ascii="Courier New" w:hAnsi="Courier New"/>
          <w:color w:val="555555"/>
          <w:sz w:val="20"/>
        </w:rPr>
        <w:t>[5]</w:t>
      </w:r>
    </w:p>
    <w:p>
      <w:r>
        <w:rPr>
          <w:rFonts w:ascii="Gentium Plus" w:hAnsi="Gentium Plus"/>
          <w:sz w:val="24"/>
        </w:rPr>
        <w:t>οὗ τὸ ἐναντίον ἐπὶ ποδὸς Ἀριστοφάνης (Av 1379) κυλλόν· τί δεῦρο πόδα σὺ κυλλὸν ἀνὰ κύκλον κυκλεῖς; τὸν ὀφθαλμὸν ἐκκεκόφθαι, ἐξορωρύχθαι, κεκενῶσθαι, ἀπεσβέσθαι τὴν γλήνην. τὴν κλεῖν κατεαγέναι. τραύματα τραυματίας,</w:t>
      </w:r>
    </w:p>
    <w:p>
      <w:r>
        <w:rPr>
          <w:rFonts w:ascii="Courier New" w:hAnsi="Courier New"/>
          <w:color w:val="555555"/>
          <w:sz w:val="20"/>
        </w:rPr>
        <w:t>[4 . 189]</w:t>
      </w:r>
    </w:p>
    <w:p>
      <w:r>
        <w:rPr>
          <w:rFonts w:ascii="Gentium Plus" w:hAnsi="Gentium Plus"/>
          <w:sz w:val="24"/>
        </w:rPr>
        <w:t>τετρῶσθαι· καὶ ‘τραυματισθεισῶν τῶν νεῶν‘ ἐκ μεταφορᾶς φησι Θου‐ κυδίδης (I 50. 5 saep), ὥστ’ εἴη ἂν καὶ τὸ τραυματίζεσθαι. ἐπιπολῆς τετρῶσθαι, διὰ βάθους, διαμπάξ, διαμπερές. καίριον τραῦμα, καιρία πληγή, σῦριγξ, ἕλκος, ὠτειλή, οὐλή. ποδάγρα, ποδαγρᾶν, ποδ‐</w:t>
      </w:r>
    </w:p>
    <w:p>
      <w:r>
        <w:rPr>
          <w:rFonts w:ascii="Courier New" w:hAnsi="Courier New"/>
          <w:color w:val="555555"/>
          <w:sz w:val="20"/>
        </w:rPr>
        <w:t>[5]</w:t>
      </w:r>
    </w:p>
    <w:p>
      <w:r>
        <w:rPr>
          <w:rFonts w:ascii="Gentium Plus" w:hAnsi="Gentium Plus"/>
          <w:sz w:val="24"/>
        </w:rPr>
        <w:t>αλγία ποδαλγεῖν, καὶ ἀνὴρ ποδαλγής. τάχα δ’ ἂν τοῖς ἰατρικοῖς προσήκοι τὸ ἀλγεῖν, ἀλγεινόν ἐπαλγές, ὀδυνᾶσθαι ὀδυνηρόν ἐπώ‐ δυνον, ἀφ’ οὗ καὶ ὀδυνήφατα φάρμακα Ὅμηρος (E 900). καὶ σφύζειν καὶ σφακελίζειν σφαδᾴζειν καὶ σφακελισμός, σφαδᾳσ‐ μός, καὶ ὅσα ἄλλα ὑπὸ τῶν ἰατρῶν ὠνόμασται.</w:t>
      </w:r>
    </w:p>
    <w:p>
      <w:r>
        <w:rPr>
          <w:rFonts w:ascii="Courier New" w:hAnsi="Courier New"/>
          <w:color w:val="555555"/>
          <w:sz w:val="20"/>
        </w:rPr>
        <w:t>[4 . 190]</w:t>
      </w:r>
    </w:p>
    <w:p>
      <w:r>
        <w:rPr>
          <w:rFonts w:ascii="Gentium Plus" w:hAnsi="Gentium Plus"/>
          <w:sz w:val="24"/>
        </w:rPr>
        <w:t>νοσήματα ἔξωθεν ἐπιφαινόμενα τοῖς σώμασι φλεγμονή, οἴδημα, ἐκφύσημα, σκλήρωμα. ἕλκος, καθαρὸν ἕλκος, ἀπόστημα. ἀκάθαρτον ἕλκος, ἐσχάρα, διεφθορὸς ἕλκος, ἐφελκίς. καλεῖται δὲ</w:t>
      </w:r>
    </w:p>
    <w:p>
      <w:r>
        <w:rPr>
          <w:rFonts w:ascii="Courier New" w:hAnsi="Courier New"/>
          <w:color w:val="555555"/>
          <w:sz w:val="20"/>
        </w:rPr>
        <w:t>[5]</w:t>
      </w:r>
    </w:p>
    <w:p>
      <w:r>
        <w:rPr>
          <w:rFonts w:ascii="Gentium Plus" w:hAnsi="Gentium Plus"/>
          <w:sz w:val="24"/>
        </w:rPr>
        <w:t>νεῦρα. καλεῖται δὲ καὶ ῥεῦμα ὕδωρ, ὅ ἐστιν ὑδατώδης ἰχώρ, ὅταν ἤδη τὰ ἕλκη καθαίρηται. δοθιὴν φῦμα περιφερές, ἀπόστημα μι‐ κρόν, πυῶδες κατὰ τὴν τομήν. τέρμινθος φῦμα φλύκταιναν ἔχον.</w:t>
      </w:r>
    </w:p>
    <w:p>
      <w:r>
        <w:rPr>
          <w:rFonts w:ascii="Courier New" w:hAnsi="Courier New"/>
          <w:color w:val="555555"/>
          <w:sz w:val="20"/>
        </w:rPr>
        <w:t>[4 . 191]</w:t>
      </w:r>
    </w:p>
    <w:p>
      <w:r>
        <w:rPr>
          <w:rFonts w:ascii="Gentium Plus" w:hAnsi="Gentium Plus"/>
          <w:sz w:val="24"/>
        </w:rPr>
        <w:t>φύγετρον φῦμα περὶ βουβῶνα μετὰ πυρετοῦ. φλυκτὶς φλύκταινα ἐπιμήκης, μάλιστα περὶ βουβῶνας καὶ μασχάλας. ὑπόνομον ἕλκος, ὃ καὶ βάθος ἔχει καὶ κόλπους. ὑπερσαρκοῦν ἕλκος. ἀφρῶδες ἕλκος, ᾧ ἐπανθεῖ λευκότης τις ἢ μελανία. τύλωσις, ὅταν σκληρὸν ᾖ καὶ</w:t>
      </w:r>
    </w:p>
    <w:p>
      <w:r>
        <w:rPr>
          <w:rFonts w:ascii="Courier New" w:hAnsi="Courier New"/>
          <w:color w:val="555555"/>
          <w:sz w:val="20"/>
        </w:rPr>
        <w:t>[5]</w:t>
      </w:r>
    </w:p>
    <w:p>
      <w:r>
        <w:rPr>
          <w:rFonts w:ascii="Gentium Plus" w:hAnsi="Gentium Plus"/>
          <w:sz w:val="24"/>
        </w:rPr>
        <w:t>λευκότερον ἢ ὑποπέλιδνον τὸ ἕλκος. μυδὼν σὰρξ σομφή. σῦριγξ ἕλκος στενὸν πρόμηκες, ἔσωθεν μὲν μυξώδει σαρκὶ ἔξωθεν δὲ τυ‐</w:t>
      </w:r>
    </w:p>
    <w:p>
      <w:r>
        <w:rPr>
          <w:rFonts w:ascii="Courier New" w:hAnsi="Courier New"/>
          <w:color w:val="555555"/>
          <w:sz w:val="20"/>
        </w:rPr>
        <w:t>[4 . 192]</w:t>
      </w:r>
    </w:p>
    <w:p>
      <w:r>
        <w:rPr>
          <w:rFonts w:ascii="Gentium Plus" w:hAnsi="Gentium Plus"/>
          <w:sz w:val="24"/>
        </w:rPr>
        <w:t>λώδει κατειλημένον. ἄνθραξ ἐσχάρα ὑποπέλιδνος ἢ λευκὴ ἢ ὕπωχρος, φλύκταιναν ἔχουσα καὶ ἐρύθημα καὶ ἀλγηδόνα σύντονον. τερηδὼν ὀστῶν φθορὰ ἀπροφάσιστος, μάλιστα περὶ τὴν κεφαλήν. ἀχὼρ ἕλκος περὶ τὰ τετριχωμένα, οὗ τὸ ὑγρὸν φθείρει τὰς τρίχας.</w:t>
      </w:r>
    </w:p>
    <w:p>
      <w:r>
        <w:rPr>
          <w:rFonts w:ascii="Courier New" w:hAnsi="Courier New"/>
          <w:color w:val="555555"/>
          <w:sz w:val="20"/>
        </w:rPr>
        <w:t>[5]</w:t>
      </w:r>
    </w:p>
    <w:p>
      <w:r>
        <w:rPr>
          <w:rFonts w:ascii="Gentium Plus" w:hAnsi="Gentium Plus"/>
          <w:sz w:val="24"/>
        </w:rPr>
        <w:t>πιτυρίασις ἐοικός τι πιτύροις· συνίσταται δ’ ὅπου τρίχες. ἀλω‐ πεκία ψίλωσις τριχῶν ἀπροφάσιστος, μάλιστα περὶ τὴν κεφαλήν. ὄφις ψίλωσις τριχῶν περιλαμβάνουσα τὴν κεφαλὴν στεφάνου δίκην, μάλιστα δ’ ἐπὶ παιδίων, ἔσθ’ ὅτε καὶ τὰ ὄμματα φθείρουσα.</w:t>
      </w:r>
    </w:p>
    <w:p>
      <w:r>
        <w:rPr>
          <w:rFonts w:ascii="Courier New" w:hAnsi="Courier New"/>
          <w:color w:val="555555"/>
          <w:sz w:val="20"/>
        </w:rPr>
        <w:t>[4 . 193]</w:t>
      </w:r>
    </w:p>
    <w:p>
      <w:r>
        <w:rPr>
          <w:rFonts w:ascii="Gentium Plus" w:hAnsi="Gentium Plus"/>
          <w:sz w:val="24"/>
        </w:rPr>
        <w:t>ἀλφὸς μέλας ἐπιδρομὴ σκιώδης ἐπιπόλαιος εὐίατος· ἀλφὸς λευκὸς λευκότης ἐπιτρέχουσα τῇ ἐπιδερματίδι αὐχμηρὰ δυσίατος. λεύκη, ὅταν ἐπιτείνῃ ἡ λευκότης καὶ φύσῃ τρίχωσιν λευκήν· εἰ δὲ κεντή‐</w:t>
      </w:r>
    </w:p>
    <w:p>
      <w:r>
        <w:rPr>
          <w:rFonts w:ascii="Courier New" w:hAnsi="Courier New"/>
          <w:color w:val="555555"/>
          <w:sz w:val="20"/>
        </w:rPr>
        <w:t>[5]</w:t>
      </w:r>
    </w:p>
    <w:p>
      <w:r>
        <w:rPr>
          <w:rFonts w:ascii="Gentium Plus" w:hAnsi="Gentium Plus"/>
          <w:sz w:val="24"/>
        </w:rPr>
        <w:t>τοῖς χείλεσιν οἷον ἁλὸς ἄχνη. λειχὴν ἄγριος, τραχύς, δυσίατος, ἀνώμαλος. λέπρα λειχῆνες τραχεῖς, πολλοί, ἑλκώδεις, λεπιδωτοί,</w:t>
      </w:r>
    </w:p>
    <w:p>
      <w:r>
        <w:rPr>
          <w:rFonts w:ascii="Courier New" w:hAnsi="Courier New"/>
          <w:color w:val="555555"/>
          <w:sz w:val="20"/>
        </w:rPr>
        <w:t>[4 . 194]</w:t>
      </w:r>
    </w:p>
    <w:p>
      <w:r>
        <w:rPr>
          <w:rFonts w:ascii="Gentium Plus" w:hAnsi="Gentium Plus"/>
          <w:sz w:val="24"/>
        </w:rPr>
        <w:t>ὑπόπυρροι ἢ ὑπέρυθροι ἢ ὑπόλευκοι, δυσίατοι· φθείρουσι δὲ καὶ τοὺς ὄνυχας. ψώρα ἑλκώδης, ὑπέρυθρος, ἐξανθήσεις ἔχουσα ἐν αὑτῇ. ψυδράκια πυώδη ἐξανθήματα, αὐτόματα, ἑλκώδη ἐν ἐπιφανείᾳ. ὑπέρυθρον ῥεῦμα, δυσώδης διάθεσις, ὑγρασίαν ἀφιεῖσα. ἔφηλις</w:t>
      </w:r>
    </w:p>
    <w:p>
      <w:r>
        <w:rPr>
          <w:rFonts w:ascii="Courier New" w:hAnsi="Courier New"/>
          <w:color w:val="555555"/>
          <w:sz w:val="20"/>
        </w:rPr>
        <w:t>[5]</w:t>
      </w:r>
    </w:p>
    <w:p>
      <w:r>
        <w:rPr>
          <w:rFonts w:ascii="Gentium Plus" w:hAnsi="Gentium Plus"/>
          <w:sz w:val="24"/>
        </w:rPr>
        <w:t>πάθος ἐν προσώπῳ, ὑποπέλιδνος ἐπιδρομή, ἀφανίζουσα τὸ κατὰ φύσιν χρῶμα. ἴονθοι ἀνθήματα ψυδρακίοις ἐοικότα περὶ τῷ προσώπῳ, σημεῖον ἀκμῆς, ψυδράκια μικρά, φλύκταιναι ὑπόπυοι. φακὸς ὅμοιόν τι τῷ ὀσπρίῳ, συγγενὲς ἢ ἐπιγενές. θύμος ὑπέρυθρος ἔκφυσις, τραχεῖα, ἔναιμος, δυσαφαίρετος, μάλιστα περὶ αἰδοῖα καὶ δακτύλιον</w:t>
      </w:r>
    </w:p>
    <w:p>
      <w:r>
        <w:rPr>
          <w:rFonts w:ascii="Courier New" w:hAnsi="Courier New"/>
          <w:color w:val="555555"/>
          <w:sz w:val="20"/>
        </w:rPr>
        <w:t>[4 . 195]</w:t>
      </w:r>
    </w:p>
    <w:p>
      <w:r>
        <w:rPr>
          <w:rFonts w:ascii="Gentium Plus" w:hAnsi="Gentium Plus"/>
          <w:sz w:val="24"/>
        </w:rPr>
        <w:t>καὶ παραμήρια, ἔστι δ’ ὅτε καὶ ἐν προσώπῳ. ἀκροχορδὼν ἀπὸ μὲν τῆς ῥίζης λεπτὴ ἔκφυσις, περὶ δὲ τὸ ἄκρον παχυνομένη, μάλιστα ἐπὶ παιδίων. μυρμηκία ἔκφυσις στερεὰ καὶ τραχεῖα, τυλώδης, ἔναιμος, περὶ τὰ ἄκρα καὶ τὰ ἔσω τῆς χειρός. ἧλος συστροφὴ τυλώδης</w:t>
      </w:r>
    </w:p>
    <w:p>
      <w:r>
        <w:rPr>
          <w:rFonts w:ascii="Courier New" w:hAnsi="Courier New"/>
          <w:color w:val="555555"/>
          <w:sz w:val="20"/>
        </w:rPr>
        <w:t>[5]</w:t>
      </w:r>
    </w:p>
    <w:p>
      <w:r>
        <w:rPr>
          <w:rFonts w:ascii="Gentium Plus" w:hAnsi="Gentium Plus"/>
          <w:sz w:val="24"/>
        </w:rPr>
        <w:t>περιφερὴς ὕπωχρος, ἡλοειδής ὅτι ἄνωθεν μὲν εὐρύνεται, περὶ δὲ τὴν</w:t>
      </w:r>
    </w:p>
    <w:p>
      <w:r>
        <w:rPr>
          <w:rFonts w:ascii="Courier New" w:hAnsi="Courier New"/>
          <w:color w:val="555555"/>
          <w:sz w:val="20"/>
        </w:rPr>
        <w:t>[4 . 196]</w:t>
      </w:r>
    </w:p>
    <w:p>
      <w:r>
        <w:rPr>
          <w:rFonts w:ascii="Gentium Plus" w:hAnsi="Gentium Plus"/>
          <w:sz w:val="24"/>
        </w:rPr>
        <w:t>σάρκα ἀποστενοῦται, μάλιστα περὶ τὰ ἴχνη. χειρώνιον ἕλκος χρόνιον, δυσούλωτον, χείλη σκληρά, τυλώδης σάρξ, ὑποπέλιδνος, ἐν κνήμαις καὶ ποσίν. λεπὶς τοῖς ἐν πεδίῳ ἕλκεσιν ὁμοία τῇ θαλαττίᾳ ἐπι‐ πήγνυται, ἣν δεῖ τῆς θεραπείας προαφελεῖν. κιρσὸς ἢ κριξὸς οἴδημα</w:t>
      </w:r>
    </w:p>
    <w:p>
      <w:r>
        <w:rPr>
          <w:rFonts w:ascii="Courier New" w:hAnsi="Courier New"/>
          <w:color w:val="555555"/>
          <w:sz w:val="20"/>
        </w:rPr>
        <w:t>[5]</w:t>
      </w:r>
    </w:p>
    <w:p>
      <w:r>
        <w:rPr>
          <w:rFonts w:ascii="Gentium Plus" w:hAnsi="Gentium Plus"/>
          <w:sz w:val="24"/>
        </w:rPr>
        <w:t>φλεβῶν περὶ κνήμας, ποδὸς πεδίον, ἐπιγάστριον, μηρούς, ὄσχεον· καλεῖται δὲ καὶ ἰξία ἀπὸ τῶν ἐν ταῖς πίτυσι τῆς πίττης ὁμοίων συστροφῶν, ἀφ’ ὧν καὶ ὁ ἰξός. ἀγκύλη σκληρότης τυλώδης ἐν ἄρθροις, μάλιστα ἐν δακτύλοις χειρῶν κατὰ τὸ ἐντός· ἐπικάμπτει δὲ</w:t>
      </w:r>
    </w:p>
    <w:p>
      <w:r>
        <w:rPr>
          <w:rFonts w:ascii="Courier New" w:hAnsi="Courier New"/>
          <w:color w:val="555555"/>
          <w:sz w:val="20"/>
        </w:rPr>
        <w:t>[4 . 197]</w:t>
      </w:r>
    </w:p>
    <w:p>
      <w:r>
        <w:rPr>
          <w:rFonts w:ascii="Gentium Plus" w:hAnsi="Gentium Plus"/>
          <w:sz w:val="24"/>
        </w:rPr>
        <w:t>τοὺς δακτύλους, γίνεται δ’ ἔστιν ὅτε καὶ περὶ ἀγκῶνας καὶ γόνατα.</w:t>
      </w:r>
    </w:p>
    <w:p>
      <w:r>
        <w:rPr>
          <w:rFonts w:ascii="Courier New" w:hAnsi="Courier New"/>
          <w:color w:val="555555"/>
          <w:sz w:val="20"/>
        </w:rPr>
        <w:t>[5]</w:t>
      </w:r>
    </w:p>
    <w:p>
      <w:r>
        <w:rPr>
          <w:rFonts w:ascii="Gentium Plus" w:hAnsi="Gentium Plus"/>
          <w:sz w:val="24"/>
        </w:rPr>
        <w:t>ἑλμίνθια, γίνεται δὲ περὶ ἄρθρα καὶ κεφαλήν. μελικηρὶς ἀπόστημα</w:t>
      </w:r>
    </w:p>
    <w:p>
      <w:r>
        <w:rPr>
          <w:rFonts w:ascii="Courier New" w:hAnsi="Courier New"/>
          <w:color w:val="555555"/>
          <w:sz w:val="20"/>
        </w:rPr>
        <w:t>[4 . 198]</w:t>
      </w:r>
    </w:p>
    <w:p>
      <w:r>
        <w:rPr>
          <w:rFonts w:ascii="Gentium Plus" w:hAnsi="Gentium Plus"/>
          <w:sz w:val="24"/>
        </w:rPr>
        <w:t>ἔχον μελιτῶδες ὑγρόν, ἐν ἀγκῶσι καὶ γόνασι, πολλάκις δὲ καὶ ἐν ἄλ‐ λοις ἄρθροις καὶ περὶ στόματι. χάλαζα συστροφαὶ βουβωνοειδεῖς ὑπὸ τῷ δέρματι, κατὰ κύαμον Αἰγύπτιον, ἐπαλγεῖς προσαψαμένῳ. καρκίνωμα σκλήρωμα μετὰ φλεγμονῆς ἐπαλγές, ἔστιν ὅτε ἑλκούμενον,</w:t>
      </w:r>
    </w:p>
    <w:p>
      <w:r>
        <w:rPr>
          <w:rFonts w:ascii="Courier New" w:hAnsi="Courier New"/>
          <w:color w:val="555555"/>
          <w:sz w:val="20"/>
        </w:rPr>
        <w:t>[5]</w:t>
      </w:r>
    </w:p>
    <w:p>
      <w:r>
        <w:rPr>
          <w:rFonts w:ascii="Gentium Plus" w:hAnsi="Gentium Plus"/>
          <w:sz w:val="24"/>
        </w:rPr>
        <w:t>ὑπέρυθρον ἢ πελιδνόν· συμπεφύκασι δ’ αὐτῷ ὡς τὸ πολὺ φλέβες ἢ τρίχες· αἱμορραγοῦν, ἀθεράπευτον. κρυπτὸν καρκίνωμα, ὅταν μὴ ᾖ ὑπερφανές, τὰ δ’ ἄλλα ὅμοιον. χηλαὶ ἢ φύσιγγες ῥαγάδες πτερνῶν</w:t>
      </w:r>
    </w:p>
    <w:p>
      <w:r>
        <w:rPr>
          <w:rFonts w:ascii="Courier New" w:hAnsi="Courier New"/>
          <w:color w:val="555555"/>
          <w:sz w:val="20"/>
        </w:rPr>
        <w:t>[4 . 199]</w:t>
      </w:r>
    </w:p>
    <w:p>
      <w:r>
        <w:rPr>
          <w:rFonts w:ascii="Gentium Plus" w:hAnsi="Gentium Plus"/>
          <w:sz w:val="24"/>
        </w:rPr>
        <w:t>ποδῶν αἰδοίου. παρουλὶς οὔλων ἀπόστασις, ἐπουλὶς ὑπὸ τὸν σω‐ φρονιστῆρα ἐπίφυσις. ὑπογλωττὶς ἀπόστασις ὑπὸ γλώττῃ. αὖον ἀπόστασις περὶ τὴν ἔκφυσιν τοῦ στομάχου, κατὰ τὸ ἄνω τῆς φά‐ ρυγγος μέρος, κνησμώδης πρὶν ῥαγῆναι. συνάγχη φλεγμονὴ περὶ</w:t>
      </w:r>
    </w:p>
    <w:p>
      <w:r>
        <w:rPr>
          <w:rFonts w:ascii="Courier New" w:hAnsi="Courier New"/>
          <w:color w:val="555555"/>
          <w:sz w:val="20"/>
        </w:rPr>
        <w:t>[5]</w:t>
      </w:r>
    </w:p>
    <w:p>
      <w:r>
        <w:rPr>
          <w:rFonts w:ascii="Gentium Plus" w:hAnsi="Gentium Plus"/>
          <w:sz w:val="24"/>
        </w:rPr>
        <w:t>ἐπιγλωσσίδα καὶ φάρυγγα σύντονος ὀδυνηρά· κυνάγχη πνιγμὸς ὑπὸ νύκτα γινόμενος ἐπενεχθέντος ἐπὶ βρόγχον ὑγροῦ παχέος καὶ γλί‐</w:t>
      </w:r>
    </w:p>
    <w:p>
      <w:r>
        <w:rPr>
          <w:rFonts w:ascii="Courier New" w:hAnsi="Courier New"/>
          <w:color w:val="555555"/>
          <w:sz w:val="20"/>
        </w:rPr>
        <w:t>[4 . 200]</w:t>
      </w:r>
    </w:p>
    <w:p>
      <w:r>
        <w:rPr>
          <w:rFonts w:ascii="Gentium Plus" w:hAnsi="Gentium Plus"/>
          <w:sz w:val="24"/>
        </w:rPr>
        <w:t>σχρου, μάλιστα ἐπὶ παιδίων. ἀγχόνη πυώδης ἀπόστασις μεταξὺ ἐπι‐ γλωττίδος καὶ ῥίζης γλώττης. παρίσθμια φλεγμονὴ περὶ τὰ μῆλα καὶ ἕλκωσις καὶ ἀπόστασις. ἄφθα ἕλκωσις ἐπιπολῆς λευκαίνουσα γλῶτταν ἢ παρίσθμια ἢ κίονα ἢ φάρυγγα, ἔσθ’ ὅτε μέντοι καὶ με‐</w:t>
      </w:r>
    </w:p>
    <w:p>
      <w:r>
        <w:rPr>
          <w:rFonts w:ascii="Courier New" w:hAnsi="Courier New"/>
          <w:color w:val="555555"/>
          <w:sz w:val="20"/>
        </w:rPr>
        <w:t>[5]</w:t>
      </w:r>
    </w:p>
    <w:p>
      <w:r>
        <w:rPr>
          <w:rFonts w:ascii="Gentium Plus" w:hAnsi="Gentium Plus"/>
          <w:sz w:val="24"/>
        </w:rPr>
        <w:t>λαίνουσα· πλεονάζει δ’ ἐπὶ παιδίων. σταφυλὴ περὶ τὸν κίονα μηκυ‐ νομένη καὶ ὠχριῶσα, ῥαγὶ παραπλήσιος. σῦκον σὰρξ ἑλκώσει ἐπανθοῦσα,</w:t>
      </w:r>
    </w:p>
    <w:p>
      <w:r>
        <w:rPr>
          <w:rFonts w:ascii="Courier New" w:hAnsi="Courier New"/>
          <w:color w:val="555555"/>
          <w:sz w:val="20"/>
        </w:rPr>
        <w:t>[4 . 201]</w:t>
      </w:r>
    </w:p>
    <w:p>
      <w:r>
        <w:rPr>
          <w:rFonts w:ascii="Gentium Plus" w:hAnsi="Gentium Plus"/>
          <w:sz w:val="24"/>
        </w:rPr>
        <w:t>ἄνωθεν πλατυνομένη, ἐπίπονος, βουβῶνας ἐγείρουσα. τηνεσμὸς βα‐ ρύτης καὶ φλεγμονὴ ἀνοιδαίνοντος τοῦ δακτυλίου, μυξώδη ὑγρὰ ἢ αἱματώδη καταφέρουσα· ποιεῖ δὲ καὶ δυσουρίαν. κηρίον περὶ τῷ στήθει ἢ τοῖς νώτοις ἀπόστημα φλεγμαῖνον, πολύστομον, ἀφιὲν μελι‐</w:t>
      </w:r>
    </w:p>
    <w:p>
      <w:r>
        <w:rPr>
          <w:rFonts w:ascii="Courier New" w:hAnsi="Courier New"/>
          <w:color w:val="555555"/>
          <w:sz w:val="20"/>
        </w:rPr>
        <w:t>[5]</w:t>
      </w:r>
    </w:p>
    <w:p>
      <w:r>
        <w:rPr>
          <w:rFonts w:ascii="Gentium Plus" w:hAnsi="Gentium Plus"/>
          <w:sz w:val="24"/>
        </w:rPr>
        <w:t>τῶδες ὑγρόν, ἔχον ἐν τῷ βάθει σάρκα ὕπωχρον διεφθαρμένην. χοι‐</w:t>
      </w:r>
    </w:p>
    <w:p>
      <w:r>
        <w:rPr>
          <w:rFonts w:ascii="Courier New" w:hAnsi="Courier New"/>
          <w:color w:val="555555"/>
          <w:sz w:val="20"/>
        </w:rPr>
        <w:t>[4 . 202]</w:t>
      </w:r>
    </w:p>
    <w:p>
      <w:r>
        <w:rPr>
          <w:rFonts w:ascii="Gentium Plus" w:hAnsi="Gentium Plus"/>
          <w:sz w:val="24"/>
        </w:rPr>
        <w:t>ἐοικυῖαι φλεγμοναί, εἰς πῦον τρεπόμεναι. χίμετλα γίνεται μὲν ὑπὸ κρύους ἐπὶ δακτύλοις καὶ ἴχνεσι ποδῶν καὶ χερσί, μάλιστα ἐπὶ παιδίων, ἑλκώδεις φλεγμοναί. ἐρυσίπελας μώλωψ ἐρυθρὸς ἐπίπονος ἔμπυρος, ἔσθ’ ὅτε καὶ φλυκταινώδης. ἱδρῶα ἐξανθήματα θερινά.</w:t>
      </w:r>
    </w:p>
    <w:p>
      <w:r>
        <w:rPr>
          <w:rFonts w:ascii="Courier New" w:hAnsi="Courier New"/>
          <w:color w:val="555555"/>
          <w:sz w:val="20"/>
        </w:rPr>
        <w:t>[5]</w:t>
      </w:r>
    </w:p>
    <w:p>
      <w:r>
        <w:rPr>
          <w:rFonts w:ascii="Gentium Plus" w:hAnsi="Gentium Plus"/>
          <w:sz w:val="24"/>
        </w:rPr>
        <w:t>βουβὼν περὶ βουβῶνας οἴδημα μετὰ φλεγμονῆς. αἱμορροῒς γίνεται μὲν κατὰ τὴν ἕδραν ἐντός, ἔστι δ’ ὁμοία μόροις ὠμοῖς· πολλάκις δὲ καὶ ὑπεροχῆς ἄνευ γίνεται ῥαγὰς αἱμορραγοῦσα. τυφλὴ αἱμορ‐ ροῒς οἴδημα λεῖον ἐρυθρόν, ἐντὸς τῆς ἕδρας, οὕτω κληθὲν ἐπεὶ ἔσθ’</w:t>
      </w:r>
    </w:p>
    <w:p>
      <w:r>
        <w:rPr>
          <w:rFonts w:ascii="Courier New" w:hAnsi="Courier New"/>
          <w:color w:val="555555"/>
          <w:sz w:val="20"/>
        </w:rPr>
        <w:t>[4 . 203]</w:t>
      </w:r>
    </w:p>
    <w:p>
      <w:r>
        <w:rPr>
          <w:rFonts w:ascii="Gentium Plus" w:hAnsi="Gentium Plus"/>
          <w:sz w:val="24"/>
        </w:rPr>
        <w:t>ὅτε οὐχ αἱμορροεῖ. κονδύλωμα περὶ τὴν στεφάνην τοῦ δακτυλίου εὐίατον οἴδημα. συκαῖ περὶ τὴν ἕδραν κονδυλώματα μεγάλα, οὐκ ἐπίπονα. ἐντεροκήλη ὀλίσθημα ἐντέρου εἰς τὸν ὄσχεον, εἰς ὄγκον αἰρόμενον· ὑδροκήλη περὶ θατέρῳ τῶν διδύμων ὑδατώδης συλλογή,</w:t>
      </w:r>
    </w:p>
    <w:p>
      <w:r>
        <w:rPr>
          <w:rFonts w:ascii="Courier New" w:hAnsi="Courier New"/>
          <w:color w:val="555555"/>
          <w:sz w:val="20"/>
        </w:rPr>
        <w:t>[5]</w:t>
      </w:r>
    </w:p>
    <w:p>
      <w:r>
        <w:rPr>
          <w:rFonts w:ascii="Gentium Plus" w:hAnsi="Gentium Plus"/>
          <w:sz w:val="24"/>
        </w:rPr>
        <w:t>μεταξὺ τοῦ δευτέρου καὶ τετάρτου ὑμένος· πωροκήλη πώρωμα περὶ τὸν ὄσχεον ἐξ ἀποστήματος, σαρκοκήλη σκιρώδης καὶ παχεῖα ἐπ’ ὀσχέῳ</w:t>
      </w:r>
    </w:p>
    <w:p>
      <w:r>
        <w:rPr>
          <w:rFonts w:ascii="Courier New" w:hAnsi="Courier New"/>
          <w:color w:val="555555"/>
          <w:sz w:val="20"/>
        </w:rPr>
        <w:t>[4 . 204]</w:t>
      </w:r>
    </w:p>
    <w:p>
      <w:r>
        <w:rPr>
          <w:rFonts w:ascii="Gentium Plus" w:hAnsi="Gentium Plus"/>
          <w:sz w:val="24"/>
        </w:rPr>
        <w:t>διάθεσις. στεάτωμα πιμελῆς παραρροὴ ὑπὸ τῷ δέρματι. λοιμώδη ἕλκη περὶ τὰ παρίσθμια καὶ τὴν σταφυλήν. ἐσχάρωσις νομὴ δύσχρους, εἰς τὴν φάρυγγα καὶ τὴν ἀρτηρίαν καὶ τὸν στόμαχον καταφερομένη μετὰ τοῦ ἀνοιδαίνειν τὸν τράχηλον. περιγραφὴ περί τι μέρος τοῦ</w:t>
      </w:r>
    </w:p>
    <w:p>
      <w:r>
        <w:rPr>
          <w:rFonts w:ascii="Courier New" w:hAnsi="Courier New"/>
          <w:color w:val="555555"/>
          <w:sz w:val="20"/>
        </w:rPr>
        <w:t>[5]</w:t>
      </w:r>
    </w:p>
    <w:p>
      <w:r>
        <w:rPr>
          <w:rFonts w:ascii="Gentium Plus" w:hAnsi="Gentium Plus"/>
          <w:sz w:val="24"/>
        </w:rPr>
        <w:t>σώματος στενότης ἄπονος, μέλαινα ὑπέρυθρος ἢ πελιδνή, ψιλὴ ἢ τετριχωμένη. πῶλυψ σὰρξ ῥινὶ ἐπιφυομένη, μυξῶδες ὑγρὸν ἀφιεῖσα, ἐπιφράττουσα τὴν ἀναπνοήν. ὄζαινα ἕλκωσις ἐν τῷ βάθει τῶν μυκτή‐ ρων μέχρι τῶν καλουμένων ἡθμοειδῶν σαρκῶν, πυῶδες καὶ δυσῶδες</w:t>
      </w:r>
    </w:p>
    <w:p>
      <w:r>
        <w:rPr>
          <w:rFonts w:ascii="Courier New" w:hAnsi="Courier New"/>
          <w:color w:val="555555"/>
          <w:sz w:val="20"/>
        </w:rPr>
        <w:t>[4 . 205]</w:t>
      </w:r>
    </w:p>
    <w:p>
      <w:r>
        <w:rPr>
          <w:rFonts w:ascii="Gentium Plus" w:hAnsi="Gentium Plus"/>
          <w:sz w:val="24"/>
        </w:rPr>
        <w:t>ὑγρὸν ἀφιεῖσα, τὴν αἴσθησιν ἐμποδίζουσα. δρακόντιον ἐκ τῶν περὶ κνήμαις καὶ μηροῖς ἑλκῶν ἐκπῖπτόν τι νευρῶδες ἐφθαρμένον, σπανίως μὲν τοῖς ἄλλοις ἐπιγινόμενον, Αἰθίοψι δ’ ἐνοχλοῦν. κέρατα ἐν τῷ</w:t>
      </w:r>
    </w:p>
    <w:p>
      <w:r>
        <w:rPr>
          <w:rFonts w:ascii="Courier New" w:hAnsi="Courier New"/>
          <w:color w:val="555555"/>
          <w:sz w:val="20"/>
        </w:rPr>
        <w:t>[5]</w:t>
      </w:r>
    </w:p>
    <w:p>
      <w:r>
        <w:rPr>
          <w:rFonts w:ascii="Gentium Plus" w:hAnsi="Gentium Plus"/>
          <w:sz w:val="24"/>
        </w:rPr>
        <w:t>δέρμα. ἕρπην ψυδράκια φλεγμαίνοντα καὶ νύττοντα, μάλιστα περὶ τραχήλῳ καὶ πλευραῖς νεμόμενα, ἔσθ’ ὅτε δὲ καὶ περὶ χερσὶ καὶ πο‐</w:t>
      </w:r>
    </w:p>
    <w:p>
      <w:r>
        <w:rPr>
          <w:rFonts w:ascii="Courier New" w:hAnsi="Courier New"/>
          <w:color w:val="555555"/>
          <w:sz w:val="20"/>
        </w:rPr>
        <w:t>[4 . 206]</w:t>
      </w:r>
    </w:p>
    <w:p>
      <w:r>
        <w:rPr>
          <w:rFonts w:ascii="Gentium Plus" w:hAnsi="Gentium Plus"/>
          <w:sz w:val="24"/>
        </w:rPr>
        <w:t>δῶν ἴχνεσιν. ἑρπηστικὸν ἕλκος ἐνοχλεῖ μὲν πρεσβυτῶν κνήμαις καὶ ποσίν, ἔσθ’ ὅτε δὲ καὶ μηροῖς καὶ χερσίν· ἔστι δ’ ὑποπέλιδνον καὶ νέμεται καὶ φλεγμαίνει. φαγέδαινα ἕλκωσις ἄχρι τῶν ὀστῶν διαδι‐ δοῦσα ταχείᾳ νομῇ μετὰ φλεγμονῆς, ἰχῶρας δυσώδεις ἀφιεῖσα καὶ</w:t>
      </w:r>
    </w:p>
    <w:p>
      <w:r>
        <w:rPr>
          <w:rFonts w:ascii="Courier New" w:hAnsi="Courier New"/>
          <w:color w:val="555555"/>
          <w:sz w:val="20"/>
        </w:rPr>
        <w:t>[5]</w:t>
      </w:r>
    </w:p>
    <w:p>
      <w:r>
        <w:rPr>
          <w:rFonts w:ascii="Gentium Plus" w:hAnsi="Gentium Plus"/>
          <w:sz w:val="24"/>
        </w:rPr>
        <w:t>πρὸς θάνατον ῥέπουσα. θηρίωμα γίνεται μὲν ἕλκος περὶ ἀνδρῷα αἰδοῖα, ἔστι δ’ ὅτε καὶ περὶ δακτύλους καὶ ἀλλαχοῦ, αἷμα πολὺ καὶ</w:t>
      </w:r>
    </w:p>
    <w:p>
      <w:r>
        <w:rPr>
          <w:rFonts w:ascii="Courier New" w:hAnsi="Courier New"/>
          <w:color w:val="555555"/>
          <w:sz w:val="20"/>
        </w:rPr>
        <w:t>[4 . 207]</w:t>
      </w:r>
    </w:p>
    <w:p>
      <w:r>
        <w:rPr>
          <w:rFonts w:ascii="Gentium Plus" w:hAnsi="Gentium Plus"/>
          <w:sz w:val="24"/>
        </w:rPr>
        <w:t>μέλαν καὶ δυσῶδες ἀφιέν, μετὰ μελανίας τὴν σάρκα ἐσθίον. σηπεδὼν ἕλκους νομὴ λευκοῦ ὑπώχρου δυσώδους· μάλιστα δ’ ἐνοχλεῖ τῷ στόματι, ὡς ἔσθ’ ὅτε καὶ τοὺς ὀδόντας καὶ τὰ ὀστᾶ ἀφιστάναι, γί‐ νεται δὲ καὶ ἐπὶ μηρῶν καὶ ἄλλων μερῶν. γάγγραινα· οὕτω κα‐</w:t>
      </w:r>
    </w:p>
    <w:p>
      <w:r>
        <w:rPr>
          <w:rFonts w:ascii="Courier New" w:hAnsi="Courier New"/>
          <w:color w:val="555555"/>
          <w:sz w:val="20"/>
        </w:rPr>
        <w:t>[5]</w:t>
      </w:r>
    </w:p>
    <w:p>
      <w:r>
        <w:rPr>
          <w:rFonts w:ascii="Gentium Plus" w:hAnsi="Gentium Plus"/>
          <w:sz w:val="24"/>
        </w:rPr>
        <w:t>λεῖται τῶν μελῶν τὸ νεκρούμενον σὺν ἕλκει ἢ χωρὶς ἕλκους, μετὰ φλεγμονῆς καὶ ἐρυθήματος ἀπολευκαινόμενον, εἶτα μελαινόμενον καὶ εἰς ἀναισθησίαν μεθιστάμενον.</w:t>
      </w:r>
    </w:p>
    <w:p>
      <w:r>
        <w:rPr>
          <w:rFonts w:ascii="Courier New" w:hAnsi="Courier New"/>
          <w:color w:val="555555"/>
          <w:sz w:val="20"/>
        </w:rPr>
        <w:t>[4 . 208]</w:t>
      </w:r>
    </w:p>
    <w:p>
      <w:r>
        <w:rPr>
          <w:rFonts w:ascii="Gentium Plus" w:hAnsi="Gentium Plus"/>
          <w:sz w:val="24"/>
        </w:rPr>
        <w:t>μαῖα, μαιεία, μαίευσις· καὶ μαιευτικὴ ἡ τέχνη καὶ ἡ γυνή, καὶ τὸ ῥῆμα μαιεύειν καὶ μαιεύεσθαι, καὶ τὸ ἐπίρρημα μαιευτικῶς. ἀμβλίσκουσι δὲ τὸ ἀμβλίσκειν ποιοῦσι φησὶν ὁ Πλά‐ των (Theaet 149 D). ἀμβλωθρίδιον φάρμακον, τικτικὸν φάρμακον.</w:t>
      </w:r>
    </w:p>
    <w:p>
      <w:r>
        <w:rPr>
          <w:rFonts w:ascii="Courier New" w:hAnsi="Courier New"/>
          <w:color w:val="555555"/>
          <w:sz w:val="20"/>
        </w:rPr>
        <w:t>[5]</w:t>
      </w:r>
    </w:p>
    <w:p>
      <w:r>
        <w:rPr>
          <w:rFonts w:ascii="Gentium Plus" w:hAnsi="Gentium Plus"/>
          <w:sz w:val="24"/>
        </w:rPr>
        <w:t>ὠκυτόκιον, ἀτόκιον. λοχεύειν ἐκλοχεύειν· λοχεία ἡ τοῦ τεκεῖν ἐπιμέλεια. ‘διδοῦσαι φαρμάκια αἱ μαῖαι ταῖς δυστοκούσαισ‘ ὁ Πλά‐ των (Theaet 149 D) λέγει· δυστοκεῖν δυστοκία, εὐτοκεῖν εὐτοκία εὐτοκοῦσα, κυΐσκειν κυΐσκεσθαι, ὠδίνειν, τίκτειν. πρωτοτόκοι γυναῖκες, πρωτότοκοι παῖδες, καὶ πρωτόγονοι ὁμοίως· ἄτοκοι δὲ</w:t>
      </w:r>
    </w:p>
    <w:p>
      <w:r>
        <w:rPr>
          <w:rFonts w:ascii="Courier New" w:hAnsi="Courier New"/>
          <w:color w:val="555555"/>
          <w:sz w:val="20"/>
        </w:rPr>
        <w:t>[10]</w:t>
      </w:r>
    </w:p>
    <w:p>
      <w:r>
        <w:rPr>
          <w:rFonts w:ascii="Gentium Plus" w:hAnsi="Gentium Plus"/>
          <w:sz w:val="24"/>
        </w:rPr>
        <w:t>καὶ ἄγονοι καὶ ἄλοχοι ὡς Πλάτων (Theaet 149 C, 150 C), καὶ στερί‐ φαι καὶ στεῖραι. ὀμφαλητομία, ἐμβρυοτομία, καὶ τὸ ἐργαλεῖον</w:t>
      </w:r>
    </w:p>
    <w:p>
      <w:r>
        <w:rPr>
          <w:rFonts w:ascii="Courier New" w:hAnsi="Courier New"/>
          <w:color w:val="555555"/>
          <w:sz w:val="20"/>
        </w:rPr>
        <w:t>[5 . 1]</w:t>
      </w:r>
    </w:p>
    <w:p>
      <w:r>
        <w:rPr>
          <w:rFonts w:ascii="Gentium Plus" w:hAnsi="Gentium Plus"/>
          <w:sz w:val="24"/>
        </w:rPr>
        <w:t>Ἰούλιος Πολυδεύκης Κομμόδῳ Καίσαρι χαίρειν ... ἐπεὶ δὲ καὶ κυνηγεσίων σοι προσήκει μέλειν, ὅτι τοὐπιτήδευμα ἡρωικόν τε καὶ βασιλικόν, καὶ πρὸς εὐσωματίαν ἅμα καὶ πρὸς εὐψυχίαν ἀσκεῖ, καὶ ἔστιν εἰρηνικῆς τε καρτερίας ἅμα καὶ πολεμικῆς τόλμης μελέτημα,</w:t>
      </w:r>
    </w:p>
    <w:p>
      <w:r>
        <w:rPr>
          <w:rFonts w:ascii="Courier New" w:hAnsi="Courier New"/>
          <w:color w:val="555555"/>
          <w:sz w:val="20"/>
        </w:rPr>
        <w:t>[5]</w:t>
      </w:r>
    </w:p>
    <w:p>
      <w:r>
        <w:rPr>
          <w:rFonts w:ascii="Gentium Plus" w:hAnsi="Gentium Plus"/>
          <w:sz w:val="24"/>
        </w:rPr>
        <w:t>πρὸς ἀνδρείαν φέρον, ῥωμαλέον τ’ εἶναι γυμνάζει καὶ ποδώκη καὶ ἱππικὸν καὶ ἀγχίνουν καὶ φιλεργόν, εἰ μέλλει καθαιρήσειν καὶ τὰ ἀνθιστάμενα ἀλκῇ καὶ τὰ ὑποφεύγοντα τάχει καὶ τὰ ἀποσπῶντα ἀφ’ ἵππου καὶ τὰ συνετὰ σοφίᾳ καὶ τὰ λανθάνοντα ἐπινοίᾳ καὶ τὰ κρυπτόμενα χρόνῳ, καὶ νύκτωρ προαγρυπνῶν καὶ μεθ’ ἡμέραν ἐπι‐</w:t>
      </w:r>
    </w:p>
    <w:p>
      <w:r>
        <w:rPr>
          <w:rFonts w:ascii="Courier New" w:hAnsi="Courier New"/>
          <w:color w:val="555555"/>
          <w:sz w:val="20"/>
        </w:rPr>
        <w:t>[10]</w:t>
      </w:r>
    </w:p>
    <w:p>
      <w:r>
        <w:rPr>
          <w:rFonts w:ascii="Gentium Plus" w:hAnsi="Gentium Plus"/>
          <w:sz w:val="24"/>
        </w:rPr>
        <w:t>πονῶν, ἀνάγκη τι καὶ περὶ θήρας ὑπειπεῖν ....</w:t>
      </w:r>
    </w:p>
    <w:p>
      <w:r>
        <w:rPr>
          <w:rFonts w:ascii="Courier New" w:hAnsi="Courier New"/>
          <w:color w:val="555555"/>
          <w:sz w:val="20"/>
        </w:rPr>
        <w:t>[5 . 9]</w:t>
      </w:r>
    </w:p>
    <w:p>
      <w:r>
        <w:rPr>
          <w:rFonts w:ascii="Gentium Plus" w:hAnsi="Gentium Plus"/>
          <w:sz w:val="24"/>
        </w:rPr>
        <w:t>Θήρα λέγοιτ’ ἂν καὶ ἄγρα, καὶ κυνηγέσιον, θῆραί τε καὶ ἄγραι, καὶ κυνηγέσια, καὶ θηρευτὴς καὶ ἀγρευτὴς καὶ κυνηγέτης· ὁ δὲ τούτῳ συμπράττων συγκυνηγέτης, σύνθηρος, ὁμόθηρος. ἐρεῖς δ’ ἐπὶ τοῦ κυνηγέτου ζητητὴς θηρίων, πολέμιος θηρίων, ἐχθρός</w:t>
      </w:r>
    </w:p>
    <w:p>
      <w:r>
        <w:rPr>
          <w:rFonts w:ascii="Courier New" w:hAnsi="Courier New"/>
          <w:color w:val="555555"/>
          <w:sz w:val="20"/>
        </w:rPr>
        <w:t>[5]</w:t>
      </w:r>
    </w:p>
    <w:p>
      <w:r>
        <w:rPr>
          <w:rFonts w:ascii="Gentium Plus" w:hAnsi="Gentium Plus"/>
          <w:sz w:val="24"/>
        </w:rPr>
        <w:t>ἀντίπαλος, φιλόθηρος, ἀφ’ οὗ καὶ τὸ πρᾶγμα φιλοθηρία, φιλο‐ κυνηγέτης, θηρευτικός ἀγρευτικός κυνηγετικός, θηρευτικῶς ἀγρευτι‐ κῶς κυνηγετικῶς. θηρᾶν θηρεύειν, κυνηγετεῖν. Ξενοφῶν (Cyn XI 2) δὲ καὶ θηρᾶσθαι ἀντὶ τοῦ θηρᾶν ἔφη, καὶ θηρῶνται ἀντὶ τοῦ θηρῶ‐</w:t>
      </w:r>
    </w:p>
    <w:p>
      <w:r>
        <w:rPr>
          <w:rFonts w:ascii="Courier New" w:hAnsi="Courier New"/>
          <w:color w:val="555555"/>
          <w:sz w:val="20"/>
        </w:rPr>
        <w:t>[5 . 10]</w:t>
      </w:r>
    </w:p>
    <w:p>
      <w:r>
        <w:rPr>
          <w:rFonts w:ascii="Gentium Plus" w:hAnsi="Gentium Plus"/>
          <w:sz w:val="24"/>
        </w:rPr>
        <w:t>σιν· ἡμεῖς δ’ ἐπὶ μὲν τῶν ἀνδρῶν τὸ θηρᾶν, ἐπὶ δὲ τῶν θηρίων τὸ θηρᾶσθαι, ὥσπερ ἐπὶ μὲν τῶν ἀνδρῶν ἰχνεύειν καὶ ἀνιχνεύειν καὶ ἰχνηλατεῖν, καὶ ἰχνευτὴς ἀνὴρ καὶ κύων, ὁμοίως δὲ ζητεῖν ἀναζητεῖν, ἐξερευνᾶσθαι, ἀνευρίσκειν ἐξευρίσκειν συνεξευρίσκειν,</w:t>
      </w:r>
    </w:p>
    <w:p>
      <w:r>
        <w:rPr>
          <w:rFonts w:ascii="Courier New" w:hAnsi="Courier New"/>
          <w:color w:val="555555"/>
          <w:sz w:val="20"/>
        </w:rPr>
        <w:t>[5]</w:t>
      </w:r>
    </w:p>
    <w:p>
      <w:r>
        <w:rPr>
          <w:rFonts w:ascii="Gentium Plus" w:hAnsi="Gentium Plus"/>
          <w:sz w:val="24"/>
        </w:rPr>
        <w:t>ταῖς κυσὶν ἐφεῖναι, τὰς κύνας ἐπαφεῖναι, ἐπισίξαι—οὕτω γὰρ ἐκάλουν τὸ μετά τινος ἀσήμου φωνῆς ἐφεῖναι—διώκειν, μετα‐</w:t>
      </w:r>
    </w:p>
    <w:p>
      <w:r>
        <w:rPr>
          <w:rFonts w:ascii="Courier New" w:hAnsi="Courier New"/>
          <w:color w:val="555555"/>
          <w:sz w:val="20"/>
        </w:rPr>
        <w:t>[5 . 11]</w:t>
      </w:r>
    </w:p>
    <w:p>
      <w:r>
        <w:rPr>
          <w:rFonts w:ascii="Gentium Plus" w:hAnsi="Gentium Plus"/>
          <w:sz w:val="24"/>
        </w:rPr>
        <w:t>θεῖν, μετιέναι, κυνοδρομεῖν, ἐφέπεσθαι κατὰ πόδας, ἐπιγίνεσθαι ταῖς κυσίν, αἱρεῖν, λαμβάνειν, τιτρώσκειν, ἀποκτιννύναι, ζωγρεῖν, ζώντων κρατεῖν, ἐπὶ δὲ τῶν θηρίων ἰχνεύεσθαι, διώκεσθαι, μετα‐ θεῖσθαι ζητεῖσθαι ἀναζητεῖσθαι, εὑρίσκεσθαι ἀνευρίσκεσθαι ἐξευρίσκε‐</w:t>
      </w:r>
    </w:p>
    <w:p>
      <w:r>
        <w:rPr>
          <w:rFonts w:ascii="Courier New" w:hAnsi="Courier New"/>
          <w:color w:val="555555"/>
          <w:sz w:val="20"/>
        </w:rPr>
        <w:t>[5]</w:t>
      </w:r>
    </w:p>
    <w:p>
      <w:r>
        <w:rPr>
          <w:rFonts w:ascii="Gentium Plus" w:hAnsi="Gentium Plus"/>
          <w:sz w:val="24"/>
        </w:rPr>
        <w:t>σθαι, ὑποφεύγειν περιφεύγειν, ὑπάγειν, ἀποδιδράσκειν, αἱρεῖσθαι, ἁλίσκεσθαι, λαμβάνεσθαι, τιτρώσκεσθαι, ἀποκτίννυσθαι, ζωγρεῖσθαι. εἴποις δ’ ἂν ἴχνος, ἰχνηλασία, σημεῖα ποδῶν, σύμβολα ἐντετυπωμένα τῇ γῇ, ἰχνεύματα, ἰχνία, ἴχνευσις· ‘καὶ τῆς ἰχνεύσεωσ‘ φησὶν ὁ</w:t>
      </w:r>
    </w:p>
    <w:p>
      <w:r>
        <w:rPr>
          <w:rFonts w:ascii="Courier New" w:hAnsi="Courier New"/>
          <w:color w:val="555555"/>
          <w:sz w:val="20"/>
        </w:rPr>
        <w:t>[5 . 12]</w:t>
      </w:r>
    </w:p>
    <w:p>
      <w:r>
        <w:rPr>
          <w:rFonts w:ascii="Gentium Plus" w:hAnsi="Gentium Plus"/>
          <w:sz w:val="24"/>
        </w:rPr>
        <w:t>Ξενοφῶν (Cyneg III 4). ἴχνη ὀρθά, εὐθέα συμπεπλεγμένα, εὐ‐ ναῖα δρομαῖα, ὀξέα. ὄζει τὰ ἴχνη, ἀπόζει, πνεῖ ἀποπνεῖ, ἀπο‐ φέρεται ἀπ’ αὐτῶν τὸ πνεῦμα. ἄνοσμα· δύσοσμα δὲ καὶ εὔοσμα οὐ τὰ δυσχερὲς ἢ ἡδὺ ἀποπνέοντα λέγουσιν, ἀλλὰ τὰ εὐαίσθητα ἢ</w:t>
      </w:r>
    </w:p>
    <w:p>
      <w:r>
        <w:rPr>
          <w:rFonts w:ascii="Courier New" w:hAnsi="Courier New"/>
          <w:color w:val="555555"/>
          <w:sz w:val="20"/>
        </w:rPr>
        <w:t>[5]</w:t>
      </w:r>
    </w:p>
    <w:p>
      <w:r>
        <w:rPr>
          <w:rFonts w:ascii="Gentium Plus" w:hAnsi="Gentium Plus"/>
          <w:sz w:val="24"/>
        </w:rPr>
        <w:t>δυσαίσθητα πνεύματα τῶν ἰχνῶν. θηρία θηράματα θηρεύματα, θήρα, ἄγρα· οὐ γὰρ μόνον τὸ ἔργον ἀλλὰ καὶ τὸ θηρώμενον</w:t>
      </w:r>
    </w:p>
    <w:p>
      <w:r>
        <w:rPr>
          <w:rFonts w:ascii="Courier New" w:hAnsi="Courier New"/>
          <w:color w:val="555555"/>
          <w:sz w:val="20"/>
        </w:rPr>
        <w:t>[5 . 13]</w:t>
      </w:r>
    </w:p>
    <w:p>
      <w:r>
        <w:rPr>
          <w:rFonts w:ascii="Gentium Plus" w:hAnsi="Gentium Plus"/>
          <w:sz w:val="24"/>
        </w:rPr>
        <w:t>ἄγραν καλοῦσιν. ἀφ’ ὧν καὶ εὐαγρία πολυαγρία θηραγρία, εὐθηρία πολυθηρία, καὶ εὔθηρος ἄγρα καὶ πολύθηρος ἄγρα, καὶ τὰ ἐναντία δυσαγρία ἀναγρία δυσθηρία ἀθηρία, καὶ δύσθηρος καὶ ‘ἄθηρος ἐπανῆλθεν.‘ ἔστι δ’ εἰπεῖν καὶ ἔνθηρος γῆ καὶ ἔνθηρος</w:t>
      </w:r>
    </w:p>
    <w:p>
      <w:r>
        <w:rPr>
          <w:rFonts w:ascii="Courier New" w:hAnsi="Courier New"/>
          <w:color w:val="555555"/>
          <w:sz w:val="20"/>
        </w:rPr>
        <w:t>[5]</w:t>
      </w:r>
    </w:p>
    <w:p>
      <w:r>
        <w:rPr>
          <w:rFonts w:ascii="Gentium Plus" w:hAnsi="Gentium Plus"/>
          <w:sz w:val="24"/>
        </w:rPr>
        <w:t>ἴδη, καὶ ὕλη ἔνθηρος καὶ πολύθηρος, καὶ ὁμοίως ὄρη ἔνθηρα καὶ πολύθηρα καὶ θηροτρόφα καὶ θηρονόμα καὶ θηρίοις εὔτροφα καὶ θηρίων κατάπλεα καὶ πάλιν ἄθηρα καὶ ἄτροφα. ἡ δὲ θεὸς ἀγρο‐ τέρα καὶ κυνηγέτις καὶ φιλόθηρος, καὶ ὀρεία ἀπὸ τῶν ὀρῶν, καὶ Ἰδαία ἀπὸ τῆς Ἴδης, καὶ Δίκτυννα ἀπὸ τῶν δικτύων, καὶ ἑκηβόλος</w:t>
      </w:r>
    </w:p>
    <w:p>
      <w:r>
        <w:rPr>
          <w:rFonts w:ascii="Courier New" w:hAnsi="Courier New"/>
          <w:color w:val="555555"/>
          <w:sz w:val="20"/>
        </w:rPr>
        <w:t>[10]</w:t>
      </w:r>
    </w:p>
    <w:p>
      <w:r>
        <w:rPr>
          <w:rFonts w:ascii="Gentium Plus" w:hAnsi="Gentium Plus"/>
          <w:sz w:val="24"/>
        </w:rPr>
        <w:t>ἀπὸ τοῦ ἑκὰς τὰ θηρία βάλλειν. καὶ πολλὰ ἄλλα ὀνόματα ἀπὸ θήρας.</w:t>
      </w:r>
    </w:p>
    <w:p>
      <w:r>
        <w:rPr>
          <w:rFonts w:ascii="Courier New" w:hAnsi="Courier New"/>
          <w:color w:val="555555"/>
          <w:sz w:val="20"/>
        </w:rPr>
        <w:t>[5 . 14]</w:t>
      </w:r>
    </w:p>
    <w:p>
      <w:r>
        <w:rPr>
          <w:rFonts w:ascii="Gentium Plus" w:hAnsi="Gentium Plus"/>
          <w:sz w:val="24"/>
        </w:rPr>
        <w:t>τόποι δὲ τῶν θηρίων ἐν οἷς ἀνευρίσκεται, ἶδαι, ὗλαι, νάπαι,</w:t>
      </w:r>
    </w:p>
    <w:p>
      <w:r>
        <w:rPr>
          <w:rFonts w:ascii="Courier New" w:hAnsi="Courier New"/>
          <w:color w:val="555555"/>
          <w:sz w:val="20"/>
        </w:rPr>
        <w:t>[5]</w:t>
      </w:r>
    </w:p>
    <w:p>
      <w:r>
        <w:rPr>
          <w:rFonts w:ascii="Gentium Plus" w:hAnsi="Gentium Plus"/>
          <w:sz w:val="24"/>
        </w:rPr>
        <w:t>ἐπὶ τὸ πλεῖστον ὡς οἱ λέοντες, τὰ δ’ ἕλεια ὡς οἱ σύες, τὰ δὲ ταῖς ἴδαις τε καὶ ὕλαις χαίροντα ὡς αἱ παρδάλεις, ὅθεν καὶ Ὅμηρος (F 573) εἴρηκεν ἠύτε πάρδαλις εἶσι βαθείης ἐκ ξυλόχοιο,</w:t>
      </w:r>
    </w:p>
    <w:p>
      <w:r>
        <w:rPr>
          <w:rFonts w:ascii="Courier New" w:hAnsi="Courier New"/>
          <w:color w:val="555555"/>
          <w:sz w:val="20"/>
        </w:rPr>
        <w:t>[5 . 15]</w:t>
      </w:r>
    </w:p>
    <w:p>
      <w:r>
        <w:rPr>
          <w:rFonts w:ascii="Gentium Plus" w:hAnsi="Gentium Plus"/>
          <w:sz w:val="24"/>
        </w:rPr>
        <w:t>τὰ δὲ ταῖς ὀργάσιν ὡς ἔλαφοι, τὰ δὲ τοῖς θάμνοις ὡς λαγωοί. φωλεύουσι δ’ αἱ ἄρκτοι, καὶ ἢν ἔξω νέμωνται, περὶ τὰ ἔγκαρπα τῶν δένδρων ἁλίσκονται. καλεῖται δὲ τὰ μὲν τῶν λεόντων ἔκγονα σκύμνοι, τὰ δὲ τῶν</w:t>
      </w:r>
    </w:p>
    <w:p>
      <w:r>
        <w:rPr>
          <w:rFonts w:ascii="Courier New" w:hAnsi="Courier New"/>
          <w:color w:val="555555"/>
          <w:sz w:val="20"/>
        </w:rPr>
        <w:t>[5]</w:t>
      </w:r>
    </w:p>
    <w:p>
      <w:r>
        <w:rPr>
          <w:rFonts w:ascii="Gentium Plus" w:hAnsi="Gentium Plus"/>
          <w:sz w:val="24"/>
        </w:rPr>
        <w:t>ἄρκτων ἀρκτύλοι, τὰ δὲ τῶν ἐλάφων νεβροί, τὰ δὲ τῶν ἀλωπέκων ἀλωπεκιδεῖς, τὰ δὲ τῶν λύκων ὡς τὰ τῶν κυνῶν σκύλακες, ἰδίως δὲ τὰ τῶν λύκων λυκιδεῖς, καὶ τὰ τῶν λαγωῶν λαγιδεῖς καὶ λαγίδια, παρὰ Ξενοφῶντι (Cyneg V 13) δὲ καὶ λάγια. ἐφ’ ὧν δ’ οὔκ ἔστιν ἴδιον ὄνομα, τὰ τούτων τέκνα καλεῖται σκυλάκια ἢ</w:t>
      </w:r>
    </w:p>
    <w:p>
      <w:r>
        <w:rPr>
          <w:rFonts w:ascii="Courier New" w:hAnsi="Courier New"/>
          <w:color w:val="555555"/>
          <w:sz w:val="20"/>
        </w:rPr>
        <w:t>[10]</w:t>
      </w:r>
    </w:p>
    <w:p>
      <w:r>
        <w:rPr>
          <w:rFonts w:ascii="Gentium Plus" w:hAnsi="Gentium Plus"/>
          <w:sz w:val="24"/>
        </w:rPr>
        <w:t>σκυμνία. τὰ δὲ πάντων τῶν ἀγρίων τέκνα ὀβρίκαλα οἱ ποιηταὶ (Aesch Ag 143) καλοῦσι καὶ ὄβρια (TGF Aesch 48, Eurip 616).</w:t>
      </w:r>
    </w:p>
    <w:p>
      <w:r>
        <w:rPr>
          <w:rFonts w:ascii="Courier New" w:hAnsi="Courier New"/>
          <w:color w:val="555555"/>
          <w:sz w:val="20"/>
        </w:rPr>
        <w:t>[5 . 16]</w:t>
      </w:r>
    </w:p>
    <w:p>
      <w:r>
        <w:rPr>
          <w:rFonts w:ascii="Gentium Plus" w:hAnsi="Gentium Plus"/>
          <w:sz w:val="24"/>
        </w:rPr>
        <w:t>λέγοι δ’ ἄν τις ἐπ’ αὐτῶν νέα νεογνὰ νεογενῆ, γαλαθηνά, νεαρά, ὑγρομελῆ, ἔτεια αὐτοετῆ. καὶ τὸ μὲν τοῦ λέοντος δέρμα λεοντῆ καλεῖται καὶ δορὰ λέοντος, ἡ δὲ τῆς παρδάλεως παρδαλῆ, ἡ δὲ τῆς ἄρκτου ἀρκτῆ, καὶ</w:t>
      </w:r>
    </w:p>
    <w:p>
      <w:r>
        <w:rPr>
          <w:rFonts w:ascii="Courier New" w:hAnsi="Courier New"/>
          <w:color w:val="555555"/>
          <w:sz w:val="20"/>
        </w:rPr>
        <w:t>[5]</w:t>
      </w:r>
    </w:p>
    <w:p>
      <w:r>
        <w:rPr>
          <w:rFonts w:ascii="Gentium Plus" w:hAnsi="Gentium Plus"/>
          <w:sz w:val="24"/>
        </w:rPr>
        <w:t>ἀλωπεκῆ ἡ τῆς ἀλώπεκος, καὶ λυκῆ ἡ τοῦ λύκου, καὶ μοσχῆ ἡ τοῦ μόσχου, ὡς Ἀναξανδρίδης (II frg 65 Ko) εἴρηκεν ἀρκτῆ λεοντῆ παρδαλῆ μοσχῆ κυνῆ ἡ δὲ τῆς ἐλάφου νεβρίς, ὡς ἡ τῆς αἰγὸς αἰγίς, καὶ τοῦ προβάτου κῴδιον.</w:t>
      </w:r>
    </w:p>
    <w:p>
      <w:r>
        <w:rPr>
          <w:rFonts w:ascii="Courier New" w:hAnsi="Courier New"/>
          <w:color w:val="555555"/>
          <w:sz w:val="20"/>
        </w:rPr>
        <w:t>[5 . 17]</w:t>
      </w:r>
    </w:p>
    <w:p>
      <w:r>
        <w:rPr>
          <w:rFonts w:ascii="Gentium Plus" w:hAnsi="Gentium Plus"/>
          <w:sz w:val="24"/>
        </w:rPr>
        <w:t>καὶ συνεργοὶ μὲν κυνηγέτου κύνες, ἵπποι, κυναγωγός, ἱπ‐</w:t>
      </w:r>
    </w:p>
    <w:p>
      <w:r>
        <w:rPr>
          <w:rFonts w:ascii="Courier New" w:hAnsi="Courier New"/>
          <w:color w:val="555555"/>
          <w:sz w:val="20"/>
        </w:rPr>
        <w:t>[5]</w:t>
      </w:r>
    </w:p>
    <w:p>
      <w:r>
        <w:rPr>
          <w:rFonts w:ascii="Gentium Plus" w:hAnsi="Gentium Plus"/>
          <w:sz w:val="24"/>
        </w:rPr>
        <w:t>σκευὴ δὲ κυνηγέτου χιτὼν εὐσταλὴς ἔσται, πρὸς τὴν ἰγνύαν καθήκων, οὐ λευκὸς οὐδὲ κατ’ ἄλλην εὔχροιαν προλάμπων, ὡς</w:t>
      </w:r>
    </w:p>
    <w:p>
      <w:r>
        <w:rPr>
          <w:rFonts w:ascii="Courier New" w:hAnsi="Courier New"/>
          <w:color w:val="555555"/>
          <w:sz w:val="20"/>
        </w:rPr>
        <w:t>[5 . 18]</w:t>
      </w:r>
    </w:p>
    <w:p>
      <w:r>
        <w:rPr>
          <w:rFonts w:ascii="Gentium Plus" w:hAnsi="Gentium Plus"/>
          <w:sz w:val="24"/>
        </w:rPr>
        <w:t>μὴ πόρρωθεν καθορῷτο τοῖς θηρίοις· καὶ χλαμὺς ὁμοία, ἣν δεῖ τῇ χειρὶ τῇ λαιᾷ περιελίττειν, ὁπότε μεταθέοι τὰ θηρία ἢ προσμά‐ χοιτο τούτοις, καὶ σκυτάλη ἢ ῥόπαλον, καὶ ὑποδήματα κοῖλα, ἐς μέσην τὴν κνήμην ἀνήκοντα, δεσμῷ ἀκριβεῖ περιεσταλμένα. εἴη δὲ</w:t>
      </w:r>
    </w:p>
    <w:p>
      <w:r>
        <w:rPr>
          <w:rFonts w:ascii="Courier New" w:hAnsi="Courier New"/>
          <w:color w:val="555555"/>
          <w:sz w:val="20"/>
        </w:rPr>
        <w:t>[5]</w:t>
      </w:r>
    </w:p>
    <w:p>
      <w:r>
        <w:rPr>
          <w:rFonts w:ascii="Gentium Plus" w:hAnsi="Gentium Plus"/>
          <w:sz w:val="24"/>
        </w:rPr>
        <w:t>νέος, κοῦφος, ἐλαφρός, δρομικός, ὀξύς, φιλεργός, ἐθελουργός, φιλόπονος, φιλοκίνδυνος, ἀγωνιστής, θαρσαλέος, ἄγρυπνος, μὴ</w:t>
      </w:r>
    </w:p>
    <w:p>
      <w:r>
        <w:rPr>
          <w:rFonts w:ascii="Courier New" w:hAnsi="Courier New"/>
          <w:color w:val="555555"/>
          <w:sz w:val="20"/>
        </w:rPr>
        <w:t>[5 . 19]</w:t>
      </w:r>
    </w:p>
    <w:p>
      <w:r>
        <w:rPr>
          <w:rFonts w:ascii="Gentium Plus" w:hAnsi="Gentium Plus"/>
          <w:sz w:val="24"/>
        </w:rPr>
        <w:t>προαποκάμνων, μὴ προαπαγορεύων, μὴ πρὶν ἑλεῖν ἐνδιδούς. τὰ δὲ πρὸς κυνηγέσιον ἐργαλεῖα ξίφη, δρέπανα, ἀκόντια, τόξα, προ‐ βόλια, ἄρκυες, ἐνόδια, δίκτυα, κυνοῦχος, σχαλίδες, στάλικες, σχαλι‐ δώματα, ποδάγραι, ἁρπεδόναι. ξίφη μὲν ὡς ὁπότε συμπέσοι θηρίῳ</w:t>
      </w:r>
    </w:p>
    <w:p>
      <w:r>
        <w:rPr>
          <w:rFonts w:ascii="Courier New" w:hAnsi="Courier New"/>
          <w:color w:val="555555"/>
          <w:sz w:val="20"/>
        </w:rPr>
        <w:t>[5]</w:t>
      </w:r>
    </w:p>
    <w:p>
      <w:r>
        <w:rPr>
          <w:rFonts w:ascii="Gentium Plus" w:hAnsi="Gentium Plus"/>
          <w:sz w:val="24"/>
        </w:rPr>
        <w:t>ἔχειν ἀμύνασθαι, δρέπανα δ’ ὅπως, εἰ δέοι τῆς ὕλης κόψαι εἰς τὴν τῶν ἀρκύων ἀκώλυτον στάσιν, ὑπάρχοι τὰ δρέπανα. ἐπὶ ταὐτὰ δὲ</w:t>
      </w:r>
    </w:p>
    <w:p>
      <w:r>
        <w:rPr>
          <w:rFonts w:ascii="Courier New" w:hAnsi="Courier New"/>
          <w:color w:val="555555"/>
          <w:sz w:val="20"/>
        </w:rPr>
        <w:t>[5 . 20]</w:t>
      </w:r>
    </w:p>
    <w:p>
      <w:r>
        <w:rPr>
          <w:rFonts w:ascii="Gentium Plus" w:hAnsi="Gentium Plus"/>
          <w:sz w:val="24"/>
        </w:rPr>
        <w:t>καὶ ἀξίνας παρασκευαστέον, εἰ καὶ πρέμνα κόψαι δέοι, τόξοις δὲ καὶ ἀκοντίοις χρῷντ’ ἂν ἐπὶ τὰς ἐλάφους καὶ ἃ πόρρωθεν ἔστι βαλεῖν, προβολίοις δ’ ἐπὶ τοὺς σῦς καὶ τὰ ἄλλα τὰ ἀγχέμαχα θηρία. καὶ τὰ μὲν ἀκόντια ἔσται μελίας ἢ ὀξύας, στιφρά, εὐπαγῆ, αἱ δὲ</w:t>
      </w:r>
    </w:p>
    <w:p>
      <w:r>
        <w:rPr>
          <w:rFonts w:ascii="Courier New" w:hAnsi="Courier New"/>
          <w:color w:val="555555"/>
          <w:sz w:val="20"/>
        </w:rPr>
        <w:t>[5]</w:t>
      </w:r>
    </w:p>
    <w:p>
      <w:r>
        <w:rPr>
          <w:rFonts w:ascii="Gentium Plus" w:hAnsi="Gentium Plus"/>
          <w:sz w:val="24"/>
        </w:rPr>
        <w:t>λόγχαι αὐτῶν εὐπλατεῖς καὶ ξυρήκεις· τὰ δὲ προβόλια ἔστω μὲν κρανείας, στερεὰ δὲ καὶ δορατοπαχῆ, φησὶν ὁ Ξενοφῶν (Cyneg X 3), αἱ λόγχαι δ’ αὐτῶν ἔστωσαν σιδήρου τομωτάτου. τῆς δὲ λόγχης</w:t>
      </w:r>
    </w:p>
    <w:p>
      <w:r>
        <w:rPr>
          <w:rFonts w:ascii="Courier New" w:hAnsi="Courier New"/>
          <w:color w:val="555555"/>
          <w:sz w:val="20"/>
        </w:rPr>
        <w:t>[5 . 21]</w:t>
      </w:r>
    </w:p>
    <w:p>
      <w:r>
        <w:rPr>
          <w:rFonts w:ascii="Gentium Plus" w:hAnsi="Gentium Plus"/>
          <w:sz w:val="24"/>
        </w:rPr>
        <w:t>τὸ μὲν περὶ τῷ ξύλῳ καλεῖται αὐλός, οὗ τὸ μὲν ἔξωθεν περίμετρος τὸ δ’ ἔνδοθεν τοῖχος, τὸ δὲ μετὰ τὸν αὐλὸν κοῖλον ὀβελίσκος· ὅθεν δὲ πλατύνεται, πτέρυγες αἱ ἑκατέρωθεν προβολαί. τὸ δ’ ἄκρον</w:t>
      </w:r>
    </w:p>
    <w:p>
      <w:r>
        <w:rPr>
          <w:rFonts w:ascii="Courier New" w:hAnsi="Courier New"/>
          <w:color w:val="555555"/>
          <w:sz w:val="20"/>
        </w:rPr>
        <w:t>[5]</w:t>
      </w:r>
    </w:p>
    <w:p>
      <w:r>
        <w:rPr>
          <w:rFonts w:ascii="Gentium Plus" w:hAnsi="Gentium Plus"/>
          <w:sz w:val="24"/>
        </w:rPr>
        <w:t>ἑκατέραν πλατυνομένην καὶ παχυτέραν οὖσαν ἀπολεπτύνεσθαί τε καὶ ἀποστενοῦσθαι, κατὰ μικρὸν ὑπολήγουσαν, ἄχρι πρὸς τὴν γλῶτταν. ἐστομῶσθαι δ’ οὐ μόνον τὴν ἀκμὴν ἀλλὰ καὶ τὰς πτέρυγας χρή‐</w:t>
      </w:r>
    </w:p>
    <w:p>
      <w:r>
        <w:rPr>
          <w:rFonts w:ascii="Courier New" w:hAnsi="Courier New"/>
          <w:color w:val="555555"/>
          <w:sz w:val="20"/>
        </w:rPr>
        <w:t>[5 . 22]</w:t>
      </w:r>
    </w:p>
    <w:p>
      <w:r>
        <w:rPr>
          <w:rFonts w:ascii="Gentium Plus" w:hAnsi="Gentium Plus"/>
          <w:sz w:val="24"/>
        </w:rPr>
        <w:t>σιμον. πρὸς μὲν οὖν τὰ ἄλλα θηρία οὕτω δεῖ παρεσκευάσθαι τὸ προβόλιον· πρὸς δὲ τοὺς σῦς κατὰ τὸ τοῦ αὐλοῦ τέλος πρὸ τῶν πτερύγων κνώδοντας ἀμφοτέρωθεν ἐχέτω τῷ αὐλῷ συγκεχαλκευ‐ μένους σιδήρου στερεοῦ, ἑκατέρωθεν προβεβλημένους, ὡς μὴ προω‐</w:t>
      </w:r>
    </w:p>
    <w:p>
      <w:r>
        <w:rPr>
          <w:rFonts w:ascii="Courier New" w:hAnsi="Courier New"/>
          <w:color w:val="555555"/>
          <w:sz w:val="20"/>
        </w:rPr>
        <w:t>[5]</w:t>
      </w:r>
    </w:p>
    <w:p>
      <w:r>
        <w:rPr>
          <w:rFonts w:ascii="Gentium Plus" w:hAnsi="Gentium Plus"/>
          <w:sz w:val="24"/>
        </w:rPr>
        <w:t>θῶν αὑτὸν ὑπὸ θυμοῦ καὶ μένους καὶ τόλμης ὁ σῦς ἀφίκοιτο διὰ τοῦ δόρατος εἰς τὸν ἄνθρωπον, ἀλλὰ καὶ οἱ κνώδοντες ἱστάντες αὐτοῦ τὴν ὁρμὴν ἐμποδὼν τῇ ῥύμῃ γένοιντο εἰς τὸ πρόσω μὴ</w:t>
      </w:r>
    </w:p>
    <w:p>
      <w:r>
        <w:rPr>
          <w:rFonts w:ascii="Courier New" w:hAnsi="Courier New"/>
          <w:color w:val="555555"/>
          <w:sz w:val="20"/>
        </w:rPr>
        <w:t>[5 . 23]</w:t>
      </w:r>
    </w:p>
    <w:p>
      <w:r>
        <w:rPr>
          <w:rFonts w:ascii="Gentium Plus" w:hAnsi="Gentium Plus"/>
          <w:sz w:val="24"/>
        </w:rPr>
        <w:t>προχωρεῖν. τὰ μὲν οὖν ἀκόντια ἐνηγκυλῆσθαι δεῖ διὰ τὴν ἄφεσιν, τὰ δὲ προβόλια διὰ τὴν ἐκ χειρὸς χρείαν οὐ δεῖται ἀγκύλης. χρῆσις δὲ τοῦ προβολίου· προβὰς τὸν πόδα τὸν ἀριστερόν, καὶ τὸν δεξιὸν ὑποβὰς ὡς εἶναι τὸ μέτρον τῆς διαβάσεως ὅσον ἐν πάλῃ,</w:t>
      </w:r>
    </w:p>
    <w:p>
      <w:r>
        <w:rPr>
          <w:rFonts w:ascii="Courier New" w:hAnsi="Courier New"/>
          <w:color w:val="555555"/>
          <w:sz w:val="20"/>
        </w:rPr>
        <w:t>[5]</w:t>
      </w:r>
    </w:p>
    <w:p>
      <w:r>
        <w:rPr>
          <w:rFonts w:ascii="Gentium Plus" w:hAnsi="Gentium Plus"/>
          <w:sz w:val="24"/>
        </w:rPr>
        <w:t>τὴν προύχουσαν πλευρὰν ὀξεῖαν ἐχέτω κατὰ τὸν πόδα, καὶ τὴν χεῖρα τὴν ὑπὲρ αὐτὸν ὑπτίαν ἀντειλημμένην μέσην τοῦ προβολίου προτεινόμενος, τῇ δεξιᾷ ἀντεστραμμένῃ τοῦ δόρατος ἐγκρατῶς ἀν‐ τεχέσθω. καὶ τῇ μὲν ἀριστερᾷ τὸν σίδηρον ἀπευθυνέτω πρὸς τὸ</w:t>
      </w:r>
    </w:p>
    <w:p>
      <w:r>
        <w:rPr>
          <w:rFonts w:ascii="Courier New" w:hAnsi="Courier New"/>
          <w:color w:val="555555"/>
          <w:sz w:val="20"/>
        </w:rPr>
        <w:t>[5 . 24]</w:t>
      </w:r>
    </w:p>
    <w:p>
      <w:r>
        <w:rPr>
          <w:rFonts w:ascii="Gentium Plus" w:hAnsi="Gentium Plus"/>
          <w:sz w:val="24"/>
        </w:rPr>
        <w:t>τῆς πληγῆς καίριον· ἡ δὲ δεξιὰ κατὰ τὴν ἑαυτῆς ἰσχὺν ἐπωθείτω τὸ προβόλιον. ὁ δ’ ὀφθαλμὸς κατὰ τὸ θηρίον ὀξὺς τετάσθω. κἂν μὲν σῦς ᾖ τὸ θηρίον, στοχαζέσθω τις ἢ κατὰ τὸ μεσόφρυον ἢ κατὰ τὴν ὠμοπλάτην ὦσαι τὸ προβόλιον· ἄμφω γὰρ καίρια. εἰ δὲ καὶ</w:t>
      </w:r>
    </w:p>
    <w:p>
      <w:r>
        <w:rPr>
          <w:rFonts w:ascii="Courier New" w:hAnsi="Courier New"/>
          <w:color w:val="555555"/>
          <w:sz w:val="20"/>
        </w:rPr>
        <w:t>[5]</w:t>
      </w:r>
    </w:p>
    <w:p>
      <w:r>
        <w:rPr>
          <w:rFonts w:ascii="Gentium Plus" w:hAnsi="Gentium Plus"/>
          <w:sz w:val="24"/>
        </w:rPr>
        <w:t>τῶν γενύων καθίκοιτο, ἧττον ἂν χρῷτο τοῖς χαυλιόδουσιν· ὁ δὲ πηδῶντος συὸς ὑποθήσει σπασάμενος τὴν μάχαιραν. φυλάττεσθαι δὲ χρὴ μὴ τὸ προβόλιον ὁ σῦς ἐκκρούσῃ τῇ τε τῆς κεφαλῆς ἐκνεύσει βιαίᾳ καὶ τῇ πρὸς τὸν σίδηρον πληγῇ σφοδρᾷ καὶ τῇ ῥύμῃ τοῦ</w:t>
      </w:r>
    </w:p>
    <w:p>
      <w:r>
        <w:rPr>
          <w:rFonts w:ascii="Courier New" w:hAnsi="Courier New"/>
          <w:color w:val="555555"/>
          <w:sz w:val="20"/>
        </w:rPr>
        <w:t>[5 . 25]</w:t>
      </w:r>
    </w:p>
    <w:p>
      <w:r>
        <w:rPr>
          <w:rFonts w:ascii="Gentium Plus" w:hAnsi="Gentium Plus"/>
          <w:sz w:val="24"/>
        </w:rPr>
        <w:t>ἅλματος· εἰ γὰρ τοῦτο γένοιτο, ὁμοῦ ἂν τῷ ἀνθρώπῳ γίνοιτο, καὶ δεῖ κεῖσθαι πρηνῆ, τῆς ὕλης ἀπρὶξ ἀντειλημμένον· οὐ γὰρ ἂν δύ‐</w:t>
      </w:r>
    </w:p>
    <w:p>
      <w:r>
        <w:rPr>
          <w:rFonts w:ascii="Courier New" w:hAnsi="Courier New"/>
          <w:color w:val="555555"/>
          <w:sz w:val="20"/>
        </w:rPr>
        <w:t>[5]</w:t>
      </w:r>
    </w:p>
    <w:p>
      <w:r>
        <w:rPr>
          <w:rFonts w:ascii="Gentium Plus" w:hAnsi="Gentium Plus"/>
          <w:sz w:val="24"/>
        </w:rPr>
        <w:t>δ’ ἑτέρῳ θηρίῳ προσφέροιτο ὁ κυνηγέτης, μὴ διαβαινέτω μὲν τοῖν ποδοῖν ἐπὶ τοσοῦτον, ἀλλ’ ὀρθὸς μᾶλλον ἀνεστηκέτω, διότι τὰ θηρία</w:t>
      </w:r>
    </w:p>
    <w:p>
      <w:r>
        <w:rPr>
          <w:rFonts w:ascii="Courier New" w:hAnsi="Courier New"/>
          <w:color w:val="555555"/>
          <w:sz w:val="20"/>
        </w:rPr>
        <w:t>[5 . 26]</w:t>
      </w:r>
    </w:p>
    <w:p>
      <w:r>
        <w:rPr>
          <w:rFonts w:ascii="Gentium Plus" w:hAnsi="Gentium Plus"/>
          <w:sz w:val="24"/>
        </w:rPr>
        <w:t>ταῦτα, οἷον παρδάλεις καὶ λέοντες, δρόμῳ μέχρι τοῦ κυνηγέτου χρώμενα πλησιάσαντα πηδᾷ, στοχάζεσθαι δὲ χρὴ τοῦ στήθους καὶ καρδίας· αὕτη γὰρ ἐπὶ τούτων ἡ πληγὴ καίριος. ἄρκυες δὲ καὶ δίκτυα καὶ ἐνόδια, τὸ μὲν λίνον αὐτῶν Αἰ‐</w:t>
      </w:r>
    </w:p>
    <w:p>
      <w:r>
        <w:rPr>
          <w:rFonts w:ascii="Courier New" w:hAnsi="Courier New"/>
          <w:color w:val="555555"/>
          <w:sz w:val="20"/>
        </w:rPr>
        <w:t>[5]</w:t>
      </w:r>
    </w:p>
    <w:p>
      <w:r>
        <w:rPr>
          <w:rFonts w:ascii="Gentium Plus" w:hAnsi="Gentium Plus"/>
          <w:sz w:val="24"/>
        </w:rPr>
        <w:t>γύπτιον ἢ Φασιανικὸν ἢ Καρχηδόνιον ἢ Σαρδιανὸν εἶναι δεῖ. Ἡρό‐ δοτος (II 105) δὲ τὸ Φασιανόν, ὅπερ ἐστὶ Κολχικόν, ὑφ’ Ἑλλήνων Σαρδονικὸν καλεῖσθαι λέγει· καὶ δύναται καὶ τὸ ἀπὸ Σαρδοῦς, ἀφ’ ἧς ἴσως καὶ τὸ Καρχηδόνιον ἔνδοξόν ἐστιν ὡς ἀπὸ τῆς ἑσπέρας κομιζόμενον. πάντα μὲν οὖν τὰ θηρευτικὰ πλέγματα δίκτυα κα‐</w:t>
      </w:r>
    </w:p>
    <w:p>
      <w:r>
        <w:rPr>
          <w:rFonts w:ascii="Courier New" w:hAnsi="Courier New"/>
          <w:color w:val="555555"/>
          <w:sz w:val="20"/>
        </w:rPr>
        <w:t>[5 . 27]</w:t>
      </w:r>
    </w:p>
    <w:p>
      <w:r>
        <w:rPr>
          <w:rFonts w:ascii="Gentium Plus" w:hAnsi="Gentium Plus"/>
          <w:sz w:val="24"/>
        </w:rPr>
        <w:t>λοῖτ’ ἄν, Φερεκράτης (I frg 209 Ko) δ’ αὐτὰ καὶ ἕρκη εἶπεν· ἡ δὲ παραλλαγὴ τῶν ὀνομάτων ἐν τῇ χρήσει τῇ θηρευτικῇ δίκτυα μὲν καλεῖ τὰ ἐν τοῖς ὁμαλέσι καὶ ἰσοπέδοις ἱστάμενα, ἐνόδια δὲ τὰ ἐν ταῖς ὁδοῖς. αἱ δ’ ἄρκυες τούτων μὲν ἐλάττους εἰσὶ τοῖς μεγέθεσι,</w:t>
      </w:r>
    </w:p>
    <w:p>
      <w:r>
        <w:rPr>
          <w:rFonts w:ascii="Courier New" w:hAnsi="Courier New"/>
          <w:color w:val="555555"/>
          <w:sz w:val="20"/>
        </w:rPr>
        <w:t>[5]</w:t>
      </w:r>
    </w:p>
    <w:p>
      <w:r>
        <w:rPr>
          <w:rFonts w:ascii="Gentium Plus" w:hAnsi="Gentium Plus"/>
          <w:sz w:val="24"/>
        </w:rPr>
        <w:t>κεκρυφάλῳ δ’ ἐοίκασι κατὰ τὸ σχῆμα, εἰς ὀξὺ καταλήγουσαι. δεῖ δ’ αὐτὰς εἶναι κατὰ τὸν τοῦ Ξενοφῶντος λόγον (Cyneg II 4) ἐν‐ νεαλίνους, ἐκ τριῶν τόνων συμπεπλεγμένας. ὁ δὲ τόνος καὶ κῶ‐</w:t>
      </w:r>
    </w:p>
    <w:p>
      <w:r>
        <w:rPr>
          <w:rFonts w:ascii="Courier New" w:hAnsi="Courier New"/>
          <w:color w:val="555555"/>
          <w:sz w:val="20"/>
        </w:rPr>
        <w:t>[5 . 28]</w:t>
      </w:r>
    </w:p>
    <w:p>
      <w:r>
        <w:rPr>
          <w:rFonts w:ascii="Gentium Plus" w:hAnsi="Gentium Plus"/>
          <w:sz w:val="24"/>
        </w:rPr>
        <w:t>λον καλεῖται· πέπλεκται δ’ ἐκ λίνων ὁ τόνος τριῶν. τῆς δ’ ἄρκυος τὸ μέν τι καλεῖται βρόχος· ἔστι δ’ ὁ βρόχος τὸ συνεχὲς ἐν τοῖς δικτύοις τετράγωνον διάστημα, συνεστηκὸς ἐκ τεττάρων ἁμμάτων, ὃ τεινομένης τῆς ἄρκυος γίνεται ῥομβοειδές, δι’ οὗ τὴν κεφαλὴν διωθεῖ</w:t>
      </w:r>
    </w:p>
    <w:p>
      <w:r>
        <w:rPr>
          <w:rFonts w:ascii="Courier New" w:hAnsi="Courier New"/>
          <w:color w:val="555555"/>
          <w:sz w:val="20"/>
        </w:rPr>
        <w:t>[5]</w:t>
      </w:r>
    </w:p>
    <w:p>
      <w:r>
        <w:rPr>
          <w:rFonts w:ascii="Gentium Plus" w:hAnsi="Gentium Plus"/>
          <w:sz w:val="24"/>
        </w:rPr>
        <w:t>τὰ θηρία ὡς διεκπεσούμενα, καὶ περὶ αὐτὸ ἐνσχεθέντα ἁλίσκεται· ὁ δὲ περίδρομός ἐστι τῆς ἄρκυος σχοινίον ἑκατέρωθεν, διὰ τῶν ἄνω τε καὶ κάτω τελευταίων βρόχων διειρόμενον, ᾧ συνέλκεταί τε τὰ</w:t>
      </w:r>
    </w:p>
    <w:p>
      <w:r>
        <w:rPr>
          <w:rFonts w:ascii="Courier New" w:hAnsi="Courier New"/>
          <w:color w:val="555555"/>
          <w:sz w:val="20"/>
        </w:rPr>
        <w:t>[5 . 29]</w:t>
      </w:r>
    </w:p>
    <w:p>
      <w:r>
        <w:rPr>
          <w:rFonts w:ascii="Gentium Plus" w:hAnsi="Gentium Plus"/>
          <w:sz w:val="24"/>
        </w:rPr>
        <w:t>δίκτυα καὶ πάλιν ἀναλύεται. δεῖ δὲ τοὺς περιδρόμους ἀναμμάτους εἶναι, φησὶν ὁ Ξενοφῶν (Cyneg II 4), ἵνα εὔτροχοι ὦσιν· προσβάλ‐ λονται δὲ τοῖς δικτύοις ἀπὸ στροφίων. ἤδη δέ τινες τοὺς αὐτοὺς τούτους ἐπιδρόμους ὠνόμασαν· οἱ δὲ δύ’ ὄντων τὸν μὲν ἐκ τοῦ</w:t>
      </w:r>
    </w:p>
    <w:p>
      <w:r>
        <w:rPr>
          <w:rFonts w:ascii="Courier New" w:hAnsi="Courier New"/>
          <w:color w:val="555555"/>
          <w:sz w:val="20"/>
        </w:rPr>
        <w:t>[5]</w:t>
      </w:r>
    </w:p>
    <w:p>
      <w:r>
        <w:rPr>
          <w:rFonts w:ascii="Gentium Plus" w:hAnsi="Gentium Plus"/>
          <w:sz w:val="24"/>
        </w:rPr>
        <w:t>κάτω περίδρομον, ἐπίδρομον δὲ τὸν ἄνωθεν. ἔστι δέ τι ἄρκυος μέρος καὶ ἀκρωλένια, ὅπερ ἐστὶ τὰ πέρατα τῶν ἀρκύων, ἃ οἱ μὲν κράσπεδα οἱ δὲ πτερύγια ὠνόμασαν. καὶ μὴν τοῖς ἐνοδίοις προσονο‐ μάζονταί τινες μαστοί, κύκλῳ ἐκ λίνων πλέγματα τοῖς ἀκρωλενίοις</w:t>
      </w:r>
    </w:p>
    <w:p>
      <w:r>
        <w:rPr>
          <w:rFonts w:ascii="Courier New" w:hAnsi="Courier New"/>
          <w:color w:val="555555"/>
          <w:sz w:val="20"/>
        </w:rPr>
        <w:t>[5 . 30]</w:t>
      </w:r>
    </w:p>
    <w:p>
      <w:r>
        <w:rPr>
          <w:rFonts w:ascii="Gentium Plus" w:hAnsi="Gentium Plus"/>
          <w:sz w:val="24"/>
        </w:rPr>
        <w:t>προσπεπλεγμένα, τοῖς δὲ δικτύοις δακτύλιοι, κατὰ ταὐτὰ μὲν τοῖς μαστοῖς τὸ σχῆμα ἔχοντες, κρίκοι δ’ αὐτοῖς σιδήρου πρόσεισιν ὡς ἐπὶ μείζοσιν οὖσι τοῖς δικτύοις, ὅθεν καὶ Ξενοφῶν (Cyneg II 4) τοῖς μὲν ἐνοδίοις παρὰ τὰς ἄρκυς κῶλον ἕν, ὃ καλεῖται τόνος,</w:t>
      </w:r>
    </w:p>
    <w:p>
      <w:r>
        <w:rPr>
          <w:rFonts w:ascii="Courier New" w:hAnsi="Courier New"/>
          <w:color w:val="555555"/>
          <w:sz w:val="20"/>
        </w:rPr>
        <w:t>[5]</w:t>
      </w:r>
    </w:p>
    <w:p>
      <w:r>
        <w:rPr>
          <w:rFonts w:ascii="Gentium Plus" w:hAnsi="Gentium Plus"/>
          <w:sz w:val="24"/>
        </w:rPr>
        <w:t>προστίθησι, τοῖς δὲ δικτύοις παρὰ τὰ ἐνόδιά φησι δεῖν πλείω τόνον προστίθεσθαι, ποιῶν τὰ μὲν ἐνόδια δωδεκάλινα τὰ δὲ δίκτυα ἑκ‐ καιδεκάλινα, ἐκείνων ὄντων ἐννεαλίνων. ἀνάλογον δὲ καὶ τὸ μέ‐</w:t>
      </w:r>
    </w:p>
    <w:p>
      <w:r>
        <w:rPr>
          <w:rFonts w:ascii="Courier New" w:hAnsi="Courier New"/>
          <w:color w:val="555555"/>
          <w:sz w:val="20"/>
        </w:rPr>
        <w:t>[5 . 31]</w:t>
      </w:r>
    </w:p>
    <w:p>
      <w:r>
        <w:rPr>
          <w:rFonts w:ascii="Gentium Plus" w:hAnsi="Gentium Plus"/>
          <w:sz w:val="24"/>
        </w:rPr>
        <w:t>γεθος ἐκ τῆς προσθήκης ἐπαύξει. τούτοις δὲ καὶ σαρδόνες προσ‐ πλέκονται, ὅπερ ἐστὶν ᾤα τοῦ δικτύου, μετὰ τὸν τελευταῖον βρόχον ἀνέχουσα τὸ δίκτυον, ὑπὲρ ἣν ὁ περίδρομος ἢ ἐπίδρομος ταῖς σχα‐ λίσι κατὰ τὸ δίκρουν ἔπεστιν. κεκρύφαλος δ’ ἄρκυος ἡ κοιλότης,</w:t>
      </w:r>
    </w:p>
    <w:p>
      <w:r>
        <w:rPr>
          <w:rFonts w:ascii="Courier New" w:hAnsi="Courier New"/>
          <w:color w:val="555555"/>
          <w:sz w:val="20"/>
        </w:rPr>
        <w:t>[5]</w:t>
      </w:r>
    </w:p>
    <w:p>
      <w:r>
        <w:rPr>
          <w:rFonts w:ascii="Gentium Plus" w:hAnsi="Gentium Plus"/>
          <w:sz w:val="24"/>
        </w:rPr>
        <w:t>κορυφαῖον δὲ τὸ στενὸν τὸ τῆς ἄρκυός ἐστιν, ὅ τινες καὶ κορυ‐ φιστῆρα ὠνόμασαν. κυνοῦχος δ’ ἐστὶ δέρμα μόσχειον, εἰς ὃ ἐντί‐ θεται τὸ δίκτυον, τῷ σχήματι πεποιημένον ὥσπερ τὰ σύσπαστα βα‐ λάντια. στάλικες δὲ καὶ σχαλίδες καὶ σχαλιδώματα ξύλα ὀρθά, ἐξ ἄκρου διττά, ἱστάμενα μὲν κατὰ τῆς γῆς, τοῖς δὲ δίκροις ἀνέχοντα</w:t>
      </w:r>
    </w:p>
    <w:p>
      <w:r>
        <w:rPr>
          <w:rFonts w:ascii="Courier New" w:hAnsi="Courier New"/>
          <w:color w:val="555555"/>
          <w:sz w:val="20"/>
        </w:rPr>
        <w:t>[5 . 32]</w:t>
      </w:r>
    </w:p>
    <w:p>
      <w:r>
        <w:rPr>
          <w:rFonts w:ascii="Gentium Plus" w:hAnsi="Gentium Plus"/>
          <w:sz w:val="24"/>
        </w:rPr>
        <w:t>τοὺς τῶν δικτύων βρόχους τε καὶ περιδρόμους. ἀνίσους δ’ εἶναι δεῖ τάσδε τὰς στήριγγας, ὅπως πρὸς τὰ ὑψηλὰ καὶ κοῖλα τῶν χω‐ ρίων κατὰ τὴν χρείαν ὁ ἀρκυωρὸς ἁρμοσάμενος ἀπισώσῃ τῇ τούτων ἀνισότητι τῶν δικτύων τὴν στάσιν, ἣ καλεῖται ἀρκυστασία. καθί‐</w:t>
      </w:r>
    </w:p>
    <w:p>
      <w:r>
        <w:rPr>
          <w:rFonts w:ascii="Courier New" w:hAnsi="Courier New"/>
          <w:color w:val="555555"/>
          <w:sz w:val="20"/>
        </w:rPr>
        <w:t>[5]</w:t>
      </w:r>
    </w:p>
    <w:p>
      <w:r>
        <w:rPr>
          <w:rFonts w:ascii="Gentium Plus" w:hAnsi="Gentium Plus"/>
          <w:sz w:val="24"/>
        </w:rPr>
        <w:t>στανται δ’ αἱ σχαλίδες πλάγιαι, μᾶλλον εἰς ἀλλήλας προσνεύουσαι. ἡ δὲ ποδάγρα ἵσταται μὲν ἐλάφοις καὶ συσὶν ἔστιν ὅτε, καλοῖτο</w:t>
      </w:r>
    </w:p>
    <w:p>
      <w:r>
        <w:rPr>
          <w:rFonts w:ascii="Courier New" w:hAnsi="Courier New"/>
          <w:color w:val="555555"/>
          <w:sz w:val="20"/>
        </w:rPr>
        <w:t>[5 . 33]</w:t>
      </w:r>
    </w:p>
    <w:p>
      <w:r>
        <w:rPr>
          <w:rFonts w:ascii="Gentium Plus" w:hAnsi="Gentium Plus"/>
          <w:sz w:val="24"/>
        </w:rPr>
        <w:t>στεφάνη καλεῖται. κατείληπται δ’ ἥλοις σιδηροῖς καὶ ξυλίνοις πα‐ ραλλὰξ ἑκατέροις, καὶ πλόκανον ἐν μέσῳ πέπλεκται, ὡς πατῆσαν τὸ θηρίον φερόμενόν θ’ ὥσπερ† ἀναστρέψαι τε τὴν ποδοστράβην καὶ ἐνσχεθῆναι στερεῷ βρόχῳ κατὰ τέχνην ἐπ’ αὐτὸ τοῦτο πεποιη‐</w:t>
      </w:r>
    </w:p>
    <w:p>
      <w:r>
        <w:rPr>
          <w:rFonts w:ascii="Courier New" w:hAnsi="Courier New"/>
          <w:color w:val="555555"/>
          <w:sz w:val="20"/>
        </w:rPr>
        <w:t>[5]</w:t>
      </w:r>
    </w:p>
    <w:p>
      <w:r>
        <w:rPr>
          <w:rFonts w:ascii="Gentium Plus" w:hAnsi="Gentium Plus"/>
          <w:sz w:val="24"/>
        </w:rPr>
        <w:t>μένῳ. ἐντίθεται δ’ ἡ ποδοστράβη ὀρύγματι, καὶ ἀπὸ τοῦ περὶ τῇ στεφάνῃ βρόχου σειρά τις ἐκτέταται, ἣν καὶ σειρίδα καὶ ἁρπεδόνην καλοῦσιν. πλέγμα δ’ ἐστὶν ἐκ σπάρτου στερεὸν ἡ σειρίς, καὶ ταύτης ἀπήρτηται ξύλον ἐν ἄλλῳ πλησίον ὄντι ὀρύγματι κατακείμενον, ὅπως, ἐὰν τὸ θηρίον ἐπιβὰν ἀναστρέψῃ τε τὴν ποδοστράβην ἐφ’ ἑαυτὸ</w:t>
      </w:r>
    </w:p>
    <w:p>
      <w:r>
        <w:rPr>
          <w:rFonts w:ascii="Courier New" w:hAnsi="Courier New"/>
          <w:color w:val="555555"/>
          <w:sz w:val="20"/>
        </w:rPr>
        <w:t>[10]</w:t>
      </w:r>
    </w:p>
    <w:p>
      <w:r>
        <w:rPr>
          <w:rFonts w:ascii="Gentium Plus" w:hAnsi="Gentium Plus"/>
          <w:sz w:val="24"/>
        </w:rPr>
        <w:t>καὶ ἐνσχεθῇ τῷ βρόχῳ, τὴν ἁρπεδόνην καὶ τὸ ξύλον ἐφελκόμενον ἐμποδίζηται πρὸς τὸν δρόμον, μάλιστα εἰ τῶν προσθίων τις αὐτοῦ</w:t>
      </w:r>
    </w:p>
    <w:p>
      <w:r>
        <w:rPr>
          <w:rFonts w:ascii="Courier New" w:hAnsi="Courier New"/>
          <w:color w:val="555555"/>
          <w:sz w:val="20"/>
        </w:rPr>
        <w:t>[5 . 34]</w:t>
      </w:r>
    </w:p>
    <w:p>
      <w:r>
        <w:rPr>
          <w:rFonts w:ascii="Gentium Plus" w:hAnsi="Gentium Plus"/>
          <w:sz w:val="24"/>
        </w:rPr>
        <w:t>ποδῶν ἐνσχεθείη. καὶ τῷ μὲν κυνηγέτῃ μεταθεῖν ὑπάρξει κατὰ τὸν ὁλκὸν τὸν τοῦ ξύλου, ῥᾷον μὲν εἰ κατὰ γῆς μαλακῆς ἐπισύροιτο· ἡ δὲ τραχυτέρα καὶ αὐτὴ τὸ σημεῖον ἐνδίδωσι τῷ θηρίῳ, μετιέναι κατὰ τὰ ἀποσύρματα τοῦ ξύλου. ἔσθ’ ὅτε δὲ καὶ αὐτὸ τὸ ξύλον</w:t>
      </w:r>
    </w:p>
    <w:p>
      <w:r>
        <w:rPr>
          <w:rFonts w:ascii="Courier New" w:hAnsi="Courier New"/>
          <w:color w:val="555555"/>
          <w:sz w:val="20"/>
        </w:rPr>
        <w:t>[5]</w:t>
      </w:r>
    </w:p>
    <w:p>
      <w:r>
        <w:rPr>
          <w:rFonts w:ascii="Gentium Plus" w:hAnsi="Gentium Plus"/>
          <w:sz w:val="24"/>
        </w:rPr>
        <w:t>ἐνσχεθὲν ὕλης δασύτητι ἢ πέτρας ἀνισότητι ἔστησε τὸ θηρίον. τῷ δ’ ὀρύγματι χρὴ τῆς στερεᾶς γῆς καί τινος πόας ἢ φύλλων ἐπι‐ φέρειν, τὴν δὲ νεαρὰν γῆν ἐκ τοῦ ὀρύγματος ἀποφέρειν ὅτι πορ‐ ρωτάτω, τοῦ μὴ τῆς νέον κεκινημένης γῆς τὸ θηρίον ὀσφραινόμενον δυσωπεῖσθαι.</w:t>
      </w:r>
    </w:p>
    <w:p>
      <w:r>
        <w:rPr>
          <w:rFonts w:ascii="Courier New" w:hAnsi="Courier New"/>
          <w:color w:val="555555"/>
          <w:sz w:val="20"/>
        </w:rPr>
        <w:t>[10]</w:t>
      </w:r>
    </w:p>
    <w:p>
      <w:r>
        <w:rPr>
          <w:rFonts w:ascii="Gentium Plus" w:hAnsi="Gentium Plus"/>
          <w:sz w:val="24"/>
        </w:rPr>
        <w:t>καὶ ἥδε μὲν ἡ παρασκευὴ μεθ’ ἧς τὸν κυνηγέτην δεῖ παρεῖναι·</w:t>
      </w:r>
    </w:p>
    <w:p>
      <w:r>
        <w:rPr>
          <w:rFonts w:ascii="Courier New" w:hAnsi="Courier New"/>
          <w:color w:val="555555"/>
          <w:sz w:val="20"/>
        </w:rPr>
        <w:t>[5 . 35]</w:t>
      </w:r>
    </w:p>
    <w:p>
      <w:r>
        <w:rPr>
          <w:rFonts w:ascii="Gentium Plus" w:hAnsi="Gentium Plus"/>
          <w:sz w:val="24"/>
        </w:rPr>
        <w:t>ἱστάτω δὲ τὰ δίκτυα ἐν πᾶσι τόποις, ὁδοῖς τριμμοῖς δρυμῶσι ἕλεσι πεδίοις ὄρεσιν ὕδασιν ὕλαις νάπαις, ἵνα ὑποπτεύει δύνασθαι τὸ θηρίον εὑρεθῆναι διαστήματα καταλιπὼν πρὸς τὰς διαδρομάς, ἃ κα‐ λεῖται παράδρομα. ἐχέτω δὲ καὶ ἄλλα μικρὰ δίκτυα, εἰ καὶ τὰ</w:t>
      </w:r>
    </w:p>
    <w:p>
      <w:r>
        <w:rPr>
          <w:rFonts w:ascii="Courier New" w:hAnsi="Courier New"/>
          <w:color w:val="555555"/>
          <w:sz w:val="20"/>
        </w:rPr>
        <w:t>[5]</w:t>
      </w:r>
    </w:p>
    <w:p>
      <w:r>
        <w:rPr>
          <w:rFonts w:ascii="Gentium Plus" w:hAnsi="Gentium Plus"/>
          <w:sz w:val="24"/>
        </w:rPr>
        <w:t>διαστήματα προσαποφράξαι δέοι· ταῦτα δὲ τὰ δίκτυα τῶν κυνη‐ γετικῶν τινὲς ἐμβόλια κεκλήκασιν ὥσπερ ἐμβαλλόμενα τῇ τῶν προ‐ τέρων στάσει.</w:t>
      </w:r>
    </w:p>
    <w:p>
      <w:r>
        <w:rPr>
          <w:rFonts w:ascii="Courier New" w:hAnsi="Courier New"/>
          <w:color w:val="555555"/>
          <w:sz w:val="20"/>
        </w:rPr>
        <w:t>[5 . 36]</w:t>
      </w:r>
    </w:p>
    <w:p>
      <w:r>
        <w:rPr>
          <w:rFonts w:ascii="Gentium Plus" w:hAnsi="Gentium Plus"/>
          <w:sz w:val="24"/>
        </w:rPr>
        <w:t>φαίης δ’ ἂν στήσασθαι τὰς ἄρκυς, ἐνστήσασθαι περιστήσασθαι, περιβαλεῖν περιβαλέσθαι, περιπετάσαι, περιθεῖναι, περιτεῖναι ἐπι‐ τεῖναι, ὀρθῶσαι, στοιχίσαι περιστοιχίσαι περιστοιχίσασθαι. κα‐ λεῖται δ’ αὐτῶν ἡ στάσις στοῖχος καὶ στόχος καὶ στοχὰς καὶ στο‐</w:t>
      </w:r>
    </w:p>
    <w:p>
      <w:r>
        <w:rPr>
          <w:rFonts w:ascii="Courier New" w:hAnsi="Courier New"/>
          <w:color w:val="555555"/>
          <w:sz w:val="20"/>
        </w:rPr>
        <w:t>[5]</w:t>
      </w:r>
    </w:p>
    <w:p>
      <w:r>
        <w:rPr>
          <w:rFonts w:ascii="Gentium Plus" w:hAnsi="Gentium Plus"/>
          <w:sz w:val="24"/>
        </w:rPr>
        <w:t>χασμὸς καὶ στοιχισμός. στοχὰς δὲ καλεῖται καὶ χειροποίητά τινα οἰκοδομήματα ἐκ λίθων, ἢ ὕλης ὑπὲρ τὴν γῆν ἀναστήματα, κατὰ χρείαν τῆς τῶν δικτύων ἐξ ἴσου στάσεως, εἴ τι κοῖλον εἴη περὶ τὸ ἀρκύστατον. Σόλων δὲ καὶ στοιχάδας τινὰς ἐλάας ἐκάλεσε, ταῖς μορίαις ἀντιτιθείς, ἴσως τὰς κατὰ στοῖχον πεφυτευμένας.</w:t>
      </w:r>
    </w:p>
    <w:p>
      <w:r>
        <w:rPr>
          <w:rFonts w:ascii="Courier New" w:hAnsi="Courier New"/>
          <w:color w:val="555555"/>
          <w:sz w:val="20"/>
        </w:rPr>
        <w:t>[5 . 37]</w:t>
      </w:r>
    </w:p>
    <w:p>
      <w:r>
        <w:rPr>
          <w:rFonts w:ascii="Gentium Plus" w:hAnsi="Gentium Plus"/>
          <w:sz w:val="24"/>
        </w:rPr>
        <w:t>γενναῖαι κύνες Λάκαιναι, Ἀρκάδες, Ἀργολίδες, Λοκρίδες, Κελτικαί, Ἰβηρικαί, Καρῖναι, Κρῆσσαι, Μολοττικαί, Ἐρετρικαί, Ὑρκα‐ ναί, Ἰνδικαί. οἱ δὲ κύνες οἱ Ψυλλικοὶ καλούμενοι ἀπὸ πόλεως Ἀχαϊκῆς ἀρχαίας κέκληνται, ὥσπερ οἱ Ἐλυμαῖοι ἀπὸ ἔθνους μεταξὺ</w:t>
      </w:r>
    </w:p>
    <w:p>
      <w:r>
        <w:rPr>
          <w:rFonts w:ascii="Courier New" w:hAnsi="Courier New"/>
          <w:color w:val="555555"/>
          <w:sz w:val="20"/>
        </w:rPr>
        <w:t>[5]</w:t>
      </w:r>
    </w:p>
    <w:p>
      <w:r>
        <w:rPr>
          <w:rFonts w:ascii="Gentium Plus" w:hAnsi="Gentium Plus"/>
          <w:sz w:val="24"/>
        </w:rPr>
        <w:t>Βάκτρων καὶ Ὑρκανίας κειμένου. Καστόριαι δὲ καὶ Μενελαΐδες καὶ</w:t>
      </w:r>
    </w:p>
    <w:p>
      <w:r>
        <w:rPr>
          <w:rFonts w:ascii="Courier New" w:hAnsi="Courier New"/>
          <w:color w:val="555555"/>
          <w:sz w:val="20"/>
        </w:rPr>
        <w:t>[5 . 38]</w:t>
      </w:r>
    </w:p>
    <w:p>
      <w:r>
        <w:rPr>
          <w:rFonts w:ascii="Gentium Plus" w:hAnsi="Gentium Plus"/>
          <w:sz w:val="24"/>
        </w:rPr>
        <w:t>Ἁρμόδιοι ἀπὸ τῶν θρεψάντων ὠνομάσθησαν. λέγουσι δὲ τὰς μὲν Λακαίνας ἐξ ἀλωπέκων τὸ ἀρχαῖον καὶ κυνῶν γενομένας κληθῆναι ἀλωπεκίδας, τὰς δ’ Ὑρκανὰς ἐκ κυνῶν καὶ λεόντων, καὶ κληθῆναι λεοντομιγεῖς. Ἀριστοτέλης (Hist Anim VIII p 607 3) δὲ τὰς Ἰνδι‐</w:t>
      </w:r>
    </w:p>
    <w:p>
      <w:r>
        <w:rPr>
          <w:rFonts w:ascii="Courier New" w:hAnsi="Courier New"/>
          <w:color w:val="555555"/>
          <w:sz w:val="20"/>
        </w:rPr>
        <w:t>[5]</w:t>
      </w:r>
    </w:p>
    <w:p>
      <w:r>
        <w:rPr>
          <w:rFonts w:ascii="Gentium Plus" w:hAnsi="Gentium Plus"/>
          <w:sz w:val="24"/>
        </w:rPr>
        <w:t>κὰς κυνὸς καὶ τίγριδος λέγει τρίτην γενεάν· τὰς γὰρ προτέρας</w:t>
      </w:r>
    </w:p>
    <w:p>
      <w:r>
        <w:rPr>
          <w:rFonts w:ascii="Courier New" w:hAnsi="Courier New"/>
          <w:color w:val="555555"/>
          <w:sz w:val="20"/>
        </w:rPr>
        <w:t>[5 . 39]</w:t>
      </w:r>
    </w:p>
    <w:p>
      <w:r>
        <w:rPr>
          <w:rFonts w:ascii="Gentium Plus" w:hAnsi="Gentium Plus"/>
          <w:sz w:val="24"/>
        </w:rPr>
        <w:t>θησαν εἰς Ἰνδούς· ὥσπερ καὶ τὰς Χαονίδας καὶ Μολοττίδας ἀπο‐ γόνους εἶναί φησι κυνός, ὃν Ἥφαιστος ἐκ χαλκοῦ Δημονησίου χαλκευσάμενος, ψυχὴν ἐνθείς, δῶρον ἔδωκε Διὶ κἀκεῖνος Εὐρώπῃ, αὕτη δὲ Μίνῳ καὶ Μίνως Πρόκριδι καὶ Πρόκρις Κεφάλῳ. φύσιν</w:t>
      </w:r>
    </w:p>
    <w:p>
      <w:r>
        <w:rPr>
          <w:rFonts w:ascii="Courier New" w:hAnsi="Courier New"/>
          <w:color w:val="555555"/>
          <w:sz w:val="20"/>
        </w:rPr>
        <w:t>[5]</w:t>
      </w:r>
    </w:p>
    <w:p>
      <w:r>
        <w:rPr>
          <w:rFonts w:ascii="Gentium Plus" w:hAnsi="Gentium Plus"/>
          <w:sz w:val="24"/>
        </w:rPr>
        <w:t>δ’ εἶχεν ἄφυκτος εἶναι, ὥσπερ ἡ Τευμησσία ἀλώπηξ ἄληπτος· καὶ διὰ τοῦτο ἀπελιθώθησαν ἄμφω, ὁ μὲν ἵνα μὴ λάβῃ τὴν ἄληπτον ἀλώπεκα, ἡ δ’ ἵνα μὴ φύγῃ τὸν ἄφυκτον κύνα. αἱ δὲ Καστορίδες</w:t>
      </w:r>
    </w:p>
    <w:p>
      <w:r>
        <w:rPr>
          <w:rFonts w:ascii="Courier New" w:hAnsi="Courier New"/>
          <w:color w:val="555555"/>
          <w:sz w:val="20"/>
        </w:rPr>
        <w:t>[5 . 40]</w:t>
      </w:r>
    </w:p>
    <w:p>
      <w:r>
        <w:rPr>
          <w:rFonts w:ascii="Gentium Plus" w:hAnsi="Gentium Plus"/>
          <w:sz w:val="24"/>
        </w:rPr>
        <w:t>Κάστορος θρέμματα, Ἀπόλλωνος τὸ δῶρον· ταύτας δ’ ὁ αὐτὸς οὗτος ποιητὴς εἶναι τὰς ἀλωπεκίδας λέγει, μιξαμένου τὸ γένος ἀλώπεκι Κάστορος. αἱ δ’ Ἐρετρικαί, καὶ ταύτας Ἀπόλλων ἔδωκεν· τοὺς δὲ λαβόντας καὶ θρέψαντας τοὺς Εὐρυτίδας φησὶν εἶναι. καὶ μὴν</w:t>
      </w:r>
    </w:p>
    <w:p>
      <w:r>
        <w:rPr>
          <w:rFonts w:ascii="Courier New" w:hAnsi="Courier New"/>
          <w:color w:val="555555"/>
          <w:sz w:val="20"/>
        </w:rPr>
        <w:t>[5]</w:t>
      </w:r>
    </w:p>
    <w:p>
      <w:r>
        <w:rPr>
          <w:rFonts w:ascii="Gentium Plus" w:hAnsi="Gentium Plus"/>
          <w:sz w:val="24"/>
        </w:rPr>
        <w:t>τάς γε Μενελαΐδας τὰς αὐτὰς εἶναί φησι ταῖς Ψυλλικαῖς, δύ’ ἀδελ‐ φῶν κυνῶν ἐκεῖθεν ὑπὸ Μενέλεω περὶ τὴν Ἀργολικὴν τραφεισῶν. περὶ δὲ Κυρήνην ἐκ λύκων καὶ κυνῶν γίνεσθαί τι γένος Ἀριστοτέλης (Hist Anim VIII p 607 2) λέγει. τῶν δέ γε Κρητικῶν κυνῶν οἱ</w:t>
      </w:r>
    </w:p>
    <w:p>
      <w:r>
        <w:rPr>
          <w:rFonts w:ascii="Courier New" w:hAnsi="Courier New"/>
          <w:color w:val="555555"/>
          <w:sz w:val="20"/>
        </w:rPr>
        <w:t>[5 . 41]</w:t>
      </w:r>
    </w:p>
    <w:p>
      <w:r>
        <w:rPr>
          <w:rFonts w:ascii="Gentium Plus" w:hAnsi="Gentium Plus"/>
          <w:sz w:val="24"/>
        </w:rPr>
        <w:t>μὲν διάπονοι οἱ δὲ πάριπποι καλοῦνται, διάπονοι μὲν οὕς φασι καὶ τὰς νύκτας ταῖς ἡμέραις ἐν ταῖς πρὸς τὰ θηρία μάχαις ἐπιλαμβάνειν, καὶ πολλάκις παρευνασθέντας τοῖς θηρίοις μεθ’ ἡμέραν ἄρχεσθαι τῆς μάχης· οἱ δὲ πάριπποι τοῖς ἵπποις συνθέουσιν, οὔτε προθέοντες</w:t>
      </w:r>
    </w:p>
    <w:p>
      <w:r>
        <w:rPr>
          <w:rFonts w:ascii="Courier New" w:hAnsi="Courier New"/>
          <w:color w:val="555555"/>
          <w:sz w:val="20"/>
        </w:rPr>
        <w:t>[5]</w:t>
      </w:r>
    </w:p>
    <w:p>
      <w:r>
        <w:rPr>
          <w:rFonts w:ascii="Gentium Plus" w:hAnsi="Gentium Plus"/>
          <w:sz w:val="24"/>
        </w:rPr>
        <w:t>οὔτε μὴν ἀπολειπόμενοι. οἱ δὲ κυναμολγοὶ κύνες εἰσὶ περὶ τὰ ἕλη τὰ μεσημβρινά, γάλα δὲ βοῶν ποιοῦνται τὴν τροφήν, καὶ τοὺς ἐπιόντας τοῦ θέρους τῷ ἔθνει βοῦς Ἰνδικοὺς καταγωνίζονται, ὡς ἱστορεῖ Κτη‐ σίας (frg 62 C. Müller).</w:t>
      </w:r>
    </w:p>
    <w:p>
      <w:r>
        <w:rPr>
          <w:rFonts w:ascii="Courier New" w:hAnsi="Courier New"/>
          <w:color w:val="555555"/>
          <w:sz w:val="20"/>
        </w:rPr>
        <w:t>[5 . 42]</w:t>
      </w:r>
    </w:p>
    <w:p>
      <w:r>
        <w:rPr>
          <w:rFonts w:ascii="Gentium Plus" w:hAnsi="Gentium Plus"/>
          <w:sz w:val="24"/>
        </w:rPr>
        <w:t>κύνες δ’ ἔνδοξοι ὁ Πύρρου τοῦ Ἠπειρώτου, ὃς ἐκβοή‐ σαντος μὲν ἐκ τῶν ὕπνων αὐτοῦ περιβὰς ἐφύλαττε τὸν Πύρρον, ἀπο‐</w:t>
      </w:r>
    </w:p>
    <w:p>
      <w:r>
        <w:rPr>
          <w:rFonts w:ascii="Courier New" w:hAnsi="Courier New"/>
          <w:color w:val="555555"/>
          <w:sz w:val="20"/>
        </w:rPr>
        <w:t>[5]</w:t>
      </w:r>
    </w:p>
    <w:p>
      <w:r>
        <w:rPr>
          <w:rFonts w:ascii="Gentium Plus" w:hAnsi="Gentium Plus"/>
          <w:sz w:val="24"/>
        </w:rPr>
        <w:t>φονεύσαντας. ὁ δ’ Ἰκαρίου κύων καὶ ἔδειξε τῇ θυγατρὶ τὸν Ἰκαρίου νεκρόν· καὶ εἰ χρή τι πιστεύειν τοῖς ποιηταῖς, οὗτός ἐστιν ὁ Σείριος. ἔνδοξος δὲ καὶ ὁ Ἠπειρωτικὸς Κέρβερος, καὶ ὁ Ἀλεξάνδρου Περί‐ τας, τὸ θρέμμα τὸ Ἰνδικόν· ἐκράτει δ’ οὗτος λέοντος, ἑκατὸν μνῶν ἐωνημένος, καὶ ἀποθανόντι αὐτῷ πόλιν φησὶ Θεόπομπος (FHG I</w:t>
      </w:r>
    </w:p>
    <w:p>
      <w:r>
        <w:rPr>
          <w:rFonts w:ascii="Courier New" w:hAnsi="Courier New"/>
          <w:color w:val="555555"/>
          <w:sz w:val="20"/>
        </w:rPr>
        <w:t>[5 . 43]</w:t>
      </w:r>
    </w:p>
    <w:p>
      <w:r>
        <w:rPr>
          <w:rFonts w:ascii="Gentium Plus" w:hAnsi="Gentium Plus"/>
          <w:sz w:val="24"/>
        </w:rPr>
        <w:t>334) Ἀλέξανδρον ἐποικίσαι. λέγουσι δὲ τοὺς γενναιοτέρους τῶν Ἰνδικῶν ἄλλο μὲν θηρίον ἀπαξιοῦν μεταθεῖν, λέοντι δ’ ὡς ἀξιομάχῳ προσαγωνίζεσθαι μόνῳ, ἔχεσθαί τ’ ὀδὰξ ἐμφύντας, ὥστε κἂν ἁλῷ τὸ θηρίον, πολλὰ πράγματα τοὺς κυνηγοὺς ἔχειν ὡς ἀποσπάσαι τοῦ</w:t>
      </w:r>
    </w:p>
    <w:p>
      <w:r>
        <w:rPr>
          <w:rFonts w:ascii="Courier New" w:hAnsi="Courier New"/>
          <w:color w:val="555555"/>
          <w:sz w:val="20"/>
        </w:rPr>
        <w:t>[5]</w:t>
      </w:r>
    </w:p>
    <w:p>
      <w:r>
        <w:rPr>
          <w:rFonts w:ascii="Gentium Plus" w:hAnsi="Gentium Plus"/>
          <w:sz w:val="24"/>
        </w:rPr>
        <w:t>θηρίου τοὺς κύνας. τὸν δ’ Ἀλέξανδρον ἐπὶ πείρᾳ λαβόντα παρὰ Σωπείθους τοιούτους κύνας ἐν Ἰνδοῖς, πολλὰ θηρίων εἴδη παρα‐ βαλεῖν τινὶ τῶν κυνῶν· τὸν δ’ ἐκταθέντα κατὰ γῆς ἀτρεμεῖν ὡς</w:t>
      </w:r>
    </w:p>
    <w:p>
      <w:r>
        <w:rPr>
          <w:rFonts w:ascii="Courier New" w:hAnsi="Courier New"/>
          <w:color w:val="555555"/>
          <w:sz w:val="20"/>
        </w:rPr>
        <w:t>[5 . 44]</w:t>
      </w:r>
    </w:p>
    <w:p>
      <w:r>
        <w:rPr>
          <w:rFonts w:ascii="Gentium Plus" w:hAnsi="Gentium Plus"/>
          <w:sz w:val="24"/>
        </w:rPr>
        <w:t>οὐδὲν πρὸς αὐτὸν οὖσαν τὴν θήραν τὴν ἄτιμον. λέοντος δὲ προ‐ οφθέντος ἐξαναστῆναι, γνωρίσαντα τὸν ὄντα ἄξιον ἀνταγωνιστήν. κἀπειδὴ συμπλακεὶς κατήθλησε τὸ θηρίον, ὁ μὲν ἐνδακὼν εἴχετο, μαχαίρᾳ δέ τις ἀπέκοψε τὸν πόδα τοῦ κυνός, καὶ ὃς οὐδ’ ὑπὸ τὴν</w:t>
      </w:r>
    </w:p>
    <w:p>
      <w:r>
        <w:rPr>
          <w:rFonts w:ascii="Courier New" w:hAnsi="Courier New"/>
          <w:color w:val="555555"/>
          <w:sz w:val="20"/>
        </w:rPr>
        <w:t>[5]</w:t>
      </w:r>
    </w:p>
    <w:p>
      <w:r>
        <w:rPr>
          <w:rFonts w:ascii="Gentium Plus" w:hAnsi="Gentium Plus"/>
          <w:sz w:val="24"/>
        </w:rPr>
        <w:t>ἀλγηδόνα τῆς τομῆς ἠνέσχετο λῦσαι τὸ δῆγμα, ἀλλὰ θυμῷ τὸ δρώ‐ μενον ἠγνόει. παρὰ δὲ Πώρου τῷ βασιλεῖ δοθεὶς δῶρον κύων δύο λεόντων λέγεται κρατῆσαι. ἡ δ’ ἐπὶ Ἄργῳ τῷ Ὀδυσσείῳ κυνὶ παρ’ Ὁμήρῳ (ρ 291 sq) θαυματοποιία γνώριμος. ἦν δὲ καὶ Ἀλκιβιάδῃ κύων</w:t>
      </w:r>
    </w:p>
    <w:p>
      <w:r>
        <w:rPr>
          <w:rFonts w:ascii="Courier New" w:hAnsi="Courier New"/>
          <w:color w:val="555555"/>
          <w:sz w:val="20"/>
        </w:rPr>
        <w:t>[5 . 45]</w:t>
      </w:r>
    </w:p>
    <w:p>
      <w:r>
        <w:rPr>
          <w:rFonts w:ascii="Gentium Plus" w:hAnsi="Gentium Plus"/>
          <w:sz w:val="24"/>
        </w:rPr>
        <w:t>ἔνδοξος, ἑβδομήκοντα μνῶν ὤνιος, τὸ κάλλος θαυμαστός· οὗ τὴν οὐρὰν ἀφελών, πρὸς τὸν μεμφόμενον ὅτι τῷ κάλλει τοῦ κυνὸς ἐλυ‐ μήνατο, ἐξεπίτηδες ἔφη τὸ ζῷον ἀκρωτηριάσαι, ἵνα τοῦτο καὶ μηδὲν ἄλλο Ἀθηναῖοι ὑπὲρ αὐτοῦ λέγωσιν. ἔνδοξος δὲ καὶ ἡ Ἀταλάντης</w:t>
      </w:r>
    </w:p>
    <w:p>
      <w:r>
        <w:rPr>
          <w:rFonts w:ascii="Courier New" w:hAnsi="Courier New"/>
          <w:color w:val="555555"/>
          <w:sz w:val="20"/>
        </w:rPr>
        <w:t>[5]</w:t>
      </w:r>
    </w:p>
    <w:p>
      <w:r>
        <w:rPr>
          <w:rFonts w:ascii="Gentium Plus" w:hAnsi="Gentium Plus"/>
          <w:sz w:val="24"/>
        </w:rPr>
        <w:t>κύων, Αὔρα τοὔνομα, ἣν ὁ Καλυδώνιος σῦς ἀπέκτεινεν· ἀφ’ ἧς τὸ</w:t>
      </w:r>
    </w:p>
    <w:p>
      <w:r>
        <w:rPr>
          <w:rFonts w:ascii="Courier New" w:hAnsi="Courier New"/>
          <w:color w:val="555555"/>
          <w:sz w:val="20"/>
        </w:rPr>
        <w:t>[5 . 46]</w:t>
      </w:r>
    </w:p>
    <w:p>
      <w:r>
        <w:rPr>
          <w:rFonts w:ascii="Gentium Plus" w:hAnsi="Gentium Plus"/>
          <w:sz w:val="24"/>
        </w:rPr>
        <w:t>εἰς κυνὸς μορφὴν μεταβαλούσης οὕτως ὠνομάσθη. ὁ δὲ Γηρυόνου κύων ὁ τὰς βοῦς φυλάττων ἀδελφὸς μὲν ἦν τοῦ Ἠπειρωτικοῦ Κερ‐ βέρου, ἀνῃρέθη δ’ ὑφ’ Ἡρακλέους· τὸ δ’ ὄνομα αὐτοῦ Γαργήττιος, καὶ ἔχει μνῆμα ἐν Ἰβηρίᾳ. γνώριμος δὲ καὶ Τριακὰς ἡ Παιονικὴ</w:t>
      </w:r>
    </w:p>
    <w:p>
      <w:r>
        <w:rPr>
          <w:rFonts w:ascii="Courier New" w:hAnsi="Courier New"/>
          <w:color w:val="555555"/>
          <w:sz w:val="20"/>
        </w:rPr>
        <w:t>[5]</w:t>
      </w:r>
    </w:p>
    <w:p>
      <w:r>
        <w:rPr>
          <w:rFonts w:ascii="Gentium Plus" w:hAnsi="Gentium Plus"/>
          <w:sz w:val="24"/>
        </w:rPr>
        <w:t>κύων· Δαπάνις δ’ αὐτὴν ὁ Παιονίας σατράπης δῶρον ἔδωκεν Ἀλε‐ ξάνδρῳ τῷ βασιλεῖ. οὐ μὴν οὐδ’ ὁ Μάγνης κύων, τὸ Ἱππαίμονος κτῆμα, ὁ Λήθαργος ἀνώνυμος, ὃς τῷ δεσπότῃ συντέθαπται, καθάπερ μηνύει τοὐπίγραμμα (A P VII 304)·</w:t>
      </w:r>
    </w:p>
    <w:p>
      <w:r>
        <w:rPr>
          <w:rFonts w:ascii="Courier New" w:hAnsi="Courier New"/>
          <w:color w:val="555555"/>
          <w:sz w:val="20"/>
        </w:rPr>
        <w:t>[5 . 47]</w:t>
      </w:r>
    </w:p>
    <w:p>
      <w:r>
        <w:rPr>
          <w:rFonts w:ascii="Gentium Plus" w:hAnsi="Gentium Plus"/>
          <w:sz w:val="24"/>
        </w:rPr>
        <w:t>ἀνδρὶ μὲν Ἱππαίμων ὄνομ’ ἦν, ἵππῳ δὲ Πόδαργος καὶ κυνὶ Λήθαργος καὶ θεράποντι Βάβης. τὰ μὲν δὴ τῶν Ἀκταίονος κυνῶν ὀνόματα, κατὰ τὴν Αἰσχύλου (TGF 245) δόξαν, Κόραξ Ἅρπυια Χάρων Λυκόττας· οἱ δὲ</w:t>
      </w:r>
    </w:p>
    <w:p>
      <w:r>
        <w:rPr>
          <w:rFonts w:ascii="Courier New" w:hAnsi="Courier New"/>
          <w:color w:val="555555"/>
          <w:sz w:val="20"/>
        </w:rPr>
        <w:t>[5]</w:t>
      </w:r>
    </w:p>
    <w:p>
      <w:r>
        <w:rPr>
          <w:rFonts w:ascii="Gentium Plus" w:hAnsi="Gentium Plus"/>
          <w:sz w:val="24"/>
        </w:rPr>
        <w:t>καὶ Ξενοφῶντι τῷ Γρύλλου γεγενῆσθαί φασιν ἔνδοξον κύνα, Ἱπ‐ ποκένταυρον τὴν προσηγορίαν. καὶ μὴν Μάγνητας μὲν τοὺς ἐπὶ Μαιάνδρῳ τρέφειν φασὶ κύνας πολέμων ὑπασπιστάς· τοιοῦτοι δ’ ἦσαν καὶ Παίοσιν οἱ σύνθηροι κύνες. ἔνδοξον δὲ καὶ Λυκάδα τὴν Θετ‐ ταλὴν Σιμωνίδης (frg 130 B) ἐποίησε, γράψας τουτὶ τοὐπί‐</w:t>
      </w:r>
    </w:p>
    <w:p>
      <w:r>
        <w:rPr>
          <w:rFonts w:ascii="Courier New" w:hAnsi="Courier New"/>
          <w:color w:val="555555"/>
          <w:sz w:val="20"/>
        </w:rPr>
        <w:t>[10]</w:t>
      </w:r>
    </w:p>
    <w:p>
      <w:r>
        <w:rPr>
          <w:rFonts w:ascii="Gentium Plus" w:hAnsi="Gentium Plus"/>
          <w:sz w:val="24"/>
        </w:rPr>
        <w:t>γραμμα ἐπὶ τῷ τάφῳ τῆς κυνός·</w:t>
      </w:r>
    </w:p>
    <w:p>
      <w:r>
        <w:rPr>
          <w:rFonts w:ascii="Courier New" w:hAnsi="Courier New"/>
          <w:color w:val="555555"/>
          <w:sz w:val="20"/>
        </w:rPr>
        <w:t>[5 . 48]</w:t>
      </w:r>
    </w:p>
    <w:p>
      <w:r>
        <w:rPr>
          <w:rFonts w:ascii="Gentium Plus" w:hAnsi="Gentium Plus"/>
          <w:sz w:val="24"/>
        </w:rPr>
        <w:t>ἦ σεῦ καὶ φθιμένας λεύκ’ ὀστέα τῷδ’ ἐνὶ τύμβῳ ἴσκω ἔτι τρομέειν θῆρας, ἄγρωσσα Λυκάς. τὰν δ’ ἀρετὰν οἶδεν μέγα Πήλιον ἅ τ’ ἀρίδηλος Ὄσσα Κιθαιρῶνός τ’ οἰονόμοι σκοπιαί.</w:t>
      </w:r>
    </w:p>
    <w:p>
      <w:r>
        <w:rPr>
          <w:rFonts w:ascii="Courier New" w:hAnsi="Courier New"/>
          <w:color w:val="555555"/>
          <w:sz w:val="20"/>
        </w:rPr>
        <w:t>[5]</w:t>
      </w:r>
    </w:p>
    <w:p>
      <w:r>
        <w:rPr>
          <w:rFonts w:ascii="Gentium Plus" w:hAnsi="Gentium Plus"/>
          <w:sz w:val="24"/>
        </w:rPr>
        <w:t>καὶ γὰρ ἡ Τεγεᾶτις Ἀνύτη (23 Jacobs Anth Gr I) Λοκρίδα δόξης ἐμπέπληκεν, ἐφ’ ἧς τῷ τάφῳ φέρουσα ἐπέγραψεν· ὤλεο δή ποτε καὶ σὺ πολύρριζον παρὰ θάμνον, Λόκρι, φιλοφθόγγων ὠκυτάτη σκυλάκων· τοῖον ἐλαφρίζοντι τεῷ ἐγκάτθετο κώλῳ</w:t>
      </w:r>
    </w:p>
    <w:p>
      <w:r>
        <w:rPr>
          <w:rFonts w:ascii="Courier New" w:hAnsi="Courier New"/>
          <w:color w:val="555555"/>
          <w:sz w:val="20"/>
        </w:rPr>
        <w:t>[10]</w:t>
      </w:r>
    </w:p>
    <w:p>
      <w:r>
        <w:rPr>
          <w:rFonts w:ascii="Gentium Plus" w:hAnsi="Gentium Plus"/>
          <w:sz w:val="24"/>
        </w:rPr>
        <w:t>ἰὸν ἀμείλικτον ποικιλόδειρος ἔχις.</w:t>
      </w:r>
    </w:p>
    <w:p>
      <w:r>
        <w:rPr>
          <w:rFonts w:ascii="Courier New" w:hAnsi="Courier New"/>
          <w:color w:val="555555"/>
          <w:sz w:val="20"/>
        </w:rPr>
        <w:t>[5 . 49]</w:t>
      </w:r>
    </w:p>
    <w:p>
      <w:r>
        <w:rPr>
          <w:rFonts w:ascii="Gentium Plus" w:hAnsi="Gentium Plus"/>
          <w:sz w:val="24"/>
        </w:rPr>
        <w:t>θηρατέον μὲν τοίνυν ἐν παντὶ καιρῷ, πειρατέον δὲ τῆς κυνῶν ἀρετῆς ἐν κρύει μὲν εἰ μὴ μαλακιοῦσι τὰς ῥῖνας, ἐν θέρει δ’ εἰ φέρουσι τὸν ἥλιον καὶ συνιᾶσι τῶν ἰχνῶν, τοῦ ἡλίου τὸ πνεῦμα τὸ ἀπ’ αὐτῶν ἀμαυροῦντος, ἦρος δ’ εἰ ἐν πλήθει τῆς ἀπὸ τῶν</w:t>
      </w:r>
    </w:p>
    <w:p>
      <w:r>
        <w:rPr>
          <w:rFonts w:ascii="Courier New" w:hAnsi="Courier New"/>
          <w:color w:val="555555"/>
          <w:sz w:val="20"/>
        </w:rPr>
        <w:t>[5]</w:t>
      </w:r>
    </w:p>
    <w:p>
      <w:r>
        <w:rPr>
          <w:rFonts w:ascii="Gentium Plus" w:hAnsi="Gentium Plus"/>
          <w:sz w:val="24"/>
        </w:rPr>
        <w:t>ἀνθέων ἀπορροῆς διακρίνουσι τὰς ὀσμάς. τῆς μὲν οὖν χειμερινῆς τε καὶ θερινῆς ὥρας ὁ ἠρινὸς καιρὸς εἰς θήραν ἐπιτηδειότερος ὡς τοῦ ἀέρος ἄμεινον κεκραμένου, πλήν γε παρ’ ὅσον ταῖς κρίσεσι τῶν</w:t>
      </w:r>
    </w:p>
    <w:p>
      <w:r>
        <w:rPr>
          <w:rFonts w:ascii="Courier New" w:hAnsi="Courier New"/>
          <w:color w:val="555555"/>
          <w:sz w:val="20"/>
        </w:rPr>
        <w:t>[5 . 50]</w:t>
      </w:r>
    </w:p>
    <w:p>
      <w:r>
        <w:rPr>
          <w:rFonts w:ascii="Gentium Plus" w:hAnsi="Gentium Plus"/>
          <w:sz w:val="24"/>
        </w:rPr>
        <w:t>ἰχνῶν ἐνοχλεῖ τὰ ἄνθη· τὸ δὲ μετόπωρον ἐγγυτάτω μέν ἐστι τῇ κράσει πρὸς τὸ ἔαρ, οὔτε δ’ αἱ ἀπὸ τῶν ἀνθέων ἀπόρροιαι οὔθ’ αἱ ἀπὸ τῶν ἤδη συγκεκομισμένων καρπῶν ἐφ’ ἑαυτὰς ἕλκουσι τὰς ῥῖνας τῶν κυνῶν. διὰ μέντοι χιόνος ἐπιφανέστερα τὰ ἴχνη καὶ οὐ δυσζή‐</w:t>
      </w:r>
    </w:p>
    <w:p>
      <w:r>
        <w:rPr>
          <w:rFonts w:ascii="Courier New" w:hAnsi="Courier New"/>
          <w:color w:val="555555"/>
          <w:sz w:val="20"/>
        </w:rPr>
        <w:t>[5]</w:t>
      </w:r>
    </w:p>
    <w:p>
      <w:r>
        <w:rPr>
          <w:rFonts w:ascii="Gentium Plus" w:hAnsi="Gentium Plus"/>
          <w:sz w:val="24"/>
        </w:rPr>
        <w:t>τητος, ἀλλ’ εὐεύρετος ὁ λαγώς, καθότι καὶ τῇ δασύτητι τῶν ὑπὸ τοὺς πόδας αὐτοῦ τριχῶν ὄγκοι προσιζάνοντες τοῦ δρόμου τὴν ῥᾳστώνην ἐμποδίζουσιν. τροφαὶ μὲν δὴ τοῖς σκύλαξι μετὰ τὸ ἐκ τῶν μητέρων γάλα— τοῦτο γάρ φησιν αὔξιμον εἶναι ὁ Ξενοφῶν (Cyneg VII 3) αὐτό</w:t>
      </w:r>
    </w:p>
    <w:p>
      <w:r>
        <w:rPr>
          <w:rFonts w:ascii="Courier New" w:hAnsi="Courier New"/>
          <w:color w:val="555555"/>
          <w:sz w:val="20"/>
        </w:rPr>
        <w:t>[5 . 51]</w:t>
      </w:r>
    </w:p>
    <w:p>
      <w:r>
        <w:rPr>
          <w:rFonts w:ascii="Gentium Plus" w:hAnsi="Gentium Plus"/>
          <w:sz w:val="24"/>
        </w:rPr>
        <w:t>τε καὶ τὸ μητρῷον πνεῦμα—ἀλλὰ μετὰ τοῦτό γε αἵματα ζῴων ἁλισκομένων, ἵνα προσεθίζωνται τῇ κυνηγετικῇ τροφῇ. σκυλακεία δ’ ἡ μέν τις νοείσθω σκυλάκων ἀνατροφή, ἡ δὲ σκυλάκων γένεσις. †καὶ τὸ σκυλακεύειν τὰς κύνας χρῆναι τοῦ χειμῶνος ἐστὶν ἐμπι‐</w:t>
      </w:r>
    </w:p>
    <w:p>
      <w:r>
        <w:rPr>
          <w:rFonts w:ascii="Courier New" w:hAnsi="Courier New"/>
          <w:color w:val="555555"/>
          <w:sz w:val="20"/>
        </w:rPr>
        <w:t>[5]</w:t>
      </w:r>
    </w:p>
    <w:p>
      <w:r>
        <w:rPr>
          <w:rFonts w:ascii="Gentium Plus" w:hAnsi="Gentium Plus"/>
          <w:sz w:val="24"/>
        </w:rPr>
        <w:t>πλάναι σκυλάκων καὶ ὀχεύειν†· προδιαπονηθεῖσαι δέ, εἶτα ἀνα‐ παυσάμεναι κατὰ καιρὸν ἂν συνδυάζοιντο, τῷ μὲν πόνῳ γεγε‐ νημένων αὐταῖς τῶν σωμάτων εὐπαγῶν, τῇ δ’ ἀναπαύσει πρὸς</w:t>
      </w:r>
    </w:p>
    <w:p>
      <w:r>
        <w:rPr>
          <w:rFonts w:ascii="Courier New" w:hAnsi="Courier New"/>
          <w:color w:val="555555"/>
          <w:sz w:val="20"/>
        </w:rPr>
        <w:t>[5 . 52]</w:t>
      </w:r>
    </w:p>
    <w:p>
      <w:r>
        <w:rPr>
          <w:rFonts w:ascii="Gentium Plus" w:hAnsi="Gentium Plus"/>
          <w:sz w:val="24"/>
        </w:rPr>
        <w:t>μένων τροφὴ σιτία οἴνῳ διάβροχα. κύουσι δὲ δύο μῆνας, καὶ οὐκ ἄν τις ἐξαγάγοι κύνα ἐπὶ θήραν, ὁπότ’ ἐπίτεξ εἴη καὶ ἐπίφορος. τῷ δ’ Ἀριστοτέλους λόγῳ (Hist anim VI 574. 22) ἡ μέν τις κύει δύο μῆνας μάλιστα, καὶ τὰ τικτόμενα πρὸ δωδεκάτης ἡμέρας οὐ</w:t>
      </w:r>
    </w:p>
    <w:p>
      <w:r>
        <w:rPr>
          <w:rFonts w:ascii="Courier New" w:hAnsi="Courier New"/>
          <w:color w:val="555555"/>
          <w:sz w:val="20"/>
        </w:rPr>
        <w:t>[5]</w:t>
      </w:r>
    </w:p>
    <w:p>
      <w:r>
        <w:rPr>
          <w:rFonts w:ascii="Gentium Plus" w:hAnsi="Gentium Plus"/>
          <w:sz w:val="24"/>
        </w:rPr>
        <w:t>βλέπει, ἡ δ’ ἡμέρας δύο καὶ ἑβδομήκοντα, καὶ ἡ τῶν σκυλακίων ὄψις προθεσμίαν ἔχει τετάρτην καὶ δεκάτην ἡμέραν· τῆς δ’ ἡ μὲν κύησις τρίμηνος, τὸ δὲ τῶν σκυλάκων ἀνάβλεμμα εἰς ἑβδόμην προ‐ χωρήσει καὶ δεκάτην ἡμέραν. ὥρα δ’ ἀρίστη κυνῶν πρὸς πλή‐ ρωσίν τε καὶ γένεσιν τῷ μὲν ἄρρενι τετάρτου ἔτους ἀρξαμένου,</w:t>
      </w:r>
    </w:p>
    <w:p>
      <w:r>
        <w:rPr>
          <w:rFonts w:ascii="Courier New" w:hAnsi="Courier New"/>
          <w:color w:val="555555"/>
          <w:sz w:val="20"/>
        </w:rPr>
        <w:t>[10]</w:t>
      </w:r>
    </w:p>
    <w:p>
      <w:r>
        <w:rPr>
          <w:rFonts w:ascii="Gentium Plus" w:hAnsi="Gentium Plus"/>
          <w:sz w:val="24"/>
        </w:rPr>
        <w:t>τελευταῖον τὸ ὄγδοον· ἡ δὲ θήλεια τριετὶς ἄχρις ἑξαετίδος συν‐ δυαζέσθω.</w:t>
      </w:r>
    </w:p>
    <w:p>
      <w:r>
        <w:rPr>
          <w:rFonts w:ascii="Courier New" w:hAnsi="Courier New"/>
          <w:color w:val="555555"/>
          <w:sz w:val="20"/>
        </w:rPr>
        <w:t>[5 . 53]</w:t>
      </w:r>
    </w:p>
    <w:p>
      <w:r>
        <w:rPr>
          <w:rFonts w:ascii="Gentium Plus" w:hAnsi="Gentium Plus"/>
          <w:sz w:val="24"/>
        </w:rPr>
        <w:t>νοσήματα μέντοι τρία κυνῶν, λύσσα ποδάγρα κυνάγχη. ἀλλ’ ἡ μὲν ποδάγρα οὐ πάντῃ ἀνίατος, ἡ δὲ λύσσα δυσίατος· ἡ δὲ κυνάγχη εἰς θάνατον φέρει. πᾶν δὲ τὸ ὑπὸ λύττῃ ἐχομένου κυνὸς δηχθὲν ἀναιρεῖται, ἄνθρωπος δὲ μόνος οὐκ ἄνευ κινδύνων περιγίνεται.</w:t>
      </w:r>
    </w:p>
    <w:p>
      <w:r>
        <w:rPr>
          <w:rFonts w:ascii="Courier New" w:hAnsi="Courier New"/>
          <w:color w:val="555555"/>
          <w:sz w:val="20"/>
        </w:rPr>
        <w:t>[5 . 54]</w:t>
      </w:r>
    </w:p>
    <w:p>
      <w:r>
        <w:rPr>
          <w:rFonts w:ascii="Gentium Plus" w:hAnsi="Gentium Plus"/>
          <w:sz w:val="24"/>
        </w:rPr>
        <w:t>τοὺς δὲ σκύλακας ἑξαμήνους μὲν τὰς θηλείας οὔσας, ὀκτα‐ μήνους δὲ τοὺς ἄρρενας ἐπὶ θήραν ἀκτέον, ἱμάντι μακρῷ ἐνηγκυλη‐ μένῳ ἐξημμένους. εἶθ’ ὅταν ἐν καταλήψει γένηται τὸ θηρίον, ἐφιέναι καὶ τούτοις ἑλεῖν, ἵνα χαίρωσι τῇ θήρᾳ, τὸ μὲν πρῶτον</w:t>
      </w:r>
    </w:p>
    <w:p>
      <w:r>
        <w:rPr>
          <w:rFonts w:ascii="Courier New" w:hAnsi="Courier New"/>
          <w:color w:val="555555"/>
          <w:sz w:val="20"/>
        </w:rPr>
        <w:t>[5]</w:t>
      </w:r>
    </w:p>
    <w:p>
      <w:r>
        <w:rPr>
          <w:rFonts w:ascii="Gentium Plus" w:hAnsi="Gentium Plus"/>
          <w:sz w:val="24"/>
        </w:rPr>
        <w:t>ἀπὸ τοῦ ἱμάντος ὑλακτεῖν ἐῶντας, μικρὸν δ’ ὕστερον καὶ τὴν ἀγκύ‐ λην ἀπολύσαντας, ὡς μὴ τεινόμενοι ῥηγνύωνται.</w:t>
      </w:r>
    </w:p>
    <w:p>
      <w:r>
        <w:rPr>
          <w:rFonts w:ascii="Courier New" w:hAnsi="Courier New"/>
          <w:color w:val="555555"/>
          <w:sz w:val="20"/>
        </w:rPr>
        <w:t>[5 . 55]</w:t>
      </w:r>
    </w:p>
    <w:p>
      <w:r>
        <w:rPr>
          <w:rFonts w:ascii="Gentium Plus" w:hAnsi="Gentium Plus"/>
          <w:sz w:val="24"/>
        </w:rPr>
        <w:t>κόσμος δὲ κυνῶν δέραια μέν, ἱμὰς πλατὺς περὶ τῷ τραχήλῳ, στερεός, ὃς καὶ περιδέραιον καὶ περιδερὶς ὀνομάζεται· ἔνδοθεν δ’ αὐτῷ ὑπερράφθω ἀρνακίς, ὡς μὴ τρίβοιτο ὑπὸ τοῦ λώρου ἡ δειρὴ τοῦ κυνός. τελμονία δὲ καὶ αὐτὴ πλατὺς ἱμάς, ἑκατέρωθεν</w:t>
      </w:r>
    </w:p>
    <w:p>
      <w:r>
        <w:rPr>
          <w:rFonts w:ascii="Courier New" w:hAnsi="Courier New"/>
          <w:color w:val="555555"/>
          <w:sz w:val="20"/>
        </w:rPr>
        <w:t>[5]</w:t>
      </w:r>
    </w:p>
    <w:p>
      <w:r>
        <w:rPr>
          <w:rFonts w:ascii="Gentium Plus" w:hAnsi="Gentium Plus"/>
          <w:sz w:val="24"/>
        </w:rPr>
        <w:t>ἀπὸ τοῦ δεραίου περὶ τὰς πλευρὰς παρήκων ἐναλλάξ, ὡς τῶν τε νώτων τὰ μετὰ τὰς ὠμοπλάτας ἄκρας καὶ τὰς λαγόνας στέγειν.</w:t>
      </w:r>
    </w:p>
    <w:p>
      <w:r>
        <w:rPr>
          <w:rFonts w:ascii="Courier New" w:hAnsi="Courier New"/>
          <w:color w:val="555555"/>
          <w:sz w:val="20"/>
        </w:rPr>
        <w:t>[5 . 56]</w:t>
      </w:r>
    </w:p>
    <w:p>
      <w:r>
        <w:rPr>
          <w:rFonts w:ascii="Gentium Plus" w:hAnsi="Gentium Plus"/>
          <w:sz w:val="24"/>
        </w:rPr>
        <w:t>ἧλοι δ’ ἢ ἐγκεντρίδες ἔπεισι ταῖς τελμονίαις· αἱ δὲ καὶ περὶ τὸ ἐπίσιον ἐκτέτανται, ὡς μὴ ὀχεύοιτο ἡ κύων, τῶν ἐγκεντρίδων τὴν τόλμαν τῶν ἐπιβησομένων ἀνειργουσῶν, τοῦ μὴ ὑποπλησθῆναι αὐτὰς ἐξ ἀγεννῶν χάριν. τὸ δὲ περιδέραιον ἐξῆπται στενοῦ ἱμάντος, ὃς</w:t>
      </w:r>
    </w:p>
    <w:p>
      <w:r>
        <w:rPr>
          <w:rFonts w:ascii="Courier New" w:hAnsi="Courier New"/>
          <w:color w:val="555555"/>
          <w:sz w:val="20"/>
        </w:rPr>
        <w:t>[5]</w:t>
      </w:r>
    </w:p>
    <w:p>
      <w:r>
        <w:rPr>
          <w:rFonts w:ascii="Gentium Plus" w:hAnsi="Gentium Plus"/>
          <w:sz w:val="24"/>
        </w:rPr>
        <w:t>κατὰ τὸν κύναγχον ἐξηγκύλωται· καὶ ἀπὸ τούτου ἄγεται ἡ κύων. ἔνιοι δὲ καὶ τὰ νῶτα τῶν κυνῶν βύρσαις τισὶ στερεαῖς καταλαμβάνουσι, περὶ τὰς ὑποδερίδας τοῦ ζῴου τὰς βύρσας ἀνάψαντες, ὥσθ’ ἥκιστα τρωτοὺς εἶναι τῇ τοιαύτῃ σκέπῃ, ὁπότε συμπίπτοιέν τινι τῶν μαχί‐ μων θηρίων.</w:t>
      </w:r>
    </w:p>
    <w:p>
      <w:r>
        <w:rPr>
          <w:rFonts w:ascii="Courier New" w:hAnsi="Courier New"/>
          <w:color w:val="555555"/>
          <w:sz w:val="20"/>
        </w:rPr>
        <w:t>[5 . 57]</w:t>
      </w:r>
    </w:p>
    <w:p>
      <w:r>
        <w:rPr>
          <w:rFonts w:ascii="Gentium Plus" w:hAnsi="Gentium Plus"/>
          <w:sz w:val="24"/>
        </w:rPr>
        <w:t>ἀρεταὶ δὲ κυνῶν ἀπὸ μὲν σώματος, μεγάλαι μηδ’ ἀσύμμετροι μηδ’ ἀνάρμοστοι, σιμαί, ἀρθρώδεις. ἰνώδη τὰ κάτωθεν τοῦ μετώπου. μέτωπον πλατύ, τὰς διακρίσεις ἀκριβεῖς ἔχον. κεφαλαὶ κοῦφαί τε καὶ εὔφοροι. ὄμματα μετέωρα μέλανα στίλβοντα· λάμπουσαι αἱ</w:t>
      </w:r>
    </w:p>
    <w:p>
      <w:r>
        <w:rPr>
          <w:rFonts w:ascii="Courier New" w:hAnsi="Courier New"/>
          <w:color w:val="555555"/>
          <w:sz w:val="20"/>
        </w:rPr>
        <w:t>[5]</w:t>
      </w:r>
    </w:p>
    <w:p>
      <w:r>
        <w:rPr>
          <w:rFonts w:ascii="Gentium Plus" w:hAnsi="Gentium Plus"/>
          <w:sz w:val="24"/>
        </w:rPr>
        <w:t>κόραι, πυρῶδες τὸ βλέμμα. ὦτα λεπτὰ καὶ μικρὰ καὶ ψιλὰ ὄπισθεν.</w:t>
      </w:r>
    </w:p>
    <w:p>
      <w:r>
        <w:rPr>
          <w:rFonts w:ascii="Courier New" w:hAnsi="Courier New"/>
          <w:color w:val="555555"/>
          <w:sz w:val="20"/>
        </w:rPr>
        <w:t>[5 . 58]</w:t>
      </w:r>
    </w:p>
    <w:p>
      <w:r>
        <w:rPr>
          <w:rFonts w:ascii="Gentium Plus" w:hAnsi="Gentium Plus"/>
          <w:sz w:val="24"/>
        </w:rPr>
        <w:t>τράχηλος μακρὸς ὑγρὸς περιφερής. στήθη εὔσαρκα εὐρύτερα. αἱ δ’ ὠμοπλάται τῶν ὤμων μικρὸν ἀφεστηκέτωσαν. σκέλη ἑκάτερα μὲν ὑψηλά, μείζω δὲ τὰ ἐξόπισθεν· ἀλλὰ ταῦτα μὲν ἐπίρρικνα, τὰ δὲ πρόσθεν ὀρθὰ στιφρὰ στρογγύλα, μὴ προύχοντα κατὰ τοὺς ἀγκῶνας.</w:t>
      </w:r>
    </w:p>
    <w:p>
      <w:r>
        <w:rPr>
          <w:rFonts w:ascii="Courier New" w:hAnsi="Courier New"/>
          <w:color w:val="555555"/>
          <w:sz w:val="20"/>
        </w:rPr>
        <w:t>[5]</w:t>
      </w:r>
    </w:p>
    <w:p>
      <w:r>
        <w:rPr>
          <w:rFonts w:ascii="Gentium Plus" w:hAnsi="Gentium Plus"/>
          <w:sz w:val="24"/>
        </w:rPr>
        <w:t>καὶ πλευραὶ δ’ ἔστωσαν προσεσταλμέναι καὶ μὴ πρὸς τὴν γῆν βαθυνόμεναι. τῆς δ’ ὀσφύος οὐκ οὔσης ἀσάρκου τό τ’ ὑγρὸν πάντῃ καὶ τὸ παντελῶς σκληρὸν ὁμοίως ἀπέστω. λαγόνων δ’ ἄριστον τὸ</w:t>
      </w:r>
    </w:p>
    <w:p>
      <w:r>
        <w:rPr>
          <w:rFonts w:ascii="Courier New" w:hAnsi="Courier New"/>
          <w:color w:val="555555"/>
          <w:sz w:val="20"/>
        </w:rPr>
        <w:t>[5 . 59]</w:t>
      </w:r>
    </w:p>
    <w:p>
      <w:r>
        <w:rPr>
          <w:rFonts w:ascii="Gentium Plus" w:hAnsi="Gentium Plus"/>
          <w:sz w:val="24"/>
        </w:rPr>
        <w:t>μέτριον, ὡς ἀπεῖναι μέγεθός τε καὶ σμικρότητα. τῶν δ’ ἰσχίων στρογγύλων ὄντων τὰ μὲν κατόπιν ἔστω σαρκώδη, τὰ δ’ ἄνωθεν ἀσύνδετα, ἔνδοθεν προσεσταλμένα. κενεῶνες δ’ αὐτοί τε λαγαροὶ καὶ τὰ κάτωθεν αὐτῶν, οὐραὶ προμήκεις εὐθεῖαι ὀξεῖαι λιγυραί, μη‐</w:t>
      </w:r>
    </w:p>
    <w:p>
      <w:r>
        <w:rPr>
          <w:rFonts w:ascii="Courier New" w:hAnsi="Courier New"/>
          <w:color w:val="555555"/>
          <w:sz w:val="20"/>
        </w:rPr>
        <w:t>[5]</w:t>
      </w:r>
    </w:p>
    <w:p>
      <w:r>
        <w:rPr>
          <w:rFonts w:ascii="Gentium Plus" w:hAnsi="Gentium Plus"/>
          <w:sz w:val="24"/>
        </w:rPr>
        <w:t>ριαῖαι σκληραί. τὰ δ’ ὑποκώλια περιφερῆ καὶ προμήκη τε καὶ εὐπαγῆ. περιφερεῖς δὲ καὶ οἱ πόδες. εὔτριχες δ’ ἔστων, καὶ τὰ τριχώματα</w:t>
      </w:r>
    </w:p>
    <w:p>
      <w:r>
        <w:rPr>
          <w:rFonts w:ascii="Courier New" w:hAnsi="Courier New"/>
          <w:color w:val="555555"/>
          <w:sz w:val="20"/>
        </w:rPr>
        <w:t>[5 . 60]</w:t>
      </w:r>
    </w:p>
    <w:p>
      <w:r>
        <w:rPr>
          <w:rFonts w:ascii="Gentium Plus" w:hAnsi="Gentium Plus"/>
          <w:sz w:val="24"/>
        </w:rPr>
        <w:t>αὐτοῖς δασυνέσθω λεπτῇ καὶ πυκνῇ καὶ μαλακῇ τῇ τριχί. τοιαῦται δ’ οὖσαι φανοῦνται ποδώκεις ἐλαφραὶ δρομικαὶ εὔστομοι. καὶ ἥκει κατὰ μικρὸν ὁ λόγος ἐπὶ τὰς τῆς ψυχῆς ἀρετάς, ἀποφαίνων τὰς κύνας θυμοειδεῖς, θυμοσόφους, σοφάς, εὔρινας, εὐαισθήτους,</w:t>
      </w:r>
    </w:p>
    <w:p>
      <w:r>
        <w:rPr>
          <w:rFonts w:ascii="Courier New" w:hAnsi="Courier New"/>
          <w:color w:val="555555"/>
          <w:sz w:val="20"/>
        </w:rPr>
        <w:t>[5]</w:t>
      </w:r>
    </w:p>
    <w:p>
      <w:r>
        <w:rPr>
          <w:rFonts w:ascii="Gentium Plus" w:hAnsi="Gentium Plus"/>
          <w:sz w:val="24"/>
        </w:rPr>
        <w:t>εὔποδας, ὀξείας, φιλοπόνους, ἐθελουργούς, εὐψύχους, ἀπλανεῖς, ἐγκρατεῖς, οἵας ἁρπάζειν μὲν τὰ πνεύματα, κρίνειν δὲ τὰς ὀσμάς, ἐπευθύνειν δὲ τὰ ἴχνη, καταφωρᾶν δὲ τὸ θηρίον, μετιέναι, μεταθεῖν, μεταδιώκειν, μεθέπειν, κατὰ πόδας χωρεῖν, ὑποκρυφθὲν ἐξευρίσκειν,</w:t>
      </w:r>
    </w:p>
    <w:p>
      <w:r>
        <w:rPr>
          <w:rFonts w:ascii="Courier New" w:hAnsi="Courier New"/>
          <w:color w:val="555555"/>
          <w:sz w:val="20"/>
        </w:rPr>
        <w:t>[5 . 61]</w:t>
      </w:r>
    </w:p>
    <w:p>
      <w:r>
        <w:rPr>
          <w:rFonts w:ascii="Gentium Plus" w:hAnsi="Gentium Plus"/>
          <w:sz w:val="24"/>
        </w:rPr>
        <w:t>προοφθὲν διώκειν, καταληφθὲν αἱρεῖν, φροντίζειν μὲν κατὰ τὴν ζήτησιν τῶν ὀσμῶν, ἡσυχάζειν δὲ κατὰ τὴν εὕρεσιν τῶν ἰχνῶν, προηγεῖσθαι δὲ τῷ θηρευτῇ, κἂν ἐγγὺς ᾖ τῆς ἀνευρέσεως ὑποση‐ μαίνειν, κατανεύειν, ὑποδηλοῦν, διαδηλοῦν τῇ χαρᾷ τῆς ψυχῆς, τῷ</w:t>
      </w:r>
    </w:p>
    <w:p>
      <w:r>
        <w:rPr>
          <w:rFonts w:ascii="Courier New" w:hAnsi="Courier New"/>
          <w:color w:val="555555"/>
          <w:sz w:val="20"/>
        </w:rPr>
        <w:t>[5]</w:t>
      </w:r>
    </w:p>
    <w:p>
      <w:r>
        <w:rPr>
          <w:rFonts w:ascii="Gentium Plus" w:hAnsi="Gentium Plus"/>
          <w:sz w:val="24"/>
        </w:rPr>
        <w:t>πηδήματι τοῦ σώματος, τῇ φαιδρότητι τοῦ προσώπου, τῇ λαμπρότητι τῶν ὀφθαλμῶν, τῇ μεταλλάξει τῶν ὀμμάτων, τοῖς ἀναβλέμμασι τῆς ὄψεως, τοῖς πηδήμασι τῆς ἐλπίδος, τῇ στάσει τῶν ὤτων, τῷ</w:t>
      </w:r>
    </w:p>
    <w:p>
      <w:r>
        <w:rPr>
          <w:rFonts w:ascii="Courier New" w:hAnsi="Courier New"/>
          <w:color w:val="555555"/>
          <w:sz w:val="20"/>
        </w:rPr>
        <w:t>[5 . 62]</w:t>
      </w:r>
    </w:p>
    <w:p>
      <w:r>
        <w:rPr>
          <w:rFonts w:ascii="Gentium Plus" w:hAnsi="Gentium Plus"/>
          <w:sz w:val="24"/>
        </w:rPr>
        <w:t>σεισμῷ τῆς οὐρᾶς, τῷ τὸ σῶμα πᾶν ἐπικραδαίνειν. κακίαι δὲ κυνῶν ἀπὸ μὲν σώματος μικραὶ ἢ ὑψηλαὶ καὶ ἀσύμμετροι, χαρο‐ ποί, μυωποί, γρυπαί, ἄρρωστοι, ψιλαί, αἰσχραί, ἄμορφοι, ἀσύντακτοι τὰ σώματα, διάστροφοι τοὺς πόδας, ἄστομοι, νωθροί, ἄθυμοι, βρα‐</w:t>
      </w:r>
    </w:p>
    <w:p>
      <w:r>
        <w:rPr>
          <w:rFonts w:ascii="Courier New" w:hAnsi="Courier New"/>
          <w:color w:val="555555"/>
          <w:sz w:val="20"/>
        </w:rPr>
        <w:t>[5]</w:t>
      </w:r>
    </w:p>
    <w:p>
      <w:r>
        <w:rPr>
          <w:rFonts w:ascii="Gentium Plus" w:hAnsi="Gentium Plus"/>
          <w:sz w:val="24"/>
        </w:rPr>
        <w:t>δεῖαι, κατηφεῖς, ἄποδες· βαρεῖαι τὴν κεφαλήν, σαρκώδεις τῷ μετώπῳ, ὑπέρμετροι καὶ δασεῖαι τὰ ὦτα, σκληραὶ τοὺς αὐχένας· στήθη στενά, ὠμοπλάται τοῖς ὤμοις συνάπτουσαι, πλευραὶ βαθεῖαι, ὀσφῦς σαρκώ‐</w:t>
      </w:r>
    </w:p>
    <w:p>
      <w:r>
        <w:rPr>
          <w:rFonts w:ascii="Courier New" w:hAnsi="Courier New"/>
          <w:color w:val="555555"/>
          <w:sz w:val="20"/>
        </w:rPr>
        <w:t>[5 . 63]</w:t>
      </w:r>
    </w:p>
    <w:p>
      <w:r>
        <w:rPr>
          <w:rFonts w:ascii="Gentium Plus" w:hAnsi="Gentium Plus"/>
          <w:sz w:val="24"/>
        </w:rPr>
        <w:t>δεις, λαγόνες ἀσύμμετροι πρὸς τὸ σῶμα, ἰσχία προμήκη τε καὶ γυμνὰ σαρκῶν, μηριαῖαι ὑγραί, τὰ ὑποκώλια οὐ στρογγύλα, ἐπι‐ μήκεις οἱ πόδες. ἀνάγκη γὰρ τοιούτῳ σώματι καὶ τὴν ψυχῆς κακίαν συνεῖναι, καὶ εἶναι τὰς κύνας ἀνοήτους, ἀναισθήτους, ἀμαντεύτους</w:t>
      </w:r>
    </w:p>
    <w:p>
      <w:r>
        <w:rPr>
          <w:rFonts w:ascii="Courier New" w:hAnsi="Courier New"/>
          <w:color w:val="555555"/>
          <w:sz w:val="20"/>
        </w:rPr>
        <w:t>[5]</w:t>
      </w:r>
    </w:p>
    <w:p>
      <w:r>
        <w:rPr>
          <w:rFonts w:ascii="Gentium Plus" w:hAnsi="Gentium Plus"/>
          <w:sz w:val="24"/>
        </w:rPr>
        <w:t>τῶν ἰχνῶν, ἄρρινας, ἀργάς, ἀπόνους, ῥᾳθύμους, πλανήτιδας, εὐεξαπα‐ τήτους, ἐξαπατητικάς, ἀπειθεῖς πρὸς μὲν τὴν ζήτησιν ἀναπεπτωκυίας</w:t>
      </w:r>
    </w:p>
    <w:p>
      <w:r>
        <w:rPr>
          <w:rFonts w:ascii="Courier New" w:hAnsi="Courier New"/>
          <w:color w:val="555555"/>
          <w:sz w:val="20"/>
        </w:rPr>
        <w:t>[5 . 64]</w:t>
      </w:r>
    </w:p>
    <w:p>
      <w:r>
        <w:rPr>
          <w:rFonts w:ascii="Gentium Plus" w:hAnsi="Gentium Plus"/>
          <w:sz w:val="24"/>
        </w:rPr>
        <w:t>συνθήρους, ὑποθεούσας προθεούσας, προϊεμένας τὰ διώγματα, κεκλαγγυίας, οὐ καίρια ὑπολαμβανούσας, προχαιρούσας, μάτην ἐπα‐ ναστρεφούσας, προπετῶς πηδώσας, εἰκῇ ταῖς σοφωτέραις τῶν κυνῶν ἐμποδὼν καθισταμένας, ἐνδιδούσας ὑπὸ τὸν ἥλιον, ὑποφευγούσας</w:t>
      </w:r>
    </w:p>
    <w:p>
      <w:r>
        <w:rPr>
          <w:rFonts w:ascii="Courier New" w:hAnsi="Courier New"/>
          <w:color w:val="555555"/>
          <w:sz w:val="20"/>
        </w:rPr>
        <w:t>[5]</w:t>
      </w:r>
    </w:p>
    <w:p>
      <w:r>
        <w:rPr>
          <w:rFonts w:ascii="Gentium Plus" w:hAnsi="Gentium Plus"/>
          <w:sz w:val="24"/>
        </w:rPr>
        <w:t>ὑπὸ τὰς σκιάς, μαλακιούσας ὑπὸ τὸ κρύος, ἐξανισταμένας ὑπὸ τὸν ὄμβρον, οὐκ ἀπαλλαττομένας τῶν τριμμῶν, προκαμνούσας, ἀπαγο‐ ρευούσας, ὑποτρεμούσας ὅταν ἐγγὺς ᾖ τὸ θήραμα, ὑποτρόμους γινο‐ μένας, οὐκ ἀνευρεῖν συνετάς, οὐ διώκειν ἱκανάς, ἄφρονας ὀλιγό‐ φρονας, ἀκρατεῖς, κνυζούσας.</w:t>
      </w:r>
    </w:p>
    <w:p>
      <w:r>
        <w:rPr>
          <w:rFonts w:ascii="Courier New" w:hAnsi="Courier New"/>
          <w:color w:val="555555"/>
          <w:sz w:val="20"/>
        </w:rPr>
        <w:t>[5 . 65]</w:t>
      </w:r>
    </w:p>
    <w:p>
      <w:r>
        <w:rPr>
          <w:rFonts w:ascii="Gentium Plus" w:hAnsi="Gentium Plus"/>
          <w:sz w:val="24"/>
        </w:rPr>
        <w:t>ἀπὸ δὲ κυνῶν ὀνόματα κυνῆ, κυνάγχη, κυνοδρομεῖν κυνο‐ μαχεῖν, ἔκκυνοι ἐκκυνῶσαι ἐκκυνεῖν. λέγεται δὲ καὶ προκυνεῖν τὸ προϋλακτεῖν πρὶν ἢ τὸ θηρίον ἀνευρεῖν. καὶ Ὅμηρος (Α 225) μὲν λέγει ‘κυνὸς ὄμματ’ ἔχων‘—οὕτω γὰρ τὸν ἀναιδῆ καλεῖ—</w:t>
      </w:r>
    </w:p>
    <w:p>
      <w:r>
        <w:rPr>
          <w:rFonts w:ascii="Courier New" w:hAnsi="Courier New"/>
          <w:color w:val="555555"/>
          <w:sz w:val="20"/>
        </w:rPr>
        <w:t>[5]</w:t>
      </w:r>
    </w:p>
    <w:p>
      <w:r>
        <w:rPr>
          <w:rFonts w:ascii="Gentium Plus" w:hAnsi="Gentium Plus"/>
          <w:sz w:val="24"/>
        </w:rPr>
        <w:t>καὶ ἀλλαχοῦ (Θ 423 saep) ‘κύον ἀδεές·‘ Ἀριστογείτων δ’ ὁ Κυδι‐ μάχου κύων διὰ τὴν τόλμαν ἐκαλεῖτο, καὶ κύνες οἱ ἀπ’ Ἀντισθένους. καὶ κυνίζειν καὶ κυνισμὸς καὶ κυνικὸς καὶ κυνώδης καὶ κυνοῦχος, καὶ κυνήποδες ἵππων. χρῶμα δὲ κυνῶν οὔτε τὸ πάντῃ λευκὸν ἀποδεκτέον οὔτε</w:t>
      </w:r>
    </w:p>
    <w:p>
      <w:r>
        <w:rPr>
          <w:rFonts w:ascii="Courier New" w:hAnsi="Courier New"/>
          <w:color w:val="555555"/>
          <w:sz w:val="20"/>
        </w:rPr>
        <w:t>[10]</w:t>
      </w:r>
    </w:p>
    <w:p>
      <w:r>
        <w:rPr>
          <w:rFonts w:ascii="Gentium Plus" w:hAnsi="Gentium Plus"/>
          <w:sz w:val="24"/>
        </w:rPr>
        <w:t>τὸ βαθέως μέλαν οὔτε τὸ παντελῶς πυρρόν, ἀλλ’ ἑκάστῳ παρα‐ μεμίχθω τι καὶ ἑτέρας χρόας, ἤτοι κατὰ τὸ μέτωπον ἢ ὑπὲρ τὰς ῥῖνας ἄκρας ἢ καὶ κατ’ ἄλλο τι τοῦ σώματος.</w:t>
      </w:r>
    </w:p>
    <w:p>
      <w:r>
        <w:rPr>
          <w:rFonts w:ascii="Courier New" w:hAnsi="Courier New"/>
          <w:color w:val="555555"/>
          <w:sz w:val="20"/>
        </w:rPr>
        <w:t>[5 . 66]</w:t>
      </w:r>
    </w:p>
    <w:p>
      <w:r>
        <w:rPr>
          <w:rFonts w:ascii="Gentium Plus" w:hAnsi="Gentium Plus"/>
          <w:sz w:val="24"/>
        </w:rPr>
        <w:t>λαγὼ μὲν εὐναὶ θάμνοι συνηρεφεῖς καὶ ἶδαι ἀμφιλαφεῖς καὶ ῥωχμοὶ βαθεῖς, χειμῶνος μὲν τὰ προσήλια, θέρους δὲ τὰ ἐπίσκια, ἐν δὲ χιόνι τὰ μελάγχιμα· ἔστι δὲ ταῦτα τὰ κοῖλα ἐν οἷς ἡ χιὼν δια‐ τέτηκεν, κέκληται δ’ ὅτι παρὰ τὴν ἄλλην τῆς γῆς ὄψιν, λευκὴν</w:t>
      </w:r>
    </w:p>
    <w:p>
      <w:r>
        <w:rPr>
          <w:rFonts w:ascii="Courier New" w:hAnsi="Courier New"/>
          <w:color w:val="555555"/>
          <w:sz w:val="20"/>
        </w:rPr>
        <w:t>[5]</w:t>
      </w:r>
    </w:p>
    <w:p>
      <w:r>
        <w:rPr>
          <w:rFonts w:ascii="Gentium Plus" w:hAnsi="Gentium Plus"/>
          <w:sz w:val="24"/>
        </w:rPr>
        <w:t>οὖσαν ὑπὸ τῇ χιόνι, ταῦτα μόνα μελαίνεται. εὔκριτα μὲν τὰ ἴχνη τὰ εὐθέα, δύσκριτα δὲ τὰ συμπεπλεγμένα· γίνεται δὲ μάλιστα τοιαῦτα,</w:t>
      </w:r>
    </w:p>
    <w:p>
      <w:r>
        <w:rPr>
          <w:rFonts w:ascii="Courier New" w:hAnsi="Courier New"/>
          <w:color w:val="555555"/>
          <w:sz w:val="20"/>
        </w:rPr>
        <w:t>[5 . 67]</w:t>
      </w:r>
    </w:p>
    <w:p>
      <w:r>
        <w:rPr>
          <w:rFonts w:ascii="Gentium Plus" w:hAnsi="Gentium Plus"/>
          <w:sz w:val="24"/>
        </w:rPr>
        <w:t>ἢν προδιεξέλθωσιν ἀλώπεκες. τὰ δ’ ὀρθὰ ἴχνη, ὁπόταν ἤτοι κτύπου</w:t>
      </w:r>
    </w:p>
    <w:p>
      <w:r>
        <w:rPr>
          <w:rFonts w:ascii="Courier New" w:hAnsi="Courier New"/>
          <w:color w:val="555555"/>
          <w:sz w:val="20"/>
        </w:rPr>
        <w:t>[5]</w:t>
      </w:r>
    </w:p>
    <w:p>
      <w:r>
        <w:rPr>
          <w:rFonts w:ascii="Gentium Plus" w:hAnsi="Gentium Plus"/>
          <w:sz w:val="24"/>
        </w:rPr>
        <w:t>ἀλλήλους καὶ πηδῶντες μακρὰν καὶ διαλλόμενοι καὶ διαπορριπτοῦντες ἀποφήνωσι ταραχώδη τὰ ἴχνη. ἰδέα δὲ λαγὼ καὶ φύσις, τὸ μὲν χρῶμα ἐπίπερκνος—ἔστι δὲ τοῦτο περκνῆς ἐλαίας τὸ εἶδος, οὔτ’</w:t>
      </w:r>
    </w:p>
    <w:p>
      <w:r>
        <w:rPr>
          <w:rFonts w:ascii="Courier New" w:hAnsi="Courier New"/>
          <w:color w:val="555555"/>
          <w:sz w:val="20"/>
        </w:rPr>
        <w:t>[5 . 68]</w:t>
      </w:r>
    </w:p>
    <w:p>
      <w:r>
        <w:rPr>
          <w:rFonts w:ascii="Gentium Plus" w:hAnsi="Gentium Plus"/>
          <w:sz w:val="24"/>
        </w:rPr>
        <w:t>ὄμφακος ἔτι οὔτ’ ἤδη μελαινομένης—μέγεθος οὐ μέγας, κοῦφος τὴν φύσιν, δασὺς τὴν τρίχωσιν, καὶ τὰ ὕπτια τῶν ποδῶν ἀλλ’ οὐ μόνα τὰ πρανῆ δασυνόμενος, ὅπερ οὔ φησιν Ἀριστοτέλης (Hist anim p 519 22) ἑτέρῳ ζῴῳ προσεῖναι. διὰ τοῦτο γάρ μοι δοκεῖ</w:t>
      </w:r>
    </w:p>
    <w:p>
      <w:r>
        <w:rPr>
          <w:rFonts w:ascii="Courier New" w:hAnsi="Courier New"/>
          <w:color w:val="555555"/>
          <w:sz w:val="20"/>
        </w:rPr>
        <w:t>[5]</w:t>
      </w:r>
    </w:p>
    <w:p>
      <w:r>
        <w:rPr>
          <w:rFonts w:ascii="Gentium Plus" w:hAnsi="Gentium Plus"/>
          <w:sz w:val="24"/>
        </w:rPr>
        <w:t>δασύποδα τὸν λαγὼν ἄλλοι τε καὶ Κρατῖνος (frg 400 Ko) καλεῖν, ὄνομα ποιούμενος τῷ ζῴῳ τὴν φύσιν. ὁ μὲν οὖν μείζων καὶ τὸ λευκὸν ἔχει τὸ ἐν τῷ μετώπῳ μεῖζον, ὁ δὲ μικρὸς τό τε λευκὸν ἔλαττον καὶ τὸ χρῶμά ἐστιν ἐπίπυρρος. γλαυκὸς δ’ ἐστὶν ὁ λαγὼς</w:t>
      </w:r>
    </w:p>
    <w:p>
      <w:r>
        <w:rPr>
          <w:rFonts w:ascii="Courier New" w:hAnsi="Courier New"/>
          <w:color w:val="555555"/>
          <w:sz w:val="20"/>
        </w:rPr>
        <w:t>[5 . 69]</w:t>
      </w:r>
    </w:p>
    <w:p>
      <w:r>
        <w:rPr>
          <w:rFonts w:ascii="Gentium Plus" w:hAnsi="Gentium Plus"/>
          <w:sz w:val="24"/>
        </w:rPr>
        <w:t>ἢ χαροπός, ἐξόμματος· καὶ τὰ ὄμματα οὐκ ἔχει βλεφαρίδας, ὅθεν καὶ ἀμβλυώττει. τὰ πολλὰ δ’ ἐστὶν ἐν ὕπνῳ· καὶ τοῦτο δὲ οὐ σμικρὸν ὀφθαλμοῖς τὸ βλάβος. κεφαλὴν ἔχει μικρὰν ἐλαφρὰν κατα‐ φερῆ, εἰς στενὸν καταλήγουσαν, ὦτα ὑψηλά, τράχηλον στενὸν στρογ‐</w:t>
      </w:r>
    </w:p>
    <w:p>
      <w:r>
        <w:rPr>
          <w:rFonts w:ascii="Courier New" w:hAnsi="Courier New"/>
          <w:color w:val="555555"/>
          <w:sz w:val="20"/>
        </w:rPr>
        <w:t>[5]</w:t>
      </w:r>
    </w:p>
    <w:p>
      <w:r>
        <w:rPr>
          <w:rFonts w:ascii="Gentium Plus" w:hAnsi="Gentium Plus"/>
          <w:sz w:val="24"/>
        </w:rPr>
        <w:t>γύλον ὑγρὸν ἐπιμήκη, ὠμοπλάτας ὀρθάς, ἄνωθεν ἀσυνδέτους, σκέλη τὰ πρόσθεν ἐλαφρὰ σύγκωλα, στῆθος οὐ σαρκῶδες, πλευρὰς οὐ</w:t>
      </w:r>
    </w:p>
    <w:p>
      <w:r>
        <w:rPr>
          <w:rFonts w:ascii="Courier New" w:hAnsi="Courier New"/>
          <w:color w:val="555555"/>
          <w:sz w:val="20"/>
        </w:rPr>
        <w:t>[5 . 70]</w:t>
      </w:r>
    </w:p>
    <w:p>
      <w:r>
        <w:rPr>
          <w:rFonts w:ascii="Gentium Plus" w:hAnsi="Gentium Plus"/>
          <w:sz w:val="24"/>
        </w:rPr>
        <w:t>βαρείας οὐδὲ ἀσυμμέτρους, κωλῆνα σαρκώδη, λαγόνας ὑγράς, ἰσχία μεγάλα στρογγύλα εὔσαρκα, οὐ συνεστηκότα, μηροὺς βραχεῖς εὐπαγεῖς μυώδεις, οὐκ ὀγκώδεις τὰ ἔνδον, ὑποκώλια μακρὰ καὶ στιφρά, πόδας τοὺς πρόσθεν στενοὺς καὶ μακρούς, τοὺς ὄπισθεν στερεοὺς καὶ πλα‐</w:t>
      </w:r>
    </w:p>
    <w:p>
      <w:r>
        <w:rPr>
          <w:rFonts w:ascii="Courier New" w:hAnsi="Courier New"/>
          <w:color w:val="555555"/>
          <w:sz w:val="20"/>
        </w:rPr>
        <w:t>[5]</w:t>
      </w:r>
    </w:p>
    <w:p>
      <w:r>
        <w:rPr>
          <w:rFonts w:ascii="Gentium Plus" w:hAnsi="Gentium Plus"/>
          <w:sz w:val="24"/>
        </w:rPr>
        <w:t>τεῖς, σκέλη πολὺ ἐλάττω τῷ μήκει τὰ πρόσθεν παρὰ τὰ ὄπισθεν. βλαισά τ’ ἐστὶ τὰ ὄπισθεν, ὡς ἐγκεκλίσθαι παρὰ τὰ πρόσθια καὶ κατὰ τοὺς δρόμους προβάλλειν αὐτὰ πρὸ ἐκείνων, καὶ πηδᾶν ἀντε‐ ρειδόμενον τοῖς ὄπισθεν ποσίν, οὐδαμῇ τοὺς προσθίους ἐμποδίζοντα</w:t>
      </w:r>
    </w:p>
    <w:p>
      <w:r>
        <w:rPr>
          <w:rFonts w:ascii="Courier New" w:hAnsi="Courier New"/>
          <w:color w:val="555555"/>
          <w:sz w:val="20"/>
        </w:rPr>
        <w:t>[5 . 71]</w:t>
      </w:r>
    </w:p>
    <w:p>
      <w:r>
        <w:rPr>
          <w:rFonts w:ascii="Gentium Plus" w:hAnsi="Gentium Plus"/>
          <w:sz w:val="24"/>
        </w:rPr>
        <w:t>διὰ τὴν ἐκείνων εἰς τὸ εἴσω παράλλαξιν. ἁλτικὸν δ’ ἐστὶ καὶ πη‐ δητικὸν τὸ ζῷον μᾶλλον ἢ δρομικόν, ἄλλως δὲ κοῦφόν τε καὶ ὑπερέλαφρον. κἀπειδὴ τὴν οὐρὰν οὐχ ἱκανὴν ἔχει τὸ σῶμα ἐπευ‐ θύνειν, τοῖς ὠσὶ χρῆται πρὸς τὴν ἡγεμονίαν, παρακαταβάλλων αὐτὰ</w:t>
      </w:r>
    </w:p>
    <w:p>
      <w:r>
        <w:rPr>
          <w:rFonts w:ascii="Courier New" w:hAnsi="Courier New"/>
          <w:color w:val="555555"/>
          <w:sz w:val="20"/>
        </w:rPr>
        <w:t>[5]</w:t>
      </w:r>
    </w:p>
    <w:p>
      <w:r>
        <w:rPr>
          <w:rFonts w:ascii="Gentium Plus" w:hAnsi="Gentium Plus"/>
          <w:sz w:val="24"/>
        </w:rPr>
        <w:t>καὶ ὥσπερ κώπαις τισὶ παρερέττων τὸ σῶμα. ἐν δὲ τοῖς καταφερέσι μᾶλλον ἁλίσκεται διὰ τὸ ὕψος τὸ τῶν ὄπισθεν ποδῶν κατὰ κεφαλὴν προωθούμενος. ἐν δὲ τοῖς ἀνάντεσιν ἡ τῶν ποδῶν ἀνισότης κατὰ τὴν ἀνωμαλότητα τὴν τῶν τόπων ἀπισοῖ τὸ σῶμα πρὸς τὸν δρό‐ μον· ὅσον γὰρ ἐν τοῖς ἀνάντεσι τὰ κατόπιν κοιλαίνεται, τοσοῦ‐</w:t>
      </w:r>
    </w:p>
    <w:p>
      <w:r>
        <w:rPr>
          <w:rFonts w:ascii="Courier New" w:hAnsi="Courier New"/>
          <w:color w:val="555555"/>
          <w:sz w:val="20"/>
        </w:rPr>
        <w:t>[5 . 72]</w:t>
      </w:r>
    </w:p>
    <w:p>
      <w:r>
        <w:rPr>
          <w:rFonts w:ascii="Gentium Plus" w:hAnsi="Gentium Plus"/>
          <w:sz w:val="24"/>
        </w:rPr>
        <w:t>τον τὸ τῶν ποδῶν μῆκος εἰς ἰσοπέδου δόξαν ἀναλαμβάνει. δειλίᾳ δ’ ὑπερβάλλει τοῦτο τὸ ζῷον, ἔκπληκτον ῥᾷστα γινόμενον καὶ ἀνα‐ πτοούμενον, ὅθεν καὶ πτὼξ ὀνομάζεται, τὸν δ’ ὕπνον ποιεῖται καὶ τὴν ἀνάπαυλαν ὑποθεὶς μὲν εἰς τὰς λαγόνας τὰ ὄπισθεν</w:t>
      </w:r>
    </w:p>
    <w:p>
      <w:r>
        <w:rPr>
          <w:rFonts w:ascii="Courier New" w:hAnsi="Courier New"/>
          <w:color w:val="555555"/>
          <w:sz w:val="20"/>
        </w:rPr>
        <w:t>[5]</w:t>
      </w:r>
    </w:p>
    <w:p>
      <w:r>
        <w:rPr>
          <w:rFonts w:ascii="Gentium Plus" w:hAnsi="Gentium Plus"/>
          <w:sz w:val="24"/>
        </w:rPr>
        <w:t>σκέλη, τὰ δὲ πρόσω κῶλα προτείνας τε καὶ συνθείς, καὶ τὴν κεφαλὴν καταθεὶς κατ’ αὐτῶν. ἀλλ’ ἢν καταμύῃ τε καὶ τὰς ῥῖνας ἀκινήτους ἔχῃ, καθεύδει μὲν οὔ, καμὼν δ’ ἴσως ἀναπαύεται· ἢν δὲ τοῖς ὀφθαλμοῖς ἀναπεπταμένοις ἀτρεμίζῃ καὶ τὰς ῥῖνας</w:t>
      </w:r>
    </w:p>
    <w:p>
      <w:r>
        <w:rPr>
          <w:rFonts w:ascii="Courier New" w:hAnsi="Courier New"/>
          <w:color w:val="555555"/>
          <w:sz w:val="20"/>
        </w:rPr>
        <w:t>[5 . 73]</w:t>
      </w:r>
    </w:p>
    <w:p>
      <w:r>
        <w:rPr>
          <w:rFonts w:ascii="Gentium Plus" w:hAnsi="Gentium Plus"/>
          <w:sz w:val="24"/>
        </w:rPr>
        <w:t>ὑποκινῶν ἐκπνέῃ θαμινά, ὕπνος αὐτὸν ἀκριβὴς ἔχει. καὶ μὴν πολύγονόν ἐστιν ἐς τὰ μάλιστα τουτὶ τὸ θηρίον ἐπικυϊσκόμενον ἀεὶ καὶ διὰ πάσης ὥρας, ὥστε τὸ μὲν ἤδη τέτεκται, τὸ δὲ μέλ‐ λει, τὸ δὲ κύεται, τὸ δ’ ἔτι πλάττεται· καὶ εἴποις ἂν αὐτὸ πο‐</w:t>
      </w:r>
    </w:p>
    <w:p>
      <w:r>
        <w:rPr>
          <w:rFonts w:ascii="Courier New" w:hAnsi="Courier New"/>
          <w:color w:val="555555"/>
          <w:sz w:val="20"/>
        </w:rPr>
        <w:t>[5]</w:t>
      </w:r>
    </w:p>
    <w:p>
      <w:r>
        <w:rPr>
          <w:rFonts w:ascii="Gentium Plus" w:hAnsi="Gentium Plus"/>
          <w:sz w:val="24"/>
        </w:rPr>
        <w:t>λύγονον πολυτόκον πολύτεκνον, ἐπικυϊσκόμενον, γόνου ἀεὶ ἐπιπλη‐ ρούμενον. τίκτει δὲ καθ’ ἕκαστον μῆνα. καὶ τετρίχωται πᾶν, ὥστε καὶ τῶν γνάθων ἐντὸς ἔχειν τρίχας. ὅσων δ’ ἂν ἐτῶν ᾖ, τοσαύτας ἔχει τῶν ἀπὸ τοῦ σώματος ἐγχωρούντων ὑπὸ τὴν οὐ‐</w:t>
      </w:r>
    </w:p>
    <w:p>
      <w:r>
        <w:rPr>
          <w:rFonts w:ascii="Courier New" w:hAnsi="Courier New"/>
          <w:color w:val="555555"/>
          <w:sz w:val="20"/>
        </w:rPr>
        <w:t>[5 . 74]</w:t>
      </w:r>
    </w:p>
    <w:p>
      <w:r>
        <w:rPr>
          <w:rFonts w:ascii="Gentium Plus" w:hAnsi="Gentium Plus"/>
          <w:sz w:val="24"/>
        </w:rPr>
        <w:t>ρὰν τὰς ὀπάς. μόνον δὲ τῶν ζῴων γάλα καὶ πρὶν τεκεῖν ἔχει, καὶ μόνον τῶν πολυσχιδῶν ἔχει πυτίαν. καὶ οἱ μὲν Ἐλυμαῖοι τῶν παρ’ ἡμῖν ἀλωπέκων οὐ μείους εἰσὶ τὰ σώματα, μελαίνονται δὲ τὰ χρώ‐ ματα καὶ προμήκεις πεφύκασι, καὶ τὸ περὶ τὴν οὐρὰν ἄκραν λευκὸν</w:t>
      </w:r>
    </w:p>
    <w:p>
      <w:r>
        <w:rPr>
          <w:rFonts w:ascii="Courier New" w:hAnsi="Courier New"/>
          <w:color w:val="555555"/>
          <w:sz w:val="20"/>
        </w:rPr>
        <w:t>[5]</w:t>
      </w:r>
    </w:p>
    <w:p>
      <w:r>
        <w:rPr>
          <w:rFonts w:ascii="Gentium Plus" w:hAnsi="Gentium Plus"/>
          <w:sz w:val="24"/>
        </w:rPr>
        <w:t>αὐτοῖς καὶ ἐπίμηκές ἐστιν. οἱ δὲ μοσχίαι καλούμενοι τῶν λαγῶν</w:t>
      </w:r>
    </w:p>
    <w:p>
      <w:r>
        <w:rPr>
          <w:rFonts w:ascii="Courier New" w:hAnsi="Courier New"/>
          <w:color w:val="555555"/>
          <w:sz w:val="20"/>
        </w:rPr>
        <w:t>[5 . 75]</w:t>
      </w:r>
    </w:p>
    <w:p>
      <w:r>
        <w:rPr>
          <w:rFonts w:ascii="Gentium Plus" w:hAnsi="Gentium Plus"/>
          <w:sz w:val="24"/>
        </w:rPr>
        <w:t>γίνεσθαι πρὸς αὐτὸ τὰς κύνας ἐκμανεῖς. Ἰθάκη δὲ μόνη τῶν νήσων ἄγονός ἐστι λαγῶν. Καρπάθιοι δὲ πρότερον οὐκ ὄντων ἐν τῇ νήσῳ λαγῶν ζεῦγος εἰσαγαγόμενοι, τὸ μὲν εἰς πλῆθος ἐκ τῆς πολυγονίας ἐπιδιδοῦν ἔφθειρε τοὺς καρπούς, οἱ δὲ παροιμίαν ἐποίησαν ἐπὶ τῶν</w:t>
      </w:r>
    </w:p>
    <w:p>
      <w:r>
        <w:rPr>
          <w:rFonts w:ascii="Courier New" w:hAnsi="Courier New"/>
          <w:color w:val="555555"/>
          <w:sz w:val="20"/>
        </w:rPr>
        <w:t>[5]</w:t>
      </w:r>
    </w:p>
    <w:p>
      <w:r>
        <w:rPr>
          <w:rFonts w:ascii="Gentium Plus" w:hAnsi="Gentium Plus"/>
          <w:sz w:val="24"/>
        </w:rPr>
        <w:t>ἐπισπαστὸν κακὸν ἐφ’ ἑαυτοὺς ἐπαγαγόντων ‘ὁ Καρπάθιος τὸν λα‐ γών.‘ καὶ μὴν Ἀναξίλας ὁ Ῥηγῖνος οὔσης, ὡς Ἀριστοτέλης (frg 568 R) φησίν, τῆς Σικελίας τέως ἀγόνου λαγῶν, ὁ δ’ εἰσαγαγών τε καὶ θρέψας, ὁμοῦ δὲ καὶ Ὀλύμπια νικήσας ἀπήνῃ, τῷ νομίσματι τῶν Ῥηγίνων ἐνετύπωσεν ἀπήνην καὶ λαγών.</w:t>
      </w:r>
    </w:p>
    <w:p>
      <w:r>
        <w:rPr>
          <w:rFonts w:ascii="Courier New" w:hAnsi="Courier New"/>
          <w:color w:val="555555"/>
          <w:sz w:val="20"/>
        </w:rPr>
        <w:t>[5 . 76]</w:t>
      </w:r>
    </w:p>
    <w:p>
      <w:r>
        <w:rPr>
          <w:rFonts w:ascii="Gentium Plus" w:hAnsi="Gentium Plus"/>
          <w:sz w:val="24"/>
        </w:rPr>
        <w:t>τῶν δ’ ἐλάφων ἄκερως μὲν ἡ θήλεια, ὁ δ’ ἄρρην κερωφόρος ἢ κερασφόρος ἢ κεράστης ἢ εὔκερως ἢ πλατύκερως ἢ ὑπέρκερως, καὶ χρυσόκερως ὁ ὑπὸ Ἡρακλέους ἁλούς· καὶ Ἀνακρέων (frg 51 B) μὲν σφάλλεται κερόεσσαν ἔλαφον προσειπών, καὶ Σοφοκλῆς (TGF</w:t>
      </w:r>
    </w:p>
    <w:p>
      <w:r>
        <w:rPr>
          <w:rFonts w:ascii="Courier New" w:hAnsi="Courier New"/>
          <w:color w:val="555555"/>
          <w:sz w:val="20"/>
        </w:rPr>
        <w:t>[5]</w:t>
      </w:r>
    </w:p>
    <w:p>
      <w:r>
        <w:rPr>
          <w:rFonts w:ascii="Gentium Plus" w:hAnsi="Gentium Plus"/>
          <w:sz w:val="24"/>
        </w:rPr>
        <w:t>86 N) κεροῦσσαν τὴν Τηλέφου τροφόν, Ὅμηρος (Γ 24 saep) δ’ ὀρθῶς λέγει ‘ἀμφ’ ἔλαφον κεραόν.‘ ἔστι δὲ τοῖς ἐλάφοις τὸ χρῶμα ἐπίξανθον, κατάστικτον λευκοῖς γράμμασιν· πλείω δ’ αἱ θήλειαι τὰ στί‐</w:t>
      </w:r>
    </w:p>
    <w:p>
      <w:r>
        <w:rPr>
          <w:rFonts w:ascii="Courier New" w:hAnsi="Courier New"/>
          <w:color w:val="555555"/>
          <w:sz w:val="20"/>
        </w:rPr>
        <w:t>[5 . 77]</w:t>
      </w:r>
    </w:p>
    <w:p>
      <w:r>
        <w:rPr>
          <w:rFonts w:ascii="Gentium Plus" w:hAnsi="Gentium Plus"/>
          <w:sz w:val="24"/>
        </w:rPr>
        <w:t>γματα ἔχουσι, καὶ μάλιστα τῶν ἐλάφων οἱ νεβροί. ἁλίσκονται δὲ δικτύοις μέν, εἴ τις ὀγμεύσας αὐτὰς συνελάσειεν, ποδοστράβαις δ’ εἴ τις ἐνεδρεύσας αὐτὰς ἐμποδίσειεν. καὶ γεννᾷ μὲν ὡς ἐπὶ τὸ πλεῖ‐ στον ἓν ἔλαφος, κύει δὲ μῆνας εἰς ὀκτώ, τίκτει δὲ πληρωθεῖσα ὑπὸ</w:t>
      </w:r>
    </w:p>
    <w:p>
      <w:r>
        <w:rPr>
          <w:rFonts w:ascii="Courier New" w:hAnsi="Courier New"/>
          <w:color w:val="555555"/>
          <w:sz w:val="20"/>
        </w:rPr>
        <w:t>[5]</w:t>
      </w:r>
    </w:p>
    <w:p>
      <w:r>
        <w:rPr>
          <w:rFonts w:ascii="Gentium Plus" w:hAnsi="Gentium Plus"/>
          <w:sz w:val="24"/>
        </w:rPr>
        <w:t>τὸ μετόπωρον ἱστάμενον. τὸν δὲ νεβρὸν οἱ γονεῖς ἀγαγόντες ἐπὶ τὴν εὐνήν, ἵνα πέτρας ἀπορρῶγος περίδρομος παρέχει τὴν ἐκ θατέ‐ ρου μέρους ἀσφάλειαν, ἡ μὲν μήτηρ ἑαυτὴν καταβαλοῦσα θηλάζει τὸ</w:t>
      </w:r>
    </w:p>
    <w:p>
      <w:r>
        <w:rPr>
          <w:rFonts w:ascii="Courier New" w:hAnsi="Courier New"/>
          <w:color w:val="555555"/>
          <w:sz w:val="20"/>
        </w:rPr>
        <w:t>[5 . 78]</w:t>
      </w:r>
    </w:p>
    <w:p>
      <w:r>
        <w:rPr>
          <w:rFonts w:ascii="Gentium Plus" w:hAnsi="Gentium Plus"/>
          <w:sz w:val="24"/>
        </w:rPr>
        <w:t>βρέφος, ὁ δὲ πατὴρ ἄποθεν φυλάττει καὶ πρὸς τὸν προσελθόντα ὑπερμαχεῖ. καὶ τὸν μὲν νεβρὸν εἰ δυνηθείης ἀπελάσας ἀπὸ τῶν γονέων κυνοδρομῆσαι, τὸν μὲν πρῶτον δρόμον ἀπολείψῃ σύ τε καὶ αἱ κύνες, ἐν δὲ τοῖς ἐφεξῆς ἀπαγορεύουσιν ἄρα οἱ νεβροί. πολλαὶ</w:t>
      </w:r>
    </w:p>
    <w:p>
      <w:r>
        <w:rPr>
          <w:rFonts w:ascii="Courier New" w:hAnsi="Courier New"/>
          <w:color w:val="555555"/>
          <w:sz w:val="20"/>
        </w:rPr>
        <w:t>[5]</w:t>
      </w:r>
    </w:p>
    <w:p>
      <w:r>
        <w:rPr>
          <w:rFonts w:ascii="Gentium Plus" w:hAnsi="Gentium Plus"/>
          <w:sz w:val="24"/>
        </w:rPr>
        <w:t>δὲ καὶ τῶν τελείων ἐλάφων ἐν ταῖς συνεχεστέραις διώξεσιν ὑπὸ δυσ‐</w:t>
      </w:r>
    </w:p>
    <w:p>
      <w:r>
        <w:rPr>
          <w:rFonts w:ascii="Courier New" w:hAnsi="Courier New"/>
          <w:color w:val="555555"/>
          <w:sz w:val="20"/>
        </w:rPr>
        <w:t>[5 . 79]</w:t>
      </w:r>
    </w:p>
    <w:p>
      <w:r>
        <w:rPr>
          <w:rFonts w:ascii="Gentium Plus" w:hAnsi="Gentium Plus"/>
          <w:sz w:val="24"/>
        </w:rPr>
        <w:t>περὶ δὲ συὸς εἴποις ἂν βαθύνει τῷ ῥύγχει τὴν γῆν, κείρει τὰ λήια, κόπτει τὰ δένδρα, θήγει τοὺς ὀδόντας, ἔφριξε τὴν λοφιάν, λε‐ χρίοις παρέβλεψε τοῖς ὄμμασι, πυρῶδες ὑποβλέπει, τοῖς ὀδοῦσιν ἀν‐ τιπαταγεῖ, τῷ πρὸς ἀλλήλους κόμπῳ τῶν ὀδόντων ἀπειλεῖ, πῦρ ἐκ</w:t>
      </w:r>
    </w:p>
    <w:p>
      <w:r>
        <w:rPr>
          <w:rFonts w:ascii="Courier New" w:hAnsi="Courier New"/>
          <w:color w:val="555555"/>
          <w:sz w:val="20"/>
        </w:rPr>
        <w:t>[5]</w:t>
      </w:r>
    </w:p>
    <w:p>
      <w:r>
        <w:rPr>
          <w:rFonts w:ascii="Gentium Plus" w:hAnsi="Gentium Plus"/>
          <w:sz w:val="24"/>
        </w:rPr>
        <w:t>τῶν ὀφθαλμῶν ἀφίησιν, ἀφρὸς αὐτῷ τοῖς χαυλιόδουσι περιζεῖ, τρα‐ χύς ἐστι τὴν ὀργήν, ἀκάθεκτος τὸν θυμόν, δύσμαχος δυσάλωτος δυσ‐ αγώνιστος, προωθῶν, προρρηγνύμενος, ἐμπίπτων, προσπίπτων, ἀνατρέπων, κόπτων τοῖς ὀδοῦσιν, ἀνοίγων, ἀναρρηγνύς, ῥύμῃ ἐπιών, ῥόθιος συμπροσχωρῶν, βίαιος τὴν ὁρμήν, δυσνίκητος, δυσκατα‐</w:t>
      </w:r>
    </w:p>
    <w:p>
      <w:r>
        <w:rPr>
          <w:rFonts w:ascii="Courier New" w:hAnsi="Courier New"/>
          <w:color w:val="555555"/>
          <w:sz w:val="20"/>
        </w:rPr>
        <w:t>[5 . 80]</w:t>
      </w:r>
    </w:p>
    <w:p>
      <w:r>
        <w:rPr>
          <w:rFonts w:ascii="Gentium Plus" w:hAnsi="Gentium Plus"/>
          <w:sz w:val="24"/>
        </w:rPr>
        <w:t>γώνιστος. καὶ τὰς ἄρκυς διακόψειεν ἄν, καὶ τὰς στάλικας ἀνατρέ‐ ψειεν, καὶ τὰ δένδρα πρόρριζα ἐκτρίψειεν, ὑπέρθυμος, δυσόργη‐ τος, ἔμπυρος, ὑπέρασθμος. εἰ καὶ πλαγίοις τοῖς ὀδοῦσι θίγοι τῶν κυνῶν, τὸ τρίχωμα ἐπέφλεξεν· εἰ δ’ ἀποθανόντος τῷ χαυλιό‐</w:t>
      </w:r>
    </w:p>
    <w:p>
      <w:r>
        <w:rPr>
          <w:rFonts w:ascii="Courier New" w:hAnsi="Courier New"/>
          <w:color w:val="555555"/>
          <w:sz w:val="20"/>
        </w:rPr>
        <w:t>[5]</w:t>
      </w:r>
    </w:p>
    <w:p>
      <w:r>
        <w:rPr>
          <w:rFonts w:ascii="Gentium Plus" w:hAnsi="Gentium Plus"/>
          <w:sz w:val="24"/>
        </w:rPr>
        <w:t>δοντι προσενέγκαις τρίχας, ὡς ἀπὸ πυρὸς αἱ τρίχες συντρέχουσιν· οὕτω πολὺ τὸ φλογῶδες ἔνεστι τῷ θηρίῳ. ἡ δ’ ἄρκτος τίκτει μὲν σάρκα, πλάττει δὲ καὶ ἀρθροῖ τὸ γέννημα</w:t>
      </w:r>
    </w:p>
    <w:p>
      <w:r>
        <w:rPr>
          <w:rFonts w:ascii="Courier New" w:hAnsi="Courier New"/>
          <w:color w:val="555555"/>
          <w:sz w:val="20"/>
        </w:rPr>
        <w:t>[5 . 81]</w:t>
      </w:r>
    </w:p>
    <w:p>
      <w:r>
        <w:rPr>
          <w:rFonts w:ascii="Gentium Plus" w:hAnsi="Gentium Plus"/>
          <w:sz w:val="24"/>
        </w:rPr>
        <w:t>τῷ στόματι, καὶ πρὸς εἶδος ζῴου τὰ μέλη τυποῖ. καὶ ἄρκτου μὲν ὄρος τὸ ἀρκτῷον ἐπώνυμον, ἀρκτεύεσθαι δὲ τὰς παρθένους ἔλεγον ὁ δῆμος ὁ Ἀττικός. Ἑλίκη δὲ καὶ Κυνόσουρα ἐν οὐρανῷ δύο ἄρκτοι, Διὸς ἡ ἑτέρα τροφός, οἱ δ’ ἄμφω λέγουσιν· οἱ δὲ τὴν μὲν ὡς ἦν</w:t>
      </w:r>
    </w:p>
    <w:p>
      <w:r>
        <w:rPr>
          <w:rFonts w:ascii="Courier New" w:hAnsi="Courier New"/>
          <w:color w:val="555555"/>
          <w:sz w:val="20"/>
        </w:rPr>
        <w:t>[5]</w:t>
      </w:r>
    </w:p>
    <w:p>
      <w:r>
        <w:rPr>
          <w:rFonts w:ascii="Gentium Plus" w:hAnsi="Gentium Plus"/>
          <w:sz w:val="24"/>
        </w:rPr>
        <w:t>τροφός, τὴν δ’ ὡς παιδικά. καὶ ἄρκτος μὲν τὸ καταντικρὺ μεσημ‐ βρίας τοῦ κόσμου μέρος, ὁ δ’ ἄνεμος ὁ πνέων ἐκεῖθεν ἀπαρκτίας, καὶ κύκλος ἀρκτικός. ἁλίσκεται δὲ τὸ θηρίον καὶ δικτύοις καὶ μάχῃ καὶ βόθροις τισίν, οὓς ὑπὸ τὰ δένδρα τὰ καρποφόρα τῶν κυ‐</w:t>
      </w:r>
    </w:p>
    <w:p>
      <w:r>
        <w:rPr>
          <w:rFonts w:ascii="Courier New" w:hAnsi="Courier New"/>
          <w:color w:val="555555"/>
          <w:sz w:val="20"/>
        </w:rPr>
        <w:t>[5 . 82]</w:t>
      </w:r>
    </w:p>
    <w:p>
      <w:r>
        <w:rPr>
          <w:rFonts w:ascii="Gentium Plus" w:hAnsi="Gentium Plus"/>
          <w:sz w:val="24"/>
        </w:rPr>
        <w:t>νηγετῶν τινὲς ὀρυξάμενοι, καὶ καλάμου ἢ ἄλλου τινὸς εὐθραύστου ξύλου δοκίδας τοῖς βόθροις ἐπιτείναντες, καὶ τῆς ἀκινήτου γῆς ἐπι‐ φορήσαντες καὶ πόαν ἐπιβαλόντες, ἡ μὲν ὡς ἐπὶ τὸ δένδρον ἀναρρι‐ χησομένη κατὰ τὸν καρπὸν ἐπείγεται, τὸ δ’ ὄρυγμα αὐτὴν θραυ‐</w:t>
      </w:r>
    </w:p>
    <w:p>
      <w:r>
        <w:rPr>
          <w:rFonts w:ascii="Courier New" w:hAnsi="Courier New"/>
          <w:color w:val="555555"/>
          <w:sz w:val="20"/>
        </w:rPr>
        <w:t>[5]</w:t>
      </w:r>
    </w:p>
    <w:p>
      <w:r>
        <w:rPr>
          <w:rFonts w:ascii="Gentium Plus" w:hAnsi="Gentium Plus"/>
          <w:sz w:val="24"/>
        </w:rPr>
        <w:t>σθεισῶν τῶν δοκίδων ὑπεδέξατο. τὴν δὲ πάρδαλιν τρόποις τε τοῖς προειρημένοις λαμβάνουσι,</w:t>
      </w:r>
    </w:p>
    <w:p>
      <w:r>
        <w:rPr>
          <w:rFonts w:ascii="Courier New" w:hAnsi="Courier New"/>
          <w:color w:val="555555"/>
          <w:sz w:val="20"/>
        </w:rPr>
        <w:t>[5 . 83]</w:t>
      </w:r>
    </w:p>
    <w:p>
      <w:r>
        <w:rPr>
          <w:rFonts w:ascii="Gentium Plus" w:hAnsi="Gentium Plus"/>
          <w:sz w:val="24"/>
        </w:rPr>
        <w:t>ροίᾳ κενοῦται, τοῖς δὲ πολλάκις καὶ ζῶν ἐστὶν ἁλώσιμον. εἴποις δ’ ἂν ἐπὶ παρδάλεως ὡς ἔχει τὸ σῶμα στικτὸν κατάστικτον, κρο‐ κοειδές, εὐπρόσωπον, εὔχρουν, εὐειδὲς πολυειδές, ὑγρόν, εὐέλικτον, πολύμορφον, πηδητικόν, ἁλτικόν, εὐπαλές.</w:t>
      </w:r>
    </w:p>
    <w:p>
      <w:r>
        <w:rPr>
          <w:rFonts w:ascii="Courier New" w:hAnsi="Courier New"/>
          <w:color w:val="555555"/>
          <w:sz w:val="20"/>
        </w:rPr>
        <w:t>[5]</w:t>
      </w:r>
    </w:p>
    <w:p>
      <w:r>
        <w:rPr>
          <w:rFonts w:ascii="Gentium Plus" w:hAnsi="Gentium Plus"/>
          <w:sz w:val="24"/>
        </w:rPr>
        <w:t>καὶ λέοντα δ’ ἂν εἴποις βλοσυρόν, βασίλειον, εὐχαίτην εὐκόμην κομήτην, εὐγένειον, ὑπέραυχον, μεγαλόφρονα, μεγαλόθυμον, ὑπέρφρονα ὑπέρθυμον, ὑπερμεγέθη, βίαιον, ταχύν, ἰσχυρόν, θρασύν,</w:t>
      </w:r>
    </w:p>
    <w:p>
      <w:r>
        <w:rPr>
          <w:rFonts w:ascii="Courier New" w:hAnsi="Courier New"/>
          <w:color w:val="555555"/>
          <w:sz w:val="20"/>
        </w:rPr>
        <w:t>[5 . 84]</w:t>
      </w:r>
    </w:p>
    <w:p>
      <w:r>
        <w:rPr>
          <w:rFonts w:ascii="Gentium Plus" w:hAnsi="Gentium Plus"/>
          <w:sz w:val="24"/>
        </w:rPr>
        <w:t>καρτερόν ἐγκρατῆ. θηρᾶται δ’ ἥκιστα μὲν ὁ τέλειος πλέγμασιν ἀλλὰ μηχανήμασι καὶ σοφίσμασιν, οἱ δὲ σκύμνοι τῶν γονέων, πίστει τοῦ δυσεπιβουλεύτου καὶ θράσει τῆς οὔσης δυνάμεως, ἐπὶ θήραν ἀπο‐ νεμηθέντων.</w:t>
      </w:r>
    </w:p>
    <w:p>
      <w:r>
        <w:rPr>
          <w:rFonts w:ascii="Courier New" w:hAnsi="Courier New"/>
          <w:color w:val="555555"/>
          <w:sz w:val="20"/>
        </w:rPr>
        <w:t>[5]</w:t>
      </w:r>
    </w:p>
    <w:p>
      <w:r>
        <w:rPr>
          <w:rFonts w:ascii="Gentium Plus" w:hAnsi="Gentium Plus"/>
          <w:sz w:val="24"/>
        </w:rPr>
        <w:t>τοὺς δ’ ὄνους τοὺς ἀγρίους ἐφ’ ἵππων διώξαντες—ἀγελά‐ ζονται δὲ κατὰ πλῆθος—ἐπειδὰν ὑπέρκοποι καὶ ὑπέρασθμοι γένων‐ ται καὶ ὁ κονιορτὸς αὐτοῖς ὡς ἂν ἐκ πλήθους ἐγειρόμενος ἐνοχλῇ, τοὺς μὲν διακοντίζουσι, τοὺς δὲ καὶ ζῶντας αἱροῦσι βρόχοις σειραίοις περιβαλόντες. οἱ δ’ ἔκφρονες ὑπὸ τῆς διώξεως γενόμενοι πολλάκις</w:t>
      </w:r>
    </w:p>
    <w:p>
      <w:r>
        <w:rPr>
          <w:rFonts w:ascii="Courier New" w:hAnsi="Courier New"/>
          <w:color w:val="555555"/>
          <w:sz w:val="20"/>
        </w:rPr>
        <w:t>[10]</w:t>
      </w:r>
    </w:p>
    <w:p>
      <w:r>
        <w:rPr>
          <w:rFonts w:ascii="Gentium Plus" w:hAnsi="Gentium Plus"/>
          <w:sz w:val="24"/>
        </w:rPr>
        <w:t>οὐκ ἄκοντες, ἐπειδὰν ἐφέλκῃ τις τὸν ἵππον ἀποστρέψας, ἕπονται.</w:t>
      </w:r>
    </w:p>
    <w:p>
      <w:r>
        <w:rPr>
          <w:rFonts w:ascii="Courier New" w:hAnsi="Courier New"/>
          <w:color w:val="555555"/>
          <w:sz w:val="20"/>
        </w:rPr>
        <w:t>[5 . 85]</w:t>
      </w:r>
    </w:p>
    <w:p>
      <w:r>
        <w:rPr>
          <w:rFonts w:ascii="Gentium Plus" w:hAnsi="Gentium Plus"/>
          <w:sz w:val="24"/>
        </w:rPr>
        <w:t>ὁ δὲ κυνηγέτης ἐμβοάτω ταῖς κυσίν, ἐγκελευέτω ἐπικελευ‐ έσθω ἐπανακραγέτω, ἐπικεκράχθω, ἐπισημαινέσθω, ἐξοτρυνέτω τὰς κύνας, προτρεπέτω, ἐπεγειρέτω, ὁρμάτω ἐξορμάτω παρορμάτω, προσκαλείσθω, ἐξανιστάτω, συνθέων παραθέων συμπαραθέων</w:t>
      </w:r>
    </w:p>
    <w:p>
      <w:r>
        <w:rPr>
          <w:rFonts w:ascii="Courier New" w:hAnsi="Courier New"/>
          <w:color w:val="555555"/>
          <w:sz w:val="20"/>
        </w:rPr>
        <w:t>[5]</w:t>
      </w:r>
    </w:p>
    <w:p>
      <w:r>
        <w:rPr>
          <w:rFonts w:ascii="Gentium Plus" w:hAnsi="Gentium Plus"/>
          <w:sz w:val="24"/>
        </w:rPr>
        <w:t>ἐπιθέων μεταθέων, μετιών, μεταδιώκων, ἐπιγινόμενος, κυνοδρο‐ μῶν, συγκάμνων συνεργῶν συμπονῶν, συμπροθυμούμενος, συνεξ‐ εταζόμενος, συνεξευρίσκων, συνδιερευνώμενος.</w:t>
      </w:r>
    </w:p>
    <w:p>
      <w:r>
        <w:rPr>
          <w:rFonts w:ascii="Courier New" w:hAnsi="Courier New"/>
          <w:color w:val="555555"/>
          <w:sz w:val="20"/>
        </w:rPr>
        <w:t>[5 . 86]</w:t>
      </w:r>
    </w:p>
    <w:p>
      <w:r>
        <w:rPr>
          <w:rFonts w:ascii="Gentium Plus" w:hAnsi="Gentium Plus"/>
          <w:sz w:val="24"/>
        </w:rPr>
        <w:t>Φωναὶ ζῴων. κυνῶν μὲν ὑλακὴ καὶ ὑλαγμὸς καὶ ὑλα‐ κτεῖν καὶ ὑλακτοῦντες, καὶ κνυζᾶσθαι· εἴποις δ’ ἂν καὶ ἀρράζειν</w:t>
      </w:r>
    </w:p>
    <w:p>
      <w:r>
        <w:rPr>
          <w:rFonts w:ascii="Courier New" w:hAnsi="Courier New"/>
          <w:color w:val="555555"/>
          <w:sz w:val="20"/>
        </w:rPr>
        <w:t>[5]</w:t>
      </w:r>
    </w:p>
    <w:p>
      <w:r>
        <w:rPr>
          <w:rFonts w:ascii="Gentium Plus" w:hAnsi="Gentium Plus"/>
          <w:sz w:val="24"/>
        </w:rPr>
        <w:t>κεκλαγγυῖαι. εἰρήκασι δέ τινες τῶν ποιητῶν (Theocrit Id VI 10) καὶ βαΰζειν τοὺς κύνας· σκυζᾶν δὲ τὸ καθεύδοντας ὑποφθέγγεσθαι. λύκων δ’ ὠρυγὴ ὠρυγμὸς ὠρύεσθαι ὠρυόμενοι. λεόντων δὲ βρύ‐</w:t>
      </w:r>
    </w:p>
    <w:p>
      <w:r>
        <w:rPr>
          <w:rFonts w:ascii="Courier New" w:hAnsi="Courier New"/>
          <w:color w:val="555555"/>
          <w:sz w:val="20"/>
        </w:rPr>
        <w:t>[5 . 87]</w:t>
      </w:r>
    </w:p>
    <w:p>
      <w:r>
        <w:rPr>
          <w:rFonts w:ascii="Gentium Plus" w:hAnsi="Gentium Plus"/>
          <w:sz w:val="24"/>
        </w:rPr>
        <w:t>χημα βρυχηθμός βρυχᾶσθαι βρυχώμενοι. ἵππων δὲ χρεμετισμὸς χρε‐ μετίζειν χρεμετίζοντες ἐπιχρεμετίζοντες· ἔνιοι δὲ (Herod III 87. 7, Lycophr 244) καὶ φριμαγμὸν ἵππων ἐκάλεσαν καὶ φριμάττεσθαι τοὺς ἵππους ἔφασαν, φρυάττεσθαι δὲ πάντας. συῶν δὲ γρυλισμὸς</w:t>
      </w:r>
    </w:p>
    <w:p>
      <w:r>
        <w:rPr>
          <w:rFonts w:ascii="Courier New" w:hAnsi="Courier New"/>
          <w:color w:val="555555"/>
          <w:sz w:val="20"/>
        </w:rPr>
        <w:t>[5]</w:t>
      </w:r>
    </w:p>
    <w:p>
      <w:r>
        <w:rPr>
          <w:rFonts w:ascii="Gentium Plus" w:hAnsi="Gentium Plus"/>
          <w:sz w:val="24"/>
        </w:rPr>
        <w:t>γρυλίζειν γρυλίζοντες, καὶ γρύζειν γρύζοντες· οἱ δὲ καὶ ὑισμὸν εἶπον καὶ ὑίζειν ὑίζοντες. βοῶν δὲ μύκημα μυκηθμὸς μυκᾶσθαι μυκώ‐ μενοι. ὀίων δὲ βληχὴ βληχᾶσθαι βληχώμεναι. αἰγῶν δὲ μηκασμὸς</w:t>
      </w:r>
    </w:p>
    <w:p>
      <w:r>
        <w:rPr>
          <w:rFonts w:ascii="Courier New" w:hAnsi="Courier New"/>
          <w:color w:val="555555"/>
          <w:sz w:val="20"/>
        </w:rPr>
        <w:t>[5 . 88]</w:t>
      </w:r>
    </w:p>
    <w:p>
      <w:r>
        <w:rPr>
          <w:rFonts w:ascii="Gentium Plus" w:hAnsi="Gentium Plus"/>
          <w:sz w:val="24"/>
        </w:rPr>
        <w:t>μηκᾶσθαι μηκώμεναι· καὶ μηκάδας αἶγας Ὅμηρος (K 383 saep) εἴρη‐ κεν. δοκεῖ δ’ ἴδιον ἐπ’ αἰγῶν μᾶλλον εἶναι ὁ φριμαγμὸς φριμάττε‐ σθαι φριματτόμεναι, ὡς Ἡρόδοτος (II 2) ἔσφαλται περὶ τῶν βρεφῶν τῶν Φρυγίων λέγων, βληχᾶσθαι τὰς αἶγας οἰόμενος. ὄνων δὲ βρώ‐</w:t>
      </w:r>
    </w:p>
    <w:p>
      <w:r>
        <w:rPr>
          <w:rFonts w:ascii="Courier New" w:hAnsi="Courier New"/>
          <w:color w:val="555555"/>
          <w:sz w:val="20"/>
        </w:rPr>
        <w:t>[5]</w:t>
      </w:r>
    </w:p>
    <w:p>
      <w:r>
        <w:rPr>
          <w:rFonts w:ascii="Gentium Plus" w:hAnsi="Gentium Plus"/>
          <w:sz w:val="24"/>
        </w:rPr>
        <w:t>μησις βρωμᾶσθαι βρωμώμενοι· τὸ δ’ αὐτὸ ἐπ’ ἡμιόνων ἐρεῖς. εἴρηται δὲ καὶ τὸ ὀγκώμενοι, καὶ ὀγκηστὰς ἔνιοι τῶν ποιητῶν τοὺς ὄνους ἐκάλεσαν. καὶ μὴν ἐπὶ μὲν τῶν ἄλλων τῶν ἀγρίων ζῴων, ἐφ’ ὧν ἴδιον οὐκ ἔστιν ὄνομα τῆς φωνῆς, οἷον ἄρκτου παρδάλεως πάν‐ θηρος, ἐπὶ τῶν τοιούτων βρυχᾶσθαι λέγουσιν, ἐπὶ δὲ τῶν σμικροτέρων,</w:t>
      </w:r>
    </w:p>
    <w:p>
      <w:r>
        <w:rPr>
          <w:rFonts w:ascii="Courier New" w:hAnsi="Courier New"/>
          <w:color w:val="555555"/>
          <w:sz w:val="20"/>
        </w:rPr>
        <w:t>[10]</w:t>
      </w:r>
    </w:p>
    <w:p>
      <w:r>
        <w:rPr>
          <w:rFonts w:ascii="Gentium Plus" w:hAnsi="Gentium Plus"/>
          <w:sz w:val="24"/>
        </w:rPr>
        <w:t>οἷον ἀλωπέκων καὶ θώων καὶ λυγκῶν, τὸ ὑλακτεῖν καὶ ὠρύεσθαι.</w:t>
      </w:r>
    </w:p>
    <w:p>
      <w:r>
        <w:rPr>
          <w:rFonts w:ascii="Courier New" w:hAnsi="Courier New"/>
          <w:color w:val="555555"/>
          <w:sz w:val="20"/>
        </w:rPr>
        <w:t>[5 . 89]</w:t>
      </w:r>
    </w:p>
    <w:p>
      <w:r>
        <w:rPr>
          <w:rFonts w:ascii="Gentium Plus" w:hAnsi="Gentium Plus"/>
          <w:sz w:val="24"/>
        </w:rPr>
        <w:t>εἴποις δ’ ἂν κλάζειν μὲν ἀετούς, κλαγγάζειν δὲ γεράνους, ἐπ’ ἀμ‐ φοῖν δὲ κλαγγήν, ἱέρακας δὲ ῥοίζειν, καὶ ἀλεκτρυόνας ᾄδειν, καὶ κόκ‐ κυγας κοκκύζειν—Ὑπερείδης (frg 239 Bl) δὲ καὶ Δημοσθένης (?) ἐπ’ ἀλεκτρυόνων τὸ κοκκύζειν εἶπον—καὶ πέρδικας τιττυ‐</w:t>
      </w:r>
    </w:p>
    <w:p>
      <w:r>
        <w:rPr>
          <w:rFonts w:ascii="Courier New" w:hAnsi="Courier New"/>
          <w:color w:val="555555"/>
          <w:sz w:val="20"/>
        </w:rPr>
        <w:t>[5]</w:t>
      </w:r>
    </w:p>
    <w:p>
      <w:r>
        <w:rPr>
          <w:rFonts w:ascii="Gentium Plus" w:hAnsi="Gentium Plus"/>
          <w:sz w:val="24"/>
        </w:rPr>
        <w:t>βίζειν ἢ κακκαβάζειν, καὶ ὄρτυγας τρυλίζειν, καὶ κύκνους ᾄδειν, καὶ τρυγόνας τρύζειν, καὶ περιστερὰς γογγύζειν, καὶ κορώνας κρώζειν, καὶ κολοιοὺς κλώζειν ἢ κολοιᾶν, καὶ κοψίχους σίζειν, καὶ τέττιγας τερε‐</w:t>
      </w:r>
    </w:p>
    <w:p>
      <w:r>
        <w:rPr>
          <w:rFonts w:ascii="Courier New" w:hAnsi="Courier New"/>
          <w:color w:val="555555"/>
          <w:sz w:val="20"/>
        </w:rPr>
        <w:t>[5 . 90]</w:t>
      </w:r>
    </w:p>
    <w:p>
      <w:r>
        <w:rPr>
          <w:rFonts w:ascii="Gentium Plus" w:hAnsi="Gentium Plus"/>
          <w:sz w:val="24"/>
        </w:rPr>
        <w:t>τίζειν, καὶ μελίττας βομβεῖν, καὶ ἔποπας πιπίζειν, καὶ γλαῦκας ἰύζειν, καὶ μελεαγρίδας κακκάζειν, καὶ νυκτερίδας τετριγέναι, καὶ δράκοντας συρίττειν, καὶ κίττας κιτταβίζειν, καὶ χελιδόνας ψιθυρίζειν, καὶ ἀηδόνας ᾄδειν καὶ εὐστομεῖν.</w:t>
      </w:r>
    </w:p>
    <w:p>
      <w:r>
        <w:rPr>
          <w:rFonts w:ascii="Courier New" w:hAnsi="Courier New"/>
          <w:color w:val="555555"/>
          <w:sz w:val="20"/>
        </w:rPr>
        <w:t>[5]</w:t>
      </w:r>
    </w:p>
    <w:p>
      <w:r>
        <w:rPr>
          <w:rFonts w:ascii="Gentium Plus" w:hAnsi="Gentium Plus"/>
          <w:sz w:val="24"/>
        </w:rPr>
        <w:t>συναπτέον δὲ τούτοις καὶ τὴν ἀνθρώπου φωνήν, βοήν, φώ‐ νημα, λαλιάν, φθογγὴν φθέγμα, κραυγὴν καὶ κεκραγμόν, λόγον, ἀφ’ ὧν βοᾶν, φωνεῖν, λαλεῖν, φθέγγεσθαι, κραυγάζειν, κεκραγέναι, λέγειν. καὶ τὰ μὲν ἀπὸ φωνῆς καὶ βοῆς καὶ φθέγματος καὶ λαλιᾶς καὶ λόγου ὀνόματα εἴρηται, προσκείσθω δ’ ἀπὸ κεκραγμοῦ κεκράκτης.</w:t>
      </w:r>
    </w:p>
    <w:p>
      <w:r>
        <w:rPr>
          <w:rFonts w:ascii="Courier New" w:hAnsi="Courier New"/>
          <w:color w:val="555555"/>
          <w:sz w:val="20"/>
        </w:rPr>
        <w:t>[5 . 91]</w:t>
      </w:r>
    </w:p>
    <w:p>
      <w:r>
        <w:rPr>
          <w:rFonts w:ascii="Gentium Plus" w:hAnsi="Gentium Plus"/>
          <w:sz w:val="24"/>
        </w:rPr>
        <w:t>Ἑπέσθω δὲ τούτοις καὶ τὰ εἰς ἀπόπατον, εἰς ἀποσκευήν, εἰς εὐμάρειαν, εἰς ἄφοδον, εἰς λάσανα, εἰς κοπρῶνα. τὸν δὲ κοπρῶνα καὶ ἰπνὸν Ἀριστοφάνης (frg 353 Ko) καλεῖ. τὸ δ’ ἔργον ἀποπατῆ‐ σαι, ἀποσκευάσασθαι, χέσαι, ὅθεν καὶ χεσᾶς Πατροκλείδης. καὶ τὸ</w:t>
      </w:r>
    </w:p>
    <w:p>
      <w:r>
        <w:rPr>
          <w:rFonts w:ascii="Courier New" w:hAnsi="Courier New"/>
          <w:color w:val="555555"/>
          <w:sz w:val="20"/>
        </w:rPr>
        <w:t>[5]</w:t>
      </w:r>
    </w:p>
    <w:p>
      <w:r>
        <w:rPr>
          <w:rFonts w:ascii="Gentium Plus" w:hAnsi="Gentium Plus"/>
          <w:sz w:val="24"/>
        </w:rPr>
        <w:t>ἀποσκευαζόμενον κόπρος ἀνθρώπου, σκώρ· ἀφ’ οὗ τὰς πλαγίας οὐ λέγουσιν, ἀλλὰ τοῦ σκατός καὶ τῷ σκατί, ὧν τὴν ὀνομαστικὴν οὐκ ἐκφέρουσιν. λέγουσι δὲ καὶ τῖλον καὶ πέλεθον καὶ σπατίλην. καὶ ἵππου κόπρον φασίν, βοὸς βόλιτον, ὄνου ὀνίδα καὶ ὄνθον—Ὅμη‐ ρος (Ψ 775) δὲ ὄνθον βοῶν ἔφη—χοίρων ὑσπέλεθον, προβάτων</w:t>
      </w:r>
    </w:p>
    <w:p>
      <w:r>
        <w:rPr>
          <w:rFonts w:ascii="Courier New" w:hAnsi="Courier New"/>
          <w:color w:val="555555"/>
          <w:sz w:val="20"/>
        </w:rPr>
        <w:t>[10]</w:t>
      </w:r>
    </w:p>
    <w:p>
      <w:r>
        <w:rPr>
          <w:rFonts w:ascii="Gentium Plus" w:hAnsi="Gentium Plus"/>
          <w:sz w:val="24"/>
        </w:rPr>
        <w:t>οἰσπώτην, αἰγῶν σφυράδα καὶ σφυραθίαν καὶ σπύρδαρα, ὡς καὶ μυῶν μυσκέλενδρα.</w:t>
      </w:r>
    </w:p>
    <w:p>
      <w:r>
        <w:rPr>
          <w:rFonts w:ascii="Courier New" w:hAnsi="Courier New"/>
          <w:color w:val="555555"/>
          <w:sz w:val="20"/>
        </w:rPr>
        <w:t>[5 . 92]</w:t>
      </w:r>
    </w:p>
    <w:p>
      <w:r>
        <w:rPr>
          <w:rFonts w:ascii="Gentium Plus" w:hAnsi="Gentium Plus"/>
          <w:sz w:val="24"/>
        </w:rPr>
        <w:t>Καὶ μὴν τὸ μίγνυσθαι ἐπὶ μὲν τῶν ἀλόγων βαίνειν ἐπιβαίνειν, ὀχεύειν, βιβάζειν, συνδυάζειν συνδυάζεσθαι, ἐπάγεσθαι, καὶ ἐπὶ ὄνων ἴδιον τὸ ὀνοβατεῖν, ὁπόταν ἵπποις ἐπιβαίνωσιν. κοινὸν δ’ ἐπὶ πάντων τὸ παιδοσπορεῖν, ὥσπερ καὶ ἐπ’ ἀνθρώπων. ἐπὶ δὲ τού‐</w:t>
      </w:r>
    </w:p>
    <w:p>
      <w:r>
        <w:rPr>
          <w:rFonts w:ascii="Courier New" w:hAnsi="Courier New"/>
          <w:color w:val="555555"/>
          <w:sz w:val="20"/>
        </w:rPr>
        <w:t>[5]</w:t>
      </w:r>
    </w:p>
    <w:p>
      <w:r>
        <w:rPr>
          <w:rFonts w:ascii="Gentium Plus" w:hAnsi="Gentium Plus"/>
          <w:sz w:val="24"/>
        </w:rPr>
        <w:t>των καὶ ὁμιλῆσαι, μιχθῆναι, διαλεχθῆναι, ἐντυχεῖν, πλησιάσαι, κοινω‐ νῆσαι, συναναπαύσασθαι, εἰς ταὐτὸν ἐλθεῖν, συγκατακλιθῆναι, συγκατα‐</w:t>
      </w:r>
    </w:p>
    <w:p>
      <w:r>
        <w:rPr>
          <w:rFonts w:ascii="Courier New" w:hAnsi="Courier New"/>
          <w:color w:val="555555"/>
          <w:sz w:val="20"/>
        </w:rPr>
        <w:t>[5 . 93]</w:t>
      </w:r>
    </w:p>
    <w:p>
      <w:r>
        <w:rPr>
          <w:rFonts w:ascii="Gentium Plus" w:hAnsi="Gentium Plus"/>
          <w:sz w:val="24"/>
        </w:rPr>
        <w:t>κοιμηθῆναι, συγγενέσθαι, σποδεῖν, ὀπύειν, ἀφροδισιάζειν, συμπλέκεσθαι, καὶ τὰ τεθρυλημένα, ἃ δὴ παίζουσιν οἱ κωμικοί, ληκεῖν, δρυμάττειν, φλᾶν, σκορδοῦν, στενάσαι, σπλεκοῦν. ἀπὸ μὲν τούτων τοίνυν σπουδάζων ἂν εἴποι τις τὰ πράγματα μῖξις, ἔντευξις, ὁμιλία, κοινωνία, κοινώ‐</w:t>
      </w:r>
    </w:p>
    <w:p>
      <w:r>
        <w:rPr>
          <w:rFonts w:ascii="Courier New" w:hAnsi="Courier New"/>
          <w:color w:val="555555"/>
          <w:sz w:val="20"/>
        </w:rPr>
        <w:t>[5]</w:t>
      </w:r>
    </w:p>
    <w:p>
      <w:r>
        <w:rPr>
          <w:rFonts w:ascii="Gentium Plus" w:hAnsi="Gentium Plus"/>
          <w:sz w:val="24"/>
        </w:rPr>
        <w:t>νημα, συνουσία. οὐ μὴν ὁ πλησιασμὸς οὐδ’ ἡ διάλεξις, ἀλλὰ διε‐</w:t>
      </w:r>
    </w:p>
    <w:p>
      <w:r>
        <w:rPr>
          <w:rFonts w:ascii="Courier New" w:hAnsi="Courier New"/>
          <w:color w:val="555555"/>
          <w:sz w:val="20"/>
        </w:rPr>
        <w:t>[5 . 95]</w:t>
      </w:r>
    </w:p>
    <w:p>
      <w:r>
        <w:rPr>
          <w:rFonts w:ascii="Gentium Plus" w:hAnsi="Gentium Plus"/>
          <w:sz w:val="24"/>
        </w:rPr>
        <w:t>Οὐ μὴν παρεατέον τὰ τῶν γυναικείων κόσμων ὀνόματα, περὶ ὧν ἀθρόως μὲν οὕτω φαίην ἄν, κόσμοι κοσμήματα, καλ‐ λωπισμοί καλλωπίσματα· ἀφ’ ὧν τὸ κοσμεῖσθαι κόσμησις, καλλωπί‐ ζεσθαι καλλωπισμός, ἁβρύνεσθαι, θρύπτεσθαι, ἁβρότης, θρύψις. κατὰ</w:t>
      </w:r>
    </w:p>
    <w:p>
      <w:r>
        <w:rPr>
          <w:rFonts w:ascii="Courier New" w:hAnsi="Courier New"/>
          <w:color w:val="555555"/>
          <w:sz w:val="20"/>
        </w:rPr>
        <w:t>[5]</w:t>
      </w:r>
    </w:p>
    <w:p>
      <w:r>
        <w:rPr>
          <w:rFonts w:ascii="Gentium Plus" w:hAnsi="Gentium Plus"/>
          <w:sz w:val="24"/>
        </w:rPr>
        <w:t>μέρη δὲ κεφαλῆς μὲν κοσμήματα Ὅμηρος λέγει (X 469) ἄμπυκα κεκρύφαλόν τε ἰδὲ πλεκτὴν ἀναδέσμην· σὺ δ’ ἂν προσθείης καὶ στεφάνην παρ’ Ὁμήρου λαβών (Σ 597)</w:t>
      </w:r>
    </w:p>
    <w:p>
      <w:r>
        <w:rPr>
          <w:rFonts w:ascii="Courier New" w:hAnsi="Courier New"/>
          <w:color w:val="555555"/>
          <w:sz w:val="20"/>
        </w:rPr>
        <w:t>[5 . 96]</w:t>
      </w:r>
    </w:p>
    <w:p>
      <w:r>
        <w:rPr>
          <w:rFonts w:ascii="Gentium Plus" w:hAnsi="Gentium Plus"/>
          <w:sz w:val="24"/>
        </w:rPr>
        <w:t>τῶν δ’ αἱ μὲν πλεκτὰς στεφάνας ἔχον, οἱ δὲ μαχαίρας, καὶ πυλεῶνας παρὰ Καλλιμάχου (frg 358 Schn) καὶ κάλυκας παρ’ Ὁμή‐ ρου (Σ 401) τε καὶ Ἀνακρέοντος (frg 150 B), καὶ στρόφιον καὶ ὀπισθοσφενδόνην παρ’ Ἀριστοφάνους (frg 320. 4 et 647 Ko). καὶ</w:t>
      </w:r>
    </w:p>
    <w:p>
      <w:r>
        <w:rPr>
          <w:rFonts w:ascii="Courier New" w:hAnsi="Courier New"/>
          <w:color w:val="555555"/>
          <w:sz w:val="20"/>
        </w:rPr>
        <w:t>[5]</w:t>
      </w:r>
    </w:p>
    <w:p>
      <w:r>
        <w:rPr>
          <w:rFonts w:ascii="Gentium Plus" w:hAnsi="Gentium Plus"/>
          <w:sz w:val="24"/>
        </w:rPr>
        <w:t>σφενδόνη δέ τι ἐκαλεῖτο καὶ ἀναδήματα καὶ κάλαμος καὶ καλαμὶς καὶ ἔντροπον, χρυσᾶ καὶ ἐπίχρυσα πάντα. τὸ δὲ ξάνιον ἦν μὲν καὶ αὐτὸ χρυσοῦν, κεφαλῇ κόσμος· ἔνιοι δ’ αὐτὸ κτένιον εἶναι νομίζου‐</w:t>
      </w:r>
    </w:p>
    <w:p>
      <w:r>
        <w:rPr>
          <w:rFonts w:ascii="Courier New" w:hAnsi="Courier New"/>
          <w:color w:val="555555"/>
          <w:sz w:val="20"/>
        </w:rPr>
        <w:t>[5 . 97]</w:t>
      </w:r>
    </w:p>
    <w:p>
      <w:r>
        <w:rPr>
          <w:rFonts w:ascii="Gentium Plus" w:hAnsi="Gentium Plus"/>
          <w:sz w:val="24"/>
        </w:rPr>
        <w:t>σιν. περὶ δὲ τοῖς ὠσὶν ἕρματα, διόπας, ἐλλόβια, ἐνώτια, ἕλικας, ἑλικτῆρας, σίγλας κατὰ τοὺς Δωριέας, κατὰ δὲ τοὺς Αἰολέας ἀρτίαλα. ἐκαλεῖτο δὲ παρὰ τοῖς κωμῳδοῖς (III p 572. 962 Ko) καὶ ἐγκλα‐</w:t>
      </w:r>
    </w:p>
    <w:p>
      <w:r>
        <w:rPr>
          <w:rFonts w:ascii="Courier New" w:hAnsi="Courier New"/>
          <w:color w:val="555555"/>
          <w:sz w:val="20"/>
        </w:rPr>
        <w:t>[5]</w:t>
      </w:r>
    </w:p>
    <w:p>
      <w:r>
        <w:rPr>
          <w:rFonts w:ascii="Gentium Plus" w:hAnsi="Gentium Plus"/>
          <w:sz w:val="24"/>
        </w:rPr>
        <w:t>ἱπποκάμπια καὶ κενταυρίδες καὶ ἔντροφον καὶ τρίπους, δῆλον ὡς ἀπὸ τῶν σχημάτων θεμένων αὐτῶν τοῖς ἐνωτίοις τὰς προσηγορίας, ὥσπερ καὶ Ὅμηρος (Ξ 183, ς 297) ‘τρίγληνα ἕρματα‘ ὠνόμασεν ὡς</w:t>
      </w:r>
    </w:p>
    <w:p>
      <w:r>
        <w:rPr>
          <w:rFonts w:ascii="Courier New" w:hAnsi="Courier New"/>
          <w:color w:val="555555"/>
          <w:sz w:val="20"/>
        </w:rPr>
        <w:t>[5 . 98]</w:t>
      </w:r>
    </w:p>
    <w:p>
      <w:r>
        <w:rPr>
          <w:rFonts w:ascii="Gentium Plus" w:hAnsi="Gentium Plus"/>
          <w:sz w:val="24"/>
        </w:rPr>
        <w:t>τριῶν εἴδωλα κορῶν ἔχοντα. τὰ δὲ περὶ τῷ τραχήλῳ οὑ‐ τωσὶ μὲν εἰπεῖν περιτραχήλια καὶ περιδέραια καὶ δέραια καὶ ὑποδέραια καὶ ὑποδερίδες, ἦ που δὲ καὶ ὅρμοι καὶ ἴσθμια καὶ στρε‐ πτοὶ καὶ στόμια καὶ πλόκια καὶ μαλάκια, καὶ τανθαρυστοὶ ὅρμοι</w:t>
      </w:r>
    </w:p>
    <w:p>
      <w:r>
        <w:rPr>
          <w:rFonts w:ascii="Courier New" w:hAnsi="Courier New"/>
          <w:color w:val="555555"/>
          <w:sz w:val="20"/>
        </w:rPr>
        <w:t>[5]</w:t>
      </w:r>
    </w:p>
    <w:p>
      <w:r>
        <w:rPr>
          <w:rFonts w:ascii="Gentium Plus" w:hAnsi="Gentium Plus"/>
          <w:sz w:val="24"/>
        </w:rPr>
        <w:t>παρὰ Θεοπόμπῳ τῷ κωμικῷ (I frg 95 Ko), ὧν κατεκρέμαντο λίθοι τινές, ὡς ἀπὸ τῆς κινήσεως ὠνομάσθαι. καὶ τριοπὶς δ’ ὅρμου εἶδος, τρεῖς ὥσπερ ὀφθαλμοὺς κρεμαστοὺς ἔχοντος. καὶ ὡς Ἀντιφάνης</w:t>
      </w:r>
    </w:p>
    <w:p>
      <w:r>
        <w:rPr>
          <w:rFonts w:ascii="Courier New" w:hAnsi="Courier New"/>
          <w:color w:val="555555"/>
          <w:sz w:val="20"/>
        </w:rPr>
        <w:t>[5 . 99]</w:t>
      </w:r>
    </w:p>
    <w:p>
      <w:r>
        <w:rPr>
          <w:rFonts w:ascii="Gentium Plus" w:hAnsi="Gentium Plus"/>
          <w:sz w:val="24"/>
        </w:rPr>
        <w:t>(II frg 319 Ko) κάθημα· ἐκάλουν δ’ αὐτὸ καὶ καθετῆρα. ὠνομάζετο δέ τι καὶ μάννος ἢ μόννος, μάλιστα παρὰ τοῖς Δωριεῦσιν. περὶ δὲ τοὺς βραχίονας περιβραχιόνια, περὶ δὲ τοὺς καρποὺς περικάρπια καὶ ἐχίνους καὶ ἀμφιδέας καὶ ὄφεις καὶ ψέλια καὶ χλιδῶνας καὶ</w:t>
      </w:r>
    </w:p>
    <w:p>
      <w:r>
        <w:rPr>
          <w:rFonts w:ascii="Courier New" w:hAnsi="Courier New"/>
          <w:color w:val="555555"/>
          <w:sz w:val="20"/>
        </w:rPr>
        <w:t>[5]</w:t>
      </w:r>
    </w:p>
    <w:p>
      <w:r>
        <w:rPr>
          <w:rFonts w:ascii="Gentium Plus" w:hAnsi="Gentium Plus"/>
          <w:sz w:val="24"/>
        </w:rPr>
        <w:t>βουβάλια, ὧν ἔνια καὶ τοῖς περὶ τοὺς βραχίονας ἐπονομάζουσι καὶ τοῖς περὶ τοὺς πόδας, μάλιστα δὲ τὰς ἀμφιδέας καὶ τοὺς χλιδῶνας. ἰδίως δὲ καὶ περὶ τοῖς ποσὶ περισφύρια, πέζας περιπεζίδας περι‐</w:t>
      </w:r>
    </w:p>
    <w:p>
      <w:r>
        <w:rPr>
          <w:rFonts w:ascii="Courier New" w:hAnsi="Courier New"/>
          <w:color w:val="555555"/>
          <w:sz w:val="20"/>
        </w:rPr>
        <w:t>[5 . 100]</w:t>
      </w:r>
    </w:p>
    <w:p>
      <w:r>
        <w:rPr>
          <w:rFonts w:ascii="Gentium Plus" w:hAnsi="Gentium Plus"/>
          <w:sz w:val="24"/>
        </w:rPr>
        <w:t>πέζια, καὶ αἴγλην καὶ πέδην καὶ περισκελίδας· καὶ γὰρ τούτῳ τῷ</w:t>
      </w:r>
    </w:p>
    <w:p>
      <w:r>
        <w:rPr>
          <w:rFonts w:ascii="Courier New" w:hAnsi="Courier New"/>
          <w:color w:val="555555"/>
          <w:sz w:val="20"/>
        </w:rPr>
        <w:t>[5]</w:t>
      </w:r>
    </w:p>
    <w:p>
      <w:r>
        <w:rPr>
          <w:rFonts w:ascii="Gentium Plus" w:hAnsi="Gentium Plus"/>
          <w:sz w:val="24"/>
        </w:rPr>
        <w:t>μῳδίας ποιητὴς ἐν Ἀδωνιαζούσαις (III p 301 Ko). ἐν δὲ τοῖς δακτύλοις δακτύλιον δακτυλίδιον, σφραγῖδα σφραγίδιον· οὕτω γὰρ τοὺς ἐπισήμους δακτυλίους ὠνόμαζον, τοὺς τὰ σήμαντρα ἢ λίθους ἐν αὑτοῖς ἔχοντας. περὶ δὲ τῷ σμικρῷ δακτύλῳ ἐφόρουν ὃ ἀκαρὲς</w:t>
      </w:r>
    </w:p>
    <w:p>
      <w:r>
        <w:rPr>
          <w:rFonts w:ascii="Courier New" w:hAnsi="Courier New"/>
          <w:color w:val="555555"/>
          <w:sz w:val="20"/>
        </w:rPr>
        <w:t>[5 . 101]</w:t>
      </w:r>
    </w:p>
    <w:p>
      <w:r>
        <w:rPr>
          <w:rFonts w:ascii="Gentium Plus" w:hAnsi="Gentium Plus"/>
          <w:sz w:val="24"/>
        </w:rPr>
        <w:t>ἐκάλουν διὰ σμικρότητα, καὶ ἕτερον κορίαννον τῷ λιχανῷ περιηρτη‐ μένον. καὶ ἄλλους δέ τινας κόσμους ὀνομάζουσιν οἱ κωμῳδοδιδά‐ σκαλοι (Aristoph frg 320 Ko), λῆρον, ὀχθοίβους, ὄλεθρον, ἑλλέβο‐ ρον, πομφόλυγας, βάραθρον, περιστέρια, σαμάκια, σισύμβριον, σισά‐</w:t>
      </w:r>
    </w:p>
    <w:p>
      <w:r>
        <w:rPr>
          <w:rFonts w:ascii="Courier New" w:hAnsi="Courier New"/>
          <w:color w:val="555555"/>
          <w:sz w:val="20"/>
        </w:rPr>
        <w:t>[5]</w:t>
      </w:r>
    </w:p>
    <w:p>
      <w:r>
        <w:rPr>
          <w:rFonts w:ascii="Gentium Plus" w:hAnsi="Gentium Plus"/>
          <w:sz w:val="24"/>
        </w:rPr>
        <w:t>ριον, ὧν οὐ ῥᾴδιον τὰς ἰδέας συννοῆσαι διὰ τὸ μηδὲ πρόχειρον εἶναί τινα κατιδεῖν εἴτε σπουδάζοντες εἴτε παίζοντες χρῶνται τοῖς ὀνό‐ μασιν. Ἴσως δ’ ἂν τοῖς κόσμοις προσήκοι καὶ τὸ ἔντριμμα, ψιμύ‐ θιον, ἔγχουσα, φῦκος, καὶ τὰ ὑπογράμματα, καὶ ἡ στίμμις παρ’ Ἴωνι</w:t>
      </w:r>
    </w:p>
    <w:p>
      <w:r>
        <w:rPr>
          <w:rFonts w:ascii="Courier New" w:hAnsi="Courier New"/>
          <w:color w:val="555555"/>
          <w:sz w:val="20"/>
        </w:rPr>
        <w:t>[10]</w:t>
      </w:r>
    </w:p>
    <w:p>
      <w:r>
        <w:rPr>
          <w:rFonts w:ascii="Gentium Plus" w:hAnsi="Gentium Plus"/>
          <w:sz w:val="24"/>
        </w:rPr>
        <w:t>ἐν Ὀμφάλῃ (TGF p 736. 25 N)· καὶ τὴν μέλαιναν στίμμιν ὀμματογράφον.</w:t>
      </w:r>
    </w:p>
    <w:p>
      <w:r>
        <w:rPr>
          <w:rFonts w:ascii="Courier New" w:hAnsi="Courier New"/>
          <w:color w:val="555555"/>
          <w:sz w:val="20"/>
        </w:rPr>
        <w:t>[5 . 102]</w:t>
      </w:r>
    </w:p>
    <w:p>
      <w:r>
        <w:rPr>
          <w:rFonts w:ascii="Gentium Plus" w:hAnsi="Gentium Plus"/>
          <w:sz w:val="24"/>
        </w:rPr>
        <w:t>ἐρεῖς δὲ καὶ καπηλείαν ἀσκεῖ προσώπῳ, τὸ πρόσωπον περιχρίει, ἐπεντρίβει, καλλιγραφεῖ, φύκει πυρσαίνει, ψιμυθίῳ λευκαίνει, τοὺς ὀφθαλμοὺς ὑπογράφει, τὰς ὀφρῦς μελαίνει, εἰς γραμμὰς ἡμικυκλίων περιάγει, γεωμετρεῖ περὶ τὸ ἐπισκύνιον, ῥόδον πα‐</w:t>
      </w:r>
    </w:p>
    <w:p>
      <w:r>
        <w:rPr>
          <w:rFonts w:ascii="Courier New" w:hAnsi="Courier New"/>
          <w:color w:val="555555"/>
          <w:sz w:val="20"/>
        </w:rPr>
        <w:t>[5]</w:t>
      </w:r>
    </w:p>
    <w:p>
      <w:r>
        <w:rPr>
          <w:rFonts w:ascii="Gentium Plus" w:hAnsi="Gentium Plus"/>
          <w:sz w:val="24"/>
        </w:rPr>
        <w:t>ρειαῖς φυτεύει αὐθωρὸν ἀνθοῦν καὶ θᾶττον ἀπανθοῦν κατὰ τὸ Λοκρόν, οὐ πρόσωπον ἀλλὰ προσωπεῖον φέρει· φύσεως προκρί‐</w:t>
      </w:r>
    </w:p>
    <w:p>
      <w:r>
        <w:rPr>
          <w:rFonts w:ascii="Courier New" w:hAnsi="Courier New"/>
          <w:color w:val="555555"/>
          <w:sz w:val="20"/>
        </w:rPr>
        <w:t>[5 . 103]</w:t>
      </w:r>
    </w:p>
    <w:p>
      <w:r>
        <w:rPr>
          <w:rFonts w:ascii="Gentium Plus" w:hAnsi="Gentium Plus"/>
          <w:sz w:val="24"/>
        </w:rPr>
        <w:t>Καταβεβλήσεται δ’ ἡμῖν χύδην καὶ τῶν συνωνύμων ὀνομάτων. ἀπαιτῆσαι, πρᾶξαι εἰσπρᾶξαι, ἐκπρᾶξαι ἐκπρά‐ ξασθαι, εἰσπράξασθαι. ἀπαίτησις, πρᾶξις εἴσπραξις. ὄνομα πρα‐ κτήρ. ἀποδοῦναι, ἀποτῖσαι ἐκτῖσαι, εἰσενεγκεῖν διαλῦσαι, κα‐</w:t>
      </w:r>
    </w:p>
    <w:p>
      <w:r>
        <w:rPr>
          <w:rFonts w:ascii="Courier New" w:hAnsi="Courier New"/>
          <w:color w:val="555555"/>
          <w:sz w:val="20"/>
        </w:rPr>
        <w:t>[5]</w:t>
      </w:r>
    </w:p>
    <w:p>
      <w:r>
        <w:rPr>
          <w:rFonts w:ascii="Gentium Plus" w:hAnsi="Gentium Plus"/>
          <w:sz w:val="24"/>
        </w:rPr>
        <w:t>ταβαλεῖν, καταθέσθαι, ἀπαριθμῆσαι, καταθεῖναι. ἀπόδοσις, ἔκτισις, εἰσφορά, διάλυσις, κατάθεσις, καταβολή, ἀπαρίθμησις. στερῆσαι ἀποστερῆσαι, ἀπενεγκεῖν ἀπενέγκασθαι, ἀγνωμονῆσαι, ἐξιδιώσασθαι.</w:t>
      </w:r>
    </w:p>
    <w:p>
      <w:r>
        <w:rPr>
          <w:rFonts w:ascii="Courier New" w:hAnsi="Courier New"/>
          <w:color w:val="555555"/>
          <w:sz w:val="20"/>
        </w:rPr>
        <w:t>[5 . 104]</w:t>
      </w:r>
    </w:p>
    <w:p>
      <w:r>
        <w:rPr>
          <w:rFonts w:ascii="Gentium Plus" w:hAnsi="Gentium Plus"/>
          <w:sz w:val="24"/>
        </w:rPr>
        <w:t>στέρησις ἀποστέρησις, ἀγνωμοσύνη. καὶ ὄνομα μόνον ἀγνώμων, καὶ ἐπίρρημα ἀγνωμόνως. ἀρνήσασθαι ἀπαρνήσασθαι ἐξαρνήσα‐ σθαι, ἐξομόσασθαι, ἀναδῦναι ἐξαναδῦναι, ἀναφυγεῖν, ἀναχωρῆσαι, ἀντειπεῖν, παραιτήσασθαι, ἔξαρνος ἄπαρνος. ταῦτα δὲ μόνα τὰ ὀνό‐</w:t>
      </w:r>
    </w:p>
    <w:p>
      <w:r>
        <w:rPr>
          <w:rFonts w:ascii="Courier New" w:hAnsi="Courier New"/>
          <w:color w:val="555555"/>
          <w:sz w:val="20"/>
        </w:rPr>
        <w:t>[5]</w:t>
      </w:r>
    </w:p>
    <w:p>
      <w:r>
        <w:rPr>
          <w:rFonts w:ascii="Gentium Plus" w:hAnsi="Gentium Plus"/>
          <w:sz w:val="24"/>
        </w:rPr>
        <w:t>ματα· τὰ δὲ πράγματα ἄρνησις, ἐξωμοσία, ἀνάδυσις, ἀναφυγή, ἀνα‐ χώρησις, ἀντιλογία, παραίτησις. ἴδιον δὲ τὸ Πλάτωνος (Sophist</w:t>
      </w:r>
    </w:p>
    <w:p>
      <w:r>
        <w:rPr>
          <w:rFonts w:ascii="Courier New" w:hAnsi="Courier New"/>
          <w:color w:val="555555"/>
          <w:sz w:val="20"/>
        </w:rPr>
        <w:t>[5 . 105]</w:t>
      </w:r>
    </w:p>
    <w:p>
      <w:r>
        <w:rPr>
          <w:rFonts w:ascii="Gentium Plus" w:hAnsi="Gentium Plus"/>
          <w:sz w:val="24"/>
        </w:rPr>
        <w:t>217 C) ‘μὴ ἀπαρνηθεὶς γένῃ.‘ ἐπαγγέλλεσθαι προεπαγγέλλε‐ σθαι, ὑποσχέσθαι, προϋποσχέσθαι, προειπεῖν, ὑποτεῖναι, ὑποθεῖναι. ἐπαγγελία, πρόρρησις, ὑπόσχεσις. ἄλλης δὲ χρείας διαβεβαιώσασθαι, διορίσασθαι, διακριβώσασθαι, διεγγυήσασθαι, εἰς ἑαυτὸν ἀναδέξασθαι,</w:t>
      </w:r>
    </w:p>
    <w:p>
      <w:r>
        <w:rPr>
          <w:rFonts w:ascii="Courier New" w:hAnsi="Courier New"/>
          <w:color w:val="555555"/>
          <w:sz w:val="20"/>
        </w:rPr>
        <w:t>[5]</w:t>
      </w:r>
    </w:p>
    <w:p>
      <w:r>
        <w:rPr>
          <w:rFonts w:ascii="Gentium Plus" w:hAnsi="Gentium Plus"/>
          <w:sz w:val="24"/>
        </w:rPr>
        <w:t>διισχυρίσασθαι ἀπισχυρίσασθαι, ἀπακριβώσασθαι, τὸν ἑαυτοῦ κίνδυνον ὑποθεῖναι, ἐν ἑαυτῷ ὑποβαλέσθαι. δύσκολον, δυσχερές, δύσ‐ πρακτον, δύσπορον ἄπορον, δυσαγώνιστον, δυσκατέργαστον, ἐργῶ‐</w:t>
      </w:r>
    </w:p>
    <w:p>
      <w:r>
        <w:rPr>
          <w:rFonts w:ascii="Courier New" w:hAnsi="Courier New"/>
          <w:color w:val="555555"/>
          <w:sz w:val="20"/>
        </w:rPr>
        <w:t>[5 . 106]</w:t>
      </w:r>
    </w:p>
    <w:p>
      <w:r>
        <w:rPr>
          <w:rFonts w:ascii="Gentium Plus" w:hAnsi="Gentium Plus"/>
          <w:sz w:val="24"/>
        </w:rPr>
        <w:t>δες, ἐπαχθές, βαρύ, φορτικόν, δυσδιοίκητον, δυσδιάθετον. καὶ τὰ συγκριτικὰ ἀπὸ τούτων οὐκ ἀηδῆ, καὶ τὰ καθ’ ὑπέρθεσιν ἡδίω. καὶ ἐπιρρήματα τοῖς πλείστοις σύνεστι, καὶ ὀνόματα δυσκολία καὶ δυσχέ‐ ρεια καὶ βαρύτης. τὸ δ’ ἐναντίον εὔκολον, εὐχερές, εὔπρακτον,</w:t>
      </w:r>
    </w:p>
    <w:p>
      <w:r>
        <w:rPr>
          <w:rFonts w:ascii="Courier New" w:hAnsi="Courier New"/>
          <w:color w:val="555555"/>
          <w:sz w:val="20"/>
        </w:rPr>
        <w:t>[5]</w:t>
      </w:r>
    </w:p>
    <w:p>
      <w:r>
        <w:rPr>
          <w:rFonts w:ascii="Gentium Plus" w:hAnsi="Gentium Plus"/>
          <w:sz w:val="24"/>
        </w:rPr>
        <w:t>πρόχειρον προκεχειρισμένον, ῥᾴδιον, εὔπορον, ἕτοιμον, εὐπετές, εὐ‐ τρεπές εὐτρεπισμένον, εὐκατέργαστον, τὸ συντυχόν, ἀταλαίπωρον. καὶ σύγκρισιν δ’ ἔχει καὶ ὑπέρθεσιν καὶ ὀνόματα καὶ ἐπιρρήματα,</w:t>
      </w:r>
    </w:p>
    <w:p>
      <w:r>
        <w:rPr>
          <w:rFonts w:ascii="Courier New" w:hAnsi="Courier New"/>
          <w:color w:val="555555"/>
          <w:sz w:val="20"/>
        </w:rPr>
        <w:t>[5 . 107]</w:t>
      </w:r>
    </w:p>
    <w:p>
      <w:r>
        <w:rPr>
          <w:rFonts w:ascii="Gentium Plus" w:hAnsi="Gentium Plus"/>
          <w:sz w:val="24"/>
        </w:rPr>
        <w:t>εὔκολος εὐκολώτερος, ῥᾴδιος ῥᾴων ῥᾷστος καὶ ὡς Ὑπερείδης (frg</w:t>
      </w:r>
    </w:p>
    <w:p>
      <w:r>
        <w:rPr>
          <w:rFonts w:ascii="Courier New" w:hAnsi="Courier New"/>
          <w:color w:val="555555"/>
          <w:sz w:val="20"/>
        </w:rPr>
        <w:t>[5]</w:t>
      </w:r>
    </w:p>
    <w:p>
      <w:r>
        <w:rPr>
          <w:rFonts w:ascii="Gentium Plus" w:hAnsi="Gentium Plus"/>
          <w:sz w:val="24"/>
        </w:rPr>
        <w:t>ρος καὶ ἀταλαίπωρος, ἔστι τῶν ἔργων μᾶλλον ἢ τῶν δρώντων τὰ ὀνόματα. τάχα δ’ ἄν τις τούτοις προσθεῖναι βιάζοιτο καὶ ὄνομα τὸν ῥᾳδιουργόν. σχήματα δέ· ἐξ ἑτοίμου, ἐξ εὐκόλου, ἐκ τοῦ ῥᾴστου, ἐκ τοῦ προχειροτάτου, ἐκ τοῦ παραπεσόντος, ἐκ τοῦ προσπεσόν‐ τος. τάχα καὶ ἐκ τῶν λοιπῶν.</w:t>
      </w:r>
    </w:p>
    <w:p>
      <w:r>
        <w:rPr>
          <w:rFonts w:ascii="Courier New" w:hAnsi="Courier New"/>
          <w:color w:val="555555"/>
          <w:sz w:val="20"/>
        </w:rPr>
        <w:t>[5 . 108]</w:t>
      </w:r>
    </w:p>
    <w:p>
      <w:r>
        <w:rPr>
          <w:rFonts w:ascii="Gentium Plus" w:hAnsi="Gentium Plus"/>
          <w:sz w:val="24"/>
        </w:rPr>
        <w:t>Χωρίον ἐρεῖς ὑγιεινόν, ἄνοσον, ἀκήρατον, καθαρόν, εὔκρατον εὐκραές εὐκέραστον ταῖς ὥραις, εὐφεγγές, εὐήνεμον, εὖ ὥρας ἔχον, ἄριστα κεκραμένον, ἀναπνοὰς ἔχον, ἀναπνεόμενον, πνεύματα διαρ‐ ρέοντα ἔχον, ἀνέμους διαθέοντας, εὔπνουν, ἀναψῦχον, αὔραις δια‐</w:t>
      </w:r>
    </w:p>
    <w:p>
      <w:r>
        <w:rPr>
          <w:rFonts w:ascii="Courier New" w:hAnsi="Courier New"/>
          <w:color w:val="555555"/>
          <w:sz w:val="20"/>
        </w:rPr>
        <w:t>[5]</w:t>
      </w:r>
    </w:p>
    <w:p>
      <w:r>
        <w:rPr>
          <w:rFonts w:ascii="Gentium Plus" w:hAnsi="Gentium Plus"/>
          <w:sz w:val="24"/>
        </w:rPr>
        <w:t>πνεόμενον, εὔθερον, εὔσκιον σκιερὸν παλίσκιον, ψυχεινόν, εὐχείμερον, ἀλεεινόν, ὑπόθερμον, εὐήλιον, δίκαιον ταῖς ὥραις, καλῶς οὐρανοῦ</w:t>
      </w:r>
    </w:p>
    <w:p>
      <w:r>
        <w:rPr>
          <w:rFonts w:ascii="Courier New" w:hAnsi="Courier New"/>
          <w:color w:val="555555"/>
          <w:sz w:val="20"/>
        </w:rPr>
        <w:t>[5 . 109]</w:t>
      </w:r>
    </w:p>
    <w:p>
      <w:r>
        <w:rPr>
          <w:rFonts w:ascii="Gentium Plus" w:hAnsi="Gentium Plus"/>
          <w:sz w:val="24"/>
        </w:rPr>
        <w:t>κείμενον, εὖ ἔχον, εὖ ἧκον ὡρῶν, καλῶς ἔχον πνευμάτων, ταῖς ὥραις χρώμενον μεμετρημέναις, αἴθριον, ἀνέφελον, ἐν καθαρῷ ἀέρι διακείμενον, ἀναπεπταμένῳ ἀέρι, φαιδρῷ, κούφῳ, ἐλαφρῷ, διαφανεῖ, ἐλευθέρῳ, λαμπρῷ, διαυγεῖ. καὶ τοὐναντίον νοσῶ‐</w:t>
      </w:r>
    </w:p>
    <w:p>
      <w:r>
        <w:rPr>
          <w:rFonts w:ascii="Courier New" w:hAnsi="Courier New"/>
          <w:color w:val="555555"/>
          <w:sz w:val="20"/>
        </w:rPr>
        <w:t>[5]</w:t>
      </w:r>
    </w:p>
    <w:p>
      <w:r>
        <w:rPr>
          <w:rFonts w:ascii="Gentium Plus" w:hAnsi="Gentium Plus"/>
          <w:sz w:val="24"/>
        </w:rPr>
        <w:t>δες νοσερὸν νοσηρὸν ἐπίνοσον, ἐπίκηρον, ἐπισφαλές σφαλερόν, ἐπικίνδυνον κινδυνῶδες, φθινῶδες, δύσωρον, βαρύ, ζοφῶδες, σκοτῶ‐ δες, δυσφεγγές, ἀνήλιον, ἄκρατον, ἄνισον ταῖς ὥραις, χειμέριον δυσ‐</w:t>
      </w:r>
    </w:p>
    <w:p>
      <w:r>
        <w:rPr>
          <w:rFonts w:ascii="Courier New" w:hAnsi="Courier New"/>
          <w:color w:val="555555"/>
          <w:sz w:val="20"/>
        </w:rPr>
        <w:t>[5 . 110]</w:t>
      </w:r>
    </w:p>
    <w:p>
      <w:r>
        <w:rPr>
          <w:rFonts w:ascii="Gentium Plus" w:hAnsi="Gentium Plus"/>
          <w:sz w:val="24"/>
        </w:rPr>
        <w:t>χείμερον, κρυῶδες κρυμῶδες, παγετῶδες, κάτομβρον, ἐπίπνουν, συν‐ νέφελον, διάπυρον ἔμπυρον πυρῶδες, φλογῶδες, πνιγηρόν, καυ‐ ματῶδες, ζέον περιζέον, φλέγον, καῖον ὑπερκαῖον, κατηφές, κατα‐ πνεόμενον, κατήνεμον συνήνεμον, δύσθερον, ὑγρόν δίυγρον ὑδα‐</w:t>
      </w:r>
    </w:p>
    <w:p>
      <w:r>
        <w:rPr>
          <w:rFonts w:ascii="Courier New" w:hAnsi="Courier New"/>
          <w:color w:val="555555"/>
          <w:sz w:val="20"/>
        </w:rPr>
        <w:t>[5]</w:t>
      </w:r>
    </w:p>
    <w:p>
      <w:r>
        <w:rPr>
          <w:rFonts w:ascii="Gentium Plus" w:hAnsi="Gentium Plus"/>
          <w:sz w:val="24"/>
        </w:rPr>
        <w:t>τῶδες, χιονῶδες, αὐχμῶδες αὐχμηρόν, χολῶδες, ἀνήμερον, νο‐ σοποιόν, φθοροποιόν, ἔξωρον, λοιμῶδες, κακῶς ἔχον οὐρανοῦ, καὶ ὅσα ἄλλα ἔστιν εἰπεῖν λόγῳ.</w:t>
      </w:r>
    </w:p>
    <w:p>
      <w:r>
        <w:rPr>
          <w:rFonts w:ascii="Courier New" w:hAnsi="Courier New"/>
          <w:color w:val="555555"/>
          <w:sz w:val="20"/>
        </w:rPr>
        <w:t>[5 . 111]</w:t>
      </w:r>
    </w:p>
    <w:p>
      <w:r>
        <w:rPr>
          <w:rFonts w:ascii="Gentium Plus" w:hAnsi="Gentium Plus"/>
          <w:sz w:val="24"/>
        </w:rPr>
        <w:t>τὰ δὲ πράγματα τοῦ μὲν δυσχειμέρου χειμών, ψῦχος, ἄνεμος, ὄμβρος, ὑετός, κρυμός κρύος, παγετός, χιών, κρύσταλλος, πάχνη, ζάλη, χαλάζα, τοῦ δὲ δυσθέρου πνῖγος, καῦμα, φλέγμα καὶ καθ’</w:t>
      </w:r>
    </w:p>
    <w:p>
      <w:r>
        <w:rPr>
          <w:rFonts w:ascii="Courier New" w:hAnsi="Courier New"/>
          <w:color w:val="555555"/>
          <w:sz w:val="20"/>
        </w:rPr>
        <w:t>[5]</w:t>
      </w:r>
    </w:p>
    <w:p>
      <w:r>
        <w:rPr>
          <w:rFonts w:ascii="Gentium Plus" w:hAnsi="Gentium Plus"/>
          <w:sz w:val="24"/>
        </w:rPr>
        <w:t>χειμάζεσθαι, ῥιγοῦν, ψύχεσθαι, καταπνεῖσθαι, ὕεσθαι, καὶ ἐπίρρημα τὸ ψυχρῶς, ὅτι ποιητικὸν τὸ ῥιγηλῶς· τοῦ δὲ φλέγεσθαι, θάλπεσθαι, ἀλεαίνεσθαι, πυρέττειν, καὶ ἐπίρρημα μόνον πνιγηρῶς, ἀλεεινῶς.</w:t>
      </w:r>
    </w:p>
    <w:p>
      <w:r>
        <w:rPr>
          <w:rFonts w:ascii="Courier New" w:hAnsi="Courier New"/>
          <w:color w:val="555555"/>
          <w:sz w:val="20"/>
        </w:rPr>
        <w:t>[5 . 112]</w:t>
      </w:r>
    </w:p>
    <w:p>
      <w:r>
        <w:rPr>
          <w:rFonts w:ascii="Gentium Plus" w:hAnsi="Gentium Plus"/>
          <w:sz w:val="24"/>
        </w:rPr>
        <w:t>Οὐκ ἀποτρέψομαι, οὐκ ἀποσχήσομαι, οὐ παύσομαι, οὐκ ὀκνήσω, οὐ φυλάξομαι, οὐ παραιτήσομαι, οὐκ ἀναδύσομαι, οὐκ ἀποστήσομαι. τὰ δ’ ἀπ’ αὐτῶν ὀνόματα καὶ ἐπιρρήματα ἑτέρας ἐστὶ χρείας.</w:t>
      </w:r>
    </w:p>
    <w:p>
      <w:r>
        <w:rPr>
          <w:rFonts w:ascii="Courier New" w:hAnsi="Courier New"/>
          <w:color w:val="555555"/>
          <w:sz w:val="20"/>
        </w:rPr>
        <w:t>[5 . 113]</w:t>
      </w:r>
    </w:p>
    <w:p>
      <w:r>
        <w:rPr>
          <w:rFonts w:ascii="Gentium Plus" w:hAnsi="Gentium Plus"/>
          <w:sz w:val="24"/>
        </w:rPr>
        <w:t>Φιλῶ τὸν δεῖνα, ὑπερφιλῶ, στέργω, ὑπερστέργω, ἀγαπῶ, ὑπεραγαπῶ, ἄγαμαι, οἰκείως ἔχω πρὸς αὐτόν, οἰκείως διάκειμαι, ᾠκείωμαι. ἐπιτηδείως ἔχω, καὶ ἐπιτήδειός μοί ἐστιν, οἰκεῖος, φί‐ λος, ἑταῖρος, καὶ ὅσα τοιαῦτα. ἀνακέκραμαι πρὸς αὐτόν, συγ‐</w:t>
      </w:r>
    </w:p>
    <w:p>
      <w:r>
        <w:rPr>
          <w:rFonts w:ascii="Courier New" w:hAnsi="Courier New"/>
          <w:color w:val="555555"/>
          <w:sz w:val="20"/>
        </w:rPr>
        <w:t>[5]</w:t>
      </w:r>
    </w:p>
    <w:p>
      <w:r>
        <w:rPr>
          <w:rFonts w:ascii="Gentium Plus" w:hAnsi="Gentium Plus"/>
          <w:sz w:val="24"/>
        </w:rPr>
        <w:t>κέκραμαι, συνῆμμαι, φιλικῶς ἔχω, εὔνους εἰμὶ αὐτῷ, εὔνως ἔχω</w:t>
      </w:r>
    </w:p>
    <w:p>
      <w:r>
        <w:rPr>
          <w:rFonts w:ascii="Courier New" w:hAnsi="Courier New"/>
          <w:color w:val="555555"/>
          <w:sz w:val="20"/>
        </w:rPr>
        <w:t>[5 . 114]</w:t>
      </w:r>
    </w:p>
    <w:p>
      <w:r>
        <w:rPr>
          <w:rFonts w:ascii="Gentium Plus" w:hAnsi="Gentium Plus"/>
          <w:sz w:val="24"/>
        </w:rPr>
        <w:t>πρὸς αὐτόν, ἐσπούδακα περὶ αὐτόν, χρῶμαι αὐτῷ. καὶ φιλία, στοργή, οἰκειότης οἰκείωσις, ἐπιτηδειότης, ἑταιρεία, εὔνοια. καὶ φιλικῶς, φιλοστόργως, οἰκείως, ἐπιτηδείως, εὐνοϊκῶς. φίλος, εὔνους, οἰκεῖος, ἐπιτήδειος, ἑταῖρος· ὁ γὰρ φιλόστοργος ἕτερόν τι δηλοῖ.</w:t>
      </w:r>
    </w:p>
    <w:p>
      <w:r>
        <w:rPr>
          <w:rFonts w:ascii="Courier New" w:hAnsi="Courier New"/>
          <w:color w:val="555555"/>
          <w:sz w:val="20"/>
        </w:rPr>
        <w:t>[5]</w:t>
      </w:r>
    </w:p>
    <w:p>
      <w:r>
        <w:rPr>
          <w:rFonts w:ascii="Gentium Plus" w:hAnsi="Gentium Plus"/>
          <w:sz w:val="24"/>
        </w:rPr>
        <w:t>τὰ δ’ ἐναντία, μισῶ τὸν δεῖνα, ἀποβάλλομαι, ἐκτρέπομαι, διαβέ‐ βλημαι πρὸς αὐτόν, διαβέβληταί μοι, προσκρούω αὐτῷ, προσκρούει</w:t>
      </w:r>
    </w:p>
    <w:p>
      <w:r>
        <w:rPr>
          <w:rFonts w:ascii="Courier New" w:hAnsi="Courier New"/>
          <w:color w:val="555555"/>
          <w:sz w:val="20"/>
        </w:rPr>
        <w:t>[5 . 115]</w:t>
      </w:r>
    </w:p>
    <w:p>
      <w:r>
        <w:rPr>
          <w:rFonts w:ascii="Gentium Plus" w:hAnsi="Gentium Plus"/>
          <w:sz w:val="24"/>
        </w:rPr>
        <w:t>μοι, ἄχθομαι αὐτῷ, προσίσταταί μοι, βδελύττομαι αὐτόν. δυσμενῶς διάκειμαι πρὸς αὐτόν, δύσνως, κακόνως. ἀπεχθάνομαι πρὸς αὐτόν, ἀπεχθάνομαι αὐτῷ· τὸ γὰρ ἐχθαίρω ποιητικόν. ἐχθρός μοί ἐστι, δυσμενής, ἀλλότριος, ἀλλοτριούμενος. καὶ ἠλλοτρίωμαι πρὸς αὐ‐</w:t>
      </w:r>
    </w:p>
    <w:p>
      <w:r>
        <w:rPr>
          <w:rFonts w:ascii="Courier New" w:hAnsi="Courier New"/>
          <w:color w:val="555555"/>
          <w:sz w:val="20"/>
        </w:rPr>
        <w:t>[5]</w:t>
      </w:r>
    </w:p>
    <w:p>
      <w:r>
        <w:rPr>
          <w:rFonts w:ascii="Gentium Plus" w:hAnsi="Gentium Plus"/>
          <w:sz w:val="24"/>
        </w:rPr>
        <w:t>τόν, δυσμεναίνω αὐτῷ, διενήνεγμαι πρὸς αὐτόν, διάφορός μοί ἐστιν, ἀνεπιτήδειος, ἀνεπιτηδείως διάκειμαι πρὸς αὐτόν, ὑπόπτως ἔχω πρὸς αὐτόν, ἐθελέχθρως. τὰ δὲ πράγματα μῖσος, μισητία, ἔχθρα,</w:t>
      </w:r>
    </w:p>
    <w:p>
      <w:r>
        <w:rPr>
          <w:rFonts w:ascii="Courier New" w:hAnsi="Courier New"/>
          <w:color w:val="555555"/>
          <w:sz w:val="20"/>
        </w:rPr>
        <w:t>[5 . 116]</w:t>
      </w:r>
    </w:p>
    <w:p>
      <w:r>
        <w:rPr>
          <w:rFonts w:ascii="Gentium Plus" w:hAnsi="Gentium Plus"/>
          <w:sz w:val="24"/>
        </w:rPr>
        <w:t>ἀπέχθεια, πρόσκρουσμα, διαφορά, δυσμένεια, δύσνοια, κακόνοια, ἀλ‐ λοτρίωσις, ὑποψία. τῶν δ’ ἐπιρρημάτων τὰ πλεῖστα προείρηται, ἔχει μέντοι καὶ ὑπερθέσεις, ἔχθιστα ἐχθρότατα δυσμενέστατα, διαφο‐ ρώτατα, ἀλλοτριώτατα, ἀπεχθέστατα, ἀνεπιτηδειότατα, ὑποπτό‐</w:t>
      </w:r>
    </w:p>
    <w:p>
      <w:r>
        <w:rPr>
          <w:rFonts w:ascii="Courier New" w:hAnsi="Courier New"/>
          <w:color w:val="555555"/>
          <w:sz w:val="20"/>
        </w:rPr>
        <w:t>[5]</w:t>
      </w:r>
    </w:p>
    <w:p>
      <w:r>
        <w:rPr>
          <w:rFonts w:ascii="Gentium Plus" w:hAnsi="Gentium Plus"/>
          <w:sz w:val="24"/>
        </w:rPr>
        <w:t>τατα, κακονούστατα.</w:t>
      </w:r>
    </w:p>
    <w:p>
      <w:r>
        <w:rPr>
          <w:rFonts w:ascii="Courier New" w:hAnsi="Courier New"/>
          <w:color w:val="555555"/>
          <w:sz w:val="20"/>
        </w:rPr>
        <w:t>[5 . 117]</w:t>
      </w:r>
    </w:p>
    <w:p>
      <w:r>
        <w:rPr>
          <w:rFonts w:ascii="Gentium Plus" w:hAnsi="Gentium Plus"/>
          <w:sz w:val="24"/>
        </w:rPr>
        <w:t>Ἔπαινος, εὐφημία, εὐλογία, ἐγκώμιον· βίαιον δὲ τὸ καλλιλογία καὶ εὐστομία· ἐπαινεῖν, εὐλογεῖν, εὐφημεῖν, ἐγκωμιάζειν, καλῶς λέ‐ γειν, εὐστομεῖν. ὄνομα δὲ μόνον ὁ ἐπαινέτης, καὶ ἐπίρρημα τὸ εὐφήμως· τὰ γὰρ λοιπὰ ἕτερόν τι δηλοῖ. τὸ ἐναντίον ψό‐</w:t>
      </w:r>
    </w:p>
    <w:p>
      <w:r>
        <w:rPr>
          <w:rFonts w:ascii="Courier New" w:hAnsi="Courier New"/>
          <w:color w:val="555555"/>
          <w:sz w:val="20"/>
        </w:rPr>
        <w:t>[5]</w:t>
      </w:r>
    </w:p>
    <w:p>
      <w:r>
        <w:rPr>
          <w:rFonts w:ascii="Gentium Plus" w:hAnsi="Gentium Plus"/>
          <w:sz w:val="24"/>
        </w:rPr>
        <w:t>γος, λοιδορία, βλασφημία, κακολογία, κακηγορία, κακισμός, διαβολή· ψέγειν, λοιδορεῖν, βλασφημεῖν, κακηγορεῖν, κακολογεῖν, κακίζειν. καὶ τὰ ὀνόματα ψέκτης ὡς Πλάτων (Rp IX 589 C Leg I 639 C), καὶ φιλόψογος καὶ ψεκτικὸς καὶ κακήγορος καὶ φιλολοίδορος· ὁ γὰρ λοί‐ δορος εὐτελές, καὶ ὁ βλάσφημος καὶ ὁ διάβολος ἰδιωτῶν, ἀνεκτό‐</w:t>
      </w:r>
    </w:p>
    <w:p>
      <w:r>
        <w:rPr>
          <w:rFonts w:ascii="Courier New" w:hAnsi="Courier New"/>
          <w:color w:val="555555"/>
          <w:sz w:val="20"/>
        </w:rPr>
        <w:t>[5 . 118]</w:t>
      </w:r>
    </w:p>
    <w:p>
      <w:r>
        <w:rPr>
          <w:rFonts w:ascii="Gentium Plus" w:hAnsi="Gentium Plus"/>
          <w:sz w:val="24"/>
        </w:rPr>
        <w:t>τερος δ’ ὁ διαβλητικός. καὶ τὰ ἐπιρρήματα ψεκτικῶς, φιλολοιδόρως, κακιστικῶς, διαβλητικῶς. ὁ γὰρ ἐπαινετὸς καὶ ψεκτὸς ἐφ’ ἑτέρων τάττεται. ἐρεῖς δὲ καὶ μοχθηρὸς τὸ ἦθος καὶ τὸν τρόπον καὶ τὴν προαίρεσιν καὶ τὴν διάνοιαν καὶ τὴν βούλησιν καὶ τὴν ψυ‐</w:t>
      </w:r>
    </w:p>
    <w:p>
      <w:r>
        <w:rPr>
          <w:rFonts w:ascii="Courier New" w:hAnsi="Courier New"/>
          <w:color w:val="555555"/>
          <w:sz w:val="20"/>
        </w:rPr>
        <w:t>[5]</w:t>
      </w:r>
    </w:p>
    <w:p>
      <w:r>
        <w:rPr>
          <w:rFonts w:ascii="Gentium Plus" w:hAnsi="Gentium Plus"/>
          <w:sz w:val="24"/>
        </w:rPr>
        <w:t>χὴν καὶ τὴν γνώμην καὶ τὸν βίον καὶ τὸ τοῦ βίου σχῆμα καὶ τὴν</w:t>
      </w:r>
    </w:p>
    <w:p>
      <w:r>
        <w:rPr>
          <w:rFonts w:ascii="Courier New" w:hAnsi="Courier New"/>
          <w:color w:val="555555"/>
          <w:sz w:val="20"/>
        </w:rPr>
        <w:t>[5 . 119]</w:t>
      </w:r>
    </w:p>
    <w:p>
      <w:r>
        <w:rPr>
          <w:rFonts w:ascii="Gentium Plus" w:hAnsi="Gentium Plus"/>
          <w:sz w:val="24"/>
        </w:rPr>
        <w:t>τοῦ βίου κατάστασιν καὶ τὴν τοῦ βίου διαγωγήν. ἐπαινῶν δ’ ἂν ἕκαστον τούτων κατὰ τοὐναντίον χρήσαιο, ἐπαινετὸς τὸ ἦθος καὶ τὰ ἐφεξῆς. ἴδια δὲ τοῦ μὲν ψόγου δύστροπος, κακοήθης, εἴρων, ἐπίβουλος, δολερός, ὕπουλος, ἐπίσκιος· τοῦ δ’ ἐπαίνου ἁπλοῦς,</w:t>
      </w:r>
    </w:p>
    <w:p>
      <w:r>
        <w:rPr>
          <w:rFonts w:ascii="Courier New" w:hAnsi="Courier New"/>
          <w:color w:val="555555"/>
          <w:sz w:val="20"/>
        </w:rPr>
        <w:t>[5]</w:t>
      </w:r>
    </w:p>
    <w:p>
      <w:r>
        <w:rPr>
          <w:rFonts w:ascii="Gentium Plus" w:hAnsi="Gentium Plus"/>
          <w:sz w:val="24"/>
        </w:rPr>
        <w:t>ἄκακος, ἄδολος, ἄπλαστος, ἐκφανής, ἐκκείμενος, ἀκατάσκευος, ἐλεύ‐ θερος, εὐθυρρήμων, εὐήθης. καὶ τὰ πράγματα τοῦ μὲν δυστροπία, κακοήθεια, εἰρωνεία, ἐπιβουλή, δόλος, τοῦ δ’ ἁπλότης, ἀκακία, ἐλευ‐</w:t>
      </w:r>
    </w:p>
    <w:p>
      <w:r>
        <w:rPr>
          <w:rFonts w:ascii="Courier New" w:hAnsi="Courier New"/>
          <w:color w:val="555555"/>
          <w:sz w:val="20"/>
        </w:rPr>
        <w:t>[5 . 120]</w:t>
      </w:r>
    </w:p>
    <w:p>
      <w:r>
        <w:rPr>
          <w:rFonts w:ascii="Gentium Plus" w:hAnsi="Gentium Plus"/>
          <w:sz w:val="24"/>
        </w:rPr>
        <w:t>θερία, εὐθυρρημοσύνη, εὐήθεια. καὶ τὰ ἐπιρρήματα τοῦ μὲν δυστρό‐ πως, κακοήθως, εἰρωνικῶς, ἐπιβούλως, δολερῶς, ὑπούλως, ἐπισκίως, τοῦ δ’ ἁπλῶς, ἀκάκως, ἀπλάστως, ἐκφανῶς, ἐλευθέρως, εὐθυρρημό‐ νως, εὐήθως. τάττοιτο δ’ ἂν ὁ εὐήθης καὶ ἐπὶ τοῦ ἀνοήτου,</w:t>
      </w:r>
    </w:p>
    <w:p>
      <w:r>
        <w:rPr>
          <w:rFonts w:ascii="Courier New" w:hAnsi="Courier New"/>
          <w:color w:val="555555"/>
          <w:sz w:val="20"/>
        </w:rPr>
        <w:t>[5]</w:t>
      </w:r>
    </w:p>
    <w:p>
      <w:r>
        <w:rPr>
          <w:rFonts w:ascii="Gentium Plus" w:hAnsi="Gentium Plus"/>
          <w:sz w:val="24"/>
        </w:rPr>
        <w:t>ὃν ἂν εἴποις καὶ μωρόν, ἔμπληκτον, παραπλῆγα, ἐμβρόντητον, ἀπό‐ πληκτον, ἐνεόν, ἔκφρονα ἄφρονα, ἀσύνετον, ληρώδη, ἄνουν, ἠλί‐</w:t>
      </w:r>
    </w:p>
    <w:p>
      <w:r>
        <w:rPr>
          <w:rFonts w:ascii="Courier New" w:hAnsi="Courier New"/>
          <w:color w:val="555555"/>
          <w:sz w:val="20"/>
        </w:rPr>
        <w:t>[5 . 121]</w:t>
      </w:r>
    </w:p>
    <w:p>
      <w:r>
        <w:rPr>
          <w:rFonts w:ascii="Gentium Plus" w:hAnsi="Gentium Plus"/>
          <w:sz w:val="24"/>
        </w:rPr>
        <w:t>θιον, ἀνάλγητον, ἀναίσθητον, ἀβέλτερον, ἐπίληπτον. ὁ δὲ τοιοῦτος ἂν εἴη καὶ ἀνατετραμμένος τὴν γνώμην, κοῦφος τὴν διάνοιαν, ἀνερμά‐ τιστος, ληρῶν λῆρος, τὸ μηδὲν ὤν. τὰ δὲ πράγματα φαίης ἂν εὐήθειαν, ἄνοιαν, μωρίαν, ἐμπληξίαν, ἐμβροντησίαν, ἀφροσύνην ἐκ‐</w:t>
      </w:r>
    </w:p>
    <w:p>
      <w:r>
        <w:rPr>
          <w:rFonts w:ascii="Courier New" w:hAnsi="Courier New"/>
          <w:color w:val="555555"/>
          <w:sz w:val="20"/>
        </w:rPr>
        <w:t>[5]</w:t>
      </w:r>
    </w:p>
    <w:p>
      <w:r>
        <w:rPr>
          <w:rFonts w:ascii="Gentium Plus" w:hAnsi="Gentium Plus"/>
          <w:sz w:val="24"/>
        </w:rPr>
        <w:t>φροσύνην, ἀσυνεσίαν, παραπληξίαν ἀποπληξίαν. καὶ τὰ ῥήματα εὐ‐ ηθίζεσθαι, μωραίνειν, ἀνοηταίνειν, ἐμβεβροντῆσθαι, ληρεῖν, παραπε‐ πλῆχθαι. καὶ τὰ ἐπιρρήματα εὐήθως, ἀνοήτως, ἀφρόνως, ἐμπλή‐ κτως, ἀποπλήκτως, ἐκφρόνως, ἀσυνέτως· τὸ γὰρ μωρῶς λίαν εὐτελές.</w:t>
      </w:r>
    </w:p>
    <w:p>
      <w:r>
        <w:rPr>
          <w:rFonts w:ascii="Courier New" w:hAnsi="Courier New"/>
          <w:color w:val="555555"/>
          <w:sz w:val="20"/>
        </w:rPr>
        <w:t>[5 . 122]</w:t>
      </w:r>
    </w:p>
    <w:p>
      <w:r>
        <w:rPr>
          <w:rFonts w:ascii="Gentium Plus" w:hAnsi="Gentium Plus"/>
          <w:sz w:val="24"/>
        </w:rPr>
        <w:t>Φόβος, ὄκνος, δέος, ὀρρωδία, εὐλάβεια, δειλία, ἀθυμία, ἀναν‐ δρία, ἔκπληξις, φρίκη, τρόμος, πτοία πτόησις, συστολή, θόρυ‐ βος, ταραχή. καὶ τὰ ῥήματα φοβοῦμαι, ὀρρωδῶ ὀκνῶ κα‐ τοκνῶ, δέδια δέδοικα, εὐλαβοῦμαι, ἐκπέπληγμαι, φρίττω, τρέμω,</w:t>
      </w:r>
    </w:p>
    <w:p>
      <w:r>
        <w:rPr>
          <w:rFonts w:ascii="Courier New" w:hAnsi="Courier New"/>
          <w:color w:val="555555"/>
          <w:sz w:val="20"/>
        </w:rPr>
        <w:t>[5 . 123]</w:t>
      </w:r>
    </w:p>
    <w:p>
      <w:r>
        <w:rPr>
          <w:rFonts w:ascii="Gentium Plus" w:hAnsi="Gentium Plus"/>
          <w:sz w:val="24"/>
        </w:rPr>
        <w:t>ἐπτόημαι ἐξεπτόημαι, συνέσταλμαι, τεθορύβημαι, τετάραγμαι, ἐξέστηκα. ὀκνῶν κατοκνῶν, δεδιώς δεδοικώς καταδείσας, ὀρρωδῶν, ἀποδειλιά‐ σας, κατοκνήσας, ἐκπλαγείς, φρίττων, τρέμων, ἐπτοημένος ἐξεπτοη‐ μένος, συνεσταλμένος, τεθορυβημένος, τεταραγμένος, ἐξεστηκώς.</w:t>
      </w:r>
    </w:p>
    <w:p>
      <w:r>
        <w:rPr>
          <w:rFonts w:ascii="Courier New" w:hAnsi="Courier New"/>
          <w:color w:val="555555"/>
          <w:sz w:val="20"/>
        </w:rPr>
        <w:t>[5]</w:t>
      </w:r>
    </w:p>
    <w:p>
      <w:r>
        <w:rPr>
          <w:rFonts w:ascii="Gentium Plus" w:hAnsi="Gentium Plus"/>
          <w:sz w:val="24"/>
        </w:rPr>
        <w:t>φοβερῶς ἔχων, ἐπιφόβως, ἐπιδεῶς καταδεῶς, εὐλαβῶς· εὐτελὲς γὰρ τὸ δειλῶς, τὸ δ’ ἀποδεδειλιακότως δύσφθεγκτον, τοῦ δὲ θορυβωδῶς</w:t>
      </w:r>
    </w:p>
    <w:p>
      <w:r>
        <w:rPr>
          <w:rFonts w:ascii="Courier New" w:hAnsi="Courier New"/>
          <w:color w:val="555555"/>
          <w:sz w:val="20"/>
        </w:rPr>
        <w:t>[5 . 124]</w:t>
      </w:r>
    </w:p>
    <w:p>
      <w:r>
        <w:rPr>
          <w:rFonts w:ascii="Gentium Plus" w:hAnsi="Gentium Plus"/>
          <w:sz w:val="24"/>
        </w:rPr>
        <w:t>καὶ ταραχωδῶς καλλίω τὰ συγκριτικὰ καὶ ὑπερθετικά. εἴποις δ’ ἂν καὶ φο‐ βερὸν ἄνθρωπον οἷον φοβούμενον, καὶ ἐπίφοβον καὶ περίφοβον καὶ ὑπέρφοβον, περιδεᾶ καταδεᾶ, εὐλαβῆ, δειλόν, ὀκνηρόν, ἄνανδρον, ἀγεννῆ. ἀπὸ δὲ τῶν λοιπῶν μετοχαί εἰσιν ἀντ’ ὀνομάτων· ὁ γὰρ ταραχώδης</w:t>
      </w:r>
    </w:p>
    <w:p>
      <w:r>
        <w:rPr>
          <w:rFonts w:ascii="Courier New" w:hAnsi="Courier New"/>
          <w:color w:val="555555"/>
          <w:sz w:val="20"/>
        </w:rPr>
        <w:t>[5]</w:t>
      </w:r>
    </w:p>
    <w:p>
      <w:r>
        <w:rPr>
          <w:rFonts w:ascii="Gentium Plus" w:hAnsi="Gentium Plus"/>
          <w:sz w:val="24"/>
        </w:rPr>
        <w:t>καὶ, εἰ βιάσαιτό τις, θορυβώδης ἐφ’ ἑτέρων τάττεται. ἑτέρας δὲ χρείας φοβερὸν πρᾶγμα, ἐπίφοβον, ἐπιδεές, ἐκπληκτικόν, φρικῶδες. καὶ ἀνὴρ φοβερός ἐπίφοβος, ἐπιδεής, ἐκπληκτικός, φρικώδης· θαρρα‐</w:t>
      </w:r>
    </w:p>
    <w:p>
      <w:r>
        <w:rPr>
          <w:rFonts w:ascii="Courier New" w:hAnsi="Courier New"/>
          <w:color w:val="555555"/>
          <w:sz w:val="20"/>
        </w:rPr>
        <w:t>[5 . 125]</w:t>
      </w:r>
    </w:p>
    <w:p>
      <w:r>
        <w:rPr>
          <w:rFonts w:ascii="Gentium Plus" w:hAnsi="Gentium Plus"/>
          <w:sz w:val="24"/>
        </w:rPr>
        <w:t>λέος θαρσαλέος εὐθαρσής, γενναῖος, ἀνδρεῖος, ἄοκνος, ἀνέκπληκτος ἀκατάπληκτος, ἀδεής, ἐρρωμένος, εὔθυμος ὑπέρθυμος μεγαλόθυμος θυμοειδής, ἴτης, εὔτολμος. καὶ τὰ ὀνόματα θάρρος θάρσος, ἀνδρεία, γενναιότης, ἀοκνία, ἄδεια καὶ ἀδεές, ῥώμη, θυμὸς εὐθυ‐</w:t>
      </w:r>
    </w:p>
    <w:p>
      <w:r>
        <w:rPr>
          <w:rFonts w:ascii="Courier New" w:hAnsi="Courier New"/>
          <w:color w:val="555555"/>
          <w:sz w:val="20"/>
        </w:rPr>
        <w:t>[5]</w:t>
      </w:r>
    </w:p>
    <w:p>
      <w:r>
        <w:rPr>
          <w:rFonts w:ascii="Gentium Plus" w:hAnsi="Gentium Plus"/>
          <w:sz w:val="24"/>
        </w:rPr>
        <w:t>μία, τόλμα. θαρρεῖν θαρσεῖν, ἀνδρίζεσθαι, ἐρρῶσθαι ὑπερερρῶσθαι, ὑπερθυμοῦσθαι, τολμᾶν. θαρσαλέως θαρραλέως εὐθαρσῶς, ἀνδρείως,</w:t>
      </w:r>
    </w:p>
    <w:p>
      <w:r>
        <w:rPr>
          <w:rFonts w:ascii="Courier New" w:hAnsi="Courier New"/>
          <w:color w:val="555555"/>
          <w:sz w:val="20"/>
        </w:rPr>
        <w:t>[5 . 126]</w:t>
      </w:r>
    </w:p>
    <w:p>
      <w:r>
        <w:rPr>
          <w:rFonts w:ascii="Gentium Plus" w:hAnsi="Gentium Plus"/>
          <w:sz w:val="24"/>
        </w:rPr>
        <w:t>Οἶμαι οἴομαι, ἡγοῦμαι, νομίζω, ὑπολαμβάνω, ἐλπίζω, τοπάζω, προσδοκῶ, δοκῶ, εἰκάζω, τεκμαίρομαι, ὑπονοῶ, ὑποπτεύω. οἴησις, ὑπόληψις, προσδοκία, εἰκασία, ἐλπίς, ὑπόνοια, ὑποψία· ἡ γὰρ νόμισις σκληρότερόν τε καὶ ἀμφίβολον, πρὸς ἕτερα δὲ καὶ ἡ δόκησις· τὰ</w:t>
      </w:r>
    </w:p>
    <w:p>
      <w:r>
        <w:rPr>
          <w:rFonts w:ascii="Courier New" w:hAnsi="Courier New"/>
          <w:color w:val="555555"/>
          <w:sz w:val="20"/>
        </w:rPr>
        <w:t>[5]</w:t>
      </w:r>
    </w:p>
    <w:p>
      <w:r>
        <w:rPr>
          <w:rFonts w:ascii="Gentium Plus" w:hAnsi="Gentium Plus"/>
          <w:sz w:val="24"/>
        </w:rPr>
        <w:t>δ’ ἐκ τῶν ἄλλων τραχέα. ἐπιρρήματα δ’ οὐκ ἔστιν ὅτι μὴ τὸ εἰ‐ κότως. ὄνομα δ’ ἀπ’ οὐδενός, ἀλλ’ αἱ μετοχαί.</w:t>
      </w:r>
    </w:p>
    <w:p>
      <w:r>
        <w:rPr>
          <w:rFonts w:ascii="Courier New" w:hAnsi="Courier New"/>
          <w:color w:val="555555"/>
          <w:sz w:val="20"/>
        </w:rPr>
        <w:t>[5 . 127]</w:t>
      </w:r>
    </w:p>
    <w:p>
      <w:r>
        <w:rPr>
          <w:rFonts w:ascii="Gentium Plus" w:hAnsi="Gentium Plus"/>
          <w:sz w:val="24"/>
        </w:rPr>
        <w:t>Κηλίς, ὄνειδος ὀνειδισμός, αἶσχος αἰσχύνη, διαβολή, ἀρά, προσβολή, προστροπή· ταῦτα δὲ καὶ ἑτέρας ἐστὶ χρείας· ὀνειδιστι‐ κῶς ἐπονειδιστικῶς ἐπονειδίστως, ἐπαισχῶς· ἀπὸ δὲ τῶν ἄλλων οὐκ ἔστιν, εἰ μὴ τὸ διαβλητικῶς, ὅπερ ἂν εἴη ἀμφίβολον. ὀνειδί‐</w:t>
      </w:r>
    </w:p>
    <w:p>
      <w:r>
        <w:rPr>
          <w:rFonts w:ascii="Courier New" w:hAnsi="Courier New"/>
          <w:color w:val="555555"/>
          <w:sz w:val="20"/>
        </w:rPr>
        <w:t>[5]</w:t>
      </w:r>
    </w:p>
    <w:p>
      <w:r>
        <w:rPr>
          <w:rFonts w:ascii="Gentium Plus" w:hAnsi="Gentium Plus"/>
          <w:sz w:val="24"/>
        </w:rPr>
        <w:t>ζειν, αἰσχύνειν, διαβάλλειν· τὰ γὰρ ἀπὸ τῶν λοιπῶν ἐπ’ ἄλλων τάτ‐ τεται.</w:t>
      </w:r>
    </w:p>
    <w:p>
      <w:r>
        <w:rPr>
          <w:rFonts w:ascii="Courier New" w:hAnsi="Courier New"/>
          <w:color w:val="555555"/>
          <w:sz w:val="20"/>
        </w:rPr>
        <w:t>[5 . 128]</w:t>
      </w:r>
    </w:p>
    <w:p>
      <w:r>
        <w:rPr>
          <w:rFonts w:ascii="Gentium Plus" w:hAnsi="Gentium Plus"/>
          <w:sz w:val="24"/>
        </w:rPr>
        <w:t>Ἐπιχαίρειν, καταχαίρειν, ἐφήδεσθαι, ἐπιγελᾶν ἐπεγγε‐ λᾶν καταγελᾶν, ἐπεμβαίνειν, ἐπιχλευάζειν, κατεύχεσθαι. πρᾶγμα δὲ μόνον ὁ κατάγελως· ὁ γὰρ χλευασμὸς καὶ ἡ χλευασία καὶ τὸ δια‐ σύρειν δηλοῖ, ὥσπερ καὶ ὁ χλευαστικὸς μηνύει τὸν γελοιαστήν. ὄνομα</w:t>
      </w:r>
    </w:p>
    <w:p>
      <w:r>
        <w:rPr>
          <w:rFonts w:ascii="Courier New" w:hAnsi="Courier New"/>
          <w:color w:val="555555"/>
          <w:sz w:val="20"/>
        </w:rPr>
        <w:t>[5]</w:t>
      </w:r>
    </w:p>
    <w:p>
      <w:r>
        <w:rPr>
          <w:rFonts w:ascii="Gentium Plus" w:hAnsi="Gentium Plus"/>
          <w:sz w:val="24"/>
        </w:rPr>
        <w:t>δὲ μόνον ἀπὸ τῶν ῥηθέντων ὁ ἐπιχαιρέκακος· ἐπὶ δὲ τῶν ἄλλων μετοχαῖς χρηστέον. ἐπίρρημα δὲ μόνον τὸ καταγελαστικῶς.</w:t>
      </w:r>
    </w:p>
    <w:p>
      <w:r>
        <w:rPr>
          <w:rFonts w:ascii="Courier New" w:hAnsi="Courier New"/>
          <w:color w:val="555555"/>
          <w:sz w:val="20"/>
        </w:rPr>
        <w:t>[5 . 129]</w:t>
      </w:r>
    </w:p>
    <w:p>
      <w:r>
        <w:rPr>
          <w:rFonts w:ascii="Gentium Plus" w:hAnsi="Gentium Plus"/>
          <w:sz w:val="24"/>
        </w:rPr>
        <w:t>Συνήδεσθαι δὲ καὶ συγχαίρειν· τὸ γὰρ ὑπερήδεσθαι καὶ συν‐ ευφραίνεσθαι καὶ ἄλλα δηλοῖ. ἡ μέντοι ἐπὶ τῷ συνήδεσθαι θυσία εὐαγγέλια, ὥσπερ καὶ ἡ ἐπὶ τῷ ἥδεσθαι. τὸ δ’ ἐναντίον συνάχθε‐ σθαι καὶ συναλγεῖν· τὸ γὰρ συλλυπεῖσθαι εὐτελές, τὸ δὲ συνανιᾶσθαι</w:t>
      </w:r>
    </w:p>
    <w:p>
      <w:r>
        <w:rPr>
          <w:rFonts w:ascii="Courier New" w:hAnsi="Courier New"/>
          <w:color w:val="555555"/>
          <w:sz w:val="20"/>
        </w:rPr>
        <w:t>[5]</w:t>
      </w:r>
    </w:p>
    <w:p>
      <w:r>
        <w:rPr>
          <w:rFonts w:ascii="Gentium Plus" w:hAnsi="Gentium Plus"/>
          <w:sz w:val="24"/>
        </w:rPr>
        <w:t>ἑτέρας ἐστὶ χρείας. προσήκοι δ’ ἂν ἴσως τῷ συνάχθεσθαι καὶ τὸ ἐπανιᾶσθαι. ἐπεύχεσθαι, συνεύχεσθαι τὰ ἀγαθά. τὸ δ’ ἐναντίον ἐπα‐ ρᾶσθαι καταρᾶσθαι· πλὴν καὶ ἐπὶ τούτου τὸ ἐπεύχεσθαι καὶ κατ‐</w:t>
      </w:r>
    </w:p>
    <w:p>
      <w:r>
        <w:rPr>
          <w:rFonts w:ascii="Courier New" w:hAnsi="Courier New"/>
          <w:color w:val="555555"/>
          <w:sz w:val="20"/>
        </w:rPr>
        <w:t>[5 . 130]</w:t>
      </w:r>
    </w:p>
    <w:p>
      <w:r>
        <w:rPr>
          <w:rFonts w:ascii="Gentium Plus" w:hAnsi="Gentium Plus"/>
          <w:sz w:val="24"/>
        </w:rPr>
        <w:t>εύχεσθαι τάττεται. καὶ τὰ ὀνόματα ἐπάρατος κατάρατος τρισ‐ κατάρατος, καὶ τὸ πρᾶγμα ἐπ’ ἐκείνου μὲν εὐχή, ἐπὶ τούτου δ’ ἀρά. τάχα δὲ τῷ ἐπαράτῳ προσήκοι ἂν καὶ ὁ ἐξάγιστος, ἐξώλης προώλης πανώλης. τὸ μέντοι ἐπαρασαμένους ἀναλύειν τὴν ἀρὰν</w:t>
      </w:r>
    </w:p>
    <w:p>
      <w:r>
        <w:rPr>
          <w:rFonts w:ascii="Courier New" w:hAnsi="Courier New"/>
          <w:color w:val="555555"/>
          <w:sz w:val="20"/>
        </w:rPr>
        <w:t>[5]</w:t>
      </w:r>
    </w:p>
    <w:p>
      <w:r>
        <w:rPr>
          <w:rFonts w:ascii="Gentium Plus" w:hAnsi="Gentium Plus"/>
          <w:sz w:val="24"/>
        </w:rPr>
        <w:t>ἀναράσασθαι λέγουσιν· βιαιότερον γὰρ τὸ ἀνεύξασθαι. ὁ μὲν οὖν ἐπαρώμενος, καὶ ᾧ τις ἐπαρᾶται, ἀραῖος· ἃ δέ τις εὐχόμενος αἰτεῖ,</w:t>
      </w:r>
    </w:p>
    <w:p>
      <w:r>
        <w:rPr>
          <w:rFonts w:ascii="Courier New" w:hAnsi="Courier New"/>
          <w:color w:val="555555"/>
          <w:sz w:val="20"/>
        </w:rPr>
        <w:t>[5 . 131]</w:t>
      </w:r>
    </w:p>
    <w:p>
      <w:r>
        <w:rPr>
          <w:rFonts w:ascii="Gentium Plus" w:hAnsi="Gentium Plus"/>
          <w:sz w:val="24"/>
        </w:rPr>
        <w:t>εὐκταῖα ἀγαθά, καὶ τὸ ἀττικώτερον εὐκτά. λέγουσι δὲ καὶ εὐχωλι‐ μαῖα. οἱ δὲ δαίμονες οἱ μὲν λύοντες τὰς ἀρὰς ἀλεξίκακοι, ἀπο‐ πομπαῖοι, ἀποτρόπαιοι, λύσιοι, φύξιοι, οἱ δὲ κυροῦντες ἀλιτήριοι ἀλι‐ τηριώδεις, προστρόπαιοι, παλαμναῖοι.</w:t>
      </w:r>
    </w:p>
    <w:p>
      <w:r>
        <w:rPr>
          <w:rFonts w:ascii="Courier New" w:hAnsi="Courier New"/>
          <w:color w:val="555555"/>
          <w:sz w:val="20"/>
        </w:rPr>
        <w:t>[5 . 132]</w:t>
      </w:r>
    </w:p>
    <w:p>
      <w:r>
        <w:rPr>
          <w:rFonts w:ascii="Gentium Plus" w:hAnsi="Gentium Plus"/>
          <w:sz w:val="24"/>
        </w:rPr>
        <w:t>Φάρμακον ὀλέθριον, δηλητήριον, θανάσιμον· οὐ γὰρ προσίεμαι τὸ θανατήσιμον, ἴσως δὲ τὸ φθοροποιὸν καὶ διαφθαρτικὸν καὶ θανα‐ τηφόρον. καὶ βιαιότερον τὸ ἐπιθάνατον καὶ ἐπίφθορον. ὡς δ’ Ὅμηρος (α 261) ἀνδροφόνον, ἀφ’ οὗ εἴποις ἂν καὶ φονικὸν φάρ‐</w:t>
      </w:r>
    </w:p>
    <w:p>
      <w:r>
        <w:rPr>
          <w:rFonts w:ascii="Courier New" w:hAnsi="Courier New"/>
          <w:color w:val="555555"/>
          <w:sz w:val="20"/>
        </w:rPr>
        <w:t>[5]</w:t>
      </w:r>
    </w:p>
    <w:p>
      <w:r>
        <w:rPr>
          <w:rFonts w:ascii="Gentium Plus" w:hAnsi="Gentium Plus"/>
          <w:sz w:val="24"/>
        </w:rPr>
        <w:t>μακον. οἱ δὲ καὶ τὰ ἐλατήρια φάρμακα ἐπὶ τούτου τάττουσιν ὡς διὰ κενώσεως ἀναιροῦντα, ὥσπερ καὶ τὸ ἀκόνιτον καὶ τὸν ἑλλέβορον· τὸ γὰρ κώνειον κατὰ ψῦξιν ἀναιρεῖ, ὥσπερ ὁ μανδραγόρας κατὰ καρηβαρίαν· διακέκριται δὲ ταῦτα μέτρῳ καὶ ἀμετρίᾳ. τὰ δ’ ἐναν‐ τία φάρμακα εἴποις ἂν σωτήρια, ἀλεξητήρια ἀλεξίκακα ἀλεξιφάρμακα,</w:t>
      </w:r>
    </w:p>
    <w:p>
      <w:r>
        <w:rPr>
          <w:rFonts w:ascii="Courier New" w:hAnsi="Courier New"/>
          <w:color w:val="555555"/>
          <w:sz w:val="20"/>
        </w:rPr>
        <w:t>[10]</w:t>
      </w:r>
    </w:p>
    <w:p>
      <w:r>
        <w:rPr>
          <w:rFonts w:ascii="Gentium Plus" w:hAnsi="Gentium Plus"/>
          <w:sz w:val="24"/>
        </w:rPr>
        <w:t>παιώνια, ἀντίτομα, λυτήρια, οὐκ οἶδα εἰ καὶ λύσια· βιαιότερον γὰρ τὸ ἰάσιμα καὶ ἰατήρια.</w:t>
      </w:r>
    </w:p>
    <w:p>
      <w:r>
        <w:rPr>
          <w:rFonts w:ascii="Courier New" w:hAnsi="Courier New"/>
          <w:color w:val="555555"/>
          <w:sz w:val="20"/>
        </w:rPr>
        <w:t>[5 . 133]</w:t>
      </w:r>
    </w:p>
    <w:p>
      <w:r>
        <w:rPr>
          <w:rFonts w:ascii="Gentium Plus" w:hAnsi="Gentium Plus"/>
          <w:sz w:val="24"/>
        </w:rPr>
        <w:t>Πλῆρες, ἰσοχειλές, μεστὸν ἐπίμεστον, ἔμπλεων ὑπέρπλεων, ὑπερχειλές· τὸ δὲ μικρῷ ἐνδεέστερον ἀπλήρωτον καὶ ἐπιχειλές. βί‐ αιον γὰρ τὸ ἐπιδεές, ἴσως δὲ τὸ ἐνδεὲς καὶ ἐλλιπές. τὸ δ’ εἰς ἥμισυ τελοῦν ἡμιπλήρωτον ἡμίπλεων, ἡμιδεές, ἡμίκενον.</w:t>
      </w:r>
    </w:p>
    <w:p>
      <w:r>
        <w:rPr>
          <w:rFonts w:ascii="Courier New" w:hAnsi="Courier New"/>
          <w:color w:val="555555"/>
          <w:sz w:val="20"/>
        </w:rPr>
        <w:t>[5 . 134]</w:t>
      </w:r>
    </w:p>
    <w:p>
      <w:r>
        <w:rPr>
          <w:rFonts w:ascii="Gentium Plus" w:hAnsi="Gentium Plus"/>
          <w:sz w:val="24"/>
        </w:rPr>
        <w:t>Κωλύματα, ἐμποδίσματα ἐμπόδια, ἐναντιώματα, ἐναντία ἐμ‐ ποδών, φράγματα, ἕργματα, πρόβολοι, οἷς φησὶν ὁ ῥήτωρ (De‐ mosth VIII 61 X 63) προσπταίοντας ὑστερίζειν τῶν καιρῶν. ἐρεῖς οὖν ἐμποδίσας, ὑποσκελίσας, ἐναντιωθείς, ἐμποδὼν στάς, ἐμποδὼν κατα‐</w:t>
      </w:r>
    </w:p>
    <w:p>
      <w:r>
        <w:rPr>
          <w:rFonts w:ascii="Courier New" w:hAnsi="Courier New"/>
          <w:color w:val="555555"/>
          <w:sz w:val="20"/>
        </w:rPr>
        <w:t>[5]</w:t>
      </w:r>
    </w:p>
    <w:p>
      <w:r>
        <w:rPr>
          <w:rFonts w:ascii="Gentium Plus" w:hAnsi="Gentium Plus"/>
          <w:sz w:val="24"/>
        </w:rPr>
        <w:t>στάς, ἐμποδὼν γενόμενος, ἐπισχών, κωλύσας, ἀντιλαβόμενος, διαγα‐ γών, ἀντισχόμενος, κατασχών, βραδυτῆτα ἐνειργασμένος.</w:t>
      </w:r>
    </w:p>
    <w:p>
      <w:r>
        <w:rPr>
          <w:rFonts w:ascii="Courier New" w:hAnsi="Courier New"/>
          <w:color w:val="555555"/>
          <w:sz w:val="20"/>
        </w:rPr>
        <w:t>[5 . 135]</w:t>
      </w:r>
    </w:p>
    <w:p>
      <w:r>
        <w:rPr>
          <w:rFonts w:ascii="Gentium Plus" w:hAnsi="Gentium Plus"/>
          <w:sz w:val="24"/>
        </w:rPr>
        <w:t>Βλάβη βλάβος βλάμμα, ἀπώλεια, ζημία ζημιῶδες, ἐπιβλαβές, ἐπιζήμιον, βλαβερῶς ἐπιβλαβῶς, ἐπιζημίως, βλαβερὸς ἐπιβλαβής, ζημιώδης ἐπιζήμιος, βλάψαι, ζημιῶσαι. τὰ δ’ ἐναντία ὄφελος ὠφέ‐ λεια ὠφέλημα, κέρδος κερδαλέον ἐπικερδές, ἐμπόλημα, ἕρμαιον, εὕ‐</w:t>
      </w:r>
    </w:p>
    <w:p>
      <w:r>
        <w:rPr>
          <w:rFonts w:ascii="Courier New" w:hAnsi="Courier New"/>
          <w:color w:val="555555"/>
          <w:sz w:val="20"/>
        </w:rPr>
        <w:t>[5]</w:t>
      </w:r>
    </w:p>
    <w:p>
      <w:r>
        <w:rPr>
          <w:rFonts w:ascii="Gentium Plus" w:hAnsi="Gentium Plus"/>
          <w:sz w:val="24"/>
        </w:rPr>
        <w:t>ρημα, εὐερμία, τάχα καὶ θησαυρός. ὠφελίμως, ἐπωφελῶς, κερδαλέως ἐπικερδῶς, ὠφελεῖσθαι, κερδαίνειν, ἐμπολᾶν, εὐερμεῖν.</w:t>
      </w:r>
    </w:p>
    <w:p>
      <w:r>
        <w:rPr>
          <w:rFonts w:ascii="Courier New" w:hAnsi="Courier New"/>
          <w:color w:val="555555"/>
          <w:sz w:val="20"/>
        </w:rPr>
        <w:t>[5 . 136]</w:t>
      </w:r>
    </w:p>
    <w:p>
      <w:r>
        <w:rPr>
          <w:rFonts w:ascii="Gentium Plus" w:hAnsi="Gentium Plus"/>
          <w:sz w:val="24"/>
        </w:rPr>
        <w:t>ἑτέρας δὲ χρείας ὠφέλιμον, χρειῶδες, χρηστόν πάγχρηστον, ἀναγ‐ καῖον, χρήσιμον, ἐπιτήδειον, ἐπικερδές, ἐπωφελές, λυσιτελές, συμφέρον σύμφορον, προύργου, ὀνήσιμον· τὸ γὰρ ὀνησιφόρον μο‐ χθηρόν. ἀπὸ δὲ τούτων ἡ ὄνησις καὶ τὸ συνοῖσον, ἡ χρεία, ἡ ὠφέ‐</w:t>
      </w:r>
    </w:p>
    <w:p>
      <w:r>
        <w:rPr>
          <w:rFonts w:ascii="Courier New" w:hAnsi="Courier New"/>
          <w:color w:val="555555"/>
          <w:sz w:val="20"/>
        </w:rPr>
        <w:t>[5]</w:t>
      </w:r>
    </w:p>
    <w:p>
      <w:r>
        <w:rPr>
          <w:rFonts w:ascii="Gentium Plus" w:hAnsi="Gentium Plus"/>
          <w:sz w:val="24"/>
        </w:rPr>
        <w:t>λεια, τὸ κέρδος· φαῦλον γὰρ ἡ λυσιτέλεια. τὰ δ’ ἐναντία ἀχρεῖον, ἄχρηστον, βλαβερόν, ἐπιβλαβές, ζημιῶδες, ἀσύμφορον, ἀλυσιτελές, ἀνωφελές, ἀνόνητον, ἀνεπιτήδειον.</w:t>
      </w:r>
    </w:p>
    <w:p>
      <w:r>
        <w:rPr>
          <w:rFonts w:ascii="Courier New" w:hAnsi="Courier New"/>
          <w:color w:val="555555"/>
          <w:sz w:val="20"/>
        </w:rPr>
        <w:t>[5 . 137]</w:t>
      </w:r>
    </w:p>
    <w:p>
      <w:r>
        <w:rPr>
          <w:rFonts w:ascii="Gentium Plus" w:hAnsi="Gentium Plus"/>
          <w:sz w:val="24"/>
        </w:rPr>
        <w:t>Ἀσπασμός, πρόσρησις, προσηγορία, προσαγόρευσις. προσα‐ γορεῦσαι καὶ προσρηθῆναι, ἀσπάζεσθαι, προσειπεῖν, προσαγορευθῆ‐ ναι, προσειρῆσθαι προσειρημένος. καὶ ἀντιπροσειπεῖν καὶ ἀντιπροσ‐ αγορεῦσαι καὶ ἀντασπάζεσθαι. καὶ ἡ μὲν ἡμέρα ἐν ᾗ γίνεται ἀσπα‐</w:t>
      </w:r>
    </w:p>
    <w:p>
      <w:r>
        <w:rPr>
          <w:rFonts w:ascii="Courier New" w:hAnsi="Courier New"/>
          <w:color w:val="555555"/>
          <w:sz w:val="20"/>
        </w:rPr>
        <w:t>[5]</w:t>
      </w:r>
    </w:p>
    <w:p>
      <w:r>
        <w:rPr>
          <w:rFonts w:ascii="Gentium Plus" w:hAnsi="Gentium Plus"/>
          <w:sz w:val="24"/>
        </w:rPr>
        <w:t>σμὸς προσρηταία καὶ πρόσρημα, ἐν ᾗ δὲ μὴ γίνεται, ἀπρόσρητος. καὶ</w:t>
      </w:r>
    </w:p>
    <w:p>
      <w:r>
        <w:rPr>
          <w:rFonts w:ascii="Courier New" w:hAnsi="Courier New"/>
          <w:color w:val="555555"/>
          <w:sz w:val="20"/>
        </w:rPr>
        <w:t>[5 . 138]</w:t>
      </w:r>
    </w:p>
    <w:p>
      <w:r>
        <w:rPr>
          <w:rFonts w:ascii="Gentium Plus" w:hAnsi="Gentium Plus"/>
          <w:sz w:val="24"/>
        </w:rPr>
        <w:t>ὁ μὲν δεξιὸς ἐν τούτοις εὐπροσήγορος καὶ φιλοπροσήγορος— τὸ γὰρ εὐπρόσρητος σκληρότερον—, ἐφαρμόττοι δ’ ἂν τούτῳ κατ’ ἄλλην χρείαν ὁ εὐπρόσοδος, εὐπρόσιτος, εὐέντευκτος, εὐεπίμικτος, εὐξύμβολος, μειλίχιος, ἵλεως, φιλάνθρωπος, ἥμερος, εὐμενής, πρᾶος,</w:t>
      </w:r>
    </w:p>
    <w:p>
      <w:r>
        <w:rPr>
          <w:rFonts w:ascii="Courier New" w:hAnsi="Courier New"/>
          <w:color w:val="555555"/>
          <w:sz w:val="20"/>
        </w:rPr>
        <w:t>[5]</w:t>
      </w:r>
    </w:p>
    <w:p>
      <w:r>
        <w:rPr>
          <w:rFonts w:ascii="Gentium Plus" w:hAnsi="Gentium Plus"/>
          <w:sz w:val="24"/>
        </w:rPr>
        <w:t>ἀνεξίκακος· ὁ δ’ ἐναντίος ἐκείνῳ μὲν δυσπροσήγορος μισοπρο‐</w:t>
      </w:r>
    </w:p>
    <w:p>
      <w:r>
        <w:rPr>
          <w:rFonts w:ascii="Courier New" w:hAnsi="Courier New"/>
          <w:color w:val="555555"/>
          <w:sz w:val="20"/>
        </w:rPr>
        <w:t>[5 . 139]</w:t>
      </w:r>
    </w:p>
    <w:p>
      <w:r>
        <w:rPr>
          <w:rFonts w:ascii="Gentium Plus" w:hAnsi="Gentium Plus"/>
          <w:sz w:val="24"/>
        </w:rPr>
        <w:t>γαλέος, σκληρός, τραχύς, ἀπάνθρωπος, ἀνήμερος, δυσμενής· ὁ γὰρ ἀμείλικτος ποιητικώτερον. τὰ δ’ ἐπιρρήματα ἐκ μὲν τοῦ εὐπροσ‐ ήγορος εὐπροσηγόρως καὶ φιλοπροσηγόρως, καὶ τἀναντία δυσπροσηγόρως καὶ μισοπροσηγόρως, ἐκ γὰρ τοῦ εὐπρόσιτος εὐ‐</w:t>
      </w:r>
    </w:p>
    <w:p>
      <w:r>
        <w:rPr>
          <w:rFonts w:ascii="Courier New" w:hAnsi="Courier New"/>
          <w:color w:val="555555"/>
          <w:sz w:val="20"/>
        </w:rPr>
        <w:t>[5]</w:t>
      </w:r>
    </w:p>
    <w:p>
      <w:r>
        <w:rPr>
          <w:rFonts w:ascii="Gentium Plus" w:hAnsi="Gentium Plus"/>
          <w:sz w:val="24"/>
        </w:rPr>
        <w:t>προσίτως· τὸ γὰρ εὐπροσόδως σκληρόν, καὶ εὐεντεύκτως, ἀμείνω δὲ τὸ εὐεπιμίκτως, εὐξυμβόλως, εὐμενῶς, φιλανθρώπως, πράως, ἡμέρως. ἀπὸ δὲ τοῦ ἐναντίου δυσπροσίτως, ἀμίκτως δυσμίκτως ἀπροσμίκτως ἀνεπιμίκτως, ἀσυμβόλως, σκυθρωπῶς, ἀγρίως, σκαιῶς, ἀργαλέως, δυσμενῶς, σκληρῶς, τραχέως, ἀπανθρώπως.</w:t>
      </w:r>
    </w:p>
    <w:p>
      <w:r>
        <w:rPr>
          <w:rFonts w:ascii="Courier New" w:hAnsi="Courier New"/>
          <w:color w:val="555555"/>
          <w:sz w:val="20"/>
        </w:rPr>
        <w:t>[5 . 140]</w:t>
      </w:r>
    </w:p>
    <w:p>
      <w:r>
        <w:rPr>
          <w:rFonts w:ascii="Gentium Plus" w:hAnsi="Gentium Plus"/>
          <w:sz w:val="24"/>
        </w:rPr>
        <w:t>Εὐεργετεῖν, εὖ ποιεῖν, χαρίζεσθαι, δωρεῖσθαι, διδόναι χάριν, εἰσφέρειν, προσεπεισφέρειν. εὐεργεσία, χάρις, δωρεά· τὸ γὰρ εὐποιία οὐ λίαν κέκριται, φιλοδωρίαν δ’ οὔπω παρὰ τοῖς κε‐ κριμένοις εὗρον. ὀνόματα δ’ εὐεργέτης εὐεργετικός, οὐ γὰρ καὶ</w:t>
      </w:r>
    </w:p>
    <w:p>
      <w:r>
        <w:rPr>
          <w:rFonts w:ascii="Courier New" w:hAnsi="Courier New"/>
          <w:color w:val="555555"/>
          <w:sz w:val="20"/>
        </w:rPr>
        <w:t>[5 . 141]</w:t>
      </w:r>
    </w:p>
    <w:p>
      <w:r>
        <w:rPr>
          <w:rFonts w:ascii="Gentium Plus" w:hAnsi="Gentium Plus"/>
          <w:sz w:val="24"/>
        </w:rPr>
        <w:t>εὐποιητικός, φιλόδωρος δὲ καὶ εὐχάριστος· ἐπὶ γὰρ τούτου τάττεται τοὔνομα, καὶ τὸ εὐχαριστεῖν ἐπὶ τοῦ διδόναι χάριν, οὐκ ἐπὶ τοῦ εἰδέ‐ ναι. ὁ μὲν οὖν ἀποστερῶν χάριν ἄχαρις καὶ ἀχάριστος ἂν ῥηθείη, ἀπάνθρωπος, ἀναίσθητος, ἄδικος, ἀγνώμων, ἀμνήμων,</w:t>
      </w:r>
    </w:p>
    <w:p>
      <w:r>
        <w:rPr>
          <w:rFonts w:ascii="Courier New" w:hAnsi="Courier New"/>
          <w:color w:val="555555"/>
          <w:sz w:val="20"/>
        </w:rPr>
        <w:t>[5]</w:t>
      </w:r>
    </w:p>
    <w:p>
      <w:r>
        <w:rPr>
          <w:rFonts w:ascii="Gentium Plus" w:hAnsi="Gentium Plus"/>
          <w:sz w:val="24"/>
        </w:rPr>
        <w:t>ἐπιλήσμων, ἔνοχος τοῖς τῆς ἀχαριστίας ἐπιτιμίοις· καὶ τὸ πρᾶγμα ἀναισθησία, ἀχαριστία, ἀδικία, ἀγνωμοσύνη καὶ ὡς Ἀντιφῶν (frg</w:t>
      </w:r>
    </w:p>
    <w:p>
      <w:r>
        <w:rPr>
          <w:rFonts w:ascii="Courier New" w:hAnsi="Courier New"/>
          <w:color w:val="555555"/>
          <w:sz w:val="20"/>
        </w:rPr>
        <w:t>[5 . 142]</w:t>
      </w:r>
    </w:p>
    <w:p>
      <w:r>
        <w:rPr>
          <w:rFonts w:ascii="Gentium Plus" w:hAnsi="Gentium Plus"/>
          <w:sz w:val="24"/>
        </w:rPr>
        <w:t>155 Bl) ἀποστέρησις· καὶ τὰ ἐπιρρήματα ἀχαρίστως, ἀναισθήτως, ἀδίκως, ἀγνωμόνως, ἐπιλησμόνως. τὸ δὲ δίκαιον εἶναι περὶ τοὺς εὐεργέτας εἰδέναι χάριν, γιγνώσκειν, ἐπίστασθαι, χάριν ἔχειν ὡς Ὑπερείδης (V 5 et 6) τε καὶ Λυσίας (XVI 1 XXIV 1. 27), διαλύειν</w:t>
      </w:r>
    </w:p>
    <w:p>
      <w:r>
        <w:rPr>
          <w:rFonts w:ascii="Courier New" w:hAnsi="Courier New"/>
          <w:color w:val="555555"/>
          <w:sz w:val="20"/>
        </w:rPr>
        <w:t>[5]</w:t>
      </w:r>
    </w:p>
    <w:p>
      <w:r>
        <w:rPr>
          <w:rFonts w:ascii="Gentium Plus" w:hAnsi="Gentium Plus"/>
          <w:sz w:val="24"/>
        </w:rPr>
        <w:t>χάριν, ἀποδιδόναι, ἀποτίνειν ἐκτίνειν, ἀπομνημονεύειν, ἀμείβεσθαι, ἀντεισφέρειν, ἀντευποιεῖν, ἀντευεργετεῖν, ἀντεπιμετρεῖν, ἀντεπι‐ μελεῖσθαι, ἀντικήδεσθαι, ἀντιχαρίζεσθαι, ἀντωφελεῖν, ἀντευνοεῖν, ἀν‐ τιφιλεῖν, ἀντιφιλοτιμεῖσθαι.</w:t>
      </w:r>
    </w:p>
    <w:p>
      <w:r>
        <w:rPr>
          <w:rFonts w:ascii="Courier New" w:hAnsi="Courier New"/>
          <w:color w:val="555555"/>
          <w:sz w:val="20"/>
        </w:rPr>
        <w:t>[5 . 143]</w:t>
      </w:r>
    </w:p>
    <w:p>
      <w:r>
        <w:rPr>
          <w:rFonts w:ascii="Gentium Plus" w:hAnsi="Gentium Plus"/>
          <w:sz w:val="24"/>
        </w:rPr>
        <w:t>Συμβόλαιον, συνάλλαγμα, κοινώνημα κοινωνία, ἐπαλλαγή· ἰδιωτῶν γὰρ τὸ συναλλαγή. συναλλάξαι, συμβαλεῖν, κοινωνῆσαι. εὐσύμβολος, ἀξιοκοινώνητος, ἀσύμβολος δυσσύμβολος, ἀκοινώνητος δυσκοινώνητος.</w:t>
      </w:r>
    </w:p>
    <w:p>
      <w:r>
        <w:rPr>
          <w:rFonts w:ascii="Courier New" w:hAnsi="Courier New"/>
          <w:color w:val="555555"/>
          <w:sz w:val="20"/>
        </w:rPr>
        <w:t>[5 . 144]</w:t>
      </w:r>
    </w:p>
    <w:p>
      <w:r>
        <w:rPr>
          <w:rFonts w:ascii="Gentium Plus" w:hAnsi="Gentium Plus"/>
          <w:sz w:val="24"/>
        </w:rPr>
        <w:t>Ἔμπειρος, ἐπιστήμων, ἐθάς, τρίβων, τετριμμένος περὶ ταῦτα, ἐντριβής· τὸ γὰρ περίτριμμα λοιδορία, ὁ δ’ εἰδήμων ἰδιωτικόν, ὁ δ’ ἴδμων ποιητικόν. βέλτιον δὲ τὸ εἰδὼς τῷ πράγματι χρῆσθαι, διὰ πείρας ἥκων, διὰ πείρας ἔχων, ἐν πείρᾳ γεγενημένος. τὰ δὲ</w:t>
      </w:r>
    </w:p>
    <w:p>
      <w:r>
        <w:rPr>
          <w:rFonts w:ascii="Courier New" w:hAnsi="Courier New"/>
          <w:color w:val="555555"/>
          <w:sz w:val="20"/>
        </w:rPr>
        <w:t>[5]</w:t>
      </w:r>
    </w:p>
    <w:p>
      <w:r>
        <w:rPr>
          <w:rFonts w:ascii="Gentium Plus" w:hAnsi="Gentium Plus"/>
          <w:sz w:val="24"/>
        </w:rPr>
        <w:t>πράγματα πεῖρα ἐμπειρία, ἐπιστήμη, ἔθος, τριβή, καὶ τὰ ῥήματα πεπειρᾶσθαι, ἐπίστασθαι, εἰδέναι, τετρῖφθαι ἐντετρῖφθαι, εἰθίσθαι, καὶ τὰ ἐπιρρήματα ἐμπείρως, ἐπιστημόνως, εἰθισμένως, ἐντετριμμένως,</w:t>
      </w:r>
    </w:p>
    <w:p>
      <w:r>
        <w:rPr>
          <w:rFonts w:ascii="Courier New" w:hAnsi="Courier New"/>
          <w:color w:val="555555"/>
          <w:sz w:val="20"/>
        </w:rPr>
        <w:t>[5 . 145]</w:t>
      </w:r>
    </w:p>
    <w:p>
      <w:r>
        <w:rPr>
          <w:rFonts w:ascii="Gentium Plus" w:hAnsi="Gentium Plus"/>
          <w:sz w:val="24"/>
        </w:rPr>
        <w:t>ἐντρεχῶς, τάχα καὶ εἰδότως· Ὅμηρος (Η 317 et saep) δ’ ἐπιστα‐ μένως λέγει. τὰ δ’ ἐναντία ἄπειρος, ἀνεπιστήμων, ἀήθης, ἀτρι‐ βής, ἀμαθής, ἄτριπτος πρὸς ταῦτα, ἀγνοῶν· Ἀντιφῶν (frg 142 Bl) δὲ καὶ ἀγνώμων λέγει. καὶ τὰ πράγματα ἀπειρία, ἀνεπιστημοσύνη,</w:t>
      </w:r>
    </w:p>
    <w:p>
      <w:r>
        <w:rPr>
          <w:rFonts w:ascii="Courier New" w:hAnsi="Courier New"/>
          <w:color w:val="555555"/>
          <w:sz w:val="20"/>
        </w:rPr>
        <w:t>[5]</w:t>
      </w:r>
    </w:p>
    <w:p>
      <w:r>
        <w:rPr>
          <w:rFonts w:ascii="Gentium Plus" w:hAnsi="Gentium Plus"/>
          <w:sz w:val="24"/>
        </w:rPr>
        <w:t>ἀήθεια, ἀμαθία, ἄγνοια, ἀγνωμοσύνη. ῥήματα δ’ οὐκ ἔστιν ἐξ αὐ‐ τῶν, πλὴν ἀγνοεῖν καὶ ἀγνωμονεῖν· τὸ γὰρ ἀηθεῖν σκληρόν, ὥσπερ τὸ ἀηθέσσειν ποιητικόν (Hom Κ 493), τὸ δ’ ἀμαθαίνειν ἄλλο τι. ἐπιρρήματα δ’ ἀπείρως, ἀνεπιστημόνως, ἀτριβῶς, ἀηθῶς, ἀμαθῶς· τὸ δ’ ἀγνώστως καὶ ἀγνωμόνως κοινὰ καὶ πρὸς ἕτερα.</w:t>
      </w:r>
    </w:p>
    <w:p>
      <w:r>
        <w:rPr>
          <w:rFonts w:ascii="Courier New" w:hAnsi="Courier New"/>
          <w:color w:val="555555"/>
          <w:sz w:val="20"/>
        </w:rPr>
        <w:t>[5 . 146]</w:t>
      </w:r>
    </w:p>
    <w:p>
      <w:r>
        <w:rPr>
          <w:rFonts w:ascii="Gentium Plus" w:hAnsi="Gentium Plus"/>
          <w:sz w:val="24"/>
        </w:rPr>
        <w:t>Σιωπᾶν ἀπόρρητα, σιγᾶν, κρύπτειν συγκρύπτειν κατακρύπτειν ἀποκρύπτειν ἐπικρύπτεσθαι, τηρεῖν, συμφυλάττειν, συμπράττειν, ἀφθεγκτεῖν, συσκιάζειν, στέγειν. καὶ τὰ ὀνόματα σιωπηλός, σιγηλός, φυλακτικός, ἄφθογγος, στεκτικὸς στεγανός. μετοχαὶ δ’ ἀπὸ πάν‐</w:t>
      </w:r>
    </w:p>
    <w:p>
      <w:r>
        <w:rPr>
          <w:rFonts w:ascii="Courier New" w:hAnsi="Courier New"/>
          <w:color w:val="555555"/>
          <w:sz w:val="20"/>
        </w:rPr>
        <w:t>[5]</w:t>
      </w:r>
    </w:p>
    <w:p>
      <w:r>
        <w:rPr>
          <w:rFonts w:ascii="Gentium Plus" w:hAnsi="Gentium Plus"/>
          <w:sz w:val="24"/>
        </w:rPr>
        <w:t>των. καὶ τὰ ἀπόρρητα, τὰ σιωπώμενα, τὰ σιγώμενα, τὰ κρυπτά,</w:t>
      </w:r>
    </w:p>
    <w:p>
      <w:r>
        <w:rPr>
          <w:rFonts w:ascii="Courier New" w:hAnsi="Courier New"/>
          <w:color w:val="555555"/>
          <w:sz w:val="20"/>
        </w:rPr>
        <w:t>[5 . 147]</w:t>
      </w:r>
    </w:p>
    <w:p>
      <w:r>
        <w:rPr>
          <w:rFonts w:ascii="Gentium Plus" w:hAnsi="Gentium Plus"/>
          <w:sz w:val="24"/>
        </w:rPr>
        <w:t>τὰ κρυπτόμενα, τὰ ἄρρητα, τὰ σιωπῆς ἄξια, τὰ ἄφθεγκτα, τὰ ἀνέκφορα, τὰ λανθάνοντα, τὰ συσκιαζόμενα, τὰ στεγόμενα. καὶ σιω‐ πηλῶς, σιγηλῶς, φυλακτικῶς, ἀφθεγκτί, στεκτικῶς στεγανῶς. τὸ δ’ ἐναντίον ἐκλαλεῖν, ἐξαγορεύειν, ἐκφαίνειν, ἐκλέγειν, ἐκφέρειν</w:t>
      </w:r>
    </w:p>
    <w:p>
      <w:r>
        <w:rPr>
          <w:rFonts w:ascii="Courier New" w:hAnsi="Courier New"/>
          <w:color w:val="555555"/>
          <w:sz w:val="20"/>
        </w:rPr>
        <w:t>[5]</w:t>
      </w:r>
    </w:p>
    <w:p>
      <w:r>
        <w:rPr>
          <w:rFonts w:ascii="Gentium Plus" w:hAnsi="Gentium Plus"/>
          <w:sz w:val="24"/>
        </w:rPr>
        <w:t>διαφέρειν, ἔκφορα ποιεῖν, ἔκπυστα, ἔκφαντα. ἀφ’ ὧν ὀνόματα μὲν οὐκ ἔστιν εἰ μὴ ἄρα ὁ λάλος, οὐδ’ ἐπίρρημα, πρᾶγμα δὲ μόνον</w:t>
      </w:r>
    </w:p>
    <w:p>
      <w:r>
        <w:rPr>
          <w:rFonts w:ascii="Courier New" w:hAnsi="Courier New"/>
          <w:color w:val="555555"/>
          <w:sz w:val="20"/>
        </w:rPr>
        <w:t>[5 . 148]</w:t>
      </w:r>
    </w:p>
    <w:p>
      <w:r>
        <w:rPr>
          <w:rFonts w:ascii="Gentium Plus" w:hAnsi="Gentium Plus"/>
          <w:sz w:val="24"/>
        </w:rPr>
        <w:t>Προΐσχεσθαι, προτείνειν, προκαλεῖσθαι, προτείνεσθαι, προ‐ βάλλεσθαι ἀξιοῦν. πρᾶγμα δ’ οὐκ ἔστι τούτων ἴδιον ὅτι μὴ πρό‐ κλησις· τάχα δὲ καὶ ἀξίωσις. οὐδ’ ἐπίρρημα, οὐδ’ ὄνομα, ἀλλὰ με‐ τοχαί, προτείνων προτεινόμενος, προϊσχόμενος, προβαλλόμενος,</w:t>
      </w:r>
    </w:p>
    <w:p>
      <w:r>
        <w:rPr>
          <w:rFonts w:ascii="Courier New" w:hAnsi="Courier New"/>
          <w:color w:val="555555"/>
          <w:sz w:val="20"/>
        </w:rPr>
        <w:t>[5]</w:t>
      </w:r>
    </w:p>
    <w:p>
      <w:r>
        <w:rPr>
          <w:rFonts w:ascii="Gentium Plus" w:hAnsi="Gentium Plus"/>
          <w:sz w:val="24"/>
        </w:rPr>
        <w:t>ἀξιῶν, προκαλούμενος.</w:t>
      </w:r>
    </w:p>
    <w:p>
      <w:r>
        <w:rPr>
          <w:rFonts w:ascii="Courier New" w:hAnsi="Courier New"/>
          <w:color w:val="555555"/>
          <w:sz w:val="20"/>
        </w:rPr>
        <w:t>[5 . 149]</w:t>
      </w:r>
    </w:p>
    <w:p>
      <w:r>
        <w:rPr>
          <w:rFonts w:ascii="Gentium Plus" w:hAnsi="Gentium Plus"/>
          <w:sz w:val="24"/>
        </w:rPr>
        <w:t>Γράμματα ἐν στήλαις ἐγγεγραμμένα, ἐγκεχαραγμένα, ἐγκε‐ κολαμμένα, ἐνσεσημασμένα, ἐντετυπωμένα, ἐγκείμενα, ἐναποκείμενα ἐγκατακείμενα, ἐμπεποιημένα, ἐνειργασμένα, ἐνόντα, ἐγγεγλυμμένα. καὶ ἐγγράψας, ἐγχαράξας, ἐγκολάψας, ἐνσημηνάμενος, ἐγκόψας, ἐγ‐</w:t>
      </w:r>
    </w:p>
    <w:p>
      <w:r>
        <w:rPr>
          <w:rFonts w:ascii="Courier New" w:hAnsi="Courier New"/>
          <w:color w:val="555555"/>
          <w:sz w:val="20"/>
        </w:rPr>
        <w:t>[5]</w:t>
      </w:r>
    </w:p>
    <w:p>
      <w:r>
        <w:rPr>
          <w:rFonts w:ascii="Gentium Plus" w:hAnsi="Gentium Plus"/>
          <w:sz w:val="24"/>
        </w:rPr>
        <w:t>γλύψας, ἐνθείς, ἐνεργασάμενος, ἐγκαταθέμενος, ἐμποιήσας, ἐντυπώ‐</w:t>
      </w:r>
    </w:p>
    <w:p>
      <w:r>
        <w:rPr>
          <w:rFonts w:ascii="Courier New" w:hAnsi="Courier New"/>
          <w:color w:val="555555"/>
          <w:sz w:val="20"/>
        </w:rPr>
        <w:t>[5 . 150]</w:t>
      </w:r>
    </w:p>
    <w:p>
      <w:r>
        <w:rPr>
          <w:rFonts w:ascii="Gentium Plus" w:hAnsi="Gentium Plus"/>
          <w:sz w:val="24"/>
        </w:rPr>
        <w:t>σας ἐντυπωσάμενος, κοιλάνας, βαθύνας. καὶ τὰ μὲν ὑπέργεια, ἐπι‐ φανῆ, ἔκδηλα πρόδηλα ἐπίδηλα, ἐπίσημα, θεατά εὐθέατα—τὸ γὰρ εὔσημα εὐτελές—τὰ δ’ ὑπόγεια, ἀφανῆ, ἄδηλα, τὰ δὲ χρόνια, ἀρχαῖα παναρχαῖα, παλαιά παμπάλαια, ἄσημα, ἀσαφῆ, συγκε‐</w:t>
      </w:r>
    </w:p>
    <w:p>
      <w:r>
        <w:rPr>
          <w:rFonts w:ascii="Courier New" w:hAnsi="Courier New"/>
          <w:color w:val="555555"/>
          <w:sz w:val="20"/>
        </w:rPr>
        <w:t>[5]</w:t>
      </w:r>
    </w:p>
    <w:p>
      <w:r>
        <w:rPr>
          <w:rFonts w:ascii="Gentium Plus" w:hAnsi="Gentium Plus"/>
          <w:sz w:val="24"/>
        </w:rPr>
        <w:t>χυμένα, ἀμυδρά, ἀμαυρά, ἐξίτηλα, ἀθέατα δυσθέατα, δύσγνωστα ἄγνω‐ στα, δυσγνώριστα ἀγνώριστα, ἀτέκμαρτα, δυσόρατα ἀνόρατα ἀδιόρατα, κατερρυηκότα ἐξερρυηκότα διερρυηκότα, δυσσύμβολα ἀξύμβολα, δυσείκαστα, ὕποπτα ἀνύποπτα.</w:t>
      </w:r>
    </w:p>
    <w:p>
      <w:r>
        <w:rPr>
          <w:rFonts w:ascii="Courier New" w:hAnsi="Courier New"/>
          <w:color w:val="555555"/>
          <w:sz w:val="20"/>
        </w:rPr>
        <w:t>[5 . 151]</w:t>
      </w:r>
    </w:p>
    <w:p>
      <w:r>
        <w:rPr>
          <w:rFonts w:ascii="Gentium Plus" w:hAnsi="Gentium Plus"/>
          <w:sz w:val="24"/>
        </w:rPr>
        <w:t>Διακορής εἰμι αὐτοῦ, ὑπερκορής κατακορής, εἰς κόρον ἦλθον, διάκορός εἰμι, κατάκορος, πέρα κόρου προελήλυθα, πλήρης εἰμί, μεστός, ἔμπλεως ὑπέρπλεως ἀνάπλεως κατάπλεώς εἰμι, ἐμ‐ πέπλησμαι, κεκόρεσμαι, διακόρως ἔχω, κατακόρως ὑπερκόρως, ἐν</w:t>
      </w:r>
    </w:p>
    <w:p>
      <w:r>
        <w:rPr>
          <w:rFonts w:ascii="Courier New" w:hAnsi="Courier New"/>
          <w:color w:val="555555"/>
          <w:sz w:val="20"/>
        </w:rPr>
        <w:t>[5]</w:t>
      </w:r>
    </w:p>
    <w:p>
      <w:r>
        <w:rPr>
          <w:rFonts w:ascii="Gentium Plus" w:hAnsi="Gentium Plus"/>
          <w:sz w:val="24"/>
        </w:rPr>
        <w:t>πλησμονῇ εἰμί, προσίσταταί μοι. Ἀναμφίβολον, ἀναμφίλογον ἀναμφίλεκτον, ἀναντίλεκτον,</w:t>
      </w:r>
    </w:p>
    <w:p>
      <w:r>
        <w:rPr>
          <w:rFonts w:ascii="Courier New" w:hAnsi="Courier New"/>
          <w:color w:val="555555"/>
          <w:sz w:val="20"/>
        </w:rPr>
        <w:t>[5 . 152]</w:t>
      </w:r>
    </w:p>
    <w:p>
      <w:r>
        <w:rPr>
          <w:rFonts w:ascii="Gentium Plus" w:hAnsi="Gentium Plus"/>
          <w:sz w:val="24"/>
        </w:rPr>
        <w:t>βέβαιον, ἀνενδοίαστον, ἀναμφισβήτητον, ἀναντίρρητον, πάγιον. καὶ τὰ ἐπιρρήματα ἀναμφιλόγως, ἀναμφιβόλως, ἀναμφιλέκτως ἀναντιλέκτως, βεβαίως, ἀνενδοιάστως, ἀναμφισβητήτως, ἀναντιρρή‐ τως, παγίως. καὶ λέγοιτ’ ἂν ἐπὶ τούτου οἶδα, εὖ οἶδα, ἐπίσταμαι,</w:t>
      </w:r>
    </w:p>
    <w:p>
      <w:r>
        <w:rPr>
          <w:rFonts w:ascii="Courier New" w:hAnsi="Courier New"/>
          <w:color w:val="555555"/>
          <w:sz w:val="20"/>
        </w:rPr>
        <w:t>[5]</w:t>
      </w:r>
    </w:p>
    <w:p>
      <w:r>
        <w:rPr>
          <w:rFonts w:ascii="Gentium Plus" w:hAnsi="Gentium Plus"/>
          <w:sz w:val="24"/>
        </w:rPr>
        <w:t>πείθομαι πέπεισμαι ὑπερπέπεισμαι, πεπίστευκα, διεγγυῶμαι, διαβε‐ βαιοῦμαι, διισχυρίζομαι, διορίζομαι, διατείνομαι, διηκριβωσάμην, ἐπι‐</w:t>
      </w:r>
    </w:p>
    <w:p>
      <w:r>
        <w:rPr>
          <w:rFonts w:ascii="Courier New" w:hAnsi="Courier New"/>
          <w:color w:val="555555"/>
          <w:sz w:val="20"/>
        </w:rPr>
        <w:t>[5 . 153]</w:t>
      </w:r>
    </w:p>
    <w:p>
      <w:r>
        <w:rPr>
          <w:rFonts w:ascii="Gentium Plus" w:hAnsi="Gentium Plus"/>
          <w:sz w:val="24"/>
        </w:rPr>
        <w:t>στωσάμην, ἀκριβολογοῦμαι· τὸ γὰρ ἀκριβάζω ἀπειρόκαλον. ἀπὸ δὲ τοῦ ἐναντίου πρᾶγμα μέν ἐστι τὸ ἀμφίβολον, ἀπαγὲς καὶ ἀβέ‐ βαιον, καὶ ‘ὅρος οὐκ ἀντίλεκτοσ‘ παρὰ Θουκυδίδῃ (IV 92. 4), καὶ καθ’ ἕτερον σχῆμα ἀντιλογία καὶ ἐνδοιασμὸς καὶ ἀμφισβήτησις· οὐ</w:t>
      </w:r>
    </w:p>
    <w:p>
      <w:r>
        <w:rPr>
          <w:rFonts w:ascii="Courier New" w:hAnsi="Courier New"/>
          <w:color w:val="555555"/>
          <w:sz w:val="20"/>
        </w:rPr>
        <w:t>[5]</w:t>
      </w:r>
    </w:p>
    <w:p>
      <w:r>
        <w:rPr>
          <w:rFonts w:ascii="Gentium Plus" w:hAnsi="Gentium Plus"/>
          <w:sz w:val="24"/>
        </w:rPr>
        <w:t>γὰρ καὶ ἀντίρρησις. ἐπίρρημα δὲ μόνον τὸ ἀμφιβόλως. ῥήματα δ’ ἀμφιβάλλω, ἀπιστῶ, ὑποπτεύω, ἐνδοιάζω, ἀμφιγνοῶ, ἀντιλέγω, ἀμφισβητῶ, διαπορῶ, εἰκάζω, τεκμαίρομαι, ὑφορῶμαι, ὑπονοῶ, δι‐ στάζω ὡς Πλάτων (Soph 235 A saep).</w:t>
      </w:r>
    </w:p>
    <w:p>
      <w:r>
        <w:rPr>
          <w:rFonts w:ascii="Courier New" w:hAnsi="Courier New"/>
          <w:color w:val="555555"/>
          <w:sz w:val="20"/>
        </w:rPr>
        <w:t>[5 . 154]</w:t>
      </w:r>
    </w:p>
    <w:p>
      <w:r>
        <w:rPr>
          <w:rFonts w:ascii="Gentium Plus" w:hAnsi="Gentium Plus"/>
          <w:sz w:val="24"/>
        </w:rPr>
        <w:t>Ἑρμηνεὺς καὶ ἑρμηνευτής, γλῶτταν συμβάλλων, γλῶτταν ὑποκρινόμενος, γλώττης ὑποκριτής, γλώττης συμβολεύς, γλώττης μεταβολεύς, γλώττης μηνυτής, γλώττης ἀλλοτρίας ἐπιστήμων, δί‐ γλωττος δίφωνος, πολύγλωττος πολύφωνος. διαμηνύων τὴν φω‐</w:t>
      </w:r>
    </w:p>
    <w:p>
      <w:r>
        <w:rPr>
          <w:rFonts w:ascii="Courier New" w:hAnsi="Courier New"/>
          <w:color w:val="555555"/>
          <w:sz w:val="20"/>
        </w:rPr>
        <w:t>[5]</w:t>
      </w:r>
    </w:p>
    <w:p>
      <w:r>
        <w:rPr>
          <w:rFonts w:ascii="Gentium Plus" w:hAnsi="Gentium Plus"/>
          <w:sz w:val="24"/>
        </w:rPr>
        <w:t>νήν, ἐκμηνύων, διαγγέλλων, ἑρμηνεύων ἀφερμηνεύων, μεταβάλλων μεταφέρων μεταπλάττων, ἀφελληνίζων, διαφέρων. τὰ δὲ πρά‐ γματα ἑρμηνεία, μήνυσις, μεταβολή, ἑρμήνευσις, ἐξήγησις, μετα‐ φορά διαφορά, ὑπόκρισις.</w:t>
      </w:r>
    </w:p>
    <w:p>
      <w:r>
        <w:rPr>
          <w:rFonts w:ascii="Courier New" w:hAnsi="Courier New"/>
          <w:color w:val="555555"/>
          <w:sz w:val="20"/>
        </w:rPr>
        <w:t>[5 . 155]</w:t>
      </w:r>
    </w:p>
    <w:p>
      <w:r>
        <w:rPr>
          <w:rFonts w:ascii="Gentium Plus" w:hAnsi="Gentium Plus"/>
          <w:sz w:val="24"/>
        </w:rPr>
        <w:t>Εἶμι, ἥξω, ἀφίξομαι, παρέσομαι παραγενήσομαι. ἀπαντή‐ σομαι, ἐπάνειμι ἐπανήξω· τὸ γὰρ ἐλεύσομαι Ὅμηρος (Ζ 365 saep) μὲν εἴρηκεν, τῶν δὲ καταλογάδην οὐχ οἱ κεκριμένοι. πρᾶγμα δ’ ἄφιξις καὶ παρουσία. οὐ μὴν ἐπίρρημα οὐδ’ ὄνομα, ἀλλὰ μετοχαί.</w:t>
      </w:r>
    </w:p>
    <w:p>
      <w:r>
        <w:rPr>
          <w:rFonts w:ascii="Courier New" w:hAnsi="Courier New"/>
          <w:color w:val="555555"/>
          <w:sz w:val="20"/>
        </w:rPr>
        <w:t>[5 . 156]</w:t>
      </w:r>
    </w:p>
    <w:p>
      <w:r>
        <w:rPr>
          <w:rFonts w:ascii="Gentium Plus" w:hAnsi="Gentium Plus"/>
          <w:sz w:val="24"/>
        </w:rPr>
        <w:t>Ποιῶ, πράττω, διοικῶ εὖ διοικῶ διοικοῦμαι, διαπράττομαι, ἐργάζομαι ἐξεργάζομαι, διατίθεμαι, διοικονομῶ, διαχειρίζω. δια‐ χειρίζομαι μεταχειρίζομαι. καὶ τὰ πράγματα ποίησις, πρᾶξις, διοίκησις, ἐργασία, διάθεσις, διαχείρισις μεταχείρισις. τὰ δ’ ὀνό‐</w:t>
      </w:r>
    </w:p>
    <w:p>
      <w:r>
        <w:rPr>
          <w:rFonts w:ascii="Courier New" w:hAnsi="Courier New"/>
          <w:color w:val="555555"/>
          <w:sz w:val="20"/>
        </w:rPr>
        <w:t>[5]</w:t>
      </w:r>
    </w:p>
    <w:p>
      <w:r>
        <w:rPr>
          <w:rFonts w:ascii="Gentium Plus" w:hAnsi="Gentium Plus"/>
          <w:sz w:val="24"/>
        </w:rPr>
        <w:t>ματα καὶ τὰ ἐπιρρήματα κοινὰ καὶ πρὸς ἕτερα.</w:t>
      </w:r>
    </w:p>
    <w:p>
      <w:r>
        <w:rPr>
          <w:rFonts w:ascii="Courier New" w:hAnsi="Courier New"/>
          <w:color w:val="555555"/>
          <w:sz w:val="20"/>
        </w:rPr>
        <w:t>[5 . 157]</w:t>
      </w:r>
    </w:p>
    <w:p>
      <w:r>
        <w:rPr>
          <w:rFonts w:ascii="Gentium Plus" w:hAnsi="Gentium Plus"/>
          <w:sz w:val="24"/>
        </w:rPr>
        <w:t>Ἴσον, ἰσάριθμον, ἰσοπληθές, ἰσοτελές, ἰσόμηκες, ἰσομέγεθες, ἰσο‐ μέτρητον, ἰσοστάσιον, ἰσόσταθμον, ἰσόνομον, ἰσότιμον. καὶ κατ’ ἄλλο χρείας εἶδος ὅμοιον, ἐοικός, ἀντίπαλον ἰσόπαλον ἰσοπαλές, ἰσοκρατές, ἐνάμιλλον ἐφάμιλλον· τὸ γὰρ ἀγχώμαλον, εἰ καὶ Θου‐</w:t>
      </w:r>
    </w:p>
    <w:p>
      <w:r>
        <w:rPr>
          <w:rFonts w:ascii="Courier New" w:hAnsi="Courier New"/>
          <w:color w:val="555555"/>
          <w:sz w:val="20"/>
        </w:rPr>
        <w:t>[5]</w:t>
      </w:r>
    </w:p>
    <w:p>
      <w:r>
        <w:rPr>
          <w:rFonts w:ascii="Gentium Plus" w:hAnsi="Gentium Plus"/>
          <w:sz w:val="24"/>
        </w:rPr>
        <w:t>κυδίδης (III 49 saep) εἶπε, τραχύ.</w:t>
      </w:r>
    </w:p>
    <w:p>
      <w:r>
        <w:rPr>
          <w:rFonts w:ascii="Courier New" w:hAnsi="Courier New"/>
          <w:color w:val="555555"/>
          <w:sz w:val="20"/>
        </w:rPr>
        <w:t>[5 . 158]</w:t>
      </w:r>
    </w:p>
    <w:p>
      <w:r>
        <w:rPr>
          <w:rFonts w:ascii="Gentium Plus" w:hAnsi="Gentium Plus"/>
          <w:sz w:val="24"/>
        </w:rPr>
        <w:t>Κλέος, δόξα, φήμη, ὄνομα, εὐφημία πολυφημία, λαμπρότης,</w:t>
      </w:r>
    </w:p>
    <w:p>
      <w:r>
        <w:rPr>
          <w:rFonts w:ascii="Courier New" w:hAnsi="Courier New"/>
          <w:color w:val="555555"/>
          <w:sz w:val="20"/>
        </w:rPr>
        <w:t>[5]</w:t>
      </w:r>
    </w:p>
    <w:p>
      <w:r>
        <w:rPr>
          <w:rFonts w:ascii="Gentium Plus" w:hAnsi="Gentium Plus"/>
          <w:sz w:val="24"/>
        </w:rPr>
        <w:t>βόητος διαβόητος, περίφημος, ἀείμνηστος, ἀκμάζων δόξῃ, εὐθηνού‐</w:t>
      </w:r>
    </w:p>
    <w:p>
      <w:r>
        <w:rPr>
          <w:rFonts w:ascii="Courier New" w:hAnsi="Courier New"/>
          <w:color w:val="555555"/>
          <w:sz w:val="20"/>
        </w:rPr>
        <w:t>[5 . 159]</w:t>
      </w:r>
    </w:p>
    <w:p>
      <w:r>
        <w:rPr>
          <w:rFonts w:ascii="Gentium Plus" w:hAnsi="Gentium Plus"/>
          <w:sz w:val="24"/>
        </w:rPr>
        <w:t>μενος, ὀνόματι γνώριμος. τὰ δ’ ἐπιρρήματα εὐκλεῶς, ἐνδόξως, ὀνομαστῶς, εὐφήμως, εὐδοκίμως, ζηλωτῶς, λαμπρῶς, ἐκφανῶς ἐπι‐ φανῶς, περιβλέπτως, περιβοήτως, γνωρίμως. τὰ δὲ ῥήματα εὐ‐ δοκιμεῖν, εὐδοξεῖν, λαμπρύνεσθαι, ἀκμάζειν δόξῃ, εὐθηνεῖν, διωνομά‐</w:t>
      </w:r>
    </w:p>
    <w:p>
      <w:r>
        <w:rPr>
          <w:rFonts w:ascii="Courier New" w:hAnsi="Courier New"/>
          <w:color w:val="555555"/>
          <w:sz w:val="20"/>
        </w:rPr>
        <w:t>[5]</w:t>
      </w:r>
    </w:p>
    <w:p>
      <w:r>
        <w:rPr>
          <w:rFonts w:ascii="Gentium Plus" w:hAnsi="Gentium Plus"/>
          <w:sz w:val="24"/>
        </w:rPr>
        <w:t>σθαι, ἀποβλέπεσθαι. ἐκ δὲ τῶν ἐναντίων ἄδοξος, ἀκλεής δυσ‐ κλεής, ἀνώνυμος, ἀφανής, ἀγνώριστος ἄγνωστος, ἀδόκιμος, ἀζήλω‐</w:t>
      </w:r>
    </w:p>
    <w:p>
      <w:r>
        <w:rPr>
          <w:rFonts w:ascii="Courier New" w:hAnsi="Courier New"/>
          <w:color w:val="555555"/>
          <w:sz w:val="20"/>
        </w:rPr>
        <w:t>[5 . 160]</w:t>
      </w:r>
    </w:p>
    <w:p>
      <w:r>
        <w:rPr>
          <w:rFonts w:ascii="Gentium Plus" w:hAnsi="Gentium Plus"/>
          <w:sz w:val="24"/>
        </w:rPr>
        <w:t>τος· ἐπιβόητος δὲ καὶ ἐπίρρητος καὶ ἐπίψογος· καὶ τὰ πράγματα ἀδοξία κακοδοξία, δύσκλεια, δυσφημία, ἀγνωσία, καταβοὴ ὡς Θου‐ κυδίδης (I 73 saep). καὶ τὰ ἐπιρρήματα ἀδόξως, ἀκλεῶς δυσκλεῶς, δυσωνύμως ἀνωνύμως, ἀφανῶς, δυσγνωρίστως ἀγνώστως, ἀδο‐</w:t>
      </w:r>
    </w:p>
    <w:p>
      <w:r>
        <w:rPr>
          <w:rFonts w:ascii="Courier New" w:hAnsi="Courier New"/>
          <w:color w:val="555555"/>
          <w:sz w:val="20"/>
        </w:rPr>
        <w:t>[5]</w:t>
      </w:r>
    </w:p>
    <w:p>
      <w:r>
        <w:rPr>
          <w:rFonts w:ascii="Gentium Plus" w:hAnsi="Gentium Plus"/>
          <w:sz w:val="24"/>
        </w:rPr>
        <w:t>κίμως, ἀζηλώτως, ἐπιβοήτως, ἐπιρρήτως. ῥῆμα δὲ μόνον τὸ ἀδο‐ ξεῖν· τὰ δὲ λοιπὰ σὺν τῷ εἶναι ῥητέον, ἀνώνυμον εἶναι, ἀκλεᾶ εἶναι.</w:t>
      </w:r>
    </w:p>
    <w:p>
      <w:r>
        <w:rPr>
          <w:rFonts w:ascii="Courier New" w:hAnsi="Courier New"/>
          <w:color w:val="555555"/>
          <w:sz w:val="20"/>
        </w:rPr>
        <w:t>[5 . 161]</w:t>
      </w:r>
    </w:p>
    <w:p>
      <w:r>
        <w:rPr>
          <w:rFonts w:ascii="Gentium Plus" w:hAnsi="Gentium Plus"/>
          <w:sz w:val="24"/>
        </w:rPr>
        <w:t>Φιλοπαίκτης φιλοπαίγμων, φιλοπαίσμων, φιλοπαίστης, φιλό‐ γελως, φιλογελοιαστής· καὶ ἑτέρας εἶναι χρείας κομψός χαρίεις στω‐ μύλος, καὶ ἄλλης φιλοσκώμμων εὐσκώμμων σκωπτικός, τωθαστικός. καὶ τὰ ἐπιρρήματα φιλοπαιγμόνως, γελοίως, κομψῶς, χαριέντως,</w:t>
      </w:r>
    </w:p>
    <w:p>
      <w:r>
        <w:rPr>
          <w:rFonts w:ascii="Courier New" w:hAnsi="Courier New"/>
          <w:color w:val="555555"/>
          <w:sz w:val="20"/>
        </w:rPr>
        <w:t>[5]</w:t>
      </w:r>
    </w:p>
    <w:p>
      <w:r>
        <w:rPr>
          <w:rFonts w:ascii="Gentium Plus" w:hAnsi="Gentium Plus"/>
          <w:sz w:val="24"/>
        </w:rPr>
        <w:t>στωμύλως, φιλοσκωμμόνως εὐσκωμμόνως σκωπτικῶς, τωθαστικῶς. τὰ δὲ πράγματα φιλοπαιγμοσύνη, παιδιά, γέλως, κομψεία, χαριεν‐ τισμός, στωμυλία, φιλοσκωμμοσύνη εὐσκωμμοσύνη σκῶμμα, τωθα‐ σμός. ῥήματα δὲ παίζειν, γελᾶν, γελοιάζειν, κομψεύεσθαι, χαριεν‐ τίζεσθαι, στωμύλλεσθαι, σκώπτειν, τωθάζειν.</w:t>
      </w:r>
    </w:p>
    <w:p>
      <w:r>
        <w:rPr>
          <w:rFonts w:ascii="Courier New" w:hAnsi="Courier New"/>
          <w:color w:val="555555"/>
          <w:sz w:val="20"/>
        </w:rPr>
        <w:t>[5 . 162]</w:t>
      </w:r>
    </w:p>
    <w:p>
      <w:r>
        <w:rPr>
          <w:rFonts w:ascii="Gentium Plus" w:hAnsi="Gentium Plus"/>
          <w:sz w:val="24"/>
        </w:rPr>
        <w:t>Ἐπὶ τοῦ μηδενὸς ἀξίου εὔωνος, οὐδεὶς οὐδαμόθεν, εὐτελής, τοῦ μηδενὸς τίμιος, ὃν πολλοῦ ἄν τις ἡγήσαιτο τοῦ μηδενός, ἀνε‐ μιαῖος, εὐκαταφρόνητος, κατάπτυστος ἀπόπτυστος, οὐδὲ τοῦ τυχόν‐ τος ἄξιος, οὐδὲ τοῦ προστυχόντος, παντὸς ὤνιος, φθόρος, οὗ τὸ</w:t>
      </w:r>
    </w:p>
    <w:p>
      <w:r>
        <w:rPr>
          <w:rFonts w:ascii="Courier New" w:hAnsi="Courier New"/>
          <w:color w:val="555555"/>
          <w:sz w:val="20"/>
        </w:rPr>
        <w:t>[5 . 163]</w:t>
      </w:r>
    </w:p>
    <w:p>
      <w:r>
        <w:rPr>
          <w:rFonts w:ascii="Gentium Plus" w:hAnsi="Gentium Plus"/>
          <w:sz w:val="24"/>
        </w:rPr>
        <w:t>μηδὲν τιμιώτερον, ὄλεθρος, κάθαρμα, περίτριμμα, ἀπερριμμέ‐ νος, ἐπευωνισμένος, ἀγνώριστος ἄσημος, ἀνώνυμος, ἄδοξος, ἀφα‐ νής, ‘ὃν οἰωνίσαιτ’ ἄν τις,‘ ἄδηλος, ἄπορος, κακοδαίμων, ἄθλιος, ἀντ’ οὐδενός, ἄτιμος ἠτιμωμένος, ταπεινός, δύστηνος ἀνδράποδον,</w:t>
      </w:r>
    </w:p>
    <w:p>
      <w:r>
        <w:rPr>
          <w:rFonts w:ascii="Courier New" w:hAnsi="Courier New"/>
          <w:color w:val="555555"/>
          <w:sz w:val="20"/>
        </w:rPr>
        <w:t>[5]</w:t>
      </w:r>
    </w:p>
    <w:p>
      <w:r>
        <w:rPr>
          <w:rFonts w:ascii="Gentium Plus" w:hAnsi="Gentium Plus"/>
          <w:sz w:val="24"/>
        </w:rPr>
        <w:t>αἰσχύνη τῶν συνόντων, τῶν εἰς αὐτὸν ἰόντων ὄνειδος, ἀνδραποδώδης, εἰκαῖος, συρφετός, εὐωνότερος τῶν ἀποκεκηρυγμένων ὠνίων, τῶν ἐν ταῖς τριόδοις καθαρμάτων ἐκβλητότερος, κοπρίων ἐκβλητότερος, εἰ δεῖ καθ’ Ἡράκλειτον (frg 85 Byw) λέγειν, τῶν ὀξυθυμίων ἀτιμό‐</w:t>
      </w:r>
    </w:p>
    <w:p>
      <w:r>
        <w:rPr>
          <w:rFonts w:ascii="Courier New" w:hAnsi="Courier New"/>
          <w:color w:val="555555"/>
          <w:sz w:val="20"/>
        </w:rPr>
        <w:t>[5 . 164]</w:t>
      </w:r>
    </w:p>
    <w:p>
      <w:r>
        <w:rPr>
          <w:rFonts w:ascii="Gentium Plus" w:hAnsi="Gentium Plus"/>
          <w:sz w:val="24"/>
        </w:rPr>
        <w:t>τερος. χρὴ δ’ οὐδὲν θαυμάζειν εἴ τινα τοιαῦτα ὀνόματα ἐπὶ πλει‐ όνων σημαινομένων λέγομεν. ὥσπερ γὰρ ἔστι πλείω ταὐτὸν σημαί‐ νοντα, οὕτως ἔνια ἐπὶ πολλοῖς τάττεται, καθάπερ εἰ φαίης τὸν σο‐ φόν· ἐπὶ γὰρ μυρίων ἂν τάττοιτο τῶν κατὰ σοφίαν τι δρώντων,</w:t>
      </w:r>
    </w:p>
    <w:p>
      <w:r>
        <w:rPr>
          <w:rFonts w:ascii="Courier New" w:hAnsi="Courier New"/>
          <w:color w:val="555555"/>
          <w:sz w:val="20"/>
        </w:rPr>
        <w:t>[5]</w:t>
      </w:r>
    </w:p>
    <w:p>
      <w:r>
        <w:rPr>
          <w:rFonts w:ascii="Gentium Plus" w:hAnsi="Gentium Plus"/>
          <w:sz w:val="24"/>
        </w:rPr>
        <w:t>ὅπου γε καὶ τέκτονι σοφίαν Ὅμηρος (Ο 412) ἐπωνόμασεν. ὁ δὲ βαρὺς εἴη ἂν καὶ ὁ βίαιος καὶ ὁ ἀλαζὼν καὶ ὁ στάσιμος, ὥσπερ καὶ ὁ ἀπόπληκτος ὅ τε μαινόμενος καὶ ὁ ἀνόητος καὶ ὁ νοσῶν. καὶ πολλὰ ἂν καὶ τῶν ἄλλων τοιαῦτα εἴποι τις ἐπεξιών.</w:t>
      </w:r>
    </w:p>
    <w:p>
      <w:r>
        <w:rPr>
          <w:rFonts w:ascii="Courier New" w:hAnsi="Courier New"/>
          <w:color w:val="555555"/>
          <w:sz w:val="20"/>
        </w:rPr>
        <w:t>[5 . 165]</w:t>
      </w:r>
    </w:p>
    <w:p>
      <w:r>
        <w:rPr>
          <w:rFonts w:ascii="Gentium Plus" w:hAnsi="Gentium Plus"/>
          <w:sz w:val="24"/>
        </w:rPr>
        <w:t>Βούλομαι, ἐθέλω θέλω, προαιροῦμαι, ἐπιποθῶ, ἐπιθυμῶ ὑπερεπιθυμῶ, ἐφίεμαι, ἐπείγομαι, ὀρέγομαι ὑπερορέγομαι, γλί‐ χομαι—τὸ γὰρ ἱμείρω ποιητικόν—ὀριγνῶμαι, βουλομένῳ μοί ἐστιν, ἐπιθυμητικῶς ἔχω· τοῦτο γὰρ μόνον ἐπίρρημα ἔχει, καὶ ὄνομα</w:t>
      </w:r>
    </w:p>
    <w:p>
      <w:r>
        <w:rPr>
          <w:rFonts w:ascii="Courier New" w:hAnsi="Courier New"/>
          <w:color w:val="555555"/>
          <w:sz w:val="20"/>
        </w:rPr>
        <w:t>[5]</w:t>
      </w:r>
    </w:p>
    <w:p>
      <w:r>
        <w:rPr>
          <w:rFonts w:ascii="Gentium Plus" w:hAnsi="Gentium Plus"/>
          <w:sz w:val="24"/>
        </w:rPr>
        <w:t>τὸν ἐπιθυμητήν, τὰ δ’ ἄλλα μετοχάς. πράγματα δὲ βούλησις προαίρεσις, ἐπιθυμία, ὄρεξις, ἔφεσις, ἔρως· ἡ γὰρ θέλησις ἰδιώτου. τάχα δ’ ἂν τούτοις συντάττοιτο ἐρῶ τοῦ πράγματος, ἀμ‐ φισβητῶ ὑπεραμφισβητῶ, μέτειμι, μεταδιώκω· ἡ γὰρ ἀμφισβήτησις καὶ ἐπιδικασία καὶ μέθοδος ἑτέροις μᾶλλον προσήκουσιν, ἡ δὲ μετα‐</w:t>
      </w:r>
    </w:p>
    <w:p>
      <w:r>
        <w:rPr>
          <w:rFonts w:ascii="Courier New" w:hAnsi="Courier New"/>
          <w:color w:val="555555"/>
          <w:sz w:val="20"/>
        </w:rPr>
        <w:t>[10]</w:t>
      </w:r>
    </w:p>
    <w:p>
      <w:r>
        <w:rPr>
          <w:rFonts w:ascii="Gentium Plus" w:hAnsi="Gentium Plus"/>
          <w:sz w:val="24"/>
        </w:rPr>
        <w:t>δίωξις σκληρόν. ὅθεν καὶ μόνον ἂν εἴποις ἐπίρρημα τὸ ἐρωτικῶς.</w:t>
      </w:r>
    </w:p>
    <w:p>
      <w:r>
        <w:rPr>
          <w:rFonts w:ascii="Courier New" w:hAnsi="Courier New"/>
          <w:color w:val="555555"/>
          <w:sz w:val="20"/>
        </w:rPr>
        <w:t>[5 . 166]</w:t>
      </w:r>
    </w:p>
    <w:p>
      <w:r>
        <w:rPr>
          <w:rFonts w:ascii="Gentium Plus" w:hAnsi="Gentium Plus"/>
          <w:sz w:val="24"/>
        </w:rPr>
        <w:t>Εἴποις δ’ ἂν ἐπὶ τῶν ἤδη γεγραμμένων νόμων ἢ ψηφισ‐ μάτων γέγραπται, ὥρισται, δέδοκται, διώρισται, τέτακται, κεχειρο‐ τόνηται, ἐπικεχειροτόνηται, πεπίστευται, δεδοκίμασται, ἐξήτασται, κέ‐</w:t>
      </w:r>
    </w:p>
    <w:p>
      <w:r>
        <w:rPr>
          <w:rFonts w:ascii="Courier New" w:hAnsi="Courier New"/>
          <w:color w:val="555555"/>
          <w:sz w:val="20"/>
        </w:rPr>
        <w:t>[5]</w:t>
      </w:r>
    </w:p>
    <w:p>
      <w:r>
        <w:rPr>
          <w:rFonts w:ascii="Gentium Plus" w:hAnsi="Gentium Plus"/>
          <w:sz w:val="24"/>
        </w:rPr>
        <w:t>μοθέτηται, εἰσενήνεκται προεισενήνεκται. προεξήτασται, προκέκριται, πάλαι κεῖται, πάλαι τετήρηται, πάλαι πεφύλακται, προείθισται.</w:t>
      </w:r>
    </w:p>
    <w:p>
      <w:r>
        <w:rPr>
          <w:rFonts w:ascii="Courier New" w:hAnsi="Courier New"/>
          <w:color w:val="555555"/>
          <w:sz w:val="20"/>
        </w:rPr>
        <w:t>[5 . 167]</w:t>
      </w:r>
    </w:p>
    <w:p>
      <w:r>
        <w:rPr>
          <w:rFonts w:ascii="Gentium Plus" w:hAnsi="Gentium Plus"/>
          <w:sz w:val="24"/>
        </w:rPr>
        <w:t>Τὸ μὲν μετρίως ἔχειν εἴποις ἂν συμμέτρως, ἀποχρώντως, ἀρκούντως, ἱκανῶς, αὐτάρκως, μεμετρημένως· τὸ δ’ ἀμέτρως ἔχειν, εἰ μὲν κατὰ τὸ πλέον, ἐκμέτρως καὶ ὑπερμέτρως καὶ περιττῶς, εἰ δὲ κατὰ τὸ ἔλαττον, ἐνδεῶς τε καὶ ἐλλιπῶς.</w:t>
      </w:r>
    </w:p>
    <w:p>
      <w:r>
        <w:rPr>
          <w:rFonts w:ascii="Courier New" w:hAnsi="Courier New"/>
          <w:color w:val="555555"/>
          <w:sz w:val="20"/>
        </w:rPr>
        <w:t>[5 . 168]</w:t>
      </w:r>
    </w:p>
    <w:p>
      <w:r>
        <w:rPr>
          <w:rFonts w:ascii="Gentium Plus" w:hAnsi="Gentium Plus"/>
          <w:sz w:val="24"/>
        </w:rPr>
        <w:t>Συστρέψαι τὸ σῶμα, συνελκύσαι, συναγαγεῖν, συναθροῖσαι, συ‐ στεῖλαι, συσπειρᾶσαι, συγκάμψαι. παραπλήσιον δέ τι καὶ τὸ ἰλυσπᾶ‐ σθαι νοεῖ. τὸ δ’ ἐναντίον ἐκτεῖναι τὸ σῶμα, προτεῖναι τὰ κῶλα, ἁπλῶσαι, χαλάσαι, διαχέαι, ἀποτεῖναι, ἀποτάδην. τὸ δὲ μετὰ χάσμης</w:t>
      </w:r>
    </w:p>
    <w:p>
      <w:r>
        <w:rPr>
          <w:rFonts w:ascii="Courier New" w:hAnsi="Courier New"/>
          <w:color w:val="555555"/>
          <w:sz w:val="20"/>
        </w:rPr>
        <w:t>[5]</w:t>
      </w:r>
    </w:p>
    <w:p>
      <w:r>
        <w:rPr>
          <w:rFonts w:ascii="Gentium Plus" w:hAnsi="Gentium Plus"/>
          <w:sz w:val="24"/>
        </w:rPr>
        <w:t>ἀποτείνειν ἑαυτὸν σκορδινᾶσθαι λέγουσιν.</w:t>
      </w:r>
    </w:p>
    <w:p>
      <w:r>
        <w:rPr>
          <w:rFonts w:ascii="Courier New" w:hAnsi="Courier New"/>
          <w:color w:val="555555"/>
          <w:sz w:val="20"/>
        </w:rPr>
        <w:t>[5 . 169]</w:t>
      </w:r>
    </w:p>
    <w:p>
      <w:r>
        <w:rPr>
          <w:rFonts w:ascii="Gentium Plus" w:hAnsi="Gentium Plus"/>
          <w:sz w:val="24"/>
        </w:rPr>
        <w:t>Ἐφ’ ὧν Πλάτων (Tim 35 A saep) λέγει τὸ ταὐτὸν καὶ τὸ θάτερον, τὸ μὲν ταὐτὸν εἴποις ἂν μόνιμον, βέβαιον, στάσιμον, ἀμετάστατον ἑστηκός, ἀμετακίνητον, ἀγέννητον, ἀμερές, ἀναφές, ἀθάνατον, ἄληπτον, ἄλυτον, ἀνώλεθρον, ἀίδιον, ἄφθαρτον,</w:t>
      </w:r>
    </w:p>
    <w:p>
      <w:r>
        <w:rPr>
          <w:rFonts w:ascii="Courier New" w:hAnsi="Courier New"/>
          <w:color w:val="555555"/>
          <w:sz w:val="20"/>
        </w:rPr>
        <w:t>[5]</w:t>
      </w:r>
    </w:p>
    <w:p>
      <w:r>
        <w:rPr>
          <w:rFonts w:ascii="Gentium Plus" w:hAnsi="Gentium Plus"/>
          <w:sz w:val="24"/>
        </w:rPr>
        <w:t>θεῖον, μονοειδές, ἀσχημάτιστον, ἀνενδεές, ἀνελλιπές, ἀσώματον, ἀόρατον, ἀχρώματον, ἀεικίνητον, αὐτοκίνητον, ἀείζωον, αὔταρκες</w:t>
      </w:r>
    </w:p>
    <w:p>
      <w:r>
        <w:rPr>
          <w:rFonts w:ascii="Courier New" w:hAnsi="Courier New"/>
          <w:color w:val="555555"/>
          <w:sz w:val="20"/>
        </w:rPr>
        <w:t>[5 . 170]</w:t>
      </w:r>
    </w:p>
    <w:p>
      <w:r>
        <w:rPr>
          <w:rFonts w:ascii="Gentium Plus" w:hAnsi="Gentium Plus"/>
          <w:sz w:val="24"/>
        </w:rPr>
        <w:t>αὑτῷ, ἀτάρακτον, καθεστηκός, τὸ δὲ θάτερον ἀβέβαιον, εὐμε‐ τακίνητον μετακινούμενον πολυκίνητον, πολύφορον, μετατρεπό‐ μενον, φερόμενον, πλανώμενον πλανητόν, μεταπλαττόμενον με‐ ταρρυθμιζόμενον, μετασχηματιζόμενον, γεγονός, γενητόν, ἁπτόν,</w:t>
      </w:r>
    </w:p>
    <w:p>
      <w:r>
        <w:rPr>
          <w:rFonts w:ascii="Courier New" w:hAnsi="Courier New"/>
          <w:color w:val="555555"/>
          <w:sz w:val="20"/>
        </w:rPr>
        <w:t>[5]</w:t>
      </w:r>
    </w:p>
    <w:p>
      <w:r>
        <w:rPr>
          <w:rFonts w:ascii="Gentium Plus" w:hAnsi="Gentium Plus"/>
          <w:sz w:val="24"/>
        </w:rPr>
        <w:t>θεατόν, μεριστόν, φθαρτόν, πολυμιγές, θνητόν, πολυσχιδές, παυόμενον, ἀπολλύμενον, πολυσχημάτιστον, πολλῶν ἐπιδεές, σωμα‐ τοειδές, ὁρατόν, αἰσθητόν, πολυχρώματον, μετασκευαζόμενον μεθ‐ αρμοζόμενον, πολλῶν προσδεές, ἐνδεές, ταραχῶδες, θορύβου</w:t>
      </w:r>
    </w:p>
    <w:p>
      <w:r>
        <w:rPr>
          <w:rFonts w:ascii="Courier New" w:hAnsi="Courier New"/>
          <w:color w:val="555555"/>
          <w:sz w:val="20"/>
        </w:rPr>
        <w:t>[6 . 1]</w:t>
      </w:r>
    </w:p>
    <w:p>
      <w:r>
        <w:rPr>
          <w:rFonts w:ascii="Gentium Plus" w:hAnsi="Gentium Plus"/>
          <w:sz w:val="24"/>
        </w:rPr>
        <w:t>Κομμόδῳ Καίσαρι Ἰούλιος Πολυδεύκης χαίρειν. τὰ μέν τινα τῶν ὀνομάτων ὡς κρίνων ἔγραψα, τὰ δ’ ὡς μὴ παριεὶς ἐμήνυσα. ἐνίοις δὲ τῶν ἀμφιβόλων προσέθηκα τοὺς μάρτυρας, ἵνα τοὺς εἰπόντας εἰδῇς, ἔστι δ’ ὅπου καὶ τὸ χωρίον ἐν ᾧ τοὔνομα, ἐπὶ δέ τινων καὶ τὴν λέξιν</w:t>
      </w:r>
    </w:p>
    <w:p>
      <w:r>
        <w:rPr>
          <w:rFonts w:ascii="Courier New" w:hAnsi="Courier New"/>
          <w:color w:val="555555"/>
          <w:sz w:val="20"/>
        </w:rPr>
        <w:t>[5]</w:t>
      </w:r>
    </w:p>
    <w:p>
      <w:r>
        <w:rPr>
          <w:rFonts w:ascii="Gentium Plus" w:hAnsi="Gentium Plus"/>
          <w:sz w:val="24"/>
        </w:rPr>
        <w:t>αὐτήν. οὐ μὴν ἐπὶ πάντων ταὐτὸν τοῦτ’ ἐπενόησα, ὅπου μὴ κατήπειγεν, ἵνα μὴ τοῖς βιβλίοις περιττὸς ὄγκος προσῇ. ἔρρωσο κύριε.</w:t>
      </w:r>
    </w:p>
    <w:p>
      <w:r>
        <w:rPr>
          <w:rFonts w:ascii="Courier New" w:hAnsi="Courier New"/>
          <w:color w:val="555555"/>
          <w:sz w:val="20"/>
        </w:rPr>
        <w:t>[6 . 7]</w:t>
      </w:r>
    </w:p>
    <w:p>
      <w:r>
        <w:rPr>
          <w:rFonts w:ascii="Gentium Plus" w:hAnsi="Gentium Plus"/>
          <w:sz w:val="24"/>
        </w:rPr>
        <w:t>Ἐπεὶ δ’ οὐδὲ τῶν συμποτικῶν ὀνομάτων ἀμελητέον, χρὴ λέγειν τὸ μὲν χωρίον συμπόσιον, ἀνδρῶνα, συσσίτιον, τρίκλινον οἶκον ἢ πεν‐ τάκλινον ἢ δεκάκλινον, καὶ παστάδα δ’ ἀπὸ τοῦ πάσασθαι, καὶ συνα‐ γώγιον· τὸ δὲ πρᾶγμα πότον ἢ συσσιτίαν ἢ συμποσίαν ἢ σύνοδον τὴν</w:t>
      </w:r>
    </w:p>
    <w:p>
      <w:r>
        <w:rPr>
          <w:rFonts w:ascii="Courier New" w:hAnsi="Courier New"/>
          <w:color w:val="555555"/>
          <w:sz w:val="20"/>
        </w:rPr>
        <w:t>[5]</w:t>
      </w:r>
    </w:p>
    <w:p>
      <w:r>
        <w:rPr>
          <w:rFonts w:ascii="Gentium Plus" w:hAnsi="Gentium Plus"/>
          <w:sz w:val="24"/>
        </w:rPr>
        <w:t>ἐν οἴνῳ ἢ θίασον ἢ εἰλαπίνην ἢ ἔρανον ἢ ἑστίασιν ἢ ἄριστον ἢ δεῖ‐ πνον ἢ σύνδειπνον ἢ θοίνην ἢ ξενισμόν—ἡ γὰρ Θουκυδίδου</w:t>
      </w:r>
    </w:p>
    <w:p>
      <w:r>
        <w:rPr>
          <w:rFonts w:ascii="Courier New" w:hAnsi="Courier New"/>
          <w:color w:val="555555"/>
          <w:sz w:val="20"/>
        </w:rPr>
        <w:t>[6 . 8]</w:t>
      </w:r>
    </w:p>
    <w:p>
      <w:r>
        <w:rPr>
          <w:rFonts w:ascii="Gentium Plus" w:hAnsi="Gentium Plus"/>
          <w:sz w:val="24"/>
        </w:rPr>
        <w:t>(VI 46. 3) ξένισις τραχύ—τοὺς δὲ συνιόντας συμπότας, ὁμοσίτους συσσίτους, συνουσιαστάς, θιασώτας ἢ θιασίτας, εἰλαπιναστάς, ἐρανιστάς. ἰδίως δὲ τοὺς τῶν θιασωτῶν οἴκους φωλητήρια ὠνό‐ μαζον. τὸ δ’ ἔργον συναγαγεῖν συμπόσιον, συστῆσαι, πληρῶσαι, συγ‐</w:t>
      </w:r>
    </w:p>
    <w:p>
      <w:r>
        <w:rPr>
          <w:rFonts w:ascii="Courier New" w:hAnsi="Courier New"/>
          <w:color w:val="555555"/>
          <w:sz w:val="20"/>
        </w:rPr>
        <w:t>[5]</w:t>
      </w:r>
    </w:p>
    <w:p>
      <w:r>
        <w:rPr>
          <w:rFonts w:ascii="Gentium Plus" w:hAnsi="Gentium Plus"/>
          <w:sz w:val="24"/>
        </w:rPr>
        <w:t>κροτῆσαι, συναθροῖσαι, συγκαλέσαι. καὶ ‘κληθῆναι δ’ ἐπὶ δεῖπνον‘ ἥτε παροιμία λέγει καὶ Μένανδρος (fg 364. 2), καὶ Δημοσθένης (XIX 196) ‘κληθέντες γὰρ οὗτοι πρὸς Ξενόφρονα τὸν υἱὸν τοῦ Φαι‐</w:t>
      </w:r>
    </w:p>
    <w:p>
      <w:r>
        <w:rPr>
          <w:rFonts w:ascii="Courier New" w:hAnsi="Courier New"/>
          <w:color w:val="555555"/>
          <w:sz w:val="20"/>
        </w:rPr>
        <w:t>[10]</w:t>
      </w:r>
    </w:p>
    <w:p>
      <w:r>
        <w:rPr>
          <w:rFonts w:ascii="Gentium Plus" w:hAnsi="Gentium Plus"/>
          <w:sz w:val="24"/>
        </w:rPr>
        <w:t>δαισίαι, δημοθοινίαι, τάχα δὲ καὶ σιτήσεις.</w:t>
      </w:r>
    </w:p>
    <w:p>
      <w:r>
        <w:rPr>
          <w:rFonts w:ascii="Courier New" w:hAnsi="Courier New"/>
          <w:color w:val="555555"/>
          <w:sz w:val="20"/>
        </w:rPr>
        <w:t>[6 . 9]</w:t>
      </w:r>
    </w:p>
    <w:p>
      <w:r>
        <w:rPr>
          <w:rFonts w:ascii="Gentium Plus" w:hAnsi="Gentium Plus"/>
          <w:sz w:val="24"/>
        </w:rPr>
        <w:t>ἐφ’ ὧν δ’ ἔστι κατακεῖσθαι, κλῖναι κλινίδες κλινίδια, σκίμποδες, ἀσκάνται, στιβάδες, ἡμικύκλια, κλιντήρια, χαμεύνια, χαμεύνη, τὸ δὲ καλούμενον ἀνάκλιντρον ἐπίκλιντρον Ἀριστοφάνης (Eccl 907 et fg 44. 2) ἔφη, τὸ δ’ ἐνήλατον κλιντήριον. εἶτα φυλλάδες, πτερίδες, πόαι, τυλεῖα,</w:t>
      </w:r>
    </w:p>
    <w:p>
      <w:r>
        <w:rPr>
          <w:rFonts w:ascii="Courier New" w:hAnsi="Courier New"/>
          <w:color w:val="555555"/>
          <w:sz w:val="20"/>
        </w:rPr>
        <w:t>[5]</w:t>
      </w:r>
    </w:p>
    <w:p>
      <w:r>
        <w:rPr>
          <w:rFonts w:ascii="Gentium Plus" w:hAnsi="Gentium Plus"/>
          <w:sz w:val="24"/>
        </w:rPr>
        <w:t>κνέφαλα, προσκεφάλαια ὡς Δημοσθένησ(?) καὶ πολλοί. καὶ ποτί‐ κρανον δ’ οἱ κωμικοὶ (CGF I p 156. 10 Kaib) τὸ προσκεφάλαιον ἢ τὸ ὑπηρέσιον. ὑπαυχένιον. ἀμφίταποι· εἰσὶ δ’ οἱ ἐξ ἑκατέρου δασεῖς,</w:t>
      </w:r>
    </w:p>
    <w:p>
      <w:r>
        <w:rPr>
          <w:rFonts w:ascii="Courier New" w:hAnsi="Courier New"/>
          <w:color w:val="555555"/>
          <w:sz w:val="20"/>
        </w:rPr>
        <w:t>[6 . 10]</w:t>
      </w:r>
    </w:p>
    <w:p>
      <w:r>
        <w:rPr>
          <w:rFonts w:ascii="Gentium Plus" w:hAnsi="Gentium Plus"/>
          <w:sz w:val="24"/>
        </w:rPr>
        <w:t>ὡς τάπητες οἱ ἐκ θατέρου. ὑπαγκώνια στρώματα, περιστρώματα ὑποστρώματα ἐπιβλήματα, ἐφεστρίδες ἀμφιεστρίδες χλαῖναι, ἐπιβό‐ λαια δάπιδες τάπιδες ψιλοδάπιδες, ξυστίδες χρυσόπαστοι, ὡς Εὔβουλος (II p 211. 134 Ko)</w:t>
      </w:r>
    </w:p>
    <w:p>
      <w:r>
        <w:rPr>
          <w:rFonts w:ascii="Courier New" w:hAnsi="Courier New"/>
          <w:color w:val="555555"/>
          <w:sz w:val="20"/>
        </w:rPr>
        <w:t>[5]</w:t>
      </w:r>
    </w:p>
    <w:p>
      <w:r>
        <w:rPr>
          <w:rFonts w:ascii="Gentium Plus" w:hAnsi="Gentium Plus"/>
          <w:sz w:val="24"/>
        </w:rPr>
        <w:t>ταῖς ξυστίσιν ταῖς χρυσοπάστοις στόρνυται. τὸ δ’ ἀγγεῖον ἐν ᾧ τὰ στρώματα ἐνῆν κοίτην ὠνόμαζον· τὰ δ’ εἰς κοίτην στρώματα ἐνεύναια λέγουσιν. ὅτι δὲ καὶ πτίλοις τὰ κνέφαλα ἀνεπλήρουν, Εὔβουλος ἐν Ἀγχίσῃ (II p 165. 5 Ko) διδάσκει· καὶ</w:t>
      </w:r>
    </w:p>
    <w:p>
      <w:r>
        <w:rPr>
          <w:rFonts w:ascii="Courier New" w:hAnsi="Courier New"/>
          <w:color w:val="555555"/>
          <w:sz w:val="20"/>
        </w:rPr>
        <w:t>[6 . 11]</w:t>
      </w:r>
    </w:p>
    <w:p>
      <w:r>
        <w:rPr>
          <w:rFonts w:ascii="Gentium Plus" w:hAnsi="Gentium Plus"/>
          <w:sz w:val="24"/>
        </w:rPr>
        <w:t>πτερωτὰ καὶ πτιλωτὰ προσκεφάλαια ὀνομάζουσιν. καυνάκας δέ τινας πορφυροῦς ἐπὶ στρωμάτων Μένανδρος (fg 972) ὠνόμασεν. τὰς δ’</w:t>
      </w:r>
    </w:p>
    <w:p>
      <w:r>
        <w:rPr>
          <w:rFonts w:ascii="Courier New" w:hAnsi="Courier New"/>
          <w:color w:val="555555"/>
          <w:sz w:val="20"/>
        </w:rPr>
        <w:t>[5]</w:t>
      </w:r>
    </w:p>
    <w:p>
      <w:r>
        <w:rPr>
          <w:rFonts w:ascii="Gentium Plus" w:hAnsi="Gentium Plus"/>
          <w:sz w:val="24"/>
        </w:rPr>
        <w:t>συμποσίαρχος, συμποσίου ἄρχων, ὁ τῆς συνουσίας ἡγεμών· ὁ γὰρ οἰκο‐ δέγμων τραγικόν (T G F adesp 594). καὶ ἄλλως δὲ καλεῖται συμποσίαρ‐ χος ὁ ἐν ἰσοτελεῖ τινὶ κοινωνίᾳ κατὰ κλῆρον ἢ κατὰ δόγμα προαιρεθεὶς τοῦ συμποσίου ἐπιμελητής. εἴποις δ’ ἂν τὸν ἑστιάτορα καὶ ἑστιοῦχον</w:t>
      </w:r>
    </w:p>
    <w:p>
      <w:r>
        <w:rPr>
          <w:rFonts w:ascii="Courier New" w:hAnsi="Courier New"/>
          <w:color w:val="555555"/>
          <w:sz w:val="20"/>
        </w:rPr>
        <w:t>[6 . 12]</w:t>
      </w:r>
    </w:p>
    <w:p>
      <w:r>
        <w:rPr>
          <w:rFonts w:ascii="Gentium Plus" w:hAnsi="Gentium Plus"/>
          <w:sz w:val="24"/>
        </w:rPr>
        <w:t>κατ’ Ἀριστοφάνην (fg 776). οἱ δὲ συγκληθέντες δαιτυμόνες δαιταλεῖς, ἐπίκλητοι σύγκλητοι κλητοί, συμπόται, σύνδειπνοι. ἄκλητοι, οὓς ἀνε‐ παγγέλτους Κρατῖνος (fg 44) καλεῖ. ἀσύμβολοι, ἀπὸ συμβολῶν, ἀφ’ ὧν οἱ Ἀττικοὶ μακρὰς διδόναι συμβολὰς ἔλεγον ἀντὶ τοῦ μεγάλας.</w:t>
      </w:r>
    </w:p>
    <w:p>
      <w:r>
        <w:rPr>
          <w:rFonts w:ascii="Courier New" w:hAnsi="Courier New"/>
          <w:color w:val="555555"/>
          <w:sz w:val="20"/>
        </w:rPr>
        <w:t>[5]</w:t>
      </w:r>
    </w:p>
    <w:p>
      <w:r>
        <w:rPr>
          <w:rFonts w:ascii="Gentium Plus" w:hAnsi="Gentium Plus"/>
          <w:sz w:val="24"/>
        </w:rPr>
        <w:t>καὶ προκλίτης μὲν ὁ τῆς ἑστιάσεως πρωτοστάτης, ὁ δὲ παρακατακεί‐ μενός τινι συμπότης συγκλίτης παρακλίτης· σύγκλινον δὲ Μένανδρος (fg 1070) λέγει. ὁμοτράπεζος συντράπεζος, ὁμόσιτος σύσσιτος, ὁμό‐ δειπνος.</w:t>
      </w:r>
    </w:p>
    <w:p>
      <w:r>
        <w:rPr>
          <w:rFonts w:ascii="Courier New" w:hAnsi="Courier New"/>
          <w:color w:val="555555"/>
          <w:sz w:val="20"/>
        </w:rPr>
        <w:t>[6 . 13]</w:t>
      </w:r>
    </w:p>
    <w:p>
      <w:r>
        <w:rPr>
          <w:rFonts w:ascii="Gentium Plus" w:hAnsi="Gentium Plus"/>
          <w:sz w:val="24"/>
        </w:rPr>
        <w:t>ὁ δὲ φροντίζων τῆς ὑπηρεσίας ἁπάσης τραπεζοποιός. ἡ δ’ ὑπη‐ ρεσία παῖδες, οἰνοχόοι, τραπεζοκόμοι, τομεῖς, μάγειροι, ὀψοποιοί, ὀψαρ‐ τυταί. καὶ τὸ μὲν μαγειρεῖον ὀπτανεῖον, τὰ δ’ ἀρτύματα ἡδύσματα. ἵνα δ’ ἔγκειται τὰ τῶν ἡδυσμάτων ἀγγεῖα, κυψέλη· ἵνα δὲ τὰ ὄψα,</w:t>
      </w:r>
    </w:p>
    <w:p>
      <w:r>
        <w:rPr>
          <w:rFonts w:ascii="Courier New" w:hAnsi="Courier New"/>
          <w:color w:val="555555"/>
          <w:sz w:val="20"/>
        </w:rPr>
        <w:t>[5]</w:t>
      </w:r>
    </w:p>
    <w:p>
      <w:r>
        <w:rPr>
          <w:rFonts w:ascii="Gentium Plus" w:hAnsi="Gentium Plus"/>
          <w:sz w:val="24"/>
        </w:rPr>
        <w:t>κίστη ὀψοφόρος ἢ κίστη δειπνοφόρος.</w:t>
      </w:r>
    </w:p>
    <w:p>
      <w:r>
        <w:rPr>
          <w:rFonts w:ascii="Courier New" w:hAnsi="Courier New"/>
          <w:color w:val="555555"/>
          <w:sz w:val="20"/>
        </w:rPr>
        <w:t>[6 . 14]</w:t>
      </w:r>
    </w:p>
    <w:p>
      <w:r>
        <w:rPr>
          <w:rFonts w:ascii="Gentium Plus" w:hAnsi="Gentium Plus"/>
          <w:sz w:val="24"/>
        </w:rPr>
        <w:t>ἵνα δ’ ὁ οἶνος, λάγυνος, πυτίνη, ἀσκός, κρατήρ, προχοίδιον, κάδος καδίσκος κρωσσός βῖκος, ὡς Ξενοφῶν (An I 9. 25), κεράμιον, ἀμ‐ φορεύς ἀμφορίσκος, σταμνίον, ἀγγεῖον οἰνοφόρον ὑάλου ἢ κεράμου πεποιημένον, πίθος ἢ πιθάκνη· Ὑπερείδης (fg 265 Bl) δὲ καὶ πι‐</w:t>
      </w:r>
    </w:p>
    <w:p>
      <w:r>
        <w:rPr>
          <w:rFonts w:ascii="Courier New" w:hAnsi="Courier New"/>
          <w:color w:val="555555"/>
          <w:sz w:val="20"/>
        </w:rPr>
        <w:t>[5]</w:t>
      </w:r>
    </w:p>
    <w:p>
      <w:r>
        <w:rPr>
          <w:rFonts w:ascii="Gentium Plus" w:hAnsi="Gentium Plus"/>
          <w:sz w:val="24"/>
        </w:rPr>
        <w:t>θάκνιον εἴρηκεν. εἰ δὲ καὶ Ἀριστοφάνης (fg 423) ὠνόμασεν ὕρχας</w:t>
      </w:r>
    </w:p>
    <w:p>
      <w:r>
        <w:rPr>
          <w:rFonts w:ascii="Courier New" w:hAnsi="Courier New"/>
          <w:color w:val="555555"/>
          <w:sz w:val="20"/>
        </w:rPr>
        <w:t>[6 . 15]</w:t>
      </w:r>
    </w:p>
    <w:p>
      <w:r>
        <w:rPr>
          <w:rFonts w:ascii="Gentium Plus" w:hAnsi="Gentium Plus"/>
          <w:sz w:val="24"/>
        </w:rPr>
        <w:t>οἴνου, δηλοῖ μὲν ἡ λέξις τῷ βίκῳ προσεοικὸς κεράμιον, ἔστι δ’ Αἰολικὸν τοὔνομα. τὰς δ’ ἀποθήκας τοῦ οἴνου Ξενοφῶν (Hellen VI. 2. 6)</w:t>
      </w:r>
    </w:p>
    <w:p>
      <w:r>
        <w:rPr>
          <w:rFonts w:ascii="Courier New" w:hAnsi="Courier New"/>
          <w:color w:val="555555"/>
          <w:sz w:val="20"/>
        </w:rPr>
        <w:t>[5]</w:t>
      </w:r>
    </w:p>
    <w:p>
      <w:r>
        <w:rPr>
          <w:rFonts w:ascii="Gentium Plus" w:hAnsi="Gentium Plus"/>
          <w:sz w:val="24"/>
        </w:rPr>
        <w:t>ὁ δὲ τρίτος Διὸς σωτῆρος τελείου, ὅτι καὶ τὰ τρία πρῶτος τέλειος ἀριθμός. καὶ ὁ μὲν οἶνος πόμα καὶ πῶμα καὶ ποτόν, ἡδύς, ἐπαγω‐ γός, γλυκύς, αὐστηρός, μελιηδής, ἀνθοσμίας, Θάσιος, Χῖος καὶ ὁ τού‐</w:t>
      </w:r>
    </w:p>
    <w:p>
      <w:r>
        <w:rPr>
          <w:rFonts w:ascii="Courier New" w:hAnsi="Courier New"/>
          <w:color w:val="555555"/>
          <w:sz w:val="20"/>
        </w:rPr>
        <w:t>[6 . 16]</w:t>
      </w:r>
    </w:p>
    <w:p>
      <w:r>
        <w:rPr>
          <w:rFonts w:ascii="Gentium Plus" w:hAnsi="Gentium Plus"/>
          <w:sz w:val="24"/>
        </w:rPr>
        <w:t>του ἄριστος Ἀριούσιος, Μενδαῖος, Μενδήσιος, Ἰσμαρικός, Λέσβιος, Πεπαρήθιος, Χαλυβώνιος, Πράμνειος, Μαρωνείτης· οὔπω γὰρ οἱ παλαιοὶ τὸν Ἰταλιώτην ᾔδεσαν ἀκριβῶς, ἐπεὶ οὐκ ἔστιν ὅντινα ἂν τούτου προύθεσαν. καί που γλυκὺς καὶ Πόλλιος· ἔστι μὲν ἐκ Συρακου‐</w:t>
      </w:r>
    </w:p>
    <w:p>
      <w:r>
        <w:rPr>
          <w:rFonts w:ascii="Courier New" w:hAnsi="Courier New"/>
          <w:color w:val="555555"/>
          <w:sz w:val="20"/>
        </w:rPr>
        <w:t>[5]</w:t>
      </w:r>
    </w:p>
    <w:p>
      <w:r>
        <w:rPr>
          <w:rFonts w:ascii="Gentium Plus" w:hAnsi="Gentium Plus"/>
          <w:sz w:val="24"/>
        </w:rPr>
        <w:t>σῶν, Πόλλις δ’ αὐτὸν ὁ Ἀργεῖος πρῶτος ἐπεσκεύασεν, ἀφ’ οὗ καὶ τοὔ‐ νομα, ἢ ἀπὸ τοῦ Συρακουσίων βασιλέως Πόλλιδος, ὡς Ἀριστοτέλης (fg 585 R) λέγει. καὶ σίραιον δ’ ἐκάλουν τὸν ἐκ γλεύκους ἡψημένον</w:t>
      </w:r>
    </w:p>
    <w:p>
      <w:r>
        <w:rPr>
          <w:rFonts w:ascii="Courier New" w:hAnsi="Courier New"/>
          <w:color w:val="555555"/>
          <w:sz w:val="20"/>
        </w:rPr>
        <w:t>[6 . 17]</w:t>
      </w:r>
    </w:p>
    <w:p>
      <w:r>
        <w:rPr>
          <w:rFonts w:ascii="Gentium Plus" w:hAnsi="Gentium Plus"/>
          <w:sz w:val="24"/>
        </w:rPr>
        <w:t>γλυκύν, καὶ Θήραιον τὸν ἐκ Κρήτης. ἦν δέ τις καὶ μυρίνης οἶνος, μύρῳ κεκραμένος· οἱ δὲ τὸν γλυκὺν οὕτως οἴονται κεκλῆσθαι. καὶ με‐ λίκρατον δέ, τὸ νῦν οἰνόμελι. ἦ που δὲ καὶ τὸ νῦν ἕψημα ὀνομα‐ ζόμενον, ὅπερ ἐστὶν οἶνος ἐξηψημένος εἰς γλυκύτητα· καὶ τοῦτ’ ἄν τις</w:t>
      </w:r>
    </w:p>
    <w:p>
      <w:r>
        <w:rPr>
          <w:rFonts w:ascii="Courier New" w:hAnsi="Courier New"/>
          <w:color w:val="555555"/>
          <w:sz w:val="20"/>
        </w:rPr>
        <w:t>[5]</w:t>
      </w:r>
    </w:p>
    <w:p>
      <w:r>
        <w:rPr>
          <w:rFonts w:ascii="Gentium Plus" w:hAnsi="Gentium Plus"/>
          <w:sz w:val="24"/>
        </w:rPr>
        <w:t>οἴοιτο εἰρημένον ἐν τῇ τοῦ Πλάτωνος τοῦ κωμικοῦ Συμμαχίᾳ, (I p 639. 149) τὸ γὰρ ἕψημά σου</w:t>
      </w:r>
    </w:p>
    <w:p>
      <w:r>
        <w:rPr>
          <w:rFonts w:ascii="Courier New" w:hAnsi="Courier New"/>
          <w:color w:val="555555"/>
          <w:sz w:val="20"/>
        </w:rPr>
        <w:t>[10]</w:t>
      </w:r>
    </w:p>
    <w:p>
      <w:r>
        <w:rPr>
          <w:rFonts w:ascii="Gentium Plus" w:hAnsi="Gentium Plus"/>
          <w:sz w:val="24"/>
        </w:rPr>
        <w:t>φαῦλος οἶνος δευτερίας, ἐξεστηκώς, ἐντροπίας ὀξίνης ὀξώδης· ὁ</w:t>
      </w:r>
    </w:p>
    <w:p>
      <w:r>
        <w:rPr>
          <w:rFonts w:ascii="Courier New" w:hAnsi="Courier New"/>
          <w:color w:val="555555"/>
          <w:sz w:val="20"/>
        </w:rPr>
        <w:t>[6 . 18]</w:t>
      </w:r>
    </w:p>
    <w:p>
      <w:r>
        <w:rPr>
          <w:rFonts w:ascii="Gentium Plus" w:hAnsi="Gentium Plus"/>
          <w:sz w:val="24"/>
        </w:rPr>
        <w:t>μέντοι δευτερίας καὶ τρυγηφάνιος ἐκαλεῖτο. τὸν δ’ οἶνον καὶ τρύγα ἐκάλουν ὡς Κρατῖνος ἐν Ὥραις (250)· ἀλλ’ ἦν ὅτ’ ἐν φώσωνι τὴν ἴσην ἔχων μετ’ ἐμοῦ διῆγες, οἴναρον ἕλκων τῆς τρυγός.</w:t>
      </w:r>
    </w:p>
    <w:p>
      <w:r>
        <w:rPr>
          <w:rFonts w:ascii="Courier New" w:hAnsi="Courier New"/>
          <w:color w:val="555555"/>
          <w:sz w:val="20"/>
        </w:rPr>
        <w:t>[5]</w:t>
      </w:r>
    </w:p>
    <w:p>
      <w:r>
        <w:rPr>
          <w:rFonts w:ascii="Gentium Plus" w:hAnsi="Gentium Plus"/>
          <w:sz w:val="24"/>
        </w:rPr>
        <w:t>αὐτίτης δ’ οἶνος ὁ ἐπιχώριος, σακκίας δ’ ὁ διυλισμένος καὶ σακτὸς παρ’ Εὐπόλιδι (439). τὸ δὲ τρῖμμα πόμα ἦν μετ’ ἀρωμάτων παρὰ τοῖς νέοις κωμικοῖς (Alexis fg 188. 2). ἐπῄνουν δ’ οἶνον τὸν τρία φέροντα, τουτέστιν ὕδατος τὸ τριπλοῦν· Ὅμηρος (I 209) δὲ ἓν δέπας ἐμπλήσας ὕδατος δ’ ἀνὰ εἴκοσι μέτρα.</w:t>
      </w:r>
    </w:p>
    <w:p>
      <w:r>
        <w:rPr>
          <w:rFonts w:ascii="Courier New" w:hAnsi="Courier New"/>
          <w:color w:val="555555"/>
          <w:sz w:val="20"/>
        </w:rPr>
        <w:t>[6 . 19]</w:t>
      </w:r>
    </w:p>
    <w:p>
      <w:r>
        <w:rPr>
          <w:rFonts w:ascii="Gentium Plus" w:hAnsi="Gentium Plus"/>
          <w:sz w:val="24"/>
        </w:rPr>
        <w:t>ὅτῳ δ’ ὁ οἶνος ἀρύεται, ἀρυστήρ ἀρύστιχος, ἔφηβος, οἰνήρυσις, κοτύλη, λεπαστή, οἰνοχόη, κύαθος, ὅτῳ δὲ διηθεῖται, ὑλιστὴρ καὶ σάκκος καὶ τρύγοιπος. καὶ σίφωνα μέν, ὅτῳ ἐγεύοντο, Ἱππῶναξ εἴρηκεν, (fg 56)</w:t>
      </w:r>
    </w:p>
    <w:p>
      <w:r>
        <w:rPr>
          <w:rFonts w:ascii="Courier New" w:hAnsi="Courier New"/>
          <w:color w:val="555555"/>
          <w:sz w:val="20"/>
        </w:rPr>
        <w:t>[5]</w:t>
      </w:r>
    </w:p>
    <w:p>
      <w:r>
        <w:rPr>
          <w:rFonts w:ascii="Gentium Plus" w:hAnsi="Gentium Plus"/>
          <w:sz w:val="24"/>
        </w:rPr>
        <w:t>σίφωνι λεπτῷ τὸ ἐπίθημα τετρήνας, σιφωνίζειν δ’ Ἀριστοφάνης (Thesm 557). καὶ ἀπὸ μὲν τοῦ πίνειν πότης συμπότης, ποτικὸς ποτίστατος, συμποτικός συμποτικώτατος, καὶ πότις γυνὴ παρὰ Φρυνίχῳ τῷ κω‐ μικῷ (I fg 71). προπίνειν διαπίνειν, διαμιλλᾶσθαι ἐν πότῳ, ἐκπίνειν</w:t>
      </w:r>
    </w:p>
    <w:p>
      <w:r>
        <w:rPr>
          <w:rFonts w:ascii="Courier New" w:hAnsi="Courier New"/>
          <w:color w:val="555555"/>
          <w:sz w:val="20"/>
        </w:rPr>
        <w:t>[6 . 20]</w:t>
      </w:r>
    </w:p>
    <w:p>
      <w:r>
        <w:rPr>
          <w:rFonts w:ascii="Gentium Plus" w:hAnsi="Gentium Plus"/>
          <w:sz w:val="24"/>
        </w:rPr>
        <w:t>ὑποπίνειν—ὃ καὶ ὑποψακάζειν λέγουσι—φιλοποτεῖν, καταπίνειν· ἤδη δὲ τοῦτο καὶ ἐπὶ τροφῆς ἔνιοι λέγουσιν, Αἰσχίνης (I 116) δὲ καὶ τὴν οὐσίαν ἔφη κατέπιεν. καὶ λύχνον δὲ πότην Ἀριστοφάνης (Nub 58)</w:t>
      </w:r>
    </w:p>
    <w:p>
      <w:r>
        <w:rPr>
          <w:rFonts w:ascii="Courier New" w:hAnsi="Courier New"/>
          <w:color w:val="555555"/>
          <w:sz w:val="20"/>
        </w:rPr>
        <w:t>[5]</w:t>
      </w:r>
    </w:p>
    <w:p>
      <w:r>
        <w:rPr>
          <w:rFonts w:ascii="Gentium Plus" w:hAnsi="Gentium Plus"/>
          <w:sz w:val="24"/>
        </w:rPr>
        <w:t>ὑδροπώτης, φιλοποσία, ἀκρατοποσία ἀκρατοπωσία, ὑδροποσία ὑδροπωσία, φαρμακοποσία. ἀπὸ τοῦ πιεῖν συμπιεῖν ἐκπιεῖν ἀκρα‐ τοποτεῖν ὑδροποτεῖν κλεψιποτεῖν. μετριοποτίστατος· τὸ γὰρ ἁπλοῦν ὁ μετριοπότης εὐτελές. γαλακτοπόται γαλακτοποσία· εἴποις δ’ ἂν καὶ συμποτικὰς τύχας. ποτικῶς συμποτικῶς.</w:t>
      </w:r>
    </w:p>
    <w:p>
      <w:r>
        <w:rPr>
          <w:rFonts w:ascii="Courier New" w:hAnsi="Courier New"/>
          <w:color w:val="555555"/>
          <w:sz w:val="20"/>
        </w:rPr>
        <w:t>[6 . 21]</w:t>
      </w:r>
    </w:p>
    <w:p>
      <w:r>
        <w:rPr>
          <w:rFonts w:ascii="Gentium Plus" w:hAnsi="Gentium Plus"/>
          <w:sz w:val="24"/>
        </w:rPr>
        <w:t>ἀπὸ δ’ οἴνου ἐρεῖς φίλοινος φιλοινία, καὶ πάροινος πα‐ ροινία παροίνως παροινῆσαι. ἔξοινος, οὐ μέντοι καὶ ἐξοινία οὐδὲ ἐξοίνως, ἴσως δ’ ἐξοινῆσαι, διῳνωμένος δὲ καὶ κατῳνωμένος ὡς Πλάτων (Leg VII 815 C), καὶ ᾠνωμένοι ὡς Κρατῖνος (fg 432) δύσοι‐</w:t>
      </w:r>
    </w:p>
    <w:p>
      <w:r>
        <w:rPr>
          <w:rFonts w:ascii="Courier New" w:hAnsi="Courier New"/>
          <w:color w:val="555555"/>
          <w:sz w:val="20"/>
        </w:rPr>
        <w:t>[5]</w:t>
      </w:r>
    </w:p>
    <w:p>
      <w:r>
        <w:rPr>
          <w:rFonts w:ascii="Gentium Plus" w:hAnsi="Gentium Plus"/>
          <w:sz w:val="24"/>
        </w:rPr>
        <w:t>νος, καὶ οἰνόφλυξ οἰνοφλυγία οἰνοφλυγεῖν, καὶ οἰνομάχλη. ἀπὸ δ’ οἴνου καὶ οἰνάνθαι αἱ ἄμπελοι καὶ οἴναρα τὰ φύλλα, καὶ οἰνόπτης</w:t>
      </w:r>
    </w:p>
    <w:p>
      <w:r>
        <w:rPr>
          <w:rFonts w:ascii="Courier New" w:hAnsi="Courier New"/>
          <w:color w:val="555555"/>
          <w:sz w:val="20"/>
        </w:rPr>
        <w:t>[6 . 22]</w:t>
      </w:r>
    </w:p>
    <w:p>
      <w:r>
        <w:rPr>
          <w:rFonts w:ascii="Gentium Plus" w:hAnsi="Gentium Plus"/>
          <w:sz w:val="24"/>
        </w:rPr>
        <w:t>ὁ τὸν οἶνον ἐπιβλέπων· οὗτος δὲ καὶ λύχνους καὶ θρυαλλίδας παρ‐ εῖχε, καὶ τὴν ἐξ ἴσου πόσιν ἐφεώρα. καὶ οἰνοπότης, καὶ οἰνοπότις γυνὴ ὡς Ἀνακρέων εἶπεν (fg 162), καὶ οἰνοποτῶν, ὅπερ Ὅμηρος (Y 84, ε 309, υ 262), εἴρηκεν οἰνοποτάζων. καὶ πολυοινότατον χωρίον</w:t>
      </w:r>
    </w:p>
    <w:p>
      <w:r>
        <w:rPr>
          <w:rFonts w:ascii="Courier New" w:hAnsi="Courier New"/>
          <w:color w:val="555555"/>
          <w:sz w:val="20"/>
        </w:rPr>
        <w:t>[5]</w:t>
      </w:r>
    </w:p>
    <w:p>
      <w:r>
        <w:rPr>
          <w:rFonts w:ascii="Gentium Plus" w:hAnsi="Gentium Plus"/>
          <w:sz w:val="24"/>
        </w:rPr>
        <w:t>ὡς Θουκυδίδης (I 138), καὶ ἄμπελοι ἡδύοινοι ὡς Ξενοφῶν (Anab VI 4. 6), καὶ εὔοινοι δέ· τὸ γὰρ οἰνίζεσθαι ἐπὶ τῶν τὸν οἶνον ὠνουμέ‐ νων δεινῶς ποιητικόν (Hom Θ 546). ἡ δ’ οἰνιστήρια οἴνου δόσις ὑπὲρ τῶν παίδων ἐν τοῖς φράτερσιν. οἰνιὰς δὲ καὶ οἰνὰς ἡ ἀγρία</w:t>
      </w:r>
    </w:p>
    <w:p>
      <w:r>
        <w:rPr>
          <w:rFonts w:ascii="Courier New" w:hAnsi="Courier New"/>
          <w:color w:val="555555"/>
          <w:sz w:val="20"/>
        </w:rPr>
        <w:t>[6 . 23]</w:t>
      </w:r>
    </w:p>
    <w:p>
      <w:r>
        <w:rPr>
          <w:rFonts w:ascii="Gentium Plus" w:hAnsi="Gentium Plus"/>
          <w:sz w:val="24"/>
        </w:rPr>
        <w:t>περιστερά, καὶ οἰνοῦττα μᾶζα ἡ οἴνῳ δεδευμένη. καὶ οἰναγωγὸν πλοῖον παρὰ Κρατίνῳ (370), καὶ οἰνηρὸς θεράπων παρὰ Ἀνακρέοντι (fg 161), καὶ παρὰ Κρατίνῳ (187. 6) οὐδ’ ὀξύβαφον οἰνηρὸν ἐπικεκτήσεται.</w:t>
      </w:r>
    </w:p>
    <w:p>
      <w:r>
        <w:rPr>
          <w:rFonts w:ascii="Courier New" w:hAnsi="Courier New"/>
          <w:color w:val="555555"/>
          <w:sz w:val="20"/>
        </w:rPr>
        <w:t>[5]</w:t>
      </w:r>
    </w:p>
    <w:p>
      <w:r>
        <w:rPr>
          <w:rFonts w:ascii="Gentium Plus" w:hAnsi="Gentium Plus"/>
          <w:sz w:val="24"/>
        </w:rPr>
        <w:t>καὶ Αἰσχύλος (fg 96) μήποτε κρωσσούς μήτ’ οἰνηροὺς μήθ’ ὑδατηρούς λιπεῖν ἀφνεοῖσι δόμοισιν.</w:t>
      </w:r>
    </w:p>
    <w:p>
      <w:r>
        <w:rPr>
          <w:rFonts w:ascii="Courier New" w:hAnsi="Courier New"/>
          <w:color w:val="555555"/>
          <w:sz w:val="20"/>
        </w:rPr>
        <w:t>[10]</w:t>
      </w:r>
    </w:p>
    <w:p>
      <w:r>
        <w:rPr>
          <w:rFonts w:ascii="Gentium Plus" w:hAnsi="Gentium Plus"/>
          <w:sz w:val="24"/>
        </w:rPr>
        <w:t>ἀμιγὴς πρὸς ὕδωρ, ἄμικτος. ἄκρατον σπάσαι. κεκραμένος, εὔκρατος</w:t>
      </w:r>
    </w:p>
    <w:p>
      <w:r>
        <w:rPr>
          <w:rFonts w:ascii="Courier New" w:hAnsi="Courier New"/>
          <w:color w:val="555555"/>
          <w:sz w:val="20"/>
        </w:rPr>
        <w:t>[6 . 24]</w:t>
      </w:r>
    </w:p>
    <w:p>
      <w:r>
        <w:rPr>
          <w:rFonts w:ascii="Gentium Plus" w:hAnsi="Gentium Plus"/>
          <w:sz w:val="24"/>
        </w:rPr>
        <w:t>εὔκρας εὐκραής, εὐκέραστος. αὐτόκρας ὁ μηδεμιᾶς προσθήκης δεό‐ μενος, καὶ αὐτοκέρας καὶ αὐτόκρατον· καὶ νεόκρατον καὶ νεόκρας ὁ νεωστὶ κεκραμένος. καὶ ἀκρατότερος, καὶ ὡς Ὑπερείδης (I p 23 Bl) ἀκρατέστερον. ἔστι δὲ καὶ τὸ ἀκρατίσασθαι παρὰ τοῖς παλαιοῖς,</w:t>
      </w:r>
    </w:p>
    <w:p>
      <w:r>
        <w:rPr>
          <w:rFonts w:ascii="Courier New" w:hAnsi="Courier New"/>
          <w:color w:val="555555"/>
          <w:sz w:val="20"/>
        </w:rPr>
        <w:t>[5]</w:t>
      </w:r>
    </w:p>
    <w:p>
      <w:r>
        <w:rPr>
          <w:rFonts w:ascii="Gentium Plus" w:hAnsi="Gentium Plus"/>
          <w:sz w:val="24"/>
        </w:rPr>
        <w:t>ὡς παρ’ Ἀριστοφάνει (fg 607). τί τὸ κακόν; ἀλλ’ ἦ κοκκύμηλ’ ἠκρατίσω; καὶ κεράσασθαι μίξασθαι συγκεράσασθαι. καὶ κεραννύναι καὶ ἐκεράννυτο· τὸ γὰρ ἐκίρνα καὶ κιρνάναι ποιητικώτερον (Aristoph Eccl 841), ὥσπερ</w:t>
      </w:r>
    </w:p>
    <w:p>
      <w:r>
        <w:rPr>
          <w:rFonts w:ascii="Courier New" w:hAnsi="Courier New"/>
          <w:color w:val="555555"/>
          <w:sz w:val="20"/>
        </w:rPr>
        <w:t>[6 . 25]</w:t>
      </w:r>
    </w:p>
    <w:p>
      <w:r>
        <w:rPr>
          <w:rFonts w:ascii="Gentium Plus" w:hAnsi="Gentium Plus"/>
          <w:sz w:val="24"/>
        </w:rPr>
        <w:t>καὶ ὁ κιρνάς· οἱ δὲ πεζοὶ λέγουσι κεραννύς. ἀκρατοπότης τε Ἡρόδοτος (VI 84) ἔφη, καὶ ἀκρατοκώθωνας Ὑπερείδης (I p 23 Bl), οὐ μὴν ἐπαινῶ τοὔνομα. ὃ μέντοι ἀναγαργαρίσασθαι οἱ νῦν λέγουσιν, ἀνακογχυλίσασθαι ἔλεγον, τὸ ἀνακλύσασθαι τὴν φάρυγγα· Πλάτων δ’</w:t>
      </w:r>
    </w:p>
    <w:p>
      <w:r>
        <w:rPr>
          <w:rFonts w:ascii="Courier New" w:hAnsi="Courier New"/>
          <w:color w:val="555555"/>
          <w:sz w:val="20"/>
        </w:rPr>
        <w:t>[5]</w:t>
      </w:r>
    </w:p>
    <w:p>
      <w:r>
        <w:rPr>
          <w:rFonts w:ascii="Gentium Plus" w:hAnsi="Gentium Plus"/>
          <w:sz w:val="24"/>
        </w:rPr>
        <w:t>ὁ κωμικὸς φησὶν· (I p 656. 196) ἀνακογχυλιαστὸν ἐχθοδοπόν τι σκευάσω. ἀμυστὶ πίνειν, ἀμυστίζειν, χανδὸν πίνειν. Θρᾳκία πρόποσις, Σκυθικὴ πόσις. ὑποβεβρέχθαι, διαθερμαίνεσθαι, σεσεῖσθαι. μέθη μεθύειν μεθύ‐ σκεσθαι μεθυστικός, ἡ δὲ γυνὴ μεθύση, καὶ μεθύστρια παρὰ Θεοπόμπῳ</w:t>
      </w:r>
    </w:p>
    <w:p>
      <w:r>
        <w:rPr>
          <w:rFonts w:ascii="Courier New" w:hAnsi="Courier New"/>
          <w:color w:val="555555"/>
          <w:sz w:val="20"/>
        </w:rPr>
        <w:t>[6 . 26]</w:t>
      </w:r>
    </w:p>
    <w:p>
      <w:r>
        <w:rPr>
          <w:rFonts w:ascii="Gentium Plus" w:hAnsi="Gentium Plus"/>
          <w:sz w:val="24"/>
        </w:rPr>
        <w:t>τῷ κωμικῷ (I p 755. 93)· ὁ γὰρ μέθυσος ἐπὶ ἀνδρῶν Μενάνδρῳ (fg 67) δεδόσθω. ἐπὶ δὲ τῶν μεθυόντων ἔλεγον τὸ μασχάλην αἴρειν, ὡς τοῦτο ἔθος ὂν τοῖς ἐν μέθῃ· διὸ καὶ Ὅμηρον (ς 100) προειπεῖν ‘χεῖρας ἀνισχόν‐ τες γέλῳ ἔκθανον.‘ κραιπάλη κραιπαλᾶν, ἑωλοκρασία. νήφειν, νηφα‐</w:t>
      </w:r>
    </w:p>
    <w:p>
      <w:r>
        <w:rPr>
          <w:rFonts w:ascii="Courier New" w:hAnsi="Courier New"/>
          <w:color w:val="555555"/>
          <w:sz w:val="20"/>
        </w:rPr>
        <w:t>[5]</w:t>
      </w:r>
    </w:p>
    <w:p>
      <w:r>
        <w:rPr>
          <w:rFonts w:ascii="Gentium Plus" w:hAnsi="Gentium Plus"/>
          <w:sz w:val="24"/>
        </w:rPr>
        <w:t>λίως ἔχειν, νηφαντικὸν εἶναι· τὸ γὰρ νηφαλιεύειν τὸ νηφάλια θύειν ἔλεγον, ὅπερ ἐστὶ τὸ χρῆσθαι θυσίαις ἀοίνοις, ὧν τὰς ἐναντίας θυσίας</w:t>
      </w:r>
    </w:p>
    <w:p>
      <w:r>
        <w:rPr>
          <w:rFonts w:ascii="Courier New" w:hAnsi="Courier New"/>
          <w:color w:val="555555"/>
          <w:sz w:val="20"/>
        </w:rPr>
        <w:t>[10]</w:t>
      </w:r>
    </w:p>
    <w:p>
      <w:r>
        <w:rPr>
          <w:rFonts w:ascii="Gentium Plus" w:hAnsi="Gentium Plus"/>
          <w:sz w:val="24"/>
        </w:rPr>
        <w:t>οὔ πώ πιον τοσοῦτον οὐδὲ πίομαι μάρωνα.</w:t>
      </w:r>
    </w:p>
    <w:p>
      <w:r>
        <w:rPr>
          <w:rFonts w:ascii="Courier New" w:hAnsi="Courier New"/>
          <w:color w:val="555555"/>
          <w:sz w:val="20"/>
        </w:rPr>
        <w:t>[6 . 27]</w:t>
      </w:r>
    </w:p>
    <w:p>
      <w:r>
        <w:rPr>
          <w:rFonts w:ascii="Gentium Plus" w:hAnsi="Gentium Plus"/>
          <w:sz w:val="24"/>
        </w:rPr>
        <w:t>ἔστι δ’ εἰπεῖν ἑστιάτωρ λαμπρός, μεγαλοπρεπής, φιλόξενος, εὔ‐ ξενος δημοτικός, εὐτράπεζος, καθαρειότητι χαίρων—ὁ γὰρ καθάρειος ἰδιωτικόν, καίτοι τὸ καθαρείως παρὰ Ξενοφῶντι (Cyrop I 3. 8) εἴ‐ ρηται—διηκριβωμένος, εὐδίαιτος, μεγαλόφρων, φιλοφροσύνης γέ‐</w:t>
      </w:r>
    </w:p>
    <w:p>
      <w:r>
        <w:rPr>
          <w:rFonts w:ascii="Courier New" w:hAnsi="Courier New"/>
          <w:color w:val="555555"/>
          <w:sz w:val="20"/>
        </w:rPr>
        <w:t>[5]</w:t>
      </w:r>
    </w:p>
    <w:p>
      <w:r>
        <w:rPr>
          <w:rFonts w:ascii="Gentium Plus" w:hAnsi="Gentium Plus"/>
          <w:sz w:val="24"/>
        </w:rPr>
        <w:t>μων, εὐάρμοστος, φιλοπροσήγορος, πανηγυρικὸς τὸ ἦθος, ἁβρόβιος ἁβροδίαιτος.—τοὺς δ’ ἐναντίους τρυσιβίους ὠνόμαζον, κακοβίους, μικροπρεπεῖς, ἀνελευθέρους.</w:t>
      </w:r>
    </w:p>
    <w:p>
      <w:r>
        <w:rPr>
          <w:rFonts w:ascii="Courier New" w:hAnsi="Courier New"/>
          <w:color w:val="555555"/>
          <w:sz w:val="20"/>
        </w:rPr>
        <w:t>[6 . 28]</w:t>
      </w:r>
    </w:p>
    <w:p>
      <w:r>
        <w:rPr>
          <w:rFonts w:ascii="Gentium Plus" w:hAnsi="Gentium Plus"/>
          <w:sz w:val="24"/>
        </w:rPr>
        <w:t>περὶ δὲ συμπότου δεξιός, συμποτικὸς, ἀστεῖος, ἐπιεικής, εὐαρ‐ μόνιος, ἐπιδέξιος, ἐμμελής, εὔμικτος εὐεπίμικτος, ἀξιοκοινώνητος κοι‐ νωνικός, συνουσιαστικός, ἐξομολογητικός, φαιδρός, σπουδαῖος. ἵλεως, εὐμενής φιλόγελως, φιλοπαίγμων καὶ φιλοπαίσμων, φιλόφρων,</w:t>
      </w:r>
    </w:p>
    <w:p>
      <w:r>
        <w:rPr>
          <w:rFonts w:ascii="Courier New" w:hAnsi="Courier New"/>
          <w:color w:val="555555"/>
          <w:sz w:val="20"/>
        </w:rPr>
        <w:t>[6 . 29]</w:t>
      </w:r>
    </w:p>
    <w:p>
      <w:r>
        <w:rPr>
          <w:rFonts w:ascii="Gentium Plus" w:hAnsi="Gentium Plus"/>
          <w:sz w:val="24"/>
        </w:rPr>
        <w:t>αὐτάρκης ὀλιγοδεής, ὀλιγόσιτος, νήφων, μετριόσιτος. ὁ δ’ ἐναντίος σκαιός, ἐκμελής, ἄγροικος, ἄμικτος, εἴρων, ἀλαζών, ὑπεροπτικός, ὑπέρ‐ φρων, βαρύς, φορτικός, ἐπαχθής, κομπαστής κομπώδης, περισπού‐ δαστος περίσπουδος ὑπέρσπουδος κατεσπουδασμένος, ἐπισκυθρω‐</w:t>
      </w:r>
    </w:p>
    <w:p>
      <w:r>
        <w:rPr>
          <w:rFonts w:ascii="Courier New" w:hAnsi="Courier New"/>
          <w:color w:val="555555"/>
          <w:sz w:val="20"/>
        </w:rPr>
        <w:t>[5]</w:t>
      </w:r>
    </w:p>
    <w:p>
      <w:r>
        <w:rPr>
          <w:rFonts w:ascii="Gentium Plus" w:hAnsi="Gentium Plus"/>
          <w:sz w:val="24"/>
        </w:rPr>
        <w:t>πάζων, πεπλασμένος καταπεπλασμένος, σχηματοποιούμενος, φιλο‐ σκώμμων, γελοιαστής τωθαστής τωθαστικός, καγχαστής, ἄπληστος, συρφετώδης, χαῦνυς, πάροινος ἔξοινος, ὑγρός, σφαλερός, δυσόργητος, μεθύων, κραιπαλῶν, παράφορος, λάλος, λῆρος, φλύαρος, κυλικηγορῶν.</w:t>
      </w:r>
    </w:p>
    <w:p>
      <w:r>
        <w:rPr>
          <w:rFonts w:ascii="Courier New" w:hAnsi="Courier New"/>
          <w:color w:val="555555"/>
          <w:sz w:val="20"/>
        </w:rPr>
        <w:t>[6 . 30]</w:t>
      </w:r>
    </w:p>
    <w:p>
      <w:r>
        <w:rPr>
          <w:rFonts w:ascii="Gentium Plus" w:hAnsi="Gentium Plus"/>
          <w:sz w:val="24"/>
        </w:rPr>
        <w:t>ἔστι δ’ ἀπὸ οἴνου σπονδή, σπεῖσαι ἀποσπεῖσαι ἐπισπεῖσαι, ἀπόσπονδος ἄσπονδος ἔνσπονδος ὁμόσπονδος ἡμίσπονδος ἐνσπονδότατος ἀσπονδότατος, σπονδῶν καὶ κρατήρων μετασχών, παράσπονδος παρασπονδεῖν, σπονδὰς ἀναιρεῖν. πρόποσις, φιλοτη‐</w:t>
      </w:r>
    </w:p>
    <w:p>
      <w:r>
        <w:rPr>
          <w:rFonts w:ascii="Courier New" w:hAnsi="Courier New"/>
          <w:color w:val="555555"/>
          <w:sz w:val="20"/>
        </w:rPr>
        <w:t>[5]</w:t>
      </w:r>
    </w:p>
    <w:p>
      <w:r>
        <w:rPr>
          <w:rFonts w:ascii="Gentium Plus" w:hAnsi="Gentium Plus"/>
          <w:sz w:val="24"/>
        </w:rPr>
        <w:t>σία. σπονδαρχεῖν τὸ προπίνειν φιλοτησίας. τὰς κύλικας ἐν κύκλῳ</w:t>
      </w:r>
    </w:p>
    <w:p>
      <w:r>
        <w:rPr>
          <w:rFonts w:ascii="Courier New" w:hAnsi="Courier New"/>
          <w:color w:val="555555"/>
          <w:sz w:val="20"/>
        </w:rPr>
        <w:t>[6 . 31]</w:t>
      </w:r>
    </w:p>
    <w:p>
      <w:r>
        <w:rPr>
          <w:rFonts w:ascii="Gentium Plus" w:hAnsi="Gentium Plus"/>
          <w:sz w:val="24"/>
        </w:rPr>
        <w:t>περιελαύνειν, πυκνὸν ὑποψεκάζειν. καὶ πότος μεταδόρπιος, καὶ κύλιξ μετανιπτρὶς ἡ ἐπὶ πᾶσιν· εἴποις δ’ ἂν τὴν αὐτὴν καὶ ἐπινιπτρίδα. ἐπικωθωνίζεσθαι δὲ τὸ περαιτέρω πίνειν Κριτίας (FHG II p. 69. 4) λέγει. καὶ ὁ μὲν πιεῖν ἐπιθυμῶν διψαλέος καὶ διψῶν, καὶ τὸ</w:t>
      </w:r>
    </w:p>
    <w:p>
      <w:r>
        <w:rPr>
          <w:rFonts w:ascii="Courier New" w:hAnsi="Courier New"/>
          <w:color w:val="555555"/>
          <w:sz w:val="20"/>
        </w:rPr>
        <w:t>[5]</w:t>
      </w:r>
    </w:p>
    <w:p>
      <w:r>
        <w:rPr>
          <w:rFonts w:ascii="Gentium Plus" w:hAnsi="Gentium Plus"/>
          <w:sz w:val="24"/>
        </w:rPr>
        <w:t>πρᾶγμα δίψα καὶ δίψος, καὶ τὸ ῥῆμα διψῆν· ὁ δὲ φαγεῖν ἐθέλων πεινῶν, καὶ τὸ πρᾶγμα πείνη, καὶ τὸ ῥῆμα πεινῆν. Πλάτων δ’ ὁ κωμικὸς (I p 641. 156) καὶ κεναγγίαν εἴρηκεν, Ξενοφῶν (?) δὲ βούλιμον. καὶ Ἀριστοφάνης (fg 608) τὸν Πειραιᾶ μὴ κεναγγίαν ἄγειν.</w:t>
      </w:r>
    </w:p>
    <w:p>
      <w:r>
        <w:rPr>
          <w:rFonts w:ascii="Courier New" w:hAnsi="Courier New"/>
          <w:color w:val="555555"/>
          <w:sz w:val="20"/>
        </w:rPr>
        <w:t>[6 . 32]</w:t>
      </w:r>
    </w:p>
    <w:p>
      <w:r>
        <w:rPr>
          <w:rFonts w:ascii="Gentium Plus" w:hAnsi="Gentium Plus"/>
          <w:sz w:val="24"/>
        </w:rPr>
        <w:t>Ἡ δὲ τροφὴ ἄρτοι κρέα, ἄλφιτα μᾶζα, ὄψα, σῖτα σιτία, ἐδέ‐ σματα, βρώματα. καὶ ἀπὸ μὲν τροφῆς θρέψαι τραφῆναι, τροφεύς, εὔτροφος ἔντροφος σύντροφος, τροφός τρόφιμος, παρατρέφεσθαι συντρέφεσθαι ἀποτρέφεσθαι ὑποτρέφεσθαι. ἀπὸ δ’ ἄρτου ἀρ‐</w:t>
      </w:r>
    </w:p>
    <w:p>
      <w:r>
        <w:rPr>
          <w:rFonts w:ascii="Courier New" w:hAnsi="Courier New"/>
          <w:color w:val="555555"/>
          <w:sz w:val="20"/>
        </w:rPr>
        <w:t>[5]</w:t>
      </w:r>
    </w:p>
    <w:p>
      <w:r>
        <w:rPr>
          <w:rFonts w:ascii="Gentium Plus" w:hAnsi="Gentium Plus"/>
          <w:sz w:val="24"/>
        </w:rPr>
        <w:t>τοποιός ἀρτοκόπος, κανοῦν ἀρτοφόρον, ἀρτοσιτεῖν. ἄρτοι ζυμῆτες ζυμῖται καὶ ἄζυμοι· Πλάτων (Tim 74 D) γὰρ τῷ ὀνόματι τούτῳ</w:t>
      </w:r>
    </w:p>
    <w:p>
      <w:r>
        <w:rPr>
          <w:rFonts w:ascii="Courier New" w:hAnsi="Courier New"/>
          <w:color w:val="555555"/>
          <w:sz w:val="20"/>
        </w:rPr>
        <w:t>[6 . 33]</w:t>
      </w:r>
    </w:p>
    <w:p>
      <w:r>
        <w:rPr>
          <w:rFonts w:ascii="Gentium Plus" w:hAnsi="Gentium Plus"/>
          <w:sz w:val="24"/>
        </w:rPr>
        <w:t>κέχρηται, οὐκ ἐπὶ ἄρτου μέν, κέχρηται δ’ οὖν. ἄρτοι ὀβελίαι, ἄρτοι κριβανῖται, ἄρτοι καχρυδίαι, ἄρτοι ἀπυρῖται. τῶν δ’ ἄρτων οἱ ψωμοὶ καλοῦνται ἐνθέσεις. καὶ τὸ ψωμίζειν δ’ ἀπὸ τῶν ψωμῶν, ὡς Ἀρι‐ στοφάνης φησίν (Lysistr 18)</w:t>
      </w:r>
    </w:p>
    <w:p>
      <w:r>
        <w:rPr>
          <w:rFonts w:ascii="Courier New" w:hAnsi="Courier New"/>
          <w:color w:val="555555"/>
          <w:sz w:val="20"/>
        </w:rPr>
        <w:t>[5]</w:t>
      </w:r>
    </w:p>
    <w:p>
      <w:r>
        <w:rPr>
          <w:rFonts w:ascii="Gentium Plus" w:hAnsi="Gentium Plus"/>
          <w:sz w:val="24"/>
        </w:rPr>
        <w:t>ἡ μὴν παιδίον κατέκλινεν, ἡ δ’ ἔλουσεν, ἡ δ’ ἐψώμισεν. ἀπὸ δὲ κρεῶν, ἢ ὡς Ξενοφῶν (Cyrop I 4. 13) κρεαδίων, κρεω‐ φάγος κρεωφαγία, κρεανομία, κρεωσιτεῖν, κρεωπῶλαι κρεωπωλεῖν. ἥμερα κρέα, θήρεια κρέα σύεια, χοίρεια, ὀρνίθεια, πολυπόδεια,</w:t>
      </w:r>
    </w:p>
    <w:p>
      <w:r>
        <w:rPr>
          <w:rFonts w:ascii="Courier New" w:hAnsi="Courier New"/>
          <w:color w:val="555555"/>
          <w:sz w:val="20"/>
        </w:rPr>
        <w:t>[10]</w:t>
      </w:r>
    </w:p>
    <w:p>
      <w:r>
        <w:rPr>
          <w:rFonts w:ascii="Gentium Plus" w:hAnsi="Gentium Plus"/>
          <w:sz w:val="24"/>
        </w:rPr>
        <w:t>περδίκεια, λαγῶα. σχελίδες λαγωῶν, τεμάχια κρεῶν. κρεωδαίτης</w:t>
      </w:r>
    </w:p>
    <w:p>
      <w:r>
        <w:rPr>
          <w:rFonts w:ascii="Courier New" w:hAnsi="Courier New"/>
          <w:color w:val="555555"/>
          <w:sz w:val="20"/>
        </w:rPr>
        <w:t>[6 . 34]</w:t>
      </w:r>
    </w:p>
    <w:p>
      <w:r>
        <w:rPr>
          <w:rFonts w:ascii="Gentium Plus" w:hAnsi="Gentium Plus"/>
          <w:sz w:val="24"/>
        </w:rPr>
        <w:t>δ’ ὁ διατέμνων, ὃν καὶ μάγειρον καὶ ἄρταμον ἔνιοι καλοῦσιν· ἔστι δὲ καὶ παρὰ Λακεδαιμονίοις ἀρχή τις ὁ κρεωδαίτης. ἀπὸ δὲ σιτίων σῖτα σιτία, σιτεῖσθαι σιτούμενος σίτησις, σιτη‐ ρέσιον κακόσιτος ἀπόσιτος φιλόσιτος ἄσιτος εὔσιτος, σιτοφάγος,</w:t>
      </w:r>
    </w:p>
    <w:p>
      <w:r>
        <w:rPr>
          <w:rFonts w:ascii="Courier New" w:hAnsi="Courier New"/>
          <w:color w:val="555555"/>
          <w:sz w:val="20"/>
        </w:rPr>
        <w:t>[5]</w:t>
      </w:r>
    </w:p>
    <w:p>
      <w:r>
        <w:rPr>
          <w:rFonts w:ascii="Gentium Plus" w:hAnsi="Gentium Plus"/>
          <w:sz w:val="24"/>
        </w:rPr>
        <w:t>σιτικός, πολύσιτος ὀλιγόσιτος μετριόσιτος, σύσσιτος συσσιτεῖν, ἀείσιτος, ἐπίσιτις ἐπισιτισμός, παρασιτεῖν καὶ παρὰ τοῖς νεωτέροις παράσιτος</w:t>
      </w:r>
    </w:p>
    <w:p>
      <w:r>
        <w:rPr>
          <w:rFonts w:ascii="Courier New" w:hAnsi="Courier New"/>
          <w:color w:val="555555"/>
          <w:sz w:val="20"/>
        </w:rPr>
        <w:t>[6 . 35]</w:t>
      </w:r>
    </w:p>
    <w:p>
      <w:r>
        <w:rPr>
          <w:rFonts w:ascii="Gentium Plus" w:hAnsi="Gentium Plus"/>
          <w:sz w:val="24"/>
        </w:rPr>
        <w:t>ἔστι δὲ καὶ παρὰ τοῖς παλαιοῖς τοὔνομα, οὐ μὴν ἐφ’ οὗ νῦν, ἀλλ’ ἱερᾶς ὑπηρεσίας τοὔνομα, ὁ ἐπὶ τὴν τοῦ ἱεροῦ σίτου ἐκλογὴν αἱρού‐ μενος· καὶ ἀρχεῖόν τι Ἀθήνησι παρασίτιον καλούμενον, ὡς ἐν τῷ νόμῳ τοῦ βασιλέως ἔστιν εὑρεῖν. ἐπὶ μέντοι τοῦ παρασιτεῖν κατὰ λιχνείαν</w:t>
      </w:r>
    </w:p>
    <w:p>
      <w:r>
        <w:rPr>
          <w:rFonts w:ascii="Courier New" w:hAnsi="Courier New"/>
          <w:color w:val="555555"/>
          <w:sz w:val="20"/>
        </w:rPr>
        <w:t>[5]</w:t>
      </w:r>
    </w:p>
    <w:p>
      <w:r>
        <w:rPr>
          <w:rFonts w:ascii="Gentium Plus" w:hAnsi="Gentium Plus"/>
          <w:sz w:val="24"/>
        </w:rPr>
        <w:t>ἢ κολακείαν πρῶτος Ἐπίχαρμος (fg 34 Kaib) τὸν παράσιτον ὠνόμασεν,</w:t>
      </w:r>
    </w:p>
    <w:p>
      <w:r>
        <w:rPr>
          <w:rFonts w:ascii="Courier New" w:hAnsi="Courier New"/>
          <w:color w:val="555555"/>
          <w:sz w:val="20"/>
        </w:rPr>
        <w:t>[6 . 36]</w:t>
      </w:r>
    </w:p>
    <w:p>
      <w:r>
        <w:rPr>
          <w:rFonts w:ascii="Gentium Plus" w:hAnsi="Gentium Plus"/>
          <w:sz w:val="24"/>
        </w:rPr>
        <w:t>εἶτα Ἄλεξις (II p 363). Ὅμηρος (P 575) δ’ αὐτὸν εἰλαπιναστὴν λέγει· ἐπεί οἱ ἑταῖρος ἔην φίλος εἰλαπιναστής. κακοσιτία, ἀποσιτία, σπανοσιτία, ἀσιτία, συσσιτία, συσσίτιον, οἰκοσιτία οἰκόσιτος σιτοδοτεῖν, σιτοδόκη σιτίζειν. παῖδας σιτευτοὺς Ξενο‐</w:t>
      </w:r>
    </w:p>
    <w:p>
      <w:r>
        <w:rPr>
          <w:rFonts w:ascii="Courier New" w:hAnsi="Courier New"/>
          <w:color w:val="555555"/>
          <w:sz w:val="20"/>
        </w:rPr>
        <w:t>[5]</w:t>
      </w:r>
    </w:p>
    <w:p>
      <w:r>
        <w:rPr>
          <w:rFonts w:ascii="Gentium Plus" w:hAnsi="Gentium Plus"/>
          <w:sz w:val="24"/>
        </w:rPr>
        <w:t>φῶν (An V 4. 32) ἔφη. ἀποσυσσιτεῖν. σιτομέτρης γὰρ καὶ σιταγωγὰ πλοῖα καὶ σιτηγοῦντες καὶ σιτοφύλακες καὶ τὰ τοιαῦτα οὐκ ἀπὸ σιτίων ἀλλ’ ἀπὸ σίτου ὠνόμασται, ὡς καὶ τὸ ἐσιτοῦντο παρὰ Θουκυδίδῃ(?). καὶ σιτηρέσιον, καὶ σιτοδεία.</w:t>
      </w:r>
    </w:p>
    <w:p>
      <w:r>
        <w:rPr>
          <w:rFonts w:ascii="Courier New" w:hAnsi="Courier New"/>
          <w:color w:val="555555"/>
          <w:sz w:val="20"/>
        </w:rPr>
        <w:t>[6 . 37]</w:t>
      </w:r>
    </w:p>
    <w:p>
      <w:r>
        <w:rPr>
          <w:rFonts w:ascii="Gentium Plus" w:hAnsi="Gentium Plus"/>
          <w:sz w:val="24"/>
        </w:rPr>
        <w:t>ἀπὸ δ’ ἀλφίτων ἀλφιτοσιτεῖν, ἀλφιτοποιία, ἀλφίτια ὡς Ὑπερ‐ είδης (fg 225 Bl), ἄλφιτα δεύσασθαι, μᾶζαν μάξασθαι, ἀλφιτοπω‐</w:t>
      </w:r>
    </w:p>
    <w:p>
      <w:r>
        <w:rPr>
          <w:rFonts w:ascii="Courier New" w:hAnsi="Courier New"/>
          <w:color w:val="555555"/>
          <w:sz w:val="20"/>
        </w:rPr>
        <w:t>[5]</w:t>
      </w:r>
    </w:p>
    <w:p>
      <w:r>
        <w:rPr>
          <w:rFonts w:ascii="Gentium Plus" w:hAnsi="Gentium Plus"/>
          <w:sz w:val="24"/>
        </w:rPr>
        <w:t>ὡς Αἰσχίνης (I 67), ὀψοποιός, ὀψαρτυτὴς ὡς Ὑπερείδης (fg 251</w:t>
      </w:r>
    </w:p>
    <w:p>
      <w:r>
        <w:rPr>
          <w:rFonts w:ascii="Courier New" w:hAnsi="Courier New"/>
          <w:color w:val="555555"/>
          <w:sz w:val="20"/>
        </w:rPr>
        <w:t>[6 . 38]</w:t>
      </w:r>
    </w:p>
    <w:p>
      <w:r>
        <w:rPr>
          <w:rFonts w:ascii="Gentium Plus" w:hAnsi="Gentium Plus"/>
          <w:sz w:val="24"/>
        </w:rPr>
        <w:t>Bl) ὀψοποιούμενος ὡς Δημοσθένης (LIV 4). καὶ τόπος Ἀθήνησιν, ἀφ’ οὗ φασὶν ‘ἀπῆλθον εἰς τοὖψον.‘ Κριτίας δὲ (VS p 628. 60) καὶ ὀψωνίας καὶ ὀψωνεῖν ἔφη, τὸ δὲ ὀψωνεῖν καὶ ὀψονομεῖν ὠνόμασεν Θουγενίδης δ’ ἔφη (III p 377. 2 Ko)</w:t>
      </w:r>
    </w:p>
    <w:p>
      <w:r>
        <w:rPr>
          <w:rFonts w:ascii="Courier New" w:hAnsi="Courier New"/>
          <w:color w:val="555555"/>
          <w:sz w:val="20"/>
        </w:rPr>
        <w:t>[5]</w:t>
      </w:r>
    </w:p>
    <w:p>
      <w:r>
        <w:rPr>
          <w:rFonts w:ascii="Gentium Plus" w:hAnsi="Gentium Plus"/>
          <w:sz w:val="24"/>
        </w:rPr>
        <w:t>ᾔτησεν εἰς ὀψώνιον τριώβολον. παμπόνηρον δ’ ὁ Μενάνδρου (fg 1050) ὀψωνιασμός. Ἄλεξις (II p 405. 316) δ’ εὐοψίαν εἶπεν. ἀπὸ δ’ ἐδεσμάτων ἔδειν ἔδεσθαι ἐδόμενος ἐδόμεθα, ὀδόντες· ἀπὸ τούτου γὰρ πεποίηνται, οἷον ἔδοντές τινες, οἱ ὀδόντες.</w:t>
      </w:r>
    </w:p>
    <w:p>
      <w:r>
        <w:rPr>
          <w:rFonts w:ascii="Courier New" w:hAnsi="Courier New"/>
          <w:color w:val="555555"/>
          <w:sz w:val="20"/>
        </w:rPr>
        <w:t>[6 . 39]</w:t>
      </w:r>
    </w:p>
    <w:p>
      <w:r>
        <w:rPr>
          <w:rFonts w:ascii="Gentium Plus" w:hAnsi="Gentium Plus"/>
          <w:sz w:val="24"/>
        </w:rPr>
        <w:t>θριπηδέστατον, κατεδήδεστο, τὰ πατρῷα κατεδηδοκώς. ἀπὸ δὲ βρωμάτων βιβρώσκειν διαβιβρώσκειν καταβιβρώσκειν, βρωτικώτερον. χῆνας ἡμιβρώτους φησὶ Ξενοφῶν (An I 9. 26)· καὶ Ὑπερείδης (fg 249 Bl) ‘τὰ ὄντα καταβέβρωκεν‘ φησὶν ἀντὶ τοῦ κατεδήδοκεν. ἄβρωτος</w:t>
      </w:r>
    </w:p>
    <w:p>
      <w:r>
        <w:rPr>
          <w:rFonts w:ascii="Courier New" w:hAnsi="Courier New"/>
          <w:color w:val="555555"/>
          <w:sz w:val="20"/>
        </w:rPr>
        <w:t>[5]</w:t>
      </w:r>
    </w:p>
    <w:p>
      <w:r>
        <w:rPr>
          <w:rFonts w:ascii="Gentium Plus" w:hAnsi="Gentium Plus"/>
          <w:sz w:val="24"/>
        </w:rPr>
        <w:t>δ’ ὁ νῆστις παρὰ Σοφοκλεῖ, (fg 882) καὶ ἀβρωσία ἡ ἀσιτία. κοινὸν δὲ κατὰ πάντων ἐσθίειν, φαγεῖν, φαγών καταφαγών, ἐσθίων κατε‐ σθίων, ἐπιφαγεῖν—οὕτω δ’ ἔλεγον τὸ ἐπὶ τῷ ἄρτῳ ὄψον ἐπε‐</w:t>
      </w:r>
    </w:p>
    <w:p>
      <w:r>
        <w:rPr>
          <w:rFonts w:ascii="Courier New" w:hAnsi="Courier New"/>
          <w:color w:val="555555"/>
          <w:sz w:val="20"/>
        </w:rPr>
        <w:t>[6 . 40]</w:t>
      </w:r>
    </w:p>
    <w:p>
      <w:r>
        <w:rPr>
          <w:rFonts w:ascii="Gentium Plus" w:hAnsi="Gentium Plus"/>
          <w:sz w:val="24"/>
        </w:rPr>
        <w:t>σθίειν—ἐξέφαγεν. Μεταγένης (I p 709. 15 Ko) δὲ καὶ λαθροφα‐ γεῖν που λέγει. παμπόνηρον δὲ καὶ τὸ παρὰ Μυρτίλῳ τῷ κωμικῷ (I p 254 fg 4 Ko) καταφαγάς, κἂν Αἰσχύλος (fg 428) αὐτὸ ᾖ προειρηκώς. ἐκ δὲ τούτων ἂν εἴη καὶ ὁ κραδοφάγος·</w:t>
      </w:r>
    </w:p>
    <w:p>
      <w:r>
        <w:rPr>
          <w:rFonts w:ascii="Courier New" w:hAnsi="Courier New"/>
          <w:color w:val="555555"/>
          <w:sz w:val="20"/>
        </w:rPr>
        <w:t>[5]</w:t>
      </w:r>
    </w:p>
    <w:p>
      <w:r>
        <w:rPr>
          <w:rFonts w:ascii="Gentium Plus" w:hAnsi="Gentium Plus"/>
          <w:sz w:val="24"/>
        </w:rPr>
        <w:t>τὸν δὲ ἄγροικον οὕτως ἐκάλουν, ἐπεὶ κράδαι τὰ φύλλα τῶν συκῶν. δυσχερὲς γὰρ ὁ σκατοφάγος. γαλακτοφάγοι, ἀνδροφάγοι, βαλανηφά‐ γοι βαλανηφαγεῖν. τάχα δὲ καὶ τὸ ἐντραγεῖν ἐπιτραγεῖν συκοτραγεῖν.</w:t>
      </w:r>
    </w:p>
    <w:p>
      <w:r>
        <w:rPr>
          <w:rFonts w:ascii="Courier New" w:hAnsi="Courier New"/>
          <w:color w:val="555555"/>
          <w:sz w:val="20"/>
        </w:rPr>
        <w:t>[6 . 41]</w:t>
      </w:r>
    </w:p>
    <w:p>
      <w:r>
        <w:rPr>
          <w:rFonts w:ascii="Gentium Plus" w:hAnsi="Gentium Plus"/>
          <w:sz w:val="24"/>
        </w:rPr>
        <w:t>ὁ δὲ περὶ τροφὴν ἄπληστος ἀκόρεστος, ὡς ὁ ταχέως κορεσθεὶς ἁψίκορος. καὶ κακόσιτος δέ, καὶ ἀπόσιτος ὁ ἀπεστραμμένος ἀπὸ σιτίων, ὡς ἄπιχθυς παρ’ Ἀριστοφάνει (fg 564) ὁ ἰχθύων ἄγευστος. οὗτος (Nub 611) δὲ καὶ τὴν ἀσιτίαν ἀπαστίαν ὠνόμασεν. ὁ δ’</w:t>
      </w:r>
    </w:p>
    <w:p>
      <w:r>
        <w:rPr>
          <w:rFonts w:ascii="Courier New" w:hAnsi="Courier New"/>
          <w:color w:val="555555"/>
          <w:sz w:val="20"/>
        </w:rPr>
        <w:t>[5]</w:t>
      </w:r>
    </w:p>
    <w:p>
      <w:r>
        <w:rPr>
          <w:rFonts w:ascii="Gentium Plus" w:hAnsi="Gentium Plus"/>
          <w:sz w:val="24"/>
        </w:rPr>
        <w:t>ἀπλήστως εἰς κόρον ἐσθίων ἀδδηφάγος, ἄδδην ἐσθίων. πολύσιτοι ὀψο‐</w:t>
      </w:r>
    </w:p>
    <w:p>
      <w:r>
        <w:rPr>
          <w:rFonts w:ascii="Courier New" w:hAnsi="Courier New"/>
          <w:color w:val="555555"/>
          <w:sz w:val="20"/>
        </w:rPr>
        <w:t>[6 . 42]</w:t>
      </w:r>
    </w:p>
    <w:p>
      <w:r>
        <w:rPr>
          <w:rFonts w:ascii="Gentium Plus" w:hAnsi="Gentium Plus"/>
          <w:sz w:val="24"/>
        </w:rPr>
        <w:t>φάγοι. καὶ ἐρέπτειν ἔλεγον τὸ συντόνως ἐσθίειν. ἄχρι κόρου, πέρα κόρου. γάστρις, γαστριζόμενος, γαστρίζειν ὑπογαστρίζειν, γαστρίμαργος γαστριβόρος, γαστριμαργία, λίχνος λιχνεία, λαίμαργος λαιμαργία, τένθης τενθεία, δεινὸς φαγεῖν καὶ ἀγαθὸς φαγεῖν. καὶ φαγέσωρον δὲ</w:t>
      </w:r>
    </w:p>
    <w:p>
      <w:r>
        <w:rPr>
          <w:rFonts w:ascii="Courier New" w:hAnsi="Courier New"/>
          <w:color w:val="555555"/>
          <w:sz w:val="20"/>
        </w:rPr>
        <w:t>[5]</w:t>
      </w:r>
    </w:p>
    <w:p>
      <w:r>
        <w:rPr>
          <w:rFonts w:ascii="Gentium Plus" w:hAnsi="Gentium Plus"/>
          <w:sz w:val="24"/>
        </w:rPr>
        <w:t>τὸν ἄπληστον οἱ κωμικοὶ (III p 601. 1184 Ko) ὠνόμαζον, καὶ</w:t>
      </w:r>
    </w:p>
    <w:p>
      <w:r>
        <w:rPr>
          <w:rFonts w:ascii="Courier New" w:hAnsi="Courier New"/>
          <w:color w:val="555555"/>
          <w:sz w:val="20"/>
        </w:rPr>
        <w:t>[6 . 43]</w:t>
      </w:r>
    </w:p>
    <w:p>
      <w:r>
        <w:rPr>
          <w:rFonts w:ascii="Gentium Plus" w:hAnsi="Gentium Plus"/>
          <w:sz w:val="24"/>
        </w:rPr>
        <w:t>τὴν τοῦ τοιούτου γαστέρα φαγεσωρῖτιν φαρμακίτην. τὸ δὲ χορτάζειν Ἀριστοφάνης (Pac 139) εἴρηκε, καὶ τὸ χορτάζεσθαι Ἀρα‐ ρώς (II p 219. 21 Ko), Ἀναξανδρίδης (II p 163. 76 Ko) δὲ καὶ χορ‐ τασμόν. καὶ κάβαισον δ’ ἐκάλουν τὸν περὶ τὴν τροφὴν ἄπληστον,</w:t>
      </w:r>
    </w:p>
    <w:p>
      <w:r>
        <w:rPr>
          <w:rFonts w:ascii="Courier New" w:hAnsi="Courier New"/>
          <w:color w:val="555555"/>
          <w:sz w:val="20"/>
        </w:rPr>
        <w:t>[5]</w:t>
      </w:r>
    </w:p>
    <w:p>
      <w:r>
        <w:rPr>
          <w:rFonts w:ascii="Gentium Plus" w:hAnsi="Gentium Plus"/>
          <w:sz w:val="24"/>
        </w:rPr>
        <w:t>ὥσπερ οἱ νῦν τὸν πολυπότην πίθον· κάβος γὰρ σίτου μέτρον. ὁ δὲ μέγας ψωμὸς ἐκαλεῖτο Θετταλικὴ ἔνθεσις. καὶ τὸ μὲν πιεῖν ἐθέ‐</w:t>
      </w:r>
    </w:p>
    <w:p>
      <w:r>
        <w:rPr>
          <w:rFonts w:ascii="Courier New" w:hAnsi="Courier New"/>
          <w:color w:val="555555"/>
          <w:sz w:val="20"/>
        </w:rPr>
        <w:t>[6 . 44]</w:t>
      </w:r>
    </w:p>
    <w:p>
      <w:r>
        <w:rPr>
          <w:rFonts w:ascii="Gentium Plus" w:hAnsi="Gentium Plus"/>
          <w:sz w:val="24"/>
        </w:rPr>
        <w:t>λειν διψῆν, τὸ δὲ φαγεῖν βούλεσθαι πεινῆν. τὴν μέντοι ὑπὸ πλή‐ θους τροφῆς δυσχέρειαν, ἐκ τοῦ μὴ πέψαι τρῖψαι τὰ σιτία, ἀπεψίαν μὲν οἱ πολλοί, σὺ δ’ ὀξυρεγμίαν ἂν λέγοις. τὸ δ’ ἐπὶ τῷ κόρῳ δυσ‐ χεραίνειν βδελυγμίαν ὁ Ξενοφῶν (Mem III 11. 13) καλεῖ. τῇ σκιᾷ</w:t>
      </w:r>
    </w:p>
    <w:p>
      <w:r>
        <w:rPr>
          <w:rFonts w:ascii="Courier New" w:hAnsi="Courier New"/>
          <w:color w:val="555555"/>
          <w:sz w:val="20"/>
        </w:rPr>
        <w:t>[5]</w:t>
      </w:r>
    </w:p>
    <w:p>
      <w:r>
        <w:rPr>
          <w:rFonts w:ascii="Gentium Plus" w:hAnsi="Gentium Plus"/>
          <w:sz w:val="24"/>
        </w:rPr>
        <w:t>δ’ ἐτεκμαίροντο τὸν καιρὸν τῆς ἐπὶ δεῖπνον ὁδοῦ, ἣν καὶ στοιχεῖον ἐκάλουν· καὶ ἔδει σπεύδειν, εἰ δεκάπουν τὸ στοιχεῖον εἴη,</w:t>
      </w:r>
    </w:p>
    <w:p>
      <w:r>
        <w:rPr>
          <w:rFonts w:ascii="Courier New" w:hAnsi="Courier New"/>
          <w:color w:val="555555"/>
          <w:sz w:val="20"/>
        </w:rPr>
        <w:t>[6 . 45]</w:t>
      </w:r>
    </w:p>
    <w:p>
      <w:r>
        <w:rPr>
          <w:rFonts w:ascii="Gentium Plus" w:hAnsi="Gentium Plus"/>
          <w:sz w:val="24"/>
        </w:rPr>
        <w:t>Τὰ δὲ βρώματα, ὅσα παρὰ τοῖς παλαιοῖς ἔστιν εὑρεῖν, ῥαφανίς,</w:t>
      </w:r>
    </w:p>
    <w:p>
      <w:r>
        <w:rPr>
          <w:rFonts w:ascii="Courier New" w:hAnsi="Courier New"/>
          <w:color w:val="555555"/>
          <w:sz w:val="20"/>
        </w:rPr>
        <w:t>[5]</w:t>
      </w:r>
    </w:p>
    <w:p>
      <w:r>
        <w:rPr>
          <w:rFonts w:ascii="Gentium Plus" w:hAnsi="Gentium Plus"/>
          <w:sz w:val="24"/>
        </w:rPr>
        <w:t>(III p 594. 1131)· καὶ θλαστὰς δ’ ἐλάας ἐν Νήσοις ἂν εὕροις Ἀρι‐ στοφάνους (fg 391). θέρμους δ’ Ἄλεξις εἴρηκεν (II p 395. 266)· τοὺς θέρμους φαγών ἐπὶ τῶν προθύρων τὰ λέμμαθ’ ὁτιὴ κατέλιπεν.</w:t>
      </w:r>
    </w:p>
    <w:p>
      <w:r>
        <w:rPr>
          <w:rFonts w:ascii="Courier New" w:hAnsi="Courier New"/>
          <w:color w:val="555555"/>
          <w:sz w:val="20"/>
        </w:rPr>
        <w:t>[6 . 46]</w:t>
      </w:r>
    </w:p>
    <w:p>
      <w:r>
        <w:rPr>
          <w:rFonts w:ascii="Gentium Plus" w:hAnsi="Gentium Plus"/>
          <w:sz w:val="24"/>
        </w:rPr>
        <w:t>κοκκύμηλα τῶν ἀποθέτων. συκάμινα· ταῦτα δὲ καὶ μόρα Αἰσχύλος (fg 116, 264 N) ὠνόμακεν, τὰ ἄγρια οὕτως ὀνομάσας τὰ ἐκ τῆς βάτου. τάχα δ’ ἄν τις καὶ κεράσια φαίη, κέρασον τὸ δένδρον ἐν τῷ περὶ φύσεως Ξενοφάνους (V S Diels 52. 12) εὑρών. χόνδρος, κῶνοι,</w:t>
      </w:r>
    </w:p>
    <w:p>
      <w:r>
        <w:rPr>
          <w:rFonts w:ascii="Courier New" w:hAnsi="Courier New"/>
          <w:color w:val="555555"/>
          <w:sz w:val="20"/>
        </w:rPr>
        <w:t>[5]</w:t>
      </w:r>
    </w:p>
    <w:p>
      <w:r>
        <w:rPr>
          <w:rFonts w:ascii="Gentium Plus" w:hAnsi="Gentium Plus"/>
          <w:sz w:val="24"/>
        </w:rPr>
        <w:t>μαλάχη, θριδακίνη, κινάρα· οὕτω γὰρ παρὰ τοῖς Δωριεῦσι ποιηταῖς (Sopatros fg 22 C G F Kaib) ἔστιν εὑρεῖν καλουμένην τὴν ἄκανθαν.</w:t>
      </w:r>
    </w:p>
    <w:p>
      <w:r>
        <w:rPr>
          <w:rFonts w:ascii="Courier New" w:hAnsi="Courier New"/>
          <w:color w:val="555555"/>
          <w:sz w:val="20"/>
        </w:rPr>
        <w:t>[6 . 47]</w:t>
      </w:r>
    </w:p>
    <w:p>
      <w:r>
        <w:rPr>
          <w:rFonts w:ascii="Gentium Plus" w:hAnsi="Gentium Plus"/>
          <w:sz w:val="24"/>
        </w:rPr>
        <w:t>σικὺς καὶ σικυὸς πέπων, ὃν καὶ σπερματίαν ὠνόμαζον. τήθη, κογ‐ χύλια, ὄστρεα, πορφύραι, κήρυκες, κάραβος, ἀστακός, χῆμαι, κόγχαι, κτένες, τευθίδες. πολυπόδεια κρέα ἢ πλεκτάναι, σηπίαι σηπιδάρια. ἐχῖνοι θαλάττιοι· ἔνιοι δὲ καὶ σπάταγγας καλοῦσιν ἐχίνων τι εἶδος.</w:t>
      </w:r>
    </w:p>
    <w:p>
      <w:r>
        <w:rPr>
          <w:rFonts w:ascii="Courier New" w:hAnsi="Courier New"/>
          <w:color w:val="555555"/>
          <w:sz w:val="20"/>
        </w:rPr>
        <w:t>[5]</w:t>
      </w:r>
    </w:p>
    <w:p>
      <w:r>
        <w:rPr>
          <w:rFonts w:ascii="Gentium Plus" w:hAnsi="Gentium Plus"/>
          <w:sz w:val="24"/>
        </w:rPr>
        <w:t>μήτρα, τέμαχος, συῶν πόδες. μῆλα τῶν Ἑσπερίδων, μῆλα τῶν ὡραίων, κυδώνια μῆλα ὡς Ἀριστοφάνης (fg 924) οὐχ ἁπλῶς κυ‐</w:t>
      </w:r>
    </w:p>
    <w:p>
      <w:r>
        <w:rPr>
          <w:rFonts w:ascii="Courier New" w:hAnsi="Courier New"/>
          <w:color w:val="555555"/>
          <w:sz w:val="20"/>
        </w:rPr>
        <w:t>[6 . 48]</w:t>
      </w:r>
    </w:p>
    <w:p>
      <w:r>
        <w:rPr>
          <w:rFonts w:ascii="Gentium Plus" w:hAnsi="Gentium Plus"/>
          <w:sz w:val="24"/>
        </w:rPr>
        <w:t>δώνια καὶ φαύλια δὲ μῆλά τινα ὠνόμαζον. σῦκα τῶν χλωρῶν. τυροῦ τροφαλίς, τυρὸς χλωρός· τὸν δὲ ξηρὸν ἰσχνὸν ἔλεγον. ὁ γὰρ ὀξερίας τυρὸς εἴρηται μὲν ἐν τῇ κωμῳδίᾳ (CGF I p 216. 218 Kaib), Σικελικὸν δὲ τὸ ἔδεσμα. ταρίχη Ποντικά, ταρίχη Φρύγια, ταρίχη</w:t>
      </w:r>
    </w:p>
    <w:p>
      <w:r>
        <w:rPr>
          <w:rFonts w:ascii="Courier New" w:hAnsi="Courier New"/>
          <w:color w:val="555555"/>
          <w:sz w:val="20"/>
        </w:rPr>
        <w:t>[5]</w:t>
      </w:r>
    </w:p>
    <w:p>
      <w:r>
        <w:rPr>
          <w:rFonts w:ascii="Gentium Plus" w:hAnsi="Gentium Plus"/>
          <w:sz w:val="24"/>
        </w:rPr>
        <w:t>Αἰγύπτια, ταρίχη Σαρδῷα, ταρίχη Γαδειρικά. ὡραῖα τεμάχη σκόμβρων, κεστρίνων, κύβων, θυννίδων. θύννοι, κολίαι, σαπέρδαι, λεβίαι, μύλλοι. Ἀριστοφάνης (Pac 555) δὲ καὶ ταρίχιόν που λέγει. καὶ οὐδετέρως μὲν τὸ τάριχος οἱ Ἀττικοί, Ἴωνες δὲ καὶ Δωριεῖς ἀρρενικῶς καὶ τῶν Ἀττικῶν ἐν Διονυσαλεξάνδρῳ Κρατῖνος (fg 40)</w:t>
      </w:r>
    </w:p>
    <w:p>
      <w:r>
        <w:rPr>
          <w:rFonts w:ascii="Courier New" w:hAnsi="Courier New"/>
          <w:color w:val="555555"/>
          <w:sz w:val="20"/>
        </w:rPr>
        <w:t>[6 . 49]</w:t>
      </w:r>
    </w:p>
    <w:p>
      <w:r>
        <w:rPr>
          <w:rFonts w:ascii="Gentium Plus" w:hAnsi="Gentium Plus"/>
          <w:sz w:val="24"/>
        </w:rPr>
        <w:t>ὁ δὲ ταρίχους Ποντικούς. καὶ τιλτὸν δὲ τάριχος τὸ λεπιδωτὸν ἐκάλουν, ὡς Πλάτων ὁ κωμικός (I p 655. 193) καὶ περιιὼν γ’ ἅμα. τιλτὸν τάριχος ἐπριάμην τοῖς οἰκέταις.</w:t>
      </w:r>
    </w:p>
    <w:p>
      <w:r>
        <w:rPr>
          <w:rFonts w:ascii="Courier New" w:hAnsi="Courier New"/>
          <w:color w:val="555555"/>
          <w:sz w:val="20"/>
        </w:rPr>
        <w:t>[5]</w:t>
      </w:r>
    </w:p>
    <w:p>
      <w:r>
        <w:rPr>
          <w:rFonts w:ascii="Gentium Plus" w:hAnsi="Gentium Plus"/>
          <w:sz w:val="24"/>
        </w:rPr>
        <w:t>Ἀριστοφάνης δὲ (fg 686) τὸν σαπέρδην ἀποτῖλαι χρή κἆτ’ ἐκπλῦναι καὶ διαπλῦναι. ἔξεστι δ’ εἰπεῖν ἥπατα σεσυκασμένα, ἥπατα συῶν σεσυκοτραγηκότων, ἢ χηνείων ἡπάτων. ἰχθῦς ἐκ ταγήνου, ἰχθῦς ἐξ ἅλμης· οὕτω γὰρ</w:t>
      </w:r>
    </w:p>
    <w:p>
      <w:r>
        <w:rPr>
          <w:rFonts w:ascii="Courier New" w:hAnsi="Courier New"/>
          <w:color w:val="555555"/>
          <w:sz w:val="20"/>
        </w:rPr>
        <w:t>[6 . 50]</w:t>
      </w:r>
    </w:p>
    <w:p>
      <w:r>
        <w:rPr>
          <w:rFonts w:ascii="Gentium Plus" w:hAnsi="Gentium Plus"/>
          <w:sz w:val="24"/>
        </w:rPr>
        <w:t>ἐκάλουν τὸν ἰχθύων ζωμόν. τρίγλη, σκάρος, λάβραξ, μύραινα, κε‐ στρεύς, χρύσοφρυς, γόγγρος, μελάνουρος, ἀνθίας, σφύραινα· ταύτην δὲ καὶ κέστραν ὠνόμαζον· τῶν δὲ κεστρέων τοὺς νήστεις ἐπῄνουν. τρά‐ χουρος, ξιφίας, ἀμία, κάλλιχθυς, ὀρφός ἢ τὸ Ἀττικώτερον ὀρφώς,</w:t>
      </w:r>
    </w:p>
    <w:p>
      <w:r>
        <w:rPr>
          <w:rFonts w:ascii="Courier New" w:hAnsi="Courier New"/>
          <w:color w:val="555555"/>
          <w:sz w:val="20"/>
        </w:rPr>
        <w:t>[5]</w:t>
      </w:r>
    </w:p>
    <w:p>
      <w:r>
        <w:rPr>
          <w:rFonts w:ascii="Gentium Plus" w:hAnsi="Gentium Plus"/>
          <w:sz w:val="24"/>
        </w:rPr>
        <w:t>φάγρος, σκορπίος, κίθαρος, βατίς, θυννίς, θύννος, γλαῦκος, συνόδους, κίχλη, ἔλλοψ, σάλπη, γαλεός, ἐγχέλεις—οὕτω γὰρ κατὰ πλῆθος ἐξέφερον, καίτοι ἐπὶ τῆς μιᾶς ἔγχελυν ἔλεγον—ἀφύαι, ψῆτται,</w:t>
      </w:r>
    </w:p>
    <w:p>
      <w:r>
        <w:rPr>
          <w:rFonts w:ascii="Courier New" w:hAnsi="Courier New"/>
          <w:color w:val="555555"/>
          <w:sz w:val="20"/>
        </w:rPr>
        <w:t>[6 . 51]</w:t>
      </w:r>
    </w:p>
    <w:p>
      <w:r>
        <w:rPr>
          <w:rFonts w:ascii="Gentium Plus" w:hAnsi="Gentium Plus"/>
          <w:sz w:val="24"/>
        </w:rPr>
        <w:t>μαινίδες, ἀκαλήφη, καρίδες, μεμβράδες, κωβιοί, νάρκα, φυκίδες.</w:t>
      </w:r>
    </w:p>
    <w:p>
      <w:r>
        <w:rPr>
          <w:rFonts w:ascii="Courier New" w:hAnsi="Courier New"/>
          <w:color w:val="555555"/>
          <w:sz w:val="20"/>
        </w:rPr>
        <w:t>[5]</w:t>
      </w:r>
    </w:p>
    <w:p>
      <w:r>
        <w:rPr>
          <w:rFonts w:ascii="Gentium Plus" w:hAnsi="Gentium Plus"/>
          <w:sz w:val="24"/>
        </w:rPr>
        <w:t>καὶ σάρκας, καὶ κρανίον γλαύκου, ὅπερ εὐδόκιμον ἦν.</w:t>
      </w:r>
    </w:p>
    <w:p>
      <w:r>
        <w:rPr>
          <w:rFonts w:ascii="Courier New" w:hAnsi="Courier New"/>
          <w:color w:val="555555"/>
          <w:sz w:val="20"/>
        </w:rPr>
        <w:t>[6 . 52]</w:t>
      </w:r>
    </w:p>
    <w:p>
      <w:r>
        <w:rPr>
          <w:rFonts w:ascii="Gentium Plus" w:hAnsi="Gentium Plus"/>
          <w:sz w:val="24"/>
        </w:rPr>
        <w:t>κωλῆνες ἑφθοί, ἀκροκώλια δίεφθα πλευρὰ δελφάκια, ἔριφοι, λαγὼ καὶ κρέα λαγῷα καὶ σχελίδες. κίχλαι, κόσσυφοι, σπινίδια, ἀλεκτρυόνες ἀλεκτορίδες, πέρδικες, γέρανοι, χῆνες, νῆτται, περιστεραί, φάτται, τρυγόνες, ταοί, ἀτταγαί, ἀμπελίδες, ἃς νῦν ἀμπελίωνας κα‐</w:t>
      </w:r>
    </w:p>
    <w:p>
      <w:r>
        <w:rPr>
          <w:rFonts w:ascii="Courier New" w:hAnsi="Courier New"/>
          <w:color w:val="555555"/>
          <w:sz w:val="20"/>
        </w:rPr>
        <w:t>[5]</w:t>
      </w:r>
    </w:p>
    <w:p>
      <w:r>
        <w:rPr>
          <w:rFonts w:ascii="Gentium Plus" w:hAnsi="Gentium Plus"/>
          <w:sz w:val="24"/>
        </w:rPr>
        <w:t>λοῦσιν, φασιανικοὶ ὄρνιθες. ὑπογάστρια, οὔθατα, ἠτριαῖον δέλφακος, φῦσκαι, ἀλλᾶντες, χόλιξ καὶ χολίκια ὕεια, κωλῆνες τεταριχευμένοι,</w:t>
      </w:r>
    </w:p>
    <w:p>
      <w:r>
        <w:rPr>
          <w:rFonts w:ascii="Courier New" w:hAnsi="Courier New"/>
          <w:color w:val="555555"/>
          <w:sz w:val="20"/>
        </w:rPr>
        <w:t>[6 . 53]</w:t>
      </w:r>
    </w:p>
    <w:p>
      <w:r>
        <w:rPr>
          <w:rFonts w:ascii="Gentium Plus" w:hAnsi="Gentium Plus"/>
          <w:sz w:val="24"/>
        </w:rPr>
        <w:t>σχελίδες ὁλόκνημοι αἱ πέρναι, ἤνυστρον· ἔστι δὲ γαστρίον ἡδυσμένον, ὃ καὶ τάκωνας ἔνιοι κεκλῆσθαι παρὰ Κράτητι νομίζουσι τῷ κωμικῷ μόνῳ καὶ ἅπαξ εἰρηκότι ἐν Θηρίοις (17) οὐκ ἄρ’ ἔτ’ οὐδὲν κρέας, ὡς ὑμεῖς λέγετ’, οὐδ’ ὁτιοῦν ἐδόμεσθα,</w:t>
      </w:r>
    </w:p>
    <w:p>
      <w:r>
        <w:rPr>
          <w:rFonts w:ascii="Courier New" w:hAnsi="Courier New"/>
          <w:color w:val="555555"/>
          <w:sz w:val="20"/>
        </w:rPr>
        <w:t>[5]</w:t>
      </w:r>
    </w:p>
    <w:p>
      <w:r>
        <w:rPr>
          <w:rFonts w:ascii="Gentium Plus" w:hAnsi="Gentium Plus"/>
          <w:sz w:val="24"/>
        </w:rPr>
        <w:t>οὐδ’ ἐξ ἀγορᾶς, οὐδὲ τάκωνας ποιησόμεθ’ οὐδ’ ἀλλᾶντας. οἱ δ’ οἴονται τοὺς τάκωνας ἐκ ταγήνου κρέας, ἢ στέατος τροχοὺς</w:t>
      </w:r>
    </w:p>
    <w:p>
      <w:r>
        <w:rPr>
          <w:rFonts w:ascii="Courier New" w:hAnsi="Courier New"/>
          <w:color w:val="555555"/>
          <w:sz w:val="20"/>
        </w:rPr>
        <w:t>[6 . 54]</w:t>
      </w:r>
    </w:p>
    <w:p>
      <w:r>
        <w:rPr>
          <w:rFonts w:ascii="Gentium Plus" w:hAnsi="Gentium Plus"/>
          <w:sz w:val="24"/>
        </w:rPr>
        <w:t>σὺν ἁλσὶ καὶ ξηροῖς ἡδύσμασι κοπέντας. πῦον, πυριάτη· Φιλιπ‐ πίδης δ’ ἐν Αὐλοῖς (III p 304. 10 Ko) καὶ πυρίεφθα εἴρηκεν. ἀσφάραγος ὁ ἀκανθίας, ὄρμενος ἥμερος ἀσφάραγος· καὶ πᾶν δὲ τὸ ὑπερεξηνθηκός, ὅπερ ἐκκεκαυληκὸς καλοῦσιν, ὄρμενον ὠνόμαζον,</w:t>
      </w:r>
    </w:p>
    <w:p>
      <w:r>
        <w:rPr>
          <w:rFonts w:ascii="Courier New" w:hAnsi="Courier New"/>
          <w:color w:val="555555"/>
          <w:sz w:val="20"/>
        </w:rPr>
        <w:t>[5]</w:t>
      </w:r>
    </w:p>
    <w:p>
      <w:r>
        <w:rPr>
          <w:rFonts w:ascii="Gentium Plus" w:hAnsi="Gentium Plus"/>
          <w:sz w:val="24"/>
        </w:rPr>
        <w:t>καὶ τὸ ὑπέρωρον γενέσθαι ἐξορμενίσαι. ῥάφανος ἡ κράμβη. τὸ δ’</w:t>
      </w:r>
    </w:p>
    <w:p>
      <w:r>
        <w:rPr>
          <w:rFonts w:ascii="Courier New" w:hAnsi="Courier New"/>
          <w:color w:val="555555"/>
          <w:sz w:val="20"/>
        </w:rPr>
        <w:t>[6 . 55]</w:t>
      </w:r>
    </w:p>
    <w:p>
      <w:r>
        <w:rPr>
          <w:rFonts w:ascii="Gentium Plus" w:hAnsi="Gentium Plus"/>
          <w:sz w:val="24"/>
        </w:rPr>
        <w:t>γογγυλίδες· λέγουσι δὲ καὶ γογγύλας. βολβοί, τεῦτλα, κολοκύνται. αἱ μέντοι τῶν κρεῶν μερίδες ἰδέαι καλοῦνται, τὰ δ’ ὀψίγονα τῶν ὑῶν μετάχοιρα. τὸ δὲ περιφέρεσθαι τὰς μερίδας περιφορὰν Ξε‐ νοφῶν (Cyrop II 2. 4) ὠνόμασεν. τὸ δὲ δέρμα τοῦ χοίρου φορίνην</w:t>
      </w:r>
    </w:p>
    <w:p>
      <w:r>
        <w:rPr>
          <w:rFonts w:ascii="Courier New" w:hAnsi="Courier New"/>
          <w:color w:val="555555"/>
          <w:sz w:val="20"/>
        </w:rPr>
        <w:t>[5]</w:t>
      </w:r>
    </w:p>
    <w:p>
      <w:r>
        <w:rPr>
          <w:rFonts w:ascii="Gentium Plus" w:hAnsi="Gentium Plus"/>
          <w:sz w:val="24"/>
        </w:rPr>
        <w:t>καλοῦσι, τὸ δὲ κρέας ὑεικὸν ὡς καὶ βοεικόν. τὸ δ’ ὀπτὸν κρέας φλογὶς ἐκαλεῖτο. Ἑρμοῦ δὲ κλῆρος ἡ πρώτη τῶν κρεῶν μοῖρα. τὰ μέντοι θνησείδια κρέα κενέβρια ἐκάλουν, ἐπανθρακίδας δὲ τὰ ἐπην‐ θρακωμένα ἰχθύδια.</w:t>
      </w:r>
    </w:p>
    <w:p>
      <w:r>
        <w:rPr>
          <w:rFonts w:ascii="Courier New" w:hAnsi="Courier New"/>
          <w:color w:val="555555"/>
          <w:sz w:val="20"/>
        </w:rPr>
        <w:t>[6 . 56]</w:t>
      </w:r>
    </w:p>
    <w:p>
      <w:r>
        <w:rPr>
          <w:rFonts w:ascii="Gentium Plus" w:hAnsi="Gentium Plus"/>
          <w:sz w:val="24"/>
        </w:rPr>
        <w:t>εἴποι δ’ ἄν τις ζωμοὺς καρύκην καρυκεύματα, καταχύσματα, ἀβυρτάκην, παροψίδα· ἔστι δὲ καὶ τοῦτο ζωμοῦ τι εἶδος ἢ ὡς τινὲς μάζης, ἢ παρενθήκη τις ὄψου, ὃ οἱ νῦν ἂν εἴποιεν παροψημάτιον. καὶ πασταὶ δ’ εἰσίν, ὡς Εὔπολίς (fg 365) φησι, ζωμὸς ἀλφίτων</w:t>
      </w:r>
    </w:p>
    <w:p>
      <w:r>
        <w:rPr>
          <w:rFonts w:ascii="Courier New" w:hAnsi="Courier New"/>
          <w:color w:val="555555"/>
          <w:sz w:val="20"/>
        </w:rPr>
        <w:t>[5]</w:t>
      </w:r>
    </w:p>
    <w:p>
      <w:r>
        <w:rPr>
          <w:rFonts w:ascii="Gentium Plus" w:hAnsi="Gentium Plus"/>
          <w:sz w:val="24"/>
        </w:rPr>
        <w:t>μέτα· Ἀριστοφάνης δέ φησι (fg 687) χορδαί, φῦσκαι, πασταί, ζωμός, χόλικες. μίμαρκυς δὲ κοιλία καὶ ἔντερα μεθ’ αἵματος ἐσκευασμένα, μάλιστα δὲ</w:t>
      </w:r>
    </w:p>
    <w:p>
      <w:r>
        <w:rPr>
          <w:rFonts w:ascii="Courier New" w:hAnsi="Courier New"/>
          <w:color w:val="555555"/>
          <w:sz w:val="20"/>
        </w:rPr>
        <w:t>[6 . 57]</w:t>
      </w:r>
    </w:p>
    <w:p>
      <w:r>
        <w:rPr>
          <w:rFonts w:ascii="Gentium Plus" w:hAnsi="Gentium Plus"/>
          <w:sz w:val="24"/>
        </w:rPr>
        <w:t>λαγωῶν. ὁ δὲ μέλας καλούμενος ζωμός, Λακωνικὸν μὲν ὡς ἐπὶ πολὺ τὸ ἔδεσμα, ἔστι δ’ ἡ καλουμένη αἱματία. τὸ δὲ θρῖον ὧδε ἐσκεύαζον. στέαρ ὕειον ἑφθὸν λαβὼν μετὰ γάλακτος μίγνυ χόνδρῳ παχεῖ, συμφυράσας δ’ αὐτὰ τυρῷ χλωρῷ καὶ</w:t>
      </w:r>
    </w:p>
    <w:p>
      <w:r>
        <w:rPr>
          <w:rFonts w:ascii="Courier New" w:hAnsi="Courier New"/>
          <w:color w:val="555555"/>
          <w:sz w:val="20"/>
        </w:rPr>
        <w:t>[5]</w:t>
      </w:r>
    </w:p>
    <w:p>
      <w:r>
        <w:rPr>
          <w:rFonts w:ascii="Gentium Plus" w:hAnsi="Gentium Plus"/>
          <w:sz w:val="24"/>
        </w:rPr>
        <w:t>λεκίθοις ᾠῶν καὶ ἐγκεφάλοις, περιβαλὼν συκῆς φύλλῳ εὐώδει,</w:t>
      </w:r>
    </w:p>
    <w:p>
      <w:r>
        <w:rPr>
          <w:rFonts w:ascii="Courier New" w:hAnsi="Courier New"/>
          <w:color w:val="555555"/>
          <w:sz w:val="20"/>
        </w:rPr>
        <w:t>[6 . 58]</w:t>
      </w:r>
    </w:p>
    <w:p>
      <w:r>
        <w:rPr>
          <w:rFonts w:ascii="Gentium Plus" w:hAnsi="Gentium Plus"/>
          <w:sz w:val="24"/>
        </w:rPr>
        <w:t>λὼν ἔμβαλε εἰς ἀγγεῖον γέμον μέλιτος ζέοντος. καὶ τὸ μὲν ὄνομα τῷ ἐδέσματι προσέθηκε τὸ φύλλον, ἡ δὲ μῖξις πάντα ἐξ ἴσου δέχεται, τῶν δὲ λεκίθων πλέον, ὅτι πηγνύουσι καὶ συνιστᾶσιν. οὐ φαῦλον δ’ ἴσως παραθέσθαι καὶ τὴν Φερεκράτους λέξιν</w:t>
      </w:r>
    </w:p>
    <w:p>
      <w:r>
        <w:rPr>
          <w:rFonts w:ascii="Courier New" w:hAnsi="Courier New"/>
          <w:color w:val="555555"/>
          <w:sz w:val="20"/>
        </w:rPr>
        <w:t>[5]</w:t>
      </w:r>
    </w:p>
    <w:p>
      <w:r>
        <w:rPr>
          <w:rFonts w:ascii="Gentium Plus" w:hAnsi="Gentium Plus"/>
          <w:sz w:val="24"/>
        </w:rPr>
        <w:t>(fg 108) ποταμοὶ μὲν ἀθάρας καὶ μέλανος ζωμοῦ πλέον διὰ τῶν στενωπῶν τονθορυγοῦντες ἔρρεον ... φύσκαι δὲ καὶ ζέοντες ἀλλάντων τόμοι παρὰ τοῖς ποταμοῖς σίζοντ’ ἐκέχυτ’ ἀντ’ ὀστράκων.</w:t>
      </w:r>
    </w:p>
    <w:p>
      <w:r>
        <w:rPr>
          <w:rFonts w:ascii="Courier New" w:hAnsi="Courier New"/>
          <w:color w:val="555555"/>
          <w:sz w:val="20"/>
        </w:rPr>
        <w:t>[6 . 59]</w:t>
      </w:r>
    </w:p>
    <w:p>
      <w:r>
        <w:rPr>
          <w:rFonts w:ascii="Gentium Plus" w:hAnsi="Gentium Plus"/>
          <w:sz w:val="24"/>
        </w:rPr>
        <w:t>καὶ μὴν παρῆν τεμάχη μὲν ἐξωπτημένα, καταχυσματίοισι παντοδαποῖσιν εὐτρεπῆ, τεύτλοισί τ’ ἐγχέλεια συγκεκαλυμμένα, σχελίδες τ’ ὁλόκνημοι πλησίον τακερώταται</w:t>
      </w:r>
    </w:p>
    <w:p>
      <w:r>
        <w:rPr>
          <w:rFonts w:ascii="Courier New" w:hAnsi="Courier New"/>
          <w:color w:val="555555"/>
          <w:sz w:val="20"/>
        </w:rPr>
        <w:t>[5]</w:t>
      </w:r>
    </w:p>
    <w:p>
      <w:r>
        <w:rPr>
          <w:rFonts w:ascii="Gentium Plus" w:hAnsi="Gentium Plus"/>
          <w:sz w:val="24"/>
        </w:rPr>
        <w:t>ἐπὶ πινακίσκων, καὶ δίεφθ’ ἀκροκώλια ἥδιστον ἀτμίζοντα, καὶ χόλιξ βοός, καὶ πλευρὰ δελφάκια ἐπεξανθισμένα χναυρότατ’ ἐπέκειτο ἐπ’ ἀμύλων καθήμενα. παρῆν δὲ χόνδρος γάλακτι καταμεμιγμένος</w:t>
      </w:r>
    </w:p>
    <w:p>
      <w:r>
        <w:rPr>
          <w:rFonts w:ascii="Courier New" w:hAnsi="Courier New"/>
          <w:color w:val="555555"/>
          <w:sz w:val="20"/>
        </w:rPr>
        <w:t>[6 . 60]</w:t>
      </w:r>
    </w:p>
    <w:p>
      <w:r>
        <w:rPr>
          <w:rFonts w:ascii="Gentium Plus" w:hAnsi="Gentium Plus"/>
          <w:sz w:val="24"/>
        </w:rPr>
        <w:t>ἐν καταχύτλοις λεκάναισι κἀμύλου τόμοι ... ὀπταὶ κίχλαι δ’ ἐπὶ τοῖσδ’ ἀνάβραστ’ ἠρτυμέναι περὶ τὸ στόμ’ ἐπέτοντ’ ἀντιβολοῦσαι καταπιεῖν. αἱ δὲ περιτταὶ σκευασίαι ὀνθυλεύσεις καὶ μονθυλεύσεις ἐκαλοῦντο, ὡς</w:t>
      </w:r>
    </w:p>
    <w:p>
      <w:r>
        <w:rPr>
          <w:rFonts w:ascii="Courier New" w:hAnsi="Courier New"/>
          <w:color w:val="555555"/>
          <w:sz w:val="20"/>
        </w:rPr>
        <w:t>[5]</w:t>
      </w:r>
    </w:p>
    <w:p>
      <w:r>
        <w:rPr>
          <w:rFonts w:ascii="Gentium Plus" w:hAnsi="Gentium Plus"/>
          <w:sz w:val="24"/>
        </w:rPr>
        <w:t>παρὰ Μενάνδρῳ (fg 462. 10) αἱ ὑποστάσεις, ζωμὸς παχὺς ἀμύλῳ πηγνύμενος. ἐκ δὲ βρωμάτων ἔστι καὶ τὰ ὄσπρια, ἃ καὶ χέδροπα ὠνόμαζον,</w:t>
      </w:r>
    </w:p>
    <w:p>
      <w:r>
        <w:rPr>
          <w:rFonts w:ascii="Courier New" w:hAnsi="Courier New"/>
          <w:color w:val="555555"/>
          <w:sz w:val="20"/>
        </w:rPr>
        <w:t>[6 . 61]</w:t>
      </w:r>
    </w:p>
    <w:p>
      <w:r>
        <w:rPr>
          <w:rFonts w:ascii="Gentium Plus" w:hAnsi="Gentium Plus"/>
          <w:sz w:val="24"/>
        </w:rPr>
        <w:t>ἔτνος, φακῆ, πισός—Ἀριστοφάνης (fg 22) δὲ καὶ πληθυντικῶς</w:t>
      </w:r>
    </w:p>
    <w:p>
      <w:r>
        <w:rPr>
          <w:rFonts w:ascii="Courier New" w:hAnsi="Courier New"/>
          <w:color w:val="555555"/>
          <w:sz w:val="20"/>
        </w:rPr>
        <w:t>[5]</w:t>
      </w:r>
    </w:p>
    <w:p>
      <w:r>
        <w:rPr>
          <w:rFonts w:ascii="Gentium Plus" w:hAnsi="Gentium Plus"/>
          <w:sz w:val="24"/>
        </w:rPr>
        <w:t>ἀλλ’ εἴσιθ’ εἴσω, καὶ πιοῦσα χυλὸν ἀναπαύου κακῶν. ἔλεγον δ’ ἔτι καὶ ἐπίπαστα λείχειν· ἦν δ’ ἔτνος, καὶ ἐπιπάττοντες ἀλφίτων λεπτῶν καὶ ἐλαίου ἤσθιον. καὶ πολφοὶ δέ τι ἐκαλεῖτο, μηρύματα ἐκ σταιτός, ἃ τοῖς ὀσπρίοις ἐνέβαλλον, ἀφ’ ὧν ἔτι καὶ νῦν</w:t>
      </w:r>
    </w:p>
    <w:p>
      <w:r>
        <w:rPr>
          <w:rFonts w:ascii="Courier New" w:hAnsi="Courier New"/>
          <w:color w:val="555555"/>
          <w:sz w:val="20"/>
        </w:rPr>
        <w:t>[6 . 62]</w:t>
      </w:r>
    </w:p>
    <w:p>
      <w:r>
        <w:rPr>
          <w:rFonts w:ascii="Gentium Plus" w:hAnsi="Gentium Plus"/>
          <w:sz w:val="24"/>
        </w:rPr>
        <w:t>ὀνομάζεται παρά τισι τὸ πολφοφάκη. Ἀριστοφάνης (fg 681) δὲ τῶν πολφῶν μνημονεύει· πολφοὺς δ’ οὐχ ἧψον ὁμοῦ βολβοῖς. εἴη δ’ ἂν ἔτνους ἰδέα καὶ τὰ χίδρα· γίνεται δ’ ἐκ πυροῦ χλωροῦ, ὃν</w:t>
      </w:r>
    </w:p>
    <w:p>
      <w:r>
        <w:rPr>
          <w:rFonts w:ascii="Courier New" w:hAnsi="Courier New"/>
          <w:color w:val="555555"/>
          <w:sz w:val="20"/>
        </w:rPr>
        <w:t>[5]</w:t>
      </w:r>
    </w:p>
    <w:p>
      <w:r>
        <w:rPr>
          <w:rFonts w:ascii="Gentium Plus" w:hAnsi="Gentium Plus"/>
          <w:sz w:val="24"/>
        </w:rPr>
        <w:t>χιδρίαν Ἀριστοφάνης (fg 889) καλεῖ. ὁ δ’ αὐτὸς καὶ παλημάτιον ῥό‐ φημά τι ὠνόμασεν (fg 682)· ἵν’ ἐπαγλαΐσῃ τὸ παλημάτιον, καὶ μὴ βήττων καταπίνῃ. ἴσως δ’ ἂν εἴη ἐκ παιπάλης, ὅ ἐστι τὸ λεπτότατον τοῦ ἀλεύρου. καὶ ἀθάρη δ’ ἔτνος ἐκ πυροῦ. τὰ δὲ συγκεκομμένα λάχανα κνιστὰ ἐκά‐</w:t>
      </w:r>
    </w:p>
    <w:p>
      <w:r>
        <w:rPr>
          <w:rFonts w:ascii="Courier New" w:hAnsi="Courier New"/>
          <w:color w:val="555555"/>
          <w:sz w:val="20"/>
        </w:rPr>
        <w:t>[10]</w:t>
      </w:r>
    </w:p>
    <w:p>
      <w:r>
        <w:rPr>
          <w:rFonts w:ascii="Gentium Plus" w:hAnsi="Gentium Plus"/>
          <w:sz w:val="24"/>
        </w:rPr>
        <w:t>λουν, ὡς τὰ ἄγρια κιχόρια, καὶ ἰσχνὰ λάχανα τὰ λεπτά. οἱ κωμικοὶ (III p 603. 1196) δ’ ὠνόμαζον τὰ περικόμματα καὶ χναύματα. τὰ δ’ αὐτὰ καὶ νωγαλίσματα· ἀλλὰ τοῦτο ποιητικὸν ἐσχάτως.</w:t>
      </w:r>
    </w:p>
    <w:p>
      <w:r>
        <w:rPr>
          <w:rFonts w:ascii="Courier New" w:hAnsi="Courier New"/>
          <w:color w:val="555555"/>
          <w:sz w:val="20"/>
        </w:rPr>
        <w:t>[6 . 63]</w:t>
      </w:r>
    </w:p>
    <w:p>
      <w:r>
        <w:rPr>
          <w:rFonts w:ascii="Gentium Plus" w:hAnsi="Gentium Plus"/>
          <w:sz w:val="24"/>
        </w:rPr>
        <w:t>ἰστέον δ’ ὅτι παρὰ τοῖς παλαιοῖς εὐδοκίμουν μύραινα ἐκ πορ‐ θμοῦ καὶ μύραινα Ταρτησσία, καὶ θύννος Τύριος, καὶ κεστρεὺς ἐκ Σκιά‐ θου, καὶ ἔριφος ἐκ Μήλου, καὶ κόγχαι Πελωρῖναι, ὅθεν ἴσως καὶ αἱ νῦν καλούμεναι Πελωρίδες ὠνομάσθησαν, τεῦτλον ἐξ Ἄσκρης, μαινίδες</w:t>
      </w:r>
    </w:p>
    <w:p>
      <w:r>
        <w:rPr>
          <w:rFonts w:ascii="Courier New" w:hAnsi="Courier New"/>
          <w:color w:val="555555"/>
          <w:sz w:val="20"/>
        </w:rPr>
        <w:t>[5]</w:t>
      </w:r>
    </w:p>
    <w:p>
      <w:r>
        <w:rPr>
          <w:rFonts w:ascii="Gentium Plus" w:hAnsi="Gentium Plus"/>
          <w:sz w:val="24"/>
        </w:rPr>
        <w:t>ἐκ Λιπάρας, γογγύλαι ἐκ Μαντινείας, Μηθυμναῖοι κτένες, γαλεὸς ἐκ Ῥόδου, ψῆτται ἐξ Ἐλευσῖνος, ἀφύαι Φαληρικαί, τρίγλαι Αἰξωνικαί, ἐγ‐</w:t>
      </w:r>
    </w:p>
    <w:p>
      <w:r>
        <w:rPr>
          <w:rFonts w:ascii="Courier New" w:hAnsi="Courier New"/>
          <w:color w:val="555555"/>
          <w:sz w:val="20"/>
        </w:rPr>
        <w:t>[10]</w:t>
      </w:r>
    </w:p>
    <w:p>
      <w:r>
        <w:rPr>
          <w:rFonts w:ascii="Gentium Plus" w:hAnsi="Gentium Plus"/>
          <w:sz w:val="24"/>
        </w:rPr>
        <w:t>Ἠπειρωτικόν, ἀπὸ Τραγάσου, ᾧ χαριζόμενος ὁ Ποσειδῶν τοὺς ἅλας ἔπηξεν.</w:t>
      </w:r>
    </w:p>
    <w:p>
      <w:r>
        <w:rPr>
          <w:rFonts w:ascii="Courier New" w:hAnsi="Courier New"/>
          <w:color w:val="555555"/>
          <w:sz w:val="20"/>
        </w:rPr>
        <w:t>[6 . 64]</w:t>
      </w:r>
    </w:p>
    <w:p>
      <w:r>
        <w:rPr>
          <w:rFonts w:ascii="Gentium Plus" w:hAnsi="Gentium Plus"/>
          <w:sz w:val="24"/>
        </w:rPr>
        <w:t>εἴποι δ’ ἄν τις καὶ φρύττειν φρύττουσα· φρύγετρον τὸ ἐρ‐ γαλεῖον. τὸ δ’ αὐτὸ καὶ κοδομεύειν καὶ κοδομεύουσα, ἣν κοδομὴν καλοῦσιν, καὶ τὸ ἐργαλεῖον κοδομεῖον, ᾧ δὴ ἐνέφρυττον, ἴσως ἀγγεῖον κεραμεοῦν. καὶ μάττειν δέ, καὶ μάκτρα οὗ ἔματτον, καὶ ὁ μάττων</w:t>
      </w:r>
    </w:p>
    <w:p>
      <w:r>
        <w:rPr>
          <w:rFonts w:ascii="Courier New" w:hAnsi="Courier New"/>
          <w:color w:val="555555"/>
          <w:sz w:val="20"/>
        </w:rPr>
        <w:t>[5]</w:t>
      </w:r>
    </w:p>
    <w:p>
      <w:r>
        <w:rPr>
          <w:rFonts w:ascii="Gentium Plus" w:hAnsi="Gentium Plus"/>
          <w:sz w:val="24"/>
        </w:rPr>
        <w:t>μαγεύς· ἡ δὲ μάκτρα καὶ μαγὶς ἐκαλεῖτο καὶ σκάφη.</w:t>
      </w:r>
    </w:p>
    <w:p>
      <w:r>
        <w:rPr>
          <w:rFonts w:ascii="Courier New" w:hAnsi="Courier New"/>
          <w:color w:val="555555"/>
          <w:sz w:val="20"/>
        </w:rPr>
        <w:t>[6 . 65]</w:t>
      </w:r>
    </w:p>
    <w:p>
      <w:r>
        <w:rPr>
          <w:rFonts w:ascii="Gentium Plus" w:hAnsi="Gentium Plus"/>
          <w:sz w:val="24"/>
        </w:rPr>
        <w:t>τὰ δ’ ἡδύσματα ἔλαιον, ὄξος ὡς Εὔπολις (I fg 326) οἴνου παρόντος ὄξος ἠράσθη πιεῖν. τὸ δ’ ὄξος καὶ ἦδος ἐκάλουν. γάρος, ὡς Σοφοκλῆς (TGF 549) οὐδ’ ἡ τάλαινα δοῦσα ταριχηροῦ γάρου,</w:t>
      </w:r>
    </w:p>
    <w:p>
      <w:r>
        <w:rPr>
          <w:rFonts w:ascii="Courier New" w:hAnsi="Courier New"/>
          <w:color w:val="555555"/>
          <w:sz w:val="20"/>
        </w:rPr>
        <w:t>[5]</w:t>
      </w:r>
    </w:p>
    <w:p>
      <w:r>
        <w:rPr>
          <w:rFonts w:ascii="Gentium Plus" w:hAnsi="Gentium Plus"/>
          <w:sz w:val="24"/>
        </w:rPr>
        <w:t>καὶ Κρατῖνος (I fg 280) ὁ τάλαρος ὑμῖν διάπλεώς ἐστιν γάρου. λεπτοὶ ἅλες, ὡς Ἀριστοφάνης (fg 151. 2) εἰς ὄξος ἐμβαπτόμενος ἢ λεπτοὺς ἅλας. πέπερι, ὡς Ἄλεξις ἐν Λέβητι (fg 127), οὗ τοῖς ἰάμβοις χρηστέον πε‐</w:t>
      </w:r>
    </w:p>
    <w:p>
      <w:r>
        <w:rPr>
          <w:rFonts w:ascii="Courier New" w:hAnsi="Courier New"/>
          <w:color w:val="555555"/>
          <w:sz w:val="20"/>
        </w:rPr>
        <w:t>[10]</w:t>
      </w:r>
    </w:p>
    <w:p>
      <w:r>
        <w:rPr>
          <w:rFonts w:ascii="Gentium Plus" w:hAnsi="Gentium Plus"/>
          <w:sz w:val="24"/>
        </w:rPr>
        <w:t>ριειληφόσι πλῆθος ἡδυσμάτων· τὰ γὰρ τοιαῦτα παρὰ τῶν οὐ πάνυ ἀρχαίων ληπτέον.</w:t>
      </w:r>
    </w:p>
    <w:p>
      <w:r>
        <w:rPr>
          <w:rFonts w:ascii="Courier New" w:hAnsi="Courier New"/>
          <w:color w:val="555555"/>
          <w:sz w:val="20"/>
        </w:rPr>
        <w:t>[6 . 66]</w:t>
      </w:r>
    </w:p>
    <w:p>
      <w:r>
        <w:rPr>
          <w:rFonts w:ascii="Gentium Plus" w:hAnsi="Gentium Plus"/>
          <w:sz w:val="24"/>
        </w:rPr>
        <w:t>ὀρθῶς γε. πρῶτον λάβ’ ἐλθὼν σήσαμα.— ἀλλ’ ἔστιν ἔνδον.—ἀσταφίδα κεκομμένην, μάραθα, ἄνηθον, νᾶπυ, καυλόν, σίλφιον, κορίαννον αὖον, ῥοῦν, κύμινον, κάππαριν,</w:t>
      </w:r>
    </w:p>
    <w:p>
      <w:r>
        <w:rPr>
          <w:rFonts w:ascii="Courier New" w:hAnsi="Courier New"/>
          <w:color w:val="555555"/>
          <w:sz w:val="20"/>
        </w:rPr>
        <w:t>[5]</w:t>
      </w:r>
    </w:p>
    <w:p>
      <w:r>
        <w:rPr>
          <w:rFonts w:ascii="Gentium Plus" w:hAnsi="Gentium Plus"/>
          <w:sz w:val="24"/>
        </w:rPr>
        <w:t>ὀρίγανον, γήτιον ἄνοιττον θύμον,</w:t>
      </w:r>
    </w:p>
    <w:p>
      <w:r>
        <w:rPr>
          <w:rFonts w:ascii="Courier New" w:hAnsi="Courier New"/>
          <w:color w:val="555555"/>
          <w:sz w:val="20"/>
        </w:rPr>
        <w:t>[10]</w:t>
      </w:r>
    </w:p>
    <w:p>
      <w:r>
        <w:rPr>
          <w:rFonts w:ascii="Gentium Plus" w:hAnsi="Gentium Plus"/>
          <w:sz w:val="24"/>
        </w:rPr>
        <w:t>βατανίου, ὄξους, ἐλαίου, εἰς ἀβυρτάκην χλόης.</w:t>
      </w:r>
    </w:p>
    <w:p>
      <w:r>
        <w:rPr>
          <w:rFonts w:ascii="Courier New" w:hAnsi="Courier New"/>
          <w:color w:val="555555"/>
          <w:sz w:val="20"/>
        </w:rPr>
        <w:t>[6 . 67]</w:t>
      </w:r>
    </w:p>
    <w:p>
      <w:r>
        <w:rPr>
          <w:rFonts w:ascii="Gentium Plus" w:hAnsi="Gentium Plus"/>
          <w:sz w:val="24"/>
        </w:rPr>
        <w:t>ἔνια δὲ τῶν ἡδυσμάτων ἐπῃνεῖτο ἐκ χωρίων, ὡς Εὔβουλος ἐν Γλαύκῳ φησὶ (II fg 19) καὶ νᾶπυ Κύπριον καὶ σκαμμωνίας ὀπόν, καὶ κάρδαμον Μιλήσιον, καὶ κρόμμυον</w:t>
      </w:r>
    </w:p>
    <w:p>
      <w:r>
        <w:rPr>
          <w:rFonts w:ascii="Courier New" w:hAnsi="Courier New"/>
          <w:color w:val="555555"/>
          <w:sz w:val="20"/>
        </w:rPr>
        <w:t>[5]</w:t>
      </w:r>
    </w:p>
    <w:p>
      <w:r>
        <w:rPr>
          <w:rFonts w:ascii="Gentium Plus" w:hAnsi="Gentium Plus"/>
          <w:sz w:val="24"/>
        </w:rPr>
        <w:t>Σαμοθρᾴκιον, καὶ καυλὸν ἐκ Καρχηδόνος καὶ σίλφιον, θύμον τε τῶν Ὑμηττίων. τοῦ μέντοι σιλφίου τὸ μὲν σπέρμα καλεῖται μαγύδαρις, ἡ δὲ ῥίζα σίλφιον, τὸ δὲ φυτὸν καυλός, τὸ δὲ φύλλον μάσπετον. καὶ ἕτερον</w:t>
      </w:r>
    </w:p>
    <w:p>
      <w:r>
        <w:rPr>
          <w:rFonts w:ascii="Courier New" w:hAnsi="Courier New"/>
          <w:color w:val="555555"/>
          <w:sz w:val="20"/>
        </w:rPr>
        <w:t>[6 . 68]</w:t>
      </w:r>
    </w:p>
    <w:p>
      <w:r>
        <w:rPr>
          <w:rFonts w:ascii="Gentium Plus" w:hAnsi="Gentium Plus"/>
          <w:sz w:val="24"/>
        </w:rPr>
        <w:t>δέ τι ἥδυσμα ἐοικὸς σιλφίῳ, ἧττον δὲ δριμύ, ἐκαλεῖτο μαγύδαρις. μίνθα δὲ ἢ μίνθη τὸ καλούμενον ἡδύοσμον, ὅπερ ὠνομάσθαι φασὶν ἀπὸ Μίνθης· ἡ δ’ ἦν Πλούτωνος παλλακὴ εἰς τοῦτο τὸ φυτὸν μετα‐ βαλοῦσα. μέμνηται τῆς μίνθης Κρατῖνος ἐν τοῖς Νόμοις (fg 129)</w:t>
      </w:r>
    </w:p>
    <w:p>
      <w:r>
        <w:rPr>
          <w:rFonts w:ascii="Courier New" w:hAnsi="Courier New"/>
          <w:color w:val="555555"/>
          <w:sz w:val="20"/>
        </w:rPr>
        <w:t>[5]</w:t>
      </w:r>
    </w:p>
    <w:p>
      <w:r>
        <w:rPr>
          <w:rFonts w:ascii="Gentium Plus" w:hAnsi="Gentium Plus"/>
          <w:sz w:val="24"/>
        </w:rPr>
        <w:t>τυρῷ καὶ μίνθῃ παραλεξάμενος καὶ ἐλαίῳ. εἴη δ’ ἂν τῶν ἡδυσμάτων καὶ τὰ ὑποτριμμάτια, ἃ καὶ καταχυσμάτια, καὶ σκόροδον καὶ σκοροδάλμη καὶ ὀξάλμη, ὡς Κρατῖνος ἐν Ὀδυσσεῦ‐ σιν (fg 143)</w:t>
      </w:r>
    </w:p>
    <w:p>
      <w:r>
        <w:rPr>
          <w:rFonts w:ascii="Courier New" w:hAnsi="Courier New"/>
          <w:color w:val="555555"/>
          <w:sz w:val="20"/>
        </w:rPr>
        <w:t>[6 . 69]</w:t>
      </w:r>
    </w:p>
    <w:p>
      <w:r>
        <w:rPr>
          <w:rFonts w:ascii="Gentium Plus" w:hAnsi="Gentium Plus"/>
          <w:sz w:val="24"/>
        </w:rPr>
        <w:t>φρύξας καὶ ἑψήσας καὶ ἐπανθρακίσας καὶ ὀπτήσας, εἰς ἅλμην καὶ ὀξάλμην κᾆτ’ ἐς σκοροδάλμην χλιαρὸν ἐμβάπτων, ὃς ἂν ὀπτότατός μοι ἁπάντων ὑμῶν φαίνηται, κατατρώξομαι ὦ στρατιῶται.</w:t>
      </w:r>
    </w:p>
    <w:p>
      <w:r>
        <w:rPr>
          <w:rFonts w:ascii="Courier New" w:hAnsi="Courier New"/>
          <w:color w:val="555555"/>
          <w:sz w:val="20"/>
        </w:rPr>
        <w:t>[5]</w:t>
      </w:r>
    </w:p>
    <w:p>
      <w:r>
        <w:rPr>
          <w:rFonts w:ascii="Gentium Plus" w:hAnsi="Gentium Plus"/>
          <w:sz w:val="24"/>
        </w:rPr>
        <w:t>ὁ δ’ Ἀριστοφάνης ἐν τῷ Γήρᾳ λέγει (fg 130) ὀξωτά, σιλφιωτά, βολβός, τευτλίον, περίκομμα, θρῖον, ἐγκέφαλος, ὀρίγανον.</w:t>
      </w:r>
    </w:p>
    <w:p>
      <w:r>
        <w:rPr>
          <w:rFonts w:ascii="Courier New" w:hAnsi="Courier New"/>
          <w:color w:val="555555"/>
          <w:sz w:val="20"/>
        </w:rPr>
        <w:t>[6 . 70]</w:t>
      </w:r>
    </w:p>
    <w:p>
      <w:r>
        <w:rPr>
          <w:rFonts w:ascii="Gentium Plus" w:hAnsi="Gentium Plus"/>
          <w:sz w:val="24"/>
        </w:rPr>
        <w:t>τυροῦ καὶ γάλακτος καὶ μέλιτος· καὶ ἡ ματύλλη, Μακεδονικὸν εὕρημα, δίψους ἐγερτικὸν βρῶμα, ᾧ ἐχρῶντο μεσοῦντος τοῦ πότου· καὶ ὁ μυτ‐ τωτός, τρῖμμα ἐκ σκορόδων δριμύ. πολλὰ δ’ ἂν εἴη τῶν περὶ τὴν ἡδυντικὴν σκευασίαν ἐξευρεῖν ἐκ τῶν ὀψοποιικῶν συγγραμμάτων</w:t>
      </w:r>
    </w:p>
    <w:p>
      <w:r>
        <w:rPr>
          <w:rFonts w:ascii="Courier New" w:hAnsi="Courier New"/>
          <w:color w:val="555555"/>
          <w:sz w:val="20"/>
        </w:rPr>
        <w:t>[6 . 71]</w:t>
      </w:r>
    </w:p>
    <w:p>
      <w:r>
        <w:rPr>
          <w:rFonts w:ascii="Gentium Plus" w:hAnsi="Gentium Plus"/>
          <w:sz w:val="24"/>
        </w:rPr>
        <w:t>Παντολέοντος καὶ Μιθαίκου καὶ Ζωπυρίνου καὶ Σόφωνος καὶ Ἡγη‐ σίππου καὶ Παξάμου καὶ Ἐπαινέτου. συναριθμοῖτο δ’ ἂν τούτοις Ἡρακλείδης τε ὁ Συρακούσιος καὶ Τυνδάριχος ὁ Σικυώνιος καὶ Σιμω‐ νακτίδης ὁ Χῖος καὶ Γλαῦκος ὁ Λοκρός, ὀψοποιικῆς πραγματείας</w:t>
      </w:r>
    </w:p>
    <w:p>
      <w:r>
        <w:rPr>
          <w:rFonts w:ascii="Courier New" w:hAnsi="Courier New"/>
          <w:color w:val="555555"/>
          <w:sz w:val="20"/>
        </w:rPr>
        <w:t>[5]</w:t>
      </w:r>
    </w:p>
    <w:p>
      <w:r>
        <w:rPr>
          <w:rFonts w:ascii="Gentium Plus" w:hAnsi="Gentium Plus"/>
          <w:sz w:val="24"/>
        </w:rPr>
        <w:t>σοφισταί. ἐκαλοῦντο δὲ καὶ οἱ ἅλες ἡδυντῆρες διὰ τὸ ἡδύνειν. καὶ τὸ ἀρτύειν δὲ ἡδύνειν ἔλεγον. φυλλάδας δ’ ἐκάλουν τὰ χλωρὰ ὑποτρίμματα. τὸ δ’ ἐπὶ πᾶσιν ἐπιφόρημα τύβαριν οἱ Δωριεῖς ἐκάλουν· ἦν δ’ ἐν ὄξει σέλινα.</w:t>
      </w:r>
    </w:p>
    <w:p>
      <w:r>
        <w:rPr>
          <w:rFonts w:ascii="Courier New" w:hAnsi="Courier New"/>
          <w:color w:val="555555"/>
          <w:sz w:val="20"/>
        </w:rPr>
        <w:t>[6 . 72]</w:t>
      </w:r>
    </w:p>
    <w:p>
      <w:r>
        <w:rPr>
          <w:rFonts w:ascii="Gentium Plus" w:hAnsi="Gentium Plus"/>
          <w:sz w:val="24"/>
        </w:rPr>
        <w:t>ἐπεὶ δὲ τῶν χωρὶς ἄρτου βρωμάτων ἐπιμνησθέντες ὑπηνέχθημεν εἰς τὰ σὺν ἄρτῳ ἐσθιόμενα, οὐδὲν ἂν κωλύοι καὶ τὰ τῶν ἄρτων εἴδη συναγαγεῖν. οἱ μὲν κριβανῖται οἱ δ’ ὀβελίαι, κόλλικες, κόλλαβοι, ναστοί, ἄμυλοι, κολλῦραι, ζυμῆται, σησαμῖται, χαρίσιοι, κα‐</w:t>
      </w:r>
    </w:p>
    <w:p>
      <w:r>
        <w:rPr>
          <w:rFonts w:ascii="Courier New" w:hAnsi="Courier New"/>
          <w:color w:val="555555"/>
          <w:sz w:val="20"/>
        </w:rPr>
        <w:t>[6 . 73]</w:t>
      </w:r>
    </w:p>
    <w:p>
      <w:r>
        <w:rPr>
          <w:rFonts w:ascii="Gentium Plus" w:hAnsi="Gentium Plus"/>
          <w:sz w:val="24"/>
        </w:rPr>
        <w:t>χρυδίαι· οἱ δ’ ἔτι φαυλότεροι πιτυρίαι. εἴποι δ’ ἄν τις καὶ ἄρτον πύρινον, πρὸς τὸν ἐκ κριθῆς διαιρῶν. οἱ δὲ σητάνιοι ἄρτοι ἐκ τῶν σητανίων πυρῶν, οἵ εἰσι τετράμηνοι· τητινὸν γὰρ τὸ ἐπέτειον. τὸν μέντοι χαρίσιον πλακοῦντα εἶναι λέγουσιν. καὶ ἄνανος† δ’ ἄρτος</w:t>
      </w:r>
    </w:p>
    <w:p>
      <w:r>
        <w:rPr>
          <w:rFonts w:ascii="Courier New" w:hAnsi="Courier New"/>
          <w:color w:val="555555"/>
          <w:sz w:val="20"/>
        </w:rPr>
        <w:t>[5]</w:t>
      </w:r>
    </w:p>
    <w:p>
      <w:r>
        <w:rPr>
          <w:rFonts w:ascii="Gentium Plus" w:hAnsi="Gentium Plus"/>
          <w:sz w:val="24"/>
        </w:rPr>
        <w:t>ἐγγυτέρω πλακοῦντος. Αἰγύπτιοι δὲ τοὺς εἰς ὀξὺ ἀνηγμένους ἄρτους κυλληστεῖς ὠνόμαζον, ὡς ὀρίνδην τινὰ ἄρτον Αἰθίοπες τὸν ἐξ ὀριν‐ δίου γινόμενον, ὅ ἐστι σπέρμα ἐπιχώριον, ὅμοιον σησάμῳ. ὁ γὰρ ὀρ‐</w:t>
      </w:r>
    </w:p>
    <w:p>
      <w:r>
        <w:rPr>
          <w:rFonts w:ascii="Courier New" w:hAnsi="Courier New"/>
          <w:color w:val="555555"/>
          <w:sz w:val="20"/>
        </w:rPr>
        <w:t>[6 . 74]</w:t>
      </w:r>
    </w:p>
    <w:p>
      <w:r>
        <w:rPr>
          <w:rFonts w:ascii="Gentium Plus" w:hAnsi="Gentium Plus"/>
          <w:sz w:val="24"/>
        </w:rPr>
        <w:t>θοστάτης ἱεροῦ ἄρτου τι εἶδος. τὸ δ’ ἐργαλεῖον. ἐν ᾧ τὰ ἄλευρα διεσήθετο, τὸ μὲν ἐκ σχοίνων πλέγμα κόσκινον, εἰ δὲ τῷ τοῦ κοσκί‐ νου κύκλῳ ἀντὶ τοῦ σχοίνου λινοῦν τι σινδόνιον εἴη ἐξημμένον, ὡς ἀκριβέστερον τὸ ἄλευρον καθαίροιτο, ἀλευρόττησις ἐκαλεῖτο, εἰ δ’ ἐξ</w:t>
      </w:r>
    </w:p>
    <w:p>
      <w:r>
        <w:rPr>
          <w:rFonts w:ascii="Courier New" w:hAnsi="Courier New"/>
          <w:color w:val="555555"/>
          <w:sz w:val="20"/>
        </w:rPr>
        <w:t>[5]</w:t>
      </w:r>
    </w:p>
    <w:p>
      <w:r>
        <w:rPr>
          <w:rFonts w:ascii="Gentium Plus" w:hAnsi="Gentium Plus"/>
          <w:sz w:val="24"/>
        </w:rPr>
        <w:t>ἐρίου εἴη, κρησέρα. ἔνθα δ’ ἐπλάττοντο οἱ ἄρτοι, πλάθανον· ὁμοίως καὶ δι’ οὗ ἐπλάττοντο. εἴρηται δὲ καὶ σεμίδαλις παρά τε Λυκούργῳ τῷ ῥήτορι (fg 90 Turic) καὶ πολλοῖς τῶν κωμῳδοδιδασκά‐</w:t>
      </w:r>
    </w:p>
    <w:p>
      <w:r>
        <w:rPr>
          <w:rFonts w:ascii="Courier New" w:hAnsi="Courier New"/>
          <w:color w:val="555555"/>
          <w:sz w:val="20"/>
        </w:rPr>
        <w:t>[6 . 75]</w:t>
      </w:r>
    </w:p>
    <w:p>
      <w:r>
        <w:rPr>
          <w:rFonts w:ascii="Gentium Plus" w:hAnsi="Gentium Plus"/>
          <w:sz w:val="24"/>
        </w:rPr>
        <w:t>λων (Aristoph fg 412, Menand fg 518. 8)· Στράττις (I p 712. 2 Ko) δὲ καὶ τὴν γενικὴν εἴρηκε σεμιδάλιδος. ἀπὸ δὲ ναστῶν ὁ ναστο‐ φάγος καὶ τὸ ναστοφαγεῖν, καὶ ὁ ναστοκόπος παρὰ Πλάτωνι τῷ κω‐ μικῷ (I p 664. 246). μᾶζαι δ’ αἱ μὲν ἱεραί, ἀμφιφῶντες μὲν οὓς</w:t>
      </w:r>
    </w:p>
    <w:p>
      <w:r>
        <w:rPr>
          <w:rFonts w:ascii="Courier New" w:hAnsi="Courier New"/>
          <w:color w:val="555555"/>
          <w:sz w:val="20"/>
        </w:rPr>
        <w:t>[5]</w:t>
      </w:r>
    </w:p>
    <w:p>
      <w:r>
        <w:rPr>
          <w:rFonts w:ascii="Gentium Plus" w:hAnsi="Gentium Plus"/>
          <w:sz w:val="24"/>
        </w:rPr>
        <w:t>ἔφερον εἰς Μουνυχίας Ἀρτέμιδος, δᾷδας ἡμμένας περιπήξαντες, ὀβε‐ λίαι δ’ ἄρτοι οὓς εἰς Διονύσου ἔφερον οἱ καλούμενοι ὀβελιαφόροι, ἐκ μεδίμνου ἑνὸς ἢ δυοῖν ἢ τριῶν τὸ μέγεθος, δι’ ὀβελίσκων τινῶν</w:t>
      </w:r>
    </w:p>
    <w:p>
      <w:r>
        <w:rPr>
          <w:rFonts w:ascii="Courier New" w:hAnsi="Courier New"/>
          <w:color w:val="555555"/>
          <w:sz w:val="20"/>
        </w:rPr>
        <w:t>[6 . 76]</w:t>
      </w:r>
    </w:p>
    <w:p>
      <w:r>
        <w:rPr>
          <w:rFonts w:ascii="Gentium Plus" w:hAnsi="Gentium Plus"/>
          <w:sz w:val="24"/>
        </w:rPr>
        <w:t>εἰργμένους, ἀφ’ ὧν καὶ τοὔνομα. πέλανοι δὲ κοινοὶ πᾶσι θεοῖς, ὡς αἱ σελῆναι τῇ θεῷ· κέκληνται δ’ ἀπὸ τοῦ σχήματος, ὥσπερ καὶ ὁ βοῦς· πέμμα γάρ ἐστι κέρατα ἔχον μεμιμημένα, προσφερόμενον Ἀπόλ‐ λωνι καὶ Ἀρτέμιδι καὶ Ἑκάτῃ καὶ Σελήνῃ. μελιτοῦττα μὲν Τρο‐</w:t>
      </w:r>
    </w:p>
    <w:p>
      <w:r>
        <w:rPr>
          <w:rFonts w:ascii="Courier New" w:hAnsi="Courier New"/>
          <w:color w:val="555555"/>
          <w:sz w:val="20"/>
        </w:rPr>
        <w:t>[5]</w:t>
      </w:r>
    </w:p>
    <w:p>
      <w:r>
        <w:rPr>
          <w:rFonts w:ascii="Gentium Plus" w:hAnsi="Gentium Plus"/>
          <w:sz w:val="24"/>
        </w:rPr>
        <w:t>φωνίῳ ὡς ἀρεστήρ, καὶ ὑγίεια ὁμοίως· καὶ γὰρ ὑγίεια μάζης τι εἶδος. αἷς δ’ ἄνθρωποι χρῶνται μάζαις, τούτων τὰ ὀνόματα ἄνθεμα, θριδα‐</w:t>
      </w:r>
    </w:p>
    <w:p>
      <w:r>
        <w:rPr>
          <w:rFonts w:ascii="Courier New" w:hAnsi="Courier New"/>
          <w:color w:val="555555"/>
          <w:sz w:val="20"/>
        </w:rPr>
        <w:t>[6 . 77]</w:t>
      </w:r>
    </w:p>
    <w:p>
      <w:r>
        <w:rPr>
          <w:rFonts w:ascii="Gentium Plus" w:hAnsi="Gentium Plus"/>
          <w:sz w:val="24"/>
        </w:rPr>
        <w:t>ἀνεμώνη, καρδάμη. καὶ βήρηκες δὲ μᾶζαί εἰσι μεμαγμέναι διη‐ θημένων τῶν ἀλφίτων, αἱ δὲ δανδαλίδες πεφρυγμένων κριθῶν, καὶ πρόκωνα καὶ προκώνια τὰ ἐξ ἀφρύκτων κριθῶν ἄλφιτα. τὰ δὲ πλακούντων εἴδη ἄμης ἀμητίσκος, πυραμοῦς, σησαμοῦς, ἔγχυτος,</w:t>
      </w:r>
    </w:p>
    <w:p>
      <w:r>
        <w:rPr>
          <w:rFonts w:ascii="Courier New" w:hAnsi="Courier New"/>
          <w:color w:val="555555"/>
          <w:sz w:val="20"/>
        </w:rPr>
        <w:t>[5]</w:t>
      </w:r>
    </w:p>
    <w:p>
      <w:r>
        <w:rPr>
          <w:rFonts w:ascii="Gentium Plus" w:hAnsi="Gentium Plus"/>
          <w:sz w:val="24"/>
        </w:rPr>
        <w:t>ἔνθρυπτα, στρεπτοί, νεήλατα, κοτυλίσκος, φθοῖς καὶ φθοίδια, ἐπίχυτος, θρυμματίδες· ἦν δὲ καὶ κρηπὶς ἐξ ἀλεύρου καὶ μέλιτος, ᾗ ἐνέκειντο ἀμ‐ πελίδες τινὲς ἢ συκαλίδες ὀπταί, ὧν βρωθεισῶν τὴν κρηπῖδα ζωμῷ ὀρνιθείῳ ἐνθρύψαντες ἤσθιον. ἐκαλεῖτο δὲ καὶ στεγαστὴ θρυμματίς.</w:t>
      </w:r>
    </w:p>
    <w:p>
      <w:r>
        <w:rPr>
          <w:rFonts w:ascii="Courier New" w:hAnsi="Courier New"/>
          <w:color w:val="555555"/>
          <w:sz w:val="20"/>
        </w:rPr>
        <w:t>[6 . 78]</w:t>
      </w:r>
    </w:p>
    <w:p>
      <w:r>
        <w:rPr>
          <w:rFonts w:ascii="Gentium Plus" w:hAnsi="Gentium Plus"/>
          <w:sz w:val="24"/>
        </w:rPr>
        <w:t>εὐδόκιμοι δὲ καὶ οἱ Σάμιοι πλακοῦντες, καὶ οἱ Φιλοξένιοι, τοῦ Λευκα‐ δίου Φιλοξένου τὸ εὕρημα. ναστοὶ δ’ οἱ αὐτοὶ καὶ σακτοὶ καλοῦν‐ ται, κῶνος σὺν ἀσταφίσι καὶ ἀμυγδάλαις, ἅπερ τριφθέντα καὶ μιχ‐ θέντα ὀπτᾶται. ὁ δ’ ἐχῖνος νησιωτικὸς πλακοῦς, ἄμητι προσεοικώς.</w:t>
      </w:r>
    </w:p>
    <w:p>
      <w:r>
        <w:rPr>
          <w:rFonts w:ascii="Courier New" w:hAnsi="Courier New"/>
          <w:color w:val="555555"/>
          <w:sz w:val="20"/>
        </w:rPr>
        <w:t>[5]</w:t>
      </w:r>
    </w:p>
    <w:p>
      <w:r>
        <w:rPr>
          <w:rFonts w:ascii="Gentium Plus" w:hAnsi="Gentium Plus"/>
          <w:sz w:val="24"/>
        </w:rPr>
        <w:t>ὁ δ’ ἐσχαρίτης Ῥοδιακός, μεθόριος ἄρτου καὶ πλακοῦντος. προσαριθ‐ μητέον δὲ τούτοις καὶ τὰ μελίπηκτα, οὐκ οἶδα εἰ καὶ τὰ ἴτρια καὶ τοὺς ταγηνίας· εἰσὶ δ’ οἱ αὐτοὶ ταῖς ἐγκρίσιν.</w:t>
      </w:r>
    </w:p>
    <w:p>
      <w:r>
        <w:rPr>
          <w:rFonts w:ascii="Courier New" w:hAnsi="Courier New"/>
          <w:color w:val="555555"/>
          <w:sz w:val="20"/>
        </w:rPr>
        <w:t>[6 . 79]</w:t>
      </w:r>
    </w:p>
    <w:p>
      <w:r>
        <w:rPr>
          <w:rFonts w:ascii="Gentium Plus" w:hAnsi="Gentium Plus"/>
          <w:sz w:val="24"/>
        </w:rPr>
        <w:t>ταγηνίας ἤδη τεθέασαι χλιαρούς, σίζοντας ὅταν αὐτοῖσιν ἐπιχέῃς μέλι Κράτητος (fg 1) ἡ λέξις· τῷ δὲ ταγηνίᾳ κατὰ τοῦ ταγήνου χυθέντι ἐπεχεῖτο τυρὸς ἔλαιον μέλι σήσαμα. ὠνομάζετο δέ τινα καὶ πηνία,</w:t>
      </w:r>
    </w:p>
    <w:p>
      <w:r>
        <w:rPr>
          <w:rFonts w:ascii="Courier New" w:hAnsi="Courier New"/>
          <w:color w:val="555555"/>
          <w:sz w:val="20"/>
        </w:rPr>
        <w:t>[5]</w:t>
      </w:r>
    </w:p>
    <w:p>
      <w:r>
        <w:rPr>
          <w:rFonts w:ascii="Gentium Plus" w:hAnsi="Gentium Plus"/>
          <w:sz w:val="24"/>
        </w:rPr>
        <w:t>ἃ τοῖς πλακοῦσιν ἐνετίθετο προσεοικότα πηνίοις· λευκὰ δ’ ἦν τὴν χρόαν. τὰ δ’ ἐπιδορπίσματα Ἀριστοφάνης (fg 774) μὲν ἐπιφορήματα καλεῖ, ὥστε εἴη ἂν καὶ τὸ ἐπιδορπίζεσθαι ἐπιφορεῖσθαι, ἦν δὲ τρωγά‐ λια, κάρυα, μυρτίδες, μέσπιλα, ἃ καὶ ὄα καλεῖται· καὶ τοὔνομα ἔστι</w:t>
      </w:r>
    </w:p>
    <w:p>
      <w:r>
        <w:rPr>
          <w:rFonts w:ascii="Courier New" w:hAnsi="Courier New"/>
          <w:color w:val="555555"/>
          <w:sz w:val="20"/>
        </w:rPr>
        <w:t>[6 . 80]</w:t>
      </w:r>
    </w:p>
    <w:p>
      <w:r>
        <w:rPr>
          <w:rFonts w:ascii="Gentium Plus" w:hAnsi="Gentium Plus"/>
          <w:sz w:val="24"/>
        </w:rPr>
        <w:t>παρὰ Πλάτωνι (Conv 190 E) τοῦτο, ὡς παρ’ Ἀρχιλόχῳ (180) ἐκεῖνο. κόκκοι ῥόας· καὶ οὕτω μὲν ὁ καρπός, τὸ δὲ δένδρον ῥοιά, εἴποις δ’ ἂν καὶ κοκκίσαι ῥόαν κατ’ Ἀριστοφάνην· (fg 610) ὀξυγλύκειάν τἆρα κοκκιεῖς ῥόαν.</w:t>
      </w:r>
    </w:p>
    <w:p>
      <w:r>
        <w:rPr>
          <w:rFonts w:ascii="Courier New" w:hAnsi="Courier New"/>
          <w:color w:val="555555"/>
          <w:sz w:val="20"/>
        </w:rPr>
        <w:t>[5]</w:t>
      </w:r>
    </w:p>
    <w:p>
      <w:r>
        <w:rPr>
          <w:rFonts w:ascii="Gentium Plus" w:hAnsi="Gentium Plus"/>
          <w:sz w:val="24"/>
        </w:rPr>
        <w:t>τουτὶ δὲ τὸ ἰαμβεῖον Ἀριστοφάνης οὐκ ἴδιον ὂν εἴρηκεν, ἀλλ’ ὡς Αἰσχύλου (fg 363). ἀμύγδαλα. κάρυα Περσικά, ἃ νῦν βασιλικά. ἰσχά‐</w:t>
      </w:r>
    </w:p>
    <w:p>
      <w:r>
        <w:rPr>
          <w:rFonts w:ascii="Courier New" w:hAnsi="Courier New"/>
          <w:color w:val="555555"/>
          <w:sz w:val="20"/>
        </w:rPr>
        <w:t>[6 . 81]</w:t>
      </w:r>
    </w:p>
    <w:p>
      <w:r>
        <w:rPr>
          <w:rFonts w:ascii="Gentium Plus" w:hAnsi="Gentium Plus"/>
          <w:sz w:val="24"/>
        </w:rPr>
        <w:t>δες χελιδόνιοι αἱ Ἀττικαὶ, αἳ καὶ χελιδόνες καλοῦνται, καὶ ἄλλαι ἀμφ‐ αρίστεως καὶ φιβάλεως καὶ βασίλεως καὶ κορώνεως, καὶ πρόκριδες καὶ ὄξαλοι, καὶ βαγινδάριοι δ’ αἱ Ῥόδιαι, καὶ παλάσια, ἃ καὶ Κρατῖνος (fg 371) ἰσχάδα κοπτὴν καλεῖ. τὰ δ’ οὔπω πέπειρα τῶν σύκων οἴδακες</w:t>
      </w:r>
    </w:p>
    <w:p>
      <w:r>
        <w:rPr>
          <w:rFonts w:ascii="Courier New" w:hAnsi="Courier New"/>
          <w:color w:val="555555"/>
          <w:sz w:val="20"/>
        </w:rPr>
        <w:t>[5]</w:t>
      </w:r>
    </w:p>
    <w:p>
      <w:r>
        <w:rPr>
          <w:rFonts w:ascii="Gentium Plus" w:hAnsi="Gentium Plus"/>
          <w:sz w:val="24"/>
        </w:rPr>
        <w:t>καλοῦνται παρὰ Λάκωσι καὶ φήληκες παρ’ Ἀθηναίοις. ἄπιοι, μῆλα,</w:t>
      </w:r>
    </w:p>
    <w:p>
      <w:r>
        <w:rPr>
          <w:rFonts w:ascii="Courier New" w:hAnsi="Courier New"/>
          <w:color w:val="555555"/>
          <w:sz w:val="20"/>
        </w:rPr>
        <w:t>[6 . 82]</w:t>
      </w:r>
    </w:p>
    <w:p>
      <w:r>
        <w:rPr>
          <w:rFonts w:ascii="Gentium Plus" w:hAnsi="Gentium Plus"/>
          <w:sz w:val="24"/>
        </w:rPr>
        <w:t>ὄχναι, ἀχράδες, ἀσταφίδες, σταφυλαί, καὶ τούτων ὀνόματα ἐλάεως ἀμά‐ μαξυς, φοινικοβάλανος, Κρητική, μελίνεως, μεθύσεως, χαιρένεως, ψιθία, Κρῆσσα, Σύρα, Ῥοδία, Λίβυσσα, Πράμνειος, ἀλωπέκεως, κορώνεως, Λημνία, Βυβλία, Νικοστρατία, Χαρόπη, Οἰνόπη, Πελλαία, Περγαία,</w:t>
      </w:r>
    </w:p>
    <w:p>
      <w:r>
        <w:rPr>
          <w:rFonts w:ascii="Courier New" w:hAnsi="Courier New"/>
          <w:color w:val="555555"/>
          <w:sz w:val="20"/>
        </w:rPr>
        <w:t>[5]</w:t>
      </w:r>
    </w:p>
    <w:p>
      <w:r>
        <w:rPr>
          <w:rFonts w:ascii="Gentium Plus" w:hAnsi="Gentium Plus"/>
          <w:sz w:val="24"/>
        </w:rPr>
        <w:t>Πελμηρίς, Πετραία, Σαμία, Σωχὶς ἡ καὶ Αἰγυπτία, Τορνία.</w:t>
      </w:r>
    </w:p>
    <w:p>
      <w:r>
        <w:rPr>
          <w:rFonts w:ascii="Courier New" w:hAnsi="Courier New"/>
          <w:color w:val="555555"/>
          <w:sz w:val="20"/>
        </w:rPr>
        <w:t>[6 . 83]</w:t>
      </w:r>
    </w:p>
    <w:p>
      <w:r>
        <w:rPr>
          <w:rFonts w:ascii="Gentium Plus" w:hAnsi="Gentium Plus"/>
          <w:sz w:val="24"/>
        </w:rPr>
        <w:t>ἦσαν δέ τινες πρῶται τράπεζαι καὶ δεύτεραι καὶ τρίται. καὶ τρίποδες μὲν ἐφ’ ὧν ἔκειντο· καὶ ἔστι τοὔνομα παρ’ Ἡσιόδῳ (fg 177 Rz) καὶ ἐν Τελμισσεῦσιν Ἀριστοφάνους (fg 530)· αἱ δ’ ἐπιτιθέμεναι καὶ αἰρόμεναι τράπεζαι, ἃς νῦν μαγίδας καλοῦσιν. ἔστι μέντοι καὶ τὸ τῆς</w:t>
      </w:r>
    </w:p>
    <w:p>
      <w:r>
        <w:rPr>
          <w:rFonts w:ascii="Courier New" w:hAnsi="Courier New"/>
          <w:color w:val="555555"/>
          <w:sz w:val="20"/>
        </w:rPr>
        <w:t>[5]</w:t>
      </w:r>
    </w:p>
    <w:p>
      <w:r>
        <w:rPr>
          <w:rFonts w:ascii="Gentium Plus" w:hAnsi="Gentium Plus"/>
          <w:sz w:val="24"/>
        </w:rPr>
        <w:t>μαγίδος ὄνομα παρὰ Σοφοκλεῖ ἐν χρήσει (fg 668) τὰς Ἑκαταίας μαγίδας δόρπων.</w:t>
      </w:r>
    </w:p>
    <w:p>
      <w:r>
        <w:rPr>
          <w:rFonts w:ascii="Courier New" w:hAnsi="Courier New"/>
          <w:color w:val="555555"/>
          <w:sz w:val="20"/>
        </w:rPr>
        <w:t>[6 . 84]</w:t>
      </w:r>
    </w:p>
    <w:p>
      <w:r>
        <w:rPr>
          <w:rFonts w:ascii="Gentium Plus" w:hAnsi="Gentium Plus"/>
          <w:sz w:val="24"/>
        </w:rPr>
        <w:t>τούτων δὲ τὴν εὐρύτητα Ὅμηρος (κ 354) ὑποδηλοῖ εἰπὼν ‘ἐτίταινε τραπέζας.‘ τραπέζας δ’ ἐκάλουν καὶ τὰ σιτία τὰ ἐπ’ αὐτῶν τιθέμενα. τὰ δ’ ἀγγεῖα τὰ ἐπὶ τῶν τραπεζῶν κοινῇ μὲν τεύχη ἐρεῖς ἀργυρᾶ καὶ χρυσᾶ· καθ’ ἕκαστον δέ, οὓς μὲν δίσκους καλοῦσιν, κύκλους ἐρεῖς</w:t>
      </w:r>
    </w:p>
    <w:p>
      <w:r>
        <w:rPr>
          <w:rFonts w:ascii="Courier New" w:hAnsi="Courier New"/>
          <w:color w:val="555555"/>
          <w:sz w:val="20"/>
        </w:rPr>
        <w:t>[5]</w:t>
      </w:r>
    </w:p>
    <w:p>
      <w:r>
        <w:rPr>
          <w:rFonts w:ascii="Gentium Plus" w:hAnsi="Gentium Plus"/>
          <w:sz w:val="24"/>
        </w:rPr>
        <w:t>ἀργυροῦς ἢ χεύματα ἀργυρᾶ ἢ πίνακας, καὶ τοὺς ἐλάττους πινακίσκους,</w:t>
      </w:r>
    </w:p>
    <w:p>
      <w:r>
        <w:rPr>
          <w:rFonts w:ascii="Courier New" w:hAnsi="Courier New"/>
          <w:color w:val="555555"/>
          <w:sz w:val="20"/>
        </w:rPr>
        <w:t>[6 . 85]</w:t>
      </w:r>
    </w:p>
    <w:p>
      <w:r>
        <w:rPr>
          <w:rFonts w:ascii="Gentium Plus" w:hAnsi="Gentium Plus"/>
          <w:sz w:val="24"/>
        </w:rPr>
        <w:t>καὶ πίνακας κρεῶν, καὶ πινακίσκους ἰχθυηρούς. τὰ δὲ τῶν ἡδυσμάτων ἀγγεῖα ὀξίδας μὲν αἷς τὸ ὄξος ἔνεστιν, ἐμβάφια δὲ καὶ λεκάνια καὶ τρύβλια καὶ ὀξύβαφα, ἐν οἷς τὰ ἡδύσματα ἢ βρώματα· ὀξύβαφα δ’ ἐκάλουν πάλαι καὶ τὰ ὑποδεχόμενα τὰς λάταγας. τὰς δὲ καλουμένας</w:t>
      </w:r>
    </w:p>
    <w:p>
      <w:r>
        <w:rPr>
          <w:rFonts w:ascii="Courier New" w:hAnsi="Courier New"/>
          <w:color w:val="555555"/>
          <w:sz w:val="20"/>
        </w:rPr>
        <w:t>[5]</w:t>
      </w:r>
    </w:p>
    <w:p>
      <w:r>
        <w:rPr>
          <w:rFonts w:ascii="Gentium Plus" w:hAnsi="Gentium Plus"/>
          <w:sz w:val="24"/>
        </w:rPr>
        <w:t>πατέλλας λεκανίδας ὀνομαστέον, εἰ καὶ ἐξ ἀργύρου εἶεν· Θεόπομπος</w:t>
      </w:r>
    </w:p>
    <w:p>
      <w:r>
        <w:rPr>
          <w:rFonts w:ascii="Courier New" w:hAnsi="Courier New"/>
          <w:color w:val="555555"/>
          <w:sz w:val="20"/>
        </w:rPr>
        <w:t>[6 . 86]</w:t>
      </w:r>
    </w:p>
    <w:p>
      <w:r>
        <w:rPr>
          <w:rFonts w:ascii="Gentium Plus" w:hAnsi="Gentium Plus"/>
          <w:sz w:val="24"/>
        </w:rPr>
        <w:t>μὲν γὰρ ὁ κωμικὸς (I fg 80 Ko) εἴρηκεν ὀρνιθίων λεκάνην, Ἀριστο‐ φάνης (fg 805) δὲ λεκανίσκην, ἀλλαχοῦ δὲ λεκάνην (fg 366) καὶ ἀλλαχοῦ (Acharn 1108) καί μοι λεκάνιον τῶν λαγῴων δὸς κρεῶν.</w:t>
      </w:r>
    </w:p>
    <w:p>
      <w:r>
        <w:rPr>
          <w:rFonts w:ascii="Courier New" w:hAnsi="Courier New"/>
          <w:color w:val="555555"/>
          <w:sz w:val="20"/>
        </w:rPr>
        <w:t>[5]</w:t>
      </w:r>
    </w:p>
    <w:p>
      <w:r>
        <w:rPr>
          <w:rFonts w:ascii="Gentium Plus" w:hAnsi="Gentium Plus"/>
          <w:sz w:val="24"/>
        </w:rPr>
        <w:t>ταῦτα δ’ ὅσα κατὰ φιάλας ἀνεπέπτατο, καὶ κάναστρα καλούμενα εὑρεῖν ἔστι παρὰ Νικοφῶντι τῷ κωμικῷ (I p 780. 24 Ko), ὡς καὶ παρὰ Κρατίνῳ (fg 86) ‘βαλάνων ἄβακα.‘ τὸ δὲ νῦν κανίσκιον κανή‐</w:t>
      </w:r>
    </w:p>
    <w:p>
      <w:r>
        <w:rPr>
          <w:rFonts w:ascii="Courier New" w:hAnsi="Courier New"/>
          <w:color w:val="555555"/>
          <w:sz w:val="20"/>
        </w:rPr>
        <w:t>[6 . 87]</w:t>
      </w:r>
    </w:p>
    <w:p>
      <w:r>
        <w:rPr>
          <w:rFonts w:ascii="Gentium Plus" w:hAnsi="Gentium Plus"/>
          <w:sz w:val="24"/>
        </w:rPr>
        <w:t>τιον ἐκάλουν, ὡς τὸ λίκνον κάνητα. μαζονόμια δὲ κοῖλοι μεγάλοι πίνακες, ἐφ’ ὧν αἱ μᾶζαι διενέμοντο· ξύλινοι δ’ ἦσαν. μυστίλη μὲν οὖν ψωμὸς κοῖλος εἰς ἔτνος ἢ ζωμὸν βαθυνθείς, ἀφ’ οὗ καὶ τὸ μυ‐ στιλήσασθαι λέγουσιν· ἐμοὶ δὲ καὶ τὴν καλουμένην λίγλαν μυστίλην</w:t>
      </w:r>
    </w:p>
    <w:p>
      <w:r>
        <w:rPr>
          <w:rFonts w:ascii="Courier New" w:hAnsi="Courier New"/>
          <w:color w:val="555555"/>
          <w:sz w:val="20"/>
        </w:rPr>
        <w:t>[5]</w:t>
      </w:r>
    </w:p>
    <w:p>
      <w:r>
        <w:rPr>
          <w:rFonts w:ascii="Gentium Plus" w:hAnsi="Gentium Plus"/>
          <w:sz w:val="24"/>
        </w:rPr>
        <w:t>ἥδιον καλεῖν ἢ λίγλαν. καίτοι ἐν Ἀλεξάνδρου πρὸς τὴν μητέρα ἐπιστολῇ μέμνημαι ἐν ἄλλοις σκεύεσι καὶ τὸν μύστρον εὑρών. τὸ δὲ κοχλιάριον καλοίης ἂν μυστιλάριον ἢ κοχλιώρυχον.</w:t>
      </w:r>
    </w:p>
    <w:p>
      <w:r>
        <w:rPr>
          <w:rFonts w:ascii="Courier New" w:hAnsi="Courier New"/>
          <w:color w:val="555555"/>
          <w:sz w:val="20"/>
        </w:rPr>
        <w:t>[6 . 88]</w:t>
      </w:r>
    </w:p>
    <w:p>
      <w:r>
        <w:rPr>
          <w:rFonts w:ascii="Gentium Plus" w:hAnsi="Gentium Plus"/>
          <w:sz w:val="24"/>
        </w:rPr>
        <w:t>τὰ δὲ μαγείρου σκεύη χύτρας, λοπάδας, μολιβδοδέτους ἐσχάρας, ἰχθυοπτρίδας, ὀβελοὺς βουπόρους, ὀβελίσκους, τάγηνον, κρεάγραν, ἣν καὶ ἁρπάγην ἐκάλουν καὶ λύκον καὶ ἐξαυστῆρα, καὶ τὸ ἐξελεῖν ἐξαῦσαι· τορύνην, ἣ καὶ εὐέργην ὠνόμαζον καὶ ἐόργην, καὶ ἐοργῆσαι τὸ τορυ‐</w:t>
      </w:r>
    </w:p>
    <w:p>
      <w:r>
        <w:rPr>
          <w:rFonts w:ascii="Courier New" w:hAnsi="Courier New"/>
          <w:color w:val="555555"/>
          <w:sz w:val="20"/>
        </w:rPr>
        <w:t>[5]</w:t>
      </w:r>
    </w:p>
    <w:p>
      <w:r>
        <w:rPr>
          <w:rFonts w:ascii="Gentium Plus" w:hAnsi="Gentium Plus"/>
          <w:sz w:val="24"/>
        </w:rPr>
        <w:t>νῆσαι· ζωμήρυσιν ἐτνήρυσιν, λέβητας, χαλκία, κριβάνους, βαύνους, ἰπ‐</w:t>
      </w:r>
    </w:p>
    <w:p>
      <w:r>
        <w:rPr>
          <w:rFonts w:ascii="Courier New" w:hAnsi="Courier New"/>
          <w:color w:val="555555"/>
          <w:sz w:val="20"/>
        </w:rPr>
        <w:t>[6 . 89]</w:t>
      </w:r>
    </w:p>
    <w:p>
      <w:r>
        <w:rPr>
          <w:rFonts w:ascii="Gentium Plus" w:hAnsi="Gentium Plus"/>
          <w:sz w:val="24"/>
        </w:rPr>
        <w:t>νούς, πυραύνους—ἔστι δ’ ἀγγεῖα ἐν οἷς τοὺς ἐμπύρους ἄνθρακας κομίζουσιν—ἐσχαρίδας, ἰπνολεβήτιον, θερμαντῆρα, χυτρόγαυλον, ἡθμόν, κοπίδα, μαχαίρας, δορίδας, αἷς ἔδερον ἢ ἐφ’ ὧν, ἴσως δὲ καὶ τυρόκνη‐ στιν, ἣν καὶ κύβηλιν καλοῦσιν. ὃ δὲ νῦν ταγηνοστρόφιον, οἱ πάλαι</w:t>
      </w:r>
    </w:p>
    <w:p>
      <w:r>
        <w:rPr>
          <w:rFonts w:ascii="Courier New" w:hAnsi="Courier New"/>
          <w:color w:val="555555"/>
          <w:sz w:val="20"/>
        </w:rPr>
        <w:t>[5]</w:t>
      </w:r>
    </w:p>
    <w:p>
      <w:r>
        <w:rPr>
          <w:rFonts w:ascii="Gentium Plus" w:hAnsi="Gentium Plus"/>
          <w:sz w:val="24"/>
        </w:rPr>
        <w:t>λιστρίον ἢ πτέον. κρατευτήρια δὲ σιδήριον ᾧ τοὺς ὀβελίσκους ἐπετίθεσαν πρὸς τὴν ὄπτησιν τῶν κρεῶν, ἐφ’ οὗ καὶ Ὅμηρος (I 214)</w:t>
      </w:r>
    </w:p>
    <w:p>
      <w:r>
        <w:rPr>
          <w:rFonts w:ascii="Courier New" w:hAnsi="Courier New"/>
          <w:color w:val="555555"/>
          <w:sz w:val="20"/>
        </w:rPr>
        <w:t>[6 . 90]</w:t>
      </w:r>
    </w:p>
    <w:p>
      <w:r>
        <w:rPr>
          <w:rFonts w:ascii="Gentium Plus" w:hAnsi="Gentium Plus"/>
          <w:sz w:val="24"/>
        </w:rPr>
        <w:t>ἴσως εἴρηκε ‘κρατευτάων ἐπαείρας.‘ ἔστι δὲ καὶ ἀλετρίβανος ὁ καὶ δοῖδυξ· τὰς δὲ τοῦ δοίδυκος ἐν τῇ θυΐᾳ περιαγωγὰς περιαμ‐ φίδας Εὔπολις (436) κέκληκεν. καὶ μὴν καὶ τάδε, θυΐα, κάρδοπος, ξάνιον ἢ ἐπίξηνον, ὅπερ ἡ νέα κωμῳδία (Menand fg 33) ἐπικό‐</w:t>
      </w:r>
    </w:p>
    <w:p>
      <w:r>
        <w:rPr>
          <w:rFonts w:ascii="Courier New" w:hAnsi="Courier New"/>
          <w:color w:val="555555"/>
          <w:sz w:val="20"/>
        </w:rPr>
        <w:t>[5]</w:t>
      </w:r>
    </w:p>
    <w:p>
      <w:r>
        <w:rPr>
          <w:rFonts w:ascii="Gentium Plus" w:hAnsi="Gentium Plus"/>
          <w:sz w:val="24"/>
        </w:rPr>
        <w:t>πανον καλεῖ· τὸ δ’ αὐτὸ παρὰ τοῖς πάλαι ἐλεὸν ἐκαλεῖτο. ἄβαξ ἀβάκιον, κακάβη, πατάνιον ἢ πατάνα· οὕτω γὰρ Σώφρων (fg 13 Kaib) εἴρηκεν, ‘πατάνα αὐτοποίητος,‘ ὥστε καλοῖτ’ ἂν πατάνη. καὶ Ἐπίχαρμος (fg 211 Kaib) δὲ τὴν ἔγχελυν πατάνεψιν εἴρηκεν. εἴη δ’ ἂν ἡ πατάνη λοπάδιον ἐκπέταλον, ὃ νῦν ἴσως ἀπὸ τούτου καλοῦσι</w:t>
      </w:r>
    </w:p>
    <w:p>
      <w:r>
        <w:rPr>
          <w:rFonts w:ascii="Courier New" w:hAnsi="Courier New"/>
          <w:color w:val="555555"/>
          <w:sz w:val="20"/>
        </w:rPr>
        <w:t>[6 . 91]</w:t>
      </w:r>
    </w:p>
    <w:p>
      <w:r>
        <w:rPr>
          <w:rFonts w:ascii="Gentium Plus" w:hAnsi="Gentium Plus"/>
          <w:sz w:val="24"/>
        </w:rPr>
        <w:t>πατέλλιον. ἐχῖνος δὲ χύτρας εἶδος ἦν. μέμνηται δ’ Ἀριστοφάνης (fg 799) καὶ κρεωστάθμης. τὰ δὲ τῶν μαγείρων ἔργα ἀφεῦσαι, εὗσαι, καθῆραι, κόψαι, τε‐ μεῖν διατεμεῖν, ῥαχίσαι, ἑψῆσαι, ὀπτῆσαι, ἐπανθρακῶσαι, μάξαι, διηθεῖν,</w:t>
      </w:r>
    </w:p>
    <w:p>
      <w:r>
        <w:rPr>
          <w:rFonts w:ascii="Courier New" w:hAnsi="Courier New"/>
          <w:color w:val="555555"/>
          <w:sz w:val="20"/>
        </w:rPr>
        <w:t>[5]</w:t>
      </w:r>
    </w:p>
    <w:p>
      <w:r>
        <w:rPr>
          <w:rFonts w:ascii="Gentium Plus" w:hAnsi="Gentium Plus"/>
          <w:sz w:val="24"/>
        </w:rPr>
        <w:t>διαττᾶν, ἀποβράττειν, τρίβειν ἐν θυΐᾳ, σταθεύειν, ἡδύνειν, ἀρτύειν, σκευάζειν, ὀνθυλεύειν. τάχα δὲ καὶ τὸ καπνίζειν εἴποις ἂν ἐπ’ αὐτῶν, ὡς Δημοσθένης (LIV 4) ‘φήσαντες γὰρ καπνίζειν ὀψοποιου‐ μένους τοὺς παῖδας.‘ εὗστραι δ’ οἱ βόθροι ἐκαλοῦντο, ἐν οἷς εὕεται τὰ χοιρίδια. τὰ δ’ ἐκκαύματα εὔσανα, ὡς τὰ ξύλα καύσιμα.</w:t>
      </w:r>
    </w:p>
    <w:p>
      <w:r>
        <w:rPr>
          <w:rFonts w:ascii="Courier New" w:hAnsi="Courier New"/>
          <w:color w:val="555555"/>
          <w:sz w:val="20"/>
        </w:rPr>
        <w:t>[6 . 92]</w:t>
      </w:r>
    </w:p>
    <w:p>
      <w:r>
        <w:rPr>
          <w:rFonts w:ascii="Gentium Plus" w:hAnsi="Gentium Plus"/>
          <w:sz w:val="24"/>
        </w:rPr>
        <w:t>ἐπεὶ δὲ καὶ τὸ κατὰ χειρὸς ὕδωρ συμποτικὸν ἦν, χέρνιβα μὲν τὸ ὕδωρ Ὅμηρος (α 136 sq) καλεῖ, πρόχουν δὲ τὸ ὑδροφόρον ἀγ‐ γεῖον, λέβητα δὲ τὸ ὑποδεχόμενον. σὺ δ’ ἂν καὶ προχοίδιον εἴποις τὴν πρόχουν, καὶ λεβήτιον θάτερον, καὶ τὸ συναμφότερον ὡς Εὔπολις</w:t>
      </w:r>
    </w:p>
    <w:p>
      <w:r>
        <w:rPr>
          <w:rFonts w:ascii="Courier New" w:hAnsi="Courier New"/>
          <w:color w:val="555555"/>
          <w:sz w:val="20"/>
        </w:rPr>
        <w:t>[5]</w:t>
      </w:r>
    </w:p>
    <w:p>
      <w:r>
        <w:rPr>
          <w:rFonts w:ascii="Gentium Plus" w:hAnsi="Gentium Plus"/>
          <w:sz w:val="24"/>
        </w:rPr>
        <w:t>(fg 118. 1) χερόνιπτρον, καὶ κρητήριον δὲ τὴν ἐπίχυσιν, καὶ ἐπικρῆσαι τὸ καταχέαι, καὶ νίψασθαι μὲν τὸ πρὸ τῆς τροφῆς, ἀπονίψασθαι δὲ τὸ μετὰ τὴν τροφήν. ὅπου δ’ ἔστιν ἀπομάξασθαι ἐναπομάξασθαι</w:t>
      </w:r>
    </w:p>
    <w:p>
      <w:r>
        <w:rPr>
          <w:rFonts w:ascii="Courier New" w:hAnsi="Courier New"/>
          <w:color w:val="555555"/>
          <w:sz w:val="20"/>
        </w:rPr>
        <w:t>[6 . 93]</w:t>
      </w:r>
    </w:p>
    <w:p>
      <w:r>
        <w:rPr>
          <w:rFonts w:ascii="Gentium Plus" w:hAnsi="Gentium Plus"/>
          <w:sz w:val="24"/>
        </w:rPr>
        <w:t>ἀποψήσασθαι, τὸ ἐκμαγεῖον καὶ χειρόμακτρον ἂν προσείποις. οἱ δὲ πάλαι ταῖς καλουμέναις ἀπομαγδαλιαῖς ἐχρῶντο, αἳ ἦσαν τὸ ἐν τῷ</w:t>
      </w:r>
    </w:p>
    <w:p>
      <w:r>
        <w:rPr>
          <w:rFonts w:ascii="Courier New" w:hAnsi="Courier New"/>
          <w:color w:val="555555"/>
          <w:sz w:val="20"/>
        </w:rPr>
        <w:t>[5]</w:t>
      </w:r>
    </w:p>
    <w:p>
      <w:r>
        <w:rPr>
          <w:rFonts w:ascii="Gentium Plus" w:hAnsi="Gentium Plus"/>
          <w:sz w:val="24"/>
        </w:rPr>
        <w:t>λοῦσιν. ὑποδηλοῖ δὲ καὶ Ὅμηρος (κ 217)· ὡς δ’ ὅταν ἀμφὶ ἄνακτα κύνες δαίτηθεν ἰόντα σαίνως’· αἰεὶ γάρ τε φέρει μειλίγματα θυμοῦ.</w:t>
      </w:r>
    </w:p>
    <w:p>
      <w:r>
        <w:rPr>
          <w:rFonts w:ascii="Courier New" w:hAnsi="Courier New"/>
          <w:color w:val="555555"/>
          <w:sz w:val="20"/>
        </w:rPr>
        <w:t>[6 . 94]</w:t>
      </w:r>
    </w:p>
    <w:p>
      <w:r>
        <w:rPr>
          <w:rFonts w:ascii="Gentium Plus" w:hAnsi="Gentium Plus"/>
          <w:sz w:val="24"/>
        </w:rPr>
        <w:t>σπόγγοις δὲ καὶ σπογγιαῖς καθηράντων οἱ ὑπηρέται τὰς τρα‐ πέζας καὶ πάντα τὰ λείψανα τῆς τροφῆς τὰ ἐπὶ τοὔδαφος ἀπερριμ‐ μένα, οἷον φυλλία—τὰ δὲ τῆς θριδακίνης φύλλα οὕτω καλεῖται— καὶ κογχυλίων κόγχους καὶ ὀστρέων κόγχας καὶ ἰχθύων λέπη καὶ κα‐</w:t>
      </w:r>
    </w:p>
    <w:p>
      <w:r>
        <w:rPr>
          <w:rFonts w:ascii="Courier New" w:hAnsi="Courier New"/>
          <w:color w:val="555555"/>
          <w:sz w:val="20"/>
        </w:rPr>
        <w:t>[5]</w:t>
      </w:r>
    </w:p>
    <w:p>
      <w:r>
        <w:rPr>
          <w:rFonts w:ascii="Gentium Plus" w:hAnsi="Gentium Plus"/>
          <w:sz w:val="24"/>
        </w:rPr>
        <w:t>ράβων ὄστρακα καὶ κρεῶν ὀστᾶ καὶ ὀπώρας μίσκους, ἃ καὶ κορήματα κλητέον. παῖς ἐκκορείτω παρακορείτω, καθαιρέτω, καλλυνέτω, σαιρέτω, κορήθρῳ ἢ καλλύντρῳ· σάρον γὰρ ὡς ἐπὶ πολὺ τὸ ἐν τῇ ἅλῳ ἐκά‐ λουν, ὡς τὸ ἐν τοῖς ἀλφιτείοις μυλήκορον. συναθροιζέτω δὲ εἰς ἄρ‐ ριχόν τινα ἢ κόφινον ἢ σπυρίδα ἢ σπυρίχνιον ἢ φερνίον· ἐκαλεῖτο δ’</w:t>
      </w:r>
    </w:p>
    <w:p>
      <w:r>
        <w:rPr>
          <w:rFonts w:ascii="Courier New" w:hAnsi="Courier New"/>
          <w:color w:val="555555"/>
          <w:sz w:val="20"/>
        </w:rPr>
        <w:t>[10]</w:t>
      </w:r>
    </w:p>
    <w:p>
      <w:r>
        <w:rPr>
          <w:rFonts w:ascii="Gentium Plus" w:hAnsi="Gentium Plus"/>
          <w:sz w:val="24"/>
        </w:rPr>
        <w:t>οὕτως ἡ ἰχθυηρὰ σπυρίς.</w:t>
      </w:r>
    </w:p>
    <w:p>
      <w:r>
        <w:rPr>
          <w:rFonts w:ascii="Courier New" w:hAnsi="Courier New"/>
          <w:color w:val="555555"/>
          <w:sz w:val="20"/>
        </w:rPr>
        <w:t>[6 . 95]</w:t>
      </w:r>
    </w:p>
    <w:p>
      <w:r>
        <w:rPr>
          <w:rFonts w:ascii="Gentium Plus" w:hAnsi="Gentium Plus"/>
          <w:sz w:val="24"/>
        </w:rPr>
        <w:t>οἱ δὲ οἰνοχόοι τὰ ἐκπώματα ἐκπλυνόντων τε καὶ δια‐ νιπτόντων καὶ κλυζόντων καὶ καθαιρόντων, καὶ τὰς φιάλας ἐπὶ τῶν δακτύλων ἄκρων ὀχείτωσαν, προσφέροντες τοῖς συμπόταις εὐλαβῶς. τὰ δ’ ἐκπώματα καὶ ποτήρια ἄν τις εἴποι—τὸ γὰρ δέπας καὶ κύ‐</w:t>
      </w:r>
    </w:p>
    <w:p>
      <w:r>
        <w:rPr>
          <w:rFonts w:ascii="Courier New" w:hAnsi="Courier New"/>
          <w:color w:val="555555"/>
          <w:sz w:val="20"/>
        </w:rPr>
        <w:t>[5]</w:t>
      </w:r>
    </w:p>
    <w:p>
      <w:r>
        <w:rPr>
          <w:rFonts w:ascii="Gentium Plus" w:hAnsi="Gentium Plus"/>
          <w:sz w:val="24"/>
        </w:rPr>
        <w:t>πελλον ποιητικά—τὰ δὲ τούτων εἴδη κύλικα κυλίσκην, φιάλην, ἀγκύλην, λεπαστήν, κυμβίον, ἡμίτομα, χαλκόστομα, μαστούς, καρ‐</w:t>
      </w:r>
    </w:p>
    <w:p>
      <w:r>
        <w:rPr>
          <w:rFonts w:ascii="Courier New" w:hAnsi="Courier New"/>
          <w:color w:val="555555"/>
          <w:sz w:val="20"/>
        </w:rPr>
        <w:t>[6 . 96]</w:t>
      </w:r>
    </w:p>
    <w:p>
      <w:r>
        <w:rPr>
          <w:rFonts w:ascii="Gentium Plus" w:hAnsi="Gentium Plus"/>
          <w:sz w:val="24"/>
        </w:rPr>
        <w:t>χήσιον, καὶ θηρίκλειον μὲν καὶ κάνθαρον ἀπὸ τῶν ποιησάντων, ἀντι‐ γονίδα δὲ καὶ σελευκίδα καὶ ῥοδιάδα ἢ ῥοδιακὸν ἀπὸ τῶν χρησαμέ‐ νων, ἀμφίθετον δὲ φιάλην, ὡς Ὅμηρος (Ψ 270. 616), καὶ χρύσεον ἄμφωτον ἀπὸ τῶν σχημάτων· τὸ δὲ μόνωτον κοτυλίσκος ὠνομάζετο.</w:t>
      </w:r>
    </w:p>
    <w:p>
      <w:r>
        <w:rPr>
          <w:rFonts w:ascii="Courier New" w:hAnsi="Courier New"/>
          <w:color w:val="555555"/>
          <w:sz w:val="20"/>
        </w:rPr>
        <w:t>[5]</w:t>
      </w:r>
    </w:p>
    <w:p>
      <w:r>
        <w:rPr>
          <w:rFonts w:ascii="Gentium Plus" w:hAnsi="Gentium Plus"/>
          <w:sz w:val="24"/>
        </w:rPr>
        <w:t>καλοῦνται δὲ καὶ ἡδυπότιδες, λαβρώνιοι, δῖνοι, ᾠδοί, ῥυτά, σκύ‐ φοι, κότυλος. καὶ κόνδυ Καππαδοκικόν, καὶ βατιάκη· Περσικὸν δ’ ἦν</w:t>
      </w:r>
    </w:p>
    <w:p>
      <w:r>
        <w:rPr>
          <w:rFonts w:ascii="Courier New" w:hAnsi="Courier New"/>
          <w:color w:val="555555"/>
          <w:sz w:val="20"/>
        </w:rPr>
        <w:t>[6 . 97]</w:t>
      </w:r>
    </w:p>
    <w:p>
      <w:r>
        <w:rPr>
          <w:rFonts w:ascii="Gentium Plus" w:hAnsi="Gentium Plus"/>
          <w:sz w:val="24"/>
        </w:rPr>
        <w:t>τὸ ἔκπωμα, ὡς κώθων Λακωνικόν· τοῦ δὲ κώθωνος αἱ ἑκατέρωθεν πλευραὶ, ὥσπερ καὶ τῆς χύτρας, ἄμβωνες καλοῦνται. ἔστι δ’ εἰπεῖν καὶ φιάλας Λυκιουργεῖς, καὶ δίκερας ἢ δίκρουνον ῥυτόν. τὸ δὲ κισ‐ σύβιον κισσὸς περιέθει, ἀφ’ οὗ τὸ ὄνομα. τὸ δ’ ἄλεισον τὸ Ὁμηρικὸν</w:t>
      </w:r>
    </w:p>
    <w:p>
      <w:r>
        <w:rPr>
          <w:rFonts w:ascii="Courier New" w:hAnsi="Courier New"/>
          <w:color w:val="555555"/>
          <w:sz w:val="20"/>
        </w:rPr>
        <w:t>[5]</w:t>
      </w:r>
    </w:p>
    <w:p>
      <w:r>
        <w:rPr>
          <w:rFonts w:ascii="Gentium Plus" w:hAnsi="Gentium Plus"/>
          <w:sz w:val="24"/>
        </w:rPr>
        <w:t>(γ 400 Π 225) μέγα ἦν ἔκπωμα, κληθὲν ἐκ τοῦ ἅλις πιεῖν, ὡς ἡ ἄμυ‐ στις· καὶ γὰρ τοῦτο οὐ μόνον τὴν ἀθρόαν πόσιν ἀλλὰ καὶ ἐκπώματος σχῆμα δηλοῖ. καὶ ἀσάμινθος δὲ ποτήριον ἂν εἴη, ὡς Ὅμηρός (δ 128)</w:t>
      </w:r>
    </w:p>
    <w:p>
      <w:r>
        <w:rPr>
          <w:rFonts w:ascii="Courier New" w:hAnsi="Courier New"/>
          <w:color w:val="555555"/>
          <w:sz w:val="20"/>
        </w:rPr>
        <w:t>[6 . 98]</w:t>
      </w:r>
    </w:p>
    <w:p>
      <w:r>
        <w:rPr>
          <w:rFonts w:ascii="Gentium Plus" w:hAnsi="Gentium Plus"/>
          <w:sz w:val="24"/>
        </w:rPr>
        <w:t>τε μηνύει Τηλεμάχου διδόντος Μενέλεῳ δύ’ ἀσαμίνθους, καὶ Κρατῖνος ἐν Χείρωσιν (fg 234) ἐξ ἀσαμίνθου κύλικος λείβων. κυλίσκιον δ’ ἡ σμικρὰ κύλιξ· ἡ γὰρ κυλιχνὶς πυξίς ἐστιν. χρυσὶς δὲ</w:t>
      </w:r>
    </w:p>
    <w:p>
      <w:r>
        <w:rPr>
          <w:rFonts w:ascii="Courier New" w:hAnsi="Courier New"/>
          <w:color w:val="555555"/>
          <w:sz w:val="20"/>
        </w:rPr>
        <w:t>[5]</w:t>
      </w:r>
    </w:p>
    <w:p>
      <w:r>
        <w:rPr>
          <w:rFonts w:ascii="Gentium Plus" w:hAnsi="Gentium Plus"/>
          <w:sz w:val="24"/>
        </w:rPr>
        <w:t>καὶ ἀργυρὶς φιάλαι μὲν ἄμφω, τοὔνομα δ’ ἐκ τῆς ὕλης ἔχουσιν. με‐ σόμφαλοι δὲ φιάλαι καὶ βαλανειόμφαλοι τὸ σχῆμα προσηγορίαν ἔχουσι, χρυσόμφαλοι δὲ τὴν ὕλην, ὡς αἱ Σαπφοῦς (fg 170) χρυσαστράγαλοι. βομβυλιὸς δὲ τὸ στενὸν ἔκπωμα καὶ βομβοῦν ἐν τῇ πόσει, ὡς Ἀντι‐</w:t>
      </w:r>
    </w:p>
    <w:p>
      <w:r>
        <w:rPr>
          <w:rFonts w:ascii="Courier New" w:hAnsi="Courier New"/>
          <w:color w:val="555555"/>
          <w:sz w:val="20"/>
        </w:rPr>
        <w:t>[6 . 99]</w:t>
      </w:r>
    </w:p>
    <w:p>
      <w:r>
        <w:rPr>
          <w:rFonts w:ascii="Gentium Plus" w:hAnsi="Gentium Plus"/>
          <w:sz w:val="24"/>
        </w:rPr>
        <w:t>σθένης ἐν Προτρεπτικῷ (p 20. 1 Winck). τὸ δὲ ποτήριον Ἴων (TGF p 745. 64) ἐκάλεσεν. ἔστι δέ τι καὶ ὁ κότυλος Διονυσιακὸν ἔκπωμα, ὥσπερ καὶ ὁ κοτυλίσκος. ὁ δὲ ψυκτὴρ πολυθρύλητος, ὃν καὶ δῖνον ἐκάλουν, ἐν ᾧ ἦν ὁ ἄκρατος· οἱ πολλοὶ δ’ ἀκρατοφόρον αὐτὸν καλοῦσιν.</w:t>
      </w:r>
    </w:p>
    <w:p>
      <w:r>
        <w:rPr>
          <w:rFonts w:ascii="Courier New" w:hAnsi="Courier New"/>
          <w:color w:val="555555"/>
          <w:sz w:val="20"/>
        </w:rPr>
        <w:t>[5]</w:t>
      </w:r>
    </w:p>
    <w:p>
      <w:r>
        <w:rPr>
          <w:rFonts w:ascii="Gentium Plus" w:hAnsi="Gentium Plus"/>
          <w:sz w:val="24"/>
        </w:rPr>
        <w:t>οὐ μὴν ἔχει πυθμένα ἀλλ’ ἀστραγαλίσκους. καὶ γευστηρίου μὲν Ἀριστοφάνης (fg 229) μέμνηται, μάνου δὲ Νίκων ἐν Κιθαρῳδῷ (III p 389. 1) πατριώτιδα δὲ μάνην λαβὲ κεραμεοῦν ἁδρόν, χωροῦντα κοτύλας πέντ’ ἴσως.</w:t>
      </w:r>
    </w:p>
    <w:p>
      <w:r>
        <w:rPr>
          <w:rFonts w:ascii="Courier New" w:hAnsi="Courier New"/>
          <w:color w:val="555555"/>
          <w:sz w:val="20"/>
        </w:rPr>
        <w:t>[6 . 100]</w:t>
      </w:r>
    </w:p>
    <w:p>
      <w:r>
        <w:rPr>
          <w:rFonts w:ascii="Gentium Plus" w:hAnsi="Gentium Plus"/>
          <w:sz w:val="24"/>
        </w:rPr>
        <w:t>ὁλκαίου δ’ Ἀντίοχος· ἔστι δ’ ὁλκαῖον ᾧ τὰ ἐκπώματα ἐναπονίπτουσιν. Αἰγινήτας δέ φησιν Ἡρόδοτος (V 88) πίνειν ἐκ χυτρίων ἐπιχωρίων. Ἀριστοφάνης δέ που ἔφη (Ach 73) ἐπίνομεν</w:t>
      </w:r>
    </w:p>
    <w:p>
      <w:r>
        <w:rPr>
          <w:rFonts w:ascii="Courier New" w:hAnsi="Courier New"/>
          <w:color w:val="555555"/>
          <w:sz w:val="20"/>
        </w:rPr>
        <w:t>[5]</w:t>
      </w:r>
    </w:p>
    <w:p>
      <w:r>
        <w:rPr>
          <w:rFonts w:ascii="Gentium Plus" w:hAnsi="Gentium Plus"/>
          <w:sz w:val="24"/>
        </w:rPr>
        <w:t>ἐξ ὑαλίνων ἐκπωμάτων,</w:t>
      </w:r>
    </w:p>
    <w:p>
      <w:r>
        <w:rPr>
          <w:rFonts w:ascii="Courier New" w:hAnsi="Courier New"/>
          <w:color w:val="555555"/>
          <w:sz w:val="20"/>
        </w:rPr>
        <w:t>[10]</w:t>
      </w:r>
    </w:p>
    <w:p>
      <w:r>
        <w:rPr>
          <w:rFonts w:ascii="Gentium Plus" w:hAnsi="Gentium Plus"/>
          <w:sz w:val="24"/>
        </w:rPr>
        <w:t>Ἑρμῆς ἡ τελευταία πόσις, ὅθεν καὶ Ὅμηρος (η 138) ‘τῷ πυμάτῳ σπένδεσκον.‘</w:t>
      </w:r>
    </w:p>
    <w:p>
      <w:r>
        <w:rPr>
          <w:rFonts w:ascii="Courier New" w:hAnsi="Courier New"/>
          <w:color w:val="555555"/>
          <w:sz w:val="20"/>
        </w:rPr>
        <w:t>[6 . 101]</w:t>
      </w:r>
    </w:p>
    <w:p>
      <w:r>
        <w:rPr>
          <w:rFonts w:ascii="Gentium Plus" w:hAnsi="Gentium Plus"/>
          <w:sz w:val="24"/>
        </w:rPr>
        <w:t>τὸ δὲ σύμπαν ἄριστον ἀριστῆσαι, ἠρίστησα συνηρίστησα, ἀριστο‐ ποιουμένους, ἀριστῶσαι καὶ τὸ Μενάνδρου δρᾶμα Συναριστῶσαι (III p 129), καὶ ὁ παρὰ Ξενοφῶντι (Anab I 10. 79 Hell IV 5. 8) ἀνάρι‐ στος καὶ πάλιν δεῖπνον δειπνῆσαι ἐδείπνησα συνεδείπνησα, καὶ τὸν</w:t>
      </w:r>
    </w:p>
    <w:p>
      <w:r>
        <w:rPr>
          <w:rFonts w:ascii="Courier New" w:hAnsi="Courier New"/>
          <w:color w:val="555555"/>
          <w:sz w:val="20"/>
        </w:rPr>
        <w:t>[5]</w:t>
      </w:r>
    </w:p>
    <w:p>
      <w:r>
        <w:rPr>
          <w:rFonts w:ascii="Gentium Plus" w:hAnsi="Gentium Plus"/>
          <w:sz w:val="24"/>
        </w:rPr>
        <w:t>σύνδειπνον καὶ τὸν συνδειπνοῦντα παρὰ Δημοσθένει (LIX 24) καὶ</w:t>
      </w:r>
    </w:p>
    <w:p>
      <w:r>
        <w:rPr>
          <w:rFonts w:ascii="Courier New" w:hAnsi="Courier New"/>
          <w:color w:val="555555"/>
          <w:sz w:val="20"/>
        </w:rPr>
        <w:t>[6 . 102]</w:t>
      </w:r>
    </w:p>
    <w:p>
      <w:r>
        <w:rPr>
          <w:rFonts w:ascii="Gentium Plus" w:hAnsi="Gentium Plus"/>
          <w:sz w:val="24"/>
        </w:rPr>
        <w:t>τὸ περίδειπνον, καὶ δειπνοποιεῖσθαι, δειπνοφόρος δὲ παρὰ Λυσίᾳ (fg 311 Tur), καὶ δειπνοφορία παρ’ Ἰσαίῳ (fg 152 Tur). καὶ ἀρι‐ στόδειπνον Μένανδρος (fg 998) εἴρηκε καὶ ἄδειπνον ἐν Ὀργῇ (368). οἱ δὲ καὶ τρίτον φασὶ τὰ δόρπα ἢ τὸν δόρπον ἢ ὡς Ξε‐</w:t>
      </w:r>
    </w:p>
    <w:p>
      <w:r>
        <w:rPr>
          <w:rFonts w:ascii="Courier New" w:hAnsi="Courier New"/>
          <w:color w:val="555555"/>
          <w:sz w:val="20"/>
        </w:rPr>
        <w:t>[5]</w:t>
      </w:r>
    </w:p>
    <w:p>
      <w:r>
        <w:rPr>
          <w:rFonts w:ascii="Gentium Plus" w:hAnsi="Gentium Plus"/>
          <w:sz w:val="24"/>
        </w:rPr>
        <w:t>νοφῶν (Anab I 10. 17) δορπηστόν, καὶ δορπήσασθαι ἐπιδορπήσασθαι ἐπιδορπίσματα, καὶ δορπία ἡ πρώτη τῶν Ἀπατουρίων. προσήκοι δ’ ἂν αὐτοῖς καὶ δαίς, ἀφ’ ἧς καὶ δαιτυμὼν ὁ ἑστιώμενος καὶ δαιτρὸς ὁ μάγειρος, καὶ δαιτρεῦσαι παρ’ Ὁμήρῳ (Λ 704, ξ 433), καὶ κατεδαί‐ σαντο παρ’ Ἰσαίῳ (fg 152 Tur) καὶ πανδαισία.</w:t>
      </w:r>
    </w:p>
    <w:p>
      <w:r>
        <w:rPr>
          <w:rFonts w:ascii="Courier New" w:hAnsi="Courier New"/>
          <w:color w:val="555555"/>
          <w:sz w:val="20"/>
        </w:rPr>
        <w:t>[6 . 103]</w:t>
      </w:r>
    </w:p>
    <w:p>
      <w:r>
        <w:rPr>
          <w:rFonts w:ascii="Gentium Plus" w:hAnsi="Gentium Plus"/>
          <w:sz w:val="24"/>
        </w:rPr>
        <w:t>λύχνοι δὲ καὶ λυχνία· οὕτω δὲ ἐκαλοῦντο αἱ λυχνίαι, καὶ λυχ‐ νοῦχος ὁ νῦν φανός, καὶ λαμπὰς καὶ λαμπτὴρ καὶ φανοὶ καὶ δᾷδες. λύχνου δὲ διμύξου τῶν κωμῳδῶν Φιλύλλιος (I p 788. 26 Ko) μνημο‐ νεύει, καὶ Μεταγένης (I p 708. 12 Ko)</w:t>
      </w:r>
    </w:p>
    <w:p>
      <w:r>
        <w:rPr>
          <w:rFonts w:ascii="Courier New" w:hAnsi="Courier New"/>
          <w:color w:val="555555"/>
          <w:sz w:val="20"/>
        </w:rPr>
        <w:t>[5]</w:t>
      </w:r>
    </w:p>
    <w:p>
      <w:r>
        <w:rPr>
          <w:rFonts w:ascii="Gentium Plus" w:hAnsi="Gentium Plus"/>
          <w:sz w:val="24"/>
        </w:rPr>
        <w:t>δίμυξον ἢ τρίμυξον, ἐμοὶ δοκεῖ. θρυαλλίδες δὲ τὰ ἐντιθέμενα, καὶ ἐλλύχνια καὶ φλόμοι. τὸ δὲ παρὰ Θεοπόμπῳ τῷ κωμικῷ (I p 735. 7 Ko) ὀβελισκολύχνιον, τὸ μὲν</w:t>
      </w:r>
    </w:p>
    <w:p>
      <w:r>
        <w:rPr>
          <w:rFonts w:ascii="Courier New" w:hAnsi="Courier New"/>
          <w:color w:val="555555"/>
          <w:sz w:val="20"/>
        </w:rPr>
        <w:t>[10]</w:t>
      </w:r>
    </w:p>
    <w:p>
      <w:r>
        <w:rPr>
          <w:rFonts w:ascii="Gentium Plus" w:hAnsi="Gentium Plus"/>
          <w:sz w:val="24"/>
        </w:rPr>
        <w:t>στίλβη δὲ ἦν τι ἀγγεῖον γήινον, ᾧ ἀντὶ λύχνου ἐχρῶντο, ὡς Πλάτων (I p 655. 190 Ko) φείδεσθε τοὐλαίου σφόδρ’, ἐξ ἀγορᾶς δ’ ἐγώ ὠνήσομαι στίλβην τιν’, ἥτις μὴ πότις. τὸ δὲ ‘πρόμυξον τὸν λύχνον‘ πρόβυσον λέγουσιν.</w:t>
      </w:r>
    </w:p>
    <w:p>
      <w:r>
        <w:rPr>
          <w:rFonts w:ascii="Courier New" w:hAnsi="Courier New"/>
          <w:color w:val="555555"/>
          <w:sz w:val="20"/>
        </w:rPr>
        <w:t>[6 . 104]</w:t>
      </w:r>
    </w:p>
    <w:p>
      <w:r>
        <w:rPr>
          <w:rFonts w:ascii="Gentium Plus" w:hAnsi="Gentium Plus"/>
          <w:sz w:val="24"/>
        </w:rPr>
        <w:t>ἔτι δὲ καὶ μύρων ἐν τοῖς συμποσίοις ἐπιμνηστέον. ἰστέον μύρον Μεγάλλειον ἀπὸ Μεγάλλου Σικελιώτου καὶ Πλαγγόνιον ἀπὸ Πλαγγόνος, καὶ βρενθεῖον δὲ Λυδίας, νάρδον Βαβυλωνιακὴν ὡς Ἄλεξις (II fg 308 Ko), καὶ Αἰγύπτιον τὸ μέλαν. καὶ ψαγδᾶς δ’ Αἰγύπ‐</w:t>
      </w:r>
    </w:p>
    <w:p>
      <w:r>
        <w:rPr>
          <w:rFonts w:ascii="Courier New" w:hAnsi="Courier New"/>
          <w:color w:val="555555"/>
          <w:sz w:val="20"/>
        </w:rPr>
        <w:t>[5]</w:t>
      </w:r>
    </w:p>
    <w:p>
      <w:r>
        <w:rPr>
          <w:rFonts w:ascii="Gentium Plus" w:hAnsi="Gentium Plus"/>
          <w:sz w:val="24"/>
        </w:rPr>
        <w:t>τιον ἦν μύρον. μύρα δ’ ᾔδεσαν καὶ βάκκαριν καὶ ἀμάρακον καὶ</w:t>
      </w:r>
    </w:p>
    <w:p>
      <w:r>
        <w:rPr>
          <w:rFonts w:ascii="Courier New" w:hAnsi="Courier New"/>
          <w:color w:val="555555"/>
          <w:sz w:val="20"/>
        </w:rPr>
        <w:t>[6 . 105]</w:t>
      </w:r>
    </w:p>
    <w:p>
      <w:r>
        <w:rPr>
          <w:rFonts w:ascii="Gentium Plus" w:hAnsi="Gentium Plus"/>
          <w:sz w:val="24"/>
        </w:rPr>
        <w:t>ἴρινον. τὸ δὲ ῥόδινον ἔλαιον ῥοδόεν Ὅμηρος (Ψ 186) καλεῖ. ἐκ δὲ κύπρου καὶ κρίνου μύρον Ἀβδελλώνυμος ὁ Σιδώνιος Ἀλεξάνδρῳ ἔπεμψεν. σφόδρα δ’ ἦν εὐδόκιμον τὸ βασίλειον μύρον. τὰ δ’ ἀγγεῖα τῶν μύρων λήκυθος μυρηρὰ καὶ ἀλάβαστρος· Φερεκράτης</w:t>
      </w:r>
    </w:p>
    <w:p>
      <w:r>
        <w:rPr>
          <w:rFonts w:ascii="Courier New" w:hAnsi="Courier New"/>
          <w:color w:val="555555"/>
          <w:sz w:val="20"/>
        </w:rPr>
        <w:t>[5]</w:t>
      </w:r>
    </w:p>
    <w:p>
      <w:r>
        <w:rPr>
          <w:rFonts w:ascii="Gentium Plus" w:hAnsi="Gentium Plus"/>
          <w:sz w:val="24"/>
        </w:rPr>
        <w:t>δ’ ἐν Λήροις (I fg 107 Ko) εἴρηκε καὶ κυάθιον ἀργυροῦν, ᾧ τὸ μύ‐ ρον ἐγχέομεν. τὸ δὲ πρᾶγμα μυραλοιφία, καὶ τὸ ῥῆμα μυραλοιφεῖν.</w:t>
      </w:r>
    </w:p>
    <w:p>
      <w:r>
        <w:rPr>
          <w:rFonts w:ascii="Courier New" w:hAnsi="Courier New"/>
          <w:color w:val="555555"/>
          <w:sz w:val="20"/>
        </w:rPr>
        <w:t>[6 . 106]</w:t>
      </w:r>
    </w:p>
    <w:p>
      <w:r>
        <w:rPr>
          <w:rFonts w:ascii="Gentium Plus" w:hAnsi="Gentium Plus"/>
          <w:sz w:val="24"/>
        </w:rPr>
        <w:t>καὶ μυρώματα δ’ εἰρήκασι, καὶ μυρίσασθαι καὶ μυρίσαι. τὸ δ’ ἀγ‐ γεῖον ᾧ τὸ μύρον ἐνῆν, φιάλῃ προσεοικός, ἐξάλειπτρον ἐκαλεῖτο. τὰ δ’ ἐν τοῖς στεφάνοις ἄνθη ῥόδα, ἴα, κρίνα, σισύμβρια, ἀνεμῶ‐</w:t>
      </w:r>
    </w:p>
    <w:p>
      <w:r>
        <w:rPr>
          <w:rFonts w:ascii="Courier New" w:hAnsi="Courier New"/>
          <w:color w:val="555555"/>
          <w:sz w:val="20"/>
        </w:rPr>
        <w:t>[5]</w:t>
      </w:r>
    </w:p>
    <w:p>
      <w:r>
        <w:rPr>
          <w:rFonts w:ascii="Gentium Plus" w:hAnsi="Gentium Plus"/>
          <w:sz w:val="24"/>
        </w:rPr>
        <w:t>θρυαλλίς, ἀνθρίσκος, νάρκισσος, μελίλωτον, ἀνθεμίς, παρθενίς. μέμνη‐ ται δὲ τῶν πλείστων Κρατῖνος ἐν Μαλθακοῖς (fg 98 Ko), ὥσπερ καὶ</w:t>
      </w:r>
    </w:p>
    <w:p>
      <w:r>
        <w:rPr>
          <w:rFonts w:ascii="Courier New" w:hAnsi="Courier New"/>
          <w:color w:val="555555"/>
          <w:sz w:val="20"/>
        </w:rPr>
        <w:t>[6 . 107]</w:t>
      </w:r>
    </w:p>
    <w:p>
      <w:r>
        <w:rPr>
          <w:rFonts w:ascii="Gentium Plus" w:hAnsi="Gentium Plus"/>
          <w:sz w:val="24"/>
        </w:rPr>
        <w:t>κοσμοσανδάλου καὶ σμίλου, ὅπερ ἦν τῆς σμίλακος ἄνθος. καὶ Ὅμη‐ ρος (H in Cer 427) μὲν ἅπαντα τὰ ἄνθη λείρια κέκληκε, Θεόφραστος (h pl 6, 9) δὲ τὸν νάρκισσον καλεῖ λείριον. Ἀνακρέων (fg 123 B) δὲ καὶ μύρτοις στεφανοῦσθαί φησι καὶ κοριάννοις καὶ λύγῳ (fg 41</w:t>
      </w:r>
    </w:p>
    <w:p>
      <w:r>
        <w:rPr>
          <w:rFonts w:ascii="Courier New" w:hAnsi="Courier New"/>
          <w:color w:val="555555"/>
          <w:sz w:val="20"/>
        </w:rPr>
        <w:t>[5]</w:t>
      </w:r>
    </w:p>
    <w:p>
      <w:r>
        <w:rPr>
          <w:rFonts w:ascii="Gentium Plus" w:hAnsi="Gentium Plus"/>
          <w:sz w:val="24"/>
        </w:rPr>
        <w:t>B) καὶ Ναυκρατίτῃ στεφάνῳ (fg 83 B)—σάμψυχος οὗτος ἦν— καὶ ἀνήτῳ, ὡς καὶ Σαπφὼ (fg 78. 2 B) καὶ Ἀλκαῖος (fg 36 B). οὗτοι δ’ ἄρα καὶ σελίνοις (fg 128. 111 B). ὁ δ’ Ἀνακρέων (fg 83 B) καὶ ῥόδινον στέφανον ὠνόμασεν. τῶν μέντοι συμποτικῶν καὶ αἴνιγμα καὶ γρῖφος. τὸ μὲν παι‐</w:t>
      </w:r>
    </w:p>
    <w:p>
      <w:r>
        <w:rPr>
          <w:rFonts w:ascii="Courier New" w:hAnsi="Courier New"/>
          <w:color w:val="555555"/>
          <w:sz w:val="20"/>
        </w:rPr>
        <w:t>[10]</w:t>
      </w:r>
    </w:p>
    <w:p>
      <w:r>
        <w:rPr>
          <w:rFonts w:ascii="Gentium Plus" w:hAnsi="Gentium Plus"/>
          <w:sz w:val="24"/>
        </w:rPr>
        <w:t>διὰν εἶχεν, ὁ δὲ γρῖφος καὶ σπουδήν· καὶ ὁ μὲν λύσας γέρας εἶχε κρεῶν τινὰ περιφοράν, ὁ δ’ ἀδυνατήσας ἅλμης ποτήριον ἐκπιεῖν. ἐκλήθη δ’ ἀπὸ τῶν ἁλιευτικῶν γρίφων. τὰ δὲ ζητήματα ὠνομάζετο</w:t>
      </w:r>
    </w:p>
    <w:p>
      <w:r>
        <w:rPr>
          <w:rFonts w:ascii="Courier New" w:hAnsi="Courier New"/>
          <w:color w:val="555555"/>
          <w:sz w:val="20"/>
        </w:rPr>
        <w:t>[6 . 108]</w:t>
      </w:r>
    </w:p>
    <w:p>
      <w:r>
        <w:rPr>
          <w:rFonts w:ascii="Gentium Plus" w:hAnsi="Gentium Plus"/>
          <w:sz w:val="24"/>
        </w:rPr>
        <w:t>κυλίκεια· Θεοδέκτης δ’ ὁ σοφιστὴς εὐδοκιμήσας ἐν αὐτοῖς, ἐπεὶ καὶ μνημονικὸς ἦν, μνημόνια αὐτὰ ἐκάλεσεν. καὶ παροίνια δ’ ᾄσματα ἦν καὶ σκολιά· καὶ μυρρίνην ἐπὶ δεξιὰ περιφέροντές τινες καὶ ἔκπωμα καὶ λύραν ᾄδειν ἠξίουν.</w:t>
      </w:r>
    </w:p>
    <w:p>
      <w:r>
        <w:rPr>
          <w:rFonts w:ascii="Courier New" w:hAnsi="Courier New"/>
          <w:color w:val="555555"/>
          <w:sz w:val="20"/>
        </w:rPr>
        <w:t>[5]</w:t>
      </w:r>
    </w:p>
    <w:p>
      <w:r>
        <w:rPr>
          <w:rFonts w:ascii="Gentium Plus" w:hAnsi="Gentium Plus"/>
          <w:sz w:val="24"/>
        </w:rPr>
        <w:t>τοῖς μέντοι διαπαννυχίσασιν ἆθλα ἦν σησαμοῦς καὶ πυραμοῦς, πέμματα διὰ μέλιτος ἑφθά, τὸ μὲν ἐκ σησάμων, τὸ δ’ ἐκ πυρῶν πε‐</w:t>
      </w:r>
    </w:p>
    <w:p>
      <w:r>
        <w:rPr>
          <w:rFonts w:ascii="Courier New" w:hAnsi="Courier New"/>
          <w:color w:val="555555"/>
          <w:sz w:val="20"/>
        </w:rPr>
        <w:t>[6 . 109]</w:t>
      </w:r>
    </w:p>
    <w:p>
      <w:r>
        <w:rPr>
          <w:rFonts w:ascii="Gentium Plus" w:hAnsi="Gentium Plus"/>
          <w:sz w:val="24"/>
        </w:rPr>
        <w:t>φρυγμένων. τὸ δὲ διαπαννυχίσαι καὶ διανυκτερεῦσαι ἂν εἴποις, καὶ παραπέμψαι τὴν νύκτα ἔστε πρὸς ἥλιον, καὶ τὸν λύχνον τὸν τούτοις καιόμενον πάννυχον. εἰ δὲ καὶ τὸ κοτταβίζειν τῶν συμποτικῶν μέρος, ῥητέον κότ‐</w:t>
      </w:r>
    </w:p>
    <w:p>
      <w:r>
        <w:rPr>
          <w:rFonts w:ascii="Courier New" w:hAnsi="Courier New"/>
          <w:color w:val="555555"/>
          <w:sz w:val="20"/>
        </w:rPr>
        <w:t>[5]</w:t>
      </w:r>
    </w:p>
    <w:p>
      <w:r>
        <w:rPr>
          <w:rFonts w:ascii="Gentium Plus" w:hAnsi="Gentium Plus"/>
          <w:sz w:val="24"/>
        </w:rPr>
        <w:t>ταβοι κοτταβεῖον ἀποκοτταβίζειν, ἀπ’ ἀγκύλης βάλλειν. καὶ τὸ μὲν κοτταβεῖον ἐκρέματο ἐκ τοῦ ὀρόφου ὕπτιόν τε καὶ λεῖον, χαλκοῦ</w:t>
      </w:r>
    </w:p>
    <w:p>
      <w:r>
        <w:rPr>
          <w:rFonts w:ascii="Courier New" w:hAnsi="Courier New"/>
          <w:color w:val="555555"/>
          <w:sz w:val="20"/>
        </w:rPr>
        <w:t>[6 . 110]</w:t>
      </w:r>
    </w:p>
    <w:p>
      <w:r>
        <w:rPr>
          <w:rFonts w:ascii="Gentium Plus" w:hAnsi="Gentium Plus"/>
          <w:sz w:val="24"/>
        </w:rPr>
        <w:t>πεποιημένον, ὥσπερ λυχνίου τὸ ἐπίθεμα, ὃ τὸν λύχνον ἐπ’ αὐτοῦ φέρει. καὶ μακρά τις ῥάβδος, ἣν καὶ ῥάβδον κοτταβικὴν ὠνόμαζον. τὸ δέ τι ἦν κοίλη τις καὶ περιφερὴς λεκανίς, ἣν καὶ χαλκιὸν ἐκά‐ λουν καὶ σκάφην· ἐῴκει δὲ πόλῳ τῷ τὰς ὥρας δεικνύντι. καὶ τῷ</w:t>
      </w:r>
    </w:p>
    <w:p>
      <w:r>
        <w:rPr>
          <w:rFonts w:ascii="Courier New" w:hAnsi="Courier New"/>
          <w:color w:val="555555"/>
          <w:sz w:val="20"/>
        </w:rPr>
        <w:t>[5]</w:t>
      </w:r>
    </w:p>
    <w:p>
      <w:r>
        <w:rPr>
          <w:rFonts w:ascii="Gentium Plus" w:hAnsi="Gentium Plus"/>
          <w:sz w:val="24"/>
        </w:rPr>
        <w:t>μὲν ἐκ τοῦ ὀρόφου κρεμαμένῳ ἐχρῆν ἐπικοτταβίσαντα ποιῆσαί τινα ψόφον, ὃς καλεῖται λάταξ. τοῦτο δὲ καὶ τὸ κοτταβεῖον κατακτὸν κότταβον Ἀριστοφάνης (Pac 1244) καλεῖ, προσεικάζων αὐτὸ κώδωνι σάλπιγγος. τὸ δὲ χαλκίον ἐπεπλήρωτο μὲν ὕδατος, ἐπεπόλαζε δ’ αὐτῷ σφαῖρα καὶ πλάστιγξ καὶ μάνης καὶ τρεῖς μυρρίναι καὶ τρία ὀξύ‐</w:t>
      </w:r>
    </w:p>
    <w:p>
      <w:r>
        <w:rPr>
          <w:rFonts w:ascii="Courier New" w:hAnsi="Courier New"/>
          <w:color w:val="555555"/>
          <w:sz w:val="20"/>
        </w:rPr>
        <w:t>[6 . 111]</w:t>
      </w:r>
    </w:p>
    <w:p>
      <w:r>
        <w:rPr>
          <w:rFonts w:ascii="Gentium Plus" w:hAnsi="Gentium Plus"/>
          <w:sz w:val="24"/>
        </w:rPr>
        <w:t>βαφα. ὁ δ’ ὑγρᾷ τῇ χειρὶ τὸν κότταβον ἀφεὶς καὶ τούτων τινὸς τυχὼν εὐδοκίμει. ὁ δὲ πλεῖστα καταδύσας τῶν ἐπιπολαζόντων τὰ κοτταβεῖα τὸ ἆθλον ἐλάμβανεν· ἐκαλεῖτο γὰρ οὐ τὰ ἀγγεῖα κοτταβεῖα μόνον, ἀλλὰ καὶ τὸ ἆθλον, ἦν δὲ πυραμοῦς καὶ σησαμοῦς καὶ ἄλλα</w:t>
      </w:r>
    </w:p>
    <w:p>
      <w:r>
        <w:rPr>
          <w:rFonts w:ascii="Courier New" w:hAnsi="Courier New"/>
          <w:color w:val="555555"/>
          <w:sz w:val="20"/>
        </w:rPr>
        <w:t>[5]</w:t>
      </w:r>
    </w:p>
    <w:p>
      <w:r>
        <w:rPr>
          <w:rFonts w:ascii="Gentium Plus" w:hAnsi="Gentium Plus"/>
          <w:sz w:val="24"/>
        </w:rPr>
        <w:t>τοιαῦτα. οὐ μὴν εἴποι ἄν τις τὸ κοτταβίζειν ἐφ’ οὗ νῦν, ἀλλ’ ἐμεῖν ἢ ἀποβλύζειν, πλὴν εἴ τις παίζων βούλοιτο οὕτως ὑποπτεύειν τὸ ἐν τῷ Γηρυτάδῃ ὑπ’ Ἀριστοφάνους εἰρημένον (fg 152 Ko) τότε μὲν σου κατεκοττάβιζον, τὸ νυνὶ δὲ καὶ κατεμοῦσι. τάχα δ’ εὖ οἶδ’ ὅτι</w:t>
      </w:r>
    </w:p>
    <w:p>
      <w:r>
        <w:rPr>
          <w:rFonts w:ascii="Courier New" w:hAnsi="Courier New"/>
          <w:color w:val="555555"/>
          <w:sz w:val="20"/>
        </w:rPr>
        <w:t>[10]</w:t>
      </w:r>
    </w:p>
    <w:p>
      <w:r>
        <w:rPr>
          <w:rFonts w:ascii="Gentium Plus" w:hAnsi="Gentium Plus"/>
          <w:sz w:val="24"/>
        </w:rPr>
        <w:t>καὶ καταχέσονται.</w:t>
      </w:r>
    </w:p>
    <w:p>
      <w:r>
        <w:rPr>
          <w:rFonts w:ascii="Courier New" w:hAnsi="Courier New"/>
          <w:color w:val="555555"/>
          <w:sz w:val="20"/>
        </w:rPr>
        <w:t>[6 . 112]</w:t>
      </w:r>
    </w:p>
    <w:p>
      <w:r>
        <w:rPr>
          <w:rFonts w:ascii="Gentium Plus" w:hAnsi="Gentium Plus"/>
          <w:sz w:val="24"/>
        </w:rPr>
        <w:t>τὸ δὲ παῦσαι τὴν ἑστίασιν διαλῦσαι τὸ συμπόσιον, διαπαῦσαι τὸ συμπόσιον, λῆξαι τὸν πότον, ἐκδειπνῆσαι, ἀπαναστῆναι τοὺς συμπό‐ τας, ἐξαναστῆναι, ἐξελθεῖν, ἀπαλλαγῆναι, ἐπὶ κοίτην τραπέσθαι. Τοῖς δὲ συμποτικοῖς οὐδὲν ἂν κωλύοι προσκεῖσθαί τινα τῶν</w:t>
      </w:r>
    </w:p>
    <w:p>
      <w:r>
        <w:rPr>
          <w:rFonts w:ascii="Courier New" w:hAnsi="Courier New"/>
          <w:color w:val="555555"/>
          <w:sz w:val="20"/>
        </w:rPr>
        <w:t>[5]</w:t>
      </w:r>
    </w:p>
    <w:p>
      <w:r>
        <w:rPr>
          <w:rFonts w:ascii="Gentium Plus" w:hAnsi="Gentium Plus"/>
          <w:sz w:val="24"/>
        </w:rPr>
        <w:t>σποράδην συνωνύμων ἢ καὶ ἄλλως συνηρμοσμένων ἀλλήλοις ὀνομάτων.</w:t>
      </w:r>
    </w:p>
    <w:p>
      <w:r>
        <w:rPr>
          <w:rFonts w:ascii="Courier New" w:hAnsi="Courier New"/>
          <w:color w:val="555555"/>
          <w:sz w:val="20"/>
        </w:rPr>
        <w:t>[6 . 113]</w:t>
      </w:r>
    </w:p>
    <w:p>
      <w:r>
        <w:rPr>
          <w:rFonts w:ascii="Gentium Plus" w:hAnsi="Gentium Plus"/>
          <w:sz w:val="24"/>
        </w:rPr>
        <w:t>Τοὺς γείτονας ἐρεῖς ἀστυγείτονας, ὁμόρους, προσχώρους πλη‐ σιοχώρους περιχώρους, προσοίκους περιοίκους καὶ περιοικίδας πό‐ λεις, γειτνιῶντας, προσοικοῦντας παροικοῦντας, ἐφορίους, συνημ‐ μένους, ὑποικοῦντας παρακατοικοῦντας, παρακατῳκισμένους, συνόρους</w:t>
      </w:r>
    </w:p>
    <w:p>
      <w:r>
        <w:rPr>
          <w:rFonts w:ascii="Courier New" w:hAnsi="Courier New"/>
          <w:color w:val="555555"/>
          <w:sz w:val="20"/>
        </w:rPr>
        <w:t>[5]</w:t>
      </w:r>
    </w:p>
    <w:p>
      <w:r>
        <w:rPr>
          <w:rFonts w:ascii="Gentium Plus" w:hAnsi="Gentium Plus"/>
          <w:sz w:val="24"/>
        </w:rPr>
        <w:t>προσόρους· ἐξοικοῦντας καὶ ἐφεστίους, οἱ γὰρ ἀγχιτέρμονες διθυ‐ ραμβῶδες.</w:t>
      </w:r>
    </w:p>
    <w:p>
      <w:r>
        <w:rPr>
          <w:rFonts w:ascii="Courier New" w:hAnsi="Courier New"/>
          <w:color w:val="555555"/>
          <w:sz w:val="20"/>
        </w:rPr>
        <w:t>[6 . 114]</w:t>
      </w:r>
    </w:p>
    <w:p>
      <w:r>
        <w:rPr>
          <w:rFonts w:ascii="Gentium Plus" w:hAnsi="Gentium Plus"/>
          <w:sz w:val="24"/>
        </w:rPr>
        <w:t>Γίνεται, φύεται ἀναφύεται, γεννᾶται, σπείρεται, τίκτεται, ἄρ‐ χεται, συνίσταται, ζῇ, τρέφεται ἀνατρέφεται, σώζεται, ἀνθεῖ καὶ ἀνανθεῖ. τὸ δὲ ἐναντίον φθίνει, τελευτᾷ, ἀπόλλυται, λήγει, φθείρε‐ ται, ἀφανίζεται, ἀποθνήσκει, ἀναλίσκεται, κτείνεται, ἀναιρεῖται, δαπα‐</w:t>
      </w:r>
    </w:p>
    <w:p>
      <w:r>
        <w:rPr>
          <w:rFonts w:ascii="Courier New" w:hAnsi="Courier New"/>
          <w:color w:val="555555"/>
          <w:sz w:val="20"/>
        </w:rPr>
        <w:t>[5]</w:t>
      </w:r>
    </w:p>
    <w:p>
      <w:r>
        <w:rPr>
          <w:rFonts w:ascii="Gentium Plus" w:hAnsi="Gentium Plus"/>
          <w:sz w:val="24"/>
        </w:rPr>
        <w:t>νᾶται, φονεύεται, ἀναλύεται, διαρρεῖ, κατατήκεται.</w:t>
      </w:r>
    </w:p>
    <w:p>
      <w:r>
        <w:rPr>
          <w:rFonts w:ascii="Courier New" w:hAnsi="Courier New"/>
          <w:color w:val="555555"/>
          <w:sz w:val="20"/>
        </w:rPr>
        <w:t>[6 . 115]</w:t>
      </w:r>
    </w:p>
    <w:p>
      <w:r>
        <w:rPr>
          <w:rFonts w:ascii="Gentium Plus" w:hAnsi="Gentium Plus"/>
          <w:sz w:val="24"/>
        </w:rPr>
        <w:t>Μετάνοια, μεταμέλεια, μετάγνωσις, μετάμελος, ἀναλογισμός, ἔννοια, ἐπανόρθωσις, ἀνάδυσις, ἀναχώρησις. καὶ τὰ ἀπαρέμ‐ φατα μετανοῆσαι, μεταμελῆσαι, μεταγνῶναι, γνωσιμαχῆσαι, ἀναλογίσασθαι, ἐπιθεάσασθαι, ἀντιλογίσασθαι, ἐπανορθώσασθαι, ἀνα‐</w:t>
      </w:r>
    </w:p>
    <w:p>
      <w:r>
        <w:rPr>
          <w:rFonts w:ascii="Courier New" w:hAnsi="Courier New"/>
          <w:color w:val="555555"/>
          <w:sz w:val="20"/>
        </w:rPr>
        <w:t>[5]</w:t>
      </w:r>
    </w:p>
    <w:p>
      <w:r>
        <w:rPr>
          <w:rFonts w:ascii="Gentium Plus" w:hAnsi="Gentium Plus"/>
          <w:sz w:val="24"/>
        </w:rPr>
        <w:t>δῦναι, ἀναχωρῆσαι, μεταβουλεύσασθαι, μεταδοξάσαι, ἀναψηφίσασθαι, ἀναθέσθαι.</w:t>
      </w:r>
    </w:p>
    <w:p>
      <w:r>
        <w:rPr>
          <w:rFonts w:ascii="Courier New" w:hAnsi="Courier New"/>
          <w:color w:val="555555"/>
          <w:sz w:val="20"/>
        </w:rPr>
        <w:t>[6 . 116]</w:t>
      </w:r>
    </w:p>
    <w:p>
      <w:r>
        <w:rPr>
          <w:rFonts w:ascii="Gentium Plus" w:hAnsi="Gentium Plus"/>
          <w:sz w:val="24"/>
        </w:rPr>
        <w:t>Μόνιμον, βέβαιον, ἐχυρόν, πάγιον, ἀσφαλές, ἀμετάβλητον, ἀμετάγνωστον, ἄλυτον, ἀμετάστατον, ἀνεξάλειπτον, ἄτρεπτον, ἀραρός, ἑστός, ἀκίνητον, ἀτρεμές, ἰσχυρόν, ἀρραγές.</w:t>
      </w:r>
    </w:p>
    <w:p>
      <w:r>
        <w:rPr>
          <w:rFonts w:ascii="Courier New" w:hAnsi="Courier New"/>
          <w:color w:val="555555"/>
          <w:sz w:val="20"/>
        </w:rPr>
        <w:t>[6 . 117]</w:t>
      </w:r>
    </w:p>
    <w:p>
      <w:r>
        <w:rPr>
          <w:rFonts w:ascii="Gentium Plus" w:hAnsi="Gentium Plus"/>
          <w:sz w:val="24"/>
        </w:rPr>
        <w:t>Συνομολογῶ, συναινῶ, συγκατατίθεμαι, συμμαρτυρῶ, πείθο‐ μαι, ὁμογνωμονῶ, ὁμοδοξῶ, σύμφημι, συνέπομαι, συνδοκῶ, ἐπινεύω, συνεπαινῶ, σύμψηφός εἰμι, ὁμόφωνος σύμφωνος. καὶ συμφέ‐</w:t>
      </w:r>
    </w:p>
    <w:p>
      <w:r>
        <w:rPr>
          <w:rFonts w:ascii="Courier New" w:hAnsi="Courier New"/>
          <w:color w:val="555555"/>
          <w:sz w:val="20"/>
        </w:rPr>
        <w:t>[6 . 118]</w:t>
      </w:r>
    </w:p>
    <w:p>
      <w:r>
        <w:rPr>
          <w:rFonts w:ascii="Gentium Plus" w:hAnsi="Gentium Plus"/>
          <w:sz w:val="24"/>
        </w:rPr>
        <w:t>ρομαι, ἀπέχομαι†, συμπράττω, συναγωνίζομαι. τὸ δ’ ἐναντίον ἐναν‐ τιοῦμαι ὑπεναντιοῦμαι, ἀντιλέγω, ἀντικρούω, ἀντιτείνω, ἀπειθῶ, διέστηκα τῇ γνώμῃ, διχογνωμονῶ, ἀλλοδοξῶ ἑτεροδοξῶ, ἀρνοῦμαι, ἀποφάσκω ἀπολέγω ἀπαγορεύω, ἀποτρέπομαι, φιλονεικῶ, ἀνταγωνίζο‐</w:t>
      </w:r>
    </w:p>
    <w:p>
      <w:r>
        <w:rPr>
          <w:rFonts w:ascii="Courier New" w:hAnsi="Courier New"/>
          <w:color w:val="555555"/>
          <w:sz w:val="20"/>
        </w:rPr>
        <w:t>[5]</w:t>
      </w:r>
    </w:p>
    <w:p>
      <w:r>
        <w:rPr>
          <w:rFonts w:ascii="Gentium Plus" w:hAnsi="Gentium Plus"/>
          <w:sz w:val="24"/>
        </w:rPr>
        <w:t>μαι, ἀντιπράττω, διαφωνῶ, ἐρίζω, διαφέρομαι. τάχα δὲ τακτέον ἐπὶ μὲν τοῦ προτέρου καὶ τὸ συνᾴδειν, ἐπὶ δὲ τοῦ δευτέρου καὶ τὸ ἀπᾴδειν.</w:t>
      </w:r>
    </w:p>
    <w:p>
      <w:r>
        <w:rPr>
          <w:rFonts w:ascii="Courier New" w:hAnsi="Courier New"/>
          <w:color w:val="555555"/>
          <w:sz w:val="20"/>
        </w:rPr>
        <w:t>[6 . 119]</w:t>
      </w:r>
    </w:p>
    <w:p>
      <w:r>
        <w:rPr>
          <w:rFonts w:ascii="Gentium Plus" w:hAnsi="Gentium Plus"/>
          <w:sz w:val="24"/>
        </w:rPr>
        <w:t>Λάλος, φλύαρος, κομπώδης, ὀχληρός, ἀπεραντολόγος, ἀδόλεσχος, κουφολόγος, ἀθυρόγλωσσος, γλώσσαλγος, προσκορής, πέρα κόρου λη‐ ρώδης. λαλιά, φλυαρία, ἀπεραντολογία, κουφολογία, ἀδολεσχία, λῆρος, γλωσσαλγία. διαθρυλῶν τὰ ὦτα, μακρολόγος πολυλόγος, βαρύς,</w:t>
      </w:r>
    </w:p>
    <w:p>
      <w:r>
        <w:rPr>
          <w:rFonts w:ascii="Courier New" w:hAnsi="Courier New"/>
          <w:color w:val="555555"/>
          <w:sz w:val="20"/>
        </w:rPr>
        <w:t>[5]</w:t>
      </w:r>
    </w:p>
    <w:p>
      <w:r>
        <w:rPr>
          <w:rFonts w:ascii="Gentium Plus" w:hAnsi="Gentium Plus"/>
          <w:sz w:val="24"/>
        </w:rPr>
        <w:t>ἐπαχθής, φλήναφος, φληναφῶν, τὴν γλῶτταν ὀλισθηρός, ῥησικοπῶν,</w:t>
      </w:r>
    </w:p>
    <w:p>
      <w:r>
        <w:rPr>
          <w:rFonts w:ascii="Courier New" w:hAnsi="Courier New"/>
          <w:color w:val="555555"/>
          <w:sz w:val="20"/>
        </w:rPr>
        <w:t>[6 . 120]</w:t>
      </w:r>
    </w:p>
    <w:p>
      <w:r>
        <w:rPr>
          <w:rFonts w:ascii="Gentium Plus" w:hAnsi="Gentium Plus"/>
          <w:sz w:val="24"/>
        </w:rPr>
        <w:t>ἀποκναίων ἀηδίᾳ, κόπτων τὰ ὦτα, τὸ ἐκ Δωδώνης χαλκεῖον, μακρό‐ τερα τῆς Ἰλιάδος λαλῶν, Ἀλκίνου ἀπόλογος, ἄπαυστος γλῶττα, ἀνερμάτιστος. μάτην αὐτοῦ τῇ γλώττῃ περίκειται τὸ ἕρκος τῶν ὀδόντων. προπαλὴς γλῶττα, πρόχειρος, ὀλισθηρά, ἐπιχειλής, ἐξωτέρω</w:t>
      </w:r>
    </w:p>
    <w:p>
      <w:r>
        <w:rPr>
          <w:rFonts w:ascii="Courier New" w:hAnsi="Courier New"/>
          <w:color w:val="555555"/>
          <w:sz w:val="20"/>
        </w:rPr>
        <w:t>[5]</w:t>
      </w:r>
    </w:p>
    <w:p>
      <w:r>
        <w:rPr>
          <w:rFonts w:ascii="Gentium Plus" w:hAnsi="Gentium Plus"/>
          <w:sz w:val="24"/>
        </w:rPr>
        <w:t>τῶν ὀδόντων, ὑπὲρ τοὺς τῶν χειλῶν ὅρους, Ἀράβιος αὐλός.</w:t>
      </w:r>
    </w:p>
    <w:p>
      <w:r>
        <w:rPr>
          <w:rFonts w:ascii="Courier New" w:hAnsi="Courier New"/>
          <w:color w:val="555555"/>
          <w:sz w:val="20"/>
        </w:rPr>
        <w:t>[6 . 121]</w:t>
      </w:r>
    </w:p>
    <w:p>
      <w:r>
        <w:rPr>
          <w:rFonts w:ascii="Gentium Plus" w:hAnsi="Gentium Plus"/>
          <w:sz w:val="24"/>
        </w:rPr>
        <w:t>Κοῦφος, ῥᾴδιος, εὐμετάβολος, εὔτρεπτος, εὐτράπελος, ὀξύρ‐ ροπος, μεταπίπτων μεταρρέων μετατρεπόμενος, οὐκ ἐπὶ τῆς αὐτῆς δόξης μένων, ὄρνις, ἄνεμος, εἰκαῖος, συρφετός, αὔρα, πνεῦμα, ἀκα‐ τάστατος, ῥᾴων τῶν κωμάτων τὴν τροπήν, πορθμός, εὔριπος, ἀπα‐</w:t>
      </w:r>
    </w:p>
    <w:p>
      <w:r>
        <w:rPr>
          <w:rFonts w:ascii="Courier New" w:hAnsi="Courier New"/>
          <w:color w:val="555555"/>
          <w:sz w:val="20"/>
        </w:rPr>
        <w:t>[5]</w:t>
      </w:r>
    </w:p>
    <w:p>
      <w:r>
        <w:rPr>
          <w:rFonts w:ascii="Gentium Plus" w:hAnsi="Gentium Plus"/>
          <w:sz w:val="24"/>
        </w:rPr>
        <w:t>γής, ἀβέβαιος, ἀνερμάτιστος, σαλεύων, τοῦ φέροντος ἀεὶ πνεύματος, ὀξύτερος πτεροῦ τὴν ῥοπήν.</w:t>
      </w:r>
    </w:p>
    <w:p>
      <w:r>
        <w:rPr>
          <w:rFonts w:ascii="Courier New" w:hAnsi="Courier New"/>
          <w:color w:val="555555"/>
          <w:sz w:val="20"/>
        </w:rPr>
        <w:t>[6 . 122]</w:t>
      </w:r>
    </w:p>
    <w:p>
      <w:r>
        <w:rPr>
          <w:rFonts w:ascii="Gentium Plus" w:hAnsi="Gentium Plus"/>
          <w:sz w:val="24"/>
        </w:rPr>
        <w:t>Εἰς κόλακα: βωμολόχος, εἴρων, χλευασμοῦ γέμων, χλεύης μεστός, χλευαστικός, ἀπατητικός, πρὸς χάριν ἐντυγχάνων, πρὸς ἐξαπάτην συνών, ὑπιὼν πάντας, ὑπερχόμενος, θώψ θωπεύων, θέραψ θερα‐ πεύων, κολακεύων ὑπερκολακεύων, ὑποκριτής, γελοῖος καταγέλα‐</w:t>
      </w:r>
    </w:p>
    <w:p>
      <w:r>
        <w:rPr>
          <w:rFonts w:ascii="Courier New" w:hAnsi="Courier New"/>
          <w:color w:val="555555"/>
          <w:sz w:val="20"/>
        </w:rPr>
        <w:t>[5]</w:t>
      </w:r>
    </w:p>
    <w:p>
      <w:r>
        <w:rPr>
          <w:rFonts w:ascii="Gentium Plus" w:hAnsi="Gentium Plus"/>
          <w:sz w:val="24"/>
        </w:rPr>
        <w:t>στος, γελωτοποιός, ποιητὴς γελοίων, γελοιάζων γελοιαστής, λιχνο‐</w:t>
      </w:r>
    </w:p>
    <w:p>
      <w:r>
        <w:rPr>
          <w:rFonts w:ascii="Courier New" w:hAnsi="Courier New"/>
          <w:color w:val="555555"/>
          <w:sz w:val="20"/>
        </w:rPr>
        <w:t>[6 . 123]</w:t>
      </w:r>
    </w:p>
    <w:p>
      <w:r>
        <w:rPr>
          <w:rFonts w:ascii="Gentium Plus" w:hAnsi="Gentium Plus"/>
          <w:sz w:val="24"/>
        </w:rPr>
        <w:t>τένθης τενθεύων, κομψός, πανοῦργος, γόης, ἀπατεών, ἀνοήτων θη‐ ρευτής, τραπέζης φίλος, ἄνοιαν τῶν ἀνθρώπων κατευχόμενος, μῖμος γελοίων, ποιητὴς αἰσχρῶν ᾀσμάτων, αἰσχρολόγος, κορδακίζων, μόθων, ἐφύβριστος, σκωμμάτων συνθέτης, τωθαστής τωθαστικός, καὶ κατὰ</w:t>
      </w:r>
    </w:p>
    <w:p>
      <w:r>
        <w:rPr>
          <w:rFonts w:ascii="Courier New" w:hAnsi="Courier New"/>
          <w:color w:val="555555"/>
          <w:sz w:val="20"/>
        </w:rPr>
        <w:t>[5]</w:t>
      </w:r>
    </w:p>
    <w:p>
      <w:r>
        <w:rPr>
          <w:rFonts w:ascii="Gentium Plus" w:hAnsi="Gentium Plus"/>
          <w:sz w:val="24"/>
        </w:rPr>
        <w:t>τοὺς νεωτέρους παράσιτος. εἴποις δ’ ἂν καὶ κύων προσσαίνων προσσεσηρώς, ἐπισίτιος, λυμεὼν τῆς νεότητος, ἀσύμβολος, παρεχό‐ μενος συμβολὰς τὸν γέλωτα, πᾶν ἂν εἰπὼν καὶ πᾶν ἂν παθών.</w:t>
      </w:r>
    </w:p>
    <w:p>
      <w:r>
        <w:rPr>
          <w:rFonts w:ascii="Courier New" w:hAnsi="Courier New"/>
          <w:color w:val="555555"/>
          <w:sz w:val="20"/>
        </w:rPr>
        <w:t>[6 . 124]</w:t>
      </w:r>
    </w:p>
    <w:p>
      <w:r>
        <w:rPr>
          <w:rFonts w:ascii="Gentium Plus" w:hAnsi="Gentium Plus"/>
          <w:sz w:val="24"/>
        </w:rPr>
        <w:t>Ὀργίλος, ὑπέρθυμος βαρύθυμος, ἄμετρος ὀργήν, τραχὺς ὀργήν, ἔκμετρος, χολώδης ἐπίχολος ἀκρόχολος μελάγχολος, ὀξύθυμος, ὀξυθυμίας, πικρός, δύσκολος, μεμψίμοιρος, ὠμός, ἀσυγγνώμων, ἔκ‐ πληκτος, ἀπαραίτητος ἀπαράπειστος, ἀνεπιεικής ἀφ’ οὗ καὶ τὸ</w:t>
      </w:r>
    </w:p>
    <w:p>
      <w:r>
        <w:rPr>
          <w:rFonts w:ascii="Courier New" w:hAnsi="Courier New"/>
          <w:color w:val="555555"/>
          <w:sz w:val="20"/>
        </w:rPr>
        <w:t>[6 . 125]</w:t>
      </w:r>
    </w:p>
    <w:p>
      <w:r>
        <w:rPr>
          <w:rFonts w:ascii="Gentium Plus" w:hAnsi="Gentium Plus"/>
          <w:sz w:val="24"/>
        </w:rPr>
        <w:t>πρᾶγμα ἀνεπιείκειαν εἴρηκε Δημοσθένης (XXIX 3), ἄγριος, θηριώδης, ἀνήμερος, δύσθυμος, δυσόργητος, μηνιῶν βαρύμηνις, ἰοῦ γέμων, σκορ‐</w:t>
      </w:r>
    </w:p>
    <w:p>
      <w:r>
        <w:rPr>
          <w:rFonts w:ascii="Courier New" w:hAnsi="Courier New"/>
          <w:color w:val="555555"/>
          <w:sz w:val="20"/>
        </w:rPr>
        <w:t>[5]</w:t>
      </w:r>
    </w:p>
    <w:p>
      <w:r>
        <w:rPr>
          <w:rFonts w:ascii="Gentium Plus" w:hAnsi="Gentium Plus"/>
          <w:sz w:val="24"/>
        </w:rPr>
        <w:t>(Lg IX 853 D), σιδήρειος (Gorg 509 A ? Com I p 667. 268 Ko), καὶ τὸ Ὁμηρικὸν (Λ 137 Φ 98) ἀμείλικτος—σκληρότερον γὰρ ὁ ἀστεμφής (B 344)—καὶ εὐτελέστερον ὁ Ἡροδότου (V 42) ἀκρομανής, καὶ κω‐ μικώτερον ὁ Ἀριστοφάνους (fg 790) θυμάγροικος.</w:t>
      </w:r>
    </w:p>
    <w:p>
      <w:r>
        <w:rPr>
          <w:rFonts w:ascii="Courier New" w:hAnsi="Courier New"/>
          <w:color w:val="555555"/>
          <w:sz w:val="20"/>
        </w:rPr>
        <w:t>[6 . 126]</w:t>
      </w:r>
    </w:p>
    <w:p>
      <w:r>
        <w:rPr>
          <w:rFonts w:ascii="Gentium Plus" w:hAnsi="Gentium Plus"/>
          <w:sz w:val="24"/>
        </w:rPr>
        <w:t>Κίναιδος, πόρνος, ἀκάθαρτος, βδελυρός, καταπύγων, θηλυδρίας, γυναικίας, ἀσελγής, αἰσχρουγός, ἀκόλαστος, μαλθακός, ἡταιρηκώς, ἐκπεπορνευμένος, ἐμπεπαρῳνημένος, ἐνησελγημένος, τὴν ὥραν πεπρακώς, πρὸς ἀργύριον ἀντικατηλλαγμένος, ταῖς πόρναις ὁμότεχνος, ταῖς ἑταί‐</w:t>
      </w:r>
    </w:p>
    <w:p>
      <w:r>
        <w:rPr>
          <w:rFonts w:ascii="Courier New" w:hAnsi="Courier New"/>
          <w:color w:val="555555"/>
          <w:sz w:val="20"/>
        </w:rPr>
        <w:t>[5]</w:t>
      </w:r>
    </w:p>
    <w:p>
      <w:r>
        <w:rPr>
          <w:rFonts w:ascii="Gentium Plus" w:hAnsi="Gentium Plus"/>
          <w:sz w:val="24"/>
        </w:rPr>
        <w:t>ραις προσαμιλλώμενος, καθυβρισμένος, κλύσμα, πάροινος, ἀνδρόγυνος,</w:t>
      </w:r>
    </w:p>
    <w:p>
      <w:r>
        <w:rPr>
          <w:rFonts w:ascii="Courier New" w:hAnsi="Courier New"/>
          <w:color w:val="555555"/>
          <w:sz w:val="20"/>
        </w:rPr>
        <w:t>[6 . 127]</w:t>
      </w:r>
    </w:p>
    <w:p>
      <w:r>
        <w:rPr>
          <w:rFonts w:ascii="Gentium Plus" w:hAnsi="Gentium Plus"/>
          <w:sz w:val="24"/>
        </w:rPr>
        <w:t>ὑγρός ὑγρόνους, ἐκτεθηλυσμένος ἢ μεμαλαγμένος, λελυγισμένος, γύν‐ νις, θῆλυς τὴν ψυχήν, εὐωνότερος τὴν ὥραν τῶν ἀποκεκηρυγμένων ὠνίων, τὴν νεότητα προπεπωκώς, προπετής, τὴν ἡλικίαν πεπρακώς· μοχθηρὸν γὰρ ὁ λακκόπρωκτος, παλίμπρατος δὲ</w:t>
      </w:r>
    </w:p>
    <w:p>
      <w:r>
        <w:rPr>
          <w:rFonts w:ascii="Courier New" w:hAnsi="Courier New"/>
          <w:color w:val="555555"/>
          <w:sz w:val="20"/>
        </w:rPr>
        <w:t>[5]</w:t>
      </w:r>
    </w:p>
    <w:p>
      <w:r>
        <w:rPr>
          <w:rFonts w:ascii="Gentium Plus" w:hAnsi="Gentium Plus"/>
          <w:sz w:val="24"/>
        </w:rPr>
        <w:t>τὴν ὥραν, καὶ παλιγκάπηλος τοῦ κάλλους, προειμένος τὰ κάλλιστα καὶ πεπονθὼς τὰ αἴσχιστα, αἰσχύνων τὸ σῶμα, καταισχύνων τὴν ὥραν, ἐκδεδωκὼς εἰς αἰσχύνην τὸ σῶμα, ἀναισχυντότερος τῶν νεω‐ τέρων, ἰταμώτερος ἑταιρῶν, βδελυρώτερος, θρασύτερος, ἐπονεί‐ διστος, ἐπίρρητος, ἐπίψογος.</w:t>
      </w:r>
    </w:p>
    <w:p>
      <w:r>
        <w:rPr>
          <w:rFonts w:ascii="Courier New" w:hAnsi="Courier New"/>
          <w:color w:val="555555"/>
          <w:sz w:val="20"/>
        </w:rPr>
        <w:t>[6 . 128]</w:t>
      </w:r>
    </w:p>
    <w:p>
      <w:r>
        <w:rPr>
          <w:rFonts w:ascii="Gentium Plus" w:hAnsi="Gentium Plus"/>
          <w:sz w:val="24"/>
        </w:rPr>
        <w:t>Βίοι ἐφ’ οἷς ἄν τις ὀνειδισθείη, πορνοβοσκός, κάπηλος, ὀπω‐ ρώνης ὀπωροπώλης, τελώνης δεκατώνης, δεκατηλόγος εἰκοστολόγος πεντηκοστολόγος ἐλλιμενιστής, κῆρυξ, ναύτης, πανδοκεύς, πορθμεύς, μαστροπός, ὑπηρέτης, βυρσοδέψης σκυτοδέψης, ἀλλαντοπώλης.</w:t>
      </w:r>
    </w:p>
    <w:p>
      <w:r>
        <w:rPr>
          <w:rFonts w:ascii="Courier New" w:hAnsi="Courier New"/>
          <w:color w:val="555555"/>
          <w:sz w:val="20"/>
        </w:rPr>
        <w:t>[5]</w:t>
      </w:r>
    </w:p>
    <w:p>
      <w:r>
        <w:rPr>
          <w:rFonts w:ascii="Gentium Plus" w:hAnsi="Gentium Plus"/>
          <w:sz w:val="24"/>
        </w:rPr>
        <w:t>εἰ δὲ καὶ μὴ διὰ πασῶν ἀνέλθοι τεχνῶν τὸ ὀνείδισμα τοῖς βελτίω βίον αἱρουμένοις, ἀλλ’ οἵ γε τοιοῦτοι βίοι τὸ ἐπονείδιστον ἐπ’ αὐτοῖς ἔχουσιν, εἰ καί τις ἐπιμένει τῇ τύχῃ.</w:t>
      </w:r>
    </w:p>
    <w:p>
      <w:r>
        <w:rPr>
          <w:rFonts w:ascii="Courier New" w:hAnsi="Courier New"/>
          <w:color w:val="555555"/>
          <w:sz w:val="20"/>
        </w:rPr>
        <w:t>[6 . 129]</w:t>
      </w:r>
    </w:p>
    <w:p>
      <w:r>
        <w:rPr>
          <w:rFonts w:ascii="Gentium Plus" w:hAnsi="Gentium Plus"/>
          <w:sz w:val="24"/>
        </w:rPr>
        <w:t>Πρὸς τὸν θορυβοῦντα τὸ δημόσιον τάδε ἄν τις εἴποι. κυκῶν συγκυκῶν, θορυβῶν, στρέφων, συγχέων, συνταράττων, δημοκόπος, θρασύς, προωθῶν ἅπαντας, ἐλαύνων, φύρων τὰ πάντα, μεταπηδῶν ἀναπη‐ δῶν ἐμπίπτων, ῥύμῃ φερόμενος, στρόβιλος, ἄνεμος, καταιγίς, χειμάρρους,</w:t>
      </w:r>
    </w:p>
    <w:p>
      <w:r>
        <w:rPr>
          <w:rFonts w:ascii="Courier New" w:hAnsi="Courier New"/>
          <w:color w:val="555555"/>
          <w:sz w:val="20"/>
        </w:rPr>
        <w:t>[5]</w:t>
      </w:r>
    </w:p>
    <w:p>
      <w:r>
        <w:rPr>
          <w:rFonts w:ascii="Gentium Plus" w:hAnsi="Gentium Plus"/>
          <w:sz w:val="24"/>
        </w:rPr>
        <w:t>ἀκατάστατος, ἀναρριπίζων τὸν δῆμον, ἀνερεθίζων, ἐκκάων, ἀνα‐</w:t>
      </w:r>
    </w:p>
    <w:p>
      <w:r>
        <w:rPr>
          <w:rFonts w:ascii="Courier New" w:hAnsi="Courier New"/>
          <w:color w:val="555555"/>
          <w:sz w:val="20"/>
        </w:rPr>
        <w:t>[6 . 130]</w:t>
      </w:r>
    </w:p>
    <w:p>
      <w:r>
        <w:rPr>
          <w:rFonts w:ascii="Gentium Plus" w:hAnsi="Gentium Plus"/>
          <w:sz w:val="24"/>
        </w:rPr>
        <w:t>φλέγων, ἐξοργίζων, παροξύνων, ἐκστασιάζων, συγκρούων πάντας πρὸς ἀλλήλους, τάρακτρον· ὁ γὰρ στρόφις ἄντικρυς κωμικόν, μετα‐ βάλλων δὲ πάντα καὶ μεθιστάς, ἄνω καὶ κάτω τὴν πολιτείαν μετα‐ φέρων, ἀηδής, ἀκάθεκτος, πλήκτης, ἀνίδρυτος. εἰ δὲ καὶ Δημοσθέ‐</w:t>
      </w:r>
    </w:p>
    <w:p>
      <w:r>
        <w:rPr>
          <w:rFonts w:ascii="Courier New" w:hAnsi="Courier New"/>
          <w:color w:val="555555"/>
          <w:sz w:val="20"/>
        </w:rPr>
        <w:t>[5]</w:t>
      </w:r>
    </w:p>
    <w:p>
      <w:r>
        <w:rPr>
          <w:rFonts w:ascii="Gentium Plus" w:hAnsi="Gentium Plus"/>
          <w:sz w:val="24"/>
        </w:rPr>
        <w:t>νης (XIX 295) φησὶν “ὁ δ’ ἔνδον ἐτύρευεν,” ἀλλ’ οὐκ ἔγωγε ἀπο‐ δέχομαι τὸ τυρεύειν. δυναίμην δ’ ἂν εἰπεῖν, τίς τὸν τοιοῦτον πόλις</w:t>
      </w:r>
    </w:p>
    <w:p>
      <w:r>
        <w:rPr>
          <w:rFonts w:ascii="Courier New" w:hAnsi="Courier New"/>
          <w:color w:val="555555"/>
          <w:sz w:val="20"/>
        </w:rPr>
        <w:t>[6 . 131]</w:t>
      </w:r>
    </w:p>
    <w:p>
      <w:r>
        <w:rPr>
          <w:rFonts w:ascii="Gentium Plus" w:hAnsi="Gentium Plus"/>
          <w:sz w:val="24"/>
        </w:rPr>
        <w:t>χωρεῖ; τίς δ’ ἂν τὸν τοιοῦτον ἀνάσχοιτο; τίς δ’ ἂν ἐνέγκαι, τις δ’ ἂν ἀντίσχοι πρὸς τὴν ῥύμην αὐτοῦ; τῷ δ’ ἐστὶν ἀνεκτὸς ἅνθρω‐ πος; τί δ’ ἄπρακτον αὐτῷ, τί δ’ ἀτόλμητον; πάντολμος ἄνθρωπος, πᾶν ἂν πράξας, πᾶν ἂν εἰπών, πολύστροφος τὴν γνώμην, ἐπὶ πάντα</w:t>
      </w:r>
    </w:p>
    <w:p>
      <w:r>
        <w:rPr>
          <w:rFonts w:ascii="Courier New" w:hAnsi="Courier New"/>
          <w:color w:val="555555"/>
          <w:sz w:val="20"/>
        </w:rPr>
        <w:t>[5]</w:t>
      </w:r>
    </w:p>
    <w:p>
      <w:r>
        <w:rPr>
          <w:rFonts w:ascii="Gentium Plus" w:hAnsi="Gentium Plus"/>
          <w:sz w:val="24"/>
        </w:rPr>
        <w:t>χωρῶν, οὐ διακρίνων τὰ καλὰ τῶν αἰσχρῶν, τὰ κάλλιστα τοῖς αἰσχί‐ στοις συγχέων. ὃς ἐπὶ τῆς αὐτῆς τιμῆς ἀρετήν τε καὶ κακίαν ἄγει.</w:t>
      </w:r>
    </w:p>
    <w:p>
      <w:r>
        <w:rPr>
          <w:rFonts w:ascii="Courier New" w:hAnsi="Courier New"/>
          <w:color w:val="555555"/>
          <w:sz w:val="20"/>
        </w:rPr>
        <w:t>[6 . 132]</w:t>
      </w:r>
    </w:p>
    <w:p>
      <w:r>
        <w:rPr>
          <w:rFonts w:ascii="Gentium Plus" w:hAnsi="Gentium Plus"/>
          <w:sz w:val="24"/>
        </w:rPr>
        <w:t>ὃς καλλωπίζεται τοῖς αἰσχίστοις ὡς ἄλλοι τοῖς ἀρίστοις. ὃς ἀδικῶν σεμνύνεται πλέον ἢ ἀδικούμενος αἰσχύνεται. ὃς καλλωπίζεται τῇ πλεονεξίᾳ, ὃς καλλώπισμα ποιεῖται τὴν πλεονεξίαν. ὃς τἀδικήματα τῷ δύνασθαι μετρεῖ. ὃς αἰσχίω τὴν εἰς τὸ ἀδικεῖν ἀσθένειαν ἡγεῖ‐</w:t>
      </w:r>
    </w:p>
    <w:p>
      <w:r>
        <w:rPr>
          <w:rFonts w:ascii="Courier New" w:hAnsi="Courier New"/>
          <w:color w:val="555555"/>
          <w:sz w:val="20"/>
        </w:rPr>
        <w:t>[5]</w:t>
      </w:r>
    </w:p>
    <w:p>
      <w:r>
        <w:rPr>
          <w:rFonts w:ascii="Gentium Plus" w:hAnsi="Gentium Plus"/>
          <w:sz w:val="24"/>
        </w:rPr>
        <w:t>ται τῆς τοῦ πλεονεκτεῖν ἐπιθυμίας. ᾧ καλὸν μόνον δοκεῖ ὃ βού‐ λεται. ὃς ἰσχὺν μὲν τὸ βιάσασθαι, τὸ δ’ ἐξαπατῆσαι σοφίαν οἴεται. ὃς μόνην σύνεσιν τὴν ἀπάτην καλεῖ. ὃς μικρὸν πᾶν ὃ πεποίηκεν</w:t>
      </w:r>
    </w:p>
    <w:p>
      <w:r>
        <w:rPr>
          <w:rFonts w:ascii="Courier New" w:hAnsi="Courier New"/>
          <w:color w:val="555555"/>
          <w:sz w:val="20"/>
        </w:rPr>
        <w:t>[6 . 133]</w:t>
      </w:r>
    </w:p>
    <w:p>
      <w:r>
        <w:rPr>
          <w:rFonts w:ascii="Gentium Plus" w:hAnsi="Gentium Plus"/>
          <w:sz w:val="24"/>
        </w:rPr>
        <w:t>ἡγεῖται πρὸς ἃ βούλεται. ὃς ὃ πέπραχε δοκεῖ μικρότερον οὗ πράξει. ὃς πρὸς οὐδὲν τῶν ἀδίκων ὀκνεῖ. ὃς ἡγεῖται τὸ τολμᾶν ἴσον τῷ τυχεῖν. ὃς ἂν διαμάρτῃ τολμήσας, ὅμως ἐλπίσας ἧττον ἀλγεῖ. ᾧ μηδὲν ἱκανὸν δι’ ἀπληστίαν. ὃς τὸν ἀπὸ τῶν αἰσ‐</w:t>
      </w:r>
    </w:p>
    <w:p>
      <w:r>
        <w:rPr>
          <w:rFonts w:ascii="Courier New" w:hAnsi="Courier New"/>
          <w:color w:val="555555"/>
          <w:sz w:val="20"/>
        </w:rPr>
        <w:t>[5]</w:t>
      </w:r>
    </w:p>
    <w:p>
      <w:r>
        <w:rPr>
          <w:rFonts w:ascii="Gentium Plus" w:hAnsi="Gentium Plus"/>
          <w:sz w:val="24"/>
        </w:rPr>
        <w:t>χίστων πόρον πρὸς εὐπρεπείας δοκεῖ. ὃς διὰ μὲν αἰσχροκέρδειαν τρόπου πανταχόθεν λαμβάνει, διὰ δὲ φιλαργυρίαν εἰς οὐδὲν δίδω‐</w:t>
      </w:r>
    </w:p>
    <w:p>
      <w:r>
        <w:rPr>
          <w:rFonts w:ascii="Courier New" w:hAnsi="Courier New"/>
          <w:color w:val="555555"/>
          <w:sz w:val="20"/>
        </w:rPr>
        <w:t>[6 . 134]</w:t>
      </w:r>
    </w:p>
    <w:p>
      <w:r>
        <w:rPr>
          <w:rFonts w:ascii="Gentium Plus" w:hAnsi="Gentium Plus"/>
          <w:sz w:val="24"/>
        </w:rPr>
        <w:t>σιν. ᾧ μηδὲν αἰσχρόν, ᾧ λῆμμα πρόσεστιν, δοκεῖ. ὃς ἐπιθυμεῖ μὲν καὶ τῶν ἐλαχίστων δι’ ἀνελευθερίαν, ἀρκεῖται δ’ οὐδὲ τοῖς μεγίστοις δι’ ἀπληστίαν. ὃς πᾶν νομίζει τὸ ληφθὲν ἔλαττον οὗ λήψεται. ὃς τὴν μὲν ἀνδραγαθίαν ματαιότητα, τὴν δὲ ἀπραγμοσύνην ἀργίαν, τὴν</w:t>
      </w:r>
    </w:p>
    <w:p>
      <w:r>
        <w:rPr>
          <w:rFonts w:ascii="Courier New" w:hAnsi="Courier New"/>
          <w:color w:val="555555"/>
          <w:sz w:val="20"/>
        </w:rPr>
        <w:t>[5]</w:t>
      </w:r>
    </w:p>
    <w:p>
      <w:r>
        <w:rPr>
          <w:rFonts w:ascii="Gentium Plus" w:hAnsi="Gentium Plus"/>
          <w:sz w:val="24"/>
        </w:rPr>
        <w:t>δὲ φιλοτιμίαν μανίαν, τὴν δὲ σωφροσύνην ἀτολμίαν, τὴν δ’ ἐγκρά‐ τειαν ἀνανδρίαν οἴεται. ὧ τὸ μηδὲν ἀδικεῖν ἀσθενὲς εἶναι δοκεῖ.</w:t>
      </w:r>
    </w:p>
    <w:p>
      <w:r>
        <w:rPr>
          <w:rFonts w:ascii="Courier New" w:hAnsi="Courier New"/>
          <w:color w:val="555555"/>
          <w:sz w:val="20"/>
        </w:rPr>
        <w:t>[6 . 135]</w:t>
      </w:r>
    </w:p>
    <w:p>
      <w:r>
        <w:rPr>
          <w:rFonts w:ascii="Gentium Plus" w:hAnsi="Gentium Plus"/>
          <w:sz w:val="24"/>
        </w:rPr>
        <w:t>ὃς αἰτεῖ μὲν ὡς οὐκ ἀδικήσων, ἀδικεῖ δ’ ἂν λάβῃ. ὃς τὸν μὴ δόντα νομίζων ἐχθρόν, εὐκαταφρόνητον τὸν δεδωκότα δοκεῖ. ὃς μόνους οὓς οὐκ οἶδεν οὐκ ἀδικεῖ. ὃς τοῖς μὲν ἐχθροῖς ἐπιτίθεται διὰ τόλ‐</w:t>
      </w:r>
    </w:p>
    <w:p>
      <w:r>
        <w:rPr>
          <w:rFonts w:ascii="Courier New" w:hAnsi="Courier New"/>
          <w:color w:val="555555"/>
          <w:sz w:val="20"/>
        </w:rPr>
        <w:t>[5]</w:t>
      </w:r>
    </w:p>
    <w:p>
      <w:r>
        <w:rPr>
          <w:rFonts w:ascii="Gentium Plus" w:hAnsi="Gentium Plus"/>
          <w:sz w:val="24"/>
        </w:rPr>
        <w:t>λαβών, αὐτῇ τῇ πίστει χρῆται πρὸς ἐξουσίαν ἀδικημάτων. ὃς τῆς πονηρίας τὴν δόξαν ὡς κέρδος φιλεῖ. ὃς ἀδοξεῖν οἴεται, πονηρὸς ὢν ἂν λάθῃ. ὃς κολακεύει μὲν ἕκαστον ὡς εὖ πάσχων, μισεῖ δὲ ὡς</w:t>
      </w:r>
    </w:p>
    <w:p>
      <w:r>
        <w:rPr>
          <w:rFonts w:ascii="Courier New" w:hAnsi="Courier New"/>
          <w:color w:val="555555"/>
          <w:sz w:val="20"/>
        </w:rPr>
        <w:t>[6 . 136]</w:t>
      </w:r>
    </w:p>
    <w:p>
      <w:r>
        <w:rPr>
          <w:rFonts w:ascii="Gentium Plus" w:hAnsi="Gentium Plus"/>
          <w:sz w:val="24"/>
        </w:rPr>
        <w:t>ἀδικούμενος. ὃς ἄχθεται μὲν τοῖς ἀλλοτρίοις ἀγαθοῖς, χαίρει δὲ τοῖς ἁπάντων κακοῖς. ὃς ἴσον τὸ ποιῆσαι τὰ δεινότατα τῷ μὴ παθεῖν οἴεται. ὃς μέγιστον φρονεῖ τῷ μηδὲν ἴσον οἷς ἐποίησε δύνασθαι παθεῖν. ὃν οἱ μὲν εἰδότες μισοῦσιν, οἱ δ’ οὐ μεμισηκότες ἀγνοοῦσιν. ὃν</w:t>
      </w:r>
    </w:p>
    <w:p>
      <w:r>
        <w:rPr>
          <w:rFonts w:ascii="Courier New" w:hAnsi="Courier New"/>
          <w:color w:val="555555"/>
          <w:sz w:val="20"/>
        </w:rPr>
        <w:t>[5]</w:t>
      </w:r>
    </w:p>
    <w:p>
      <w:r>
        <w:rPr>
          <w:rFonts w:ascii="Gentium Plus" w:hAnsi="Gentium Plus"/>
          <w:sz w:val="24"/>
        </w:rPr>
        <w:t>ὅστις οὐκ ἀγνοεῖ μισεῖ. ὃς τῶν μὲν φυλαττομένων δειλίαν κατέγ‐ νωκε, τῶν δὲ πιστευόντων εὐήθειαν. ὃς τὸν διδόντα μὲν κολακεύειν,</w:t>
      </w:r>
    </w:p>
    <w:p>
      <w:r>
        <w:rPr>
          <w:rFonts w:ascii="Courier New" w:hAnsi="Courier New"/>
          <w:color w:val="555555"/>
          <w:sz w:val="20"/>
        </w:rPr>
        <w:t>[6 . 137]</w:t>
      </w:r>
    </w:p>
    <w:p>
      <w:r>
        <w:rPr>
          <w:rFonts w:ascii="Gentium Plus" w:hAnsi="Gentium Plus"/>
          <w:sz w:val="24"/>
        </w:rPr>
        <w:t>τὸν δ’ οὐ διδόντα ὀφείλειν ὑπείληφεν. ὃς οὐχ οἷς ἔλαβε χαίρει, ἀλλ’ οἷς οὐ προσέλαβεν ἀγανακτεῖ. ὃς οὐ δύναται μὲν παθεῖν οἷα ποιεῖ, μόνα δ’ αἰσχύνεται ποιεῖν ὅσα δύναται παθεῖν. οὗ τὴν μὲν ἀπληστίαν οὐκ ἀποπίμπλησιν ὁ διδούς, τὴν δ’ ἐπιθυμίαν οὐχ ἵστησιν</w:t>
      </w:r>
    </w:p>
    <w:p>
      <w:r>
        <w:rPr>
          <w:rFonts w:ascii="Courier New" w:hAnsi="Courier New"/>
          <w:color w:val="555555"/>
          <w:sz w:val="20"/>
        </w:rPr>
        <w:t>[5]</w:t>
      </w:r>
    </w:p>
    <w:p>
      <w:r>
        <w:rPr>
          <w:rFonts w:ascii="Gentium Plus" w:hAnsi="Gentium Plus"/>
          <w:sz w:val="24"/>
        </w:rPr>
        <w:t>ὁ μὴ διδούς. ὃς οὔτε τὸ μέγιστον ἐλπίζειν οὔτε τοὐλάχιστον λαβεῖν αἰσχρὸν εἶναι δοκεῖ. ὃς οὔτ’ αἰσχύνεται τοῖς ἐλαχίστοις οὔτε πλη‐ ροῦται τοῖς μεγίστοις. ὃς τοὺς ἄνδρας ὅρκοις ἐξαπατᾶν οἴεται δεῖν ὡς τοὺς παῖδας ἀστραγάλοις. ὃς μόνους αὑτοῦ σοφωτέρους</w:t>
      </w:r>
    </w:p>
    <w:p>
      <w:r>
        <w:rPr>
          <w:rFonts w:ascii="Courier New" w:hAnsi="Courier New"/>
          <w:color w:val="555555"/>
          <w:sz w:val="20"/>
        </w:rPr>
        <w:t>[6 . 138]</w:t>
      </w:r>
    </w:p>
    <w:p>
      <w:r>
        <w:rPr>
          <w:rFonts w:ascii="Gentium Plus" w:hAnsi="Gentium Plus"/>
          <w:sz w:val="24"/>
        </w:rPr>
        <w:t>οὓς οὐκ ἠδίκηκεν δοκεῖ, ὃς οὔτε παθεῖν δέδιεν οὔτε ποιεῖν ὀκνεῖ. ὃς τοῖς πονηροῖς ἀρετῆς δόξαν ἐκ τῆς καθ’ αὑτὸν ὑπερβολῆς προστί‐ θησιν. δι’ ὃν τοὺς λῃστὰς ὡς νομίμους εὐδοκιμεῖν συμβέβηκεν. δι’ ὃν οἱ λῃσταὶ φιλανθρωπίας δόξαν λαμβάνουσιν, ὃς οὕτε τοῖς πρὸ</w:t>
      </w:r>
    </w:p>
    <w:p>
      <w:r>
        <w:rPr>
          <w:rFonts w:ascii="Courier New" w:hAnsi="Courier New"/>
          <w:color w:val="555555"/>
          <w:sz w:val="20"/>
        </w:rPr>
        <w:t>[5]</w:t>
      </w:r>
    </w:p>
    <w:p>
      <w:r>
        <w:rPr>
          <w:rFonts w:ascii="Gentium Plus" w:hAnsi="Gentium Plus"/>
          <w:sz w:val="24"/>
        </w:rPr>
        <w:t>αὑτοῦ πονηροῖς παραβολὴν καταλέλοιπεν οὔτε τοῖς μεθ’ ἑαυτὸν ὑπερ‐ βολήν. ὃς τῇ τόλμῃ τοῦ παρανομεῖν τὴν πίστιν τοῦ μὴ σφαλήσε‐ σθαι προστίθησιν. ὃς οὐ τὸ ἐπιχειρεῖν ἀδικεῖν ἀλλὰ τὸ διαμαρτεῖν αἰσχύνεται. ὃν οὔτε θάρσος οἶδε ῥητὸν οὔτε τῶν ἀρρήτων ἔργων ἡ ἀποχή. ὃς μόνον αἰσχρὸν ὃ μὴ δύναται νομίζει. οὗ τὸ παρὰ</w:t>
      </w:r>
    </w:p>
    <w:p>
      <w:r>
        <w:rPr>
          <w:rFonts w:ascii="Courier New" w:hAnsi="Courier New"/>
          <w:color w:val="555555"/>
          <w:sz w:val="20"/>
        </w:rPr>
        <w:t>[10]</w:t>
      </w:r>
    </w:p>
    <w:p>
      <w:r>
        <w:rPr>
          <w:rFonts w:ascii="Gentium Plus" w:hAnsi="Gentium Plus"/>
          <w:sz w:val="24"/>
        </w:rPr>
        <w:t>φύσιν ἐρᾶν τῆς φύσεως πλέον. καὶ πολλὰ ἄν τις τοιαῦτα συνθείη.</w:t>
      </w:r>
    </w:p>
    <w:p>
      <w:r>
        <w:rPr>
          <w:rFonts w:ascii="Courier New" w:hAnsi="Courier New"/>
          <w:color w:val="555555"/>
          <w:sz w:val="20"/>
        </w:rPr>
        <w:t>[6 . 139]</w:t>
      </w:r>
    </w:p>
    <w:p>
      <w:r>
        <w:rPr>
          <w:rFonts w:ascii="Gentium Plus" w:hAnsi="Gentium Plus"/>
          <w:sz w:val="24"/>
        </w:rPr>
        <w:t>Εἰς μὲν δὴ τὸν οὐκ ἀφροντίστως δοκοῦντα λέγειν ἐρεῖς ἐσ‐ κεμμένος, βεβουλευμένος, συγγεγραφώς, πεφροντικώς, προεωρακώς, μεμεριμνηκώς, προβεβουλευμένος, συνθείς, πονήσας ἐκπονήσας ἐκπονήσας προ‐ πονήσας, ταλαιπωρηθείς, ἐπιμεληθείς, φιλοτιμηθείς, προσκαμών,</w:t>
      </w:r>
    </w:p>
    <w:p>
      <w:r>
        <w:rPr>
          <w:rFonts w:ascii="Courier New" w:hAnsi="Courier New"/>
          <w:color w:val="555555"/>
          <w:sz w:val="20"/>
        </w:rPr>
        <w:t>[5]</w:t>
      </w:r>
    </w:p>
    <w:p>
      <w:r>
        <w:rPr>
          <w:rFonts w:ascii="Gentium Plus" w:hAnsi="Gentium Plus"/>
          <w:sz w:val="24"/>
        </w:rPr>
        <w:t>προσταλαιπωρηθείς, συνταξάμενος, παρασκευασάμενος, ἐξεργασά‐</w:t>
      </w:r>
    </w:p>
    <w:p>
      <w:r>
        <w:rPr>
          <w:rFonts w:ascii="Courier New" w:hAnsi="Courier New"/>
          <w:color w:val="555555"/>
          <w:sz w:val="20"/>
        </w:rPr>
        <w:t>[6 . 140]</w:t>
      </w:r>
    </w:p>
    <w:p>
      <w:r>
        <w:rPr>
          <w:rFonts w:ascii="Gentium Plus" w:hAnsi="Gentium Plus"/>
          <w:sz w:val="24"/>
        </w:rPr>
        <w:t>μενος, λογογραφήσας, ἄνω καὶ κάτω μεταθείς, μεταγράψας, ξέσας διαζεύξας, ἁρμόσας, διασμιλεύσας, ἐπαναλαβὼν πολλάκις, ἐπαναθεα‐ σάμενος, διακριβώσας, διακαθήρας ἐκκαθήρας, διαγράψας μετα‐</w:t>
      </w:r>
    </w:p>
    <w:p>
      <w:r>
        <w:rPr>
          <w:rFonts w:ascii="Courier New" w:hAnsi="Courier New"/>
          <w:color w:val="555555"/>
          <w:sz w:val="20"/>
        </w:rPr>
        <w:t>[5]</w:t>
      </w:r>
    </w:p>
    <w:p>
      <w:r>
        <w:rPr>
          <w:rFonts w:ascii="Gentium Plus" w:hAnsi="Gentium Plus"/>
          <w:sz w:val="24"/>
        </w:rPr>
        <w:t>νας ἐπιδιακρίνας. ἐσκεμμένως βεβουλευμένως πεφροντισμένως συγγραφικῶς μεμεριμνημένως προεωραμένως προβεβουλευμένως συγ‐ κείμενα, πεπονημένα, ἐπιπόνως ταλαιπώρως λογογραφικῶς συντε‐</w:t>
      </w:r>
    </w:p>
    <w:p>
      <w:r>
        <w:rPr>
          <w:rFonts w:ascii="Courier New" w:hAnsi="Courier New"/>
          <w:color w:val="555555"/>
          <w:sz w:val="20"/>
        </w:rPr>
        <w:t>[6 . 141]</w:t>
      </w:r>
    </w:p>
    <w:p>
      <w:r>
        <w:rPr>
          <w:rFonts w:ascii="Gentium Plus" w:hAnsi="Gentium Plus"/>
          <w:sz w:val="24"/>
        </w:rPr>
        <w:t>ταγμένα, συνδεδεμένα, παρεσκευασμένα, κεκολασμένα, διεξεσμένα, ἡρ‐ μοσμένα, διεσμιλευμένα, ἀποτετορνευμένα, ἐκκεκαθαρμένα, διηκριβω‐ μένα, ἐξειργασμένα, ἐξεσμένα, ἐξειλεγμένα, ἐξωρθωμένα, ἐπηνωρθω‐ μένα, βεβασανισμένα, κεκριμένα. οὐκ ἄνευ φροντίδος, οὐκ ἔξω</w:t>
      </w:r>
    </w:p>
    <w:p>
      <w:r>
        <w:rPr>
          <w:rFonts w:ascii="Courier New" w:hAnsi="Courier New"/>
          <w:color w:val="555555"/>
          <w:sz w:val="20"/>
        </w:rPr>
        <w:t>[5]</w:t>
      </w:r>
    </w:p>
    <w:p>
      <w:r>
        <w:rPr>
          <w:rFonts w:ascii="Gentium Plus" w:hAnsi="Gentium Plus"/>
          <w:sz w:val="24"/>
        </w:rPr>
        <w:t>προνοίας, οὐ χωρὶς μερίμνης, οὐκ ἄνευ σκέψεως, σὺν ἁρμονίᾳ, σὺν βασάνῳ, σὺν τάξει, κρίσει, ἐργασίᾳ, ἀκριβείᾳ, ταλαιπωρίᾳ,</w:t>
      </w:r>
    </w:p>
    <w:p>
      <w:r>
        <w:rPr>
          <w:rFonts w:ascii="Courier New" w:hAnsi="Courier New"/>
          <w:color w:val="555555"/>
          <w:sz w:val="20"/>
        </w:rPr>
        <w:t>[6 . 142]</w:t>
      </w:r>
    </w:p>
    <w:p>
      <w:r>
        <w:rPr>
          <w:rFonts w:ascii="Gentium Plus" w:hAnsi="Gentium Plus"/>
          <w:sz w:val="24"/>
        </w:rPr>
        <w:t>καθάρσει, τορείᾳ. εἰς δὲ τὸν ἄνευ μελέτης δοκοῦντα λέγειν πρόχειρος, ῥᾴδιος, αὐτοσχεδιάζων καὶ ὡς Ξενοφῶν ἐν Λακώνων πολιτείᾳ (XIII. 5) αὐτοσχεδιαστής—τὸ γὰρ ἐν τῇ Νυκτὶ μακρᾷ Πλάτωνος (I p 624. 87) αὐτοσχεδίασμα φαῦλον—ἄσκεπτος, ἀπό‐</w:t>
      </w:r>
    </w:p>
    <w:p>
      <w:r>
        <w:rPr>
          <w:rFonts w:ascii="Courier New" w:hAnsi="Courier New"/>
          <w:color w:val="555555"/>
          <w:sz w:val="20"/>
        </w:rPr>
        <w:t>[5]</w:t>
      </w:r>
    </w:p>
    <w:p>
      <w:r>
        <w:rPr>
          <w:rFonts w:ascii="Gentium Plus" w:hAnsi="Gentium Plus"/>
          <w:sz w:val="24"/>
        </w:rPr>
        <w:t>νηρος, ῥᾴθυμος, ἀμελής, ἀφρόντιστος, ἀπρονόητος, προπετής, ὀλί‐ γωρος, ἀταλαίπωρος, εὐχερής, εὔκολος. ἐκ τοῦ καιροῦ λέγων, ἐκ τοῦ παραχρῆμα, ἐκ τοῦ παρατυχόντος ἐκ τοῦ τυχόντος, δι’ ὀλί‐ γου, πᾶν τοὐπιὸν λέγων, ἐπιχειλής, φλύαρος, λάλος, ἐπιπολῆς</w:t>
      </w:r>
    </w:p>
    <w:p>
      <w:r>
        <w:rPr>
          <w:rFonts w:ascii="Courier New" w:hAnsi="Courier New"/>
          <w:color w:val="555555"/>
          <w:sz w:val="20"/>
        </w:rPr>
        <w:t>[6 . 143]</w:t>
      </w:r>
    </w:p>
    <w:p>
      <w:r>
        <w:rPr>
          <w:rFonts w:ascii="Gentium Plus" w:hAnsi="Gentium Plus"/>
          <w:sz w:val="24"/>
        </w:rPr>
        <w:t>λέγων, ἐξ ἑτοίμου, πᾶν τὸ ἐπελθόν, ἀπροβούλευτος, ἀπερίσκεπτος. ἀβασάνιστα, ἀπαράσκευα. ἀπαρασκεύῳ γνώμῃ ἐν τοῖς περὶ ἀλη‐ θείας Ἀντιφῶν εἶπεν, ἀπαρασκεύαστον δ’ ἐν ταῖς ῥητορικαῖς τέχ‐ ναις—δοκοῦσι δ’ οὐ γνήσιαι (Voisokr 80 B 8)—ἐν μέντοι τοῖς συμβου‐</w:t>
      </w:r>
    </w:p>
    <w:p>
      <w:r>
        <w:rPr>
          <w:rFonts w:ascii="Courier New" w:hAnsi="Courier New"/>
          <w:color w:val="555555"/>
          <w:sz w:val="20"/>
        </w:rPr>
        <w:t>[5]</w:t>
      </w:r>
    </w:p>
    <w:p>
      <w:r>
        <w:rPr>
          <w:rFonts w:ascii="Gentium Plus" w:hAnsi="Gentium Plus"/>
          <w:sz w:val="24"/>
        </w:rPr>
        <w:t>λευτικοῖς προοιμίοις τοῖς Δημοσθένουσ(45. 5) τὸ ἀπαρασκευαστότερον γέγραπται. ἄκριτα, ἀνάρμοστα, ἀραιά, διαλελυμένα, διεστηκότα, ἀδιέργαστα, ἄξεστα, ἀφρόντιστα, ἀπροβούλευτα. τάχα δὲ καὶ τὸ</w:t>
      </w:r>
    </w:p>
    <w:p>
      <w:r>
        <w:rPr>
          <w:rFonts w:ascii="Courier New" w:hAnsi="Courier New"/>
          <w:color w:val="555555"/>
          <w:sz w:val="20"/>
        </w:rPr>
        <w:t>[6 . 144]</w:t>
      </w:r>
    </w:p>
    <w:p>
      <w:r>
        <w:rPr>
          <w:rFonts w:ascii="Gentium Plus" w:hAnsi="Gentium Plus"/>
          <w:sz w:val="24"/>
        </w:rPr>
        <w:t>ἀπρόγραφα· Ὑπερείδης (fg 231 Bl) μὲν γὰρ αὐτῷ ἐπ’ ἄλλου κέχρηται, εἰπὼν ‘ἀπροβούλευτα καὶ ἀπροχειροτόνητα καὶ ἀπρό‐ γραφα,‘ ἔχοι δ’ ἂν ἐνταῦθα χώραν. ἀνέδην, χύδην, ῥύδην. πάντα κάλων ἀνείς. προχείρως, ῥᾳδίως, αὐτοσχεδίως καὶ αὐτοσχεδίους</w:t>
      </w:r>
    </w:p>
    <w:p>
      <w:r>
        <w:rPr>
          <w:rFonts w:ascii="Courier New" w:hAnsi="Courier New"/>
          <w:color w:val="555555"/>
          <w:sz w:val="20"/>
        </w:rPr>
        <w:t>[5]</w:t>
      </w:r>
    </w:p>
    <w:p>
      <w:r>
        <w:rPr>
          <w:rFonts w:ascii="Gentium Plus" w:hAnsi="Gentium Plus"/>
          <w:sz w:val="24"/>
        </w:rPr>
        <w:t>λόγους, ἀπόνως, ἀσκέπτως, ῥᾳθύμως, ἀμελῶς, ἀφροντίστως, ἀπρονοή‐ τως, ἀταλαιπώρως, εὐχερῶς, εὐκόλως, φλυάρως, ἀπροβουλεύτως, ἀπερισκέπτως ἀπροσκέπτως, ἀβασανίστως, ἀπαρασκεύως, ἀδιεργά‐ στως, ἀκρίτως, ἀναρμόστως. σὺν ἀπονίᾳ, ῥᾳθυμία, προπετείᾳ, εὐχε‐ ρείᾳ, εὐκολίᾳ, λαλιᾷ, ἀναρμοστίᾳ. ἡ δ’ ἐν τοῖς Πλάτωνος νόμοις</w:t>
      </w:r>
    </w:p>
    <w:p>
      <w:r>
        <w:rPr>
          <w:rFonts w:ascii="Courier New" w:hAnsi="Courier New"/>
          <w:color w:val="555555"/>
          <w:sz w:val="20"/>
        </w:rPr>
        <w:t>[10]</w:t>
      </w:r>
    </w:p>
    <w:p>
      <w:r>
        <w:rPr>
          <w:rFonts w:ascii="Gentium Plus" w:hAnsi="Gentium Plus"/>
          <w:sz w:val="24"/>
        </w:rPr>
        <w:t>(IX 867 B) ἀπροβουλία οὔ μοι ἀρέσκει.</w:t>
      </w:r>
    </w:p>
    <w:p>
      <w:r>
        <w:rPr>
          <w:rFonts w:ascii="Courier New" w:hAnsi="Courier New"/>
          <w:color w:val="555555"/>
          <w:sz w:val="20"/>
        </w:rPr>
        <w:t>[6 . 145]</w:t>
      </w:r>
    </w:p>
    <w:p>
      <w:r>
        <w:rPr>
          <w:rFonts w:ascii="Gentium Plus" w:hAnsi="Gentium Plus"/>
          <w:sz w:val="24"/>
        </w:rPr>
        <w:t>Εἰς τὸν ὀλίγα ὑπ’ ἀσθενείας λέγοντα ἄπορος ἄλογος, ἄφω‐ νος, ἀπαράσκευος, ὀλίγος, βραχύς, σμικρός, ῥανίς, ψακάς, ἰχθύς, ἰχθύων ἀφωνότερος, ἀπερραμμένος τὸ στόμα, ἀπεστομισμένος ἀπε‐ στραμμένος τὴν γλῶτταν, ἄγλωττος, ἀμήχανος, ἀδύνατος, ἀσθενής.</w:t>
      </w:r>
    </w:p>
    <w:p>
      <w:r>
        <w:rPr>
          <w:rFonts w:ascii="Courier New" w:hAnsi="Courier New"/>
          <w:color w:val="555555"/>
          <w:sz w:val="20"/>
        </w:rPr>
        <w:t>[5]</w:t>
      </w:r>
    </w:p>
    <w:p>
      <w:r>
        <w:rPr>
          <w:rFonts w:ascii="Gentium Plus" w:hAnsi="Gentium Plus"/>
          <w:sz w:val="24"/>
        </w:rPr>
        <w:t>καὶ τὰ πράγματα ἀπορία, ἀλογία, ἀφωνία, ὀλιγότης, βραχύτης, σμικρότης, ἀγλωττία, ἀμηχανία, ἀδυναμία ἀδυνασία, ἀσθένεια. καὶ τὰ ἐπιρρήματα ἀπόρως, ἀλόγως, ἀφώνως, ἀγλώττως, ἀμη‐</w:t>
      </w:r>
    </w:p>
    <w:p>
      <w:r>
        <w:rPr>
          <w:rFonts w:ascii="Courier New" w:hAnsi="Courier New"/>
          <w:color w:val="555555"/>
          <w:sz w:val="20"/>
        </w:rPr>
        <w:t>[6 . 149]</w:t>
      </w:r>
    </w:p>
    <w:p>
      <w:r>
        <w:rPr>
          <w:rFonts w:ascii="Gentium Plus" w:hAnsi="Gentium Plus"/>
          <w:sz w:val="24"/>
        </w:rPr>
        <w:t>χάνως, ἀδυνάτως, ἀσθενῶς. εἰ δ’ ὀλίγα μὲν λέγοι, κρίσις δέ τις αὐτῷ προσείη, βραχύς βραχυλόγος, σύντομος, αὐτάρκης, ἀρτιεπής, σαφής, ἀποχρῶν ὑπεραποχρῶν, ἀρτίστομος, πολύνους μᾶλ‐ λον ἢ πολυλόγος, περιεπτισμένος, διεσμιλευμένος, ἀκριβής ἠκριβω‐</w:t>
      </w:r>
    </w:p>
    <w:p>
      <w:r>
        <w:rPr>
          <w:rFonts w:ascii="Courier New" w:hAnsi="Courier New"/>
          <w:color w:val="555555"/>
          <w:sz w:val="20"/>
        </w:rPr>
        <w:t>[5]</w:t>
      </w:r>
    </w:p>
    <w:p>
      <w:r>
        <w:rPr>
          <w:rFonts w:ascii="Gentium Plus" w:hAnsi="Gentium Plus"/>
          <w:sz w:val="24"/>
        </w:rPr>
        <w:t>μένος, ἠπειγμένος, κεκολασμένος, βεβασανισμένος, κεκριμένος, βρα‐ χέσι ῥήμασι πολὺν νοῦν ἀπαγγέλλων, οὐ λέγειν μᾶλλον ἢ διδάσκειν τὸ σαφὲς εἰδώς, οὐ μέχρι τῶν ὤτων θέλγων, πολυνοία μᾶλλον ἢ</w:t>
      </w:r>
    </w:p>
    <w:p>
      <w:r>
        <w:rPr>
          <w:rFonts w:ascii="Courier New" w:hAnsi="Courier New"/>
          <w:color w:val="555555"/>
          <w:sz w:val="20"/>
        </w:rPr>
        <w:t>[6 . 150]</w:t>
      </w:r>
    </w:p>
    <w:p>
      <w:r>
        <w:rPr>
          <w:rFonts w:ascii="Gentium Plus" w:hAnsi="Gentium Plus"/>
          <w:sz w:val="24"/>
        </w:rPr>
        <w:t>πολυλογίᾳ χαίρων. καὶ τὰ πράγματα δὲ τάχος, συντομία, αὐτάρκεια, βραχυλογία, σαφήνεια, ἀρτιφωνία ἀρτιλογία ἀρτιστομία, ἀκρίβεια, βάσανος, κρίσις. καὶ τὰ ἐπιρρήματα ταχέως, συντόμως, αὐτάρκως, βραχέως, σαφῶς, ἠπειγμένως, ἀρτιφώνως ἀρτιλόγως ἀρτι‐</w:t>
      </w:r>
    </w:p>
    <w:p>
      <w:r>
        <w:rPr>
          <w:rFonts w:ascii="Courier New" w:hAnsi="Courier New"/>
          <w:color w:val="555555"/>
          <w:sz w:val="20"/>
        </w:rPr>
        <w:t>[5]</w:t>
      </w:r>
    </w:p>
    <w:p>
      <w:r>
        <w:rPr>
          <w:rFonts w:ascii="Gentium Plus" w:hAnsi="Gentium Plus"/>
          <w:sz w:val="24"/>
        </w:rPr>
        <w:t>στόμως, πολύνως, ἀκριβῶς, περιεπτισμένως, κεκολασμένως, βεβασα‐ νισσμένως, διεσμιλευμένως, κεκριμένως. παῦρα μὲν λέγων ἀλλὰ μάλα λιγέως.</w:t>
      </w:r>
    </w:p>
    <w:p>
      <w:r>
        <w:rPr>
          <w:rFonts w:ascii="Courier New" w:hAnsi="Courier New"/>
          <w:color w:val="555555"/>
          <w:sz w:val="20"/>
        </w:rPr>
        <w:t>[6 . 146]</w:t>
      </w:r>
    </w:p>
    <w:p>
      <w:r>
        <w:rPr>
          <w:rFonts w:ascii="Gentium Plus" w:hAnsi="Gentium Plus"/>
          <w:sz w:val="24"/>
        </w:rPr>
        <w:t>Εἰς δὲ τὸν πολλὰ οὐ μὴν κεκριμένα λέγοντα, πολυλόγος, μακρολόγος, μακρός, ἀπέραντος ἀπεραντολόγος, βόρβορος, προσκορής, κυκλοβόρος χειμάρρους χαράδρα, συρφετός, ἄμετρος ἀμετροεπής, θόρυβος, φλήναφος, ἀχαλίνωτος τὸ στόμα, ἀκρατὴς τὴν γλῶτταν,</w:t>
      </w:r>
    </w:p>
    <w:p>
      <w:r>
        <w:rPr>
          <w:rFonts w:ascii="Courier New" w:hAnsi="Courier New"/>
          <w:color w:val="555555"/>
          <w:sz w:val="20"/>
        </w:rPr>
        <w:t>[5]</w:t>
      </w:r>
    </w:p>
    <w:p>
      <w:r>
        <w:rPr>
          <w:rFonts w:ascii="Gentium Plus" w:hAnsi="Gentium Plus"/>
          <w:sz w:val="24"/>
        </w:rPr>
        <w:t>ὀλισθηρός, θολερός θολώδης, ἰλυώδης, ἀχάλινον στόμα, ἀκρατὴς γλῶττα, λήρους μακροὺς ἀποτείνων, φλύαρος, φλυαρίας εἴρων, οὐ</w:t>
      </w:r>
    </w:p>
    <w:p>
      <w:r>
        <w:rPr>
          <w:rFonts w:ascii="Courier New" w:hAnsi="Courier New"/>
          <w:color w:val="555555"/>
          <w:sz w:val="20"/>
        </w:rPr>
        <w:t>[6 . 147]</w:t>
      </w:r>
    </w:p>
    <w:p>
      <w:r>
        <w:rPr>
          <w:rFonts w:ascii="Gentium Plus" w:hAnsi="Gentium Plus"/>
          <w:sz w:val="24"/>
        </w:rPr>
        <w:t>λέγειν δυνατὸς ἀλλὰ σιωπᾶν ἀδύνατος. εἰς δὲ τὸν μετὰ δυνά‐ μεως εἰς τὸ πλῆθος παρερχόμενον πολύς, εὔρους, ῥόθιος, εὔπορος, ἄφθονος, σφοδρός, βίαιος, παρασύρων παρέλκων παραφέρων, συγκλύ‐ ζων, πηγάς τινας ἀφιείς, ὄμβρος, νιφετός, ποταμός, πυκνός, συνεχής,</w:t>
      </w:r>
    </w:p>
    <w:p>
      <w:r>
        <w:rPr>
          <w:rFonts w:ascii="Courier New" w:hAnsi="Courier New"/>
          <w:color w:val="555555"/>
          <w:sz w:val="20"/>
        </w:rPr>
        <w:t>[5]</w:t>
      </w:r>
    </w:p>
    <w:p>
      <w:r>
        <w:rPr>
          <w:rFonts w:ascii="Gentium Plus" w:hAnsi="Gentium Plus"/>
          <w:sz w:val="24"/>
        </w:rPr>
        <w:t>ἄπταιστος, λάβρος, πολλῷ ῥέων, ἀνεμπόδιστος, ἐπειδὰν λύσῃ τὸ στόμα, ἐπειδὰν ἀφῇ τὴν γλῶτταν, ἐπειδὰν προχέῃ τὴν φωνὴν, ἐπειδὰν ἐκχέῃ τοὺς λόγους· τίς ἂν ἐνέγκαι τὸν ὠθισμὸν τῶν αὐτοῦ ῥημά‐ των, τὸν ῥοῖζον τῶν ὀνομάτων, τὸ ῥεῦμα τῆς φωνῆς, τὸ πνεῦμα, τὸν</w:t>
      </w:r>
    </w:p>
    <w:p>
      <w:r>
        <w:rPr>
          <w:rFonts w:ascii="Courier New" w:hAnsi="Courier New"/>
          <w:color w:val="555555"/>
          <w:sz w:val="20"/>
        </w:rPr>
        <w:t>[6 . 148]</w:t>
      </w:r>
    </w:p>
    <w:p>
      <w:r>
        <w:rPr>
          <w:rFonts w:ascii="Gentium Plus" w:hAnsi="Gentium Plus"/>
          <w:sz w:val="24"/>
        </w:rPr>
        <w:t>τόνον, τὴν πυκνότητα, τὸν κατακλυσμόν, τὴν σφοδρότητα, τὴν βίαν, τὴν ἰσχύν, τὴν μεγαλοφωνίαν, τὴν εὔροιαν, τὴν μεγαλόνοιαν, τὴν λαμπροφωνίαν, τὸ ὑψηλόνουν, τὴν λαμπρότητα, τὴν ὑψηλολογίαν, τὴν καλλιφωνίαν, τὸν ῥοῦν τῶν λόγων, τὸν θόρυβον τῆς φωνῆς;</w:t>
      </w:r>
    </w:p>
    <w:p>
      <w:r>
        <w:rPr>
          <w:rFonts w:ascii="Courier New" w:hAnsi="Courier New"/>
          <w:color w:val="555555"/>
          <w:sz w:val="20"/>
        </w:rPr>
        <w:t>[5]</w:t>
      </w:r>
    </w:p>
    <w:p>
      <w:r>
        <w:rPr>
          <w:rFonts w:ascii="Gentium Plus" w:hAnsi="Gentium Plus"/>
          <w:sz w:val="24"/>
        </w:rPr>
        <w:t>τίς οὕτω ποταμὸς πολλύρους; τίς οὕτως ἐπίδρομος; Ἀλφειός Παμισός Ἀχελῷος Ὠκεανός, Νεῖλος. Ἴστρος ἂν μὴ παγῇ. Ἐξ ἀδικημάτων ὀνόματα, ἐφ’ οἷς εἰσὶ δίκαι καὶ γραφαί. κλέπτης, τοιχωρύχος βαλαντιοτόμος, τυμβωρύχος, μοιχός, ἀνδρο‐</w:t>
      </w:r>
    </w:p>
    <w:p>
      <w:r>
        <w:rPr>
          <w:rFonts w:ascii="Courier New" w:hAnsi="Courier New"/>
          <w:color w:val="555555"/>
          <w:sz w:val="20"/>
        </w:rPr>
        <w:t>[6 . 151]</w:t>
      </w:r>
    </w:p>
    <w:p>
      <w:r>
        <w:rPr>
          <w:rFonts w:ascii="Gentium Plus" w:hAnsi="Gentium Plus"/>
          <w:sz w:val="24"/>
        </w:rPr>
        <w:t>φόνος, λωποδύτης, ἱερόσυλος, προδότης, ῥίψασπις. ἐπὶ δὲ τούτου ὁ Πλάτων (Lg XII 944 B) φησὶ ‘ῥίψασπις μὲν γὰρ οὐκ ἐν πᾶσιν ὀνομάζοιτ’ ἂν δικαίως, ἀποβολεὺς δ’ ὅπλων·‘ Ἀριστοφάνης (Nub 352) δὲ λέγει ῥίψασπιν. αὐτόμολος, ἀργός, ἀχάριστος, ἀσεβής, δει‐</w:t>
      </w:r>
    </w:p>
    <w:p>
      <w:r>
        <w:rPr>
          <w:rFonts w:ascii="Courier New" w:hAnsi="Courier New"/>
          <w:color w:val="555555"/>
          <w:sz w:val="20"/>
        </w:rPr>
        <w:t>[5]</w:t>
      </w:r>
    </w:p>
    <w:p>
      <w:r>
        <w:rPr>
          <w:rFonts w:ascii="Gentium Plus" w:hAnsi="Gentium Plus"/>
          <w:sz w:val="24"/>
        </w:rPr>
        <w:t>λός, ἀστράτευτος, λιποστρατιώτης, τύραννος, ἀνδραποδιστής, φαρ‐ μακεύς φαρμακός φαρμακίς, δωροδόκος, λῃστής, καταποντιστής, πόρνος, πατραλοίας μητραλοίας, βίαιος, ὑβριστής, κακήγορος, συ‐</w:t>
      </w:r>
    </w:p>
    <w:p>
      <w:r>
        <w:rPr>
          <w:rFonts w:ascii="Courier New" w:hAnsi="Courier New"/>
          <w:color w:val="555555"/>
          <w:sz w:val="20"/>
        </w:rPr>
        <w:t>[6 . 152]</w:t>
      </w:r>
    </w:p>
    <w:p>
      <w:r>
        <w:rPr>
          <w:rFonts w:ascii="Gentium Plus" w:hAnsi="Gentium Plus"/>
          <w:sz w:val="24"/>
        </w:rPr>
        <w:t>κοφάντης. ἃ δ’ οὐκ ἔστιν ἑνὶ ὀνόματι εἰπεῖν ἀλλὰ μετοχαῖς, βου‐ λεύων τυραννίδα, καταλύων τὴν πολιτείαν, ἐπὶ καταλύσει τοῦ δήμου συνιών, τὰ δικαστήρια δεκάζων, ἐξαπατῶν τὸν δῆμον ἢ τὴν βου‐ λὴν ἢ τὸ δικαστήριον, τὰ ψευδῆ μαρτυρῶν. οἱ μὲν γὰρ ψευ‐</w:t>
      </w:r>
    </w:p>
    <w:p>
      <w:r>
        <w:rPr>
          <w:rFonts w:ascii="Courier New" w:hAnsi="Courier New"/>
          <w:color w:val="555555"/>
          <w:sz w:val="20"/>
        </w:rPr>
        <w:t>[5]</w:t>
      </w:r>
    </w:p>
    <w:p>
      <w:r>
        <w:rPr>
          <w:rFonts w:ascii="Gentium Plus" w:hAnsi="Gentium Plus"/>
          <w:sz w:val="24"/>
        </w:rPr>
        <w:t>δομάρτυρες εἴρηνται παρὰ Κριτίᾳ (TGF 775. 9 N), καὶ ὁ ψευδο‐</w:t>
      </w:r>
    </w:p>
    <w:p>
      <w:r>
        <w:rPr>
          <w:rFonts w:ascii="Courier New" w:hAnsi="Courier New"/>
          <w:color w:val="555555"/>
          <w:sz w:val="20"/>
        </w:rPr>
        <w:t>[6 . 153]</w:t>
      </w:r>
    </w:p>
    <w:p>
      <w:r>
        <w:rPr>
          <w:rFonts w:ascii="Gentium Plus" w:hAnsi="Gentium Plus"/>
          <w:sz w:val="24"/>
        </w:rPr>
        <w:t>μάρτυς οὐκ οἶδ’ εἴ που· καὶ τὸ ψευδομαρτυρεῖν ὁ αὐτός που λέγει. καὶ Δημοσθένης (XXIX 6) καταψευδομαρτυροῦμαι. πιπράσκων τὸν ἐλεύθερον, παρανομῶν, ἐκλείπων τὴν ναῦν, παραβαίνων συνθήκας. καὶ ἕτερα δ’ ἔστιν ἀδικήματα ὧν τοὺς ἀδικήσαντας οὐκ ἔστιν ὀνομά‐</w:t>
      </w:r>
    </w:p>
    <w:p>
      <w:r>
        <w:rPr>
          <w:rFonts w:ascii="Courier New" w:hAnsi="Courier New"/>
          <w:color w:val="555555"/>
          <w:sz w:val="20"/>
        </w:rPr>
        <w:t>[5]</w:t>
      </w:r>
    </w:p>
    <w:p>
      <w:r>
        <w:rPr>
          <w:rFonts w:ascii="Gentium Plus" w:hAnsi="Gentium Plus"/>
          <w:sz w:val="24"/>
        </w:rPr>
        <w:t>ζειν, ἀλογίου, κακώσεως, ἀποπομπῆς, ἐπιτροπῆς, ἀπολείψεως, παρα‐ πρεσβείας, ἐξούλης, σίτου, καρποῦ, λιπομαρτυρίου λιποταξίου λιποναυ‐ τίου, εἱργμοῦ, κακοῦ ἤθους, κακοῦ βίου, αἰκίας, βλάβης, ἀπαγωγῆς,</w:t>
      </w:r>
    </w:p>
    <w:p>
      <w:r>
        <w:rPr>
          <w:rFonts w:ascii="Courier New" w:hAnsi="Courier New"/>
          <w:color w:val="555555"/>
          <w:sz w:val="20"/>
        </w:rPr>
        <w:t>[6 . 154]</w:t>
      </w:r>
    </w:p>
    <w:p>
      <w:r>
        <w:rPr>
          <w:rFonts w:ascii="Gentium Plus" w:hAnsi="Gentium Plus"/>
          <w:sz w:val="24"/>
        </w:rPr>
        <w:t>βουλεύσεως, δήμου καταλύσεως, δημοσίων ἀδικημάτων, δωροξενίας, ξενίας, ψευδεγγραφῆς ψευδοκλητείας, ἀποστασίου ἀπροστασίου,</w:t>
      </w:r>
    </w:p>
    <w:p>
      <w:r>
        <w:rPr>
          <w:rFonts w:ascii="Courier New" w:hAnsi="Courier New"/>
          <w:color w:val="555555"/>
          <w:sz w:val="20"/>
        </w:rPr>
        <w:t>[5]</w:t>
      </w:r>
    </w:p>
    <w:p>
      <w:r>
        <w:rPr>
          <w:rFonts w:ascii="Gentium Plus" w:hAnsi="Gentium Plus"/>
          <w:sz w:val="24"/>
        </w:rPr>
        <w:t>των καὶ μετοχαῖς ἔστι χρῆσθαι.</w:t>
      </w:r>
    </w:p>
    <w:p>
      <w:r>
        <w:rPr>
          <w:rFonts w:ascii="Courier New" w:hAnsi="Courier New"/>
          <w:color w:val="555555"/>
          <w:sz w:val="20"/>
        </w:rPr>
        <w:t>[6 . 155]</w:t>
      </w:r>
    </w:p>
    <w:p>
      <w:r>
        <w:rPr>
          <w:rFonts w:ascii="Gentium Plus" w:hAnsi="Gentium Plus"/>
          <w:sz w:val="24"/>
        </w:rPr>
        <w:t>Ὅσα ἄν τις εἴποι ἐκ τοῦ ὁμο σύνθετα. ὁμόσπονδος ὁμόσιτος, ὁμοήθης, ὁμότροπος, ὁμόδουλος, ὁμόνους, ὁμόφωνος, ὁμόγλωττος, ὁμοτράπεζος, ὁμόφυλος, ὁμόδημος, ὁμωρόφιος, ὁμότιμος, ὁμότεχνος, ὁμόσκηνος, ὁμοδίαιτος, ὁμογνώμων, ὁμομήτριος ὁμοπάτριος, ὁμώ‐</w:t>
      </w:r>
    </w:p>
    <w:p>
      <w:r>
        <w:rPr>
          <w:rFonts w:ascii="Courier New" w:hAnsi="Courier New"/>
          <w:color w:val="555555"/>
          <w:sz w:val="20"/>
        </w:rPr>
        <w:t>[5]</w:t>
      </w:r>
    </w:p>
    <w:p>
      <w:r>
        <w:rPr>
          <w:rFonts w:ascii="Gentium Plus" w:hAnsi="Gentium Plus"/>
          <w:sz w:val="24"/>
        </w:rPr>
        <w:t>νυμος, ὁμόχρως, ὁμόψηφος, ὁμοβώμιος, ὁμογενής ὁμόγονος, ὁμο‐</w:t>
      </w:r>
    </w:p>
    <w:p>
      <w:r>
        <w:rPr>
          <w:rFonts w:ascii="Courier New" w:hAnsi="Courier New"/>
          <w:color w:val="555555"/>
          <w:sz w:val="20"/>
        </w:rPr>
        <w:t>[6 . 156]</w:t>
      </w:r>
    </w:p>
    <w:p>
      <w:r>
        <w:rPr>
          <w:rFonts w:ascii="Gentium Plus" w:hAnsi="Gentium Plus"/>
          <w:sz w:val="24"/>
        </w:rPr>
        <w:t>ειδής, ὁμομήτωρ ὁμοπάτωρ, ὁμοθυμαδόν, ὁμολογία· ὁ γὰρ ὁμόλογος βίαιόν τε ὁμοῦ καὶ εὐτελές. ὁμότιτθον δὲ Δείναρχος (inc or fg 24 Tur) εἴρηκεν, καὶ Πλάτων ὁμότροπον (Phaed 83 D) καὶ ὁμόζυγα (Phaedr 256 A), καὶ Θουκυδίδης (II 96) ὁμόσκευον. ὁμόδοξον δ’ ἂν εἴποις,</w:t>
      </w:r>
    </w:p>
    <w:p>
      <w:r>
        <w:rPr>
          <w:rFonts w:ascii="Courier New" w:hAnsi="Courier New"/>
          <w:color w:val="555555"/>
          <w:sz w:val="20"/>
        </w:rPr>
        <w:t>[5]</w:t>
      </w:r>
    </w:p>
    <w:p>
      <w:r>
        <w:rPr>
          <w:rFonts w:ascii="Gentium Plus" w:hAnsi="Gentium Plus"/>
          <w:sz w:val="24"/>
        </w:rPr>
        <w:t>Πλάτωνος (Rpb 310 E) εἰπόντος ὁμοδοξίαν· οἱ γὰρ ὁμογάλακτες ἴδιον τῶν Ἀττικῶν, τὸ δ’ ὁμοερκὴς σκληρόν, εἰ καὶ παρὰ Σόλωνι(?). ὁμοπτέρους δὲ τοὺς ὁμότριχας εἰπόντος Εὐριπίδου (Elec 530), Στράτ‐ τις (I p 733. 87 Ko) τοὺς ὁμήλικας εἴρηκεν ὁμοπτέρους.</w:t>
      </w:r>
    </w:p>
    <w:p>
      <w:r>
        <w:rPr>
          <w:rFonts w:ascii="Courier New" w:hAnsi="Courier New"/>
          <w:color w:val="555555"/>
          <w:sz w:val="20"/>
        </w:rPr>
        <w:t>[6 . 157]</w:t>
      </w:r>
    </w:p>
    <w:p>
      <w:r>
        <w:rPr>
          <w:rFonts w:ascii="Gentium Plus" w:hAnsi="Gentium Plus"/>
          <w:sz w:val="24"/>
        </w:rPr>
        <w:t>Ἐκ δὲ τοῦ συν τάδε σύνθετα. σύλλογος, σύνοδος, σύγκλητος, συνεκκλησιαστής, σύμβουλος, σύσσιτος συσσιτία, συμπότης, συλλογεύς, συστρατιώτης, σύνεδρος, σύσκηνος, συστράτηγος συντράπεζος, συνε‐ ραστής, σύμπλους, σύντροφος, συνεργός, συγγενής, συναγωνιστής,</w:t>
      </w:r>
    </w:p>
    <w:p>
      <w:r>
        <w:rPr>
          <w:rFonts w:ascii="Courier New" w:hAnsi="Courier New"/>
          <w:color w:val="555555"/>
          <w:sz w:val="20"/>
        </w:rPr>
        <w:t>[5]</w:t>
      </w:r>
    </w:p>
    <w:p>
      <w:r>
        <w:rPr>
          <w:rFonts w:ascii="Gentium Plus" w:hAnsi="Gentium Plus"/>
          <w:sz w:val="24"/>
        </w:rPr>
        <w:t>συντελής, συνθεατής, σύνορος, συμμελής, σύμψηφος, συσπένδων,</w:t>
      </w:r>
    </w:p>
    <w:p>
      <w:r>
        <w:rPr>
          <w:rFonts w:ascii="Courier New" w:hAnsi="Courier New"/>
          <w:color w:val="555555"/>
          <w:sz w:val="20"/>
        </w:rPr>
        <w:t>[6 . 158]</w:t>
      </w:r>
    </w:p>
    <w:p>
      <w:r>
        <w:rPr>
          <w:rFonts w:ascii="Gentium Plus" w:hAnsi="Gentium Plus"/>
          <w:sz w:val="24"/>
        </w:rPr>
        <w:t>συνομνύμενος, συνωμότης, συμπρέσβεις, συνίστορες, καὶ σύστασις, συμ‐ μετρία, συμφωνία, συναυλία, σύγχυσις ὅρκων. συνάρχων, σύνθηρος, συνιππεύς, συνωρίς, συγγεωργός, συγκυνηγέτης, συγκλέπτης, συμπα‐ ραστάτης, συνοδοιπόρος, σύμβιος, συστασιώτης, σύζυξ, συμμορίτης.</w:t>
      </w:r>
    </w:p>
    <w:p>
      <w:r>
        <w:rPr>
          <w:rFonts w:ascii="Courier New" w:hAnsi="Courier New"/>
          <w:color w:val="555555"/>
          <w:sz w:val="20"/>
        </w:rPr>
        <w:t>[6 . 159]</w:t>
      </w:r>
    </w:p>
    <w:p>
      <w:r>
        <w:rPr>
          <w:rFonts w:ascii="Gentium Plus" w:hAnsi="Gentium Plus"/>
          <w:sz w:val="24"/>
        </w:rPr>
        <w:t>συνθεάτριαν δὲ καὶ συλλήπτριαν Ἀριστοφάνης (fg 864). ὁ δ’ αὐτὸς καὶ συγκοίτας (fg 862) εἴρηκε, καὶ συστάδας ἀμπέλους (fg 729). εἴρηκε δὲ καὶ σύμποδα (fg 865) καὶ συνθήκην (Pac 1065, Lys 1267).</w:t>
      </w:r>
    </w:p>
    <w:p>
      <w:r>
        <w:rPr>
          <w:rFonts w:ascii="Courier New" w:hAnsi="Courier New"/>
          <w:color w:val="555555"/>
          <w:sz w:val="20"/>
        </w:rPr>
        <w:t>[5]</w:t>
      </w:r>
    </w:p>
    <w:p>
      <w:r>
        <w:rPr>
          <w:rFonts w:ascii="Gentium Plus" w:hAnsi="Gentium Plus"/>
          <w:sz w:val="24"/>
        </w:rPr>
        <w:t>συμμαθητὰς ἔφη καὶ σύνοψιν οἰκειότητος (Rpl 537 C). Εὔπολις (fg 448) δὲ συμβίοτοι συμπάροικοι, καὶ συνήλικες δ’ ὁ αὐτὸς (fg 181) εἶπε, Δείναρχος (inc or fg 33 Tur) δὲ καὶ συνιεροποιὸν καὶ συμπρύτανιν καὶ συμβουλευτὴν εἴρηκεν, ἡ δὲ κωμῳδία καὶ συγκηδεστήν. τὰ δ’ ἐκ τούτων παραγόμενα ῥήματα καὶ πράγματα καὶ ἐπιρρήματα ἀπέ‐</w:t>
      </w:r>
    </w:p>
    <w:p>
      <w:r>
        <w:rPr>
          <w:rFonts w:ascii="Courier New" w:hAnsi="Courier New"/>
          <w:color w:val="555555"/>
          <w:sz w:val="20"/>
        </w:rPr>
        <w:t>[10]</w:t>
      </w:r>
    </w:p>
    <w:p>
      <w:r>
        <w:rPr>
          <w:rFonts w:ascii="Gentium Plus" w:hAnsi="Gentium Plus"/>
          <w:sz w:val="24"/>
        </w:rPr>
        <w:t>ραντα ἂν εἴη τῷ βουλομένῳ λέγειν.</w:t>
      </w:r>
    </w:p>
    <w:p>
      <w:r>
        <w:rPr>
          <w:rFonts w:ascii="Courier New" w:hAnsi="Courier New"/>
          <w:color w:val="555555"/>
          <w:sz w:val="20"/>
        </w:rPr>
        <w:t>[6 . 160]</w:t>
      </w:r>
    </w:p>
    <w:p>
      <w:r>
        <w:rPr>
          <w:rFonts w:ascii="Gentium Plus" w:hAnsi="Gentium Plus"/>
          <w:sz w:val="24"/>
        </w:rPr>
        <w:t>ἐκ δὲ τοῦ ἡμι τάδε τὰ ὀνόματα. ἡμιμανής, ἡμιμαθής, ἡμιπλή‐ ρωτον ἡμίπλεων ἡμίμεστον, ἡμιδεές, ἡμιμέδιμνος ἡμιμόχθηρος, ἡμίτομον, ἡμίδραχμον, ἡμιωβόλιον, ἡμίεκτον—καὶ ἡμιεκτέον Ἀριστοφάνης (Nub 643)—ἡμιχοίνικον, ἡμιγενής, ἡμίονος.</w:t>
      </w:r>
    </w:p>
    <w:p>
      <w:r>
        <w:rPr>
          <w:rFonts w:ascii="Courier New" w:hAnsi="Courier New"/>
          <w:color w:val="555555"/>
          <w:sz w:val="20"/>
        </w:rPr>
        <w:t>[5]</w:t>
      </w:r>
    </w:p>
    <w:p>
      <w:r>
        <w:rPr>
          <w:rFonts w:ascii="Gentium Plus" w:hAnsi="Gentium Plus"/>
          <w:sz w:val="24"/>
        </w:rPr>
        <w:t>ἡμίεργον, ἡμιτελές, ἡμιποίητον, ἡμίθραυστον, ἡμίφαυστον, ἡμίφρα‐ κτον, ἡμίφλεκτον, ἡμίοπτα, ἡμίεφθα, ἡμίβρωτα, ἡμιτέλεστα, ἡμί‐</w:t>
      </w:r>
    </w:p>
    <w:p>
      <w:r>
        <w:rPr>
          <w:rFonts w:ascii="Courier New" w:hAnsi="Courier New"/>
          <w:color w:val="555555"/>
          <w:sz w:val="20"/>
        </w:rPr>
        <w:t>[6 . 161]</w:t>
      </w:r>
    </w:p>
    <w:p>
      <w:r>
        <w:rPr>
          <w:rFonts w:ascii="Gentium Plus" w:hAnsi="Gentium Plus"/>
          <w:sz w:val="24"/>
        </w:rPr>
        <w:t>κρανον, ἡμίκραιρα, ἡμιμόριον, ἡμιθνής, ἡμιμέθυσος, ἡμιτυμ‐ πάνιστος, ἡμίγυμνος, ἡμίθεος, ἡμιτάλαντον, ἡμικλήριον. ἡμίλουτοι δὲ Κρατῖνος (I fg 416 Ko) εἴρηκε, καὶ Φιλύλλιος (I p 789. 31 Ko) ἡμίπλεκτοι, ἡμιμάσητοι δὲ Κράτης (fg 49 Ko), καὶ ἡμιφωσώνιον</w:t>
      </w:r>
    </w:p>
    <w:p>
      <w:r>
        <w:rPr>
          <w:rFonts w:ascii="Courier New" w:hAnsi="Courier New"/>
          <w:color w:val="555555"/>
          <w:sz w:val="20"/>
        </w:rPr>
        <w:t>[5]</w:t>
      </w:r>
    </w:p>
    <w:p>
      <w:r>
        <w:rPr>
          <w:rFonts w:ascii="Gentium Plus" w:hAnsi="Gentium Plus"/>
          <w:sz w:val="24"/>
        </w:rPr>
        <w:t>Ἀριστοφάνης (fg 784), καὶ ἡμίοπον αὐλὸν Αἰσχύλος (T G F 91). καὶ ἡμίκακον δ’ Εὐκλείδης (I p 805. 3 Ko) λέγει καὶ Σοφοκλῆς (T G F 948), Ἀριστοφάνης (Th 449) δὲ καὶ ἡμικάκως, καὶ Δείναρ‐ χος (inc or fg 17 Tur) ἡμιπόδιον, ἡμιχρύσους δ’ Ἀναξανδρίδης (II p 137 fg 5 Ko). τῶν μέντοι Μενάνδρου (fg 1014 Ko) τὸ μὲν ἡμι‐</w:t>
      </w:r>
    </w:p>
    <w:p>
      <w:r>
        <w:rPr>
          <w:rFonts w:ascii="Courier New" w:hAnsi="Courier New"/>
          <w:color w:val="555555"/>
          <w:sz w:val="20"/>
        </w:rPr>
        <w:t>[10]</w:t>
      </w:r>
    </w:p>
    <w:p>
      <w:r>
        <w:rPr>
          <w:rFonts w:ascii="Gentium Plus" w:hAnsi="Gentium Plus"/>
          <w:sz w:val="24"/>
        </w:rPr>
        <w:t>φυὲς καὶ ἡμίγραφον ἀνεκτά, τὸ δ’ ἡμιλάσταυρον παμπόνηρον.</w:t>
      </w:r>
    </w:p>
    <w:p>
      <w:r>
        <w:rPr>
          <w:rFonts w:ascii="Courier New" w:hAnsi="Courier New"/>
          <w:color w:val="555555"/>
          <w:sz w:val="20"/>
        </w:rPr>
        <w:t>[6 . 162]</w:t>
      </w:r>
    </w:p>
    <w:p>
      <w:r>
        <w:rPr>
          <w:rFonts w:ascii="Gentium Plus" w:hAnsi="Gentium Plus"/>
          <w:sz w:val="24"/>
        </w:rPr>
        <w:t>τάδε μέντοι ἐκ τοῦ παν σύνθετα. πάγκαλος, πάγκακος, πανοῦργος, πάνδημος. καὶ παγκάλως καὶ παγκάκως, καὶ ὡς Πλάτων (Phaedr 276 D saep) παγκάλη πάγκαλον. παμπάλαιον, πάμμεγα παμμέγεθες, παμπληθές πάμπολυ, πάμμηκες, παμποίκιλον,</w:t>
      </w:r>
    </w:p>
    <w:p>
      <w:r>
        <w:rPr>
          <w:rFonts w:ascii="Courier New" w:hAnsi="Courier New"/>
          <w:color w:val="555555"/>
          <w:sz w:val="20"/>
        </w:rPr>
        <w:t>[5]</w:t>
      </w:r>
    </w:p>
    <w:p>
      <w:r>
        <w:rPr>
          <w:rFonts w:ascii="Gentium Plus" w:hAnsi="Gentium Plus"/>
          <w:sz w:val="24"/>
        </w:rPr>
        <w:t>παντοδαπόν, παντοῖον, πανσέληνος, παναρμόνιον, παναγές, πανώλης,</w:t>
      </w:r>
    </w:p>
    <w:p>
      <w:r>
        <w:rPr>
          <w:rFonts w:ascii="Courier New" w:hAnsi="Courier New"/>
          <w:color w:val="555555"/>
          <w:sz w:val="20"/>
        </w:rPr>
        <w:t>[6 . 163]</w:t>
      </w:r>
    </w:p>
    <w:p>
      <w:r>
        <w:rPr>
          <w:rFonts w:ascii="Gentium Plus" w:hAnsi="Gentium Plus"/>
          <w:sz w:val="24"/>
        </w:rPr>
        <w:t>συδί (VIII 1). καὶ τὰ Πλάτωνος παμπλούσιος (Lg 734 C) καὶ πάνσμικρος (Lg X 903 C) καὶ παντοπώλιον (Rpb VIII 557 D). εἴποις δ’ ἂν καὶ παγγενεί, πανστρατιᾷ, παναισχές, παμπρασία, πανδαισία, πανθοινία, παγκαρπία, πανοπλία. Ἀντιφῶν (fg 175 Bl) δὲ καὶ ἐξαλᾶσθαι</w:t>
      </w:r>
    </w:p>
    <w:p>
      <w:r>
        <w:rPr>
          <w:rFonts w:ascii="Courier New" w:hAnsi="Courier New"/>
          <w:color w:val="555555"/>
          <w:sz w:val="20"/>
        </w:rPr>
        <w:t>[5]</w:t>
      </w:r>
    </w:p>
    <w:p>
      <w:r>
        <w:rPr>
          <w:rFonts w:ascii="Gentium Plus" w:hAnsi="Gentium Plus"/>
          <w:sz w:val="24"/>
        </w:rPr>
        <w:t>πανοικεσίᾳ ἔφη. πανήμερος πάννυχος· τοῦτον δὲ πανεύφρονα Κρα‐ τῖνος (I fg 435) καλεῖ. πανδοκεύς πανδοκεύτρια. καὶ ὡς Κρατῖνος (fg 434) παναγάθη, καὶ ὡς Ἀριστοφάνης (fg 727) πάγκυφος ἐλαία. καὶ Παναθήναια δὲ καὶ Πανιώνια καὶ Παναιτώλια καὶ Παμβοιώτια καὶ Πάνδια.</w:t>
      </w:r>
    </w:p>
    <w:p>
      <w:r>
        <w:rPr>
          <w:rFonts w:ascii="Courier New" w:hAnsi="Courier New"/>
          <w:color w:val="555555"/>
          <w:sz w:val="20"/>
        </w:rPr>
        <w:t>[6 . 164]</w:t>
      </w:r>
    </w:p>
    <w:p>
      <w:r>
        <w:rPr>
          <w:rFonts w:ascii="Gentium Plus" w:hAnsi="Gentium Plus"/>
          <w:sz w:val="24"/>
        </w:rPr>
        <w:t>ἐκ δὲ τοῦ πάλιν τάδε σύνθετα. παλίμβολος, παλίμπρατος, παλιγκάπηλος, παλίντροπος, παλίγκοτος· τὸ γὰρ παλίνορσος ποιη‐ τικόν (Hom Γ 33), καὶ τὸ παλιντράπελος βίαιον καὶ τὸ παλίντονον. Δείναρχος (fg inc 26 Tur) δὲ καὶ παλιμπροδότης λέγει. παλίμ‐</w:t>
      </w:r>
    </w:p>
    <w:p>
      <w:r>
        <w:rPr>
          <w:rFonts w:ascii="Courier New" w:hAnsi="Courier New"/>
          <w:color w:val="555555"/>
          <w:sz w:val="20"/>
        </w:rPr>
        <w:t>[5]</w:t>
      </w:r>
    </w:p>
    <w:p>
      <w:r>
        <w:rPr>
          <w:rFonts w:ascii="Gentium Plus" w:hAnsi="Gentium Plus"/>
          <w:sz w:val="24"/>
        </w:rPr>
        <w:t>πηγα δ’ οἱ κωμικοὶ (III p 590 fg 1099 Ko) τὰ παλαιὰ καττύματα, καὶ παλινδορίαν. καὶ παλίνδικον τὸν πολλάκις δικαζόμενον, καὶ παλίγ‐ γλωσσον τὸν κακόφημον.</w:t>
      </w:r>
    </w:p>
    <w:p>
      <w:r>
        <w:rPr>
          <w:rFonts w:ascii="Courier New" w:hAnsi="Courier New"/>
          <w:color w:val="555555"/>
          <w:sz w:val="20"/>
        </w:rPr>
        <w:t>[6 . 165]</w:t>
      </w:r>
    </w:p>
    <w:p>
      <w:r>
        <w:rPr>
          <w:rFonts w:ascii="Gentium Plus" w:hAnsi="Gentium Plus"/>
          <w:sz w:val="24"/>
        </w:rPr>
        <w:t>ἐκ δὲ τοῦ τρι τριπλοῦν, τρίδραχμον, τρίμνουν, τριτάλαντον, τριστάτηρος χλαμύς, τριτημόριον, τρικόλλυβον, τριτοστάτης ἐν χορῷ τριτόστατος, τρίδουλος, τριμίτιον, τριταγωνιστής, τριήρης, τρίπολος γῆ· τρίκλυστος δ’ Ἀριστοφάνης (fg 875) λέγει. τρισκατάπτυστος,</w:t>
      </w:r>
    </w:p>
    <w:p>
      <w:r>
        <w:rPr>
          <w:rFonts w:ascii="Courier New" w:hAnsi="Courier New"/>
          <w:color w:val="555555"/>
          <w:sz w:val="20"/>
        </w:rPr>
        <w:t>[5]</w:t>
      </w:r>
    </w:p>
    <w:p>
      <w:r>
        <w:rPr>
          <w:rFonts w:ascii="Gentium Plus" w:hAnsi="Gentium Plus"/>
          <w:sz w:val="24"/>
        </w:rPr>
        <w:t>τριττυάρχης, τρίπαλαι· τὸ γὰρ τριπέρυσιν ἠρέμα φορτικόν. τρισκα‐ κοδαίμων καὶ ἄλλα τοιαῦτα.</w:t>
      </w:r>
    </w:p>
    <w:p>
      <w:r>
        <w:rPr>
          <w:rFonts w:ascii="Courier New" w:hAnsi="Courier New"/>
          <w:color w:val="555555"/>
          <w:sz w:val="20"/>
        </w:rPr>
        <w:t>[6 . 166]</w:t>
      </w:r>
    </w:p>
    <w:p>
      <w:r>
        <w:rPr>
          <w:rFonts w:ascii="Gentium Plus" w:hAnsi="Gentium Plus"/>
          <w:sz w:val="24"/>
        </w:rPr>
        <w:t>ἐκ δὲ τοῦ φιλο τάδε σύνθετα φιλόδημος φιλόπολις, φιλο‐ στρατιώτης, φιλοπροσήγορος, φιλόνεικος, φιλόσοφος, φιλόκαλος, φιλέταιρος, φιλοβάρβαρος φιλέλλην, φιλολόγος φιλήκοος, φιλαθήναιος, φιλοχρήματος φιλόχρυσος φιλάργυρος, φίλοινος φιλοπότης, φιλόθεος,</w:t>
      </w:r>
    </w:p>
    <w:p>
      <w:r>
        <w:rPr>
          <w:rFonts w:ascii="Courier New" w:hAnsi="Courier New"/>
          <w:color w:val="555555"/>
          <w:sz w:val="20"/>
        </w:rPr>
        <w:t>[5]</w:t>
      </w:r>
    </w:p>
    <w:p>
      <w:r>
        <w:rPr>
          <w:rFonts w:ascii="Gentium Plus" w:hAnsi="Gentium Plus"/>
          <w:sz w:val="24"/>
        </w:rPr>
        <w:t>φιλόδικος, φιλαλήθης, φιλοπράγμων, φιλαπόδημος, φιλοσκώμμων, φιλοπόλεμος, φιλαίτιος, φιλεγκλήμων, φίλερις, Ἄλεξις (II fg 335)</w:t>
      </w:r>
    </w:p>
    <w:p>
      <w:r>
        <w:rPr>
          <w:rFonts w:ascii="Courier New" w:hAnsi="Courier New"/>
          <w:color w:val="555555"/>
          <w:sz w:val="20"/>
        </w:rPr>
        <w:t>[6 . 167]</w:t>
      </w:r>
    </w:p>
    <w:p>
      <w:r>
        <w:rPr>
          <w:rFonts w:ascii="Gentium Plus" w:hAnsi="Gentium Plus"/>
          <w:sz w:val="24"/>
        </w:rPr>
        <w:t>αὐτὸν Ἄλεξις (II fg 336) εἴρηκεν. φιλολοίδορος, φιλάνθρωπος, φι‐ λοκερδής, φιλόδωρος, φιλόπαις φιλότεκνος φιλόστοργος φιλογύνης, φιλόθηρος φιλόμουσος, φιλοσώματος φιλόψυχος, φιλόξενος φιλοικτίρ‐ μων φιλόπλουτος, φίλυπνος, φιλοκυνηγέτης, φιλογεωργός, φιλόκυβος,</w:t>
      </w:r>
    </w:p>
    <w:p>
      <w:r>
        <w:rPr>
          <w:rFonts w:ascii="Courier New" w:hAnsi="Courier New"/>
          <w:color w:val="555555"/>
          <w:sz w:val="20"/>
        </w:rPr>
        <w:t>[5]</w:t>
      </w:r>
    </w:p>
    <w:p>
      <w:r>
        <w:rPr>
          <w:rFonts w:ascii="Gentium Plus" w:hAnsi="Gentium Plus"/>
          <w:sz w:val="24"/>
        </w:rPr>
        <w:t>φιλοχωρῶν φίλιππος, φιλοφροσύνη, τάχα καὶ φιλόφρων ἀπ’ αὐτῆς καὶ φιλοχωρία, ἴσως καὶ φιλόχωρος, φιλοτεχνία φιλότεχνος. Ἀρι‐ στοφάνης δέ που (I fg 732) φησὶ καὶ φιλοκηδῆ λόγον, Ἀριστομέ‐ νης δ’ ὁ κωμικὸς (I p 693. 15) ‘φιλακόλουθος ἄρχεται.‘ φιλοδοξία,</w:t>
      </w:r>
    </w:p>
    <w:p>
      <w:r>
        <w:rPr>
          <w:rFonts w:ascii="Courier New" w:hAnsi="Courier New"/>
          <w:color w:val="555555"/>
          <w:sz w:val="20"/>
        </w:rPr>
        <w:t>[6 . 168]</w:t>
      </w:r>
    </w:p>
    <w:p>
      <w:r>
        <w:rPr>
          <w:rFonts w:ascii="Gentium Plus" w:hAnsi="Gentium Plus"/>
          <w:sz w:val="24"/>
        </w:rPr>
        <w:t>ἐκ δ’ αὐτῆς ὁ φιλόδοξος. ἔλεγον δ’ οἱ ποιηταὶ καὶ φιλόστροφον τὸν εὐμετάβολον, Δείναρχος (fg inc 37 Tur) δὲ καὶ φιλοπόνηρον, ἢ ὡς Φιλωνίδης (I fg 13 Ko) φιλομόχθηρον, ἐπὶ δὲ τῆς τελευτῆς ὄνομα ὁ θεόφιλος τὸ φιλεῖν ἔχει· ὁ γὰρ γυναικοφιλὴς ἐν ταῖς Πολυζήλου</w:t>
      </w:r>
    </w:p>
    <w:p>
      <w:r>
        <w:rPr>
          <w:rFonts w:ascii="Courier New" w:hAnsi="Courier New"/>
          <w:color w:val="555555"/>
          <w:sz w:val="20"/>
        </w:rPr>
        <w:t>[5]</w:t>
      </w:r>
    </w:p>
    <w:p>
      <w:r>
        <w:rPr>
          <w:rFonts w:ascii="Gentium Plus" w:hAnsi="Gentium Plus"/>
          <w:sz w:val="24"/>
        </w:rPr>
        <w:t>Μουσῶν γοναῖς (I p 792. 10 Ko) οὐ πάνυ ἀνεκτόν.</w:t>
      </w:r>
    </w:p>
    <w:p>
      <w:r>
        <w:rPr>
          <w:rFonts w:ascii="Courier New" w:hAnsi="Courier New"/>
          <w:color w:val="555555"/>
          <w:sz w:val="20"/>
        </w:rPr>
        <w:t>[6 . 169]</w:t>
      </w:r>
    </w:p>
    <w:p>
      <w:r>
        <w:rPr>
          <w:rFonts w:ascii="Gentium Plus" w:hAnsi="Gentium Plus"/>
          <w:sz w:val="24"/>
        </w:rPr>
        <w:t>τάδε μέντοι ἐκ τοῦ κακο σύνθετα. κακοδαίμων, κακοῦργος, κακολόγος κακήγορος, κακοπράγμων ὡς Ὑπερείδης (fg 248 Bl), κακόβιος, κακόβουλος, κακόνους ὡς Ἀντιφῶν (fg 169 Bl), κακο‐ φροσύνη. καὶ ἐκ τούτου ἂν εἴη ὁ κακόφρων, καὶ κακὸς κακῶς</w:t>
      </w:r>
    </w:p>
    <w:p>
      <w:r>
        <w:rPr>
          <w:rFonts w:ascii="Courier New" w:hAnsi="Courier New"/>
          <w:color w:val="555555"/>
          <w:sz w:val="20"/>
        </w:rPr>
        <w:t>[5]</w:t>
      </w:r>
    </w:p>
    <w:p>
      <w:r>
        <w:rPr>
          <w:rFonts w:ascii="Gentium Plus" w:hAnsi="Gentium Plus"/>
          <w:sz w:val="24"/>
        </w:rPr>
        <w:t>ἀπόλοιτο.</w:t>
      </w:r>
    </w:p>
    <w:p>
      <w:r>
        <w:rPr>
          <w:rFonts w:ascii="Courier New" w:hAnsi="Courier New"/>
          <w:color w:val="555555"/>
          <w:sz w:val="20"/>
        </w:rPr>
        <w:t>[6 . 170]</w:t>
      </w:r>
    </w:p>
    <w:p>
      <w:r>
        <w:rPr>
          <w:rFonts w:ascii="Gentium Plus" w:hAnsi="Gentium Plus"/>
          <w:sz w:val="24"/>
        </w:rPr>
        <w:t>ἐκ δὲ τοῦ πολυ τάδε σύνθετα. πολυπράγμων, πολυλόγος, πολυήκοος, πολυθεάμων, πολύφωνος, πολυμελής, πολύχειρ, πολύ‐ γλωττος πολύφημος, πολύτροπος, πολύπονος, πολυπλάνητος, πο‐ λυπόρευτος, πολύνους, πολύρρους, πολυπρόσωπος, πολυχρήματος</w:t>
      </w:r>
    </w:p>
    <w:p>
      <w:r>
        <w:rPr>
          <w:rFonts w:ascii="Courier New" w:hAnsi="Courier New"/>
          <w:color w:val="555555"/>
          <w:sz w:val="20"/>
        </w:rPr>
        <w:t>[5]</w:t>
      </w:r>
    </w:p>
    <w:p>
      <w:r>
        <w:rPr>
          <w:rFonts w:ascii="Gentium Plus" w:hAnsi="Gentium Plus"/>
          <w:sz w:val="24"/>
        </w:rPr>
        <w:t>πολύχρυσος, πολυσώματος, πολυΐστωρ, πολυκτήμων, πολυάργυρος</w:t>
      </w:r>
    </w:p>
    <w:p>
      <w:r>
        <w:rPr>
          <w:rFonts w:ascii="Courier New" w:hAnsi="Courier New"/>
          <w:color w:val="555555"/>
          <w:sz w:val="20"/>
        </w:rPr>
        <w:t>[6 . 171]</w:t>
      </w:r>
    </w:p>
    <w:p>
      <w:r>
        <w:rPr>
          <w:rFonts w:ascii="Gentium Plus" w:hAnsi="Gentium Plus"/>
          <w:sz w:val="24"/>
        </w:rPr>
        <w:t>πολύχαλκος, πολύπυρος πολύοινος πολύσιτος, πολυπότης, πολυάν‐ θρωπος πολυπρόβατος πολυθρέμμων πολύδουλος, πολύανδρος πολυγύνης πολύπαις, πολύπους, πολυάδελφος, πολύθηρος, πολύ‐ δενδρος πολύυλος πολύυδρος, πολύξυλος, πολυσκώμμων, πολυτελής,</w:t>
      </w:r>
    </w:p>
    <w:p>
      <w:r>
        <w:rPr>
          <w:rFonts w:ascii="Courier New" w:hAnsi="Courier New"/>
          <w:color w:val="555555"/>
          <w:sz w:val="20"/>
        </w:rPr>
        <w:t>[5]</w:t>
      </w:r>
    </w:p>
    <w:p>
      <w:r>
        <w:rPr>
          <w:rFonts w:ascii="Gentium Plus" w:hAnsi="Gentium Plus"/>
          <w:sz w:val="24"/>
        </w:rPr>
        <w:t>πολύτιμος, πολυειδής, πολυγενής, πολύμορφος, πολυανθής, πολυ‐ σχήμων.</w:t>
      </w:r>
    </w:p>
    <w:p>
      <w:r>
        <w:rPr>
          <w:rFonts w:ascii="Courier New" w:hAnsi="Courier New"/>
          <w:color w:val="555555"/>
          <w:sz w:val="20"/>
        </w:rPr>
        <w:t>[6 . 172]</w:t>
      </w:r>
    </w:p>
    <w:p>
      <w:r>
        <w:rPr>
          <w:rFonts w:ascii="Gentium Plus" w:hAnsi="Gentium Plus"/>
          <w:sz w:val="24"/>
        </w:rPr>
        <w:t>ἐκ δὲ τοῦ μισο σύνθετα· μισόδημος μισόπολις, μισολόγος, μι‐ σοπόνηρος, μίσεργος, μισάνθρωπος μισόθεος, μισογύνης μισότεκνος,</w:t>
      </w:r>
    </w:p>
    <w:p>
      <w:r>
        <w:rPr>
          <w:rFonts w:ascii="Courier New" w:hAnsi="Courier New"/>
          <w:color w:val="555555"/>
          <w:sz w:val="20"/>
        </w:rPr>
        <w:t>[5]</w:t>
      </w:r>
    </w:p>
    <w:p>
      <w:r>
        <w:rPr>
          <w:rFonts w:ascii="Gentium Plus" w:hAnsi="Gentium Plus"/>
          <w:sz w:val="24"/>
        </w:rPr>
        <w:t>γορος, μισαπόδημος, μισοπέρσης ὡς Ξενοφῶν (Ages VII 7).</w:t>
      </w:r>
    </w:p>
    <w:p>
      <w:r>
        <w:rPr>
          <w:rFonts w:ascii="Courier New" w:hAnsi="Courier New"/>
          <w:color w:val="555555"/>
          <w:sz w:val="20"/>
        </w:rPr>
        <w:t>[6 . 173]</w:t>
      </w:r>
    </w:p>
    <w:p>
      <w:r>
        <w:rPr>
          <w:rFonts w:ascii="Gentium Plus" w:hAnsi="Gentium Plus"/>
          <w:sz w:val="24"/>
        </w:rPr>
        <w:t>ἐκ δὲ τοῦ μεγαλο σύνθετα μεγαλοπράγμων, μεγαληγόρος, με‐ γαλουργός, μεγαλόμισθος, μεγαλογνώμων, μεγαλόψυχος, μεγαλόθυ‐ μος, μεγαλότολμος, μεγαλόφωνος, μεγαλοπολίτης, μεγαλόπλουτος, με‐ γαλόδωρος, μεγάλαυχος, μεγαλόφρων.</w:t>
      </w:r>
    </w:p>
    <w:p>
      <w:r>
        <w:rPr>
          <w:rFonts w:ascii="Courier New" w:hAnsi="Courier New"/>
          <w:color w:val="555555"/>
          <w:sz w:val="20"/>
        </w:rPr>
        <w:t>[6 . 174]</w:t>
      </w:r>
    </w:p>
    <w:p>
      <w:r>
        <w:rPr>
          <w:rFonts w:ascii="Gentium Plus" w:hAnsi="Gentium Plus"/>
          <w:sz w:val="24"/>
        </w:rPr>
        <w:t>ἐκ δὲ τοῦ ἰσο τάδε σύνθετα ἰσόνομος, ἰσοτελής, ἰσότιμος, ἰσο‐ πολίτης ἰσοπολιτεία, ἰσήγορος ἰσηγορία, ἰσοστάσιον, ἰσομέτρητον, ἰσοπληθές, ἰσόμηκες, ἰσομέγεθες, ἰσοχειλές, ἰσόπεδον, ἰσάριθμον, ἰσο‐ νομία, ἰσομοιρία, ἰσηγορία, ἰσοκρατία ἰσοπαλεῖς, ἰσοκρατεῖς, ἰσόψηφοι,</w:t>
      </w:r>
    </w:p>
    <w:p>
      <w:r>
        <w:rPr>
          <w:rFonts w:ascii="Courier New" w:hAnsi="Courier New"/>
          <w:color w:val="555555"/>
          <w:sz w:val="20"/>
        </w:rPr>
        <w:t>[5]</w:t>
      </w:r>
    </w:p>
    <w:p>
      <w:r>
        <w:rPr>
          <w:rFonts w:ascii="Gentium Plus" w:hAnsi="Gentium Plus"/>
          <w:sz w:val="24"/>
        </w:rPr>
        <w:t>ἰσόδρομοι, ἰσόζυγες. Ἄρχιππος δ’ ὁ κωμικὸς (I p 689. 49) καὶ ἰσό‐ χρυσον εἴρηκεν. τὸ δ’ ἰσοθάνατον Σοφοκλέους εἰπόντος ἐν Κρεούσῃ (T G F 332 N) οὐ πάνυ ἀνεκτόν.</w:t>
      </w:r>
    </w:p>
    <w:p>
      <w:r>
        <w:rPr>
          <w:rFonts w:ascii="Courier New" w:hAnsi="Courier New"/>
          <w:color w:val="555555"/>
          <w:sz w:val="20"/>
        </w:rPr>
        <w:t>[6 . 175]</w:t>
      </w:r>
    </w:p>
    <w:p>
      <w:r>
        <w:rPr>
          <w:rFonts w:ascii="Gentium Plus" w:hAnsi="Gentium Plus"/>
          <w:sz w:val="24"/>
        </w:rPr>
        <w:t>Τάδε μέντοι ὅμοια τῷ σχήματι τῆς λέξεως, οὐ σημαίνοντα μὲν ταὐτόν, ἐοικότα δὲ τῇ ἰδέα. καταλογάδην λέγειν, λογάδην ἀθροίζειν, ἀριστίνδην ἐκλέγειν, πλουτίνδην καταλέγειν, ἀναβάδην καθ‐ ίζειν, ἀποτάδην τρέχειν, συλλήβδην εἰπεῖν, ὀρθοστάδην ἀγωνίζεσθαι,</w:t>
      </w:r>
    </w:p>
    <w:p>
      <w:r>
        <w:rPr>
          <w:rFonts w:ascii="Courier New" w:hAnsi="Courier New"/>
          <w:color w:val="555555"/>
          <w:sz w:val="20"/>
        </w:rPr>
        <w:t>[5]</w:t>
      </w:r>
    </w:p>
    <w:p>
      <w:r>
        <w:rPr>
          <w:rFonts w:ascii="Gentium Plus" w:hAnsi="Gentium Plus"/>
          <w:sz w:val="24"/>
        </w:rPr>
        <w:t>συστάδην μάχεσθαι, ἄδδην ἐσθίειν, κρύβδην πράττειν, σποράδην ἑστάναι, φοράδην κομίζεσθαι, ἀνέδην παραινεῖν, χύδην δαπανᾶν, σχέδην ἐλαύνειν, ἀγχιστίνδην γαμεῖν· τὸ γὰρ φυράδην καὶ ῥύδην οὐκ οἶδα εἰ ἀνεκτά.</w:t>
      </w:r>
    </w:p>
    <w:p>
      <w:r>
        <w:rPr>
          <w:rFonts w:ascii="Courier New" w:hAnsi="Courier New"/>
          <w:color w:val="555555"/>
          <w:sz w:val="20"/>
        </w:rPr>
        <w:t>[6 . 176]</w:t>
      </w:r>
    </w:p>
    <w:p>
      <w:r>
        <w:rPr>
          <w:rFonts w:ascii="Gentium Plus" w:hAnsi="Gentium Plus"/>
          <w:sz w:val="24"/>
        </w:rPr>
        <w:t>καὶ τάδε ἄλλα τοῦ αὐτοῦ σχήματος. προβολὴ ἀδικήματος, καταβολὴ πυρετοῦ, συμβολὴ στρατοπέδου, διαβολὴ κακουργήματος, ἐπιβολὴ τολμήματος, ἐπιβολὴ ζημίας, ἀναβολὴ πράγματος, εἰσβολὴ στρατοῦ, ἐκβολὴ λόγου, παραβολὴ πράγματος, ἐμβολὴ ἀγωγίμων,</w:t>
      </w:r>
    </w:p>
    <w:p>
      <w:r>
        <w:rPr>
          <w:rFonts w:ascii="Courier New" w:hAnsi="Courier New"/>
          <w:color w:val="555555"/>
          <w:sz w:val="20"/>
        </w:rPr>
        <w:t>[5]</w:t>
      </w:r>
    </w:p>
    <w:p>
      <w:r>
        <w:rPr>
          <w:rFonts w:ascii="Gentium Plus" w:hAnsi="Gentium Plus"/>
          <w:sz w:val="24"/>
        </w:rPr>
        <w:t>ὑπερβολὴ δαπανημάτων, μεταβολὴ κακῶν.</w:t>
      </w:r>
    </w:p>
    <w:p>
      <w:r>
        <w:rPr>
          <w:rFonts w:ascii="Courier New" w:hAnsi="Courier New"/>
          <w:color w:val="555555"/>
          <w:sz w:val="20"/>
        </w:rPr>
        <w:t>[6 . 177]</w:t>
      </w:r>
    </w:p>
    <w:p>
      <w:r>
        <w:rPr>
          <w:rFonts w:ascii="Gentium Plus" w:hAnsi="Gentium Plus"/>
          <w:sz w:val="24"/>
        </w:rPr>
        <w:t>ὡσαύτως καὶ τάδε. στεφάνων ἀνάρρησις, ἀναγόρευσις τιμῶν, στάσις εἰκόνων, ἀνακήρυξις ἀθλητῶν, εἰσήγησις ψηφισμάτων, βούλησις ἀνδρῶν, εὕρεσις χρησμῶν, προαίρεσις βίου, πρόκλησις ἐν δίκῃ, κατάστασις ἀρχῆς, λῆξις δίκης, παραίτησις τιμωρίας, ἀντίδοσις</w:t>
      </w:r>
    </w:p>
    <w:p>
      <w:r>
        <w:rPr>
          <w:rFonts w:ascii="Courier New" w:hAnsi="Courier New"/>
          <w:color w:val="555555"/>
          <w:sz w:val="20"/>
        </w:rPr>
        <w:t>[5]</w:t>
      </w:r>
    </w:p>
    <w:p>
      <w:r>
        <w:rPr>
          <w:rFonts w:ascii="Gentium Plus" w:hAnsi="Gentium Plus"/>
          <w:sz w:val="24"/>
        </w:rPr>
        <w:t>οὐσίας, λιπάρησις πρέσβεων, ἐξεγγύησις ὀφείλοντος, ἀμφισβήτησις</w:t>
      </w:r>
    </w:p>
    <w:p>
      <w:r>
        <w:rPr>
          <w:rFonts w:ascii="Courier New" w:hAnsi="Courier New"/>
          <w:color w:val="555555"/>
          <w:sz w:val="20"/>
        </w:rPr>
        <w:t>[6 . 178]</w:t>
      </w:r>
    </w:p>
    <w:p>
      <w:r>
        <w:rPr>
          <w:rFonts w:ascii="Gentium Plus" w:hAnsi="Gentium Plus"/>
          <w:sz w:val="24"/>
        </w:rPr>
        <w:t>ἐπικλήρου, μίσθωσις οἴκου, ἔντευξις ἀνδρός, ἔκτισις δίκης, ἀπό‐ δρασις στρατιᾶς, ἀπόβασις ἐκ νεῶν, σύνθεσις ῥημάτων, φάσις ἐγκλημάτων, ἀνάπαυσις καμάτων, ἔνδειξις ἀδικήματος, ἐκποίησις τέκνων, ἴασις νόσων, ὑπόσχεσις χάριτος, τίμησις δίκης, ὑποτίμησις</w:t>
      </w:r>
    </w:p>
    <w:p>
      <w:r>
        <w:rPr>
          <w:rFonts w:ascii="Courier New" w:hAnsi="Courier New"/>
          <w:color w:val="555555"/>
          <w:sz w:val="20"/>
        </w:rPr>
        <w:t>[5]</w:t>
      </w:r>
    </w:p>
    <w:p>
      <w:r>
        <w:rPr>
          <w:rFonts w:ascii="Gentium Plus" w:hAnsi="Gentium Plus"/>
          <w:sz w:val="24"/>
        </w:rPr>
        <w:t>τιμήματος, ἀντιτίμησις προτιμήματος, ἀγανάκτησις γνώμης, ἐπιτή‐ δευσις σοφίας, ἀπόστασις ὑπηκόων, σύγχυσις πολιτείας, εὕρεσις πραγμάτων, ὄψις χρωμάτων, ἐγχείρησις τόλμης, κρᾶσις ὡρῶν,</w:t>
      </w:r>
    </w:p>
    <w:p>
      <w:r>
        <w:rPr>
          <w:rFonts w:ascii="Courier New" w:hAnsi="Courier New"/>
          <w:color w:val="555555"/>
          <w:sz w:val="20"/>
        </w:rPr>
        <w:t>[6 . 179]</w:t>
      </w:r>
    </w:p>
    <w:p>
      <w:r>
        <w:rPr>
          <w:rFonts w:ascii="Gentium Plus" w:hAnsi="Gentium Plus"/>
          <w:sz w:val="24"/>
        </w:rPr>
        <w:t>τέρψις ἀκοῆς, σκέψις δήμου, σχέσις ἁψῖδος, ἕξις ὅπλων, βούλευσις φόνου, μέλλησις πράξεων, μήνυσις ἀδικημάτων σύλλεξις χρημάτων, ἀνασύνταξις φόρων, ἀπόλαυσις τύχης, μέμψις γνώμης, αἵρεσις φρουρίου, ἀπόφευξις ἀποστασίου, καὶ πολλὰ ἄλλα τοιαῦτα.</w:t>
      </w:r>
    </w:p>
    <w:p>
      <w:r>
        <w:rPr>
          <w:rFonts w:ascii="Courier New" w:hAnsi="Courier New"/>
          <w:color w:val="555555"/>
          <w:sz w:val="20"/>
        </w:rPr>
        <w:t>[5]</w:t>
      </w:r>
    </w:p>
    <w:p>
      <w:r>
        <w:rPr>
          <w:rFonts w:ascii="Gentium Plus" w:hAnsi="Gentium Plus"/>
          <w:sz w:val="24"/>
        </w:rPr>
        <w:t>καὶ τάδε ὁμοίου σχήματος. δεῖγμα ἔνδειγμα, βούλημα, βούλευμα νόμισμα, μίμημα, θέαμα, βάδισμα, τόξευμα, παράδειγμα, τόλμημα,</w:t>
      </w:r>
    </w:p>
    <w:p>
      <w:r>
        <w:rPr>
          <w:rFonts w:ascii="Courier New" w:hAnsi="Courier New"/>
          <w:color w:val="555555"/>
          <w:sz w:val="20"/>
        </w:rPr>
        <w:t>[6 . 180]</w:t>
      </w:r>
    </w:p>
    <w:p>
      <w:r>
        <w:rPr>
          <w:rFonts w:ascii="Gentium Plus" w:hAnsi="Gentium Plus"/>
          <w:sz w:val="24"/>
        </w:rPr>
        <w:t>φρόνημα, κίνημα, τίμημα προστίμημα, ἀξίωμα, πλάσμα, πταῖσμα, θαῦμα, οἴκημα, κῦμα, νᾶμα, δόγμα, ἐπανόρθωμα, εὕρημα, ἐρύθημα, θήραμα, νόημα, συκοφάντημα, αἰσίωμα, ἐναντίωμα, πλεονέκτημα, ἐλάττωμα, ἀγνόημα, κήρυγμα, τραῦμα, βλῆμα, ἀτύχημα, νόσημα, ἀρρώστημα, σύν‐</w:t>
      </w:r>
    </w:p>
    <w:p>
      <w:r>
        <w:rPr>
          <w:rFonts w:ascii="Courier New" w:hAnsi="Courier New"/>
          <w:color w:val="555555"/>
          <w:sz w:val="20"/>
        </w:rPr>
        <w:t>[5]</w:t>
      </w:r>
    </w:p>
    <w:p>
      <w:r>
        <w:rPr>
          <w:rFonts w:ascii="Gentium Plus" w:hAnsi="Gentium Plus"/>
          <w:sz w:val="24"/>
        </w:rPr>
        <w:t>θημα, ἐπιτήδευμα, ἐπιθύμημα, παρανόμημα, πλήρωμα, κακούργημα, λῆμμα, ψεῦσμα, σόφισμα, ἵδρυμα, ἀσέβημα, τοιχωρύχημα, ἀναισχύν‐</w:t>
      </w:r>
    </w:p>
    <w:p>
      <w:r>
        <w:rPr>
          <w:rFonts w:ascii="Courier New" w:hAnsi="Courier New"/>
          <w:color w:val="555555"/>
          <w:sz w:val="20"/>
        </w:rPr>
        <w:t>[6 . 181]</w:t>
      </w:r>
    </w:p>
    <w:p>
      <w:r>
        <w:rPr>
          <w:rFonts w:ascii="Gentium Plus" w:hAnsi="Gentium Plus"/>
          <w:sz w:val="24"/>
        </w:rPr>
        <w:t>τημα, ἐπιχείρημα ἐγχείρημα, λοιδόρημα, ἕρμα, μάντευμα, ἐπιτέλεσμα, δίδαγμα, φρύαγμα, καύχημα, αὔχημα, ἀλαζόνευμα, αὔλημα, πάθημα, καῦμα, φλέγμα, σχῆμα, ζῶσμα, ζεῦγμα, ἄσκημα, βλέμμα, ὄμμα, ἆσθμα, πνεῦμα, νεωτέρισμα, νεανίευμα, στηλίτευμα, ἐπιτείχισμα, μη‐</w:t>
      </w:r>
    </w:p>
    <w:p>
      <w:r>
        <w:rPr>
          <w:rFonts w:ascii="Courier New" w:hAnsi="Courier New"/>
          <w:color w:val="555555"/>
          <w:sz w:val="20"/>
        </w:rPr>
        <w:t>[5]</w:t>
      </w:r>
    </w:p>
    <w:p>
      <w:r>
        <w:rPr>
          <w:rFonts w:ascii="Gentium Plus" w:hAnsi="Gentium Plus"/>
          <w:sz w:val="24"/>
        </w:rPr>
        <w:t>χάνημα, μεσεγγύημα, καλλώπισμα, στεφάνωμα, πέμμα, ἀγώνισμα,</w:t>
      </w:r>
    </w:p>
    <w:p>
      <w:r>
        <w:rPr>
          <w:rFonts w:ascii="Courier New" w:hAnsi="Courier New"/>
          <w:color w:val="555555"/>
          <w:sz w:val="20"/>
        </w:rPr>
        <w:t>[6 . 182]</w:t>
      </w:r>
    </w:p>
    <w:p>
      <w:r>
        <w:rPr>
          <w:rFonts w:ascii="Gentium Plus" w:hAnsi="Gentium Plus"/>
          <w:sz w:val="24"/>
        </w:rPr>
        <w:t>γέννημα, παίδευμα, θρέμμα, μάθημα, μνῆμα ὑπόμνημα, γεώργημα, πλέγμα, ἔγκλημα, ἄκουσμα, ὑπόδημα, οἰκοδόμημα, ῥῆγμα, πρόσπταισμα ἐπίπταισμα, στρέμμα, ἀνάθημα, αἴσθημα, κινδύνευμα, εὐεργέτημα, κοινώνημα, ἐρώτημα, πλήρωμα, σκαιώρημα, σύγγραμμα, χαράκωμα,</w:t>
      </w:r>
    </w:p>
    <w:p>
      <w:r>
        <w:rPr>
          <w:rFonts w:ascii="Courier New" w:hAnsi="Courier New"/>
          <w:color w:val="555555"/>
          <w:sz w:val="20"/>
        </w:rPr>
        <w:t>[5]</w:t>
      </w:r>
    </w:p>
    <w:p>
      <w:r>
        <w:rPr>
          <w:rFonts w:ascii="Gentium Plus" w:hAnsi="Gentium Plus"/>
          <w:sz w:val="24"/>
        </w:rPr>
        <w:t>ἔδεσμα βρῶμα, πῶμα πόμα, ἄρτυμα ἥδυσμα, τόρευμα, πονήρευμα,</w:t>
      </w:r>
    </w:p>
    <w:p>
      <w:r>
        <w:rPr>
          <w:rFonts w:ascii="Courier New" w:hAnsi="Courier New"/>
          <w:color w:val="555555"/>
          <w:sz w:val="20"/>
        </w:rPr>
        <w:t>[6 . 183]</w:t>
      </w:r>
    </w:p>
    <w:p>
      <w:r>
        <w:rPr>
          <w:rFonts w:ascii="Gentium Plus" w:hAnsi="Gentium Plus"/>
          <w:sz w:val="24"/>
        </w:rPr>
        <w:t>ᾆσμα, ὀδύρματα, θυρώματα, αἰκίσματα, ἀργυρώματα, βρώματα, θύματα, συχνάσματα, κωλύματα, πείσματα, ζητήματα ὡς Δημοσθένησ(?),</w:t>
      </w:r>
    </w:p>
    <w:p>
      <w:r>
        <w:rPr>
          <w:rFonts w:ascii="Courier New" w:hAnsi="Courier New"/>
          <w:color w:val="555555"/>
          <w:sz w:val="20"/>
        </w:rPr>
        <w:t>[5]</w:t>
      </w:r>
    </w:p>
    <w:p>
      <w:r>
        <w:rPr>
          <w:rFonts w:ascii="Gentium Plus" w:hAnsi="Gentium Plus"/>
          <w:sz w:val="24"/>
        </w:rPr>
        <w:t>στημα, Ἀντιφῶν (fg 167 Bl) δ’ ἐπιθύμημα. δικαίωμα, ῥῆγμα φράγμα, βάμμα· τὸ γὰρ κῶμα, ὅπερ ἐπὶ τῆς καρηβαρίας λέγουσι τῆς ῥεπούσης εἰς ὕπνον, οὐ πάνυ ἐπαινῶ, ὥσπερ οὐδὲ τὸ δράμημα οὐδὲ τὸ κώκυμα, οὐδὲ τὸ παρ’ Ὑπερείδῃ (fg 226 Bl) ἀναισχύντημα.</w:t>
      </w:r>
    </w:p>
    <w:p>
      <w:r>
        <w:rPr>
          <w:rFonts w:ascii="Courier New" w:hAnsi="Courier New"/>
          <w:color w:val="555555"/>
          <w:sz w:val="20"/>
        </w:rPr>
        <w:t>[6 . 184]</w:t>
      </w:r>
    </w:p>
    <w:p>
      <w:r>
        <w:rPr>
          <w:rFonts w:ascii="Gentium Plus" w:hAnsi="Gentium Plus"/>
          <w:sz w:val="24"/>
        </w:rPr>
        <w:t>Ταὐτὸν δ’ ἐστὶν ἀναφυγή, ἀποφυγή, ἀναφορά, ἀναχώρησις, ἀποστροφή. ἀναφυγεῖν, ἀποφυγεῖν, ἀνενεγκεῖν, ἀναχωρῆσαι ἐπ‐ αναχωρῆσαι. καὶ ἀναθέσθαι δὲ ἐπὶ τοῦ αὐτοῦ.</w:t>
      </w:r>
    </w:p>
    <w:p>
      <w:r>
        <w:rPr>
          <w:rFonts w:ascii="Courier New" w:hAnsi="Courier New"/>
          <w:color w:val="555555"/>
          <w:sz w:val="20"/>
        </w:rPr>
        <w:t>[6 . 185]</w:t>
      </w:r>
    </w:p>
    <w:p>
      <w:r>
        <w:rPr>
          <w:rFonts w:ascii="Gentium Plus" w:hAnsi="Gentium Plus"/>
          <w:sz w:val="24"/>
        </w:rPr>
        <w:t>ὡσαύτως ταὐτόν ἐστι τρυφᾶν, ἡδυπαθεῖν, θρύπτεσθαι ἀνα‐ τεθρύφθαι, ἐκδεδιῃτῆσθαι, χλιδᾶν. τὸ γὰρ θερμερύνεσθαι καὶ κιχλιδιᾶν κωμικὰ μὲν (III p 579 fg 1017 et fg 1038 Ko), ἐμοὶ δ’ οὐκ ἀρέσκει. βιαζομένῳ δ’ ἂν εἰς χρῆσιν ἔλθοι καὶ τὸ σκιαστροφεῖσθαι. τὰ δὲ</w:t>
      </w:r>
    </w:p>
    <w:p>
      <w:r>
        <w:rPr>
          <w:rFonts w:ascii="Courier New" w:hAnsi="Courier New"/>
          <w:color w:val="555555"/>
          <w:sz w:val="20"/>
        </w:rPr>
        <w:t>[5]</w:t>
      </w:r>
    </w:p>
    <w:p>
      <w:r>
        <w:rPr>
          <w:rFonts w:ascii="Gentium Plus" w:hAnsi="Gentium Plus"/>
          <w:sz w:val="24"/>
        </w:rPr>
        <w:t>πράγματα τρυφή, ἡδυπάθεια, θρύψις, ἐκδιαίτησις, χλιδή, σκιατροφία· οἱ δ’ ἐσκιατροφημένοι σκιατροφίαι καλοῦνται. καὶ μετοχαὶ δ’ ἀπὸ πάντων. ὄνομα δ’ ἀπ’ οὐδενὸς ὅτι μὴ χλιδανός, τάχα καὶ ὁ θρυ‐ πτικός. ἐπίρρημα δὲ θρυπτικῶς καὶ ἐκδεδιῃτημένως, φαῦλον δὲ τὸ ἐσκιατροφημένως, καὶ βίαιον τὸ χλιδανῶς.</w:t>
      </w:r>
    </w:p>
    <w:p>
      <w:r>
        <w:rPr>
          <w:rFonts w:ascii="Courier New" w:hAnsi="Courier New"/>
          <w:color w:val="555555"/>
          <w:sz w:val="20"/>
        </w:rPr>
        <w:t>[6 . 186]</w:t>
      </w:r>
    </w:p>
    <w:p>
      <w:r>
        <w:rPr>
          <w:rFonts w:ascii="Gentium Plus" w:hAnsi="Gentium Plus"/>
          <w:sz w:val="24"/>
        </w:rPr>
        <w:t>ἐπὶ ταὐτοῦ λέγοιτ’ ἂν δωρεά, τιμή, ἆθλον, γέρας, μισθός, ἐπίχειρα. ἰδίως δὲ ἰατρῷ μὲν σῶστρα καὶ σωτήρια καὶ ἰατρεῖα, τῷ δὲ παιδεύοντι διδα‐ σκαλεῖα, τῷ δὲ στρατιώτῃ ἀριστεῖα καὶ ἐπινίκια καὶ νικητήρια, ὡς ἀθλητῇ ἆθλα καὶ χειροτέχνῃ ἐπίχειρα καὶ ἀγγέλῳ εὐαγγέλια καὶ τῷ φέροντι κό‐</w:t>
      </w:r>
    </w:p>
    <w:p>
      <w:r>
        <w:rPr>
          <w:rFonts w:ascii="Courier New" w:hAnsi="Courier New"/>
          <w:color w:val="555555"/>
          <w:sz w:val="20"/>
        </w:rPr>
        <w:t>[6 . 187]</w:t>
      </w:r>
    </w:p>
    <w:p>
      <w:r>
        <w:rPr>
          <w:rFonts w:ascii="Gentium Plus" w:hAnsi="Gentium Plus"/>
          <w:sz w:val="24"/>
        </w:rPr>
        <w:t>μιστρα, ὡς εὐεργέτῃ χαριστήρια καὶ τῷ μηνύσαντι μήνυτρα καὶ τροφεῖ θρέπτρα. λέγοις δ’ ἂν δωρεῖσθαι, τιμᾶν, γεραίρειν· Ξενοφῶν (Cyrop VIII 6. 11) δὲ καὶ ἐπιγεραίρειν τὸ γεραίρειν ἔφη. λέγοιτο δ’ ἂν ἐπὶ τούτων καὶ τὸ ἀμείβεσθαι. ἀμφίβολος δ’ ἡ ἀμοιβή· ἔστι</w:t>
      </w:r>
    </w:p>
    <w:p>
      <w:r>
        <w:rPr>
          <w:rFonts w:ascii="Courier New" w:hAnsi="Courier New"/>
          <w:color w:val="555555"/>
          <w:sz w:val="20"/>
        </w:rPr>
        <w:t>[5]</w:t>
      </w:r>
    </w:p>
    <w:p>
      <w:r>
        <w:rPr>
          <w:rFonts w:ascii="Gentium Plus" w:hAnsi="Gentium Plus"/>
          <w:sz w:val="24"/>
        </w:rPr>
        <w:t>μὲν γὰρ παρ’ Ἀρχιλόχῳ (fg 159) καὶ παρ’ Εὐριπίδῃ ἐν Ὀρέστῃ (467), τὸ δὲ παρ’ Ὁμήρῳ (α 318) ‘σοὶ δ’ ἄξιον ἔσται ἀμοιβῆσ‘ καὶ παρὰ</w:t>
      </w:r>
    </w:p>
    <w:p>
      <w:r>
        <w:rPr>
          <w:rFonts w:ascii="Courier New" w:hAnsi="Courier New"/>
          <w:color w:val="555555"/>
          <w:sz w:val="20"/>
        </w:rPr>
        <w:t>[6 . 188]</w:t>
      </w:r>
    </w:p>
    <w:p>
      <w:r>
        <w:rPr>
          <w:rFonts w:ascii="Gentium Plus" w:hAnsi="Gentium Plus"/>
          <w:sz w:val="24"/>
        </w:rPr>
        <w:t>Ὁ δ’ ἐπ’ ἀφροδισίοις μαινόμενος λάγνης ἂν καὶ λάγνος ῥη‐ θείη, λαγνίστατος, λαγνεύων, εἰς Ἀφροδίτην νοσῶν, ἀσελγαίνων, ἀκολασταίνων, πορνοκοπῶν, πορνοβοσκοῖς συνών, ἑταιριζόμενος— οὕτω γὰρ οἱ κωμικοὶ (III p 578 fg 1012 Ko) ὀνομάζουσιν τὸν</w:t>
      </w:r>
    </w:p>
    <w:p>
      <w:r>
        <w:rPr>
          <w:rFonts w:ascii="Courier New" w:hAnsi="Courier New"/>
          <w:color w:val="555555"/>
          <w:sz w:val="20"/>
        </w:rPr>
        <w:t>[5]</w:t>
      </w:r>
    </w:p>
    <w:p>
      <w:r>
        <w:rPr>
          <w:rFonts w:ascii="Gentium Plus" w:hAnsi="Gentium Plus"/>
          <w:sz w:val="24"/>
        </w:rPr>
        <w:t>περὶ τὰς ἑταίρας ἔχοντα—εἰς ἡδονὰς ἐκκεχυμένος, γυναιμανής, ἑταίραις συμβιούς, ἑταιριστής, περὶ τὰς τῶν ἑταιρῶν θύρας κεκυ‐ λινδημένος, μάχλος, ὀργῶν, ἐν οἰκήματι ζῶν, ἐν ματρυλείοις, ἐν ἀσωτείοις, ἐν κασαυρείοις, εἰ μὴ σφόδρα ποιητικὸν (Aristoph</w:t>
      </w:r>
    </w:p>
    <w:p>
      <w:r>
        <w:rPr>
          <w:rFonts w:ascii="Courier New" w:hAnsi="Courier New"/>
          <w:color w:val="555555"/>
          <w:sz w:val="20"/>
        </w:rPr>
        <w:t>[6 . 189]</w:t>
      </w:r>
    </w:p>
    <w:p>
      <w:r>
        <w:rPr>
          <w:rFonts w:ascii="Gentium Plus" w:hAnsi="Gentium Plus"/>
          <w:sz w:val="24"/>
        </w:rPr>
        <w:t>Eq 1282). λέγοιτο δ’ ἂν καὶ ὁ δύσερως καὶ ὁ δυσερωτιῶν. καὶ ἐρω‐ τομανῶν, καὶ ὁ ἐρωτομανὴς καὶ ὁ θρήνερως καὶ μισηνερώς. καὶ μισητὸν μέντοι τὸν τοιοῦτον οἱ κωμικοὶ (III p 587 fg 1079 Ko) καλοῦσι, καὶ μισητὴν τὴν μάχλον· ταύτην δ’ οὐχ ἑταίραν μόνον ἀλλὰ</w:t>
      </w:r>
    </w:p>
    <w:p>
      <w:r>
        <w:rPr>
          <w:rFonts w:ascii="Courier New" w:hAnsi="Courier New"/>
          <w:color w:val="555555"/>
          <w:sz w:val="20"/>
        </w:rPr>
        <w:t>[5]</w:t>
      </w:r>
    </w:p>
    <w:p>
      <w:r>
        <w:rPr>
          <w:rFonts w:ascii="Gentium Plus" w:hAnsi="Gentium Plus"/>
          <w:sz w:val="24"/>
        </w:rPr>
        <w:t>καὶ πόρνην καὶ χαμαιτύπην καὶ ἀσελγῆ καὶ ἀκόλαστον καὶ ῥᾳδίαν καὶ εὐχερῆ καὶ πρόχειρον καὶ μοιχεύτριαν. τὸ δὲ πρᾶγμα λαγνείαν, ἀσέλγειαν, ἀκολασίαν, εὐχέρειαν, ῥᾳστώνην, μαχλοσύνην, ἑταίρησιν, πορνείαν, μισητίαν.</w:t>
      </w:r>
    </w:p>
    <w:p>
      <w:r>
        <w:rPr>
          <w:rFonts w:ascii="Courier New" w:hAnsi="Courier New"/>
          <w:color w:val="555555"/>
          <w:sz w:val="20"/>
        </w:rPr>
        <w:t>[6 . 190]</w:t>
      </w:r>
    </w:p>
    <w:p>
      <w:r>
        <w:rPr>
          <w:rFonts w:ascii="Gentium Plus" w:hAnsi="Gentium Plus"/>
          <w:sz w:val="24"/>
        </w:rPr>
        <w:t>Δωροδόκος ῥήτωρ, δεδωροδοκημένος, δεδεκασμένος, διεφ‐ θαρμένος, ἐπὶ μισθῷ λέγων, ἐπ’ ἀργυρίῳ, ἐπὶ χρήμασι πολιτευόμενος, ἐπὶ τῆς τοῦ λαμβάνειν ὢν προαιρέσεως, πρὸς τοῦ διδόντος, ὢν παντὸς τοῦ διδόντος, μισθοδοτούμενος μισθαρνῶν, μισθοφορῶν,</w:t>
      </w:r>
    </w:p>
    <w:p>
      <w:r>
        <w:rPr>
          <w:rFonts w:ascii="Courier New" w:hAnsi="Courier New"/>
          <w:color w:val="555555"/>
          <w:sz w:val="20"/>
        </w:rPr>
        <w:t>[5]</w:t>
      </w:r>
    </w:p>
    <w:p>
      <w:r>
        <w:rPr>
          <w:rFonts w:ascii="Gentium Plus" w:hAnsi="Gentium Plus"/>
          <w:sz w:val="24"/>
        </w:rPr>
        <w:t>μισθοφόρος, μισθωτός, καταμισθοφορῶν, πρὸς ἀργύριον ῥέπων, πρὸς τὸ βαρῦνον, ὑποτιθεὶς τὴν χεῖρα τοῖς λήμμασι, πεπραμένος,</w:t>
      </w:r>
    </w:p>
    <w:p>
      <w:r>
        <w:rPr>
          <w:rFonts w:ascii="Courier New" w:hAnsi="Courier New"/>
          <w:color w:val="555555"/>
          <w:sz w:val="20"/>
        </w:rPr>
        <w:t>[6 . 191]</w:t>
      </w:r>
    </w:p>
    <w:p>
      <w:r>
        <w:rPr>
          <w:rFonts w:ascii="Gentium Plus" w:hAnsi="Gentium Plus"/>
          <w:sz w:val="24"/>
        </w:rPr>
        <w:t>παλίμπρατος, ἔμμισθος, τὴν φωνὴν πιπράσκων, ἀποδόμενος, πωλῶν, ἀπεμπολῶν, ἀποκηρύττων, ἀπομισθῶν, κέρδει τὴν εὐδαιμονίαν μετρῶν,</w:t>
      </w:r>
    </w:p>
    <w:p>
      <w:r>
        <w:rPr>
          <w:rFonts w:ascii="Courier New" w:hAnsi="Courier New"/>
          <w:color w:val="555555"/>
          <w:sz w:val="20"/>
        </w:rPr>
        <w:t>[5]</w:t>
      </w:r>
    </w:p>
    <w:p>
      <w:r>
        <w:rPr>
          <w:rFonts w:ascii="Gentium Plus" w:hAnsi="Gentium Plus"/>
          <w:sz w:val="24"/>
        </w:rPr>
        <w:t>πόλησις, φιλοκέρδεια αἰσχροκέρδεια. ὁ δ’ ἐναντίος ἄδωρος, ἀδω‐ ροδόκητος, ἀδέκαστος, ἀμίσθωτος, ἀδιάφθορος, ἀνάργυρος, ἄπρατος ἐλεύθερος, κρείττων λημμάτων, ἀντιβλέπων πρὸς ἀργύριον, οὐ καθελ‐ κόμενος ὑπὸ λήμματος, οὐ βαρυνόμενος.</w:t>
      </w:r>
    </w:p>
    <w:p>
      <w:r>
        <w:rPr>
          <w:rFonts w:ascii="Courier New" w:hAnsi="Courier New"/>
          <w:color w:val="555555"/>
          <w:sz w:val="20"/>
        </w:rPr>
        <w:t>[6 . 193]</w:t>
      </w:r>
    </w:p>
    <w:p>
      <w:r>
        <w:rPr>
          <w:rFonts w:ascii="Gentium Plus" w:hAnsi="Gentium Plus"/>
          <w:sz w:val="24"/>
        </w:rPr>
        <w:t>Ταὐτόν ἐστιν ἀναιρεῖν, φονεύειν, κτείνειν ἀποκτείνειν ἀποκτει‐ νύειν ἀποκτεινύναι, σφάττειν ἀποσφάττειν—Θουκυδίδης (VII 84. 5) δὲ καὶ ἔσφαζον λέγει—δολοφονεῖν μιαιφονεῖν, ἀποχρᾶσθαι διαχρᾶσθαι. τὰ δὲ ὀνόματα ἀνδροφόνος φονεύς φονικός, σφαγεύς, μιαιφόνος·</w:t>
      </w:r>
    </w:p>
    <w:p>
      <w:r>
        <w:rPr>
          <w:rFonts w:ascii="Courier New" w:hAnsi="Courier New"/>
          <w:color w:val="555555"/>
          <w:sz w:val="20"/>
        </w:rPr>
        <w:t>[5]</w:t>
      </w:r>
    </w:p>
    <w:p>
      <w:r>
        <w:rPr>
          <w:rFonts w:ascii="Gentium Plus" w:hAnsi="Gentium Plus"/>
          <w:sz w:val="24"/>
        </w:rPr>
        <w:t>ἀπὸ δὲ τῶν ἄλλων μετοχαί. σφαγεὺς μέντοι παρὰ Σοφοκλεῖ (Aias 802) καὶ τὸ ξίφος. τὰ δὲ πράγματα ἀναίρεσις, φόνος, σφαγή, μιαιφονία, ἀνδροφονία. ἐπίρρημα δὲ† καὶ μόνον φονικῶς.</w:t>
      </w:r>
    </w:p>
    <w:p>
      <w:r>
        <w:rPr>
          <w:rFonts w:ascii="Courier New" w:hAnsi="Courier New"/>
          <w:color w:val="555555"/>
          <w:sz w:val="20"/>
        </w:rPr>
        <w:t>[6 . 194]</w:t>
      </w:r>
    </w:p>
    <w:p>
      <w:r>
        <w:rPr>
          <w:rFonts w:ascii="Gentium Plus" w:hAnsi="Gentium Plus"/>
          <w:sz w:val="24"/>
        </w:rPr>
        <w:t>ταὐτόν ἐστιν ἄφνω, ἐξαίφνης, ἐξαπίνης, αἰφνίδιον, ἐξαπίναιον, 〈αἰφνιδίωσ〉 ἐξαπιναίως. χρηστέον δ’ ἐπὶ τούτου καὶ τῷ ἀπροσδοκήτως, τάχα δὲ καὶ τῷ ἀνελπίστως καὶ ἐξ ἀπροσδοκήτου καὶ ἀνελπίστου. ταὐτόν ἐστιν ὑποχωρεῖν, ἐκχωρεῖν, ὑπαπιέναι, ὑπαλλάττεσθαι</w:t>
      </w:r>
    </w:p>
    <w:p>
      <w:r>
        <w:rPr>
          <w:rFonts w:ascii="Courier New" w:hAnsi="Courier New"/>
          <w:color w:val="555555"/>
          <w:sz w:val="20"/>
        </w:rPr>
        <w:t>[5]</w:t>
      </w:r>
    </w:p>
    <w:p>
      <w:r>
        <w:rPr>
          <w:rFonts w:ascii="Gentium Plus" w:hAnsi="Gentium Plus"/>
          <w:sz w:val="24"/>
        </w:rPr>
        <w:t>ὑπεξιέναι, ὑπαφίστασθαι ὑπεξίστασθαι, ἐκκλέπτειν ἑαυτὸν καὶ ὑποκλέπτειν ἑαυτούς. τάχα δ’ ἂν εἰς ταὐτὸν συντελοῖ καὶ τὸ σπείρεσθαι διασπείρεσθαι, διασκεδάννυσθαι ἢ ὡς Ξενοφῶν(?) διασκίδνασθαι, ἢ διαπεφορῆσθαι ὡς Κριτίας (Diels VS 81. 62), καὶ ὑπεκτίθεσθαι δ’ ἑαυτὸν ἢ τὰ ἑαυτοῦ.</w:t>
      </w:r>
    </w:p>
    <w:p>
      <w:r>
        <w:rPr>
          <w:rFonts w:ascii="Courier New" w:hAnsi="Courier New"/>
          <w:color w:val="555555"/>
          <w:sz w:val="20"/>
        </w:rPr>
        <w:t>[6 . 195]</w:t>
      </w:r>
    </w:p>
    <w:p>
      <w:r>
        <w:rPr>
          <w:rFonts w:ascii="Gentium Plus" w:hAnsi="Gentium Plus"/>
          <w:sz w:val="24"/>
        </w:rPr>
        <w:t>καὶ τὸ αὐτῶν μέρος, ὅσον ἐστὶν ἐπ’ αὐτοῖς, τὸ κατ’ αὐτούς, τὸ ἐπ’ αὐτοὺς ἧκον, τὸ ἐπ’ αὐτοῖς. Κριτίας δέ πού φησιν (Diels VS 81. 63) ‘ἐπὶ τόγε, ἐπὶ τὸ χρηστοὺς εἶναι.‘</w:t>
      </w:r>
    </w:p>
    <w:p>
      <w:r>
        <w:rPr>
          <w:rFonts w:ascii="Courier New" w:hAnsi="Courier New"/>
          <w:color w:val="555555"/>
          <w:sz w:val="20"/>
        </w:rPr>
        <w:t>[6 . 196]</w:t>
      </w:r>
    </w:p>
    <w:p>
      <w:r>
        <w:rPr>
          <w:rFonts w:ascii="Gentium Plus" w:hAnsi="Gentium Plus"/>
          <w:sz w:val="24"/>
        </w:rPr>
        <w:t>Οὐσία, κλῆρος, κτῆσις, περιουσία, πλοῦτος, βίος, χρήματα εὐχρηματία πολυχρηματία, εὐκτημοσύνη πολυκτημοσύνη, κτήματα, ἐπικαρπία, τὰ ὑπάρχοντα, τὰ ὄντα. εὔκληρος βαθύκληρος, πο‐ λυκτήμων, πλούσιος βαθύπλουτος, πολυχρήματος. καὶ ἄβιος,</w:t>
      </w:r>
    </w:p>
    <w:p>
      <w:r>
        <w:rPr>
          <w:rFonts w:ascii="Courier New" w:hAnsi="Courier New"/>
          <w:color w:val="555555"/>
          <w:sz w:val="20"/>
        </w:rPr>
        <w:t>[5]</w:t>
      </w:r>
    </w:p>
    <w:p>
      <w:r>
        <w:rPr>
          <w:rFonts w:ascii="Gentium Plus" w:hAnsi="Gentium Plus"/>
          <w:sz w:val="24"/>
        </w:rPr>
        <w:t>ἔμβιος ὣς Ἀντιφῶν (Diels VS 80. 15) φησί, καὶ εὔβιος Πλά‐ των(?) ὡς δὲ καὶ εὐχρημονεῖν τὸ πλουτεῖν καὶ ἀχρη‐</w:t>
      </w:r>
    </w:p>
    <w:p>
      <w:r>
        <w:rPr>
          <w:rFonts w:ascii="Courier New" w:hAnsi="Courier New"/>
          <w:color w:val="555555"/>
          <w:sz w:val="20"/>
        </w:rPr>
        <w:t>[6 . 197]</w:t>
      </w:r>
    </w:p>
    <w:p>
      <w:r>
        <w:rPr>
          <w:rFonts w:ascii="Gentium Plus" w:hAnsi="Gentium Plus"/>
          <w:sz w:val="24"/>
        </w:rPr>
        <w:t>μισθαρνεῖν, θητεύειν, ἀγείρειν, προσαιτεῖν. καὶ ὁ πένης ἄπορος, ἀχρή‐ ματος, ἀκτήμων, ἄκληρος, ἐνδεῶς πράττων, ἀπόρως πράττων, ἐν πενίᾳ καθεστηκώς, σπανίζων· ἐξ ὧν καὶ πενία, ἀκληρία, ἀπορία, ἀχρημοσύνη ἀχρηματία, ἀκτημοσύνη, σπάνις, ἔνδεια ἔκδεια, ἐπίλειψις.</w:t>
      </w:r>
    </w:p>
    <w:p>
      <w:r>
        <w:rPr>
          <w:rFonts w:ascii="Courier New" w:hAnsi="Courier New"/>
          <w:color w:val="555555"/>
          <w:sz w:val="20"/>
        </w:rPr>
        <w:t>[5]</w:t>
      </w:r>
    </w:p>
    <w:p>
      <w:r>
        <w:rPr>
          <w:rFonts w:ascii="Gentium Plus" w:hAnsi="Gentium Plus"/>
          <w:sz w:val="24"/>
        </w:rPr>
        <w:t>ἰδίως δὲ τοὺς μὲν πλουσίους καὶ τοὺς παχεῖς καὶ τοὺς ὀλίγους καὶ τοὺς ἐνδόξους καὶ τοὺς βελτίους καὶ τοὺς χρηστοὺς καὶ τοῦς ἱππέας ὠνόμαζον, τοὺς δὲ πένητας τοὺς πολλούς, τοὺς δημοτικούς, τὸν δῆμον. ἔνιοι δὲ πένητα τὸν πτωχὸν καὶ πτωχείαν τὴν πενίαν. οἱ δὲ τὸν οὕτω πράττοντα καὶ γυμνὸν καὶ κρίνον</w:t>
      </w:r>
    </w:p>
    <w:p>
      <w:r>
        <w:rPr>
          <w:rFonts w:ascii="Courier New" w:hAnsi="Courier New"/>
          <w:color w:val="555555"/>
          <w:sz w:val="20"/>
        </w:rPr>
        <w:t>[10]</w:t>
      </w:r>
    </w:p>
    <w:p>
      <w:r>
        <w:rPr>
          <w:rFonts w:ascii="Gentium Plus" w:hAnsi="Gentium Plus"/>
          <w:sz w:val="24"/>
        </w:rPr>
        <w:t>ὠνόμαζον.</w:t>
      </w:r>
    </w:p>
    <w:p>
      <w:r>
        <w:rPr>
          <w:rFonts w:ascii="Courier New" w:hAnsi="Courier New"/>
          <w:color w:val="555555"/>
          <w:sz w:val="20"/>
        </w:rPr>
        <w:t>[6 . 198]</w:t>
      </w:r>
    </w:p>
    <w:p>
      <w:r>
        <w:rPr>
          <w:rFonts w:ascii="Gentium Plus" w:hAnsi="Gentium Plus"/>
          <w:sz w:val="24"/>
        </w:rPr>
        <w:t>Ἐξόρους δ’ ἐρεῖς ὑπερορίους, ἐκδήμους, διαπον‐ τίους, ἐπιστολιμαίους, ἀλλοφύλους ἄνδρας τε καὶ δυνάμεις καὶ πο‐ λέμους.</w:t>
      </w:r>
    </w:p>
    <w:p>
      <w:r>
        <w:rPr>
          <w:rFonts w:ascii="Courier New" w:hAnsi="Courier New"/>
          <w:color w:val="555555"/>
          <w:sz w:val="20"/>
        </w:rPr>
        <w:t>[6 . 199]</w:t>
      </w:r>
    </w:p>
    <w:p>
      <w:r>
        <w:rPr>
          <w:rFonts w:ascii="Gentium Plus" w:hAnsi="Gentium Plus"/>
          <w:sz w:val="24"/>
        </w:rPr>
        <w:t>Γέλως ἐρεῖς καὶ μειδιασμὸς καὶ μειδίαμα καὶ μειδίασις, φαι‐ δρότης ὀφθαλμῶν, ἄνεσις προσώπου, καγχασμός· καὶ ἑτέρας χρείας χλευασμός χλευασία, κατάγελως. γελᾶν, μειδιᾶν ὑπομειδιᾶν ἐπιμειδιᾶν, ἀνιέναι τὸ πρόσωπον, φαιδρύνεσθαι τὼ ὀφθαλμώ, καγχάζειν, χλευά‐</w:t>
      </w:r>
    </w:p>
    <w:p>
      <w:r>
        <w:rPr>
          <w:rFonts w:ascii="Courier New" w:hAnsi="Courier New"/>
          <w:color w:val="555555"/>
          <w:sz w:val="20"/>
        </w:rPr>
        <w:t>[5]</w:t>
      </w:r>
    </w:p>
    <w:p>
      <w:r>
        <w:rPr>
          <w:rFonts w:ascii="Gentium Plus" w:hAnsi="Gentium Plus"/>
          <w:sz w:val="24"/>
        </w:rPr>
        <w:t>ζειν ἐπιχλευάζειν καταχλευάζειν ἐκχλευάζειν, καταγελᾶν ἐπιγελᾶν</w:t>
      </w:r>
    </w:p>
    <w:p>
      <w:r>
        <w:rPr>
          <w:rFonts w:ascii="Courier New" w:hAnsi="Courier New"/>
          <w:color w:val="555555"/>
          <w:sz w:val="20"/>
        </w:rPr>
        <w:t>[6 . 200]</w:t>
      </w:r>
    </w:p>
    <w:p>
      <w:r>
        <w:rPr>
          <w:rFonts w:ascii="Gentium Plus" w:hAnsi="Gentium Plus"/>
          <w:sz w:val="24"/>
        </w:rPr>
        <w:t>ἐπεγγελᾶν πλατὺς γέλως, καὶ ὡς Πλάτων (357 A) γέλως σαρδό‐ νιος, ἔκγελως παρὰ Πλάτωνι(?) γελαστικός· οὕτω γὰρ ὁρίζονται τὸν ἄνθρωπον, ὅτι μόνος ἐξ ἁπάντων τῶν ζῴων γελᾷ. χλευαστικός κατα‐ χλευαστικός. καταγελαστικῶς χλευαστικῶς· οὐ γὰρ ἂν προσοίμην</w:t>
      </w:r>
    </w:p>
    <w:p>
      <w:r>
        <w:rPr>
          <w:rFonts w:ascii="Courier New" w:hAnsi="Courier New"/>
          <w:color w:val="555555"/>
          <w:sz w:val="20"/>
        </w:rPr>
        <w:t>[5]</w:t>
      </w:r>
    </w:p>
    <w:p>
      <w:r>
        <w:rPr>
          <w:rFonts w:ascii="Gentium Plus" w:hAnsi="Gentium Plus"/>
          <w:sz w:val="24"/>
        </w:rPr>
        <w:t>ἀπὸ τῶν ἄλλων ἐπιρρήματα. τάχα δ’ ἂν εἴη τῆς αὐτῆς χρείας τὸ καταμωκᾶσθαι, κατειρωνεύεσθαι, διασύρειν, κωμῳδεῖν διακωμῳδεῖν, τωθάζειν. εἴρων, κωμῳδικός, τωθαστικός· ὁ γὰρ γελοῖος καὶ τὸ γελοιά‐ ζειν καὶ τὸ γελοίως ἑτέρας ἐστὶ χρείας, ὥσπερ καὶ ὁ καταγέλαστος καὶ παρὰ τοῖς ποιηταῖς (Aischyl Prom 89) τὸ τῆς θαλάττης γέλασμα.</w:t>
      </w:r>
    </w:p>
    <w:p>
      <w:r>
        <w:rPr>
          <w:rFonts w:ascii="Courier New" w:hAnsi="Courier New"/>
          <w:color w:val="555555"/>
          <w:sz w:val="20"/>
        </w:rPr>
        <w:t>[6 . 201]</w:t>
      </w:r>
    </w:p>
    <w:p>
      <w:r>
        <w:rPr>
          <w:rFonts w:ascii="Gentium Plus" w:hAnsi="Gentium Plus"/>
          <w:sz w:val="24"/>
        </w:rPr>
        <w:t>Κλαίειν δ’ ἐρεῖς ἀποκλαίειν ἀνακλαίειν, δακρύειν ἀποδακρύειν, κλαυθμυρίζεσθαι, θρηνεῖν, ὀδύρεσθαι ἐποδύρεσθαι ἀποδύρεσθαι, δεινο‐ παθεῖν, οἰμώζειν, ὀλοφύρεσθαι κατολοφύρεσθαι, ποτνιᾶσθαι, οἰκτίζεσθαι, καὶ κλαυθμός, δάκρυον, κλαυθμυρισμός, ὀδύρματα, θρῆνος, ὀλόφυρσις,</w:t>
      </w:r>
    </w:p>
    <w:p>
      <w:r>
        <w:rPr>
          <w:rFonts w:ascii="Courier New" w:hAnsi="Courier New"/>
          <w:color w:val="555555"/>
          <w:sz w:val="20"/>
        </w:rPr>
        <w:t>[5]</w:t>
      </w:r>
    </w:p>
    <w:p>
      <w:r>
        <w:rPr>
          <w:rFonts w:ascii="Gentium Plus" w:hAnsi="Gentium Plus"/>
          <w:sz w:val="24"/>
        </w:rPr>
        <w:t>οἶκτος οἰκτισμός, οἰμωγή· τραχὺ γὰρ ἡ ποτνίασις, καὶ εὐτελὲς ἡ δει‐</w:t>
      </w:r>
    </w:p>
    <w:p>
      <w:r>
        <w:rPr>
          <w:rFonts w:ascii="Courier New" w:hAnsi="Courier New"/>
          <w:color w:val="555555"/>
          <w:sz w:val="20"/>
        </w:rPr>
        <w:t>[6 . 202]</w:t>
      </w:r>
    </w:p>
    <w:p>
      <w:r>
        <w:rPr>
          <w:rFonts w:ascii="Gentium Plus" w:hAnsi="Gentium Plus"/>
          <w:sz w:val="24"/>
        </w:rPr>
        <w:t>νοπάθεια. φιλόδακρυς δὲ καὶ πολύδακρυς καὶ θρηνητικὸς καὶ ὀδυρ‐ τικὸς καὶ θρηνώδης, καὶ θρήνων ἔξαρχος, καὶ θρηνῳδός, ὃν καὶ θρῆνον ἐκάλουν. ἐπιρρήματα δὲ οὐκ ἀπὸ πάντων, ἀλλὰ θρηνητικῶς. εἴποις δ’ ἂν ὅτι τὸ γυναικεῖον γένος ἐστὶ θρηνῶδες καὶ φιλόθρηνον</w:t>
      </w:r>
    </w:p>
    <w:p>
      <w:r>
        <w:rPr>
          <w:rFonts w:ascii="Courier New" w:hAnsi="Courier New"/>
          <w:color w:val="555555"/>
          <w:sz w:val="20"/>
        </w:rPr>
        <w:t>[5]</w:t>
      </w:r>
    </w:p>
    <w:p>
      <w:r>
        <w:rPr>
          <w:rFonts w:ascii="Gentium Plus" w:hAnsi="Gentium Plus"/>
          <w:sz w:val="24"/>
        </w:rPr>
        <w:t>καὶ φιλόδυρτον καὶ θρηνητικόν.</w:t>
      </w:r>
    </w:p>
    <w:p>
      <w:r>
        <w:rPr>
          <w:rFonts w:ascii="Courier New" w:hAnsi="Courier New"/>
          <w:color w:val="555555"/>
          <w:sz w:val="20"/>
        </w:rPr>
        <w:t>[6 . 203]</w:t>
      </w:r>
    </w:p>
    <w:p>
      <w:r>
        <w:rPr>
          <w:rFonts w:ascii="Gentium Plus" w:hAnsi="Gentium Plus"/>
          <w:sz w:val="24"/>
        </w:rPr>
        <w:t>Ὄνομα, κλῆσις, προσηγορία, πρόσρησις πρόσρημα, ἐπίκλησις ἐπίκλην, ἐπωνυμία ὀνομασία. καὶ τὰ ἀπαρέμφατα ὀνομάζειν, καλεῖν, προσαγορεύειν, ἐπονομάζειν.</w:t>
      </w:r>
    </w:p>
    <w:p>
      <w:r>
        <w:rPr>
          <w:rFonts w:ascii="Courier New" w:hAnsi="Courier New"/>
          <w:color w:val="555555"/>
          <w:sz w:val="20"/>
        </w:rPr>
        <w:t>[6 . 204]</w:t>
      </w:r>
    </w:p>
    <w:p>
      <w:r>
        <w:rPr>
          <w:rFonts w:ascii="Gentium Plus" w:hAnsi="Gentium Plus"/>
          <w:sz w:val="24"/>
        </w:rPr>
        <w:t>Καίριον δ’ ἐρεῖς τὸ αὐτὸ καὶ ἔγκαιρον εὔκαιρον ἐπίκαιρον· ἐν καιρῷ, κατὰ καιρόν, ἐπὶ καιροῦ, καιρίως, εὐκαίρως ἐγκαίρως ἐπικαίρως· εὐκαιρία ὡς Πλάτων (Phaedr 272 A). τὸ δ’ ἐναντίον ἄκαιρον, ἔξω καιροῦ, ἀκαίρως, ἀκαιρία. ἀπὸ δὲ τούτων τὸ καιρο‐</w:t>
      </w:r>
    </w:p>
    <w:p>
      <w:r>
        <w:rPr>
          <w:rFonts w:ascii="Courier New" w:hAnsi="Courier New"/>
          <w:color w:val="555555"/>
          <w:sz w:val="20"/>
        </w:rPr>
        <w:t>[5]</w:t>
      </w:r>
    </w:p>
    <w:p>
      <w:r>
        <w:rPr>
          <w:rFonts w:ascii="Gentium Plus" w:hAnsi="Gentium Plus"/>
          <w:sz w:val="24"/>
        </w:rPr>
        <w:t>φυλακεῖν καὶ καραδοκεῖν ἔλεγον. τὸ δὲ καίριον καθ’ ἑτέραν χρείαν εἴποι ἄν τις καὶ εὔστοχον, ἐπίσκοπον, ἐπιτυχές εὐτυχές, ἀπλανές,</w:t>
      </w:r>
    </w:p>
    <w:p>
      <w:r>
        <w:rPr>
          <w:rFonts w:ascii="Courier New" w:hAnsi="Courier New"/>
          <w:color w:val="555555"/>
          <w:sz w:val="20"/>
        </w:rPr>
        <w:t>[6 . 205]</w:t>
      </w:r>
    </w:p>
    <w:p>
      <w:r>
        <w:rPr>
          <w:rFonts w:ascii="Gentium Plus" w:hAnsi="Gentium Plus"/>
          <w:sz w:val="24"/>
        </w:rPr>
        <w:t>ἀσφαλές, τάχα καὶ ἀστραβές, ὡς τὸ ἐναντίον ἄσκοπον, ἄστοχον, ἀτυ‐ χές δυστυχές, διημαρτημένον, ἐσφαλμένον· καὶ εὐστοχίαν ἐπιτυχίαν εὐτυχίαν—οὐ γὰρ καὶ ἐπισκοπίαν—καὶ ἀστοχίαν δυστυχίαν διαμαρτίαν ἀτυχίαν· καὶ εὐστόχως καὶ ἐπισκόπως, εὐτυχῶς ἐπι‐</w:t>
      </w:r>
    </w:p>
    <w:p>
      <w:r>
        <w:rPr>
          <w:rFonts w:ascii="Courier New" w:hAnsi="Courier New"/>
          <w:color w:val="555555"/>
          <w:sz w:val="20"/>
        </w:rPr>
        <w:t>[5]</w:t>
      </w:r>
    </w:p>
    <w:p>
      <w:r>
        <w:rPr>
          <w:rFonts w:ascii="Gentium Plus" w:hAnsi="Gentium Plus"/>
          <w:sz w:val="24"/>
        </w:rPr>
        <w:t>τυχῶς, ἀπλανῶς, ἀσφαλῶς, ἀστραβῶς, ἀστόχως, ἀσκόπως, ἀτυχῶς, διημαρτημένως, ἐσφαλμένως, σφαλερῶς.</w:t>
      </w:r>
    </w:p>
    <w:p>
      <w:r>
        <w:rPr>
          <w:rFonts w:ascii="Courier New" w:hAnsi="Courier New"/>
          <w:color w:val="555555"/>
          <w:sz w:val="20"/>
        </w:rPr>
        <w:t>[6 . 206]</w:t>
      </w:r>
    </w:p>
    <w:p>
      <w:r>
        <w:rPr>
          <w:rFonts w:ascii="Gentium Plus" w:hAnsi="Gentium Plus"/>
          <w:sz w:val="24"/>
        </w:rPr>
        <w:t>Δῆλον ἔνδηλον πρόδηλον ἐπίδηλον ἔκδηλον—ποιητικὸν (Hom B 318, N 244) γὰρ τὸ ἀρίδηλον—προφανές ἐπιφανές ἐκφανές περιφανές καταφανές, σαφές, γνώριμον, ἐληλεγμένον, πολυθρύλητον τεθρυλημένον ἐκτεθρυλημένον, μυριόλεκτον ὡς Ξενοφῶν (Hell V.</w:t>
      </w:r>
    </w:p>
    <w:p>
      <w:r>
        <w:rPr>
          <w:rFonts w:ascii="Courier New" w:hAnsi="Courier New"/>
          <w:color w:val="555555"/>
          <w:sz w:val="20"/>
        </w:rPr>
        <w:t>[5]</w:t>
      </w:r>
    </w:p>
    <w:p>
      <w:r>
        <w:rPr>
          <w:rFonts w:ascii="Gentium Plus" w:hAnsi="Gentium Plus"/>
          <w:sz w:val="24"/>
        </w:rPr>
        <w:t>2. 17) συμβαίνοι δ’ ἂν εἰς ταὐτὸν καὶ τὸ ἔκπυστον, ἔκφαντον, ἔκ‐</w:t>
      </w:r>
    </w:p>
    <w:p>
      <w:r>
        <w:rPr>
          <w:rFonts w:ascii="Courier New" w:hAnsi="Courier New"/>
          <w:color w:val="555555"/>
          <w:sz w:val="20"/>
        </w:rPr>
        <w:t>[6 . 207]</w:t>
      </w:r>
    </w:p>
    <w:p>
      <w:r>
        <w:rPr>
          <w:rFonts w:ascii="Gentium Plus" w:hAnsi="Gentium Plus"/>
          <w:sz w:val="24"/>
        </w:rPr>
        <w:t>φορον, καὶ τὸ ἐπίρρητον, ἐπιβόητον περιβόητον, κεκηρυγμένον. καὶ τὰ ἀπαρέμφατα δηλῶσαι, ἐκφῆναι, σαφηνίσαι, γνωρίσαι, θρυλῆσαι, κηρῦξαι ἐκκηρῦξαι, ἐκλαλῆσαι, ἐκβοῆσαι, ἐκθρυλῆσαι, ἐκθροῆσαι, ἐξαγορεῦσαι, ἐλέγξαι, τάχα δὲ καὶ διακαλύψαι καὶ ἐκκαλύ‐</w:t>
      </w:r>
    </w:p>
    <w:p>
      <w:r>
        <w:rPr>
          <w:rFonts w:ascii="Courier New" w:hAnsi="Courier New"/>
          <w:color w:val="555555"/>
          <w:sz w:val="20"/>
        </w:rPr>
        <w:t>[5]</w:t>
      </w:r>
    </w:p>
    <w:p>
      <w:r>
        <w:rPr>
          <w:rFonts w:ascii="Gentium Plus" w:hAnsi="Gentium Plus"/>
          <w:sz w:val="24"/>
        </w:rPr>
        <w:t>ψαι καὶ ἀποκαλύψαι. καὶ ἐνδήλως ἐκδήλως προδήλως ἐπιδή‐ λως· τὸ γὰρ καταδήλως καὶ δήλως εὐτελῆ, προφανῶς δὲ καὶ ἐκφανῶς</w:t>
      </w:r>
    </w:p>
    <w:p>
      <w:r>
        <w:rPr>
          <w:rFonts w:ascii="Courier New" w:hAnsi="Courier New"/>
          <w:color w:val="555555"/>
          <w:sz w:val="20"/>
        </w:rPr>
        <w:t>[6 . 208]</w:t>
      </w:r>
    </w:p>
    <w:p>
      <w:r>
        <w:rPr>
          <w:rFonts w:ascii="Gentium Plus" w:hAnsi="Gentium Plus"/>
          <w:sz w:val="24"/>
        </w:rPr>
        <w:t>ἀπαρακαλύπτως, ἀνυποστόλως, πολυθρυλήτως τεθρυλημένως· σκλη‐ ρὸν γὰρ τὸ ἐληλεγμένως, ἐπιρρήτως δὲ καὶ ἐπιβοήτως καὶ πε‐ ριβοήτως. τὸ δὲ κεκηρυγμένως ἄηθες. ἐκ δὲ τῶν ἄλλων ἀποκε‐ καλυμμένως. καὶ δήλωμα δὲ καὶ δήλωσις καὶ περιφάνεια, γνῶ‐</w:t>
      </w:r>
    </w:p>
    <w:p>
      <w:r>
        <w:rPr>
          <w:rFonts w:ascii="Courier New" w:hAnsi="Courier New"/>
          <w:color w:val="555555"/>
          <w:sz w:val="20"/>
        </w:rPr>
        <w:t>[5]</w:t>
      </w:r>
    </w:p>
    <w:p>
      <w:r>
        <w:rPr>
          <w:rFonts w:ascii="Gentium Plus" w:hAnsi="Gentium Plus"/>
          <w:sz w:val="24"/>
        </w:rPr>
        <w:t>σις, σαφήνεια, θροῦς, ἔλεγχος· σκληρὸν γὰρ τὸ ἐπιβόημα. ἀπὸ δὲ τῶν ἄλλων ἢ οὐκ ἔστι τὰ πράγματα, ἢ ἄντικρυς ἄλλα δηλοῖ, τάχα δ’ ἂν τούτοις προσαριθμήσαις τὸ διαρρήδην, ἀναφανδόν, διαφάδην</w:t>
      </w:r>
    </w:p>
    <w:p>
      <w:r>
        <w:rPr>
          <w:rFonts w:ascii="Courier New" w:hAnsi="Courier New"/>
          <w:color w:val="555555"/>
          <w:sz w:val="20"/>
        </w:rPr>
        <w:t>[6 . 209]</w:t>
      </w:r>
    </w:p>
    <w:p>
      <w:r>
        <w:rPr>
          <w:rFonts w:ascii="Gentium Plus" w:hAnsi="Gentium Plus"/>
          <w:sz w:val="24"/>
        </w:rPr>
        <w:t>ὡμολογημένως. τὰ δ’ ἐναντία ἄδηλον, ἀφανές, ἀσαφές, ἄγνωστον, ἀνέλεγκτον, ἀπόρρητον, ἀνέκπυστον, ἄφθεγκτον, σεσιγημένον, ἀνέκφορον, ἐπικεκρυμμένον, κρυπτόν κρυπτόμενον ἐπικρυπτόμενον διακρυπτόμενον, ἀγνοούμενον, λανθάνον, συνεσκιασμένον συγκε‐</w:t>
      </w:r>
    </w:p>
    <w:p>
      <w:r>
        <w:rPr>
          <w:rFonts w:ascii="Courier New" w:hAnsi="Courier New"/>
          <w:color w:val="555555"/>
          <w:sz w:val="20"/>
        </w:rPr>
        <w:t>[5]</w:t>
      </w:r>
    </w:p>
    <w:p>
      <w:r>
        <w:rPr>
          <w:rFonts w:ascii="Gentium Plus" w:hAnsi="Gentium Plus"/>
          <w:sz w:val="24"/>
        </w:rPr>
        <w:t>καλυμμένον, παρακεκαλυμμένον ὑπὸ παραπετάσματι. καὶ ἀφα‐ νίσαι, κρύψαι κατακρύψαι κατασιγάσαι, ἐπικρύψασθαι διακρύψασθαι, λαθεῖν, ἀγνοηθῆναι, συσκιάσαι, παρακαλύψασθαι προκαλύψασθαι, ὑποστείλασθαι, παραπετάσασθαι. καὶ τὰ ἐπιρρήματα ἀδήλως, ἀφανῶς, ἀσαφῶς, ἀγνώστως, ἀνελέγκτως, ἀπορρήτως ἀρρήτως, κε‐</w:t>
      </w:r>
    </w:p>
    <w:p>
      <w:r>
        <w:rPr>
          <w:rFonts w:ascii="Courier New" w:hAnsi="Courier New"/>
          <w:color w:val="555555"/>
          <w:sz w:val="20"/>
        </w:rPr>
        <w:t>[10]</w:t>
      </w:r>
    </w:p>
    <w:p>
      <w:r>
        <w:rPr>
          <w:rFonts w:ascii="Gentium Plus" w:hAnsi="Gentium Plus"/>
          <w:sz w:val="24"/>
        </w:rPr>
        <w:t>κρυμμένως, λεληθότως λανθανόντως, στεγανῶς· φορτικὸν γὰ σιγηλῶς, τὰ δ’ ἀπὸ τῶν ἄλλων σκληρὰ ἢ εὐτελῆ.</w:t>
      </w:r>
    </w:p>
    <w:p>
      <w:r>
        <w:rPr>
          <w:rFonts w:ascii="Courier New" w:hAnsi="Courier New"/>
          <w:color w:val="555555"/>
          <w:sz w:val="20"/>
        </w:rPr>
        <w:t>[7 . 1]</w:t>
      </w:r>
    </w:p>
    <w:p>
      <w:r>
        <w:rPr>
          <w:rFonts w:ascii="Gentium Plus" w:hAnsi="Gentium Plus"/>
          <w:sz w:val="24"/>
        </w:rPr>
        <w:t>Ἰούλιος Πολυδεύκης Κομμόδῳ Καίσαρι χαίρειν. τὸν ταῦτα συν‐ τιθέντα τὰ βιβλία οὐ πολλοῖς ὡμιληκέναι μόνον ἐχρῆν ἐμμέτροις τε καὶ ἀμέτροις λόγοις, ὥσπερ ἂν εἴποι ὁ Πλάτων (Lg VII 811 D) ‘ἔν τε ποιήμασι καὶ χύδην,‘ ἀλλὰ προσθεῖναί τι αὐτοῖς καὶ συντάξεως</w:t>
      </w:r>
    </w:p>
    <w:p>
      <w:r>
        <w:rPr>
          <w:rFonts w:ascii="Courier New" w:hAnsi="Courier New"/>
          <w:color w:val="555555"/>
          <w:sz w:val="20"/>
        </w:rPr>
        <w:t>[5]</w:t>
      </w:r>
    </w:p>
    <w:p>
      <w:r>
        <w:rPr>
          <w:rFonts w:ascii="Gentium Plus" w:hAnsi="Gentium Plus"/>
          <w:sz w:val="24"/>
        </w:rPr>
        <w:t>σχῆμα καὶ τὸ ἐν τοῖς ἀνομοίοις ὅμοιον, ἔτι δὲ καὶ ἀκρίβειάν τινα ἐπὶ τῆς ψυχῆς ἔχειν εἰς βασάνου κρίσιν. τοῦδε εἵνεκα οὐδὲ συν‐ εργὸν ἐδυνάμην εἰς πάντα παραλαβεῖν οὐδένα· οὔτε γὰρ εἶχον ὅτῳ πιστεύσαιμι ἐοικότι, καὶ ἔδει πάντως ἑκάστῳ προσεῖναι τὸ ἐμοὶ δο‐ κοῦν. ἔρρωσο κύριε.</w:t>
      </w:r>
    </w:p>
    <w:p>
      <w:r>
        <w:rPr>
          <w:rFonts w:ascii="Courier New" w:hAnsi="Courier New"/>
          <w:color w:val="555555"/>
          <w:sz w:val="20"/>
        </w:rPr>
        <w:t>[7 . 6]</w:t>
      </w:r>
    </w:p>
    <w:p>
      <w:r>
        <w:rPr>
          <w:rFonts w:ascii="Gentium Plus" w:hAnsi="Gentium Plus"/>
          <w:sz w:val="24"/>
        </w:rPr>
        <w:t>Καὶ μὴν ἐπί γε τῶν ἑξῆς τεχνῶν εἴποι ἄν τις τέχναι βά‐ ναυσοι, ἀγοραῖοι, ἀνελεύθεροι, ἀπειρόκαλοι, ἑδραῖοι, χειροτεχνικαί χειρουργικαί, καὶ ὡς Ξενοφῶν (Oecon IV 2 et 3) βαναυσικαί· εἴποις δ’ ἂν κατὰ Πλάτωνα (Lg X 897 A) καὶ δευτερουργοὺς τέχνας χει‐</w:t>
      </w:r>
    </w:p>
    <w:p>
      <w:r>
        <w:rPr>
          <w:rFonts w:ascii="Courier New" w:hAnsi="Courier New"/>
          <w:color w:val="555555"/>
          <w:sz w:val="20"/>
        </w:rPr>
        <w:t>[5]</w:t>
      </w:r>
    </w:p>
    <w:p>
      <w:r>
        <w:rPr>
          <w:rFonts w:ascii="Gentium Plus" w:hAnsi="Gentium Plus"/>
          <w:sz w:val="24"/>
        </w:rPr>
        <w:t>ροτεχνία χειρουργία, βαναυσία βαναυσουργία. χειροτεχνεῖν χειρουρ‐ γεῖν, βαναυσουργεῖν. χειροτέχνης χειρουργός, βάναυσος βαναυσουργός,</w:t>
      </w:r>
    </w:p>
    <w:p>
      <w:r>
        <w:rPr>
          <w:rFonts w:ascii="Courier New" w:hAnsi="Courier New"/>
          <w:color w:val="555555"/>
          <w:sz w:val="20"/>
        </w:rPr>
        <w:t>[7 . 7]</w:t>
      </w:r>
    </w:p>
    <w:p>
      <w:r>
        <w:rPr>
          <w:rFonts w:ascii="Gentium Plus" w:hAnsi="Gentium Plus"/>
          <w:sz w:val="24"/>
        </w:rPr>
        <w:t>ἑδραῖος· τὸ γὰρ ἀποχειροβίοτος καὶ χειρῶναξ καὶ χειρογάστωρ καὶ χειροβοσκός καὶ χειροβάναυσος ἧττον ἄν τις προσοῖτο. καὶ ὁμότεχνοι δὲ καὶ σύντεχνοι· Ἀριστοφάνης γὰρ ἐν Γηρυτάδῃ (183) τούτῳ κέ‐ χρηται καὶ ἀντίτεχνοι δ’ ἂν εἴποις. ἀντιτέχνησις δὲ παρὰ Θουκυ‐</w:t>
      </w:r>
    </w:p>
    <w:p>
      <w:r>
        <w:rPr>
          <w:rFonts w:ascii="Courier New" w:hAnsi="Courier New"/>
          <w:color w:val="555555"/>
          <w:sz w:val="20"/>
        </w:rPr>
        <w:t>[5]</w:t>
      </w:r>
    </w:p>
    <w:p>
      <w:r>
        <w:rPr>
          <w:rFonts w:ascii="Gentium Plus" w:hAnsi="Gentium Plus"/>
          <w:sz w:val="24"/>
        </w:rPr>
        <w:t>δίδῃ (VII 70. 3) ἐφ’ ἑτέρου εἴρηται. τοὺς δὲ βαναύσους καὶ ἐργα‐ στῆρας ἂν κατὰ Ξενοφῶντα (Oecon XIII. 10) εἴποις. τοὺς μέντοι μὴ ἀκριβεῖς τεχνίτας φαυλουργοὺς κατὰ Ἀριστοφάνην (fg 882) λέγε. τὸ δὲ χειροτεχνηθὲν χειροτέχνημα καὶ χειρούργημα καὶ τέχνημα καὶ τέχνασμα καὶ δημιούργημα καὶ ποίημα καὶ ἔργον καὶ πλάσμα καὶ κα‐</w:t>
      </w:r>
    </w:p>
    <w:p>
      <w:r>
        <w:rPr>
          <w:rFonts w:ascii="Courier New" w:hAnsi="Courier New"/>
          <w:color w:val="555555"/>
          <w:sz w:val="20"/>
        </w:rPr>
        <w:t>[10]</w:t>
      </w:r>
    </w:p>
    <w:p>
      <w:r>
        <w:rPr>
          <w:rFonts w:ascii="Gentium Plus" w:hAnsi="Gentium Plus"/>
          <w:sz w:val="24"/>
        </w:rPr>
        <w:t>τασκεύασμα. τέχναι δ’ ἔμπυροι καὶ ἄπυροι.</w:t>
      </w:r>
    </w:p>
    <w:p>
      <w:r>
        <w:rPr>
          <w:rFonts w:ascii="Courier New" w:hAnsi="Courier New"/>
          <w:color w:val="555555"/>
          <w:sz w:val="20"/>
        </w:rPr>
        <w:t>[7 . 8]</w:t>
      </w:r>
    </w:p>
    <w:p>
      <w:r>
        <w:rPr>
          <w:rFonts w:ascii="Gentium Plus" w:hAnsi="Gentium Plus"/>
          <w:sz w:val="24"/>
        </w:rPr>
        <w:t>Αἱ μὲν ἐκ τοῦ πωλεῖν, πιπράσκειν, ἀποδίδοσθαι, μεταβάλλειν, ἀμείβειν, ἀντικαταλλάττεσθαι, καπηλεύειν, ἀποκηρύττειν, ἐμπολεῖν, ποιοῦσιν ὀνόματα πωλητάς, πρατῆρας, μεταβολέας, καπήλους· τὰ γὰρ ἀπὸ τῶν ἄλλων σκληρά, Ἰσαῖος (fg 167 Tur) δὲ τῷ πράτῃ ἔφη καὶ</w:t>
      </w:r>
    </w:p>
    <w:p>
      <w:r>
        <w:rPr>
          <w:rFonts w:ascii="Courier New" w:hAnsi="Courier New"/>
          <w:color w:val="555555"/>
          <w:sz w:val="20"/>
        </w:rPr>
        <w:t>[5]</w:t>
      </w:r>
    </w:p>
    <w:p>
      <w:r>
        <w:rPr>
          <w:rFonts w:ascii="Gentium Plus" w:hAnsi="Gentium Plus"/>
          <w:sz w:val="24"/>
        </w:rPr>
        <w:t>Ὑπερείδης (fg 163 Bl) τὸν πράτην. ὁ δὲ πώλης (Aristoph Eq 131. 133. 140) καὶ πρατίας (III p 593. 1122 Ko) εἴρηται ἐν τῇ κωμῳδίᾳ. τὰ δὲ πιπρασκόμενα ὤνια, πώλημα, ἀγώγιμα—πράσιμον δ’ Ἰσαῖος (fg 167 Tur) εἴρηκεν, ὥσπερ καὶ Ξενοφῶν (Cyrop IV. 5. 42)—</w:t>
      </w:r>
    </w:p>
    <w:p>
      <w:r>
        <w:rPr>
          <w:rFonts w:ascii="Courier New" w:hAnsi="Courier New"/>
          <w:color w:val="555555"/>
          <w:sz w:val="20"/>
        </w:rPr>
        <w:t>[7 . 9]</w:t>
      </w:r>
    </w:p>
    <w:p>
      <w:r>
        <w:rPr>
          <w:rFonts w:ascii="Gentium Plus" w:hAnsi="Gentium Plus"/>
          <w:sz w:val="24"/>
        </w:rPr>
        <w:t>φόρτος, ἐμπολήματα, ῥῶπος, γέλγη. λέγοιτο δ’ ἂν καὶ ἀπὸ τῶν μετοχῶν τὰ πωλούμενα, τὰ πιπρασκόμενα, τὰ καπηλευόμενα, τὰ μετα‐ βαλλόμενα, τὰ ἀποκηρυττόμενα, τὰ ἀποδιδόμενα· ἔστι δὲ τοῦτ’ ἀμφί‐</w:t>
      </w:r>
    </w:p>
    <w:p>
      <w:r>
        <w:rPr>
          <w:rFonts w:ascii="Courier New" w:hAnsi="Courier New"/>
          <w:color w:val="555555"/>
          <w:sz w:val="20"/>
        </w:rPr>
        <w:t>[5]</w:t>
      </w:r>
    </w:p>
    <w:p>
      <w:r>
        <w:rPr>
          <w:rFonts w:ascii="Gentium Plus" w:hAnsi="Gentium Plus"/>
          <w:sz w:val="24"/>
        </w:rPr>
        <w:t>μεταβλητική, ἀπόδοσις, ἀποκήρυξις, ἐμπολή· καὶ πώλησις δέ, ὡς εἴρηκε Ξενοφῶν (Oecon III 9). ἀποκεκήρυκται δὲ καὶ ἀποδέδοται καὶ μετα‐ βέβληται καὶ κεκαπήλευται τὰ πραθένται καὶ πέπραται καὶ</w:t>
      </w:r>
    </w:p>
    <w:p>
      <w:r>
        <w:rPr>
          <w:rFonts w:ascii="Courier New" w:hAnsi="Courier New"/>
          <w:color w:val="555555"/>
          <w:sz w:val="20"/>
        </w:rPr>
        <w:t>[7 . 10]</w:t>
      </w:r>
    </w:p>
    <w:p>
      <w:r>
        <w:rPr>
          <w:rFonts w:ascii="Gentium Plus" w:hAnsi="Gentium Plus"/>
          <w:sz w:val="24"/>
        </w:rPr>
        <w:t>ἐκπέπραται λέγοις ἄν. Πλάτων δ’ ἐν τῷ Πολιτικῷ (260 D) φησὶ ‘πωληθέντα που πρότερον ἔργα ἀλλότρια παραδεχόμενοι δεύτερον πωλοῦσιν.‘ καὶ ἄξια μὲν πιπράσκεται τὰ εὔωνα καὶ λυσιτελῶς, καὶ ἐπευωνισμένα, καὶ ἀντίπροικα, καὶ ἀντ’ οὐδενός· τὰ δὲ τίμια ἔντιμα,</w:t>
      </w:r>
    </w:p>
    <w:p>
      <w:r>
        <w:rPr>
          <w:rFonts w:ascii="Courier New" w:hAnsi="Courier New"/>
          <w:color w:val="555555"/>
          <w:sz w:val="20"/>
        </w:rPr>
        <w:t>[5]</w:t>
      </w:r>
    </w:p>
    <w:p>
      <w:r>
        <w:rPr>
          <w:rFonts w:ascii="Gentium Plus" w:hAnsi="Gentium Plus"/>
          <w:sz w:val="24"/>
        </w:rPr>
        <w:t>ἐπὶ πολλῷ, ἐπιτετιμημένα. λέγοις δ’ ἂν καὶ ἐπιτέτανται αἱ τιμαί, καὶ ὁ πιπράσκων ἐπέτεινεν, ἐπετίμα, ἀνετιμᾶτο. τὰ δὲ μήπω πε‐ πραμένα ἄπρατα· οὕτω δ’ ἂν λέγοιτο καὶ τὰ μὴ πιπρασκόμενα,</w:t>
      </w:r>
    </w:p>
    <w:p>
      <w:r>
        <w:rPr>
          <w:rFonts w:ascii="Courier New" w:hAnsi="Courier New"/>
          <w:color w:val="555555"/>
          <w:sz w:val="20"/>
        </w:rPr>
        <w:t>[7 . 11]</w:t>
      </w:r>
    </w:p>
    <w:p>
      <w:r>
        <w:rPr>
          <w:rFonts w:ascii="Gentium Plus" w:hAnsi="Gentium Plus"/>
          <w:sz w:val="24"/>
        </w:rPr>
        <w:t>ὡς ἄπρατος ἀνὴρ ὁ μὴ πιπράσκων ἑαυτόν. καὶ ὁ μὲν τόπος ὅπου πιπράσκουσι, πωλητήριον ἂν καλοῖτο, καὶ ὡς παρ’ Ἡροδότῳ (VII 23) πρατήριον. καὶ κύκλοι δὲ ἐν τῇ νέᾳ κωμῳδίᾳ καλοῦνται ἐν οἷς πιπράσκεται τὰ ἀνδράποδα. ἴσως καὶ τὰ λοιπὰ ὤνια· ἐφ’ ὃ δ’ ἀνα‐</w:t>
      </w:r>
    </w:p>
    <w:p>
      <w:r>
        <w:rPr>
          <w:rFonts w:ascii="Courier New" w:hAnsi="Courier New"/>
          <w:color w:val="555555"/>
          <w:sz w:val="20"/>
        </w:rPr>
        <w:t>[5]</w:t>
      </w:r>
    </w:p>
    <w:p>
      <w:r>
        <w:rPr>
          <w:rFonts w:ascii="Gentium Plus" w:hAnsi="Gentium Plus"/>
          <w:sz w:val="24"/>
        </w:rPr>
        <w:t>βαίνοντες οἱ δοῦλοι πιπράσκονται, τοῦτο τράπεζαν Ἀριστοφάνης (fg 874) καλεῖ. μονοπώλιον δὲ Ὑπερείδης εἴρηκεν ἐν τῷ κατὰ Ἀριστοφῶντος (fr 43 Bl)· οἱ δ’ ἄλλοι λέγουσι μονοπωλίαν. ὁ δὲ τοῖς</w:t>
      </w:r>
    </w:p>
    <w:p>
      <w:r>
        <w:rPr>
          <w:rFonts w:ascii="Courier New" w:hAnsi="Courier New"/>
          <w:color w:val="555555"/>
          <w:sz w:val="20"/>
        </w:rPr>
        <w:t>[7 . 12]</w:t>
      </w:r>
    </w:p>
    <w:p>
      <w:r>
        <w:rPr>
          <w:rFonts w:ascii="Gentium Plus" w:hAnsi="Gentium Plus"/>
          <w:sz w:val="24"/>
        </w:rPr>
        <w:t>πιπράσκουσι προξενῶν προπράτωρ, ὡς Δείναρχος (Or inc fr 30 Tur) καὶ Ἰσαῖος (fg 168) εἴρηκεν· προπώλην δ’ αὐτὸν Ἀριστοφάνης (fg 707) καλεῖ, προπωλοῦντα δὲ Πλάτων (Lg XII 954 A). Λυσίας (fr 329 Tur) δὲ τούτους μὲν προπράτας, τοὺς δὲ σὺν ἄλλοις πιπράσκοντας συμ‐</w:t>
      </w:r>
    </w:p>
    <w:p>
      <w:r>
        <w:rPr>
          <w:rFonts w:ascii="Courier New" w:hAnsi="Courier New"/>
          <w:color w:val="555555"/>
          <w:sz w:val="20"/>
        </w:rPr>
        <w:t>[5]</w:t>
      </w:r>
    </w:p>
    <w:p>
      <w:r>
        <w:rPr>
          <w:rFonts w:ascii="Gentium Plus" w:hAnsi="Gentium Plus"/>
          <w:sz w:val="24"/>
        </w:rPr>
        <w:t>πράτας λέγει. τὸ δὲ δεύτερόν τι πιπράσκειν ἀναπωλεῖν καὶ ἀναπιπράσκειν λέγουσι καὶ τὸ ἔργον ἀνάπρασιν, καὶ τοὺς τοῦτο ποιοῦντας ἀναπιπράσκοντας καὶ ἀναπωλοῦντας, καὶ τὰ δεύτερον πιπρασκόμενα ἀναπωλούμενα καὶ ἀναπιπρασκόμενα, παλίμπρατα ἢ</w:t>
      </w:r>
    </w:p>
    <w:p>
      <w:r>
        <w:rPr>
          <w:rFonts w:ascii="Courier New" w:hAnsi="Courier New"/>
          <w:color w:val="555555"/>
          <w:sz w:val="20"/>
        </w:rPr>
        <w:t>[7 . 13]</w:t>
      </w:r>
    </w:p>
    <w:p>
      <w:r>
        <w:rPr>
          <w:rFonts w:ascii="Gentium Plus" w:hAnsi="Gentium Plus"/>
          <w:sz w:val="24"/>
        </w:rPr>
        <w:t>παλίμβολα, καὶ ὁ ταῦτα πωλῶν παλίμβολος καὶ παλιγκάπηλος. τὸ</w:t>
      </w:r>
    </w:p>
    <w:p>
      <w:r>
        <w:rPr>
          <w:rFonts w:ascii="Courier New" w:hAnsi="Courier New"/>
          <w:color w:val="555555"/>
          <w:sz w:val="20"/>
        </w:rPr>
        <w:t>[5]</w:t>
      </w:r>
    </w:p>
    <w:p>
      <w:r>
        <w:rPr>
          <w:rFonts w:ascii="Gentium Plus" w:hAnsi="Gentium Plus"/>
          <w:sz w:val="24"/>
        </w:rPr>
        <w:t>Vesp 659). τὸ δὲ σὺν ἄλλῳ πεπρᾶσθαι προσπεπρᾶσθαι. ὃ δ’ οἱ νῦν φασὶ τοὺς οἰκέτας πρᾶσιν αἰτεῖν, ἔστιν εὑρεῖν ἐν ταῖς Ἀριστο‐ φάνους Ὥραις (fg 567) ἐμοί κράτιστόν ἐστιν εἰς τὸ Θησεῖον δραμεῖν,</w:t>
      </w:r>
    </w:p>
    <w:p>
      <w:r>
        <w:rPr>
          <w:rFonts w:ascii="Courier New" w:hAnsi="Courier New"/>
          <w:color w:val="555555"/>
          <w:sz w:val="20"/>
        </w:rPr>
        <w:t>[10]</w:t>
      </w:r>
    </w:p>
    <w:p>
      <w:r>
        <w:rPr>
          <w:rFonts w:ascii="Gentium Plus" w:hAnsi="Gentium Plus"/>
          <w:sz w:val="24"/>
        </w:rPr>
        <w:t>ἐκεῖ δ’, ἕως ἂν πρᾶσιν εὕρωμεν, μένειν. ἄντικρυς δ’ ἐν ταῖς Εὐπόλιδος Πόλεσι (225) κακὰ τοιάδε πάσχουσιν οὐδὲ πρᾶσιν αἰτῶ.</w:t>
      </w:r>
    </w:p>
    <w:p>
      <w:r>
        <w:rPr>
          <w:rFonts w:ascii="Courier New" w:hAnsi="Courier New"/>
          <w:color w:val="555555"/>
          <w:sz w:val="20"/>
        </w:rPr>
        <w:t>[7 . 14]</w:t>
      </w:r>
    </w:p>
    <w:p>
      <w:r>
        <w:rPr>
          <w:rFonts w:ascii="Gentium Plus" w:hAnsi="Gentium Plus"/>
          <w:sz w:val="24"/>
        </w:rPr>
        <w:t>τὰ δὲ πραθέντα καὶ ὠνηθέντα λέγουσι, καὶ τὸν πριάμενον ἐωνημένον. τὸ δ’ ἀνατιμᾶσθαι καὶ τὸ τῷ πλέον δόντι ἐθέλειν πιπράσκειν πλειστη‐ ριάζειν ἂν λέγοις, Ἰσαίου (?) ἐν τῷ πρὸς Ἀνδοκίδην εἰπόντος ‘οὔτε τιμῆς τεταγμένης πωλοῦσιν, ἀλλ’ ὡς ἂν δύνωνται πλειστηριάσαντες</w:t>
      </w:r>
    </w:p>
    <w:p>
      <w:r>
        <w:rPr>
          <w:rFonts w:ascii="Courier New" w:hAnsi="Courier New"/>
          <w:color w:val="555555"/>
          <w:sz w:val="20"/>
        </w:rPr>
        <w:t>[5]</w:t>
      </w:r>
    </w:p>
    <w:p>
      <w:r>
        <w:rPr>
          <w:rFonts w:ascii="Gentium Plus" w:hAnsi="Gentium Plus"/>
          <w:sz w:val="24"/>
        </w:rPr>
        <w:t>πλείστου ἀπέδοντο.‘ ἁλώνητοι δ’ ἐκαλοῦντο οἱ μηδενὸς ἄξιοι τῶν οἰκετῶν, ὅτι τῶν Θρᾳκῶν οἱ μεσόγειοι ἁλῶν ἀντικατηλλάττοντο τοὺς</w:t>
      </w:r>
    </w:p>
    <w:p>
      <w:r>
        <w:rPr>
          <w:rFonts w:ascii="Courier New" w:hAnsi="Courier New"/>
          <w:color w:val="555555"/>
          <w:sz w:val="20"/>
        </w:rPr>
        <w:t>[7 . 15]</w:t>
      </w:r>
    </w:p>
    <w:p>
      <w:r>
        <w:rPr>
          <w:rFonts w:ascii="Gentium Plus" w:hAnsi="Gentium Plus"/>
          <w:sz w:val="24"/>
        </w:rPr>
        <w:t>οἰκέτας. τὰ δὲ καταβαλλόμενα ὑπὲρ τῶν πιπρασκομένων τέλη ἐπώνια λέγουσιν. τῆς δ’ ἰσωνίας Λυσίας εἴρηκεν ἐν τῷ περὶ τοῦ ἀσπιδο‐ ποιοῦ (fg 48 Tur). ἐν δὲ τοῖς Ἀττικοῖς ψηφίσμασιν, ἃ τοῖς ξένοις ἐπὶ τιμῇ ἐγράφετο, ἔστιν εὑρεῖν ‘εἶναι αὐτῷ καὶ οἰκείαν ὤνησιν.‘</w:t>
      </w:r>
    </w:p>
    <w:p>
      <w:r>
        <w:rPr>
          <w:rFonts w:ascii="Courier New" w:hAnsi="Courier New"/>
          <w:color w:val="555555"/>
          <w:sz w:val="20"/>
        </w:rPr>
        <w:t>[5]</w:t>
      </w:r>
    </w:p>
    <w:p>
      <w:r>
        <w:rPr>
          <w:rFonts w:ascii="Gentium Plus" w:hAnsi="Gentium Plus"/>
          <w:sz w:val="24"/>
        </w:rPr>
        <w:t>τὸν δὲ πολλὰ ὠνούμενον ἔξεστιν εἰπεῖν πολλαγόρασον, εἰ καὶ φαῦλον τοὔνομα, ἀλλ’ ὅτι Φερεκράτης εἴρηκεν ἐν Πέρσαις (I fg 126 Ko) τὸ παιδίον</w:t>
      </w:r>
    </w:p>
    <w:p>
      <w:r>
        <w:rPr>
          <w:rFonts w:ascii="Courier New" w:hAnsi="Courier New"/>
          <w:color w:val="555555"/>
          <w:sz w:val="20"/>
        </w:rPr>
        <w:t>[10]</w:t>
      </w:r>
    </w:p>
    <w:p>
      <w:r>
        <w:rPr>
          <w:rFonts w:ascii="Gentium Plus" w:hAnsi="Gentium Plus"/>
          <w:sz w:val="24"/>
        </w:rPr>
        <w:t>πόλω Διοσκόρω ἐν Ἥρωσιν Ἀριστοφάνους (310).</w:t>
      </w:r>
    </w:p>
    <w:p>
      <w:r>
        <w:rPr>
          <w:rFonts w:ascii="Courier New" w:hAnsi="Courier New"/>
          <w:color w:val="555555"/>
          <w:sz w:val="20"/>
        </w:rPr>
        <w:t>[7 . 16]</w:t>
      </w:r>
    </w:p>
    <w:p>
      <w:r>
        <w:rPr>
          <w:rFonts w:ascii="Gentium Plus" w:hAnsi="Gentium Plus"/>
          <w:sz w:val="24"/>
        </w:rPr>
        <w:t>οἱ μὲν δὴ πάντα πιπράσκοντες καλοῖντ’ ἂν πανδοκεῖς καὶ παν‐ δοκεύτριαι, καὶ τὸ χωρίον πανδοκεῖον, καὶ τὸ πρᾶγμα πανδοκεία· οἱ δ’ εἰς τὰ πανδοκεῖα καταγόμενοι κατάκται ἂν λέγοιντο. μᾶλλον δ’ οἱ πάντα πωλοῦντες παντοπῶλαι, καὶ ὁ τόπος παντοπωλεῖον. τὴν</w:t>
      </w:r>
    </w:p>
    <w:p>
      <w:r>
        <w:rPr>
          <w:rFonts w:ascii="Courier New" w:hAnsi="Courier New"/>
          <w:color w:val="555555"/>
          <w:sz w:val="20"/>
        </w:rPr>
        <w:t>[5]</w:t>
      </w:r>
    </w:p>
    <w:p>
      <w:r>
        <w:rPr>
          <w:rFonts w:ascii="Gentium Plus" w:hAnsi="Gentium Plus"/>
          <w:sz w:val="24"/>
        </w:rPr>
        <w:t>παντοπωλίαν Ἄρχιππος εἴρηκεν ἐν Ἰχθύσιν (I p 685. 31 Ko.) οἱ δὲ τὰ ἀνδράποδα πιπράσκοντες ἀνδραποδοκάπηλοι· οἱ γὰρ λαφυροπῶλαι, κοινὸν τοὔνομα καὶ πρὸς τὰ ἄψυχα, ἀνδραποδώνης δ’ εἴρηται ἐν</w:t>
      </w:r>
    </w:p>
    <w:p>
      <w:r>
        <w:rPr>
          <w:rFonts w:ascii="Courier New" w:hAnsi="Courier New"/>
          <w:color w:val="555555"/>
          <w:sz w:val="20"/>
        </w:rPr>
        <w:t>[7 . 17]</w:t>
      </w:r>
    </w:p>
    <w:p>
      <w:r>
        <w:rPr>
          <w:rFonts w:ascii="Gentium Plus" w:hAnsi="Gentium Plus"/>
          <w:sz w:val="24"/>
        </w:rPr>
        <w:t>τοῖς Ἥρωσι τοῖς Ἀριστοφάνους (312). τὴν δὲ θεραπαινίδα καὶ θρεπτὴν ἐρεῖ ὅστις βούλοιτο ἕπεσθαι Φερεκράτει εἰπόντι ἐν Μυρμηκαν‐ θρώποις (I fg 125 Ko) ‘Μανία θρεπτή·‘ ἔστι δὲ τοὔνομα καὶ ἐν τῷ Λυσίου πρὸς Πυθόδημον ὑπὲρ ἀποστασίου (fg 215 Tur).</w:t>
      </w:r>
    </w:p>
    <w:p>
      <w:r>
        <w:rPr>
          <w:rFonts w:ascii="Courier New" w:hAnsi="Courier New"/>
          <w:color w:val="555555"/>
          <w:sz w:val="20"/>
        </w:rPr>
        <w:t>[5]</w:t>
      </w:r>
    </w:p>
    <w:p>
      <w:r>
        <w:rPr>
          <w:rFonts w:ascii="Gentium Plus" w:hAnsi="Gentium Plus"/>
          <w:sz w:val="24"/>
        </w:rPr>
        <w:t>Τέχναι δ’ ἐπ’ ἀνθρώποις παιδοτρίβαι καὶ γυμνασταί, καὶ οἱ σωμασκοῦντες· τάττεται μὲν ἡ κλῆσις ἐπὶ τῶν ἀσκουμένων, οὐδὲν δ’ ἂν αὐτὴν κωλύοι κἀπὶ τῶν ἀσκούντων τετάχθαι. τοῦ δ’ ἀλεί‐ πτου οὐκ ὄντος ἐν χρήσει ἀλείπτριαν εἰρήκασιν οἱ μέσοι κωμικοὶ καὶ Λυσίας ἐν τῷ ὑπὲρ Διοφάντου περὶ χωρίου (fg 88 Tur)· Ἄμφιδος</w:t>
      </w:r>
    </w:p>
    <w:p>
      <w:r>
        <w:rPr>
          <w:rFonts w:ascii="Courier New" w:hAnsi="Courier New"/>
          <w:color w:val="555555"/>
          <w:sz w:val="20"/>
        </w:rPr>
        <w:t>[10]</w:t>
      </w:r>
    </w:p>
    <w:p>
      <w:r>
        <w:rPr>
          <w:rFonts w:ascii="Gentium Plus" w:hAnsi="Gentium Plus"/>
          <w:sz w:val="24"/>
        </w:rPr>
        <w:t>δὲ καὶ δρᾶμα ἔστιν Ἀλείπτρια (II p 236 Ko).</w:t>
      </w:r>
    </w:p>
    <w:p>
      <w:r>
        <w:rPr>
          <w:rFonts w:ascii="Courier New" w:hAnsi="Courier New"/>
          <w:color w:val="555555"/>
          <w:sz w:val="20"/>
        </w:rPr>
        <w:t>[7 . 18]</w:t>
      </w:r>
    </w:p>
    <w:p>
      <w:r>
        <w:rPr>
          <w:rFonts w:ascii="Gentium Plus" w:hAnsi="Gentium Plus"/>
          <w:sz w:val="24"/>
        </w:rPr>
        <w:t>Αἱ δ’ ἐπὶ ταῖς τροφαῖς τέχναι σιτηγοὶ σιταγωγοί, σιτοπῶλαι πυροπῶλαι, σιτοκάπηλοι σιτηγεῖν, πυροπωλεῖν σιτοπωλεῖν, πυρο‐ καπηλεύειν, σιτοκαπηλεύειν. σιτομέτραι ὡς Ὑπερείδης (fg 271 a Bl), ἀφ’ οὗ τὸ σιτομετρεῖν· προμετρεῖν, καὶ προμέτραι ἢ προμετρηταί.</w:t>
      </w:r>
    </w:p>
    <w:p>
      <w:r>
        <w:rPr>
          <w:rFonts w:ascii="Courier New" w:hAnsi="Courier New"/>
          <w:color w:val="555555"/>
          <w:sz w:val="20"/>
        </w:rPr>
        <w:t>[5]</w:t>
      </w:r>
    </w:p>
    <w:p>
      <w:r>
        <w:rPr>
          <w:rFonts w:ascii="Gentium Plus" w:hAnsi="Gentium Plus"/>
          <w:sz w:val="24"/>
        </w:rPr>
        <w:t>ἡ δ’ ἀλφιτοποιία καὶ ἀλφιτεία καλεῖται, καὶ οἱ ἐργαζόμενοι ἀλφιτεῖς,</w:t>
      </w:r>
    </w:p>
    <w:p>
      <w:r>
        <w:rPr>
          <w:rFonts w:ascii="Courier New" w:hAnsi="Courier New"/>
          <w:color w:val="555555"/>
          <w:sz w:val="20"/>
        </w:rPr>
        <w:t>[7 . 19]</w:t>
      </w:r>
    </w:p>
    <w:p>
      <w:r>
        <w:rPr>
          <w:rFonts w:ascii="Gentium Plus" w:hAnsi="Gentium Plus"/>
          <w:sz w:val="24"/>
        </w:rPr>
        <w:t>οἱ δὲ πιπράσκοντες τὰ ἄλφιτα ἀλφιταμοιβοί, τὸ δ’ ἐργαστήριον ἀλφι‐</w:t>
      </w:r>
    </w:p>
    <w:p>
      <w:r>
        <w:rPr>
          <w:rFonts w:ascii="Courier New" w:hAnsi="Courier New"/>
          <w:color w:val="555555"/>
          <w:sz w:val="20"/>
        </w:rPr>
        <w:t>[5]</w:t>
      </w:r>
    </w:p>
    <w:p>
      <w:r>
        <w:rPr>
          <w:rFonts w:ascii="Gentium Plus" w:hAnsi="Gentium Plus"/>
          <w:sz w:val="24"/>
        </w:rPr>
        <w:t>ἔνιοι δὲ μυλακρίδα καὶ τὴν ἀλετρίδα—καὶ τὸ κάλλυντρον μυλή‐</w:t>
      </w:r>
    </w:p>
    <w:p>
      <w:r>
        <w:rPr>
          <w:rFonts w:ascii="Courier New" w:hAnsi="Courier New"/>
          <w:color w:val="555555"/>
          <w:sz w:val="20"/>
        </w:rPr>
        <w:t>[7 . 20]</w:t>
      </w:r>
    </w:p>
    <w:p>
      <w:r>
        <w:rPr>
          <w:rFonts w:ascii="Gentium Plus" w:hAnsi="Gentium Plus"/>
          <w:sz w:val="24"/>
        </w:rPr>
        <w:t>κορον. τὸν δὲ νῦν μυλοκόπον ὀνοκόπον Ἄλεξις εἴρηκεν ἐν Ἀμφω‐ τίδι (II p 301. 13 Ko) ὀνοκόπος τῶν τοὺς ἀλέτωνας τῶνδε κοπτόντων ὄνους.</w:t>
      </w:r>
    </w:p>
    <w:p>
      <w:r>
        <w:rPr>
          <w:rFonts w:ascii="Courier New" w:hAnsi="Courier New"/>
          <w:color w:val="555555"/>
          <w:sz w:val="20"/>
        </w:rPr>
        <w:t>[5]</w:t>
      </w:r>
    </w:p>
    <w:p>
      <w:r>
        <w:rPr>
          <w:rFonts w:ascii="Gentium Plus" w:hAnsi="Gentium Plus"/>
          <w:sz w:val="24"/>
        </w:rPr>
        <w:t>τό γε μὴν τοῖς οἰκέταις τοῖς ἔνδον ἐργαζομένοις ὑπὲρ τοῦ μὴ κάπτειν τῶν ἀλφίτων περιτιθέμενον παυσικάπη ὀνομάζεται, τροχοειδὲς μηχά‐ νημα τῷ τραχήλῳ περιαρμοζόμενον ὡς ἀδυνατεῖν τῷ στόματι τὰς χεῖρας προσαγαγεῖν.</w:t>
      </w:r>
    </w:p>
    <w:p>
      <w:r>
        <w:rPr>
          <w:rFonts w:ascii="Courier New" w:hAnsi="Courier New"/>
          <w:color w:val="555555"/>
          <w:sz w:val="20"/>
        </w:rPr>
        <w:t>[7 . 21]</w:t>
      </w:r>
    </w:p>
    <w:p>
      <w:r>
        <w:rPr>
          <w:rFonts w:ascii="Gentium Plus" w:hAnsi="Gentium Plus"/>
          <w:sz w:val="24"/>
        </w:rPr>
        <w:t>ἀρτοπῶλαι ἀρτοπώλιδες, ἀρτοπωλεῖν, ἀρτοπωλεῖον, σιτουργοί, ἀρτοποιοί ἀρτοπόποι. Ξενοφῶν (Anab IV 4. 21) δὲ καὶ ἀρτοκό‐ πους ἔφη· τὸ δὲ ῥῆμα τὸ ἀρτοκοπεῖν ἐν Φρυνίχου Μονοτρόπῳ (I 378. 27 Ko), ἐν δ’ Ἀριστοφάνους Ἥρωσιν (fg 313) ἀρτο‐</w:t>
      </w:r>
    </w:p>
    <w:p>
      <w:r>
        <w:rPr>
          <w:rFonts w:ascii="Courier New" w:hAnsi="Courier New"/>
          <w:color w:val="555555"/>
          <w:sz w:val="20"/>
        </w:rPr>
        <w:t>[5]</w:t>
      </w:r>
    </w:p>
    <w:p>
      <w:r>
        <w:rPr>
          <w:rFonts w:ascii="Gentium Plus" w:hAnsi="Gentium Plus"/>
          <w:sz w:val="24"/>
        </w:rPr>
        <w:t>ποιία. τῇ δ’ ἀρτοπώλιδι ἀνήκει ἄλευρα, ἄλφιτα ὀλῦραι, ζειαί, σεμίδαλις, χόνδρος, κρίμνα, πάλη, ἀφ’ ἧς καὶ τὸ πάλημα, σταίς, μᾶζα.</w:t>
      </w:r>
    </w:p>
    <w:p>
      <w:r>
        <w:rPr>
          <w:rFonts w:ascii="Courier New" w:hAnsi="Courier New"/>
          <w:color w:val="555555"/>
          <w:sz w:val="20"/>
        </w:rPr>
        <w:t>[7 . 22]</w:t>
      </w:r>
    </w:p>
    <w:p>
      <w:r>
        <w:rPr>
          <w:rFonts w:ascii="Gentium Plus" w:hAnsi="Gentium Plus"/>
          <w:sz w:val="24"/>
        </w:rPr>
        <w:t>καὶ τὰ ἐργαλεῖα κρίβανος, ἰπνός, πλάθανον, μάκτρα, ὀβελοί· καὶ σπάλα‐ θρον δ’ ἐργαλεῖον, ὃ οἱ νῦν σκάλευθρον. τὰ δ’ ἔργα δεῦσαι, φυ‐ ρᾶσαι, τρῖψαι, διαττῆσαι· καὶ ἀρτοστροφεῖν δ’ Ἀριστοφάνης (fg 748)</w:t>
      </w:r>
    </w:p>
    <w:p>
      <w:r>
        <w:rPr>
          <w:rFonts w:ascii="Courier New" w:hAnsi="Courier New"/>
          <w:color w:val="555555"/>
          <w:sz w:val="20"/>
        </w:rPr>
        <w:t>[5]</w:t>
      </w:r>
    </w:p>
    <w:p>
      <w:r>
        <w:rPr>
          <w:rFonts w:ascii="Gentium Plus" w:hAnsi="Gentium Plus"/>
          <w:sz w:val="24"/>
        </w:rPr>
        <w:t>των τὰ ἄλφιτα μαγεύς, καὶ τὸ ἀγγεῖον μαγὶς καὶ μάκτρα καὶ σκάφη καὶ παρὰ Μενάνδρῳ (fg 116) ληνός. ‘νεόκοπον δὲ κάρδοπον‘ εἴρηκεν Εὔπολις (I p 263. 20) τὴν νεωστὶ κεκομμένην. ἄρτους δὲ διπυ‐</w:t>
      </w:r>
    </w:p>
    <w:p>
      <w:r>
        <w:rPr>
          <w:rFonts w:ascii="Courier New" w:hAnsi="Courier New"/>
          <w:color w:val="555555"/>
          <w:sz w:val="20"/>
        </w:rPr>
        <w:t>[7 . 23]</w:t>
      </w:r>
    </w:p>
    <w:p>
      <w:r>
        <w:rPr>
          <w:rFonts w:ascii="Gentium Plus" w:hAnsi="Gentium Plus"/>
          <w:sz w:val="24"/>
        </w:rPr>
        <w:t>ρίτας εἴρηκεν ἐν Ποαστρίαις Φρύνιχος (I p 380. 38 Ko), Ἀλκαῖος δ’ ἐν Γανυμήδει (I p 757. 5 Ko) ‘διπύρους τε θερμούς·—οἱ δίπυροι δ’ εἰσὶ τίνες;—ἄρτοι τρυφῶντες.‘ τοῦ γε μὴν ἄρτου αἱ μὲν κατὰ τὸ ἄνω μέρος οἱονεὶ φλύκταιναι ἀττάραγος, αἱ δ’ ἐκ τοῦ κάτω ψω‐</w:t>
      </w:r>
    </w:p>
    <w:p>
      <w:r>
        <w:rPr>
          <w:rFonts w:ascii="Courier New" w:hAnsi="Courier New"/>
          <w:color w:val="555555"/>
          <w:sz w:val="20"/>
        </w:rPr>
        <w:t>[5]</w:t>
      </w:r>
    </w:p>
    <w:p>
      <w:r>
        <w:rPr>
          <w:rFonts w:ascii="Gentium Plus" w:hAnsi="Gentium Plus"/>
          <w:sz w:val="24"/>
        </w:rPr>
        <w:t>θίαι, αἳ δὴ καὶ προσέχεσθαι εἰώθασι τῷ κριβάνῳ ὑπεροπτώμεμαι. τὰ δὲ μέρη τῶν ἄρτων θρύμματα. τὸ μέντοι ὑπερεμπεπλῆσθαι καὶ</w:t>
      </w:r>
    </w:p>
    <w:p>
      <w:r>
        <w:rPr>
          <w:rFonts w:ascii="Courier New" w:hAnsi="Courier New"/>
          <w:color w:val="555555"/>
          <w:sz w:val="20"/>
        </w:rPr>
        <w:t>[7 . 24]</w:t>
      </w:r>
    </w:p>
    <w:p>
      <w:r>
        <w:rPr>
          <w:rFonts w:ascii="Gentium Plus" w:hAnsi="Gentium Plus"/>
          <w:sz w:val="24"/>
        </w:rPr>
        <w:t>ὑπερκεκορέσθαι καὶ ὑπερμαζᾶν ἀπὸ τῆς μάζης ἔλεγον οἱ παλαιοί, οἱ δὲ νέοι κριθιᾶν ἀπὸ τῶν ὑποζυγίων· Αἰσχύλος (Ag 1640) μὲν γὰρ εἴρηκε ‘σειραφόρον κριθῶντα πῶλον,‘ Σοφοκλῆς (fg 792) δὲ ‘ἕως ὅτε κριθώσης ὄνου.‘ Τῶν δὲ περὶ ἀρτοπωλίαν ἀθρόα ἐν Ἀριστοφάνους</w:t>
      </w:r>
    </w:p>
    <w:p>
      <w:r>
        <w:rPr>
          <w:rFonts w:ascii="Courier New" w:hAnsi="Courier New"/>
          <w:color w:val="555555"/>
          <w:sz w:val="20"/>
        </w:rPr>
        <w:t>[5]</w:t>
      </w:r>
    </w:p>
    <w:p>
      <w:r>
        <w:rPr>
          <w:rFonts w:ascii="Gentium Plus" w:hAnsi="Gentium Plus"/>
          <w:sz w:val="24"/>
        </w:rPr>
        <w:t>Δράμασιν ἢ Κενταύρῳ (fg 271). πτίττω, βράττω, δεύω, μάττω, πέττω, καταλῶ. ἔστι δέ που καὶ ὀπτῆσαι. καὶ ἡ πτισάνη τούτοις προσήκει. καὶ τὸ παρ’ Ἀριστοφάνει δ’ ἐν Ἀχαρνεῦσι (781) περιεπτισμένοι ἀπὸ τούτου ἂν εἴη εἰρημένον·</w:t>
      </w:r>
    </w:p>
    <w:p>
      <w:r>
        <w:rPr>
          <w:rFonts w:ascii="Courier New" w:hAnsi="Courier New"/>
          <w:color w:val="555555"/>
          <w:sz w:val="20"/>
        </w:rPr>
        <w:t>[10]</w:t>
      </w:r>
    </w:p>
    <w:p>
      <w:r>
        <w:rPr>
          <w:rFonts w:ascii="Gentium Plus" w:hAnsi="Gentium Plus"/>
          <w:sz w:val="24"/>
        </w:rPr>
        <w:t>ἀλλ’ ἐσμὲν αὐτοὶ νῦν γε περιεπτισμένοι. καὶ ἀνεῖν δὲ τὸ πτίσσειν ἐλέγετο, ἀφ’ οὗ καὶ ἡ πτισάνη. καὶ μὴν καὶ τὸ φρύγειν καὶ κοδομεύειν τούτοις συνῆπται.</w:t>
      </w:r>
    </w:p>
    <w:p>
      <w:r>
        <w:rPr>
          <w:rFonts w:ascii="Courier New" w:hAnsi="Courier New"/>
          <w:color w:val="555555"/>
          <w:sz w:val="20"/>
        </w:rPr>
        <w:t>[7 . 25]</w:t>
      </w:r>
    </w:p>
    <w:p>
      <w:r>
        <w:rPr>
          <w:rFonts w:ascii="Gentium Plus" w:hAnsi="Gentium Plus"/>
          <w:sz w:val="24"/>
        </w:rPr>
        <w:t>κρεωπώλια καὶ κρεωπῶλαι καὶ κρεωπωλεῖν. τοὺς δ’ αὐτοὺς καὶ μαγείρους λέγουσιν. καὶ κρεωδαίτας δ’ ἂν εἴποις καὶ κρεουργούς, καὶ τὸ ἔργον κρεουργεῖν καὶ κρεανομεῖν καὶ κρεανομίας, τὰ δ’ ἐργαλαῖα κοπίδας καὶ ῥάχετρον καὶ κρεώσταθμον, τάχα καὶ</w:t>
      </w:r>
    </w:p>
    <w:p>
      <w:r>
        <w:rPr>
          <w:rFonts w:ascii="Courier New" w:hAnsi="Courier New"/>
          <w:color w:val="555555"/>
          <w:sz w:val="20"/>
        </w:rPr>
        <w:t>[5]</w:t>
      </w:r>
    </w:p>
    <w:p>
      <w:r>
        <w:rPr>
          <w:rFonts w:ascii="Gentium Plus" w:hAnsi="Gentium Plus"/>
          <w:sz w:val="24"/>
        </w:rPr>
        <w:t>κρεάγραν καὶ κρεωδείραν.</w:t>
      </w:r>
    </w:p>
    <w:p>
      <w:r>
        <w:rPr>
          <w:rFonts w:ascii="Courier New" w:hAnsi="Courier New"/>
          <w:color w:val="555555"/>
          <w:sz w:val="20"/>
        </w:rPr>
        <w:t>[7 . 26]</w:t>
      </w:r>
    </w:p>
    <w:p>
      <w:r>
        <w:rPr>
          <w:rFonts w:ascii="Gentium Plus" w:hAnsi="Gentium Plus"/>
          <w:sz w:val="24"/>
        </w:rPr>
        <w:t>ἰχθυοπῶλαι καὶ ἰχθυοπωλεῖν, καὶ ἰχθύες ἰχθύδια, ὄψον καὶ ὀψοποιὸς δὲ καὶ ὀψαρτυτής, καὶ ὀψοποιεῖν καὶ ὀψοποιία, καὶ ἡδῦναι καὶ ἀρτῦσαι καὶ ζωμεῦσαι· καὶ Ἀριστοφάνης (fg 591) τὴν χύτραν</w:t>
      </w:r>
    </w:p>
    <w:p>
      <w:r>
        <w:rPr>
          <w:rFonts w:ascii="Courier New" w:hAnsi="Courier New"/>
          <w:color w:val="555555"/>
          <w:sz w:val="20"/>
        </w:rPr>
        <w:t>[5]</w:t>
      </w:r>
    </w:p>
    <w:p>
      <w:r>
        <w:rPr>
          <w:rFonts w:ascii="Gentium Plus" w:hAnsi="Gentium Plus"/>
          <w:sz w:val="24"/>
        </w:rPr>
        <w:t>ἐν ᾗ τὰ κρεάδι’ ἕψεις ἐζωμευμένα. τὸν δ’ ὀψοποιὸν καὶ μάγειρον λέγει.</w:t>
      </w:r>
    </w:p>
    <w:p>
      <w:r>
        <w:rPr>
          <w:rFonts w:ascii="Courier New" w:hAnsi="Courier New"/>
          <w:color w:val="555555"/>
          <w:sz w:val="20"/>
        </w:rPr>
        <w:t>[7 . 27]</w:t>
      </w:r>
    </w:p>
    <w:p>
      <w:r>
        <w:rPr>
          <w:rFonts w:ascii="Gentium Plus" w:hAnsi="Gentium Plus"/>
          <w:sz w:val="24"/>
        </w:rPr>
        <w:t>ταριχοπῶλαι, ταριχοπωλεῖν, τάριχος ὡραῖον, ταρίχους ὡραῖα τεμάχη, ὡραῖαι ταρίχους σαργάναι, ταρίχους δ’ ἡμίσειαι, ἐαριναί. πονηρὸν τάριχος, χρηστὸν τάριχος. σαργάναι ὡραῖαι καὶ σαπραί.</w:t>
      </w:r>
    </w:p>
    <w:p>
      <w:r>
        <w:rPr>
          <w:rFonts w:ascii="Courier New" w:hAnsi="Courier New"/>
          <w:color w:val="555555"/>
          <w:sz w:val="20"/>
        </w:rPr>
        <w:t>[7 . 28]</w:t>
      </w:r>
    </w:p>
    <w:p>
      <w:r>
        <w:rPr>
          <w:rFonts w:ascii="Gentium Plus" w:hAnsi="Gentium Plus"/>
          <w:sz w:val="24"/>
        </w:rPr>
        <w:t>Ἐριοπῶλαι, ἐριοπωλεῖν. ἔρια οἰσυπηρὰ Ἀριστοφάνης (Ach 1177), καὶ ἐρίων πιναρῶν πόκον Κρατῖνος (I p 118. 372). καὶ Ἄρχιππος μὲν ἐν Ἰχθύσιν (I p 685. 32 Ko) εἴρηκε νακοτιλτοῦντα· τὸ δ’ ὄνομα ὁ νακοτίλτης, εἰ καὶ Φιλήμων αὐτῷ κέχρηται ἐν Ἁρπαζομένῃ</w:t>
      </w:r>
    </w:p>
    <w:p>
      <w:r>
        <w:rPr>
          <w:rFonts w:ascii="Courier New" w:hAnsi="Courier New"/>
          <w:color w:val="555555"/>
          <w:sz w:val="20"/>
        </w:rPr>
        <w:t>[5]</w:t>
      </w:r>
    </w:p>
    <w:p>
      <w:r>
        <w:rPr>
          <w:rFonts w:ascii="Gentium Plus" w:hAnsi="Gentium Plus"/>
          <w:sz w:val="24"/>
        </w:rPr>
        <w:t>(II fg 14 Ko), ἀλλ’ οὐκ ἀνεκτόν, εἰ μὴ τὸ ῥῆμα ἦν ἐν χρήσει πα‐ λαιοτέρᾳ. καίτοι ὅ γε Κρατῖνος ἐν Διονυσαλεξάνδρῳ (I p 25. 41) φησὶ νακότιλτος ὡσπερεὶ κωδάριον ἐφαινόμην. ἐριουργία ἐριουργεῖν· καὶ ἐριουργεῖον ὁ ἱστὼν ἐν Ὀλυμπιάδος ἐπι‐ στολῇ. διὰ τοῦτο δ’ ἀνέχομαι τοῦ ὀνόματος, ὅτι τὸ πρᾶγμα τὸ</w:t>
      </w:r>
    </w:p>
    <w:p>
      <w:r>
        <w:rPr>
          <w:rFonts w:ascii="Courier New" w:hAnsi="Courier New"/>
          <w:color w:val="555555"/>
          <w:sz w:val="20"/>
        </w:rPr>
        <w:t>[10]</w:t>
      </w:r>
    </w:p>
    <w:p>
      <w:r>
        <w:rPr>
          <w:rFonts w:ascii="Gentium Plus" w:hAnsi="Gentium Plus"/>
          <w:sz w:val="24"/>
        </w:rPr>
        <w:t>ἀπ’ αὐτοῦ καὶ τὸ ῥῆμα παρὰ τοῖς κεχρονισμένοις ἔστιν εἰρημένον· βέλτιον δ’ ὁ ἱστεών. Πλάτων (Crat 389 B) δ’ εἴρηκεν ‘ἐν ἐρεῷ ἱματίῳ.‘</w:t>
      </w:r>
    </w:p>
    <w:p>
      <w:r>
        <w:rPr>
          <w:rFonts w:ascii="Courier New" w:hAnsi="Courier New"/>
          <w:color w:val="555555"/>
          <w:sz w:val="20"/>
        </w:rPr>
        <w:t>[7 . 29]</w:t>
      </w:r>
    </w:p>
    <w:p>
      <w:r>
        <w:rPr>
          <w:rFonts w:ascii="Gentium Plus" w:hAnsi="Gentium Plus"/>
          <w:sz w:val="24"/>
        </w:rPr>
        <w:t>ταλασία, ταλασιουργία ταλασιουργεῖν, τάλαρος. καὶ καλα‐ θίσκος, Εὐπόλιδος εἰπόντος ἐν Πόλεσιν (I p 319. 227 Ko) ἄνευ καλαθίσκων καὶ πόρων καὶ πηνίων. κατάγειν, κάταγμα· τὸ δ’ αὐτὸ καὶ μήρυμα. τῶν δὲ νέων τις κω‐</w:t>
      </w:r>
    </w:p>
    <w:p>
      <w:r>
        <w:rPr>
          <w:rFonts w:ascii="Courier New" w:hAnsi="Courier New"/>
          <w:color w:val="555555"/>
          <w:sz w:val="20"/>
        </w:rPr>
        <w:t>[5]</w:t>
      </w:r>
    </w:p>
    <w:p>
      <w:r>
        <w:rPr>
          <w:rFonts w:ascii="Gentium Plus" w:hAnsi="Gentium Plus"/>
          <w:sz w:val="24"/>
        </w:rPr>
        <w:t>μικῶν Ἐπιγένης ἐν Ποντικῷ ἔφη (II p 419. 7 Ko) τρεῖς μόνους ἔχω σκώληκας, ἔτι τούτους δέ μ’ ἔασον καταγαγεῖν. καὶ κροκυδίζειν δὲ Φιλύλλιος εἴρηκεν (I p 787. 22 Ko). τὸ κάταγμα κροκυδίζουσαν αὐτὴν κατέλαβον,</w:t>
      </w:r>
    </w:p>
    <w:p>
      <w:r>
        <w:rPr>
          <w:rFonts w:ascii="Courier New" w:hAnsi="Courier New"/>
          <w:color w:val="555555"/>
          <w:sz w:val="20"/>
        </w:rPr>
        <w:t>[7 . 30]</w:t>
      </w:r>
    </w:p>
    <w:p>
      <w:r>
        <w:rPr>
          <w:rFonts w:ascii="Gentium Plus" w:hAnsi="Gentium Plus"/>
          <w:sz w:val="24"/>
        </w:rPr>
        <w:t>ὅπερ ἐστὶν ἐκλέγουσαν τὸ τραχύ. ἔξαινε δὲ τῶν ἐρίων Ἀριστοφάνης (fg 717) ἔφη, καὶ καταξῆναι Πλάτων ὁ κωμικός (fg 245), ὁ δὲ φιλόσοφος Πλάτων (Politc 282 A) καὶ τέχνην ξαντικήν, Σοφοκλῆς (fg 969) δὲ ξάσμα. τὸ δὲ καμεῖν ἀπὸ τὴς ἐριουργίας τὰς χεῖρας</w:t>
      </w:r>
    </w:p>
    <w:p>
      <w:r>
        <w:rPr>
          <w:rFonts w:ascii="Courier New" w:hAnsi="Courier New"/>
          <w:color w:val="555555"/>
          <w:sz w:val="20"/>
        </w:rPr>
        <w:t>[5]</w:t>
      </w:r>
    </w:p>
    <w:p>
      <w:r>
        <w:rPr>
          <w:rFonts w:ascii="Gentium Plus" w:hAnsi="Gentium Plus"/>
          <w:sz w:val="24"/>
        </w:rPr>
        <w:t>ξανᾶν ἐλέγετο, καὶ ξάνησιν. νεῖν, κλώθειν, στρέφειν. στήμων κρόκη, στη‐ μονονητικὴ καὶ κροκονητική· Πλάτων (Lg 734 E) δ’ ἐφυφὴν καλεῖ τὴν κρόκην, τὸν δὲ στήμονα νῆμα (Politc 282 E) καὶ τὸ ἔργον τοῦ νή‐</w:t>
      </w:r>
    </w:p>
    <w:p>
      <w:r>
        <w:rPr>
          <w:rFonts w:ascii="Courier New" w:hAnsi="Courier New"/>
          <w:color w:val="555555"/>
          <w:sz w:val="20"/>
        </w:rPr>
        <w:t>[7 . 31]</w:t>
      </w:r>
    </w:p>
    <w:p>
      <w:r>
        <w:rPr>
          <w:rFonts w:ascii="Gentium Plus" w:hAnsi="Gentium Plus"/>
          <w:sz w:val="24"/>
        </w:rPr>
        <w:t>ματος νῆσιν εἴρηκε (Rpb 620 E), ‘τὴν τῆς Ἀτρόπου νῆσιν.‘ ὁ δὲ κωμικὸς Πλάτων (fg 221) ἔφη ἀκλώστους στήμονας. καὶ ἁρπε‐ δόνας δὲ τὰ νήματα Ἡρόδοτος (III 47)· Ἀριστίας δ’ ἐν Ἀταλάντῃ (T G F p 726. 2) ‘ἁρπεδόνην τε λύσιν ἱστοῦ·‘ τοῦτο δὲ τραγικώ‐</w:t>
      </w:r>
    </w:p>
    <w:p>
      <w:r>
        <w:rPr>
          <w:rFonts w:ascii="Courier New" w:hAnsi="Courier New"/>
          <w:color w:val="555555"/>
          <w:sz w:val="20"/>
        </w:rPr>
        <w:t>[5]</w:t>
      </w:r>
    </w:p>
    <w:p>
      <w:r>
        <w:rPr>
          <w:rFonts w:ascii="Gentium Plus" w:hAnsi="Gentium Plus"/>
          <w:sz w:val="24"/>
        </w:rPr>
        <w:t>τερον. ἄτρακτος, σφόνδυλος, κλωστήρ. οὕτω δὲ καὶ τὴν περιστροφὴν τοῦ λίνου Εὐριπίδης ὠνόμασεν (fg 1001) λίνου κλωστῆρα περιφέρει λαβών. πηνίον, ἀγαθίς, ὅθεν καὶ παροιμία ‘ἀγαθῶν ἀγαθίδες,‘ ᾗ πλείστῃ κέχρηνται οἱ κωμικοί. φαίης δ’ ἂν καὶ μίτον, καὶ μίσασθαι τὸ μιτώ‐</w:t>
      </w:r>
    </w:p>
    <w:p>
      <w:r>
        <w:rPr>
          <w:rFonts w:ascii="Courier New" w:hAnsi="Courier New"/>
          <w:color w:val="555555"/>
          <w:sz w:val="20"/>
        </w:rPr>
        <w:t>[10]</w:t>
      </w:r>
    </w:p>
    <w:p>
      <w:r>
        <w:rPr>
          <w:rFonts w:ascii="Gentium Plus" w:hAnsi="Gentium Plus"/>
          <w:sz w:val="24"/>
        </w:rPr>
        <w:t>σασθαι, καὶ πολύμιτος, ὡς Κρατῖνος (fg 436) ἔφη. καὶ ἀπὸ πηνίου τὸ πηνίσασθαι· Φιλύλλιος (I p 789. 33 Ko) δ’ αὐτὸ εἴρηκεν. τὰς δ’</w:t>
      </w:r>
    </w:p>
    <w:p>
      <w:r>
        <w:rPr>
          <w:rFonts w:ascii="Courier New" w:hAnsi="Courier New"/>
          <w:color w:val="555555"/>
          <w:sz w:val="20"/>
        </w:rPr>
        <w:t>[7 . 32]</w:t>
      </w:r>
    </w:p>
    <w:p>
      <w:r>
        <w:rPr>
          <w:rFonts w:ascii="Gentium Plus" w:hAnsi="Gentium Plus"/>
          <w:sz w:val="24"/>
        </w:rPr>
        <w:t>ὁλοστημόνους ταινίας τολύπας Σοφοκλῆς (fg 997) ὠνόμασεν. ἐφ’ οὗ δὲ νήθουσιν ἢ νῶσιν—τὸ γὰρ νήθειν οἱ Ἀττικοὶ νεῖν λέγουσιν— ἐπίνητρον καλεῖται καὶ ὄνος. λέγοις δ’ ἂν ἄτρακτον ἐπιστρέφειν,</w:t>
      </w:r>
    </w:p>
    <w:p>
      <w:r>
        <w:rPr>
          <w:rFonts w:ascii="Courier New" w:hAnsi="Courier New"/>
          <w:color w:val="555555"/>
          <w:sz w:val="20"/>
        </w:rPr>
        <w:t>[5]</w:t>
      </w:r>
    </w:p>
    <w:p>
      <w:r>
        <w:rPr>
          <w:rFonts w:ascii="Gentium Plus" w:hAnsi="Gentium Plus"/>
          <w:sz w:val="24"/>
        </w:rPr>
        <w:t>τὸν ἰσχνὸν καὶ λεῖον Ἀριστοφάνης (fg 728) καλεῖ. στῆσαι τὸν στήμονα ἢ τὰ στημόνια, καὶ προφορεῖσθαι· οὕτω γὰρ ἔλεγον οἱ</w:t>
      </w:r>
    </w:p>
    <w:p>
      <w:r>
        <w:rPr>
          <w:rFonts w:ascii="Courier New" w:hAnsi="Courier New"/>
          <w:color w:val="555555"/>
          <w:sz w:val="20"/>
        </w:rPr>
        <w:t>[7 . 33]</w:t>
      </w:r>
    </w:p>
    <w:p>
      <w:r>
        <w:rPr>
          <w:rFonts w:ascii="Gentium Plus" w:hAnsi="Gentium Plus"/>
          <w:sz w:val="24"/>
        </w:rPr>
        <w:t>Ἀττικοὶ τὸ νῦν διάζεσθαι. καὶ τὸ διάζεσθαι δ’ ἔστιν ἐν αὐτῇ τῇ λέξει παραλαμβανόμενον· ὁ δ’ ἐξυφαινεθ’ ἱστός, ὁ δὲ διάζεται, καί που παρὰ Νικοφῶντι ἐν Πανδώρᾳ (I p 776. 5 Ko). τὸ δὲ</w:t>
      </w:r>
    </w:p>
    <w:p>
      <w:r>
        <w:rPr>
          <w:rFonts w:ascii="Courier New" w:hAnsi="Courier New"/>
          <w:color w:val="555555"/>
          <w:sz w:val="20"/>
        </w:rPr>
        <w:t>[5]</w:t>
      </w:r>
    </w:p>
    <w:p>
      <w:r>
        <w:rPr>
          <w:rFonts w:ascii="Gentium Plus" w:hAnsi="Gentium Plus"/>
          <w:sz w:val="24"/>
        </w:rPr>
        <w:t>συνδῆσαι τὸν στήμονα καιρῶσαι λέγειν χρή, καὶ καίρωσιν τὴν σύνδεσιν. ὑφάντης, ὑφαντικός, ὑφαίνειν, ὑφαντικῶς, ὑφή, ὕφασμα, ὑφάντρια. καὶ ὕφανσιν δ’ ἂν εἴποις βιαζόμενος, ἐπεὶ Πλάτων εἴρηκε (Politc 310 E) ‘βασιλικῆς ξυνυφάνσεως.‘ καὶ χλαμυδουργίαν δὲ καὶ χλαμυδοποιίαν, ὡς οὐ ταὐτὸν ὂν ἑκάτερον, ἄμφω ἐν τοῖς Ἀπομνημονεύμασι (II. 7. 6)</w:t>
      </w:r>
    </w:p>
    <w:p>
      <w:r>
        <w:rPr>
          <w:rFonts w:ascii="Courier New" w:hAnsi="Courier New"/>
          <w:color w:val="555555"/>
          <w:sz w:val="20"/>
        </w:rPr>
        <w:t>[7 . 34]</w:t>
      </w:r>
    </w:p>
    <w:p>
      <w:r>
        <w:rPr>
          <w:rFonts w:ascii="Gentium Plus" w:hAnsi="Gentium Plus"/>
          <w:sz w:val="24"/>
        </w:rPr>
        <w:t>Ξενοφῶν λέγει· εἴδη δ’ ἔοικεν εἶναι ταλασιουργίας μὲν ἡ χλαμυ‐ δουργία, ὑφαντικῆς δ’ ἡ χλαμυδοποιία. καὶ χλανιδουργία δὲ καὶ χλανιδοποιία ὁμοίως ἂν λέγοιτο, καὶ ἐξωμιδοποιία. ποικιλτὴν δ’ Αἰσχίνης Τιμάρχου κατηγορῶν (§ 97) εἶπεν· ἔστι δὲ καὶ τοῦτο ὑφαν‐</w:t>
      </w:r>
    </w:p>
    <w:p>
      <w:r>
        <w:rPr>
          <w:rFonts w:ascii="Courier New" w:hAnsi="Courier New"/>
          <w:color w:val="555555"/>
          <w:sz w:val="20"/>
        </w:rPr>
        <w:t>[5]</w:t>
      </w:r>
    </w:p>
    <w:p>
      <w:r>
        <w:rPr>
          <w:rFonts w:ascii="Gentium Plus" w:hAnsi="Gentium Plus"/>
          <w:sz w:val="24"/>
        </w:rPr>
        <w:t>τικὸν εἶδος. ἡ δὲ τέχνη ποικιλτική, καὶ ὁ ἀνὴρ ποικιλτικός, καὶ τὸ πρᾶγμα ποίκιλσις κατὰ Πλάτωνα (Lg V 747 A), καὶ τὸ ῥῆμα ποι‐ κίλλειν, καὶ τὸ ἐπίρρημα ποικιλτικῶς, ὥσπερ καὶ ἐριουργικῶς καὶ</w:t>
      </w:r>
    </w:p>
    <w:p>
      <w:r>
        <w:rPr>
          <w:rFonts w:ascii="Courier New" w:hAnsi="Courier New"/>
          <w:color w:val="555555"/>
          <w:sz w:val="20"/>
        </w:rPr>
        <w:t>[7 . 35]</w:t>
      </w:r>
    </w:p>
    <w:p>
      <w:r>
        <w:rPr>
          <w:rFonts w:ascii="Gentium Plus" w:hAnsi="Gentium Plus"/>
          <w:sz w:val="24"/>
        </w:rPr>
        <w:t>ταλασιουργικῶς καὶ ὑφαντικῶς. ὁ δὲ ποικιλτὴς ὠνόμασται παρ’ Ἀλέξιδος (II fg 328 Ko) ποικιλεύς. λέγοις δ’ ἂν διάγειν τὴν κρό‐ κην, διαφέρειν, διαβάλλειν, κερκίζειν, πλήττειν, πιέζειν, πυκνοῦν. ὕφασμα δέ ἐστιν εἰπεῖν λεπτόν, εὐυφές, ἰσχνόν, εὐήτριον, εὔπλοκον·</w:t>
      </w:r>
    </w:p>
    <w:p>
      <w:r>
        <w:rPr>
          <w:rFonts w:ascii="Courier New" w:hAnsi="Courier New"/>
          <w:color w:val="555555"/>
          <w:sz w:val="20"/>
        </w:rPr>
        <w:t>[5]</w:t>
      </w:r>
    </w:p>
    <w:p>
      <w:r>
        <w:rPr>
          <w:rFonts w:ascii="Gentium Plus" w:hAnsi="Gentium Plus"/>
          <w:sz w:val="24"/>
        </w:rPr>
        <w:t>τὸ δὲ εὐήτριον Αἰσχύλος ἐν Δικτυουλκοῖς (fg 47), εἰ καὶ μὴ ἐπὶ ἐσθῆ‐ τος, ἀλλ’ οὖν εἴρηκε ‘δικτύου δ’ εὐήτρια.‘ κερκίς κτείς, ἱστός, ἱστουρ‐ γία ἱστουργεῖν, ἱστουργικός ἱστουργικῶς. κανὼν ἱστοῦ τὸ καλού‐</w:t>
      </w:r>
    </w:p>
    <w:p>
      <w:r>
        <w:rPr>
          <w:rFonts w:ascii="Courier New" w:hAnsi="Courier New"/>
          <w:color w:val="555555"/>
          <w:sz w:val="20"/>
        </w:rPr>
        <w:t>[7 . 36]</w:t>
      </w:r>
    </w:p>
    <w:p>
      <w:r>
        <w:rPr>
          <w:rFonts w:ascii="Gentium Plus" w:hAnsi="Gentium Plus"/>
          <w:sz w:val="24"/>
        </w:rPr>
        <w:t>μενον ἀντίον. πῆχυς. ἱστόπους, ὡς Εὔβουλος (II p 213. 145 Ko) λέγει· καὶ κελέοντες δ’ οἱ ἱστόποδες καλοῦνται. ἀγνῦθες δὲ καὶ λεῖαι οἱ λίθοι οἱ ἐξηρτημένοι τῶν στημόνων κατὰ τὴν ἀρχαίαν ὑφαντικήν, σπάθη, ὅθεν καὶ τὸ σπαθᾶν, καὶ τὸ ἀσπάθητον χλαῖναν Σοφοκλῆς</w:t>
      </w:r>
    </w:p>
    <w:p>
      <w:r>
        <w:rPr>
          <w:rFonts w:ascii="Courier New" w:hAnsi="Courier New"/>
          <w:color w:val="555555"/>
          <w:sz w:val="20"/>
        </w:rPr>
        <w:t>[5]</w:t>
      </w:r>
    </w:p>
    <w:p>
      <w:r>
        <w:rPr>
          <w:rFonts w:ascii="Gentium Plus" w:hAnsi="Gentium Plus"/>
          <w:sz w:val="24"/>
        </w:rPr>
        <w:t>(fg 793) λέγει καὶ ‘σπαθητοῖς ὑφάσμασιν.‘ καὶ σπαθίδα ἐκάλουν τὸ</w:t>
      </w:r>
    </w:p>
    <w:p>
      <w:r>
        <w:rPr>
          <w:rFonts w:ascii="Courier New" w:hAnsi="Courier New"/>
          <w:color w:val="555555"/>
          <w:sz w:val="20"/>
        </w:rPr>
        <w:t>[7 . 37]</w:t>
      </w:r>
    </w:p>
    <w:p>
      <w:r>
        <w:rPr>
          <w:rFonts w:ascii="Gentium Plus" w:hAnsi="Gentium Plus"/>
          <w:sz w:val="24"/>
        </w:rPr>
        <w:t>πλύνται πλυντικοί πλυνοί πλύντριαι, φαιδρυνταί φαιδρυντικοί φαιδρῦναι, κναφεῖον κναφική κνάψαι, καὶ κναφεὺς καὶ κναφαῖοι καὶ ἄκναφα. καὶ κναφεύειν ἔφη Ἀριστοφάνης (Plut 166), καὶ ἀνακνάψαι Λύσιππος ὁ κωμικός (I p 701. 4 Ko). κνάφος δ’ ἡ</w:t>
      </w:r>
    </w:p>
    <w:p>
      <w:r>
        <w:rPr>
          <w:rFonts w:ascii="Courier New" w:hAnsi="Courier New"/>
          <w:color w:val="555555"/>
          <w:sz w:val="20"/>
        </w:rPr>
        <w:t>[5]</w:t>
      </w:r>
    </w:p>
    <w:p>
      <w:r>
        <w:rPr>
          <w:rFonts w:ascii="Gentium Plus" w:hAnsi="Gentium Plus"/>
          <w:sz w:val="24"/>
        </w:rPr>
        <w:t>πρόσφορος αὐτοῖς ἀκούοιτ’ ἂν ἄκανθα. τοῦ δὲ κνάπτειν ἡγεῖται τὸ συμπατῆσαι, ὡς Κρατῖνος ὑποδηλοῖ παίζων (fg 275 Ko),</w:t>
      </w:r>
    </w:p>
    <w:p>
      <w:r>
        <w:rPr>
          <w:rFonts w:ascii="Courier New" w:hAnsi="Courier New"/>
          <w:color w:val="555555"/>
          <w:sz w:val="20"/>
        </w:rPr>
        <w:t>[7 . 38]</w:t>
      </w:r>
    </w:p>
    <w:p>
      <w:r>
        <w:rPr>
          <w:rFonts w:ascii="Gentium Plus" w:hAnsi="Gentium Plus"/>
          <w:sz w:val="24"/>
        </w:rPr>
        <w:t>τῇ μάστιγι κνάψειν εὖ μάλα, πρὶν συμπατῆσαι. εἰ δὲ χρὴ τούτους καὶ πλύντας λέγειν, ἀπ’ αὐτῶν αἱ πλύντριαι. καὶ πλυνέας δ’ ἂν αὐτοὺς εἴποις, καὶ τὸν τόπον πλυνούς. ἀφ’ οὗ</w:t>
      </w:r>
    </w:p>
    <w:p>
      <w:r>
        <w:rPr>
          <w:rFonts w:ascii="Courier New" w:hAnsi="Courier New"/>
          <w:color w:val="555555"/>
          <w:sz w:val="20"/>
        </w:rPr>
        <w:t>[5]</w:t>
      </w:r>
    </w:p>
    <w:p>
      <w:r>
        <w:rPr>
          <w:rFonts w:ascii="Gentium Plus" w:hAnsi="Gentium Plus"/>
          <w:sz w:val="24"/>
        </w:rPr>
        <w:t>καὶ τὸ λοιδορεῖν πλύνειν (Aristph Ach 359) καὶ ‘πλυνόν με ποι‐ εῖσ‘ ἡ κωμῳδία (Aristph Pl 1061) φησίν, ἤγουν ἐξονειδίζεις καὶ αἰσχύνεις· καὶ τὸ οὐδενὸς ἄξιόν τι ἀποπεφάνθαι καταπεπλύσθαι ὁ ῥήτωρ ἔφη Αἰσχίνης (III 178). ὁ δὲ μισθὸς ὁ διδόμενος αὐτοῖς</w:t>
      </w:r>
    </w:p>
    <w:p>
      <w:r>
        <w:rPr>
          <w:rFonts w:ascii="Courier New" w:hAnsi="Courier New"/>
          <w:color w:val="555555"/>
          <w:sz w:val="20"/>
        </w:rPr>
        <w:t>[7 . 39]</w:t>
      </w:r>
    </w:p>
    <w:p>
      <w:r>
        <w:rPr>
          <w:rFonts w:ascii="Gentium Plus" w:hAnsi="Gentium Plus"/>
          <w:sz w:val="24"/>
        </w:rPr>
        <w:t>πλύντρα καλεῖται. τὸ δὲ πλύνειν καὶ ῥύπτειν καὶ ἐκρύπτειν καὶ κλύζειν καὶ ἐκκλύζειν ἐρεῖς. καὶ τὸ ἀπὸ τοῦ πλυνοῦ ὕδωρ πλύμα, καὶ ἡ κατατετριμμένη ἑταίρα κλύσμα καὶ πλύμα. ἐν ᾧ δ’ ἐξέπλυ‐ νον, οὐ μόνον λίτρον καὶ Χαλαστραῖον λίτρον, ἀλλὰ καὶ χαλαίρυπος,</w:t>
      </w:r>
    </w:p>
    <w:p>
      <w:r>
        <w:rPr>
          <w:rFonts w:ascii="Courier New" w:hAnsi="Courier New"/>
          <w:color w:val="555555"/>
          <w:sz w:val="20"/>
        </w:rPr>
        <w:t>[5]</w:t>
      </w:r>
    </w:p>
    <w:p>
      <w:r>
        <w:rPr>
          <w:rFonts w:ascii="Gentium Plus" w:hAnsi="Gentium Plus"/>
          <w:sz w:val="24"/>
        </w:rPr>
        <w:t>ὡς Κρατῖνος (fg 452 Ko) ὠνόμασεν. Ἀριστοφάνης δὲ τῶν πλυντικῶν καὶ τὴν κονίαν καὶ τὴν κιμωλίαν εἶναί φησιν ἐν Λυσιστράτῃ (immo Ran 713), εἰπὼν ψευδολίτρου κονίας καὶ κιμωλίας γῆς</w:t>
      </w:r>
    </w:p>
    <w:p>
      <w:r>
        <w:rPr>
          <w:rFonts w:ascii="Courier New" w:hAnsi="Courier New"/>
          <w:color w:val="555555"/>
          <w:sz w:val="20"/>
        </w:rPr>
        <w:t>[7 . 40]</w:t>
      </w:r>
    </w:p>
    <w:p>
      <w:r>
        <w:rPr>
          <w:rFonts w:ascii="Gentium Plus" w:hAnsi="Gentium Plus"/>
          <w:sz w:val="24"/>
        </w:rPr>
        <w:t>καὶ Πλάτων δ’ ὁ φιλόσοφος (Rpb IV 430 B) τὴν κονίαν ἕν τι τῶν ῥυπτικῶν· ἔστι δὲ τὸ ἐκ τέφρας καθιστάμενον ὑγρόν. γῆν δὲ σμηκ‐ τρίδα Εὔπολις (fg 380) καὶ Κηφισόδωρος ἐν Τροφωνίῳ (I p 801 6 Ko) εἴρηκεν. ἰχθύων δὲ πλύμα Πλάτων ἐν Νίκαις εἴρηκεν ὁ κωμικός</w:t>
      </w:r>
    </w:p>
    <w:p>
      <w:r>
        <w:rPr>
          <w:rFonts w:ascii="Courier New" w:hAnsi="Courier New"/>
          <w:color w:val="555555"/>
          <w:sz w:val="20"/>
        </w:rPr>
        <w:t>[5]</w:t>
      </w:r>
    </w:p>
    <w:p>
      <w:r>
        <w:rPr>
          <w:rFonts w:ascii="Gentium Plus" w:hAnsi="Gentium Plus"/>
          <w:sz w:val="24"/>
        </w:rPr>
        <w:t>(I p. 623. 82) ἡ δὲ πλυντρὶς εἴρηται παρὰ Νικοχάρει ἐν Ἡρα‐ κλεῖ γαμουμένῳ (I p 771. 4 Ko). τὸ δὲ τῶν ποδῶν νίπτρον νίπτρα μὲν Αἰσχύλος (fg 225), Ἀριστοφάνης (Ach 591) δ’ ἀπόνιπτρον, καὶ τὸ φαιδρύνειν δὲ καὶ ἀποπλύνειν καὶ διαπλύνειν τῷ πλύνειν προσ‐ ήκει, καὶ ἡ παρ’ Αἰσχύλῳ (Choeph 759) ‘παιδὸς σπαργάνων φαιδρύν‐</w:t>
      </w:r>
    </w:p>
    <w:p>
      <w:r>
        <w:rPr>
          <w:rFonts w:ascii="Courier New" w:hAnsi="Courier New"/>
          <w:color w:val="555555"/>
          <w:sz w:val="20"/>
        </w:rPr>
        <w:t>[7 . 41]</w:t>
      </w:r>
    </w:p>
    <w:p>
      <w:r>
        <w:rPr>
          <w:rFonts w:ascii="Gentium Plus" w:hAnsi="Gentium Plus"/>
          <w:sz w:val="24"/>
        </w:rPr>
        <w:t>τρια.‘ ἔοικε δὲ καὶ τὸ ἰποῦν καὶ τὸ ἰποῦσθαι, ἐπὶ τοῦ ἀποθλίβεσθαι καὶ πιέζεσθαι, κναφεῦσι προσήκειν, οὐκ ἄντικρυς μὲν ἐπὶ τούτου εἰρη‐ μένον, ὑποδηλούμενον δέ· δώσεις ἐμοὶ καλὴν δίκην</w:t>
      </w:r>
    </w:p>
    <w:p>
      <w:r>
        <w:rPr>
          <w:rFonts w:ascii="Courier New" w:hAnsi="Courier New"/>
          <w:color w:val="555555"/>
          <w:sz w:val="20"/>
        </w:rPr>
        <w:t>[5]</w:t>
      </w:r>
    </w:p>
    <w:p>
      <w:r>
        <w:rPr>
          <w:rFonts w:ascii="Gentium Plus" w:hAnsi="Gentium Plus"/>
          <w:sz w:val="24"/>
        </w:rPr>
        <w:t>ἰπούμενος ταῖς εἰσφοραῖς Ἀριστοφάνης πού φησι (Eq 923 sq), καὶ Κρατῖνος ἰποῦμεν ἐν Κλεοβουλίνῃ (fg 91 Ko)· καὶ Ἀρχίλοχος (169) δ’ ἔφη ‘κέαται δ’ ἐν ἴπῳ.‘ ἔστι μὲν οὖν ἶπος καὶ ἡ μυάγρα, ἀλλ’ ἔοικε μᾶλλον τῷ τῶν κναφέων ἐργαλείῳ προσήκειν. καὶ θεῖον δὲ τῶν ὑπουργούντων</w:t>
      </w:r>
    </w:p>
    <w:p>
      <w:r>
        <w:rPr>
          <w:rFonts w:ascii="Courier New" w:hAnsi="Courier New"/>
          <w:color w:val="555555"/>
          <w:sz w:val="20"/>
        </w:rPr>
        <w:t>[10]</w:t>
      </w:r>
    </w:p>
    <w:p>
      <w:r>
        <w:rPr>
          <w:rFonts w:ascii="Gentium Plus" w:hAnsi="Gentium Plus"/>
          <w:sz w:val="24"/>
        </w:rPr>
        <w:t>τῷ κναφεῖ, ἀφ’ οὗ Λύσιππος (I p 701. 4 Ko) σὺ δ’ ἀνακνάψας καὶ θειώσας τὰς ἀλλοτρίας ἐπινοίας.</w:t>
      </w:r>
    </w:p>
    <w:p>
      <w:r>
        <w:rPr>
          <w:rFonts w:ascii="Courier New" w:hAnsi="Courier New"/>
          <w:color w:val="555555"/>
          <w:sz w:val="20"/>
        </w:rPr>
        <w:t>[7 . 42]</w:t>
      </w:r>
    </w:p>
    <w:p>
      <w:r>
        <w:rPr>
          <w:rFonts w:ascii="Gentium Plus" w:hAnsi="Gentium Plus"/>
          <w:sz w:val="24"/>
        </w:rPr>
        <w:t>ἀκέσται ἀκέστριαι ἀκέσασθαι, ῥάψαι συρράψαι, βελόνη βελονίδες, ῥαφεῖς ῥαφίδες. Ἐκ δ’ ἐσθήτων ὀνόματα ἐσθής ἐσθήματα, ἀμπεχόνη, στολή, ἔνδυμα, ἱμάτιον, ἀμφιέσματα· Λυσίας (fg 318 T) δὲ καὶ ἱματίδια ἔφη.</w:t>
      </w:r>
    </w:p>
    <w:p>
      <w:r>
        <w:rPr>
          <w:rFonts w:ascii="Courier New" w:hAnsi="Courier New"/>
          <w:color w:val="555555"/>
          <w:sz w:val="20"/>
        </w:rPr>
        <w:t>[5]</w:t>
      </w:r>
    </w:p>
    <w:p>
      <w:r>
        <w:rPr>
          <w:rFonts w:ascii="Gentium Plus" w:hAnsi="Gentium Plus"/>
          <w:sz w:val="24"/>
        </w:rPr>
        <w:t>λώπη γὰρ καὶ λόκκη καὶ φάρος καὶ εἷμα καὶ σπεῖρα καὶ λῶπος ποιήσεως ἔστω· καίτοι ὅ γε λωποδύτης καὶ ἡ λωποδυτία ἀπὸ τοῦ λώπους</w:t>
      </w:r>
    </w:p>
    <w:p>
      <w:r>
        <w:rPr>
          <w:rFonts w:ascii="Courier New" w:hAnsi="Courier New"/>
          <w:color w:val="555555"/>
          <w:sz w:val="20"/>
        </w:rPr>
        <w:t>[7 . 43]</w:t>
      </w:r>
    </w:p>
    <w:p>
      <w:r>
        <w:rPr>
          <w:rFonts w:ascii="Gentium Plus" w:hAnsi="Gentium Plus"/>
          <w:sz w:val="24"/>
        </w:rPr>
        <w:t>ἐστὶν εἰρημένα, τὰ δὲ ῥήματα ἠσθῆσθαι, ἀμπέχεσθαι, ἐστάλθαι, ἠμφιέσθαι, ἐνδεδυκέναι. ἀλλὰ καὶ αἱ μετοχαὶ ἠσθημένος, ἀμπ‐ εχόμενος, ἐσταλμένος, ἠμφιεσμένος, ἐνδεδυμένος ἐνδεδυκώς· ἐνδὺς γὰρ καὶ εἱμένος καὶ ἐπιειμένος, οὐ κατὰ πεζὴν ἂν εἴη ταῦτα τὴν</w:t>
      </w:r>
    </w:p>
    <w:p>
      <w:r>
        <w:rPr>
          <w:rFonts w:ascii="Courier New" w:hAnsi="Courier New"/>
          <w:color w:val="555555"/>
          <w:sz w:val="20"/>
        </w:rPr>
        <w:t>[5]</w:t>
      </w:r>
    </w:p>
    <w:p>
      <w:r>
        <w:rPr>
          <w:rFonts w:ascii="Gentium Plus" w:hAnsi="Gentium Plus"/>
          <w:sz w:val="24"/>
        </w:rPr>
        <w:t>χρῆσιν. ἴσως δὲ καὶ εὐσταλής, καὶ ὁ παρὰ Κρατίνῳ (fg 414) εὐπινὴς τούτοις ἂν ἐνάριθμον εἴη, καὶ τὸ εὐσταλῶς ἐπίρρημα. τὸ δὲ γυμ‐ νωθῆναι καὶ ἀποδῦναι ἐρεῖς, καὶ ὁ γεγυμνωμένος καὶ ὁ ἀποδὺς</w:t>
      </w:r>
    </w:p>
    <w:p>
      <w:r>
        <w:rPr>
          <w:rFonts w:ascii="Courier New" w:hAnsi="Courier New"/>
          <w:color w:val="555555"/>
          <w:sz w:val="20"/>
        </w:rPr>
        <w:t>[7 . 44]</w:t>
      </w:r>
    </w:p>
    <w:p>
      <w:r>
        <w:rPr>
          <w:rFonts w:ascii="Gentium Plus" w:hAnsi="Gentium Plus"/>
          <w:sz w:val="24"/>
        </w:rPr>
        <w:t>καὶ ὁ ἀποδεδυκώς, ἐκείνοις ὑπεναντία, καὶ ἀποδῦσαι καὶ ἀπολωπίσαι ὡς Σοφοκλῆς (fg 917), καὶ περιλωπίσαι, ὅπερ Ὑπερείδης (fg 263) περιδῦσαι εἴρηκεν. τὸ δ’ ἀμεῖψαι ἐσθῆτα καὶ ὑπαλλάξαι ἐρεῖς καὶ μεταβαλεῖν, μετενδῦναι, μεταμφιέσασθαι, μεταμπίσχεσθαι· Ξε‐</w:t>
      </w:r>
    </w:p>
    <w:p>
      <w:r>
        <w:rPr>
          <w:rFonts w:ascii="Courier New" w:hAnsi="Courier New"/>
          <w:color w:val="555555"/>
          <w:sz w:val="20"/>
        </w:rPr>
        <w:t>[5]</w:t>
      </w:r>
    </w:p>
    <w:p>
      <w:r>
        <w:rPr>
          <w:rFonts w:ascii="Gentium Plus" w:hAnsi="Gentium Plus"/>
          <w:sz w:val="24"/>
        </w:rPr>
        <w:t>νοφῶν δ’ ἐν Παιδείᾳ (IV 5. 4) καὶ ‘μεταλαβεῖν ἔφη ἱμάτιον,‘ Λυσίας δ’ ἐν τῷ κατὰ Αὐτοκράτους (fg 51 T) ‘μεταλλαξαμένη χι‐</w:t>
      </w:r>
    </w:p>
    <w:p>
      <w:r>
        <w:rPr>
          <w:rFonts w:ascii="Courier New" w:hAnsi="Courier New"/>
          <w:color w:val="555555"/>
          <w:sz w:val="20"/>
        </w:rPr>
        <w:t>[7 . 45]</w:t>
      </w:r>
    </w:p>
    <w:p>
      <w:r>
        <w:rPr>
          <w:rFonts w:ascii="Gentium Plus" w:hAnsi="Gentium Plus"/>
          <w:sz w:val="24"/>
        </w:rPr>
        <w:t>τῶνα.‘ χιτών ἐρεῖς χιτωνίσκος χιτώνιον, ἱμάτιον. ἐπεὶ δὲ καὶ ὁ ἐπενδύτης ἔστιν ἐν τῇ τῶν πολλῶν χρήσει, ὅστις βούλοιτο καὶ τούτῳ τῷ ὀνόματι βοηθεῖν φαύλῳ ὄντι, ληπτέον αὐτὸ ἐκ τῶν Σοφοκλέους Πλυντριῶν (fg 406)</w:t>
      </w:r>
    </w:p>
    <w:p>
      <w:r>
        <w:rPr>
          <w:rFonts w:ascii="Courier New" w:hAnsi="Courier New"/>
          <w:color w:val="555555"/>
          <w:sz w:val="20"/>
        </w:rPr>
        <w:t>[5]</w:t>
      </w:r>
    </w:p>
    <w:p>
      <w:r>
        <w:rPr>
          <w:rFonts w:ascii="Gentium Plus" w:hAnsi="Gentium Plus"/>
          <w:sz w:val="24"/>
        </w:rPr>
        <w:t>πέπλους τε νῆσαι λινογενεῖς τ’ ἐπενδύτας. καὶ Θέσπις δέ πού φησιν ἐν τῷ Πενθεῖ (T G F p 832. 1) ἔργῳ νόμιζε νεβρίδ’ ἔχειν ἐπενδύτην. ἄντικρυς δὲ δοκεῖ τὸ ἐν τῷ Νικοχάρους Ἡρακλεῖ χορηγῷ (I p 771. 5 Ko) φέρε νῦν ταχέως χιτῶνα τόνδ’ ἐπενδύτην</w:t>
      </w:r>
    </w:p>
    <w:p>
      <w:r>
        <w:rPr>
          <w:rFonts w:ascii="Courier New" w:hAnsi="Courier New"/>
          <w:color w:val="555555"/>
          <w:sz w:val="20"/>
        </w:rPr>
        <w:t>[10]</w:t>
      </w:r>
    </w:p>
    <w:p>
      <w:r>
        <w:rPr>
          <w:rFonts w:ascii="Gentium Plus" w:hAnsi="Gentium Plus"/>
          <w:sz w:val="24"/>
        </w:rPr>
        <w:t>τῇ νῦν χρείᾳ βοηθεῖν.</w:t>
      </w:r>
    </w:p>
    <w:p>
      <w:r>
        <w:rPr>
          <w:rFonts w:ascii="Courier New" w:hAnsi="Courier New"/>
          <w:color w:val="555555"/>
          <w:sz w:val="20"/>
        </w:rPr>
        <w:t>[7 . 46]</w:t>
      </w:r>
    </w:p>
    <w:p>
      <w:r>
        <w:rPr>
          <w:rFonts w:ascii="Gentium Plus" w:hAnsi="Gentium Plus"/>
          <w:sz w:val="24"/>
        </w:rPr>
        <w:t>εἴδη δ’ ἐσθήτων ἀνδρικῶν μὲν χλαμύς, ἡ μὲν ὁλόλευκος, ὡς Φιλέταιρος ὁ κωμῳδοδιδάσκαλος (II p 235. 20) ὠνόμαζεν. ἡ δὲ πα‐ ρυφὶς καὶ παραπόρφυρος ἢ ὡς ἡ νέα κωμῳδία εὐπάρυφος (Nicostrat II 222. 9 Ko). τὰς δὲ Θετταλικὰς χλαμύδας Θετταλικὰ πτερὰ ὠνόμαζον,</w:t>
      </w:r>
    </w:p>
    <w:p>
      <w:r>
        <w:rPr>
          <w:rFonts w:ascii="Courier New" w:hAnsi="Courier New"/>
          <w:color w:val="555555"/>
          <w:sz w:val="20"/>
        </w:rPr>
        <w:t>[5]</w:t>
      </w:r>
    </w:p>
    <w:p>
      <w:r>
        <w:rPr>
          <w:rFonts w:ascii="Gentium Plus" w:hAnsi="Gentium Plus"/>
          <w:sz w:val="24"/>
        </w:rPr>
        <w:t>καὶ ἐντεθετταλίσμεθα ἔλεγον τὸ χλαμυδοφοροῦμεν. χλαῖνα ἱμάτιον ἐπὶ τῷ χιτῶνι (Hom ξ 154) ἕσσω μιν χλαῖνάν τε χιτῶνά τε, εἵματα καλά, ἔσθ’ ὅτε μέντοι ἐνεύναιον περιβόλαιον, (Hom δ 229)</w:t>
      </w:r>
    </w:p>
    <w:p>
      <w:r>
        <w:rPr>
          <w:rFonts w:ascii="Courier New" w:hAnsi="Courier New"/>
          <w:color w:val="555555"/>
          <w:sz w:val="20"/>
        </w:rPr>
        <w:t>[7 . 47]</w:t>
      </w:r>
    </w:p>
    <w:p>
      <w:r>
        <w:rPr>
          <w:rFonts w:ascii="Gentium Plus" w:hAnsi="Gentium Plus"/>
          <w:sz w:val="24"/>
        </w:rPr>
        <w:t>εἰσὶ δὲ χλαῖναι αἱ μὲν ἁπλοΐδες, ὡς Ὅμηρος (Ω 230) ‘δώδεκα δ’ ἁπλοΐδας,‘ αἱ δὲ διπλαῖ, ‘διπλῆν ἐκταδίην (Hom K 134)·‘ ταύτας δ’ οἱ Ἀττικοὶ ἁπληγίδας καὶ διπληγίδας καὶ διβόλους ὠνόμαζον. χιτὼν δ’ ἑτερομάσχαλος καὶ ἀμφιμάσχαλος, ὁ μὲν ἐλευθέρων σχῆμα,</w:t>
      </w:r>
    </w:p>
    <w:p>
      <w:r>
        <w:rPr>
          <w:rFonts w:ascii="Courier New" w:hAnsi="Courier New"/>
          <w:color w:val="555555"/>
          <w:sz w:val="20"/>
        </w:rPr>
        <w:t>[5]</w:t>
      </w:r>
    </w:p>
    <w:p>
      <w:r>
        <w:rPr>
          <w:rFonts w:ascii="Gentium Plus" w:hAnsi="Gentium Plus"/>
          <w:sz w:val="24"/>
        </w:rPr>
        <w:t>ὁ δ’ ἑτερομάσχαλος οἰκετῶν. τὸ δὲ ποικίλον Διονύσου χιτὼν βακ‐ χικός. ἡ δ’ ἐξωμὶς καὶ περίβλημα ἦν καὶ χιτὼν ἑτερομάσχαλος.</w:t>
      </w:r>
    </w:p>
    <w:p>
      <w:r>
        <w:rPr>
          <w:rFonts w:ascii="Courier New" w:hAnsi="Courier New"/>
          <w:color w:val="555555"/>
          <w:sz w:val="20"/>
        </w:rPr>
        <w:t>[7 . 48]</w:t>
      </w:r>
    </w:p>
    <w:p>
      <w:r>
        <w:rPr>
          <w:rFonts w:ascii="Gentium Plus" w:hAnsi="Gentium Plus"/>
          <w:sz w:val="24"/>
        </w:rPr>
        <w:t>πορφυρομιγὴς δὲ ἐσθὴς καὶ χλαμὺς οὐχ ᾗ συνύφαντο ἡ πορφύρα, ἀλλ’ ᾗ ἐξ ἐρίου φαιοῦ οὔσῃ κατ’ ἀρχὰς ἐμέμικτο. ἄκναπτον δὲ τραχὺ καὶ ἄγροικον ἱμάτιον. χλανὶς δ’ ἱμάτιον λεπτόν· καὶ χλα‐ νίδια δ’ αὐτὰ καὶ χλανιδίσκια ἐκάλουν. κεραυνὸς δὲ εἶδος χιτῶνος.</w:t>
      </w:r>
    </w:p>
    <w:p>
      <w:r>
        <w:rPr>
          <w:rFonts w:ascii="Courier New" w:hAnsi="Courier New"/>
          <w:color w:val="555555"/>
          <w:sz w:val="20"/>
        </w:rPr>
        <w:t>[5]</w:t>
      </w:r>
    </w:p>
    <w:p>
      <w:r>
        <w:rPr>
          <w:rFonts w:ascii="Gentium Plus" w:hAnsi="Gentium Plus"/>
          <w:sz w:val="24"/>
        </w:rPr>
        <w:t>καὶ θήραιον ἱμάτιον, ἤτοι ἀπὸ τῆς νήσου ἢ τὸ ὡς θηρίον ἐνυφασμέ‐ μον. κοινὰ δὲ ἀνδρῶν καὶ γυναικῶν λῇδος λῄδιον λῃδάριον, φάρος,</w:t>
      </w:r>
    </w:p>
    <w:p>
      <w:r>
        <w:rPr>
          <w:rFonts w:ascii="Courier New" w:hAnsi="Courier New"/>
          <w:color w:val="555555"/>
          <w:sz w:val="20"/>
        </w:rPr>
        <w:t>[7 . 49]</w:t>
      </w:r>
    </w:p>
    <w:p>
      <w:r>
        <w:rPr>
          <w:rFonts w:ascii="Gentium Plus" w:hAnsi="Gentium Plus"/>
          <w:sz w:val="24"/>
        </w:rPr>
        <w:t>χιτὼν ὀρθοστάδιος ὁ μὴ ζωννύμενος—ὀρθοσταδίας δὲ τοὺς τοιούτους χιτωνίσκους Ἀριστοφάνης καλεῖ (Lys 45)—θέριστρον θερίστριον, ξυστίς ξυστόν, ἔνδυμά τε ὁμοῦ καὶ περίβλημα καὶ χιτών. βεῦδος, ὡς Σαπφώ (155), κιμβερικόν· ἔστι δὲ τὸ κιμβερικὸν</w:t>
      </w:r>
    </w:p>
    <w:p>
      <w:r>
        <w:rPr>
          <w:rFonts w:ascii="Courier New" w:hAnsi="Courier New"/>
          <w:color w:val="555555"/>
          <w:sz w:val="20"/>
        </w:rPr>
        <w:t>[5]</w:t>
      </w:r>
    </w:p>
    <w:p>
      <w:r>
        <w:rPr>
          <w:rFonts w:ascii="Gentium Plus" w:hAnsi="Gentium Plus"/>
          <w:sz w:val="24"/>
        </w:rPr>
        <w:t>διαφανής τις χιτωνίσκος. ἀμπεχόνιον μικρὸν περίβλημα. καὶ ἴδια δὲ γυναικῶν ἐπωμίς, διπλοίδιον, ἡμιδιπλοίδιον, κατάστικτος, κα‐</w:t>
      </w:r>
    </w:p>
    <w:p>
      <w:r>
        <w:rPr>
          <w:rFonts w:ascii="Courier New" w:hAnsi="Courier New"/>
          <w:color w:val="555555"/>
          <w:sz w:val="20"/>
        </w:rPr>
        <w:t>[7 . 50]</w:t>
      </w:r>
    </w:p>
    <w:p>
      <w:r>
        <w:rPr>
          <w:rFonts w:ascii="Gentium Plus" w:hAnsi="Gentium Plus"/>
          <w:sz w:val="24"/>
        </w:rPr>
        <w:t>ταγωγίς καὶ ἐπίβλημα καὶ χιτών· πέπλος· ἔσθημα δ’ ἐστὶ δι‐ πλοῦν τὴν χρείαν, ὡς ἐνδῦναί τε καὶ ἐπιβαλέσθαι. καὶ ὅτι μὲν ἐπίβλημά ἐστι, τεκμήραιτ’ ἄν τις καὶ τῷ τῆς Ἀθηνᾶς πέπλῳ, ὅτι δὲ καὶ χιτών, ὅταν εἴπῃ Ξενοφῶν (Cyrop V 1. 6) ‘περικατερ‐</w:t>
      </w:r>
    </w:p>
    <w:p>
      <w:r>
        <w:rPr>
          <w:rFonts w:ascii="Courier New" w:hAnsi="Courier New"/>
          <w:color w:val="555555"/>
          <w:sz w:val="20"/>
        </w:rPr>
        <w:t>[5]</w:t>
      </w:r>
    </w:p>
    <w:p>
      <w:r>
        <w:rPr>
          <w:rFonts w:ascii="Gentium Plus" w:hAnsi="Gentium Plus"/>
          <w:sz w:val="24"/>
        </w:rPr>
        <w:t>ρήξατο τε τὸν ἄνωθεν πέπλον·‘ παραφαίνει γὰρ τότε καὶ τὰ στέρνα ἡ Σουσίς. ὁ δ’ αὐτὸς Ξενοφῶν (Cyrop III 1. 13) καὶ ἀν‐ δρεῖον οἴεται φόρημα εἶναι τὸν πέπλον· τὸν γὰρ Ἀρμένιον ἔφη κατασχίσασθαι τοὺς πέπλους, εἰ μὴ ἄρα ὅτι οἱ βάρβαροι καὶ ταῖς</w:t>
      </w:r>
    </w:p>
    <w:p>
      <w:r>
        <w:rPr>
          <w:rFonts w:ascii="Courier New" w:hAnsi="Courier New"/>
          <w:color w:val="555555"/>
          <w:sz w:val="20"/>
        </w:rPr>
        <w:t>[7 . 51]</w:t>
      </w:r>
    </w:p>
    <w:p>
      <w:r>
        <w:rPr>
          <w:rFonts w:ascii="Gentium Plus" w:hAnsi="Gentium Plus"/>
          <w:sz w:val="24"/>
        </w:rPr>
        <w:t>θηλυπρεπεστέραις τῶν ἐσθήτων ἔχαιρον. ὁ δ’ ἑανὸς ἄντικρύς ἐστι περίβλημα, δοκεῖ δ’ ὁ αὐτὸς εἶναι τῷ πέπλῳ· (Hom Ε 734) πέπλον μὲν κατέχευεν ἑανὸν πατρὸς ἐπ’ οὔδει. ἔνιοι δέ φασι τὰ μὲν ἄνευ ποικιλμάτων ἐσθήματα ἑανοὺς καλεῖσθαι,</w:t>
      </w:r>
    </w:p>
    <w:p>
      <w:r>
        <w:rPr>
          <w:rFonts w:ascii="Courier New" w:hAnsi="Courier New"/>
          <w:color w:val="555555"/>
          <w:sz w:val="20"/>
        </w:rPr>
        <w:t>[5]</w:t>
      </w:r>
    </w:p>
    <w:p>
      <w:r>
        <w:rPr>
          <w:rFonts w:ascii="Gentium Plus" w:hAnsi="Gentium Plus"/>
          <w:sz w:val="24"/>
        </w:rPr>
        <w:t>τὰ δὲ σὺν ποικίλμασι πέπλους. τὸ δὲ ζῶμα ἔστι μὲν ἐπιτήδειον ἐνδῦναι, πέζας δὲ ἔχει, ὡς Αἰσχύλος (fg 246) δηλοῖ, πεζοφόρα τὰ ζώματα ἀποκαλῶν. ὅτι δ’ ἐνδῦναι ἦν ἐπιτήδεια, τεκμήραιτ’ ἄν τις καὶ τῷ ἐν τῇ Μενάνδρου Ῥαπιζομένῃ (fg 432) οὐχ ὁρᾶτε τὴν τροφόν</w:t>
      </w:r>
    </w:p>
    <w:p>
      <w:r>
        <w:rPr>
          <w:rFonts w:ascii="Courier New" w:hAnsi="Courier New"/>
          <w:color w:val="555555"/>
          <w:sz w:val="20"/>
        </w:rPr>
        <w:t>[10]</w:t>
      </w:r>
    </w:p>
    <w:p>
      <w:r>
        <w:rPr>
          <w:rFonts w:ascii="Gentium Plus" w:hAnsi="Gentium Plus"/>
          <w:sz w:val="24"/>
        </w:rPr>
        <w:t>ζῶμ’ ἐνδεδυμένην;</w:t>
      </w:r>
    </w:p>
    <w:p>
      <w:r>
        <w:rPr>
          <w:rFonts w:ascii="Courier New" w:hAnsi="Courier New"/>
          <w:color w:val="555555"/>
          <w:sz w:val="20"/>
        </w:rPr>
        <w:t>[7 . 52]</w:t>
      </w:r>
    </w:p>
    <w:p>
      <w:r>
        <w:rPr>
          <w:rFonts w:ascii="Gentium Plus" w:hAnsi="Gentium Plus"/>
          <w:sz w:val="24"/>
        </w:rPr>
        <w:t>ὡς ἐπὶ τὸ πολὺ γὰρ γραῶν τὸ φόρημα ἦν. Ἀντιφάνης δέ πού φησι (II p 128. 297 Ko) περίνησα καὶ περίλευκα καὶ πεντέκτενα. ἔστι δὲ τὰ μὲν πεντέκτενα χιτωνίσκοι παρὰ τὴν ᾤαν πορφυροῖ,</w:t>
      </w:r>
    </w:p>
    <w:p>
      <w:r>
        <w:rPr>
          <w:rFonts w:ascii="Courier New" w:hAnsi="Courier New"/>
          <w:color w:val="555555"/>
          <w:sz w:val="20"/>
        </w:rPr>
        <w:t>[5]</w:t>
      </w:r>
    </w:p>
    <w:p>
      <w:r>
        <w:rPr>
          <w:rFonts w:ascii="Gentium Plus" w:hAnsi="Gentium Plus"/>
          <w:sz w:val="24"/>
        </w:rPr>
        <w:t>πέντε κτένας ἐνυφασμένοι· τὰ δὲ περίλευκα τοὐναντίον εἴη ἂν ὕφασμα ἐκ πορφύρας ἢ ἄλλου χρώματος ἐν τῷ περιδρόμῳ λευκὸν ἐνυφασμένον. τὰ δὲ περίνησα πρόκροσσόν ἐστι περίβλημα, ἔχον τὰ νήματα ἐξηρτημένα· ἢ πορφύρα κύκλῳ τὰ τέλη τοῦ ὑφάσματος</w:t>
      </w:r>
    </w:p>
    <w:p>
      <w:r>
        <w:rPr>
          <w:rFonts w:ascii="Courier New" w:hAnsi="Courier New"/>
          <w:color w:val="555555"/>
          <w:sz w:val="20"/>
        </w:rPr>
        <w:t>[7 . 53]</w:t>
      </w:r>
    </w:p>
    <w:p>
      <w:r>
        <w:rPr>
          <w:rFonts w:ascii="Gentium Plus" w:hAnsi="Gentium Plus"/>
          <w:sz w:val="24"/>
        </w:rPr>
        <w:t>περιέρχεται, νήσου σχῆμα ποιοῦσα τῇ περιρροῇ τοῦ χρώματος. καὶ τοῦτ’ ἴσως νῆσον Ἀναξίλας (II p 274. 45 Ko) ἀπεκάλει, εἰ μὴ ἕτερόν τι ὕφασμα δηλοῖ, ὅταν εἴπῃ καὶ πῶς γυνή,</w:t>
      </w:r>
    </w:p>
    <w:p>
      <w:r>
        <w:rPr>
          <w:rFonts w:ascii="Courier New" w:hAnsi="Courier New"/>
          <w:color w:val="555555"/>
          <w:sz w:val="20"/>
        </w:rPr>
        <w:t>[5]</w:t>
      </w:r>
    </w:p>
    <w:p>
      <w:r>
        <w:rPr>
          <w:rFonts w:ascii="Gentium Plus" w:hAnsi="Gentium Plus"/>
          <w:sz w:val="24"/>
        </w:rPr>
        <w:t>ὥσπερ θάλαττα, νῆσον ἀμφιέννυται; τοιοῦτον δ’ ἂν εἴη καὶ τὸ ἔγκυκλον. τὸ δὲ παράπηχυ ἱμάτιόν ἐστι λευκόν, πῆχυν πορφυροῦν ἔχον παρυφασμένον. καὶ παρυφὲς δὲ καὶ παραλουργὲς τὸ ἑκατέρωθεν ἔχον παρυφασμένην πορφύραν· Ἴωνες</w:t>
      </w:r>
    </w:p>
    <w:p>
      <w:r>
        <w:rPr>
          <w:rFonts w:ascii="Courier New" w:hAnsi="Courier New"/>
          <w:color w:val="555555"/>
          <w:sz w:val="20"/>
        </w:rPr>
        <w:t>[7 . 54]</w:t>
      </w:r>
    </w:p>
    <w:p>
      <w:r>
        <w:rPr>
          <w:rFonts w:ascii="Gentium Plus" w:hAnsi="Gentium Plus"/>
          <w:sz w:val="24"/>
        </w:rPr>
        <w:t>παρυφαὶ καλοῦνται. ἡ δὲ συμμετρία χιτών ἐστι ποδήρης, ἔστε πρὸς τοὺς ἀστραγάλους καθήκων. εἴη δ’ ἄν τις καὶ στολιδωτὸς χιτών· στολίδες δέ εἰσιν αἱ ἐξεπίτηδες ὑπὸ δεσμοῦ γινόμεναι κατὰ τὰ τέλη τοῖς χιτῶσιν ἐπιπτυχαί, μάλιστα ἐπὶ λινῶν χιτωνίσκων. ὅταν δ’</w:t>
      </w:r>
    </w:p>
    <w:p>
      <w:r>
        <w:rPr>
          <w:rFonts w:ascii="Courier New" w:hAnsi="Courier New"/>
          <w:color w:val="555555"/>
          <w:sz w:val="20"/>
        </w:rPr>
        <w:t>[5]</w:t>
      </w:r>
    </w:p>
    <w:p>
      <w:r>
        <w:rPr>
          <w:rFonts w:ascii="Gentium Plus" w:hAnsi="Gentium Plus"/>
          <w:sz w:val="24"/>
        </w:rPr>
        <w:t>Ὅμηρος εἴπῃ (Γ 141) αὐτίκα δ’ ἀργεννῇσι καλυψαμένη ὀθόνῃσι, λευκὸν ἔσθημα λεπτὸν ἐξ ἐρίου ἀλλ’ οὐκ ἐκ λίνου ἀκούουσιν. ὁ δὲ σχιστὸς χιτὼν περόναις κατὰ τοὺς ὤμους διεῖρτο καὶ πόρπῃ κατὰ τὰ</w:t>
      </w:r>
    </w:p>
    <w:p>
      <w:r>
        <w:rPr>
          <w:rFonts w:ascii="Courier New" w:hAnsi="Courier New"/>
          <w:color w:val="555555"/>
          <w:sz w:val="20"/>
        </w:rPr>
        <w:t>[7 . 55]</w:t>
      </w:r>
    </w:p>
    <w:p>
      <w:r>
        <w:rPr>
          <w:rFonts w:ascii="Gentium Plus" w:hAnsi="Gentium Plus"/>
          <w:sz w:val="24"/>
        </w:rPr>
        <w:t>στέρνα ἐνῆπτο· ἐκαλεῖτο δὲ καὶ ὁ τῶν παρθένων οὕτω χιτωνίσκος, οὗ παραλύσαντες ἄχρι τινὸς τὰς πτέρυγας ἐκ τῆς κάτω πέζης παρέ‐ φαινον τοὺς μηρούς, μάλιστα αἱ Σπαρτιάτιδες, ἃς διὰ τοῦτο φανο‐ μηρίδας ὠνόμαζον. ὁ δὲ κατάστικτος χιτών ἐστιν ὁ ἔχων ζῷα ἢ</w:t>
      </w:r>
    </w:p>
    <w:p>
      <w:r>
        <w:rPr>
          <w:rFonts w:ascii="Courier New" w:hAnsi="Courier New"/>
          <w:color w:val="555555"/>
          <w:sz w:val="20"/>
        </w:rPr>
        <w:t>[5]</w:t>
      </w:r>
    </w:p>
    <w:p>
      <w:r>
        <w:rPr>
          <w:rFonts w:ascii="Gentium Plus" w:hAnsi="Gentium Plus"/>
          <w:sz w:val="24"/>
        </w:rPr>
        <w:t>ἄνθη ἐνυφασμένα· καὶ ζῳωτὸς δὲ χιτὼν ἐκαλεῖτο ὁ καὶ ζῳδιωτός. αἱ δ’ ἀπὸ χρωμάτων ἐσθῆτες καλούμεναι ἁλουργίς, πορφυρίς, φοινικὶς καὶ φοινικοῦς χιτών, βατραχίς, αὗταί μὲν ἀνδρῶν, γυναικῶν δὲ</w:t>
      </w:r>
    </w:p>
    <w:p>
      <w:r>
        <w:rPr>
          <w:rFonts w:ascii="Courier New" w:hAnsi="Courier New"/>
          <w:color w:val="555555"/>
          <w:sz w:val="20"/>
        </w:rPr>
        <w:t>[7 . 56]</w:t>
      </w:r>
    </w:p>
    <w:p>
      <w:r>
        <w:rPr>
          <w:rFonts w:ascii="Gentium Plus" w:hAnsi="Gentium Plus"/>
          <w:sz w:val="24"/>
        </w:rPr>
        <w:t>κροκωτὸς κροκώτιον, παραλουργίς, ὀμφάκινον· τούτῳ δὲ τῷ χρώματι καὶ Ἀλέξανδρον ἥδεσθαι λέγουσιν. τὸ δ’ ὑγροβαφὲς εἴη ἂν ὃ νῦν ψυχροβαφὲς καλοῦσιν. ἔστι δέ τι καὶ κίλλιον ἐσθῆτος χρῶμα, τὸ νῦν ὀνάγρινον καλούμενον· κίλλον γὰρ τὸν ὄνον οἱ Δωριεῖς καὶ κιλ‐</w:t>
      </w:r>
    </w:p>
    <w:p>
      <w:r>
        <w:rPr>
          <w:rFonts w:ascii="Courier New" w:hAnsi="Courier New"/>
          <w:color w:val="555555"/>
          <w:sz w:val="20"/>
        </w:rPr>
        <w:t>[5]</w:t>
      </w:r>
    </w:p>
    <w:p>
      <w:r>
        <w:rPr>
          <w:rFonts w:ascii="Gentium Plus" w:hAnsi="Gentium Plus"/>
          <w:sz w:val="24"/>
        </w:rPr>
        <w:t>λακτῆρα τὸν ὀνηλάτην λέγουσιν. φαιὸν δὲ καὶ μέλαν ἀλλήλων ἐστὶν ἐγγύς. καὶ ὁ κοκκοβαφὴς δὲ χιτὼν καλεῖται ἀπὸ τοῦ χρώ‐</w:t>
      </w:r>
    </w:p>
    <w:p>
      <w:r>
        <w:rPr>
          <w:rFonts w:ascii="Courier New" w:hAnsi="Courier New"/>
          <w:color w:val="555555"/>
          <w:sz w:val="20"/>
        </w:rPr>
        <w:t>[7 . 57]</w:t>
      </w:r>
    </w:p>
    <w:p>
      <w:r>
        <w:rPr>
          <w:rFonts w:ascii="Gentium Plus" w:hAnsi="Gentium Plus"/>
          <w:sz w:val="24"/>
        </w:rPr>
        <w:t>ματος. τὸ δ’ ὕφαδρον ἱμάτιον παχεῖαν χλαῖναν κλητέον καὶ σίσυν, ὥσπερ τὸν ἀμφίμαλλον χιτῶνα δασὺν καὶ ἀμφίμιτον. Πλάτων δ’ ἐν Ταῖς ἀφ’ ἱερῶν (I p 603. 13) καὶ μαλλωτὰς χλανίδας εἴρηκεν, ὥστε οὐδὲν ἂν κωλύοι εἰπεῖν καὶ μαλλωτὸν χιτῶνα. Ἀντιφάνης</w:t>
      </w:r>
    </w:p>
    <w:p>
      <w:r>
        <w:rPr>
          <w:rFonts w:ascii="Courier New" w:hAnsi="Courier New"/>
          <w:color w:val="555555"/>
          <w:sz w:val="20"/>
        </w:rPr>
        <w:t>[5]</w:t>
      </w:r>
    </w:p>
    <w:p>
      <w:r>
        <w:rPr>
          <w:rFonts w:ascii="Gentium Plus" w:hAnsi="Gentium Plus"/>
          <w:sz w:val="24"/>
        </w:rPr>
        <w:t>δέ φησιν ἐν Μηδείᾳ (153) ἦν χιτὼν ἀμόργινος,</w:t>
      </w:r>
    </w:p>
    <w:p>
      <w:r>
        <w:rPr>
          <w:rFonts w:ascii="Courier New" w:hAnsi="Courier New"/>
          <w:color w:val="555555"/>
          <w:sz w:val="20"/>
        </w:rPr>
        <w:t>[7 . 58]</w:t>
      </w:r>
    </w:p>
    <w:p>
      <w:r>
        <w:rPr>
          <w:rFonts w:ascii="Gentium Plus" w:hAnsi="Gentium Plus"/>
          <w:sz w:val="24"/>
        </w:rPr>
        <w:t>ἔστιν ἄρα καὶ ὁ περιηγητὸς εἶδος χιτῶνος. ἐν δὲ τῇ τοῦ νεωτέρου Κρατίνου Ὀμφάλῃ εἴρηται (II p 290. 5 Ko) ὑμεῖς δ’ ἐὰν ἱππίσκον ἢ τρίμιτον ἔχητε, ὡς καὶ ταῦτα εἴδη χιτωνίσκων.</w:t>
      </w:r>
    </w:p>
    <w:p>
      <w:r>
        <w:rPr>
          <w:rFonts w:ascii="Courier New" w:hAnsi="Courier New"/>
          <w:color w:val="555555"/>
          <w:sz w:val="20"/>
        </w:rPr>
        <w:t>[5]</w:t>
      </w:r>
    </w:p>
    <w:p>
      <w:r>
        <w:rPr>
          <w:rFonts w:ascii="Gentium Plus" w:hAnsi="Gentium Plus"/>
          <w:sz w:val="24"/>
        </w:rPr>
        <w:t>καὶ Περσῶν μὲν ἴδια κάνδυς καὶ ἀναξυρίς, καὶ τιάρα, ἣν καὶ κυρβασίαν καὶ κίδαριν καὶ πῖλον καλοῦσιν. ὁ δὲ κάνδυς ὁ μὲν βασί‐ λειος ἁλιπόρφυρος, ὁ δὲ τῶν ἄλλων πορφυροῦς, ἔστι δ’ ὅτε καὶ ἐκ δερμάτων· ἦν δὲ καὶ χειριδωτὸς χιτών, κατὰ τοὺς ὤμους ἐνα‐</w:t>
      </w:r>
    </w:p>
    <w:p>
      <w:r>
        <w:rPr>
          <w:rFonts w:ascii="Courier New" w:hAnsi="Courier New"/>
          <w:color w:val="555555"/>
          <w:sz w:val="20"/>
        </w:rPr>
        <w:t>[7 . 59]</w:t>
      </w:r>
    </w:p>
    <w:p>
      <w:r>
        <w:rPr>
          <w:rFonts w:ascii="Gentium Plus" w:hAnsi="Gentium Plus"/>
          <w:sz w:val="24"/>
        </w:rPr>
        <w:t>πτόμενος. κάπυρις δὲ Περσικὸς χιτὼν χειριδωτός. ἦ που δὲ καὶ καυνάκης Περσῶν· ἐν γὰρ τοῖς Σφηξὶν (1132) Ἀριστοφάνης λέγει οἱ μὲν καλοῦσι Περσίδ’, οἱ δὲ καυνάκην. τὰς δ’ ἀναξυρίδας καὶ σκελέας καλοῦσιν· τὸ μὲν ὄνομα καὶ παρὰ</w:t>
      </w:r>
    </w:p>
    <w:p>
      <w:r>
        <w:rPr>
          <w:rFonts w:ascii="Courier New" w:hAnsi="Courier New"/>
          <w:color w:val="555555"/>
          <w:sz w:val="20"/>
        </w:rPr>
        <w:t>[5]</w:t>
      </w:r>
    </w:p>
    <w:p>
      <w:r>
        <w:rPr>
          <w:rFonts w:ascii="Gentium Plus" w:hAnsi="Gentium Plus"/>
          <w:sz w:val="24"/>
        </w:rPr>
        <w:t>Κριτίᾳ ἔστιν ἐν ταῖς Πολιτείαις (Diels VS 12), Ἀντιφάνης δ’ αὐτὸ ἐν Ἀντείᾳ (II p 25. 36) παρεξηγεῖται, ταῖς δ’ ἐνδύτοις στολαῖσι τετραγῳδημέναις, σκελέαις, τιάραις. ἐν δὲ τοῖς Σκύθαις Ἀντιφάνης (II p 97. 201) ἔφη</w:t>
      </w:r>
    </w:p>
    <w:p>
      <w:r>
        <w:rPr>
          <w:rFonts w:ascii="Courier New" w:hAnsi="Courier New"/>
          <w:color w:val="555555"/>
          <w:sz w:val="20"/>
        </w:rPr>
        <w:t>[10]</w:t>
      </w:r>
    </w:p>
    <w:p>
      <w:r>
        <w:rPr>
          <w:rFonts w:ascii="Gentium Plus" w:hAnsi="Gentium Plus"/>
          <w:sz w:val="24"/>
        </w:rPr>
        <w:t>σαράβαρα καὶ χιτῶνας πάντες ἐνδεδυκότες. τὰ δὲ τοιαῦτα ὀνόματα μηνύειν με καὶ μὴ κρίνειν νόμιζε. Λυδῶν</w:t>
      </w:r>
    </w:p>
    <w:p>
      <w:r>
        <w:rPr>
          <w:rFonts w:ascii="Courier New" w:hAnsi="Courier New"/>
          <w:color w:val="555555"/>
          <w:sz w:val="20"/>
        </w:rPr>
        <w:t>[7 . 60]</w:t>
      </w:r>
    </w:p>
    <w:p>
      <w:r>
        <w:rPr>
          <w:rFonts w:ascii="Gentium Plus" w:hAnsi="Gentium Plus"/>
          <w:sz w:val="24"/>
        </w:rPr>
        <w:t>δὲ χιτών τις βασάρα Διονυσιακὸς ποδήρης. ὁ δὲ κύπασσις λίνου πεποίητο, σμικρὸς χιτωνίσκος, ἄχρι μέσου μηροῦ, ὡς Ἴων (T G F p 744) φησὶ βραχὺν λίνου κύπασσιν ἐς μηρὸν μέσον</w:t>
      </w:r>
    </w:p>
    <w:p>
      <w:r>
        <w:rPr>
          <w:rFonts w:ascii="Courier New" w:hAnsi="Courier New"/>
          <w:color w:val="555555"/>
          <w:sz w:val="20"/>
        </w:rPr>
        <w:t>[5]</w:t>
      </w:r>
    </w:p>
    <w:p>
      <w:r>
        <w:rPr>
          <w:rFonts w:ascii="Gentium Plus" w:hAnsi="Gentium Plus"/>
          <w:sz w:val="24"/>
        </w:rPr>
        <w:t>ἐσταλμένος. Ἀρμενίων δ’ ὁ μυωτός, ἢ ἐκ μυῶν τῶν παρ’ αὐτοῖς συνυφασμένος,</w:t>
      </w:r>
    </w:p>
    <w:p>
      <w:r>
        <w:rPr>
          <w:rFonts w:ascii="Courier New" w:hAnsi="Courier New"/>
          <w:color w:val="555555"/>
          <w:sz w:val="20"/>
        </w:rPr>
        <w:t>[10]</w:t>
      </w:r>
    </w:p>
    <w:p>
      <w:r>
        <w:rPr>
          <w:rFonts w:ascii="Gentium Plus" w:hAnsi="Gentium Plus"/>
          <w:sz w:val="24"/>
        </w:rPr>
        <w:t>Βαβυλωνίων δ’ ἐστὶν ὁ καυνάκης. ἡ δὲ μανδύη ὅμοιόν τι τῷ καλου‐ μένῳ φαινόλῃ· τίνων δέ ἐστιν, ὡς μὴ περιερχώμεθα Κρῆτας ἢ Πέρσας, Αἰσχύλος ἐρεῖ (fg 364) Λιβυρνικῆς μίμημα μανδύης χιτών.</w:t>
      </w:r>
    </w:p>
    <w:p>
      <w:r>
        <w:rPr>
          <w:rFonts w:ascii="Courier New" w:hAnsi="Courier New"/>
          <w:color w:val="555555"/>
          <w:sz w:val="20"/>
        </w:rPr>
        <w:t>[7 . 61]</w:t>
      </w:r>
    </w:p>
    <w:p>
      <w:r>
        <w:rPr>
          <w:rFonts w:ascii="Gentium Plus" w:hAnsi="Gentium Plus"/>
          <w:sz w:val="24"/>
        </w:rPr>
        <w:t>καὶ αὐτὸς δ’ ὁ φαινόλης ἐστὶν ἐν Ῥίνθωνος Ἰφιγενείᾳ τῇ ἐν Ταύροις· (fg 7 Kaib) ἔχοισα καινὰν φαινόλαν καπαρτίω. ὁ δὲ σάραπις, Μήδων τὸ φόρημα, πορφυροῦς μεσόλευκος χιτών.</w:t>
      </w:r>
    </w:p>
    <w:p>
      <w:r>
        <w:rPr>
          <w:rFonts w:ascii="Courier New" w:hAnsi="Courier New"/>
          <w:color w:val="555555"/>
          <w:sz w:val="20"/>
        </w:rPr>
        <w:t>[5]</w:t>
      </w:r>
    </w:p>
    <w:p>
      <w:r>
        <w:rPr>
          <w:rFonts w:ascii="Gentium Plus" w:hAnsi="Gentium Plus"/>
          <w:sz w:val="24"/>
        </w:rPr>
        <w:t>τὴν δ’ ὀνομαζομένην τήβεννον τὰς μὲν τῶν περὶ Βίτωνα καὶ Κλέοβιν εἰκόνας ἐν Ἄργει φορεῖν φασί, τηβεννίδα δ’ αὐτὴν καλεῖν ἀξιοῦσιν. αἱ δ’ ἐφεστρίδες καὶ ἀμφιεστρίδες περιβόλαια ἂν εἶεν. τὸ μέντοι χειμερινὸν ἱμάτιον χείμαστρον ἂν λέγοις, καὶ χλαῖναν δὲ παχεῖαν, ἣν χειμάμυναν μὲν Αἰσχύλος (fg 449), Ὅμηρος (ξ 529)</w:t>
      </w:r>
    </w:p>
    <w:p>
      <w:r>
        <w:rPr>
          <w:rFonts w:ascii="Courier New" w:hAnsi="Courier New"/>
          <w:color w:val="555555"/>
          <w:sz w:val="20"/>
        </w:rPr>
        <w:t>[10]</w:t>
      </w:r>
    </w:p>
    <w:p>
      <w:r>
        <w:rPr>
          <w:rFonts w:ascii="Gentium Plus" w:hAnsi="Gentium Plus"/>
          <w:sz w:val="24"/>
        </w:rPr>
        <w:t>δ’ ἀλεξάνεμον κέκληκεν. ἣν δὲ συρίαν οἱ πολλοί, ταύτην αὐτόποκον ἱμάτιον οἱ κωμικοί (IV p 683. 322 Meineke.)</w:t>
      </w:r>
    </w:p>
    <w:p>
      <w:r>
        <w:rPr>
          <w:rFonts w:ascii="Courier New" w:hAnsi="Courier New"/>
          <w:color w:val="555555"/>
          <w:sz w:val="20"/>
        </w:rPr>
        <w:t>[7 . 62]</w:t>
      </w:r>
    </w:p>
    <w:p>
      <w:r>
        <w:rPr>
          <w:rFonts w:ascii="Gentium Plus" w:hAnsi="Gentium Plus"/>
          <w:sz w:val="24"/>
        </w:rPr>
        <w:t>Μέρη δ’ ἐσθήτων πτέρυγες μὲν καὶ πτερύγιον τὸ ἥμισυ τοῦ χιτωνίσκου, χειρῖδες δὲ τὰ περὶ ταῖς χερσίν, ᾤα δὲ τὸ ἐξωτάτω τοῦ χιτῶνος ἑκατέρωθεν, λέγνα δὲ τὰ ἐν τῷ ἱματίῳ ἑκατέρου μέρους, οὐχ ὅπου ἡ ᾤα. τὴν δ’ ᾤαν καὶ ὄαν διὰ βραχέως τοῦ ο λέ‐</w:t>
      </w:r>
    </w:p>
    <w:p>
      <w:r>
        <w:rPr>
          <w:rFonts w:ascii="Courier New" w:hAnsi="Courier New"/>
          <w:color w:val="555555"/>
          <w:sz w:val="20"/>
        </w:rPr>
        <w:t>[5]</w:t>
      </w:r>
    </w:p>
    <w:p>
      <w:r>
        <w:rPr>
          <w:rFonts w:ascii="Gentium Plus" w:hAnsi="Gentium Plus"/>
          <w:sz w:val="24"/>
        </w:rPr>
        <w:t>γουσιν· ὄα δὲ καλεῖται καὶ ἡ τοῦ προβάτου δορὰ ἡ σὺν τῷ ἐρίῳ. αἱ δὲ παρὰ τὰς ᾤας παρυφαὶ καλοῦνται πέζαι καὶ πεζίδες, καὶ περί‐</w:t>
      </w:r>
    </w:p>
    <w:p>
      <w:r>
        <w:rPr>
          <w:rFonts w:ascii="Courier New" w:hAnsi="Courier New"/>
          <w:color w:val="555555"/>
          <w:sz w:val="20"/>
        </w:rPr>
        <w:t>[7 . 63]</w:t>
      </w:r>
    </w:p>
    <w:p>
      <w:r>
        <w:rPr>
          <w:rFonts w:ascii="Gentium Plus" w:hAnsi="Gentium Plus"/>
          <w:sz w:val="24"/>
        </w:rPr>
        <w:t>πεζα τὰ οὕτω περιυφασμένα· οἱ δὲ πεζοφόροι χιτῶνες ἢ οἱ ποδήρεις ἢ οἱ πέζας ἔχοντες. Ξενοφῶν (Cyrop VIII 3. 13) δ’ ἔφη ‘κάνδυν ὁλοπόρφυρον,‘ Κράτης δ’ ἐν Σαμίοις (I fg 31) ‘ἱμάτια περιπόρ‐ φυρα.‘ ταύτας δὲ τὰς πορφυροβαφεῖς ἐσθῆτας καὶ κάλλη φίλον τοῖς</w:t>
      </w:r>
    </w:p>
    <w:p>
      <w:r>
        <w:rPr>
          <w:rFonts w:ascii="Courier New" w:hAnsi="Courier New"/>
          <w:color w:val="555555"/>
          <w:sz w:val="20"/>
        </w:rPr>
        <w:t>[5]</w:t>
      </w:r>
    </w:p>
    <w:p>
      <w:r>
        <w:rPr>
          <w:rFonts w:ascii="Gentium Plus" w:hAnsi="Gentium Plus"/>
          <w:sz w:val="24"/>
        </w:rPr>
        <w:t>κωμῳδοῖς καλεῖν, ὡς Εὔπολίς που λέγει (I fg 333) τὰ κάλλη τὰ περίσεμνα τῇ θεῷ. Ἄρχιππος δ’ ἐν Πλούτῳ (I 687. 39 Ko) καὶ πλατυπόρφυρα εἴρηκεν ἱμάτια. καὶ κρόκυς δὲ μέρος ἐσθῆτος· λέγει γοῦν Ἡρόδοτος (III 8)</w:t>
      </w:r>
    </w:p>
    <w:p>
      <w:r>
        <w:rPr>
          <w:rFonts w:ascii="Courier New" w:hAnsi="Courier New"/>
          <w:color w:val="555555"/>
          <w:sz w:val="20"/>
        </w:rPr>
        <w:t>[7 . 64]</w:t>
      </w:r>
    </w:p>
    <w:p>
      <w:r>
        <w:rPr>
          <w:rFonts w:ascii="Gentium Plus" w:hAnsi="Gentium Plus"/>
          <w:sz w:val="24"/>
        </w:rPr>
        <w:t>‘λαβὼν κρόκυν ἐκ τοῦ ἱματίου,‘ Ἀριστοφάνης δὲ (fg 651) ἀνήσεις κροκύδα μαστιγουμένη. περιῶσαι δ’ ἔλεγον τὸ τῶν παλαιῶν ἱματίων τὰς ᾤας ἀφελόντα καινὰς περιθεῖναι. παραιρήματα δὲ Θουκυδίδης (IV 48) ἐκ τῶν</w:t>
      </w:r>
    </w:p>
    <w:p>
      <w:r>
        <w:rPr>
          <w:rFonts w:ascii="Courier New" w:hAnsi="Courier New"/>
          <w:color w:val="555555"/>
          <w:sz w:val="20"/>
        </w:rPr>
        <w:t>[5]</w:t>
      </w:r>
    </w:p>
    <w:p>
      <w:r>
        <w:rPr>
          <w:rFonts w:ascii="Gentium Plus" w:hAnsi="Gentium Plus"/>
          <w:sz w:val="24"/>
        </w:rPr>
        <w:t>ἐσθήτων τὰ πρὸς ταῖς ᾤαις, ἃ παραιρεῖσθαί φησιν ὡς ἰσχυρὰ εἰς ἀγχόνην. θύσανοι δ’ οἱ καλούμενοι κροσσοί, ὅθεν καὶ τὰ θυσα‐ νωτὰ παρὰ Ξενοφῶντι(?). τοὺς δὲ θυσάνους καὶ σίλλυβα οἱ παλαιοὶ</w:t>
      </w:r>
    </w:p>
    <w:p>
      <w:r>
        <w:rPr>
          <w:rFonts w:ascii="Courier New" w:hAnsi="Courier New"/>
          <w:color w:val="555555"/>
          <w:sz w:val="20"/>
        </w:rPr>
        <w:t>[7 . 65]</w:t>
      </w:r>
    </w:p>
    <w:p>
      <w:r>
        <w:rPr>
          <w:rFonts w:ascii="Gentium Plus" w:hAnsi="Gentium Plus"/>
          <w:sz w:val="24"/>
        </w:rPr>
        <w:t>καλοῦσιν. καὶ αὐτοὶ δ’ οἱ κροσσοὶ δοκοῖεν ἂν ὠνομάσθαι, Ἀραρότος εἰπόντος ἐν Καινεῖ (II p 216. 4 Ko) παρθένος δ’ εἶναι δοκεῖ, φορῶν κροσωτοὺς καὶ γυναικείαν στολήν·</w:t>
      </w:r>
    </w:p>
    <w:p>
      <w:r>
        <w:rPr>
          <w:rFonts w:ascii="Courier New" w:hAnsi="Courier New"/>
          <w:color w:val="555555"/>
          <w:sz w:val="20"/>
        </w:rPr>
        <w:t>[5]</w:t>
      </w:r>
    </w:p>
    <w:p>
      <w:r>
        <w:rPr>
          <w:rFonts w:ascii="Gentium Plus" w:hAnsi="Gentium Plus"/>
          <w:sz w:val="24"/>
        </w:rPr>
        <w:t>ἔνιοι γὰρ οὕτω γράφουσιν ἀντὶ τοῦ κροκωτούς. κράσπεδα δ’ αἱ τε‐ λευταῖαι ὄχθαι. βοῦς δ’ ὀνομάζεσθαί φασι τὰς τῶν ἐν τοῖς χιτῶσι ῥαφῶν συμβολάς. τὸ δὲ τῶν μαστῶν τῶν γυναικείων ζῶμα ται‐ νίαν ὠνόμαζον ἢ ταινίδιον, τὸ δὲ περὶ τῇ κοιλίᾳ περίζωμα ἢ</w:t>
      </w:r>
    </w:p>
    <w:p>
      <w:r>
        <w:rPr>
          <w:rFonts w:ascii="Courier New" w:hAnsi="Courier New"/>
          <w:color w:val="555555"/>
          <w:sz w:val="20"/>
        </w:rPr>
        <w:t>[7 . 66]</w:t>
      </w:r>
    </w:p>
    <w:p>
      <w:r>
        <w:rPr>
          <w:rFonts w:ascii="Gentium Plus" w:hAnsi="Gentium Plus"/>
          <w:sz w:val="24"/>
        </w:rPr>
        <w:t>περιζώστραν. τὸ δὲ περὶ τοῖς αἰδοίοις, οὐ μόνον γυναικῶν ἀλλὰ καὶ ἀνδρῶν, ὁπότε σὺν ταῖς γυναιξὶ λούοιντο, ᾤαν λουτρίδα ἔοικε Θεόπομπος ὁ κωμικὸς ἐν Παισὶ (I 743. 37) καλεῖν, εἰπὼν τὴν δὴ περιζωσάμενος ᾤαν λουτρίδα</w:t>
      </w:r>
    </w:p>
    <w:p>
      <w:r>
        <w:rPr>
          <w:rFonts w:ascii="Courier New" w:hAnsi="Courier New"/>
          <w:color w:val="555555"/>
          <w:sz w:val="20"/>
        </w:rPr>
        <w:t>[5]</w:t>
      </w:r>
    </w:p>
    <w:p>
      <w:r>
        <w:rPr>
          <w:rFonts w:ascii="Gentium Plus" w:hAnsi="Gentium Plus"/>
          <w:sz w:val="24"/>
        </w:rPr>
        <w:t>κατάδεσμον ἥβης περιπέταστον.</w:t>
      </w:r>
    </w:p>
    <w:p>
      <w:r>
        <w:rPr>
          <w:rFonts w:ascii="Courier New" w:hAnsi="Courier New"/>
          <w:color w:val="555555"/>
          <w:sz w:val="20"/>
        </w:rPr>
        <w:t>[10]</w:t>
      </w:r>
    </w:p>
    <w:p>
      <w:r>
        <w:rPr>
          <w:rFonts w:ascii="Gentium Plus" w:hAnsi="Gentium Plus"/>
          <w:sz w:val="24"/>
        </w:rPr>
        <w:t>καὶ τῶν ἀποδέσμων, οἷς ἐνῆν τιτθίδια.</w:t>
      </w:r>
    </w:p>
    <w:p>
      <w:r>
        <w:rPr>
          <w:rFonts w:ascii="Courier New" w:hAnsi="Courier New"/>
          <w:color w:val="555555"/>
          <w:sz w:val="20"/>
        </w:rPr>
        <w:t>[7 . 67]</w:t>
      </w:r>
    </w:p>
    <w:p>
      <w:r>
        <w:rPr>
          <w:rFonts w:ascii="Gentium Plus" w:hAnsi="Gentium Plus"/>
          <w:sz w:val="24"/>
        </w:rPr>
        <w:t>φάριον δὲ τὸν ἐρεοῦν κεκρύφαλον ὠνόμαζον. σύρμα δὲ τραγικόν ἐστι φόρημα ἐπισυρόμενον, ἐπίρρημα δὲ κωμικὸν ταινιῶδες, τὸ μὲν πλάτος κατὰ σπιθαμήν, τὸ δὲ μῆκος κατ’ ὀργυιάν. αἱ δὲ Πελληνικαὶ χλαῖναι ἦσαν εὐδόκιμοι ὡς καὶ τοῖς νικῶσιν ἀθληταῖς δίδοσθαι. τὸ</w:t>
      </w:r>
    </w:p>
    <w:p>
      <w:r>
        <w:rPr>
          <w:rFonts w:ascii="Courier New" w:hAnsi="Courier New"/>
          <w:color w:val="555555"/>
          <w:sz w:val="20"/>
        </w:rPr>
        <w:t>[5]</w:t>
      </w:r>
    </w:p>
    <w:p>
      <w:r>
        <w:rPr>
          <w:rFonts w:ascii="Gentium Plus" w:hAnsi="Gentium Plus"/>
          <w:sz w:val="24"/>
        </w:rPr>
        <w:t>μέντοι γυναικεῖον ζώνιον οὕτω τ’ ἐκάλουν καὶ στρόφιον ὠνόμαζον, ὡς Ἀριστοφάνης (fg 647) ἀλλὰ τὸ στρόφιον λυθέν τὰ κάρυά μου ἐξέπιπτεν.</w:t>
      </w:r>
    </w:p>
    <w:p>
      <w:r>
        <w:rPr>
          <w:rFonts w:ascii="Courier New" w:hAnsi="Courier New"/>
          <w:color w:val="555555"/>
          <w:sz w:val="20"/>
        </w:rPr>
        <w:t>[7 . 68]</w:t>
      </w:r>
    </w:p>
    <w:p>
      <w:r>
        <w:rPr>
          <w:rFonts w:ascii="Gentium Plus" w:hAnsi="Gentium Plus"/>
          <w:sz w:val="24"/>
        </w:rPr>
        <w:t>τὰ δὲ ζώνια ταῦτα καὶ στρογγύλας ὠνόμαζον. ἁρμόττοι δ’ ἂν ταῖς ζώναις ταύταις—οὕτω γὰρ Ὅμηρος (λ 245) ὠνόμασεν· λῦσε δὲ παρθενικὴν ζώνην— τὸ λυσίζωνον εἰπεῖν, ὅ τε τῆς Ἀμαζόνος ζωστήρ, καὶ ἡ ἐν ταῖς</w:t>
      </w:r>
    </w:p>
    <w:p>
      <w:r>
        <w:rPr>
          <w:rFonts w:ascii="Courier New" w:hAnsi="Courier New"/>
          <w:color w:val="555555"/>
          <w:sz w:val="20"/>
        </w:rPr>
        <w:t>[5]</w:t>
      </w:r>
    </w:p>
    <w:p>
      <w:r>
        <w:rPr>
          <w:rFonts w:ascii="Gentium Plus" w:hAnsi="Gentium Plus"/>
          <w:sz w:val="24"/>
        </w:rPr>
        <w:t>Σοφοκλέους Κολχίσιν (fg 318) ἐπιζώστρα· λέγει γοῦν ‘ἔχοντας εὐζώνους ἕστασαν ἱματίων ἐπιζώστρας.‘ ἡ δὲ κατωνάκη ἐξ ἐρίου μὲν ἦν ἐσθὴς παχεῖα, νάκος δ’ αὐτῆ κατὰ τὴν πέζαν προσέρραπτο ἔν τε Σικυῶνι ἐπὶ τῶν τυράννων καὶ Ἀθήνησιν ἐπὶ τῶν Πεισισρατιδῶν, ὅπως αἰσχύνοιντο εἰς ἄστυ</w:t>
      </w:r>
    </w:p>
    <w:p>
      <w:r>
        <w:rPr>
          <w:rFonts w:ascii="Courier New" w:hAnsi="Courier New"/>
          <w:color w:val="555555"/>
          <w:sz w:val="20"/>
        </w:rPr>
        <w:t>[10]</w:t>
      </w:r>
    </w:p>
    <w:p>
      <w:r>
        <w:rPr>
          <w:rFonts w:ascii="Gentium Plus" w:hAnsi="Gentium Plus"/>
          <w:sz w:val="24"/>
        </w:rPr>
        <w:t>κατιέναι. ‘κάσσας δὲ ἱππικοὺσ‘ Ξενοφῶν εἴρηκεν ἐν τῇ Παιδείᾳ</w:t>
      </w:r>
    </w:p>
    <w:p>
      <w:r>
        <w:rPr>
          <w:rFonts w:ascii="Courier New" w:hAnsi="Courier New"/>
          <w:color w:val="555555"/>
          <w:sz w:val="20"/>
        </w:rPr>
        <w:t>[7 . 69]</w:t>
      </w:r>
    </w:p>
    <w:p>
      <w:r>
        <w:rPr>
          <w:rFonts w:ascii="Gentium Plus" w:hAnsi="Gentium Plus"/>
          <w:sz w:val="24"/>
        </w:rPr>
        <w:t>(VIII 3. 6)· οἱ δ’ εἰσὶν ἐσθῆτες πιληταί. συρίαν δὲ ἱμάτιον Κρατῖ‐ νός φησι Σεριφίοις· (I fg 207 Ko) ἐς Συρίαν δ’ ἐνθένδ’ ἀφικνεῖ μετέωρος ὑπ’ αὔρας. ἱμάτιον μοχθηρόν, ὅταν βορρᾶς καταπνεύσῃ.</w:t>
      </w:r>
    </w:p>
    <w:p>
      <w:r>
        <w:rPr>
          <w:rFonts w:ascii="Courier New" w:hAnsi="Courier New"/>
          <w:color w:val="555555"/>
          <w:sz w:val="20"/>
        </w:rPr>
        <w:t>[5]</w:t>
      </w:r>
    </w:p>
    <w:p>
      <w:r>
        <w:rPr>
          <w:rFonts w:ascii="Gentium Plus" w:hAnsi="Gentium Plus"/>
          <w:sz w:val="24"/>
        </w:rPr>
        <w:t>ὀρθάπτου δὲ μέμνηται Δείναρχος ἐν τῇ τῆς ἱερείας δοκιμασίᾳ· ἔστι</w:t>
      </w:r>
    </w:p>
    <w:p>
      <w:r>
        <w:rPr>
          <w:rFonts w:ascii="Courier New" w:hAnsi="Courier New"/>
          <w:color w:val="555555"/>
          <w:sz w:val="20"/>
        </w:rPr>
        <w:t>[7 . 70]</w:t>
      </w:r>
    </w:p>
    <w:p>
      <w:r>
        <w:rPr>
          <w:rFonts w:ascii="Gentium Plus" w:hAnsi="Gentium Plus"/>
          <w:sz w:val="24"/>
        </w:rPr>
        <w:t>καὶ σκύτιναι δὲ ἦσαν ἐσθῆτες, σίττυβα μὲν χιτὼν ἐκ δέρ‐ ματος, διφθέρα δὲ στεγαστὸς χιτὼν ἐπίκρανον ἔχων. ἡ δὲ βαίτη ἔστι μὲν προμήκης χιτών, οὕτω δὲ Σοφοκλῆς (fg 928) καὶ τὰς σκη‐ νὰς τὰς βαρβαρικὰς καλεῖ. σίσυρνα δὲ χιτὼν σκύτινος ἔντριχος χειρι‐</w:t>
      </w:r>
    </w:p>
    <w:p>
      <w:r>
        <w:rPr>
          <w:rFonts w:ascii="Courier New" w:hAnsi="Courier New"/>
          <w:color w:val="555555"/>
          <w:sz w:val="20"/>
        </w:rPr>
        <w:t>[5]</w:t>
      </w:r>
    </w:p>
    <w:p>
      <w:r>
        <w:rPr>
          <w:rFonts w:ascii="Gentium Plus" w:hAnsi="Gentium Plus"/>
          <w:sz w:val="24"/>
        </w:rPr>
        <w:t>δωτός· Σκυθικὸν τὸ χρῆμα. ἡ δὲ σισύρα περίβλημα ἂν εἴη ἐκ διφθέρας· ἐν πέντε σισύραις ἐγκεκορδυλημένος Ἀριστοφάνης (Nub 11) λέγει. σπολὰς δὲ θώραξ ἐκ δέρματος, κατὰ τοὺς ὤμους ἐφαπτόμενος, ὡς Ξενοφῶν (Anab IV 1. 18, III 3. 20?) ἔφη καὶ σπολὰς ἀντὶ θώρακος. Σοφοκλῆς (fg 10) δ’ αὐτὴν Λίβυσσαν</w:t>
      </w:r>
    </w:p>
    <w:p>
      <w:r>
        <w:rPr>
          <w:rFonts w:ascii="Courier New" w:hAnsi="Courier New"/>
          <w:color w:val="555555"/>
          <w:sz w:val="20"/>
        </w:rPr>
        <w:t>[10]</w:t>
      </w:r>
    </w:p>
    <w:p>
      <w:r>
        <w:rPr>
          <w:rFonts w:ascii="Gentium Plus" w:hAnsi="Gentium Plus"/>
          <w:sz w:val="24"/>
        </w:rPr>
        <w:t>ὀνομάζει· σπολὰς Λίβυσσα, παρδαλήφορον δέρος.</w:t>
      </w:r>
    </w:p>
    <w:p>
      <w:r>
        <w:rPr>
          <w:rFonts w:ascii="Courier New" w:hAnsi="Courier New"/>
          <w:color w:val="555555"/>
          <w:sz w:val="20"/>
        </w:rPr>
        <w:t>[7 . 71]</w:t>
      </w:r>
    </w:p>
    <w:p>
      <w:r>
        <w:rPr>
          <w:rFonts w:ascii="Gentium Plus" w:hAnsi="Gentium Plus"/>
          <w:sz w:val="24"/>
        </w:rPr>
        <w:t>ἐκ δὲ λίνου λινοῦς χιτών, ὃν Ἀθηναῖοι πρότερον ἐφόρουν ποδήρη, καὶ αὖθις Ἴωνες. καλάσιρις χιτὼν θυσανωτὸς Αἰγύπτιος. ἔστι δὲ καὶ ὁ φώσων χιτὼν Αἰγύπτιος, ἐκ παχέος λίνου, ἦ που δὲ καὶ τὸ ἡμιφωσώνιον. τὸ δὲ ἡμιτύβιον, ἔστι μὲν καὶ τοῦτο Αἰ‐</w:t>
      </w:r>
    </w:p>
    <w:p>
      <w:r>
        <w:rPr>
          <w:rFonts w:ascii="Courier New" w:hAnsi="Courier New"/>
          <w:color w:val="555555"/>
          <w:sz w:val="20"/>
        </w:rPr>
        <w:t>[5]</w:t>
      </w:r>
    </w:p>
    <w:p>
      <w:r>
        <w:rPr>
          <w:rFonts w:ascii="Gentium Plus" w:hAnsi="Gentium Plus"/>
          <w:sz w:val="24"/>
        </w:rPr>
        <w:t>γύπτιον, εἴη δ’ ἂν κατὰ τὸ ἐν τῇ μέσῃ κωμῳδίᾳ (III 466. 325 Ko) καψιδρώτιον καλούμενον, ὃ νῦν σουδάριον ὀνομάζεται· Ἀριστοφάνει γὰρ ἐν Πλούτῳ (729) τοιαύτη τις ἡ δόξα· ἔπειτα καθαρὸν ἡμιτύβιον λαβών τὰ βλέφαρα περιέψησεν.</w:t>
      </w:r>
    </w:p>
    <w:p>
      <w:r>
        <w:rPr>
          <w:rFonts w:ascii="Courier New" w:hAnsi="Courier New"/>
          <w:color w:val="555555"/>
          <w:sz w:val="20"/>
        </w:rPr>
        <w:t>[7 . 72]</w:t>
      </w:r>
    </w:p>
    <w:p>
      <w:r>
        <w:rPr>
          <w:rFonts w:ascii="Gentium Plus" w:hAnsi="Gentium Plus"/>
          <w:sz w:val="24"/>
        </w:rPr>
        <w:t>σινδὼν δ’ ἔστι μὲν Αἰγυπτία, περιβόλαιον δ’ ἂν εἴη καλούμενον· εἴρηται δέ που καὶ τελαμὼν σινδονίτης. τὴν δὲ ἐργα‐ ζομένην τὸ λίνον λινουργὸν ἂν εἴποις, Ἀλέξιδος εἰπόντος ἐν Βωμῷ (II p 310. 35 Ko)</w:t>
      </w:r>
    </w:p>
    <w:p>
      <w:r>
        <w:rPr>
          <w:rFonts w:ascii="Courier New" w:hAnsi="Courier New"/>
          <w:color w:val="555555"/>
          <w:sz w:val="20"/>
        </w:rPr>
        <w:t>[5]</w:t>
      </w:r>
    </w:p>
    <w:p>
      <w:r>
        <w:rPr>
          <w:rFonts w:ascii="Gentium Plus" w:hAnsi="Gentium Plus"/>
          <w:sz w:val="24"/>
        </w:rPr>
        <w:t>γυνὴ λινουργὸς περιτυχοῦς’ ἀφείλετο, καὶ λινουργίαν. καὶ ἡ κάνναβις δ’ ὅμοιόν ἐστι λίνῳ, μέμνηται δ’ αὐτῆς Ἡρόδοτος (IV 74) εἰπὼν ‘λίνου ἢ καννάβεως.‘ ἐκ ταύτης</w:t>
      </w:r>
    </w:p>
    <w:p>
      <w:r>
        <w:rPr>
          <w:rFonts w:ascii="Courier New" w:hAnsi="Courier New"/>
          <w:color w:val="555555"/>
          <w:sz w:val="20"/>
        </w:rPr>
        <w:t>[7 . 73]</w:t>
      </w:r>
    </w:p>
    <w:p>
      <w:r>
        <w:rPr>
          <w:rFonts w:ascii="Gentium Plus" w:hAnsi="Gentium Plus"/>
          <w:sz w:val="24"/>
        </w:rPr>
        <w:t>τὸ δὲ ἐργαλεῖον καθ’ οὗ ἔκλωθον ἐξαρτῶντες τὰ στυππεῖα, γέρων ἐκαλεῖτο· ἦν δὲ ξύλου πεποιημένον κιόνιον, χεῖρας Ἑρμοῦ τετραγώ‐ νου ἔχον, ᾧ γέροντος ἐπῆν πρόσωπον, ἀφ’ οὗ καὶ τοὔνομα. Φερε‐ κράτης δέ φησιν ἐν Μυρμηκανθρώποις (I p 179. 114 Ko)</w:t>
      </w:r>
    </w:p>
    <w:p>
      <w:r>
        <w:rPr>
          <w:rFonts w:ascii="Courier New" w:hAnsi="Courier New"/>
          <w:color w:val="555555"/>
          <w:sz w:val="20"/>
        </w:rPr>
        <w:t>[5]</w:t>
      </w:r>
    </w:p>
    <w:p>
      <w:r>
        <w:rPr>
          <w:rFonts w:ascii="Gentium Plus" w:hAnsi="Gentium Plus"/>
          <w:sz w:val="24"/>
        </w:rPr>
        <w:t>ἀλλ’ ὡς τάχιστα τὸν γέρονθ’ ἱστὸν ποίει, ἀφ’ οὗ τὸ λίνον ἦν. ἐν δὲ τῷ πέμπτῳ τῶν Σαπφοῦς μελῶν ἔστιν εὑρεῖν (fg 89 B) ἀμφὶ λάβροις λασίοις εὖ ἐπύκασσεν·</w:t>
      </w:r>
    </w:p>
    <w:p>
      <w:r>
        <w:rPr>
          <w:rFonts w:ascii="Courier New" w:hAnsi="Courier New"/>
          <w:color w:val="555555"/>
          <w:sz w:val="20"/>
        </w:rPr>
        <w:t>[7 . 74]</w:t>
      </w:r>
    </w:p>
    <w:p>
      <w:r>
        <w:rPr>
          <w:rFonts w:ascii="Gentium Plus" w:hAnsi="Gentium Plus"/>
          <w:sz w:val="24"/>
        </w:rPr>
        <w:t>καὶ φασὶν εἶναι ταῦτα σινδόνια ἐπεστραμμένα. Θεόπομπος δ’ ἐν Ὀδυσ‐ σεῦσιν (I 743. 36 Ko) ἐπὶ διακόνου ἔφη ‘λάσιον ἐπιβεβλημένος.‘ οὕτω δὲ καὶ νῦν καλοῦσι τὰ μαλλοὺς ἔχοντα χειρόμακτρα ὡς ἀπὸ τῆς δασύτητος, ὥστ’ οὐδὲν ἂν κωλύοι τὰς ὀνομαζομένας μαντήλας</w:t>
      </w:r>
    </w:p>
    <w:p>
      <w:r>
        <w:rPr>
          <w:rFonts w:ascii="Courier New" w:hAnsi="Courier New"/>
          <w:color w:val="555555"/>
          <w:sz w:val="20"/>
        </w:rPr>
        <w:t>[5]</w:t>
      </w:r>
    </w:p>
    <w:p>
      <w:r>
        <w:rPr>
          <w:rFonts w:ascii="Gentium Plus" w:hAnsi="Gentium Plus"/>
          <w:sz w:val="24"/>
        </w:rPr>
        <w:t>οὕτω καλεῖν. τὰ δὲ ἀμόργινα γίνεσθαι μὲν τὰ ἄριστα ἐν τῇ Ἀμοργῷ, λίνου δ’ οὖν καὶ ταύτας εἶναι λέγουσιν. ὁ δὲ ἀμόργινος χιτὼν καὶ ἀμοργὶς ἐκαλεῖτο.</w:t>
      </w:r>
    </w:p>
    <w:p>
      <w:r>
        <w:rPr>
          <w:rFonts w:ascii="Courier New" w:hAnsi="Courier New"/>
          <w:color w:val="555555"/>
          <w:sz w:val="20"/>
        </w:rPr>
        <w:t>[7 . 75]</w:t>
      </w:r>
    </w:p>
    <w:p>
      <w:r>
        <w:rPr>
          <w:rFonts w:ascii="Gentium Plus" w:hAnsi="Gentium Plus"/>
          <w:sz w:val="24"/>
        </w:rPr>
        <w:t>καὶ μὴν καὶ τὰ βύσσινα, καὶ ἡ βύσσος λίνου τι εἶδος παρ’ Ἰνδοῖς. ἤδη δὲ καὶ παρ’ Αἰγυπτίοις ἀπὸ ξύλου τι ἔριον γίνεται, ἐξ οὗ τὴν ἐσθῆτα λινῇ μᾶλλον ἄν τις φαίη προσεοικέναι, πλὴν τὸ πάχος· ἔστι γὰρ παχυτέρα. τῷ δὲ δένδρῳ καρπὸς ἐπιφύεται καρύῳ μάλιστα προσ‐</w:t>
      </w:r>
    </w:p>
    <w:p>
      <w:r>
        <w:rPr>
          <w:rFonts w:ascii="Courier New" w:hAnsi="Courier New"/>
          <w:color w:val="555555"/>
          <w:sz w:val="20"/>
        </w:rPr>
        <w:t>[7 . 76]</w:t>
      </w:r>
    </w:p>
    <w:p>
      <w:r>
        <w:rPr>
          <w:rFonts w:ascii="Gentium Plus" w:hAnsi="Gentium Plus"/>
          <w:sz w:val="24"/>
        </w:rPr>
        <w:t>εοικὼς τριπλῷ τὴν διάφυσιν, ἧς διαστάσης ἐπειδὰν αὐανθῇ τὸ ὥσπερ κάρυον, ἔνδοθεν ἐξαιρεῖται τὸ ὥσπερ ἔριον, ἀφ’ οὗ κρόκη γίνεται· τὸν δὲ στήμονα ὑφιστᾶσιν αὐτῷ λινοῦν. τὰ δὲ ἐκ βομβύκων, σκώληκές εἰσιν οἱ βόμβυκες, ἀφ’ ἑαυτῶν τὰ νήματα ἀνιέντες ὥσπερ</w:t>
      </w:r>
    </w:p>
    <w:p>
      <w:r>
        <w:rPr>
          <w:rFonts w:ascii="Courier New" w:hAnsi="Courier New"/>
          <w:color w:val="555555"/>
          <w:sz w:val="20"/>
        </w:rPr>
        <w:t>[5]</w:t>
      </w:r>
    </w:p>
    <w:p>
      <w:r>
        <w:rPr>
          <w:rFonts w:ascii="Gentium Plus" w:hAnsi="Gentium Plus"/>
          <w:sz w:val="24"/>
        </w:rPr>
        <w:t>ὁ ἀράχνης. ἔνιοι δὲ καὶ τοὺς Σῆρας ἀπὸ τοιούτων ἑτέρων ζῴων ἀθροίζειν φασὶ τὰ ὑφάσματα. καὶ φλοΐνην δὲ ἐσθῆτα Ἡρόδοτος (III 98) εἴρηκεν. καὶ μὴν τό γε ταραντινίδιον διαφανές ἐστιν ἔσθημα, ὠνο‐</w:t>
      </w:r>
    </w:p>
    <w:p>
      <w:r>
        <w:rPr>
          <w:rFonts w:ascii="Courier New" w:hAnsi="Courier New"/>
          <w:color w:val="555555"/>
          <w:sz w:val="20"/>
        </w:rPr>
        <w:t>[7 . 77]</w:t>
      </w:r>
    </w:p>
    <w:p>
      <w:r>
        <w:rPr>
          <w:rFonts w:ascii="Gentium Plus" w:hAnsi="Gentium Plus"/>
          <w:sz w:val="24"/>
        </w:rPr>
        <w:t>μασμένον ἀπὸ τῆς Ταραντίνων χρήσεως καὶ τρυφῆς. ἐκαλεῖτο δέ τι καὶ Κρητικόν, ᾧ Ἀθήνησιν ὁ βασιλεὺς ἐχρῆτο. καὶ Σαρδονικὸς δὲ χιτών τις ἐκαλεῖτο καὶ Σικελικός, καὶ Θήραιόν τι ποικίλον, καὶ Φρύ‐ γιον γυναικεῖον, ἀπὸ τῆς ἐπὶ πλέον τινῶν χρήσεως ἕκαστα τούτων</w:t>
      </w:r>
    </w:p>
    <w:p>
      <w:r>
        <w:rPr>
          <w:rFonts w:ascii="Courier New" w:hAnsi="Courier New"/>
          <w:color w:val="555555"/>
          <w:sz w:val="20"/>
        </w:rPr>
        <w:t>[5]</w:t>
      </w:r>
    </w:p>
    <w:p>
      <w:r>
        <w:rPr>
          <w:rFonts w:ascii="Gentium Plus" w:hAnsi="Gentium Plus"/>
          <w:sz w:val="24"/>
        </w:rPr>
        <w:t>ὀνομασθέντα. δευτερουργῆ δὲ χλαῖναν ἐκάλουν ἣν οἱ νῦν ἐπίγναφον, καὶ δευτερουργοὺς τοὺς τοῦτο ποιοῦντας. τάχα δὲ τοῦτο ὑποδηλοῖ καὶ Λύσιππος ἐν Βάκχαις (I p 701. 4 Ko) σὺ δ’ ἀναγνάψας καὶ θειώσας τὰς ἀλλοτρίας ἐπινοίας.</w:t>
      </w:r>
    </w:p>
    <w:p>
      <w:r>
        <w:rPr>
          <w:rFonts w:ascii="Courier New" w:hAnsi="Courier New"/>
          <w:color w:val="555555"/>
          <w:sz w:val="20"/>
        </w:rPr>
        <w:t>[7 . 78]</w:t>
      </w:r>
    </w:p>
    <w:p>
      <w:r>
        <w:rPr>
          <w:rFonts w:ascii="Gentium Plus" w:hAnsi="Gentium Plus"/>
          <w:sz w:val="24"/>
        </w:rPr>
        <w:t>οἱ δὲ τὰς ἐσθῆτας πιπράσκοντες ἱματιοπῶλαι Κριτίου (Diels VS 628. 29) τῷ ὀνόματι χρησαμένου· ἐκαλεῖτο δέ τις Ἀθήνησιν ἱμα‐ τιόπωλις ἀγορά. ἡ δ’ αὐτὴ καὶ σπειρόπωλις· σπεῖρα γὰρ οὐ τὰ ῥάκη μόνον ἀλλὰ καὶ τὰς ἀμείνους ἔνιοι καλεῖν ἠξίουν ἐσθῆτας. τοὺς δὲ</w:t>
      </w:r>
    </w:p>
    <w:p>
      <w:r>
        <w:rPr>
          <w:rFonts w:ascii="Courier New" w:hAnsi="Courier New"/>
          <w:color w:val="555555"/>
          <w:sz w:val="20"/>
        </w:rPr>
        <w:t>[5]</w:t>
      </w:r>
    </w:p>
    <w:p>
      <w:r>
        <w:rPr>
          <w:rFonts w:ascii="Gentium Plus" w:hAnsi="Gentium Plus"/>
          <w:sz w:val="24"/>
        </w:rPr>
        <w:t>τὰς ἐσθῆτας ἀπομισθοῦντας τοῖς χορηγοῖς οἱ μὲν νέοι ἱματιομίσθας ἐκάλουν, οἱ δὲ μέσοι ἱματιομισθωτάς. ὅτι μέντοι καὶ τρίμιτα εἰργά‐ ζοντο, Αἰσχύλος διδάσκει φήσας (fg 365) σὺ δὲ σπαθητοῖς τριμιτίνοις ὑφάσμασιν.</w:t>
      </w:r>
    </w:p>
    <w:p>
      <w:r>
        <w:rPr>
          <w:rFonts w:ascii="Courier New" w:hAnsi="Courier New"/>
          <w:color w:val="555555"/>
          <w:sz w:val="20"/>
        </w:rPr>
        <w:t>[7 . 79]</w:t>
      </w:r>
    </w:p>
    <w:p>
      <w:r>
        <w:rPr>
          <w:rFonts w:ascii="Gentium Plus" w:hAnsi="Gentium Plus"/>
          <w:sz w:val="24"/>
        </w:rPr>
        <w:t>εἰς ἃ δὲ κατετίθεντο τὰς ἐσθῆτας ταύτας, χηλοὶ μὲν καθ’ Ὅμηρον (φ 51), κοῖται δὲ καὶ κιβωτοὶ καὶ κίσται καὶ ζυγάστρια παρὰ τοῖς νεωτέροις καὶ ῥίσκοι καὶ κανδύτανες, ἴσως καὶ ἀόρται, Μενάν‐ δρου εἰπόντος ἐν Μισογύνῃ (fg 331)</w:t>
      </w:r>
    </w:p>
    <w:p>
      <w:r>
        <w:rPr>
          <w:rFonts w:ascii="Courier New" w:hAnsi="Courier New"/>
          <w:color w:val="555555"/>
          <w:sz w:val="20"/>
        </w:rPr>
        <w:t>[5]</w:t>
      </w:r>
    </w:p>
    <w:p>
      <w:r>
        <w:rPr>
          <w:rFonts w:ascii="Gentium Plus" w:hAnsi="Gentium Plus"/>
          <w:sz w:val="24"/>
        </w:rPr>
        <w:t>χλαμύδα, καυσίαν, λόγχην, ἀόρτην, ἱμάτια. ἃ δὲ οἱ παλαιοὶ στρωματόδεσμα, ταῦθ’ οἱ νεώτεροι στρωματεῖς ἔλεγον, ἐν οἷς, ὡς μὲν τοὔνομα δηλοῖ, τὰ στρώματα ἀπετίθεντο, δῆλον δὲ ὅτι καὶ τὰς ἄλλας ἐσθῆτας. καὶ φασκώλους δὲ ἔλεγον οἱ παλαιοὶ</w:t>
      </w:r>
    </w:p>
    <w:p>
      <w:r>
        <w:rPr>
          <w:rFonts w:ascii="Courier New" w:hAnsi="Courier New"/>
          <w:color w:val="555555"/>
          <w:sz w:val="20"/>
        </w:rPr>
        <w:t>[10]</w:t>
      </w:r>
    </w:p>
    <w:p>
      <w:r>
        <w:rPr>
          <w:rFonts w:ascii="Gentium Plus" w:hAnsi="Gentium Plus"/>
          <w:sz w:val="24"/>
        </w:rPr>
        <w:t>τὰ τῶν ἱματίων ἀγγεῖα καὶ θυλάκους. Ξενοφῶν (Anab IV 3. 11) δὲ καὶ μαρσίπους ἱματίων εἶπεν.</w:t>
      </w:r>
    </w:p>
    <w:p>
      <w:r>
        <w:rPr>
          <w:rFonts w:ascii="Courier New" w:hAnsi="Courier New"/>
          <w:color w:val="555555"/>
          <w:sz w:val="20"/>
        </w:rPr>
        <w:t>[7 . 80]</w:t>
      </w:r>
    </w:p>
    <w:p>
      <w:r>
        <w:rPr>
          <w:rFonts w:ascii="Gentium Plus" w:hAnsi="Gentium Plus"/>
          <w:sz w:val="24"/>
        </w:rPr>
        <w:t>Ἕποιτο δ’ ἄν, οἶμαι, ταῖς περὶ τὰς ἐσθῆτας τέχναις καὶ ἡ τῶν ὑποδημάτων διὰ τὴν χρείαν τὴν ἐπὶ τῷ σώματι. καὶ ἀπὸ μὲν τούτων ὑποδήματα καὶ ὑποδεῖσθαι καὶ ὑποδούμενος καὶ ἀνυπόδητος, οἱ δὲ περὶ ταῦτα τεχνῖται σκυτοδέψαι βυρσοδέψαι, σκυτοπῶλαι βυρσο‐</w:t>
      </w:r>
    </w:p>
    <w:p>
      <w:r>
        <w:rPr>
          <w:rFonts w:ascii="Courier New" w:hAnsi="Courier New"/>
          <w:color w:val="555555"/>
          <w:sz w:val="20"/>
        </w:rPr>
        <w:t>[5]</w:t>
      </w:r>
    </w:p>
    <w:p>
      <w:r>
        <w:rPr>
          <w:rFonts w:ascii="Gentium Plus" w:hAnsi="Gentium Plus"/>
          <w:sz w:val="24"/>
        </w:rPr>
        <w:t>πῶλαι σκυτοτόμοι σκυτεῖς, σκυτεία, καττύοντες καττυόμενοι. μέρη</w:t>
      </w:r>
    </w:p>
    <w:p>
      <w:r>
        <w:rPr>
          <w:rFonts w:ascii="Courier New" w:hAnsi="Courier New"/>
          <w:color w:val="555555"/>
          <w:sz w:val="20"/>
        </w:rPr>
        <w:t>[7 . 81]</w:t>
      </w:r>
    </w:p>
    <w:p>
      <w:r>
        <w:rPr>
          <w:rFonts w:ascii="Gentium Plus" w:hAnsi="Gentium Plus"/>
          <w:sz w:val="24"/>
        </w:rPr>
        <w:t>δὲ ὑποδημάτων γλῶτται καὶ καττύματα καὶ ὕσχλοι· καὶ ζυγὸν δέ τι τὸ περὶ τοῖς ὄνυξι τοῦ κοίλου ὑποδήματος, καὶ τοῦ σανδαλίου τὸ τοὺς δακτύλους συνέχον. εἴποις δ’ ἂν ῥάψασθαι ὑποδήματα, καὶ ῥάψαι ὡς Ἡρόδοτος (VI 1) καὶ συρράψαι, σκυτοτομεῖν σκυτοδεψεῖν,</w:t>
      </w:r>
    </w:p>
    <w:p>
      <w:r>
        <w:rPr>
          <w:rFonts w:ascii="Courier New" w:hAnsi="Courier New"/>
          <w:color w:val="555555"/>
          <w:sz w:val="20"/>
        </w:rPr>
        <w:t>[5]</w:t>
      </w:r>
    </w:p>
    <w:p>
      <w:r>
        <w:rPr>
          <w:rFonts w:ascii="Gentium Plus" w:hAnsi="Gentium Plus"/>
          <w:sz w:val="24"/>
        </w:rPr>
        <w:t>βυρσοτομεῖν βυρσοδεψεῖν, ἱμαντοτομεῖν. Ξενοφῶν (Cyrop VIII 2. 5) δ’ ἔφη ‘ἔστι δ’ ἔνθα ὑπόδημα ὁ μὲν νευρορραφῶν μόνον τρέ‐</w:t>
      </w:r>
    </w:p>
    <w:p>
      <w:r>
        <w:rPr>
          <w:rFonts w:ascii="Courier New" w:hAnsi="Courier New"/>
          <w:color w:val="555555"/>
          <w:sz w:val="20"/>
        </w:rPr>
        <w:t>[7 . 82]</w:t>
      </w:r>
    </w:p>
    <w:p>
      <w:r>
        <w:rPr>
          <w:rFonts w:ascii="Gentium Plus" w:hAnsi="Gentium Plus"/>
          <w:sz w:val="24"/>
        </w:rPr>
        <w:t>φεται, ὁ δὲ σχίζων.‘ τοὺς δὲ τὰ ὑποδήματα ῥάπτοντας πισύγγους ἔνιοι τῶν κωμωδῶν καλοῦσι (III 467. 330 Ko), καὶ τὰ ἐργαστήρια αὐ‐ τῶν πισύγγια. τὰ δὲ παλαιὰ καττύματα παλίμπηγα ὀνομάζεται, οἱ δὲ τὰ παλαιὰ ἐπιρράπτοντες παλαιουργοί, τὰ δ’ ἐπιρραπτόμενα παλιν‐</w:t>
      </w:r>
    </w:p>
    <w:p>
      <w:r>
        <w:rPr>
          <w:rFonts w:ascii="Courier New" w:hAnsi="Courier New"/>
          <w:color w:val="555555"/>
          <w:sz w:val="20"/>
        </w:rPr>
        <w:t>[7 . 83]</w:t>
      </w:r>
    </w:p>
    <w:p>
      <w:r>
        <w:rPr>
          <w:rFonts w:ascii="Gentium Plus" w:hAnsi="Gentium Plus"/>
          <w:sz w:val="24"/>
        </w:rPr>
        <w:t>δορία, ἐφ’ ὧν λέγεται τὸ ἐπικαττύεσθαι καὶ ἐπικαττύειν. τὰ δὲ ἐρ‐ γαλεῖα αὐτῶν σμίλη, ἀφ’ ἧς καὶ τὰ σμιλεύματα ἐν Βατράχοις (818) Ἀριστοφάνους, καὶ περιτομεύς, ἀφ’ οὗ τὸ περιτέμνειν. ὀπήτια δὲ καὶ ὀπητίδια, ἃ καὶ χηλεύματα ἐκάλουν οἱ ποιηταί (So‐</w:t>
      </w:r>
    </w:p>
    <w:p>
      <w:r>
        <w:rPr>
          <w:rFonts w:ascii="Courier New" w:hAnsi="Courier New"/>
          <w:color w:val="555555"/>
          <w:sz w:val="20"/>
        </w:rPr>
        <w:t>[5]</w:t>
      </w:r>
    </w:p>
    <w:p>
      <w:r>
        <w:rPr>
          <w:rFonts w:ascii="Gentium Plus" w:hAnsi="Gentium Plus"/>
          <w:sz w:val="24"/>
        </w:rPr>
        <w:t>phocles fg 445). μάλιστα δὲ οὕτως ὠνόμαζον τὰ τῶν σχοίνους πλεκόντων, ὡς καὶ κράνη χηλευτὰ τὰ πλεκτὰ Ἡρόδοτον (VII 89) λέγειν· καὶ Εὔπολις (I p 359. 388 Ko) σκύτινα χηλεύειν. τὰ δὲ ὀπήτια</w:t>
      </w:r>
    </w:p>
    <w:p>
      <w:r>
        <w:rPr>
          <w:rFonts w:ascii="Courier New" w:hAnsi="Courier New"/>
          <w:color w:val="555555"/>
          <w:sz w:val="20"/>
        </w:rPr>
        <w:t>[7 . 84]</w:t>
      </w:r>
    </w:p>
    <w:p>
      <w:r>
        <w:rPr>
          <w:rFonts w:ascii="Gentium Plus" w:hAnsi="Gentium Plus"/>
          <w:sz w:val="24"/>
        </w:rPr>
        <w:t>ὅπερ ἐν Κρησὶ Νικοχάρης (I p. 772. 9 Ko) ἐκάλει. τοῖς δὲ βυρσοδέ‐ ψαις ἢ σκυτοτόμοις προσήκει τὸ κατεβύρσωσαν, ὅ φησιν ὁ Θουκυ‐ δίδης (VII 65). λέγοιτο δ’ ἂν καὶ ὑποδήματα κοῖλα, βαθέα εἰς μέσην τὴν κνήμην ἀνήκοντα· τὰ δὲ μὴ κοῖλα αὐτὸ μόνον ἀποχρῶν</w:t>
      </w:r>
    </w:p>
    <w:p>
      <w:r>
        <w:rPr>
          <w:rFonts w:ascii="Courier New" w:hAnsi="Courier New"/>
          <w:color w:val="555555"/>
          <w:sz w:val="20"/>
        </w:rPr>
        <w:t>[5]</w:t>
      </w:r>
    </w:p>
    <w:p>
      <w:r>
        <w:rPr>
          <w:rFonts w:ascii="Gentium Plus" w:hAnsi="Gentium Plus"/>
          <w:sz w:val="24"/>
        </w:rPr>
        <w:t>ἐστιν εἰπεῖν ὑποδήματα. περὶ ἃ δὲ τείνεται καὶ περιρράπτεται τὰ κοῖλα ὑποδήματα καλάποδες οὐ κατὰ τὴν νῦν χρείαν μόνον ἀλλὰ καὶ κατὰ τὴν ἀρχαίαν κέκληνται. περὶ πόδα δὲ ὑποδήματα τὰ ἁρμό‐ ζοντα.</w:t>
      </w:r>
    </w:p>
    <w:p>
      <w:r>
        <w:rPr>
          <w:rFonts w:ascii="Courier New" w:hAnsi="Courier New"/>
          <w:color w:val="555555"/>
          <w:sz w:val="20"/>
        </w:rPr>
        <w:t>[7 . 85]</w:t>
      </w:r>
    </w:p>
    <w:p>
      <w:r>
        <w:rPr>
          <w:rFonts w:ascii="Gentium Plus" w:hAnsi="Gentium Plus"/>
          <w:sz w:val="24"/>
        </w:rPr>
        <w:t>ὑποδημάτων δὲ εἴδη βασιλίδες· ἐφόρει δὲ αὐτὰς ὁ βασιλεὺς Ἀθήνησιν. κρηπῖδες· τὸ μὲν φόρημα στρατιωτικόν, ἔνιοι δ’ αὐτὰς τῶν ποιητῶν (Callimach fg 66) καὶ ἁρπίδας ὠνόμασαν. ἐμβάδες· εὐ‐ τελὲς μὲν τὸ ὑπόδημα, Θρᾴκιον δὲ τὸ εὕρημα, τὴν δὲ ἰδέαν κοθόρ‐</w:t>
      </w:r>
    </w:p>
    <w:p>
      <w:r>
        <w:rPr>
          <w:rFonts w:ascii="Courier New" w:hAnsi="Courier New"/>
          <w:color w:val="555555"/>
          <w:sz w:val="20"/>
        </w:rPr>
        <w:t>[5]</w:t>
      </w:r>
    </w:p>
    <w:p>
      <w:r>
        <w:rPr>
          <w:rFonts w:ascii="Gentium Plus" w:hAnsi="Gentium Plus"/>
          <w:sz w:val="24"/>
        </w:rPr>
        <w:t>νοις ταπεινοῖς ἔοικεν. σχισταὶ πολυτελὲς ὑπόδημα καὶ θρυπτικόν· ταύτας δὲ καὶ λεπτοσχιδεῖς ὠνόμαζον. ἀσκέραι ὑπόδημα λάσιον, χει‐</w:t>
      </w:r>
    </w:p>
    <w:p>
      <w:r>
        <w:rPr>
          <w:rFonts w:ascii="Courier New" w:hAnsi="Courier New"/>
          <w:color w:val="555555"/>
          <w:sz w:val="20"/>
        </w:rPr>
        <w:t>[7 . 86]</w:t>
      </w:r>
    </w:p>
    <w:p>
      <w:r>
        <w:rPr>
          <w:rFonts w:ascii="Gentium Plus" w:hAnsi="Gentium Plus"/>
          <w:sz w:val="24"/>
        </w:rPr>
        <w:t>μῶνος χρήσιμον. ἦν δέ τι ὑπόδημα καὶ ἀρβύλη, εὐτελὲς τὴν ἐργασίαν. ἡ δὲ συκχὰς κρηπῖδι μὲν ἔοικεν, ὠνόμασται δὲ ἐκ τοῦ συνέχειν τὸν πόδα. οἱ δὲ κονίποδες λεπτὸν ὑπόδημα πρεσβυτικόν· καὶ τὸ κάτ‐ τυμα κοῦφον, ὡς ἐγγὺς εἶναι τῆς κόνεως τὸν πόδα. τὸ δὲ σαν‐</w:t>
      </w:r>
    </w:p>
    <w:p>
      <w:r>
        <w:rPr>
          <w:rFonts w:ascii="Courier New" w:hAnsi="Courier New"/>
          <w:color w:val="555555"/>
          <w:sz w:val="20"/>
        </w:rPr>
        <w:t>[5]</w:t>
      </w:r>
    </w:p>
    <w:p>
      <w:r>
        <w:rPr>
          <w:rFonts w:ascii="Gentium Plus" w:hAnsi="Gentium Plus"/>
          <w:sz w:val="24"/>
        </w:rPr>
        <w:t>δάλιον οὐ μόνον Μένανδρος (fg 1062) εἴρηκε καὶ Ἡρόδοτος (II 91), ὥσπερ καὶ τὸ σάνδαλον Εὔπολις ἐν Χρυσῷ γένει (I 338. 295) καὶ σχεδὸν ἅπαντες οἱ κωμικοί, ἀλλὰ καὶ Κρατῖνος ἐν τοῖς Νόμοις</w:t>
      </w:r>
    </w:p>
    <w:p>
      <w:r>
        <w:rPr>
          <w:rFonts w:ascii="Courier New" w:hAnsi="Courier New"/>
          <w:color w:val="555555"/>
          <w:sz w:val="20"/>
        </w:rPr>
        <w:t>[7 . 87]</w:t>
      </w:r>
    </w:p>
    <w:p>
      <w:r>
        <w:rPr>
          <w:rFonts w:ascii="Gentium Plus" w:hAnsi="Gentium Plus"/>
          <w:sz w:val="24"/>
        </w:rPr>
        <w:t>(I 54. 731) σανδάλια Τυρρηνικά, καὶ Κηφισόδωρος ἐν Τροφωνίῳ (I p 801. 4 Ko) σανδάλιά τε τῶν λεπτοσχιδῶν, ἐφ’ οἷς τὰ χρυσᾶ ταῦτ’ ἔπεστιν ἄνθεμα.</w:t>
      </w:r>
    </w:p>
    <w:p>
      <w:r>
        <w:rPr>
          <w:rFonts w:ascii="Courier New" w:hAnsi="Courier New"/>
          <w:color w:val="555555"/>
          <w:sz w:val="20"/>
        </w:rPr>
        <w:t>[5]</w:t>
      </w:r>
    </w:p>
    <w:p>
      <w:r>
        <w:rPr>
          <w:rFonts w:ascii="Gentium Plus" w:hAnsi="Gentium Plus"/>
          <w:sz w:val="24"/>
        </w:rPr>
        <w:t>νῦν δ’, ὥσπερ ἡ θεράπαιν’, ἔχω περιβαρίδας. Μένανδρος μέντοι ἐν Μισογύνῃ (fg 333) καὶ ‘ἐπιχρύσους σανδαλο‐ θήκασ‘ λέγει. ἡ δὲ βλαύτη σανδαλίου τι εἶδος, καὶ ἥρως Ἀθή‐ νησιν ὁ ἐπὶ βλαύτῃ· ἀνέθηκε γάρ τις σκυτοτόμος βλαύτης λί‐ θινον τύπον. ἡ δὲ κρούπεζα ξύλινον ὑπόδημα, πεποιημένον εἰς</w:t>
      </w:r>
    </w:p>
    <w:p>
      <w:r>
        <w:rPr>
          <w:rFonts w:ascii="Courier New" w:hAnsi="Courier New"/>
          <w:color w:val="555555"/>
          <w:sz w:val="20"/>
        </w:rPr>
        <w:t>[10]</w:t>
      </w:r>
    </w:p>
    <w:p>
      <w:r>
        <w:rPr>
          <w:rFonts w:ascii="Gentium Plus" w:hAnsi="Gentium Plus"/>
          <w:sz w:val="24"/>
        </w:rPr>
        <w:t>ἐνδόσιμον χοροῦ· κρουπεζοφόρους δ’ τοὺς Βοιωτοὺς Κρατῖνος (I 103.</w:t>
      </w:r>
    </w:p>
    <w:p>
      <w:r>
        <w:rPr>
          <w:rFonts w:ascii="Courier New" w:hAnsi="Courier New"/>
          <w:color w:val="555555"/>
          <w:sz w:val="20"/>
        </w:rPr>
        <w:t>[7 . 88]</w:t>
      </w:r>
    </w:p>
    <w:p>
      <w:r>
        <w:rPr>
          <w:rFonts w:ascii="Gentium Plus" w:hAnsi="Gentium Plus"/>
          <w:sz w:val="24"/>
        </w:rPr>
        <w:t>310) διὰ τὰ ἐν αὐλητικῇ κρούματα. ἀπὸ δὲ ἐθνῶν ἢ πόλεων λέγονται καὶ ἕτερα. καρβατίνη μὲν ἄγροικον ὑπόδημα, κληθὲν ἀπὸ Καρῶν. Ἀμυκλᾷδες δὲ ἐλευθεριώτερον μὲν ὑπόδημα. δηλοῖ δὲ κλήσει τὸν τόπον. αἱ δὲ Ἀργεῖαι παντὶ δῆλον ὡς Ἀργείων τὸ εὕ‐</w:t>
      </w:r>
    </w:p>
    <w:p>
      <w:r>
        <w:rPr>
          <w:rFonts w:ascii="Courier New" w:hAnsi="Courier New"/>
          <w:color w:val="555555"/>
          <w:sz w:val="20"/>
        </w:rPr>
        <w:t>[5]</w:t>
      </w:r>
    </w:p>
    <w:p>
      <w:r>
        <w:rPr>
          <w:rFonts w:ascii="Gentium Plus" w:hAnsi="Gentium Plus"/>
          <w:sz w:val="24"/>
        </w:rPr>
        <w:t>ρημα, καθάπερ αἱ Σκυθικαὶ Σκυθῶν καὶ Ῥοδίων αἱ Ῥοδιακαί. αἱ δὲ Λακωνικαὶ τὸ μὲν χρῶμα ἐρυθραί, τοὔνομα δὲ δηλοῖ τὸν τῆς εὑρέ‐</w:t>
      </w:r>
    </w:p>
    <w:p>
      <w:r>
        <w:rPr>
          <w:rFonts w:ascii="Courier New" w:hAnsi="Courier New"/>
          <w:color w:val="555555"/>
          <w:sz w:val="20"/>
        </w:rPr>
        <w:t>[7 . 89]</w:t>
      </w:r>
    </w:p>
    <w:p>
      <w:r>
        <w:rPr>
          <w:rFonts w:ascii="Gentium Plus" w:hAnsi="Gentium Plus"/>
          <w:sz w:val="24"/>
        </w:rPr>
        <w:t>σεως τόπον. καὶ Θετταλὶς δὲ ὑπόδημα μηνῦον τοὺς εὑρετάς· μέμνη‐ ται δ’ αὐτοῦ Λύσιππος ἐν Βάκχαις (I 701. 2 Ko) βλαύτῃ, κοθόρνῳ, Θετταλίδι. αὐτοσχεδὲς δὲ ὑπόδημα τὸ ἁπλῶς εἰργασμένον Ἕρμιππος εἴρηκεν</w:t>
      </w:r>
    </w:p>
    <w:p>
      <w:r>
        <w:rPr>
          <w:rFonts w:ascii="Courier New" w:hAnsi="Courier New"/>
          <w:color w:val="555555"/>
          <w:sz w:val="20"/>
        </w:rPr>
        <w:t>[5]</w:t>
      </w:r>
    </w:p>
    <w:p>
      <w:r>
        <w:rPr>
          <w:rFonts w:ascii="Gentium Plus" w:hAnsi="Gentium Plus"/>
          <w:sz w:val="24"/>
        </w:rPr>
        <w:t>ἐν Δημόταις (I 229. 18 Ko). ἀπὸ δὲ τῶν χρησαμένων Ἰφικρατίδες Δεινιάδες Ἀλκιβιάδες Σμινδυρίδια, Μυννάκια ἀπὸ Μυννάκου. ἦν δὲ καί τι ὑπόδημα δημοκοπίδες. ἕπτυσχλοι δὲ πολυτελὲς ἀνδρεῖον, οὗ Ἕρμιππος ἐν Φορμοφόροις (I 245. 67 Ko) μνημονεύει ὥσπερ τῶν</w:t>
      </w:r>
    </w:p>
    <w:p>
      <w:r>
        <w:rPr>
          <w:rFonts w:ascii="Courier New" w:hAnsi="Courier New"/>
          <w:color w:val="555555"/>
          <w:sz w:val="20"/>
        </w:rPr>
        <w:t>[7 . 90]</w:t>
      </w:r>
    </w:p>
    <w:p>
      <w:r>
        <w:rPr>
          <w:rFonts w:ascii="Gentium Plus" w:hAnsi="Gentium Plus"/>
          <w:sz w:val="24"/>
        </w:rPr>
        <w:t>καρκίνων Φερεκράτης (I 198. 178 Ko) καττύομαι τοὺς καρκίνους. μέμνηται δὲ καὶ φαικασίου ἐν τῷ Ἑρμῇ Ἐρατοσθένης (fg 9 H) πέλμα ποδὶ κρούεσκεν ἐλαφροῦ φαικασίοις·</w:t>
      </w:r>
    </w:p>
    <w:p>
      <w:r>
        <w:rPr>
          <w:rFonts w:ascii="Courier New" w:hAnsi="Courier New"/>
          <w:color w:val="555555"/>
          <w:sz w:val="20"/>
        </w:rPr>
        <w:t>[5]</w:t>
      </w:r>
    </w:p>
    <w:p>
      <w:r>
        <w:rPr>
          <w:rFonts w:ascii="Gentium Plus" w:hAnsi="Gentium Plus"/>
          <w:sz w:val="24"/>
        </w:rPr>
        <w:t>ὁ Ῥίνθων (fg 4—6 Kaib) δὲ Κολοφωνίου τε καὶ καλτίου καὶ ὄγκου ἐν Ἰφιγενείᾳ τῇ ἐν Αὐλίδι. ἡ δὲ εὔμαρις κοινὸν ἀνδράσι πρὸς γυ‐ ναῖκας, βαρβαρικὸν μὲν εὕρημα, ἐξ ἐλαφῶν δὲ πεποιημένον. καὶ τὰ</w:t>
      </w:r>
    </w:p>
    <w:p>
      <w:r>
        <w:rPr>
          <w:rFonts w:ascii="Courier New" w:hAnsi="Courier New"/>
          <w:color w:val="555555"/>
          <w:sz w:val="20"/>
        </w:rPr>
        <w:t>[7 . 91]</w:t>
      </w:r>
    </w:p>
    <w:p>
      <w:r>
        <w:rPr>
          <w:rFonts w:ascii="Gentium Plus" w:hAnsi="Gentium Plus"/>
          <w:sz w:val="24"/>
        </w:rPr>
        <w:t>διάβαθρα δὲ κοινὰ ἀνδρῶν καὶ γυναικῶν. ὁ δὲ κόθορνος ἁρμόζων ἀμφοῖν τοῖν ποδοῖν, ὅθεν καὶ τὸν Θηραμένην κόθορνον ἐκάλουν διὰ τὸν περὶ τὴν πολιτείαν ἀμφοτερισμόν. ἐμβάται δὲ ὄνομα τοῖς κω‐ μικοῖς ὑποδήμασιν. ὑπόσχισμα δὲ ἀνδρεῖον ὑπόδημα μάλα εὐτε‐</w:t>
      </w:r>
    </w:p>
    <w:p>
      <w:r>
        <w:rPr>
          <w:rFonts w:ascii="Courier New" w:hAnsi="Courier New"/>
          <w:color w:val="555555"/>
          <w:sz w:val="20"/>
        </w:rPr>
        <w:t>[5]</w:t>
      </w:r>
    </w:p>
    <w:p>
      <w:r>
        <w:rPr>
          <w:rFonts w:ascii="Gentium Plus" w:hAnsi="Gentium Plus"/>
          <w:sz w:val="24"/>
        </w:rPr>
        <w:t>λές, καὶ πρόσχισμα πρεσβυτικόν. ἦν δέ τι ὑπόδημα καὶ ὀπισθοκρη‐</w:t>
      </w:r>
    </w:p>
    <w:p>
      <w:r>
        <w:rPr>
          <w:rFonts w:ascii="Courier New" w:hAnsi="Courier New"/>
          <w:color w:val="555555"/>
          <w:sz w:val="20"/>
        </w:rPr>
        <w:t>[7 . 92]</w:t>
      </w:r>
    </w:p>
    <w:p>
      <w:r>
        <w:rPr>
          <w:rFonts w:ascii="Gentium Plus" w:hAnsi="Gentium Plus"/>
          <w:sz w:val="24"/>
        </w:rPr>
        <w:t>τὰ δὲ πέλλυτρα καὶ εἶδος ὑποδήματος, ὥσπερ αὖ τὰ ποδεῖα ταὐτὸν ἦν ταῖς ἀναξυρίσιν, ἃς σκελέας ἔνιοι ὀνομάζουσιν. Κράτης δ’ ἐν Ἑορ‐ ταῖς (I 141. 34 Ko) ἔφη καὶ ποδεῖα τριμίτινα. ἴδια δὲ γυναικῶν ὑποδήματα Περσικαί· λευκὸν ὑπόδημα, μᾶλλον ἑταιρικόν. περιβαρίς·</w:t>
      </w:r>
    </w:p>
    <w:p>
      <w:r>
        <w:rPr>
          <w:rFonts w:ascii="Courier New" w:hAnsi="Courier New"/>
          <w:color w:val="555555"/>
          <w:sz w:val="20"/>
        </w:rPr>
        <w:t>[5]</w:t>
      </w:r>
    </w:p>
    <w:p>
      <w:r>
        <w:rPr>
          <w:rFonts w:ascii="Gentium Plus" w:hAnsi="Gentium Plus"/>
          <w:sz w:val="24"/>
        </w:rPr>
        <w:t>θεραπαινίδων μᾶλλον τὸ ὑπόδημα. Τυρρηνικά· τὸ κάττυμα ξύλινον τετραδάκτυλον, οἱ δὲ ἱμάντες ἐπίχρυσοι· σανδάλιον γὰρ ἦν, ὑπέδησε</w:t>
      </w:r>
    </w:p>
    <w:p>
      <w:r>
        <w:rPr>
          <w:rFonts w:ascii="Courier New" w:hAnsi="Courier New"/>
          <w:color w:val="555555"/>
          <w:sz w:val="20"/>
        </w:rPr>
        <w:t>[7 . 93]</w:t>
      </w:r>
    </w:p>
    <w:p>
      <w:r>
        <w:rPr>
          <w:rFonts w:ascii="Gentium Plus" w:hAnsi="Gentium Plus"/>
          <w:sz w:val="24"/>
        </w:rPr>
        <w:t>δ’ αὐτὸ Φειδίας τὴν Ἀθηνᾶν. ἐκάλουν δ’ αὐτὰ τυρρηνικουργῆ, ὥσπερ καὶ τὰ ἔμβαθρα ῥηνιοεργῆ. τὰ μέντοι Τυρρηνικὰ εἴη ἂν ὁ Σαπφοῦς (fg 19 B) μάσλης· ποικίλος μάσλης Λύδιον καλὸν ἔργον.</w:t>
      </w:r>
    </w:p>
    <w:p>
      <w:r>
        <w:rPr>
          <w:rFonts w:ascii="Courier New" w:hAnsi="Courier New"/>
          <w:color w:val="555555"/>
          <w:sz w:val="20"/>
        </w:rPr>
        <w:t>[5]</w:t>
      </w:r>
    </w:p>
    <w:p>
      <w:r>
        <w:rPr>
          <w:rFonts w:ascii="Gentium Plus" w:hAnsi="Gentium Plus"/>
          <w:sz w:val="24"/>
        </w:rPr>
        <w:t>αἱ δὲ ἐνδρομίδες, ἴδιον τῆς Ἀρτέμιδος τὸ ὑπόδημα. τὰ δὲ Σικυώνια τὸ ὄνομα δηλοῖ τίνων τὸ εὕρημα. τὰ δὲ πλοιάρια καὶ ἀκάτια ὀνομάζει Ἀριστοφάνης (Lys 64 ?) εἶδος ὄντα γυναικείων ὑποδη‐</w:t>
      </w:r>
    </w:p>
    <w:p>
      <w:r>
        <w:rPr>
          <w:rFonts w:ascii="Courier New" w:hAnsi="Courier New"/>
          <w:color w:val="555555"/>
          <w:sz w:val="20"/>
        </w:rPr>
        <w:t>[7 . 94]</w:t>
      </w:r>
    </w:p>
    <w:p>
      <w:r>
        <w:rPr>
          <w:rFonts w:ascii="Gentium Plus" w:hAnsi="Gentium Plus"/>
          <w:sz w:val="24"/>
        </w:rPr>
        <w:t>μάτων. ῥᾴδια δὲ ποικίλον καὶ πολυέλικτον ὑπόδημα· μνημονεύει δὲ αὐτοῦ Πλάτων (I p 665. 251 Ko) τε καὶ Φερεκράτης (I 206. 227 Ko). αἱ δὲ βαυκίδες καὶ βαυκίδια ἐλέγοντο· πολυτελὲς δ’ ἦν ὑπόδημα κροκοειδές. γυναικεῖα δὲ καὶ τὰ ἄφρακτα, ὀπισθοκρηπῖδες, καννά‐</w:t>
      </w:r>
    </w:p>
    <w:p>
      <w:r>
        <w:rPr>
          <w:rFonts w:ascii="Courier New" w:hAnsi="Courier New"/>
          <w:color w:val="555555"/>
          <w:sz w:val="20"/>
        </w:rPr>
        <w:t>[5]</w:t>
      </w:r>
    </w:p>
    <w:p>
      <w:r>
        <w:rPr>
          <w:rFonts w:ascii="Gentium Plus" w:hAnsi="Gentium Plus"/>
          <w:sz w:val="24"/>
        </w:rPr>
        <w:t>βια, γυμνοπόδια, περίβαρα, νυκτιπήδηκες, μεσοπερσικαί, φιττάκια, Σε‐ λευκίδες, νοσσίδες, Ἀμβρακίδες, ἀμφίσφυρα, ἀκροσφύρια.</w:t>
      </w:r>
    </w:p>
    <w:p>
      <w:r>
        <w:rPr>
          <w:rFonts w:ascii="Courier New" w:hAnsi="Courier New"/>
          <w:color w:val="555555"/>
          <w:sz w:val="20"/>
        </w:rPr>
        <w:t>[7 . 95]</w:t>
      </w:r>
    </w:p>
    <w:p>
      <w:r>
        <w:rPr>
          <w:rFonts w:ascii="Gentium Plus" w:hAnsi="Gentium Plus"/>
          <w:sz w:val="24"/>
        </w:rPr>
        <w:t>οὐκ ἂν δ’ ἴσως φαῦλον εἴη τούτοις ὑποθεῖναι λέξιν ἐκ Θεσμο‐ φοριαζουσῶν Ἀριστοφάνους (fg 320) ἐπεὶ πολλὰ εἴδη ἐν αὑτῇ περι‐ έχει γυναικείων φορημάτων, ἃ καὶ τοῖς περὶ κόσμων ἴσως ἂν ἐνήρ‐ μοσεν.</w:t>
      </w:r>
    </w:p>
    <w:p>
      <w:r>
        <w:rPr>
          <w:rFonts w:ascii="Courier New" w:hAnsi="Courier New"/>
          <w:color w:val="555555"/>
          <w:sz w:val="20"/>
        </w:rPr>
        <w:t>[5]</w:t>
      </w:r>
    </w:p>
    <w:p>
      <w:r>
        <w:rPr>
          <w:rFonts w:ascii="Gentium Plus" w:hAnsi="Gentium Plus"/>
          <w:sz w:val="24"/>
        </w:rPr>
        <w:t>ξυρόν, κάτοπτρον, ψαλίδα, κηρωτήν, λίτρον,</w:t>
      </w:r>
    </w:p>
    <w:p>
      <w:r>
        <w:rPr>
          <w:rFonts w:ascii="Courier New" w:hAnsi="Courier New"/>
          <w:color w:val="555555"/>
          <w:sz w:val="20"/>
        </w:rPr>
        <w:t>[7 . 96]</w:t>
      </w:r>
    </w:p>
    <w:p>
      <w:r>
        <w:rPr>
          <w:rFonts w:ascii="Gentium Plus" w:hAnsi="Gentium Plus"/>
          <w:sz w:val="24"/>
        </w:rPr>
        <w:t>τρυφοκαλάσιριν, ἐλλέβορον, κεκρύφαλον, ζῶμ’, ἀμπεχόνην, τρύφημα, παρυφές, ξυστίδα, χιτῶνα, βάραθρον, ἔγκυκλον, κομμώτριον, ἕτερα θ’ ὅς’ οὐδεὶς μνημονεύσειέν ποτε.—</w:t>
      </w:r>
    </w:p>
    <w:p>
      <w:r>
        <w:rPr>
          <w:rFonts w:ascii="Courier New" w:hAnsi="Courier New"/>
          <w:color w:val="555555"/>
          <w:sz w:val="20"/>
        </w:rPr>
        <w:t>[5]</w:t>
      </w:r>
    </w:p>
    <w:p>
      <w:r>
        <w:rPr>
          <w:rFonts w:ascii="Gentium Plus" w:hAnsi="Gentium Plus"/>
          <w:sz w:val="24"/>
        </w:rPr>
        <w:t>τὰ μέγιστα δ’ οὐ λέγεις αὐτῶν ταυτί;— διόπας, διάλιθον πλάστρα, μαλάκιον, βότρυς, χλίδωνα, περόνας, ἀμφιδέας, ὅρμους, πέδας, σφραγῖδας, ἁλύσεις, δακτυλίους, καταπλάσματα, πομφόλυγας, ἀποδέσμους, ὀλίσβους, σάρδια,</w:t>
      </w:r>
    </w:p>
    <w:p>
      <w:r>
        <w:rPr>
          <w:rFonts w:ascii="Courier New" w:hAnsi="Courier New"/>
          <w:color w:val="555555"/>
          <w:sz w:val="20"/>
        </w:rPr>
        <w:t>[10]</w:t>
      </w:r>
    </w:p>
    <w:p>
      <w:r>
        <w:rPr>
          <w:rFonts w:ascii="Gentium Plus" w:hAnsi="Gentium Plus"/>
          <w:sz w:val="24"/>
        </w:rPr>
        <w:t>ὑποδέρεις, ἑλικτῆρας, ἄλλ’ ἀφ’ ὧν οὐδ’ ἂν λέγων λέξαις.</w:t>
      </w:r>
    </w:p>
    <w:p>
      <w:r>
        <w:rPr>
          <w:rFonts w:ascii="Courier New" w:hAnsi="Courier New"/>
          <w:color w:val="555555"/>
          <w:sz w:val="20"/>
        </w:rPr>
        <w:t>[7 . 97]</w:t>
      </w:r>
    </w:p>
    <w:p>
      <w:r>
        <w:rPr>
          <w:rFonts w:ascii="Gentium Plus" w:hAnsi="Gentium Plus"/>
          <w:sz w:val="24"/>
        </w:rPr>
        <w:t>Λέγωμεν τοίνυν τέχνας ὅσαι τὰς ὕλας ὑποβάλλουσι ταῖς λοιπαῖς. μεταλλεία, μέταλλα μεταλλεύς μεταλλεύειν, ἐκμεταλλεύειν ὀρύττειν γεωρυχεῖν, σκάπτειν καὶ ἀνασκάπτειν καὶ διασκάπτειν. χρυσοῦ με‐ ταλλεῖς, χρυσουργοὶ χρυσουργοῦντες χρυσὸν ὀρύττοντες, τὰ χρυ‐</w:t>
      </w:r>
    </w:p>
    <w:p>
      <w:r>
        <w:rPr>
          <w:rFonts w:ascii="Courier New" w:hAnsi="Courier New"/>
          <w:color w:val="555555"/>
          <w:sz w:val="20"/>
        </w:rPr>
        <w:t>[5]</w:t>
      </w:r>
    </w:p>
    <w:p>
      <w:r>
        <w:rPr>
          <w:rFonts w:ascii="Gentium Plus" w:hAnsi="Gentium Plus"/>
          <w:sz w:val="24"/>
        </w:rPr>
        <w:t>σεῖα, τὴν ὑπόχρυσον γῆν, τὴν κατάχρυσον γῆν, χρυσίδα ψάμμον, τὴν ἐπίχρυσον κόνιν, τὴν χρυσῖτιν γῆν μεταλλεύοντες, διασήθοντες διηθοῦντες, διακρίνοντες, ἕψοντες, καθαίροντες πυρὶ βασανίζοντες.</w:t>
      </w:r>
    </w:p>
    <w:p>
      <w:r>
        <w:rPr>
          <w:rFonts w:ascii="Courier New" w:hAnsi="Courier New"/>
          <w:color w:val="555555"/>
          <w:sz w:val="20"/>
        </w:rPr>
        <w:t>[7 . 98]</w:t>
      </w:r>
    </w:p>
    <w:p>
      <w:r>
        <w:rPr>
          <w:rFonts w:ascii="Gentium Plus" w:hAnsi="Gentium Plus"/>
          <w:sz w:val="24"/>
        </w:rPr>
        <w:t>ἄπεφθος χρυσός, ἀκριβής, εἰλικρινής, ἀκήρατος, ἀκραιφνής, Δαρει‐ κός, Γυγάδας. ἀργύρια, ἀργυρῖτις γῆ, ὑπάργυρος ἐπάργυρος, ἀρ‐ γύρεια μέταλλα. καινοτομίαι μετάλλων. μεσοκρινεῖς κίονες οἱ ἐν τοῖς μετάλλοις ὑφεστηκότες ἀνέχειν τὰ ὀρύγματα. ἄργυρος καθαρός,</w:t>
      </w:r>
    </w:p>
    <w:p>
      <w:r>
        <w:rPr>
          <w:rFonts w:ascii="Courier New" w:hAnsi="Courier New"/>
          <w:color w:val="555555"/>
          <w:sz w:val="20"/>
        </w:rPr>
        <w:t>[5]</w:t>
      </w:r>
    </w:p>
    <w:p>
      <w:r>
        <w:rPr>
          <w:rFonts w:ascii="Gentium Plus" w:hAnsi="Gentium Plus"/>
          <w:sz w:val="24"/>
        </w:rPr>
        <w:t>διαφανής, Ἀρυανδικός. γῆ ὑπόχαλκος· οὐ γὰρ χαλκῖτις, οὐδὲ χαλ‐</w:t>
      </w:r>
    </w:p>
    <w:p>
      <w:r>
        <w:rPr>
          <w:rFonts w:ascii="Courier New" w:hAnsi="Courier New"/>
          <w:color w:val="555555"/>
          <w:sz w:val="20"/>
        </w:rPr>
        <w:t>[7 . 99]</w:t>
      </w:r>
    </w:p>
    <w:p>
      <w:r>
        <w:rPr>
          <w:rFonts w:ascii="Gentium Plus" w:hAnsi="Gentium Plus"/>
          <w:sz w:val="24"/>
        </w:rPr>
        <w:t>κεῖα μέταλλα, ὥσπερ καὶ σιδήρου μέταλλα καὶ γῆ σιδηρῖτις. ταύ‐</w:t>
      </w:r>
    </w:p>
    <w:p>
      <w:r>
        <w:rPr>
          <w:rFonts w:ascii="Courier New" w:hAnsi="Courier New"/>
          <w:color w:val="555555"/>
          <w:sz w:val="20"/>
        </w:rPr>
        <w:t>[5]</w:t>
      </w:r>
    </w:p>
    <w:p>
      <w:r>
        <w:rPr>
          <w:rFonts w:ascii="Gentium Plus" w:hAnsi="Gentium Plus"/>
          <w:sz w:val="24"/>
        </w:rPr>
        <w:t>ἀγγεῖον ἐν ᾧ κατεκεράννυσαν τὸν σίδηρον, περίοδος καλεῖται ἐν τῷ περὶ μετάλλων, εἴτε Ἀριστοτέλους (fg 261 R) ἐστὶ τὸ βιβλίον εἴτε Θεοφράστου. πολλὰ δ’ ἂν καὶ ἄλλα εἴη μέταλλα, ὥσπερ τὰ ἐν Σάμῳ τὰ καλούμενα γεωφάνεια, ὑπὲρ ὧν ὁ Δείναρχος (p 327. 19 Tur) λέγει, καὶ τὰ ἐν Μήλῳ καὶ τὰ ἐν Νισύρῳ τοῦ θείου. καὶ κι‐</w:t>
      </w:r>
    </w:p>
    <w:p>
      <w:r>
        <w:rPr>
          <w:rFonts w:ascii="Courier New" w:hAnsi="Courier New"/>
          <w:color w:val="555555"/>
          <w:sz w:val="20"/>
        </w:rPr>
        <w:t>[7 . 100]</w:t>
      </w:r>
    </w:p>
    <w:p>
      <w:r>
        <w:rPr>
          <w:rFonts w:ascii="Gentium Plus" w:hAnsi="Gentium Plus"/>
          <w:sz w:val="24"/>
        </w:rPr>
        <w:t>μωλίαν γῆν Ἀριστοφάνης (Ran 712) λέγει. καὶ ἡ ἀμβολὰς δὲ γῆ παρὰ Ξενοφῶντι (Cyrop VII 5. 12) τοῖς ὀρύγμασι προσήκει, καὶ εἰ μὴ τοῖς μετάλλοις. τοὺς δὲ μεταλλέας θυλακοφορεῖν Ἀριστοφάνης (fg 789) ἔφη. καὶ λίθων δὲ μεταλλεῖαι, λιθουργίαι, λιθοτομίαι.</w:t>
      </w:r>
    </w:p>
    <w:p>
      <w:r>
        <w:rPr>
          <w:rFonts w:ascii="Courier New" w:hAnsi="Courier New"/>
          <w:color w:val="555555"/>
          <w:sz w:val="20"/>
        </w:rPr>
        <w:t>[5]</w:t>
      </w:r>
    </w:p>
    <w:p>
      <w:r>
        <w:rPr>
          <w:rFonts w:ascii="Gentium Plus" w:hAnsi="Gentium Plus"/>
          <w:sz w:val="24"/>
        </w:rPr>
        <w:t>πολλὰ δὲ εἴδη λίθων, Φρυγία, Λάκαινα, Λίβυσσα, Εὐβοΐς, Θετταλή, Αἰ‐ γυπτία. καὶ τούτων ἰδέαι πλείονες, καὶ κογχυλίας δὲ λίθος ἐν Ἀριστο‐ φάνους Δαιδάλῳ (fg 193), καὶ παρὰ Ξενοφῶντι (An III 4. 10) κογχυ‐ λιάτης, λυχνίας δὲ παρὰ Πλάτωνι ἐν τοῖς Σοφισταῖς (I 639. 146 Ko)· τὸ γὰρ τοῦ ὀρειχάλκου μέταλλον οὐδέπω καὶ νῦν εἰς πίστιν ἥκει</w:t>
      </w:r>
    </w:p>
    <w:p>
      <w:r>
        <w:rPr>
          <w:rFonts w:ascii="Courier New" w:hAnsi="Courier New"/>
          <w:color w:val="555555"/>
          <w:sz w:val="20"/>
        </w:rPr>
        <w:t>[10]</w:t>
      </w:r>
    </w:p>
    <w:p>
      <w:r>
        <w:rPr>
          <w:rFonts w:ascii="Gentium Plus" w:hAnsi="Gentium Plus"/>
          <w:sz w:val="24"/>
        </w:rPr>
        <w:t>βεβαίαν. Ἀμειψίου δὲ ἐν Μυχοῖς (I 674. 15 Ko) μιλτωρυχίαν εἰ‐ πόντος, εἴη ἂν ἐν τοῖς μεταλλεῦσιν ὁ μιλτωρύχος. καὶ μήκων δὲ ἦν τι ψάμμου εἶδος ἐν τοῖς μετάλλοις.</w:t>
      </w:r>
    </w:p>
    <w:p>
      <w:r>
        <w:rPr>
          <w:rFonts w:ascii="Courier New" w:hAnsi="Courier New"/>
          <w:color w:val="555555"/>
          <w:sz w:val="20"/>
        </w:rPr>
        <w:t>[7 . 101]</w:t>
      </w:r>
    </w:p>
    <w:p>
      <w:r>
        <w:rPr>
          <w:rFonts w:ascii="Gentium Plus" w:hAnsi="Gentium Plus"/>
          <w:sz w:val="24"/>
        </w:rPr>
        <w:t>Ἐκ δὲ τῶν τὰς ὕλας παρασκευαζόντων εἶεν ἂν ὑλουργοί, φυτουργοί, γεωργοί, ὑλοτόμοι, ὑλαγωγοί, ξυλουργοί, πισσουργοί, σμηνουργοί· καὶ ἡ πρᾶξις ὑλουργία, ὑλοτομία, ὑλαγωγία, ξυλ‐ ουργία, πισσουργία, κηπουργία, σμηνουργία.</w:t>
      </w:r>
    </w:p>
    <w:p>
      <w:r>
        <w:rPr>
          <w:rFonts w:ascii="Courier New" w:hAnsi="Courier New"/>
          <w:color w:val="555555"/>
          <w:sz w:val="20"/>
        </w:rPr>
        <w:t>[7 . 102]</w:t>
      </w:r>
    </w:p>
    <w:p>
      <w:r>
        <w:rPr>
          <w:rFonts w:ascii="Gentium Plus" w:hAnsi="Gentium Plus"/>
          <w:sz w:val="24"/>
        </w:rPr>
        <w:t>καὶ ἀπὸ μὲν χρυσοῦ χρυσοχόοι χρυσοχοεῖον, χρυσοῦν ἀποχρυ‐ σοῦν, ἐπίχρυσον, χρυσοχοεῖν, καὶ ἡ τέχνη χρυσοχοϊκή. καὶ χρυ‐ σίδες δὲ φιάλαι, καὶ χρυσοῦς τὸ νόμισμα. προσκέοιτο δ’ ἂν ὁ στατήρ· εἰ δὲ καὶ ‘Δαρεικόσ‘ τις εἶπεν, ὁ χρυσοῦς προσηκούετο. χρυσώροφος</w:t>
      </w:r>
    </w:p>
    <w:p>
      <w:r>
        <w:rPr>
          <w:rFonts w:ascii="Courier New" w:hAnsi="Courier New"/>
          <w:color w:val="555555"/>
          <w:sz w:val="20"/>
        </w:rPr>
        <w:t>[5]</w:t>
      </w:r>
    </w:p>
    <w:p>
      <w:r>
        <w:rPr>
          <w:rFonts w:ascii="Gentium Plus" w:hAnsi="Gentium Plus"/>
          <w:sz w:val="24"/>
        </w:rPr>
        <w:t>δὲ οἶκος, καὶ χρυσῆ Ἀφροδίτη. καὶ ἡ βασανίζουσα τὸν χρυσὸν χρυ‐</w:t>
      </w:r>
    </w:p>
    <w:p>
      <w:r>
        <w:rPr>
          <w:rFonts w:ascii="Courier New" w:hAnsi="Courier New"/>
          <w:color w:val="555555"/>
          <w:sz w:val="20"/>
        </w:rPr>
        <w:t>[7 . 103]</w:t>
      </w:r>
    </w:p>
    <w:p>
      <w:r>
        <w:rPr>
          <w:rFonts w:ascii="Gentium Plus" w:hAnsi="Gentium Plus"/>
          <w:sz w:val="24"/>
        </w:rPr>
        <w:t>σῖτις λίθος ἢ Λυδία. εἴρηται δέ που καὶ τὰ χρυσία παρὰ τοῖς κω‐ μῳδοῖς ἐπὶ τῶν γυναικείων κοσμημάτων, καὶ τὰ χρυσώματα παρὰ Λυσίᾳ ἐν τῷ περὶ χρυσοῦ τρίποδος (fg 148). ἀπὸ δ’ ἀργύρου ἀργυροκόπος, ὡς Φρύνιχος ἐν Ἐφιάλτῃ (I p 371. 5 Ko), ἀργυρο‐</w:t>
      </w:r>
    </w:p>
    <w:p>
      <w:r>
        <w:rPr>
          <w:rFonts w:ascii="Courier New" w:hAnsi="Courier New"/>
          <w:color w:val="555555"/>
          <w:sz w:val="20"/>
        </w:rPr>
        <w:t>[5]</w:t>
      </w:r>
    </w:p>
    <w:p>
      <w:r>
        <w:rPr>
          <w:rFonts w:ascii="Gentium Plus" w:hAnsi="Gentium Plus"/>
          <w:sz w:val="24"/>
        </w:rPr>
        <w:t>κοπεῖον, ὡς Αἰσχίνης ἐν Ῥίνωνι (p 290. 39 Dittmar)· ἀργυροκοπι‐ στῆρας δὲ λόγων ἐν Τροφωνίῳ παίζει Κρατῖνος (I 81. 226 Ko). ἀρ‐ γυραμοιβός, ἀργυρογνώμων, ἀργυρολόγος ἀργυρολογεῖν, καὶ ἀργύριον</w:t>
      </w:r>
    </w:p>
    <w:p>
      <w:r>
        <w:rPr>
          <w:rFonts w:ascii="Courier New" w:hAnsi="Courier New"/>
          <w:color w:val="555555"/>
          <w:sz w:val="20"/>
        </w:rPr>
        <w:t>[7 . 104]</w:t>
      </w:r>
    </w:p>
    <w:p>
      <w:r>
        <w:rPr>
          <w:rFonts w:ascii="Gentium Plus" w:hAnsi="Gentium Plus"/>
          <w:sz w:val="24"/>
        </w:rPr>
        <w:t>τὸ νόμισμα· εἴρηται δὲ καὶ ἀργύρια ἐν Ἀριστοφάνους Νήσοις (fg 397), ἀργυράγχη, ὡς Δημάδης (p 315. 26 Tur) σκώπτων Δημοσθένη συν‐ άγχῃ λέγοντα εἰλῆφθαι καὶ ἐπὶ τοῖς ἀργυρίοις σιωπῶντα. ἀργυ‐ ρίζεσθαι δέ, καὶ ἀργυρίδες φιάλαι, καὶ σκεῦος ἀργυροῦν. καὶ ἀργυ‐</w:t>
      </w:r>
    </w:p>
    <w:p>
      <w:r>
        <w:rPr>
          <w:rFonts w:ascii="Courier New" w:hAnsi="Courier New"/>
          <w:color w:val="555555"/>
          <w:sz w:val="20"/>
        </w:rPr>
        <w:t>[5]</w:t>
      </w:r>
    </w:p>
    <w:p>
      <w:r>
        <w:rPr>
          <w:rFonts w:ascii="Gentium Plus" w:hAnsi="Gentium Plus"/>
          <w:sz w:val="24"/>
        </w:rPr>
        <w:t>ρώματα ὁμοίως παρὰ Λυσίᾳ (p 364 fg 56 Th 2). ὑπάργυρον δὲ τὸ κίβδηλον χρυσίον. ἀπὸ δὲ χαλκοῦ ὑπόχαλκον νόμισμα καὶ χαλκό‐ κρατον, καὶ χαλκοῦς νομίσματος εἶδος, καὶ χαλκοτύπος καὶ χαλ‐</w:t>
      </w:r>
    </w:p>
    <w:p>
      <w:r>
        <w:rPr>
          <w:rFonts w:ascii="Courier New" w:hAnsi="Courier New"/>
          <w:color w:val="555555"/>
          <w:sz w:val="20"/>
        </w:rPr>
        <w:t>[7 . 105]</w:t>
      </w:r>
    </w:p>
    <w:p>
      <w:r>
        <w:rPr>
          <w:rFonts w:ascii="Gentium Plus" w:hAnsi="Gentium Plus"/>
          <w:sz w:val="24"/>
        </w:rPr>
        <w:t>κουργὸς καὶ χαλκουργία, καὶ χαλκεὺς καὶ χαλκεύειν καὶ χαλκεῖα ἑορτὴ ἐν τῇ Ἀττικῇ Ἡφαίστου ἱερά. χαλκώματα δὲ Ἀριστοφάνης ἐν Πελαργοῖς (fg 436) καὶ Σφηξὶν (1214) εἴρηκεν, Καλλίας δὲ ἐν Κύ‐ κλωψι (I 695. 8 Ko) ‘καταχαλκεύεσθαι τοίνυν ἑσπέρας.‘ καὶ τροχίαν</w:t>
      </w:r>
    </w:p>
    <w:p>
      <w:r>
        <w:rPr>
          <w:rFonts w:ascii="Courier New" w:hAnsi="Courier New"/>
          <w:color w:val="555555"/>
          <w:sz w:val="20"/>
        </w:rPr>
        <w:t>[5]</w:t>
      </w:r>
    </w:p>
    <w:p>
      <w:r>
        <w:rPr>
          <w:rFonts w:ascii="Gentium Plus" w:hAnsi="Gentium Plus"/>
          <w:sz w:val="24"/>
        </w:rPr>
        <w:t>μὲν χαλκὸν τὸν χυτὸν χρὴ καλεῖν, τυπίαν δὲ ὃν ἂν οἱ νῦν εἴποιεν ἐλατόν. χαλκίζειν δὲ παιδιᾶς τι εἶδος, ἐν ᾗ νομίσματι ἠρτίαζον. σιδηρεὺς σιδηρεύειν, σιδήριον, σιδηρουργία, ὀβελοὶ σιδηροῖ, νόμισμα</w:t>
      </w:r>
    </w:p>
    <w:p>
      <w:r>
        <w:rPr>
          <w:rFonts w:ascii="Courier New" w:hAnsi="Courier New"/>
          <w:color w:val="555555"/>
          <w:sz w:val="20"/>
        </w:rPr>
        <w:t>[7 . 106]</w:t>
      </w:r>
    </w:p>
    <w:p>
      <w:r>
        <w:rPr>
          <w:rFonts w:ascii="Gentium Plus" w:hAnsi="Gentium Plus"/>
          <w:sz w:val="24"/>
        </w:rPr>
        <w:t>σιδηροῦν τὸ Λακεδαιμονίων καὶ Βυζαντίων. χαλκεύειν δὲ καὶ τὸ σι‐ δηρεύειν ἔλεγον, καὶ χαλκέας τοὺς τὸν σίδηρον ἐργαζομένους. σιδη‐ ρῖτιν δὲ τέχνην ἐν Ταξιάρχοις Εὔπολις (I 330. 263 Ko) εἴρηκε τὴν Ξανθίου τοῦ σιδηρέως, οὗ ἐπὶ τῆς εἰκόνος ἐπιγέγραπται σιδηρόφυσα.</w:t>
      </w:r>
    </w:p>
    <w:p>
      <w:r>
        <w:rPr>
          <w:rFonts w:ascii="Courier New" w:hAnsi="Courier New"/>
          <w:color w:val="555555"/>
          <w:sz w:val="20"/>
        </w:rPr>
        <w:t>[5]</w:t>
      </w:r>
    </w:p>
    <w:p>
      <w:r>
        <w:rPr>
          <w:rFonts w:ascii="Gentium Plus" w:hAnsi="Gentium Plus"/>
          <w:sz w:val="24"/>
        </w:rPr>
        <w:t>τὰ δὲ ἐργαλεῖα τούτων φῦσαι ἀκροφύσια, χοάναι, πυράγραι, ἄκμονες, ῥαιστῆρες σφῦραι, ἐσχαρίδες, ἀκόναι θηγάναι, κροταφίδες· σφῦραι δ’</w:t>
      </w:r>
    </w:p>
    <w:p>
      <w:r>
        <w:rPr>
          <w:rFonts w:ascii="Courier New" w:hAnsi="Courier New"/>
          <w:color w:val="555555"/>
          <w:sz w:val="20"/>
        </w:rPr>
        <w:t>[7 . 107]</w:t>
      </w:r>
    </w:p>
    <w:p>
      <w:r>
        <w:rPr>
          <w:rFonts w:ascii="Gentium Plus" w:hAnsi="Gentium Plus"/>
          <w:sz w:val="24"/>
        </w:rPr>
        <w:t>εἰσὶ σιδηραῖ, ἐκ θατέρου ὀξεῖαι. τὸ δὲ ἔργον ὑγραίνειν, λύειν, συγχω‐</w:t>
      </w:r>
    </w:p>
    <w:p>
      <w:r>
        <w:rPr>
          <w:rFonts w:ascii="Courier New" w:hAnsi="Courier New"/>
          <w:color w:val="555555"/>
          <w:sz w:val="20"/>
        </w:rPr>
        <w:t>[5]</w:t>
      </w:r>
    </w:p>
    <w:p>
      <w:r>
        <w:rPr>
          <w:rFonts w:ascii="Gentium Plus" w:hAnsi="Gentium Plus"/>
          <w:sz w:val="24"/>
        </w:rPr>
        <w:t>λους, ἐπίσωτρα πλήμνας κλεῖδας ἀνακλεῖδας παρακλεῖδας βαλανάγρας, ἁλύσεις, βαλάνους, ὕπερα σιδηρᾶ, μοχλούς, γιγγλύμους</w:t>
      </w:r>
    </w:p>
    <w:p>
      <w:r>
        <w:rPr>
          <w:rFonts w:ascii="Courier New" w:hAnsi="Courier New"/>
          <w:color w:val="555555"/>
          <w:sz w:val="20"/>
        </w:rPr>
        <w:t>[7 . 108]</w:t>
      </w:r>
    </w:p>
    <w:p>
      <w:r>
        <w:rPr>
          <w:rFonts w:ascii="Gentium Plus" w:hAnsi="Gentium Plus"/>
          <w:sz w:val="24"/>
        </w:rPr>
        <w:t>κορώνας, κλῇθρα, ζυγά. πρὸ δὲ τῶν καμίνων τοῖς χαλκεῦσιν ἔθος ἦν γελοῖά τινα καταρτᾶν ἢ ἐπιπλάττειν ἐπὶ φθόνου ἀποτροπῇ· ἐκα‐ λεῖτο δὲ βασκάνια, ὡς καὶ Ἀριστοφάνης λέγει (fg 592) πλὴν εἴ τις πρίαιτο δεόμενος</w:t>
      </w:r>
    </w:p>
    <w:p>
      <w:r>
        <w:rPr>
          <w:rFonts w:ascii="Courier New" w:hAnsi="Courier New"/>
          <w:color w:val="555555"/>
          <w:sz w:val="20"/>
        </w:rPr>
        <w:t>[5]</w:t>
      </w:r>
    </w:p>
    <w:p>
      <w:r>
        <w:rPr>
          <w:rFonts w:ascii="Gentium Plus" w:hAnsi="Gentium Plus"/>
          <w:sz w:val="24"/>
        </w:rPr>
        <w:t>βασκάνιον ἐπικάμινον ἀνδρὸς χαλκέως. τὸ δὲ μόλυβδον ἐργάζεσθαι μολυβδοχοεῖν. τούτοις δ’ ἂν προσήκοι καὶ ἀγαλματοποιεῖν καὶ ἀγαλματοποιία, ἀνδριαντοποιεῖν ἀνδριαν‐ τοποιία, τοῖς δὲ χρυσουργοῖς καὶ δακτυλιογλύφοι· τὸ ὄνομα παρὰ Κριτίᾳ (p 628. 66 Diels VS) καὶ Πλάτωνι (Alc I 128 C), Φιλύλλιος</w:t>
      </w:r>
    </w:p>
    <w:p>
      <w:r>
        <w:rPr>
          <w:rFonts w:ascii="Courier New" w:hAnsi="Courier New"/>
          <w:color w:val="555555"/>
          <w:sz w:val="20"/>
        </w:rPr>
        <w:t>[10]</w:t>
      </w:r>
    </w:p>
    <w:p>
      <w:r>
        <w:rPr>
          <w:rFonts w:ascii="Gentium Plus" w:hAnsi="Gentium Plus"/>
          <w:sz w:val="24"/>
        </w:rPr>
        <w:t>δὲ ἐν Πόλεσι (I 786. 15 Ko) δακτυλιουργὸν ὠνόμασεν.</w:t>
      </w:r>
    </w:p>
    <w:p>
      <w:r>
        <w:rPr>
          <w:rFonts w:ascii="Courier New" w:hAnsi="Courier New"/>
          <w:color w:val="555555"/>
          <w:sz w:val="20"/>
        </w:rPr>
        <w:t>[7 . 109]</w:t>
      </w:r>
    </w:p>
    <w:p>
      <w:r>
        <w:rPr>
          <w:rFonts w:ascii="Gentium Plus" w:hAnsi="Gentium Plus"/>
          <w:sz w:val="24"/>
        </w:rPr>
        <w:t>Τῶν δὲ ξύλων ὑλοτομηθέντων οἱ ἐργάται ὑλοτόμοι καὶ δρυτόμοι καὶ ὑλαγωγοί, καὶ τὰ ἐργαλεῖα πελέκεις, καὶ τὰ ῥήματα ὑλοτομεῖν καὶ ὑλαγωγεῖν καὶ ὑλάζεσθαι. τὰ μὲν εἴποις ἂν τῶν ξύλων ἐργάσιμα τὰ δὲ καύσιμα. ἀλλὰ καὶ φλοιὸν καὶ φελλὸν καὶ</w:t>
      </w:r>
    </w:p>
    <w:p>
      <w:r>
        <w:rPr>
          <w:rFonts w:ascii="Courier New" w:hAnsi="Courier New"/>
          <w:color w:val="555555"/>
          <w:sz w:val="20"/>
        </w:rPr>
        <w:t>[5]</w:t>
      </w:r>
    </w:p>
    <w:p>
      <w:r>
        <w:rPr>
          <w:rFonts w:ascii="Gentium Plus" w:hAnsi="Gentium Plus"/>
          <w:sz w:val="24"/>
        </w:rPr>
        <w:t>ἀγκαλίδας, ὅθεν καὶ οἱ ἀγκαλιδαγωγοὶ ὄνοι καὶ ἀγκαλιδηφόροι ἄνδρες. καὶ τῶν μὲν καυσίμων εἶεν ἂν καὶ κληματίδες καὶ κορμοί· (ψ 196) κορμὸν δ’ ἐκ ῥίζης προταμὼν ἀμφέξεσε χαλκῷ, καὶ Εὐριπίδης (fg 1002) λέγει κορμοῖσι πεύκης. καὶ φιτροὺς δὲ</w:t>
      </w:r>
    </w:p>
    <w:p>
      <w:r>
        <w:rPr>
          <w:rFonts w:ascii="Courier New" w:hAnsi="Courier New"/>
          <w:color w:val="555555"/>
          <w:sz w:val="20"/>
        </w:rPr>
        <w:t>[10]</w:t>
      </w:r>
    </w:p>
    <w:p>
      <w:r>
        <w:rPr>
          <w:rFonts w:ascii="Gentium Plus" w:hAnsi="Gentium Plus"/>
          <w:sz w:val="24"/>
        </w:rPr>
        <w:t>τούτους λέγει ἡ ποιητικὴ φωνή. ἐκκαύματα δὲ Σοφοκλῆς ἐν Ἡρα‐ κλεΐσκῳ σατυρικῷ (fg 205)</w:t>
      </w:r>
    </w:p>
    <w:p>
      <w:r>
        <w:rPr>
          <w:rFonts w:ascii="Courier New" w:hAnsi="Courier New"/>
          <w:color w:val="555555"/>
          <w:sz w:val="20"/>
        </w:rPr>
        <w:t>[7 . 110]</w:t>
      </w:r>
    </w:p>
    <w:p>
      <w:r>
        <w:rPr>
          <w:rFonts w:ascii="Gentium Plus" w:hAnsi="Gentium Plus"/>
          <w:sz w:val="24"/>
        </w:rPr>
        <w:t>συνέλεγον τὰ ξύλ’, ὡς ἐκκαυμάτων μή μοι δεήσειεν.</w:t>
      </w:r>
    </w:p>
    <w:p>
      <w:r>
        <w:rPr>
          <w:rFonts w:ascii="Courier New" w:hAnsi="Courier New"/>
          <w:color w:val="555555"/>
          <w:sz w:val="20"/>
        </w:rPr>
        <w:t>[5]</w:t>
      </w:r>
    </w:p>
    <w:p>
      <w:r>
        <w:rPr>
          <w:rFonts w:ascii="Gentium Plus" w:hAnsi="Gentium Plus"/>
          <w:sz w:val="24"/>
        </w:rPr>
        <w:t>φορμός, ἡ δὲ τῶν ἀνθρακίων κάμινος πνιγεύς, οἱ δὲ ἡμίκαυτοι ἄν‐ θρακες θυμάλωπες, οἱ δὲ σπινθῆρες φέψαλοι. ὁ δὲ τοὺς ἄνθρακας πιπράσκων ἀνθρακοπώλης· λέγει γοῦν Φιλύλλιος ἐν Πόλεσιν (I 786. 14 Ko) ἀνθρακοπώλης, κοσκινοποιός, κηπεύς, κουρεύς.</w:t>
      </w:r>
    </w:p>
    <w:p>
      <w:r>
        <w:rPr>
          <w:rFonts w:ascii="Courier New" w:hAnsi="Courier New"/>
          <w:color w:val="555555"/>
          <w:sz w:val="20"/>
        </w:rPr>
        <w:t>[10]</w:t>
      </w:r>
    </w:p>
    <w:p>
      <w:r>
        <w:rPr>
          <w:rFonts w:ascii="Gentium Plus" w:hAnsi="Gentium Plus"/>
          <w:sz w:val="24"/>
        </w:rPr>
        <w:t>φῷδες δὲ αἱ ἀπὸ τῆς φλογὸς φλύκταιναι, καὶ φλυκτίδες καὶ φαύ‐ στιγγες αἱ ἐπὶ ταῖς κνήμαις, μάλιστα δὲ ἐπὶ χαλκέων.</w:t>
      </w:r>
    </w:p>
    <w:p>
      <w:r>
        <w:rPr>
          <w:rFonts w:ascii="Courier New" w:hAnsi="Courier New"/>
          <w:color w:val="555555"/>
          <w:sz w:val="20"/>
        </w:rPr>
        <w:t>[7 . 111]</w:t>
      </w:r>
    </w:p>
    <w:p>
      <w:r>
        <w:rPr>
          <w:rFonts w:ascii="Gentium Plus" w:hAnsi="Gentium Plus"/>
          <w:sz w:val="24"/>
        </w:rPr>
        <w:t>τῶν δὲ ἐργασίμων ναυπηγοὶ ναυπηγία, τέκτονες καὶ τεκ‐ τονική, κλινοποιοί θυροποιοί. καὶ τὰ μὲν ναυπηγῶν εἴρηται ἐν τοῖς περὶ νεῶν (I 84), τὰ δὲ κλινοποιῶν ἐν τοῖς συμποτικοῖς (VI 9), τὰ δὲ θυροποιῶν ἐν τοῖς περὶ οἴκων (I 76)—, οἷς προσθετέον ὅτι</w:t>
      </w:r>
    </w:p>
    <w:p>
      <w:r>
        <w:rPr>
          <w:rFonts w:ascii="Courier New" w:hAnsi="Courier New"/>
          <w:color w:val="555555"/>
          <w:sz w:val="20"/>
        </w:rPr>
        <w:t>[5]</w:t>
      </w:r>
    </w:p>
    <w:p>
      <w:r>
        <w:rPr>
          <w:rFonts w:ascii="Gentium Plus" w:hAnsi="Gentium Plus"/>
          <w:sz w:val="24"/>
        </w:rPr>
        <w:t>ἣν Ὅμηρος (α 441) μὲν εἴρηκε κορώνην οἱ δὲ νῦν κόρακα, οὕτως ὠνόμασε καὶ Ποσείδιππος ἐν Γαλάτῃ ὁ νέος κωμικὸς (III 338. 7 Ko) εἰπὼν ‘κόρακι κλείεται θύρα·‘ ἔστι μὲν οὖν οὐ κεκριμένη</w:t>
      </w:r>
    </w:p>
    <w:p>
      <w:r>
        <w:rPr>
          <w:rFonts w:ascii="Courier New" w:hAnsi="Courier New"/>
          <w:color w:val="555555"/>
          <w:sz w:val="20"/>
        </w:rPr>
        <w:t>[7 . 112]</w:t>
      </w:r>
    </w:p>
    <w:p>
      <w:r>
        <w:rPr>
          <w:rFonts w:ascii="Gentium Plus" w:hAnsi="Gentium Plus"/>
          <w:sz w:val="24"/>
        </w:rPr>
        <w:t>τοῖς νέοις ἡ φωνή, ληπτέον δὲ καὶ τὰ σπάνια, εἰ καὶ μὴ παρ’ αὐ‐ τῶν εἴη χρηστέα,—τὰ δὲ τεκτόνων καὶ αὐτὰ ἐν τοῖς συμποτι‐ κοῖς (VI 83), ὅπου καὶ τράπεζα καὶ τρίποδες· ταῦτα γὰρ ἐκείνων τὰ ἔργα. καὶ δίφροι δὲ καὶ κλισμοὶ καὶ θρόνοι τῆς ξυλουργικῆς</w:t>
      </w:r>
    </w:p>
    <w:p>
      <w:r>
        <w:rPr>
          <w:rFonts w:ascii="Courier New" w:hAnsi="Courier New"/>
          <w:color w:val="555555"/>
          <w:sz w:val="20"/>
        </w:rPr>
        <w:t>[5]</w:t>
      </w:r>
    </w:p>
    <w:p>
      <w:r>
        <w:rPr>
          <w:rFonts w:ascii="Gentium Plus" w:hAnsi="Gentium Plus"/>
          <w:sz w:val="24"/>
        </w:rPr>
        <w:t>θρανία, σκολύθρια. κάλλιστοι δὲ οἱ Θετταλικοὶ δίφροι, διὸ καὶ ἡ Πυθία ἔφη ‘Θετταλὲ ποικιλόδιφρε.‘ βάθρα, κλίμακες, καὶ οἱ ἀνα‐</w:t>
      </w:r>
    </w:p>
    <w:p>
      <w:r>
        <w:rPr>
          <w:rFonts w:ascii="Courier New" w:hAnsi="Courier New"/>
          <w:color w:val="555555"/>
          <w:sz w:val="20"/>
        </w:rPr>
        <w:t>[7 . 113]</w:t>
      </w:r>
    </w:p>
    <w:p>
      <w:r>
        <w:rPr>
          <w:rFonts w:ascii="Gentium Plus" w:hAnsi="Gentium Plus"/>
          <w:sz w:val="24"/>
        </w:rPr>
        <w:t>βασμοὶ τῶν κλιμάκων κλιμακτῆρες. τεκτονικὸν δὲ καὶ τὸ πακτῶσαι θύρας ἐν Ἀριστοφάνους Λυσιστράτῃ (264). τὰ δὲ ἐργαλεῖα τούτων σκέπαρνον, ‘πέλεκυς ξυλοκόπος,‘ ὡς ἔφη Ξενοφῶν (Cyrop VI 2. 36), τρύπανον, τέρετρον, τρυπανοῦχος, ἀρίς—Καλλίας γοῦν ἐν Πεδή‐</w:t>
      </w:r>
    </w:p>
    <w:p>
      <w:r>
        <w:rPr>
          <w:rFonts w:ascii="Courier New" w:hAnsi="Courier New"/>
          <w:color w:val="555555"/>
          <w:sz w:val="20"/>
        </w:rPr>
        <w:t>[5]</w:t>
      </w:r>
    </w:p>
    <w:p>
      <w:r>
        <w:rPr>
          <w:rFonts w:ascii="Gentium Plus" w:hAnsi="Gentium Plus"/>
          <w:sz w:val="24"/>
        </w:rPr>
        <w:t>ταις (I 697. 16 Ko) λέγει ‘τῆς πατρικῆς ἀρίδοσ‘—πρίων, πέλεκυς, πρίστης ἡ καλουμένη ῥίνη· καὶ ῥίνη δὲ ὑπὸ Ξενοφῶντος (Cyrop VI</w:t>
      </w:r>
    </w:p>
    <w:p>
      <w:r>
        <w:rPr>
          <w:rFonts w:ascii="Courier New" w:hAnsi="Courier New"/>
          <w:color w:val="555555"/>
          <w:sz w:val="20"/>
        </w:rPr>
        <w:t>[7 . 114]</w:t>
      </w:r>
    </w:p>
    <w:p>
      <w:r>
        <w:rPr>
          <w:rFonts w:ascii="Gentium Plus" w:hAnsi="Gentium Plus"/>
          <w:sz w:val="24"/>
        </w:rPr>
        <w:t>2. 33) εἴρηται. ἐν δὲ τοῖς ἔργοις αὐτοῦ καὶ τὰ Ἀλέξιδος ἂν θείης ... κορμάσαι, πρῖσαι, πελεκίσαι, ἦ που δὲ καὶ ξέσαι καὶ ἁρμόσαι καὶ</w:t>
      </w:r>
    </w:p>
    <w:p>
      <w:r>
        <w:rPr>
          <w:rFonts w:ascii="Courier New" w:hAnsi="Courier New"/>
          <w:color w:val="555555"/>
          <w:sz w:val="20"/>
        </w:rPr>
        <w:t>[5]</w:t>
      </w:r>
    </w:p>
    <w:p>
      <w:r>
        <w:rPr>
          <w:rFonts w:ascii="Gentium Plus" w:hAnsi="Gentium Plus"/>
          <w:sz w:val="24"/>
        </w:rPr>
        <w:t>λοῖντο. ἐργάζοιτο δ’ ἂν ὁ τέκτων καὶ μυάγρας, ὧν τὸ ἱστάμενόν τε καὶ σχαζόμενον παττάλιον, τὸ δὲ τῇ σπαρτίνῃ προσηρτημένον σκαν‐</w:t>
      </w:r>
    </w:p>
    <w:p>
      <w:r>
        <w:rPr>
          <w:rFonts w:ascii="Courier New" w:hAnsi="Courier New"/>
          <w:color w:val="555555"/>
          <w:sz w:val="20"/>
        </w:rPr>
        <w:t>[7 . 115]</w:t>
      </w:r>
    </w:p>
    <w:p>
      <w:r>
        <w:rPr>
          <w:rFonts w:ascii="Gentium Plus" w:hAnsi="Gentium Plus"/>
          <w:sz w:val="24"/>
        </w:rPr>
        <w:t>δάληθρον καλεῖται, ὁ δὲ ἐν ταῖς μείζοσι πάγαις πάτταλος ῥόπτρον, ὥσπερ καὶ τὸ τὴν θύραν ἐπικροῦον. καὶ ἁρματοπηγὸς δὲ καθ’ Ὅμηρον (Δ 485) προσήκοι ἂν τεκτονικῇ καὶ ἁμαξοπηγός, καὶ ἁρμα‐ τοπηγεῖν εἴποις ἂν καὶ ἁμαξοπηγεῖν, καὶ ἁρματοποιεῖν, καὶ ζυγο‐</w:t>
      </w:r>
    </w:p>
    <w:p>
      <w:r>
        <w:rPr>
          <w:rFonts w:ascii="Courier New" w:hAnsi="Courier New"/>
          <w:color w:val="555555"/>
          <w:sz w:val="20"/>
        </w:rPr>
        <w:t>[5]</w:t>
      </w:r>
    </w:p>
    <w:p>
      <w:r>
        <w:rPr>
          <w:rFonts w:ascii="Gentium Plus" w:hAnsi="Gentium Plus"/>
          <w:sz w:val="24"/>
        </w:rPr>
        <w:t>ποιεῖν, ὡς ἐν Πλούτῳ Ἀριστοφάνης (fg 449). καὶ τὰ μὲν ἄλλα εἴρηται</w:t>
      </w:r>
    </w:p>
    <w:p>
      <w:r>
        <w:rPr>
          <w:rFonts w:ascii="Courier New" w:hAnsi="Courier New"/>
          <w:color w:val="555555"/>
          <w:sz w:val="20"/>
        </w:rPr>
        <w:t>[7 . 116]</w:t>
      </w:r>
    </w:p>
    <w:p>
      <w:r>
        <w:rPr>
          <w:rFonts w:ascii="Gentium Plus" w:hAnsi="Gentium Plus"/>
          <w:sz w:val="24"/>
        </w:rPr>
        <w:t>περὶ ἁρμάτων τε καὶ ἁμαξῶν (I 253), προσθετέον δὲ ὅτι οὗ ἐν τοῖς ἅρμασιν ἀπετίθεντο τὰς μάστιγας, † ἡ οἱονεὶ τομισάργαλος † ἐκα‐ λεῖτο. δίφρος δὲ διωχὴς ὁ δύο φέρειν δυνάμενος. τὰς δὲ κνήμας οὐ μόνον κνήμους ἀλλὰ καὶ κνημίας ὠνόμαζον· Λυσίας (fg 273) γέ</w:t>
      </w:r>
    </w:p>
    <w:p>
      <w:r>
        <w:rPr>
          <w:rFonts w:ascii="Courier New" w:hAnsi="Courier New"/>
          <w:color w:val="555555"/>
          <w:sz w:val="20"/>
        </w:rPr>
        <w:t>[5]</w:t>
      </w:r>
    </w:p>
    <w:p>
      <w:r>
        <w:rPr>
          <w:rFonts w:ascii="Gentium Plus" w:hAnsi="Gentium Plus"/>
          <w:sz w:val="24"/>
        </w:rPr>
        <w:t>τοι λέγει ‘ἁρπάσας τὴν κνημίαν τῆς ἁμάξης.‘ τὰ δ’ ἴχνη τῶν τρο‐ χῶν, ἃ Ὅμηρος (Ψ 422) ἁματροχίας εἴρηκεν, ἁμαξοτροχίας λέγει Καλλίας ἐν Κύκλωψιν (I p 696. 10 Ko) τὸ δὲ ὑπὲρ τὴν ἅμαξαν περί‐ φραγμα, ὃ περιλαμβάνεται δικτύοις, μόργον καλεῖται, καὶ μοργεύειν τὸ δράγματα ὑπ’ αὐτῷ φέρειν.</w:t>
      </w:r>
    </w:p>
    <w:p>
      <w:r>
        <w:rPr>
          <w:rFonts w:ascii="Courier New" w:hAnsi="Courier New"/>
          <w:color w:val="555555"/>
          <w:sz w:val="20"/>
        </w:rPr>
        <w:t>[7 . 117]</w:t>
      </w:r>
    </w:p>
    <w:p>
      <w:r>
        <w:rPr>
          <w:rFonts w:ascii="Gentium Plus" w:hAnsi="Gentium Plus"/>
          <w:sz w:val="24"/>
        </w:rPr>
        <w:t>Ἐπεὶ δὲ καὶ τοὺς οἰκοδόμους τέκτονας Ὅμηρος (ζ 315) καλεῖ, καὶ ἀρχιτέκτων εἴρηται παρὰ Πλάτωνι (Polit 259 E)· βιαία γὰρ ἡ ἐν τῷ Σοφοκλέους Δαιδάλῳ (fg 162) ‘τεκτόναρχος μοῦσα.‘ τὸ δὲ ἀρχιτεκτονεῖν Ἀριστοφάνης εἴρηκεν ἐν Δαιδάλῳ (195 Ko). φαίης δ’</w:t>
      </w:r>
    </w:p>
    <w:p>
      <w:r>
        <w:rPr>
          <w:rFonts w:ascii="Courier New" w:hAnsi="Courier New"/>
          <w:color w:val="555555"/>
          <w:sz w:val="20"/>
        </w:rPr>
        <w:t>[5]</w:t>
      </w:r>
    </w:p>
    <w:p>
      <w:r>
        <w:rPr>
          <w:rFonts w:ascii="Gentium Plus" w:hAnsi="Gentium Plus"/>
          <w:sz w:val="24"/>
        </w:rPr>
        <w:t>ἂν οἰκοδομία οἰκοδομική—(οἰκοδόμησις γὰρ παρὰ Θουκυδίδῃ III 20)—οἰκοδόμημα οἰκοδομεῖν, οἰκοδομικός οἰκοδομικῶς, οἰκο‐ δόμος· Ἀριστοφάνης γὰρ ἐν Γηρυτάδῃ (180 Ko) εἴρηκε τοὺς οἰκοδό‐</w:t>
      </w:r>
    </w:p>
    <w:p>
      <w:r>
        <w:rPr>
          <w:rFonts w:ascii="Courier New" w:hAnsi="Courier New"/>
          <w:color w:val="555555"/>
          <w:sz w:val="20"/>
        </w:rPr>
        <w:t>[7 . 118]</w:t>
      </w:r>
    </w:p>
    <w:p>
      <w:r>
        <w:rPr>
          <w:rFonts w:ascii="Gentium Plus" w:hAnsi="Gentium Plus"/>
          <w:sz w:val="24"/>
        </w:rPr>
        <w:t>μους, καὶ Πλάτων Πολιτείας δευτέρῳ (370 D). καὶ τειχοδομεῖν δ’ ἂν εἴποις τὸν αὐτὸν καὶ τειχοποιεῖν, καὶ λιθολογεῖν καὶ λιθουργεῖν καὶ τειχοδόμον εἶναι καὶ τειχοποιόν, καὶ λιθουργὸν καὶ λιθολόγον, εἰ μὴ τοῦτο φήσεις ὑπηρετικήν τινα εἶναι τῇ τεκτονικῇ τέχνῃ, λι‐</w:t>
      </w:r>
    </w:p>
    <w:p>
      <w:r>
        <w:rPr>
          <w:rFonts w:ascii="Courier New" w:hAnsi="Courier New"/>
          <w:color w:val="555555"/>
          <w:sz w:val="20"/>
        </w:rPr>
        <w:t>[5]</w:t>
      </w:r>
    </w:p>
    <w:p>
      <w:r>
        <w:rPr>
          <w:rFonts w:ascii="Gentium Plus" w:hAnsi="Gentium Plus"/>
          <w:sz w:val="24"/>
        </w:rPr>
        <w:t>θοφορεῖν δ’ εἴρηκε Θουκυδίδης (VI 98). Ξενοφῶν δὲ ἐν τῷ Οἰκο‐ νομικῷ (XX 29) καὶ φιλοικοδόμους λέγει. καὶ λατύπους δὲ Σοφο‐</w:t>
      </w:r>
    </w:p>
    <w:p>
      <w:r>
        <w:rPr>
          <w:rFonts w:ascii="Courier New" w:hAnsi="Courier New"/>
          <w:color w:val="555555"/>
          <w:sz w:val="20"/>
        </w:rPr>
        <w:t>[10]</w:t>
      </w:r>
    </w:p>
    <w:p>
      <w:r>
        <w:rPr>
          <w:rFonts w:ascii="Gentium Plus" w:hAnsi="Gentium Plus"/>
          <w:sz w:val="24"/>
        </w:rPr>
        <w:t>βούλου (XLVII 65) λιθοκόπον· ᾧ προσήκοιεν ἂν αἱ λιθοτομίαι. ἡ δὲ</w:t>
      </w:r>
    </w:p>
    <w:p>
      <w:r>
        <w:rPr>
          <w:rFonts w:ascii="Courier New" w:hAnsi="Courier New"/>
          <w:color w:val="555555"/>
          <w:sz w:val="20"/>
        </w:rPr>
        <w:t>[7 . 119]</w:t>
      </w:r>
    </w:p>
    <w:p>
      <w:r>
        <w:rPr>
          <w:rFonts w:ascii="Gentium Plus" w:hAnsi="Gentium Plus"/>
          <w:sz w:val="24"/>
        </w:rPr>
        <w:t>σφῦρα τῶν λατόμων καλεῖται τύκος. τὸ δὲ τῆς οἰκοδομικῆς ἔργον οἰκοδομεῖν συνοικοδομεῖν ἐποικοδομεῖν διοικοδομεῖν, λίθους ἁρμόττειν συναρμόττειν, ἀκριβῶς συμφυῶς ἀπισοῦν, ἀπευθύνειν, ἀποτείνειν, κάμπτειν, περιάγειν. ὑπερῷα ἐπαίρειν, καὶ στέφειν τὰ</w:t>
      </w:r>
    </w:p>
    <w:p>
      <w:r>
        <w:rPr>
          <w:rFonts w:ascii="Courier New" w:hAnsi="Courier New"/>
          <w:color w:val="555555"/>
          <w:sz w:val="20"/>
        </w:rPr>
        <w:t>[5]</w:t>
      </w:r>
    </w:p>
    <w:p>
      <w:r>
        <w:rPr>
          <w:rFonts w:ascii="Gentium Plus" w:hAnsi="Gentium Plus"/>
          <w:sz w:val="24"/>
        </w:rPr>
        <w:t>οἰκήματα εἰς τὴν ὁδόν, καὶ τὰς πλίνθους ἀναβάλλειν πρὸς ἀριθμόν· Ὑπερείδης γὰρ ἐν τῷ πρὸς Ἐπικλέα (fg 120 T) ταῦτ’ εἴρηκεν. ὅταν δὲ οἱ ποιηταὶ (Aristoph Av 1110) φῶσιν ‘ἐρέψομεν πρὸς ἀετόν,‘</w:t>
      </w:r>
    </w:p>
    <w:p>
      <w:r>
        <w:rPr>
          <w:rFonts w:ascii="Courier New" w:hAnsi="Courier New"/>
          <w:color w:val="555555"/>
          <w:sz w:val="20"/>
        </w:rPr>
        <w:t>[7 . 120]</w:t>
      </w:r>
    </w:p>
    <w:p>
      <w:r>
        <w:rPr>
          <w:rFonts w:ascii="Gentium Plus" w:hAnsi="Gentium Plus"/>
          <w:sz w:val="24"/>
        </w:rPr>
        <w:t>στεγάσομέν φασι πρὸς ἀέτωμα. τειχίζειν ἀποτειχίζειν, πύργους ἐφιστάναι, μεταπύργια, προμαχεῶνας, ἐπάλξεις προοικοδομεῖν, περι‐ οικοδομεῖν θρίγκους, περιβόλους· καὶ θριγκῶσαι τὸ ῥῆμα. ψαλίδας, πυλίδας, γεῖσα γεισώματα, γεισήποδας γεισηποδίσματα γεισηποδίζειν.</w:t>
      </w:r>
    </w:p>
    <w:p>
      <w:r>
        <w:rPr>
          <w:rFonts w:ascii="Courier New" w:hAnsi="Courier New"/>
          <w:color w:val="555555"/>
          <w:sz w:val="20"/>
        </w:rPr>
        <w:t>[5]</w:t>
      </w:r>
    </w:p>
    <w:p>
      <w:r>
        <w:rPr>
          <w:rFonts w:ascii="Gentium Plus" w:hAnsi="Gentium Plus"/>
          <w:sz w:val="24"/>
        </w:rPr>
        <w:t>στεγάζειν, ἐρέπτειν, τέγος προτέγιον, ὄροφον παρωροφίδα, ὅθεν καὶ ὀροφίας ὄφις. καὶ κρηπιδαῖον δὲ μέρος οἰκοδομήματος, Λυσίου εἰπόντος ἐν τῷ περὶ τοῦ τύπου (fg 185 T) ‘τοῦ γείσου συντετελε‐</w:t>
      </w:r>
    </w:p>
    <w:p>
      <w:r>
        <w:rPr>
          <w:rFonts w:ascii="Courier New" w:hAnsi="Courier New"/>
          <w:color w:val="555555"/>
          <w:sz w:val="20"/>
        </w:rPr>
        <w:t>[7 . 121]</w:t>
      </w:r>
    </w:p>
    <w:p>
      <w:r>
        <w:rPr>
          <w:rFonts w:ascii="Gentium Plus" w:hAnsi="Gentium Plus"/>
          <w:sz w:val="24"/>
        </w:rPr>
        <w:t>σμένου καὶ τοῦ κρηπιδαίου.‘ ἐκ δ’ αὐτῶν ἂν εἴη καὶ λιθόστρωτον ἔδαφος καὶ λιθολόγημα καὶ λελιθωμένον. καὶ κιόκρανα αἱ κεφαλαὶ τῶν κιόνων, καὶ στυλοβάτης ἡ τοῦ Δωρικοῦ κίονος βάσις, σπεῖρα δὲ ἡ τοῦ Ἰωνικοῦ. μέρη δὲ οἰκοδομημάτων τοῖχοι· Ὑπερείδης</w:t>
      </w:r>
    </w:p>
    <w:p>
      <w:r>
        <w:rPr>
          <w:rFonts w:ascii="Courier New" w:hAnsi="Courier New"/>
          <w:color w:val="555555"/>
          <w:sz w:val="20"/>
        </w:rPr>
        <w:t>[5]</w:t>
      </w:r>
    </w:p>
    <w:p>
      <w:r>
        <w:rPr>
          <w:rFonts w:ascii="Gentium Plus" w:hAnsi="Gentium Plus"/>
          <w:sz w:val="24"/>
        </w:rPr>
        <w:t>(fg 289 T) δὲ καὶ τοῦ παροδίου τοίχου εἴρηκεν. δόμοι, πτέρυγες, φάρση. στυλοβάτην δ’ ἐν τῇ οἰκίᾳ Πλάτων ὁ κωμικὸς εἴρηκεν ἐν Ἑορταῖς (I 610. 42 Ko), ὀρόφοις δὲ καὶ θυρώμασι Θουκυδίδης</w:t>
      </w:r>
    </w:p>
    <w:p>
      <w:r>
        <w:rPr>
          <w:rFonts w:ascii="Courier New" w:hAnsi="Courier New"/>
          <w:color w:val="555555"/>
          <w:sz w:val="20"/>
        </w:rPr>
        <w:t>[7 . 122]</w:t>
      </w:r>
    </w:p>
    <w:p>
      <w:r>
        <w:rPr>
          <w:rFonts w:ascii="Gentium Plus" w:hAnsi="Gentium Plus"/>
          <w:sz w:val="24"/>
        </w:rPr>
        <w:t>(I 134, III 68). καὶ κιγκλίδες δὲ εἴδη θυρῶν. τὰ δὲ τῆς θύρας ξύλα τέτταρα ὠνόμαζον, καὶ τὸ ἐντὸς τῶν θυρῶν γενέσθαι ἐντὸς τῶν τεττάρων. τὰ δὲ ὑπέρθυρα ὑπερτόναια. Κρατῖνος δ’ ἐν Διονυσαλεξ‐ άνδρῳ (I 25. 42 Ko)</w:t>
      </w:r>
    </w:p>
    <w:p>
      <w:r>
        <w:rPr>
          <w:rFonts w:ascii="Courier New" w:hAnsi="Courier New"/>
          <w:color w:val="555555"/>
          <w:sz w:val="20"/>
        </w:rPr>
        <w:t>[5]</w:t>
      </w:r>
    </w:p>
    <w:p>
      <w:r>
        <w:rPr>
          <w:rFonts w:ascii="Gentium Plus" w:hAnsi="Gentium Plus"/>
          <w:sz w:val="24"/>
        </w:rPr>
        <w:t>παραστάδας καὶ πρόθυρα βούλει ποικίλα.</w:t>
      </w:r>
    </w:p>
    <w:p>
      <w:r>
        <w:rPr>
          <w:rFonts w:ascii="Courier New" w:hAnsi="Courier New"/>
          <w:color w:val="555555"/>
          <w:sz w:val="20"/>
        </w:rPr>
        <w:t>[10]</w:t>
      </w:r>
    </w:p>
    <w:p>
      <w:r>
        <w:rPr>
          <w:rFonts w:ascii="Gentium Plus" w:hAnsi="Gentium Plus"/>
          <w:sz w:val="24"/>
        </w:rPr>
        <w:t>κῦμ’ ἐν τριγώνοις ἐκπεραινέτω ῥυθμοῖς.</w:t>
      </w:r>
    </w:p>
    <w:p>
      <w:r>
        <w:rPr>
          <w:rFonts w:ascii="Courier New" w:hAnsi="Courier New"/>
          <w:color w:val="555555"/>
          <w:sz w:val="20"/>
        </w:rPr>
        <w:t>[7 . 123]</w:t>
      </w:r>
    </w:p>
    <w:p>
      <w:r>
        <w:rPr>
          <w:rFonts w:ascii="Gentium Plus" w:hAnsi="Gentium Plus"/>
          <w:sz w:val="24"/>
        </w:rPr>
        <w:t>τάχα δὲ καὶ οἱ θαλαμοποιοὶ εἶδος τέχνης. καὶ στεγάσματα μὲν δὴ ὀροφῆς Ἡρόδοτος (II 155) λέγει, κατώρυχες δὲ λίθοι, οὓς Ὅμηρος (ζ 267) κατωρυχέας λέγει, οἱ τοῖς θεμελίοις ἐντιθέμενοι· καὶ θεμε‐ λίους δὲ λίθους αὐτοὺς ὠνόμαζον. κατῆλιψ ἡ μεσόδμη. κάπνην</w:t>
      </w:r>
    </w:p>
    <w:p>
      <w:r>
        <w:rPr>
          <w:rFonts w:ascii="Courier New" w:hAnsi="Courier New"/>
          <w:color w:val="555555"/>
          <w:sz w:val="20"/>
        </w:rPr>
        <w:t>[5]</w:t>
      </w:r>
    </w:p>
    <w:p>
      <w:r>
        <w:rPr>
          <w:rFonts w:ascii="Gentium Plus" w:hAnsi="Gentium Plus"/>
          <w:sz w:val="24"/>
        </w:rPr>
        <w:t>δὲ καὶ καπνοδόκην Εὔπολις τὸ μὲν εἴρηκεν ἐν Βάπταις (I 279. 8), τὸ δὲ ἐν Δήμοις (I 292. 133). λέγειν δ’ ἔστι καὶ κατάγεια οἰκήματα</w:t>
      </w:r>
    </w:p>
    <w:p>
      <w:r>
        <w:rPr>
          <w:rFonts w:ascii="Courier New" w:hAnsi="Courier New"/>
          <w:color w:val="555555"/>
          <w:sz w:val="20"/>
        </w:rPr>
        <w:t>[7 . 124]</w:t>
      </w:r>
    </w:p>
    <w:p>
      <w:r>
        <w:rPr>
          <w:rFonts w:ascii="Gentium Plus" w:hAnsi="Gentium Plus"/>
          <w:sz w:val="24"/>
        </w:rPr>
        <w:t>καὶ ὑπόγεια. ἔνι δ’ εἰπεῖν λίθον σκληρὸν καὶ λίθον πώρινον· ὗλαι γὰρ οἰκοδομημάτων λίθοι, χάλικες, πλίνθοι, ξύλα, γύψος, κέραμος στεγαστήρ, ἐρέψιμα ξύλα, ἃ Θουκυδίδης (II 14) εἶπε τὴν ξύλωσιν, πηλός, ἄσβεστος, τίτανος, ἄσφαλτος. καὶ τοῖς μὲν χυτοῖς χρὴ τὰ</w:t>
      </w:r>
    </w:p>
    <w:p>
      <w:r>
        <w:rPr>
          <w:rFonts w:ascii="Courier New" w:hAnsi="Courier New"/>
          <w:color w:val="555555"/>
          <w:sz w:val="20"/>
        </w:rPr>
        <w:t>[5]</w:t>
      </w:r>
    </w:p>
    <w:p>
      <w:r>
        <w:rPr>
          <w:rFonts w:ascii="Gentium Plus" w:hAnsi="Gentium Plus"/>
          <w:sz w:val="24"/>
        </w:rPr>
        <w:t>οἰκοδομήματα συνδεῖν κολλᾶν, συνάπτειν, συναρμόττειν συμπηγνύναι, συμβάλλειν, τιτάνῳ δὲ χρίειν, ἐπαλείφειν καταλείφειν ἐξαλείφειν, ἀπολαμπρύνειν, φαιδρύνειν ἀποφαιδρύνειν, ἐπιλεαίνειν, ἐπι‐</w:t>
      </w:r>
    </w:p>
    <w:p>
      <w:r>
        <w:rPr>
          <w:rFonts w:ascii="Courier New" w:hAnsi="Courier New"/>
          <w:color w:val="555555"/>
          <w:sz w:val="20"/>
        </w:rPr>
        <w:t>[7 . 125]</w:t>
      </w:r>
    </w:p>
    <w:p>
      <w:r>
        <w:rPr>
          <w:rFonts w:ascii="Gentium Plus" w:hAnsi="Gentium Plus"/>
          <w:sz w:val="24"/>
        </w:rPr>
        <w:t>λεπτύνειν. καὶ κονιάματα δ’ ἂν εἴποις, καὶ τὸ ῥῆμα κονιᾶν, καὶ τὸν τοῦτο δρῶντα κονιατήν· Ἄμφιδος δὲ καὶ δρᾶμα Κονιατής (II p 242 Ko). ἔργον δὲ τοῦ οἰκοδόμου καὶ τὸ ὑπερῷα ἐγεῖραι, ὡς Ὑπερείδης (fg 120 T) ἔφη, καὶ περίδρομον ἐργάσασθαι· Ἀριστοφά‐</w:t>
      </w:r>
    </w:p>
    <w:p>
      <w:r>
        <w:rPr>
          <w:rFonts w:ascii="Courier New" w:hAnsi="Courier New"/>
          <w:color w:val="555555"/>
          <w:sz w:val="20"/>
        </w:rPr>
        <w:t>[5]</w:t>
      </w:r>
    </w:p>
    <w:p>
      <w:r>
        <w:rPr>
          <w:rFonts w:ascii="Gentium Plus" w:hAnsi="Gentium Plus"/>
          <w:sz w:val="24"/>
        </w:rPr>
        <w:t>νης γὰρ ἐν Γήραι (fg 133) ἔφη ἐκ τοῦ περιδρόμου στᾶσα τῆς συνοικίας. ἐργαλεῖα δ’ αὐτοῦ σὺν τοῖς ξυλουργικοῖς σιδήρια λιθουργά, σιδήρια λιθουργικά, τύκοι, ἀφ’ ὧν καὶ τὸ τυκίζειν, ὑπαγωγεύς, ᾧ παρέξεον, πέλεκυς, στάθμη, μολύβδαινα, κανών, διαβήτης· τὸ γὰρ μοχλίον τοι‐</w:t>
      </w:r>
    </w:p>
    <w:p>
      <w:r>
        <w:rPr>
          <w:rFonts w:ascii="Courier New" w:hAnsi="Courier New"/>
          <w:color w:val="555555"/>
          <w:sz w:val="20"/>
        </w:rPr>
        <w:t>[10]</w:t>
      </w:r>
    </w:p>
    <w:p>
      <w:r>
        <w:rPr>
          <w:rFonts w:ascii="Gentium Plus" w:hAnsi="Gentium Plus"/>
          <w:sz w:val="24"/>
        </w:rPr>
        <w:t>χωρύχων ἐστὶ σιδήριον. ἰκριοποιοὶ δ’ εἰσὶν οἱ πηγνύντες τὰ περὶ τὴν ἀγορὰν ἰκρία.</w:t>
      </w:r>
    </w:p>
    <w:p>
      <w:r>
        <w:rPr>
          <w:rFonts w:ascii="Courier New" w:hAnsi="Courier New"/>
          <w:color w:val="555555"/>
          <w:sz w:val="20"/>
        </w:rPr>
        <w:t>[7 . 126]</w:t>
      </w:r>
    </w:p>
    <w:p>
      <w:r>
        <w:rPr>
          <w:rFonts w:ascii="Gentium Plus" w:hAnsi="Gentium Plus"/>
          <w:sz w:val="24"/>
        </w:rPr>
        <w:t>Καὶ μὴν καὶ γραφικὴ τέχνη μία τῶν ἐν κόσμῳ τεχνῶν. ὁ δὲ τεχνίτης γραφεὺς γραφικός, καὶ τὸ ἔργον γράφειν, καὶ τὸ ἐπίρρημα γραφικῶς. ἀλλὰ καὶ ζωγραφία καὶ ζωγράφος καὶ ζωγραφεῖν καὶ ζῷα ποιεῖν· ἐρεῖς δὲ τὴν τέχνην μιμητικὴν ζῴων, ποιητικήν, ὁμοιωτικήν,</w:t>
      </w:r>
    </w:p>
    <w:p>
      <w:r>
        <w:rPr>
          <w:rFonts w:ascii="Courier New" w:hAnsi="Courier New"/>
          <w:color w:val="555555"/>
          <w:sz w:val="20"/>
        </w:rPr>
        <w:t>[7 . 127]</w:t>
      </w:r>
    </w:p>
    <w:p>
      <w:r>
        <w:rPr>
          <w:rFonts w:ascii="Gentium Plus" w:hAnsi="Gentium Plus"/>
          <w:sz w:val="24"/>
        </w:rPr>
        <w:t>καὶ τὸν ἄνδρα μιμητήν—ὁμοιωτὴς γὰρ σκληρόν—, τὸ δὲ πρᾶγμα μίμησιν μίμημα, ποίησιν, ὁμοίωσιν, γραφήν, καὶ γράψαι, ποιῆσαι, μι‐ μήσασθαι, ὁμοιῶσαι. καὶ μὴν καὶ εἰκόνα εἴποις ἂν τὸ πρᾶγμα καὶ εἰκασίαν καὶ εἴκασμα, καὶ τὸν ἄνδρα εἰκαστικόν, καὶ τὸ ἐπίρρημα εἰ‐</w:t>
      </w:r>
    </w:p>
    <w:p>
      <w:r>
        <w:rPr>
          <w:rFonts w:ascii="Courier New" w:hAnsi="Courier New"/>
          <w:color w:val="555555"/>
          <w:sz w:val="20"/>
        </w:rPr>
        <w:t>[5]</w:t>
      </w:r>
    </w:p>
    <w:p>
      <w:r>
        <w:rPr>
          <w:rFonts w:ascii="Gentium Plus" w:hAnsi="Gentium Plus"/>
          <w:sz w:val="24"/>
        </w:rPr>
        <w:t>καστικῶς, καὶ τὸ ῥῆμα εἰκάσαι. ἔξεστι δὲ καὶ σκιαγραφίαν εἰπεῖν τὸ πρᾶγμα, καὶ τὸν ἄνδρα σκιαγράφον καὶ σκιαγραφικόν, καὶ τὸ ἐπίρρημα</w:t>
      </w:r>
    </w:p>
    <w:p>
      <w:r>
        <w:rPr>
          <w:rFonts w:ascii="Courier New" w:hAnsi="Courier New"/>
          <w:color w:val="555555"/>
          <w:sz w:val="20"/>
        </w:rPr>
        <w:t>[7 . 128]</w:t>
      </w:r>
    </w:p>
    <w:p>
      <w:r>
        <w:rPr>
          <w:rFonts w:ascii="Gentium Plus" w:hAnsi="Gentium Plus"/>
          <w:sz w:val="24"/>
        </w:rPr>
        <w:t>σκιαγραφικῶς, καὶ τὸ ῥῆμα σκιαγραφεῖν. τὰ δὲ μέρη τῆς τέχνης ὑποτύπωσις ὑπογραφή σκιαγραφή, καὶ τὸ ἐργαλεῖον γραφὶς ἢ ὑπο‐ γραφίς, καὶ αἱ ὗλαι πίνακες καὶ πινάκια ὡς Ἰσοκράτης (XV 2), κηρός, χρώματα, φάρμακα, ἄνθη. κηρὸν τήξασθαι μίξασθαι χέασθαι, χρώ‐</w:t>
      </w:r>
    </w:p>
    <w:p>
      <w:r>
        <w:rPr>
          <w:rFonts w:ascii="Courier New" w:hAnsi="Courier New"/>
          <w:color w:val="555555"/>
          <w:sz w:val="20"/>
        </w:rPr>
        <w:t>[5]</w:t>
      </w:r>
    </w:p>
    <w:p>
      <w:r>
        <w:rPr>
          <w:rFonts w:ascii="Gentium Plus" w:hAnsi="Gentium Plus"/>
          <w:sz w:val="24"/>
        </w:rPr>
        <w:t>ματα κεράσαι κεράσασθαι μίξαι συμμίξασθαι συγχέαι συγχέασθαι,</w:t>
      </w:r>
    </w:p>
    <w:p>
      <w:r>
        <w:rPr>
          <w:rFonts w:ascii="Courier New" w:hAnsi="Courier New"/>
          <w:color w:val="555555"/>
          <w:sz w:val="20"/>
        </w:rPr>
        <w:t>[7 . 129]</w:t>
      </w:r>
    </w:p>
    <w:p>
      <w:r>
        <w:rPr>
          <w:rFonts w:ascii="Gentium Plus" w:hAnsi="Gentium Plus"/>
          <w:sz w:val="24"/>
        </w:rPr>
        <w:t>γραμμὴν ἑλκύσαι, σκιὰν ὑποτυπώσασθαι, σκιὰν περιγράψασθαι περιγράψαι, σκιὰν ὑποβαλέσθαι, σκιὰν περιενεγκεῖν, σκιὰν ὑπερ‐ ενεγκεῖν, χρῶσαι ἐπιχρῶσαι ἀποχρῶσαι, ἄνθεσι φαιδρῦναι, χρᾶναι ἐπιχρᾶναι ἀποχρᾶναι. ἐφ’ οὗ δὲ οἱ πίνακες ἐρείδονται ὅταν γρά‐</w:t>
      </w:r>
    </w:p>
    <w:p>
      <w:r>
        <w:rPr>
          <w:rFonts w:ascii="Courier New" w:hAnsi="Courier New"/>
          <w:color w:val="555555"/>
          <w:sz w:val="20"/>
        </w:rPr>
        <w:t>[5]</w:t>
      </w:r>
    </w:p>
    <w:p>
      <w:r>
        <w:rPr>
          <w:rFonts w:ascii="Gentium Plus" w:hAnsi="Gentium Plus"/>
          <w:sz w:val="24"/>
        </w:rPr>
        <w:t>φωνται, ξύλον ἐστὶ τρισκελές, καὶ καλεῖται ὀκρίβας τε καὶ κιλλίβας. τὰ δὲ χρώματα ἀνδρείκελον, ὄστρεον, πράσινον, κροκοειδές, κυανοῦν, κιννάβαρι, ξανθόν, φαιόν, φλογόλευκον, λευκόφαιον, λευκόν, μέλαν, μελαμβαφές.</w:t>
      </w:r>
    </w:p>
    <w:p>
      <w:r>
        <w:rPr>
          <w:rFonts w:ascii="Courier New" w:hAnsi="Courier New"/>
          <w:color w:val="555555"/>
          <w:sz w:val="20"/>
        </w:rPr>
        <w:t>[7 . 130]</w:t>
      </w:r>
    </w:p>
    <w:p>
      <w:r>
        <w:rPr>
          <w:rFonts w:ascii="Gentium Plus" w:hAnsi="Gentium Plus"/>
          <w:sz w:val="24"/>
        </w:rPr>
        <w:t>Ἔτι τοίνυν οἱ ἐξ ἀγορᾶς ἢ ἐκ λιμένος κομίζοντες ἀχθοφόροι, ἀμφορεαφόροι, καὶ τὰ ῥήματα ἀχθοφορεῖν καὶ ἀμφορεαφορεῖν, ὑδρο‐ φόροι, ξυλοφόροι, σκευοφόροι, ὑληφόροι καὶ ὑληφορεῖν, πλινθοφόροι καὶ πλινθοφορεῖν, πηλοφόροι καὶ πηλοφορεῖν, ξυληγοί, ἀφ’ ὧν</w:t>
      </w:r>
    </w:p>
    <w:p>
      <w:r>
        <w:rPr>
          <w:rFonts w:ascii="Courier New" w:hAnsi="Courier New"/>
          <w:color w:val="555555"/>
          <w:sz w:val="20"/>
        </w:rPr>
        <w:t>[5]</w:t>
      </w:r>
    </w:p>
    <w:p>
      <w:r>
        <w:rPr>
          <w:rFonts w:ascii="Gentium Plus" w:hAnsi="Gentium Plus"/>
          <w:sz w:val="24"/>
        </w:rPr>
        <w:t>καὶ τὸ ξυληγῶν εἴρηκε Δημοσθένης (XIX 114). φρυγανοφόροι· τὸ δὲ ὄνομα ἐν τῇ Λυσίου πρὸς Μετάνειραν ἐπιστολῇ (fg 256 T).</w:t>
      </w:r>
    </w:p>
    <w:p>
      <w:r>
        <w:rPr>
          <w:rFonts w:ascii="Courier New" w:hAnsi="Courier New"/>
          <w:color w:val="555555"/>
          <w:sz w:val="20"/>
        </w:rPr>
        <w:t>[7 . 131]</w:t>
      </w:r>
    </w:p>
    <w:p>
      <w:r>
        <w:rPr>
          <w:rFonts w:ascii="Gentium Plus" w:hAnsi="Gentium Plus"/>
          <w:sz w:val="24"/>
        </w:rPr>
        <w:t>καὶ ξυλοφορίαν δὲ ἔφη Λυσίας (fg 325 T). τὸ δὲ σύμπαν εἰπεῖν, μισθωτοί, καὶ ὡς Φρύνιχος (I 389. 74 Ko) μισθώτριαι αἱ γυναῖκες. ἔξεστι δ’ ἐπ’ αὐτῶν καταχρήσασθαι καὶ τῷ φορτηγοί, ἐπεὶ καὶ τὰ</w:t>
      </w:r>
    </w:p>
    <w:p>
      <w:r>
        <w:rPr>
          <w:rFonts w:ascii="Courier New" w:hAnsi="Courier New"/>
          <w:color w:val="555555"/>
          <w:sz w:val="20"/>
        </w:rPr>
        <w:t>[5]</w:t>
      </w:r>
    </w:p>
    <w:p>
      <w:r>
        <w:rPr>
          <w:rFonts w:ascii="Gentium Plus" w:hAnsi="Gentium Plus"/>
          <w:sz w:val="24"/>
        </w:rPr>
        <w:t>φορτηγῷ ἐπὶ τῶν τὰ φορτία ἀγόντων ἐμπόρων κέχρηται Αἰσχύλος ἐν Φρυξὶν ἢ Λύτροις (fg 263) ἀλλὰ ναυβάτην φορτηγόν, ὅστις ῥῶπον ἐξάγει χθονός.</w:t>
      </w:r>
    </w:p>
    <w:p>
      <w:r>
        <w:rPr>
          <w:rFonts w:ascii="Courier New" w:hAnsi="Courier New"/>
          <w:color w:val="555555"/>
          <w:sz w:val="20"/>
        </w:rPr>
        <w:t>[7 . 132]</w:t>
      </w:r>
    </w:p>
    <w:p>
      <w:r>
        <w:rPr>
          <w:rFonts w:ascii="Gentium Plus" w:hAnsi="Gentium Plus"/>
          <w:sz w:val="24"/>
        </w:rPr>
        <w:t>φόρτακας μέντοι ἡ παλαιὰ κωμῳδία (III p 418. 102 Ko) τοὺς ἀχθο‐ φοροῦντας ἐκ τοῦ ἐμπορίου καλεῖ. τὸ δὲ ξύλον ἐφ’ οὗ τὰ σκεύη κατηρτημένα ἔφερον, σκευοφόριον ὑπὸ Πλάτωνος ἐν Διὶ κακουμένῳ (I 614. 50 Ko) ὠνόμασται. εἰ δὲ καὶ προυνίκους τοὺς μισθωτοὺς οἱ</w:t>
      </w:r>
    </w:p>
    <w:p>
      <w:r>
        <w:rPr>
          <w:rFonts w:ascii="Courier New" w:hAnsi="Courier New"/>
          <w:color w:val="555555"/>
          <w:sz w:val="20"/>
        </w:rPr>
        <w:t>[5]</w:t>
      </w:r>
    </w:p>
    <w:p>
      <w:r>
        <w:rPr>
          <w:rFonts w:ascii="Gentium Plus" w:hAnsi="Gentium Plus"/>
          <w:sz w:val="24"/>
        </w:rPr>
        <w:t>νέοι κωμῳδοδιδάσκαλοι ὠνόμαζον (III p 468. 333 Ko), τὸ ὄνομα Βυ‐ ζαντίων ἦν, ὅθεν καὶ Βυζαντίους αὐτοὺς ἀπεκάλουν. οἱ δὲ Κολωνίτας, ὡς Ὑπερείδης (fg 12 T)· δύο γὰρ ὄντων Κολωνῶν ὁ μὲν Ἵππιος ἐκα‐ λεῖτο, οὗ Σοφοκλῆς μέμνηται ὡς Οἰδίποδος εἰς αὐτὸν καταφυγόντος,</w:t>
      </w:r>
    </w:p>
    <w:p>
      <w:r>
        <w:rPr>
          <w:rFonts w:ascii="Courier New" w:hAnsi="Courier New"/>
          <w:color w:val="555555"/>
          <w:sz w:val="20"/>
        </w:rPr>
        <w:t>[7 . 133]</w:t>
      </w:r>
    </w:p>
    <w:p>
      <w:r>
        <w:rPr>
          <w:rFonts w:ascii="Gentium Plus" w:hAnsi="Gentium Plus"/>
          <w:sz w:val="24"/>
        </w:rPr>
        <w:t>ὁ δ’ ἦν ἐν ἀγορᾷ παρὰ τὸ Εὐρυσάκειον, οὗ συνῄεσαν οἱ μισθαρνοῦν‐ τες· ὅθεν καὶ τοῦτ’ ἔστιν εἰρημένον, ὄψ’ ἦλθες, ἀλλ’ ἐς τὸν Κολωνὸν ἵεσο. τύλη δ’ ἐκαλεῖτο ἡ ἐπὶ τοῖς τραχήλοις αὐτῶν ὑπὸ τῶν ἀχθῶν γινο‐</w:t>
      </w:r>
    </w:p>
    <w:p>
      <w:r>
        <w:rPr>
          <w:rFonts w:ascii="Courier New" w:hAnsi="Courier New"/>
          <w:color w:val="555555"/>
          <w:sz w:val="20"/>
        </w:rPr>
        <w:t>[5]</w:t>
      </w:r>
    </w:p>
    <w:p>
      <w:r>
        <w:rPr>
          <w:rFonts w:ascii="Gentium Plus" w:hAnsi="Gentium Plus"/>
          <w:sz w:val="24"/>
        </w:rPr>
        <w:t>μένη τριβή. τὸ δὲ ἔργον αὐτῶν φορά, καὶ ὁ μισθὸς κόμιστρον· εἴποι δ’ ἄν τις αὐτὸν καὶ φέρτρον καὶ φορεῖον. Ἀριστοφάνης δ’ ἐν τοῖς Ἥρωσι (300) δοκεῖ τὸ κόμιστρον κατὰ τὸ νῦν ἔθος εἰρηκέναι τὴν φοράν, ὅταν εἴπῃ ὀβολῶν δεουσῶν τεττάρων καὶ τῆς φορᾶς.</w:t>
      </w:r>
    </w:p>
    <w:p>
      <w:r>
        <w:rPr>
          <w:rFonts w:ascii="Courier New" w:hAnsi="Courier New"/>
          <w:color w:val="555555"/>
          <w:sz w:val="20"/>
        </w:rPr>
        <w:t>[10]</w:t>
      </w:r>
    </w:p>
    <w:p>
      <w:r>
        <w:rPr>
          <w:rFonts w:ascii="Gentium Plus" w:hAnsi="Gentium Plus"/>
          <w:sz w:val="24"/>
        </w:rPr>
        <w:t>τούτῳ δ’ ἂν ἐοίκοι καὶ τὸ ἐν τοῖς Φίλοις Εὐπόλιδος (I 332. 271 Ko) τί μισθοῖ; ποῖ; πόση τις ἡ φορά;</w:t>
      </w:r>
    </w:p>
    <w:p>
      <w:r>
        <w:rPr>
          <w:rFonts w:ascii="Courier New" w:hAnsi="Courier New"/>
          <w:color w:val="555555"/>
          <w:sz w:val="20"/>
        </w:rPr>
        <w:t>[7 . 134]</w:t>
      </w:r>
    </w:p>
    <w:p>
      <w:r>
        <w:rPr>
          <w:rFonts w:ascii="Gentium Plus" w:hAnsi="Gentium Plus"/>
          <w:sz w:val="24"/>
        </w:rPr>
        <w:t>τάχα δ’ ἂν καὶ κοπροφόροι εἶεν ἐκ τούτων, καὶ κοπραγωγοί· Ἀρι‐</w:t>
      </w:r>
    </w:p>
    <w:p>
      <w:r>
        <w:rPr>
          <w:rFonts w:ascii="Courier New" w:hAnsi="Courier New"/>
          <w:color w:val="555555"/>
          <w:sz w:val="20"/>
        </w:rPr>
        <w:t>[5]</w:t>
      </w:r>
    </w:p>
    <w:p>
      <w:r>
        <w:rPr>
          <w:rFonts w:ascii="Gentium Plus" w:hAnsi="Gentium Plus"/>
          <w:sz w:val="24"/>
        </w:rPr>
        <w:t>κοπρολόγοι δ’ ἂν οὗτοι λέγοιντο, καὶ τὰ συλλεγόμενα ὑπ’ αὐτῶν κόπρια καὶ κόπρος, ὧν ἀπὸ μὲν τῆς κόπρου οἱ κοπρῶνες, ἀπὸ δὲ τῶν κοπρίων παρὰ τοῖς πλείστοις οἱ βολεῶνες. Στράττις ἐν τῷ Φι‐ λοκτήτῃ φησὶν (I 724. 43 Ko) οὐδ’ ἐν κοπρίᾳ θησαυρὸν ἐκβεβλημένον.</w:t>
      </w:r>
    </w:p>
    <w:p>
      <w:r>
        <w:rPr>
          <w:rFonts w:ascii="Courier New" w:hAnsi="Courier New"/>
          <w:color w:val="555555"/>
          <w:sz w:val="20"/>
        </w:rPr>
        <w:t>[10]</w:t>
      </w:r>
    </w:p>
    <w:p>
      <w:r>
        <w:rPr>
          <w:rFonts w:ascii="Gentium Plus" w:hAnsi="Gentium Plus"/>
          <w:sz w:val="24"/>
        </w:rPr>
        <w:t>ἐκ δὲ τῶν φερόντων καὶ σκατοφόροι.</w:t>
      </w:r>
    </w:p>
    <w:p>
      <w:r>
        <w:rPr>
          <w:rFonts w:ascii="Courier New" w:hAnsi="Courier New"/>
          <w:color w:val="555555"/>
          <w:sz w:val="20"/>
        </w:rPr>
        <w:t>[7 . 135]</w:t>
      </w:r>
    </w:p>
    <w:p>
      <w:r>
        <w:rPr>
          <w:rFonts w:ascii="Gentium Plus" w:hAnsi="Gentium Plus"/>
          <w:sz w:val="24"/>
        </w:rPr>
        <w:t>Αἱ μὲν κυνηγετικαὶ τῶν τεχνῶν πρὸς ταῖς εἰρημέναις, οἱ μὲν δρῶντες θηρευταί, κυνηγέται, καὶ τὸ ῥῆμα κυνηγετεῖν καὶ τὸ θηρᾶν, ὥσπερ ὀρνιθευταὶ καὶ ὀρνιθοθῆραι, τὸ δὲ ῥῆμα ὀρνιθο‐ θηρᾶν Τηλεκλείδης εἴρηκεν ἐν Πρυτάνεσιν· (II 216. 26 Ko)</w:t>
      </w:r>
    </w:p>
    <w:p>
      <w:r>
        <w:rPr>
          <w:rFonts w:ascii="Courier New" w:hAnsi="Courier New"/>
          <w:color w:val="555555"/>
          <w:sz w:val="20"/>
        </w:rPr>
        <w:t>[5]</w:t>
      </w:r>
    </w:p>
    <w:p>
      <w:r>
        <w:rPr>
          <w:rFonts w:ascii="Gentium Plus" w:hAnsi="Gentium Plus"/>
          <w:sz w:val="24"/>
        </w:rPr>
        <w:t>εὐχροεῖν, ὀρνιθοθηρᾶν, σωφρονεῖν. κυνηγεῖσθαι, ἰξεύεσθαι, τάχα δ’ ἂν τούτοις προσήκοιεν καὶ οἱ ἀλεκ‐ τρυονοτρόφοι, οὓς ὠνόμασεν ἐν Ἀξιόχῳ Αἰσχίνης (p 275. 14 Dittmar)·</w:t>
      </w:r>
    </w:p>
    <w:p>
      <w:r>
        <w:rPr>
          <w:rFonts w:ascii="Courier New" w:hAnsi="Courier New"/>
          <w:color w:val="555555"/>
          <w:sz w:val="20"/>
        </w:rPr>
        <w:t>[7 . 136]</w:t>
      </w:r>
    </w:p>
    <w:p>
      <w:r>
        <w:rPr>
          <w:rFonts w:ascii="Gentium Plus" w:hAnsi="Gentium Plus"/>
          <w:sz w:val="24"/>
        </w:rPr>
        <w:t>Φρύνιχος μὲν γὰρ ἐν Κρόνῳ (I 373. 13 Ko) καὶ ἀλεκτρυοπώλιον εἴρηκεν, ὥστε καὶ ἀλεκτρυοπωλεῖν ἂν εἴποις. ἴσως δὲ καὶ ὀρτυγο‐ τρόφον· ὁ γὰρ ὀρτυγοκόπος ἐστὶν ἐν χρήσει, καὶ ὀρτυγοπώλης. καὶ στυφοκόμπους δ’ αὐτοὺς οἱ κωμῳδοὶ καλοῦσιν, ὡς τὸ ἔκοπτον τοὺς</w:t>
      </w:r>
    </w:p>
    <w:p>
      <w:r>
        <w:rPr>
          <w:rFonts w:ascii="Courier New" w:hAnsi="Courier New"/>
          <w:color w:val="555555"/>
          <w:sz w:val="20"/>
        </w:rPr>
        <w:t>[5]</w:t>
      </w:r>
    </w:p>
    <w:p>
      <w:r>
        <w:rPr>
          <w:rFonts w:ascii="Gentium Plus" w:hAnsi="Gentium Plus"/>
          <w:sz w:val="24"/>
        </w:rPr>
        <w:t>ὄρτυγας. καὶ τὸ ἐτρύλιζον καὶ τὸ ἀνεκνάδαλλον τῶν ὀρτυγοκοπι‐</w:t>
      </w:r>
    </w:p>
    <w:p>
      <w:r>
        <w:rPr>
          <w:rFonts w:ascii="Courier New" w:hAnsi="Courier New"/>
          <w:color w:val="555555"/>
          <w:sz w:val="20"/>
        </w:rPr>
        <w:t>[7 . 137]</w:t>
      </w:r>
    </w:p>
    <w:p>
      <w:r>
        <w:rPr>
          <w:rFonts w:ascii="Gentium Plus" w:hAnsi="Gentium Plus"/>
          <w:sz w:val="24"/>
        </w:rPr>
        <w:t>κῶν. ἁλιεῖς, ἀσπαλιευταί, δικτυεῖς δικτυουλκοί· καὶ δικτυοβόλοι δὲ οὗτοι καλοῦνται, ὡς οἱ τῷ πόρκῳ χρώμενοι πορκεῖς. γριπεῖς, ἑρκο‐ θηρευταί, πορφυρεῖς πορφυρευταί, σπογγοθῆραι· καὶ σπογγοκολυμ‐ βηταὶ δὲ Λυκοῦργος εἴρηκεν ἐν τῷ κατὰ Μενεσαίχμου (p 271. 17 Tur).</w:t>
      </w:r>
    </w:p>
    <w:p>
      <w:r>
        <w:rPr>
          <w:rFonts w:ascii="Courier New" w:hAnsi="Courier New"/>
          <w:color w:val="555555"/>
          <w:sz w:val="20"/>
        </w:rPr>
        <w:t>[5]</w:t>
      </w:r>
    </w:p>
    <w:p>
      <w:r>
        <w:rPr>
          <w:rFonts w:ascii="Gentium Plus" w:hAnsi="Gentium Plus"/>
          <w:sz w:val="24"/>
        </w:rPr>
        <w:t>κολυμβηταὶ ὕφυδροι, κολυμβηταὶ δυόμενοι· ὁ γὰρ δύτης εὐτελές,</w:t>
      </w:r>
    </w:p>
    <w:p>
      <w:r>
        <w:rPr>
          <w:rFonts w:ascii="Courier New" w:hAnsi="Courier New"/>
          <w:color w:val="555555"/>
          <w:sz w:val="20"/>
        </w:rPr>
        <w:t>[7 . 138]</w:t>
      </w:r>
    </w:p>
    <w:p>
      <w:r>
        <w:rPr>
          <w:rFonts w:ascii="Gentium Plus" w:hAnsi="Gentium Plus"/>
          <w:sz w:val="24"/>
        </w:rPr>
        <w:t>εἴρηκε δ’ αὐτὸ Ἡρόδοτος (VIII 8) ἐπὶ τοῦ Σκυλλίου. νεῖν δ’ ἐξ</w:t>
      </w:r>
    </w:p>
    <w:p>
      <w:r>
        <w:rPr>
          <w:rFonts w:ascii="Courier New" w:hAnsi="Courier New"/>
          <w:color w:val="555555"/>
          <w:sz w:val="20"/>
        </w:rPr>
        <w:t>[5]</w:t>
      </w:r>
    </w:p>
    <w:p>
      <w:r>
        <w:rPr>
          <w:rFonts w:ascii="Gentium Plus" w:hAnsi="Gentium Plus"/>
          <w:sz w:val="24"/>
        </w:rPr>
        <w:t>διακολυμβᾶν κατακολυμβᾶν, ἐπικυματίζειν, ἐπιπολάζειν τῷ ὕδατι, ἐπι‐ νήχεσθαι ἐπιφέρεσθαι, κολυμβᾶν, ἀφ’ οὗ καὶ κολυμβήθραν ὁ Πλάτων (Rp V 453D), δύεσθαι ὑποδύεσθαι καταδύεσθαι τριόδοντι χρωμένους,</w:t>
      </w:r>
    </w:p>
    <w:p>
      <w:r>
        <w:rPr>
          <w:rFonts w:ascii="Courier New" w:hAnsi="Courier New"/>
          <w:color w:val="555555"/>
          <w:sz w:val="20"/>
        </w:rPr>
        <w:t>[7 . 139]</w:t>
      </w:r>
    </w:p>
    <w:p>
      <w:r>
        <w:rPr>
          <w:rFonts w:ascii="Gentium Plus" w:hAnsi="Gentium Plus"/>
          <w:sz w:val="24"/>
        </w:rPr>
        <w:t>πληγῇ, κάμακι, πυρίαις. αἱ τέχναι αὐτῶν θηρευτικὴ θήρα, κυνη‐ γετική, ὀρνιθευτική ὀρνιθεία, ἰξευτική, ἁλιευτική ἁλιεία, ἀσπα‐ λιευτική, ἀγκιστρεία ἀγκιστρευτική δικτυοθηρευτική ἀμφιβληστρευ‐ τική ἑρκοθηρευτική κολυμβητική δυτική, τριοδοντία, πληκτική, πορ‐</w:t>
      </w:r>
    </w:p>
    <w:p>
      <w:r>
        <w:rPr>
          <w:rFonts w:ascii="Courier New" w:hAnsi="Courier New"/>
          <w:color w:val="555555"/>
          <w:sz w:val="20"/>
        </w:rPr>
        <w:t>[5]</w:t>
      </w:r>
    </w:p>
    <w:p>
      <w:r>
        <w:rPr>
          <w:rFonts w:ascii="Gentium Plus" w:hAnsi="Gentium Plus"/>
          <w:sz w:val="24"/>
        </w:rPr>
        <w:t>φυρευτική, σπογγοθηρική, πυριευτική. κυβερνῆται δὲ καὶ πρωρᾶται καὶ ναῦται· οἷς προσήκουσι καὶ αἱ παρ’ Ἀριστοφάνει (fg 825) ναύ‐ τριαι, καὶ πάνθ’ ὅσα ἐκ νεῶν ὑπηρετικὰ εἴδη τεχνῶν φθάνει προ‐ ειρῆσθαι. δίοπος δὲ ὁ ἐπόπτης τῆς νεώς· Ἀριστοφάνης δὲ ἐν Λη‐ μνίαις (fg 372) εἴρηκε καὶ ναυφύλαξ.</w:t>
      </w:r>
    </w:p>
    <w:p>
      <w:r>
        <w:rPr>
          <w:rFonts w:ascii="Courier New" w:hAnsi="Courier New"/>
          <w:color w:val="555555"/>
          <w:sz w:val="20"/>
        </w:rPr>
        <w:t>[7 . 140]</w:t>
      </w:r>
    </w:p>
    <w:p>
      <w:r>
        <w:rPr>
          <w:rFonts w:ascii="Gentium Plus" w:hAnsi="Gentium Plus"/>
          <w:sz w:val="24"/>
        </w:rPr>
        <w:t>πρὸς δὲ τούτοις ἔτι γεωργοί, φυτουργοί, ἀμπελουργοί, κηπ‐ ουροί κηπεῖς, ἀλσοκόμοι, ἐλαιοκόμοι, θριασταί, συκωροί. γεωργία γεωργική, φυτεία φυτευτική φυτουργία φυτουργική, ἀμπελουρ‐ γία, κηπουρία, ἀλσοκομία ἀλσοποιία ἀλσοκομική, ἐλαιοποιία ἐλαιο‐</w:t>
      </w:r>
    </w:p>
    <w:p>
      <w:r>
        <w:rPr>
          <w:rFonts w:ascii="Courier New" w:hAnsi="Courier New"/>
          <w:color w:val="555555"/>
          <w:sz w:val="20"/>
        </w:rPr>
        <w:t>[5]</w:t>
      </w:r>
    </w:p>
    <w:p>
      <w:r>
        <w:rPr>
          <w:rFonts w:ascii="Gentium Plus" w:hAnsi="Gentium Plus"/>
          <w:sz w:val="24"/>
        </w:rPr>
        <w:t>κομία ἐλαιοκομική. καὶ τὰ ἔργα γεωργήματα, φυτεύματα, φυτουργή‐ ματα ἀμπελουργία ἀμπελουργήματα, κηπεύματα κῆποι, παράδεισοι,</w:t>
      </w:r>
    </w:p>
    <w:p>
      <w:r>
        <w:rPr>
          <w:rFonts w:ascii="Courier New" w:hAnsi="Courier New"/>
          <w:color w:val="555555"/>
          <w:sz w:val="20"/>
        </w:rPr>
        <w:t>[7 . 141]</w:t>
      </w:r>
    </w:p>
    <w:p>
      <w:r>
        <w:rPr>
          <w:rFonts w:ascii="Gentium Plus" w:hAnsi="Gentium Plus"/>
          <w:sz w:val="24"/>
        </w:rPr>
        <w:t>ἄλση. καὶ γεωργικοί, φυτουργικοί, ἀμπελουργικοί, κηπουρικοί, ἀλσο‐ κομικοί. καὶ τὰ ἐπιρρήματα γεωργικῶς, φυτουργικῶς, ἀμπελουρ‐ γικῶς, κηπουρικῶς, ἀλσοκομικῶς. καὶ τὰ ῥήματα γεωργῆσαι, φυτ‐ ουργῆσαι, ἀμπελουργεῖν καὶ ἀμπελοστατεῖν, κηπουρεῖν, ἀλσοκομεῖν,</w:t>
      </w:r>
    </w:p>
    <w:p>
      <w:r>
        <w:rPr>
          <w:rFonts w:ascii="Courier New" w:hAnsi="Courier New"/>
          <w:color w:val="555555"/>
          <w:sz w:val="20"/>
        </w:rPr>
        <w:t>[5]</w:t>
      </w:r>
    </w:p>
    <w:p>
      <w:r>
        <w:rPr>
          <w:rFonts w:ascii="Gentium Plus" w:hAnsi="Gentium Plus"/>
          <w:sz w:val="24"/>
        </w:rPr>
        <w:t>ἐλαιοκομεῖν· καὶ βωλοκοπεῖν δὲ Ἀριστοφάνης (fg 761) λέγει. τὰ δὲ ἐν μέρει τούτων προείρηται. καὶ ἔριθοι δὲ καὶ τρυγήτριαι καὶ</w:t>
      </w:r>
    </w:p>
    <w:p>
      <w:r>
        <w:rPr>
          <w:rFonts w:ascii="Courier New" w:hAnsi="Courier New"/>
          <w:color w:val="555555"/>
          <w:sz w:val="20"/>
        </w:rPr>
        <w:t>[7 . 142]</w:t>
      </w:r>
    </w:p>
    <w:p>
      <w:r>
        <w:rPr>
          <w:rFonts w:ascii="Gentium Plus" w:hAnsi="Gentium Plus"/>
          <w:sz w:val="24"/>
        </w:rPr>
        <w:t>καλαμητρίδες καὶ ποάστριαι καὶ φρυγανίστριαι εἶεν ἂν ἐκ τούτων, καὶ ποάζειν καὶ φρυγανίζειν. Μηδικὴν δὲ πόαν ἔλεγον χόρτου τι εἶδος. ὁ δὲ χόρτος καὶ χιλὸς καὶ βοτάνη καὶ κράστις, ἀφ’ οὗ καὶ τὸ ἀγγεῖον ὃ ἐπὶ τῆς φάτνης κατήρτων ἐπὶ τῷ χόρτῳ κραστήριον</w:t>
      </w:r>
    </w:p>
    <w:p>
      <w:r>
        <w:rPr>
          <w:rFonts w:ascii="Courier New" w:hAnsi="Courier New"/>
          <w:color w:val="555555"/>
          <w:sz w:val="20"/>
        </w:rPr>
        <w:t>[5]</w:t>
      </w:r>
    </w:p>
    <w:p>
      <w:r>
        <w:rPr>
          <w:rFonts w:ascii="Gentium Plus" w:hAnsi="Gentium Plus"/>
          <w:sz w:val="24"/>
        </w:rPr>
        <w:t>ὠνόμαζον. ‘στίχον δὲ δένδρων‘ λέγει Ξενοφῶν (Oecon IV 21), καὶ ἐπεργασίαν (Cyrop III 2. 23) τὸ τὴν ἀλλήλων ἐργάζεσθαι. ‘καλαμώ‐ μενον‘ δὲ Κρατῖνος (I 125. 420 Ko) εἴρηκεν. τῶν δὲ τοῖς κηπουροῖς</w:t>
      </w:r>
    </w:p>
    <w:p>
      <w:r>
        <w:rPr>
          <w:rFonts w:ascii="Courier New" w:hAnsi="Courier New"/>
          <w:color w:val="555555"/>
          <w:sz w:val="20"/>
        </w:rPr>
        <w:t>[7 . 143]</w:t>
      </w:r>
    </w:p>
    <w:p>
      <w:r>
        <w:rPr>
          <w:rFonts w:ascii="Gentium Plus" w:hAnsi="Gentium Plus"/>
          <w:sz w:val="24"/>
        </w:rPr>
        <w:t>ὑπηρετούντων ἐστὶ καὶ τὸ κηλώνειον· οὐ μόνον γὰρ Ἡρόδοτος (I 193) μνημονεύει, ἀλλὰ καὶ Ἀριστοφάνης (fg 679) ὥστ’ ἀνακύπτων καὶ κατακύπτων τοῦ σχήματος εἵνεκα τοῦδε κηλωνείου τοῖς κηπουροῖς.</w:t>
      </w:r>
    </w:p>
    <w:p>
      <w:r>
        <w:rPr>
          <w:rFonts w:ascii="Courier New" w:hAnsi="Courier New"/>
          <w:color w:val="555555"/>
          <w:sz w:val="20"/>
        </w:rPr>
        <w:t>[5]</w:t>
      </w:r>
    </w:p>
    <w:p>
      <w:r>
        <w:rPr>
          <w:rFonts w:ascii="Gentium Plus" w:hAnsi="Gentium Plus"/>
          <w:sz w:val="24"/>
        </w:rPr>
        <w:t>καὶ συκωροὶ δὲ οἱ τὰ σῦκα φυλάττοντες καλοῖντ’ ἄν, καὶ τὸ ἔργον συκωρεῖν. καὶ ἐρινάζειν μὲν τὸ τὰ ἐρινὰ ἀφαιροῦντας εἰς θύλακα κατατίθεσθαι—ἐρινὰ γὰρ τὰ τοῦ ἐρινεοῦ σῦκα—συκάζειν δὲ τὸ</w:t>
      </w:r>
    </w:p>
    <w:p>
      <w:r>
        <w:rPr>
          <w:rFonts w:ascii="Courier New" w:hAnsi="Courier New"/>
          <w:color w:val="555555"/>
          <w:sz w:val="20"/>
        </w:rPr>
        <w:t>[7 . 144]</w:t>
      </w:r>
    </w:p>
    <w:p>
      <w:r>
        <w:rPr>
          <w:rFonts w:ascii="Gentium Plus" w:hAnsi="Gentium Plus"/>
          <w:sz w:val="24"/>
        </w:rPr>
        <w:t>τὰ τῆς συκῆς, καὶ θριάζειν τὸ φυλλολογεῖν τὴν συκῆν. τὰ δὲ ζῷα τὰ ἐν τοῖς σύκοις ψῆνες καὶ κνῖπες, Ἀριστοφάνους εἰπόντος (Av 590) κνῖπες καὶ ψῆνες τὰς συκᾶς οὐ κατέδονται.</w:t>
      </w:r>
    </w:p>
    <w:p>
      <w:r>
        <w:rPr>
          <w:rFonts w:ascii="Courier New" w:hAnsi="Courier New"/>
          <w:color w:val="555555"/>
          <w:sz w:val="20"/>
        </w:rPr>
        <w:t>[5]</w:t>
      </w:r>
    </w:p>
    <w:p>
      <w:r>
        <w:rPr>
          <w:rFonts w:ascii="Gentium Plus" w:hAnsi="Gentium Plus"/>
          <w:sz w:val="24"/>
        </w:rPr>
        <w:t>τρασιὰ δὲ οὐ μόνον τὸ ἄθροισμα τῶν σύκων, ἀλλὰ καὶ τὸ ἐκ καλάμου πλέγμα, ἐφ’ οὗ ψύχεται. πολλῶν δὲ προειρημένων γεωργικῶν καὶ τάδε ῥητέον, ὅτι κε‐</w:t>
      </w:r>
    </w:p>
    <w:p>
      <w:r>
        <w:rPr>
          <w:rFonts w:ascii="Courier New" w:hAnsi="Courier New"/>
          <w:color w:val="555555"/>
          <w:sz w:val="20"/>
        </w:rPr>
        <w:t>[7 . 145]</w:t>
      </w:r>
    </w:p>
    <w:p>
      <w:r>
        <w:rPr>
          <w:rFonts w:ascii="Gentium Plus" w:hAnsi="Gentium Plus"/>
          <w:sz w:val="24"/>
        </w:rPr>
        <w:t>δρίδες μὲν ὁ τῆς κέδρου καρπός, μεμαίκυλα δὲ ὁ τῆς κομάρου. καὶ μετόρχιον μὲν καλεῖται τὸ μεταξὺ τῶν πεφυτευμένων, ὧν ὁ στίχος ὄρχος ὀνομάζεται, σφῦρα δὲ τὸ μεταξὺ τῶν ἀρηρομένων ἀνέχον, καὶ ὑποσφυρίσασθαι οἱ ποιηταὶ τὸ ὑπαρόσαι λέγουσιν. ὁμοίως δὲ τῆς</w:t>
      </w:r>
    </w:p>
    <w:p>
      <w:r>
        <w:rPr>
          <w:rFonts w:ascii="Courier New" w:hAnsi="Courier New"/>
          <w:color w:val="555555"/>
          <w:sz w:val="20"/>
        </w:rPr>
        <w:t>[5]</w:t>
      </w:r>
    </w:p>
    <w:p>
      <w:r>
        <w:rPr>
          <w:rFonts w:ascii="Gentium Plus" w:hAnsi="Gentium Plus"/>
          <w:sz w:val="24"/>
        </w:rPr>
        <w:t>ἀμπέλου τὸ ἀπὸ γῆς ἕως τῆς ἐκφύσεως τῶν κλημάτων καλεῖται ... τῶν δένδρων αἱ παραφύσεις, ἃς εἴποις ἂν καὶ ἀποβλαστήματα</w:t>
      </w:r>
    </w:p>
    <w:p>
      <w:r>
        <w:rPr>
          <w:rFonts w:ascii="Courier New" w:hAnsi="Courier New"/>
          <w:color w:val="555555"/>
          <w:sz w:val="20"/>
        </w:rPr>
        <w:t>[7 . 146]</w:t>
      </w:r>
    </w:p>
    <w:p>
      <w:r>
        <w:rPr>
          <w:rFonts w:ascii="Gentium Plus" w:hAnsi="Gentium Plus"/>
          <w:sz w:val="24"/>
        </w:rPr>
        <w:t>κατὰ Πλάτωνα (Conv 208 B) ἢ μᾶλλον παραβλαστήματα, αὐτομολίαι καλοῦνται, καὶ μολεύειν τὸ ταύτας κόπτειν, ὡς τὸ τὰ πρέμνα πρεμνί‐ ζειν· ἐν γοῦν τῷ Ἀττικῷ νόμῳ τῷ περὶ τῶν κοινωνικῶν γέγραπται ‘μὴ ἀνθρακεύειν μηδὲ μολεύειν μηδὲ πρεμνίζειν.‘ τὸ μέντοι δρέ‐</w:t>
      </w:r>
    </w:p>
    <w:p>
      <w:r>
        <w:rPr>
          <w:rFonts w:ascii="Courier New" w:hAnsi="Courier New"/>
          <w:color w:val="555555"/>
          <w:sz w:val="20"/>
        </w:rPr>
        <w:t>[5]</w:t>
      </w:r>
    </w:p>
    <w:p>
      <w:r>
        <w:rPr>
          <w:rFonts w:ascii="Gentium Plus" w:hAnsi="Gentium Plus"/>
          <w:sz w:val="24"/>
        </w:rPr>
        <w:t>πεσθαι τὸν τῆς ἐλαίας καρπὸν ἐλαιοῦν ἔλεγον, καὶ τοὺς τοῦτο ποιοῦντας ἐλαϊστῆρας, καὶ τὰς ῥάβδους αἷς καταράσσουσι τὸν καρπὸν ῥακτρίας. τὸ δὲ ἀνατρέφειν τὰ φυτὰ μοσχεύειν ἂν λέγοιτο. καὶ</w:t>
      </w:r>
    </w:p>
    <w:p>
      <w:r>
        <w:rPr>
          <w:rFonts w:ascii="Courier New" w:hAnsi="Courier New"/>
          <w:color w:val="555555"/>
          <w:sz w:val="20"/>
        </w:rPr>
        <w:t>[7 . 147]</w:t>
      </w:r>
    </w:p>
    <w:p>
      <w:r>
        <w:rPr>
          <w:rFonts w:ascii="Gentium Plus" w:hAnsi="Gentium Plus"/>
          <w:sz w:val="24"/>
        </w:rPr>
        <w:t>ξυστὰς μὲν καὶ στάσις ἡ ἀμπελόφυτος γῆ, εἰ μὴ κατὰ στοῖχον εἴη πεφυτευμένη, στοιχὰς δὲ ἡ κατὰ στοῖχον, ἡ δὲ ἄλλως δασεῖα δέν‐ δροις οὐχ ἡμέροις ὁρκάνη. εἰ δέ τις καύσειε τὴν ὕλην, τὸ χωρίον διὰ τὸ ἔργον ῥωχμοὺς ἐρεῖς. ὡς δὲ ὁ τῆς ἀμπέλου κλάδος κλῆμα</w:t>
      </w:r>
    </w:p>
    <w:p>
      <w:r>
        <w:rPr>
          <w:rFonts w:ascii="Courier New" w:hAnsi="Courier New"/>
          <w:color w:val="555555"/>
          <w:sz w:val="20"/>
        </w:rPr>
        <w:t>[5]</w:t>
      </w:r>
    </w:p>
    <w:p>
      <w:r>
        <w:rPr>
          <w:rFonts w:ascii="Gentium Plus" w:hAnsi="Gentium Plus"/>
          <w:sz w:val="24"/>
        </w:rPr>
        <w:t>καὶ ὁ τῆς ἐλαίας θαλλός, οὕτω καὶ ὁ τοῦ φοίνικος σπάδιξ. ἐπεὶ δὲ τοῖς γεωργικοῖς προσέθεμεν καὶ τὰ μελιττουργικά, ἰστέον ὡς αἱ ὀπαὶ καὶ αἱ καταδύσεις τῶν μελιττῶν καλοῦνται κύτταροι, οἱ δὲ</w:t>
      </w:r>
    </w:p>
    <w:p>
      <w:r>
        <w:rPr>
          <w:rFonts w:ascii="Courier New" w:hAnsi="Courier New"/>
          <w:color w:val="555555"/>
          <w:sz w:val="20"/>
        </w:rPr>
        <w:t>[7 . 148]</w:t>
      </w:r>
    </w:p>
    <w:p>
      <w:r>
        <w:rPr>
          <w:rFonts w:ascii="Gentium Plus" w:hAnsi="Gentium Plus"/>
          <w:sz w:val="24"/>
        </w:rPr>
        <w:t>ἐν αὐτοῖς σκώληκες ἢ σχαδόνες ἢ νύμφαι, ἐπειδὰν ἤδη πτεροφυῶ‐ σιν. οὓς δὲ σκαπτῆρας καλεῖ Ξενοφῶν(?), οὗτοί εἰσιν οἱ σκα‐ πανεῖς. σκαφέας δ’ αὐτοὺς Ἄρχιππος καλεῖ (I 688. 44 Ko) σκαφεῦσι κηπωροῖσι τοῖς τ’ ὀνηλάταις,</w:t>
      </w:r>
    </w:p>
    <w:p>
      <w:r>
        <w:rPr>
          <w:rFonts w:ascii="Courier New" w:hAnsi="Courier New"/>
          <w:color w:val="555555"/>
          <w:sz w:val="20"/>
        </w:rPr>
        <w:t>[5]</w:t>
      </w:r>
    </w:p>
    <w:p>
      <w:r>
        <w:rPr>
          <w:rFonts w:ascii="Gentium Plus" w:hAnsi="Gentium Plus"/>
          <w:sz w:val="24"/>
        </w:rPr>
        <w:t>καὶ ταῖς γυναιξὶ προσέτι ταῖς ποαστρίαις. τὴν δὲ σμινύην Ἀριστοφάνης (fg 855) σμινύδιον καλεῖ. τῶν δὲ σκα‐</w:t>
      </w:r>
    </w:p>
    <w:p>
      <w:r>
        <w:rPr>
          <w:rFonts w:ascii="Courier New" w:hAnsi="Courier New"/>
          <w:color w:val="555555"/>
          <w:sz w:val="20"/>
        </w:rPr>
        <w:t>[7 . 149]</w:t>
      </w:r>
    </w:p>
    <w:p>
      <w:r>
        <w:rPr>
          <w:rFonts w:ascii="Gentium Plus" w:hAnsi="Gentium Plus"/>
          <w:sz w:val="24"/>
        </w:rPr>
        <w:t>πανέων ἐργαλεῖόν ἐστιν ἡ σκαπάνη. καὶ τὸ μὲν καρποῦσθαι κάρπωσιν λέγει Ξενοφῶν (Cyr IV 5. 16), ἣν οἱ νῦν καρπείαν, αὐτὸ δὲ τὸ καρποῦσθαι καὶ καρπίσασθαι Ὑπερείδης ἐν τῷ πρὸς Λυσίδη‐ μον (fg 144 T). καὶ τὸ ῥῆμα καρπεύειν· λέγει γοῦν ἐν τῷ</w:t>
      </w:r>
    </w:p>
    <w:p>
      <w:r>
        <w:rPr>
          <w:rFonts w:ascii="Courier New" w:hAnsi="Courier New"/>
          <w:color w:val="555555"/>
          <w:sz w:val="20"/>
        </w:rPr>
        <w:t>[5]</w:t>
      </w:r>
    </w:p>
    <w:p>
      <w:r>
        <w:rPr>
          <w:rFonts w:ascii="Gentium Plus" w:hAnsi="Gentium Plus"/>
          <w:sz w:val="24"/>
        </w:rPr>
        <w:t>πρὸς Θασίους ‘εὐθὺς δὲ καρπεύειν ἀγαθὴν καὶ πλείστην χώραν.‘ τὰ δὲ καρπεῖα ἐν τῷ Γηρυτάδῃ Ἀριστοφάνης (fg 177) εἰπὼν τὸ</w:t>
      </w:r>
    </w:p>
    <w:p>
      <w:r>
        <w:rPr>
          <w:rFonts w:ascii="Courier New" w:hAnsi="Courier New"/>
          <w:color w:val="555555"/>
          <w:sz w:val="20"/>
        </w:rPr>
        <w:t>[7 . 150]</w:t>
      </w:r>
    </w:p>
    <w:p>
      <w:r>
        <w:rPr>
          <w:rFonts w:ascii="Gentium Plus" w:hAnsi="Gentium Plus"/>
          <w:sz w:val="24"/>
        </w:rPr>
        <w:t>εὐκαρπεῖν ἐν Ταγηνισταῖς (fg 517) καρπεύειν λέγει. τὸ μέντοι ῥι‐ ζοῦσθαι τὸν σῖτον συγκαρκινοῦσθαι ἔλεγον, ὅθεν καὶ Φερεκράτης ἐν τοῖς Αὐτομόλοις (I 151. 20 Ko) ἔφη ‘ἵνα τὰ λῇα συγκαρκινωθῇ.‘ τὸ δὲ ἀμῆσαι καὶ θερίσαι· καὶ τὸ πρᾶγμα οὐ μόνον θέρος ἀλλὰ καὶ</w:t>
      </w:r>
    </w:p>
    <w:p>
      <w:r>
        <w:rPr>
          <w:rFonts w:ascii="Courier New" w:hAnsi="Courier New"/>
          <w:color w:val="555555"/>
          <w:sz w:val="20"/>
        </w:rPr>
        <w:t>[5]</w:t>
      </w:r>
    </w:p>
    <w:p>
      <w:r>
        <w:rPr>
          <w:rFonts w:ascii="Gentium Plus" w:hAnsi="Gentium Plus"/>
          <w:sz w:val="24"/>
        </w:rPr>
        <w:t>θερισμὸν Αἰσχίνης εἴρηκεν ὁ Σωκρατικός (fg 58 Dittmar), Ἀριστο‐</w:t>
      </w:r>
    </w:p>
    <w:p>
      <w:r>
        <w:rPr>
          <w:rFonts w:ascii="Courier New" w:hAnsi="Courier New"/>
          <w:color w:val="555555"/>
          <w:sz w:val="20"/>
        </w:rPr>
        <w:t>[7 . 151]</w:t>
      </w:r>
    </w:p>
    <w:p>
      <w:r>
        <w:rPr>
          <w:rFonts w:ascii="Gentium Plus" w:hAnsi="Gentium Plus"/>
          <w:sz w:val="24"/>
        </w:rPr>
        <w:t>λεῖται. καὶ τὸ μὲν ξύλον ἐν ᾧ τοὔλαιον πιέζεται ὄρος, τὸ δὲ σχοινίον ᾧ τὰ ξύλα καταδεῖται τοπεῖον. ὁ δὲ κρατὴρ εἰς ὃν ἀπορρεῖ τοῦ ἐλαίου τὸ πιεζόμενον τριπτήρ, ἐν ᾧ δὲ τὰς σταφυλὰς βάλλου‐ σιν οἱ τρυγῶντες σταφυλοβολεῖον· ὁμοίως δὲ ᾧ ἐμπατοῦνται ληνός.</w:t>
      </w:r>
    </w:p>
    <w:p>
      <w:r>
        <w:rPr>
          <w:rFonts w:ascii="Courier New" w:hAnsi="Courier New"/>
          <w:color w:val="555555"/>
          <w:sz w:val="20"/>
        </w:rPr>
        <w:t>[5]</w:t>
      </w:r>
    </w:p>
    <w:p>
      <w:r>
        <w:rPr>
          <w:rFonts w:ascii="Gentium Plus" w:hAnsi="Gentium Plus"/>
          <w:sz w:val="24"/>
        </w:rPr>
        <w:t>τὰ δὲ ὀνόματα ταῦτ’ ἐστὶν ἐν τῷ Ἰσαίου πρὸς Διοκλέα ὕβρεως (p 231. 7 Tur). ὁ μέντοι τὰς μάνδρας καθαίρων, εἴτε ἀνὴρ οὗτος εἴη εἴτε γυνή, σηκοκόρος λέγεται. τὸ δ’ ἐκ τῶν στεμφύλων πιεσθέν‐ των ἀπορρεῦσαν τρυγηφάνιον. ἐπίμορτος δὲ γῆ παρὰ Σόλωνι ἡ ἐπὶ μέρει γεωργουμένη, καὶ μορτὴ τὸ μέρος τὸ ἀπὸ τῶν γεωργῶν·</w:t>
      </w:r>
    </w:p>
    <w:p>
      <w:r>
        <w:rPr>
          <w:rFonts w:ascii="Courier New" w:hAnsi="Courier New"/>
          <w:color w:val="555555"/>
          <w:sz w:val="20"/>
        </w:rPr>
        <w:t>[7 . 152]</w:t>
      </w:r>
    </w:p>
    <w:p>
      <w:r>
        <w:rPr>
          <w:rFonts w:ascii="Gentium Plus" w:hAnsi="Gentium Plus"/>
          <w:sz w:val="24"/>
        </w:rPr>
        <w:t>τὸ δ’ ἐπὶ τετάρτῳ μέρει νέμεσθαι τετραχίζειν. οἱ δὲ καλούμενοι νῦν τῶν ἀμπέλων ἐπίτραγοι θυμάλωπες ἐλέγοντο. καὶ ὁ μὲν πρὸ ὥρας πεπαινόμενος καρπὸς πρῷμος ἐν Λημνίαις Ἀριστοφάνους (fg 373)· καὶ πρῷα δὲ κάρπια ὁ αὐτὸς εἴρηκεν (Vesp 264).</w:t>
      </w:r>
    </w:p>
    <w:p>
      <w:r>
        <w:rPr>
          <w:rFonts w:ascii="Courier New" w:hAnsi="Courier New"/>
          <w:color w:val="555555"/>
          <w:sz w:val="20"/>
        </w:rPr>
        <w:t>[5]</w:t>
      </w:r>
    </w:p>
    <w:p>
      <w:r>
        <w:rPr>
          <w:rFonts w:ascii="Gentium Plus" w:hAnsi="Gentium Plus"/>
          <w:sz w:val="24"/>
        </w:rPr>
        <w:t>σῦκα δὲ τῶν διφόρων ἐν Κραπαταλοῖς Φερεκράτης (I 172. 97 Ko). τὰ δὲ φυτευτήρια τῶν συκῶν συκίδας Ἀριστοφάνης ἐν ταῖς Λημ‐ νίαις (fg 374).</w:t>
      </w:r>
    </w:p>
    <w:p>
      <w:r>
        <w:rPr>
          <w:rFonts w:ascii="Courier New" w:hAnsi="Courier New"/>
          <w:color w:val="555555"/>
          <w:sz w:val="20"/>
        </w:rPr>
        <w:t>[7 . 153]</w:t>
      </w:r>
    </w:p>
    <w:p>
      <w:r>
        <w:rPr>
          <w:rFonts w:ascii="Gentium Plus" w:hAnsi="Gentium Plus"/>
          <w:sz w:val="24"/>
        </w:rPr>
        <w:t>Ποιητικαὶ δὲ τέχναι καὶ αἵδε. αὐλοποιός, γλωττοποιός, αὐλο‐ τρύπης, αὐλοποιία γλωττοποιία, γλωττοποιητικῶς αὐλοποιητικῶς αὐλοτρυπητικῶς. καὶ τὸ μὲν ἀγγεῖον τὸ τὰς γλώττας ἔχον γλωτ‐ τοκομεῖον, ἡ δὲ τῶν αὐλῶν θήκη συβήνη. πάλιν δ’ αὖ λυροποιός</w:t>
      </w:r>
    </w:p>
    <w:p>
      <w:r>
        <w:rPr>
          <w:rFonts w:ascii="Courier New" w:hAnsi="Courier New"/>
          <w:color w:val="555555"/>
          <w:sz w:val="20"/>
        </w:rPr>
        <w:t>[5]</w:t>
      </w:r>
    </w:p>
    <w:p>
      <w:r>
        <w:rPr>
          <w:rFonts w:ascii="Gentium Plus" w:hAnsi="Gentium Plus"/>
          <w:sz w:val="24"/>
        </w:rPr>
        <w:t>λυροποιία, λυροποιητική λυροποιητικός λυροποιητικῶς· Ἀριστο‐</w:t>
      </w:r>
    </w:p>
    <w:p>
      <w:r>
        <w:rPr>
          <w:rFonts w:ascii="Courier New" w:hAnsi="Courier New"/>
          <w:color w:val="555555"/>
          <w:sz w:val="20"/>
        </w:rPr>
        <w:t>[7 . 154]</w:t>
      </w:r>
    </w:p>
    <w:p>
      <w:r>
        <w:rPr>
          <w:rFonts w:ascii="Gentium Plus" w:hAnsi="Gentium Plus"/>
          <w:sz w:val="24"/>
        </w:rPr>
        <w:t>φάνης δ’ ἐν Δαιταλεῦσι (fg 240) καὶ λυρωνίαν που λέγει. πληκτρο‐ ποιός πληκτροποιία, πληκτροποιική πληκτροποιικός πληκτροποιικῶς.</w:t>
      </w:r>
    </w:p>
    <w:p>
      <w:r>
        <w:rPr>
          <w:rFonts w:ascii="Courier New" w:hAnsi="Courier New"/>
          <w:color w:val="555555"/>
          <w:sz w:val="20"/>
        </w:rPr>
        <w:t>[5]</w:t>
      </w:r>
    </w:p>
    <w:p>
      <w:r>
        <w:rPr>
          <w:rFonts w:ascii="Gentium Plus" w:hAnsi="Gentium Plus"/>
          <w:sz w:val="24"/>
        </w:rPr>
        <w:t>νευρορραφικός, καὶ ἀπ’ αὐτοῦ νευροστάται. ὁπλοποιός ὁπλοποιία, καὶ ἀπ’ αὐτοῦ ὅπλα, ὅπλισις, ὁπλίτης, ὁπλίζεσθαι, ἐξοπλισία, ὁπλο‐</w:t>
      </w:r>
    </w:p>
    <w:p>
      <w:r>
        <w:rPr>
          <w:rFonts w:ascii="Courier New" w:hAnsi="Courier New"/>
          <w:color w:val="555555"/>
          <w:sz w:val="20"/>
        </w:rPr>
        <w:t>[7 . 155]</w:t>
      </w:r>
    </w:p>
    <w:p>
      <w:r>
        <w:rPr>
          <w:rFonts w:ascii="Gentium Plus" w:hAnsi="Gentium Plus"/>
          <w:sz w:val="24"/>
        </w:rPr>
        <w:t>μαχία, ὁπλοφόρος, ὁπλοθήκη, ὁ ἐπὶ τῶν ὅπλων στρατηγός (fg 122 Tur). ἀσπιδοπηγός ἀσπιδοπήγιον· Λυσίᾳ δὲ καὶ λόγος ὑπὲρ τοῦ ἀσπιδοποιοῦ· καὶ ἀπ’ αὐτοῦ ἀσπίς, ἀσπιδηφόρος, ὑπασπιστής συν‐ ασπιστής, ὑπ’ ἀσπίδα, συνασπίζειν προασπίζειν ὑπερασπίζειν, μικρά‐</w:t>
      </w:r>
    </w:p>
    <w:p>
      <w:r>
        <w:rPr>
          <w:rFonts w:ascii="Courier New" w:hAnsi="Courier New"/>
          <w:color w:val="555555"/>
          <w:sz w:val="20"/>
        </w:rPr>
        <w:t>[5]</w:t>
      </w:r>
    </w:p>
    <w:p>
      <w:r>
        <w:rPr>
          <w:rFonts w:ascii="Gentium Plus" w:hAnsi="Gentium Plus"/>
          <w:sz w:val="24"/>
        </w:rPr>
        <w:t>σπιδα. κρανοποιός κρανοποιία, κρανουργός κρανουργία, κράνος. θωρακοποιία θωρακοποιός, θώραξ, θωρακοφόρος, τεθωρακισμένος,</w:t>
      </w:r>
    </w:p>
    <w:p>
      <w:r>
        <w:rPr>
          <w:rFonts w:ascii="Courier New" w:hAnsi="Courier New"/>
          <w:color w:val="555555"/>
          <w:sz w:val="20"/>
        </w:rPr>
        <w:t>[7 . 156]</w:t>
      </w:r>
    </w:p>
    <w:p>
      <w:r>
        <w:rPr>
          <w:rFonts w:ascii="Gentium Plus" w:hAnsi="Gentium Plus"/>
          <w:sz w:val="24"/>
        </w:rPr>
        <w:t>ἡμιθωράκια. μαχαιροποιός, μαχαιροπωλεῖον μαχαιροπώλης, μάχαιρα, μαχαιροφόροι, μαχαιρίδες. τοξοποιός τοξοποιία, τόξον, τοξότης, το‐ ξοφόρος, τόξαρχος, ἱπποτοξότης, τοξεῦσαι ἐκτοξεῦσαι, τοξεύματα. βελοποιός βελοποιία, βέλος, βλῆμα, βάλλει. δορυξοῦς, δόρυ ὁλοσί‐</w:t>
      </w:r>
    </w:p>
    <w:p>
      <w:r>
        <w:rPr>
          <w:rFonts w:ascii="Courier New" w:hAnsi="Courier New"/>
          <w:color w:val="555555"/>
          <w:sz w:val="20"/>
        </w:rPr>
        <w:t>[5]</w:t>
      </w:r>
    </w:p>
    <w:p>
      <w:r>
        <w:rPr>
          <w:rFonts w:ascii="Gentium Plus" w:hAnsi="Gentium Plus"/>
          <w:sz w:val="24"/>
        </w:rPr>
        <w:t>δηρον—καλεῖται δὲ γαισός, καὶ ἔστι Λιβυκόν—δορυφόρος δορυ‐</w:t>
      </w:r>
    </w:p>
    <w:p>
      <w:r>
        <w:rPr>
          <w:rFonts w:ascii="Courier New" w:hAnsi="Courier New"/>
          <w:color w:val="555555"/>
          <w:sz w:val="20"/>
        </w:rPr>
        <w:t>[7 . 157]</w:t>
      </w:r>
    </w:p>
    <w:p>
      <w:r>
        <w:rPr>
          <w:rFonts w:ascii="Gentium Plus" w:hAnsi="Gentium Plus"/>
          <w:sz w:val="24"/>
        </w:rPr>
        <w:t>φορία, δουροδόκη, δορυάλωτος, δορύληπτος. Ἀριστοφάνης δ’ ἐν Σκηνὰς καταλαμβανούσαις ἔφη (fg 476) καὶ τῶν πλατυλόγχων διβολίαν ἀκοντίων. καὶ λοφοπωλεῖν δὲ ὁ αὐτὸς (fg 812) εἴρηκεν, καὶ σάγμα τὸ ἔλυτρον</w:t>
      </w:r>
    </w:p>
    <w:p>
      <w:r>
        <w:rPr>
          <w:rFonts w:ascii="Courier New" w:hAnsi="Courier New"/>
          <w:color w:val="555555"/>
          <w:sz w:val="20"/>
        </w:rPr>
        <w:t>[5]</w:t>
      </w:r>
    </w:p>
    <w:p>
      <w:r>
        <w:rPr>
          <w:rFonts w:ascii="Gentium Plus" w:hAnsi="Gentium Plus"/>
          <w:sz w:val="24"/>
        </w:rPr>
        <w:t>τὸ τῆς ἀσπίδος (Ach 574), σαγὴν (fg 848) δὲ τὴν πανοπλίαν. ἡ δὲ τοῦ κράνους θήκη λοφεῖον καλεῖται, ὡς ἡ τοῦ ξίφους ἀκμὴ κνώ‐ δων. ὁ δ’ ἐν τῷ τόξῳ δεσμὸς ποδάκνη, ὥσπερ ὁ κρίκος ὁ πρὸς</w:t>
      </w:r>
    </w:p>
    <w:p>
      <w:r>
        <w:rPr>
          <w:rFonts w:ascii="Courier New" w:hAnsi="Courier New"/>
          <w:color w:val="555555"/>
          <w:sz w:val="20"/>
        </w:rPr>
        <w:t>[7 . 158]</w:t>
      </w:r>
    </w:p>
    <w:p>
      <w:r>
        <w:rPr>
          <w:rFonts w:ascii="Gentium Plus" w:hAnsi="Gentium Plus"/>
          <w:sz w:val="24"/>
        </w:rPr>
        <w:t>τῇ ἐπιδορατίδι πόρκης. μέσωρα δὲ ὅπλα τὰ καὶ τοῖς παισὶν ἁρμό‐ σαι δυνάμενα. εἴρηται δὲ καὶ ξιφομάχαιρα ἡ μεγάλη μάχαιρα ἐν Θεοπόμπου Καπήλισιν (I p 739. 25 Ko)</w:t>
      </w:r>
    </w:p>
    <w:p>
      <w:r>
        <w:rPr>
          <w:rFonts w:ascii="Courier New" w:hAnsi="Courier New"/>
          <w:color w:val="555555"/>
          <w:sz w:val="20"/>
        </w:rPr>
        <w:t>[5]</w:t>
      </w:r>
    </w:p>
    <w:p>
      <w:r>
        <w:rPr>
          <w:rFonts w:ascii="Gentium Plus" w:hAnsi="Gentium Plus"/>
          <w:sz w:val="24"/>
        </w:rPr>
        <w:t>ἔνιοι γὰρ οὕτως εἰρῆσθαι τὰ δόρατα φασίν. βέλους δ’ αἱ ἀκίδες ὄγκοι καὶ πώγωνες καλοῦνται. στεφάνη δὲ εἶδος ἂν εἴη περικεφα‐ λαίας, ὥσπερ καὶ κέρως. τὰ δὲ πολλὰ τούτων ἐν τοῖς περὶ τῶν στρατιωτικῶν, ἐν οἷς καὶ τὰ συνώνυμα τούτων καὶ τὰ μέρη τῶν ὅπλων ὑποδεδηλώκαμεν, ἤδη προείρηται.</w:t>
      </w:r>
    </w:p>
    <w:p>
      <w:r>
        <w:rPr>
          <w:rFonts w:ascii="Courier New" w:hAnsi="Courier New"/>
          <w:color w:val="555555"/>
          <w:sz w:val="20"/>
        </w:rPr>
        <w:t>[7 . 159]</w:t>
      </w:r>
    </w:p>
    <w:p>
      <w:r>
        <w:rPr>
          <w:rFonts w:ascii="Gentium Plus" w:hAnsi="Gentium Plus"/>
          <w:sz w:val="24"/>
        </w:rPr>
        <w:t>ἴωμεν δὴ πάλιν ἐπὶ τὰς εἰρηνικωτέρας τῶν τεχνῶν. ἐξωμιδο‐ ποιός ἐξωμιδοποιία ἐξωμίς χλαμυδουργία χλαμυδοποιία χλαμυ‐ δουργός. χλανιδοποιία χλανιδουργία χλανιδουργός, χλανίδες χλανίσκια, χλανιδοποιός κλινοποιική κλινοποιός κλινοποιικός,</w:t>
      </w:r>
    </w:p>
    <w:p>
      <w:r>
        <w:rPr>
          <w:rFonts w:ascii="Courier New" w:hAnsi="Courier New"/>
          <w:color w:val="555555"/>
          <w:sz w:val="20"/>
        </w:rPr>
        <w:t>[5]</w:t>
      </w:r>
    </w:p>
    <w:p>
      <w:r>
        <w:rPr>
          <w:rFonts w:ascii="Gentium Plus" w:hAnsi="Gentium Plus"/>
          <w:sz w:val="24"/>
        </w:rPr>
        <w:t>κλινοπήγιον, κλίνη κλινίδιον κλιντήριον, κλινήρης κλινοπετής, κατα‐ κλιθῆναι· κλίνην δὲ παράπυξον Κρατῖνος εἶπεν ἐν Διονυσαλεξάνδρῳ (I p 26. 47 Ko). καὶ κιβωτὸς καὶ κιβωτοποιός, ὡς Δείναρχος (p 340. 19 Tur), κιβωτός κιβώτιον, τάχα δ’ ἂν καὶ ῥίσκος, κίστη,</w:t>
      </w:r>
    </w:p>
    <w:p>
      <w:r>
        <w:rPr>
          <w:rFonts w:ascii="Courier New" w:hAnsi="Courier New"/>
          <w:color w:val="555555"/>
          <w:sz w:val="20"/>
        </w:rPr>
        <w:t>[7 . 160]</w:t>
      </w:r>
    </w:p>
    <w:p>
      <w:r>
        <w:rPr>
          <w:rFonts w:ascii="Gentium Plus" w:hAnsi="Gentium Plus"/>
          <w:sz w:val="24"/>
        </w:rPr>
        <w:t>κοίτη κοιτών κοιτίς. ὁ δ’ αὐτὸς Δείναρχος (ll) καὶ βυρσοποιὸν εἴρηκε καὶ κωθωνοποιόν. σοροποιός, σοροπηγός σοροπήγιον, σορός· καλοῖτο δ’ ἂν αὕτη καὶ πύελος καὶ κιβωτὸς καὶ ληνός. σχοινιοσυμ‐ βολεύς, σχοινιοστρόφος καὶ ἱμονιοστρόφος, σχοινίον, σχοῖνος ὁλό‐</w:t>
      </w:r>
    </w:p>
    <w:p>
      <w:r>
        <w:rPr>
          <w:rFonts w:ascii="Courier New" w:hAnsi="Courier New"/>
          <w:color w:val="555555"/>
          <w:sz w:val="20"/>
        </w:rPr>
        <w:t>[5]</w:t>
      </w:r>
    </w:p>
    <w:p>
      <w:r>
        <w:rPr>
          <w:rFonts w:ascii="Gentium Plus" w:hAnsi="Gentium Plus"/>
          <w:sz w:val="24"/>
        </w:rPr>
        <w:t>σχοινος, παρασχοίνισμα· τὸ δὲ σχοινίον καὶ κάλως καὶ καλῴδιον.</w:t>
      </w:r>
    </w:p>
    <w:p>
      <w:r>
        <w:rPr>
          <w:rFonts w:ascii="Courier New" w:hAnsi="Courier New"/>
          <w:color w:val="555555"/>
          <w:sz w:val="20"/>
        </w:rPr>
        <w:t>[7 . 161]</w:t>
      </w:r>
    </w:p>
    <w:p>
      <w:r>
        <w:rPr>
          <w:rFonts w:ascii="Gentium Plus" w:hAnsi="Gentium Plus"/>
          <w:sz w:val="24"/>
        </w:rPr>
        <w:t>κοσκινοποιός, κόσκινον, ἱστιορράφος, ἱστίον, πλησίστιος. κεραμεύς, κεράμιον, κεραμεία ἡ τέχνη καὶ κεραμευτική, κέραμος. καὶ κεραμίδες, οὐ μόνον κέραμος, αἱ ἐπὶ τοῦ τέγους· Θουκυδίδης (III 6) δὲ ἄμφω λέγει. κεραμεύειν. κεράμιον οἰνηρὸν Ἡρόδοτος (III 6) καὶ Κρατῖνος</w:t>
      </w:r>
    </w:p>
    <w:p>
      <w:r>
        <w:rPr>
          <w:rFonts w:ascii="Courier New" w:hAnsi="Courier New"/>
          <w:color w:val="555555"/>
          <w:sz w:val="20"/>
        </w:rPr>
        <w:t>[5]</w:t>
      </w:r>
    </w:p>
    <w:p>
      <w:r>
        <w:rPr>
          <w:rFonts w:ascii="Gentium Plus" w:hAnsi="Gentium Plus"/>
          <w:sz w:val="24"/>
        </w:rPr>
        <w:t>(I p 130. 461 Ko), Ἀριστοφάνης (fg 723) δὲ καὶ ὀξηρόν. κεραμο‐ πῶλαι, κεραμοπωλεῖον, κεραμοπωλία ὡς Δείναρχος (p 340. 18 Tur)· καὶ τὸ ῥῆμα κεραμοπωλεῖν Ἄλεξις (II p 405. 320 Ko). καὶ κεραμὶς γῆ ἡ κεραμῖτις καὶ κεραμική. κέραμος δὲ πᾶσα ἡ τῶν κεραμεικῶν</w:t>
      </w:r>
    </w:p>
    <w:p>
      <w:r>
        <w:rPr>
          <w:rFonts w:ascii="Courier New" w:hAnsi="Courier New"/>
          <w:color w:val="555555"/>
          <w:sz w:val="20"/>
        </w:rPr>
        <w:t>[7 . 162]</w:t>
      </w:r>
    </w:p>
    <w:p>
      <w:r>
        <w:rPr>
          <w:rFonts w:ascii="Gentium Plus" w:hAnsi="Gentium Plus"/>
          <w:sz w:val="24"/>
        </w:rPr>
        <w:t>ἀγγείων ὕλη. καὶ αὐτὸ δὲ τὸ τέγος οὐ μόνον οἱ νῦν κέραμον ὀνο‐ μάζουσιν, ἀλλὰ καὶ Ἀριστοφάνης ἂν ἐοίκοι καλεῖν, εἰπὼν ἐν Κω‐ κάλῳ (fg 349) κοφίνους δὲ λίθων ἐκέλευες</w:t>
      </w:r>
    </w:p>
    <w:p>
      <w:r>
        <w:rPr>
          <w:rFonts w:ascii="Courier New" w:hAnsi="Courier New"/>
          <w:color w:val="555555"/>
          <w:sz w:val="20"/>
        </w:rPr>
        <w:t>[5]</w:t>
      </w:r>
    </w:p>
    <w:p>
      <w:r>
        <w:rPr>
          <w:rFonts w:ascii="Gentium Plus" w:hAnsi="Gentium Plus"/>
          <w:sz w:val="24"/>
        </w:rPr>
        <w:t>ἡμᾶς ἐπὶ τὸν κέραμον. ἀγγεῖα κεράμεα καὶ γήινα, καὶ τὰ εἴδη κεράμια, πίθοι πιθάκναι, ἀμφορεῖς, βίκοι, κώθωνες, σταμνία στάμνοι σταμνίσκοι, ὅθεν εἴρηται ἐν τῇ μέσῃ κωμῳδίᾳ (II p 223. 11 Nicostrat) κατασταμνίζειν τὸν οἶνον τὸ κατερᾶν. λεπρᾶν δὲ κεράμιον ὀξηρόν, ἀντὶ τοῦ μυδᾶν,</w:t>
      </w:r>
    </w:p>
    <w:p>
      <w:r>
        <w:rPr>
          <w:rFonts w:ascii="Courier New" w:hAnsi="Courier New"/>
          <w:color w:val="555555"/>
          <w:sz w:val="20"/>
        </w:rPr>
        <w:t>[10]</w:t>
      </w:r>
    </w:p>
    <w:p>
      <w:r>
        <w:rPr>
          <w:rFonts w:ascii="Gentium Plus" w:hAnsi="Gentium Plus"/>
          <w:sz w:val="24"/>
        </w:rPr>
        <w:t>Ἀριστοφάνης (fg 723) λέγει. πίνακες κεράμεοι, τρύβλια, χύτραι·</w:t>
      </w:r>
    </w:p>
    <w:p>
      <w:r>
        <w:rPr>
          <w:rFonts w:ascii="Courier New" w:hAnsi="Courier New"/>
          <w:color w:val="555555"/>
          <w:sz w:val="20"/>
        </w:rPr>
        <w:t>[7 . 163]</w:t>
      </w:r>
    </w:p>
    <w:p>
      <w:r>
        <w:rPr>
          <w:rFonts w:ascii="Gentium Plus" w:hAnsi="Gentium Plus"/>
          <w:sz w:val="24"/>
        </w:rPr>
        <w:t>χύτρας δὲ καὶ τὰ χυτροπωλεῖα ἐκάλουν, ὡς χύτρια τὰ τῶν χυτρῶν ὄστρακα. πλίνθοι, πλινθουργός, πλινθουλκός πλινθουλκεῖν, πλιν‐ θεύειν, πλινθοφορεῖν· πλινθευταὶ δ’ ἦσαν οἱ τὰς πλίνθους πλάτ‐ τοντες. χυτροπλάθος, κοροπλάθος· τῶν δὲ κοροπλάθων ἴδιον τὸ</w:t>
      </w:r>
    </w:p>
    <w:p>
      <w:r>
        <w:rPr>
          <w:rFonts w:ascii="Courier New" w:hAnsi="Courier New"/>
          <w:color w:val="555555"/>
          <w:sz w:val="20"/>
        </w:rPr>
        <w:t>[5]</w:t>
      </w:r>
    </w:p>
    <w:p>
      <w:r>
        <w:rPr>
          <w:rFonts w:ascii="Gentium Plus" w:hAnsi="Gentium Plus"/>
          <w:sz w:val="24"/>
        </w:rPr>
        <w:t>τὰ χολοβάφινα βάπτειν, τὰ χρυσοειδῆ. ἰπνοπλάθοι. παροιμία ἐν πίθῳ τὴν κεραμείαν μανθάνειν. ἀπὸ δὲ τῶν πίθων ὁ πιθών, Φερε‐ κράτους εἰπόντος ἐν Πετάλῃ (I 185. 138 Ko) ‘κἀκ πιθῶνος εἴρυσεν</w:t>
      </w:r>
    </w:p>
    <w:p>
      <w:r>
        <w:rPr>
          <w:rFonts w:ascii="Courier New" w:hAnsi="Courier New"/>
          <w:color w:val="555555"/>
          <w:sz w:val="20"/>
        </w:rPr>
        <w:t>[7 . 164]</w:t>
      </w:r>
    </w:p>
    <w:p>
      <w:r>
        <w:rPr>
          <w:rFonts w:ascii="Gentium Plus" w:hAnsi="Gentium Plus"/>
          <w:sz w:val="24"/>
        </w:rPr>
        <w:t>ἄκρατον.‘ καὶ μέντοι καὶ Εὔπολις ἐν τοῖς Δήμοις (I 287. 111 Ko) ἔφη ἐνταῦθα τοίνυν ἦν ἐκείνοισιν πιθών. πυριρραγὴς δὲ Κρατίνου εἰπόντος ἐν Ὥραις (I 89. 253 Ko) ἐφαρ‐ μοστέον τοὔνομα τῇ κεραμευτικῇ, ἐπεὶ καὶ Ἀριστοφάνης ἐν τοῖς</w:t>
      </w:r>
    </w:p>
    <w:p>
      <w:r>
        <w:rPr>
          <w:rFonts w:ascii="Courier New" w:hAnsi="Courier New"/>
          <w:color w:val="555555"/>
          <w:sz w:val="20"/>
        </w:rPr>
        <w:t>[5]</w:t>
      </w:r>
    </w:p>
    <w:p>
      <w:r>
        <w:rPr>
          <w:rFonts w:ascii="Gentium Plus" w:hAnsi="Gentium Plus"/>
          <w:sz w:val="24"/>
        </w:rPr>
        <w:t>Ἀχαρνεῦσιν (934) εἴρηκε ψοφεῖ λάλον τι καὶ πυριρραγές. περὶ ὃ δὲ οἱ τοὺς πηλίνους πλάττοντες τὸν πηλὸν περιθέντες πλάτ‐ τουσι, τοῦτο τὸ ξυλήφιον κάναβος καλεῖται, ἀναχύρωτον δὲ τὸν πηλὸν Ἀριστοφάνης ἐν Ἀναγύρῳ (fg 56) λέγει. πλάσται, πλάττειν</w:t>
      </w:r>
    </w:p>
    <w:p>
      <w:r>
        <w:rPr>
          <w:rFonts w:ascii="Courier New" w:hAnsi="Courier New"/>
          <w:color w:val="555555"/>
          <w:sz w:val="20"/>
        </w:rPr>
        <w:t>[7 . 165]</w:t>
      </w:r>
    </w:p>
    <w:p>
      <w:r>
        <w:rPr>
          <w:rFonts w:ascii="Gentium Plus" w:hAnsi="Gentium Plus"/>
          <w:sz w:val="24"/>
        </w:rPr>
        <w:t>διαπλάττειν, πλαστική. καὶ κηροπλάσται κηροπλαστική, κηρὸν τήκειν, ἀλεαίνειν, χεῖν, λύειν, ἀνιέναι, ὀργάζειν, μαλάττειν. λέγεται δὲ καὶ πηλὸν ὀργάζειν. κουρεύς, κουρίς, κείρειν ἀποκείρειν, ἀπονυχίζειν. κεροπλάστης.</w:t>
      </w:r>
    </w:p>
    <w:p>
      <w:r>
        <w:rPr>
          <w:rFonts w:ascii="Courier New" w:hAnsi="Courier New"/>
          <w:color w:val="555555"/>
          <w:sz w:val="20"/>
        </w:rPr>
        <w:t>[5]</w:t>
      </w:r>
    </w:p>
    <w:p>
      <w:r>
        <w:rPr>
          <w:rFonts w:ascii="Gentium Plus" w:hAnsi="Gentium Plus"/>
          <w:sz w:val="24"/>
        </w:rPr>
        <w:t>κομμωτής κομμώτρια, κομμωτική, κομμοῦν καὶ πέπτειν, ὅθεν καὶ</w:t>
      </w:r>
    </w:p>
    <w:p>
      <w:r>
        <w:rPr>
          <w:rFonts w:ascii="Courier New" w:hAnsi="Courier New"/>
          <w:color w:val="555555"/>
          <w:sz w:val="20"/>
        </w:rPr>
        <w:t>[10]</w:t>
      </w:r>
    </w:p>
    <w:p>
      <w:r>
        <w:rPr>
          <w:rFonts w:ascii="Gentium Plus" w:hAnsi="Gentium Plus"/>
          <w:sz w:val="24"/>
        </w:rPr>
        <w:t>πιττοκοπεῖσθαι, παρατίλτρια, παρατίλλεσθαι παραλέγεσθαι.</w:t>
      </w:r>
    </w:p>
    <w:p>
      <w:r>
        <w:rPr>
          <w:rFonts w:ascii="Courier New" w:hAnsi="Courier New"/>
          <w:color w:val="555555"/>
          <w:sz w:val="20"/>
        </w:rPr>
        <w:t>[7 . 166]</w:t>
      </w:r>
    </w:p>
    <w:p>
      <w:r>
        <w:rPr>
          <w:rFonts w:ascii="Gentium Plus" w:hAnsi="Gentium Plus"/>
          <w:sz w:val="24"/>
        </w:rPr>
        <w:t>βαλανεύς βαλανεύτρια βαλανεῖα βαλανευτική βαλανεύειν βα‐ λανεῖον. μέρος δὲ βαλανείου ἐσχάρα καὶ ἀλειπτήριον· φησὶ γοῦν Ἄλεξις ἐν Καυνίοις (II p 332. 101 Ko) ἐν τῷ βαλανείῳ μήτε πῦρ ταῖς ἐσχάραις</w:t>
      </w:r>
    </w:p>
    <w:p>
      <w:r>
        <w:rPr>
          <w:rFonts w:ascii="Courier New" w:hAnsi="Courier New"/>
          <w:color w:val="555555"/>
          <w:sz w:val="20"/>
        </w:rPr>
        <w:t>[5]</w:t>
      </w:r>
    </w:p>
    <w:p>
      <w:r>
        <w:rPr>
          <w:rFonts w:ascii="Gentium Plus" w:hAnsi="Gentium Plus"/>
          <w:sz w:val="24"/>
        </w:rPr>
        <w:t>ἐνὸν καὶ κεκλεισμένον τε τἀλειπτήριον. καὶ τὰ τῶν βαλανείων ἀγγεῖα ἀρύβαλλος ἀρύταινα· ἄμφω δ’ Ἀρι‐ στοφάνης (Eq 1094, 1087) λέγει. ὁ δ’ αὐτὸς (fg 720) καὶ κάμινον βαλανείου φησίν. εἰκότως δ’ ἂν βαλανείῳ προσάγοιτο καὶ τὸ ἐν ταῖς Λημνίαις ὑπ’ αὐτοῦ εἰρημένον (fg 360)</w:t>
      </w:r>
    </w:p>
    <w:p>
      <w:r>
        <w:rPr>
          <w:rFonts w:ascii="Courier New" w:hAnsi="Courier New"/>
          <w:color w:val="555555"/>
          <w:sz w:val="20"/>
        </w:rPr>
        <w:t>[10]</w:t>
      </w:r>
    </w:p>
    <w:p>
      <w:r>
        <w:rPr>
          <w:rFonts w:ascii="Gentium Plus" w:hAnsi="Gentium Plus"/>
          <w:sz w:val="24"/>
        </w:rPr>
        <w:t>ἀλλ’ ἀρτίως κατέλιπον αὐτὴν σμωμένην ἐν τῇ πυέλῳ.</w:t>
      </w:r>
    </w:p>
    <w:p>
      <w:r>
        <w:rPr>
          <w:rFonts w:ascii="Courier New" w:hAnsi="Courier New"/>
          <w:color w:val="555555"/>
          <w:sz w:val="20"/>
        </w:rPr>
        <w:t>[7 . 167]</w:t>
      </w:r>
    </w:p>
    <w:p>
      <w:r>
        <w:rPr>
          <w:rFonts w:ascii="Gentium Plus" w:hAnsi="Gentium Plus"/>
          <w:sz w:val="24"/>
        </w:rPr>
        <w:t>τάχα δ’ ἂν καὶ τὸ κτενίζεσθαι ἐν τῷ λουτρῷ. προσήκοι δ’ ἂν βαλανείῳ λουτρὸν καὶ λοῦσθαι, καὶ λουτρῶνες ὡς Ξενοφῶν (RAthen II 10). καὶ τὸ ὕδωρ τοῦ λουτροῦ λούτριον, ὡς Ἀριστο‐ φάνης ἐν Ἥρωσιν (fg 306)</w:t>
      </w:r>
    </w:p>
    <w:p>
      <w:r>
        <w:rPr>
          <w:rFonts w:ascii="Courier New" w:hAnsi="Courier New"/>
          <w:color w:val="555555"/>
          <w:sz w:val="20"/>
        </w:rPr>
        <w:t>[5]</w:t>
      </w:r>
    </w:p>
    <w:p>
      <w:r>
        <w:rPr>
          <w:rFonts w:ascii="Gentium Plus" w:hAnsi="Gentium Plus"/>
          <w:sz w:val="24"/>
        </w:rPr>
        <w:t>μήτ’ ἀπόνιπτρον θύραζ’ ἐκχεῖτε μὴ δὲ λούτριον. ἡ δὲ νέα κωμῳδία καὶ λουτῆρας λέγει. Αἰσχύλος δ’ ἂν ἐοίκοι τὰ βαλανεῖα λουτήρια λέγειν (fg 366)· λοῦταί γε μὲν δὴ λουτρὸν οὐ τὸ δεύτερον, ἀλλ’ ἐκ μεγίστων εὐμαρῶς λουτηρίων.</w:t>
      </w:r>
    </w:p>
    <w:p>
      <w:r>
        <w:rPr>
          <w:rFonts w:ascii="Courier New" w:hAnsi="Courier New"/>
          <w:color w:val="555555"/>
          <w:sz w:val="20"/>
        </w:rPr>
        <w:t>[10]</w:t>
      </w:r>
    </w:p>
    <w:p>
      <w:r>
        <w:rPr>
          <w:rFonts w:ascii="Gentium Plus" w:hAnsi="Gentium Plus"/>
          <w:sz w:val="24"/>
        </w:rPr>
        <w:t>Ἀναξίλας δὲ οὕτως ὀνομάζει τοὺς νῦν λουτῆρας, ἐν Λουτροποιῷ λέγων (II p 268. 17 Ko)</w:t>
      </w:r>
    </w:p>
    <w:p>
      <w:r>
        <w:rPr>
          <w:rFonts w:ascii="Courier New" w:hAnsi="Courier New"/>
          <w:color w:val="555555"/>
          <w:sz w:val="20"/>
        </w:rPr>
        <w:t>[7 . 168]</w:t>
      </w:r>
    </w:p>
    <w:p>
      <w:r>
        <w:rPr>
          <w:rFonts w:ascii="Gentium Plus" w:hAnsi="Gentium Plus"/>
          <w:sz w:val="24"/>
        </w:rPr>
        <w:t>τῶν δὲ ἔτι νεωτέρων τις Εὔπολις καὶ τὴν πύελον τὴν ἐν τῷ βα‐ λανείῳ μάκτραν ὠνόμασεν, ὡς οἱ νῦν· λέγει γοῦν ἐν Διαιτῶντι (I p 293. 136 Ko) εἰς βαλανεῖον</w:t>
      </w:r>
    </w:p>
    <w:p>
      <w:r>
        <w:rPr>
          <w:rFonts w:ascii="Courier New" w:hAnsi="Courier New"/>
          <w:color w:val="555555"/>
          <w:sz w:val="20"/>
        </w:rPr>
        <w:t>[5]</w:t>
      </w:r>
    </w:p>
    <w:p>
      <w:r>
        <w:rPr>
          <w:rFonts w:ascii="Gentium Plus" w:hAnsi="Gentium Plus"/>
          <w:sz w:val="24"/>
        </w:rPr>
        <w:t>εἰσελθὼν μὴ ζηλοτυπήσῃς τὸν συνεμβαίνοντά σοι εἰς τὴν μάκτραν. τῷ δὲ λοῦσθαι καὶ τὸ ψυχρολουτεῖν ἂν προσήκοι, εἰρημένου τοῦ ‘ἐψυχρολουτήσαμεν‘ ἐν Δαιταλεῦσιν (fg 237) Ἀριστοφάνους. καὶ παραλοῦται δ’ ὁ αὐτὸς ἐν Ταγηνισταῖς (fg 524). ἀλουσίαν δὲ</w:t>
      </w:r>
    </w:p>
    <w:p>
      <w:r>
        <w:rPr>
          <w:rFonts w:ascii="Courier New" w:hAnsi="Courier New"/>
          <w:color w:val="555555"/>
          <w:sz w:val="20"/>
        </w:rPr>
        <w:t>[10]</w:t>
      </w:r>
    </w:p>
    <w:p>
      <w:r>
        <w:rPr>
          <w:rFonts w:ascii="Gentium Plus" w:hAnsi="Gentium Plus"/>
          <w:sz w:val="24"/>
        </w:rPr>
        <w:t>Εὔπολις ἐν Ταξιάρχοις (I p 326. 251 Ko)· ἀντὶ ποικίλου πιναρὸν ἔχοντ’ ἀλουσίᾳ κάρα τε καὶ τρίβωνα. βαλανείῳ δ’ ἂν καὶ ἡ πυρία ἕποιτο· εἴρηκε δ’ Ἡρόδοτος (IV 75)</w:t>
      </w:r>
    </w:p>
    <w:p>
      <w:r>
        <w:rPr>
          <w:rFonts w:ascii="Courier New" w:hAnsi="Courier New"/>
          <w:color w:val="555555"/>
          <w:sz w:val="20"/>
        </w:rPr>
        <w:t>[15]</w:t>
      </w:r>
    </w:p>
    <w:p>
      <w:r>
        <w:rPr>
          <w:rFonts w:ascii="Gentium Plus" w:hAnsi="Gentium Plus"/>
          <w:sz w:val="24"/>
        </w:rPr>
        <w:t>‘πυρία Ἑλληνική,‘ Φίλιστος (FHG I p 192. 63) δὲ ‘λουτρὰ καὶ πυ‐ ριάματα.‘</w:t>
      </w:r>
    </w:p>
    <w:p>
      <w:r>
        <w:rPr>
          <w:rFonts w:ascii="Courier New" w:hAnsi="Courier New"/>
          <w:color w:val="555555"/>
          <w:sz w:val="20"/>
        </w:rPr>
        <w:t>[7 . 169]</w:t>
      </w:r>
    </w:p>
    <w:p>
      <w:r>
        <w:rPr>
          <w:rFonts w:ascii="Gentium Plus" w:hAnsi="Gentium Plus"/>
          <w:sz w:val="24"/>
        </w:rPr>
        <w:t>βαφή, χρῶσις κατάχρωσις, βάπτων καταβάπτων, χρωννύς καταχρωννύς, καλχαίνων· ἴδιον γὰρ ἐπὶ τῶν χρωννύντων τοὔ‐ νομα. Εὔπολις (I p 361. 401) δὲ καὶ βάπτριαν εἴρηκεν, καὶ Ἀντι‐ φῶν (fg 158 Bl?) βάψιν χαλκοῦ καὶ σιδήρου. λέγεται δὲ καὶ φαρ‐</w:t>
      </w:r>
    </w:p>
    <w:p>
      <w:r>
        <w:rPr>
          <w:rFonts w:ascii="Courier New" w:hAnsi="Courier New"/>
          <w:color w:val="555555"/>
          <w:sz w:val="20"/>
        </w:rPr>
        <w:t>[5]</w:t>
      </w:r>
    </w:p>
    <w:p>
      <w:r>
        <w:rPr>
          <w:rFonts w:ascii="Gentium Plus" w:hAnsi="Gentium Plus"/>
          <w:sz w:val="24"/>
        </w:rPr>
        <w:t>μάττειν τὰ ἔρια, καὶ μηλοῦν, καὶ καταμηλοῦν τὸ τῷ κυκήθρῳ κατα‐ δύειν. καὶ τὰ χρώματα καὶ βάμματα καὶ ἄνθη καὶ φάρμακα, καὶ τὸ ἐργαστήριον ἵνα τοῦτο γίνεται φαρμακών, ὁ δὲ καταβάπτων πορφυ‐</w:t>
      </w:r>
    </w:p>
    <w:p>
      <w:r>
        <w:rPr>
          <w:rFonts w:ascii="Courier New" w:hAnsi="Courier New"/>
          <w:color w:val="555555"/>
          <w:sz w:val="20"/>
        </w:rPr>
        <w:t>[7 . 170]</w:t>
      </w:r>
    </w:p>
    <w:p>
      <w:r>
        <w:rPr>
          <w:rFonts w:ascii="Gentium Plus" w:hAnsi="Gentium Plus"/>
          <w:sz w:val="24"/>
        </w:rPr>
        <w:t>ροβάφος. εἴποις δ’ ἂν καὶ δολοῦν τὰ ἔρια. Ἀντιφάνης δὲ ἐν Βυ‐ ζαντίῳ (II p 39. 69 Ko) κατὰ τὴν νῦν χρῆσιν εἴρηκε ‘πορφύρας ὀκτὼ κύκλοι.‘ προείρηται δὲ περὶ δευσοποιοῦ βαφῆς. τραπεζίτης τραπεζιτεύω, τράπεζα. ἀργυραμοιβός ἀργυραμοι‐</w:t>
      </w:r>
    </w:p>
    <w:p>
      <w:r>
        <w:rPr>
          <w:rFonts w:ascii="Courier New" w:hAnsi="Courier New"/>
          <w:color w:val="555555"/>
          <w:sz w:val="20"/>
        </w:rPr>
        <w:t>[5]</w:t>
      </w:r>
    </w:p>
    <w:p>
      <w:r>
        <w:rPr>
          <w:rFonts w:ascii="Gentium Plus" w:hAnsi="Gentium Plus"/>
          <w:sz w:val="24"/>
        </w:rPr>
        <w:t>βική, ἀργυρογνώμων, δοκιμαστής, κολλυβιστής, ὡς Λυσίας ἐν τῷ περὶ χρυσοῦ τρίποδος (fg 148 Th). καὶ ὁ νῦν κόλλυβος ἀλλαγή, καὶ τὸ καταλλάττειν τὸ νόμισμα, καὶ τὰ κέρματα δὲ καὶ τὸ κερματίζειν τὸ νόμισμα εἴρηται· Ἀριστοφάνης (fg 208) μὲν</w:t>
      </w:r>
    </w:p>
    <w:p>
      <w:r>
        <w:rPr>
          <w:rFonts w:ascii="Courier New" w:hAnsi="Courier New"/>
          <w:color w:val="555555"/>
          <w:sz w:val="20"/>
        </w:rPr>
        <w:t>[10]</w:t>
      </w:r>
    </w:p>
    <w:p>
      <w:r>
        <w:rPr>
          <w:rFonts w:ascii="Gentium Plus" w:hAnsi="Gentium Plus"/>
          <w:sz w:val="24"/>
        </w:rPr>
        <w:t>κέρματα δὲ πολλῶν πληθυντικῶς εἰρηκότων, κέρμα ἑνικῶς Ἄμφις εἴρηκεν ἐν Ἀμπελουργῷ (II p 237. 5 Ko) καὶ Ἀντιφάνης ἐν Κύ‐ κλωπι (II p 65. 131 Ko). νομισματοπώλης καὶ νομισματοπωλικὴ κατὰ Πλάτωνα (Soph 223 D).</w:t>
      </w:r>
    </w:p>
    <w:p>
      <w:r>
        <w:rPr>
          <w:rFonts w:ascii="Courier New" w:hAnsi="Courier New"/>
          <w:color w:val="555555"/>
          <w:sz w:val="20"/>
        </w:rPr>
        <w:t>[7 . 171]</w:t>
      </w:r>
    </w:p>
    <w:p>
      <w:r>
        <w:rPr>
          <w:rFonts w:ascii="Gentium Plus" w:hAnsi="Gentium Plus"/>
          <w:sz w:val="24"/>
        </w:rPr>
        <w:t>πιλοποιός πιλοποιικός, πιλοποιία πιλευτική, πιλητικός πῖλος πίλινος, πίλημα. ‘πιλητὰ ἔσεσθαι κτήματα σώμασιν‘ ἐν Τιμαίῳ Πλάτων (74 B). πιλῆσαι συμπιλῆσαι, συμπίλησις, πιλίον πιλίδιον. οὐ μόνον δὲ ὁ ἐπὶ τῆς κεφαλῆς ἐπιτιθέμενος πῖλος ἐκαλεῖτο,</w:t>
      </w:r>
    </w:p>
    <w:p>
      <w:r>
        <w:rPr>
          <w:rFonts w:ascii="Courier New" w:hAnsi="Courier New"/>
          <w:color w:val="555555"/>
          <w:sz w:val="20"/>
        </w:rPr>
        <w:t>[5]</w:t>
      </w:r>
    </w:p>
    <w:p>
      <w:r>
        <w:rPr>
          <w:rFonts w:ascii="Gentium Plus" w:hAnsi="Gentium Plus"/>
          <w:sz w:val="24"/>
        </w:rPr>
        <w:t>ἀλλὰ καὶ ὁ περὶ τοῖς ποσίν, ὡς δηλοῖ Κρατῖνος ἐν Μαλθακοῖς λέγων (I p 45. 100 Ko) λευκοὺς ὑπὸ ποσὶν ἔχων πίλους.</w:t>
      </w:r>
    </w:p>
    <w:p>
      <w:r>
        <w:rPr>
          <w:rFonts w:ascii="Courier New" w:hAnsi="Courier New"/>
          <w:color w:val="555555"/>
          <w:sz w:val="20"/>
        </w:rPr>
        <w:t>[7 . 172]</w:t>
      </w:r>
    </w:p>
    <w:p>
      <w:r>
        <w:rPr>
          <w:rFonts w:ascii="Gentium Plus" w:hAnsi="Gentium Plus"/>
          <w:sz w:val="24"/>
        </w:rPr>
        <w:t>ὁ δὲ Πλάτων ἐν Συμποσίῳ (220 B) καὶ ἀρνακίδας τοῖς πίλοις προσ‐ τίθησιν· ‘ἐνειλιγμένων τοὺς πόδας εἰς πίλους τε καὶ ἀρνακίδας.‘ πλοκεύς, πλέκων συμπλέκων, πλεκτική πλεκτικός πλεκτικῶς, πλέγμα, πλοκή συμπλοκή περιπλοκή. περιπλέκει διαπλέκει ἀντι‐</w:t>
      </w:r>
    </w:p>
    <w:p>
      <w:r>
        <w:rPr>
          <w:rFonts w:ascii="Courier New" w:hAnsi="Courier New"/>
          <w:color w:val="555555"/>
          <w:sz w:val="20"/>
        </w:rPr>
        <w:t>[5]</w:t>
      </w:r>
    </w:p>
    <w:p>
      <w:r>
        <w:rPr>
          <w:rFonts w:ascii="Gentium Plus" w:hAnsi="Gentium Plus"/>
          <w:sz w:val="24"/>
        </w:rPr>
        <w:t>διαπλέκει. πλόκιον, πλόκανον, περιπεπλεγμένον. χήλινον δὲ ἄγγος, ἔχον πυθμένας †ἀγγεοσελίνων, ὅταν εἴπῃ Ἀνακρέων (37 B),</w:t>
      </w:r>
    </w:p>
    <w:p>
      <w:r>
        <w:rPr>
          <w:rFonts w:ascii="Courier New" w:hAnsi="Courier New"/>
          <w:color w:val="555555"/>
          <w:sz w:val="20"/>
        </w:rPr>
        <w:t>[7 . 173]</w:t>
      </w:r>
    </w:p>
    <w:p>
      <w:r>
        <w:rPr>
          <w:rFonts w:ascii="Gentium Plus" w:hAnsi="Gentium Plus"/>
          <w:sz w:val="24"/>
        </w:rPr>
        <w:t>τὸ ἐκ σχοινίων πλέγμα δηλοῖ. καὶ ῥῖπας δὲ πλέκειν ἔστιν εἰπεῖν· ἕτερον γὰρ ἡ ῥιπίς. ἀλλὰ καὶ σπυρίδας πλέκειν καὶ φορμίδας καὶ φορμίσκια καὶ φορμίσκους καὶ ταλάρους καὶ καλαθίσκους καὶ ταρ‐ σούς, ἔστι δὲ καλάμινον πλέγμα, ἐφ’ οὗ τοὺς ὑγροὺς ἐξήραινον</w:t>
      </w:r>
    </w:p>
    <w:p>
      <w:r>
        <w:rPr>
          <w:rFonts w:ascii="Courier New" w:hAnsi="Courier New"/>
          <w:color w:val="555555"/>
          <w:sz w:val="20"/>
        </w:rPr>
        <w:t>[5]</w:t>
      </w:r>
    </w:p>
    <w:p>
      <w:r>
        <w:rPr>
          <w:rFonts w:ascii="Gentium Plus" w:hAnsi="Gentium Plus"/>
          <w:sz w:val="24"/>
        </w:rPr>
        <w:t>τυρούς. τὸ δ’ ἐπὶ τῇ ψύξει τῶν σύκων πλέγμα τρασιά. εἴποις δ’</w:t>
      </w:r>
    </w:p>
    <w:p>
      <w:r>
        <w:rPr>
          <w:rFonts w:ascii="Courier New" w:hAnsi="Courier New"/>
          <w:color w:val="555555"/>
          <w:sz w:val="20"/>
        </w:rPr>
        <w:t>[7 . 174]</w:t>
      </w:r>
    </w:p>
    <w:p>
      <w:r>
        <w:rPr>
          <w:rFonts w:ascii="Gentium Plus" w:hAnsi="Gentium Plus"/>
          <w:sz w:val="24"/>
        </w:rPr>
        <w:t>ἂν πλέκειν κοφίνους, σωράκους, ἀρρίχους, φερνία, λάρκους, φορμούς, σπυρίδας σπυρίδια σπυρίχνια, ταρπούς τάρπας, συρίσκους. θολία δ’ ἐκαλεῖτο πλέγμα τι θολοειδές, ᾧ ἀντὶ σκιαδίου ἐχρῶντο αἱ γυναῖκες. καὶ τὸ σκιάδιον δ’ ἐστὶν ἐν χρήσει, καὶ σκιαδοφόροι</w:t>
      </w:r>
    </w:p>
    <w:p>
      <w:r>
        <w:rPr>
          <w:rFonts w:ascii="Courier New" w:hAnsi="Courier New"/>
          <w:color w:val="555555"/>
          <w:sz w:val="20"/>
        </w:rPr>
        <w:t>[5]</w:t>
      </w:r>
    </w:p>
    <w:p>
      <w:r>
        <w:rPr>
          <w:rFonts w:ascii="Gentium Plus" w:hAnsi="Gentium Plus"/>
          <w:sz w:val="24"/>
        </w:rPr>
        <w:t>καὶ ἐσκιαδοφόρει, καὶ σκιάς, ὑφ’ ᾗ ὁ Διόνυσος κάθηται, καὶ σκίρα</w:t>
      </w:r>
    </w:p>
    <w:p>
      <w:r>
        <w:rPr>
          <w:rFonts w:ascii="Courier New" w:hAnsi="Courier New"/>
          <w:color w:val="555555"/>
          <w:sz w:val="20"/>
        </w:rPr>
        <w:t>[7 . 175]</w:t>
      </w:r>
    </w:p>
    <w:p>
      <w:r>
        <w:rPr>
          <w:rFonts w:ascii="Gentium Plus" w:hAnsi="Gentium Plus"/>
          <w:sz w:val="24"/>
        </w:rPr>
        <w:t>ἑορτή. πλόκαμος πλοκαμίς, πλεκτάνη. καὶ πυτίνας πλέκειν καὶ ταλά‐</w:t>
      </w:r>
    </w:p>
    <w:p>
      <w:r>
        <w:rPr>
          <w:rFonts w:ascii="Courier New" w:hAnsi="Courier New"/>
          <w:color w:val="555555"/>
          <w:sz w:val="20"/>
        </w:rPr>
        <w:t>[5]</w:t>
      </w:r>
    </w:p>
    <w:p>
      <w:r>
        <w:rPr>
          <w:rFonts w:ascii="Gentium Plus" w:hAnsi="Gentium Plus"/>
          <w:sz w:val="24"/>
        </w:rPr>
        <w:t>φόριον (fg 852) ἀλλὰ καὶ ἀναφόρον εὕροις ἂν ἐν Βατράχοις Ἀριστο‐ φάνους (8) εἰρημένον καὶ φορμὸν δὲ σχοίνινον Ἀριστοφάνης (Pl 542</w:t>
      </w:r>
    </w:p>
    <w:p>
      <w:r>
        <w:rPr>
          <w:rFonts w:ascii="Courier New" w:hAnsi="Courier New"/>
          <w:color w:val="555555"/>
          <w:sz w:val="20"/>
        </w:rPr>
        <w:t>[7 . 176]</w:t>
      </w:r>
    </w:p>
    <w:p>
      <w:r>
        <w:rPr>
          <w:rFonts w:ascii="Gentium Plus" w:hAnsi="Gentium Plus"/>
          <w:sz w:val="24"/>
        </w:rPr>
        <w:t>et fg 227) λέγει. οἰσυοπλόκος δὲ ὁ τὰς οἰσύας πλέκων· οἰσύαι δὲ αἱ λύγοι, καὶ οἰσύινα σκεύη καὶ οἰσύιναι ἀσπίδες. τὸν δὲ οἰσυοπλόκον οἰσυουργὸν καλεῖ Εὔπολις (I p 355. 433). κάνναι δὲ τὸ ἐκ καννάβων πλέγμα· ῥῖπές τινές εἰσιν ἐν Ἀριστοφάνους Σφηξίν (394)</w:t>
      </w:r>
    </w:p>
    <w:p>
      <w:r>
        <w:rPr>
          <w:rFonts w:ascii="Courier New" w:hAnsi="Courier New"/>
          <w:color w:val="555555"/>
          <w:sz w:val="20"/>
        </w:rPr>
        <w:t>[5]</w:t>
      </w:r>
    </w:p>
    <w:p>
      <w:r>
        <w:rPr>
          <w:rFonts w:ascii="Gentium Plus" w:hAnsi="Gentium Plus"/>
          <w:sz w:val="24"/>
        </w:rPr>
        <w:t>οὐ μή ποτέ σου περὶ τὰς κάννας οὐρήσω. καὶ τὸ κανοῦν δὲ πλέγμα τι, καὶ τὸ κανίσκιον· ἐν γὰρ τῷ Γηρυτάδῃ φησὶν Ἀριστοφάνης (fg 160) ‘πλεκτῷ κανισκίῳ.‘ καὶ γυργάθους δὲ πλέκειν ἔλεγον· ὁ δὲ γύργαθος ὠνόμασται ἐν τοῖς Ἀριστοφάνους Δαιταλεῦσιν (fg 217).</w:t>
      </w:r>
    </w:p>
    <w:p>
      <w:r>
        <w:rPr>
          <w:rFonts w:ascii="Courier New" w:hAnsi="Courier New"/>
          <w:color w:val="555555"/>
          <w:sz w:val="20"/>
        </w:rPr>
        <w:t>[7 . 177]</w:t>
      </w:r>
    </w:p>
    <w:p>
      <w:r>
        <w:rPr>
          <w:rFonts w:ascii="Gentium Plus" w:hAnsi="Gentium Plus"/>
          <w:sz w:val="24"/>
        </w:rPr>
        <w:t>μυρεψός· Κριτίας (Vorsokr p 628. 68) γὰρ οὕτως ὠνόμασεν. μυροποιός· οὕτω δὲ Ἀνακρέων (30 B). μυροπώλης· μυροπωλεῖν δὲ Ἀριστοφάνης (fg 821) ἔφη. μυροπώλιον, μύρου ἀλάβαστρον, μυρίδα μυρηρὰ λήκυθος, ἀλαβαστροθῆκαι· καὶ τὸν τὰς ἀλαβά‐</w:t>
      </w:r>
    </w:p>
    <w:p>
      <w:r>
        <w:rPr>
          <w:rFonts w:ascii="Courier New" w:hAnsi="Courier New"/>
          <w:color w:val="555555"/>
          <w:sz w:val="20"/>
        </w:rPr>
        <w:t>[5]</w:t>
      </w:r>
    </w:p>
    <w:p>
      <w:r>
        <w:rPr>
          <w:rFonts w:ascii="Gentium Plus" w:hAnsi="Gentium Plus"/>
          <w:sz w:val="24"/>
        </w:rPr>
        <w:t>στρους φέροντα Αἰσχύλος (fg 409) εἴρηκεν ἀλαβαστροφόρον. μύρῳ χρίσασθαι, μύρου ὄζειν, μυρίσματα μυρίσαι, μυρώσασθαι μυρώματα, μυραλοιφεῖν μυραλοιφοῦσαι μυραλοιφία. σπαθίδα δὲ τὴν καθιεμένην εἰς τὸ μύρον Ἀριστοφάνης εἴρηκεν ἐν Δαιταλεῦσιν (fg 205).</w:t>
      </w:r>
    </w:p>
    <w:p>
      <w:r>
        <w:rPr>
          <w:rFonts w:ascii="Courier New" w:hAnsi="Courier New"/>
          <w:color w:val="555555"/>
          <w:sz w:val="20"/>
        </w:rPr>
        <w:t>[7 . 178]</w:t>
      </w:r>
    </w:p>
    <w:p>
      <w:r>
        <w:rPr>
          <w:rFonts w:ascii="Gentium Plus" w:hAnsi="Gentium Plus"/>
          <w:sz w:val="24"/>
        </w:rPr>
        <w:t>λυχνοποιός λυχνοπώλης, λύχνος λυχνοῦχος, λύχνιον ἐλλύχ‐ νιον, λυχνοκαυτεῖν, λυχνοκαΐα παρ’ Ἡροδότῳ (II 62). καὶ τὸ κατασβέσαι τὸν λύχνον, ὅπερ οἱ νῦν, κοιμῆσαι καὶ κατακοιμίσαι Φρύνιχος εἴρηκεν ἐν Μονοτρόπῳ (I p 377. 24 Ko)·</w:t>
      </w:r>
    </w:p>
    <w:p>
      <w:r>
        <w:rPr>
          <w:rFonts w:ascii="Courier New" w:hAnsi="Courier New"/>
          <w:color w:val="555555"/>
          <w:sz w:val="20"/>
        </w:rPr>
        <w:t>[5]</w:t>
      </w:r>
    </w:p>
    <w:p>
      <w:r>
        <w:rPr>
          <w:rFonts w:ascii="Gentium Plus" w:hAnsi="Gentium Plus"/>
          <w:sz w:val="24"/>
        </w:rPr>
        <w:t>ἔπειτ’ ἐπειδὰν τὸν λύχνον κατακοιμίσῃ. Εὐριπίδης δ’ ἐν Ἰνοῖ (fg 421)</w:t>
      </w:r>
    </w:p>
    <w:p>
      <w:r>
        <w:rPr>
          <w:rFonts w:ascii="Courier New" w:hAnsi="Courier New"/>
          <w:color w:val="555555"/>
          <w:sz w:val="20"/>
        </w:rPr>
        <w:t>[7 . 179]</w:t>
      </w:r>
    </w:p>
    <w:p>
      <w:r>
        <w:rPr>
          <w:rFonts w:ascii="Gentium Plus" w:hAnsi="Gentium Plus"/>
          <w:sz w:val="24"/>
        </w:rPr>
        <w:t>στλεγγιδοποιός, στλεγγίς, ἀποστλεγγίσασθαι, ἀπεστλεγγι‐ σμένος. ἔστι δὲ καὶ ἕτερόν τι στλεγγίς, δέρμα κεχρυσωμένον, ὃ περὶ τῇ κεφαλῇ φοροῦσιν. δακτυλιογλύφος· δακτυλιουργὸν αὐτὸν εἴρηκε Φερεκράτης (I p 203. 207 Ko). τὸ δὲ γλύφειν Κρα‐</w:t>
      </w:r>
    </w:p>
    <w:p>
      <w:r>
        <w:rPr>
          <w:rFonts w:ascii="Courier New" w:hAnsi="Courier New"/>
          <w:color w:val="555555"/>
          <w:sz w:val="20"/>
        </w:rPr>
        <w:t>[5]</w:t>
      </w:r>
    </w:p>
    <w:p>
      <w:r>
        <w:rPr>
          <w:rFonts w:ascii="Gentium Plus" w:hAnsi="Gentium Plus"/>
          <w:sz w:val="24"/>
        </w:rPr>
        <w:t>τῖνος (fg 398), καὶ τὸ γλύμμα Εὔπολις (fg 406). δακτύλιος δακ‐ τυλίδιον· καὶ τοῦ δακτυλίου τὸ μέν τι ὁ κύκλος, τὸ δέ, ἵνα ὁ λίθος ἐναρμόζεται, πύελός τε καὶ πυελίς, ὡς ἔφη Λυσίας (p 359 LIV Th). τὸν δὲ περιφερῆ καὶ ἄλιθον δακτύλιον ἄπειρον καλοῦσιν. δικ‐ τυοπλόκος δικτυεύς, δίκτυον δικτύδια. κεκρυφαλοπλόκος, ὡς</w:t>
      </w:r>
    </w:p>
    <w:p>
      <w:r>
        <w:rPr>
          <w:rFonts w:ascii="Courier New" w:hAnsi="Courier New"/>
          <w:color w:val="555555"/>
          <w:sz w:val="20"/>
        </w:rPr>
        <w:t>[10]</w:t>
      </w:r>
    </w:p>
    <w:p>
      <w:r>
        <w:rPr>
          <w:rFonts w:ascii="Gentium Plus" w:hAnsi="Gentium Plus"/>
          <w:sz w:val="24"/>
        </w:rPr>
        <w:t>Κριτίας (Vorsokr 629. 69) ἔφη, κεκρύφαλος κεκρυφάλιον. καρ‐ δοπογλύφος, ὡς Κράτης εἴρηκεν ἐν Γείτοσιν (I p 131. 3 Ko)· Μέ‐ νανδρος (fg 116) δὲ τὴν κάρδοπον καὶ ληνὸν κέκληκεν. φαρμακο‐</w:t>
      </w:r>
    </w:p>
    <w:p>
      <w:r>
        <w:rPr>
          <w:rFonts w:ascii="Courier New" w:hAnsi="Courier New"/>
          <w:color w:val="555555"/>
          <w:sz w:val="20"/>
        </w:rPr>
        <w:t>[7 . 180]</w:t>
      </w:r>
    </w:p>
    <w:p>
      <w:r>
        <w:rPr>
          <w:rFonts w:ascii="Gentium Plus" w:hAnsi="Gentium Plus"/>
          <w:sz w:val="24"/>
        </w:rPr>
        <w:t>τρίβας δὲ εἶπε Δημοσθένης (XLVIII 12). ὀρχηστοδιδάσκαλος, ὀρχη‐ στής ὀρχηστρίς, ὄρχησις, ὀρχήματα ὑπορχήματα. μυλωθρός, μύ‐ λων μύλη, ἐπιμύλιος ᾠδή, καὶ προμυλαία θεὸς καὶ εὔνοστος. καὶ ζῷον τὸ ἔνδον τρεφόμενον μυλακρὶς καὶ μυλαβρίς· οἱ δὲ μυλακρίδα</w:t>
      </w:r>
    </w:p>
    <w:p>
      <w:r>
        <w:rPr>
          <w:rFonts w:ascii="Courier New" w:hAnsi="Courier New"/>
          <w:color w:val="555555"/>
          <w:sz w:val="20"/>
        </w:rPr>
        <w:t>[5]</w:t>
      </w:r>
    </w:p>
    <w:p>
      <w:r>
        <w:rPr>
          <w:rFonts w:ascii="Gentium Plus" w:hAnsi="Gentium Plus"/>
          <w:sz w:val="24"/>
        </w:rPr>
        <w:t>τὴν ἀλοῦσαν γυναῖκα ἔλεγον. στρέφειν τὴν μύλην, περιάγειν περι‐ φέρειν περιελαύνειν, ἀλεῖν τοὺς πυροὺς ἐπιτρίβειν, λεαίνειν, ἐρεί‐</w:t>
      </w:r>
    </w:p>
    <w:p>
      <w:r>
        <w:rPr>
          <w:rFonts w:ascii="Courier New" w:hAnsi="Courier New"/>
          <w:color w:val="555555"/>
          <w:sz w:val="20"/>
        </w:rPr>
        <w:t>[7 . 181]</w:t>
      </w:r>
    </w:p>
    <w:p>
      <w:r>
        <w:rPr>
          <w:rFonts w:ascii="Gentium Plus" w:hAnsi="Gentium Plus"/>
          <w:sz w:val="24"/>
        </w:rPr>
        <w:t>κειν κατερείκειν· Ἀριστοφάνης γὰρ ἐν μὲν τῷ Ἀμφιάρεῳ (fg 22) φησὶν ἔπειτ’ ἔρειξεν ὡς ἐπιβαλοῦς’ ὁμοῦ πίσοις, ἐν δὲ τοῖς Σφηξὶ (649) ‘θυμοὺς κατερεῖξαι.‘ ἐκ δὲ τούτων ἂν εἴη</w:t>
      </w:r>
    </w:p>
    <w:p>
      <w:r>
        <w:rPr>
          <w:rFonts w:ascii="Courier New" w:hAnsi="Courier New"/>
          <w:color w:val="555555"/>
          <w:sz w:val="20"/>
        </w:rPr>
        <w:t>[5]</w:t>
      </w:r>
    </w:p>
    <w:p>
      <w:r>
        <w:rPr>
          <w:rFonts w:ascii="Gentium Plus" w:hAnsi="Gentium Plus"/>
          <w:sz w:val="24"/>
        </w:rPr>
        <w:t>καὶ κοδομὴ καὶ κοδομεύειν καὶ κοδομεῖον, καὶ φρύττειν καὶ φρύγειν καὶ φρύγετρον καὶ φρύξαι καὶ φρυγεῦσαι. ἀγγεῖον δὲ ᾧ ἐνέφρυγον ὁ φρυγεύς· Θεόπομπος γοῦν ἐν Σειρῆσι (I p 747. 53 Ko) ‘φρυγεύσ‘ φησι ‘θυΐα λήκυθος.‘ ὁ δὲ φρυγεὺς καὶ σείσων καλεῖται· ὀνομαστέον δὲ καὶ τὸν ἄνδρα τὸν φρύττοντα φρυγέα. σπαρτο‐</w:t>
      </w:r>
    </w:p>
    <w:p>
      <w:r>
        <w:rPr>
          <w:rFonts w:ascii="Courier New" w:hAnsi="Courier New"/>
          <w:color w:val="555555"/>
          <w:sz w:val="20"/>
        </w:rPr>
        <w:t>[10]</w:t>
      </w:r>
    </w:p>
    <w:p>
      <w:r>
        <w:rPr>
          <w:rFonts w:ascii="Gentium Plus" w:hAnsi="Gentium Plus"/>
          <w:sz w:val="24"/>
        </w:rPr>
        <w:t>πλόκος σπαρτοπώλης, σπάρτη σπάρτος. σπαρτίνη ἡ μήρινθος.</w:t>
      </w:r>
    </w:p>
    <w:p>
      <w:r>
        <w:rPr>
          <w:rFonts w:ascii="Courier New" w:hAnsi="Courier New"/>
          <w:color w:val="555555"/>
          <w:sz w:val="20"/>
        </w:rPr>
        <w:t>[7 . 182]</w:t>
      </w:r>
    </w:p>
    <w:p>
      <w:r>
        <w:rPr>
          <w:rFonts w:ascii="Gentium Plus" w:hAnsi="Gentium Plus"/>
          <w:sz w:val="24"/>
        </w:rPr>
        <w:t>θρονοποιός, διφροποιός, θρόνος δίφρος, ἕδρα, θᾶκος, θρῆνυς θρα‐ νίον, σκολύθριον. ληκυθοποιός ληκυθοπώλης, λήκυθος ληκύ‐ θιον, ληκυθίζειν. ἐν μέντοι τοῖς ἄλλοις τεχνίταις ὁ Πλάτων ἐν τῷ δευτέρῳ τῆς</w:t>
      </w:r>
    </w:p>
    <w:p>
      <w:r>
        <w:rPr>
          <w:rFonts w:ascii="Courier New" w:hAnsi="Courier New"/>
          <w:color w:val="555555"/>
          <w:sz w:val="20"/>
        </w:rPr>
        <w:t>[5]</w:t>
      </w:r>
    </w:p>
    <w:p>
      <w:r>
        <w:rPr>
          <w:rFonts w:ascii="Gentium Plus" w:hAnsi="Gentium Plus"/>
          <w:sz w:val="24"/>
        </w:rPr>
        <w:t>Πολιτείας (373 C) καὶ τοὺς ἐργολάβους καταλέγει· ‘ῥαψῳδοί, χορευταί, ὑποκριταί, ἐργολάβοι.‘ νῦν μὲν οὖν τοὺς περὶ τὴν σκηνὴν λέγει. ἐργολάβους δὲ καὶ πάντας τοὺς ἐργολαβοῦντας τι ἔργον ἔστιν εἰπεῖν, ὡς τοὺς ἐναντίους, τοὺς ἐκδιδόντας, ἐργοδότας εἴρηκε Ξενοφῶν (Cyrop VIII 2. 5). τοὺς δὲ ἐργολάβους καὶ ἐργολήπτας</w:t>
      </w:r>
    </w:p>
    <w:p>
      <w:r>
        <w:rPr>
          <w:rFonts w:ascii="Courier New" w:hAnsi="Courier New"/>
          <w:color w:val="555555"/>
          <w:sz w:val="20"/>
        </w:rPr>
        <w:t>[10]</w:t>
      </w:r>
    </w:p>
    <w:p>
      <w:r>
        <w:rPr>
          <w:rFonts w:ascii="Gentium Plus" w:hAnsi="Gentium Plus"/>
          <w:sz w:val="24"/>
        </w:rPr>
        <w:t>Τηλεκλείδης ὁ κωμικός (I p 223. 56 Ko). οἱ μέντοι ῥήτορες τὸ</w:t>
      </w:r>
    </w:p>
    <w:p>
      <w:r>
        <w:rPr>
          <w:rFonts w:ascii="Courier New" w:hAnsi="Courier New"/>
          <w:color w:val="555555"/>
          <w:sz w:val="20"/>
        </w:rPr>
        <w:t>[7 . 183]</w:t>
      </w:r>
    </w:p>
    <w:p>
      <w:r>
        <w:rPr>
          <w:rFonts w:ascii="Gentium Plus" w:hAnsi="Gentium Plus"/>
          <w:sz w:val="24"/>
        </w:rPr>
        <w:t>ἐργολαβεῖν ἐπὶ τοῦ ἐπηρεάζειν λέγουσιν. τοὺς δὲ ἐφεστηκότας τῇ τῶν ἔργων ἐπιμελείᾳ οἱ μὲν Ἀττικοὶ ἐπιστάτας ἔργων λέγουσιν, Ἐπίχαρμος (fg 212 Kaib) δὲ καὶ ἐργεπιστάτας. κολλέψης κολλοπώλης, κόλλα κολλᾶν. κρηπιδουργὸς ὡς</w:t>
      </w:r>
    </w:p>
    <w:p>
      <w:r>
        <w:rPr>
          <w:rFonts w:ascii="Courier New" w:hAnsi="Courier New"/>
          <w:color w:val="555555"/>
          <w:sz w:val="20"/>
        </w:rPr>
        <w:t>[5]</w:t>
      </w:r>
    </w:p>
    <w:p>
      <w:r>
        <w:rPr>
          <w:rFonts w:ascii="Gentium Plus" w:hAnsi="Gentium Plus"/>
          <w:sz w:val="24"/>
        </w:rPr>
        <w:t>Δείναρχος (p 340. 20 Tur), κρηπῖδες. ὀρεοκόμος ὀρεοκομεῖν, ὀρεῖς, ὀρικὸν ζεῦγος. ἡνίοχος, ἡνία, ἡνιοχεῖν ἡνιόχησις ἡνιο‐ χούμενοι.</w:t>
      </w:r>
    </w:p>
    <w:p>
      <w:r>
        <w:rPr>
          <w:rFonts w:ascii="Courier New" w:hAnsi="Courier New"/>
          <w:color w:val="555555"/>
          <w:sz w:val="20"/>
        </w:rPr>
        <w:t>[7 . 184]</w:t>
      </w:r>
    </w:p>
    <w:p>
      <w:r>
        <w:rPr>
          <w:rFonts w:ascii="Gentium Plus" w:hAnsi="Gentium Plus"/>
          <w:sz w:val="24"/>
        </w:rPr>
        <w:t>νομή νομεῖς, νέμειν κατανέμειν ἐπινέμειν. μηλόβοτος γῆ, εὔβοτος καὶ εὔνομος καὶ εὔχιλος, καὶ εὔχορτα πεδία, ὡς οἱ ποιηταί. ποάστριον δὲ τὸ νῦν χορτοκόπιον. ἐπινομίαν δὲ Ξενοφῶν (Cyrop III 2. 23) ἔφη τὸ ἐν τῇ ἀλλήλων ἐξεῖναι νέμειν. προβατεῖς προβα‐</w:t>
      </w:r>
    </w:p>
    <w:p>
      <w:r>
        <w:rPr>
          <w:rFonts w:ascii="Courier New" w:hAnsi="Courier New"/>
          <w:color w:val="555555"/>
          <w:sz w:val="20"/>
        </w:rPr>
        <w:t>[5]</w:t>
      </w:r>
    </w:p>
    <w:p>
      <w:r>
        <w:rPr>
          <w:rFonts w:ascii="Gentium Plus" w:hAnsi="Gentium Plus"/>
          <w:sz w:val="24"/>
        </w:rPr>
        <w:t>τευταί, προβατεία προβατευτική, πρόβατα, προβατοκάπηλος. καὶ αἱ προβάτων ἡλικίαι· τὸν μὲν ἀπὸ γονῆς εἴποις ἂν μοσχίον, τὸν δ’ ἔτειον ἄρνα, εἶτα ἀμνόν, εἶτα ἀρνειόν, ὃς καὶ ἀρὴν παρὰ τοῖς</w:t>
      </w:r>
    </w:p>
    <w:p>
      <w:r>
        <w:rPr>
          <w:rFonts w:ascii="Courier New" w:hAnsi="Courier New"/>
          <w:color w:val="555555"/>
          <w:sz w:val="20"/>
        </w:rPr>
        <w:t>[7 . 185]</w:t>
      </w:r>
    </w:p>
    <w:p>
      <w:r>
        <w:rPr>
          <w:rFonts w:ascii="Gentium Plus" w:hAnsi="Gentium Plus"/>
          <w:sz w:val="24"/>
        </w:rPr>
        <w:t>ποιηταῖς (Hom Γ 103) καλεῖται, εἶτα λιπογνώμονα. ποιμένες αἰ‐ πόλοι, ποίμνια αἰπόλια, ποιμαίνειν αἰπολεῖν, ποιμνῖται κύνες, αἰπο‐ λικοὶ κύνες. ἱπποφορβοί ἱπποφορβία, καὶ ὡς Σοφοκλῆς (fg 954) ἱππο‐</w:t>
      </w:r>
    </w:p>
    <w:p>
      <w:r>
        <w:rPr>
          <w:rFonts w:ascii="Courier New" w:hAnsi="Courier New"/>
          <w:color w:val="555555"/>
          <w:sz w:val="20"/>
        </w:rPr>
        <w:t>[5]</w:t>
      </w:r>
    </w:p>
    <w:p>
      <w:r>
        <w:rPr>
          <w:rFonts w:ascii="Gentium Plus" w:hAnsi="Gentium Plus"/>
          <w:sz w:val="24"/>
        </w:rPr>
        <w:t>πηλοι, ζευγηλάται. Σοφοκλῆς (fg 794) δ’ ἔφη ‘ποππύζεται ζευγη‐ λατρίς.‘ ἀστραβηλάται, καὶ παρὰ τοῖς Δωριεῦσιν ὀνοκίνδιοι καὶ</w:t>
      </w:r>
    </w:p>
    <w:p>
      <w:r>
        <w:rPr>
          <w:rFonts w:ascii="Courier New" w:hAnsi="Courier New"/>
          <w:color w:val="555555"/>
          <w:sz w:val="20"/>
        </w:rPr>
        <w:t>[7 . 186]</w:t>
      </w:r>
    </w:p>
    <w:p>
      <w:r>
        <w:rPr>
          <w:rFonts w:ascii="Gentium Plus" w:hAnsi="Gentium Plus"/>
          <w:sz w:val="24"/>
        </w:rPr>
        <w:t>κιλλακτῆρες. ὄνος, ἡμίονος, ἀστράβη, νωτεῖς ἡμίονοι καὶ ζύγιοι· καὶ ἀγὼν δέ τις ἡμιόνων ἤγετο πάλαι ἐν Ὀλυμπίᾳ, καὶ τὸ μὲν τῶν νωτέων ἡμιόνων ἀγώνισμα ἐκαλεῖτο κάλπη, τὸ δὲ τῶν ζυγίων ἀπήνη. τὸ δὲ τὸν ὄνον σάξαι στρωματίσαι ἔλεγον, ἐπισάξαι δὲ Ἡρό‐</w:t>
      </w:r>
    </w:p>
    <w:p>
      <w:r>
        <w:rPr>
          <w:rFonts w:ascii="Courier New" w:hAnsi="Courier New"/>
          <w:color w:val="555555"/>
          <w:sz w:val="20"/>
        </w:rPr>
        <w:t>[5]</w:t>
      </w:r>
    </w:p>
    <w:p>
      <w:r>
        <w:rPr>
          <w:rFonts w:ascii="Gentium Plus" w:hAnsi="Gentium Plus"/>
          <w:sz w:val="24"/>
        </w:rPr>
        <w:t>δοτος (I 194)· Ξενοφῶν (Cyrop III 3. 27) δὲ καὶ ἐφ’ ἵππων τὸ ἐπισάξαι. τὸ δὲ τοῦ ἀστραβηλάτου ῥῆμα ἀστραβεύειν Πλάτων εἴ‐ ρηκεν ἐν Ἑορταῖς (I p 610. 39 Ko). τὸ μέντοι τοῖς ἀπηγορευκόσι τῶν ἵππων ἐπιβαλλόμενον σημεῖον τρυσίππειον ἐκαλεῖτο. Ἀριστο‐</w:t>
      </w:r>
    </w:p>
    <w:p>
      <w:r>
        <w:rPr>
          <w:rFonts w:ascii="Courier New" w:hAnsi="Courier New"/>
          <w:color w:val="555555"/>
          <w:sz w:val="20"/>
        </w:rPr>
        <w:t>[7 . 187]</w:t>
      </w:r>
    </w:p>
    <w:p>
      <w:r>
        <w:rPr>
          <w:rFonts w:ascii="Gentium Plus" w:hAnsi="Gentium Plus"/>
          <w:sz w:val="24"/>
        </w:rPr>
        <w:t>φάνης δὲ καὶ βοηλατεῖν (fg 758) καὶ ὀνηλατεῖν (fg 833) εἶπεν ὑοπῶλαι ὑοφορβοί, συβῶται συφορβοί συβώτριαι, χοιροπῶλαι, ὡς Ἀρι‐ στοφάνης ἐν Ὥραις (fg 578). καὶ ὕες σύες, χοῖροι χοιρίδια, δελφάκια, καὶ τὰ ὀψίγονα καὶ σμικρὰ μετάχοιρα. συφεός ὑφεός συφός, χοιρο‐</w:t>
      </w:r>
    </w:p>
    <w:p>
      <w:r>
        <w:rPr>
          <w:rFonts w:ascii="Courier New" w:hAnsi="Courier New"/>
          <w:color w:val="555555"/>
          <w:sz w:val="20"/>
        </w:rPr>
        <w:t>[5]</w:t>
      </w:r>
    </w:p>
    <w:p>
      <w:r>
        <w:rPr>
          <w:rFonts w:ascii="Gentium Plus" w:hAnsi="Gentium Plus"/>
          <w:sz w:val="24"/>
        </w:rPr>
        <w:t>κομεῖον· χοιροτροφεῖον δὲ ὅ τε συφὸς καὶ πλέγμα τι ἐν ᾧ χοῖροι τρέφονται.</w:t>
      </w:r>
    </w:p>
    <w:p>
      <w:r>
        <w:rPr>
          <w:rFonts w:ascii="Courier New" w:hAnsi="Courier New"/>
          <w:color w:val="555555"/>
          <w:sz w:val="20"/>
        </w:rPr>
        <w:t>[7 . 188]</w:t>
      </w:r>
    </w:p>
    <w:p>
      <w:r>
        <w:rPr>
          <w:rFonts w:ascii="Gentium Plus" w:hAnsi="Gentium Plus"/>
          <w:sz w:val="24"/>
        </w:rPr>
        <w:t>ἀγύρται μηναγύρται, μητραγύρται ἀγυρτική, ἀγερμός, ἀγείρειν. τέρας τερασκόποι, τερασκοπική, τερατοσκολία τερατοσκο‐ πία τερατολογία, τερατολόγῳ φύσει (εἴποις δ’ ἂν καὶ τερατολόγῳ ἀνδρί), τερατογονία, τερῶν ὑποκριταί, ἀφ’ ὧν καὶ τὸ τερατεύεσθαι.</w:t>
      </w:r>
    </w:p>
    <w:p>
      <w:r>
        <w:rPr>
          <w:rFonts w:ascii="Courier New" w:hAnsi="Courier New"/>
          <w:color w:val="555555"/>
          <w:sz w:val="20"/>
        </w:rPr>
        <w:t>[5]</w:t>
      </w:r>
    </w:p>
    <w:p>
      <w:r>
        <w:rPr>
          <w:rFonts w:ascii="Gentium Plus" w:hAnsi="Gentium Plus"/>
          <w:sz w:val="24"/>
        </w:rPr>
        <w:t>μάντεις, ἀλφιτομάντεις, ἀστρομάντεις, νυκτομάντεις, στερνομάντεις, σφονδυλομάντεις, ἀλευρομάντεις· κοσκινομάντεις δὲ εἴρηκε Φιλιπ‐ πίδης (III p 311. 37 Ko), Μάγνης δὲ ἐν Λυδοῖς (I p 8. 4 Ko) ‘ὀνειρο‐ κρίταισιν ἀναλύταις.‘ καθάρτριαι ὀνειροπόλοι, ὀνειράτων ὑπο‐</w:t>
      </w:r>
    </w:p>
    <w:p>
      <w:r>
        <w:rPr>
          <w:rFonts w:ascii="Courier New" w:hAnsi="Courier New"/>
          <w:color w:val="555555"/>
          <w:sz w:val="20"/>
        </w:rPr>
        <w:t>[10]</w:t>
      </w:r>
    </w:p>
    <w:p>
      <w:r>
        <w:rPr>
          <w:rFonts w:ascii="Gentium Plus" w:hAnsi="Gentium Plus"/>
          <w:sz w:val="24"/>
        </w:rPr>
        <w:t>θύται, φιλοθύται, μάγοι, γόητες, ἐξηγηταί, καθαρταί, τελεσταί ἀπομάκται ἀπομάκτριαι, καὶ τὸ ῥῆμα ἀπομάξομαι. θαυματοποιός</w:t>
      </w:r>
    </w:p>
    <w:p>
      <w:r>
        <w:rPr>
          <w:rFonts w:ascii="Courier New" w:hAnsi="Courier New"/>
          <w:color w:val="555555"/>
          <w:sz w:val="20"/>
        </w:rPr>
        <w:t>[7 . 189]</w:t>
      </w:r>
    </w:p>
    <w:p>
      <w:r>
        <w:rPr>
          <w:rFonts w:ascii="Gentium Plus" w:hAnsi="Gentium Plus"/>
          <w:sz w:val="24"/>
        </w:rPr>
        <w:t>θαυματοποιία, θαυμάτων δημιουργοί. μηχανοποιός μηχανοποιία μηχανήματα μηχαναί, εὐμή‐ χανοι εὐμηχανία, πολυμήχανοι πολυμηχανία, ἀμήχανοι ἀμηχανία, βιομήχανοι ὡς Ἀντιφῶν (fg 154 Bl). τοὺς δὲ μηχανοποιοὺς (Aristoph</w:t>
      </w:r>
    </w:p>
    <w:p>
      <w:r>
        <w:rPr>
          <w:rFonts w:ascii="Courier New" w:hAnsi="Courier New"/>
          <w:color w:val="555555"/>
          <w:sz w:val="20"/>
        </w:rPr>
        <w:t>[5]</w:t>
      </w:r>
    </w:p>
    <w:p>
      <w:r>
        <w:rPr>
          <w:rFonts w:ascii="Gentium Plus" w:hAnsi="Gentium Plus"/>
          <w:sz w:val="24"/>
        </w:rPr>
        <w:t>P 174) καὶ σκηνοποιοὺς ἡ παλαιὰ κωμῳδία (III p 417. 98 Ko) ὠνό‐</w:t>
      </w:r>
    </w:p>
    <w:p>
      <w:r>
        <w:rPr>
          <w:rFonts w:ascii="Courier New" w:hAnsi="Courier New"/>
          <w:color w:val="555555"/>
          <w:sz w:val="20"/>
        </w:rPr>
        <w:t>[7 . 190]</w:t>
      </w:r>
    </w:p>
    <w:p>
      <w:r>
        <w:rPr>
          <w:rFonts w:ascii="Gentium Plus" w:hAnsi="Gentium Plus"/>
          <w:sz w:val="24"/>
        </w:rPr>
        <w:t>μαζεν. γελωτοποιὸς καὶ γελωτοποιεῖν, καὶ γελωτοποιοῦν‐ τες ὡς Ξενοφῶν (Memorab III 9. 9). Ἐκπωματοποιὸς δὲ δρᾶμα Ἀλέξιδος, καὶ Γραμματειδιοποιὸς Ἀπολλοδώρου (III p 279 Ko). κυβερνῆται, πρωρᾶται, ἐρέται, ναῦται. καὶ στρογγυλοναύτας Ἀρι‐</w:t>
      </w:r>
    </w:p>
    <w:p>
      <w:r>
        <w:rPr>
          <w:rFonts w:ascii="Courier New" w:hAnsi="Courier New"/>
          <w:color w:val="555555"/>
          <w:sz w:val="20"/>
        </w:rPr>
        <w:t>[5]</w:t>
      </w:r>
    </w:p>
    <w:p>
      <w:r>
        <w:rPr>
          <w:rFonts w:ascii="Gentium Plus" w:hAnsi="Gentium Plus"/>
          <w:sz w:val="24"/>
        </w:rPr>
        <w:t>στοφάνης (fg 861) λέγει, Θεόπομπος (I p 753. 79 Ko) δὲ γυναῖκας ναυτίδας. πορθμεῖς πορθμίον. νεωλκοί· τὰ δὲ τῶν νεωλκῶν ξύλα, οἷς ὑποβληθεῖσιν ἐφέλκονται αἱ νῆες, φάλαγγες καὶ φαλάγγια.</w:t>
      </w:r>
    </w:p>
    <w:p>
      <w:r>
        <w:rPr>
          <w:rFonts w:ascii="Courier New" w:hAnsi="Courier New"/>
          <w:color w:val="555555"/>
          <w:sz w:val="20"/>
        </w:rPr>
        <w:t>[7 . 191]</w:t>
      </w:r>
    </w:p>
    <w:p>
      <w:r>
        <w:rPr>
          <w:rFonts w:ascii="Gentium Plus" w:hAnsi="Gentium Plus"/>
          <w:sz w:val="24"/>
        </w:rPr>
        <w:t>αἱ δὲ καλούμεναι χαμουλκοὶ μηχαναὶ δι’ ὧν εἵλκοντο ὁλκοί. καὶ ἡ μὲν οὐκέτι πλέουσα ναῦς νενεωλκημένη, διαψυχομένη, ἀνειλκυσμένη. τὰ δὲ μέρη τούτων προείρηται (I 102 sqq. σακχυφάντας δὲ Δημοσθέ‐ νης εἴρηκεν ἐν τῷ κατ’ Ὀλυμπιοδώρου (48. 12). καὶ σάκον μὲν</w:t>
      </w:r>
    </w:p>
    <w:p>
      <w:r>
        <w:rPr>
          <w:rFonts w:ascii="Courier New" w:hAnsi="Courier New"/>
          <w:color w:val="555555"/>
          <w:sz w:val="20"/>
        </w:rPr>
        <w:t>[5]</w:t>
      </w:r>
    </w:p>
    <w:p>
      <w:r>
        <w:rPr>
          <w:rFonts w:ascii="Gentium Plus" w:hAnsi="Gentium Plus"/>
          <w:sz w:val="24"/>
        </w:rPr>
        <w:t>καὶ σακίον ἡ κωμῳδία (Aristoph Ach 710), Ὑπερείδης δὲ ἐν τῷ ὑπὲρ Μίκας (fg 125 Bl) ἔφη ‘ἐμισθώσατο τυλυφάντας,‘ Σοφοκλῆς (fg 277)</w:t>
      </w:r>
    </w:p>
    <w:p>
      <w:r>
        <w:rPr>
          <w:rFonts w:ascii="Courier New" w:hAnsi="Courier New"/>
          <w:color w:val="555555"/>
          <w:sz w:val="20"/>
        </w:rPr>
        <w:t>[7 . 192]</w:t>
      </w:r>
    </w:p>
    <w:p>
      <w:r>
        <w:rPr>
          <w:rFonts w:ascii="Gentium Plus" w:hAnsi="Gentium Plus"/>
          <w:sz w:val="24"/>
        </w:rPr>
        <w:t>δ’ ἔφη ‘λινορραφῆ τυλεῖα,‘ Εὔπολις δὲ Κόλαξι (I p 305. 170 Ko) ‘κεκρύφαλοί τε καὶ τύλη,‘ Ἀντιφάνης δὲ ἐν Φάωνι (II p 104. 214 Ko) ‘στρώματα κλίνας τύλας.‘ καὶ φρεωρύχος δὲ εἴη ἂν τέχνης τι εἶδος· Φιλυλλίῳ μὲν γὰρ δρᾶμά τι ὁ Φρεωρύχος (I p 786</w:t>
      </w:r>
    </w:p>
    <w:p>
      <w:r>
        <w:rPr>
          <w:rFonts w:ascii="Courier New" w:hAnsi="Courier New"/>
          <w:color w:val="555555"/>
          <w:sz w:val="20"/>
        </w:rPr>
        <w:t>[5]</w:t>
      </w:r>
    </w:p>
    <w:p>
      <w:r>
        <w:rPr>
          <w:rFonts w:ascii="Gentium Plus" w:hAnsi="Gentium Plus"/>
          <w:sz w:val="24"/>
        </w:rPr>
        <w:t>Ko), τὸ δὲ φρεωρύχων ἐργαλεῖον παρ’ αὐτῷ καλεῖται τορεύς. ἴσως δ’ ἂν καὶ βύρσαν γλευκαγωγόν τινα φαίης· ἐπίπρασκον</w:t>
      </w:r>
    </w:p>
    <w:p>
      <w:r>
        <w:rPr>
          <w:rFonts w:ascii="Courier New" w:hAnsi="Courier New"/>
          <w:color w:val="555555"/>
          <w:sz w:val="20"/>
        </w:rPr>
        <w:t>[7 . 193]</w:t>
      </w:r>
    </w:p>
    <w:p>
      <w:r>
        <w:rPr>
          <w:rFonts w:ascii="Gentium Plus" w:hAnsi="Gentium Plus"/>
          <w:sz w:val="24"/>
        </w:rPr>
        <w:t>Φερεκράτης δ’ εἴρηκεν ἐν Ἀγρίοις (I 150. 16 Ko) ‘βύρσης γλευκα‐ γωγοῦ.‘ κάπηλοι δὲ οὐ μόνον οἱ μεταβολεῖς, ἀλλὰ καὶ οἱ τὸν οἶνον κεραννύντες· ὅθεν καὶ Σάραμβον ὁ Πλάτων (Gorg 518 B) κάπηλον</w:t>
      </w:r>
    </w:p>
    <w:p>
      <w:r>
        <w:rPr>
          <w:rFonts w:ascii="Courier New" w:hAnsi="Courier New"/>
          <w:color w:val="555555"/>
          <w:sz w:val="20"/>
        </w:rPr>
        <w:t>[5]</w:t>
      </w:r>
    </w:p>
    <w:p>
      <w:r>
        <w:rPr>
          <w:rFonts w:ascii="Gentium Plus" w:hAnsi="Gentium Plus"/>
          <w:sz w:val="24"/>
        </w:rPr>
        <w:t>ὠνόμασεν, ἐπαινῶν αὐτὸν ἐπ’ οἰνουργίᾳ. τὸ δὲ τῶν καπήλων ἐρ‐ γαστήριον καπηλεῖον εἰρήκασιν οἱ κωμῳδοδιδάσκαλοι (Aristoph Eccl 154), καὶ τὸ κωμῳδούμενον ἐν Σοφοκλέους Φινεῖ (fg 645) βλέφαρα κέκλῃταί δ’ ὡς καπηλείου θύρα.</w:t>
      </w:r>
    </w:p>
    <w:p>
      <w:r>
        <w:rPr>
          <w:rFonts w:ascii="Courier New" w:hAnsi="Courier New"/>
          <w:color w:val="555555"/>
          <w:sz w:val="20"/>
        </w:rPr>
        <w:t>[7 . 194]</w:t>
      </w:r>
    </w:p>
    <w:p>
      <w:r>
        <w:rPr>
          <w:rFonts w:ascii="Gentium Plus" w:hAnsi="Gentium Plus"/>
          <w:sz w:val="24"/>
        </w:rPr>
        <w:t>Ἕρμιππος (I p 250. 83) δὲ ἐπὶ τοῦ προπιστευθέντος ἄνευ ἀργυρίου πίνειν ἐκ καπηλείου ‘πρόδοσιν πίνειν‘ εἴρηκεν. κάπηλιν δ’ ἔλε‐ γον, ὡς Ἀριστοφάνης (Plut 436) ἄρ’ ἐστὶν ἡ κάπηλις ἡ ἐκ τῶν γειτόνων,</w:t>
      </w:r>
    </w:p>
    <w:p>
      <w:r>
        <w:rPr>
          <w:rFonts w:ascii="Courier New" w:hAnsi="Courier New"/>
          <w:color w:val="555555"/>
          <w:sz w:val="20"/>
        </w:rPr>
        <w:t>[5]</w:t>
      </w:r>
    </w:p>
    <w:p>
      <w:r>
        <w:rPr>
          <w:rFonts w:ascii="Gentium Plus" w:hAnsi="Gentium Plus"/>
          <w:sz w:val="24"/>
        </w:rPr>
        <w:t>ἣ ταῖς κοτύλαις ἀεί με διαλυμαίνεται. καὶ τὸ κοτυλίζειν εἴρηται μὲν καὶ ἐπὶ τῶν ἄλλων τῶν κατὰ μέρος πιπρασκομένων ἀλλ’ οὐκ ἀθρόως, ἴσως δὲ καταχρωμένων τῶν λε‐ γόντων, ὥσπερ καὶ τὸ καπηλεύειν, οὕτω καὶ τὸ πιπράσκειν λέγου‐</w:t>
      </w:r>
    </w:p>
    <w:p>
      <w:r>
        <w:rPr>
          <w:rFonts w:ascii="Courier New" w:hAnsi="Courier New"/>
          <w:color w:val="555555"/>
          <w:sz w:val="20"/>
        </w:rPr>
        <w:t>[7 . 195]</w:t>
      </w:r>
    </w:p>
    <w:p>
      <w:r>
        <w:rPr>
          <w:rFonts w:ascii="Gentium Plus" w:hAnsi="Gentium Plus"/>
          <w:sz w:val="24"/>
        </w:rPr>
        <w:t>σιν· ἴδιον δ’ ἂν εἴη τῶν τὸν οἶνον πιπρασκόντων. καὶ Φερεκράτης (I p 197. 188 Ko) μὲν εἴρηκε μηδὲν κοτυλίζειν, ἀλλὰ καταπάττειν χύδην, Ἀριστοφάνης δὲ (fg 683)</w:t>
      </w:r>
    </w:p>
    <w:p>
      <w:r>
        <w:rPr>
          <w:rFonts w:ascii="Courier New" w:hAnsi="Courier New"/>
          <w:color w:val="555555"/>
          <w:sz w:val="20"/>
        </w:rPr>
        <w:t>[5]</w:t>
      </w:r>
    </w:p>
    <w:p>
      <w:r>
        <w:rPr>
          <w:rFonts w:ascii="Gentium Plus" w:hAnsi="Gentium Plus"/>
          <w:sz w:val="24"/>
        </w:rPr>
        <w:t>κιρνάντες γὰρ τὴν πόλιν ἡμῶν κοτυλίζετε τοῖσι πένησιν. ὅτι μέντοι οἱ κοτύλη καὶ ὑγρῶν ἦν καὶ ξηρῶν μέτρον, Θουκυδίδης (VII 87. 2) ἀρκεῖ εἰπὼν ‘κοτύλην ὕδατος καὶ δύο κοτύλας σίτου.‘ εἶεν δ’ ἄν τινες καὶ νεκροφόροι καὶ ταφεῖς. τὰ δ’ ἐπὶ τούτοις ἀπὸ τοῦ πιπράσκειν. ἔστιν δ’ εἰπεῖν ἐπ’ αὐτῶν τὸ τιμιοπῶλαι, εἰρη‐</w:t>
      </w:r>
    </w:p>
    <w:p>
      <w:r>
        <w:rPr>
          <w:rFonts w:ascii="Courier New" w:hAnsi="Courier New"/>
          <w:color w:val="555555"/>
          <w:sz w:val="20"/>
        </w:rPr>
        <w:t>[10]</w:t>
      </w:r>
    </w:p>
    <w:p>
      <w:r>
        <w:rPr>
          <w:rFonts w:ascii="Gentium Plus" w:hAnsi="Gentium Plus"/>
          <w:sz w:val="24"/>
        </w:rPr>
        <w:t>κότος Φρυνίχου ἐν Τραγῳδοῖς (I p 383. 52 Ko) σὺ δὲ τιμιοπώλης ὥς γ’ Ἀχιλλεὺς οὐδὲ εἷς.</w:t>
      </w:r>
    </w:p>
    <w:p>
      <w:r>
        <w:rPr>
          <w:rFonts w:ascii="Courier New" w:hAnsi="Courier New"/>
          <w:color w:val="555555"/>
          <w:sz w:val="20"/>
        </w:rPr>
        <w:t>[7 . 196]</w:t>
      </w:r>
    </w:p>
    <w:p>
      <w:r>
        <w:rPr>
          <w:rFonts w:ascii="Gentium Plus" w:hAnsi="Gentium Plus"/>
          <w:sz w:val="24"/>
        </w:rPr>
        <w:t>καὶ ἡ παμπρασία δὲ ἐπὶ τῶν πάντα πωλούντων λέγεται. τὰ δ’ ἐφεξῆς τὰ μὲν πλεῖστα Κριτίας (Vorsokr p 629. 70 D)</w:t>
      </w:r>
    </w:p>
    <w:p>
      <w:r>
        <w:rPr>
          <w:rFonts w:ascii="Courier New" w:hAnsi="Courier New"/>
          <w:color w:val="555555"/>
          <w:sz w:val="20"/>
        </w:rPr>
        <w:t>[5]</w:t>
      </w:r>
    </w:p>
    <w:p>
      <w:r>
        <w:rPr>
          <w:rFonts w:ascii="Gentium Plus" w:hAnsi="Gentium Plus"/>
          <w:sz w:val="24"/>
        </w:rPr>
        <w:t>ρωτᾶν τούτους πότερα κνῆν ἢ ἐπεσθίειν. συρμαιοπῶλαι, στυπ‐ πειοπῶλαι, ἐριοπῶλαι, λιβανωτοπῶλαι· λιβανωτοπωλεῖν δὲ Ἀριστο‐</w:t>
      </w:r>
    </w:p>
    <w:p>
      <w:r>
        <w:rPr>
          <w:rFonts w:ascii="Courier New" w:hAnsi="Courier New"/>
          <w:color w:val="555555"/>
          <w:sz w:val="20"/>
        </w:rPr>
        <w:t>[7 . 197]</w:t>
      </w:r>
    </w:p>
    <w:p>
      <w:r>
        <w:rPr>
          <w:rFonts w:ascii="Gentium Plus" w:hAnsi="Gentium Plus"/>
          <w:sz w:val="24"/>
        </w:rPr>
        <w:t>φάνης (fg 807) ἔφη. ῥιζοπῶλαι, σιλφιοπῶλαι, καυλοπῶλαι σκευο‐ πῶλαι, σπερμολόγοι σπερματοπῶλαι, χυτροπῶλαι. τὴν δ’ Αἴγιναν χυτρόπωλιν ἐκάλουν (Com III p 527. 669 Ko). φαρμακοπῶλαι, καὶ τὸ ῥῆμα φαρμακοπωλεῖν, καὶ φαρμακοτρίβαι παρὰ Δημοσθένει</w:t>
      </w:r>
    </w:p>
    <w:p>
      <w:r>
        <w:rPr>
          <w:rFonts w:ascii="Courier New" w:hAnsi="Courier New"/>
          <w:color w:val="555555"/>
          <w:sz w:val="20"/>
        </w:rPr>
        <w:t>[5]</w:t>
      </w:r>
    </w:p>
    <w:p>
      <w:r>
        <w:rPr>
          <w:rFonts w:ascii="Gentium Plus" w:hAnsi="Gentium Plus"/>
          <w:sz w:val="24"/>
        </w:rPr>
        <w:t>(XLVIII 12). βελονοπῶλαι βελονοπώλιδες· πινακοπῶλαι· ἐκάλουν δ’ οὕτως οἱ ποιηταὶ τῆς κωμῳδίας (Aristoph Av 14) οὐ μόνον τοὺς πίνακας πιπράσκοντας ἀλλὰ καὶ τοὺς ὄρνις, ἃς προυτίθεσαν ἐπὶ πι‐ νάκων κεραμέων. τούτους δ’ ὀρνιθοκαπήλους Κριτίας (Vorsokr p 629.</w:t>
      </w:r>
    </w:p>
    <w:p>
      <w:r>
        <w:rPr>
          <w:rFonts w:ascii="Courier New" w:hAnsi="Courier New"/>
          <w:color w:val="555555"/>
          <w:sz w:val="20"/>
        </w:rPr>
        <w:t>[7 . 198]</w:t>
      </w:r>
    </w:p>
    <w:p>
      <w:r>
        <w:rPr>
          <w:rFonts w:ascii="Gentium Plus" w:hAnsi="Gentium Plus"/>
          <w:sz w:val="24"/>
        </w:rPr>
        <w:t>70 D) καλεῖ. οὗ δ’ ἐπιπράσκοντο οἱ ὄρνιθες, ὀρνιθοπωλεῖον. ὀρνεῶται, ὀρνιθοπῶλαι. κτενοπῶλαι, ἀγκιστροπῶλαι, σκοροδο‐ πῶλαι, κρομμυοπῶλαι. ἰσχαδοπώλιδες, ἰσχαδοπῶλαι δὲ Φερεκράτης ἐν τοῖς Ἀγαθοῖς (I 146. 4 Ko) καὶ ἰσχαδωνῶν ἔφη.</w:t>
      </w:r>
    </w:p>
    <w:p>
      <w:r>
        <w:rPr>
          <w:rFonts w:ascii="Courier New" w:hAnsi="Courier New"/>
          <w:color w:val="555555"/>
          <w:sz w:val="20"/>
        </w:rPr>
        <w:t>[5]</w:t>
      </w:r>
    </w:p>
    <w:p>
      <w:r>
        <w:rPr>
          <w:rFonts w:ascii="Gentium Plus" w:hAnsi="Gentium Plus"/>
          <w:sz w:val="24"/>
        </w:rPr>
        <w:t>μελιτοπῶλαι μελιτοπώλιδες μελιτοπωλοῦσαι. λεκιθοπώλης, ἐλαιο‐ πῶλαι, ὀξοπῶλαι, γελγοπῶλαι γελγόπωλις· εἴρηται γὰρ ἡ γελ‐ γόπωλις ἐν Διονυσαλεξάνδρῳ Κρατίνου (I p 26. 48 Ko), ὥσπερ ἐν</w:t>
      </w:r>
    </w:p>
    <w:p>
      <w:r>
        <w:rPr>
          <w:rFonts w:ascii="Courier New" w:hAnsi="Courier New"/>
          <w:color w:val="555555"/>
          <w:sz w:val="20"/>
        </w:rPr>
        <w:t>[7 . 199]</w:t>
      </w:r>
    </w:p>
    <w:p>
      <w:r>
        <w:rPr>
          <w:rFonts w:ascii="Gentium Plus" w:hAnsi="Gentium Plus"/>
          <w:sz w:val="24"/>
        </w:rPr>
        <w:t>Ἀρτοπώλισιν Ἑρμίππου (I p 218. 13 Ko) τὸ γελγοπωλεῖν. ἐν δ’ Ἀριστοφάνους Δαναΐσι (fg 265 et 256) συρμαιοπῶλαι καὶ ἐγκρι‐ δοπῶλαι, ὥσπερ ἐν ταῖς Φοινίσσαις (fg 562) θεατροπώλης ὁ θέαν ἀπομισθῶν. χιδροπῶλαι, λυροπῶλαι στεφανοπῶλαι στεφανοπώ‐</w:t>
      </w:r>
    </w:p>
    <w:p>
      <w:r>
        <w:rPr>
          <w:rFonts w:ascii="Courier New" w:hAnsi="Courier New"/>
          <w:color w:val="555555"/>
          <w:sz w:val="20"/>
        </w:rPr>
        <w:t>[5]</w:t>
      </w:r>
    </w:p>
    <w:p>
      <w:r>
        <w:rPr>
          <w:rFonts w:ascii="Gentium Plus" w:hAnsi="Gentium Plus"/>
          <w:sz w:val="24"/>
        </w:rPr>
        <w:t>λιδες στεφανοπωλήτριαι. στεφάνων δὲ εἴδη ἐκκύλιστος, ὥσπερ Ἀρ‐ χίππῳ εἴρηται ἐν Ῥίνωνι (I p 687. 40) ἀπέρχεται στέφανον ἔχων τῶν ἐκκυλίστων· καὶ κυλιστὸν δὲ εἴρηκεν Ἀντιφάνης (II p 31. 51 Ko). λαχανοπῶλαι,</w:t>
      </w:r>
    </w:p>
    <w:p>
      <w:r>
        <w:rPr>
          <w:rFonts w:ascii="Courier New" w:hAnsi="Courier New"/>
          <w:color w:val="555555"/>
          <w:sz w:val="20"/>
        </w:rPr>
        <w:t>[10]</w:t>
      </w:r>
    </w:p>
    <w:p>
      <w:r>
        <w:rPr>
          <w:rFonts w:ascii="Gentium Plus" w:hAnsi="Gentium Plus"/>
          <w:sz w:val="24"/>
        </w:rPr>
        <w:t>λαχανοπωλίδες, λαχανοπωλήτριαι. τὰς δὲ βελόνας βελονίδας εἴ‐ ρηκεν Ἕρμιππος ἐν Μοίραις (I p 239. 49 Ko). ἔξεστι δὲ καὶ τἆλλα</w:t>
      </w:r>
    </w:p>
    <w:p>
      <w:r>
        <w:rPr>
          <w:rFonts w:ascii="Courier New" w:hAnsi="Courier New"/>
          <w:color w:val="555555"/>
          <w:sz w:val="20"/>
        </w:rPr>
        <w:t>[7 . 200]</w:t>
      </w:r>
    </w:p>
    <w:p>
      <w:r>
        <w:rPr>
          <w:rFonts w:ascii="Gentium Plus" w:hAnsi="Gentium Plus"/>
          <w:sz w:val="24"/>
        </w:rPr>
        <w:t>ἐπὶ τὸ θῆλυ σχηματίζειν. συνθηματιαίους δὲ στεφάνους εἴρηκεν Ἀρι‐ στοφάνης (Thesm 458) τοὺς ἠργολαβημένους, οὓς οἱ νῦν ἐκδοσί‐ μους λέγουσιν· φατέον δὲ ἐπὶ μὲν τοῦ ἐκδιδόντος ἔργον ὁτιοῦν τὸ ἐργοδοτεῖν, ἐπὶ δὲ τοῦ ἐργαζομένου τὸ ἐργολαβεῖν. εἰ δὲ Λυσίου ὁ</w:t>
      </w:r>
    </w:p>
    <w:p>
      <w:r>
        <w:rPr>
          <w:rFonts w:ascii="Courier New" w:hAnsi="Courier New"/>
          <w:color w:val="555555"/>
          <w:sz w:val="20"/>
        </w:rPr>
        <w:t>[5]</w:t>
      </w:r>
    </w:p>
    <w:p>
      <w:r>
        <w:rPr>
          <w:rFonts w:ascii="Gentium Plus" w:hAnsi="Gentium Plus"/>
          <w:sz w:val="24"/>
        </w:rPr>
        <w:t>κατ’ Αὐτοκλέους (p 181. 50 Tur) λόγος, ἐν ᾧ γέγραπται ‘ψηφοπαι‐</w:t>
      </w:r>
    </w:p>
    <w:p>
      <w:r>
        <w:rPr>
          <w:rFonts w:ascii="Courier New" w:hAnsi="Courier New"/>
          <w:color w:val="555555"/>
          <w:sz w:val="20"/>
        </w:rPr>
        <w:t>[7 . 201]</w:t>
      </w:r>
    </w:p>
    <w:p>
      <w:r>
        <w:rPr>
          <w:rFonts w:ascii="Gentium Plus" w:hAnsi="Gentium Plus"/>
          <w:sz w:val="24"/>
        </w:rPr>
        <w:t>στοῦσι τὸ δίκαιον,‘ εἴη ἂν καὶ ὁ ψηφοπαίστης ἔντεχνον. τὸ δὲ ὄνομα τοῦτο εἴρηκέ τις τῶν νέων κωμῳδῶν Εὔδοξος ἐν Ναυκλήρῳ δράματι (III p 332. 1 Ko). εἰ δὲ χρὴ καὶ τὰς αἰσχίους πράξεις τέχνας ὀνομάζειν, ἐρεῖς</w:t>
      </w:r>
    </w:p>
    <w:p>
      <w:r>
        <w:rPr>
          <w:rFonts w:ascii="Courier New" w:hAnsi="Courier New"/>
          <w:color w:val="555555"/>
          <w:sz w:val="20"/>
        </w:rPr>
        <w:t>[5]</w:t>
      </w:r>
    </w:p>
    <w:p>
      <w:r>
        <w:rPr>
          <w:rFonts w:ascii="Gentium Plus" w:hAnsi="Gentium Plus"/>
          <w:sz w:val="24"/>
        </w:rPr>
        <w:t>πόρναι πόρνοι, ἑταῖραι ἑταιροῦντες, πορνεῖα οἰκήματα ματρυλεῖα, πορνοβοσκοί προαγωγοί μαστροποί. τὴν δὲ πόρνην καὶ χαμαιτύπην ἐρεῖς, καὶ χαμαιτυπεῖον τὸ ἐργαστήριον, καὶ στεγῖτιν καὶ πορνί‐</w:t>
      </w:r>
    </w:p>
    <w:p>
      <w:r>
        <w:rPr>
          <w:rFonts w:ascii="Courier New" w:hAnsi="Courier New"/>
          <w:color w:val="555555"/>
          <w:sz w:val="20"/>
        </w:rPr>
        <w:t>[7 . 202]</w:t>
      </w:r>
    </w:p>
    <w:p>
      <w:r>
        <w:rPr>
          <w:rFonts w:ascii="Gentium Plus" w:hAnsi="Gentium Plus"/>
          <w:sz w:val="24"/>
        </w:rPr>
        <w:t>διον. πορνεύτριαν δὲ ἐν τοῖς Γεωργοῖς Ἀριστοφάνης (fg 121) ἔφη, Φιλωνίδης δὲ ἐν τοῖς Κοθόρνοις (I p 255. 5 Ko) πορνοτελώ‐ νας. Ἕρμιππος δὲ ἐν Ἀρτοπώλισι (I p 227. 10 Ko) φησὶν ὦ σαπρὰ καὶ πᾶσι πόρνη καὶ κάπραινα,</w:t>
      </w:r>
    </w:p>
    <w:p>
      <w:r>
        <w:rPr>
          <w:rFonts w:ascii="Courier New" w:hAnsi="Courier New"/>
          <w:color w:val="555555"/>
          <w:sz w:val="20"/>
        </w:rPr>
        <w:t>[5]</w:t>
      </w:r>
    </w:p>
    <w:p>
      <w:r>
        <w:rPr>
          <w:rFonts w:ascii="Gentium Plus" w:hAnsi="Gentium Plus"/>
          <w:sz w:val="24"/>
        </w:rPr>
        <w:t>Ἀριστοφάνης δὲ ἐν Σκηνὰς καταλαμβανούσαις (fg 478) τὴν πόρδαλιν καλοῦσι τὴν κασαλβάδα. τὸ δὲ πορνεύεσθαι ῥῆμα ἐν τῷ πρώτῳ Εὐπόλιδος Αὐτολύκῳ (I p 273. 67 Ko), ὡς τὸ πορνοβοσκῆσαι ἐν τῇ Πλάτωνος Συμμαχίᾳ (I p 642.</w:t>
      </w:r>
    </w:p>
    <w:p>
      <w:r>
        <w:rPr>
          <w:rFonts w:ascii="Courier New" w:hAnsi="Courier New"/>
          <w:color w:val="555555"/>
          <w:sz w:val="20"/>
        </w:rPr>
        <w:t>[7 . 203]</w:t>
      </w:r>
    </w:p>
    <w:p>
      <w:r>
        <w:rPr>
          <w:rFonts w:ascii="Gentium Plus" w:hAnsi="Gentium Plus"/>
          <w:sz w:val="24"/>
        </w:rPr>
        <w:t>159) καὶ ἡ πορνοβοσκία ἐν τῷ Αἰσχίνου κατὰ Κτησιφῶντος. ἐν δὲ Φρυνίχου Μούσαις (I p 379. 33 Ko) ὦ κάπραινα καὶ περίπολε καὶ δρομάς. καὶ φορβάδας δ’ ἂν τὰς πόρνας λέγοις, ὥσπερ καὶ μάχλους.</w:t>
      </w:r>
    </w:p>
    <w:p>
      <w:r>
        <w:rPr>
          <w:rFonts w:ascii="Courier New" w:hAnsi="Courier New"/>
          <w:color w:val="555555"/>
          <w:sz w:val="20"/>
        </w:rPr>
        <w:t>[5]</w:t>
      </w:r>
    </w:p>
    <w:p>
      <w:r>
        <w:rPr>
          <w:rFonts w:ascii="Gentium Plus" w:hAnsi="Gentium Plus"/>
          <w:sz w:val="24"/>
        </w:rPr>
        <w:t>κυβεία, κυβεύτρια κυβευταί, κυβευτήρια. πεττεία ἢ πεσ‐ σεία, ὡς Σοφοκλῆς (fg 977) σκιράφια· καὶ τὸν σκιραφευτὴν Ἄμφις εἴρηκεν ἐν τοῖς Κυβευταῖς (II p 243. 25 Ko). τηλία, κημοί, φιμοί,</w:t>
      </w:r>
    </w:p>
    <w:p>
      <w:r>
        <w:rPr>
          <w:rFonts w:ascii="Courier New" w:hAnsi="Courier New"/>
          <w:color w:val="555555"/>
          <w:sz w:val="20"/>
        </w:rPr>
        <w:t>[7 . 204]</w:t>
      </w:r>
    </w:p>
    <w:p>
      <w:r>
        <w:rPr>
          <w:rFonts w:ascii="Gentium Plus" w:hAnsi="Gentium Plus"/>
          <w:sz w:val="24"/>
        </w:rPr>
        <w:t>(Rp 292 C). τὸ δὲ πεσσοῖς παίζειν πεσσονομεῖν Κράτης εἴρηκεν ἐν Γείτοσιν (I 131. 7 Ko.) ψῆφοι, γραμμαί, βόλοι. βόλων δὲ ὀνόματα τῶν μὲν φαύλων τε καὶ δυσβόλων ἐφ’ οἷς τὸ δυσκυβεῖν, Μίδας, Μάνης, πάτριλος, πάταινα, μάγνης, σάγλη, ἄμπλια, ἄβολα,</w:t>
      </w:r>
    </w:p>
    <w:p>
      <w:r>
        <w:rPr>
          <w:rFonts w:ascii="Courier New" w:hAnsi="Courier New"/>
          <w:color w:val="555555"/>
          <w:sz w:val="20"/>
        </w:rPr>
        <w:t>[5]</w:t>
      </w:r>
    </w:p>
    <w:p>
      <w:r>
        <w:rPr>
          <w:rFonts w:ascii="Gentium Plus" w:hAnsi="Gentium Plus"/>
          <w:sz w:val="24"/>
        </w:rPr>
        <w:t>ἄθετος, ὑπτιάζων, κρύψασος, κάγχασος, τριχίας, ἐκδύνων, χῖος, ὃν καὶ κεινὸν καὶ οἴνην ἐκάλουν—ἔστι δὲ οἴνη παρὰ τοῖς Ἴωσι μονάς—· οἱ δὲ βελτίους, ἐφ’ οἷς καὶ τὸ εὐκυβεῖν ἐλέγετο, βόλος</w:t>
      </w:r>
    </w:p>
    <w:p>
      <w:r>
        <w:rPr>
          <w:rFonts w:ascii="Courier New" w:hAnsi="Courier New"/>
          <w:color w:val="555555"/>
          <w:sz w:val="20"/>
        </w:rPr>
        <w:t>[7 . 205]</w:t>
      </w:r>
    </w:p>
    <w:p>
      <w:r>
        <w:rPr>
          <w:rFonts w:ascii="Gentium Plus" w:hAnsi="Gentium Plus"/>
          <w:sz w:val="24"/>
        </w:rPr>
        <w:t>πρανής, ἐπακοντιστής, καλλίβολος, φύσκων, ὅροι, συνωρὶς κεῖος ἢ κῷος. ὁ μέντοι Μίδας καὶ τῶν μέσων βόλων ἦν. καὶ ἄλλοι δὲ πολλοί εἰσιν, οὓς ὀνομάζει Εὔβουλος ἐν τοῖς Κυβευταῖς (II p 184. 58 Ko) κεντρωτός, ἱερός, ἅρμ’ ὑπερβάλλων πόδας,</w:t>
      </w:r>
    </w:p>
    <w:p>
      <w:r>
        <w:rPr>
          <w:rFonts w:ascii="Courier New" w:hAnsi="Courier New"/>
          <w:color w:val="555555"/>
          <w:sz w:val="20"/>
        </w:rPr>
        <w:t>[5]</w:t>
      </w:r>
    </w:p>
    <w:p>
      <w:r>
        <w:rPr>
          <w:rFonts w:ascii="Gentium Plus" w:hAnsi="Gentium Plus"/>
          <w:sz w:val="24"/>
        </w:rPr>
        <w:t>κήρυννος, εὐδαίμων, κυνωτός, ἄρτια, Λάκωνες, ἀντίτευχος, Ἀργεῖος, δάκνων, Τιμόκριτος, ἐλλείπων, πυαλίτης, ἐπίθετος, σφάλλων, ἀγύρτης, οἶστρος, ἀνακάμπτων, δορεύς, λάμπων, Κύκλωπες, ἐπιφέρων, Σόλων, Σίμων.</w:t>
      </w:r>
    </w:p>
    <w:p>
      <w:r>
        <w:rPr>
          <w:rFonts w:ascii="Courier New" w:hAnsi="Courier New"/>
          <w:color w:val="555555"/>
          <w:sz w:val="20"/>
        </w:rPr>
        <w:t>[7 . 206]</w:t>
      </w:r>
    </w:p>
    <w:p>
      <w:r>
        <w:rPr>
          <w:rFonts w:ascii="Gentium Plus" w:hAnsi="Gentium Plus"/>
          <w:sz w:val="24"/>
        </w:rPr>
        <w:t>κυβείας δὲ εἴδη καὶ ἡ πλειστοβόλινδα παιδιά, καὶ τὸ ἀρτιάζειν, καὶ διαγραμμίζειν καὶ διαγραμμισμός καὶ χαλκίζειν καὶ χαλκισμός, καὶ ἱμαντελιγμός καὶ ναυμαχία. ἐνῇ τις καὶ ἱερὰ γραμμή, ἀφ’ ἧς ἡ παροιμία ‘κινήσω τὸν ἀφ’ ἱερᾶς.‘</w:t>
      </w:r>
    </w:p>
    <w:p>
      <w:r>
        <w:rPr>
          <w:rFonts w:ascii="Courier New" w:hAnsi="Courier New"/>
          <w:color w:val="555555"/>
          <w:sz w:val="20"/>
        </w:rPr>
        <w:t>[5]</w:t>
      </w:r>
    </w:p>
    <w:p>
      <w:r>
        <w:rPr>
          <w:rFonts w:ascii="Gentium Plus" w:hAnsi="Gentium Plus"/>
          <w:sz w:val="24"/>
        </w:rPr>
        <w:t>δύναιτο δ’ ἄν τις, εἰ βούλοιτο, καὶ τὰς ὑπὸ τοῦ Πλάτωνος ὀνομασθείσας τέχνας ταύταις ἐπαριθμεῖν, καὶ τὰ σὺν αὐταῖς ὀνό‐ ματα, εἴτε σπουδάζων ἐχρῆτο τοῖς ὀνόμασιν εἴτε καὶ μή· λέγω δὲ</w:t>
      </w:r>
    </w:p>
    <w:p>
      <w:r>
        <w:rPr>
          <w:rFonts w:ascii="Courier New" w:hAnsi="Courier New"/>
          <w:color w:val="555555"/>
          <w:sz w:val="20"/>
        </w:rPr>
        <w:t>[7 . 207]</w:t>
      </w:r>
    </w:p>
    <w:p>
      <w:r>
        <w:rPr>
          <w:rFonts w:ascii="Gentium Plus" w:hAnsi="Gentium Plus"/>
          <w:sz w:val="24"/>
        </w:rPr>
        <w:t>διὰ τὸ ἐν ἐνίοις τῶν ὀνομάτων βιαιότερον. διακριτική συγκριτική,</w:t>
      </w:r>
    </w:p>
    <w:p>
      <w:r>
        <w:rPr>
          <w:rFonts w:ascii="Courier New" w:hAnsi="Courier New"/>
          <w:color w:val="555555"/>
          <w:sz w:val="20"/>
        </w:rPr>
        <w:t>[5]</w:t>
      </w:r>
    </w:p>
    <w:p>
      <w:r>
        <w:rPr>
          <w:rFonts w:ascii="Gentium Plus" w:hAnsi="Gentium Plus"/>
          <w:sz w:val="24"/>
        </w:rPr>
        <w:t>συγκριτικὸς *συγκριτικῶς συγκρῖναι, συστῆσαι, συναγαγεῖν, μῖξαι συμ‐ μῖξαι, συμπλέξαι, καὶ τέχνη οὐ πλεκτικὴ μόνον ἀλλὰ καὶ *συμ‐</w:t>
      </w:r>
    </w:p>
    <w:p>
      <w:r>
        <w:rPr>
          <w:rFonts w:ascii="Courier New" w:hAnsi="Courier New"/>
          <w:color w:val="555555"/>
          <w:sz w:val="20"/>
        </w:rPr>
        <w:t>[7 . 208]</w:t>
      </w:r>
    </w:p>
    <w:p>
      <w:r>
        <w:rPr>
          <w:rFonts w:ascii="Gentium Plus" w:hAnsi="Gentium Plus"/>
          <w:sz w:val="24"/>
        </w:rPr>
        <w:t>πλεκτική, προβληματουργική *προβληματουργικός. προβλήματα, σκε‐ πάσματα, παραπετάσματα, στεγάσματα, ὁπλίσματα, ἀμφιέσματα, φράγματα, περικαλύμματα, ὑποπετάσματα. τρητά ἄτρητα, σύνθετα σύνδετα, νεύρινα τρίχινα. περιβολή ὑποβολή *ἐπιβολή. ἱματι‐</w:t>
      </w:r>
    </w:p>
    <w:p>
      <w:r>
        <w:rPr>
          <w:rFonts w:ascii="Courier New" w:hAnsi="Courier New"/>
          <w:color w:val="555555"/>
          <w:sz w:val="20"/>
        </w:rPr>
        <w:t>[5]</w:t>
      </w:r>
    </w:p>
    <w:p>
      <w:r>
        <w:rPr>
          <w:rFonts w:ascii="Gentium Plus" w:hAnsi="Gentium Plus"/>
          <w:sz w:val="24"/>
        </w:rPr>
        <w:t>ουργική, πιλητική. τρῆσις, ῥαφή. ὀλοσχίστων δερματουργική, ῥευμά‐</w:t>
      </w:r>
    </w:p>
    <w:p>
      <w:r>
        <w:rPr>
          <w:rFonts w:ascii="Courier New" w:hAnsi="Courier New"/>
          <w:color w:val="555555"/>
          <w:sz w:val="20"/>
        </w:rPr>
        <w:t>[7 . 209]</w:t>
      </w:r>
    </w:p>
    <w:p>
      <w:r>
        <w:rPr>
          <w:rFonts w:ascii="Gentium Plus" w:hAnsi="Gentium Plus"/>
          <w:sz w:val="24"/>
        </w:rPr>
        <w:t>των *στατική, ἐπιθηματουργία, διακωλυτικὰ ἔργα, γομφωτική, ὁπλο‐ ποιική, *μαγγανευτική, ἀμυντικὴ χειμῶνος, ἐργαστική. ξαντική ξάν‐ της, κναφευτική, ὑφαντική ὑφάντης ὑφάσματα ὑφή, πλυντική, θεραπευτική, κοσμητική, †προητική, νηστική, *στρεπτική στρεπ‐</w:t>
      </w:r>
    </w:p>
    <w:p>
      <w:r>
        <w:rPr>
          <w:rFonts w:ascii="Courier New" w:hAnsi="Courier New"/>
          <w:color w:val="555555"/>
          <w:sz w:val="20"/>
        </w:rPr>
        <w:t>[5]</w:t>
      </w:r>
    </w:p>
    <w:p>
      <w:r>
        <w:rPr>
          <w:rFonts w:ascii="Gentium Plus" w:hAnsi="Gentium Plus"/>
          <w:sz w:val="24"/>
        </w:rPr>
        <w:t>τικόν, συμπλεκτικόν, ἄστροφον, κάταγμα, στημονονητική, κροκονη‐ τική, πλαστική, νῆμα, *ἐμπλέξαι, εὐθυπλοκία. χαλκοτυπική, κερα‐ μική, φλοιστική, φελλοί, βίβλοι, πρωτογενές, ἀσύνθετον. γλυπτικὴ σφραγίδων, δρυοτομική. *τροφική, ἀγελαιοκομική *ἀγελαιοτροφική. ὑπηρετική, *ἀργυραμοιβική ἀργυραμοιβός, ἐμπορευτικοί. τὸ κηρυκικὸν</w:t>
      </w:r>
    </w:p>
    <w:p>
      <w:r>
        <w:rPr>
          <w:rFonts w:ascii="Courier New" w:hAnsi="Courier New"/>
          <w:color w:val="555555"/>
          <w:sz w:val="20"/>
        </w:rPr>
        <w:t>[7 . 210]</w:t>
      </w:r>
    </w:p>
    <w:p>
      <w:r>
        <w:rPr>
          <w:rFonts w:ascii="Gentium Plus" w:hAnsi="Gentium Plus"/>
          <w:sz w:val="24"/>
        </w:rPr>
        <w:t>πᾶν γένος, ἑρμηνευταί. *ἱερεωτική, κριτική, ἐπιστατική. *σκευουργική σκευουργία. ἱπποφορβία, διακονική. πεττεία, πειστική πειστι‐ κόν, *ἀρκτική, μισθαρνητική. ἀγκιστρευτική ἀγκιστρεία, ἁλιευτική, πλεκτική, πυριευτική, ἀσπαλιευτική, τριοδοντία καὶ πολλὰ ἄλλα</w:t>
      </w:r>
    </w:p>
    <w:p>
      <w:r>
        <w:rPr>
          <w:rFonts w:ascii="Courier New" w:hAnsi="Courier New"/>
          <w:color w:val="555555"/>
          <w:sz w:val="20"/>
        </w:rPr>
        <w:t>[5]</w:t>
      </w:r>
    </w:p>
    <w:p>
      <w:r>
        <w:rPr>
          <w:rFonts w:ascii="Gentium Plus" w:hAnsi="Gentium Plus"/>
          <w:sz w:val="24"/>
        </w:rPr>
        <w:t>σὺν τούτοις ὀνόματα. ἵνα δὲ μηδὲ τῶν βιβλίων ἀμελεῖν δοκῶμεν, εἴποις ἂν βίβλοι, βιβλίον· παρὰ δὲ Ἀριστοφάνει (fg 756) καὶ βιβλιδάριον. καὶ χάρτας δὲ τοὺς γεγραμμένους Πλάτων εἴρηκεν ὁ κωμικός (I p 656. 194 Ko) τὰ γραμματεῖα τούς τε χάρτας ἐκφέρων.</w:t>
      </w:r>
    </w:p>
    <w:p>
      <w:r>
        <w:rPr>
          <w:rFonts w:ascii="Courier New" w:hAnsi="Courier New"/>
          <w:color w:val="555555"/>
          <w:sz w:val="20"/>
        </w:rPr>
        <w:t>[7 . 211]</w:t>
      </w:r>
    </w:p>
    <w:p>
      <w:r>
        <w:rPr>
          <w:rFonts w:ascii="Gentium Plus" w:hAnsi="Gentium Plus"/>
          <w:sz w:val="24"/>
        </w:rPr>
        <w:t>ἐκ δὲ τῶν ἐναντίων ἐπὶ ἀγράφου τὸ βιβλίον εἴρηκεν Ἡρόδοτος</w:t>
      </w:r>
    </w:p>
    <w:p>
      <w:r>
        <w:rPr>
          <w:rFonts w:ascii="Courier New" w:hAnsi="Courier New"/>
          <w:color w:val="555555"/>
          <w:sz w:val="20"/>
        </w:rPr>
        <w:t>[5]</w:t>
      </w:r>
    </w:p>
    <w:p>
      <w:r>
        <w:rPr>
          <w:rFonts w:ascii="Gentium Plus" w:hAnsi="Gentium Plus"/>
          <w:sz w:val="24"/>
        </w:rPr>
        <w:t>τιφάνει ἐν Σαπφοῖ (II p 96. 197 Ko). παρὰ δὲ τῷ νεωτέρῳ Κρατίνῳ ἐν Ὑποβολιμαίῳ (II p 292. 11) βιβλιοθήκη. Ἀντιφάνης δὲ ἐν τῷ Μύλωνι (II p 77. 162 Ko) εἴρηκε βιβλιδίου κόλλημα. Ἡρόδοτος (V 58) δὲ τοὺς Ἴωνάς φησι τὰς βίβλους διφθέρας λέγειν ἀπὸ τοῦ παλαιοῦ. τὰς δὲ διφθέρας καλοῦσι καὶ ἰττέλας.</w:t>
      </w:r>
    </w:p>
    <w:p>
      <w:r>
        <w:rPr>
          <w:rFonts w:ascii="Courier New" w:hAnsi="Courier New"/>
          <w:color w:val="555555"/>
          <w:sz w:val="20"/>
        </w:rPr>
        <w:t>[8 . 1]</w:t>
      </w:r>
    </w:p>
    <w:p>
      <w:r>
        <w:rPr>
          <w:rFonts w:ascii="Gentium Plus" w:hAnsi="Gentium Plus"/>
          <w:sz w:val="24"/>
        </w:rPr>
        <w:t>Κομμόδῳ Καίσαρι Ἰούλιος Πολυδεύκης χαίρειν. ταῦτα ἐγὼ μὲν συνελεξάμην, ὅτι μὲν διὰ ταχέων, αὐτὸ δηλοῖ, πλὴν οὐκ ἔστιν ὅτε ἀποστὰς δι’ αὐτὰ τῆς συνουσίας τῆς πρὸς τοὺς νέους καὶ τῶν δι’ ἔθους ἀγώνων ὁσημέραι δύο λόγους ἐξειργασάμην</w:t>
      </w:r>
    </w:p>
    <w:p>
      <w:r>
        <w:rPr>
          <w:rFonts w:ascii="Courier New" w:hAnsi="Courier New"/>
          <w:color w:val="555555"/>
          <w:sz w:val="20"/>
        </w:rPr>
        <w:t>[5]</w:t>
      </w:r>
    </w:p>
    <w:p>
      <w:r>
        <w:rPr>
          <w:rFonts w:ascii="Gentium Plus" w:hAnsi="Gentium Plus"/>
          <w:sz w:val="24"/>
        </w:rPr>
        <w:t>τὸν μὲν ἐκ τοῦ θρόνου λέγων, τὸν δὲ ὀρθοστάδην· ἔδει δέ, ὡς εἰκός, κἀκείνοις παρασκευῆς καὶ τούτοις σχολῆς.</w:t>
      </w:r>
    </w:p>
    <w:p>
      <w:r>
        <w:rPr>
          <w:rFonts w:ascii="Courier New" w:hAnsi="Courier New"/>
          <w:color w:val="555555"/>
          <w:sz w:val="20"/>
        </w:rPr>
        <w:t>[8 . 6]</w:t>
      </w:r>
    </w:p>
    <w:p>
      <w:r>
        <w:rPr>
          <w:rFonts w:ascii="Gentium Plus" w:hAnsi="Gentium Plus"/>
          <w:sz w:val="24"/>
        </w:rPr>
        <w:t>Δικαστικὰ ὀνόματα εἴη ἄν, ὡς ἐγᾦμαι, τάδε. δίκη μὲν ἥ τε θεὸς καὶ τὸ πρᾶγμα οὗ προέστηκεν ὁ δικάζων, καὶ ἡ ἀμφισβήτησις καὶ ἡ διαδικασία καὶ ἡ τιμωρία, τὸ δὲ συνέχον τὴν δίκην δίκαιον καὶ ἄδι‐ κον, ὁ δὲ δικάζων δικαστής, τὸ δὲ χωρίον δικαστήριον. τὰ δὲ ἀπ’</w:t>
      </w:r>
    </w:p>
    <w:p>
      <w:r>
        <w:rPr>
          <w:rFonts w:ascii="Courier New" w:hAnsi="Courier New"/>
          <w:color w:val="555555"/>
          <w:sz w:val="20"/>
        </w:rPr>
        <w:t>[5]</w:t>
      </w:r>
    </w:p>
    <w:p>
      <w:r>
        <w:rPr>
          <w:rFonts w:ascii="Gentium Plus" w:hAnsi="Gentium Plus"/>
          <w:sz w:val="24"/>
        </w:rPr>
        <w:t>αὐτῶν ὀνόματα δίκαιος δικαίως, δικαιοσύνη δικαιοπραγία, δικαιό‐</w:t>
      </w:r>
    </w:p>
    <w:p>
      <w:r>
        <w:rPr>
          <w:rFonts w:ascii="Courier New" w:hAnsi="Courier New"/>
          <w:color w:val="555555"/>
          <w:sz w:val="20"/>
        </w:rPr>
        <w:t>[8 . 7]</w:t>
      </w:r>
    </w:p>
    <w:p>
      <w:r>
        <w:rPr>
          <w:rFonts w:ascii="Gentium Plus" w:hAnsi="Gentium Plus"/>
          <w:sz w:val="24"/>
        </w:rPr>
        <w:t>της δικαιοδότης. τὸ δὲ δίκαιον καὶ θεμιτόν, τὸν δὲ δίκαιον εἴ‐ ποις ἂν καὶ νόμιμον, εὐγνώμονα, σώφρονα, τοῖς οὖσιν ἀρκούμενον, οὐδενὸς τῶν ἀλλοτρίων ἐφιέμενον, δικαιοπραγοῦντα, εὐγνωμονοῦντα,</w:t>
      </w:r>
    </w:p>
    <w:p>
      <w:r>
        <w:rPr>
          <w:rFonts w:ascii="Courier New" w:hAnsi="Courier New"/>
          <w:color w:val="555555"/>
          <w:sz w:val="20"/>
        </w:rPr>
        <w:t>[5]</w:t>
      </w:r>
    </w:p>
    <w:p>
      <w:r>
        <w:rPr>
          <w:rFonts w:ascii="Gentium Plus" w:hAnsi="Gentium Plus"/>
          <w:sz w:val="24"/>
        </w:rPr>
        <w:t>μόνως, σωφρόνως. δικαιοπραγεῖν, εὐγνωμονεῖν, σωφρονεῖν. ἄδικος ἀδίκως, ἀδικία, ἀδικοπραγία. τὸν δὲ ἄδικον φαίης ἂν πλεονέκτην, ἄνομον παράνομον, βίαιον, τῶν ἀλλοτρίων ἐπιθυμητήν, τῶν οὐδὲν προσηκόντων ἐφιέμενον. καὶ ἀδικεῖν, ἀδικοπραγεῖν, πλεονεκτεῖν, ἀνο‐ μεῖν παρανομεῖν, βιάζεσθαι. καὶ πλεονεξία, ἀνομία, βία. καὶ πλεονε‐</w:t>
      </w:r>
    </w:p>
    <w:p>
      <w:r>
        <w:rPr>
          <w:rFonts w:ascii="Courier New" w:hAnsi="Courier New"/>
          <w:color w:val="555555"/>
          <w:sz w:val="20"/>
        </w:rPr>
        <w:t>[10]</w:t>
      </w:r>
    </w:p>
    <w:p>
      <w:r>
        <w:rPr>
          <w:rFonts w:ascii="Gentium Plus" w:hAnsi="Gentium Plus"/>
          <w:sz w:val="24"/>
        </w:rPr>
        <w:t>κτικῶς, ἀνόμως παρανόμως, βιαίως.</w:t>
      </w:r>
    </w:p>
    <w:p>
      <w:r>
        <w:rPr>
          <w:rFonts w:ascii="Courier New" w:hAnsi="Courier New"/>
          <w:color w:val="555555"/>
          <w:sz w:val="20"/>
        </w:rPr>
        <w:t>[8 . 8]</w:t>
      </w:r>
    </w:p>
    <w:p>
      <w:r>
        <w:rPr>
          <w:rFonts w:ascii="Gentium Plus" w:hAnsi="Gentium Plus"/>
          <w:sz w:val="24"/>
        </w:rPr>
        <w:t>ὁ δὲ δικαστὴς ὀνομασθείη ἂν ὁ δικάζων, ὁ κλήρῳ λαχών, ὁ κληρωθείς, ὁ τῆς ψήφου κύριος, ὁ τὴν ψῆφον παρειληφώς, ὁ τὸν ὅρκον ὀμωμοκώς, ὁ τοῦ δικαίου προστάτης, ὁ τῶν νόμων φύλαξ, ὁ τὰ ἀμφισβητήσιμα διαιρῶν, ὁ κρίνων, ὁ διακρίνων, ὁ τοὺς ἀδικοῦντας</w:t>
      </w:r>
    </w:p>
    <w:p>
      <w:r>
        <w:rPr>
          <w:rFonts w:ascii="Courier New" w:hAnsi="Courier New"/>
          <w:color w:val="555555"/>
          <w:sz w:val="20"/>
        </w:rPr>
        <w:t>[5]</w:t>
      </w:r>
    </w:p>
    <w:p>
      <w:r>
        <w:rPr>
          <w:rFonts w:ascii="Gentium Plus" w:hAnsi="Gentium Plus"/>
          <w:sz w:val="24"/>
        </w:rPr>
        <w:t>κολάζων, μετιών, καταδικάζων, ἐξαίρων, νουθετῶν, σωφρονίζων, ὁ τι‐</w:t>
      </w:r>
    </w:p>
    <w:p>
      <w:r>
        <w:rPr>
          <w:rFonts w:ascii="Courier New" w:hAnsi="Courier New"/>
          <w:color w:val="555555"/>
          <w:sz w:val="20"/>
        </w:rPr>
        <w:t>[8 . 9]</w:t>
      </w:r>
    </w:p>
    <w:p>
      <w:r>
        <w:rPr>
          <w:rFonts w:ascii="Gentium Plus" w:hAnsi="Gentium Plus"/>
          <w:sz w:val="24"/>
        </w:rPr>
        <w:t>μωρούμενος. καὶ τὸ ἔργον αὐτοῦ θέσθαι τὴν ψῆφον, ἐξενεγκεῖν γνῶ‐ σιν, κρῖναι διακρῖναι τὰ δίκαια, διελεῖν, δικάσαι καταδικάσαι ἀπο‐ δικάσαι, καταψηφίσασθαι ἀποψηφίσασθαι καταγνῶναι ἀπογνῶναι τιμωρήσασθαι κολάσαι μετελθεῖν, ἀφεῖναι ἀπαλλάξαι· τὸ γὰρ ἀπολῦσαι</w:t>
      </w:r>
    </w:p>
    <w:p>
      <w:r>
        <w:rPr>
          <w:rFonts w:ascii="Courier New" w:hAnsi="Courier New"/>
          <w:color w:val="555555"/>
          <w:sz w:val="20"/>
        </w:rPr>
        <w:t>[5]</w:t>
      </w:r>
    </w:p>
    <w:p>
      <w:r>
        <w:rPr>
          <w:rFonts w:ascii="Gentium Plus" w:hAnsi="Gentium Plus"/>
          <w:sz w:val="24"/>
        </w:rPr>
        <w:t>ἰδιωτικόν. τὸ δὲ ὄνομα τοῦ πράγματος κρίσις, γνῶσις κατάγνωσις</w:t>
      </w:r>
    </w:p>
    <w:p>
      <w:r>
        <w:rPr>
          <w:rFonts w:ascii="Courier New" w:hAnsi="Courier New"/>
          <w:color w:val="555555"/>
          <w:sz w:val="20"/>
        </w:rPr>
        <w:t>[8 . 10]</w:t>
      </w:r>
    </w:p>
    <w:p>
      <w:r>
        <w:rPr>
          <w:rFonts w:ascii="Gentium Plus" w:hAnsi="Gentium Plus"/>
          <w:sz w:val="24"/>
        </w:rPr>
        <w:t>ἀπόγνωσις, καταδίκη ἄφεσις. καὶ ἐπαινῶν μὲν ἂν δικαστὴν εἴποις δίκαιος, ἔνδικος, ἀκριβής, ἄδωρος, ἀδιάφθορος, ἀνεξαπάτητος, δυσ‐ παράγωγος, δυσπαράτρεπτος ἀπαράτρεπτος, ἀπαράπειστος, ἀπλανής, στάσιμος, ἀσφαλής, ἴσος ἰσοστάσιος ἰσόρροπος, ἀκλινής ἄτρεπτος,</w:t>
      </w:r>
    </w:p>
    <w:p>
      <w:r>
        <w:rPr>
          <w:rFonts w:ascii="Courier New" w:hAnsi="Courier New"/>
          <w:color w:val="555555"/>
          <w:sz w:val="20"/>
        </w:rPr>
        <w:t>[5]</w:t>
      </w:r>
    </w:p>
    <w:p>
      <w:r>
        <w:rPr>
          <w:rFonts w:ascii="Gentium Plus" w:hAnsi="Gentium Plus"/>
          <w:sz w:val="24"/>
        </w:rPr>
        <w:t>πρὸς τὸ δίκαιον ῥέπων, οὐ πρὸς ὀργὴν ἐκφερόμενος, οὐ πρὸς χάριν ἐνδιδούς, ἀκριβέστερος ζυγοῦ τὴν ῥοπήν, μισοπόνηρος, φιλάνθρω‐</w:t>
      </w:r>
    </w:p>
    <w:p>
      <w:r>
        <w:rPr>
          <w:rFonts w:ascii="Courier New" w:hAnsi="Courier New"/>
          <w:color w:val="555555"/>
          <w:sz w:val="20"/>
        </w:rPr>
        <w:t>[8 . 11]</w:t>
      </w:r>
    </w:p>
    <w:p>
      <w:r>
        <w:rPr>
          <w:rFonts w:ascii="Gentium Plus" w:hAnsi="Gentium Plus"/>
          <w:sz w:val="24"/>
        </w:rPr>
        <w:t>πος, ἥμερος, πρᾶος, ἐπιεικής, ἐλεήμων, φιλοικτίρμων. καὶ τὰ ἐπιρρήματα δικαίως, ἐνδίκως ἀκριβῶς, ἀδώρως, ἀδιαφθόρως, ἀνεξα‐ πατήτως, ἀπλανῶς, στασίμως, ἀσφαλῶς, ἴσως· τὸ γὰρ ἰσοστασίως σκληρόν. καλὸν δὲ τὸ ἰσορρόπως, ἀκλινῶς, ἀτρέπτως, μισο‐</w:t>
      </w:r>
    </w:p>
    <w:p>
      <w:r>
        <w:rPr>
          <w:rFonts w:ascii="Courier New" w:hAnsi="Courier New"/>
          <w:color w:val="555555"/>
          <w:sz w:val="20"/>
        </w:rPr>
        <w:t>[5]</w:t>
      </w:r>
    </w:p>
    <w:p>
      <w:r>
        <w:rPr>
          <w:rFonts w:ascii="Gentium Plus" w:hAnsi="Gentium Plus"/>
          <w:sz w:val="24"/>
        </w:rPr>
        <w:t>πονήρως· ἀφιλανθρώπως· ἡμέρως· πράως ἐπιεικῶς· ἐλεημόνως δὲ καὶ φιλοικτιρμόνως σκληρά. τὰ δὲ τῶν ἔργων ὀνόματα δικαιοσύνη, εὐδικία εὐθυδικία, ἀκρίβεια, ἀδωρία ἀσφάλεια, ἰσότης, μισοπο‐ νηρία, φιλανθρωπία, ἡμερότης, πραότης, ἐπιείκεια ἰσορροπία, ἔλεος· ἀπὸ δὲ τῶν ἄλλων οὐκέτι. ῥήματα δὲ ἀπὸ τούτων μόνα</w:t>
      </w:r>
    </w:p>
    <w:p>
      <w:r>
        <w:rPr>
          <w:rFonts w:ascii="Courier New" w:hAnsi="Courier New"/>
          <w:color w:val="555555"/>
          <w:sz w:val="20"/>
        </w:rPr>
        <w:t>[8 . 12]</w:t>
      </w:r>
    </w:p>
    <w:p>
      <w:r>
        <w:rPr>
          <w:rFonts w:ascii="Gentium Plus" w:hAnsi="Gentium Plus"/>
          <w:sz w:val="24"/>
        </w:rPr>
        <w:t>ἰσορροπεῖν, φιλανθρωπεύεσθαι, ἐλεεῖν, οἰκτείρειν. ψέγων δ’ ἂν εἴποις δικαστὴς ἄδικος, ἔκνομος παράνομος, ῥᾴδιος ῥᾳδιουργός, προπετής, εὐχερής δωροδόκος, εὐεξαπάτητος, εὔτρεπτος</w:t>
      </w:r>
    </w:p>
    <w:p>
      <w:r>
        <w:rPr>
          <w:rFonts w:ascii="Courier New" w:hAnsi="Courier New"/>
          <w:color w:val="555555"/>
          <w:sz w:val="20"/>
        </w:rPr>
        <w:t>[5]</w:t>
      </w:r>
    </w:p>
    <w:p>
      <w:r>
        <w:rPr>
          <w:rFonts w:ascii="Gentium Plus" w:hAnsi="Gentium Plus"/>
          <w:sz w:val="24"/>
        </w:rPr>
        <w:t>σφαλερός, σκαιός, ἀπάνθρωπος, ἀνεπιεικής, ὑβριστής, ἑτερόρροπος, ἄνισος, ἀνηλεής, ἄγριος, ἄνοικτος εἰ μὴ τραγικώτερον, πρὸς χάριν ὑποκατακλινόμενος, δυσόργητος, πρὸς ὀργὴν ἔκφορος, πρὸς ἀργύριον βλέπων, πρὸς τὸ πλεῖον βαρυνόμενος, δεκαζόμενος, φενακιζό‐</w:t>
      </w:r>
    </w:p>
    <w:p>
      <w:r>
        <w:rPr>
          <w:rFonts w:ascii="Courier New" w:hAnsi="Courier New"/>
          <w:color w:val="555555"/>
          <w:sz w:val="20"/>
        </w:rPr>
        <w:t>[8 . 13]</w:t>
      </w:r>
    </w:p>
    <w:p>
      <w:r>
        <w:rPr>
          <w:rFonts w:ascii="Gentium Plus" w:hAnsi="Gentium Plus"/>
          <w:sz w:val="24"/>
        </w:rPr>
        <w:t>μενος. καὶ τὰ ἐπιρρήματα ἀδίκως, ἐκνόμως παρανόμως, ῥᾳδίως, προπετῶς, εὐχερῶς, εὐεξαπατήτως, πεπλανημένως, σφαλερῶς, σκαιῶς, ἀπανθρώπως, ὑβριστικῶς, ἀνίσως, ἀγρίως, ἀνηλεῶς, ἀνε‐ πιεικῶς, ἑτερορρεπῶς, ἀνοίκτως· τὰ γὰρ ἀπὸ τῶν λοιπῶν δυσ‐</w:t>
      </w:r>
    </w:p>
    <w:p>
      <w:r>
        <w:rPr>
          <w:rFonts w:ascii="Courier New" w:hAnsi="Courier New"/>
          <w:color w:val="555555"/>
          <w:sz w:val="20"/>
        </w:rPr>
        <w:t>[5]</w:t>
      </w:r>
    </w:p>
    <w:p>
      <w:r>
        <w:rPr>
          <w:rFonts w:ascii="Gentium Plus" w:hAnsi="Gentium Plus"/>
          <w:sz w:val="24"/>
        </w:rPr>
        <w:t>φθεγκτότερα. τὰ δὲ πράγματα ἀδικία, παρανομία ἀνομία,</w:t>
      </w:r>
    </w:p>
    <w:p>
      <w:r>
        <w:rPr>
          <w:rFonts w:ascii="Courier New" w:hAnsi="Courier New"/>
          <w:color w:val="555555"/>
          <w:sz w:val="20"/>
        </w:rPr>
        <w:t>[8 . 14]</w:t>
      </w:r>
    </w:p>
    <w:p>
      <w:r>
        <w:rPr>
          <w:rFonts w:ascii="Gentium Plus" w:hAnsi="Gentium Plus"/>
          <w:sz w:val="24"/>
        </w:rPr>
        <w:t>ῥᾳστώνη ῥᾳδιουργία, προπέτεια, εὐχέρεια, ἀπάτη, σφάλμα, ἀπαν‐ θρωπεία, ἀνεπιείκεια, ὕβρις, ἀνισότης, ἀγριότης, δωροδοκία, παρ‐ αγωγή, ἑτερορρέπεια, σκαιότης, πλάνη. καὶ τὰ ῥήματα ἀδικεῖν, πα‐ ρανομεῖν, ῥᾳδιουργεῖν, ἀπατᾶσθαι ἐξαπατᾶσθαι, τρέπεσθαι πα‐</w:t>
      </w:r>
    </w:p>
    <w:p>
      <w:r>
        <w:rPr>
          <w:rFonts w:ascii="Courier New" w:hAnsi="Courier New"/>
          <w:color w:val="555555"/>
          <w:sz w:val="20"/>
        </w:rPr>
        <w:t>[5]</w:t>
      </w:r>
    </w:p>
    <w:p>
      <w:r>
        <w:rPr>
          <w:rFonts w:ascii="Gentium Plus" w:hAnsi="Gentium Plus"/>
          <w:sz w:val="24"/>
        </w:rPr>
        <w:t>ρατρέπεσθαι, παράγεσθαι, σφάλλεσθαι, ὑβρίζειν δωροδοκεῖν, παρα‐ πείθεσθαι, ἀπανθρωπεύεσθαι, ἑτερορρεπεῖν, ἀγριαίνειν, φενακίζεσθαι καὶ τὸ ὄνομα φενακισμός. Πλάτων (Leg 983 B) δὲ καὶ γραφὰς εἶναι κακοδικίας ἠξίωσεν.</w:t>
      </w:r>
    </w:p>
    <w:p>
      <w:r>
        <w:rPr>
          <w:rFonts w:ascii="Courier New" w:hAnsi="Courier New"/>
          <w:color w:val="555555"/>
          <w:sz w:val="20"/>
        </w:rPr>
        <w:t>[8 . 15]</w:t>
      </w:r>
    </w:p>
    <w:p>
      <w:r>
        <w:rPr>
          <w:rFonts w:ascii="Gentium Plus" w:hAnsi="Gentium Plus"/>
          <w:sz w:val="24"/>
        </w:rPr>
        <w:t>κοινὰ δ’ ἐπὶ δικαστῶν, ὁμόψηφοι ἐγένοντο, σύμψηφοι, συνεψη‐ φίσαντο, τὴν ἐναντίαν γνώμην ἔθεντο, τὴν καταδικάζουσαν, τὴν κα‐ θαίρουσαν, τὴν καταγινώσκουσαν, τὴν ἀφιεῖσαν. ἴσας τὰς ψήφους ἔθεντο, ἴσαι αἱ ψῆφοι ἠνέχθησαν· τὸ δ’ ἰσόψηφοι παρὰ Θουκυδίδῃ</w:t>
      </w:r>
    </w:p>
    <w:p>
      <w:r>
        <w:rPr>
          <w:rFonts w:ascii="Courier New" w:hAnsi="Courier New"/>
          <w:color w:val="555555"/>
          <w:sz w:val="20"/>
        </w:rPr>
        <w:t>[5]</w:t>
      </w:r>
    </w:p>
    <w:p>
      <w:r>
        <w:rPr>
          <w:rFonts w:ascii="Gentium Plus" w:hAnsi="Gentium Plus"/>
          <w:sz w:val="24"/>
        </w:rPr>
        <w:t>(I 141. 6) ἐπ’ ἄλλης ἐστὶ χρείας. ἔστι δ’ εἰπεῖν ἐκάθισε δικαστήριον καὶ ἀπεκληρώθη δικαστήριον.</w:t>
      </w:r>
    </w:p>
    <w:p>
      <w:r>
        <w:rPr>
          <w:rFonts w:ascii="Courier New" w:hAnsi="Courier New"/>
          <w:color w:val="555555"/>
          <w:sz w:val="20"/>
        </w:rPr>
        <w:t>[8 . 16]</w:t>
      </w:r>
    </w:p>
    <w:p>
      <w:r>
        <w:rPr>
          <w:rFonts w:ascii="Gentium Plus" w:hAnsi="Gentium Plus"/>
          <w:sz w:val="24"/>
        </w:rPr>
        <w:t>σκεύη δὲ δικαστικὰ σύμβολον, βακτηρία, πινάκιον τιμητικόν, μάλθη, ᾗ καταλήλιπτο τὸ πινάκιον, ἐγκεντρίς, ᾗ εἷλκον τὴν γραμ‐ μήν· μακρὰ δὲ ἐκαλεῖτο ἣν καταδικάζοντες εἷλκον. κημός, καδίσκος, ἐχῖνος, ψῆφος, κλεψύδρα, χοιρίναι· πάλαι γὰρ χοιρίναις ἀντὶ ψήφων</w:t>
      </w:r>
    </w:p>
    <w:p>
      <w:r>
        <w:rPr>
          <w:rFonts w:ascii="Courier New" w:hAnsi="Courier New"/>
          <w:color w:val="555555"/>
          <w:sz w:val="20"/>
        </w:rPr>
        <w:t>[8 . 17]</w:t>
      </w:r>
    </w:p>
    <w:p>
      <w:r>
        <w:rPr>
          <w:rFonts w:ascii="Gentium Plus" w:hAnsi="Gentium Plus"/>
          <w:sz w:val="24"/>
        </w:rPr>
        <w:t>ἐχρῶντο, αἵπερ ἦσαν κόγχαι θαλάττιοι· αὖθις δὲ καὶ χαλκᾶς ἐποιή‐ σαντο κατὰ μίμησιν. καὶ σφόνδυλοι δὲ ἐκαλοῦντο αἱ ψῆφοι αἱ δικα‐ στικαί, χαλκοῦ πεποιημέναι. καδίσκος μὲν οὖν ἐστὶ τὸ ἀγγεῖον ᾧ τὰς ψήφους ἐγκαθίεσαν, κημὸς δὲ δι’ οὗ κατῄεσαν αἱ ψῆφοι ἐπικειμένου</w:t>
      </w:r>
    </w:p>
    <w:p>
      <w:r>
        <w:rPr>
          <w:rFonts w:ascii="Courier New" w:hAnsi="Courier New"/>
          <w:color w:val="555555"/>
          <w:sz w:val="20"/>
        </w:rPr>
        <w:t>[5]</w:t>
      </w:r>
    </w:p>
    <w:p>
      <w:r>
        <w:rPr>
          <w:rFonts w:ascii="Gentium Plus" w:hAnsi="Gentium Plus"/>
          <w:sz w:val="24"/>
        </w:rPr>
        <w:t>τῷ καδίσκῳ, ἐχῖνος δὲ οὗ αἱ μαρτυρίαι ἐμβληθεῖσαι κατεσημαίνοντο.</w:t>
      </w:r>
    </w:p>
    <w:p>
      <w:r>
        <w:rPr>
          <w:rFonts w:ascii="Courier New" w:hAnsi="Courier New"/>
          <w:color w:val="555555"/>
          <w:sz w:val="20"/>
        </w:rPr>
        <w:t>[10]</w:t>
      </w:r>
    </w:p>
    <w:p>
      <w:r>
        <w:rPr>
          <w:rFonts w:ascii="Gentium Plus" w:hAnsi="Gentium Plus"/>
          <w:sz w:val="24"/>
        </w:rPr>
        <w:t>καὶ τὴν ἀνάγκην ἐς κόρακας ἐντευθενί;</w:t>
      </w:r>
    </w:p>
    <w:p>
      <w:r>
        <w:rPr>
          <w:rFonts w:ascii="Courier New" w:hAnsi="Courier New"/>
          <w:color w:val="555555"/>
          <w:sz w:val="20"/>
        </w:rPr>
        <w:t>[8 . 18]</w:t>
      </w:r>
    </w:p>
    <w:p>
      <w:r>
        <w:rPr>
          <w:rFonts w:ascii="Gentium Plus" w:hAnsi="Gentium Plus"/>
          <w:sz w:val="24"/>
        </w:rPr>
        <w:t>καὶ φρυκτοὶ δὲ ἐκαλοῦντο αἱ ψῆφοι αἱ δικαστικαί· ὅθεν καὶ φρυκτή τις ψῆφος, ᾗ εἰς τὰ ἐναντία ἐχρῶντο. φύλλοις δ’ ἐψη‐ φίζοντο οἱ κατὰ δήμους δικάζοντες, οἷς ἐπέγραφον εἴ τις ὡς παρέγ‐ γραπτος ἐκρίνετο. καὶ τὸ καταγνῶναι ἐκαλεῖτο ἐκφυλλοφορῆσαι, καὶ</w:t>
      </w:r>
    </w:p>
    <w:p>
      <w:r>
        <w:rPr>
          <w:rFonts w:ascii="Courier New" w:hAnsi="Courier New"/>
          <w:color w:val="555555"/>
          <w:sz w:val="20"/>
        </w:rPr>
        <w:t>[5]</w:t>
      </w:r>
    </w:p>
    <w:p>
      <w:r>
        <w:rPr>
          <w:rFonts w:ascii="Gentium Plus" w:hAnsi="Gentium Plus"/>
          <w:sz w:val="24"/>
        </w:rPr>
        <w:t>ὁ κατεγνωσμένος ἐκπεφυλλοφορημένος. ὠνομάζετο δὲ ταὐτὸν τοῦτο ἀποψηφίσασθαι καὶ ἀπεψηφισμένος ὑπεναντίως τῷ παρὰ τοῖς δικα‐</w:t>
      </w:r>
    </w:p>
    <w:p>
      <w:r>
        <w:rPr>
          <w:rFonts w:ascii="Courier New" w:hAnsi="Courier New"/>
          <w:color w:val="555555"/>
          <w:sz w:val="20"/>
        </w:rPr>
        <w:t>[8 . 19]</w:t>
      </w:r>
    </w:p>
    <w:p>
      <w:r>
        <w:rPr>
          <w:rFonts w:ascii="Gentium Plus" w:hAnsi="Gentium Plus"/>
          <w:sz w:val="24"/>
        </w:rPr>
        <w:t>σταῖς· ἐκεῖ γὰρ τὸ ἀποψηφίσασθαι τὸ ἀφεῖναι ἐστίν, ἐν δὲ τοῖς κατὰ δήμους δικαστηρίοις ἀντὶ τοῦ καταψηφίσασθαι τάττεται. αἱ δ’ ἐν τοῖς δήμοις αὗται κρίσεις ἐκαλοῦντο διαψηφίσεις. καὶ ἡ βουλὴ δὲ ἡ τῶν πεντακοσίων φύλλοις ἀντὶ ψήφων ἐχρῶντο. κοινῇ μέντοι πᾶς</w:t>
      </w:r>
    </w:p>
    <w:p>
      <w:r>
        <w:rPr>
          <w:rFonts w:ascii="Courier New" w:hAnsi="Courier New"/>
          <w:color w:val="555555"/>
          <w:sz w:val="20"/>
        </w:rPr>
        <w:t>[5]</w:t>
      </w:r>
    </w:p>
    <w:p>
      <w:r>
        <w:rPr>
          <w:rFonts w:ascii="Gentium Plus" w:hAnsi="Gentium Plus"/>
          <w:sz w:val="24"/>
        </w:rPr>
        <w:t>ὁ δῆμος ὀστράκοις ἐψηφίζετο, καὶ τὸ ἔργον ἐκαλεῖτο ὀστρακοφορία, καὶ τὸ πάθος ὀστρακισμός, καὶ τὸ ῥῆμα ἐξοστρακίσαι καὶ ἐξο‐</w:t>
      </w:r>
    </w:p>
    <w:p>
      <w:r>
        <w:rPr>
          <w:rFonts w:ascii="Courier New" w:hAnsi="Courier New"/>
          <w:color w:val="555555"/>
          <w:sz w:val="20"/>
        </w:rPr>
        <w:t>[8 . 20]</w:t>
      </w:r>
    </w:p>
    <w:p>
      <w:r>
        <w:rPr>
          <w:rFonts w:ascii="Gentium Plus" w:hAnsi="Gentium Plus"/>
          <w:sz w:val="24"/>
        </w:rPr>
        <w:t>στρακισθῆναι. περισχοινίσαντας δέ τι τῆς ἀγορᾶς μέρος ἔδει φέρειν εἰς τὸν περιορισθέντα τόπον Ἀθηναίων τὸν βουλόμενον ὄστρακον ἐγγεγραμμένον τοὔνομα τοῦ μέλλοντος ἐξοστρακίζεσθαι· ὅτῳ δὲ ἑξα‐ κισχίλια γένοιτο τὰ ὄστρακα, τοῦτον φυγεῖν ἐχρῆν, οὐχ ὡς κατεγνω‐</w:t>
      </w:r>
    </w:p>
    <w:p>
      <w:r>
        <w:rPr>
          <w:rFonts w:ascii="Courier New" w:hAnsi="Courier New"/>
          <w:color w:val="555555"/>
          <w:sz w:val="20"/>
        </w:rPr>
        <w:t>[5]</w:t>
      </w:r>
    </w:p>
    <w:p>
      <w:r>
        <w:rPr>
          <w:rFonts w:ascii="Gentium Plus" w:hAnsi="Gentium Plus"/>
          <w:sz w:val="24"/>
        </w:rPr>
        <w:t>σμένον ἀλλ’ ὡς τῇ πολιτείᾳ βαρύτερον, δι’ ἀρετῆς φθόνον μᾶλλον ἢ διὰ κακίας ψόγον. τῶν μὲν δικαστικῶν ὀνομάτων ἐστὶν αὐτὸ τοῦτο, δικαστικόν· ἦν δὲ τοῦτο τὸ τριώβολον ὁ τῷ δικαστῇ διδόμενος μισθός.</w:t>
      </w:r>
    </w:p>
    <w:p>
      <w:r>
        <w:rPr>
          <w:rFonts w:ascii="Courier New" w:hAnsi="Courier New"/>
          <w:color w:val="555555"/>
          <w:sz w:val="20"/>
        </w:rPr>
        <w:t>[8 . 21]</w:t>
      </w:r>
    </w:p>
    <w:p>
      <w:r>
        <w:rPr>
          <w:rFonts w:ascii="Gentium Plus" w:hAnsi="Gentium Plus"/>
          <w:sz w:val="24"/>
        </w:rPr>
        <w:t>εἰ δὲ τὴν δίκην καὶ τιμωρίαν χρὴ λέγειν, ῥητέον δίκη, τιμωρία, κόλασις, ζημία ἐπιζήμιον, τίμημα προστίμημα ἐπιτίμημα καὶ ὡς Ἀντιφῶν (III α 4) ἐπιτίμιον, ἐπιβολή, εὔθυνα, ὄφλημα, κατα‐ δίκη, κατάγνωσις. καὶ τὰ ῥήματα τιμωρεῖσθαι, κολάζειν, ζημιοῦν, τι‐</w:t>
      </w:r>
    </w:p>
    <w:p>
      <w:r>
        <w:rPr>
          <w:rFonts w:ascii="Courier New" w:hAnsi="Courier New"/>
          <w:color w:val="555555"/>
          <w:sz w:val="20"/>
        </w:rPr>
        <w:t>[5]</w:t>
      </w:r>
    </w:p>
    <w:p>
      <w:r>
        <w:rPr>
          <w:rFonts w:ascii="Gentium Plus" w:hAnsi="Gentium Plus"/>
          <w:sz w:val="24"/>
        </w:rPr>
        <w:t>μᾶσθαι προστιμᾶν ἐπιτιμᾶν, καταδικάζειν, καταγινώσκειν, ἐπιβολὴν</w:t>
      </w:r>
    </w:p>
    <w:p>
      <w:r>
        <w:rPr>
          <w:rFonts w:ascii="Courier New" w:hAnsi="Courier New"/>
          <w:color w:val="555555"/>
          <w:sz w:val="20"/>
        </w:rPr>
        <w:t>[8 . 22]</w:t>
      </w:r>
    </w:p>
    <w:p>
      <w:r>
        <w:rPr>
          <w:rFonts w:ascii="Gentium Plus" w:hAnsi="Gentium Plus"/>
          <w:sz w:val="24"/>
        </w:rPr>
        <w:t>ἐπιβάλλειν. τὸ δὲ καταδικάζειν Πλάτων (Lg 945 A) κατευθύνειν εἶπεν. τὸ δὲ πάθος καταδεδικάσθαι, κεκολάσθαι, ἐζημιῶσθαι, προστετιμῆσθαι, ὀφλεῖν, κατεγνῶσθαι· καὶ ὁ τοιοῦτος κατάδικος ὑπόδικος, ὑπεύθυ‐ νος, ὀφλών, κεκολασμένος, ἐζημιωμένος, ἐγγεγραμμένος, κατε‐</w:t>
      </w:r>
    </w:p>
    <w:p>
      <w:r>
        <w:rPr>
          <w:rFonts w:ascii="Courier New" w:hAnsi="Courier New"/>
          <w:color w:val="555555"/>
          <w:sz w:val="20"/>
        </w:rPr>
        <w:t>[5]</w:t>
      </w:r>
    </w:p>
    <w:p>
      <w:r>
        <w:rPr>
          <w:rFonts w:ascii="Gentium Plus" w:hAnsi="Gentium Plus"/>
          <w:sz w:val="24"/>
        </w:rPr>
        <w:t>γνωσμένος. οὐ χρὴ δ’ ἀγνοεῖν ὅτι ζημίαν οὐ τὴν εἰς χρήματα μόνον ἐκάλουν, ἀλλὰ καὶ τὴν εἰς τὸ σῶμα. τὰ μέντοι προστιμήματα</w:t>
      </w:r>
    </w:p>
    <w:p>
      <w:r>
        <w:rPr>
          <w:rFonts w:ascii="Courier New" w:hAnsi="Courier New"/>
          <w:color w:val="555555"/>
          <w:sz w:val="20"/>
        </w:rPr>
        <w:t>[8 . 23]</w:t>
      </w:r>
    </w:p>
    <w:p>
      <w:r>
        <w:rPr>
          <w:rFonts w:ascii="Gentium Plus" w:hAnsi="Gentium Plus"/>
          <w:sz w:val="24"/>
        </w:rPr>
        <w:t>Σόλων ἐπαίτια καλεῖ. εἴη δ’ ἂν ἐκ τούτων καὶ τὸ ἠτιμῶσθαι, πεφυ‐ γαδεῦσθαι, τεθανατῶσθαι, κεχιλιῶσθαι· τὸ δὲ καταλελιθῶσθαι ἄλλης ἐστὶ χρείας. καὶ μὴν καὶ τάδε ἀπὸ δίκης ὀνόματα. ἐπίδικος κλῆρος ἢ ἐπί‐</w:t>
      </w:r>
    </w:p>
    <w:p>
      <w:r>
        <w:rPr>
          <w:rFonts w:ascii="Courier New" w:hAnsi="Courier New"/>
          <w:color w:val="555555"/>
          <w:sz w:val="20"/>
        </w:rPr>
        <w:t>[5]</w:t>
      </w:r>
    </w:p>
    <w:p>
      <w:r>
        <w:rPr>
          <w:rFonts w:ascii="Gentium Plus" w:hAnsi="Gentium Plus"/>
          <w:sz w:val="24"/>
        </w:rPr>
        <w:t>κληρος. καὶ ἐπιδικάσασθαι ἐπιδικασάμενος, καὶ ἀνεπίδικος. καὶ ἐπιδικασία καὶ διαδικασία, καὶ διαδικάσασθαι καὶ ἀντίδικος καὶ ἀντιδικία καὶ ἠντιδίκησεν ὡς Δημοσθένης (XLI 10), καὶ ὑπόδικος καὶ κατάδικος καὶ καταδίκην ὡς Θουκυδίδης (V 50. 1),</w:t>
      </w:r>
    </w:p>
    <w:p>
      <w:r>
        <w:rPr>
          <w:rFonts w:ascii="Courier New" w:hAnsi="Courier New"/>
          <w:color w:val="555555"/>
          <w:sz w:val="20"/>
        </w:rPr>
        <w:t>[8 . 24]</w:t>
      </w:r>
    </w:p>
    <w:p>
      <w:r>
        <w:rPr>
          <w:rFonts w:ascii="Gentium Plus" w:hAnsi="Gentium Plus"/>
          <w:sz w:val="24"/>
        </w:rPr>
        <w:t>καὶ ἀνάδικος δίκη, καὶ ἀναδικία ὡς Λυσίας (fg 304 Tur), καὶ ἀναδι‐ κάζεσθαι ὡς Ἰσαῖος (fg 145 Tur). καὶ Δείναρχος καὶ ἀδίκημα καὶ ἀδικία καὶ δικογράφος ὡς Ὑπερείδης (fg 234 Bl), καὶ δικογρα‐ φικῶς ὡς Ἰσοκράτησ(?). καὶ ἀντεδικάσατο ὡς Λυσίας (fg 298 Tur).</w:t>
      </w:r>
    </w:p>
    <w:p>
      <w:r>
        <w:rPr>
          <w:rFonts w:ascii="Courier New" w:hAnsi="Courier New"/>
          <w:color w:val="555555"/>
          <w:sz w:val="20"/>
        </w:rPr>
        <w:t>[5]</w:t>
      </w:r>
    </w:p>
    <w:p>
      <w:r>
        <w:rPr>
          <w:rFonts w:ascii="Gentium Plus" w:hAnsi="Gentium Plus"/>
          <w:sz w:val="24"/>
        </w:rPr>
        <w:t>καὶ σύνδικος συνδικάζειν συνδικαζόμενος. πρόδικος προδικεῖν, προδικάσασθαι προδικασία ὡς Ἀντιφῶν (VI 42). καὶ εὐδικία εὐθυδικία, καὶ αὐτοδικεῖν. καὶ ἐκδικάζεσθαι, καὶ προκαταδικά‐ ζεσθαι ὡς Δείναρχος (p 340. 29 Tur). καὶ καταδικάσαι, καὶ κατα‐ δικάσασθαι ἐπὶ τῶν ἑλόντων. καὶ ἀποδικάζων ὡς Λυσίας (fg 300</w:t>
      </w:r>
    </w:p>
    <w:p>
      <w:r>
        <w:rPr>
          <w:rFonts w:ascii="Courier New" w:hAnsi="Courier New"/>
          <w:color w:val="555555"/>
          <w:sz w:val="20"/>
        </w:rPr>
        <w:t>[8 . 25]</w:t>
      </w:r>
    </w:p>
    <w:p>
      <w:r>
        <w:rPr>
          <w:rFonts w:ascii="Gentium Plus" w:hAnsi="Gentium Plus"/>
          <w:sz w:val="24"/>
        </w:rPr>
        <w:t>Tur) καὶ δικαιωτήρια τὰ βασανιστήρια ὡς Πλάτων (249 A). ὁ δ’ αὐτὸς καὶ δικαιούμενον τὸν κολαζόμενον. Κριτίας (p 629. 10 Vorsokr Diels) δὲ ἀποδικάσαι ἔφη τὴν δίκην τὸ ἀπολῦσαι ἢ νικῶσαν ἀποφῆναι, ὡς ἂν ἡμεῖς ἀποψηφίσασθαι. ὁ δ’ αὐτὸς (l l 12) καὶ διαδικάζειν</w:t>
      </w:r>
    </w:p>
    <w:p>
      <w:r>
        <w:rPr>
          <w:rFonts w:ascii="Courier New" w:hAnsi="Courier New"/>
          <w:color w:val="555555"/>
          <w:sz w:val="20"/>
        </w:rPr>
        <w:t>[5]</w:t>
      </w:r>
    </w:p>
    <w:p>
      <w:r>
        <w:rPr>
          <w:rFonts w:ascii="Gentium Plus" w:hAnsi="Gentium Plus"/>
          <w:sz w:val="24"/>
        </w:rPr>
        <w:t>τὸ δι’ ὅλου τοῦ ἔτους δικάζειν. εἴποις δ’ ἂν καὶ φιλόδικόν τινα, καὶ ἔνδικον οὐ μόνον ἄνδρα ἀλλὰ καὶ ἡμέραν ἐν ᾗ δικάζουσιν· τὸ γὰρ</w:t>
      </w:r>
    </w:p>
    <w:p>
      <w:r>
        <w:rPr>
          <w:rFonts w:ascii="Courier New" w:hAnsi="Courier New"/>
          <w:color w:val="555555"/>
          <w:sz w:val="20"/>
        </w:rPr>
        <w:t>[8 . 26]</w:t>
      </w:r>
    </w:p>
    <w:p>
      <w:r>
        <w:rPr>
          <w:rFonts w:ascii="Gentium Plus" w:hAnsi="Gentium Plus"/>
          <w:sz w:val="24"/>
        </w:rPr>
        <w:t>ἄδικον εἰπεῖν ἐν ᾗ οὐ δικάζουσι, βιαιότερον. εἰσὶ δὲ καὶ παρὰ Μενάν‐</w:t>
      </w:r>
    </w:p>
    <w:p>
      <w:r>
        <w:rPr>
          <w:rFonts w:ascii="Courier New" w:hAnsi="Courier New"/>
          <w:color w:val="555555"/>
          <w:sz w:val="20"/>
        </w:rPr>
        <w:t>[5]</w:t>
      </w:r>
    </w:p>
    <w:p>
      <w:r>
        <w:rPr>
          <w:rFonts w:ascii="Gentium Plus" w:hAnsi="Gentium Plus"/>
          <w:sz w:val="24"/>
        </w:rPr>
        <w:t>(Aristoph N 433) ἢ τὸ φυγοδικεῖν νομίζουσιν ἢ τὸ ἀναστρέψαντα κατηγορεῖν ἢ τὸν πολλάκις εἰς τὴν αὐτὴν στρεφόμενον δίκην. ὑπέρδικον δὲ τὸν ὑπὲρ τοῦ δέοντος ἀγῶνα ἔλεγον.</w:t>
      </w:r>
    </w:p>
    <w:p>
      <w:r>
        <w:rPr>
          <w:rFonts w:ascii="Courier New" w:hAnsi="Courier New"/>
          <w:color w:val="555555"/>
          <w:sz w:val="20"/>
        </w:rPr>
        <w:t>[8 . 27]</w:t>
      </w:r>
    </w:p>
    <w:p>
      <w:r>
        <w:rPr>
          <w:rFonts w:ascii="Gentium Plus" w:hAnsi="Gentium Plus"/>
          <w:sz w:val="24"/>
        </w:rPr>
        <w:t>τῶν δὲ δικαστικῶν ὀνομάτων γραμματεῖα, διαμαρτυρία, διαθῆκαι, ἀντίγραφα, κατασεσημασμένα, καὶ σημήνασθαι κατασημήνασθαι, ση‐ μηνάμενος, ἐπισημηνάμενος δὲ Ἰσαῖος (fg 82 Tur) εἶπεν· τὸ γὰρ παρασημηνάμενος ὁ Θουκυδίδης (I 132. 5) ἐπὶ τοῦ παρατυπώσασθαι</w:t>
      </w:r>
    </w:p>
    <w:p>
      <w:r>
        <w:rPr>
          <w:rFonts w:ascii="Courier New" w:hAnsi="Courier New"/>
          <w:color w:val="555555"/>
          <w:sz w:val="20"/>
        </w:rPr>
        <w:t>[8 . 28]</w:t>
      </w:r>
    </w:p>
    <w:p>
      <w:r>
        <w:rPr>
          <w:rFonts w:ascii="Gentium Plus" w:hAnsi="Gentium Plus"/>
          <w:sz w:val="24"/>
        </w:rPr>
        <w:t>τὴν σφραγῖδα λέγει. εἴποι δ’ ἄν τις καὶ ἀπογράψασθαι καὶ ἀντιγρά‐ ψασθαι καὶ ἐνσημήνασθαι. ὀνόματα δὲ τῶν ἐκ δικαστηρίου καὶ τὸ μεσ‐ εγγυῆσαι, ἐμεσεγγύησαν, ἐν μεσεγγυήματι ἐποιήσασθε· μεσέγγυον τὴν μείρακα καταθέσθαι Ἀριστοφάνης (fg 650) λέγει, καὶ μεσεγγύημα μὲν</w:t>
      </w:r>
    </w:p>
    <w:p>
      <w:r>
        <w:rPr>
          <w:rFonts w:ascii="Courier New" w:hAnsi="Courier New"/>
          <w:color w:val="555555"/>
          <w:sz w:val="20"/>
        </w:rPr>
        <w:t>[5]</w:t>
      </w:r>
    </w:p>
    <w:p>
      <w:r>
        <w:rPr>
          <w:rFonts w:ascii="Gentium Plus" w:hAnsi="Gentium Plus"/>
          <w:sz w:val="24"/>
        </w:rPr>
        <w:t>Ξενοφῶν(?), μεσεγγυήματα δὲ Ὑπερείδης καὶ μεσεγγυησαμένη Δημο‐ σθένης (XXXIX 3). ἔστι δέ τις καὶ λῆξις δίκης, καὶ δίκην λαχεῖν καὶ ἐνστήσασθαι, ἐνεγκεῖν, ἐπαγαγεῖν, συστήσασθαι καὶ διαλύσασθαι δίκην.</w:t>
      </w:r>
    </w:p>
    <w:p>
      <w:r>
        <w:rPr>
          <w:rFonts w:ascii="Courier New" w:hAnsi="Courier New"/>
          <w:color w:val="555555"/>
          <w:sz w:val="20"/>
        </w:rPr>
        <w:t>[8 . 29]</w:t>
      </w:r>
    </w:p>
    <w:p>
      <w:r>
        <w:rPr>
          <w:rFonts w:ascii="Gentium Plus" w:hAnsi="Gentium Plus"/>
          <w:sz w:val="24"/>
        </w:rPr>
        <w:t>καὶ δίκης μὲν λῆξις εἴη ἂν ὁ νῦν καλούμενος τύπος, τὸ ἰδιωτικῶς ἀμφισβήτημα (ἀνέκρινον δὲ τὰς λέξεις οἱ ἄρχοντες), γραφῆς δὲ ἐπὶ τῶν δημοσίων ἀδικημάτων, ὅπερ νῦν λέγεται ἐγγραφὴ καὶ ἐγγράψα‐ σθαι. ἀποθέσθαι γραφήν, ἀπενεγκεῖν, ἀπενέγκασθαι ἐπενεγκεῖν,</w:t>
      </w:r>
    </w:p>
    <w:p>
      <w:r>
        <w:rPr>
          <w:rFonts w:ascii="Courier New" w:hAnsi="Courier New"/>
          <w:color w:val="555555"/>
          <w:sz w:val="20"/>
        </w:rPr>
        <w:t>[5]</w:t>
      </w:r>
    </w:p>
    <w:p>
      <w:r>
        <w:rPr>
          <w:rFonts w:ascii="Gentium Plus" w:hAnsi="Gentium Plus"/>
          <w:sz w:val="24"/>
        </w:rPr>
        <w:t>ἐπαγαγεῖν, ἐπαγγεῖλαι· ἀποθέμενος, ἀπενεγκών, ἐπαγγείλας, ἀπενέγκας ἐπενεγκάμενος, ἐπαγαγών, γραψάμενος. κοινῇ δὲ ταῦτα πάντα</w:t>
      </w:r>
    </w:p>
    <w:p>
      <w:r>
        <w:rPr>
          <w:rFonts w:ascii="Courier New" w:hAnsi="Courier New"/>
          <w:color w:val="555555"/>
          <w:sz w:val="20"/>
        </w:rPr>
        <w:t>[8 . 30]</w:t>
      </w:r>
    </w:p>
    <w:p>
      <w:r>
        <w:rPr>
          <w:rFonts w:ascii="Gentium Plus" w:hAnsi="Gentium Plus"/>
          <w:sz w:val="24"/>
        </w:rPr>
        <w:t>φαίης ἂν ἐγκλήματα καὶ ὡς Πλάτων(?) ἐπικλήματα, καὶ ἐγκαλεῖν καὶ ἐπικαλεῖν. καὶ κατηγορία δ’ ἂν εἴη ταὐτὸ τοῦτο, καὶ αἰτία καὶ ὡς Πλάτων(?) αἰτιάσεις, καὶ διώξεις· κατηγορεῖν, αἰτιάσασθαι, διώκειν.</w:t>
      </w:r>
    </w:p>
    <w:p>
      <w:r>
        <w:rPr>
          <w:rFonts w:ascii="Courier New" w:hAnsi="Courier New"/>
          <w:color w:val="555555"/>
          <w:sz w:val="20"/>
        </w:rPr>
        <w:t>[5]</w:t>
      </w:r>
    </w:p>
    <w:p>
      <w:r>
        <w:rPr>
          <w:rFonts w:ascii="Gentium Plus" w:hAnsi="Gentium Plus"/>
          <w:sz w:val="24"/>
        </w:rPr>
        <w:t>συκοφαντεῖν, ἐργολαβεῖν ἐνεργολαβεῖν, ἐπηρεάζειν ἐνεπηρεάζειν</w:t>
      </w:r>
    </w:p>
    <w:p>
      <w:r>
        <w:rPr>
          <w:rFonts w:ascii="Courier New" w:hAnsi="Courier New"/>
          <w:color w:val="555555"/>
          <w:sz w:val="20"/>
        </w:rPr>
        <w:t>[8 . 31]</w:t>
      </w:r>
    </w:p>
    <w:p>
      <w:r>
        <w:rPr>
          <w:rFonts w:ascii="Gentium Plus" w:hAnsi="Gentium Plus"/>
          <w:sz w:val="24"/>
        </w:rPr>
        <w:t>καταψεύδεσθαι, καταψευδομαρτυρεῖν· Δημοσθένης (XXIX 6) γὰρ ἔφη καταψευδομαρτυροῦμαι. Ὑπερείδης (fg 243 Bl) δὲ ἐπισυκοφαντεῖν ἔφη. καὶ τὸ πρᾶγμα συκοφαντία, ἐπηρεασμός ἐπήρεια, ψευδολογία, ψευδομαρτυρία· Κρατῖνος (I p 129. 454) δὲ καὶ ψευδομαρτύριον εἴ‐</w:t>
      </w:r>
    </w:p>
    <w:p>
      <w:r>
        <w:rPr>
          <w:rFonts w:ascii="Courier New" w:hAnsi="Courier New"/>
          <w:color w:val="555555"/>
          <w:sz w:val="20"/>
        </w:rPr>
        <w:t>[5]</w:t>
      </w:r>
    </w:p>
    <w:p>
      <w:r>
        <w:rPr>
          <w:rFonts w:ascii="Gentium Plus" w:hAnsi="Gentium Plus"/>
          <w:sz w:val="24"/>
        </w:rPr>
        <w:t>ρηκεν. καὶ τὸ ὄνομα συκοφάντης, καὶ ἐργολαβῶν καὶ ἐπηρεάζων, καὶ ὁ τὰ ψευδῆ μαρτυρῶν ἢ καταμαρτυρῶν, τάχα δὲ καὶ πολυπρα‐ γμονῶν, ἀντὶ τῶν ὀνομάτων φαύλων ὄντων μετοχαί. λογογρά‐ φος· δικογράφος καὶ παρ’ Ὑπερείδῃ (fg 248 Bl) κακοπράγμων. καὶ ἰδιωτικὰ μὲν δικῶν ὀνόματα αἰκίας, κακηγορίας, βλάβης,</w:t>
      </w:r>
    </w:p>
    <w:p>
      <w:r>
        <w:rPr>
          <w:rFonts w:ascii="Courier New" w:hAnsi="Courier New"/>
          <w:color w:val="555555"/>
          <w:sz w:val="20"/>
        </w:rPr>
        <w:t>[10]</w:t>
      </w:r>
    </w:p>
    <w:p>
      <w:r>
        <w:rPr>
          <w:rFonts w:ascii="Gentium Plus" w:hAnsi="Gentium Plus"/>
          <w:sz w:val="24"/>
        </w:rPr>
        <w:t>παρακαταθήκης, ἀποπομπῆς καὶ ὡς Λυσίας (fg 307 Tur) ἀποπέμψεως, κακώσεως, κλοπῆς, χρέως, συμβολαίων, συνθηκῶν παραβάσεως, διαδι‐ κασίας, ἐπιδικασίας μισθώσεως οἴκου, ἐπιτροπῆς, ἀχαριστίας, σί‐ του, καρποῦ, ἐνοικίου, ἀδικίου, φορᾶς ἀφανοῦς, μεθημερινῆς. ἀμφι‐ σβήτησις, παρακαταβολή, διαμαρτυρία, ἐπίσκηψις, ἀμφισβήτησις μέν,</w:t>
      </w:r>
    </w:p>
    <w:p>
      <w:r>
        <w:rPr>
          <w:rFonts w:ascii="Courier New" w:hAnsi="Courier New"/>
          <w:color w:val="555555"/>
          <w:sz w:val="20"/>
        </w:rPr>
        <w:t>[8 . 32]</w:t>
      </w:r>
    </w:p>
    <w:p>
      <w:r>
        <w:rPr>
          <w:rFonts w:ascii="Gentium Plus" w:hAnsi="Gentium Plus"/>
          <w:sz w:val="24"/>
        </w:rPr>
        <w:t>ὅστις ἀμφισβητοῖ κλήρου κατὰ γένος ὡς οὐκ ὄντος υἱοῦ τῷ τεθνεῶτι, παρακαταβολὴ δέ, ὅστις ἀντιλέγοι ὡς αὐτὸς δικαιότερος ὢν ἔχειν τὸν κλῆρον ἐξ ἀγχιστείας ἢ διαθηκῶν· παρακατέβαλλε δὲ τῆς οὐσίας τὸ δέκατον, ὡς προσεισοίσων ἐὰν ἡττηθῇ. διαμαρτυρία δέ, ὅστις δια‐</w:t>
      </w:r>
    </w:p>
    <w:p>
      <w:r>
        <w:rPr>
          <w:rFonts w:ascii="Courier New" w:hAnsi="Courier New"/>
          <w:color w:val="555555"/>
          <w:sz w:val="20"/>
        </w:rPr>
        <w:t>[8 . 33]</w:t>
      </w:r>
    </w:p>
    <w:p>
      <w:r>
        <w:rPr>
          <w:rFonts w:ascii="Gentium Plus" w:hAnsi="Gentium Plus"/>
          <w:sz w:val="24"/>
        </w:rPr>
        <w:t>μαρτυροῖτο μὴ ἐπίδικον εἶναι τὸν κλῆρον ὡς ὄντος υἱοῦ. ἐπίσκηψις δέ, εἴ τις τὴν διαμαρτυρίαν ὡς ψευδῆ αἰτιῷτο· Ἰσαῖος (fg 137 Tur) δὲ καὶ τὸ ἐπὶ φόνῳ προειπεῖν εἰς Ἄρειον πάγον· ‘ἐπίσκεψαι, ἔφη, εἰς Ἄρειον πάγον· αὐτῷ ἐπέσκημμαι.‘ ἀντιγραφὴ δὲ ἐκαλεῖτο</w:t>
      </w:r>
    </w:p>
    <w:p>
      <w:r>
        <w:rPr>
          <w:rFonts w:ascii="Courier New" w:hAnsi="Courier New"/>
          <w:color w:val="555555"/>
          <w:sz w:val="20"/>
        </w:rPr>
        <w:t>[5]</w:t>
      </w:r>
    </w:p>
    <w:p>
      <w:r>
        <w:rPr>
          <w:rFonts w:ascii="Gentium Plus" w:hAnsi="Gentium Plus"/>
          <w:sz w:val="24"/>
        </w:rPr>
        <w:t>ἐπὶ τῶν κατὰ γένος ἀμφισβητούντων. τὰς δ’ ἐπὶ τῷ σίτῳ δίκας ἐν ᾠδείῳ ἐδίκαζον· σῖτος δέ ἐστιν αἱ ὀφειλόμεναι τροφαί. ἦν δὲ δίκη καὶ εἰς ἐμφανῶν κατάστασιν καλουμένη, ὁπότε τις ἐγγυήσαιτο ἢ αὐ‐</w:t>
      </w:r>
    </w:p>
    <w:p>
      <w:r>
        <w:rPr>
          <w:rFonts w:ascii="Courier New" w:hAnsi="Courier New"/>
          <w:color w:val="555555"/>
          <w:sz w:val="20"/>
        </w:rPr>
        <w:t>[8 . 34]</w:t>
      </w:r>
    </w:p>
    <w:p>
      <w:r>
        <w:rPr>
          <w:rFonts w:ascii="Gentium Plus" w:hAnsi="Gentium Plus"/>
          <w:sz w:val="24"/>
        </w:rPr>
        <w:t>πιμαῖα καὶ φώρια, παρὰ δὲ Πλάτωνι (Lg 955 B) καὶ κλεμμάδια. Σόλων μέντοι τὸ κλέμμα κλέπος ἐν τοῖς νόμοις ὠνόμασεν. τὸν δὲ κλέπτην εἴποις ἂν καὶ κλεπτίσκον ὡς Εὔπολις (I p 364. 420 Ko)· Φερεκράτης (I p 204. 219 Ko) δ’ εἴρηκε καὶ κλεπτίδης. ἡ δὲ βεβαιώσεως δίκη,</w:t>
      </w:r>
    </w:p>
    <w:p>
      <w:r>
        <w:rPr>
          <w:rFonts w:ascii="Courier New" w:hAnsi="Courier New"/>
          <w:color w:val="555555"/>
          <w:sz w:val="20"/>
        </w:rPr>
        <w:t>[5]</w:t>
      </w:r>
    </w:p>
    <w:p>
      <w:r>
        <w:rPr>
          <w:rFonts w:ascii="Gentium Plus" w:hAnsi="Gentium Plus"/>
          <w:sz w:val="24"/>
        </w:rPr>
        <w:t>ὁπότ’ ἄν τις πριάμενος οἰκίαν ἢ χωρίον ἀμφισβητοῦντός τινος ἀνάγῃ ἐπὶ τὸν πρατῆρα· τὸν δὲ προσήκει βεβαιοῦν, ἢ μὴ βεβαιοῦντα ὑπεύ‐</w:t>
      </w:r>
    </w:p>
    <w:p>
      <w:r>
        <w:rPr>
          <w:rFonts w:ascii="Courier New" w:hAnsi="Courier New"/>
          <w:color w:val="555555"/>
          <w:sz w:val="20"/>
        </w:rPr>
        <w:t>[8 . 35]</w:t>
      </w:r>
    </w:p>
    <w:p>
      <w:r>
        <w:rPr>
          <w:rFonts w:ascii="Gentium Plus" w:hAnsi="Gentium Plus"/>
          <w:sz w:val="24"/>
        </w:rPr>
        <w:t>θυνον εἶναι τῆς βεβαιώσεως. εἰ δ’ ὁ ἀνάγων ἐπὶ τὸν πρατῆρα ἡττη‐ θείη, τὸ μὲν ἀμφισβητηθὲν τοῦ κρατήσαντος ἐγίνετο, ὁ δ’ ἡττηθεὶς τὴν τιμὴν παρὰ τοῦ συκοφαντήσαντος ἐκομίζετο. ἀποστασίου δὲ δίκη κατὰ τῶν ἀφισταμένων ἀπελευθέρων, ἀπροστασίου δὲ κατὰ τῶν οὐ</w:t>
      </w:r>
    </w:p>
    <w:p>
      <w:r>
        <w:rPr>
          <w:rFonts w:ascii="Courier New" w:hAnsi="Courier New"/>
          <w:color w:val="555555"/>
          <w:sz w:val="20"/>
        </w:rPr>
        <w:t>[5]</w:t>
      </w:r>
    </w:p>
    <w:p>
      <w:r>
        <w:rPr>
          <w:rFonts w:ascii="Gentium Plus" w:hAnsi="Gentium Plus"/>
          <w:sz w:val="24"/>
        </w:rPr>
        <w:t>νεμόντων προστάτην μετοίκων. ἀλλ’ αὕτη μὲν δημοσία, ὥσπερ καὶ ἡ τῆς ἐπιτροπῆς· ἐξῆν γὰρ τῷ βουλομένῳ γράφεσθαι τὸν ἐπίτροπον</w:t>
      </w:r>
    </w:p>
    <w:p>
      <w:r>
        <w:rPr>
          <w:rFonts w:ascii="Courier New" w:hAnsi="Courier New"/>
          <w:color w:val="555555"/>
          <w:sz w:val="20"/>
        </w:rPr>
        <w:t>[8 . 36]</w:t>
      </w:r>
    </w:p>
    <w:p>
      <w:r>
        <w:rPr>
          <w:rFonts w:ascii="Gentium Plus" w:hAnsi="Gentium Plus"/>
          <w:sz w:val="24"/>
        </w:rPr>
        <w:t>ὑπὲρ τῶν ἀδικουμένων ὀρφανῶν. μαρτυρία δὲ καλεῖται, ὅταν τις αὐτὸς ἰδὼν μαρτυρῇ, ἐκμαρτυρία δέ, ὅταν τις παρὰ τοῦ ἰδόντος ἀκού‐ σας λέγῃ. καὶ κατὰ μὲν τῶν τὰ ψευδῆ μαρτυρούντων δίκη ψευ‐ δομαρτυριῶν, ὃ καὶ ἐπισκήψασθαι ψευδομαρτυριῶν ἐλέγετο· λιπο‐</w:t>
      </w:r>
    </w:p>
    <w:p>
      <w:r>
        <w:rPr>
          <w:rFonts w:ascii="Courier New" w:hAnsi="Courier New"/>
          <w:color w:val="555555"/>
          <w:sz w:val="20"/>
        </w:rPr>
        <w:t>[5]</w:t>
      </w:r>
    </w:p>
    <w:p>
      <w:r>
        <w:rPr>
          <w:rFonts w:ascii="Gentium Plus" w:hAnsi="Gentium Plus"/>
          <w:sz w:val="24"/>
        </w:rPr>
        <w:t>μαρτυρίου δὲ κατὰ τῶν ἰδόντων μὲν καὶ μαρτυρήσειν ὁμολογησάντων, ἐν δὲ τῷ καιρῷ τὴν μαρτυρίαν ἐκλιπόντων. τὸν δ’ οὐ βουλόμενον</w:t>
      </w:r>
    </w:p>
    <w:p>
      <w:r>
        <w:rPr>
          <w:rFonts w:ascii="Courier New" w:hAnsi="Courier New"/>
          <w:color w:val="555555"/>
          <w:sz w:val="20"/>
        </w:rPr>
        <w:t>[8 . 37]</w:t>
      </w:r>
    </w:p>
    <w:p>
      <w:r>
        <w:rPr>
          <w:rFonts w:ascii="Gentium Plus" w:hAnsi="Gentium Plus"/>
          <w:sz w:val="24"/>
        </w:rPr>
        <w:t>μαρτυρεῖν ἐκλήτευον, ἀνάγκην τοῦ μαρτυρῆσαι προστιθέντες· ἔδει δὲ αὐτὸν ἢ μαρτυρεῖν, ἢ ἐξομόσασθαι ὡς οὐκ εἰδείη ἢ μὴ παρείη ἢ χιλίας ἀποτίνειν. κλητεύεσθαι μὲν οὖν ἐστὶ τὸ καλεῖσθαι εἰς μαρτυρίαν, ἐκκλητεύεσθαι δὲ τὸ δίκην ὀφείλειν ἐπὶ τῷ τὰς χιλίας κα‐</w:t>
      </w:r>
    </w:p>
    <w:p>
      <w:r>
        <w:rPr>
          <w:rFonts w:ascii="Courier New" w:hAnsi="Courier New"/>
          <w:color w:val="555555"/>
          <w:sz w:val="20"/>
        </w:rPr>
        <w:t>[5]</w:t>
      </w:r>
    </w:p>
    <w:p>
      <w:r>
        <w:rPr>
          <w:rFonts w:ascii="Gentium Plus" w:hAnsi="Gentium Plus"/>
          <w:sz w:val="24"/>
        </w:rPr>
        <w:t>ταβαλεῖν. Λυσίας (fg 317 Tur) δὲ κακοτεχνίου δίκην φησὶν εἶναι. καὶ μὴν καὶ ἐρανικαὶ δίκαι καὶ νόμος ἐρανικὸς καὶ κοινὸν ἐρανιστῶν. ἦν δέ τις καὶ παράστασις, ἐπωβελία πρυτανεῖα, παρακατα‐</w:t>
      </w:r>
    </w:p>
    <w:p>
      <w:r>
        <w:rPr>
          <w:rFonts w:ascii="Courier New" w:hAnsi="Courier New"/>
          <w:color w:val="555555"/>
          <w:sz w:val="20"/>
        </w:rPr>
        <w:t>[8 . 38]</w:t>
      </w:r>
    </w:p>
    <w:p>
      <w:r>
        <w:rPr>
          <w:rFonts w:ascii="Gentium Plus" w:hAnsi="Gentium Plus"/>
          <w:sz w:val="24"/>
        </w:rPr>
        <w:t>βολή. τὰ μὲν πρυτανεῖα ὡρισμένα, ὅ τι ἔδει καταβαλεῖν πρὸ τῆς δίκης τὸν διώκοντα καὶ τὸν διωκόμενον· εἰ δὲ μή, διέγραφον τὴν δίκην οἱ εἰσαγωγεῖς. ὁ δ’ ἡττηθεὶς ἀπεδίδου τὸ παρ’ ἀμφοτέρων δο‐</w:t>
      </w:r>
    </w:p>
    <w:p>
      <w:r>
        <w:rPr>
          <w:rFonts w:ascii="Courier New" w:hAnsi="Courier New"/>
          <w:color w:val="555555"/>
          <w:sz w:val="20"/>
        </w:rPr>
        <w:t>[5]</w:t>
      </w:r>
    </w:p>
    <w:p>
      <w:r>
        <w:rPr>
          <w:rFonts w:ascii="Gentium Plus" w:hAnsi="Gentium Plus"/>
          <w:sz w:val="24"/>
        </w:rPr>
        <w:t>ἄχρι χιλίων δικαζόμενοι τρεῖς δραχμὰς κατετίθεντο, οἱ δὲ ἀπὸ χιλίων μέχρι μυρίων τριάκοντα. οἱ δὲ οἴονται πρυτανεῖα εἶναι τὸ ἐπι‐ δέκατον τοῦ τιμήματος, κατατίθεσθαι δ’ αὐτὸ τοὺς γραψαμένος ἐπὶ</w:t>
      </w:r>
    </w:p>
    <w:p>
      <w:r>
        <w:rPr>
          <w:rFonts w:ascii="Courier New" w:hAnsi="Courier New"/>
          <w:color w:val="555555"/>
          <w:sz w:val="20"/>
        </w:rPr>
        <w:t>[8 . 39]</w:t>
      </w:r>
    </w:p>
    <w:p>
      <w:r>
        <w:rPr>
          <w:rFonts w:ascii="Gentium Plus" w:hAnsi="Gentium Plus"/>
          <w:sz w:val="24"/>
        </w:rPr>
        <w:t>μισθοδοσίᾳ τῶν δικαστῶν. παρακαταβολὴ δ’ ἦν ἐπὶ μὲν τῶν πρὸς τὸ δημόσιον ἀμφισβητημάτων τὸ πέμπτον, ἐπὶ δὲ τῶν ἰδιωτικῶν τὸ δέκατον. ἐπωβελία δ’ ἦν τὸ ἕκτον τοῦ τιμήματος μέρος, ὃ ὤφει‐ λεν ὁ μὴ ἑλών, προσώφειλεν ὁ αἱρεθείς· ὠνόμασται δὲ ὅτι ὀβολὸς</w:t>
      </w:r>
    </w:p>
    <w:p>
      <w:r>
        <w:rPr>
          <w:rFonts w:ascii="Courier New" w:hAnsi="Courier New"/>
          <w:color w:val="555555"/>
          <w:sz w:val="20"/>
        </w:rPr>
        <w:t>[5]</w:t>
      </w:r>
    </w:p>
    <w:p>
      <w:r>
        <w:rPr>
          <w:rFonts w:ascii="Gentium Plus" w:hAnsi="Gentium Plus"/>
          <w:sz w:val="24"/>
        </w:rPr>
        <w:t>ἦν τὸ ἕκτον τῆς δραχμῆς. ἡ δὲ παράστασις δραχμὴ ἦν, ἣν ὁ διώ‐ κων παρὰ διαιτητῇ προσεισέφερεν· ἀφ’ ἧς ἴσως καὶ Πλάτων (Rp 555 B) ‘παραστήσασθαι εἰς κρίσιν‘ εἴρηκεν ὃ προσκαλέσασθαι οἱ ῥήτορες.</w:t>
      </w:r>
    </w:p>
    <w:p>
      <w:r>
        <w:rPr>
          <w:rFonts w:ascii="Courier New" w:hAnsi="Courier New"/>
          <w:color w:val="555555"/>
          <w:sz w:val="20"/>
        </w:rPr>
        <w:t>[8 . 40]</w:t>
      </w:r>
    </w:p>
    <w:p>
      <w:r>
        <w:rPr>
          <w:rFonts w:ascii="Gentium Plus" w:hAnsi="Gentium Plus"/>
          <w:sz w:val="24"/>
        </w:rPr>
        <w:t>γραφαὶ δὲ φόνου καὶ τραύματος ἐκ προνοίας, καὶ πυρκαϊᾶς καὶ φαρμάκων καὶ μοιχείας καὶ ὕβρεως, ἱεροσυλίας, ἀσεβείας, προδοσίας, δώρων, δεκασμοῦ, λιποστρατίου, λιποταξίου, ἀστρατείας, λιποναυτίου, ἀναυμαχίου, τοῦ ῥῖψαι τὴν ἀσπίδα, ἀφ’ οὗ ῥίψασπις Κλεώ‐</w:t>
      </w:r>
    </w:p>
    <w:p>
      <w:r>
        <w:rPr>
          <w:rFonts w:ascii="Courier New" w:hAnsi="Courier New"/>
          <w:color w:val="555555"/>
          <w:sz w:val="20"/>
        </w:rPr>
        <w:t>[5]</w:t>
      </w:r>
    </w:p>
    <w:p>
      <w:r>
        <w:rPr>
          <w:rFonts w:ascii="Gentium Plus" w:hAnsi="Gentium Plus"/>
          <w:sz w:val="24"/>
        </w:rPr>
        <w:t>νυμος, ἀγαμίου, παρὰ δὲ Λακεδαιμονίοις καὶ ὀψιγαμίου καὶ κακογαμίου, ἀργίας, ἑταιρήσεως, ψευδεγγραφῆς, ψευδοκλητείας,</w:t>
      </w:r>
    </w:p>
    <w:p>
      <w:r>
        <w:rPr>
          <w:rFonts w:ascii="Courier New" w:hAnsi="Courier New"/>
          <w:color w:val="555555"/>
          <w:sz w:val="20"/>
        </w:rPr>
        <w:t>[8 . 41]</w:t>
      </w:r>
    </w:p>
    <w:p>
      <w:r>
        <w:rPr>
          <w:rFonts w:ascii="Gentium Plus" w:hAnsi="Gentium Plus"/>
          <w:sz w:val="24"/>
        </w:rPr>
        <w:t>ξενίας, δωροξενίας, παρανόμων, παραπρεσβείας· δοκιμασία, εὔθυνα, προβολή, φάσις, ἔνδειξις, ἀπαγωγή, ἐφηγεῖσθαι, ἀνδρολήψιον, εἰσαγγε‐ λία. ταύτας τὰς δίκας ἢ ὅσαι τοιαῦται—ἐκαλοῦντο γὰρ αἱ γραφαὶ καὶ δίκαι, οὐ μέντοι καὶ αἱ δίκαι γραφαί—ἐξῆν τῷ βουλομένῳ γρά‐</w:t>
      </w:r>
    </w:p>
    <w:p>
      <w:r>
        <w:rPr>
          <w:rFonts w:ascii="Courier New" w:hAnsi="Courier New"/>
          <w:color w:val="555555"/>
          <w:sz w:val="20"/>
        </w:rPr>
        <w:t>[5]</w:t>
      </w:r>
    </w:p>
    <w:p>
      <w:r>
        <w:rPr>
          <w:rFonts w:ascii="Gentium Plus" w:hAnsi="Gentium Plus"/>
          <w:sz w:val="24"/>
        </w:rPr>
        <w:t>φεσθαι, καὶ ἐπὶ μὲν πασῶν τούτων ὁ μὴ μεταλαβὼν τὸ πέμπτον μέρος τῶν ψήφων προσωφλίσκανε χιλίας· ὁ δὲ τῆς ἀσεβείας γραψάμενος καὶ</w:t>
      </w:r>
    </w:p>
    <w:p>
      <w:r>
        <w:rPr>
          <w:rFonts w:ascii="Courier New" w:hAnsi="Courier New"/>
          <w:color w:val="555555"/>
          <w:sz w:val="20"/>
        </w:rPr>
        <w:t>[8 . 42]</w:t>
      </w:r>
    </w:p>
    <w:p>
      <w:r>
        <w:rPr>
          <w:rFonts w:ascii="Gentium Plus" w:hAnsi="Gentium Plus"/>
          <w:sz w:val="24"/>
        </w:rPr>
        <w:t>οὐχ ἑλὼν ἐθανατοῦτο. καὶ τῆς μὲν ὕβρεως τὸ τίμημα οὐκ ἦν τοῦ παθόντος ἀλλὰ δημόσιον, δώρων δὲ κατὰ τοῦ ἐπὶ δώροις δικάσαντος ἦν ἡ γραφή, δεκασμοῦ δὲ κατὰ τοῦ διαφθείραντος· καὶ ὁ μὲν δεκά‐ ζεσθαι ὁ δὲ δεκάζειν ἐλέγετο. τῆς δὲ ἀργίας ἐπὶ μὲν Δράκοντος ἀτι‐</w:t>
      </w:r>
    </w:p>
    <w:p>
      <w:r>
        <w:rPr>
          <w:rFonts w:ascii="Courier New" w:hAnsi="Courier New"/>
          <w:color w:val="555555"/>
          <w:sz w:val="20"/>
        </w:rPr>
        <w:t>[5]</w:t>
      </w:r>
    </w:p>
    <w:p>
      <w:r>
        <w:rPr>
          <w:rFonts w:ascii="Gentium Plus" w:hAnsi="Gentium Plus"/>
          <w:sz w:val="24"/>
        </w:rPr>
        <w:t>μία ἦν τὸ τίμημα· ἐπὶ δὲ Σόλωνος, εἰ τρίς τις ἁλῴη, ἠτιμοῦτο. καὶ</w:t>
      </w:r>
    </w:p>
    <w:p>
      <w:r>
        <w:rPr>
          <w:rFonts w:ascii="Courier New" w:hAnsi="Courier New"/>
          <w:color w:val="555555"/>
          <w:sz w:val="20"/>
        </w:rPr>
        <w:t>[8 . 43]</w:t>
      </w:r>
    </w:p>
    <w:p>
      <w:r>
        <w:rPr>
          <w:rFonts w:ascii="Gentium Plus" w:hAnsi="Gentium Plus"/>
          <w:sz w:val="24"/>
        </w:rPr>
        <w:t>λιποναυτίου μὲν ἐκρίνετο ὁ τὴν ναῦν ἐκλιπών, ὥσπερ ὁ τὴν τάξιν λιποταξίου, ἀναυμαχίου δὲ ὁ τὴν ναῦν μὲν μὴ λιπών, μὴ μέντοι ναυ‐</w:t>
      </w:r>
    </w:p>
    <w:p>
      <w:r>
        <w:rPr>
          <w:rFonts w:ascii="Courier New" w:hAnsi="Courier New"/>
          <w:color w:val="555555"/>
          <w:sz w:val="20"/>
        </w:rPr>
        <w:t>[5]</w:t>
      </w:r>
    </w:p>
    <w:p>
      <w:r>
        <w:rPr>
          <w:rFonts w:ascii="Gentium Plus" w:hAnsi="Gentium Plus"/>
          <w:sz w:val="24"/>
        </w:rPr>
        <w:t>γραφῆς δ’ ἦν δίκη κατὰ τῶν ὡς ὀφείλοντάς τινας ἐνδειξαμένων, εἰ</w:t>
      </w:r>
    </w:p>
    <w:p>
      <w:r>
        <w:rPr>
          <w:rFonts w:ascii="Courier New" w:hAnsi="Courier New"/>
          <w:color w:val="555555"/>
          <w:sz w:val="20"/>
        </w:rPr>
        <w:t>[8 . 44]</w:t>
      </w:r>
    </w:p>
    <w:p>
      <w:r>
        <w:rPr>
          <w:rFonts w:ascii="Gentium Plus" w:hAnsi="Gentium Plus"/>
          <w:sz w:val="24"/>
        </w:rPr>
        <w:t>ψευδῶς σεσυκοφαντηκότες ἁλῷεν. κατὰ δὲ τούτου ἦν καὶ ἐπιβουλεύ‐ σεως γραφή, ψευδοκλητείας δὲ κατὰ τῶν οὐ δικαίως κεκλητευκότων. δωροξενίας δέ, εἴ τις ξενίας κρινόμενος δῶρα δοὺς ἀποφύγοι. παρα‐ νόμων δέ, εἴ τις ψήφισμα γράψαι ἢ νόμον παράνομον· ὑπομοσά‐</w:t>
      </w:r>
    </w:p>
    <w:p>
      <w:r>
        <w:rPr>
          <w:rFonts w:ascii="Courier New" w:hAnsi="Courier New"/>
          <w:color w:val="555555"/>
          <w:sz w:val="20"/>
        </w:rPr>
        <w:t>[5]</w:t>
      </w:r>
    </w:p>
    <w:p>
      <w:r>
        <w:rPr>
          <w:rFonts w:ascii="Gentium Plus" w:hAnsi="Gentium Plus"/>
          <w:sz w:val="24"/>
        </w:rPr>
        <w:t>μενος γάρ τις τὸ γραφέν, οὗ ἡ κατηγορία ὑπωμοσία ἐκαλεῖτο, διή‐ λεγχεν ὅτι ἔστι παράνομον ἢ ἄδικον ἢ ἀσύμφορον. δοκιμασία δὲ τοῖς ἄρχουσιν ἐπηγγέλλετο, καὶ τοῖς κληρωτοῖς καὶ τοῖς αἱρετοῖς</w:t>
      </w:r>
    </w:p>
    <w:p>
      <w:r>
        <w:rPr>
          <w:rFonts w:ascii="Courier New" w:hAnsi="Courier New"/>
          <w:color w:val="555555"/>
          <w:sz w:val="20"/>
        </w:rPr>
        <w:t>[8 . 45]</w:t>
      </w:r>
    </w:p>
    <w:p>
      <w:r>
        <w:rPr>
          <w:rFonts w:ascii="Gentium Plus" w:hAnsi="Gentium Plus"/>
          <w:sz w:val="24"/>
        </w:rPr>
        <w:t>εἴτ’ ἐπιτήδειοί εἰσιν ἄρχειν εἴτε καὶ μή, καὶ τοῖς δημαγωγοῖς, εἰ ἡται‐ ρηκότες εἶεν ἢ τὰ πατρῷα κατεδηδοκότες ἢ τοὺς γονέας κεκακωκότες ἢ ἄλλως κακῶς βεβιωκότες· ἀτίμους γὰρ αὐτοὺς ἐχρῆν εἶναι καὶ μὴ λέγειν. εὔθυνα δὲ κατὰ τῶν ἀρξάντων ἢ πρεσβευσάντων ἦν</w:t>
      </w:r>
    </w:p>
    <w:p>
      <w:r>
        <w:rPr>
          <w:rFonts w:ascii="Courier New" w:hAnsi="Courier New"/>
          <w:color w:val="555555"/>
          <w:sz w:val="20"/>
        </w:rPr>
        <w:t>[5]</w:t>
      </w:r>
    </w:p>
    <w:p>
      <w:r>
        <w:rPr>
          <w:rFonts w:ascii="Gentium Plus" w:hAnsi="Gentium Plus"/>
          <w:sz w:val="24"/>
        </w:rPr>
        <w:t>μὲν περὶ χρημάτων πρὸς τοὺς εὐθύνους καὶ λογιστάς (οἱ δ’ ἦσαν δέκα), ἦν δὲ περὶ ἀδικημάτων πρὸς τοὺς δικαστάς. ἡ δ’ εὔθυνα</w:t>
      </w:r>
    </w:p>
    <w:p>
      <w:r>
        <w:rPr>
          <w:rFonts w:ascii="Courier New" w:hAnsi="Courier New"/>
          <w:color w:val="555555"/>
          <w:sz w:val="20"/>
        </w:rPr>
        <w:t>[8 . 46]</w:t>
      </w:r>
    </w:p>
    <w:p>
      <w:r>
        <w:rPr>
          <w:rFonts w:ascii="Gentium Plus" w:hAnsi="Gentium Plus"/>
          <w:sz w:val="24"/>
        </w:rPr>
        <w:t>χρόνον εἶχεν ὡρισμένον, μεθ’ ὃν οὐκέτ’ ἐξῆν ἐγκαλεῖν. ἰδίως δὲ ἡ κατὰ τῶν πρεσβευτῶν γραφὴ παραπρεσβείας ἐλέγετο. προβολὴ δὲ ἦν κλῆσις εἰς δίκην κατὰ τῶν κακόνως πρὸς τὸν δῆμον διακει‐ μένων. προβολαὶ δ’ ἐγίνοντο τοῦ δήμου ψηφισαμένου καὶ τῶν</w:t>
      </w:r>
    </w:p>
    <w:p>
      <w:r>
        <w:rPr>
          <w:rFonts w:ascii="Courier New" w:hAnsi="Courier New"/>
          <w:color w:val="555555"/>
          <w:sz w:val="20"/>
        </w:rPr>
        <w:t>[5]</w:t>
      </w:r>
    </w:p>
    <w:p>
      <w:r>
        <w:rPr>
          <w:rFonts w:ascii="Gentium Plus" w:hAnsi="Gentium Plus"/>
          <w:sz w:val="24"/>
        </w:rPr>
        <w:t>εὐνουστάτων τῇ πόλει, ὡς Λυσίας ἐν τῷ κατὰ Θεοδοτίδου (59 Th) περὶ ἀμφοῖν λέγων προβολαὶ δὲ ἦσαν καὶ αἱ τῆς συκοφαντίας γραφαί· Λυσίας ἐν τῷ πρὸς Ἱπποκράτην αἰκίας (fg 126 Tur). ἐγίνοντο δὲ καὶ περὶ τῶν ἐξυβρισάντων ἢ ἀδικησάντων ἢ ἀσεβησάντων περὶ τὰς ἑορ‐</w:t>
      </w:r>
    </w:p>
    <w:p>
      <w:r>
        <w:rPr>
          <w:rFonts w:ascii="Courier New" w:hAnsi="Courier New"/>
          <w:color w:val="555555"/>
          <w:sz w:val="20"/>
        </w:rPr>
        <w:t>[8 . 47]</w:t>
      </w:r>
    </w:p>
    <w:p>
      <w:r>
        <w:rPr>
          <w:rFonts w:ascii="Gentium Plus" w:hAnsi="Gentium Plus"/>
          <w:sz w:val="24"/>
        </w:rPr>
        <w:t>τάς, ὡς ἡ κατὰ Μειδίου προβολή. φάσις δὲ ἦν τὸ φαίνειν τοὺς περὶ τὰ μέταλλα ἀδικοῦντας, ἢ περὶ τὸ ἐμπόριον κακουργοῦντας ἢ περὶ τὰ τέλη, ἢ τῶν δημοσίων τι νενοσφισμένους, ἢ συκοφαντοῦντας, ἢ περὶ τοὺς ὀρφανοὺς ἐξαμαρτάνοντας. ἐφαίνοντο δὲ πρὸς τὸν</w:t>
      </w:r>
    </w:p>
    <w:p>
      <w:r>
        <w:rPr>
          <w:rFonts w:ascii="Courier New" w:hAnsi="Courier New"/>
          <w:color w:val="555555"/>
          <w:sz w:val="20"/>
        </w:rPr>
        <w:t>[5]</w:t>
      </w:r>
    </w:p>
    <w:p>
      <w:r>
        <w:rPr>
          <w:rFonts w:ascii="Gentium Plus" w:hAnsi="Gentium Plus"/>
          <w:sz w:val="24"/>
        </w:rPr>
        <w:t>ἄρχοντα. κοινῶς δὲ φάσεις ἐκαλοῦντο πᾶσαι αἱ μηνύσεις τῶν λαν‐</w:t>
      </w:r>
    </w:p>
    <w:p>
      <w:r>
        <w:rPr>
          <w:rFonts w:ascii="Courier New" w:hAnsi="Courier New"/>
          <w:color w:val="555555"/>
          <w:sz w:val="20"/>
        </w:rPr>
        <w:t>[8 . 48]</w:t>
      </w:r>
    </w:p>
    <w:p>
      <w:r>
        <w:rPr>
          <w:rFonts w:ascii="Gentium Plus" w:hAnsi="Gentium Plus"/>
          <w:sz w:val="24"/>
        </w:rPr>
        <w:t>καὶ τίμημα ἐπιγραψάμενοι· ὁ δὲ ἄρχων παρεδίδου τὴν κρίσιν δι‐ καστηρίῳ. καὶ τὸ μὲν τιμηθὲν ἐγίνετο τῶν ἀδικουμένων, εἰ καὶ ἄλλος ὑπὲρ αὐτῶν φήνειεν· ὁ δὲ μὴ μεταλαβὼν τὸ πέμπτον μέρος τῶν ψήφων τὴν ἐπωβελίαν προσωφλίσκανεν. ἦν δὲ ἕκτον τοῦ τι‐</w:t>
      </w:r>
    </w:p>
    <w:p>
      <w:r>
        <w:rPr>
          <w:rFonts w:ascii="Courier New" w:hAnsi="Courier New"/>
          <w:color w:val="555555"/>
          <w:sz w:val="20"/>
        </w:rPr>
        <w:t>[5]</w:t>
      </w:r>
    </w:p>
    <w:p>
      <w:r>
        <w:rPr>
          <w:rFonts w:ascii="Gentium Plus" w:hAnsi="Gentium Plus"/>
          <w:sz w:val="24"/>
        </w:rPr>
        <w:t>μήματος, ὡς Ἰσαῖος ἐν τῷ πρὸς Εὐκλείδην (fg 63 Tur) περὶ χω‐ ρίου. εἰσήγετο δὲ τὰ μὲν ἐντὸς χιλίων εἰς ἕνα καὶ διακοσίους, τὰ</w:t>
      </w:r>
    </w:p>
    <w:p>
      <w:r>
        <w:rPr>
          <w:rFonts w:ascii="Courier New" w:hAnsi="Courier New"/>
          <w:color w:val="555555"/>
          <w:sz w:val="20"/>
        </w:rPr>
        <w:t>[8 . 49]</w:t>
      </w:r>
    </w:p>
    <w:p>
      <w:r>
        <w:rPr>
          <w:rFonts w:ascii="Gentium Plus" w:hAnsi="Gentium Plus"/>
          <w:sz w:val="24"/>
        </w:rPr>
        <w:t>δὲ ὑπὲρ χιλίας εἰς ἕνα καὶ τετρακοσίους. ἔδει δὲ καὶ κλητῆρας προσεπιγράφεσθαι τὸν φαίνοντα, εἰ εἰσὶ μάρτυρες. ἔνδειξις δὲ ἦ πρὸς τὸν ἄρχοντα ὁμολογουμένου ἀδικήματος μήνυσις, οὐ κρίσεως ἀλλὰ τιμωρίας δεομένου. ὁ δ’ ἐνδεικνύμενος ἐν γραμματείῳ πρὸς</w:t>
      </w:r>
    </w:p>
    <w:p>
      <w:r>
        <w:rPr>
          <w:rFonts w:ascii="Courier New" w:hAnsi="Courier New"/>
          <w:color w:val="555555"/>
          <w:sz w:val="20"/>
        </w:rPr>
        <w:t>[5]</w:t>
      </w:r>
    </w:p>
    <w:p>
      <w:r>
        <w:rPr>
          <w:rFonts w:ascii="Gentium Plus" w:hAnsi="Gentium Plus"/>
          <w:sz w:val="24"/>
        </w:rPr>
        <w:t>τὸν ἄρχοντα τὴν ἔνδειξιν ἀποφέρει, ἵν’ ὑπεύθυνος ᾖ τῆς ψευδοῦς ἐνδείξεως. καὶ αὕτη μὲν γίνεται περὶ τῶν οὐ παρόντων, ἡ δὲ ἀπαγωγή, ὅταν τις ὃν ἔστιν ἐνδείξασθαι μὴ παρόντα, τοῦτον παρ‐</w:t>
      </w:r>
    </w:p>
    <w:p>
      <w:r>
        <w:rPr>
          <w:rFonts w:ascii="Courier New" w:hAnsi="Courier New"/>
          <w:color w:val="555555"/>
          <w:sz w:val="20"/>
        </w:rPr>
        <w:t>[8 . 50]</w:t>
      </w:r>
    </w:p>
    <w:p>
      <w:r>
        <w:rPr>
          <w:rFonts w:ascii="Gentium Plus" w:hAnsi="Gentium Plus"/>
          <w:sz w:val="24"/>
        </w:rPr>
        <w:t>όντα ἐπ’ αὐτοφώρῳ λαβὼν ἀπαγάγῃ. ὁ δὲ κίνδυνος ἐν χιλίαις. μάλιστα δὲ τοὺς ὀφείλοντας τῷ δημοσίῳ ἐνεδείκνυσαν, ἢ τοὺς κατ‐ ιόντας ὅποι μὴ ἔξεστιν, ἢ τοὺς ἀνδροφόνους. ἐφηγεῖσθαι δέ ἐστιν, ὅταν τις δι’ ἀσθένειαν ἀπαγαγεῖν οὐ θαρρῶν ἐπάγῃ τὸν ἄρχοντα</w:t>
      </w:r>
    </w:p>
    <w:p>
      <w:r>
        <w:rPr>
          <w:rFonts w:ascii="Courier New" w:hAnsi="Courier New"/>
          <w:color w:val="555555"/>
          <w:sz w:val="20"/>
        </w:rPr>
        <w:t>[5]</w:t>
      </w:r>
    </w:p>
    <w:p>
      <w:r>
        <w:rPr>
          <w:rFonts w:ascii="Gentium Plus" w:hAnsi="Gentium Plus"/>
          <w:sz w:val="24"/>
        </w:rPr>
        <w:t>ἐπ’ οἰκίαν οὗ τις τούτων ἀποκρύπτεται. ἀνδρολήψιον δέ· ὅταν τις τοὺς ἀνδροφόνους καταφυγόντας ὥς τινας ἀπαιτῶν μὴ λαμ‐</w:t>
      </w:r>
    </w:p>
    <w:p>
      <w:r>
        <w:rPr>
          <w:rFonts w:ascii="Courier New" w:hAnsi="Courier New"/>
          <w:color w:val="555555"/>
          <w:sz w:val="20"/>
        </w:rPr>
        <w:t>[8 . 51]</w:t>
      </w:r>
    </w:p>
    <w:p>
      <w:r>
        <w:rPr>
          <w:rFonts w:ascii="Gentium Plus" w:hAnsi="Gentium Plus"/>
          <w:sz w:val="24"/>
        </w:rPr>
        <w:t>βάνῃ, ἔξεστιν ἐκ τῶν οὐκ ἐκδιδόντων ἄχρι τριῶν ἀπαγαγεῖν. ὁ δὲ ἀδίκως ἀνδροληψίᾳ κεχρημένος οὐκ ἀνεύθυνος ἦν. ἡ δ’ εἰσ‐ αγγελία τέτακται ἐπὶ τῶν ἀγράφων δημοσίων ἀδικημάτων. κατὰ τὸν νόμον τὸν εἰσαγγελτικόν .... (ἀμφοτέρως γὰρ λέγουσιν), ὃς</w:t>
      </w:r>
    </w:p>
    <w:p>
      <w:r>
        <w:rPr>
          <w:rFonts w:ascii="Courier New" w:hAnsi="Courier New"/>
          <w:color w:val="555555"/>
          <w:sz w:val="20"/>
        </w:rPr>
        <w:t>[5]</w:t>
      </w:r>
    </w:p>
    <w:p>
      <w:r>
        <w:rPr>
          <w:rFonts w:ascii="Gentium Plus" w:hAnsi="Gentium Plus"/>
          <w:sz w:val="24"/>
        </w:rPr>
        <w:t>κεῖται .... περὶ ὧν οὐκ εἰσὶ νόμοι, ἀδικῶν δέ τις ἁλίσκεται ἢ ἄρχων ἢ ῥήτωρ, εἰς τὴν βουλὴν εἰσαγγελία δίδοται κατ’ αὐτοῦ, κἂν μὲν μέτρια ἀδικεῖν δοκῇ, ἡ βουλὴ ποιεῖται ζημίας ἐπιβολήν,</w:t>
      </w:r>
    </w:p>
    <w:p>
      <w:r>
        <w:rPr>
          <w:rFonts w:ascii="Courier New" w:hAnsi="Courier New"/>
          <w:color w:val="555555"/>
          <w:sz w:val="20"/>
        </w:rPr>
        <w:t>[8 . 52]</w:t>
      </w:r>
    </w:p>
    <w:p>
      <w:r>
        <w:rPr>
          <w:rFonts w:ascii="Gentium Plus" w:hAnsi="Gentium Plus"/>
          <w:sz w:val="24"/>
        </w:rPr>
        <w:t>ἂν δὲ μείζω, παραδίδωσι δικαστηρίῳ· τὸ δὲ τίμημα, ὅ τι χρὴ πα‐ θεῖν ἢ ἀποτῖσαι. ἐγίνοντο δὲ εἰσαγγελίαι καὶ κατὰ τῶν καταλυόν‐ των τὸν δῆμον ῥητόρων, ἢ μὴ τὰ ἄριστα τῷ δήμῳ λεγόντων, ἢ πρὸς τοὺς πολεμίους ἄνευ τοῦ πεμφθῆναι ἀπελθόντων, ἢ προδόν‐</w:t>
      </w:r>
    </w:p>
    <w:p>
      <w:r>
        <w:rPr>
          <w:rFonts w:ascii="Courier New" w:hAnsi="Courier New"/>
          <w:color w:val="555555"/>
          <w:sz w:val="20"/>
        </w:rPr>
        <w:t>[5]</w:t>
      </w:r>
    </w:p>
    <w:p>
      <w:r>
        <w:rPr>
          <w:rFonts w:ascii="Gentium Plus" w:hAnsi="Gentium Plus"/>
          <w:sz w:val="24"/>
        </w:rPr>
        <w:t>των φρούριον ἢ στρατιὰν ἢ ναῦς, ὡς Θεόφραστος ἐν τῷ πρώτῳ περὶ Νόμων. ὅτι δὲ ὁ εἰσαγγείλας καὶ οὐχ ἑλὼν ἀζήμιος ἦν, Ὑπερ‐</w:t>
      </w:r>
    </w:p>
    <w:p>
      <w:r>
        <w:rPr>
          <w:rFonts w:ascii="Courier New" w:hAnsi="Courier New"/>
          <w:color w:val="555555"/>
          <w:sz w:val="20"/>
        </w:rPr>
        <w:t>[8 . 53]</w:t>
      </w:r>
    </w:p>
    <w:p>
      <w:r>
        <w:rPr>
          <w:rFonts w:ascii="Gentium Plus" w:hAnsi="Gentium Plus"/>
          <w:sz w:val="24"/>
        </w:rPr>
        <w:t>είδης ἐν τῷ ὑπὲρ Λυκόφρονος (III) φησίν. καίτοι γε ὁ Θεόφρα‐ στος τοὺς μὲν ἄλλας γραφὰς γραψαμένους χιλίας τ’ ὀφλισκάνειν, εἰ τὸ πέμπτον τῶν ψήφων μὴ καταλάβοιεν, καὶ προσατιμοῦσθαι, τοὺς δὲ εἰσαγγέλλοντας μὴ ἀτιμοῦσθαι μέν, ὀφλεῖν δὲ τὰς χιλίας·</w:t>
      </w:r>
    </w:p>
    <w:p>
      <w:r>
        <w:rPr>
          <w:rFonts w:ascii="Courier New" w:hAnsi="Courier New"/>
          <w:color w:val="555555"/>
          <w:sz w:val="20"/>
        </w:rPr>
        <w:t>[5]</w:t>
      </w:r>
    </w:p>
    <w:p>
      <w:r>
        <w:rPr>
          <w:rFonts w:ascii="Gentium Plus" w:hAnsi="Gentium Plus"/>
          <w:sz w:val="24"/>
        </w:rPr>
        <w:t>ἔοικε δὲ τοῦτο διὰ τοὺς ῥᾳδίως εἰσαγγέλλοντας ὕστερον προσγε‐ γράφθαι. Δημοσθένης δὲ ἐν τῷ κατὰ Μέδοντος (fg 7 Tur) καὶ κατὰ τῶν μὴ προσηκόντως τῇ ἐπικλήρῳ συνοικούντων γίνεσθαι τὰς εἰσαγγελίας λέγει. χίλιοι δὲ κατὰ μὲν τὸν Σόλωνα τὰς εἰσαγγε‐</w:t>
      </w:r>
    </w:p>
    <w:p>
      <w:r>
        <w:rPr>
          <w:rFonts w:ascii="Courier New" w:hAnsi="Courier New"/>
          <w:color w:val="555555"/>
          <w:sz w:val="20"/>
        </w:rPr>
        <w:t>[8 . 54]</w:t>
      </w:r>
    </w:p>
    <w:p>
      <w:r>
        <w:rPr>
          <w:rFonts w:ascii="Gentium Plus" w:hAnsi="Gentium Plus"/>
          <w:sz w:val="24"/>
        </w:rPr>
        <w:t>λίας ἔκρινον, κατὰ δὲ τὸν Φαληρέα καὶ πρὸς πεντακόσιοι. ἀγρα‐ φίου δὲ κατηγοροῦνται οἵτινες ἂν ἑαυτοὺς ἐκ τῶν ἐγγεγραμμέ‐ νων ἐξαλείφωσιν. καὶ ἀλογίου δὲ δίκη ἦν κατὰ τῶν οὐκ ἀπο‐ διδόντων λογισμοὺς ὧν ἂν διαχειρίσωσιν.</w:t>
      </w:r>
    </w:p>
    <w:p>
      <w:r>
        <w:rPr>
          <w:rFonts w:ascii="Courier New" w:hAnsi="Courier New"/>
          <w:color w:val="555555"/>
          <w:sz w:val="20"/>
        </w:rPr>
        <w:t>[5]</w:t>
      </w:r>
    </w:p>
    <w:p>
      <w:r>
        <w:rPr>
          <w:rFonts w:ascii="Gentium Plus" w:hAnsi="Gentium Plus"/>
          <w:sz w:val="24"/>
        </w:rPr>
        <w:t>ἔστι δὲ ἐκ τῶν δικαστικῶν ὀνομάτων προωμοσία ἀντωμοσία διω‐ μοσία, ἐξωμοσία ἀπωμοσία, ὑπωμοσία, παραγραφή, ἀντιγραφή ἀντι‐ λαχεῖν, ἐξούλης δίκη, μὴ οὖσα δίκη, ἐρήμην ὀφλεῖν, ἐνεπισκήψασθαι, πρόσκλησις, ἔφεσις, ἔκκλητοι δίκαι, ἀπὸ συμβόλων δικάζεσθαι, ἐμπορι‐</w:t>
      </w:r>
    </w:p>
    <w:p>
      <w:r>
        <w:rPr>
          <w:rFonts w:ascii="Courier New" w:hAnsi="Courier New"/>
          <w:color w:val="555555"/>
          <w:sz w:val="20"/>
        </w:rPr>
        <w:t>[8 . 55]</w:t>
      </w:r>
    </w:p>
    <w:p>
      <w:r>
        <w:rPr>
          <w:rFonts w:ascii="Gentium Plus" w:hAnsi="Gentium Plus"/>
          <w:sz w:val="24"/>
        </w:rPr>
        <w:t>καὶ δίκαι, ἀτίμητος δίκη, διαψήφισις. προωμοσία μὲν ὅρκος ὃν ὁ κατήγορος προομνύει, ἦν μὴν ἀληθῆ κατηγορεῖν, ἀντωμοσία δὲ ὅρκος ὃν ὁ κατηγορούμενος ἀντομνύει, ἦ μὴν μὴ ἀδικεῖν, διωμο‐ σία δὲ ὁ παρ’ ἑκατέρου ὅρκος. ἐξωμοσία δέ, ὅταν τις ἢ πρεσβευ‐</w:t>
      </w:r>
    </w:p>
    <w:p>
      <w:r>
        <w:rPr>
          <w:rFonts w:ascii="Courier New" w:hAnsi="Courier New"/>
          <w:color w:val="555555"/>
          <w:sz w:val="20"/>
        </w:rPr>
        <w:t>[5]</w:t>
      </w:r>
    </w:p>
    <w:p>
      <w:r>
        <w:rPr>
          <w:rFonts w:ascii="Gentium Plus" w:hAnsi="Gentium Plus"/>
          <w:sz w:val="24"/>
        </w:rPr>
        <w:t>τὴς αἱρεθεὶς ἢ ἐπ’ ἄλλην τινὰ δημοσίαν ὑπηρεσίαν, ἀρρωστεῖν ἢ ἀδυνατεῖν φάσκων ἐξομνύηται αὐτὸς ἢ δι’ ἑτέρου. ἐξώμνυντο, δὲ καὶ οἱ κληθέντες μάρτυρες, εἰ φάσκοιεν μηδὲν ἐπίστασθαι τού‐</w:t>
      </w:r>
    </w:p>
    <w:p>
      <w:r>
        <w:rPr>
          <w:rFonts w:ascii="Courier New" w:hAnsi="Courier New"/>
          <w:color w:val="555555"/>
          <w:sz w:val="20"/>
        </w:rPr>
        <w:t>[8 . 56]</w:t>
      </w:r>
    </w:p>
    <w:p>
      <w:r>
        <w:rPr>
          <w:rFonts w:ascii="Gentium Plus" w:hAnsi="Gentium Plus"/>
          <w:sz w:val="24"/>
        </w:rPr>
        <w:t>των ἐφ’ ἃ ἐκαλοῦντο. ἡ δ’ ἀπωμοσία ἐγίνετο παρὰ τῶν ἀντιλε‐ γόντων πρὸς τοὺς ἐξομνυμένους ἐπὶ προφάσει ἀρρωστίας ἢ ἀπου‐ σίας. συνισταμένης δὲ περὶ τούτου δίκης, τὸ παρὰ τοῦ κρίνοντος ἔργον ἀπωμοσία ἐκαλεῖτο. ὑπωμοσία δέ ἐστιν, ὅταν τις ἢ ψήφισμα</w:t>
      </w:r>
    </w:p>
    <w:p>
      <w:r>
        <w:rPr>
          <w:rFonts w:ascii="Courier New" w:hAnsi="Courier New"/>
          <w:color w:val="555555"/>
          <w:sz w:val="20"/>
        </w:rPr>
        <w:t>[5]</w:t>
      </w:r>
    </w:p>
    <w:p>
      <w:r>
        <w:rPr>
          <w:rFonts w:ascii="Gentium Plus" w:hAnsi="Gentium Plus"/>
          <w:sz w:val="24"/>
        </w:rPr>
        <w:t>ἢ νόμον γραφέντα γράψηται ὡς ἀνεπιτήδειον· τοῦτο γὰρ ὑπομό‐ σασθαι λέγουσιν. καὶ οὐκ ἦν μετὰ τὴν ὑπωμοσίαν τὸ γραφέν, πρὶν</w:t>
      </w:r>
    </w:p>
    <w:p>
      <w:r>
        <w:rPr>
          <w:rFonts w:ascii="Courier New" w:hAnsi="Courier New"/>
          <w:color w:val="555555"/>
          <w:sz w:val="20"/>
        </w:rPr>
        <w:t>[8 . 57]</w:t>
      </w:r>
    </w:p>
    <w:p>
      <w:r>
        <w:rPr>
          <w:rFonts w:ascii="Gentium Plus" w:hAnsi="Gentium Plus"/>
          <w:sz w:val="24"/>
        </w:rPr>
        <w:t>κριθῆναι, κύριον. παραγραφὴ δ’ ἦν ἡ αὐτὴ καὶ διαμαρτυρία, ὅταν τις μὴ εἰσαγώγιμον λέγῃ εἶναι τὴν δίκην ἢ ὡς κεκριμένος ἢ διαίτης γεγενημένης ἢ ὡς ἀφειμένος, ἢ ὡς τῶν χρόνων ἐξη‐ κόντων ἐν οἷς ἔδει κρίνεσθαι .... οἷον οὐκ εἰσαγγελίας ἀλλὰ παρα‐</w:t>
      </w:r>
    </w:p>
    <w:p>
      <w:r>
        <w:rPr>
          <w:rFonts w:ascii="Courier New" w:hAnsi="Courier New"/>
          <w:color w:val="555555"/>
          <w:sz w:val="20"/>
        </w:rPr>
        <w:t>[5]</w:t>
      </w:r>
    </w:p>
    <w:p>
      <w:r>
        <w:rPr>
          <w:rFonts w:ascii="Gentium Plus" w:hAnsi="Gentium Plus"/>
          <w:sz w:val="24"/>
        </w:rPr>
        <w:t>νόμων, οὐ δημοσίᾳ ἀλλ’ ἰδίᾳ, ἢ ὡς οὐ παρὰ τούτοις κρίνεσθαι δέον, οἷον οὐκ ἐν Ἀρείῳ πάγῳ ἀλλ’ ἐπὶ Παλλαδίῳ. ἄγραπτος δὲ δίκη ἐκαλεῖτο ἡ ὑπὸ τῆς παραγραφῆς ἀναιρεθεῖσα καὶ διαγραφεῖσα.</w:t>
      </w:r>
    </w:p>
    <w:p>
      <w:r>
        <w:rPr>
          <w:rFonts w:ascii="Courier New" w:hAnsi="Courier New"/>
          <w:color w:val="555555"/>
          <w:sz w:val="20"/>
        </w:rPr>
        <w:t>[8 . 58]</w:t>
      </w:r>
    </w:p>
    <w:p>
      <w:r>
        <w:rPr>
          <w:rFonts w:ascii="Gentium Plus" w:hAnsi="Gentium Plus"/>
          <w:sz w:val="24"/>
        </w:rPr>
        <w:t>ἀντιγραφὴ δέ, ὅταν τις κρινόμενος ἀντικατηγορῇ. καὶ ἡ παρα‐ γραφὴ δὲ ἀντιγραφῇ ἔοικεν· διὸ καὶ προεισέρχεται. ὁ δ’ ἀντιγραψά‐ μενος μὴ κρατήσας τὴν ἐπωβελίαν προσωφλίσκανεν. τίθενται δὲ τὸ τῆς ἀντιγραφῆς ὄνομα καὶ κατὰ τῶν ἀπαντώντων πρὸς τὰς γραφάς,</w:t>
      </w:r>
    </w:p>
    <w:p>
      <w:r>
        <w:rPr>
          <w:rFonts w:ascii="Courier New" w:hAnsi="Courier New"/>
          <w:color w:val="555555"/>
          <w:sz w:val="20"/>
        </w:rPr>
        <w:t>[5]</w:t>
      </w:r>
    </w:p>
    <w:p>
      <w:r>
        <w:rPr>
          <w:rFonts w:ascii="Gentium Plus" w:hAnsi="Gentium Plus"/>
          <w:sz w:val="24"/>
        </w:rPr>
        <w:t>καὶ ἔστι πρὸς τὴν γραφὴν τὸ τοῦ φεύγοντος γράμμα ἀντιγραφή, οἷον ‘τὰ ψευδῆ μου κατεμαρτύρησε Στέφανος, γράψας τὰ ἐν τῷ γραμμα‐</w:t>
      </w:r>
    </w:p>
    <w:p>
      <w:r>
        <w:rPr>
          <w:rFonts w:ascii="Courier New" w:hAnsi="Courier New"/>
          <w:color w:val="555555"/>
          <w:sz w:val="20"/>
        </w:rPr>
        <w:t>[8 . 59]</w:t>
      </w:r>
    </w:p>
    <w:p>
      <w:r>
        <w:rPr>
          <w:rFonts w:ascii="Gentium Plus" w:hAnsi="Gentium Plus"/>
          <w:sz w:val="24"/>
        </w:rPr>
        <w:t>τείῳ‘ (Demosth XLV 46). ἡ δὲ τῆς ἐξούλης δίκη γίνεται, ὅταν τις τὸν ἐκ δημοσίου πριάμενον μὴ ἐᾷ καρποῦσθαι ἃ ἐπρίατο, ἢ τὸν νικήσαντα ἃ ἐνίκησεν, ἀλλ’ ἢ ἔχοντα ἐκβάλλῃ ἢ σχεῖν κωλύσῃ, ἢ αὐτὸς ὁ ὀφλὼν ἢ ἄλλος ὑπὲρ αὐτοῦ. καὶ μὴν καὶ εἰ ὁ μὲν ὡς ἐωνη‐</w:t>
      </w:r>
    </w:p>
    <w:p>
      <w:r>
        <w:rPr>
          <w:rFonts w:ascii="Courier New" w:hAnsi="Courier New"/>
          <w:color w:val="555555"/>
          <w:sz w:val="20"/>
        </w:rPr>
        <w:t>[5]</w:t>
      </w:r>
    </w:p>
    <w:p>
      <w:r>
        <w:rPr>
          <w:rFonts w:ascii="Gentium Plus" w:hAnsi="Gentium Plus"/>
          <w:sz w:val="24"/>
        </w:rPr>
        <w:t>μένος ἀμφισβητεῖ κτήματος, ὁ δὲ ὡς ὑποθήκην ἔχων, ἐξούλης ἡ</w:t>
      </w:r>
    </w:p>
    <w:p>
      <w:r>
        <w:rPr>
          <w:rFonts w:ascii="Courier New" w:hAnsi="Courier New"/>
          <w:color w:val="555555"/>
          <w:sz w:val="20"/>
        </w:rPr>
        <w:t>[8 . 60]</w:t>
      </w:r>
    </w:p>
    <w:p>
      <w:r>
        <w:rPr>
          <w:rFonts w:ascii="Gentium Plus" w:hAnsi="Gentium Plus"/>
          <w:sz w:val="24"/>
        </w:rPr>
        <w:t>δίκη. ἡ δὲ μὴ οὖσα δίκη οὕτως ὠνομάζετο· ὁπόταν τις παρὰ δι‐ αιτηταῖς παραγραψάμενος, καὶ ὑπομοσάμενος νόσον ἢ ἀποδημίαν, εἰς τὴν κυρίαν μὴ ἀπαντήσας ἐρήμην ὄφλῃ, ἐξῆν ἐντὸς δέκα ἡμερῶν τὴν μὴ οὖσαν ἀντιλαχεῖν, καὶ ἡ ἐρήμη ἐλύετο, ὡς ἐξ ἀρχῆς ἐλθεῖν</w:t>
      </w:r>
    </w:p>
    <w:p>
      <w:r>
        <w:rPr>
          <w:rFonts w:ascii="Courier New" w:hAnsi="Courier New"/>
          <w:color w:val="555555"/>
          <w:sz w:val="20"/>
        </w:rPr>
        <w:t>[5]</w:t>
      </w:r>
    </w:p>
    <w:p>
      <w:r>
        <w:rPr>
          <w:rFonts w:ascii="Gentium Plus" w:hAnsi="Gentium Plus"/>
          <w:sz w:val="24"/>
        </w:rPr>
        <w:t>ἐπὶ διαιτητήν. εἰ δὲ μὴ ἕλοι τὴν μὴ οὖσαν, ὀμόσας μὴ ἑκὼν ἐκλι‐ πεῖν τὴν δίαιταν, κύρια τὰ διαιτηθέντα ἐγίνετο· ὅθεν ἐγγυητὰς καθ‐</w:t>
      </w:r>
    </w:p>
    <w:p>
      <w:r>
        <w:rPr>
          <w:rFonts w:ascii="Courier New" w:hAnsi="Courier New"/>
          <w:color w:val="555555"/>
          <w:sz w:val="20"/>
        </w:rPr>
        <w:t>[8 . 61]</w:t>
      </w:r>
    </w:p>
    <w:p>
      <w:r>
        <w:rPr>
          <w:rFonts w:ascii="Gentium Plus" w:hAnsi="Gentium Plus"/>
          <w:sz w:val="24"/>
        </w:rPr>
        <w:t>ίστασαν τοῦ ἐκτίσματος. ἀντιλαχεῖν δὲ δίκην ἐξῆν, ὁπότε τις μὴ παρὼν ἐν δικαστηρίῳ κατακηρυχθεὶς καὶ μὴ ὑπακούων ἐρήμην ὄφλοι. ἀντιλαχεῖν δὲ δύο ἐντὸς μηνῶν ὑπῆρχεν. εἰ δὲ μὴ τοῦτο σχοίη, τὸ ἐγγεγραμμένον ὦφλε καὶ ἄτιμος ἦν. ἐνεπισκήψασθαι</w:t>
      </w:r>
    </w:p>
    <w:p>
      <w:r>
        <w:rPr>
          <w:rFonts w:ascii="Courier New" w:hAnsi="Courier New"/>
          <w:color w:val="555555"/>
          <w:sz w:val="20"/>
        </w:rPr>
        <w:t>[5]</w:t>
      </w:r>
    </w:p>
    <w:p>
      <w:r>
        <w:rPr>
          <w:rFonts w:ascii="Gentium Plus" w:hAnsi="Gentium Plus"/>
          <w:sz w:val="24"/>
        </w:rPr>
        <w:t>δ’ ἦν, ὁπότε τις ἐν τοῖς δημευθεῖσιν ἑαυτῷ τι ὀφείλεσθαι ἢ προσ‐</w:t>
      </w:r>
    </w:p>
    <w:p>
      <w:r>
        <w:rPr>
          <w:rFonts w:ascii="Courier New" w:hAnsi="Courier New"/>
          <w:color w:val="555555"/>
          <w:sz w:val="20"/>
        </w:rPr>
        <w:t>[8 . 62]</w:t>
      </w:r>
    </w:p>
    <w:p>
      <w:r>
        <w:rPr>
          <w:rFonts w:ascii="Gentium Plus" w:hAnsi="Gentium Plus"/>
          <w:sz w:val="24"/>
        </w:rPr>
        <w:t>ήκειν λέγοι· καὶ τὸ πρᾶγμα ἐνεπίσκημμα ἐκαλεῖτο. πρόσ‐</w:t>
      </w:r>
    </w:p>
    <w:p>
      <w:r>
        <w:rPr>
          <w:rFonts w:ascii="Courier New" w:hAnsi="Courier New"/>
          <w:color w:val="555555"/>
          <w:sz w:val="20"/>
        </w:rPr>
        <w:t>[5]</w:t>
      </w:r>
    </w:p>
    <w:p>
      <w:r>
        <w:rPr>
          <w:rFonts w:ascii="Gentium Plus" w:hAnsi="Gentium Plus"/>
          <w:sz w:val="24"/>
        </w:rPr>
        <w:t>δίκαι. πρόκλησις δ’ ἐστὶ λύσις τῆς δίκης ἐπί τινι ὡρισμένῳ ὅρκῳ ἢ μαρτυρίᾳ ἢ βασάνῳ ἢ ἄλλῳ τινὶ τοιούτῳ. ἔφεσις δέ ἐστιν, ὅταν τις ἀπὸ διαιτητῶν ἢ ἀρχόντων ἢ δημοτῶν ἐπὶ δικαστὴν ἐφῇ, ἢ ἀπὸ βουλῆς ἐπὶ δῆμον, ἢ ἀπὸ δήμου ἐπὶ δικαστήριον, ἢ ἀπὸ δικα‐</w:t>
      </w:r>
    </w:p>
    <w:p>
      <w:r>
        <w:rPr>
          <w:rFonts w:ascii="Courier New" w:hAnsi="Courier New"/>
          <w:color w:val="555555"/>
          <w:sz w:val="20"/>
        </w:rPr>
        <w:t>[8 . 63]</w:t>
      </w:r>
    </w:p>
    <w:p>
      <w:r>
        <w:rPr>
          <w:rFonts w:ascii="Gentium Plus" w:hAnsi="Gentium Plus"/>
          <w:sz w:val="24"/>
        </w:rPr>
        <w:t>στῶν ἐπὶ ξενικὸν δικαστήριον· ἐφέσιμος δ’ ὠνομάζετο ἡ δίκη. αὗται δὲ καὶ ἔκκλητοι δίκαι ἐκαλοῦντο. τὸ δὲ παρακαταβαλλόμενον ἐπὶ τῶν ἐφέσεων, ὅπερ οἱ νῦν παραβόλιον καλοῦσι, παράβολον Ἀριστοφάνης (Vesp 992) λέγει. ἐμπορικαὶ δὲ δίκαι ἔμμηνοι αἱ τῶν ἐμπόρων ἢ</w:t>
      </w:r>
    </w:p>
    <w:p>
      <w:r>
        <w:rPr>
          <w:rFonts w:ascii="Courier New" w:hAnsi="Courier New"/>
          <w:color w:val="555555"/>
          <w:sz w:val="20"/>
        </w:rPr>
        <w:t>[5]</w:t>
      </w:r>
    </w:p>
    <w:p>
      <w:r>
        <w:rPr>
          <w:rFonts w:ascii="Gentium Plus" w:hAnsi="Gentium Plus"/>
          <w:sz w:val="24"/>
        </w:rPr>
        <w:t>τῶν περὶ τὸ ἐμπόριον. ἀπὸ συμβόλων δ’ ἔστιν ὅτε οἱ σύμμαχοι ἐδικάζοντο. ἀτίμητος δὲ δίκη, ἣν οὐκ ἔστιν ὑποτιμήσασθαι, ἀλλὰ το‐</w:t>
      </w:r>
    </w:p>
    <w:p>
      <w:r>
        <w:rPr>
          <w:rFonts w:ascii="Courier New" w:hAnsi="Courier New"/>
          <w:color w:val="555555"/>
          <w:sz w:val="20"/>
        </w:rPr>
        <w:t>[8 . 64]</w:t>
      </w:r>
    </w:p>
    <w:p>
      <w:r>
        <w:rPr>
          <w:rFonts w:ascii="Gentium Plus" w:hAnsi="Gentium Plus"/>
          <w:sz w:val="24"/>
        </w:rPr>
        <w:t>σούτου τετίμηται ὅσου ἐπιγέγραπται. διαψήφισις δ’ ἦν τὸ τοὺς δημότας τὴν ψῆφον ὑπὲρ τῶν παρεγγεγράφθαι δοκούντων ἐνεγκεῖν. προσθετέον δὲ τοῖς εἰρημένοις καὶ τάδε, δίαιτα, διαιτητής, συν‐ διαιτητὴς ὡς Δημοσθένης (XXXIII 19. 20). διαιτᾶν διαιτᾶσθαι, διῄ‐</w:t>
      </w:r>
    </w:p>
    <w:p>
      <w:r>
        <w:rPr>
          <w:rFonts w:ascii="Courier New" w:hAnsi="Courier New"/>
          <w:color w:val="555555"/>
          <w:sz w:val="20"/>
        </w:rPr>
        <w:t>[5]</w:t>
      </w:r>
    </w:p>
    <w:p>
      <w:r>
        <w:rPr>
          <w:rFonts w:ascii="Gentium Plus" w:hAnsi="Gentium Plus"/>
          <w:sz w:val="24"/>
        </w:rPr>
        <w:t>τησεν δεδιῃτημένον, κατεδιῄτησεν ἀποδεδιῃτημένη, διαιτήσιμον ὡς Ἰσαῖος (fg 155 Tur), κατεδιῃτησάμην ὡς Λυσίας (fg 319 Tur) ἐπὶ τοῦ ἑλόντος ἐν τῇ διαίτῃ.</w:t>
      </w:r>
    </w:p>
    <w:p>
      <w:r>
        <w:rPr>
          <w:rFonts w:ascii="Courier New" w:hAnsi="Courier New"/>
          <w:color w:val="555555"/>
          <w:sz w:val="20"/>
        </w:rPr>
        <w:t>[8 . 65]</w:t>
      </w:r>
    </w:p>
    <w:p>
      <w:r>
        <w:rPr>
          <w:rFonts w:ascii="Gentium Plus" w:hAnsi="Gentium Plus"/>
          <w:sz w:val="24"/>
        </w:rPr>
        <w:t>δόρυ ἐπὶ τῇ ἐκφορᾷ ἐπὶ τῶν βιαίως ἀποθανόντων ἐπεφέρετο. καὶ αἱ προθέσεις δὲ διὰ τοῦτο ἐγίνοντο, ὡς ὁρῷτο ὁ νεκρός, μή τι βίαιον πέπονθεν. κῆδος δὲ τὸ πένθος, καὶ οἱ ἐπὶ τὴν οἰκίαν τοῦ πενθοῦντος ἀφικνούμενοι ἐξιόντες ἐκαθαίροντο ὕδατι περιρραινόμενοι·</w:t>
      </w:r>
    </w:p>
    <w:p>
      <w:r>
        <w:rPr>
          <w:rFonts w:ascii="Courier New" w:hAnsi="Courier New"/>
          <w:color w:val="555555"/>
          <w:sz w:val="20"/>
        </w:rPr>
        <w:t>[8 . 66]</w:t>
      </w:r>
    </w:p>
    <w:p>
      <w:r>
        <w:rPr>
          <w:rFonts w:ascii="Gentium Plus" w:hAnsi="Gentium Plus"/>
          <w:sz w:val="24"/>
        </w:rPr>
        <w:t>τὸ δὲ προύκειτο ἐν ἀγγείῳ κεραμέῳ, ἐξ ἄλλης οἰκίας κεκομισμένον τὸ ὕδωρ, τὸ δ’ ὄστρακον ἐκαλεῖτο ἀρδάνιον. ἡ δ’ ἐπὶ τῷ πένθει σύνοδος περίδειπνον. τῶν δ’ ἀγάμων λουτροφόρος τῷ μνήματι ἐφίστατο, κόρη ἀγγεῖον ἔχουσα ὑδροφόρον, ὑδρίαν ἢ πρόχουν ἢ κρωσ‐</w:t>
      </w:r>
    </w:p>
    <w:p>
      <w:r>
        <w:rPr>
          <w:rFonts w:ascii="Courier New" w:hAnsi="Courier New"/>
          <w:color w:val="555555"/>
          <w:sz w:val="20"/>
        </w:rPr>
        <w:t>[5]</w:t>
      </w:r>
    </w:p>
    <w:p>
      <w:r>
        <w:rPr>
          <w:rFonts w:ascii="Gentium Plus" w:hAnsi="Gentium Plus"/>
          <w:sz w:val="24"/>
        </w:rPr>
        <w:t>σὸν ἢ κάλπιν. τὴν δὲ ἐφισταμένην εἰκόνα, εἴτε λουτροφόρος εἴη εἴτε</w:t>
      </w:r>
    </w:p>
    <w:p>
      <w:r>
        <w:rPr>
          <w:rFonts w:ascii="Courier New" w:hAnsi="Courier New"/>
          <w:color w:val="555555"/>
          <w:sz w:val="20"/>
        </w:rPr>
        <w:t>[8 . 67]</w:t>
      </w:r>
    </w:p>
    <w:p>
      <w:r>
        <w:rPr>
          <w:rFonts w:ascii="Gentium Plus" w:hAnsi="Gentium Plus"/>
          <w:sz w:val="24"/>
        </w:rPr>
        <w:t>λέγεται δ’ ὁ κατήγορος καὶ διώκων, κρίνων, κατηγορῶν, εὐ‐ θύνων, αἰτιώμενος, γραψάμενος, καὶ ἡ κατηγορία δίωξις, εὔθυνα, αἰτία, κρίσις, γραφή, ἐπαγγελία. καὶ Ἰσαῖος (fg 157 Tur) ἐπιδιώκειν ἔφη τὸ πάλιν δικάζεσθαι. ὁ δὲ κατηγορούμενος κρινόμενος, διωκόμενος, εὐ‐</w:t>
      </w:r>
    </w:p>
    <w:p>
      <w:r>
        <w:rPr>
          <w:rFonts w:ascii="Courier New" w:hAnsi="Courier New"/>
          <w:color w:val="555555"/>
          <w:sz w:val="20"/>
        </w:rPr>
        <w:t>[5]</w:t>
      </w:r>
    </w:p>
    <w:p>
      <w:r>
        <w:rPr>
          <w:rFonts w:ascii="Gentium Plus" w:hAnsi="Gentium Plus"/>
          <w:sz w:val="24"/>
        </w:rPr>
        <w:t>θυνόμενος, ἀπολογούμενος, ὁ ἐν αἰτίᾳ, γραφείς, φεύγων. καὶ φεύγειν τὸ κρίνεσθαι, κατηγορεῖσθαι, ἀπολογεῖσθαι, γραφῆναι, ἐν αἰτίᾳ εἶναι.</w:t>
      </w:r>
    </w:p>
    <w:p>
      <w:r>
        <w:rPr>
          <w:rFonts w:ascii="Courier New" w:hAnsi="Courier New"/>
          <w:color w:val="555555"/>
          <w:sz w:val="20"/>
        </w:rPr>
        <w:t>[8 . 68]</w:t>
      </w:r>
    </w:p>
    <w:p>
      <w:r>
        <w:rPr>
          <w:rFonts w:ascii="Gentium Plus" w:hAnsi="Gentium Plus"/>
          <w:sz w:val="24"/>
        </w:rPr>
        <w:t>καὶ ἐπὶ μὲν τοῦ κατηγοροῦντος εἴποις ἂν εἷλεν, ἤλεγξε διήλεγξεν ἐξήλεγξεν, ἀπέδειξεν παρέστησε τοῖς δικάζουσιν, ἐπὶ δὲ τοῦ ἀπο‐ λογουμένου ἀπελογήσατο, ἀπελύθη ὡς Ἀντιφῶν (fg 153 Bl), ἀπέφυγεν, ἀπελύσατο τὰς αἰτίας· κἀκεῖνος μὲν ἀπέφηνεν ὑπαίτιον ὑπόδικον</w:t>
      </w:r>
    </w:p>
    <w:p>
      <w:r>
        <w:rPr>
          <w:rFonts w:ascii="Courier New" w:hAnsi="Courier New"/>
          <w:color w:val="555555"/>
          <w:sz w:val="20"/>
        </w:rPr>
        <w:t>[5]</w:t>
      </w:r>
    </w:p>
    <w:p>
      <w:r>
        <w:rPr>
          <w:rFonts w:ascii="Gentium Plus" w:hAnsi="Gentium Plus"/>
          <w:sz w:val="24"/>
        </w:rPr>
        <w:t>ὑπεύθυνον, ἔνοχον ὕποχον, ἠδικηκότα, κεκακουργηκότα, ὁ δὲ ἑαυτὸν ἀπέδειξεν ἀνεύθυνον ἀναίτιον ἀνυπαίτιον, σεσυκοφαντημένον, καθαρόν, ἔξω τῆς αἰτίας, ἀνεπίληπτον, ἀνεπίκλητον ὡς Ξενοφῶν (Cyrop II 1. 22),</w:t>
      </w:r>
    </w:p>
    <w:p>
      <w:r>
        <w:rPr>
          <w:rFonts w:ascii="Courier New" w:hAnsi="Courier New"/>
          <w:color w:val="555555"/>
          <w:sz w:val="20"/>
        </w:rPr>
        <w:t>[8 . 69]</w:t>
      </w:r>
    </w:p>
    <w:p>
      <w:r>
        <w:rPr>
          <w:rFonts w:ascii="Gentium Plus" w:hAnsi="Gentium Plus"/>
          <w:sz w:val="24"/>
        </w:rPr>
        <w:t>ἀφ’ οὗ τὸ ἀνεπικλήτως Θουκυδίδης (I 92). Δημοσθένης (Epist II 13, XIII 2) δὲ ἀνέγκλητον καὶ ἀνεγκλήτως· ταῦτα δὲ καὶ ἐπὶ τῶν οὐδὲ τὴν ἀρχὴν ἐγκληθέντων ἁρμόττει. ἐπὶ μὲν οὖν τοῦ ἄντικρυς ἐλεγχθέντος εἰρήσεται ἐπ’ αὐτῇ τῇ φωρᾷ, ἐπ’ αὐτοφώρῳ, ἐλήφθη,</w:t>
      </w:r>
    </w:p>
    <w:p>
      <w:r>
        <w:rPr>
          <w:rFonts w:ascii="Courier New" w:hAnsi="Courier New"/>
          <w:color w:val="555555"/>
          <w:sz w:val="20"/>
        </w:rPr>
        <w:t>[5]</w:t>
      </w:r>
    </w:p>
    <w:p>
      <w:r>
        <w:rPr>
          <w:rFonts w:ascii="Gentium Plus" w:hAnsi="Gentium Plus"/>
          <w:sz w:val="24"/>
        </w:rPr>
        <w:t>κατεφωράθη· ἐπὶ δὲ τοῦ ὑποπτευθέντος, ἐξ ὑπονοίας, ἐξ ὑποψίας, εἰκότων, σημείων, τεκμηρίων, συμβόλων.</w:t>
      </w:r>
    </w:p>
    <w:p>
      <w:r>
        <w:rPr>
          <w:rFonts w:ascii="Courier New" w:hAnsi="Courier New"/>
          <w:color w:val="555555"/>
          <w:sz w:val="20"/>
        </w:rPr>
        <w:t>[8 . 70]</w:t>
      </w:r>
    </w:p>
    <w:p>
      <w:r>
        <w:rPr>
          <w:rFonts w:ascii="Gentium Plus" w:hAnsi="Gentium Plus"/>
          <w:sz w:val="24"/>
        </w:rPr>
        <w:t>τὰ δὲ τιμήματα ζημία, φυγή, ἀτιμία, θάνατος, δεσμός, στίγματα, στήλη. καὶ ἀπὸ μὲν τῆς ζημίας ζημιοῦν ἐζημίωσαι ζημιῶδες ἐπιζήμιον· ἀπὸ δὲ τοῦ φυγὴ φυγάς φεύγειν φυγαδευθῆναι, διωχθῆναι (Ὑπερ‐ είδης (fg 238 Bl) δέ που καὶ ἐξεδιώχθη λέγει, καὶ Δείναρχος (fg 16</w:t>
      </w:r>
    </w:p>
    <w:p>
      <w:r>
        <w:rPr>
          <w:rFonts w:ascii="Courier New" w:hAnsi="Courier New"/>
          <w:color w:val="555555"/>
          <w:sz w:val="20"/>
        </w:rPr>
        <w:t>[5]</w:t>
      </w:r>
    </w:p>
    <w:p>
      <w:r>
        <w:rPr>
          <w:rFonts w:ascii="Gentium Plus" w:hAnsi="Gentium Plus"/>
          <w:sz w:val="24"/>
        </w:rPr>
        <w:t>Tur) ἐδίωξεν), ὑπερορισθῆναι, ἐκπεσεῖν· ἀπὸ δὲ ἀτιμίας ἠτίμωσεν ἀτι‐ μωθείς, ἄτιμος ἀτίμως, ὥσπερ τἀναντία ἐπιτιμία ἐπίτιμος ἐπιτίμως· ἀπὸ δὲ θανάτου ἐθανατώθη ἐθανάτωσαν, ἀπέκτειναν, ἀνεῖλον, ἀπέ‐ σφαξαν, ἀπῆγξαν, ἀπετυμπάνισαν, κατεκρήμνισαν, κατὰ κρημνοῦ</w:t>
      </w:r>
    </w:p>
    <w:p>
      <w:r>
        <w:rPr>
          <w:rFonts w:ascii="Courier New" w:hAnsi="Courier New"/>
          <w:color w:val="555555"/>
          <w:sz w:val="20"/>
        </w:rPr>
        <w:t>[8 . 71]</w:t>
      </w:r>
    </w:p>
    <w:p>
      <w:r>
        <w:rPr>
          <w:rFonts w:ascii="Gentium Plus" w:hAnsi="Gentium Plus"/>
          <w:sz w:val="24"/>
        </w:rPr>
        <w:t>ὦσαν. ἐκ δὲ τούτου ἂν εἴη καὶ τὸ νηποινὶ τεθνάναι. ὁ δὲ παρα‐ λαμβάνων τοὺς ἀναιρουμένους καλεῖται δήμιος, δημόκοινος, ὁ πρὸς τῷ ὀρύγματι ὁ ἐπὶ τῷ ὀρύγματι· καὶ τὰ ἐργαλεῖα αὐτοῦ ξίφος, βρόχος, τύμπανον, φάρμακον, κώνειον. ἀπὸ δὲ δεσμοῦ δῆσαι, δε‐</w:t>
      </w:r>
    </w:p>
    <w:p>
      <w:r>
        <w:rPr>
          <w:rFonts w:ascii="Courier New" w:hAnsi="Courier New"/>
          <w:color w:val="555555"/>
          <w:sz w:val="20"/>
        </w:rPr>
        <w:t>[5]</w:t>
      </w:r>
    </w:p>
    <w:p>
      <w:r>
        <w:rPr>
          <w:rFonts w:ascii="Gentium Plus" w:hAnsi="Gentium Plus"/>
          <w:sz w:val="24"/>
        </w:rPr>
        <w:t>σμοῦ προστιμῆσαι, δεδέσθαι, δεσμώτης δεσμά, δεσμωτήριον, ἐμβληθῆναι εἰς τὸ δεσμωτήριον, ἐμπεσεῖν εἰσαχθῆναι ἀπαχθῆναι, κατατεθῆναι, καὶ ἐμβαλεῖν, εἰσαγαγεῖν ἀπαγαγεῖν, εἶρξαι, κατακλεῖσαι, καταθέσθαι, δεῖν</w:t>
      </w:r>
    </w:p>
    <w:p>
      <w:r>
        <w:rPr>
          <w:rFonts w:ascii="Courier New" w:hAnsi="Courier New"/>
          <w:color w:val="555555"/>
          <w:sz w:val="20"/>
        </w:rPr>
        <w:t>[8 . 72]</w:t>
      </w:r>
    </w:p>
    <w:p>
      <w:r>
        <w:rPr>
          <w:rFonts w:ascii="Gentium Plus" w:hAnsi="Gentium Plus"/>
          <w:sz w:val="24"/>
        </w:rPr>
        <w:t>καταδεῖν, δεσμεύειν ὡς Ἰσαῖος (fg 153 Tur)· Δείναρχος (p 340. 15 Tur) δὲ καὶ δοῦσαν τὴν δεσμεύουσαν, Αἰσχίνησ(?) δὲ ἐδεδέμεθα. εἰρχ‐ θῆναι ἐν ξύλῳ, ἐν τῇ ποδοκάκῃ. εἰργμός εἰρκτή, δεσμωτήριον, οἴκημα, φρουρά φρούριον φρουρεῖσθαι. τῷ δεδέσθαι δ’ ἂν προσήκοι καὶ τὸ</w:t>
      </w:r>
    </w:p>
    <w:p>
      <w:r>
        <w:rPr>
          <w:rFonts w:ascii="Courier New" w:hAnsi="Courier New"/>
          <w:color w:val="555555"/>
          <w:sz w:val="20"/>
        </w:rPr>
        <w:t>[5]</w:t>
      </w:r>
    </w:p>
    <w:p>
      <w:r>
        <w:rPr>
          <w:rFonts w:ascii="Gentium Plus" w:hAnsi="Gentium Plus"/>
          <w:sz w:val="24"/>
        </w:rPr>
        <w:t>παρὰ Δημοσθένει (XXIV 169) ἄδετοι, καὶ τὸ παρὰ Θουκυδίδῃ (III 34. 3) ἀδέσμῳ φρουρᾷ. ἐν δὲ τῷ δεσμωτηρίῳ καὶ πεντεσύριγγον τι ξύλον ἐκαλεῖτο. καὶ στροφαῖος ἐν τῷ οἰκήματι θεὸς παρὰ τὸν στροφέα ἱδρυ‐ μένος· θεός ἐστι δ’ Ἑρμῆς. καὶ σφαλὸς δὲ τὸ δεσμωτικὸν ξύλον ἐκα‐</w:t>
      </w:r>
    </w:p>
    <w:p>
      <w:r>
        <w:rPr>
          <w:rFonts w:ascii="Courier New" w:hAnsi="Courier New"/>
          <w:color w:val="555555"/>
          <w:sz w:val="20"/>
        </w:rPr>
        <w:t>[8 . 73]</w:t>
      </w:r>
    </w:p>
    <w:p>
      <w:r>
        <w:rPr>
          <w:rFonts w:ascii="Gentium Plus" w:hAnsi="Gentium Plus"/>
          <w:sz w:val="24"/>
        </w:rPr>
        <w:t>λεῖτο, ἁλλόμενον, ᾧ ἐδίσκευον ἐκ καλῳδίου ἠρτημένῳ. ἀπὸ δὲ τοῦ στίζειν στίγματα, στίξας στιχθείς, στιγματίας. ἀπὸ δὲ τῆς στήλης ἐν‐ έγραψαν, ἐστηλίτευσαν, ἐστηλιτευμένος κατεστηλιτευμένος, ἐστηλο‐ κοπημένος· οὕτω γὰρ Ὑπερείδης (fg 239 Bl).</w:t>
      </w:r>
    </w:p>
    <w:p>
      <w:r>
        <w:rPr>
          <w:rFonts w:ascii="Courier New" w:hAnsi="Courier New"/>
          <w:color w:val="555555"/>
          <w:sz w:val="20"/>
        </w:rPr>
        <w:t>[5]</w:t>
      </w:r>
    </w:p>
    <w:p>
      <w:r>
        <w:rPr>
          <w:rFonts w:ascii="Gentium Plus" w:hAnsi="Gentium Plus"/>
          <w:sz w:val="24"/>
        </w:rPr>
        <w:t>καὶ ἐπὶ μὲν τοῦ καταδικασθέντος ἥλω ἑάλω, ᾑρέθη καθῃρέθη, ἁλώσιμος ἁλούς, ἁλίσκεσθαι ἁλισκόμενος, κατεδικάσθη, ἡττήθη, κατε‐ γνώσθη, καὶ τὰ πράγματα αἵρεσις, καταδίκη, κατάγνωσις, καὶ ὁ ἀνὴρ</w:t>
      </w:r>
    </w:p>
    <w:p>
      <w:r>
        <w:rPr>
          <w:rFonts w:ascii="Courier New" w:hAnsi="Courier New"/>
          <w:color w:val="555555"/>
          <w:sz w:val="20"/>
        </w:rPr>
        <w:t>[8 . 74]</w:t>
      </w:r>
    </w:p>
    <w:p>
      <w:r>
        <w:rPr>
          <w:rFonts w:ascii="Gentium Plus" w:hAnsi="Gentium Plus"/>
          <w:sz w:val="24"/>
        </w:rPr>
        <w:t>κατάδικος· ἀπὸ μὲν τούτου μόνου ὄνομα, τὰ δ’ ἄλλα μετοχαί. ἐπὶ δὲ τοῦ κατηγόρου κρατήσαντος εἷλε καθεῖλε, κατεδικάσατο, ἐξήλεγξεν. ἐπὶ δὲ τοῦ κρινομένου νικήσαντος ἀπέφυγεν, ἀφείθη, ἀπέγνω αὐτοῦ τὸ δικαστήριον, ἀπεψηφίσατο, ἀφῆκεν, ἀπήλλαξεν, ἀνέλεγκτος ἔμεινε,</w:t>
      </w:r>
    </w:p>
    <w:p>
      <w:r>
        <w:rPr>
          <w:rFonts w:ascii="Courier New" w:hAnsi="Courier New"/>
          <w:color w:val="555555"/>
          <w:sz w:val="20"/>
        </w:rPr>
        <w:t>[5]</w:t>
      </w:r>
    </w:p>
    <w:p>
      <w:r>
        <w:rPr>
          <w:rFonts w:ascii="Gentium Plus" w:hAnsi="Gentium Plus"/>
          <w:sz w:val="24"/>
        </w:rPr>
        <w:t>καθαρὸς εἶναι ἐγνώσθη, ἀναίτιος. κἀπὶ μὲν τοῦ ἀνελόντος ῥητέον ἀνεῖλεν, ἀπέκτεινεν ἀπέκτονεν, ἀπέσφαξεν, ἀπεχρήσατο διεχρήσατο, καθεῖλεν, ἐδολοφόνησεν, ἀνελών, ἀποσφάξας, ἀποκτείνας, ἀποχρησάμενος διαχρησάμενος, καθελών,</w:t>
      </w:r>
    </w:p>
    <w:p>
      <w:r>
        <w:rPr>
          <w:rFonts w:ascii="Courier New" w:hAnsi="Courier New"/>
          <w:color w:val="555555"/>
          <w:sz w:val="20"/>
        </w:rPr>
        <w:t>[8 . 75]</w:t>
      </w:r>
    </w:p>
    <w:p>
      <w:r>
        <w:rPr>
          <w:rFonts w:ascii="Gentium Plus" w:hAnsi="Gentium Plus"/>
          <w:sz w:val="24"/>
        </w:rPr>
        <w:t>δολοφονήσας· ἐπὶ δὲ τοῦ ἀναιρεθέντος ἀνῃρέθη, ἀπεσφάγη, καθῃρέθη, ἐδολοφονήθη, καὶ ἀναιρεθείς, ἀποσφαγείς, καθαιρεθείς, δολοφονηθείς. τὸ δ’ ἔργον σφαγή, ἀναίρεσις, φόνος, μιαιφονία. ἐπὶ δὲ τοῦ ὑβρί‐ σαντος ὑβριστής, ὑπερήφανος, ὑπερόπτης, ἀσελγής, ἐπαχθής, ἀφει‐</w:t>
      </w:r>
    </w:p>
    <w:p>
      <w:r>
        <w:rPr>
          <w:rFonts w:ascii="Courier New" w:hAnsi="Courier New"/>
          <w:color w:val="555555"/>
          <w:sz w:val="20"/>
        </w:rPr>
        <w:t>[5]</w:t>
      </w:r>
    </w:p>
    <w:p>
      <w:r>
        <w:rPr>
          <w:rFonts w:ascii="Gentium Plus" w:hAnsi="Gentium Plus"/>
          <w:sz w:val="24"/>
        </w:rPr>
        <w:t>δής, πρόχειρος, προπετής, πάροινος, βαρύς, ὑβρίζων ἐξυβρίζων καθυ‐</w:t>
      </w:r>
    </w:p>
    <w:p>
      <w:r>
        <w:rPr>
          <w:rFonts w:ascii="Courier New" w:hAnsi="Courier New"/>
          <w:color w:val="555555"/>
          <w:sz w:val="20"/>
        </w:rPr>
        <w:t>[8 . 76]</w:t>
      </w:r>
    </w:p>
    <w:p>
      <w:r>
        <w:rPr>
          <w:rFonts w:ascii="Gentium Plus" w:hAnsi="Gentium Plus"/>
          <w:sz w:val="24"/>
        </w:rPr>
        <w:t>στικός, αἰκιστικός, ὑπεροπτικός. καὶ ὑβριστικῶς, ὑπεροπτικῶς, ἀσελγῶς, παροίνως, βαρέως, αἰκιστικῶς, ἀφειδῶς, προχείρως, προπετῶς. ὕβρισεν ἐξύβρισεν, ἠσέλγησεν, ἐπαρῴνησεν, ᾐκίσατο, ἐτύπτησε, πληγαῖς ἔκοψε, κατηλόησε, πληγὰς ἐνετρίψατο, ἔπαισεν, ἐπάταξεν, ἦγξεν, ἤραξεν,</w:t>
      </w:r>
    </w:p>
    <w:p>
      <w:r>
        <w:rPr>
          <w:rFonts w:ascii="Courier New" w:hAnsi="Courier New"/>
          <w:color w:val="555555"/>
          <w:sz w:val="20"/>
        </w:rPr>
        <w:t>[5]</w:t>
      </w:r>
    </w:p>
    <w:p>
      <w:r>
        <w:rPr>
          <w:rFonts w:ascii="Gentium Plus" w:hAnsi="Gentium Plus"/>
          <w:sz w:val="24"/>
        </w:rPr>
        <w:t>πὺξ ἐπάταξε, λὰξ ἐνήλατο. Ὑπερείδης (fg 78 Bl) δὲ καὶ κονδυλί‐ ζειν ἔφη, καὶ τὸ παθεῖν κονδυλίζεσθαι· ὁ δ’ αὐτὸς καὶ πρὸς τὸ πρόσ‐</w:t>
      </w:r>
    </w:p>
    <w:p>
      <w:r>
        <w:rPr>
          <w:rFonts w:ascii="Courier New" w:hAnsi="Courier New"/>
          <w:color w:val="555555"/>
          <w:sz w:val="20"/>
        </w:rPr>
        <w:t>[8 . 77]</w:t>
      </w:r>
    </w:p>
    <w:p>
      <w:r>
        <w:rPr>
          <w:rFonts w:ascii="Gentium Plus" w:hAnsi="Gentium Plus"/>
          <w:sz w:val="24"/>
        </w:rPr>
        <w:t>ωπον προσπτύειν. καὶ ἀποστρέφειν τὰς χεῖρας. Πλάτων (v. n.). πατῶν ἐμπηδῶν, πλήττων, τύπτων, συγκόπτων, παίων, πατάσσων, ἀράσσων, ὑποσκελίζων, ἐναλλόμενος, αἰκιζόμενος, τοὺς ὀφθαλμοὺς ἐξ‐ ορύττων, τὸ πρόσωπον συντρίβων, τὰς γνάθους παραρρηγνύς, ἄγχων,</w:t>
      </w:r>
    </w:p>
    <w:p>
      <w:r>
        <w:rPr>
          <w:rFonts w:ascii="Courier New" w:hAnsi="Courier New"/>
          <w:color w:val="555555"/>
          <w:sz w:val="20"/>
        </w:rPr>
        <w:t>[5]</w:t>
      </w:r>
    </w:p>
    <w:p>
      <w:r>
        <w:rPr>
          <w:rFonts w:ascii="Gentium Plus" w:hAnsi="Gentium Plus"/>
          <w:sz w:val="24"/>
        </w:rPr>
        <w:t>ἀποπνίγων, λακτίζων. τὸ χεῖλος διέσχισε, διέκοψε τὸ βλέφαρον. καὶ λόγῳ ἐπὶ τοῦ ὑβριστοῦ, οὐ δυνάμενος κατέχειν παρ’ ἑαυτῷ τὼ χεῖρε, τῶν χειρῶν ἀκρατής, οὐδενὸς φειδόμενος, οὐδενὸς ἀπεχό‐ μενος, κονδύλοις παίων, ἐπὶ κόρρης τύπτων, πὺξ παίων, λὰξ ἐναλλό‐ μενος, οὐ κατέχων τὸν λογισμόν, ἐπιτρέπων πάντα τῷ θυμῷ, τὴν</w:t>
      </w:r>
    </w:p>
    <w:p>
      <w:r>
        <w:rPr>
          <w:rFonts w:ascii="Courier New" w:hAnsi="Courier New"/>
          <w:color w:val="555555"/>
          <w:sz w:val="20"/>
        </w:rPr>
        <w:t>[10]</w:t>
      </w:r>
    </w:p>
    <w:p>
      <w:r>
        <w:rPr>
          <w:rFonts w:ascii="Gentium Plus" w:hAnsi="Gentium Plus"/>
          <w:sz w:val="24"/>
        </w:rPr>
        <w:t>ἐξουσίαν τῷ βούλεσθαι μετρῶν, ἀπερίσκεπτος τῶν νόμων, ἐπεγγελῶν</w:t>
      </w:r>
    </w:p>
    <w:p>
      <w:r>
        <w:rPr>
          <w:rFonts w:ascii="Courier New" w:hAnsi="Courier New"/>
          <w:color w:val="555555"/>
          <w:sz w:val="20"/>
        </w:rPr>
        <w:t>[8 . 78]</w:t>
      </w:r>
    </w:p>
    <w:p>
      <w:r>
        <w:rPr>
          <w:rFonts w:ascii="Gentium Plus" w:hAnsi="Gentium Plus"/>
          <w:sz w:val="24"/>
        </w:rPr>
        <w:t>καταγελῶν, ἐπιχλευάζων, ἐπικαταμωκώμενος. καὶ τὰ πράγματα γέλως κατάγελως, χλευασμός χλευασία· χλεύη γὰρ λέγεται μὲν παρὰ πολλοῖς, ἐγὼ δ’ οὐκ οἶδ’ εὑρών. καὶ κατ’ ἄλλην ἰδέαν τὰ ὑβρισμένα αὐτῷ ἐξυβρισμένα τὰ πεπαρῳνημένα, τὰ ἠσελγημένα τὰ παρηνομημένα.</w:t>
      </w:r>
    </w:p>
    <w:p>
      <w:r>
        <w:rPr>
          <w:rFonts w:ascii="Courier New" w:hAnsi="Courier New"/>
          <w:color w:val="555555"/>
          <w:sz w:val="20"/>
        </w:rPr>
        <w:t>[5]</w:t>
      </w:r>
    </w:p>
    <w:p>
      <w:r>
        <w:rPr>
          <w:rFonts w:ascii="Gentium Plus" w:hAnsi="Gentium Plus"/>
          <w:sz w:val="24"/>
        </w:rPr>
        <w:t>ἔστι δ’ ἐπὶ τοῦ παθόντος εἰπεῖν ὕβρισται, ἠσέλγηται ἐνησέλγηται, πεπαρῴνηται ἐμπεπαρῴνηται, ᾔκισται κατῄκισται, τετύπτηται, δια‐</w:t>
      </w:r>
    </w:p>
    <w:p>
      <w:r>
        <w:rPr>
          <w:rFonts w:ascii="Courier New" w:hAnsi="Courier New"/>
          <w:color w:val="555555"/>
          <w:sz w:val="20"/>
        </w:rPr>
        <w:t>[8 . 79]</w:t>
      </w:r>
    </w:p>
    <w:p>
      <w:r>
        <w:rPr>
          <w:rFonts w:ascii="Gentium Plus" w:hAnsi="Gentium Plus"/>
          <w:sz w:val="24"/>
        </w:rPr>
        <w:t>κέκοπται, ἐπ’ ὀλίγης τῆς ῥοπῆς ἐστίν, ἐξώρυκται τὼ ὀφθαλμώ, παρα‐ τέθραυσται τὰς πλευράς, ὕφαιμός ἐστιν, ἐξαίμων, ὑπερῳδηκώς, ὑπώ‐ πιος, ὑποπέλιδνος, ἔχων ἐπὶ τοῦ προσώπου τὰ ἴχνη τῶν πληγῶν, τὰ σημεῖα τῆς ὕβρεως, τὰ δείγματα, τὰ σύμβολα, τὰ τεκμήρια. οὐκ</w:t>
      </w:r>
    </w:p>
    <w:p>
      <w:r>
        <w:rPr>
          <w:rFonts w:ascii="Courier New" w:hAnsi="Courier New"/>
          <w:color w:val="555555"/>
          <w:sz w:val="20"/>
        </w:rPr>
        <w:t>[5]</w:t>
      </w:r>
    </w:p>
    <w:p>
      <w:r>
        <w:rPr>
          <w:rFonts w:ascii="Gentium Plus" w:hAnsi="Gentium Plus"/>
          <w:sz w:val="24"/>
        </w:rPr>
        <w:t>οἶδ’ εἰ βιώσιμός ἐστιν· ὀλίγας ἐλπίδας ἔχει τοῦ ζῆν, ἐπὶ θανάτῳ τυγ‐ χάνει διακείμενος. καὶ ὑβρισμένος, ἠσελγημένος, πεπαρῳνημένος συγκεκομμένος, κατῃκισμένος. τὰ δὲ τοῦ πράγματος ὀνόματα ὕβρις ὑβρίσματα, ἀσέλγεια, παροινία, ὑπερηφανία, ὑπεροψία, προπέτεια βαρύτης, πληγαί, αἰκίαι αἰκισμός, προπηλα‐</w:t>
      </w:r>
    </w:p>
    <w:p>
      <w:r>
        <w:rPr>
          <w:rFonts w:ascii="Courier New" w:hAnsi="Courier New"/>
          <w:color w:val="555555"/>
          <w:sz w:val="20"/>
        </w:rPr>
        <w:t>[10]</w:t>
      </w:r>
    </w:p>
    <w:p>
      <w:r>
        <w:rPr>
          <w:rFonts w:ascii="Gentium Plus" w:hAnsi="Gentium Plus"/>
          <w:sz w:val="24"/>
        </w:rPr>
        <w:t>κισμός.</w:t>
      </w:r>
    </w:p>
    <w:p>
      <w:r>
        <w:rPr>
          <w:rFonts w:ascii="Courier New" w:hAnsi="Courier New"/>
          <w:color w:val="555555"/>
          <w:sz w:val="20"/>
        </w:rPr>
        <w:t>[8 . 80]</w:t>
      </w:r>
    </w:p>
    <w:p>
      <w:r>
        <w:rPr>
          <w:rFonts w:ascii="Gentium Plus" w:hAnsi="Gentium Plus"/>
          <w:sz w:val="24"/>
        </w:rPr>
        <w:t>κακήγορος, κακολόγος αἰσχρολόγος, βλάσφημος, λοίδορος φιλολοίδορος, κακορρήμων αἰσχρορρήμων. κακηγορία, κακο‐ λογία, βλασφημία, κακορρημοσύνη αἰσχρορρημοσύνη, λοιδορία</w:t>
      </w:r>
    </w:p>
    <w:p>
      <w:r>
        <w:rPr>
          <w:rFonts w:ascii="Courier New" w:hAnsi="Courier New"/>
          <w:color w:val="555555"/>
          <w:sz w:val="20"/>
        </w:rPr>
        <w:t>[5]</w:t>
      </w:r>
    </w:p>
    <w:p>
      <w:r>
        <w:rPr>
          <w:rFonts w:ascii="Gentium Plus" w:hAnsi="Gentium Plus"/>
          <w:sz w:val="24"/>
        </w:rPr>
        <w:t>Ὑπερείδης (fg 246 Bl), λοιδορῆσαι λοιδορήσασθαι, τὰ αἴσχιστα εἰπεῖν. καὶ ὁ τοιοῦτος γλώττης οὐ κρατῶν, ἀκρατὴς γλώττης, πρό‐ χειρος τὴν γλῶτταν, καὶ γλῶττα κακήγορος, οὐδενὸς ῥήματος φειδό‐</w:t>
      </w:r>
    </w:p>
    <w:p>
      <w:r>
        <w:rPr>
          <w:rFonts w:ascii="Courier New" w:hAnsi="Courier New"/>
          <w:color w:val="555555"/>
          <w:sz w:val="20"/>
        </w:rPr>
        <w:t>[8 . 81]</w:t>
      </w:r>
    </w:p>
    <w:p>
      <w:r>
        <w:rPr>
          <w:rFonts w:ascii="Gentium Plus" w:hAnsi="Gentium Plus"/>
          <w:sz w:val="24"/>
        </w:rPr>
        <w:t>μενος, οὐδὲν ῥῆμα αἰσχυνόμενος, ἀφειδὴς τὴν γλῶτταν εὐχερής, ῥᾴδιος, ὀλισθηρός. καὶ τὰ ἐπιρρήματα κακηγόρως, βλασφήμως, φαυ‐ λορρημόνως. φιλολοιδόρως φιλογέλως κακορρημόνως αἰ‐ σχρορρημόνως· τὸ δὲ κακολόγως καὶ αἰσχρολόγως σκληρά, ὡς</w:t>
      </w:r>
    </w:p>
    <w:p>
      <w:r>
        <w:rPr>
          <w:rFonts w:ascii="Courier New" w:hAnsi="Courier New"/>
          <w:color w:val="555555"/>
          <w:sz w:val="20"/>
        </w:rPr>
        <w:t>[5]</w:t>
      </w:r>
    </w:p>
    <w:p>
      <w:r>
        <w:rPr>
          <w:rFonts w:ascii="Gentium Plus" w:hAnsi="Gentium Plus"/>
          <w:sz w:val="24"/>
        </w:rPr>
        <w:t>λοιδόρως εὐτελές. ὁ δ’ ἀδικηθεὶς κακῶς ἀκούσας, κακολογη‐ θείς, κακηγορηθείς, τὰ χείριστα ἀκούσας, τὰ αἴσχιστα. Σκυρίαν δὲ δίκην ὀνομάζουσιν οἱ κωμῳδοδιδάσκαλοι (III p 564. 92 Ko) τὴν τραχεῖαν, οἱ γὰρ φυγοδικοῦντες ἐσκήπτοντο εἰς Σκῦρον ἢ Λῆμνον ἀποδημεῖν.</w:t>
      </w:r>
    </w:p>
    <w:p>
      <w:r>
        <w:rPr>
          <w:rFonts w:ascii="Courier New" w:hAnsi="Courier New"/>
          <w:color w:val="555555"/>
          <w:sz w:val="20"/>
        </w:rPr>
        <w:t>[8 . 82]</w:t>
      </w:r>
    </w:p>
    <w:p>
      <w:r>
        <w:rPr>
          <w:rFonts w:ascii="Gentium Plus" w:hAnsi="Gentium Plus"/>
          <w:sz w:val="24"/>
        </w:rPr>
        <w:t>Ἀρχή, ἄρχων ἄρχειν, ἔξαρχος, ἀρχηγός, ἀρχικός. ἐξ‐ άρχων ἐξάρχειν, συνάρχων συνάρχειν. ἀρχηγέτης καὶ θη‐ λυκῶς ἡ ἀρχηγέτις. ἀρχαιρεσίας καὶ ἀρχαιρεσιάζοντα ὡς Ἰσαῖος (fg 149 Tur). ἀναρχία. ἀρχιθεωρός, ἀρχιθεωρία καὶ ἡ ἀρχιθεώ‐</w:t>
      </w:r>
    </w:p>
    <w:p>
      <w:r>
        <w:rPr>
          <w:rFonts w:ascii="Courier New" w:hAnsi="Courier New"/>
          <w:color w:val="555555"/>
          <w:sz w:val="20"/>
        </w:rPr>
        <w:t>[8 . 83]</w:t>
      </w:r>
    </w:p>
    <w:p>
      <w:r>
        <w:rPr>
          <w:rFonts w:ascii="Gentium Plus" w:hAnsi="Gentium Plus"/>
          <w:sz w:val="24"/>
        </w:rPr>
        <w:t>ρησις ὡς Ἰσαῖος (fg 150 Tur), ἀρχιθεωροῦντα, ἀρχιθεωρεῖν, καὶ ἀρχιθεωρήσειν ὡς Ἰσαῖος (ll) ἀρχιτέκτων. ἀρχεῖα ἀρχιδίοις ὡς Δημοσθένης (XVIII 261) διῆρξα ὡς Λυσίας (fg 177 Tur). ἐπάρχειν ἐπάρξασθαι, κατάρχειν· κατάρχεσθαι δὲ ἐπὶ θυσίας. ἀπαρχάς, ἀπάρ‐</w:t>
      </w:r>
    </w:p>
    <w:p>
      <w:r>
        <w:rPr>
          <w:rFonts w:ascii="Courier New" w:hAnsi="Courier New"/>
          <w:color w:val="555555"/>
          <w:sz w:val="20"/>
        </w:rPr>
        <w:t>[5]</w:t>
      </w:r>
    </w:p>
    <w:p>
      <w:r>
        <w:rPr>
          <w:rFonts w:ascii="Gentium Plus" w:hAnsi="Gentium Plus"/>
          <w:sz w:val="24"/>
        </w:rPr>
        <w:t>γματα. Δεινάρχου (p 341. 34 Tur) δὲ τὸ συγκατήρξατο. ἐνῆρκται τὰ κανᾶ. ὕπαρχος. Δημοσθένης δὲ ἐξ ἀρχῆς καὶ ἀπ’ ἀρχῆς καὶ κατ’</w:t>
      </w:r>
    </w:p>
    <w:p>
      <w:r>
        <w:rPr>
          <w:rFonts w:ascii="Courier New" w:hAnsi="Courier New"/>
          <w:color w:val="555555"/>
          <w:sz w:val="20"/>
        </w:rPr>
        <w:t>[8 . 84]</w:t>
      </w:r>
    </w:p>
    <w:p>
      <w:r>
        <w:rPr>
          <w:rFonts w:ascii="Gentium Plus" w:hAnsi="Gentium Plus"/>
          <w:sz w:val="24"/>
        </w:rPr>
        <w:t>ἀρχάς. εἴποις δ’ ἂν ἐπὶ μὲν τῆς ἀρχῆς καὶ ἡγεμονία, προστασία, βασιλεία, δεσποτεία, δυναστεία, μοναρχία, τυραννίς, ἐπιμέλεια, στρατηγία. τὸν δὲ ἄρχοντα ἔξαρχον, ἡγεμόνα προηγεμόνα, προστάτην, δεσπότην, βασιλέα, ἐπιμελητήν, ἁρμοστήν, ὕπαρχον, σα‐</w:t>
      </w:r>
    </w:p>
    <w:p>
      <w:r>
        <w:rPr>
          <w:rFonts w:ascii="Courier New" w:hAnsi="Courier New"/>
          <w:color w:val="555555"/>
          <w:sz w:val="20"/>
        </w:rPr>
        <w:t>[5]</w:t>
      </w:r>
    </w:p>
    <w:p>
      <w:r>
        <w:rPr>
          <w:rFonts w:ascii="Gentium Plus" w:hAnsi="Gentium Plus"/>
          <w:sz w:val="24"/>
        </w:rPr>
        <w:t>τράπην, στρατηγόν, αὐτοκράτορα, τύραννον, δυνάστην, μόναρχον, ἔφορον ἐπόπτην ἐπίσκοπον, καὶ τὸ ἄρχειν ἡγεῖσθαι, κρατεῖν, δεσ‐ πόζειν, προστατεῖν.</w:t>
      </w:r>
    </w:p>
    <w:p>
      <w:r>
        <w:rPr>
          <w:rFonts w:ascii="Courier New" w:hAnsi="Courier New"/>
          <w:color w:val="555555"/>
          <w:sz w:val="20"/>
        </w:rPr>
        <w:t>[8 . 85]</w:t>
      </w:r>
    </w:p>
    <w:p>
      <w:r>
        <w:rPr>
          <w:rFonts w:ascii="Gentium Plus" w:hAnsi="Gentium Plus"/>
          <w:sz w:val="24"/>
        </w:rPr>
        <w:t>ἀρχόντων δὲ τῶν Ἀθήνησιν ὀνόματα οἱ ἐννέα ἄρχοντες.</w:t>
      </w:r>
    </w:p>
    <w:p>
      <w:r>
        <w:rPr>
          <w:rFonts w:ascii="Courier New" w:hAnsi="Courier New"/>
          <w:color w:val="555555"/>
          <w:sz w:val="20"/>
        </w:rPr>
        <w:t>[5]</w:t>
      </w:r>
    </w:p>
    <w:p>
      <w:r>
        <w:rPr>
          <w:rFonts w:ascii="Gentium Plus" w:hAnsi="Gentium Plus"/>
          <w:sz w:val="24"/>
        </w:rPr>
        <w:t>νίας, καὶ τῶν δήμων πόθεν, καὶ εἰ Ἀπόλλων ἔστιν αὐτοῖς πατρῷος</w:t>
      </w:r>
    </w:p>
    <w:p>
      <w:r>
        <w:rPr>
          <w:rFonts w:ascii="Courier New" w:hAnsi="Courier New"/>
          <w:color w:val="555555"/>
          <w:sz w:val="20"/>
        </w:rPr>
        <w:t>[8 . 86]</w:t>
      </w:r>
    </w:p>
    <w:p>
      <w:r>
        <w:rPr>
          <w:rFonts w:ascii="Gentium Plus" w:hAnsi="Gentium Plus"/>
          <w:sz w:val="24"/>
        </w:rPr>
        <w:t>καὶ Ζεὺς ἕρκιος, καὶ εἰ τοὺς γονέας εὖ ποιοῦσι, καὶ εἰ ἐστράτευνται ὑπὲρ τῆς πατρίδος, καὶ εἰ τὸ τίμημα ἔστιν αὐτοῖς. ἐπηρώτα δ’ ἡ βουλή, ὤμνυον δ’ οὗτοι πρὸς τῇ βασιλείῳ στοᾷ, ἐπὶ τοῦ λίθου ἐφ’ ᾧ τὰ ταμιεῖα, φυλάξειν τοὺς νόμους καὶ μὴ δωροδοκήσειν, ἢ χρυ‐</w:t>
      </w:r>
    </w:p>
    <w:p>
      <w:r>
        <w:rPr>
          <w:rFonts w:ascii="Courier New" w:hAnsi="Courier New"/>
          <w:color w:val="555555"/>
          <w:sz w:val="20"/>
        </w:rPr>
        <w:t>[5]</w:t>
      </w:r>
    </w:p>
    <w:p>
      <w:r>
        <w:rPr>
          <w:rFonts w:ascii="Gentium Plus" w:hAnsi="Gentium Plus"/>
          <w:sz w:val="24"/>
        </w:rPr>
        <w:t>σοῦν ἀνδριάντα ἀποτίσειν. εἶτα ἐντεῦθεν εἰς ἀκρόπολιν ἀνελθόντες ὤμνυον ταὐτά. μυρρίνῃ δὲ ἐστεφάνωντο, καὶ κοινῇ μὲν ἔχουσιν ἐξ‐</w:t>
      </w:r>
    </w:p>
    <w:p>
      <w:r>
        <w:rPr>
          <w:rFonts w:ascii="Courier New" w:hAnsi="Courier New"/>
          <w:color w:val="555555"/>
          <w:sz w:val="20"/>
        </w:rPr>
        <w:t>[8 . 87]</w:t>
      </w:r>
    </w:p>
    <w:p>
      <w:r>
        <w:rPr>
          <w:rFonts w:ascii="Gentium Plus" w:hAnsi="Gentium Plus"/>
          <w:sz w:val="24"/>
        </w:rPr>
        <w:t>ουσίαν θανάτου, ἐάν τις κατίῃ ὅποι μὴ ἔξεστι, καὶ κληροῦν δικαστὰς καὶ ἀθλοθέτας, ἕνα κατὰ φυλὴν ἑκάστην, καὶ στρατηγοὺς χειροτονεῖν ἐξ ἁπάντων, καὶ καθ’ ἑκάστην πρυτανείαν ἐπερωτᾶν εἰ δοκεῖ καλῶς ἄρχειν ἕκαστος—τὸν δ’ ἀποχειροτονηθέντα κρίνουσιν—καὶ ἱππάρ‐</w:t>
      </w:r>
    </w:p>
    <w:p>
      <w:r>
        <w:rPr>
          <w:rFonts w:ascii="Courier New" w:hAnsi="Courier New"/>
          <w:color w:val="555555"/>
          <w:sz w:val="20"/>
        </w:rPr>
        <w:t>[5]</w:t>
      </w:r>
    </w:p>
    <w:p>
      <w:r>
        <w:rPr>
          <w:rFonts w:ascii="Gentium Plus" w:hAnsi="Gentium Plus"/>
          <w:sz w:val="24"/>
        </w:rPr>
        <w:t>χους δύο καὶ φυλάρχους δέκα καὶ ταξιάρχους δέκα καὶ κοινῇ μὲν ταῦτα· ἰδίᾳ δὲ οἱ μὲν θεσμοθέται προγράφουσι πότε δεῖ δικάζειν τὰ δικαστήρια, καὶ τὰς εἰσαγγελίας εἰσαγγέλλουσιν εἰς τὸν δῆμον καὶ τὰς χειροτονίας, καὶ τὰς προβολὰς εἰσάγουσι καὶ τὰς τῶν παρανόμων</w:t>
      </w:r>
    </w:p>
    <w:p>
      <w:r>
        <w:rPr>
          <w:rFonts w:ascii="Courier New" w:hAnsi="Courier New"/>
          <w:color w:val="555555"/>
          <w:sz w:val="20"/>
        </w:rPr>
        <w:t>[8 . 88]</w:t>
      </w:r>
    </w:p>
    <w:p>
      <w:r>
        <w:rPr>
          <w:rFonts w:ascii="Gentium Plus" w:hAnsi="Gentium Plus"/>
          <w:sz w:val="24"/>
        </w:rPr>
        <w:t>γραφάς, καὶ εἴ τις μὴ ἐπιτήδειον νόμον γράψειεν, καὶ στρατηγοῖς εὐ‐ θύνας. γίνονται δὲ πρὸς αὐτοὺς χραφαὶ ξενίας, δωροξενίας δώρων, συκοφαντίας, ψευδοκλητείας, ψευδεγγραφῆς, βουλεύσεως, ἀγραφίου, μοιχείας. εἰσάγουσι δὲ καὶ δοκιμασίας ταῖς ἀρχαῖς, καὶ τοὺς ἀπεψη‐</w:t>
      </w:r>
    </w:p>
    <w:p>
      <w:r>
        <w:rPr>
          <w:rFonts w:ascii="Courier New" w:hAnsi="Courier New"/>
          <w:color w:val="555555"/>
          <w:sz w:val="20"/>
        </w:rPr>
        <w:t>[5]</w:t>
      </w:r>
    </w:p>
    <w:p>
      <w:r>
        <w:rPr>
          <w:rFonts w:ascii="Gentium Plus" w:hAnsi="Gentium Plus"/>
          <w:sz w:val="24"/>
        </w:rPr>
        <w:t>φισμένους, καὶ τὰς ἐκ τῆς βουλῆς καταγνώσεις, καὶ δίκας ἐμπορικὰς καὶ μεταλλικάς, καὶ ἐὰν δοῦλος κακῶς ἀγορεύῃ τὸν ἐλεύθερον, καὶ ταῖς ἀρχαῖς ἐπικληροῦσι τὰ δικαστήρια τά τε ἴδια καὶ τὰ δημόσια, καὶ τὰ σύμβολα τὰ πρὸς τὰς πόλεις κυροῦσι, καὶ δίκας τὰς ἀπὸ συμ‐</w:t>
      </w:r>
    </w:p>
    <w:p>
      <w:r>
        <w:rPr>
          <w:rFonts w:ascii="Courier New" w:hAnsi="Courier New"/>
          <w:color w:val="555555"/>
          <w:sz w:val="20"/>
        </w:rPr>
        <w:t>[8 . 89]</w:t>
      </w:r>
    </w:p>
    <w:p>
      <w:r>
        <w:rPr>
          <w:rFonts w:ascii="Gentium Plus" w:hAnsi="Gentium Plus"/>
          <w:sz w:val="24"/>
        </w:rPr>
        <w:t>πάγου. ὁ δὲ ἄρχων διατίθησι μὲν Διονύσια καὶ Θαργήλια μετὰ τῶν ἐπιμελητῶν, δίκαι δὲ πρὸς αὐτὸν λαγχάνονται κακώσεως, παρανοίας, εἰς διαιτητῶν αἵρεσιν, ἐπιτροπῆς ὀρφανῶν, ἐπιτρόπων καταστάσεις, κλή‐ ρων καὶ ἐπικλήρων ἐπιδικασίαι. ἐπιμελεῖται δὲ καὶ τῶν γυναικῶν</w:t>
      </w:r>
    </w:p>
    <w:p>
      <w:r>
        <w:rPr>
          <w:rFonts w:ascii="Courier New" w:hAnsi="Courier New"/>
          <w:color w:val="555555"/>
          <w:sz w:val="20"/>
        </w:rPr>
        <w:t>[5]</w:t>
      </w:r>
    </w:p>
    <w:p>
      <w:r>
        <w:rPr>
          <w:rFonts w:ascii="Gentium Plus" w:hAnsi="Gentium Plus"/>
          <w:sz w:val="24"/>
        </w:rPr>
        <w:t>αἳ ἂν φῶσιν ἐπ’ ἀνδρὸς τελευτῇ κύειν, καὶ τοὺς οἴκους ἐκμισθοῖ τῶν ὀρφανῶν. ἔστι δ’ ἐπώνυμος οὗτος, καὶ ἀπ’ αὐτοῦ ὁ χρόνος ἀριθμεῖ‐</w:t>
      </w:r>
    </w:p>
    <w:p>
      <w:r>
        <w:rPr>
          <w:rFonts w:ascii="Courier New" w:hAnsi="Courier New"/>
          <w:color w:val="555555"/>
          <w:sz w:val="20"/>
        </w:rPr>
        <w:t>[8 . 90]</w:t>
      </w:r>
    </w:p>
    <w:p>
      <w:r>
        <w:rPr>
          <w:rFonts w:ascii="Gentium Plus" w:hAnsi="Gentium Plus"/>
          <w:sz w:val="24"/>
        </w:rPr>
        <w:t>ται. ὁ δὲ βασιλεὺς μυστηρίων προέστηκε μετὰ τῶν ἐπιμελητῶν καὶ Ληναίων καὶ ἀγώνων τῶν ἐπὶ λαμπάδι, καὶ τὰ περὶ τὰς πατρίους θυσίας διοικεῖ· δίκαι δὲ πρὸς αὐτὸν λαγχάνονται ἀσεβείας, ἱερωσύνης ἀμφισβητήσεως. καὶ τοῖς γένεσι καὶ τοῖς ἱερεῦσι πᾶσιν αὐτὸς δικάζει,</w:t>
      </w:r>
    </w:p>
    <w:p>
      <w:r>
        <w:rPr>
          <w:rFonts w:ascii="Courier New" w:hAnsi="Courier New"/>
          <w:color w:val="555555"/>
          <w:sz w:val="20"/>
        </w:rPr>
        <w:t>[5]</w:t>
      </w:r>
    </w:p>
    <w:p>
      <w:r>
        <w:rPr>
          <w:rFonts w:ascii="Gentium Plus" w:hAnsi="Gentium Plus"/>
          <w:sz w:val="24"/>
        </w:rPr>
        <w:t>καὶ τὰς τοῦ φόνου δίκας εἰς Ἄρειον πάγον εἰσάγει, καὶ τὸν στέφανον ἀποθέμενος σὺν αὐτοῖς δικάζει. προαγορεύει δὲ τοῖς ἐν αἰτίᾳ ἀπ‐ έχεσθαι μυστηρίων καὶ τῶν ἄλλων νομίμων. δικάζει δὲ καὶ τὰς τῶν</w:t>
      </w:r>
    </w:p>
    <w:p>
      <w:r>
        <w:rPr>
          <w:rFonts w:ascii="Courier New" w:hAnsi="Courier New"/>
          <w:color w:val="555555"/>
          <w:sz w:val="20"/>
        </w:rPr>
        <w:t>[8 . 91]</w:t>
      </w:r>
    </w:p>
    <w:p>
      <w:r>
        <w:rPr>
          <w:rFonts w:ascii="Gentium Plus" w:hAnsi="Gentium Plus"/>
          <w:sz w:val="24"/>
        </w:rPr>
        <w:t>ἀψύχων δίκας. τὴν δὲ συνοικοῦσαν αὐτῷ βασίλισσαν καλοῦσιν. ὁ δὲ πολέμαρχος θύει μὲν Ἀρτέμιδι ἀγροτέρᾳ καὶ τῷ Ἐνυαλίῳ, διατί‐ θησι δὲ τὸν ἐπιτάφιον ἀγῶνα τῶν ἐν πολέμῳ ἀποθανόντων, καὶ τοῖς περὶ Ἁρμόδιον ἐναγίζει. δίκαι δὲ πρὸς αὐτὸν λαγχάνονται μετ‐</w:t>
      </w:r>
    </w:p>
    <w:p>
      <w:r>
        <w:rPr>
          <w:rFonts w:ascii="Courier New" w:hAnsi="Courier New"/>
          <w:color w:val="555555"/>
          <w:sz w:val="20"/>
        </w:rPr>
        <w:t>[5]</w:t>
      </w:r>
    </w:p>
    <w:p>
      <w:r>
        <w:rPr>
          <w:rFonts w:ascii="Gentium Plus" w:hAnsi="Gentium Plus"/>
          <w:sz w:val="24"/>
        </w:rPr>
        <w:t>οίκων ἰσοτελῶν προξένων· καὶ διανέμει τὸ λαχόν, ἑκάστῃ φυλῇ μέρος, τὸ μὲν διαιτηταῖς παραδιδούς, εἰσάγων δὲ δίκας ἀποστασίου ἀπροστα‐ σίου κλήρων μετοίκων.</w:t>
      </w:r>
    </w:p>
    <w:p>
      <w:r>
        <w:rPr>
          <w:rFonts w:ascii="Courier New" w:hAnsi="Courier New"/>
          <w:color w:val="555555"/>
          <w:sz w:val="20"/>
        </w:rPr>
        <w:t>[8 . 92]</w:t>
      </w:r>
    </w:p>
    <w:p>
      <w:r>
        <w:rPr>
          <w:rFonts w:ascii="Gentium Plus" w:hAnsi="Gentium Plus"/>
          <w:sz w:val="24"/>
        </w:rPr>
        <w:t>πάρεδροι δ’ ὀνομάζονται οὓς αἱροῦνται ἄρχων καὶ βασιλεὺς καὶ πολέμαρχος, δύο ἕκαστος οὓς βούλεται. δοκιμασθῆναι δ’ αὐτοὺς ἐχρῆν ἐν τοῖς πεντακοσίοις, εἶτ’ ἐν δικαστηρίῳ. προσαιροῦνται δὲ καὶ γραμ‐ ματέα, ὃς ἐννόμῳ δικαστηρίῳ κρίνεται.</w:t>
      </w:r>
    </w:p>
    <w:p>
      <w:r>
        <w:rPr>
          <w:rFonts w:ascii="Courier New" w:hAnsi="Courier New"/>
          <w:color w:val="555555"/>
          <w:sz w:val="20"/>
        </w:rPr>
        <w:t>[8 . 93]</w:t>
      </w:r>
    </w:p>
    <w:p>
      <w:r>
        <w:rPr>
          <w:rFonts w:ascii="Gentium Plus" w:hAnsi="Gentium Plus"/>
          <w:sz w:val="24"/>
        </w:rPr>
        <w:t>εἰσαγωγῆς· ἀρχῆς κληρωτῆς ὄνομα· οὗτοι δὲ τὰς δίκας εἰσῆγον</w:t>
      </w:r>
    </w:p>
    <w:p>
      <w:r>
        <w:rPr>
          <w:rFonts w:ascii="Courier New" w:hAnsi="Courier New"/>
          <w:color w:val="555555"/>
          <w:sz w:val="20"/>
        </w:rPr>
        <w:t>[5]</w:t>
      </w:r>
    </w:p>
    <w:p>
      <w:r>
        <w:rPr>
          <w:rFonts w:ascii="Gentium Plus" w:hAnsi="Gentium Plus"/>
          <w:sz w:val="24"/>
        </w:rPr>
        <w:t>σικὸν καὶ τὸν γυμνικὸν ἀγῶνα καὶ τὴν ἱπποδρομίαν.</w:t>
      </w:r>
    </w:p>
    <w:p>
      <w:r>
        <w:rPr>
          <w:rFonts w:ascii="Courier New" w:hAnsi="Courier New"/>
          <w:color w:val="555555"/>
          <w:sz w:val="20"/>
        </w:rPr>
        <w:t>[8 . 94]</w:t>
      </w:r>
    </w:p>
    <w:p>
      <w:r>
        <w:rPr>
          <w:rFonts w:ascii="Gentium Plus" w:hAnsi="Gentium Plus"/>
          <w:sz w:val="24"/>
        </w:rPr>
        <w:t>ἵππαρχοι δὲ δύο ἐξ ἁπάντων Ἀθηναίων αἱρεθέντες ἐπιμε‐ λοῦνται τῶν πολέμων. οἱ δὲ φύλαρχοι δέκα, εἷς ἀπὸ φυλῆς ἑκά‐ στης, τῶν ἱππέων προΐστανται, καθάπερ οἱ ταξίαρχοι τῶν ὁπλιτῶν. νομοφύλακες ἐστεφάνωνται μὲν στροφίῳ λευκῷ, τὴν δὲ πομ‐</w:t>
      </w:r>
    </w:p>
    <w:p>
      <w:r>
        <w:rPr>
          <w:rFonts w:ascii="Courier New" w:hAnsi="Courier New"/>
          <w:color w:val="555555"/>
          <w:sz w:val="20"/>
        </w:rPr>
        <w:t>[5]</w:t>
      </w:r>
    </w:p>
    <w:p>
      <w:r>
        <w:rPr>
          <w:rFonts w:ascii="Gentium Plus" w:hAnsi="Gentium Plus"/>
          <w:sz w:val="24"/>
        </w:rPr>
        <w:t>πὴν πέμπουσι τῇ θεῷ, τοῖς δὲ προέδροις ἐν ἐκκλησίαις συγκαθίζουσιν, διακωλύοντες ἐπιχειροτονεῖν ὅσα μὴ συμφέρει.</w:t>
      </w:r>
    </w:p>
    <w:p>
      <w:r>
        <w:rPr>
          <w:rFonts w:ascii="Courier New" w:hAnsi="Courier New"/>
          <w:color w:val="555555"/>
          <w:sz w:val="20"/>
        </w:rPr>
        <w:t>[8 . 95]</w:t>
      </w:r>
    </w:p>
    <w:p>
      <w:r>
        <w:rPr>
          <w:rFonts w:ascii="Gentium Plus" w:hAnsi="Gentium Plus"/>
          <w:sz w:val="24"/>
        </w:rPr>
        <w:t>πρυτάνεις. οὗτοι τὴν βουλὴν συνάγουσιν ὁσημέραι, πλὴν ἄν τις ἄφετος ᾖ, τὸν δὲ δῆμον τετράκις ἑκάστης πρυτανείας· καὶ προ‐ γράφουσι πρὸ τῆς βουλῆς καὶ πρὸ τῆς ἐκκλησίας ὑπὲρ ὧν δεῖ χρη‐ ματίζειν. τῶν δ’ ἐκκλησιῶν ἡ μὲν κυρία, ἐν ᾗ τὰς ἀρχὰς ἐπιχειρο‐</w:t>
      </w:r>
    </w:p>
    <w:p>
      <w:r>
        <w:rPr>
          <w:rFonts w:ascii="Courier New" w:hAnsi="Courier New"/>
          <w:color w:val="555555"/>
          <w:sz w:val="20"/>
        </w:rPr>
        <w:t>[5]</w:t>
      </w:r>
    </w:p>
    <w:p>
      <w:r>
        <w:rPr>
          <w:rFonts w:ascii="Gentium Plus" w:hAnsi="Gentium Plus"/>
          <w:sz w:val="24"/>
        </w:rPr>
        <w:t>τονοῦσιν, εἰ καλῶς ἄρχουσιν, ἢ ἀποχειροτονοῦσιν· ἐν ᾗ καὶ τὰς εἰσ‐ αγγελίας ὁ βουλόμενος εἰσαγγέλλει, καὶ τὰς ἀπογραφὰς τῶν δημευο‐</w:t>
      </w:r>
    </w:p>
    <w:p>
      <w:r>
        <w:rPr>
          <w:rFonts w:ascii="Courier New" w:hAnsi="Courier New"/>
          <w:color w:val="555555"/>
          <w:sz w:val="20"/>
        </w:rPr>
        <w:t>[8 . 96]</w:t>
      </w:r>
    </w:p>
    <w:p>
      <w:r>
        <w:rPr>
          <w:rFonts w:ascii="Gentium Plus" w:hAnsi="Gentium Plus"/>
          <w:sz w:val="24"/>
        </w:rPr>
        <w:t>μένων ἀναγινώσκουσιν οἱ πρόδικοι, καὶ τὰς λήξεις τῶν κλήρων. ἡ δὲ δευτέρα ἐκκλησία ἀνεῖται τοῖς βουλομένοις, ἱκετηρίαν θεμένοις, λέγειν</w:t>
      </w:r>
    </w:p>
    <w:p>
      <w:r>
        <w:rPr>
          <w:rFonts w:ascii="Courier New" w:hAnsi="Courier New"/>
          <w:color w:val="555555"/>
          <w:sz w:val="20"/>
        </w:rPr>
        <w:t>[5]</w:t>
      </w:r>
    </w:p>
    <w:p>
      <w:r>
        <w:rPr>
          <w:rFonts w:ascii="Gentium Plus" w:hAnsi="Gentium Plus"/>
          <w:sz w:val="24"/>
        </w:rPr>
        <w:t>δοῦναι τὰ γράμματα, ἡ δὲ τετάρτη περὶ ἱερῶν καὶ ὁσίων. ὁ δ’ ἐπιστάτης καλούμενός ἐστιν εἷς τῶν πρυτάνεων, ὁ κλήρῳ λα‐ χών· δὶς δ’ οὐκ ἔξεστι γενέσθαι τὸν αὐτὸν ἐπιστάτην. ἔχει δὲ οὗτος τὰς κλεῖς τῶν ἱερῶν ἐν οἷς τὰ χρήματα καὶ τὰ γράμματα. καὶ ὅταν οἱ πρυτάνεις τὸν δῆμον ἢ τὴν βουλὴν συναγάγωσιν, οὗτος ἐξ ἑκά‐</w:t>
      </w:r>
    </w:p>
    <w:p>
      <w:r>
        <w:rPr>
          <w:rFonts w:ascii="Courier New" w:hAnsi="Courier New"/>
          <w:color w:val="555555"/>
          <w:sz w:val="20"/>
        </w:rPr>
        <w:t>[10]</w:t>
      </w:r>
    </w:p>
    <w:p>
      <w:r>
        <w:rPr>
          <w:rFonts w:ascii="Gentium Plus" w:hAnsi="Gentium Plus"/>
          <w:sz w:val="24"/>
        </w:rPr>
        <w:t>στης φυλῆς πρόεδρον ἕνα κληροῖ, μόνην τὴν πρυτανεύουσαν ἀφιείς.</w:t>
      </w:r>
    </w:p>
    <w:p>
      <w:r>
        <w:rPr>
          <w:rFonts w:ascii="Courier New" w:hAnsi="Courier New"/>
          <w:color w:val="555555"/>
          <w:sz w:val="20"/>
        </w:rPr>
        <w:t>[8 . 97]</w:t>
      </w:r>
    </w:p>
    <w:p>
      <w:r>
        <w:rPr>
          <w:rFonts w:ascii="Gentium Plus" w:hAnsi="Gentium Plus"/>
          <w:sz w:val="24"/>
        </w:rPr>
        <w:t>ἀποδέκται δὲ ἦσαν δέκα, οἳ τούς τε φόρους καὶ τὰς εἰσ‐ φορὰς καὶ τὰ τέλη ὑπεδέχοντο, καὶ τὰ περὶ τούτων ἀμφισβητούμενα ἐδίκαζον. εἰ δέ τι μεῖζον εἴη, εἰσῆγον εἰς δικαστήριον. ταμίαι τῆς θεοῦ κληρωτοὶ μὲν ἐκ πεντακοσιομεδίμνων ἦσαν,</w:t>
      </w:r>
    </w:p>
    <w:p>
      <w:r>
        <w:rPr>
          <w:rFonts w:ascii="Courier New" w:hAnsi="Courier New"/>
          <w:color w:val="555555"/>
          <w:sz w:val="20"/>
        </w:rPr>
        <w:t>[5]</w:t>
      </w:r>
    </w:p>
    <w:p>
      <w:r>
        <w:rPr>
          <w:rFonts w:ascii="Gentium Plus" w:hAnsi="Gentium Plus"/>
          <w:sz w:val="24"/>
        </w:rPr>
        <w:t>τὰ δὲ χρήματα παρελάμβανον τῆς βουλῆς παρούσης. ἐκαλοῦντο δ’ οὗτοι κωλακρέται. εἶχον δ’ ἐξουσίαν καὶ ζημίαν ἀφελεῖν, εἰ ἀδίκως ὑπὸ τῶν ἀρχόντων ἐπιβληθείη.</w:t>
      </w:r>
    </w:p>
    <w:p>
      <w:r>
        <w:rPr>
          <w:rFonts w:ascii="Courier New" w:hAnsi="Courier New"/>
          <w:color w:val="555555"/>
          <w:sz w:val="20"/>
        </w:rPr>
        <w:t>[8 . 98]</w:t>
      </w:r>
    </w:p>
    <w:p>
      <w:r>
        <w:rPr>
          <w:rFonts w:ascii="Gentium Plus" w:hAnsi="Gentium Plus"/>
          <w:sz w:val="24"/>
        </w:rPr>
        <w:t>γραμματεὺς ὁ κατὰ πρυτανείαν κληρωθεὶς ὑπὸ τῆς βουλῆς ἐπὶ τῷ τὰ γράμματα φυλάττειν καὶ τὰ ψηφίσματα, καὶ ἕτερος ἐπὶ τοὺς νόμους ὑπὸ τῆς βουλῆς χειροτονούμενος. ὁ δ’ ὑπὸ τοῦ δή‐ μου αἱρεθεὶς γραμματεὺς ἀναγινώσκει τῷ τε δήμῳ καὶ τῇ βουλῇ.</w:t>
      </w:r>
    </w:p>
    <w:p>
      <w:r>
        <w:rPr>
          <w:rFonts w:ascii="Courier New" w:hAnsi="Courier New"/>
          <w:color w:val="555555"/>
          <w:sz w:val="20"/>
        </w:rPr>
        <w:t>[5]</w:t>
      </w:r>
    </w:p>
    <w:p>
      <w:r>
        <w:rPr>
          <w:rFonts w:ascii="Gentium Plus" w:hAnsi="Gentium Plus"/>
          <w:sz w:val="24"/>
        </w:rPr>
        <w:t>ἀντιγραφεὺς πρότερον μὲν αἱρετὸς αὖθις δὲ κληρωτὸς ἦν, καὶ</w:t>
      </w:r>
    </w:p>
    <w:p>
      <w:r>
        <w:rPr>
          <w:rFonts w:ascii="Courier New" w:hAnsi="Courier New"/>
          <w:color w:val="555555"/>
          <w:sz w:val="20"/>
        </w:rPr>
        <w:t>[8 . 99]</w:t>
      </w:r>
    </w:p>
    <w:p>
      <w:r>
        <w:rPr>
          <w:rFonts w:ascii="Gentium Plus" w:hAnsi="Gentium Plus"/>
          <w:sz w:val="24"/>
        </w:rPr>
        <w:t>πάντα ἀντεγράφετο παρακαθήμενος τῇ βουλῇ. δύο δ’ ἦσαν, ὁ μὲν τῆς βουλῆς ὁ δὲ τῆς διοικήσεως. λογισταί. καὶ τούτους ἡ βουλὴ κληροῖ</w:t>
      </w:r>
    </w:p>
    <w:p>
      <w:r>
        <w:rPr>
          <w:rFonts w:ascii="Courier New" w:hAnsi="Courier New"/>
          <w:color w:val="555555"/>
          <w:sz w:val="20"/>
        </w:rPr>
        <w:t>[5]</w:t>
      </w:r>
    </w:p>
    <w:p>
      <w:r>
        <w:rPr>
          <w:rFonts w:ascii="Gentium Plus" w:hAnsi="Gentium Plus"/>
          <w:sz w:val="24"/>
        </w:rPr>
        <w:t>τῶν τριήρων. πωληταὶ τὰ τέλη πιπράσκουσι μετὰ τῶν ἐπὶ τὸ θεωρικὸν ᾑρη‐ μένων, καὶ τὰς τῶν ἐξ Ἀρείου πάγου μετὰ τὸν πρότερον λόγον φυ‐ γόντων οὐσίας, καὶ τὰ δεδημευμένα. πρυτανεύει δ’ ἐξ αὐτῶν εἷς, ὃς τὰ πωλούμενα βεβαιοῖ. ἀπήγοντο δὲ πρὸς τούτους καὶ οἱ μετοίκιον</w:t>
      </w:r>
    </w:p>
    <w:p>
      <w:r>
        <w:rPr>
          <w:rFonts w:ascii="Courier New" w:hAnsi="Courier New"/>
          <w:color w:val="555555"/>
          <w:sz w:val="20"/>
        </w:rPr>
        <w:t>[10]</w:t>
      </w:r>
    </w:p>
    <w:p>
      <w:r>
        <w:rPr>
          <w:rFonts w:ascii="Gentium Plus" w:hAnsi="Gentium Plus"/>
          <w:sz w:val="24"/>
        </w:rPr>
        <w:t>μὴ τιθέντες.</w:t>
      </w:r>
    </w:p>
    <w:p>
      <w:r>
        <w:rPr>
          <w:rFonts w:ascii="Courier New" w:hAnsi="Courier New"/>
          <w:color w:val="555555"/>
          <w:sz w:val="20"/>
        </w:rPr>
        <w:t>[8 . 100]</w:t>
      </w:r>
    </w:p>
    <w:p>
      <w:r>
        <w:rPr>
          <w:rFonts w:ascii="Gentium Plus" w:hAnsi="Gentium Plus"/>
          <w:sz w:val="24"/>
        </w:rPr>
        <w:t>οἱ δὲ εὔθυνοι, ὥσπερ οἱ πάρεδροι, τοῖς ἐννέα ἄρχουσι προσ‐ αιροῦνται. οὗτοι δ’ εἰσπράσσουσι καὶ τοὺς ἔχοντας. οἱ δὲ τεσσαράκοντα πρότερον μὲν ἦσαν τριάκοντα, οἳ περι‐ ιόντες κατὰ δήμους τὰ μέχρι δραχμῶν δέκα ἐδίκαζον, τὰ δὲ ὑπὲρ</w:t>
      </w:r>
    </w:p>
    <w:p>
      <w:r>
        <w:rPr>
          <w:rFonts w:ascii="Courier New" w:hAnsi="Courier New"/>
          <w:color w:val="555555"/>
          <w:sz w:val="20"/>
        </w:rPr>
        <w:t>[5]</w:t>
      </w:r>
    </w:p>
    <w:p>
      <w:r>
        <w:rPr>
          <w:rFonts w:ascii="Gentium Plus" w:hAnsi="Gentium Plus"/>
          <w:sz w:val="24"/>
        </w:rPr>
        <w:t>ταῦτα διαιτηταῖς παρεδίδοσαν· μετὰ δὲ τὴν τῶν τριάκοντα ὀλιγαρχίαν μίσει τοῦ ἀριθμοῦ τοῦ τριάκοντα τεσσαράκοντα ἐγένοντο. χίλιοι καὶ διακόσιοι. ἀπὸ τούτων ἦσαν οἱ λειτουργοῦντες· Δημοσθένης δὲ νόμον γράψας ἀντὶ τῶν τοσούτων τριακοσίους τοὺς πλουσιωτάτους ἐποίησεν.</w:t>
      </w:r>
    </w:p>
    <w:p>
      <w:r>
        <w:rPr>
          <w:rFonts w:ascii="Courier New" w:hAnsi="Courier New"/>
          <w:color w:val="555555"/>
          <w:sz w:val="20"/>
        </w:rPr>
        <w:t>[8 . 101]</w:t>
      </w:r>
    </w:p>
    <w:p>
      <w:r>
        <w:rPr>
          <w:rFonts w:ascii="Gentium Plus" w:hAnsi="Gentium Plus"/>
          <w:sz w:val="24"/>
        </w:rPr>
        <w:t>εἰσαγωγεῖς οἱ τὰς ἐμμήνους δίκας εἰσάγοντες· ἦσαν δὲ προικός, ἐρανικαί, ἐμπορικαί. νομοθέται δ’ ἦσαν χίλιοι, οἷς ἐξῆν λῦσαι νόμον παλαιόν, ἀλλ’ οὐ θεῖναι νέον· τοὺς γὰρ νέους ἐδοκίμαζεν ἡ βουλὴ καὶ ὁ</w:t>
      </w:r>
    </w:p>
    <w:p>
      <w:r>
        <w:rPr>
          <w:rFonts w:ascii="Courier New" w:hAnsi="Courier New"/>
          <w:color w:val="555555"/>
          <w:sz w:val="20"/>
        </w:rPr>
        <w:t>[5]</w:t>
      </w:r>
    </w:p>
    <w:p>
      <w:r>
        <w:rPr>
          <w:rFonts w:ascii="Gentium Plus" w:hAnsi="Gentium Plus"/>
          <w:sz w:val="24"/>
        </w:rPr>
        <w:t>δῆμος καὶ τὰ δικαστήρια. πάρεδροι οὗτοι ...οὗτοι γὰρ παρεφύλαττον μή τις ἐντὸς τοῦ Πελασγικοῦ κείρει ἢ † καταπλέα ἢ ἐξορύττει, καὶ τῷ ἄρχοντι</w:t>
      </w:r>
    </w:p>
    <w:p>
      <w:r>
        <w:rPr>
          <w:rFonts w:ascii="Courier New" w:hAnsi="Courier New"/>
          <w:color w:val="555555"/>
          <w:sz w:val="20"/>
        </w:rPr>
        <w:t>[8 . 102]</w:t>
      </w:r>
    </w:p>
    <w:p>
      <w:r>
        <w:rPr>
          <w:rFonts w:ascii="Gentium Plus" w:hAnsi="Gentium Plus"/>
          <w:sz w:val="24"/>
        </w:rPr>
        <w:t>οἱ ἕνδεκα εἷς ἀφ’ ἑκάστης φυλῆς ἐγίνετο, καὶ γραμματεὺς αὐτοῖς συνηριθμεῖτο. νομοφύλακες δὲ κατὰ τὸν Φαληρέα Δη‐ μήτριον μετωνομάσθησαν. ἐπεμελοῦντο δὲ τῶν ἐν τῷ δεσμω‐ τηρίῳ, καὶ ἀπῆγον κλέπτας ἀνδραποδιστὰς λωποδύτας, εἰ μὲν ὁμολο‐</w:t>
      </w:r>
    </w:p>
    <w:p>
      <w:r>
        <w:rPr>
          <w:rFonts w:ascii="Courier New" w:hAnsi="Courier New"/>
          <w:color w:val="555555"/>
          <w:sz w:val="20"/>
        </w:rPr>
        <w:t>[5]</w:t>
      </w:r>
    </w:p>
    <w:p>
      <w:r>
        <w:rPr>
          <w:rFonts w:ascii="Gentium Plus" w:hAnsi="Gentium Plus"/>
          <w:sz w:val="24"/>
        </w:rPr>
        <w:t>γοῖεν, θανατώσοντες, εἰ δὲ μή, εἰσάξοντες εἰς τὰ δικαστήρια, κἂν ἁλῶσιν, ἀποκτενοῦντες. τοῦ δὲ δεσμοφυλακίου θύρα μία χαρώνιον ἐκαλεῖτο, δι’ ἧς τὴν ἐπὶ θανάτῳ ἀπήγοντο.</w:t>
      </w:r>
    </w:p>
    <w:p>
      <w:r>
        <w:rPr>
          <w:rFonts w:ascii="Courier New" w:hAnsi="Courier New"/>
          <w:color w:val="555555"/>
          <w:sz w:val="20"/>
        </w:rPr>
        <w:t>[8 . 103]</w:t>
      </w:r>
    </w:p>
    <w:p>
      <w:r>
        <w:rPr>
          <w:rFonts w:ascii="Gentium Plus" w:hAnsi="Gentium Plus"/>
          <w:sz w:val="24"/>
        </w:rPr>
        <w:t>ἐπιγραφῆς· οὗτοι τὰ ὀφειλόμενα ὑφ’ ἑκάστου ἑκάστῳ ἐπ‐ έγραφον, καὶ τοὺς οὐκ εἰσφέροντας εἰσῆγον εἰς τὸ δικαστήριον, ἐπ‐ έγραφον δὲ καὶ τὰ τιμήματα ἑκάστοις κατὰ τὴν ἀξίαν. καὶ ἐν ταῖς σιτοδοσίαις ἐγίνοντο σίτου ἐπιγραφῆς, ὡς Ἀντιφῶν (fg 166 Bl) εἶπεν.</w:t>
      </w:r>
    </w:p>
    <w:p>
      <w:r>
        <w:rPr>
          <w:rFonts w:ascii="Courier New" w:hAnsi="Courier New"/>
          <w:color w:val="555555"/>
          <w:sz w:val="20"/>
        </w:rPr>
        <w:t>[5]</w:t>
      </w:r>
    </w:p>
    <w:p>
      <w:r>
        <w:rPr>
          <w:rFonts w:ascii="Gentium Plus" w:hAnsi="Gentium Plus"/>
          <w:sz w:val="24"/>
        </w:rPr>
        <w:t>κῆρυξ ὁ μέν τις τῶν μυστικῶν, ἀπὸ Κήρυκος τοῦ Ἑρμοῦ καὶ Πανδρόσου τῆς Κέκροπος, ὁ δὲ περὶ τοὺς ἀγῶνας, οἱ δὲ περὶ τὰς πομπὰς ἐκ τοῦ Εὐνειδῶν γένους, οἱ δὲ κατ’ ἀγορὰν τὰ ὤνια ἀποκη‐ ρύττοντες.</w:t>
      </w:r>
    </w:p>
    <w:p>
      <w:r>
        <w:rPr>
          <w:rFonts w:ascii="Courier New" w:hAnsi="Courier New"/>
          <w:color w:val="555555"/>
          <w:sz w:val="20"/>
        </w:rPr>
        <w:t>[8 . 104]</w:t>
      </w:r>
    </w:p>
    <w:p>
      <w:r>
        <w:rPr>
          <w:rFonts w:ascii="Gentium Plus" w:hAnsi="Gentium Plus"/>
          <w:sz w:val="24"/>
        </w:rPr>
        <w:t>ληξίαρχοι ἓξ καθίσταντο τῶν πολιτῶν ἐγγεγραμμένων ἐν λευκώματι, καὶ τριάκοντα ἀνδρῶν αὐτοῖς προσαιρεθέντων τοὺς ἐκ‐ κλησιάζοντας ἐξήταζον καὶ τοὺς μὴ ἐκκλησιάζοντας ἐζημίουν καὶ σχοινίον μιλτώσαντες διὰ τῶν τοξοτῶν συνήλαυνον τοὺς ἐκ τῆς ἀγο‐</w:t>
      </w:r>
    </w:p>
    <w:p>
      <w:r>
        <w:rPr>
          <w:rFonts w:ascii="Courier New" w:hAnsi="Courier New"/>
          <w:color w:val="555555"/>
          <w:sz w:val="20"/>
        </w:rPr>
        <w:t>[5]</w:t>
      </w:r>
    </w:p>
    <w:p>
      <w:r>
        <w:rPr>
          <w:rFonts w:ascii="Gentium Plus" w:hAnsi="Gentium Plus"/>
          <w:sz w:val="24"/>
        </w:rPr>
        <w:t>ρᾶς εἰς τὴν ἐκκλησίαν. ὁ δὲ εἰς τὸ ληξιαρχικὸν γραμματεῖον ἐγγρα‐ φεὶς ἤδη τὰ πατρῷα παρελάμβανεν· ἡ δὲ πατρῴα οὐσία καὶ λῆξις ἐκαλεῖτο. περιεστίαρχοι. ἐκάθαιρον χοιριδίοις μικροῖς οὗτοι τὴν ἐκ‐</w:t>
      </w:r>
    </w:p>
    <w:p>
      <w:r>
        <w:rPr>
          <w:rFonts w:ascii="Courier New" w:hAnsi="Courier New"/>
          <w:color w:val="555555"/>
          <w:sz w:val="20"/>
        </w:rPr>
        <w:t>[8 . 105]</w:t>
      </w:r>
    </w:p>
    <w:p>
      <w:r>
        <w:rPr>
          <w:rFonts w:ascii="Gentium Plus" w:hAnsi="Gentium Plus"/>
          <w:sz w:val="24"/>
        </w:rPr>
        <w:t>περίπολοι. ἔφηβοι περιῄεσαν τὴν χώραν φυλάττοντες, ὥσπερ μελετῶντες τὰ στρατιωτικά. καὶ εἰς μὲν τοὺς ἐφήβους εἰσῄεσαν ὀκτω‐ καίδεκα ἔτη γενόμενοι, δύο δὲ εἰς περιπόλους ἠριθμοῦντο, εἰκοστῷ δὲ ἐνεγράφοντο τῷ ληξιαρχικῷ γραμματείῳ, καὶ ὤμνυον ἐν Ἀγραύ‐</w:t>
      </w:r>
    </w:p>
    <w:p>
      <w:r>
        <w:rPr>
          <w:rFonts w:ascii="Courier New" w:hAnsi="Courier New"/>
          <w:color w:val="555555"/>
          <w:sz w:val="20"/>
        </w:rPr>
        <w:t>[5]</w:t>
      </w:r>
    </w:p>
    <w:p>
      <w:r>
        <w:rPr>
          <w:rFonts w:ascii="Gentium Plus" w:hAnsi="Gentium Plus"/>
          <w:sz w:val="24"/>
        </w:rPr>
        <w:t>λου ‘οὐ καταισχυνῶ τὰ ὅπλα, οὐδὲ καταλείψω τὸν παραστάτην, ᾧ ἂν στοιχῶ, ἀμυνῶ δὲ καὶ ὑπὲρ ἱερῶν καὶ ὑπὲρ ὁσίων καὶ μόνος</w:t>
      </w:r>
    </w:p>
    <w:p>
      <w:r>
        <w:rPr>
          <w:rFonts w:ascii="Courier New" w:hAnsi="Courier New"/>
          <w:color w:val="555555"/>
          <w:sz w:val="20"/>
        </w:rPr>
        <w:t>[8 . 106]</w:t>
      </w:r>
    </w:p>
    <w:p>
      <w:r>
        <w:rPr>
          <w:rFonts w:ascii="Gentium Plus" w:hAnsi="Gentium Plus"/>
          <w:sz w:val="24"/>
        </w:rPr>
        <w:t>καὶ μετὰ πολλῶν, καὶ τὴν πατρίδα οὐκ ἐλάττω παραδώσω, πλεύσω δὲ καὶ καταρόσω ὁπόσην ἂν παραδέξωμαι. καὶ συνήσω τῶν ἀεὶ κρινόν‐ των, καὶ τοῖς θεσμοῖς τοῖς ἱδρυμένοις πείσομαι, καὶ οὕστινας ἄλλους ἱδρύσεται τὸ πλῆθος ἐμφρόνως· καὶ ἄν τις ἀναιρῇ τοὺς θεσμοὺς ἢ μὴ</w:t>
      </w:r>
    </w:p>
    <w:p>
      <w:r>
        <w:rPr>
          <w:rFonts w:ascii="Courier New" w:hAnsi="Courier New"/>
          <w:color w:val="555555"/>
          <w:sz w:val="20"/>
        </w:rPr>
        <w:t>[5]</w:t>
      </w:r>
    </w:p>
    <w:p>
      <w:r>
        <w:rPr>
          <w:rFonts w:ascii="Gentium Plus" w:hAnsi="Gentium Plus"/>
          <w:sz w:val="24"/>
        </w:rPr>
        <w:t>πείθηται, οὐκ ἐπιτρέψω, ἀμυνῶ δὲ καὶ μόνος καὶ μετὰ πάντων. καὶ τὰ ἱερὰ τὰ πάτρια τιμήσω. ἵστορες θεοί, Ἄγραυλος, Ἐνυάλιος, Ἄρης, Ζεύς, Θαλλώ, Αὐξώ, Ἡγεμόνη.‘</w:t>
      </w:r>
    </w:p>
    <w:p>
      <w:r>
        <w:rPr>
          <w:rFonts w:ascii="Courier New" w:hAnsi="Courier New"/>
          <w:color w:val="555555"/>
          <w:sz w:val="20"/>
        </w:rPr>
        <w:t>[8 . 107]</w:t>
      </w:r>
    </w:p>
    <w:p>
      <w:r>
        <w:rPr>
          <w:rFonts w:ascii="Gentium Plus" w:hAnsi="Gentium Plus"/>
          <w:sz w:val="24"/>
        </w:rPr>
        <w:t>ἱεροποιοί. δέκα ὄντες οὗτοι ἔθυον θυσίας τὰς πεν‐ τετηρίδας, τὴν εἰς Δῆλον, τὴν ἐν Βραυρῶνι, τὴν τῶν Ἡρακλείων, τὴν Ἐλευσινάδε. ὀργεῶνες οἱ κατὰ δήμους ἐν τακταῖς ἡμέραις θύοντες θυσίας</w:t>
      </w:r>
    </w:p>
    <w:p>
      <w:r>
        <w:rPr>
          <w:rFonts w:ascii="Courier New" w:hAnsi="Courier New"/>
          <w:color w:val="555555"/>
          <w:sz w:val="20"/>
        </w:rPr>
        <w:t>[5]</w:t>
      </w:r>
    </w:p>
    <w:p>
      <w:r>
        <w:rPr>
          <w:rFonts w:ascii="Gentium Plus" w:hAnsi="Gentium Plus"/>
          <w:sz w:val="24"/>
        </w:rPr>
        <w:t>τινάς. φράτορες. εἰς τούτους τούς τε κόρους καὶ τὰς κόρας εἰσ‐ ῆγον, καὶ εἰς ἡλικίαν προελθόντων ἐν τῇ καλουμένῃ κουρεώτιδι ἡμέρᾳ ὑπὲρ μὲν τῶν ἀρρένων τὸ κούρειον ἔθυον, ὑπὲρ δὲ τῶν θηλειῶν τὴν γαμηλίαν.</w:t>
      </w:r>
    </w:p>
    <w:p>
      <w:r>
        <w:rPr>
          <w:rFonts w:ascii="Courier New" w:hAnsi="Courier New"/>
          <w:color w:val="555555"/>
          <w:sz w:val="20"/>
        </w:rPr>
        <w:t>[8 . 108]</w:t>
      </w:r>
    </w:p>
    <w:p>
      <w:r>
        <w:rPr>
          <w:rFonts w:ascii="Gentium Plus" w:hAnsi="Gentium Plus"/>
          <w:sz w:val="24"/>
        </w:rPr>
        <w:t>γεραραί. αὗται ἄρρητα ἱερὰ Διονύσῳ ἔθυον μετ’ ἄλλης θεωρίας. καθίστη δὲ αὐτὰς ὁ βασιλεὺς οὔσας τεσσαρασκαίδεκα.</w:t>
      </w:r>
    </w:p>
    <w:p>
      <w:r>
        <w:rPr>
          <w:rFonts w:ascii="Courier New" w:hAnsi="Courier New"/>
          <w:color w:val="555555"/>
          <w:sz w:val="20"/>
        </w:rPr>
        <w:t>[5]</w:t>
      </w:r>
    </w:p>
    <w:p>
      <w:r>
        <w:rPr>
          <w:rFonts w:ascii="Gentium Plus" w:hAnsi="Gentium Plus"/>
          <w:sz w:val="24"/>
        </w:rPr>
        <w:t>φυλῆς δωδέκατον μέρος, καὶ ναύκραροι ἦσαν δώδεκα, τέτταρες κατὰ τριττὺν ἑκάστην. τὰς δ’ εἰσφορὰς τὰς κατὰ δήμους διεχειροτόνουν οὗτοι, καὶ τὰ ἐξ αὐτῶν ἀναλώματα. ναυκραρία δ’ ἑκάστη δύο ἱππέας</w:t>
      </w:r>
    </w:p>
    <w:p>
      <w:r>
        <w:rPr>
          <w:rFonts w:ascii="Courier New" w:hAnsi="Courier New"/>
          <w:color w:val="555555"/>
          <w:sz w:val="20"/>
        </w:rPr>
        <w:t>[8 . 109]</w:t>
      </w:r>
    </w:p>
    <w:p>
      <w:r>
        <w:rPr>
          <w:rFonts w:ascii="Gentium Plus" w:hAnsi="Gentium Plus"/>
          <w:sz w:val="24"/>
        </w:rPr>
        <w:t>παρεῖχε καὶ ναῦν μίαν, ἀφ’ ἧς ἴσως ὠνόμαστο. τῆς τριττύος μέντοι ὁ ἄρχων τριττύαρχος ἐκαλεῖτο, τριττύος δ’ ἑκάστης γένη τριάκοντα. καὶ αἱ φυλαὶ τέως μὲν ἐπὶ Κέκροπος ἦσαν τέτταρες, Κεκροπὶς Αὐτό‐ χθων Ἀκταία Παραλία, ἐπὶ δὲ Κραναοῦ μετωνομάσθησαν Κραναῒς</w:t>
      </w:r>
    </w:p>
    <w:p>
      <w:r>
        <w:rPr>
          <w:rFonts w:ascii="Courier New" w:hAnsi="Courier New"/>
          <w:color w:val="555555"/>
          <w:sz w:val="20"/>
        </w:rPr>
        <w:t>[5]</w:t>
      </w:r>
    </w:p>
    <w:p>
      <w:r>
        <w:rPr>
          <w:rFonts w:ascii="Gentium Plus" w:hAnsi="Gentium Plus"/>
          <w:sz w:val="24"/>
        </w:rPr>
        <w:t>Ἀτθὶς Μεσόγαια Διακρίς, ἐπὶ δὲ Ἐριχθονίου Διὰς Ἀθηναῒς Ποσειδω‐ νιὰς Ἡφαιστιάς, ἀπὸ δὲ τῶν Ἴωνος παίδων ἐπὶ Ἐρεχθέως Τελέοντες</w:t>
      </w:r>
    </w:p>
    <w:p>
      <w:r>
        <w:rPr>
          <w:rFonts w:ascii="Courier New" w:hAnsi="Courier New"/>
          <w:color w:val="555555"/>
          <w:sz w:val="20"/>
        </w:rPr>
        <w:t>[8 . 110]</w:t>
      </w:r>
    </w:p>
    <w:p>
      <w:r>
        <w:rPr>
          <w:rFonts w:ascii="Gentium Plus" w:hAnsi="Gentium Plus"/>
          <w:sz w:val="24"/>
        </w:rPr>
        <w:t>Ὅπλητες Αἰγικόρεις Ἀργάδεις· ἐπὶ δὲ Ἀλκμαίωνος δέκα ἐγένοντο, ἐκ πολλῶν ὀνομάτων ἑλομένου τὰ παλαιὰ τοῦ Πυθίου, Ἐρεχθηὶς Κεκροπὶς Αἰγηὶς Πανδιονὶς Ἀκαμαντὶς Ἀντιοχὶς Λεοντὶς Οἰνηὶς Ἱπποθωντὶς Αἰαντίς. προσετέθησαν δ’ αὐταῖς δύο, Ἀντιγονὶς καὶ Δημη‐</w:t>
      </w:r>
    </w:p>
    <w:p>
      <w:r>
        <w:rPr>
          <w:rFonts w:ascii="Courier New" w:hAnsi="Courier New"/>
          <w:color w:val="555555"/>
          <w:sz w:val="20"/>
        </w:rPr>
        <w:t>[5]</w:t>
      </w:r>
    </w:p>
    <w:p>
      <w:r>
        <w:rPr>
          <w:rFonts w:ascii="Gentium Plus" w:hAnsi="Gentium Plus"/>
          <w:sz w:val="24"/>
        </w:rPr>
        <w:t>τριάς, ἃς ὕστερον μετωνόμασαν Ἀτταλίδα καὶ Πτολεμαΐδα. ἀπὸ δὲ φυλῶν τὸ φυλοκρινεῖν ὠνομάσθη, καὶ ὁμόφυλος ἀλλόφυλος, φυλέτης, φυλίων θεῶν ἱερά, ἐμφύλιον αἷμα, ἐμφύλιος πόλεμος.</w:t>
      </w:r>
    </w:p>
    <w:p>
      <w:r>
        <w:rPr>
          <w:rFonts w:ascii="Courier New" w:hAnsi="Courier New"/>
          <w:color w:val="555555"/>
          <w:sz w:val="20"/>
        </w:rPr>
        <w:t>[8 . 111]</w:t>
      </w:r>
    </w:p>
    <w:p>
      <w:r>
        <w:rPr>
          <w:rFonts w:ascii="Gentium Plus" w:hAnsi="Gentium Plus"/>
          <w:sz w:val="24"/>
        </w:rPr>
        <w:t>οἱ φυλοβασιλεῖς· ἐξ εὐπατριδῶν δὲ ὄντες, μάλιστα τῶν ἱερῶν ἐπεμελοῦντο, συνεδρεύοντες ἐν τῷ βασιλείῳ τῷ παρὰ τὸ βουκολεῖον. ὅτε μέντοι τέτταρες ἦσαν αἱ φυλαί, εἰς τρία μέρη ἑκάστη διῄρητο, καὶ τὸ μέρος τοῦτο ἐκαλεῖτο τριττὺς καὶ ἔθνος καὶ φρατρία. ἑκά‐</w:t>
      </w:r>
    </w:p>
    <w:p>
      <w:r>
        <w:rPr>
          <w:rFonts w:ascii="Courier New" w:hAnsi="Courier New"/>
          <w:color w:val="555555"/>
          <w:sz w:val="20"/>
        </w:rPr>
        <w:t>[5]</w:t>
      </w:r>
    </w:p>
    <w:p>
      <w:r>
        <w:rPr>
          <w:rFonts w:ascii="Gentium Plus" w:hAnsi="Gentium Plus"/>
          <w:sz w:val="24"/>
        </w:rPr>
        <w:t>στου δὲ ἔθνους γένη τριάκοντα ἐξ ἀνδρῶν τοσούτων, ἃ ἐκαλεῖτο τριακάδες. καὶ οἱ μετέχοντες τοῦ γένους γεννῆται καὶ ὁμογάλακτες, γένει μὲν οὐ προσήκοντες, ἐκ δὲ τῆς συνόδου οὕτω προσαγορευό‐ μενοι. τρία δ’ ἦν τὰ ἔθνη πάλαι, Εὐπατρίδαι Γεωμόροι Δημιουργοί.</w:t>
      </w:r>
    </w:p>
    <w:p>
      <w:r>
        <w:rPr>
          <w:rFonts w:ascii="Courier New" w:hAnsi="Courier New"/>
          <w:color w:val="555555"/>
          <w:sz w:val="20"/>
        </w:rPr>
        <w:t>[8 . 112]</w:t>
      </w:r>
    </w:p>
    <w:p>
      <w:r>
        <w:rPr>
          <w:rFonts w:ascii="Gentium Plus" w:hAnsi="Gentium Plus"/>
          <w:sz w:val="24"/>
        </w:rPr>
        <w:t>γυναικονόμοι δὲ ἀρχὴ ἐπὶ τοῦ κόσμου τῶν γυναικῶν. τὰς δὲ ἀκοσμούσας ἐζημίουν, καὶ τὰς ζημίας αὐτῶν γράφοντες ἐξετί‐ θεσαν ἐπὶ τῆς πλατάνου τῆς ἐν Κεραμεικῷ. οἱ εἴκοσι. τούτους εἵλοντο μετὰ τοὺς τριάκοντα τῆς πολι‐</w:t>
      </w:r>
    </w:p>
    <w:p>
      <w:r>
        <w:rPr>
          <w:rFonts w:ascii="Courier New" w:hAnsi="Courier New"/>
          <w:color w:val="555555"/>
          <w:sz w:val="20"/>
        </w:rPr>
        <w:t>[5]</w:t>
      </w:r>
    </w:p>
    <w:p>
      <w:r>
        <w:rPr>
          <w:rFonts w:ascii="Gentium Plus" w:hAnsi="Gentium Plus"/>
          <w:sz w:val="24"/>
        </w:rPr>
        <w:t>τείας καὶ τῶν νόμων ἐπιμελητάς, ἀριστίνδην ἐπιλεξάμενοι.</w:t>
      </w:r>
    </w:p>
    <w:p>
      <w:r>
        <w:rPr>
          <w:rFonts w:ascii="Courier New" w:hAnsi="Courier New"/>
          <w:color w:val="555555"/>
          <w:sz w:val="20"/>
        </w:rPr>
        <w:t>[8 . 113]</w:t>
      </w:r>
    </w:p>
    <w:p>
      <w:r>
        <w:rPr>
          <w:rFonts w:ascii="Gentium Plus" w:hAnsi="Gentium Plus"/>
          <w:sz w:val="24"/>
        </w:rPr>
        <w:t>ἦν μέντοι καὶ κρηνοφυλάκιον ἀρχή, δηλούσης τὸ ἔργον αὐ‐ τῆς τῆς ἐπικλήσεως. καὶ λέων δέ τις ἐκαλεῖτο κρηνοφύλαξ, χαλκοῦ πεποιημένος ἐπὶ κρήνης τινός, δι’ οὗ τὸ ὕδωρ ἐφέρετο ἐν ταῖς πρὸς ὕδωρ δίκαις· ἐπιμελητὴς δέ τις κληρωτὸς ἐγίνετο, ὃς καὶ ἐκαλεῖτο</w:t>
      </w:r>
    </w:p>
    <w:p>
      <w:r>
        <w:rPr>
          <w:rFonts w:ascii="Courier New" w:hAnsi="Courier New"/>
          <w:color w:val="555555"/>
          <w:sz w:val="20"/>
        </w:rPr>
        <w:t>[5]</w:t>
      </w:r>
    </w:p>
    <w:p>
      <w:r>
        <w:rPr>
          <w:rFonts w:ascii="Gentium Plus" w:hAnsi="Gentium Plus"/>
          <w:sz w:val="24"/>
        </w:rPr>
        <w:t>ὁ ἐφ’ ὕδωρ, ὁ παραφυλάττων τὴν ἰσότητα τῆς κλεψύδρας. θεωρικὰ δὲ χρήματα τὰ εἰς τὰς ἑορτὰς καὶ θεῶν τιμὰς τῷ πλήθει νεμόμενα· καὶ τὸ διδόμενον ἐκαλεῖτο θεωρικὸν ὥσπερ καὶ τὸ ἐκκλησιαστικὸν καὶ τὸ δικαστικόν, ὅπερ καὶ τριώβολον καὶ δύ’ ὀβολὼ καὶ ὀβολὸς ἦν Ἀττικός.</w:t>
      </w:r>
    </w:p>
    <w:p>
      <w:r>
        <w:rPr>
          <w:rFonts w:ascii="Courier New" w:hAnsi="Courier New"/>
          <w:color w:val="555555"/>
          <w:sz w:val="20"/>
        </w:rPr>
        <w:t>[10]</w:t>
      </w:r>
    </w:p>
    <w:p>
      <w:r>
        <w:rPr>
          <w:rFonts w:ascii="Gentium Plus" w:hAnsi="Gentium Plus"/>
          <w:sz w:val="24"/>
        </w:rPr>
        <w:t>ὁ δὲ ἐπὶ τῆς διοικήσεως αἱρετὸς ἦν ἐπὶ τῶν προσιόντων καὶ ἀναλισκομένων.</w:t>
      </w:r>
    </w:p>
    <w:p>
      <w:r>
        <w:rPr>
          <w:rFonts w:ascii="Courier New" w:hAnsi="Courier New"/>
          <w:color w:val="555555"/>
          <w:sz w:val="20"/>
        </w:rPr>
        <w:t>[8 . 114]</w:t>
      </w:r>
    </w:p>
    <w:p>
      <w:r>
        <w:rPr>
          <w:rFonts w:ascii="Gentium Plus" w:hAnsi="Gentium Plus"/>
          <w:sz w:val="24"/>
        </w:rPr>
        <w:t>καὶ στρατηγοὶ δέ, ἵππαρχοι φύλαρχοι λοχαγοὶ ταξίαρχοι, καὶ ὅσα στρατιωτικὰ ἀρχῶν ὀνόματα. καὶ ἑλληνοταμίαι οἱ τοὺς φόρους ἐκλέγοντες, καὶ ἐπὶ νήσων οἱ τὰ παρὰ τῶν νησιωτῶν εἰσ‐ πράττοντες καὶ τὰς πολιτείας αὐτῶν ἐφορῶντες. καὶ τειχοποιοὶ</w:t>
      </w:r>
    </w:p>
    <w:p>
      <w:r>
        <w:rPr>
          <w:rFonts w:ascii="Courier New" w:hAnsi="Courier New"/>
          <w:color w:val="555555"/>
          <w:sz w:val="20"/>
        </w:rPr>
        <w:t>[5]</w:t>
      </w:r>
    </w:p>
    <w:p>
      <w:r>
        <w:rPr>
          <w:rFonts w:ascii="Gentium Plus" w:hAnsi="Gentium Plus"/>
          <w:sz w:val="24"/>
        </w:rPr>
        <w:t>δὲ καὶ ἱεροποιοὶ καὶ βοῶναι ὑπηρεσιῶν ὀνόματα· καὶ ἀποδέκται οἱ τὸν σῖτον ἀπομετρούμενοι, σιτῶναι δὲ οἱ συνωνούμενοι. τάχα δ’ ἂν καὶ πρακτῆρες εἴη ὄνομα ὑπηρεσίας, ἢ πράκτορες, ὡς Δημο‐</w:t>
      </w:r>
    </w:p>
    <w:p>
      <w:r>
        <w:rPr>
          <w:rFonts w:ascii="Courier New" w:hAnsi="Courier New"/>
          <w:color w:val="555555"/>
          <w:sz w:val="20"/>
        </w:rPr>
        <w:t>[8 . 115]</w:t>
      </w:r>
    </w:p>
    <w:p>
      <w:r>
        <w:rPr>
          <w:rFonts w:ascii="Gentium Plus" w:hAnsi="Gentium Plus"/>
          <w:sz w:val="24"/>
        </w:rPr>
        <w:t>σθένης (LVIII 49) ‘οὐδεὶς παρέδωκε τοῖς πράκτορσι τὸ ὄνομα.‘ ὁμοίως δὲ καὶ ζητητὰς ἄν τις παρ’ αὐτοῦ λάβοι ὄνομα δημοσίας διακονίας, οἳ τὰ λανθάνοντα ἀνεζήτουν. οἱ μέντοι ταξίαρχοι ἀναγεγραμμένους ἔχοντες τοὺς ἐκ τοῦ καταλόγου, παρεσημαίνοντο τὰ τῶν ἀφυστε‐</w:t>
      </w:r>
    </w:p>
    <w:p>
      <w:r>
        <w:rPr>
          <w:rFonts w:ascii="Courier New" w:hAnsi="Courier New"/>
          <w:color w:val="555555"/>
          <w:sz w:val="20"/>
        </w:rPr>
        <w:t>[5]</w:t>
      </w:r>
    </w:p>
    <w:p>
      <w:r>
        <w:rPr>
          <w:rFonts w:ascii="Gentium Plus" w:hAnsi="Gentium Plus"/>
          <w:sz w:val="24"/>
        </w:rPr>
        <w:t>ρούντων ὀνόματα· καὶ τοῦτο παραστίζειν ἐκαλεῖτο. πρυτανεία δέ ἐστι ὁ χρόνος ὃν ἑκάστη φυλὴ πρυτανεύει· καὶ ὅτε μὲν δέκα ἦσαν, πλείους ἑκάστῃ φυλῇ αἱ ἡμέραι, ἐπεὶ δὲ δώδεκα ἐγένοντο, ἑκάστη φυλὴ μηνὸς πρυτανείαν ἔχει.</w:t>
      </w:r>
    </w:p>
    <w:p>
      <w:r>
        <w:rPr>
          <w:rFonts w:ascii="Courier New" w:hAnsi="Courier New"/>
          <w:color w:val="555555"/>
          <w:sz w:val="20"/>
        </w:rPr>
        <w:t>[8 . 116]</w:t>
      </w:r>
    </w:p>
    <w:p>
      <w:r>
        <w:rPr>
          <w:rFonts w:ascii="Gentium Plus" w:hAnsi="Gentium Plus"/>
          <w:sz w:val="24"/>
        </w:rPr>
        <w:t>πυρφόρος παῖς αἱρετὸς ἐκ καθαρευούσης οἰκίας ὑπὸ χλανίδι καὶ στροφίῳ περιέρχεται, πῦρ ἐπὶ τοὺς βωμοὺς ἐπιτιθείς. σύγκλητος ἐκκλησία, ἣν ἐξαίφνης ἐποίουν μείζονος χρείας ἐπιλαβούσης. ἐκαλεῖτο δὲ καὶ κατακλησία, ὅτι καὶ τοὺς ἐκ τῶν ἀγρῶν</w:t>
      </w:r>
    </w:p>
    <w:p>
      <w:r>
        <w:rPr>
          <w:rFonts w:ascii="Courier New" w:hAnsi="Courier New"/>
          <w:color w:val="555555"/>
          <w:sz w:val="20"/>
        </w:rPr>
        <w:t>[5]</w:t>
      </w:r>
    </w:p>
    <w:p>
      <w:r>
        <w:rPr>
          <w:rFonts w:ascii="Gentium Plus" w:hAnsi="Gentium Plus"/>
          <w:sz w:val="24"/>
        </w:rPr>
        <w:t>κατεκάλουν. ταμίας ἐκάλουν τοὺς ταῖς ἱεραῖς τριήρεσι λειτουργοῦντας, ἄλλους ἢ τριηράρχους, τούς τε ἐκ τῆς Παράλου καὶ τῆς Σαλαμινίας. ἐκαλοῦντο δὲ οἱ ναῦται οἱ μὲν οὐ πάραλοι μόνον ἀλλὰ καὶ παρα‐ λῖται, οἱ δὲ καὶ Σαλαμίνιοι.</w:t>
      </w:r>
    </w:p>
    <w:p>
      <w:r>
        <w:rPr>
          <w:rFonts w:ascii="Courier New" w:hAnsi="Courier New"/>
          <w:color w:val="555555"/>
          <w:sz w:val="20"/>
        </w:rPr>
        <w:t>[8 . 117]</w:t>
      </w:r>
    </w:p>
    <w:p>
      <w:r>
        <w:rPr>
          <w:rFonts w:ascii="Gentium Plus" w:hAnsi="Gentium Plus"/>
          <w:sz w:val="24"/>
        </w:rPr>
        <w:t>Δικαστήρια τὰ Ἀθήνησιν. Ἄρειος πάγος· ἐδίκαζε δὲ φόνου καὶ τραύματος ἐκ προνοίας, καὶ πυρκαϊᾶς, καὶ φαρμάκων, ἐάν τις ἀποκτείνῃ δούς. ἐγίνετο δὲ διωμοσία, καὶ μετὰ τὴν διωμοσίαν κρίσις· προοιμιάζεσθαι δὲ οὐκ ἐξῆν, οὐδ’ οἰκτίζεσθαι. μετὰ δὲ τὸν πρότερον</w:t>
      </w:r>
    </w:p>
    <w:p>
      <w:r>
        <w:rPr>
          <w:rFonts w:ascii="Courier New" w:hAnsi="Courier New"/>
          <w:color w:val="555555"/>
          <w:sz w:val="20"/>
        </w:rPr>
        <w:t>[5]</w:t>
      </w:r>
    </w:p>
    <w:p>
      <w:r>
        <w:rPr>
          <w:rFonts w:ascii="Gentium Plus" w:hAnsi="Gentium Plus"/>
          <w:sz w:val="24"/>
        </w:rPr>
        <w:t>λόγον ἐξῆν φυγεῖν, πλὴν εἴ τις γονέας εἴη ἀπεκτονώς. καθ’ ἕκαστον δὲ μῆνα τριῶν ἡμερῶν ἐδίκαζον ἐφεξῆς, τετάρτῃ φθίνοντος,</w:t>
      </w:r>
    </w:p>
    <w:p>
      <w:r>
        <w:rPr>
          <w:rFonts w:ascii="Courier New" w:hAnsi="Courier New"/>
          <w:color w:val="555555"/>
          <w:sz w:val="20"/>
        </w:rPr>
        <w:t>[8 . 118]</w:t>
      </w:r>
    </w:p>
    <w:p>
      <w:r>
        <w:rPr>
          <w:rFonts w:ascii="Gentium Plus" w:hAnsi="Gentium Plus"/>
          <w:sz w:val="24"/>
        </w:rPr>
        <w:t>τρίτῃ, δευτέρᾳ. οἱ δ’ ἐννέα ἄρχοντες οἱ καθ’ ἕκαστον ἐνιαυτὸν μετὰ τὸ δοῦναι τὰς εὐθύνας ἀεὶ τοῖς Ἀρεοπαγίταις προσετίθεντο. ὑπαί‐ θριοι δ’ ἐδίκαζον. φόνου δὲ ἐξῆν ἐπεξιέναι μέχρις ἀνεψιῶν, καὶ ἐν τῷ ὅρκῳ ἐπερωτᾶν τίς προσήκων ἐστὶ τῷ τεθνεῶτι· κἂν οἰκέτης ᾖ, ἐπι‐</w:t>
      </w:r>
    </w:p>
    <w:p>
      <w:r>
        <w:rPr>
          <w:rFonts w:ascii="Courier New" w:hAnsi="Courier New"/>
          <w:color w:val="555555"/>
          <w:sz w:val="20"/>
        </w:rPr>
        <w:t>[5]</w:t>
      </w:r>
    </w:p>
    <w:p>
      <w:r>
        <w:rPr>
          <w:rFonts w:ascii="Gentium Plus" w:hAnsi="Gentium Plus"/>
          <w:sz w:val="24"/>
        </w:rPr>
        <w:t>σκήπτειν συγκεχώρηται. τὸ ἐπὶ Παλλαδίῳ. ἐν τούτῳ λαγχάνεται</w:t>
      </w:r>
    </w:p>
    <w:p>
      <w:r>
        <w:rPr>
          <w:rFonts w:ascii="Courier New" w:hAnsi="Courier New"/>
          <w:color w:val="555555"/>
          <w:sz w:val="20"/>
        </w:rPr>
        <w:t>[8 . 119]</w:t>
      </w:r>
    </w:p>
    <w:p>
      <w:r>
        <w:rPr>
          <w:rFonts w:ascii="Gentium Plus" w:hAnsi="Gentium Plus"/>
          <w:sz w:val="24"/>
        </w:rPr>
        <w:t>Ἀκάμας δὲ ἐμήνυσεν ὅτι εἶεν Ἀργεῖοι τὸ Παλλάδιον ἔχοντες. καὶ οἱ μὲν ταφέντες ἀγνῶτες προσηγορεύθησαν τοῦ θεοῦ χρήσαντος, αὐτόθι δ’ ἱδρύθη τὸ Παλλάδιον, καὶ περὶ τῶν ἀκουσίων ἐν αὐτῷ δικάζουσιν. τὸ ἐπὶ Δελφινίῳ ἱδρῦσθαι μὲν ὑπὸ Αἰγέως λέγεται Ἀπόλλωνι</w:t>
      </w:r>
    </w:p>
    <w:p>
      <w:r>
        <w:rPr>
          <w:rFonts w:ascii="Courier New" w:hAnsi="Courier New"/>
          <w:color w:val="555555"/>
          <w:sz w:val="20"/>
        </w:rPr>
        <w:t>[5]</w:t>
      </w:r>
    </w:p>
    <w:p>
      <w:r>
        <w:rPr>
          <w:rFonts w:ascii="Gentium Plus" w:hAnsi="Gentium Plus"/>
          <w:sz w:val="24"/>
        </w:rPr>
        <w:t>Δελφινίῳ καὶ Ἀρτέμιδι Δελφινίᾳ, ἐκρίθη δὲ ἐν αὐτῷ πρῶτος Θη‐ σεὺς ἀφοσιούμενος τὸ ἄγος τῶν ὑπ’ αὐτοῦ ἀνῃρημένων λῃστῶν καὶ τῶν Παλλαντιδῶν, οὓς ὡμολόγει μὲν ἀποκτεῖναι, δικαίως δ’ ἔφη</w:t>
      </w:r>
    </w:p>
    <w:p>
      <w:r>
        <w:rPr>
          <w:rFonts w:ascii="Courier New" w:hAnsi="Courier New"/>
          <w:color w:val="555555"/>
          <w:sz w:val="20"/>
        </w:rPr>
        <w:t>[8 . 120]</w:t>
      </w:r>
    </w:p>
    <w:p>
      <w:r>
        <w:rPr>
          <w:rFonts w:ascii="Gentium Plus" w:hAnsi="Gentium Plus"/>
          <w:sz w:val="24"/>
        </w:rPr>
        <w:t>τοῦτο δεδρακέναι. τὸ ἐπὶ Πρυτανείῳ δικάζει περὶ τῶν ἀποκτει‐ νάντων, κἂν ὦσιν ἀφανεῖς, δικάζει δὲ καὶ περὶ τῶν ἀψύχων τῶν ἐμπεσόντων καὶ ἀποκτεινάντων. προειστήκεσαν δὲ τούτου τοῦ δικα‐ στηρίου οἱ φυλοβασιλεῖς, οὓς ἔδει τὸ ἐμπεσὸν ἄψυχον ὑπερορίσαι.</w:t>
      </w:r>
    </w:p>
    <w:p>
      <w:r>
        <w:rPr>
          <w:rFonts w:ascii="Courier New" w:hAnsi="Courier New"/>
          <w:color w:val="555555"/>
          <w:sz w:val="20"/>
        </w:rPr>
        <w:t>[5]</w:t>
      </w:r>
    </w:p>
    <w:p>
      <w:r>
        <w:rPr>
          <w:rFonts w:ascii="Gentium Plus" w:hAnsi="Gentium Plus"/>
          <w:sz w:val="24"/>
        </w:rPr>
        <w:t>τὸ ἐμ Φρεαττοῖ. ἐν τούτῳ ἐκρίνετο εἴ τις τῶν φευγόντων ἐπ’ ἀκουσίου φόνου αἰτίᾳ δευτέραν αἰτίαν ἑκουσίου προσλάβοι. ἦν δ’ ἐπὶ θαλάττῃ τὸ δικαστήριον, καὶ τὸν ἐν αἰτίᾳ προσπλεύσαντα τῆς γῆς οὐ προσαπτόμενον ἀπὸ τῆς νεὼς ἐχρῆν ἀπολογεῖσθαι, μήτ’ ἀπο‐ βάθραν μήτ’ ἄγκυραν εἰς τὴν γῆν βαλλόμενον.</w:t>
      </w:r>
    </w:p>
    <w:p>
      <w:r>
        <w:rPr>
          <w:rFonts w:ascii="Courier New" w:hAnsi="Courier New"/>
          <w:color w:val="555555"/>
          <w:sz w:val="20"/>
        </w:rPr>
        <w:t>[8 . 121]</w:t>
      </w:r>
    </w:p>
    <w:p>
      <w:r>
        <w:rPr>
          <w:rFonts w:ascii="Gentium Plus" w:hAnsi="Gentium Plus"/>
          <w:sz w:val="24"/>
        </w:rPr>
        <w:t>γνώριμα δικαστήρια ἡ Ἡλιαία, τὸ τρίγωνον, οὗ μέμνηται Δείναρχος (p 341. 35 Tur), μέσον παράβυστον, μεῖζον παράβυστον· καὶ μείζονος μέμνηται Λυσίας (fg 322 Tur)· ἐν μέντοι τῷ παραβύστῳ οἱ ἕνδεκα ἐδίκαζον. τὸ Μητίχου κάλλιον, οὗ μνημονεύει Ἀνδροτίων.</w:t>
      </w:r>
    </w:p>
    <w:p>
      <w:r>
        <w:rPr>
          <w:rFonts w:ascii="Courier New" w:hAnsi="Courier New"/>
          <w:color w:val="555555"/>
          <w:sz w:val="20"/>
        </w:rPr>
        <w:t>[5]</w:t>
      </w:r>
    </w:p>
    <w:p>
      <w:r>
        <w:rPr>
          <w:rFonts w:ascii="Gentium Plus" w:hAnsi="Gentium Plus"/>
          <w:sz w:val="24"/>
        </w:rPr>
        <w:t>τὸ ἐπὶ Λύκῳ, ἀφ’ οὗ καὶ ἡ Λύκου δεκάς· καὶ ἥρως δὲ ἵδρυτο αὐτόθι</w:t>
      </w:r>
    </w:p>
    <w:p>
      <w:r>
        <w:rPr>
          <w:rFonts w:ascii="Courier New" w:hAnsi="Courier New"/>
          <w:color w:val="555555"/>
          <w:sz w:val="20"/>
        </w:rPr>
        <w:t>[8 . 122]</w:t>
      </w:r>
    </w:p>
    <w:p>
      <w:r>
        <w:rPr>
          <w:rFonts w:ascii="Gentium Plus" w:hAnsi="Gentium Plus"/>
          <w:sz w:val="24"/>
        </w:rPr>
        <w:t>ἐδίκαζον δ’ οἱ ὑπὲρ τριάκοντα ἔτη ἐκ τῶν ἐπιτίμων καὶ μὴ ὀφειλόντων τῷ δημοσίῳ. ὤμνυσαν δὲ ἐν Ἀρδήττῳ δικαστηρίῳ Ἀπόλλω πατρῷον καὶ Δήμητρα καὶ Δία βασιλέα· ὁ δὲ Ἄρδηττος Ἰλισσοῦ μέν ἐστι πλησίον, ὠνόμασται δὲ ἀπό τινος ἥρωος, ὃς στασιάζοντα τὸν δῆμον</w:t>
      </w:r>
    </w:p>
    <w:p>
      <w:r>
        <w:rPr>
          <w:rFonts w:ascii="Courier New" w:hAnsi="Courier New"/>
          <w:color w:val="555555"/>
          <w:sz w:val="20"/>
        </w:rPr>
        <w:t>[5]</w:t>
      </w:r>
    </w:p>
    <w:p>
      <w:r>
        <w:rPr>
          <w:rFonts w:ascii="Gentium Plus" w:hAnsi="Gentium Plus"/>
          <w:sz w:val="24"/>
        </w:rPr>
        <w:t>ὑπὲρ ὁμονοίας ὥρκισεν. ὁ δ’ ὅρκος ἦν τῶν δικαστῶν, περὶ μὲν ὧν νόμοι εἰσί, κατὰ τοὺς νόμους ψηφιεῖσθαι, περὶ δὲ ὧν μὴ εἰσί, γνώμῃ τῇ δικαιοτάτῃ· ὀμοσάντων δὲ καὶ τῶν δικαζομένων, τὸ πᾶν ἐκαλεῖτο</w:t>
      </w:r>
    </w:p>
    <w:p>
      <w:r>
        <w:rPr>
          <w:rFonts w:ascii="Courier New" w:hAnsi="Courier New"/>
          <w:color w:val="555555"/>
          <w:sz w:val="20"/>
        </w:rPr>
        <w:t>[8 . 123]</w:t>
      </w:r>
    </w:p>
    <w:p>
      <w:r>
        <w:rPr>
          <w:rFonts w:ascii="Gentium Plus" w:hAnsi="Gentium Plus"/>
          <w:sz w:val="24"/>
        </w:rPr>
        <w:t>ἀμφιορκία. ἡ Ἡλιαία πεντακοσίων· εἰ δὲ χιλίων δέοι δικαστῶν, συνίστατο δύο δικαστήρια, εἰ δὲ πεντακοσίων καὶ χιλίων, τρία. ψήφους δ’ εἶχον χαλκᾶς δύο, τετρυπημένην καὶ ἀτρύπητον, καὶ κάδον, ᾧ κημὸς ἐπέκειτο, δι’ οὗ καθίετο ἡ ψῆφος. αὖθις δὲ δύο ἀμφορεῖς, ὁ μὲν χαλ‐</w:t>
      </w:r>
    </w:p>
    <w:p>
      <w:r>
        <w:rPr>
          <w:rFonts w:ascii="Courier New" w:hAnsi="Courier New"/>
          <w:color w:val="555555"/>
          <w:sz w:val="20"/>
        </w:rPr>
        <w:t>[5]</w:t>
      </w:r>
    </w:p>
    <w:p>
      <w:r>
        <w:rPr>
          <w:rFonts w:ascii="Gentium Plus" w:hAnsi="Gentium Plus"/>
          <w:sz w:val="24"/>
        </w:rPr>
        <w:t>κοῦς ὁ δὲ ξύλινος, ὁ μὲν κύριος ὁ δ’ ἄκυρος· τῷ δὲ χαλκῷ ἐπῆν ἐπίθημα μιᾷ ψήφῳ χώραν ἔχον ... οὗ ὕστερον μυστικῶς δικάζοντες ἦσαν ἐκ τῶν ἐπωπτευκότων. τὸ δὲ δικαστήριον περιεσχοινίζετο, τοῦ μὲν βασιλέως παραγγείλαντος, τῶν δὲ θεσμοθετῶν πληρούντων τὸ δι‐</w:t>
      </w:r>
    </w:p>
    <w:p>
      <w:r>
        <w:rPr>
          <w:rFonts w:ascii="Courier New" w:hAnsi="Courier New"/>
          <w:color w:val="555555"/>
          <w:sz w:val="20"/>
        </w:rPr>
        <w:t>[8 . 124]</w:t>
      </w:r>
    </w:p>
    <w:p>
      <w:r>
        <w:rPr>
          <w:rFonts w:ascii="Gentium Plus" w:hAnsi="Gentium Plus"/>
          <w:sz w:val="24"/>
        </w:rPr>
        <w:t>καστήριον. τὸ δὲ περισχοίνισμα ἀπὸ πεντήκοντα ποδῶν ἐγίνετο· καὶ οἱ ὑπηρέται ὑφειστήκεισαν, ὅπως μηδεὶς ἀνεπόπτευτος προσίῃ. αἱ μὲν οὖν τῶν δικαστηρίων θύραι κιγκλίδες ἐκαλοῦντο, ἃς οἱ Ῥωμαῖοι καγκελλωτὰς λέγουσιν· ἀνίστατο δὲ τὰ δικαστήρια, εἰ γένοιτο διοση‐</w:t>
      </w:r>
    </w:p>
    <w:p>
      <w:r>
        <w:rPr>
          <w:rFonts w:ascii="Courier New" w:hAnsi="Courier New"/>
          <w:color w:val="555555"/>
          <w:sz w:val="20"/>
        </w:rPr>
        <w:t>[5]</w:t>
      </w:r>
    </w:p>
    <w:p>
      <w:r>
        <w:rPr>
          <w:rFonts w:ascii="Gentium Plus" w:hAnsi="Gentium Plus"/>
          <w:sz w:val="24"/>
        </w:rPr>
        <w:t>μεῖα· ἐξηγηταὶ δ’ ἐκαλοῦντο οἱ τὰ περὶ τῶν διοσημειῶν καὶ τὰ τῶν ἄλλων ἱερῶν διδάσκοντες.</w:t>
      </w:r>
    </w:p>
    <w:p>
      <w:r>
        <w:rPr>
          <w:rFonts w:ascii="Courier New" w:hAnsi="Courier New"/>
          <w:color w:val="555555"/>
          <w:sz w:val="20"/>
        </w:rPr>
        <w:t>[8 . 125]</w:t>
      </w:r>
    </w:p>
    <w:p>
      <w:r>
        <w:rPr>
          <w:rFonts w:ascii="Gentium Plus" w:hAnsi="Gentium Plus"/>
          <w:sz w:val="24"/>
        </w:rPr>
        <w:t>ἐφέται τὸν μὲν ἀριθμὸν εἷς καὶ πεντήκοντα, Δράκων δ’ αὐτοὺς κατέστησεν ἀριστίνδην αἱρεθέντας· ἐδίκαζον δὲ τοῖς ἐφ’ αἵματι διωκο‐ μένοις ἐν τοῖς πέντε δικαστηρίοις. Σόλων δ’ αὐτοῖς προσκατέστησε τὴν ἐξ Ἀρείου πάγου βουλήν. κατὰ μικρὰ δὲ κατεγελάσθη τὸ τῶν</w:t>
      </w:r>
    </w:p>
    <w:p>
      <w:r>
        <w:rPr>
          <w:rFonts w:ascii="Courier New" w:hAnsi="Courier New"/>
          <w:color w:val="555555"/>
          <w:sz w:val="20"/>
        </w:rPr>
        <w:t>[5]</w:t>
      </w:r>
    </w:p>
    <w:p>
      <w:r>
        <w:rPr>
          <w:rFonts w:ascii="Gentium Plus" w:hAnsi="Gentium Plus"/>
          <w:sz w:val="24"/>
        </w:rPr>
        <w:t>ἐφετῶν δικαστήριον. δοκοῦσι δ’ ὠνομάσθαι, ὅτι πρότερον τοῦ βασι‐ λέως τοὺς ἐπ’ ἀκουσίῳ φόνῳ κρινομένους ἐξετάζοντος ὁ Δράκων τοῖς ἐφέταις παρέδωκε τὴν κρίσιν, ἐφέσιμον ἀπὸ τοῦ βασιλέως πε‐ ποιηκώς.</w:t>
      </w:r>
    </w:p>
    <w:p>
      <w:r>
        <w:rPr>
          <w:rFonts w:ascii="Courier New" w:hAnsi="Courier New"/>
          <w:color w:val="555555"/>
          <w:sz w:val="20"/>
        </w:rPr>
        <w:t>[8 . 126]</w:t>
      </w:r>
    </w:p>
    <w:p>
      <w:r>
        <w:rPr>
          <w:rFonts w:ascii="Gentium Plus" w:hAnsi="Gentium Plus"/>
          <w:sz w:val="24"/>
        </w:rPr>
        <w:t>οἱ δὲ ναυτοδίκαι, οὗτοι ἦσαν οἱ τὰς τῆς ξενίας δίκας εἰσ‐ άγοντες. ὑβριστοδίκαι δὲ ἐκαλοῦντο, εἴ τι χρὴ Κρατερῷ πιστεύειν τῷ τὰ ψηφίσματα συναγόντι, οἱ μὴ βουλόμενοι τὰς δίκας εἰσαγα‐ γεῖν· ἐπεπόλασε δὲ τὸ τοιοῦτον ἐν Σικελίᾳ.</w:t>
      </w:r>
    </w:p>
    <w:p>
      <w:r>
        <w:rPr>
          <w:rFonts w:ascii="Courier New" w:hAnsi="Courier New"/>
          <w:color w:val="555555"/>
          <w:sz w:val="20"/>
        </w:rPr>
        <w:t>[5]</w:t>
      </w:r>
    </w:p>
    <w:p>
      <w:r>
        <w:rPr>
          <w:rFonts w:ascii="Gentium Plus" w:hAnsi="Gentium Plus"/>
          <w:sz w:val="24"/>
        </w:rPr>
        <w:t>διαιτηταὶ δ’ ἐκ τῶν ὑπὲρ ἑξήκοντα ἔτη γεγονότων ἐκλη‐ ροῦντο, καὶ ἐπεκληροῦντο αὐτοῖς αἱ δίαιται, καὶ ἀτιμία ἀφώριστο τῷ μὴ διαιτήσαντι τὴν ἐπικληρωθεῖσαν δίαιταν. διῄτων δ’ ἐν ἱεροῖς. πάλαι δ’ οὐδεμία δίκη πρὶν ἐπὶ διαιτητὰς ἐλθεῖν εἰσήγετο. ἔλεγον</w:t>
      </w:r>
    </w:p>
    <w:p>
      <w:r>
        <w:rPr>
          <w:rFonts w:ascii="Courier New" w:hAnsi="Courier New"/>
          <w:color w:val="555555"/>
          <w:sz w:val="20"/>
        </w:rPr>
        <w:t>[8 . 127]</w:t>
      </w:r>
    </w:p>
    <w:p>
      <w:r>
        <w:rPr>
          <w:rFonts w:ascii="Gentium Plus" w:hAnsi="Gentium Plus"/>
          <w:sz w:val="24"/>
        </w:rPr>
        <w:t>δὲ ἐπιτρέψαι δίαιταν, καὶ ἡ δίαιτα ἐκαλεῖτο ἐπιτροπή. ἡ δ’ ἔφεσις αὐτῶν εἰ εἰς δικαστήριον γένοιτο, εἰς ἐχῖνον τὰς ψήφους ἐμβα‐ λόντες ἰδίᾳ ἑκατέρας τὰς τοῦ φεύγοντος καὶ διώκοντος κατεσημαί‐ νοντο. ἐλάμβανον δὲ οἱ διαιτηταὶ δραχμὴν παρὰ τοῦ κρίνοντος,</w:t>
      </w:r>
    </w:p>
    <w:p>
      <w:r>
        <w:rPr>
          <w:rFonts w:ascii="Courier New" w:hAnsi="Courier New"/>
          <w:color w:val="555555"/>
          <w:sz w:val="20"/>
        </w:rPr>
        <w:t>[5]</w:t>
      </w:r>
    </w:p>
    <w:p>
      <w:r>
        <w:rPr>
          <w:rFonts w:ascii="Gentium Plus" w:hAnsi="Gentium Plus"/>
          <w:sz w:val="24"/>
        </w:rPr>
        <w:t>τὴν καλουμένην παράστασιν, ἐγγράψαντος αὐτοῦ ἐν γραμματείῳ τὸ ἔγκλημα καὶ τὸ τίμημα καὶ παραθέντος δραχμήν· ἐλάμβανον δὲ καὶ ἑτέραν ὑπὲρ τῆς ἀντωμοσίας.</w:t>
      </w:r>
    </w:p>
    <w:p>
      <w:r>
        <w:rPr>
          <w:rFonts w:ascii="Courier New" w:hAnsi="Courier New"/>
          <w:color w:val="555555"/>
          <w:sz w:val="20"/>
        </w:rPr>
        <w:t>[8 . 128]</w:t>
      </w:r>
    </w:p>
    <w:p>
      <w:r>
        <w:rPr>
          <w:rFonts w:ascii="Gentium Plus" w:hAnsi="Gentium Plus"/>
          <w:sz w:val="24"/>
        </w:rPr>
        <w:t>δέλτοι χαλκαῖ, αἷς ἦσαν πάλαι ἐντετυπωμένοι οἱ νόμοι οἱ περὶ τῶν ἱερῶν καὶ τῶν πατρίων. κύρβεις δὲ τρίγωνοι σανίδες πυρα‐ μοειδεῖς, οἷς ἦσαν ἐγγεγραμμένοι οἱ νόμοι. ἄξονες δὲ τετράγωνοι χαλκοῖ ἦσαν, ἔχοντες τοὺς νόμους. ἀπέκειντο δὲ οἵ τε κύρβεις καὶ οἱ</w:t>
      </w:r>
    </w:p>
    <w:p>
      <w:r>
        <w:rPr>
          <w:rFonts w:ascii="Courier New" w:hAnsi="Courier New"/>
          <w:color w:val="555555"/>
          <w:sz w:val="20"/>
        </w:rPr>
        <w:t>[5]</w:t>
      </w:r>
    </w:p>
    <w:p>
      <w:r>
        <w:rPr>
          <w:rFonts w:ascii="Gentium Plus" w:hAnsi="Gentium Plus"/>
          <w:sz w:val="24"/>
        </w:rPr>
        <w:t>ἄξονες ἐν ἀκροπόλει πάλαι· αὖθις δ’ ἵνα πᾶσιν ἐξῇ ἐντυγχάνειν, εἰς τὸ πρυτανεῖον καὶ τὴν ἀγορὰν μετεκομίσθησαν· διὰ τοῦτο ἔλεγον τὸν κάτωθεν νόμον ἀντιτιθέντες πρὸς τὴν ἀκρόπολιν.</w:t>
      </w:r>
    </w:p>
    <w:p>
      <w:r>
        <w:rPr>
          <w:rFonts w:ascii="Courier New" w:hAnsi="Courier New"/>
          <w:color w:val="555555"/>
          <w:sz w:val="20"/>
        </w:rPr>
        <w:t>[8 . 129]</w:t>
      </w:r>
    </w:p>
    <w:p>
      <w:r>
        <w:rPr>
          <w:rFonts w:ascii="Gentium Plus" w:hAnsi="Gentium Plus"/>
          <w:sz w:val="24"/>
        </w:rPr>
        <w:t>ὀνόματα δ’ ἀπὸ διαιτητῶν διαιτητής δίαιτα, διαιτῆσαι διαι‐ τῶν ἐδιῄτησεν ἀπεδιῄτησεν διαιτήσασθαι, καταδεδιῃτημένοι ἀποδεδιῃτημένοι, συνδιαιτητής συνδιαιτήσας καταδιαιτησάμενος οἱονεὶ ἐν διαίτῃ κρατήσας, συνδιαιτῆσαι· τὸ γὰρ συνδιαιτηθῆναι καὶ</w:t>
      </w:r>
    </w:p>
    <w:p>
      <w:r>
        <w:rPr>
          <w:rFonts w:ascii="Courier New" w:hAnsi="Courier New"/>
          <w:color w:val="555555"/>
          <w:sz w:val="20"/>
        </w:rPr>
        <w:t>[5]</w:t>
      </w:r>
    </w:p>
    <w:p>
      <w:r>
        <w:rPr>
          <w:rFonts w:ascii="Gentium Plus" w:hAnsi="Gentium Plus"/>
          <w:sz w:val="24"/>
        </w:rPr>
        <w:t>διαίτημα καὶ ἐνδιαίτημα ἑτέρας ἐστὶ χρείας. Τιμήματα δ’ ἦν τέτταρα, πεντακοσιομεδίμνων ἱππέων ζευγι‐</w:t>
      </w:r>
    </w:p>
    <w:p>
      <w:r>
        <w:rPr>
          <w:rFonts w:ascii="Courier New" w:hAnsi="Courier New"/>
          <w:color w:val="555555"/>
          <w:sz w:val="20"/>
        </w:rPr>
        <w:t>[8 . 130]</w:t>
      </w:r>
    </w:p>
    <w:p>
      <w:r>
        <w:rPr>
          <w:rFonts w:ascii="Gentium Plus" w:hAnsi="Gentium Plus"/>
          <w:sz w:val="24"/>
        </w:rPr>
        <w:t>τῶν θητῶν. οἱ μὲν ἐκ τοῦ πεντακόσια μέτρα ξηρὰ καὶ ὑγρὰ ποιεῖν κληθέντες· ἀνήλισκον δ’ εἰς τὸ δημόσιον τάλαντον· οἱ δὲ τὴν ἱππάδα τελοῦντες ἐκ μὲν τοῦ δύνασθαι τρέφειν ἵππους κεκλῆσθαι δοκοῦσιν, ἐποίουν δὲ μέτρα τριακόσια, ἀνήλισκον δὲ ἡμιτάλαντον. οἱ δὲ τὸ</w:t>
      </w:r>
    </w:p>
    <w:p>
      <w:r>
        <w:rPr>
          <w:rFonts w:ascii="Courier New" w:hAnsi="Courier New"/>
          <w:color w:val="555555"/>
          <w:sz w:val="20"/>
        </w:rPr>
        <w:t>[5]</w:t>
      </w:r>
    </w:p>
    <w:p>
      <w:r>
        <w:rPr>
          <w:rFonts w:ascii="Gentium Plus" w:hAnsi="Gentium Plus"/>
          <w:sz w:val="24"/>
        </w:rPr>
        <w:t>ζευγήσιον τελοῦντες ἀπὸ διακοσίων μέτρων κατελέγοντο, ἀνήλισκον</w:t>
      </w:r>
    </w:p>
    <w:p>
      <w:r>
        <w:rPr>
          <w:rFonts w:ascii="Courier New" w:hAnsi="Courier New"/>
          <w:color w:val="555555"/>
          <w:sz w:val="20"/>
        </w:rPr>
        <w:t>[8 . 131]</w:t>
      </w:r>
    </w:p>
    <w:p>
      <w:r>
        <w:rPr>
          <w:rFonts w:ascii="Gentium Plus" w:hAnsi="Gentium Plus"/>
          <w:sz w:val="24"/>
        </w:rPr>
        <w:t>λισκον οὐδέν. Ἀνθεμίων δὲ ὁ Διφίλου καλλωπίζεται δι’ ἐπιγράμ‐ ματος ὅτι ἀπὸ τοῦ θητικοῦ τέλους εἰς τὴν ἱππάδα μετέστη, καὶ εἰκὼν ἔστιν ἐν ἀκροπόλει ἵππος ἀνδρὶ παρεστηκώς· καὶ τὸ ἐπίγραμμα Διφίλου Ἀνθεμίων τόνδ’ ἵππον ἀνέθηκεν θεοῖς,</w:t>
      </w:r>
    </w:p>
    <w:p>
      <w:r>
        <w:rPr>
          <w:rFonts w:ascii="Courier New" w:hAnsi="Courier New"/>
          <w:color w:val="555555"/>
          <w:sz w:val="20"/>
        </w:rPr>
        <w:t>[5]</w:t>
      </w:r>
    </w:p>
    <w:p>
      <w:r>
        <w:rPr>
          <w:rFonts w:ascii="Gentium Plus" w:hAnsi="Gentium Plus"/>
          <w:sz w:val="24"/>
        </w:rPr>
        <w:t>θητικοῦ ἀντὶ τέλους ἱππάδ’ ἀμειψάμενος. Οἱ μέντοι πρὸ τῶν δικαστηρίων καὶ τῶν ἄλλων συνόδων οἱ δημόσιοι ὑπηρέται, οἷς ἐπέταττον ἀνείργειν τοὺς ἀκοσμοῦντας καὶ</w:t>
      </w:r>
    </w:p>
    <w:p>
      <w:r>
        <w:rPr>
          <w:rFonts w:ascii="Courier New" w:hAnsi="Courier New"/>
          <w:color w:val="555555"/>
          <w:sz w:val="20"/>
        </w:rPr>
        <w:t>[8 . 132]</w:t>
      </w:r>
    </w:p>
    <w:p>
      <w:r>
        <w:rPr>
          <w:rFonts w:ascii="Gentium Plus" w:hAnsi="Gentium Plus"/>
          <w:sz w:val="24"/>
        </w:rPr>
        <w:t>τοὺς ἃ μὴ δεῖ λέγοντας ἐξαιρεῖν, καὶ Σκύθαι ἐκαλοῦντο καὶ τοξόται καὶ σπευσίνιοι, ἀπὸ τοῦ πρώτου συντάξαντος τὴν περὶ αὐτοὺς ὑπη‐ ρεσίαν. Τέλη δ’ ἦν τὰ παρὰ τοῖς πεντηκοστολόγοις ἢ ἐλλιμενισταῖς·</w:t>
      </w:r>
    </w:p>
    <w:p>
      <w:r>
        <w:rPr>
          <w:rFonts w:ascii="Courier New" w:hAnsi="Courier New"/>
          <w:color w:val="555555"/>
          <w:sz w:val="20"/>
        </w:rPr>
        <w:t>[5]</w:t>
      </w:r>
    </w:p>
    <w:p>
      <w:r>
        <w:rPr>
          <w:rFonts w:ascii="Gentium Plus" w:hAnsi="Gentium Plus"/>
          <w:sz w:val="24"/>
        </w:rPr>
        <w:t>ταῦτα δ’ ἐκαλεῖτο ἐλλιμένια καὶ ἐμπορικά. καὶ δεκατευτήρια δέ ποτε κατέστησαν, καὶ δεκάτη τὸ τέλος ἦν. καὶ ζευγήσιόν τι τέλος οἱ ζευγοτροφοῦντες ἐτέλουν. Ἐνεκλησίαζον δὲ πάλαι μὲν ἐν τῇ Πυκνί· Πνὺξ δὲ ἦν χωρίον πρὸς τῇ ἀκροπόλει, κατεσκευασμένον κατὰ τὴν παλαιὰν ἁπλό‐</w:t>
      </w:r>
    </w:p>
    <w:p>
      <w:r>
        <w:rPr>
          <w:rFonts w:ascii="Courier New" w:hAnsi="Courier New"/>
          <w:color w:val="555555"/>
          <w:sz w:val="20"/>
        </w:rPr>
        <w:t>[8 . 133]</w:t>
      </w:r>
    </w:p>
    <w:p>
      <w:r>
        <w:rPr>
          <w:rFonts w:ascii="Gentium Plus" w:hAnsi="Gentium Plus"/>
          <w:sz w:val="24"/>
        </w:rPr>
        <w:t>τητα, οὐκ εἰς θεάτρου πολυπραγμοσύνην. αὖθις δὲ τὰ μὲν ἄλλα ἐν τῷ Διονυσιακῷ θεάτρῳ, μόνας δὲ τὰς ἀρχαιρεσίας ἐν τῇ Πυκνί, ἀφ’ ἧς τὸν τοῦ δήμου θόρυβον πυκνίτην φασὶν οἱ κωμικοί. ἐκάλουν δὲ τὴν προεδρίαν καὶ πρῶτον ξύλον, καὶ μάλιστα ἐν τῷ δικαστηρίῳ</w:t>
      </w:r>
    </w:p>
    <w:p>
      <w:r>
        <w:rPr>
          <w:rFonts w:ascii="Courier New" w:hAnsi="Courier New"/>
          <w:color w:val="555555"/>
          <w:sz w:val="20"/>
        </w:rPr>
        <w:t>[5]</w:t>
      </w:r>
    </w:p>
    <w:p>
      <w:r>
        <w:rPr>
          <w:rFonts w:ascii="Gentium Plus" w:hAnsi="Gentium Plus"/>
          <w:sz w:val="24"/>
        </w:rPr>
        <w:t>τὴν πρώτην καθέδραν. τὰ δ’ ὑποστορνύμενα τοῖς δικασταῖς ἐπὶ τῶν ἑδρῶν ψιάθια ἰδίως ὠνομάζετο. Ἀνδροφόνος, φονεύς, σφαγεύς, φαρμακεύς, φονῶν φονικός, μιαιφόνος· ἔκτεινεν, ἀνεῖλεν, ἐφόνευσεν, ἀπέσφαξεν, ἐδολοφόνησεν,</w:t>
      </w:r>
    </w:p>
    <w:p>
      <w:r>
        <w:rPr>
          <w:rFonts w:ascii="Courier New" w:hAnsi="Courier New"/>
          <w:color w:val="555555"/>
          <w:sz w:val="20"/>
        </w:rPr>
        <w:t>[8 . 134]</w:t>
      </w:r>
    </w:p>
    <w:p>
      <w:r>
        <w:rPr>
          <w:rFonts w:ascii="Gentium Plus" w:hAnsi="Gentium Plus"/>
          <w:sz w:val="24"/>
        </w:rPr>
        <w:t>ἐμιαιφόνησεν. ἐπὶ δὲ τούτου ἐναγής, μιαρός, παμμίαρος, αἵματι προσ‐ εχόμενος, αἵματος μεστός. τὸ δὲ πρᾶγμα φόνος, ἀναίρεσις, μιαιφονία, σφαγή. Εἴη δ’ ἂν ἐκ τῶν περὶ τὰ δικαστήρια κοινωνοί, κοινωνία, κοι‐</w:t>
      </w:r>
    </w:p>
    <w:p>
      <w:r>
        <w:rPr>
          <w:rFonts w:ascii="Courier New" w:hAnsi="Courier New"/>
          <w:color w:val="555555"/>
          <w:sz w:val="20"/>
        </w:rPr>
        <w:t>[5]</w:t>
      </w:r>
    </w:p>
    <w:p>
      <w:r>
        <w:rPr>
          <w:rFonts w:ascii="Gentium Plus" w:hAnsi="Gentium Plus"/>
          <w:sz w:val="24"/>
        </w:rPr>
        <w:t>νωνικὰ χρήματα παρὰ Δημοσθένει (XIV 16)· οἱ γὰρ κοινῶνες Ξενο‐ φῶντος (Cyrop VII 5, 35. VIII 1) ἴδιον. καὶ ἀνέμητα χρήματα, καὶ</w:t>
      </w:r>
    </w:p>
    <w:p>
      <w:r>
        <w:rPr>
          <w:rFonts w:ascii="Courier New" w:hAnsi="Courier New"/>
          <w:color w:val="555555"/>
          <w:sz w:val="20"/>
        </w:rPr>
        <w:t>[8 . 135]</w:t>
      </w:r>
    </w:p>
    <w:p>
      <w:r>
        <w:rPr>
          <w:rFonts w:ascii="Gentium Plus" w:hAnsi="Gentium Plus"/>
          <w:sz w:val="24"/>
        </w:rPr>
        <w:t>κοινά ἐπίκοινα, οὐ διῃρημένα· τὰ γὰρ ἀδιαίρετα εὐτελέστερον. καὶ τὸ ῥῆμα κοινωνῆσαι, καὶ κοινῶσαι τὰ χρήματα, μίξασθαι τὴν οὐσίαν, συνάψασθαι τὸν πλοῦτον, συνερανίσαι, συναγαγεῖν, ἀθροίσασθαι, συν‐ ενεγκεῖν εἰς ταὐτὸ τὴν οὐσίαν, συστήσασθαι, συμβαλεῖν καὶ κοινῇ</w:t>
      </w:r>
    </w:p>
    <w:p>
      <w:r>
        <w:rPr>
          <w:rFonts w:ascii="Courier New" w:hAnsi="Courier New"/>
          <w:color w:val="555555"/>
          <w:sz w:val="20"/>
        </w:rPr>
        <w:t>[5]</w:t>
      </w:r>
    </w:p>
    <w:p>
      <w:r>
        <w:rPr>
          <w:rFonts w:ascii="Gentium Plus" w:hAnsi="Gentium Plus"/>
          <w:sz w:val="24"/>
        </w:rPr>
        <w:t>κοινῶς, κοινωνικῶς, κοινωνικὸς ἀνὴρ καὶ ἀξιοκοινώνητος καὶ ἀκοινώνητος. τὰ δὲ ἐναντία διελέσθαι, διακληρώσασθαι, δια‐ λαχεῖν, δάσασθαι, νείμασθαι, τὸ γὰρ ἀνανείμασθαι ἑτέρας χρείας,</w:t>
      </w:r>
    </w:p>
    <w:p>
      <w:r>
        <w:rPr>
          <w:rFonts w:ascii="Courier New" w:hAnsi="Courier New"/>
          <w:color w:val="555555"/>
          <w:sz w:val="20"/>
        </w:rPr>
        <w:t>[8 . 136]</w:t>
      </w:r>
    </w:p>
    <w:p>
      <w:r>
        <w:rPr>
          <w:rFonts w:ascii="Gentium Plus" w:hAnsi="Gentium Plus"/>
          <w:sz w:val="24"/>
        </w:rPr>
        <w:t>καὶ τὸ μερίσασθαι εὐτελέστερον, τὸ δὲ μοιρολογχεῖν τραγικώτερον. καὶ νέμησις οὐσίας, διαίρεσις, διακλήρωσις· ὁ γὰρ διαμερισμὸς ὑπόφαυλον καὶ ἡ δάτησις ὑπομόχθηρον, βέλτιον δ’ ὁ δασμός. καὶ οἱ διανεμό‐ μενοι νεμηταὶ καὶ μερῖται καὶ μοιρόλογχοι, οἱ δὲ διανέμοντες δατη‐</w:t>
      </w:r>
    </w:p>
    <w:p>
      <w:r>
        <w:rPr>
          <w:rFonts w:ascii="Courier New" w:hAnsi="Courier New"/>
          <w:color w:val="555555"/>
          <w:sz w:val="20"/>
        </w:rPr>
        <w:t>[5]</w:t>
      </w:r>
    </w:p>
    <w:p>
      <w:r>
        <w:rPr>
          <w:rFonts w:ascii="Gentium Plus" w:hAnsi="Gentium Plus"/>
          <w:sz w:val="24"/>
        </w:rPr>
        <w:t>ταί· καὶ εἰς δατητῶν αἵρεσιν ἔλεγον οἱ ῥήτορες. ὡς ἐπὶ τὸ πλεῖστον δὲ οἱ μοιρόλογχοι καὶ τὸ μοιρολογχεῖν ἐλέγετο ἐπὶ τῶν μετεχόντων κακουργήματος. ἐγγὺς δὲ τούτων κληροῦχοι, κληρουχοῦντες κατα‐ κληρουχοῦντες, κατανεμόμενοι, κατὰ κλήρους νεμόμενοι καὶ τὸ πρᾶγμα κληρουχία, καὶ τὸ ῥῆμα κληρουχεῖν κατακληρουχεῖν, καὶ</w:t>
      </w:r>
    </w:p>
    <w:p>
      <w:r>
        <w:rPr>
          <w:rFonts w:ascii="Courier New" w:hAnsi="Courier New"/>
          <w:color w:val="555555"/>
          <w:sz w:val="20"/>
        </w:rPr>
        <w:t>[10]</w:t>
      </w:r>
    </w:p>
    <w:p>
      <w:r>
        <w:rPr>
          <w:rFonts w:ascii="Gentium Plus" w:hAnsi="Gentium Plus"/>
          <w:sz w:val="24"/>
        </w:rPr>
        <w:t>κληρουχικὰ χρήματα ὡς Δημοσθένης (XIV 16).</w:t>
      </w:r>
    </w:p>
    <w:p>
      <w:r>
        <w:rPr>
          <w:rFonts w:ascii="Courier New" w:hAnsi="Courier New"/>
          <w:color w:val="555555"/>
          <w:sz w:val="20"/>
        </w:rPr>
        <w:t>[8 . 137]</w:t>
      </w:r>
    </w:p>
    <w:p>
      <w:r>
        <w:rPr>
          <w:rFonts w:ascii="Gentium Plus" w:hAnsi="Gentium Plus"/>
          <w:sz w:val="24"/>
        </w:rPr>
        <w:t>Πρέσβεις πρεσβευταί, πρεσβεία πρέσβευσις, πρεσβεῦσαι, διαπρεσ‐ βεύσασθαι, ἐπιπρεσβεῦσαι, διαπρεσβεῦσαι, παραπρεσβεῦσαι, ἐπιπρεσ‐ βεύσασθαι, παραπρεσβεύσασθαι, ᾧ μᾶλλον κέχρηται Δημοσθένης (XXIV 127) καὶ Πλάτων (Lg 941 A)· παραπρεσβείας δ’ ἦν κατ’ αὐτῶν ἡ</w:t>
      </w:r>
    </w:p>
    <w:p>
      <w:r>
        <w:rPr>
          <w:rFonts w:ascii="Courier New" w:hAnsi="Courier New"/>
          <w:color w:val="555555"/>
          <w:sz w:val="20"/>
        </w:rPr>
        <w:t>[5]</w:t>
      </w:r>
    </w:p>
    <w:p>
      <w:r>
        <w:rPr>
          <w:rFonts w:ascii="Gentium Plus" w:hAnsi="Gentium Plus"/>
          <w:sz w:val="24"/>
        </w:rPr>
        <w:t>δίκη. ὁ δὲ πρεσβευτὴς εἴη ἂν καὶ ἄγγελος διάκονος· ἑτέρας δὲ χρείας</w:t>
      </w:r>
    </w:p>
    <w:p>
      <w:r>
        <w:rPr>
          <w:rFonts w:ascii="Courier New" w:hAnsi="Courier New"/>
          <w:color w:val="555555"/>
          <w:sz w:val="20"/>
        </w:rPr>
        <w:t>[8 . 138]</w:t>
      </w:r>
    </w:p>
    <w:p>
      <w:r>
        <w:rPr>
          <w:rFonts w:ascii="Gentium Plus" w:hAnsi="Gentium Plus"/>
          <w:sz w:val="24"/>
        </w:rPr>
        <w:t>κῆρυξ καὶ σπονδοφόρος. τὸ δὲ κηρύκειον φόρημα ἦν τῶν πρέσ‐ βεων, καὶ εἰς τὸ πρυτανεῖον ἐπὶ ξένια ἐκαλοῦντο εἴποι δ’ ἄν τις τοὺς πρέσβεις ὑπαλλάττων τὴν πρεσβείαν· ὅθεν εἴρηται τὸ κήρυκι καὶ πρεσβείᾳ χρηματίζειν. καὶ τὰ ῥήματα πρεσβεῦσαι, διακονή‐</w:t>
      </w:r>
    </w:p>
    <w:p>
      <w:r>
        <w:rPr>
          <w:rFonts w:ascii="Courier New" w:hAnsi="Courier New"/>
          <w:color w:val="555555"/>
          <w:sz w:val="20"/>
        </w:rPr>
        <w:t>[5]</w:t>
      </w:r>
    </w:p>
    <w:p>
      <w:r>
        <w:rPr>
          <w:rFonts w:ascii="Gentium Plus" w:hAnsi="Gentium Plus"/>
          <w:sz w:val="24"/>
        </w:rPr>
        <w:t>σασθαι, ἀποπρεσβεύσασθαι, ἀντιπρεσβεῦσαι. ἀπὸ δὲ κηρύκων κη‐ ρῦξαι ἐρεῖς καὶ ἀποκηρῦξαι καὶ ἐπικηρῦξαι καὶ προκηρῦξαι, ἀνακηρῦξαι, ἀνειπεῖν καὶ ἀναγορεῦσαι, ἐπικηρυκεύσασθαι διακηρυκεύ‐</w:t>
      </w:r>
    </w:p>
    <w:p>
      <w:r>
        <w:rPr>
          <w:rFonts w:ascii="Courier New" w:hAnsi="Courier New"/>
          <w:color w:val="555555"/>
          <w:sz w:val="20"/>
        </w:rPr>
        <w:t>[8 . 139]</w:t>
      </w:r>
    </w:p>
    <w:p>
      <w:r>
        <w:rPr>
          <w:rFonts w:ascii="Gentium Plus" w:hAnsi="Gentium Plus"/>
          <w:sz w:val="24"/>
        </w:rPr>
        <w:t>σασθαι ἐκεχειρίαν ἀπαγγεῖλαι. καὶ τὸ πρᾶγμα κήρυγμα κηρυκεία ἐπικηρυκεία, καὶ τὸ ἐναντίον ἀκήρυκτοι πόλεμοι καὶ ἀκηρυκτὶ ἐπιόντες. ἄσυλοι δ’ ἦσαν, καὶ ἐξῆν αὐτοῖς πανταχόσε ἀδεῶς ἰέναι. ἀσυλία καὶ ἀσπονδία· σπονδοφορῆσαι, καὶ σπονδὰς ὑπενεγκεῖν, σπείσασθαι,</w:t>
      </w:r>
    </w:p>
    <w:p>
      <w:r>
        <w:rPr>
          <w:rFonts w:ascii="Courier New" w:hAnsi="Courier New"/>
          <w:color w:val="555555"/>
          <w:sz w:val="20"/>
        </w:rPr>
        <w:t>[5]</w:t>
      </w:r>
    </w:p>
    <w:p>
      <w:r>
        <w:rPr>
          <w:rFonts w:ascii="Gentium Plus" w:hAnsi="Gentium Plus"/>
          <w:sz w:val="24"/>
        </w:rPr>
        <w:t>σπονδὰς αἰτῆσαι· ἔνσπονδοι, ὑπόσπονδοι. χρυσῷ στεφάνῳ στεφανωθῆναι, θαλλῷ, ἀναγορευθῆναι, ἀνακη‐ ρυχθῆναι ἀναγγελθῆναι· καὶ τὰ πράγματα ἀναγόρευσις, ἀνακήρυξις,</w:t>
      </w:r>
    </w:p>
    <w:p>
      <w:r>
        <w:rPr>
          <w:rFonts w:ascii="Courier New" w:hAnsi="Courier New"/>
          <w:color w:val="555555"/>
          <w:sz w:val="20"/>
        </w:rPr>
        <w:t>[8 . 140]</w:t>
      </w:r>
    </w:p>
    <w:p>
      <w:r>
        <w:rPr>
          <w:rFonts w:ascii="Gentium Plus" w:hAnsi="Gentium Plus"/>
          <w:sz w:val="24"/>
        </w:rPr>
        <w:t>ἀνάρρησις, ἀναγγελία καὶ μὴν καὶ αἱ λοιπαὶ τιμαί, δωρεαί, γέρα, προτιμήσεις, χάριτες, σιτήσεις, σιτηρέσιον, σύσσιτον εἶναι, πορφύρα, προεδρία, χαλκοῦν ἑστάναι, ἀτέλεια, χρήματα, τοῖς δὲ ξένοις καὶ πολιτεία.</w:t>
      </w:r>
    </w:p>
    <w:p>
      <w:r>
        <w:rPr>
          <w:rFonts w:ascii="Courier New" w:hAnsi="Courier New"/>
          <w:color w:val="555555"/>
          <w:sz w:val="20"/>
        </w:rPr>
        <w:t>[5]</w:t>
      </w:r>
    </w:p>
    <w:p>
      <w:r>
        <w:rPr>
          <w:rFonts w:ascii="Gentium Plus" w:hAnsi="Gentium Plus"/>
          <w:sz w:val="24"/>
        </w:rPr>
        <w:t>Συγγραφή, συνάλλαγμα, συμβόλαιον, γραμματεῖον, συνθήκη, ἔγγραφος, ὁμολογία ἔγγραφος. ἀπὸ δὲ τῆς συγγραφῆς τὸ συνεγρά‐ ψατο, καὶ κατὰ συγγραφὴν ἐπόρνευσεν, καὶ ναυτικὴ συγγραφή· καὶ παρασυγγραφὴ παρὰ Δημοσθένει (LVI 28. 34) τὸ ἔξω τι ποιῆσαι τῶν ἐν τῇ συγγραφῇ συμβαθέντων. ἀπὸ δὲ συναλλάγματος συν‐</w:t>
      </w:r>
    </w:p>
    <w:p>
      <w:r>
        <w:rPr>
          <w:rFonts w:ascii="Courier New" w:hAnsi="Courier New"/>
          <w:color w:val="555555"/>
          <w:sz w:val="20"/>
        </w:rPr>
        <w:t>[10]</w:t>
      </w:r>
    </w:p>
    <w:p>
      <w:r>
        <w:rPr>
          <w:rFonts w:ascii="Gentium Plus" w:hAnsi="Gentium Plus"/>
          <w:sz w:val="24"/>
        </w:rPr>
        <w:t>αλλάσσειν, ὥσπερ ἀπὸ συμβολαίου συμβαλεῖν συμβαλόντες. καὶ συμ‐ βόλαιον συμβεβλημένον ἤδη λέγουσι, καὶ ἔχθρας συμβόλαιον καὶ χαρᾶς συμβόλαιον καὶ φιλίας συμβόλαιον.</w:t>
      </w:r>
    </w:p>
    <w:p>
      <w:r>
        <w:rPr>
          <w:rFonts w:ascii="Courier New" w:hAnsi="Courier New"/>
          <w:color w:val="555555"/>
          <w:sz w:val="20"/>
        </w:rPr>
        <w:t>[8 . 141]</w:t>
      </w:r>
    </w:p>
    <w:p>
      <w:r>
        <w:rPr>
          <w:rFonts w:ascii="Gentium Plus" w:hAnsi="Gentium Plus"/>
          <w:sz w:val="24"/>
        </w:rPr>
        <w:t>δάνεισμα, χρεωφείλημα, ἔγγυον ναυτικόν, κατ’ ἐκδόσεις, ἑτερόπλουν ἀμφοτερόπλουν, ἐπικίνδυνον, ἐπίτοκον ἄτοκον. Παρισχοινίσαι τὰ ἱερὰ ἔλεγον ἐν ταῖς ἀποφράσι τὸ παρα‐ φράξαι, οἷον Πλυντηρίοις καὶ ταῖς τοιαύταις ἡμέραις· περισχοι‐</w:t>
      </w:r>
    </w:p>
    <w:p>
      <w:r>
        <w:rPr>
          <w:rFonts w:ascii="Courier New" w:hAnsi="Courier New"/>
          <w:color w:val="555555"/>
          <w:sz w:val="20"/>
        </w:rPr>
        <w:t>[5]</w:t>
      </w:r>
    </w:p>
    <w:p>
      <w:r>
        <w:rPr>
          <w:rFonts w:ascii="Gentium Plus" w:hAnsi="Gentium Plus"/>
          <w:sz w:val="24"/>
        </w:rPr>
        <w:t>νίσαι δὲ τὸ δικαστήριον, ὁπότε περὶ μυστικῶν δικάζοιεν, ἵνα μὴ προσίῃ μηδεὶς ἀνεπόπτευτος ὤν.</w:t>
      </w:r>
    </w:p>
    <w:p>
      <w:r>
        <w:rPr>
          <w:rFonts w:ascii="Courier New" w:hAnsi="Courier New"/>
          <w:color w:val="555555"/>
          <w:sz w:val="20"/>
        </w:rPr>
        <w:t>[8 . 142]</w:t>
      </w:r>
    </w:p>
    <w:p>
      <w:r>
        <w:rPr>
          <w:rFonts w:ascii="Gentium Plus" w:hAnsi="Gentium Plus"/>
          <w:sz w:val="24"/>
        </w:rPr>
        <w:t>τρεῖς θεοὺς ὀμνύναι κελεύει Σόλων, ἱκέσιον καθάρσιον ἐξακεσ‐</w:t>
      </w:r>
    </w:p>
    <w:p>
      <w:r>
        <w:rPr>
          <w:rFonts w:ascii="Courier New" w:hAnsi="Courier New"/>
          <w:color w:val="555555"/>
          <w:sz w:val="20"/>
        </w:rPr>
        <w:t>[5]</w:t>
      </w:r>
    </w:p>
    <w:p>
      <w:r>
        <w:rPr>
          <w:rFonts w:ascii="Gentium Plus" w:hAnsi="Gentium Plus"/>
          <w:sz w:val="24"/>
        </w:rPr>
        <w:t>ἤδη δὲ καὶ πρὸς τὰς μισθώσεις. καὶ τὸ ῥῆμα ἀποτιμήσασθαι. θεῖναι μὲν οἰκίαν ἐστὶ τὸ δοῦναι εἰς ὑποθήκην, θέσθαι δὲ τὸ λαβεῖν εἰς ὑποθήκην· καὶ τὸ μὲν ἔθηκεν τὸ δ’ ἔθετο, καὶ ὁμοίως ὑπέθηκε καὶ ὑπέθετο. Ὑπερείδης δὲ ἐν τῷ πρὸς Χάρητα (fg 193 Bl) ἔφη ἀποδόμενος ἀντὶ τοῦ ὑποθείς.</w:t>
      </w:r>
    </w:p>
    <w:p>
      <w:r>
        <w:rPr>
          <w:rFonts w:ascii="Courier New" w:hAnsi="Courier New"/>
          <w:color w:val="555555"/>
          <w:sz w:val="20"/>
        </w:rPr>
        <w:t>[8 . 143]</w:t>
      </w:r>
    </w:p>
    <w:p>
      <w:r>
        <w:rPr>
          <w:rFonts w:ascii="Gentium Plus" w:hAnsi="Gentium Plus"/>
          <w:sz w:val="24"/>
        </w:rPr>
        <w:t>δίκαι δ’ ἦσαν καὶ καθυφέσεως, καὶ ἔστιν εἰπεῖν καθυφῆκε καθυφήκατο, προύδωκεν ἐνέδωκεν, καταπροήκατο τὴν κατηγορίαν, κατεχαρίσατο, ἀπέδοτο, ἐξέδωκεν, ἀνείλετο τὴν γραφήν, διεγράφη διεγράψατο, ἐξέλιπε τὸν ἀγῶνα οὐκ ἐπεξελθών, ἐγκατέλιπεν, ἀπέστη</w:t>
      </w:r>
    </w:p>
    <w:p>
      <w:r>
        <w:rPr>
          <w:rFonts w:ascii="Courier New" w:hAnsi="Courier New"/>
          <w:color w:val="555555"/>
          <w:sz w:val="20"/>
        </w:rPr>
        <w:t>[5]</w:t>
      </w:r>
    </w:p>
    <w:p>
      <w:r>
        <w:rPr>
          <w:rFonts w:ascii="Gentium Plus" w:hAnsi="Gentium Plus"/>
          <w:sz w:val="24"/>
        </w:rPr>
        <w:t>ἐξέστη, κατὰ συνθήκας εἶπεν, ἐθελοκακῶν, ὑποχωρῶν, κατακλινόμενος, καὶ ὡς Ὑπερείδης κατηγόρησεν ἐνδόσιμα (fg 241 Bl) καὶ Δη‐ μοσθένησ(?) ὡσαύτως.</w:t>
      </w:r>
    </w:p>
    <w:p>
      <w:r>
        <w:rPr>
          <w:rFonts w:ascii="Courier New" w:hAnsi="Courier New"/>
          <w:color w:val="555555"/>
          <w:sz w:val="20"/>
        </w:rPr>
        <w:t>[8 . 144]</w:t>
      </w:r>
    </w:p>
    <w:p>
      <w:r>
        <w:rPr>
          <w:rFonts w:ascii="Gentium Plus" w:hAnsi="Gentium Plus"/>
          <w:sz w:val="24"/>
        </w:rPr>
        <w:t>ἔρανοι, ἐρανισταί, κοινὸν ἐρανιστῶν, ἐρανικαὶ δίκαι, ἐρανικὸς νόμος, ἐράνου φορά, ἐράνου καταβολή· κατενεγκεῖν τὸν ἔρανον, πληρώσασθαι τὸν ἔρανον, ἐκλιπεῖν τὴν φοράν. ἐοίκοιεν δ’ ἂν τοῖς ἐρανισταῖς καὶ οἱ συμμορῖται, καὶ συμμορία καὶ τὸ παρ’ Ὑπερείδῃ</w:t>
      </w:r>
    </w:p>
    <w:p>
      <w:r>
        <w:rPr>
          <w:rFonts w:ascii="Courier New" w:hAnsi="Courier New"/>
          <w:color w:val="555555"/>
          <w:sz w:val="20"/>
        </w:rPr>
        <w:t>[5]</w:t>
      </w:r>
    </w:p>
    <w:p>
      <w:r>
        <w:rPr>
          <w:rFonts w:ascii="Gentium Plus" w:hAnsi="Gentium Plus"/>
          <w:sz w:val="24"/>
        </w:rPr>
        <w:t>(fg 149 Bl) μετοικικῆς συμμορίας ταμίας. Βουλὴ συνεκάθισε, συνῆλθε, συνέστη, συνελέγη, συνετάχθη, ἠθροίσθη συνήδρευσεν προήδρευσεν, ἐχρημάτισεν, ἐβούλευσεν προ‐</w:t>
      </w:r>
    </w:p>
    <w:p>
      <w:r>
        <w:rPr>
          <w:rFonts w:ascii="Courier New" w:hAnsi="Courier New"/>
          <w:color w:val="555555"/>
          <w:sz w:val="20"/>
        </w:rPr>
        <w:t>[8 . 145]</w:t>
      </w:r>
    </w:p>
    <w:p>
      <w:r>
        <w:rPr>
          <w:rFonts w:ascii="Gentium Plus" w:hAnsi="Gentium Plus"/>
          <w:sz w:val="24"/>
        </w:rPr>
        <w:t>εβούλευσεν, βουλῆς ἦν ἕδρα, συναγηγερμένοι ἦσαν οἱ βουλευταί, εἰς ταὐτὸν ἦλθον, ἐπληρώθη τὸ βουλευτήριον, μεστὸν ἦν. ταῦτα καὶ περὶ δήμου ἄν τις εἴποι καὶ δικαστῶν. Δημεῦσαι οὐσίαν, ἀπογράψαι, δημοσίᾳ ἀπογραφῆναι δη‐</w:t>
      </w:r>
    </w:p>
    <w:p>
      <w:r>
        <w:rPr>
          <w:rFonts w:ascii="Courier New" w:hAnsi="Courier New"/>
          <w:color w:val="555555"/>
          <w:sz w:val="20"/>
        </w:rPr>
        <w:t>[5]</w:t>
      </w:r>
    </w:p>
    <w:p>
      <w:r>
        <w:rPr>
          <w:rFonts w:ascii="Gentium Plus" w:hAnsi="Gentium Plus"/>
          <w:sz w:val="24"/>
        </w:rPr>
        <w:t>μοσίαν ἀποφῆναι. ἀποστῆναι τῆς οὐσίας, ἐκστῆναι, παραστῆ‐ ναι παραχωρῆσαι τῶν χρημάτων, τῶν ὄντων, τῶν ὑπαρχόν‐ των, τοῦ κλήρου, τῶν πατρῴων, τῆς κτήσεως, τῆς περιουσίας, τῶν περιόντων ἁπάντων· ἄκληρον γενέσθαι τῶν πατρῴων.</w:t>
      </w:r>
    </w:p>
    <w:p>
      <w:r>
        <w:rPr>
          <w:rFonts w:ascii="Courier New" w:hAnsi="Courier New"/>
          <w:color w:val="555555"/>
          <w:sz w:val="20"/>
        </w:rPr>
        <w:t>[8 . 146]</w:t>
      </w:r>
    </w:p>
    <w:p>
      <w:r>
        <w:rPr>
          <w:rFonts w:ascii="Gentium Plus" w:hAnsi="Gentium Plus"/>
          <w:sz w:val="24"/>
        </w:rPr>
        <w:t>Προθέσεις, ἐκφοραί, τρίτα ἔνατα τριακάδες, ἐναγίσματα, χοαί, τὰ νενομισμένα. ἐπαμήσασθαι τῆς γῆς, ὑφάπτειν τὴν πυράν. περί‐ δειπνον, ταφή, ἐντάφια, μνῆμα, τάφος, χῶμα, στήλη, ἐλεγεῖον, ἐπί‐</w:t>
      </w:r>
    </w:p>
    <w:p>
      <w:r>
        <w:rPr>
          <w:rFonts w:ascii="Courier New" w:hAnsi="Courier New"/>
          <w:color w:val="555555"/>
          <w:sz w:val="20"/>
        </w:rPr>
        <w:t>[8 . 147]</w:t>
      </w:r>
    </w:p>
    <w:p>
      <w:r>
        <w:rPr>
          <w:rFonts w:ascii="Gentium Plus" w:hAnsi="Gentium Plus"/>
          <w:sz w:val="24"/>
        </w:rPr>
        <w:t>Βλάβη βλάβος βλάμμα, ζημία βλαβερά ἐπιβλαβής καὶ τὰ ὅμοια ἐπιζήμιος ζημιώδης, βλαβερῶς ἐπιβλαβῶς ἐπιζημίως· τὸ γὰρ ζη‐ μιωδῶς δύσφθεγκτον, εἰσενεγκεῖν ζημίαν, ἀποδοῦναι, διαλῦσαι,</w:t>
      </w:r>
    </w:p>
    <w:p>
      <w:r>
        <w:rPr>
          <w:rFonts w:ascii="Courier New" w:hAnsi="Courier New"/>
          <w:color w:val="555555"/>
          <w:sz w:val="20"/>
        </w:rPr>
        <w:t>[8 . 148]</w:t>
      </w:r>
    </w:p>
    <w:p>
      <w:r>
        <w:rPr>
          <w:rFonts w:ascii="Gentium Plus" w:hAnsi="Gentium Plus"/>
          <w:sz w:val="24"/>
        </w:rPr>
        <w:t>ἀποτῖσαι ἐκτῖσαι, καταθέσθαι καταθεῖναι. καὶ τὰ πράγματα εἰσ‐ φορά, ἀπόδοσις, διάλυσις, ἔκτισις, θέσις· εὐτελέστερα γὰρ τὰ λοιπά. ὀνόματα δὲ οὐκ ἔστιν οὐδὲ ἐπιρρήματα. τὰ δ’ ἐναντία εἰσπράττειν, ἐνεχυράζειν κατενεχυράζειν, ἀπαιτεῖν. καὶ τὸ πρᾶγμα εἴσπραξις,</w:t>
      </w:r>
    </w:p>
    <w:p>
      <w:r>
        <w:rPr>
          <w:rFonts w:ascii="Courier New" w:hAnsi="Courier New"/>
          <w:color w:val="555555"/>
          <w:sz w:val="20"/>
        </w:rPr>
        <w:t>[5]</w:t>
      </w:r>
    </w:p>
    <w:p>
      <w:r>
        <w:rPr>
          <w:rFonts w:ascii="Gentium Plus" w:hAnsi="Gentium Plus"/>
          <w:sz w:val="24"/>
        </w:rPr>
        <w:t>ἀπαίτησις· ὁ γὰρ κατενεχυρασμὸς φαῦλον ὄνομα. Ἐρεῖς δὲ ἐκληρώθη τὸ δικαστήριον, ἐκάθισε ἐνεκληρώθη, συνέστη, συνῆλθε συνήδρευσεν, ἔκρινεν, ἐδίκασεν, ἔγνω, ψῆφον</w:t>
      </w:r>
    </w:p>
    <w:p>
      <w:r>
        <w:rPr>
          <w:rFonts w:ascii="Courier New" w:hAnsi="Courier New"/>
          <w:color w:val="555555"/>
          <w:sz w:val="20"/>
        </w:rPr>
        <w:t>[8 . 149]</w:t>
      </w:r>
    </w:p>
    <w:p>
      <w:r>
        <w:rPr>
          <w:rFonts w:ascii="Gentium Plus" w:hAnsi="Gentium Plus"/>
          <w:sz w:val="24"/>
        </w:rPr>
        <w:t>ἔθετο ἐψηφίσατο, γνῶσιν ἐξήνεγκεν, κατεψηφίσατο, κατέγνω, κατ‐ εδίκασεν, προσετίμησεν ἐπετίμησεν, ἐζημίωσεν, ἀπέγνω, ἀπεψη‐ φίσατο, ἀφῆκεν, ἀπελύσατο, ἀπεδίκασεν. κλήρωσις κλῆρος, σύστασις, σύνοδος, γνῶσις κατάγνωσις, καταδίκη, κρίσις, διαψήφισις κατα‐</w:t>
      </w:r>
    </w:p>
    <w:p>
      <w:r>
        <w:rPr>
          <w:rFonts w:ascii="Courier New" w:hAnsi="Courier New"/>
          <w:color w:val="555555"/>
          <w:sz w:val="20"/>
        </w:rPr>
        <w:t>[5]</w:t>
      </w:r>
    </w:p>
    <w:p>
      <w:r>
        <w:rPr>
          <w:rFonts w:ascii="Gentium Plus" w:hAnsi="Gentium Plus"/>
          <w:sz w:val="24"/>
        </w:rPr>
        <w:t>ψηφισμός, τίμημα τίμησις προστίμημα ἐπιτίμιον, ζημία ζημίωμα ἐπιζημίωμα, ἐπιζήμιον, ὄφλημα, τιμωρία, ἐπιβολή, δίκη, ἄφεσις,</w:t>
      </w:r>
    </w:p>
    <w:p>
      <w:r>
        <w:rPr>
          <w:rFonts w:ascii="Courier New" w:hAnsi="Courier New"/>
          <w:color w:val="555555"/>
          <w:sz w:val="20"/>
        </w:rPr>
        <w:t>[8 . 150]</w:t>
      </w:r>
    </w:p>
    <w:p>
      <w:r>
        <w:rPr>
          <w:rFonts w:ascii="Gentium Plus" w:hAnsi="Gentium Plus"/>
          <w:sz w:val="24"/>
        </w:rPr>
        <w:t>ἀπαλλαγή. τιμᾶσθαι ἀντιτιμᾶσθαι ἀνθυποτιμᾶσθαι. ἀναστῆναι τοὺς δικαστάς, ἀπαναστῆναι, ἀπαλλαγῆναι τοῦ δικαστηρίου καὶ τῆς βουλῆς καὶ τοῦ δήμου. Οὐκ εἶξα, οὐχ ὑπεχώρησα, οὐκ ἐνέδωκα, οὐκ ἐφοβή‐</w:t>
      </w:r>
    </w:p>
    <w:p>
      <w:r>
        <w:rPr>
          <w:rFonts w:ascii="Courier New" w:hAnsi="Courier New"/>
          <w:color w:val="555555"/>
          <w:sz w:val="20"/>
        </w:rPr>
        <w:t>[5]</w:t>
      </w:r>
    </w:p>
    <w:p>
      <w:r>
        <w:rPr>
          <w:rFonts w:ascii="Gentium Plus" w:hAnsi="Gentium Plus"/>
          <w:sz w:val="24"/>
        </w:rPr>
        <w:t>θην, οὐκ ἐξεπλάγην, οὐχ ὑποκατεκλίθην, οὐκ ἐξέστην, οὐκ ἐξετρά‐ πην, οὐκ ἐξηπατήθην, οὐ παρεκρούσθην, οὐχ ὑπήχθην, οὐ παρ‐ ήχθην. ἐξιδιώσατο, προσηγάγετο, ὑπηγάγετο, κατεκτήσατο, κατηγω‐ νίσατο.</w:t>
      </w:r>
    </w:p>
    <w:p>
      <w:r>
        <w:rPr>
          <w:rFonts w:ascii="Courier New" w:hAnsi="Courier New"/>
          <w:color w:val="555555"/>
          <w:sz w:val="20"/>
        </w:rPr>
        <w:t>[8 . 151]</w:t>
      </w:r>
    </w:p>
    <w:p>
      <w:r>
        <w:rPr>
          <w:rFonts w:ascii="Gentium Plus" w:hAnsi="Gentium Plus"/>
          <w:sz w:val="24"/>
        </w:rPr>
        <w:t>Συμφρονεῖν, συμφωνεῖν, συννοεῖν, συμβουλεῦσαι, συνῆφθαι, συνηνῶσθαι, συγκεκρᾶσθαι ἀνακεκρᾶσθαι, μεμίχθαι, συνηρτῆ‐ σθαι, συνδεδέσθαι, ἐξηρτῆσθαι ἀλλήλων, εἰλῆφθαι, ἔχεσθαι, μίαν γνώμην ἔχειν, ἴσα βαίνειν, ἴσα πνεῖν, ἕνα θυμὸν ἔχειν, ἑνὶ θυμῷ</w:t>
      </w:r>
    </w:p>
    <w:p>
      <w:r>
        <w:rPr>
          <w:rFonts w:ascii="Courier New" w:hAnsi="Courier New"/>
          <w:color w:val="555555"/>
          <w:sz w:val="20"/>
        </w:rPr>
        <w:t>[5]</w:t>
      </w:r>
    </w:p>
    <w:p>
      <w:r>
        <w:rPr>
          <w:rFonts w:ascii="Gentium Plus" w:hAnsi="Gentium Plus"/>
          <w:sz w:val="24"/>
        </w:rPr>
        <w:t>χρῆσθαι, τοῖς αὐτοῖς χαίρειν, ταὐτὰ λυπεῖσθαι, ταὐτὰ φιλεῖν, ταὐτὰ μισεῖν, τῶν αὐτῶν ἔχεσθαι, ἕνα δῆμον εἶναι. καὶ τὰ πράγματα</w:t>
      </w:r>
    </w:p>
    <w:p>
      <w:r>
        <w:rPr>
          <w:rFonts w:ascii="Courier New" w:hAnsi="Courier New"/>
          <w:color w:val="555555"/>
          <w:sz w:val="20"/>
        </w:rPr>
        <w:t>[8 . 152]</w:t>
      </w:r>
    </w:p>
    <w:p>
      <w:r>
        <w:rPr>
          <w:rFonts w:ascii="Gentium Plus" w:hAnsi="Gentium Plus"/>
          <w:sz w:val="24"/>
        </w:rPr>
        <w:t>ὁμοφροσύνη, ὁμόνοια, ὁμογνωμοσύνη, ὁμολογία, συμφωνία ὁμοφω‐ νία, ἀνάκρασις, σύνδεσμος. ταῦτα μόνα· ἡ γὰρ σύνδεσις σκληρόν, κἂν Πλάτωνος (Tim 43 D) ᾖ. τὰ δ’ ἐναντία τούτων ἀπερρῆ‐</w:t>
      </w:r>
    </w:p>
    <w:p>
      <w:r>
        <w:rPr>
          <w:rFonts w:ascii="Courier New" w:hAnsi="Courier New"/>
          <w:color w:val="555555"/>
          <w:sz w:val="20"/>
        </w:rPr>
        <w:t>[5]</w:t>
      </w:r>
    </w:p>
    <w:p>
      <w:r>
        <w:rPr>
          <w:rFonts w:ascii="Gentium Plus" w:hAnsi="Gentium Plus"/>
          <w:sz w:val="24"/>
        </w:rPr>
        <w:t>νοσεῖν, ἀπ’ ἀλλήλων ἀφεστάναι, διεστάναι, διαφωνεῖν, διχονοεῖν, διχοφρονεῖν, ἀλλοφρονεῖν, ἀπ’ ἀλλήλων λελύσθαι, ἀπηρτῆσθαι, διακε‐ κόφθαι κατὰ μοίρας, διακεχαράχθαι ἐπιδιακεχωρίσθαι μεμερίσθαι,</w:t>
      </w:r>
    </w:p>
    <w:p>
      <w:r>
        <w:rPr>
          <w:rFonts w:ascii="Courier New" w:hAnsi="Courier New"/>
          <w:color w:val="555555"/>
          <w:sz w:val="20"/>
        </w:rPr>
        <w:t>[8 . 153]</w:t>
      </w:r>
    </w:p>
    <w:p>
      <w:r>
        <w:rPr>
          <w:rFonts w:ascii="Gentium Plus" w:hAnsi="Gentium Plus"/>
          <w:sz w:val="24"/>
        </w:rPr>
        <w:t>διανενεμῆσθαι, διχογνωμονεῖν. καὶ τὰ πράγματα στάσις στασιασμός, διάστασις ἀπόστασις, ταραχή, θόρυβος, νόσος, διαφωνία, διχόνοια, διχο‐ φροσύνη ἀλλοφροσύνη, διχογνωμοσύνη, διανομή, ἀπέχθεια· τὰ γὰρ ἄλλα φαυλότερα. ὀνόματα δ’ οὐκ ἔστιν ὅτι μὴ στασιαστικός· ὁ γὰρ</w:t>
      </w:r>
    </w:p>
    <w:p>
      <w:r>
        <w:rPr>
          <w:rFonts w:ascii="Courier New" w:hAnsi="Courier New"/>
          <w:color w:val="555555"/>
          <w:sz w:val="20"/>
        </w:rPr>
        <w:t>[5]</w:t>
      </w:r>
    </w:p>
    <w:p>
      <w:r>
        <w:rPr>
          <w:rFonts w:ascii="Gentium Plus" w:hAnsi="Gentium Plus"/>
          <w:sz w:val="24"/>
        </w:rPr>
        <w:t>στασιώδης καὶ στασιαστὴς ὑπόφαυλα, καὶ τὸ ταραχῶδες εὐτελές, ὥσπερ καὶ ὁ θορυβώδης. ἀπὸ δὲ τῆς ἀπεχθείας ὁ φιλαπεχθήμων· τὸ γὰρ χωρὶς τῆς προσθήκης, οὐκ ἔστιν ἐν χρείᾳ τοὔνομα ὁ ἀπ‐</w:t>
      </w:r>
    </w:p>
    <w:p>
      <w:r>
        <w:rPr>
          <w:rFonts w:ascii="Courier New" w:hAnsi="Courier New"/>
          <w:color w:val="555555"/>
          <w:sz w:val="20"/>
        </w:rPr>
        <w:t>[8 . 154]</w:t>
      </w:r>
    </w:p>
    <w:p>
      <w:r>
        <w:rPr>
          <w:rFonts w:ascii="Gentium Plus" w:hAnsi="Gentium Plus"/>
          <w:sz w:val="24"/>
        </w:rPr>
        <w:t>εχθήμων, ἀλλὰ μᾶλλον ὁ ἀπεχθής· καὶ ὁ διχογνώμων βίαιον. ἐπιρ‐ ρήματα δὲ στασιαστικῶς, ἐξεστασιασμένως, διχογνωμόνως, καὶ τὰ πρά‐ γματα θορυβῶδες καὶ ταραχῶδες· ἀμείνω γὰρ ταῦτα τῶν ἀπ’ αὐτῶν ἐπιρρημάτων· ἀπὸ δὲ τῆς ἀπεχθείας ἀπεχθῶς καὶ φιλαπεχθημόνως.</w:t>
      </w:r>
    </w:p>
    <w:p>
      <w:r>
        <w:rPr>
          <w:rFonts w:ascii="Courier New" w:hAnsi="Courier New"/>
          <w:color w:val="555555"/>
          <w:sz w:val="20"/>
        </w:rPr>
        <w:t>[5]</w:t>
      </w:r>
    </w:p>
    <w:p>
      <w:r>
        <w:rPr>
          <w:rFonts w:ascii="Gentium Plus" w:hAnsi="Gentium Plus"/>
          <w:sz w:val="24"/>
        </w:rPr>
        <w:t>Ὑποκρούειν, ὑποσκελίζειν, ἐμποδίζειν, ἐπιστομίζειν, ταράττειν, καταθορυβεῖν, ἐκκρούειν, ἐνοχλεῖν, διακόπτειν, ἐπέχειν καὶ ἀνέχειν, κατακρούειν, κατακολούειν, κατασιγάζειν, καταστασιάζειν, καταβοᾶν</w:t>
      </w:r>
    </w:p>
    <w:p>
      <w:r>
        <w:rPr>
          <w:rFonts w:ascii="Courier New" w:hAnsi="Courier New"/>
          <w:color w:val="555555"/>
          <w:sz w:val="20"/>
        </w:rPr>
        <w:t>[8 . 155]</w:t>
      </w:r>
    </w:p>
    <w:p>
      <w:r>
        <w:rPr>
          <w:rFonts w:ascii="Gentium Plus" w:hAnsi="Gentium Plus"/>
          <w:sz w:val="24"/>
        </w:rPr>
        <w:t>περιβοᾶν, καταθροεῖν, καταθρυλεῖν, ἀποστρέφειν τὴν γλῶτταν, ἐπι‐ φράττειν τὸ στόμα, μόνον οὐκ ἀφαιρεῖσθαι τὴν φωνήν, ἐκκόπτειν, ἐξ‐ αιρεῖν, ἐμποδὼν ἵστασθαι, μόνον οὐ τὰς ἀκοὰς ἡμῶν ἐπιλαμβάνειν, ἐπέχειν, ἐπιφράττειν. ἐπῃνεῖτε, ἀπεδέχεσθε, προσίεσθε, ἠνείχεσθε, ἐχαί‐</w:t>
      </w:r>
    </w:p>
    <w:p>
      <w:r>
        <w:rPr>
          <w:rFonts w:ascii="Courier New" w:hAnsi="Courier New"/>
          <w:color w:val="555555"/>
          <w:sz w:val="20"/>
        </w:rPr>
        <w:t>[5]</w:t>
      </w:r>
    </w:p>
    <w:p>
      <w:r>
        <w:rPr>
          <w:rFonts w:ascii="Gentium Plus" w:hAnsi="Gentium Plus"/>
          <w:sz w:val="24"/>
        </w:rPr>
        <w:t>ρετε, συνῃνεῖτε, ὁμογνώμονες ἦτε, ᾑρεῖσθε, ἐπενεύετε, ἐπεχειροτονεῖτε, ἐπεκυροῦτε, ἐπεψηφίζεσθε. Ἡ θόλος ἐν ᾗ συνεδείπνουν ἐφ’ ἑκάστης ἡμέρας πεντήκοντα τῆς τῶν πεντακοσίων βουλῆς, ἡ πρυτανεύουσα φυλή. Ἀτελὴς ὁ τῆς ἀτελείας τυχών, ἰσοτελὴς ὁ μέτοικος ὁ τιμηθεὶς</w:t>
      </w:r>
    </w:p>
    <w:p>
      <w:r>
        <w:rPr>
          <w:rFonts w:ascii="Courier New" w:hAnsi="Courier New"/>
          <w:color w:val="555555"/>
          <w:sz w:val="20"/>
        </w:rPr>
        <w:t>[10]</w:t>
      </w:r>
    </w:p>
    <w:p>
      <w:r>
        <w:rPr>
          <w:rFonts w:ascii="Gentium Plus" w:hAnsi="Gentium Plus"/>
          <w:sz w:val="24"/>
        </w:rPr>
        <w:t>μὴ ταὐτὰ τοῖς μετοίκοις τελεῖν, ὑποτελὴς πᾶς ὅτῳ μὴ τὸ ἀτελὲς</w:t>
      </w:r>
    </w:p>
    <w:p>
      <w:r>
        <w:rPr>
          <w:rFonts w:ascii="Courier New" w:hAnsi="Courier New"/>
          <w:color w:val="555555"/>
          <w:sz w:val="20"/>
        </w:rPr>
        <w:t>[8 . 156]</w:t>
      </w:r>
    </w:p>
    <w:p>
      <w:r>
        <w:rPr>
          <w:rFonts w:ascii="Gentium Plus" w:hAnsi="Gentium Plus"/>
          <w:sz w:val="24"/>
        </w:rPr>
        <w:t>ὑπῆρξεν ἐκ δωρεᾶς, συντελὴς ὁ σὺν ἄλλῳ λειτουργῶν. καὶ ὁ μὲν ἀτελὴς ἀφειμένος τῶν τελῶν, ἀπηλλαγμένος, ὃς ἐπανεῖται τὰ τέλη, ἔξω τοῦ τέλους, οὐ λειτουργῶν· καὶ τὸ πρᾶγμα ἀτέλεια, ἄφεσις, ἀπ‐</w:t>
      </w:r>
    </w:p>
    <w:p>
      <w:r>
        <w:rPr>
          <w:rFonts w:ascii="Courier New" w:hAnsi="Courier New"/>
          <w:color w:val="555555"/>
          <w:sz w:val="20"/>
        </w:rPr>
        <w:t>[5]</w:t>
      </w:r>
    </w:p>
    <w:p>
      <w:r>
        <w:rPr>
          <w:rFonts w:ascii="Gentium Plus" w:hAnsi="Gentium Plus"/>
          <w:sz w:val="24"/>
        </w:rPr>
        <w:t>γητον δὲ οὐσίαν Δείναρχος (fg 340. 5 Tur) εἴρηκεν. ὁ δ’ ἰσοτελὴς καὶ ἰσοπολίτης, ἰσότιμος καὶ ὁμότιμος, καὶ τοῦ μετοικίου ἀφειμένος· καὶ τὸ πρᾶγμα ἰσοτέλεια καὶ ἰσοπολιτεία καὶ ἰσοτιμία. ὁ δ’ ὑποτελὴς</w:t>
      </w:r>
    </w:p>
    <w:p>
      <w:r>
        <w:rPr>
          <w:rFonts w:ascii="Courier New" w:hAnsi="Courier New"/>
          <w:color w:val="555555"/>
          <w:sz w:val="20"/>
        </w:rPr>
        <w:t>[8 . 157]</w:t>
      </w:r>
    </w:p>
    <w:p>
      <w:r>
        <w:rPr>
          <w:rFonts w:ascii="Gentium Plus" w:hAnsi="Gentium Plus"/>
          <w:sz w:val="24"/>
        </w:rPr>
        <w:t>καὶ ὑπεύθυνος τελῶν ὑποτελῶν, καταβάλλων, εἰσφέρων, λειτουργῶν, ἐπιδιδούς· καὶ τὸ πρᾶγμα τέλος, καταβολή, εἰσφορά, λειτουργία, ἐπί‐ δοσις. ὁ δὲ συντελὴς συντελῶν, συνεισφέρων, συνερανίζων, καταβαλλό‐ μενος, συγκαταβάλλων, συγκατατιθείς, συνεπιδιδούς· καὶ τὰ ῥήματα</w:t>
      </w:r>
    </w:p>
    <w:p>
      <w:r>
        <w:rPr>
          <w:rFonts w:ascii="Courier New" w:hAnsi="Courier New"/>
          <w:color w:val="555555"/>
          <w:sz w:val="20"/>
        </w:rPr>
        <w:t>[5]</w:t>
      </w:r>
    </w:p>
    <w:p>
      <w:r>
        <w:rPr>
          <w:rFonts w:ascii="Gentium Plus" w:hAnsi="Gentium Plus"/>
          <w:sz w:val="24"/>
        </w:rPr>
        <w:t>ἀπὸ τούτων τῶν μετοχῶν, καὶ τὸ πρᾶγμα συντέλεια, συνεισφορά, συμ‐ βολή, ἔρανος.</w:t>
      </w:r>
    </w:p>
    <w:p>
      <w:r>
        <w:rPr>
          <w:rFonts w:ascii="Courier New" w:hAnsi="Courier New"/>
          <w:color w:val="555555"/>
          <w:sz w:val="20"/>
        </w:rPr>
        <w:t>[9 . 1]</w:t>
      </w:r>
    </w:p>
    <w:p>
      <w:r>
        <w:rPr>
          <w:rFonts w:ascii="Gentium Plus" w:hAnsi="Gentium Plus"/>
          <w:sz w:val="24"/>
        </w:rPr>
        <w:t>Κομμόδῳ Καίσαρι Ἰούλιος Πολυδεύκης χαίρειν. ὀνομαστικόν τι βιβλίον πεποίηται Γοργίᾳ τῷ σοφιστῇ, οὑτωσὶ μὲν ἀκοῦσαι παιδευ‐ τικόν, εἰς δὲ πεῖραν ἐλθεῖν ὀλίγου λόγου. τούτῳ τῷ συγγράμματι πάλαι μὴ προσομιλήσας, ἀλλὰ νῦν ἐντυχὼν ἠρξάμην περὶ τούτων τῶν</w:t>
      </w:r>
    </w:p>
    <w:p>
      <w:r>
        <w:rPr>
          <w:rFonts w:ascii="Courier New" w:hAnsi="Courier New"/>
          <w:color w:val="555555"/>
          <w:sz w:val="20"/>
        </w:rPr>
        <w:t>[5]</w:t>
      </w:r>
    </w:p>
    <w:p>
      <w:r>
        <w:rPr>
          <w:rFonts w:ascii="Gentium Plus" w:hAnsi="Gentium Plus"/>
          <w:sz w:val="24"/>
        </w:rPr>
        <w:t>βιβλίων ὥς τι ὄντων φρονεῖν· τά τε γὰρ ἄλλα τὴν χρείαν αὐτῶν ἀποδέχομαι, καὶ ὅτι τὸν τῶν ὀνομάτων κατάλογον, ἔχοντά τι τῇ φύσει προσκορές, τῷ τρόπῳ τῆς διαθέσεως σεσόφισται πρὸς τὸ ἄλυπον ἐν τῷ τῆς συντάξεως σχήματι, ὡς μηδένα θᾶττον τῷ γνωσθέντι προ‐ καμεῖν, τῷ τὸ μέλλον ἀκοῦσαι ποθεῖν. εὐτύχει κύριε.</w:t>
      </w:r>
    </w:p>
    <w:p>
      <w:r>
        <w:rPr>
          <w:rFonts w:ascii="Courier New" w:hAnsi="Courier New"/>
          <w:color w:val="555555"/>
          <w:sz w:val="20"/>
        </w:rPr>
        <w:t>[9 . 6]</w:t>
      </w:r>
    </w:p>
    <w:p>
      <w:r>
        <w:rPr>
          <w:rFonts w:ascii="Gentium Plus" w:hAnsi="Gentium Plus"/>
          <w:sz w:val="24"/>
        </w:rPr>
        <w:t>Ἵν’ οὖν καὶ περὶ πόλεώς τι καὶ τῶν τῆς πόλεως μερῶν ὑπ‐ είπωμεν, οὕτω λέγομεν. οἰκιστής, οἰκίζων, πολίζων, οὐ μὴν καὶ πολιστὴς καὶ κτίζων καὶ κτίστης· καίτοι παρ’ Ἡροδότῳ (V 46) ἔστιν ὁ συγκτίστης. ἐπὶ τούτῳ δὲ καὶ ὁ οἰκίζων καὶ τεκταινόμενος</w:t>
      </w:r>
    </w:p>
    <w:p>
      <w:r>
        <w:rPr>
          <w:rFonts w:ascii="Courier New" w:hAnsi="Courier New"/>
          <w:color w:val="555555"/>
          <w:sz w:val="20"/>
        </w:rPr>
        <w:t>[5]</w:t>
      </w:r>
    </w:p>
    <w:p>
      <w:r>
        <w:rPr>
          <w:rFonts w:ascii="Gentium Plus" w:hAnsi="Gentium Plus"/>
          <w:sz w:val="24"/>
        </w:rPr>
        <w:t>καὶ ὑποβαλλόμενος τὴν πόλιν, καὶ κατασκευάζων καὶ κατασκευαζό‐ μενος, καὶ ἐργαζόμενος καὶ ἐξεργαζόμενος, καὶ ποιῶν καὶ οἰκοδο‐</w:t>
      </w:r>
    </w:p>
    <w:p>
      <w:r>
        <w:rPr>
          <w:rFonts w:ascii="Courier New" w:hAnsi="Courier New"/>
          <w:color w:val="555555"/>
          <w:sz w:val="20"/>
        </w:rPr>
        <w:t>[9 . 7]</w:t>
      </w:r>
    </w:p>
    <w:p>
      <w:r>
        <w:rPr>
          <w:rFonts w:ascii="Gentium Plus" w:hAnsi="Gentium Plus"/>
          <w:sz w:val="24"/>
        </w:rPr>
        <w:t>μούμενος καὶ μηχανώμενος. καὶ τὸ πρᾶγμα οἰκισμὸς καὶ παρὰ Θουκυδίδῃ (V 11. 1) οἴκισις καὶ (II 15. 6) κατοίκισις· τὰ γὰρ ἀπὸ τῶν ἄλλων τὰ μὲν σκληρὰ τὰ δὲ κοινὰ καὶ πρὸς ἕτερον. τὸ δὲ ῥῆμα οἰ‐ κίζειν καὶ πολίζειν καὶ κτίζειν καὶ κατοικίζειν, καὶ ἐπίρρημα μόνον τὸ</w:t>
      </w:r>
    </w:p>
    <w:p>
      <w:r>
        <w:rPr>
          <w:rFonts w:ascii="Courier New" w:hAnsi="Courier New"/>
          <w:color w:val="555555"/>
          <w:sz w:val="20"/>
        </w:rPr>
        <w:t>[5]</w:t>
      </w:r>
    </w:p>
    <w:p>
      <w:r>
        <w:rPr>
          <w:rFonts w:ascii="Gentium Plus" w:hAnsi="Gentium Plus"/>
          <w:sz w:val="24"/>
        </w:rPr>
        <w:t>οἰκιστικῶς. τὸ δ’ ἔργον πόλις καὶ ἄστυ καὶ συνοικία καὶ συνοικισμός· Ξε‐</w:t>
      </w:r>
    </w:p>
    <w:p>
      <w:r>
        <w:rPr>
          <w:rFonts w:ascii="Courier New" w:hAnsi="Courier New"/>
          <w:color w:val="555555"/>
          <w:sz w:val="20"/>
        </w:rPr>
        <w:t>[9 . 8]</w:t>
      </w:r>
    </w:p>
    <w:p>
      <w:r>
        <w:rPr>
          <w:rFonts w:ascii="Gentium Plus" w:hAnsi="Gentium Plus"/>
          <w:sz w:val="24"/>
        </w:rPr>
        <w:t>καὶ τὸ ἐν τῷ περιβόλῳ πᾶν. ὁ δ’ ἀνὴρ πολίτης, ἀστός, οἰκήτωρ, ἔνοικος, ἔντοπος, ἐγχώριος, ἐγγενής, καὶ τὸ πλῆθος δῆμος, ὄχλος, δημόται, φυ‐ λέται, γένη, ἔθνη. καὶ τὰ μέρη τῆς πόλεως τὰ μὲν ἔξω πόλεως ὅροι, ἐφορία ἀγορά, δῆμοι, κῶμαι, ἀγροί, ἐσχατιαί, χῶραι, κῆποι, παρά‐</w:t>
      </w:r>
    </w:p>
    <w:p>
      <w:r>
        <w:rPr>
          <w:rFonts w:ascii="Courier New" w:hAnsi="Courier New"/>
          <w:color w:val="555555"/>
          <w:sz w:val="20"/>
        </w:rPr>
        <w:t>[5]</w:t>
      </w:r>
    </w:p>
    <w:p>
      <w:r>
        <w:rPr>
          <w:rFonts w:ascii="Gentium Plus" w:hAnsi="Gentium Plus"/>
          <w:sz w:val="24"/>
        </w:rPr>
        <w:t>δεισοι, προάστεια, ἐνηβητήρια, ἐνδιαιτήματα· ὧν ἔνια καὶ ἐν πόλει ἂν γένοιτο. καὶ ἀπὸ μὲν τῶν ὅρων Ζεὺς ὅριος καὶ στήλη ἐφορία καὶ ποταμὸς μεθόριος, καὶ ὅμορος πόλις καὶ πρόσορος τόπος καὶ ἐνόριος χῶρος καὶ ὑπερόριος πόλεμος καὶ διωρισμένον πρᾶγμα, καὶ προσορίσαι γῆν καὶ ἀφορίσασθαι χώραν καὶ ὑπερορίσαι ἄνδρα, καὶ ἐξόριστον γε‐</w:t>
      </w:r>
    </w:p>
    <w:p>
      <w:r>
        <w:rPr>
          <w:rFonts w:ascii="Courier New" w:hAnsi="Courier New"/>
          <w:color w:val="555555"/>
          <w:sz w:val="20"/>
        </w:rPr>
        <w:t>[9 . 9]</w:t>
      </w:r>
    </w:p>
    <w:p>
      <w:r>
        <w:rPr>
          <w:rFonts w:ascii="Gentium Plus" w:hAnsi="Gentium Plus"/>
          <w:sz w:val="24"/>
        </w:rPr>
        <w:t>νέσθαι, καὶ ὅρια ἀνασπάσαι. ὁ δ’ ὁρίζων ὁριστής, καὶ τὸ ὑπόχρεων χω‐ ρίον ὡρισμένον, καὶ ἡ ἐνεστηκυῖα στήλη ὅρος, καὶ ὡρισμένη ἡμέρα ἡ εἰρημένη, ἀπὸ δὲ δήμων οἱ κατὰ δήμους οἰκοῦντες καὶ οἱ δη‐ μοτευόμενοι καὶ τὸ ἔνδημον πλῆθος· τάχα δὲ καὶ τὸ ἐπιδημεῖν καὶ</w:t>
      </w:r>
    </w:p>
    <w:p>
      <w:r>
        <w:rPr>
          <w:rFonts w:ascii="Courier New" w:hAnsi="Courier New"/>
          <w:color w:val="555555"/>
          <w:sz w:val="20"/>
        </w:rPr>
        <w:t>[5]</w:t>
      </w:r>
    </w:p>
    <w:p>
      <w:r>
        <w:rPr>
          <w:rFonts w:ascii="Gentium Plus" w:hAnsi="Gentium Plus"/>
          <w:sz w:val="24"/>
        </w:rPr>
        <w:t>ἀποδημεῖν, καὶ ἐπιδημία καὶ ἀποδημία, καὶ ἔκδημοι πόλεμοι, καὶ</w:t>
      </w:r>
    </w:p>
    <w:p>
      <w:r>
        <w:rPr>
          <w:rFonts w:ascii="Courier New" w:hAnsi="Courier New"/>
          <w:color w:val="555555"/>
          <w:sz w:val="20"/>
        </w:rPr>
        <w:t>[9 . 10]</w:t>
      </w:r>
    </w:p>
    <w:p>
      <w:r>
        <w:rPr>
          <w:rFonts w:ascii="Gentium Plus" w:hAnsi="Gentium Plus"/>
          <w:sz w:val="24"/>
        </w:rPr>
        <w:t>παρὰ Θουκυδίδῃ (I 70. 4) ‘ἀποδημηταὶ πρὸς ἐνδημοτάτους,‘ καὶ πάν‐ δημον πλῆθος καὶ πανδημεὶ καὶ πανδημία καὶ δημοσίᾳ καὶ δημο‐ θοινία καὶ δημοτελεῖς ἑορταὶ καὶ δημόσιον πρᾶγμα καὶ δημόσιος οἰκέ‐ της, καὶ δημεῦσαι καὶ δημοσιεῦσαι, καὶ δήμαρχος καὶ δημιοπράτης καὶ</w:t>
      </w:r>
    </w:p>
    <w:p>
      <w:r>
        <w:rPr>
          <w:rFonts w:ascii="Courier New" w:hAnsi="Courier New"/>
          <w:color w:val="555555"/>
          <w:sz w:val="20"/>
        </w:rPr>
        <w:t>[5]</w:t>
      </w:r>
    </w:p>
    <w:p>
      <w:r>
        <w:rPr>
          <w:rFonts w:ascii="Gentium Plus" w:hAnsi="Gentium Plus"/>
          <w:sz w:val="24"/>
        </w:rPr>
        <w:t>δημεραστὴς καὶ δημεραστία καὶ δημαγωγὸς καὶ δημαγωγία, καὶ δημο‐ τικός, καὶ φιλόδημος καὶ μισόδημος, καὶ δημοκρατία καὶ δημοκρα‐ τικός. ἀπὸ δήμων δ’ ἂν εἴη κεκλημένος καὶ ὁ δήμιος καὶ ὁ δη‐</w:t>
      </w:r>
    </w:p>
    <w:p>
      <w:r>
        <w:rPr>
          <w:rFonts w:ascii="Courier New" w:hAnsi="Courier New"/>
          <w:color w:val="555555"/>
          <w:sz w:val="20"/>
        </w:rPr>
        <w:t>[9 . 11]</w:t>
      </w:r>
    </w:p>
    <w:p>
      <w:r>
        <w:rPr>
          <w:rFonts w:ascii="Gentium Plus" w:hAnsi="Gentium Plus"/>
          <w:sz w:val="24"/>
        </w:rPr>
        <w:t>μόκοινος ὡς ἔξω πόλεως κατοικῶν. ἀπὸ δὲ κωμῶν κωμήτης καὶ κωμῆτις καὶ κώμαρχος, καὶ κωμοδρομεῖν καὶ κωμῳδεῖν, ἦ που δὲ καὶ κωμῳδία καὶ κωμῳδοδιδάσκαλος καὶ κωμῳδοποιὸς καὶ κω‐ μῳδοποιητής, καὶ κωμῳδῶν, καὶ κωμικὸν δρᾶμα καὶ κωμῳδικὸν</w:t>
      </w:r>
    </w:p>
    <w:p>
      <w:r>
        <w:rPr>
          <w:rFonts w:ascii="Courier New" w:hAnsi="Courier New"/>
          <w:color w:val="555555"/>
          <w:sz w:val="20"/>
        </w:rPr>
        <w:t>[5]</w:t>
      </w:r>
    </w:p>
    <w:p>
      <w:r>
        <w:rPr>
          <w:rFonts w:ascii="Gentium Plus" w:hAnsi="Gentium Plus"/>
          <w:sz w:val="24"/>
        </w:rPr>
        <w:t>πρᾶγμα, ἐπεὶ κατὰ κώμας ἔστησαν τὴν πρώτην οἱ χοροί. τάχ’ ἂν οὖν ἀπὸ τούτου καὶ ὁ κῶμος εἴη εἰρημένος, καὶ τὸ κωμάζειν καὶ ὁ κω‐</w:t>
      </w:r>
    </w:p>
    <w:p>
      <w:r>
        <w:rPr>
          <w:rFonts w:ascii="Courier New" w:hAnsi="Courier New"/>
          <w:color w:val="555555"/>
          <w:sz w:val="20"/>
        </w:rPr>
        <w:t>[9 . 12]</w:t>
      </w:r>
    </w:p>
    <w:p>
      <w:r>
        <w:rPr>
          <w:rFonts w:ascii="Gentium Plus" w:hAnsi="Gentium Plus"/>
          <w:sz w:val="24"/>
        </w:rPr>
        <w:t>μαστὴς παρὰ Πλάτωνι (212 C), καὶ ὁ ἡδύκωμος τὸ ᾆσμα. ἀπὸ δ’ ἀγρῶν οἱ μὲν Ἀττικοὶ σχηματισμοὶ ἀγρόνδε ἐλθεῖν καὶ ἀγρόθι οἰκεῖν καὶ ἀγρόθεν ἥκειν, καὶ εὐθὺ τῶν ἀγρῶν ἀπελθεῖν, καὶ ἔστε</w:t>
      </w:r>
    </w:p>
    <w:p>
      <w:r>
        <w:rPr>
          <w:rFonts w:ascii="Courier New" w:hAnsi="Courier New"/>
          <w:color w:val="555555"/>
          <w:sz w:val="20"/>
        </w:rPr>
        <w:t>[5]</w:t>
      </w:r>
    </w:p>
    <w:p>
      <w:r>
        <w:rPr>
          <w:rFonts w:ascii="Gentium Plus" w:hAnsi="Gentium Plus"/>
          <w:sz w:val="24"/>
        </w:rPr>
        <w:t>ἐν ἀγρῷ ζῶν· ἐπὶ δ’ ἀμφοῖν ὁ ἄγριος, καὶ μᾶλλον ἐπὶ τοῦ σκαιοῦ. ἴσως δὲ καὶ ἡ ἄγρα καὶ τὸ ἀγρεύειν καὶ ὁ ἀγρευτὴς κύων, ἐπεὶ καὶ ταῦτα ἔξω πόλεως γίνεται, καί που τὰ ἄγρια θηρία, καὶ τὸ πάναγρον λίνον καὶ ἡ ἀγροτέρα θεὸς καὶ τὸ τῆς Ἀγροτέρας τέμενος. εἴποις δ’ ἂν καὶ ἄγροικον μέλος, καὶ ἄγροικον μοῦσαν τὴν τῶν αἰπόλων</w:t>
      </w:r>
    </w:p>
    <w:p>
      <w:r>
        <w:rPr>
          <w:rFonts w:ascii="Courier New" w:hAnsi="Courier New"/>
          <w:color w:val="555555"/>
          <w:sz w:val="20"/>
        </w:rPr>
        <w:t>[10]</w:t>
      </w:r>
    </w:p>
    <w:p>
      <w:r>
        <w:rPr>
          <w:rFonts w:ascii="Gentium Plus" w:hAnsi="Gentium Plus"/>
          <w:sz w:val="24"/>
        </w:rPr>
        <w:t>τε καὶ ποιμένων· ὁ γὰρ ἀγροιώτης ποιητικόν. οὐ φαῦλον δ’ ἂν εἴη προσειπεῖν ὅτι καὶ Νίνος ὁ Βήλου τὸν αὑτοῦ παῖδα ἐν ἀγρῷ τεχθέντα</w:t>
      </w:r>
    </w:p>
    <w:p>
      <w:r>
        <w:rPr>
          <w:rFonts w:ascii="Courier New" w:hAnsi="Courier New"/>
          <w:color w:val="555555"/>
          <w:sz w:val="20"/>
        </w:rPr>
        <w:t>[9 . 13]</w:t>
      </w:r>
    </w:p>
    <w:p>
      <w:r>
        <w:rPr>
          <w:rFonts w:ascii="Gentium Plus" w:hAnsi="Gentium Plus"/>
          <w:sz w:val="24"/>
        </w:rPr>
        <w:t>Ἄγρωνα ὠνόμασεν. ἀπὸ δὲ χώρας χῶρος ἱερός, χωρίτης λεὼς καὶ χωριτικὸν πρᾶγμα καὶ χωριτικῶς ἐβίω, καὶ χωρικὸν καὶ χωρικῶς, καὶ κατὰ χώραν ἔμεινεν, καὶ φιλοχωρεῖν καὶ φιλοχωρία, καὶ χωρο‐ φιλεῖν παρὰ Ἀντιφῶντι (V 78), ἦ που δὲ καὶ ἐπιχώριος καὶ ἐγχώριος καὶ</w:t>
      </w:r>
    </w:p>
    <w:p>
      <w:r>
        <w:rPr>
          <w:rFonts w:ascii="Courier New" w:hAnsi="Courier New"/>
          <w:color w:val="555555"/>
          <w:sz w:val="20"/>
        </w:rPr>
        <w:t>[5]</w:t>
      </w:r>
    </w:p>
    <w:p>
      <w:r>
        <w:rPr>
          <w:rFonts w:ascii="Gentium Plus" w:hAnsi="Gentium Plus"/>
          <w:sz w:val="24"/>
        </w:rPr>
        <w:t>πρόσχωρος καὶ ὁμόχωρος, εἰ μὴ καὶ τὸ χωρίζειν καὶ ἐπιχωρεῖν καὶ συγχωρεῖν καὶ πάνθ’ ὅσα τοιαῦτα τῇ χώρᾳ προσήκει. ἀπὸ δὲ κήπων κηπουρός κηπουρεῖν καὶ κηπεύειν καὶ κηπεία, καὶ κηπαία θύρα, καὶ κῆπος ἡ κουρά. οἱ δὲ παράδεισοι, βαρβαρικὸν εἶναι δοκοῦν τοὔνομα ἥκει κατὰ συνήθειαν εἰς χρῆσιν Ἑλληνικήν, ὡς καὶ ἄλλα πολλὰ</w:t>
      </w:r>
    </w:p>
    <w:p>
      <w:r>
        <w:rPr>
          <w:rFonts w:ascii="Courier New" w:hAnsi="Courier New"/>
          <w:color w:val="555555"/>
          <w:sz w:val="20"/>
        </w:rPr>
        <w:t>[10]</w:t>
      </w:r>
    </w:p>
    <w:p>
      <w:r>
        <w:rPr>
          <w:rFonts w:ascii="Gentium Plus" w:hAnsi="Gentium Plus"/>
          <w:sz w:val="24"/>
        </w:rPr>
        <w:t>τῶν Περσικῶν.</w:t>
      </w:r>
    </w:p>
    <w:p>
      <w:r>
        <w:rPr>
          <w:rFonts w:ascii="Courier New" w:hAnsi="Courier New"/>
          <w:color w:val="555555"/>
          <w:sz w:val="20"/>
        </w:rPr>
        <w:t>[9 . 14]</w:t>
      </w:r>
    </w:p>
    <w:p>
      <w:r>
        <w:rPr>
          <w:rFonts w:ascii="Gentium Plus" w:hAnsi="Gentium Plus"/>
          <w:sz w:val="24"/>
        </w:rPr>
        <w:t>τὰ μὲν δὴ μέρη τῶν ἔξω πόλεως, καὶ ὅσα κατ’ ἀγρούς, ἔχεις ἐν τοῖς γεωργικοῖς (I 12) προειρημένα· τῶν δὲ προαστείων ἂν εἴη καὶ φρούρια, ἃ καὶ φυλακτήρια ἂν λέγοις καὶ φρυκτώρια καὶ πυρσούργια καὶ σκοπάς, καί που καὶ προτειχίσματα καὶ χάραξ καὶ χαρακώματα, τά‐</w:t>
      </w:r>
    </w:p>
    <w:p>
      <w:r>
        <w:rPr>
          <w:rFonts w:ascii="Courier New" w:hAnsi="Courier New"/>
          <w:color w:val="555555"/>
          <w:sz w:val="20"/>
        </w:rPr>
        <w:t>[5]</w:t>
      </w:r>
    </w:p>
    <w:p>
      <w:r>
        <w:rPr>
          <w:rFonts w:ascii="Gentium Plus" w:hAnsi="Gentium Plus"/>
          <w:sz w:val="24"/>
        </w:rPr>
        <w:t>φροι, σταυροὶ καὶ σταυρώματα, σκηνώματα καὶ σκηναὶ καὶ σκηνή‐ ματα, καλύβαι, στρατόπεδα, καὶ πάνθ’ ὅσα ἐπὶ φρουρᾷ τῶν ἔξω προ‐</w:t>
      </w:r>
    </w:p>
    <w:p>
      <w:r>
        <w:rPr>
          <w:rFonts w:ascii="Courier New" w:hAnsi="Courier New"/>
          <w:color w:val="555555"/>
          <w:sz w:val="20"/>
        </w:rPr>
        <w:t>[9 . 15]</w:t>
      </w:r>
    </w:p>
    <w:p>
      <w:r>
        <w:rPr>
          <w:rFonts w:ascii="Gentium Plus" w:hAnsi="Gentium Plus"/>
          <w:sz w:val="24"/>
        </w:rPr>
        <w:t>μεμηχάνηται. παίζοντι δὲ τὸ στρατόπεδον ἔξεστι κατὰ τὴν τῶν πολλῶν χρῆσιν καὶ παρεμβολὴν ὀνομάσαι, παρεχόμενόν τινα τῶν νεωτέρων Θεόφιλον ἐν Παγκρατιαστῇ εἰρηκότα (II p 476. 9 Ko) εἶτ’ ἐν χάρακι μὲν ταῦτα καὶ παρεμβολῇ·</w:t>
      </w:r>
    </w:p>
    <w:p>
      <w:r>
        <w:rPr>
          <w:rFonts w:ascii="Courier New" w:hAnsi="Courier New"/>
          <w:color w:val="555555"/>
          <w:sz w:val="20"/>
        </w:rPr>
        <w:t>[5]</w:t>
      </w:r>
    </w:p>
    <w:p>
      <w:r>
        <w:rPr>
          <w:rFonts w:ascii="Gentium Plus" w:hAnsi="Gentium Plus"/>
          <w:sz w:val="24"/>
        </w:rPr>
        <w:t>καὶ Κρίτων’ ἐν Αἰτωλοῖς (III p 354. 1 Ko) ἐκεῖ γὰρ ἡμῖν ἐστὶν ἡ παρεμβολή. μέρη δὲ τῶν πρὸ πόλεως καὶ κατὰ δήμους ἱερά, τελεστήρια, μέ‐</w:t>
      </w:r>
    </w:p>
    <w:p>
      <w:r>
        <w:rPr>
          <w:rFonts w:ascii="Courier New" w:hAnsi="Courier New"/>
          <w:color w:val="555555"/>
          <w:sz w:val="20"/>
        </w:rPr>
        <w:t>[9 . 16]</w:t>
      </w:r>
    </w:p>
    <w:p>
      <w:r>
        <w:rPr>
          <w:rFonts w:ascii="Gentium Plus" w:hAnsi="Gentium Plus"/>
          <w:sz w:val="24"/>
        </w:rPr>
        <w:t>μεῖα ἄν τις εἰρημένα εὕροι τὰ μνήματα. ἔξω δὲ πόλεως καὶ ἄντρα καὶ σπήλαια καὶ σπηλαιώδεις ὑποφυγαί· καὶ Θεόπομπος ἐν Πανταλέοντι (I p 746. 46 Ko) καὶ σπηλάδιον εἴρηκεν. ἐκ δὲ τούτων ἄλση, τεμένη, αὐλαὶ αὔλια προαύλια, σταθμοί, αἰπόλια, ποίμνια, σηκοί, μάνδραι,</w:t>
      </w:r>
    </w:p>
    <w:p>
      <w:r>
        <w:rPr>
          <w:rFonts w:ascii="Courier New" w:hAnsi="Courier New"/>
          <w:color w:val="555555"/>
          <w:sz w:val="20"/>
        </w:rPr>
        <w:t>[5]</w:t>
      </w:r>
    </w:p>
    <w:p>
      <w:r>
        <w:rPr>
          <w:rFonts w:ascii="Gentium Plus" w:hAnsi="Gentium Plus"/>
          <w:sz w:val="24"/>
        </w:rPr>
        <w:t>συφοὶ συφεοί, συβόσια, τάχα δὲ καὶ γερανοβοσίαι καὶ χηνοβοσίαι κατὰ Πλάτωνα (Politic 264 C), καὶ περιστερεὼν εἰρημένος ἐν Θεαιτήτῳ (197 CD, 198 B). ἐν δὲ τοῖς προαστείοις καὶ τὰ περιπόλια εἴη ἄν, εἰ μὴ χωρίου ὄνομα αὐτὸ νοοῖμεν παρὰ Θουκυδίδῃ (VII 48. 5), ὅταν φῇ ‘ἐν περιπολίοις τισὶν ἐλήφθη.‘</w:t>
      </w:r>
    </w:p>
    <w:p>
      <w:r>
        <w:rPr>
          <w:rFonts w:ascii="Courier New" w:hAnsi="Courier New"/>
          <w:color w:val="555555"/>
          <w:sz w:val="20"/>
        </w:rPr>
        <w:t>[9 . 17]</w:t>
      </w:r>
    </w:p>
    <w:p>
      <w:r>
        <w:rPr>
          <w:rFonts w:ascii="Gentium Plus" w:hAnsi="Gentium Plus"/>
          <w:sz w:val="24"/>
        </w:rPr>
        <w:t>ἐπεὶ δὲ ἀπὸ τῶν προαστείων εἰς ἄστυ ἰτέον, ἀπὸ μὲν τοῦ ἄστεως οὐχ ὁ ἀστὸς μόνον καὶ ἡ ἀστή, ἀλλὰ καὶ ὁ ἀστικὸς καὶ ὁ ἀστεῖος καὶ τὸ ἀστεΐζεσθαι καὶ ἀστυπολεῖν καὶ ἀστυνόμος, καὶ παρὰ Κριτίᾳ (VS p 629. 13 D) ὁ ἀστύτριψ. ἡ δὲ κωμῳδία (III p 540. 745 Ko) καὶ ἀστῆς ἐλαίας</w:t>
      </w:r>
    </w:p>
    <w:p>
      <w:r>
        <w:rPr>
          <w:rFonts w:ascii="Courier New" w:hAnsi="Courier New"/>
          <w:color w:val="555555"/>
          <w:sz w:val="20"/>
        </w:rPr>
        <w:t>[5]</w:t>
      </w:r>
    </w:p>
    <w:p>
      <w:r>
        <w:rPr>
          <w:rFonts w:ascii="Gentium Plus" w:hAnsi="Gentium Plus"/>
          <w:sz w:val="24"/>
        </w:rPr>
        <w:t>εἴρηκε τῆς ἐμ πόλει. πόλιν δ’ ἂν εἴποις ἠπειρῶτιν, νησιῶτιν, χερσαίαν, ἀπὸ θαλάττης, μεσόγειον, ἔφαλον, πάραλον παράλιον, παραθαλαττίδιον ἐπιθαλαττί‐ διον, ἀγχιθάλαττον· ἡ γὰρ ἀγχίαλος ποιητῶν. ἡ δὲ ἑκατέρωθεν</w:t>
      </w:r>
    </w:p>
    <w:p>
      <w:r>
        <w:rPr>
          <w:rFonts w:ascii="Courier New" w:hAnsi="Courier New"/>
          <w:color w:val="555555"/>
          <w:sz w:val="20"/>
        </w:rPr>
        <w:t>[9 . 18]</w:t>
      </w:r>
    </w:p>
    <w:p>
      <w:r>
        <w:rPr>
          <w:rFonts w:ascii="Gentium Plus" w:hAnsi="Gentium Plus"/>
          <w:sz w:val="24"/>
        </w:rPr>
        <w:t>ἔχουσα θάλατταν ἀμφιθάλαττος ὡς ἡ Κόρινθος. καὶ ἡ μὲν ἐν μέσῳ τῆς θαλάττης ἑκατέρωθεν παρήκουσα γῆ ἀμφιπλήξ καὶ ἀμφοτερόπλους καὶ αὐχὴν καὶ ἰσθμός· ἵνα δ’ ἡ θάλαττα ἑκατέρωθεν οὖσα τὴν γῆν διαιρεῖ, τοῦτο θαλάττης αὐλῶνα καὶ εὔριπον καὶ πορθμὸν δεῖ καλεῖν</w:t>
      </w:r>
    </w:p>
    <w:p>
      <w:r>
        <w:rPr>
          <w:rFonts w:ascii="Courier New" w:hAnsi="Courier New"/>
          <w:color w:val="555555"/>
          <w:sz w:val="20"/>
        </w:rPr>
        <w:t>[5]</w:t>
      </w:r>
    </w:p>
    <w:p>
      <w:r>
        <w:rPr>
          <w:rFonts w:ascii="Gentium Plus" w:hAnsi="Gentium Plus"/>
          <w:sz w:val="24"/>
        </w:rPr>
        <w:t>ὡς Εὐριπίδης (Hec 1106) καὶ Ἡσίοδος (nov). εἴποις δ’ ἂν πόλιν τὴν μὲν ἔναγχος κτισθεῖσαν νέαν, πρόσφατον, καινήν, νεόκτιστον νεο‐ ποίητον νεουργόν νεοκατάστατον, ὑπόγυον, ἡλικιῶτιν τῶν οἰκητόρων, τὴν δὲ πρὸ πολλοῦ ἀρχαίαν, παλαιάν παμπάλαιον, ἀρχαιόπλουτον παλαιόπλουτον, ὠγυγίαν, πρεσβῦτιν, γηρῶσαν ὑπεργήρων ὑπερ‐</w:t>
      </w:r>
    </w:p>
    <w:p>
      <w:r>
        <w:rPr>
          <w:rFonts w:ascii="Courier New" w:hAnsi="Courier New"/>
          <w:color w:val="555555"/>
          <w:sz w:val="20"/>
        </w:rPr>
        <w:t>[9 . 19]</w:t>
      </w:r>
    </w:p>
    <w:p>
      <w:r>
        <w:rPr>
          <w:rFonts w:ascii="Gentium Plus" w:hAnsi="Gentium Plus"/>
          <w:sz w:val="24"/>
        </w:rPr>
        <w:t>γηρῶσαν· καὶ τὸν μὲν ταύτης δῆμον ἀρχαῖον, αὐτόχθονα, γηγενῆ, γνήσιον, ἐγγενῆ, τὸν δὲ ἐκείνης ἔπηλυν ἐπηλύτην, ἔποικον, ἀλλοδαπόν. καὶ εἰς μὲν μέγεθος ἐπαινῶν τὴν πόλιν εἴποις ἂν εὐρεῖαν, πλατεῖαν,</w:t>
      </w:r>
    </w:p>
    <w:p>
      <w:r>
        <w:rPr>
          <w:rFonts w:ascii="Courier New" w:hAnsi="Courier New"/>
          <w:color w:val="555555"/>
          <w:sz w:val="20"/>
        </w:rPr>
        <w:t>[5]</w:t>
      </w:r>
    </w:p>
    <w:p>
      <w:r>
        <w:rPr>
          <w:rFonts w:ascii="Gentium Plus" w:hAnsi="Gentium Plus"/>
          <w:sz w:val="24"/>
        </w:rPr>
        <w:t>μεγέθη, ὑπέρογκον, ἡπλωμένην, ἐκτεταμένην, ἀνακεχυμένην. καὶ τὴν μὲν ἐν ὁμαλεῖ πεδιάδα, ἰσόπεδον, ἱππήλατον ἁμαξήλατον, λεω‐</w:t>
      </w:r>
    </w:p>
    <w:p>
      <w:r>
        <w:rPr>
          <w:rFonts w:ascii="Courier New" w:hAnsi="Courier New"/>
          <w:color w:val="555555"/>
          <w:sz w:val="20"/>
        </w:rPr>
        <w:t>[9 . 20]</w:t>
      </w:r>
    </w:p>
    <w:p>
      <w:r>
        <w:rPr>
          <w:rFonts w:ascii="Gentium Plus" w:hAnsi="Gentium Plus"/>
          <w:sz w:val="24"/>
        </w:rPr>
        <w:t>φόρον, ἐπὶ πολλῆς εὐρυχωρίας οὖσαν, ἀναπεπταμένην, ἀνεῳγμένην καὶ καθ’ Ὅμηρον (Δ 52) εὐρυάγυιαν—ἡ γὰρ κητώεσσα ἐπὶ πλέον ἐστὶ ποιητικόν (Hom B 581)—· τὴν δὲ ἐν ὄρει ὄρειον ὀρείαν, ὑψηλήν ὑπερ‐ ύψηλον, εὐερκῆ, δυσάλωτον, δυσπρόσοδον δυσπρόσβατον δυσπρόσιτον,</w:t>
      </w:r>
    </w:p>
    <w:p>
      <w:r>
        <w:rPr>
          <w:rFonts w:ascii="Courier New" w:hAnsi="Courier New"/>
          <w:color w:val="555555"/>
          <w:sz w:val="20"/>
        </w:rPr>
        <w:t>[5]</w:t>
      </w:r>
    </w:p>
    <w:p>
      <w:r>
        <w:rPr>
          <w:rFonts w:ascii="Gentium Plus" w:hAnsi="Gentium Plus"/>
          <w:sz w:val="24"/>
        </w:rPr>
        <w:t>ἐπιφανῆ ὑπερφανῆ, ὑπερλάμπουσαν, προσανιοῦσαν προσαναβαίνουσαν, τοῖς ὄρεσι προσαμιλλωμένην, ὑπερδέξιον πᾶσαν, ἀκροπόλει ἐοικυῖαν, μικροῦ ὑπερνέφελον, ταῖς κορυφαῖς ἁμιλλωμένην τῷ ἐλευθέρῳ αἰθέρι, ὀλίγου ψαύουσαν τῶν νεφελῶν, ἐγγυτάτω τῶν νεφῶν, φαιδρῷ ἀέρι</w:t>
      </w:r>
    </w:p>
    <w:p>
      <w:r>
        <w:rPr>
          <w:rFonts w:ascii="Courier New" w:hAnsi="Courier New"/>
          <w:color w:val="555555"/>
          <w:sz w:val="20"/>
        </w:rPr>
        <w:t>[9 . 21]</w:t>
      </w:r>
    </w:p>
    <w:p>
      <w:r>
        <w:rPr>
          <w:rFonts w:ascii="Gentium Plus" w:hAnsi="Gentium Plus"/>
          <w:sz w:val="24"/>
        </w:rPr>
        <w:t>περιρρεομένην, ἐλευθέρῳ τῷ ἀέρι. εἰ δὲ ψέγοις τὴν μείζω πόλιν, ἔκμετρον ὑπέρμετρον, ἀνάρμοστον, δυσφύλακτον, δυσπρόσιτον δυσ‐ πλήρωτον, δυσοίκητον, πεπλανημένην, διερριμμένην, διεσπασμένην, ἐγγενοῦς δήμου ἐνδεᾶ, πλήθους ἐπιδεᾶ, πολυγενῆ πολύδημον,</w:t>
      </w:r>
    </w:p>
    <w:p>
      <w:r>
        <w:rPr>
          <w:rFonts w:ascii="Courier New" w:hAnsi="Courier New"/>
          <w:color w:val="555555"/>
          <w:sz w:val="20"/>
        </w:rPr>
        <w:t>[5]</w:t>
      </w:r>
    </w:p>
    <w:p>
      <w:r>
        <w:rPr>
          <w:rFonts w:ascii="Gentium Plus" w:hAnsi="Gentium Plus"/>
          <w:sz w:val="24"/>
        </w:rPr>
        <w:t>ἄκοσμον, ἄκριτον, θορύβου μεστήν, θορύβου πλέαν, ἀκολασίας, ἀκοσμίας, πάμφυλον παγγενῆ, ἠρανισμένην, ξένου λεὼ μεστήν, πολύξενον, ξενίζουσαν, ἀλλοφύλου δήμου πλέαν</w:t>
      </w:r>
    </w:p>
    <w:p>
      <w:r>
        <w:rPr>
          <w:rFonts w:ascii="Courier New" w:hAnsi="Courier New"/>
          <w:color w:val="555555"/>
          <w:sz w:val="20"/>
        </w:rPr>
        <w:t>[9 . 22]</w:t>
      </w:r>
    </w:p>
    <w:p>
      <w:r>
        <w:rPr>
          <w:rFonts w:ascii="Gentium Plus" w:hAnsi="Gentium Plus"/>
          <w:sz w:val="24"/>
        </w:rPr>
        <w:t>στήν, πανδημίας ὑπόπλεων, ἐπεισάκτου τροφῆς δεομένην, οὐκ ἀρ‐ κοῦσαν τρέφειν τοὺς οἰκήτορας, εἰσαγωγῆς χρῄζουσαν, εἰσαγωγίμων σιτίων, ἐπεισάκτων τροφῶν· ἣν ἡ θάλαττα μᾶλλον τῆς γῆς τρέφει, ἣν ἔμποροι μᾶλλον τῶν γεωργῶν τρέφουσιν. ὁμοίως δὲ καὶ τὴν πε‐</w:t>
      </w:r>
    </w:p>
    <w:p>
      <w:r>
        <w:rPr>
          <w:rFonts w:ascii="Courier New" w:hAnsi="Courier New"/>
          <w:color w:val="555555"/>
          <w:sz w:val="20"/>
        </w:rPr>
        <w:t>[5]</w:t>
      </w:r>
    </w:p>
    <w:p>
      <w:r>
        <w:rPr>
          <w:rFonts w:ascii="Gentium Plus" w:hAnsi="Gentium Plus"/>
          <w:sz w:val="24"/>
        </w:rPr>
        <w:t>διάδα ψέγων εἴποις ἂν κοίλην, ὑπτίαν, ἑλώδη, εὐέφοδον, εὐάλωτον, ἣν ἐξ ἐπιδρομῆς ἄν τις ἕλοι· τὴν δ’ ὄρειον ψέγων δύσμικτος ἐρεῖς, δύσ‐ οδος, ἀτριβής, ἀπρόσμικτος ἀπροσπέλαστος, δύσξενος, δύσβατος</w:t>
      </w:r>
    </w:p>
    <w:p>
      <w:r>
        <w:rPr>
          <w:rFonts w:ascii="Courier New" w:hAnsi="Courier New"/>
          <w:color w:val="555555"/>
          <w:sz w:val="20"/>
        </w:rPr>
        <w:t>[9 . 23]</w:t>
      </w:r>
    </w:p>
    <w:p>
      <w:r>
        <w:rPr>
          <w:rFonts w:ascii="Gentium Plus" w:hAnsi="Gentium Plus"/>
          <w:sz w:val="24"/>
        </w:rPr>
        <w:t>δύσπορος, ἀνάντης, ἄγροικος, χαράδρα, φάραγξ, θηρίων μᾶλλον ἢ ἀνθρώπων πόλις, αἰγίβοτος μᾶλλον ἢ ἀστική, δυσχείμερος δύσθερος, δυσχερὴς χειμῶνος ὑπὸ τῶν νιφετῶν, θέρους ἄσκιος. καὶ ἄλλως δ’ ἐπαινῶν ἐρεῖς εὐανδρουμένην, ἀκμάζουσαν, εὐθηνοῦσαν· κἂν ψέγῃς,</w:t>
      </w:r>
    </w:p>
    <w:p>
      <w:r>
        <w:rPr>
          <w:rFonts w:ascii="Courier New" w:hAnsi="Courier New"/>
          <w:color w:val="555555"/>
          <w:sz w:val="20"/>
        </w:rPr>
        <w:t>[5]</w:t>
      </w:r>
    </w:p>
    <w:p>
      <w:r>
        <w:rPr>
          <w:rFonts w:ascii="Gentium Plus" w:hAnsi="Gentium Plus"/>
          <w:sz w:val="24"/>
        </w:rPr>
        <w:t>φλεγμαίνουσαν, ὀχληράν ὀχλώδη, θλιβομένην, ἀχλυώδη, βαρεῖαν, πο‐ λυπράγμονα, φορτικὴν διὰ πλήθους, θορύβου πλέα, ὠθισμοῦ, στε‐ νοχωρίας, ταραχώδης. ἐν ᾗ δὲ ὀλίγον τὸ πλῆθος, ὀλιγάνθρωπος, ἐν</w:t>
      </w:r>
    </w:p>
    <w:p>
      <w:r>
        <w:rPr>
          <w:rFonts w:ascii="Courier New" w:hAnsi="Courier New"/>
          <w:color w:val="555555"/>
          <w:sz w:val="20"/>
        </w:rPr>
        <w:t>[9 . 24]</w:t>
      </w:r>
    </w:p>
    <w:p>
      <w:r>
        <w:rPr>
          <w:rFonts w:ascii="Gentium Plus" w:hAnsi="Gentium Plus"/>
          <w:sz w:val="24"/>
        </w:rPr>
        <w:t>εὐρυχωρίᾳ, ἐν σχολῇ, ἐν ἡσυχίᾳ, ἀπράγμων, ἄλυπος· εἰ δὲ σκώπτοις, ἔρημον, φορτικήν, ὀλιγάνθρωπον, ἔρημον οἰκητόρων, ἀπάνθρωπον,</w:t>
      </w:r>
    </w:p>
    <w:p>
      <w:r>
        <w:rPr>
          <w:rFonts w:ascii="Courier New" w:hAnsi="Courier New"/>
          <w:color w:val="555555"/>
          <w:sz w:val="20"/>
        </w:rPr>
        <w:t>[5]</w:t>
      </w:r>
    </w:p>
    <w:p>
      <w:r>
        <w:rPr>
          <w:rFonts w:ascii="Gentium Plus" w:hAnsi="Gentium Plus"/>
          <w:sz w:val="24"/>
        </w:rPr>
        <w:t>μεμετρημένην, μετρίαν μεμετρημένην, οἰκήσιμον, εὐδίαιτον· ψέγων δὲ ἐρεῖς στενήν, βραχεῖαν, ἀθλίαν, ταλαίπωρον πόλισμα πολι‐</w:t>
      </w:r>
    </w:p>
    <w:p>
      <w:r>
        <w:rPr>
          <w:rFonts w:ascii="Courier New" w:hAnsi="Courier New"/>
          <w:color w:val="555555"/>
          <w:sz w:val="20"/>
        </w:rPr>
        <w:t>[9 . 25]</w:t>
      </w:r>
    </w:p>
    <w:p>
      <w:r>
        <w:rPr>
          <w:rFonts w:ascii="Gentium Plus" w:hAnsi="Gentium Plus"/>
          <w:sz w:val="24"/>
        </w:rPr>
        <w:t>σμάτιον, πολίχνη πολίχνιον, κώμη. καὶ πολλὰ ἄλλα ἂν εὕροις ἐκ τῶν ἐν τοῖς πρὸ τούτου βιβλίοις προειρημένων ἐπαινῶν μὲν τὴν φιλάνθρωπον καὶ εὔξενον πόλιν, πάλιν δὲ ψέγων τὴν ἀπάνθρωπόν τε καὶ ἄξενον· εἰ γὰρ καὶ μὴ ἐπὶ πόλεών ἐστιν ἀλλ’ ἐπὶ ἀνδρῶν</w:t>
      </w:r>
    </w:p>
    <w:p>
      <w:r>
        <w:rPr>
          <w:rFonts w:ascii="Courier New" w:hAnsi="Courier New"/>
          <w:color w:val="555555"/>
          <w:sz w:val="20"/>
        </w:rPr>
        <w:t>[5]</w:t>
      </w:r>
    </w:p>
    <w:p>
      <w:r>
        <w:rPr>
          <w:rFonts w:ascii="Gentium Plus" w:hAnsi="Gentium Plus"/>
          <w:sz w:val="24"/>
        </w:rPr>
        <w:t>εἰρημένα, τὴν γοῦν χρῆσιν ἔστιν ἄγειν ἐπὶ τὰς πόλεις, ὥσπερ αὖ καὶ ὅσα ἐπὶ χωρίων ἐστὶν ὑγιεινῶν τε καὶ νοσερῶν, καὶ πάνθ’ ὅσα τοιαῦτα, προσακτέον δὲ καὶ ταῦτα ταῖς πόλεσιν. ἀλλ’ ὁ μὲν μεγάλης πόλεως πολίτης μεγαλοπολίτης ἂν λέγοιτο, ὁ δὲ μικρᾶς μικροπολίτης, ὅθεν καὶ Ἀριστοφάνει (fg 819) εἴρηται</w:t>
      </w:r>
    </w:p>
    <w:p>
      <w:r>
        <w:rPr>
          <w:rFonts w:ascii="Courier New" w:hAnsi="Courier New"/>
          <w:color w:val="555555"/>
          <w:sz w:val="20"/>
        </w:rPr>
        <w:t>[9 . 26]</w:t>
      </w:r>
    </w:p>
    <w:p>
      <w:r>
        <w:rPr>
          <w:rFonts w:ascii="Gentium Plus" w:hAnsi="Gentium Plus"/>
          <w:sz w:val="24"/>
        </w:rPr>
        <w:t>τὸ μικροπολιτικόν, ὁ δὲ νέας Νεαπολίτης κατὰ Πλάτωνα (comic?), καὶ κατ’ Ἐπίχαρμον λέγοντα ἐν Ἁρπαγαῖς (12 Kaib) νέοικος, καὶ κατ’ Εὔπολιν λέγοντα ἐν Χρυσῷ γένει (I p 339. 300 Ko) νεοκάτ‐ οικος.</w:t>
      </w:r>
    </w:p>
    <w:p>
      <w:r>
        <w:rPr>
          <w:rFonts w:ascii="Courier New" w:hAnsi="Courier New"/>
          <w:color w:val="555555"/>
          <w:sz w:val="20"/>
        </w:rPr>
        <w:t>[5]</w:t>
      </w:r>
    </w:p>
    <w:p>
      <w:r>
        <w:rPr>
          <w:rFonts w:ascii="Gentium Plus" w:hAnsi="Gentium Plus"/>
          <w:sz w:val="24"/>
        </w:rPr>
        <w:t>τὰ δ’ ἀπὸ πόλεως ὀνόματα πολίτης, πολιτεία, πολιτευόμενοι πολιτεύεσθαι, πολιτεύειν πολιτοκοπεῖν καὶ πολιτοκοπία ὡς Σαννυρίων Γέλωτι (I p 794. 7 Ko), πολιτικὴ σοφία καὶ πολιτικὸς ἀνήρ καὶ λόγος πολιτικός, καὶ πολιεῖς θεοὶ καὶ πολιοῦχοι, καὶ φιλόπολις τὸ ἦθος παρὰ Θουκυδίδῃ (VI 92. 3), καὶ πολιτοκοπεῖν</w:t>
      </w:r>
    </w:p>
    <w:p>
      <w:r>
        <w:rPr>
          <w:rFonts w:ascii="Courier New" w:hAnsi="Courier New"/>
          <w:color w:val="555555"/>
          <w:sz w:val="20"/>
        </w:rPr>
        <w:t>[9 . 27]</w:t>
      </w:r>
    </w:p>
    <w:p>
      <w:r>
        <w:rPr>
          <w:rFonts w:ascii="Gentium Plus" w:hAnsi="Gentium Plus"/>
          <w:sz w:val="24"/>
        </w:rPr>
        <w:t>παρ’ Ἀντιφῶντι (fg 177 Bl), καὶ πολλὰ τοιαῦτα. τὸν δὲ ἀστὸν Εὔπολις ἐν τῇ Διάδι (I p 293. 137 Ko) ἔμπολιν εἴρηκεν, οἷον ἐγχώριον· εἴποι δ’ ἄν τις, οἶμαι, καὶ τὸν ἐντόπιον, Πλάτωνος Phaedr 262 D) εἰπόντος ἐντοπίους θεούς. ἡ δ’ ἰσθμῷ ἢ πορθμῷ</w:t>
      </w:r>
    </w:p>
    <w:p>
      <w:r>
        <w:rPr>
          <w:rFonts w:ascii="Courier New" w:hAnsi="Courier New"/>
          <w:color w:val="555555"/>
          <w:sz w:val="20"/>
        </w:rPr>
        <w:t>[5]</w:t>
      </w:r>
    </w:p>
    <w:p>
      <w:r>
        <w:rPr>
          <w:rFonts w:ascii="Gentium Plus" w:hAnsi="Gentium Plus"/>
          <w:sz w:val="24"/>
        </w:rPr>
        <w:t>προσοικοῦσα πόλις ἀμφίπολις, καὶ ἡ πολλὰς ἔχουσα πόλεις χώρα πο‐ λύπολις· πέρα γὰρ τοῦ δέοντος φιλότιμον τὸ τὴν οἰκουμένην εἰπεῖν εὔπολιν. καὶ αἱ μὲν πολλαὶ πόλεις εἰς ἓν συντελοῦσαι ἔθνος, αἱ δὲ πολλαὶ κῶμαι εἰς ἓν ὄνομα συμφέρουσαι πόλις· τοῖς γὰρ ποιη‐ ταῖς καὶ τὰς κώμας λέγουσι πόλεις οὐ προσεκτέον, ὡς παρ’ Εὐ‐</w:t>
      </w:r>
    </w:p>
    <w:p>
      <w:r>
        <w:rPr>
          <w:rFonts w:ascii="Courier New" w:hAnsi="Courier New"/>
          <w:color w:val="555555"/>
          <w:sz w:val="20"/>
        </w:rPr>
        <w:t>[10]</w:t>
      </w:r>
    </w:p>
    <w:p>
      <w:r>
        <w:rPr>
          <w:rFonts w:ascii="Gentium Plus" w:hAnsi="Gentium Plus"/>
          <w:sz w:val="24"/>
        </w:rPr>
        <w:t>ριπίδῃ ἐν Ἰξίωνι (immo Ἴωνι 294)</w:t>
      </w:r>
    </w:p>
    <w:p>
      <w:r>
        <w:rPr>
          <w:rFonts w:ascii="Courier New" w:hAnsi="Courier New"/>
          <w:color w:val="555555"/>
          <w:sz w:val="20"/>
        </w:rPr>
        <w:t>[9 . 28]</w:t>
      </w:r>
    </w:p>
    <w:p>
      <w:r>
        <w:rPr>
          <w:rFonts w:ascii="Gentium Plus" w:hAnsi="Gentium Plus"/>
          <w:sz w:val="24"/>
        </w:rPr>
        <w:t>μέρη δὲ πόλεως τὰ μὲν ἐκ θαλάττης αἰγιαλός, ἀκτή, ᾐών, λιμὴν καὶ λιμένος στόμα καὶ βάθος καὶ μυχός, καὶ ὅρμος δὲ καὶ κρη‐ πίς, νεώρια, νεώσοικοι καὶ ὡς Ἀριστοφάνης ἐν Βαβυλωνίοις (fg 78) ναυλόχιον. καὶ δὴ καὶ τελώνια· εἴρηται δὲ τὸ τελώνιον ἐν</w:t>
      </w:r>
    </w:p>
    <w:p>
      <w:r>
        <w:rPr>
          <w:rFonts w:ascii="Courier New" w:hAnsi="Courier New"/>
          <w:color w:val="555555"/>
          <w:sz w:val="20"/>
        </w:rPr>
        <w:t>[5]</w:t>
      </w:r>
    </w:p>
    <w:p>
      <w:r>
        <w:rPr>
          <w:rFonts w:ascii="Gentium Plus" w:hAnsi="Gentium Plus"/>
          <w:sz w:val="24"/>
        </w:rPr>
        <w:t>Ποσειδίππου Κώδωνι· (III p 339. 13 Ko) τὸν παῖδ’ ἄνω σπεύδοντα πρὸς τὸ τελώνιον δεκατηλόγια, δεκατευτήρια, πεντηκοστολόγια, φυλακτήρια. ἀλλὰ καὶ</w:t>
      </w:r>
    </w:p>
    <w:p>
      <w:r>
        <w:rPr>
          <w:rFonts w:ascii="Courier New" w:hAnsi="Courier New"/>
          <w:color w:val="555555"/>
          <w:sz w:val="20"/>
        </w:rPr>
        <w:t>[9 . 29]</w:t>
      </w:r>
    </w:p>
    <w:p>
      <w:r>
        <w:rPr>
          <w:rFonts w:ascii="Gentium Plus" w:hAnsi="Gentium Plus"/>
          <w:sz w:val="24"/>
        </w:rPr>
        <w:t>δεκατώνια· κέχρηται δὲ τῷ ὀνόματι Ἀντιφάνης ἐν Ἁλιευομένῃ· (II p 22. 27 Ko) καὶ οἱ τούτοις ἐφεστηκότες τελῶναι, ἐκλογεῖς, ἐλλι‐ μενισταί, δεκατηλόγοι ὡς Δημοσθένης (XXIII 177), ὡς δὲ Ἀναξίλας ἐν Γλαύκῳ (II p 265. 8 Ko) δεκατῶναι, εἰκοστολόγοι, πεντηκοστο‐</w:t>
      </w:r>
    </w:p>
    <w:p>
      <w:r>
        <w:rPr>
          <w:rFonts w:ascii="Courier New" w:hAnsi="Courier New"/>
          <w:color w:val="555555"/>
          <w:sz w:val="20"/>
        </w:rPr>
        <w:t>[5]</w:t>
      </w:r>
    </w:p>
    <w:p>
      <w:r>
        <w:rPr>
          <w:rFonts w:ascii="Gentium Plus" w:hAnsi="Gentium Plus"/>
          <w:sz w:val="24"/>
        </w:rPr>
        <w:t>λόγοι· καὶ πεντηκοστολογεῖν ἐν Φιλωνίδου Κοθόρνοις ἔστιν εἰρη‐ μένον (III p 306. 17 Ko). παναγεῖς γενεάν, πορνοτελῶναι, Μεγαρεῖς δεινοί, πατραλοῖαι.</w:t>
      </w:r>
    </w:p>
    <w:p>
      <w:r>
        <w:rPr>
          <w:rFonts w:ascii="Courier New" w:hAnsi="Courier New"/>
          <w:color w:val="555555"/>
          <w:sz w:val="20"/>
        </w:rPr>
        <w:t>[9 . 30]</w:t>
      </w:r>
    </w:p>
    <w:p>
      <w:r>
        <w:rPr>
          <w:rFonts w:ascii="Gentium Plus" w:hAnsi="Gentium Plus"/>
          <w:sz w:val="24"/>
        </w:rPr>
        <w:t>τὸ δὲ τέλος ἐλλιμένιον, ὡς Εὔπολις Αὐτολύκῳ (I p 269. 48 Ko) ἐλλιμένιον ὁδοῦναι πρὶν εἰσβῆναί σε δεῖ, καὶ δεκάτη καὶ εἰκοστὴ καὶ πεντηκοστή, καὶ κατὰ τὸ μέρος τῆς ἑκα‐ σταχοῦ εἰσπράξεως τὸ ὄνομα. ἦ που δὲ καὶ παραγώγιον τέλους</w:t>
      </w:r>
    </w:p>
    <w:p>
      <w:r>
        <w:rPr>
          <w:rFonts w:ascii="Courier New" w:hAnsi="Courier New"/>
          <w:color w:val="555555"/>
          <w:sz w:val="20"/>
        </w:rPr>
        <w:t>[5]</w:t>
      </w:r>
    </w:p>
    <w:p>
      <w:r>
        <w:rPr>
          <w:rFonts w:ascii="Gentium Plus" w:hAnsi="Gentium Plus"/>
          <w:sz w:val="24"/>
        </w:rPr>
        <w:t>ὄνομα, εἰ δεῖ πρὸς ἀπολογίαν τῆς κοινῆς χρήσεως παρέχεσθαι τὸ ἐν τῇ Φιλιππίδου Συνεκπλεούσῃ (III p 306. 17 Ko) εἰρημένον ‘ὅταν</w:t>
      </w:r>
    </w:p>
    <w:p>
      <w:r>
        <w:rPr>
          <w:rFonts w:ascii="Courier New" w:hAnsi="Courier New"/>
          <w:color w:val="555555"/>
          <w:sz w:val="20"/>
        </w:rPr>
        <w:t>[9 . 31]</w:t>
      </w:r>
    </w:p>
    <w:p>
      <w:r>
        <w:rPr>
          <w:rFonts w:ascii="Gentium Plus" w:hAnsi="Gentium Plus"/>
          <w:sz w:val="24"/>
        </w:rPr>
        <w:t>ἑξῆς παραγώγιον ἂν ἐκφέρῃς, εἰσπράξομαι.‘ τὸ δὲ πρᾶγμα τε‐ λωνία, καὶ τελωνεῖν τὸ ῥῆμα, καὶ εἰσπράττειν τέλη, πράττειν, ἀπαι‐ τεῖν, ἐκλέγειν. καὶ τὸ τελούμενον παρ’ αὐτῶν τελῶν ἀπογραφή, τὸ δὲ μὴ ἀπογραφὲν ἀναπόγραφον. καὶ ὡς Ἀριστοφάνης ἐν Πο‐</w:t>
      </w:r>
    </w:p>
    <w:p>
      <w:r>
        <w:rPr>
          <w:rFonts w:ascii="Courier New" w:hAnsi="Courier New"/>
          <w:color w:val="555555"/>
          <w:sz w:val="20"/>
        </w:rPr>
        <w:t>[5]</w:t>
      </w:r>
    </w:p>
    <w:p>
      <w:r>
        <w:rPr>
          <w:rFonts w:ascii="Gentium Plus" w:hAnsi="Gentium Plus"/>
          <w:sz w:val="24"/>
        </w:rPr>
        <w:t>λυείδῳ (fg 455) ἐλλιμενίζεις ἢ δεκατεύεις;</w:t>
      </w:r>
    </w:p>
    <w:p>
      <w:r>
        <w:rPr>
          <w:rFonts w:ascii="Courier New" w:hAnsi="Courier New"/>
          <w:color w:val="555555"/>
          <w:sz w:val="20"/>
        </w:rPr>
        <w:t>[9 . 32]</w:t>
      </w:r>
    </w:p>
    <w:p>
      <w:r>
        <w:rPr>
          <w:rFonts w:ascii="Gentium Plus" w:hAnsi="Gentium Plus"/>
          <w:sz w:val="24"/>
        </w:rPr>
        <w:t>ἀνυπεύθυνον ἀτελές καὶ τὸ πρᾶγμα ἀτέλεια, καὶ οὐ μόνον ἄνθρωπος ἀτελὴς ἀλλὰ καὶ λιμήν, ὅπου μηδὲν εἰσπράττεται. καὶ κακίζων μὲν τελώνην εἴποις ἂν βαρύς, φορτικός, ἄγχων, λῃστεύων ληιζόμενος, παρεκλέγων, θαλάττης ἀγριώτερος, χειμῶνος βιαιότερος, καταδύων</w:t>
      </w:r>
    </w:p>
    <w:p>
      <w:r>
        <w:rPr>
          <w:rFonts w:ascii="Courier New" w:hAnsi="Courier New"/>
          <w:color w:val="555555"/>
          <w:sz w:val="20"/>
        </w:rPr>
        <w:t>[5]</w:t>
      </w:r>
    </w:p>
    <w:p>
      <w:r>
        <w:rPr>
          <w:rFonts w:ascii="Gentium Plus" w:hAnsi="Gentium Plus"/>
          <w:sz w:val="24"/>
        </w:rPr>
        <w:t>τοὺς καταχθέντας, ἀπάνθρωπος, ἐπαχθής, ἄπληστος, ἄμετρος, αἰσ‐ χροκερδής, βίαιος, ἀποπνίγων, πιέζων, λωποδυτῶν, ἀποδύων, ἁρπά‐ ζων, ἀφαιρούμενος, παρεισπράττων, ἰταμός, ἀναίσχυντος, ἀπηρυ‐ θριακώς, δυσχερής, ἀνήμερος, ἄγριος, ἄξενος, θηριώδης, ἕρμα, πρό‐ βολος πέτρα, ναυάγιον, θηρίον ἄμικτον, καὶ ὅσα ἐν ταῖς ἤθους</w:t>
      </w:r>
    </w:p>
    <w:p>
      <w:r>
        <w:rPr>
          <w:rFonts w:ascii="Courier New" w:hAnsi="Courier New"/>
          <w:color w:val="555555"/>
          <w:sz w:val="20"/>
        </w:rPr>
        <w:t>[9 . 33]</w:t>
      </w:r>
    </w:p>
    <w:p>
      <w:r>
        <w:rPr>
          <w:rFonts w:ascii="Gentium Plus" w:hAnsi="Gentium Plus"/>
          <w:sz w:val="24"/>
        </w:rPr>
        <w:t>λοιδορίαις ἔχεις· φιλοτιμουμένῳ δὲ ἔξεστιν εἰπεῖν Σαλμυδησσός, Καφηρεύς, καὶ ὅσα ἐν θαλάττῃ δύσμικτα καὶ ἄξενα χωρία. εἰ δ’ ἐπαινεῖς τελώνην, εἴποις ἂν ἔννομος, εὔξενος, δίκαιος, ἐνδοτέρω τοῦ νόμου, πραότερος τοῦ λίαν ἀκριβοῦς, κρείττων τοῦ βίου, εἰδὼς</w:t>
      </w:r>
    </w:p>
    <w:p>
      <w:r>
        <w:rPr>
          <w:rFonts w:ascii="Courier New" w:hAnsi="Courier New"/>
          <w:color w:val="555555"/>
          <w:sz w:val="20"/>
        </w:rPr>
        <w:t>[5]</w:t>
      </w:r>
    </w:p>
    <w:p>
      <w:r>
        <w:rPr>
          <w:rFonts w:ascii="Gentium Plus" w:hAnsi="Gentium Plus"/>
          <w:sz w:val="24"/>
        </w:rPr>
        <w:t>αἰδεῖσθαι, παραμυθούμενος τὴν τοῦ πλοῦ δυσχέρειαν, εἰς ὃν ἄν τις ἀναπαύσαιτο, ᾧ τις ἂν ἡδέως προσορμίσαιτο. τὸ μέντοι τὰ τέλη</w:t>
      </w:r>
    </w:p>
    <w:p>
      <w:r>
        <w:rPr>
          <w:rFonts w:ascii="Courier New" w:hAnsi="Courier New"/>
          <w:color w:val="555555"/>
          <w:sz w:val="20"/>
        </w:rPr>
        <w:t>[9 . 34]</w:t>
      </w:r>
    </w:p>
    <w:p>
      <w:r>
        <w:rPr>
          <w:rFonts w:ascii="Gentium Plus" w:hAnsi="Gentium Plus"/>
          <w:sz w:val="24"/>
        </w:rPr>
        <w:t>παραλαβεῖν εἴποις ἂν πρίασθαι καὶ μισθώσασθαι, καὶ τοὺς ἄρχοντας ἐκδιδόναι τὰ τέλη, πιπράσκειν, κηρύττειν, ἀπομισθοῦν. τὰ δὲ περὶ τοὺς λιμένας μέρη δεῖγμα, χῶμα, ἐμπόριον, καὶ ὡς Ὑπερείδης (fg 186 Bl) φησίν, ἐξαίρεσις, ὅπου τὰ φορτία ἐξ‐</w:t>
      </w:r>
    </w:p>
    <w:p>
      <w:r>
        <w:rPr>
          <w:rFonts w:ascii="Courier New" w:hAnsi="Courier New"/>
          <w:color w:val="555555"/>
          <w:sz w:val="20"/>
        </w:rPr>
        <w:t>[5]</w:t>
      </w:r>
    </w:p>
    <w:p>
      <w:r>
        <w:rPr>
          <w:rFonts w:ascii="Gentium Plus" w:hAnsi="Gentium Plus"/>
          <w:sz w:val="24"/>
        </w:rPr>
        <w:t>αιρεῖται, ὥσπερ καὶ τὸ δεῖγμα τοὔνομα ἀπὸ τοῦ δείγματα τῶν ἀγωγίμων τοῖς ὠνητιῶσι δίδοσθαι, παρ’ Ὑπερείδῃ ἐν τοῖς ὑπὲρ τοῦ ταρίχους (fg 186 Bl). τοῦ δ’ ἐμπορίου μέρη καπηλεῖα καὶ πορνεῖα, ἃ καὶ οἰκήματα ἄν τις εἴποι· καὶ τὸ πλῆθος οὐ ναυτικὸν μόνον, ὅσον ἐν τοῖς περὶ νεῶν ἐστὶν εἰρημένον, ἀλλ’ ἔμποροι καὶ</w:t>
      </w:r>
    </w:p>
    <w:p>
      <w:r>
        <w:rPr>
          <w:rFonts w:ascii="Courier New" w:hAnsi="Courier New"/>
          <w:color w:val="555555"/>
          <w:sz w:val="20"/>
        </w:rPr>
        <w:t>[10]</w:t>
      </w:r>
    </w:p>
    <w:p>
      <w:r>
        <w:rPr>
          <w:rFonts w:ascii="Gentium Plus" w:hAnsi="Gentium Plus"/>
          <w:sz w:val="24"/>
        </w:rPr>
        <w:t>κάπηλοι, καὶ ὅσα ἔχεις ἐν τοῖς περὶ τὰς τέχνας.</w:t>
      </w:r>
    </w:p>
    <w:p>
      <w:r>
        <w:rPr>
          <w:rFonts w:ascii="Courier New" w:hAnsi="Courier New"/>
          <w:color w:val="555555"/>
          <w:sz w:val="20"/>
        </w:rPr>
        <w:t>[9 . 35]</w:t>
      </w:r>
    </w:p>
    <w:p>
      <w:r>
        <w:rPr>
          <w:rFonts w:ascii="Gentium Plus" w:hAnsi="Gentium Plus"/>
          <w:sz w:val="24"/>
        </w:rPr>
        <w:t>τὰ δὲ τῆς πόλεως μέρη τεῖχος καὶ τὰ τείχους μέρη, ἃ τοῖς στρατιωτικοῖς ἐνέγραψα, καί που πύλαι καὶ πυλίδες καὶ οἱ ἐφ‐ εστηκότες τούτοις πυλωροί, ὡς οἱ ἐν τοῖς τείχεσι τειχοφύλακες· καὶ τὰ μέρη τῶν πυλῶν ἃ καὶ τῶν θυρῶν, σανίδες πτύχες θαιροὶ</w:t>
      </w:r>
    </w:p>
    <w:p>
      <w:r>
        <w:rPr>
          <w:rFonts w:ascii="Courier New" w:hAnsi="Courier New"/>
          <w:color w:val="555555"/>
          <w:sz w:val="20"/>
        </w:rPr>
        <w:t>[5]</w:t>
      </w:r>
    </w:p>
    <w:p>
      <w:r>
        <w:rPr>
          <w:rFonts w:ascii="Gentium Plus" w:hAnsi="Gentium Plus"/>
          <w:sz w:val="24"/>
        </w:rPr>
        <w:t>στροφεῖς, καὶ ὅσα εὑρήσεις ἐν τοῖς περὶ οἰκιῶν (I 76). εἴσω δὲ παρ‐ ελθόντων τὸ μὲν σύμπαν ὁ ἐντείχιος τόπος, εἴσω τείχους, ἐντὸς τει‐ χῶν· τὰ δ’ ἔνδον ἀγυιαὶ μὲν κατὰ Ξενοφῶντα (Cyrop II 4. 3) καὶ καθ’ Ὅμηρον (E 642 s), ἀφ’ ὧν ἡ εὐρυάγυια Ὁμήρῳ (Δ 52)</w:t>
      </w:r>
    </w:p>
    <w:p>
      <w:r>
        <w:rPr>
          <w:rFonts w:ascii="Courier New" w:hAnsi="Courier New"/>
          <w:color w:val="555555"/>
          <w:sz w:val="20"/>
        </w:rPr>
        <w:t>[9 . 36]</w:t>
      </w:r>
    </w:p>
    <w:p>
      <w:r>
        <w:rPr>
          <w:rFonts w:ascii="Gentium Plus" w:hAnsi="Gentium Plus"/>
          <w:sz w:val="24"/>
        </w:rPr>
        <w:t>πεποίηται, καὶ Ἀπόλλων ἀγυιεύς. ταῦτα δὲ καὶ ἄμφοδα ἔστιν εὑρεῖν κεκλημένα οὐ παρ’ Ἀριστοφάνει μόνον, εἰπόντι ἐν Θεσμο‐ φοριαζούσαις (fg 327) ἄμφοδον ἐχρῆν αὐτῷ τεθεῖσθαι τοὔνομα,</w:t>
      </w:r>
    </w:p>
    <w:p>
      <w:r>
        <w:rPr>
          <w:rFonts w:ascii="Courier New" w:hAnsi="Courier New"/>
          <w:color w:val="555555"/>
          <w:sz w:val="20"/>
        </w:rPr>
        <w:t>[5]</w:t>
      </w:r>
    </w:p>
    <w:p>
      <w:r>
        <w:rPr>
          <w:rFonts w:ascii="Gentium Plus" w:hAnsi="Gentium Plus"/>
          <w:sz w:val="24"/>
        </w:rPr>
        <w:t>ἀλλὰ καὶ παρ’ Ὑπερείδῃ ἐν τῷ περὶ ἀντιδόσεως πρὸς Πασικλέα (fg 137 Bl)· ‘τὴν οἰκίαν τὴν μεγάλην τὴν Χαβρίου καλουμένην καὶ τὸ ἄμφοδον‘. καλοῖτο δ’ ἂν καὶ κῶμαι ταῦτα, ὅθεν καὶ κωμή‐ τας τοὺς γείτονας καὶ κωμήτιδας ὠνόμαζον· Ἀριστοφάνης γοῦν ἐν μὲν Δράμασιν ἢ Κενταύρῳ (fg 274) ἔφη ‘ἐν κωμήτισι καπηλοῖς ἐπί‐</w:t>
      </w:r>
    </w:p>
    <w:p>
      <w:r>
        <w:rPr>
          <w:rFonts w:ascii="Courier New" w:hAnsi="Courier New"/>
          <w:color w:val="555555"/>
          <w:sz w:val="20"/>
        </w:rPr>
        <w:t>[10]</w:t>
      </w:r>
    </w:p>
    <w:p>
      <w:r>
        <w:rPr>
          <w:rFonts w:ascii="Gentium Plus" w:hAnsi="Gentium Plus"/>
          <w:sz w:val="24"/>
        </w:rPr>
        <w:t>χαρτον,‘ ἐν δὲ Λυσιστράτῃ (5) πλὴν ἥ γ’ ἐμὴ κωμῆτις·</w:t>
      </w:r>
    </w:p>
    <w:p>
      <w:r>
        <w:rPr>
          <w:rFonts w:ascii="Courier New" w:hAnsi="Courier New"/>
          <w:color w:val="555555"/>
          <w:sz w:val="20"/>
        </w:rPr>
        <w:t>[9 . 37]</w:t>
      </w:r>
    </w:p>
    <w:p>
      <w:r>
        <w:rPr>
          <w:rFonts w:ascii="Gentium Plus" w:hAnsi="Gentium Plus"/>
          <w:sz w:val="24"/>
        </w:rPr>
        <w:t>Ἴων δὲ ἐν Φοίνικι (fg 37) σαφέστερον ἀλλ’ ὦ θυρέτρων τῶνδε κωμῆται θεοί. δοκεῖ δέ μοι καὶ ὁ κῶμος ἀπὸ ταύτης ὠνομάσθαι τῆς κώμης, καὶ τὸ ἐγκώμιον ἐπὶ ταῖς νίκαις ἐπᾳδόμενον. τοὺς μὲν δὴ γείτονας καὶ προσ‐</w:t>
      </w:r>
    </w:p>
    <w:p>
      <w:r>
        <w:rPr>
          <w:rFonts w:ascii="Courier New" w:hAnsi="Courier New"/>
          <w:color w:val="555555"/>
          <w:sz w:val="20"/>
        </w:rPr>
        <w:t>[5]</w:t>
      </w:r>
    </w:p>
    <w:p>
      <w:r>
        <w:rPr>
          <w:rFonts w:ascii="Gentium Plus" w:hAnsi="Gentium Plus"/>
          <w:sz w:val="24"/>
        </w:rPr>
        <w:t>οίκους καὶ συνοίκους καὶ παροικοῦντας καὶ προσοικοῦντας, τάχα δὲ καὶ παροίκους καὶ ἀγχιθύρους ἐρεῖς, Εὔπολις δὲ ἐν Κόλαξι (I p 306. 177 Ko) καὶ συμπαροίκους εἴρηκεν. ἐπὶ δὲ τούτοις τὰς μὲν εὐρυτέρας ὁδοὺς λεωφόρους ἂν καὶ ἁμαξιτοὺς καλοίης καὶ ἁμα‐</w:t>
      </w:r>
    </w:p>
    <w:p>
      <w:r>
        <w:rPr>
          <w:rFonts w:ascii="Courier New" w:hAnsi="Courier New"/>
          <w:color w:val="555555"/>
          <w:sz w:val="20"/>
        </w:rPr>
        <w:t>[9 . 38]</w:t>
      </w:r>
    </w:p>
    <w:p>
      <w:r>
        <w:rPr>
          <w:rFonts w:ascii="Gentium Plus" w:hAnsi="Gentium Plus"/>
          <w:sz w:val="24"/>
        </w:rPr>
        <w:t>ξηλάτους καὶ ἱππηλάτους, τὰς δὲ στενὰς στενωποὺς καὶ λαύρας, Ὁμήρου εἰπόντος (X 128) ἔκτοσθεν δ’ ἐυσταθέος μεγάροιο ἦν ὁδὸς ἐς λαύρην.</w:t>
      </w:r>
    </w:p>
    <w:p>
      <w:r>
        <w:rPr>
          <w:rFonts w:ascii="Courier New" w:hAnsi="Courier New"/>
          <w:color w:val="555555"/>
          <w:sz w:val="20"/>
        </w:rPr>
        <w:t>[5]</w:t>
      </w:r>
    </w:p>
    <w:p>
      <w:r>
        <w:rPr>
          <w:rFonts w:ascii="Gentium Plus" w:hAnsi="Gentium Plus"/>
          <w:sz w:val="24"/>
        </w:rPr>
        <w:t>τάχα δ’ ἂν εὕροις καὶ ῥύμην εἰρημένην καὶ πλατεῖαν, ὡς οἱ νῦν λέ‐ γουσι, Φιλήμονος μὲν ἐν Πανηγύρει εἰπόντος (II p 492. 58 Ko) τὴν πλατεῖάν σοι μόνον ταύτην πεποίηκεν ὁ βασιλεύς, Φιλιππίδης δὲ ἐν Φιλευριπίδῃ (III p 307. 73 Ko)</w:t>
      </w:r>
    </w:p>
    <w:p>
      <w:r>
        <w:rPr>
          <w:rFonts w:ascii="Courier New" w:hAnsi="Courier New"/>
          <w:color w:val="555555"/>
          <w:sz w:val="20"/>
        </w:rPr>
        <w:t>[10]</w:t>
      </w:r>
    </w:p>
    <w:p>
      <w:r>
        <w:rPr>
          <w:rFonts w:ascii="Gentium Plus" w:hAnsi="Gentium Plus"/>
          <w:sz w:val="24"/>
        </w:rPr>
        <w:t>πόστην ὑφ’ ὁδοῦ ὡς εἶναι παιδάριον ῥύμην; τρίτην</w:t>
      </w:r>
    </w:p>
    <w:p>
      <w:r>
        <w:rPr>
          <w:rFonts w:ascii="Courier New" w:hAnsi="Courier New"/>
          <w:color w:val="555555"/>
          <w:sz w:val="20"/>
        </w:rPr>
        <w:t>[9 . 39]</w:t>
      </w:r>
    </w:p>
    <w:p>
      <w:r>
        <w:rPr>
          <w:rFonts w:ascii="Gentium Plus" w:hAnsi="Gentium Plus"/>
          <w:sz w:val="24"/>
        </w:rPr>
        <w:t>καὶ τὸ μὲν πλῆθος τῶν οἰκοδομημάτων οἰκίαι καὶ συνοικίαι, καὶ οἰ‐ κίας περίδρομος, ὡς ἐν τῷ Γήραι Ἀριστοφάνους (fg 133) ἐπὶ τοῦ περιδρόμου στᾶσα τῆς συνοικίας. καὶ περιοίκιον δέ τι μικρὸν καὶ οἰκίδιον, καὶ οἰκίσκην Δημοσθένης</w:t>
      </w:r>
    </w:p>
    <w:p>
      <w:r>
        <w:rPr>
          <w:rFonts w:ascii="Courier New" w:hAnsi="Courier New"/>
          <w:color w:val="555555"/>
          <w:sz w:val="20"/>
        </w:rPr>
        <w:t>[5]</w:t>
      </w:r>
    </w:p>
    <w:p>
      <w:r>
        <w:rPr>
          <w:rFonts w:ascii="Gentium Plus" w:hAnsi="Gentium Plus"/>
          <w:sz w:val="24"/>
        </w:rPr>
        <w:t>ἐν τῷ κατὰ Ὀλυμπιοδώρου (LXVIII 13) λέγει ‘καὶ εἵλετο τοὺς φαρμακοτρίβας καὶ τὴν οἰκίσκην, ἐγὼ δ’ ἔλαβον τοὺς σακχυφάντας καὶ τὴν οἰκίαν,‘ ὡς εἶναι τὴν οἰκίσκην μικρὸν οἰκίδιον. ἐν δὲ τῷ Λυσίου πρὸς Φίλωνα ὑπὲρ Θεοκλείδου (fg 244 Tur) φόνου ἔστιν εὑρεῖν οἰκάριον· ‘ἀλλ’ εἰς τὸ οἰκάριον τὸ ὄπισθε τῆς</w:t>
      </w:r>
    </w:p>
    <w:p>
      <w:r>
        <w:rPr>
          <w:rFonts w:ascii="Courier New" w:hAnsi="Courier New"/>
          <w:color w:val="555555"/>
          <w:sz w:val="20"/>
        </w:rPr>
        <w:t>[9 . 40]</w:t>
      </w:r>
    </w:p>
    <w:p>
      <w:r>
        <w:rPr>
          <w:rFonts w:ascii="Gentium Plus" w:hAnsi="Gentium Plus"/>
          <w:sz w:val="24"/>
        </w:rPr>
        <w:t>γυναικωνίτιδοσ‘. καί που καὶ ἐργαστήριον καὶ καταγωγαί. τὰ δὲ δημόσια ἀκρόπολις, ἣν καὶ ἄκραν ἂν εἴποις καὶ πόλιν, καὶ τοὺς ἐν αὐτῇ θεοὺς ἀκραίους καὶ πολιεῖς, καὶ τὸ κατόπιν τῆς ἀκροπόλεως ὀπι‐ σθόδομον. τάχα δὲ τὴν ἀκρόπολιν καὶ βασίλειον ἄν τις εἴποι καὶ τυ‐</w:t>
      </w:r>
    </w:p>
    <w:p>
      <w:r>
        <w:rPr>
          <w:rFonts w:ascii="Courier New" w:hAnsi="Courier New"/>
          <w:color w:val="555555"/>
          <w:sz w:val="20"/>
        </w:rPr>
        <w:t>[5]</w:t>
      </w:r>
    </w:p>
    <w:p>
      <w:r>
        <w:rPr>
          <w:rFonts w:ascii="Gentium Plus" w:hAnsi="Gentium Plus"/>
          <w:sz w:val="24"/>
        </w:rPr>
        <w:t>ραννεῖον. εἰσὶ δ’ ἐν αὐτῇ πρυτανεῖον καὶ ἑστία τῆς πόλεως, παρ’ ᾗ ἐσιτοῦντο οἵ τε κατὰ δημοσίαν πρεσβείαν ἥκοντες καὶ οἱ διὰ πρᾶξίν τινα σιτήσεως ἀξιωθέντες, καὶ εἴ τις ἐκ τιμῆς ἀείσιτος ἦν. ἱερὰ δὲ καὶ νεῲ καὶ ἄλση καὶ τεμένη καὶ ἕρκη ἐν τοῖς ἱεροῖς προείρηται (I 1).</w:t>
      </w:r>
    </w:p>
    <w:p>
      <w:r>
        <w:rPr>
          <w:rFonts w:ascii="Courier New" w:hAnsi="Courier New"/>
          <w:color w:val="555555"/>
          <w:sz w:val="20"/>
        </w:rPr>
        <w:t>[9 . 41]</w:t>
      </w:r>
    </w:p>
    <w:p>
      <w:r>
        <w:rPr>
          <w:rFonts w:ascii="Gentium Plus" w:hAnsi="Gentium Plus"/>
          <w:sz w:val="24"/>
        </w:rPr>
        <w:t>τὰ μέντοι ἐνηλύσια, οὕτως ὠνομάζετο εἰς ἃ κατασκήψειε βέλος ἐξ οὐρανοῦ· ὃ καὶ ἐνσκῆψαι καὶ ἐγκατασκῆψαι καὶ κατελθεῖν ἔλεγον, καὶ τὸν Δία τὸν ἐπ’ αὐτῷ καταιβάτην. περιειρχθέντα δὲ τὰ ἐνηλύσια ἄψαυστα ἀνεῖτο.</w:t>
      </w:r>
    </w:p>
    <w:p>
      <w:r>
        <w:rPr>
          <w:rFonts w:ascii="Courier New" w:hAnsi="Courier New"/>
          <w:color w:val="555555"/>
          <w:sz w:val="20"/>
        </w:rPr>
        <w:t>[5]</w:t>
      </w:r>
    </w:p>
    <w:p>
      <w:r>
        <w:rPr>
          <w:rFonts w:ascii="Gentium Plus" w:hAnsi="Gentium Plus"/>
          <w:sz w:val="24"/>
        </w:rPr>
        <w:t>πόλεως δ’ αὖ μέρη καὶ στοαὶ καὶ δρόμοι καὶ στρατήγια καὶ ἀρχεῖα καὶ γραμματεῖα καὶ διδασκαλεῖα, ἃ καὶ παιδαγώγια καὶ φωλεοὺς ὠνόμαζον. ἐκάλουν δὲ τὸ διδασκαλεῖον καὶ χορόν, ὁπότε καὶ τὸν δι‐ δάσκαλον χορηγὸν καὶ τὸ διδάσκειν χορηγεῖν, καὶ μάλιστα οἱ Δωριεῖς,</w:t>
      </w:r>
    </w:p>
    <w:p>
      <w:r>
        <w:rPr>
          <w:rFonts w:ascii="Courier New" w:hAnsi="Courier New"/>
          <w:color w:val="555555"/>
          <w:sz w:val="20"/>
        </w:rPr>
        <w:t>[9 . 42]</w:t>
      </w:r>
    </w:p>
    <w:p>
      <w:r>
        <w:rPr>
          <w:rFonts w:ascii="Gentium Plus" w:hAnsi="Gentium Plus"/>
          <w:sz w:val="24"/>
        </w:rPr>
        <w:t>ὡς Ἐπίχαρμος ἐν Ὀδυσσεῖ αὐτομόλῳ (104 Kaib), ἐν δ’ Ἁρπαγαῖς (13) χορηγεῖον τὸ διδασκαλεῖον ὠνόμασεν. εἰ μέντοι τὸ διδασκαλεῖον</w:t>
      </w:r>
    </w:p>
    <w:p>
      <w:r>
        <w:rPr>
          <w:rFonts w:ascii="Courier New" w:hAnsi="Courier New"/>
          <w:color w:val="555555"/>
          <w:sz w:val="20"/>
        </w:rPr>
        <w:t>[5]</w:t>
      </w:r>
    </w:p>
    <w:p>
      <w:r>
        <w:rPr>
          <w:rFonts w:ascii="Gentium Plus" w:hAnsi="Gentium Plus"/>
          <w:sz w:val="24"/>
        </w:rPr>
        <w:t>ἐν τῇ τῶν μειρακίων διατριβῇ.‘ ἔστι δὲ καὶ νόμος Ἀττικὸς κατὰ τῶν φιλοσοφούντων γραφείς, ὃν Σοφοκλῆς Ἀμφικλείδου Σουνιεὺς εἶπεν, ἐν ᾧ τινὰ κατὰ αὐτῶν προειπὼν ἐπήγαγε μὴ ἐξεῖναι μηδενὶ τῶν σοφιστῶν διατριβὴν κατασκευάσασθαι.</w:t>
      </w:r>
    </w:p>
    <w:p>
      <w:r>
        <w:rPr>
          <w:rFonts w:ascii="Courier New" w:hAnsi="Courier New"/>
          <w:color w:val="555555"/>
          <w:sz w:val="20"/>
        </w:rPr>
        <w:t>[9 . 43]</w:t>
      </w:r>
    </w:p>
    <w:p>
      <w:r>
        <w:rPr>
          <w:rFonts w:ascii="Gentium Plus" w:hAnsi="Gentium Plus"/>
          <w:sz w:val="24"/>
        </w:rPr>
        <w:t>καὶ μὴν οὐκ ἄδοξα πόλεως μέρη γυμνάσια καὶ βαλανεῖα ἴσως δὲ καὶ πυριατήρια, Εὐπόλιδος εἰπόντος ἐν Δήμοις (I p 291. 128 Ko) ‘ὅ τι; τὸ πυριατήριον.‘ καὶ δὴ καὶ τὸ παρὰ Πλάτωνι (Lys 206 E Euthyd 272 E) ἀποδυτήριον καὶ οἱ παρὰ Ξενοφῶντι ἐν Ἀθηναίων</w:t>
      </w:r>
    </w:p>
    <w:p>
      <w:r>
        <w:rPr>
          <w:rFonts w:ascii="Courier New" w:hAnsi="Courier New"/>
          <w:color w:val="555555"/>
          <w:sz w:val="20"/>
        </w:rPr>
        <w:t>[5]</w:t>
      </w:r>
    </w:p>
    <w:p>
      <w:r>
        <w:rPr>
          <w:rFonts w:ascii="Gentium Plus" w:hAnsi="Gentium Plus"/>
          <w:sz w:val="24"/>
        </w:rPr>
        <w:t>πολιτείᾳ (II 10) λουτρῶνες, ἐφ’ οἷς καὶ παλαῖστραι καὶ δρόμοι ξυστοί. Ξενοφῶν δὲ καὶ χωρὶς τοῦ δρόμου τῷ ξυστῷ κεχρῆσθαι δοκεῖ ἐν τῷ Οἰκονομικῷ (XI 15) εἰπὼν ‘ἢ εἰ ἐν τῷ ξυστῷ περιπα‐ τοίην.‘ εἴρηται δὲ καὶ ἐν τῷ Ἀριστίου Ὀρφεῖ (TGF p 727. 5 N) ἦν μοι παλαίστρα καὶ δρόμος ξυστὸς πέλας.</w:t>
      </w:r>
    </w:p>
    <w:p>
      <w:r>
        <w:rPr>
          <w:rFonts w:ascii="Courier New" w:hAnsi="Courier New"/>
          <w:color w:val="555555"/>
          <w:sz w:val="20"/>
        </w:rPr>
        <w:t>[9 . 44]</w:t>
      </w:r>
    </w:p>
    <w:p>
      <w:r>
        <w:rPr>
          <w:rFonts w:ascii="Gentium Plus" w:hAnsi="Gentium Plus"/>
          <w:sz w:val="24"/>
        </w:rPr>
        <w:t>προσαριθμητέον δὲ τοῖς δημοσίοις θέατρον, καὶ θεάτρου μέρος πρὸς τοῖς προειρημένοις (IV 121) κερκίδα, ὡς ἔστιν εὑρεῖν ἐν Ἀλέξιδος Γυναικοκρατίᾳ (II p 312. 41 Ko) ἐνταῦθα περὶ τὴν ἐσχάτην δεῖ κερκίδα</w:t>
      </w:r>
    </w:p>
    <w:p>
      <w:r>
        <w:rPr>
          <w:rFonts w:ascii="Courier New" w:hAnsi="Courier New"/>
          <w:color w:val="555555"/>
          <w:sz w:val="20"/>
        </w:rPr>
        <w:t>[5]</w:t>
      </w:r>
    </w:p>
    <w:p>
      <w:r>
        <w:rPr>
          <w:rFonts w:ascii="Gentium Plus" w:hAnsi="Gentium Plus"/>
          <w:sz w:val="24"/>
        </w:rPr>
        <w:t>ὑμᾶς καθιζούσας θεωρεῖν ὡς ξένας. ἐπὶ θεάτρῳ δὲ καὶ στάδιον, ἱππόδρομον, ᾠδεῖον, βουλευτήριον, ἀγοράν· δικαστήρια βασίλειον αὐλήν, βασίλειον στοάν, βασίλειον δικαστήριον· λογιστήριον, ἵνα οἱ λογισταὶ συνεκάθιζον, κληρωτήριον, ἵνα οἱ κλη‐ ρωταί. ἀλλὰ μὴν καὶ ὁπλοθῆκαι ἦσαν, ἵνα τὰ ὅπλα ἀπέκειτο, καὶ</w:t>
      </w:r>
    </w:p>
    <w:p>
      <w:r>
        <w:rPr>
          <w:rFonts w:ascii="Courier New" w:hAnsi="Courier New"/>
          <w:color w:val="555555"/>
          <w:sz w:val="20"/>
        </w:rPr>
        <w:t>[9 . 45]</w:t>
      </w:r>
    </w:p>
    <w:p>
      <w:r>
        <w:rPr>
          <w:rFonts w:ascii="Gentium Plus" w:hAnsi="Gentium Plus"/>
          <w:sz w:val="24"/>
        </w:rPr>
        <w:t>δὴ καὶ θησαυροὶ καὶ ταμιεῖα, ἵνα τὰ χρήματα καὶ οἱ πυροί. ἐν δὲ Μενάνδρου Εὐνούχῳ (fg 193) καὶ σιτοβόλια· ταῦτα δὲ ῥογοὺς Σι‐ κελιῶται ὠνόμαζον, καὶ ἔστι τοὔνομα ἐν Ἐπιχάρμου Βουσίριδι (22 Kaibel). ἦ που δὲ καὶ πομπεῖον εἴη ἂν οἴκημα κοινόν, Δη‐</w:t>
      </w:r>
    </w:p>
    <w:p>
      <w:r>
        <w:rPr>
          <w:rFonts w:ascii="Courier New" w:hAnsi="Courier New"/>
          <w:color w:val="555555"/>
          <w:sz w:val="20"/>
        </w:rPr>
        <w:t>[5]</w:t>
      </w:r>
    </w:p>
    <w:p>
      <w:r>
        <w:rPr>
          <w:rFonts w:ascii="Gentium Plus" w:hAnsi="Gentium Plus"/>
          <w:sz w:val="24"/>
        </w:rPr>
        <w:t>μοσθένους εἰπόντος ἐν τῷ πρὸς Φορμίωνα (39) περὶ δανείου ‘καὶ ταῦτα δὲ ἐν τῷ πομπείῳ διαμετρούμενα.‘ ἦν δὲ τῶν δημοσίων οἰκοδομημάτων καὶ εἱρκτή, ὃ καὶ δεσμωτή‐</w:t>
      </w:r>
    </w:p>
    <w:p>
      <w:r>
        <w:rPr>
          <w:rFonts w:ascii="Courier New" w:hAnsi="Courier New"/>
          <w:color w:val="555555"/>
          <w:sz w:val="20"/>
        </w:rPr>
        <w:t>[9 . 46]</w:t>
      </w:r>
    </w:p>
    <w:p>
      <w:r>
        <w:rPr>
          <w:rFonts w:ascii="Gentium Plus" w:hAnsi="Gentium Plus"/>
          <w:sz w:val="24"/>
        </w:rPr>
        <w:t>καὶ τὸ πορνεῖον, καὶ δὴ καὶ ἁπλῶς τὸ οἰκήσιμον· ὅ τε γὰρ Πλάτων ἐν τῷ Πρωταγόρᾳ (315 D) ἔφη ‘ἦσαν δ’ ἐν οἰκήματί τινι, ᾧ πρὸ τοῦ μὲν ὡς ταμιείῳ ἐχρῆτο,‘ καὶ πάλιν ἐν τοῖς Νόμοισ(?) δημοσίοις οἰκήμασιν ὑποδέχεσθαι ἔφη, καὶ Θουκυδίδης ἐν τῷ τρίτῳ</w:t>
      </w:r>
    </w:p>
    <w:p>
      <w:r>
        <w:rPr>
          <w:rFonts w:ascii="Courier New" w:hAnsi="Courier New"/>
          <w:color w:val="555555"/>
          <w:sz w:val="20"/>
        </w:rPr>
        <w:t>[5]</w:t>
      </w:r>
    </w:p>
    <w:p>
      <w:r>
        <w:rPr>
          <w:rFonts w:ascii="Gentium Plus" w:hAnsi="Gentium Plus"/>
          <w:sz w:val="24"/>
        </w:rPr>
        <w:t>βιβλίῳ (in cdd II 4. 5) ‘εἰς οἴκημα ὃ ἦν τοῦ τείχους.‘ τῶν δὲ πόλεως μερῶν καὶ ἀνδρῶνες παστάδες, συσσίτια, συμ‐ πόσια, ὑδρεῖα, ὑδρορρόαι, λίβηθρα, κρῆναι, προεξέδραι θρόνοι θῶ‐ κοι καὶ ὡς Σώφρων (153 Kaibel) φησὶ σύνθωκοι. τὸ δὲ καλού‐ μενον ὡρολόγιον ἦ που πόλον ἄν τις εἴποι, φήσαντος Ἀριστοφάνους</w:t>
      </w:r>
    </w:p>
    <w:p>
      <w:r>
        <w:rPr>
          <w:rFonts w:ascii="Courier New" w:hAnsi="Courier New"/>
          <w:color w:val="555555"/>
          <w:sz w:val="20"/>
        </w:rPr>
        <w:t>[10]</w:t>
      </w:r>
    </w:p>
    <w:p>
      <w:r>
        <w:rPr>
          <w:rFonts w:ascii="Gentium Plus" w:hAnsi="Gentium Plus"/>
          <w:sz w:val="24"/>
        </w:rPr>
        <w:t>ἐν Γηρυτάδῃ (I fg 163) πόλος τοῦτ’ ἐστίν; ἕκαστα πόστην ἥλιος τέτραπται;</w:t>
      </w:r>
    </w:p>
    <w:p>
      <w:r>
        <w:rPr>
          <w:rFonts w:ascii="Courier New" w:hAnsi="Courier New"/>
          <w:color w:val="555555"/>
          <w:sz w:val="20"/>
        </w:rPr>
        <w:t>[9 . 47]</w:t>
      </w:r>
    </w:p>
    <w:p>
      <w:r>
        <w:rPr>
          <w:rFonts w:ascii="Gentium Plus" w:hAnsi="Gentium Plus"/>
          <w:sz w:val="24"/>
        </w:rPr>
        <w:t>ἓν δὲ τῶν κοινῶν καὶ βιβλιοθῆκαι, ἢ ὡς Εὔπολίς (I p 339. 304 Ko) φησιν ‘οὗ τὰ βιβλί’ ὤνια.‘ καὶ αὐτὸ ἐφ’ αὑτοῦ· οὕτω γὰρ τὸν τόπον ‘τὰ βιβλία‘ οἱ Ἀττικοὶ ὠνόμαζον, ὥσπερ καὶ τοὺς ἄλλους τόπους ἀπὸ τῶν ἐν αὐτοῖς πιπρασκομένων, ὡς εἰ φαῖεν ‘ἀπῆλθον</w:t>
      </w:r>
    </w:p>
    <w:p>
      <w:r>
        <w:rPr>
          <w:rFonts w:ascii="Courier New" w:hAnsi="Courier New"/>
          <w:color w:val="555555"/>
          <w:sz w:val="20"/>
        </w:rPr>
        <w:t>[5]</w:t>
      </w:r>
    </w:p>
    <w:p>
      <w:r>
        <w:rPr>
          <w:rFonts w:ascii="Gentium Plus" w:hAnsi="Gentium Plus"/>
          <w:sz w:val="24"/>
        </w:rPr>
        <w:t>ἐς τοὖψον καὶ ἐς τὸν οἶνον καὶ ἐς τοὔλαιον καὶ ἐς τὰς χύτρας,‘ καὶ κατὰ τὸν Εὔπολιν (I p 339. 304) περιῆλθον εἰς τὰ σκόροδα καὶ τὰ κρόμμυα καὶ τὸν λιβανωτόν, κεὐθὺ τῶν ἀρωμάτων, καὶ περὶ τὰ γέλγη.</w:t>
      </w:r>
    </w:p>
    <w:p>
      <w:r>
        <w:rPr>
          <w:rFonts w:ascii="Courier New" w:hAnsi="Courier New"/>
          <w:color w:val="555555"/>
          <w:sz w:val="20"/>
        </w:rPr>
        <w:t>[9 . 48]</w:t>
      </w:r>
    </w:p>
    <w:p>
      <w:r>
        <w:rPr>
          <w:rFonts w:ascii="Gentium Plus" w:hAnsi="Gentium Plus"/>
          <w:sz w:val="24"/>
        </w:rPr>
        <w:t>εἴη δ’ ἂν καὶ μαγειρεῖα τῶν πόλεως μερῶν, οὐχ ᾗπερ τὰ λοιπὰ τῶν ὑπὸ ταῖς τέχναις ἐργαστηρίων, ἀλλ’ ὁ τόπος ὅθεν μισθοῦνται τοὺς μαγείρους, ὡς Ἀντιφάνης ἐν Στρατιώτῃ (II p 98. 203 Ko) ὑπο‐ δηλοῦν ἔοικεν·</w:t>
      </w:r>
    </w:p>
    <w:p>
      <w:r>
        <w:rPr>
          <w:rFonts w:ascii="Courier New" w:hAnsi="Courier New"/>
          <w:color w:val="555555"/>
          <w:sz w:val="20"/>
        </w:rPr>
        <w:t>[5]</w:t>
      </w:r>
    </w:p>
    <w:p>
      <w:r>
        <w:rPr>
          <w:rFonts w:ascii="Gentium Plus" w:hAnsi="Gentium Plus"/>
          <w:sz w:val="24"/>
        </w:rPr>
        <w:t>ἐκ τῶν μαγειρείων βαδίζων, ἐμβαλών εἰς τοὖψον. μεμνόνεια δὲ ἐκάλουν οὗ τὰ τῶν ὄνων κρέα ἐπιπράσκετο, ἴσως τῶν ὀνείων ἐνόντων τῷ ὀνόματι. καὶ ταῦτα δέ, εἰ καὶ αἰσχίω, ἀλλὰ μέρη πόλεως, ἀσωτεῖα, πετ‐</w:t>
      </w:r>
    </w:p>
    <w:p>
      <w:r>
        <w:rPr>
          <w:rFonts w:ascii="Courier New" w:hAnsi="Courier New"/>
          <w:color w:val="555555"/>
          <w:sz w:val="20"/>
        </w:rPr>
        <w:t>[10]</w:t>
      </w:r>
    </w:p>
    <w:p>
      <w:r>
        <w:rPr>
          <w:rFonts w:ascii="Gentium Plus" w:hAnsi="Gentium Plus"/>
          <w:sz w:val="24"/>
        </w:rPr>
        <w:t>τεῖα, κυβεῖα κυβευτήρια, σκιραφεῖα, ματρυλεῖα.</w:t>
      </w:r>
    </w:p>
    <w:p>
      <w:r>
        <w:rPr>
          <w:rFonts w:ascii="Courier New" w:hAnsi="Courier New"/>
          <w:color w:val="555555"/>
          <w:sz w:val="20"/>
        </w:rPr>
        <w:t>[9 . 49]</w:t>
      </w:r>
    </w:p>
    <w:p>
      <w:r>
        <w:rPr>
          <w:rFonts w:ascii="Gentium Plus" w:hAnsi="Gentium Plus"/>
          <w:sz w:val="24"/>
        </w:rPr>
        <w:t>μέρη δὲ πόλεων καὶ κατάγειοι οἰκήσεις καὶ σειροὶ καὶ φρέατα καὶ λάκκοι, τάχα δὲ καὶ λίμναι καὶ προλιμνάδες καὶ ποταμοὶ καὶ ἄνδηρα ποταμῶν καὶ ὄχθαι καὶ γέφυραι καὶ πυλίδες καὶ ψαλίδες. ἔστι δὲ ἡ ψαλὶς εἶδος οἰκοδομήματος· ἦ που καὶ Σοφοκλῆς ἐν Λακαίναις (fg 338)</w:t>
      </w:r>
    </w:p>
    <w:p>
      <w:r>
        <w:rPr>
          <w:rFonts w:ascii="Courier New" w:hAnsi="Courier New"/>
          <w:color w:val="555555"/>
          <w:sz w:val="20"/>
        </w:rPr>
        <w:t>[5]</w:t>
      </w:r>
    </w:p>
    <w:p>
      <w:r>
        <w:rPr>
          <w:rFonts w:ascii="Gentium Plus" w:hAnsi="Gentium Plus"/>
          <w:sz w:val="24"/>
        </w:rPr>
        <w:t>λέγει στενὴν δ’ ἔδυμεν ψαλίδα κοὐκ ἀβάρβαρον. ἀλλὰ μὴν καὶ Πλάτων ἐν τοῖς Νόμοις (947 D)· ‘θήκην δ’ ὑπὸ γῆς αὐτοῖς εἰργασμένην εἶναι ψαλίδα προμήκη λίθον.‘ ἐκ δὲ τῶν τῆς πόλεως μερῶν καὶ λέσχαι καὶ πιθῶνες, ὡς</w:t>
      </w:r>
    </w:p>
    <w:p>
      <w:r>
        <w:rPr>
          <w:rFonts w:ascii="Courier New" w:hAnsi="Courier New"/>
          <w:color w:val="555555"/>
          <w:sz w:val="20"/>
        </w:rPr>
        <w:t>[10]</w:t>
      </w:r>
    </w:p>
    <w:p>
      <w:r>
        <w:rPr>
          <w:rFonts w:ascii="Gentium Plus" w:hAnsi="Gentium Plus"/>
          <w:sz w:val="24"/>
        </w:rPr>
        <w:t>Εὔπολις (I p 366. 437 Ko) ὠνόμαζε, καὶ οἰνῶνες, ὡς Ξενοφῶν (Hellen IV 2. 6).</w:t>
      </w:r>
    </w:p>
    <w:p>
      <w:r>
        <w:rPr>
          <w:rFonts w:ascii="Courier New" w:hAnsi="Courier New"/>
          <w:color w:val="555555"/>
          <w:sz w:val="20"/>
        </w:rPr>
        <w:t>[9 . 50]</w:t>
      </w:r>
    </w:p>
    <w:p>
      <w:r>
        <w:rPr>
          <w:rFonts w:ascii="Gentium Plus" w:hAnsi="Gentium Plus"/>
          <w:sz w:val="24"/>
        </w:rPr>
        <w:t>τὰ μὲν οὖν πολλὰ ἐργαστηρίων, οἷς ἀπὸ τέχνης ἑκάστης πρόσ‐ κειται τοὔνομα, ἐν τοῖς περὶ τεχνῶν ἔστι προειρημένα (VI 15)· μέρη δὲ πόλεως καὶ πανδοκεῖον καὶ ξενὼν καὶ ὡς ἐν Ἰνάχῳ (fg 252) Σοφοκλῆς ‘πανδόκος ξενόστασισ‘ καὶ στάσις ἵππων, ὡς Εὐριπίδης</w:t>
      </w:r>
    </w:p>
    <w:p>
      <w:r>
        <w:rPr>
          <w:rFonts w:ascii="Courier New" w:hAnsi="Courier New"/>
          <w:color w:val="555555"/>
          <w:sz w:val="20"/>
        </w:rPr>
        <w:t>[5]</w:t>
      </w:r>
    </w:p>
    <w:p>
      <w:r>
        <w:rPr>
          <w:rFonts w:ascii="Gentium Plus" w:hAnsi="Gentium Plus"/>
          <w:sz w:val="24"/>
        </w:rPr>
        <w:t>ἐν Ἱππολύτῳ καλυπτομένῳ (fg 442) πρὸς ἵππων εὐθὺς ὁρμήσας στάσιν. Λυσίας δὲ ἐν τῷ ὑπὲρ Ἀχιλλείδου (p 182. 56 Tur) φόνου εἴρηκεν ἱπποστάσιον. καὶ σταθμὸς δ’ ἂν καλοῖτο ἡ τῶν ὑποζυγίων στάσις, καὶ κλείσιον παρὰ τὸ κεκλεῖσθαι· ἀφ’ οὗ καὶ αἱ θύραι κλεισιάδες.</w:t>
      </w:r>
    </w:p>
    <w:p>
      <w:r>
        <w:rPr>
          <w:rFonts w:ascii="Courier New" w:hAnsi="Courier New"/>
          <w:color w:val="555555"/>
          <w:sz w:val="20"/>
        </w:rPr>
        <w:t>[9 . 51]</w:t>
      </w:r>
    </w:p>
    <w:p>
      <w:r>
        <w:rPr>
          <w:rFonts w:ascii="Gentium Plus" w:hAnsi="Gentium Plus"/>
          <w:sz w:val="24"/>
        </w:rPr>
        <w:t>Οὐ φαῦλον δ’ ἂν εἴη βραχέα καὶ περὶ νομισμάτων εἰπεῖν· τὰ μὲν γὰρ περὶ τραπεζίτας κίβδηλόν τε καὶ ἐπίσημον νόμισμα ἔχεις προειρημένα (III 86), κωλύοι δ’ ἂν οὐδὲν εἴδη τε καὶ μέρη νομισμάτων ὁρίσασθαι. Πλάτωνι (Soph 223 D) μὲν γὰρ καὶ τέχνη</w:t>
      </w:r>
    </w:p>
    <w:p>
      <w:r>
        <w:rPr>
          <w:rFonts w:ascii="Courier New" w:hAnsi="Courier New"/>
          <w:color w:val="555555"/>
          <w:sz w:val="20"/>
        </w:rPr>
        <w:t>[9 . 52]</w:t>
      </w:r>
    </w:p>
    <w:p>
      <w:r>
        <w:rPr>
          <w:rFonts w:ascii="Gentium Plus" w:hAnsi="Gentium Plus"/>
          <w:sz w:val="24"/>
        </w:rPr>
        <w:t>τις ἔστι νομισματοπωλική, καὶ νομισματοπωλικὸν πρᾶγμα· εἰ δὲ τὸ τάλαντον μέγιστόν ἐστι χρυσίου καὶ ἀργυρίου μέρος, ἐναρμόσαι ἂν ἴσως εἰς τοῦτο καὶ ἡ Δημοσθένους (fg 57) πεντηκονταταλαντία. ῥᾴ‐</w:t>
      </w:r>
    </w:p>
    <w:p>
      <w:r>
        <w:rPr>
          <w:rFonts w:ascii="Courier New" w:hAnsi="Courier New"/>
          <w:color w:val="555555"/>
          <w:sz w:val="20"/>
        </w:rPr>
        <w:t>[5]</w:t>
      </w:r>
    </w:p>
    <w:p>
      <w:r>
        <w:rPr>
          <w:rFonts w:ascii="Gentium Plus" w:hAnsi="Gentium Plus"/>
          <w:sz w:val="24"/>
        </w:rPr>
        <w:t>καὶ γὰρ ἑκατονταλαντίαν ἔστιν εἰπεῖν κατὰ ὑφήγησιν τοῦ προει‐ ρημένου καὶ δεκαταλαντίαν καὶ ἀπὸ παντὸς ἀριθμοῦ πλείονός τε καὶ ἐλάττονος, ὅπου μὴ τὸ δύσφθεγκτον καὶ τὸ τραχὺ πρὸς τὴν ἀκοὴν ἐμποδίζοι. τὸ δὲ τάλαντον ἦν μὲν καὶ σταθμοῦ τι ὄνομα, ὅθεν καὶ παρὰ Ἀριστοφάνει ἔστιν εἰρημένον (Ran 796)</w:t>
      </w:r>
    </w:p>
    <w:p>
      <w:r>
        <w:rPr>
          <w:rFonts w:ascii="Courier New" w:hAnsi="Courier New"/>
          <w:color w:val="555555"/>
          <w:sz w:val="20"/>
        </w:rPr>
        <w:t>[10]</w:t>
      </w:r>
    </w:p>
    <w:p>
      <w:r>
        <w:rPr>
          <w:rFonts w:ascii="Gentium Plus" w:hAnsi="Gentium Plus"/>
          <w:sz w:val="24"/>
        </w:rPr>
        <w:t>ἀλλ’ ἦ ταλάντῳ μουσικὴ κριθήσεται, καὶ τὸ Ὁμηρικὸν (Θ 69 Χ 209) καὶ τότε δὴ χρύσεια πατὴρ ἐτίταινε τάλαντα.</w:t>
      </w:r>
    </w:p>
    <w:p>
      <w:r>
        <w:rPr>
          <w:rFonts w:ascii="Courier New" w:hAnsi="Courier New"/>
          <w:color w:val="555555"/>
          <w:sz w:val="20"/>
        </w:rPr>
        <w:t>[9 . 53]</w:t>
      </w:r>
    </w:p>
    <w:p>
      <w:r>
        <w:rPr>
          <w:rFonts w:ascii="Gentium Plus" w:hAnsi="Gentium Plus"/>
          <w:sz w:val="24"/>
        </w:rPr>
        <w:t>τοῦτο μὲν αὐτῶν τῶν σταθμῶν τοὔνομα· τὸ δὲ ἐν ταῖς Κράτητος Τόλμαις (I p 140. 32 Ko) πρῶτα μὲν ταλαντιαῖος ὅστις ἔστ’ αὐτῶν λέγε ἄδηλον εἴτε τιμὴν εἴτε ῥοπὴν λέγει, ὥσπερ ὅταν Ἀλκαῖος ὁ κω‐</w:t>
      </w:r>
    </w:p>
    <w:p>
      <w:r>
        <w:rPr>
          <w:rFonts w:ascii="Courier New" w:hAnsi="Courier New"/>
          <w:color w:val="555555"/>
          <w:sz w:val="20"/>
        </w:rPr>
        <w:t>[5]</w:t>
      </w:r>
    </w:p>
    <w:p>
      <w:r>
        <w:rPr>
          <w:rFonts w:ascii="Gentium Plus" w:hAnsi="Gentium Plus"/>
          <w:sz w:val="24"/>
        </w:rPr>
        <w:t>μικὸς ἐν Ἐνδυμίωνι (I p 759. 12 Ko) εἴπῃ νοσημάτων ταλαντιαίων. ἡ μὲν γὰρ Ἀντιφῶντος ταλάντωσις (fg 179 Bl) τὸ βάρος δηλοῖ, καὶ ὁ Ἀριστοφάνους ἐν Δράμασιν ἢ Κενταύρῳ (fg 276) λίθος δε‐ κατάλαντος. ἠδύνατο δὲ τὸ τοῦ χρυσίου τάλαντον τρεῖς χρυ‐</w:t>
      </w:r>
    </w:p>
    <w:p>
      <w:r>
        <w:rPr>
          <w:rFonts w:ascii="Courier New" w:hAnsi="Courier New"/>
          <w:color w:val="555555"/>
          <w:sz w:val="20"/>
        </w:rPr>
        <w:t>[9 . 54]</w:t>
      </w:r>
    </w:p>
    <w:p>
      <w:r>
        <w:rPr>
          <w:rFonts w:ascii="Gentium Plus" w:hAnsi="Gentium Plus"/>
          <w:sz w:val="24"/>
        </w:rPr>
        <w:t>σοῦς Ἀττικούς, τὸ δὲ τοῦ ἀργυρίου ἑξήκοντα μνᾶς Ἀττικάς. ἦν δὲ καὶ ἀριθμοῦ τοὔνομα, ὅπου καὶ πολυτάλαντος ὁ πλούσιος καὶ πολυ‐ τάλαντον πρᾶγμα τὸ πολλοῦ ὤνιον· καὶ παρ’ Ὁμήρῳ (Σ 507) κεῖτο δ’ ἄρ’ ἐν μέσσοισι δύο χρυσοῖο τάλαντα.</w:t>
      </w:r>
    </w:p>
    <w:p>
      <w:r>
        <w:rPr>
          <w:rFonts w:ascii="Courier New" w:hAnsi="Courier New"/>
          <w:color w:val="555555"/>
          <w:sz w:val="20"/>
        </w:rPr>
        <w:t>[5]</w:t>
      </w:r>
    </w:p>
    <w:p>
      <w:r>
        <w:rPr>
          <w:rFonts w:ascii="Gentium Plus" w:hAnsi="Gentium Plus"/>
          <w:sz w:val="24"/>
        </w:rPr>
        <w:t>διτάλαντον δ’ ἂν εἴποις κατὰ Δημοσθένην (XXVII 64) καὶ τριτά‐ λαντον καὶ δεκατάλαντον, καὶ ἡμιτάλαντον, ὡς Ὅμηρος (Ψ 796) ἀλλά τοι ἡμιτάλαντον ἐγὼ χρυσοῦ ἐπιθήσω. ἀρχαία δ’ ἡ χρῆσις καὶ ἡ τοῦ ‘πέμπτον ἡμιτάλαντον καὶ τρίτον ἡμι‐ τάλαντον καὶ ἕβδομον ἡμιτάλαντον·‘ τὸ δ’ ἦν τέτταρα ἥμισυ τά‐</w:t>
      </w:r>
    </w:p>
    <w:p>
      <w:r>
        <w:rPr>
          <w:rFonts w:ascii="Courier New" w:hAnsi="Courier New"/>
          <w:color w:val="555555"/>
          <w:sz w:val="20"/>
        </w:rPr>
        <w:t>[10]</w:t>
      </w:r>
    </w:p>
    <w:p>
      <w:r>
        <w:rPr>
          <w:rFonts w:ascii="Gentium Plus" w:hAnsi="Gentium Plus"/>
          <w:sz w:val="24"/>
        </w:rPr>
        <w:t>λαντα ἢ δύο ἥμισυ ἢ ἓξ ἥμισυ· καὶ ὅλως ὁπόστον φήσει τις εἶναι</w:t>
      </w:r>
    </w:p>
    <w:p>
      <w:r>
        <w:rPr>
          <w:rFonts w:ascii="Courier New" w:hAnsi="Courier New"/>
          <w:color w:val="555555"/>
          <w:sz w:val="20"/>
        </w:rPr>
        <w:t>[9 . 55]</w:t>
      </w:r>
    </w:p>
    <w:p>
      <w:r>
        <w:rPr>
          <w:rFonts w:ascii="Gentium Plus" w:hAnsi="Gentium Plus"/>
          <w:sz w:val="24"/>
        </w:rPr>
        <w:t>τὸ ἡμιτάλαντον, τὸν πρὸ αὐτοῦ ἀριθμὸν ὁλόκληρον εἶναι δεῖ, ἐὰν</w:t>
      </w:r>
    </w:p>
    <w:p>
      <w:r>
        <w:rPr>
          <w:rFonts w:ascii="Courier New" w:hAnsi="Courier New"/>
          <w:color w:val="555555"/>
          <w:sz w:val="20"/>
        </w:rPr>
        <w:t>[5]</w:t>
      </w:r>
    </w:p>
    <w:p>
      <w:r>
        <w:rPr>
          <w:rFonts w:ascii="Gentium Plus" w:hAnsi="Gentium Plus"/>
          <w:sz w:val="24"/>
        </w:rPr>
        <w:t>μνᾶν. ὅτι δὲ παρὰ τοῖς ἐφ’ Ὁμήρου ὀλίγον τὸ τάλαντον ἠδύνατο, μάθοις ἂν ἐκ τῆς ἱπποδρομίας, ἐν ᾗ τῷ μὲν τρίτῳ τὸ ἆθλόν ἐστι λέβης (Ψ 267), τῷ δὲ τετάρτῳ δύο χρυσοῖο τάλαντα (269).</w:t>
      </w:r>
    </w:p>
    <w:p>
      <w:r>
        <w:rPr>
          <w:rFonts w:ascii="Courier New" w:hAnsi="Courier New"/>
          <w:color w:val="555555"/>
          <w:sz w:val="20"/>
        </w:rPr>
        <w:t>[9 . 56]</w:t>
      </w:r>
    </w:p>
    <w:p>
      <w:r>
        <w:rPr>
          <w:rFonts w:ascii="Gentium Plus" w:hAnsi="Gentium Plus"/>
          <w:sz w:val="24"/>
        </w:rPr>
        <w:t>ἡ μνᾶ δ’ ἐστὶ τὸ μέγιστον τῶν τοῦ ταλάντου μερῶν, ὡς εἰς ὄνομα κατακερματίσαι λύσαντα τὸ τάλαντον, ἐπεὶ καὶ τρίτον ἂν εἴποις ταλάντου καὶ τέταρτον, καὶ τριτημόριον ταλάντου καὶ τεταρτη‐ μόριον· τὰ δὲ τοιαῦτα μέρη ἐστὶν ἐξ ἀριθμοῦ δηλούμενα, ἀλλ’ οὐκ</w:t>
      </w:r>
    </w:p>
    <w:p>
      <w:r>
        <w:rPr>
          <w:rFonts w:ascii="Courier New" w:hAnsi="Courier New"/>
          <w:color w:val="555555"/>
          <w:sz w:val="20"/>
        </w:rPr>
        <w:t>[5]</w:t>
      </w:r>
    </w:p>
    <w:p>
      <w:r>
        <w:rPr>
          <w:rFonts w:ascii="Gentium Plus" w:hAnsi="Gentium Plus"/>
          <w:sz w:val="24"/>
        </w:rPr>
        <w:t>ἐξ ὀνόματος. ἦν δὲ καὶ ἡ μνᾶ σταθμοῦ τε ὁμοῦ καὶ νομίσματος ὄνομα· οὗ τὸ ἥμισυ ἡμίμναιον· κἂν τρίτον ἡμίμναιον εἴπῃς, δύο καὶ ἡμίσειαν μνᾶν ἐρεῖς· καὶ συντιθέντες δὲ τὴν μνᾶν ἔλεγον, ὥσπερ</w:t>
      </w:r>
    </w:p>
    <w:p>
      <w:r>
        <w:rPr>
          <w:rFonts w:ascii="Courier New" w:hAnsi="Courier New"/>
          <w:color w:val="555555"/>
          <w:sz w:val="20"/>
        </w:rPr>
        <w:t>[9 . 57]</w:t>
      </w:r>
    </w:p>
    <w:p>
      <w:r>
        <w:rPr>
          <w:rFonts w:ascii="Gentium Plus" w:hAnsi="Gentium Plus"/>
          <w:sz w:val="24"/>
        </w:rPr>
        <w:t>Ἡρόδοτος μὲν ἐν τῷ πέμπτῳ βιβλίῳ (77) δίμνως εἴρηκεν, ὁ δὲ Λυ‐ σίας ἐν τῷ κατὰ Αὐτοκράτους (p 181. 52 Tur) ‘τετύχηκε δέ μοι καὶ εἰκοσίμνως ἔρανος.‘ ὁ δὲ χρυσοῦς στατὴρ μνᾶν ἠδύνατο· καὶ γὰρ ἐν τοῖς ἱσταμένοις</w:t>
      </w:r>
    </w:p>
    <w:p>
      <w:r>
        <w:rPr>
          <w:rFonts w:ascii="Courier New" w:hAnsi="Courier New"/>
          <w:color w:val="555555"/>
          <w:sz w:val="20"/>
        </w:rPr>
        <w:t>[5]</w:t>
      </w:r>
    </w:p>
    <w:p>
      <w:r>
        <w:rPr>
          <w:rFonts w:ascii="Gentium Plus" w:hAnsi="Gentium Plus"/>
          <w:sz w:val="24"/>
        </w:rPr>
        <w:t>τὴν μνᾶν τῆς ῥοπῆς στατῆρα ὀνομάζουσιν, καὶ ὅταν εἴπωσι πεντα‐ στάτηρον, πεντάμνουν δοκοῦσι λέγειν, ὡς ἐν τῇ Σωσικράτους Πα‐ ρακαταθήκῃ· (III p 391. 1 Ko) ὅταν γάρ, οἶμαι, λευκὸς ἄνθρωπος παχύς ἀργὸς λάβῃ δίκελλαν, εἰδὼς τρυφᾶν,</w:t>
      </w:r>
    </w:p>
    <w:p>
      <w:r>
        <w:rPr>
          <w:rFonts w:ascii="Courier New" w:hAnsi="Courier New"/>
          <w:color w:val="555555"/>
          <w:sz w:val="20"/>
        </w:rPr>
        <w:t>[10]</w:t>
      </w:r>
    </w:p>
    <w:p>
      <w:r>
        <w:rPr>
          <w:rFonts w:ascii="Gentium Plus" w:hAnsi="Gentium Plus"/>
          <w:sz w:val="24"/>
        </w:rPr>
        <w:t>πενταστάτηρον, γίγνεται τὸ πνεῦμ’ ἄνω.</w:t>
      </w:r>
    </w:p>
    <w:p>
      <w:r>
        <w:rPr>
          <w:rFonts w:ascii="Courier New" w:hAnsi="Courier New"/>
          <w:color w:val="555555"/>
          <w:sz w:val="20"/>
        </w:rPr>
        <w:t>[9 . 58]</w:t>
      </w:r>
    </w:p>
    <w:p>
      <w:r>
        <w:rPr>
          <w:rFonts w:ascii="Gentium Plus" w:hAnsi="Gentium Plus"/>
          <w:sz w:val="24"/>
        </w:rPr>
        <w:t>ἔστι μέντοι καὶ νόμισμα στατήρ, ὡς ὅταν εἴπῃ Ἀριστοφάνης (Plut 817) στατῆρσι δ’ οἱ θεράποντες ἠρτιάζομεν· τὸ γὰρ ἐν τοῖς Βατράχοις (immo Eccles 412/3) Ἀριστοφάνους ἀμ‐</w:t>
      </w:r>
    </w:p>
    <w:p>
      <w:r>
        <w:rPr>
          <w:rFonts w:ascii="Courier New" w:hAnsi="Courier New"/>
          <w:color w:val="555555"/>
          <w:sz w:val="20"/>
        </w:rPr>
        <w:t>[5]</w:t>
      </w:r>
    </w:p>
    <w:p>
      <w:r>
        <w:rPr>
          <w:rFonts w:ascii="Gentium Plus" w:hAnsi="Gentium Plus"/>
          <w:sz w:val="24"/>
        </w:rPr>
        <w:t>φίβολον, ‘σωτηρίας τετραστατήρου,‘ εἴτε ῥοπὴν εἴτε ἀριθμὸν λέγει. Εὔπολις δ’ ἐν μὲν Δήμοις τὸ νόμισμα δηλοῖ λέγων (I p 287. 112 Ko) ἔχων στατῆρας χρυσίου τρισχιλίους, ἐν δὲ Ταξιάρχοις τὴν ῥοπὴν λέγει· (I p 327. 252 Ko) ὅτ’ ἦν μέντοι νεώτερος, κρόκης</w:t>
      </w:r>
    </w:p>
    <w:p>
      <w:r>
        <w:rPr>
          <w:rFonts w:ascii="Courier New" w:hAnsi="Courier New"/>
          <w:color w:val="555555"/>
          <w:sz w:val="20"/>
        </w:rPr>
        <w:t>[10]</w:t>
      </w:r>
    </w:p>
    <w:p>
      <w:r>
        <w:rPr>
          <w:rFonts w:ascii="Gentium Plus" w:hAnsi="Gentium Plus"/>
          <w:sz w:val="24"/>
        </w:rPr>
        <w:t>πέντε στατῆρας εἶχε, ναὶ μὰ τὸν Δία,</w:t>
      </w:r>
    </w:p>
    <w:p>
      <w:r>
        <w:rPr>
          <w:rFonts w:ascii="Courier New" w:hAnsi="Courier New"/>
          <w:color w:val="555555"/>
          <w:sz w:val="20"/>
        </w:rPr>
        <w:t>[9 . 59]</w:t>
      </w:r>
    </w:p>
    <w:p>
      <w:r>
        <w:rPr>
          <w:rFonts w:ascii="Gentium Plus" w:hAnsi="Gentium Plus"/>
          <w:sz w:val="24"/>
        </w:rPr>
        <w:t>καὶ οἱ μὲν Δαρεικοὶ ἐκαλοῦντο στατῆρες, οἱ δὲ Φιλίππειοι, οἱ δ’ Ἀλεξ‐ άνδρειοι, χρυσοῖ πάντες ὄντες. καὶ εἰ μὲν χρυσοῦς εἴποις, προσ‐ υπακούεται ὁ στατήρ, εἰ δὲ στατήρ, οὐ πάντως ὁ χρυσοῦς. Ἀναξ‐ ανδρίδης δ’ ἐν Ἀγχίσῃ (II p 137. 5 Ko) καὶ ἡμιχρύσους λέγει. τὰ</w:t>
      </w:r>
    </w:p>
    <w:p>
      <w:r>
        <w:rPr>
          <w:rFonts w:ascii="Courier New" w:hAnsi="Courier New"/>
          <w:color w:val="555555"/>
          <w:sz w:val="20"/>
        </w:rPr>
        <w:t>[5]</w:t>
      </w:r>
    </w:p>
    <w:p>
      <w:r>
        <w:rPr>
          <w:rFonts w:ascii="Gentium Plus" w:hAnsi="Gentium Plus"/>
          <w:sz w:val="24"/>
        </w:rPr>
        <w:t>δὲ στατῆρος ἄξια στατηριαῖα φαίης ἄν, ὡς Θεόπομπος ἐν Καλ‐ λαίσχρῳ (I p 738. 21 Ko) οὔ φησιν εἷναι τῶν ἑτέρων τὰς μέσας στατηριαίας. ἡ μνᾶ δ’ εἶχεν ἡ Ἀττικὴ δραχμὰς ἑκατόν, ὡς ἀκριβέστατα</w:t>
      </w:r>
    </w:p>
    <w:p>
      <w:r>
        <w:rPr>
          <w:rFonts w:ascii="Courier New" w:hAnsi="Courier New"/>
          <w:color w:val="555555"/>
          <w:sz w:val="20"/>
        </w:rPr>
        <w:t>[10]</w:t>
      </w:r>
    </w:p>
    <w:p>
      <w:r>
        <w:rPr>
          <w:rFonts w:ascii="Gentium Plus" w:hAnsi="Gentium Plus"/>
          <w:sz w:val="24"/>
        </w:rPr>
        <w:t>ἔστιν ἐν τοῖς Εὐπόλιδος Κόλαξιν (I p 298. 149 Ko) δεῖπνον θὲς ἑκατὸν δραχμάς. ἰδού· εἶτα ἐπιφέρει κόλαξιν οἶνον θὲς ἑτέραν μνᾶν·</w:t>
      </w:r>
    </w:p>
    <w:p>
      <w:r>
        <w:rPr>
          <w:rFonts w:ascii="Courier New" w:hAnsi="Courier New"/>
          <w:color w:val="555555"/>
          <w:sz w:val="20"/>
        </w:rPr>
        <w:t>[9 . 60]</w:t>
      </w:r>
    </w:p>
    <w:p>
      <w:r>
        <w:rPr>
          <w:rFonts w:ascii="Gentium Plus" w:hAnsi="Gentium Plus"/>
          <w:sz w:val="24"/>
        </w:rPr>
        <w:t>δῆλον ὅτι μνᾶν εἴρηκεν καὶ τὰς ἑτέρας ἑκατὸν δραχμάς. ἡ μέν‐ τοι δραχμὴ εἶχεν ὀβολοὺς ἕξ· ὅθεν καὶ ἐπωβελία τὸ ἕκτον τοῦ τι‐ μήματος. καὶ τὸ δραχμῆς ἄξιον δραχμιαῖον, ὡς ἐν Ἀριστοφάνους Ὁλκάσιν (fg 425). ἦν δὲ οὐ δραχμὴ νόμισμα μόνον, ἀλλὰ καὶ πεντη‐</w:t>
      </w:r>
    </w:p>
    <w:p>
      <w:r>
        <w:rPr>
          <w:rFonts w:ascii="Courier New" w:hAnsi="Courier New"/>
          <w:color w:val="555555"/>
          <w:sz w:val="20"/>
        </w:rPr>
        <w:t>[5]</w:t>
      </w:r>
    </w:p>
    <w:p>
      <w:r>
        <w:rPr>
          <w:rFonts w:ascii="Gentium Plus" w:hAnsi="Gentium Plus"/>
          <w:sz w:val="24"/>
        </w:rPr>
        <w:t>κοντάδραχμον καὶ πεντάδραχμον παρὰ Κυρηναίοις καὶ τετράδραχμον ἐκαλεῖτο καὶ τρίδραχμον καὶ δίδραχμον. τὸ παλαιὸν δὲ τοῦτ’ ἦν Ἀθηναίοις νόμισμα, καὶ ἐκαλεῖτο βοῦς, ὅτι βοῦν εἶχεν ἐντετυπωμένον. εἰδέναι δ’ αὐτὸ καὶ Ὅμηρον (Ζ 236) νομίζουσιν εἰπόντα ‘ἑκατόμβοι‘</w:t>
      </w:r>
    </w:p>
    <w:p>
      <w:r>
        <w:rPr>
          <w:rFonts w:ascii="Courier New" w:hAnsi="Courier New"/>
          <w:color w:val="555555"/>
          <w:sz w:val="20"/>
        </w:rPr>
        <w:t>[9 . 61]</w:t>
      </w:r>
    </w:p>
    <w:p>
      <w:r>
        <w:rPr>
          <w:rFonts w:ascii="Gentium Plus" w:hAnsi="Gentium Plus"/>
          <w:sz w:val="24"/>
        </w:rPr>
        <w:t>ἐννεαβοίων.‘ καὶ μὴν κἀν τοῖς Δράκοντος νόμοις ἔστιν ἀποτίνειν εἰκοσάβοιον· καὶ ἐν τῇ παρὰ Δηλίοις θεωρίᾳ τὸν κήρυκα κηρύττειν φασίν, ὁπότε δωρεά τινι δίδοται, ὅτι βόες τοσοῦτοι δοθήσονται αὐτῷ, καὶ δίδοσθαι καθ’ ἕκαστον βοῦν δύο δραχμὰς Ἀττικάς· ὅθεν ἔνιοι Δη‐</w:t>
      </w:r>
    </w:p>
    <w:p>
      <w:r>
        <w:rPr>
          <w:rFonts w:ascii="Courier New" w:hAnsi="Courier New"/>
          <w:color w:val="555555"/>
          <w:sz w:val="20"/>
        </w:rPr>
        <w:t>[5]</w:t>
      </w:r>
    </w:p>
    <w:p>
      <w:r>
        <w:rPr>
          <w:rFonts w:ascii="Gentium Plus" w:hAnsi="Gentium Plus"/>
          <w:sz w:val="24"/>
        </w:rPr>
        <w:t>λίων ἀλλ’ οὐκ Ἀθηναίων ἴδιον εἶναι νόμισμα τὸν βοῦν νομίζουσιν. ἐντεῦθεν δὲ καὶ τὴν παροιμίαν εἰρῆσθαι τὴν ‘βοῦς ἐπὶ γλώσσῃ βέ‐</w:t>
      </w:r>
    </w:p>
    <w:p>
      <w:r>
        <w:rPr>
          <w:rFonts w:ascii="Courier New" w:hAnsi="Courier New"/>
          <w:color w:val="555555"/>
          <w:sz w:val="20"/>
        </w:rPr>
        <w:t>[9 . 62]</w:t>
      </w:r>
    </w:p>
    <w:p>
      <w:r>
        <w:rPr>
          <w:rFonts w:ascii="Gentium Plus" w:hAnsi="Gentium Plus"/>
          <w:sz w:val="24"/>
        </w:rPr>
        <w:t>βηκεν,‘ εἴ τις ἐπ’ ἀργυρίῳ σιωπήσειεν. ἦν μέντοι, ὡς Ἀριστοτέλης</w:t>
      </w:r>
    </w:p>
    <w:p>
      <w:r>
        <w:rPr>
          <w:rFonts w:ascii="Courier New" w:hAnsi="Courier New"/>
          <w:color w:val="555555"/>
          <w:sz w:val="20"/>
        </w:rPr>
        <w:t>[5]</w:t>
      </w:r>
    </w:p>
    <w:p>
      <w:r>
        <w:rPr>
          <w:rFonts w:ascii="Gentium Plus" w:hAnsi="Gentium Plus"/>
          <w:sz w:val="24"/>
        </w:rPr>
        <w:t>τὸ δ’ ἡμίδραχμον, καὶ τριώβολον ἂν καλοῖς. οἱ μέντοι ὀκτὼ ὀβολοὶ ἡμίεκτον ἂν ὀνομάζοιντο, ὡς φησὶν ἐν Λαμίᾳ Κράτης (I 136. 20 Ko) ἡμίεκτόν ἐστι χρυσοῦ, μανθάνεις, ὀκτὼ ὀβολοί,</w:t>
      </w:r>
    </w:p>
    <w:p>
      <w:r>
        <w:rPr>
          <w:rFonts w:ascii="Courier New" w:hAnsi="Courier New"/>
          <w:color w:val="555555"/>
          <w:sz w:val="20"/>
        </w:rPr>
        <w:t>[9 . 63]</w:t>
      </w:r>
    </w:p>
    <w:p>
      <w:r>
        <w:rPr>
          <w:rFonts w:ascii="Gentium Plus" w:hAnsi="Gentium Plus"/>
          <w:sz w:val="24"/>
        </w:rPr>
        <w:t>ἦν δὲ καὶ τριώβολον καὶ διώβολον εἴδη νομισμάτων Ἀττικῶν, τὸ μὲν διώβολον ἔχον ἐντετυπωμένην γλαῦκα καὶ ἐκ θατέρου πρόσ‐ ωπον Διός, τὸ δὲ τετρώβολον τὸ μὲν πρόσωπον ὁμοίως, δύο δὲ τὰς γλαῦκας. ἀλλὰ τὸ μὲν τετρώβολον καὶ τριώβολον ἐν τῇ χρήσει τέ‐</w:t>
      </w:r>
    </w:p>
    <w:p>
      <w:r>
        <w:rPr>
          <w:rFonts w:ascii="Courier New" w:hAnsi="Courier New"/>
          <w:color w:val="555555"/>
          <w:sz w:val="20"/>
        </w:rPr>
        <w:t>[5]</w:t>
      </w:r>
    </w:p>
    <w:p>
      <w:r>
        <w:rPr>
          <w:rFonts w:ascii="Gentium Plus" w:hAnsi="Gentium Plus"/>
          <w:sz w:val="24"/>
        </w:rPr>
        <w:t>τριπται· τὸ δὲ διώβολον ὡς ἐπὶ πολὺ λύοντες ἔλεγον, ὡς Δημοσθέ‐ νης (XVIII 28) ‘ἀλλ’ ἐν τοῖν δυοῖν ὀβολοῖν ἐθεώρουν ἄν, εἰ μὴ τοῦτ’ ἐγράφη.‘ ἔστι δὲ καὶ τὸ διώβολον ἐν Αἰολοσίκωνι Ἀριστο‐ φάνους (p 393. 3) ὅπερ λοιπὸν μόνον ἦν ἐν τῇ γνάθῳ</w:t>
      </w:r>
    </w:p>
    <w:p>
      <w:r>
        <w:rPr>
          <w:rFonts w:ascii="Courier New" w:hAnsi="Courier New"/>
          <w:color w:val="555555"/>
          <w:sz w:val="20"/>
        </w:rPr>
        <w:t>[10]</w:t>
      </w:r>
    </w:p>
    <w:p>
      <w:r>
        <w:rPr>
          <w:rFonts w:ascii="Gentium Plus" w:hAnsi="Gentium Plus"/>
          <w:sz w:val="24"/>
        </w:rPr>
        <w:t>διώβολον, γένοιταί μοι δικόλλοικον.</w:t>
      </w:r>
    </w:p>
    <w:p>
      <w:r>
        <w:rPr>
          <w:rFonts w:ascii="Courier New" w:hAnsi="Courier New"/>
          <w:color w:val="555555"/>
          <w:sz w:val="20"/>
        </w:rPr>
        <w:t>[9 . 64]</w:t>
      </w:r>
    </w:p>
    <w:p>
      <w:r>
        <w:rPr>
          <w:rFonts w:ascii="Gentium Plus" w:hAnsi="Gentium Plus"/>
          <w:sz w:val="24"/>
        </w:rPr>
        <w:t>παρὰ μέντοι Θεοπόμπῳ ἐν Στρατιώτισι (I p 748. 55 Ko) καὶ τὸ τετρώ‐ βολον λαμβάνειν τετρωβολίζειν ὠνόμασται. καίτοι τίς οὐκ ἂν εἰκὸς εὖ πράττει τετρωβολίζων, εἰ νῦν γε διώβολον φέρειν ἀνὴρ τρέφειν γυναῖκα;</w:t>
      </w:r>
    </w:p>
    <w:p>
      <w:r>
        <w:rPr>
          <w:rFonts w:ascii="Courier New" w:hAnsi="Courier New"/>
          <w:color w:val="555555"/>
          <w:sz w:val="20"/>
        </w:rPr>
        <w:t>[5]</w:t>
      </w:r>
    </w:p>
    <w:p>
      <w:r>
        <w:rPr>
          <w:rFonts w:ascii="Gentium Plus" w:hAnsi="Gentium Plus"/>
          <w:sz w:val="24"/>
        </w:rPr>
        <w:t>τὸ δὲ τοῦ ὀβολοῦ ἥμισυ ἡμιωβόλιον, καὶ ἡμιωβολιαῖον τὸ τοσούτου ὤνιον, ὡς ἐν τοῖς Βατράχοις Ἀριστοφάνης (554) καὶ κρέα γε πρὸς τούτοισιν ἀνάβραστ’ εἴκοσιν ἀν’ ἡμιωβολιαῖα. ἐν δὲ τῷ Ἀναγύρῳ (fg 48) τὰ τρία ἡμιωβόλια τριημιωβόλιον εἴ‐</w:t>
      </w:r>
    </w:p>
    <w:p>
      <w:r>
        <w:rPr>
          <w:rFonts w:ascii="Courier New" w:hAnsi="Courier New"/>
          <w:color w:val="555555"/>
          <w:sz w:val="20"/>
        </w:rPr>
        <w:t>[10]</w:t>
      </w:r>
    </w:p>
    <w:p>
      <w:r>
        <w:rPr>
          <w:rFonts w:ascii="Gentium Plus" w:hAnsi="Gentium Plus"/>
          <w:sz w:val="24"/>
        </w:rPr>
        <w:t>ρηκεν· ἐν τῷ στόματι τριημιωβόλιον ἔχων.</w:t>
      </w:r>
    </w:p>
    <w:p>
      <w:r>
        <w:rPr>
          <w:rFonts w:ascii="Courier New" w:hAnsi="Courier New"/>
          <w:color w:val="555555"/>
          <w:sz w:val="20"/>
        </w:rPr>
        <w:t>[9 . 65]</w:t>
      </w:r>
    </w:p>
    <w:p>
      <w:r>
        <w:rPr>
          <w:rFonts w:ascii="Gentium Plus" w:hAnsi="Gentium Plus"/>
          <w:sz w:val="24"/>
        </w:rPr>
        <w:t>ὁ μέντοι ὀβολὸς ὀκτὼ χαλκοῦς εἶχεν, καὶ οἱ μὲν δύο χαλκοῖ</w:t>
      </w:r>
    </w:p>
    <w:p>
      <w:r>
        <w:rPr>
          <w:rFonts w:ascii="Courier New" w:hAnsi="Courier New"/>
          <w:color w:val="555555"/>
          <w:sz w:val="20"/>
        </w:rPr>
        <w:t>[5]</w:t>
      </w:r>
    </w:p>
    <w:p>
      <w:r>
        <w:rPr>
          <w:rFonts w:ascii="Gentium Plus" w:hAnsi="Gentium Plus"/>
          <w:sz w:val="24"/>
        </w:rPr>
        <w:t>μέρη ἐστὶ τοῦ ὀβολοῦ· οἱ δὲ καὶ τριταρτημόριον αὐτοὺς ὠνόμαζον ὡς τρία τεταρτημόρια ἔχοντας. ὅτι δὲ τοὺς ἓξ χαλκοῦς τριτημόριον ὠνόμαζον, ἔστιν εὑρεῖν ἐν τῷ Φιλήμονος Σαρδίῳ· (II p 498. 74 Ko) χαλκοῦς ὀφείλεις πέντε μοι· μέμνησο; ἐγώ σοὶ πέντε χαλκοῦς, σὺ δέ μοι τριτημόριον.</w:t>
      </w:r>
    </w:p>
    <w:p>
      <w:r>
        <w:rPr>
          <w:rFonts w:ascii="Courier New" w:hAnsi="Courier New"/>
          <w:color w:val="555555"/>
          <w:sz w:val="20"/>
        </w:rPr>
        <w:t>[10]</w:t>
      </w:r>
    </w:p>
    <w:p>
      <w:r>
        <w:rPr>
          <w:rFonts w:ascii="Gentium Plus" w:hAnsi="Gentium Plus"/>
          <w:sz w:val="24"/>
        </w:rPr>
        <w:t>τοὺς ἓξ ἀποδοὺς τοὺς πενταχάλκους ἀπόλαβε.</w:t>
      </w:r>
    </w:p>
    <w:p>
      <w:r>
        <w:rPr>
          <w:rFonts w:ascii="Courier New" w:hAnsi="Courier New"/>
          <w:color w:val="555555"/>
          <w:sz w:val="20"/>
        </w:rPr>
        <w:t>[9 . 66]</w:t>
      </w:r>
    </w:p>
    <w:p>
      <w:r>
        <w:rPr>
          <w:rFonts w:ascii="Gentium Plus" w:hAnsi="Gentium Plus"/>
          <w:sz w:val="24"/>
        </w:rPr>
        <w:t>καὶ ἔτι σαφῶς ἐν τῷ Πιττοκοπουμένῳ (II p 494. 63 Ko) ἰδοὺ πάρεστιν, ὡς ὁρᾷς. τριτημόρου ἕκαστος ὑμῶν ἦλθεν· εἰς τέτταρες εἴληφεν ἡμῖν οὑτωσὶ τριώβολον.</w:t>
      </w:r>
    </w:p>
    <w:p>
      <w:r>
        <w:rPr>
          <w:rFonts w:ascii="Courier New" w:hAnsi="Courier New"/>
          <w:color w:val="555555"/>
          <w:sz w:val="20"/>
        </w:rPr>
        <w:t>[5]</w:t>
      </w:r>
    </w:p>
    <w:p>
      <w:r>
        <w:rPr>
          <w:rFonts w:ascii="Gentium Plus" w:hAnsi="Gentium Plus"/>
          <w:sz w:val="24"/>
        </w:rPr>
        <w:t>τεττάρων γὰρ καὶ εἴκοσι χαλκῶν ὄντων ἐν τῷ τριωβόλῳ, ἓξ ἑκάστῳ γίνονται χαλκοῖ τέτταρσιν οὖσιν, οὓς εἴρηκεν τριτημόριον. ὅταν μέντοι Θουκυδίδης (II 98. 4) εἴπῃ ‘τριτημόριον δὲ μάλιστα ἱππικόν,‘ τὴν τρίτην μοῖραν εἴρηκεν. ὁ δὲ Ἡρόδοτος (I 211) τριτημορίδα. τὸ δὲ παρὰ Φιλήμονι (II p 498. 74 Ko) τριτήμορον τεταρτημόριον καλεῖ</w:t>
      </w:r>
    </w:p>
    <w:p>
      <w:r>
        <w:rPr>
          <w:rFonts w:ascii="Courier New" w:hAnsi="Courier New"/>
          <w:color w:val="555555"/>
          <w:sz w:val="20"/>
        </w:rPr>
        <w:t>[9 . 67]</w:t>
      </w:r>
    </w:p>
    <w:p>
      <w:r>
        <w:rPr>
          <w:rFonts w:ascii="Gentium Plus" w:hAnsi="Gentium Plus"/>
          <w:sz w:val="24"/>
        </w:rPr>
        <w:t>ἐνίοτε Πλάτων (I p 666. 258 Ko). ὅτι δὲ οἱ τέτταρες χαλκοῖ ἡμιω‐ βόλιον εἰσίν, ἐν τῷ αὐτῷ δράματι Φιλήμονος ἔστιν· (II p 494. 64 Ko) ὀβολοῦ τὸ πρῶτον ἡμῖν ἐνεχθὲν καὶ τεττάρων χαλκῶν μετὰ ταῦτα. καὶ μάλα</w:t>
      </w:r>
    </w:p>
    <w:p>
      <w:r>
        <w:rPr>
          <w:rFonts w:ascii="Courier New" w:hAnsi="Courier New"/>
          <w:color w:val="555555"/>
          <w:sz w:val="20"/>
        </w:rPr>
        <w:t>[5]</w:t>
      </w:r>
    </w:p>
    <w:p>
      <w:r>
        <w:rPr>
          <w:rFonts w:ascii="Gentium Plus" w:hAnsi="Gentium Plus"/>
          <w:sz w:val="24"/>
        </w:rPr>
        <w:t>τρί’ ἡμιωβόλι’ ἐστί· χαλκοῦ θερμὸν ἦν. ἐν τούτῳ καὶ πολλὴν ἀπορίαν τις ἂν ἐπιλύσαιτο, ὑπὲρ ἧς οἶδα πολλάκις ἀμφισβητήσας, εἰ παρά τινι τῶν ἀρχαίων θερμῷ χρωμένους ἐπὶ τῷ πιεῖν ἔστιν εὑρεῖν καὶ τὰ μὲν παρ’ Ὁμήρῳ πολλὴν εἶχε τὴν</w:t>
      </w:r>
    </w:p>
    <w:p>
      <w:r>
        <w:rPr>
          <w:rFonts w:ascii="Courier New" w:hAnsi="Courier New"/>
          <w:color w:val="555555"/>
          <w:sz w:val="20"/>
        </w:rPr>
        <w:t>[9 . 68]</w:t>
      </w:r>
    </w:p>
    <w:p>
      <w:r>
        <w:rPr>
          <w:rFonts w:ascii="Gentium Plus" w:hAnsi="Gentium Plus"/>
          <w:sz w:val="24"/>
        </w:rPr>
        <w:t>ἀσάφειαν. καὶ γὰρ εἴ τις τοὺς αἴθωνας λέβητας (I 123) παρὰ τοὺς ἀπύρους λέβητας ἀντιτιθεὶς οἴοιτο τούτους ἐπὶ θερμοῦ ὕδατος παρα‐ σκευῇ εὐτρεπίζεσθαι, ταὐτὸν ἂν εἶεν οὗτοι τῷ ἐμπυριβήτῃ τρίποδι (Ψ 202), ὃς ἐπὶ λουτροῖς ἐθερμαίνετο, ὧν ἡ χρῆσις ἦν οὐκ ὀλίγη·</w:t>
      </w:r>
    </w:p>
    <w:p>
      <w:r>
        <w:rPr>
          <w:rFonts w:ascii="Courier New" w:hAnsi="Courier New"/>
          <w:color w:val="555555"/>
          <w:sz w:val="20"/>
        </w:rPr>
        <w:t>[5]</w:t>
      </w:r>
    </w:p>
    <w:p>
      <w:r>
        <w:rPr>
          <w:rFonts w:ascii="Gentium Plus" w:hAnsi="Gentium Plus"/>
          <w:sz w:val="24"/>
        </w:rPr>
        <w:t>παρ’ Ὁμήρῳ μὲν γὰρ οὐδὲ κρέα ἑφθὰ τῶν ἡρώων τινὲς ἤσθιον,</w:t>
      </w:r>
    </w:p>
    <w:p>
      <w:r>
        <w:rPr>
          <w:rFonts w:ascii="Courier New" w:hAnsi="Courier New"/>
          <w:color w:val="555555"/>
          <w:sz w:val="20"/>
        </w:rPr>
        <w:t>[9 . 69]</w:t>
      </w:r>
    </w:p>
    <w:p>
      <w:r>
        <w:rPr>
          <w:rFonts w:ascii="Gentium Plus" w:hAnsi="Gentium Plus"/>
          <w:sz w:val="24"/>
        </w:rPr>
        <w:t>περὶ μέντοι τοῦ πότου, παρ’ Ὁμήρῳ μὲν οὐχ οἷόν τ’ ἦν ἀνευρεῖν θερμὸν ὕδωρ ἐπὶ πότῳ, παρὰ δὲ τοῖς ἀρχαίοις ἰατροῖς· καὶ γὰρ ὅταν Ἱπποκράτης (Aphorism V 18) εἴπῃ ‘τὸ ψυχρὸν πολέμιον νεύροι‐ σιν ὀστέοισιν ὀδοῦσιν ἐγκεφάλῳ,‘ δῆλον ὡς οἶδε τὴν τοῦ θερμοῦ</w:t>
      </w:r>
    </w:p>
    <w:p>
      <w:r>
        <w:rPr>
          <w:rFonts w:ascii="Courier New" w:hAnsi="Courier New"/>
          <w:color w:val="555555"/>
          <w:sz w:val="20"/>
        </w:rPr>
        <w:t>[5]</w:t>
      </w:r>
    </w:p>
    <w:p>
      <w:r>
        <w:rPr>
          <w:rFonts w:ascii="Gentium Plus" w:hAnsi="Gentium Plus"/>
          <w:sz w:val="24"/>
        </w:rPr>
        <w:t>προσφορὰν τοῖς ὀδοῦσιν. ἐγὼ δὲ τὸ ἐν ταῖς Θεσμοφοριαζούσαις (fg 330) Ἀριστοφάνους εἰρημένον ‘τὸ χαλκίον θερμαίνεται‘ οὕτω πως ἤκουον ὡς εἰς πότον εὐτρεπιζομένων τῶν γυναικῶν. ταὐτὸν δὲ τοῦτο καὶ ἐν τοῖς Εὐπόλιδος Δήμοις (I p 286. 108 Ko) ἔστιν εἰρημένον. ἀλλ’ ὅτι οὐδὲ τοῦτο ἀποχρῶν ἐστὶν εἰς πίστιν τῆς</w:t>
      </w:r>
    </w:p>
    <w:p>
      <w:r>
        <w:rPr>
          <w:rFonts w:ascii="Courier New" w:hAnsi="Courier New"/>
          <w:color w:val="555555"/>
          <w:sz w:val="20"/>
        </w:rPr>
        <w:t>[10]</w:t>
      </w:r>
    </w:p>
    <w:p>
      <w:r>
        <w:rPr>
          <w:rFonts w:ascii="Gentium Plus" w:hAnsi="Gentium Plus"/>
          <w:sz w:val="24"/>
        </w:rPr>
        <w:t>τοῦ θερμοῦ πόσεως, ὑπηναντιοῦτό μοι τὸ ἐν τοῖς Ἀριστοφάνους Γεωργοῖς (fg 107) σαφῶς ἐπὶ λουτροῦ εἰρημένον, ἐξ ἄστεως νῦν εἰς ἀγρὸν χωρῶμεν, ὡς πάλαι δι’ ἡμᾶς ἐκεῖ τῷ χαλκῷ ἐν λουσαμένῳ κολάζειν.</w:t>
      </w:r>
    </w:p>
    <w:p>
      <w:r>
        <w:rPr>
          <w:rFonts w:ascii="Courier New" w:hAnsi="Courier New"/>
          <w:color w:val="555555"/>
          <w:sz w:val="20"/>
        </w:rPr>
        <w:t>[9 . 70]</w:t>
      </w:r>
    </w:p>
    <w:p>
      <w:r>
        <w:rPr>
          <w:rFonts w:ascii="Gentium Plus" w:hAnsi="Gentium Plus"/>
          <w:sz w:val="24"/>
        </w:rPr>
        <w:t>τουτὶ μέντοι τὸ παρὰ τῷ Φιλήμονι (II p 494. 64. 3 Ko) ‘χαλκοῦ θερμὸν ἦν‘ συνταττόμενον τῷ πιεῖν ἄντικρυς δηλοῖ τὴν τοῦ θερ‐ μοῦ πόσιν· καὶ γὰρ τὸ λεπτὸν τοῦ νομίσματος οὐ λουτροῦ ἐστὶν ἀλλὰ πότου μέτρον.</w:t>
      </w:r>
    </w:p>
    <w:p>
      <w:r>
        <w:rPr>
          <w:rFonts w:ascii="Courier New" w:hAnsi="Courier New"/>
          <w:color w:val="555555"/>
          <w:sz w:val="20"/>
        </w:rPr>
        <w:t>[5]</w:t>
      </w:r>
    </w:p>
    <w:p>
      <w:r>
        <w:rPr>
          <w:rFonts w:ascii="Gentium Plus" w:hAnsi="Gentium Plus"/>
          <w:sz w:val="24"/>
        </w:rPr>
        <w:t>καὶ πεντέχαλκον δὲ τοὺς πέντε χαλκοῦς ὠνομασμένους εὕ‐ ρομεν ἐν ταῖς Ἀριστοφῶντος Διδύμαις ἢ Πυραύνῳ (II p 276. 2 Ko) ἔπειθ’ ἡπάτια καὶ νῆστίν τινα προσέθηκεν, οἶμαι, πεντέχαλκον προσλαβών. εἴη δ’ ἂν καὶ σύμβολον βραχὺ νόμισμά τι ἢ ἡμίτομον νομίσ‐</w:t>
      </w:r>
    </w:p>
    <w:p>
      <w:r>
        <w:rPr>
          <w:rFonts w:ascii="Courier New" w:hAnsi="Courier New"/>
          <w:color w:val="555555"/>
          <w:sz w:val="20"/>
        </w:rPr>
        <w:t>[9 . 71]</w:t>
      </w:r>
    </w:p>
    <w:p>
      <w:r>
        <w:rPr>
          <w:rFonts w:ascii="Gentium Plus" w:hAnsi="Gentium Plus"/>
          <w:sz w:val="24"/>
        </w:rPr>
        <w:t>ματος. ὁ γοῦν Ἕρμιππος ἐν μὲν Φορμοφόροις (I p 242. 61 Ko) λέγει παρὰ τῶν καπήλων λήψομαι τὸ σύμβολον, ἐν δὲ τοῖς Δημόταις (I p 228. 14 Ko) οἴ μοι, τί δράσω σύμβολον κεκαρμένος;</w:t>
      </w:r>
    </w:p>
    <w:p>
      <w:r>
        <w:rPr>
          <w:rFonts w:ascii="Courier New" w:hAnsi="Courier New"/>
          <w:color w:val="555555"/>
          <w:sz w:val="20"/>
        </w:rPr>
        <w:t>[5]</w:t>
      </w:r>
    </w:p>
    <w:p>
      <w:r>
        <w:rPr>
          <w:rFonts w:ascii="Gentium Plus" w:hAnsi="Gentium Plus"/>
          <w:sz w:val="24"/>
        </w:rPr>
        <w:t>κεκάρθαι ἔοικε τὸ ἥμισυ, ὥστε ἢ ἐκ θατέρου μόνου τετυπῶσθαι</w:t>
      </w:r>
    </w:p>
    <w:p>
      <w:r>
        <w:rPr>
          <w:rFonts w:ascii="Courier New" w:hAnsi="Courier New"/>
          <w:color w:val="555555"/>
          <w:sz w:val="20"/>
        </w:rPr>
        <w:t>[9 . 72]</w:t>
      </w:r>
    </w:p>
    <w:p>
      <w:r>
        <w:rPr>
          <w:rFonts w:ascii="Gentium Plus" w:hAnsi="Gentium Plus"/>
          <w:sz w:val="24"/>
        </w:rPr>
        <w:t>σμικρόν τι δύνασθαι Ἀριστοφάνης μὲν ἐν Ἀναγύρῳ λέγων (fg 44) τοῦτ’ αὐτὸ πράττω, δύ’ ὀβολὼ καὶ σύμβολον ὑπὸ τῷ πικλίντρῳ. μῶν τις αὔτ’ ἀνείλετο; Ἄρχιππος δ’ εἰπὼν ἐν Ἡρακλεῖ γαμοῦντι (I p 680. 8 Ko)</w:t>
      </w:r>
    </w:p>
    <w:p>
      <w:r>
        <w:rPr>
          <w:rFonts w:ascii="Courier New" w:hAnsi="Courier New"/>
          <w:color w:val="555555"/>
          <w:sz w:val="20"/>
        </w:rPr>
        <w:t>[5]</w:t>
      </w:r>
    </w:p>
    <w:p>
      <w:r>
        <w:rPr>
          <w:rFonts w:ascii="Gentium Plus" w:hAnsi="Gentium Plus"/>
          <w:sz w:val="24"/>
        </w:rPr>
        <w:t>ἀνδρῶν ἄριστος καὶ μάλιστ’ ἐμοὶ ξένος, ἀτὰρ παρ’ ἐμοί γ’ ὢν εἶχεν οὐδὲ σύμβολον. εἴη δ’ ἂν καὶ κόλλυβον λεπτόν τι νομισμάτιον· Καλλίμαχος (fg 85) γοῦν ἔφη, περὶ τῶν ἐν ᾅδου λέγων, ἐκ τῶν ὅκου βοῦν κολλύβου πιπρήσκουσιν,</w:t>
      </w:r>
    </w:p>
    <w:p>
      <w:r>
        <w:rPr>
          <w:rFonts w:ascii="Courier New" w:hAnsi="Courier New"/>
          <w:color w:val="555555"/>
          <w:sz w:val="20"/>
        </w:rPr>
        <w:t>[10]</w:t>
      </w:r>
    </w:p>
    <w:p>
      <w:r>
        <w:rPr>
          <w:rFonts w:ascii="Gentium Plus" w:hAnsi="Gentium Plus"/>
          <w:sz w:val="24"/>
        </w:rPr>
        <w:t>ὡς ἂν εἴποι τις τοῦ προστυχόντος. ἔλεγον δέ τι καὶ τρικόλλυβον οἱ ποιηταὶ σμικρὸν νόμισμα (Comic III p 599. 1167 Ko).</w:t>
      </w:r>
    </w:p>
    <w:p>
      <w:r>
        <w:rPr>
          <w:rFonts w:ascii="Courier New" w:hAnsi="Courier New"/>
          <w:color w:val="555555"/>
          <w:sz w:val="20"/>
        </w:rPr>
        <w:t>[9 . 73]</w:t>
      </w:r>
    </w:p>
    <w:p>
      <w:r>
        <w:rPr>
          <w:rFonts w:ascii="Gentium Plus" w:hAnsi="Gentium Plus"/>
          <w:sz w:val="24"/>
        </w:rPr>
        <w:t>οἱ μέντοι τὸν βοῦν, τὸ ἐκ τοῦ τυπώματος οὕτω κληθὲν νό‐ μισμα καὶ Ὅμηρον εἰδέναι νομίζοντες ἐν τῷ ‘ἑκατόμβοι’ ἐννεαβοίων‘ (Ζ 236), ὡς πρὸς ἀριθμὸν δραχμῶν τὴν ἀξίαν τῶν ὅπλων ἀντιτιμώ‐ μενον, ὑπό τι εὔηθες τοῦτο ὑπολαμβάνουσιν Ὁμήρῳ μάρτυρι, τὴν</w:t>
      </w:r>
    </w:p>
    <w:p>
      <w:r>
        <w:rPr>
          <w:rFonts w:ascii="Courier New" w:hAnsi="Courier New"/>
          <w:color w:val="555555"/>
          <w:sz w:val="20"/>
        </w:rPr>
        <w:t>[5]</w:t>
      </w:r>
    </w:p>
    <w:p>
      <w:r>
        <w:rPr>
          <w:rFonts w:ascii="Gentium Plus" w:hAnsi="Gentium Plus"/>
          <w:sz w:val="24"/>
        </w:rPr>
        <w:t>ἀλλαγὴν οὐ νομίσματι γίνεσθαι τὸ παλαιὸν ἡγουμένῳ ἀλλ’ ἀντιδόσει τινῶν, ὡς ὅταν φῇ (Η 472) ἔνθεν ἄρ’ οἰνίζοντο καρηκομόωντες Ἀχαιοί ἄλλοι μὲν χαλκῷ, ἄλλοι δ’ αἴθωνι σιδήρῳ, ἄλλοι δὲ ῥινοῖς, ἄλλοι δ’ αὐτῇσι βόεσσιν·</w:t>
      </w:r>
    </w:p>
    <w:p>
      <w:r>
        <w:rPr>
          <w:rFonts w:ascii="Courier New" w:hAnsi="Courier New"/>
          <w:color w:val="555555"/>
          <w:sz w:val="20"/>
        </w:rPr>
        <w:t>[9 . 74]</w:t>
      </w:r>
    </w:p>
    <w:p>
      <w:r>
        <w:rPr>
          <w:rFonts w:ascii="Gentium Plus" w:hAnsi="Gentium Plus"/>
          <w:sz w:val="24"/>
        </w:rPr>
        <w:t>τὰς γὰρ βοῦς πρὸς τὰς ῥινοὺς ἀντιτιθείς, φανερός ἐστι τὸ ζῷον ἀλλ’ οὐ τὸ νόμισμα δηλῶν. καὶ μὴν τὸ Πελοποννησίων νόμισμα χελώνην τινὲς ἠξίουν καλεῖν ἀπὸ τοῦ τυπώματος· ὅθεν ἡ μὲν παροιμία</w:t>
      </w:r>
    </w:p>
    <w:p>
      <w:r>
        <w:rPr>
          <w:rFonts w:ascii="Courier New" w:hAnsi="Courier New"/>
          <w:color w:val="555555"/>
          <w:sz w:val="20"/>
        </w:rPr>
        <w:t>[5]</w:t>
      </w:r>
    </w:p>
    <w:p>
      <w:r>
        <w:rPr>
          <w:rFonts w:ascii="Gentium Plus" w:hAnsi="Gentium Plus"/>
          <w:sz w:val="24"/>
        </w:rPr>
        <w:t>τὰν ἀρετὰν καὶ τὰν σοφίαν νικᾶντι χελῶναι, ἐν δὲ τοῖς Εὐπόλιδος Εἵλωσιν (I p 295. 141) εἴρηται ‘ὀβολὸν τὸν</w:t>
      </w:r>
    </w:p>
    <w:p>
      <w:r>
        <w:rPr>
          <w:rFonts w:ascii="Courier New" w:hAnsi="Courier New"/>
          <w:color w:val="555555"/>
          <w:sz w:val="20"/>
        </w:rPr>
        <w:t>[10]</w:t>
      </w:r>
    </w:p>
    <w:p>
      <w:r>
        <w:rPr>
          <w:rFonts w:ascii="Gentium Plus" w:hAnsi="Gentium Plus"/>
          <w:sz w:val="24"/>
        </w:rPr>
        <w:t>ἀναθημάτων τι λαβόντι παραβληθῆναι λέγων ἐπὶ πείρᾳ συνέσεως</w:t>
      </w:r>
    </w:p>
    <w:p>
      <w:r>
        <w:rPr>
          <w:rFonts w:ascii="Courier New" w:hAnsi="Courier New"/>
          <w:color w:val="555555"/>
          <w:sz w:val="20"/>
        </w:rPr>
        <w:t>[9 . 75]</w:t>
      </w:r>
    </w:p>
    <w:p>
      <w:r>
        <w:rPr>
          <w:rFonts w:ascii="Gentium Plus" w:hAnsi="Gentium Plus"/>
          <w:sz w:val="24"/>
        </w:rPr>
        <w:t>κόρην καὶ τετράδραχμον, κἀπειδὴ τὸ τετράδραχμον εἵλετο, δόξαι διακρίνειν ἤδη τὸ κέρδος δύνασθαι. τάχα δ’ ἂν εἴη κόρη, ὡς Εὐριπίδης ὠνόμασε παρθένον ἐν Σκίρωνι, (fg 675) λέγων περὶ τῶν ἑταιρουσῶν ἐν Κορίνθῳ (fg 675)</w:t>
      </w:r>
    </w:p>
    <w:p>
      <w:r>
        <w:rPr>
          <w:rFonts w:ascii="Courier New" w:hAnsi="Courier New"/>
          <w:color w:val="555555"/>
          <w:sz w:val="20"/>
        </w:rPr>
        <w:t>[5]</w:t>
      </w:r>
    </w:p>
    <w:p>
      <w:r>
        <w:rPr>
          <w:rFonts w:ascii="Gentium Plus" w:hAnsi="Gentium Plus"/>
          <w:sz w:val="24"/>
        </w:rPr>
        <w:t>καὶ τὰς μὲν ἄξῃ, πῶλον ἂν διδῷς ἕνα, τὰς δὲ ξυνωρίδ’· αἱ δὲ κἀπὶ τεττάρων φοιτῶσιν ἵππων ἀργυρῶν. φιλοῦσι δέ τὰς ἐξ Ἀθηνῶν παρθένους, ὅταν φέρῃ πολλάς.</w:t>
      </w:r>
    </w:p>
    <w:p>
      <w:r>
        <w:rPr>
          <w:rFonts w:ascii="Courier New" w:hAnsi="Courier New"/>
          <w:color w:val="555555"/>
          <w:sz w:val="20"/>
        </w:rPr>
        <w:t>[10]</w:t>
      </w:r>
    </w:p>
    <w:p>
      <w:r>
        <w:rPr>
          <w:rFonts w:ascii="Gentium Plus" w:hAnsi="Gentium Plus"/>
          <w:sz w:val="24"/>
        </w:rPr>
        <w:t>τὰς μὲν οὖν παρθένους λέγοι ἂν τὰς κόρας, αἷς ἐνεκεχάρακτο Ἀθη‐</w:t>
      </w:r>
    </w:p>
    <w:p>
      <w:r>
        <w:rPr>
          <w:rFonts w:ascii="Courier New" w:hAnsi="Courier New"/>
          <w:color w:val="555555"/>
          <w:sz w:val="20"/>
        </w:rPr>
        <w:t>[9 . 76]</w:t>
      </w:r>
    </w:p>
    <w:p>
      <w:r>
        <w:rPr>
          <w:rFonts w:ascii="Gentium Plus" w:hAnsi="Gentium Plus"/>
          <w:sz w:val="24"/>
        </w:rPr>
        <w:t>νᾶς πρόσωπον, ὅθεν τὸ νόμισμα τοῦτ’ Εὔβουλος ἐν Ἀγχίσῃ (II p 165. 6 Ko) καλεῖ Παλλάδας, πῶλον δὲ τὸ νόμισμα τὸ Κορίνθιον, ὅτι Πήγασον εἶχεν ἐντετυπωμένον. ἀλλὰ μὴν τὴν μὲν Αἰγιναίαν δραχμὴν μείζω τῆς Ἀττικῆς οὖσαν—</w:t>
      </w:r>
    </w:p>
    <w:p>
      <w:r>
        <w:rPr>
          <w:rFonts w:ascii="Courier New" w:hAnsi="Courier New"/>
          <w:color w:val="555555"/>
          <w:sz w:val="20"/>
        </w:rPr>
        <w:t>[5]</w:t>
      </w:r>
    </w:p>
    <w:p>
      <w:r>
        <w:rPr>
          <w:rFonts w:ascii="Gentium Plus" w:hAnsi="Gentium Plus"/>
          <w:sz w:val="24"/>
        </w:rPr>
        <w:t>δέκα γὰρ ὀβολοὺς Ἀττικοὺς ἴσχυεν—Ἀθηναῖοι παχεῖαν δραχμὴν ἐκάλουν, μίσει τῶν Αἰγινητῶν Αἰγιναίαν καλεῖν μὴ θέλοντες· τὸ δὲ χρυσίον, ὅτι τοῦ ἀργυρίου δεκαπλάσιον ἦν, σαφῶς ἄν τις ἐκ τῆς Μενάνδρου Παρακαταθήκης (fg 383) μάθοι· προειπὼν γὰρ ὁλκὴν ταλάντου χρυσίου σοι, παιδίον,</w:t>
      </w:r>
    </w:p>
    <w:p>
      <w:r>
        <w:rPr>
          <w:rFonts w:ascii="Courier New" w:hAnsi="Courier New"/>
          <w:color w:val="555555"/>
          <w:sz w:val="20"/>
        </w:rPr>
        <w:t>[10]</w:t>
      </w:r>
    </w:p>
    <w:p>
      <w:r>
        <w:rPr>
          <w:rFonts w:ascii="Gentium Plus" w:hAnsi="Gentium Plus"/>
          <w:sz w:val="24"/>
        </w:rPr>
        <w:t>ἕστηκα τηρῶν,</w:t>
      </w:r>
    </w:p>
    <w:p>
      <w:r>
        <w:rPr>
          <w:rFonts w:ascii="Courier New" w:hAnsi="Courier New"/>
          <w:color w:val="555555"/>
          <w:sz w:val="20"/>
        </w:rPr>
        <w:t>[9 . 77]</w:t>
      </w:r>
    </w:p>
    <w:p>
      <w:r>
        <w:rPr>
          <w:rFonts w:ascii="Gentium Plus" w:hAnsi="Gentium Plus"/>
          <w:sz w:val="24"/>
        </w:rPr>
        <w:t>ἐπάγει μετὰ ταῦτα περὶ ταὐτοῦ λέγων (fg 384) μακάριος ἐκεῖνος δέκα τάλαντα καταφαγών. τὸ μέντοι τῶν ὀβολῶν ὄνομα οἱ μὲν ὅτι πάλαι βουπόροις ὀβελοῖς ἐχρῶντο πρὸς τὰς ἀμοιβάς, ὧν τὸ ὑπὸ τῇ δρακὶ πλῆθος</w:t>
      </w:r>
    </w:p>
    <w:p>
      <w:r>
        <w:rPr>
          <w:rFonts w:ascii="Courier New" w:hAnsi="Courier New"/>
          <w:color w:val="555555"/>
          <w:sz w:val="20"/>
        </w:rPr>
        <w:t>[5]</w:t>
      </w:r>
    </w:p>
    <w:p>
      <w:r>
        <w:rPr>
          <w:rFonts w:ascii="Gentium Plus" w:hAnsi="Gentium Plus"/>
          <w:sz w:val="24"/>
        </w:rPr>
        <w:t>ἐδόκει καλεῖσθαι δραχμή, τὰ δ’ ὀνόματα καὶ τοῦ νομίσματος μετα‐ πεσόντος εἰς τὴν νῦν χρείαν ἐνέμεινεν ἐκ τῆς μνήμης τῆς παλαιᾶς· Ἀριστοτέλης δὲ ταὐτὸν λέγων ἐν Σικυωνίων πολιτείᾳ (fg 580) σμι‐</w:t>
      </w:r>
    </w:p>
    <w:p>
      <w:r>
        <w:rPr>
          <w:rFonts w:ascii="Courier New" w:hAnsi="Courier New"/>
          <w:color w:val="555555"/>
          <w:sz w:val="20"/>
        </w:rPr>
        <w:t>[9 . 78]</w:t>
      </w:r>
    </w:p>
    <w:p>
      <w:r>
        <w:rPr>
          <w:rFonts w:ascii="Gentium Plus" w:hAnsi="Gentium Plus"/>
          <w:sz w:val="24"/>
        </w:rPr>
        <w:t>ξῆσθαι ὧδε κληθέντων. ὅθεν καὶ τὸ ὀφείλειν ὠνομάσθαι φησὶν οὐκ οἶδ’ ὅπως· ἐπὶ μέντοι τῶν ὀβελῶν ὑπηλλάχθαι τὸ φ εἰς τὸ β κατὰ συγγένειαν. Βυζαντίων γε μὴν σιδήρῳ νομιζόντων ἦν οὕτω καλούμενος</w:t>
      </w:r>
    </w:p>
    <w:p>
      <w:r>
        <w:rPr>
          <w:rFonts w:ascii="Courier New" w:hAnsi="Courier New"/>
          <w:color w:val="555555"/>
          <w:sz w:val="20"/>
        </w:rPr>
        <w:t>[5]</w:t>
      </w:r>
    </w:p>
    <w:p>
      <w:r>
        <w:rPr>
          <w:rFonts w:ascii="Gentium Plus" w:hAnsi="Gentium Plus"/>
          <w:sz w:val="24"/>
        </w:rPr>
        <w:t>σιδάρεος νόμισμά τι λεπτόν, ὥστε ἀντὶ τοῦ ‘πρίω μοι τριῶν χαλκῶν‘ λέγειν ‘πρίω μοι τριῶν σιδαρέων·‘ ὅθεν καὶ ἐν τοῖς Στράττιδος Μυρ‐ μιδόσιν εἴρηται (I p 721. 36 Ko) ἐν τοῖς βαλανείοις προκέλευθος ἡμέρα, ἁπαξάπασα γῆ στρατιαὶ σιδαρέων.</w:t>
      </w:r>
    </w:p>
    <w:p>
      <w:r>
        <w:rPr>
          <w:rFonts w:ascii="Courier New" w:hAnsi="Courier New"/>
          <w:color w:val="555555"/>
          <w:sz w:val="20"/>
        </w:rPr>
        <w:t>[9 . 79]</w:t>
      </w:r>
    </w:p>
    <w:p>
      <w:r>
        <w:rPr>
          <w:rFonts w:ascii="Gentium Plus" w:hAnsi="Gentium Plus"/>
          <w:sz w:val="24"/>
        </w:rPr>
        <w:t>σιδηρῷ δὲ νομίσματι καὶ Λακεδαιμόνιοι χρῶνται, ἐκ πολλοῦ ὄγκου ὀλίγον δυναμένῳ· ὄξει δ’ αὐτοῦ τὴν ἀκμὴν εἰς τὸ ἄτομον κατα‐ σβεννύουσιν. τοὺς μέντοι Συρακουσίους καττιτέρῳ ποτὲ ἀντ’ ἀργυρίου νομίσαι Διονύσιος κατηνάγκασεν· καὶ τὸ νομισμάτιον τέτταρας δραχμὰς</w:t>
      </w:r>
    </w:p>
    <w:p>
      <w:r>
        <w:rPr>
          <w:rFonts w:ascii="Courier New" w:hAnsi="Courier New"/>
          <w:color w:val="555555"/>
          <w:sz w:val="20"/>
        </w:rPr>
        <w:t>[5]</w:t>
      </w:r>
    </w:p>
    <w:p>
      <w:r>
        <w:rPr>
          <w:rFonts w:ascii="Gentium Plus" w:hAnsi="Gentium Plus"/>
          <w:sz w:val="24"/>
        </w:rPr>
        <w:t>Ἀττικὰς ἴσχυεν ἀντὶ μιᾶς. ὁ δὲ νοῦμμος, δοκεῖ μὲν εἶναι Ῥωμαίων τοὔνομα τοῦ νομίσμα‐ τος, ἔστι δὲ καὶ Ἑλληνικὸν τῶν ἐν Ἰταλίᾳ καὶ Σικελίᾳ Δωριέων· Ἐπίχαρμός τε γὰρ ἐν ταῖς Χύτραις (136 Kaib) φησὶν ἀλλ’ ὅμως ὁκαιαι καὶ ποιάρνες, εὑρήσουσι δέ μοι</w:t>
      </w:r>
    </w:p>
    <w:p>
      <w:r>
        <w:rPr>
          <w:rFonts w:ascii="Courier New" w:hAnsi="Courier New"/>
          <w:color w:val="555555"/>
          <w:sz w:val="20"/>
        </w:rPr>
        <w:t>[10]</w:t>
      </w:r>
    </w:p>
    <w:p>
      <w:r>
        <w:rPr>
          <w:rFonts w:ascii="Gentium Plus" w:hAnsi="Gentium Plus"/>
          <w:sz w:val="24"/>
        </w:rPr>
        <w:t>καὶ νούμμους· παλατιᾶς γὰρ ἐνῆ τᾶς ματρός·</w:t>
      </w:r>
    </w:p>
    <w:p>
      <w:r>
        <w:rPr>
          <w:rFonts w:ascii="Courier New" w:hAnsi="Courier New"/>
          <w:color w:val="555555"/>
          <w:sz w:val="20"/>
        </w:rPr>
        <w:t>[9 . 80]</w:t>
      </w:r>
    </w:p>
    <w:p>
      <w:r>
        <w:rPr>
          <w:rFonts w:ascii="Gentium Plus" w:hAnsi="Gentium Plus"/>
          <w:sz w:val="24"/>
        </w:rPr>
        <w:t>καὶ πάλιν (137) κῆρυξ ἰών εὐθὺς πρίω μοι δέκα νούμμων μόσχον καλήν· καὶ Ἀριστοτέλης ἐν τῇ Ταραντίνων πολιτείᾳ (fg 590) φησὶ καλεῖσθαι</w:t>
      </w:r>
    </w:p>
    <w:p>
      <w:r>
        <w:rPr>
          <w:rFonts w:ascii="Courier New" w:hAnsi="Courier New"/>
          <w:color w:val="555555"/>
          <w:sz w:val="20"/>
        </w:rPr>
        <w:t>[5]</w:t>
      </w:r>
    </w:p>
    <w:p>
      <w:r>
        <w:rPr>
          <w:rFonts w:ascii="Gentium Plus" w:hAnsi="Gentium Plus"/>
          <w:sz w:val="24"/>
        </w:rPr>
        <w:t>νόμισμα παρ’ αὐτοῖς νοῦμμον, ἐφ’ οὗ ἐντετυπῶσθαι Τάραντα τὸν Ποσειδῶνος δελφῖνι ἐποχούμενον. καὶ μὴν ἐν Ἀκραγαντίνων πολι‐ τείᾳ φησὶν Ἀριστοτέλης (fg 476) ζημιοῦσθαί τινας τριάκοντα λίτρας, δύνασθαι δὲ τὴν λίτραν ὀβολὸν Αἰγιναῖον. ἀλλὰ μέντοι παρ’ αὐτῷ τις ἂν ἐν τῇ Ἱμεραίων πολιτείᾳ (fg 510) καὶ ἄλλα εὕροι Σικελικῶν</w:t>
      </w:r>
    </w:p>
    <w:p>
      <w:r>
        <w:rPr>
          <w:rFonts w:ascii="Courier New" w:hAnsi="Courier New"/>
          <w:color w:val="555555"/>
          <w:sz w:val="20"/>
        </w:rPr>
        <w:t>[9 . 81]</w:t>
      </w:r>
    </w:p>
    <w:p>
      <w:r>
        <w:rPr>
          <w:rFonts w:ascii="Gentium Plus" w:hAnsi="Gentium Plus"/>
          <w:sz w:val="24"/>
        </w:rPr>
        <w:t>νομισμάτων ὀνόματα, οἷον οὐγκίαν, ὅπερ δύναται χαλκοῦν ἕνα, καὶ διζᾶντα, ὅπερ ἐστὶ δύο χαλκοῖ, καὶ τριᾶντα, ὅπερ τρεῖς, καὶ ἡμίλι‐ τρον, ὅπερ ἕξ, καὶ λίτραν, ἣν εἶναι ὀβολόν· τὸ μέντοι δεκάλιτρον δύνασθαι μὲν δέκα ὀβολούς, εἶναι δὲ στατῆρα Κορίνθιον. ὅτι δὲ καὶ</w:t>
      </w:r>
    </w:p>
    <w:p>
      <w:r>
        <w:rPr>
          <w:rFonts w:ascii="Courier New" w:hAnsi="Courier New"/>
          <w:color w:val="555555"/>
          <w:sz w:val="20"/>
        </w:rPr>
        <w:t>[5]</w:t>
      </w:r>
    </w:p>
    <w:p>
      <w:r>
        <w:rPr>
          <w:rFonts w:ascii="Gentium Plus" w:hAnsi="Gentium Plus"/>
          <w:sz w:val="24"/>
        </w:rPr>
        <w:t>τῶν κωμῳδῶν τινὲς τῆς λίτρας μνημονεύουσιν, ἐν τοῖς περὶ στατι‐ κῆς προείρηται (IV 173 et 174)· οὐ γὰρ οἱ Δωριεῖς μόνον ἀλλὰ καὶ Ἀττικῶν τινές, ὡς Δίφιλος ἐν Σικελικῷ (II p 564. 71 Ko) οἷον ἀγοράζειν πάντα, μηδὲ ἓν δ’ ἔχειν εἰ μὴ κικίννους ἀξίους λίτραιν δυοῖν.</w:t>
      </w:r>
    </w:p>
    <w:p>
      <w:r>
        <w:rPr>
          <w:rFonts w:ascii="Courier New" w:hAnsi="Courier New"/>
          <w:color w:val="555555"/>
          <w:sz w:val="20"/>
        </w:rPr>
        <w:t>[10]</w:t>
      </w:r>
    </w:p>
    <w:p>
      <w:r>
        <w:rPr>
          <w:rFonts w:ascii="Gentium Plus" w:hAnsi="Gentium Plus"/>
          <w:sz w:val="24"/>
        </w:rPr>
        <w:t>σὺν δὲ τῇ λίτρᾳ καὶ ἄλλα ὠνόμασε νομισμάτων ὀνόματα Ἐπίχαρμος ἐν Ἁρπαγαῖς (9 K)</w:t>
      </w:r>
    </w:p>
    <w:p>
      <w:r>
        <w:rPr>
          <w:rFonts w:ascii="Courier New" w:hAnsi="Courier New"/>
          <w:color w:val="555555"/>
          <w:sz w:val="20"/>
        </w:rPr>
        <w:t>[9 . 82]</w:t>
      </w:r>
    </w:p>
    <w:p>
      <w:r>
        <w:rPr>
          <w:rFonts w:ascii="Gentium Plus" w:hAnsi="Gentium Plus"/>
          <w:sz w:val="24"/>
        </w:rPr>
        <w:t>ὥσπερ αἱ πονηραὶ μάντιες, αἵθ’ ὑπονέμονται γυναῖκας μωρὰς ἂμ πεντόγκιον ἀργύριον, ἄλλαι δὲ λίτραν, αἱ δ’ ἀν’ ἡμιλίτριον δεχόμεναι, καὶ πάντα γιγνώσκοντι τῷ λόγῳ</w:t>
      </w:r>
    </w:p>
    <w:p>
      <w:r>
        <w:rPr>
          <w:rFonts w:ascii="Courier New" w:hAnsi="Courier New"/>
          <w:color w:val="555555"/>
          <w:sz w:val="20"/>
        </w:rPr>
        <w:t>[5]</w:t>
      </w:r>
    </w:p>
    <w:p>
      <w:r>
        <w:rPr>
          <w:rFonts w:ascii="Gentium Plus" w:hAnsi="Gentium Plus"/>
          <w:sz w:val="24"/>
        </w:rPr>
        <w:t>καὶ πάλιν (10 K) ἐγὼ γὰρ τό γε βαλάντιον λίτρο κεδεκάλιτρος στατήρ, ἑξάντιόν τε καὶ πεντόγκιον. ἔχει μὲν δή τι καὶ φιλόκαλον ἡ τούτων γνῶσις· ἴσως δὲ οὐδὲ ἡ χρῆσις ἄτοπος, εἰ μηδὲ τοὺς σίγλους ὁ Ξενοφῶν (Anab I 5. 6)</w:t>
      </w:r>
    </w:p>
    <w:p>
      <w:r>
        <w:rPr>
          <w:rFonts w:ascii="Courier New" w:hAnsi="Courier New"/>
          <w:color w:val="555555"/>
          <w:sz w:val="20"/>
        </w:rPr>
        <w:t>[10]</w:t>
      </w:r>
    </w:p>
    <w:p>
      <w:r>
        <w:rPr>
          <w:rFonts w:ascii="Gentium Plus" w:hAnsi="Gentium Plus"/>
          <w:sz w:val="24"/>
        </w:rPr>
        <w:t>ὄνομα βαρβαρικοῦ νομίσματος εἰπεῖν ἐφυλάξατο. καὶ μὴν καὶ τὸν</w:t>
      </w:r>
    </w:p>
    <w:p>
      <w:r>
        <w:rPr>
          <w:rFonts w:ascii="Courier New" w:hAnsi="Courier New"/>
          <w:color w:val="555555"/>
          <w:sz w:val="20"/>
        </w:rPr>
        <w:t>[9 . 83]</w:t>
      </w:r>
    </w:p>
    <w:p>
      <w:r>
        <w:rPr>
          <w:rFonts w:ascii="Gentium Plus" w:hAnsi="Gentium Plus"/>
          <w:sz w:val="24"/>
        </w:rPr>
        <w:t>δανάκην εἶναί τινές φασι νόμισμά τι Περσικόν. ὄνομα δὲ νομίσμα‐ τος καὶ κραπαταλοί, εἴτε παίζων εἴτε σπουδάζων Φερεκράτης (I 168 Ko) ὠνόμασεν ἐν τῷ ὁμωνύμῳ δράματι· λέγει δὲ τὸν μὲν κραπα‐ ταλὸν εἶναι ἐν ᾅδου δραχμήν, ἔχειν δ’ αὐτὸν ὀκτὼ ψωθίας, τὴν δὲ</w:t>
      </w:r>
    </w:p>
    <w:p>
      <w:r>
        <w:rPr>
          <w:rFonts w:ascii="Courier New" w:hAnsi="Courier New"/>
          <w:color w:val="555555"/>
          <w:sz w:val="20"/>
        </w:rPr>
        <w:t>[5]</w:t>
      </w:r>
    </w:p>
    <w:p>
      <w:r>
        <w:rPr>
          <w:rFonts w:ascii="Gentium Plus" w:hAnsi="Gentium Plus"/>
          <w:sz w:val="24"/>
        </w:rPr>
        <w:t>ψωθίαν εἶναι τριώβολον καὶ δύνασθαι ὀκτὼ κικκάβους. τάχα δ’ ἄν τις φιλότιμον εἶναι νομίζοι καὶ τὸν ἐπὶ τῷ νομίσ‐ ματι λόγον ἐπιζητεῖν, εἴτε Φείδων πρῶτος ὁ Ἀργεῖος ἔκοψε νό‐ μισμα, εἴτε Δημοδίκη ἡ Κυμαία συνοικήσασα Μίδᾳ τῷ Φρυγί—παῖς δ’ ἦν Ἀγαμέμνονος Κυμαίων βασιλέως—εἴτε Ἀθηναίοις Ἐριχθόνιος</w:t>
      </w:r>
    </w:p>
    <w:p>
      <w:r>
        <w:rPr>
          <w:rFonts w:ascii="Courier New" w:hAnsi="Courier New"/>
          <w:color w:val="555555"/>
          <w:sz w:val="20"/>
        </w:rPr>
        <w:t>[10]</w:t>
      </w:r>
    </w:p>
    <w:p>
      <w:r>
        <w:rPr>
          <w:rFonts w:ascii="Gentium Plus" w:hAnsi="Gentium Plus"/>
          <w:sz w:val="24"/>
        </w:rPr>
        <w:t>καὶ Λύκος, εἴτε Λυδοί, καθά φησι Ξενοφάνης (fg 4 Vorsokr D), εἴτε</w:t>
      </w:r>
    </w:p>
    <w:p>
      <w:r>
        <w:rPr>
          <w:rFonts w:ascii="Courier New" w:hAnsi="Courier New"/>
          <w:color w:val="555555"/>
          <w:sz w:val="20"/>
        </w:rPr>
        <w:t>[9 . 84]</w:t>
      </w:r>
    </w:p>
    <w:p>
      <w:r>
        <w:rPr>
          <w:rFonts w:ascii="Gentium Plus" w:hAnsi="Gentium Plus"/>
          <w:sz w:val="24"/>
        </w:rPr>
        <w:t>Νάξιοι κατὰ τὴν Ἀγλωσθένους δόξαν· οὐ γὰρ ἀξιώσει τις ἡμᾶς ἐν τῷ παρόντι πολυπραγμονεῖν, εἰ Μιτυληναῖοι μὲν Σαπφὼ τῷ νομίσ‐ ματι ἐνεχαράξαντο, Χῖοι δὲ Ὅμηρον, Ἰασεῖς δὲ παῖδα δελφῖνι ἐποχούμενον, Δαρδανεῖς δὲ ἀλεκτρυόνων μάχην, Ἀσπένδιοι δὲ πα‐</w:t>
      </w:r>
    </w:p>
    <w:p>
      <w:r>
        <w:rPr>
          <w:rFonts w:ascii="Courier New" w:hAnsi="Courier New"/>
          <w:color w:val="555555"/>
          <w:sz w:val="20"/>
        </w:rPr>
        <w:t>[5]</w:t>
      </w:r>
    </w:p>
    <w:p>
      <w:r>
        <w:rPr>
          <w:rFonts w:ascii="Gentium Plus" w:hAnsi="Gentium Plus"/>
          <w:sz w:val="24"/>
        </w:rPr>
        <w:t>λαιστάς, καὶ Ῥηγῖνοι μὲν λαγών, Κεφαλλῆνες δὲ ἵππον, Θάσιοι δὲ Πέρσην, Ἀργεῖοι δὲ μῦν· οὔτε γὰρ κατὰ τὴν ὑπόθεσιν τῶν βιβλίων ἡ πολυπραγμοσύνη, καὶ ἄλλοις ἤδη τὰ τοιαῦτα ἔστι συνειλεγμένα. ἴσως δὲ τῶν ὀνομάτων καταλόγῳ προσήκουσιν οἱ Κροίσειοι στατῆρες</w:t>
      </w:r>
    </w:p>
    <w:p>
      <w:r>
        <w:rPr>
          <w:rFonts w:ascii="Courier New" w:hAnsi="Courier New"/>
          <w:color w:val="555555"/>
          <w:sz w:val="20"/>
        </w:rPr>
        <w:t>[9 . 85]</w:t>
      </w:r>
    </w:p>
    <w:p>
      <w:r>
        <w:rPr>
          <w:rFonts w:ascii="Gentium Plus" w:hAnsi="Gentium Plus"/>
          <w:sz w:val="24"/>
        </w:rPr>
        <w:t>καὶ Φιλίππειοι καὶ Δαρεικοί, καὶ τὸ Βερενίκειον νόμισμα καὶ Ἀλεξ‐ άνδρειον καὶ Πτολεμαϊκὸν καὶ Δημαρέτειον, ὧν τοὺς ἐπωνύμους γνωριζόντων ἁπάντων, ἡ Δημαρέτη Γέλωνος οὖσα γυνή, κατὰ τὸν πρὸς τοὺς Λίβυας πόλεμον ἀποροῦντος αὐτοῦ τὸν κόσμον αἰτησα‐</w:t>
      </w:r>
    </w:p>
    <w:p>
      <w:r>
        <w:rPr>
          <w:rFonts w:ascii="Courier New" w:hAnsi="Courier New"/>
          <w:color w:val="555555"/>
          <w:sz w:val="20"/>
        </w:rPr>
        <w:t>[5]</w:t>
      </w:r>
    </w:p>
    <w:p>
      <w:r>
        <w:rPr>
          <w:rFonts w:ascii="Gentium Plus" w:hAnsi="Gentium Plus"/>
          <w:sz w:val="24"/>
        </w:rPr>
        <w:t>μένη παρὰ τῶν γυναικῶν, συγχωνεύσασα νόμισμα ἐκόψατο. τοῦτό γε μὲν οὐκ ἄκαιρον, ὅτι τὸ μὲν Ἀττικὸν τάλαντον ἑξ‐</w:t>
      </w:r>
    </w:p>
    <w:p>
      <w:r>
        <w:rPr>
          <w:rFonts w:ascii="Courier New" w:hAnsi="Courier New"/>
          <w:color w:val="555555"/>
          <w:sz w:val="20"/>
        </w:rPr>
        <w:t>[9 . 86]</w:t>
      </w:r>
    </w:p>
    <w:p>
      <w:r>
        <w:rPr>
          <w:rFonts w:ascii="Gentium Plus" w:hAnsi="Gentium Plus"/>
          <w:sz w:val="24"/>
        </w:rPr>
        <w:t>ακισχιλίας ἐδύνατο δραχμὰς Ἀττικάς, τὸ δὲ Βαβυλώνιον ἑπτακισχι‐ λίας, τὸ δὲ Αἰγιναῖον μυρίας, τὸ δὲ Σύρων πεντακοσίας καὶ τετρα‐ κισχιλίας, τὸ δὲ Κιλίκων τρισχιλίας, τὸ δὲ Αἰγυπτίων πεντακοσίας καὶ χιλίας, ὡς πρὸς τὸν τῆς Ἀττικῆς δραχμῆς λογισμόν, ὥσπερ</w:t>
      </w:r>
    </w:p>
    <w:p>
      <w:r>
        <w:rPr>
          <w:rFonts w:ascii="Courier New" w:hAnsi="Courier New"/>
          <w:color w:val="555555"/>
          <w:sz w:val="20"/>
        </w:rPr>
        <w:t>[5]</w:t>
      </w:r>
    </w:p>
    <w:p>
      <w:r>
        <w:rPr>
          <w:rFonts w:ascii="Gentium Plus" w:hAnsi="Gentium Plus"/>
          <w:sz w:val="24"/>
        </w:rPr>
        <w:t>οὖν καὶ τὰς μνᾶς τὰς Ἀττικάς· τὸ μὲν Ἀττικὸν ἑξήκοντα μνᾶς εἶχε, τὸ δὲ Βαβυλώνιον ἑβδομήκοντα, τὸ δὲ Αἰγιναῖον ἑκατόν, καὶ τἆλλα ἀνάλογον. ἡ μνᾶ δὲ ὡς παρ’ Ἀθηναίοις ἑκατὸν εἶχε δραχμὰς Ἀττικάς, οὕτω καὶ παρὰ τοῖς ἄλλοις τὰς ἐπιχωρίους, δυναμένας πρὸς λόγον τοῦ παρ’ ἑκάστοις ταλάντου κατά τε προσθήκην καὶ ὑφ‐</w:t>
      </w:r>
    </w:p>
    <w:p>
      <w:r>
        <w:rPr>
          <w:rFonts w:ascii="Courier New" w:hAnsi="Courier New"/>
          <w:color w:val="555555"/>
          <w:sz w:val="20"/>
        </w:rPr>
        <w:t>[9 . 87]</w:t>
      </w:r>
    </w:p>
    <w:p>
      <w:r>
        <w:rPr>
          <w:rFonts w:ascii="Gentium Plus" w:hAnsi="Gentium Plus"/>
          <w:sz w:val="24"/>
        </w:rPr>
        <w:t>αίρεσιν. τὸ μέντοι Σικελικὸν τάλαντον ἐλάχιστον ἴσχυεν, τὸ μὲν ἀρ‐ χαῖον, ὡς Ἀριστοτέλης λέγει (fg 589 R), τέτταρας καὶ εἴκοσι τοὺς νούμμους, τὸ δὲ ὕστερον δυοκαίδεκα· δύνασθαι δὲ τὸν νοῦμμον τρία</w:t>
      </w:r>
    </w:p>
    <w:p>
      <w:r>
        <w:rPr>
          <w:rFonts w:ascii="Courier New" w:hAnsi="Courier New"/>
          <w:color w:val="555555"/>
          <w:sz w:val="20"/>
        </w:rPr>
        <w:t>[5]</w:t>
      </w:r>
    </w:p>
    <w:p>
      <w:r>
        <w:rPr>
          <w:rFonts w:ascii="Gentium Plus" w:hAnsi="Gentium Plus"/>
          <w:sz w:val="24"/>
        </w:rPr>
        <w:t>κωλύοι δ’ ἂν οὐδὲν προσθεῖναι τῷ περὶ νομισμάτων λόγῳ καὶ διότι χρήματα μὲν εἴποιεν ἂν οἱ Ἀττικοί, τὸ δὲ χρῆμα παρὰ μὲν αὐτοῖς ἐπὶ τοῦ πράγματος ἢ κτήματος, παρὰ δὲ τοῖς Ἴωσι κἀπὶ</w:t>
      </w:r>
    </w:p>
    <w:p>
      <w:r>
        <w:rPr>
          <w:rFonts w:ascii="Courier New" w:hAnsi="Courier New"/>
          <w:color w:val="555555"/>
          <w:sz w:val="20"/>
        </w:rPr>
        <w:t>[9 . 88]</w:t>
      </w:r>
    </w:p>
    <w:p>
      <w:r>
        <w:rPr>
          <w:rFonts w:ascii="Gentium Plus" w:hAnsi="Gentium Plus"/>
          <w:sz w:val="24"/>
        </w:rPr>
        <w:t>τῶν χρημάτων. ὥσπερ καὶ κέρματα ἀλλ’ οὐ κέρμα λέγειν Ἀττικόν, παρὰ μέντοι τοῖς Δωριεῦσι καὶ τὸ κέρμα ἔστιν εἰρημένον· εὕροι δ’ ἄν τις αὐτὸ καὶ παρὰ τοῖς Ἀττικοῖς, ὥσπερ ἐν τῷ Ἄμφιδος Ἀμ‐ πελουργῷ (II p 237. 5 Ko) ‘μικρόν τι κέρμα‘ καὶ παρ’ Ἀντιφάνει ἐν</w:t>
      </w:r>
    </w:p>
    <w:p>
      <w:r>
        <w:rPr>
          <w:rFonts w:ascii="Courier New" w:hAnsi="Courier New"/>
          <w:color w:val="555555"/>
          <w:sz w:val="20"/>
        </w:rPr>
        <w:t>[5]</w:t>
      </w:r>
    </w:p>
    <w:p>
      <w:r>
        <w:rPr>
          <w:rFonts w:ascii="Gentium Plus" w:hAnsi="Gentium Plus"/>
          <w:sz w:val="24"/>
        </w:rPr>
        <w:t>τῷ Κύκλωπι (II p 65. 131 Ko) ‘κέρμα γάρ τι τυγχάνω.‘ ἐν μέντοι τῷ Φιλιππίδου Φιλευριπίδῃ (III p 308. 23 Ko) οὗτος οἴεται περισπάσειν κερμάτιον αὐτοῦ. καὶ κατακεκερματίσθαι μὲν ἐπὶ λόγου Πλάτων (Parm 144 B), ἐπὶ</w:t>
      </w:r>
    </w:p>
    <w:p>
      <w:r>
        <w:rPr>
          <w:rFonts w:ascii="Courier New" w:hAnsi="Courier New"/>
          <w:color w:val="555555"/>
          <w:sz w:val="20"/>
        </w:rPr>
        <w:t>[10]</w:t>
      </w:r>
    </w:p>
    <w:p>
      <w:r>
        <w:rPr>
          <w:rFonts w:ascii="Gentium Plus" w:hAnsi="Gentium Plus"/>
          <w:sz w:val="24"/>
        </w:rPr>
        <w:t>δὲ ἀργυρίου Ἀριστοφάνης ἐν Δαιταλεῦσιν (fg 208) οὐδ’ ἀργύριον ἔστιν κεκερματισμένον,</w:t>
      </w:r>
    </w:p>
    <w:p>
      <w:r>
        <w:rPr>
          <w:rFonts w:ascii="Courier New" w:hAnsi="Courier New"/>
          <w:color w:val="555555"/>
          <w:sz w:val="20"/>
        </w:rPr>
        <w:t>[9 . 89]</w:t>
      </w:r>
    </w:p>
    <w:p>
      <w:r>
        <w:rPr>
          <w:rFonts w:ascii="Gentium Plus" w:hAnsi="Gentium Plus"/>
          <w:sz w:val="24"/>
        </w:rPr>
        <w:t>καὶ ἐν τοῖς Σφηξὶ (789) δραχμὴν μετ’ ἐμοῦ πρώην λαβών, ἐλθὼν διεκερματίζετ’ ἐν τοῖς ἰχθύσιν. ἐν μέντοι τῷ Αἰολοσίκωνι (fg 15) τὸ μὴ ἔχειν κέρματα ἀκερματίαν</w:t>
      </w:r>
    </w:p>
    <w:p>
      <w:r>
        <w:rPr>
          <w:rFonts w:ascii="Courier New" w:hAnsi="Courier New"/>
          <w:color w:val="555555"/>
          <w:sz w:val="20"/>
        </w:rPr>
        <w:t>[5]</w:t>
      </w:r>
    </w:p>
    <w:p>
      <w:r>
        <w:rPr>
          <w:rFonts w:ascii="Gentium Plus" w:hAnsi="Gentium Plus"/>
          <w:sz w:val="24"/>
        </w:rPr>
        <w:t>ὠνόμασεν. ὡς δ’ ἐπὶ τῶν κερμάτων οἱ ἀρχαῖοι Ἀττικοὶ ἥκιστα τῷ ἑνικῷ ἐχρῶντο, οὕτως ἐπὶ τῷ ἀργυρίῳ τῷ πληθυντικῷ· τἀργύρια γὰρ ἐπὶ τοῦ ἀργυρίου σπανίως ἄν τις εὕροι παρ’ αὐτοῖς, ἐγὼ δ’ εὗρον ἐν ταῖς Νήσοις Ἀριστοφάνους (fg 397). εἰ δὲ ὑποπτεύεται τὸ</w:t>
      </w:r>
    </w:p>
    <w:p>
      <w:r>
        <w:rPr>
          <w:rFonts w:ascii="Courier New" w:hAnsi="Courier New"/>
          <w:color w:val="555555"/>
          <w:sz w:val="20"/>
        </w:rPr>
        <w:t>[9 . 90]</w:t>
      </w:r>
    </w:p>
    <w:p>
      <w:r>
        <w:rPr>
          <w:rFonts w:ascii="Gentium Plus" w:hAnsi="Gentium Plus"/>
          <w:sz w:val="24"/>
        </w:rPr>
        <w:t>δρᾶμα ὡς Ἀριστοφάνους οὐ γνήσιον, ἀλλ’ οὔτι γε καὶ οἱ Κόλακες Εὐπόλιδος, ἐν οἷς εἶπε (I p 300. 155 Ko) φοροῦσιν ἁρπάζουσιν ἐκ τῆς οἰκίας τὸ χρυσίον, τἀργύρια πορθεῖται.</w:t>
      </w:r>
    </w:p>
    <w:p>
      <w:r>
        <w:rPr>
          <w:rFonts w:ascii="Courier New" w:hAnsi="Courier New"/>
          <w:color w:val="555555"/>
          <w:sz w:val="20"/>
        </w:rPr>
        <w:t>[5]</w:t>
      </w:r>
    </w:p>
    <w:p>
      <w:r>
        <w:rPr>
          <w:rFonts w:ascii="Gentium Plus" w:hAnsi="Gentium Plus"/>
          <w:sz w:val="24"/>
        </w:rPr>
        <w:t>ἐν δὲ τῷ Τριφάλητι Ἀριστοφάνης καὶ ἀργυρίδιον εἴρηκεν· ᾔτουν τι τὰς γυναῖκας ἀργυρίδιον. τὸν δὲ νῦν χαλκὸν οἱ Ἀττικοὶ χαλκίον εἰώθασι καλεῖν, ὡς ἀπὸ τοῦ ἀργύρου ἀργύριον καὶ ἀπὸ τοῦ χρυσοῦ χρυσίον· ὥσπερ Ἀρι‐</w:t>
      </w:r>
    </w:p>
    <w:p>
      <w:r>
        <w:rPr>
          <w:rFonts w:ascii="Courier New" w:hAnsi="Courier New"/>
          <w:color w:val="555555"/>
          <w:sz w:val="20"/>
        </w:rPr>
        <w:t>[10]</w:t>
      </w:r>
    </w:p>
    <w:p>
      <w:r>
        <w:rPr>
          <w:rFonts w:ascii="Gentium Plus" w:hAnsi="Gentium Plus"/>
          <w:sz w:val="24"/>
        </w:rPr>
        <w:t>οὗτοι γὰρ τούτοισιν, οὖσιν οὐ κεκιβδηλευμένοις ἀλλὰ καλλίστοις ἁπάντων, ὡς δοκεῖ, νομισμάτων</w:t>
      </w:r>
    </w:p>
    <w:p>
      <w:r>
        <w:rPr>
          <w:rFonts w:ascii="Courier New" w:hAnsi="Courier New"/>
          <w:color w:val="555555"/>
          <w:sz w:val="20"/>
        </w:rPr>
        <w:t>[9 . 91]</w:t>
      </w:r>
    </w:p>
    <w:p>
      <w:r>
        <w:rPr>
          <w:rFonts w:ascii="Gentium Plus" w:hAnsi="Gentium Plus"/>
          <w:sz w:val="24"/>
        </w:rPr>
        <w:t>καὶ μόνοις ὀρθοσκοπεῖσι καὶ κεκωδωνισμένοις, χρώμεθ’ οὐδέν, ἀλλὰ τούτοις τοῖς πονηροῖς χαλκίοις, χθές τε καὶ πρώην κοπεῖσι τῷ κακίστῳ κόμματι. σαφέστερον δ’ Εὔβουλος ἐν Παμφίλῳ (II p 193. 83 Ko)</w:t>
      </w:r>
    </w:p>
    <w:p>
      <w:r>
        <w:rPr>
          <w:rFonts w:ascii="Courier New" w:hAnsi="Courier New"/>
          <w:color w:val="555555"/>
          <w:sz w:val="20"/>
        </w:rPr>
        <w:t>[5]</w:t>
      </w:r>
    </w:p>
    <w:p>
      <w:r>
        <w:rPr>
          <w:rFonts w:ascii="Gentium Plus" w:hAnsi="Gentium Plus"/>
          <w:sz w:val="24"/>
        </w:rPr>
        <w:t>πρῶτον μὲν αὐτοῦ παραλαβὼν τὼ χαλκίω τὸν ἰὸν ἐκ τῆς χειρὸς ἐξεσπόγγισεν. οὕτω δ’ ἂν καὶ ὁ Κρατῖνος ἐν ταῖς Θρᾴτταις (I p 35. 73 Ko) εἰρηκὼς εἴη τὸν χρυσὸν χρυσία· ὅτι τοὺς κόρακας τἀξ Αἰγύπτου χρυσία κλέπτοντας ἔπαυσαν.</w:t>
      </w:r>
    </w:p>
    <w:p>
      <w:r>
        <w:rPr>
          <w:rFonts w:ascii="Courier New" w:hAnsi="Courier New"/>
          <w:color w:val="555555"/>
          <w:sz w:val="20"/>
        </w:rPr>
        <w:t>[9 . 92]</w:t>
      </w:r>
    </w:p>
    <w:p>
      <w:r>
        <w:rPr>
          <w:rFonts w:ascii="Gentium Plus" w:hAnsi="Gentium Plus"/>
          <w:sz w:val="24"/>
        </w:rPr>
        <w:t>οἱ μὲν οὖν χαλκοῖ νομισμάτιον ἦν λεπτόν, ὡς ὅταν εἴπῃ Δημοσθένης (XXI 91) ‘οὐδὲ χαλκοῦν οὐδέπω καὶ τήμερον οὐδένα·‘ ἡ δὲ τῶν πολλῶν καὶ ἰδιωτῶν χρῆσις τὸν χαλκὸν τὸ ἀργύριον λέγει, οἷον ‘οὐκ ἔχω χαλκόν‘ καὶ ‘ὀφείλω χαλκόν.‘ εἴρηται δὲ καὶ τοῦτο ἐν Ἐπιχάρμου</w:t>
      </w:r>
    </w:p>
    <w:p>
      <w:r>
        <w:rPr>
          <w:rFonts w:ascii="Courier New" w:hAnsi="Courier New"/>
          <w:color w:val="555555"/>
          <w:sz w:val="20"/>
        </w:rPr>
        <w:t>[5]</w:t>
      </w:r>
    </w:p>
    <w:p>
      <w:r>
        <w:rPr>
          <w:rFonts w:ascii="Gentium Plus" w:hAnsi="Gentium Plus"/>
          <w:sz w:val="24"/>
        </w:rPr>
        <w:t>Πέρσαις, (fg 111 Kaibel) χρυσὸν καὶ χαλκὸν ὀφείλων· ἴσως δὲ καὶ παρὰ τοῖς Ἀττικοῖς, ὅστις βιάζοιτο· καὶ γὰρ εἰ τὸ παρ’ Ἀριστοφάνει ἐν ταῖς Ἐκκλησιαζούσαις τὸ νόμισμα δηλοῖ, ὅταν φῇ (818) μεστὴν ἀπῆρε τὴν γνάθον χαλκῶν ἔχων,</w:t>
      </w:r>
    </w:p>
    <w:p>
      <w:r>
        <w:rPr>
          <w:rFonts w:ascii="Courier New" w:hAnsi="Courier New"/>
          <w:color w:val="555555"/>
          <w:sz w:val="20"/>
        </w:rPr>
        <w:t>[9 . 93]</w:t>
      </w:r>
    </w:p>
    <w:p>
      <w:r>
        <w:rPr>
          <w:rFonts w:ascii="Gentium Plus" w:hAnsi="Gentium Plus"/>
          <w:sz w:val="24"/>
        </w:rPr>
        <w:t>ἀλλὰ τὸ μετὰ ταῦτά ἐστ’ ἀμφίβολον (821), ἀνέκραγ’ ὁ κῆρυξ μὴ δέχεσθαι μηδένα χαλκὸν τὸ λοιπόν· ἀργυρίῳ γὰρ χρώμεθα. Θουκυδίδης (IV 52. 2) μὲν δὴ καὶ στατῆράς τινας Φωκαΐτας</w:t>
      </w:r>
    </w:p>
    <w:p>
      <w:r>
        <w:rPr>
          <w:rFonts w:ascii="Courier New" w:hAnsi="Courier New"/>
          <w:color w:val="555555"/>
          <w:sz w:val="20"/>
        </w:rPr>
        <w:t>[5]</w:t>
      </w:r>
    </w:p>
    <w:p>
      <w:r>
        <w:rPr>
          <w:rFonts w:ascii="Gentium Plus" w:hAnsi="Gentium Plus"/>
          <w:sz w:val="24"/>
        </w:rPr>
        <w:t>κέκληκεν, ἦν δέ τι καὶ νομίσματος εἶδος οὕτως ὀνομαζόμενον· φησὶ γοῦν ἐν τοῖς Ἀποφθέγμασιν ὁ Καλλισθένης ὑπ’ Εὐβούλου τοῦ Ἀταρ‐ νείτου τὸν ποιητὴν Περσῖνον ἀμελούμενον εἰς Μιτυλήνην ἀπελθόντα θαυμάζοντι γράψαι διότι τὰς Φωκαΐδας, ἃς ἔχων ἦλθεν, ἥδιον ἐν Μιτυλήνῃ μᾶλλον ἢ ἐν Ἀταρνεῖ καταλλάττει.</w:t>
      </w:r>
    </w:p>
    <w:p>
      <w:r>
        <w:rPr>
          <w:rFonts w:ascii="Courier New" w:hAnsi="Courier New"/>
          <w:color w:val="555555"/>
          <w:sz w:val="20"/>
        </w:rPr>
        <w:t>[9 . 94]</w:t>
      </w:r>
    </w:p>
    <w:p>
      <w:r>
        <w:rPr>
          <w:rFonts w:ascii="Gentium Plus" w:hAnsi="Gentium Plus"/>
          <w:sz w:val="24"/>
        </w:rPr>
        <w:t>Ἐπεὶ δὲ καὶ περὶ τῶν ἐν συμποσίοις παιδιῶν, οἷον κοττάβων καὶ γρίφων καί που καὶ περὶ κύβων προειρήκαμεν, οὐκ ἂν φαῦλον εἴη διὰ βραχέων ὀνόματα παιδιῶν ἐπιδραμεῖν, παρεξηγούμενον</w:t>
      </w:r>
    </w:p>
    <w:p>
      <w:r>
        <w:rPr>
          <w:rFonts w:ascii="Courier New" w:hAnsi="Courier New"/>
          <w:color w:val="555555"/>
          <w:sz w:val="20"/>
        </w:rPr>
        <w:t>[5]</w:t>
      </w:r>
    </w:p>
    <w:p>
      <w:r>
        <w:rPr>
          <w:rFonts w:ascii="Gentium Plus" w:hAnsi="Gentium Plus"/>
          <w:sz w:val="24"/>
        </w:rPr>
        <w:t>δυσκυβεῖν τε καὶ εὐκυβεῖν ὀνομάζεται καί που καὶ τὸ δύσβολον</w:t>
      </w:r>
    </w:p>
    <w:p>
      <w:r>
        <w:rPr>
          <w:rFonts w:ascii="Courier New" w:hAnsi="Courier New"/>
          <w:color w:val="555555"/>
          <w:sz w:val="20"/>
        </w:rPr>
        <w:t>[9 . 95]</w:t>
      </w:r>
    </w:p>
    <w:p>
      <w:r>
        <w:rPr>
          <w:rFonts w:ascii="Gentium Plus" w:hAnsi="Gentium Plus"/>
          <w:sz w:val="24"/>
        </w:rPr>
        <w:t>καὶ εὔβολον εἶναι, ἰστέον ὅτι κύβος αὐτό τε τὸ βαλλόμενον καλεῖ‐ ται καὶ ἡ ἐν αὐτῷ κοιλότης, τὸ σημεῖον, ὁ τύπος, ἡ γραμμή, τὸ δηλοῦν τὸν ἀριθμὸν τῶν βληθέντων· καὶ μάλιστα ἥ γε μονὰς ἡ ἐν αὐτοῖς ὄνομα εἶχε κύβος καλεῖσθαι, καθάπερ καὶ ὁ παροιμιώδης λόγος</w:t>
      </w:r>
    </w:p>
    <w:p>
      <w:r>
        <w:rPr>
          <w:rFonts w:ascii="Courier New" w:hAnsi="Courier New"/>
          <w:color w:val="555555"/>
          <w:sz w:val="20"/>
        </w:rPr>
        <w:t>[5]</w:t>
      </w:r>
    </w:p>
    <w:p>
      <w:r>
        <w:rPr>
          <w:rFonts w:ascii="Gentium Plus" w:hAnsi="Gentium Plus"/>
          <w:sz w:val="24"/>
        </w:rPr>
        <w:t>μηνύειν ἔοικεν, ‘ἢ τρὶς ἓξ ἢ τρεῖς κύβοι.‘ τῷ τρυπήματι δὲ τούτῳ, ὃν κύβον ἐπωνομάσθαι φαμέν, ἀργυρίου τινὰ ἀριθμὸν ἐπιφημίσαντες καθ’ ἑκάστην μονάδα διῃρημένην, δραχμὴν ἢ στατῆρα ἢ μνᾶν ἢ</w:t>
      </w:r>
    </w:p>
    <w:p>
      <w:r>
        <w:rPr>
          <w:rFonts w:ascii="Courier New" w:hAnsi="Courier New"/>
          <w:color w:val="555555"/>
          <w:sz w:val="20"/>
        </w:rPr>
        <w:t>[9 . 96]</w:t>
      </w:r>
    </w:p>
    <w:p>
      <w:r>
        <w:rPr>
          <w:rFonts w:ascii="Gentium Plus" w:hAnsi="Gentium Plus"/>
          <w:sz w:val="24"/>
        </w:rPr>
        <w:t>ὁποσονοῦν, ἔπαιζον τὴν πλειστοβολίνδα καλουμένην παιδιάν· ὁ δ’ ὑπερβαλλόμενος τῷ πλήθει τῶν μονάδων ἔμελλεν ἀναιρήσεσθαι τὸ ἐπιδιακείμενον ἀργύριον. ἐν δὲ τῇ Ἀμειψίου Σφενδόνῃ (I p 675. 20 Ko) ὅ τε τρόπος δεδήλωται τῆς κυβείας καὶ προσείρηται ὅτι εἴη τὸ τρῆμα</w:t>
      </w:r>
    </w:p>
    <w:p>
      <w:r>
        <w:rPr>
          <w:rFonts w:ascii="Courier New" w:hAnsi="Courier New"/>
          <w:color w:val="555555"/>
          <w:sz w:val="20"/>
        </w:rPr>
        <w:t>[5]</w:t>
      </w:r>
    </w:p>
    <w:p>
      <w:r>
        <w:rPr>
          <w:rFonts w:ascii="Gentium Plus" w:hAnsi="Gentium Plus"/>
          <w:sz w:val="24"/>
        </w:rPr>
        <w:t>μνααῖον, ὡς μνᾶν αὐτῶν ἐπιδιατεθειμένων ἑκάστῳ κύβῳ. παρὰ δὲ τοῖς Δωριεῦσιν οἱ ταύτῃ τῇ παιδιᾷ χρώμενοι τρηματίκται τὴν προσ‐ ηγορίαν εἶχον, καὶ τρηματίζειν τὸ πρᾶγμα. σκιραφεῖα δὲ τὰ κυβευ‐ τήρια ὠνομάσθη, διότι μάλιστα Ἀθήνησιν ἐκύβευον ἐπὶ σκίρῳ ἐν</w:t>
      </w:r>
    </w:p>
    <w:p>
      <w:r>
        <w:rPr>
          <w:rFonts w:ascii="Courier New" w:hAnsi="Courier New"/>
          <w:color w:val="555555"/>
          <w:sz w:val="20"/>
        </w:rPr>
        <w:t>[9 . 97]</w:t>
      </w:r>
    </w:p>
    <w:p>
      <w:r>
        <w:rPr>
          <w:rFonts w:ascii="Gentium Plus" w:hAnsi="Gentium Plus"/>
          <w:sz w:val="24"/>
        </w:rPr>
        <w:t>τῷ τῆς σκιράδος Ἀθηνᾶς νεῷ. τὰ μὲν οὖν ἐργαλεῖα τὰ κυβευτικὰ ἐν τοῖς περὶ τεχνῶν (VII 204) ἔστι προειρημένα, τὸ δὲ πεττεύειν καὶ ἡ πεττεία καὶ τὸ πεσσονομεῖν καὶ ὁ πεττευτής, καὶ ταῦτα μὲν ἐπ’ ἐκείνοις προείρηται· ἐπεὶ δὲ ψῆφοι μέν εἰσιν οἱ πεττοί, πέντε</w:t>
      </w:r>
    </w:p>
    <w:p>
      <w:r>
        <w:rPr>
          <w:rFonts w:ascii="Courier New" w:hAnsi="Courier New"/>
          <w:color w:val="555555"/>
          <w:sz w:val="20"/>
        </w:rPr>
        <w:t>[5]</w:t>
      </w:r>
    </w:p>
    <w:p>
      <w:r>
        <w:rPr>
          <w:rFonts w:ascii="Gentium Plus" w:hAnsi="Gentium Plus"/>
          <w:sz w:val="24"/>
        </w:rPr>
        <w:t>δ’ ἑκάτερος τῶν παιζόντων εἶχεν ἐπὶ πέντε γραμμῶν, εἰκότως εἴρη‐ ται Σοφοκλεῖ (fg 396) καὶ πεσσὰ πεντέγραμμα καὶ κύβων βολαί.</w:t>
      </w:r>
    </w:p>
    <w:p>
      <w:r>
        <w:rPr>
          <w:rFonts w:ascii="Courier New" w:hAnsi="Courier New"/>
          <w:color w:val="555555"/>
          <w:sz w:val="20"/>
        </w:rPr>
        <w:t>[9 . 98]</w:t>
      </w:r>
    </w:p>
    <w:p>
      <w:r>
        <w:rPr>
          <w:rFonts w:ascii="Gentium Plus" w:hAnsi="Gentium Plus"/>
          <w:sz w:val="24"/>
        </w:rPr>
        <w:t>τῶν δὲ πέντε τῶν ἑκατέρωθεν γραμμῶν μέση τις ἦν ἱερὰ κα‐ λουμένη γραμμή· καὶ ὁ τὸν ἐκεῖθεν κινῶν πεττὸν παροιμίαν</w:t>
      </w:r>
    </w:p>
    <w:p>
      <w:r>
        <w:rPr>
          <w:rFonts w:ascii="Courier New" w:hAnsi="Courier New"/>
          <w:color w:val="555555"/>
          <w:sz w:val="20"/>
        </w:rPr>
        <w:t>[5]</w:t>
      </w:r>
    </w:p>
    <w:p>
      <w:r>
        <w:rPr>
          <w:rFonts w:ascii="Gentium Plus" w:hAnsi="Gentium Plus"/>
          <w:sz w:val="24"/>
        </w:rPr>
        <w:t>γραμμαῖς ἔχον διακειμένας· καὶ τὸ μὲν πλινθίον καλεῖται πόλις, τῶν δὲ ψήφων ἑκάστη κύων· διῃρημένων δὲ εἰς δύο τῶν ψήφων κατὰ τὰς χρόας, ἡ τέχνη τῆς παιδιᾶς ἐστὶ περιλήψει δύο ψήφων ὁμοχρόων τὴν ἑτερόχρων ἀνελεῖν· ὅθεν καὶ Κρατίνῳ (I p 29. 56 Ko) πέπαικται</w:t>
      </w:r>
    </w:p>
    <w:p>
      <w:r>
        <w:rPr>
          <w:rFonts w:ascii="Courier New" w:hAnsi="Courier New"/>
          <w:color w:val="555555"/>
          <w:sz w:val="20"/>
        </w:rPr>
        <w:t>[9 . 99]</w:t>
      </w:r>
    </w:p>
    <w:p>
      <w:r>
        <w:rPr>
          <w:rFonts w:ascii="Gentium Plus" w:hAnsi="Gentium Plus"/>
          <w:sz w:val="24"/>
        </w:rPr>
        <w:t>Πανδιονίδα πόλεως βασιλέως τῆς ἐριβώλακος, οἶσθ’ ἣν λέγομεν, καὶ κύνα καὶ πόλιν, ἣν παίζουσιν. ἐγγὺς δέ ἐστι ταύτῃ τῇ παιδιᾷ καὶ ὁ διὰ γραμμισμὸς καὶ τὸ δια‐</w:t>
      </w:r>
    </w:p>
    <w:p>
      <w:r>
        <w:rPr>
          <w:rFonts w:ascii="Courier New" w:hAnsi="Courier New"/>
          <w:color w:val="555555"/>
          <w:sz w:val="20"/>
        </w:rPr>
        <w:t>[5]</w:t>
      </w:r>
    </w:p>
    <w:p>
      <w:r>
        <w:rPr>
          <w:rFonts w:ascii="Gentium Plus" w:hAnsi="Gentium Plus"/>
          <w:sz w:val="24"/>
        </w:rPr>
        <w:t>γραμμίζειν, ἥντινα παιδιὰν καὶ γραμμὰς ὠνόμαζον. τὸ μὲν οὖν ἀστραγάλοις παίζειν καὶ ἀστραγαλίζειν καὶ ἀστρίζειν ἔνιοι τῶν ποιητῶν εἰρήκασιν, ὅτι τοὺς ἀστραγάλους καὶ ἀστρίας εἰσὶν οἳ ὠνόμαζον, Ἀντιφάνης (II p 48. 92 Ko) δὲ καὶ ἀστρίχους. τὸ δὲ σχῆμα τοῦ κατὰ τὸν ἀστράγαλον πτώματος</w:t>
      </w:r>
    </w:p>
    <w:p>
      <w:r>
        <w:rPr>
          <w:rFonts w:ascii="Courier New" w:hAnsi="Courier New"/>
          <w:color w:val="555555"/>
          <w:sz w:val="20"/>
        </w:rPr>
        <w:t>[9 . 100]</w:t>
      </w:r>
    </w:p>
    <w:p>
      <w:r>
        <w:rPr>
          <w:rFonts w:ascii="Gentium Plus" w:hAnsi="Gentium Plus"/>
          <w:sz w:val="24"/>
        </w:rPr>
        <w:t>ἀριθμοῦ δόξαν εἶχεν, καὶ τὸ μὲν μονάδα δηλοῦν καλεῖται κύων, τὸ δὲ ἀντικείμενον χιάς, καὶ Χῖος οὗτος ὁ βόλος. δυὰς δὲ καὶ πεντὰς ἐν ἀστραγάλοις, ὥσπερ ἐν κύβοις, οὐκ ἔνεστιν. οἱ δὲ πλείους τὸν μὲν ἑξίτην Κῷον, τὸν δὲ κύνα Χῖον καλεῖσθαι λέγουσιν. καὶ</w:t>
      </w:r>
    </w:p>
    <w:p>
      <w:r>
        <w:rPr>
          <w:rFonts w:ascii="Courier New" w:hAnsi="Courier New"/>
          <w:color w:val="555555"/>
          <w:sz w:val="20"/>
        </w:rPr>
        <w:t>[5]</w:t>
      </w:r>
    </w:p>
    <w:p>
      <w:r>
        <w:rPr>
          <w:rFonts w:ascii="Gentium Plus" w:hAnsi="Gentium Plus"/>
          <w:sz w:val="24"/>
        </w:rPr>
        <w:t>μὴν καὶ Στησίχορος ἐκαλεῖτό τις παρὰ τοῖς ἀστραγαλίζουσιν ἀριθ‐ μός, ὃς ἐδήλου τὰ ὀκτώ· τὸν γὰρ ἐν Ἱμέρᾳ τοῦ ποιητοῦ τάφον ἐξ ὀκτὼ πάντων συντεθέντα πεποιηκέναι τὴν ‘πάντ’ ὀκτώ‘ φασι</w:t>
      </w:r>
    </w:p>
    <w:p>
      <w:r>
        <w:rPr>
          <w:rFonts w:ascii="Courier New" w:hAnsi="Courier New"/>
          <w:color w:val="555555"/>
          <w:sz w:val="20"/>
        </w:rPr>
        <w:t>[9 . 101]</w:t>
      </w:r>
    </w:p>
    <w:p>
      <w:r>
        <w:rPr>
          <w:rFonts w:ascii="Gentium Plus" w:hAnsi="Gentium Plus"/>
          <w:sz w:val="24"/>
        </w:rPr>
        <w:t>παροιμίαν. ἐπεὶ δὲ τοῖς τετταράκοντα τοῖς μετὰ τοὺς τριάκοντα προστᾶσιν Ἀθήνησι συνῆρξεν Εὑριππίδης, εἰ τετταράκοντα συνή‐ θροιζεν ἀστραγάλων βολή, τὸν ἀριθμὸν τοῦτον Εὑριππίδην ὠνόμαζον. καὶ μὴν καὶ ἀρτιάζειν ἀστραγάλους ἐκ φορμίσκων κατερωμένους</w:t>
      </w:r>
    </w:p>
    <w:p>
      <w:r>
        <w:rPr>
          <w:rFonts w:ascii="Courier New" w:hAnsi="Courier New"/>
          <w:color w:val="555555"/>
          <w:sz w:val="20"/>
        </w:rPr>
        <w:t>[5]</w:t>
      </w:r>
    </w:p>
    <w:p>
      <w:r>
        <w:rPr>
          <w:rFonts w:ascii="Gentium Plus" w:hAnsi="Gentium Plus"/>
          <w:sz w:val="24"/>
        </w:rPr>
        <w:t>ἐν τῷ ἀποδυτηρίῳ τοὺς παῖδας ὁ Πλάτων (Lys 206 E) ἔφη· τὸ δ’ ἀρτιάζειν ἐν ἀστραγάλων πλήθει, κεκρυμμένων ὑπὸ ταῖν χεροῖν,</w:t>
      </w:r>
    </w:p>
    <w:p>
      <w:r>
        <w:rPr>
          <w:rFonts w:ascii="Courier New" w:hAnsi="Courier New"/>
          <w:color w:val="555555"/>
          <w:sz w:val="20"/>
        </w:rPr>
        <w:t>[10]</w:t>
      </w:r>
    </w:p>
    <w:p>
      <w:r>
        <w:rPr>
          <w:rFonts w:ascii="Gentium Plus" w:hAnsi="Gentium Plus"/>
          <w:sz w:val="24"/>
        </w:rPr>
        <w:t>στατῆρσι δ’ οἱ θεράποντες ἀρτιάζομεν.</w:t>
      </w:r>
    </w:p>
    <w:p>
      <w:r>
        <w:rPr>
          <w:rFonts w:ascii="Courier New" w:hAnsi="Courier New"/>
          <w:color w:val="555555"/>
          <w:sz w:val="20"/>
        </w:rPr>
        <w:t>[9 . 102]</w:t>
      </w:r>
    </w:p>
    <w:p>
      <w:r>
        <w:rPr>
          <w:rFonts w:ascii="Gentium Plus" w:hAnsi="Gentium Plus"/>
          <w:sz w:val="24"/>
        </w:rPr>
        <w:t>εἰ μὲν οὖν κύκλου περιγραφέντος ἀφιέντες ἀστράγαλον ἐστοχάζοντο τοῦ μεῖναι τὸν βληθέντα ἐν τῷ κύκλῳ, ταύτην εἰς ὤμιλλαν τὴν παιδιὰν ὠνόμαζον. καίτοι με οὐ λέληθεν ὅτι καὶ ὄρτυγα ἐνιστάντες τῷ περιγραπτῷ κύκλῳ, ὁ μὲν ἔκοπτε τὸν ὄρτυγα τῷ δακτύλῳ, ὁ δὲ</w:t>
      </w:r>
    </w:p>
    <w:p>
      <w:r>
        <w:rPr>
          <w:rFonts w:ascii="Courier New" w:hAnsi="Courier New"/>
          <w:color w:val="555555"/>
          <w:sz w:val="20"/>
        </w:rPr>
        <w:t>[5]</w:t>
      </w:r>
    </w:p>
    <w:p>
      <w:r>
        <w:rPr>
          <w:rFonts w:ascii="Gentium Plus" w:hAnsi="Gentium Plus"/>
          <w:sz w:val="24"/>
        </w:rPr>
        <w:t>πρὸς τὴν πληγὴν ἐνδοὺς ἀνεχαίτισεν ἔξω τοῦ κύκλου, καὶ ἥττητο ὁ τοῦ ὄρτυγος δεσπότης· ἐν γοῦν Ταξιάρχοις Εὔπολις (I p 326. 250 Κο) τοῦ Φορμίωνος εἰπόντος οὐκοῦν περιγράψεις ὅσον ἐναριστᾶν κύκλον; ἀποκρίνεται</w:t>
      </w:r>
    </w:p>
    <w:p>
      <w:r>
        <w:rPr>
          <w:rFonts w:ascii="Courier New" w:hAnsi="Courier New"/>
          <w:color w:val="555555"/>
          <w:sz w:val="20"/>
        </w:rPr>
        <w:t>[9 . 103]</w:t>
      </w:r>
    </w:p>
    <w:p>
      <w:r>
        <w:rPr>
          <w:rFonts w:ascii="Gentium Plus" w:hAnsi="Gentium Plus"/>
          <w:sz w:val="24"/>
        </w:rPr>
        <w:t>τί δ’ ἔστιν; εἰς ὤμιλλαν ἀριστήσομεν; ἢ κόψομεν τὴν μᾶζαν ὥσπερ ὄρτυγα; ἡ δὲ τρόπα καλουμένη παιδιὰ γίνεται μὲν ὡς τὸ πολὺ δι’ ἀστρα‐ γάλων, οὓς ἀφιέντες στοχάζονται βόθρου τινὸς εἰς ὑποδοχὴν τῆς</w:t>
      </w:r>
    </w:p>
    <w:p>
      <w:r>
        <w:rPr>
          <w:rFonts w:ascii="Courier New" w:hAnsi="Courier New"/>
          <w:color w:val="555555"/>
          <w:sz w:val="20"/>
        </w:rPr>
        <w:t>[5]</w:t>
      </w:r>
    </w:p>
    <w:p>
      <w:r>
        <w:rPr>
          <w:rFonts w:ascii="Gentium Plus" w:hAnsi="Gentium Plus"/>
          <w:sz w:val="24"/>
        </w:rPr>
        <w:t>τοιαύτης ῥίψεως ἐξεπίτηδες πεποιημένου· πολλάκις δὲ καὶ ἀκύλοις καὶ βαλάνοις ἀντὶ τῶν ἀστραγάλων οἱ ῥίπτοντες ἐχρῶντο. ἦν δὲ τῆς ἐν σφαίρᾳ παιδιᾶς ὀνόματα ἐπίσκυρος, φαινίνδα,</w:t>
      </w:r>
    </w:p>
    <w:p>
      <w:r>
        <w:rPr>
          <w:rFonts w:ascii="Courier New" w:hAnsi="Courier New"/>
          <w:color w:val="555555"/>
          <w:sz w:val="20"/>
        </w:rPr>
        <w:t>[9 . 104]</w:t>
      </w:r>
    </w:p>
    <w:p>
      <w:r>
        <w:rPr>
          <w:rFonts w:ascii="Gentium Plus" w:hAnsi="Gentium Plus"/>
          <w:sz w:val="24"/>
        </w:rPr>
        <w:t>ἀπόρραξις, οὐρανία. καὶ ἡ μὲν ἐπίσκυρος καὶ ἐφηβικὴ καὶ ἐπί‐ κοινος ἐπίκλην ἔχει, παίζεται δὲ κατὰ πλῆθος διαστάντων ἴσων πρὸς ἴσους, εἶτα μέσην γραμμὴν λατύπῃ ἑλκυσάντων, ἣν σκῦρον καλοῦσιν, ἐφ’ ἣν καταθέντες τὴν σφαῖραν, ἑτέρας δύο γραμμὰς κατ‐</w:t>
      </w:r>
    </w:p>
    <w:p>
      <w:r>
        <w:rPr>
          <w:rFonts w:ascii="Courier New" w:hAnsi="Courier New"/>
          <w:color w:val="555555"/>
          <w:sz w:val="20"/>
        </w:rPr>
        <w:t>[5]</w:t>
      </w:r>
    </w:p>
    <w:p>
      <w:r>
        <w:rPr>
          <w:rFonts w:ascii="Gentium Plus" w:hAnsi="Gentium Plus"/>
          <w:sz w:val="24"/>
        </w:rPr>
        <w:t>όπιν ἑκατέρας τῆς τάξεως καταγράψαντες, ὑπὲρ τοὺς ἑτέρους οἱ προανελόμενοι ῥίπτουσιν, οἷς ἔργον ἦν ἐπιδράξασθαί τε τῆς σφαίρας φερομένης καὶ ἀντιβαλεῖν, ἕως ἂν οἱ ἕτεροι τοὺς ἑτέρους</w:t>
      </w:r>
    </w:p>
    <w:p>
      <w:r>
        <w:rPr>
          <w:rFonts w:ascii="Courier New" w:hAnsi="Courier New"/>
          <w:color w:val="555555"/>
          <w:sz w:val="20"/>
        </w:rPr>
        <w:t>[9 . 105]</w:t>
      </w:r>
    </w:p>
    <w:p>
      <w:r>
        <w:rPr>
          <w:rFonts w:ascii="Gentium Plus" w:hAnsi="Gentium Plus"/>
          <w:sz w:val="24"/>
        </w:rPr>
        <w:t>ὑπὲρ τὴν κατόπιν γραμμὴν ἀπώσωνται. ἡ δὲ φαινίνδα εἴρηται</w:t>
      </w:r>
    </w:p>
    <w:p>
      <w:r>
        <w:rPr>
          <w:rFonts w:ascii="Courier New" w:hAnsi="Courier New"/>
          <w:color w:val="555555"/>
          <w:sz w:val="20"/>
        </w:rPr>
        <w:t>[5]</w:t>
      </w:r>
    </w:p>
    <w:p>
      <w:r>
        <w:rPr>
          <w:rFonts w:ascii="Gentium Plus" w:hAnsi="Gentium Plus"/>
          <w:sz w:val="24"/>
        </w:rPr>
        <w:t>ὠνόμασται· τάχα δ’ ἂν καὶ τὴν ἐκ τῆς μαλακῆς σφαίρας παιδιὰν οὕτω τις καλοίη. ἡ δὲ ἀπόρραξις, ἔδει τὴν σφαῖραν πρὸς τοὔδα‐ φος εὐτόνως ῥήξαντα, ὑποδεξάμενον τὸ πήδημα τῆς σφαίρας τῇ χειρὶ πάλιν ἀντιπέμψαι, καὶ τὸ πλῆθος τῶν πηδημάτων ἠριθμεῖτο.</w:t>
      </w:r>
    </w:p>
    <w:p>
      <w:r>
        <w:rPr>
          <w:rFonts w:ascii="Courier New" w:hAnsi="Courier New"/>
          <w:color w:val="555555"/>
          <w:sz w:val="20"/>
        </w:rPr>
        <w:t>[9 . 106]</w:t>
      </w:r>
    </w:p>
    <w:p>
      <w:r>
        <w:rPr>
          <w:rFonts w:ascii="Gentium Plus" w:hAnsi="Gentium Plus"/>
          <w:sz w:val="24"/>
        </w:rPr>
        <w:t>ἡ δ’ οὐρανία, ὁ μὲν ἀνακλάσας αὑτὸν ἀνερρίπτει τὴν σφαῖραν εἰς τὸν οὐρανόν· τοῖς δ’ ἦν ἁλλομένοις φιλοτιμία, πρὶν εἰς γῆν αὐτὴν πεσεῖν, ἁρπάσαι, ὅπερ ἔοικε καὶ Ὅμηρος ἐν Φαίαξι (θ 373) ὑπο‐ δηλοῦν. ὁπότε μέντοι πρὸς τὸν τοῖχον τὴν σφαῖραν ἀντιπέμποιεν,</w:t>
      </w:r>
    </w:p>
    <w:p>
      <w:r>
        <w:rPr>
          <w:rFonts w:ascii="Courier New" w:hAnsi="Courier New"/>
          <w:color w:val="555555"/>
          <w:sz w:val="20"/>
        </w:rPr>
        <w:t>[5]</w:t>
      </w:r>
    </w:p>
    <w:p>
      <w:r>
        <w:rPr>
          <w:rFonts w:ascii="Gentium Plus" w:hAnsi="Gentium Plus"/>
          <w:sz w:val="24"/>
        </w:rPr>
        <w:t>τὸ πλῆθος τῶν πηδημάτων διελογίζοντο. καὶ ὁ μὲν ἡττώμενος ὄνος ἐκαλεῖτο καὶ πᾶν ἐποίει τὸ προσταχθέν, ὁ δὲ νικῶν βασιλεύς</w:t>
      </w:r>
    </w:p>
    <w:p>
      <w:r>
        <w:rPr>
          <w:rFonts w:ascii="Courier New" w:hAnsi="Courier New"/>
          <w:color w:val="555555"/>
          <w:sz w:val="20"/>
        </w:rPr>
        <w:t>[9 . 107]</w:t>
      </w:r>
    </w:p>
    <w:p>
      <w:r>
        <w:rPr>
          <w:rFonts w:ascii="Gentium Plus" w:hAnsi="Gentium Plus"/>
          <w:sz w:val="24"/>
        </w:rPr>
        <w:t>τε ἦν καὶ ἐπέταττεν. εἴποις ἂν οὖν τὸν σφαιρίζοντα σφαίρᾳ παίζειν, σφαῖραν ῥίπτειν, βάλλειν, ἀφιέναι, πέμπειν προσπέμπειν ἐκπέμπειν ἀντιπέμπειν, ἀνταφιέναι, ἀνταποφέρειν· σφαιριστικὸν εἶναι, εὔρυθμον, εὐσχήμονα, εὔσκοπον ἐπίσκοπον, εὔτονον· ἔξεστι δὲ</w:t>
      </w:r>
    </w:p>
    <w:p>
      <w:r>
        <w:rPr>
          <w:rFonts w:ascii="Courier New" w:hAnsi="Courier New"/>
          <w:color w:val="555555"/>
          <w:sz w:val="20"/>
        </w:rPr>
        <w:t>[5]</w:t>
      </w:r>
    </w:p>
    <w:p>
      <w:r>
        <w:rPr>
          <w:rFonts w:ascii="Gentium Plus" w:hAnsi="Gentium Plus"/>
          <w:sz w:val="24"/>
        </w:rPr>
        <w:t>καὶ σφαιρομαχίαν εἰπεῖν τὴν ἐπίσκυρον τῆς σφαίρας παιδίαν. καὶ μέντοι καὶ τὸ ὀρτυγοκοπεῖν παιδιά, καὶ τὸ πρᾶγμα ὀρ‐ τυγοκοπία, καὶ οἱ παίζοντες ὀρτυγοκόποι καὶ στυφοκόποι ἐκαλοῦντο.</w:t>
      </w:r>
    </w:p>
    <w:p>
      <w:r>
        <w:rPr>
          <w:rFonts w:ascii="Courier New" w:hAnsi="Courier New"/>
          <w:color w:val="555555"/>
          <w:sz w:val="20"/>
        </w:rPr>
        <w:t>[9 . 108]</w:t>
      </w:r>
    </w:p>
    <w:p>
      <w:r>
        <w:rPr>
          <w:rFonts w:ascii="Gentium Plus" w:hAnsi="Gentium Plus"/>
          <w:sz w:val="24"/>
        </w:rPr>
        <w:t>καὶ τὸ κόπτειν τοὺς ὄρτυγας καὶ ἀνακναδάλλειν καὶ ἀνερεθίζειν, ἀνεγείρειν, παροξύνειν, καὶ ταῦτα ἐκ τῶν ὀρτυγοκοπικῶν ὀνομάτων. καὶ τηλίᾳ μὲν ὁμοίᾳ τῇ ἀρτοπώλιδι κύκλον ἐμπεριγράψαντες ἐνί‐ στασαν τοὺς ὄρτυγας ἐπὶ ταῖς μάχαις ταῖς πρὸς ἀλλήλους· ὁ δὲ</w:t>
      </w:r>
    </w:p>
    <w:p>
      <w:r>
        <w:rPr>
          <w:rFonts w:ascii="Courier New" w:hAnsi="Courier New"/>
          <w:color w:val="555555"/>
          <w:sz w:val="20"/>
        </w:rPr>
        <w:t>[5]</w:t>
      </w:r>
    </w:p>
    <w:p>
      <w:r>
        <w:rPr>
          <w:rFonts w:ascii="Gentium Plus" w:hAnsi="Gentium Plus"/>
          <w:sz w:val="24"/>
        </w:rPr>
        <w:t>ἀνατραπεὶς καὶ ἐκπεσὼν τοῦ κύκλου ἥττητο αὐτός τε καὶ ὁ τοῦ ὄρτυγος δεσπότης. καὶ ποτὲ μὲν ἐπ’ αὐτοῖς διετίθεντο τοῖς ὄρ‐</w:t>
      </w:r>
    </w:p>
    <w:p>
      <w:r>
        <w:rPr>
          <w:rFonts w:ascii="Courier New" w:hAnsi="Courier New"/>
          <w:color w:val="555555"/>
          <w:sz w:val="20"/>
        </w:rPr>
        <w:t>[9 . 109]</w:t>
      </w:r>
    </w:p>
    <w:p>
      <w:r>
        <w:rPr>
          <w:rFonts w:ascii="Gentium Plus" w:hAnsi="Gentium Plus"/>
          <w:sz w:val="24"/>
        </w:rPr>
        <w:t>τυξι, ποτὲ δὲ καὶ ἐπ’ ἀργυρίῳ. ἔσθ’ ὅτε δὲ ὁ μὲν ἵστη τὸν ὄρτυγα, ὁ δὲ ἔκοπτε τῷ λιχανῷ ἢ τὰ ἐκ τῆς κεφαλῆς πτερὰ ἀπέτιλλεν· καὶ εἰ μὲν ἐγκαρτερήσειεν ὁ ὄρτυξ, ἡ νίκη μετὰ τοῦ θρέψαντος αὐ‐ τὸν ἐγίνετο, ἐνδόντος δὲ καὶ ὑποφυγόντος ὁ κόπτων ἢ τίλλων</w:t>
      </w:r>
    </w:p>
    <w:p>
      <w:r>
        <w:rPr>
          <w:rFonts w:ascii="Courier New" w:hAnsi="Courier New"/>
          <w:color w:val="555555"/>
          <w:sz w:val="20"/>
        </w:rPr>
        <w:t>[5]</w:t>
      </w:r>
    </w:p>
    <w:p>
      <w:r>
        <w:rPr>
          <w:rFonts w:ascii="Gentium Plus" w:hAnsi="Gentium Plus"/>
          <w:sz w:val="24"/>
        </w:rPr>
        <w:t>ἐνίκα. τοὺς δὲ ἡττηθέντας ὄρτυγας ἐμβοήσαντες κατὰ τὸ οὖς αὐτοῖς ἐξιῶντο, λήθην ἐνεργαζόμενοι τῆς τοῦ νενικηκότος φωνῆς·</w:t>
      </w:r>
    </w:p>
    <w:p>
      <w:r>
        <w:rPr>
          <w:rFonts w:ascii="Courier New" w:hAnsi="Courier New"/>
          <w:color w:val="555555"/>
          <w:sz w:val="20"/>
        </w:rPr>
        <w:t>[9 . 110]</w:t>
      </w:r>
    </w:p>
    <w:p>
      <w:r>
        <w:rPr>
          <w:rFonts w:ascii="Gentium Plus" w:hAnsi="Gentium Plus"/>
          <w:sz w:val="24"/>
        </w:rPr>
        <w:t>ἐρῶ δὲ καὶ ἄλλων παιδιῶν ὀνόματα ταὐτὸν ἐχουσῶν σχῆμα τῇ καταλήξει τῶν ὀνομάτων· βασιλίνδα, ὀστρακίνδα, διελκυστίνδα, μυΐνδα, χυτρίνδα, φρυγίνδα, κυνητίνδα, ἀκινητίνδα σχοινοφιλίνδα σκαπέρδα, ἐφεντίνδα, στρεπτίνδα, πλειστοβολίνδα, ἀποδιδρα‐</w:t>
      </w:r>
    </w:p>
    <w:p>
      <w:r>
        <w:rPr>
          <w:rFonts w:ascii="Courier New" w:hAnsi="Courier New"/>
          <w:color w:val="555555"/>
          <w:sz w:val="20"/>
        </w:rPr>
        <w:t>[5]</w:t>
      </w:r>
    </w:p>
    <w:p>
      <w:r>
        <w:rPr>
          <w:rFonts w:ascii="Gentium Plus" w:hAnsi="Gentium Plus"/>
          <w:sz w:val="24"/>
        </w:rPr>
        <w:t>σκίνδα. βασιλίνδα μὲν οὖν ἐστὶν ὅταν διακληρωθέντες ὁ μὲν βασιλεύς τις ὢν τάττῃ τὸ πρακτέον, ὁ δ’ ὑπηρέτης εἶναι</w:t>
      </w:r>
    </w:p>
    <w:p>
      <w:r>
        <w:rPr>
          <w:rFonts w:ascii="Courier New" w:hAnsi="Courier New"/>
          <w:color w:val="555555"/>
          <w:sz w:val="20"/>
        </w:rPr>
        <w:t>[9 . 111]</w:t>
      </w:r>
    </w:p>
    <w:p>
      <w:r>
        <w:rPr>
          <w:rFonts w:ascii="Gentium Plus" w:hAnsi="Gentium Plus"/>
          <w:sz w:val="24"/>
        </w:rPr>
        <w:t>λαχὼν πᾶν τὸ ταχθὲν ὑπεκπονῇ. ὀστρακίνδα δέ, ὅταν γραμμὴν ἑλκύσαντες οἱ παῖδες ἐν μέσῳ καὶ διανεμηθέντες, ἑκατέρα μερὶς ἡ μὲν τὸ ἔξω τοῦ ὀστράκου πρὸς αὑτῆς εἶναι νομίζουσα ἡ δὲ τὸ ἔνδον, ἀφέντος τινὸς κατὰ τῆς γραμμῆς τὸ ὄστρακον, ὁπότερον ἂν μέρος</w:t>
      </w:r>
    </w:p>
    <w:p>
      <w:r>
        <w:rPr>
          <w:rFonts w:ascii="Courier New" w:hAnsi="Courier New"/>
          <w:color w:val="555555"/>
          <w:sz w:val="20"/>
        </w:rPr>
        <w:t>[5]</w:t>
      </w:r>
    </w:p>
    <w:p>
      <w:r>
        <w:rPr>
          <w:rFonts w:ascii="Gentium Plus" w:hAnsi="Gentium Plus"/>
          <w:sz w:val="24"/>
        </w:rPr>
        <w:t>ὑπερφανῇ, οἱ μὲν ἐκείνῳ προσήκοντες διώκωσιν, οἱ δ’ ἄλλοι φεύ‐ γωσιν ὑποστραφέντες· ὅπερ εἶδος παιδιᾶς αἰνίττεται καὶ Πλάτων</w:t>
      </w:r>
    </w:p>
    <w:p>
      <w:r>
        <w:rPr>
          <w:rFonts w:ascii="Courier New" w:hAnsi="Courier New"/>
          <w:color w:val="555555"/>
          <w:sz w:val="20"/>
        </w:rPr>
        <w:t>[9 . 112]</w:t>
      </w:r>
    </w:p>
    <w:p>
      <w:r>
        <w:rPr>
          <w:rFonts w:ascii="Gentium Plus" w:hAnsi="Gentium Plus"/>
          <w:sz w:val="24"/>
        </w:rPr>
        <w:t>ἐν τοῖς εἰς τὸν Φαῖδρον ἐρωτικοῖς (241 B). ὁ μὲν τοίνυν ληφθεὶς τῶν φευγόντων, ὄνος οὗτος κάθηται· ὁ δὲ ῥίπτων τὸ ὄστρακον ἐπιλέγει ‘νὺξ ἡμέρα·‘ τὸ γὰρ ἔνδοθεν αὐτοῦ μέρος καταλήλιπται πίττῃ καὶ τῇ νυκτὶ ἐπιπεφήμισται. καλεῖται δὲ καὶ ὀστράκου περιστροφὴ τὸ</w:t>
      </w:r>
    </w:p>
    <w:p>
      <w:r>
        <w:rPr>
          <w:rFonts w:ascii="Courier New" w:hAnsi="Courier New"/>
          <w:color w:val="555555"/>
          <w:sz w:val="20"/>
        </w:rPr>
        <w:t>[5]</w:t>
      </w:r>
    </w:p>
    <w:p>
      <w:r>
        <w:rPr>
          <w:rFonts w:ascii="Gentium Plus" w:hAnsi="Gentium Plus"/>
          <w:sz w:val="24"/>
        </w:rPr>
        <w:t>εἶδος τοῦτο τῆς παιδιᾶς. ἡ δὲ διελκυστίνδα παίζεται μὲν ὡς τὸ πολὺ ἐν ταῖς παλαίστραις, οὐ μὴν ἀλλὰ καὶ ἀλλαχόθι· δύο δὲ μοῖ‐ ραι παίδων εἰσὶν ἕλκουσαι τοὺς ἑτέρους οἱ ἕτεροι, ἔστ’ ἂν καθ’ ἕνα</w:t>
      </w:r>
    </w:p>
    <w:p>
      <w:r>
        <w:rPr>
          <w:rFonts w:ascii="Courier New" w:hAnsi="Courier New"/>
          <w:color w:val="555555"/>
          <w:sz w:val="20"/>
        </w:rPr>
        <w:t>[9 . 113]</w:t>
      </w:r>
    </w:p>
    <w:p>
      <w:r>
        <w:rPr>
          <w:rFonts w:ascii="Gentium Plus" w:hAnsi="Gentium Plus"/>
          <w:sz w:val="24"/>
        </w:rPr>
        <w:t>μεταστήσωνται παρ’ αὑτοὺς οἱ κρατοῦντες. ἡ δὲ μυΐνδα, ἤτοι καταμύων τις ‘φυλάττου‘ βοᾷ, καὶ ὃν ἂν τῶν ὑποφευγόντων λάβῃ ἀντικαταμύειν ἀναγκάζει· ἢ μύσας τοὺς κρυφθέντας ἀνερευνᾷ μέχρι φωράσῃ· ἢ καὶ μύσας, ἄν τις προσάψηται ἢ ἐάν τις προσδείξῃ,</w:t>
      </w:r>
    </w:p>
    <w:p>
      <w:r>
        <w:rPr>
          <w:rFonts w:ascii="Courier New" w:hAnsi="Courier New"/>
          <w:color w:val="555555"/>
          <w:sz w:val="20"/>
        </w:rPr>
        <w:t>[5]</w:t>
      </w:r>
    </w:p>
    <w:p>
      <w:r>
        <w:rPr>
          <w:rFonts w:ascii="Gentium Plus" w:hAnsi="Gentium Plus"/>
          <w:sz w:val="24"/>
        </w:rPr>
        <w:t>μαντευόμενος λέγει, ἔστ’ ἂν τύχῃ. ἡ δὲ χυτρίνδα, ὁ μὲν ἐν μέσῳ κάθηται καὶ καλεῖται χύτρα, οἱ δὲ τίλλουσιν ἢ κνίζουσιν ἢ καὶ παίουσιν αὐτὸν περιθέοντες· ὁ δ’ ὑπ’ αὐτοῦ περιστρεφομένου</w:t>
      </w:r>
    </w:p>
    <w:p>
      <w:r>
        <w:rPr>
          <w:rFonts w:ascii="Courier New" w:hAnsi="Courier New"/>
          <w:color w:val="555555"/>
          <w:sz w:val="20"/>
        </w:rPr>
        <w:t>[9 . 114]</w:t>
      </w:r>
    </w:p>
    <w:p>
      <w:r>
        <w:rPr>
          <w:rFonts w:ascii="Gentium Plus" w:hAnsi="Gentium Plus"/>
          <w:sz w:val="24"/>
        </w:rPr>
        <w:t>ληφθεὶς ἀντ’ αὐτοῦ κάθηται. ἔσθ’ ὅτε ὁ μὲν ἔχεται τῆς χύτρας κατὰ τὴν κεφαλὴν τῇ χειρὶ τῇ λαιᾷ, περιθέων ἐν κύκλῳ, οἱ δὲ παίουσιν αὐτὸν ἐπερωτῶντες ‘τί ἡ χύτρα;‘ κἀκεῖνος ἀπο‐</w:t>
      </w:r>
    </w:p>
    <w:p>
      <w:r>
        <w:rPr>
          <w:rFonts w:ascii="Courier New" w:hAnsi="Courier New"/>
          <w:color w:val="555555"/>
          <w:sz w:val="20"/>
        </w:rPr>
        <w:t>[5]</w:t>
      </w:r>
    </w:p>
    <w:p>
      <w:r>
        <w:rPr>
          <w:rFonts w:ascii="Gentium Plus" w:hAnsi="Gentium Plus"/>
          <w:sz w:val="24"/>
        </w:rPr>
        <w:t>‘ἐγὼ Μίδας·‘ οὗ δ’ ἂν τύχῃ τῷ ποδί, ἐκεῖνος ἀντ’ αὐτοῦ περὶ τὴν χύτραν περιέρχεται. ἡ δὲ φρυγίνδα, ὄστρακα τῶν λείων μεταξὺ τῶν τῆς ἀριστερᾶς χειρὸς δακτύλων διαθέντες, ἐπικρούουσι τὰ ὄστρακα τῇ δεξιᾷ κατὰ ῥυθμόν. ἡ δὲ κυνητίνδα ἀπὸ τοῦ κυνεῖν, ὅ ἐστι καταφιλεῖν, ὠνόμασται, ᾗπερ ὑποδηλοῦν ἔοικε Κράτης ἐν Παι‐</w:t>
      </w:r>
    </w:p>
    <w:p>
      <w:r>
        <w:rPr>
          <w:rFonts w:ascii="Courier New" w:hAnsi="Courier New"/>
          <w:color w:val="555555"/>
          <w:sz w:val="20"/>
        </w:rPr>
        <w:t>[9 . 115]</w:t>
      </w:r>
    </w:p>
    <w:p>
      <w:r>
        <w:rPr>
          <w:rFonts w:ascii="Gentium Plus" w:hAnsi="Gentium Plus"/>
          <w:sz w:val="24"/>
        </w:rPr>
        <w:t>διαῖς (I 137. 23). σχεδὸν δὲ καὶ περὶ τῶν πλείστων ὁ ποιητὴς οὗ‐ τος εἴρηκεν ἐν τῷδε τῷ δράματι· φησὶ δ’ οὖν παίζει δ’ ἐν ἀνδρικοῖς χοροῖσι τὴν κυνητίνδ’, ὥσπερ εἰκός,</w:t>
      </w:r>
    </w:p>
    <w:p>
      <w:r>
        <w:rPr>
          <w:rFonts w:ascii="Courier New" w:hAnsi="Courier New"/>
          <w:color w:val="555555"/>
          <w:sz w:val="20"/>
        </w:rPr>
        <w:t>[5]</w:t>
      </w:r>
    </w:p>
    <w:p>
      <w:r>
        <w:rPr>
          <w:rFonts w:ascii="Gentium Plus" w:hAnsi="Gentium Plus"/>
          <w:sz w:val="24"/>
        </w:rPr>
        <w:t>τοὺς καλοὺς φιλοῦσα. ἡ δ’ ἀκινητίνδα ἅμιλλαν τοῦ ἀκινητὶ μένειν εἶχεν. ἡ δὲ σχοι‐ νοφιλίνδα, κάθηται κύκλος, εἷς δὲ σχοινίον ἔχων λαθὼν παρά τῳ τίθησι· κἂν μὲν ἀγνοήσῃ ἐκεῖνος παρ’ ᾧ κεῖται, περιθέων περὶ τὸν</w:t>
      </w:r>
    </w:p>
    <w:p>
      <w:r>
        <w:rPr>
          <w:rFonts w:ascii="Courier New" w:hAnsi="Courier New"/>
          <w:color w:val="555555"/>
          <w:sz w:val="20"/>
        </w:rPr>
        <w:t>[9 . 116]</w:t>
      </w:r>
    </w:p>
    <w:p>
      <w:r>
        <w:rPr>
          <w:rFonts w:ascii="Gentium Plus" w:hAnsi="Gentium Plus"/>
          <w:sz w:val="24"/>
        </w:rPr>
        <w:t>κύκλον τύπτεται, εἰ δὲ μάθοι, περιελαύνει τὸν θέντα τύπτων. ἡ δὲ σκαπέρδα, δοκὸν ἐν μέσῳ τρυπήσαντες καταπηγνύουσιν· διὰ δὲ τοῦ τρυπήματος διεῖρται σχοινίον, οὗ ἑκατέρωθεν εἷς ἐκδέδεται, οὐ πρὸς τὴν δοκὸν βλέπων ἀλλ’ ἀπεστραμμένος· ὁ δὲ τὸν ἕτερον πρὸς</w:t>
      </w:r>
    </w:p>
    <w:p>
      <w:r>
        <w:rPr>
          <w:rFonts w:ascii="Courier New" w:hAnsi="Courier New"/>
          <w:color w:val="555555"/>
          <w:sz w:val="20"/>
        </w:rPr>
        <w:t>[5]</w:t>
      </w:r>
    </w:p>
    <w:p>
      <w:r>
        <w:rPr>
          <w:rFonts w:ascii="Gentium Plus" w:hAnsi="Gentium Plus"/>
          <w:sz w:val="24"/>
        </w:rPr>
        <w:t>βίαν ἑλκύσας ὡς τὰ νῶτα αὐτοῦ τῇ δοκῷ προσαγαγεῖν, νικᾶν οὗτος δοκεῖ· καὶ τοῦτο σκαπέρδαν ἕλκειν λέγουσιν. ἔσθ’ ὅτε μέντοι καὶ τὰ νῶτά τινες προσθέντες ἀλλήλοις ἀνθέλκουσιν ἑνὶ δεσμῷ δεθέντες.</w:t>
      </w:r>
    </w:p>
    <w:p>
      <w:r>
        <w:rPr>
          <w:rFonts w:ascii="Courier New" w:hAnsi="Courier New"/>
          <w:color w:val="555555"/>
          <w:sz w:val="20"/>
        </w:rPr>
        <w:t>[9 . 117]</w:t>
      </w:r>
    </w:p>
    <w:p>
      <w:r>
        <w:rPr>
          <w:rFonts w:ascii="Gentium Plus" w:hAnsi="Gentium Plus"/>
          <w:sz w:val="24"/>
        </w:rPr>
        <w:t>ἡ δὲ ἐφεντίνδα, ὡς ἔστιν εἰκάζειν, ὄστρακον ἐφέντα ἐς κύκλον ἐχρῆν συμμετρήσασθαι, ὡς ἐντὸς τοῦ κύκλου στῇ. ἡ δὲ στρεπτίνδα, ὄστρακον ὀστράκῳ ἢ νόμισμα νομίσματι τῷ βληθέντι τὸ κείμενον ἔστρεφον. ἡ δὲ πλειστοβολίνδα, οὐ μόνον ἡ διὰ τῶν κύβων</w:t>
      </w:r>
    </w:p>
    <w:p>
      <w:r>
        <w:rPr>
          <w:rFonts w:ascii="Courier New" w:hAnsi="Courier New"/>
          <w:color w:val="555555"/>
          <w:sz w:val="20"/>
        </w:rPr>
        <w:t>[5]</w:t>
      </w:r>
    </w:p>
    <w:p>
      <w:r>
        <w:rPr>
          <w:rFonts w:ascii="Gentium Plus" w:hAnsi="Gentium Plus"/>
          <w:sz w:val="24"/>
        </w:rPr>
        <w:t>ἀλλὰ καὶ ἡ διὰ τῶν ἀστραγάλων, ἐπὶ τῷ πλεῖστον ἀριθμὸν βαλεῖν. ἡ δ’ ἀποδιδρασκίνδα, ὁ μὲν ἐν μέσῳ καταμύων κάθηται, ἢ καὶ τοὺς ὀφθαλμούς τις αὐτοῦ ἐπιλαμβάνει, οἱ δ’ ἀποδιδράσκουσιν· δια‐ ναστάντος δ’ ἐπὶ τὴν ἐξερεύνησιν, ἔργον ἐστὶν ἑκάστῳ εἰς τὸν τόπον τὸν ἐκείνου φθάσαι.</w:t>
      </w:r>
    </w:p>
    <w:p>
      <w:r>
        <w:rPr>
          <w:rFonts w:ascii="Courier New" w:hAnsi="Courier New"/>
          <w:color w:val="555555"/>
          <w:sz w:val="20"/>
        </w:rPr>
        <w:t>[9 . 118]</w:t>
      </w:r>
    </w:p>
    <w:p>
      <w:r>
        <w:rPr>
          <w:rFonts w:ascii="Gentium Plus" w:hAnsi="Gentium Plus"/>
          <w:sz w:val="24"/>
        </w:rPr>
        <w:t>καὶ μὴν καὶ ἄλλαι παιδιαὶ αἵδε, παρεοικυῖαι τῷ σχήματι τῆς λέξεως, χαλκισμὸς ἱμαντελιγμὸς ἐφεδρισμὸς ἐποστρακισμὸς ἀσκω‐</w:t>
      </w:r>
    </w:p>
    <w:p>
      <w:r>
        <w:rPr>
          <w:rFonts w:ascii="Courier New" w:hAnsi="Courier New"/>
          <w:color w:val="555555"/>
          <w:sz w:val="20"/>
        </w:rPr>
        <w:t>[5]</w:t>
      </w:r>
    </w:p>
    <w:p>
      <w:r>
        <w:rPr>
          <w:rFonts w:ascii="Gentium Plus" w:hAnsi="Gentium Plus"/>
          <w:sz w:val="24"/>
        </w:rPr>
        <w:t>λιστα τῆς παιδιᾶς ὑπερήδεσθαί φασι Φρύνην τὴν ἑταίραν. ὁ δ’ ἱμαντελιγμὸς διπλοῦ ἱμάντος λαβυρινθώδης τις ἐστὶ ἐπιστροφή, καθ’ ἧς ἔδει καθέντα παττάλιον τῆς διπλόης τυχεῖν· εἰ γὰρ μὴ λυ‐</w:t>
      </w:r>
    </w:p>
    <w:p>
      <w:r>
        <w:rPr>
          <w:rFonts w:ascii="Courier New" w:hAnsi="Courier New"/>
          <w:color w:val="555555"/>
          <w:sz w:val="20"/>
        </w:rPr>
        <w:t>[9 . 119]</w:t>
      </w:r>
    </w:p>
    <w:p>
      <w:r>
        <w:rPr>
          <w:rFonts w:ascii="Gentium Plus" w:hAnsi="Gentium Plus"/>
          <w:sz w:val="24"/>
        </w:rPr>
        <w:t>θέντος ἐμπεριείληπτο τῷ ἱμάντι τὸ παττάλιον, ἥττητο ὁ καθείς. ὁ δ’ ἐφεδρισμός, λίθον καταστησάμενοι πόρρωθεν αὐτοῦ στοχάζονται σφαίραις ἢ λίθοις· ὁ δ’ οὐκ ἀνατρέψας τὸν ἀνατρέψαντα φέρει, τοὺς ὀφθαλμοὺς ἐπειλημμένος ὑπ’ αὐτοῦ, ἕως ἂν ἀπλανῶς ἔλθῃ ἐπὶ τὸν</w:t>
      </w:r>
    </w:p>
    <w:p>
      <w:r>
        <w:rPr>
          <w:rFonts w:ascii="Courier New" w:hAnsi="Courier New"/>
          <w:color w:val="555555"/>
          <w:sz w:val="20"/>
        </w:rPr>
        <w:t>[5]</w:t>
      </w:r>
    </w:p>
    <w:p>
      <w:r>
        <w:rPr>
          <w:rFonts w:ascii="Gentium Plus" w:hAnsi="Gentium Plus"/>
          <w:sz w:val="24"/>
        </w:rPr>
        <w:t>λίθον, ὃς καλεῖται δίορος. ὁ δ’ ἐποστρακισμός, ὄστρακον τῶν θαλαττίων κατὰ τοῦ ὕδατος ἐπιπολῆς ἀφιᾶσιν, ἀριθμοῦντες αὐτοῦ τὰ πρὸ τοῦ καταδῦναι πηδήματα ἐν τῇ ὑπὲρ τὸ ὕδωρ ἐπιδρομῇ· ἐκ</w:t>
      </w:r>
    </w:p>
    <w:p>
      <w:r>
        <w:rPr>
          <w:rFonts w:ascii="Courier New" w:hAnsi="Courier New"/>
          <w:color w:val="555555"/>
          <w:sz w:val="20"/>
        </w:rPr>
        <w:t>[9 . 120]</w:t>
      </w:r>
    </w:p>
    <w:p>
      <w:r>
        <w:rPr>
          <w:rFonts w:ascii="Gentium Plus" w:hAnsi="Gentium Plus"/>
          <w:sz w:val="24"/>
        </w:rPr>
        <w:t>γὰρ τοῦ πλήθους τῶν ἁλμάτων ἡ νίκη τῷ βάλλοντι. ὁ δὲ κυν‐ δαλισμὸς διὰ πατταλίων ἐστὶ παιδιά· κύνδαλα γὰρ τοὺς παττάλους ὠνόμαζον. ἦν δ’ ἔργον οὐ μόνον αὐτῷ τινὶ καταπῆξαι τὸν πάτταλον κατὰ τῆς διύγρου, ἀλλὰ καὶ τὸν καταπαγέντα ἐκκροῦσαι πλήξαντα</w:t>
      </w:r>
    </w:p>
    <w:p>
      <w:r>
        <w:rPr>
          <w:rFonts w:ascii="Courier New" w:hAnsi="Courier New"/>
          <w:color w:val="555555"/>
          <w:sz w:val="20"/>
        </w:rPr>
        <w:t>[5]</w:t>
      </w:r>
    </w:p>
    <w:p>
      <w:r>
        <w:rPr>
          <w:rFonts w:ascii="Gentium Plus" w:hAnsi="Gentium Plus"/>
          <w:sz w:val="24"/>
        </w:rPr>
        <w:t>κατὰ τὴν κεφαλὴν ἑτέρῳ παττάλῳ· ὅθεν καὶ ἡ παροιμία (III p 500. 494 Ko) ἥλῳ τὸν ἧλον, παττάλῳ τὸν πάτταλον. ἔνιοι δὲ τῶν Δωριέων ποιητῶν τὸν ὧδε παίζοντα κυνδαλοπαίκτην</w:t>
      </w:r>
    </w:p>
    <w:p>
      <w:r>
        <w:rPr>
          <w:rFonts w:ascii="Courier New" w:hAnsi="Courier New"/>
          <w:color w:val="555555"/>
          <w:sz w:val="20"/>
        </w:rPr>
        <w:t>[9 . 121]</w:t>
      </w:r>
    </w:p>
    <w:p>
      <w:r>
        <w:rPr>
          <w:rFonts w:ascii="Gentium Plus" w:hAnsi="Gentium Plus"/>
          <w:sz w:val="24"/>
        </w:rPr>
        <w:t>ἐκάλεσαν. ὁ δ’ ἀσκωλιασμὸς τοῦ ἑτέρου ποδὸς αἰωρουμένου κατὰ μόνου τοῦ ἑτέρου πηδᾶν ἐποίει, ὅπερ ἀσκωλιάζειν ὠνόμαζον. ἤτοι εἰς μῆκος ἡμιλλῶντο, ἢ ὁ μὲν ἐδίωκεν οὕτως, οἱ δ’ ὑπέφευγον ἐπ’ ἀμφοῖν θέοντες, ἕως τινὸς τῷ φερομένῳ ποδὶ ὁ διώκων δυνηθῇ</w:t>
      </w:r>
    </w:p>
    <w:p>
      <w:r>
        <w:rPr>
          <w:rFonts w:ascii="Courier New" w:hAnsi="Courier New"/>
          <w:color w:val="555555"/>
          <w:sz w:val="20"/>
        </w:rPr>
        <w:t>[5]</w:t>
      </w:r>
    </w:p>
    <w:p>
      <w:r>
        <w:rPr>
          <w:rFonts w:ascii="Gentium Plus" w:hAnsi="Gentium Plus"/>
          <w:sz w:val="24"/>
        </w:rPr>
        <w:t>τυχεῖν. ἢ καὶ πάντες ἐπήδων, ἀριθμοῦντες τὰ πηδήματα· προσέκειτο γὰρ τῷ πλήθει τὸ νικᾶν. ἀσκωλιάζειν δ’ ἐκαλεῖτο καὶ τὸ ἐπιπηδᾶν ἀσκῷ κενῷ καὶ ὑπόπλεῳ πνεύματος, ἀληλιμμένῳ ἵνα περιολισθαίνοιεν περὶ τὴν ἀλοιφήν.</w:t>
      </w:r>
    </w:p>
    <w:p>
      <w:r>
        <w:rPr>
          <w:rFonts w:ascii="Courier New" w:hAnsi="Courier New"/>
          <w:color w:val="555555"/>
          <w:sz w:val="20"/>
        </w:rPr>
        <w:t>[9 . 122]</w:t>
      </w:r>
    </w:p>
    <w:p>
      <w:r>
        <w:rPr>
          <w:rFonts w:ascii="Gentium Plus" w:hAnsi="Gentium Plus"/>
          <w:sz w:val="24"/>
        </w:rPr>
        <w:t>εἰσὶ δὲ καὶ ἄλλαι παιδιαί, ἐν κοτύλῃ, χαλκῆν μυῖαν, ἔξεχ’ ὦ φίλ’ ἥλιε, τρυγοδίφησις, μηλολάνθη, χελιχελώνη, σκανθαρίζειν, ῥαθα‐</w:t>
      </w:r>
    </w:p>
    <w:p>
      <w:r>
        <w:rPr>
          <w:rFonts w:ascii="Courier New" w:hAnsi="Courier New"/>
          <w:color w:val="555555"/>
          <w:sz w:val="20"/>
        </w:rPr>
        <w:t>[5]</w:t>
      </w:r>
    </w:p>
    <w:p>
      <w:r>
        <w:rPr>
          <w:rFonts w:ascii="Gentium Plus" w:hAnsi="Gentium Plus"/>
          <w:sz w:val="24"/>
        </w:rPr>
        <w:t>ἡ μὲν ἐν κοτύλῃ, ὁ μὲν περιάγει τὼ χεῖρε εἰς τοὐπίσω καὶ συν‐ άπτει, ὁ δὲ κατὰ τὸ γόνυ ἐφιστάμενος αὐταῖς φέρεται, ἐπιλαβὼν ταῖν χεροῖν τὼ ὀφθαλμὼ τοῦ φέροντος. ταύτην καὶ ἱππάδα καὶ</w:t>
      </w:r>
    </w:p>
    <w:p>
      <w:r>
        <w:rPr>
          <w:rFonts w:ascii="Courier New" w:hAnsi="Courier New"/>
          <w:color w:val="555555"/>
          <w:sz w:val="20"/>
        </w:rPr>
        <w:t>[9 . 123]</w:t>
      </w:r>
    </w:p>
    <w:p>
      <w:r>
        <w:rPr>
          <w:rFonts w:ascii="Gentium Plus" w:hAnsi="Gentium Plus"/>
          <w:sz w:val="24"/>
        </w:rPr>
        <w:t>κυβησίνδα καλοῦσι τὴν παιδιάν. ἡ δὲ χαλκῆ μυῖα, ταινίᾳ τὼ ὀφθαλμὼ περισφίγξαντες ἑνὸς παιδός, ὁ μὲν περιστρέφεται κη‐ ρύττων (PLG III p 662. 20 B) ‘χαλκῆν μυῖαν θηράσω,‘ οἱ δ’ ἀπο‐ κρινόμενοι ‘θηράσεις, ἀλλ’ οὐ λήψει‘ σκύτεσι βυβλίνοις αὐτὸν παί‐</w:t>
      </w:r>
    </w:p>
    <w:p>
      <w:r>
        <w:rPr>
          <w:rFonts w:ascii="Courier New" w:hAnsi="Courier New"/>
          <w:color w:val="555555"/>
          <w:sz w:val="20"/>
        </w:rPr>
        <w:t>[5]</w:t>
      </w:r>
    </w:p>
    <w:p>
      <w:r>
        <w:rPr>
          <w:rFonts w:ascii="Gentium Plus" w:hAnsi="Gentium Plus"/>
          <w:sz w:val="24"/>
        </w:rPr>
        <w:t>ουσιν, ἕως τινὸς αὐτῶν λάβηται. ἡ δ’ ἔξεχ’ ὦ φίλ’ ἥλιε παι‐ διὰ κρότον ἔχει τῶν παίδων σὺν τῷ ἐπιβοήματι τούτῳ, ὁπόταν νέ‐ φος ἐπιδράμῃ τὸν θεόν· ὅθεν καὶ Στράττις ἐν Φοινίσσαις (I p 725. 46 Ko) εἶθ’ ἥλιος μὲν πείθεται τοῖς παιδίοις, ὅταν λέγωσιν ‘ἔξεχ’ ὦ φίλ’ ἥλιε.‘</w:t>
      </w:r>
    </w:p>
    <w:p>
      <w:r>
        <w:rPr>
          <w:rFonts w:ascii="Courier New" w:hAnsi="Courier New"/>
          <w:color w:val="555555"/>
          <w:sz w:val="20"/>
        </w:rPr>
        <w:t>[9 . 124]</w:t>
      </w:r>
    </w:p>
    <w:p>
      <w:r>
        <w:rPr>
          <w:rFonts w:ascii="Gentium Plus" w:hAnsi="Gentium Plus"/>
          <w:sz w:val="24"/>
        </w:rPr>
        <w:t>ἡ δὲ τρυγοδίφησις τοῦ γελοίου χάριν ἐξεύρηται· δεῖ γάρ τι ἐς τρυγὸς λεκάνην καταδεδυκός, περιαγαγόντα ὀπίσω τὼ χεῖρε, τῷ στόματι ἀνελέσθαι. ἡ δὲ μηλολάνθη ζῷον πτηνόν ἐστιν, ἣν καὶ μηλολόνθην καλοῦσιν, ἤτοι ἐκ τῆς ἀνθήσεως τῶν μήλων ἢ σὺν τῇ</w:t>
      </w:r>
    </w:p>
    <w:p>
      <w:r>
        <w:rPr>
          <w:rFonts w:ascii="Courier New" w:hAnsi="Courier New"/>
          <w:color w:val="555555"/>
          <w:sz w:val="20"/>
        </w:rPr>
        <w:t>[5]</w:t>
      </w:r>
    </w:p>
    <w:p>
      <w:r>
        <w:rPr>
          <w:rFonts w:ascii="Gentium Plus" w:hAnsi="Gentium Plus"/>
          <w:sz w:val="24"/>
        </w:rPr>
        <w:t>ἀνθήσει γινόμενον· οὗ ζῴου λίνον ἐκδήσαντες ἀφιᾶσιν, τὸ δὲ ἑλι‐</w:t>
      </w:r>
    </w:p>
    <w:p>
      <w:r>
        <w:rPr>
          <w:rFonts w:ascii="Courier New" w:hAnsi="Courier New"/>
          <w:color w:val="555555"/>
          <w:sz w:val="20"/>
        </w:rPr>
        <w:t>[9 . 125]</w:t>
      </w:r>
    </w:p>
    <w:p>
      <w:r>
        <w:rPr>
          <w:rFonts w:ascii="Gentium Plus" w:hAnsi="Gentium Plus"/>
          <w:sz w:val="24"/>
        </w:rPr>
        <w:t>κοειδῶς ἐν τῇ πτήσει τὸ λίνον διελίσσεται· ὅπερ Ἀριστοφάνης ἔοικε λέγειν (Nub 763) λινόδετον, ὥσπερ μηλολόνθην, τοῦ ποδός. ἡ δὲ χελιχελώνη, παρθένων ἐστὶν ἡ παιδιά, παρόμοιόν τι</w:t>
      </w:r>
    </w:p>
    <w:p>
      <w:r>
        <w:rPr>
          <w:rFonts w:ascii="Courier New" w:hAnsi="Courier New"/>
          <w:color w:val="555555"/>
          <w:sz w:val="20"/>
        </w:rPr>
        <w:t>[5]</w:t>
      </w:r>
    </w:p>
    <w:p>
      <w:r>
        <w:rPr>
          <w:rFonts w:ascii="Gentium Plus" w:hAnsi="Gentium Plus"/>
          <w:sz w:val="24"/>
        </w:rPr>
        <w:t>ἔχουσα τῇ χύτρᾳ· ἡ μὲν γὰρ κάθηται, καὶ καλεῖται χελώνη, αἱ δὲ περι‐ τρέχουσιν ἀνερωτῶσαι (PLG III p 662. 21 B) χελιχελώνη, τί ποιεῖς ἐν τῷ μέσῳ; ἡ δὲ ἀποκρίνεται ἔρια μαρύομαι καὶ κρόκην Μιλησίαν.</w:t>
      </w:r>
    </w:p>
    <w:p>
      <w:r>
        <w:rPr>
          <w:rFonts w:ascii="Courier New" w:hAnsi="Courier New"/>
          <w:color w:val="555555"/>
          <w:sz w:val="20"/>
        </w:rPr>
        <w:t>[10]</w:t>
      </w:r>
    </w:p>
    <w:p>
      <w:r>
        <w:rPr>
          <w:rFonts w:ascii="Gentium Plus" w:hAnsi="Gentium Plus"/>
          <w:sz w:val="24"/>
        </w:rPr>
        <w:t>εἶτ’ ἐκεῖναι πάλιν ἐκβοῶσιν ὁ δ’ ἔκγονός σου τί ποιῶν ἀπώλετο; ἡ δέ φησι</w:t>
      </w:r>
    </w:p>
    <w:p>
      <w:r>
        <w:rPr>
          <w:rFonts w:ascii="Courier New" w:hAnsi="Courier New"/>
          <w:color w:val="555555"/>
          <w:sz w:val="20"/>
        </w:rPr>
        <w:t>[9 . 126]</w:t>
      </w:r>
    </w:p>
    <w:p>
      <w:r>
        <w:rPr>
          <w:rFonts w:ascii="Gentium Plus" w:hAnsi="Gentium Plus"/>
          <w:sz w:val="24"/>
        </w:rPr>
        <w:t>τὸ δὲ σκανθαρίζειν ἐστὶ τῷ μέσῳ τῆς χειρὸς δακτύλῳ ὑπὸ τοῦ μείζονος ἀφεθέντι τὴν ῥῖνα παίειν, τὸ δὲ ῥαθαπυγίζειν σιμῷ τῷ ποδὶ τὸν γλουτὸν παίειν. τὰ δὲ πεντάλιθα, ἤτοι λι‐ θίδια ἢ ψῆφοι ἢ ἀστράγαλοι πέντε ἀνερριπτοῦντο, ὥστ’ ἐπιστρέ‐</w:t>
      </w:r>
    </w:p>
    <w:p>
      <w:r>
        <w:rPr>
          <w:rFonts w:ascii="Courier New" w:hAnsi="Courier New"/>
          <w:color w:val="555555"/>
          <w:sz w:val="20"/>
        </w:rPr>
        <w:t>[5]</w:t>
      </w:r>
    </w:p>
    <w:p>
      <w:r>
        <w:rPr>
          <w:rFonts w:ascii="Gentium Plus" w:hAnsi="Gentium Plus"/>
          <w:sz w:val="24"/>
        </w:rPr>
        <w:t>ψαντα τὴν χεῖρα δέξασθαι τὰ ἀναρριφθέντα κατὰ τὸ ὀπισθέναρ, ἢ εἰ μὴ πάντα ἐπισταίη, τῶν ἐπιστάντων ἐπικειμένων ἀναιρεῖσθαι τὰ λοιπὰ τοῖς δακτύλοις. τὸ δὲ ῥῆμα τὸ πεντελιθίζειν ἔστιν ἐν τοῖς Ἑρμίππου Θεοῖς (I p 233. 34 Ko), τὸ δ’ ὄνομα πεντέλιθα ἐν ταῖς Ἀριστοφάνους Λημνίαις· (fg 366)</w:t>
      </w:r>
    </w:p>
    <w:p>
      <w:r>
        <w:rPr>
          <w:rFonts w:ascii="Courier New" w:hAnsi="Courier New"/>
          <w:color w:val="555555"/>
          <w:sz w:val="20"/>
        </w:rPr>
        <w:t>[10]</w:t>
      </w:r>
    </w:p>
    <w:p>
      <w:r>
        <w:rPr>
          <w:rFonts w:ascii="Gentium Plus" w:hAnsi="Gentium Plus"/>
          <w:sz w:val="24"/>
        </w:rPr>
        <w:t>πεντελίθοισί θ’ ὁμοῦ λεκάνης παραθραύμασιν.</w:t>
      </w:r>
    </w:p>
    <w:p>
      <w:r>
        <w:rPr>
          <w:rFonts w:ascii="Courier New" w:hAnsi="Courier New"/>
          <w:color w:val="555555"/>
          <w:sz w:val="20"/>
        </w:rPr>
        <w:t>[9 . 127]</w:t>
      </w:r>
    </w:p>
    <w:p>
      <w:r>
        <w:rPr>
          <w:rFonts w:ascii="Gentium Plus" w:hAnsi="Gentium Plus"/>
          <w:sz w:val="24"/>
        </w:rPr>
        <w:t>γυναικῶν δὲ μᾶλλον ἡ παιδιά, ὥσπερ καὶ ἡ ψίττα Μαλιάδες ψίττα Ῥοιαί ψίττα Μελίαι παρθένων ἦν· τὰς γὰρ νύμφας εὐ‐ φημοῦσαι θέουσι, παροξύνουσαι ἀλλήλας εἰς τάχος. τὸ δὲ πλατα‐ γώνιον οἱ ἐρῶντες ἢ αἱ ἐρῶσαι ἔπαιζον· καλεῖται μὲν γὰρ οὕτω</w:t>
      </w:r>
    </w:p>
    <w:p>
      <w:r>
        <w:rPr>
          <w:rFonts w:ascii="Courier New" w:hAnsi="Courier New"/>
          <w:color w:val="555555"/>
          <w:sz w:val="20"/>
        </w:rPr>
        <w:t>[5]</w:t>
      </w:r>
    </w:p>
    <w:p>
      <w:r>
        <w:rPr>
          <w:rFonts w:ascii="Gentium Plus" w:hAnsi="Gentium Plus"/>
          <w:sz w:val="24"/>
        </w:rPr>
        <w:t>καὶ τὸ κρόταλον καὶ τὸ σεῖστρον, ᾧ καταβαυκαλῶσιν αἱ τίτθαι ψυ‐ χαγωγοῦσαι τὰ δυσυπνοῦντα τῶν παιδίων. ἀλλὰ καὶ τὰ τοῦ τη‐ λεφίλου καλουμένου φύλλα ἐπὶ τοὺς πρώτους δύο τῆς λαιᾶς δακ‐ τύλους εἰς κύκλον συμβληθέντας ἐπιθέντες, τῷ κοίλῳ τῆς ἑτέρας χειρὸς ἐπικρούσαντες, εἰ κτύπον ποιήσειεν εὔκροτον ὑποσχισθὲν τῇ</w:t>
      </w:r>
    </w:p>
    <w:p>
      <w:r>
        <w:rPr>
          <w:rFonts w:ascii="Courier New" w:hAnsi="Courier New"/>
          <w:color w:val="555555"/>
          <w:sz w:val="20"/>
        </w:rPr>
        <w:t>[10]</w:t>
      </w:r>
    </w:p>
    <w:p>
      <w:r>
        <w:rPr>
          <w:rFonts w:ascii="Gentium Plus" w:hAnsi="Gentium Plus"/>
          <w:sz w:val="24"/>
        </w:rPr>
        <w:t>πληγῇ τὸ φύλλον, μεμνῆσθαι τοὺς ἐρωμένους αὑτῶν ὑπελάμβανον.</w:t>
      </w:r>
    </w:p>
    <w:p>
      <w:r>
        <w:rPr>
          <w:rFonts w:ascii="Courier New" w:hAnsi="Courier New"/>
          <w:color w:val="555555"/>
          <w:sz w:val="20"/>
        </w:rPr>
        <w:t>[9 . 128]</w:t>
      </w:r>
    </w:p>
    <w:p>
      <w:r>
        <w:rPr>
          <w:rFonts w:ascii="Gentium Plus" w:hAnsi="Gentium Plus"/>
          <w:sz w:val="24"/>
        </w:rPr>
        <w:t>καὶ μὴν καὶ τὸ κρίνον διπλοῦν ὂν καὶ διάκενον ἔνδοθεν ἐκφυσή‐ σαντες ὡς ὑποπλῆσαι πνεύματος, πρὸς τὰ μέτωπα ῥηγνύντες ἐση‐ μαίνοντο τὰ παραπλήσια τῷ κτύπῳ. ἔτι τοίνυν τὸ σπέρμα τῶν μήλων, ὅπερ ἔγκειται τοῖς μήλοις ἔνδοθεν, ἄκροις τοῖς πρώ‐</w:t>
      </w:r>
    </w:p>
    <w:p>
      <w:r>
        <w:rPr>
          <w:rFonts w:ascii="Courier New" w:hAnsi="Courier New"/>
          <w:color w:val="555555"/>
          <w:sz w:val="20"/>
        </w:rPr>
        <w:t>[5]</w:t>
      </w:r>
    </w:p>
    <w:p>
      <w:r>
        <w:rPr>
          <w:rFonts w:ascii="Gentium Plus" w:hAnsi="Gentium Plus"/>
          <w:sz w:val="24"/>
        </w:rPr>
        <w:t>τοις τῆς δεξιᾶς δύο δακτύλοις συμπιέζοντες ἔτι διάβροχον καὶ ὀλι‐ σθηρὸν ὄν, εἰ πρὸς ὕψος ἐκπηδήσειεν, ἐσημαίνοντο τὴν εὔνοιαν τούτῳ τὴν παρὰ τῶν παιδικῶν, ὥσπερ καὶ τῷ κτύπῳ τῶν λατάγων,</w:t>
      </w:r>
    </w:p>
    <w:p>
      <w:r>
        <w:rPr>
          <w:rFonts w:ascii="Courier New" w:hAnsi="Courier New"/>
          <w:color w:val="555555"/>
          <w:sz w:val="20"/>
        </w:rPr>
        <w:t>[9 . 129]</w:t>
      </w:r>
    </w:p>
    <w:p>
      <w:r>
        <w:rPr>
          <w:rFonts w:ascii="Gentium Plus" w:hAnsi="Gentium Plus"/>
          <w:sz w:val="24"/>
        </w:rPr>
        <w:t>εἰ τὸ λείψανον τοῦ ποτοῦ κοτταβισάντων κτυπήσειεν. τὸ δὲ κολλαβίζειν ἐστίν, ὅταν ὁ μὲν πλατείαις ταῖς χερσὶ τὰς ὄψεις ἐπιλάβῃ τὰς ἑαυτοῦ, ὁ δὲ παίσας ἐπερωτᾷ ποτέρᾳ τετύπτηκεν. Τοσαῦτα μὲν περὶ παιδιῶν· τὰ δ’ ἐπὶ τούτοις προσθήσομεν</w:t>
      </w:r>
    </w:p>
    <w:p>
      <w:r>
        <w:rPr>
          <w:rFonts w:ascii="Courier New" w:hAnsi="Courier New"/>
          <w:color w:val="555555"/>
          <w:sz w:val="20"/>
        </w:rPr>
        <w:t>[5]</w:t>
      </w:r>
    </w:p>
    <w:p>
      <w:r>
        <w:rPr>
          <w:rFonts w:ascii="Gentium Plus" w:hAnsi="Gentium Plus"/>
          <w:sz w:val="24"/>
        </w:rPr>
        <w:t>εἰς συμπλήρωσιν τοῦ βιβλίου κατὰ συνωνυμίαν ἢ ὁμοιότητα.</w:t>
      </w:r>
    </w:p>
    <w:p>
      <w:r>
        <w:rPr>
          <w:rFonts w:ascii="Courier New" w:hAnsi="Courier New"/>
          <w:color w:val="555555"/>
          <w:sz w:val="20"/>
        </w:rPr>
        <w:t>[9 . 130]</w:t>
      </w:r>
    </w:p>
    <w:p>
      <w:r>
        <w:rPr>
          <w:rFonts w:ascii="Gentium Plus" w:hAnsi="Gentium Plus"/>
          <w:sz w:val="24"/>
        </w:rPr>
        <w:t>Εἴποις ἂν ἐπὶ τοῦ ὅμοιος ἐοικώς, προσόμοιος—ὁ γὰρ παρόμοιος παρ’ ὀλίγον ὅμοιός ἐστι—παρεοικώς, παραπλήσιος, ἐμφερής προσφερής προσφέρων. Ἀριστοφάνης δὲ ἐν Πολυείδῳ (fg 460) καὶ προσεμφερὴς εἶπε, Πλάτων (Politic 261 D) δὲ προσ‐</w:t>
      </w:r>
    </w:p>
    <w:p>
      <w:r>
        <w:rPr>
          <w:rFonts w:ascii="Courier New" w:hAnsi="Courier New"/>
          <w:color w:val="555555"/>
          <w:sz w:val="20"/>
        </w:rPr>
        <w:t>[5]</w:t>
      </w:r>
    </w:p>
    <w:p>
      <w:r>
        <w:rPr>
          <w:rFonts w:ascii="Gentium Plus" w:hAnsi="Gentium Plus"/>
          <w:sz w:val="24"/>
        </w:rPr>
        <w:t>εοικώς. ἀλλὰ μὴν καὶ εἰκόνα ἄν τις εἴποι καὶ σφραγῖδα καὶ τύπον καὶ μίμημα καὶ ἐκτύπωμα καὶ τύπωμα καὶ ἐκμαγεῖον καὶ ἐκ‐</w:t>
      </w:r>
    </w:p>
    <w:p>
      <w:r>
        <w:rPr>
          <w:rFonts w:ascii="Courier New" w:hAnsi="Courier New"/>
          <w:color w:val="555555"/>
          <w:sz w:val="20"/>
        </w:rPr>
        <w:t>[9 . 131]</w:t>
      </w:r>
    </w:p>
    <w:p>
      <w:r>
        <w:rPr>
          <w:rFonts w:ascii="Gentium Plus" w:hAnsi="Gentium Plus"/>
          <w:sz w:val="24"/>
        </w:rPr>
        <w:t>μεμαγμένον· οὕτω γὰρ καὶ Κρατῖνος ἐν ταῖς Ὥραις (I p 90. 255 Ko) ἐκεῖνος αὐτὸς οὕτως ἐκμεμαγμένος. Ἀριστοφάνης δὲ ἐν ταῖς Θεσμοφοριαζούσαις (514) καὶ ἔκμαγμα εἶπεν</w:t>
      </w:r>
    </w:p>
    <w:p>
      <w:r>
        <w:rPr>
          <w:rFonts w:ascii="Courier New" w:hAnsi="Courier New"/>
          <w:color w:val="555555"/>
          <w:sz w:val="20"/>
        </w:rPr>
        <w:t>[5]</w:t>
      </w:r>
    </w:p>
    <w:p>
      <w:r>
        <w:rPr>
          <w:rFonts w:ascii="Gentium Plus" w:hAnsi="Gentium Plus"/>
          <w:sz w:val="24"/>
        </w:rPr>
        <w:t>λέων σοι γέγονεν, αὐτὸ ἔκμαγμα σόν. τὰ δὲ ῥήματα ὡμοιῶσθαι προσωμοιῶσθαι παρωμοιῶσθαι, ἐοικέναι παρεοικέναι προσεοικέναι, καὶ προσφέρειν προσεμφέρειν, μεμιμῆ‐ σθαι, ἐκτετυπῶσθαι, ἀπεσφραγίσθαι, ἐκμεμάχθαι. καὶ τὰ ἐπιρρήματα ὁμοίως προσομοίως· τὸ γὰρ παρομοίως εὐτελές, εἰκότως δὲ καὶ ἐοικό‐</w:t>
      </w:r>
    </w:p>
    <w:p>
      <w:r>
        <w:rPr>
          <w:rFonts w:ascii="Courier New" w:hAnsi="Courier New"/>
          <w:color w:val="555555"/>
          <w:sz w:val="20"/>
        </w:rPr>
        <w:t>[10]</w:t>
      </w:r>
    </w:p>
    <w:p>
      <w:r>
        <w:rPr>
          <w:rFonts w:ascii="Gentium Plus" w:hAnsi="Gentium Plus"/>
          <w:sz w:val="24"/>
        </w:rPr>
        <w:t>τως παρεοικότως, παραπλησίως, ἐμφερῶς προσφερῶς· τὰ γὰρ ἀπὸ</w:t>
      </w:r>
    </w:p>
    <w:p>
      <w:r>
        <w:rPr>
          <w:rFonts w:ascii="Courier New" w:hAnsi="Courier New"/>
          <w:color w:val="555555"/>
          <w:sz w:val="20"/>
        </w:rPr>
        <w:t>[9 . 132]</w:t>
      </w:r>
    </w:p>
    <w:p>
      <w:r>
        <w:rPr>
          <w:rFonts w:ascii="Gentium Plus" w:hAnsi="Gentium Plus"/>
          <w:sz w:val="24"/>
        </w:rPr>
        <w:t>τῶν ἄλλων δυσφθεγκτότερα. τὰ δὲ πράγματα ὁμοίωσις, εἰκασία, τύπωσις. τὸ δ’ ἐναντίον ἀνόμοιον καὶ ἀπεοικός, καὶ ὅσα ἄν τις εἴποι λόγῳ ἄρνησιν τοῖς ῥήμασιν προστιθείς· ῥῆμα δὲ μόνον τὸ ἀπεοι‐ κέναι, ἀφ’ οὗ οὐκ ἔστι πρᾶγμα, ὥσπερ οὐδ’ ἀπὸ τοῦ ἀνόμοιος ῥῆμα,</w:t>
      </w:r>
    </w:p>
    <w:p>
      <w:r>
        <w:rPr>
          <w:rFonts w:ascii="Courier New" w:hAnsi="Courier New"/>
          <w:color w:val="555555"/>
          <w:sz w:val="20"/>
        </w:rPr>
        <w:t>[5]</w:t>
      </w:r>
    </w:p>
    <w:p>
      <w:r>
        <w:rPr>
          <w:rFonts w:ascii="Gentium Plus" w:hAnsi="Gentium Plus"/>
          <w:sz w:val="24"/>
        </w:rPr>
        <w:t>πρᾶγμα δὲ ἡ ἀνομοιότης. καὶ ἐπίρρημα δὲ ἀπ’ ἀμφοῖν, ἀνομοίως καὶ ἀπεοικότως.</w:t>
      </w:r>
    </w:p>
    <w:p>
      <w:r>
        <w:rPr>
          <w:rFonts w:ascii="Courier New" w:hAnsi="Courier New"/>
          <w:color w:val="555555"/>
          <w:sz w:val="20"/>
        </w:rPr>
        <w:t>[9 . 133]</w:t>
      </w:r>
    </w:p>
    <w:p>
      <w:r>
        <w:rPr>
          <w:rFonts w:ascii="Gentium Plus" w:hAnsi="Gentium Plus"/>
          <w:sz w:val="24"/>
        </w:rPr>
        <w:t>ἀπάτη ἐξαπάτη, στροφή ὑποστροφή, διάδυσις, παραλογισμός, παραγωγή, πλάσμα, φενακισμός, καὶ καθ’ ἑτέραν χρείαν σόφισμα, τέχνη τέχνασμα, γοητεία, ἐπιβουλή, δόλος, κλοπή, παρατροπή, παρα‐ φορά, σκευωρία· καὶ τὰ ῥήματα ἀπατᾶν ἐξαπατᾶν, στρέφεσθαι ὑπο‐</w:t>
      </w:r>
    </w:p>
    <w:p>
      <w:r>
        <w:rPr>
          <w:rFonts w:ascii="Courier New" w:hAnsi="Courier New"/>
          <w:color w:val="555555"/>
          <w:sz w:val="20"/>
        </w:rPr>
        <w:t>[5]</w:t>
      </w:r>
    </w:p>
    <w:p>
      <w:r>
        <w:rPr>
          <w:rFonts w:ascii="Gentium Plus" w:hAnsi="Gentium Plus"/>
          <w:sz w:val="24"/>
        </w:rPr>
        <w:t>στρέφεσθαι, διαδύεσθαι, παράγειν, πλάττειν, παραλογίζεσθαι, φενακί‐ ζεσθαι, σοφίζεσθαι, τεχνάζειν, γοητεύειν, δολοῦν, κλέπτειν, παρα‐ τρέπειν, σκευωρεῖσθαι. ἀλλὰ καὶ παρακρούεσθαι, ἀφ’ οὗ ῥήματος</w:t>
      </w:r>
    </w:p>
    <w:p>
      <w:r>
        <w:rPr>
          <w:rFonts w:ascii="Courier New" w:hAnsi="Courier New"/>
          <w:color w:val="555555"/>
          <w:sz w:val="20"/>
        </w:rPr>
        <w:t>[9 . 134]</w:t>
      </w:r>
    </w:p>
    <w:p>
      <w:r>
        <w:rPr>
          <w:rFonts w:ascii="Gentium Plus" w:hAnsi="Gentium Plus"/>
          <w:sz w:val="24"/>
        </w:rPr>
        <w:t>οὐκ ἔστι τὸ πρᾶγμα· ἡ γὰρ παράκρουσις βίαιον. ἴσως δὲ καὶ</w:t>
      </w:r>
    </w:p>
    <w:p>
      <w:r>
        <w:rPr>
          <w:rFonts w:ascii="Courier New" w:hAnsi="Courier New"/>
          <w:color w:val="555555"/>
          <w:sz w:val="20"/>
        </w:rPr>
        <w:t>[5]</w:t>
      </w:r>
    </w:p>
    <w:p>
      <w:r>
        <w:rPr>
          <w:rFonts w:ascii="Gentium Plus" w:hAnsi="Gentium Plus"/>
          <w:sz w:val="24"/>
        </w:rPr>
        <w:t>βιβλίῳ (655 C) ἔστι καὶ τὸ ‘τί ποτ’ ἂν οὖν λέγοιμεν τὸ πεπλανηκὸς ἡμᾶς εἶναι,‘ ἵν’ ᾖ οἷον ἐξηπατηκός, ὥστε ἐπὶ τούτου λέγοιτ’ ἂν καὶ ἡ πλάνη· καὶ γὰρ μικρὸν προελθὼν ὁ Πλάτων (Lg 655 D) ἔφη</w:t>
      </w:r>
    </w:p>
    <w:p>
      <w:r>
        <w:rPr>
          <w:rFonts w:ascii="Courier New" w:hAnsi="Courier New"/>
          <w:color w:val="555555"/>
          <w:sz w:val="20"/>
        </w:rPr>
        <w:t>[9 . 135]</w:t>
      </w:r>
    </w:p>
    <w:p>
      <w:r>
        <w:rPr>
          <w:rFonts w:ascii="Gentium Plus" w:hAnsi="Gentium Plus"/>
          <w:sz w:val="24"/>
        </w:rPr>
        <w:t>‘τόδε δὲ μᾶλλον εἰκὸς πλανᾶν ἡμᾶς.‘ τῆς δ’ αὐτῆς ἂν εἴη δυνάμεως καὶ τὸ φηλοῦν. ὀνόματα δὲ ἀπὸ τῶν εἰρημένων ἀπατεών, φέναξ, γόης, ἐπίβουλος· τὰ δ’ ἀπὸ τῶν ἄλλων ἢ δύσφθεγκτά ἐστιν ἢ ἄλλο δηλοῖ· ἢ μετοχαῖς οὖν χρηστέον ἢ κτητικῷ σχήματι τῆς λέξεως, οἷον</w:t>
      </w:r>
    </w:p>
    <w:p>
      <w:r>
        <w:rPr>
          <w:rFonts w:ascii="Courier New" w:hAnsi="Courier New"/>
          <w:color w:val="555555"/>
          <w:sz w:val="20"/>
        </w:rPr>
        <w:t>[5]</w:t>
      </w:r>
    </w:p>
    <w:p>
      <w:r>
        <w:rPr>
          <w:rFonts w:ascii="Gentium Plus" w:hAnsi="Gentium Plus"/>
          <w:sz w:val="24"/>
        </w:rPr>
        <w:t>ἀπατητικὸν καὶ παραλογιστικόν· οὐδὲ γὰρ ταῦτα ἀπὸ πάντων δυ‐ νατὸν εὑρεῖν. ἐπιρρήματα δὲ μόνον, ἀφ’ ὧν καὶ ταυτὶ τὰ ὀνόματα,</w:t>
      </w:r>
    </w:p>
    <w:p>
      <w:r>
        <w:rPr>
          <w:rFonts w:ascii="Courier New" w:hAnsi="Courier New"/>
          <w:color w:val="555555"/>
          <w:sz w:val="20"/>
        </w:rPr>
        <w:t>[9 . 136]</w:t>
      </w:r>
    </w:p>
    <w:p>
      <w:r>
        <w:rPr>
          <w:rFonts w:ascii="Gentium Plus" w:hAnsi="Gentium Plus"/>
          <w:sz w:val="24"/>
        </w:rPr>
        <w:t>ἀπατηλῶς, παραλογιστικῶς καὶ φενακιστικῶς καὶ γοητευτικῶς· οὐ μὴν ἀλλὰ καὶ πλαστῶς, Πλάτωνος εἰπόντος (Soph 216 C) ‘οἱ μὴ πλαστῶς ἀλλ’ ὄντως φιλοσοφοῦντες.‘ μέλλειν διαμέλλειν, ὀκνεῖν κατοκνεῖν, στρέφεσθαι, διάγειν, ἀνα‐</w:t>
      </w:r>
    </w:p>
    <w:p>
      <w:r>
        <w:rPr>
          <w:rFonts w:ascii="Courier New" w:hAnsi="Courier New"/>
          <w:color w:val="555555"/>
          <w:sz w:val="20"/>
        </w:rPr>
        <w:t>[5]</w:t>
      </w:r>
    </w:p>
    <w:p>
      <w:r>
        <w:rPr>
          <w:rFonts w:ascii="Gentium Plus" w:hAnsi="Gentium Plus"/>
          <w:sz w:val="24"/>
        </w:rPr>
        <w:t>βάλλεσθαι ὑπερβάλλεσθαι, βραδύνειν, διατρίβειν ἀποδιατρίβειν, ὑπερ‐ τίθεσθαι ἀνατίθεσθαι. καὶ στραγγεύεσθαι δὲ ἐν ταῖς Ἀριστοφάνους Νεφέλαις (132)· φαῦλον γὰρ τὸ λογγάζειν ἐν τοῖς Κήρυξι τοῖς Αἰσχύλου (fg 112). τοῦ δ’ ἀναβάλλεσθαι καὶ ἡ ἐνέργεια ἔστι παρὰ Δημοσθένει (III 52, IX 14), ‘οἷς ἀναβάλλουσιν ὑμᾶς.‘ οἴονται δέ τινες</w:t>
      </w:r>
    </w:p>
    <w:p>
      <w:r>
        <w:rPr>
          <w:rFonts w:ascii="Courier New" w:hAnsi="Courier New"/>
          <w:color w:val="555555"/>
          <w:sz w:val="20"/>
        </w:rPr>
        <w:t>[9 . 137]</w:t>
      </w:r>
    </w:p>
    <w:p>
      <w:r>
        <w:rPr>
          <w:rFonts w:ascii="Gentium Plus" w:hAnsi="Gentium Plus"/>
          <w:sz w:val="24"/>
        </w:rPr>
        <w:t>ταὐτὸν τῷ διατρίβειν νοεῖν καὶ τὸ τευτάζειν παρά τε Πλάτωνι (Ph 59 E) καὶ ἄλλοις εἰρημένον· ἀλλ’ οὐ προσίεμαι τοὔνομα. τὰ δὲ πράγματα μέλλησις μελλησμός, βραδυτής, ὄκνος, στροφή ὑποστροφή, ἀναβολή ὑπερβολή, διαγωγή, διατριβή τριβή, ἀνάθεσις· ἡ γὰρ ὑπέρ‐</w:t>
      </w:r>
    </w:p>
    <w:p>
      <w:r>
        <w:rPr>
          <w:rFonts w:ascii="Courier New" w:hAnsi="Courier New"/>
          <w:color w:val="555555"/>
          <w:sz w:val="20"/>
        </w:rPr>
        <w:t>[5]</w:t>
      </w:r>
    </w:p>
    <w:p>
      <w:r>
        <w:rPr>
          <w:rFonts w:ascii="Gentium Plus" w:hAnsi="Gentium Plus"/>
          <w:sz w:val="24"/>
        </w:rPr>
        <w:t>θεσις ὕποπτος εἰς εὐτέλειαν, ἡ δὲ στραγγεία παμπόνηρος, νωθεία δὲ καὶ νωθρότης καὶ ἀμβλύτης, ὧν οὐκ ἔστι τὰ ῥήματα ὅτι μὴ παρ’ Ὑπερείδῃ τὸ νωθρεύεσθαι ἐν τῷ ὑπὲρ Λυκόφρονος (p 28 Bl), ὅπερ</w:t>
      </w:r>
    </w:p>
    <w:p>
      <w:r>
        <w:rPr>
          <w:rFonts w:ascii="Courier New" w:hAnsi="Courier New"/>
          <w:color w:val="555555"/>
          <w:sz w:val="20"/>
        </w:rPr>
        <w:t>[9 . 138]</w:t>
      </w:r>
    </w:p>
    <w:p>
      <w:r>
        <w:rPr>
          <w:rFonts w:ascii="Gentium Plus" w:hAnsi="Gentium Plus"/>
          <w:sz w:val="24"/>
        </w:rPr>
        <w:t>ἔγωγε οὐ πάνυ ἐπαινῶ. ὀνόματα δὲ μελλητής μελλητικός, καὶ ἴσως ὀκνηρός, καὶ βραδὺς καὶ νωθὴς καὶ νωθρός· ἔστι γὰρ καὶ τοῦτο παρὰ Πλάτωνι ἐν τῷ Φαίδρῳ (immo Theaet 144B), ‘νωθροί πως ἐκ‐</w:t>
      </w:r>
    </w:p>
    <w:p>
      <w:r>
        <w:rPr>
          <w:rFonts w:ascii="Courier New" w:hAnsi="Courier New"/>
          <w:color w:val="555555"/>
          <w:sz w:val="20"/>
        </w:rPr>
        <w:t>[5]</w:t>
      </w:r>
    </w:p>
    <w:p>
      <w:r>
        <w:rPr>
          <w:rFonts w:ascii="Gentium Plus" w:hAnsi="Gentium Plus"/>
          <w:sz w:val="24"/>
        </w:rPr>
        <w:t>16 Ko) καὶ νωθρότερον εὑρήκαμεν. ἀπὸ μέντοι τῶν ἄλλων ἀντὶ ὀνομάτων μετοχαῖς χρηστέον. τὰ δ’ ἐπιρρήματα πάντα φαῦλα.</w:t>
      </w:r>
    </w:p>
    <w:p>
      <w:r>
        <w:rPr>
          <w:rFonts w:ascii="Courier New" w:hAnsi="Courier New"/>
          <w:color w:val="555555"/>
          <w:sz w:val="20"/>
        </w:rPr>
        <w:t>[9 . 139]</w:t>
      </w:r>
    </w:p>
    <w:p>
      <w:r>
        <w:rPr>
          <w:rFonts w:ascii="Gentium Plus" w:hAnsi="Gentium Plus"/>
          <w:sz w:val="24"/>
        </w:rPr>
        <w:t>νουθετῆσαι, ἐπιπλῆξαι, σωφρονίσαι, ἐπιτιμῆσαι, Δημοσθένους εἰπόντος (I 16) ‘τὸ μὲν οὖν ἐπιτιμᾶν φαίη τις ἂν ῥᾴδιον καὶ παντὸς εἶναι‘ καὶ Πλάτωνος (Phaedr 237 C) ‘μὴ πάθωμεν ὃ ἄλλοις ἐπιτι‐ μῶμεν.‘ ἴσως δ’ ἂν ἐοίκοι τούτοις τὸ ἐπανορθώσασθαι καὶ κατακοσμῆ‐</w:t>
      </w:r>
    </w:p>
    <w:p>
      <w:r>
        <w:rPr>
          <w:rFonts w:ascii="Courier New" w:hAnsi="Courier New"/>
          <w:color w:val="555555"/>
          <w:sz w:val="20"/>
        </w:rPr>
        <w:t>[5]</w:t>
      </w:r>
    </w:p>
    <w:p>
      <w:r>
        <w:rPr>
          <w:rFonts w:ascii="Gentium Plus" w:hAnsi="Gentium Plus"/>
          <w:sz w:val="24"/>
        </w:rPr>
        <w:t>σαι καὶ καθαρμόσαι καὶ ἐπιστρέψαι καὶ θεραπεῦσαι καὶ ἰάσασθαι καὶ ἐξιάσασθαι καὶ καθῆραι καὶ ἀναλαβεῖν καὶ ἀνενεγκεῖν καὶ ἀνασώσασθαι καὶ ἀναβιώσασθαι. Ἀριστοφάνης δ’ ἐν Πλούτῳ (fg 448) καὶ τῷ ἐπι‐ κρούσασθαι ἐπὶ τοῦ νουθετῆσαι κέχρηται. τὰ δὲ πράγματα νουθεσία καὶ ὡς Πλάτων (?) νουθετεία· φαῦλος γὰρ ὁ Μενάνδρου (III p 258.</w:t>
      </w:r>
    </w:p>
    <w:p>
      <w:r>
        <w:rPr>
          <w:rFonts w:ascii="Courier New" w:hAnsi="Courier New"/>
          <w:color w:val="555555"/>
          <w:sz w:val="20"/>
        </w:rPr>
        <w:t>[9 . 140]</w:t>
      </w:r>
    </w:p>
    <w:p>
      <w:r>
        <w:rPr>
          <w:rFonts w:ascii="Gentium Plus" w:hAnsi="Gentium Plus"/>
          <w:sz w:val="24"/>
        </w:rPr>
        <w:t>1042 Ko) νουθετισμός, ἐπίπληξις δὲ καὶ σωφρονισμὸς καὶ ἐπιτίμησις καὶ ἐπανόρθωσις καὶ κατακόσμησις καὶ ἁρμονία καὶ ἐπιστροφὴ καὶ θερα‐ πεία καὶ ἴασις καὶ καθαρμός· τὰ δ’ ἀπὸ τῶν ἄλλων οὐκ ἔστιν ἐπὶ τῆς αὐτῆς ἐννοίας μένοντα. ὀνόματα δ’ ἀπ’ αὐτῶν ὁ σωφρο‐</w:t>
      </w:r>
    </w:p>
    <w:p>
      <w:r>
        <w:rPr>
          <w:rFonts w:ascii="Courier New" w:hAnsi="Courier New"/>
          <w:color w:val="555555"/>
          <w:sz w:val="20"/>
        </w:rPr>
        <w:t>[5]</w:t>
      </w:r>
    </w:p>
    <w:p>
      <w:r>
        <w:rPr>
          <w:rFonts w:ascii="Gentium Plus" w:hAnsi="Gentium Plus"/>
          <w:sz w:val="24"/>
        </w:rPr>
        <w:t>νιστὴς καὶ ἐπανορθωτής· ἀπὸ γὰρ τῶν λοιπῶν τὰ μὲν σκληρὰ τὰ δὲ μᾶλλον πρὸς ἕτερα, πλὴν τοῦ ἐπιτιμητοῦ, ᾧ κέχρηται Σοφοκλῆς, εἰπὼν ἐν τῇ Πρόκριδι (fg 490) ‘κολασταὶ κἀπιτιμηταὶ κακῶν.‘</w:t>
      </w:r>
    </w:p>
    <w:p>
      <w:r>
        <w:rPr>
          <w:rFonts w:ascii="Courier New" w:hAnsi="Courier New"/>
          <w:color w:val="555555"/>
          <w:sz w:val="20"/>
        </w:rPr>
        <w:t>[9 . 141]</w:t>
      </w:r>
    </w:p>
    <w:p>
      <w:r>
        <w:rPr>
          <w:rFonts w:ascii="Gentium Plus" w:hAnsi="Gentium Plus"/>
          <w:sz w:val="24"/>
        </w:rPr>
        <w:t>κρατεῖν, περιγίνεσθαι, νικᾶν, ὑπεραίρειν, ὑπερθεῖν, καταγωνί‐ ζεσθαι, κατακρατεῖν ἐπικρατεῖν, καθαιρεῖν· τὸ γὰρ καταπολεμεῖν καὶ καταδουλοῦσθαι ἑτέρας ἐστὶ χρείας, ὥσπερ καὶ τὸ χειρώσασθαι καὶ παραστήσασθαι καὶ ὑπαγαγέσθαι. καὶ κατὰ εἴδη καταναυμαχεῖν κατα‐</w:t>
      </w:r>
    </w:p>
    <w:p>
      <w:r>
        <w:rPr>
          <w:rFonts w:ascii="Courier New" w:hAnsi="Courier New"/>
          <w:color w:val="555555"/>
          <w:sz w:val="20"/>
        </w:rPr>
        <w:t>[5]</w:t>
      </w:r>
    </w:p>
    <w:p>
      <w:r>
        <w:rPr>
          <w:rFonts w:ascii="Gentium Plus" w:hAnsi="Gentium Plus"/>
          <w:sz w:val="24"/>
        </w:rPr>
        <w:t>πεζομαχεῖν καθιππομαχεῖν καθιπποκρατεῖν. ἀφ’ ὧν τὰ πράγματα</w:t>
      </w:r>
    </w:p>
    <w:p>
      <w:r>
        <w:rPr>
          <w:rFonts w:ascii="Courier New" w:hAnsi="Courier New"/>
          <w:color w:val="555555"/>
          <w:sz w:val="20"/>
        </w:rPr>
        <w:t>[9 . 142]</w:t>
      </w:r>
    </w:p>
    <w:p>
      <w:r>
        <w:rPr>
          <w:rFonts w:ascii="Gentium Plus" w:hAnsi="Gentium Plus"/>
          <w:sz w:val="24"/>
        </w:rPr>
        <w:t>κράτος καὶ νίκη μόνα καὶ αἵρεσις καὶ καθαίρεσις· βιαιοτέρα γὰρ ἡ ἐπικράτησις παρὰ Θουκυδίδῃ (I 41. 2), ᾗ παρομοίαν ἄν τις εἶναι φαίη τὴν κατακράτησιν, καὶ τὸν καταγωνισμόν, ἐκείνου (VII 70. 3) ἀγωνισμὸν εἰπόντος, καὶ τὴν καταπολέμησιν, τὴν διαπολέμησιν εὑ‐</w:t>
      </w:r>
    </w:p>
    <w:p>
      <w:r>
        <w:rPr>
          <w:rFonts w:ascii="Courier New" w:hAnsi="Courier New"/>
          <w:color w:val="555555"/>
          <w:sz w:val="20"/>
        </w:rPr>
        <w:t>[5]</w:t>
      </w:r>
    </w:p>
    <w:p>
      <w:r>
        <w:rPr>
          <w:rFonts w:ascii="Gentium Plus" w:hAnsi="Gentium Plus"/>
          <w:sz w:val="24"/>
        </w:rPr>
        <w:t>ρών· ὑπαγωγὴ γὰρ καὶ προσαγωγὴ ἀνεκτά, τῆς δὲ δουλώσεως εἰ‐ ρημένης ἡ καταδούλωσις βίαιος. μοχθηρὰ δὲ ἀπ’ ἐνίων τὰ ἐπιρρή‐ ματα· ἀπὸ γὰρ τῶν πλείστων οὐδὲ ἔστιν. ταὐτὸν ἂν ἐν χρήσει δύναιτο ὄχλος, πλῆθος, δῆμος, σύνοδος,</w:t>
      </w:r>
    </w:p>
    <w:p>
      <w:r>
        <w:rPr>
          <w:rFonts w:ascii="Courier New" w:hAnsi="Courier New"/>
          <w:color w:val="555555"/>
          <w:sz w:val="20"/>
        </w:rPr>
        <w:t>[9 . 143]</w:t>
      </w:r>
    </w:p>
    <w:p>
      <w:r>
        <w:rPr>
          <w:rFonts w:ascii="Gentium Plus" w:hAnsi="Gentium Plus"/>
          <w:sz w:val="24"/>
        </w:rPr>
        <w:t>συναγωγὴ καὶ συλλογὴ καὶ θίασος καὶ χορός, ὡς εἰ λέγοι τις ἀνδρῶν ὄχλος καὶ γυναικῶν πλῆθος καὶ παίδων σύνοδος καὶ ξένων σύλλογος καὶ μετοίκων δῆμος καὶ δούλων ἄθροισμα—βιαιότερον γὰρ ὁ ἀθροισ‐ μός—καὶ ἐμπόρων ἀγερμὸς καὶ καπήλων σύστασις καὶ ναυτῶν συν‐</w:t>
      </w:r>
    </w:p>
    <w:p>
      <w:r>
        <w:rPr>
          <w:rFonts w:ascii="Courier New" w:hAnsi="Courier New"/>
          <w:color w:val="555555"/>
          <w:sz w:val="20"/>
        </w:rPr>
        <w:t>[5]</w:t>
      </w:r>
    </w:p>
    <w:p>
      <w:r>
        <w:rPr>
          <w:rFonts w:ascii="Gentium Plus" w:hAnsi="Gentium Plus"/>
          <w:sz w:val="24"/>
        </w:rPr>
        <w:t>αγωγὴ καὶ κυβερνητῶν συνδρομὴ καὶ παιδευόντων θίασος καὶ παιδευ‐ ομένων χορός. ἐπὶ δὲ τῶν αὐτῶν καὶ συνῆλθον πανδημεί παγ‐</w:t>
      </w:r>
    </w:p>
    <w:p>
      <w:r>
        <w:rPr>
          <w:rFonts w:ascii="Courier New" w:hAnsi="Courier New"/>
          <w:color w:val="555555"/>
          <w:sz w:val="20"/>
        </w:rPr>
        <w:t>[9 . 144]</w:t>
      </w:r>
    </w:p>
    <w:p>
      <w:r>
        <w:rPr>
          <w:rFonts w:ascii="Gentium Plus" w:hAnsi="Gentium Plus"/>
          <w:sz w:val="24"/>
        </w:rPr>
        <w:t>γενεί πασσυδί—ὑπομίαρον γὰρ τὸ πανσυρεί—κατ’ ἀγέλας, καθ’ ἡλικίας, κατὰ τέλη, κατὰ ἔθνη, κατὰ γένη, κατὰ τύχας, κατὰ τέχνας, κατὰ ἴλας, ἵνα τὸ Ὁμήρου (B 93) ἰλαδὸν ὡς ποιητικὸν παραιτώμεθα. καὶ ἑτέρως δ’ ἄν τις εἴποι πάντα γένη, καὶ ὅσα γένη καὶ ὅσαι ἡλι‐</w:t>
      </w:r>
    </w:p>
    <w:p>
      <w:r>
        <w:rPr>
          <w:rFonts w:ascii="Courier New" w:hAnsi="Courier New"/>
          <w:color w:val="555555"/>
          <w:sz w:val="20"/>
        </w:rPr>
        <w:t>[5]</w:t>
      </w:r>
    </w:p>
    <w:p>
      <w:r>
        <w:rPr>
          <w:rFonts w:ascii="Gentium Plus" w:hAnsi="Gentium Plus"/>
          <w:sz w:val="24"/>
        </w:rPr>
        <w:t>κίαι, καὶ ὅσα ἔθνη, καὶ ὅτι παῖς καὶ γυνή. καὶ μὴν καὶ καθ’ ἕτερον σχῆμα, οὐδεὶς τῶν ὄντων ἀπῆν, οὐδεὶς ἦν ὃς ἀπῆν, οὐδεὶς ἀπεῖναι ὑπέμενεν, οὐδεὶς ἦν ὃς οὐ παρῆν, οὐδεὶς οὕτω γέρων ἢ παῖς ὅστις</w:t>
      </w:r>
    </w:p>
    <w:p>
      <w:r>
        <w:rPr>
          <w:rFonts w:ascii="Courier New" w:hAnsi="Courier New"/>
          <w:color w:val="555555"/>
          <w:sz w:val="20"/>
        </w:rPr>
        <w:t>[9 . 145]</w:t>
      </w:r>
    </w:p>
    <w:p>
      <w:r>
        <w:rPr>
          <w:rFonts w:ascii="Gentium Plus" w:hAnsi="Gentium Plus"/>
          <w:sz w:val="24"/>
        </w:rPr>
        <w:t>αὑτὸν οἴκοι κατεῖχεν· ἐκ τῶν οἰκιῶν ἐξεχέοντο, συνῄεσαν, συνελέγοντο, συνηγείροντο, συνηθροίζοντο, συνέθεον, συνέρρεον, συνεωθοῦντο, συν‐ εφέροντο, συνέσπευδον, εἰς ταὐτὸν ᾔεσαν, εἰς ἓν ἔσπευδον, ἐν ταὐτῷ ἦσαν, πάντα ἐπεπλήρωτο, πάντα ἐξεπέπληστο, ἐστενοχωρεῖτο, ἐθλί‐</w:t>
      </w:r>
    </w:p>
    <w:p>
      <w:r>
        <w:rPr>
          <w:rFonts w:ascii="Courier New" w:hAnsi="Courier New"/>
          <w:color w:val="555555"/>
          <w:sz w:val="20"/>
        </w:rPr>
        <w:t>[5]</w:t>
      </w:r>
    </w:p>
    <w:p>
      <w:r>
        <w:rPr>
          <w:rFonts w:ascii="Gentium Plus" w:hAnsi="Gentium Plus"/>
          <w:sz w:val="24"/>
        </w:rPr>
        <w:t>βετο. καιρὸν δὲ ἔχει καὶ τὰ ποιητικά, ὑπὲρ τὴν ψάμμον, ὑπὲρ τὰ κύματα, ὅσα φύλλα καὶ ἄνθη, καὶ τὰ τοιαῦτα. αὐχεῖν, ἀλαζονεύεσθαι, κομπάζειν, σεμνύνεσθαι σεμνολογεῖσθαι, μεγαληγορεῖν μεγαλορρημονεῖν, μεγαλύνεσθαι, αἴρεσθαι μετεωρίζεσθαι,</w:t>
      </w:r>
    </w:p>
    <w:p>
      <w:r>
        <w:rPr>
          <w:rFonts w:ascii="Courier New" w:hAnsi="Courier New"/>
          <w:color w:val="555555"/>
          <w:sz w:val="20"/>
        </w:rPr>
        <w:t>[9 . 146]</w:t>
      </w:r>
    </w:p>
    <w:p>
      <w:r>
        <w:rPr>
          <w:rFonts w:ascii="Gentium Plus" w:hAnsi="Gentium Plus"/>
          <w:sz w:val="24"/>
        </w:rPr>
        <w:t>πεφυρῆσθαι, ὑψηλοφρονεῖν ὑπερφρονεῖν, ὑπερορᾶν, τερατεύεσθαι· ἐν δ’ Εὐπόλιδος Δήμοις (I p 293. 134 Ko) ἔστι καὶ τὸ καυχήσασθαι. ὧν τὰ πράγματα αὔχημα, ἀλαζονεία, κόμπος, σεμνολογία, μεγαληγορία μεγαλορρημοσύνη, ὑπερφρόνησις, ὑπεροψία, τερατεία. ἡ δὲ ὑπερη‐</w:t>
      </w:r>
    </w:p>
    <w:p>
      <w:r>
        <w:rPr>
          <w:rFonts w:ascii="Courier New" w:hAnsi="Courier New"/>
          <w:color w:val="555555"/>
          <w:sz w:val="20"/>
        </w:rPr>
        <w:t>[5]</w:t>
      </w:r>
    </w:p>
    <w:p>
      <w:r>
        <w:rPr>
          <w:rFonts w:ascii="Gentium Plus" w:hAnsi="Gentium Plus"/>
          <w:sz w:val="24"/>
        </w:rPr>
        <w:t>φανία, τὸ μὲν πρᾶγμα ἔστι, τὸ δὲ ῥῆμα τὸ ὑπερηφανεῖν οὐκ ἐπαινῶ. τὰ δὲ ὀνόματα, ἀπὸ μὲν τοῦ αὐχεῖν κατὰ μετοχὴν ῥητέον ὁ αὐχῶν— ὁ γὰρ αὐχητὴς βίαιον,—ἀπὸ δὲ τῶν ἄλλων ἀλαζών κομπαστής</w:t>
      </w:r>
    </w:p>
    <w:p>
      <w:r>
        <w:rPr>
          <w:rFonts w:ascii="Courier New" w:hAnsi="Courier New"/>
          <w:color w:val="555555"/>
          <w:sz w:val="20"/>
        </w:rPr>
        <w:t>[9 . 147]</w:t>
      </w:r>
    </w:p>
    <w:p>
      <w:r>
        <w:rPr>
          <w:rFonts w:ascii="Gentium Plus" w:hAnsi="Gentium Plus"/>
          <w:sz w:val="24"/>
        </w:rPr>
        <w:t>κομπαστικός κομπώδης ὑπέρκομπος, σεμνολόγος, μεγαληγόρος μεγα‐ λορρήμων, μεγαλυνόμενος, αἰρόμενος μετεωριζόμενος, πεφυσημένος, καὶ αἱ αὐταὶ ἀντὶ ὀνομάτων μετοχαί· ὑψηλόφρων δὲ καὶ ὑπέρφρων καὶ ὑπερόπτης καὶ ὑπεροπτικός· ὁ γὰρ ὑπερορατικὸς βιαιότερον, βέλτιον</w:t>
      </w:r>
    </w:p>
    <w:p>
      <w:r>
        <w:rPr>
          <w:rFonts w:ascii="Courier New" w:hAnsi="Courier New"/>
          <w:color w:val="555555"/>
          <w:sz w:val="20"/>
        </w:rPr>
        <w:t>[5]</w:t>
      </w:r>
    </w:p>
    <w:p>
      <w:r>
        <w:rPr>
          <w:rFonts w:ascii="Gentium Plus" w:hAnsi="Gentium Plus"/>
          <w:sz w:val="24"/>
        </w:rPr>
        <w:t>δὲ ὁ ὑπερορῶν, καὶ ὑπερήφανος καὶ μετέωρος, καὶ ἀπὸ τῆς τερα‐</w:t>
      </w:r>
    </w:p>
    <w:p>
      <w:r>
        <w:rPr>
          <w:rFonts w:ascii="Courier New" w:hAnsi="Courier New"/>
          <w:color w:val="555555"/>
          <w:sz w:val="20"/>
        </w:rPr>
        <w:t>[9 . 148]</w:t>
      </w:r>
    </w:p>
    <w:p>
      <w:r>
        <w:rPr>
          <w:rFonts w:ascii="Gentium Plus" w:hAnsi="Gentium Plus"/>
          <w:sz w:val="24"/>
        </w:rPr>
        <w:t>φρόνως γὰρ καὶ ὑψηλοφρόνως τραχύτερα, ὑπερόπτως δὲ καὶ ὑπερ‐ οπτικῶς καὶ ὑπερηφάνως. καλὸν δὲ καὶ τὸ παρὰ Θουκυδίδῃ (V 68. 1) κομπῶδες. κωμῳδεῖν διακωμῳδεῖν, διασύρειν, σκώπτειν διασκώπτειν</w:t>
      </w:r>
    </w:p>
    <w:p>
      <w:r>
        <w:rPr>
          <w:rFonts w:ascii="Courier New" w:hAnsi="Courier New"/>
          <w:color w:val="555555"/>
          <w:sz w:val="20"/>
        </w:rPr>
        <w:t>[5]</w:t>
      </w:r>
    </w:p>
    <w:p>
      <w:r>
        <w:rPr>
          <w:rFonts w:ascii="Gentium Plus" w:hAnsi="Gentium Plus"/>
          <w:sz w:val="24"/>
        </w:rPr>
        <w:t>χλευάζειν, φαυλίζειν, τωθάζειν, γέλωτα τίθεσθαι· σκληρότερον γὰρ τὸ γελωτοποιεῖν, καὶ εὐτελέστερον τὸ γελοιάζειν, καὶ φορτικώτερον τὸ γλοιάζειν, καὶ ποιητικώτερον τὸ σιλλαίνειν καὶ σιλλοῦν καὶ δια‐ σιλλοῦν. τὰ δὲ πράγματα κωμῳδία, σκῶμμα σκωπτική, χλευασμός</w:t>
      </w:r>
    </w:p>
    <w:p>
      <w:r>
        <w:rPr>
          <w:rFonts w:ascii="Courier New" w:hAnsi="Courier New"/>
          <w:color w:val="555555"/>
          <w:sz w:val="20"/>
        </w:rPr>
        <w:t>[9 . 149]</w:t>
      </w:r>
    </w:p>
    <w:p>
      <w:r>
        <w:rPr>
          <w:rFonts w:ascii="Gentium Plus" w:hAnsi="Gentium Plus"/>
          <w:sz w:val="24"/>
        </w:rPr>
        <w:t>χλευασία, τωθασμός τωθαστική, γελωτοποιία, καὶ τὰ ὀνόματα κωμῳδός κωμῳδικός, σκωπτικός, χλευαστής χλευαστικός· ὁ γὰρ χλεῦαξ κωμῳ‐ δικώτερον (III p 603. 1195 Ko), τωθαστὴς δὲ καὶ τωθαστικὸς καὶ γελωτοποιός. ἐπὶ τοῦ αὐτοῦ δ’ εἴρηται καὶ ὁ φλύαξ· ἀλλὰ οὐδὲ</w:t>
      </w:r>
    </w:p>
    <w:p>
      <w:r>
        <w:rPr>
          <w:rFonts w:ascii="Courier New" w:hAnsi="Courier New"/>
          <w:color w:val="555555"/>
          <w:sz w:val="20"/>
        </w:rPr>
        <w:t>[5]</w:t>
      </w:r>
    </w:p>
    <w:p>
      <w:r>
        <w:rPr>
          <w:rFonts w:ascii="Gentium Plus" w:hAnsi="Gentium Plus"/>
          <w:sz w:val="24"/>
        </w:rPr>
        <w:t>τοῦτο ἐπαινεῖται πρὸς ἐμοῦ τοὔνομα, καίτοι τὸ φλυαρεῖν ἕτερόν ἐστιν. πάντα δὲ ἀπὸ τῶν μετοχῶν ἀμείνω. τὰ δ’ ἐπιρρήματα κω‐ μῳδικῶς, σκωπτικῶς, τωθαστικῶς· τὸ γὰρ γελοίως ἐφ’ ἑτέρου, καὶ τὸ γελωτοποιικῶς βιαιότερον.</w:t>
      </w:r>
    </w:p>
    <w:p>
      <w:r>
        <w:rPr>
          <w:rFonts w:ascii="Courier New" w:hAnsi="Courier New"/>
          <w:color w:val="555555"/>
          <w:sz w:val="20"/>
        </w:rPr>
        <w:t>[9 . 150]</w:t>
      </w:r>
    </w:p>
    <w:p>
      <w:r>
        <w:rPr>
          <w:rFonts w:ascii="Gentium Plus" w:hAnsi="Gentium Plus"/>
          <w:sz w:val="24"/>
        </w:rPr>
        <w:t>ἐπὶ τοῦ αὐτοῦ φαίη τις ἂν πρᾶγμα, χρῆμα, ἔργον, σπού‐ δασμα, ἐπιτήδευμα, ἐπιχείρημα ἐγχείρημα, μάθημα, τέχνημα, μεταχεί‐ ρισις. καὶ ὁ πράττων ἐργαζόμενος, σπουδάζων, ἐπιτηδεύων, ἐπιχειρῶν ἐγχειρῶν, μανθάνων, μεταχειριζόμενος· τεχνάζων γὰρ ἢ τεχνώ‐</w:t>
      </w:r>
    </w:p>
    <w:p>
      <w:r>
        <w:rPr>
          <w:rFonts w:ascii="Courier New" w:hAnsi="Courier New"/>
          <w:color w:val="555555"/>
          <w:sz w:val="20"/>
        </w:rPr>
        <w:t>[5]</w:t>
      </w:r>
    </w:p>
    <w:p>
      <w:r>
        <w:rPr>
          <w:rFonts w:ascii="Gentium Plus" w:hAnsi="Gentium Plus"/>
          <w:sz w:val="24"/>
        </w:rPr>
        <w:t>μενος ἕτερόν τι δηλοῖ, ἄμεινον δὲ τὸ τέχνῃ μετιών. καὶ ταῦτα παραπλήσια, εἰδέναι, γινώσκειν, ἐπίστασθαι, κα‐</w:t>
      </w:r>
    </w:p>
    <w:p>
      <w:r>
        <w:rPr>
          <w:rFonts w:ascii="Courier New" w:hAnsi="Courier New"/>
          <w:color w:val="555555"/>
          <w:sz w:val="20"/>
        </w:rPr>
        <w:t>[9 . 151]</w:t>
      </w:r>
    </w:p>
    <w:p>
      <w:r>
        <w:rPr>
          <w:rFonts w:ascii="Gentium Plus" w:hAnsi="Gentium Plus"/>
          <w:sz w:val="24"/>
        </w:rPr>
        <w:t>θορᾶν, κατανοεῖν, μανθάνειν καταμανθάνειν, ἐφικνεῖσθαι· ἕτερα γάρ ἐστι τὸ εἰκάζειν, τεκμαίρεσθαι, ἀμφιγνοεῖν, ὑποτεκμαίρεσθαι, στοχά‐ ζεσθαι, ὑποπτεύειν, ὑπονοεῖν, τοπάζειν, εἰκοβολεῖν. τὰ δὲ πλεῖστα ἀντὶ ὀνομάτων μετοχὰς ἔχει ἢ κατὰ τὴν κτητικὴν ἰδέαν παρηγμένας</w:t>
      </w:r>
    </w:p>
    <w:p>
      <w:r>
        <w:rPr>
          <w:rFonts w:ascii="Courier New" w:hAnsi="Courier New"/>
          <w:color w:val="555555"/>
          <w:sz w:val="20"/>
        </w:rPr>
        <w:t>[5]</w:t>
      </w:r>
    </w:p>
    <w:p>
      <w:r>
        <w:rPr>
          <w:rFonts w:ascii="Gentium Plus" w:hAnsi="Gentium Plus"/>
          <w:sz w:val="24"/>
        </w:rPr>
        <w:t>προσηγορίας, εἰδώς· ὁ γὰρ εἰδήμων ὑπομόχθηρον, γινώσκων δὲ καὶ γνωστικός· ὁ γὰρ παρὰ Ξενοφῶντι (Cyrop VI 2. 39) γνωστὴρ ἕτερόν τι δηλοῖ, ἐπιστήμων δὲ καὶ ἐπιστάμενος καὶ ἐπιστημονικός, καὶ ὁρῶν καὶ καθορῶν καὶ καθορατικός, καὶ κατανοῶν καὶ κατανοητικός, καὶ</w:t>
      </w:r>
    </w:p>
    <w:p>
      <w:r>
        <w:rPr>
          <w:rFonts w:ascii="Courier New" w:hAnsi="Courier New"/>
          <w:color w:val="555555"/>
          <w:sz w:val="20"/>
        </w:rPr>
        <w:t>[9 . 152]</w:t>
      </w:r>
    </w:p>
    <w:p>
      <w:r>
        <w:rPr>
          <w:rFonts w:ascii="Gentium Plus" w:hAnsi="Gentium Plus"/>
          <w:sz w:val="24"/>
        </w:rPr>
        <w:t>μανθάνων καὶ μαθητικός. καταμανθάνων δὲ καὶ καταμαθητικὸς δυσ‐ χερέστερα τῷ μήκει, ἐφικνούμενος μέντοι, ὥσπερ καὶ ἀπὸ τῶν</w:t>
      </w:r>
    </w:p>
    <w:p>
      <w:r>
        <w:rPr>
          <w:rFonts w:ascii="Courier New" w:hAnsi="Courier New"/>
          <w:color w:val="555555"/>
          <w:sz w:val="20"/>
        </w:rPr>
        <w:t>[5]</w:t>
      </w:r>
    </w:p>
    <w:p>
      <w:r>
        <w:rPr>
          <w:rFonts w:ascii="Gentium Plus" w:hAnsi="Gentium Plus"/>
          <w:sz w:val="24"/>
        </w:rPr>
        <w:t>ψυχήν πού (Gorg 463 A) φησι στοχαστικήν. ὑπονοῶν δὲ καὶ ὑπο‐ νοητικός, καὶ ἀμφιγνοῶν καὶ ὑποπτεύων καὶ τοπάζων. Ἐκ τοῦ αὐτοῦ ταὐτὸν δηλοῦντες οἵδε οἱ σχηματισμοί, ταχύ, ταχέως, διὰ ταχέων, ὅτι τάχιστα, ὡς τάχιστα, ὡς εἶχε τάχους, ἐν τάχει, ἀπτέρῳ τάχει. καὶ οἵδε ὁμοίως, ὡς τὸ πολύ, ὡς ἐπὶ</w:t>
      </w:r>
    </w:p>
    <w:p>
      <w:r>
        <w:rPr>
          <w:rFonts w:ascii="Courier New" w:hAnsi="Courier New"/>
          <w:color w:val="555555"/>
          <w:sz w:val="20"/>
        </w:rPr>
        <w:t>[10]</w:t>
      </w:r>
    </w:p>
    <w:p>
      <w:r>
        <w:rPr>
          <w:rFonts w:ascii="Gentium Plus" w:hAnsi="Gentium Plus"/>
          <w:sz w:val="24"/>
        </w:rPr>
        <w:t>τὸ πολύ, ὡς τὸ ἐπίπαν, ὡς ἐπὶ τὸ πλεῖστον, ἐκ τοῦ ἐπὶ</w:t>
      </w:r>
    </w:p>
    <w:p>
      <w:r>
        <w:rPr>
          <w:rFonts w:ascii="Courier New" w:hAnsi="Courier New"/>
          <w:color w:val="555555"/>
          <w:sz w:val="20"/>
        </w:rPr>
        <w:t>[9 . 153]</w:t>
      </w:r>
    </w:p>
    <w:p>
      <w:r>
        <w:rPr>
          <w:rFonts w:ascii="Gentium Plus" w:hAnsi="Gentium Plus"/>
          <w:sz w:val="24"/>
        </w:rPr>
        <w:t>πλεῖστον, ἐπὶ τὸ πλῆθος, ἐπὶ τὸ πολύ, ὡς ἐπὶ τὸ πλῆθος, ὡς ἐπὶ τὰ πολλά· τοῦτο μὲν γὰρ Ἄλεξις ἐν Ποιητρίᾳ εἴρηκεν, (II p 365. 184 Ko) ὡς ἐπὶ τὰ πολλὰ τοῦτο ποιῶ, τὸ δὲ ὡς ἐπὶ τὸ πλῆθος Ἄλεξις ἐν Διδύμαις (II p 316. 54 Ko),</w:t>
      </w:r>
    </w:p>
    <w:p>
      <w:r>
        <w:rPr>
          <w:rFonts w:ascii="Courier New" w:hAnsi="Courier New"/>
          <w:color w:val="555555"/>
          <w:sz w:val="20"/>
        </w:rPr>
        <w:t>[5]</w:t>
      </w:r>
    </w:p>
    <w:p>
      <w:r>
        <w:rPr>
          <w:rFonts w:ascii="Gentium Plus" w:hAnsi="Gentium Plus"/>
          <w:sz w:val="24"/>
        </w:rPr>
        <w:t>τὰ δ’ ἄλλα οἱ κεκριμένοι. ἐπὶ τοῦ ἀναιρεῖν κτεῖναι ἀποκτεῖναι, φονεῦσαι, ἀποσφάξαι, κα‐ θελεῖν, διαχρήσασθαι. ἐπὶ δὲ τούτου Ξενοφῶν (Cyrop IV 6. 4) μὲν ἔφη ‘κατειργάσατο τὸν λέοντα,‘ Ἀριστοφάνης (I p 486. 358 Ko) δὲ ‘τοὺς ἄνδρας ἀπεχρήσαντο,‘ Θουκυδίδης (I 126. 11) δὲ ἀνεχρήσατο.</w:t>
      </w:r>
    </w:p>
    <w:p>
      <w:r>
        <w:rPr>
          <w:rFonts w:ascii="Courier New" w:hAnsi="Courier New"/>
          <w:color w:val="555555"/>
          <w:sz w:val="20"/>
        </w:rPr>
        <w:t>[10]</w:t>
      </w:r>
    </w:p>
    <w:p>
      <w:r>
        <w:rPr>
          <w:rFonts w:ascii="Gentium Plus" w:hAnsi="Gentium Plus"/>
          <w:sz w:val="24"/>
        </w:rPr>
        <w:t>καὶ τὸ πέπρακται δὲ ἐπὶ τοῦ αὐτοῦ τάττουσιν. Ἡρόδοτος (IX 53)</w:t>
      </w:r>
    </w:p>
    <w:p>
      <w:r>
        <w:rPr>
          <w:rFonts w:ascii="Courier New" w:hAnsi="Courier New"/>
          <w:color w:val="555555"/>
          <w:sz w:val="20"/>
        </w:rPr>
        <w:t>[9 . 154]</w:t>
      </w:r>
    </w:p>
    <w:p>
      <w:r>
        <w:rPr>
          <w:rFonts w:ascii="Gentium Plus" w:hAnsi="Gentium Plus"/>
          <w:sz w:val="24"/>
        </w:rPr>
        <w:t>δὲ ἔφη ‘ἐπεὶ δέ σφι πάντες κατέστρωντο‘ ἐπὶ τοῦ ἀνῄρηντο· ὅθεν οὕτως ἀκούουσι καὶ τὸ παρ’ Ἀριστοφάνει ἐν Ἱππεῦσιν (481) ἐγώ σε νὴ τὸν Ἡρακλέα παραστορῶ. Ἐφ’ οὗ εἴποις ἂν ἀμφιβάλλειν, ἀμφισβητεῖν, ἐνδοιάζειν, ἀμ‐</w:t>
      </w:r>
    </w:p>
    <w:p>
      <w:r>
        <w:rPr>
          <w:rFonts w:ascii="Courier New" w:hAnsi="Courier New"/>
          <w:color w:val="555555"/>
          <w:sz w:val="20"/>
        </w:rPr>
        <w:t>[5]</w:t>
      </w:r>
    </w:p>
    <w:p>
      <w:r>
        <w:rPr>
          <w:rFonts w:ascii="Gentium Plus" w:hAnsi="Gentium Plus"/>
          <w:sz w:val="24"/>
        </w:rPr>
        <w:t>φιγνοεῖν, διστάζειν, ἐπὶ τούτου ἴσως καὶ τὸ εἰκοβολεῖν, Ἀριστοφάνους εἰπόντος (I p 560. 689 Ko) εἰκοβολοῦντες καὶ πλάττοντες. ἐφ’ οὗ ῥητέον ἀρκεῖ ἐξαρκεῖ ἀπαρκεῖ, ἀπόχρη, ἀποχρῶν, ἀπο‐ χρώντως ἔχει, ἱκανῶς, αὐτάρκως, ἀρκούντως ἀπαρκούντως, ὑπεραπο‐</w:t>
      </w:r>
    </w:p>
    <w:p>
      <w:r>
        <w:rPr>
          <w:rFonts w:ascii="Courier New" w:hAnsi="Courier New"/>
          <w:color w:val="555555"/>
          <w:sz w:val="20"/>
        </w:rPr>
        <w:t>[10]</w:t>
      </w:r>
    </w:p>
    <w:p>
      <w:r>
        <w:rPr>
          <w:rFonts w:ascii="Gentium Plus" w:hAnsi="Gentium Plus"/>
          <w:sz w:val="24"/>
        </w:rPr>
        <w:t>χρώντως, δαψιλῶς, ἐπὶ τούτου τὸ ἐκποιεῖ εἴρηκεν ἐν τῷ ὑπὲρ Ἀχιλ‐ λείδου φόνου Λυσίας (p 182. 57 Tur).</w:t>
      </w:r>
    </w:p>
    <w:p>
      <w:r>
        <w:rPr>
          <w:rFonts w:ascii="Courier New" w:hAnsi="Courier New"/>
          <w:color w:val="555555"/>
          <w:sz w:val="20"/>
        </w:rPr>
        <w:t>[9 . 155]</w:t>
      </w:r>
    </w:p>
    <w:p>
      <w:r>
        <w:rPr>
          <w:rFonts w:ascii="Gentium Plus" w:hAnsi="Gentium Plus"/>
          <w:sz w:val="24"/>
        </w:rPr>
        <w:t>Ταὐτὸν δ’ ἂν εἴη ἐκπλήττειν, θορυβεῖν, ἀπειλεῖν ἐπαπειλεῖν, δεδίττεσθαι, ταράττειν ἐκταράττειν, ἀνατείνεσθαι, ἀνασείειν, ἐπαρτᾶν,</w:t>
      </w:r>
    </w:p>
    <w:p>
      <w:r>
        <w:rPr>
          <w:rFonts w:ascii="Courier New" w:hAnsi="Courier New"/>
          <w:color w:val="555555"/>
          <w:sz w:val="20"/>
        </w:rPr>
        <w:t>[5]</w:t>
      </w:r>
    </w:p>
    <w:p>
      <w:r>
        <w:rPr>
          <w:rFonts w:ascii="Gentium Plus" w:hAnsi="Gentium Plus"/>
          <w:sz w:val="24"/>
        </w:rPr>
        <w:t>ἐκκομίσαι, ὑπεκκλέψαι, ἀποσκευάσασθαι ἐκσκευάσασθαι· Δημοσθένης γὰρ εἴρηκεν (XXX 30) ‘ἡ δὲ γεωργία ἐξεσκευάσθη μετὰ τὴν δίκην.‘ ὥσπερ οὖν καὶ τάδε, καίειν, φλέγειν διαφλέγειν ἐκφλέγειν καταφλέγειν, ὑποπρῆσαι καταπρῆσαι ἐμπρῆσαι, ὑφεῖναι πῦρ, ὑφάψαι, ἐκτρῖψαι φλόγα, ἀνεῖναι, ἐκριπίσαι, ἀνερεθίσαι, ἐγεῖραι διε‐</w:t>
      </w:r>
    </w:p>
    <w:p>
      <w:r>
        <w:rPr>
          <w:rFonts w:ascii="Courier New" w:hAnsi="Courier New"/>
          <w:color w:val="555555"/>
          <w:sz w:val="20"/>
        </w:rPr>
        <w:t>[9 . 156]</w:t>
      </w:r>
    </w:p>
    <w:p>
      <w:r>
        <w:rPr>
          <w:rFonts w:ascii="Gentium Plus" w:hAnsi="Gentium Plus"/>
          <w:sz w:val="24"/>
        </w:rPr>
        <w:t>γεῖραι. τὸ δὲ πρᾶγμα Ὅμηρος μὲν ἔφη (Φ 337) ‘φλέγμα κακὸν φο‐ ρέουσα,‘ καὶ καῦμα δ’ ἂν ὁμοίως εἴποι τις βιαζόμενος, βέλτιον δὲ ἐμ‐ πρησμὸς καὶ πυρκαϊά· ἐν μέντοι τῷ Ὑπερείδου ὑπὲρ Λυκόφρονος (p 26 Bl) εὗρον γεγραμμένον ‘ἢ νεωρίων προδοσίαν ἢ ἀρχείων ἐμ‐</w:t>
      </w:r>
    </w:p>
    <w:p>
      <w:r>
        <w:rPr>
          <w:rFonts w:ascii="Courier New" w:hAnsi="Courier New"/>
          <w:color w:val="555555"/>
          <w:sz w:val="20"/>
        </w:rPr>
        <w:t>[5]</w:t>
      </w:r>
    </w:p>
    <w:p>
      <w:r>
        <w:rPr>
          <w:rFonts w:ascii="Gentium Plus" w:hAnsi="Gentium Plus"/>
          <w:sz w:val="24"/>
        </w:rPr>
        <w:t>πυρισμὸν ἢ κατάληψιν ἄκρας,‘ καὶ οὕτως ἐγέγραπτο ἐν πλείοσι βιβλίοις. ὁ δ’ ἐμπρήσας τάχ’ ἂν πυρκαεὺς ὀνομάζοιτο, κατ’ Αἰσχύ‐ λον καὶ Σοφοκλέα οὕτως ἐπιγράψαντας τὰ δράματα, τὸν μὲν τὸν Προμηθέα, τὸν δὲ τὸν Ναύπλιον. Ἔστι δ’ εἰπεῖν ἐπράχθη ἐξεπράχθη κατεπράχθη, εἰργάσθη, κατ‐</w:t>
      </w:r>
    </w:p>
    <w:p>
      <w:r>
        <w:rPr>
          <w:rFonts w:ascii="Courier New" w:hAnsi="Courier New"/>
          <w:color w:val="555555"/>
          <w:sz w:val="20"/>
        </w:rPr>
        <w:t>[10]</w:t>
      </w:r>
    </w:p>
    <w:p>
      <w:r>
        <w:rPr>
          <w:rFonts w:ascii="Gentium Plus" w:hAnsi="Gentium Plus"/>
          <w:sz w:val="24"/>
        </w:rPr>
        <w:t>ειργάσθη, ἐτελέσθη ἐξετελέσθη συνετελέσθη, ἐτελεσιουργήθη συν‐ ετελεσιουργήθη, ἐκβέβηκεν ἀποβέβηκε, διῳκήθη· τὸ γὰρ ἐδράσθη</w:t>
      </w:r>
    </w:p>
    <w:p>
      <w:r>
        <w:rPr>
          <w:rFonts w:ascii="Courier New" w:hAnsi="Courier New"/>
          <w:color w:val="555555"/>
          <w:sz w:val="20"/>
        </w:rPr>
        <w:t>[9 . 157]</w:t>
      </w:r>
    </w:p>
    <w:p>
      <w:r>
        <w:rPr>
          <w:rFonts w:ascii="Gentium Plus" w:hAnsi="Gentium Plus"/>
          <w:sz w:val="24"/>
        </w:rPr>
        <w:t>καὶ ἐτολμήθη ἑτέρας ἐστὶ χρείας. τὸ δὲ πρᾶγμα πρᾶξις, τέλεσμα τέλος συντέλεια, τελεσιουργία συντελεσιουργία, τὸ ἐκβάν, τὸ ἐκβεβηκός τὸ ἀποβεβηκός, τὸ διῳκημένον. καὶ ὁ ἀνὴρ πράττων καταπράτ‐ των· ἔστι δ’ εἰπεῖν καὶ δρῶν, ἐργαζόμενος ἀπεργαζόμενος, τελῶν</w:t>
      </w:r>
    </w:p>
    <w:p>
      <w:r>
        <w:rPr>
          <w:rFonts w:ascii="Courier New" w:hAnsi="Courier New"/>
          <w:color w:val="555555"/>
          <w:sz w:val="20"/>
        </w:rPr>
        <w:t>[5]</w:t>
      </w:r>
    </w:p>
    <w:p>
      <w:r>
        <w:rPr>
          <w:rFonts w:ascii="Gentium Plus" w:hAnsi="Gentium Plus"/>
          <w:sz w:val="24"/>
        </w:rPr>
        <w:t>συντελῶν, τελεστικός, τελεσιουργῶν τελεσιουργός τελεσιουργικός, διοικητής διοικητικός. καὶ μὴν καὶ τάδε ἂν εἴποις, ἐδίωξεν, ἤλασεν ἀπήλασεν, ἐξήλασεν, ἐφυγάδευσεν, μετεστήσατο, ἐξεπέμψατο, ὑπερώρισεν—Δη‐ μοσθένης (XXV 95) δὲ καὶ ἐξώρισεν εἶπε καὶ Ὑπερείδης (fg 232 Bl) ἀφώ‐</w:t>
      </w:r>
    </w:p>
    <w:p>
      <w:r>
        <w:rPr>
          <w:rFonts w:ascii="Courier New" w:hAnsi="Courier New"/>
          <w:color w:val="555555"/>
          <w:sz w:val="20"/>
        </w:rPr>
        <w:t>[10]</w:t>
      </w:r>
    </w:p>
    <w:p>
      <w:r>
        <w:rPr>
          <w:rFonts w:ascii="Gentium Plus" w:hAnsi="Gentium Plus"/>
          <w:sz w:val="24"/>
        </w:rPr>
        <w:t>ρισεν—ἐξέβαλεν, ἀπέρριψεν ἐξέρριψεν· Θουκυδίδης (I 24. 5) δὲ καὶ τὸ</w:t>
      </w:r>
    </w:p>
    <w:p>
      <w:r>
        <w:rPr>
          <w:rFonts w:ascii="Courier New" w:hAnsi="Courier New"/>
          <w:color w:val="555555"/>
          <w:sz w:val="20"/>
        </w:rPr>
        <w:t>[9 . 158]</w:t>
      </w:r>
    </w:p>
    <w:p>
      <w:r>
        <w:rPr>
          <w:rFonts w:ascii="Gentium Plus" w:hAnsi="Gentium Plus"/>
          <w:sz w:val="24"/>
        </w:rPr>
        <w:t>ἐξεδίωξεν εἴρηκεν. τὸ δὲ πρᾶγμα δίωξις, ἔλασις, φυγή, ὑπερορισμός, ἐκβολή, μετάστασις, πλάνη. καὶ ὁ ἀνὴρ φυγάς, ἐξόριστος, ἀλήτης, πλανήτης πλάνης. ἐκ δὲ τῶν λοιπῶν μετοχαί·—τραγικὸς γὰρ ὁ παρὰ Σοφοκλεῖ (fg 939) διωκτός—ἐληλαμένος δὲ καὶ ἐξεληλαμένος</w:t>
      </w:r>
    </w:p>
    <w:p>
      <w:r>
        <w:rPr>
          <w:rFonts w:ascii="Courier New" w:hAnsi="Courier New"/>
          <w:color w:val="555555"/>
          <w:sz w:val="20"/>
        </w:rPr>
        <w:t>[5]</w:t>
      </w:r>
    </w:p>
    <w:p>
      <w:r>
        <w:rPr>
          <w:rFonts w:ascii="Gentium Plus" w:hAnsi="Gentium Plus"/>
          <w:sz w:val="24"/>
        </w:rPr>
        <w:t>καὶ ἀπεληλαμένος, καὶ πεφυγαδευμένος, καὶ ὑπερωρισμένος, καὶ ἐκβεβλημένος, καὶ ἀπερριμμένος καὶ ἐξερριμμένος καὶ μεθεστηκώς, καὶ πεπλανημένος.</w:t>
      </w:r>
    </w:p>
    <w:p>
      <w:r>
        <w:rPr>
          <w:rFonts w:ascii="Courier New" w:hAnsi="Courier New"/>
          <w:color w:val="555555"/>
          <w:sz w:val="20"/>
        </w:rPr>
        <w:t>[10]</w:t>
      </w:r>
    </w:p>
    <w:p>
      <w:r>
        <w:rPr>
          <w:rFonts w:ascii="Gentium Plus" w:hAnsi="Gentium Plus"/>
          <w:sz w:val="24"/>
        </w:rPr>
        <w:t>ἐπεισεφθάρη εἰσήρρηκεν ἐπεισήρρηκεν, εἰσπεπήδηκεν ἐπεισπεπή‐</w:t>
      </w:r>
    </w:p>
    <w:p>
      <w:r>
        <w:rPr>
          <w:rFonts w:ascii="Courier New" w:hAnsi="Courier New"/>
          <w:color w:val="555555"/>
          <w:sz w:val="20"/>
        </w:rPr>
        <w:t>[9 . 159]</w:t>
      </w:r>
    </w:p>
    <w:p>
      <w:r>
        <w:rPr>
          <w:rFonts w:ascii="Gentium Plus" w:hAnsi="Gentium Plus"/>
          <w:sz w:val="24"/>
        </w:rPr>
        <w:t>δηκεν, εἰσεβλήθη εἰσεκυκλήθη ἐπεισεκυκλήθη, κατέλαβε τὴν πόλιν, κατέσχεν, ἐπεισέπεσεν εἰς τὴν πόλιν, ἐπαφείθη τῇ πόλει ὥσπερ πνεῦμα ἢ πῦρ ἢ σκηπτὸς ἢ νέφος ἢ χάλαζα ἢ χιὼν ἢ νόσημα, καὶ καθ’ ἕτερον σχηματισμόν, τῇ πόλει προσέβαλε, προσέρριψεν, ἐπαφῆκε,</w:t>
      </w:r>
    </w:p>
    <w:p>
      <w:r>
        <w:rPr>
          <w:rFonts w:ascii="Courier New" w:hAnsi="Courier New"/>
          <w:color w:val="555555"/>
          <w:sz w:val="20"/>
        </w:rPr>
        <w:t>[5]</w:t>
      </w:r>
    </w:p>
    <w:p>
      <w:r>
        <w:rPr>
          <w:rFonts w:ascii="Gentium Plus" w:hAnsi="Gentium Plus"/>
          <w:sz w:val="24"/>
        </w:rPr>
        <w:t>προσήνεγκε, προσέρρηξε, προσήραξεν. ἀράμενος, ἐνεγκών ἀνενεγκών, ἀναθέμενος, ἀνακουφίσας, ἐπαράμενος, βαστάζων, φορῶν, ἀχθοφορῶν, φέρων ἀναφέρων. καὶ τὸ φερόμενον ἄχθος καὶ φορτίον καὶ φόρημα, ὁ δὲ μισθὸς φορεῖον καὶ φέρετρον καὶ κόμιστρον καὶ φορά, ὥσπερ καὶ τὸ πρᾶγμα ἀχθο‐</w:t>
      </w:r>
    </w:p>
    <w:p>
      <w:r>
        <w:rPr>
          <w:rFonts w:ascii="Courier New" w:hAnsi="Courier New"/>
          <w:color w:val="555555"/>
          <w:sz w:val="20"/>
        </w:rPr>
        <w:t>[10]</w:t>
      </w:r>
    </w:p>
    <w:p>
      <w:r>
        <w:rPr>
          <w:rFonts w:ascii="Gentium Plus" w:hAnsi="Gentium Plus"/>
          <w:sz w:val="24"/>
        </w:rPr>
        <w:t>φορία καὶ φορά· τὰ γὰρ ἀπὸ τῶν ἄλλων εὐτελέστερα ἢ σκληρότερα.</w:t>
      </w:r>
    </w:p>
    <w:p>
      <w:r>
        <w:rPr>
          <w:rFonts w:ascii="Courier New" w:hAnsi="Courier New"/>
          <w:color w:val="555555"/>
          <w:sz w:val="20"/>
        </w:rPr>
        <w:t>[9 . 160]</w:t>
      </w:r>
    </w:p>
    <w:p>
      <w:r>
        <w:rPr>
          <w:rFonts w:ascii="Gentium Plus" w:hAnsi="Gentium Plus"/>
          <w:sz w:val="24"/>
        </w:rPr>
        <w:t>Ταῦτα τῇ διανοίᾳ διάφορα σημαίνοντα προσέοικε τῷ τῆς λέ‐ ξεως σχήματι, εὐαρμοστία, εὐρυθμία, εὐήθεια, εὐτραπελία, εὐ‐ πραγία, εὐπρέπεια, εὐταξία, εὐτυχία, εὐπορία, εὐχρηματία, εὐ‐ ποτμία, εὐθηνία, εὐετηρία, εὐαισθησία, εὐβουλία, εὐλογία, εὐμαθία, εὐ‐</w:t>
      </w:r>
    </w:p>
    <w:p>
      <w:r>
        <w:rPr>
          <w:rFonts w:ascii="Courier New" w:hAnsi="Courier New"/>
          <w:color w:val="555555"/>
          <w:sz w:val="20"/>
        </w:rPr>
        <w:t>[5]</w:t>
      </w:r>
    </w:p>
    <w:p>
      <w:r>
        <w:rPr>
          <w:rFonts w:ascii="Gentium Plus" w:hAnsi="Gentium Plus"/>
          <w:sz w:val="24"/>
        </w:rPr>
        <w:t>φωνία, εὐστοχία, εὐστομία, εὐνομία, εὐδικία, εὐπαιδία, εὐγαμία, εὐτεκνία, εὐγένεια, εὐλάβεια, εὐγλωττία, εὐφημία, εὐσέβεια, εὐμένεια, εὐμουσία,</w:t>
      </w:r>
    </w:p>
    <w:p>
      <w:r>
        <w:rPr>
          <w:rFonts w:ascii="Courier New" w:hAnsi="Courier New"/>
          <w:color w:val="555555"/>
          <w:sz w:val="20"/>
        </w:rPr>
        <w:t>[9 . 161]</w:t>
      </w:r>
    </w:p>
    <w:p>
      <w:r>
        <w:rPr>
          <w:rFonts w:ascii="Gentium Plus" w:hAnsi="Gentium Plus"/>
          <w:sz w:val="24"/>
        </w:rPr>
        <w:t>εὐτέλεια, εὐερμία, εὐκολία, εὐχέρεια, εὐωδία, καὶ ἡ παρὰ Ξενοφῶντι (REq I 3) εὐποδία, καὶ ἡ παρ’ Εὐριπίδῃ εὐπαιδευσία (fg 1100), καὶ ἡ παρὰ Κριτίᾳ (TGF p 774. 6) εὐξυνεσία, καὶ ἡ παρ’ Ἀριστοφάνει (Ran 1528) εὐοδία. ὥσπερ αὖ καὶ τάδε, εὐρημοσύνη, εὐσχημοσύνη,</w:t>
      </w:r>
    </w:p>
    <w:p>
      <w:r>
        <w:rPr>
          <w:rFonts w:ascii="Courier New" w:hAnsi="Courier New"/>
          <w:color w:val="555555"/>
          <w:sz w:val="20"/>
        </w:rPr>
        <w:t>[5]</w:t>
      </w:r>
    </w:p>
    <w:p>
      <w:r>
        <w:rPr>
          <w:rFonts w:ascii="Gentium Plus" w:hAnsi="Gentium Plus"/>
          <w:sz w:val="24"/>
        </w:rPr>
        <w:t>εὐγνωμοσύνη, εὐφροσύνη, καὶ ἡ παρὰ τῷ ποιητῇ(?) εὐθημοσύνη. καὶ δὴ καὶ τάδε, εὐαίσθητα, εὔπρακτα εὐκατάπρακτα, εὐεξαπάτητα, εὐανάκλητα, εὐκόμιστα, εὔτακτα, εὐσύνθετα, εὐσύντακτα, εὐπό‐</w:t>
      </w:r>
    </w:p>
    <w:p>
      <w:r>
        <w:rPr>
          <w:rFonts w:ascii="Courier New" w:hAnsi="Courier New"/>
          <w:color w:val="555555"/>
          <w:sz w:val="20"/>
        </w:rPr>
        <w:t>[9 . 162]</w:t>
      </w:r>
    </w:p>
    <w:p>
      <w:r>
        <w:rPr>
          <w:rFonts w:ascii="Gentium Plus" w:hAnsi="Gentium Plus"/>
          <w:sz w:val="24"/>
        </w:rPr>
        <w:t>ριστα, εὐδιοίκητα, εὐκατέργαστα, εὐδίδακτα, εὐκαταγώνιστα, εὐκαθαί‐ ρετα. καὶ ταῦτα δέ, εὐάγγελον, εὔωνον, εὔζωνον, εὔρωστον, εὐδίαιτον εὔσημον, εὔπυρον, εὔσιτον, εὔοινον, εὔδουλον εὔβουλον εὐλόγιστον, εὐσύνετον, εὐκάρδιον, εὐπρόσωπον, εὐτράπελον, εὐόφθαλ‐</w:t>
      </w:r>
    </w:p>
    <w:p>
      <w:r>
        <w:rPr>
          <w:rFonts w:ascii="Courier New" w:hAnsi="Courier New"/>
          <w:color w:val="555555"/>
          <w:sz w:val="20"/>
        </w:rPr>
        <w:t>[5]</w:t>
      </w:r>
    </w:p>
    <w:p>
      <w:r>
        <w:rPr>
          <w:rFonts w:ascii="Gentium Plus" w:hAnsi="Gentium Plus"/>
          <w:sz w:val="24"/>
        </w:rPr>
        <w:t>μον, εὔκομον, εὐπάρειον, εὔμηρον, καί που καὶ εὐπαλές, εὐσταλές, εὐεπές, εὐμελές, εὐπινές. ὥσπερ εὐαισθήτως, εὐπρεπῶς, εὐ‐ πετῶς καὶ τὸ παρ’ Ἀριστοφάνει (fg 783) εὐκόπως. ἔστι δὲ καὶ ἀπὸ τῶν ἄλλων τῶν πλείστων ἐπιρρήματα, καὶ οἱ εἰς ἀλλήλους ἀπ’ ἐνίων</w:t>
      </w:r>
    </w:p>
    <w:p>
      <w:r>
        <w:rPr>
          <w:rFonts w:ascii="Courier New" w:hAnsi="Courier New"/>
          <w:color w:val="555555"/>
          <w:sz w:val="20"/>
        </w:rPr>
        <w:t>[10 . 1]</w:t>
      </w:r>
    </w:p>
    <w:p>
      <w:r>
        <w:rPr>
          <w:rFonts w:ascii="Gentium Plus" w:hAnsi="Gentium Plus"/>
          <w:sz w:val="24"/>
        </w:rPr>
        <w:t>Κομμόδῳ Καίσαρι Ἰούλιος Πολυδεύκης χαίρειν. ἐνέτυχόν ποτε βιβλίῳ τῳ τὸν Ξενοφῶντος Ἱππικῶν ἐξηγεῖσθαι λέγοντι. εὑρὼν δὲ ὀνόματος κρίσει τοῦτο Ἐρατοσθένην ἐν τῷ Σκευογραφικῷ λέγειν, ἐπῆλθέ μοι ζητεῖν τὸ τοῦ Ἐρατοσθένους βιβλίον διὰ τὸ προσαγωγὸν</w:t>
      </w:r>
    </w:p>
    <w:p>
      <w:r>
        <w:rPr>
          <w:rFonts w:ascii="Courier New" w:hAnsi="Courier New"/>
          <w:color w:val="555555"/>
          <w:sz w:val="20"/>
        </w:rPr>
        <w:t>[5]</w:t>
      </w:r>
    </w:p>
    <w:p>
      <w:r>
        <w:rPr>
          <w:rFonts w:ascii="Gentium Plus" w:hAnsi="Gentium Plus"/>
          <w:sz w:val="24"/>
        </w:rPr>
        <w:t>τῆς χρήσεως· ὡς δ’ εὗρον μόλις, οὐδὲν εἶχεν ὧν ἤλπισα. τὸ τοίνυν ὑπ’ ἐμοῦ μὲν ἐλπισθέν, ὑπ’ ἐκείνου δ’ οὐ πληρωθὲν ἔγνων αὐτὸς ἐκτελέσαι. καὶ οἶμαί σοι πειρωμένῳ φανεῖσθαι τουτὶ τὸ βιβλίον</w:t>
      </w:r>
    </w:p>
    <w:p>
      <w:r>
        <w:rPr>
          <w:rFonts w:ascii="Courier New" w:hAnsi="Courier New"/>
          <w:color w:val="555555"/>
          <w:sz w:val="20"/>
        </w:rPr>
        <w:t>[10 . 2]</w:t>
      </w:r>
    </w:p>
    <w:p>
      <w:r>
        <w:rPr>
          <w:rFonts w:ascii="Gentium Plus" w:hAnsi="Gentium Plus"/>
          <w:sz w:val="24"/>
        </w:rPr>
        <w:t>ὑπὲρ πάντα τῇ χρείᾳ· καὶ γὰρ εἰ μηδὲ τῶν ἄλλων μηδὲν ἔξω τοῦ χρησίμου, τοῦτο γοῦν διὰ τῶν συνηθεστάτων ἥκει καὶ ὧν ἑκάστοτε χρῄζομεν. διὰ τοῦτο καὶ πλείους ἐπηγαγόμην ἐνταῦθα τοὺς μάρ‐ τυρας, ὅτι τὰ πλείω τῶν ὀνομάτων ἀπολογίας ἢ θράσους ἐδεῖτο. εἰ δέ</w:t>
      </w:r>
    </w:p>
    <w:p>
      <w:r>
        <w:rPr>
          <w:rFonts w:ascii="Courier New" w:hAnsi="Courier New"/>
          <w:color w:val="555555"/>
          <w:sz w:val="20"/>
        </w:rPr>
        <w:t>[5]</w:t>
      </w:r>
    </w:p>
    <w:p>
      <w:r>
        <w:rPr>
          <w:rFonts w:ascii="Gentium Plus" w:hAnsi="Gentium Plus"/>
          <w:sz w:val="24"/>
        </w:rPr>
        <w:t>τινα τῶν νῦν εἰρημένων κἀν τούτῳ γέγραπται, μὴ πάνυ θαυμάσῃς· ἀθροίζοντα γὰρ τὰς τῶν σκευῶν προσηγορίας οὐκ ἐκ τῶν παλαιῶν συλλέγειν μόνον ἀλλὰ κἀκ τῶν ἰδίων ἔδει. εὐτύχει κύριε.</w:t>
      </w:r>
    </w:p>
    <w:p>
      <w:r>
        <w:rPr>
          <w:rFonts w:ascii="Courier New" w:hAnsi="Courier New"/>
          <w:color w:val="555555"/>
          <w:sz w:val="20"/>
        </w:rPr>
        <w:t>[10 . 10]</w:t>
      </w:r>
    </w:p>
    <w:p>
      <w:r>
        <w:rPr>
          <w:rFonts w:ascii="Gentium Plus" w:hAnsi="Gentium Plus"/>
          <w:sz w:val="24"/>
        </w:rPr>
        <w:t>Σκεύη τὰ κατ’ οἰκίαν χρήσιμα καὶ κατ’ ἀγροὺς ἢ τέχνας ἔδοξέ μοι καλῶς ἔχειν συναγαγεῖν, ἵν’ ἔχῃς, ὅτου ἂν ἑκάστοτε χρῄζῃς, ὥσπερ ἐκ σκευοθήκης λαβών· αὐτὸ μὲν γὰρ τοὔνομα τῆς σκευοθήκης εὕροις ἂν ἐν τοῖς Αἰσχύλου Ψυχαγωγοῖς (fg 274)</w:t>
      </w:r>
    </w:p>
    <w:p>
      <w:r>
        <w:rPr>
          <w:rFonts w:ascii="Courier New" w:hAnsi="Courier New"/>
          <w:color w:val="555555"/>
          <w:sz w:val="20"/>
        </w:rPr>
        <w:t>[5]</w:t>
      </w:r>
    </w:p>
    <w:p>
      <w:r>
        <w:rPr>
          <w:rFonts w:ascii="Gentium Plus" w:hAnsi="Gentium Plus"/>
          <w:sz w:val="24"/>
        </w:rPr>
        <w:t>καὶ σκευοθηκῶν ναυτικῶν τ’ ἐρειπίων, καὶ παρ’ Αἰσχίνῃ ἐν τῷ κατὰ Κτησιφῶντος (25), ‘σκευοθήκην δὲ ᾠκο‐ δόμουν·‘ Θουκυδίδης (VI 97. 5) δὲ ἀποθήκην αὐτὴν καλεῖ, φήσας ‘τοῖς τε χρήμασι καὶ τοῖς σκεύεσιν ἀποθήκην.‘ αὐτὰ δὲ τὰ σκεύη καλοῖτ’ ἂν ἔπιπλα ἤγουν ἡ κούφη κτῆσις, τὰ ἐπιπολῆς</w:t>
      </w:r>
    </w:p>
    <w:p>
      <w:r>
        <w:rPr>
          <w:rFonts w:ascii="Courier New" w:hAnsi="Courier New"/>
          <w:color w:val="555555"/>
          <w:sz w:val="20"/>
        </w:rPr>
        <w:t>[10]</w:t>
      </w:r>
    </w:p>
    <w:p>
      <w:r>
        <w:rPr>
          <w:rFonts w:ascii="Gentium Plus" w:hAnsi="Gentium Plus"/>
          <w:sz w:val="24"/>
        </w:rPr>
        <w:t>ὄντα τῶν κτημάτων· ὁ γοῦν Εὔπολις ἐν τοῖς Κόλαξι προειπὼν (I p 299. 151 Ko)</w:t>
      </w:r>
    </w:p>
    <w:p>
      <w:r>
        <w:rPr>
          <w:rFonts w:ascii="Courier New" w:hAnsi="Courier New"/>
          <w:color w:val="555555"/>
          <w:sz w:val="20"/>
        </w:rPr>
        <w:t>[15]</w:t>
      </w:r>
    </w:p>
    <w:p>
      <w:r>
        <w:rPr>
          <w:rFonts w:ascii="Gentium Plus" w:hAnsi="Gentium Plus"/>
          <w:sz w:val="24"/>
        </w:rPr>
        <w:t>Ἡρόδοτος (I 94) δὲ αὐτὰ ἐπίπλοα εἴρηκεν, οἷον ἃ καὶ πλέων ἄν τις</w:t>
      </w:r>
    </w:p>
    <w:p>
      <w:r>
        <w:rPr>
          <w:rFonts w:ascii="Courier New" w:hAnsi="Courier New"/>
          <w:color w:val="555555"/>
          <w:sz w:val="20"/>
        </w:rPr>
        <w:t>[10 . 11]</w:t>
      </w:r>
    </w:p>
    <w:p>
      <w:r>
        <w:rPr>
          <w:rFonts w:ascii="Gentium Plus" w:hAnsi="Gentium Plus"/>
          <w:sz w:val="24"/>
        </w:rPr>
        <w:t>ἐπικομίζοιτο, ὡς ἔγγειος καλεῖται κτῆσις ἡ λοιπή. Ἰσαῖος δὲ ἐν τῷ πρὸς Διοκλέα περὶ χωρίου (fg 28 Tur) κατὰ τὴν ἑνικὴν χρῆ‐ σιν ἔπιπλον εἶπεν. δύναιτο δ’ ἂν ταῦτα καὶ ἀπόθετα σκεύη καλεῖ‐ σθαι, καὶ ἡ κατ’ οἶκον κατασκευή· νεώτερον γὰρ ἂν εἴη μᾶλλον</w:t>
      </w:r>
    </w:p>
    <w:p>
      <w:r>
        <w:rPr>
          <w:rFonts w:ascii="Courier New" w:hAnsi="Courier New"/>
          <w:color w:val="555555"/>
          <w:sz w:val="20"/>
        </w:rPr>
        <w:t>[5]</w:t>
      </w:r>
    </w:p>
    <w:p>
      <w:r>
        <w:rPr>
          <w:rFonts w:ascii="Gentium Plus" w:hAnsi="Gentium Plus"/>
          <w:sz w:val="24"/>
        </w:rPr>
        <w:t>ἡ ἀποσκευή. εἴποις δ’ ἂν αὐτὰ καὶ οἰκητήρια σκεύη καὶ χρηστήρια, τὸ μὲν Ἀλκαίου τοῦ ποιητοῦ εἰπόντος ἐν Πασιφάῃ (I p 762. 27 Ko) καὶ ναὶ μὰ Δί’ ἄλλα σκευάρι’ οἰκητήρια, τὸ δὲ ἀπὸ τῆς χρήσεως ὀνομάσας. καίτοι με οὐ λέληθεν ὅτι τὰ πρὸς θεωρίαν ἢ θυσίαν σκεύη ὠνόμαζον χρηστήρια, ὡς καὶ Πλάτων</w:t>
      </w:r>
    </w:p>
    <w:p>
      <w:r>
        <w:rPr>
          <w:rFonts w:ascii="Courier New" w:hAnsi="Courier New"/>
          <w:color w:val="555555"/>
          <w:sz w:val="20"/>
        </w:rPr>
        <w:t>[10]</w:t>
      </w:r>
    </w:p>
    <w:p>
      <w:r>
        <w:rPr>
          <w:rFonts w:ascii="Gentium Plus" w:hAnsi="Gentium Plus"/>
          <w:sz w:val="24"/>
        </w:rPr>
        <w:t>ἐν τῇ Ἑλλάδι εἴρηκεν ὁ κωμικός (I p 607. 27 Ko)· ἀλλὰ ἐγὼ κρίνω καὶ ἐπὶ τῶν κατ’ οἰκίαν χρησίμων καταχρῆσθαι τῷ ὀνόματι. ἐκαλεῖτο</w:t>
      </w:r>
    </w:p>
    <w:p>
      <w:r>
        <w:rPr>
          <w:rFonts w:ascii="Courier New" w:hAnsi="Courier New"/>
          <w:color w:val="555555"/>
          <w:sz w:val="20"/>
        </w:rPr>
        <w:t>[10 . 12]</w:t>
      </w:r>
    </w:p>
    <w:p>
      <w:r>
        <w:rPr>
          <w:rFonts w:ascii="Gentium Plus" w:hAnsi="Gentium Plus"/>
          <w:sz w:val="24"/>
        </w:rPr>
        <w:t>δὲ ταῦτα ὑπὸ τῶν νεωτέρων καὶ μαλακὰ οἷον εὐμεταχείριστα, ὡς εἶπε Μένανδρος ἐν τῇ Περινθίᾳ (fg 395) ὡς’ ἐστὶ μαλακὰ συλλαβών ἐκ τῆς πόλεως τὸ σύνολον ἐκπηδᾷ θᾶττον,</w:t>
      </w:r>
    </w:p>
    <w:p>
      <w:r>
        <w:rPr>
          <w:rFonts w:ascii="Courier New" w:hAnsi="Courier New"/>
          <w:color w:val="555555"/>
          <w:sz w:val="20"/>
        </w:rPr>
        <w:t>[5]</w:t>
      </w:r>
    </w:p>
    <w:p>
      <w:r>
        <w:rPr>
          <w:rFonts w:ascii="Gentium Plus" w:hAnsi="Gentium Plus"/>
          <w:sz w:val="24"/>
        </w:rPr>
        <w:t>καὶ Δίφιλος ἐν Ἀπολιπούσῃ (II p 546. 19 Ko) εἴ τι μαλακὸν ὦ δύστην’ ἔχεις, σκευάριον ἐκπωμάτιον ἀργυρίδιον; ἐκδραμεῖ λαβὼν τόδε, δώσεις ἐμοί παρακαταθήκην;</w:t>
      </w:r>
    </w:p>
    <w:p>
      <w:r>
        <w:rPr>
          <w:rFonts w:ascii="Courier New" w:hAnsi="Courier New"/>
          <w:color w:val="555555"/>
          <w:sz w:val="20"/>
        </w:rPr>
        <w:t>[10]</w:t>
      </w:r>
    </w:p>
    <w:p>
      <w:r>
        <w:rPr>
          <w:rFonts w:ascii="Gentium Plus" w:hAnsi="Gentium Plus"/>
          <w:sz w:val="24"/>
        </w:rPr>
        <w:t>τὴν δὲ τοιαύτην κατασκευὴν ἐνδομενίαν οἱ πολλοὶ καλοῦσιν· ἐγὼ δὲ οὐκ ἐπαινῶ μὲν τοὔνομα, μηνύω δέ, ὅστις εἰπὼν αὐτὸ ἀπολο‐ γεῖσθαι βούλοιτο ὡς ἔστιν ἔν τινι βιβλίῳ, ὅτι ἐν Ὀλυμπιάδος ἀπο‐ γραφῇ, τῇ κατ’ ὄνομα περὶ τῶν φαμένων ἀφῃρῆσθαι τὰς δόσεις, οὕ‐ τως ἐγγέγραπται. κάλλιον δὲ ταύτην τὴν ἐνδομενίαν παγκτησίαν</w:t>
      </w:r>
    </w:p>
    <w:p>
      <w:r>
        <w:rPr>
          <w:rFonts w:ascii="Courier New" w:hAnsi="Courier New"/>
          <w:color w:val="555555"/>
          <w:sz w:val="20"/>
        </w:rPr>
        <w:t>[15]</w:t>
      </w:r>
    </w:p>
    <w:p>
      <w:r>
        <w:rPr>
          <w:rFonts w:ascii="Gentium Plus" w:hAnsi="Gentium Plus"/>
          <w:sz w:val="24"/>
        </w:rPr>
        <w:t>ἢ παμπησίαν ὀνομάσαι, ὡς ἐν Ἐκκλησιαζούσαις Ἀριστοφάνης (878)·</w:t>
      </w:r>
    </w:p>
    <w:p>
      <w:r>
        <w:rPr>
          <w:rFonts w:ascii="Courier New" w:hAnsi="Courier New"/>
          <w:color w:val="555555"/>
          <w:sz w:val="20"/>
        </w:rPr>
        <w:t>[10 . 13]</w:t>
      </w:r>
    </w:p>
    <w:p>
      <w:r>
        <w:rPr>
          <w:rFonts w:ascii="Gentium Plus" w:hAnsi="Gentium Plus"/>
          <w:sz w:val="24"/>
        </w:rPr>
        <w:t>τραγικώτερον γὰρ ἡ παγκληρία. τὰ δὲ σκεύη καὶ σκευάρια φίλον τοῖς κωμῳδοῖς καλεῖν. ὠνομάζετο δέ τινα σκεύη ἔμπυρα καὶ ἄπυρα, ὥσπερ καὶ σκεύη τριηρικὰ καὶ σκεύη ναυτικά, ἐφ’ ὧν ὁ μὲν Ξενο‐ φῶν (Oeson VIII 12) σκεύη ξύλινα καὶ κρεμαστά, ὁ δὲ Δημοσθένης</w:t>
      </w:r>
    </w:p>
    <w:p>
      <w:r>
        <w:rPr>
          <w:rFonts w:ascii="Courier New" w:hAnsi="Courier New"/>
          <w:color w:val="555555"/>
          <w:sz w:val="20"/>
        </w:rPr>
        <w:t>[5]</w:t>
      </w:r>
    </w:p>
    <w:p>
      <w:r>
        <w:rPr>
          <w:rFonts w:ascii="Gentium Plus" w:hAnsi="Gentium Plus"/>
          <w:sz w:val="24"/>
        </w:rPr>
        <w:t>(L 28) ἀποτριβὴν τῶν σκευῶν. ὀνόματα δὲ ἀπ’ αὐτῶν πεποίηται τὸ κατασκευάσασθαι τὴν οἰκίαν τοῖς σκεύεσιν ἢ τὸν ἀγρὸν ἢ ὁτιδή‐</w:t>
      </w:r>
    </w:p>
    <w:p>
      <w:r>
        <w:rPr>
          <w:rFonts w:ascii="Courier New" w:hAnsi="Courier New"/>
          <w:color w:val="555555"/>
          <w:sz w:val="20"/>
        </w:rPr>
        <w:t>[10 . 14]</w:t>
      </w:r>
    </w:p>
    <w:p>
      <w:r>
        <w:rPr>
          <w:rFonts w:ascii="Gentium Plus" w:hAnsi="Gentium Plus"/>
          <w:sz w:val="24"/>
        </w:rPr>
        <w:t>ποτε. καὶ μέντοι ἡ σκευή, εἴτε ἡ ὁπλιτικὴ εἴτε ἡ τῶν ὑποκριτῶν εἴτε ἡ τῶν ὑποζυγίων, ἀφ’ ἧς εἴρηται τὸ ‘ἐπεσκευασμένα ἦν τὰ ὑποζύγια‘ (Xenoph Hell VII 2. 18) οἷον ἐστρωματισμένα· καὶ σκευα‐ γωγοὶ δ’ ἅμαξαι, καὶ τὰ σκευοφόρα καὶ ἐν Βατράχοις Ἀριστοφάνους</w:t>
      </w:r>
    </w:p>
    <w:p>
      <w:r>
        <w:rPr>
          <w:rFonts w:ascii="Courier New" w:hAnsi="Courier New"/>
          <w:color w:val="555555"/>
          <w:sz w:val="20"/>
        </w:rPr>
        <w:t>[5]</w:t>
      </w:r>
    </w:p>
    <w:p>
      <w:r>
        <w:rPr>
          <w:rFonts w:ascii="Gentium Plus" w:hAnsi="Gentium Plus"/>
          <w:sz w:val="24"/>
        </w:rPr>
        <w:t>(498) σκευοφόρος, καὶ τὸ ῥῆμα σκευαγωγεῖν καὶ σκευοφορεῖν, καὶ τὸ ἀνασκευάζεσθαι τὰ ἐκ τῶν ἀγρῶν, καὶ τὸ ἐνεσκευάσθαι τινὰ σκευήν, καὶ τὸ ἐνσκευάσαι τι πρᾶγμα, καὶ οἱ παρὰ Θουκυδίδῃ ὅμοροι τοῖς Σκύ‐ θαις καὶ ὁμόσκευοι (II 96. 1. III 95. 3), καὶ αὐτόσκευος ὁ αὐτουργός,</w:t>
      </w:r>
    </w:p>
    <w:p>
      <w:r>
        <w:rPr>
          <w:rFonts w:ascii="Courier New" w:hAnsi="Courier New"/>
          <w:color w:val="555555"/>
          <w:sz w:val="20"/>
        </w:rPr>
        <w:t>[10 . 15]</w:t>
      </w:r>
    </w:p>
    <w:p>
      <w:r>
        <w:rPr>
          <w:rFonts w:ascii="Gentium Plus" w:hAnsi="Gentium Plus"/>
          <w:sz w:val="24"/>
        </w:rPr>
        <w:t>καὶ ἄσκευος ὁ ψιλός, καὶ ἀκατάσκευος ὁ εὐτελής. τάχα δ’ ἀπὸ τούτων καὶ ἡ σκευωρία καὶ ἡ σκευοποιία καὶ τὸ ἐσκευοποιημένον πρᾶγμα, ὡς Ἰσαῖος ἐν τῷ περὶ τοῦ Ἀρχεπόλιδος κλήρου (fg 8 Tur) ‘δια‐ θηκῶν δὲ τεττάρων ὑπ’ αὐτῶν ἐσκευοποιημένων.‘ ὁ δ’ αὐτὸς ῥήτωρ</w:t>
      </w:r>
    </w:p>
    <w:p>
      <w:r>
        <w:rPr>
          <w:rFonts w:ascii="Courier New" w:hAnsi="Courier New"/>
          <w:color w:val="555555"/>
          <w:sz w:val="20"/>
        </w:rPr>
        <w:t>[5]</w:t>
      </w:r>
    </w:p>
    <w:p>
      <w:r>
        <w:rPr>
          <w:rFonts w:ascii="Gentium Plus" w:hAnsi="Gentium Plus"/>
          <w:sz w:val="24"/>
        </w:rPr>
        <w:t>ἐν τῷ πρὸς Λυσίβιον (fg 89 Tur) ἔφη ‘τοιαῦτα μέντοι οὗτοι ἐπὶ τῷ τεθνεῶτι σκευοποιοῦντες.‘ σκευοποιήματα δὲ Ὑπερείδης ἐν τῷ πρὸς Δημέαν (fg 93 Bl) καὶ σκευασίαν δὲ Ὑπερείδης (nov) καὶ σκευάσαι, καὶ συσκευασάμενοι τὰ πλείστου ἄξια, καὶ ἀσυσκεύαστον</w:t>
      </w:r>
    </w:p>
    <w:p>
      <w:r>
        <w:rPr>
          <w:rFonts w:ascii="Courier New" w:hAnsi="Courier New"/>
          <w:color w:val="555555"/>
          <w:sz w:val="20"/>
        </w:rPr>
        <w:t>[10 . 16]</w:t>
      </w:r>
    </w:p>
    <w:p>
      <w:r>
        <w:rPr>
          <w:rFonts w:ascii="Gentium Plus" w:hAnsi="Gentium Plus"/>
          <w:sz w:val="24"/>
        </w:rPr>
        <w:t>ὡς Ξενοφῶν (Oecon VIII 13), καὶ σκευοποιοί, καὶ διασκευασάμενος τὴν οὐσίαν, ὡς φησὶ Δημοσθένης (XXIX 3)· καὶ σκευασάμενοι, ὡς Δείναρχος (p 340. 31 Tur), τὰ ἐκ τῆς οἰκίας· καὶ ἀπεσκευασμένος τὰ χρήματα, καὶ ἀνασκευασθῆναι τὴν τράπεζαν, καὶ ἐπισκευάσαι τὸ τεῖχος,</w:t>
      </w:r>
    </w:p>
    <w:p>
      <w:r>
        <w:rPr>
          <w:rFonts w:ascii="Courier New" w:hAnsi="Courier New"/>
          <w:color w:val="555555"/>
          <w:sz w:val="20"/>
        </w:rPr>
        <w:t>[5]</w:t>
      </w:r>
    </w:p>
    <w:p>
      <w:r>
        <w:rPr>
          <w:rFonts w:ascii="Gentium Plus" w:hAnsi="Gentium Plus"/>
          <w:sz w:val="24"/>
        </w:rPr>
        <w:t>καὶ πομπείων ἐπισκευαστής. Κρατῖνος δ’ ἐν Πανόπταις (I p 62. 159 Ko) τὸν σκευοφύλακα ἔοικε σκευωρὸν καλεῖν. τοῦτον δὲ καὶ σκοῖδόν τινες ὠνόμαζον, τὸν ἐπὶ τῶν σκευῶν ἐν ταῖς βαρβαρικαῖς ἀπο‐</w:t>
      </w:r>
    </w:p>
    <w:p>
      <w:r>
        <w:rPr>
          <w:rFonts w:ascii="Courier New" w:hAnsi="Courier New"/>
          <w:color w:val="555555"/>
          <w:sz w:val="20"/>
        </w:rPr>
        <w:t>[10]</w:t>
      </w:r>
    </w:p>
    <w:p>
      <w:r>
        <w:rPr>
          <w:rFonts w:ascii="Gentium Plus" w:hAnsi="Gentium Plus"/>
          <w:sz w:val="24"/>
        </w:rPr>
        <w:t>ἔφη· ‘καὶ τὰ ἑφθὰ πάντα μεθ’ ὕδατος τὰ πλεῖστα ἐσκεύασται.‘ Δημο‐ σθένης δ’ ἔφη (XXXII 9. 11) σκευωρούμενον.</w:t>
      </w:r>
    </w:p>
    <w:p>
      <w:r>
        <w:rPr>
          <w:rFonts w:ascii="Courier New" w:hAnsi="Courier New"/>
          <w:color w:val="555555"/>
          <w:sz w:val="20"/>
        </w:rPr>
        <w:t>[10 . 17]</w:t>
      </w:r>
    </w:p>
    <w:p>
      <w:r>
        <w:rPr>
          <w:rFonts w:ascii="Gentium Plus" w:hAnsi="Gentium Plus"/>
          <w:sz w:val="24"/>
        </w:rPr>
        <w:t>ὅτῳ δὲ τὰ σκεύη ἐκομίζετο, σκευοφόριον μὲν τοῦτ’ Ἀριστοφά‐ νης (fg 852) καλεῖ τὸ ξύλον, Πλάτων δὲ ἐν Διὶ κακουμένῳ (I p 614. 50 Ko) καὶ τὸ τόξον ἐν παιδιᾷ παρεικάζων ἔφη κεράτινον εἶχε σκευοφόριον καμπύλον.</w:t>
      </w:r>
    </w:p>
    <w:p>
      <w:r>
        <w:rPr>
          <w:rFonts w:ascii="Courier New" w:hAnsi="Courier New"/>
          <w:color w:val="555555"/>
          <w:sz w:val="20"/>
        </w:rPr>
        <w:t>[5]</w:t>
      </w:r>
    </w:p>
    <w:p>
      <w:r>
        <w:rPr>
          <w:rFonts w:ascii="Gentium Plus" w:hAnsi="Gentium Plus"/>
          <w:sz w:val="24"/>
        </w:rPr>
        <w:t>ἀλλὰ μὴν καὶ ἀνάφορον κατὰ τὴν τῶν πολλῶν χρῆσιν εἴη ἂν ταὐτὸ τοῦτο εἰρημένον ἐν Ἀριστοφάνους Φοινίσσαις (fg 559) καὶ τὸν ἱμάντα μου ἔχουσι καὶ τἀνάφορον· ἔτι δὲ σαφέστερον ἐν Βατράχοις,</w:t>
      </w:r>
    </w:p>
    <w:p>
      <w:r>
        <w:rPr>
          <w:rFonts w:ascii="Courier New" w:hAnsi="Courier New"/>
          <w:color w:val="555555"/>
          <w:sz w:val="20"/>
        </w:rPr>
        <w:t>[10]</w:t>
      </w:r>
    </w:p>
    <w:p>
      <w:r>
        <w:rPr>
          <w:rFonts w:ascii="Gentium Plus" w:hAnsi="Gentium Plus"/>
          <w:sz w:val="24"/>
        </w:rPr>
        <w:t>μεταβαλλόμενος τἀνάφορον ὅτι χεζητιᾷς. τὸν μέντοι σκευοφόρον ἐν Ταξιάρχοις Εὔπολις (I p 330. 264 Ko) σκευο‐ φοριώτην παίζων ἐκάλεσεν.</w:t>
      </w:r>
    </w:p>
    <w:p>
      <w:r>
        <w:rPr>
          <w:rFonts w:ascii="Courier New" w:hAnsi="Courier New"/>
          <w:color w:val="555555"/>
          <w:sz w:val="20"/>
        </w:rPr>
        <w:t>[10 . 18]</w:t>
      </w:r>
    </w:p>
    <w:p>
      <w:r>
        <w:rPr>
          <w:rFonts w:ascii="Gentium Plus" w:hAnsi="Gentium Plus"/>
          <w:sz w:val="24"/>
        </w:rPr>
        <w:t>ἵνα δ’ ἐπιπράσκετο τὰ σκεύη, τῆς ἀγορᾶς τὸ μέρος τοῦτο ὠνομά‐ ζοντο κύκλοι, ὡς Ἄλεξις ὑποδηλοῦν ἔοικεν ἐν Καλασίριδι (II p 331. 99 Ko) ποῖ δή μ’ ἄγεις διὰ τῶν κύκλων;</w:t>
      </w:r>
    </w:p>
    <w:p>
      <w:r>
        <w:rPr>
          <w:rFonts w:ascii="Courier New" w:hAnsi="Courier New"/>
          <w:color w:val="555555"/>
          <w:sz w:val="20"/>
        </w:rPr>
        <w:t>[5]</w:t>
      </w:r>
    </w:p>
    <w:p>
      <w:r>
        <w:rPr>
          <w:rFonts w:ascii="Gentium Plus" w:hAnsi="Gentium Plus"/>
          <w:sz w:val="24"/>
        </w:rPr>
        <w:t>σαφέστερον δὲ ἐν τῷ Μαινομένῳ Δίφιλος (II p 559. 55 Ko) καὶ προσέτι τοίνυν ἐσχάραν καινὴν κάδον στρώματα συνὸν ἀσκοπήραν θύλακον, ὥς που στρατιώτην ἄν τις ἀλλὰ καὶ κύκλον ἐκ τῆς ἀγορᾶς ὀρθὸν βαδίζειν ὑπολάβοι·</w:t>
      </w:r>
    </w:p>
    <w:p>
      <w:r>
        <w:rPr>
          <w:rFonts w:ascii="Courier New" w:hAnsi="Courier New"/>
          <w:color w:val="555555"/>
          <w:sz w:val="20"/>
        </w:rPr>
        <w:t>[10]</w:t>
      </w:r>
    </w:p>
    <w:p>
      <w:r>
        <w:rPr>
          <w:rFonts w:ascii="Gentium Plus" w:hAnsi="Gentium Plus"/>
          <w:sz w:val="24"/>
        </w:rPr>
        <w:t>τοσοῦτός ἐσθ’ ὁ ῥῶπος ὅσον σὺ περιφέρεις. καὶ μὴν εἰ γυναικείαν ἀγορὰν τὸν τόπον οὗ τὰ σκεύη τὰ τοιαῦτα πι‐ πράσκουσιν ἐθέλοις καλεῖν, εὕροις ἂν ἐν ταῖς Συναριστώσαις Μενάν‐ δρου (fg 456) τὸ ὄνομα. εἴποις δ’ ἂν τὴν πρᾶσιν τῶν ἐπίπλων τὴν ὑπὸ κήρυκι γιγνομένην, ἣν νῦν ἀπαρτίαν καλοῦσιν, ἀγορὰν καὶ</w:t>
      </w:r>
    </w:p>
    <w:p>
      <w:r>
        <w:rPr>
          <w:rFonts w:ascii="Courier New" w:hAnsi="Courier New"/>
          <w:color w:val="555555"/>
          <w:sz w:val="20"/>
        </w:rPr>
        <w:t>[15]</w:t>
      </w:r>
    </w:p>
    <w:p>
      <w:r>
        <w:rPr>
          <w:rFonts w:ascii="Gentium Plus" w:hAnsi="Gentium Plus"/>
          <w:sz w:val="24"/>
        </w:rPr>
        <w:t>παμπρασίαν. τοὔνομα δὲ ἡ ἀπαρτία ἔστι μὲν Ἰωνικόν, ὠνομασμένων</w:t>
      </w:r>
    </w:p>
    <w:p>
      <w:r>
        <w:rPr>
          <w:rFonts w:ascii="Courier New" w:hAnsi="Courier New"/>
          <w:color w:val="555555"/>
          <w:sz w:val="20"/>
        </w:rPr>
        <w:t>[10 . 19]</w:t>
      </w:r>
    </w:p>
    <w:p>
      <w:r>
        <w:rPr>
          <w:rFonts w:ascii="Gentium Plus" w:hAnsi="Gentium Plus"/>
          <w:sz w:val="24"/>
        </w:rPr>
        <w:t>οὕτω παρ’ αὐτοῖς τῶν κούφων σκευῶν, ἃ ἔστι παραρτήσασθαι, ᾗ δια‐ νοίᾳ καὶ τὰ ἔπιπλα ὠνομάσθαι φαμέν· ἀπὸ μέντοι τῶν σκευῶν ἤδη καὶ τὸ πρᾶγμα τῆς πράσεως αὐτῶν καὶ τὸν τόπον οὕτω κεκλήκασιν, ὥσπερ οἱ Ἀττικοὶ ἀπὸ τῶν πιπρασκομένων καὶ τὰ χωρία ὠνόμαζον,</w:t>
      </w:r>
    </w:p>
    <w:p>
      <w:r>
        <w:rPr>
          <w:rFonts w:ascii="Courier New" w:hAnsi="Courier New"/>
          <w:color w:val="555555"/>
          <w:sz w:val="20"/>
        </w:rPr>
        <w:t>[5]</w:t>
      </w:r>
    </w:p>
    <w:p>
      <w:r>
        <w:rPr>
          <w:rFonts w:ascii="Gentium Plus" w:hAnsi="Gentium Plus"/>
          <w:sz w:val="24"/>
        </w:rPr>
        <w:t>λέγοντες εἰς τοὖψον καὶ εἰς τὰ μύρα καὶ εἰς τὸν χλωρὸν τυρὸν καὶ εἰς τὰ ἀνδράποδα. εἰ μέντοι καὶ ἐν βιβλίῳ τινὶ τοὔνομα τὴν ἀπαρ‐ τίαν εὑρεῖν ἐθέλοις, ὡς ὑπὲρ τῶν λεγόντων ἀπολογοῖο, εὑρήσεις ἔν τε τῷ δευτέρῳ τῶν Ἱππώνακτος ἰάμβων (fg 26) ἀκήρατον δὲ τὴν ἀπαρτίαν ἔχει,</w:t>
      </w:r>
    </w:p>
    <w:p>
      <w:r>
        <w:rPr>
          <w:rFonts w:ascii="Courier New" w:hAnsi="Courier New"/>
          <w:color w:val="555555"/>
          <w:sz w:val="20"/>
        </w:rPr>
        <w:t>[10]</w:t>
      </w:r>
    </w:p>
    <w:p>
      <w:r>
        <w:rPr>
          <w:rFonts w:ascii="Gentium Plus" w:hAnsi="Gentium Plus"/>
          <w:sz w:val="24"/>
        </w:rPr>
        <w:t>καὶ παρὰ Θεοφράστῳ ἐν τῷ δεκάτῳ Νόμων.</w:t>
      </w:r>
    </w:p>
    <w:p>
      <w:r>
        <w:rPr>
          <w:rFonts w:ascii="Courier New" w:hAnsi="Courier New"/>
          <w:color w:val="555555"/>
          <w:sz w:val="20"/>
        </w:rPr>
        <w:t>[10 . 20]</w:t>
      </w:r>
    </w:p>
    <w:p>
      <w:r>
        <w:rPr>
          <w:rFonts w:ascii="Gentium Plus" w:hAnsi="Gentium Plus"/>
          <w:sz w:val="24"/>
        </w:rPr>
        <w:t>Τὸν μὲν οὖν τοῦ παντὸς οἴκου δεσπότην ὅτι καὶ ναύκληρον καὶ ἱστιοπάμονα Δωρικῶς καὶ στέγαρχον καὶ στεγανόμον κλητέον, ἐπεὶ καὶ τὸ ἐνοίκιον οὐ ναῦλον μόνον ἀλλὰ καὶ στεγανόμιον, ἔχεις προειρημένον (I 74). παίζων δ’ εἰ καὶ σταθμοῦχον ἐθέλοις αὐτὸν</w:t>
      </w:r>
    </w:p>
    <w:p>
      <w:r>
        <w:rPr>
          <w:rFonts w:ascii="Courier New" w:hAnsi="Courier New"/>
          <w:color w:val="555555"/>
          <w:sz w:val="20"/>
        </w:rPr>
        <w:t>[5]</w:t>
      </w:r>
    </w:p>
    <w:p>
      <w:r>
        <w:rPr>
          <w:rFonts w:ascii="Gentium Plus" w:hAnsi="Gentium Plus"/>
          <w:sz w:val="24"/>
        </w:rPr>
        <w:t>καλεῖν, ἐρεσχηλῶν τινὰ ἢ ἐκπειρώμενος, ὁ δὲ δεινὸς ὢν εἰς ὀνομάτων χρῆσιν λαμβάνοιτο τοῦ ῥήματος ὡς οὐκ ἂν εἴη δόκιμον, οὐδὲ σὺ μὲν ἂν αὐτὸ πάντῃ δόκιμον εἶναι νομίζοις, οὐ μέντοι οὐδὲ παντελῶς ἀδόκιμον· ὅτι δὲ ἔστιν εἰρημένον εἰ γνωρίζοις, φιλότιμος εἶναι δόξεις. εἴρηται τοίνυν ἐν Αἰσχύλου Σισύφῳ (fg 226)</w:t>
      </w:r>
    </w:p>
    <w:p>
      <w:r>
        <w:rPr>
          <w:rFonts w:ascii="Courier New" w:hAnsi="Courier New"/>
          <w:color w:val="555555"/>
          <w:sz w:val="20"/>
        </w:rPr>
        <w:t>[10]</w:t>
      </w:r>
    </w:p>
    <w:p>
      <w:r>
        <w:rPr>
          <w:rFonts w:ascii="Gentium Plus" w:hAnsi="Gentium Plus"/>
          <w:sz w:val="24"/>
        </w:rPr>
        <w:t>σὺ δ’ ὁ σταθμοῦχος εὖ κατιλλώψας ἄθρει.</w:t>
      </w:r>
    </w:p>
    <w:p>
      <w:r>
        <w:rPr>
          <w:rFonts w:ascii="Courier New" w:hAnsi="Courier New"/>
          <w:color w:val="555555"/>
          <w:sz w:val="20"/>
        </w:rPr>
        <w:t>[10 . 21]</w:t>
      </w:r>
    </w:p>
    <w:p>
      <w:r>
        <w:rPr>
          <w:rFonts w:ascii="Gentium Plus" w:hAnsi="Gentium Plus"/>
          <w:sz w:val="24"/>
        </w:rPr>
        <w:t>Ἀντιφάνης δὲ ἐν Ὀβρίμῳ φησὶν (II p 86. 171 Ko) ἂν κελεύῃ με σταθμοῦχος.—ἡ σταθμοῦχος δ’ ἔστι τίς; ἀποπνίξεις γάρ με καινὴν πρός με διάλεκτον λαλῶν. ἤτε τάκτοιμι στεγάρχον.</w:t>
      </w:r>
    </w:p>
    <w:p>
      <w:r>
        <w:rPr>
          <w:rFonts w:ascii="Courier New" w:hAnsi="Courier New"/>
          <w:color w:val="555555"/>
          <w:sz w:val="20"/>
        </w:rPr>
        <w:t>[5]</w:t>
      </w:r>
    </w:p>
    <w:p>
      <w:r>
        <w:rPr>
          <w:rFonts w:ascii="Gentium Plus" w:hAnsi="Gentium Plus"/>
          <w:sz w:val="24"/>
        </w:rPr>
        <w:t>ἀλλὰ μὴν τὸ κοινότατον τουτὶ καὶ μᾶλλον τεθρυλημένον, τὸν οἰκο‐ δεσπότην καὶ τὴν οἰκοδέσποιναν, οὐκ ἀποδέχομαι μὲν τοὔνομα, ὡς δὲ ἔχῃς εἰδέναι, μηνύω σοι ὅτι καὶ ταῦτα ἄμφω εὗρον ἐν Θεανοῦς τῆς Πυθαγόρου γυναικὸς ἐπιστολῇ πρὸς Τιμαρέταν γραφείσῃ. ὁ δὲ οἰκοδεσπότης ἔστι καὶ Ἀλέξιδος ἐν Ταραντίνοις (II p 380. 225 Ko).</w:t>
      </w:r>
    </w:p>
    <w:p>
      <w:r>
        <w:rPr>
          <w:rFonts w:ascii="Courier New" w:hAnsi="Courier New"/>
          <w:color w:val="555555"/>
          <w:sz w:val="20"/>
        </w:rPr>
        <w:t>[10 . 22]</w:t>
      </w:r>
    </w:p>
    <w:p>
      <w:r>
        <w:rPr>
          <w:rFonts w:ascii="Gentium Plus" w:hAnsi="Gentium Plus"/>
          <w:sz w:val="24"/>
        </w:rPr>
        <w:t>Τῶν δὲ σκευῶν εἰ πρῶτα τὰ περὶ τὰς θύρας ῥητέον, μοχλοὶ</w:t>
      </w:r>
    </w:p>
    <w:p>
      <w:r>
        <w:rPr>
          <w:rFonts w:ascii="Courier New" w:hAnsi="Courier New"/>
          <w:color w:val="555555"/>
          <w:sz w:val="20"/>
        </w:rPr>
        <w:t>[5]</w:t>
      </w:r>
    </w:p>
    <w:p>
      <w:r>
        <w:rPr>
          <w:rFonts w:ascii="Gentium Plus" w:hAnsi="Gentium Plus"/>
          <w:sz w:val="24"/>
        </w:rPr>
        <w:t>γιγγλύμοι καὶ κορῶναι καὶ κόρακες Ποσείδιππος γοῦν ἐν Γαλάτῃ (III 338. 7 Ko) φησὶ ‘κόρακι κλείεθ’ ἡ θύρα. παρὰ δὲ τοῖς νεωτέ‐ ροις (III p 465. 317 Ko) τούτοις καὶ ἀντίκλειδες εἴρηνται· παρὰ δὲ Ἀριστοφάνει ἐν Σφηξὶ (154) κατάκλειδες τὰ κατακλείοντα τὰς</w:t>
      </w:r>
    </w:p>
    <w:p>
      <w:r>
        <w:rPr>
          <w:rFonts w:ascii="Courier New" w:hAnsi="Courier New"/>
          <w:color w:val="555555"/>
          <w:sz w:val="20"/>
        </w:rPr>
        <w:t>[10 . 23]</w:t>
      </w:r>
    </w:p>
    <w:p>
      <w:r>
        <w:rPr>
          <w:rFonts w:ascii="Gentium Plus" w:hAnsi="Gentium Plus"/>
          <w:sz w:val="24"/>
        </w:rPr>
        <w:t>θύρας. παρὰ δὲ Ἡροδότῳ καὶ ἐπισπαστῆρες· φησὶ γοῦν ἐν τῷ ἕκτῳ βιβλίῳ (91) ‘ἐπιλαβόμενος δὲ τῶν ἐπισπαστήρων εἴχετο.‘ ἐν δὲ τοῖς Δημιοπράτοις καὶ ἐμμόχλια σιδηρᾶ. οἱ μὲν οὖν ἀκριβέστε‐ ρον ἑρμηνεύειν πειρώμενοι τὰς κλεῖς οἴονται προσήκειν λέγειν, ὅτι</w:t>
      </w:r>
    </w:p>
    <w:p>
      <w:r>
        <w:rPr>
          <w:rFonts w:ascii="Courier New" w:hAnsi="Courier New"/>
          <w:color w:val="555555"/>
          <w:sz w:val="20"/>
        </w:rPr>
        <w:t>[5]</w:t>
      </w:r>
    </w:p>
    <w:p>
      <w:r>
        <w:rPr>
          <w:rFonts w:ascii="Gentium Plus" w:hAnsi="Gentium Plus"/>
          <w:sz w:val="24"/>
        </w:rPr>
        <w:t>καὶ παρὰ Δημοσθένει (XVIII 67) ἐπὶ τοῦ ἐν τῷ σώματι μέρους εἴ‐ ρηται ‘τὴν κλεῖν κατεαγότα·‘ ὁμώνυμον δ’ ἐστὶν ἑκάτερον ἑκατέρῳ τοὔνομα, τό τε μέρος τῷ σκεύει καὶ τὸ σκεῦος τῷ μέρει. ἐν δὲ τῷ Λυσίου πρὸς Φίλιππον (fg 239 Tur) ἐπιτροπῆς τὰς κλεῖδας εὑρήκα‐</w:t>
      </w:r>
    </w:p>
    <w:p>
      <w:r>
        <w:rPr>
          <w:rFonts w:ascii="Courier New" w:hAnsi="Courier New"/>
          <w:color w:val="555555"/>
          <w:sz w:val="20"/>
        </w:rPr>
        <w:t>[10 . 24]</w:t>
      </w:r>
    </w:p>
    <w:p>
      <w:r>
        <w:rPr>
          <w:rFonts w:ascii="Gentium Plus" w:hAnsi="Gentium Plus"/>
          <w:sz w:val="24"/>
        </w:rPr>
        <w:t>μεν, παρὰ δὲ Ἀριστοφάνει ἐν Αἰολοσίκωνι (fg 16 Ko) καὶ κλειδίον, ἐν μέντοι τοῖς Πλάτωνος τοῦ κωμικοῦ Μετοίκοις (I p 622. 77 Ko) σημεῖα παρασημεῖα, κλεῖν παρακλείδιον. αἱ μὲν οὖν θύραι καὶ σανίδες καὶ πτύχες ὀνομάζονται· θύραι δ’ αὐτὸ</w:t>
      </w:r>
    </w:p>
    <w:p>
      <w:r>
        <w:rPr>
          <w:rFonts w:ascii="Courier New" w:hAnsi="Courier New"/>
          <w:color w:val="555555"/>
          <w:sz w:val="20"/>
        </w:rPr>
        <w:t>[5]</w:t>
      </w:r>
    </w:p>
    <w:p>
      <w:r>
        <w:rPr>
          <w:rFonts w:ascii="Gentium Plus" w:hAnsi="Gentium Plus"/>
          <w:sz w:val="24"/>
        </w:rPr>
        <w:t>τὸ χάσμα ἐστὶ τῆς θύρας. ἐν δὲ τοῖς Δημιοπράτοις πέπραται θύρα</w:t>
      </w:r>
    </w:p>
    <w:p>
      <w:r>
        <w:rPr>
          <w:rFonts w:ascii="Courier New" w:hAnsi="Courier New"/>
          <w:color w:val="555555"/>
          <w:sz w:val="20"/>
        </w:rPr>
        <w:t>[10 . 25]</w:t>
      </w:r>
    </w:p>
    <w:p>
      <w:r>
        <w:rPr>
          <w:rFonts w:ascii="Gentium Plus" w:hAnsi="Gentium Plus"/>
          <w:sz w:val="24"/>
        </w:rPr>
        <w:t>διάπριστος καὶ θύραι συνδρομάδες· ἐν δὲ Κρατίνου Διονυσαλεξάνδρῳ (I p 25. 42 Ko) εἴρηται παραστάδας καὶ πρόθυρα βούλει ποικίλα. ἡ δὲ ὀπὴ εἴρηται ἐν Αἰολοσίκωνι Ἀριστοφάνους (fg 11)</w:t>
      </w:r>
    </w:p>
    <w:p>
      <w:r>
        <w:rPr>
          <w:rFonts w:ascii="Courier New" w:hAnsi="Courier New"/>
          <w:color w:val="555555"/>
          <w:sz w:val="20"/>
        </w:rPr>
        <w:t>[5]</w:t>
      </w:r>
    </w:p>
    <w:p>
      <w:r>
        <w:rPr>
          <w:rFonts w:ascii="Gentium Plus" w:hAnsi="Gentium Plus"/>
          <w:sz w:val="24"/>
        </w:rPr>
        <w:t>καὶ δι’ ὀπῆς κἀπὶ τέγους. καὶ ἀπὸ μὲν τῶν μοχλῶν τὸ ‘μόχλωσον τὴν θύραν‘ ἐν Λημνίαις Ἀρι‐ στοφάνους (fg 369), ἀπὸ δὲ τῶν κλειδῶν τὸ κλεῖσαι συγκλεῖσαι παρακλεῖσαι ἐπικλεῖσαι, ἐφ’ οὗ καὶ τὸ προσθεῖναι τὴν θύραν καὶ συν‐ αγαγεῖν καὶ ἐπισπάσασθαι καὶ ἐπιβαλεῖν καὶ ἐπιφράξαι καὶ ἐπαγαγεῖν</w:t>
      </w:r>
    </w:p>
    <w:p>
      <w:r>
        <w:rPr>
          <w:rFonts w:ascii="Courier New" w:hAnsi="Courier New"/>
          <w:color w:val="555555"/>
          <w:sz w:val="20"/>
        </w:rPr>
        <w:t>[10 . 26]</w:t>
      </w:r>
    </w:p>
    <w:p>
      <w:r>
        <w:rPr>
          <w:rFonts w:ascii="Gentium Plus" w:hAnsi="Gentium Plus"/>
          <w:sz w:val="24"/>
        </w:rPr>
        <w:t>καὶ κατακλῖναι καὶ ἐπικλῖναι, ὥσπερ καὶ τῷ ἀνοῖξαι ταὐτόν ἐστι τὸ ἀνακλῖναι ἀνεῖναι ἐκπετάσαι ἀναπετάσαι, παρὰ δὲ τοῖς κωμῳδοῖς (Aristoph fg 654) καὶ τὸ ἀναζυγῶσαι ταὐτὸν τῷ ἀνοῖξαι σημαίνει, ὥσπερ τῷ κλεῖσαι τὸ ἐπιζυγῶσαι. καὶ τὸ ζυγώθρισον (Aristoph</w:t>
      </w:r>
    </w:p>
    <w:p>
      <w:r>
        <w:rPr>
          <w:rFonts w:ascii="Courier New" w:hAnsi="Courier New"/>
          <w:color w:val="555555"/>
          <w:sz w:val="20"/>
        </w:rPr>
        <w:t>[5]</w:t>
      </w:r>
    </w:p>
    <w:p>
      <w:r>
        <w:rPr>
          <w:rFonts w:ascii="Gentium Plus" w:hAnsi="Gentium Plus"/>
          <w:sz w:val="24"/>
        </w:rPr>
        <w:t>Nub 735) δὲ ἐπὶ τοῦ κλεῖσον εἰώθασι τάττειν. καὶ μὴν καὶ βαλα‐ νῶσαι (Aristoph Av 1159) τὴν θύραν ἐκεῖνοι λέγουσι, καὶ (Aristoph Eccl 361) οὐδεὶς βεβαλάνωκε τὴν θύραν</w:t>
      </w:r>
    </w:p>
    <w:p>
      <w:r>
        <w:rPr>
          <w:rFonts w:ascii="Courier New" w:hAnsi="Courier New"/>
          <w:color w:val="555555"/>
          <w:sz w:val="20"/>
        </w:rPr>
        <w:t>[10 . 27]</w:t>
      </w:r>
    </w:p>
    <w:p>
      <w:r>
        <w:rPr>
          <w:rFonts w:ascii="Gentium Plus" w:hAnsi="Gentium Plus"/>
          <w:sz w:val="24"/>
        </w:rPr>
        <w:t>ἐν ταῖς Δαναΐσιν (fg 251) ἔφη Ἀριστοφάνης. ὁ δὲ Θουκυδίδης (II 4. 3) στυρακίῳ ἀκοντίου ἀντὶ βαλάνου ἔφη κεχρῆσθαί τινα ἐς τὸν μοχλόν. τῷ δὲ κλεῖσαι ἴσον καὶ τὸ πακτοῦν καὶ τὸ ἐπιπακτοῦν τὰς θύρας ἐστίν, ὥσπερ τῷ ἀνοίγειν ταὐτὸν τὸ λύειν, ὡς ἔφη Εὐριπίδης (fg 1003)</w:t>
      </w:r>
    </w:p>
    <w:p>
      <w:r>
        <w:rPr>
          <w:rFonts w:ascii="Courier New" w:hAnsi="Courier New"/>
          <w:color w:val="555555"/>
          <w:sz w:val="20"/>
        </w:rPr>
        <w:t>[5]</w:t>
      </w:r>
    </w:p>
    <w:p>
      <w:r>
        <w:rPr>
          <w:rFonts w:ascii="Gentium Plus" w:hAnsi="Gentium Plus"/>
          <w:sz w:val="24"/>
        </w:rPr>
        <w:t>‘λῦε πακτὰ δωμάτων·‘ ὡς τοὐναντίον Ἀριστοφάνης (Lysistr 265) ‘προπύλαια πακτοῦν‘ ἢ πάλιν (fg 721) ‘καὶ ἐπιπακτοῦν τὰς θύρας·‘ ἢ ὡς Ἀρχίλοχος (fg 187) πακτῶσαι τὸ κλεῖσαι.</w:t>
      </w:r>
    </w:p>
    <w:p>
      <w:r>
        <w:rPr>
          <w:rFonts w:ascii="Courier New" w:hAnsi="Courier New"/>
          <w:color w:val="555555"/>
          <w:sz w:val="20"/>
        </w:rPr>
        <w:t>[10 . 28]</w:t>
      </w:r>
    </w:p>
    <w:p>
      <w:r>
        <w:rPr>
          <w:rFonts w:ascii="Gentium Plus" w:hAnsi="Gentium Plus"/>
          <w:sz w:val="24"/>
        </w:rPr>
        <w:t>Ἐπεὶ δὲ τῷ πυλωρῷ τὸ καθαίρειν καὶ καταρραίνειν τὴν οἰ‐ κίαν ἀναγκαῖόν ἐστιν, εἴπωμεν τὰ πρόσφορα τούτῳ τῶν σκευῶν, οἷον τὸ κόρημα· καλεῖται δ’ οὕτω καὶ τὸ σκεῦος καὶ τὸ κάθαρμα τὸ κο‐ ρούμενον. τὸ δὲ ῥῆμα κορεῖν ἂν λέγοις. καὶ τὸ μὲν σκεῦος κόρημα</w:t>
      </w:r>
    </w:p>
    <w:p>
      <w:r>
        <w:rPr>
          <w:rFonts w:ascii="Courier New" w:hAnsi="Courier New"/>
          <w:color w:val="555555"/>
          <w:sz w:val="20"/>
        </w:rPr>
        <w:t>[5]</w:t>
      </w:r>
    </w:p>
    <w:p>
      <w:r>
        <w:rPr>
          <w:rFonts w:ascii="Gentium Plus" w:hAnsi="Gentium Plus"/>
          <w:sz w:val="24"/>
        </w:rPr>
        <w:t>ὑπὸ Εὐπόλιδος εἴρηται ἐν τοῖς Κόλαξι (I p 301. 157 Ko) τουτὶ λαβὼν τὸ κόρημα τὴν αὐλὴν κόρει·</w:t>
      </w:r>
    </w:p>
    <w:p>
      <w:r>
        <w:rPr>
          <w:rFonts w:ascii="Courier New" w:hAnsi="Courier New"/>
          <w:color w:val="555555"/>
          <w:sz w:val="20"/>
        </w:rPr>
        <w:t>[10 . 29]</w:t>
      </w:r>
    </w:p>
    <w:p>
      <w:r>
        <w:rPr>
          <w:rFonts w:ascii="Gentium Plus" w:hAnsi="Gentium Plus"/>
          <w:sz w:val="24"/>
        </w:rPr>
        <w:t>τὸ δὲ κορούμενον ἐν Σκηνὰς καταλαμβανούσαις Ἀριστοφάνους (474) ὥσπερ ἐν Καλλιππίδῃ ἐπὶ τοῦ κορήματος καθέζομαι χαμαί. εἰ δὲ καὶ καλλύνειν φαίης ἂν τὸ κορεῖν, ἦ που καὶ τὸ κόρημα κάλ‐</w:t>
      </w:r>
    </w:p>
    <w:p>
      <w:r>
        <w:rPr>
          <w:rFonts w:ascii="Courier New" w:hAnsi="Courier New"/>
          <w:color w:val="555555"/>
          <w:sz w:val="20"/>
        </w:rPr>
        <w:t>[5]</w:t>
      </w:r>
    </w:p>
    <w:p>
      <w:r>
        <w:rPr>
          <w:rFonts w:ascii="Gentium Plus" w:hAnsi="Gentium Plus"/>
          <w:sz w:val="24"/>
        </w:rPr>
        <w:t>λυντρον. εἰ δὲ καὶ σαίρειν φήσεις τὸν θυρωρόν, τί κωλύει κἀκεῖνο καλεῖν σάρον; ἡ χρῆσις γὰρ ἀπὸ τῆς ἅλω καὶ ἐπὶ τὰς οἰκίας ἄγει τοὔνομα, ὥσπερ καὶ μυλήκορον ἄν τις αὐτὸ καλέσειεν· καίτοι σαφὲς ὅτι τοῦτο μύλωνι προσήκει· ἀλλ’ ὅμως Ἄρχιππος εἴρηκεν ἐν Ἰχθύσι (I p 683. 22 Ko)</w:t>
      </w:r>
    </w:p>
    <w:p>
      <w:r>
        <w:rPr>
          <w:rFonts w:ascii="Courier New" w:hAnsi="Courier New"/>
          <w:color w:val="555555"/>
          <w:sz w:val="20"/>
        </w:rPr>
        <w:t>[10]</w:t>
      </w:r>
    </w:p>
    <w:p>
      <w:r>
        <w:rPr>
          <w:rFonts w:ascii="Gentium Plus" w:hAnsi="Gentium Plus"/>
          <w:sz w:val="24"/>
        </w:rPr>
        <w:t>τὴν ἀγορὰν μυληκόρῳ.</w:t>
      </w:r>
    </w:p>
    <w:p>
      <w:r>
        <w:rPr>
          <w:rFonts w:ascii="Courier New" w:hAnsi="Courier New"/>
          <w:color w:val="555555"/>
          <w:sz w:val="20"/>
        </w:rPr>
        <w:t>[10 . 30]</w:t>
      </w:r>
    </w:p>
    <w:p>
      <w:r>
        <w:rPr>
          <w:rFonts w:ascii="Gentium Plus" w:hAnsi="Gentium Plus"/>
          <w:sz w:val="24"/>
        </w:rPr>
        <w:t>τὸ δὲ ῥαίνειν καὶ διαρραίνειν καὶ καταρραίνειν καὶ ψεκάζειν καὶ ῥα‐ νίζειν ἔστιν εἰπεῖν, τὸ δ’ ἀγγεῖον ἐν ᾧ τοῦτο ποιεῖ κρωσσόν, ὑδρίαν ὑδρεῖον, ἀμφορέα ἀμφορίσκον ἀμφορείδιον, κεράμιον, κώθωνα, στάμνον, κάλπιν, ἄγγος ἀγγεῖον ἀγγείδιον, τεῦχος κεραμεοῦν γήινον</w:t>
      </w:r>
    </w:p>
    <w:p>
      <w:r>
        <w:rPr>
          <w:rFonts w:ascii="Courier New" w:hAnsi="Courier New"/>
          <w:color w:val="555555"/>
          <w:sz w:val="20"/>
        </w:rPr>
        <w:t>[5]</w:t>
      </w:r>
    </w:p>
    <w:p>
      <w:r>
        <w:rPr>
          <w:rFonts w:ascii="Gentium Plus" w:hAnsi="Gentium Plus"/>
          <w:sz w:val="24"/>
        </w:rPr>
        <w:t>χυτρεῖον χαλκοῦν. δι’ ὧν δὲ τὸ ὕδωρ φέρεται, ἀμάραι, ὑδρορρόαι, ὀχετοί, σωλῆνες. ὀχετόκρανα δ’ ἂν εἴποις τὰς τῶν ὀχετῶν ἀρχάς, ὡς</w:t>
      </w:r>
    </w:p>
    <w:p>
      <w:r>
        <w:rPr>
          <w:rFonts w:ascii="Courier New" w:hAnsi="Courier New"/>
          <w:color w:val="555555"/>
          <w:sz w:val="20"/>
        </w:rPr>
        <w:t>[10 . 31]</w:t>
      </w:r>
    </w:p>
    <w:p>
      <w:r>
        <w:rPr>
          <w:rFonts w:ascii="Gentium Plus" w:hAnsi="Gentium Plus"/>
          <w:sz w:val="24"/>
        </w:rPr>
        <w:t>Ὑπερείδης ἐν τῷ περὶ ὀχετοῦ (fg 132 Bl). δι’ ὧν δὲ ἐκφέρεται τὸ ὕδωρ, κρουνοί. εἰ δὲ καὶ ἐκ φρεάτων ἢ λάκκων τὸ ὕδωρ ἀπαντλεῖς, δέοιτ’ ἂν σκευῶν ἀντλητῆρος, ἀντλίας, ἱμονιᾶς, ἱμάντος, κάλου, σχοι‐ νίου, κάδου, τροχαλίας, τάχα δὲ καὶ κηλωνείου. μέρη δὲ τροχαλίας</w:t>
      </w:r>
    </w:p>
    <w:p>
      <w:r>
        <w:rPr>
          <w:rFonts w:ascii="Courier New" w:hAnsi="Courier New"/>
          <w:color w:val="555555"/>
          <w:sz w:val="20"/>
        </w:rPr>
        <w:t>[5]</w:t>
      </w:r>
    </w:p>
    <w:p>
      <w:r>
        <w:rPr>
          <w:rFonts w:ascii="Gentium Plus" w:hAnsi="Gentium Plus"/>
          <w:sz w:val="24"/>
        </w:rPr>
        <w:t>τονία τοπεῖα ἀξόνια. τῷ δὲ προσδεῖ καὶ ἁρπάγης καὶ κρεάγρας καὶ λύκου· οὕτω γὰρ ἐκάλουν τὰ σκεύη οἷς τοὺς ἐκπεσόντας τῶν κάδων ἐκ τῶν φρεάτων ἀνέσπων· ὅτι γὰρ καὶ κρεάγραν καλοῦσι τὴν ἁρ‐ πάγην, δηλοῖ ἐν Ἐκκλησιαζούσαις (1037) Ἀριστοφάνης λέγων τί δῆτα κρεάγρας τοῖς κάδοις ὠνοίμεθ’ ἄν;</w:t>
      </w:r>
    </w:p>
    <w:p>
      <w:r>
        <w:rPr>
          <w:rFonts w:ascii="Courier New" w:hAnsi="Courier New"/>
          <w:color w:val="555555"/>
          <w:sz w:val="20"/>
        </w:rPr>
        <w:t>[10 . 32]</w:t>
      </w:r>
    </w:p>
    <w:p>
      <w:r>
        <w:rPr>
          <w:rFonts w:ascii="Gentium Plus" w:hAnsi="Gentium Plus"/>
          <w:sz w:val="24"/>
        </w:rPr>
        <w:t>Πρὸ μὲν οὖν τοῦ κοιτῶνος ἐπὶ ταῖς θύραις παραπετασμάτων σοι δεῖ, εἴτε ἁπλοῦν εἴη τὸ παραπέτασμα λευκὸν ἐξ ὀθόνης, εἴτε καὶ τρίχαπτόν τι βαπτόν, εἴτε πολύχρουν, ἐφ’ οὖ Ἀριστοφάνης ἂν εἴποι (fg 611)</w:t>
      </w:r>
    </w:p>
    <w:p>
      <w:r>
        <w:rPr>
          <w:rFonts w:ascii="Courier New" w:hAnsi="Courier New"/>
          <w:color w:val="555555"/>
          <w:sz w:val="20"/>
        </w:rPr>
        <w:t>[5]</w:t>
      </w:r>
    </w:p>
    <w:p>
      <w:r>
        <w:rPr>
          <w:rFonts w:ascii="Gentium Plus" w:hAnsi="Gentium Plus"/>
          <w:sz w:val="24"/>
        </w:rPr>
        <w:t>τὸ παραπέτασμα τὸ Κύπριον τὸ ποικίλον. ἐν δὲ τῷ κοιτῶνι δεῖ μὲν εἶναι καὶ κλίνην τινὰ ἢ κλινίδιον ὡς ἐν Λυσιστράτῃ (916) Ἀριστοφάνης, ἢ κλινάριον ὡς ἐν Δαιταλεῦσιν</w:t>
      </w:r>
    </w:p>
    <w:p>
      <w:r>
        <w:rPr>
          <w:rFonts w:ascii="Courier New" w:hAnsi="Courier New"/>
          <w:color w:val="555555"/>
          <w:sz w:val="20"/>
        </w:rPr>
        <w:t>[10 . 33]</w:t>
      </w:r>
    </w:p>
    <w:p>
      <w:r>
        <w:rPr>
          <w:rFonts w:ascii="Gentium Plus" w:hAnsi="Gentium Plus"/>
          <w:sz w:val="24"/>
        </w:rPr>
        <w:t>(fg 239), ἢ κλινίδα ὡς ἐν Ὀδυσσεῦσι Κρατῖνος (I p 56. 137). ἐπὶ δὲ τῶν κλινῶν ἀκουστέον, ὅταν φῇ οἱ δ’ ἀλυσκάζουσιν ἐπὶ ταῖς κλινίσιν· οὐ μέντοι ἀγνοῶ ὅτι κλινὶς ἐκαλεῖτο τὸ ἐπὶ τῆς ἁμάξης καταστορνύ‐</w:t>
      </w:r>
    </w:p>
    <w:p>
      <w:r>
        <w:rPr>
          <w:rFonts w:ascii="Courier New" w:hAnsi="Courier New"/>
          <w:color w:val="555555"/>
          <w:sz w:val="20"/>
        </w:rPr>
        <w:t>[5]</w:t>
      </w:r>
    </w:p>
    <w:p>
      <w:r>
        <w:rPr>
          <w:rFonts w:ascii="Gentium Plus" w:hAnsi="Gentium Plus"/>
          <w:sz w:val="24"/>
        </w:rPr>
        <w:t>μενον, ὅταν μετίωσι τὰς νύμφας, ἐφ’ οὗ κάθηται ἡ νύμφη μεταξὺ τοῦ παρόχου τε καὶ τοῦ νυμφίου. καλεῖται δὲ τὸ κλινίδιον καὶ κλιν‐</w:t>
      </w:r>
    </w:p>
    <w:p>
      <w:r>
        <w:rPr>
          <w:rFonts w:ascii="Courier New" w:hAnsi="Courier New"/>
          <w:color w:val="555555"/>
          <w:sz w:val="20"/>
        </w:rPr>
        <w:t>[10 . 34]</w:t>
      </w:r>
    </w:p>
    <w:p>
      <w:r>
        <w:rPr>
          <w:rFonts w:ascii="Gentium Plus" w:hAnsi="Gentium Plus"/>
          <w:sz w:val="24"/>
        </w:rPr>
        <w:t>μέρη δὲ κλίνης ἐνήλατον καὶ ἐπίκλιντρον, ὑπὸ Ἀριστοφάνους εἰρη‐ μένον. Σοφοκλῆς δ’ ἐν Ἰχνευταῖς σατύροις (fg 293) ἔφη ‘ἐνήλατα τρίγομφα διάτορος ἐρείδεται.‘ εἴδη δὲ κλίνης ἀργυρόπους, παρά‐ πυξος, ὡς ἐν τῷ Διονυσαλεξάνδρῳ Κρατίνου (I p 26. 47 Ko) ‘κλί‐</w:t>
      </w:r>
    </w:p>
    <w:p>
      <w:r>
        <w:rPr>
          <w:rFonts w:ascii="Courier New" w:hAnsi="Courier New"/>
          <w:color w:val="555555"/>
          <w:sz w:val="20"/>
        </w:rPr>
        <w:t>[5]</w:t>
      </w:r>
    </w:p>
    <w:p>
      <w:r>
        <w:rPr>
          <w:rFonts w:ascii="Gentium Plus" w:hAnsi="Gentium Plus"/>
          <w:sz w:val="24"/>
        </w:rPr>
        <w:t>νην τε παράπυξον,‘ καὶ ἀμφίκολλος· οὕτω γὰρ τὴν κατακεκολλη‐ μένην ὠνόμασεν ἐν ταῖς Ἑορταῖς Πλάτων (I p 609. 34 Ko) ἔπειτα κλίνην ἀμφίκολλον πυξίνην.</w:t>
      </w:r>
    </w:p>
    <w:p>
      <w:r>
        <w:rPr>
          <w:rFonts w:ascii="Courier New" w:hAnsi="Courier New"/>
          <w:color w:val="555555"/>
          <w:sz w:val="20"/>
        </w:rPr>
        <w:t>[10 . 35]</w:t>
      </w:r>
    </w:p>
    <w:p>
      <w:r>
        <w:rPr>
          <w:rFonts w:ascii="Gentium Plus" w:hAnsi="Gentium Plus"/>
          <w:sz w:val="24"/>
        </w:rPr>
        <w:t>σὺ δὲ κἂν ἐλεφαντίνην εἴποις καὶ χελώνης καὶ σφενδάμνου καὶ σφενδαμνίνην· Ἀριστοφάνης γὰρ ἐν Ἀχαρνεῦσιν (181) εἴρηκε σφεν‐ δάμνινοι. ἀλλὰ καὶ σκίμπους τῶν ἔνδον σκευῶν, ὃς καὶ ἀσκάν‐ της ἐστὶν εἰρημένος καὶ σκιμπόδιον. ἐν δὲ τῇ Κρίτωνος Μεσσηνίᾳ</w:t>
      </w:r>
    </w:p>
    <w:p>
      <w:r>
        <w:rPr>
          <w:rFonts w:ascii="Courier New" w:hAnsi="Courier New"/>
          <w:color w:val="555555"/>
          <w:sz w:val="20"/>
        </w:rPr>
        <w:t>[5]</w:t>
      </w:r>
    </w:p>
    <w:p>
      <w:r>
        <w:rPr>
          <w:rFonts w:ascii="Gentium Plus" w:hAnsi="Gentium Plus"/>
          <w:sz w:val="24"/>
        </w:rPr>
        <w:t>(III p 354. 2 Ko) καὶ τῷ Ῥίνθωνος Τηλέφῳ (Com Gr Fg p 181. 11 Kaibel) καὶ κράββατον εἰρῆσθαι λέγουσιν· ἐγὼ δ’ οὐκ ἐντετύχηκα τοῖς δράμασιν. τῶν γὰρ ἀδοξοτέρων ἡ χαμεύνη καὶ τὸ χαμεύνιον· ἐν γοῦν τῷ σατυρικῷ Σκίρωνι Εὐριπίδης φησὶ (fg 676) σχεδὸν χαμεύνῃ σύμμετρος Κορινθίας</w:t>
      </w:r>
    </w:p>
    <w:p>
      <w:r>
        <w:rPr>
          <w:rFonts w:ascii="Courier New" w:hAnsi="Courier New"/>
          <w:color w:val="555555"/>
          <w:sz w:val="20"/>
        </w:rPr>
        <w:t>[10]</w:t>
      </w:r>
    </w:p>
    <w:p>
      <w:r>
        <w:rPr>
          <w:rFonts w:ascii="Gentium Plus" w:hAnsi="Gentium Plus"/>
          <w:sz w:val="24"/>
        </w:rPr>
        <w:t>παιδός, κνεφάλλου δ’ οὐχ ὑπερτείνεις πόδα.</w:t>
      </w:r>
    </w:p>
    <w:p>
      <w:r>
        <w:rPr>
          <w:rFonts w:ascii="Courier New" w:hAnsi="Courier New"/>
          <w:color w:val="555555"/>
          <w:sz w:val="20"/>
        </w:rPr>
        <w:t>[10 . 36]</w:t>
      </w:r>
    </w:p>
    <w:p>
      <w:r>
        <w:rPr>
          <w:rFonts w:ascii="Gentium Plus" w:hAnsi="Gentium Plus"/>
          <w:sz w:val="24"/>
        </w:rPr>
        <w:t>ἐν δὲ τοῖς Δημιοπράτοις πέπραται Ἀλκιβιάδου χαμεύνη παρά‐ κολλος καὶ κλίνη ἀμφικνέφαλλος. καὶ μὴν τό γε τῇ κλίνῃ ἢ τῷ σκίμποδι ἐντεταμένον ὡς φέρειν τὰ τυλεῖα, σπάρτα σπαρτία, τόνος, κειρία, τάχα δὲ καὶ σχοῖνος καὶ σχοινία καὶ κάλοι· ὧν ἐπὶ τὰ ἄλλα</w:t>
      </w:r>
    </w:p>
    <w:p>
      <w:r>
        <w:rPr>
          <w:rFonts w:ascii="Courier New" w:hAnsi="Courier New"/>
          <w:color w:val="555555"/>
          <w:sz w:val="20"/>
        </w:rPr>
        <w:t>[5]</w:t>
      </w:r>
    </w:p>
    <w:p>
      <w:r>
        <w:rPr>
          <w:rFonts w:ascii="Gentium Plus" w:hAnsi="Gentium Plus"/>
          <w:sz w:val="24"/>
        </w:rPr>
        <w:t>κοινῇ κειρία ἔστιν ἐν Ὄρνισιν Ἀριστοφάνους (815), παραδηλοῦντος αὐτοῦ καὶ τὰ σπάρτα, ὅταν φῇ</w:t>
      </w:r>
    </w:p>
    <w:p>
      <w:r>
        <w:rPr>
          <w:rFonts w:ascii="Courier New" w:hAnsi="Courier New"/>
          <w:color w:val="555555"/>
          <w:sz w:val="20"/>
        </w:rPr>
        <w:t>[10 . 37]</w:t>
      </w:r>
    </w:p>
    <w:p>
      <w:r>
        <w:rPr>
          <w:rFonts w:ascii="Gentium Plus" w:hAnsi="Gentium Plus"/>
          <w:sz w:val="24"/>
        </w:rPr>
        <w:t>Σπάρτην δ’ ἐγὼ θείμην ἂν ὄνομα τἠμῇ πόλει;</w:t>
      </w:r>
    </w:p>
    <w:p>
      <w:r>
        <w:rPr>
          <w:rFonts w:ascii="Courier New" w:hAnsi="Courier New"/>
          <w:color w:val="555555"/>
          <w:sz w:val="20"/>
        </w:rPr>
        <w:t>[5]</w:t>
      </w:r>
    </w:p>
    <w:p>
      <w:r>
        <w:rPr>
          <w:rFonts w:ascii="Gentium Plus" w:hAnsi="Gentium Plus"/>
          <w:sz w:val="24"/>
        </w:rPr>
        <w:t>Λακιάδαις (III p 305. 12 Ko) κράτιστόν ἐστι τοῦτον ἐκτεμεῖν, γύναι, τὸν δίφρον, ἄχρηστα παντελῶς οὕτως ἔχει τὰ σπάρτα, ἕτερον δὲ καινὸν ἐμβαλεῖν αὐτῷ τόνον.</w:t>
      </w:r>
    </w:p>
    <w:p>
      <w:r>
        <w:rPr>
          <w:rFonts w:ascii="Courier New" w:hAnsi="Courier New"/>
          <w:color w:val="555555"/>
          <w:sz w:val="20"/>
        </w:rPr>
        <w:t>[10 . 38]</w:t>
      </w:r>
    </w:p>
    <w:p>
      <w:r>
        <w:rPr>
          <w:rFonts w:ascii="Gentium Plus" w:hAnsi="Gentium Plus"/>
          <w:sz w:val="24"/>
        </w:rPr>
        <w:t>ἑπέσθω δὲ τῇ κλίνῃ τυλεῖα, κνέφαλλα, δάπιδες, τάπητες ἀμφι‐ τάπητες· Δίφιλος γοῦν φησὶν ἐν Κιθαρῳδῷ (II p 558. 51 Ko) ἐξανίσταμαι τὸν ἀμφιτάπητα συστορέσας,</w:t>
      </w:r>
    </w:p>
    <w:p>
      <w:r>
        <w:rPr>
          <w:rFonts w:ascii="Courier New" w:hAnsi="Courier New"/>
          <w:color w:val="555555"/>
          <w:sz w:val="20"/>
        </w:rPr>
        <w:t>[5]</w:t>
      </w:r>
    </w:p>
    <w:p>
      <w:r>
        <w:rPr>
          <w:rFonts w:ascii="Gentium Plus" w:hAnsi="Gentium Plus"/>
          <w:sz w:val="24"/>
        </w:rPr>
        <w:t>καὶ Ἀλκιβιάδου δὲ ἀμφιτάπης τις πέπραται. Ὁμήρου (O 309) δὲ τὴν αἰγίδα ἀμφιδάσειαν εἰπόντος, ἔστι καὶ τὴν ἀμφίμιτον στρωμνὴν ἀμφιδάσειαν καλεῖν. πρὸς δὲ τούτοις ἑπέσθω προσκεφάλαια πτι‐ λωτά, προσκεφάλαια ὑπαρχένια. εἴποις δ’ ἂν οἶμαι καὶ χνοῦν καὶ μνοῦν ἐπὶ τῶν μαλακῶν, Ἀριστοφάνους εἰπόντος ἐν μὲν Βαβυλω‐</w:t>
      </w:r>
    </w:p>
    <w:p>
      <w:r>
        <w:rPr>
          <w:rFonts w:ascii="Courier New" w:hAnsi="Courier New"/>
          <w:color w:val="555555"/>
          <w:sz w:val="20"/>
        </w:rPr>
        <w:t>[10]</w:t>
      </w:r>
    </w:p>
    <w:p>
      <w:r>
        <w:rPr>
          <w:rFonts w:ascii="Gentium Plus" w:hAnsi="Gentium Plus"/>
          <w:sz w:val="24"/>
        </w:rPr>
        <w:t>νίοις (fg 76) ‘ἔχεις ἄχυρα καὶ χνοῦν,‘ ἐν δὲ Δαναΐσι (fg 258) ‘τῶν</w:t>
      </w:r>
    </w:p>
    <w:p>
      <w:r>
        <w:rPr>
          <w:rFonts w:ascii="Courier New" w:hAnsi="Courier New"/>
          <w:color w:val="555555"/>
          <w:sz w:val="20"/>
        </w:rPr>
        <w:t>[10 . 39]</w:t>
      </w:r>
    </w:p>
    <w:p>
      <w:r>
        <w:rPr>
          <w:rFonts w:ascii="Gentium Plus" w:hAnsi="Gentium Plus"/>
          <w:sz w:val="24"/>
        </w:rPr>
        <w:t>χειρῶν ἔργα μνοῦς ἐστιν.‘ τὰ μὲν οὖν τυλεῖα καὶ τὰ κνέφαλλα οὐ μόνον παρὰ τοῖς κωμῳδοῖς ἔστιν, ἀλλὰ καὶ ἐν τοῖς Δημιοπράτοις πέπραται κνέφαλλον καινὸν καὶ κνέφαλλον παλαιόν. καὶ τύλη δὲ παρ’ Εὐπόλιδι ἔστιν ἰάζοντι ἐν τοῖς Κόλαξιν (I p 305. 170). ἀλλὰ</w:t>
      </w:r>
    </w:p>
    <w:p>
      <w:r>
        <w:rPr>
          <w:rFonts w:ascii="Courier New" w:hAnsi="Courier New"/>
          <w:color w:val="555555"/>
          <w:sz w:val="20"/>
        </w:rPr>
        <w:t>[5]</w:t>
      </w:r>
    </w:p>
    <w:p>
      <w:r>
        <w:rPr>
          <w:rFonts w:ascii="Gentium Plus" w:hAnsi="Gentium Plus"/>
          <w:sz w:val="24"/>
        </w:rPr>
        <w:t>καὶ παρὰ Σοφοκλεῖ ἐν τῷ Ἰοκλεῖ (fg 277) λέγοντι ‘ἀλλὰ καὶ λινορ‐ ραφῆ τυλεῖα·‘ ὧν καὶ τοὺς τεχνίτας ἔοικεν Ὑπερείδης ἐν τῷ ὑπὲρ</w:t>
      </w:r>
    </w:p>
    <w:p>
      <w:r>
        <w:rPr>
          <w:rFonts w:ascii="Courier New" w:hAnsi="Courier New"/>
          <w:color w:val="555555"/>
          <w:sz w:val="20"/>
        </w:rPr>
        <w:t>[10 . 40]</w:t>
      </w:r>
    </w:p>
    <w:p>
      <w:r>
        <w:rPr>
          <w:rFonts w:ascii="Gentium Plus" w:hAnsi="Gentium Plus"/>
          <w:sz w:val="24"/>
        </w:rPr>
        <w:t>Μίκας (fg 125 Bl) ὀνομάζειν, εἰπὼν ‘ἐμισθώσατο τυλυφάντας.‘ ἐν δὲ Ἀμφιάρεῳ Ἀριστοφάνους (fg 19) κνέφαλλον ἅμα καὶ προσκεφάλαιον τῶν λινῶν, δῆλον ὅτι ὡς καὶ σκυτίνων καὶ ἐρεῶν γινομένων, ὡς καὶ ἐν τοῖς</w:t>
      </w:r>
    </w:p>
    <w:p>
      <w:r>
        <w:rPr>
          <w:rFonts w:ascii="Courier New" w:hAnsi="Courier New"/>
          <w:color w:val="555555"/>
          <w:sz w:val="20"/>
        </w:rPr>
        <w:t>[5]</w:t>
      </w:r>
    </w:p>
    <w:p>
      <w:r>
        <w:rPr>
          <w:rFonts w:ascii="Gentium Plus" w:hAnsi="Gentium Plus"/>
          <w:sz w:val="24"/>
        </w:rPr>
        <w:t>Ἀλκιβιάδου πέπραται προσκεφάλαιον σκύτινον καὶ λινοῦν καὶ ἐρεοῦν. ἐν δὲ Ἀντιφάνους Φάωνι (II p 104. 214 Ko) κατὰ τὴν κοινὴν χρῆσιν ἔστιν εὑρεῖν τὰς τύλας ‘στρώματα κλίνας τύλασ‘ ὥσπερ καὶ</w:t>
      </w:r>
    </w:p>
    <w:p>
      <w:r>
        <w:rPr>
          <w:rFonts w:ascii="Courier New" w:hAnsi="Courier New"/>
          <w:color w:val="555555"/>
          <w:sz w:val="20"/>
        </w:rPr>
        <w:t>[10 . 41]</w:t>
      </w:r>
    </w:p>
    <w:p>
      <w:r>
        <w:rPr>
          <w:rFonts w:ascii="Gentium Plus" w:hAnsi="Gentium Plus"/>
          <w:sz w:val="24"/>
        </w:rPr>
        <w:t>τοῦτο μὴ καλεῖσθαι νομιζόντων, ἀλλὰ ὑπηρέσιον μόνον. ἡ μέντοι καλουμένη λυχνὶς ἀνθήλη ἐκαλεῖτο. εἰ δὲ καὶ τὸ κνέφαλλον μὴ ἐπὶ τοῦ τυλείου τις ἀκούειν βούλοιτο, ὥσπερ ἡ πολλὴ χρῆσις ἔχει, ἀλλ’ ἐπὶ τοῦ ἐμβαλλομένου πληρώματος, ὃ γνάφαλον καλοῦσι, προσχρή‐</w:t>
      </w:r>
    </w:p>
    <w:p>
      <w:r>
        <w:rPr>
          <w:rFonts w:ascii="Courier New" w:hAnsi="Courier New"/>
          <w:color w:val="555555"/>
          <w:sz w:val="20"/>
        </w:rPr>
        <w:t>[5]</w:t>
      </w:r>
    </w:p>
    <w:p>
      <w:r>
        <w:rPr>
          <w:rFonts w:ascii="Gentium Plus" w:hAnsi="Gentium Plus"/>
          <w:sz w:val="24"/>
        </w:rPr>
        <w:t>σεται τῷ ῥηθέντι ἐν Πανταλέοντι Θεοπόμπου (I p 745. 45 Ko), εἰ καὶ ἀμφισβητεῖται τὸ δρᾶμα· προειπὼν γὰρ ὁ ποιητὴς ‘ὠνητιῶν τὸ δέρμα τοῦ θηρόσ‘ ἐπήγαγε ‘ῥάψας ὅλον σάξαι κνεφάλλων.‘ ἔστι</w:t>
      </w:r>
    </w:p>
    <w:p>
      <w:r>
        <w:rPr>
          <w:rFonts w:ascii="Courier New" w:hAnsi="Courier New"/>
          <w:color w:val="555555"/>
          <w:sz w:val="20"/>
        </w:rPr>
        <w:t>[10 . 42]</w:t>
      </w:r>
    </w:p>
    <w:p>
      <w:r>
        <w:rPr>
          <w:rFonts w:ascii="Gentium Plus" w:hAnsi="Gentium Plus"/>
          <w:sz w:val="24"/>
        </w:rPr>
        <w:t>δ’ εἰπεῖν ἁπαλὴ στρωμνὴ καὶ μαλακὴ καὶ βαθεῖα. τὰ δὲ στρώματα ἐπιβλήματα, περιβόλαια, ἐφεστρίδες, χλαῖναι, δάπιδες, ξυστίδες, τάχα δὲ καὶ περιστρώματα· εἴρηται γὰρ παρά τε Φιλίστῳ ἐν τῇ ἕκτῃ (FHG I 188. 28) καὶ ἐν τῇ Σιμύλου Μεγαρικῇ (II p 444. 1 Ko). ἐπαι‐</w:t>
      </w:r>
    </w:p>
    <w:p>
      <w:r>
        <w:rPr>
          <w:rFonts w:ascii="Courier New" w:hAnsi="Courier New"/>
          <w:color w:val="555555"/>
          <w:sz w:val="20"/>
        </w:rPr>
        <w:t>[5]</w:t>
      </w:r>
    </w:p>
    <w:p>
      <w:r>
        <w:rPr>
          <w:rFonts w:ascii="Gentium Plus" w:hAnsi="Gentium Plus"/>
          <w:sz w:val="24"/>
        </w:rPr>
        <w:t>νῶν δ’ ἂν εἴποις στρωμνὴ λεπτή, εὐυφής εὐήτριος, ὑγρά, περιρρέ‐ ουσα, στιλπνή στίλβουσα, εὔχρως, ἀνθοῦσα εὐανθής πολυανθής, ποικίλη παμποίκιλος πολύμορφος, πορφυρᾶ, ἁλουργίς ἁλιπόρφυρος, πρα‐ σεῖος, ὑσγινοβαφής, ἰοειδής, κροκοειδής κόκκῳ ἀνθοῦσα, κοκκοβαφής, ὀρφνίνη, ἐπιπόρφυρος περιπόρφυρος πορφυρομιγής παραπόρφυρος</w:t>
      </w:r>
    </w:p>
    <w:p>
      <w:r>
        <w:rPr>
          <w:rFonts w:ascii="Courier New" w:hAnsi="Courier New"/>
          <w:color w:val="555555"/>
          <w:sz w:val="20"/>
        </w:rPr>
        <w:t>[10 . 43]</w:t>
      </w:r>
    </w:p>
    <w:p>
      <w:r>
        <w:rPr>
          <w:rFonts w:ascii="Gentium Plus" w:hAnsi="Gentium Plus"/>
          <w:sz w:val="24"/>
        </w:rPr>
        <w:t>καὶ κατὰ Ξενοφῶντα (Cyrop VIII 3. 13) ὁλοπόρφυρος, ἐπίχρυσος χρυσοειδής χρυσοβαφής χρυσόπαστος· ζῷα ἐνύφαντο, ἄνθη ἐνε‐ πεποίκιλτο, θηρία ἐνεγέγραπτο, ἄστρα ἐνήστραπτεν. καὶ μὴν τοῖς μὲν οἰκέταις ἐν κοιτῶνι ἢ προκοιτῶνι ἀναγκαῖα</w:t>
      </w:r>
    </w:p>
    <w:p>
      <w:r>
        <w:rPr>
          <w:rFonts w:ascii="Courier New" w:hAnsi="Courier New"/>
          <w:color w:val="555555"/>
          <w:sz w:val="20"/>
        </w:rPr>
        <w:t>[5]</w:t>
      </w:r>
    </w:p>
    <w:p>
      <w:r>
        <w:rPr>
          <w:rFonts w:ascii="Gentium Plus" w:hAnsi="Gentium Plus"/>
          <w:sz w:val="24"/>
        </w:rPr>
        <w:t>σκεύη χαμεύνια καὶ ψίαθοι καὶ φορμοὶ καὶ σάμαξ· ἔστι δ’ ὁ σάμαξ ῥὶψ καλάμου τοῦ καλουμένου σάκτου, μάλιστα δὲ ἐπὶ στρατείας αὐτῷ ἐχρῶντο, ὡς Χιωνίδης ἐν Ἥρωσιν (I p 4. 1 Ko) πολλοὺς ἐγᾦδα κοὐ κατὰ σὲ νεανίας</w:t>
      </w:r>
    </w:p>
    <w:p>
      <w:r>
        <w:rPr>
          <w:rFonts w:ascii="Courier New" w:hAnsi="Courier New"/>
          <w:color w:val="555555"/>
          <w:sz w:val="20"/>
        </w:rPr>
        <w:t>[10 . 44]</w:t>
      </w:r>
    </w:p>
    <w:p>
      <w:r>
        <w:rPr>
          <w:rFonts w:ascii="Gentium Plus" w:hAnsi="Gentium Plus"/>
          <w:sz w:val="24"/>
        </w:rPr>
        <w:t>τοῖς δὲ δεσπόταις, τῷ μὲν ἀνδρὶ καὶ λάσανα ἀναγκαῖα καὶ ἁμίς, ἣν Σοφοκλῆς ἐν Πανδώρᾳ (fg 444) ἐνουρήθραν καλεῖ καὶ Αἰσχύλος (fg 180. 2) οὐράνην. ὅτι δὲ οὐ μόνον ἐπὶ τοῦ ἀκινήτου ἀποπάτου τὰ λάσανα ὀνομαστέον ἀλλὰ καὶ ἐπὶ τοῦ τιθεμένου καὶ ἀναιρουμένου</w:t>
      </w:r>
    </w:p>
    <w:p>
      <w:r>
        <w:rPr>
          <w:rFonts w:ascii="Courier New" w:hAnsi="Courier New"/>
          <w:color w:val="555555"/>
          <w:sz w:val="20"/>
        </w:rPr>
        <w:t>[5]</w:t>
      </w:r>
    </w:p>
    <w:p>
      <w:r>
        <w:rPr>
          <w:rFonts w:ascii="Gentium Plus" w:hAnsi="Gentium Plus"/>
          <w:sz w:val="24"/>
        </w:rPr>
        <w:t>μαρτυροῦσιν Ἀριστοφάνης μὲν ἐν Προάγωνι εἰπὼν (fg 462) οἴ μοι τάλας, τί μου στρέφει τὴν γαστέρα; βάλ’ ἐς κόρακας· πόθεν ἂν λάσανα γένοιτό μοι;</w:t>
      </w:r>
    </w:p>
    <w:p>
      <w:r>
        <w:rPr>
          <w:rFonts w:ascii="Courier New" w:hAnsi="Courier New"/>
          <w:color w:val="555555"/>
          <w:sz w:val="20"/>
        </w:rPr>
        <w:t>[10 . 45]</w:t>
      </w:r>
    </w:p>
    <w:p>
      <w:r>
        <w:rPr>
          <w:rFonts w:ascii="Gentium Plus" w:hAnsi="Gentium Plus"/>
          <w:sz w:val="24"/>
        </w:rPr>
        <w:t>εἰ δὲ τοῦτο ἀμφίβολον, ἀλλὰ Φερεκράτης ἐν τοῖς Κραπατάλλοις (I 169. 88) πρὸς τῇ κεφαλῇ μου λάσανα καταθεὶς πέρδεται. καὶ δίφρον δ’ ἂν εἴποις τὰ λάσανα εὐφημότερον, καὶ διφρίσκον. τῇ</w:t>
      </w:r>
    </w:p>
    <w:p>
      <w:r>
        <w:rPr>
          <w:rFonts w:ascii="Courier New" w:hAnsi="Courier New"/>
          <w:color w:val="555555"/>
          <w:sz w:val="20"/>
        </w:rPr>
        <w:t>[5]</w:t>
      </w:r>
    </w:p>
    <w:p>
      <w:r>
        <w:rPr>
          <w:rFonts w:ascii="Gentium Plus" w:hAnsi="Gentium Plus"/>
          <w:sz w:val="24"/>
        </w:rPr>
        <w:t>δὲ γυναικὶ σκάφιον, ὡς ἐν Αὐτολύκῳ Εὔπολις (I p 269. 46) τί δῆτ’ ἄν, εἰ μὴ τὸ σκάφιον αὐτῇ παρῆν; ἄμφω δὲ παράλληλα ἐν Πολυίδῳ Ἀριστοφάνης (immo Thesmoph 633) σκάφιον Ξένυλλ’ ᾔτησεν· οὐ γὰρ ἦν ἁμίς.</w:t>
      </w:r>
    </w:p>
    <w:p>
      <w:r>
        <w:rPr>
          <w:rFonts w:ascii="Courier New" w:hAnsi="Courier New"/>
          <w:color w:val="555555"/>
          <w:sz w:val="20"/>
        </w:rPr>
        <w:t>[10 . 46]</w:t>
      </w:r>
    </w:p>
    <w:p>
      <w:r>
        <w:rPr>
          <w:rFonts w:ascii="Gentium Plus" w:hAnsi="Gentium Plus"/>
          <w:sz w:val="24"/>
        </w:rPr>
        <w:t>ἐξαναστάντι δ’ ἐξ ὕπνου τὸ πρόσωπον ἀπονίπτεσθαι δέον, ὁ παῖς πρόχουν τινὰ ἔχων προσοίσει, νεαροῦ τοῦ ὕδατος ἐπιχέων κατὰ λέ‐ βητος ἢ λουτηρίου τινός, ἐπεὶ καὶ τοῦτο τοὔνομα ἐπὶ μὲν τῶν λου‐ τρῶν Αἰσχύλος (fg 366) εἴρηκεν, ἐπὶ δὲ τῶν νῦν λουτήρων Ἀναξίλας</w:t>
      </w:r>
    </w:p>
    <w:p>
      <w:r>
        <w:rPr>
          <w:rFonts w:ascii="Courier New" w:hAnsi="Courier New"/>
          <w:color w:val="555555"/>
          <w:sz w:val="20"/>
        </w:rPr>
        <w:t>[5]</w:t>
      </w:r>
    </w:p>
    <w:p>
      <w:r>
        <w:rPr>
          <w:rFonts w:ascii="Gentium Plus" w:hAnsi="Gentium Plus"/>
          <w:sz w:val="24"/>
        </w:rPr>
        <w:t>ἐν Λουτροποιῷ, (II p 268. 17 Ko) ἐν τοῖς βαλανείοις οὐ τίθεται λουτήρια, ἐπὶ δὲ τῶν παρὰ τοῖς ἰατροῖς ἐκλούτρων ὀνομαζομένων Ἀντιφάνης ἐν Τραυματίᾳ (II p 401. 208 Ko) κατεσκευασμένος</w:t>
      </w:r>
    </w:p>
    <w:p>
      <w:r>
        <w:rPr>
          <w:rFonts w:ascii="Courier New" w:hAnsi="Courier New"/>
          <w:color w:val="555555"/>
          <w:sz w:val="20"/>
        </w:rPr>
        <w:t>[10]</w:t>
      </w:r>
    </w:p>
    <w:p>
      <w:r>
        <w:rPr>
          <w:rFonts w:ascii="Gentium Plus" w:hAnsi="Gentium Plus"/>
          <w:sz w:val="24"/>
        </w:rPr>
        <w:t>λαμπρότατον ἰατρεῖον εὐχάλκοις παντο‐ λουτηριδίοις ἐξαλείπτροις, κυλικέσσι σικιέσσιν, ὑποθέτοισιν. οὐ μὴν ἀλλὰ καὶ ἐν τοῖς Δημιοπράτοις εὑρίσκομεν λουτήριον καὶ</w:t>
      </w:r>
    </w:p>
    <w:p>
      <w:r>
        <w:rPr>
          <w:rFonts w:ascii="Courier New" w:hAnsi="Courier New"/>
          <w:color w:val="555555"/>
          <w:sz w:val="20"/>
        </w:rPr>
        <w:t>[10 . 47]</w:t>
      </w:r>
    </w:p>
    <w:p>
      <w:r>
        <w:rPr>
          <w:rFonts w:ascii="Gentium Plus" w:hAnsi="Gentium Plus"/>
          <w:sz w:val="24"/>
        </w:rPr>
        <w:t>κείσθωσαν δ’ ἐν τῷ κοιτῶνι θρόνοι, κλισμοί, δίφροι διφρίσκοι— οὕτω γὰρ ἐν Νεφέλαις (31) Ἀριστοφάνης ἐπὶ τοῦ ἁρματίου δί‐ φρου—δίφροι ὀκλαδίαι, δίφροι διωχεῖς ἐν Φερεκράτους Ἀγαθοῖς (I 146. 3 Ko) εἰρημένοι, οἷον οἱ δύο ὀχοῦντες, δίφροι Θετταλικοί, ὡς</w:t>
      </w:r>
    </w:p>
    <w:p>
      <w:r>
        <w:rPr>
          <w:rFonts w:ascii="Courier New" w:hAnsi="Courier New"/>
          <w:color w:val="555555"/>
          <w:sz w:val="20"/>
        </w:rPr>
        <w:t>[5]</w:t>
      </w:r>
    </w:p>
    <w:p>
      <w:r>
        <w:rPr>
          <w:rFonts w:ascii="Gentium Plus" w:hAnsi="Gentium Plus"/>
          <w:sz w:val="24"/>
        </w:rPr>
        <w:t>ἐν Αὐτολύκῳ Εὐπόλιδος (I p 272. 58 Ko) ‘δίφρος Θετταλικὸς τετρά‐ πους,‘ θρᾶνοι θρανία θρανίδια ἐν Νήσοις Ἀριστοφάνους (fg 399),</w:t>
      </w:r>
    </w:p>
    <w:p>
      <w:r>
        <w:rPr>
          <w:rFonts w:ascii="Courier New" w:hAnsi="Courier New"/>
          <w:color w:val="555555"/>
          <w:sz w:val="20"/>
        </w:rPr>
        <w:t>[10 . 48]</w:t>
      </w:r>
    </w:p>
    <w:p>
      <w:r>
        <w:rPr>
          <w:rFonts w:ascii="Gentium Plus" w:hAnsi="Gentium Plus"/>
          <w:sz w:val="24"/>
        </w:rPr>
        <w:t>βάθρα βαθράδια ὡς ἐν Ταγηνισταῖς (fg 513), σκολύθρια, ἅπερ ἐστὶ μικροὶ τρίποδες Θετταλικοὶ δίφροι· τὸ δὲ ὄνομα καὶ ἐν Εὐθυδήμῳ Πλάτωνος (217 F). καὶ θρᾶνοι δὲ δίφροι ἂν εἶναι δοκοῖεν, εἰπόντος ἐν Πλούτῳ (545) Ἀριστοφάνους</w:t>
      </w:r>
    </w:p>
    <w:p>
      <w:r>
        <w:rPr>
          <w:rFonts w:ascii="Courier New" w:hAnsi="Courier New"/>
          <w:color w:val="555555"/>
          <w:sz w:val="20"/>
        </w:rPr>
        <w:t>[5]</w:t>
      </w:r>
    </w:p>
    <w:p>
      <w:r>
        <w:rPr>
          <w:rFonts w:ascii="Gentium Plus" w:hAnsi="Gentium Plus"/>
          <w:sz w:val="24"/>
        </w:rPr>
        <w:t>ἀντὶ δὲ θράνου στάμνου κεφαλὴν κατεαγότος, ἀντὶ δὲ μάκτρας πιθάκνης πλευρὰν ἐρρωγυῖαν.</w:t>
      </w:r>
    </w:p>
    <w:p>
      <w:r>
        <w:rPr>
          <w:rFonts w:ascii="Courier New" w:hAnsi="Courier New"/>
          <w:color w:val="555555"/>
          <w:sz w:val="20"/>
        </w:rPr>
        <w:t>[10 . 49]</w:t>
      </w:r>
    </w:p>
    <w:p>
      <w:r>
        <w:rPr>
          <w:rFonts w:ascii="Gentium Plus" w:hAnsi="Gentium Plus"/>
          <w:sz w:val="24"/>
        </w:rPr>
        <w:t>καὶ θρανίον δὲ ὑποκορισάμενος ἂν εἴποις. καίτοι με οὐ λέληθεν ὅτι θρανίον καὶ ἄλλως ξυλήφιόν τι ἐστίν· Ἀριστοφάνης γοῦν τῷ ὀνό‐ ματι ἐπὶ πατταλίου κέχρηται ἐν τοῖς Βατράχοις (121), περὶ τοῦ δεῖν ἀπάγξασθαι λέγων</w:t>
      </w:r>
    </w:p>
    <w:p>
      <w:r>
        <w:rPr>
          <w:rFonts w:ascii="Courier New" w:hAnsi="Courier New"/>
          <w:color w:val="555555"/>
          <w:sz w:val="20"/>
        </w:rPr>
        <w:t>[5]</w:t>
      </w:r>
    </w:p>
    <w:p>
      <w:r>
        <w:rPr>
          <w:rFonts w:ascii="Gentium Plus" w:hAnsi="Gentium Plus"/>
          <w:sz w:val="24"/>
        </w:rPr>
        <w:t>μία μὲν γάρ ἐστιν ἀπὸ κάλω καὶ θρανίου. ἐπιθράνους δ’ ἐκάλουν τὰ ξύλα τὰ κατακλείοντα τοὺς πλινθίνους τοίχους. παρακεῖσθαι δέ σοι χρὴ βλαύτας βλαυτία, ὑποδήματα· καί που καὶ σανδάλια ἄν τις εἴποι καὶ διάβαθρα. καὶ τὰ μὲν εἴδη τῶν ὑπο‐</w:t>
      </w:r>
    </w:p>
    <w:p>
      <w:r>
        <w:rPr>
          <w:rFonts w:ascii="Courier New" w:hAnsi="Courier New"/>
          <w:color w:val="555555"/>
          <w:sz w:val="20"/>
        </w:rPr>
        <w:t>[10]</w:t>
      </w:r>
    </w:p>
    <w:p>
      <w:r>
        <w:rPr>
          <w:rFonts w:ascii="Gentium Plus" w:hAnsi="Gentium Plus"/>
          <w:sz w:val="24"/>
        </w:rPr>
        <w:t>δημάτων προείρηται (VII 85), τά τ’ ἀνδρεῖα καὶ τὰ γυναικεῖα· προσ‐ θετέον δ’ ὅτι Θεόπομπος ὁ κωμικὸς ἐν Παμφίλῃ (I p 745. 44 Ko)</w:t>
      </w:r>
    </w:p>
    <w:p>
      <w:r>
        <w:rPr>
          <w:rFonts w:ascii="Courier New" w:hAnsi="Courier New"/>
          <w:color w:val="555555"/>
          <w:sz w:val="20"/>
        </w:rPr>
        <w:t>[10 . 50]</w:t>
      </w:r>
    </w:p>
    <w:p>
      <w:r>
        <w:rPr>
          <w:rFonts w:ascii="Gentium Plus" w:hAnsi="Gentium Plus"/>
          <w:sz w:val="24"/>
        </w:rPr>
        <w:t>σανδάλια εἴρηκεν, ἀλλ’ ἐπὶ γυναικὸς Μένανδρος δὲ ἐν Μισογύνῃ (fg 333) καὶ σανδαλοθήκας οἶδε. ὑπεῖναι δὲ δεῖ ποδεῖα, πίλους, πέλ‐</w:t>
      </w:r>
    </w:p>
    <w:p>
      <w:r>
        <w:rPr>
          <w:rFonts w:ascii="Courier New" w:hAnsi="Courier New"/>
          <w:color w:val="555555"/>
          <w:sz w:val="20"/>
        </w:rPr>
        <w:t>[5]</w:t>
      </w:r>
    </w:p>
    <w:p>
      <w:r>
        <w:rPr>
          <w:rFonts w:ascii="Gentium Plus" w:hAnsi="Gentium Plus"/>
          <w:sz w:val="24"/>
        </w:rPr>
        <w:t>‘ἐνειλιγμένων τοὺς πόδας εἰς πίλους καὶ ἀρνακίδας,‘ ἀλλὰ καὶ Κρα‐ τῖνος ἐν Μαλθακοῖς (I p 45. 100 Ko) λευκοὺς ὑπὸ ποσσὶν ἔχων πίλους. ἔξεστι δ’ εἰπεῖν καὶ πλεκτοὺς πίλους, καὶ ἐπὶ τῶν ὀνομαζομένων οὐδώνων πίλους τριμίτους, Λυσίππου εἰπόντος ἐν Βάκχαις (I p 701. 3 Ko)</w:t>
      </w:r>
    </w:p>
    <w:p>
      <w:r>
        <w:rPr>
          <w:rFonts w:ascii="Courier New" w:hAnsi="Courier New"/>
          <w:color w:val="555555"/>
          <w:sz w:val="20"/>
        </w:rPr>
        <w:t>[10]</w:t>
      </w:r>
    </w:p>
    <w:p>
      <w:r>
        <w:rPr>
          <w:rFonts w:ascii="Gentium Plus" w:hAnsi="Gentium Plus"/>
          <w:sz w:val="24"/>
        </w:rPr>
        <w:t>‘ἀλλὰ τρίμιτός ἐστι ἐπίπλεκτος.‘</w:t>
      </w:r>
    </w:p>
    <w:p>
      <w:r>
        <w:rPr>
          <w:rFonts w:ascii="Courier New" w:hAnsi="Courier New"/>
          <w:color w:val="555555"/>
          <w:sz w:val="20"/>
        </w:rPr>
        <w:t>[10 . 51]</w:t>
      </w:r>
    </w:p>
    <w:p>
      <w:r>
        <w:rPr>
          <w:rFonts w:ascii="Gentium Plus" w:hAnsi="Gentium Plus"/>
          <w:sz w:val="24"/>
        </w:rPr>
        <w:t>τὰ δὲ τῆς ἐσθήσεως εἴδη προειρηκώς, οὐκ ἂν δέοι μοι ἐνταῦθα πολυλογεῖν· οὐ τοίνυν οὐδὲ δακτυλίους καὶ σφραγῖδας καὶ σφραγί‐ δια χρὴ νῦν ἐπιλέγειν. ἀλλ’ εἰ μὲν αἰωρήσει τῇ δι’ ὀχημάτων χρῷτό τις περὶ τὴν ἕω, θέρους ὄντος, πρὶν ἢ τὸν ἥλιον περιφλέγειν,</w:t>
      </w:r>
    </w:p>
    <w:p>
      <w:r>
        <w:rPr>
          <w:rFonts w:ascii="Courier New" w:hAnsi="Courier New"/>
          <w:color w:val="555555"/>
          <w:sz w:val="20"/>
        </w:rPr>
        <w:t>[5]</w:t>
      </w:r>
    </w:p>
    <w:p>
      <w:r>
        <w:rPr>
          <w:rFonts w:ascii="Gentium Plus" w:hAnsi="Gentium Plus"/>
          <w:sz w:val="24"/>
        </w:rPr>
        <w:t>τὰ εἴδη τῶν ὀχημάτων ἰστέον, εἴθ’ ἅρματα εἴτ’ ὄχους εἴθ’ ἁμάξας</w:t>
      </w:r>
    </w:p>
    <w:p>
      <w:r>
        <w:rPr>
          <w:rFonts w:ascii="Courier New" w:hAnsi="Courier New"/>
          <w:color w:val="555555"/>
          <w:sz w:val="20"/>
        </w:rPr>
        <w:t>[10 . 52]</w:t>
      </w:r>
    </w:p>
    <w:p>
      <w:r>
        <w:rPr>
          <w:rFonts w:ascii="Gentium Plus" w:hAnsi="Gentium Plus"/>
          <w:sz w:val="24"/>
        </w:rPr>
        <w:t>εἴτε ἀπήνας εἴτε λαμπήνας αὐτὰ προσήκει καλεῖν· ἔστι δὲ τοὔ‐ νομα ἡ λαμπήνη ἐν τῇ Σοφοκλέους Ναυσικάᾳ (fg 408) καὶ ἐν τοῖς Μενάνδρου Ἁλιεῦσιν (fg 29). ἀλλὰ τὰ μὲν τῶν ὀχημάτων σκευο‐ φόρα ἂν εἴη, τὰ δὲ ἐνθρόνια, τὰ δὲ εἰς τὸ ἐγκατακλῖναι ἐνεύναια,</w:t>
      </w:r>
    </w:p>
    <w:p>
      <w:r>
        <w:rPr>
          <w:rFonts w:ascii="Courier New" w:hAnsi="Courier New"/>
          <w:color w:val="555555"/>
          <w:sz w:val="20"/>
        </w:rPr>
        <w:t>[5]</w:t>
      </w:r>
    </w:p>
    <w:p>
      <w:r>
        <w:rPr>
          <w:rFonts w:ascii="Gentium Plus" w:hAnsi="Gentium Plus"/>
          <w:sz w:val="24"/>
        </w:rPr>
        <w:t>τὰ δὲ κατάστεγα καὶ στεγαστὰ καὶ καμάραι· οὕτω γὰρ Ἡρόδοτος (I 199) ὠνόμασεν, Ξενοφῶν δὲ ἐν τῇ Παιδείᾳ (VI 4. 11) τὸ ἐστε‐ γασμένον μέρος τῆς ἁμάξης ὑποσημαίνων ἔφη ‘κατέκλιναν κατεκά‐ λυψαν τὴν σκηνήν.‘ καὶ τὰ μὲν τετράκυκλα τὰ δὲ δίκυκλα. καὶ οὐδὲν</w:t>
      </w:r>
    </w:p>
    <w:p>
      <w:r>
        <w:rPr>
          <w:rFonts w:ascii="Courier New" w:hAnsi="Courier New"/>
          <w:color w:val="555555"/>
          <w:sz w:val="20"/>
        </w:rPr>
        <w:t>[10 . 53]</w:t>
      </w:r>
    </w:p>
    <w:p>
      <w:r>
        <w:rPr>
          <w:rFonts w:ascii="Gentium Plus" w:hAnsi="Gentium Plus"/>
          <w:sz w:val="24"/>
        </w:rPr>
        <w:t>δεῖ περὶ μερῶν ἐπιλέγειν, οἷον σῶτρα ἐπίσωτρα ἁψῖδας πλήμνας κνήμας παραξόνια κερκίδας παρακύκλους ἄξονας καὶ πάνθ’ ὅσα τοι‐ αῦτα, ἀλλὰ περὶ τούτων καθ’ ἕκαστον προείρηται (I 144)· μηνύειν δὲ ὅτι ζεῦγος πᾶν ἂν καλοῖτο τὸ ἐζευγμένον, καὶ εἰ τριῶν ὑποζυγίων ἢ</w:t>
      </w:r>
    </w:p>
    <w:p>
      <w:r>
        <w:rPr>
          <w:rFonts w:ascii="Courier New" w:hAnsi="Courier New"/>
          <w:color w:val="555555"/>
          <w:sz w:val="20"/>
        </w:rPr>
        <w:t>[5]</w:t>
      </w:r>
    </w:p>
    <w:p>
      <w:r>
        <w:rPr>
          <w:rFonts w:ascii="Gentium Plus" w:hAnsi="Gentium Plus"/>
          <w:sz w:val="24"/>
        </w:rPr>
        <w:t>καὶ τεττάρων εἴη, λέγοιτο δ’ ἂν ζεύγη ὀρικὰ καὶ ζεύγη ἡμιονικὰ καί που καὶ ἱππικά. καὶ μονίππῳ δ’ ἄν τις χρῷτο ἀνδρειοτέρᾳ κινήσει ἐπινεάζων. ἀλλὰ τοῖς μὲν ὀχήμασι ταπήτων δεῖ ἢ ἀμφιταπήτων ἢ προσκεφαλαίων ἢ στρωμάτων, ὡς καὶ τοῖς ἡνιόχοις κέντρων μαστί‐</w:t>
      </w:r>
    </w:p>
    <w:p>
      <w:r>
        <w:rPr>
          <w:rFonts w:ascii="Courier New" w:hAnsi="Courier New"/>
          <w:color w:val="555555"/>
          <w:sz w:val="20"/>
        </w:rPr>
        <w:t>[10 . 54]</w:t>
      </w:r>
    </w:p>
    <w:p>
      <w:r>
        <w:rPr>
          <w:rFonts w:ascii="Gentium Plus" w:hAnsi="Gentium Plus"/>
          <w:sz w:val="24"/>
        </w:rPr>
        <w:t>γων μυώπων ἐγκεντρίδων—καὶ γὰρ ἐγκεντρίδας ἐπὶ τῇ τῶν ὑπο‐ ζυγίων χρήσει Πλάτων ὁ κωμικὸς εἴρηκεν ἐν Ἑορταῖς (I p 610. 40 Ko)—</w:t>
      </w:r>
    </w:p>
    <w:p>
      <w:r>
        <w:rPr>
          <w:rFonts w:ascii="Courier New" w:hAnsi="Courier New"/>
          <w:color w:val="555555"/>
          <w:sz w:val="20"/>
        </w:rPr>
        <w:t>[5]</w:t>
      </w:r>
    </w:p>
    <w:p>
      <w:r>
        <w:rPr>
          <w:rFonts w:ascii="Gentium Plus" w:hAnsi="Gentium Plus"/>
          <w:sz w:val="24"/>
        </w:rPr>
        <w:t>ἵππου Ἀριστοφάνης ἐν Ἀναγύρῳ (fg 60) λέγει—φάλαρα, παρώ‐ πια, ἀνθήλια. καὶ ἐγκεντρίδας δὲ, ἃς τοῖς ποσὶ κατὰ τὰς πτέρνας οἱ ἱππεύοντες περιεδοῦντο· Φερεκράτης εἴρηκεν ἐν Δουλοδιδασκάλῳ (I 158. 48 Ko). παρὰ δὲ Κράτητι ἐν ταῖς Τόλμαις (I 141. 35 Ko) καὶ ‘ἀστραγαλωτή τις μάστιξ‘ ὠνόμασται.</w:t>
      </w:r>
    </w:p>
    <w:p>
      <w:r>
        <w:rPr>
          <w:rFonts w:ascii="Courier New" w:hAnsi="Courier New"/>
          <w:color w:val="555555"/>
          <w:sz w:val="20"/>
        </w:rPr>
        <w:t>[10 . 55]</w:t>
      </w:r>
    </w:p>
    <w:p>
      <w:r>
        <w:rPr>
          <w:rFonts w:ascii="Gentium Plus" w:hAnsi="Gentium Plus"/>
          <w:sz w:val="24"/>
        </w:rPr>
        <w:t>τῶν δ’ ἱππικῶν σκευῶν ψήκτρα, σωρακίς, ἡνία, φορβειά, κεκρύ‐ φαλος, ῥυτήρ ῥυταγωγεύς, ἀγωγεύς· ὁ γοῦν Στράττις ἐν Χρυσίππῳ λέγει (I p 726. 52 Ko) πρόσαγε τὸν πῶλον ἀτρέμα, προσλαβών</w:t>
      </w:r>
    </w:p>
    <w:p>
      <w:r>
        <w:rPr>
          <w:rFonts w:ascii="Courier New" w:hAnsi="Courier New"/>
          <w:color w:val="555555"/>
          <w:sz w:val="20"/>
        </w:rPr>
        <w:t>[5]</w:t>
      </w:r>
    </w:p>
    <w:p>
      <w:r>
        <w:rPr>
          <w:rFonts w:ascii="Gentium Plus" w:hAnsi="Gentium Plus"/>
          <w:sz w:val="24"/>
        </w:rPr>
        <w:t>τὸν ἀγωγέα βραχύτερον· οὐχ ὁρᾷς ὅτι ἄβολός ἐστιν; τὴν δὲ ψήκτραν οὐ μόνον Ἀριστοφάνης ἐν Ἀναγύρῳ (fg 62) εἴρηκεν, ἀλλὰ καὶ Σοφοκλῆς ἐν Οἰνομάῳ (fg 434) διὰ ψήκτρας ς’ ὁρῶ</w:t>
      </w:r>
    </w:p>
    <w:p>
      <w:r>
        <w:rPr>
          <w:rFonts w:ascii="Courier New" w:hAnsi="Courier New"/>
          <w:color w:val="555555"/>
          <w:sz w:val="20"/>
        </w:rPr>
        <w:t>[10]</w:t>
      </w:r>
    </w:p>
    <w:p>
      <w:r>
        <w:rPr>
          <w:rFonts w:ascii="Gentium Plus" w:hAnsi="Gentium Plus"/>
          <w:sz w:val="24"/>
        </w:rPr>
        <w:t>ξανθὴν καθαίρονθ’ ἵππον αὐχμηρᾶς τριχός.</w:t>
      </w:r>
    </w:p>
    <w:p>
      <w:r>
        <w:rPr>
          <w:rFonts w:ascii="Courier New" w:hAnsi="Courier New"/>
          <w:color w:val="555555"/>
          <w:sz w:val="20"/>
        </w:rPr>
        <w:t>[10 . 56]</w:t>
      </w:r>
    </w:p>
    <w:p>
      <w:r>
        <w:rPr>
          <w:rFonts w:ascii="Gentium Plus" w:hAnsi="Gentium Plus"/>
          <w:sz w:val="24"/>
        </w:rPr>
        <w:t>ὁ μέντοι Πλάτων ὁ κωμικὸς ἐν Κλεοφῶντι (I p 617. 63 Ko) μάραγναν τὴν μάστιγα ὠνόμασεν. ἐκαλοῦντο δέ τινες καὶ αὐλωτοὶ φιμοὶ διὰ τὸ κώδωνας ἔχειν προσηρτημένους, οἷς ἐγχρεμετίζοντες οἱ ἵπποι ἦχον ἐποίουν προσόμοιον αὐλῷ. καὶ σπάθην μὲν καὶ χιλωτῆρα καὶ στόμια</w:t>
      </w:r>
    </w:p>
    <w:p>
      <w:r>
        <w:rPr>
          <w:rFonts w:ascii="Courier New" w:hAnsi="Courier New"/>
          <w:color w:val="555555"/>
          <w:sz w:val="20"/>
        </w:rPr>
        <w:t>[5]</w:t>
      </w:r>
    </w:p>
    <w:p>
      <w:r>
        <w:rPr>
          <w:rFonts w:ascii="Gentium Plus" w:hAnsi="Gentium Plus"/>
          <w:sz w:val="24"/>
        </w:rPr>
        <w:t>καὶ ὑποστόμια καὶ στομίδας καὶ ἐχίνους καὶ τρόχους καὶ δακτυλίους καὶ σκληροὺς καὶ μαλακοὺς χαλινοὺς ἔχεις ἐν τοῖς ἱππικοῖς, στόμια δὲ πριονωτὰ ἐν Ἀναγύρῳ ἔφη Ἀριστοφάνης (fg 58).</w:t>
      </w:r>
    </w:p>
    <w:p>
      <w:r>
        <w:rPr>
          <w:rFonts w:ascii="Courier New" w:hAnsi="Courier New"/>
          <w:color w:val="555555"/>
          <w:sz w:val="20"/>
        </w:rPr>
        <w:t>[10 . 57]</w:t>
      </w:r>
    </w:p>
    <w:p>
      <w:r>
        <w:rPr>
          <w:rFonts w:ascii="Gentium Plus" w:hAnsi="Gentium Plus"/>
          <w:sz w:val="24"/>
        </w:rPr>
        <w:t>Εἰ δὲ ἀπὸ τῆς αἰωρήσεως ἢ καὶ ἀπό τινος περιπάτου ἐν στοᾷ ἢ δρόμῳ ἢ ἄλσει γενόμενος ἐπὶ τὴν πρὸς τὰ βιβλία συνουσίαν τις τρέ‐ ποιτο, ὥρα αὐτῷ ἔχειν βιβλία, χάρτας, ἰττέλας, διφθέρας, γραμματεῖα</w:t>
      </w:r>
    </w:p>
    <w:p>
      <w:r>
        <w:rPr>
          <w:rFonts w:ascii="Courier New" w:hAnsi="Courier New"/>
          <w:color w:val="555555"/>
          <w:sz w:val="20"/>
        </w:rPr>
        <w:t>[10 . 58]</w:t>
      </w:r>
    </w:p>
    <w:p>
      <w:r>
        <w:rPr>
          <w:rFonts w:ascii="Gentium Plus" w:hAnsi="Gentium Plus"/>
          <w:sz w:val="24"/>
        </w:rPr>
        <w:t>τρίπτυχον ἢ καὶ πλειόνων πτυχῶν, ἢ καθ’ Ὅμηρον (Ζ 169) πίνακα πτυκτόν· καὶ Ἀριστοφάνης δὲ ἐν Θεσμοφοριαζούσαις (779) ἔφη πινάκων ξεστῶν δέξασθε σμίλης ὁλκούς,</w:t>
      </w:r>
    </w:p>
    <w:p>
      <w:r>
        <w:rPr>
          <w:rFonts w:ascii="Courier New" w:hAnsi="Courier New"/>
          <w:color w:val="555555"/>
          <w:sz w:val="20"/>
        </w:rPr>
        <w:t>[5]</w:t>
      </w:r>
    </w:p>
    <w:p>
      <w:r>
        <w:rPr>
          <w:rFonts w:ascii="Gentium Plus" w:hAnsi="Gentium Plus"/>
          <w:sz w:val="24"/>
        </w:rPr>
        <w:t>κήρυκας ἐμῶν μόχθων. καὶ πινακίδας ἂν εὕροις εἰρημένας ἐν ταῖς Φιλυλλίου Πόλεσιν (I p 785. 11 Ko)· λέγει γέ τοι δωρίζων ἐς τὰς πινακίδας διαμπερέως, ὅτι κἂν λέγοι τὰ γράμματα ἑρμηνεύς.</w:t>
      </w:r>
    </w:p>
    <w:p>
      <w:r>
        <w:rPr>
          <w:rFonts w:ascii="Courier New" w:hAnsi="Courier New"/>
          <w:color w:val="555555"/>
          <w:sz w:val="20"/>
        </w:rPr>
        <w:t>[10]</w:t>
      </w:r>
    </w:p>
    <w:p>
      <w:r>
        <w:rPr>
          <w:rFonts w:ascii="Gentium Plus" w:hAnsi="Gentium Plus"/>
          <w:sz w:val="24"/>
        </w:rPr>
        <w:t>ὁ δὲ ἐνὼν τῇ πινακίδι κηρὸς ἢ μάλθη ἢ μάλθα· Ἡρόδοτος (VII 239) μὲν γὰρ κηρὸν εἴρηκεν, Κρατῖνος δὲ ἐν τῇ Πυτίνῃ (I p 75. 204 Ko)</w:t>
      </w:r>
    </w:p>
    <w:p>
      <w:r>
        <w:rPr>
          <w:rFonts w:ascii="Courier New" w:hAnsi="Courier New"/>
          <w:color w:val="555555"/>
          <w:sz w:val="20"/>
        </w:rPr>
        <w:t>[10 . 59]</w:t>
      </w:r>
    </w:p>
    <w:p>
      <w:r>
        <w:rPr>
          <w:rFonts w:ascii="Gentium Plus" w:hAnsi="Gentium Plus"/>
          <w:sz w:val="24"/>
        </w:rPr>
        <w:t>μάλθην ἔφη, Ἀριστοφάνης δὲ ἐν τῷ Γηρυτάδῃ (fg 157) τὴν μάλθαν ἐκ τῶν γραμματείων ἤσθιον. οὐ μὴν ἀγνοητέον ὅτι τὸν ἐπιτήδειον εἰς τὸ κατασημαίνεσθαι κηρὸν οἱ παλαιοὶ ῥύπον ὠνόμαζον, καὶ ῥύπους ἐν Λυσιστράτῃ Ἀριστο‐</w:t>
      </w:r>
    </w:p>
    <w:p>
      <w:r>
        <w:rPr>
          <w:rFonts w:ascii="Courier New" w:hAnsi="Courier New"/>
          <w:color w:val="555555"/>
          <w:sz w:val="20"/>
        </w:rPr>
        <w:t>[5]</w:t>
      </w:r>
    </w:p>
    <w:p>
      <w:r>
        <w:rPr>
          <w:rFonts w:ascii="Gentium Plus" w:hAnsi="Gentium Plus"/>
          <w:sz w:val="24"/>
        </w:rPr>
        <w:t>φάνης (1199)· καὶ μηδὲν οὕτως εὖ σεσημάνθαι τὸ μὴ οὐχί τοὺς ῥύπους ἀνασπάσαι. τῷ δὲ παιδὶ δέοι ἂν προσεῖναι γραφεῖον, παραγραφίδα, καλαμίδα, πυ‐ ξίον· εἴρηται μὲν γὰρ καὶ ἐπὶ ζῳγράφου τοὔνομα ἐν Ἀναξανδρίδου</w:t>
      </w:r>
    </w:p>
    <w:p>
      <w:r>
        <w:rPr>
          <w:rFonts w:ascii="Courier New" w:hAnsi="Courier New"/>
          <w:color w:val="555555"/>
          <w:sz w:val="20"/>
        </w:rPr>
        <w:t>[10]</w:t>
      </w:r>
    </w:p>
    <w:p>
      <w:r>
        <w:rPr>
          <w:rFonts w:ascii="Gentium Plus" w:hAnsi="Gentium Plus"/>
          <w:sz w:val="24"/>
        </w:rPr>
        <w:t>Ζῳγράφοις ἢ Γεωγράφοις (II p 140. 13 Ko)—ἑκατέρως γὰρ ἐπι‐</w:t>
      </w:r>
    </w:p>
    <w:p>
      <w:r>
        <w:rPr>
          <w:rFonts w:ascii="Courier New" w:hAnsi="Courier New"/>
          <w:color w:val="555555"/>
          <w:sz w:val="20"/>
        </w:rPr>
        <w:t>[10 . 60]</w:t>
      </w:r>
    </w:p>
    <w:p>
      <w:r>
        <w:rPr>
          <w:rFonts w:ascii="Gentium Plus" w:hAnsi="Gentium Plus"/>
          <w:sz w:val="24"/>
        </w:rPr>
        <w:t>γράφεται τὸ δρᾶμα—‘πυξίον λαβὼν κάθου,‘ οὐδὲν δὲ κωλύει καὶ εἰς ταύτην αὐτὸ τὴν χρῆσιν τὴν ἐπὶ τῷ γράφειν ὑφ’ ἡμῶν ἄγεσθαι, ἐπεὶ καὶ Ἀριστοφάνης (fg 845/6) οὕτω κέχρηται. προσ‐ θετέον δὲ τοῖς εἰρημένοις μέλαν, μελανοδόχον, καλάμους. εἰ δὲ καὶ</w:t>
      </w:r>
    </w:p>
    <w:p>
      <w:r>
        <w:rPr>
          <w:rFonts w:ascii="Courier New" w:hAnsi="Courier New"/>
          <w:color w:val="555555"/>
          <w:sz w:val="20"/>
        </w:rPr>
        <w:t>[5]</w:t>
      </w:r>
    </w:p>
    <w:p>
      <w:r>
        <w:rPr>
          <w:rFonts w:ascii="Gentium Plus" w:hAnsi="Gentium Plus"/>
          <w:sz w:val="24"/>
        </w:rPr>
        <w:t>τὸ ἀναλογεῖον ἐθέλοις προσονομάζειν, οὕτω μὲν ἐπὶ τοῦ τοῖς βι‐ βλίοις ὑποκεισομένου παρ’ οὐδενὶ τῶν κεκριμένων εὗρον, Ἀθήνησι δὲ ἦν ὑπὲρ ὑδρείου τινός, οὗ τὸ ὕδωρ ἐπεξεχεῖτο, ποίημα καὶ ἀνά‐ θημα Διογένους, ὃ καὶ Διογένειον ἀναλογεῖον ἐκαλεῖτο. παρὰ μέντοι Ἐρατοσθένει ἐν τοῖς περὶ κωμῳδίας, ὡς ἔχοιμέν τινα τοῦ ὀνόματος</w:t>
      </w:r>
    </w:p>
    <w:p>
      <w:r>
        <w:rPr>
          <w:rFonts w:ascii="Courier New" w:hAnsi="Courier New"/>
          <w:color w:val="555555"/>
          <w:sz w:val="20"/>
        </w:rPr>
        <w:t>[10]</w:t>
      </w:r>
    </w:p>
    <w:p>
      <w:r>
        <w:rPr>
          <w:rFonts w:ascii="Gentium Plus" w:hAnsi="Gentium Plus"/>
          <w:sz w:val="24"/>
        </w:rPr>
        <w:t>τοῦδε ἀποστροφήν, εὕροις ἂν τοὔνομα ἐπὶ τοῦ σκεύους τοῦ τοῖς βι‐ βλίοις χρησίμου.</w:t>
      </w:r>
    </w:p>
    <w:p>
      <w:r>
        <w:rPr>
          <w:rFonts w:ascii="Courier New" w:hAnsi="Courier New"/>
          <w:color w:val="555555"/>
          <w:sz w:val="20"/>
        </w:rPr>
        <w:t>[10 . 61]</w:t>
      </w:r>
    </w:p>
    <w:p>
      <w:r>
        <w:rPr>
          <w:rFonts w:ascii="Gentium Plus" w:hAnsi="Gentium Plus"/>
          <w:sz w:val="24"/>
        </w:rPr>
        <w:t>Δικάζειν μὲν οὖν ὁπότε δέοι, σκεύη ἂν εἴη δικαστικὰ κλε‐ ψύδρα καὶ προχοίδιον καὶ δίσκοι καὶ ψῆφοι, καὶ ἡλίσκος ἐπικρούειν τὴν κλεψύδραν· τὸν γὰρ ἧλον καὶ ἡλίσκον ἐν Ἥρωσιν Ἀριστοφά‐ νης (fg 314) κέκληκεν. οὕτω γὰρ τὰ Ἀττικά· κημοὶ καὶ καδίσκοι καὶ</w:t>
      </w:r>
    </w:p>
    <w:p>
      <w:r>
        <w:rPr>
          <w:rFonts w:ascii="Courier New" w:hAnsi="Courier New"/>
          <w:color w:val="555555"/>
          <w:sz w:val="20"/>
        </w:rPr>
        <w:t>[5]</w:t>
      </w:r>
    </w:p>
    <w:p>
      <w:r>
        <w:rPr>
          <w:rFonts w:ascii="Gentium Plus" w:hAnsi="Gentium Plus"/>
          <w:sz w:val="24"/>
        </w:rPr>
        <w:t>ἐχῖνοι. κιβώτια δ’ ἴσως γραμματοφόρα καὶ γραμματεῖα καὶ κάλαμοι γραφεῖς, καὶ κληρωτήριον· εἰ γὰρ καὶ ἐπὶ τοῦ τόπου ἔοικεν εἰρῆσθαι τοὔνομα ἐν τῷ Γήραι Ἀριστοφάνους (fg 146), ἀλλὰ καὶ ἐπὶ τοῦ ἀγ‐ γείου ἂν ἐναρμόσειεν.</w:t>
      </w:r>
    </w:p>
    <w:p>
      <w:r>
        <w:rPr>
          <w:rFonts w:ascii="Courier New" w:hAnsi="Courier New"/>
          <w:color w:val="555555"/>
          <w:sz w:val="20"/>
        </w:rPr>
        <w:t>[10 . 62]</w:t>
      </w:r>
    </w:p>
    <w:p>
      <w:r>
        <w:rPr>
          <w:rFonts w:ascii="Gentium Plus" w:hAnsi="Gentium Plus"/>
          <w:sz w:val="24"/>
        </w:rPr>
        <w:t>Ἐπὶ δὲ γυμνάσιον ἐντεῦθεν τραπομένῳ λήκυθος ἐλαιηρά τις ἔστω ἢ καὶ ληκύθιον, καὶ στλεγγίδες. καὶ ξυστίδας δ’ αὐτὰς ἄν τις εἴποι· ἔν τε γὰρ ταῖς Ἐπιχάρμου Νήσοις (97 K) εὕρηται τοὔνομα, καὶ Δίφιλός που ἐν Κιθαρῳδῷ ἀνδρὶ εἴρηκεν (II p 558. 52 Ko)</w:t>
      </w:r>
    </w:p>
    <w:p>
      <w:r>
        <w:rPr>
          <w:rFonts w:ascii="Courier New" w:hAnsi="Courier New"/>
          <w:color w:val="555555"/>
          <w:sz w:val="20"/>
        </w:rPr>
        <w:t>[5]</w:t>
      </w:r>
    </w:p>
    <w:p>
      <w:r>
        <w:rPr>
          <w:rFonts w:ascii="Gentium Plus" w:hAnsi="Gentium Plus"/>
          <w:sz w:val="24"/>
        </w:rPr>
        <w:t>λήκυθον ξύστιν τ’ ἔχεις;— ἐγὼ δὲ καὶ ξύστραν. καὶ αὐτοληκύθους δέ τινας Δημοσθένης ἐν τῷ κατὰ Κόνωνος (54. 14) ὀνομάζει, οὓς σαφέστερον ἄν τις ἐν τῷ Ἀντιφάνους Ἀθάμαντι κε‐ κλῆσθαι λέγοι, εἰπόντος (II p 16. 16 Ko)</w:t>
      </w:r>
    </w:p>
    <w:p>
      <w:r>
        <w:rPr>
          <w:rFonts w:ascii="Courier New" w:hAnsi="Courier New"/>
          <w:color w:val="555555"/>
          <w:sz w:val="20"/>
        </w:rPr>
        <w:t>[10]</w:t>
      </w:r>
    </w:p>
    <w:p>
      <w:r>
        <w:rPr>
          <w:rFonts w:ascii="Gentium Plus" w:hAnsi="Gentium Plus"/>
          <w:sz w:val="24"/>
        </w:rPr>
        <w:t>χλαμύδα καὶ λόγχην ἔχων, ξυνακόλουθος, ξηρός, αὐτολήκυθος.</w:t>
      </w:r>
    </w:p>
    <w:p>
      <w:r>
        <w:rPr>
          <w:rFonts w:ascii="Courier New" w:hAnsi="Courier New"/>
          <w:color w:val="555555"/>
          <w:sz w:val="20"/>
        </w:rPr>
        <w:t>[10 . 63]</w:t>
      </w:r>
    </w:p>
    <w:p>
      <w:r>
        <w:rPr>
          <w:rFonts w:ascii="Gentium Plus" w:hAnsi="Gentium Plus"/>
          <w:sz w:val="24"/>
        </w:rPr>
        <w:t>Καὶ μέντοι τῶν ἐν αὐτῷ τῷ βαλανείῳ σκευῶν ὀνόματα ἀσά‐ μινθος, πύελος, κρουνός, ἀρύταινα, ἀρύβαλλος, κατάχυτλον, Ἀριστο‐ φάνους μὲν εἰπόντος (fg 435) βαλανεὺς δ’ ὠθεῖ ταῖς ἀρυταίναις,</w:t>
      </w:r>
    </w:p>
    <w:p>
      <w:r>
        <w:rPr>
          <w:rFonts w:ascii="Courier New" w:hAnsi="Courier New"/>
          <w:color w:val="555555"/>
          <w:sz w:val="20"/>
        </w:rPr>
        <w:t>[5]</w:t>
      </w:r>
    </w:p>
    <w:p>
      <w:r>
        <w:rPr>
          <w:rFonts w:ascii="Gentium Plus" w:hAnsi="Gentium Plus"/>
          <w:sz w:val="24"/>
        </w:rPr>
        <w:t>καὶ αὖ πάλιν εἶτα κατασπένδειν κατὰ τῆς κεφαλῆς ἀρυβάλλῳ, Εὐπόλιδος δ’ ἐν Χρυσῷ γένει (I p 335. 283 Ko) ἀλλ’ ὦ φίλε Ζεῦ κατάχυτλον τὴν ῥῖν’ ἔχεις. πύελον δ’ ὁμοίως ἐν Ταξιάρχοις (I p 328. 256 Ko)</w:t>
      </w:r>
    </w:p>
    <w:p>
      <w:r>
        <w:rPr>
          <w:rFonts w:ascii="Courier New" w:hAnsi="Courier New"/>
          <w:color w:val="555555"/>
          <w:sz w:val="20"/>
        </w:rPr>
        <w:t>[10]</w:t>
      </w:r>
    </w:p>
    <w:p>
      <w:r>
        <w:rPr>
          <w:rFonts w:ascii="Gentium Plus" w:hAnsi="Gentium Plus"/>
          <w:sz w:val="24"/>
        </w:rPr>
        <w:t>ὅστις πύελον ἥκεις ἔχων καὶ χαλκίον</w:t>
      </w:r>
    </w:p>
    <w:p>
      <w:r>
        <w:rPr>
          <w:rFonts w:ascii="Courier New" w:hAnsi="Courier New"/>
          <w:color w:val="555555"/>
          <w:sz w:val="20"/>
        </w:rPr>
        <w:t>[10 . 64]</w:t>
      </w:r>
    </w:p>
    <w:p>
      <w:r>
        <w:rPr>
          <w:rFonts w:ascii="Gentium Plus" w:hAnsi="Gentium Plus"/>
          <w:sz w:val="24"/>
        </w:rPr>
        <w:t>τρίπους ὁ ἐμπυριβήτης. ἀσάμινθον δ’ Ὅμηρος, (K 576 δ 48 ρ 87) ἔς ῥ’ ἀσαμίνθους βάντες ἐϋξέστας λούσαντο· καίτοι ἔν γε τοῖς Κρατίνου Ἥρωσι (I p 84. 234) τὴν ἀσάμινθον κι‐ βωτὸν νοοῦσιν, ἔνιοι δὲ ἔκπωμα.</w:t>
      </w:r>
    </w:p>
    <w:p>
      <w:r>
        <w:rPr>
          <w:rFonts w:ascii="Courier New" w:hAnsi="Courier New"/>
          <w:color w:val="555555"/>
          <w:sz w:val="20"/>
        </w:rPr>
        <w:t>[5]</w:t>
      </w:r>
    </w:p>
    <w:p>
      <w:r>
        <w:rPr>
          <w:rFonts w:ascii="Gentium Plus" w:hAnsi="Gentium Plus"/>
          <w:sz w:val="24"/>
        </w:rPr>
        <w:t>τῶν δὲ γυμνασίοις προσηκόντων σκευῶν καὶ σάκτας ἐστὶ καὶ μάρσιπος καὶ σάκκος, καὶ κυνοῦχος ὑποδέξασθαι τὰ ἱμάτια, καί που καὶ συρία καὶ σύρα ἡ ἄκναπτος, καὶ κύνεως σπυρίς, καὶ ἁλτῆρες καὶ τροχοὶ καὶ δίσκοι καὶ ἀποτομάδες καὶ ὠμόλινον, οὐ Κρατίνου (I p 14. 9) μόνον εἰπόντος τὸ ὠμόλινον, ἀλλὰ καὶ Αἰσχύλου ἐν</w:t>
      </w:r>
    </w:p>
    <w:p>
      <w:r>
        <w:rPr>
          <w:rFonts w:ascii="Courier New" w:hAnsi="Courier New"/>
          <w:color w:val="555555"/>
          <w:sz w:val="20"/>
        </w:rPr>
        <w:t>[10]</w:t>
      </w:r>
    </w:p>
    <w:p>
      <w:r>
        <w:rPr>
          <w:rFonts w:ascii="Gentium Plus" w:hAnsi="Gentium Plus"/>
          <w:sz w:val="24"/>
        </w:rPr>
        <w:t>Προμηθεῖ Πυρκαεῖ (fg 205) λινᾶ δέ, πίσσα καὶ ὁμολίνου μακροὶ τόνοι.</w:t>
      </w:r>
    </w:p>
    <w:p>
      <w:r>
        <w:rPr>
          <w:rFonts w:ascii="Courier New" w:hAnsi="Courier New"/>
          <w:color w:val="555555"/>
          <w:sz w:val="20"/>
        </w:rPr>
        <w:t>[10 . 65]</w:t>
      </w:r>
    </w:p>
    <w:p>
      <w:r>
        <w:rPr>
          <w:rFonts w:ascii="Gentium Plus" w:hAnsi="Gentium Plus"/>
          <w:sz w:val="24"/>
        </w:rPr>
        <w:t>Εἰσελθόντι δὲ μετὰ γυμνάσιον, εἰ καὶ πρὸ τοῦ πιεῖν θυτέον τε καὶ σπειστέον, θυμιατήριον ἄν τις σοι προσκομίζοι· τὸ δ’ αὐτὸ καὶ ἐσχάριον, οἶμαι, καλεῖται, ὥς που ἀμέλει ὁ μείζων βωμὸς ἐσχάρα. καί που καὶ σπονδεῖον, ᾧ τὸν οἶνον ἐπισπένδεις, καὶ λοιβεῖον, ᾧ</w:t>
      </w:r>
    </w:p>
    <w:p>
      <w:r>
        <w:rPr>
          <w:rFonts w:ascii="Courier New" w:hAnsi="Courier New"/>
          <w:color w:val="555555"/>
          <w:sz w:val="20"/>
        </w:rPr>
        <w:t>[5]</w:t>
      </w:r>
    </w:p>
    <w:p>
      <w:r>
        <w:rPr>
          <w:rFonts w:ascii="Gentium Plus" w:hAnsi="Gentium Plus"/>
          <w:sz w:val="24"/>
        </w:rPr>
        <w:t>τοὔλαιον· καὶ σφαγεῖον, εἰ θύεις, ὃ ὑφέξει τις τῷ τῶν ἱερείων αἵ‐ ματι. καὶ κανοῦν δὲ ἀναγκαῖον ὑπεῖναι καὶ χέρνιβας καὶ χερνι‐ βεῖον, εἰπόντος Ἀντιφάνους ἐν Βουσίριδι (II p 38. 66 Ko) καὶ τὸ χερνίβιον πρῶτον· ἡ πομπὴ σαφής.</w:t>
      </w:r>
    </w:p>
    <w:p>
      <w:r>
        <w:rPr>
          <w:rFonts w:ascii="Courier New" w:hAnsi="Courier New"/>
          <w:color w:val="555555"/>
          <w:sz w:val="20"/>
        </w:rPr>
        <w:t>[10 . 66]</w:t>
      </w:r>
    </w:p>
    <w:p>
      <w:r>
        <w:rPr>
          <w:rFonts w:ascii="Gentium Plus" w:hAnsi="Gentium Plus"/>
          <w:sz w:val="24"/>
        </w:rPr>
        <w:t>Τραπομένῳ δ’ ἐπὶ τὸ πίνειν, ἵνα μὲν τὸ ὕδωρ θερμαίνεται, θερμαντῆρες θερμαστρίς θέρμαυστρις, χαλκία θερμαντήρια, ἐσχαρίδες, λέβητες λεβητάρια ἰπνολεβήτια· ἐκπώματα δὲ καὶ ἐκπωμάτια καὶ πο‐ τήρια καὶ κώθωνες καὶ κότυλοι καὶ κοτυλίσκοι καὶ φιάλαι καὶ κύλικες</w:t>
      </w:r>
    </w:p>
    <w:p>
      <w:r>
        <w:rPr>
          <w:rFonts w:ascii="Courier New" w:hAnsi="Courier New"/>
          <w:color w:val="555555"/>
          <w:sz w:val="20"/>
        </w:rPr>
        <w:t>[5]</w:t>
      </w:r>
    </w:p>
    <w:p>
      <w:r>
        <w:rPr>
          <w:rFonts w:ascii="Gentium Plus" w:hAnsi="Gentium Plus"/>
          <w:sz w:val="24"/>
        </w:rPr>
        <w:t>καὶ κυλίσκαι καὶ κυλίσκια καὶ σκύφοι καὶ τὰ πολλὰ εἴδη τῶν ἐκπωμά‐</w:t>
      </w:r>
    </w:p>
    <w:p>
      <w:r>
        <w:rPr>
          <w:rFonts w:ascii="Courier New" w:hAnsi="Courier New"/>
          <w:color w:val="555555"/>
          <w:sz w:val="20"/>
        </w:rPr>
        <w:t>[10 . 67]</w:t>
      </w:r>
    </w:p>
    <w:p>
      <w:r>
        <w:rPr>
          <w:rFonts w:ascii="Gentium Plus" w:hAnsi="Gentium Plus"/>
          <w:sz w:val="24"/>
        </w:rPr>
        <w:t>των ἐστὶ προειρημένα (VI 95). προσθετέον δὲ τὰς ἐν Θρᾴτταις Κρατίνου (I p 38. 83 Ko) πέλικας, ἢ κύλικας ἢ προχοίδια εἶναι δοκούσας, καὶ</w:t>
      </w:r>
    </w:p>
    <w:p>
      <w:r>
        <w:rPr>
          <w:rFonts w:ascii="Courier New" w:hAnsi="Courier New"/>
          <w:color w:val="555555"/>
          <w:sz w:val="20"/>
        </w:rPr>
        <w:t>[5]</w:t>
      </w:r>
    </w:p>
    <w:p>
      <w:r>
        <w:rPr>
          <w:rFonts w:ascii="Gentium Plus" w:hAnsi="Gentium Plus"/>
          <w:sz w:val="24"/>
        </w:rPr>
        <w:t>τὴν ἑπτακότυλον, τὴν χυτρίαν, τὴν καλὴν ἣν ἐφερόμην ἵν’ ἔχοιμι συνθεάτριαν· εἴρηται γὰρ νῦν ἐπὶ ἐκπώματος, ὥσπερ καὶ τὸ παρὰ τῷ Κρατίνῳ ἐν Πυτίνῃ (II p 70. 167 Ko) οἰνηρὸν ὀξύβαφον, καὶ τὸ ἐν Ἀντιφά‐ νους Μύστιδι,</w:t>
      </w:r>
    </w:p>
    <w:p>
      <w:r>
        <w:rPr>
          <w:rFonts w:ascii="Courier New" w:hAnsi="Courier New"/>
          <w:color w:val="555555"/>
          <w:sz w:val="20"/>
        </w:rPr>
        <w:t>[10]</w:t>
      </w:r>
    </w:p>
    <w:p>
      <w:r>
        <w:rPr>
          <w:rFonts w:ascii="Gentium Plus" w:hAnsi="Gentium Plus"/>
          <w:sz w:val="24"/>
        </w:rPr>
        <w:t>ἐξ ὀξυβαφίων κεραμεῶν ἐπίνομεν.</w:t>
      </w:r>
    </w:p>
    <w:p>
      <w:r>
        <w:rPr>
          <w:rFonts w:ascii="Courier New" w:hAnsi="Courier New"/>
          <w:color w:val="555555"/>
          <w:sz w:val="20"/>
        </w:rPr>
        <w:t>[10 . 68]</w:t>
      </w:r>
    </w:p>
    <w:p>
      <w:r>
        <w:rPr>
          <w:rFonts w:ascii="Gentium Plus" w:hAnsi="Gentium Plus"/>
          <w:sz w:val="24"/>
        </w:rPr>
        <w:t>ἐν δὲ Ἀχαρνεῦσιν Ἀριστοφάνους (74) ἐξ ὑαλίνων ἐκπωμάτων καὶ χρυσίδων. τὸ δὲ καλούμενον κυρίλλιον πρὸς τῶν Ἀσιανῶν βομβύλιον μὲν Ἀν‐ τισθένης εἴρηκεν ἐν τῷ Προτρεπτικῷ (20. 1 Winckelm), οἱ δὲ καὶ σύ‐</w:t>
      </w:r>
    </w:p>
    <w:p>
      <w:r>
        <w:rPr>
          <w:rFonts w:ascii="Courier New" w:hAnsi="Courier New"/>
          <w:color w:val="555555"/>
          <w:sz w:val="20"/>
        </w:rPr>
        <w:t>[5]</w:t>
      </w:r>
    </w:p>
    <w:p>
      <w:r>
        <w:rPr>
          <w:rFonts w:ascii="Gentium Plus" w:hAnsi="Gentium Plus"/>
          <w:sz w:val="24"/>
        </w:rPr>
        <w:t>στομον αὐτὸ ὀνομάζουσιν. τὸ δὲ σύστομον ὄνομα φιλήματός ἐστιν ἐν τοῖς Τηλεκλείδου Ἀψευδέσι (II p 213. 12 Ko) μετ’ ἄλλων πολλῶν εἰρημένον· μήποτ’ οὖν βέλτιον στενόστομον αὐτὸ καλεῖν, εἴρηται δὲ τοὔνομα ἐπὶ ἀμφορέως ἐν σατυρικῷ δράματι Κήρυξι τοῖς Αἰσχύλου (fg 108)</w:t>
      </w:r>
    </w:p>
    <w:p>
      <w:r>
        <w:rPr>
          <w:rFonts w:ascii="Courier New" w:hAnsi="Courier New"/>
          <w:color w:val="555555"/>
          <w:sz w:val="20"/>
        </w:rPr>
        <w:t>[10]</w:t>
      </w:r>
    </w:p>
    <w:p>
      <w:r>
        <w:rPr>
          <w:rFonts w:ascii="Gentium Plus" w:hAnsi="Gentium Plus"/>
          <w:sz w:val="24"/>
        </w:rPr>
        <w:t>στενόστομον τὸ τεῦχος.</w:t>
      </w:r>
    </w:p>
    <w:p>
      <w:r>
        <w:rPr>
          <w:rFonts w:ascii="Courier New" w:hAnsi="Courier New"/>
          <w:color w:val="555555"/>
          <w:sz w:val="20"/>
        </w:rPr>
        <w:t>[10 . 69]</w:t>
      </w:r>
    </w:p>
    <w:p>
      <w:r>
        <w:rPr>
          <w:rFonts w:ascii="Gentium Plus" w:hAnsi="Gentium Plus"/>
          <w:sz w:val="24"/>
        </w:rPr>
        <w:t>ἔξεστι δὲ τὴν τράπεζαν, ἐφ’ ᾗ τὰ ἐκπώματα κατάκειται, τετράπουν τε τράπεζαν εἰπεῖν καὶ μονόπουν, καὶ εἴ τις βούλοιτο φιλοτιμεῖσθαι πρὸς τὴν καινότητα τῆς χρήσεως, τραπεζοφόρον. 〈οὐκ〉 ἐπὶ τούτου μὲν γὰρ εὗρον τοὔνομα ἐν τοῖς Ἀριστοφάνους Γεωργοῖς (fg 124)·</w:t>
      </w:r>
    </w:p>
    <w:p>
      <w:r>
        <w:rPr>
          <w:rFonts w:ascii="Courier New" w:hAnsi="Courier New"/>
          <w:color w:val="555555"/>
          <w:sz w:val="20"/>
        </w:rPr>
        <w:t>[5]</w:t>
      </w:r>
    </w:p>
    <w:p>
      <w:r>
        <w:rPr>
          <w:rFonts w:ascii="Gentium Plus" w:hAnsi="Gentium Plus"/>
          <w:sz w:val="24"/>
        </w:rPr>
        <w:t>ἐπεὶ δ’ οὖν εἴρηται ὁ τραπεζοφόρος, ἔστι καταχρῆσθαι τῷ ὀνόματι ἐκεῖ ῥηθέντι ἐπὶ τοῦ τὴν τράπεζαν φέροντος, ᾗ ἐπῆσαν τοῖς ἄρχουσιν αἱ μυρρίναι.</w:t>
      </w:r>
    </w:p>
    <w:p>
      <w:r>
        <w:rPr>
          <w:rFonts w:ascii="Courier New" w:hAnsi="Courier New"/>
          <w:color w:val="555555"/>
          <w:sz w:val="20"/>
        </w:rPr>
        <w:t>[10 . 70]</w:t>
      </w:r>
    </w:p>
    <w:p>
      <w:r>
        <w:rPr>
          <w:rFonts w:ascii="Gentium Plus" w:hAnsi="Gentium Plus"/>
          <w:sz w:val="24"/>
        </w:rPr>
        <w:t>τούτοις δὲ προσακτέον τὰ τῶν οἴνων ἀγγεῖα, οἰνοφόρα, ἀκρα‐ τοφόρα, ἀμφορεῖς καὶ ἀμφορίσκους, κάδους καὶ καδίσκους· Ἀνα‐ κρέων γοῦν ἔφη (fg 17. 2 B) οἴνου δ’ ἐξέπιον κάδον,</w:t>
      </w:r>
    </w:p>
    <w:p>
      <w:r>
        <w:rPr>
          <w:rFonts w:ascii="Courier New" w:hAnsi="Courier New"/>
          <w:color w:val="555555"/>
          <w:sz w:val="20"/>
        </w:rPr>
        <w:t>[5]</w:t>
      </w:r>
    </w:p>
    <w:p>
      <w:r>
        <w:rPr>
          <w:rFonts w:ascii="Gentium Plus" w:hAnsi="Gentium Plus"/>
          <w:sz w:val="24"/>
        </w:rPr>
        <w:t>καὶ Ἡρόδοτος (III 20) ‘καὶ φοινικηίου οἴνου κάδον, Κρατῖνος δ’ ἐν Πυτίνῃ (I p 72. 193 Ko) τοὺς μὲν ἐκ προχοιδίου,</w:t>
      </w:r>
    </w:p>
    <w:p>
      <w:r>
        <w:rPr>
          <w:rFonts w:ascii="Courier New" w:hAnsi="Courier New"/>
          <w:color w:val="555555"/>
          <w:sz w:val="20"/>
        </w:rPr>
        <w:t>[10]</w:t>
      </w:r>
    </w:p>
    <w:p>
      <w:r>
        <w:rPr>
          <w:rFonts w:ascii="Gentium Plus" w:hAnsi="Gentium Plus"/>
          <w:sz w:val="24"/>
        </w:rPr>
        <w:t>κάτῃ Φιλύλλιος (I p 783. 7 Ko) σοὶ μὲν οὖν τήνδ’ ἀμφορεῦ</w:t>
      </w:r>
    </w:p>
    <w:p>
      <w:r>
        <w:rPr>
          <w:rFonts w:ascii="Courier New" w:hAnsi="Courier New"/>
          <w:color w:val="555555"/>
          <w:sz w:val="20"/>
        </w:rPr>
        <w:t>[10 . 71]</w:t>
      </w:r>
    </w:p>
    <w:p>
      <w:r>
        <w:rPr>
          <w:rFonts w:ascii="Gentium Plus" w:hAnsi="Gentium Plus"/>
          <w:sz w:val="24"/>
        </w:rPr>
        <w:t>δίδωμι τιμήν, πρῶτα μὲν τοῦτ’ αὔτ’ ἔχειν ὄνομα μετρητὴν μετριότητος οὕνεκα. καὶ Δημοσθένης δὲ ἐν τῷ πρὸς Φαίνιππον (XLII 19) οἴνου μετρη‐ τὰς ἔφη. Φιλόχορος δὲ ἐν τῇ Ἀτθίδι (FHG I 155a) παρὰ τοῖς</w:t>
      </w:r>
    </w:p>
    <w:p>
      <w:r>
        <w:rPr>
          <w:rFonts w:ascii="Courier New" w:hAnsi="Courier New"/>
          <w:color w:val="555555"/>
          <w:sz w:val="20"/>
        </w:rPr>
        <w:t>[5]</w:t>
      </w:r>
    </w:p>
    <w:p>
      <w:r>
        <w:rPr>
          <w:rFonts w:ascii="Gentium Plus" w:hAnsi="Gentium Plus"/>
          <w:sz w:val="24"/>
        </w:rPr>
        <w:t>παλαιοῖς φησὶ τὸν ἀμφορέα καλεῖσθαι κάδον καὶ τὸ ἡμιαμφόριον ἡμικάδιον· Ἐπίχαρμος μέντοι ἐν Φιλοκλίνῃ (fg 133 Kaib) διακρίνειν ἔοικε κάδον καὶ ἀμφορέα, εἰπὼν οὔτ’ ἐν κάδῳ δηλοίμην οὔτ’ ἐν ἀμφορεῖ. ἐκ δὲ τῶν οἰνοφόρων ἀγγείων ἀσκὸς καὶ ἀσκίδιον, ὡς ἐν Ἀχαρ‐</w:t>
      </w:r>
    </w:p>
    <w:p>
      <w:r>
        <w:rPr>
          <w:rFonts w:ascii="Courier New" w:hAnsi="Courier New"/>
          <w:color w:val="555555"/>
          <w:sz w:val="20"/>
        </w:rPr>
        <w:t>[10 . 72]</w:t>
      </w:r>
    </w:p>
    <w:p>
      <w:r>
        <w:rPr>
          <w:rFonts w:ascii="Gentium Plus" w:hAnsi="Gentium Plus"/>
          <w:sz w:val="24"/>
        </w:rPr>
        <w:t>νεῦσιν Ἀριστοφάνης (immo Eccl 307) ἔφη, καὶ πυτίνη, καὶ λάγυνος καὶ λαγύνιον· Δίφιλος δ’ ἄμφω λέγει, τὸ μὲν ἐν τῇ Ἑκάτῃ (II p 548. 29 Ko) πολλάκις, τὸ δὲ λαγύνιον ἐν Ἀδελφοῖς (p 541. 3). καὶ κρατὴρ καὶ κρατηρίδιον καὶ κρατήριον, καὶ στάμνος καὶ σταμνίον. καὶ ἔνιοι</w:t>
      </w:r>
    </w:p>
    <w:p>
      <w:r>
        <w:rPr>
          <w:rFonts w:ascii="Courier New" w:hAnsi="Courier New"/>
          <w:color w:val="555555"/>
          <w:sz w:val="20"/>
        </w:rPr>
        <w:t>[5]</w:t>
      </w:r>
    </w:p>
    <w:p>
      <w:r>
        <w:rPr>
          <w:rFonts w:ascii="Gentium Plus" w:hAnsi="Gentium Plus"/>
          <w:sz w:val="24"/>
        </w:rPr>
        <w:t>μὲν οὕτως οἴονται καλεῖσθαι μόνον τὸ Θάσιον, Ἀριστοφάνης δὲ ἐν Τελμισσεῦσι λέγει (fg 531) οἴνου τε Χίου στάμνον ἥκειν καὶ μύρον· καὶ οὐ μόνον ἐπὶ τοῦ Χίου τὸν στάμνον εἴρηκεν, ἀλλὰ καὶ ἐπὶ τοῦ Θασίου ἐν τοῖς Ἀχαρνεῦσι ... ‘τὰ Θάσι’ ἀμφορείδια (Eccl</w:t>
      </w:r>
    </w:p>
    <w:p>
      <w:r>
        <w:rPr>
          <w:rFonts w:ascii="Courier New" w:hAnsi="Courier New"/>
          <w:color w:val="555555"/>
          <w:sz w:val="20"/>
        </w:rPr>
        <w:t>[10 . 73]</w:t>
      </w:r>
    </w:p>
    <w:p>
      <w:r>
        <w:rPr>
          <w:rFonts w:ascii="Gentium Plus" w:hAnsi="Gentium Plus"/>
          <w:sz w:val="24"/>
        </w:rPr>
        <w:t>1119).‘ Εὔπολις δ’ ἐν τῷ Μαρικᾷ (I p 313. 204 Ko) καὶ σταμνά‐ ριον εἴρηκεν. ἐν δὲ τούτοις ὀνομάζεται καὶ βίκος καὶ κοτύλη καὶ χοῦς· ἔνιοι μέντοι τὸν χοῦν καὶ πελίκην κεκλῆσθαι νομίζουσι, καὶ εἶναι τοὔνομα Βοιωτιόν. ἀλλὰ καὶ ἀσκοπυτίνη· καὶ γὰρ</w:t>
      </w:r>
    </w:p>
    <w:p>
      <w:r>
        <w:rPr>
          <w:rFonts w:ascii="Courier New" w:hAnsi="Courier New"/>
          <w:color w:val="555555"/>
          <w:sz w:val="20"/>
        </w:rPr>
        <w:t>[5]</w:t>
      </w:r>
    </w:p>
    <w:p>
      <w:r>
        <w:rPr>
          <w:rFonts w:ascii="Gentium Plus" w:hAnsi="Gentium Plus"/>
          <w:sz w:val="24"/>
        </w:rPr>
        <w:t>τοῦτ’ ἄν τις εὕροι ἐν Ἀντιφάνους Μελεάγρῳ (II p 72. 150 Ko).</w:t>
      </w:r>
    </w:p>
    <w:p>
      <w:r>
        <w:rPr>
          <w:rFonts w:ascii="Courier New" w:hAnsi="Courier New"/>
          <w:color w:val="555555"/>
          <w:sz w:val="20"/>
        </w:rPr>
        <w:t>[10 . 74]</w:t>
      </w:r>
    </w:p>
    <w:p>
      <w:r>
        <w:rPr>
          <w:rFonts w:ascii="Gentium Plus" w:hAnsi="Gentium Plus"/>
          <w:sz w:val="24"/>
        </w:rPr>
        <w:t>ἂν καὶ ἃς εἴρηκεν Ἀριστοφάνης ἐν Ὁλκάσιν (fg 423) ὕρχας οἴνου ἐν δὲ τῷ Γήραι (fg 136) ἐφ’ ὑδρίαν δανείζειν πεντέχουν ἢ μείζονα, ὥστ’ οὐ μόνον ὕδατος ἀλλὰ καὶ οἴνου ἂν εἴη ἀγγεῖον ἡ ὑδρία, ἣν</w:t>
      </w:r>
    </w:p>
    <w:p>
      <w:r>
        <w:rPr>
          <w:rFonts w:ascii="Courier New" w:hAnsi="Courier New"/>
          <w:color w:val="555555"/>
          <w:sz w:val="20"/>
        </w:rPr>
        <w:t>[5]</w:t>
      </w:r>
    </w:p>
    <w:p>
      <w:r>
        <w:rPr>
          <w:rFonts w:ascii="Gentium Plus" w:hAnsi="Gentium Plus"/>
          <w:sz w:val="24"/>
        </w:rPr>
        <w:t>καὶ φιδακνίδα ἄν τις εἴποι καὶ φενακνίδα, ὡς ἐν τοῖς Δημιοπράτοις, τάχα δὲ καὶ πλημοχόην· ἔστι δὲ κεραμεοῦν ἀγγεῖον, οὐκ ἔχον ὀξὺν τὸν πυθμένα ἀλλ’ ἑδραῖόν τε καὶ στάσιμον, ᾧ χρῶνται τῇ τελευταίᾳ τῶν μυστηρίων, ἣν ἀπ’ αὐτοῦ καλοῦσι πλημοχόην. ἐν τούτοις δ’</w:t>
      </w:r>
    </w:p>
    <w:p>
      <w:r>
        <w:rPr>
          <w:rFonts w:ascii="Courier New" w:hAnsi="Courier New"/>
          <w:color w:val="555555"/>
          <w:sz w:val="20"/>
        </w:rPr>
        <w:t>[10 . 75]</w:t>
      </w:r>
    </w:p>
    <w:p>
      <w:r>
        <w:rPr>
          <w:rFonts w:ascii="Gentium Plus" w:hAnsi="Gentium Plus"/>
          <w:sz w:val="24"/>
        </w:rPr>
        <w:t>ἔστι καὶ ψυκτήρ. ᾧ δὲ δεῖ ἀρύεσθαι τὸν οἶνον, ἔστιν ἀρυστὴρ καὶ ἀρύστιχος καὶ κύαθος καὶ οἰνοχόη καὶ οἰνήρυσις καὶ ἔφηβος καὶ λεπαστή· ὅτι δὲ ἡ λεπαστὴ οὐκ ἔκπωμα μόνον ἐστὶν ἀλλὰ καὶ οἰνο‐ χόη, σαφὲς Ἀριστοφάνης ἐν τῷ Γηρυτάδῃ (fg 165) ποιεῖ· ‘περιέφερε</w:t>
      </w:r>
    </w:p>
    <w:p>
      <w:r>
        <w:rPr>
          <w:rFonts w:ascii="Courier New" w:hAnsi="Courier New"/>
          <w:color w:val="555555"/>
          <w:sz w:val="20"/>
        </w:rPr>
        <w:t>[5]</w:t>
      </w:r>
    </w:p>
    <w:p>
      <w:r>
        <w:rPr>
          <w:rFonts w:ascii="Gentium Plus" w:hAnsi="Gentium Plus"/>
          <w:sz w:val="24"/>
        </w:rPr>
        <w:t>δὲ κύκλῳ λεπαστὴν ἡμῖν ταχὺ προσφέρων παῖς, ἐνέχει τε.‘ ἔστι δ’ ἐν τούτοις καὶ ὁ σίφων, καὶ τὸ παρ’ Ἀριστοφάνει γευστή‐ ριον· (fg 299) τρέχ’ ἐς τὸν οἶνον ἀμφορέα κενὸν λαβών τῶν ἔνδοθεν καὶ βύσμα καὶ γευστήριον.</w:t>
      </w:r>
    </w:p>
    <w:p>
      <w:r>
        <w:rPr>
          <w:rFonts w:ascii="Courier New" w:hAnsi="Courier New"/>
          <w:color w:val="555555"/>
          <w:sz w:val="20"/>
        </w:rPr>
        <w:t>[10]</w:t>
      </w:r>
    </w:p>
    <w:p>
      <w:r>
        <w:rPr>
          <w:rFonts w:ascii="Gentium Plus" w:hAnsi="Gentium Plus"/>
          <w:sz w:val="24"/>
        </w:rPr>
        <w:t>ἐκ δὲ τούτων καὶ ἡ χώνη, ὅταν εἴπῃ Φερεκράτης ἐν Πετάλῃ (I 175. 108, 30 Ko) κύλικα τοίνυν μέλανος ἀνθοσμίου ἤντλουν διὰ χώνης· καὶ ὁ τρύγοιπος, καὶ ὁ σάκος ἐπὶ τοῦ τρυγοίπου εἰρημένος, καὶ ὁ</w:t>
      </w:r>
    </w:p>
    <w:p>
      <w:r>
        <w:rPr>
          <w:rFonts w:ascii="Courier New" w:hAnsi="Courier New"/>
          <w:color w:val="555555"/>
          <w:sz w:val="20"/>
        </w:rPr>
        <w:t>[15]</w:t>
      </w:r>
    </w:p>
    <w:p>
      <w:r>
        <w:rPr>
          <w:rFonts w:ascii="Gentium Plus" w:hAnsi="Gentium Plus"/>
          <w:sz w:val="24"/>
        </w:rPr>
        <w:t>ὑλιστήρ. Ἱππῶναξ δέ φησι (fg 57) στάζουσιν ὡσπερεὶ τροπηίον σάκκος.</w:t>
      </w:r>
    </w:p>
    <w:p>
      <w:r>
        <w:rPr>
          <w:rFonts w:ascii="Courier New" w:hAnsi="Courier New"/>
          <w:color w:val="555555"/>
          <w:sz w:val="20"/>
        </w:rPr>
        <w:t>[10 . 76]</w:t>
      </w:r>
    </w:p>
    <w:p>
      <w:r>
        <w:rPr>
          <w:rFonts w:ascii="Gentium Plus" w:hAnsi="Gentium Plus"/>
          <w:sz w:val="24"/>
        </w:rPr>
        <w:t>Καὶ μὴν ὅτῳ φίλον ἀποβλύζειν πιόντι καὶ ἐξεμεῖν, ὅπερ οἱ πολλοὶ ἀποκοτταβίζειν καλοῦσιν, εὐτρεπιστέα τούτῳ λεκάνη τις ὑπο‐ δέξασθαι τὸ ἐπαναπλέον τοῦ ποτοῦ· καὶ γὰρ ἵνα ἐξεμοῦσι, καὶ τοῦτο λεκάνην ὠνόμαζον, ὡς Κρατῖνος μὲν ἐν Ὥραις ἔφη (I p 89. 251 Ko)</w:t>
      </w:r>
    </w:p>
    <w:p>
      <w:r>
        <w:rPr>
          <w:rFonts w:ascii="Courier New" w:hAnsi="Courier New"/>
          <w:color w:val="555555"/>
          <w:sz w:val="20"/>
        </w:rPr>
        <w:t>[5]</w:t>
      </w:r>
    </w:p>
    <w:p>
      <w:r>
        <w:rPr>
          <w:rFonts w:ascii="Gentium Plus" w:hAnsi="Gentium Plus"/>
          <w:sz w:val="24"/>
        </w:rPr>
        <w:t>μῶν βδελυγμία ς’ ἔχει; πτερὸν ταχέως τις καὶ λεκάνην ἐνεγκάτω. Πολύζηλος δὲ ἐν Δημοτυνδάρεῳ (I p 791. 4 Ko) λεκανίῳ γάρ πρῶτον μὲν ἐναπονίψεις,</w:t>
      </w:r>
    </w:p>
    <w:p>
      <w:r>
        <w:rPr>
          <w:rFonts w:ascii="Courier New" w:hAnsi="Courier New"/>
          <w:color w:val="555555"/>
          <w:sz w:val="20"/>
        </w:rPr>
        <w:t>[10]</w:t>
      </w:r>
    </w:p>
    <w:p>
      <w:r>
        <w:rPr>
          <w:rFonts w:ascii="Gentium Plus" w:hAnsi="Gentium Plus"/>
          <w:sz w:val="24"/>
        </w:rPr>
        <w:t>ἐνεξεμεῖς, ἐνεκπλυνεῖς, ἐναποβάσεις κυανία. ὥστε καὶ λεκάνιον τουτὶ τὸ ἀγγεῖον κλητέον. ἔξεστι δ’ αὐτὸ καὶ λέ‐ βητα καὶ λεβήτιον καλέσαι. καὶ σκάφην εἶπεν ἐν τῷ Ἀναγύρῳ Ἀριστοφάνης (fg 49)· ‘καὶ ἡμισκάφης δ’ ὡς ἐν τι ἐμποδιλονίων</w:t>
      </w:r>
    </w:p>
    <w:p>
      <w:r>
        <w:rPr>
          <w:rFonts w:ascii="Courier New" w:hAnsi="Courier New"/>
          <w:color w:val="555555"/>
          <w:sz w:val="20"/>
        </w:rPr>
        <w:t>[15]</w:t>
      </w:r>
    </w:p>
    <w:p>
      <w:r>
        <w:rPr>
          <w:rFonts w:ascii="Gentium Plus" w:hAnsi="Gentium Plus"/>
          <w:sz w:val="24"/>
        </w:rPr>
        <w:t>ἐμοῦμαι.‘</w:t>
      </w:r>
    </w:p>
    <w:p>
      <w:r>
        <w:rPr>
          <w:rFonts w:ascii="Courier New" w:hAnsi="Courier New"/>
          <w:color w:val="555555"/>
          <w:sz w:val="20"/>
        </w:rPr>
        <w:t>[10 . 77]</w:t>
      </w:r>
    </w:p>
    <w:p>
      <w:r>
        <w:rPr>
          <w:rFonts w:ascii="Gentium Plus" w:hAnsi="Gentium Plus"/>
          <w:sz w:val="24"/>
        </w:rPr>
        <w:t>ταὐτὸν δ’ ἄν τις εἴποι τοῦτο καὶ περὶ ἐκείνου τοῦ σκεύους ᾧ τοὺς πόδας ἐναπονιπτόμεθα· λεκάνην τε γὰρ αὐτὸ ὀνομαστέον καὶ λέβητα, Ὁμήρου εἰπόντος (τ 386) γρηῢς δὲ λέβηθ’ ἕλε παμφανόωντα,</w:t>
      </w:r>
    </w:p>
    <w:p>
      <w:r>
        <w:rPr>
          <w:rFonts w:ascii="Courier New" w:hAnsi="Courier New"/>
          <w:color w:val="555555"/>
          <w:sz w:val="20"/>
        </w:rPr>
        <w:t>[5]</w:t>
      </w:r>
    </w:p>
    <w:p>
      <w:r>
        <w:rPr>
          <w:rFonts w:ascii="Gentium Plus" w:hAnsi="Gentium Plus"/>
          <w:sz w:val="24"/>
        </w:rPr>
        <w:t>τῷ πόδας ἐξαπένιπτε. ἔξεστι δὲ καὶ σκάφην ὀνομάσαι κατ’ Αἰσχύλον που σκάφην εἰπόντα ἐν Σισύφῳ (fg 225)</w:t>
      </w:r>
    </w:p>
    <w:p>
      <w:r>
        <w:rPr>
          <w:rFonts w:ascii="Courier New" w:hAnsi="Courier New"/>
          <w:color w:val="555555"/>
          <w:sz w:val="20"/>
        </w:rPr>
        <w:t>[10 . 78]</w:t>
      </w:r>
    </w:p>
    <w:p>
      <w:r>
        <w:rPr>
          <w:rFonts w:ascii="Gentium Plus" w:hAnsi="Gentium Plus"/>
          <w:sz w:val="24"/>
        </w:rPr>
        <w:t>καὶ νίπτρα δὴ χρὴ θεοφόρων ποδῶν φέρειν. λεοντοβάμων ποῦ σκάφη χαλκήλατος; καλεῖται μέντοι καὶ ποδανιπτὴρ οὐ παρ’ Ἡροδότῳ (II 172) μόνον ἀλλὰ καὶ ἐν Διοκλέους Βάκχαις· (I p 766. 1 Ko)</w:t>
      </w:r>
    </w:p>
    <w:p>
      <w:r>
        <w:rPr>
          <w:rFonts w:ascii="Courier New" w:hAnsi="Courier New"/>
          <w:color w:val="555555"/>
          <w:sz w:val="20"/>
        </w:rPr>
        <w:t>[5]</w:t>
      </w:r>
    </w:p>
    <w:p>
      <w:r>
        <w:rPr>
          <w:rFonts w:ascii="Gentium Plus" w:hAnsi="Gentium Plus"/>
          <w:sz w:val="24"/>
        </w:rPr>
        <w:t>ὑδρία τις ἢ χαλκοὺς ποδανιπτὴρ ὁ λέβης. τὸ δὲ ἀπ’ αὐτοῦ ὕδωρ νίπτρον ἢ λούτριον ἢ ποδάνιπτρον, ὡς ἐν Ἥρωσιν (fg 306) Ἀριστοφάνης λέγει. ἰστέον δὲ ὅτι τὴν λεκάνην πέλλην οἱ τραγῳδοὶ (adesp 595) καλοῦσιν, οἱ δ’ Αἰολεῖς πελίκαν, μάλιστα τὴν ξυλίνην, ἀπὸ τοῦ πεπελεκῆσθαι· ἵνα δὲ ἀποπλύνεται</w:t>
      </w:r>
    </w:p>
    <w:p>
      <w:r>
        <w:rPr>
          <w:rFonts w:ascii="Courier New" w:hAnsi="Courier New"/>
          <w:color w:val="555555"/>
          <w:sz w:val="20"/>
        </w:rPr>
        <w:t>[10 . 79]</w:t>
      </w:r>
    </w:p>
    <w:p>
      <w:r>
        <w:rPr>
          <w:rFonts w:ascii="Gentium Plus" w:hAnsi="Gentium Plus"/>
          <w:sz w:val="24"/>
        </w:rPr>
        <w:t>τὰ ἐκπώματα, ὁλκαῖον, τάχα δὲ καὶ λουτήριον. τὸ δ’ ὑπόθημα αὐτοῦ</w:t>
      </w:r>
    </w:p>
    <w:p>
      <w:r>
        <w:rPr>
          <w:rFonts w:ascii="Courier New" w:hAnsi="Courier New"/>
          <w:color w:val="555555"/>
          <w:sz w:val="20"/>
        </w:rPr>
        <w:t>[5]</w:t>
      </w:r>
    </w:p>
    <w:p>
      <w:r>
        <w:rPr>
          <w:rFonts w:ascii="Gentium Plus" w:hAnsi="Gentium Plus"/>
          <w:sz w:val="24"/>
        </w:rPr>
        <w:t>χρυσέα δέ σφ’ ὑπόκυκλα ἑκάστῳ πυθμένι θῆκεν. τὸν δὲ πυθμένα καὶ πύνδακα ἄλλοι τε καὶ Φερεκράτης ἐν Λήροις· (I 173. 105) λαβοῦσα μὲν τῆς χοίνικος τὸν πύνδακ’ εἰσέκρουσεν. Ἀριστοφάνης γοῦν ἐν Δράμασιν ἢ Κενταύρῳ (fg 270) ‘ἐκκρουσα‐</w:t>
      </w:r>
    </w:p>
    <w:p>
      <w:r>
        <w:rPr>
          <w:rFonts w:ascii="Courier New" w:hAnsi="Courier New"/>
          <w:color w:val="555555"/>
          <w:sz w:val="20"/>
        </w:rPr>
        <w:t>[10]</w:t>
      </w:r>
    </w:p>
    <w:p>
      <w:r>
        <w:rPr>
          <w:rFonts w:ascii="Gentium Plus" w:hAnsi="Gentium Plus"/>
          <w:sz w:val="24"/>
        </w:rPr>
        <w:t>μένους τοὺς πύνδακασ‘ εἴρηκεν, τὴν δ’ ἀπύθμενον κύλικα ἐν Τριπτολέμῳ Σοφοκλῆς (fg 554) ἀπυνδάκωτον ὠνόμασεν· ἀπυνδάκωτος οὐ τραπεζοῦται κύλιξ.</w:t>
      </w:r>
    </w:p>
    <w:p>
      <w:r>
        <w:rPr>
          <w:rFonts w:ascii="Courier New" w:hAnsi="Courier New"/>
          <w:color w:val="555555"/>
          <w:sz w:val="20"/>
        </w:rPr>
        <w:t>[10 . 80]</w:t>
      </w:r>
    </w:p>
    <w:p>
      <w:r>
        <w:rPr>
          <w:rFonts w:ascii="Gentium Plus" w:hAnsi="Gentium Plus"/>
          <w:sz w:val="24"/>
        </w:rPr>
        <w:t>Ἡ δὲ ὑποκειμένη τοῖς ὄψοις τράπεζα καὶ τρίπους ἂν καλοῖτο· εἴρηκε γοῦν Ἀριστοφάνης ἐν Τελμισσεῦσι (fg 530) καὶ πόθεν ἐγὼ τρίπουν τράπεζαν λήψομαι; καὶ ἐν Ἐκκλησιαζούσαις (744)</w:t>
      </w:r>
    </w:p>
    <w:p>
      <w:r>
        <w:rPr>
          <w:rFonts w:ascii="Courier New" w:hAnsi="Courier New"/>
          <w:color w:val="555555"/>
          <w:sz w:val="20"/>
        </w:rPr>
        <w:t>[5]</w:t>
      </w:r>
    </w:p>
    <w:p>
      <w:r>
        <w:rPr>
          <w:rFonts w:ascii="Gentium Plus" w:hAnsi="Gentium Plus"/>
          <w:sz w:val="24"/>
        </w:rPr>
        <w:t>καὶ τὼ τρίποδ’ ἐξένεγκε καὶ τὴν λήκυθον. εἴρηνται δὲ οἱ τρίποδες καὶ παρὰ Ξενοφῶντι ἐν τῇ Ἀναβάσει (VII 3. 21), ὥσπερ καὶ τριπόδια, ὡς ἐν Ἱπποκόμῳ Μενάνδρου (fg 250) τὰ δ’ ἐκ μέσου τριπόδια καὶ τραγήματα.</w:t>
      </w:r>
    </w:p>
    <w:p>
      <w:r>
        <w:rPr>
          <w:rFonts w:ascii="Courier New" w:hAnsi="Courier New"/>
          <w:color w:val="555555"/>
          <w:sz w:val="20"/>
        </w:rPr>
        <w:t>[10 . 81]</w:t>
      </w:r>
    </w:p>
    <w:p>
      <w:r>
        <w:rPr>
          <w:rFonts w:ascii="Gentium Plus" w:hAnsi="Gentium Plus"/>
          <w:sz w:val="24"/>
        </w:rPr>
        <w:t>τὸ δ’ ἐπίθημα τοῦ τρίποδος κύκλον καὶ ὅλμον προσήκει καλεῖν, ἐπεὶ καὶ τοῦ Δελφικοῦ τρίποδος τὸ ἐπίθημα, ᾧ ἐγκάθηται ἡ προφῆτις, ὅλμος καλεῖται, ὡς τὰ μέσα τοῦ ἐμπύρου τρίποδος γάστρα καθ’ Ὅμη‐ ρον (υ 25), ἐν δὲ τοῖς Δημιοπράτοις καὶ τράπεζά τις μονόκυκλος</w:t>
      </w:r>
    </w:p>
    <w:p>
      <w:r>
        <w:rPr>
          <w:rFonts w:ascii="Courier New" w:hAnsi="Courier New"/>
          <w:color w:val="555555"/>
          <w:sz w:val="20"/>
        </w:rPr>
        <w:t>[5]</w:t>
      </w:r>
    </w:p>
    <w:p>
      <w:r>
        <w:rPr>
          <w:rFonts w:ascii="Gentium Plus" w:hAnsi="Gentium Plus"/>
          <w:sz w:val="24"/>
        </w:rPr>
        <w:t>πέπραται. καὶ μὴν καὶ τὰ ἐπιτιθέμενα τοῖς τρίποσι τράπεζαι κα‐ λοῦνται, καὶ μαγίδες, ὅστις χρῆσθαι βούλοιτο τῷ ὀνόματι κυρίως ῥη‐ θέντι ἐπὶ τῆς μάκτρας ἢ ἐπὶ τῆς τὰ ἱερὰ δεῖπνα ἢ τὰ πρὸς θυσίαν φερούσης, ὡς παρὰ Σοφοκλεῖ (fg 668) εἴρηται ‘τὰς Ἑκαταίας μα‐</w:t>
      </w:r>
    </w:p>
    <w:p>
      <w:r>
        <w:rPr>
          <w:rFonts w:ascii="Courier New" w:hAnsi="Courier New"/>
          <w:color w:val="555555"/>
          <w:sz w:val="20"/>
        </w:rPr>
        <w:t>[10 . 82]</w:t>
      </w:r>
    </w:p>
    <w:p>
      <w:r>
        <w:rPr>
          <w:rFonts w:ascii="Gentium Plus" w:hAnsi="Gentium Plus"/>
          <w:sz w:val="24"/>
        </w:rPr>
        <w:t>γίδας δόρπων.‘ Κρατῖνος δ’ ἐν Βουσίριδι (I p 19. 21 Ko) εἴρηκεν</w:t>
      </w:r>
    </w:p>
    <w:p>
      <w:r>
        <w:rPr>
          <w:rFonts w:ascii="Courier New" w:hAnsi="Courier New"/>
          <w:color w:val="555555"/>
          <w:sz w:val="20"/>
        </w:rPr>
        <w:t>[5]</w:t>
      </w:r>
    </w:p>
    <w:p>
      <w:r>
        <w:rPr>
          <w:rFonts w:ascii="Gentium Plus" w:hAnsi="Gentium Plus"/>
          <w:sz w:val="24"/>
        </w:rPr>
        <w:t>δὲ τραπεζῶν τὰ πρὸς τροφῆς ὑπηρεσίαν κύκλοι, τεύχη, χεύματα, κοῖλοι πίνακες, πίνακες ἐκπέταλοι ἢ ὕπτιοι ἢ κυκλοτερεῖς, καί που καὶ πινακίσκοι τινὲς ἰχθυηροί. Ἀριστοφάνης δ’ ἔοικε διαιρεῖν τινὰς ἀπύ‐ ρους καὶ ἐμπύρους πινακίσκους, ὡς ὅταν φῇ ἐν Τελμισσεῦσι (fg 532)</w:t>
      </w:r>
    </w:p>
    <w:p>
      <w:r>
        <w:rPr>
          <w:rFonts w:ascii="Courier New" w:hAnsi="Courier New"/>
          <w:color w:val="555555"/>
          <w:sz w:val="20"/>
        </w:rPr>
        <w:t>[10 . 83]</w:t>
      </w:r>
    </w:p>
    <w:p>
      <w:r>
        <w:rPr>
          <w:rFonts w:ascii="Gentium Plus" w:hAnsi="Gentium Plus"/>
          <w:sz w:val="24"/>
        </w:rPr>
        <w:t>‘πινακίσκον ἄπυρον ἰχθυηρόν.‘ τάχα δ’ εἴποι τις ἂν καὶ πινάκια· οὐ φαῦλον γὰρ χρῆσθαι τούτῳ τῷ ὀνόματι. ἐπὶ μὲν γὰρ τῶν ὀψο‐ φόρων σκευῶν οὐ μέμνημαι παρά τινι εὑρών, ἐπὶ δὲ τῶν παρὰ ζῳ‐ γράφοις Ἰσοκράτους εἰπόντος (XV 2) τὰ πινάκια, οὐδὲν κωλύει ὑπο‐</w:t>
      </w:r>
    </w:p>
    <w:p>
      <w:r>
        <w:rPr>
          <w:rFonts w:ascii="Courier New" w:hAnsi="Courier New"/>
          <w:color w:val="555555"/>
          <w:sz w:val="20"/>
        </w:rPr>
        <w:t>[5]</w:t>
      </w:r>
    </w:p>
    <w:p>
      <w:r>
        <w:rPr>
          <w:rFonts w:ascii="Gentium Plus" w:hAnsi="Gentium Plus"/>
          <w:sz w:val="24"/>
        </w:rPr>
        <w:t>κόρισμα τῶν πινάκων εἶναι δοκοῦν τοὔνομα κατὰ τὴν ὑπὸ τῆς συν‐ ηθείας γνῶσιν εἰς χρῆσιν ἐλθεῖν, ἐπεὶ καὶ οἱ πίνακες αὐτοὶ οὐ μόνον τὸ ὑπὸ τοῖς ὄψοις δηλοῦσιν ἀγγεῖον, ἀλλὰ καὶ δέλτον παρ’ Ὁμήρῳ</w:t>
      </w:r>
    </w:p>
    <w:p>
      <w:r>
        <w:rPr>
          <w:rFonts w:ascii="Courier New" w:hAnsi="Courier New"/>
          <w:color w:val="555555"/>
          <w:sz w:val="20"/>
        </w:rPr>
        <w:t>[10 . 84]</w:t>
      </w:r>
    </w:p>
    <w:p>
      <w:r>
        <w:rPr>
          <w:rFonts w:ascii="Gentium Plus" w:hAnsi="Gentium Plus"/>
          <w:sz w:val="24"/>
        </w:rPr>
        <w:t>(Ζ 169) καὶ σανίδα ἄλυτον καί που καὶ τὰ τῶν ζῳγράφων πινάκια, ὡς καὶ ἐν τοῖς Δημιοπράτοις ἔστιν εὑρεῖν, ‘καὶ πίναξ ποικίλος ἀπ’ ὀροφῆς, καὶ πίναξ ἕτερος γεγραμμένος.‘ ἐκεῖ δέ που καὶ πίνακες μα‐ ζηροὶ πέπρανται, ἐν δ’ Ἀντιφάνους Ἀφροδίτης Γοναῖς (II p 33.</w:t>
      </w:r>
    </w:p>
    <w:p>
      <w:r>
        <w:rPr>
          <w:rFonts w:ascii="Courier New" w:hAnsi="Courier New"/>
          <w:color w:val="555555"/>
          <w:sz w:val="20"/>
        </w:rPr>
        <w:t>[5]</w:t>
      </w:r>
    </w:p>
    <w:p>
      <w:r>
        <w:rPr>
          <w:rFonts w:ascii="Gentium Plus" w:hAnsi="Gentium Plus"/>
          <w:sz w:val="24"/>
        </w:rPr>
        <w:t>55. 8 Ko) καὶ πινακίσκιον ἔστιν εἰρημένον. τοῖς δ’ ἀγγείοις προσ‐ αριθμητέον λεκάνας λεκάνια λεκανίδια λεκανίδας λεκανίσκας, κά‐ ναστρα, μαζονομεῖα, τὰ μὲν μαζονομεῖα Ἀριστοφάνους εἰπόντος</w:t>
      </w:r>
    </w:p>
    <w:p>
      <w:r>
        <w:rPr>
          <w:rFonts w:ascii="Courier New" w:hAnsi="Courier New"/>
          <w:color w:val="555555"/>
          <w:sz w:val="20"/>
        </w:rPr>
        <w:t>[10 . 85]</w:t>
      </w:r>
    </w:p>
    <w:p>
      <w:r>
        <w:rPr>
          <w:rFonts w:ascii="Gentium Plus" w:hAnsi="Gentium Plus"/>
          <w:sz w:val="24"/>
        </w:rPr>
        <w:t>ἐν Ὁλκάσι (fg 417), τὰ δὲ κάναστρα τοῦ ποιήσαντος τοὺς Κεραμέας, οὕς τινες Ἡσιόδῳ (Homeri vita Herodotea p 17. 22 Wilam) προσ‐ νέμουσιν· λέγει γοῦν εὖ δὲ περανθεῖεν κότυλοι καὶ πάντα κάναστρα·</w:t>
      </w:r>
    </w:p>
    <w:p>
      <w:r>
        <w:rPr>
          <w:rFonts w:ascii="Courier New" w:hAnsi="Courier New"/>
          <w:color w:val="555555"/>
          <w:sz w:val="20"/>
        </w:rPr>
        <w:t>[5]</w:t>
      </w:r>
    </w:p>
    <w:p>
      <w:r>
        <w:rPr>
          <w:rFonts w:ascii="Gentium Plus" w:hAnsi="Gentium Plus"/>
          <w:sz w:val="24"/>
        </w:rPr>
        <w:t>γίνεται δ’ οὐ κεράμεα μόνον ἀλλὰ καὶ ἄλλης ὕλης, ὥσπερ οἱ κό‐ τυλοι ὅτι καὶ ἀργυροῖ ἐγίνοντο, ἱκανὸς μηνῦσαι Ἀριστοφάνης ἐν Βαβυλωνίοις εἰπὼν (fg 71) δεῖ διακοσίων δραχμῶν.— πόθεν οὖν γένοιντ’ ἄν;—τὸν κότυλον τοῦτον φέρε.</w:t>
      </w:r>
    </w:p>
    <w:p>
      <w:r>
        <w:rPr>
          <w:rFonts w:ascii="Courier New" w:hAnsi="Courier New"/>
          <w:color w:val="555555"/>
          <w:sz w:val="20"/>
        </w:rPr>
        <w:t>[10]</w:t>
      </w:r>
    </w:p>
    <w:p>
      <w:r>
        <w:rPr>
          <w:rFonts w:ascii="Gentium Plus" w:hAnsi="Gentium Plus"/>
          <w:sz w:val="24"/>
        </w:rPr>
        <w:t>τὰ μέντοι κάναστρα φελλώδεις τινὲς πινακίσκοι εἶναι δοκοῦσιν, ἀφ’</w:t>
      </w:r>
    </w:p>
    <w:p>
      <w:r>
        <w:rPr>
          <w:rFonts w:ascii="Courier New" w:hAnsi="Courier New"/>
          <w:color w:val="555555"/>
          <w:sz w:val="20"/>
        </w:rPr>
        <w:t>[10 . 86]</w:t>
      </w:r>
    </w:p>
    <w:p>
      <w:r>
        <w:rPr>
          <w:rFonts w:ascii="Gentium Plus" w:hAnsi="Gentium Plus"/>
          <w:sz w:val="24"/>
        </w:rPr>
        <w:t>καὶ Εὔπολις ἐν τοῖς Φίλοις (I p 332. 272 Ko) ‘τὴν δ’ αὐτὸς ἐκκανάξει.‘ ἐν δὲ τοῖς Δημιοπράτοις οὐ κάναστρον μόνον ἀλλὰ καὶ κάνυστρον εὑρίσκομεν. ἐμβάφια, λεκάνια, τρύβλια, ὀξύβαφα ὀξυβάφια· οὐ γὰρ μόνον ἐπὶ τῶν κοτταβικῶν εἴρηται τὰ ὀξύβαφα, ἀλλὰ καὶ ἐπὶ τῶν εἰς</w:t>
      </w:r>
    </w:p>
    <w:p>
      <w:r>
        <w:rPr>
          <w:rFonts w:ascii="Courier New" w:hAnsi="Courier New"/>
          <w:color w:val="555555"/>
          <w:sz w:val="20"/>
        </w:rPr>
        <w:t>[5]</w:t>
      </w:r>
    </w:p>
    <w:p>
      <w:r>
        <w:rPr>
          <w:rFonts w:ascii="Gentium Plus" w:hAnsi="Gentium Plus"/>
          <w:sz w:val="24"/>
        </w:rPr>
        <w:t>τὴν ἐδώδιμον χρείαν, ὡς ἐν Ὄρνισιν Ἀριστοφάνης (361) ὀξύβαφον ἐντευθενὶ προσθοῦ λαβὼν ἢ τρύβλιον, κἀν ταῖς Φρυνίχου Μούσαις (I p 379. 34 Ko) κἀν ὀξυβάφω χρεῖσθαι τρεῖς χοίνικας ἢ δύ’ ἀλεύρων. καὶ λεκίδα δὲ Ἐπίχαρμος εἴρηκεν ἐν Ἥβης γάμῳ (fg 70 Kaibel),</w:t>
      </w:r>
    </w:p>
    <w:p>
      <w:r>
        <w:rPr>
          <w:rFonts w:ascii="Courier New" w:hAnsi="Courier New"/>
          <w:color w:val="555555"/>
          <w:sz w:val="20"/>
        </w:rPr>
        <w:t>[10 . 87]</w:t>
      </w:r>
    </w:p>
    <w:p>
      <w:r>
        <w:rPr>
          <w:rFonts w:ascii="Gentium Plus" w:hAnsi="Gentium Plus"/>
          <w:sz w:val="24"/>
        </w:rPr>
        <w:t>‘λεκίδα κἐμβάφια δύο,‘ ἐν δὲ Σκίρωνι (126) καὶ πηλίνων λεκίς· ἐν δὲ τοῖς Δημιοπράτοις λέκος εὑρίσκομεν, Ἱππώνακτος (PLG II p 481. 58 B) εἰπόντος κἄλειφα ῥόδινον ἡδὺ καὶ λέκος πυροῦ.</w:t>
      </w:r>
    </w:p>
    <w:p>
      <w:r>
        <w:rPr>
          <w:rFonts w:ascii="Courier New" w:hAnsi="Courier New"/>
          <w:color w:val="555555"/>
          <w:sz w:val="20"/>
        </w:rPr>
        <w:t>[5]</w:t>
      </w:r>
    </w:p>
    <w:p>
      <w:r>
        <w:rPr>
          <w:rFonts w:ascii="Gentium Plus" w:hAnsi="Gentium Plus"/>
          <w:sz w:val="24"/>
        </w:rPr>
        <w:t>Ἱπποκράτης δὲ ἐν τῷ πρὸς τὰς Κνιδίας δόξας λεκίσκον εἴρηκεν. τὰς δὲ παροψίδας, ἡ μὲν πλείστη χρῆσις ἐλέγχει τοὔνομα ἐπὶ μάζης ἢ ζωμοῦ τινὸς ἢ ἐδέσματος εὐτελοῦς, ὃ ἔστι παροψήσασθαι, τεθέν·</w:t>
      </w:r>
    </w:p>
    <w:p>
      <w:r>
        <w:rPr>
          <w:rFonts w:ascii="Courier New" w:hAnsi="Courier New"/>
          <w:color w:val="555555"/>
          <w:sz w:val="20"/>
        </w:rPr>
        <w:t>[10 . 88]</w:t>
      </w:r>
    </w:p>
    <w:p>
      <w:r>
        <w:rPr>
          <w:rFonts w:ascii="Gentium Plus" w:hAnsi="Gentium Plus"/>
          <w:sz w:val="24"/>
        </w:rPr>
        <w:t>οὐ μὴν ἀλλὰ κἀπὶ τὸ ἀγγεῖον ἑλκτέον τὴν κλῆσιν· οὐ γὰρ ἄχθομαι τὰ συνήθη τῶν ὀνομάτων, κἂν παρά τινι τῶν ἧττον κεκριμένων εὕρω, παράγων εἰς χρῆσιν, ἐπειδὰν ἔχω τὴν πρὸς τὸν εἰπόντα ἀπο‐ στροφήν. τὸ μὲν γὰρ ἐν τῷ Μεταγένους Φιλοθύτῃ (I p 708. 14 Ko)</w:t>
      </w:r>
    </w:p>
    <w:p>
      <w:r>
        <w:rPr>
          <w:rFonts w:ascii="Courier New" w:hAnsi="Courier New"/>
          <w:color w:val="555555"/>
          <w:sz w:val="20"/>
        </w:rPr>
        <w:t>[5]</w:t>
      </w:r>
    </w:p>
    <w:p>
      <w:r>
        <w:rPr>
          <w:rFonts w:ascii="Gentium Plus" w:hAnsi="Gentium Plus"/>
          <w:sz w:val="24"/>
        </w:rPr>
        <w:t>ὡς ἄν πολλαῖσι παροψίσι καὶ καιναῖς εὐωχήσω τὸ θέατρον οἶδ’ ὅτι ἔστιν ἀμφίβολον· τὸ δὲ ἐν τῇ Ἀντιφάνους Βοιωτίᾳ (II p 36. 60 Ko) σαφέστατα ἐπὶ τοῦ ἀγγείου ἐστὶν εἰρημένον, καλέσας τε παρατίθησιν ἐν παροψίσιν</w:t>
      </w:r>
    </w:p>
    <w:p>
      <w:r>
        <w:rPr>
          <w:rFonts w:ascii="Courier New" w:hAnsi="Courier New"/>
          <w:color w:val="555555"/>
          <w:sz w:val="20"/>
        </w:rPr>
        <w:t>[10]</w:t>
      </w:r>
    </w:p>
    <w:p>
      <w:r>
        <w:rPr>
          <w:rFonts w:ascii="Gentium Plus" w:hAnsi="Gentium Plus"/>
          <w:sz w:val="24"/>
        </w:rPr>
        <w:t>βολβούς. καὶ κυλίχνας δὲ ἀγγεῖον ὀψοφόρον ἐν Ταγηνισταῖς δόξειεν ἂν Ἀρι‐ στοφάνης λέγειν εἰπὼν (fg 498) τὸ δ’ ἔτνος ἐν ταῖς κυλίχναις τουτὶ θερμὸν καὶ τοῦτο παφλάζον.</w:t>
      </w:r>
    </w:p>
    <w:p>
      <w:r>
        <w:rPr>
          <w:rFonts w:ascii="Courier New" w:hAnsi="Courier New"/>
          <w:color w:val="555555"/>
          <w:sz w:val="20"/>
        </w:rPr>
        <w:t>[10 . 89]</w:t>
      </w:r>
    </w:p>
    <w:p>
      <w:r>
        <w:rPr>
          <w:rFonts w:ascii="Gentium Plus" w:hAnsi="Gentium Plus"/>
          <w:sz w:val="24"/>
        </w:rPr>
        <w:t>χρηστέον δὲ καὶ μυστίλαις ἢ μυστίλοις ἢ γλώτταις ἢ μυστι‐ λαρίοις ἢ κοχλιωρύχοις ἢ λιστρίοις, καὶ μαχαίρᾳ ἢ μαχαιρίῳ ἢ μα‐ χαιρίδι. ἡ μαχαιρὶς μὲν γὰρ ὡς ἐπὶ τὸ πολὺ ἐπὶ τῆς κουρίδος· ἀλλ’ ὅταν Φερεκράτης ἐν Κραπαταλοῖς φῇ (I p 168. 82)</w:t>
      </w:r>
    </w:p>
    <w:p>
      <w:r>
        <w:rPr>
          <w:rFonts w:ascii="Courier New" w:hAnsi="Courier New"/>
          <w:color w:val="555555"/>
          <w:sz w:val="20"/>
        </w:rPr>
        <w:t>[5]</w:t>
      </w:r>
    </w:p>
    <w:p>
      <w:r>
        <w:rPr>
          <w:rFonts w:ascii="Gentium Plus" w:hAnsi="Gentium Plus"/>
          <w:sz w:val="24"/>
        </w:rPr>
        <w:t>μαχαιρίδ’ ἆρ’ ἐνέθηκας;—οὔ.—τί μ’ εἴργασαι; ἀμάχαιρος ἐπὶ βόεια νοστήσω κρέα, ἀνὴρ γέρων ἀνόδοντος,</w:t>
      </w:r>
    </w:p>
    <w:p>
      <w:r>
        <w:rPr>
          <w:rFonts w:ascii="Courier New" w:hAnsi="Courier New"/>
          <w:color w:val="555555"/>
          <w:sz w:val="20"/>
        </w:rPr>
        <w:t>[10 . 90]</w:t>
      </w:r>
    </w:p>
    <w:p>
      <w:r>
        <w:rPr>
          <w:rFonts w:ascii="Gentium Plus" w:hAnsi="Gentium Plus"/>
          <w:sz w:val="24"/>
        </w:rPr>
        <w:t>ἀπὸ τῆς μαχαίρας τῷ μαχαιρίῳ καὶ τῇ μαχαιρίδι χρηστέον· ἐν δὲ τοῖς Δημιοπράτοις εὑρήκαμεν μαχαίρια ἐλεφάντινα καὶ μαχαίρια κεράτινα. καὶ χέρνιβα δὲ καὶ λέβητας καὶ πρόχους καὶ χερνίβιον, ἀναγκαῖα</w:t>
      </w:r>
    </w:p>
    <w:p>
      <w:r>
        <w:rPr>
          <w:rFonts w:ascii="Courier New" w:hAnsi="Courier New"/>
          <w:color w:val="555555"/>
          <w:sz w:val="20"/>
        </w:rPr>
        <w:t>[5]</w:t>
      </w:r>
    </w:p>
    <w:p>
      <w:r>
        <w:rPr>
          <w:rFonts w:ascii="Gentium Plus" w:hAnsi="Gentium Plus"/>
          <w:sz w:val="24"/>
        </w:rPr>
        <w:t>καὶ ταῦτα, ἐκ τῆς παρ’ Ὁμήρῳ (Ω 304) χρήσεως, χέρνιβα δ’ ἀμφίπολος πρόχοόν τ’ ἐν χερσὶν ἔχουσα. ῥητέον δ’ αὐτὸ καὶ χειρόνιπτρον, Εὐπόλιδος εἰπόντος ἐν Κόλαξι (I p 305. 168) ‘φροῦδον τὸ χειρόνιπτρον.‘ οἷς ἐπακτέον καὶ σπόγγους καὶ σπογγίας. ἐπὶ δὲ τούτοις κανᾶ καὶ κάνητα καὶ κα‐</w:t>
      </w:r>
    </w:p>
    <w:p>
      <w:r>
        <w:rPr>
          <w:rFonts w:ascii="Courier New" w:hAnsi="Courier New"/>
          <w:color w:val="555555"/>
          <w:sz w:val="20"/>
        </w:rPr>
        <w:t>[10]</w:t>
      </w:r>
    </w:p>
    <w:p>
      <w:r>
        <w:rPr>
          <w:rFonts w:ascii="Gentium Plus" w:hAnsi="Gentium Plus"/>
          <w:sz w:val="24"/>
        </w:rPr>
        <w:t>νήτια. καὶ κανίσκια μὲν Φερεκράτης ἐν Ἥρωσιν εἶπεν (I p 133. 12 Ko) ὁ κάνης δὲ τῆς κοίτης ὑπερέχειν μοι δοκεῖ·</w:t>
      </w:r>
    </w:p>
    <w:p>
      <w:r>
        <w:rPr>
          <w:rFonts w:ascii="Courier New" w:hAnsi="Courier New"/>
          <w:color w:val="555555"/>
          <w:sz w:val="20"/>
        </w:rPr>
        <w:t>[10 . 91]</w:t>
      </w:r>
    </w:p>
    <w:p>
      <w:r>
        <w:rPr>
          <w:rFonts w:ascii="Gentium Plus" w:hAnsi="Gentium Plus"/>
          <w:sz w:val="24"/>
        </w:rPr>
        <w:t>Ἀριστοφάνης δ’ ἐν μὲν Ἀχαρνεῦσι (?) κάνητος, ἐν δὲ Γηρυτάδῃ (fg 160) ‘ἄλλος δ’ εἰσέφερε πλεκτῷ κανισκίῳ ἄρτων περίλοιπα θρύμ‐ ματα.‘ καὶ κανοῦν δὲ ἀρτοφόρον. εἴποις ἂν καὶ κίστην ὀψοφόρον, ὅθεν καὶ (ζ 76)</w:t>
      </w:r>
    </w:p>
    <w:p>
      <w:r>
        <w:rPr>
          <w:rFonts w:ascii="Courier New" w:hAnsi="Courier New"/>
          <w:color w:val="555555"/>
          <w:sz w:val="20"/>
        </w:rPr>
        <w:t>[5]</w:t>
      </w:r>
    </w:p>
    <w:p>
      <w:r>
        <w:rPr>
          <w:rFonts w:ascii="Gentium Plus" w:hAnsi="Gentium Plus"/>
          <w:sz w:val="24"/>
        </w:rPr>
        <w:t>μήτηρ δ’ ἐν κίστῃ ἐτίθει περικαλλέ’ ἐδωδήν. καί που καὶ κοίτην, ὡς ἔν τε τοῖς Βάπταις Εὐπόλιδος (I p 276. 76 Ko) ἀλλὰ τὰς κοίτας γ’ ἔχουσι πλουσίως σεσαγμένας, καὶ ἐν Φερεκράτους Μυρμηκανθρώποις (I 180. 122 Ko) ἀλλὰ καὶ τὰς κοίτας οἱ ἐν ἐμοῖν ἀποβανθ’ ἃ μέλλομεν</w:t>
      </w:r>
    </w:p>
    <w:p>
      <w:r>
        <w:rPr>
          <w:rFonts w:ascii="Courier New" w:hAnsi="Courier New"/>
          <w:color w:val="555555"/>
          <w:sz w:val="20"/>
        </w:rPr>
        <w:t>[10]</w:t>
      </w:r>
    </w:p>
    <w:p>
      <w:r>
        <w:rPr>
          <w:rFonts w:ascii="Gentium Plus" w:hAnsi="Gentium Plus"/>
          <w:sz w:val="24"/>
        </w:rPr>
        <w:t>ἀριστῆσιν.</w:t>
      </w:r>
    </w:p>
    <w:p>
      <w:r>
        <w:rPr>
          <w:rFonts w:ascii="Courier New" w:hAnsi="Courier New"/>
          <w:color w:val="555555"/>
          <w:sz w:val="20"/>
        </w:rPr>
        <w:t>[10 . 92]</w:t>
      </w:r>
    </w:p>
    <w:p>
      <w:r>
        <w:rPr>
          <w:rFonts w:ascii="Gentium Plus" w:hAnsi="Gentium Plus"/>
          <w:sz w:val="24"/>
        </w:rPr>
        <w:t>ἐν δὲ τῇ Ἴωνος Ἀλκμήνῃ (fg 7) ὁ εἰς τὴν τῆς τροφῆς παρασκευὴν θύλακος σάγη ὠνόμασται. καὶ σπυρίδα δὲ ὀψωνιοδόκον πλεκτὴν ὄψων σχοῖνον ἐν Ἀμφιάρεῳ Ἀριστοφάνης (fg 34) ἔφη· ἐν δὲ Ἀχαρνεῦσι (453 sq.) σπυρίδιον, ὃ καὶ πλέκος εἴρηκε παρατραγῳδῶν.</w:t>
      </w:r>
    </w:p>
    <w:p>
      <w:r>
        <w:rPr>
          <w:rFonts w:ascii="Courier New" w:hAnsi="Courier New"/>
          <w:color w:val="555555"/>
          <w:sz w:val="20"/>
        </w:rPr>
        <w:t>[5]</w:t>
      </w:r>
    </w:p>
    <w:p>
      <w:r>
        <w:rPr>
          <w:rFonts w:ascii="Gentium Plus" w:hAnsi="Gentium Plus"/>
          <w:sz w:val="24"/>
        </w:rPr>
        <w:t>καὶ τὰ μὲν τῶν ἡδυσμάτων ἀγγεῖα ἐρεῖς κυψέλας, ὀξίδας, καὶ τὴν ἐλαιηρὰν ἐπίχυσιν, ἣν Εὔπολις (I p 359. 384) μακρὸν χαλκίον ὠνόμασεν. καὶ Ἀριστοφάνης δ’ ἐν Ἀχαρνεῦσιν (1128) ἔφη κατάχει σύ, παῖ, τοὔλαιον ἐκ τοῦ χαλκίου. τὸ δὲ ὄνομα ἡ ἐπίχυσις εἴρηται ἐν Ἀριστοφάνους Δαιταλεῦσιν</w:t>
      </w:r>
    </w:p>
    <w:p>
      <w:r>
        <w:rPr>
          <w:rFonts w:ascii="Courier New" w:hAnsi="Courier New"/>
          <w:color w:val="555555"/>
          <w:sz w:val="20"/>
        </w:rPr>
        <w:t>[10 . 93]</w:t>
      </w:r>
    </w:p>
    <w:p>
      <w:r>
        <w:rPr>
          <w:rFonts w:ascii="Gentium Plus" w:hAnsi="Gentium Plus"/>
          <w:sz w:val="24"/>
        </w:rPr>
        <w:t>(fg 214)· ἐν δὲ Ταγηνισταῖς (fg 511) ὠνόμασταί τι καὶ μελιτηρὸν ἄγγος. εἴποις δ’ ἂν καὶ τὴν ἡδυσματοθήκην κυμινοδόκον, Νικοχάρους εἰπόντος ἐν Γαλατείᾳ (I p 770. 2 Ko) σοφαῖς παλάμαις τεκτόνων εἰργασμένον,</w:t>
      </w:r>
    </w:p>
    <w:p>
      <w:r>
        <w:rPr>
          <w:rFonts w:ascii="Courier New" w:hAnsi="Courier New"/>
          <w:color w:val="555555"/>
          <w:sz w:val="20"/>
        </w:rPr>
        <w:t>[5]</w:t>
      </w:r>
    </w:p>
    <w:p>
      <w:r>
        <w:rPr>
          <w:rFonts w:ascii="Gentium Plus" w:hAnsi="Gentium Plus"/>
          <w:sz w:val="24"/>
        </w:rPr>
        <w:t>πόλλ’ ἐν αὑτῷ λέπτ’ ἔχον καδίσκια κυμινοδόκον, καὶ κυμινοδόκη καὶ κυμινοθήκη τῶν εἰρημένων ἐστίν. καὶ κυμι‐ νοθήκη δ’ ἐν τοῖς Δημιοπράτοις, ἐν δὲ τῷ τοῦ Γελῴου Ἀπολλο‐ δώρου Γραμματειδιοποιῷ (III p 279. 2 Ko) κυμινοδόκη·</w:t>
      </w:r>
    </w:p>
    <w:p>
      <w:r>
        <w:rPr>
          <w:rFonts w:ascii="Courier New" w:hAnsi="Courier New"/>
          <w:color w:val="555555"/>
          <w:sz w:val="20"/>
        </w:rPr>
        <w:t>[10]</w:t>
      </w:r>
    </w:p>
    <w:p>
      <w:r>
        <w:rPr>
          <w:rFonts w:ascii="Gentium Plus" w:hAnsi="Gentium Plus"/>
          <w:sz w:val="24"/>
        </w:rPr>
        <w:t>μεταξὺ τῶν λόγων δέ, τουτί μοι δοκεῖ κυμινοδόκην, οὐ γραμματεῖον περιφέρειν.</w:t>
      </w:r>
    </w:p>
    <w:p>
      <w:r>
        <w:rPr>
          <w:rFonts w:ascii="Courier New" w:hAnsi="Courier New"/>
          <w:color w:val="555555"/>
          <w:sz w:val="20"/>
        </w:rPr>
        <w:t>[10 . 94]</w:t>
      </w:r>
    </w:p>
    <w:p>
      <w:r>
        <w:rPr>
          <w:rFonts w:ascii="Gentium Plus" w:hAnsi="Gentium Plus"/>
          <w:sz w:val="24"/>
        </w:rPr>
        <w:t>εἰ δὲ ἐπὶ ταῖς ἑστιάσεσιν ἕν τι τῶν ἀναγκαίων καὶ ἡ ῥιπίς, εἴρηται μὲν ἐπὶ τῆς ῥιπιζούσης τοὺς ἄνθρακας ἐν Ἀχαρνεῦσιν Ἀρι‐ στοφάνους (888) τὴν ἐσχάραν μοι δεῦρο καὶ τὴν ῥιπίδα,</w:t>
      </w:r>
    </w:p>
    <w:p>
      <w:r>
        <w:rPr>
          <w:rFonts w:ascii="Courier New" w:hAnsi="Courier New"/>
          <w:color w:val="555555"/>
          <w:sz w:val="20"/>
        </w:rPr>
        <w:t>[5]</w:t>
      </w:r>
    </w:p>
    <w:p>
      <w:r>
        <w:rPr>
          <w:rFonts w:ascii="Gentium Plus" w:hAnsi="Gentium Plus"/>
          <w:sz w:val="24"/>
        </w:rPr>
        <w:t>οὐδὲν μὴν κωλύει καὶ ἐπὶ τῆς τὰς μυίας ἀποσοβούσης καταχρῆσθαι τῷ ὀνόματι· καίτοι καὶ τὴν μυιοσόβην ἔν τε ταῖς Μενάνδρου Φιλαδέλ‐ φοις (fg 503 Ko) ἔστιν εὑρεῖν καὶ ἐν Ἀναξίππου Κιθαρῳδῷ, (III p 301. 7 Ko)</w:t>
      </w:r>
    </w:p>
    <w:p>
      <w:r>
        <w:rPr>
          <w:rFonts w:ascii="Courier New" w:hAnsi="Courier New"/>
          <w:color w:val="555555"/>
          <w:sz w:val="20"/>
        </w:rPr>
        <w:t>[10 . 95]</w:t>
      </w:r>
    </w:p>
    <w:p>
      <w:r>
        <w:rPr>
          <w:rFonts w:ascii="Gentium Plus" w:hAnsi="Gentium Plus"/>
          <w:sz w:val="24"/>
        </w:rPr>
        <w:t>Προσαριθμητέον δὲ τούτοις καὶ τὰ τοῦ μαγείρου σκεύη, χύτρας χυτρίδια χυτρίδας—ζετραίαν δὲ τὴν χύτραν οἱ Θρᾷκες καλοῦσι— λοπάδας λοπάδια, ἐχίνους ἐχινίσκους, χαλκία χαλκίδια, ἐσχάρας, ἐσχά‐ ρας ἰχθυοπτρίδας, ἐσχαρίδας, λέβητας λεβήτια λεβητάρια, ὀβελοὺς</w:t>
      </w:r>
    </w:p>
    <w:p>
      <w:r>
        <w:rPr>
          <w:rFonts w:ascii="Courier New" w:hAnsi="Courier New"/>
          <w:color w:val="555555"/>
          <w:sz w:val="20"/>
        </w:rPr>
        <w:t>[5]</w:t>
      </w:r>
    </w:p>
    <w:p>
      <w:r>
        <w:rPr>
          <w:rFonts w:ascii="Gentium Plus" w:hAnsi="Gentium Plus"/>
          <w:sz w:val="24"/>
        </w:rPr>
        <w:t>καὶ ὀβελοὺς βουπόρους καὶ ὀβελίσκους, ὡς Ἀριστοφάνης ἐν Ἀχαρ‐ νεῦσιν (1007) φέρε τοὺς ὀβελίσκους, ἵνα πήξω τὰς κίχλας·</w:t>
      </w:r>
    </w:p>
    <w:p>
      <w:r>
        <w:rPr>
          <w:rFonts w:ascii="Courier New" w:hAnsi="Courier New"/>
          <w:color w:val="555555"/>
          <w:sz w:val="20"/>
        </w:rPr>
        <w:t>[10 . 96]</w:t>
      </w:r>
    </w:p>
    <w:p>
      <w:r>
        <w:rPr>
          <w:rFonts w:ascii="Gentium Plus" w:hAnsi="Gentium Plus"/>
          <w:sz w:val="24"/>
        </w:rPr>
        <w:t>ἐν δὲ τοῖς Δημιοπράτοις γέγραπται καὶ ἄρτημα ὀβελίσκων. καὶ κρα‐ τευτὰς δὲ καὶ κρατευτήρια ἐρεῖς, καὶ ὡς ἐν τοῖς Δημιοπράτοις ἔστιν εὑρεῖν, μολυβδοκρατευτάς. τὰ μὲν οὖν δημιόπρατα, οὐ μόνον τοὔ‐ νομα παρ’ Ἀριστοφάνει ἐν τοῖς Ἱππεῦσιν ἔστιν (103)</w:t>
      </w:r>
    </w:p>
    <w:p>
      <w:r>
        <w:rPr>
          <w:rFonts w:ascii="Courier New" w:hAnsi="Courier New"/>
          <w:color w:val="555555"/>
          <w:sz w:val="20"/>
        </w:rPr>
        <w:t>[5]</w:t>
      </w:r>
    </w:p>
    <w:p>
      <w:r>
        <w:rPr>
          <w:rFonts w:ascii="Gentium Plus" w:hAnsi="Gentium Plus"/>
          <w:sz w:val="24"/>
        </w:rPr>
        <w:t>ἐπίπαστα λείχων δημιόπραθ’ ὁ βάσκανος, ἀλλὰ καὶ παρὰ τοῖς ἄλλοις κωμῳδοδιδασκάλοις (III p 537. 172 Ko)·</w:t>
      </w:r>
    </w:p>
    <w:p>
      <w:r>
        <w:rPr>
          <w:rFonts w:ascii="Courier New" w:hAnsi="Courier New"/>
          <w:color w:val="555555"/>
          <w:sz w:val="20"/>
        </w:rPr>
        <w:t>[10 . 97]</w:t>
      </w:r>
    </w:p>
    <w:p>
      <w:r>
        <w:rPr>
          <w:rFonts w:ascii="Gentium Plus" w:hAnsi="Gentium Plus"/>
          <w:sz w:val="24"/>
        </w:rPr>
        <w:t>πρὸς δὲ καὶ Λυσίᾳ λόγος ἔστιν ὑπὲρ τῶν δημιοπράτων πρὸς Εὐ‐ θίαν (p 187. 99 Tur). ἐν δὲ ταῖς Ἀττικαῖς στήλαις, αἳ κεῖνται ἐν Ἐλευσῖνι, τὰ τῶν ἀσεβησάντων περὶ τὼ θεῶ δημοσίᾳ πραθέντα ἀνα‐ γέγραπται· ἐν αἷς ἄλλα τε πολλὰ σκεύη ἐστὶν ὠνομασμένα καὶ μο‐</w:t>
      </w:r>
    </w:p>
    <w:p>
      <w:r>
        <w:rPr>
          <w:rFonts w:ascii="Courier New" w:hAnsi="Courier New"/>
          <w:color w:val="555555"/>
          <w:sz w:val="20"/>
        </w:rPr>
        <w:t>[5]</w:t>
      </w:r>
    </w:p>
    <w:p>
      <w:r>
        <w:rPr>
          <w:rFonts w:ascii="Gentium Plus" w:hAnsi="Gentium Plus"/>
          <w:sz w:val="24"/>
        </w:rPr>
        <w:t>λυβδοκρατευταί· καὶ Εὔπολις δὲ ἐν τοῖς Κόλαξιν (I p 305. 171) ἔφη μολυβδίνους κρατευτάς. τῶν δὲ μαγείρου σκευῶν καὶ κοπίδες καὶ σφαγίδες, καὶ σφά‐ γιον, ᾧ ὑποδέχονται τὸ αἷμα τῶν ἱερείων· τὸ γὰρ σφάκτρον τέ‐ λους ὄνομα ἦν ἐπὶ τοῦ καταβαλλομένον ὑπὲρ τῶν θυομένων οὕτως</w:t>
      </w:r>
    </w:p>
    <w:p>
      <w:r>
        <w:rPr>
          <w:rFonts w:ascii="Courier New" w:hAnsi="Courier New"/>
          <w:color w:val="555555"/>
          <w:sz w:val="20"/>
        </w:rPr>
        <w:t>[10]</w:t>
      </w:r>
    </w:p>
    <w:p>
      <w:r>
        <w:rPr>
          <w:rFonts w:ascii="Gentium Plus" w:hAnsi="Gentium Plus"/>
          <w:sz w:val="24"/>
        </w:rPr>
        <w:t>ἐπονομασθέν. μαγείρου δ’ ἐστὶ σκεῦος καὶ τορύνη καὶ ἐόργη</w:t>
      </w:r>
    </w:p>
    <w:p>
      <w:r>
        <w:rPr>
          <w:rFonts w:ascii="Courier New" w:hAnsi="Courier New"/>
          <w:color w:val="555555"/>
          <w:sz w:val="20"/>
        </w:rPr>
        <w:t>[10 . 98]</w:t>
      </w:r>
    </w:p>
    <w:p>
      <w:r>
        <w:rPr>
          <w:rFonts w:ascii="Gentium Plus" w:hAnsi="Gentium Plus"/>
          <w:sz w:val="24"/>
        </w:rPr>
        <w:t>καὶ εὐέργη· τὸ δὲ ῥῆμα τὸ τετορύνηκας ἔστιν ἐν Εὐβούλου Παρ‐ μενίσκῳ (II p 194. 86 Ko). ἐκ δὲ τῶν σκευῶν καὶ ἐτνήρυσις καὶ ζωμήρυσις, καὶ κρεάγρα καὶ ἁρπάγη καὶ λύκος καὶ ἐξαυστήρ, καὶ λί‐ στρον καὶ λιστρίον, ὅ τινες ταγηνοστρόφιον, καὶ τάγηνον δέ. ἀλλὰ</w:t>
      </w:r>
    </w:p>
    <w:p>
      <w:r>
        <w:rPr>
          <w:rFonts w:ascii="Courier New" w:hAnsi="Courier New"/>
          <w:color w:val="555555"/>
          <w:sz w:val="20"/>
        </w:rPr>
        <w:t>[5]</w:t>
      </w:r>
    </w:p>
    <w:p>
      <w:r>
        <w:rPr>
          <w:rFonts w:ascii="Gentium Plus" w:hAnsi="Gentium Plus"/>
          <w:sz w:val="24"/>
        </w:rPr>
        <w:t>μὴν καὶ τήγανον ἂν ἔχοις εὑρεῖν εἰρημένον ἐν Εἵλωσιν Εὐπόλιδος</w:t>
      </w:r>
    </w:p>
    <w:p>
      <w:r>
        <w:rPr>
          <w:rFonts w:ascii="Courier New" w:hAnsi="Courier New"/>
          <w:color w:val="555555"/>
          <w:sz w:val="20"/>
        </w:rPr>
        <w:t>[10]</w:t>
      </w:r>
    </w:p>
    <w:p>
      <w:r>
        <w:rPr>
          <w:rFonts w:ascii="Gentium Plus" w:hAnsi="Gentium Plus"/>
          <w:sz w:val="24"/>
        </w:rPr>
        <w:t>τὸ μέντοι ῥῆμα τὸ τηγανίζεσθαι ἔστιν ἐν Ἀποκλειομένῃ Ποσειδίππου</w:t>
      </w:r>
    </w:p>
    <w:p>
      <w:r>
        <w:rPr>
          <w:rFonts w:ascii="Courier New" w:hAnsi="Courier New"/>
          <w:color w:val="555555"/>
          <w:sz w:val="20"/>
        </w:rPr>
        <w:t>[10 . 99]</w:t>
      </w:r>
    </w:p>
    <w:p>
      <w:r>
        <w:rPr>
          <w:rFonts w:ascii="Gentium Plus" w:hAnsi="Gentium Plus"/>
          <w:sz w:val="24"/>
        </w:rPr>
        <w:t>(III p 337. 5 Ko)· καίτοι τό γε δρᾶμα Ἀριστοφάνους Ταγηνισταί. τὸν δὲ καλούμενον χυτρόποδα ἔστι μὲν καὶ λάσανα κεκλημένον εὑρεῖν, ὡς Διοκλῆς ἐν Μελίτταις (I p 768. 8 Ko) ἀπὸ λασάνων θερμὴν ἀφαιρήσω χύτραν·</w:t>
      </w:r>
    </w:p>
    <w:p>
      <w:r>
        <w:rPr>
          <w:rFonts w:ascii="Courier New" w:hAnsi="Courier New"/>
          <w:color w:val="555555"/>
          <w:sz w:val="20"/>
        </w:rPr>
        <w:t>[5]</w:t>
      </w:r>
    </w:p>
    <w:p>
      <w:r>
        <w:rPr>
          <w:rFonts w:ascii="Gentium Plus" w:hAnsi="Gentium Plus"/>
          <w:sz w:val="24"/>
        </w:rPr>
        <w:t>ἐν δὲ τῷ πρώτῳ τῶν Ἱππώνακτος ἰάμβων (fg 15) εἴρηται χυτρο‐ πόδιον, ὥσπερ καὶ παρ’ Ἡσιόδῳ (OD 750) μηδ’ ἀπὸ χυτροπόδων ἀνεπιρρέκτων ἀφελόντα. ἀλλὰ τοῦτο μὲν ἕτερόν τι δηλοῖ. ὅταν δὲ Δίφιλος ἐν Ἐπικλήρῳ (II p 553. 41 Ko) λέγῃ ‘χύτρον μέγαν παρὰ τοῦ μαγείρου,‘ δῆλον ὅτι τὴν</w:t>
      </w:r>
    </w:p>
    <w:p>
      <w:r>
        <w:rPr>
          <w:rFonts w:ascii="Courier New" w:hAnsi="Courier New"/>
          <w:color w:val="555555"/>
          <w:sz w:val="20"/>
        </w:rPr>
        <w:t>[10 . 100]</w:t>
      </w:r>
    </w:p>
    <w:p>
      <w:r>
        <w:rPr>
          <w:rFonts w:ascii="Gentium Plus" w:hAnsi="Gentium Plus"/>
          <w:sz w:val="24"/>
        </w:rPr>
        <w:t>χύτραν λέγει ἀλλ’ οὐ τὸν χυτρόποδα. εἰδέναι δὲ οὐ φαῦλον ὅτι χύτρα καὶ φιλήματος εἶδος ἦν, ὁπότε τὰ παιδία φιλοίη τῶν ὤτων ἐπι‐ λαμβανόμενα· ὑποδηλοῖ δὲ Εὔνικος ἐν Ἀντείᾳ (I p 781. 1 Ko) λαβοῦσα τῶν ὤτων φίλησον τὴν χύτραν.</w:t>
      </w:r>
    </w:p>
    <w:p>
      <w:r>
        <w:rPr>
          <w:rFonts w:ascii="Courier New" w:hAnsi="Courier New"/>
          <w:color w:val="555555"/>
          <w:sz w:val="20"/>
        </w:rPr>
        <w:t>[5]</w:t>
      </w:r>
    </w:p>
    <w:p>
      <w:r>
        <w:rPr>
          <w:rFonts w:ascii="Gentium Plus" w:hAnsi="Gentium Plus"/>
          <w:sz w:val="24"/>
        </w:rPr>
        <w:t>οὐ μὴν ἀλλὰ καὶ βαῦνον ἂν εἴποις τὸν χυτρόποδα, καί που καὶ ἀν‐ θράκιον, Ἀλέξιδος εἰπόντος ἐν Λημνίᾳ (II p 345. 134 Ko) καὶ μὴν παρῆν ἀνθράκιον ἡμῖν ἐν μέσῳ σείσων τε καὶ κυάμων μεστός· καὶ γὰρ ὁ σείσων ἀγγεῖον ᾧ κυάμους ἢ ἄλλο τι τοιοῦτον ἐνέφρυγον.</w:t>
      </w:r>
    </w:p>
    <w:p>
      <w:r>
        <w:rPr>
          <w:rFonts w:ascii="Courier New" w:hAnsi="Courier New"/>
          <w:color w:val="555555"/>
          <w:sz w:val="20"/>
        </w:rPr>
        <w:t>[10 . 101]</w:t>
      </w:r>
    </w:p>
    <w:p>
      <w:r>
        <w:rPr>
          <w:rFonts w:ascii="Gentium Plus" w:hAnsi="Gentium Plus"/>
          <w:sz w:val="24"/>
        </w:rPr>
        <w:t>καὶ μὴν καὶ ἐσχάραν εἴποις ἂν τὸ ἀνθράκιον τοῦτο, καὶ ἐσχάριον, Ἀριστοφάνους ἐν Ταγηνισταῖς (fg 516) εἰπόντος ἐσχάρια, καί που (fg 777) καὶ ἐσχαρίδα. ὁ δὲ Στράττις ἐν Ψυχασταῖς φησὶ (I p 727. 55) πῶς ἂν κομίσειέ μοί τις</w:t>
      </w:r>
    </w:p>
    <w:p>
      <w:r>
        <w:rPr>
          <w:rFonts w:ascii="Courier New" w:hAnsi="Courier New"/>
          <w:color w:val="555555"/>
          <w:sz w:val="20"/>
        </w:rPr>
        <w:t>[5]</w:t>
      </w:r>
    </w:p>
    <w:p>
      <w:r>
        <w:rPr>
          <w:rFonts w:ascii="Gentium Plus" w:hAnsi="Gentium Plus"/>
          <w:sz w:val="24"/>
        </w:rPr>
        <w:t>θυμαλώπων ὧδε μεστὴν ἐσχάραν. καὶ εἰσὶν οἱ θυμάλωπες οἱ ἡμίκαυτοι ἄνθρακες· οὐ γὰρ ἂν εἴη πρὸς τοῦ βιβλίου τοῦδε παραδηλοῦν ὅτι καὶ οἱ καλούμενοι τῶν ἀμπέλων</w:t>
      </w:r>
    </w:p>
    <w:p>
      <w:r>
        <w:rPr>
          <w:rFonts w:ascii="Courier New" w:hAnsi="Courier New"/>
          <w:color w:val="555555"/>
          <w:sz w:val="20"/>
        </w:rPr>
        <w:t>[10]</w:t>
      </w:r>
    </w:p>
    <w:p>
      <w:r>
        <w:rPr>
          <w:rFonts w:ascii="Gentium Plus" w:hAnsi="Gentium Plus"/>
          <w:sz w:val="24"/>
        </w:rPr>
        <w:t>γειρική, ἣν οἱ νεώτεροι ἐπικόπανον· ἔστι δὲ τοὔνομα παρὰ Μενάνδρῳ ἐν</w:t>
      </w:r>
    </w:p>
    <w:p>
      <w:r>
        <w:rPr>
          <w:rFonts w:ascii="Courier New" w:hAnsi="Courier New"/>
          <w:color w:val="555555"/>
          <w:sz w:val="20"/>
        </w:rPr>
        <w:t>[10 . 102]</w:t>
      </w:r>
    </w:p>
    <w:p>
      <w:r>
        <w:rPr>
          <w:rFonts w:ascii="Gentium Plus" w:hAnsi="Gentium Plus"/>
          <w:sz w:val="24"/>
        </w:rPr>
        <w:t>Μεσσηνίᾳ (fg 33 Ko), ‘ἡγεῖται μὲν ὅλως ἐπικόπανόν τι.‘ ἔτι δὲ μάκτρα, σκάφη, μαγίς, σκαφίς, κάρδοπος, κάνεον. καὶ νεόκοπον μὲν κάρδοπον Εὔπολις ἐν Αἰξὶν (I p 263. 20 Ko) εἴρηκεν, ὡς Ἀριστοφάνης ἐν Σφηξὶ (648) νεόκοπτον μύλην· Μένανδρος δὲ ἐν Δημιουργῷ (fg 116 Ko) ληνὸν</w:t>
      </w:r>
    </w:p>
    <w:p>
      <w:r>
        <w:rPr>
          <w:rFonts w:ascii="Courier New" w:hAnsi="Courier New"/>
          <w:color w:val="555555"/>
          <w:sz w:val="20"/>
        </w:rPr>
        <w:t>[5]</w:t>
      </w:r>
    </w:p>
    <w:p>
      <w:r>
        <w:rPr>
          <w:rFonts w:ascii="Gentium Plus" w:hAnsi="Gentium Plus"/>
          <w:sz w:val="24"/>
        </w:rPr>
        <w:t>εἴρηκε τὴν κάρδοπον. ταὐτὸν δὲ τοῦτο καὶ θυΐα καὶ ἀντλία· τὴν γὰρ σκάφην οὕτως ὠνόμασεν Ἀριστοφάνης ἐν Εἰρήνῃ (18). καὶ σκαφίδα δὲ τὴν σκάφην ταύτην ἐν ταῖς Ὁλκάσιν (fg 417) ἂν λέγοι, συντάξας</w:t>
      </w:r>
    </w:p>
    <w:p>
      <w:r>
        <w:rPr>
          <w:rFonts w:ascii="Courier New" w:hAnsi="Courier New"/>
          <w:color w:val="555555"/>
          <w:sz w:val="20"/>
        </w:rPr>
        <w:t>[10 . 103]</w:t>
      </w:r>
    </w:p>
    <w:p>
      <w:r>
        <w:rPr>
          <w:rFonts w:ascii="Gentium Plus" w:hAnsi="Gentium Plus"/>
          <w:sz w:val="24"/>
        </w:rPr>
        <w:t>οὕτω, ‘σκαφίδας μάκτρας.‘ ἐν δὲ τοῖς Δημιοπράτοις εὑρίσκεται σκάφη μακρὰ καὶ σκάφη στρογγύλη. τὴν δὲ θυΐαν καὶ θυΐδιον εἴποις ἂν κατ’ Ἀριστοφάνην ἐν Πλούτῳ (710) λέγοντα· καὶ ἴγδιν δὲ αὐτὴν κεκλήκασι Σόλων τε ἐν τοῖς ἰάμβοις λέγων (fg 39)</w:t>
      </w:r>
    </w:p>
    <w:p>
      <w:r>
        <w:rPr>
          <w:rFonts w:ascii="Courier New" w:hAnsi="Courier New"/>
          <w:color w:val="555555"/>
          <w:sz w:val="20"/>
        </w:rPr>
        <w:t>[5]</w:t>
      </w:r>
    </w:p>
    <w:p>
      <w:r>
        <w:rPr>
          <w:rFonts w:ascii="Gentium Plus" w:hAnsi="Gentium Plus"/>
          <w:sz w:val="24"/>
        </w:rPr>
        <w:t>σπεύσι δ’ οἱ μὲν ἴγδιν, οἱ δὲ σίλφιον, οἱ δ’ ὄξος, καὶ ἔτι σαφέστερον Ἀντιφάνης Κοροπλάθῳ (II p 62. 127) γύναι, πρὸς αὐλὸν ἦλθες. ὀρχήσει πάλιν τὴν ἴγδιν.</w:t>
      </w:r>
    </w:p>
    <w:p>
      <w:r>
        <w:rPr>
          <w:rFonts w:ascii="Courier New" w:hAnsi="Courier New"/>
          <w:color w:val="555555"/>
          <w:sz w:val="20"/>
        </w:rPr>
        <w:t>[10]</w:t>
      </w:r>
    </w:p>
    <w:p>
      <w:r>
        <w:rPr>
          <w:rFonts w:ascii="Gentium Plus" w:hAnsi="Gentium Plus"/>
          <w:sz w:val="24"/>
        </w:rPr>
        <w:t>ἔστι μὲν οὖν ἴγδις καὶ ὀρχήσεως σχῆμα· ὁ δὲ παίζων πρὸς τοὔνομα</w:t>
      </w:r>
    </w:p>
    <w:p>
      <w:r>
        <w:rPr>
          <w:rFonts w:ascii="Courier New" w:hAnsi="Courier New"/>
          <w:color w:val="555555"/>
          <w:sz w:val="20"/>
        </w:rPr>
        <w:t>[10 . 104]</w:t>
      </w:r>
    </w:p>
    <w:p>
      <w:r>
        <w:rPr>
          <w:rFonts w:ascii="Gentium Plus" w:hAnsi="Gentium Plus"/>
          <w:sz w:val="24"/>
        </w:rPr>
        <w:t>κωμικῶς ἐπήγαγε ‘τὴν θυΐαν ἀγνοεῖς;‘ τοῦτ’ ἔστιν ἴγδις ἡ θυία. τὸ δὲ πύραυνον, ᾧ τοὺς ἐμπύρους ἄνθρακας κομίζουσιν, εἴποις ἂν ἐμῇ δόξῃ καὶ πυρφόρον. μαγειρικὰ δὲ καὶ κοπίδες καὶ δορίδες καὶ μαχαιρίδες. Ἀρι‐</w:t>
      </w:r>
    </w:p>
    <w:p>
      <w:r>
        <w:rPr>
          <w:rFonts w:ascii="Courier New" w:hAnsi="Courier New"/>
          <w:color w:val="555555"/>
          <w:sz w:val="20"/>
        </w:rPr>
        <w:t>[5]</w:t>
      </w:r>
    </w:p>
    <w:p>
      <w:r>
        <w:rPr>
          <w:rFonts w:ascii="Gentium Plus" w:hAnsi="Gentium Plus"/>
          <w:sz w:val="24"/>
        </w:rPr>
        <w:t>στοφάνους γοῦν ἐν Ἱππεῦσιν (410) ὁ μάγειρος λέγει ‘μαχαιρίδων τε πληγάς,‘ ὥσπερ καὶ ἐν τῷ Γήραι (fg 138) ὁ αὐτὸς ποιητὴς εἴρηκεν</w:t>
      </w:r>
    </w:p>
    <w:p>
      <w:r>
        <w:rPr>
          <w:rFonts w:ascii="Courier New" w:hAnsi="Courier New"/>
          <w:color w:val="555555"/>
          <w:sz w:val="20"/>
        </w:rPr>
        <w:t>[10]</w:t>
      </w:r>
    </w:p>
    <w:p>
      <w:r>
        <w:rPr>
          <w:rFonts w:ascii="Gentium Plus" w:hAnsi="Gentium Plus"/>
          <w:sz w:val="24"/>
        </w:rPr>
        <w:t>δοῖδυξ, θυΐα, τυρόκνηστις, ἐσχάρα, ἡ δὲ κύβηλις ἐν Φιλήμονος Ἁρπαζομένῳ (II p 428. 13 Ko) ὁρῶ μαγείρου καὶ κύβηλιν καὶ σκάφην.</w:t>
      </w:r>
    </w:p>
    <w:p>
      <w:r>
        <w:rPr>
          <w:rFonts w:ascii="Courier New" w:hAnsi="Courier New"/>
          <w:color w:val="555555"/>
          <w:sz w:val="20"/>
        </w:rPr>
        <w:t>[10 . 105]</w:t>
      </w:r>
    </w:p>
    <w:p>
      <w:r>
        <w:rPr>
          <w:rFonts w:ascii="Gentium Plus" w:hAnsi="Gentium Plus"/>
          <w:sz w:val="24"/>
        </w:rPr>
        <w:t>προσονομαστέον δὲ τούτοις καὶ πέλυκα καὶ δοίδυκα καὶ ἀλετρίβανον. γαστρόπτης δὲ ἐν τοῖς Δημιοπράτοις πέπραται, καὶ δευτήρ, κοινὸν ἀρτοποιῷ καὶ μαγείρῳ σκεῦος, ἀπὸ τοῦ δεύειν ὠνομασμένον. ἄβακα δ’ εἰ βούλοιό τι τῶν τοῦ μαγείρου σκευῶν καλεῖν, προσχρη‐</w:t>
      </w:r>
    </w:p>
    <w:p>
      <w:r>
        <w:rPr>
          <w:rFonts w:ascii="Courier New" w:hAnsi="Courier New"/>
          <w:color w:val="555555"/>
          <w:sz w:val="20"/>
        </w:rPr>
        <w:t>[5]</w:t>
      </w:r>
    </w:p>
    <w:p>
      <w:r>
        <w:rPr>
          <w:rFonts w:ascii="Gentium Plus" w:hAnsi="Gentium Plus"/>
          <w:sz w:val="24"/>
        </w:rPr>
        <w:t>στέον σοι Κρατίνῳ ἐν Κλεοβουλίναις λέγοντι (I p 39. 86 Ko) ἐπέδωκε βαλάνων ἄβακα τῶν ἐκ φιττέως. καὶ ἀβάκιον δ’ ἂν αὐτὸ εἴποις· ἐφ’ ἑτέρου μὲν γὰρ εἴρηται ὑπὸ Λυσίου ἐν τῷ ὑπὲρ Καλλαίσχρου (fg 134), ‘μετ’ ἀβακίου δὲ καὶ τρα‐</w:t>
      </w:r>
    </w:p>
    <w:p>
      <w:r>
        <w:rPr>
          <w:rFonts w:ascii="Courier New" w:hAnsi="Courier New"/>
          <w:color w:val="555555"/>
          <w:sz w:val="20"/>
        </w:rPr>
        <w:t>[10 . 106]</w:t>
      </w:r>
    </w:p>
    <w:p>
      <w:r>
        <w:rPr>
          <w:rFonts w:ascii="Gentium Plus" w:hAnsi="Gentium Plus"/>
          <w:sz w:val="24"/>
        </w:rPr>
        <w:t>πεζίου πωλῶν ἑαυτόν,‘ χρῆσθαι δ’ ἔξεστι τῷ ὀνόματι καὶ ἐπὶ τοῦ ὀψοφόρου σκεύους, ὥσπερ καὶ κακκάβην τὴν λοπάδα ἐρεῖς, εἰ‐ πόντος Ἀριστοφάνους ἐν Σκηνὰς καταλαμβανούσαις (fg 479) τὴν κακκάβην γὰρ κᾶε τοῦ διδασκάλου.</w:t>
      </w:r>
    </w:p>
    <w:p>
      <w:r>
        <w:rPr>
          <w:rFonts w:ascii="Courier New" w:hAnsi="Courier New"/>
          <w:color w:val="555555"/>
          <w:sz w:val="20"/>
        </w:rPr>
        <w:t>[5]</w:t>
      </w:r>
    </w:p>
    <w:p>
      <w:r>
        <w:rPr>
          <w:rFonts w:ascii="Gentium Plus" w:hAnsi="Gentium Plus"/>
          <w:sz w:val="24"/>
        </w:rPr>
        <w:t>ἐν δ’ Εὐβούλου Ἴωνι εἴρηται (II p 177. 38 Ko) τρύβλια δὲ καὶ πατάνια καὶ κακκάβια καί λοπάδια ὡς ἕτερον ὂν παρὰ τὴν λοπάδα τοῦτο τῷ σχήματι. καὶ κάκκαβον δὲ τὴν κακκάβην κατὰ τὴν τῶν πολλῶν χρῆσιν Ἀντιφάνης κέκληκεν</w:t>
      </w:r>
    </w:p>
    <w:p>
      <w:r>
        <w:rPr>
          <w:rFonts w:ascii="Courier New" w:hAnsi="Courier New"/>
          <w:color w:val="555555"/>
          <w:sz w:val="20"/>
        </w:rPr>
        <w:t>[10]</w:t>
      </w:r>
    </w:p>
    <w:p>
      <w:r>
        <w:rPr>
          <w:rFonts w:ascii="Gentium Plus" w:hAnsi="Gentium Plus"/>
          <w:sz w:val="24"/>
        </w:rPr>
        <w:t>εἰπὼν ἐν Παρασίτῳ (II p 85. 182 Ko) κάκκαβον λέγω, σὺ δ’ ἴσως ἂν εἴποις λοπάδ’. ἐμοὶ δὲ τοὔνομα οἴει διαφέρειν, εἴτε κάκκαβόν τινες χαίρουσιν ὀνομάζοντες εἴτε σίττυβον;</w:t>
      </w:r>
    </w:p>
    <w:p>
      <w:r>
        <w:rPr>
          <w:rFonts w:ascii="Courier New" w:hAnsi="Courier New"/>
          <w:color w:val="555555"/>
          <w:sz w:val="20"/>
        </w:rPr>
        <w:t>[10 . 107]</w:t>
      </w:r>
    </w:p>
    <w:p>
      <w:r>
        <w:rPr>
          <w:rFonts w:ascii="Gentium Plus" w:hAnsi="Gentium Plus"/>
          <w:sz w:val="24"/>
        </w:rPr>
        <w:t>καὶ Νικοχάρης δὲ ἐν Λημνίαις (I p 773. 14) εἴρηκε κακκάβους. καὶ</w:t>
      </w:r>
    </w:p>
    <w:p>
      <w:r>
        <w:rPr>
          <w:rFonts w:ascii="Courier New" w:hAnsi="Courier New"/>
          <w:color w:val="555555"/>
          <w:sz w:val="20"/>
        </w:rPr>
        <w:t>[5]</w:t>
      </w:r>
    </w:p>
    <w:p>
      <w:r>
        <w:rPr>
          <w:rFonts w:ascii="Gentium Plus" w:hAnsi="Gentium Plus"/>
          <w:sz w:val="24"/>
        </w:rPr>
        <w:t>κολλῶντι (II p 180. 47 Ko) καὶ πνικτὰ Σικελικὰ πατανίων σωρεύματα καὶ Ἀντιφάνους ἐν Εὐθυδίκῳ (II p 49. 95 Ko) πολύπους τετμημένος ἐν πατανίοισιν ἑφθός.</w:t>
      </w:r>
    </w:p>
    <w:p>
      <w:r>
        <w:rPr>
          <w:rFonts w:ascii="Courier New" w:hAnsi="Courier New"/>
          <w:color w:val="555555"/>
          <w:sz w:val="20"/>
        </w:rPr>
        <w:t>[10 . 108]</w:t>
      </w:r>
    </w:p>
    <w:p>
      <w:r>
        <w:rPr>
          <w:rFonts w:ascii="Gentium Plus" w:hAnsi="Gentium Plus"/>
          <w:sz w:val="24"/>
        </w:rPr>
        <w:t>Ἄλεξις δὲ ἐν Ἀσκληπιοκλείδῃ (II p 306. 24 Ko) πατάνια εἴρηκεν· ἐν δὲ ταῖς Ἱππάρχου Παννυχίσιν (III p 274. 5 Ko) εὑρῆσθαί φασι κατὰ τὴν τῶν ἰδιωτῶν συνήθειαν εἰρημένον βατάνιον. οἷς μέντοι τὰς κριθὰς φρύγοντες μετέβαλλον ἢ καὶ τοὺς κυάμους, πατάλλια</w:t>
      </w:r>
    </w:p>
    <w:p>
      <w:r>
        <w:rPr>
          <w:rFonts w:ascii="Courier New" w:hAnsi="Courier New"/>
          <w:color w:val="555555"/>
          <w:sz w:val="20"/>
        </w:rPr>
        <w:t>[5]</w:t>
      </w:r>
    </w:p>
    <w:p>
      <w:r>
        <w:rPr>
          <w:rFonts w:ascii="Gentium Plus" w:hAnsi="Gentium Plus"/>
          <w:sz w:val="24"/>
        </w:rPr>
        <w:t>ταῦτα ἐκαλεῖτο. εἰ δὲ καὶ κρεωστάθμην ἐν τούτοις θετέον, ἰστέον ὅτι τὸ σπαρτίον, οὗ λαβόμενός τις ἀνέλκει τὸν ζυγόν, ἀρτάνην ὠνό‐ μαζον. σκεῦος δὲ μαγειρικὸν καὶ ἡθμός, Εὐριπίδου ἐν Εὐρυσθεῖ σα‐ τυρικῷ (374) εἰπόντος ἢ κύαθον ἢ χαλκήλατον</w:t>
      </w:r>
    </w:p>
    <w:p>
      <w:r>
        <w:rPr>
          <w:rFonts w:ascii="Courier New" w:hAnsi="Courier New"/>
          <w:color w:val="555555"/>
          <w:sz w:val="20"/>
        </w:rPr>
        <w:t>[10]</w:t>
      </w:r>
    </w:p>
    <w:p>
      <w:r>
        <w:rPr>
          <w:rFonts w:ascii="Gentium Plus" w:hAnsi="Gentium Plus"/>
          <w:sz w:val="24"/>
        </w:rPr>
        <w:t>ἡθμὸν προσίσχων τοῖσδε τοῖς ὑπωπίοις. ἐν μέντοι τοῖς Δημιοπράτοις καὶ ἡθμός τις ἐπικρητηρίδιος πέπραται,</w:t>
      </w:r>
    </w:p>
    <w:p>
      <w:r>
        <w:rPr>
          <w:rFonts w:ascii="Courier New" w:hAnsi="Courier New"/>
          <w:color w:val="555555"/>
          <w:sz w:val="20"/>
        </w:rPr>
        <w:t>[10 . 109]</w:t>
      </w:r>
    </w:p>
    <w:p>
      <w:r>
        <w:rPr>
          <w:rFonts w:ascii="Gentium Plus" w:hAnsi="Gentium Plus"/>
          <w:sz w:val="24"/>
        </w:rPr>
        <w:t>ὃς ἴσως τοῖς περὶ τὸν οἶνον μᾶλλον προσήκει. καὶ μὴν καὶ ἐπί‐ χυσις χαλκίου ἓν τῶν μαγείρου σκευῶν· Ἀριστοφάνης δὲ αὐτὸ εἴ‐ ρηκεν ἐν Δαιταλεῦσιν (I p 495 fg 214 Ko) οὔκ, ἀλλὰ ταῦτά γ’ ἐπίχυσις τοῦ χαλκίου.</w:t>
      </w:r>
    </w:p>
    <w:p>
      <w:r>
        <w:rPr>
          <w:rFonts w:ascii="Courier New" w:hAnsi="Courier New"/>
          <w:color w:val="555555"/>
          <w:sz w:val="20"/>
        </w:rPr>
        <w:t>[5]</w:t>
      </w:r>
    </w:p>
    <w:p>
      <w:r>
        <w:rPr>
          <w:rFonts w:ascii="Gentium Plus" w:hAnsi="Gentium Plus"/>
          <w:sz w:val="24"/>
        </w:rPr>
        <w:t>ἦ που δὲ καὶ φρυγεὺς καὶ φρύγετρον, τὸ μὲν φρύγετρον Πολυ‐ ζήλου εἰρηκότος ἐν Διονύσου γοναῖς, (I p 791. 6 Ko) οὗπερ αἱ χύτραι κρέμανται καὶ τὸ φρύγετρόν γε πρός καὶ γὰρ εἰ τὸ φρύγετρον ταῖς κοδομαῖς προσήκειν δοκεῖ καὶ ἔστι ταὐτὸν τῷ κοδομείῳ ἢ τῷ κατὰ τοὺς πολλοὺς φωγάνῳ, ἀλλὰ</w:t>
      </w:r>
    </w:p>
    <w:p>
      <w:r>
        <w:rPr>
          <w:rFonts w:ascii="Courier New" w:hAnsi="Courier New"/>
          <w:color w:val="555555"/>
          <w:sz w:val="20"/>
        </w:rPr>
        <w:t>[10]</w:t>
      </w:r>
    </w:p>
    <w:p>
      <w:r>
        <w:rPr>
          <w:rFonts w:ascii="Gentium Plus" w:hAnsi="Gentium Plus"/>
          <w:sz w:val="24"/>
        </w:rPr>
        <w:t>νῦν ἔοικεν ὡς μαγείρου σκεῦος συντετάχθαι· τὸν δὲ φρυγέα καὶ</w:t>
      </w:r>
    </w:p>
    <w:p>
      <w:r>
        <w:rPr>
          <w:rFonts w:ascii="Courier New" w:hAnsi="Courier New"/>
          <w:color w:val="555555"/>
          <w:sz w:val="20"/>
        </w:rPr>
        <w:t>[10 . 110]</w:t>
      </w:r>
    </w:p>
    <w:p>
      <w:r>
        <w:rPr>
          <w:rFonts w:ascii="Gentium Plus" w:hAnsi="Gentium Plus"/>
          <w:sz w:val="24"/>
        </w:rPr>
        <w:t>ὑποδηλοῖ λέγων ‘φρυγεὺς θυΐα λήκυθος.‘ καὶ μὴν καὶ Κηφισο‐ δώρου ἐν Ὑὶ (I p 802. 10 Ko) εἰπόντος ‘σπονδὴ δὲ παρὰ τῶν ὁλκάδων καὶ καταφαντισγόσ‘ καὶ μάτταν ἀγγεῖον ἀκούοντες ἐντεῦθεν εἰρῆσθαι νομίζουσι καὶ τὴν παρὰ Ῥωμαίοις ματέλλαν. τῶν τε μα‐</w:t>
      </w:r>
    </w:p>
    <w:p>
      <w:r>
        <w:rPr>
          <w:rFonts w:ascii="Courier New" w:hAnsi="Courier New"/>
          <w:color w:val="555555"/>
          <w:sz w:val="20"/>
        </w:rPr>
        <w:t>[5]</w:t>
      </w:r>
    </w:p>
    <w:p>
      <w:r>
        <w:rPr>
          <w:rFonts w:ascii="Gentium Plus" w:hAnsi="Gentium Plus"/>
          <w:sz w:val="24"/>
        </w:rPr>
        <w:t>γειρικῶν ἰπνοὶ καὶ κρίβανοι, καὶ βόες κριβανῖται ἐν Ἀριστοφάνους Ἀχαρνεῦσιν (87). προσθετέον δὲ τῷ μαγείρῳ καὶ ξύλα καύσιμα καὶ κληματίδας καὶ ἐκκαύματα, εἰπόντος Σοφοκλέους ἐν Ἡρακλεῖ σατυρικῷ (fg 205) συνέλεγον τὰ ξύλ’ ὡς ἐκκαυμάτων,</w:t>
      </w:r>
    </w:p>
    <w:p>
      <w:r>
        <w:rPr>
          <w:rFonts w:ascii="Courier New" w:hAnsi="Courier New"/>
          <w:color w:val="555555"/>
          <w:sz w:val="20"/>
        </w:rPr>
        <w:t>[10]</w:t>
      </w:r>
    </w:p>
    <w:p>
      <w:r>
        <w:rPr>
          <w:rFonts w:ascii="Gentium Plus" w:hAnsi="Gentium Plus"/>
          <w:sz w:val="24"/>
        </w:rPr>
        <w:t>μή μοι μεταξὺ προσδεήσειεν.</w:t>
      </w:r>
    </w:p>
    <w:p>
      <w:r>
        <w:rPr>
          <w:rFonts w:ascii="Courier New" w:hAnsi="Courier New"/>
          <w:color w:val="555555"/>
          <w:sz w:val="20"/>
        </w:rPr>
        <w:t>[10 . 111]</w:t>
      </w:r>
    </w:p>
    <w:p>
      <w:r>
        <w:rPr>
          <w:rFonts w:ascii="Gentium Plus" w:hAnsi="Gentium Plus"/>
          <w:sz w:val="24"/>
        </w:rPr>
        <w:t>προσθετέον δὲ τούτοις καὶ δᾷδας καὶ δᾳδία, καὶ κορμοὺς καὶ σχίζας καὶ σχιζία, καὶ πεύκας καὶ λαμπάδας καὶ ἰπνοὺς καὶ πανούς, καὶ ἄνθρακας καὶ μαρίλην· καὶ μαρίλαν δ’ ἐκάλουν τὸν χνοῦν τῶν ἀν‐ θράκων. τάχα δὲ καὶ λάρκους τούτοις προσονομαστέον καὶ λαρκία</w:t>
      </w:r>
    </w:p>
    <w:p>
      <w:r>
        <w:rPr>
          <w:rFonts w:ascii="Courier New" w:hAnsi="Courier New"/>
          <w:color w:val="555555"/>
          <w:sz w:val="20"/>
        </w:rPr>
        <w:t>[5]</w:t>
      </w:r>
    </w:p>
    <w:p>
      <w:r>
        <w:rPr>
          <w:rFonts w:ascii="Gentium Plus" w:hAnsi="Gentium Plus"/>
          <w:sz w:val="24"/>
        </w:rPr>
        <w:t>καὶ λαρκίδια τὰ ἀγγεῖα τῶν ἀνθράκων Ἀριστοφάνους εἰπόντος ἐν Ἀχαρνεῦσιν (350, 340). Εὐριπίδης μὲν γὰρ εἴρηκεν ἐν Αὐτολύκῳ σατυρικῷ (fg 283) τοὺς ὄνους τοὺς λαρκαγωγοὺς οἴσειν ἐξ ὄρους ξύλα· ἐν δὲ τῷ Ἀλέξιδος Σπονδοφόρῳ (II p 373. 208 Ko) ἔστιν εἰρημένον</w:t>
      </w:r>
    </w:p>
    <w:p>
      <w:r>
        <w:rPr>
          <w:rFonts w:ascii="Courier New" w:hAnsi="Courier New"/>
          <w:color w:val="555555"/>
          <w:sz w:val="20"/>
        </w:rPr>
        <w:t>[10]</w:t>
      </w:r>
    </w:p>
    <w:p>
      <w:r>
        <w:rPr>
          <w:rFonts w:ascii="Gentium Plus" w:hAnsi="Gentium Plus"/>
          <w:sz w:val="24"/>
        </w:rPr>
        <w:t>Ἀριστογείτονα τὸν ῥήτορ’ εἶδον λάρκον ἠμφιεσμένον τῶν ἀνθρακηρῶν.</w:t>
      </w:r>
    </w:p>
    <w:p>
      <w:r>
        <w:rPr>
          <w:rFonts w:ascii="Courier New" w:hAnsi="Courier New"/>
          <w:color w:val="555555"/>
          <w:sz w:val="20"/>
        </w:rPr>
        <w:t>[10 . 112]</w:t>
      </w:r>
    </w:p>
    <w:p>
      <w:r>
        <w:rPr>
          <w:rFonts w:ascii="Gentium Plus" w:hAnsi="Gentium Plus"/>
          <w:sz w:val="24"/>
        </w:rPr>
        <w:t>Εἰ δὲ ἐπὶ τοῖς μαγειρικοῖς σκεύεσι καὶ τὰ τῶν ἀρτοποιῶν προσ‐ ρητέον, ἀρτοπτεῖον μὲν τὸ ἐργαστήριον τινῶν ὀνομαζόντων οὐδὲν κωλύει καὶ τὸ σκεῦος ἐν ᾧ τοὺς ἄρτους ἐνοπτῶσιν οὕτω καλεῖν, ὃν νῦν ἀρτόπτην καλοῦσι, πλάθανον δὲ ἑκάτερον ῥητέον, ᾧ τε καὶ</w:t>
      </w:r>
    </w:p>
    <w:p>
      <w:r>
        <w:rPr>
          <w:rFonts w:ascii="Courier New" w:hAnsi="Courier New"/>
          <w:color w:val="555555"/>
          <w:sz w:val="20"/>
        </w:rPr>
        <w:t>[5]</w:t>
      </w:r>
    </w:p>
    <w:p>
      <w:r>
        <w:rPr>
          <w:rFonts w:ascii="Gentium Plus" w:hAnsi="Gentium Plus"/>
          <w:sz w:val="24"/>
        </w:rPr>
        <w:t>ἐφ’ ᾧ τοὺς ἄρτους ἔπλαττον. ἐκ δὲ τῶν ἀρτοποιικῶν ὄνος ἀλέτων, καὶ μύλη καὶ μύλη σιτοποιὸς καὶ μυλήκορον, καὶ παυσικάπη, ἣν καὶ</w:t>
      </w:r>
    </w:p>
    <w:p>
      <w:r>
        <w:rPr>
          <w:rFonts w:ascii="Courier New" w:hAnsi="Courier New"/>
          <w:color w:val="555555"/>
          <w:sz w:val="20"/>
        </w:rPr>
        <w:t>[10 . 113]</w:t>
      </w:r>
    </w:p>
    <w:p>
      <w:r>
        <w:rPr>
          <w:rFonts w:ascii="Gentium Plus" w:hAnsi="Gentium Plus"/>
          <w:sz w:val="24"/>
        </w:rPr>
        <w:t>καρδοπεῖον ὠνόμαζον, ὡς ἐν Ἥρωσιν Ἀριστοφάνης (fg 301) ἢ καρδοπείῳ περιπαγῇ τὸν αὐχένα. ἐκ δὲ τούτων ὀβελοί, σπάλαθρον, ἀπομάκτρα, σκυτάλη, περιστροφίς, μαγίς, χοῖνιξ, μέδιμνος ἡμιμέδιμνος, ἑκτεύς, καὶ παρ’ Ἀλκαίῳ τῷ μελο‐</w:t>
      </w:r>
    </w:p>
    <w:p>
      <w:r>
        <w:rPr>
          <w:rFonts w:ascii="Courier New" w:hAnsi="Courier New"/>
          <w:color w:val="555555"/>
          <w:sz w:val="20"/>
        </w:rPr>
        <w:t>[5]</w:t>
      </w:r>
    </w:p>
    <w:p>
      <w:r>
        <w:rPr>
          <w:rFonts w:ascii="Gentium Plus" w:hAnsi="Gentium Plus"/>
          <w:sz w:val="24"/>
        </w:rPr>
        <w:t>ποιῷ ἐν δευτέρῳ μελῶν (141) κύπρος, καὶ παρ’ Ἱππώνακτι ἐν πρώτῳ ἰάμβων (24) ἡμίκυπρον, διχοίνικον δὲ καὶ ἡμίεκτον ἐν Ἀριστοφάνους Νεφέλαις (643, 645). καὶ κοτύλη δὲ μέτρον οὐχ ὑγρῶν μόνον ἀλλὰ καὶ ξηρῶν, ὅταν φῇ Θουκυδίδης ἐν τῷ ἑβδόμῳ βιβλίῳ (87. 2) ‘κο‐</w:t>
      </w:r>
    </w:p>
    <w:p>
      <w:r>
        <w:rPr>
          <w:rFonts w:ascii="Courier New" w:hAnsi="Courier New"/>
          <w:color w:val="555555"/>
          <w:sz w:val="20"/>
        </w:rPr>
        <w:t>[10 . 114]</w:t>
      </w:r>
    </w:p>
    <w:p>
      <w:r>
        <w:rPr>
          <w:rFonts w:ascii="Gentium Plus" w:hAnsi="Gentium Plus"/>
          <w:sz w:val="24"/>
        </w:rPr>
        <w:t>τύλην ὕδατος καὶ δύο κοτύλας σίτου·‘ δύναται δὲ καὶ τριτημόριον χοίνικος. ἀρτοποιικὸν δὲ καὶ κοδομεῖον καὶ τηλία καὶ μάκτρα καὶ σκάφη, καὶ εἴ τινα τῶν μαγειρικῶν κοινὰ τοῖς ἀρτοποιοῖς, ἦ που δὲ καὶ ὅλμος καὶ τὸ ὑπόθημα τοῦ ὅλμου ὑφόλμιον, ὡς Ἀριστοφάνης ἐν</w:t>
      </w:r>
    </w:p>
    <w:p>
      <w:r>
        <w:rPr>
          <w:rFonts w:ascii="Courier New" w:hAnsi="Courier New"/>
          <w:color w:val="555555"/>
          <w:sz w:val="20"/>
        </w:rPr>
        <w:t>[5]</w:t>
      </w:r>
    </w:p>
    <w:p>
      <w:r>
        <w:rPr>
          <w:rFonts w:ascii="Gentium Plus" w:hAnsi="Gentium Plus"/>
          <w:sz w:val="24"/>
        </w:rPr>
        <w:t>Ἀναγύρῳ (fg 61). καὶ ὕπερον δὲ καὶ κόσκινον, καὶ κρησέρα καὶ κρη‐ σέριον, καὶ ἀλευρότησις, καὶ ὡς ἐν τοῖς Δημιοπράτοις ἀναγέγραπται, κόσκινον κριθοποιόν. ὁ δὲ Ἀριστοφάνης ἐν Σκηνὰς καταλαμβανούσαις (fg 480) ἔφη ‘ὥσπερ κόσκινον αἰρόπινον τέτρηται.‘</w:t>
      </w:r>
    </w:p>
    <w:p>
      <w:r>
        <w:rPr>
          <w:rFonts w:ascii="Courier New" w:hAnsi="Courier New"/>
          <w:color w:val="555555"/>
          <w:sz w:val="20"/>
        </w:rPr>
        <w:t>[10 . 115]</w:t>
      </w:r>
    </w:p>
    <w:p>
      <w:r>
        <w:rPr>
          <w:rFonts w:ascii="Gentium Plus" w:hAnsi="Gentium Plus"/>
          <w:sz w:val="24"/>
        </w:rPr>
        <w:t>Λύχνοιδ’ ἐπὶ τούτοις, καὶ λύχνοι δίμυξοι, Φιλωνίδου μὲν ἐν τοῖς Κοθόρνοις (I p 255. 4 Ko) εἰπόντος ‘ὥσπερ οἱ δίμυξοι τῶν λύχνων,‘ Με‐ ταγένους (I p 708. 12 Ko) δὲ ‘δίμυξον ἢ τρίμυξον, ὡς ἐγὼ δοκῶ.‘ καὶ κατὰ Ἡρόδοτον (II 62) λύχνα. οὗτος μὲν γὰρ καὶ ‘λυχνοκαΐαν‘ εἴρηκεν,</w:t>
      </w:r>
    </w:p>
    <w:p>
      <w:r>
        <w:rPr>
          <w:rFonts w:ascii="Courier New" w:hAnsi="Courier New"/>
          <w:color w:val="555555"/>
          <w:sz w:val="20"/>
        </w:rPr>
        <w:t>[5]</w:t>
      </w:r>
    </w:p>
    <w:p>
      <w:r>
        <w:rPr>
          <w:rFonts w:ascii="Gentium Plus" w:hAnsi="Gentium Plus"/>
          <w:sz w:val="24"/>
        </w:rPr>
        <w:t>καὶ λυχνοκαυστεῖν μὲν ἔφη Κρατῖνος ἐν τῷ Τροφωνίῳ (I p 81. 227 Ko) Μένανδρος δὲ ἐν Θεττάλῃ (fg 234 Ko) λύχνων ἀφάς. καὶ λύχνιον μὲν ἐφ’ οὗ ἐντίθεται ὁ λύχνος, ἡ καλουμένη λυχνία· τοῦ δὲ λυχνίου τὸ ἀπευρυνόμενον, ᾧ ἐπιτίθεται ὁ λύχνος, πινάκιον ἢ πι‐</w:t>
      </w:r>
    </w:p>
    <w:p>
      <w:r>
        <w:rPr>
          <w:rFonts w:ascii="Courier New" w:hAnsi="Courier New"/>
          <w:color w:val="555555"/>
          <w:sz w:val="20"/>
        </w:rPr>
        <w:t>[10 . 116]</w:t>
      </w:r>
    </w:p>
    <w:p>
      <w:r>
        <w:rPr>
          <w:rFonts w:ascii="Gentium Plus" w:hAnsi="Gentium Plus"/>
          <w:sz w:val="24"/>
        </w:rPr>
        <w:t>ὁ δὲ νῦν φανὸς καὶ λυχνοῦχος, ὡς Ἀριστοφάνης ἐν Ἀχαρνεῦσιν ἔφη (937) ‘φαίνειν ὑπευθύνοις λυχνοῦχος.‘ ἐν δὲ τῷ Λυσίου πρὸς Σμικρίνην (fg 252 Tur) ‘ἐξαίφνης τοῦ συνακολουθοῦντος οἰκέτου λίθον τις λαβὼν ἔκρουσε τὸν λυχνοῦχον. ἀποσβεσθέντος δὲ τοῦ λύχνου,‘</w:t>
      </w:r>
    </w:p>
    <w:p>
      <w:r>
        <w:rPr>
          <w:rFonts w:ascii="Courier New" w:hAnsi="Courier New"/>
          <w:color w:val="555555"/>
          <w:sz w:val="20"/>
        </w:rPr>
        <w:t>[5]</w:t>
      </w:r>
    </w:p>
    <w:p>
      <w:r>
        <w:rPr>
          <w:rFonts w:ascii="Gentium Plus" w:hAnsi="Gentium Plus"/>
          <w:sz w:val="24"/>
        </w:rPr>
        <w:t>ἐν δὲ τῷ Ἀριστοφάνους Αἰολοσίκωνι (I p 391. 8 Ko) καὶ διαστίλβονθ’ ὁρῶμεν, ὥσπερ ἐν καινῷ λυχνούχῳ, πάντα τῆς ἐξωμίδος. ἐκαλεῖτο δὲ καὶ λαμπτὴρ ὁ λυχνοῦχος· ἐν γοῦν τῷ δευτέρῳ τῶν</w:t>
      </w:r>
    </w:p>
    <w:p>
      <w:r>
        <w:rPr>
          <w:rFonts w:ascii="Courier New" w:hAnsi="Courier New"/>
          <w:color w:val="555555"/>
          <w:sz w:val="20"/>
        </w:rPr>
        <w:t>[10]</w:t>
      </w:r>
    </w:p>
    <w:p>
      <w:r>
        <w:rPr>
          <w:rFonts w:ascii="Gentium Plus" w:hAnsi="Gentium Plus"/>
          <w:sz w:val="24"/>
        </w:rPr>
        <w:t>Φιλίστου βιβλίων (FHG I p 186. 15) εἴρηται ‘καὶ τὰς νύκτας ἐπαί‐</w:t>
      </w:r>
    </w:p>
    <w:p>
      <w:r>
        <w:rPr>
          <w:rFonts w:ascii="Courier New" w:hAnsi="Courier New"/>
          <w:color w:val="555555"/>
          <w:sz w:val="20"/>
        </w:rPr>
        <w:t>[10 . 117]</w:t>
      </w:r>
    </w:p>
    <w:p>
      <w:r>
        <w:rPr>
          <w:rFonts w:ascii="Gentium Plus" w:hAnsi="Gentium Plus"/>
          <w:sz w:val="24"/>
        </w:rPr>
        <w:t>ρεσθαι λαμπτῆρας ἀντιπεφραγμένους·‘ ὑποδηλοῖ δὲ τὸν ἐκ κέρατος φανόν. πανὸς μέντοι καὶ φανὸς ἡ λαμπάς, ὡς ὅταν φῇ ἐν τῇ Ἀλκ‐ μήνῃ Εὐριπίδης (90) πόθεν δὲ πεύκης πανὸν ἐξεῦρες λαβεῖν;</w:t>
      </w:r>
    </w:p>
    <w:p>
      <w:r>
        <w:rPr>
          <w:rFonts w:ascii="Courier New" w:hAnsi="Courier New"/>
          <w:color w:val="555555"/>
          <w:sz w:val="20"/>
        </w:rPr>
        <w:t>[5]</w:t>
      </w:r>
    </w:p>
    <w:p>
      <w:r>
        <w:rPr>
          <w:rFonts w:ascii="Gentium Plus" w:hAnsi="Gentium Plus"/>
          <w:sz w:val="24"/>
        </w:rPr>
        <w:t>καὶ γὰρ δᾷδες καὶ λαμπάδες εἰσὶ τῶν φωσφόρων. τὰς μέντοι λαμπάδας καὶ κάμακας εἴρηκεν ἐν Ξαντρίαις Αἰσχύλος (fg 71)· κάμακες πεύκης οἱ πυρίφλεκτοι.</w:t>
      </w:r>
    </w:p>
    <w:p>
      <w:r>
        <w:rPr>
          <w:rFonts w:ascii="Courier New" w:hAnsi="Courier New"/>
          <w:color w:val="555555"/>
          <w:sz w:val="20"/>
        </w:rPr>
        <w:t>[10 . 118]</w:t>
      </w:r>
    </w:p>
    <w:p>
      <w:r>
        <w:rPr>
          <w:rFonts w:ascii="Gentium Plus" w:hAnsi="Gentium Plus"/>
          <w:sz w:val="24"/>
        </w:rPr>
        <w:t>τὸ δὲ ὀβελισκολύχνιον, στρατιωτικὸν μέν τι τὸ χρῆμα, εἴρηται δὲ ὑπὸ Θεοπόμπου τοῦ κωμικοῦ ἐν Εἰρήνῃ (I p 735. 7 Ko)· ἡμᾶς δ’ ἀπαλλαχθέντας ἐπ’ ἀγαθαῖς τύχαις ὀβελισκολυχνίου καὶ ξιφομαχαίρας πικρᾶς.</w:t>
      </w:r>
    </w:p>
    <w:p>
      <w:r>
        <w:rPr>
          <w:rFonts w:ascii="Courier New" w:hAnsi="Courier New"/>
          <w:color w:val="555555"/>
          <w:sz w:val="20"/>
        </w:rPr>
        <w:t>[5]</w:t>
      </w:r>
    </w:p>
    <w:p>
      <w:r>
        <w:rPr>
          <w:rFonts w:ascii="Gentium Plus" w:hAnsi="Gentium Plus"/>
          <w:sz w:val="24"/>
        </w:rPr>
        <w:t>ὅταν δ’ εἴπῃ ἐν τῷ Αἰολοσίκωνι Ἀριστοφάνης (fg 14) ‘δυοῖν λυχ‐ νιδίοιν,‘ δῆλον ὅτι λύχνια εἴρηκεν ἀλλ’ οὐ λύχνους μικρούς, ὥσπερ καὶ ὅταν Κράτης φῇ ἐν τοῖς Γείτοσιν (I p 131. 3 Ko) ‘οὐκ ἔστι</w:t>
      </w:r>
    </w:p>
    <w:p>
      <w:r>
        <w:rPr>
          <w:rFonts w:ascii="Courier New" w:hAnsi="Courier New"/>
          <w:color w:val="555555"/>
          <w:sz w:val="20"/>
        </w:rPr>
        <w:t>[10 . 119]</w:t>
      </w:r>
    </w:p>
    <w:p>
      <w:r>
        <w:rPr>
          <w:rFonts w:ascii="Gentium Plus" w:hAnsi="Gentium Plus"/>
          <w:sz w:val="24"/>
        </w:rPr>
        <w:t>μοι λυχνίδιον.‘ σαφέστερον δ’ ἐν τοῖς Ἀριστοφάνους Δράμασιν ἢ Νιόβῳ (I p 464. 281 Ko) ἀλλ’ ὥσπερ λύχνος ὁμοιότατα καθηῦδ’ ἐπὶ τοῦ λυχνιδίου.</w:t>
      </w:r>
    </w:p>
    <w:p>
      <w:r>
        <w:rPr>
          <w:rFonts w:ascii="Courier New" w:hAnsi="Courier New"/>
          <w:color w:val="555555"/>
          <w:sz w:val="20"/>
        </w:rPr>
        <w:t>[5]</w:t>
      </w:r>
    </w:p>
    <w:p>
      <w:r>
        <w:rPr>
          <w:rFonts w:ascii="Gentium Plus" w:hAnsi="Gentium Plus"/>
          <w:sz w:val="24"/>
        </w:rPr>
        <w:t>Ἀριστοφάνους δ’ ἐν ταῖς Φοινίσσαις εἰπόντος (I p 531. 561 Ko) στίλβη θ’ ἣ κατὰ νύκτα μοι φλογάνας ἠράζεις ἐπὶ τῷ λυχνίῳ, οὐκ ἀφανὲς ὅτι καὶ ἡ στίλβη λύχνου τι εἶδος.</w:t>
      </w:r>
    </w:p>
    <w:p>
      <w:r>
        <w:rPr>
          <w:rFonts w:ascii="Courier New" w:hAnsi="Courier New"/>
          <w:color w:val="555555"/>
          <w:sz w:val="20"/>
        </w:rPr>
        <w:t>[10]</w:t>
      </w:r>
    </w:p>
    <w:p>
      <w:r>
        <w:rPr>
          <w:rFonts w:ascii="Gentium Plus" w:hAnsi="Gentium Plus"/>
          <w:sz w:val="24"/>
        </w:rPr>
        <w:t>καὶ μὴν εἰ μύροις ἐπὶ τούτῳ χρηστέον, ὅτι μὲν καὶ μυρίδιον εἴρηκε τὸ μύρον Ἀριστοφάνης ἐν Ταγηνισταῖς (fg 521) ἰστέον, εἴ‐ ρηται δ’ ὑπ’ αὐτοῦ ἐν Δαιταλεῦσι (fg 234) καὶ ἄγγη μυρηρά. λέ‐ γοιτο δ’ ἂν καὶ λήκυθος μυρηρά· σὺ δ’ ἂν εἴποις καὶ μυροφορεῖον.</w:t>
      </w:r>
    </w:p>
    <w:p>
      <w:r>
        <w:rPr>
          <w:rFonts w:ascii="Courier New" w:hAnsi="Courier New"/>
          <w:color w:val="555555"/>
          <w:sz w:val="20"/>
        </w:rPr>
        <w:t>[10 . 120]</w:t>
      </w:r>
    </w:p>
    <w:p>
      <w:r>
        <w:rPr>
          <w:rFonts w:ascii="Gentium Plus" w:hAnsi="Gentium Plus"/>
          <w:sz w:val="24"/>
        </w:rPr>
        <w:t>ἐν δὲ Βατράχοις Ἀριστοφάνους (1200) εἴρηται καὶ τὸ ληκύθιον. Σο‐ φοκλῆς δ’ ἐν Ἀνδρομέδᾳ (fg 126) ‘αὐτοχείλεσι ληκύθοισ‘ ἔφη, δηλῶν ἀλαβάστους μονολίθους. καὶ τὸ μὲν εἰς τὰς ληκύθους καθιέμενον ἐπινεύματι τοῦ μύρου σπαθίδα καὶ σπάθην κλητέον, Ἀριστοφάνους</w:t>
      </w:r>
    </w:p>
    <w:p>
      <w:r>
        <w:rPr>
          <w:rFonts w:ascii="Courier New" w:hAnsi="Courier New"/>
          <w:color w:val="555555"/>
          <w:sz w:val="20"/>
        </w:rPr>
        <w:t>[5]</w:t>
      </w:r>
    </w:p>
    <w:p>
      <w:r>
        <w:rPr>
          <w:rFonts w:ascii="Gentium Plus" w:hAnsi="Gentium Plus"/>
          <w:sz w:val="24"/>
        </w:rPr>
        <w:t>μὲν εἰπόντος ἐν Δαιταλεῦσιν (fg 205) τῆς μυρηρᾶς ληκύθου πρὶν καταχέαι τὴν σπαθίδα, γεύσασθαι μύρου (καὶ γὰρ Εὔβουλος ἐν ταῖς Στεφανοπώλισιν (II p 199. 100 Ko) τοῦτο μὲν σπαθίδα, τοὺς δὲ ἀλαβάστους ἀλαβάστια εἴρηκεν·</w:t>
      </w:r>
    </w:p>
    <w:p>
      <w:r>
        <w:rPr>
          <w:rFonts w:ascii="Courier New" w:hAnsi="Courier New"/>
          <w:color w:val="555555"/>
          <w:sz w:val="20"/>
        </w:rPr>
        <w:t>[10]</w:t>
      </w:r>
    </w:p>
    <w:p>
      <w:r>
        <w:rPr>
          <w:rFonts w:ascii="Gentium Plus" w:hAnsi="Gentium Plus"/>
          <w:sz w:val="24"/>
        </w:rPr>
        <w:t>λῦε τἀλαβάστια θᾶττον σύ, καὶ τῇ σπαθίδι τὸν πώγωνά μου καὶ τὴν ὑπήνην μύρισον,)</w:t>
      </w:r>
    </w:p>
    <w:p>
      <w:r>
        <w:rPr>
          <w:rFonts w:ascii="Courier New" w:hAnsi="Courier New"/>
          <w:color w:val="555555"/>
          <w:sz w:val="20"/>
        </w:rPr>
        <w:t>[10 . 121]</w:t>
      </w:r>
    </w:p>
    <w:p>
      <w:r>
        <w:rPr>
          <w:rFonts w:ascii="Gentium Plus" w:hAnsi="Gentium Plus"/>
          <w:sz w:val="24"/>
        </w:rPr>
        <w:t>Ἀλέξιδος μέντοι ἐν τῷ Δρωπίδῃ (II p 317. 60 Ko) σπάθην τὴν σπα‐ θίδα εἰπόντος, ‘τὴν σπάθην ἐν τῷ μύρῳ καθῆκεν.‘ τὸ δὲ ἀγγεῖον εἰς ὃ ἐξεχεῖτο τὸ μύρον, ἐξάλειπτρον ἐκαλεῖτο, ὡς Ἀριστοφάνης ἐν Ἀχαρνεῦσιν (1063), οὗ δὲ ἔγκεινται αἱ ἀλάβαστοι, ταῦτα τὰ σκεύη</w:t>
      </w:r>
    </w:p>
    <w:p>
      <w:r>
        <w:rPr>
          <w:rFonts w:ascii="Courier New" w:hAnsi="Courier New"/>
          <w:color w:val="555555"/>
          <w:sz w:val="20"/>
        </w:rPr>
        <w:t>[5]</w:t>
      </w:r>
    </w:p>
    <w:p>
      <w:r>
        <w:rPr>
          <w:rFonts w:ascii="Gentium Plus" w:hAnsi="Gentium Plus"/>
          <w:sz w:val="24"/>
        </w:rPr>
        <w:t>ἀλαβαστοθήκας τῶν ἄλλων λεγόντων Ἀριστοφάνης ἐν Τριφάλητι (fg 548) ἀλαβαστροθήκας ἔφη·</w:t>
      </w:r>
    </w:p>
    <w:p>
      <w:r>
        <w:rPr>
          <w:rFonts w:ascii="Courier New" w:hAnsi="Courier New"/>
          <w:color w:val="555555"/>
          <w:sz w:val="20"/>
        </w:rPr>
        <w:t>[10 . 122]</w:t>
      </w:r>
    </w:p>
    <w:p>
      <w:r>
        <w:rPr>
          <w:rFonts w:ascii="Gentium Plus" w:hAnsi="Gentium Plus"/>
          <w:sz w:val="24"/>
        </w:rPr>
        <w:t>κοινῇ δὲ κεραμέων σκευῶν ὀνόματα ἐν Ἀξιονίκου Χαλκιδικῷ (II p 415. 7 Ko), τρύβλια, χύτρα, λοπάδιον, ὀξίς, χοῦς, ἁμίς, λεκάνη, θυΐα, κάνθαρος, σείσων, λύχνος.</w:t>
      </w:r>
    </w:p>
    <w:p>
      <w:r>
        <w:rPr>
          <w:rFonts w:ascii="Courier New" w:hAnsi="Courier New"/>
          <w:color w:val="555555"/>
          <w:sz w:val="20"/>
        </w:rPr>
        <w:t>[5]</w:t>
      </w:r>
    </w:p>
    <w:p>
      <w:r>
        <w:rPr>
          <w:rFonts w:ascii="Gentium Plus" w:hAnsi="Gentium Plus"/>
          <w:sz w:val="24"/>
        </w:rPr>
        <w:t>ὑπηρεσία σοι παντελής, γραῦ, κεραμίων. τὰ πλείω δὲ τούτων καὶ ἄλλης ἂν ὕλης γένοιτο, ἐπεὶ καὶ Ἕρμιππος ἐν Φορμοφόροις (I p 245. 65 Ko) τὸν κύαθον καὶ τὴν οἰνοχόην καὶ τὸ λύχνιον καὶ τὰ τοιαῦτα σκεύη χαλκίδια καὶ χαλκία καλεῖ ὡς ἐκ χαλκοῦ πεποιημένα.</w:t>
      </w:r>
    </w:p>
    <w:p>
      <w:r>
        <w:rPr>
          <w:rFonts w:ascii="Courier New" w:hAnsi="Courier New"/>
          <w:color w:val="555555"/>
          <w:sz w:val="20"/>
        </w:rPr>
        <w:t>[10 . 123]</w:t>
      </w:r>
    </w:p>
    <w:p>
      <w:r>
        <w:rPr>
          <w:rFonts w:ascii="Gentium Plus" w:hAnsi="Gentium Plus"/>
          <w:sz w:val="24"/>
        </w:rPr>
        <w:t>Δειπνήσαντι δὲ καὶ πρὸς κοίτην τραπομένῳ τὰ μὲν στρώματα καὶ ἐπιβλήματα προείρηται, ἐν καιρῷ δ’ ἂν εἴη τὸ παρ’ Ὁμήρῳ (ν 51) ἱμάτιον ἐνεύναιον καὶ παρεύναιον μέγα καὶ δασύ, καὶ ὁ παρὰ τοῖς κωμῳδοῖς (III p 556. 920 Ko) χιτὼν εὐνητήρ, ὃς τοῦ νῦν ἐγκοιμήτωρ</w:t>
      </w:r>
    </w:p>
    <w:p>
      <w:r>
        <w:rPr>
          <w:rFonts w:ascii="Courier New" w:hAnsi="Courier New"/>
          <w:color w:val="555555"/>
          <w:sz w:val="20"/>
        </w:rPr>
        <w:t>[5]</w:t>
      </w:r>
    </w:p>
    <w:p>
      <w:r>
        <w:rPr>
          <w:rFonts w:ascii="Gentium Plus" w:hAnsi="Gentium Plus"/>
          <w:sz w:val="24"/>
        </w:rPr>
        <w:t>ἡδίων, ἦ που δὲ καὶ ‘χλαῖναι καὶ ῥήγεα σιγαλόεντα‘ καὶ οἱ παρὰ Με‐ νάνδρῳ (fg 972) καυνάκαι, καὶ χειμῶνος σίσυραι καὶ τὸ παρ’ Ἀριστο‐ φάνει (fg 888) χείμαστρον. τὴν χλαῖναν δὲ οὕτως ἐκάλουν οἱ τῆς κωμῳδίας ποιηταί, μόνα τὰ παχέα ἱμάτια ταύτης τῆς προσηγορίας</w:t>
      </w:r>
    </w:p>
    <w:p>
      <w:r>
        <w:rPr>
          <w:rFonts w:ascii="Courier New" w:hAnsi="Courier New"/>
          <w:color w:val="555555"/>
          <w:sz w:val="20"/>
        </w:rPr>
        <w:t>[10 . 124]</w:t>
      </w:r>
    </w:p>
    <w:p>
      <w:r>
        <w:rPr>
          <w:rFonts w:ascii="Gentium Plus" w:hAnsi="Gentium Plus"/>
          <w:sz w:val="24"/>
        </w:rPr>
        <w:t>ἀξιοῦντες, ὥσπερ καὶ Θεόπομπος ἐν Εἰρήνῃ (I p 735. 10 Ko) χλαῖναν σοι λαβὼν παχεῖαν ἐπιβαλῶ Λακωνικήν· Ὅμηρος (ω 276) δὲ καὶ τὰ λεπτὰ χλαίνας καλεῖ. οἱ μέντοι Ἀττικοὶ</w:t>
      </w:r>
    </w:p>
    <w:p>
      <w:r>
        <w:rPr>
          <w:rFonts w:ascii="Courier New" w:hAnsi="Courier New"/>
          <w:color w:val="555555"/>
          <w:sz w:val="20"/>
        </w:rPr>
        <w:t>[5]</w:t>
      </w:r>
    </w:p>
    <w:p>
      <w:r>
        <w:rPr>
          <w:rFonts w:ascii="Gentium Plus" w:hAnsi="Gentium Plus"/>
          <w:sz w:val="24"/>
        </w:rPr>
        <w:t>τὸ λεπτὸν χλανίδα, καὶ τὸ ἱππικὸν χλαμύδα, ὡς Θετταλῶν. πρώτην δέ φασι χλαμύδα ὀνομάσαι Σαπφὼ (84) ἐπὶ τοῦ ἔρωτος εἰποῦσαν ἐλθόντ’ ἐξ ὀρανῶ πορφυρίαν ἔχοντα προιέμενον χλαμύν. Καὶ τὰ μὲν ἐπὶ πλεῖστον ἀναγκαῖα τῇ καθ’ ἡμέραν χρήσει σκεύη προείρηται· συναπτέον δὲ δι’ ὀλίγων καὶ τὰ λοιπά, οἷον τὰ τῆς</w:t>
      </w:r>
    </w:p>
    <w:p>
      <w:r>
        <w:rPr>
          <w:rFonts w:ascii="Courier New" w:hAnsi="Courier New"/>
          <w:color w:val="555555"/>
          <w:sz w:val="20"/>
        </w:rPr>
        <w:t>[10 . 125]</w:t>
      </w:r>
    </w:p>
    <w:p>
      <w:r>
        <w:rPr>
          <w:rFonts w:ascii="Gentium Plus" w:hAnsi="Gentium Plus"/>
          <w:sz w:val="24"/>
        </w:rPr>
        <w:t>γυναικωνίτιδος, ταλάρους καὶ καλάθους, οὓς καὶ καλαθίσκους ἐροῦμεν, καὶ ταλάρια δὲ καὶ καλάθια, καὶ μὴν καὶ ὄνον ἐφ’ οὗ νῶσι, καὶ ἐπίνητρον καὶ ἄτρακτον καὶ σπόνδυλον καὶ κλωστῆρα καὶ</w:t>
      </w:r>
    </w:p>
    <w:p>
      <w:r>
        <w:rPr>
          <w:rFonts w:ascii="Courier New" w:hAnsi="Courier New"/>
          <w:color w:val="555555"/>
          <w:sz w:val="20"/>
        </w:rPr>
        <w:t>[5]</w:t>
      </w:r>
    </w:p>
    <w:p>
      <w:r>
        <w:rPr>
          <w:rFonts w:ascii="Gentium Plus" w:hAnsi="Gentium Plus"/>
          <w:sz w:val="24"/>
        </w:rPr>
        <w:t>καὶ κελέοντας τοὺς καὶ ἱστόποδας, καὶ λείας τὰς καὶ ἀγνῦθας, καὶ</w:t>
      </w:r>
    </w:p>
    <w:p>
      <w:r>
        <w:rPr>
          <w:rFonts w:ascii="Courier New" w:hAnsi="Courier New"/>
          <w:color w:val="555555"/>
          <w:sz w:val="20"/>
        </w:rPr>
        <w:t>[10 . 126]</w:t>
      </w:r>
    </w:p>
    <w:p>
      <w:r>
        <w:rPr>
          <w:rFonts w:ascii="Gentium Plus" w:hAnsi="Gentium Plus"/>
          <w:sz w:val="24"/>
        </w:rPr>
        <w:t>σπάθας· Φιλύλλιος γὰρ ἐν Πόλεσι (I p 785. 12 Ko) καὶ τὸ ἱστουρ‐ γικὸν ἐργαλεῖον σπάθην ὠνόμασεν, εἰπὼν ‘σπαθᾶν τὸν ἱστὸν οὐκ ἔσται σπάθη·‘ προσθήσεις δὲ τούτοις καὶ σταθμὰ καὶ τάλαντα, ζυγόν, πλάστιγγας, τρυτάνην. καὶ σταθμία δὲ χαλκᾶ ἐν τῇ ἐπ’ Ἀλκιβιάδου</w:t>
      </w:r>
    </w:p>
    <w:p>
      <w:r>
        <w:rPr>
          <w:rFonts w:ascii="Courier New" w:hAnsi="Courier New"/>
          <w:color w:val="555555"/>
          <w:sz w:val="20"/>
        </w:rPr>
        <w:t>[5]</w:t>
      </w:r>
    </w:p>
    <w:p>
      <w:r>
        <w:rPr>
          <w:rFonts w:ascii="Gentium Plus" w:hAnsi="Gentium Plus"/>
          <w:sz w:val="24"/>
        </w:rPr>
        <w:t>ἄρχοντος ἀναγραφῇ τῶν ἐν ἀκροπόλει ἀναθημάτων ἀναγέγραπται· στάσιμα δὲ τὰ σταθμία Κηφισόδωρος (I 802. 13 Ko) κέκληκεν. τῶν δὲ γυναικείων σκευῶν κτένιον, ξάνιον, κομμώτριον, ξυρόν, κάτοπτρον,</w:t>
      </w:r>
    </w:p>
    <w:p>
      <w:r>
        <w:rPr>
          <w:rFonts w:ascii="Courier New" w:hAnsi="Courier New"/>
          <w:color w:val="555555"/>
          <w:sz w:val="20"/>
        </w:rPr>
        <w:t>[10 . 127]</w:t>
      </w:r>
    </w:p>
    <w:p>
      <w:r>
        <w:rPr>
          <w:rFonts w:ascii="Gentium Plus" w:hAnsi="Gentium Plus"/>
          <w:sz w:val="24"/>
        </w:rPr>
        <w:t>οὗ τὴν θήκην λοφεῖον καλοῦσι, ψαλίς, παρωπίς, προσωπίς καὶ ὡς ἐν Δαναΐσιν (fg 264) Ἀριστοφάνης προσωπίδιον, θολία πλέγμα τι θο‐ λοειδὲς ἐπὶ σκιᾷ, καὶ ῥιπίς, καὶ σκιάδιον, ὃ καὶ σκιάδα ἂν εἴποις· οὕτω γὰρ τὸ Διονύσου σκιάδιον καλεῖται. καὶ πτερὸν δὲ τὸ σκιάδιον οἱ</w:t>
      </w:r>
    </w:p>
    <w:p>
      <w:r>
        <w:rPr>
          <w:rFonts w:ascii="Courier New" w:hAnsi="Courier New"/>
          <w:color w:val="555555"/>
          <w:sz w:val="20"/>
        </w:rPr>
        <w:t>[5]</w:t>
      </w:r>
    </w:p>
    <w:p>
      <w:r>
        <w:rPr>
          <w:rFonts w:ascii="Gentium Plus" w:hAnsi="Gentium Plus"/>
          <w:sz w:val="24"/>
        </w:rPr>
        <w:t>κωμῳδοποιοὶ (III p 594. 1129 Ko) καλοῦσιν. ὁ δὲ Στράττις ἐν Ψυ‐ χασταῖς (I 728. 56 Ko) προειπὼν ῥιπίδα, ἐπήγαγεν ‘εἴτε σκιάδιον.‘ τὰ δὲ πολλὰ τούτων ἐν ἐσθῆσιν ἢ ὑποδήμασιν ἢ κόσμοις γυναικείοις ἤδη προείρηται (VII 95, V 101), ὥσπερ καὶ ἀλαβαστοθῆκαι καὶ παρὰ Μενάνδρῳ ἐν Μισογύνῃ (fg 333) σανδαλοθῆκαι. ἐν δὲ Ἀριστοφά‐</w:t>
      </w:r>
    </w:p>
    <w:p>
      <w:r>
        <w:rPr>
          <w:rFonts w:ascii="Courier New" w:hAnsi="Courier New"/>
          <w:color w:val="555555"/>
          <w:sz w:val="20"/>
        </w:rPr>
        <w:t>[10]</w:t>
      </w:r>
    </w:p>
    <w:p>
      <w:r>
        <w:rPr>
          <w:rFonts w:ascii="Gentium Plus" w:hAnsi="Gentium Plus"/>
          <w:sz w:val="24"/>
        </w:rPr>
        <w:t>νους Αἰολοσίκωνι (fg 17) καὶ σμηματοφορεῖον.</w:t>
      </w:r>
    </w:p>
    <w:p>
      <w:r>
        <w:rPr>
          <w:rFonts w:ascii="Courier New" w:hAnsi="Courier New"/>
          <w:color w:val="555555"/>
          <w:sz w:val="20"/>
        </w:rPr>
        <w:t>[10 . 128]</w:t>
      </w:r>
    </w:p>
    <w:p>
      <w:r>
        <w:rPr>
          <w:rFonts w:ascii="Gentium Plus" w:hAnsi="Gentium Plus"/>
          <w:sz w:val="24"/>
        </w:rPr>
        <w:t>Τῶν δ’ ἐν ἀγρῷ σκευῶν τὰ ἀναγκαῖα ἄροτρα καὶ ἀρότρου μέρη, καὶ ἅμαξα καὶ ἁμάξης μέρη. τὰ δὲ λοιπὰ πτέον, ὡς οἱ Ἀττικοὶ λέ‐ γουσιν, ἢ πτύον, ὡς Ὅμηρος· οὕτω γὰρ λέγει, ὅταν φῇ (N 588) ὡς δ’ ὅτ’ ἀπὸ πλατέος πτυόφιν μεγάλην κατ’ ἀλωήν.</w:t>
      </w:r>
    </w:p>
    <w:p>
      <w:r>
        <w:rPr>
          <w:rFonts w:ascii="Courier New" w:hAnsi="Courier New"/>
          <w:color w:val="555555"/>
          <w:sz w:val="20"/>
        </w:rPr>
        <w:t>[5]</w:t>
      </w:r>
    </w:p>
    <w:p>
      <w:r>
        <w:rPr>
          <w:rFonts w:ascii="Gentium Plus" w:hAnsi="Gentium Plus"/>
          <w:sz w:val="24"/>
        </w:rPr>
        <w:t>καὶ θρῖναξ δὲ καὶ δρέπανον καὶ δρεπάνη, καὶ ὡς Φερεκύδης (fg 110) ὠνόμασε, κρώπιον· περὶ γὰρ τοῦ Κόδρου λέγων ὅτι ὡς ἐπὶ φρυγα‐ νισμὸν ἐξῆλθεν ἐν ἀγροίκῳ τῇ σκευῇ βουλόμενος λαθεῖν, φησὶν ὅτι τῷ κρωπίῳ τινὰ παίσας ἀπέκτεινεν. καὶ πλόκανον δὲ καὶ κόσκινον,</w:t>
      </w:r>
    </w:p>
    <w:p>
      <w:r>
        <w:rPr>
          <w:rFonts w:ascii="Courier New" w:hAnsi="Courier New"/>
          <w:color w:val="555555"/>
          <w:sz w:val="20"/>
        </w:rPr>
        <w:t>[10 . 129]</w:t>
      </w:r>
    </w:p>
    <w:p>
      <w:r>
        <w:rPr>
          <w:rFonts w:ascii="Gentium Plus" w:hAnsi="Gentium Plus"/>
          <w:sz w:val="24"/>
        </w:rPr>
        <w:t>καὶ σκαπάνη καὶ σκάφιον, καὶ σκαλὶς καὶ μακέλη καὶ ἄμη καὶ ἀξίνη καὶ δίκελλα, καὶ σμινύη καὶ σμινύδιον, καὶ λίστρον καὶ σφῦρα βωλο‐ κόπος καὶ πέλεκυς ξυλοκόπος. καὶ τὰ ἀγγεῖα τὰ ὑποδεχόμενα τὴν ὀπώραν, τρασιά, κόφινος, σύρισσος, ἄρριχος, σταφυλοβολεῖον· τάχα</w:t>
      </w:r>
    </w:p>
    <w:p>
      <w:r>
        <w:rPr>
          <w:rFonts w:ascii="Courier New" w:hAnsi="Courier New"/>
          <w:color w:val="555555"/>
          <w:sz w:val="20"/>
        </w:rPr>
        <w:t>[5]</w:t>
      </w:r>
    </w:p>
    <w:p>
      <w:r>
        <w:rPr>
          <w:rFonts w:ascii="Gentium Plus" w:hAnsi="Gentium Plus"/>
          <w:sz w:val="24"/>
        </w:rPr>
        <w:t>δὲ καὶ σώρακος, εἰ καὶ παρὰ τοῖς κωμῳδοποιοῖς οὕτως ὀνομάζεται,</w:t>
      </w:r>
    </w:p>
    <w:p>
      <w:r>
        <w:rPr>
          <w:rFonts w:ascii="Courier New" w:hAnsi="Courier New"/>
          <w:color w:val="555555"/>
          <w:sz w:val="20"/>
        </w:rPr>
        <w:t>[10 . 130]</w:t>
      </w:r>
    </w:p>
    <w:p>
      <w:r>
        <w:rPr>
          <w:rFonts w:ascii="Gentium Plus" w:hAnsi="Gentium Plus"/>
          <w:sz w:val="24"/>
        </w:rPr>
        <w:t>τὸ ἀγγεῖον ἐν ᾧ τὰ σκεύη τῶν ὑποκριτῶν. Ἀριστοφάνης δὲ ἐν Δαναΐσιν ἔφη (fg 248) κακῶν τοσούτων ξυνελέγη μοι σώρακος· Ἀλέξιδος δὲ καὶ δρᾶμα Σώρακοι (II p 376 Ko). τῶν δὲ γεωργικῶν</w:t>
      </w:r>
    </w:p>
    <w:p>
      <w:r>
        <w:rPr>
          <w:rFonts w:ascii="Courier New" w:hAnsi="Courier New"/>
          <w:color w:val="555555"/>
          <w:sz w:val="20"/>
        </w:rPr>
        <w:t>[5]</w:t>
      </w:r>
    </w:p>
    <w:p>
      <w:r>
        <w:rPr>
          <w:rFonts w:ascii="Gentium Plus" w:hAnsi="Gentium Plus"/>
          <w:sz w:val="24"/>
        </w:rPr>
        <w:t>καὶ χάρακες καὶ κάμακες, καὶ τῶν ἐλαϊστῶν ῥάβδοι ῥάκτριαι, καὶ ὄρος τὸ τρῖβον τοὔλαιον ξύλον, καὶ τοπεῖον τὸ περιδονούμενον αὐτῷ σχοι‐ νίον, καὶ τριπτὴρ ὁ κρατὴρ εἰς ὃν ἀπορρεῖ τοὔλαιον. ἀλλὰ καὶ ληνὸς καὶ ὑπολήνιον, ὡς ἐν τοῖς Δημιοπράτοις πέπραται. ἦ που δὲ καὶ φορμὸς τῶν γεωργικῶν, καὶ γαῦλοι καὶ σκαφίδες, καὶ ταρσοὶ καὶ</w:t>
      </w:r>
    </w:p>
    <w:p>
      <w:r>
        <w:rPr>
          <w:rFonts w:ascii="Courier New" w:hAnsi="Courier New"/>
          <w:color w:val="555555"/>
          <w:sz w:val="20"/>
        </w:rPr>
        <w:t>[10 . 131]</w:t>
      </w:r>
    </w:p>
    <w:p>
      <w:r>
        <w:rPr>
          <w:rFonts w:ascii="Gentium Plus" w:hAnsi="Gentium Plus"/>
          <w:sz w:val="24"/>
        </w:rPr>
        <w:t>ταρροὶ καὶ τάλαροι, καὶ τυροκομεῖον καὶ τυροφορεῖον, καὶ πολλὰ τῶν μαγείρου καὶ ἀρτοποιοῦ σκευῶν. τάχα δὲ καὶ σχοῖνος καὶ βάτος καὶ ὁρκάνη καὶ ῥάχος καὶ κόνυζα καὶ κνάφος, καὶ πάνθ’ ὅσα ἀκανθώδη τοῖς καρποῖς ἐπὶ φρουρὰν περιβάλλεται. καὶ καλαύροπες δὲ καὶ κο‐</w:t>
      </w:r>
    </w:p>
    <w:p>
      <w:r>
        <w:rPr>
          <w:rFonts w:ascii="Courier New" w:hAnsi="Courier New"/>
          <w:color w:val="555555"/>
          <w:sz w:val="20"/>
        </w:rPr>
        <w:t>[5]</w:t>
      </w:r>
    </w:p>
    <w:p>
      <w:r>
        <w:rPr>
          <w:rFonts w:ascii="Gentium Plus" w:hAnsi="Gentium Plus"/>
          <w:sz w:val="24"/>
        </w:rPr>
        <w:t>ρῦναι καὶ σκυτάλαι καὶ σκίπωνες καὶ βακτηρίαι προσήκουσι γεωργοῖς, καὶ πίθοι καὶ πιθάκναι καὶ πιθακνίδες, καὶ σιπύαι καὶ σιροί, καὶ διφθέρα καὶ αἰγῆ καὶ κυνῆ Σικυωνική.</w:t>
      </w:r>
    </w:p>
    <w:p>
      <w:r>
        <w:rPr>
          <w:rFonts w:ascii="Courier New" w:hAnsi="Courier New"/>
          <w:color w:val="555555"/>
          <w:sz w:val="20"/>
        </w:rPr>
        <w:t>[10 . 132]</w:t>
      </w:r>
    </w:p>
    <w:p>
      <w:r>
        <w:rPr>
          <w:rFonts w:ascii="Gentium Plus" w:hAnsi="Gentium Plus"/>
          <w:sz w:val="24"/>
        </w:rPr>
        <w:t>τὰ δὲ ἁλιέως σκεύη φέρνιον, σπυρίς σπυρίδιον σπυρίχνιον, λίνον πάναγρον, δίκτυον, ἀμφίβληστρον· Μένανδρος δὲ ἔφη ἐν Ἁλιεῖ (fg 27) ‘ἀμφιβλήστρῳ περιβάλλεται.‘ καὶ ἕρκη δὲ καὶ πόρκοι καὶ κύρτοι καὶ γρῖφοι καὶ γάγγαμον, ἀφ’ οὗ καὶ Αἰσχύλος (Ag 361) τὸ δύσλυτον κακὸν</w:t>
      </w:r>
    </w:p>
    <w:p>
      <w:r>
        <w:rPr>
          <w:rFonts w:ascii="Courier New" w:hAnsi="Courier New"/>
          <w:color w:val="555555"/>
          <w:sz w:val="20"/>
        </w:rPr>
        <w:t>[10 . 133]</w:t>
      </w:r>
    </w:p>
    <w:p>
      <w:r>
        <w:rPr>
          <w:rFonts w:ascii="Gentium Plus" w:hAnsi="Gentium Plus"/>
          <w:sz w:val="24"/>
        </w:rPr>
        <w:t>ἢ δυσεξάλυκτον ἔφη ‘γάγγαμον ἄτης παναλώτου.‘ τούτοις δὲ προσ‐ θετέα φελλοί, κάλαμοι, ῥάβδοι, κάμαξ, ὁρμιά, ἄγκιστρα ἀγκίστρια ἀκιδωτά, τρίχες, λίνα, σπάρτα σπαρτίναι, μολύβδαιναι, πυρία, τριό‐ δους τρίαινα, ἰχθύκεντρον.</w:t>
      </w:r>
    </w:p>
    <w:p>
      <w:r>
        <w:rPr>
          <w:rFonts w:ascii="Courier New" w:hAnsi="Courier New"/>
          <w:color w:val="555555"/>
          <w:sz w:val="20"/>
        </w:rPr>
        <w:t>[5]</w:t>
      </w:r>
    </w:p>
    <w:p>
      <w:r>
        <w:rPr>
          <w:rFonts w:ascii="Gentium Plus" w:hAnsi="Gentium Plus"/>
          <w:sz w:val="24"/>
        </w:rPr>
        <w:t>τὰ δὲ ναυτικὰ σκεύη κάλοι, ἱστία, κρίκοι, ἡνία, κωπίς κῶπαι,</w:t>
      </w:r>
    </w:p>
    <w:p>
      <w:r>
        <w:rPr>
          <w:rFonts w:ascii="Courier New" w:hAnsi="Courier New"/>
          <w:color w:val="555555"/>
          <w:sz w:val="20"/>
        </w:rPr>
        <w:t>[10 . 134]</w:t>
      </w:r>
    </w:p>
    <w:p>
      <w:r>
        <w:rPr>
          <w:rFonts w:ascii="Gentium Plus" w:hAnsi="Gentium Plus"/>
          <w:sz w:val="24"/>
        </w:rPr>
        <w:t>καὶ ὁλκία δὲ τὰ πηδάλια ἐν Ναυπλίῳ (405) ὠνόμασε παρὰ τὸ Ὁμή‐ ρου (ξ 350) ξεστὸν ἐφόλκαιον. σκαλμοί, τροπωτῆρες, ὑπηρέσια, ἀσκώ‐ ματα, κοντοί, κάλοι, ἀντλία, κάδοι, ἀπόγυα, ἐπίγυα, πείσματα, ἄγκυραι, ὁλκοί, ἕρματα, οὖροι, ἀποβάθρα, θρανία, δέρρεις, διφθέραι,</w:t>
      </w:r>
    </w:p>
    <w:p>
      <w:r>
        <w:rPr>
          <w:rFonts w:ascii="Courier New" w:hAnsi="Courier New"/>
          <w:color w:val="555555"/>
          <w:sz w:val="20"/>
        </w:rPr>
        <w:t>[5]</w:t>
      </w:r>
    </w:p>
    <w:p>
      <w:r>
        <w:rPr>
          <w:rFonts w:ascii="Gentium Plus" w:hAnsi="Gentium Plus"/>
          <w:sz w:val="24"/>
        </w:rPr>
        <w:t>δακτύλιοι· οὕτω δὲ τοὺς τετρημένους λίθους ὠνόμαζον, ὧν τὰ πείσματα ἐξέδουν. ὀρθίαξ δὲ τὸ κάτω τοῦ ἱστοῦ καλεῖται, ὡς τὸ ἄνω καρχήσιον· καὶ ἔστι τοὔνομα τὸ ὀρθίας ἐν Ἐπιχάρμου Ὀδυσσεῖ Ναυαγῷ (fg 106 Kaibel).</w:t>
      </w:r>
    </w:p>
    <w:p>
      <w:r>
        <w:rPr>
          <w:rFonts w:ascii="Courier New" w:hAnsi="Courier New"/>
          <w:color w:val="555555"/>
          <w:sz w:val="20"/>
        </w:rPr>
        <w:t>[10 . 135]</w:t>
      </w:r>
    </w:p>
    <w:p>
      <w:r>
        <w:rPr>
          <w:rFonts w:ascii="Gentium Plus" w:hAnsi="Gentium Plus"/>
          <w:sz w:val="24"/>
        </w:rPr>
        <w:t>τὰ δὲ περὶ θεραπείαν τῶν ἐσθήτων σκεύη πλυνοὶ καὶ πλυντή‐ ρια, καὶ γῆ σμηκτρὶς† κατὰ Νικοχάρην (I 771. 4 Ko), καὶ λίτρον καὶ Χαλέστραιον λίτρον κατὰ Πλάτωνα (Rpb 430 A), κονία καὶ Κιμωλία γῆ κατὰ Ἀριστοφάνην (Lys 470, Ran 713), καὶ κνάφος, καὶ ἶπος τὸ</w:t>
      </w:r>
    </w:p>
    <w:p>
      <w:r>
        <w:rPr>
          <w:rFonts w:ascii="Courier New" w:hAnsi="Courier New"/>
          <w:color w:val="555555"/>
          <w:sz w:val="20"/>
        </w:rPr>
        <w:t>[5]</w:t>
      </w:r>
    </w:p>
    <w:p>
      <w:r>
        <w:rPr>
          <w:rFonts w:ascii="Gentium Plus" w:hAnsi="Gentium Plus"/>
          <w:sz w:val="24"/>
        </w:rPr>
        <w:t>πιέζον τὰς ἐσθῆτας ἐν τῷ γναφείῳ, ὡς Ἀρχίλοχος (fg 169) ‘κέαται δ’ ἐν ἴπῳ.‘ καὶ περιστροφίδα δ’ ἂν εἴποις τὸ ξύλον τὸ τὸν ἶπον περιστρέφον, ἐναρμόσαι δ’ ἂν τούτοις καὶ τὸ ἐν τοῖς Δημιοπρά‐ τοις ἐκπιεστήριον. δεῖ δ’ ἐπὶ ταῖς ἐσθῆσι καὶ ῥαμμάτων· εἴρηται δὲ τοὔνομα ἐν Πλάτωνος Ἑορταῖς (I p 609. 36 Ko), ‘ἐφέρεσθε δὲ</w:t>
      </w:r>
    </w:p>
    <w:p>
      <w:r>
        <w:rPr>
          <w:rFonts w:ascii="Courier New" w:hAnsi="Courier New"/>
          <w:color w:val="555555"/>
          <w:sz w:val="20"/>
        </w:rPr>
        <w:t>[10 . 136]</w:t>
      </w:r>
    </w:p>
    <w:p>
      <w:r>
        <w:rPr>
          <w:rFonts w:ascii="Gentium Plus" w:hAnsi="Gentium Plus"/>
          <w:sz w:val="24"/>
        </w:rPr>
        <w:t>τὰ ῥάμματα,‘ καὶ ἐν Ἑρμίππου Μοίραις (I p 238. 48 Ko) ‘ῥάμμ’ ἐπ‐ έκλωσας.‘ προσδεῖ δὲ καὶ ῥαφίδος, ἣν Ἕρμιππος καὶ Ἄρχιπ‐ πος ἐν Πλούτῳ ὠνόμασεν (I 687. 38 Ko) ῥαφίδα καὶ λίνον λαβὼν τὰ ῥήγματα σύρραψον.</w:t>
      </w:r>
    </w:p>
    <w:p>
      <w:r>
        <w:rPr>
          <w:rFonts w:ascii="Courier New" w:hAnsi="Courier New"/>
          <w:color w:val="555555"/>
          <w:sz w:val="20"/>
        </w:rPr>
        <w:t>[5]</w:t>
      </w:r>
    </w:p>
    <w:p>
      <w:r>
        <w:rPr>
          <w:rFonts w:ascii="Gentium Plus" w:hAnsi="Gentium Plus"/>
          <w:sz w:val="24"/>
        </w:rPr>
        <w:t>καὶ βελόνης δὲ τοὔνομα ἐν Εὐπόλιδος Ταξιάρχοις (I 329. 259 Ko) ἐγὼ δέ γε στίξω σε βελόναισιν τρισίν. καὶ βελονίδες, ὡς Ἕρμιππος ἐν Μοίραις (I 239. 49 Ko). ἵνα δὲ ἀπο‐ τίθενται αἱ ἐσθῆτες, χηλοί, κιβωτοί κιβώτια, κίσται κιστίδες ὡς ἐν</w:t>
      </w:r>
    </w:p>
    <w:p>
      <w:r>
        <w:rPr>
          <w:rFonts w:ascii="Courier New" w:hAnsi="Courier New"/>
          <w:color w:val="555555"/>
          <w:sz w:val="20"/>
        </w:rPr>
        <w:t>[10 . 137]</w:t>
      </w:r>
    </w:p>
    <w:p>
      <w:r>
        <w:rPr>
          <w:rFonts w:ascii="Gentium Plus" w:hAnsi="Gentium Plus"/>
          <w:sz w:val="24"/>
        </w:rPr>
        <w:t>Ἀχαρνεῦσιν Ἀριστοφάνης (1138), κοῖται κοιτίδες, καὶ φάσκωλοι ὡς ἐν Θεσμοφοριαζούσαις (fg 319), θύλακοι, στρωματόδεσμα. ἐν δὲ τοῖς Δημιοπράτοις κιβωτὸς θυριδωτή, παρὰ δὲ τοῖς νεωτέροις ῥίσκοι, ὡς Ἀντιφάνης ἐν Κυβευταῖς (II 64. 130 Ko) ‘ῥίσκος ἦν ὃν εἶπεν.‘</w:t>
      </w:r>
    </w:p>
    <w:p>
      <w:r>
        <w:rPr>
          <w:rFonts w:ascii="Courier New" w:hAnsi="Courier New"/>
          <w:color w:val="555555"/>
          <w:sz w:val="20"/>
        </w:rPr>
        <w:t>[5]</w:t>
      </w:r>
    </w:p>
    <w:p>
      <w:r>
        <w:rPr>
          <w:rFonts w:ascii="Gentium Plus" w:hAnsi="Gentium Plus"/>
          <w:sz w:val="24"/>
        </w:rPr>
        <w:t>ὡμοίωται δὲ τῷ κιβωτίῳ παραπλήσιόν τι σκεῦος κανδύτανες, οὗ μέμνηται καὶ Μένανδρος ἐν Ἀσπίδι (fg 82) καὶ Δίφιλος ἐν Ἐπιδικα‐ ζομένῳ (II 553. 40 Ko)· ὁ δὲ κανδύτανες οὗτος τί δύναται καὶ τί ἔστιν; ὥσπερ</w:t>
      </w:r>
    </w:p>
    <w:p>
      <w:r>
        <w:rPr>
          <w:rFonts w:ascii="Courier New" w:hAnsi="Courier New"/>
          <w:color w:val="555555"/>
          <w:sz w:val="20"/>
        </w:rPr>
        <w:t>[10]</w:t>
      </w:r>
    </w:p>
    <w:p>
      <w:r>
        <w:rPr>
          <w:rFonts w:ascii="Gentium Plus" w:hAnsi="Gentium Plus"/>
          <w:sz w:val="24"/>
        </w:rPr>
        <w:t>εἴποις ἀορτάς. ἐμοὶ μὲν οὖν δοκεῖ τὸ σκεῦος Περσικόν, ἀπὸ τοῦ κάνδυος κληθέν,</w:t>
      </w:r>
    </w:p>
    <w:p>
      <w:r>
        <w:rPr>
          <w:rFonts w:ascii="Courier New" w:hAnsi="Courier New"/>
          <w:color w:val="555555"/>
          <w:sz w:val="20"/>
        </w:rPr>
        <w:t>[10 . 138]</w:t>
      </w:r>
    </w:p>
    <w:p>
      <w:r>
        <w:rPr>
          <w:rFonts w:ascii="Gentium Plus" w:hAnsi="Gentium Plus"/>
          <w:sz w:val="24"/>
        </w:rPr>
        <w:t>εἰς χρῆσιν δ’ αὐτὸ ἤγαγον Μακεδόνες. καὶ ζύγαστρα δὲ καὶ ζυγάστρια. καὶ στρωματεῖς δὲ Ἀπολλόδωρός τε ὁ Γελῷος ἐν Ψευ‐ δαίαντι (III 280. 5 Ko) ἔφη, ‘μάχαιρα λόγχη στρωματεύς,‘ καὶ ὁ Καρύστιος Ἀπολλόδωρος ἐν Ἀντευεργετοῦντι (III 280. 2 Ko) ‘τοὺς</w:t>
      </w:r>
    </w:p>
    <w:p>
      <w:r>
        <w:rPr>
          <w:rFonts w:ascii="Courier New" w:hAnsi="Courier New"/>
          <w:color w:val="555555"/>
          <w:sz w:val="20"/>
        </w:rPr>
        <w:t>[5]</w:t>
      </w:r>
    </w:p>
    <w:p>
      <w:r>
        <w:rPr>
          <w:rFonts w:ascii="Gentium Plus" w:hAnsi="Gentium Plus"/>
          <w:sz w:val="24"/>
        </w:rPr>
        <w:t>στρωματεῖς λύοντα.‘ κέχρηται δὲ τῷ ὀνόματι καὶ Ἀντιφάνης ἐν Ἀποκαρτεροῦντι (II 25. 38 Ko). καὶ θολίαν δὲ κίστην εἶναι λέγουσιν ἔχουσαν θολοειδὲς τὸ πῶμα. Ξενοφῶν δὲ ἐν τῇ Ἀναβάσει (IV 3. 11)</w:t>
      </w:r>
    </w:p>
    <w:p>
      <w:r>
        <w:rPr>
          <w:rFonts w:ascii="Courier New" w:hAnsi="Courier New"/>
          <w:color w:val="555555"/>
          <w:sz w:val="20"/>
        </w:rPr>
        <w:t>[10 . 139]</w:t>
      </w:r>
    </w:p>
    <w:p>
      <w:r>
        <w:rPr>
          <w:rFonts w:ascii="Gentium Plus" w:hAnsi="Gentium Plus"/>
          <w:sz w:val="24"/>
        </w:rPr>
        <w:t>ἔφη καὶ μαρσίπους ἱματίων. αἱ δὲ ἀορταὶ εἴρηνται ἐν Ποσειδίππου Ἐπιστάθμῳ (III 338. 10 Ko)· σκηνὰς ὄχους ῥίσκους ἀορτὰς τάχανα λαμπήνας ὄνους·</w:t>
      </w:r>
    </w:p>
    <w:p>
      <w:r>
        <w:rPr>
          <w:rFonts w:ascii="Courier New" w:hAnsi="Courier New"/>
          <w:color w:val="555555"/>
          <w:sz w:val="20"/>
        </w:rPr>
        <w:t>[5]</w:t>
      </w:r>
    </w:p>
    <w:p>
      <w:r>
        <w:rPr>
          <w:rFonts w:ascii="Gentium Plus" w:hAnsi="Gentium Plus"/>
          <w:sz w:val="24"/>
        </w:rPr>
        <w:t>τὸ γὰρ ἐν Μισογύνῃ Μενάνδρου (fg 331) χλαμύδα καυσίαν λόγχην ἀορτὴν ἱμάτια ἀμφίβολον, ὅτι ἔνιοι καὶ ἀορτῆρα γράφουσιν. ἐν δὲ τῷ τρίτῳ περὶ ζῴων Ἀριστοτέλους (p 513 A 20) τῶν πρὸς τῇ ῥάχει δύο φλεβῶν ἡ</w:t>
      </w:r>
    </w:p>
    <w:p>
      <w:r>
        <w:rPr>
          <w:rFonts w:ascii="Courier New" w:hAnsi="Courier New"/>
          <w:color w:val="555555"/>
          <w:sz w:val="20"/>
        </w:rPr>
        <w:t>[10]</w:t>
      </w:r>
    </w:p>
    <w:p>
      <w:r>
        <w:rPr>
          <w:rFonts w:ascii="Gentium Plus" w:hAnsi="Gentium Plus"/>
          <w:sz w:val="24"/>
        </w:rPr>
        <w:t>ἀριστερὰ ἀορτὴ καλεῖται. παρὰ δὲ Φερεκύδει (FHG 26) εἷς τῶν Κυ‐ κλώπων.</w:t>
      </w:r>
    </w:p>
    <w:p>
      <w:r>
        <w:rPr>
          <w:rFonts w:ascii="Courier New" w:hAnsi="Courier New"/>
          <w:color w:val="555555"/>
          <w:sz w:val="20"/>
        </w:rPr>
        <w:t>[10 . 140]</w:t>
      </w:r>
    </w:p>
    <w:p>
      <w:r>
        <w:rPr>
          <w:rFonts w:ascii="Gentium Plus" w:hAnsi="Gentium Plus"/>
          <w:sz w:val="24"/>
        </w:rPr>
        <w:t>τὰ δὲ κουρέως σκεύη κτένες, κουρίδες, μαχαιρίδες· ἐν μὲν γὰρ Κρατίνου Διονυσαλεξάνδρῳ (I p 23. 37) εἴρηται ἔνεισι δ’ ἐνταυθοῖ μάχαιραι κουρίδες,</w:t>
      </w:r>
    </w:p>
    <w:p>
      <w:r>
        <w:rPr>
          <w:rFonts w:ascii="Courier New" w:hAnsi="Courier New"/>
          <w:color w:val="555555"/>
          <w:sz w:val="20"/>
        </w:rPr>
        <w:t>[5]</w:t>
      </w:r>
    </w:p>
    <w:p>
      <w:r>
        <w:rPr>
          <w:rFonts w:ascii="Gentium Plus" w:hAnsi="Gentium Plus"/>
          <w:sz w:val="24"/>
        </w:rPr>
        <w:t>ἐν δὲ Χρυσῷ γένει Εὐπόλιδος (I p 334. 278 Ko) ἔπειθ’ ὁ κουρεὺς τὰς μαχαιρίδας λαβών ὑπὸ τῆς ὑπήνης κατακερεῖ τὴν εἰσφοράν. καὶ ψαλὶς δὲ τῶν κουρέως σκευῶν, ἣν καὶ μίαν μάχαιραν καλοῦσιν, καὶ ξυρὸν καὶ ξυροδόχη, ὡς ἐν Θεσμοφοριαζούσαις Ἀριστοφάνης</w:t>
      </w:r>
    </w:p>
    <w:p>
      <w:r>
        <w:rPr>
          <w:rFonts w:ascii="Courier New" w:hAnsi="Courier New"/>
          <w:color w:val="555555"/>
          <w:sz w:val="20"/>
        </w:rPr>
        <w:t>[10]</w:t>
      </w:r>
    </w:p>
    <w:p>
      <w:r>
        <w:rPr>
          <w:rFonts w:ascii="Gentium Plus" w:hAnsi="Gentium Plus"/>
          <w:sz w:val="24"/>
        </w:rPr>
        <w:t>(219) χρῆσόν τι ἡμῖν ξυρόν.—αὐτὸς λάμβανε ἐντεῦθεν ἐκ τῆς ξυροδόχης. καὶ ὀνυχιστήρια δὲ λεπτὰ εἴρηται ἐν Ποσειδίππου Πορνοβοσκῷ καὶ ξυστήρια (III 347. 38 Ko).</w:t>
      </w:r>
    </w:p>
    <w:p>
      <w:r>
        <w:rPr>
          <w:rFonts w:ascii="Courier New" w:hAnsi="Courier New"/>
          <w:color w:val="555555"/>
          <w:sz w:val="20"/>
        </w:rPr>
        <w:t>[10 . 141]</w:t>
      </w:r>
    </w:p>
    <w:p>
      <w:r>
        <w:rPr>
          <w:rFonts w:ascii="Gentium Plus" w:hAnsi="Gentium Plus"/>
          <w:sz w:val="24"/>
        </w:rPr>
        <w:t>τὰ δὲ σκυτοτόμου σκεύη τομεὺς ἐν Πλάτωνος Ἀλκιβιάδῃ (129 C) εἰρημένος, καὶ σμίλη ἐν τῇ Πολιτείᾳ (333 A), καὶ καλάπους ἐν τῷ Συμποσίῳ (191 A). καὶ περιτομεὺς δ’ ἂν ῥηθείη καὶ χηλεύματα καὶ ὄπεαρ καὶ ὀπήτιον, εἴρηται ἐν Νικοχάρους Κρησίν (I p 772. 9 Ko)</w:t>
      </w:r>
    </w:p>
    <w:p>
      <w:r>
        <w:rPr>
          <w:rFonts w:ascii="Courier New" w:hAnsi="Courier New"/>
          <w:color w:val="555555"/>
          <w:sz w:val="20"/>
        </w:rPr>
        <w:t>[5]</w:t>
      </w:r>
    </w:p>
    <w:p>
      <w:r>
        <w:rPr>
          <w:rFonts w:ascii="Gentium Plus" w:hAnsi="Gentium Plus"/>
          <w:sz w:val="24"/>
        </w:rPr>
        <w:t>τοῖς τρυπάνοις ἀντίπαλον ὅπερ ἀρχίλιον. τὰ δὲ κυνηγέτου σκεύη λίνα, δίκτυα, ἄρκυες, ἐνόδια, ἐμβόλια, στάλικες, στήριγγες, κάμακες, δίκρα, κάλοι, ἱμάντες, κυνοῦχοι, σχαλίδες σχαλιδώματα, ξίφη, δόρατα, ἀκόντια, δρέπανα, τόξα, προβόλια, πο‐</w:t>
      </w:r>
    </w:p>
    <w:p>
      <w:r>
        <w:rPr>
          <w:rFonts w:ascii="Courier New" w:hAnsi="Courier New"/>
          <w:color w:val="555555"/>
          <w:sz w:val="20"/>
        </w:rPr>
        <w:t>[10 . 142]</w:t>
      </w:r>
    </w:p>
    <w:p>
      <w:r>
        <w:rPr>
          <w:rFonts w:ascii="Gentium Plus" w:hAnsi="Gentium Plus"/>
          <w:sz w:val="24"/>
        </w:rPr>
        <w:t>δάγραι, ἁρπεδόναι, σειραί σειρίδες, πλεκταί· πλεκτὴν γὰρ οἱ Ἀττικοὶ τὴν σειρὰν ὠνόμαζον, ὡς Πλάτων ἐν Ἑλλάδι (I 605. 21) βούλει τήνδε σοι πλεκτὴν καθῶ, κἄπειτ’ ἀνελκύσω σε δεῦρο;</w:t>
      </w:r>
    </w:p>
    <w:p>
      <w:r>
        <w:rPr>
          <w:rFonts w:ascii="Courier New" w:hAnsi="Courier New"/>
          <w:color w:val="555555"/>
          <w:sz w:val="20"/>
        </w:rPr>
        <w:t>[5]</w:t>
      </w:r>
    </w:p>
    <w:p>
      <w:r>
        <w:rPr>
          <w:rFonts w:ascii="Gentium Plus" w:hAnsi="Gentium Plus"/>
          <w:sz w:val="24"/>
        </w:rPr>
        <w:t>πελέκεις, δέραια περιδέραια, στελμονίαι, ῥόπαλα, σκυτάλαι, ξυῆλαι, ἀρνακίδες, ἧλοι, ἐγκεντρίδες. στρατιώτου δὲ σκεύη ἀσπὶς πέλτη, θώραξ ἡμιθωράκιον σπολάς, κράνος κόρυς περικεφαλαία, λόφος τριλοφία, χεῖρες, κνημῖδες, πῖλοι, τόξα, βέλη τοξεύματα ὀιστοί, φαρέτρα ὀιστοδόκη ὀιστοθήκη γωρυ‐</w:t>
      </w:r>
    </w:p>
    <w:p>
      <w:r>
        <w:rPr>
          <w:rFonts w:ascii="Courier New" w:hAnsi="Courier New"/>
          <w:color w:val="555555"/>
          <w:sz w:val="20"/>
        </w:rPr>
        <w:t>[10]</w:t>
      </w:r>
    </w:p>
    <w:p>
      <w:r>
        <w:rPr>
          <w:rFonts w:ascii="Gentium Plus" w:hAnsi="Gentium Plus"/>
          <w:sz w:val="24"/>
        </w:rPr>
        <w:t>τός φαρετρεῶνες, καὶ τῆς ἀσπίδος τὸ ἔλυτρον σάγμα, καὶ τοῦ κρά‐</w:t>
      </w:r>
    </w:p>
    <w:p>
      <w:r>
        <w:rPr>
          <w:rFonts w:ascii="Courier New" w:hAnsi="Courier New"/>
          <w:color w:val="555555"/>
          <w:sz w:val="20"/>
        </w:rPr>
        <w:t>[10 . 143]</w:t>
      </w:r>
    </w:p>
    <w:p>
      <w:r>
        <w:rPr>
          <w:rFonts w:ascii="Gentium Plus" w:hAnsi="Gentium Plus"/>
          <w:sz w:val="24"/>
        </w:rPr>
        <w:t>νους ἡ θήκη λοφεῖον, δόρατα, ἀκόντια ἀκοντίσματα, κοντοί, καὶ τοῦ δόρατος τὸ ἱστάμενον σαυρωτήρ στύραξ στυράκιον, καὶ τὸ προῦ‐</w:t>
      </w:r>
    </w:p>
    <w:p>
      <w:r>
        <w:rPr>
          <w:rFonts w:ascii="Courier New" w:hAnsi="Courier New"/>
          <w:color w:val="555555"/>
          <w:sz w:val="20"/>
        </w:rPr>
        <w:t>[5]</w:t>
      </w:r>
    </w:p>
    <w:p>
      <w:r>
        <w:rPr>
          <w:rFonts w:ascii="Gentium Plus" w:hAnsi="Gentium Plus"/>
          <w:sz w:val="24"/>
        </w:rPr>
        <w:t>γὰρ ὄνομα ἐπ’ ἀνδρείου αἰδοίου ἐστὶ παρὰ Κρατίνῳ (I 127. 443), ἐπὶ δὲ τοῦ δόρατος ἐν Φιλαδέλφοις Μενάνδρου· (fg 508) ὥστ’ ἔγωγ’ ἂν εἱλόμην που σαυνίῳ πεπληγμένος.</w:t>
      </w:r>
    </w:p>
    <w:p>
      <w:r>
        <w:rPr>
          <w:rFonts w:ascii="Courier New" w:hAnsi="Courier New"/>
          <w:color w:val="555555"/>
          <w:sz w:val="20"/>
        </w:rPr>
        <w:t>[10 . 144]</w:t>
      </w:r>
    </w:p>
    <w:p>
      <w:r>
        <w:rPr>
          <w:rFonts w:ascii="Gentium Plus" w:hAnsi="Gentium Plus"/>
          <w:sz w:val="24"/>
        </w:rPr>
        <w:t>καὶ Ἀριστοφάνης μὲν ἔφη ἐν Ὁλκάσιν (404) λόγχαι δ’ ἐκαυλίζοντο καὶ ξυστὴ κάμαξ, ἐν δὲ Σκηνὰς καταλαμβανούσαις (477) καὶ τῶν πλατυλόγχων, ὡς ὁρᾷς, ἀκόντων·</w:t>
      </w:r>
    </w:p>
    <w:p>
      <w:r>
        <w:rPr>
          <w:rFonts w:ascii="Courier New" w:hAnsi="Courier New"/>
          <w:color w:val="555555"/>
          <w:sz w:val="20"/>
        </w:rPr>
        <w:t>[5]</w:t>
      </w:r>
    </w:p>
    <w:p>
      <w:r>
        <w:rPr>
          <w:rFonts w:ascii="Gentium Plus" w:hAnsi="Gentium Plus"/>
          <w:sz w:val="24"/>
        </w:rPr>
        <w:t>Ἄλεξις δ’ ἐν Λευκαδίᾳ (II 344. 131) φέρε τὴν σιβύνην καὶ πλατύλογχα, Ἀμειψίας δ’ ἐν Σφενδόνῃ (I 674. 17) τὸ μὲν δόρυ μετὰ τῆς ἐπιχάλκου πρὸς Πλαταιαῖς ἀπέβαλεν.</w:t>
      </w:r>
    </w:p>
    <w:p>
      <w:r>
        <w:rPr>
          <w:rFonts w:ascii="Courier New" w:hAnsi="Courier New"/>
          <w:color w:val="555555"/>
          <w:sz w:val="20"/>
        </w:rPr>
        <w:t>[10]</w:t>
      </w:r>
    </w:p>
    <w:p>
      <w:r>
        <w:rPr>
          <w:rFonts w:ascii="Gentium Plus" w:hAnsi="Gentium Plus"/>
          <w:sz w:val="24"/>
        </w:rPr>
        <w:t>προσθετέον δὲ τούτοις ξίφη καὶ μαχαίρας καὶ κοπίδας καὶ ἀκινάκας καὶ ξυήλας καὶ δρέπανα καὶ δορυδρέπανα καὶ ἐγχειρίδια, καὶ λαβὴν</w:t>
      </w:r>
    </w:p>
    <w:p>
      <w:r>
        <w:rPr>
          <w:rFonts w:ascii="Courier New" w:hAnsi="Courier New"/>
          <w:color w:val="555555"/>
          <w:sz w:val="20"/>
        </w:rPr>
        <w:t>[10 . 145]</w:t>
      </w:r>
    </w:p>
    <w:p>
      <w:r>
        <w:rPr>
          <w:rFonts w:ascii="Gentium Plus" w:hAnsi="Gentium Plus"/>
          <w:sz w:val="24"/>
        </w:rPr>
        <w:t>ξίφους καὶ προλαβὴν καὶ κώπην, καὶ τὴν θήκην κολεόν. καὶ Εὐρι‐ πίδης μὲν ἐν Παλαμήδῃ (fg 587) λέγει κώπην χρυσόκολλον, Μέναν‐ δρος δὲ ἐν Ἁλιεῦσι (20) ‘καὶ χρυσολαβὲς καλὸν πάνυ ἐγχειρίδιον,‘ Θεόπομπος δὲ ἐν Πόλεσιν (I 739. 25.) ἐλεφαντοκώπους ξιφομα‐</w:t>
      </w:r>
    </w:p>
    <w:p>
      <w:r>
        <w:rPr>
          <w:rFonts w:ascii="Courier New" w:hAnsi="Courier New"/>
          <w:color w:val="555555"/>
          <w:sz w:val="20"/>
        </w:rPr>
        <w:t>[5]</w:t>
      </w:r>
    </w:p>
    <w:p>
      <w:r>
        <w:rPr>
          <w:rFonts w:ascii="Gentium Plus" w:hAnsi="Gentium Plus"/>
          <w:sz w:val="24"/>
        </w:rPr>
        <w:t>χαίρας.‘ ὅτι δὲ καὶ τὴν σπάθην ἐπὶ τοῦ ξίφους εἰρήκασιν, εὕροις ἂν ἐν Εὐριπίδου Εὐρυσθεῖ σατυρικῷ· (fg 373) πᾶς δὲ φασγάνῳ ἐξεθέρισεν ὥστε πύρινον σπάθῃ κολούων φασγάνου μελανδέτου. εἰ δὲ τοῦτο ἀμφίβολον, Φιλήμων ἐν Ῥοδίαις (II 469. 90 Ko) σα‐</w:t>
      </w:r>
    </w:p>
    <w:p>
      <w:r>
        <w:rPr>
          <w:rFonts w:ascii="Courier New" w:hAnsi="Courier New"/>
          <w:color w:val="555555"/>
          <w:sz w:val="20"/>
        </w:rPr>
        <w:t>[10]</w:t>
      </w:r>
    </w:p>
    <w:p>
      <w:r>
        <w:rPr>
          <w:rFonts w:ascii="Gentium Plus" w:hAnsi="Gentium Plus"/>
          <w:sz w:val="24"/>
        </w:rPr>
        <w:t>φέστερον αὐτὸ ποιεῖ λέγων σπάθην παραφαίνων δηλαδὴ χρυσένδετον,</w:t>
      </w:r>
    </w:p>
    <w:p>
      <w:r>
        <w:rPr>
          <w:rFonts w:ascii="Courier New" w:hAnsi="Courier New"/>
          <w:color w:val="555555"/>
          <w:sz w:val="20"/>
        </w:rPr>
        <w:t>[10 . 146]</w:t>
      </w:r>
    </w:p>
    <w:p>
      <w:r>
        <w:rPr>
          <w:rFonts w:ascii="Gentium Plus" w:hAnsi="Gentium Plus"/>
          <w:sz w:val="24"/>
        </w:rPr>
        <w:t>καὶ ἐν τῷ Μισουμένῳ Μένανδρος (fg 346), ὅταν λέγῃ ‘ἀφανεῖς γε‐ γόνασιν αἱ σπάθαι.‘ τούτοις δ’ ἐπακτέον σφενδόνας, λίθους, μολυβ‐</w:t>
      </w:r>
    </w:p>
    <w:p>
      <w:r>
        <w:rPr>
          <w:rFonts w:ascii="Courier New" w:hAnsi="Courier New"/>
          <w:color w:val="555555"/>
          <w:sz w:val="20"/>
        </w:rPr>
        <w:t>[5]</w:t>
      </w:r>
    </w:p>
    <w:p>
      <w:r>
        <w:rPr>
          <w:rFonts w:ascii="Gentium Plus" w:hAnsi="Gentium Plus"/>
          <w:sz w:val="24"/>
        </w:rPr>
        <w:t>δ’ ἂν καὶ ζωστῆρα εἴποις καὶ ὄχανα, καὶ κιλλίβαντας, Ἀριστοφά‐ νους (Ach 1087) εἰπόντος τοὺς κιλλίβαντας οἶσε, παῖ, τῆς ἀσπίδος. τέκτονος σκεύη σκέπαρνον, πρίων, σφῦρα, τέρετρον τρύπανον τρυπανοῦχος ἀρίς, ῥίνη, πέλεκυς καὶ καθ’ Ὅμηρον (N 612) πέλεκκος.</w:t>
      </w:r>
    </w:p>
    <w:p>
      <w:r>
        <w:rPr>
          <w:rFonts w:ascii="Courier New" w:hAnsi="Courier New"/>
          <w:color w:val="555555"/>
          <w:sz w:val="20"/>
        </w:rPr>
        <w:t>[10]</w:t>
      </w:r>
    </w:p>
    <w:p>
      <w:r>
        <w:rPr>
          <w:rFonts w:ascii="Gentium Plus" w:hAnsi="Gentium Plus"/>
          <w:sz w:val="24"/>
        </w:rPr>
        <w:t>ἐν δὲ τῇ ἐν Ὀλυμπίᾳ στήλῃ ἀναγέγραπται τρύπανα τρυπανίας</w:t>
      </w:r>
    </w:p>
    <w:p>
      <w:r>
        <w:rPr>
          <w:rFonts w:ascii="Courier New" w:hAnsi="Courier New"/>
          <w:color w:val="555555"/>
          <w:sz w:val="20"/>
        </w:rPr>
        <w:t>[10 . 147]</w:t>
      </w:r>
    </w:p>
    <w:p>
      <w:r>
        <w:rPr>
          <w:rFonts w:ascii="Gentium Plus" w:hAnsi="Gentium Plus"/>
          <w:sz w:val="24"/>
        </w:rPr>
        <w:t>ἔχοντα, ἴσως τὴν ἀρίδα. χαλκέως σκεύη ἄκμων ἀκμοθέτης, ῥαιστήρ, πυράγρα, φῦσαι φυσητήρ ἀκροφύσιον, χοάναι, ἀκόναι θηγά‐ ναι, ἐσχαρίδες, κροταφίδες. οἰκοδόμου σκεύη λεῖαι, γλαρίδες ὡς Σοφοκλῆς ἐν Πριάμῳ (fg 486, 488), τύχοι, κανών, διαβήτης, πῆχυς,</w:t>
      </w:r>
    </w:p>
    <w:p>
      <w:r>
        <w:rPr>
          <w:rFonts w:ascii="Courier New" w:hAnsi="Courier New"/>
          <w:color w:val="555555"/>
          <w:sz w:val="20"/>
        </w:rPr>
        <w:t>[5]</w:t>
      </w:r>
    </w:p>
    <w:p>
      <w:r>
        <w:rPr>
          <w:rFonts w:ascii="Gentium Plus" w:hAnsi="Gentium Plus"/>
          <w:sz w:val="24"/>
        </w:rPr>
        <w:t>στάθμη, μολύβδαινα, ὑπαγωγεύς, τάχα δὲ καὶ μοχλίον, εἰ καὶ τοῖς τοιχωρύχοις τοῦτο προστιθέασιν οἱ κωμῳδοποιοί (III p 588. 1084 Ko). καὶ μοχλίσκον δὲ τὸ τοιοῦτον Ἀριστοφάνης ἐν Σκηνὰς καταλαμβα‐</w:t>
      </w:r>
    </w:p>
    <w:p>
      <w:r>
        <w:rPr>
          <w:rFonts w:ascii="Courier New" w:hAnsi="Courier New"/>
          <w:color w:val="555555"/>
          <w:sz w:val="20"/>
        </w:rPr>
        <w:t>[10 . 148]</w:t>
      </w:r>
    </w:p>
    <w:p>
      <w:r>
        <w:rPr>
          <w:rFonts w:ascii="Gentium Plus" w:hAnsi="Gentium Plus"/>
          <w:sz w:val="24"/>
        </w:rPr>
        <w:t>νούσαις (fg 481) ὠνόμασεν, εἰπὼν ‘τοῖχον μοχλίσκῳ καλαύειν.‘ οἷς προσαριθμητέον καὶ τὰ ἐν Βατράχοις (799) Ἀριστοφάνους, καὶ πλαίσια ξυμπτυκτὰ πλινθεύσουσί γε καὶ διαμέτρους καὶ σφῆνας.</w:t>
      </w:r>
    </w:p>
    <w:p>
      <w:r>
        <w:rPr>
          <w:rFonts w:ascii="Courier New" w:hAnsi="Courier New"/>
          <w:color w:val="555555"/>
          <w:sz w:val="20"/>
        </w:rPr>
        <w:t>[5]</w:t>
      </w:r>
    </w:p>
    <w:p>
      <w:r>
        <w:rPr>
          <w:rFonts w:ascii="Gentium Plus" w:hAnsi="Gentium Plus"/>
          <w:sz w:val="24"/>
        </w:rPr>
        <w:t>ἐν δὲ ταῖς Ἀττικαῖς στήλαις ἀναγέγραπται πρίων λιθοπρίστης καὶ καρκίνος λίθους ἔχων. εἴποις δ’ ἂν καὶ μηχανὴν λιθαγωγόν. ζω‐ γράφου σκεύη πίνακες πινάκια, κιλλίβαντες καὶ ὀκρίβαντες, γραφίδες</w:t>
      </w:r>
    </w:p>
    <w:p>
      <w:r>
        <w:rPr>
          <w:rFonts w:ascii="Courier New" w:hAnsi="Courier New"/>
          <w:color w:val="555555"/>
          <w:sz w:val="20"/>
        </w:rPr>
        <w:t>[10 . 149]</w:t>
      </w:r>
    </w:p>
    <w:p>
      <w:r>
        <w:rPr>
          <w:rFonts w:ascii="Gentium Plus" w:hAnsi="Gentium Plus"/>
          <w:sz w:val="24"/>
        </w:rPr>
        <w:t>ὑπογραφίδες, πυξία. νεωλκοῦ σκεύη φάλαγγες φαλάγγια, ὁλκοί, οὐροί. μεταλλέως σκεύη θύλακες, περίοδος, σάλαξ· καὶ θυλακο‐ φορεῖν μὲν τοὺς μεταλλέας οἱ κωμῳδοὶ (Aristoph fg 789) λέγουσι, περίοδον δὲ καὶ σάλακα Θεόφραστος ἐν τῷ Μεταλλικῷ, (Aristotel</w:t>
      </w:r>
    </w:p>
    <w:p>
      <w:r>
        <w:rPr>
          <w:rFonts w:ascii="Courier New" w:hAnsi="Courier New"/>
          <w:color w:val="555555"/>
          <w:sz w:val="20"/>
        </w:rPr>
        <w:t>[5]</w:t>
      </w:r>
    </w:p>
    <w:p>
      <w:r>
        <w:rPr>
          <w:rFonts w:ascii="Gentium Plus" w:hAnsi="Gentium Plus"/>
          <w:sz w:val="24"/>
        </w:rPr>
        <w:t>fg 261), περίοδον μὲν τὸ ἀγγεῖον ᾧ κατακεραννύουσι τὸν σίδηρον,</w:t>
      </w:r>
    </w:p>
    <w:p>
      <w:r>
        <w:rPr>
          <w:rFonts w:ascii="Courier New" w:hAnsi="Courier New"/>
          <w:color w:val="555555"/>
          <w:sz w:val="20"/>
        </w:rPr>
        <w:t>[10 . 150]</w:t>
      </w:r>
    </w:p>
    <w:p>
      <w:r>
        <w:rPr>
          <w:rFonts w:ascii="Gentium Plus" w:hAnsi="Gentium Plus"/>
          <w:sz w:val="24"/>
        </w:rPr>
        <w:t>δοστράβη, κλυστήρ· ἔστι γὰρ παρ’ Ἡροδότῳ (II 87) τοὔνομα. τάχα δὲ καὶ βάλανος· ἐπὶ γὰρ τοῦ ἐκ στέατος καὶ λίτρου προμήκους πλάσματος, ᾧ ἀντὶ κλυστῆρος χρῶνται, βαλανίσαι Ἱπποκράτησ(?) λέγει. ἐν δὲ τοῖς Δημιοπράτοις καὶ ῥάκια καὶ κηρωτὴ γέγραπται.</w:t>
      </w:r>
    </w:p>
    <w:p>
      <w:r>
        <w:rPr>
          <w:rFonts w:ascii="Courier New" w:hAnsi="Courier New"/>
          <w:color w:val="555555"/>
          <w:sz w:val="20"/>
        </w:rPr>
        <w:t>[5]</w:t>
      </w:r>
    </w:p>
    <w:p>
      <w:r>
        <w:rPr>
          <w:rFonts w:ascii="Gentium Plus" w:hAnsi="Gentium Plus"/>
          <w:sz w:val="24"/>
        </w:rPr>
        <w:t>κυβευτοῦ σκεύη ἄβαξ ἀβάκιον, κόσκινον, κύβοι, διάσειστοι κύβοι, ἀστράγαλοι, φιμοί, κημοί, τηλία, κήθια κηθίδια, ψῆφοι, πεττοί. σο‐ ροποιοῦ σκεύη σορός, πύελος, κιβωτός, ληνός. οἵ τε γὰρ περὶ Ἔραστον καὶ Κορίσκον Πλάτωνι ἐπιστέλλοντες γράφουσι ‘ληνὸν Ἀσσίαν τῆς σαρκοφάγου λίθου,‘ καὶ ἐπάγουσι περὶ τοῦ αὐτοῦ λέ‐</w:t>
      </w:r>
    </w:p>
    <w:p>
      <w:r>
        <w:rPr>
          <w:rFonts w:ascii="Courier New" w:hAnsi="Courier New"/>
          <w:color w:val="555555"/>
          <w:sz w:val="20"/>
        </w:rPr>
        <w:t>[10]</w:t>
      </w:r>
    </w:p>
    <w:p>
      <w:r>
        <w:rPr>
          <w:rFonts w:ascii="Gentium Plus" w:hAnsi="Gentium Plus"/>
          <w:sz w:val="24"/>
        </w:rPr>
        <w:t>γοντες ‘σορῷ·‘ ὅ τε Φερεκράτης ἐν τοῖς Ἀγρίοις ἔφη (I 146. 5 Ko) ἦ μὴν σὺ σαυτὸν μακαριεῖς, ὅταν οὗτοί σε κατορύττωσιν. οὐ δῆτ’, ἀλλ’ ἐγώ τούτους πρότερον, οὗτοι δὲ μακαριοῦσί με. καίτοι πόθεν ληνοὺς τοσαύτας λήψομαι;</w:t>
      </w:r>
    </w:p>
    <w:p>
      <w:r>
        <w:rPr>
          <w:rFonts w:ascii="Courier New" w:hAnsi="Courier New"/>
          <w:color w:val="555555"/>
          <w:sz w:val="20"/>
        </w:rPr>
        <w:t>[10 . 151]</w:t>
      </w:r>
    </w:p>
    <w:p>
      <w:r>
        <w:rPr>
          <w:rFonts w:ascii="Gentium Plus" w:hAnsi="Gentium Plus"/>
          <w:sz w:val="24"/>
        </w:rPr>
        <w:t>καὶ μιξάμενοι δ’ ἂν εἴποιμεν σκεύη, βαλάντια καὶ βαλαντίδια ὡς ἐν Αἰξὶν Εὔπολις (I 263. 23 Ko). καὶ θυλάκιον δὲ καὶ θυλακίσκον· Ἀριστοφάνης γοῦν ἐν Τριφάλητι (fg 545) τοῦτο ὑποδηλοῖ, ὅταν φῇ ἔπειτ’ ἐπὶ τοὖψον ἧκε, τὴν σπυρίδα λαβών</w:t>
      </w:r>
    </w:p>
    <w:p>
      <w:r>
        <w:rPr>
          <w:rFonts w:ascii="Courier New" w:hAnsi="Courier New"/>
          <w:color w:val="555555"/>
          <w:sz w:val="20"/>
        </w:rPr>
        <w:t>[5]</w:t>
      </w:r>
    </w:p>
    <w:p>
      <w:r>
        <w:rPr>
          <w:rFonts w:ascii="Gentium Plus" w:hAnsi="Gentium Plus"/>
          <w:sz w:val="24"/>
        </w:rPr>
        <w:t>καὶ θυλακίσκον καὶ τὸ μέγα βαλάντιον.</w:t>
      </w:r>
    </w:p>
    <w:p>
      <w:r>
        <w:rPr>
          <w:rFonts w:ascii="Courier New" w:hAnsi="Courier New"/>
          <w:color w:val="555555"/>
          <w:sz w:val="20"/>
        </w:rPr>
        <w:t>[10 . 152]</w:t>
      </w:r>
    </w:p>
    <w:p>
      <w:r>
        <w:rPr>
          <w:rFonts w:ascii="Gentium Plus" w:hAnsi="Gentium Plus"/>
          <w:sz w:val="24"/>
        </w:rPr>
        <w:t>ἐπὶ τοῦ αὐτοῦ δὲ κύστιν ὑείαν ἐν Ταγηνισταῖς (fg 504)· ὁ δὲ λύων κύστιν ὑείαν κἀξαιρῶν τοὺς δαρεικούς. ἐπὶ τοῦ αὐτοῦ δὲ καὶ σακίον, ὅταν φῇ ἐν Θεσμοφοριαζούσαις</w:t>
      </w:r>
    </w:p>
    <w:p>
      <w:r>
        <w:rPr>
          <w:rFonts w:ascii="Courier New" w:hAnsi="Courier New"/>
          <w:color w:val="555555"/>
          <w:sz w:val="20"/>
        </w:rPr>
        <w:t>[5]</w:t>
      </w:r>
    </w:p>
    <w:p>
      <w:r>
        <w:rPr>
          <w:rFonts w:ascii="Gentium Plus" w:hAnsi="Gentium Plus"/>
          <w:sz w:val="24"/>
        </w:rPr>
        <w:t>(fg 328) σακίον, ἐν οἷσπερ τἀργύριον ταμιεύεται. καὶ πόδα δὲ βαλαντίου ὁ αὐτὸς εἴρηκεν ἐν Βαβυλωνίοισ(89). ἀργυ‐ ροθήκην δὲ Ἀντιφάνης ἐν Μίδωνι (II 75. 157) εἴρηκεν. εἰ δὲ καὶ τῷ μαρσιπίῳ τις χρῆσθαι βούλοιτο, βοηθήσει αὐτῷ Ἀπολλόδωρος ὁ</w:t>
      </w:r>
    </w:p>
    <w:p>
      <w:r>
        <w:rPr>
          <w:rFonts w:ascii="Courier New" w:hAnsi="Courier New"/>
          <w:color w:val="555555"/>
          <w:sz w:val="20"/>
        </w:rPr>
        <w:t>[10]</w:t>
      </w:r>
    </w:p>
    <w:p>
      <w:r>
        <w:rPr>
          <w:rFonts w:ascii="Gentium Plus" w:hAnsi="Gentium Plus"/>
          <w:sz w:val="24"/>
        </w:rPr>
        <w:t>Καρύστιος εἰπὼν ἐν τῇ Ἐνέα (III 284. 13) ‘μαρσίπιόν τι μικρόν.‘ ἀρύβαλλος δὲ ἐπὶ τοῦ συσπάστου βαλαντίου ἐν Ἀντιφάνους Αὑτοῦ ἐρῶντι (II p 31. 50 Ko) καὶ ἐν Στησιχόρου Κερβέρῳ (fg 11).</w:t>
      </w:r>
    </w:p>
    <w:p>
      <w:r>
        <w:rPr>
          <w:rFonts w:ascii="Courier New" w:hAnsi="Courier New"/>
          <w:color w:val="555555"/>
          <w:sz w:val="20"/>
        </w:rPr>
        <w:t>[10 . 153]</w:t>
      </w:r>
    </w:p>
    <w:p>
      <w:r>
        <w:rPr>
          <w:rFonts w:ascii="Gentium Plus" w:hAnsi="Gentium Plus"/>
          <w:sz w:val="24"/>
        </w:rPr>
        <w:t>γλωττοκομεῖον ἡ θήκη τῶν αὐλῶν· καὶ συβήνην δὲ τὴν τῶν αὐλῶν θήκην καλοῦσιν. καὶ αὐλοὺς ὀστεΐνους, καὶ καλαμίνους αὐλοὺς Ἀριστοφάνης (fg 144) ἔφη. καὶ φορβειὰν τὴν αὐλητικήν (Vesp 582).</w:t>
      </w:r>
    </w:p>
    <w:p>
      <w:r>
        <w:rPr>
          <w:rFonts w:ascii="Courier New" w:hAnsi="Courier New"/>
          <w:color w:val="555555"/>
          <w:sz w:val="20"/>
        </w:rPr>
        <w:t>[10 . 154]</w:t>
      </w:r>
    </w:p>
    <w:p>
      <w:r>
        <w:rPr>
          <w:rFonts w:ascii="Gentium Plus" w:hAnsi="Gentium Plus"/>
          <w:sz w:val="24"/>
        </w:rPr>
        <w:t>καὶ κρουπέζια τὰ τῶν αὐλητῶν ὑποδήματα. τὸ μέντοι γλωττοκο‐ μεῖον εἴρηκε Λύσιππος ἐν Βάκχαις (I 702. 5 Ko)· αὐτοῖσιν αὐλοῖς ὁρμᾷ καὶ γλωττοκομείῳ. ὠνόμασται γὰρ ἀπὸ τῶν γλωττῶν, οὐ μὴν ἀλλὰ καὶ ἐπὶ τοῦ ἀγγείου</w:t>
      </w:r>
    </w:p>
    <w:p>
      <w:r>
        <w:rPr>
          <w:rFonts w:ascii="Courier New" w:hAnsi="Courier New"/>
          <w:color w:val="555555"/>
          <w:sz w:val="20"/>
        </w:rPr>
        <w:t>[5]</w:t>
      </w:r>
    </w:p>
    <w:p>
      <w:r>
        <w:rPr>
          <w:rFonts w:ascii="Gentium Plus" w:hAnsi="Gentium Plus"/>
          <w:sz w:val="24"/>
        </w:rPr>
        <w:t>γλωττοκομεῖον παρὰ τοῖς νεωτέροις ἔστιν εὑρεῖν, ὡς ἐν τῷ Τιμο‐ κλέους Βαλανείῳ (II p 451. 2 Ko), ‘καὶ τὸ γλωττοκομεῖον βαλα‐ νεύεται.‘ καὶ ἐν Ἀπολλοδώρου τοῦ Καρυστίου Διαβόλῳ (III 283. 7 Ko) μέγα ὦ Φορμίων γλωττόκομον· οὐκ ὀφθαλμιῶ.</w:t>
      </w:r>
    </w:p>
    <w:p>
      <w:r>
        <w:rPr>
          <w:rFonts w:ascii="Courier New" w:hAnsi="Courier New"/>
          <w:color w:val="555555"/>
          <w:sz w:val="20"/>
        </w:rPr>
        <w:t>[10 . 155]</w:t>
      </w:r>
    </w:p>
    <w:p>
      <w:r>
        <w:rPr>
          <w:rFonts w:ascii="Gentium Plus" w:hAnsi="Gentium Plus"/>
          <w:sz w:val="24"/>
        </w:rPr>
        <w:t>ἐκ δὲ τῶν σκευῶν καὶ γαλεάγρα· τὸ δὲ ὄνομα ἐν τοῖς ἐπι‐ γραφομένοις Δημοσθένους πρὸς Ἀριστογείτονα (fg 53). καὶ μυάγρα· Ἀριστοφάνης δὲ ἐν Φοινίσσαις (fg 563) κέχρηται τῷ ὀνόματι. ἐν δὲ</w:t>
      </w:r>
    </w:p>
    <w:p>
      <w:r>
        <w:rPr>
          <w:rFonts w:ascii="Courier New" w:hAnsi="Courier New"/>
          <w:color w:val="555555"/>
          <w:sz w:val="20"/>
        </w:rPr>
        <w:t>[10 . 156]</w:t>
      </w:r>
    </w:p>
    <w:p>
      <w:r>
        <w:rPr>
          <w:rFonts w:ascii="Gentium Plus" w:hAnsi="Gentium Plus"/>
          <w:sz w:val="24"/>
        </w:rPr>
        <w:t>Πλούτῳ (815?) ἶπον τὴν μυάγραν καλεῖ. καὶ Καλλίμαχος δὲ ἔφη (fg 233) ἶπον τ’ ἀνδίκτην τε μάλ’ εἰδότα μακρὸν ἁλέσθαι, ὡς καὶ τὸν ἀνδίκτην ὄντα εἶδος μυάγρας. τὸ μέντοι ἐνιστάμενον ταῖς μυάγραις παττάλιον σκανδάληθρον καλεῖται, ὡς ὁ ἐν ταῖς</w:t>
      </w:r>
    </w:p>
    <w:p>
      <w:r>
        <w:rPr>
          <w:rFonts w:ascii="Courier New" w:hAnsi="Courier New"/>
          <w:color w:val="555555"/>
          <w:sz w:val="20"/>
        </w:rPr>
        <w:t>[5]</w:t>
      </w:r>
    </w:p>
    <w:p>
      <w:r>
        <w:rPr>
          <w:rFonts w:ascii="Gentium Plus" w:hAnsi="Gentium Plus"/>
          <w:sz w:val="24"/>
        </w:rPr>
        <w:t>μείζοσι πάγαις πάτταλος ῥόπτρον, τὸ δὲ σπαρτίον ᾧ συνέχεται μή‐ ρινθος. τὴν δὲ Ἀνδρομέδαν Κρατῖνος ἐν τοῖς Σεριφίοις (I p 78. 216 Ko) δελεάστραν καλεῖ. Νικοφῶν δὲ τὰς τοιαύτας πάγας ἐν Ἀφροδίτης</w:t>
      </w:r>
    </w:p>
    <w:p>
      <w:r>
        <w:rPr>
          <w:rFonts w:ascii="Courier New" w:hAnsi="Courier New"/>
          <w:color w:val="555555"/>
          <w:sz w:val="20"/>
        </w:rPr>
        <w:t>[10]</w:t>
      </w:r>
    </w:p>
    <w:p>
      <w:r>
        <w:rPr>
          <w:rFonts w:ascii="Gentium Plus" w:hAnsi="Gentium Plus"/>
          <w:sz w:val="24"/>
        </w:rPr>
        <w:t>ὥσπερ καὶ κρεμάστραν ἐν ταῖς Νεφέλαις (218).</w:t>
      </w:r>
    </w:p>
    <w:p>
      <w:r>
        <w:rPr>
          <w:rFonts w:ascii="Courier New" w:hAnsi="Courier New"/>
          <w:color w:val="555555"/>
          <w:sz w:val="20"/>
        </w:rPr>
        <w:t>[10 . 157]</w:t>
      </w:r>
    </w:p>
    <w:p>
      <w:r>
        <w:rPr>
          <w:rFonts w:ascii="Gentium Plus" w:hAnsi="Gentium Plus"/>
          <w:sz w:val="24"/>
        </w:rPr>
        <w:t>σὺν δὲ τούτοις λεγέσθωσαν δοκοί δοκίδες, ἰκρία, στρωτῆρες, καλυμμάτια. καὶ μετὰ τοῦ κεράμου ἐν τοῖς Δημιοπράτοις καλυπτῆρες κορινθιουργεῖς καὶ ἰκριωτῆρες. ἀκτηρίδα δὲ τὴν βακτηρίαν Ἀχαιὸς ἐν Ἴριδι (TGF 21) ὠνόμασεν· καλεῖται δὲ οὕτως καὶ τὸ τὸν ῥυμὸν</w:t>
      </w:r>
    </w:p>
    <w:p>
      <w:r>
        <w:rPr>
          <w:rFonts w:ascii="Courier New" w:hAnsi="Courier New"/>
          <w:color w:val="555555"/>
          <w:sz w:val="20"/>
        </w:rPr>
        <w:t>[5]</w:t>
      </w:r>
    </w:p>
    <w:p>
      <w:r>
        <w:rPr>
          <w:rFonts w:ascii="Gentium Plus" w:hAnsi="Gentium Plus"/>
          <w:sz w:val="24"/>
        </w:rPr>
        <w:t>τοῦ ἅρματος ἢ τῆς ἁμάξης ἀνέχον ξύλον, ὅταν ἄζευκτος ᾖ, ὃ στή‐ ριγγα καλεῖ Λυσίας (fg 330 Tur), ὥσπερ καὶ τὴν κνήμην τῆς ἁμάξης ὁ αὐτὸς (fg 273) ὠνόμασε κνημίαν.</w:t>
      </w:r>
    </w:p>
    <w:p>
      <w:r>
        <w:rPr>
          <w:rFonts w:ascii="Courier New" w:hAnsi="Courier New"/>
          <w:color w:val="555555"/>
          <w:sz w:val="20"/>
        </w:rPr>
        <w:t>[10 . 158]</w:t>
      </w:r>
    </w:p>
    <w:p>
      <w:r>
        <w:rPr>
          <w:rFonts w:ascii="Gentium Plus" w:hAnsi="Gentium Plus"/>
          <w:sz w:val="24"/>
        </w:rPr>
        <w:t>προσθετέον δὲ τούτοις τράπεζαν λογιστηρίαν, πιλίον πῖλον πιλίδιον, τάρπην, ἥ ἐστι πλέγμα ἐκ λύγων, ἔτι δὲ καὶ γύργαθον καὶ θωμόν, Ἀριστοφάνους ἐν Δαιταλεῦσιν εἰπόντος (fg 217) ἢ μὴ δικῶν τε γύργαθος ψηφισμάτων τε θωμός.</w:t>
      </w:r>
    </w:p>
    <w:p>
      <w:r>
        <w:rPr>
          <w:rFonts w:ascii="Courier New" w:hAnsi="Courier New"/>
          <w:color w:val="555555"/>
          <w:sz w:val="20"/>
        </w:rPr>
        <w:t>[10 . 159]</w:t>
      </w:r>
    </w:p>
    <w:p>
      <w:r>
        <w:rPr>
          <w:rFonts w:ascii="Gentium Plus" w:hAnsi="Gentium Plus"/>
          <w:sz w:val="24"/>
        </w:rPr>
        <w:t>καὶ οἰκίσκον δὲ ὀρνίθειον καὶ οἰκίσκον περδικικὸν Ἀριστοφάνης ἐν Ὁλκάσιν (fg 405, 406) ἔφη. εἰ δὲ μὴ ψευδὴς ὁ Ὑπερείδου λόγος ὑπὲρ Ἁρπάλου (fg 45 Bl), ἐν αὐτῷ γέγραπται ‘ἐκπηδήσαντες ἐκ τῶν περδικοτροφείων.‘ χοιροτροφεῖον δὲ ἐν ᾧ χοῖροι τρέφονται, ὡς</w:t>
      </w:r>
    </w:p>
    <w:p>
      <w:r>
        <w:rPr>
          <w:rFonts w:ascii="Courier New" w:hAnsi="Courier New"/>
          <w:color w:val="555555"/>
          <w:sz w:val="20"/>
        </w:rPr>
        <w:t>[5]</w:t>
      </w:r>
    </w:p>
    <w:p>
      <w:r>
        <w:rPr>
          <w:rFonts w:ascii="Gentium Plus" w:hAnsi="Gentium Plus"/>
          <w:sz w:val="24"/>
        </w:rPr>
        <w:t>Εὔπολις (fg 453) καὶ ἐν Ποαστρίαις Φρύνιχος (I p 381. 41 Ko), τὸ δ’ αὐτὸ καὶ χοιροκομεῖον ἐν Ἀριστοφάνους Λυσιστράτῃ (1073).</w:t>
      </w:r>
    </w:p>
    <w:p>
      <w:r>
        <w:rPr>
          <w:rFonts w:ascii="Courier New" w:hAnsi="Courier New"/>
          <w:color w:val="555555"/>
          <w:sz w:val="20"/>
        </w:rPr>
        <w:t>[10 . 160]</w:t>
      </w:r>
    </w:p>
    <w:p>
      <w:r>
        <w:rPr>
          <w:rFonts w:ascii="Gentium Plus" w:hAnsi="Gentium Plus"/>
          <w:sz w:val="24"/>
        </w:rPr>
        <w:t>καὶ γρυμέα δὲ ἀγγεῖόν τι εἰς ἀπόθεσιν, ὃ ἔνιοι πήραν νομίζουσιν. καὶ θύλακος καὶ ἀσκοθύλακος, ὡς ἐν τῷ Ἀριστοφάνους Γηρυτάδῃ (fg 174), καὶ ἀσκοπήρα, ὡς ἐν ταῖς Ὥραις Ἀριστοφάνους (fg 577). καὶ κέστρα δὲ σφύρας τινὸς εἶδος σιδηρᾶς, ὡς ἐν Αἰγεῖ Σοφοκλῆς</w:t>
      </w:r>
    </w:p>
    <w:p>
      <w:r>
        <w:rPr>
          <w:rFonts w:ascii="Courier New" w:hAnsi="Courier New"/>
          <w:color w:val="555555"/>
          <w:sz w:val="20"/>
        </w:rPr>
        <w:t>[5]</w:t>
      </w:r>
    </w:p>
    <w:p>
      <w:r>
        <w:rPr>
          <w:rFonts w:ascii="Gentium Plus" w:hAnsi="Gentium Plus"/>
          <w:sz w:val="24"/>
        </w:rPr>
        <w:t>(fg 19) κέστρᾳ σιδηρᾶ πλευρὰ καὶ κατὰ ῥάχιν</w:t>
      </w:r>
    </w:p>
    <w:p>
      <w:r>
        <w:rPr>
          <w:rFonts w:ascii="Courier New" w:hAnsi="Courier New"/>
          <w:color w:val="555555"/>
          <w:sz w:val="20"/>
        </w:rPr>
        <w:t>[10]</w:t>
      </w:r>
    </w:p>
    <w:p>
      <w:r>
        <w:rPr>
          <w:rFonts w:ascii="Gentium Plus" w:hAnsi="Gentium Plus"/>
          <w:sz w:val="24"/>
        </w:rPr>
        <w:t>καλιὸς ὁ τοιοῦτος οἰκίσκος, ὡς Κρατῖνος Θρᾴτταις (I p 35. 72 Ko) ἐς τὸν καλιόν, ἢν τύχῃ, καθείργνυται.</w:t>
      </w:r>
    </w:p>
    <w:p>
      <w:r>
        <w:rPr>
          <w:rFonts w:ascii="Courier New" w:hAnsi="Courier New"/>
          <w:color w:val="555555"/>
          <w:sz w:val="20"/>
        </w:rPr>
        <w:t>[10 . 161]</w:t>
      </w:r>
    </w:p>
    <w:p>
      <w:r>
        <w:rPr>
          <w:rFonts w:ascii="Gentium Plus" w:hAnsi="Gentium Plus"/>
          <w:sz w:val="24"/>
        </w:rPr>
        <w:t>ἤδη δὲ καὶ τὸν πρὸς οἰκήσεις ἐπιτήδειον οὕτω λέγουσιν, ὡς ἐν Ἐλ‐ πίδι Ἐπιχάρμου εἴρηται (fg 39 Kaibel) τὸν τοῦ γείτονος καλιόν. ἐν δὲ Εὐπόλιδος Αὐτολύκῳ (I p 268. 42 Ko)</w:t>
      </w:r>
    </w:p>
    <w:p>
      <w:r>
        <w:rPr>
          <w:rFonts w:ascii="Courier New" w:hAnsi="Courier New"/>
          <w:color w:val="555555"/>
          <w:sz w:val="20"/>
        </w:rPr>
        <w:t>[5]</w:t>
      </w:r>
    </w:p>
    <w:p>
      <w:r>
        <w:rPr>
          <w:rFonts w:ascii="Gentium Plus" w:hAnsi="Gentium Plus"/>
          <w:sz w:val="24"/>
        </w:rPr>
        <w:t>οἰκοῦσι δ’ ἐνθάδ’ ἐν τρισὶν καλιδίοις, οἴκημ’ ἔχων ἕκαστος. σάγματα μὲν οὖν ὑποζυγίων κατὰ τοὺς πολλοὺς ἐν τῇ πέμπτῃ τῶν Φιλιππικῶν (Theopompi FHG IV p 643 B) ἔστιν εὑρεῖν, σακκοπήραν δέ, ὡς εἴθισται τοῖς ἰδιώταις λέγειν, ἐν Ἀπολλοδώρου τοῦ Καρυστίου</w:t>
      </w:r>
    </w:p>
    <w:p>
      <w:r>
        <w:rPr>
          <w:rFonts w:ascii="Courier New" w:hAnsi="Courier New"/>
          <w:color w:val="555555"/>
          <w:sz w:val="20"/>
        </w:rPr>
        <w:t>[10]</w:t>
      </w:r>
    </w:p>
    <w:p>
      <w:r>
        <w:rPr>
          <w:rFonts w:ascii="Gentium Plus" w:hAnsi="Gentium Plus"/>
          <w:sz w:val="24"/>
        </w:rPr>
        <w:t>Ἀμφιαράῳ· (III p 280 Ko) ἐμβαλόντες, ὦ πονηρὲ σύ, εἰς σακκοπήραν αὐτὸν ἐπιθήσουσί που ἐφ’ ὑποζύγιον.</w:t>
      </w:r>
    </w:p>
    <w:p>
      <w:r>
        <w:rPr>
          <w:rFonts w:ascii="Courier New" w:hAnsi="Courier New"/>
          <w:color w:val="555555"/>
          <w:sz w:val="20"/>
        </w:rPr>
        <w:t>[10 . 162]</w:t>
      </w:r>
    </w:p>
    <w:p>
      <w:r>
        <w:rPr>
          <w:rFonts w:ascii="Gentium Plus" w:hAnsi="Gentium Plus"/>
          <w:sz w:val="24"/>
        </w:rPr>
        <w:t>σίφνιν δ’ ἐν τοῖς Ἀττικοῖς ὕμνοις οὐ τὴν γῆν ἔνιοι ἀκούουσιν, ἀλλὰ τὴν σιπύαν, ἐξ ἧς ἡ Δημήτηρ προυκόμιζε τὰς τροφάς. ἀορτῆρα δὲ τὸν ζωστῆρα Φερεκράτης ἐν Γραυσὶ (I 155. 37 Ko) κέκληκεν. ἡ δὲ καυσία πῖλος Μακεδονικὸς παρὰ Μενάνδρῳ (fg 331), ὡς τιάρα</w:t>
      </w:r>
    </w:p>
    <w:p>
      <w:r>
        <w:rPr>
          <w:rFonts w:ascii="Courier New" w:hAnsi="Courier New"/>
          <w:color w:val="555555"/>
          <w:sz w:val="20"/>
        </w:rPr>
        <w:t>[5]</w:t>
      </w:r>
    </w:p>
    <w:p>
      <w:r>
        <w:rPr>
          <w:rFonts w:ascii="Gentium Plus" w:hAnsi="Gentium Plus"/>
          <w:sz w:val="24"/>
        </w:rPr>
        <w:t>Περσικός. καὶ κυρβασίαν δ’ Ἀριστοφάνης ἐν Τριφάλητι εἴρηκεν· (fg 546) καὶ τὴν κυνῆν ἔχειν με κυρβασίαν ἐρεῖς·</w:t>
      </w:r>
    </w:p>
    <w:p>
      <w:r>
        <w:rPr>
          <w:rFonts w:ascii="Courier New" w:hAnsi="Courier New"/>
          <w:color w:val="555555"/>
          <w:sz w:val="20"/>
        </w:rPr>
        <w:t>[10 . 164]</w:t>
      </w:r>
    </w:p>
    <w:p>
      <w:r>
        <w:rPr>
          <w:rFonts w:ascii="Gentium Plus" w:hAnsi="Gentium Plus"/>
          <w:sz w:val="24"/>
        </w:rPr>
        <w:t>Ἡρόδοτοσ(?) δὲ καὶ κίταριν. τὸ δὲ τῶν ἐφήβων φόρημα πέτασος· Φιλήμων ἐν Θυρωρῷ (II 487. 34 Ko) ἐγὼ γὰρ ἐς τὴν χλαμύδα κατεθέμην ποτέ καὶ τὸν πέτασον.</w:t>
      </w:r>
    </w:p>
    <w:p>
      <w:r>
        <w:rPr>
          <w:rFonts w:ascii="Courier New" w:hAnsi="Courier New"/>
          <w:color w:val="555555"/>
          <w:sz w:val="20"/>
        </w:rPr>
        <w:t>[5]</w:t>
      </w:r>
    </w:p>
    <w:p>
      <w:r>
        <w:rPr>
          <w:rFonts w:ascii="Gentium Plus" w:hAnsi="Gentium Plus"/>
          <w:sz w:val="24"/>
        </w:rPr>
        <w:t>Τηλεκλείδου δ’ ἐν Ἀμφικτύοσιν (I p 211. 3 Ko) εἰπόντος ‘δουλοπό‐ νηρον ῥυπαρὸν σκόλυθρον‘ κάνυστρον ἔνιοι ἀκούουσιν. καὶ ὅταν μὲν ἐν Ἀχαρνεῦσιν εἴπῃ Ἀριστοφάνης (108) ἀχάνας χρυσίου, τὸ</w:t>
      </w:r>
    </w:p>
    <w:p>
      <w:r>
        <w:rPr>
          <w:rFonts w:ascii="Courier New" w:hAnsi="Courier New"/>
          <w:color w:val="555555"/>
          <w:sz w:val="20"/>
        </w:rPr>
        <w:t>[10 . 165]</w:t>
      </w:r>
    </w:p>
    <w:p>
      <w:r>
        <w:rPr>
          <w:rFonts w:ascii="Gentium Plus" w:hAnsi="Gentium Plus"/>
          <w:sz w:val="24"/>
        </w:rPr>
        <w:t>ἀγγεῖον ἴσως Περσικόν· ἔνιοι δὲ τὴν θεωρικὴν κίστην οὕτω κε‐ κλῆσθαι νομίζουσιν, ἐν δὲ Ἀριστοτέλους Ὀρχομενίων πολιτείᾳ (fg 566) μέτρον ἐστὶν Ὀρχομένιον τετταράκοντα πέντε με‐ δίμνους χωροῦν Ἀττικούς. οἱ δὲ κοιτίδας τὰς τῶν Πυθῶδε ἰόν‐</w:t>
      </w:r>
    </w:p>
    <w:p>
      <w:r>
        <w:rPr>
          <w:rFonts w:ascii="Courier New" w:hAnsi="Courier New"/>
          <w:color w:val="555555"/>
          <w:sz w:val="20"/>
        </w:rPr>
        <w:t>[5]</w:t>
      </w:r>
    </w:p>
    <w:p>
      <w:r>
        <w:rPr>
          <w:rFonts w:ascii="Gentium Plus" w:hAnsi="Gentium Plus"/>
          <w:sz w:val="24"/>
        </w:rPr>
        <w:t>των, ὅτε καὶ τὰ λεβητάρια καλοῦσι παναγρίδας. ξίφους δὲ ὄνομα ἔοικεν εἶναι βαρβαρικὸν ἡ σκάλμη, Σοφοκλέους εἰπόντος ἐν Τρωίλῳ (fg 563) σκάλμῃ γὰρ ὄρχεις βασιλὶς ἐκτέμνους’ ἐμούς. τὸ δὲ ὄγκιον σκεῦος πλεκτὸν εἰς ἀπόθεσιν σιδήρου ἢ ἄλλων τινῶν,</w:t>
      </w:r>
    </w:p>
    <w:p>
      <w:r>
        <w:rPr>
          <w:rFonts w:ascii="Courier New" w:hAnsi="Courier New"/>
          <w:color w:val="555555"/>
          <w:sz w:val="20"/>
        </w:rPr>
        <w:t>[10]</w:t>
      </w:r>
    </w:p>
    <w:p>
      <w:r>
        <w:rPr>
          <w:rFonts w:ascii="Gentium Plus" w:hAnsi="Gentium Plus"/>
          <w:sz w:val="24"/>
        </w:rPr>
        <w:t>παρὰ δ’ Ὁμήρῳ (φ 61) τῶν Ὀδυσσέως πελέκεων· Ἕρμιππος δ’ ἐν</w:t>
      </w:r>
    </w:p>
    <w:p>
      <w:r>
        <w:rPr>
          <w:rFonts w:ascii="Courier New" w:hAnsi="Courier New"/>
          <w:color w:val="555555"/>
          <w:sz w:val="20"/>
        </w:rPr>
        <w:t>[10 . 166]</w:t>
      </w:r>
    </w:p>
    <w:p>
      <w:r>
        <w:rPr>
          <w:rFonts w:ascii="Gentium Plus" w:hAnsi="Gentium Plus"/>
          <w:sz w:val="24"/>
        </w:rPr>
        <w:t>Δημόταις (I 229. 16 Ko) ἔφη ‘ἔχοντες ἴσον ἀσπίδιον ὀγκίῳ.‘ παρὰ δὲ Βοιωτοῖς τὸν κάδον σκύφον κεκλῆσθαι λέγουσιν. ἡ δὲ σμινύη καττύς, δερμάτιον ἐντιθέμενον τῇ σμινύῃ, ὅταν ὁ στέλεχος ἀραιὸς ᾖ· καὶ ἔστι τοὔνομα ἐν τοῖς Ἀριστοφάνους Δράμασιν ἢ Νιόβῳ (fg 285).</w:t>
      </w:r>
    </w:p>
    <w:p>
      <w:r>
        <w:rPr>
          <w:rFonts w:ascii="Courier New" w:hAnsi="Courier New"/>
          <w:color w:val="555555"/>
          <w:sz w:val="20"/>
        </w:rPr>
        <w:t>[5]</w:t>
      </w:r>
    </w:p>
    <w:p>
      <w:r>
        <w:rPr>
          <w:rFonts w:ascii="Gentium Plus" w:hAnsi="Gentium Plus"/>
          <w:sz w:val="24"/>
        </w:rPr>
        <w:t>πτανάκα δ’ ἐστὶ ψίαθος ἡ ἐν τοῖς ἀκατίοις, ἣν καὶ κάνναν καλοῦσι. κραστήριον δὲ τέτταρα ξύλα εἰς ἄλληλα ἐνηρμοσμένα, τόνῳ ἐν‐ δεδεμένα, ἃ κατήρτων πρὸ τῆς φάτνης τῶν ὑποζυγίων φέρειν αὐτοῖς τὸν χιλόν, ὃν καὶ χόρτον καὶ πόαν καὶ κρᾶστιν τινες ἐκά‐ λουν. ἐκφατνίσματα δὲ αἱ σανίδες αἱ ἀναιρούμεναι ἐκ τῆς φάτνης ὡς</w:t>
      </w:r>
    </w:p>
    <w:p>
      <w:r>
        <w:rPr>
          <w:rFonts w:ascii="Courier New" w:hAnsi="Courier New"/>
          <w:color w:val="555555"/>
          <w:sz w:val="20"/>
        </w:rPr>
        <w:t>[10]</w:t>
      </w:r>
    </w:p>
    <w:p>
      <w:r>
        <w:rPr>
          <w:rFonts w:ascii="Gentium Plus" w:hAnsi="Gentium Plus"/>
          <w:sz w:val="24"/>
        </w:rPr>
        <w:t>καθαίρεσθαι τὰ περιττά.</w:t>
      </w:r>
    </w:p>
    <w:p>
      <w:r>
        <w:rPr>
          <w:rFonts w:ascii="Courier New" w:hAnsi="Courier New"/>
          <w:color w:val="555555"/>
          <w:sz w:val="20"/>
        </w:rPr>
        <w:t>[10 . 167]</w:t>
      </w:r>
    </w:p>
    <w:p>
      <w:r>
        <w:rPr>
          <w:rFonts w:ascii="Gentium Plus" w:hAnsi="Gentium Plus"/>
          <w:sz w:val="24"/>
        </w:rPr>
        <w:t>ἐκ δὲ τῶν σκευῶν ἔστω καὶ προσωπεῖον καὶ μορμολυκεῖον καὶ γοργεῖον καὶ προσωπίς, καὶ ὡς ἐν τοῖς Σοφισταῖς Πλάτων (I p 638.</w:t>
      </w:r>
    </w:p>
    <w:p>
      <w:r>
        <w:rPr>
          <w:rFonts w:ascii="Courier New" w:hAnsi="Courier New"/>
          <w:color w:val="555555"/>
          <w:sz w:val="20"/>
        </w:rPr>
        <w:t>[5]</w:t>
      </w:r>
    </w:p>
    <w:p>
      <w:r>
        <w:rPr>
          <w:rFonts w:ascii="Gentium Plus" w:hAnsi="Gentium Plus"/>
          <w:sz w:val="24"/>
        </w:rPr>
        <w:t>τοῦ γυναικείου κόσμου ὠνόμασται παρὰ Ἀριστοφάνει, (fg 320. 12) ‘σφραγῖδας ἁλύσεις·‘ Φιλιππίδης δὲ ἔφη (III 310. 33 Ko) ἁλύσιον εἶχε τετταράκοντα δραχμὰς ἄγον. δεσμὸς μέντοι σιδηροῦς καὶ σκύλαξ, οὗ μέμνηται Πλάτων ἐν Ἑλ‐ λάδι (I 606. 23 Ko)</w:t>
      </w:r>
    </w:p>
    <w:p>
      <w:r>
        <w:rPr>
          <w:rFonts w:ascii="Courier New" w:hAnsi="Courier New"/>
          <w:color w:val="555555"/>
          <w:sz w:val="20"/>
        </w:rPr>
        <w:t>[10]</w:t>
      </w:r>
    </w:p>
    <w:p>
      <w:r>
        <w:rPr>
          <w:rFonts w:ascii="Gentium Plus" w:hAnsi="Gentium Plus"/>
          <w:sz w:val="24"/>
        </w:rPr>
        <w:t>λαβὼν οὖν τὸν σκύλακα τὸν τοῦ προξένου, κἄπειτα δῆσον αὐτόν.</w:t>
      </w:r>
    </w:p>
    <w:p>
      <w:r>
        <w:rPr>
          <w:rFonts w:ascii="Courier New" w:hAnsi="Courier New"/>
          <w:color w:val="555555"/>
          <w:sz w:val="20"/>
        </w:rPr>
        <w:t>[10 . 168]</w:t>
      </w:r>
    </w:p>
    <w:p>
      <w:r>
        <w:rPr>
          <w:rFonts w:ascii="Gentium Plus" w:hAnsi="Gentium Plus"/>
          <w:sz w:val="24"/>
        </w:rPr>
        <w:t>ἐκ δὲ σκευῶν καὶ ἀναξυρίδες καὶ σκελέαι καὶ ποδίδες καὶ Περ‐ σικαί, ὡς Ἀριστοφάνης ἐν ταῖς Νεφέλαις (151) τὰς ἀναξυρίδας ἔοικε καλεῖν, Ἀντιφάνης δ’ ἐν Σκύθαις ἢ Ταύροις (II 97. 201 Ko) ‘σαρά‐ βαρα καὶ χιτῶνας πάντες ἐνδεδυκότες.‘ ἡ δὲ ἁμαξὶς ἁμάξιον μικρόν,</w:t>
      </w:r>
    </w:p>
    <w:p>
      <w:r>
        <w:rPr>
          <w:rFonts w:ascii="Courier New" w:hAnsi="Courier New"/>
          <w:color w:val="555555"/>
          <w:sz w:val="20"/>
        </w:rPr>
        <w:t>[5]</w:t>
      </w:r>
    </w:p>
    <w:p>
      <w:r>
        <w:rPr>
          <w:rFonts w:ascii="Gentium Plus" w:hAnsi="Gentium Plus"/>
          <w:sz w:val="24"/>
        </w:rPr>
        <w:t>καὶ παίζειν τοῖς παιδίοις. καὶ κώδων δὲ ἔστι τῶν σκευῶν καὶ τρυ‐ τάνη καὶ ὑστριχίς, τάχα δὲ καὶ κῴδιον καὶ κῳδάριον καὶ ἀρνακίς, καὶ βακτήριον, καὶ σάκκος, καὶ λυχνίς, καὶ πυξίς, καὶ ἕτερόν τι τοιοῦτον καλαμίσκος ὡς ὅταν φῇ Ἀριστοφάνης ἐν Ἀχαρνεῦσιν (1034) σὺ δ’ ἀλλά μοι σταλαγμὸν εἰρήνης ἕνα</w:t>
      </w:r>
    </w:p>
    <w:p>
      <w:r>
        <w:rPr>
          <w:rFonts w:ascii="Courier New" w:hAnsi="Courier New"/>
          <w:color w:val="555555"/>
          <w:sz w:val="20"/>
        </w:rPr>
        <w:t>[10]</w:t>
      </w:r>
    </w:p>
    <w:p>
      <w:r>
        <w:rPr>
          <w:rFonts w:ascii="Gentium Plus" w:hAnsi="Gentium Plus"/>
          <w:sz w:val="24"/>
        </w:rPr>
        <w:t>εἰς τὸν καλαμίσκον ἐνστάλαξον τουτονί.</w:t>
      </w:r>
    </w:p>
    <w:p>
      <w:r>
        <w:rPr>
          <w:rFonts w:ascii="Courier New" w:hAnsi="Courier New"/>
          <w:color w:val="555555"/>
          <w:sz w:val="20"/>
        </w:rPr>
        <w:t>[10 . 169]</w:t>
      </w:r>
    </w:p>
    <w:p>
      <w:r>
        <w:rPr>
          <w:rFonts w:ascii="Gentium Plus" w:hAnsi="Gentium Plus"/>
          <w:sz w:val="24"/>
        </w:rPr>
        <w:t>καὶ ἁλία δὲ σκεῦός τι ἦν πύξινον, ᾧ τοὺς ἅλας ἐντρίβουσιν· Ἄρχιππος μέν γε ἐν Ἡρακλεῖ γαμοῦντί (I 680. 13 Ko) φησιν ‘ἁλία πυξίνη,‘ Στράττις δ’ ἐν Κινησίᾳ (I 715. 14 Ko) ἁλμυρόν θ’ ὕδωρ,</w:t>
      </w:r>
    </w:p>
    <w:p>
      <w:r>
        <w:rPr>
          <w:rFonts w:ascii="Courier New" w:hAnsi="Courier New"/>
          <w:color w:val="555555"/>
          <w:sz w:val="20"/>
        </w:rPr>
        <w:t>[5]</w:t>
      </w:r>
    </w:p>
    <w:p>
      <w:r>
        <w:rPr>
          <w:rFonts w:ascii="Gentium Plus" w:hAnsi="Gentium Plus"/>
          <w:sz w:val="24"/>
        </w:rPr>
        <w:t>ἕτερον τε λεπτὸν ἐν ἁλίᾳ κεκομμένον. καὶ ἴσως ἂν ἐοίκοι τούτῳ τῷ ἀγγείῳ ἐν ᾧ τὸ πέπερι λεαίνουσιν. ἀλλὰ μὴν καὶ φορμός φορμίον φορμίσκος φορμίς· ἐν δὲ τῷ Γηρυ‐ τάδῃ ὁ Ἀριστοφάνης λέγει (fg 172) ‘φορμῷ σχοινίνῳ,‘ ἐν δὲ τοῖς Δη‐ μιοπράτοις καὶ ἁλῶν τρία ἡμιφόρμια πέπραται, ὥσπερ καὶ σησάμων</w:t>
      </w:r>
    </w:p>
    <w:p>
      <w:r>
        <w:rPr>
          <w:rFonts w:ascii="Courier New" w:hAnsi="Courier New"/>
          <w:color w:val="555555"/>
          <w:sz w:val="20"/>
        </w:rPr>
        <w:t>[10 . 170]</w:t>
      </w:r>
    </w:p>
    <w:p>
      <w:r>
        <w:rPr>
          <w:rFonts w:ascii="Gentium Plus" w:hAnsi="Gentium Plus"/>
          <w:sz w:val="24"/>
        </w:rPr>
        <w:t>ἡμισάκιον. τάχα δὲ κἂν ὄροφόν τις ὀνομάσειεν, ὅς ἐστι στεγαστὴρ κάλαμος, ὃν καὶ Ὅμηρος (Ω 451) ὀνομάζειν ἔοικεν ἐπὶ τῆς Ἀχιλλέως σκηνῆς. καὶ ἐν Ἀριστοτέλους (fg 268) δὲ ἢ Θεοφράστου Φυσικοῖς</w:t>
      </w:r>
    </w:p>
    <w:p>
      <w:r>
        <w:rPr>
          <w:rFonts w:ascii="Courier New" w:hAnsi="Courier New"/>
          <w:color w:val="555555"/>
          <w:sz w:val="20"/>
        </w:rPr>
        <w:t>[5]</w:t>
      </w:r>
    </w:p>
    <w:p>
      <w:r>
        <w:rPr>
          <w:rFonts w:ascii="Gentium Plus" w:hAnsi="Gentium Plus"/>
          <w:sz w:val="24"/>
        </w:rPr>
        <w:t>δ’ ἂν καὶ ὠλένας καὶ ὠλενίδας, καὶ παρωλενίδας ἐν τοῖς Δη‐ μιοπράτοις εἰρημένας. καὶ πηνήκην δὲ καὶ προκόμιον, καὶ ὡς Ἀρι‐ στοφάνης ἐν Γηρυτάδῃ (fg 181) περίθεσιν· καὶ περιθέτην δέ, ὡς ἐν Ἄμφιδος Ἀλκμαίωνι (II 236. 2 Ko) καὶ Μενάνδρου Ὀλυνθίᾳ (fg 359).</w:t>
      </w:r>
    </w:p>
    <w:p>
      <w:r>
        <w:rPr>
          <w:rFonts w:ascii="Courier New" w:hAnsi="Courier New"/>
          <w:color w:val="555555"/>
          <w:sz w:val="20"/>
        </w:rPr>
        <w:t>[10 . 171]</w:t>
      </w:r>
    </w:p>
    <w:p>
      <w:r>
        <w:rPr>
          <w:rFonts w:ascii="Gentium Plus" w:hAnsi="Gentium Plus"/>
          <w:sz w:val="24"/>
        </w:rPr>
        <w:t>σκεῦος δὲ καὶ ἡ κλῖμαξ· καὶ οἱ ἀναβασμοὶ τῆς κλίμακος κλι‐ μακτῆρες, ὡς ἐν Ἀριστοφάνους Δράμασιν ἢ Κενταύρῳ (fg 277)· ἐν δὲ τοῖς Δημιοπράτοις κλιμάκιον, ἐν δὲ Ἀμειψίου Κόννῳ (I 673. 12 Ko) κλιμακίδα. ἦ που δὲ καὶ τύμπανα καὶ κύμβαλα, σκευῶν ἂν καὶ ταῦτα</w:t>
      </w:r>
    </w:p>
    <w:p>
      <w:r>
        <w:rPr>
          <w:rFonts w:ascii="Courier New" w:hAnsi="Courier New"/>
          <w:color w:val="555555"/>
          <w:sz w:val="20"/>
        </w:rPr>
        <w:t>[5]</w:t>
      </w:r>
    </w:p>
    <w:p>
      <w:r>
        <w:rPr>
          <w:rFonts w:ascii="Gentium Plus" w:hAnsi="Gentium Plus"/>
          <w:sz w:val="24"/>
        </w:rPr>
        <w:t>εἴη καὶ παρδαλῆ καὶ λεοντῆ, καὶ σανὶς καὶ λεύκωμα. καὶ οἷς ἂν ὀρνι‐ θοθῆραι χρῶνται, παγίδες καὶ νεφέλαι καὶ δίκτυα· ἐν Ὄρνισι (194) δ’ αὐτῶν Ἀριστοφάνης μνημονεύει.</w:t>
      </w:r>
    </w:p>
    <w:p>
      <w:r>
        <w:rPr>
          <w:rFonts w:ascii="Courier New" w:hAnsi="Courier New"/>
          <w:color w:val="555555"/>
          <w:sz w:val="20"/>
        </w:rPr>
        <w:t>[10 . 172]</w:t>
      </w:r>
    </w:p>
    <w:p>
      <w:r>
        <w:rPr>
          <w:rFonts w:ascii="Gentium Plus" w:hAnsi="Gentium Plus"/>
          <w:sz w:val="24"/>
        </w:rPr>
        <w:t>τὴν δὲ πήραν πηρίδιον εἴποις ἂν ὡς ἐν Σκηνὰς καταλαμβα‐ νούσαις Ἀριστοφάνης (fg 486), καὶ θύλακα καθ’ Ὅμηρον(?), καὶ θύλακον καὶ θυλάκιον καὶ θυλακίσκιον, ὡς ἐν Δαιταλεῦσιν (fg 238) Ἀριστο‐ φάνης, καὶ κώρυκον καὶ κωρύκιον καὶ κωρυκίδα, ὡς ἐν ταῖς</w:t>
      </w:r>
    </w:p>
    <w:p>
      <w:r>
        <w:rPr>
          <w:rFonts w:ascii="Courier New" w:hAnsi="Courier New"/>
          <w:color w:val="555555"/>
          <w:sz w:val="20"/>
        </w:rPr>
        <w:t>[5]</w:t>
      </w:r>
    </w:p>
    <w:p>
      <w:r>
        <w:rPr>
          <w:rFonts w:ascii="Gentium Plus" w:hAnsi="Gentium Plus"/>
          <w:sz w:val="24"/>
        </w:rPr>
        <w:t>Ὁλκάσιν Ἀριστοφάνους (415). καὶ βύσμα δ’ ἂν εἴη τῶν χρη‐ σίμων, Ἀριστοφάνους εἰπόντος (fg 299. 2) ‘βύσμα καὶ γευστήριον.‘ τοῦτο δὲ βύστραν ἕτεροι κεκλήκασιν, ὡς Ἀναξανδρίδης Κιθαριστρίᾳ (II 143. 23 Ko) καὶ Ἀντιφάνης Ὀρφεῖ (II 85. 180 Ko) ‘βύστραν τιν’ ἐκ φύλλων τινῶν.‘ ἀλλὰ μὴν τῷ στεγαστῆρι ὀρόφῳ προσήκοιεν ἂν</w:t>
      </w:r>
    </w:p>
    <w:p>
      <w:r>
        <w:rPr>
          <w:rFonts w:ascii="Courier New" w:hAnsi="Courier New"/>
          <w:color w:val="555555"/>
          <w:sz w:val="20"/>
        </w:rPr>
        <w:t>[10 . 173]</w:t>
      </w:r>
    </w:p>
    <w:p>
      <w:r>
        <w:rPr>
          <w:rFonts w:ascii="Gentium Plus" w:hAnsi="Gentium Plus"/>
          <w:sz w:val="24"/>
        </w:rPr>
        <w:t>καὶ οἱ στρωτῆρες καὶ τὰ καλυμμάτια· ἄμφω δὲ ἐν Ἀριστοφάνους Βαβυλωνίοις (fg 72) πόσους ἔχει στρωτῆρας ἁνδρὼν οὑτοσί. καὶ αὖ πάλιν (fg 73)</w:t>
      </w:r>
    </w:p>
    <w:p>
      <w:r>
        <w:rPr>
          <w:rFonts w:ascii="Courier New" w:hAnsi="Courier New"/>
          <w:color w:val="555555"/>
          <w:sz w:val="20"/>
        </w:rPr>
        <w:t>[5]</w:t>
      </w:r>
    </w:p>
    <w:p>
      <w:r>
        <w:rPr>
          <w:rFonts w:ascii="Gentium Plus" w:hAnsi="Gentium Plus"/>
          <w:sz w:val="24"/>
        </w:rPr>
        <w:t>ὡς οὐ καλυμματίοις τὸν οἶκον ἤρεφεν. φαίης δ’ ἂν κατ’ Ἀριστοφάνην λέγοντα ἐν Ὁλκάσι καὶ παττάλους</w:t>
      </w:r>
    </w:p>
    <w:p>
      <w:r>
        <w:rPr>
          <w:rFonts w:ascii="Courier New" w:hAnsi="Courier New"/>
          <w:color w:val="555555"/>
          <w:sz w:val="20"/>
        </w:rPr>
        <w:t>[10]</w:t>
      </w:r>
    </w:p>
    <w:p>
      <w:r>
        <w:rPr>
          <w:rFonts w:ascii="Gentium Plus" w:hAnsi="Gentium Plus"/>
          <w:sz w:val="24"/>
        </w:rPr>
        <w:t>ἐν Ἥρωσιν (fg 303) ἴθι δή, λαβὼν τὸν ῥόμβον ἀνακωδώνισον, καὶ ὡς ἐν Γήραι (fg 127) ‘πτωχικοῦ βακτηρίου,‘ καὶ (fg 128) βακτηρία δὲ Περσὶς ἀντὶ καμπύλης καὶ (fg 144) ‘καλαμίνους αὐλούς.‘ τοὺς δὲ κάλως καὶ σχοινία καὶ</w:t>
      </w:r>
    </w:p>
    <w:p>
      <w:r>
        <w:rPr>
          <w:rFonts w:ascii="Courier New" w:hAnsi="Courier New"/>
          <w:color w:val="555555"/>
          <w:sz w:val="20"/>
        </w:rPr>
        <w:t>[15]</w:t>
      </w:r>
    </w:p>
    <w:p>
      <w:r>
        <w:rPr>
          <w:rFonts w:ascii="Gentium Plus" w:hAnsi="Gentium Plus"/>
          <w:sz w:val="24"/>
        </w:rPr>
        <w:t>ὅπλα ἂν εἴποις· Ὅμηρος δὲ καὶ ὅπλον βύβλινον (φ 391).</w:t>
      </w:r>
    </w:p>
    <w:p>
      <w:r>
        <w:rPr>
          <w:rFonts w:ascii="Courier New" w:hAnsi="Courier New"/>
          <w:color w:val="555555"/>
          <w:sz w:val="20"/>
        </w:rPr>
        <w:t>[10 . 174]</w:t>
      </w:r>
    </w:p>
    <w:p>
      <w:r>
        <w:rPr>
          <w:rFonts w:ascii="Gentium Plus" w:hAnsi="Gentium Plus"/>
          <w:sz w:val="24"/>
        </w:rPr>
        <w:t>φαίης δ’ ἂν καὶ χρυσώματα καὶ ἀργυρώματα καὶ χαλκώματα ἐν μέρει τῶν σκευῶν, οὐ μόνον ἐν τῇ Ἀναβάσει (IV 18) Ξενοφῶντος εἰπόντος χαλκώμασιν, ἀλλὰ καὶ Ἀριστοφάνους ἐν Πελαργοῖς (fg 436) ‘χαλκώματα προσκεφάλαια.‘ Λυσίας δὲ ἐν τῷ πρὸς Κλέωνα (fg 148</w:t>
      </w:r>
    </w:p>
    <w:p>
      <w:r>
        <w:rPr>
          <w:rFonts w:ascii="Courier New" w:hAnsi="Courier New"/>
          <w:color w:val="555555"/>
          <w:sz w:val="20"/>
        </w:rPr>
        <w:t>[5]</w:t>
      </w:r>
    </w:p>
    <w:p>
      <w:r>
        <w:rPr>
          <w:rFonts w:ascii="Gentium Plus" w:hAnsi="Gentium Plus"/>
          <w:sz w:val="24"/>
        </w:rPr>
        <w:t>Tur) καὶ ἀργυρώματα καὶ χρυσώματα εἴρηκεν.</w:t>
      </w:r>
    </w:p>
    <w:p>
      <w:r>
        <w:rPr>
          <w:rFonts w:ascii="Courier New" w:hAnsi="Courier New"/>
          <w:color w:val="555555"/>
          <w:sz w:val="20"/>
        </w:rPr>
        <w:t>[10 . 175]</w:t>
      </w:r>
    </w:p>
    <w:p>
      <w:r>
        <w:rPr>
          <w:rFonts w:ascii="Gentium Plus" w:hAnsi="Gentium Plus"/>
          <w:sz w:val="24"/>
        </w:rPr>
        <w:t>καὶ βαίτας δὲ τὰς τῶν ἀγροίκων διφθέρας ἐν τοῖς γυναικείοις μίμοις ὁ Σώφρων (fg 38 Kaibel) ἐκάλεσεν. εἶεν δ’ ἂν καὶ ἀμφω‐ τίδες ἐκ τῶν σκευῶν, Πλάτωνός (I p 662. 230 Ko) τε εἰπόντος καὶ ἐν Κερκυόνι Αἰσχύλου (102)</w:t>
      </w:r>
    </w:p>
    <w:p>
      <w:r>
        <w:rPr>
          <w:rFonts w:ascii="Courier New" w:hAnsi="Courier New"/>
          <w:color w:val="555555"/>
          <w:sz w:val="20"/>
        </w:rPr>
        <w:t>[5]</w:t>
      </w:r>
    </w:p>
    <w:p>
      <w:r>
        <w:rPr>
          <w:rFonts w:ascii="Gentium Plus" w:hAnsi="Gentium Plus"/>
          <w:sz w:val="24"/>
        </w:rPr>
        <w:t>ἀμφωτίδες τοι τοῖς ἐνωτίοις πέλας· Ἀλέξιδος δὲ καὶ δρᾶμα Ἀμφωτίς (II 301 Ko). καὶ ῥιπίδα δ’ ἄν τις φαίη πλέγμα τι ψιάθῳ ἢ φορμῷ παραπλήσιον· Κράτης δ’ ἐν τοῖς Ἥρωσιν (I 133. 13) ἔφη ‘ῥιπίδι κοπραγωγῷ‘ ἐν δὲ τοῖς Δημιο‐ πράτοις ἀναγέγραπται ‘ῥιπαικὰ παγκτόν.‘ Ὅμηρος δ’ ἔφη (ε 256)</w:t>
      </w:r>
    </w:p>
    <w:p>
      <w:r>
        <w:rPr>
          <w:rFonts w:ascii="Courier New" w:hAnsi="Courier New"/>
          <w:color w:val="555555"/>
          <w:sz w:val="20"/>
        </w:rPr>
        <w:t>[10 . 176]</w:t>
      </w:r>
    </w:p>
    <w:p>
      <w:r>
        <w:rPr>
          <w:rFonts w:ascii="Gentium Plus" w:hAnsi="Gentium Plus"/>
          <w:sz w:val="24"/>
        </w:rPr>
        <w:t>‘ῥίπεσσι διαμπερὲς οἰσυΐνοισι·‘ καὶ γὰρ οἰσύα, καὶ οἰσύινα σκεύη, παρὰ δὲ Θουκυδίδῃ (IV 9) καὶ ἀσπίδες οἰσύιναι. καὶ λίνον δ’ ἂν εἴποις καὶ στυππεῖον, καὶ κάνναβον καὶ κάνναβιν, καὶ τὸν ἱστὸν τῶν ταῦτ’ ἐργαζομένων γέροντα. καὶ ὁλκεῖον ἀγγεῖον ὑγρῶν τε καὶ</w:t>
      </w:r>
    </w:p>
    <w:p>
      <w:r>
        <w:rPr>
          <w:rFonts w:ascii="Courier New" w:hAnsi="Courier New"/>
          <w:color w:val="555555"/>
          <w:sz w:val="20"/>
        </w:rPr>
        <w:t>[5]</w:t>
      </w:r>
    </w:p>
    <w:p>
      <w:r>
        <w:rPr>
          <w:rFonts w:ascii="Gentium Plus" w:hAnsi="Gentium Plus"/>
          <w:sz w:val="24"/>
        </w:rPr>
        <w:t>ξηρῶν, ὡς ἐπὶ τὸ πολὺ χαλκοῦν, ὡς ἐν Ἀρρηφόρῳ Μενάνδρου (fg 73)</w:t>
      </w:r>
    </w:p>
    <w:p>
      <w:r>
        <w:rPr>
          <w:rFonts w:ascii="Courier New" w:hAnsi="Courier New"/>
          <w:color w:val="555555"/>
          <w:sz w:val="20"/>
        </w:rPr>
        <w:t>[10]</w:t>
      </w:r>
    </w:p>
    <w:p>
      <w:r>
        <w:rPr>
          <w:rFonts w:ascii="Gentium Plus" w:hAnsi="Gentium Plus"/>
          <w:sz w:val="24"/>
        </w:rPr>
        <w:t>πόντος ἐν Εὐρίπῳ (II 483. 17 Ko) ‘στρῶμα μηλωτήν τ’ ἔχει.‘ καὶ σκεῦός τι ὁλοσίδηρον, ὡς ἐν Ἀντιφάνους Φιλίσκῳ (II 104. 216 Ko),</w:t>
      </w:r>
    </w:p>
    <w:p>
      <w:r>
        <w:rPr>
          <w:rFonts w:ascii="Courier New" w:hAnsi="Courier New"/>
          <w:color w:val="555555"/>
          <w:sz w:val="20"/>
        </w:rPr>
        <w:t>[10 . 177]</w:t>
      </w:r>
    </w:p>
    <w:p>
      <w:r>
        <w:rPr>
          <w:rFonts w:ascii="Gentium Plus" w:hAnsi="Gentium Plus"/>
          <w:sz w:val="24"/>
        </w:rPr>
        <w:t>καὶ ἄλλο μονόξυλον, ὡς ἐν Πλάτωνος Νόμοις (956 A). Κρατίνου δ’ εἰπόντος ἐν Νεμέσει (fg 115) ‘ἐν τῷ κυφῶνι τὸν αὐχέν’ ἔχων‘ ἦ που νοητέον ὡς σκεῦος ἦν τι ἀγορανομικόν, ᾧ τὸν αὐχένα ἐν‐ θέντα δεῖ μαστιγοῦσθαι τὸν περὶ τὴν ἀγορὰν κακουργοῦντα. καὶ</w:t>
      </w:r>
    </w:p>
    <w:p>
      <w:r>
        <w:rPr>
          <w:rFonts w:ascii="Courier New" w:hAnsi="Courier New"/>
          <w:color w:val="555555"/>
          <w:sz w:val="20"/>
        </w:rPr>
        <w:t>[5]</w:t>
      </w:r>
    </w:p>
    <w:p>
      <w:r>
        <w:rPr>
          <w:rFonts w:ascii="Gentium Plus" w:hAnsi="Gentium Plus"/>
          <w:sz w:val="24"/>
        </w:rPr>
        <w:t>νάρθηκα δ’ ἂν εἴποις, Πλάτωνος (Phdon 69 C) μὲν καὶ ναρθηκοφό‐ ρους ὀνομάσαντος, Ἴωνος δὲ ἐν τῷ Μεγάλῳ δράματι (TGF 15) εἰ‐ πόντος ‘ψαθαρὸν νάρθηκα.‘ ζυγὸν δὲ εἴποις ἂν ὑποζυγίων, καὶ τὸ τῆς τρυτάνης καὶ τὸ τῆς νεὼς καὶ τὸ τοῦ ὑποδήματος καὶ τὸ τοῦ χοροῦ· Δεινόλοχος δ’ ἐν Ἀμαζόσιν (CGF 149. 2 Kaibel) ἔφη καπηλικοῦ</w:t>
      </w:r>
    </w:p>
    <w:p>
      <w:r>
        <w:rPr>
          <w:rFonts w:ascii="Courier New" w:hAnsi="Courier New"/>
          <w:color w:val="555555"/>
          <w:sz w:val="20"/>
        </w:rPr>
        <w:t>[10]</w:t>
      </w:r>
    </w:p>
    <w:p>
      <w:r>
        <w:rPr>
          <w:rFonts w:ascii="Gentium Plus" w:hAnsi="Gentium Plus"/>
          <w:sz w:val="24"/>
        </w:rPr>
        <w:t>ζυγοῦ. τὸ δὲ ξυρὸν πολλῶν εἰρηκότων, παρατηρητέον ὅτι Ἄρχιππος ἐν τῷ Ῥίνωνι (I 688. 42 Ko) ἀρρενικῶς αὐτὸ εἴρηκεν.</w:t>
      </w:r>
    </w:p>
    <w:p>
      <w:r>
        <w:rPr>
          <w:rFonts w:ascii="Courier New" w:hAnsi="Courier New"/>
          <w:color w:val="555555"/>
          <w:sz w:val="20"/>
        </w:rPr>
        <w:t>[10 . 178]</w:t>
      </w:r>
    </w:p>
    <w:p>
      <w:r>
        <w:rPr>
          <w:rFonts w:ascii="Gentium Plus" w:hAnsi="Gentium Plus"/>
          <w:sz w:val="24"/>
        </w:rPr>
        <w:t>φλοΐνην δὲ ἐσθῆτα Ἡροδότου (III 98) εἰπόντος, σοὶ τοῦτο ὑπ‐ άρχει λέγειν καὶ ἐπὶ τῶν ἄλλων πλεγμάτων, οἷον φλοΐνην σπυρίδα ἢ ψίαθον ἢ ὁτιδήποτε, μάλιστα καὶ Εὐριπίδου ἐν Αὐτολύκῳ σα‐ τυρικῷ (fg 284) εἰπόντος ‘σχοινίνας γὰρ ἵπποισι φλοΐνας ἡνίας</w:t>
      </w:r>
    </w:p>
    <w:p>
      <w:r>
        <w:rPr>
          <w:rFonts w:ascii="Courier New" w:hAnsi="Courier New"/>
          <w:color w:val="555555"/>
          <w:sz w:val="20"/>
        </w:rPr>
        <w:t>[5]</w:t>
      </w:r>
    </w:p>
    <w:p>
      <w:r>
        <w:rPr>
          <w:rFonts w:ascii="Gentium Plus" w:hAnsi="Gentium Plus"/>
          <w:sz w:val="24"/>
        </w:rPr>
        <w:t>πλέκει.‘ ἡ δὲ ὕλη ὅθεν ἐπλέκετο, φλοῦς μὲν κατὰ τοὺς Ἴωνας, φλέως</w:t>
      </w:r>
    </w:p>
    <w:p>
      <w:r>
        <w:rPr>
          <w:rFonts w:ascii="Courier New" w:hAnsi="Courier New"/>
          <w:color w:val="555555"/>
          <w:sz w:val="20"/>
        </w:rPr>
        <w:t>[10 . 179]</w:t>
      </w:r>
    </w:p>
    <w:p>
      <w:r>
        <w:rPr>
          <w:rFonts w:ascii="Gentium Plus" w:hAnsi="Gentium Plus"/>
          <w:sz w:val="24"/>
        </w:rPr>
        <w:t>δὲ κατὰ τοὺς Ἀττικούς. εἴη δ’ ἂν καὶ κόιξ ἕν τι τῶν πλεγμάτων, ὃν οἱ μὲν Δωριεῖς κόιν καλοῦσιν, ὡς Ἐπίχαρμος Πίθωνι (fg 113 Kaibel) ἢ θύλακον βόειον ἢ κόιν φέρειν ἢ κωρυκίδα,</w:t>
      </w:r>
    </w:p>
    <w:p>
      <w:r>
        <w:rPr>
          <w:rFonts w:ascii="Courier New" w:hAnsi="Courier New"/>
          <w:color w:val="555555"/>
          <w:sz w:val="20"/>
        </w:rPr>
        <w:t>[5]</w:t>
      </w:r>
    </w:p>
    <w:p>
      <w:r>
        <w:rPr>
          <w:rFonts w:ascii="Gentium Plus" w:hAnsi="Gentium Plus"/>
          <w:sz w:val="24"/>
        </w:rPr>
        <w:t>οἱ δὲ Ἀττικοὶ κόικα, ὡς Φερεκράτης Κοριαννοῖ (I 166. 78 Ko) πᾶς δ’ ἀνὴρ ἔσαττε τεῦχος ἢ κόικ’ ἢ κωρύκους. σαφῶς δὲ αὐτὸ Ἀντιφάνης ἐν Βομβυκιῷ (II 37. 63 Ko) δηλοῖ, εἰπὼν ἀγγεῖον ἀλφιτήριον ἢ κόιξ ἐστίν.</w:t>
      </w:r>
    </w:p>
    <w:p>
      <w:r>
        <w:rPr>
          <w:rFonts w:ascii="Courier New" w:hAnsi="Courier New"/>
          <w:color w:val="555555"/>
          <w:sz w:val="20"/>
        </w:rPr>
        <w:t>[10]</w:t>
      </w:r>
    </w:p>
    <w:p>
      <w:r>
        <w:rPr>
          <w:rFonts w:ascii="Gentium Plus" w:hAnsi="Gentium Plus"/>
          <w:sz w:val="24"/>
        </w:rPr>
        <w:t>μέτρων ὠνομασμένον, ὑπὲρ ὧν ἐν Ἀργείων πολιτείᾳ Ἀριστοτέλης</w:t>
      </w:r>
    </w:p>
    <w:p>
      <w:r>
        <w:rPr>
          <w:rFonts w:ascii="Courier New" w:hAnsi="Courier New"/>
          <w:color w:val="555555"/>
          <w:sz w:val="20"/>
        </w:rPr>
        <w:t>[10 . 180]</w:t>
      </w:r>
    </w:p>
    <w:p>
      <w:r>
        <w:rPr>
          <w:rFonts w:ascii="Gentium Plus" w:hAnsi="Gentium Plus"/>
          <w:sz w:val="24"/>
        </w:rPr>
        <w:t>(fg 483) λέγει. καὶ στέγαστρον δὲ ὅστις ἐθέλοι ὀνομάζειν, ᾗπερ ἡ πολλὴ χρῆσις, τὴν στεγαστρίδα διφθέραν, τὸν σκύτινον τοῦτον χιτῶνα, καταφευγέτω ἐπὶ τὸν Αἰσχύλον (fg 367) εἰπόντα, ‘ὀστέων στέγαστρον.‘ κίσται δ’ οὐ μόνον ὀψοφόροι, οὐδ’ ἄλλως ἀγγεῖα εἰς ἐσθήτων ἀπό‐</w:t>
      </w:r>
    </w:p>
    <w:p>
      <w:r>
        <w:rPr>
          <w:rFonts w:ascii="Courier New" w:hAnsi="Courier New"/>
          <w:color w:val="555555"/>
          <w:sz w:val="20"/>
        </w:rPr>
        <w:t>[5]</w:t>
      </w:r>
    </w:p>
    <w:p>
      <w:r>
        <w:rPr>
          <w:rFonts w:ascii="Gentium Plus" w:hAnsi="Gentium Plus"/>
          <w:sz w:val="24"/>
        </w:rPr>
        <w:t>θεσιν, ἀλλὰ καὶ αἱ τῶν φαρμακοπωλῶν ἂν καλοῖντο, ὡς ἐν Ἀμφιαράῳ Ἀριστοφάνης (fg 28) καὶ τοὺς μὲν ὄφεις, οὓς ἐπιπέμπεις, ἐκ κίστῃ που κατασήμηναι, καὶ παῦσαι φαρμακοπωλῶν·</w:t>
      </w:r>
    </w:p>
    <w:p>
      <w:r>
        <w:rPr>
          <w:rFonts w:ascii="Courier New" w:hAnsi="Courier New"/>
          <w:color w:val="555555"/>
          <w:sz w:val="20"/>
        </w:rPr>
        <w:t>[10]</w:t>
      </w:r>
    </w:p>
    <w:p>
      <w:r>
        <w:rPr>
          <w:rFonts w:ascii="Gentium Plus" w:hAnsi="Gentium Plus"/>
          <w:sz w:val="24"/>
        </w:rPr>
        <w:t>ὥσπερ που καὶ Θεόπομπος ἐν Ἀλθαίᾳ (I p 733. 2 Ko) τὴν οἰκίαν γὰρ εὗρον εἰσελθὼν ὅλην κίστην γεγονυῖαν φαρμακοπώλου Μεγαρικοῦ.</w:t>
      </w:r>
    </w:p>
    <w:p>
      <w:r>
        <w:rPr>
          <w:rFonts w:ascii="Courier New" w:hAnsi="Courier New"/>
          <w:color w:val="555555"/>
          <w:sz w:val="20"/>
        </w:rPr>
        <w:t>[10 . 181]</w:t>
      </w:r>
    </w:p>
    <w:p>
      <w:r>
        <w:rPr>
          <w:rFonts w:ascii="Gentium Plus" w:hAnsi="Gentium Plus"/>
          <w:sz w:val="24"/>
        </w:rPr>
        <w:t>τὸ μέντοι δέρμα ᾧ ὑποζώννυνται αἱ λουόμεναι γυναῖκες ἢ οἱ λούοντες αὐτάς, ᾤαν λουτρίδα ἔξεστι καλεῖν, Θεοπόμπου εἰπόντος ἐν Παισὶν (I 743. 37 Ko) τὴν δὲ περιζωσάμενος ᾤαν λουτρίδα,</w:t>
      </w:r>
    </w:p>
    <w:p>
      <w:r>
        <w:rPr>
          <w:rFonts w:ascii="Courier New" w:hAnsi="Courier New"/>
          <w:color w:val="555555"/>
          <w:sz w:val="20"/>
        </w:rPr>
        <w:t>[5]</w:t>
      </w:r>
    </w:p>
    <w:p>
      <w:r>
        <w:rPr>
          <w:rFonts w:ascii="Gentium Plus" w:hAnsi="Gentium Plus"/>
          <w:sz w:val="24"/>
        </w:rPr>
        <w:t>κατάδεσμον ἥβης περιπέτασον. Φερεκράτης δὲ ἐν Ἰπνῷ (I 169. 62 Ko) καταλέγων τὰ ἐργαλεῖα τῆς παιδοτριβικῆς, ἤδη μὲν ᾤαν λουμένω προζώννυται.</w:t>
      </w:r>
    </w:p>
    <w:p>
      <w:r>
        <w:rPr>
          <w:rFonts w:ascii="Courier New" w:hAnsi="Courier New"/>
          <w:color w:val="555555"/>
          <w:sz w:val="20"/>
        </w:rPr>
        <w:t>[10 . 182]</w:t>
      </w:r>
    </w:p>
    <w:p>
      <w:r>
        <w:rPr>
          <w:rFonts w:ascii="Gentium Plus" w:hAnsi="Gentium Plus"/>
          <w:sz w:val="24"/>
        </w:rPr>
        <w:t>οὕτω δὲ τὴν μηλωτὴν ἐκάλουν, ἴσως ἀπὸ τῆς ὄιος. τοῖς δὲ στρατιώ‐ ταις καὶ ἀντὶ μάκτρας ὑπουργεῖ· ὅπερ ἐν Στρατιώταις Ἕρμιππος (I p 241. 57 Ko) ὑποδηλοῖ, λέγων ‘νικᾷ δ’ ᾤα λιθίνην μάκτραν.‘ καὶ κέραμον δ’ ἂν εἴποις, καὶ κέραμον στεγαστῆρα· ἐν δὲ τοῖς Δημιο‐</w:t>
      </w:r>
    </w:p>
    <w:p>
      <w:r>
        <w:rPr>
          <w:rFonts w:ascii="Courier New" w:hAnsi="Courier New"/>
          <w:color w:val="555555"/>
          <w:sz w:val="20"/>
        </w:rPr>
        <w:t>[5]</w:t>
      </w:r>
    </w:p>
    <w:p>
      <w:r>
        <w:rPr>
          <w:rFonts w:ascii="Gentium Plus" w:hAnsi="Gentium Plus"/>
          <w:sz w:val="24"/>
        </w:rPr>
        <w:t>πράτοις καὶ κέραμον Ἀττικὸν καὶ κέραμον Κορίνθιον. κεραμίδα δὲ Θουκυδίδου εἰπόντος ἐν τῇ Πλαταϊκῇ πολιορκίᾳ (III 22. 4), κεράμια</w:t>
      </w:r>
    </w:p>
    <w:p>
      <w:r>
        <w:rPr>
          <w:rFonts w:ascii="Courier New" w:hAnsi="Courier New"/>
          <w:color w:val="555555"/>
          <w:sz w:val="20"/>
        </w:rPr>
        <w:t>[10 . 183]</w:t>
      </w:r>
    </w:p>
    <w:p>
      <w:r>
        <w:rPr>
          <w:rFonts w:ascii="Gentium Plus" w:hAnsi="Gentium Plus"/>
          <w:sz w:val="24"/>
        </w:rPr>
        <w:t>ὑποδυόμενός τις οὑτοσί ὑπὸ τῶν κεραμίων ἡλιαστὴς ὀροφίας· οἱ δὲ καὶ κεραμίδων γράφουσιν. καὶ σφύρᾳ μέν τι ὅμοιον ἢ κρο‐ ταφίδι σιδηρᾷ εἴη ἂν ἡ κέστρα, δεσμῷ δ’ ἂν ἐοίκοιεν αἱ στραγγα‐</w:t>
      </w:r>
    </w:p>
    <w:p>
      <w:r>
        <w:rPr>
          <w:rFonts w:ascii="Courier New" w:hAnsi="Courier New"/>
          <w:color w:val="555555"/>
          <w:sz w:val="20"/>
        </w:rPr>
        <w:t>[5]</w:t>
      </w:r>
    </w:p>
    <w:p>
      <w:r>
        <w:rPr>
          <w:rFonts w:ascii="Gentium Plus" w:hAnsi="Gentium Plus"/>
          <w:sz w:val="24"/>
        </w:rPr>
        <w:t>λίδες, Στράττιδος ἐν Φοινίσσαις εἰπόντος (I 726. 48 Ko) ‘οὐδὲ σχοινί’ οὐδὲ στραγγαλίδες εἰσίν.‘ κάνναι δὲ πλεγμάτιόν τι ἐστίν, οὗ μέμ‐ νηται ἐν Σφηξὶν Ἀριστοφάνης (394)· οὐ μή ποτέ σου παρὰ τὰς κάννας οὐρήσω. καὶ Φερεκράτης ἐν Ἰπνῷ (I 161. 62 Ko)</w:t>
      </w:r>
    </w:p>
    <w:p>
      <w:r>
        <w:rPr>
          <w:rFonts w:ascii="Courier New" w:hAnsi="Courier New"/>
          <w:color w:val="555555"/>
          <w:sz w:val="20"/>
        </w:rPr>
        <w:t>[10]</w:t>
      </w:r>
    </w:p>
    <w:p>
      <w:r>
        <w:rPr>
          <w:rFonts w:ascii="Gentium Plus" w:hAnsi="Gentium Plus"/>
          <w:sz w:val="24"/>
        </w:rPr>
        <w:t>σκηνὴ περίερκτος περίβολος κάνναισι.</w:t>
      </w:r>
    </w:p>
    <w:p>
      <w:r>
        <w:rPr>
          <w:rFonts w:ascii="Courier New" w:hAnsi="Courier New"/>
          <w:color w:val="555555"/>
          <w:sz w:val="20"/>
        </w:rPr>
        <w:t>[10 . 184]</w:t>
      </w:r>
    </w:p>
    <w:p>
      <w:r>
        <w:rPr>
          <w:rFonts w:ascii="Gentium Plus" w:hAnsi="Gentium Plus"/>
          <w:sz w:val="24"/>
        </w:rPr>
        <w:t>μάλιστα δ’ ἐχρῶντο τῷ πλέγματι τούτῳ ἐς τὰ περιφράγματα, ὡς ἐν τῇ Πυτίνῃ ὁ Κρατῖνος (I 73. 197 Ko) περὶ τῶν τριήρων λέγει οὐ δύνανται πάντα ποιοῦσαι νεωσοίκων λαχεῖν οὐδὲ κάννης.</w:t>
      </w:r>
    </w:p>
    <w:p>
      <w:r>
        <w:rPr>
          <w:rFonts w:ascii="Courier New" w:hAnsi="Courier New"/>
          <w:color w:val="555555"/>
          <w:sz w:val="20"/>
        </w:rPr>
        <w:t>[5]</w:t>
      </w:r>
    </w:p>
    <w:p>
      <w:r>
        <w:rPr>
          <w:rFonts w:ascii="Gentium Plus" w:hAnsi="Gentium Plus"/>
          <w:sz w:val="24"/>
        </w:rPr>
        <w:t>τὸν μέντοι ταύτας πλέκοντα καννηνοποιὸν Ἱππῶναξ (fg 116) κέκλη‐ κεν. ἐν δὲ τοῖς μέτροις τοῖς τῶν ὑγρῶν εἴη ἂν καὶ μάρις, Ἀριστο‐ τέλους ἐν τῷ ὀγδόῳ περὶ ζῴων ἱστορίας (p 596. 6) εἰπόντος ‘οἴνου πέντε μάρεις. ἔστι δὲ ὁ μάρις ἓξ κοτύλαι.‘</w:t>
      </w:r>
    </w:p>
    <w:p>
      <w:r>
        <w:rPr>
          <w:rFonts w:ascii="Courier New" w:hAnsi="Courier New"/>
          <w:color w:val="555555"/>
          <w:sz w:val="20"/>
        </w:rPr>
        <w:t>[10 . 185]</w:t>
      </w:r>
    </w:p>
    <w:p>
      <w:r>
        <w:rPr>
          <w:rFonts w:ascii="Gentium Plus" w:hAnsi="Gentium Plus"/>
          <w:sz w:val="24"/>
        </w:rPr>
        <w:t>καὶ γῆν δὲ κεραμῖτιν εἴποις ἂν καὶ γῆν κεραμίδα, ἢ ὡς Σαν‐ νυρίων ἐν Γέλωτι (I 793. 4 Ko), ‘κεραμικὴν γαῖαν στρέφων.‘ οὗ μέντοι οἱ κεραμεῖς τὰς πλίνθους ἔπλαττον, πλινθεῖον καλεῖ τὸν τόπον ἐν Δράμασιν ἢ Νιόβῳ Ἀριστοφάνης (fg 283), περὶ τοῦ Κυκλοβόρου</w:t>
      </w:r>
    </w:p>
    <w:p>
      <w:r>
        <w:rPr>
          <w:rFonts w:ascii="Courier New" w:hAnsi="Courier New"/>
          <w:color w:val="555555"/>
          <w:sz w:val="20"/>
        </w:rPr>
        <w:t>[5]</w:t>
      </w:r>
    </w:p>
    <w:p>
      <w:r>
        <w:rPr>
          <w:rFonts w:ascii="Gentium Plus" w:hAnsi="Gentium Plus"/>
          <w:sz w:val="24"/>
        </w:rPr>
        <w:t>τοῦ ποταμοῦ λέγων ὁ δ’ ἐς τὸ πλινθεῖον γενόμενος ἐξέτρεψε. τοῖς δὲ σκεύεσιν εἰ βούλοιτό τις προσαριθμεῖν καὶ κάδον πίττινον ἔξεστιν, Ἀριστοφάνους ἐν Δράμασιν ἢ Κενταύρῳ εἰπόντος (fg 269) ἀλλ’ εἰς κάδον λαβών τιν’ οὔρει πίττινον.</w:t>
      </w:r>
    </w:p>
    <w:p>
      <w:r>
        <w:rPr>
          <w:rFonts w:ascii="Courier New" w:hAnsi="Courier New"/>
          <w:color w:val="555555"/>
          <w:sz w:val="20"/>
        </w:rPr>
        <w:t>[10 . 186]</w:t>
      </w:r>
    </w:p>
    <w:p>
      <w:r>
        <w:rPr>
          <w:rFonts w:ascii="Gentium Plus" w:hAnsi="Gentium Plus"/>
          <w:sz w:val="24"/>
        </w:rPr>
        <w:t>καὶ στόμωμα μὲν σιδηροῦν ὅστις ἐν τοῖς ἀποθέτοις σκεύεσιν</w:t>
      </w:r>
    </w:p>
    <w:p>
      <w:r>
        <w:rPr>
          <w:rFonts w:ascii="Courier New" w:hAnsi="Courier New"/>
          <w:color w:val="555555"/>
          <w:sz w:val="20"/>
        </w:rPr>
        <w:t>[5]</w:t>
      </w:r>
    </w:p>
    <w:p>
      <w:r>
        <w:rPr>
          <w:rFonts w:ascii="Gentium Plus" w:hAnsi="Gentium Plus"/>
          <w:sz w:val="24"/>
        </w:rPr>
        <w:t>Νεμέσει λέγων (I 49. 110 Ko) σπάρτην λέγω γε σπαρτίδα τὴν σπάρτινον. φαίης δ’ ἂν καὶ σίσυρναν, Αἰσχύλου μὲν ἐν Κήρυξι (fg 109) σατύ‐ ροις λέγοντος ‘καὶ τῆς σισύρνης τῆς λεοντέας,‘ Σοφοκλέους δ’ ἐν Μούσαις (fg 379)</w:t>
      </w:r>
    </w:p>
    <w:p>
      <w:r>
        <w:rPr>
          <w:rFonts w:ascii="Courier New" w:hAnsi="Courier New"/>
          <w:color w:val="555555"/>
          <w:sz w:val="20"/>
        </w:rPr>
        <w:t>[10]</w:t>
      </w:r>
    </w:p>
    <w:p>
      <w:r>
        <w:rPr>
          <w:rFonts w:ascii="Gentium Plus" w:hAnsi="Gentium Plus"/>
          <w:sz w:val="24"/>
        </w:rPr>
        <w:t>ψαλίδας τιάρας καὶ σισυρνώδη στολήν.</w:t>
      </w:r>
    </w:p>
    <w:p>
      <w:r>
        <w:rPr>
          <w:rFonts w:ascii="Courier New" w:hAnsi="Courier New"/>
          <w:color w:val="555555"/>
          <w:sz w:val="20"/>
        </w:rPr>
        <w:t>[10 . 187]</w:t>
      </w:r>
    </w:p>
    <w:p>
      <w:r>
        <w:rPr>
          <w:rFonts w:ascii="Gentium Plus" w:hAnsi="Gentium Plus"/>
          <w:sz w:val="24"/>
        </w:rPr>
        <w:t>ἐπεὶ δὲ καὶ ἀσκὸν καὶ ἀσκίδιον καὶ τὰ τοιαῦτα προειρήκαμεν, οὐδὲν κωλύει καὶ μολγὸν εἰπεῖν, ὅς ἐστι κατὰ τὴν τῶν Ταραντίνων γλῶτταν βόειος ἀσκός· ὅθεν καὶ Θεοδωρίδας (Jacobs Antholg Gr III 3 p 960) τὸν Ἥφαιστον ἔφη φυσητῆρσι μολγίνοις χρῆσθαι. καὶ Ἀριστοφάνης γε</w:t>
      </w:r>
    </w:p>
    <w:p>
      <w:r>
        <w:rPr>
          <w:rFonts w:ascii="Courier New" w:hAnsi="Courier New"/>
          <w:color w:val="555555"/>
          <w:sz w:val="20"/>
        </w:rPr>
        <w:t>[5]</w:t>
      </w:r>
    </w:p>
    <w:p>
      <w:r>
        <w:rPr>
          <w:rFonts w:ascii="Gentium Plus" w:hAnsi="Gentium Plus"/>
          <w:sz w:val="24"/>
        </w:rPr>
        <w:t>χρησμόν τινα παίζει (fg 694) μή μοι Ἀθηναίους ἀνεῖτ’, οἱ μολγοὶ ἔσονται, τὸ ἄπληστον αὐτῶν ὑπαινιττόμενος. τῶν δὲ ἐν οἰκίᾳ σκευῶν καὶ σκῦτος καὶ μάστιγες καὶ τροχοὶ καὶ πέδαι καὶ στρέβλαι. καὶ ἐπὶ ἐκπώ‐ ματος δ’ ἂν εἴποις, ἢ ἄλλου κατασκευάσματος, ὅτι λιθοκόλλητον ἦν,</w:t>
      </w:r>
    </w:p>
    <w:p>
      <w:r>
        <w:rPr>
          <w:rFonts w:ascii="Courier New" w:hAnsi="Courier New"/>
          <w:color w:val="555555"/>
          <w:sz w:val="20"/>
        </w:rPr>
        <w:t>[10]</w:t>
      </w:r>
    </w:p>
    <w:p>
      <w:r>
        <w:rPr>
          <w:rFonts w:ascii="Gentium Plus" w:hAnsi="Gentium Plus"/>
          <w:sz w:val="24"/>
        </w:rPr>
        <w:t>ὡς ἐν τῷ Μενάνδρου Παιδίῳ (fg 372) χρυσοῦν ἐπόρισας. εἴθε λιθοκόλλητον ἦν. καλὸν ἦν ἂν οὕτως.</w:t>
      </w:r>
    </w:p>
    <w:p>
      <w:r>
        <w:rPr>
          <w:rFonts w:ascii="Courier New" w:hAnsi="Courier New"/>
          <w:color w:val="555555"/>
          <w:sz w:val="20"/>
        </w:rPr>
        <w:t>[10 . 188]</w:t>
      </w:r>
    </w:p>
    <w:p>
      <w:r>
        <w:rPr>
          <w:rFonts w:ascii="Gentium Plus" w:hAnsi="Gentium Plus"/>
          <w:sz w:val="24"/>
        </w:rPr>
        <w:t>ἐπεὶ δὲ ἥλους οἱ πολλοὶ καὶ ἡλίσκους οἱ κωμῳδοὶ λέγουσιν, ἰστέον ὅτι καὶ κυνδάλους τοὺς ἥλους ὀνομάζουσιν· ἐν γοῦν τῇ τοῦ νεὼ ποιήσει, ἣν ἢ Φίλων ἢ Θεόδωροσ(?) συνέθηκε, γέγραπται ‘κυνδάλους δὲ ἐχέτω ζυγὸν ἕκαστον.‘ φαίης δ’ ἂν ἐπὶ τοῦ αὐτοῦ</w:t>
      </w:r>
    </w:p>
    <w:p>
      <w:r>
        <w:rPr>
          <w:rFonts w:ascii="Courier New" w:hAnsi="Courier New"/>
          <w:color w:val="555555"/>
          <w:sz w:val="20"/>
        </w:rPr>
        <w:t>[5]</w:t>
      </w:r>
    </w:p>
    <w:p>
      <w:r>
        <w:rPr>
          <w:rFonts w:ascii="Gentium Plus" w:hAnsi="Gentium Plus"/>
          <w:sz w:val="24"/>
        </w:rPr>
        <w:t>καὶ πῶμα καὶ ἐπίθημα, οἷον πίθου ἢ λέβητος ἢ φαρέτρας. ἐν γοῦν</w:t>
      </w:r>
    </w:p>
    <w:p>
      <w:r>
        <w:rPr>
          <w:rFonts w:ascii="Courier New" w:hAnsi="Courier New"/>
          <w:color w:val="555555"/>
          <w:sz w:val="20"/>
        </w:rPr>
        <w:t>[10 . 189]</w:t>
      </w:r>
    </w:p>
    <w:p>
      <w:r>
        <w:rPr>
          <w:rFonts w:ascii="Gentium Plus" w:hAnsi="Gentium Plus"/>
          <w:sz w:val="24"/>
        </w:rPr>
        <w:t>τὸ μὲν δὴ ξύλον ᾧ περιπλάττουσι τὸν πηλὸν οἱ κοροπλάθοι, κάναβος καλεῖται· ὅθεν καὶ Στράττις ἐν τῷ Κινησίᾳ (I p 716. 20 Ko) τὸν Σαννυρίωνα διὰ τὴν ἰσχνότητα κάναβον καλεῖ· αὐτὸ δὲ τὸ πή‐ λινον, ὃ περιείληφε τὰ πλασθέντα κήρινα, ἃ κατὰ τὴν τοῦ πυρὸς</w:t>
      </w:r>
    </w:p>
    <w:p>
      <w:r>
        <w:rPr>
          <w:rFonts w:ascii="Courier New" w:hAnsi="Courier New"/>
          <w:color w:val="555555"/>
          <w:sz w:val="20"/>
        </w:rPr>
        <w:t>[5]</w:t>
      </w:r>
    </w:p>
    <w:p>
      <w:r>
        <w:rPr>
          <w:rFonts w:ascii="Gentium Plus" w:hAnsi="Gentium Plus"/>
          <w:sz w:val="24"/>
        </w:rPr>
        <w:t>προσφορὰν τήκεται καὶ πολλὰ ἐκείνῳ τρυπήματα ἐναπολείπεται, μί‐</w:t>
      </w:r>
    </w:p>
    <w:p>
      <w:r>
        <w:rPr>
          <w:rFonts w:ascii="Courier New" w:hAnsi="Courier New"/>
          <w:color w:val="555555"/>
          <w:sz w:val="20"/>
        </w:rPr>
        <w:t>[10 . 190]</w:t>
      </w:r>
    </w:p>
    <w:p>
      <w:r>
        <w:rPr>
          <w:rFonts w:ascii="Gentium Plus" w:hAnsi="Gentium Plus"/>
          <w:sz w:val="24"/>
        </w:rPr>
        <w:t>λιγδος καλεῖται· ὅθεν καὶ Σοφοκλῆς ἔφη ἐν Αἰχμαλώτισιν (fg 32) ἀσπὶς μὲν ἡ μίλιγδος ὣς πύκνωμά τι. ἐπιπόρπαμα δὲ κιθαρῳδοῦ σκευή, ὡς Πλάτων ἐν Ταῖς ἀφ’ ἱερῶν (I 603. 10)</w:t>
      </w:r>
    </w:p>
    <w:p>
      <w:r>
        <w:rPr>
          <w:rFonts w:ascii="Courier New" w:hAnsi="Courier New"/>
          <w:color w:val="555555"/>
          <w:sz w:val="20"/>
        </w:rPr>
        <w:t>[5]</w:t>
      </w:r>
    </w:p>
    <w:p>
      <w:r>
        <w:rPr>
          <w:rFonts w:ascii="Gentium Plus" w:hAnsi="Gentium Plus"/>
          <w:sz w:val="24"/>
        </w:rPr>
        <w:t>δότω τὴν κιθάραν τις ἔνδοθεν καὶ τοὐπιπόρπαμα. ἔξεστι δὲ καὶ ἀγγεῖα ὀστράκινα τὰ κεράμεα ἢ γήινα εἰπεῖν· ἐν γοῦν τῷ Ποιητῇ Πλάτων φησὶ (I 632. 114 Ko) θαυμάζω τὸν τὴν δαπιθάκνην</w:t>
      </w:r>
    </w:p>
    <w:p>
      <w:r>
        <w:rPr>
          <w:rFonts w:ascii="Courier New" w:hAnsi="Courier New"/>
          <w:color w:val="555555"/>
          <w:sz w:val="20"/>
        </w:rPr>
        <w:t>[10]</w:t>
      </w:r>
    </w:p>
    <w:p>
      <w:r>
        <w:rPr>
          <w:rFonts w:ascii="Gentium Plus" w:hAnsi="Gentium Plus"/>
          <w:sz w:val="24"/>
        </w:rPr>
        <w:t>πότερον ὀστρακίνην ἢ βίβλον ἔχων τὴν δήποτε. Ἡρόδοτος (IV 70) δὲ καὶ κεραμίνην κύλικα ἔφη, καὶ ὁ Ἀναξίλας Βοτρυλίωνι (II 265. 5 Ko) κοὐκ ἄν γέ μοι τουτὶ γένοιτο κεράμινον.</w:t>
      </w:r>
    </w:p>
    <w:p>
      <w:r>
        <w:rPr>
          <w:rFonts w:ascii="Courier New" w:hAnsi="Courier New"/>
          <w:color w:val="555555"/>
          <w:sz w:val="20"/>
        </w:rPr>
        <w:t>[10 . 191]</w:t>
      </w:r>
    </w:p>
    <w:p>
      <w:r>
        <w:rPr>
          <w:rFonts w:ascii="Gentium Plus" w:hAnsi="Gentium Plus"/>
          <w:sz w:val="24"/>
        </w:rPr>
        <w:t>ἔστι δὲ καὶ ἑλένη πλεκτὸν ἀγγεῖον σπάρτινον, τὰ χείλη οἰ‐ σύινον, ἐν ᾧ φέρουσιν ἱερὰ ἄρρητα τοῖς Ἑλενηφορίοις. εἰ δὲ βούλει καὶ ἄλλα τῶν ἱερῶν σκευῶν, ἔστι μὲν ὑφάσματα, καλεῖται δὲ ἰστρια‐ νόν, προτόνιον, ἡμίμιτρον. ποδώνυχον ἡ ἐσθὴς ἡ τῆς ἱερείας</w:t>
      </w:r>
    </w:p>
    <w:p>
      <w:r>
        <w:rPr>
          <w:rFonts w:ascii="Courier New" w:hAnsi="Courier New"/>
          <w:color w:val="555555"/>
          <w:sz w:val="20"/>
        </w:rPr>
        <w:t>[10 . 192]</w:t>
      </w:r>
    </w:p>
    <w:p>
      <w:r>
        <w:rPr>
          <w:rFonts w:ascii="Gentium Plus" w:hAnsi="Gentium Plus"/>
          <w:sz w:val="24"/>
        </w:rPr>
        <w:t>τῆς Πανδρόσου. τὰ μὲν ἄλλα καλύμματα ἱερῶν τὰ δὲ ἐπίπομπα παραπόμπεια καλεῖται. ὅταν δὲ Δημοσθένης (XLVIII 12) εἴπῃ σακ‐ χυφάντας, τοὺς πλέκοντας ταῖς γυναιξὶ τοὺς κεκρυφάλους ἀκούουσιν. σκευῶν δὲ ἐν Εὐπόλιδος Πόλεσι κατάλογος, (I 320. 228)</w:t>
      </w:r>
    </w:p>
    <w:p>
      <w:r>
        <w:rPr>
          <w:rFonts w:ascii="Courier New" w:hAnsi="Courier New"/>
          <w:color w:val="555555"/>
          <w:sz w:val="20"/>
        </w:rPr>
        <w:t>[5]</w:t>
      </w:r>
    </w:p>
    <w:p>
      <w:r>
        <w:rPr>
          <w:rFonts w:ascii="Gentium Plus" w:hAnsi="Gentium Plus"/>
          <w:sz w:val="24"/>
        </w:rPr>
        <w:t>καρδόπους τε καὶ κρατῆρας ὀκτὼ δὲ χύτρας δύο τρυβλίω, κνέφαλλα δέκα, θέρμαυστριν, ἓξ θρόνους, χύτραν,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