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Σαπφώ ἡ Λεσβία</w:t>
      </w:r>
      <w:r>
        <w:br/>
      </w:r>
      <w:r>
        <w:rPr>
          <w:i/>
          <w:color w:val="666666"/>
          <w:sz w:val="28"/>
        </w:rPr>
        <w:t>by Sappho of Lesbos</w:t>
      </w:r>
    </w:p>
    <w:p/>
    <w:p>
      <w:r>
        <w:rPr>
          <w:rFonts w:ascii="Courier New" w:hAnsi="Courier New"/>
          <w:color w:val="555555"/>
          <w:sz w:val="20"/>
        </w:rPr>
        <w:t>[t1-42]</w:t>
      </w:r>
    </w:p>
    <w:p>
      <w:r>
        <w:rPr>
          <w:rFonts w:ascii="Gentium Plus" w:hAnsi="Gentium Plus"/>
          <w:sz w:val="24"/>
        </w:rPr>
        <w:t>ΣΑΠΦΟΥΣ ΜΕΛΩΝ Α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πο]ικιλόθρο[ν’ ἀθανάτἈφρόδιτα, παῖ] Δ[ί]ος δολ[όπλοκε, λίσσομαί σε, μή μ’] ἄσαισι [μηδ’ ὀνίαισι δάμνα, [⸏]πότν]ια, θῦ[μον,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ἀλλ]ὰ τυίδ’ ἔλ[θ’, αἴ ποτα κἀτέρωτα τὰ]ς ἔμας αὔ[δας ἀίοισα πήλοι ἔκ]λυες, πάτρο[ς δὲ δόμον λίποισα [⸏]χ]ρύσιον ἦλθ[ες ἄρ]μ’ ὐπασδε[ύξαισα· κάλοι δέ ς’ ἆγον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ὤ]κεες στροῦ[θοι περὶ γᾶς μελαίνας πύ]κνα δίν[νεντες πτέρ’ ἀπ’ ὠράνωἴθε‐ [⸏]ρο]ς διὰ μέσσω· αἶ]ψα δ’ ἐξίκο[ντο· σὺ δ’, ὦ μάκαιρα, μειδιαί[σαις’ ἀθανάτωι προσώπωι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ἤ]ρε’ ὄττ[ι δηὖτε πέπονθα κὤττι [⸏]δη]ὖτε κ[άλ]η[μμι κ]ὤττι [μοι μάλιστα θέλω γένεσθαι μ]αινόλαι [θύμωι· τίνα δηὖτε πείθω .].σάγην [ἐς σὰν φιλότατα; τίς ς’, ὦ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[⸏]Ψά]πφ’, [ἀδικήει; κα]ὶ γ[ὰρ αἰ φεύγει, ταχέως διώξει, 〈αἰ δὲ δῶρα μὴ δέκετ’, ἀλλὰ δώσει,〉 〈αἰ δὲ μὴ φίλει, ταχέως φιλήσει〉 [⸏]〈κωὐκ ἐθέλοισα.〉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〈ἔλθε μοι καὶ νῦν, χαλέπαν δὲ λῦσον〉 〈ἐκ μερίμναν, ὄσσα δέ μοι τέλεσσαι〉 〈θῦμος ἰμέρρει, τέλεσον, σὺ δ’ αὔτα〉</w:t>
      </w:r>
    </w:p>
    <w:p>
      <w:r>
        <w:rPr>
          <w:rFonts w:ascii="Courier New" w:hAnsi="Courier New"/>
          <w:color w:val="555555"/>
          <w:sz w:val="20"/>
        </w:rPr>
        <w:t>[2 (1a)]</w:t>
      </w:r>
    </w:p>
    <w:p>
      <w:r>
        <w:rPr>
          <w:rFonts w:ascii="Gentium Plus" w:hAnsi="Gentium Plus"/>
          <w:sz w:val="24"/>
        </w:rPr>
        <w:t>.ρανοθεν κατιου[σ‐</w:t>
      </w:r>
    </w:p>
    <w:p>
      <w:r>
        <w:rPr>
          <w:rFonts w:ascii="Courier New" w:hAnsi="Courier New"/>
          <w:color w:val="555555"/>
          <w:sz w:val="20"/>
        </w:rPr>
        <w:t>[1a]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δευρυμ†μ̣εκρητα̣ς̣.π[ ].ναῦον ἄγνον ὄππ[αι ] χάριεν μὲν ἄλσος μαλί[αν], βῶμοι †δεμιθυμιάμε‐ ⸏νοι [λι]βανώτωι·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 δ’ ὔδωρ ψῦχρον κελάδει δι’ ὔσδων μαλίνων, βρόδοισι δὲ παῖς ὀ χῶρος ἐσκίαστ’, αἰθυσσομένων δὲ φύλλων ⸏κῶμα †καταγριον· ἐν δὲ λείμων ἰππόβοτος τέθαλε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†τω̣τ...ι̣ριννοις† ἄνθεσιν, αἰ δ’ ἄηται μέλλιχα πνέοισιν [ ⸏[ ] ἔνθα δὴ σὺ στέμ〈ματ’〉 ἔλοισα Κύπρι χρυσίαισιν ἐν κυλίκεσσιν ἄβρως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ὀμ〈με〉μείχμενον θαλίαισι νέκταρ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[⸏ ]δώσην [ ]ύτων μέντ’ ἐπ[ [κ]άλων κἄσλων, σ̣[ [ ´̣]λοις, λύπηις τέμ[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[⸏ ]μ’ ὄνειδος [ ]οιδήσαις . ἐπιτ.[ [ ]´̣αν, ἄσαιο . τὸ γὰρ .[ [ ]μον οὐκ οὔτω μ̣[ [⸏ ] διάκηται,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]μη̣δ̣[ ].αζε, [ [ ]χ̣ις, συνίημ[ [ ].ης κακότατο[ς [⸏ ]μεν [ ]ν ἀτέραις με[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]η φρένας, εὔ[ [ ]α̣τοις μακα[ [⸏ ] [ ]α̣[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]θ̣ε θῦμον [ ]μι πάμπαν [] δύναμαι, [⸏]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[]ας κεν ἦι μοι [ ]σ̣αντιλάμπην [ ]λ̣ον πρόσωπον. [⸏ ] [ ]γ̣χροΐσθεις,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]´[..]ρος̣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Κύπρι καὶ] Νηρήιδες ἀβλάβη[ν μοι τὸν κασί]γνητον δ[ό]τε τυίδ’ ἴκεσθα[ι κὤσσα ϝ]ο̣ι̣ θύμωι κε θέληι γένεσθαι ⸏πάντα τε]λέσθην,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ὄσσα δὲ πρ]όσθ’ ἄμβροτε πάντα λῦσα[ι καὶ φίλοισ]ι ϝοῖσι χάραν γένεσθαι ....... ἔ]χθροισι, γένοιτο δ’ ἄμμι ⸏......μ]ηδ’ εἴς· τὰν κασιγ]νήταν δὲ θέλοι πόησθαι̣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]τίμας, [ὀν]ίαν δὲ λύγραν [ ]οτοισι π[ά]ροιθ’ ἀχεύων [⸏ ].να [ ].εισαΐω[ν] τὸ κέγχρω [ ]λεπαγ̣[..₍´̣₎]αι πολίταν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]λλωσ̣[...]νηκε δ’ αὖτ’ οὐ [⸏ ]κρω[ ] [ ]οναικ[ ]εο[ ].ι [ ]..[.]ν· σὺ [δ]ὲ̣ Κύπ̣[..]..[..₍.₎]να [ ]θεμ[έν]α κάκαν 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[⸏ ]ι.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[ ] ωσδα.[ [ ] ⸏κακ̣κ̣[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[ ].[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⸏ποτνια.[ [ ]χρυσοπ̣[ [ ]κᾰππο[ [ ].ανμ[ [ ]κ̣ᾶρα.[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].[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].ᾱς̣.[.....].[ [ ]κηνκέ..τουγ̣α.[ [⸏ ]ᾰ̣ις [ [ ]κά̆νηναγ̣ε̣ρωχία̣[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[]μμενὄαννέ̣ο̣ισι[ [].ανφ[.]λ[......].[ [⸏]μ̣ὰ̄.[.]‵το·[′ . . 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.ν.ο̣.[ []ὰ̣μφ.[ []τθι·σο.[ [ ] .νέφ[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[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[]α̣ρ̣καλειοιτασε.[ [ ]πανουκεχη[ [⸏ ]ερεόρταν [ [ ]μαν[.]ραιτελε[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].ωνέμ[ ‵εωσζω[′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[ ]..ᾶσά.[ [⸏ ]υσαι[ [ ].οσδε̣[ [ ]ν.[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]λα̣[ [ ]σέμ[ []λ̣λά· .[ [ ]ᾶισυ[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[]δ.[ []λ̣υ̣[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].α.[ []ν̣μεντ̣[ [ ].κάλ.[ 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]...[ []σ̣θε.[ [⸏ ] [ [ ]ν̣ο̣ημ̣[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[].απεδ[ [´̣].ηνεο[ [⸏ ] [ [ ]..ρ̣ις.[ [ ].ι̣φ[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]μ̣α̣.[ []ν̣ονθ[ [ ]π´̣.[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[ ].’[ [ ]δ[ []..ω[ [].ίᾱμ̣[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.]῀ισι.[ . . .</w:t>
      </w:r>
    </w:p>
    <w:p>
      <w:r>
        <w:rPr>
          <w:rFonts w:ascii="Courier New" w:hAnsi="Courier New"/>
          <w:color w:val="555555"/>
          <w:sz w:val="20"/>
        </w:rPr>
        <w:t>[15a]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]οσθ’[ [ ]αταισ̣[ [].ύχαι λι.[ 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[15b]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[]α̣μάκαι̣[ []ε̣υπλο.·[ [].ατοσκα[ [⸏]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[]βροτεκη[ []ν̣εμ̣[ []ε̣νοσκλ[ [⸏] Κύ]πρι κα[ί σ]ε πι[κροτ´̣.]α̣ν ἐπεύρ[οι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μη]δὲ καυχάσ[α]ι̣το τόδ’ ἐννέ[ποισα Δ]ω̣ρίχα τὸ δεύ[τ]ερον ὠς πόθε[ννον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ο]ἰ μὲν ἰππήων στρότον οἰ δὲ πέσδων οἰ δὲ νάων φαῖς’ ἐπ[ὶ] γᾶν μέλαι[ν]αν ἔ]μμεναι κάλλιστον, ἔγω δὲ κῆν’ ὄτ‐ [⸏]τω τις ἔραται·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πά]γχυ δ’ εὔμαρες σύνετον πόησαι π]άντι τ[ο]ῦ̣τ’, ἀ γὰρ πόλυ περσκέ̣θ̣ο̣ι̣σ̣α κ̣άλ̣λο̣ς̣ [ἀνθ]ρ̣ώπων Ἐλένα [τὸ]ν ἄνδρα [⸏]τ̣ὸν̣ [ ].στον κ̣αλλ[ίποι]ς̣’ ἔβα ’ς Τροΐαν πλέοι̣[σα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κωὐδ[ὲ πα]ῖδος οὐδὲ φίλων το[κ]ήων π̣ά[μπαν] ἐμνάσθη, ἀλλὰ παράγ̣α̣γ̣’ α̣ὔταν [⸏ ]σαν [ ]αμπτον γὰρ [ [ ]...κούφως τ[ ]οη.[.]ν̣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..]μ̣ε̣ νῦν Ἀνακτορί[ας ὀ]ν̣έ̣μναι‐ ⸏ς’ οὐ ] παρεοίσας, τᾶ]ς 〈κ〉ε βολλοίμαν ἔρατόν τε βᾶμα κἀμάρυχμα λάμπρον ἴδην προσώπω ἢ τὰ Λύδων ἄρματα †κανοπλοισι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[⸏ μ]άχεντας. [ ].μεν οὐ δύνατον γένεσθαι [ ].ν ἀνθρωπ[..₍.₎π]εδέχην δ’ ἄρασθαι [] ⸏[]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[] [] [] ⸏προσ[ ὠ̣σδ[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..].[ .].[.]ω̣λ̣.[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πλάσιον δη μ[ πότνι’ Ἠρα σὰ χ[ τὰν ἀράταν Ἀτ[ρέιδαι ⸏τοι βασίληες·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ἐκτελέσσαντες μ[ πρῶτα μὲν περι̣.[ τυίδ’ ἀπορμάθεν[τες ⸏οὐκ ἐδύναντο πρὶν σὲ καὶ Δί’ ἀντ[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Θυώνας ἰμε̣[ νῦν δὲ κ[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ἀ]μφι.[ ⸏[ ] [] .[.].νιλ[ ἔμμενα̣[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〈⸏〉[.?]ρ̣ἀπικε[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〈π〉άν κεδ[ 〈ἐ〉ννέπην [ γλῶσσα μ[ ⸏μυθολογη̣[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κἆνδρι .[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[⸏] []μενοισα[ []θ’ ἐν θύοισι[ [] ἔχοισαν ἔσλ[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[⸏] []ει δὲ βαισα[ []ὐ γὰρ ἴδμεν[ [ ]ιν ἔργων [⸏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]δ’ ὐπίσσω [ [ ]ἀπικυδ[ [ ]τοδ’ εἴπη[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]επι.ε̣σμα[ [ ]ε, γάνος δὲ και̣..[ [⸏ ] [ τ]ύχαι σὺν ἔσλαι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].ενος κρέτησαι [ ]ας μελαίνας [⸏ ] [ ]έλοισι ναῦται [ ] μ̣εγάλαις ἀήται[ς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]α κἀπὶ χέρσω [⸏ ] [´̣]μοθεν πλέοι.[ [ ]δετα φόρτι’ εἰκ[ [ ]νατιμ’ ἐπεὶ κ.[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[⸏ ] [ ]ρέοντι πόλλ̣..[ [ ]αιδέκα̣[ [ ]ει [⸏ 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]ι̣ν ἔργα [ ] χέρσω [ [ ].α [⸏ ] [ ´]..[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[⸏ ] [ ].επαβολησ̣[ [ ]α̣νδ’ ὄλοφυν [....]ε̣. [ ] τρομέροις π.[..]α̣λλα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[⸏ ] [ ] χρόα γῆρας ἤδη [ ]ν ἀμφιβάσκει [ ]ς πέταται διώκων [⸏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]τας ἀγαύας [ ]ε̣α, λάβοισα [ ] ἄεισον ἄμμι [⸏τὰν ἰόκολπον. ] []ρ̣ων μάλιστα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[]ας π[λ]άναται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]βλα.[ [ ]εργον, ..λ’α..[ [ ]ν ῤέθος δοκιμ̣[ [⸏ ]ησθαι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]ν̣ ἀυάδην χ.[ [ δ]ὲ μή, χείμων[ [ ].οισαναλγεα.[ [⸏ ]δε .].ε̣.[....].[...κ]έλομαι ς.[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..].γυλα.[...]α̣νθι λάβοισα.α.[ ..]κτιν, ἆς̣ σε δηὖτε πόθος τ̣.[ ⸏ἀμφιπόταται τὰν κάλαν· ἀ γὰρ κατάγωγις αὔτ̣α[ ἐπτόαις’ ἴδοισαν, ἔγω δὲ χαίρω,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γ̣ὰρ αὔτ̣α δήπο̣[τ’] ἐμεμφ[ ⸏Κ]υπρογεν[ηα ὠ̣ς ἄραμα̣[ι τοῦτο τῶ[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ἔρωτος ἠλ̣π̣[ [⸏ ] [ ]τιον εἰσίδωσ[ [ ] Ἐρμιόνα τεαυ[τα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ξάνθαι δ’ Ἐλέναι ς’ ἐίσ[κ]ην [⸏ ]κες [].ις θνάταις, τόδε δ’ ἴσ[θι,] τὰι σᾶι [] παίσαν κέ με τὰν μερίμναν []λ̣αις’ ἀντιδ[..]´[.]α̣θοις δὲ̣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[⸏ ] [ ]τας ὄχθοις [ ]ταιν [ παν]νυχίσ[δ]ην</w:t>
      </w:r>
    </w:p>
    <w:p>
      <w:r>
        <w:rPr>
          <w:rFonts w:ascii="Courier New" w:hAnsi="Courier New"/>
          <w:color w:val="555555"/>
          <w:sz w:val="20"/>
        </w:rPr>
        <w:t>[24a]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]ανάγα̣[ []εμνάσεσθ’ ἀ[ []μμες ἐν νεο[ [⸏]πόημμεν.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]εν γὰρ καὶ κα[ [ ]μεν, πόλι[ [ ]ο[.]είαις δ̣[ . . .</w:t>
      </w:r>
    </w:p>
    <w:p>
      <w:r>
        <w:rPr>
          <w:rFonts w:ascii="Courier New" w:hAnsi="Courier New"/>
          <w:color w:val="555555"/>
          <w:sz w:val="20"/>
        </w:rPr>
        <w:t>[24b]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]νθα[ [ ]ωομ[ [ ]ω̣· ν..[ [ ]εναντ[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]α̣πάππ[ [τ]όλμαν[ [ ]ανθρω[ []ονεχ[ []παισα̣[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[24c]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[].έδαφ[ []α̣ικατε[ [ ]ανέλο̣[ [ 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].[ ].αι [ λ]επτοφών[ [ ].εα̣.[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]γμε.[ [ ]προλιπ[ []νυᾶσεπ[ [⸏ ]βρα·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[ἐ]γλάθαν’ ἐσ̣[ [ ]ησμεθα̣[ []ν̣υνθαλα[ . . 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]θαμέω[ [ ὄ]ττινα[ς γὰρ εὖ θέω, κῆνοί με μά]λ̣ιστα πά[ντων [⸏ σίνοντα]ι̣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ἀλεμάτ[ [ ].γονωμ̣[ [ ].ι̣μ’ οὐ πρ[ [⸏ ]αι [ ] σέ, θέλω[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]τοπάθη[ [ ].αν, ἔγω δ’ ἔμ’ [αὔται [⸏ τοῦτο συ]νοίδα [ ].[.].τοισ[...].[ [ ]εναμ[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].[.].[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[]κ̣αιπ̣[ [ ].[.].[.]ν̣οσ[ [⸏ ]σι· ...].καὶ γὰρ .η σὺ πάις ποτ[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...]ι̣κ̣ης μέλπεσθ’ ἄγι ταῦτα[ ..] ζάλεξαι, κἄμμ’ ἀπὺ τωδεκ[ ⸏.]δρα χάρισσαι· σ]τείχομεν γὰρ ἐς γάμον· εὖ δε[ κα]ὶ σὺ τοῦτ’, ἀλλ’ ὄττι τάχιστα[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πα]ρ̣[θ]ένοις ἄπ[π]εμπε, θέοι[ [⸏ ]εν ἔχοιεν [ ] ὄδος̣ μ[έ]γαν εἰς Ὄλ[υμπον [ ἀ]νθρω[π ]αίκ.[ . . .</w:t>
      </w:r>
    </w:p>
    <w:p>
      <w:r>
        <w:rPr>
          <w:rFonts w:ascii="Courier New" w:hAnsi="Courier New"/>
          <w:color w:val="555555"/>
          <w:sz w:val="20"/>
        </w:rPr>
        <w:t>[28a]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[]ν̣[..].[ [ ].ιτασαδ[ [ ].ανοεισαι[ [ ]πο̣[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[28b]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[]ζ[.].[ []τες χθό[ [ ]σ̣θ’ ἐ[..]σι[ [].ασ[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]κ[ . . .</w:t>
      </w:r>
    </w:p>
    <w:p>
      <w:r>
        <w:rPr>
          <w:rFonts w:ascii="Courier New" w:hAnsi="Courier New"/>
          <w:color w:val="555555"/>
          <w:sz w:val="20"/>
        </w:rPr>
        <w:t>[28c]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[]...[ []πα[ []εξα[ [ ]νε[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].[</w:t>
      </w:r>
    </w:p>
    <w:p>
      <w:r>
        <w:rPr>
          <w:rFonts w:ascii="Courier New" w:hAnsi="Courier New"/>
          <w:color w:val="555555"/>
          <w:sz w:val="20"/>
        </w:rPr>
        <w:t>[29(1)]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]σ̣α̣[ [ ]τ̣αμ[ []α̣ῖ̣εντ̣[ [ ]δεσ̣[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]ι̣ον[ [ ]`[ . . .</w:t>
      </w:r>
    </w:p>
    <w:p>
      <w:r>
        <w:rPr>
          <w:rFonts w:ascii="Courier New" w:hAnsi="Courier New"/>
          <w:color w:val="555555"/>
          <w:sz w:val="20"/>
        </w:rPr>
        <w:t>[29(2)]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].ι̣ω̣ν[ []μ̣ετριακα̣[ [ ]α̣θυδου.[ [ ]α̣ν̣[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[]νθεμ̣[ [ ]ετικ[ [ ]ό̣λει̣[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[]τ̣έρ̣[ . . .</w:t>
      </w:r>
    </w:p>
    <w:p>
      <w:r>
        <w:rPr>
          <w:rFonts w:ascii="Courier New" w:hAnsi="Courier New"/>
          <w:color w:val="555555"/>
          <w:sz w:val="20"/>
        </w:rPr>
        <w:t>[29(4)]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]δ[ [].ακα[ []τ̣ισαι̣[ . . .</w:t>
      </w:r>
    </w:p>
    <w:p>
      <w:r>
        <w:rPr>
          <w:rFonts w:ascii="Courier New" w:hAnsi="Courier New"/>
          <w:color w:val="555555"/>
          <w:sz w:val="20"/>
        </w:rPr>
        <w:t>[29(5)]</w:t>
      </w:r>
    </w:p>
    <w:p>
      <w:r>
        <w:rPr>
          <w:rFonts w:ascii="Gentium Plus" w:hAnsi="Gentium Plus"/>
          <w:sz w:val="24"/>
        </w:rPr>
        <w:t>[ ] [ ]ανταμε̣[ [].ι̣ποτνια[ [ ]α̣ψατ[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]ο̣ν</w:t>
      </w:r>
    </w:p>
    <w:p>
      <w:r>
        <w:rPr>
          <w:rFonts w:ascii="Courier New" w:hAnsi="Courier New"/>
          <w:color w:val="555555"/>
          <w:sz w:val="20"/>
        </w:rPr>
        <w:t>[29(6a)]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]πεπλ[ [ ].ι̣[.]ορ̣μ̣οισ[.]τ̣ε̣[ [ ].[...].[.]ω̣ [ ].α[...].[..]α̣π̣οι̣[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].ω̣[....]τ̣[ [].ι̣γ̣ο̣[...]..[......].[ [ ]. [].[.]λμ̣[ ].[.].[ [ ]ν̣τε...γ̣.ι .[.].[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]δε· [ ]..[..].[ [ ].μ.[ . . .</w:t>
      </w:r>
    </w:p>
    <w:p>
      <w:r>
        <w:rPr>
          <w:rFonts w:ascii="Courier New" w:hAnsi="Courier New"/>
          <w:color w:val="555555"/>
          <w:sz w:val="20"/>
        </w:rPr>
        <w:t>[29(6b)]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‵].εο.[′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προ.[ .βρο̣[ αντ̣[ ⸏..[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[29(7)]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[]ων []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[]α̣ιρα []ο̣· []νον . . .</w:t>
      </w:r>
    </w:p>
    <w:p>
      <w:r>
        <w:rPr>
          <w:rFonts w:ascii="Courier New" w:hAnsi="Courier New"/>
          <w:color w:val="555555"/>
          <w:sz w:val="20"/>
        </w:rPr>
        <w:t>[29(8)]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[]δ̣έμαυ̣[ []νίψοι̣[ []ντ̣ι̣.[ []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[29(9)]</w:t>
      </w:r>
    </w:p>
    <w:p>
      <w:r>
        <w:rPr>
          <w:rFonts w:ascii="Gentium Plus" w:hAnsi="Gentium Plus"/>
          <w:sz w:val="24"/>
        </w:rPr>
        <w:t>[]προσ̣τετο̣[ [ ]τ̣ισιν·κα[ [ ].γο̣[ . . .</w:t>
      </w:r>
    </w:p>
    <w:p>
      <w:r>
        <w:rPr>
          <w:rFonts w:ascii="Courier New" w:hAnsi="Courier New"/>
          <w:color w:val="555555"/>
          <w:sz w:val="20"/>
        </w:rPr>
        <w:t>[29(10)]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]μαλι[ []ενπυρ[ []τ̣εμε[ . . .</w:t>
      </w:r>
    </w:p>
    <w:p>
      <w:r>
        <w:rPr>
          <w:rFonts w:ascii="Courier New" w:hAnsi="Courier New"/>
          <w:color w:val="555555"/>
          <w:sz w:val="20"/>
        </w:rPr>
        <w:t>[29(11)]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]δ̣α̣σ̣[ [ ] [ []λ̣θε [ []α̣ν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[29(12)]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[..].[ ο̣..[ ⸏κυπ[ τ̣ου[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φ̣[ . . .</w:t>
      </w:r>
    </w:p>
    <w:p>
      <w:r>
        <w:rPr>
          <w:rFonts w:ascii="Courier New" w:hAnsi="Courier New"/>
          <w:color w:val="555555"/>
          <w:sz w:val="20"/>
        </w:rPr>
        <w:t>[29(13)]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]ρα[ []αι [ [ ].[ . . .</w:t>
      </w:r>
    </w:p>
    <w:p>
      <w:r>
        <w:rPr>
          <w:rFonts w:ascii="Courier New" w:hAnsi="Courier New"/>
          <w:color w:val="555555"/>
          <w:sz w:val="20"/>
        </w:rPr>
        <w:t>[29(14)]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 []αταδ̣[ . . .</w:t>
      </w:r>
    </w:p>
    <w:p>
      <w:r>
        <w:rPr>
          <w:rFonts w:ascii="Courier New" w:hAnsi="Courier New"/>
          <w:color w:val="555555"/>
          <w:sz w:val="20"/>
        </w:rPr>
        <w:t>[29(15)]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[]νω[ [] [ . . .</w:t>
      </w:r>
    </w:p>
    <w:p>
      <w:r>
        <w:rPr>
          <w:rFonts w:ascii="Courier New" w:hAnsi="Courier New"/>
          <w:color w:val="555555"/>
          <w:sz w:val="20"/>
        </w:rPr>
        <w:t>[29(16)]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[]π̣εδ[ [ ]τι̣[ . . .</w:t>
      </w:r>
    </w:p>
    <w:p>
      <w:r>
        <w:rPr>
          <w:rFonts w:ascii="Courier New" w:hAnsi="Courier New"/>
          <w:color w:val="555555"/>
          <w:sz w:val="20"/>
        </w:rPr>
        <w:t>[29(17)]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]ν[ []τ̣ε.[ . . .</w:t>
      </w:r>
    </w:p>
    <w:p>
      <w:r>
        <w:rPr>
          <w:rFonts w:ascii="Courier New" w:hAnsi="Courier New"/>
          <w:color w:val="555555"/>
          <w:sz w:val="20"/>
        </w:rPr>
        <w:t>[29(18)]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]ον[ . . .</w:t>
      </w:r>
    </w:p>
    <w:p>
      <w:r>
        <w:rPr>
          <w:rFonts w:ascii="Courier New" w:hAnsi="Courier New"/>
          <w:color w:val="555555"/>
          <w:sz w:val="20"/>
        </w:rPr>
        <w:t>[29(19)]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].ν̣λ̣[</w:t>
      </w:r>
    </w:p>
    <w:p>
      <w:r>
        <w:rPr>
          <w:rFonts w:ascii="Courier New" w:hAnsi="Courier New"/>
          <w:color w:val="555555"/>
          <w:sz w:val="20"/>
        </w:rPr>
        <w:t>[29(20)]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[]’εδόνη[ []α̣πάμ̣[ []ρ̣ῆσμε̣.[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[´]δαιζαφ[ [ ]μ̣[ . . .</w:t>
      </w:r>
    </w:p>
    <w:p>
      <w:r>
        <w:rPr>
          <w:rFonts w:ascii="Courier New" w:hAnsi="Courier New"/>
          <w:color w:val="555555"/>
          <w:sz w:val="20"/>
        </w:rPr>
        <w:t>[29(21)]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[ ]δηντ̣[ [ ]νεσθ[ []ωνγεν[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]ος· [ [ ]ν[ . . .</w:t>
      </w:r>
    </w:p>
    <w:p>
      <w:r>
        <w:rPr>
          <w:rFonts w:ascii="Courier New" w:hAnsi="Courier New"/>
          <w:color w:val="555555"/>
          <w:sz w:val="20"/>
        </w:rPr>
        <w:t>[29(22)]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]..[ ]ν̣αισ̣υ̣[ ]ε̣γνωσι.[ ]ανδρασβ[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[29(23)]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 [ ]ιν̣ασδ[ ]ωτ̣[ . . .</w:t>
      </w:r>
    </w:p>
    <w:p>
      <w:r>
        <w:rPr>
          <w:rFonts w:ascii="Courier New" w:hAnsi="Courier New"/>
          <w:color w:val="555555"/>
          <w:sz w:val="20"/>
        </w:rPr>
        <w:t>[29(24)]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[ ].οισα̣[.]. [ [ ]υριννοι [ [ ].αυταν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[ [ ]ς’ εοισαν [ []λοισα [ [ ].[</w:t>
      </w:r>
    </w:p>
    <w:p>
      <w:r>
        <w:rPr>
          <w:rFonts w:ascii="Courier New" w:hAnsi="Courier New"/>
          <w:color w:val="555555"/>
          <w:sz w:val="20"/>
        </w:rPr>
        <w:t>[29(25a)]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].[ .]αιγ̣αρα̣[ ⸏ταυ̣τ̣’ .[ .πο̣...[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[]...η̣.[ .]μμε̣[ .]..[.]..[ . . .</w:t>
      </w:r>
    </w:p>
    <w:p>
      <w:r>
        <w:rPr>
          <w:rFonts w:ascii="Courier New" w:hAnsi="Courier New"/>
          <w:color w:val="555555"/>
          <w:sz w:val="20"/>
        </w:rPr>
        <w:t>[29(25b)]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⸏.[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].αι.[ . . .</w:t>
      </w:r>
    </w:p>
    <w:p>
      <w:r>
        <w:rPr>
          <w:rFonts w:ascii="Courier New" w:hAnsi="Courier New"/>
          <w:color w:val="555555"/>
          <w:sz w:val="20"/>
        </w:rPr>
        <w:t>[29(26)]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].ι̣ρ̣α.[ [].·χαρ[ []ε̣τοπλ̣η...[</w:t>
      </w:r>
    </w:p>
    <w:p>
      <w:r>
        <w:rPr>
          <w:rFonts w:ascii="Courier New" w:hAnsi="Courier New"/>
          <w:color w:val="555555"/>
          <w:sz w:val="20"/>
        </w:rPr>
        <w:t>[29(27)]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].λ.[ []ε̣ν·ο.[ [] [ 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[29(28)]</w:t>
      </w:r>
    </w:p>
    <w:p>
      <w:r>
        <w:rPr>
          <w:rFonts w:ascii="Gentium Plus" w:hAnsi="Gentium Plus"/>
          <w:sz w:val="24"/>
        </w:rPr>
        <w:t>[ ].εδ[ []ε̣κᾰα[ [ ]ν[.].π[ [ ]....[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[29(29)]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]ρ̣[ [ ]ν̣δημεν.[ [ ].αβασκο.[ []κ̣[.]ναλ[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].[.]..[.—</w:t>
      </w:r>
    </w:p>
    <w:p>
      <w:r>
        <w:rPr>
          <w:rFonts w:ascii="Courier New" w:hAnsi="Courier New"/>
          <w:color w:val="555555"/>
          <w:sz w:val="20"/>
        </w:rPr>
        <w:t>[29(30)]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.[ γη[ ‵·]′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σοι[ ουκ[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κυ[ ⸏χ̣ρ̣[ μ[ π.[ μ[</w:t>
      </w:r>
    </w:p>
    <w:p>
      <w:r>
        <w:rPr>
          <w:rFonts w:ascii="Courier New" w:hAnsi="Courier New"/>
          <w:color w:val="555555"/>
          <w:sz w:val="20"/>
        </w:rPr>
        <w:t>[29(31)]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 [ [] [ [] [ []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⸏ετ̣[ [ ]..[ . . .</w:t>
      </w:r>
    </w:p>
    <w:p>
      <w:r>
        <w:rPr>
          <w:rFonts w:ascii="Courier New" w:hAnsi="Courier New"/>
          <w:color w:val="555555"/>
          <w:sz w:val="20"/>
        </w:rPr>
        <w:t>[29(32)]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].λ[ [ ]δ̣ύ πο[ [] π..[ . . .</w:t>
      </w:r>
    </w:p>
    <w:p>
      <w:r>
        <w:rPr>
          <w:rFonts w:ascii="Courier New" w:hAnsi="Courier New"/>
          <w:color w:val="555555"/>
          <w:sz w:val="20"/>
        </w:rPr>
        <w:t>[29(33)]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[] ικα[ . . .</w:t>
      </w:r>
    </w:p>
    <w:p>
      <w:r>
        <w:rPr>
          <w:rFonts w:ascii="Courier New" w:hAnsi="Courier New"/>
          <w:color w:val="555555"/>
          <w:sz w:val="20"/>
        </w:rPr>
        <w:t>[29(34)]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[].[ []σ̣υδ̣[ [] [ [ ]αι[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[]ν̣αν̣δ̣[ [].[ ][ . . .</w:t>
      </w:r>
    </w:p>
    <w:p>
      <w:r>
        <w:rPr>
          <w:rFonts w:ascii="Courier New" w:hAnsi="Courier New"/>
          <w:color w:val="555555"/>
          <w:sz w:val="20"/>
        </w:rPr>
        <w:t>[29(35)]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]αι[ [ ]αιγο̣[ [ ]σα.[ []ε̣λα[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⸏νύκτ[...].[ πάρθενοι δ[ παννυχισδο.[.]α̣.[ σὰν ἀείδοι.ν φ[ιλότατα καὶ νύμ‐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⸏φας ἰοκόλπω. ἀλλ’ ἐγέρθε̣ι̣ς, ἠϊθ[ε στεῖχε σοὶς ὐμάλικ̣[ας ἤπερ ὄσσον ἀ λιγ̣ύφω̣[νος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φαίνεταί μοι κῆνος ἴσος θέοισιν ἔμμεν’ ὤνηρ, ὄττις ἐνάντιός τοι ἰσδάνει καὶ πλάσιον ἆδυ φωνεί‐ σας ὐπακούει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γελαίσας ἰμέροεν, τό μ’ ἦ μὰν καρδίαν ἐν στήθεσιν ἐπτόαισεν, ὠς γὰρ ἔς ς’ ἴδω βρόχε’ ὤς με φώναι‐ ς’ οὐδ’ ἒν ἔτ’ εἴκει, ἀλλ’ ἄκαν μὲν γλῶσσα †ἔαγε λέπτον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δ’ αὔτικα χρῶι πῦρ ὐπαδεδρόμηκεν, ὀππάτεσσι δ’ οὐδ’ ἒν ὄρημμ’, ἐπιρρόμ‐ βεισι δ’ ἄκουαι, †έκαδε μ’ ἴδρως ψῦχρος κακχέεται† τρόμος δὲ παῖσαν ἄγρει, χλωροτέρα δὲ ποίας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ἔμμι, τεθνάκην δ’ ὀλίγω ’πιδεύης φαίνομ’ ἔμ’ αὔται·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αἴ με τιμίαν ἐπόησαν ἔργα τὰ σφὰ δοῖσαι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αἴθ’ ἔγω, χρυσοστέφαν’ Ἀφρόδιτα, τόνδε τὸν πάλον λαχοίην</w:t>
      </w:r>
    </w:p>
    <w:p>
      <w:r>
        <w:rPr>
          <w:rFonts w:ascii="Courier New" w:hAnsi="Courier New"/>
          <w:color w:val="555555"/>
          <w:sz w:val="20"/>
        </w:rPr>
        <w:t>[34]</w:t>
      </w:r>
    </w:p>
    <w:p>
      <w:r>
        <w:rPr>
          <w:rFonts w:ascii="Gentium Plus" w:hAnsi="Gentium Plus"/>
          <w:sz w:val="24"/>
        </w:rPr>
        <w:t>ἄστερες μὲν ἀμφὶ κάλαν σελάνναν ἂψ ἀπυκρύπτοισι φάεννον εἶδος, ὄπποτα πλήθοισα μάλιστα λάμπηι γᾶν ...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ἀργυρία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ἤ σε Κύπρος καὶ Πάφος ἢ Πάνορμος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καὶ ποθήω καὶ μάομαι ...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... κὰτ ἔμον στάλαχμον ...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τὸν δ’ ἐπιπλάζοντ’ ἄνεμοι φέροιεν καὶ μελέδωναι.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ὄπταις ἄμμε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... πόδας δὲ ποίκιλος μάσλης ἐκάλυπτε, Λύδι‐ ον κάλον ἔργον.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σοὶ δ’ ἔγω λεύκας †επιδωμον† αἶγος</w:t>
      </w:r>
    </w:p>
    <w:p>
      <w:r>
        <w:rPr>
          <w:rFonts w:ascii="Courier New" w:hAnsi="Courier New"/>
          <w:color w:val="555555"/>
          <w:sz w:val="20"/>
        </w:rPr>
        <w:t>[41]</w:t>
      </w:r>
    </w:p>
    <w:p>
      <w:r>
        <w:rPr>
          <w:rFonts w:ascii="Gentium Plus" w:hAnsi="Gentium Plus"/>
          <w:sz w:val="24"/>
        </w:rPr>
        <w:t>ταὶς κάλαισιν ὔμμι νόημμα τὦμον οὐ διάμειπτον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ταῖσι ... ψῦχρος μὲν ἔγεντ’ ὀ θῦμος πὰρ δ’ ἴεισι τὰ πτέρα</w:t>
      </w:r>
    </w:p>
    <w:p>
      <w:r>
        <w:rPr>
          <w:rFonts w:ascii="Courier New" w:hAnsi="Courier New"/>
          <w:color w:val="555555"/>
          <w:sz w:val="20"/>
        </w:rPr>
        <w:t>[t43-52]</w:t>
      </w:r>
    </w:p>
    <w:p>
      <w:r>
        <w:rPr>
          <w:rFonts w:ascii="Gentium Plus" w:hAnsi="Gentium Plus"/>
          <w:sz w:val="24"/>
        </w:rPr>
        <w:t>ΣΑΠΦΟΥΣ ΜΕΛΩΝ Β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[⸏ ]α̣ι̣· [ ] [⸏ ]λ̣ετ̣αι̣ [ ]⟦κ⟧αλος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[⸏ ]. ἄκαλα κλόνει [ ] κάματος φρένα [⸏ ]ε̣ κ̣ατισδάνε[ι] [ ] ἀλλ’ ἄγιτ’, ὦ φίλαι,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[ ] [ ]. [ ] [ 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Κυπρο̣.[ c. xxii litt. ]ας̣· κάρυξ ἦλθε̣ θε̣[ c. x litt. ]ελε̣[...].θεις Ἴδαος ταδεκα...φ[..].ις τάχυς ἄγγελος</w:t>
      </w:r>
    </w:p>
    <w:p>
      <w:r>
        <w:rPr>
          <w:rFonts w:ascii="Courier New" w:hAnsi="Courier New"/>
          <w:color w:val="555555"/>
          <w:sz w:val="20"/>
        </w:rPr>
        <w:t>[3a]</w:t>
      </w:r>
    </w:p>
    <w:p>
      <w:r>
        <w:rPr>
          <w:rFonts w:ascii="Gentium Plus" w:hAnsi="Gentium Plus"/>
          <w:sz w:val="24"/>
        </w:rPr>
        <w:t>〈〉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τάς τ’ ἄλλας Ἀσίας .[.]δε.αν κλέος ἄφθιτον·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Ἔκτωρ καὶ συνέταιρ̣[ο]ι ἄγ̣οι̣ς’ ἐλικώπιδα Θήβας ἐξ ἰέρας Πλακίας τ’ ἀ.[..]–¨νάω ἄβραν Ἀνδρομάχαν ἐνὶ ναῦσιν ἐπ’ ἄλμυρον πόντον· πόλλα δ’ [ἐλί]γματα χρύσια κἄμματα πορφύρ[α] καταύτ[..]να, ποί̣κ̣ι̣λ’ ἀθύρματα,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ἀργύρα̣ τ̣’ ἀνά̣ρ[ι]θ̣μα [ποτή]ρ[ια] κἀλέφαις. ὢς εἶπ’· ὀτραλέως δ’ ἀνόρουσε πάτ[η]ρ̣ φίλος· φάμα δ’ ἦλθε κατὰ πτ̣όλιν εὐρύχο̣ρ̣ο̣ν φίλοις. αὔτικ’ Ἰλίαδαι σατίναι[ς] ὐπ’ ἐυτρόχοις ἆγον αἰμιόνοις, ἐ̣π̣[έ]βαινε δὲ παῖς ὄχλος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γυναίκων τ’ ἄμα παρθενίκα[ν] τ..[..].σφύρων, χῶρις δ’ αὖ Περάμοιο θυγ[α]τρεσ[ ἴππ[οις] δ’ ἄνδρες ὔπαγον ὐπ’ ἀρ̣[ματ π[ ]ες ἠίθ̣εοι, μεγάλω[σ]τι δ̣[ δ[ ]. ἀνίοχοι φ[.....].[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π̣[ ´]ξα.ο[ 〈 desunt aliquot versus 〉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[ἴ]κελοι θέοι[ς [] ἄγνον ἀολ[λε‐ ⸤ὄ̣ρ̣ματ̣α̣ι̣⸥[]νον ἐς Ἴλιο[ν ⸤αὖλος δ’ ἀδυ[μ]έλησ̣⸥[ ]τ’ ὀνεμίγνυ[το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⸤καὶ ψ[ό]φο[ς κ]ροτάλ⸥[ων ]ως δ’ ἄρα πάρ[θενοι ⸤ἄειδον μέλος ἄγν̣⸥[ον ἴκα]νε δ’ ἐς α̣ἴ̣θ̣[ερα ⸤ἄχω θεσπεσία̣ γελ̣⸥[ ⸤πάνται δ’ ἦς κὰτ ὄδο⸥[ ⸤κράτηρες φίαλαί τ’ ὀ⸥[...]υεδε[..]..εακ[.].[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⸤μύρρα καὶ κασία λίβ⸥ανός τ’ ὀνεμείχνυτο ⸤γύναικες δ’ ἐλέλυσδο⸥ν ὄσαι προγενέστερα[ι ⸤πάντες δ’ ἄνδρες ἐπ⸥ήρατον ἴαχον ὄρθιον ⸤Πάον’ ὀνκαλέοντεσ⸥ ἐκάβολον εὐλύραν,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Σαπφο[ῦς μελῶν β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ἆς θέλετ’ ὔμμες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ἔγω δ’ ἐπὶ μολθάκαν τύλαν κασπολέω †μέλεα· κἂν μὲν τε τύλαγκας ἀσπόλεα·†</w:t>
      </w:r>
    </w:p>
    <w:p>
      <w:r>
        <w:rPr>
          <w:rFonts w:ascii="Courier New" w:hAnsi="Courier New"/>
          <w:color w:val="555555"/>
          <w:sz w:val="20"/>
        </w:rPr>
        <w:t>[47]</w:t>
      </w:r>
    </w:p>
    <w:p>
      <w:r>
        <w:rPr>
          <w:rFonts w:ascii="Gentium Plus" w:hAnsi="Gentium Plus"/>
          <w:sz w:val="24"/>
        </w:rPr>
        <w:t>Ἔρος δ’ ἐτίναξέ μοι φρένας, ὠς ἄνεμος κὰτ ὄρος δρύσιν ἐμπέτων.</w:t>
      </w:r>
    </w:p>
    <w:p>
      <w:r>
        <w:rPr>
          <w:rFonts w:ascii="Courier New" w:hAnsi="Courier New"/>
          <w:color w:val="555555"/>
          <w:sz w:val="20"/>
        </w:rPr>
        <w:t>[48]</w:t>
      </w:r>
    </w:p>
    <w:p>
      <w:r>
        <w:rPr>
          <w:rFonts w:ascii="Gentium Plus" w:hAnsi="Gentium Plus"/>
          <w:sz w:val="24"/>
        </w:rPr>
        <w:t>ἦλθες, †καὶ† ἐπόησας, ἔγω δέ ς’ ἐμαιόμαν, ὂν δ’ ἔψυξας ἔμαν φρένα καιομέναν πόθωι.</w:t>
      </w:r>
    </w:p>
    <w:p>
      <w:r>
        <w:rPr>
          <w:rFonts w:ascii="Courier New" w:hAnsi="Courier New"/>
          <w:color w:val="555555"/>
          <w:sz w:val="20"/>
        </w:rPr>
        <w:t>[49]</w:t>
      </w:r>
    </w:p>
    <w:p>
      <w:r>
        <w:rPr>
          <w:rFonts w:ascii="Gentium Plus" w:hAnsi="Gentium Plus"/>
          <w:sz w:val="24"/>
        </w:rPr>
        <w:t>ἠράμαν μὲν ἔγω σέθεν, Ἄτθι, πάλαι ποτά ....</w:t>
      </w:r>
    </w:p>
    <w:p>
      <w:r>
        <w:rPr>
          <w:rFonts w:ascii="Courier New" w:hAnsi="Courier New"/>
          <w:color w:val="555555"/>
          <w:sz w:val="20"/>
        </w:rPr>
        <w:t>[50]</w:t>
      </w:r>
    </w:p>
    <w:p>
      <w:r>
        <w:rPr>
          <w:rFonts w:ascii="Gentium Plus" w:hAnsi="Gentium Plus"/>
          <w:sz w:val="24"/>
        </w:rPr>
        <w:t>ὀ μὲν γὰρ κάλος ὄσσον ἴδην πέλεται 〈κάλοσ〉, ὀ δὲ κἄγαθος αὔτικα καὶ κάλος ἔσσεται.</w:t>
      </w:r>
    </w:p>
    <w:p>
      <w:r>
        <w:rPr>
          <w:rFonts w:ascii="Courier New" w:hAnsi="Courier New"/>
          <w:color w:val="555555"/>
          <w:sz w:val="20"/>
        </w:rPr>
        <w:t>[51]</w:t>
      </w:r>
    </w:p>
    <w:p>
      <w:r>
        <w:rPr>
          <w:rFonts w:ascii="Gentium Plus" w:hAnsi="Gentium Plus"/>
          <w:sz w:val="24"/>
        </w:rPr>
        <w:t>οὐκ οἶδ’ ὄττι θέω· δίχα μοι τὰ νοήμματα</w:t>
      </w:r>
    </w:p>
    <w:p>
      <w:r>
        <w:rPr>
          <w:rFonts w:ascii="Courier New" w:hAnsi="Courier New"/>
          <w:color w:val="555555"/>
          <w:sz w:val="20"/>
        </w:rPr>
        <w:t>[52]</w:t>
      </w:r>
    </w:p>
    <w:p>
      <w:r>
        <w:rPr>
          <w:rFonts w:ascii="Gentium Plus" w:hAnsi="Gentium Plus"/>
          <w:sz w:val="24"/>
        </w:rPr>
        <w:t>ψαύην δ’ οὐ δοκίμωμ’ ὀράνω †δυσπαχέα†</w:t>
      </w:r>
    </w:p>
    <w:p>
      <w:r>
        <w:rPr>
          <w:rFonts w:ascii="Courier New" w:hAnsi="Courier New"/>
          <w:color w:val="555555"/>
          <w:sz w:val="20"/>
        </w:rPr>
        <w:t>[t53-57]</w:t>
      </w:r>
    </w:p>
    <w:p>
      <w:r>
        <w:rPr>
          <w:rFonts w:ascii="Gentium Plus" w:hAnsi="Gentium Plus"/>
          <w:sz w:val="24"/>
        </w:rPr>
        <w:t>ΣΑΠΦΟΥΣ ΜΕΛΩΝ Γ</w:t>
      </w:r>
    </w:p>
    <w:p>
      <w:r>
        <w:rPr>
          <w:rFonts w:ascii="Courier New" w:hAnsi="Courier New"/>
          <w:color w:val="555555"/>
          <w:sz w:val="20"/>
        </w:rPr>
        <w:t>[53]</w:t>
      </w:r>
    </w:p>
    <w:p>
      <w:r>
        <w:rPr>
          <w:rFonts w:ascii="Gentium Plus" w:hAnsi="Gentium Plus"/>
          <w:sz w:val="24"/>
        </w:rPr>
        <w:t>βροδοπάχεες ἄγναι Χάριτες δεῦτε Δίος κόραι</w:t>
      </w:r>
    </w:p>
    <w:p>
      <w:r>
        <w:rPr>
          <w:rFonts w:ascii="Courier New" w:hAnsi="Courier New"/>
          <w:color w:val="555555"/>
          <w:sz w:val="20"/>
        </w:rPr>
        <w:t>[54]</w:t>
      </w:r>
    </w:p>
    <w:p>
      <w:r>
        <w:rPr>
          <w:rFonts w:ascii="Gentium Plus" w:hAnsi="Gentium Plus"/>
          <w:sz w:val="24"/>
        </w:rPr>
        <w:t>ἔλθοντ’ ἐξ ὀράνω πορφυρίαν περθέμενον χλάμυν ...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κατθάνοισα δὲ κείσηι οὐδέ ποτα μναμοσύνα σέθεν ἔσσετ’ οὐδὲ †ποκ’†ὔστερον· οὐ γὰρ πεδέχηις βρόδων τὼν ἐκ Πιερίας· ἀλλ’ ἀφάνης κἀν Ἀίδα δόμωι φοιτάσηις πεδ’ ἀμαύρων νεκύων ἐκπεποταμένα.</w:t>
      </w:r>
    </w:p>
    <w:p>
      <w:r>
        <w:rPr>
          <w:rFonts w:ascii="Courier New" w:hAnsi="Courier New"/>
          <w:color w:val="555555"/>
          <w:sz w:val="20"/>
        </w:rPr>
        <w:t>[56]</w:t>
      </w:r>
    </w:p>
    <w:p>
      <w:r>
        <w:rPr>
          <w:rFonts w:ascii="Gentium Plus" w:hAnsi="Gentium Plus"/>
          <w:sz w:val="24"/>
        </w:rPr>
        <w:t>οὐδ’ ἴαν δοκίμωμι προσίδοισαν φάος ἀλίω ἔσσεσθαι σοφίαν πάρθενον εἰς οὐδένα πω χρόνον τεαύταν</w:t>
      </w:r>
    </w:p>
    <w:p>
      <w:r>
        <w:rPr>
          <w:rFonts w:ascii="Courier New" w:hAnsi="Courier New"/>
          <w:color w:val="555555"/>
          <w:sz w:val="20"/>
        </w:rPr>
        <w:t>[57]</w:t>
      </w:r>
    </w:p>
    <w:p>
      <w:r>
        <w:rPr>
          <w:rFonts w:ascii="Gentium Plus" w:hAnsi="Gentium Plus"/>
          <w:sz w:val="24"/>
        </w:rPr>
        <w:t>τίς δ’ ἀγροΐωτις θέλγει νόον ..... ἀγροΐωτιν ἐπεμμένα σπόλαν .....</w:t>
      </w:r>
    </w:p>
    <w:p>
      <w:r>
        <w:rPr>
          <w:rFonts w:ascii="Courier New" w:hAnsi="Courier New"/>
          <w:color w:val="555555"/>
          <w:sz w:val="20"/>
        </w:rPr>
        <w:t>[t58-91]</w:t>
      </w:r>
    </w:p>
    <w:p>
      <w:r>
        <w:rPr>
          <w:rFonts w:ascii="Gentium Plus" w:hAnsi="Gentium Plus"/>
          <w:sz w:val="24"/>
        </w:rPr>
        <w:t>ΣΑΠΦΟΥΣ ΜΕΛΩΝ Δ?</w:t>
      </w:r>
    </w:p>
    <w:p>
      <w:r>
        <w:rPr>
          <w:rFonts w:ascii="Courier New" w:hAnsi="Courier New"/>
          <w:color w:val="555555"/>
          <w:sz w:val="20"/>
        </w:rPr>
        <w:t>[58]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[].[ [⸏].δα[ [] [⸏].α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[]ύ̣γοισα̣[ ] [⸏].[..]..[ ]ι̣δάχθην [ ]χ̣υ θ[´̣]ο̣ι̣[.]αλλ[.......]ύταν [⸏ ].χθο.[.]ατί.[.....]εισα []μένα ταν[....ώ]νυμόν σε̣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[⸏ ]νι θῆται στ[ύ]μα[τι] πρό̣κοψιν []πων κάλα δῶρα παῖδες [⸏.]φιλάοιδον λιγύραν χελύνναν []ντα χρόα γῆρας ἤδη [⸏]ντο τρίχες ἐκ μελαίναν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[]α̣ι, γόνα δ’ [ο]ὐ φέροισι [⸏]ησθ’ ἴσα νεβρίοισιν [ἀ]λ̣λὰ τί κεν ποείην; [⸏] οὐ δύνατον γένεσθαι [] βροδόπαχυν Αὔων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[⸏ἔσ]χατα γᾶς φέροισα[ []ο̣ν ὔμως ἔμαρψε[ [⸏]άταν ἄκοιτιν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ἔγω δὲ φίλημμ’ ἀβροσύναν, ] τοῦτο καί μοι</w:t>
      </w:r>
    </w:p>
    <w:p>
      <w:r>
        <w:rPr>
          <w:rFonts w:ascii="Courier New" w:hAnsi="Courier New"/>
          <w:color w:val="555555"/>
          <w:sz w:val="20"/>
        </w:rPr>
        <w:t>[59]</w:t>
      </w:r>
    </w:p>
    <w:p>
      <w:r>
        <w:rPr>
          <w:rFonts w:ascii="Gentium Plus" w:hAnsi="Gentium Plus"/>
          <w:sz w:val="24"/>
        </w:rPr>
        <w:t>]ἐπιν[].[...]ν̣ό.[ ⸏]φίλει.[. . . ]καιν[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[ ]τύχοισα [ ] θέλ’ ὦν τ’ †απαίσαν [ ].εσον νόημμα [ ]έτων κάλημ〈μ〉ι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πεδὰ θῦμον αἶψα [ ὄ]σ̣σα τύχην θελήση[ις [ ]ρ ἔμοι μάχεσθα[ι [χ]λιδάναι πίθεισα[ [ ]ι, σὺ δ’ εὖ γὰρ οἶσθα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]έτει τα[.].λε.. [ ]κλ̣ασ[</w:t>
      </w:r>
    </w:p>
    <w:p>
      <w:r>
        <w:rPr>
          <w:rFonts w:ascii="Courier New" w:hAnsi="Courier New"/>
          <w:color w:val="555555"/>
          <w:sz w:val="20"/>
        </w:rPr>
        <w:t>[61]</w:t>
      </w:r>
    </w:p>
    <w:p>
      <w:r>
        <w:rPr>
          <w:rFonts w:ascii="Gentium Plus" w:hAnsi="Gentium Plus"/>
          <w:sz w:val="24"/>
        </w:rPr>
        <w:t>⸏.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ἔγεντ̣.[</w:t>
      </w:r>
    </w:p>
    <w:p>
      <w:r>
        <w:rPr>
          <w:rFonts w:ascii="Courier New" w:hAnsi="Courier New"/>
          <w:color w:val="555555"/>
          <w:sz w:val="20"/>
        </w:rPr>
        <w:t>[62]</w:t>
      </w:r>
    </w:p>
    <w:p>
      <w:r>
        <w:rPr>
          <w:rFonts w:ascii="Gentium Plus" w:hAnsi="Gentium Plus"/>
          <w:sz w:val="24"/>
        </w:rPr>
        <w:t>ἐπτάξατε̣[ ⸏δάφνας ὄτα̣[ πὰν δ’ ἄδιον[ ⸏ἢ κῆνον ἐλο[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ταῖσι μὲν ἀ̣[ ⸏ὀδοίπορος ἄν[....]..[ μύγις δέ ποτ’ εἰσάιον· ἐκλ̣[ ⸏ψύχα δ’ ἀγαπάτασυ.[´̣ τέαυτα δὲ νῦν ἔμμ̣[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⸏ἴκεσθ’ ἀγανα[ ἔφθατε· κάλαν[</w:t>
      </w:r>
    </w:p>
    <w:p>
      <w:r>
        <w:rPr>
          <w:rFonts w:ascii="Courier New" w:hAnsi="Courier New"/>
          <w:color w:val="555555"/>
          <w:sz w:val="20"/>
        </w:rPr>
        <w:t>[63]</w:t>
      </w:r>
    </w:p>
    <w:p>
      <w:r>
        <w:rPr>
          <w:rFonts w:ascii="Gentium Plus" w:hAnsi="Gentium Plus"/>
          <w:sz w:val="24"/>
        </w:rPr>
        <w:t>Ὄνοιρε μελαινα[ ⸏φ[ο]ίταις ὄτα τ’ ὔπνος [ γλύκυς̣ θ̣[έ]ο̣ς, ἦ δεῖν’ ὀνίας μ[ ⸏ζὰ χῶρις ἔχην τὰν δυναμ[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ἔλπις δέ μ’ ἔχει μὴ πεδέχη[ν [⸏]μηδὲν μακάρων ἐλ̣[ ο̣ὐ̣ γάρ κ’ ἔον οὔτω[.´̣ ⸏ἀθύρματα κα.[ γένοιτο δέ μοι[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⸏τοὶς πάντα[</w:t>
      </w:r>
    </w:p>
    <w:p>
      <w:r>
        <w:rPr>
          <w:rFonts w:ascii="Courier New" w:hAnsi="Courier New"/>
          <w:color w:val="555555"/>
          <w:sz w:val="20"/>
        </w:rPr>
        <w:t>[64a]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]λ̣ακ̣[ [ ] [ ]νί.[ [α]λίκεσ̣σι[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[ ]παίδων[ [ ]δηο̣ν [ ] 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]θεντ[ [ ].θέοισ̣[ [ ]ν αἰσχρ[ [ ] [ ]α μοῖ[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]τετι[ . . .</w:t>
      </w:r>
    </w:p>
    <w:p>
      <w:r>
        <w:rPr>
          <w:rFonts w:ascii="Courier New" w:hAnsi="Courier New"/>
          <w:color w:val="555555"/>
          <w:sz w:val="20"/>
        </w:rPr>
        <w:t>[64b]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[].α[ []αίγα[ [ ].δο.[ [ ]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⸏.....]...α[ .....]ρομε[ ⸏.....].ελασ̣[ .ροτ̣ήννεμε[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[⸏]Ψάπφοι, σεφίλ[ Κύπρωι̣ β̣[α]σίλ[ [⸏]κ̣αίτοι μέγα δ.[ ὄ]σσοις φαέθων̣ [ ⸏πάνται κλέος 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καί ς’ ἐνν Ἀχέρ[οντ [⸏]..[......]ν̣π̣[ . . .</w:t>
      </w:r>
    </w:p>
    <w:p>
      <w:r>
        <w:rPr>
          <w:rFonts w:ascii="Courier New" w:hAnsi="Courier New"/>
          <w:color w:val="555555"/>
          <w:sz w:val="20"/>
        </w:rPr>
        <w:t>[66a]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⸏ζ̣αταν̣[ ἄμ’ ἐξα[ ⸏.]α[ . . .</w:t>
      </w:r>
    </w:p>
    <w:p>
      <w:r>
        <w:rPr>
          <w:rFonts w:ascii="Courier New" w:hAnsi="Courier New"/>
          <w:color w:val="555555"/>
          <w:sz w:val="20"/>
        </w:rPr>
        <w:t>[66b]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[]μο[ [.]οργι[ []σ̣πίο[ 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[66c]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[]μνα [ [].κατ̣εγ̣[ [ ]κ̣εκ[</w:t>
      </w:r>
    </w:p>
    <w:p>
      <w:r>
        <w:rPr>
          <w:rFonts w:ascii="Courier New" w:hAnsi="Courier New"/>
          <w:color w:val="555555"/>
          <w:sz w:val="20"/>
        </w:rPr>
        <w:t>[67a]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..]ων μα.[ [⸏]κ]αὶ τοῦτ’ ἐπικε.[ δ]αίμων ὀλοφ.[ [⸏]οὐ μὰν ἐφίλησ̣[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⸏νῦν δ’ ἔννεκα[ τὸ δ’ αἴτιον οὐτ[ ⸏ο̣ὐδὲν πόλυ[.].[ .]υδ’ [῎̣ . . .</w:t>
      </w:r>
    </w:p>
    <w:p>
      <w:r>
        <w:rPr>
          <w:rFonts w:ascii="Courier New" w:hAnsi="Courier New"/>
          <w:color w:val="555555"/>
          <w:sz w:val="20"/>
        </w:rPr>
        <w:t>[67b]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].ουδε[ [ ]τ̣αυτα.[ []λαισιμ[ [ ]πλήον.[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]’ ἀμφ[ [ ].σθεο.[</w:t>
      </w:r>
    </w:p>
    <w:p>
      <w:r>
        <w:rPr>
          <w:rFonts w:ascii="Courier New" w:hAnsi="Courier New"/>
          <w:color w:val="555555"/>
          <w:sz w:val="20"/>
        </w:rPr>
        <w:t>[68a]</w:t>
      </w:r>
    </w:p>
    <w:p>
      <w:r>
        <w:rPr>
          <w:rFonts w:ascii="Gentium Plus" w:hAnsi="Gentium Plus"/>
          <w:sz w:val="24"/>
        </w:rPr>
        <w:t>[ ]ι̣ γάρ μ’ ἀπὺ τὰς ἐ.[ [ ὔ]μως δ’ ἔγεν[το [ ] ἴσαν θέοισιν [ ]ασαν ἀλίτρα[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Ἀν]δρομέδαν[.].αξ[ [ ]αρ[...].α..κ.[.]α [ ]ε̣ον δὲ τρόπον α[.].ύνη[ [ ]κ̣ορο̣ν οὐκατις.ε.[ []κ̣α[.....].Τυνδαρίδαι[ς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[]ασυ[.]...κα[.] χαρίεντ’ ἀ.[ [ ]κ’ ἄδολον [μ]ηκέτι συν[ [ ]μεγαρα.[..]ν̣α[...]α‧β‧ ‧κη‧[ . . .</w:t>
      </w:r>
    </w:p>
    <w:p>
      <w:r>
        <w:rPr>
          <w:rFonts w:ascii="Courier New" w:hAnsi="Courier New"/>
          <w:color w:val="555555"/>
          <w:sz w:val="20"/>
        </w:rPr>
        <w:t>[68b]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]....φ[ [ ].[.]’ θύρα.[ []μ̣οι χάλε.[ [ ]δεκύ[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].οπάλην ὄλ̣[ [ ]ε[</w:t>
      </w:r>
    </w:p>
    <w:p>
      <w:r>
        <w:rPr>
          <w:rFonts w:ascii="Courier New" w:hAnsi="Courier New"/>
          <w:color w:val="555555"/>
          <w:sz w:val="20"/>
        </w:rPr>
        <w:t>[69]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[]ε..[.]τ̣εγαμ[ []ας ἀλίτρα[ [ ]έτ’ αὐ[ . . .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]α̣μ.λ.[ [ ]ναμ[ [ ]ν̣ δ’ εἶμ’ ε[ [ ]ρ̣σομέν[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]λικ’ ὐπα[ [ ]...[.]βα[ [ ]ς̣ γ̣ὰρ ἐ̣παυ[ [] μάν κ’ ἀπυ̣θ̣υσ̣[ [ ]αρμονίας δ̣[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[]αθην χόρον, ἄα[ [ ]δ̣ε λίγηα.[ [ ]ατόν σφι̣[ [ ]παντεσσι[ [ ]επ[.].[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[71]</w:t>
      </w:r>
    </w:p>
    <w:p>
      <w:r>
        <w:rPr>
          <w:rFonts w:ascii="Gentium Plus" w:hAnsi="Gentium Plus"/>
          <w:sz w:val="24"/>
        </w:rPr>
        <w:t>[ ]μισσε Μίκα [ ]ελα[....]λά ς’ ἔγωὐκ ἐάσω []ν̣ φιλότ[ατ’] ἤλεο Πενθιλήαν̣[ [ ]δα κα̣[κό]τροπ’, ἄμμα[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μέλ̣[ος] τι γλύκερον .[ [ ]α μελλιχόφων[ [ ]δει, λίγυραι δ’ ἄη[ [ ] δροσ[ό]εσσα[ . . .</w:t>
      </w:r>
    </w:p>
    <w:p>
      <w:r>
        <w:rPr>
          <w:rFonts w:ascii="Courier New" w:hAnsi="Courier New"/>
          <w:color w:val="555555"/>
          <w:sz w:val="20"/>
        </w:rPr>
        <w:t>[72]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[]ανό̣ρ̣[ []αμμε̣[ []νπε[ []λην[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[]τες· τ̣[ [].ωνω[ [ ]μώ[ [ ].[</w:t>
      </w:r>
    </w:p>
    <w:p>
      <w:r>
        <w:rPr>
          <w:rFonts w:ascii="Courier New" w:hAnsi="Courier New"/>
          <w:color w:val="555555"/>
          <w:sz w:val="20"/>
        </w:rPr>
        <w:t>[73a]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]ν̣β.[.].[.]υ̣ [ ]α [ ]αν Ἀφροδι[τα [ ἀ]δύλογοι δ’ ἐρ[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]β̣αλλοι [ ]ις̣ ἔχοισα [ ].έ̣να θαασ[ς [ ]άλλει []ας ἐέρσασ[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[73b]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]ω.[ [ ]ασ[ []ις’ ἐ[</w:t>
      </w:r>
    </w:p>
    <w:p>
      <w:r>
        <w:rPr>
          <w:rFonts w:ascii="Courier New" w:hAnsi="Courier New"/>
          <w:color w:val="555555"/>
          <w:sz w:val="20"/>
        </w:rPr>
        <w:t>[74a]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[]ων ἔκα[ []αιπόλ[ []μ.[ []βροδο[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].νθ[ []φ̣αιμ[ . . .</w:t>
      </w:r>
    </w:p>
    <w:p>
      <w:r>
        <w:rPr>
          <w:rFonts w:ascii="Courier New" w:hAnsi="Courier New"/>
          <w:color w:val="555555"/>
          <w:sz w:val="20"/>
        </w:rPr>
        <w:t>[74b]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]α[ []ποθο̣[ [].ώβα̣[ . . .</w:t>
      </w:r>
    </w:p>
    <w:p>
      <w:r>
        <w:rPr>
          <w:rFonts w:ascii="Courier New" w:hAnsi="Courier New"/>
          <w:color w:val="555555"/>
          <w:sz w:val="20"/>
        </w:rPr>
        <w:t>[74c]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]ασϊδρω[ [].υζ̣ᾰδ.[ [ ]ι̣ν[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[74d]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[].[.].ε[ []ν̣πο.[ [ ]μ̣[</w:t>
      </w:r>
    </w:p>
    <w:p>
      <w:r>
        <w:rPr>
          <w:rFonts w:ascii="Courier New" w:hAnsi="Courier New"/>
          <w:color w:val="555555"/>
          <w:sz w:val="20"/>
        </w:rPr>
        <w:t>[75a]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]..[.].[ [ ]η̣σαδ.[ [ ]λ̣α.[ [ ]νίαν[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]δ̣ύ.[ []ιμεδα̣[ []μαστε̣[ [ ].κ[ . . .</w:t>
      </w:r>
    </w:p>
    <w:p>
      <w:r>
        <w:rPr>
          <w:rFonts w:ascii="Courier New" w:hAnsi="Courier New"/>
          <w:color w:val="555555"/>
          <w:sz w:val="20"/>
        </w:rPr>
        <w:t>[75b]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]κα[ [].πιτα̣[ [ ´̣]νεσ̣θα̣[ [ ]τῶ.[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]αν [ . . .</w:t>
      </w:r>
    </w:p>
    <w:p>
      <w:r>
        <w:rPr>
          <w:rFonts w:ascii="Courier New" w:hAnsi="Courier New"/>
          <w:color w:val="555555"/>
          <w:sz w:val="20"/>
        </w:rPr>
        <w:t>[75c]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]δετα̣[ [ ]δέ...[ []´̣μμι.[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[]ταμέ.[</w:t>
      </w:r>
    </w:p>
    <w:p>
      <w:r>
        <w:rPr>
          <w:rFonts w:ascii="Courier New" w:hAnsi="Courier New"/>
          <w:color w:val="555555"/>
          <w:sz w:val="20"/>
        </w:rPr>
        <w:t>[76]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[]αν̣πα̣[ []λέσειε κ̣[ []ίηλελα[ []ε θέλω[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[]εχην[ []η̣· ἔφα.[ [ ]αλίκ[ . . .</w:t>
      </w:r>
    </w:p>
    <w:p>
      <w:r>
        <w:rPr>
          <w:rFonts w:ascii="Courier New" w:hAnsi="Courier New"/>
          <w:color w:val="555555"/>
          <w:sz w:val="20"/>
        </w:rPr>
        <w:t>[77a]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]α.[ [ ]σετα[ [ ]υ̣μαι..[ [´̣]τεχαρα̣[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]ι̣δι δοῖσ[ [ ]δεν ἀμεσ[ [ ]ος σύγ’ ἀ[ [ ].λονα[</w:t>
      </w:r>
    </w:p>
    <w:p>
      <w:r>
        <w:rPr>
          <w:rFonts w:ascii="Courier New" w:hAnsi="Courier New"/>
          <w:color w:val="555555"/>
          <w:sz w:val="20"/>
        </w:rPr>
        <w:t>[77b]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 [ [ ]μήτε̣[ []δίαισα [ [ ]ες· ἀλλ[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]φρα[ [ ].[ . . .</w:t>
      </w:r>
    </w:p>
    <w:p>
      <w:r>
        <w:rPr>
          <w:rFonts w:ascii="Courier New" w:hAnsi="Courier New"/>
          <w:color w:val="555555"/>
          <w:sz w:val="20"/>
        </w:rPr>
        <w:t>[77c]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]α̣τω[ []ηας [] []τ̣ας·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[78]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[].οναυ[ []ην οὐδε[ [ ]ης ἴμερ[ [].αι δ’ ἄμα[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[].ανθος·[ [ ]μερον[ [ ]ετερπ[</w:t>
      </w:r>
    </w:p>
    <w:p>
      <w:r>
        <w:rPr>
          <w:rFonts w:ascii="Courier New" w:hAnsi="Courier New"/>
          <w:color w:val="555555"/>
          <w:sz w:val="20"/>
        </w:rPr>
        <w:t>[79]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]ν̣μ̣[ [ ]ω̣[ [ ]το.[ []τ’ αὖτ̣ον.[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[]ω̣ πέλετ[ [ ]να[ . . .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].τ̣οσες.[ []παντα[ []ι̣ δ’ ἀτέρα[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]λοκα[ [ ].[ . . .</w:t>
      </w:r>
    </w:p>
    <w:p>
      <w:r>
        <w:rPr>
          <w:rFonts w:ascii="Courier New" w:hAnsi="Courier New"/>
          <w:color w:val="555555"/>
          <w:sz w:val="20"/>
        </w:rPr>
        <w:t>[81a]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]απύθες.[ ]χισταλ̣[ ]ε̣μ̣π[ ]ερθεσ[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]´̣[..]αισ̣[</w:t>
      </w:r>
    </w:p>
    <w:p>
      <w:r>
        <w:rPr>
          <w:rFonts w:ascii="Courier New" w:hAnsi="Courier New"/>
          <w:color w:val="555555"/>
          <w:sz w:val="20"/>
        </w:rPr>
        <w:t>[81b]</w:t>
      </w:r>
    </w:p>
    <w:p>
      <w:r>
        <w:rPr>
          <w:rFonts w:ascii="Gentium Plus" w:hAnsi="Gentium Plus"/>
          <w:sz w:val="24"/>
        </w:rPr>
        <w:t>σὺ δὲ στεφάνοις, ὦ Δίκα, πέρθεσθ’ ἐράτοις φόβαισιν ὄρπακας ἀνήτω συναέρραις’ ἀπάλαισι χέρσιν· εὐάνθεα †γὰρ† πέλεται καὶ Χάριτες μάκαιραι μᾶλλον †προτερην†, ἀστεφανώτοισι δ’ ἀπυστρέφονται.</w:t>
      </w:r>
    </w:p>
    <w:p>
      <w:r>
        <w:rPr>
          <w:rFonts w:ascii="Courier New" w:hAnsi="Courier New"/>
          <w:color w:val="555555"/>
          <w:sz w:val="20"/>
        </w:rPr>
        <w:t>[82a]</w:t>
      </w:r>
    </w:p>
    <w:p>
      <w:r>
        <w:rPr>
          <w:rFonts w:ascii="Gentium Plus" w:hAnsi="Gentium Plus"/>
          <w:sz w:val="24"/>
        </w:rPr>
        <w:t>εὐμορφοτέρα Μνασιδίκα τὰς ἀπάλας Γυρίννως</w:t>
      </w:r>
    </w:p>
    <w:p>
      <w:r>
        <w:rPr>
          <w:rFonts w:ascii="Courier New" w:hAnsi="Courier New"/>
          <w:color w:val="555555"/>
          <w:sz w:val="20"/>
        </w:rPr>
        <w:t>[82b]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καίτ’ ἐ[ ⸏μηδεν[ νῦν δ’ ἀ[ [⸏]μὴ βόλλε̣[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εὐ]μορφο̣[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].αι.[ []λ’ αὖθι με[ []νώμεθ’ ὀ[ []δηὖτ’ ἐπιτ[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[]έντηδεμ̣[ [].α γὰρ ἐκά[ [ ].[.].[ . . .</w:t>
      </w:r>
    </w:p>
    <w:p>
      <w:r>
        <w:rPr>
          <w:rFonts w:ascii="Courier New" w:hAnsi="Courier New"/>
          <w:color w:val="555555"/>
          <w:sz w:val="20"/>
        </w:rPr>
        <w:t>[84]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].αισ[ [ ].ικιπ[ [ ]ω̣νκ[..].[? 1 litt.]ίνα[ []τονόνε.[? 1 litt. ].οσε̣[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[]άβροις ἐπιχ[?]η̣μ[ []αν Ἀρτεμι̣[ [ ]ναβλ[</w:t>
      </w:r>
    </w:p>
    <w:p>
      <w:r>
        <w:rPr>
          <w:rFonts w:ascii="Courier New" w:hAnsi="Courier New"/>
          <w:color w:val="555555"/>
          <w:sz w:val="20"/>
        </w:rPr>
        <w:t>[85a(1)col1]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 [ [ `̣]λβον [ [ ]ακούην [ []ά̣υταν̣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[85a(2)col1]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[´̣]γαν [ ] [ ]</w:t>
      </w:r>
    </w:p>
    <w:p>
      <w:r>
        <w:rPr>
          <w:rFonts w:ascii="Courier New" w:hAnsi="Courier New"/>
          <w:color w:val="555555"/>
          <w:sz w:val="20"/>
        </w:rPr>
        <w:t>[85a(2)col2]</w:t>
      </w:r>
    </w:p>
    <w:p>
      <w:r>
        <w:rPr>
          <w:rFonts w:ascii="Gentium Plus" w:hAnsi="Gentium Plus"/>
          <w:sz w:val="24"/>
        </w:rPr>
        <w:t>ν[.].[ γο̣[ .[</w:t>
      </w:r>
    </w:p>
    <w:p>
      <w:r>
        <w:rPr>
          <w:rFonts w:ascii="Courier New" w:hAnsi="Courier New"/>
          <w:color w:val="555555"/>
          <w:sz w:val="20"/>
        </w:rPr>
        <w:t>[85a(3)col1]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] [] [ ]ν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 . . .</w:t>
      </w:r>
    </w:p>
    <w:p>
      <w:r>
        <w:rPr>
          <w:rFonts w:ascii="Courier New" w:hAnsi="Courier New"/>
          <w:color w:val="555555"/>
          <w:sz w:val="20"/>
        </w:rPr>
        <w:t>[85a(3)col2]</w:t>
      </w:r>
    </w:p>
    <w:p>
      <w:r>
        <w:rPr>
          <w:rFonts w:ascii="Gentium Plus" w:hAnsi="Gentium Plus"/>
          <w:sz w:val="24"/>
        </w:rPr>
        <w:t>⸏.[ όδ̣[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⸏σ̣[</w:t>
      </w:r>
    </w:p>
    <w:p>
      <w:r>
        <w:rPr>
          <w:rFonts w:ascii="Courier New" w:hAnsi="Courier New"/>
          <w:color w:val="555555"/>
          <w:sz w:val="20"/>
        </w:rPr>
        <w:t>[85b]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]πάμενα̣[ []τ̣’ ὤστ’ ὀ πέλη[ [ ]ακανσ̣ό̣[ . . .</w:t>
      </w:r>
    </w:p>
    <w:p>
      <w:r>
        <w:rPr>
          <w:rFonts w:ascii="Courier New" w:hAnsi="Courier New"/>
          <w:color w:val="555555"/>
          <w:sz w:val="20"/>
        </w:rPr>
        <w:t>[85c]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]φωνα[ ]προσθ.[</w:t>
      </w:r>
    </w:p>
    <w:p>
      <w:r>
        <w:rPr>
          <w:rFonts w:ascii="Courier New" w:hAnsi="Courier New"/>
          <w:color w:val="555555"/>
          <w:sz w:val="20"/>
        </w:rPr>
        <w:t>[86]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].ακάλα.[ [ ] α̣ἰ̣γιόχω λ̣α̣[ []. Κ̣υ̣θέρη’ ε̣..ομ[ [ ]ο̣ν ἔχοισα θῦμο̣[ν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κλ]ῦθί μ̣’ ἄρας αἴπ[ [ ]ας π̣ρ̣ολίποισ̣α κ[ [ ]. πεδ’ ἔμαν ἰώ[</w:t>
      </w:r>
    </w:p>
    <w:p>
      <w:r>
        <w:rPr>
          <w:rFonts w:ascii="Courier New" w:hAnsi="Courier New"/>
          <w:color w:val="555555"/>
          <w:sz w:val="20"/>
        </w:rPr>
        <w:t>[87(1)col1]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[]σθην [].ς· [ ] [ 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[87(1)col2 (1a)]</w:t>
      </w:r>
    </w:p>
    <w:p>
      <w:r>
        <w:rPr>
          <w:rFonts w:ascii="Gentium Plus" w:hAnsi="Gentium Plus"/>
          <w:sz w:val="24"/>
        </w:rPr>
        <w:t>⸏ἀλ̣[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ἐπ̣[ ⸏φ[ ξα[ ⸏ὀπ[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ἤλ̣[ [⸏]τ̣[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desunt nonnulla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. . . ⸏ζα[ ὐ̣.[ . . .</w:t>
      </w:r>
    </w:p>
    <w:p>
      <w:r>
        <w:rPr>
          <w:rFonts w:ascii="Courier New" w:hAnsi="Courier New"/>
          <w:color w:val="555555"/>
          <w:sz w:val="20"/>
        </w:rPr>
        <w:t>[87(2)]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]αμμ̣[ [ ]ι̣κα.[ [ ]πόισᾰι[ []κ̣λεηδον̣[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[].πλοκαμ[ [ ]ε̣σδἀ̣μα[ [ ]ανθρώπ[ [ ].υμαιν[ [ ]τ̣εκ̣αιπ̣[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[87(3)col1]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] [ ]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[]σην . . .</w:t>
      </w:r>
    </w:p>
    <w:p>
      <w:r>
        <w:rPr>
          <w:rFonts w:ascii="Courier New" w:hAnsi="Courier New"/>
          <w:color w:val="555555"/>
          <w:sz w:val="20"/>
        </w:rPr>
        <w:t>[87(3)col2]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⸎ [</w:t>
      </w:r>
    </w:p>
    <w:p>
      <w:r>
        <w:rPr>
          <w:rFonts w:ascii="Courier New" w:hAnsi="Courier New"/>
          <w:color w:val="555555"/>
          <w:sz w:val="20"/>
        </w:rPr>
        <w:t>[87(4)]</w:t>
      </w:r>
    </w:p>
    <w:p>
      <w:r>
        <w:rPr>
          <w:rFonts w:ascii="Gentium Plus" w:hAnsi="Gentium Plus"/>
          <w:sz w:val="24"/>
        </w:rPr>
        <w:t>α[ ⸏π[ συ[ ⸏κ[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τ.[ . . .</w:t>
      </w:r>
    </w:p>
    <w:p>
      <w:r>
        <w:rPr>
          <w:rFonts w:ascii="Courier New" w:hAnsi="Courier New"/>
          <w:color w:val="555555"/>
          <w:sz w:val="20"/>
        </w:rPr>
        <w:t>[87(5)]</w:t>
      </w:r>
    </w:p>
    <w:p>
      <w:r>
        <w:rPr>
          <w:rFonts w:ascii="Gentium Plus" w:hAnsi="Gentium Plus"/>
          <w:sz w:val="24"/>
        </w:rPr>
        <w:t>ο̣υ[ ⸏ὲν̣[ σεδ[ πα[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⸏κατ[ μήμ̣[</w:t>
      </w:r>
    </w:p>
    <w:p>
      <w:r>
        <w:rPr>
          <w:rFonts w:ascii="Courier New" w:hAnsi="Courier New"/>
          <w:color w:val="555555"/>
          <w:sz w:val="20"/>
        </w:rPr>
        <w:t>[87(7)]</w:t>
      </w:r>
    </w:p>
    <w:p>
      <w:r>
        <w:rPr>
          <w:rFonts w:ascii="Gentium Plus" w:hAnsi="Gentium Plus"/>
          <w:sz w:val="24"/>
        </w:rPr>
        <w:t>[ ].ιν[ [⸏ ]ή.[ [ ] κα[ [] ⸏τακ̣[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τ̣α[ . . .</w:t>
      </w:r>
    </w:p>
    <w:p>
      <w:r>
        <w:rPr>
          <w:rFonts w:ascii="Courier New" w:hAnsi="Courier New"/>
          <w:color w:val="555555"/>
          <w:sz w:val="20"/>
        </w:rPr>
        <w:t>[87(8)]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[μ]εριμνα[ [ ]γ̣ην [ [ ]α̣ι̣κο̣[ [ ]αι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[].ο̣ιπλυ.[ [ ]γ̣ετοχ̣υ̣[ [ ]..’ ά[ . . .</w:t>
      </w:r>
    </w:p>
    <w:p>
      <w:r>
        <w:rPr>
          <w:rFonts w:ascii="Courier New" w:hAnsi="Courier New"/>
          <w:color w:val="555555"/>
          <w:sz w:val="20"/>
        </w:rPr>
        <w:t>[87(11)]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[.]δω.[ ⸏τ̣ό̣λμ[</w:t>
      </w:r>
    </w:p>
    <w:p>
      <w:r>
        <w:rPr>
          <w:rFonts w:ascii="Courier New" w:hAnsi="Courier New"/>
          <w:color w:val="555555"/>
          <w:sz w:val="20"/>
        </w:rPr>
        <w:t>[87(10)]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[]κλα̣[ [ ]ύς.[ [ ].έ̣σ̣[</w:t>
      </w:r>
    </w:p>
    <w:p>
      <w:r>
        <w:rPr>
          <w:rFonts w:ascii="Courier New" w:hAnsi="Courier New"/>
          <w:color w:val="555555"/>
          <w:sz w:val="20"/>
        </w:rPr>
        <w:t>[87(12)]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[]δαθελ̣[ []σκέ᷀´δ[ . . .</w:t>
      </w:r>
    </w:p>
    <w:p>
      <w:r>
        <w:rPr>
          <w:rFonts w:ascii="Courier New" w:hAnsi="Courier New"/>
          <w:color w:val="555555"/>
          <w:sz w:val="20"/>
        </w:rPr>
        <w:t>[87(13)]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 [ [ ] [ [ ]ε̣σθα [ []ρποναβαν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[ []εσθαι· [ [] [ [ ]. [ [ ][Partial Letter] 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[ . . .</w:t>
      </w:r>
    </w:p>
    <w:p>
      <w:r>
        <w:rPr>
          <w:rFonts w:ascii="Courier New" w:hAnsi="Courier New"/>
          <w:color w:val="555555"/>
          <w:sz w:val="20"/>
        </w:rPr>
        <w:t>[87(14)]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[´̣].ραν [ [ ]. [ [ ].αι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 [ [ ] [ [ ]ν [ [ ] 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 [ ] [ ]. [ ] [ ]ον·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 [ ] . . .</w:t>
      </w:r>
    </w:p>
    <w:p>
      <w:r>
        <w:rPr>
          <w:rFonts w:ascii="Courier New" w:hAnsi="Courier New"/>
          <w:color w:val="555555"/>
          <w:sz w:val="20"/>
        </w:rPr>
        <w:t>[87(15)]</w:t>
      </w:r>
    </w:p>
    <w:p>
      <w:r>
        <w:rPr>
          <w:rFonts w:ascii="Gentium Plus" w:hAnsi="Gentium Plus"/>
          <w:sz w:val="24"/>
        </w:rPr>
        <w:t>[]ρασθα.[ [ ]ν [ [ ] [</w:t>
      </w:r>
    </w:p>
    <w:p>
      <w:r>
        <w:rPr>
          <w:rFonts w:ascii="Courier New" w:hAnsi="Courier New"/>
          <w:color w:val="555555"/>
          <w:sz w:val="20"/>
        </w:rPr>
        <w:t>[87(16)]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]εφι̣.[ []α̣σιλη̣.[ [ ]εγαδ.[ [ ].ος.[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[87(17)]</w:t>
      </w:r>
    </w:p>
    <w:p>
      <w:r>
        <w:rPr>
          <w:rFonts w:ascii="Gentium Plus" w:hAnsi="Gentium Plus"/>
          <w:sz w:val="24"/>
        </w:rPr>
        <w:t>[ ´̣]δη[ [´̣]κ̣ωσα[ [ ]ν·σοι[ [].δηκ.[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[]εσ̣ι̣π̣π̣[ [ ].α̣λ.[ [ ].εσσα[ [ ].[.].[ . . .</w:t>
      </w:r>
    </w:p>
    <w:p>
      <w:r>
        <w:rPr>
          <w:rFonts w:ascii="Courier New" w:hAnsi="Courier New"/>
          <w:color w:val="555555"/>
          <w:sz w:val="20"/>
        </w:rPr>
        <w:t>[87(18)]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]...[ [ ]ζα.[ []. [ ‵μα′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[]υδά..[´̣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[]ο῀ιδ.[ [.´̣]τ[</w:t>
      </w:r>
    </w:p>
    <w:p>
      <w:r>
        <w:rPr>
          <w:rFonts w:ascii="Courier New" w:hAnsi="Courier New"/>
          <w:color w:val="555555"/>
          <w:sz w:val="20"/>
        </w:rPr>
        <w:t>[87(19)]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[87(19a)]</w:t>
      </w:r>
    </w:p>
    <w:p>
      <w:r>
        <w:rPr>
          <w:rFonts w:ascii="Gentium Plus" w:hAnsi="Gentium Plus"/>
          <w:sz w:val="24"/>
        </w:rPr>
        <w:t>[ ]⸏ι̣ο[ [ ]έ̣δ[ []. ⸏κη[ [ ].[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[87(19b)]</w:t>
      </w:r>
    </w:p>
    <w:p>
      <w:r>
        <w:rPr>
          <w:rFonts w:ascii="Gentium Plus" w:hAnsi="Gentium Plus"/>
          <w:sz w:val="24"/>
        </w:rPr>
        <w:t>[ ]⸏α.[ [] έσ̣[</w:t>
      </w:r>
    </w:p>
    <w:p>
      <w:r>
        <w:rPr>
          <w:rFonts w:ascii="Courier New" w:hAnsi="Courier New"/>
          <w:color w:val="555555"/>
          <w:sz w:val="20"/>
        </w:rPr>
        <w:t>[87(20)]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]τρο[ ].ω.[ ].υπ.[ ]σ̣κα̣[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].[ . . .</w:t>
      </w:r>
    </w:p>
    <w:p>
      <w:r>
        <w:rPr>
          <w:rFonts w:ascii="Courier New" w:hAnsi="Courier New"/>
          <w:color w:val="555555"/>
          <w:sz w:val="20"/>
        </w:rPr>
        <w:t>[87(21)]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[]σ̣κι[ []σ̣ον.[ [´̣]λ̣.[ []μ̣α.[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]π̣[ [ ]δε[ [ ].ν̣[ . . .</w:t>
      </w:r>
    </w:p>
    <w:p>
      <w:r>
        <w:rPr>
          <w:rFonts w:ascii="Courier New" w:hAnsi="Courier New"/>
          <w:color w:val="555555"/>
          <w:sz w:val="20"/>
        </w:rPr>
        <w:t>[87(22)]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[].εν̣[ [].εικ.[ [ ]αλ̣[ . . .</w:t>
      </w:r>
    </w:p>
    <w:p>
      <w:r>
        <w:rPr>
          <w:rFonts w:ascii="Courier New" w:hAnsi="Courier New"/>
          <w:color w:val="555555"/>
          <w:sz w:val="20"/>
        </w:rPr>
        <w:t>[87(23)]</w:t>
      </w:r>
    </w:p>
    <w:p>
      <w:r>
        <w:rPr>
          <w:rFonts w:ascii="Gentium Plus" w:hAnsi="Gentium Plus"/>
          <w:sz w:val="24"/>
        </w:rPr>
        <w:t>[⸏]⟦.ψ⟧ά̣̆μ[ [ ]εξ̣α[ [ ].α[</w:t>
      </w:r>
    </w:p>
    <w:p>
      <w:r>
        <w:rPr>
          <w:rFonts w:ascii="Courier New" w:hAnsi="Courier New"/>
          <w:color w:val="555555"/>
          <w:sz w:val="20"/>
        </w:rPr>
        <w:t>[88a]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]ν̣ πρ̣ο̣..[ [ ]νως πρὸς πότ̣[ [ ].ατον χάλα[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].θέλοις. οὐδυ̣[ [ ].άσδοις’ ὀλιγα[ [ ].ένα φέρεσθα[ι [ ].φι̣α̣ τις̣...[ [ ].δ’ ἄδιον εἰσορ[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ο]ἶσθα καὔτα· [ λέ]λ̣αθ’ ἀλλονιά[ [ ].αν· τι̣ραδ[ [ ]α̣ί̣ τις εἴποι [ ].σαν· ἔγω τε γαρ[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]μ̣’ ἆς κεν ἔνηι μ’[ [ ]α̣ι μελήσην· [ ]φίλα φαῖμ’ ἐχύρα γέ[νεσθαι [ ]ενα[.]αις· ἀτ̣[ []..δ’ ὀνιαρ̣[.]σ̣[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[].πίκρος ὔμ[ [].[.]τα.θᾶδ̣[ [].α̣ τόδε δ’ ἴσ̣[θ []. ὤττι ς’ ἐ.[ [ ]α φιλήσω[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]τ̣ω τι̣ λο[ [ ]σσον γὰρ .[ []σ̣θαι βελέω[ν []..[ . . .</w:t>
      </w:r>
    </w:p>
    <w:p>
      <w:r>
        <w:rPr>
          <w:rFonts w:ascii="Courier New" w:hAnsi="Courier New"/>
          <w:color w:val="555555"/>
          <w:sz w:val="20"/>
        </w:rPr>
        <w:t>[88b (9)]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ἐμ[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⸏το̣ῦ̣[ κ[ σε[ 〈⸏〉ἠ[ α[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φιλη̣[</w:t>
      </w:r>
    </w:p>
    <w:p>
      <w:r>
        <w:rPr>
          <w:rFonts w:ascii="Courier New" w:hAnsi="Courier New"/>
          <w:color w:val="555555"/>
          <w:sz w:val="20"/>
        </w:rPr>
        <w:t>[90(1)col1 (8)]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[ ]ε [ 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]⟦ιιν⟧ [ ]ν [ ]&gt; []&gt;. . . .</w:t>
      </w:r>
    </w:p>
    <w:p>
      <w:r>
        <w:rPr>
          <w:rFonts w:ascii="Courier New" w:hAnsi="Courier New"/>
          <w:color w:val="555555"/>
          <w:sz w:val="20"/>
        </w:rPr>
        <w:t>[90(1)col2]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[]χ̣. ⸏. . .].ντι ν[].εσει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⸏εν.[ ]κυθερηαστρό φοσ[ ]..π̣τ̣ηεναλλοις δεθυγ̣[ ]διτ̣ησειρηκετη[ ⸏πειθω .[ ]η̣σεφω̣νειημ[ τασαλλη[ ].εαυτη̣σπ̣ρ[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⸏γορευε·ύμ[ ].[.]θ̣ε̣λοισα[..].[ ‵...[′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⸏θικονετρ[ ]ασιν χ[ ] αμμι̣αγγ[ ⸏]τινα[ ] δαιμ[.]να̣θ̣[ ].ο̣συν[ ] ϊναη..πε.[]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λεγ’ο.μμε[] μεν[.].ϊε[] δηε[.]π̣.ς.[]. ⸏θελετ̣ε̣[]..φι ον⟦δτ⟧εκ[]του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⸏.δυνατ[]ε̣ι̣μαι’ χερρεσ[ . . . ]καικα τϊδιαν[ ].[ ]η̣σκαι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π̣τ̣ερυγ.[ ].ατο̣[ []ο̣φης.[ . . . [ ].[ . . .</w:t>
      </w:r>
    </w:p>
    <w:p>
      <w:r>
        <w:rPr>
          <w:rFonts w:ascii="Courier New" w:hAnsi="Courier New"/>
          <w:color w:val="555555"/>
          <w:sz w:val="20"/>
        </w:rPr>
        <w:t>[90(1)col3 (11)]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καιγυρινν[ ⸏ταστοιαυτας̣.[.]..[ γωτοκαλλοσεπιετ.[ μεζον·τιγαρηνεμ[ ειναικαιαρετησπο̣[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λαμηποτ’ἐλεγειοτιο[ καλλι̣ ευφημεισθα[ μοιζεφυρ̣ωπ̣νευμα[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 ]ς παϊτασμ[ [ ]δ̣ηνγεγρ.[ [ ]υποανδ[ [ ].ιουκευν[ [ ]ω̣αρρε.[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 ]χ̣ητισ[</w:t>
      </w:r>
    </w:p>
    <w:p>
      <w:r>
        <w:rPr>
          <w:rFonts w:ascii="Courier New" w:hAnsi="Courier New"/>
          <w:color w:val="555555"/>
          <w:sz w:val="20"/>
        </w:rPr>
        <w:t>[90(2)]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[].υσα̣.[ [].νυνα[ [].λαγητ̣[ [ ]δ̣ιατ̣[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[90(3)]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 ].[ [ ] [ [ ]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[]ο̣υ̣τ̣ι̣.[ [ ]π̣οι̣η...τ.[ [ ]ηθ̣εια̣ν.[ [ ]ειν⁚φ[ [ ]..ηβ.[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]σλον [ [ ]δ̣.[.]ε̣⟦μ̣ον⟧[ [ ]θ̣ω̣σα.[— [ ].ωμ[ [ ]·σουαν̣[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]απαξτουτ[ []ο̣υπαντα&gt;[ [ ]πρωτον[ [].[.]οισπροα[ [ ]θ̣ανειν[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[].ρ̣εσσονγα[</w:t>
      </w:r>
    </w:p>
    <w:p>
      <w:r>
        <w:rPr>
          <w:rFonts w:ascii="Courier New" w:hAnsi="Courier New"/>
          <w:color w:val="555555"/>
          <w:sz w:val="20"/>
        </w:rPr>
        <w:t>[90(4)]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]νομε[.].[ [ ].ταπυ̣ν̣.[ [ ]μενον⁚ϊ[ []ν̣οημμαα[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]ε̣φεροι.’[ [ ]...[ [ ] γ̣[ . . .</w:t>
      </w:r>
    </w:p>
    <w:p>
      <w:r>
        <w:rPr>
          <w:rFonts w:ascii="Courier New" w:hAnsi="Courier New"/>
          <w:color w:val="555555"/>
          <w:sz w:val="20"/>
        </w:rPr>
        <w:t>[90(5)]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]..ι̣ [ [ ]χη̣ρι [ [ ]η̣τα [ [ ]η̣σεφο 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]υπολε̣ [ [].οσ̣τη[ [ ]λ̣ι̣γα[ [ ]ωνπ̣[ . . .</w:t>
      </w:r>
    </w:p>
    <w:p>
      <w:r>
        <w:rPr>
          <w:rFonts w:ascii="Courier New" w:hAnsi="Courier New"/>
          <w:color w:val="555555"/>
          <w:sz w:val="20"/>
        </w:rPr>
        <w:t>[90(6)]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].ειλ[ ].ειφ.[ ]..[ . . .</w:t>
      </w:r>
    </w:p>
    <w:p>
      <w:r>
        <w:rPr>
          <w:rFonts w:ascii="Courier New" w:hAnsi="Courier New"/>
          <w:color w:val="555555"/>
          <w:sz w:val="20"/>
        </w:rPr>
        <w:t>[90(7)]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]οτε̣λοσ̣[ [].ουκαι.[ [ ]ονγα[ [ ]οτ̣..[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[90(8)]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[].ηναρ̣[ [][ ] [ ].· [ ] .γ.[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]ν̣ερ[ . . .</w:t>
      </w:r>
    </w:p>
    <w:p>
      <w:r>
        <w:rPr>
          <w:rFonts w:ascii="Courier New" w:hAnsi="Courier New"/>
          <w:color w:val="555555"/>
          <w:sz w:val="20"/>
        </w:rPr>
        <w:t>[90(9)]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].[..].[ [ ]αυτ.[ []πιαπ.[ [ ].τια̣[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[90(10a)]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].σγαρ[ [ ]ηκετ.[ [ ]λατως.[ [].περισα[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].ιθυμ̣[ [ ].τοτη...[ []ο̣σφησινα [ [ ]νυ̣ποτου [ [ ].[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]υ[ [ ].ι[ [].αμενην [ []καιχαριε̣.[ []τ̣ηιωδηλε[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]ατθιδοσ̣[ [ ]αυτησ̣[ [ ].ηβ̣α̣θυ̣[ [ ].[ . . .</w:t>
      </w:r>
    </w:p>
    <w:p>
      <w:r>
        <w:rPr>
          <w:rFonts w:ascii="Courier New" w:hAnsi="Courier New"/>
          <w:color w:val="555555"/>
          <w:sz w:val="20"/>
        </w:rPr>
        <w:t>[90(10b)]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].[ []θιγλυ[ []ταεν[ [ ]ς̣...[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[90(11)]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]ναν⁚χ.[ [].πλ̣η̣.[ . . .</w:t>
      </w:r>
    </w:p>
    <w:p>
      <w:r>
        <w:rPr>
          <w:rFonts w:ascii="Courier New" w:hAnsi="Courier New"/>
          <w:color w:val="555555"/>
          <w:sz w:val="20"/>
        </w:rPr>
        <w:t>[90(12)]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[]ρ̣ι αν̣η̣κ.[ [ ]υσ̣ταθει̣σ̣[ [].ω̣.ναιγ̣[ . . .</w:t>
      </w:r>
    </w:p>
    <w:p>
      <w:r>
        <w:rPr>
          <w:rFonts w:ascii="Courier New" w:hAnsi="Courier New"/>
          <w:color w:val="555555"/>
          <w:sz w:val="20"/>
        </w:rPr>
        <w:t>[90(13)]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[].νρ̣[ [].αιγι̣[ [ ]ν⟦ε⟧α[ []υ̣χησν̣[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]σ̣ι̣ας [ [ ]ι̣ω̣[</w:t>
      </w:r>
    </w:p>
    <w:p>
      <w:r>
        <w:rPr>
          <w:rFonts w:ascii="Courier New" w:hAnsi="Courier New"/>
          <w:color w:val="555555"/>
          <w:sz w:val="20"/>
        </w:rPr>
        <w:t>[90(14)]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[].[ [ ]ταιτα̣[ []ε̣σητοιιτ[ [ ]τουτι̣[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[90(15)]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]αν.[ ]στη.[ . . .</w:t>
      </w:r>
    </w:p>
    <w:p>
      <w:r>
        <w:rPr>
          <w:rFonts w:ascii="Courier New" w:hAnsi="Courier New"/>
          <w:color w:val="555555"/>
          <w:sz w:val="20"/>
        </w:rPr>
        <w:t>[90(16)]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]δεμ[ []υν’οτ̣[ . . .</w:t>
      </w:r>
    </w:p>
    <w:p>
      <w:r>
        <w:rPr>
          <w:rFonts w:ascii="Courier New" w:hAnsi="Courier New"/>
          <w:color w:val="555555"/>
          <w:sz w:val="20"/>
        </w:rPr>
        <w:t>[90(17)]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]λη̣[ [ ].ρα[ []εσθ.[ [ ]τελ.[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[91]</w:t>
      </w:r>
    </w:p>
    <w:p>
      <w:r>
        <w:rPr>
          <w:rFonts w:ascii="Gentium Plus" w:hAnsi="Gentium Plus"/>
          <w:sz w:val="24"/>
        </w:rPr>
        <w:t>ἀσαροτέρας οὐδάμα πΩἴρανα σέθεν τύχοισαν</w:t>
      </w:r>
    </w:p>
    <w:p>
      <w:r>
        <w:rPr>
          <w:rFonts w:ascii="Courier New" w:hAnsi="Courier New"/>
          <w:color w:val="555555"/>
          <w:sz w:val="20"/>
        </w:rPr>
        <w:t>[t92-101]</w:t>
      </w:r>
    </w:p>
    <w:p>
      <w:r>
        <w:rPr>
          <w:rFonts w:ascii="Gentium Plus" w:hAnsi="Gentium Plus"/>
          <w:sz w:val="24"/>
        </w:rPr>
        <w:t>ΣΑΠΦΟΥΣ ΜΕΛΩΝ Ε?</w:t>
      </w:r>
    </w:p>
    <w:p>
      <w:r>
        <w:rPr>
          <w:rFonts w:ascii="Courier New" w:hAnsi="Courier New"/>
          <w:color w:val="555555"/>
          <w:sz w:val="20"/>
        </w:rPr>
        <w:t>[92]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[ π̣ε̣[ κρ[.........]περ[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πεπλον[...]π̣υ̣σ̣χ̣[ καικλ̣ε̣[..]σαω[ κροκοεντα[ πεπλον πορφυ[ρ........]δ̣εξω̣[.] χλαιναι περσ̣[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στεφανοι περ[ καλ[.]ο̣σ̣σ̣α̣μ̣[ φρυ[ πορφ[υρ τ̣α̣π̣α̣[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π[ . . .</w:t>
      </w:r>
    </w:p>
    <w:p>
      <w:r>
        <w:rPr>
          <w:rFonts w:ascii="Courier New" w:hAnsi="Courier New"/>
          <w:color w:val="555555"/>
          <w:sz w:val="20"/>
        </w:rPr>
        <w:t>[93]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]ις...εγ [ ]ω [ ]μοις [ ]α̣λιαν̣ ε̣χω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[]παρθενων</w:t>
      </w:r>
    </w:p>
    <w:p>
      <w:r>
        <w:rPr>
          <w:rFonts w:ascii="Courier New" w:hAnsi="Courier New"/>
          <w:color w:val="555555"/>
          <w:sz w:val="20"/>
        </w:rPr>
        <w:t>[94]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τεθνάκην δ’ ἀδόλως θέλω· 〈⸏〉ἄ με ψισδομένα κατελίμπανεν πόλλα καὶ τόδ’ ἔειπ.[ ὤιμ’ ὠς δεῖνα πεπ[όνθ]αμεν,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⸏Ψάπφ’, ἦ μάν ς’ ἀέκοις’ ἀπυλιμπάνω. τὰν δ’ ἔγω τάδ’ ἀμειβόμαν· χαίροις’ ἔρχεο κἄμεθεν ⸏μέμναις’, οἶσθα γὰρ ὤς σε πεδήπομεν· αἰ δὲ μή, ἀλλά ς’ ἔγω θέλω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ὄμναισαι[...₍.₎].[..₍.₎]..αι ⸏..[ ] καὶ κάλ’ ἐπάσχομεν· πο̣[ ]οις ἴων καὶ βρ[όδων ]κ̣ίων τ’ ὔμοι ⸏κα..[ ] πὰρ ἔμοι περεθήκαο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πό̣[λλαις ὐπα]θύμιδας πλέκ[ταις ἀμφ’ ἀ]πάλαι δέραι ⸏ἀνθέων .[ ] πεποημμέναις καὶ π.....[ ]. μύρωι βρενθείωι̣.[ ]ρ̣υ[..]ν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〈⸏〉ἐξαλείψαο κα̣[ὶ βασ]ι̣ληίωι καὶ στρώμν[αν ἐ]πὶ μολθάκαν ἀπάλαν πα.[ ]...ων ⸏ἐξίης πόθο̣[ ].νίδων κωὔτε τισ[ ]..τι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ἶρον οὐδυ[ ] 〈⸏〉ἔπλετ’ ὄππ̣[οθεν ἄμ]μες ἀπέσκομεν, οὐκ ἄλσος .[ ].ρος [ ]ψοφος 〈⸏〉[ ]...οιδιαι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〈⸏〉.ου[ ἦ̣ρ’ ἀ[ δηρατ.[ 〈⸏〉Γογγυλα.[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ἦ τι σᾶμ’ ἐθε.[ παισι μάλιστα.[ 〈⸏〉μας γ’ εἴσηλθ’ ἐπ.[ εἶπον· ὦ δέσποτ’, ἐπ.[ ο]ὐ μὰ γὰρ μάκαιραν̣ 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〈⸏〉ο]ὐδὲν ἄδομ’ ἔπαρθ’ ἀγα[ κατθάνην δ’ ἴμερός τις [ ἔχει με καὶ λωτίνοις δροσόεντας [ ὄ‐ 〈⸏〉χ̣[θ]οις ἴδην Ἀχερ[ .]..δεσαιδ’.[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.]..δετο.[ 〈⸏〉μητι..[</w:t>
      </w:r>
    </w:p>
    <w:p>
      <w:r>
        <w:rPr>
          <w:rFonts w:ascii="Courier New" w:hAnsi="Courier New"/>
          <w:color w:val="555555"/>
          <w:sz w:val="20"/>
        </w:rPr>
        <w:t>[96]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]σαρδ.[..] [ ⸏πόλ]λακι τυίδε̣ [ν]ῶν ἔχοισα ὠσπ.[...].ώομεν, .[...]..χ[..] σε †θεασικελαν ἀρι‐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⸏γνωτασε† δὲ μάλιστ’ ἔχαιρε μόλπαι̣· νῦν δὲ Λύδαισιν ἐμπρέπεται γυναί‐ κεσσιν ὤς ποτ’ ἀελίω ⸏δύντος ἀ βροδοδάκτυλος †μήνα πάντα περ〈ρ〉έχοις’ ἄστρα· φάος δ’ ἐπί‐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σχει θάλασσαν ἐπ’ ἀλμύραν ⸏ἴσως καὶ πολυανθέμοις ἀρούραις· ἀ δ’ 〈ἐ〉έρσα κάλα κέχυται τεθά‐ λαισι δὲ βρόδα κἄπαλ’ ἄν‐ ⸏θρυσκα καὶ μελίλωτος ἀνθεμώδης·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πόλλα δὲ ζαφοίταις’ ἀγάνας ἐπι‐ μνάσθεις’ Ἄτθιδος ἰμέρωι 〈⸏〉λέπταν ποι φρένα κ[.]ρ̣... βόρηται· κῆθι δ’ ἔλθην ἀμμ.[..]..ισα τό̣δ’ οὐ νῶντ’ ἀ[..]υστονυμ̣[..₍.₎] πόλυς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⸏γαρύει̣ [..₍.₎]αλον̣[.....₍.₎].ο̣ μέσσον· ε]ὔ̣μαρ[ες μ]ὲ̣ν οὐκ̣ α.μι θέαισι μόρ‐ φαν ἐπή[ρατ]ον ἐξίσω‐ ⸏σθ̣αι συ[..]ρ̣ο̣ς ἔχηισθ’ ἀ[..₍.₎].νίδηον [ ]το̣[...₍.₎]ρατι‐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μαλ[ ].ερος ⸏καὶ δ[.]μ̣[ ]ος Ἀφροδίτα καμ̣[ ] νέκταρ ἔχευ’ ἀπὺ χρυσίας [ ]ν̣αν 〈⸏〉...₍.₎]απουρ̣[ ] χέρσι Πείθω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 ]θ[..]η̣σενη [ ]ακις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〈⸏〉[ ]υ̣στον οὐδενο[ [ ]ερον ἰξο[μ</w:t>
      </w:r>
    </w:p>
    <w:p>
      <w:r>
        <w:rPr>
          <w:rFonts w:ascii="Courier New" w:hAnsi="Courier New"/>
          <w:color w:val="555555"/>
          <w:sz w:val="20"/>
        </w:rPr>
        <w:t>[97 (1-12)]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[1-12]</w:t>
      </w:r>
    </w:p>
    <w:p>
      <w:r>
        <w:rPr>
          <w:rFonts w:ascii="Gentium Plus" w:hAnsi="Gentium Plus"/>
          <w:sz w:val="24"/>
        </w:rPr>
        <w:t>1—12 legi non possunt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αερ[ περα[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κυ̣[ σιν[ συδ’..[ τ̣ο̣υ..[ .υπνου</w:t>
      </w:r>
    </w:p>
    <w:p>
      <w:r>
        <w:rPr>
          <w:rFonts w:ascii="Courier New" w:hAnsi="Courier New"/>
          <w:color w:val="555555"/>
          <w:sz w:val="20"/>
        </w:rPr>
        <w:t>[19-23]</w:t>
      </w:r>
    </w:p>
    <w:p>
      <w:r>
        <w:rPr>
          <w:rFonts w:ascii="Gentium Plus" w:hAnsi="Gentium Plus"/>
          <w:sz w:val="24"/>
        </w:rPr>
        <w:t>19—23 legi non possunt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κ̣αλ̣λεα̣υ[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περιπτερα[ ‵αν′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.]νιελεφαν̣[ ..]ρ̣πασκ̣α̣.[ . . .</w:t>
      </w:r>
    </w:p>
    <w:p>
      <w:r>
        <w:rPr>
          <w:rFonts w:ascii="Courier New" w:hAnsi="Courier New"/>
          <w:color w:val="555555"/>
          <w:sz w:val="20"/>
        </w:rPr>
        <w:t>[98a]</w:t>
      </w:r>
    </w:p>
    <w:p>
      <w:r>
        <w:rPr>
          <w:rFonts w:ascii="Gentium Plus" w:hAnsi="Gentium Plus"/>
          <w:sz w:val="24"/>
        </w:rPr>
        <w:t>[⸏]..].θος· ἀ γάρ με γέννα̣[ .].ας ἐπ’ ἀλικίας μεγ[ κ]όσμον αἴ τις ἔχη〈ι〉 φόβα.[ [⸏]π̣ορφύρ̣ωι κατελιξαμε[ν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ἔ̣μμεναι μά̣λα τοῦτο .[ ἀ̣λλα ξανθοτέρα〈ι〉ς ἔχη[ [⸏]τ̣α〈ὶ〉ς κόμα〈ι〉ς δάιδος προ[ σ]τεφάνοισιν ἐπαρτια[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[⸏]μ]ι̣τράναν δ’ ἀρτίως κλ[ π̣οικίλαν ἀπὺ Σαρδίω[ν ...].αονιασπολεις [ . . .</w:t>
      </w:r>
    </w:p>
    <w:p>
      <w:r>
        <w:rPr>
          <w:rFonts w:ascii="Courier New" w:hAnsi="Courier New"/>
          <w:color w:val="555555"/>
          <w:sz w:val="20"/>
        </w:rPr>
        <w:t>[98b]</w:t>
      </w:r>
    </w:p>
    <w:p>
      <w:r>
        <w:rPr>
          <w:rFonts w:ascii="Gentium Plus" w:hAnsi="Gentium Plus"/>
          <w:sz w:val="24"/>
        </w:rPr>
        <w:t>σοὶ δ’ ἔγω Κλέι ποικίλαν [ οὐκ ἔχω πόθεν ἔσσεται [ [⸏]μιτράν〈αν〉· ἀλλὰ τὼι Μυτιληνάωι [ . . 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].[ παι.α.ειον ἔχην πο.[ ⸏αἰκε̣.η̣ ποικιλασκ...₍.₎[ ταῦτα τὰς Κλεανακτιδα̣[ φύγας̣ †..ι̣σαπολισεχει†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⸏μνάματ’· .ἴδε γὰρ αἶνα διέρρυε̣[ν</w:t>
      </w:r>
    </w:p>
    <w:p>
      <w:r>
        <w:rPr>
          <w:rFonts w:ascii="Courier New" w:hAnsi="Courier New"/>
          <w:color w:val="555555"/>
          <w:sz w:val="20"/>
        </w:rPr>
        <w:t>[99col1]</w:t>
      </w:r>
    </w:p>
    <w:p>
      <w:r>
        <w:rPr>
          <w:rFonts w:ascii="Gentium Plus" w:hAnsi="Gentium Plus"/>
          <w:sz w:val="24"/>
        </w:rPr>
        <w:t>.].γα..εδαβαιο̣[ ].α .[.]οι῀πωλυανακτ[..]α..[ ⸏...αισσαμιασι.ι̣ε.[.]το̣ις....[.] [] χορδαισιδιακρε̣κην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ο̣λ̣ι̣σ̣β̣.δοκο̣ι̣ς̣ περ̣καθ....ενος ..ου.[..]σιφιλοφ[..]νως []....δε.ελις.[.].αιπρ.τ̣ανε̣ως [ ]..οσδεδιο[..]ω. [ ].υαλ̣ωδ’.[.]..ε̣νη̣τ̣ε̣[..].χ..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].εκα̣ιδ̣ι̣[..]παϊ[.] [ ]..ε...[.]επι[]β̣ο̣ρ̣για̣ν[ [ ].[.]ϋλ̣.δ̣ηλιπ̣ων [ ].ε̣ν̣χ̣ρ̣.[.]τ̣.ριον [ ].[ ].ε̣υμεσ̣[..].[.]ων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]....[.....] [ ]......α[..]ε̣ραις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‵τ[ ]′ [ ]ρ̣σανον[.]..ργια̣ν [ ]υ̣σομεν [ ] [ ]νϋμνε[ 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κ̣α̣[ ]ε̣να̣[.]φο.[...]ν.αδελφέαν ⸏ωσπαι[ ].ιο̣.[...].[ ] .υτισδε̣[...]κει̣.θε̣λ̣η[ ] δει̣χ̣ν̣υσ[...]εδηυτε..λ̣υ..ακτιδαν ⸏τονμαρ̣γον̣ον̣.ε̣ιξα̣ι̣θελω</w:t>
      </w:r>
    </w:p>
    <w:p>
      <w:r>
        <w:rPr>
          <w:rFonts w:ascii="Courier New" w:hAnsi="Courier New"/>
          <w:color w:val="555555"/>
          <w:sz w:val="20"/>
        </w:rPr>
        <w:t>[99col2]</w:t>
      </w:r>
    </w:p>
    <w:p>
      <w:r>
        <w:rPr>
          <w:rFonts w:ascii="Gentium Plus" w:hAnsi="Gentium Plus"/>
          <w:sz w:val="24"/>
        </w:rPr>
        <w:t>..στ̣ο̣ς.[ ⸏ϝ..πα[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ωνηρ[ καιφαι.[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(⸏)ταισπα.[ ⸏ακρωδ[ φοιται.[ .].τ̣αισε[ [ ]..[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ξ̣ύ̆σα[ αυτανε[ ⸏αγκωνα[ εκπά̄ι‧ϊσ’ο[ ουτο[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⸏ταν[ ωσδ[ αιμ’ο.[ ⸏πίκ.[ 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..]ς.[ ⸏ευο[.]δα.[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ημαν.[</w:t>
      </w:r>
    </w:p>
    <w:p>
      <w:r>
        <w:rPr>
          <w:rFonts w:ascii="Courier New" w:hAnsi="Courier New"/>
          <w:color w:val="555555"/>
          <w:sz w:val="20"/>
        </w:rPr>
        <w:t>[100]</w:t>
      </w:r>
    </w:p>
    <w:p>
      <w:r>
        <w:rPr>
          <w:rFonts w:ascii="Gentium Plus" w:hAnsi="Gentium Plus"/>
          <w:sz w:val="24"/>
        </w:rPr>
        <w:t>ἀμφὶ δ’ ἄβροις’ ... λασίοις’ εὖ ἐπύκασσε ...</w:t>
      </w:r>
    </w:p>
    <w:p>
      <w:r>
        <w:rPr>
          <w:rFonts w:ascii="Courier New" w:hAnsi="Courier New"/>
          <w:color w:val="555555"/>
          <w:sz w:val="20"/>
        </w:rPr>
        <w:t>[101]</w:t>
      </w:r>
    </w:p>
    <w:p>
      <w:r>
        <w:rPr>
          <w:rFonts w:ascii="Gentium Plus" w:hAnsi="Gentium Plus"/>
          <w:sz w:val="24"/>
        </w:rPr>
        <w:t>... πρὸς τὴν Ἀφροδίτην χερρόμακτρα δὲ †καγγόνων† πορφύραι †καταυταμενἀ‐ τατιμάσεις† ἔπεμψ’ ἀπὺ Φωκάας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δῶρα τίμια †καγγόνων†</w:t>
      </w:r>
    </w:p>
    <w:p>
      <w:r>
        <w:rPr>
          <w:rFonts w:ascii="Courier New" w:hAnsi="Courier New"/>
          <w:color w:val="555555"/>
          <w:sz w:val="20"/>
        </w:rPr>
        <w:t>[t102]</w:t>
      </w:r>
    </w:p>
    <w:p>
      <w:r>
        <w:rPr>
          <w:rFonts w:ascii="Gentium Plus" w:hAnsi="Gentium Plus"/>
          <w:sz w:val="24"/>
        </w:rPr>
        <w:t>ΣΑΠΦΟΥΣ ΜΕΛΩΝ Ζ</w:t>
      </w:r>
    </w:p>
    <w:p>
      <w:r>
        <w:rPr>
          <w:rFonts w:ascii="Courier New" w:hAnsi="Courier New"/>
          <w:color w:val="555555"/>
          <w:sz w:val="20"/>
        </w:rPr>
        <w:t>[102]</w:t>
      </w:r>
    </w:p>
    <w:p>
      <w:r>
        <w:rPr>
          <w:rFonts w:ascii="Gentium Plus" w:hAnsi="Gentium Plus"/>
          <w:sz w:val="24"/>
        </w:rPr>
        <w:t>γλύκηα μᾶτερ, οὔτοι δύναμαι κρέκην τὸν ἴστον πόθωι δάμεισα παῖδος βραδίναν δι’ Ἀφροδίταν</w:t>
      </w:r>
    </w:p>
    <w:p>
      <w:r>
        <w:rPr>
          <w:rFonts w:ascii="Courier New" w:hAnsi="Courier New"/>
          <w:color w:val="555555"/>
          <w:sz w:val="20"/>
        </w:rPr>
        <w:t>[t103]</w:t>
      </w:r>
    </w:p>
    <w:p>
      <w:r>
        <w:rPr>
          <w:rFonts w:ascii="Gentium Plus" w:hAnsi="Gentium Plus"/>
          <w:sz w:val="24"/>
        </w:rPr>
        <w:t>ΣΑΠΦΟΥΣ ΜΕΛΩΝ Η?</w:t>
      </w:r>
    </w:p>
    <w:p>
      <w:r>
        <w:rPr>
          <w:rFonts w:ascii="Courier New" w:hAnsi="Courier New"/>
          <w:color w:val="555555"/>
          <w:sz w:val="20"/>
        </w:rPr>
        <w:t>[103]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[].ω̣[ [ ]σ̣α̣ν ἐν τῶι .[ [ ].δὲ (δέκα) κ(αὶ) ἑκάστης ὁ (πρῶτοσ)[ [].εν τὸ γὰρ ἐννεπε[.]η προβ[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[].ατε τὰν εὔποδα νύμφαν [ [ ]τα παῖδα Κρονίδα τὰν ἰόκ[ολπ]ον [ [].ς ὄργαν θεμένα τὰν ἰόκ[ολ]πος α[ [ ]..ἄγναι Χάριτες Πιέριδέ[ς τε] Μοῖ[σαι [ ].[. ὄ]πποτ’ ἀοιδαι φρέν[...]αν.[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]σ̣αιοισα λιγύραν [ἀοί]δαν [ γά]μβρον, ἄσαροι γ̣ὰρ̣ ὐμαλικ[ [ ]σε φόβαισι θεμένα λύρα.[ [ ]..η χρυσοπέδιλ〈λ〉[ο]ς Αὔως [ [ ].— στίχ(οι) ρλ[ 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 μετὰ τὴν πρώτην [ [ ]φ̣έρονται ἐπιγεγρα[ [ ἐπιθα]λάμια [ ].υβλίου καὶ βέλτιο̣[ν [ 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]ροπ....[..].ε.[</w:t>
      </w:r>
    </w:p>
    <w:p>
      <w:r>
        <w:rPr>
          <w:rFonts w:ascii="Courier New" w:hAnsi="Courier New"/>
          <w:color w:val="555555"/>
          <w:sz w:val="20"/>
        </w:rPr>
        <w:t>[t104-117]</w:t>
      </w:r>
    </w:p>
    <w:p>
      <w:r>
        <w:rPr>
          <w:rFonts w:ascii="Gentium Plus" w:hAnsi="Gentium Plus"/>
          <w:sz w:val="24"/>
        </w:rPr>
        <w:t>ΣΑΠΦΟΥΣ ΕΠΙΘΑΛΑΜΙΑ?</w:t>
      </w:r>
    </w:p>
    <w:p>
      <w:r>
        <w:rPr>
          <w:rFonts w:ascii="Courier New" w:hAnsi="Courier New"/>
          <w:color w:val="555555"/>
          <w:sz w:val="20"/>
        </w:rPr>
        <w:t>[104a]</w:t>
      </w:r>
    </w:p>
    <w:p>
      <w:r>
        <w:rPr>
          <w:rFonts w:ascii="Gentium Plus" w:hAnsi="Gentium Plus"/>
          <w:sz w:val="24"/>
        </w:rPr>
        <w:t>Ἔσπερε πάντα φέρων ὄσα φαίνολις ἐσκέδας’ Αὔως, †φέρεις ὄιν, φέρεις αἶγα, φέρεις ἄπυ† μάτερι παῖδα.</w:t>
      </w:r>
    </w:p>
    <w:p>
      <w:r>
        <w:rPr>
          <w:rFonts w:ascii="Courier New" w:hAnsi="Courier New"/>
          <w:color w:val="555555"/>
          <w:sz w:val="20"/>
        </w:rPr>
        <w:t>[104b]</w:t>
      </w:r>
    </w:p>
    <w:p>
      <w:r>
        <w:rPr>
          <w:rFonts w:ascii="Gentium Plus" w:hAnsi="Gentium Plus"/>
          <w:sz w:val="24"/>
        </w:rPr>
        <w:t>ἀστέρων πάντων ὀ κάλλιστος</w:t>
      </w:r>
    </w:p>
    <w:p>
      <w:r>
        <w:rPr>
          <w:rFonts w:ascii="Courier New" w:hAnsi="Courier New"/>
          <w:color w:val="555555"/>
          <w:sz w:val="20"/>
        </w:rPr>
        <w:t>[105a]</w:t>
      </w:r>
    </w:p>
    <w:p>
      <w:r>
        <w:rPr>
          <w:rFonts w:ascii="Gentium Plus" w:hAnsi="Gentium Plus"/>
          <w:sz w:val="24"/>
        </w:rPr>
        <w:t>οἶον τὸ γλυκύμαλον ἐρεύθεται ἄκρωι ἐπ’ ὔσδωι, ἄκρον ἐπ’ ἀκροτάτωι, λελάθοντο δὲ μαλοδρόπηες,</w:t>
      </w:r>
    </w:p>
    <w:p>
      <w:r>
        <w:rPr>
          <w:rFonts w:ascii="Courier New" w:hAnsi="Courier New"/>
          <w:color w:val="555555"/>
          <w:sz w:val="20"/>
        </w:rPr>
        <w:t>[105c]</w:t>
      </w:r>
    </w:p>
    <w:p>
      <w:r>
        <w:rPr>
          <w:rFonts w:ascii="Gentium Plus" w:hAnsi="Gentium Plus"/>
          <w:sz w:val="24"/>
        </w:rPr>
        <w:t>οἴαν τὰν ὐάκινθον ἐν ὤρεσι ποίμενες ἄνδρες πόσσι καταστείβοισι, χάμαι δέ τε πόρφυρον ἄνθος ...</w:t>
      </w:r>
    </w:p>
    <w:p>
      <w:r>
        <w:rPr>
          <w:rFonts w:ascii="Courier New" w:hAnsi="Courier New"/>
          <w:color w:val="555555"/>
          <w:sz w:val="20"/>
        </w:rPr>
        <w:t>[106]</w:t>
      </w:r>
    </w:p>
    <w:p>
      <w:r>
        <w:rPr>
          <w:rFonts w:ascii="Gentium Plus" w:hAnsi="Gentium Plus"/>
          <w:sz w:val="24"/>
        </w:rPr>
        <w:t>πέρροχος, ὠς ὄτ’ ἄοιδος ὀ Λέσβιος ἀλλοδάποισιν</w:t>
      </w:r>
    </w:p>
    <w:p>
      <w:r>
        <w:rPr>
          <w:rFonts w:ascii="Courier New" w:hAnsi="Courier New"/>
          <w:color w:val="555555"/>
          <w:sz w:val="20"/>
        </w:rPr>
        <w:t>[107]</w:t>
      </w:r>
    </w:p>
    <w:p>
      <w:r>
        <w:rPr>
          <w:rFonts w:ascii="Gentium Plus" w:hAnsi="Gentium Plus"/>
          <w:sz w:val="24"/>
        </w:rPr>
        <w:t>ἦρ’ ἔτι παρθενίας ἐπιβάλλομαι;</w:t>
      </w:r>
    </w:p>
    <w:p>
      <w:r>
        <w:rPr>
          <w:rFonts w:ascii="Courier New" w:hAnsi="Courier New"/>
          <w:color w:val="555555"/>
          <w:sz w:val="20"/>
        </w:rPr>
        <w:t>[108]</w:t>
      </w:r>
    </w:p>
    <w:p>
      <w:r>
        <w:rPr>
          <w:rFonts w:ascii="Gentium Plus" w:hAnsi="Gentium Plus"/>
          <w:sz w:val="24"/>
        </w:rPr>
        <w:t>ὦ κάλα, ὦ χαρίεσσα</w:t>
      </w:r>
    </w:p>
    <w:p>
      <w:r>
        <w:rPr>
          <w:rFonts w:ascii="Courier New" w:hAnsi="Courier New"/>
          <w:color w:val="555555"/>
          <w:sz w:val="20"/>
        </w:rPr>
        <w:t>[109]</w:t>
      </w:r>
    </w:p>
    <w:p>
      <w:r>
        <w:rPr>
          <w:rFonts w:ascii="Gentium Plus" w:hAnsi="Gentium Plus"/>
          <w:sz w:val="24"/>
        </w:rPr>
        <w:t>δώσομεν, ἦσι πάτηρ</w:t>
      </w:r>
    </w:p>
    <w:p>
      <w:r>
        <w:rPr>
          <w:rFonts w:ascii="Courier New" w:hAnsi="Courier New"/>
          <w:color w:val="555555"/>
          <w:sz w:val="20"/>
        </w:rPr>
        <w:t>[110a]</w:t>
      </w:r>
    </w:p>
    <w:p>
      <w:r>
        <w:rPr>
          <w:rFonts w:ascii="Gentium Plus" w:hAnsi="Gentium Plus"/>
          <w:sz w:val="24"/>
        </w:rPr>
        <w:t>θυρώρωι πόδες ἐπτορόγυιοι, τὰ δὲ σάμβαλα πεμπεβόηα, πίσσυγγοι δὲ δέκ’ ἐξεπόναισαν</w:t>
      </w:r>
    </w:p>
    <w:p>
      <w:r>
        <w:rPr>
          <w:rFonts w:ascii="Courier New" w:hAnsi="Courier New"/>
          <w:color w:val="555555"/>
          <w:sz w:val="20"/>
        </w:rPr>
        <w:t>[111]</w:t>
      </w:r>
    </w:p>
    <w:p>
      <w:r>
        <w:rPr>
          <w:rFonts w:ascii="Gentium Plus" w:hAnsi="Gentium Plus"/>
          <w:sz w:val="24"/>
        </w:rPr>
        <w:t>ἴψοι δὴ τὸ μέλαθρον· ὐμήναον· ἀέρρετε τέκτονες ἄνδρες· ὐμήναον.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γάμβρος †εἰσέρχεται ἴσος† Ἄρευι,</w:t>
      </w:r>
    </w:p>
    <w:p>
      <w:r>
        <w:rPr>
          <w:rFonts w:ascii="Courier New" w:hAnsi="Courier New"/>
          <w:color w:val="555555"/>
          <w:sz w:val="20"/>
        </w:rPr>
        <w:t>[112]</w:t>
      </w:r>
    </w:p>
    <w:p>
      <w:r>
        <w:rPr>
          <w:rFonts w:ascii="Gentium Plus" w:hAnsi="Gentium Plus"/>
          <w:sz w:val="24"/>
        </w:rPr>
        <w:t>ὄλβιε γάμβρε, σοὶ μὲν δὴ γάμος ὠς ἄραο ἐκτετέλεστ’, ἔχηις δὲ πάρθενον †ἂν† ἄραο ... σοὶ χάριεν μὲν εἶδος, ὄππατα δ’ ... μέλλιχ’, ἔρος δ’ ἐπ’ ἰμέρτωι κέχυται προσώπωι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......... τετίμακ’ ἔξοχά ς’ Ἀφροδίτα</w:t>
      </w:r>
    </w:p>
    <w:p>
      <w:r>
        <w:rPr>
          <w:rFonts w:ascii="Courier New" w:hAnsi="Courier New"/>
          <w:color w:val="555555"/>
          <w:sz w:val="20"/>
        </w:rPr>
        <w:t>[113]</w:t>
      </w:r>
    </w:p>
    <w:p>
      <w:r>
        <w:rPr>
          <w:rFonts w:ascii="Gentium Plus" w:hAnsi="Gentium Plus"/>
          <w:sz w:val="24"/>
        </w:rPr>
        <w:t>οὐ γὰρ †ἑτέρα νῦν† πάις ὦ γάμβρε τεαύτα</w:t>
      </w:r>
    </w:p>
    <w:p>
      <w:r>
        <w:rPr>
          <w:rFonts w:ascii="Courier New" w:hAnsi="Courier New"/>
          <w:color w:val="555555"/>
          <w:sz w:val="20"/>
        </w:rPr>
        <w:t>[114]</w:t>
      </w:r>
    </w:p>
    <w:p>
      <w:r>
        <w:rPr>
          <w:rFonts w:ascii="Gentium Plus" w:hAnsi="Gentium Plus"/>
          <w:sz w:val="24"/>
        </w:rPr>
        <w:t>(νύμφη). παρθενία, παρθενία, ποῖ με λίποισα †οἴχηι; (παρθενία). †οὐκέτι ἤξω πρὸς σέ, οὐκέτι ἤξω†.</w:t>
      </w:r>
    </w:p>
    <w:p>
      <w:r>
        <w:rPr>
          <w:rFonts w:ascii="Courier New" w:hAnsi="Courier New"/>
          <w:color w:val="555555"/>
          <w:sz w:val="20"/>
        </w:rPr>
        <w:t>[115]</w:t>
      </w:r>
    </w:p>
    <w:p>
      <w:r>
        <w:rPr>
          <w:rFonts w:ascii="Gentium Plus" w:hAnsi="Gentium Plus"/>
          <w:sz w:val="24"/>
        </w:rPr>
        <w:t>τίωι ς’, ὦ φίλε γάμβρε, κάλως ἐικάσδω;</w:t>
      </w:r>
    </w:p>
    <w:p>
      <w:r>
        <w:rPr>
          <w:rFonts w:ascii="Courier New" w:hAnsi="Courier New"/>
          <w:color w:val="555555"/>
          <w:sz w:val="20"/>
        </w:rPr>
        <w:t>[116]</w:t>
      </w:r>
    </w:p>
    <w:p>
      <w:r>
        <w:rPr>
          <w:rFonts w:ascii="Gentium Plus" w:hAnsi="Gentium Plus"/>
          <w:sz w:val="24"/>
        </w:rPr>
        <w:t>χαῖρε, νύμφα, χαῖρε, τίμιε γάμβρε, πόλλα ...</w:t>
      </w:r>
    </w:p>
    <w:p>
      <w:r>
        <w:rPr>
          <w:rFonts w:ascii="Courier New" w:hAnsi="Courier New"/>
          <w:color w:val="555555"/>
          <w:sz w:val="20"/>
        </w:rPr>
        <w:t>[117]</w:t>
      </w:r>
    </w:p>
    <w:p>
      <w:r>
        <w:rPr>
          <w:rFonts w:ascii="Gentium Plus" w:hAnsi="Gentium Plus"/>
          <w:sz w:val="24"/>
        </w:rPr>
        <w:t>†χαίροις ἀ νύμφα†, χαιρέτω δ’ ὀ γάμβρος</w:t>
      </w:r>
    </w:p>
    <w:p>
      <w:r>
        <w:rPr>
          <w:rFonts w:ascii="Courier New" w:hAnsi="Courier New"/>
          <w:color w:val="555555"/>
          <w:sz w:val="20"/>
        </w:rPr>
        <w:t>[t118-213]</w:t>
      </w:r>
    </w:p>
    <w:p>
      <w:r>
        <w:rPr>
          <w:rFonts w:ascii="Gentium Plus" w:hAnsi="Gentium Plus"/>
          <w:sz w:val="24"/>
        </w:rPr>
        <w:t>INCERTI LIBRI</w:t>
      </w:r>
    </w:p>
    <w:p>
      <w:r>
        <w:rPr>
          <w:rFonts w:ascii="Courier New" w:hAnsi="Courier New"/>
          <w:color w:val="555555"/>
          <w:sz w:val="20"/>
        </w:rPr>
        <w:t>[118]</w:t>
      </w:r>
    </w:p>
    <w:p>
      <w:r>
        <w:rPr>
          <w:rFonts w:ascii="Gentium Plus" w:hAnsi="Gentium Plus"/>
          <w:sz w:val="24"/>
        </w:rPr>
        <w:t>ἄγι † † χέλυ δῖα † † φωνάεσσα † †</w:t>
      </w:r>
    </w:p>
    <w:p>
      <w:r>
        <w:rPr>
          <w:rFonts w:ascii="Courier New" w:hAnsi="Courier New"/>
          <w:color w:val="555555"/>
          <w:sz w:val="20"/>
        </w:rPr>
        <w:t>[119]</w:t>
      </w:r>
    </w:p>
    <w:p>
      <w:r>
        <w:rPr>
          <w:rFonts w:ascii="Gentium Plus" w:hAnsi="Gentium Plus"/>
          <w:sz w:val="24"/>
        </w:rPr>
        <w:t>αἰμιτύβιον στάλασσον</w:t>
      </w:r>
    </w:p>
    <w:p>
      <w:r>
        <w:rPr>
          <w:rFonts w:ascii="Courier New" w:hAnsi="Courier New"/>
          <w:color w:val="555555"/>
          <w:sz w:val="20"/>
        </w:rPr>
        <w:t>[120]</w:t>
      </w:r>
    </w:p>
    <w:p>
      <w:r>
        <w:rPr>
          <w:rFonts w:ascii="Gentium Plus" w:hAnsi="Gentium Plus"/>
          <w:sz w:val="24"/>
        </w:rPr>
        <w:t>ἀλλά τις οὐκ ἔμμι παλιγκότων</w:t>
      </w:r>
    </w:p>
    <w:p>
      <w:r>
        <w:rPr>
          <w:rFonts w:ascii="Courier New" w:hAnsi="Courier New"/>
          <w:color w:val="555555"/>
          <w:sz w:val="20"/>
        </w:rPr>
        <w:t>[121]</w:t>
      </w:r>
    </w:p>
    <w:p>
      <w:r>
        <w:rPr>
          <w:rFonts w:ascii="Gentium Plus" w:hAnsi="Gentium Plus"/>
          <w:sz w:val="24"/>
        </w:rPr>
        <w:t>ἀλλ’ ἔων φίλος ἄμμι λέχος ἄρνυσο νεώτερον· οὐ γὰρ τλάσομ’ ἔγω συνοί‐ κην ἔοισα γεραιτέρα ...</w:t>
      </w:r>
    </w:p>
    <w:p>
      <w:r>
        <w:rPr>
          <w:rFonts w:ascii="Courier New" w:hAnsi="Courier New"/>
          <w:color w:val="555555"/>
          <w:sz w:val="20"/>
        </w:rPr>
        <w:t>[122]</w:t>
      </w:r>
    </w:p>
    <w:p>
      <w:r>
        <w:rPr>
          <w:rFonts w:ascii="Gentium Plus" w:hAnsi="Gentium Plus"/>
          <w:sz w:val="24"/>
        </w:rPr>
        <w:t>ἄνθε’ ἀμέργοισαν παῖδ’ ἄγαν ἀπάλαν</w:t>
      </w:r>
    </w:p>
    <w:p>
      <w:r>
        <w:rPr>
          <w:rFonts w:ascii="Courier New" w:hAnsi="Courier New"/>
          <w:color w:val="555555"/>
          <w:sz w:val="20"/>
        </w:rPr>
        <w:t>[123]</w:t>
      </w:r>
    </w:p>
    <w:p>
      <w:r>
        <w:rPr>
          <w:rFonts w:ascii="Gentium Plus" w:hAnsi="Gentium Plus"/>
          <w:sz w:val="24"/>
        </w:rPr>
        <w:t>ἀρτίως μὲν ἀ χρυσοπέδιλλος Αὔως</w:t>
      </w:r>
    </w:p>
    <w:p>
      <w:r>
        <w:rPr>
          <w:rFonts w:ascii="Courier New" w:hAnsi="Courier New"/>
          <w:color w:val="555555"/>
          <w:sz w:val="20"/>
        </w:rPr>
        <w:t>[124]</w:t>
      </w:r>
    </w:p>
    <w:p>
      <w:r>
        <w:rPr>
          <w:rFonts w:ascii="Gentium Plus" w:hAnsi="Gentium Plus"/>
          <w:sz w:val="24"/>
        </w:rPr>
        <w:t>αὔτα δὲ σὺ Καλλιόπα</w:t>
      </w:r>
    </w:p>
    <w:p>
      <w:r>
        <w:rPr>
          <w:rFonts w:ascii="Courier New" w:hAnsi="Courier New"/>
          <w:color w:val="555555"/>
          <w:sz w:val="20"/>
        </w:rPr>
        <w:t>[125]</w:t>
      </w:r>
    </w:p>
    <w:p>
      <w:r>
        <w:rPr>
          <w:rFonts w:ascii="Gentium Plus" w:hAnsi="Gentium Plus"/>
          <w:sz w:val="24"/>
        </w:rPr>
        <w:t>†αυταόρα† ἐστεφαναπλόκην</w:t>
      </w:r>
    </w:p>
    <w:p>
      <w:r>
        <w:rPr>
          <w:rFonts w:ascii="Courier New" w:hAnsi="Courier New"/>
          <w:color w:val="555555"/>
          <w:sz w:val="20"/>
        </w:rPr>
        <w:t>[126]</w:t>
      </w:r>
    </w:p>
    <w:p>
      <w:r>
        <w:rPr>
          <w:rFonts w:ascii="Gentium Plus" w:hAnsi="Gentium Plus"/>
          <w:sz w:val="24"/>
        </w:rPr>
        <w:t>δαύοις ἀπάλας ἐτάρας ἐν στήθεσιν</w:t>
      </w:r>
    </w:p>
    <w:p>
      <w:r>
        <w:rPr>
          <w:rFonts w:ascii="Courier New" w:hAnsi="Courier New"/>
          <w:color w:val="555555"/>
          <w:sz w:val="20"/>
        </w:rPr>
        <w:t>[127]</w:t>
      </w:r>
    </w:p>
    <w:p>
      <w:r>
        <w:rPr>
          <w:rFonts w:ascii="Gentium Plus" w:hAnsi="Gentium Plus"/>
          <w:sz w:val="24"/>
        </w:rPr>
        <w:t>δεῦρο δηὖτε Μοῖσαι χρύσιον λίποισαι ...</w:t>
      </w:r>
    </w:p>
    <w:p>
      <w:r>
        <w:rPr>
          <w:rFonts w:ascii="Courier New" w:hAnsi="Courier New"/>
          <w:color w:val="555555"/>
          <w:sz w:val="20"/>
        </w:rPr>
        <w:t>[128]</w:t>
      </w:r>
    </w:p>
    <w:p>
      <w:r>
        <w:rPr>
          <w:rFonts w:ascii="Gentium Plus" w:hAnsi="Gentium Plus"/>
          <w:sz w:val="24"/>
        </w:rPr>
        <w:t>δεῦτέ νυν ἄβραι Χάριτες καλλίκομοί τε Μοῖσαι</w:t>
      </w:r>
    </w:p>
    <w:p>
      <w:r>
        <w:rPr>
          <w:rFonts w:ascii="Courier New" w:hAnsi="Courier New"/>
          <w:color w:val="555555"/>
          <w:sz w:val="20"/>
        </w:rPr>
        <w:t>[129]</w:t>
      </w:r>
    </w:p>
    <w:p>
      <w:r>
        <w:rPr>
          <w:rFonts w:ascii="Gentium Plus" w:hAnsi="Gentium Plus"/>
          <w:sz w:val="24"/>
        </w:rPr>
        <w:t>.... ἔμεθεν δ’ ἔχηισθα λάθαν ... ἤ τιν’ ἄλλον ἀνθρώπων ἔμεθεν φίληισθα ...</w:t>
      </w:r>
    </w:p>
    <w:p>
      <w:r>
        <w:rPr>
          <w:rFonts w:ascii="Courier New" w:hAnsi="Courier New"/>
          <w:color w:val="555555"/>
          <w:sz w:val="20"/>
        </w:rPr>
        <w:t>[130]</w:t>
      </w:r>
    </w:p>
    <w:p>
      <w:r>
        <w:rPr>
          <w:rFonts w:ascii="Gentium Plus" w:hAnsi="Gentium Plus"/>
          <w:sz w:val="24"/>
        </w:rPr>
        <w:t>Ἔρος δηὖτέ μ’ ὀ λυσιμέλης δόνει,</w:t>
      </w:r>
    </w:p>
    <w:p>
      <w:r>
        <w:rPr>
          <w:rFonts w:ascii="Courier New" w:hAnsi="Courier New"/>
          <w:color w:val="555555"/>
          <w:sz w:val="20"/>
        </w:rPr>
        <w:t>[131]</w:t>
      </w:r>
    </w:p>
    <w:p>
      <w:r>
        <w:rPr>
          <w:rFonts w:ascii="Gentium Plus" w:hAnsi="Gentium Plus"/>
          <w:sz w:val="24"/>
        </w:rPr>
        <w:t>Ἄτθι, σοὶ δ’ ἔμεθεν μὲν ἀπήχθετο φροντίσδην, ἐπὶ δ’ Ἀνδρομέδαν πόται</w:t>
      </w:r>
    </w:p>
    <w:p>
      <w:r>
        <w:rPr>
          <w:rFonts w:ascii="Courier New" w:hAnsi="Courier New"/>
          <w:color w:val="555555"/>
          <w:sz w:val="20"/>
        </w:rPr>
        <w:t>[132]</w:t>
      </w:r>
    </w:p>
    <w:p>
      <w:r>
        <w:rPr>
          <w:rFonts w:ascii="Gentium Plus" w:hAnsi="Gentium Plus"/>
          <w:sz w:val="24"/>
        </w:rPr>
        <w:t>ἔστι μοι κάλα πάις χρυσίοισιν ἀνθέμοισιν ἐμφέρην ἔχοισα μόρφαν Κλέις ἀγαπάτα, ἀντὶ τᾶς ἔγωὐδὲ Λυδίαν παῖσαν οὐδ’ ἐράνναν ...</w:t>
      </w:r>
    </w:p>
    <w:p>
      <w:r>
        <w:rPr>
          <w:rFonts w:ascii="Courier New" w:hAnsi="Courier New"/>
          <w:color w:val="555555"/>
          <w:sz w:val="20"/>
        </w:rPr>
        <w:t>[133]</w:t>
      </w:r>
    </w:p>
    <w:p>
      <w:r>
        <w:rPr>
          <w:rFonts w:ascii="Gentium Plus" w:hAnsi="Gentium Plus"/>
          <w:sz w:val="24"/>
        </w:rPr>
        <w:t>ἔχει μὲν Ἀνδρομέδα κάλαν ἀμοίβαν ... Ψάπφοι, τί τὰν πολύολβον Ἀφροδίταν ...;</w:t>
      </w:r>
    </w:p>
    <w:p>
      <w:r>
        <w:rPr>
          <w:rFonts w:ascii="Courier New" w:hAnsi="Courier New"/>
          <w:color w:val="555555"/>
          <w:sz w:val="20"/>
        </w:rPr>
        <w:t>[134]</w:t>
      </w:r>
    </w:p>
    <w:p>
      <w:r>
        <w:rPr>
          <w:rFonts w:ascii="Gentium Plus" w:hAnsi="Gentium Plus"/>
          <w:sz w:val="24"/>
        </w:rPr>
        <w:t>ζὰ ... ἐλεξάμαν ὄναρ Κυπρογενηα</w:t>
      </w:r>
    </w:p>
    <w:p>
      <w:r>
        <w:rPr>
          <w:rFonts w:ascii="Courier New" w:hAnsi="Courier New"/>
          <w:color w:val="555555"/>
          <w:sz w:val="20"/>
        </w:rPr>
        <w:t>[135]</w:t>
      </w:r>
    </w:p>
    <w:p>
      <w:r>
        <w:rPr>
          <w:rFonts w:ascii="Gentium Plus" w:hAnsi="Gentium Plus"/>
          <w:sz w:val="24"/>
        </w:rPr>
        <w:t>τί με Πανδίονις, Ὤιρανα, χελίδω ...;</w:t>
      </w:r>
    </w:p>
    <w:p>
      <w:r>
        <w:rPr>
          <w:rFonts w:ascii="Courier New" w:hAnsi="Courier New"/>
          <w:color w:val="555555"/>
          <w:sz w:val="20"/>
        </w:rPr>
        <w:t>[136]</w:t>
      </w:r>
    </w:p>
    <w:p>
      <w:r>
        <w:rPr>
          <w:rFonts w:ascii="Gentium Plus" w:hAnsi="Gentium Plus"/>
          <w:sz w:val="24"/>
        </w:rPr>
        <w:t>ἦρος †ἄγγελος ἰμερόφωνος ἀήδων†</w:t>
      </w:r>
    </w:p>
    <w:p>
      <w:r>
        <w:rPr>
          <w:rFonts w:ascii="Courier New" w:hAnsi="Courier New"/>
          <w:color w:val="555555"/>
          <w:sz w:val="20"/>
        </w:rPr>
        <w:t>[137]</w:t>
      </w:r>
    </w:p>
    <w:p>
      <w:r>
        <w:rPr>
          <w:rFonts w:ascii="Gentium Plus" w:hAnsi="Gentium Plus"/>
          <w:sz w:val="24"/>
        </w:rPr>
        <w:t>θέλω τί τ’ εἴπην, ἀλλά με κωλύει αἴδως ............... αἰ δ’ ἦχες ἔσλων ἴμερον ἢ κάλων καὶ μή τί τ’ εἴπην γλῶσς’ ἐκύκα κάκον,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αἴδως †κέν σε οὐκ† ἦχεν ὄππα‐ τ’ ἀλλ’ ἔλεγες †περὶ τὼ δικαίω†</w:t>
      </w:r>
    </w:p>
    <w:p>
      <w:r>
        <w:rPr>
          <w:rFonts w:ascii="Courier New" w:hAnsi="Courier New"/>
          <w:color w:val="555555"/>
          <w:sz w:val="20"/>
        </w:rPr>
        <w:t>[138]</w:t>
      </w:r>
    </w:p>
    <w:p>
      <w:r>
        <w:rPr>
          <w:rFonts w:ascii="Gentium Plus" w:hAnsi="Gentium Plus"/>
          <w:sz w:val="24"/>
        </w:rPr>
        <w:t>στᾶθι †κἄντα† φίλος</w:t>
      </w:r>
    </w:p>
    <w:p>
      <w:r>
        <w:rPr>
          <w:rFonts w:ascii="Courier New" w:hAnsi="Courier New"/>
          <w:color w:val="555555"/>
          <w:sz w:val="20"/>
        </w:rPr>
        <w:t>[139]</w:t>
      </w:r>
    </w:p>
    <w:p>
      <w:r>
        <w:rPr>
          <w:rFonts w:ascii="Gentium Plus" w:hAnsi="Gentium Plus"/>
          <w:sz w:val="24"/>
        </w:rPr>
        <w:t>θέοι δ[...].νεσω.[...].τι̣καδακ[... θ̣ε̣[.].[.]η̣λ̣[.]...[]ηλα[.......</w:t>
      </w:r>
    </w:p>
    <w:p>
      <w:r>
        <w:rPr>
          <w:rFonts w:ascii="Courier New" w:hAnsi="Courier New"/>
          <w:color w:val="555555"/>
          <w:sz w:val="20"/>
        </w:rPr>
        <w:t>[140a]</w:t>
      </w:r>
    </w:p>
    <w:p>
      <w:r>
        <w:rPr>
          <w:rFonts w:ascii="Gentium Plus" w:hAnsi="Gentium Plus"/>
          <w:sz w:val="24"/>
        </w:rPr>
        <w:t>κατθνα〈ί〉σκει, Κυθέρη’, ἄβρος Ἄδωνις· τί κε θεῖμεν; καττύπτεσθε, κόραι, καὶ κατερείκεσθε κίθωνας.</w:t>
      </w:r>
    </w:p>
    <w:p>
      <w:r>
        <w:rPr>
          <w:rFonts w:ascii="Courier New" w:hAnsi="Courier New"/>
          <w:color w:val="555555"/>
          <w:sz w:val="20"/>
        </w:rPr>
        <w:t>[141]</w:t>
      </w:r>
    </w:p>
    <w:p>
      <w:r>
        <w:rPr>
          <w:rFonts w:ascii="Gentium Plus" w:hAnsi="Gentium Plus"/>
          <w:sz w:val="24"/>
        </w:rPr>
        <w:t>κῆ δ’ ἀμβροσίας μὲν κράτηρ ἐκέκρατ’</w:t>
      </w:r>
    </w:p>
    <w:p>
      <w:r>
        <w:rPr>
          <w:rFonts w:ascii="Courier New" w:hAnsi="Courier New"/>
          <w:color w:val="555555"/>
          <w:sz w:val="20"/>
        </w:rPr>
        <w:t>[3,4]</w:t>
      </w:r>
    </w:p>
    <w:p>
      <w:r>
        <w:rPr>
          <w:rFonts w:ascii="Gentium Plus" w:hAnsi="Gentium Plus"/>
          <w:sz w:val="24"/>
        </w:rPr>
        <w:t>Ἔρμαις δ’ ἔλων ὄλπιν θέοις’ ὠινοχόαισε.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κῆνοι δ’ ἄρα πάντες καρχάσι’ ἦχον</w:t>
      </w:r>
    </w:p>
    <w:p>
      <w:r>
        <w:rPr>
          <w:rFonts w:ascii="Courier New" w:hAnsi="Courier New"/>
          <w:color w:val="555555"/>
          <w:sz w:val="20"/>
        </w:rPr>
        <w:t>[7,8]</w:t>
      </w:r>
    </w:p>
    <w:p>
      <w:r>
        <w:rPr>
          <w:rFonts w:ascii="Gentium Plus" w:hAnsi="Gentium Plus"/>
          <w:sz w:val="24"/>
        </w:rPr>
        <w:t>κἄλειβον ἀράσαντο δὲ πάμπαν ἔσλα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τὼι γάμβρωι.</w:t>
      </w:r>
    </w:p>
    <w:p>
      <w:r>
        <w:rPr>
          <w:rFonts w:ascii="Courier New" w:hAnsi="Courier New"/>
          <w:color w:val="555555"/>
          <w:sz w:val="20"/>
        </w:rPr>
        <w:t>[142]</w:t>
      </w:r>
    </w:p>
    <w:p>
      <w:r>
        <w:rPr>
          <w:rFonts w:ascii="Gentium Plus" w:hAnsi="Gentium Plus"/>
          <w:sz w:val="24"/>
        </w:rPr>
        <w:t>Λάτω καὶ Νιόβα μάλα μὲν φίλαι ἦσαν ἔταιραι</w:t>
      </w:r>
    </w:p>
    <w:p>
      <w:r>
        <w:rPr>
          <w:rFonts w:ascii="Courier New" w:hAnsi="Courier New"/>
          <w:color w:val="555555"/>
          <w:sz w:val="20"/>
        </w:rPr>
        <w:t>[143]</w:t>
      </w:r>
    </w:p>
    <w:p>
      <w:r>
        <w:rPr>
          <w:rFonts w:ascii="Gentium Plus" w:hAnsi="Gentium Plus"/>
          <w:sz w:val="24"/>
        </w:rPr>
        <w:t>χρύσειοι δ’ ἐρέβινθοι ἐπ’ ἀιόνων ἐφύοντο</w:t>
      </w:r>
    </w:p>
    <w:p>
      <w:r>
        <w:rPr>
          <w:rFonts w:ascii="Courier New" w:hAnsi="Courier New"/>
          <w:color w:val="555555"/>
          <w:sz w:val="20"/>
        </w:rPr>
        <w:t>[144]</w:t>
      </w:r>
    </w:p>
    <w:p>
      <w:r>
        <w:rPr>
          <w:rFonts w:ascii="Gentium Plus" w:hAnsi="Gentium Plus"/>
          <w:sz w:val="24"/>
        </w:rPr>
        <w:t>μάλα δὴ κεκορημένοις Γόργως</w:t>
      </w:r>
    </w:p>
    <w:p>
      <w:r>
        <w:rPr>
          <w:rFonts w:ascii="Courier New" w:hAnsi="Courier New"/>
          <w:color w:val="555555"/>
          <w:sz w:val="20"/>
        </w:rPr>
        <w:t>[145]</w:t>
      </w:r>
    </w:p>
    <w:p>
      <w:r>
        <w:rPr>
          <w:rFonts w:ascii="Gentium Plus" w:hAnsi="Gentium Plus"/>
          <w:sz w:val="24"/>
        </w:rPr>
        <w:t>μὴ κίνη χέραδος</w:t>
      </w:r>
    </w:p>
    <w:p>
      <w:r>
        <w:rPr>
          <w:rFonts w:ascii="Courier New" w:hAnsi="Courier New"/>
          <w:color w:val="555555"/>
          <w:sz w:val="20"/>
        </w:rPr>
        <w:t>[146]</w:t>
      </w:r>
    </w:p>
    <w:p>
      <w:r>
        <w:rPr>
          <w:rFonts w:ascii="Gentium Plus" w:hAnsi="Gentium Plus"/>
          <w:sz w:val="24"/>
        </w:rPr>
        <w:t>μήτε μοι μέλι μήτε μέλισσα</w:t>
      </w:r>
    </w:p>
    <w:p>
      <w:r>
        <w:rPr>
          <w:rFonts w:ascii="Courier New" w:hAnsi="Courier New"/>
          <w:color w:val="555555"/>
          <w:sz w:val="20"/>
        </w:rPr>
        <w:t>[147]</w:t>
      </w:r>
    </w:p>
    <w:p>
      <w:r>
        <w:rPr>
          <w:rFonts w:ascii="Gentium Plus" w:hAnsi="Gentium Plus"/>
          <w:sz w:val="24"/>
        </w:rPr>
        <w:t>μνάσασθαί τινά φαιμι †καὶ ἕτερον† ἀμμέων</w:t>
      </w:r>
    </w:p>
    <w:p>
      <w:r>
        <w:rPr>
          <w:rFonts w:ascii="Courier New" w:hAnsi="Courier New"/>
          <w:color w:val="555555"/>
          <w:sz w:val="20"/>
        </w:rPr>
        <w:t>[148]</w:t>
      </w:r>
    </w:p>
    <w:p>
      <w:r>
        <w:rPr>
          <w:rFonts w:ascii="Gentium Plus" w:hAnsi="Gentium Plus"/>
          <w:sz w:val="24"/>
        </w:rPr>
        <w:t>ὀ πλοῦτος ἄνευ † ἀρέτας οὐκ ἀσίνης πάροικος ἀ δ’ ἀμφοτέρων κρᾶσις †εὐδαιμονίας ἔχει τὸ ἄκρον†</w:t>
      </w:r>
    </w:p>
    <w:p>
      <w:r>
        <w:rPr>
          <w:rFonts w:ascii="Courier New" w:hAnsi="Courier New"/>
          <w:color w:val="555555"/>
          <w:sz w:val="20"/>
        </w:rPr>
        <w:t>[149]</w:t>
      </w:r>
    </w:p>
    <w:p>
      <w:r>
        <w:rPr>
          <w:rFonts w:ascii="Gentium Plus" w:hAnsi="Gentium Plus"/>
          <w:sz w:val="24"/>
        </w:rPr>
        <w:t>ὄτα πάννυχος ἄσφι κατάγρει</w:t>
      </w:r>
    </w:p>
    <w:p>
      <w:r>
        <w:rPr>
          <w:rFonts w:ascii="Courier New" w:hAnsi="Courier New"/>
          <w:color w:val="555555"/>
          <w:sz w:val="20"/>
        </w:rPr>
        <w:t>[150]</w:t>
      </w:r>
    </w:p>
    <w:p>
      <w:r>
        <w:rPr>
          <w:rFonts w:ascii="Gentium Plus" w:hAnsi="Gentium Plus"/>
          <w:sz w:val="24"/>
        </w:rPr>
        <w:t>οὐ γὰρ θέμις ἐν μοισοπόλων †οἰκίαι θρῆνον ἔμμεν’· οὔ κ’ ἄμμι τάδε πρέποι</w:t>
      </w:r>
    </w:p>
    <w:p>
      <w:r>
        <w:rPr>
          <w:rFonts w:ascii="Courier New" w:hAnsi="Courier New"/>
          <w:color w:val="555555"/>
          <w:sz w:val="20"/>
        </w:rPr>
        <w:t>[151]</w:t>
      </w:r>
    </w:p>
    <w:p>
      <w:r>
        <w:rPr>
          <w:rFonts w:ascii="Gentium Plus" w:hAnsi="Gentium Plus"/>
          <w:sz w:val="24"/>
        </w:rPr>
        <w:t>ὀφθάλμοις δὲ μέλαις νύκτος ἄωρος ...</w:t>
      </w:r>
    </w:p>
    <w:p>
      <w:r>
        <w:rPr>
          <w:rFonts w:ascii="Courier New" w:hAnsi="Courier New"/>
          <w:color w:val="555555"/>
          <w:sz w:val="20"/>
        </w:rPr>
        <w:t>[152]</w:t>
      </w:r>
    </w:p>
    <w:p>
      <w:r>
        <w:rPr>
          <w:rFonts w:ascii="Gentium Plus" w:hAnsi="Gentium Plus"/>
          <w:sz w:val="24"/>
        </w:rPr>
        <w:t>παντοδάπαισι μεμειχμένα χροίαισιν</w:t>
      </w:r>
    </w:p>
    <w:p>
      <w:r>
        <w:rPr>
          <w:rFonts w:ascii="Courier New" w:hAnsi="Courier New"/>
          <w:color w:val="555555"/>
          <w:sz w:val="20"/>
        </w:rPr>
        <w:t>[153]</w:t>
      </w:r>
    </w:p>
    <w:p>
      <w:r>
        <w:rPr>
          <w:rFonts w:ascii="Gentium Plus" w:hAnsi="Gentium Plus"/>
          <w:sz w:val="24"/>
        </w:rPr>
        <w:t>πάρθενον ἀδύφωνον</w:t>
      </w:r>
    </w:p>
    <w:p>
      <w:r>
        <w:rPr>
          <w:rFonts w:ascii="Courier New" w:hAnsi="Courier New"/>
          <w:color w:val="555555"/>
          <w:sz w:val="20"/>
        </w:rPr>
        <w:t>[154]</w:t>
      </w:r>
    </w:p>
    <w:p>
      <w:r>
        <w:rPr>
          <w:rFonts w:ascii="Gentium Plus" w:hAnsi="Gentium Plus"/>
          <w:sz w:val="24"/>
        </w:rPr>
        <w:t>πλήρης μὲν ἐφαίνετ’ ἀ σελάννα αἰ δ’ ὠς περὶ βῶμον ἐστάθησαν</w:t>
      </w:r>
    </w:p>
    <w:p>
      <w:r>
        <w:rPr>
          <w:rFonts w:ascii="Courier New" w:hAnsi="Courier New"/>
          <w:color w:val="555555"/>
          <w:sz w:val="20"/>
        </w:rPr>
        <w:t>[155]</w:t>
      </w:r>
    </w:p>
    <w:p>
      <w:r>
        <w:rPr>
          <w:rFonts w:ascii="Gentium Plus" w:hAnsi="Gentium Plus"/>
          <w:sz w:val="24"/>
        </w:rPr>
        <w:t>πόλλα μοι τὰν Πωλυανάκτιδα παῖδα χαίρην</w:t>
      </w:r>
    </w:p>
    <w:p>
      <w:r>
        <w:rPr>
          <w:rFonts w:ascii="Courier New" w:hAnsi="Courier New"/>
          <w:color w:val="555555"/>
          <w:sz w:val="20"/>
        </w:rPr>
        <w:t>[156]</w:t>
      </w:r>
    </w:p>
    <w:p>
      <w:r>
        <w:rPr>
          <w:rFonts w:ascii="Gentium Plus" w:hAnsi="Gentium Plus"/>
          <w:sz w:val="24"/>
        </w:rPr>
        <w:t>πόλυ πάκτιδος ἀδυμελεστέρα ... χρύσω χρυσοτέρα ...</w:t>
      </w:r>
    </w:p>
    <w:p>
      <w:r>
        <w:rPr>
          <w:rFonts w:ascii="Courier New" w:hAnsi="Courier New"/>
          <w:color w:val="555555"/>
          <w:sz w:val="20"/>
        </w:rPr>
        <w:t>[157]</w:t>
      </w:r>
    </w:p>
    <w:p>
      <w:r>
        <w:rPr>
          <w:rFonts w:ascii="Gentium Plus" w:hAnsi="Gentium Plus"/>
          <w:sz w:val="24"/>
        </w:rPr>
        <w:t>πότνια Αὔως</w:t>
      </w:r>
    </w:p>
    <w:p>
      <w:r>
        <w:rPr>
          <w:rFonts w:ascii="Courier New" w:hAnsi="Courier New"/>
          <w:color w:val="555555"/>
          <w:sz w:val="20"/>
        </w:rPr>
        <w:t>[158]</w:t>
      </w:r>
    </w:p>
    <w:p>
      <w:r>
        <w:rPr>
          <w:rFonts w:ascii="Gentium Plus" w:hAnsi="Gentium Plus"/>
          <w:sz w:val="24"/>
        </w:rPr>
        <w:t>σκιδναμένας ἐν στήθεσιν ὄργας πεφύλαχθαι γλῶσσαν μαψυλάκαν</w:t>
      </w:r>
    </w:p>
    <w:p>
      <w:r>
        <w:rPr>
          <w:rFonts w:ascii="Courier New" w:hAnsi="Courier New"/>
          <w:color w:val="555555"/>
          <w:sz w:val="20"/>
        </w:rPr>
        <w:t>[159]</w:t>
      </w:r>
    </w:p>
    <w:p>
      <w:r>
        <w:rPr>
          <w:rFonts w:ascii="Gentium Plus" w:hAnsi="Gentium Plus"/>
          <w:sz w:val="24"/>
        </w:rPr>
        <w:t>... σύ τε κἄμος θεράπων Ἔρος</w:t>
      </w:r>
    </w:p>
    <w:p>
      <w:r>
        <w:rPr>
          <w:rFonts w:ascii="Courier New" w:hAnsi="Courier New"/>
          <w:color w:val="555555"/>
          <w:sz w:val="20"/>
        </w:rPr>
        <w:t>[160]</w:t>
      </w:r>
    </w:p>
    <w:p>
      <w:r>
        <w:rPr>
          <w:rFonts w:ascii="Gentium Plus" w:hAnsi="Gentium Plus"/>
          <w:sz w:val="24"/>
        </w:rPr>
        <w:t>τάδε νῦν ἐταίραις ταὶς ἔμαις τέρπνα κάλως ἀείσω</w:t>
      </w:r>
    </w:p>
    <w:p>
      <w:r>
        <w:rPr>
          <w:rFonts w:ascii="Courier New" w:hAnsi="Courier New"/>
          <w:color w:val="555555"/>
          <w:sz w:val="20"/>
        </w:rPr>
        <w:t>[161]</w:t>
      </w:r>
    </w:p>
    <w:p>
      <w:r>
        <w:rPr>
          <w:rFonts w:ascii="Gentium Plus" w:hAnsi="Gentium Plus"/>
          <w:sz w:val="24"/>
        </w:rPr>
        <w:t>τανδεφυλασσετε ἐννε\</w:t>
      </w:r>
    </w:p>
    <w:p>
      <w:r>
        <w:rPr>
          <w:rFonts w:ascii="Courier New" w:hAnsi="Courier New"/>
          <w:color w:val="555555"/>
          <w:sz w:val="20"/>
        </w:rPr>
        <w:t>[162]</w:t>
      </w:r>
    </w:p>
    <w:p>
      <w:r>
        <w:rPr>
          <w:rFonts w:ascii="Gentium Plus" w:hAnsi="Gentium Plus"/>
          <w:sz w:val="24"/>
        </w:rPr>
        <w:t>τίοισιν ὀφθάλμοισι(ν);</w:t>
      </w:r>
    </w:p>
    <w:p>
      <w:r>
        <w:rPr>
          <w:rFonts w:ascii="Courier New" w:hAnsi="Courier New"/>
          <w:color w:val="555555"/>
          <w:sz w:val="20"/>
        </w:rPr>
        <w:t>[163]</w:t>
      </w:r>
    </w:p>
    <w:p>
      <w:r>
        <w:rPr>
          <w:rFonts w:ascii="Gentium Plus" w:hAnsi="Gentium Plus"/>
          <w:sz w:val="24"/>
        </w:rPr>
        <w:t>μέλημα τὦμον</w:t>
      </w:r>
    </w:p>
    <w:p>
      <w:r>
        <w:rPr>
          <w:rFonts w:ascii="Courier New" w:hAnsi="Courier New"/>
          <w:color w:val="555555"/>
          <w:sz w:val="20"/>
        </w:rPr>
        <w:t>[164]</w:t>
      </w:r>
    </w:p>
    <w:p>
      <w:r>
        <w:rPr>
          <w:rFonts w:ascii="Gentium Plus" w:hAnsi="Gentium Plus"/>
          <w:sz w:val="24"/>
        </w:rPr>
        <w:t>τὸν ϝὸν παῖδα κάλει</w:t>
      </w:r>
    </w:p>
    <w:p>
      <w:r>
        <w:rPr>
          <w:rFonts w:ascii="Courier New" w:hAnsi="Courier New"/>
          <w:color w:val="555555"/>
          <w:sz w:val="20"/>
        </w:rPr>
        <w:t>[165]</w:t>
      </w:r>
    </w:p>
    <w:p>
      <w:r>
        <w:rPr>
          <w:rFonts w:ascii="Gentium Plus" w:hAnsi="Gentium Plus"/>
          <w:sz w:val="24"/>
        </w:rPr>
        <w:t>φαίνεταί ϝοι κῆνος</w:t>
      </w:r>
    </w:p>
    <w:p>
      <w:r>
        <w:rPr>
          <w:rFonts w:ascii="Courier New" w:hAnsi="Courier New"/>
          <w:color w:val="555555"/>
          <w:sz w:val="20"/>
        </w:rPr>
        <w:t>[166]</w:t>
      </w:r>
    </w:p>
    <w:p>
      <w:r>
        <w:rPr>
          <w:rFonts w:ascii="Gentium Plus" w:hAnsi="Gentium Plus"/>
          <w:sz w:val="24"/>
        </w:rPr>
        <w:t>φαῖσι δή ποτα Λήδαν †ὐακίνθινον† πεπυκάδμενον εὔρην ὤιον</w:t>
      </w:r>
    </w:p>
    <w:p>
      <w:r>
        <w:rPr>
          <w:rFonts w:ascii="Courier New" w:hAnsi="Courier New"/>
          <w:color w:val="555555"/>
          <w:sz w:val="20"/>
        </w:rPr>
        <w:t>[167]</w:t>
      </w:r>
    </w:p>
    <w:p>
      <w:r>
        <w:rPr>
          <w:rFonts w:ascii="Gentium Plus" w:hAnsi="Gentium Plus"/>
          <w:sz w:val="24"/>
        </w:rPr>
        <w:t>ὠίω πόλυ λευκότερον</w:t>
      </w:r>
    </w:p>
    <w:p>
      <w:r>
        <w:rPr>
          <w:rFonts w:ascii="Courier New" w:hAnsi="Courier New"/>
          <w:color w:val="555555"/>
          <w:sz w:val="20"/>
        </w:rPr>
        <w:t>[168]</w:t>
      </w:r>
    </w:p>
    <w:p>
      <w:r>
        <w:rPr>
          <w:rFonts w:ascii="Gentium Plus" w:hAnsi="Gentium Plus"/>
          <w:sz w:val="24"/>
        </w:rPr>
        <w:t>ὦ τὸν Ἄδωνιν</w:t>
      </w:r>
    </w:p>
    <w:p>
      <w:r>
        <w:rPr>
          <w:rFonts w:ascii="Courier New" w:hAnsi="Courier New"/>
          <w:color w:val="555555"/>
          <w:sz w:val="20"/>
        </w:rPr>
        <w:t>[169]</w:t>
      </w:r>
    </w:p>
    <w:p>
      <w:r>
        <w:rPr>
          <w:rFonts w:ascii="Gentium Plus" w:hAnsi="Gentium Plus"/>
          <w:sz w:val="24"/>
        </w:rPr>
        <w:t>ἀγαγοίην</w:t>
      </w:r>
    </w:p>
    <w:p>
      <w:r>
        <w:rPr>
          <w:rFonts w:ascii="Courier New" w:hAnsi="Courier New"/>
          <w:color w:val="555555"/>
          <w:sz w:val="20"/>
        </w:rPr>
        <w:t>[170]</w:t>
      </w:r>
    </w:p>
    <w:p>
      <w:r>
        <w:rPr>
          <w:rFonts w:ascii="Gentium Plus" w:hAnsi="Gentium Plus"/>
          <w:sz w:val="24"/>
        </w:rPr>
        <w:t>Αἴγα</w:t>
      </w:r>
    </w:p>
    <w:p>
      <w:r>
        <w:rPr>
          <w:rFonts w:ascii="Courier New" w:hAnsi="Courier New"/>
          <w:color w:val="555555"/>
          <w:sz w:val="20"/>
        </w:rPr>
        <w:t>[171]</w:t>
      </w:r>
    </w:p>
    <w:p>
      <w:r>
        <w:rPr>
          <w:rFonts w:ascii="Gentium Plus" w:hAnsi="Gentium Plus"/>
          <w:sz w:val="24"/>
        </w:rPr>
        <w:t>ἄκακος</w:t>
      </w:r>
    </w:p>
    <w:p>
      <w:r>
        <w:rPr>
          <w:rFonts w:ascii="Courier New" w:hAnsi="Courier New"/>
          <w:color w:val="555555"/>
          <w:sz w:val="20"/>
        </w:rPr>
        <w:t>[172]</w:t>
      </w:r>
    </w:p>
    <w:p>
      <w:r>
        <w:rPr>
          <w:rFonts w:ascii="Gentium Plus" w:hAnsi="Gentium Plus"/>
          <w:sz w:val="24"/>
        </w:rPr>
        <w:t>ἀλγεσίδωρος</w:t>
      </w:r>
    </w:p>
    <w:p>
      <w:r>
        <w:rPr>
          <w:rFonts w:ascii="Courier New" w:hAnsi="Courier New"/>
          <w:color w:val="555555"/>
          <w:sz w:val="20"/>
        </w:rPr>
        <w:t>[173]</w:t>
      </w:r>
    </w:p>
    <w:p>
      <w:r>
        <w:rPr>
          <w:rFonts w:ascii="Gentium Plus" w:hAnsi="Gentium Plus"/>
          <w:sz w:val="24"/>
        </w:rPr>
        <w:t>ἀμαμάξυδ(–ος, –ες)</w:t>
      </w:r>
    </w:p>
    <w:p>
      <w:r>
        <w:rPr>
          <w:rFonts w:ascii="Courier New" w:hAnsi="Courier New"/>
          <w:color w:val="555555"/>
          <w:sz w:val="20"/>
        </w:rPr>
        <w:t>[174]</w:t>
      </w:r>
    </w:p>
    <w:p>
      <w:r>
        <w:rPr>
          <w:rFonts w:ascii="Gentium Plus" w:hAnsi="Gentium Plus"/>
          <w:sz w:val="24"/>
        </w:rPr>
        <w:t>[ἀμάρα]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αὖα</w:t>
      </w:r>
    </w:p>
    <w:p>
      <w:r>
        <w:rPr>
          <w:rFonts w:ascii="Courier New" w:hAnsi="Courier New"/>
          <w:color w:val="555555"/>
          <w:sz w:val="20"/>
        </w:rPr>
        <w:t>[176]</w:t>
      </w:r>
    </w:p>
    <w:p>
      <w:r>
        <w:rPr>
          <w:rFonts w:ascii="Gentium Plus" w:hAnsi="Gentium Plus"/>
          <w:sz w:val="24"/>
        </w:rPr>
        <w:t>βάρβιτος. βάρωμος. βάρμος.</w:t>
      </w:r>
    </w:p>
    <w:p>
      <w:r>
        <w:rPr>
          <w:rFonts w:ascii="Courier New" w:hAnsi="Courier New"/>
          <w:color w:val="555555"/>
          <w:sz w:val="20"/>
        </w:rPr>
        <w:t>[177]</w:t>
      </w:r>
    </w:p>
    <w:p>
      <w:r>
        <w:rPr>
          <w:rFonts w:ascii="Gentium Plus" w:hAnsi="Gentium Plus"/>
          <w:sz w:val="24"/>
        </w:rPr>
        <w:t>βεῦδος</w:t>
      </w:r>
    </w:p>
    <w:p>
      <w:r>
        <w:rPr>
          <w:rFonts w:ascii="Courier New" w:hAnsi="Courier New"/>
          <w:color w:val="555555"/>
          <w:sz w:val="20"/>
        </w:rPr>
        <w:t>[178]</w:t>
      </w:r>
    </w:p>
    <w:p>
      <w:r>
        <w:rPr>
          <w:rFonts w:ascii="Gentium Plus" w:hAnsi="Gentium Plus"/>
          <w:sz w:val="24"/>
        </w:rPr>
        <w:t>Γέλλως παιδοφιλωτέρα</w:t>
      </w:r>
    </w:p>
    <w:p>
      <w:r>
        <w:rPr>
          <w:rFonts w:ascii="Courier New" w:hAnsi="Courier New"/>
          <w:color w:val="555555"/>
          <w:sz w:val="20"/>
        </w:rPr>
        <w:t>[179]</w:t>
      </w:r>
    </w:p>
    <w:p>
      <w:r>
        <w:rPr>
          <w:rFonts w:ascii="Gentium Plus" w:hAnsi="Gentium Plus"/>
          <w:sz w:val="24"/>
        </w:rPr>
        <w:t>γρύτα</w:t>
      </w:r>
    </w:p>
    <w:p>
      <w:r>
        <w:rPr>
          <w:rFonts w:ascii="Courier New" w:hAnsi="Courier New"/>
          <w:color w:val="555555"/>
          <w:sz w:val="20"/>
        </w:rPr>
        <w:t>[180]</w:t>
      </w:r>
    </w:p>
    <w:p>
      <w:r>
        <w:rPr>
          <w:rFonts w:ascii="Gentium Plus" w:hAnsi="Gentium Plus"/>
          <w:sz w:val="24"/>
        </w:rPr>
        <w:t>Ἔκτωρ</w:t>
      </w:r>
    </w:p>
    <w:p>
      <w:r>
        <w:rPr>
          <w:rFonts w:ascii="Courier New" w:hAnsi="Courier New"/>
          <w:color w:val="555555"/>
          <w:sz w:val="20"/>
        </w:rPr>
        <w:t>[181]</w:t>
      </w:r>
    </w:p>
    <w:p>
      <w:r>
        <w:rPr>
          <w:rFonts w:ascii="Gentium Plus" w:hAnsi="Gentium Plus"/>
          <w:sz w:val="24"/>
        </w:rPr>
        <w:t>ζάβατον</w:t>
      </w:r>
    </w:p>
    <w:p>
      <w:r>
        <w:rPr>
          <w:rFonts w:ascii="Courier New" w:hAnsi="Courier New"/>
          <w:color w:val="555555"/>
          <w:sz w:val="20"/>
        </w:rPr>
        <w:t>[182]</w:t>
      </w:r>
    </w:p>
    <w:p>
      <w:r>
        <w:rPr>
          <w:rFonts w:ascii="Gentium Plus" w:hAnsi="Gentium Plus"/>
          <w:sz w:val="24"/>
        </w:rPr>
        <w:t>ἰοίην</w:t>
      </w:r>
    </w:p>
    <w:p>
      <w:r>
        <w:rPr>
          <w:rFonts w:ascii="Courier New" w:hAnsi="Courier New"/>
          <w:color w:val="555555"/>
          <w:sz w:val="20"/>
        </w:rPr>
        <w:t>[183]</w:t>
      </w:r>
    </w:p>
    <w:p>
      <w:r>
        <w:rPr>
          <w:rFonts w:ascii="Gentium Plus" w:hAnsi="Gentium Plus"/>
          <w:sz w:val="24"/>
        </w:rPr>
        <w:t>κατώρης s. κατάρης</w:t>
      </w:r>
    </w:p>
    <w:p>
      <w:r>
        <w:rPr>
          <w:rFonts w:ascii="Courier New" w:hAnsi="Courier New"/>
          <w:color w:val="555555"/>
          <w:sz w:val="20"/>
        </w:rPr>
        <w:t>[184]</w:t>
      </w:r>
    </w:p>
    <w:p>
      <w:r>
        <w:rPr>
          <w:rFonts w:ascii="Gentium Plus" w:hAnsi="Gentium Plus"/>
          <w:sz w:val="24"/>
        </w:rPr>
        <w:t>κίνδυν</w:t>
      </w:r>
    </w:p>
    <w:p>
      <w:r>
        <w:rPr>
          <w:rFonts w:ascii="Courier New" w:hAnsi="Courier New"/>
          <w:color w:val="555555"/>
          <w:sz w:val="20"/>
        </w:rPr>
        <w:t>[185]</w:t>
      </w:r>
    </w:p>
    <w:p>
      <w:r>
        <w:rPr>
          <w:rFonts w:ascii="Gentium Plus" w:hAnsi="Gentium Plus"/>
          <w:sz w:val="24"/>
        </w:rPr>
        <w:t>μελίφωνος</w:t>
      </w:r>
    </w:p>
    <w:p>
      <w:r>
        <w:rPr>
          <w:rFonts w:ascii="Courier New" w:hAnsi="Courier New"/>
          <w:color w:val="555555"/>
          <w:sz w:val="20"/>
        </w:rPr>
        <w:t>[186]</w:t>
      </w:r>
    </w:p>
    <w:p>
      <w:r>
        <w:rPr>
          <w:rFonts w:ascii="Gentium Plus" w:hAnsi="Gentium Plus"/>
          <w:sz w:val="24"/>
        </w:rPr>
        <w:t>Μήδεϊα</w:t>
      </w:r>
    </w:p>
    <w:p>
      <w:r>
        <w:rPr>
          <w:rFonts w:ascii="Courier New" w:hAnsi="Courier New"/>
          <w:color w:val="555555"/>
          <w:sz w:val="20"/>
        </w:rPr>
        <w:t>[187]</w:t>
      </w:r>
    </w:p>
    <w:p>
      <w:r>
        <w:rPr>
          <w:rFonts w:ascii="Gentium Plus" w:hAnsi="Gentium Plus"/>
          <w:sz w:val="24"/>
        </w:rPr>
        <w:t>Μοισάων</w:t>
      </w:r>
    </w:p>
    <w:p>
      <w:r>
        <w:rPr>
          <w:rFonts w:ascii="Courier New" w:hAnsi="Courier New"/>
          <w:color w:val="555555"/>
          <w:sz w:val="20"/>
        </w:rPr>
        <w:t>[188]</w:t>
      </w:r>
    </w:p>
    <w:p>
      <w:r>
        <w:rPr>
          <w:rFonts w:ascii="Gentium Plus" w:hAnsi="Gentium Plus"/>
          <w:sz w:val="24"/>
        </w:rPr>
        <w:t>μυθόπλοκος</w:t>
      </w:r>
    </w:p>
    <w:p>
      <w:r>
        <w:rPr>
          <w:rFonts w:ascii="Courier New" w:hAnsi="Courier New"/>
          <w:color w:val="555555"/>
          <w:sz w:val="20"/>
        </w:rPr>
        <w:t>[189]</w:t>
      </w:r>
    </w:p>
    <w:p>
      <w:r>
        <w:rPr>
          <w:rFonts w:ascii="Gentium Plus" w:hAnsi="Gentium Plus"/>
          <w:sz w:val="24"/>
        </w:rPr>
        <w:t>νίτρον</w:t>
      </w:r>
    </w:p>
    <w:p>
      <w:r>
        <w:rPr>
          <w:rFonts w:ascii="Courier New" w:hAnsi="Courier New"/>
          <w:color w:val="555555"/>
          <w:sz w:val="20"/>
        </w:rPr>
        <w:t>[190]</w:t>
      </w:r>
    </w:p>
    <w:p>
      <w:r>
        <w:rPr>
          <w:rFonts w:ascii="Gentium Plus" w:hAnsi="Gentium Plus"/>
          <w:sz w:val="24"/>
        </w:rPr>
        <w:t>πολυίδριδι</w:t>
      </w:r>
    </w:p>
    <w:p>
      <w:r>
        <w:rPr>
          <w:rFonts w:ascii="Courier New" w:hAnsi="Courier New"/>
          <w:color w:val="555555"/>
          <w:sz w:val="20"/>
        </w:rPr>
        <w:t>[191]</w:t>
      </w:r>
    </w:p>
    <w:p>
      <w:r>
        <w:rPr>
          <w:rFonts w:ascii="Gentium Plus" w:hAnsi="Gentium Plus"/>
          <w:sz w:val="24"/>
        </w:rPr>
        <w:t>σέλιννα</w:t>
      </w:r>
    </w:p>
    <w:p>
      <w:r>
        <w:rPr>
          <w:rFonts w:ascii="Courier New" w:hAnsi="Courier New"/>
          <w:color w:val="555555"/>
          <w:sz w:val="20"/>
        </w:rPr>
        <w:t>[192]</w:t>
      </w:r>
    </w:p>
    <w:p>
      <w:r>
        <w:rPr>
          <w:rFonts w:ascii="Gentium Plus" w:hAnsi="Gentium Plus"/>
          <w:sz w:val="24"/>
        </w:rPr>
        <w:t>χρυσαστράγαλοι φίαλαι</w:t>
      </w:r>
    </w:p>
    <w:p>
      <w:r>
        <w:rPr>
          <w:rFonts w:ascii="Courier New" w:hAnsi="Courier New"/>
          <w:color w:val="555555"/>
          <w:sz w:val="20"/>
        </w:rPr>
        <w:t>[210]</w:t>
      </w:r>
    </w:p>
    <w:p>
      <w:r>
        <w:rPr>
          <w:rFonts w:ascii="Gentium Plus" w:hAnsi="Gentium Plus"/>
          <w:sz w:val="24"/>
        </w:rPr>
        <w:t>Σκύθικον ξύλον</w:t>
      </w:r>
    </w:p>
    <w:p>
      <w:r>
        <w:rPr>
          <w:rFonts w:ascii="Courier New" w:hAnsi="Courier New"/>
          <w:color w:val="555555"/>
          <w:sz w:val="20"/>
        </w:rPr>
        <w:t>[211]</w:t>
      </w:r>
    </w:p>
    <w:p>
      <w:r>
        <w:rPr>
          <w:rFonts w:ascii="Gentium Plus" w:hAnsi="Gentium Plus"/>
          <w:sz w:val="24"/>
        </w:rPr>
        <w:t>Φάων</w:t>
      </w:r>
    </w:p>
    <w:p>
      <w:r>
        <w:rPr>
          <w:rFonts w:ascii="Courier New" w:hAnsi="Courier New"/>
          <w:color w:val="555555"/>
          <w:sz w:val="20"/>
        </w:rPr>
        <w:t>[213]</w:t>
      </w:r>
    </w:p>
    <w:p>
      <w:r>
        <w:rPr>
          <w:rFonts w:ascii="Gentium Plus" w:hAnsi="Gentium Plus"/>
          <w:sz w:val="24"/>
        </w:rPr>
        <w:t>. . 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]..[.].τ...[ . ..[..].σε εμα κἈρχ̣εάνα[σ‐ σα Γόργω〈.〉 σύνδυγο(ς)· ἀν̣τὶ τοῦ σ̣[ύν]ζυξ· ἡ Πλειστοδίκη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τ]ῆ̣ι̣ Γ̣[ο]ρ̣γ̣οῖ σύνζυξ μ̣ε‐ τ̣ὰ τ̣[ῆς] Γ̣ογγύλης ὀν[ο]μασθή‐ σετ[αι· κ]οινὸν γὰρ τὸ ὄν̣ο‐ μ[α .]ε̣δ.ται η κατὰ τῆσ̣[.]... α̣[...] Πλ[ε]ι̣σ̣τοδ̣ίκη[..]ν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 ὀνομ]α̣σθησ̣ετ̣[αι] κυ‐ [ ]η̣[ ].ατ̣ε̣τ̣ουτ [ ].νο̣ αν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