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Περίπλους Σκύλακος</w:t>
      </w:r>
      <w:r>
        <w:br/>
      </w:r>
      <w:r>
        <w:rPr>
          <w:i/>
          <w:color w:val="666666"/>
          <w:sz w:val="40"/>
        </w:rPr>
        <w:t>Periplus of Scylax</w:t>
      </w:r>
    </w:p>
    <w:p>
      <w:pPr>
        <w:jc w:val="center"/>
      </w:pPr>
      <w:r>
        <w:rPr>
          <w:rFonts w:ascii="Times New Roman" w:hAnsi="Times New Roman"/>
          <w:color w:val="1E3A70"/>
          <w:sz w:val="32"/>
        </w:rPr>
        <w:t>Σκύλαξ ὁ Καρυανδεύς</w:t>
      </w:r>
      <w:r>
        <w:br/>
      </w:r>
      <w:r>
        <w:rPr>
          <w:i/>
          <w:color w:val="666666"/>
          <w:sz w:val="28"/>
        </w:rPr>
        <w:t>by Scylax of Caryanda</w:t>
      </w:r>
    </w:p>
    <w:p/>
    <w:p>
      <w:r>
        <w:rPr>
          <w:rFonts w:ascii="Courier New" w:hAnsi="Courier New"/>
          <w:color w:val="555555"/>
          <w:sz w:val="20"/>
        </w:rPr>
        <w:t>[T]</w:t>
      </w:r>
    </w:p>
    <w:p>
      <w:r>
        <w:rPr>
          <w:rFonts w:ascii="Gentium Plus" w:hAnsi="Gentium Plus"/>
          <w:sz w:val="24"/>
        </w:rPr>
        <w:t>ΣΚΥΛΑΚΟΣ ΚΑΡΥΑΝΔΕΩΣ ΠΕΡΙΠΛΟΥΣ ΤΗΣ ΘΑΛΑΣΣΗΣ ΤΗΣ ΟΙΚΟΥΜΕΝΗΣ ΕΥΡΩΠΗΣ</w:t>
      </w:r>
    </w:p>
    <w:p>
      <w:r>
        <w:rPr>
          <w:rFonts w:ascii="Courier New" w:hAnsi="Courier New"/>
          <w:color w:val="555555"/>
          <w:sz w:val="20"/>
        </w:rPr>
        <w:t>[5]</w:t>
      </w:r>
    </w:p>
    <w:p>
      <w:r>
        <w:rPr>
          <w:rFonts w:ascii="Gentium Plus" w:hAnsi="Gentium Plus"/>
          <w:sz w:val="24"/>
        </w:rPr>
        <w:t>ΚΑΙ ΑΣΙΑΣ ΚΑΙ ΛΙΒΥΗΣ καὶ ὅσα καὶ ὁποῖα ἔθνη ἕκαστα, ἑξῆς καὶ χῶραι καὶ λιμένες καὶ ποταμοὶ καὶ ὅσα μήκη τῶν πλῶν, καὶ αἱ νῆσοι αἱ ἑπτὰ αἱ οἰκούμεναι, καθότι ἑκάστη κεῖται τῆς ἠπείρου.</w:t>
      </w:r>
    </w:p>
    <w:p>
      <w:r>
        <w:rPr>
          <w:rFonts w:ascii="Courier New" w:hAnsi="Courier New"/>
          <w:color w:val="555555"/>
          <w:sz w:val="20"/>
        </w:rPr>
        <w:t>[1T]</w:t>
      </w:r>
    </w:p>
    <w:p>
      <w:r>
        <w:rPr>
          <w:rFonts w:ascii="Gentium Plus" w:hAnsi="Gentium Plus"/>
          <w:sz w:val="24"/>
        </w:rPr>
        <w:t>ΕΥΡΩΠΗ.</w:t>
      </w:r>
    </w:p>
    <w:p>
      <w:r>
        <w:rPr>
          <w:rFonts w:ascii="Courier New" w:hAnsi="Courier New"/>
          <w:color w:val="555555"/>
          <w:sz w:val="20"/>
        </w:rPr>
        <w:t>[1]</w:t>
      </w:r>
    </w:p>
    <w:p>
      <w:r>
        <w:rPr>
          <w:rFonts w:ascii="Gentium Plus" w:hAnsi="Gentium Plus"/>
          <w:sz w:val="24"/>
        </w:rPr>
        <w:t>Ἄρξομαι δὲ ἀπὸ Ἡρακλείων στηλῶν τῶν ἐν τῇ Εὐ‐ ρώπῃ * μέχρι Ἡρακλείων στηλῶν τῶν ἐν τῇ Λιβύῃ, καὶ μέχρι Αἰθιόπων τῶν μεγάλων. Εἰσὶ δὲ ἀλλήλων καταντικρὺ αἱ Ἡράκλειοι στῆλαι, καὶ ἀπέχουσιν ἀλλή‐</w:t>
      </w:r>
    </w:p>
    <w:p>
      <w:r>
        <w:rPr>
          <w:rFonts w:ascii="Courier New" w:hAnsi="Courier New"/>
          <w:color w:val="555555"/>
          <w:sz w:val="20"/>
        </w:rPr>
        <w:t>[5]</w:t>
      </w:r>
    </w:p>
    <w:p>
      <w:r>
        <w:rPr>
          <w:rFonts w:ascii="Gentium Plus" w:hAnsi="Gentium Plus"/>
          <w:sz w:val="24"/>
        </w:rPr>
        <w:t>λων πλοῦν ἡμέρας. [Καὶ νῆσοι ἐνταῦθα ἔπεισι δύο, αἷς ὄνομα Γάδειρα. Τούτων ἡ ἑτέρα πόλιν ἔχει ἀπέχου‐ σαν ἡμέρας πλοῦν ἀπὸ Ἡρακλείων στηλῶν.] Ἀπὸ Ἡρακλείων στηλῶν τῶν ἐν τῇ Εὐρώπῃ ἐμπόρια πολλὰ Καρχηδονίων καὶ πηλὸς καὶ πλημμυρίδες καὶ πελάγη.</w:t>
      </w:r>
    </w:p>
    <w:p>
      <w:r>
        <w:rPr>
          <w:rFonts w:ascii="Courier New" w:hAnsi="Courier New"/>
          <w:color w:val="555555"/>
          <w:sz w:val="20"/>
        </w:rPr>
        <w:t>[2]</w:t>
      </w:r>
    </w:p>
    <w:p>
      <w:r>
        <w:rPr>
          <w:rFonts w:ascii="Gentium Plus" w:hAnsi="Gentium Plus"/>
          <w:sz w:val="24"/>
        </w:rPr>
        <w:t>ἸΒΗΡΕΣ. Τῆς Εὐρώπης εἰσὶ πρῶτοι Ἴβηρες, Ἰβη‐ ρίας ἔθνος, καὶ ποταμὸς Ἴβηρ... Εἶτα Ἐμπόριον (πό‐</w:t>
      </w:r>
    </w:p>
    <w:p>
      <w:r>
        <w:rPr>
          <w:rFonts w:ascii="Courier New" w:hAnsi="Courier New"/>
          <w:color w:val="555555"/>
          <w:sz w:val="20"/>
        </w:rPr>
        <w:t>[5]</w:t>
      </w:r>
    </w:p>
    <w:p>
      <w:r>
        <w:rPr>
          <w:rFonts w:ascii="Gentium Plus" w:hAnsi="Gentium Plus"/>
          <w:sz w:val="24"/>
        </w:rPr>
        <w:t>ἡμερῶν καὶ ἑπτὰ νυκτῶν.</w:t>
      </w:r>
    </w:p>
    <w:p>
      <w:r>
        <w:rPr>
          <w:rFonts w:ascii="Courier New" w:hAnsi="Courier New"/>
          <w:color w:val="555555"/>
          <w:sz w:val="20"/>
        </w:rPr>
        <w:t>[3]</w:t>
      </w:r>
    </w:p>
    <w:p>
      <w:r>
        <w:rPr>
          <w:rFonts w:ascii="Gentium Plus" w:hAnsi="Gentium Plus"/>
          <w:sz w:val="24"/>
        </w:rPr>
        <w:t>ΛΙΓΥΕΣ ΚΑΙ ΙΒΗΡΕΣ. Ἀπὸ δὲ Ἰβήρων ἔχονται Λίγυες καὶ Ἴβηρες μιγάδες μέχρι ποταμοῦ Ῥοδανοῦ. Παράπλους Λιγύων ἀπὸ Ἐμπορίου μέχρι Ῥοδανοῦ ποταμοῦ δύο ἡμερῶν καὶ μιᾶς νυκτός.</w:t>
      </w:r>
    </w:p>
    <w:p>
      <w:r>
        <w:rPr>
          <w:rFonts w:ascii="Courier New" w:hAnsi="Courier New"/>
          <w:color w:val="555555"/>
          <w:sz w:val="20"/>
        </w:rPr>
        <w:t>[4]</w:t>
      </w:r>
    </w:p>
    <w:p>
      <w:r>
        <w:rPr>
          <w:rFonts w:ascii="Gentium Plus" w:hAnsi="Gentium Plus"/>
          <w:sz w:val="24"/>
        </w:rPr>
        <w:t>ΛΙΓΥΕΣ. Ἀπὸ Ῥοδανοῦ ποταμοῦ ἔχονται Λίγυες</w:t>
      </w:r>
    </w:p>
    <w:p>
      <w:r>
        <w:rPr>
          <w:rFonts w:ascii="Courier New" w:hAnsi="Courier New"/>
          <w:color w:val="555555"/>
          <w:sz w:val="20"/>
        </w:rPr>
        <w:t>[5]</w:t>
      </w:r>
    </w:p>
    <w:p>
      <w:r>
        <w:rPr>
          <w:rFonts w:ascii="Gentium Plus" w:hAnsi="Gentium Plus"/>
          <w:sz w:val="24"/>
        </w:rPr>
        <w:t>ταμοῦ μέχρι Ἀντίου ἡμερῶν δʹ καὶ νυκτῶν τεσσάρων. Ἀπὸ δὲ Ἡρακλείων στηλῶν μέχρι Ἀντίου ἡ χώρα πᾶσα αὕτη εὐλίμενος.</w:t>
      </w:r>
    </w:p>
    <w:p>
      <w:r>
        <w:rPr>
          <w:rFonts w:ascii="Courier New" w:hAnsi="Courier New"/>
          <w:color w:val="555555"/>
          <w:sz w:val="20"/>
        </w:rPr>
        <w:t>[5]</w:t>
      </w:r>
    </w:p>
    <w:p>
      <w:r>
        <w:rPr>
          <w:rFonts w:ascii="Gentium Plus" w:hAnsi="Gentium Plus"/>
          <w:sz w:val="24"/>
        </w:rPr>
        <w:t>ΤΥΡΡΗΝΟΙ. Ἀπὸ δὲ Ἀντίου Τυρρηνοὶ ἔθνος μέχρι Ῥώμης πόλεως. Παράπλους ἡμερῶν τεσσάρων καὶ νυκτῶν τεσσάρων.</w:t>
      </w:r>
    </w:p>
    <w:p>
      <w:r>
        <w:rPr>
          <w:rFonts w:ascii="Courier New" w:hAnsi="Courier New"/>
          <w:color w:val="555555"/>
          <w:sz w:val="20"/>
        </w:rPr>
        <w:t>[6]</w:t>
      </w:r>
    </w:p>
    <w:p>
      <w:r>
        <w:rPr>
          <w:rFonts w:ascii="Gentium Plus" w:hAnsi="Gentium Plus"/>
          <w:sz w:val="24"/>
        </w:rPr>
        <w:t>ΚΥΡΝΟΣ. Κατὰ δὲ Τυρρηνίαν κεῖται νῆσος Κύρ‐ νος. Ἔστι δὲ ἀπὸ Τυρρηνίας ὁ πλοῦς εἰς Κύρνον ἡμέ‐ ρας καὶ ἡμίσεως· καὶ νῆσος ἐν μέσῳ τῷ πλῷ τούτῳ οἰκουμένη, ᾗ ὄνομα Αἰθαλία, καὶ ἄλλαι πολλαὶ ἔρημοι</w:t>
      </w:r>
    </w:p>
    <w:p>
      <w:r>
        <w:rPr>
          <w:rFonts w:ascii="Courier New" w:hAnsi="Courier New"/>
          <w:color w:val="555555"/>
          <w:sz w:val="20"/>
        </w:rPr>
        <w:t>[5]</w:t>
      </w:r>
    </w:p>
    <w:p>
      <w:r>
        <w:rPr>
          <w:rFonts w:ascii="Gentium Plus" w:hAnsi="Gentium Plus"/>
          <w:sz w:val="24"/>
        </w:rPr>
        <w:t>νῆσοι.</w:t>
      </w:r>
    </w:p>
    <w:p>
      <w:r>
        <w:rPr>
          <w:rFonts w:ascii="Courier New" w:hAnsi="Courier New"/>
          <w:color w:val="555555"/>
          <w:sz w:val="20"/>
        </w:rPr>
        <w:t>[7]</w:t>
      </w:r>
    </w:p>
    <w:p>
      <w:r>
        <w:rPr>
          <w:rFonts w:ascii="Gentium Plus" w:hAnsi="Gentium Plus"/>
          <w:sz w:val="24"/>
        </w:rPr>
        <w:t>ΣΑΡΔΩ. Ἀπὸ δὲ Κύρνου νήσου εἰς Σαρδὼ νῆσον</w:t>
      </w:r>
    </w:p>
    <w:p>
      <w:r>
        <w:rPr>
          <w:rFonts w:ascii="Courier New" w:hAnsi="Courier New"/>
          <w:color w:val="555555"/>
          <w:sz w:val="20"/>
        </w:rPr>
        <w:t>[5]</w:t>
      </w:r>
    </w:p>
    <w:p>
      <w:r>
        <w:rPr>
          <w:rFonts w:ascii="Gentium Plus" w:hAnsi="Gentium Plus"/>
          <w:sz w:val="24"/>
        </w:rPr>
        <w:t>δύο καὶ νυκτός. Ἐπάνειμι δὲ πάλιν ἐπὶ τὴν ἤπειρον, ὅθεν εἰς τὴν Κύρνον ἐξετραπόμην.</w:t>
      </w:r>
    </w:p>
    <w:p>
      <w:r>
        <w:rPr>
          <w:rFonts w:ascii="Courier New" w:hAnsi="Courier New"/>
          <w:color w:val="555555"/>
          <w:sz w:val="20"/>
        </w:rPr>
        <w:t>[8]</w:t>
      </w:r>
    </w:p>
    <w:p>
      <w:r>
        <w:rPr>
          <w:rFonts w:ascii="Gentium Plus" w:hAnsi="Gentium Plus"/>
          <w:sz w:val="24"/>
        </w:rPr>
        <w:t>ΛΑΤΙΝΟΙ. Τυρρηνίας ἔχονται Λατῖνοι μέχρι τοῦ Κιρκαίου. Καὶ τὸ τοῦ Ἐλπήνορος μνῆμά ἐστι Λατί‐ νων. Λατίνων παράπλους ἡμέρας καὶ νυκτός.</w:t>
      </w:r>
    </w:p>
    <w:p>
      <w:r>
        <w:rPr>
          <w:rFonts w:ascii="Courier New" w:hAnsi="Courier New"/>
          <w:color w:val="555555"/>
          <w:sz w:val="20"/>
        </w:rPr>
        <w:t>[9]</w:t>
      </w:r>
    </w:p>
    <w:p>
      <w:r>
        <w:rPr>
          <w:rFonts w:ascii="Gentium Plus" w:hAnsi="Gentium Plus"/>
          <w:sz w:val="24"/>
        </w:rPr>
        <w:t>ΟΛΣΟΙ. Λατίνων δὲ ἔχονται Ὀλσοί. Ὀλσῶν δὲ παράπλους ἡμέρας μιᾶς.</w:t>
      </w:r>
    </w:p>
    <w:p>
      <w:r>
        <w:rPr>
          <w:rFonts w:ascii="Courier New" w:hAnsi="Courier New"/>
          <w:color w:val="555555"/>
          <w:sz w:val="20"/>
        </w:rPr>
        <w:t>[10]</w:t>
      </w:r>
    </w:p>
    <w:p>
      <w:r>
        <w:rPr>
          <w:rFonts w:ascii="Gentium Plus" w:hAnsi="Gentium Plus"/>
          <w:sz w:val="24"/>
        </w:rPr>
        <w:t>ΚΑΜΠΑΝΟΙ. Ὀλσῶν δὲ ἔχονται Καμπανοί. Καὶ εἰσὶ πόλεις Ἑλληνίδες αὗται ἐν τῇ Καμπανίᾳ· Κύμη, Νεάπολις. Κατὰ ταῦτά ἐστι Πιθηκοῦσσα νῆσος καὶ πόλις Ἑλληνίς. Παράπλους δὲ τῆς Καμπανίας ἐστὶν</w:t>
      </w:r>
    </w:p>
    <w:p>
      <w:r>
        <w:rPr>
          <w:rFonts w:ascii="Courier New" w:hAnsi="Courier New"/>
          <w:color w:val="555555"/>
          <w:sz w:val="20"/>
        </w:rPr>
        <w:t>[5]</w:t>
      </w:r>
    </w:p>
    <w:p>
      <w:r>
        <w:rPr>
          <w:rFonts w:ascii="Gentium Plus" w:hAnsi="Gentium Plus"/>
          <w:sz w:val="24"/>
        </w:rPr>
        <w:t>ἡμέρας μιᾶς.</w:t>
      </w:r>
    </w:p>
    <w:p>
      <w:r>
        <w:rPr>
          <w:rFonts w:ascii="Courier New" w:hAnsi="Courier New"/>
          <w:color w:val="555555"/>
          <w:sz w:val="20"/>
        </w:rPr>
        <w:t>[11]</w:t>
      </w:r>
    </w:p>
    <w:p>
      <w:r>
        <w:rPr>
          <w:rFonts w:ascii="Gentium Plus" w:hAnsi="Gentium Plus"/>
          <w:sz w:val="24"/>
        </w:rPr>
        <w:t>ΣΑΥΝΙΤΑΙ. Καμπανῶν δὲ ἔχονται Σαυνῖται· καὶ παράπλους ἐστὶ Σαυνιτῶν ἡμέρας ἥμισυ.</w:t>
      </w:r>
    </w:p>
    <w:p>
      <w:r>
        <w:rPr>
          <w:rFonts w:ascii="Courier New" w:hAnsi="Courier New"/>
          <w:color w:val="555555"/>
          <w:sz w:val="20"/>
        </w:rPr>
        <w:t>[12]</w:t>
      </w:r>
    </w:p>
    <w:p>
      <w:r>
        <w:rPr>
          <w:rFonts w:ascii="Gentium Plus" w:hAnsi="Gentium Plus"/>
          <w:sz w:val="24"/>
        </w:rPr>
        <w:t>ΛΕΥΚΑΝΟΙ. Σαυνιτῶν δὲ ἔχονται Λευκανοὶ μέ‐ χρι Θουρίας. Ὁ πλοῦς δέ ἐστι παρὰ Λευκανίαν ἡμε‐ ρῶν ϛʹ καὶ νυκτῶν ϛʹ. Ἡ δὲ Λευκανία ἐστὶν ἀκτή.</w:t>
      </w:r>
    </w:p>
    <w:p>
      <w:r>
        <w:rPr>
          <w:rFonts w:ascii="Courier New" w:hAnsi="Courier New"/>
          <w:color w:val="555555"/>
          <w:sz w:val="20"/>
        </w:rPr>
        <w:t>[5]</w:t>
      </w:r>
    </w:p>
    <w:p>
      <w:r>
        <w:rPr>
          <w:rFonts w:ascii="Gentium Plus" w:hAnsi="Gentium Plus"/>
          <w:sz w:val="24"/>
        </w:rPr>
        <w:t>Ἐλέα, Λᾶος Θουρίων ἀποικία, Πανδοσία, Πλα‐ τεεῖς, Τερίνα, Ἱππώνιον, Μέσμα, Ῥήγιον ἀκρωτή‐</w:t>
      </w:r>
    </w:p>
    <w:p>
      <w:r>
        <w:rPr>
          <w:rFonts w:ascii="Courier New" w:hAnsi="Courier New"/>
          <w:color w:val="555555"/>
          <w:sz w:val="20"/>
        </w:rPr>
        <w:t>[13]</w:t>
      </w:r>
    </w:p>
    <w:p>
      <w:r>
        <w:rPr>
          <w:rFonts w:ascii="Gentium Plus" w:hAnsi="Gentium Plus"/>
          <w:sz w:val="24"/>
        </w:rPr>
        <w:t>ΣΙΚΕΛΙΑ. Κατὰ δὲ Ῥήγιόν ἐστι Σικελία νῆσος ἀπὸ τῆς Εὐρώπης ἀπέχουσα στάδια ιβʹ εἰς Πελωριάδα ἀπὸ Ῥηγίου. Ἐν δὲ Σικελίᾳ ἔθνη βάρβαρα τάδε ἐστίν· Ἔλυμοι, Σικανοὶ, Σικελοὶ, Φοίνικες, Τρῶες.</w:t>
      </w:r>
    </w:p>
    <w:p>
      <w:r>
        <w:rPr>
          <w:rFonts w:ascii="Courier New" w:hAnsi="Courier New"/>
          <w:color w:val="555555"/>
          <w:sz w:val="20"/>
        </w:rPr>
        <w:t>[5]</w:t>
      </w:r>
    </w:p>
    <w:p>
      <w:r>
        <w:rPr>
          <w:rFonts w:ascii="Gentium Plus" w:hAnsi="Gentium Plus"/>
          <w:sz w:val="24"/>
        </w:rPr>
        <w:t>Οὗτοι μὲν βάρβαροι, οἰκοῦσι δὲ καὶ Ἕλληνες. Ἀκρω‐ τήριον δὲ Σικελίας Πελωριάς. Πόλεις δ’ εἰσὶν ἀπὸ Πελωριάδος Ἑλληνίδες αἵδε· Μεσσήνη καὶ λιμὴν, Ταυρομένιον, Νάξος, Κατάνη, Λεοντῖνοι· εἰς τοὺς Λεοντίνους δὲ κατὰ Τηρίαν ποταμὸν ἀνάπλους κʹ στα‐</w:t>
      </w:r>
    </w:p>
    <w:p>
      <w:r>
        <w:rPr>
          <w:rFonts w:ascii="Courier New" w:hAnsi="Courier New"/>
          <w:color w:val="555555"/>
          <w:sz w:val="20"/>
        </w:rPr>
        <w:t>[10]</w:t>
      </w:r>
    </w:p>
    <w:p>
      <w:r>
        <w:rPr>
          <w:rFonts w:ascii="Gentium Plus" w:hAnsi="Gentium Plus"/>
          <w:sz w:val="24"/>
        </w:rPr>
        <w:t>δίων· Σύμαιθος ποταμὸς καὶ πόλις Μεγαρὶς καὶ λι‐ μὴν Ξιφώνειος. Ἐχομένη δὲ Μεγαρίδος πόλις ἐστὶ Συράκουσαι, καὶ λιμένες ἐν αὐτῇ δύο· τούτων ὁ ἕτερος ἐντὸς τείχους, ὁ δ’ ἄλλος ἔξω. Μετὰ δὲ ταύτην πόλις Ἕλωρον καὶ Πάχυνος ἀκρωτήριον. Ἀπὸ Παχύνου δὲ</w:t>
      </w:r>
    </w:p>
    <w:p>
      <w:r>
        <w:rPr>
          <w:rFonts w:ascii="Courier New" w:hAnsi="Courier New"/>
          <w:color w:val="555555"/>
          <w:sz w:val="20"/>
        </w:rPr>
        <w:t>[15]</w:t>
      </w:r>
    </w:p>
    <w:p>
      <w:r>
        <w:rPr>
          <w:rFonts w:ascii="Gentium Plus" w:hAnsi="Gentium Plus"/>
          <w:sz w:val="24"/>
        </w:rPr>
        <w:t>πόλεις Ἑλληνίδες αἵδε· Καμάρινα, Γέλα, Ἀκράγας,</w:t>
      </w:r>
    </w:p>
    <w:p>
      <w:r>
        <w:rPr>
          <w:rFonts w:ascii="Courier New" w:hAnsi="Courier New"/>
          <w:color w:val="555555"/>
          <w:sz w:val="20"/>
        </w:rPr>
        <w:t>[20]</w:t>
      </w:r>
    </w:p>
    <w:p>
      <w:r>
        <w:rPr>
          <w:rFonts w:ascii="Gentium Plus" w:hAnsi="Gentium Plus"/>
          <w:sz w:val="24"/>
        </w:rPr>
        <w:t>ἡμέρας ἥμισυ ⟦Ἔστι δὲ ἡ Σικελία τρίγωνος· τὸ δὲ κῶλον ἕκαστον αὐτῆς ἐστὶ μάλιστα σταδίων ͵αφʹ.⟧ Ἐπάνειμι δὲ πάλιν ἐπὶ τὴν ἤπειρον, ὅθεν ἐξετρα‐ πόμην. Ἀπὸ γὰρ Ῥηγίου πόλεις εἰσὶν αἵδε· Λοκροὶ, Καυλωνία, Κρότων, Λακίνιον ἱερὸν Ἥρας καὶ νῆσος</w:t>
      </w:r>
    </w:p>
    <w:p>
      <w:r>
        <w:rPr>
          <w:rFonts w:ascii="Courier New" w:hAnsi="Courier New"/>
          <w:color w:val="555555"/>
          <w:sz w:val="20"/>
        </w:rPr>
        <w:t>[25]</w:t>
      </w:r>
    </w:p>
    <w:p>
      <w:r>
        <w:rPr>
          <w:rFonts w:ascii="Gentium Plus" w:hAnsi="Gentium Plus"/>
          <w:sz w:val="24"/>
        </w:rPr>
        <w:t>Καλυψοῦς, ἐν ᾗ Ὀδυσσεὺς ᾤκει παρὰ Καλυψοῖ, καὶ ποταμὸς Κρᾶθις καὶ Σύβαρις καὶ Θουρία πόλις. Οὗτοι ἐν τῇ Λευκανίᾳ Ἕλληνες.</w:t>
      </w:r>
    </w:p>
    <w:p>
      <w:r>
        <w:rPr>
          <w:rFonts w:ascii="Courier New" w:hAnsi="Courier New"/>
          <w:color w:val="555555"/>
          <w:sz w:val="20"/>
        </w:rPr>
        <w:t>[14]</w:t>
      </w:r>
    </w:p>
    <w:p>
      <w:r>
        <w:rPr>
          <w:rFonts w:ascii="Gentium Plus" w:hAnsi="Gentium Plus"/>
          <w:sz w:val="24"/>
        </w:rPr>
        <w:t>ΙΑΠΥΓΙΑ. Μετὰ δὲ τὴν Λευκανίαν Ἰάπυγές</w:t>
      </w:r>
    </w:p>
    <w:p>
      <w:r>
        <w:rPr>
          <w:rFonts w:ascii="Courier New" w:hAnsi="Courier New"/>
          <w:color w:val="555555"/>
          <w:sz w:val="20"/>
        </w:rPr>
        <w:t>[5]</w:t>
      </w:r>
    </w:p>
    <w:p>
      <w:r>
        <w:rPr>
          <w:rFonts w:ascii="Gentium Plus" w:hAnsi="Gentium Plus"/>
          <w:sz w:val="24"/>
        </w:rPr>
        <w:t>νες, καὶ πόλεις εἰσὶν αἵδε· Ἡράκλειον, Μεταπόντιον, Τάρας καὶ λιμὴν Ὑδροῦς ἐπὶ τῷ τοῦ Ἀδρίου ἢ τῷ τοῦ</w:t>
      </w:r>
    </w:p>
    <w:p>
      <w:r>
        <w:rPr>
          <w:rFonts w:ascii="Courier New" w:hAnsi="Courier New"/>
          <w:color w:val="555555"/>
          <w:sz w:val="20"/>
        </w:rPr>
        <w:t>[15]</w:t>
      </w:r>
    </w:p>
    <w:p>
      <w:r>
        <w:rPr>
          <w:rFonts w:ascii="Gentium Plus" w:hAnsi="Gentium Plus"/>
          <w:sz w:val="24"/>
        </w:rPr>
        <w:t>ΣΑΥΝΙΤΑΙ. Μετὰ δὲ Ἰάπυγας ἀπὸ Ὠρίωνος Σαυ‐ νῖται ἔθνος ἐστίν ⟦Ἐν δὲ τούτῳ τῷ ἔθνει γλῶσσαι ἤτοι στόματα τάδε· Λατέρνιοι, Ὀπικοὶ, Κραμόνες, Βο‐ ρεοντῖνοι, Πευκετιεῖσ⟧, διήκοντες ἀπὸ τοῦ Τυρσηνι‐</w:t>
      </w:r>
    </w:p>
    <w:p>
      <w:r>
        <w:rPr>
          <w:rFonts w:ascii="Courier New" w:hAnsi="Courier New"/>
          <w:color w:val="555555"/>
          <w:sz w:val="20"/>
        </w:rPr>
        <w:t>[5]</w:t>
      </w:r>
    </w:p>
    <w:p>
      <w:r>
        <w:rPr>
          <w:rFonts w:ascii="Gentium Plus" w:hAnsi="Gentium Plus"/>
          <w:sz w:val="24"/>
        </w:rPr>
        <w:t>κοῦ πελάγους εἰς τὸν Ἀδρίαν. Παράπλους τῆς Σαυνίτι‐ δος χώρας ἡμερῶν δύο καὶ νυκτός.</w:t>
      </w:r>
    </w:p>
    <w:p>
      <w:r>
        <w:rPr>
          <w:rFonts w:ascii="Courier New" w:hAnsi="Courier New"/>
          <w:color w:val="555555"/>
          <w:sz w:val="20"/>
        </w:rPr>
        <w:t>[16]</w:t>
      </w:r>
    </w:p>
    <w:p>
      <w:r>
        <w:rPr>
          <w:rFonts w:ascii="Gentium Plus" w:hAnsi="Gentium Plus"/>
          <w:sz w:val="24"/>
        </w:rPr>
        <w:t>ΟΜΒΡΙΚΟΙ. Μετὰ δὲ Σαυνίτας ἔθνος ἐστὶν Ὀμβρι‐</w:t>
      </w:r>
    </w:p>
    <w:p>
      <w:r>
        <w:rPr>
          <w:rFonts w:ascii="Courier New" w:hAnsi="Courier New"/>
          <w:color w:val="555555"/>
          <w:sz w:val="20"/>
        </w:rPr>
        <w:t>[5]</w:t>
      </w:r>
    </w:p>
    <w:p>
      <w:r>
        <w:rPr>
          <w:rFonts w:ascii="Gentium Plus" w:hAnsi="Gentium Plus"/>
          <w:sz w:val="24"/>
        </w:rPr>
        <w:t>ἡμερῶν δύο καὶ νυκτός.</w:t>
      </w:r>
    </w:p>
    <w:p>
      <w:r>
        <w:rPr>
          <w:rFonts w:ascii="Courier New" w:hAnsi="Courier New"/>
          <w:color w:val="555555"/>
          <w:sz w:val="20"/>
        </w:rPr>
        <w:t>[17]</w:t>
      </w:r>
    </w:p>
    <w:p>
      <w:r>
        <w:rPr>
          <w:rFonts w:ascii="Gentium Plus" w:hAnsi="Gentium Plus"/>
          <w:sz w:val="24"/>
        </w:rPr>
        <w:t>ΤΥΡΡΗΝΟΙ. Μετὰ δὲ τὸ Ὀμβρικὸν Τυρρηνοί. Διήκουσι δὲ καὶ οὗτοι ἀπὸ τοῦ Τυρρηνικοῦ πελάγους ἔξωθεν εἰς τὸν Ἀδρίαν· καὶ πόλις ἐν αὐτῇ Ἑλληνὶς [Σπῖνα], καὶ ποταμός· καὶ ἀνάπλους εἰς τὴν πόλιν</w:t>
      </w:r>
    </w:p>
    <w:p>
      <w:r>
        <w:rPr>
          <w:rFonts w:ascii="Courier New" w:hAnsi="Courier New"/>
          <w:color w:val="555555"/>
          <w:sz w:val="20"/>
        </w:rPr>
        <w:t>[5]</w:t>
      </w:r>
    </w:p>
    <w:p>
      <w:r>
        <w:rPr>
          <w:rFonts w:ascii="Gentium Plus" w:hAnsi="Gentium Plus"/>
          <w:sz w:val="24"/>
        </w:rPr>
        <w:t>κατὰ ποταμὸν ὡς κʹ σταδίων. Καί ἐστιν ἐπὶ αὐτῆς ἀπὸ Πίσης πόλεως ὁδὸς ἡμερῶν τριῶν.</w:t>
      </w:r>
    </w:p>
    <w:p>
      <w:r>
        <w:rPr>
          <w:rFonts w:ascii="Courier New" w:hAnsi="Courier New"/>
          <w:color w:val="555555"/>
          <w:sz w:val="20"/>
        </w:rPr>
        <w:t>[18]</w:t>
      </w:r>
    </w:p>
    <w:p>
      <w:r>
        <w:rPr>
          <w:rFonts w:ascii="Gentium Plus" w:hAnsi="Gentium Plus"/>
          <w:sz w:val="24"/>
        </w:rPr>
        <w:t>ΚΕΛΤΟΙ. Μετὰ δὲ Τυρρηνούς εἰσι Κελτοὶ ἔθνος, ἀπολειφθέντες τῆς στρατείας, ἐπὶ στενῶν μέχρι Ἀδρίου [διήκοντες]. Ἐνταῦθα δέ ἐστιν ὁ μυχὸς τοῦ Ἀδρίου</w:t>
      </w:r>
    </w:p>
    <w:p>
      <w:r>
        <w:rPr>
          <w:rFonts w:ascii="Courier New" w:hAnsi="Courier New"/>
          <w:color w:val="555555"/>
          <w:sz w:val="20"/>
        </w:rPr>
        <w:t>[19]</w:t>
      </w:r>
    </w:p>
    <w:p>
      <w:r>
        <w:rPr>
          <w:rFonts w:ascii="Gentium Plus" w:hAnsi="Gentium Plus"/>
          <w:sz w:val="24"/>
        </w:rPr>
        <w:t>ΕΝΕΤΟΙ. Μετὰ δὲ Κελτοὺς Ἐνετοί εἰσιν ἔθνος, καὶ ποταμὸς Ἠριδανὸς ἐν αὐτοῖς. Ἐντεῦθεν δὲ πα‐ ράπλους ἐστὶν ἡμέρας μιᾶς.</w:t>
      </w:r>
    </w:p>
    <w:p>
      <w:r>
        <w:rPr>
          <w:rFonts w:ascii="Courier New" w:hAnsi="Courier New"/>
          <w:color w:val="555555"/>
          <w:sz w:val="20"/>
        </w:rPr>
        <w:t>[20]</w:t>
      </w:r>
    </w:p>
    <w:p>
      <w:r>
        <w:rPr>
          <w:rFonts w:ascii="Gentium Plus" w:hAnsi="Gentium Plus"/>
          <w:sz w:val="24"/>
        </w:rPr>
        <w:t>ΙΣΤΡΟΙ. Μετὰ δὲ Ἐνέτους εἰσὶν Ἴστροι ἔθνος, καὶ ποταμὸς Ἴστρος. Οὗτος ὁ ποταμὸς καὶ εἰς τὸν Πόντον ἐκβάλλει ἐνδιεσκευνῶς* εἰς Αἴγυπτον. Πα‐ ράπλους δὲ τῆς Ἰστριανῶν χώρας ἡμέρας καὶ νυκτός.</w:t>
      </w:r>
    </w:p>
    <w:p>
      <w:r>
        <w:rPr>
          <w:rFonts w:ascii="Courier New" w:hAnsi="Courier New"/>
          <w:color w:val="555555"/>
          <w:sz w:val="20"/>
        </w:rPr>
        <w:t>[21]</w:t>
      </w:r>
    </w:p>
    <w:p>
      <w:r>
        <w:rPr>
          <w:rFonts w:ascii="Gentium Plus" w:hAnsi="Gentium Plus"/>
          <w:sz w:val="24"/>
        </w:rPr>
        <w:t>ΛΙΒΥΡΝΟΙ. Μετὰ δὲ Ἴστρους Λιβυρνοί εἰσιν ἔθνος. Ἐν δὲ τούτῳ τῷ ἔθνει πόλεις εἰσὶ παρὰ θάλατ‐</w:t>
      </w:r>
    </w:p>
    <w:p>
      <w:r>
        <w:rPr>
          <w:rFonts w:ascii="Courier New" w:hAnsi="Courier New"/>
          <w:color w:val="555555"/>
          <w:sz w:val="20"/>
        </w:rPr>
        <w:t>[5]</w:t>
      </w:r>
    </w:p>
    <w:p>
      <w:r>
        <w:rPr>
          <w:rFonts w:ascii="Gentium Plus" w:hAnsi="Gentium Plus"/>
          <w:sz w:val="24"/>
        </w:rPr>
        <w:t>ται καὶ εἰσὶν αἱ γυναῖκες ἀνδρῶν ἐλευθέρων· μίσγονται δὲ τοῖς ἑαυτῶν δούλοις καὶ τοῖς πλησιοχώροις ἀνδράσι. Κατὰ ταύτην τὴν χώραν αἵδε νῆσοί εἰσιν, ὧν ἔχω εἰπεῖν τὰ ὀνόματα (εἰσὶ δὲ καὶ ἄλλαι ἀνώνυμοι πολλαί)· Ἴστρις νῆσος σταδίων τιʹ, πλάτος δὲ ρκʹ· Ἠλεκ‐</w:t>
      </w:r>
    </w:p>
    <w:p>
      <w:r>
        <w:rPr>
          <w:rFonts w:ascii="Courier New" w:hAnsi="Courier New"/>
          <w:color w:val="555555"/>
          <w:sz w:val="20"/>
        </w:rPr>
        <w:t>[10]</w:t>
      </w:r>
    </w:p>
    <w:p>
      <w:r>
        <w:rPr>
          <w:rFonts w:ascii="Gentium Plus" w:hAnsi="Gentium Plus"/>
          <w:sz w:val="24"/>
        </w:rPr>
        <w:t>τρίδες, Μεντορίδες. Αὗται δὲ αἱ νῆσοί εἰσι μεγάλαι. Καταρβάτης ποταμός. Παράπλους τῆς Λιβυρνίδος χώρας ἡμερῶν δύο.</w:t>
      </w:r>
    </w:p>
    <w:p>
      <w:r>
        <w:rPr>
          <w:rFonts w:ascii="Courier New" w:hAnsi="Courier New"/>
          <w:color w:val="555555"/>
          <w:sz w:val="20"/>
        </w:rPr>
        <w:t>[22]</w:t>
      </w:r>
    </w:p>
    <w:p>
      <w:r>
        <w:rPr>
          <w:rFonts w:ascii="Gentium Plus" w:hAnsi="Gentium Plus"/>
          <w:sz w:val="24"/>
        </w:rPr>
        <w:t>ΙΛΛΥΡΙΟΙ. Μετὰ δὲ Λιβυρνούς εἰσιν Ἰλλυριοὶ ἔθνος, καὶ παροικοῦσιν οἱ Ἰλλυριοὶ παρὰ θάλατταν μέχρι Χαονίας τῆς κατὰ Κέρκυραν τὴν Ἀλκινόου νῆ‐ σον. Καὶ πόλις ἐστὶν Ἑλληνὶς ἐνταῦθα, ᾗ ὄνομα</w:t>
      </w:r>
    </w:p>
    <w:p>
      <w:r>
        <w:rPr>
          <w:rFonts w:ascii="Courier New" w:hAnsi="Courier New"/>
          <w:color w:val="555555"/>
          <w:sz w:val="20"/>
        </w:rPr>
        <w:t>[5]</w:t>
      </w:r>
    </w:p>
    <w:p>
      <w:r>
        <w:rPr>
          <w:rFonts w:ascii="Gentium Plus" w:hAnsi="Gentium Plus"/>
          <w:sz w:val="24"/>
        </w:rPr>
        <w:t>Ἡράκλεια, καὶ λιμήν. Εἰσὶ δὲ καὶ οἱ λωτοφάγοι καλούμενοι βάρβαροι οἵδε· Ἱεραστάμναι, Βουλινοὶ (Ὑλλινοί)· Βουλινῶν ὁμοτέρμονες Ὕλλοι. Οὗτοι δέ φασιν Ὕλλον τὸν Ἡρακλέους αὐτοὺς κατοικίσαι· εἰσὶ δὲ βάρβαροι. Κατοικοῦσι δὲ χερρόνησον ὀλίγῳ ἐλάσσω</w:t>
      </w:r>
    </w:p>
    <w:p>
      <w:r>
        <w:rPr>
          <w:rFonts w:ascii="Courier New" w:hAnsi="Courier New"/>
          <w:color w:val="555555"/>
          <w:sz w:val="20"/>
        </w:rPr>
        <w:t>[10]</w:t>
      </w:r>
    </w:p>
    <w:p>
      <w:r>
        <w:rPr>
          <w:rFonts w:ascii="Gentium Plus" w:hAnsi="Gentium Plus"/>
          <w:sz w:val="24"/>
        </w:rPr>
        <w:t>τῆς Πελοποννήσου. Ἀπὸ δὲ χερρονήσου παραστόνιον* ὀρθόν· ταύτην παροικοῦσι Βουλινοί. Βουλινοὶ δ’ εἰσὶν ἔθνος Ἰλλυρικόν. Παράπλους δ’ ἐστὶ τῆς Βουλινῶν</w:t>
      </w:r>
    </w:p>
    <w:p>
      <w:r>
        <w:rPr>
          <w:rFonts w:ascii="Courier New" w:hAnsi="Courier New"/>
          <w:color w:val="555555"/>
          <w:sz w:val="20"/>
        </w:rPr>
        <w:t>[23]</w:t>
      </w:r>
    </w:p>
    <w:p>
      <w:r>
        <w:rPr>
          <w:rFonts w:ascii="Gentium Plus" w:hAnsi="Gentium Plus"/>
          <w:sz w:val="24"/>
        </w:rPr>
        <w:t>ΝΕΣΤΟΙ. Ἀπὸ δὲ Νέστου πλοῦς ἐστὶ κολπώδης. Καλεῖται δὲ Μανιὸς ἅπας οὗτος ὁ κόλπος. Παράπλους δέ ἐστιν ἡμέρας μιᾶς. Εἰσὶ δὲ ἐν τούτῳ τῷ κόλπῳ νῆσοι, Προτερὰς, Κρατειαὶ, Ὀλύντα. Αὗται δὲ ἀπ’</w:t>
      </w:r>
    </w:p>
    <w:p>
      <w:r>
        <w:rPr>
          <w:rFonts w:ascii="Courier New" w:hAnsi="Courier New"/>
          <w:color w:val="555555"/>
          <w:sz w:val="20"/>
        </w:rPr>
        <w:t>[5]</w:t>
      </w:r>
    </w:p>
    <w:p>
      <w:r>
        <w:rPr>
          <w:rFonts w:ascii="Gentium Plus" w:hAnsi="Gentium Plus"/>
          <w:sz w:val="24"/>
        </w:rPr>
        <w:t>ἀλλήλων ἀπέχουσι στάδια βʹ, ἢ ὀλίγῳ πλέον, κατὰ Φάρον καὶ Ἴσσαν. Ἐνταῦθα γάρ ἐστι νέος Φάρος,</w:t>
      </w:r>
    </w:p>
    <w:p>
      <w:r>
        <w:rPr>
          <w:rFonts w:ascii="Courier New" w:hAnsi="Courier New"/>
          <w:color w:val="555555"/>
          <w:sz w:val="20"/>
        </w:rPr>
        <w:t>[10]</w:t>
      </w:r>
    </w:p>
    <w:p>
      <w:r>
        <w:rPr>
          <w:rFonts w:ascii="Gentium Plus" w:hAnsi="Gentium Plus"/>
          <w:sz w:val="24"/>
        </w:rPr>
        <w:t>Καὶ νῆσος τῆς παραλίας χώρας ἐγγὺς, ᾗ ὄνομα Μελίτη, καὶ ἑτέρα νῆσος ἐγγὺς ταύτης, ᾗ ὄνομα Κέρκυρα ἡ μέ‐ λαινα· καὶ ἐκτρέχει τῷ ἑνὶ τῶν ἀκρωτηρίων νῆσος αὕτη τῆς παραλίας χώρας σφόδρα, τῷ δὲ ἑτέρῳ ἀκρωτηρίῳ καθήκει ἐπὶ τὸν Νάρωνα ποταμόν. Ἀπὸ δὲ τῆς Με‐</w:t>
      </w:r>
    </w:p>
    <w:p>
      <w:r>
        <w:rPr>
          <w:rFonts w:ascii="Courier New" w:hAnsi="Courier New"/>
          <w:color w:val="555555"/>
          <w:sz w:val="20"/>
        </w:rPr>
        <w:t>[15]</w:t>
      </w:r>
    </w:p>
    <w:p>
      <w:r>
        <w:rPr>
          <w:rFonts w:ascii="Gentium Plus" w:hAnsi="Gentium Plus"/>
          <w:sz w:val="24"/>
        </w:rPr>
        <w:t>λίτης ἀπέχει στάδια κʹ, τῆς δὲ παραλίας χώρας ἀπέ‐ χει στάδια ηʹ.</w:t>
      </w:r>
    </w:p>
    <w:p>
      <w:r>
        <w:rPr>
          <w:rFonts w:ascii="Courier New" w:hAnsi="Courier New"/>
          <w:color w:val="555555"/>
          <w:sz w:val="20"/>
        </w:rPr>
        <w:t>[24]</w:t>
      </w:r>
    </w:p>
    <w:p>
      <w:r>
        <w:rPr>
          <w:rFonts w:ascii="Gentium Plus" w:hAnsi="Gentium Plus"/>
          <w:sz w:val="24"/>
        </w:rPr>
        <w:t>ΜΑΝΙΟΙ. Ἀπὸ δὲ Νέστων ἐστὶν ὁ Νάρων ποτα‐ μός· ὁ δὲ εἴσπλους ὁ εἰς τὸν Νάρωνά ἐστιν οὐ στενός· εἰσπλεῖ δὲ εἰς αὐτὸν καὶ τριήρης, καὶ πλοῖα εἰς τὸ ἄνω ἐμπόριον, ἀπέχον ἀπὸ θαλάσσης στάδια πʹ. Οὗτοι δέ</w:t>
      </w:r>
    </w:p>
    <w:p>
      <w:r>
        <w:rPr>
          <w:rFonts w:ascii="Courier New" w:hAnsi="Courier New"/>
          <w:color w:val="555555"/>
          <w:sz w:val="20"/>
        </w:rPr>
        <w:t>[5]</w:t>
      </w:r>
    </w:p>
    <w:p>
      <w:r>
        <w:rPr>
          <w:rFonts w:ascii="Gentium Plus" w:hAnsi="Gentium Plus"/>
          <w:sz w:val="24"/>
        </w:rPr>
        <w:t>εἰσιν Ἰλλυριοὶ ἔθνος Μανιοί. Λίμνη δ’ ἐστὶ τὸ εἴσω τοῦ ἐμπορίου μεγάλη, καὶ ἀνήκει ἡ λίμνη εἰς Αὐτα‐ ριάτας, ἔθνος Ἰλλυρικόν. Καὶ νῆσος ἐν τῇ λίμνῃ ἔνεστι σταδίων ρκʹ· ἡ δὲ νῆσος αὕτη ἐστὶν εὐγέωργος σφόδρα. Ἀπὸ δὲ ταύτης τῆς λίμνης ὁ Νάρων ποταμὸς</w:t>
      </w:r>
    </w:p>
    <w:p>
      <w:r>
        <w:rPr>
          <w:rFonts w:ascii="Courier New" w:hAnsi="Courier New"/>
          <w:color w:val="555555"/>
          <w:sz w:val="20"/>
        </w:rPr>
        <w:t>[10]</w:t>
      </w:r>
    </w:p>
    <w:p>
      <w:r>
        <w:rPr>
          <w:rFonts w:ascii="Gentium Plus" w:hAnsi="Gentium Plus"/>
          <w:sz w:val="24"/>
        </w:rPr>
        <w:t>ἀπορρεῖ. Καὶ ἀπὸ τοῦ Νάρωνος ἐπὶ τὸν Ἀρίωνα πο‐ ταμὸν ἡμέρας ἐστὶ πλοῦς· ἀπὸ δὲ τοῦ Ἀρίωνος πο‐</w:t>
      </w:r>
    </w:p>
    <w:p>
      <w:r>
        <w:rPr>
          <w:rFonts w:ascii="Courier New" w:hAnsi="Courier New"/>
          <w:color w:val="555555"/>
          <w:sz w:val="20"/>
        </w:rPr>
        <w:t>[15]</w:t>
      </w:r>
    </w:p>
    <w:p>
      <w:r>
        <w:rPr>
          <w:rFonts w:ascii="Gentium Plus" w:hAnsi="Gentium Plus"/>
          <w:sz w:val="24"/>
        </w:rPr>
        <w:t>Ἀπὸ δὲ τοῦ Ῥιζοῦντος ποταμοῦ εἰς Βουθόην ὁ πλοῦς ** καὶ τὸ ἐμπόριον.</w:t>
      </w:r>
    </w:p>
    <w:p>
      <w:r>
        <w:rPr>
          <w:rFonts w:ascii="Courier New" w:hAnsi="Courier New"/>
          <w:color w:val="555555"/>
          <w:sz w:val="20"/>
        </w:rPr>
        <w:t>[25]</w:t>
      </w:r>
    </w:p>
    <w:p>
      <w:r>
        <w:rPr>
          <w:rFonts w:ascii="Gentium Plus" w:hAnsi="Gentium Plus"/>
          <w:sz w:val="24"/>
        </w:rPr>
        <w:t>ΕΓΧΕΛΕΙΣ. Ἰλλυριῶν ἔθνος εἰσὶν οἱ Ἐγχελεῖς,</w:t>
      </w:r>
    </w:p>
    <w:p>
      <w:r>
        <w:rPr>
          <w:rFonts w:ascii="Courier New" w:hAnsi="Courier New"/>
          <w:color w:val="555555"/>
          <w:sz w:val="20"/>
        </w:rPr>
        <w:t>[26]</w:t>
      </w:r>
    </w:p>
    <w:p>
      <w:r>
        <w:rPr>
          <w:rFonts w:ascii="Gentium Plus" w:hAnsi="Gentium Plus"/>
          <w:sz w:val="24"/>
        </w:rPr>
        <w:t>ΤΑΥΛΑΝΤΙΟΙ. Ταυλαντίων δέ ἐστι τὸ Ἰλλυρικὸν ἔθνος, ἐν ᾧ ἡ Ἐπίδαμνός ἐστι, καὶ ποταμὸς παρὰ τὴν πόλιν παραρρεῖ, ᾧ ὄνομα Πάλαμνος. Ἐκ δὲ Ἐπι‐ δάμνου εἰς Ἀπολλωνίαν πόλιν Ἑλληνίδα ὁδὸς ἡμερῶν</w:t>
      </w:r>
    </w:p>
    <w:p>
      <w:r>
        <w:rPr>
          <w:rFonts w:ascii="Courier New" w:hAnsi="Courier New"/>
          <w:color w:val="555555"/>
          <w:sz w:val="20"/>
        </w:rPr>
        <w:t>[5]</w:t>
      </w:r>
    </w:p>
    <w:p>
      <w:r>
        <w:rPr>
          <w:rFonts w:ascii="Gentium Plus" w:hAnsi="Gentium Plus"/>
          <w:sz w:val="24"/>
        </w:rPr>
        <w:t>δύο. Ἡ δὲ Ἀπολλωνία ἀπὸ τῆς θαλάττης ἀπέχει στάδια νʹ, καὶ ποταμὸς Αἴας παραρρεῖ τὴν πόλιν. Ἀπὸ δὲ Ἀπολλωνίας εἰς Ἀμαντίαν ἐστὶ στάδια τκʹ. ⟦Καὶ ὁ Αἴας ποταμὸς ἀπὸ τοῦ Πίνδου ὄρους παρὰ τὴν</w:t>
      </w:r>
    </w:p>
    <w:p>
      <w:r>
        <w:rPr>
          <w:rFonts w:ascii="Courier New" w:hAnsi="Courier New"/>
          <w:color w:val="555555"/>
          <w:sz w:val="20"/>
        </w:rPr>
        <w:t>[10]</w:t>
      </w:r>
    </w:p>
    <w:p>
      <w:r>
        <w:rPr>
          <w:rFonts w:ascii="Gentium Plus" w:hAnsi="Gentium Plus"/>
          <w:sz w:val="24"/>
        </w:rPr>
        <w:t>μᾶλλον εἰς τὸν Ἰόνιον Ὠρικός. Τῆς Ὠρικίας καθήκει εἰς θάλατταν στάδια πʹ, τῆς δὲ Ἀμαντίας στάδια ξʹ. Ἅπασιν ὅμοροι ἐν μεσογείᾳ Ἀτιντᾶνες ὑπὲρ τῆς Ὠρι‐ κίας καὶ Καρίας* μέχρι Δωδωνίας. ⟦Ἐν τῇ Κέστρι‐ δι χώρᾳ εἶναι λέγεται πεδίον, ὄνομα Ἐρύθεια. Ἐν‐</w:t>
      </w:r>
    </w:p>
    <w:p>
      <w:r>
        <w:rPr>
          <w:rFonts w:ascii="Courier New" w:hAnsi="Courier New"/>
          <w:color w:val="555555"/>
          <w:sz w:val="20"/>
        </w:rPr>
        <w:t>[15]</w:t>
      </w:r>
    </w:p>
    <w:p>
      <w:r>
        <w:rPr>
          <w:rFonts w:ascii="Gentium Plus" w:hAnsi="Gentium Plus"/>
          <w:sz w:val="24"/>
        </w:rPr>
        <w:t>ταῦθα ὁ Γηρυόνης λέγεται ἥκειν, καὶ τοὺς βοῦς βουκο‐ λεῖν.⟧ Κατὰ ταῦτά ἐστι τὰ Κεραύνια ὄρη ἐν τῇ Ἠπείρῳ, καὶ νῆσος παρὰ ταῦτά ἐστι μικρὰ, ᾗ ὄνομα Σάσων. Ἐντεῦθεν εἰς Ὠρικὸν πόλιν ἐστὶ παράπλους ἡμέρας τρίτον μέρος.</w:t>
      </w:r>
    </w:p>
    <w:p>
      <w:r>
        <w:rPr>
          <w:rFonts w:ascii="Courier New" w:hAnsi="Courier New"/>
          <w:color w:val="555555"/>
          <w:sz w:val="20"/>
        </w:rPr>
        <w:t>[27]</w:t>
      </w:r>
    </w:p>
    <w:p>
      <w:r>
        <w:rPr>
          <w:rFonts w:ascii="Gentium Plus" w:hAnsi="Gentium Plus"/>
          <w:sz w:val="24"/>
        </w:rPr>
        <w:t>(ΩΡΙΚΟΙ. Οἱ δὲ Ὠρικοὶ κατοικοῦσι τῆς Ἀμαν‐</w:t>
      </w:r>
    </w:p>
    <w:p>
      <w:r>
        <w:rPr>
          <w:rFonts w:ascii="Courier New" w:hAnsi="Courier New"/>
          <w:color w:val="555555"/>
          <w:sz w:val="20"/>
        </w:rPr>
        <w:t>[5]</w:t>
      </w:r>
    </w:p>
    <w:p>
      <w:r>
        <w:rPr>
          <w:rFonts w:ascii="Gentium Plus" w:hAnsi="Gentium Plus"/>
          <w:sz w:val="24"/>
        </w:rPr>
        <w:t>γίας. Ἐπὶ δὲ Ὑδρόεντα πόλιν ἐν τῇ Ἰαπυγίᾳ ἀπὸ τῶν Κεραυνίων στάδια τοῦ διάπλου ὡς φʹ, [ὅ] ἐστι τὸ στόμα τοῦ κόλπου· τὰ δὲ ἐντὸς ὁ Ἰόνιος. Λιμένες εἰσὶ πολλοὶ ἐν τῷ Ἀδρίᾳ· τὸ δὲ αὐτὸ Ἀδρίας ἐστὶ καὶ Ἰόνιος.</w:t>
      </w:r>
    </w:p>
    <w:p>
      <w:r>
        <w:rPr>
          <w:rFonts w:ascii="Courier New" w:hAnsi="Courier New"/>
          <w:color w:val="555555"/>
          <w:sz w:val="20"/>
        </w:rPr>
        <w:t>[28]</w:t>
      </w:r>
    </w:p>
    <w:p>
      <w:r>
        <w:rPr>
          <w:rFonts w:ascii="Gentium Plus" w:hAnsi="Gentium Plus"/>
          <w:sz w:val="24"/>
        </w:rPr>
        <w:t>ΧΑΟΝΕΣ. Μετὰ δὲ Ἰλλυριοὺς Χάονες. Ἡ δὲ Χαονία ἐστὶν εὐλίμενος· οἰκοῦσι δὲ κατὰ κώμας οἱ Χάονες. Παράπλους δ’ ἐστὶ Χαονίας ἥμισυ ἡμέρας.</w:t>
      </w:r>
    </w:p>
    <w:p>
      <w:r>
        <w:rPr>
          <w:rFonts w:ascii="Courier New" w:hAnsi="Courier New"/>
          <w:color w:val="555555"/>
          <w:sz w:val="20"/>
        </w:rPr>
        <w:t>[29]</w:t>
      </w:r>
    </w:p>
    <w:p>
      <w:r>
        <w:rPr>
          <w:rFonts w:ascii="Gentium Plus" w:hAnsi="Gentium Plus"/>
          <w:sz w:val="24"/>
        </w:rPr>
        <w:t>ΚΟΡΚΥΡΑ. Κατὰ δὲ Χαονίαν νῆσός ἐστι Κόρ‐ κυρα, καὶ πόλις Ἑλληνὶς ἐν αὐτῇ, λιμένας ἔχουσα τρεῖς κατὰ τὴν πόλιν· τούτων ὁ εἷς κλειστός. Ἐπι‐ βάλλει δὲ Κόρκυρα καὶ ἐπὶ τὴν Θεσπρωτίαν πλεῖον ἢ</w:t>
      </w:r>
    </w:p>
    <w:p>
      <w:r>
        <w:rPr>
          <w:rFonts w:ascii="Courier New" w:hAnsi="Courier New"/>
          <w:color w:val="555555"/>
          <w:sz w:val="20"/>
        </w:rPr>
        <w:t>[5]</w:t>
      </w:r>
    </w:p>
    <w:p>
      <w:r>
        <w:rPr>
          <w:rFonts w:ascii="Gentium Plus" w:hAnsi="Gentium Plus"/>
          <w:sz w:val="24"/>
        </w:rPr>
        <w:t>ἐπὶ τὴν Χαονίαν. Ἐπάνειμι δὲ πάλιν ἐπὶ τὴν ἤπει‐ ρον, ὅθεν ἐξετραπόμην.</w:t>
      </w:r>
    </w:p>
    <w:p>
      <w:r>
        <w:rPr>
          <w:rFonts w:ascii="Courier New" w:hAnsi="Courier New"/>
          <w:color w:val="555555"/>
          <w:sz w:val="20"/>
        </w:rPr>
        <w:t>[30]</w:t>
      </w:r>
    </w:p>
    <w:p>
      <w:r>
        <w:rPr>
          <w:rFonts w:ascii="Gentium Plus" w:hAnsi="Gentium Plus"/>
          <w:sz w:val="24"/>
        </w:rPr>
        <w:t>ΘΕΣΠΡΩΤΟΙ. Μετὰ δὲ Χαονίαν Θεσπρωτοί εἰ‐ σιν ἔθνος. Οἰκοῦσι δὲ καὶ οὗτοι κατὰ κώμας· ἔστι δὲ καὶ αὕτη εὐλίμενος. Ἐνταῦθά ἐστι λιμὴν, ᾧ ὄνομα Ἐλαία. Εἰς τοῦτον τὸν λιμένα ποταμὸς ἐξίησιν</w:t>
      </w:r>
    </w:p>
    <w:p>
      <w:r>
        <w:rPr>
          <w:rFonts w:ascii="Courier New" w:hAnsi="Courier New"/>
          <w:color w:val="555555"/>
          <w:sz w:val="20"/>
        </w:rPr>
        <w:t>[5]</w:t>
      </w:r>
    </w:p>
    <w:p>
      <w:r>
        <w:rPr>
          <w:rFonts w:ascii="Gentium Plus" w:hAnsi="Gentium Plus"/>
          <w:sz w:val="24"/>
        </w:rPr>
        <w:t>Ἀχέρων· καὶ λίμνη Ἀχερουσία, ἐξ ἧς ὁ Ἀχέρων ῥεῖ ποταμός. Παράπλους δὲ τῆς Θεσπρωτίας ἥμισυ</w:t>
      </w:r>
    </w:p>
    <w:p>
      <w:r>
        <w:rPr>
          <w:rFonts w:ascii="Courier New" w:hAnsi="Courier New"/>
          <w:color w:val="555555"/>
          <w:sz w:val="20"/>
        </w:rPr>
        <w:t>[31]</w:t>
      </w:r>
    </w:p>
    <w:p>
      <w:r>
        <w:rPr>
          <w:rFonts w:ascii="Gentium Plus" w:hAnsi="Gentium Plus"/>
          <w:sz w:val="24"/>
        </w:rPr>
        <w:t>ΚΑΣΣΩΠΟΙ. Μετὰ δὲ Θεσπρωτίαν Κασσωπία ἐστὶν ἔθνος. Οἰκοῦσι δὲ καὶ οὗτοι κατὰ κώμας. Παρ‐ οικοῦσι δὲ οὗτοι ἕως εἰς τὸν Ἀνακτορικὸν κόλπον. Πα‐ ράπλους δ’ ἐστὶ τῆς Κασσωπῶν χώρας ἥμισυ ἡμέρας.</w:t>
      </w:r>
    </w:p>
    <w:p>
      <w:r>
        <w:rPr>
          <w:rFonts w:ascii="Courier New" w:hAnsi="Courier New"/>
          <w:color w:val="555555"/>
          <w:sz w:val="20"/>
        </w:rPr>
        <w:t>[5]</w:t>
      </w:r>
    </w:p>
    <w:p>
      <w:r>
        <w:rPr>
          <w:rFonts w:ascii="Gentium Plus" w:hAnsi="Gentium Plus"/>
          <w:sz w:val="24"/>
        </w:rPr>
        <w:t>Μικρῷ δὲ ἐλάττων ὁ Ἀνακτορικὸς κόλπος ἐστὶν ἀπὸ τοῦ στόματος ἕως εἰς τὸν μυχὸν σταδίων ρκʹ. Τὸ δὲ στόμα εὖρος σταδίων δʹ.</w:t>
      </w:r>
    </w:p>
    <w:p>
      <w:r>
        <w:rPr>
          <w:rFonts w:ascii="Courier New" w:hAnsi="Courier New"/>
          <w:color w:val="555555"/>
          <w:sz w:val="20"/>
        </w:rPr>
        <w:t>[32]</w:t>
      </w:r>
    </w:p>
    <w:p>
      <w:r>
        <w:rPr>
          <w:rFonts w:ascii="Gentium Plus" w:hAnsi="Gentium Plus"/>
          <w:sz w:val="24"/>
        </w:rPr>
        <w:t>ΜΟΛΟΤΤΙΑ. Μετὰ δὲ Κασσωπίαν Μολοττοί εἰσιν ἔθνος. Οἰκοῦσι δὲ οὗτοι κατὰ κώμας· καθήκουσι δὲ κατὰ μικρὸν ἐνταῦθα ἐπὶ τὴν θάλατταν, εἰς μεσο‐ γείαν δὲ πολλῇ. Παράπλους δ’ ἐστὶ τῆς Μολοττίας</w:t>
      </w:r>
    </w:p>
    <w:p>
      <w:r>
        <w:rPr>
          <w:rFonts w:ascii="Courier New" w:hAnsi="Courier New"/>
          <w:color w:val="555555"/>
          <w:sz w:val="20"/>
        </w:rPr>
        <w:t>[5]</w:t>
      </w:r>
    </w:p>
    <w:p>
      <w:r>
        <w:rPr>
          <w:rFonts w:ascii="Gentium Plus" w:hAnsi="Gentium Plus"/>
          <w:sz w:val="24"/>
        </w:rPr>
        <w:t>χώρας σταδίων μʹ·</w:t>
      </w:r>
    </w:p>
    <w:p>
      <w:r>
        <w:rPr>
          <w:rFonts w:ascii="Courier New" w:hAnsi="Courier New"/>
          <w:color w:val="555555"/>
          <w:sz w:val="20"/>
        </w:rPr>
        <w:t>[33]</w:t>
      </w:r>
    </w:p>
    <w:p>
      <w:r>
        <w:rPr>
          <w:rFonts w:ascii="Gentium Plus" w:hAnsi="Gentium Plus"/>
          <w:sz w:val="24"/>
        </w:rPr>
        <w:t>ΑΜΒΡΑΚΙΑ. Μετὰ δὲ Μολοττίαν Ἀμβρακία πό‐ λις Ἑλληνίς· ἀπέχει δὲ αὕτη ἀπὸ θαλάττης στάδια πʹ. Ἔστι δὲ καὶ ἐπὶ θαλάττης τεῖχος καὶ λιμὴν κλειστός.</w:t>
      </w:r>
    </w:p>
    <w:p>
      <w:r>
        <w:rPr>
          <w:rFonts w:ascii="Courier New" w:hAnsi="Courier New"/>
          <w:color w:val="555555"/>
          <w:sz w:val="20"/>
        </w:rPr>
        <w:t>[5]</w:t>
      </w:r>
    </w:p>
    <w:p>
      <w:r>
        <w:rPr>
          <w:rFonts w:ascii="Gentium Plus" w:hAnsi="Gentium Plus"/>
          <w:sz w:val="24"/>
        </w:rPr>
        <w:t>νειοῦ ποταμοῦ καὶ Ὁμολίου Μαγνητικῆς πόλεως, ἥ ἐστι παρὰ τὸν ποταμόν. Παράπλους δὲ τῆς Ἀμβρα‐ κίας σταδίων ρκʹ.</w:t>
      </w:r>
    </w:p>
    <w:p>
      <w:r>
        <w:rPr>
          <w:rFonts w:ascii="Courier New" w:hAnsi="Courier New"/>
          <w:color w:val="555555"/>
          <w:sz w:val="20"/>
        </w:rPr>
        <w:t>[34]</w:t>
      </w:r>
    </w:p>
    <w:p>
      <w:r>
        <w:rPr>
          <w:rFonts w:ascii="Gentium Plus" w:hAnsi="Gentium Plus"/>
          <w:sz w:val="24"/>
        </w:rPr>
        <w:t>ΑΚΑΡΝΑΝΙΑ. Μετὰ δὲ Ἀμβρακίαν Ἀκαρνανία ἔθνος ἐστὶ, καὶ πρώτη πόλις αὐτόθι Ἄργος τὸ Ἀμφι‐ λοχικὸν καὶ Ἀνακτόριον καὶ λιμὴν, καὶ ἔξω τοῦ Ἀνα‐ κτορικοῦ κόλπου αἵδε· Ἀκτὴ καὶ πόλις Λευκὰς καὶ</w:t>
      </w:r>
    </w:p>
    <w:p>
      <w:r>
        <w:rPr>
          <w:rFonts w:ascii="Courier New" w:hAnsi="Courier New"/>
          <w:color w:val="555555"/>
          <w:sz w:val="20"/>
        </w:rPr>
        <w:t>[5]</w:t>
      </w:r>
    </w:p>
    <w:p>
      <w:r>
        <w:rPr>
          <w:rFonts w:ascii="Gentium Plus" w:hAnsi="Gentium Plus"/>
          <w:sz w:val="24"/>
        </w:rPr>
        <w:t>λιμήν· αὕτη ἀνέχει ἐπὶ τὸν Λευκάταν, ὅ ἐστιν ἀκρωτή‐ ριον πόρρωθεν ἐν τῇ θαλάττῃ*. Αὕτη ἡ πόλις τὸ πρὶν καὶ Ἐπιλευκάδιοι ὠνομάζοντο. Ἀκαρνᾶνες δὲ στα‐ σιάσαντες ἔλαβον ἐκ Κορίνθου ἐποίκους χιλίους· οἱ δὲ ἔποικοι ἀποκτείναντες, τούτων τὴν χώραν αὐτοὶ ἔχου‐</w:t>
      </w:r>
    </w:p>
    <w:p>
      <w:r>
        <w:rPr>
          <w:rFonts w:ascii="Courier New" w:hAnsi="Courier New"/>
          <w:color w:val="555555"/>
          <w:sz w:val="20"/>
        </w:rPr>
        <w:t>[10]</w:t>
      </w:r>
    </w:p>
    <w:p>
      <w:r>
        <w:rPr>
          <w:rFonts w:ascii="Gentium Plus" w:hAnsi="Gentium Plus"/>
          <w:sz w:val="24"/>
        </w:rPr>
        <w:t>σιν. Αὕτη δ’ ἐστὶ νῦν νῆσος τὸν ἰσθμὸν ἀποτετα‐</w:t>
      </w:r>
    </w:p>
    <w:p>
      <w:r>
        <w:rPr>
          <w:rFonts w:ascii="Courier New" w:hAnsi="Courier New"/>
          <w:color w:val="555555"/>
          <w:sz w:val="20"/>
        </w:rPr>
        <w:t>[15]</w:t>
      </w:r>
    </w:p>
    <w:p>
      <w:r>
        <w:rPr>
          <w:rFonts w:ascii="Gentium Plus" w:hAnsi="Gentium Plus"/>
          <w:sz w:val="24"/>
        </w:rPr>
        <w:t>ἀπέλιπον. Μετὰ ταῦτα πόλις Ἀλυζία, καὶ κατὰ ταύ‐ την νῆσος Κάρνος, καὶ πόλις Ἀστακὸς καὶ λιμὴν καὶ ποταμὸς Ἀχελῷος καὶ Οἰνιάδαι πόλις· καὶ εἰς ταύτας (τὰς πόλεις) ἀνάπλους ἐστὶ κατὰ τὸν Ἀχελῷον. Εἰσὶ δὲ καὶ ἄλλαι πόλεις Ἀκαρνάνων ἐν μεσογείᾳ. Πα‐</w:t>
      </w:r>
    </w:p>
    <w:p>
      <w:r>
        <w:rPr>
          <w:rFonts w:ascii="Courier New" w:hAnsi="Courier New"/>
          <w:color w:val="555555"/>
          <w:sz w:val="20"/>
        </w:rPr>
        <w:t>[20]</w:t>
      </w:r>
    </w:p>
    <w:p>
      <w:r>
        <w:rPr>
          <w:rFonts w:ascii="Gentium Plus" w:hAnsi="Gentium Plus"/>
          <w:sz w:val="24"/>
        </w:rPr>
        <w:t>ράπλους δὲ Ἀκαρνανίας ἐστὶν ἡμερῶν δύο*. Ἡ δὲ Ἀκαρνανία ἐστὶ πᾶσα εὐλίμενος· καὶ κατὰ ταῦτα νῆ‐ σοι παράκεινται πολλαὶ, ἃς ὁ Ἀχελῷος προσχωννύων ἤπειρον ποιεῖ. Καλοῦνται Ἐχινάδες αἱ νῆσοι· εἰσὶ δὲ ἔρημοι.</w:t>
      </w:r>
    </w:p>
    <w:p>
      <w:r>
        <w:rPr>
          <w:rFonts w:ascii="Courier New" w:hAnsi="Courier New"/>
          <w:color w:val="555555"/>
          <w:sz w:val="20"/>
        </w:rPr>
        <w:t>[35]</w:t>
      </w:r>
    </w:p>
    <w:p>
      <w:r>
        <w:rPr>
          <w:rFonts w:ascii="Gentium Plus" w:hAnsi="Gentium Plus"/>
          <w:sz w:val="24"/>
        </w:rPr>
        <w:t>ΑΙΤΩΛΙΑ. Μετὰ δὲ Ἀκαρνανίαν Αἰτωλία ἐστὶν ἔθνος, καὶ πόλεις ἐν αὐτῇ εἰσὶν αἵδε· Καλυδὼν, Ἁλί‐ καρνα, Μολύκρεια· καὶ ὁ Δελφικὸς κόλπος· στόμα δὲ τοῦ κόλπου ἐστὶ στάδια ιʹ, καὶ ἐπ’ αὐτοῦ ἱερόν·</w:t>
      </w:r>
    </w:p>
    <w:p>
      <w:r>
        <w:rPr>
          <w:rFonts w:ascii="Courier New" w:hAnsi="Courier New"/>
          <w:color w:val="555555"/>
          <w:sz w:val="20"/>
        </w:rPr>
        <w:t>[5]</w:t>
      </w:r>
    </w:p>
    <w:p>
      <w:r>
        <w:rPr>
          <w:rFonts w:ascii="Gentium Plus" w:hAnsi="Gentium Plus"/>
          <w:sz w:val="24"/>
        </w:rPr>
        <w:t>καὶ Ναύπακτος πόλις· καὶ ἐπ’ αὐτῇ πόλεις εἰσὶν ἄλλαι πολλαὶ Αἰτωλοῖς ἐν μεσογείᾳ. Παράπλους δ’ ἐστὶ τῆς Αἰτωλίας ἡμέρας μιᾶς. Ἡ δὲ Αἰτωλία παρήκει τὴν Λοκρίδα πᾶσαν ἀπὸ μεσογείας μέχρι Αἰνιανῶν.</w:t>
      </w:r>
    </w:p>
    <w:p>
      <w:r>
        <w:rPr>
          <w:rFonts w:ascii="Courier New" w:hAnsi="Courier New"/>
          <w:color w:val="555555"/>
          <w:sz w:val="20"/>
        </w:rPr>
        <w:t>[36]</w:t>
      </w:r>
    </w:p>
    <w:p>
      <w:r>
        <w:rPr>
          <w:rFonts w:ascii="Gentium Plus" w:hAnsi="Gentium Plus"/>
          <w:sz w:val="24"/>
        </w:rPr>
        <w:t>ΛΟΚΡΟΙ. Μετὰ δὲ Αἰτωλοὺς Λοκροί εἰσιν ἔθνος, ἐν οἷς εἰσὶν Ὀζόλαι καλούμενοι, καὶ πόλεις αἵδε· Εὐάνθις, Ἄμφισσα. Εἰσὶ δὲ καὶ τούτοις πόλεις ἐν μεσογείᾳ. Παράπλους δ’ ἐστὶ τῆς Λοκρῶν χώρας τὸ</w:t>
      </w:r>
    </w:p>
    <w:p>
      <w:r>
        <w:rPr>
          <w:rFonts w:ascii="Courier New" w:hAnsi="Courier New"/>
          <w:color w:val="555555"/>
          <w:sz w:val="20"/>
        </w:rPr>
        <w:t>[5]</w:t>
      </w:r>
    </w:p>
    <w:p>
      <w:r>
        <w:rPr>
          <w:rFonts w:ascii="Gentium Plus" w:hAnsi="Gentium Plus"/>
          <w:sz w:val="24"/>
        </w:rPr>
        <w:t>ἥμισυ ἡμέρας.</w:t>
      </w:r>
    </w:p>
    <w:p>
      <w:r>
        <w:rPr>
          <w:rFonts w:ascii="Courier New" w:hAnsi="Courier New"/>
          <w:color w:val="555555"/>
          <w:sz w:val="20"/>
        </w:rPr>
        <w:t>[37]</w:t>
      </w:r>
    </w:p>
    <w:p>
      <w:r>
        <w:rPr>
          <w:rFonts w:ascii="Gentium Plus" w:hAnsi="Gentium Plus"/>
          <w:sz w:val="24"/>
        </w:rPr>
        <w:t>ΦΩΚΕΙΣ. Μετὰ δὲ Λοκρούς εἰσιν Φωκεῖς ἔθνος κατὰ τὸ Κιρραῖον πεδίον, καὶ τὸ ἱερὸν τοῦ Ἀπόλλωνος καὶ Δελφοὶ πόλις καὶ Ἀντίκυρα πόλις, οὗ βέλτιστα ἑλλεβορίζονται. Παράπλους δὲ τῆς Φωκέων χώρας</w:t>
      </w:r>
    </w:p>
    <w:p>
      <w:r>
        <w:rPr>
          <w:rFonts w:ascii="Courier New" w:hAnsi="Courier New"/>
          <w:color w:val="555555"/>
          <w:sz w:val="20"/>
        </w:rPr>
        <w:t>[5]</w:t>
      </w:r>
    </w:p>
    <w:p>
      <w:r>
        <w:rPr>
          <w:rFonts w:ascii="Gentium Plus" w:hAnsi="Gentium Plus"/>
          <w:sz w:val="24"/>
        </w:rPr>
        <w:t>ἥμισυ ἡμέρας.</w:t>
      </w:r>
    </w:p>
    <w:p>
      <w:r>
        <w:rPr>
          <w:rFonts w:ascii="Courier New" w:hAnsi="Courier New"/>
          <w:color w:val="555555"/>
          <w:sz w:val="20"/>
        </w:rPr>
        <w:t>[38]</w:t>
      </w:r>
    </w:p>
    <w:p>
      <w:r>
        <w:rPr>
          <w:rFonts w:ascii="Gentium Plus" w:hAnsi="Gentium Plus"/>
          <w:sz w:val="24"/>
        </w:rPr>
        <w:t>ΒΟΙΩΤΟΙ. Μετὰ δὲ Φωκεῖς Βοιωτοί εἰσιν ἔθνος, καὶ πόλεις αἵδε· Κορσιαὶ, Σίφαι καὶ λιμὴν, Εὔτρητος καὶ τεῖχος Βοιωτῶν. Παράπλους δὲ τῆς Βοιωτίας ἥμισυ ἡμέρας ἔλαττον.</w:t>
      </w:r>
    </w:p>
    <w:p>
      <w:r>
        <w:rPr>
          <w:rFonts w:ascii="Courier New" w:hAnsi="Courier New"/>
          <w:color w:val="555555"/>
          <w:sz w:val="20"/>
        </w:rPr>
        <w:t>[39]</w:t>
      </w:r>
    </w:p>
    <w:p>
      <w:r>
        <w:rPr>
          <w:rFonts w:ascii="Gentium Plus" w:hAnsi="Gentium Plus"/>
          <w:sz w:val="24"/>
        </w:rPr>
        <w:t>ΜΕΓΑΡΕΙΣ. Μετὰ δὲ Βοιωτοὺς Μεγαρεῖς εἰσὶν ἔθνος, καὶ πόλεις αἵδε· Αἰγόσθενα, Πηγαὶ, τεῖχος Γεράνεια, Ἄρις. Παράπλους δὲ τῆς Μεγαρέων χώ‐</w:t>
      </w:r>
    </w:p>
    <w:p>
      <w:r>
        <w:rPr>
          <w:rFonts w:ascii="Courier New" w:hAnsi="Courier New"/>
          <w:color w:val="555555"/>
          <w:sz w:val="20"/>
        </w:rPr>
        <w:t>[40]</w:t>
      </w:r>
    </w:p>
    <w:p>
      <w:r>
        <w:rPr>
          <w:rFonts w:ascii="Gentium Plus" w:hAnsi="Gentium Plus"/>
          <w:sz w:val="24"/>
        </w:rPr>
        <w:t>ΚΟΡΙΝΘΟΣ. Μετὰ δὲ Μεγαρεῖς ἡ Κόρινθος πό‐ λις καὶ ἱερὸν, Λέχαιον, Ἰσθμός. Ἐντεῦθεν ἤδη ἄρχε‐ ται ἡ Πελοπόννησος. Ἔστι δ’ ἀπὸ θαλάσσης ἡ ὁδὸς πρὸς τὴν ἐπὶ ἡμῶν θάλασσαν διὰ τοῦ ἰσθμοῦ στάδια μʹ.</w:t>
      </w:r>
    </w:p>
    <w:p>
      <w:r>
        <w:rPr>
          <w:rFonts w:ascii="Courier New" w:hAnsi="Courier New"/>
          <w:color w:val="555555"/>
          <w:sz w:val="20"/>
        </w:rPr>
        <w:t>[5]</w:t>
      </w:r>
    </w:p>
    <w:p>
      <w:r>
        <w:rPr>
          <w:rFonts w:ascii="Gentium Plus" w:hAnsi="Gentium Plus"/>
          <w:sz w:val="24"/>
        </w:rPr>
        <w:t>Ταῦτα κολπώδη πάντα. Παράπλους δὲ τῆς Κορινθίων χώρας ἥμισυ ἡμέρας.</w:t>
      </w:r>
    </w:p>
    <w:p>
      <w:r>
        <w:rPr>
          <w:rFonts w:ascii="Courier New" w:hAnsi="Courier New"/>
          <w:color w:val="555555"/>
          <w:sz w:val="20"/>
        </w:rPr>
        <w:t>[41]</w:t>
      </w:r>
    </w:p>
    <w:p>
      <w:r>
        <w:rPr>
          <w:rFonts w:ascii="Gentium Plus" w:hAnsi="Gentium Plus"/>
          <w:sz w:val="24"/>
        </w:rPr>
        <w:t>ΣΙΚΥΩΝ. Μετὰ δὲ Κόρινθον Σικυὼν πόλις. Ταύτης παράπλους σταδίων ρκʹ.</w:t>
      </w:r>
    </w:p>
    <w:p>
      <w:r>
        <w:rPr>
          <w:rFonts w:ascii="Courier New" w:hAnsi="Courier New"/>
          <w:color w:val="555555"/>
          <w:sz w:val="20"/>
        </w:rPr>
        <w:t>[42]</w:t>
      </w:r>
    </w:p>
    <w:p>
      <w:r>
        <w:rPr>
          <w:rFonts w:ascii="Gentium Plus" w:hAnsi="Gentium Plus"/>
          <w:sz w:val="24"/>
        </w:rPr>
        <w:t>ΑΧΑΙΟΙ. Μετὰ δὲ Σικυῶνα Ἀχαιοὶ ἔθνος, καὶ πόλεις εἰσὶν ἐν αὐτοῖς αἵδε· Πελλήνη, Αἴγειρα, Αἰγαὶ, Αἴγιον, Ῥύπες, ἔξω δὲ Ῥίου Πάτραι, Δύμη. Παρά‐ πλους δὲ τῆς Ἀχαΐας χώρας στάδια ψʹ.</w:t>
      </w:r>
    </w:p>
    <w:p>
      <w:r>
        <w:rPr>
          <w:rFonts w:ascii="Courier New" w:hAnsi="Courier New"/>
          <w:color w:val="555555"/>
          <w:sz w:val="20"/>
        </w:rPr>
        <w:t>[43]</w:t>
      </w:r>
    </w:p>
    <w:p>
      <w:r>
        <w:rPr>
          <w:rFonts w:ascii="Gentium Plus" w:hAnsi="Gentium Plus"/>
          <w:sz w:val="24"/>
        </w:rPr>
        <w:t>ΗΛΙΣ. Μετὰ δὲ Ἀχαιοὺς Ἦλίς ἐστιν ἔθνος, καὶ πόλεις ἐν αὐτῇ αἵδε· Κυλλήνη καὶ λιμὴν, καὶ πο‐ ταμὸς Ἀλφειός· ἔστι δὲ καὶ ἄλλη συνοικία πόλεων Ἦλις ἐν μεσογείᾳ. Κατὰ ταύτην τὴν χώραν ἐστὶ νῆ‐</w:t>
      </w:r>
    </w:p>
    <w:p>
      <w:r>
        <w:rPr>
          <w:rFonts w:ascii="Courier New" w:hAnsi="Courier New"/>
          <w:color w:val="555555"/>
          <w:sz w:val="20"/>
        </w:rPr>
        <w:t>[5]</w:t>
      </w:r>
    </w:p>
    <w:p>
      <w:r>
        <w:rPr>
          <w:rFonts w:ascii="Gentium Plus" w:hAnsi="Gentium Plus"/>
          <w:sz w:val="24"/>
        </w:rPr>
        <w:t>σος Ζάκυνθος, ἐν ᾗ καὶ πόλις καὶ λιμήν. Παράπλους δὲ τῆς Ἠλείων χώρας ἄχρι ἐπὶ τοὺς Λεπρεατῶν* στάδια ψʹ.</w:t>
      </w:r>
    </w:p>
    <w:p>
      <w:r>
        <w:rPr>
          <w:rFonts w:ascii="Courier New" w:hAnsi="Courier New"/>
          <w:color w:val="555555"/>
          <w:sz w:val="20"/>
        </w:rPr>
        <w:t>[44]</w:t>
      </w:r>
    </w:p>
    <w:p>
      <w:r>
        <w:rPr>
          <w:rFonts w:ascii="Gentium Plus" w:hAnsi="Gentium Plus"/>
          <w:sz w:val="24"/>
        </w:rPr>
        <w:t>ΑΡΚΑΔΙΑ. Μετὰ δὲ Ἦλιν Ἀρκαδία ἔθνος ἐστί.</w:t>
      </w:r>
    </w:p>
    <w:p>
      <w:r>
        <w:rPr>
          <w:rFonts w:ascii="Courier New" w:hAnsi="Courier New"/>
          <w:color w:val="555555"/>
          <w:sz w:val="20"/>
        </w:rPr>
        <w:t>[5]</w:t>
      </w:r>
    </w:p>
    <w:p>
      <w:r>
        <w:rPr>
          <w:rFonts w:ascii="Gentium Plus" w:hAnsi="Gentium Plus"/>
          <w:sz w:val="24"/>
        </w:rPr>
        <w:t>Στύμφαλος. Εἰσὶ δὲ καὶ ἄλλαι πόλεις. Παράπλους δὲ τῆς Λεπρεατῶν χώρας στάδια ρʹ.</w:t>
      </w:r>
    </w:p>
    <w:p>
      <w:r>
        <w:rPr>
          <w:rFonts w:ascii="Courier New" w:hAnsi="Courier New"/>
          <w:color w:val="555555"/>
          <w:sz w:val="20"/>
        </w:rPr>
        <w:t>[45]</w:t>
      </w:r>
    </w:p>
    <w:p>
      <w:r>
        <w:rPr>
          <w:rFonts w:ascii="Gentium Plus" w:hAnsi="Gentium Plus"/>
          <w:sz w:val="24"/>
        </w:rPr>
        <w:t>ΜΕΣΣΗΝΗ. Μετὰ δ’ Ἀρκαδίαν ἐστὶν ἔθνος Μεσ‐ σήνη, καὶ πόλεις ἐν αὐτῇ αἵδε· (πρώτη Μεσσήνη καὶ λιμήν·) Κυπάρισσος ἀπέχουσα ἀπὸ θαλάττης στάδια ζʹ, Ἰθώμη ἐν μεσογείᾳ ἀπέχουσα ἀπὸ θαλάττης στάδια</w:t>
      </w:r>
    </w:p>
    <w:p>
      <w:r>
        <w:rPr>
          <w:rFonts w:ascii="Courier New" w:hAnsi="Courier New"/>
          <w:color w:val="555555"/>
          <w:sz w:val="20"/>
        </w:rPr>
        <w:t>[5]</w:t>
      </w:r>
    </w:p>
    <w:p>
      <w:r>
        <w:rPr>
          <w:rFonts w:ascii="Gentium Plus" w:hAnsi="Gentium Plus"/>
          <w:sz w:val="24"/>
        </w:rPr>
        <w:t>πʹ. Παράπλους δὲ τῆς Μεσσηνίας χώρας στάδια τʹ.</w:t>
      </w:r>
    </w:p>
    <w:p>
      <w:r>
        <w:rPr>
          <w:rFonts w:ascii="Courier New" w:hAnsi="Courier New"/>
          <w:color w:val="555555"/>
          <w:sz w:val="20"/>
        </w:rPr>
        <w:t>[46]</w:t>
      </w:r>
    </w:p>
    <w:p>
      <w:r>
        <w:rPr>
          <w:rFonts w:ascii="Gentium Plus" w:hAnsi="Gentium Plus"/>
          <w:sz w:val="24"/>
        </w:rPr>
        <w:t>ΛΑΚΕΔΑΙΜΩΝ. ** Λακεδαίμων ἔθνος, καὶ πό‐</w:t>
      </w:r>
    </w:p>
    <w:p>
      <w:r>
        <w:rPr>
          <w:rFonts w:ascii="Courier New" w:hAnsi="Courier New"/>
          <w:color w:val="555555"/>
          <w:sz w:val="20"/>
        </w:rPr>
        <w:t>[5]</w:t>
      </w:r>
    </w:p>
    <w:p>
      <w:r>
        <w:rPr>
          <w:rFonts w:ascii="Gentium Plus" w:hAnsi="Gentium Plus"/>
          <w:sz w:val="24"/>
        </w:rPr>
        <w:t>σειδῶνος, Ταίναρος· καὶ Λᾶς πόλις καὶ λιμὴν, Γύθειον ἐν ᾧ νεώριον, καὶ τεῖχος, καὶ ποταμὸς Εὐρώτας, καὶ Βοΐα πόλις, καὶ Μαλέα ἄκρα. ⟦ΚΥΘΗΡΑ.⟧ Κατὰ ταύτην κεῖται Κύθηρα νῆσος καὶ πόλις καὶ λιμήν. Κατὰ δὲ ταύτην ἐστὶ Κρήτη νῆσος. Μετὰ δὲ ταύτην</w:t>
      </w:r>
    </w:p>
    <w:p>
      <w:r>
        <w:rPr>
          <w:rFonts w:ascii="Courier New" w:hAnsi="Courier New"/>
          <w:color w:val="555555"/>
          <w:sz w:val="20"/>
        </w:rPr>
        <w:t>[10]</w:t>
      </w:r>
    </w:p>
    <w:p>
      <w:r>
        <w:rPr>
          <w:rFonts w:ascii="Gentium Plus" w:hAnsi="Gentium Plus"/>
          <w:sz w:val="24"/>
        </w:rPr>
        <w:t>τὴν προειρημένην ἄκραν Μαλέαν Σίδη πόλις καὶ λιμὴν, Ἐπίδαυρος πόλις καὶ λιμὴν, Πρασία πόλις καὶ λιμὴν, Μέθανα πόλις καὶ λιμήν. Εἰσὶ δὲ καὶ ἄλλαι πολλαὶ πόλεις Λακεδαιμονίων. Ἐν μεσογείᾳ δ’ ἐστὶ Σπάρτη καὶ ἄλλαι πολλαί. Παράπλους δὲ τῆς Λακεδαιμονίων</w:t>
      </w:r>
    </w:p>
    <w:p>
      <w:r>
        <w:rPr>
          <w:rFonts w:ascii="Courier New" w:hAnsi="Courier New"/>
          <w:color w:val="555555"/>
          <w:sz w:val="20"/>
        </w:rPr>
        <w:t>[15]</w:t>
      </w:r>
    </w:p>
    <w:p>
      <w:r>
        <w:rPr>
          <w:rFonts w:ascii="Gentium Plus" w:hAnsi="Gentium Plus"/>
          <w:sz w:val="24"/>
        </w:rPr>
        <w:t>χώρας ἡμερῶν τριῶν.</w:t>
      </w:r>
    </w:p>
    <w:p>
      <w:r>
        <w:rPr>
          <w:rFonts w:ascii="Courier New" w:hAnsi="Courier New"/>
          <w:color w:val="555555"/>
          <w:sz w:val="20"/>
        </w:rPr>
        <w:t>[47]</w:t>
      </w:r>
    </w:p>
    <w:p>
      <w:r>
        <w:rPr>
          <w:rFonts w:ascii="Gentium Plus" w:hAnsi="Gentium Plus"/>
          <w:sz w:val="24"/>
        </w:rPr>
        <w:t>ΚΡΗΤΗ. Κατὰ Λακεδαίμονα νῆσος κεῖται Κρήτη· ἐγγυτάτω γὰρ Λακεδαίμων κεῖται τῆς Εὐρώ‐ πης. Διάπλους δὲ ἀπὸ Λακεδαίμονος ἕως ἐπὶ τὸ ἀκρωτήριον τῆς Κρήτης, ἐφ’ ᾧ ἐστὶ πόλις Φαλάσαρνα,</w:t>
      </w:r>
    </w:p>
    <w:p>
      <w:r>
        <w:rPr>
          <w:rFonts w:ascii="Courier New" w:hAnsi="Courier New"/>
          <w:color w:val="555555"/>
          <w:sz w:val="20"/>
        </w:rPr>
        <w:t>[5]</w:t>
      </w:r>
    </w:p>
    <w:p>
      <w:r>
        <w:rPr>
          <w:rFonts w:ascii="Gentium Plus" w:hAnsi="Gentium Plus"/>
          <w:sz w:val="24"/>
        </w:rPr>
        <w:t>ἡμέρας δρόμος. Ἀπὸ δὲ Φαλασάρνων Κριοῦ μέτωπόν ἐστιν ἀκρωτήριον. Πρὸς νότον δὲ ἄνεμον πλοῦς εἰς Λι‐ βύην, ἐπὶ Χερρονήσου δὲ τὰς Ἀλιάδας τὰς Κυρηναίων πλοῦς ἡμέρας καὶ νυκτός. Ἔστι δὲ ἡ Κρήτη μακρὰ στάδια βφʹ, στενὴ δὲ, καὶ τέταται ἀπὸ ἡλίου δυσμῶν</w:t>
      </w:r>
    </w:p>
    <w:p>
      <w:r>
        <w:rPr>
          <w:rFonts w:ascii="Courier New" w:hAnsi="Courier New"/>
          <w:color w:val="555555"/>
          <w:sz w:val="20"/>
        </w:rPr>
        <w:t>[10]</w:t>
      </w:r>
    </w:p>
    <w:p>
      <w:r>
        <w:rPr>
          <w:rFonts w:ascii="Gentium Plus" w:hAnsi="Gentium Plus"/>
          <w:sz w:val="24"/>
        </w:rPr>
        <w:t>πρὸς ἡλίου ἀνατολάς. Οἰκοῦσι δὲ ἐν Κρήτῃ Ἕλληνες, οἱ μὲν ἄποικοι Λακεδαιμονίων, οἱ δὲ Ἀργείων, οἱ δὲ Ἀθηναίων, οἱ δὲ ἀπὸ τῆς Ἑλλάδος τῆς ἄλλης ὁπόθεν ἔτυχεν. Εἰσὶ δέ τινες αὐτῶν καὶ αὐτόχθονες. Πόλεις πολλαὶ ἐν Κρήτῃ. ⟦ΚΡΗΤΗΣ ΘΕΣΙΣ.⟧ * ὡς ἀκρωτη‐</w:t>
      </w:r>
    </w:p>
    <w:p>
      <w:r>
        <w:rPr>
          <w:rFonts w:ascii="Courier New" w:hAnsi="Courier New"/>
          <w:color w:val="555555"/>
          <w:sz w:val="20"/>
        </w:rPr>
        <w:t>[15]</w:t>
      </w:r>
    </w:p>
    <w:p>
      <w:r>
        <w:rPr>
          <w:rFonts w:ascii="Gentium Plus" w:hAnsi="Gentium Plus"/>
          <w:sz w:val="24"/>
        </w:rPr>
        <w:t>ρίῳ ἐστὶ πρώτη πόλις πρὸς ἥλιον δυόμενον ἡ προειρη‐</w:t>
      </w:r>
    </w:p>
    <w:p>
      <w:r>
        <w:rPr>
          <w:rFonts w:ascii="Courier New" w:hAnsi="Courier New"/>
          <w:color w:val="555555"/>
          <w:sz w:val="20"/>
        </w:rPr>
        <w:t>[20]</w:t>
      </w:r>
    </w:p>
    <w:p>
      <w:r>
        <w:rPr>
          <w:rFonts w:ascii="Gentium Plus" w:hAnsi="Gentium Plus"/>
          <w:sz w:val="24"/>
        </w:rPr>
        <w:t>πρὸς βορέαν· ἐν μεσογείᾳ δὲ Ἔλυρος πόλις· πρὸς νό‐ τον δὲ Λίσσα πόλις καὶ λιμὴν παρὰ Κριοῦ μέτωπον· πρὸς βορέαν δὲ ἄνεμον ἡ Ἀπτεραία χώρα· εἶτα ἡ Λαμ‐ παία, καὶ διήκει αὕτη ἀμφοτέρωθεν, καὶ ποταμὸς Μεσάπιος ἐν αὐτῇ ἐστί· ** μετὰ δὲ Ὀσμίδαν Ἐλεύ‐</w:t>
      </w:r>
    </w:p>
    <w:p>
      <w:r>
        <w:rPr>
          <w:rFonts w:ascii="Courier New" w:hAnsi="Courier New"/>
          <w:color w:val="555555"/>
          <w:sz w:val="20"/>
        </w:rPr>
        <w:t>[25]</w:t>
      </w:r>
    </w:p>
    <w:p>
      <w:r>
        <w:rPr>
          <w:rFonts w:ascii="Gentium Plus" w:hAnsi="Gentium Plus"/>
          <w:sz w:val="24"/>
        </w:rPr>
        <w:t>θερναι πρὸς βορέαν· πρὸς νότον δὲ Σύβριτα· ** καὶ λιμήν· πρὸς νότον Φαιστός· πρὸς βορέαν Ὀαξὸς καὶ</w:t>
      </w:r>
    </w:p>
    <w:p>
      <w:r>
        <w:rPr>
          <w:rFonts w:ascii="Courier New" w:hAnsi="Courier New"/>
          <w:color w:val="555555"/>
          <w:sz w:val="20"/>
        </w:rPr>
        <w:t>[30]</w:t>
      </w:r>
    </w:p>
    <w:p>
      <w:r>
        <w:rPr>
          <w:rFonts w:ascii="Gentium Plus" w:hAnsi="Gentium Plus"/>
          <w:sz w:val="24"/>
        </w:rPr>
        <w:t>καὶ πᾶν*· Πραισὸς διήκει ἀμφοτέρωθεν· Γρᾶνος ἀκρωτήριον Κρήτης πρὸς ἥλιον ἀνίσχοντα. Εἰσὶ δὲ καὶ ἄλλαι πόλεις ἐν Κρήτῃ· λέγεται δὲ εἶναι ἑκατόμ‐ πολις.</w:t>
      </w:r>
    </w:p>
    <w:p>
      <w:r>
        <w:rPr>
          <w:rFonts w:ascii="Courier New" w:hAnsi="Courier New"/>
          <w:color w:val="555555"/>
          <w:sz w:val="20"/>
        </w:rPr>
        <w:t>[48]</w:t>
      </w:r>
    </w:p>
    <w:p>
      <w:r>
        <w:rPr>
          <w:rFonts w:ascii="Gentium Plus" w:hAnsi="Gentium Plus"/>
          <w:sz w:val="24"/>
        </w:rPr>
        <w:t>ΚΥΚΛΑΔΕΣ ΝΗΣΟΙ. Κυκλάδες δὲ αἵδε εἰσὶ κατὰ τὴν Λακεδαιμονίαν χώραν οἰκούμεναι· Μῆλος καὶ λι‐ μὴν, κατὰ δὲ ταύτην Κίμωλος, κατὰ δὲ ταύτην Ὠλία‐ ρος, κατὰ δὲ ταύτην Σίκινος, αὕτη καὶ πόλις· κατὰ</w:t>
      </w:r>
    </w:p>
    <w:p>
      <w:r>
        <w:rPr>
          <w:rFonts w:ascii="Courier New" w:hAnsi="Courier New"/>
          <w:color w:val="555555"/>
          <w:sz w:val="20"/>
        </w:rPr>
        <w:t>[5]</w:t>
      </w:r>
    </w:p>
    <w:p>
      <w:r>
        <w:rPr>
          <w:rFonts w:ascii="Gentium Plus" w:hAnsi="Gentium Plus"/>
          <w:sz w:val="24"/>
        </w:rPr>
        <w:t>δὲ ταύτην Θήρα, κατὰ δὲ ταύτην Ἀνάφη, κατὰ δὲ ταύτην Ἀστυπάλαια. Ἐπάνειμι δὲ πάλιν ἐπὶ τὴν ἤπει‐ ρον, ὅθεν ἐξετραπόμην.</w:t>
      </w:r>
    </w:p>
    <w:p>
      <w:r>
        <w:rPr>
          <w:rFonts w:ascii="Courier New" w:hAnsi="Courier New"/>
          <w:color w:val="555555"/>
          <w:sz w:val="20"/>
        </w:rPr>
        <w:t>[49]</w:t>
      </w:r>
    </w:p>
    <w:p>
      <w:r>
        <w:rPr>
          <w:rFonts w:ascii="Gentium Plus" w:hAnsi="Gentium Plus"/>
          <w:sz w:val="24"/>
        </w:rPr>
        <w:t>ΑΡΓΟΣ. Μετὰ δὲ Λακεδαίμονα πόλις ἐστὶν Ἄργος, καὶ ἐν αὐτῇ Ναυπλία πόλις καὶ λιμήν· ἐν μεσογείᾳ δὲ Κλεωναὶ καὶ Μυκῆναι καὶ Τίρυνς. Πα‐ ράπλους τῆς Ἀργείας χώρας κύκλῳ (ἔστι γὰρ κόλπος</w:t>
      </w:r>
    </w:p>
    <w:p>
      <w:r>
        <w:rPr>
          <w:rFonts w:ascii="Courier New" w:hAnsi="Courier New"/>
          <w:color w:val="555555"/>
          <w:sz w:val="20"/>
        </w:rPr>
        <w:t>[5]</w:t>
      </w:r>
    </w:p>
    <w:p>
      <w:r>
        <w:rPr>
          <w:rFonts w:ascii="Gentium Plus" w:hAnsi="Gentium Plus"/>
          <w:sz w:val="24"/>
        </w:rPr>
        <w:t>ὁ Ἀργολικὸς καλούμενος) στάδια ρνʹ.</w:t>
      </w:r>
    </w:p>
    <w:p>
      <w:r>
        <w:rPr>
          <w:rFonts w:ascii="Courier New" w:hAnsi="Courier New"/>
          <w:color w:val="555555"/>
          <w:sz w:val="20"/>
        </w:rPr>
        <w:t>[50]</w:t>
      </w:r>
    </w:p>
    <w:p>
      <w:r>
        <w:rPr>
          <w:rFonts w:ascii="Gentium Plus" w:hAnsi="Gentium Plus"/>
          <w:sz w:val="24"/>
        </w:rPr>
        <w:t>ΕΠΙΔΑΥΡΟΣ. Μετὰ δ’ Ἄργος ἡ Ἐπίδαυρος χώρα· καθήκει γὰρ εἰς τὸν κόλπον τοῦτον στάδια λʹ. Μετὰ δὲ τὴν Ἐπιδαυρίαν χώραν Ἁλία καὶ λιμήν. Αὕτη ἐστὶ ἐπὶ τῷ στόματι τοῦ Ἀργολικοῦ κόλπου. Περί‐</w:t>
      </w:r>
    </w:p>
    <w:p>
      <w:r>
        <w:rPr>
          <w:rFonts w:ascii="Courier New" w:hAnsi="Courier New"/>
          <w:color w:val="555555"/>
          <w:sz w:val="20"/>
        </w:rPr>
        <w:t>[5]</w:t>
      </w:r>
    </w:p>
    <w:p>
      <w:r>
        <w:rPr>
          <w:rFonts w:ascii="Gentium Plus" w:hAnsi="Gentium Plus"/>
          <w:sz w:val="24"/>
        </w:rPr>
        <w:t>πλους ταύτης ἐστὶ σταδίων ἑκατόν.</w:t>
      </w:r>
    </w:p>
    <w:p>
      <w:r>
        <w:rPr>
          <w:rFonts w:ascii="Courier New" w:hAnsi="Courier New"/>
          <w:color w:val="555555"/>
          <w:sz w:val="20"/>
        </w:rPr>
        <w:t>[51]</w:t>
      </w:r>
    </w:p>
    <w:p>
      <w:r>
        <w:rPr>
          <w:rFonts w:ascii="Gentium Plus" w:hAnsi="Gentium Plus"/>
          <w:sz w:val="24"/>
        </w:rPr>
        <w:t>ΕΡΜΙΩΝ. Μετὰ δὲ ταύτην Ἑρμιὼν πόλις ἐστὶ καὶ λιμήν. Ταύτης δὲ περίπλους σταδίων πʹ. Μετὰ δὲ Ἑρμιόνα Σκύλλαιόν ἐστιν ἀκρωτήριον τοῦ κόλπου τοῦ πρὸς ἰσθμόν· ἔστι δὲ τὸ Σκύλλαιον τῆς Τροιζηνίας.</w:t>
      </w:r>
    </w:p>
    <w:p>
      <w:r>
        <w:rPr>
          <w:rFonts w:ascii="Courier New" w:hAnsi="Courier New"/>
          <w:color w:val="555555"/>
          <w:sz w:val="20"/>
        </w:rPr>
        <w:t>[5]</w:t>
      </w:r>
    </w:p>
    <w:p>
      <w:r>
        <w:rPr>
          <w:rFonts w:ascii="Gentium Plus" w:hAnsi="Gentium Plus"/>
          <w:sz w:val="24"/>
        </w:rPr>
        <w:t>Καταντικρὺ δὲ αὐτοῦ ἐστὶ Σούνιον ἀκρωτήριον τῆς Ἀθηναίων χώρας. Κατὰ δὲ τοῦτό ἐστι νῆσος Βέλβινα καὶ πόλις. Τούτου τοῦ κόλπου ἀπὸ τούτου τοῦ στό‐ ματος εἴσω εἰς τὸν ἰσθμὸν στάδιά ἐστι ψμʹ. Ἔστι δὲ ὁ κόλπος οὗτος αὐτὸς κατὰ στόμα εὐθύτατος.</w:t>
      </w:r>
    </w:p>
    <w:p>
      <w:r>
        <w:rPr>
          <w:rFonts w:ascii="Courier New" w:hAnsi="Courier New"/>
          <w:color w:val="555555"/>
          <w:sz w:val="20"/>
        </w:rPr>
        <w:t>[52]</w:t>
      </w:r>
    </w:p>
    <w:p>
      <w:r>
        <w:rPr>
          <w:rFonts w:ascii="Gentium Plus" w:hAnsi="Gentium Plus"/>
          <w:sz w:val="24"/>
        </w:rPr>
        <w:t>ΤΡΟΙΖΗΝΙΑ. Μετὰ δὲ Ἑρμιόνα Τροιζηνία πό‐ λις καὶ λιμήν. Παράπλους δ’ ἐστὶν αὐτῆς στάδια λʹ. Μετὰ δὲ ταῦτα νῆσός ἐστι Καλαυρία καὶ πόλις καὶ λιμήν. Παράπλους δ’ ἐστὶν αὐτῆς στάδια τʹ.</w:t>
      </w:r>
    </w:p>
    <w:p>
      <w:r>
        <w:rPr>
          <w:rFonts w:ascii="Courier New" w:hAnsi="Courier New"/>
          <w:color w:val="555555"/>
          <w:sz w:val="20"/>
        </w:rPr>
        <w:t>[53]</w:t>
      </w:r>
    </w:p>
    <w:p>
      <w:r>
        <w:rPr>
          <w:rFonts w:ascii="Gentium Plus" w:hAnsi="Gentium Plus"/>
          <w:sz w:val="24"/>
        </w:rPr>
        <w:t>ΑΙΓΙΝΑ. Κατὰ δὲ ταύτην νῆσός ἐστι καὶ πόλις Αἴγινα καὶ λιμένες δύο. Ἐπάνειμι δὲ πάλιν ἐπὶ τὴν ἤπειρον, ὅθεν ἐξετραπόμην.</w:t>
      </w:r>
    </w:p>
    <w:p>
      <w:r>
        <w:rPr>
          <w:rFonts w:ascii="Courier New" w:hAnsi="Courier New"/>
          <w:color w:val="555555"/>
          <w:sz w:val="20"/>
        </w:rPr>
        <w:t>[54]</w:t>
      </w:r>
    </w:p>
    <w:p>
      <w:r>
        <w:rPr>
          <w:rFonts w:ascii="Gentium Plus" w:hAnsi="Gentium Plus"/>
          <w:sz w:val="24"/>
        </w:rPr>
        <w:t>ΕΠΙΔΑΥΡΟΣ. Μετὰ δὲ Τροιζηνίαν πόλις Ἐπί‐ δαυρος καὶ λιμήν. Παράπλους δὲ τῆς Ἐπιδαύρου χώρας στάδια [ρ] λʹ.</w:t>
      </w:r>
    </w:p>
    <w:p>
      <w:r>
        <w:rPr>
          <w:rFonts w:ascii="Courier New" w:hAnsi="Courier New"/>
          <w:color w:val="555555"/>
          <w:sz w:val="20"/>
        </w:rPr>
        <w:t>[55]</w:t>
      </w:r>
    </w:p>
    <w:p>
      <w:r>
        <w:rPr>
          <w:rFonts w:ascii="Gentium Plus" w:hAnsi="Gentium Plus"/>
          <w:sz w:val="24"/>
        </w:rPr>
        <w:t>ΚΟΡΙΝΘΙΑ. Μετὰ δὲ Ἐπίδαυρον ἡ Κορινθίων χώρα ἐστὶν [ἡ] πρὸς ἠῶ, καὶ τεῖχος Κεγχρειαὶ καὶ ἰσθμὸς, οὗ ἱερὸν Ποσειδῶνος. Ἐνταῦθα ἡ Πελοπόν‐ νησος λήγει. Ἔστι δὲ καὶ ἔξω τοῦ ἰσθμοῦ χώρα Κο‐</w:t>
      </w:r>
    </w:p>
    <w:p>
      <w:r>
        <w:rPr>
          <w:rFonts w:ascii="Courier New" w:hAnsi="Courier New"/>
          <w:color w:val="555555"/>
          <w:sz w:val="20"/>
        </w:rPr>
        <w:t>[5]</w:t>
      </w:r>
    </w:p>
    <w:p>
      <w:r>
        <w:rPr>
          <w:rFonts w:ascii="Gentium Plus" w:hAnsi="Gentium Plus"/>
          <w:sz w:val="24"/>
        </w:rPr>
        <w:t>ρινθίοις, καὶ τεῖχος Σιδοῦς καὶ ἕτερον τεῖχος Κρεμ‐ μυών. Παράπλους δὲ τῆς Κορινθίων χώρας μέχρι τῶν ὁρίων τῶν Μεγαρέων στάδια τʹ.</w:t>
      </w:r>
    </w:p>
    <w:p>
      <w:r>
        <w:rPr>
          <w:rFonts w:ascii="Courier New" w:hAnsi="Courier New"/>
          <w:color w:val="555555"/>
          <w:sz w:val="20"/>
        </w:rPr>
        <w:t>[56]</w:t>
      </w:r>
    </w:p>
    <w:p>
      <w:r>
        <w:rPr>
          <w:rFonts w:ascii="Gentium Plus" w:hAnsi="Gentium Plus"/>
          <w:sz w:val="24"/>
        </w:rPr>
        <w:t>ΜΕΓΑΡΑ. Ἀπὸ δὲ τῆς Κορινθίων χώρας Μέ‐ γαρα πόλις ἐστὶ, καὶ λιμὴν καὶ Νίσαια τεῖχος. Πα‐ ράπλους δὲ τῆς Μεγαρέων χώρας μέχρι Ἰαπίδος (ἔστι γὰρ οὗτος ὅρος τῆς Ἀθηναίων χώρας), στά‐</w:t>
      </w:r>
    </w:p>
    <w:p>
      <w:r>
        <w:rPr>
          <w:rFonts w:ascii="Courier New" w:hAnsi="Courier New"/>
          <w:color w:val="555555"/>
          <w:sz w:val="20"/>
        </w:rPr>
        <w:t>[5]</w:t>
      </w:r>
    </w:p>
    <w:p>
      <w:r>
        <w:rPr>
          <w:rFonts w:ascii="Gentium Plus" w:hAnsi="Gentium Plus"/>
          <w:sz w:val="24"/>
        </w:rPr>
        <w:t>δια ρμʹ.</w:t>
      </w:r>
    </w:p>
    <w:p>
      <w:r>
        <w:rPr>
          <w:rFonts w:ascii="Courier New" w:hAnsi="Courier New"/>
          <w:color w:val="555555"/>
          <w:sz w:val="20"/>
        </w:rPr>
        <w:t>[57]</w:t>
      </w:r>
    </w:p>
    <w:p>
      <w:r>
        <w:rPr>
          <w:rFonts w:ascii="Gentium Plus" w:hAnsi="Gentium Plus"/>
          <w:sz w:val="24"/>
        </w:rPr>
        <w:t>ΑΤΤΙΚΗ. Μετὰ δὲ Μεγαρεῖς εἰσὶν Ἀθηναίων πόλεις. Καὶ πρῶτον τῆς Ἀττικῆς Ἐλευσὶς, οὗ ἱερὸν Δήμητρός ἐστι, καὶ τεῖχος. Κατὰ τοῦ τό ἐστι Σαλαμὶς νῆσος καὶ πόλις καὶ λιμήν. Ἔπειτα ὁ Πειραιεὺς καὶ</w:t>
      </w:r>
    </w:p>
    <w:p>
      <w:r>
        <w:rPr>
          <w:rFonts w:ascii="Courier New" w:hAnsi="Courier New"/>
          <w:color w:val="555555"/>
          <w:sz w:val="20"/>
        </w:rPr>
        <w:t>[5]</w:t>
      </w:r>
    </w:p>
    <w:p>
      <w:r>
        <w:rPr>
          <w:rFonts w:ascii="Gentium Plus" w:hAnsi="Gentium Plus"/>
          <w:sz w:val="24"/>
        </w:rPr>
        <w:t>τὰ σκέλη καὶ Ἀθῆναι. Ὁ δὲ Πειραιεὺς λιμένας ἔχει γʹ. Ἀνάφλυστος τεῖχος καὶ λιμήν· Σούνιον ἀκρωτή‐ ριον καὶ τεῖχος· ἱερὸν Ποσειδῶνος· Θορικὸς τεῖχος καὶ λιμένες δύο· Ῥαμνοῦς τεῖχος. Εἰσὶ δὲ καὶ ἄλλοι λι‐ μένες ἐν τῇ Ἀττικῇ πολλοί. Περίπλους τῆς Ἀθηναίων</w:t>
      </w:r>
    </w:p>
    <w:p>
      <w:r>
        <w:rPr>
          <w:rFonts w:ascii="Courier New" w:hAnsi="Courier New"/>
          <w:color w:val="555555"/>
          <w:sz w:val="20"/>
        </w:rPr>
        <w:t>[10]</w:t>
      </w:r>
    </w:p>
    <w:p>
      <w:r>
        <w:rPr>
          <w:rFonts w:ascii="Gentium Plus" w:hAnsi="Gentium Plus"/>
          <w:sz w:val="24"/>
        </w:rPr>
        <w:t>χώρας στάδια ͵αρμʹ· ἀπὸ Ἰαπίδος χώρας ἐπὶ Σούνιον στάδια υϙʹ· ἀπὸ Σουνίου μέχρι τῶν ὅρων τῶν Βοιωτίων στάδια χνʹ.</w:t>
      </w:r>
    </w:p>
    <w:p>
      <w:r>
        <w:rPr>
          <w:rFonts w:ascii="Courier New" w:hAnsi="Courier New"/>
          <w:color w:val="555555"/>
          <w:sz w:val="20"/>
        </w:rPr>
        <w:t>[58]</w:t>
      </w:r>
    </w:p>
    <w:p>
      <w:r>
        <w:rPr>
          <w:rFonts w:ascii="Gentium Plus" w:hAnsi="Gentium Plus"/>
          <w:sz w:val="24"/>
        </w:rPr>
        <w:t>ΝΗΣΟΙ ΚΥΚΛΑΔΕΣ. Κατὰ δὲ τὴν Ἀττικήν εἰσι νῆσοι αἱ Κυκλάδες καλούμεναι, καὶ πόλεις αἵδε ἐν ταῖς νήσοις· Κέως (αὕτη τετράπολις· [Ποιήεσσα πόλις]</w:t>
      </w:r>
    </w:p>
    <w:p>
      <w:r>
        <w:rPr>
          <w:rFonts w:ascii="Courier New" w:hAnsi="Courier New"/>
          <w:color w:val="555555"/>
          <w:sz w:val="20"/>
        </w:rPr>
        <w:t>[5]</w:t>
      </w:r>
    </w:p>
    <w:p>
      <w:r>
        <w:rPr>
          <w:rFonts w:ascii="Gentium Plus" w:hAnsi="Gentium Plus"/>
          <w:sz w:val="24"/>
        </w:rPr>
        <w:t>Κύθνος νῆσος καὶ πόλις· Σέριφος νῆσος καὶ πόλις καὶ λιμήν· Σίφνος· Πάρος λιμένας ἔχουσα δύο, ὧν τὸν ἕνα κλειστόν· Νάξος· Δῆλος· Ῥήνη· Σῦρος· Μύκονος (αὕτη δίπολις)· Τῆνος καὶ λιμήν· Ἄνδρος καὶ λιμήν. Αὗται μὲν αἱ Κυκλάδες νῆσοι. Ὑπὸ δὲ ταύταις ἕτεραι</w:t>
      </w:r>
    </w:p>
    <w:p>
      <w:r>
        <w:rPr>
          <w:rFonts w:ascii="Courier New" w:hAnsi="Courier New"/>
          <w:color w:val="555555"/>
          <w:sz w:val="20"/>
        </w:rPr>
        <w:t>[10]</w:t>
      </w:r>
    </w:p>
    <w:p>
      <w:r>
        <w:rPr>
          <w:rFonts w:ascii="Gentium Plus" w:hAnsi="Gentium Plus"/>
          <w:sz w:val="24"/>
        </w:rPr>
        <w:t>νῆσοι αἵδε πρὸς νότον· Ἴος καὶ λιμήν (ἐν ταύτῃ Ὅμη‐ ρος τέθαπται)· Ἀμοργὸς, αὕτη τρίπολις καὶ λιμήν· Ἴκαρος, δίπολις. Μετὰ δὲ Ἄνδρον Εὔβοια νῆσος· αὕτη τετράπολις· εἰσὶ δὲ ἐν αὐτῇ Κάρυστος, Ἐρέτρια καὶ λιμὴν, Χαλκὶς</w:t>
      </w:r>
    </w:p>
    <w:p>
      <w:r>
        <w:rPr>
          <w:rFonts w:ascii="Courier New" w:hAnsi="Courier New"/>
          <w:color w:val="555555"/>
          <w:sz w:val="20"/>
        </w:rPr>
        <w:t>[15]</w:t>
      </w:r>
    </w:p>
    <w:p>
      <w:r>
        <w:rPr>
          <w:rFonts w:ascii="Gentium Plus" w:hAnsi="Gentium Plus"/>
          <w:sz w:val="24"/>
        </w:rPr>
        <w:t>καὶ λιμὴν, Ἑστίαια καὶ λιμήν. Ἡ δὲ Εὔβοια ἀπὸ Κηναίου Διὸς ἱεροῦ ἐπὶ Γεραιστὸν, Ποσειδῶνος ἱερὸν, ἔχει στάδια ατνʹ· τὸ δὲ πλάτος στενή ἐστιν ἡ Εὔβοια. Ἐν δὲ τῷ Αἰγαίῳ πελάγει εἰσὶ νῆσοι αἵδε· κατ’ Ἐρέτριαν Σκῦρος καὶ πόλις· Ἴκος, αὕτη δίπολις·</w:t>
      </w:r>
    </w:p>
    <w:p>
      <w:r>
        <w:rPr>
          <w:rFonts w:ascii="Courier New" w:hAnsi="Courier New"/>
          <w:color w:val="555555"/>
          <w:sz w:val="20"/>
        </w:rPr>
        <w:t>[20]</w:t>
      </w:r>
    </w:p>
    <w:p>
      <w:r>
        <w:rPr>
          <w:rFonts w:ascii="Gentium Plus" w:hAnsi="Gentium Plus"/>
          <w:sz w:val="24"/>
        </w:rPr>
        <w:t>Πεπάρηθος, αὕτη τρίπολις καὶ λιμήν· Σκίαθος, αὕτη δίπολις καὶ λιμήν. Μετὰ ταῦτα ἐπάνειμι πάλιν ἐπὶ τὴν ἤπειρον, ὅθεν ἐξετραπόμην.</w:t>
      </w:r>
    </w:p>
    <w:p>
      <w:r>
        <w:rPr>
          <w:rFonts w:ascii="Courier New" w:hAnsi="Courier New"/>
          <w:color w:val="555555"/>
          <w:sz w:val="20"/>
        </w:rPr>
        <w:t>[59]</w:t>
      </w:r>
    </w:p>
    <w:p>
      <w:r>
        <w:rPr>
          <w:rFonts w:ascii="Gentium Plus" w:hAnsi="Gentium Plus"/>
          <w:sz w:val="24"/>
        </w:rPr>
        <w:t>ΒΟΙΩΤΟΙ. Μετὰ δὲ Ἀθήνας εἰσὶ Βοιωτοὶ ἔθνος· καθήκουσι γὰρ καὶ οὗτοι ἐπὶ ταύτην τὴν θάλασσαν. Καί ἐστιν ἐν αὐτῇ πρῶτον ἱερὸν Δήλιον, Αὐλὶς ἱερὸν,</w:t>
      </w:r>
    </w:p>
    <w:p>
      <w:r>
        <w:rPr>
          <w:rFonts w:ascii="Courier New" w:hAnsi="Courier New"/>
          <w:color w:val="555555"/>
          <w:sz w:val="20"/>
        </w:rPr>
        <w:t>[5]</w:t>
      </w:r>
    </w:p>
    <w:p>
      <w:r>
        <w:rPr>
          <w:rFonts w:ascii="Gentium Plus" w:hAnsi="Gentium Plus"/>
          <w:sz w:val="24"/>
        </w:rPr>
        <w:t>Ὀρχομενὸς ἐν μεσογείᾳ. Εἰσὶ δὲ καὶ ἄλλαι πόλεις. Παράπλους δὲ τῆς Βοιωτίας χώρας ἀπὸ Δηλίου μέχρι τῶν Λοκρῶν ὁρίων στάδια σνʹ.</w:t>
      </w:r>
    </w:p>
    <w:p>
      <w:r>
        <w:rPr>
          <w:rFonts w:ascii="Courier New" w:hAnsi="Courier New"/>
          <w:color w:val="555555"/>
          <w:sz w:val="20"/>
        </w:rPr>
        <w:t>[60]</w:t>
      </w:r>
    </w:p>
    <w:p>
      <w:r>
        <w:rPr>
          <w:rFonts w:ascii="Gentium Plus" w:hAnsi="Gentium Plus"/>
          <w:sz w:val="24"/>
        </w:rPr>
        <w:t>ΛΟΚΡΟΙ. Μετὰ δὲ Βοιωτούς εἰσι Λοκροὶ ἔθνος. Καί εἰσι κατ’ Εὔβοιαν αὐτοῖς πόλεις αἵδε· Λάρυμνα, Κῦνος, Ὀποῦς, Ἀλόπη· εἰσὶ δὲ καὶ ἄλλαι πολλαὶ Λο‐ κροῖς. Παράπλους δὲ τῆς χώρας αὐτῶν στάδια σʹ.</w:t>
      </w:r>
    </w:p>
    <w:p>
      <w:r>
        <w:rPr>
          <w:rFonts w:ascii="Courier New" w:hAnsi="Courier New"/>
          <w:color w:val="555555"/>
          <w:sz w:val="20"/>
        </w:rPr>
        <w:t>[61]</w:t>
      </w:r>
    </w:p>
    <w:p>
      <w:r>
        <w:rPr>
          <w:rFonts w:ascii="Gentium Plus" w:hAnsi="Gentium Plus"/>
          <w:sz w:val="24"/>
        </w:rPr>
        <w:t>ΦΩΚΕΙΣ. Μετὰ δὲ Λοκρούς εἰσι Φωκεῖς· διή‐ κουσι γὰρ καὶ οὗτοι εἰς τὴν θάλασσαν ταύτην. Καὶ πόλεις αὐτοῖς εἰσὶν αἵδε· Θρόνιον, Κνημὶς, Ἐλάτεια, Πανοπεύς. Εἰσὶ δὲ καὶ ἄλλαι πόλεις αὐτοῖς ἐν μεσο‐</w:t>
      </w:r>
    </w:p>
    <w:p>
      <w:r>
        <w:rPr>
          <w:rFonts w:ascii="Courier New" w:hAnsi="Courier New"/>
          <w:color w:val="555555"/>
          <w:sz w:val="20"/>
        </w:rPr>
        <w:t>[5]</w:t>
      </w:r>
    </w:p>
    <w:p>
      <w:r>
        <w:rPr>
          <w:rFonts w:ascii="Gentium Plus" w:hAnsi="Gentium Plus"/>
          <w:sz w:val="24"/>
        </w:rPr>
        <w:t>γείᾳ. Παράπλους δ’ ἐστὶ τῆς Φωκέων χώρας στά‐ δια σʹ.</w:t>
      </w:r>
    </w:p>
    <w:p>
      <w:r>
        <w:rPr>
          <w:rFonts w:ascii="Courier New" w:hAnsi="Courier New"/>
          <w:color w:val="555555"/>
          <w:sz w:val="20"/>
        </w:rPr>
        <w:t>[62]</w:t>
      </w:r>
    </w:p>
    <w:p>
      <w:r>
        <w:rPr>
          <w:rFonts w:ascii="Gentium Plus" w:hAnsi="Gentium Plus"/>
          <w:sz w:val="24"/>
        </w:rPr>
        <w:t>ΜΗΛΙΕΙΣ. Μετὰ δὲ Φωκεῖς εἰσὶ Μηλιεῖς καὶ ὁ κόλπος ὁ Μηλιεύς. (Ἐν τούτῳ [τῷ] κόλπῳ εἰσὶν</w:t>
      </w:r>
    </w:p>
    <w:p>
      <w:r>
        <w:rPr>
          <w:rFonts w:ascii="Courier New" w:hAnsi="Courier New"/>
          <w:color w:val="555555"/>
          <w:sz w:val="20"/>
        </w:rPr>
        <w:t>[5]</w:t>
      </w:r>
    </w:p>
    <w:p>
      <w:r>
        <w:rPr>
          <w:rFonts w:ascii="Gentium Plus" w:hAnsi="Gentium Plus"/>
          <w:sz w:val="24"/>
        </w:rPr>
        <w:t>Ἡράκλεια, Σπερχειὸς ποταμός. ΜΑΛΙΕΙΣ. Μετὰ δὲ Μηλιεῖς [Μαλιεῖς] ἔθνος. Ἔστι δὲ Μαλιεῦσιν ἡ πρώτη πόλεις Λάμια, ἐσχάτη δὲ Ἐχῖνος· εἰσὶ δὲ καὶ ἄλλαι</w:t>
      </w:r>
    </w:p>
    <w:p>
      <w:r>
        <w:rPr>
          <w:rFonts w:ascii="Courier New" w:hAnsi="Courier New"/>
          <w:color w:val="555555"/>
          <w:sz w:val="20"/>
        </w:rPr>
        <w:t>[10]</w:t>
      </w:r>
    </w:p>
    <w:p>
      <w:r>
        <w:rPr>
          <w:rFonts w:ascii="Gentium Plus" w:hAnsi="Gentium Plus"/>
          <w:sz w:val="24"/>
        </w:rPr>
        <w:t>νιᾶνες, καὶ δι’ αὐτῶν ῥεῖ ὁ Σπερχειὸς ποταμός.</w:t>
      </w:r>
    </w:p>
    <w:p>
      <w:r>
        <w:rPr>
          <w:rFonts w:ascii="Courier New" w:hAnsi="Courier New"/>
          <w:color w:val="555555"/>
          <w:sz w:val="20"/>
        </w:rPr>
        <w:t>[63]</w:t>
      </w:r>
    </w:p>
    <w:p>
      <w:r>
        <w:rPr>
          <w:rFonts w:ascii="Gentium Plus" w:hAnsi="Gentium Plus"/>
          <w:sz w:val="24"/>
        </w:rPr>
        <w:t>ΑΧΑΙΟΙ. Ἔξω δὲ τοῦ Μαλιαίου κόλπου εἰσὶν Ἀχαιοὶ Φθιῶται ἔθνος· εἰσὶ δὲ καὶ ἐν τῷ Παγασητικῷ κόλπῳ ἐπ’ ἀριστερᾷ εἰσπλέοντι, ὡς ἐπὶ τὸ ἥμισυ τοῦ κόλπου. Ἀχαιῶν πόλεις αἵδε· Ἀντρῶνες, Λάρισσα,</w:t>
      </w:r>
    </w:p>
    <w:p>
      <w:r>
        <w:rPr>
          <w:rFonts w:ascii="Courier New" w:hAnsi="Courier New"/>
          <w:color w:val="555555"/>
          <w:sz w:val="20"/>
        </w:rPr>
        <w:t>[5]</w:t>
      </w:r>
    </w:p>
    <w:p>
      <w:r>
        <w:rPr>
          <w:rFonts w:ascii="Gentium Plus" w:hAnsi="Gentium Plus"/>
          <w:sz w:val="24"/>
        </w:rPr>
        <w:t>Μελιταία, Δημήτριον, Θῆβαι· εἰσὶ δὲ καὶ ἄλλαι πόλεις Ἀχαιοῖς ἐν μεσογείᾳ.</w:t>
      </w:r>
    </w:p>
    <w:p>
      <w:r>
        <w:rPr>
          <w:rFonts w:ascii="Courier New" w:hAnsi="Courier New"/>
          <w:color w:val="555555"/>
          <w:sz w:val="20"/>
        </w:rPr>
        <w:t>[64]</w:t>
      </w:r>
    </w:p>
    <w:p>
      <w:r>
        <w:rPr>
          <w:rFonts w:ascii="Gentium Plus" w:hAnsi="Gentium Plus"/>
          <w:sz w:val="24"/>
        </w:rPr>
        <w:t>ΘΕΤΤΑΛΙΑ. Μετὰ δὲ Ἀχαιοὺς Θετταλία καθή‐ κει ἐπὶ θάλατταν ἐκ μεσογείας κατὰ στενὸν εἰς τὸν Παγασητικὸν κόλπον στάδιοι λʹ. Καί εἰσι Θετταλίας πόλεις αἵδε ἐπὶ θαλάττῃ· Ἀμφαναῖον, Παγασαί· ἐν δὲ</w:t>
      </w:r>
    </w:p>
    <w:p>
      <w:r>
        <w:rPr>
          <w:rFonts w:ascii="Courier New" w:hAnsi="Courier New"/>
          <w:color w:val="555555"/>
          <w:sz w:val="20"/>
        </w:rPr>
        <w:t>[5]</w:t>
      </w:r>
    </w:p>
    <w:p>
      <w:r>
        <w:rPr>
          <w:rFonts w:ascii="Gentium Plus" w:hAnsi="Gentium Plus"/>
          <w:sz w:val="24"/>
        </w:rPr>
        <w:t>μεσογείᾳ Φεραὶ, Λάρισσα, Φάρσαλος, Κίερον, Πε‐ λινναῖον, Σκοτοῦσα, Κραννών. Εἰσὶ δὲ καὶ ἄλλαι πόλεις Θετταλῶν ἐν μεσογείᾳ. Ἡ δὲ Θετταλία πα‐ ρήκει ἐν μεσογείᾳ ὑπὲρ Αἰνιάνων καὶ Δολόπων καὶ Μαλιέων καὶ Ἀχαιῶν καὶ Μαγνήτων μέχρι Τεμπῶν.</w:t>
      </w:r>
    </w:p>
    <w:p>
      <w:r>
        <w:rPr>
          <w:rFonts w:ascii="Courier New" w:hAnsi="Courier New"/>
          <w:color w:val="555555"/>
          <w:sz w:val="20"/>
        </w:rPr>
        <w:t>[10]</w:t>
      </w:r>
    </w:p>
    <w:p>
      <w:r>
        <w:rPr>
          <w:rFonts w:ascii="Gentium Plus" w:hAnsi="Gentium Plus"/>
          <w:sz w:val="24"/>
        </w:rPr>
        <w:t>Τοῦ δὲ Παγασητικοῦ κόλπου μῆκός ἐστιν ἀπὸ στόματος εἰς τὸν μυχὸν Παγασῶν πλοῦς προαριστίδιος. Τὸ δὲ στόμα αὐτοῦ ἐστὶ στάδια εʹ. Ἐν δὲ τῷ Παγασητικῷ κόλπῳ ἐστὶ νῆσος Κικύνηθος καὶ πόλις.</w:t>
      </w:r>
    </w:p>
    <w:p>
      <w:r>
        <w:rPr>
          <w:rFonts w:ascii="Courier New" w:hAnsi="Courier New"/>
          <w:color w:val="555555"/>
          <w:sz w:val="20"/>
        </w:rPr>
        <w:t>[65]</w:t>
      </w:r>
    </w:p>
    <w:p>
      <w:r>
        <w:rPr>
          <w:rFonts w:ascii="Gentium Plus" w:hAnsi="Gentium Plus"/>
          <w:sz w:val="24"/>
        </w:rPr>
        <w:t>ΜΑΓΝΗΤΕΣ. Ἔθνος ἐστὶ Μαγνήτων παρὰ θά‐ λατταν, καὶ πόλεις αἵδε· Ἰωλκὸς, Μεθώνη, Κορακαὶ, Σπάλαυθρα, Ὀλιζὼν, Ἴσαι λιμήν. Ἔξω δὲ τοῦ κόλπου Παγασητικοῦ Μελίβοια, Ῥιζοῦς, Εὐρυμεναὶ, Μύραι.</w:t>
      </w:r>
    </w:p>
    <w:p>
      <w:r>
        <w:rPr>
          <w:rFonts w:ascii="Courier New" w:hAnsi="Courier New"/>
          <w:color w:val="555555"/>
          <w:sz w:val="20"/>
        </w:rPr>
        <w:t>[5]</w:t>
      </w:r>
    </w:p>
    <w:p>
      <w:r>
        <w:rPr>
          <w:rFonts w:ascii="Gentium Plus" w:hAnsi="Gentium Plus"/>
          <w:sz w:val="24"/>
        </w:rPr>
        <w:t>Ἐν μεσογείᾳ δὲ ἐποικοῦσιν ἔθνος Περραιβοὶ, Ἕλληνες. Μέχρι ἐνταῦθά ἐστιν ἀπὸ Ἀμβρακίας συνεχὴς ἡ Ἑλ‐ λάς· ἐπιεικῶς δὲ καὶ [ἡ] ἐπὶ θαλάττῃ πᾶσα [ἐν]</w:t>
      </w:r>
    </w:p>
    <w:p>
      <w:r>
        <w:rPr>
          <w:rFonts w:ascii="Courier New" w:hAnsi="Courier New"/>
          <w:color w:val="555555"/>
          <w:sz w:val="20"/>
        </w:rPr>
        <w:t>[66]</w:t>
      </w:r>
    </w:p>
    <w:p>
      <w:r>
        <w:rPr>
          <w:rFonts w:ascii="Gentium Plus" w:hAnsi="Gentium Plus"/>
          <w:sz w:val="24"/>
        </w:rPr>
        <w:t>ΜΑΚΕΔΟΝΙΑ. Ἀπὸ δὲ Πηνετοῦ ποταμοῦ Μα‐ κεδόνες εἰσὶν ἔθνος, καὶ κόλπος Θερμαῖος. Πρώτη πόλις Μακεδονίας Ἡράκλειον· Δῖον, Πύδνα πόλις Ἑλ‐ ληνὶς, Μεθώνη πόλις Ἑλληνὶς καὶ Ἁλιάκμων πο‐</w:t>
      </w:r>
    </w:p>
    <w:p>
      <w:r>
        <w:rPr>
          <w:rFonts w:ascii="Courier New" w:hAnsi="Courier New"/>
          <w:color w:val="555555"/>
          <w:sz w:val="20"/>
        </w:rPr>
        <w:t>[5]</w:t>
      </w:r>
    </w:p>
    <w:p>
      <w:r>
        <w:rPr>
          <w:rFonts w:ascii="Gentium Plus" w:hAnsi="Gentium Plus"/>
          <w:sz w:val="24"/>
        </w:rPr>
        <w:t>ταμὸς, Ἀλωρὸς πόλις καὶ ποταμὸς Λυδίας, Πέλλα πόλις καὶ βασίλειον ἐν αὐτῇ καὶ ἀνάπλους εἰς αὐτὴν ἀνὰ τὸν Λυδίαν· Ἄξιος ποταμὸς, Ἐχέδωρος ποταμὸς, Θέρμη πόλις, Αἴνεια Ἑλληνὶς, Παλλήνη ἄκρα μακρὰ εἰς τὸ πέλαγος ἀνατείνουσα, καὶ πόλεις αἵδε ἐν τῇ</w:t>
      </w:r>
    </w:p>
    <w:p>
      <w:r>
        <w:rPr>
          <w:rFonts w:ascii="Courier New" w:hAnsi="Courier New"/>
          <w:color w:val="555555"/>
          <w:sz w:val="20"/>
        </w:rPr>
        <w:t>[10]</w:t>
      </w:r>
    </w:p>
    <w:p>
      <w:r>
        <w:rPr>
          <w:rFonts w:ascii="Gentium Plus" w:hAnsi="Gentium Plus"/>
          <w:sz w:val="24"/>
        </w:rPr>
        <w:t>Παλλήνῃ Ἑλληνίδες· Ποτίδαια ἐν τῷ μέσῳ τὸν</w:t>
      </w:r>
    </w:p>
    <w:p>
      <w:r>
        <w:rPr>
          <w:rFonts w:ascii="Courier New" w:hAnsi="Courier New"/>
          <w:color w:val="555555"/>
          <w:sz w:val="20"/>
        </w:rPr>
        <w:t>[15]</w:t>
      </w:r>
    </w:p>
    <w:p>
      <w:r>
        <w:rPr>
          <w:rFonts w:ascii="Gentium Plus" w:hAnsi="Gentium Plus"/>
          <w:sz w:val="24"/>
        </w:rPr>
        <w:t>κόλπος Σερμυλικὸς, Τορώνη πόλις Ἑλληνὶς καὶ λιμὴν, Δῖον Ἑλληνὶς, Θυσσὸς Ἑλληνὶς, Κλεωναὶ Ἑλλη‐ νὶς, Ἄθως ὄρος, Ἀκρόθωοι Ἑλληνὶς, Χαραδροῦς Ἑλ‐ ληνὶς, Ὀλόφυξος Ἑλληνὶς, Ἄκανθος Ἑλληνὶς, Ἄλα‐ πτα Ἑλληνὶς, Ἀρέθουσα Ἑλληνὶς, Βολβὴ λίμνη,</w:t>
      </w:r>
    </w:p>
    <w:p>
      <w:r>
        <w:rPr>
          <w:rFonts w:ascii="Courier New" w:hAnsi="Courier New"/>
          <w:color w:val="555555"/>
          <w:sz w:val="20"/>
        </w:rPr>
        <w:t>[20]</w:t>
      </w:r>
    </w:p>
    <w:p>
      <w:r>
        <w:rPr>
          <w:rFonts w:ascii="Gentium Plus" w:hAnsi="Gentium Plus"/>
          <w:sz w:val="24"/>
        </w:rPr>
        <w:t>Ἀπολλωνία Ἑλληνίς. Εἰσὶ δὲ καὶ ἄλλαι Μακεδονίας ἐν μεσογείᾳ πολλαί. Ἔστι δὲ κολπώδης· παράπλους</w:t>
      </w:r>
    </w:p>
    <w:p>
      <w:r>
        <w:rPr>
          <w:rFonts w:ascii="Courier New" w:hAnsi="Courier New"/>
          <w:color w:val="555555"/>
          <w:sz w:val="20"/>
        </w:rPr>
        <w:t>[67]</w:t>
      </w:r>
    </w:p>
    <w:p>
      <w:r>
        <w:rPr>
          <w:rFonts w:ascii="Gentium Plus" w:hAnsi="Gentium Plus"/>
          <w:sz w:val="24"/>
        </w:rPr>
        <w:t>ΘΡΑιΚΗ. Διήκει δὲ ἡ Θρᾴκη ἀπὸ Στρυμόνος ποταμοῦ μέχρι Ἴστρου ποταμοῦ τοῦ ἐν τῷ Εὐξείνῳ Πόντῳ. Εἰσὶ δὲ ἐν Θρᾴκῃ πόλεις Ἑλληνίδες αἵδε· Ἀμφίπολις, Φάγρης, Γαληψὸς, Οἰσύμη καὶ ἄλλα</w:t>
      </w:r>
    </w:p>
    <w:p>
      <w:r>
        <w:rPr>
          <w:rFonts w:ascii="Courier New" w:hAnsi="Courier New"/>
          <w:color w:val="555555"/>
          <w:sz w:val="20"/>
        </w:rPr>
        <w:t>[5]</w:t>
      </w:r>
    </w:p>
    <w:p>
      <w:r>
        <w:rPr>
          <w:rFonts w:ascii="Gentium Plus" w:hAnsi="Gentium Plus"/>
          <w:sz w:val="24"/>
        </w:rPr>
        <w:t>ἐμπόρια Θασίων. Κατὰ ταῦτά ἐστι Θάσος νῆσος καὶ πόλις καὶ λιμένες δύο· τούτων ὁ εἷς κλειστός. Ἐπάν‐ ειμι δὲ πάλιν ὅθεν ἐξετραπόμην. Νεάπολις, κατὰ</w:t>
      </w:r>
    </w:p>
    <w:p>
      <w:r>
        <w:rPr>
          <w:rFonts w:ascii="Courier New" w:hAnsi="Courier New"/>
          <w:color w:val="555555"/>
          <w:sz w:val="20"/>
        </w:rPr>
        <w:t>[10]</w:t>
      </w:r>
    </w:p>
    <w:p>
      <w:r>
        <w:rPr>
          <w:rFonts w:ascii="Gentium Plus" w:hAnsi="Gentium Plus"/>
          <w:sz w:val="24"/>
        </w:rPr>
        <w:t>δητος ποταμὸς καὶ πόλεις Δίκαια καὶ Μαρώνεια. Κατὰ ταῦτα Σαμοθρᾴκη νῆσος καὶ λιμήν. Κατὰ ταύτην ἐν τῇ ἠπείρῳ ἐμπόρια Δρῦς, Ζώνη, ποταμὸς Ἕβρος καὶ ἐπ’ αὐτῷ τεῖχος Δουρίσκος, Αἶνος πόλις καὶ λιμὴν, τείχη Αἰνίων ἐν τῇ Θρᾴκῃ, Μέλας κόλπος,</w:t>
      </w:r>
    </w:p>
    <w:p>
      <w:r>
        <w:rPr>
          <w:rFonts w:ascii="Courier New" w:hAnsi="Courier New"/>
          <w:color w:val="555555"/>
          <w:sz w:val="20"/>
        </w:rPr>
        <w:t>[15]</w:t>
      </w:r>
    </w:p>
    <w:p>
      <w:r>
        <w:rPr>
          <w:rFonts w:ascii="Gentium Plus" w:hAnsi="Gentium Plus"/>
          <w:sz w:val="24"/>
        </w:rPr>
        <w:t>Μέλας ποταμὸς, Δερὶς ἐμπόριον, Κῶβρυς ἐμπόριον Καρδιανῶν καὶ ἄλλο Κύπασις. Κατὰ τὸν Μέλανα κόλπον Ἴμβρος ἐστὶ νῆσος καὶ πόλις, καὶ Λῆμνος νῆσος καὶ λιμήν. Ἐπάνειμι πάλιν ἐπὶ τὴν ἤπειρον, ὅθεν ἐξε‐ τραπόμην. Μετὰ δὲ τὸν Μέλανα κόλπον ἐστὶν ἡ Θρᾳ‐</w:t>
      </w:r>
    </w:p>
    <w:p>
      <w:r>
        <w:rPr>
          <w:rFonts w:ascii="Courier New" w:hAnsi="Courier New"/>
          <w:color w:val="555555"/>
          <w:sz w:val="20"/>
        </w:rPr>
        <w:t>[20]</w:t>
      </w:r>
    </w:p>
    <w:p>
      <w:r>
        <w:rPr>
          <w:rFonts w:ascii="Gentium Plus" w:hAnsi="Gentium Plus"/>
          <w:sz w:val="24"/>
        </w:rPr>
        <w:t>κία Χερρόνησος καὶ πόλεις ἐν αὐτῇ αἵδε· Καρδία, Ἴδη, Παιὼν, Ἀλωπεκόννησος, Ἄραπλος, Ἐλαιοῦς, Μάδυτος,</w:t>
      </w:r>
    </w:p>
    <w:p>
      <w:r>
        <w:rPr>
          <w:rFonts w:ascii="Courier New" w:hAnsi="Courier New"/>
          <w:color w:val="555555"/>
          <w:sz w:val="20"/>
        </w:rPr>
        <w:t>[25]</w:t>
      </w:r>
    </w:p>
    <w:p>
      <w:r>
        <w:rPr>
          <w:rFonts w:ascii="Gentium Plus" w:hAnsi="Gentium Plus"/>
          <w:sz w:val="24"/>
        </w:rPr>
        <w:t>Πακτύης δὲ εἰς Καρδίαν διὰ τοῦ αὐχένος πεζῇ στά‐ δια μʹ, ἐκ θαλάττης εἰς θάλατταν· καὶ πόλις ἐν τῷ μέσῳ, ᾗ ὄνομα Ἀγορά. Χερρονήσου μῆκος ἐκ Καρδίας εἰς Ἐλαιοῦντα (ταύτῃ γάρ ἐστι μακροτάτη) στάδια υʹ. Μετὰ δὲ τὴν Χερρόνησόν ἐστι Θρᾴκια τείχη τάδε·</w:t>
      </w:r>
    </w:p>
    <w:p>
      <w:r>
        <w:rPr>
          <w:rFonts w:ascii="Courier New" w:hAnsi="Courier New"/>
          <w:color w:val="555555"/>
          <w:sz w:val="20"/>
        </w:rPr>
        <w:t>[30]</w:t>
      </w:r>
    </w:p>
    <w:p>
      <w:r>
        <w:rPr>
          <w:rFonts w:ascii="Gentium Plus" w:hAnsi="Gentium Plus"/>
          <w:sz w:val="24"/>
        </w:rPr>
        <w:t>πρῶτον Λευκὴ ἀκτὴ, Τειρίστασις, Ἡράκλεια, Γάνος, Γανίαι, Νέον τεῖχος, Πέρινθος πόλις καὶ λιμὴν, Δαμι‐ νὸν τεῖχος, Σηλυμβρία πόλις καὶ λιμήν. Ἀπὸ τούτου ἐπὶ τοῦ στόματος τοῦ Πόντου εἰσὶ στάδιοι φʹ. Καλεῖ‐ ται δὲ Ἀνάπλους ὁ τόπος ἀνὰ Βόσπορον μέχρι ἂν ἔλθῃς</w:t>
      </w:r>
    </w:p>
    <w:p>
      <w:r>
        <w:rPr>
          <w:rFonts w:ascii="Courier New" w:hAnsi="Courier New"/>
          <w:color w:val="555555"/>
          <w:sz w:val="20"/>
        </w:rPr>
        <w:t>[35]</w:t>
      </w:r>
    </w:p>
    <w:p>
      <w:r>
        <w:rPr>
          <w:rFonts w:ascii="Gentium Plus" w:hAnsi="Gentium Plus"/>
          <w:sz w:val="24"/>
        </w:rPr>
        <w:t>ἐφ’ Ἱερόν. Ἀφ’ Ἱεροῦ δὲ τοῦ στόματός ἐστι τοῦ Πόν‐</w:t>
      </w:r>
    </w:p>
    <w:p>
      <w:r>
        <w:rPr>
          <w:rFonts w:ascii="Courier New" w:hAnsi="Courier New"/>
          <w:color w:val="555555"/>
          <w:sz w:val="20"/>
        </w:rPr>
        <w:t>[40]</w:t>
      </w:r>
    </w:p>
    <w:p>
      <w:r>
        <w:rPr>
          <w:rFonts w:ascii="Gentium Plus" w:hAnsi="Gentium Plus"/>
          <w:sz w:val="24"/>
        </w:rPr>
        <w:t>Σηστοῦ δύο ἡμερῶν καὶ νυκτῶν δύο, ἀπὸ δὲ Σηστοῦ μέχρι στόματος τοῦ Πόντου δύο ἡμερῶν καὶ νυκτῶν δύο, ἀπὸ δὲ τοῦ στόματος μέχρι τοῦ Ἴστρου ποταμοῦ ἡμερῶν τριῶν καὶ νυκτῶν τριῶν. Ὁ σύμπας περί‐ πλους ἀπὸ Θρᾴκης καὶ ποταμοῦ Στρυμόνος μέχρι τοῦ</w:t>
      </w:r>
    </w:p>
    <w:p>
      <w:r>
        <w:rPr>
          <w:rFonts w:ascii="Courier New" w:hAnsi="Courier New"/>
          <w:color w:val="555555"/>
          <w:sz w:val="20"/>
        </w:rPr>
        <w:t>[45]</w:t>
      </w:r>
    </w:p>
    <w:p>
      <w:r>
        <w:rPr>
          <w:rFonts w:ascii="Gentium Plus" w:hAnsi="Gentium Plus"/>
          <w:sz w:val="24"/>
        </w:rPr>
        <w:t>Ἴστρου ποταμοῦ ὀκτὼ ἡμερῶν καὶ ὀκτὼ νυκτῶν.</w:t>
      </w:r>
    </w:p>
    <w:p>
      <w:r>
        <w:rPr>
          <w:rFonts w:ascii="Courier New" w:hAnsi="Courier New"/>
          <w:color w:val="555555"/>
          <w:sz w:val="20"/>
        </w:rPr>
        <w:t>[68]</w:t>
      </w:r>
    </w:p>
    <w:p>
      <w:r>
        <w:rPr>
          <w:rFonts w:ascii="Gentium Plus" w:hAnsi="Gentium Plus"/>
          <w:sz w:val="24"/>
        </w:rPr>
        <w:t>ΣΚΥΘΙΑ. ΤΑΥΡΟΙ. Μετὰ δὲ Θρᾴκην εἰσὶ Σκύ‐ θαι ἔθνος καὶ πόλεις ἐν αὐτοῖς Ἑλληνίδες αἵδε· Τύρις ποταμὸς, Νικώνιον πόλις, Ὀφιοῦσα πόλις. Ἐπὶ δὲ τῇ Σκυθικῇ ἐποικοῦσι Ταῦροι ἔθνος ἀκρωτήριον τῆς ἠπεί‐</w:t>
      </w:r>
    </w:p>
    <w:p>
      <w:r>
        <w:rPr>
          <w:rFonts w:ascii="Courier New" w:hAnsi="Courier New"/>
          <w:color w:val="555555"/>
          <w:sz w:val="20"/>
        </w:rPr>
        <w:t>[5]</w:t>
      </w:r>
    </w:p>
    <w:p>
      <w:r>
        <w:rPr>
          <w:rFonts w:ascii="Gentium Plus" w:hAnsi="Gentium Plus"/>
          <w:sz w:val="24"/>
        </w:rPr>
        <w:t>ρου· εἰς θάλατταν δὲ τὸ ἀκρωτήριόν ἐστιν. Ἐν δὲ τῇ Ταυρικῇ οἰκοῦσιν Ἕλληνες* αἵδε· Χερρόνησος ἐμπό‐ ριον, Κριοῦ μέτωπον, ἀκρωτήριον τῆς Ταυρικῆς. Μετὰ δὲ ταῦτά εἰσι Σκύθαι πάλιν, πόλεις δὲ Ἑλληνίδες αἵδε ἐν αὐτῇ· Θευδοσία, Κύταια καὶ Νυμφαία, Παντικά‐</w:t>
      </w:r>
    </w:p>
    <w:p>
      <w:r>
        <w:rPr>
          <w:rFonts w:ascii="Courier New" w:hAnsi="Courier New"/>
          <w:color w:val="555555"/>
          <w:sz w:val="20"/>
        </w:rPr>
        <w:t>[10]</w:t>
      </w:r>
    </w:p>
    <w:p>
      <w:r>
        <w:rPr>
          <w:rFonts w:ascii="Gentium Plus" w:hAnsi="Gentium Plus"/>
          <w:sz w:val="24"/>
        </w:rPr>
        <w:t>παιον, Μυρμήκειον. Παράπλους εὐθὺς ἀπὸ Ἴστρου ἐπὶ Κριοῦ μέτωπον τριῶν ἡμερῶν καὶ τριῶν νυκτῶν,</w:t>
      </w:r>
    </w:p>
    <w:p>
      <w:r>
        <w:rPr>
          <w:rFonts w:ascii="Courier New" w:hAnsi="Courier New"/>
          <w:color w:val="555555"/>
          <w:sz w:val="20"/>
        </w:rPr>
        <w:t>[15]</w:t>
      </w:r>
    </w:p>
    <w:p>
      <w:r>
        <w:rPr>
          <w:rFonts w:ascii="Gentium Plus" w:hAnsi="Gentium Plus"/>
          <w:sz w:val="24"/>
        </w:rPr>
        <w:t>πλοῦς εἰς Παντικάπαιον ἡμέρας καὶ νυκτός· ἀπὸ δὲ Παντικαπαίου ἐπὶ τὸ στόμα τῆς Μαιώτιδος λίμνης ἐστὶ στάδια κʹ. Ἡ δὲ Μαιῶτις λίμνη λέγεται ἥμισυ εἶναι τοῦ Πόντου. Ἐν δὲ τῇ Μαιώτιδι λίμνῃ εὐθὺς εἰσπλέοντί εἰσιν ἐπ’ ἀριστερᾶς Σκύθαι· καθήκουσι γὰρ</w:t>
      </w:r>
    </w:p>
    <w:p>
      <w:r>
        <w:rPr>
          <w:rFonts w:ascii="Courier New" w:hAnsi="Courier New"/>
          <w:color w:val="555555"/>
          <w:sz w:val="20"/>
        </w:rPr>
        <w:t>[20]</w:t>
      </w:r>
    </w:p>
    <w:p>
      <w:r>
        <w:rPr>
          <w:rFonts w:ascii="Gentium Plus" w:hAnsi="Gentium Plus"/>
          <w:sz w:val="24"/>
        </w:rPr>
        <w:t>ἐκ τῆς ἔξω θαλάσσης ὑπὲρ τῆς Ταυρικῆς εἰς τὴν Μαιῶ‐ τιν λίμνην. ΣΥΡΜΑΤΑΙ. [Μετὰ δὲ Σκύθας Συρμάται] ἔθνος καὶ ποταμὸς Τάναϊς, [ὃς] ὁρίζει Ἀσίαν καὶ Εὐρώπην.</w:t>
      </w:r>
    </w:p>
    <w:p>
      <w:r>
        <w:rPr>
          <w:rFonts w:ascii="Courier New" w:hAnsi="Courier New"/>
          <w:color w:val="555555"/>
          <w:sz w:val="20"/>
        </w:rPr>
        <w:t>[69]</w:t>
      </w:r>
    </w:p>
    <w:p>
      <w:r>
        <w:rPr>
          <w:rFonts w:ascii="Gentium Plus" w:hAnsi="Gentium Plus"/>
          <w:sz w:val="24"/>
        </w:rPr>
        <w:t>ΠΑΡΑΠΛΟΥΣ ΑΠΑΣΗΣ ΤΗΣ ΕΥΡΩΠΗΣ. Ἀπὸ Ἡρακλείων στηλῶν τῶν ἐν τῇ Εὐρώπῃ περιπλέοντι τοὺς κόλπους παρὰ γῆν, λογιζομένῳ δὲ ὅσαι γεγραμ‐ μέναι εἰσὶ, νύκτες ἀντὶ τούτων ἡμέρας, καὶ, ὅπου στά‐</w:t>
      </w:r>
    </w:p>
    <w:p>
      <w:r>
        <w:rPr>
          <w:rFonts w:ascii="Courier New" w:hAnsi="Courier New"/>
          <w:color w:val="555555"/>
          <w:sz w:val="20"/>
        </w:rPr>
        <w:t>[5]</w:t>
      </w:r>
    </w:p>
    <w:p>
      <w:r>
        <w:rPr>
          <w:rFonts w:ascii="Gentium Plus" w:hAnsi="Gentium Plus"/>
          <w:sz w:val="24"/>
        </w:rPr>
        <w:t>διά εἰσι γεγραμμένα, ἀντὶ τῶν φʹ σταδίων ἡμεραῖον τὸν πλοῦν, γίνεται τῆς Εὐρώπης ὁ παράπλους, τοῦ ἡμίσεος μέρους τοῦ Πόντου ὄντος ἴσου τῆς Μαιώτιδος λίμνης, ἡμερῶν ρνʹ τριῶν. Μέγιστοι δὲ ποταμοί εἰσιν ἐν τῇ Εὐρώπῃ ὁ Τάναϊς,</w:t>
      </w:r>
    </w:p>
    <w:p>
      <w:r>
        <w:rPr>
          <w:rFonts w:ascii="Courier New" w:hAnsi="Courier New"/>
          <w:color w:val="555555"/>
          <w:sz w:val="20"/>
        </w:rPr>
        <w:t>[10]</w:t>
      </w:r>
    </w:p>
    <w:p>
      <w:r>
        <w:rPr>
          <w:rFonts w:ascii="Gentium Plus" w:hAnsi="Gentium Plus"/>
          <w:sz w:val="24"/>
        </w:rPr>
        <w:t>ὁ Ἴστρος, ὁ Ῥοδανός.</w:t>
      </w:r>
    </w:p>
    <w:p>
      <w:r>
        <w:rPr>
          <w:rFonts w:ascii="Courier New" w:hAnsi="Courier New"/>
          <w:color w:val="555555"/>
          <w:sz w:val="20"/>
        </w:rPr>
        <w:t>[70T]</w:t>
      </w:r>
    </w:p>
    <w:p>
      <w:r>
        <w:rPr>
          <w:rFonts w:ascii="Gentium Plus" w:hAnsi="Gentium Plus"/>
          <w:sz w:val="24"/>
        </w:rPr>
        <w:t>ΑΣΙΑ.</w:t>
      </w:r>
    </w:p>
    <w:p>
      <w:r>
        <w:rPr>
          <w:rFonts w:ascii="Courier New" w:hAnsi="Courier New"/>
          <w:color w:val="555555"/>
          <w:sz w:val="20"/>
        </w:rPr>
        <w:t>[70]</w:t>
      </w:r>
    </w:p>
    <w:p>
      <w:r>
        <w:rPr>
          <w:rFonts w:ascii="Gentium Plus" w:hAnsi="Gentium Plus"/>
          <w:sz w:val="24"/>
        </w:rPr>
        <w:t>ΣΑΥΡΟΜΑΤΑΙ. Ἀπὸ Τανάϊδος δὲ ποταμοῦ ἄρ‐ χεται ἡ Ἀσία, καὶ πρῶτον ἔθνος αὐτῆς ἐστὶν ἐν τῷ Πόντῳ Σαυρομάται. Σαυροματῶν δέ ἐστιν ἔθνος γυ‐ ναικοκρατούμενον.</w:t>
      </w:r>
    </w:p>
    <w:p>
      <w:r>
        <w:rPr>
          <w:rFonts w:ascii="Courier New" w:hAnsi="Courier New"/>
          <w:color w:val="555555"/>
          <w:sz w:val="20"/>
        </w:rPr>
        <w:t>[71]</w:t>
      </w:r>
    </w:p>
    <w:p>
      <w:r>
        <w:rPr>
          <w:rFonts w:ascii="Gentium Plus" w:hAnsi="Gentium Plus"/>
          <w:sz w:val="24"/>
        </w:rPr>
        <w:t>ΜΑΙΩΤΛΙ. Τῶν γυναικοκρατουμένων ἔχονται Μαιῶται.</w:t>
      </w:r>
    </w:p>
    <w:p>
      <w:r>
        <w:rPr>
          <w:rFonts w:ascii="Courier New" w:hAnsi="Courier New"/>
          <w:color w:val="555555"/>
          <w:sz w:val="20"/>
        </w:rPr>
        <w:t>[72]</w:t>
      </w:r>
    </w:p>
    <w:p>
      <w:r>
        <w:rPr>
          <w:rFonts w:ascii="Gentium Plus" w:hAnsi="Gentium Plus"/>
          <w:sz w:val="24"/>
        </w:rPr>
        <w:t>ΣΙΝΔΟΙ. Μετὰ δὲ Μαιώτας Σίνδοι ἔθνος· διή‐ κουσι γὰρ οὗτοι καὶ εἰς τὸ ἔξω τῆς λίμνης· καί εἰσιν πόλεις ἐν αὐτοῖς Ἑλληνίδες αἵδε· Φαναγόρου πόλις,</w:t>
      </w:r>
    </w:p>
    <w:p>
      <w:r>
        <w:rPr>
          <w:rFonts w:ascii="Courier New" w:hAnsi="Courier New"/>
          <w:color w:val="555555"/>
          <w:sz w:val="20"/>
        </w:rPr>
        <w:t>[73]</w:t>
      </w:r>
    </w:p>
    <w:p>
      <w:r>
        <w:rPr>
          <w:rFonts w:ascii="Gentium Plus" w:hAnsi="Gentium Plus"/>
          <w:sz w:val="24"/>
        </w:rPr>
        <w:t>ΚΕΡΚΕΤΑΙ. Μετὰ δὲ Σινδικὸν λιμένα Κερκέται ἔθνος.</w:t>
      </w:r>
    </w:p>
    <w:p>
      <w:r>
        <w:rPr>
          <w:rFonts w:ascii="Courier New" w:hAnsi="Courier New"/>
          <w:color w:val="555555"/>
          <w:sz w:val="20"/>
        </w:rPr>
        <w:t>[74]</w:t>
      </w:r>
    </w:p>
    <w:p>
      <w:r>
        <w:rPr>
          <w:rFonts w:ascii="Gentium Plus" w:hAnsi="Gentium Plus"/>
          <w:sz w:val="24"/>
        </w:rPr>
        <w:t>[ΤΟΡΕΤΑΙ. Μετὰ δὲ Κερκέτας Τορέται ἔθνος] καὶ πόλις Ἑλληνὶς Τορικὸς καὶ λιμήν.</w:t>
      </w:r>
    </w:p>
    <w:p>
      <w:r>
        <w:rPr>
          <w:rFonts w:ascii="Courier New" w:hAnsi="Courier New"/>
          <w:color w:val="555555"/>
          <w:sz w:val="20"/>
        </w:rPr>
        <w:t>[75]</w:t>
      </w:r>
    </w:p>
    <w:p>
      <w:r>
        <w:rPr>
          <w:rFonts w:ascii="Gentium Plus" w:hAnsi="Gentium Plus"/>
          <w:sz w:val="24"/>
        </w:rPr>
        <w:t>ΑΧΑΙΟΙ. Μετὰ δὲ Τορέτας Ἀχαιοὶ ἔθνος.</w:t>
      </w:r>
    </w:p>
    <w:p>
      <w:r>
        <w:rPr>
          <w:rFonts w:ascii="Courier New" w:hAnsi="Courier New"/>
          <w:color w:val="555555"/>
          <w:sz w:val="20"/>
        </w:rPr>
        <w:t>[76]</w:t>
      </w:r>
    </w:p>
    <w:p>
      <w:r>
        <w:rPr>
          <w:rFonts w:ascii="Gentium Plus" w:hAnsi="Gentium Plus"/>
          <w:sz w:val="24"/>
        </w:rPr>
        <w:t>ΗΝΙΟΧΟΙ. Μετὰ δὲ Ἀχαιοὺς Ἡνίοχοι ἔθνος.</w:t>
      </w:r>
    </w:p>
    <w:p>
      <w:r>
        <w:rPr>
          <w:rFonts w:ascii="Courier New" w:hAnsi="Courier New"/>
          <w:color w:val="555555"/>
          <w:sz w:val="20"/>
        </w:rPr>
        <w:t>[77]</w:t>
      </w:r>
    </w:p>
    <w:p>
      <w:r>
        <w:rPr>
          <w:rFonts w:ascii="Gentium Plus" w:hAnsi="Gentium Plus"/>
          <w:sz w:val="24"/>
        </w:rPr>
        <w:t>[ΚΟΡΑΞΟΙ. Μετὰ δὲ Ἡνιόχους Κοραξοὶ ἔθνος.]</w:t>
      </w:r>
    </w:p>
    <w:p>
      <w:r>
        <w:rPr>
          <w:rFonts w:ascii="Courier New" w:hAnsi="Courier New"/>
          <w:color w:val="555555"/>
          <w:sz w:val="20"/>
        </w:rPr>
        <w:t>[78]</w:t>
      </w:r>
    </w:p>
    <w:p>
      <w:r>
        <w:rPr>
          <w:rFonts w:ascii="Gentium Plus" w:hAnsi="Gentium Plus"/>
          <w:sz w:val="24"/>
        </w:rPr>
        <w:t>ΚΩΛΙΚΗ. Μετὰ δὲ Κοραξοὺς Κωλικὴ ἔθνος.</w:t>
      </w:r>
    </w:p>
    <w:p>
      <w:r>
        <w:rPr>
          <w:rFonts w:ascii="Courier New" w:hAnsi="Courier New"/>
          <w:color w:val="555555"/>
          <w:sz w:val="20"/>
        </w:rPr>
        <w:t>[79]</w:t>
      </w:r>
    </w:p>
    <w:p>
      <w:r>
        <w:rPr>
          <w:rFonts w:ascii="Gentium Plus" w:hAnsi="Gentium Plus"/>
          <w:sz w:val="24"/>
        </w:rPr>
        <w:t>ΜΕΛΑΓΧΛΑΙΝΟΙ. Μετὰ δὲ Κωλικὴν Μελάγ‐ χλαινοι ἔθνος, καὶ ποταμὸς ἐν αὐτοῖς Μετάσωρις καὶ Αἰγίπιος ποταμός.</w:t>
      </w:r>
    </w:p>
    <w:p>
      <w:r>
        <w:rPr>
          <w:rFonts w:ascii="Courier New" w:hAnsi="Courier New"/>
          <w:color w:val="555555"/>
          <w:sz w:val="20"/>
        </w:rPr>
        <w:t>[80]</w:t>
      </w:r>
    </w:p>
    <w:p>
      <w:r>
        <w:rPr>
          <w:rFonts w:ascii="Gentium Plus" w:hAnsi="Gentium Plus"/>
          <w:sz w:val="24"/>
        </w:rPr>
        <w:t>ΓΕΛΩΝΕΣ. Μετὰ δὲ Μελαγχλαίνους Γέλωνες.</w:t>
      </w:r>
    </w:p>
    <w:p>
      <w:r>
        <w:rPr>
          <w:rFonts w:ascii="Courier New" w:hAnsi="Courier New"/>
          <w:color w:val="555555"/>
          <w:sz w:val="20"/>
        </w:rPr>
        <w:t>[81]</w:t>
      </w:r>
    </w:p>
    <w:p>
      <w:r>
        <w:rPr>
          <w:rFonts w:ascii="Gentium Plus" w:hAnsi="Gentium Plus"/>
          <w:sz w:val="24"/>
        </w:rPr>
        <w:t>ΚΟΛΧΟΙ. Μετὰ δὲ τούτους Κόλχοι ἔθνος καὶ</w:t>
      </w:r>
    </w:p>
    <w:p>
      <w:r>
        <w:rPr>
          <w:rFonts w:ascii="Courier New" w:hAnsi="Courier New"/>
          <w:color w:val="555555"/>
          <w:sz w:val="20"/>
        </w:rPr>
        <w:t>[5]</w:t>
      </w:r>
    </w:p>
    <w:p>
      <w:r>
        <w:rPr>
          <w:rFonts w:ascii="Gentium Plus" w:hAnsi="Gentium Plus"/>
          <w:sz w:val="24"/>
        </w:rPr>
        <w:t>πόλις, καὶ ἀνάπλους ἀνὰ τὸν ποταμὸν σταδίων ρπʹ, εἰς πόλιν (μάλην) μεγάλην βάρβαρον, ὅθεν ἡ Μήδεια ἦν· ἐνταῦθά ἐστι Ῥὶς ποταμός· Ἴσις ποταμὸς, Λῃστῶν</w:t>
      </w:r>
    </w:p>
    <w:p>
      <w:r>
        <w:rPr>
          <w:rFonts w:ascii="Courier New" w:hAnsi="Courier New"/>
          <w:color w:val="555555"/>
          <w:sz w:val="20"/>
        </w:rPr>
        <w:t>[82]</w:t>
      </w:r>
    </w:p>
    <w:p>
      <w:r>
        <w:rPr>
          <w:rFonts w:ascii="Gentium Plus" w:hAnsi="Gentium Plus"/>
          <w:sz w:val="24"/>
        </w:rPr>
        <w:t>ΒΥΖΗΡΕΣ. Μετὰ δὲ τοὺς Κόλχους Βύζηρες ἔθνος καὶ Δαραανῶν ποταμὸς καὶ Ἀρίων ποταμός.</w:t>
      </w:r>
    </w:p>
    <w:p>
      <w:r>
        <w:rPr>
          <w:rFonts w:ascii="Courier New" w:hAnsi="Courier New"/>
          <w:color w:val="555555"/>
          <w:sz w:val="20"/>
        </w:rPr>
        <w:t>[83]</w:t>
      </w:r>
    </w:p>
    <w:p>
      <w:r>
        <w:rPr>
          <w:rFonts w:ascii="Gentium Plus" w:hAnsi="Gentium Plus"/>
          <w:sz w:val="24"/>
        </w:rPr>
        <w:t>ΕΚΕΧΕΙΡΙΕΙΣ. Μετὰ δὲ Βύζηρας Ἐκεχειριεῖς ἔθνος, καὶ ποταμὸς Πορδανὶς, καὶ Ἀραβὶς ποταμὸς, Λίμνη πόλις, Ὠδείνιος πόλις Ἑλληνίς.</w:t>
      </w:r>
    </w:p>
    <w:p>
      <w:r>
        <w:rPr>
          <w:rFonts w:ascii="Courier New" w:hAnsi="Courier New"/>
          <w:color w:val="555555"/>
          <w:sz w:val="20"/>
        </w:rPr>
        <w:t>[84]</w:t>
      </w:r>
    </w:p>
    <w:p>
      <w:r>
        <w:rPr>
          <w:rFonts w:ascii="Gentium Plus" w:hAnsi="Gentium Plus"/>
          <w:sz w:val="24"/>
        </w:rPr>
        <w:t>ΒΕΧΕΙΡΙΚΗ. Μετὰ Ἐκεχειριεῖς Βέχειροι ἔθνος, Βεχειρικὸς λιμὴν, Βεχειριὰς πόλις Ἑλληνίς.</w:t>
      </w:r>
    </w:p>
    <w:p>
      <w:r>
        <w:rPr>
          <w:rFonts w:ascii="Courier New" w:hAnsi="Courier New"/>
          <w:color w:val="555555"/>
          <w:sz w:val="20"/>
        </w:rPr>
        <w:t>[85]</w:t>
      </w:r>
    </w:p>
    <w:p>
      <w:r>
        <w:rPr>
          <w:rFonts w:ascii="Gentium Plus" w:hAnsi="Gentium Plus"/>
          <w:sz w:val="24"/>
        </w:rPr>
        <w:t>ΜΑΚΡΟΚΕΦΑΛΟΙ. Μετὰ δὲ Βέχειρας Μακρο‐ κέφαλοι ἔθνος, καὶ Ψωρῶν λιμὴν, Τραπεζοῦς πόλις</w:t>
      </w:r>
    </w:p>
    <w:p>
      <w:r>
        <w:rPr>
          <w:rFonts w:ascii="Courier New" w:hAnsi="Courier New"/>
          <w:color w:val="555555"/>
          <w:sz w:val="20"/>
        </w:rPr>
        <w:t>[86]</w:t>
      </w:r>
    </w:p>
    <w:p>
      <w:r>
        <w:rPr>
          <w:rFonts w:ascii="Gentium Plus" w:hAnsi="Gentium Plus"/>
          <w:sz w:val="24"/>
        </w:rPr>
        <w:t>ΜΟΣΣΥΝΟΙΚΟΙ. Μετὰ δὲ Μακροκεφάλους Μοσ‐ σύνοικοι ἔθνος, καὶ Ζεφύριος λιμὴν, Χοιράδες πόλις</w:t>
      </w:r>
    </w:p>
    <w:p>
      <w:r>
        <w:rPr>
          <w:rFonts w:ascii="Courier New" w:hAnsi="Courier New"/>
          <w:color w:val="555555"/>
          <w:sz w:val="20"/>
        </w:rPr>
        <w:t>[87]</w:t>
      </w:r>
    </w:p>
    <w:p>
      <w:r>
        <w:rPr>
          <w:rFonts w:ascii="Gentium Plus" w:hAnsi="Gentium Plus"/>
          <w:sz w:val="24"/>
        </w:rPr>
        <w:t>ΤΙΒΑΡΗΝΟΙ. Μετὰ δὲ Μοσσύνους ἔθνος ἐστὶ Τιβαρηνοί.</w:t>
      </w:r>
    </w:p>
    <w:p>
      <w:r>
        <w:rPr>
          <w:rFonts w:ascii="Courier New" w:hAnsi="Courier New"/>
          <w:color w:val="555555"/>
          <w:sz w:val="20"/>
        </w:rPr>
        <w:t>[88]</w:t>
      </w:r>
    </w:p>
    <w:p>
      <w:r>
        <w:rPr>
          <w:rFonts w:ascii="Gentium Plus" w:hAnsi="Gentium Plus"/>
          <w:sz w:val="24"/>
        </w:rPr>
        <w:t>ΧΑΛΥΒΕΣ. Μετὰ δὲ Τιβαρηνοὺς Χάλυβές εἰσιν ἔθνος, καὶ Γενήτης λιμὴν κλειστὸς, Σταμένεια πόλις</w:t>
      </w:r>
    </w:p>
    <w:p>
      <w:r>
        <w:rPr>
          <w:rFonts w:ascii="Courier New" w:hAnsi="Courier New"/>
          <w:color w:val="555555"/>
          <w:sz w:val="20"/>
        </w:rPr>
        <w:t>[89]</w:t>
      </w:r>
    </w:p>
    <w:p>
      <w:r>
        <w:rPr>
          <w:rFonts w:ascii="Gentium Plus" w:hAnsi="Gentium Plus"/>
          <w:sz w:val="24"/>
        </w:rPr>
        <w:t>ΑΣΣΥΡΙΑ. Μετὰ δὲ Χάλυβας Ἀσσυρία ἐστὶν ἔθνος καὶ ποταμὸς Θερμώδων καὶ πόλις Ἑλληνὶς Θε‐ μίσκυρα, Λύκαστος ποταμὸς καὶ πόλις Ἑλληνὶς, Ἅλυς ποταμὸς καὶ Κάρουσσα πόλις Ἑλληνὶς, Σινώπη πόλις</w:t>
      </w:r>
    </w:p>
    <w:p>
      <w:r>
        <w:rPr>
          <w:rFonts w:ascii="Courier New" w:hAnsi="Courier New"/>
          <w:color w:val="555555"/>
          <w:sz w:val="20"/>
        </w:rPr>
        <w:t>[5]</w:t>
      </w:r>
    </w:p>
    <w:p>
      <w:r>
        <w:rPr>
          <w:rFonts w:ascii="Gentium Plus" w:hAnsi="Gentium Plus"/>
          <w:sz w:val="24"/>
        </w:rPr>
        <w:t>Ἑλληνὶς, Κερασοῦς πόλις Ἑλληνὶς καὶ Ὀχέραινος ποταμὸς, Ἁρμένη πόλις Ἑλληνὶς καὶ λιμὴν, Τετράκις πόλις Ἑλληνίς.</w:t>
      </w:r>
    </w:p>
    <w:p>
      <w:r>
        <w:rPr>
          <w:rFonts w:ascii="Courier New" w:hAnsi="Courier New"/>
          <w:color w:val="555555"/>
          <w:sz w:val="20"/>
        </w:rPr>
        <w:t>[90]</w:t>
      </w:r>
    </w:p>
    <w:p>
      <w:r>
        <w:rPr>
          <w:rFonts w:ascii="Gentium Plus" w:hAnsi="Gentium Plus"/>
          <w:sz w:val="24"/>
        </w:rPr>
        <w:t>ΠΑΦΛΑΓΟΝΙΑ. Μετὰ δὲ Ἀσσυρίαν ἐστὶ Πα‐ φλαγονία ἔθνος. Ἔστι δὲ ἐν αὐτῇ Στεφάνη λιμὴν, Κόλουσσα πόλις Ἑλληνὶς, Κίνωλις πόλις Ἑλληνὶς,</w:t>
      </w:r>
    </w:p>
    <w:p>
      <w:r>
        <w:rPr>
          <w:rFonts w:ascii="Courier New" w:hAnsi="Courier New"/>
          <w:color w:val="555555"/>
          <w:sz w:val="20"/>
        </w:rPr>
        <w:t>[5]</w:t>
      </w:r>
    </w:p>
    <w:p>
      <w:r>
        <w:rPr>
          <w:rFonts w:ascii="Gentium Plus" w:hAnsi="Gentium Plus"/>
          <w:sz w:val="24"/>
        </w:rPr>
        <w:t>Σησαμὸς πόλις Ἑλληνὶς καὶ Παρθένιος ποταμὸς, Τίειον πόλις Ἑλληνὶς καὶ λιμὴν, Ψύλλα καὶ ποταμὸς Καλ‐ λίχορος.</w:t>
      </w:r>
    </w:p>
    <w:p>
      <w:r>
        <w:rPr>
          <w:rFonts w:ascii="Courier New" w:hAnsi="Courier New"/>
          <w:color w:val="555555"/>
          <w:sz w:val="20"/>
        </w:rPr>
        <w:t>[91]</w:t>
      </w:r>
    </w:p>
    <w:p>
      <w:r>
        <w:rPr>
          <w:rFonts w:ascii="Gentium Plus" w:hAnsi="Gentium Plus"/>
          <w:sz w:val="24"/>
        </w:rPr>
        <w:t>ΜΑΡΙΑΝΔΥΝΟΙ. Μετὰ δὲ Παφλαγονίαν Μα‐ ριάνδυνοί εἰσιν ἔθνος. Ἐνταῦθα πόλις ἐστὶν Ἡρά‐ κλεια Ἑλληνὶς, καὶ ποταμὸς Λύκος καὶ ἄλλος ποταμὸς Ὕπιος.</w:t>
      </w:r>
    </w:p>
    <w:p>
      <w:r>
        <w:rPr>
          <w:rFonts w:ascii="Courier New" w:hAnsi="Courier New"/>
          <w:color w:val="555555"/>
          <w:sz w:val="20"/>
        </w:rPr>
        <w:t>[92]</w:t>
      </w:r>
    </w:p>
    <w:p>
      <w:r>
        <w:rPr>
          <w:rFonts w:ascii="Gentium Plus" w:hAnsi="Gentium Plus"/>
          <w:sz w:val="24"/>
        </w:rPr>
        <w:t>ΒΙΘΥΝΟΙ. Μετὰ δὲ Μαριανδύνους εἰσὶ Θρᾷκες Βιθυνοὶ ἔθνος, καὶ ποταμὸς Σαγάριος καὶ ἄλλος ποτα‐ μὸς Ἀρτάνης καὶ νῆσος Θυνιὰς (οἰκοῦσι δὲ αὐτὴν Ἡρακλεῶται) καὶ ποταμὸς Ῥήβας. Εἶτ’ εὐθὺς ὁ πό‐</w:t>
      </w:r>
    </w:p>
    <w:p>
      <w:r>
        <w:rPr>
          <w:rFonts w:ascii="Courier New" w:hAnsi="Courier New"/>
          <w:color w:val="555555"/>
          <w:sz w:val="20"/>
        </w:rPr>
        <w:t>[5]</w:t>
      </w:r>
    </w:p>
    <w:p>
      <w:r>
        <w:rPr>
          <w:rFonts w:ascii="Gentium Plus" w:hAnsi="Gentium Plus"/>
          <w:sz w:val="24"/>
        </w:rPr>
        <w:t>ρος καὶ τὸ προειρημένον ἱερὸν ἐν τῷ στόματι τοῦ Πόν‐ του, καὶ μετὰ τοῦτο πόλις Χαλκηδὼν ἔξω* Θρᾴκης, μεθ’ ἣν ὁ κόλπος ὁ Ὀλβιανός. Παράπλους ἀπὸ Μα‐</w:t>
      </w:r>
    </w:p>
    <w:p>
      <w:r>
        <w:rPr>
          <w:rFonts w:ascii="Courier New" w:hAnsi="Courier New"/>
          <w:color w:val="555555"/>
          <w:sz w:val="20"/>
        </w:rPr>
        <w:t>[10]</w:t>
      </w:r>
    </w:p>
    <w:p>
      <w:r>
        <w:rPr>
          <w:rFonts w:ascii="Gentium Plus" w:hAnsi="Gentium Plus"/>
          <w:sz w:val="24"/>
        </w:rPr>
        <w:t>Ἀπὸ δὲ τοῦ στόματος τοῦ Πόντου, ἕως [ἐπὶ] τὸ στόμα τῆς Μαιώτιδος λίμνης παραπλήσιός ἐστιν ὁ πλοῦς, ὅ τε παρὰ τὴν Εὐρώπην καὶ τὴν Ἀσίαν.</w:t>
      </w:r>
    </w:p>
    <w:p>
      <w:r>
        <w:rPr>
          <w:rFonts w:ascii="Courier New" w:hAnsi="Courier New"/>
          <w:color w:val="555555"/>
          <w:sz w:val="20"/>
        </w:rPr>
        <w:t>[93]</w:t>
      </w:r>
    </w:p>
    <w:p>
      <w:r>
        <w:rPr>
          <w:rFonts w:ascii="Gentium Plus" w:hAnsi="Gentium Plus"/>
          <w:sz w:val="24"/>
        </w:rPr>
        <w:t>ΜΥΣΙΑ. Μετὰ δὲ Θρᾴκην Μυσία ἔθνος. Ἔστι δὲ τὸ ἐπ’ ἀριστερᾷ τοῦ Ὀλβιανοῦ κόλπου ἐκπλέοντι εἰς τὸν Κιανὸν κόλπον μέχρι Κίου. Ἡ δὲ Μυσία ἀκτή ἐστι. Πόλεις δ’ ἐν αὐτῇ Ἑλληνίδες εἰσὶν αἵδε· Ὀλβία</w:t>
      </w:r>
    </w:p>
    <w:p>
      <w:r>
        <w:rPr>
          <w:rFonts w:ascii="Courier New" w:hAnsi="Courier New"/>
          <w:color w:val="555555"/>
          <w:sz w:val="20"/>
        </w:rPr>
        <w:t>[5]</w:t>
      </w:r>
    </w:p>
    <w:p>
      <w:r>
        <w:rPr>
          <w:rFonts w:ascii="Gentium Plus" w:hAnsi="Gentium Plus"/>
          <w:sz w:val="24"/>
        </w:rPr>
        <w:t>καὶ λιμὴν, Καλλίπολις καὶ λιμὴν, ἀκρωτήριον τοῦ Κιανοῦ κόλπου, καὶ ἐν ἀριστερᾷ Κίος πόλις καὶ Κίος ποταμός. Παράπλους δὲ τῆς Μυσίας εἰς Κίον ἡμέρας μιᾶς.</w:t>
      </w:r>
    </w:p>
    <w:p>
      <w:r>
        <w:rPr>
          <w:rFonts w:ascii="Courier New" w:hAnsi="Courier New"/>
          <w:color w:val="555555"/>
          <w:sz w:val="20"/>
        </w:rPr>
        <w:t>[94]</w:t>
      </w:r>
    </w:p>
    <w:p>
      <w:r>
        <w:rPr>
          <w:rFonts w:ascii="Gentium Plus" w:hAnsi="Gentium Plus"/>
          <w:sz w:val="24"/>
        </w:rPr>
        <w:t>ΦΡΥΓΙΑ. Μετὰ δὲ Μυσίαν Φρυγία ἐστὶν ἔθνος, καὶ πόλεις Ἑλληνίδες αἵδε· Μύρλεια καὶ Ῥύνδακος ποταμὸς καὶ ἐπ’ αὐτῷ Βέσβικος νῆσος, καὶ πόλις Πλα‐ κία καὶ Κύζικος ἐν τῷ ἰσθμῷ ἐμφράττουσα τὸν ἰσθμὸν,</w:t>
      </w:r>
    </w:p>
    <w:p>
      <w:r>
        <w:rPr>
          <w:rFonts w:ascii="Courier New" w:hAnsi="Courier New"/>
          <w:color w:val="555555"/>
          <w:sz w:val="20"/>
        </w:rPr>
        <w:t>[5]</w:t>
      </w:r>
    </w:p>
    <w:p>
      <w:r>
        <w:rPr>
          <w:rFonts w:ascii="Gentium Plus" w:hAnsi="Gentium Plus"/>
          <w:sz w:val="24"/>
        </w:rPr>
        <w:t>καὶ ἐντὸς τοῦ ἰσθμοῦ Ἀρτάκη. Κατὰ ταύτην νῆσός ἐστι καὶ πόλις Προκόννησος καὶ ἑτέρα νῆσος εὐλίμενος Ἐλαφόννησος· γεωργοῦσι δ’ αὐτὴν Προκοννήσιοι. Ἐν δὲ τῇ ἠπείρῳ πόλις ἐστὶ Πρίαπος, Πάριον, Λάμψακος, Περκώτη, Ἄβυδος, καὶ τὸ στόμα κατὰ Σηστὸν τῆς</w:t>
      </w:r>
    </w:p>
    <w:p>
      <w:r>
        <w:rPr>
          <w:rFonts w:ascii="Courier New" w:hAnsi="Courier New"/>
          <w:color w:val="555555"/>
          <w:sz w:val="20"/>
        </w:rPr>
        <w:t>[10]</w:t>
      </w:r>
    </w:p>
    <w:p>
      <w:r>
        <w:rPr>
          <w:rFonts w:ascii="Gentium Plus" w:hAnsi="Gentium Plus"/>
          <w:sz w:val="24"/>
        </w:rPr>
        <w:t>Προποντίδος τοῦτό ἐστι.</w:t>
      </w:r>
    </w:p>
    <w:p>
      <w:r>
        <w:rPr>
          <w:rFonts w:ascii="Courier New" w:hAnsi="Courier New"/>
          <w:color w:val="555555"/>
          <w:sz w:val="20"/>
        </w:rPr>
        <w:t>[95]</w:t>
      </w:r>
    </w:p>
    <w:p>
      <w:r>
        <w:rPr>
          <w:rFonts w:ascii="Gentium Plus" w:hAnsi="Gentium Plus"/>
          <w:sz w:val="24"/>
        </w:rPr>
        <w:t>ΤΡΩΑΣ. Ἐντεῦθεν δὲ Τρωὰς ἄρχεται, καὶ πό‐ λεις Ἑλληνίδες εἰσὶν ἐν αὐτῇ αἵδε· Δάρδανος, Ῥοί‐ τειον, Ἴλιον (ἀπέχει δὲ ἀπὸ τῆς θαλάττης στάδια κεʹ)</w:t>
      </w:r>
    </w:p>
    <w:p>
      <w:r>
        <w:rPr>
          <w:rFonts w:ascii="Courier New" w:hAnsi="Courier New"/>
          <w:color w:val="555555"/>
          <w:sz w:val="20"/>
        </w:rPr>
        <w:t>[5]</w:t>
      </w:r>
    </w:p>
    <w:p>
      <w:r>
        <w:rPr>
          <w:rFonts w:ascii="Gentium Plus" w:hAnsi="Gentium Plus"/>
          <w:sz w:val="24"/>
        </w:rPr>
        <w:t>ταῦτα κεῖται Τένεδος καὶ λιμὴν, ὅθεν Κλεόστρατος ὁ ἀστρόλογός ἐστι. Καὶ ἐν τῇ ἠπείρῳ Σίγη καὶ Ἀχίλλειον καὶ Κρατῆρες Ἀχαιῶν, Κολωναὶ, Λάρισσα, Ἁμαξιτὸς καὶ ἱερὸν Ἀπόλλωνος, ἵνα Χρύσης ἱερᾶτο.</w:t>
      </w:r>
    </w:p>
    <w:p>
      <w:r>
        <w:rPr>
          <w:rFonts w:ascii="Courier New" w:hAnsi="Courier New"/>
          <w:color w:val="555555"/>
          <w:sz w:val="20"/>
        </w:rPr>
        <w:t>[96]</w:t>
      </w:r>
    </w:p>
    <w:p>
      <w:r>
        <w:rPr>
          <w:rFonts w:ascii="Gentium Plus" w:hAnsi="Gentium Plus"/>
          <w:sz w:val="24"/>
        </w:rPr>
        <w:t>ΑΙΟΛΙΣ. Ἐντεῦθεν δὲ Αἰολὶς χώρα καλεῖται. Αἰολίδες δὲ πόλεις ἐν αὐτῇ εἰσὶν ἐπὶ θαλάττῃ αἵδε ** Κεβρὴν, Σκῆψις, Νεάνδρεια, Πιτύεια. Παράπλους</w:t>
      </w:r>
    </w:p>
    <w:p>
      <w:r>
        <w:rPr>
          <w:rFonts w:ascii="Courier New" w:hAnsi="Courier New"/>
          <w:color w:val="555555"/>
          <w:sz w:val="20"/>
        </w:rPr>
        <w:t>[97]</w:t>
      </w:r>
    </w:p>
    <w:p>
      <w:r>
        <w:rPr>
          <w:rFonts w:ascii="Gentium Plus" w:hAnsi="Gentium Plus"/>
          <w:sz w:val="24"/>
        </w:rPr>
        <w:t>ΛΕΣΒΟΣ. Κατὰ ταῦτά ἐστι νῆσος Αἰολὶς Λέσβος, εʹ πόλεις ἔχουσα ἐν αὑτῇ τάσδε· Μήθυμναν, Ἄντισ‐ σαν, Ἐρεσὸν, Πύρραν καὶ λιμένα, Μιτυλήνην λιμένας ἔχουσαν δύο. Κατὰ δὲ ταύτην νῆσός ἐστι καὶ πόλις·</w:t>
      </w:r>
    </w:p>
    <w:p>
      <w:r>
        <w:rPr>
          <w:rFonts w:ascii="Courier New" w:hAnsi="Courier New"/>
          <w:color w:val="555555"/>
          <w:sz w:val="20"/>
        </w:rPr>
        <w:t>[5]</w:t>
      </w:r>
    </w:p>
    <w:p>
      <w:r>
        <w:rPr>
          <w:rFonts w:ascii="Gentium Plus" w:hAnsi="Gentium Plus"/>
          <w:sz w:val="24"/>
        </w:rPr>
        <w:t>ὄνομα δὲ ταύτης Πορδοσελήνη. Ἐπάνειμι δὲ πάλιν ἐπὶ τὴν ἤπειρον, ὅθεν ἐξετραπόμην ἐπὶ τὰς νήσους.</w:t>
      </w:r>
    </w:p>
    <w:p>
      <w:r>
        <w:rPr>
          <w:rFonts w:ascii="Courier New" w:hAnsi="Courier New"/>
          <w:color w:val="555555"/>
          <w:sz w:val="20"/>
        </w:rPr>
        <w:t>[98]</w:t>
      </w:r>
    </w:p>
    <w:p>
      <w:r>
        <w:rPr>
          <w:rFonts w:ascii="Gentium Plus" w:hAnsi="Gentium Plus"/>
          <w:sz w:val="24"/>
        </w:rPr>
        <w:t>ΛΥΔΙΑ. Ἀπὸ Ἀντάνδρου καὶ τῆς Αἰολικῆς τὸ κάτω ἦν πρότερον μὲν δι’ αὑτὴν ἡ χώρα Μυσία μέχρι Τευθρανίας, νῦν δὲ Λυδία. Μυσοὶ δ’ ἐξανέστησαν εἰς τὴν ἤπειρον ἄνω. Εἰσὶ δὲ πόλεις ἐν αὐτῇ Ἑλληνίδες</w:t>
      </w:r>
    </w:p>
    <w:p>
      <w:r>
        <w:rPr>
          <w:rFonts w:ascii="Courier New" w:hAnsi="Courier New"/>
          <w:color w:val="555555"/>
          <w:sz w:val="20"/>
        </w:rPr>
        <w:t>[5]</w:t>
      </w:r>
    </w:p>
    <w:p>
      <w:r>
        <w:rPr>
          <w:rFonts w:ascii="Gentium Plus" w:hAnsi="Gentium Plus"/>
          <w:sz w:val="24"/>
        </w:rPr>
        <w:t>καὶ ἐν τῇ Λυδίᾳ αἵδε· Ἄστυρα, οὗ τὸ ἱερὸν [Ἀρτέμι‐ δος, καὶ] Ἀδραμύττιον. Ἡ δὲ χώρα Λεσβία· καὶ ὑπὲρ ταύτης ἡ Χίων χώρα καὶ πόλις Ἀταρνεύς· ὑπὸ</w:t>
      </w:r>
    </w:p>
    <w:p>
      <w:r>
        <w:rPr>
          <w:rFonts w:ascii="Courier New" w:hAnsi="Courier New"/>
          <w:color w:val="555555"/>
          <w:sz w:val="20"/>
        </w:rPr>
        <w:t>[10]</w:t>
      </w:r>
    </w:p>
    <w:p>
      <w:r>
        <w:rPr>
          <w:rFonts w:ascii="Gentium Plus" w:hAnsi="Gentium Plus"/>
          <w:sz w:val="24"/>
        </w:rPr>
        <w:t>λιμήν· ἐν τούτῳ λέγονται Ἀχαιοὶ βουλεύσασθαι ἐπὶ τὸν Τήλεφον πότερον στρατεύοιεν ἢ ἀπίοιεν· πόλις Μύρινα καὶ λιμὴν, Κύμη καὶ λιμήν (ὑπὲρ δὲ Κύμης ἐν μεσογείᾳ πόλις Ἑλληνίς ἐστιν Αἰγαὶ) καὶ Λεῦκαι καὶ λιμένες καὶ Σμύρνα, ἐν ᾗ Ὅμηρος ἦν, Φώκαια</w:t>
      </w:r>
    </w:p>
    <w:p>
      <w:r>
        <w:rPr>
          <w:rFonts w:ascii="Courier New" w:hAnsi="Courier New"/>
          <w:color w:val="555555"/>
          <w:sz w:val="20"/>
        </w:rPr>
        <w:t>[15]</w:t>
      </w:r>
    </w:p>
    <w:p>
      <w:r>
        <w:rPr>
          <w:rFonts w:ascii="Gentium Plus" w:hAnsi="Gentium Plus"/>
          <w:sz w:val="24"/>
        </w:rPr>
        <w:t>καὶ λιμὴν καὶ Ἕρμος ποταμὸς, Κλαζομεναὶ καὶ λιμὴν, Ἐρυθραὶ καὶ λιμήν. Κατὰ δὲ ταύτας νῆσός ἐστι Χίος καὶ λιμήν. Ἐπάνειμι πάλιν ἐπὶ τὴν ἤπειρον. Γέραι πόλις καὶ λιμὴν, Τέως πόλις καὶ λιμὴν, Λέβεδος, Κο‐</w:t>
      </w:r>
    </w:p>
    <w:p>
      <w:r>
        <w:rPr>
          <w:rFonts w:ascii="Courier New" w:hAnsi="Courier New"/>
          <w:color w:val="555555"/>
          <w:sz w:val="20"/>
        </w:rPr>
        <w:t>[20]</w:t>
      </w:r>
    </w:p>
    <w:p>
      <w:r>
        <w:rPr>
          <w:rFonts w:ascii="Gentium Plus" w:hAnsi="Gentium Plus"/>
          <w:sz w:val="24"/>
        </w:rPr>
        <w:t>Κλαρίου ἱερὸν, Κάϋστρος ποταμὸς, Ἔφεσος καὶ λιμὴν, Μαραθήσιον καὶ ἐν τῇ ἠπείρῳ Μαγνησία πόλις Ἑλλη‐ νὶς, Ἄναια, Πανιώνιον, Ἐρασιστράτιος, Χαραδροῦς, Φώκαια, Ἀκαδαμὶς, Μυκάλη· ἐν τῇ Σαμίων χώρᾳ ταῦτά ἐστι. Πρὸ δὲ τῆς Μυκάλης Σάμος ἐστὶ νῆσος</w:t>
      </w:r>
    </w:p>
    <w:p>
      <w:r>
        <w:rPr>
          <w:rFonts w:ascii="Courier New" w:hAnsi="Courier New"/>
          <w:color w:val="555555"/>
          <w:sz w:val="20"/>
        </w:rPr>
        <w:t>[25]</w:t>
      </w:r>
    </w:p>
    <w:p>
      <w:r>
        <w:rPr>
          <w:rFonts w:ascii="Gentium Plus" w:hAnsi="Gentium Plus"/>
          <w:sz w:val="24"/>
        </w:rPr>
        <w:t>πόλιν ἔχουσα καὶ λιμένα κλειστόν. Αὕτη ἡ νῆσος οὐκ ἐλάσσων ἐστὶ Χίου. Ἐπάνειμι δὲ πάλιν ἐπὶ τὴν ἤπειρον, ὅθεν ἐξετραπόμην. Ἐπὶ τῆς Μυκάλης ἐστὶ πόλις Πριήνη λιμένας ἔχουσα δύο, ὧν τὸν ἕνα κλειστόν· εἶτα ποταμὸς Μαίανδρος. Παράπλους δὲ Μυσίας καὶ</w:t>
      </w:r>
    </w:p>
    <w:p>
      <w:r>
        <w:rPr>
          <w:rFonts w:ascii="Courier New" w:hAnsi="Courier New"/>
          <w:color w:val="555555"/>
          <w:sz w:val="20"/>
        </w:rPr>
        <w:t>[30]</w:t>
      </w:r>
    </w:p>
    <w:p>
      <w:r>
        <w:rPr>
          <w:rFonts w:ascii="Gentium Plus" w:hAnsi="Gentium Plus"/>
          <w:sz w:val="24"/>
        </w:rPr>
        <w:t>Λυδίας, ἀπὸ Ἀστύρων μέχρι Μαιάνδρου ποταμοῦ, δύο ἡμερῶν καὶ νυκτὸς μιᾶς.</w:t>
      </w:r>
    </w:p>
    <w:p>
      <w:r>
        <w:rPr>
          <w:rFonts w:ascii="Courier New" w:hAnsi="Courier New"/>
          <w:color w:val="555555"/>
          <w:sz w:val="20"/>
        </w:rPr>
        <w:t>[99]</w:t>
      </w:r>
    </w:p>
    <w:p>
      <w:r>
        <w:rPr>
          <w:rFonts w:ascii="Gentium Plus" w:hAnsi="Gentium Plus"/>
          <w:sz w:val="24"/>
        </w:rPr>
        <w:t>ΚΑΡΙΑ. Μετὰ δὲ Λυδίαν Καρία ἐστὶν ἔθνος, καὶ πόλεις ἐν αὐτῇ Ἑλληνίδες αἵδε· Ἡράκλεια, εἶτα Μί‐ λητος, εἶτα Μύνδος καὶ λιμὴν, Ἁλικαρνασσὸς καὶ λι‐ μὴν κλειστὸς καὶ ἄλλος λιμὴν περὶ τὴν νῆσον καὶ</w:t>
      </w:r>
    </w:p>
    <w:p>
      <w:r>
        <w:rPr>
          <w:rFonts w:ascii="Courier New" w:hAnsi="Courier New"/>
          <w:color w:val="555555"/>
          <w:sz w:val="20"/>
        </w:rPr>
        <w:t>[5]</w:t>
      </w:r>
    </w:p>
    <w:p>
      <w:r>
        <w:rPr>
          <w:rFonts w:ascii="Gentium Plus" w:hAnsi="Gentium Plus"/>
          <w:sz w:val="24"/>
        </w:rPr>
        <w:t>ποταμὸς, Κάλυμνα νῆσος, Καρύανδα νῆσος καὶ πόλις καὶ λιμὴν (οὗτοι Κᾶρες), νῆσος Κῶς καὶ πόλις καὶ λιμὴν κλειστός. Κατὰ ταῦτα Κεραμιακὸς κόλπος τῆς Καρίας, καὶ νῆσος Νίσυρος καὶ λιμήν. Ἐπάνειμι πάλιν ἐπὶ τὴν ἤπειρον. Ἀκρωτήριον ἱερὸν Τριόπιον,</w:t>
      </w:r>
    </w:p>
    <w:p>
      <w:r>
        <w:rPr>
          <w:rFonts w:ascii="Courier New" w:hAnsi="Courier New"/>
          <w:color w:val="555555"/>
          <w:sz w:val="20"/>
        </w:rPr>
        <w:t>[10]</w:t>
      </w:r>
    </w:p>
    <w:p>
      <w:r>
        <w:rPr>
          <w:rFonts w:ascii="Gentium Plus" w:hAnsi="Gentium Plus"/>
          <w:sz w:val="24"/>
        </w:rPr>
        <w:t>Κνίδος πόλις Ἑλληνὶς καὶ χώρα ἡ Ῥοδίων ἡ ἐν τῇ ἠπείρῳ, Καῦνος Καρικὴ πόλις καὶ λιμὴν κλειστὸς, Κρυασσὸς ἀκρωτήριον. Ῥόδος κατὰ τοῦτο νῆσος καὶ πόλις· καὶ τρίπολις ἀρχαία ἐν αὐτῇ, πόλεις αἵδε· Ἰά‐ λυσος, Λίνδος, Κάμειρος. Κατὰ δὲ τὴν Ῥόδον αἵδε</w:t>
      </w:r>
    </w:p>
    <w:p>
      <w:r>
        <w:rPr>
          <w:rFonts w:ascii="Courier New" w:hAnsi="Courier New"/>
          <w:color w:val="555555"/>
          <w:sz w:val="20"/>
        </w:rPr>
        <w:t>[15]</w:t>
      </w:r>
    </w:p>
    <w:p>
      <w:r>
        <w:rPr>
          <w:rFonts w:ascii="Gentium Plus" w:hAnsi="Gentium Plus"/>
          <w:sz w:val="24"/>
        </w:rPr>
        <w:t>νῆσοί εἰσιν οἰκούμεναι· Χάλκεια, Τῆλος, Κάσος, Κάρ‐ παθος· αὕτη τρίπολις. Καὶ ὁ παράπλους Καρίας, ἀπὸ Μαιάνδρου ποταμοῦ ἐπὶ τὸν Κρυασσὸν, ὅ ἐστι Καρίας ἀκρωτήριον, δύο ἡμερῶν. Ἐπάνειμι πάλιν ἐπὶ τὴν</w:t>
      </w:r>
    </w:p>
    <w:p>
      <w:r>
        <w:rPr>
          <w:rFonts w:ascii="Courier New" w:hAnsi="Courier New"/>
          <w:color w:val="555555"/>
          <w:sz w:val="20"/>
        </w:rPr>
        <w:t>[100]</w:t>
      </w:r>
    </w:p>
    <w:p>
      <w:r>
        <w:rPr>
          <w:rFonts w:ascii="Gentium Plus" w:hAnsi="Gentium Plus"/>
          <w:sz w:val="24"/>
        </w:rPr>
        <w:t>ΛΥΚΙΑ. Ἀπὸ δὲ Καρίας Λυκία ἐστὶν ἔθνος· καὶ πόλεις Λυκίοις αἵδε· Τελμισσὸς καὶ λιμὴν, καὶ πο‐ ταμὸς Ξάνθος, δι’ οὗ ἀνάπλους εἰς [Ξάνθον πόλιν,] Πάταρα πόλις [ἣ] καὶ λιμένα ἔχει· Φελλὸς πόλις καὶ</w:t>
      </w:r>
    </w:p>
    <w:p>
      <w:r>
        <w:rPr>
          <w:rFonts w:ascii="Courier New" w:hAnsi="Courier New"/>
          <w:color w:val="555555"/>
          <w:sz w:val="20"/>
        </w:rPr>
        <w:t>[5]</w:t>
      </w:r>
    </w:p>
    <w:p>
      <w:r>
        <w:rPr>
          <w:rFonts w:ascii="Gentium Plus" w:hAnsi="Gentium Plus"/>
          <w:sz w:val="24"/>
        </w:rPr>
        <w:t>λιμήν· κατὰ ταῦτα νῆσός ἐστι Ῥοδίων Μεγίστη· Λίμυρα πόλις, εἰς ἣν ὁ ἀνάπλους κατὰ τὸν ποταμόν· εἶτα Γαγαία πόλις, εἶτα Χελιδονίαι, ἀκρωτήριον καὶ νῆσοι δύο καὶ Διονυσιὰς νῆσος, ἀκρωτήριον καὶ λιμὴν Σιδηροῦς. Ὑπὲρ τούτου ἐστὶν ἱερὸν Ἡφαίστου ἐν τῷ</w:t>
      </w:r>
    </w:p>
    <w:p>
      <w:r>
        <w:rPr>
          <w:rFonts w:ascii="Courier New" w:hAnsi="Courier New"/>
          <w:color w:val="555555"/>
          <w:sz w:val="20"/>
        </w:rPr>
        <w:t>[10]</w:t>
      </w:r>
    </w:p>
    <w:p>
      <w:r>
        <w:rPr>
          <w:rFonts w:ascii="Gentium Plus" w:hAnsi="Gentium Plus"/>
          <w:sz w:val="24"/>
        </w:rPr>
        <w:t>ὄρει καὶ πῦρ πολὺ αὐτόματον ἐκ τῆς γῆς καίεται καὶ οὐδέποτε σβέννυται. Καὶ ἐὰν προέλθῃς ἀπὸ θαλάττης ἀνώτερον, ἔστι Φασηλὶς πόλις καὶ λιμήν (ἔστι δὲ τοῦτο</w:t>
      </w:r>
    </w:p>
    <w:p>
      <w:r>
        <w:rPr>
          <w:rFonts w:ascii="Courier New" w:hAnsi="Courier New"/>
          <w:color w:val="555555"/>
          <w:sz w:val="20"/>
        </w:rPr>
        <w:t>[15]</w:t>
      </w:r>
    </w:p>
    <w:p>
      <w:r>
        <w:rPr>
          <w:rFonts w:ascii="Gentium Plus" w:hAnsi="Gentium Plus"/>
          <w:sz w:val="24"/>
        </w:rPr>
        <w:t>ἱερὸν Ἀρτέμιδος. Ἐπ’ εὐθείας δὲ παράπλους ἐστὶν Λυκίας ἀπὸ * ἡμέρας καὶ νυκτός· ὁ δὲ παρὰ γῆν δι‐ πλάσιος τούτου· ἔστι γὰρ κολπώδης.</w:t>
      </w:r>
    </w:p>
    <w:p>
      <w:r>
        <w:rPr>
          <w:rFonts w:ascii="Courier New" w:hAnsi="Courier New"/>
          <w:color w:val="555555"/>
          <w:sz w:val="20"/>
        </w:rPr>
        <w:t>[101]</w:t>
      </w:r>
    </w:p>
    <w:p>
      <w:r>
        <w:rPr>
          <w:rFonts w:ascii="Gentium Plus" w:hAnsi="Gentium Plus"/>
          <w:sz w:val="24"/>
        </w:rPr>
        <w:t>ΠΑΜΦΥΛΙΑ. Μετὰ δὲ Λυκίαν ἐστὶ Παμφυλία ἔθνος, καὶ πόλεις ἐν αὐτῇ αἵδε· Ἄσπενδος πόλις· εἰς ταύτην ὁ ἀνάπλους γίνεται κατὰ ποταμόν· ὁ δὲ ποτα‐ μός ἐστιν Εὐρυμέδων· εἶτα πόλις Σύλλειον, ἄλλη</w:t>
      </w:r>
    </w:p>
    <w:p>
      <w:r>
        <w:rPr>
          <w:rFonts w:ascii="Courier New" w:hAnsi="Courier New"/>
          <w:color w:val="555555"/>
          <w:sz w:val="20"/>
        </w:rPr>
        <w:t>[5]</w:t>
      </w:r>
    </w:p>
    <w:p>
      <w:r>
        <w:rPr>
          <w:rFonts w:ascii="Gentium Plus" w:hAnsi="Gentium Plus"/>
          <w:sz w:val="24"/>
        </w:rPr>
        <w:t>πόλις Σίδη, Κυμαίων ἀποικία, καὶ λιμήν. Παρά‐ πλους Παμφυλίας ἀπὸ Πέργης ἥμισυ ἡμέρας. Εἰσὶ δὲ καὶ ἄλλαι πόλεις Παμφυλίας, Κίβυρα, εἶτα Κορα‐</w:t>
      </w:r>
    </w:p>
    <w:p>
      <w:r>
        <w:rPr>
          <w:rFonts w:ascii="Courier New" w:hAnsi="Courier New"/>
          <w:color w:val="555555"/>
          <w:sz w:val="20"/>
        </w:rPr>
        <w:t>[102]</w:t>
      </w:r>
    </w:p>
    <w:p>
      <w:r>
        <w:rPr>
          <w:rFonts w:ascii="Gentium Plus" w:hAnsi="Gentium Plus"/>
          <w:sz w:val="24"/>
        </w:rPr>
        <w:t>ΚΙΛΙΚΙΑ. Μετὰ δὲ Παμφυλίαν Κιλικία ἐστὶν ἔθνος, καὶ πόλεις ἐν αὐτῇ αἵδε· Σελινοῦς, Χαραδροῦς πόλις καὶ λιμὴν, Ἀνεμούριον ἄκρα καὶ πόλις, Νάγι‐ δος πόλις [ἣ] καὶ νῆσον ἔχει. Πρὸς δὲ τὴν Σητὸν λι‐</w:t>
      </w:r>
    </w:p>
    <w:p>
      <w:r>
        <w:rPr>
          <w:rFonts w:ascii="Courier New" w:hAnsi="Courier New"/>
          <w:color w:val="555555"/>
          <w:sz w:val="20"/>
        </w:rPr>
        <w:t>[5]</w:t>
      </w:r>
    </w:p>
    <w:p>
      <w:r>
        <w:rPr>
          <w:rFonts w:ascii="Gentium Plus" w:hAnsi="Gentium Plus"/>
          <w:sz w:val="24"/>
        </w:rPr>
        <w:t>μένα Ποσείδειον, Σάλον, Μυοῦς, Κελένδερις πόλις, καὶ λιμὴν Ἀφροδίσιος καὶ λιμὴν ἕτερος, Ὅλμοι πό‐</w:t>
      </w:r>
    </w:p>
    <w:p>
      <w:r>
        <w:rPr>
          <w:rFonts w:ascii="Courier New" w:hAnsi="Courier New"/>
          <w:color w:val="555555"/>
          <w:sz w:val="20"/>
        </w:rPr>
        <w:t>[10]</w:t>
      </w:r>
    </w:p>
    <w:p>
      <w:r>
        <w:rPr>
          <w:rFonts w:ascii="Gentium Plus" w:hAnsi="Gentium Plus"/>
          <w:sz w:val="24"/>
        </w:rPr>
        <w:t>κατὰ τὸν ποταμὸν, ἐμπόριον Ἀδάνη καὶ λιμὴν Μυ‐ ρίανδος Φοινίκων, Θάψακος ποταμός. Παράπλους Κιλικίας ἀπὸ τῶν Παμφυλίας ὁρίων μέχρι Θαψάκου ποταμοῦ, τριῶν ἡμερῶν καὶ νυκτῶν δύο. Ἐκ δὲ Σι‐ νώπης τῆς ἐν τῷ Πόντῳ διὰ τῆς ἠπείρου καὶ τῆς Κι‐</w:t>
      </w:r>
    </w:p>
    <w:p>
      <w:r>
        <w:rPr>
          <w:rFonts w:ascii="Courier New" w:hAnsi="Courier New"/>
          <w:color w:val="555555"/>
          <w:sz w:val="20"/>
        </w:rPr>
        <w:t>[15]</w:t>
      </w:r>
    </w:p>
    <w:p>
      <w:r>
        <w:rPr>
          <w:rFonts w:ascii="Gentium Plus" w:hAnsi="Gentium Plus"/>
          <w:sz w:val="24"/>
        </w:rPr>
        <w:t>λικίας εἰς Σόλους ὁδός ἐστιν ἀπὸ θαλάσσης εἰς θάλασ‐ σαν ἡμερῶν εʹ·</w:t>
      </w:r>
    </w:p>
    <w:p>
      <w:r>
        <w:rPr>
          <w:rFonts w:ascii="Courier New" w:hAnsi="Courier New"/>
          <w:color w:val="555555"/>
          <w:sz w:val="20"/>
        </w:rPr>
        <w:t>[103]</w:t>
      </w:r>
    </w:p>
    <w:p>
      <w:r>
        <w:rPr>
          <w:rFonts w:ascii="Gentium Plus" w:hAnsi="Gentium Plus"/>
          <w:sz w:val="24"/>
        </w:rPr>
        <w:t>ΚΥΠΡΟΣ. Κατὰ δὲ Κιλικίαν ἐστὶ νῆσος Κύπρος, καὶ πόλεις ἐν αὐτῇ αἵδε· Σαλαμὶς Ἑλληνὶς, λιμένα ἔχουσα κλειστὸν χειμερινὸν, Καρπάσεια, Κερύνεια,</w:t>
      </w:r>
    </w:p>
    <w:p>
      <w:r>
        <w:rPr>
          <w:rFonts w:ascii="Courier New" w:hAnsi="Courier New"/>
          <w:color w:val="555555"/>
          <w:sz w:val="20"/>
        </w:rPr>
        <w:t>[5]</w:t>
      </w:r>
    </w:p>
    <w:p>
      <w:r>
        <w:rPr>
          <w:rFonts w:ascii="Gentium Plus" w:hAnsi="Gentium Plus"/>
          <w:sz w:val="24"/>
        </w:rPr>
        <w:t>μερινόν), Μάριον Ἑλληνὶς, Ἀμαθοῦς (αὐτόχθονές εἰσιν)· αὗται πᾶσαι λιμένας ἔχουσαι ἐρήμους. Εἰσὶ δὲ καὶ ἄλλαι πόλεις ἐν μεσογείᾳ βάρβαροι. Ἐπάνειμι δὲ πάλιν ἐπὶ τὴν ἤπειρον, ὅθεν ἐξετραπόμην.</w:t>
      </w:r>
    </w:p>
    <w:p>
      <w:r>
        <w:rPr>
          <w:rFonts w:ascii="Courier New" w:hAnsi="Courier New"/>
          <w:color w:val="555555"/>
          <w:sz w:val="20"/>
        </w:rPr>
        <w:t>[104]</w:t>
      </w:r>
    </w:p>
    <w:p>
      <w:r>
        <w:rPr>
          <w:rFonts w:ascii="Gentium Plus" w:hAnsi="Gentium Plus"/>
          <w:sz w:val="24"/>
        </w:rPr>
        <w:t>ΣΥΡΙΑ ΚΑΙ ΦΟΙΝΙΚΗ. Ἔστι μετὰ Κιλικίαν ἔθνος Σύροι. Ἐν δὲ τῇ Συρίᾳ οἰκοῦσι τὰ παρὰ θά‐ λατταν Φοίνικες ἔθνος, ἐπὶ στενὸν ἔλαττον ἢ ἐπὶ τετ‐ ταράκοντα σταδίους ἀπὸ θαλάττης, ἐνιαχῆ δὲ οὐδὲ ἐπὶ</w:t>
      </w:r>
    </w:p>
    <w:p>
      <w:r>
        <w:rPr>
          <w:rFonts w:ascii="Courier New" w:hAnsi="Courier New"/>
          <w:color w:val="555555"/>
          <w:sz w:val="20"/>
        </w:rPr>
        <w:t>[5]</w:t>
      </w:r>
    </w:p>
    <w:p>
      <w:r>
        <w:rPr>
          <w:rFonts w:ascii="Gentium Plus" w:hAnsi="Gentium Plus"/>
          <w:sz w:val="24"/>
        </w:rPr>
        <w:t>σταδίους ιʹ τὸ πλάτος. Ἀπὸ δὲ Θαψάκου ποταμοῦ ἐστὶ Τρίπολις Φοινίκων, Ἄραδος νῆσος καὶ λιμὴν, βασίλεια Τύρου, ὅσον ηʹ στάδια ἀπὸ τῆς γῆς, καὶ ἐν τῇ χερρονήσῳ ἑτέρα πόλις Τρίπολις· αὕτη ἐστὶν Ἀρά‐ δου καὶ Τύρου καὶ Σιδῶνος· ἐν τῷ αὐτῷ τρεῖς πόλεις</w:t>
      </w:r>
    </w:p>
    <w:p>
      <w:r>
        <w:rPr>
          <w:rFonts w:ascii="Courier New" w:hAnsi="Courier New"/>
          <w:color w:val="555555"/>
          <w:sz w:val="20"/>
        </w:rPr>
        <w:t>[10]</w:t>
      </w:r>
    </w:p>
    <w:p>
      <w:r>
        <w:rPr>
          <w:rFonts w:ascii="Gentium Plus" w:hAnsi="Gentium Plus"/>
          <w:sz w:val="24"/>
        </w:rPr>
        <w:t>καὶ περίβολον ἑκάστῃ τοῦ τείχους ἴδιον ἔχει· καὶ ὄρος Θεοῦ πρόσωπον, Τριήρης [πόλις] καὶ λιμὴν, Βηρυτὸς πόλις καὶ λιμὴν, Βορινὸς, Πορφυρέων πόλις, Σιδὼν πόλις καὶ λιμὴν κλειστὸς, Ὀρνίθων πόλις Σιδωνίων (Ἀπὸ Λεόντων πόλεως μέχρι Ὀρνίθων πόλεως **),</w:t>
      </w:r>
    </w:p>
    <w:p>
      <w:r>
        <w:rPr>
          <w:rFonts w:ascii="Courier New" w:hAnsi="Courier New"/>
          <w:color w:val="555555"/>
          <w:sz w:val="20"/>
        </w:rPr>
        <w:t>[15]</w:t>
      </w:r>
    </w:p>
    <w:p>
      <w:r>
        <w:rPr>
          <w:rFonts w:ascii="Gentium Plus" w:hAnsi="Gentium Plus"/>
          <w:sz w:val="24"/>
        </w:rPr>
        <w:t>Τυρίων πόλις Σάραπτα, ἄλλη πόλις Τύρος λιμένα ἔχουσα ἐντὸς τείχους· αὕτη δὲ ἡ νῆσος βασίλεια Τυρίων, καὶ ἀπέχει στάδια ἀπὸ θαλάττης γʹ· [Codicis pagina 93.] Παλαίτυρος πόλις καὶ ποταμὸς [ὃς] διὰ μέσης ῥεῖ, καὶ πόλις</w:t>
      </w:r>
    </w:p>
    <w:p>
      <w:r>
        <w:rPr>
          <w:rFonts w:ascii="Courier New" w:hAnsi="Courier New"/>
          <w:color w:val="555555"/>
          <w:sz w:val="20"/>
        </w:rPr>
        <w:t>[20]</w:t>
      </w:r>
    </w:p>
    <w:p>
      <w:r>
        <w:rPr>
          <w:rFonts w:ascii="Gentium Plus" w:hAnsi="Gentium Plus"/>
          <w:sz w:val="24"/>
        </w:rPr>
        <w:t>τῶν [Ἐκδίππων] καὶ ποταμὸς καὶ Ἄκη πόλις, ἔξω πἠ πόλις Τυ[ρίων· Κάρμηλος] ὄρος ἱερὸν Διός· Ἄραδος πόλις Σιδονίων .......... καὶ ποταμὸς Τυρίων· Δῶρος πόλις Σιδονίων· [Ἰόππη πόλις· ἐκτε‐]</w:t>
      </w:r>
    </w:p>
    <w:p>
      <w:r>
        <w:rPr>
          <w:rFonts w:ascii="Courier New" w:hAnsi="Courier New"/>
          <w:color w:val="555555"/>
          <w:sz w:val="20"/>
        </w:rPr>
        <w:t>[25]</w:t>
      </w:r>
    </w:p>
    <w:p>
      <w:r>
        <w:rPr>
          <w:rFonts w:ascii="Gentium Plus" w:hAnsi="Gentium Plus"/>
          <w:sz w:val="24"/>
        </w:rPr>
        <w:t>θῆναί φασιν ἐνταῦθα τὴν Ἀνδρομ[έδαν τῷ κήτει· Ἀσκά‐] λων πόλις Τυρίων καὶ βασίλεια. Ἐνταῦ[θα ὅρος ἐστὶ τῆς Κοίλης] Συρίας. Παράπλους Κοίλης Συρίας [ἀπὸ Θαψάκου ποτ. μέχρι] Ἀσκάλωνος στάδια ͵βψʹ. Ἀ[ραβία. Μετὰ δὲ Συρίαν εἰσὶν Ἄραβες] ἔθνος, νομάδες ἱππεύοντες [καὶ νομὰς ἔχοντες παντοδαπῶν βοσ‐]</w:t>
      </w:r>
    </w:p>
    <w:p>
      <w:r>
        <w:rPr>
          <w:rFonts w:ascii="Courier New" w:hAnsi="Courier New"/>
          <w:color w:val="555555"/>
          <w:sz w:val="20"/>
        </w:rPr>
        <w:t>[30]</w:t>
      </w:r>
    </w:p>
    <w:p>
      <w:r>
        <w:rPr>
          <w:rFonts w:ascii="Gentium Plus" w:hAnsi="Gentium Plus"/>
          <w:sz w:val="24"/>
        </w:rPr>
        <w:t>κημάτων, οἰῶν καὶ αἰ[γῶν] ................ καὶ καμήλων· ἔστι δὲ αὕ[τη] ............... ἔστι τὰ πολλὰ ἄ ...................... τε τὴν Αἴγυπτον ....................... ἐν αὐτῇ κολ.........................</w:t>
      </w:r>
    </w:p>
    <w:p>
      <w:r>
        <w:rPr>
          <w:rFonts w:ascii="Courier New" w:hAnsi="Courier New"/>
          <w:color w:val="555555"/>
          <w:sz w:val="20"/>
        </w:rPr>
        <w:t>[35]</w:t>
      </w:r>
    </w:p>
    <w:p>
      <w:r>
        <w:rPr>
          <w:rFonts w:ascii="Gentium Plus" w:hAnsi="Gentium Plus"/>
          <w:sz w:val="24"/>
        </w:rPr>
        <w:t>ἔστιν ἐκ τῆς ...................... [ἔξω‐] θεν θαλ[αττ]..................... [θάλα‐] τταν ............................. καὶ ............................. ...............................</w:t>
      </w:r>
    </w:p>
    <w:p>
      <w:r>
        <w:rPr>
          <w:rFonts w:ascii="Courier New" w:hAnsi="Courier New"/>
          <w:color w:val="555555"/>
          <w:sz w:val="20"/>
        </w:rPr>
        <w:t>[40]</w:t>
      </w:r>
    </w:p>
    <w:p>
      <w:r>
        <w:rPr>
          <w:rFonts w:ascii="Gentium Plus" w:hAnsi="Gentium Plus"/>
          <w:sz w:val="24"/>
        </w:rPr>
        <w:t>.............................. ............................... ............................... ............................... ..... [Παράπλους] ...................</w:t>
      </w:r>
    </w:p>
    <w:p>
      <w:r>
        <w:rPr>
          <w:rFonts w:ascii="Courier New" w:hAnsi="Courier New"/>
          <w:color w:val="555555"/>
          <w:sz w:val="20"/>
        </w:rPr>
        <w:t>[45]</w:t>
      </w:r>
    </w:p>
    <w:p>
      <w:r>
        <w:rPr>
          <w:rFonts w:ascii="Gentium Plus" w:hAnsi="Gentium Plus"/>
          <w:sz w:val="24"/>
        </w:rPr>
        <w:t>[Codicis pagina 94.] .. [Ἀ]ραβίας δὲ (αὐ)τῆς ἀπὸ Συρίας ὁρίων μέχρι στόματος τοῦ [Νείλου τοῦ ἐ]ν Πηλουσίῳ, τοῦτο γάρ ἐστιν Ἀραβίας ὄρος, στάδ. ͵ατʹ. ........ [Ἀ]ραβίαν Αἰγύπτου μέχρι τοῦ Νείλου ἐξ ἧς Ἀρα‐</w:t>
      </w:r>
    </w:p>
    <w:p>
      <w:r>
        <w:rPr>
          <w:rFonts w:ascii="Courier New" w:hAnsi="Courier New"/>
          <w:color w:val="555555"/>
          <w:sz w:val="20"/>
        </w:rPr>
        <w:t>[104 (50)]</w:t>
      </w:r>
    </w:p>
    <w:p>
      <w:r>
        <w:rPr>
          <w:rFonts w:ascii="Gentium Plus" w:hAnsi="Gentium Plus"/>
          <w:sz w:val="24"/>
        </w:rPr>
        <w:t>............. Αἰγύπτιοι· φόρον δὲ φέρουσιν Αἰγύ‐ ................ ἀεὶ τοῖς Ἄραψιν. Αἴγυπτος. [Μετὰ δὲ Ἀραβίαν Αἴγυπτος] ἐστὶν ἔθνος· καὶ πόλεις ἐν αὐτῇ [αἵδε· Πηλούσιον πόλ. καὶ λιμὴν] καὶ βασίλειον· οὗ τὸ στόμα [τοῦ Νείλου ποτ. Πηλουσιακόν ἐστι] πρῶτον, τῆς Ἀραβίας</w:t>
      </w:r>
    </w:p>
    <w:p>
      <w:r>
        <w:rPr>
          <w:rFonts w:ascii="Courier New" w:hAnsi="Courier New"/>
          <w:color w:val="555555"/>
          <w:sz w:val="20"/>
        </w:rPr>
        <w:t>[55]</w:t>
      </w:r>
    </w:p>
    <w:p>
      <w:r>
        <w:rPr>
          <w:rFonts w:ascii="Gentium Plus" w:hAnsi="Gentium Plus"/>
          <w:sz w:val="24"/>
        </w:rPr>
        <w:t>[ὅρος· δεύτερον Τανικὸν, ἐφ’ ᾧ καὶ πόλις βασιλι]κή· τρίτον [Μενδήσιον καὶ πόλις· δʹ Φατνιτικ]όν· πέμπτον Σεβεννυ‐ [τικὸν καὶ πόλις Σεβέννυτος· Βοῦτος λίμνη, ἔν]θα πόλις καὶ βα‐ [σίλειον· ἕκτον Βολβιτικὸν καὶ πόλις βασιλι]κή· ἕβδομον [Κανωβικὸν, καὶ Θῶνις πόλις· μετὰ ταῦτα λίμνη] ᾗ ὄνομά</w:t>
      </w:r>
    </w:p>
    <w:p>
      <w:r>
        <w:rPr>
          <w:rFonts w:ascii="Courier New" w:hAnsi="Courier New"/>
          <w:color w:val="555555"/>
          <w:sz w:val="20"/>
        </w:rPr>
        <w:t>[60]</w:t>
      </w:r>
    </w:p>
    <w:p>
      <w:r>
        <w:rPr>
          <w:rFonts w:ascii="Gentium Plus" w:hAnsi="Gentium Plus"/>
          <w:sz w:val="24"/>
        </w:rPr>
        <w:t>[ἐστι Μάρεια. αὕτη δὲ ἡ λίμνη ἤδη ἐστὶν ἐν τ]ῇ Λιβύῃ .........................ει δὲ ἐ .......................... [β]ουλήν .............................ε. ...............................</w:t>
      </w:r>
    </w:p>
    <w:p>
      <w:r>
        <w:rPr>
          <w:rFonts w:ascii="Courier New" w:hAnsi="Courier New"/>
          <w:color w:val="555555"/>
          <w:sz w:val="20"/>
        </w:rPr>
        <w:t>[65]</w:t>
      </w:r>
    </w:p>
    <w:p>
      <w:r>
        <w:rPr>
          <w:rFonts w:ascii="Gentium Plus" w:hAnsi="Gentium Plus"/>
          <w:sz w:val="24"/>
        </w:rPr>
        <w:t>.............................. ............................... .............................. ............................... ...............................</w:t>
      </w:r>
    </w:p>
    <w:p>
      <w:r>
        <w:rPr>
          <w:rFonts w:ascii="Courier New" w:hAnsi="Courier New"/>
          <w:color w:val="555555"/>
          <w:sz w:val="20"/>
        </w:rPr>
        <w:t>[70]</w:t>
      </w:r>
    </w:p>
    <w:p>
      <w:r>
        <w:rPr>
          <w:rFonts w:ascii="Gentium Plus" w:hAnsi="Gentium Plus"/>
          <w:sz w:val="24"/>
        </w:rPr>
        <w:t>............................... (Cod. p. 95) τὸ δὲ Πηλουσιακόν. Καὶ πάλιν σχί‐ ζεται δίχα. Τὸ δὲ Σεβεννυτικὸν, τὸ μὲν εἰς τὸ Μεν‐ δήσιον, τὸ δὲ εἰς θάλασσαν· ἀπὸ δὲ τοῦ Μενδησίου εἰς τὸ Φατνιτικὸν στόμα· ἀπὸ δὲ τοῦ Πηλουσιακοῦ εἰς τὸ</w:t>
      </w:r>
    </w:p>
    <w:p>
      <w:r>
        <w:rPr>
          <w:rFonts w:ascii="Courier New" w:hAnsi="Courier New"/>
          <w:color w:val="555555"/>
          <w:sz w:val="20"/>
        </w:rPr>
        <w:t>[75]</w:t>
      </w:r>
    </w:p>
    <w:p>
      <w:r>
        <w:rPr>
          <w:rFonts w:ascii="Gentium Plus" w:hAnsi="Gentium Plus"/>
          <w:sz w:val="24"/>
        </w:rPr>
        <w:t>Τανικὸν στόμα· τὸ δὲ ἀπὸ Κανωπικοῦ μέχρι Σεβεν‐ νυτικῆς λίμνης, καὶ στόμα τὸ Βολβιτινὸν ῥεῖ ἐκ τῆς λίμνης. Ἔστι δὲ τὰ πολλὰ τὰ παρὰ θάλατταν Αἰ‐</w:t>
      </w:r>
    </w:p>
    <w:p>
      <w:r>
        <w:rPr>
          <w:rFonts w:ascii="Courier New" w:hAnsi="Courier New"/>
          <w:color w:val="555555"/>
          <w:sz w:val="20"/>
        </w:rPr>
        <w:t>[80]</w:t>
      </w:r>
    </w:p>
    <w:p>
      <w:r>
        <w:rPr>
          <w:rFonts w:ascii="Gentium Plus" w:hAnsi="Gentium Plus"/>
          <w:sz w:val="24"/>
        </w:rPr>
        <w:t>πλατεῖα, κατὰ δὲ μεσογείαν στενωτέρα, κατὰ δὲ Μέμ‐ φιν στενωτάτη αὑτῆς· ἔπειτα δὲ εἰς μεσογείαν ἀπὸ Μέμφεως ἰόντι πλατυτέρα, κατὰ δὲ τὸ ἀνώτερον αὑτῆς πλατυτάτη. Τὸ μέρος τὸ ἄνωθεν Μέμφιδος Αἰγύπτου ἐστὶ τὸ πλεῖστον ἢ τὸ παρὰ θάλασσαν. Τὸ δὲ Κανω‐</w:t>
      </w:r>
    </w:p>
    <w:p>
      <w:r>
        <w:rPr>
          <w:rFonts w:ascii="Courier New" w:hAnsi="Courier New"/>
          <w:color w:val="555555"/>
          <w:sz w:val="20"/>
        </w:rPr>
        <w:t>[85]</w:t>
      </w:r>
    </w:p>
    <w:p>
      <w:r>
        <w:rPr>
          <w:rFonts w:ascii="Gentium Plus" w:hAnsi="Gentium Plus"/>
          <w:sz w:val="24"/>
        </w:rPr>
        <w:t>πικὸν στόμα ὁρίζει Ἀσίαν καὶ Λιβύην. Παράπλους δ’ ἐστὶν Αἰγύπτου ἀπὸ Πηλουσίου στόματος στάδια ͵ατʹ. Τῆς δὲ Ἀσίας ὁ περίπλους (ἔστι γὰρ περιφερὴς), λογιζομένῳ κατὰ τὸν αὐτὸν τρόπον ὃν περὶ Εὐρώπης γέγραπται, ἡμερῶν ἐστὶ πζʹ. Ἐπὶ δὲ τῷ στόματι</w:t>
      </w:r>
    </w:p>
    <w:p>
      <w:r>
        <w:rPr>
          <w:rFonts w:ascii="Courier New" w:hAnsi="Courier New"/>
          <w:color w:val="555555"/>
          <w:sz w:val="20"/>
        </w:rPr>
        <w:t>[90]</w:t>
      </w:r>
    </w:p>
    <w:p>
      <w:r>
        <w:rPr>
          <w:rFonts w:ascii="Gentium Plus" w:hAnsi="Gentium Plus"/>
          <w:sz w:val="24"/>
        </w:rPr>
        <w:t>τῷ Κανωπικῷ ἐστι νῆσος ἐρήμη, ᾗ ὄνομα Κάνωπος· καὶ σημεῖά ἐστιν ἐν αὐτῇ τοῦ Μενέλεω, τοῦ κυβερνήτου τοῦ ἀπὸ Τροίας, ᾧ ὄνομα Κάνωπος, τὸ μνῆμα. Λέγουσι δὲ Αἰγύπτιοί τε καὶ οἱ προσχώριοι οἱ τοῖς τό‐ ποις Πηλούσιον ἥκειν ἐπὶ τὸ Κάσιον, καὶ Κάνωπον</w:t>
      </w:r>
    </w:p>
    <w:p>
      <w:r>
        <w:rPr>
          <w:rFonts w:ascii="Courier New" w:hAnsi="Courier New"/>
          <w:color w:val="555555"/>
          <w:sz w:val="20"/>
        </w:rPr>
        <w:t>[95]</w:t>
      </w:r>
    </w:p>
    <w:p>
      <w:r>
        <w:rPr>
          <w:rFonts w:ascii="Gentium Plus" w:hAnsi="Gentium Plus"/>
          <w:sz w:val="24"/>
        </w:rPr>
        <w:t>ἥκειν ἐπὶ τὴν νῆσον, οὗ τὸ μνῆμα τοῦ κυβερνήτου.</w:t>
      </w:r>
    </w:p>
    <w:p>
      <w:r>
        <w:rPr>
          <w:rFonts w:ascii="Courier New" w:hAnsi="Courier New"/>
          <w:color w:val="555555"/>
          <w:sz w:val="20"/>
        </w:rPr>
        <w:t>[107T]</w:t>
      </w:r>
    </w:p>
    <w:p>
      <w:r>
        <w:rPr>
          <w:rFonts w:ascii="Gentium Plus" w:hAnsi="Gentium Plus"/>
          <w:sz w:val="24"/>
        </w:rPr>
        <w:t>ΛΙΒΥΗ.</w:t>
      </w:r>
    </w:p>
    <w:p>
      <w:r>
        <w:rPr>
          <w:rFonts w:ascii="Courier New" w:hAnsi="Courier New"/>
          <w:color w:val="555555"/>
          <w:sz w:val="20"/>
        </w:rPr>
        <w:t>[107]</w:t>
      </w:r>
    </w:p>
    <w:p>
      <w:r>
        <w:rPr>
          <w:rFonts w:ascii="Gentium Plus" w:hAnsi="Gentium Plus"/>
          <w:sz w:val="24"/>
        </w:rPr>
        <w:t>Ἄρχεται ἡ Λιβύη ἀπὸ τοῦ Κανωπικοῦ στόματος τοῦ Νείλου. ἈΔΥΡΜΑΧΙΔΑΙ. Ἔθνος Λιβύων Ἀδυρ‐ μαχίδαι. Ἐκ Θώνιδος δὲ πλοῦς εἰς Φάρον νῆσον</w:t>
      </w:r>
    </w:p>
    <w:p>
      <w:r>
        <w:rPr>
          <w:rFonts w:ascii="Courier New" w:hAnsi="Courier New"/>
          <w:color w:val="555555"/>
          <w:sz w:val="20"/>
        </w:rPr>
        <w:t>[5]</w:t>
      </w:r>
    </w:p>
    <w:p>
      <w:r>
        <w:rPr>
          <w:rFonts w:ascii="Gentium Plus" w:hAnsi="Gentium Plus"/>
          <w:sz w:val="24"/>
        </w:rPr>
        <w:t>δὲ Φάρῳ λιμένες πολλοί. Ὕδωρ δὲ ἐκ τῆς Μαρείας λίμνης ὑδρεύονται· ἔστι γὰρ πότιμος. Ὁ δὲ ἀνάπλους εἰς τὴν λίμνην βραχὺς ἐκ Φάρου. Ἔστι δὲ καὶ Χερ‐ ρόνησος καὶ λιμήν· ἔστι δὲ τοῦ παράπλου στάδια σʹ. Ἀπὸ Χερρονήσου δὲ Πλίνθινός ἐστι κόλπος. Τὸ δὲ</w:t>
      </w:r>
    </w:p>
    <w:p>
      <w:r>
        <w:rPr>
          <w:rFonts w:ascii="Courier New" w:hAnsi="Courier New"/>
          <w:color w:val="555555"/>
          <w:sz w:val="20"/>
        </w:rPr>
        <w:t>[10]</w:t>
      </w:r>
    </w:p>
    <w:p>
      <w:r>
        <w:rPr>
          <w:rFonts w:ascii="Gentium Plus" w:hAnsi="Gentium Plus"/>
          <w:sz w:val="24"/>
        </w:rPr>
        <w:t>στόμα ἐστὶ τοῦ Πλινθίνου κόλπου εἰς Λευκὴν ἀκτὴν πλοῦς ἡμέρας καὶ νυκτός· τὸ δὲ εἰς τὸν μυχὸν τοῦ Πλινθίνου κόλπου δὶς τοσοῦτον. Περιοικεῖται δὲ κύ‐ κλῳ. Ἀπὸ δὲ Λευκῆς ἀκτῆς εἰς Λαοδαμάντειον λι‐ μένα πλοῦς ἥμισυ ἡμέρας. Ἀπὸ δὲ Λαοδαμαντείου</w:t>
      </w:r>
    </w:p>
    <w:p>
      <w:r>
        <w:rPr>
          <w:rFonts w:ascii="Courier New" w:hAnsi="Courier New"/>
          <w:color w:val="555555"/>
          <w:sz w:val="20"/>
        </w:rPr>
        <w:t>[15]</w:t>
      </w:r>
    </w:p>
    <w:p>
      <w:r>
        <w:rPr>
          <w:rFonts w:ascii="Gentium Plus" w:hAnsi="Gentium Plus"/>
          <w:sz w:val="24"/>
        </w:rPr>
        <w:t>λιμένος εἰς Παραιτόνιον λιμένα πλοῦς ἥμισυ ἡμέρας. Ἔχεται Ἆπις πόλις. Μέχρις οὖν ἐνταῦθα Αἰγύπτιοι ἄρχουσιν.</w:t>
      </w:r>
    </w:p>
    <w:p>
      <w:r>
        <w:rPr>
          <w:rFonts w:ascii="Courier New" w:hAnsi="Courier New"/>
          <w:color w:val="555555"/>
          <w:sz w:val="20"/>
        </w:rPr>
        <w:t>[108]</w:t>
      </w:r>
    </w:p>
    <w:p>
      <w:r>
        <w:rPr>
          <w:rFonts w:ascii="Gentium Plus" w:hAnsi="Gentium Plus"/>
          <w:sz w:val="24"/>
        </w:rPr>
        <w:t>ΜΑΡΜΑΡΙΔΑΙ. Ἀπὸ δὲ Ἄπιδος ἔθνος Λιβύων ἐστὶν οἱ Μαρμαρίδαι μέχρις εἰς Ἑσπερίδας. Ἀπὸ δὲ Ἄπιδος ἐπὶ Τυνδαρίους σκοπέλους πλοῦς ἡμέρας. Καὶ ἀπὸ Τυνδαρίων σκοπέλων εἰς Πλύνους λιμένα</w:t>
      </w:r>
    </w:p>
    <w:p>
      <w:r>
        <w:rPr>
          <w:rFonts w:ascii="Courier New" w:hAnsi="Courier New"/>
          <w:color w:val="555555"/>
          <w:sz w:val="20"/>
        </w:rPr>
        <w:t>[5]</w:t>
      </w:r>
    </w:p>
    <w:p>
      <w:r>
        <w:rPr>
          <w:rFonts w:ascii="Gentium Plus" w:hAnsi="Gentium Plus"/>
          <w:sz w:val="24"/>
        </w:rPr>
        <w:t>πλοῦς ἡμέρας. Ἐκ Πλύνων εἰς Πέτραντα τὸν μέγαν πλοῦς ἥμισυ ἡμέρας. Ἐκ Πέτραντος εἰς Μενέλαον πλοῦς ἡμέρας. Ἐκ Μενελάου εἰς Κυρθάνειον πλοῦς</w:t>
      </w:r>
    </w:p>
    <w:p>
      <w:r>
        <w:rPr>
          <w:rFonts w:ascii="Courier New" w:hAnsi="Courier New"/>
          <w:color w:val="555555"/>
          <w:sz w:val="20"/>
        </w:rPr>
        <w:t>[10]</w:t>
      </w:r>
    </w:p>
    <w:p>
      <w:r>
        <w:rPr>
          <w:rFonts w:ascii="Gentium Plus" w:hAnsi="Gentium Plus"/>
          <w:sz w:val="24"/>
        </w:rPr>
        <w:t>λιμήν· πλοῦς ἥμισυ ἡμέρας. Ἀπὸ Πέτραντος [τοῦ] μικροῦ Χερρόνησοι Ἀχιλίδες, λιμήν (ταῦτα τῆς Κυ‐ ρηναίων χώρας ἐστί)· πλοῦς ἡμέρας. Ἐν δὲ τῷ μέσῳ Πέτραντος καὶ Χερρονήσου εἰσὶ νῆσοι Ἀηδωνία καὶ Πλατείαι. Ὕφορμοι δὲ ὑπ’ αὐταῖς εἰσίν. Ἐν‐</w:t>
      </w:r>
    </w:p>
    <w:p>
      <w:r>
        <w:rPr>
          <w:rFonts w:ascii="Courier New" w:hAnsi="Courier New"/>
          <w:color w:val="555555"/>
          <w:sz w:val="20"/>
        </w:rPr>
        <w:t>[15]</w:t>
      </w:r>
    </w:p>
    <w:p>
      <w:r>
        <w:rPr>
          <w:rFonts w:ascii="Gentium Plus" w:hAnsi="Gentium Plus"/>
          <w:sz w:val="24"/>
        </w:rPr>
        <w:t>τεῦθεν ἄρχεται τὸ σίλφιον φύεσθαι γύης *· παρήκει δὲ ἀπὸ Χερρονήσου διὰ τῆς μεσογείας μέχρι Ἑσπερίδων, παρὰ γῆν ἐγγὺς στάδια ͵αφʹ μάλιστα. Ἀφροδισιὰς νῆσος ὕφορμος· Ναύσταθμος λιμήν. Πλοῦς ἀπὸ Χερ‐ ρονήσου ἡμέρας μιᾶς, ἀπὸ δὲ Ναυστάθμου εἰς λιμένα</w:t>
      </w:r>
    </w:p>
    <w:p>
      <w:r>
        <w:rPr>
          <w:rFonts w:ascii="Courier New" w:hAnsi="Courier New"/>
          <w:color w:val="555555"/>
          <w:sz w:val="20"/>
        </w:rPr>
        <w:t>[20]</w:t>
      </w:r>
    </w:p>
    <w:p>
      <w:r>
        <w:rPr>
          <w:rFonts w:ascii="Gentium Plus" w:hAnsi="Gentium Plus"/>
          <w:sz w:val="24"/>
        </w:rPr>
        <w:t>τὸν Κυρήνης στάδια ρʹ. Ἐκ δὲ τοῦ λιμένος εἰς Κυ‐ ρήνην στάδια ὀγδοήκοντα. Ἔστι δὲ Κυρήνη ἐν με‐ σογείᾳ. Εἰσὶ δὲ οὗτοι λιμένες πάνορμοι. Καὶ ἄλλαι δὲ καταφυγαὶ ὑπὸ νησιδίοις καὶ ὕφορμοι καὶ ἀκταὶ πολλαὶ ἐν τῇ μεταξὺ χώρᾳ. Ἐκ δὲ λιμένος τῆς Κυ‐</w:t>
      </w:r>
    </w:p>
    <w:p>
      <w:r>
        <w:rPr>
          <w:rFonts w:ascii="Courier New" w:hAnsi="Courier New"/>
          <w:color w:val="555555"/>
          <w:sz w:val="20"/>
        </w:rPr>
        <w:t>[25]</w:t>
      </w:r>
    </w:p>
    <w:p>
      <w:r>
        <w:rPr>
          <w:rFonts w:ascii="Gentium Plus" w:hAnsi="Gentium Plus"/>
          <w:sz w:val="24"/>
        </w:rPr>
        <w:t>ρήνης μέχρι λιμένος τοῦ κατὰ Βάρκην στάδια φʹ· ἡ δὲ πόλις ἡ Βαρκαίων ἀπὸ θαλάσσης ἀπέχει στάδια ρʹ. Ἐκ δὲ λιμένος τοῦ κατὰ Βάρκην ἐφ’ Ἑσπερίδας στά‐ δια χκʹ. Ἐκ δὲ Κυρήνης εἰσὶ λιμένες, καὶ χωρία ἐστὶν ἐσχισμένα μέχρι Ἑσπερίδων τάδε· Φυκοῦς κόλ‐</w:t>
      </w:r>
    </w:p>
    <w:p>
      <w:r>
        <w:rPr>
          <w:rFonts w:ascii="Courier New" w:hAnsi="Courier New"/>
          <w:color w:val="555555"/>
          <w:sz w:val="20"/>
        </w:rPr>
        <w:t>[30]</w:t>
      </w:r>
    </w:p>
    <w:p>
      <w:r>
        <w:rPr>
          <w:rFonts w:ascii="Gentium Plus" w:hAnsi="Gentium Plus"/>
          <w:sz w:val="24"/>
        </w:rPr>
        <w:t>πος· ἄνω δὲ ἐνταῦθά ἐστιν ὁ κῆπος τῶν Ἑσπερί‐ δων. Ἔστι δὲ τόπος βαθὺς ὀργυιῶν ιηʹ, ἀπότομος κύκλῳ, οὐδαμοῦ ἔχων κατάβασιν· ἔστι δὲ δύο στα‐ δίων πανταχῆ, οὐκ ἔλαττον, εὖρος καὶ μῆκος. Οὗτός ἐστι σύσκιος δένδρεσιν ἐμπεπλεγμένοις ἐν ἀλλήλοις, ὡς</w:t>
      </w:r>
    </w:p>
    <w:p>
      <w:r>
        <w:rPr>
          <w:rFonts w:ascii="Courier New" w:hAnsi="Courier New"/>
          <w:color w:val="555555"/>
          <w:sz w:val="20"/>
        </w:rPr>
        <w:t>[35]</w:t>
      </w:r>
    </w:p>
    <w:p>
      <w:r>
        <w:rPr>
          <w:rFonts w:ascii="Gentium Plus" w:hAnsi="Gentium Plus"/>
          <w:sz w:val="24"/>
        </w:rPr>
        <w:t>ὅτι μάλιστα πυκνοτάτοις. Τὰ δένδρα ἐστὶ λωτὸς, μηλέαι παντοδαπαὶ, ῥοαὶ, ἄπιοι, μιμαίκυλα, συκά‐ μινα, ἄμπελοι, μυρσίναι, δάφναι, κισσὸς, ἐλαίαι, κότινοι, ἀμυγδαλαὶ, καρύαι. Τῶν δὲ χωρίων ἃ οὐκ εἴρηται, ἐστὶ (δὲ) κατὰ τὸν κῆπον Ἄμπελος, Ἄπιος,</w:t>
      </w:r>
    </w:p>
    <w:p>
      <w:r>
        <w:rPr>
          <w:rFonts w:ascii="Courier New" w:hAnsi="Courier New"/>
          <w:color w:val="555555"/>
          <w:sz w:val="20"/>
        </w:rPr>
        <w:t>[40]</w:t>
      </w:r>
    </w:p>
    <w:p>
      <w:r>
        <w:rPr>
          <w:rFonts w:ascii="Gentium Plus" w:hAnsi="Gentium Plus"/>
          <w:sz w:val="24"/>
        </w:rPr>
        <w:t>ἀλλάσσει στάδια λʹ, Χερρόνησος, κῆποι πλεῖστοι, Ζη‐ νερτὶς, Ταύχειρα, Καυκαλοῦ κώμη, Ἑσπερίδες πόλις καὶ λιμὴν, καὶ ποταμὸς ἐπὶ τῇ πόλει Ἐκκειός. Κατὰ ταῦτα τὰ χωρία ἀπὸ Χερρονήσων τῶν Ἀντίδων τὰ μὲν Κυρηναίων, τὰ δὲ Βαρκαίων ἐστὶ μέχρι Ἑσπε‐</w:t>
      </w:r>
    </w:p>
    <w:p>
      <w:r>
        <w:rPr>
          <w:rFonts w:ascii="Courier New" w:hAnsi="Courier New"/>
          <w:color w:val="555555"/>
          <w:sz w:val="20"/>
        </w:rPr>
        <w:t>[45]</w:t>
      </w:r>
    </w:p>
    <w:p>
      <w:r>
        <w:rPr>
          <w:rFonts w:ascii="Gentium Plus" w:hAnsi="Gentium Plus"/>
          <w:sz w:val="24"/>
        </w:rPr>
        <w:t>ρίδων.</w:t>
      </w:r>
    </w:p>
    <w:p>
      <w:r>
        <w:rPr>
          <w:rFonts w:ascii="Courier New" w:hAnsi="Courier New"/>
          <w:color w:val="555555"/>
          <w:sz w:val="20"/>
        </w:rPr>
        <w:t>[109]</w:t>
      </w:r>
    </w:p>
    <w:p>
      <w:r>
        <w:rPr>
          <w:rFonts w:ascii="Gentium Plus" w:hAnsi="Gentium Plus"/>
          <w:sz w:val="24"/>
        </w:rPr>
        <w:t>ΝΑΣΑΜΩΝΕΣ ΚΑΙ ΜΑΚΑΙ. Ἀπὸ δὲ Ἑσπερίδων κόλπος ἐστὶ μέγας, ᾧ ὄνομα Σύρτις, ὡς δὲ εἰπεῖν ὅτι μά‐ λιστα εἰκάζοντι σταδίων ͵ε. Ἔστιν αὐτῇ τὸ πλάτος ἀπὸ Ἑσπερίδων εἰς Νέαν πόλιν τὴν πέραν πλοῦς</w:t>
      </w:r>
    </w:p>
    <w:p>
      <w:r>
        <w:rPr>
          <w:rFonts w:ascii="Courier New" w:hAnsi="Courier New"/>
          <w:color w:val="555555"/>
          <w:sz w:val="20"/>
        </w:rPr>
        <w:t>[5]</w:t>
      </w:r>
    </w:p>
    <w:p>
      <w:r>
        <w:rPr>
          <w:rFonts w:ascii="Gentium Plus" w:hAnsi="Gentium Plus"/>
          <w:sz w:val="24"/>
        </w:rPr>
        <w:t>ἡμερῶν τριῶν καὶ νυκτῶν τριῶν. Περιοικοῦσι δὲ αὐ‐ τὴν Λιβύων ἔθνος Νασαμῶνες μέχρι τοῦ μυχοῦ τοῦ ἐπ’ ἀριστερᾷ· τούτων δὲ ἔχονται Λιβύων ἔθνος παρὰ τὴν Σύρτιν μέχρι τοῦ στόματος τῆς Σύρτιδος Μάκαι. Εἰς δὲ τὴν Σύρτιν ἀπὸ Ἑσπερίδων εἰσπλέοντι Ἡράκλειοι</w:t>
      </w:r>
    </w:p>
    <w:p>
      <w:r>
        <w:rPr>
          <w:rFonts w:ascii="Courier New" w:hAnsi="Courier New"/>
          <w:color w:val="555555"/>
          <w:sz w:val="20"/>
        </w:rPr>
        <w:t>[10]</w:t>
      </w:r>
    </w:p>
    <w:p>
      <w:r>
        <w:rPr>
          <w:rFonts w:ascii="Gentium Plus" w:hAnsi="Gentium Plus"/>
          <w:sz w:val="24"/>
        </w:rPr>
        <w:t>θῖνες· ἔχονται δὲ τούτων Δρέπανον, νῆσοι Πόντιαι τρεῖς, εἶτα τούτων Λευκαὶ [αἳ] καλοῦνται. Ἐν δὲ τῷ κοι‐ λοτάτῳ τῆς Σύρτιδος (ἐν τῷ μυχῷ) Φιλαίνου βωμοὶ, ἐπίνειον, Ἄμμωνος ἁλοῦς * τῆς Σύρτιδος. Ἀπὸ τούτου τὴν Σύρτιν παροικοῦντες οἱ Μάκαι χειμάζουσιν ἐπὶ</w:t>
      </w:r>
    </w:p>
    <w:p>
      <w:r>
        <w:rPr>
          <w:rFonts w:ascii="Courier New" w:hAnsi="Courier New"/>
          <w:color w:val="555555"/>
          <w:sz w:val="20"/>
        </w:rPr>
        <w:t>[15]</w:t>
      </w:r>
    </w:p>
    <w:p>
      <w:r>
        <w:rPr>
          <w:rFonts w:ascii="Gentium Plus" w:hAnsi="Gentium Plus"/>
          <w:sz w:val="24"/>
        </w:rPr>
        <w:t>θαλάττῃ τὰ βοσκήματα κλείοντες, τοῦ δὲ θέρους, ὑπεκλειπόντων τῶν ὑδάτων, ἀπελαύνουσι τὰ βοσκή‐ ματα εἰς μεσογαίαν ἄνω μεθ’ ἑαυτῶν. Μετὰ δὲ τὴν Σύρτιν ⟦ἔξω τῆς Σύρτιδοσ⟧ ἐστὶ χωρίον καλὸν καὶ πόλις, ᾗ ὄνομα Κίνυψ· ἔστι δὲ ἔρημος. Ἀπὸ δὲ Νέας</w:t>
      </w:r>
    </w:p>
    <w:p>
      <w:r>
        <w:rPr>
          <w:rFonts w:ascii="Courier New" w:hAnsi="Courier New"/>
          <w:color w:val="555555"/>
          <w:sz w:val="20"/>
        </w:rPr>
        <w:t>[20]</w:t>
      </w:r>
    </w:p>
    <w:p>
      <w:r>
        <w:rPr>
          <w:rFonts w:ascii="Gentium Plus" w:hAnsi="Gentium Plus"/>
          <w:sz w:val="24"/>
        </w:rPr>
        <w:t>πόλεως ἀπέχει εἰς τὴν Σύρτιν στάδια πʹ (πάντη)· ὑπ’ αὐτῶν δ’ ἐστὶ ποταμὸς Κίνυψ, καὶ νῆσος ὕπεστι πρὸς τὸν ποταμόν. Τὸ δὲ βάθος τῆς Σύρτιδος ἔσω τῶν Ἑσπερίδων πρὸς τοὺς Φιλαίνου βωμοὺς εἰς τὸν μυχὸν τοῦ κόλπου πλοῦς ἡμερῶν γʹ καὶ νυκτῶν· πλά‐</w:t>
      </w:r>
    </w:p>
    <w:p>
      <w:r>
        <w:rPr>
          <w:rFonts w:ascii="Courier New" w:hAnsi="Courier New"/>
          <w:color w:val="555555"/>
          <w:sz w:val="20"/>
        </w:rPr>
        <w:t>[25]</w:t>
      </w:r>
    </w:p>
    <w:p>
      <w:r>
        <w:rPr>
          <w:rFonts w:ascii="Gentium Plus" w:hAnsi="Gentium Plus"/>
          <w:sz w:val="24"/>
        </w:rPr>
        <w:t>τος δὲ ἀπὸ Κίνυφος ποταμοῦ πρὸς τὰς Λευκὰς νήσους πλοῦς ἡμερῶν τεσσάρων καὶ νυκτῶν τεσσάρων.</w:t>
      </w:r>
    </w:p>
    <w:p>
      <w:r>
        <w:rPr>
          <w:rFonts w:ascii="Courier New" w:hAnsi="Courier New"/>
          <w:color w:val="555555"/>
          <w:sz w:val="20"/>
        </w:rPr>
        <w:t>[110]</w:t>
      </w:r>
    </w:p>
    <w:p>
      <w:r>
        <w:rPr>
          <w:rFonts w:ascii="Gentium Plus" w:hAnsi="Gentium Plus"/>
          <w:sz w:val="24"/>
        </w:rPr>
        <w:t>ΛΩΤΟΦΑΓΟΙ. Τὰ δὲ ἔξω τῆς Σύρτιδος παροι‐ κοῦσι Λίβυες Λωτοφάγοι ἔθνος μέχρι τοῦ στόματος τῆς ἑτέρας Σύρτιδος. Οὗτοι λωτῷ χρῶνται σίτῳ καὶ ποτῷ. Ἀπὸ δὲ Νέας πόλεως τῆς Καρχηδονίων</w:t>
      </w:r>
    </w:p>
    <w:p>
      <w:r>
        <w:rPr>
          <w:rFonts w:ascii="Courier New" w:hAnsi="Courier New"/>
          <w:color w:val="555555"/>
          <w:sz w:val="20"/>
        </w:rPr>
        <w:t>[5]</w:t>
      </w:r>
    </w:p>
    <w:p>
      <w:r>
        <w:rPr>
          <w:rFonts w:ascii="Gentium Plus" w:hAnsi="Gentium Plus"/>
          <w:sz w:val="24"/>
        </w:rPr>
        <w:t>χώρας Γράφαρα πόλις. Ταύτης παράπλους ἡμέρας μιᾶς ἀπὸ Νέας πόλεως. Ἀπὸ δὲ Γραφάρων Ἀβρότο‐ νον πόλις καὶ λιμήν. Ταύτης ὁ παράπλους ἡμέρας μιᾶς. Ἀπὸ δὲ Ἀβροτόνου Ταριχεῖαι, πόλις καὶ λιμήν. Παράπλους ἀπὸ Ἀβροτόνου ἡμέρας μιᾶς.</w:t>
      </w:r>
    </w:p>
    <w:p>
      <w:r>
        <w:rPr>
          <w:rFonts w:ascii="Courier New" w:hAnsi="Courier New"/>
          <w:color w:val="555555"/>
          <w:sz w:val="20"/>
        </w:rPr>
        <w:t>[10]</w:t>
      </w:r>
    </w:p>
    <w:p>
      <w:r>
        <w:rPr>
          <w:rFonts w:ascii="Gentium Plus" w:hAnsi="Gentium Plus"/>
          <w:sz w:val="24"/>
        </w:rPr>
        <w:t>Κατὰ δὲ ταῦτά ἐστι νῆσος, ᾗ ὄνομα Βραχείων, μετὰ Λωτοφάγους κατὰ Ταριχείας. Ἔστι δὲ ἡ νῆσος αὕτη σταδίων τʹ, πλάτος δὲ μικρῷ ἐλάττων. Ἀπέχει δὲ ἀπὸ τῆς ἠπείρου ὡσεὶ στάδια γʹ. Ἐν δὲ τῇ νήσῳ γίνεται λωτὸς, ὃν ἐσθίουσι, καὶ ἕτερος, ἐξ οὗ οἶνον</w:t>
      </w:r>
    </w:p>
    <w:p>
      <w:r>
        <w:rPr>
          <w:rFonts w:ascii="Courier New" w:hAnsi="Courier New"/>
          <w:color w:val="555555"/>
          <w:sz w:val="20"/>
        </w:rPr>
        <w:t>[15]</w:t>
      </w:r>
    </w:p>
    <w:p>
      <w:r>
        <w:rPr>
          <w:rFonts w:ascii="Gentium Plus" w:hAnsi="Gentium Plus"/>
          <w:sz w:val="24"/>
        </w:rPr>
        <w:t>ποιοῦσιν. Ὁ δὲ τοῦ λωτοῦ καρπός ἐστι τῷ μεγέθει ὅσον μιμαίκυλον. Ποιοῦσι δὲ καὶ ἔλαιον πολὺ ἐκ κοτίνων. Φέρει δὲ καρπὸν ἡ νῆσος πολὺν, πυροὺς καὶ κριθάς. Ἔστι δὲ ἡ νῆσος εὔγειος. Πλοῦς ἀπὸ Ταριχειῶν εἰς τὴν νῆσον ἡμέρας μιᾶς. Μετὰ δὲ τὴν</w:t>
      </w:r>
    </w:p>
    <w:p>
      <w:r>
        <w:rPr>
          <w:rFonts w:ascii="Courier New" w:hAnsi="Courier New"/>
          <w:color w:val="555555"/>
          <w:sz w:val="20"/>
        </w:rPr>
        <w:t>[20]</w:t>
      </w:r>
    </w:p>
    <w:p>
      <w:r>
        <w:rPr>
          <w:rFonts w:ascii="Gentium Plus" w:hAnsi="Gentium Plus"/>
          <w:sz w:val="24"/>
        </w:rPr>
        <w:t>νῆσόν ἐστι Ἔπιχος πόλις. Ἀπὸ δὲ τῆς νήσου εἰς Ἔπιχον πλοῦς ἡμέρας ἡμισείας. Ἀπὸ δὲ Ἐσχίδων * [εἰς Μακομάδα ἢ Νεάπολιν] πλοῦς ἡμέρας· καὶ νῆσος ἔπεστιν ἐπ’ αὐτῇ ἐρήμη. Μετὰ δὲ ταύτην</w:t>
      </w:r>
    </w:p>
    <w:p>
      <w:r>
        <w:rPr>
          <w:rFonts w:ascii="Courier New" w:hAnsi="Courier New"/>
          <w:color w:val="555555"/>
          <w:sz w:val="20"/>
        </w:rPr>
        <w:t>[25]</w:t>
      </w:r>
    </w:p>
    <w:p>
      <w:r>
        <w:rPr>
          <w:rFonts w:ascii="Gentium Plus" w:hAnsi="Gentium Plus"/>
          <w:sz w:val="24"/>
        </w:rPr>
        <w:t>Παράπλους ἀπὸ ταύτης εἰς Θάψον ἡμέρας καὶ ἡμί‐ σεως. Ἀπὸ δὲ Θάψου ** [καὶ Λέπτεως] τῆς μικρᾶς καὶ Ἀδρύμητός ἐστι κόλπος μέγας εἴσω, ἐν ᾧ ἡ Σύρ‐ τις ἐστὶ ἡ μικρὰ, Κερκινῖτις καλουμένη, πολὺ τῆς ἄλλης Σύρτιδος χαλεπωτέρα καὶ δυσπλοωτέρα, ἧς τὸ</w:t>
      </w:r>
    </w:p>
    <w:p>
      <w:r>
        <w:rPr>
          <w:rFonts w:ascii="Courier New" w:hAnsi="Courier New"/>
          <w:color w:val="555555"/>
          <w:sz w:val="20"/>
        </w:rPr>
        <w:t>[30]</w:t>
      </w:r>
    </w:p>
    <w:p>
      <w:r>
        <w:rPr>
          <w:rFonts w:ascii="Gentium Plus" w:hAnsi="Gentium Plus"/>
          <w:sz w:val="24"/>
        </w:rPr>
        <w:t>περίμετρον στάδια ͵β. Ἐν ταύτῃ τῇ Σύρτιδι ἐνέστηκεν ἡ νῆσος Τριτωνὶς καλουμένη καὶ ποταμὸς Τρίτων, καὶ αὐτόθεν ἐστὶν Ἀθηνᾶς Τριτωνίδος ἱερόν. Στόμα δὲ ἔχει ἡ λίμνη μικρὸν, καὶ ἐν τῷ στόματι νῆσος ἔπεστι· καὶ ὅταν ἀνάπωτις ᾖ, ἐνίοτε ἡ λίμνη οὐκ</w:t>
      </w:r>
    </w:p>
    <w:p>
      <w:r>
        <w:rPr>
          <w:rFonts w:ascii="Courier New" w:hAnsi="Courier New"/>
          <w:color w:val="555555"/>
          <w:sz w:val="20"/>
        </w:rPr>
        <w:t>[35]</w:t>
      </w:r>
    </w:p>
    <w:p>
      <w:r>
        <w:rPr>
          <w:rFonts w:ascii="Gentium Plus" w:hAnsi="Gentium Plus"/>
          <w:sz w:val="24"/>
        </w:rPr>
        <w:t>ἔχειν εἴσπλουν ἐστὶ φαίνουσα. Ἡ δὲ λίμνη αὕτη ἐστὶ μεγάλη, τὸ περίμετρον ἔχουσα ὡς σταδίων χιλίων. Περιοικοῦσι δὲ αὐτὴν Λίβυες πάντες * ἔθνος, καὶ πόλις τὰ ἐπέκεινα πρὸς ἡλίου δυσμάς· οὗτοι γὰρ ἅπαντες * Λίβυες λέγονται ξανθοὶ, ἄπαστοι * καὶ</w:t>
      </w:r>
    </w:p>
    <w:p>
      <w:r>
        <w:rPr>
          <w:rFonts w:ascii="Courier New" w:hAnsi="Courier New"/>
          <w:color w:val="555555"/>
          <w:sz w:val="20"/>
        </w:rPr>
        <w:t>[40]</w:t>
      </w:r>
    </w:p>
    <w:p>
      <w:r>
        <w:rPr>
          <w:rFonts w:ascii="Gentium Plus" w:hAnsi="Gentium Plus"/>
          <w:sz w:val="24"/>
        </w:rPr>
        <w:t>κάλλιστοι. Καὶ ἡ χώρα αὕτη ἀρίστη καὶ παμφο‐ ρωτάτη, καὶ βοσκήματα παρ’ αὐτοῖς ἐστὶ καὶ μέ‐ γιστα καὶ πλεῖστα· καὶ αὐτοὶ πλουσιώτατοι (καὶ κάλ‐ λιστοι). Μετὰ δὲ τὴν Σύρτιν ταύτην Νεάπολίς ἐστι. Παράπλους δὲ ἀπὸ Ἀδρύμητος ἐπὶ Νέαν πόλιν ἡμέ‐</w:t>
      </w:r>
    </w:p>
    <w:p>
      <w:r>
        <w:rPr>
          <w:rFonts w:ascii="Courier New" w:hAnsi="Courier New"/>
          <w:color w:val="555555"/>
          <w:sz w:val="20"/>
        </w:rPr>
        <w:t>[45]</w:t>
      </w:r>
    </w:p>
    <w:p>
      <w:r>
        <w:rPr>
          <w:rFonts w:ascii="Gentium Plus" w:hAnsi="Gentium Plus"/>
          <w:sz w:val="24"/>
        </w:rPr>
        <w:t>ρας ἐστί. Μετὰ δὲ Νέαν πόλιν Ἑρμαία ἄκρα καὶ πόλις. Παράπλους ἀπὸ Νέας πόλεως εἰς Ἑρμαίαν ἡμέρας καὶ ἡμίσεως. Ἀπὸ δὲ Νέας πόλεώς ἐστιν εἰς ἰσθμὸν στάδια ρπʹ πεζῇ πρὸς τὴν ἑτέραν θάλασ‐ σαν τὴν πρὸς Καρχηδόνα. Ἔστι δὲ ἀκτὴ, δι’ ἧς</w:t>
      </w:r>
    </w:p>
    <w:p>
      <w:r>
        <w:rPr>
          <w:rFonts w:ascii="Courier New" w:hAnsi="Courier New"/>
          <w:color w:val="555555"/>
          <w:sz w:val="20"/>
        </w:rPr>
        <w:t>[110 (50)]</w:t>
      </w:r>
    </w:p>
    <w:p>
      <w:r>
        <w:rPr>
          <w:rFonts w:ascii="Gentium Plus" w:hAnsi="Gentium Plus"/>
          <w:sz w:val="24"/>
        </w:rPr>
        <w:t>ἰσθμός ἐστι. Παράπλους ἀπὸ τοῦ ποταμοῦ ἐντεῦθεν εἰς Καρχηδόνα ἥμισυ ἡμέρας. Ἡ δὲ Καρχηδονίων χώρα ἐστὶν ἐν κόλπῳ.</w:t>
      </w:r>
    </w:p>
    <w:p>
      <w:r>
        <w:rPr>
          <w:rFonts w:ascii="Courier New" w:hAnsi="Courier New"/>
          <w:color w:val="555555"/>
          <w:sz w:val="20"/>
        </w:rPr>
        <w:t>[111]</w:t>
      </w:r>
    </w:p>
    <w:p>
      <w:r>
        <w:rPr>
          <w:rFonts w:ascii="Gentium Plus" w:hAnsi="Gentium Plus"/>
          <w:sz w:val="24"/>
        </w:rPr>
        <w:t>ΚΑΡΧΗΔΩΝ. Μετὰ δὲ τὸν ἰσθμὸν Καρχηδών ἐστι, πόλις Φοινίκων καὶ λιμήν. Παράπλους ἀπὸ Ἑρμαίας ἥμισυ ἡμέρας εἰς Καρχηδόνα. Ἔπεισι δὲ νησία ἐν τῇ Ἑρμαίᾳ ἄκρᾳ, Ποντία νῆσος καὶ Κόσυ‐</w:t>
      </w:r>
    </w:p>
    <w:p>
      <w:r>
        <w:rPr>
          <w:rFonts w:ascii="Courier New" w:hAnsi="Courier New"/>
          <w:color w:val="555555"/>
          <w:sz w:val="20"/>
        </w:rPr>
        <w:t>[5]</w:t>
      </w:r>
    </w:p>
    <w:p>
      <w:r>
        <w:rPr>
          <w:rFonts w:ascii="Gentium Plus" w:hAnsi="Gentium Plus"/>
          <w:sz w:val="24"/>
        </w:rPr>
        <w:t>ρος. Πλοῦς δὲ ἀπὸ Ἑρμαίας ἐπὶ Κόσυρον ἡμέρας. Ἀπὸ Ἑρμαίας ἄκρας πρὸς ἥλιον ἀνίσχοντα ⟦μικρὸν ἀπὸ Ἑρμαίασ⟧ εἰσὶ νῆσοι τρεῖς μικραὶ κατὰ τοῦτο, ὑπὸ Καρχηδονίων οἰκούμεναι· Μελίτη πόλις καὶ λι‐ μὴν, Γαῦλος πόλις, Λαμπάς· αὕτη πύργους ἔχει δύο</w:t>
      </w:r>
    </w:p>
    <w:p>
      <w:r>
        <w:rPr>
          <w:rFonts w:ascii="Courier New" w:hAnsi="Courier New"/>
          <w:color w:val="555555"/>
          <w:sz w:val="20"/>
        </w:rPr>
        <w:t>[10]</w:t>
      </w:r>
    </w:p>
    <w:p>
      <w:r>
        <w:rPr>
          <w:rFonts w:ascii="Gentium Plus" w:hAnsi="Gentium Plus"/>
          <w:sz w:val="24"/>
        </w:rPr>
        <w:t>ἢ τρεῖς. Ἀπὸ δὲ Κοσύρου ἐπὶ Λιλύβαιον ἀκρωτήριον Σικελίας πλοῦς ἡμέρας μιᾶς. Μετὰ Καρχηδόνα Ἰτύκη πόλις καὶ λιμήν. Παράπλους δὲ ἀπὸ Καρχη‐ δόνος εἰς Ἰτύκην μιᾶς ἡμέρας. Ἀπὸ Ἰτύκης Ἵππου</w:t>
      </w:r>
    </w:p>
    <w:p>
      <w:r>
        <w:rPr>
          <w:rFonts w:ascii="Courier New" w:hAnsi="Courier New"/>
          <w:color w:val="555555"/>
          <w:sz w:val="20"/>
        </w:rPr>
        <w:t>[15]</w:t>
      </w:r>
    </w:p>
    <w:p>
      <w:r>
        <w:rPr>
          <w:rFonts w:ascii="Gentium Plus" w:hAnsi="Gentium Plus"/>
          <w:sz w:val="24"/>
        </w:rPr>
        <w:t>καὶ νῆσοι ἐν τῇ λίμνῃ, καὶ περὶ τὴν λίμνην πόλεις (ἐν ταῖς νήσοις) αἵδε· Ψέγας πόλις, καὶ ἀπαντίον αὐ‐ τῆς νῆσοι Ναξικαὶ πολλαί· Πιθηκοῦσαι καὶ λιμήν· κατ’ ἐναντίον αὐτῶν καὶ νῆσος καὶ πόλις ἐν τῇ νήσῳ Εὔβοια· Θάψα καὶ πόλις καὶ λιμὴν, Καύκακις πόλις</w:t>
      </w:r>
    </w:p>
    <w:p>
      <w:r>
        <w:rPr>
          <w:rFonts w:ascii="Courier New" w:hAnsi="Courier New"/>
          <w:color w:val="555555"/>
          <w:sz w:val="20"/>
        </w:rPr>
        <w:t>[20]</w:t>
      </w:r>
    </w:p>
    <w:p>
      <w:r>
        <w:rPr>
          <w:rFonts w:ascii="Gentium Plus" w:hAnsi="Gentium Plus"/>
          <w:sz w:val="24"/>
        </w:rPr>
        <w:t>καὶ λιμὴν, Σίδα πόλις, Ἰουλίου ἄκρα, πόλις καὶ λιμὴν, Ἕβδομος πόλις καὶ λιμὴν, Ἀκίον νῆσος, πόλις καὶ λι‐ μὴν ἔπεστι, Ψαμαθὸς νῆσος, πόλις καὶ λιμήν· καὶ κόλπος. Ἐν δὲ τῷ κόλπῳ Βαρτὰς νῆσος καὶ λιμὴν, Χάλκα πόλις ἐν τῷ ποταμῷ, Ἀρύλων πόλις, Μὴς πό‐</w:t>
      </w:r>
    </w:p>
    <w:p>
      <w:r>
        <w:rPr>
          <w:rFonts w:ascii="Courier New" w:hAnsi="Courier New"/>
          <w:color w:val="555555"/>
          <w:sz w:val="20"/>
        </w:rPr>
        <w:t>[25]</w:t>
      </w:r>
    </w:p>
    <w:p>
      <w:r>
        <w:rPr>
          <w:rFonts w:ascii="Gentium Plus" w:hAnsi="Gentium Plus"/>
          <w:sz w:val="24"/>
        </w:rPr>
        <w:t>λις καὶ λιμὴν, Σίγη πόλις ἐν τῷ ποταμῷ, καὶ πρὸ τοῦ ποταμοῦ νῆσος Ἄκρα, πόλις μεγάλη [καὶ] λιμὴν, Ἄκρος ἡ πόλις καὶ ὁ κόλπος ἐν αὐτῇ, ἔρημος νῆσος Δρίναυπα ὄνομα, Ἡράκλειος στήλη [ἡ] ἐν Λιβύῃ, ἄκρα Ἀβιλυκὴ [καὶ] πόλις ἐν ποταμῷ καὶ ἀντίον αὐτῆς τὰ</w:t>
      </w:r>
    </w:p>
    <w:p>
      <w:r>
        <w:rPr>
          <w:rFonts w:ascii="Courier New" w:hAnsi="Courier New"/>
          <w:color w:val="555555"/>
          <w:sz w:val="20"/>
        </w:rPr>
        <w:t>[30]</w:t>
      </w:r>
    </w:p>
    <w:p>
      <w:r>
        <w:rPr>
          <w:rFonts w:ascii="Gentium Plus" w:hAnsi="Gentium Plus"/>
          <w:sz w:val="24"/>
        </w:rPr>
        <w:t>Γάδειρα νῆσοι. Ἀπὸ Καρχηδόνος ταύτῃ ἐστὶν ἐφ’ Ἡρακλείους στήλας τοῦ καλλίστου πλοῦ παράπλους</w:t>
      </w:r>
    </w:p>
    <w:p>
      <w:r>
        <w:rPr>
          <w:rFonts w:ascii="Courier New" w:hAnsi="Courier New"/>
          <w:color w:val="555555"/>
          <w:sz w:val="20"/>
        </w:rPr>
        <w:t>[35]</w:t>
      </w:r>
    </w:p>
    <w:p>
      <w:r>
        <w:rPr>
          <w:rFonts w:ascii="Gentium Plus" w:hAnsi="Gentium Plus"/>
          <w:sz w:val="24"/>
        </w:rPr>
        <w:t>Λιβύῃ ταπεινὴ, ἡ δὲ ἐν τῇ Εὐρώπῃ ὑψηλή. Αὗται δέ εἰσιν ἄκραι καταντικρὺ ἀλλήλων· διέχουσι δὲ αὗται ἀπ’ ἀλλήλων πλοῦν ἡμέρας. Παράπλους Λιβύης ἀπ’ Αἰ‐ γύπτου τοῦ Κανωπικοῦ στόματος μέχρι Ἡρακλείων στηλῶν, τιθεμένου τοῦ λογισμοῦ κατὰ ταὐτὰ, ἅπερ ἐν</w:t>
      </w:r>
    </w:p>
    <w:p>
      <w:r>
        <w:rPr>
          <w:rFonts w:ascii="Courier New" w:hAnsi="Courier New"/>
          <w:color w:val="555555"/>
          <w:sz w:val="20"/>
        </w:rPr>
        <w:t>[40]</w:t>
      </w:r>
    </w:p>
    <w:p>
      <w:r>
        <w:rPr>
          <w:rFonts w:ascii="Gentium Plus" w:hAnsi="Gentium Plus"/>
          <w:sz w:val="24"/>
        </w:rPr>
        <w:t>Ἀσίᾳ καὶ Εὐρώπῃ γέγραπται, κατὰ τοὺς κόλπους κύ‐ κλῳ περιπλέοντι ἡμερῶν οδʹ. Ὅσα γέγραπται πολί‐ σματα ἢ ἐμπόρια ἐν τῇ Λιβύῃ, ἀπὸ τῆς Σύρτιδος τῆς παρ’ Ἑσπερίδας μέχρι Ἡρακλείων στηλῶν ἐν Λιβύῃ, πάντα ἐστὶ Καρχηδονίων.</w:t>
      </w:r>
    </w:p>
    <w:p>
      <w:r>
        <w:rPr>
          <w:rFonts w:ascii="Courier New" w:hAnsi="Courier New"/>
          <w:color w:val="555555"/>
          <w:sz w:val="20"/>
        </w:rPr>
        <w:t>[112]</w:t>
      </w:r>
    </w:p>
    <w:p>
      <w:r>
        <w:rPr>
          <w:rFonts w:ascii="Gentium Plus" w:hAnsi="Gentium Plus"/>
          <w:sz w:val="24"/>
        </w:rPr>
        <w:t>Μετὰ δὲ Ἡρακλείους στήλας εἰς τὸ ἔξω πλέοντι, ἔχοντι τὴν Λιβύην ἐν ἀριστερᾷ, κόλπος ἐστὶ μέγας μέχρι Ἑρμαίας ἄκρας. Ἔστι γὰρ καὶ ἐνταῦθα Ἑρμαία ἄκρα. Κατὰ δὲ μέσον τὸν κόλπον κεῖται</w:t>
      </w:r>
    </w:p>
    <w:p>
      <w:r>
        <w:rPr>
          <w:rFonts w:ascii="Courier New" w:hAnsi="Courier New"/>
          <w:color w:val="555555"/>
          <w:sz w:val="20"/>
        </w:rPr>
        <w:t>[5]</w:t>
      </w:r>
    </w:p>
    <w:p>
      <w:r>
        <w:rPr>
          <w:rFonts w:ascii="Gentium Plus" w:hAnsi="Gentium Plus"/>
          <w:sz w:val="24"/>
        </w:rPr>
        <w:t>Ποντίων τόπος καὶ πόλις. Περὶ δὲ τὴν πόλιν λίμνη κεῖται μεγάλη, ἐν δὲ τῇ λίμνη ταύτῃ κεῖνται νῆσοι πολλαί. Περὶ δὲ τὴν λίμνην πέφυκε κάλαμος καὶ</w:t>
      </w:r>
    </w:p>
    <w:p>
      <w:r>
        <w:rPr>
          <w:rFonts w:ascii="Courier New" w:hAnsi="Courier New"/>
          <w:color w:val="555555"/>
          <w:sz w:val="20"/>
        </w:rPr>
        <w:t>[10]</w:t>
      </w:r>
    </w:p>
    <w:p>
      <w:r>
        <w:rPr>
          <w:rFonts w:ascii="Gentium Plus" w:hAnsi="Gentium Plus"/>
          <w:sz w:val="24"/>
        </w:rPr>
        <w:t>ἐντεῦθεν ἐξαχθῶσιν. Τῇ δὲ λίμνῃ ταύτῃ ὄνομα Κη‐ φησιὰς, τῷ δὲ κόλπῳ Κώτης. Ἔστι δὲ Ἡρακλείων στηλῶν καὶ Ἑρμαίας ἄκρας ἐν τῷ μεταξύ. Ἀπὸ δὲ τῆς Ἑρμαίας ἄκρας ἕρματα τέταται μεγάλα, ἀπὸ δὴ τῆς Λιβύης ἐπὶ τὴν Εὐρώπην, οὐχ ὑπερέχοντα τῆς</w:t>
      </w:r>
    </w:p>
    <w:p>
      <w:r>
        <w:rPr>
          <w:rFonts w:ascii="Courier New" w:hAnsi="Courier New"/>
          <w:color w:val="555555"/>
          <w:sz w:val="20"/>
        </w:rPr>
        <w:t>[15]</w:t>
      </w:r>
    </w:p>
    <w:p>
      <w:r>
        <w:rPr>
          <w:rFonts w:ascii="Gentium Plus" w:hAnsi="Gentium Plus"/>
          <w:sz w:val="24"/>
        </w:rPr>
        <w:t>θαλάττης· ἐπικλύζει δὲ ἐπ’ αὐτὰ ἐνιαχῆ. Τέταται δὲ τὸ ἕρμα ἐπὶ ἑτέραν ἄκραν τῆς Εὐρώπης τὸ καταντικρύ· τῇ δὲ ἄκρᾳ ταύτῃ ὄνομα Ἱερὸν ἀκρωτήριον. Ἀπὸ δὲ τῆς Ἑρμαίας ἄκρας ποταμός ἐστιν Ἀνίδης· ἐξίησι δὲ οὗτος εἰς λίμνην μεγάλην. Μετὰ δὲ Ἀνίδην (εἶτά)</w:t>
      </w:r>
    </w:p>
    <w:p>
      <w:r>
        <w:rPr>
          <w:rFonts w:ascii="Courier New" w:hAnsi="Courier New"/>
          <w:color w:val="555555"/>
          <w:sz w:val="20"/>
        </w:rPr>
        <w:t>[20]</w:t>
      </w:r>
    </w:p>
    <w:p>
      <w:r>
        <w:rPr>
          <w:rFonts w:ascii="Gentium Plus" w:hAnsi="Gentium Plus"/>
          <w:sz w:val="24"/>
        </w:rPr>
        <w:t>ἐστιν ἄλλος ποταμὸς μέγας Λίξος καὶ πόλις Φοινί‐</w:t>
      </w:r>
    </w:p>
    <w:p>
      <w:r>
        <w:rPr>
          <w:rFonts w:ascii="Courier New" w:hAnsi="Courier New"/>
          <w:color w:val="555555"/>
          <w:sz w:val="20"/>
        </w:rPr>
        <w:t>[25]</w:t>
      </w:r>
    </w:p>
    <w:p>
      <w:r>
        <w:rPr>
          <w:rFonts w:ascii="Gentium Plus" w:hAnsi="Gentium Plus"/>
          <w:sz w:val="24"/>
        </w:rPr>
        <w:t>μάλιστα εἰς τὸν πόντον. Τῆς δὲ Λιβύης πᾶσα αὕτη ἡ χώρα ὀνομαστοτάτη καὶ ἱερωτάτη. Ἐπὶ δὲ τῷ ἀκρωτηρίῳ τῆς ἄκρας ἔπεστι βωμὸς μέγας, ποινής *, Ποσειδῶνος. Ἐν δὲ τῷ βωμῷ εἰσὶ γεγραμμένοι ἀν‐ δριάντες, λέοντες, δελφῖνες· Δαίδαλον δέ φασι ποιῆσαι.</w:t>
      </w:r>
    </w:p>
    <w:p>
      <w:r>
        <w:rPr>
          <w:rFonts w:ascii="Courier New" w:hAnsi="Courier New"/>
          <w:color w:val="555555"/>
          <w:sz w:val="20"/>
        </w:rPr>
        <w:t>[30]</w:t>
      </w:r>
    </w:p>
    <w:p>
      <w:r>
        <w:rPr>
          <w:rFonts w:ascii="Gentium Plus" w:hAnsi="Gentium Plus"/>
          <w:sz w:val="24"/>
        </w:rPr>
        <w:t>Ἀπὸ δὲ Σολόεντος ἄκρας ποταμός ἐστιν, ᾧ ὄνομα Ξιῶν. Περὶ τοῦτον τὸν ποταμὸν περιοικοῦσιν Αἰθίο‐ πες ἱεροί. Κατὰ δὲ ταῦτα νῆσός ἐστιν, ᾗ ὄνομα Κέρνη. Παράπλους δὲ ἀπὸ Ἡρακλείων στηλῶν ἐπὶ Ἑρμαῖαν ἄκραν ἡμερῶν δύο. Ἀπὸ δὲ Ἑρμαίας</w:t>
      </w:r>
    </w:p>
    <w:p>
      <w:r>
        <w:rPr>
          <w:rFonts w:ascii="Courier New" w:hAnsi="Courier New"/>
          <w:color w:val="555555"/>
          <w:sz w:val="20"/>
        </w:rPr>
        <w:t>[35]</w:t>
      </w:r>
    </w:p>
    <w:p>
      <w:r>
        <w:rPr>
          <w:rFonts w:ascii="Gentium Plus" w:hAnsi="Gentium Plus"/>
          <w:sz w:val="24"/>
        </w:rPr>
        <w:t>ἄκρας εἰς Σολόεντα ἄκραν παράπλους ἡμερῶν τριῶν. Ἀπὸ δὲ Σολόεντος εἰς Κέρνην παράπλους ἡμερῶν ἑπτά. Σύμπας δὲ ὁ παράπλους οὗτός ἐστι ἀπὸ Ἡρακλείων στηλῶν εἰς Κέρνην νῆσον ἡμερῶν δώδεκα. Τῆς Κέρ‐ νης δὲ νήσου τὰ ἐπέκεινα οὐκέτι ἐστὶ πλωτὰ διὰ βρα‐</w:t>
      </w:r>
    </w:p>
    <w:p>
      <w:r>
        <w:rPr>
          <w:rFonts w:ascii="Courier New" w:hAnsi="Courier New"/>
          <w:color w:val="555555"/>
          <w:sz w:val="20"/>
        </w:rPr>
        <w:t>[40]</w:t>
      </w:r>
    </w:p>
    <w:p>
      <w:r>
        <w:rPr>
          <w:rFonts w:ascii="Gentium Plus" w:hAnsi="Gentium Plus"/>
          <w:sz w:val="24"/>
        </w:rPr>
        <w:t>χύτητα θαλάττης καὶ πηλὸν καὶ φῦκος. Ἔστι δὲ τὸ φῦκος τῆς δοχμῆς τὸ πλάτος καὶ ἄνωθεν ὀξὺ, ὥστε κεντεῖν. Οἱ δὲ ἔμποροί εἰσι μὲν Φοίνικες· ἐπὰν δὲ ἀφίκωνται εἰς τὴν νῆσον τὴν Κέρνην, τοὺς μὲν γαύ‐ λους καθορμίζουσιν, ἐν τῇ Κέρνῃ σκηνὰς ποιησάμενοι</w:t>
      </w:r>
    </w:p>
    <w:p>
      <w:r>
        <w:rPr>
          <w:rFonts w:ascii="Courier New" w:hAnsi="Courier New"/>
          <w:color w:val="555555"/>
          <w:sz w:val="20"/>
        </w:rPr>
        <w:t>[45]</w:t>
      </w:r>
    </w:p>
    <w:p>
      <w:r>
        <w:rPr>
          <w:rFonts w:ascii="Gentium Plus" w:hAnsi="Gentium Plus"/>
          <w:sz w:val="24"/>
        </w:rPr>
        <w:t>αὑτοῖς· τὸν δὲ φόρτον ἐξελόμενοι αὐτοὶ διακομίζουσιν ἐν μικροῖς πλοίοις εἰς τὴν ἤπειρον. Εἰσὶ δὲ Αἰθίοπες πρὸς τὴν ἤπειρον. Εἰσὶ δὲ οὗτοι οἱ Αἰθίοπες, πρὸς οὓς διατίθενται. Πωλοῦσι δὲ πρὸς δέρματα ἐλάφων καὶ λεόντων καὶ παρδάλεων καὶ δέρματα ἐλεφάντων καὶ</w:t>
      </w:r>
    </w:p>
    <w:p>
      <w:r>
        <w:rPr>
          <w:rFonts w:ascii="Courier New" w:hAnsi="Courier New"/>
          <w:color w:val="555555"/>
          <w:sz w:val="20"/>
        </w:rPr>
        <w:t>[112 (50)]</w:t>
      </w:r>
    </w:p>
    <w:p>
      <w:r>
        <w:rPr>
          <w:rFonts w:ascii="Gentium Plus" w:hAnsi="Gentium Plus"/>
          <w:sz w:val="24"/>
        </w:rPr>
        <w:t>ὀδόντας, καὶ τῶν ἡμέρων βοσκημάτων. Οἱ Αἰθίοπες χρῶνται κόσμῳ * στίκτοις, καὶ ἐκπώμασι τοῦ ἐλέφαντος φιάλαις· καὶ αἱ γυναῖκες αὐτῶν χρῶνται κόσμῳ ψελίοις τοῦ ἐλέφαντος· χρῶνται δὲ καὶ πρὸς τοὺς ἵππους ἐλε‐ φαντίνῳ κόσμῳ. Εἰσὶ δὲ οὗτοι οἱ Αἰθίοπες μέγιστοι</w:t>
      </w:r>
    </w:p>
    <w:p>
      <w:r>
        <w:rPr>
          <w:rFonts w:ascii="Courier New" w:hAnsi="Courier New"/>
          <w:color w:val="555555"/>
          <w:sz w:val="20"/>
        </w:rPr>
        <w:t>[55]</w:t>
      </w:r>
    </w:p>
    <w:p>
      <w:r>
        <w:rPr>
          <w:rFonts w:ascii="Gentium Plus" w:hAnsi="Gentium Plus"/>
          <w:sz w:val="24"/>
        </w:rPr>
        <w:t>ἀνθρώπων πάντων ὧν ἡμεῖς ἴσμεν, μείζους ἢ τετρα‐ πήχεις· εἰσὶ δέ τινες αὐτῶν καὶ πενταπήχεις· καὶ πωγωνοφόροι εἰσὶ καὶ κομῆται, καὶ κάλλιστοι πάν‐ των ἀνθρώπων οὗτοί εἰσι. Καὶ βασιλεύει αὐτῶν οὗ‐ τος, ὃς ἂν ᾖ μέγιστος. Εἰσὶ καὶ ἱππηλάται καὶ</w:t>
      </w:r>
    </w:p>
    <w:p>
      <w:r>
        <w:rPr>
          <w:rFonts w:ascii="Courier New" w:hAnsi="Courier New"/>
          <w:color w:val="555555"/>
          <w:sz w:val="20"/>
        </w:rPr>
        <w:t>[60]</w:t>
      </w:r>
    </w:p>
    <w:p>
      <w:r>
        <w:rPr>
          <w:rFonts w:ascii="Gentium Plus" w:hAnsi="Gentium Plus"/>
          <w:sz w:val="24"/>
        </w:rPr>
        <w:t>ἀκοντισταὶ καὶ τοξόται, καὶ χρῶνται τοῖς βέλεσι πε‐ πυρακτωμένοις. Οἱ δὲ Φοίνικες ἔμποροι εἰσάγουσιν αὐτοῖς μύρον, λίθον Αἰγυπτίαν, ἄπρους ἐξαράκτους, κέραμον Ἀττικὸν καὶ χοῦς· τὰ γὰρ πλάσματά ἐστιν ὤνια ἐν τοῖς Χουσὶ τῇ ἑορτῇ. Εἰσὶ δὲ οἱ Αἰθίοπες</w:t>
      </w:r>
    </w:p>
    <w:p>
      <w:r>
        <w:rPr>
          <w:rFonts w:ascii="Courier New" w:hAnsi="Courier New"/>
          <w:color w:val="555555"/>
          <w:sz w:val="20"/>
        </w:rPr>
        <w:t>[65]</w:t>
      </w:r>
    </w:p>
    <w:p>
      <w:r>
        <w:rPr>
          <w:rFonts w:ascii="Gentium Plus" w:hAnsi="Gentium Plus"/>
          <w:sz w:val="24"/>
        </w:rPr>
        <w:t>οὗτοι κρεοφάγοι, γαλακτοπόται, οἶνον δὲ ποιοῦσι πο‐</w:t>
      </w:r>
    </w:p>
    <w:p>
      <w:r>
        <w:rPr>
          <w:rFonts w:ascii="Courier New" w:hAnsi="Courier New"/>
          <w:color w:val="555555"/>
          <w:sz w:val="20"/>
        </w:rPr>
        <w:t>[70]</w:t>
      </w:r>
    </w:p>
    <w:p>
      <w:r>
        <w:rPr>
          <w:rFonts w:ascii="Gentium Plus" w:hAnsi="Gentium Plus"/>
          <w:sz w:val="24"/>
        </w:rPr>
        <w:t>ἐντεῦθεν εἰς Αἴγυπτον, καὶ εἶναι ταύτην [τὴν] θάλατταν συνεχῆ, ἀκτὴν δὲ εἶναι τὴν Λιβύην.</w:t>
      </w:r>
    </w:p>
    <w:p>
      <w:r>
        <w:rPr>
          <w:rFonts w:ascii="Courier New" w:hAnsi="Courier New"/>
          <w:color w:val="555555"/>
          <w:sz w:val="20"/>
        </w:rPr>
        <w:t>[113]</w:t>
      </w:r>
    </w:p>
    <w:p>
      <w:r>
        <w:rPr>
          <w:rFonts w:ascii="Gentium Plus" w:hAnsi="Gentium Plus"/>
          <w:sz w:val="24"/>
        </w:rPr>
        <w:t>ΔΙΑΦΡΑΓΜΑ διὰ τῆς θαλάττης [ἀπὸ] τῆς Εὐρώπης εἰς τὴν Ἀσίαν ἐπιεικῶς εὐθὺ κατ’ ὀρθόν. Ἄρχεται δὲ τὸ διάφραγμα ἀπὸ Εὐρίπου τοῦ κατὰ</w:t>
      </w:r>
    </w:p>
    <w:p>
      <w:r>
        <w:rPr>
          <w:rFonts w:ascii="Courier New" w:hAnsi="Courier New"/>
          <w:color w:val="555555"/>
          <w:sz w:val="20"/>
        </w:rPr>
        <w:t>[5]</w:t>
      </w:r>
    </w:p>
    <w:p>
      <w:r>
        <w:rPr>
          <w:rFonts w:ascii="Gentium Plus" w:hAnsi="Gentium Plus"/>
          <w:sz w:val="24"/>
        </w:rPr>
        <w:t>Χαλκίδα καὶ ἔστιν ἐπὶ Γεραιστὸν στάδια [ψʹ καὶ νʹ]. Ἀπὸ Γεραιστοῦ ἐπὶ Παιώνιον τῆς Ἄνδρου στάδια πʹ. Ἀπὸ [Παιωνίου] τῆς Ἄνδρου ἐπὶ τὸν Αὐλῶνα στά‐ δια σπʹ. Τοῦ Αὐλῶνος διάπλους εἰς Τῆνον στάδια ιβʹ.</w:t>
      </w:r>
    </w:p>
    <w:p>
      <w:r>
        <w:rPr>
          <w:rFonts w:ascii="Courier New" w:hAnsi="Courier New"/>
          <w:color w:val="555555"/>
          <w:sz w:val="20"/>
        </w:rPr>
        <w:t>[10]</w:t>
      </w:r>
    </w:p>
    <w:p>
      <w:r>
        <w:rPr>
          <w:rFonts w:ascii="Gentium Plus" w:hAnsi="Gentium Plus"/>
          <w:sz w:val="24"/>
        </w:rPr>
        <w:t>Αὐτῆς δὲ τῆς νήσου ἐπὶ τὸ ἀκρωτήριον τὸ κατὰ Ῥη‐ ναίαν στάδια ρνʹ. Τοῦ δὲ διάπλου εἰς Ῥηναίαν στάδια μʹ. Αὐτῆς δὲ Ῥηναίας καὶ τοῦ διάπλου εἰς Μύκονον στάδια μʹ.</w:t>
      </w:r>
    </w:p>
    <w:p>
      <w:r>
        <w:rPr>
          <w:rFonts w:ascii="Courier New" w:hAnsi="Courier New"/>
          <w:color w:val="555555"/>
          <w:sz w:val="20"/>
        </w:rPr>
        <w:t>[15]</w:t>
      </w:r>
    </w:p>
    <w:p>
      <w:r>
        <w:rPr>
          <w:rFonts w:ascii="Gentium Plus" w:hAnsi="Gentium Plus"/>
          <w:sz w:val="24"/>
        </w:rPr>
        <w:t>Ἀπὸ δὲ Μυκόνου διάπλους ἐπὶ τοὺς Μελαντίους σκο‐ πέλους προαριστιδίου μικρῷ ἐλάττων, σταδίων [ρ] μʹ. Ἀπὸ δὲ Μελαντίων σκοπέλων πλοῦς εἰς Ἴκαρον προαριστίδιος. Αὐτῆς δὲ τῆς Ἰκάρου στάδια τʹ ἐπὶ μῆκος.</w:t>
      </w:r>
    </w:p>
    <w:p>
      <w:r>
        <w:rPr>
          <w:rFonts w:ascii="Courier New" w:hAnsi="Courier New"/>
          <w:color w:val="555555"/>
          <w:sz w:val="20"/>
        </w:rPr>
        <w:t>[20]</w:t>
      </w:r>
    </w:p>
    <w:p>
      <w:r>
        <w:rPr>
          <w:rFonts w:ascii="Gentium Plus" w:hAnsi="Gentium Plus"/>
          <w:sz w:val="24"/>
        </w:rPr>
        <w:t>Ἀπὸ δὲ Ἰκάρου πλοῦς εἰς Σάμον προαριστίδιος. Αὐτῆς δὲ Σάμου στάδια σʹ. Ἐκ Σάμου εἰς Μυκάλην τοῦ διάπλου στάδια ζʹ. (ιζ?). Τὸ πᾶν, ἐὰν ἐκ Σάμου πλέωσι πρὸ ἀρίστου, στάδια ͵βτοʹ, μὴ προσλογιζομένου τοῦ πλοῦ [τοῦ ἐκ Μυκάλης</w:t>
      </w:r>
    </w:p>
    <w:p>
      <w:r>
        <w:rPr>
          <w:rFonts w:ascii="Courier New" w:hAnsi="Courier New"/>
          <w:color w:val="555555"/>
          <w:sz w:val="20"/>
        </w:rPr>
        <w:t>[25]</w:t>
      </w:r>
    </w:p>
    <w:p>
      <w:r>
        <w:rPr>
          <w:rFonts w:ascii="Gentium Plus" w:hAnsi="Gentium Plus"/>
          <w:sz w:val="24"/>
        </w:rPr>
        <w:t>εἰς Σάμον].</w:t>
      </w:r>
    </w:p>
    <w:p>
      <w:r>
        <w:rPr>
          <w:rFonts w:ascii="Courier New" w:hAnsi="Courier New"/>
          <w:color w:val="555555"/>
          <w:sz w:val="20"/>
        </w:rPr>
        <w:t>[113bis]</w:t>
      </w:r>
    </w:p>
    <w:p>
      <w:r>
        <w:rPr>
          <w:rFonts w:ascii="Gentium Plus" w:hAnsi="Gentium Plus"/>
          <w:sz w:val="24"/>
        </w:rPr>
        <w:t>Ἕτερον διάφραγμα ὀρθὸν κατ’ εὐθύ. [Ἀπὸ Μαλέας] ἕως Κυθήρων στάδια λʹ (ρλʹ?). Αὐτῶν δὲ Κυθήρων μῆκος στάδια ρʹ (σʹ?). Εἰς Αἰγιλίαν πλοῦς προαριστίδιος.</w:t>
      </w:r>
    </w:p>
    <w:p>
      <w:r>
        <w:rPr>
          <w:rFonts w:ascii="Courier New" w:hAnsi="Courier New"/>
          <w:color w:val="555555"/>
          <w:sz w:val="20"/>
        </w:rPr>
        <w:t>[5]</w:t>
      </w:r>
    </w:p>
    <w:p>
      <w:r>
        <w:rPr>
          <w:rFonts w:ascii="Gentium Plus" w:hAnsi="Gentium Plus"/>
          <w:sz w:val="24"/>
        </w:rPr>
        <w:t>[Αὐτῆς Αἰγιλίας μῆκος στάδια νʹ. Ἀπ’ Αἰγιλίας εἰς Κρήτην, πλοῦς προαριστίδιος] Κρήτης αὐτῆς μῆκος στάδια ͵βφʹ (͵αφʹ?). Ἀπὸ Κρήτης εἰς Κάρπαθον στάδια ρʹ (φ?). Αὐτῆς Καρπάθου μῆκος στάδια ρʹ (τʹ?).</w:t>
      </w:r>
    </w:p>
    <w:p>
      <w:r>
        <w:rPr>
          <w:rFonts w:ascii="Courier New" w:hAnsi="Courier New"/>
          <w:color w:val="555555"/>
          <w:sz w:val="20"/>
        </w:rPr>
        <w:t>[10]</w:t>
      </w:r>
    </w:p>
    <w:p>
      <w:r>
        <w:rPr>
          <w:rFonts w:ascii="Gentium Plus" w:hAnsi="Gentium Plus"/>
          <w:sz w:val="24"/>
        </w:rPr>
        <w:t>Εἰς Ῥόδον ἀπὸ Καρπάθου πλοῦς στάδια ρʹ (τʹ?). Αὐτῆς Ῥόδου μῆκος στάδια χʹ. Ἀπὸ Ῥόδου εἰς τὴν Ἀσίαν στάδια ρʹ. Ἔστι τοῦ διάπλου τὸ διάφραγμα στάδια δσοʹ.</w:t>
      </w:r>
    </w:p>
    <w:p>
      <w:r>
        <w:rPr>
          <w:rFonts w:ascii="Courier New" w:hAnsi="Courier New"/>
          <w:color w:val="555555"/>
          <w:sz w:val="20"/>
        </w:rPr>
        <w:t>[114]</w:t>
      </w:r>
    </w:p>
    <w:p>
      <w:r>
        <w:rPr>
          <w:rFonts w:ascii="Gentium Plus" w:hAnsi="Gentium Plus"/>
          <w:sz w:val="24"/>
        </w:rPr>
        <w:t>ΜΕΓΕΘΗ ΝΗΣΩΝ. Μεγίστη Σαρδώ. Δευτέρα Σικελία. Τρίτη Κρήτη. Τετάρτη Κύπρος. Πέμπτη Εὔβοια. Ἕκτη Κύρνος. Ἑβδόμη Λέσβος. Ὀγδόη Ῥόδος. Ἐνάτη Χίος. Δεκάτη</w:t>
      </w:r>
    </w:p>
    <w:p>
      <w:r>
        <w:rPr>
          <w:rFonts w:ascii="Courier New" w:hAnsi="Courier New"/>
          <w:color w:val="555555"/>
          <w:sz w:val="20"/>
        </w:rPr>
        <w:t>[5]</w:t>
      </w:r>
    </w:p>
    <w:p>
      <w:r>
        <w:rPr>
          <w:rFonts w:ascii="Gentium Plus" w:hAnsi="Gentium Plus"/>
          <w:sz w:val="24"/>
        </w:rPr>
        <w:t>Σάμος. Ἑνδεκάτη Κόρκυρα. Δωδεκάτη Κάσος. Τρισ‐ καιδεκάτη Κεφαλληνία. Τεσσαρεσκαιδεκάτη Νάξος. Πεντεκαιδεκάτη Κῶς. Ἑξκαιδεκάτη Ζάκυνθος. Ἑπτα‐ καιδεκάτη Λῆμνος. Ὀκτωκαιδεκάτη Αἴγινα. Ἐννα‐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