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Σημωνίδης ὁ Ἀμοργῖνος</w:t>
      </w:r>
      <w:r>
        <w:br/>
      </w:r>
      <w:r>
        <w:rPr>
          <w:i/>
          <w:color w:val="666666"/>
          <w:sz w:val="28"/>
        </w:rPr>
        <w:t>by Semonides of Amorgos</w:t>
      </w:r>
    </w:p>
    <w:p/>
    <w:p>
      <w:r>
        <w:rPr>
          <w:rFonts w:ascii="Courier New" w:hAnsi="Courier New"/>
          <w:color w:val="555555"/>
          <w:sz w:val="20"/>
        </w:rPr>
        <w:t>[3b,534,T 1a]</w:t>
      </w:r>
    </w:p>
    <w:p>
      <w:r>
        <w:rPr>
          <w:rFonts w:ascii="Gentium Plus" w:hAnsi="Gentium Plus"/>
          <w:sz w:val="24"/>
        </w:rPr>
        <w:t>SUDA s. v. ⟦Σιμμίας Ῥόδιος· γραμματικός. ἔγραψε Γλώσσας βιβλία γ· ποιήματα διάφορα βιβλία δ⟧. ἦν δὲ τὸ ἐξαρχῆς Σάμιος, ἐν δὲ τῶι ἀποικισμῶι τῆς Ἀμοργοῦ ἐστάλη καὶ αὐτὸς ἡγεμὼν ὑπὸ Σαμίων· ἔκτισε δὲ Ἀμοργὸν εἰς τρεῖς πόλεις, Μινώιαν, Αἰγιαλόν, Ἀρκεσίνην. γέγονε δὲ μετὰ υϛ ἔτη τῶν Τρωικῶν, καὶ ἔγραψε κατά τινας πρῶτος</w:t>
      </w:r>
    </w:p>
    <w:p>
      <w:r>
        <w:rPr>
          <w:rFonts w:ascii="Courier New" w:hAnsi="Courier New"/>
          <w:color w:val="555555"/>
          <w:sz w:val="20"/>
        </w:rPr>
        <w:t>[5]</w:t>
      </w:r>
    </w:p>
    <w:p>
      <w:r>
        <w:rPr>
          <w:rFonts w:ascii="Gentium Plus" w:hAnsi="Gentium Plus"/>
          <w:sz w:val="24"/>
        </w:rPr>
        <w:t>ἰάμβους· ⟦καὶ ἄλλα διάφορα⟧· Ἀρχαιολογίαν τε τῶν Σαμίων.</w:t>
      </w:r>
    </w:p>
    <w:p>
      <w:r>
        <w:rPr>
          <w:rFonts w:ascii="Courier New" w:hAnsi="Courier New"/>
          <w:color w:val="555555"/>
          <w:sz w:val="20"/>
        </w:rPr>
        <w:t>[3b,534,T 1b]</w:t>
      </w:r>
    </w:p>
    <w:p>
      <w:r>
        <w:rPr>
          <w:rFonts w:ascii="Gentium Plus" w:hAnsi="Gentium Plus"/>
          <w:sz w:val="24"/>
        </w:rPr>
        <w:t>—s.v. Σιμωνίδης Κρί‐ νεω Ἀμοργῖνος· ἰαμβογράφος. ἔγραψεν ἐλεγείαν ἐν βιβλίοις β· ἰάμβους. γέγονε δὲ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