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Λευϊτικόν</w:t>
      </w:r>
      <w:r>
        <w:br/>
      </w:r>
      <w:r>
        <w:rPr>
          <w:i/>
          <w:color w:val="666666"/>
          <w:sz w:val="40"/>
        </w:rPr>
        <w:t>Leviticus</w:t>
      </w:r>
    </w:p>
    <w:p>
      <w:pPr>
        <w:jc w:val="center"/>
      </w:pPr>
      <w:r>
        <w:rPr>
          <w:rFonts w:ascii="Times New Roman" w:hAnsi="Times New Roman"/>
          <w:color w:val="1E3A70"/>
          <w:sz w:val="32"/>
        </w:rPr>
        <w:t>Ἡ μετάφρασις τῶν Ἑβδομήκοντα</w:t>
      </w:r>
      <w:r>
        <w:br/>
      </w:r>
      <w:r>
        <w:rPr>
          <w:i/>
          <w:color w:val="666666"/>
          <w:sz w:val="28"/>
        </w:rPr>
        <w:t>by Septuagint</w:t>
      </w:r>
    </w:p>
    <w:p/>
    <w:p>
      <w:pPr>
        <w:jc w:val="center"/>
      </w:pPr>
      <w:r>
        <w:rPr>
          <w:rFonts w:ascii="Gentium Plus" w:hAnsi="Gentium Plus"/>
          <w:b/>
          <w:sz w:val="24"/>
        </w:rPr>
        <w:t>ΛΕΥΙΤΙΚΟΝ</w:t>
      </w:r>
    </w:p>
    <w:p>
      <w:r>
        <w:rPr>
          <w:rFonts w:ascii="Courier New" w:hAnsi="Courier New"/>
          <w:color w:val="555555"/>
          <w:sz w:val="20"/>
        </w:rPr>
        <w:t>[Lev . 1 . 1]</w:t>
      </w:r>
    </w:p>
    <w:p>
      <w:r>
        <w:rPr>
          <w:rFonts w:ascii="Gentium Plus" w:hAnsi="Gentium Plus"/>
          <w:sz w:val="24"/>
        </w:rPr>
        <w:t>Καὶ ἀνεκάλεσεν Μωυσῆν καὶ ἐλάλησεν κύριος αὐτῷ ἐκ τῆς σκηνῆς τοῦ μαρτυρίου λέγων</w:t>
      </w:r>
    </w:p>
    <w:p>
      <w:r>
        <w:rPr>
          <w:rFonts w:ascii="Courier New" w:hAnsi="Courier New"/>
          <w:color w:val="555555"/>
          <w:sz w:val="20"/>
        </w:rPr>
        <w:t>[Lev . 1 . 2]</w:t>
      </w:r>
    </w:p>
    <w:p>
      <w:r>
        <w:rPr>
          <w:rFonts w:ascii="Gentium Plus" w:hAnsi="Gentium Plus"/>
          <w:sz w:val="24"/>
        </w:rPr>
        <w:t>Λάλησον τοῖς υἱοῖς Ισραηλ καὶ ἐρεῖς πρὸς αὐτούς Ἄνθρωπος ἐξ ὑμῶν ἐὰν προσαγάγῃ δῶρα τῷ κυρίῳ, ἀπὸ τῶν κτηνῶν, ἀπὸ τῶν βοῶν καὶ ἀπὸ τῶν προβάτων, προσοίσετε τὰ δῶρα ὑμῶν.</w:t>
      </w:r>
    </w:p>
    <w:p>
      <w:r>
        <w:rPr>
          <w:rFonts w:ascii="Courier New" w:hAnsi="Courier New"/>
          <w:color w:val="555555"/>
          <w:sz w:val="20"/>
        </w:rPr>
        <w:t>[Lev . 1 . 3]</w:t>
      </w:r>
    </w:p>
    <w:p>
      <w:r>
        <w:rPr>
          <w:rFonts w:ascii="Gentium Plus" w:hAnsi="Gentium Plus"/>
          <w:sz w:val="24"/>
        </w:rPr>
        <w:t>ἐὰν ὁλοκαύτωμα τὸ δῶρον αὐτοῦ ἐκ τῶν βοῶν, ἄρσεν ἄμωμον προσάξει· πρὸς τὴν θύραν τῆς σκηνῆς τοῦ μαρτυρίου προσοίσει αὐτὸ δεκτὸν ἐναντίον κυρίου.</w:t>
      </w:r>
    </w:p>
    <w:p>
      <w:r>
        <w:rPr>
          <w:rFonts w:ascii="Courier New" w:hAnsi="Courier New"/>
          <w:color w:val="555555"/>
          <w:sz w:val="20"/>
        </w:rPr>
        <w:t>[Lev . 1 . 4]</w:t>
      </w:r>
    </w:p>
    <w:p>
      <w:r>
        <w:rPr>
          <w:rFonts w:ascii="Gentium Plus" w:hAnsi="Gentium Plus"/>
          <w:sz w:val="24"/>
        </w:rPr>
        <w:t>καὶ ἐπι‐ θήσει τὴν χεῖρα ἐπὶ τὴν κεφαλὴν τοῦ καρπώματος, δεκτὸν αὐτῷ ἐξιλάσασθαι περὶ αὐτοῦ.</w:t>
      </w:r>
    </w:p>
    <w:p>
      <w:r>
        <w:rPr>
          <w:rFonts w:ascii="Courier New" w:hAnsi="Courier New"/>
          <w:color w:val="555555"/>
          <w:sz w:val="20"/>
        </w:rPr>
        <w:t>[Lev . 1 . 5]</w:t>
      </w:r>
    </w:p>
    <w:p>
      <w:r>
        <w:rPr>
          <w:rFonts w:ascii="Gentium Plus" w:hAnsi="Gentium Plus"/>
          <w:sz w:val="24"/>
        </w:rPr>
        <w:t>καὶ σφάξουσι τὸν μόσχον ἔναντι κυρίου, καὶ προσοίσουσιν οἱ υἱοὶ Ααρων οἱ ἱερεῖς τὸ αἷμα καὶ προσχεοῦ‐ σιν τὸ αἷμα ἐπὶ τὸ θυσιαστήριον κύκλῳ τὸ ἐπὶ τῶν θυρῶν τῆς σκηνῆς τοῦ μαρτυρίου.</w:t>
      </w:r>
    </w:p>
    <w:p>
      <w:r>
        <w:rPr>
          <w:rFonts w:ascii="Courier New" w:hAnsi="Courier New"/>
          <w:color w:val="555555"/>
          <w:sz w:val="20"/>
        </w:rPr>
        <w:t>[Lev . 1 . 6]</w:t>
      </w:r>
    </w:p>
    <w:p>
      <w:r>
        <w:rPr>
          <w:rFonts w:ascii="Gentium Plus" w:hAnsi="Gentium Plus"/>
          <w:sz w:val="24"/>
        </w:rPr>
        <w:t>καὶ ἐκδείραντες τὸ ὁλοκαύτωμα μελιοῦσιν αὐτὸ κατὰ μέλη,</w:t>
      </w:r>
    </w:p>
    <w:p>
      <w:r>
        <w:rPr>
          <w:rFonts w:ascii="Courier New" w:hAnsi="Courier New"/>
          <w:color w:val="555555"/>
          <w:sz w:val="20"/>
        </w:rPr>
        <w:t>[Lev . 1 . 7]</w:t>
      </w:r>
    </w:p>
    <w:p>
      <w:r>
        <w:rPr>
          <w:rFonts w:ascii="Gentium Plus" w:hAnsi="Gentium Plus"/>
          <w:sz w:val="24"/>
        </w:rPr>
        <w:t>καὶ ἐπιθήσουσιν οἱ υἱοὶ Ααρων οἱ ἱερεῖς πῦρ ἐπὶ τὸ θυσιαστήριον καὶ ἐπιστοιβάσουσιν ξύλα ἐπὶ τὸ πῦρ,</w:t>
      </w:r>
    </w:p>
    <w:p>
      <w:r>
        <w:rPr>
          <w:rFonts w:ascii="Courier New" w:hAnsi="Courier New"/>
          <w:color w:val="555555"/>
          <w:sz w:val="20"/>
        </w:rPr>
        <w:t>[Lev . 1 . 8]</w:t>
      </w:r>
    </w:p>
    <w:p>
      <w:r>
        <w:rPr>
          <w:rFonts w:ascii="Gentium Plus" w:hAnsi="Gentium Plus"/>
          <w:sz w:val="24"/>
        </w:rPr>
        <w:t>καὶ ἐπιστοιβάσουσιν οἱ υἱοὶ Ααρων οἱ ἱερεῖς τὰ διχοτομήματα καὶ τὴν κεφαλὴν καὶ τὸ στέαρ ἐπὶ τὰ ξύλα τὰ ἐπὶ τοῦ πυρὸς τὰ ὄντα ἐπὶ τοῦ θυσιαστηρίου,</w:t>
      </w:r>
    </w:p>
    <w:p>
      <w:r>
        <w:rPr>
          <w:rFonts w:ascii="Courier New" w:hAnsi="Courier New"/>
          <w:color w:val="555555"/>
          <w:sz w:val="20"/>
        </w:rPr>
        <w:t>[Lev . 1 . 9]</w:t>
      </w:r>
    </w:p>
    <w:p>
      <w:r>
        <w:rPr>
          <w:rFonts w:ascii="Gentium Plus" w:hAnsi="Gentium Plus"/>
          <w:sz w:val="24"/>
        </w:rPr>
        <w:t>τὰ δὲ ἐγκοίλια καὶ τοὺς πόδας πλυνοῦσιν ὕδατι, καὶ ἐπιθήσουσιν οἱ ἱερεῖς τὰ πάντα ἐπὶ τὸ θυσιαστήριον· κάρπωμά ἐστιν, θυσία, ὀσμὴ εὐωδίας τῷ κυρίῳ.</w:t>
      </w:r>
    </w:p>
    <w:p>
      <w:r>
        <w:rPr>
          <w:rFonts w:ascii="Courier New" w:hAnsi="Courier New"/>
          <w:color w:val="555555"/>
          <w:sz w:val="20"/>
        </w:rPr>
        <w:t>[Lev . 1 . 10]</w:t>
      </w:r>
    </w:p>
    <w:p>
      <w:r>
        <w:rPr>
          <w:rFonts w:ascii="Gentium Plus" w:hAnsi="Gentium Plus"/>
          <w:sz w:val="24"/>
        </w:rPr>
        <w:t>Ἐὰν δὲ ἀπὸ τῶν προβάτων τὸ δῶρον αὐτοῦ τῷ κυρίῳ, ἀπό</w:t>
      </w:r>
    </w:p>
    <w:p>
      <w:r>
        <w:rPr>
          <w:rFonts w:ascii="Courier New" w:hAnsi="Courier New"/>
          <w:color w:val="555555"/>
          <w:sz w:val="20"/>
        </w:rPr>
        <w:t>[Lev . 1 . 11]</w:t>
      </w:r>
    </w:p>
    <w:p>
      <w:r>
        <w:rPr>
          <w:rFonts w:ascii="Gentium Plus" w:hAnsi="Gentium Plus"/>
          <w:sz w:val="24"/>
        </w:rPr>
        <w:t>καὶ σφάξουσιν αὐτὸ ἐκ πλαγίων τοῦ θυσιαστηρίου πρὸς βορρᾶν ἔναντι κυρίου, καὶ προσχεοῦσιν οἱ υἱοὶ Ααρων οἱ ἱερεῖς τὸ αἷμα αὐτοῦ ἐπὶ τὸ θυσιαστήριον κύκλῳ.</w:t>
      </w:r>
    </w:p>
    <w:p>
      <w:r>
        <w:rPr>
          <w:rFonts w:ascii="Courier New" w:hAnsi="Courier New"/>
          <w:color w:val="555555"/>
          <w:sz w:val="20"/>
        </w:rPr>
        <w:t>[Lev . 1 . 12]</w:t>
      </w:r>
    </w:p>
    <w:p>
      <w:r>
        <w:rPr>
          <w:rFonts w:ascii="Gentium Plus" w:hAnsi="Gentium Plus"/>
          <w:sz w:val="24"/>
        </w:rPr>
        <w:t>καὶ διελοῦσιν αὐτὸ κατὰ μέ‐ λη καὶ τὴν κεφαλὴν καὶ τὸ στέαρ, καὶ ἐπιστοιβάσουσιν αὐτὰ οἱ ἱερεῖς ἐπὶ τὰ ξύλα τὰ ἐπὶ τοῦ πυρὸς τὰ ἐπὶ τοῦ θυσιαστηρίου.</w:t>
      </w:r>
    </w:p>
    <w:p>
      <w:r>
        <w:rPr>
          <w:rFonts w:ascii="Courier New" w:hAnsi="Courier New"/>
          <w:color w:val="555555"/>
          <w:sz w:val="20"/>
        </w:rPr>
        <w:t>[Lev . 1 . 13]</w:t>
      </w:r>
    </w:p>
    <w:p>
      <w:r>
        <w:rPr>
          <w:rFonts w:ascii="Gentium Plus" w:hAnsi="Gentium Plus"/>
          <w:sz w:val="24"/>
        </w:rPr>
        <w:t>καὶ τὰ ἐγκοίλια καὶ τοὺς πόδας πλυνοῦσιν ὕδατι, καὶ προσοίσει ὁ ἱερεὺς τὰ πάντα καὶ ἐπιθήσει ἐπὶ τὸ θυσιαστήριον· κάρπωμά ἐστιν, θυσία, ὀσμὴ εὐωδίας τῷ κυρίῳ.</w:t>
      </w:r>
    </w:p>
    <w:p>
      <w:r>
        <w:rPr>
          <w:rFonts w:ascii="Courier New" w:hAnsi="Courier New"/>
          <w:color w:val="555555"/>
          <w:sz w:val="20"/>
        </w:rPr>
        <w:t>[Lev . 1 . 14]</w:t>
      </w:r>
    </w:p>
    <w:p>
      <w:r>
        <w:rPr>
          <w:rFonts w:ascii="Gentium Plus" w:hAnsi="Gentium Plus"/>
          <w:sz w:val="24"/>
        </w:rPr>
        <w:t>Ἐὰν δὲ ἀπὸ τῶν πετεινῶν κάρπωμα προσφέρῃς δῶρον τῷ κυρίῳ, καὶ προσοίσει ἀπὸ τῶν τρυγόνων ἢ ἀπὸ τῶν περιστερῶν τὸ δῶρον αὐτοῦ.</w:t>
      </w:r>
    </w:p>
    <w:p>
      <w:r>
        <w:rPr>
          <w:rFonts w:ascii="Courier New" w:hAnsi="Courier New"/>
          <w:color w:val="555555"/>
          <w:sz w:val="20"/>
        </w:rPr>
        <w:t>[Lev . 1 . 15]</w:t>
      </w:r>
    </w:p>
    <w:p>
      <w:r>
        <w:rPr>
          <w:rFonts w:ascii="Gentium Plus" w:hAnsi="Gentium Plus"/>
          <w:sz w:val="24"/>
        </w:rPr>
        <w:t>καὶ προσοίσει αὐτὸ ὁ ἱερεὺς πρὸς τὸ θυσια‐ στήριον καὶ ἀποκνίσει τὴν κεφαλήν, καὶ ἐπιθήσει ὁ ἱερεὺς ἐπὶ τὸ θυσιαστήριον καὶ στραγγιεῖ τὸ αἷμα πρὸς τὴν βάσιν τοῦ θυσια‐ στηρίου.</w:t>
      </w:r>
    </w:p>
    <w:p>
      <w:r>
        <w:rPr>
          <w:rFonts w:ascii="Courier New" w:hAnsi="Courier New"/>
          <w:color w:val="555555"/>
          <w:sz w:val="20"/>
        </w:rPr>
        <w:t>[Lev . 1 . 16]</w:t>
      </w:r>
    </w:p>
    <w:p>
      <w:r>
        <w:rPr>
          <w:rFonts w:ascii="Gentium Plus" w:hAnsi="Gentium Plus"/>
          <w:sz w:val="24"/>
        </w:rPr>
        <w:t>καὶ ἀφελεῖ τὸν πρόλοβον σὺν τοῖς πτεροῖς καὶ ἐκβα‐ λεῖ αὐτὸ παρὰ τὸ θυσιαστήριον κατὰ ἀνατολὰς εἰς τὸν τόπον τῆς σποδοῦ.</w:t>
      </w:r>
    </w:p>
    <w:p>
      <w:r>
        <w:rPr>
          <w:rFonts w:ascii="Courier New" w:hAnsi="Courier New"/>
          <w:color w:val="555555"/>
          <w:sz w:val="20"/>
        </w:rPr>
        <w:t>[Lev . 1 . 17]</w:t>
      </w:r>
    </w:p>
    <w:p>
      <w:r>
        <w:rPr>
          <w:rFonts w:ascii="Gentium Plus" w:hAnsi="Gentium Plus"/>
          <w:sz w:val="24"/>
        </w:rPr>
        <w:t>καὶ ἐκκλάσει αὐτὸ ἐκ τῶν πτερύγων καὶ οὐ διελεῖ, καὶ ἐπιθήσει αὐτὸ ὁ ἱερεὺς ἐπὶ τὸ θυσιαστήριον ἐπὶ τὰ ξύλα τὰ ἐπὶ τοῦ πυρός· κάρπωμά ἐστιν, θυσία, ὀσμὴ εὐωδίας τῷ κυρίῳ.</w:t>
      </w:r>
    </w:p>
    <w:p>
      <w:r>
        <w:rPr>
          <w:rFonts w:ascii="Courier New" w:hAnsi="Courier New"/>
          <w:color w:val="555555"/>
          <w:sz w:val="20"/>
        </w:rPr>
        <w:t>[Lev . 2 . 1]</w:t>
      </w:r>
    </w:p>
    <w:p>
      <w:r>
        <w:rPr>
          <w:rFonts w:ascii="Gentium Plus" w:hAnsi="Gentium Plus"/>
          <w:sz w:val="24"/>
        </w:rPr>
        <w:t>Ἐὰν δὲ ψυχὴ προσφέρῃ δῶρον θυσίαν τῷ κυρίῳ, σεμίδαλις ἔσται τὸ δῶρον αὐτοῦ, καὶ ἐπιχεεῖ ἐπ’ αὐτὸ ἔλαιον καὶ ἐπιθήσει ἐπ’ αὐτὸ λίβανον· θυσία ἐστίν.</w:t>
      </w:r>
    </w:p>
    <w:p>
      <w:r>
        <w:rPr>
          <w:rFonts w:ascii="Courier New" w:hAnsi="Courier New"/>
          <w:color w:val="555555"/>
          <w:sz w:val="20"/>
        </w:rPr>
        <w:t>[Lev . 2 . 2]</w:t>
      </w:r>
    </w:p>
    <w:p>
      <w:r>
        <w:rPr>
          <w:rFonts w:ascii="Gentium Plus" w:hAnsi="Gentium Plus"/>
          <w:sz w:val="24"/>
        </w:rPr>
        <w:t>καὶ οἴσει πρὸς τοὺς υἱοὺς Ααρων τοὺς ἱερεῖς, καὶ δραξάμενος ἀπ’ αὐτῆς πλήρη τὴν δράκα ἀπὸ τῆς σεμιδάλεως σὺν τῷ ἐλαίῳ καὶ πάντα τὸν λίβανον αὐτῆς καὶ ἐπι‐ θήσει ὁ ἱερεὺς τὸ μνημόσυνον αὐτῆς ἐπὶ τὸ θυσιαστήριον· θυσία,</w:t>
      </w:r>
    </w:p>
    <w:p>
      <w:r>
        <w:rPr>
          <w:rFonts w:ascii="Courier New" w:hAnsi="Courier New"/>
          <w:color w:val="555555"/>
          <w:sz w:val="20"/>
        </w:rPr>
        <w:t>[5]</w:t>
      </w:r>
    </w:p>
    <w:p>
      <w:r>
        <w:rPr>
          <w:rFonts w:ascii="Gentium Plus" w:hAnsi="Gentium Plus"/>
          <w:sz w:val="24"/>
        </w:rPr>
        <w:t>ὀσμὴ εὐωδίας τῷ κυρίῳ.</w:t>
      </w:r>
    </w:p>
    <w:p>
      <w:r>
        <w:rPr>
          <w:rFonts w:ascii="Courier New" w:hAnsi="Courier New"/>
          <w:color w:val="555555"/>
          <w:sz w:val="20"/>
        </w:rPr>
        <w:t>[Lev . 2 . 3]</w:t>
      </w:r>
    </w:p>
    <w:p>
      <w:r>
        <w:rPr>
          <w:rFonts w:ascii="Gentium Plus" w:hAnsi="Gentium Plus"/>
          <w:sz w:val="24"/>
        </w:rPr>
        <w:t>καὶ τὸ λοιπὸν ἀπὸ τῆς θυσίας Ααρων καὶ τοῖς υἱοῖς αὐτοῦ· ἅγιον τῶν ἁγίων ἀπὸ τῶν θυσιῶν κυρίου. —</w:t>
      </w:r>
    </w:p>
    <w:p>
      <w:r>
        <w:rPr>
          <w:rFonts w:ascii="Courier New" w:hAnsi="Courier New"/>
          <w:color w:val="555555"/>
          <w:sz w:val="20"/>
        </w:rPr>
        <w:t>[Lev . 2 . 4]</w:t>
      </w:r>
    </w:p>
    <w:p>
      <w:r>
        <w:rPr>
          <w:rFonts w:ascii="Gentium Plus" w:hAnsi="Gentium Plus"/>
          <w:sz w:val="24"/>
        </w:rPr>
        <w:t>ἐὰν δὲ προσφέρῃ δῶρον θυσίαν πεπεμμένην ἐν κλιβάνῳ, δῶ‐ ρον κυρίῳ ἐκ σεμιδάλεως, ἄρτους ἀζύμους πεφυραμένους ἐν ἐλαίῳ καὶ λάγανα ἄζυμα διακεχρισμένα ἐν ἐλαίῳ. —</w:t>
      </w:r>
    </w:p>
    <w:p>
      <w:r>
        <w:rPr>
          <w:rFonts w:ascii="Courier New" w:hAnsi="Courier New"/>
          <w:color w:val="555555"/>
          <w:sz w:val="20"/>
        </w:rPr>
        <w:t>[Lev . 2 . 5]</w:t>
      </w:r>
    </w:p>
    <w:p>
      <w:r>
        <w:rPr>
          <w:rFonts w:ascii="Gentium Plus" w:hAnsi="Gentium Plus"/>
          <w:sz w:val="24"/>
        </w:rPr>
        <w:t>ἐὰν δὲ θυσία ἀπὸ τηγάνου τὸ δῶρόν σου, σεμίδαλις πεφυραμένη ἐν ἐλαίῳ, ἄζυμα ἔσται·</w:t>
      </w:r>
    </w:p>
    <w:p>
      <w:r>
        <w:rPr>
          <w:rFonts w:ascii="Courier New" w:hAnsi="Courier New"/>
          <w:color w:val="555555"/>
          <w:sz w:val="20"/>
        </w:rPr>
        <w:t>[Lev . 2 . 6]</w:t>
      </w:r>
    </w:p>
    <w:p>
      <w:r>
        <w:rPr>
          <w:rFonts w:ascii="Gentium Plus" w:hAnsi="Gentium Plus"/>
          <w:sz w:val="24"/>
        </w:rPr>
        <w:t>καὶ διαθρύψεις αὐτὰ κλάσματα καὶ ἐπιχεεῖς ἐπ’ αὐτὰ ἔλαιον· θυσία ἐστὶν κυρίῳ. —</w:t>
      </w:r>
    </w:p>
    <w:p>
      <w:r>
        <w:rPr>
          <w:rFonts w:ascii="Courier New" w:hAnsi="Courier New"/>
          <w:color w:val="555555"/>
          <w:sz w:val="20"/>
        </w:rPr>
        <w:t>[Lev . 2 . 7]</w:t>
      </w:r>
    </w:p>
    <w:p>
      <w:r>
        <w:rPr>
          <w:rFonts w:ascii="Gentium Plus" w:hAnsi="Gentium Plus"/>
          <w:sz w:val="24"/>
        </w:rPr>
        <w:t>ἐὰν δὲ θυσία ἀπὸ ἐσχάρας τὸ δῶρόν σου, σεμίδαλις ἐν ἐλαίῳ ποιηθήσεται.</w:t>
      </w:r>
    </w:p>
    <w:p>
      <w:r>
        <w:rPr>
          <w:rFonts w:ascii="Courier New" w:hAnsi="Courier New"/>
          <w:color w:val="555555"/>
          <w:sz w:val="20"/>
        </w:rPr>
        <w:t>[Lev . 2 . 8]</w:t>
      </w:r>
    </w:p>
    <w:p>
      <w:r>
        <w:rPr>
          <w:rFonts w:ascii="Gentium Plus" w:hAnsi="Gentium Plus"/>
          <w:sz w:val="24"/>
        </w:rPr>
        <w:t>καὶ προσοίσει τὴν θυσίαν, ἣν ἂν ποιῇ ἐκ τούτων, τῷ κυρίῳ· καὶ προσοίσει πρὸς τὸν ἱερέα, καὶ προσεγγίσας πρὸς τὸ θυσιαστήριον</w:t>
      </w:r>
    </w:p>
    <w:p>
      <w:r>
        <w:rPr>
          <w:rFonts w:ascii="Courier New" w:hAnsi="Courier New"/>
          <w:color w:val="555555"/>
          <w:sz w:val="20"/>
        </w:rPr>
        <w:t>[Lev . 2 . 9]</w:t>
      </w:r>
    </w:p>
    <w:p>
      <w:r>
        <w:rPr>
          <w:rFonts w:ascii="Gentium Plus" w:hAnsi="Gentium Plus"/>
          <w:sz w:val="24"/>
        </w:rPr>
        <w:t>ἀφελεῖ ὁ ἱερεὺς ἀπὸ τῆς θυ‐ σίας τὸ μνημόσυνον αὐτῆς, καὶ ἐπιθήσει ὁ ἱερεὺς ἐπὶ τὸ θυσια‐ στήριον· κάρπωμα, ὀσμὴ εὐωδίας κυρίῳ.</w:t>
      </w:r>
    </w:p>
    <w:p>
      <w:r>
        <w:rPr>
          <w:rFonts w:ascii="Courier New" w:hAnsi="Courier New"/>
          <w:color w:val="555555"/>
          <w:sz w:val="20"/>
        </w:rPr>
        <w:t>[Lev . 2 . 10]</w:t>
      </w:r>
    </w:p>
    <w:p>
      <w:r>
        <w:rPr>
          <w:rFonts w:ascii="Gentium Plus" w:hAnsi="Gentium Plus"/>
          <w:sz w:val="24"/>
        </w:rPr>
        <w:t>τὸ δὲ καταλειφθὲν ἀπὸ τῆς θυσίας Ααρων καὶ τοῖς υἱοῖς αὐτοῦ· ἅγια τῶν ἁγίων ἀπὸ τῶν καρπωμάτων κυρίου.</w:t>
      </w:r>
    </w:p>
    <w:p>
      <w:r>
        <w:rPr>
          <w:rFonts w:ascii="Courier New" w:hAnsi="Courier New"/>
          <w:color w:val="555555"/>
          <w:sz w:val="20"/>
        </w:rPr>
        <w:t>[Lev . 2 . 11]</w:t>
      </w:r>
    </w:p>
    <w:p>
      <w:r>
        <w:rPr>
          <w:rFonts w:ascii="Gentium Plus" w:hAnsi="Gentium Plus"/>
          <w:sz w:val="24"/>
        </w:rPr>
        <w:t>Πᾶσαν θυσίαν, ἣν ἂν προσφέρητε κυρίῳ, οὐ ποιήσετε ζυμω‐ τόν· πᾶσαν γὰρ ζύμην καὶ πᾶν μέλι, οὐ προσοίσετε ἀπ’ αὐτοῦ καρπῶσαι κυρίῳ.</w:t>
      </w:r>
    </w:p>
    <w:p>
      <w:r>
        <w:rPr>
          <w:rFonts w:ascii="Courier New" w:hAnsi="Courier New"/>
          <w:color w:val="555555"/>
          <w:sz w:val="20"/>
        </w:rPr>
        <w:t>[Lev . 2 . 12]</w:t>
      </w:r>
    </w:p>
    <w:p>
      <w:r>
        <w:rPr>
          <w:rFonts w:ascii="Gentium Plus" w:hAnsi="Gentium Plus"/>
          <w:sz w:val="24"/>
        </w:rPr>
        <w:t>δῶρον ἀπαρχῆς προσοίσετε αὐτὰ κυρίῳ, ἐπὶ δὲ τὸ θυσιαστήριον οὐκ ἀναβιβασθήσεται εἰς ὀσμὴν εὐωδίας κυρίῳ.</w:t>
      </w:r>
    </w:p>
    <w:p>
      <w:r>
        <w:rPr>
          <w:rFonts w:ascii="Courier New" w:hAnsi="Courier New"/>
          <w:color w:val="555555"/>
          <w:sz w:val="20"/>
        </w:rPr>
        <w:t>[Lev . 2 . 13]</w:t>
      </w:r>
    </w:p>
    <w:p>
      <w:r>
        <w:rPr>
          <w:rFonts w:ascii="Gentium Plus" w:hAnsi="Gentium Plus"/>
          <w:sz w:val="24"/>
        </w:rPr>
        <w:t>καὶ πᾶν δῶρον θυσίας ὑμῶν ἁλὶ ἁλισθήσεται· οὐ διαπαύσετε ἅλα διαθήκης κυρίου ἀπὸ θυσιασμάτων ὑμῶν, ἐπὶ παντὸς δώρου ὑμῶν προσοίσετε κυρίῳ τῷ θεῷ ὑμῶν ἅλας. —</w:t>
      </w:r>
    </w:p>
    <w:p>
      <w:r>
        <w:rPr>
          <w:rFonts w:ascii="Courier New" w:hAnsi="Courier New"/>
          <w:color w:val="555555"/>
          <w:sz w:val="20"/>
        </w:rPr>
        <w:t>[Lev . 2 . 14]</w:t>
      </w:r>
    </w:p>
    <w:p>
      <w:r>
        <w:rPr>
          <w:rFonts w:ascii="Gentium Plus" w:hAnsi="Gentium Plus"/>
          <w:sz w:val="24"/>
        </w:rPr>
        <w:t>ἐὰν δὲ προσ‐ φέρῃς θυσίαν πρωτογενημάτων τῷ κυρίῳ, νέα πεφρυγμένα χίδρα ἐρικτὰ τῷ κυρίῳ, καὶ προσοίσεις τὴν θυσίαν τῶν πρωτογενημά‐ των</w:t>
      </w:r>
    </w:p>
    <w:p>
      <w:r>
        <w:rPr>
          <w:rFonts w:ascii="Courier New" w:hAnsi="Courier New"/>
          <w:color w:val="555555"/>
          <w:sz w:val="20"/>
        </w:rPr>
        <w:t>[Lev . 2 . 15]</w:t>
      </w:r>
    </w:p>
    <w:p>
      <w:r>
        <w:rPr>
          <w:rFonts w:ascii="Gentium Plus" w:hAnsi="Gentium Plus"/>
          <w:sz w:val="24"/>
        </w:rPr>
        <w:t>καὶ ἐπιχεεῖς ἐπ’ αὐτὴν ἔλαιον καὶ ἐπιθήσεις ἐπ’ αὐτὴν λίβα‐ νον· θυσία ἐστίν.</w:t>
      </w:r>
    </w:p>
    <w:p>
      <w:r>
        <w:rPr>
          <w:rFonts w:ascii="Courier New" w:hAnsi="Courier New"/>
          <w:color w:val="555555"/>
          <w:sz w:val="20"/>
        </w:rPr>
        <w:t>[Lev . 2 . 16]</w:t>
      </w:r>
    </w:p>
    <w:p>
      <w:r>
        <w:rPr>
          <w:rFonts w:ascii="Gentium Plus" w:hAnsi="Gentium Plus"/>
          <w:sz w:val="24"/>
        </w:rPr>
        <w:t>καὶ ἀνοίσει ὁ ἱερεὺς τὸ μνημόσυνον αὐτῆς ἀπὸ τῶν χίδρων σὺν τῷ ἐλαίῳ καὶ πάντα τὸν λίβανον αὐτῆς· κάρπωμά ἐστιν κυρίῳ.</w:t>
      </w:r>
    </w:p>
    <w:p>
      <w:r>
        <w:rPr>
          <w:rFonts w:ascii="Courier New" w:hAnsi="Courier New"/>
          <w:color w:val="555555"/>
          <w:sz w:val="20"/>
        </w:rPr>
        <w:t>[Lev . 3 . 1]</w:t>
      </w:r>
    </w:p>
    <w:p>
      <w:r>
        <w:rPr>
          <w:rFonts w:ascii="Gentium Plus" w:hAnsi="Gentium Plus"/>
          <w:sz w:val="24"/>
        </w:rPr>
        <w:t>Ἐὰν δὲ θυσία σωτηρίου τὸ δῶρον αὐτοῦ τῷ κυρίῳ, ἐὰν μὲν ἐκ τῶν βοῶν αὐτοῦ προσαγάγῃ, ἐάν τε ἄρσεν ἐάν τε θῆλυ, ἄμω‐ μον προσάξει αὐτὸ ἐναντίον κυρίου.</w:t>
      </w:r>
    </w:p>
    <w:p>
      <w:r>
        <w:rPr>
          <w:rFonts w:ascii="Courier New" w:hAnsi="Courier New"/>
          <w:color w:val="555555"/>
          <w:sz w:val="20"/>
        </w:rPr>
        <w:t>[Lev . 3 . 2]</w:t>
      </w:r>
    </w:p>
    <w:p>
      <w:r>
        <w:rPr>
          <w:rFonts w:ascii="Gentium Plus" w:hAnsi="Gentium Plus"/>
          <w:sz w:val="24"/>
        </w:rPr>
        <w:t>καὶ ἐπιθήσει τὰς χεῖρας ἐπὶ τὴν κεφαλὴν τοῦ δώρου καὶ σφάξει αὐτὸ παρὰ τὰς θύρας τῆς σκηνῆς τοῦ μαρτυρίου, καὶ προσχεοῦσιν οἱ υἱοὶ Ααρων οἱ ἱερεῖς τὸ αἷμα ἐπὶ τὸ θυσιαστήριον τῶν ὁλοκαυτωμάτων κύκλῳ.</w:t>
      </w:r>
    </w:p>
    <w:p>
      <w:r>
        <w:rPr>
          <w:rFonts w:ascii="Courier New" w:hAnsi="Courier New"/>
          <w:color w:val="555555"/>
          <w:sz w:val="20"/>
        </w:rPr>
        <w:t>[Lev . 3 . 3]</w:t>
      </w:r>
    </w:p>
    <w:p>
      <w:r>
        <w:rPr>
          <w:rFonts w:ascii="Gentium Plus" w:hAnsi="Gentium Plus"/>
          <w:sz w:val="24"/>
        </w:rPr>
        <w:t>καὶ προσάξουσιν ἀπὸ τῆς θυσίας τοῦ σωτηρίου κάρπωμα κυρίῳ, τὸ στέαρ τὸ κατακαλύπτον τὴν κοιλίαν καὶ πᾶν τὸ στέαρ τὸ ἐπὶ τῆς κοιλίας</w:t>
      </w:r>
    </w:p>
    <w:p>
      <w:r>
        <w:rPr>
          <w:rFonts w:ascii="Courier New" w:hAnsi="Courier New"/>
          <w:color w:val="555555"/>
          <w:sz w:val="20"/>
        </w:rPr>
        <w:t>[Lev . 3 . 4]</w:t>
      </w:r>
    </w:p>
    <w:p>
      <w:r>
        <w:rPr>
          <w:rFonts w:ascii="Gentium Plus" w:hAnsi="Gentium Plus"/>
          <w:sz w:val="24"/>
        </w:rPr>
        <w:t>καὶ τοὺς δύο νεφροὺς καὶ τὸ στέαρ τὸ ἐπ’ αὐτῶν τὸ ἐπὶ τῶν μηρίων καὶ τὸν λοβὸν τὸν ἐπὶ τοῦ ἥπατος (σὺν τοῖς νεφροῖς περιελεῖ),</w:t>
      </w:r>
    </w:p>
    <w:p>
      <w:r>
        <w:rPr>
          <w:rFonts w:ascii="Courier New" w:hAnsi="Courier New"/>
          <w:color w:val="555555"/>
          <w:sz w:val="20"/>
        </w:rPr>
        <w:t>[Lev . 3 . 5]</w:t>
      </w:r>
    </w:p>
    <w:p>
      <w:r>
        <w:rPr>
          <w:rFonts w:ascii="Gentium Plus" w:hAnsi="Gentium Plus"/>
          <w:sz w:val="24"/>
        </w:rPr>
        <w:t>καὶ ἀνοίσουσιν αὐτὰ οἱ υἱοὶ Ααρων οἱ ἱερεῖς ἐπὶ τὸ θυσιαστήριον ἐπὶ τὰ ὁλοκαυτώματα ἐπὶ τὰ ξύλα τὰ ἐπὶ τοῦ πυρὸς ἐπὶ τοῦ θυσιαστηρίου· κάρπωμα, ὀσμὴ εὐωδίας κυρίῳ.</w:t>
      </w:r>
    </w:p>
    <w:p>
      <w:r>
        <w:rPr>
          <w:rFonts w:ascii="Courier New" w:hAnsi="Courier New"/>
          <w:color w:val="555555"/>
          <w:sz w:val="20"/>
        </w:rPr>
        <w:t>[Lev . 3 . 6]</w:t>
      </w:r>
    </w:p>
    <w:p>
      <w:r>
        <w:rPr>
          <w:rFonts w:ascii="Gentium Plus" w:hAnsi="Gentium Plus"/>
          <w:sz w:val="24"/>
        </w:rPr>
        <w:t>Ἐὰν δὲ ἀπὸ τῶν προβάτων τὸ δῶρον αὐτοῦ, θυσίαν σωτη‐ ρίου τῷ κυρίῳ, ἄρσεν ἢ θῆλυ, ἄμωμον προσοίσει αὐτό.</w:t>
      </w:r>
    </w:p>
    <w:p>
      <w:r>
        <w:rPr>
          <w:rFonts w:ascii="Courier New" w:hAnsi="Courier New"/>
          <w:color w:val="555555"/>
          <w:sz w:val="20"/>
        </w:rPr>
        <w:t>[Lev . 3 . 7]</w:t>
      </w:r>
    </w:p>
    <w:p>
      <w:r>
        <w:rPr>
          <w:rFonts w:ascii="Gentium Plus" w:hAnsi="Gentium Plus"/>
          <w:sz w:val="24"/>
        </w:rPr>
        <w:t>ἐὰν ἄρ‐ να προσαγάγῃ τὸ δῶρον αὐτοῦ, προσάξει αὐτὸ ἔναντι κυρίου</w:t>
      </w:r>
    </w:p>
    <w:p>
      <w:r>
        <w:rPr>
          <w:rFonts w:ascii="Courier New" w:hAnsi="Courier New"/>
          <w:color w:val="555555"/>
          <w:sz w:val="20"/>
        </w:rPr>
        <w:t>[Lev . 3 . 8]</w:t>
      </w:r>
    </w:p>
    <w:p>
      <w:r>
        <w:rPr>
          <w:rFonts w:ascii="Gentium Plus" w:hAnsi="Gentium Plus"/>
          <w:sz w:val="24"/>
        </w:rPr>
        <w:t>καὶ ἐπιθήσει τὰς χεῖρας ἐπὶ τὴν κεφαλὴν τοῦ δώρου αὐτοῦ καὶ σφά‐ ξει αὐτὸ παρὰ τὰς θύρας τῆς σκηνῆς τοῦ μαρτυρίου, καὶ προσ‐ χεοῦσιν οἱ υἱοὶ Ααρων οἱ ἱερεῖς τὸ αἷμα ἐπὶ τὸ θυσιαστήριον κύ‐</w:t>
      </w:r>
    </w:p>
    <w:p>
      <w:r>
        <w:rPr>
          <w:rFonts w:ascii="Courier New" w:hAnsi="Courier New"/>
          <w:color w:val="555555"/>
          <w:sz w:val="20"/>
        </w:rPr>
        <w:t>[5]</w:t>
      </w:r>
    </w:p>
    <w:p>
      <w:r>
        <w:rPr>
          <w:rFonts w:ascii="Gentium Plus" w:hAnsi="Gentium Plus"/>
          <w:sz w:val="24"/>
        </w:rPr>
        <w:t>κλῳ.</w:t>
      </w:r>
    </w:p>
    <w:p>
      <w:r>
        <w:rPr>
          <w:rFonts w:ascii="Courier New" w:hAnsi="Courier New"/>
          <w:color w:val="555555"/>
          <w:sz w:val="20"/>
        </w:rPr>
        <w:t>[Lev . 3 . 9]</w:t>
      </w:r>
    </w:p>
    <w:p>
      <w:r>
        <w:rPr>
          <w:rFonts w:ascii="Gentium Plus" w:hAnsi="Gentium Plus"/>
          <w:sz w:val="24"/>
        </w:rPr>
        <w:t>καὶ προσοίσει ἀπὸ τῆς θυσίας τοῦ σωτηρίου κάρπωμα τῷ θεῷ, τὸ στέαρ καὶ τὴν ὀσφὺν ἄμωμον (σὺν ταῖς ψόαις περιε‐ λεῖ αὐτό) καὶ τὸ στέαρ τῆς κοιλίας</w:t>
      </w:r>
    </w:p>
    <w:p>
      <w:r>
        <w:rPr>
          <w:rFonts w:ascii="Courier New" w:hAnsi="Courier New"/>
          <w:color w:val="555555"/>
          <w:sz w:val="20"/>
        </w:rPr>
        <w:t>[Lev . 3 . 10]</w:t>
      </w:r>
    </w:p>
    <w:p>
      <w:r>
        <w:rPr>
          <w:rFonts w:ascii="Gentium Plus" w:hAnsi="Gentium Plus"/>
          <w:sz w:val="24"/>
        </w:rPr>
        <w:t>καὶ ἀμφοτέρους τοὺς νε‐</w:t>
      </w:r>
    </w:p>
    <w:p>
      <w:r>
        <w:rPr>
          <w:rFonts w:ascii="Courier New" w:hAnsi="Courier New"/>
          <w:color w:val="555555"/>
          <w:sz w:val="20"/>
        </w:rPr>
        <w:t>[Lev . 3 . 11]</w:t>
      </w:r>
    </w:p>
    <w:p>
      <w:r>
        <w:rPr>
          <w:rFonts w:ascii="Gentium Plus" w:hAnsi="Gentium Plus"/>
          <w:sz w:val="24"/>
        </w:rPr>
        <w:t>ἀνοίσει ὁ ἱερεὺς ἐπὶ τὸ θυσιαστήριον· ὀσμὴ εὐωδίας, κάρπωμα κυρίῳ.</w:t>
      </w:r>
    </w:p>
    <w:p>
      <w:r>
        <w:rPr>
          <w:rFonts w:ascii="Courier New" w:hAnsi="Courier New"/>
          <w:color w:val="555555"/>
          <w:sz w:val="20"/>
        </w:rPr>
        <w:t>[Lev . 3 . 12]</w:t>
      </w:r>
    </w:p>
    <w:p>
      <w:r>
        <w:rPr>
          <w:rFonts w:ascii="Gentium Plus" w:hAnsi="Gentium Plus"/>
          <w:sz w:val="24"/>
        </w:rPr>
        <w:t>Ἐὰν δὲ ἀπὸ τῶν αἰγῶν τὸ δῶρον αὐτοῦ, καὶ προσάξει ἔναντι κυρίου</w:t>
      </w:r>
    </w:p>
    <w:p>
      <w:r>
        <w:rPr>
          <w:rFonts w:ascii="Courier New" w:hAnsi="Courier New"/>
          <w:color w:val="555555"/>
          <w:sz w:val="20"/>
        </w:rPr>
        <w:t>[Lev . 3 . 13]</w:t>
      </w:r>
    </w:p>
    <w:p>
      <w:r>
        <w:rPr>
          <w:rFonts w:ascii="Gentium Plus" w:hAnsi="Gentium Plus"/>
          <w:sz w:val="24"/>
        </w:rPr>
        <w:t>καὶ ἐπιθήσει τὰς χεῖρας ἐπὶ τὴν κεφαλὴν αὐτοῦ, καὶ σφά‐ ξουσιν αὐτὸ ἔναντι κυρίου παρὰ τὰς θύρας τῆς σκηνῆς τοῦ μαρ‐ τυρίου, καὶ προσχεοῦσιν οἱ υἱοὶ Ααρων οἱ ἱερεῖς τὸ αἷμα ἐπὶ τὸ θυσιαστήριον κύκλῳ.</w:t>
      </w:r>
    </w:p>
    <w:p>
      <w:r>
        <w:rPr>
          <w:rFonts w:ascii="Courier New" w:hAnsi="Courier New"/>
          <w:color w:val="555555"/>
          <w:sz w:val="20"/>
        </w:rPr>
        <w:t>[Lev . 3 . 14]</w:t>
      </w:r>
    </w:p>
    <w:p>
      <w:r>
        <w:rPr>
          <w:rFonts w:ascii="Gentium Plus" w:hAnsi="Gentium Plus"/>
          <w:sz w:val="24"/>
        </w:rPr>
        <w:t>καὶ ἀνοίσει ἐπ’ αὐτοῦ κάρπωμα κυρίῳ, τὸ στέαρ τὸ κατακαλύπτον τὴν κοιλίαν καὶ πᾶν τὸ στέαρ τὸ ἐπὶ τῆς κοιλίας</w:t>
      </w:r>
    </w:p>
    <w:p>
      <w:r>
        <w:rPr>
          <w:rFonts w:ascii="Courier New" w:hAnsi="Courier New"/>
          <w:color w:val="555555"/>
          <w:sz w:val="20"/>
        </w:rPr>
        <w:t>[Lev . 3 . 15]</w:t>
      </w:r>
    </w:p>
    <w:p>
      <w:r>
        <w:rPr>
          <w:rFonts w:ascii="Gentium Plus" w:hAnsi="Gentium Plus"/>
          <w:sz w:val="24"/>
        </w:rPr>
        <w:t>καὶ ἀμφοτέρους τοὺς νεφροὺς καὶ πᾶν τὸ στέαρ τὸ ἐπ’ αὐτῶν τὸ ἐπὶ τῶν μηρίων καὶ τὸν λοβὸν τοῦ ἥπατος (σὺν τοῖς νεφροῖς περιελεῖ),</w:t>
      </w:r>
    </w:p>
    <w:p>
      <w:r>
        <w:rPr>
          <w:rFonts w:ascii="Courier New" w:hAnsi="Courier New"/>
          <w:color w:val="555555"/>
          <w:sz w:val="20"/>
        </w:rPr>
        <w:t>[Lev . 3 . 16]</w:t>
      </w:r>
    </w:p>
    <w:p>
      <w:r>
        <w:rPr>
          <w:rFonts w:ascii="Gentium Plus" w:hAnsi="Gentium Plus"/>
          <w:sz w:val="24"/>
        </w:rPr>
        <w:t>καὶ ἀνοίσει ὁ ἱερεὺς ἐπὶ τὸ θυσιαστήριον· κάρ‐ πωμα, ὀσμὴ εὐωδίας τῷ κυρίῳ. πᾶν τὸ στέαρ τῷ κυρίῳ·</w:t>
      </w:r>
    </w:p>
    <w:p>
      <w:r>
        <w:rPr>
          <w:rFonts w:ascii="Courier New" w:hAnsi="Courier New"/>
          <w:color w:val="555555"/>
          <w:sz w:val="20"/>
        </w:rPr>
        <w:t>[Lev . 3 . 17]</w:t>
      </w:r>
    </w:p>
    <w:p>
      <w:r>
        <w:rPr>
          <w:rFonts w:ascii="Gentium Plus" w:hAnsi="Gentium Plus"/>
          <w:sz w:val="24"/>
        </w:rPr>
        <w:t>νόμι‐ μον εἰς τὸν αἰῶνα εἰς τὰς γενεὰς ὑμῶν ἐν πάσῃ κατοικίᾳ ὑμῶν· πᾶν στέαρ καὶ πᾶν αἷμα οὐκ ἔδεσθε.</w:t>
      </w:r>
    </w:p>
    <w:p>
      <w:r>
        <w:rPr>
          <w:rFonts w:ascii="Courier New" w:hAnsi="Courier New"/>
          <w:color w:val="555555"/>
          <w:sz w:val="20"/>
        </w:rPr>
        <w:t>[Lev . 4 . 1]</w:t>
      </w:r>
    </w:p>
    <w:p>
      <w:r>
        <w:rPr>
          <w:rFonts w:ascii="Gentium Plus" w:hAnsi="Gentium Plus"/>
          <w:sz w:val="24"/>
        </w:rPr>
        <w:t>Καὶ ἐλάλησεν κύριος πρὸς Μωυσῆν λέγων</w:t>
      </w:r>
    </w:p>
    <w:p>
      <w:r>
        <w:rPr>
          <w:rFonts w:ascii="Courier New" w:hAnsi="Courier New"/>
          <w:color w:val="555555"/>
          <w:sz w:val="20"/>
        </w:rPr>
        <w:t>[Lev . 4 . 2]</w:t>
      </w:r>
    </w:p>
    <w:p>
      <w:r>
        <w:rPr>
          <w:rFonts w:ascii="Gentium Plus" w:hAnsi="Gentium Plus"/>
          <w:sz w:val="24"/>
        </w:rPr>
        <w:t>Λάλησον πρὸς τοὺς υἱοὺς Ισραηλ λέγων Ψυχὴ ἐὰν ἁμάρτῃ ἔναντι κυρίου ἀκου‐ σίως ἀπὸ τῶν προσταγμάτων κυρίου, ὧν οὐ δεῖ ποιεῖν, καὶ ποιή‐ σῃ ἕν τι ἀπ’ αὐτῶν·</w:t>
      </w:r>
    </w:p>
    <w:p>
      <w:r>
        <w:rPr>
          <w:rFonts w:ascii="Courier New" w:hAnsi="Courier New"/>
          <w:color w:val="555555"/>
          <w:sz w:val="20"/>
        </w:rPr>
        <w:t>[Lev . 4 . 3]</w:t>
      </w:r>
    </w:p>
    <w:p>
      <w:r>
        <w:rPr>
          <w:rFonts w:ascii="Gentium Plus" w:hAnsi="Gentium Plus"/>
          <w:sz w:val="24"/>
        </w:rPr>
        <w:t>ἐὰν μὲν ὁ ἀρχιερεὺς ὁ κεχρισμένος ἁμάρ‐ τῃ τοῦ τὸν λαὸν ἁμαρτεῖν, καὶ προσάξει περὶ τῆς ἁμαρτίας αὐτοῦ, ἧς ἥμαρτεν, μόσχον ἐκ βοῶν ἄμωμον τῷ κυρίῳ περὶ τῆς ἁμαρ‐ τίας αὐτοῦ.</w:t>
      </w:r>
    </w:p>
    <w:p>
      <w:r>
        <w:rPr>
          <w:rFonts w:ascii="Courier New" w:hAnsi="Courier New"/>
          <w:color w:val="555555"/>
          <w:sz w:val="20"/>
        </w:rPr>
        <w:t>[Lev . 4 . 4]</w:t>
      </w:r>
    </w:p>
    <w:p>
      <w:r>
        <w:rPr>
          <w:rFonts w:ascii="Gentium Plus" w:hAnsi="Gentium Plus"/>
          <w:sz w:val="24"/>
        </w:rPr>
        <w:t>καὶ προσάξει τὸν μόσχον παρὰ τὴν θύραν τῆς σκη‐ νῆς τοῦ μαρτυρίου ἔναντι κυρίου καὶ ἐπιθήσει τὴν χεῖρα αὐτοῦ ἐπὶ τὴν κεφαλὴν τοῦ μόσχου ἔναντι κυρίου καὶ σφάξει τὸν μό‐ σχον ἐνώπιον κυρίου.</w:t>
      </w:r>
    </w:p>
    <w:p>
      <w:r>
        <w:rPr>
          <w:rFonts w:ascii="Courier New" w:hAnsi="Courier New"/>
          <w:color w:val="555555"/>
          <w:sz w:val="20"/>
        </w:rPr>
        <w:t>[Lev . 4 . 5]</w:t>
      </w:r>
    </w:p>
    <w:p>
      <w:r>
        <w:rPr>
          <w:rFonts w:ascii="Gentium Plus" w:hAnsi="Gentium Plus"/>
          <w:sz w:val="24"/>
        </w:rPr>
        <w:t>καὶ λαβὼν ὁ ἱερεὺς ὁ χριστὸς ὁ τετελειω‐ μένος τὰς χεῖρας ἀπὸ τοῦ αἵματος τοῦ μόσχου καὶ εἰσοίσει αὐτὸ ἐπὶ τὴν σκηνὴν τοῦ μαρτυρίου·</w:t>
      </w:r>
    </w:p>
    <w:p>
      <w:r>
        <w:rPr>
          <w:rFonts w:ascii="Courier New" w:hAnsi="Courier New"/>
          <w:color w:val="555555"/>
          <w:sz w:val="20"/>
        </w:rPr>
        <w:t>[Lev . 4 . 6]</w:t>
      </w:r>
    </w:p>
    <w:p>
      <w:r>
        <w:rPr>
          <w:rFonts w:ascii="Gentium Plus" w:hAnsi="Gentium Plus"/>
          <w:sz w:val="24"/>
        </w:rPr>
        <w:t>καὶ βάψει ὁ ἱερεὺς τὸν δάκτυλον εἰς τὸ αἷμα καὶ προσρανεῖ ἀπὸ τοῦ αἵματος ἑπτάκις ἔναντι κυρίου κατὰ τὸ καταπέτασμα τὸ ἅγιον·</w:t>
      </w:r>
    </w:p>
    <w:p>
      <w:r>
        <w:rPr>
          <w:rFonts w:ascii="Courier New" w:hAnsi="Courier New"/>
          <w:color w:val="555555"/>
          <w:sz w:val="20"/>
        </w:rPr>
        <w:t>[Lev . 4 . 7]</w:t>
      </w:r>
    </w:p>
    <w:p>
      <w:r>
        <w:rPr>
          <w:rFonts w:ascii="Gentium Plus" w:hAnsi="Gentium Plus"/>
          <w:sz w:val="24"/>
        </w:rPr>
        <w:t>καὶ ἐπιθήσει ὁ ἱερεὺς ἀπὸ τοῦ αἵματος τοῦ μόσχου ἐπὶ τὰ κέρατα τοῦ θυσιαστηρίου τοῦ θυμιά‐ ματος τῆς συνθέσεως τοῦ ἐναντίον κυρίου, ὅ ἐστιν ἐν τῇ σκηνῇ τοῦ μαρτυρίου· καὶ πᾶν τὸ αἷμα τοῦ μόσχου ἐκχεεῖ παρὰ τὴν βά‐</w:t>
      </w:r>
    </w:p>
    <w:p>
      <w:r>
        <w:rPr>
          <w:rFonts w:ascii="Courier New" w:hAnsi="Courier New"/>
          <w:color w:val="555555"/>
          <w:sz w:val="20"/>
        </w:rPr>
        <w:t>[5]</w:t>
      </w:r>
    </w:p>
    <w:p>
      <w:r>
        <w:rPr>
          <w:rFonts w:ascii="Gentium Plus" w:hAnsi="Gentium Plus"/>
          <w:sz w:val="24"/>
        </w:rPr>
        <w:t>σιν τοῦ θυσιαστηρίου τῶν ὁλοκαυτωμάτων, ὅ ἐστιν παρὰ τὰς θύ‐ ρας τῆς σκηνῆς τοῦ μαρτυρίου.</w:t>
      </w:r>
    </w:p>
    <w:p>
      <w:r>
        <w:rPr>
          <w:rFonts w:ascii="Courier New" w:hAnsi="Courier New"/>
          <w:color w:val="555555"/>
          <w:sz w:val="20"/>
        </w:rPr>
        <w:t>[Lev . 4 . 8]</w:t>
      </w:r>
    </w:p>
    <w:p>
      <w:r>
        <w:rPr>
          <w:rFonts w:ascii="Gentium Plus" w:hAnsi="Gentium Plus"/>
          <w:sz w:val="24"/>
        </w:rPr>
        <w:t>καὶ πᾶν τὸ στέαρ τοῦ μόσχου τοῦ τῆς ἁμαρτίας περιελεῖ ἀπ’ αὐτοῦ, τὸ στέαρ τὸ κατακαλύπτον τὰ ἐνδόσθια καὶ πᾶν τὸ στέαρ τὸ ἐπὶ τῶν ἐνδοσθίων</w:t>
      </w:r>
    </w:p>
    <w:p>
      <w:r>
        <w:rPr>
          <w:rFonts w:ascii="Courier New" w:hAnsi="Courier New"/>
          <w:color w:val="555555"/>
          <w:sz w:val="20"/>
        </w:rPr>
        <w:t>[Lev . 4 . 9]</w:t>
      </w:r>
    </w:p>
    <w:p>
      <w:r>
        <w:rPr>
          <w:rFonts w:ascii="Gentium Plus" w:hAnsi="Gentium Plus"/>
          <w:sz w:val="24"/>
        </w:rPr>
        <w:t>καὶ τοὺς δύο νεφροὺς καὶ τὸ στέαρ τὸ ἐπ’ αὐτῶν, ὅ ἐστιν ἐπὶ τῶν μηρίων, καὶ τὸν λοβὸν τὸν ἐπὶ τοῦ ἥπατος (σὺν τοῖς νεφροῖς περιελεῖ αὐτό),</w:t>
      </w:r>
    </w:p>
    <w:p>
      <w:r>
        <w:rPr>
          <w:rFonts w:ascii="Courier New" w:hAnsi="Courier New"/>
          <w:color w:val="555555"/>
          <w:sz w:val="20"/>
        </w:rPr>
        <w:t>[Lev . 4 . 10]</w:t>
      </w:r>
    </w:p>
    <w:p>
      <w:r>
        <w:rPr>
          <w:rFonts w:ascii="Gentium Plus" w:hAnsi="Gentium Plus"/>
          <w:sz w:val="24"/>
        </w:rPr>
        <w:t>ὃν τρόπον ἀφαιρεῖται ἀπὸ τοῦ μόσχου τοῦ τῆς θυσίας τοῦ σωτηρίου, καὶ ἀνοίσει ὁ ἱερεὺς ἐπὶ τὸ θυσιαστήριον τῆς καρπώ‐ σεως.</w:t>
      </w:r>
    </w:p>
    <w:p>
      <w:r>
        <w:rPr>
          <w:rFonts w:ascii="Courier New" w:hAnsi="Courier New"/>
          <w:color w:val="555555"/>
          <w:sz w:val="20"/>
        </w:rPr>
        <w:t>[Lev . 4 . 11]</w:t>
      </w:r>
    </w:p>
    <w:p>
      <w:r>
        <w:rPr>
          <w:rFonts w:ascii="Gentium Plus" w:hAnsi="Gentium Plus"/>
          <w:sz w:val="24"/>
        </w:rPr>
        <w:t>καὶ τὸ δέρμα τοῦ μόσχου καὶ πᾶσαν αὐτοῦ τὴν σάρκα σὺν τῇ κεφαλῇ καὶ τοῖς ἀκρωτηρίοις καὶ τῇ κοιλίᾳ καὶ τῇ κόπρῳ</w:t>
      </w:r>
    </w:p>
    <w:p>
      <w:r>
        <w:rPr>
          <w:rFonts w:ascii="Courier New" w:hAnsi="Courier New"/>
          <w:color w:val="555555"/>
          <w:sz w:val="20"/>
        </w:rPr>
        <w:t>[Lev . 4 . 12]</w:t>
      </w:r>
    </w:p>
    <w:p>
      <w:r>
        <w:rPr>
          <w:rFonts w:ascii="Gentium Plus" w:hAnsi="Gentium Plus"/>
          <w:sz w:val="24"/>
        </w:rPr>
        <w:t>καὶ ἐξοίσουσιν ὅλον τὸν μόσχον ἔξω τῆς παρεμβολῆς εἰς τόπον καθαρόν, οὗ ἐκχεοῦσιν τὴν σποδιάν, καὶ κατακαύσουσιν αὐτὸν ἐπὶ ξύλων ἐν πυρί· ἐπὶ τῆς ἐκχύσεως τῆς σποδιᾶς καυθήσεται.</w:t>
      </w:r>
    </w:p>
    <w:p>
      <w:r>
        <w:rPr>
          <w:rFonts w:ascii="Courier New" w:hAnsi="Courier New"/>
          <w:color w:val="555555"/>
          <w:sz w:val="20"/>
        </w:rPr>
        <w:t>[Lev . 4 . 13]</w:t>
      </w:r>
    </w:p>
    <w:p>
      <w:r>
        <w:rPr>
          <w:rFonts w:ascii="Gentium Plus" w:hAnsi="Gentium Plus"/>
          <w:sz w:val="24"/>
        </w:rPr>
        <w:t>Ἐὰν δὲ πᾶσα συναγωγὴ Ισραηλ ἀγνοήσῃ ἀκουσίως καὶ λάθῃ ῥῆμα ἐξ ὀφθαλμῶν τῆς συναγωγῆς καὶ ποιήσωσιν μίαν ἀπὸ πα‐ σῶν τῶν ἐντολῶν κυρίου, ἣ οὐ ποιηθήσεται, καὶ πλημμελήσωσιν,</w:t>
      </w:r>
    </w:p>
    <w:p>
      <w:r>
        <w:rPr>
          <w:rFonts w:ascii="Courier New" w:hAnsi="Courier New"/>
          <w:color w:val="555555"/>
          <w:sz w:val="20"/>
        </w:rPr>
        <w:t>[Lev . 4 . 14]</w:t>
      </w:r>
    </w:p>
    <w:p>
      <w:r>
        <w:rPr>
          <w:rFonts w:ascii="Gentium Plus" w:hAnsi="Gentium Plus"/>
          <w:sz w:val="24"/>
        </w:rPr>
        <w:t>καὶ γνωσθῇ αὐτοῖς ἡ ἁμαρτία, ἣν ἥμαρτον ἐν αὐτῇ, καὶ προσά‐ ξει ἡ συναγωγὴ μόσχον ἐκ βοῶν ἄμωμον περὶ τῆς ἁμαρτίας καὶ προσάξει αὐτὸν παρὰ τὰς θύρας τῆς σκηνῆς τοῦ μαρτυρίου.</w:t>
      </w:r>
    </w:p>
    <w:p>
      <w:r>
        <w:rPr>
          <w:rFonts w:ascii="Courier New" w:hAnsi="Courier New"/>
          <w:color w:val="555555"/>
          <w:sz w:val="20"/>
        </w:rPr>
        <w:t>[Lev . 4 . 15]</w:t>
      </w:r>
    </w:p>
    <w:p>
      <w:r>
        <w:rPr>
          <w:rFonts w:ascii="Gentium Plus" w:hAnsi="Gentium Plus"/>
          <w:sz w:val="24"/>
        </w:rPr>
        <w:t>καὶ ἐπιθήσουσιν οἱ πρεσβύτεροι τῆς συναγωγῆς τὰς χεῖρας αὐτῶν ἐπὶ τὴν κεφαλὴν τοῦ μόσχου ἔναντι κυρίου καὶ σφάξουσιν τὸν μό‐ σχον ἔναντι κυρίου.</w:t>
      </w:r>
    </w:p>
    <w:p>
      <w:r>
        <w:rPr>
          <w:rFonts w:ascii="Courier New" w:hAnsi="Courier New"/>
          <w:color w:val="555555"/>
          <w:sz w:val="20"/>
        </w:rPr>
        <w:t>[Lev . 4 . 16]</w:t>
      </w:r>
    </w:p>
    <w:p>
      <w:r>
        <w:rPr>
          <w:rFonts w:ascii="Gentium Plus" w:hAnsi="Gentium Plus"/>
          <w:sz w:val="24"/>
        </w:rPr>
        <w:t>καὶ εἰσοίσει ὁ ἱερεὺς ὁ χριστὸς ἀπὸ τοῦ αἵ‐ ματος τοῦ μόσχου εἰς τὴν σκηνὴν τοῦ μαρτυρίου·</w:t>
      </w:r>
    </w:p>
    <w:p>
      <w:r>
        <w:rPr>
          <w:rFonts w:ascii="Courier New" w:hAnsi="Courier New"/>
          <w:color w:val="555555"/>
          <w:sz w:val="20"/>
        </w:rPr>
        <w:t>[Lev . 4 . 17]</w:t>
      </w:r>
    </w:p>
    <w:p>
      <w:r>
        <w:rPr>
          <w:rFonts w:ascii="Gentium Plus" w:hAnsi="Gentium Plus"/>
          <w:sz w:val="24"/>
        </w:rPr>
        <w:t>καὶ βάψει ὁ ἱερεὺς τὸν δάκτυλον ἀπὸ τοῦ αἵματος τοῦ μόσχου καὶ ῥανεῖ ἑπτά‐ κις ἔναντι κυρίου κατενώπιον τοῦ καταπετάσματος τοῦ ἁγίου·</w:t>
      </w:r>
    </w:p>
    <w:p>
      <w:r>
        <w:rPr>
          <w:rFonts w:ascii="Courier New" w:hAnsi="Courier New"/>
          <w:color w:val="555555"/>
          <w:sz w:val="20"/>
        </w:rPr>
        <w:t>[Lev . 4 . 18]</w:t>
      </w:r>
    </w:p>
    <w:p>
      <w:r>
        <w:rPr>
          <w:rFonts w:ascii="Gentium Plus" w:hAnsi="Gentium Plus"/>
          <w:sz w:val="24"/>
        </w:rPr>
        <w:t>καὶ ἀπὸ τοῦ αἵματος ἐπιθήσει ὁ ἱερεὺς ἐπὶ τὰ κέρατα τοῦ θυσιαστη‐ ρίου τῶν θυμιαμάτων τῆς συνθέσεως, ὅ ἐστιν ἐνώπιον κυρίου, ὅ ἐστιν ἐν τῇ σκηνῇ τοῦ μαρτυρίου· καὶ τὸ πᾶν αἷμα ἐκχεεῖ πρὸς</w:t>
      </w:r>
    </w:p>
    <w:p>
      <w:r>
        <w:rPr>
          <w:rFonts w:ascii="Courier New" w:hAnsi="Courier New"/>
          <w:color w:val="555555"/>
          <w:sz w:val="20"/>
        </w:rPr>
        <w:t>[5]</w:t>
      </w:r>
    </w:p>
    <w:p>
      <w:r>
        <w:rPr>
          <w:rFonts w:ascii="Gentium Plus" w:hAnsi="Gentium Plus"/>
          <w:sz w:val="24"/>
        </w:rPr>
        <w:t>τὴν βάσιν τοῦ θυσιαστηρίου τῶν καρπώσεων τῶν πρὸς τῇ θύρᾳ τῆς σκηνῆς τοῦ μαρτυρίου.</w:t>
      </w:r>
    </w:p>
    <w:p>
      <w:r>
        <w:rPr>
          <w:rFonts w:ascii="Courier New" w:hAnsi="Courier New"/>
          <w:color w:val="555555"/>
          <w:sz w:val="20"/>
        </w:rPr>
        <w:t>[Lev . 4 . 19]</w:t>
      </w:r>
    </w:p>
    <w:p>
      <w:r>
        <w:rPr>
          <w:rFonts w:ascii="Gentium Plus" w:hAnsi="Gentium Plus"/>
          <w:sz w:val="24"/>
        </w:rPr>
        <w:t>καὶ τὸ πᾶν στέαρ περιελεῖ ἀπ’ αὐ‐ τοῦ καὶ ἀνοίσει ἐπὶ τὸ θυσιαστήριον·</w:t>
      </w:r>
    </w:p>
    <w:p>
      <w:r>
        <w:rPr>
          <w:rFonts w:ascii="Courier New" w:hAnsi="Courier New"/>
          <w:color w:val="555555"/>
          <w:sz w:val="20"/>
        </w:rPr>
        <w:t>[Lev . 4 . 20]</w:t>
      </w:r>
    </w:p>
    <w:p>
      <w:r>
        <w:rPr>
          <w:rFonts w:ascii="Gentium Plus" w:hAnsi="Gentium Plus"/>
          <w:sz w:val="24"/>
        </w:rPr>
        <w:t>καὶ ποιήσει τὸν μόσχον ὃν τρόπον ἐποίησεν τὸν μόσχον τὸν τῆς ἁμαρτίας, οὕτως ποιη‐ θήσεται· καὶ ἐξιλάσεται περὶ αὐτῶν ὁ ἱερεύς, καὶ ἀφεθήσεται αὐ‐ τοῖς ἡ ἁμαρτία.</w:t>
      </w:r>
    </w:p>
    <w:p>
      <w:r>
        <w:rPr>
          <w:rFonts w:ascii="Courier New" w:hAnsi="Courier New"/>
          <w:color w:val="555555"/>
          <w:sz w:val="20"/>
        </w:rPr>
        <w:t>[Lev . 4 . 21]</w:t>
      </w:r>
    </w:p>
    <w:p>
      <w:r>
        <w:rPr>
          <w:rFonts w:ascii="Gentium Plus" w:hAnsi="Gentium Plus"/>
          <w:sz w:val="24"/>
        </w:rPr>
        <w:t>καὶ ἐξοίσουσιν τὸν μόσχον ὅλον ἔξω τῆς παρεμ‐ βολῆς καὶ κατακαύσουσιν τὸν μόσχον, ὃν τρόπον κατέκαυσαν τὸν μόσχον τὸν πρότερον. ἁμαρτία συναγωγῆς ἐστιν.</w:t>
      </w:r>
    </w:p>
    <w:p>
      <w:r>
        <w:rPr>
          <w:rFonts w:ascii="Courier New" w:hAnsi="Courier New"/>
          <w:color w:val="555555"/>
          <w:sz w:val="20"/>
        </w:rPr>
        <w:t>[Lev . 4 . 22]</w:t>
      </w:r>
    </w:p>
    <w:p>
      <w:r>
        <w:rPr>
          <w:rFonts w:ascii="Gentium Plus" w:hAnsi="Gentium Plus"/>
          <w:sz w:val="24"/>
        </w:rPr>
        <w:t>Ἐὰν δὲ ὁ ἄρχων ἁμάρτῃ καὶ ποιήσῃ μίαν ἀπὸ πασῶν τῶν ἐντολῶν κυρίου τοῦ θεοῦ αὐτῶν, ἣ οὐ ποιηθήσεται, ἀκουσίως καὶ ἁμάρτῃ καὶ πλημμελήσῃ,</w:t>
      </w:r>
    </w:p>
    <w:p>
      <w:r>
        <w:rPr>
          <w:rFonts w:ascii="Courier New" w:hAnsi="Courier New"/>
          <w:color w:val="555555"/>
          <w:sz w:val="20"/>
        </w:rPr>
        <w:t>[Lev . 4 . 23]</w:t>
      </w:r>
    </w:p>
    <w:p>
      <w:r>
        <w:rPr>
          <w:rFonts w:ascii="Gentium Plus" w:hAnsi="Gentium Plus"/>
          <w:sz w:val="24"/>
        </w:rPr>
        <w:t>καὶ γνωσθῇ αὐτῷ ἡ ἁμαρτία, ἣν ἥμαρ‐ τεν ἐν αὐτῇ, καὶ προσοίσει τὸ δῶρον αὐτοῦ χίμαρον ἐξ αἰγῶν, ἄρσεν ἄμωμον.</w:t>
      </w:r>
    </w:p>
    <w:p>
      <w:r>
        <w:rPr>
          <w:rFonts w:ascii="Courier New" w:hAnsi="Courier New"/>
          <w:color w:val="555555"/>
          <w:sz w:val="20"/>
        </w:rPr>
        <w:t>[Lev . 4 . 24]</w:t>
      </w:r>
    </w:p>
    <w:p>
      <w:r>
        <w:rPr>
          <w:rFonts w:ascii="Gentium Plus" w:hAnsi="Gentium Plus"/>
          <w:sz w:val="24"/>
        </w:rPr>
        <w:t>καὶ ἐπιθήσει τὴν χεῖρα ἐπὶ τὴν κεφαλὴν τοῦ χι‐ μάρου, καὶ σφάξουσιν αὐτὸν ἐν τόπῳ, οὗ σφάζουσιν τὰ ὁλοκαυ‐ τώματα ἐνώπιον κυρίου· ἁμαρτία ἐστίν.</w:t>
      </w:r>
    </w:p>
    <w:p>
      <w:r>
        <w:rPr>
          <w:rFonts w:ascii="Courier New" w:hAnsi="Courier New"/>
          <w:color w:val="555555"/>
          <w:sz w:val="20"/>
        </w:rPr>
        <w:t>[Lev . 4 . 25]</w:t>
      </w:r>
    </w:p>
    <w:p>
      <w:r>
        <w:rPr>
          <w:rFonts w:ascii="Gentium Plus" w:hAnsi="Gentium Plus"/>
          <w:sz w:val="24"/>
        </w:rPr>
        <w:t>καὶ ἐπιθήσει ὁ ἱερεὺς ἀπὸ τοῦ αἵματος τοῦ τῆς ἁμαρτίας τῷ δακτύλῳ ἐπὶ τὰ κέρατα τοῦ θυσιαστηρίου τῶν ὁλοκαυτωμάτων· καὶ τὸ πᾶν αἷμα αὐτοῦ</w:t>
      </w:r>
    </w:p>
    <w:p>
      <w:r>
        <w:rPr>
          <w:rFonts w:ascii="Courier New" w:hAnsi="Courier New"/>
          <w:color w:val="555555"/>
          <w:sz w:val="20"/>
        </w:rPr>
        <w:t>[Lev . 4 . 26]</w:t>
      </w:r>
    </w:p>
    <w:p>
      <w:r>
        <w:rPr>
          <w:rFonts w:ascii="Gentium Plus" w:hAnsi="Gentium Plus"/>
          <w:sz w:val="24"/>
        </w:rPr>
        <w:t>καὶ τὸ πᾶν στέαρ αὐτοῦ ἀνοίσει ἐπὶ τὸ θυσιαστήριον ὥσπερ τὸ στέαρ θυσίας σωτηρίου. καὶ ἐξιλάσεται περὶ αὐτοῦ ὁ ἱερεὺς ἀπὸ τῆς ἁμαρτίας αὐτοῦ, καὶ ἀφεθήσεται αὐτῷ.</w:t>
      </w:r>
    </w:p>
    <w:p>
      <w:r>
        <w:rPr>
          <w:rFonts w:ascii="Courier New" w:hAnsi="Courier New"/>
          <w:color w:val="555555"/>
          <w:sz w:val="20"/>
        </w:rPr>
        <w:t>[Lev . 4 . 27]</w:t>
      </w:r>
    </w:p>
    <w:p>
      <w:r>
        <w:rPr>
          <w:rFonts w:ascii="Gentium Plus" w:hAnsi="Gentium Plus"/>
          <w:sz w:val="24"/>
        </w:rPr>
        <w:t>Ἐὰν δὲ ψυχὴ μία ἁμάρτῃ ἀκουσίως ἐκ τοῦ λαοῦ τῆς γῆς ἐν τῷ ποιῆσαι μίαν ἀπὸ πασῶν τῶν ἐντολῶν κυρίου, ἣ οὐ ποιηθή‐ σεται, καὶ πλημμελήσῃ,</w:t>
      </w:r>
    </w:p>
    <w:p>
      <w:r>
        <w:rPr>
          <w:rFonts w:ascii="Courier New" w:hAnsi="Courier New"/>
          <w:color w:val="555555"/>
          <w:sz w:val="20"/>
        </w:rPr>
        <w:t>[Lev . 4 . 28]</w:t>
      </w:r>
    </w:p>
    <w:p>
      <w:r>
        <w:rPr>
          <w:rFonts w:ascii="Gentium Plus" w:hAnsi="Gentium Plus"/>
          <w:sz w:val="24"/>
        </w:rPr>
        <w:t>καὶ γνωσθῇ αὐτῷ ἡ ἁμαρτία, ἣν ἥμαρτεν ἐν αὐτῇ, καὶ οἴσει χίμαιραν ἐξ αἰγῶν, θήλειαν ἄμωμον, οἴσει περὶ τῆς ἁμαρτίας, ἧς ἥμαρτεν.</w:t>
      </w:r>
    </w:p>
    <w:p>
      <w:r>
        <w:rPr>
          <w:rFonts w:ascii="Courier New" w:hAnsi="Courier New"/>
          <w:color w:val="555555"/>
          <w:sz w:val="20"/>
        </w:rPr>
        <w:t>[Lev . 4 . 29]</w:t>
      </w:r>
    </w:p>
    <w:p>
      <w:r>
        <w:rPr>
          <w:rFonts w:ascii="Gentium Plus" w:hAnsi="Gentium Plus"/>
          <w:sz w:val="24"/>
        </w:rPr>
        <w:t>καὶ ἐπιθήσει τὴν χεῖρα ἐπὶ τὴν κεφα‐ λὴν τοῦ ἁμαρτήματος αὐτοῦ, καὶ σφάξουσιν τὴν χίμαιραν τὴν τῆς ἁμαρτίας ἐν τόπῳ, οὗ σφάζουσιν τὰ ὁλοκαυτώματα.</w:t>
      </w:r>
    </w:p>
    <w:p>
      <w:r>
        <w:rPr>
          <w:rFonts w:ascii="Courier New" w:hAnsi="Courier New"/>
          <w:color w:val="555555"/>
          <w:sz w:val="20"/>
        </w:rPr>
        <w:t>[Lev . 4 . 30]</w:t>
      </w:r>
    </w:p>
    <w:p>
      <w:r>
        <w:rPr>
          <w:rFonts w:ascii="Gentium Plus" w:hAnsi="Gentium Plus"/>
          <w:sz w:val="24"/>
        </w:rPr>
        <w:t>καὶ λήμψε‐ ται ὁ ἱερεὺς ἀπὸ τοῦ αἵματος αὐτῆς τῷ δακτύλῳ καὶ ἐπιθήσει ἐπὶ τὰ κέρατα τοῦ θυσιαστηρίου τῶν ὁλοκαυτωμάτων· καὶ πᾶν τὸ αἷ‐ μα αὐτῆς ἐκχεεῖ παρὰ τὴν βάσιν τοῦ θυσιαστηρίου.</w:t>
      </w:r>
    </w:p>
    <w:p>
      <w:r>
        <w:rPr>
          <w:rFonts w:ascii="Courier New" w:hAnsi="Courier New"/>
          <w:color w:val="555555"/>
          <w:sz w:val="20"/>
        </w:rPr>
        <w:t>[Lev . 4 . 31]</w:t>
      </w:r>
    </w:p>
    <w:p>
      <w:r>
        <w:rPr>
          <w:rFonts w:ascii="Gentium Plus" w:hAnsi="Gentium Plus"/>
          <w:sz w:val="24"/>
        </w:rPr>
        <w:t>καὶ πᾶν τὸ στέαρ περιελεῖ, ὃν τρόπον περιαιρεῖται στέαρ ἀπὸ θυσίας σωτη‐ ρίου, καὶ ἀνοίσει ὁ ἱερεὺς ἐπὶ τὸ θυσιαστήριον εἰς ὀσμὴν εὐωδίας κυρίῳ. καὶ ἐξιλάσεται περὶ αὐτοῦ ὁ ἱερεύς, καὶ ἀφεθήσεται αὐτῷ.</w:t>
      </w:r>
    </w:p>
    <w:p>
      <w:r>
        <w:rPr>
          <w:rFonts w:ascii="Courier New" w:hAnsi="Courier New"/>
          <w:color w:val="555555"/>
          <w:sz w:val="20"/>
        </w:rPr>
        <w:t>[5]</w:t>
      </w:r>
    </w:p>
    <w:p>
      <w:r>
        <w:rPr>
          <w:rFonts w:ascii="Gentium Plus" w:hAnsi="Gentium Plus"/>
          <w:sz w:val="24"/>
        </w:rPr>
        <w:t>—</w:t>
      </w:r>
    </w:p>
    <w:p>
      <w:r>
        <w:rPr>
          <w:rFonts w:ascii="Courier New" w:hAnsi="Courier New"/>
          <w:color w:val="555555"/>
          <w:sz w:val="20"/>
        </w:rPr>
        <w:t>[Lev . 4 . 32]</w:t>
      </w:r>
    </w:p>
    <w:p>
      <w:r>
        <w:rPr>
          <w:rFonts w:ascii="Gentium Plus" w:hAnsi="Gentium Plus"/>
          <w:sz w:val="24"/>
        </w:rPr>
        <w:t>ἐὰν δὲ πρόβατον προσενέγκῃ τὸ δῶρον αὐτοῦ εἰς ἁμαρτίαν, θῆλυ ἄμωμον προσοίσει αὐτό.</w:t>
      </w:r>
    </w:p>
    <w:p>
      <w:r>
        <w:rPr>
          <w:rFonts w:ascii="Courier New" w:hAnsi="Courier New"/>
          <w:color w:val="555555"/>
          <w:sz w:val="20"/>
        </w:rPr>
        <w:t>[Lev . 4 . 33]</w:t>
      </w:r>
    </w:p>
    <w:p>
      <w:r>
        <w:rPr>
          <w:rFonts w:ascii="Gentium Plus" w:hAnsi="Gentium Plus"/>
          <w:sz w:val="24"/>
        </w:rPr>
        <w:t>καὶ ἐπιθήσει τὴν χεῖρα ἐπὶ τὴν κεφαλὴν τοῦ τῆς ἁμαρτίας, καὶ σφάξουσιν αὐτὸ ἐν τόπῳ, οὗ σφά‐ ζουσιν τὰ ὁλοκαυτώματα.</w:t>
      </w:r>
    </w:p>
    <w:p>
      <w:r>
        <w:rPr>
          <w:rFonts w:ascii="Courier New" w:hAnsi="Courier New"/>
          <w:color w:val="555555"/>
          <w:sz w:val="20"/>
        </w:rPr>
        <w:t>[Lev . 4 . 34]</w:t>
      </w:r>
    </w:p>
    <w:p>
      <w:r>
        <w:rPr>
          <w:rFonts w:ascii="Gentium Plus" w:hAnsi="Gentium Plus"/>
          <w:sz w:val="24"/>
        </w:rPr>
        <w:t>καὶ λαβὼν ὁ ἱερεὺς ἀπὸ τοῦ αἵματος τοῦ τῆς ἁμαρτίας τῷ δακτύλῳ ἐπιθήσει ἐπὶ τὰ κέρατα τοῦ θυσια‐ στηρίου τῆς ὁλοκαυτώσεως· καὶ πᾶν αὐτοῦ τὸ αἷμα ἐκχεεῖ παρὰ τὴν βάσιν τοῦ θυσιαστηρίου τῆς ὁλοκαυτώσεως.</w:t>
      </w:r>
    </w:p>
    <w:p>
      <w:r>
        <w:rPr>
          <w:rFonts w:ascii="Courier New" w:hAnsi="Courier New"/>
          <w:color w:val="555555"/>
          <w:sz w:val="20"/>
        </w:rPr>
        <w:t>[Lev . 4 . 35]</w:t>
      </w:r>
    </w:p>
    <w:p>
      <w:r>
        <w:rPr>
          <w:rFonts w:ascii="Gentium Plus" w:hAnsi="Gentium Plus"/>
          <w:sz w:val="24"/>
        </w:rPr>
        <w:t>καὶ πᾶν αὐτοῦ τὸ στέαρ περιελεῖ, ὃν τρόπον περιαιρεῖται στέαρ προβάτου ἐκ τῆς θυσίας τοῦ σωτηρίου, καὶ ἐπιθήσει αὐτὸ ὁ ἱερεὺς ἐπὶ τὸ θυσια‐ στήριον ἐπὶ τὸ ὁλοκαύτωμα κυρίου. καὶ ἐξιλάσεται περὶ αὐτοῦ ὁ</w:t>
      </w:r>
    </w:p>
    <w:p>
      <w:r>
        <w:rPr>
          <w:rFonts w:ascii="Courier New" w:hAnsi="Courier New"/>
          <w:color w:val="555555"/>
          <w:sz w:val="20"/>
        </w:rPr>
        <w:t>[5]</w:t>
      </w:r>
    </w:p>
    <w:p>
      <w:r>
        <w:rPr>
          <w:rFonts w:ascii="Gentium Plus" w:hAnsi="Gentium Plus"/>
          <w:sz w:val="24"/>
        </w:rPr>
        <w:t>ἱερεὺς περὶ τῆς ἁμαρτίας, ἧς ἥμαρτεν, καὶ ἀφεθήσεται αὐτῷ.</w:t>
      </w:r>
    </w:p>
    <w:p>
      <w:r>
        <w:rPr>
          <w:rFonts w:ascii="Courier New" w:hAnsi="Courier New"/>
          <w:color w:val="555555"/>
          <w:sz w:val="20"/>
        </w:rPr>
        <w:t>[Lev . 5 . 1]</w:t>
      </w:r>
    </w:p>
    <w:p>
      <w:r>
        <w:rPr>
          <w:rFonts w:ascii="Gentium Plus" w:hAnsi="Gentium Plus"/>
          <w:sz w:val="24"/>
        </w:rPr>
        <w:t>Ἐὰν δὲ ψυχὴ ἁμάρτῃ καὶ ἀκούσῃ φωνὴν ὁρκισμοῦ καὶ οὗτος μάρτυς (ἢ ἑώρακεν ἢ σύνοιδεν), ἐὰν μὴ ἀπαγγείλῃ, λήμψεται τὴν ἁμαρτίαν·</w:t>
      </w:r>
    </w:p>
    <w:p>
      <w:r>
        <w:rPr>
          <w:rFonts w:ascii="Courier New" w:hAnsi="Courier New"/>
          <w:color w:val="555555"/>
          <w:sz w:val="20"/>
        </w:rPr>
        <w:t>[Lev . 5 . 2]</w:t>
      </w:r>
    </w:p>
    <w:p>
      <w:r>
        <w:rPr>
          <w:rFonts w:ascii="Gentium Plus" w:hAnsi="Gentium Plus"/>
          <w:sz w:val="24"/>
        </w:rPr>
        <w:t>ἢ ψυχή, ἥτις ἐὰν ἅψηται παντὸς πράγματος ἀκαθάρ‐ του, ἢ θνησιμαίου ἢ θηριαλώτου ἀκαθάρτου ἢ τῶν θνησιμαίων ἢ τῶν βδελυγμάτων τῶν ἀκαθάρτων ἢ τῶν θνησιμαίων κτηνῶν τῶν ἀκαθάρτων,</w:t>
      </w:r>
    </w:p>
    <w:p>
      <w:r>
        <w:rPr>
          <w:rFonts w:ascii="Courier New" w:hAnsi="Courier New"/>
          <w:color w:val="555555"/>
          <w:sz w:val="20"/>
        </w:rPr>
        <w:t>[Lev . 5 . 3]</w:t>
      </w:r>
    </w:p>
    <w:p>
      <w:r>
        <w:rPr>
          <w:rFonts w:ascii="Gentium Plus" w:hAnsi="Gentium Plus"/>
          <w:sz w:val="24"/>
        </w:rPr>
        <w:t>ἢ ἅψηται ἀπὸ ἀκαθαρσίας ἀνθρώπου, ἀπὸ πάσης ἀκα‐ θαρσίας αὐτοῦ, ἧς ἂν ἁψάμενος μιανθῇ, καὶ ἔλαθεν αὐτόν, μετὰ τοῦτο δὲ γνῷ καὶ πλημμελήσῃ,</w:t>
      </w:r>
    </w:p>
    <w:p>
      <w:r>
        <w:rPr>
          <w:rFonts w:ascii="Courier New" w:hAnsi="Courier New"/>
          <w:color w:val="555555"/>
          <w:sz w:val="20"/>
        </w:rPr>
        <w:t>[Lev . 5 . 4]</w:t>
      </w:r>
    </w:p>
    <w:p>
      <w:r>
        <w:rPr>
          <w:rFonts w:ascii="Gentium Plus" w:hAnsi="Gentium Plus"/>
          <w:sz w:val="24"/>
        </w:rPr>
        <w:t>ἢ ψυχή, ἡ ἂν ὀμόσῃ διαστέλλουσα τοῖς χείλεσιν κακοποιῆσαι ἢ καλῶς ποιῆσαι κατὰ πάντα, ὅσα ἐὰν διαστείλῃ ὁ ἄνθρωπος μεθ’ ὅρκου, καὶ λάθῃ αὐτὸν πρὸ ὀφθαλμῶν, καὶ οὗτος γνῷ καὶ ἁμάρτῃ ἕν τι τούτων,</w:t>
      </w:r>
    </w:p>
    <w:p>
      <w:r>
        <w:rPr>
          <w:rFonts w:ascii="Courier New" w:hAnsi="Courier New"/>
          <w:color w:val="555555"/>
          <w:sz w:val="20"/>
        </w:rPr>
        <w:t>[Lev . 5 . 5]</w:t>
      </w:r>
    </w:p>
    <w:p>
      <w:r>
        <w:rPr>
          <w:rFonts w:ascii="Gentium Plus" w:hAnsi="Gentium Plus"/>
          <w:sz w:val="24"/>
        </w:rPr>
        <w:t>καὶ ἐξαγορεύσει τὴν ἁμαρτίαν περὶ ὧν ἡμάρτηκεν κατ’ αὐτῆς,</w:t>
      </w:r>
    </w:p>
    <w:p>
      <w:r>
        <w:rPr>
          <w:rFonts w:ascii="Courier New" w:hAnsi="Courier New"/>
          <w:color w:val="555555"/>
          <w:sz w:val="20"/>
        </w:rPr>
        <w:t>[Lev . 5 . 6]</w:t>
      </w:r>
    </w:p>
    <w:p>
      <w:r>
        <w:rPr>
          <w:rFonts w:ascii="Gentium Plus" w:hAnsi="Gentium Plus"/>
          <w:sz w:val="24"/>
        </w:rPr>
        <w:t>καὶ οἴσει περὶ ὧν ἐπλημ‐</w:t>
      </w:r>
    </w:p>
    <w:p>
      <w:r>
        <w:rPr>
          <w:rFonts w:ascii="Courier New" w:hAnsi="Courier New"/>
          <w:color w:val="555555"/>
          <w:sz w:val="20"/>
        </w:rPr>
        <w:t>[5]</w:t>
      </w:r>
    </w:p>
    <w:p>
      <w:r>
        <w:rPr>
          <w:rFonts w:ascii="Gentium Plus" w:hAnsi="Gentium Plus"/>
          <w:sz w:val="24"/>
        </w:rPr>
        <w:t>τεν, καὶ ἀφεθήσεται αὐτῷ ἡ ἁμαρτία.</w:t>
      </w:r>
    </w:p>
    <w:p>
      <w:r>
        <w:rPr>
          <w:rFonts w:ascii="Courier New" w:hAnsi="Courier New"/>
          <w:color w:val="555555"/>
          <w:sz w:val="20"/>
        </w:rPr>
        <w:t>[Lev . 5 . 7]</w:t>
      </w:r>
    </w:p>
    <w:p>
      <w:r>
        <w:rPr>
          <w:rFonts w:ascii="Gentium Plus" w:hAnsi="Gentium Plus"/>
          <w:sz w:val="24"/>
        </w:rPr>
        <w:t>Ἐὰν δὲ μὴ ἰσχύσῃ ἡ χεὶρ αὐτοῦ τὸ ἱκανὸν εἰς τὸ πρόβατον, οἴσει περὶ τῆς ἁμαρτίας αὐτοῦ, ἧς ἥμαρτεν, δύο τρυγόνας ἢ δύο νεοσσοὺς περιστερῶν κυρίῳ, ἕνα περὶ ἁμαρτίας καὶ ἕνα εἰς ὁλο‐ καύτωμα.</w:t>
      </w:r>
    </w:p>
    <w:p>
      <w:r>
        <w:rPr>
          <w:rFonts w:ascii="Courier New" w:hAnsi="Courier New"/>
          <w:color w:val="555555"/>
          <w:sz w:val="20"/>
        </w:rPr>
        <w:t>[Lev . 5 . 8]</w:t>
      </w:r>
    </w:p>
    <w:p>
      <w:r>
        <w:rPr>
          <w:rFonts w:ascii="Gentium Plus" w:hAnsi="Gentium Plus"/>
          <w:sz w:val="24"/>
        </w:rPr>
        <w:t>καὶ οἴσει αὐτὰ πρὸς τὸν ἱερέα, καὶ προσάξει ὁ ἱερεὺς τὸ περὶ τῆς ἁμαρτίας πρότερον· καὶ ἀποκνίσει ὁ ἱερεὺς τὴν κε‐ φαλὴν αὐτοῦ ἀπὸ τοῦ σφονδύλου καὶ οὐ διελεῖ·</w:t>
      </w:r>
    </w:p>
    <w:p>
      <w:r>
        <w:rPr>
          <w:rFonts w:ascii="Courier New" w:hAnsi="Courier New"/>
          <w:color w:val="555555"/>
          <w:sz w:val="20"/>
        </w:rPr>
        <w:t>[Lev . 5 . 9]</w:t>
      </w:r>
    </w:p>
    <w:p>
      <w:r>
        <w:rPr>
          <w:rFonts w:ascii="Gentium Plus" w:hAnsi="Gentium Plus"/>
          <w:sz w:val="24"/>
        </w:rPr>
        <w:t>καὶ ῥανεῖ ἀπὸ τοῦ αἵματος τοῦ περὶ τῆς ἁμαρτίας ἐπὶ τὸν τοῖχον τοῦ θυσια‐ στηρίου, τὸ δὲ κατάλοιπον τοῦ αἵματος καταστραγγιεῖ ἐπὶ τὴν βάσιν τοῦ θυσιαστηρίου· ἁμαρτίας γάρ ἐστιν.</w:t>
      </w:r>
    </w:p>
    <w:p>
      <w:r>
        <w:rPr>
          <w:rFonts w:ascii="Courier New" w:hAnsi="Courier New"/>
          <w:color w:val="555555"/>
          <w:sz w:val="20"/>
        </w:rPr>
        <w:t>[Lev . 5 . 10]</w:t>
      </w:r>
    </w:p>
    <w:p>
      <w:r>
        <w:rPr>
          <w:rFonts w:ascii="Gentium Plus" w:hAnsi="Gentium Plus"/>
          <w:sz w:val="24"/>
        </w:rPr>
        <w:t>καὶ τὸ δεύτερον ποιήσει ὁλοκαύτωμα, ὡς καθήκει. καὶ ἐξιλάσεται ὁ ἱερεὺς περὶ τῆς ἁμαρτίας αὐτοῦ, ἧς ἥμαρτεν, καὶ ἀφεθήσεται αὐτῷ. —</w:t>
      </w:r>
    </w:p>
    <w:p>
      <w:r>
        <w:rPr>
          <w:rFonts w:ascii="Courier New" w:hAnsi="Courier New"/>
          <w:color w:val="555555"/>
          <w:sz w:val="20"/>
        </w:rPr>
        <w:t>[Lev . 5 . 11]</w:t>
      </w:r>
    </w:p>
    <w:p>
      <w:r>
        <w:rPr>
          <w:rFonts w:ascii="Gentium Plus" w:hAnsi="Gentium Plus"/>
          <w:sz w:val="24"/>
        </w:rPr>
        <w:t>ἐὰν δὲ μὴ εὑρίσκῃ αὐτοῦ ἡ χεὶρ ζεῦγος τρυγόνων ἢ δύο νεοσσοὺς περι‐ στερῶν, καὶ οἴσει τὸ δῶρον αὐτοῦ περὶ οὗ ἥμαρτεν, τὸ δέκατον τοῦ οιφι σεμίδαλιν περὶ ἁμαρτίας· οὐκ ἐπιχεεῖ ἐπ’ αὐτὸ ἔλαιον</w:t>
      </w:r>
    </w:p>
    <w:p>
      <w:r>
        <w:rPr>
          <w:rFonts w:ascii="Courier New" w:hAnsi="Courier New"/>
          <w:color w:val="555555"/>
          <w:sz w:val="20"/>
        </w:rPr>
        <w:t>[5]</w:t>
      </w:r>
    </w:p>
    <w:p>
      <w:r>
        <w:rPr>
          <w:rFonts w:ascii="Gentium Plus" w:hAnsi="Gentium Plus"/>
          <w:sz w:val="24"/>
        </w:rPr>
        <w:t>οὐδὲ ἐπιθήσει ἐπ’ αὐτὸ λίβανον, ὅτι περὶ ἁμαρτίας ἐστίν·</w:t>
      </w:r>
    </w:p>
    <w:p>
      <w:r>
        <w:rPr>
          <w:rFonts w:ascii="Courier New" w:hAnsi="Courier New"/>
          <w:color w:val="555555"/>
          <w:sz w:val="20"/>
        </w:rPr>
        <w:t>[Lev . 5 . 12]</w:t>
      </w:r>
    </w:p>
    <w:p>
      <w:r>
        <w:rPr>
          <w:rFonts w:ascii="Gentium Plus" w:hAnsi="Gentium Plus"/>
          <w:sz w:val="24"/>
        </w:rPr>
        <w:t>καὶ οἴσει αὐτὸ πρὸς τὸν ἱερέα. καὶ δραξάμενος ὁ ἱερεὺς ἀπ’ αὐτῆς πλήρη τὴν δράκα, τὸ μνημόσυνον αὐτῆς ἐπιθήσει ἐπὶ τὸ θυσια‐ στήριον τῶν ὁλοκαυτωμάτων κυρίῳ· ἁμαρτία ἐστίν.</w:t>
      </w:r>
    </w:p>
    <w:p>
      <w:r>
        <w:rPr>
          <w:rFonts w:ascii="Courier New" w:hAnsi="Courier New"/>
          <w:color w:val="555555"/>
          <w:sz w:val="20"/>
        </w:rPr>
        <w:t>[Lev . 5 . 13]</w:t>
      </w:r>
    </w:p>
    <w:p>
      <w:r>
        <w:rPr>
          <w:rFonts w:ascii="Gentium Plus" w:hAnsi="Gentium Plus"/>
          <w:sz w:val="24"/>
        </w:rPr>
        <w:t>καὶ ἐξιλά‐ σεται περὶ αὐτοῦ ὁ ἱερεὺς περὶ τῆς ἁμαρτίας αὐτοῦ, ἧς ἥμαρτεν, ἐφ’ ἑνὸς τούτων, καὶ ἀφεθήσεται αὐτῷ. τὸ δὲ καταλειφθὲν ἔσται τῷ ἱερεῖ ὡς ἡ θυσία τῆς σεμιδάλεως.</w:t>
      </w:r>
    </w:p>
    <w:p>
      <w:r>
        <w:rPr>
          <w:rFonts w:ascii="Courier New" w:hAnsi="Courier New"/>
          <w:color w:val="555555"/>
          <w:sz w:val="20"/>
        </w:rPr>
        <w:t>[Lev . 5 . 14]</w:t>
      </w:r>
    </w:p>
    <w:p>
      <w:r>
        <w:rPr>
          <w:rFonts w:ascii="Gentium Plus" w:hAnsi="Gentium Plus"/>
          <w:sz w:val="24"/>
        </w:rPr>
        <w:t>Καὶ ἐλάλησεν κύριος πρὸς Μωυσῆν λέγων</w:t>
      </w:r>
    </w:p>
    <w:p>
      <w:r>
        <w:rPr>
          <w:rFonts w:ascii="Courier New" w:hAnsi="Courier New"/>
          <w:color w:val="555555"/>
          <w:sz w:val="20"/>
        </w:rPr>
        <w:t>[Lev . 5 . 15]</w:t>
      </w:r>
    </w:p>
    <w:p>
      <w:r>
        <w:rPr>
          <w:rFonts w:ascii="Gentium Plus" w:hAnsi="Gentium Plus"/>
          <w:sz w:val="24"/>
        </w:rPr>
        <w:t>Ψυχὴ ἐὰν λάθῃ αὐτὸν λήθη καὶ ἁμάρτῃ ἀκουσίως ἀπὸ τῶν ἁγίων κυρίου, καὶ οἴ‐ σει τῆς πλημμελείας αὐτοῦ τῷ κυρίῳ κριὸν ἄμωμον ἐκ τῶν προ‐ βάτων τιμῆς ἀργυρίου σίκλων, τῷ σίκλῳ τῶν ἁγίων, περὶ οὗ</w:t>
      </w:r>
    </w:p>
    <w:p>
      <w:r>
        <w:rPr>
          <w:rFonts w:ascii="Courier New" w:hAnsi="Courier New"/>
          <w:color w:val="555555"/>
          <w:sz w:val="20"/>
        </w:rPr>
        <w:t>[5]</w:t>
      </w:r>
    </w:p>
    <w:p>
      <w:r>
        <w:rPr>
          <w:rFonts w:ascii="Gentium Plus" w:hAnsi="Gentium Plus"/>
          <w:sz w:val="24"/>
        </w:rPr>
        <w:t>ἐπλημμέλησεν.</w:t>
      </w:r>
    </w:p>
    <w:p>
      <w:r>
        <w:rPr>
          <w:rFonts w:ascii="Courier New" w:hAnsi="Courier New"/>
          <w:color w:val="555555"/>
          <w:sz w:val="20"/>
        </w:rPr>
        <w:t>[Lev . 5 . 16]</w:t>
      </w:r>
    </w:p>
    <w:p>
      <w:r>
        <w:rPr>
          <w:rFonts w:ascii="Gentium Plus" w:hAnsi="Gentium Plus"/>
          <w:sz w:val="24"/>
        </w:rPr>
        <w:t>καὶ ὃ ἥμαρτεν ἀπὸ τῶν ἁγίων, ἀποτείσαι αὐτὸ καὶ τὸ ἐπίπεμπτον προσθήσει ἐπ’ αὐτὸ καὶ δώσει αὐτὸ τῷ ἱερεῖ· καὶ ὁ ἱερεὺς ἐξιλάσεται περὶ αὐτοῦ ἐν τῷ κριῷ τῆς πλημμελείας, καὶ ἀφεθήσεται αὐτῷ.</w:t>
      </w:r>
    </w:p>
    <w:p>
      <w:r>
        <w:rPr>
          <w:rFonts w:ascii="Courier New" w:hAnsi="Courier New"/>
          <w:color w:val="555555"/>
          <w:sz w:val="20"/>
        </w:rPr>
        <w:t>[Lev . 5 . 17]</w:t>
      </w:r>
    </w:p>
    <w:p>
      <w:r>
        <w:rPr>
          <w:rFonts w:ascii="Gentium Plus" w:hAnsi="Gentium Plus"/>
          <w:sz w:val="24"/>
        </w:rPr>
        <w:t>Καὶ ἡ ψυχή, ἣ ἂν ἁμάρτῃ καὶ ποιήσῃ μίαν ἀπὸ πασῶν τῶν ἐντολῶν κυρίου, ὧν οὐ δεῖ ποιεῖν, καὶ οὐκ ἔγνω καὶ πλημμελήσῃ καὶ λάβῃ τὴν ἁμαρτίαν,</w:t>
      </w:r>
    </w:p>
    <w:p>
      <w:r>
        <w:rPr>
          <w:rFonts w:ascii="Courier New" w:hAnsi="Courier New"/>
          <w:color w:val="555555"/>
          <w:sz w:val="20"/>
        </w:rPr>
        <w:t>[Lev . 5 . 18]</w:t>
      </w:r>
    </w:p>
    <w:p>
      <w:r>
        <w:rPr>
          <w:rFonts w:ascii="Gentium Plus" w:hAnsi="Gentium Plus"/>
          <w:sz w:val="24"/>
        </w:rPr>
        <w:t>καὶ οἴσει κριὸν ἄμωμον ἐκ τῶν προ‐ βάτων τιμῆς ἀργυρίου εἰς πλημμέλειαν πρὸς τὸν ἱερέα· καὶ ἐξι‐</w:t>
      </w:r>
    </w:p>
    <w:p>
      <w:r>
        <w:rPr>
          <w:rFonts w:ascii="Courier New" w:hAnsi="Courier New"/>
          <w:color w:val="555555"/>
          <w:sz w:val="20"/>
        </w:rPr>
        <w:t>[Lev . 5 . 19]</w:t>
      </w:r>
    </w:p>
    <w:p>
      <w:r>
        <w:rPr>
          <w:rFonts w:ascii="Gentium Plus" w:hAnsi="Gentium Plus"/>
          <w:sz w:val="24"/>
        </w:rPr>
        <w:t>ἐπλημμέλησεν γὰρ πλημμέλησιν ἔναντι κυρίου.</w:t>
      </w:r>
    </w:p>
    <w:p>
      <w:r>
        <w:rPr>
          <w:rFonts w:ascii="Courier New" w:hAnsi="Courier New"/>
          <w:color w:val="555555"/>
          <w:sz w:val="20"/>
        </w:rPr>
        <w:t>[Lev . 5 . 20]</w:t>
      </w:r>
    </w:p>
    <w:p>
      <w:r>
        <w:rPr>
          <w:rFonts w:ascii="Gentium Plus" w:hAnsi="Gentium Plus"/>
          <w:sz w:val="24"/>
        </w:rPr>
        <w:t>Καὶ ἐλάλησεν κύριος πρὸς Μωυσῆν λέγων</w:t>
      </w:r>
    </w:p>
    <w:p>
      <w:r>
        <w:rPr>
          <w:rFonts w:ascii="Courier New" w:hAnsi="Courier New"/>
          <w:color w:val="555555"/>
          <w:sz w:val="20"/>
        </w:rPr>
        <w:t>[Lev . 5 . 21]</w:t>
      </w:r>
    </w:p>
    <w:p>
      <w:r>
        <w:rPr>
          <w:rFonts w:ascii="Gentium Plus" w:hAnsi="Gentium Plus"/>
          <w:sz w:val="24"/>
        </w:rPr>
        <w:t>Ψυχὴ ἐὰν ἁμάρ‐ τῃ καὶ παριδὼν παρίδῃ τὰς ἐντολὰς κυρίου καὶ ψεύσηται τὰ πρὸς τὸν πλησίον ἐν παραθήκῃ ἢ περὶ κοινωνίας ἢ περὶ ἁρπαγῆς ἢ ἠδί‐ κησέν τι τὸν πλησίον</w:t>
      </w:r>
    </w:p>
    <w:p>
      <w:r>
        <w:rPr>
          <w:rFonts w:ascii="Courier New" w:hAnsi="Courier New"/>
          <w:color w:val="555555"/>
          <w:sz w:val="20"/>
        </w:rPr>
        <w:t>[Lev . 5 . 22]</w:t>
      </w:r>
    </w:p>
    <w:p>
      <w:r>
        <w:rPr>
          <w:rFonts w:ascii="Gentium Plus" w:hAnsi="Gentium Plus"/>
          <w:sz w:val="24"/>
        </w:rPr>
        <w:t>ἢ εὗρεν ἀπώλειαν καὶ ψεύσηται περὶ αὐ‐ τῆς καὶ ὀμόσῃ ἀδίκως περὶ ἑνὸς ἀπὸ πάντων, ὧν ἐὰν ποιήσῃ ὁ ἄνθρωπος ὥστε ἁμαρτεῖν ἐν τούτοις,</w:t>
      </w:r>
    </w:p>
    <w:p>
      <w:r>
        <w:rPr>
          <w:rFonts w:ascii="Courier New" w:hAnsi="Courier New"/>
          <w:color w:val="555555"/>
          <w:sz w:val="20"/>
        </w:rPr>
        <w:t>[Lev . 5 . 23]</w:t>
      </w:r>
    </w:p>
    <w:p>
      <w:r>
        <w:rPr>
          <w:rFonts w:ascii="Gentium Plus" w:hAnsi="Gentium Plus"/>
          <w:sz w:val="24"/>
        </w:rPr>
        <w:t>καὶ ἔσται ἡνίκα ἐὰν ἁμάρ‐ τῃ καὶ πλημμελήσῃ, καὶ ἀποδῷ τὸ ἅρπαγμα, ὃ ἥρπασεν, ἢ τὸ ἀδί‐ κημα, ὃ ἠδίκησεν, ἢ τὴν παραθήκην, ἥτις παρετέθη αὐτῷ, ἢ τὴν ἀπώλειαν, ἣν εὗρεν,</w:t>
      </w:r>
    </w:p>
    <w:p>
      <w:r>
        <w:rPr>
          <w:rFonts w:ascii="Courier New" w:hAnsi="Courier New"/>
          <w:color w:val="555555"/>
          <w:sz w:val="20"/>
        </w:rPr>
        <w:t>[Lev . 5 . 24]</w:t>
      </w:r>
    </w:p>
    <w:p>
      <w:r>
        <w:rPr>
          <w:rFonts w:ascii="Gentium Plus" w:hAnsi="Gentium Plus"/>
          <w:sz w:val="24"/>
        </w:rPr>
        <w:t>ἀπὸ παντὸς πράγματος, οὗ ὤμοσεν περὶ αὐτοῦ ἀδίκως, καὶ ἀποτείσει αὐτὸ τὸ κεφάλαιον καὶ τὸ πέμπτον προσθήσει ἐπ’ αὐτό· τίνος ἐστίν, αὐτῷ ἀποδώσει ᾗ ἡμέρᾳ ἐλεγ‐ χθῇ.</w:t>
      </w:r>
    </w:p>
    <w:p>
      <w:r>
        <w:rPr>
          <w:rFonts w:ascii="Courier New" w:hAnsi="Courier New"/>
          <w:color w:val="555555"/>
          <w:sz w:val="20"/>
        </w:rPr>
        <w:t>[Lev . 5 . 25]</w:t>
      </w:r>
    </w:p>
    <w:p>
      <w:r>
        <w:rPr>
          <w:rFonts w:ascii="Gentium Plus" w:hAnsi="Gentium Plus"/>
          <w:sz w:val="24"/>
        </w:rPr>
        <w:t>καὶ τῆς πλημμελείας αὐτοῦ οἴσει τῷ κυρίῳ κριὸν ἀπὸ τῶν προβάτων ἄμωμον τιμῆς εἰς ὃ ἐπλημμέλησεν αὐτῷ.</w:t>
      </w:r>
    </w:p>
    <w:p>
      <w:r>
        <w:rPr>
          <w:rFonts w:ascii="Courier New" w:hAnsi="Courier New"/>
          <w:color w:val="555555"/>
          <w:sz w:val="20"/>
        </w:rPr>
        <w:t>[Lev . 5 . 26]</w:t>
      </w:r>
    </w:p>
    <w:p>
      <w:r>
        <w:rPr>
          <w:rFonts w:ascii="Gentium Plus" w:hAnsi="Gentium Plus"/>
          <w:sz w:val="24"/>
        </w:rPr>
        <w:t>καὶ ἐξιλά‐ σεται περὶ αὐτοῦ ὁ ἱερεὺς ἔναντι κυρίου, καὶ ἀφεθήσεται αὐτῷ περὶ ἑνὸς ἀπὸ πάντων, ὧν ἐποίησεν καὶ ἐπλημμέλησεν αὐτῷ.</w:t>
      </w:r>
    </w:p>
    <w:p>
      <w:r>
        <w:rPr>
          <w:rFonts w:ascii="Courier New" w:hAnsi="Courier New"/>
          <w:color w:val="555555"/>
          <w:sz w:val="20"/>
        </w:rPr>
        <w:t>[Lev . 6 . 1]</w:t>
      </w:r>
    </w:p>
    <w:p>
      <w:r>
        <w:rPr>
          <w:rFonts w:ascii="Gentium Plus" w:hAnsi="Gentium Plus"/>
          <w:sz w:val="24"/>
        </w:rPr>
        <w:t>Καὶ ἐλάλησεν κύριος πρὸς Μωυσῆν λέγων</w:t>
      </w:r>
    </w:p>
    <w:p>
      <w:r>
        <w:rPr>
          <w:rFonts w:ascii="Courier New" w:hAnsi="Courier New"/>
          <w:color w:val="555555"/>
          <w:sz w:val="20"/>
        </w:rPr>
        <w:t>[Lev . 6 . 2]</w:t>
      </w:r>
    </w:p>
    <w:p>
      <w:r>
        <w:rPr>
          <w:rFonts w:ascii="Gentium Plus" w:hAnsi="Gentium Plus"/>
          <w:sz w:val="24"/>
        </w:rPr>
        <w:t>Ἔντειλαι Ααρων καὶ τοῖς υἱοῖς αὐτοῦ λέγων Οὗτος ὁ νόμος τῆς ὁλοκαυτώσεως· αὐτὴ ἡ ὁλοκαύτωσις ἐπὶ τῆς καύσεως αὐτῆς ἐπὶ τοῦ θυσιαστηρίου ὅλην τὴν νύκτα ἕως τὸ πρωί, καὶ τὸ πῦρ τοῦ θυσιαστηρίου καυ‐</w:t>
      </w:r>
    </w:p>
    <w:p>
      <w:r>
        <w:rPr>
          <w:rFonts w:ascii="Courier New" w:hAnsi="Courier New"/>
          <w:color w:val="555555"/>
          <w:sz w:val="20"/>
        </w:rPr>
        <w:t>[5]</w:t>
      </w:r>
    </w:p>
    <w:p>
      <w:r>
        <w:rPr>
          <w:rFonts w:ascii="Gentium Plus" w:hAnsi="Gentium Plus"/>
          <w:sz w:val="24"/>
        </w:rPr>
        <w:t>θήσεται ἐπ’ αὐτοῦ, οὐ σβεσθήσεται.</w:t>
      </w:r>
    </w:p>
    <w:p>
      <w:r>
        <w:rPr>
          <w:rFonts w:ascii="Courier New" w:hAnsi="Courier New"/>
          <w:color w:val="555555"/>
          <w:sz w:val="20"/>
        </w:rPr>
        <w:t>[Lev . 6 . 3]</w:t>
      </w:r>
    </w:p>
    <w:p>
      <w:r>
        <w:rPr>
          <w:rFonts w:ascii="Gentium Plus" w:hAnsi="Gentium Plus"/>
          <w:sz w:val="24"/>
        </w:rPr>
        <w:t>καὶ ἐνδύσεται ὁ ἱερεὺς χιτῶνα λινοῦν καὶ περισκελὲς λινοῦν ἐνδύσεται περὶ τὸ σῶμα αὐτοῦ καὶ ἀφελεῖ τὴν κατακάρπωσιν, ἣν ἂν καταναλώσῃ τὸ πῦρ τὴν ὁλοκαύ‐ τωσιν, ἀπὸ τοῦ θυσιαστηρίου καὶ παραθήσει αὐτὸ ἐχόμενον τοῦ</w:t>
      </w:r>
    </w:p>
    <w:p>
      <w:r>
        <w:rPr>
          <w:rFonts w:ascii="Courier New" w:hAnsi="Courier New"/>
          <w:color w:val="555555"/>
          <w:sz w:val="20"/>
        </w:rPr>
        <w:t>[5]</w:t>
      </w:r>
    </w:p>
    <w:p>
      <w:r>
        <w:rPr>
          <w:rFonts w:ascii="Gentium Plus" w:hAnsi="Gentium Plus"/>
          <w:sz w:val="24"/>
        </w:rPr>
        <w:t>θυσιαστηρίου.</w:t>
      </w:r>
    </w:p>
    <w:p>
      <w:r>
        <w:rPr>
          <w:rFonts w:ascii="Courier New" w:hAnsi="Courier New"/>
          <w:color w:val="555555"/>
          <w:sz w:val="20"/>
        </w:rPr>
        <w:t>[Lev . 6 . 4]</w:t>
      </w:r>
    </w:p>
    <w:p>
      <w:r>
        <w:rPr>
          <w:rFonts w:ascii="Gentium Plus" w:hAnsi="Gentium Plus"/>
          <w:sz w:val="24"/>
        </w:rPr>
        <w:t>καὶ ἐκδύσεται τὴν στολὴν αὐτοῦ καὶ ἐνδύσεται στο‐ λὴν ἄλλην καὶ ἐξοίσει τὴν κατακάρπωσιν ἔξω τῆς παρεμβολῆς εἰς τόπον καθαρόν.</w:t>
      </w:r>
    </w:p>
    <w:p>
      <w:r>
        <w:rPr>
          <w:rFonts w:ascii="Courier New" w:hAnsi="Courier New"/>
          <w:color w:val="555555"/>
          <w:sz w:val="20"/>
        </w:rPr>
        <w:t>[Lev . 6 . 5]</w:t>
      </w:r>
    </w:p>
    <w:p>
      <w:r>
        <w:rPr>
          <w:rFonts w:ascii="Gentium Plus" w:hAnsi="Gentium Plus"/>
          <w:sz w:val="24"/>
        </w:rPr>
        <w:t>καὶ πῦρ ἐπὶ τὸ θυσιαστήριον καυθήσεται ἀπ’ αὐ‐ τοῦ καὶ οὐ σβεσθήσεται, καὶ καύσει ὁ ἱερεὺς ἐπ’ αὐτὸ ξύλα τὸ πρωὶ καὶ στοιβάσει ἐπ’ αὐτοῦ τὴν ὁλοκαύτωσιν καὶ ἐπιθήσει ἐπ’ αὐτὸ τὸ στέαρ τοῦ σωτηρίου·</w:t>
      </w:r>
    </w:p>
    <w:p>
      <w:r>
        <w:rPr>
          <w:rFonts w:ascii="Courier New" w:hAnsi="Courier New"/>
          <w:color w:val="555555"/>
          <w:sz w:val="20"/>
        </w:rPr>
        <w:t>[Lev . 6 . 6]</w:t>
      </w:r>
    </w:p>
    <w:p>
      <w:r>
        <w:rPr>
          <w:rFonts w:ascii="Gentium Plus" w:hAnsi="Gentium Plus"/>
          <w:sz w:val="24"/>
        </w:rPr>
        <w:t>καὶ πῦρ διὰ παντὸς καυθήσεται ἐπὶ τὸ θυσιαστήριον, οὐ σβεσθήσεται.</w:t>
      </w:r>
    </w:p>
    <w:p>
      <w:r>
        <w:rPr>
          <w:rFonts w:ascii="Courier New" w:hAnsi="Courier New"/>
          <w:color w:val="555555"/>
          <w:sz w:val="20"/>
        </w:rPr>
        <w:t>[Lev . 6 . 7]</w:t>
      </w:r>
    </w:p>
    <w:p>
      <w:r>
        <w:rPr>
          <w:rFonts w:ascii="Gentium Plus" w:hAnsi="Gentium Plus"/>
          <w:sz w:val="24"/>
        </w:rPr>
        <w:t>Οὗτος ὁ νόμος τῆς θυσίας, ἣν προσάξουσιν αὐτὴν οἱ υἱοὶ Ααρων ἔναντι κυρίου ἀπέναντι τοῦ θυσιαστηρίου·</w:t>
      </w:r>
    </w:p>
    <w:p>
      <w:r>
        <w:rPr>
          <w:rFonts w:ascii="Courier New" w:hAnsi="Courier New"/>
          <w:color w:val="555555"/>
          <w:sz w:val="20"/>
        </w:rPr>
        <w:t>[Lev . 6 . 8]</w:t>
      </w:r>
    </w:p>
    <w:p>
      <w:r>
        <w:rPr>
          <w:rFonts w:ascii="Gentium Plus" w:hAnsi="Gentium Plus"/>
          <w:sz w:val="24"/>
        </w:rPr>
        <w:t>καὶ ἀφελεῖ ἀπ’ αὐτοῦ τῇ δρακὶ ἀπὸ τῆς σεμιδάλεως τῆς θυσίας σὺν τῷ ἐλαίῳ αὐτῆς καὶ σὺν τῷ λιβάνῳ αὐτῆς τὰ ὄντα ἐπὶ τῆς θυσίας καὶ ἀνοί‐ σει ἐπὶ τὸ θυσιαστήριον κάρπωμα· ὀσμὴ εὐωδίας, τὸ μνημόσυνον</w:t>
      </w:r>
    </w:p>
    <w:p>
      <w:r>
        <w:rPr>
          <w:rFonts w:ascii="Courier New" w:hAnsi="Courier New"/>
          <w:color w:val="555555"/>
          <w:sz w:val="20"/>
        </w:rPr>
        <w:t>[5]</w:t>
      </w:r>
    </w:p>
    <w:p>
      <w:r>
        <w:rPr>
          <w:rFonts w:ascii="Gentium Plus" w:hAnsi="Gentium Plus"/>
          <w:sz w:val="24"/>
        </w:rPr>
        <w:t>αὐτῆς τῷ κυρίῳ.</w:t>
      </w:r>
    </w:p>
    <w:p>
      <w:r>
        <w:rPr>
          <w:rFonts w:ascii="Courier New" w:hAnsi="Courier New"/>
          <w:color w:val="555555"/>
          <w:sz w:val="20"/>
        </w:rPr>
        <w:t>[Lev . 6 . 9]</w:t>
      </w:r>
    </w:p>
    <w:p>
      <w:r>
        <w:rPr>
          <w:rFonts w:ascii="Gentium Plus" w:hAnsi="Gentium Plus"/>
          <w:sz w:val="24"/>
        </w:rPr>
        <w:t>τὸ δὲ καταλειφθὲν ἀπ’ αὐτῆς ἔδεται Ααρων καὶ</w:t>
      </w:r>
    </w:p>
    <w:p>
      <w:r>
        <w:rPr>
          <w:rFonts w:ascii="Courier New" w:hAnsi="Courier New"/>
          <w:color w:val="555555"/>
          <w:sz w:val="20"/>
        </w:rPr>
        <w:t>[Lev . 6 . 10]</w:t>
      </w:r>
    </w:p>
    <w:p>
      <w:r>
        <w:rPr>
          <w:rFonts w:ascii="Gentium Plus" w:hAnsi="Gentium Plus"/>
          <w:sz w:val="24"/>
        </w:rPr>
        <w:t>οὐ πεφθήσεται ἐζυμωμένη· μερίδα αὐτὴν ἔδωκα αὐτοῖς ἀπὸ τῶν καρπωμάτων κυρίου· ἅγια ἁγίων ὥσπερ τὸ τῆς ἁμαρτίας καὶ ὥσπερ τὸ τῆς πλημμελείας.</w:t>
      </w:r>
    </w:p>
    <w:p>
      <w:r>
        <w:rPr>
          <w:rFonts w:ascii="Courier New" w:hAnsi="Courier New"/>
          <w:color w:val="555555"/>
          <w:sz w:val="20"/>
        </w:rPr>
        <w:t>[Lev . 6 . 11]</w:t>
      </w:r>
    </w:p>
    <w:p>
      <w:r>
        <w:rPr>
          <w:rFonts w:ascii="Gentium Plus" w:hAnsi="Gentium Plus"/>
          <w:sz w:val="24"/>
        </w:rPr>
        <w:t>πᾶν ἀρσενικὸν τῶν ἱερέων ἔδονται αὐτήν· νόμιμον αἰώνιον εἰς τὰς γενεὰς ὑμῶν ἀπὸ τῶν καρπωμάτων κυρίου. πᾶς, ὃς ἐὰν ἅψη‐ ται αὐτῶν, ἁγιασθήσεται.</w:t>
      </w:r>
    </w:p>
    <w:p>
      <w:r>
        <w:rPr>
          <w:rFonts w:ascii="Courier New" w:hAnsi="Courier New"/>
          <w:color w:val="555555"/>
          <w:sz w:val="20"/>
        </w:rPr>
        <w:t>[Lev . 6 . 12]</w:t>
      </w:r>
    </w:p>
    <w:p>
      <w:r>
        <w:rPr>
          <w:rFonts w:ascii="Gentium Plus" w:hAnsi="Gentium Plus"/>
          <w:sz w:val="24"/>
        </w:rPr>
        <w:t>Καὶ ἐλάλησεν κύριος πρὸς Μωυσῆν λέγων</w:t>
      </w:r>
    </w:p>
    <w:p>
      <w:r>
        <w:rPr>
          <w:rFonts w:ascii="Courier New" w:hAnsi="Courier New"/>
          <w:color w:val="555555"/>
          <w:sz w:val="20"/>
        </w:rPr>
        <w:t>[Lev . 6 . 13]</w:t>
      </w:r>
    </w:p>
    <w:p>
      <w:r>
        <w:rPr>
          <w:rFonts w:ascii="Gentium Plus" w:hAnsi="Gentium Plus"/>
          <w:sz w:val="24"/>
        </w:rPr>
        <w:t>Τοῦτο τὸ δῶρον Ααρων καὶ τῶν υἱῶν αὐτοῦ, ὃ προσοίσουσιν κυρίῳ ἐν τῇ ἡμέρᾳ, ᾗ ἂν χρίσῃς αὐτόν· τὸ δέκατον τοῦ οιφι σεμιδάλεως εἰς θυσίαν διὰ παντός, τὸ ἥμισυ αὐτῆς τὸ πρωὶ καὶ τὸ ἥμισυ αὐτῆς τὸ δει‐</w:t>
      </w:r>
    </w:p>
    <w:p>
      <w:r>
        <w:rPr>
          <w:rFonts w:ascii="Courier New" w:hAnsi="Courier New"/>
          <w:color w:val="555555"/>
          <w:sz w:val="20"/>
        </w:rPr>
        <w:t>[5]</w:t>
      </w:r>
    </w:p>
    <w:p>
      <w:r>
        <w:rPr>
          <w:rFonts w:ascii="Gentium Plus" w:hAnsi="Gentium Plus"/>
          <w:sz w:val="24"/>
        </w:rPr>
        <w:t>λινόν.</w:t>
      </w:r>
    </w:p>
    <w:p>
      <w:r>
        <w:rPr>
          <w:rFonts w:ascii="Courier New" w:hAnsi="Courier New"/>
          <w:color w:val="555555"/>
          <w:sz w:val="20"/>
        </w:rPr>
        <w:t>[Lev . 6 . 14]</w:t>
      </w:r>
    </w:p>
    <w:p>
      <w:r>
        <w:rPr>
          <w:rFonts w:ascii="Gentium Plus" w:hAnsi="Gentium Plus"/>
          <w:sz w:val="24"/>
        </w:rPr>
        <w:t>ἐπὶ τηγάνου ἐν ἐλαίῳ ποιηθήσεται, πεφυραμένην οἴσει αὐτήν, ἑλικτά, θυσίαν ἐκ κλασμάτων, θυσίαν ὀσμὴν εὐωδίας κυρίῳ.</w:t>
      </w:r>
    </w:p>
    <w:p>
      <w:r>
        <w:rPr>
          <w:rFonts w:ascii="Courier New" w:hAnsi="Courier New"/>
          <w:color w:val="555555"/>
          <w:sz w:val="20"/>
        </w:rPr>
        <w:t>[Lev . 6 . 15]</w:t>
      </w:r>
    </w:p>
    <w:p>
      <w:r>
        <w:rPr>
          <w:rFonts w:ascii="Gentium Plus" w:hAnsi="Gentium Plus"/>
          <w:sz w:val="24"/>
        </w:rPr>
        <w:t>ὁ ἱερεὺς ὁ χριστὸς ἀντ’ αὐτοῦ ἐκ τῶν υἱῶν αὐτοῦ ποιήσει αὐ‐ τήν· νόμος αἰώνιος, ἅπαν ἐπιτελεσθήσεται.</w:t>
      </w:r>
    </w:p>
    <w:p>
      <w:r>
        <w:rPr>
          <w:rFonts w:ascii="Courier New" w:hAnsi="Courier New"/>
          <w:color w:val="555555"/>
          <w:sz w:val="20"/>
        </w:rPr>
        <w:t>[Lev . 6 . 16]</w:t>
      </w:r>
    </w:p>
    <w:p>
      <w:r>
        <w:rPr>
          <w:rFonts w:ascii="Gentium Plus" w:hAnsi="Gentium Plus"/>
          <w:sz w:val="24"/>
        </w:rPr>
        <w:t>καὶ πᾶσα θυσία ἱε‐ ρέως ὁλόκαυτος ἔσται καὶ οὐ βρωθήσεται.</w:t>
      </w:r>
    </w:p>
    <w:p>
      <w:r>
        <w:rPr>
          <w:rFonts w:ascii="Courier New" w:hAnsi="Courier New"/>
          <w:color w:val="555555"/>
          <w:sz w:val="20"/>
        </w:rPr>
        <w:t>[Lev . 6 . 17]</w:t>
      </w:r>
    </w:p>
    <w:p>
      <w:r>
        <w:rPr>
          <w:rFonts w:ascii="Gentium Plus" w:hAnsi="Gentium Plus"/>
          <w:sz w:val="24"/>
        </w:rPr>
        <w:t>Καὶ ἐλάλησεν κύριος πρὸς Μωυσῆν λέγων</w:t>
      </w:r>
    </w:p>
    <w:p>
      <w:r>
        <w:rPr>
          <w:rFonts w:ascii="Courier New" w:hAnsi="Courier New"/>
          <w:color w:val="555555"/>
          <w:sz w:val="20"/>
        </w:rPr>
        <w:t>[Lev . 6 . 18]</w:t>
      </w:r>
    </w:p>
    <w:p>
      <w:r>
        <w:rPr>
          <w:rFonts w:ascii="Gentium Plus" w:hAnsi="Gentium Plus"/>
          <w:sz w:val="24"/>
        </w:rPr>
        <w:t>Λάλησον Ααρων καὶ τοῖς υἱοῖς αὐτοῦ λέγων Οὗτος ὁ νόμος τῆς ἁμαρτίας· ἐν τό‐ πῳ, οὗ σφάζουσιν τὸ ὁλοκαύτωμα, σφάξουσιν τὰ περὶ τῆς ἁμαρ‐ τίας ἔναντι κυρίου· ἅγια ἁγίων ἐστίν.</w:t>
      </w:r>
    </w:p>
    <w:p>
      <w:r>
        <w:rPr>
          <w:rFonts w:ascii="Courier New" w:hAnsi="Courier New"/>
          <w:color w:val="555555"/>
          <w:sz w:val="20"/>
        </w:rPr>
        <w:t>[Lev . 6 . 19]</w:t>
      </w:r>
    </w:p>
    <w:p>
      <w:r>
        <w:rPr>
          <w:rFonts w:ascii="Gentium Plus" w:hAnsi="Gentium Plus"/>
          <w:sz w:val="24"/>
        </w:rPr>
        <w:t>ὁ ἱερεὺς ὁ ἀναφέρων αὐ‐ τὴν ἔδεται αὐτήν· ἐν τόπῳ ἁγίῳ βρωθήσεται, ἐν αὐλῇ τῆς σκη‐ νῆς τοῦ μαρτυρίου.</w:t>
      </w:r>
    </w:p>
    <w:p>
      <w:r>
        <w:rPr>
          <w:rFonts w:ascii="Courier New" w:hAnsi="Courier New"/>
          <w:color w:val="555555"/>
          <w:sz w:val="20"/>
        </w:rPr>
        <w:t>[Lev . 6 . 20]</w:t>
      </w:r>
    </w:p>
    <w:p>
      <w:r>
        <w:rPr>
          <w:rFonts w:ascii="Gentium Plus" w:hAnsi="Gentium Plus"/>
          <w:sz w:val="24"/>
        </w:rPr>
        <w:t>πᾶς ὁ ἁπτόμενος τῶν κρεῶν αὐτῆς ἁγια‐ σθήσεται· καὶ ᾧ ἐὰν ἐπιρραντισθῇ ἀπὸ τοῦ αἵματος αὐτῆς ἐπὶ τὸ ἱμάτιον, ὃ ἐὰν ῥαντισθῇ ἐπ’ αὐτὸ πλυθήσεται ἐν τόπῳ ἁγίῳ.</w:t>
      </w:r>
    </w:p>
    <w:p>
      <w:r>
        <w:rPr>
          <w:rFonts w:ascii="Courier New" w:hAnsi="Courier New"/>
          <w:color w:val="555555"/>
          <w:sz w:val="20"/>
        </w:rPr>
        <w:t>[Lev . 6 . 21]</w:t>
      </w:r>
    </w:p>
    <w:p>
      <w:r>
        <w:rPr>
          <w:rFonts w:ascii="Gentium Plus" w:hAnsi="Gentium Plus"/>
          <w:sz w:val="24"/>
        </w:rPr>
        <w:t>καὶ σκεῦος ὀστράκινον, οὗ ἐὰν ἑψηθῇ ἐν αὐτῷ, συντριβήσεται· ἐὰν δὲ ἐν σκεύει χαλκῷ ἑψηθῇ, ἐκτρίψει αὐτὸ καὶ ἐκκλύσει ὕδατι.</w:t>
      </w:r>
    </w:p>
    <w:p>
      <w:r>
        <w:rPr>
          <w:rFonts w:ascii="Courier New" w:hAnsi="Courier New"/>
          <w:color w:val="555555"/>
          <w:sz w:val="20"/>
        </w:rPr>
        <w:t>[Lev . 6 . 22]</w:t>
      </w:r>
    </w:p>
    <w:p>
      <w:r>
        <w:rPr>
          <w:rFonts w:ascii="Gentium Plus" w:hAnsi="Gentium Plus"/>
          <w:sz w:val="24"/>
        </w:rPr>
        <w:t>πᾶς ἄρσην ἐν τοῖς ἱερεῦσιν φάγεται αὐτά· ἅγια ἁγίων ἐστὶν κυρίου.</w:t>
      </w:r>
    </w:p>
    <w:p>
      <w:r>
        <w:rPr>
          <w:rFonts w:ascii="Courier New" w:hAnsi="Courier New"/>
          <w:color w:val="555555"/>
          <w:sz w:val="20"/>
        </w:rPr>
        <w:t>[Lev . 6 . 23]</w:t>
      </w:r>
    </w:p>
    <w:p>
      <w:r>
        <w:rPr>
          <w:rFonts w:ascii="Gentium Plus" w:hAnsi="Gentium Plus"/>
          <w:sz w:val="24"/>
        </w:rPr>
        <w:t>καὶ πάντα τὰ περὶ τῆς ἁμαρτίας, ὧν ἐὰν εἰσενεχθῇ ἀπὸ τοῦ αἵ‐ ματος αὐτῶν εἰς τὴν σκηνὴν τοῦ μαρτυρίου ἐξιλάσασθαι ἐν τῷ ἁγίῳ, οὐ βρωθήσεται· ἐν πυρὶ κατακαυθήσεται.</w:t>
      </w:r>
    </w:p>
    <w:p>
      <w:r>
        <w:rPr>
          <w:rFonts w:ascii="Courier New" w:hAnsi="Courier New"/>
          <w:color w:val="555555"/>
          <w:sz w:val="20"/>
        </w:rPr>
        <w:t>[Lev . 7 . 1]</w:t>
      </w:r>
    </w:p>
    <w:p>
      <w:r>
        <w:rPr>
          <w:rFonts w:ascii="Gentium Plus" w:hAnsi="Gentium Plus"/>
          <w:sz w:val="24"/>
        </w:rPr>
        <w:t>Καὶ οὗτος ὁ νόμος τοῦ κριοῦ τοῦ περὶ τῆς πλημμελείας· ἅγια ἁγίων ἐστίν.</w:t>
      </w:r>
    </w:p>
    <w:p>
      <w:r>
        <w:rPr>
          <w:rFonts w:ascii="Courier New" w:hAnsi="Courier New"/>
          <w:color w:val="555555"/>
          <w:sz w:val="20"/>
        </w:rPr>
        <w:t>[Lev . 7 . 2]</w:t>
      </w:r>
    </w:p>
    <w:p>
      <w:r>
        <w:rPr>
          <w:rFonts w:ascii="Gentium Plus" w:hAnsi="Gentium Plus"/>
          <w:sz w:val="24"/>
        </w:rPr>
        <w:t>ἐν τόπῳ, οὗ σφάζουσιν τὸ ὁλοκαύτωμα, σφάξουσιν τὸν κριὸν τῆς πλημμελείας ἔναντι κυρίου, καὶ τὸ αἷμα προσχεεῖ ἐπὶ τὴν βάσιν τοῦ θυσιαστηρίου κύκλῳ.</w:t>
      </w:r>
    </w:p>
    <w:p>
      <w:r>
        <w:rPr>
          <w:rFonts w:ascii="Courier New" w:hAnsi="Courier New"/>
          <w:color w:val="555555"/>
          <w:sz w:val="20"/>
        </w:rPr>
        <w:t>[Lev . 7 . 3]</w:t>
      </w:r>
    </w:p>
    <w:p>
      <w:r>
        <w:rPr>
          <w:rFonts w:ascii="Gentium Plus" w:hAnsi="Gentium Plus"/>
          <w:sz w:val="24"/>
        </w:rPr>
        <w:t>καὶ πᾶν τὸ στέαρ αὐ‐ τοῦ προσοίσει ἀπ’ αὐτοῦ, καὶ τὴν ὀσφὺν καὶ πᾶν τὸ στέαρ τὸ κατακαλύπτον τὰ ἐνδόσθια καὶ πᾶν τὸ στέαρ τὸ ἐπὶ τῶν ἐνδο‐ σθίων</w:t>
      </w:r>
    </w:p>
    <w:p>
      <w:r>
        <w:rPr>
          <w:rFonts w:ascii="Courier New" w:hAnsi="Courier New"/>
          <w:color w:val="555555"/>
          <w:sz w:val="20"/>
        </w:rPr>
        <w:t>[Lev . 7 . 4]</w:t>
      </w:r>
    </w:p>
    <w:p>
      <w:r>
        <w:rPr>
          <w:rFonts w:ascii="Gentium Plus" w:hAnsi="Gentium Plus"/>
          <w:sz w:val="24"/>
        </w:rPr>
        <w:t>καὶ τοὺς δύο νεφροὺς καὶ τὸ στέαρ τὸ ἐπ’ αὐτῶν τὸ ἐπὶ τῶν μηρίων καὶ τὸν λοβὸν τὸν ἐπὶ τοῦ ἥπατος (σὺν τοῖς νεφροῖς περιελεῖ αὐτά),</w:t>
      </w:r>
    </w:p>
    <w:p>
      <w:r>
        <w:rPr>
          <w:rFonts w:ascii="Courier New" w:hAnsi="Courier New"/>
          <w:color w:val="555555"/>
          <w:sz w:val="20"/>
        </w:rPr>
        <w:t>[Lev . 7 . 5]</w:t>
      </w:r>
    </w:p>
    <w:p>
      <w:r>
        <w:rPr>
          <w:rFonts w:ascii="Gentium Plus" w:hAnsi="Gentium Plus"/>
          <w:sz w:val="24"/>
        </w:rPr>
        <w:t>καὶ ἀνοίσει αὐτὰ ὁ ἱερεὺς ἐπὶ τὸ θυσιαστήριον κάρπωμα τῷ κυρίῳ· περὶ πλημμελείας ἐστίν.</w:t>
      </w:r>
    </w:p>
    <w:p>
      <w:r>
        <w:rPr>
          <w:rFonts w:ascii="Courier New" w:hAnsi="Courier New"/>
          <w:color w:val="555555"/>
          <w:sz w:val="20"/>
        </w:rPr>
        <w:t>[Lev . 7 . 6]</w:t>
      </w:r>
    </w:p>
    <w:p>
      <w:r>
        <w:rPr>
          <w:rFonts w:ascii="Gentium Plus" w:hAnsi="Gentium Plus"/>
          <w:sz w:val="24"/>
        </w:rPr>
        <w:t>πᾶς ἄρσην ἐκ τῶν ἱερέων ἔδεται αὐτά, ἐν τόπῳ ἁγίῳ ἔδονται αὐτά· ἅγια ἁγίων ἐστίν.</w:t>
      </w:r>
    </w:p>
    <w:p>
      <w:r>
        <w:rPr>
          <w:rFonts w:ascii="Courier New" w:hAnsi="Courier New"/>
          <w:color w:val="555555"/>
          <w:sz w:val="20"/>
        </w:rPr>
        <w:t>[Lev . 7 . 7]</w:t>
      </w:r>
    </w:p>
    <w:p>
      <w:r>
        <w:rPr>
          <w:rFonts w:ascii="Gentium Plus" w:hAnsi="Gentium Plus"/>
          <w:sz w:val="24"/>
        </w:rPr>
        <w:t>ὥσπερ τὸ περὶ τῆς ἁμαρτίας, οὕτω καὶ τὸ τῆς πλημμελείας, νό‐ μος εἷς αὐτῶν· ὁ ἱερεύς, ὅστις ἐξιλάσεται ἐν αὐτῷ, αὐτῷ ἔσται.</w:t>
      </w:r>
    </w:p>
    <w:p>
      <w:r>
        <w:rPr>
          <w:rFonts w:ascii="Courier New" w:hAnsi="Courier New"/>
          <w:color w:val="555555"/>
          <w:sz w:val="20"/>
        </w:rPr>
        <w:t>[Lev . 7 . 8]</w:t>
      </w:r>
    </w:p>
    <w:p>
      <w:r>
        <w:rPr>
          <w:rFonts w:ascii="Gentium Plus" w:hAnsi="Gentium Plus"/>
          <w:sz w:val="24"/>
        </w:rPr>
        <w:t>καὶ ὁ ἱερεὺς ὁ προσάγων ὁλοκαύτωμα ἀνθρώπου, τὸ δέρμα τῆς ὁλοκαυτώσεως, ἧς αὐτὸς προσφέρει, αὐτῷ ἔσται.</w:t>
      </w:r>
    </w:p>
    <w:p>
      <w:r>
        <w:rPr>
          <w:rFonts w:ascii="Courier New" w:hAnsi="Courier New"/>
          <w:color w:val="555555"/>
          <w:sz w:val="20"/>
        </w:rPr>
        <w:t>[Lev . 7 . 9]</w:t>
      </w:r>
    </w:p>
    <w:p>
      <w:r>
        <w:rPr>
          <w:rFonts w:ascii="Gentium Plus" w:hAnsi="Gentium Plus"/>
          <w:sz w:val="24"/>
        </w:rPr>
        <w:t>καὶ πᾶσα θυσία, ἥτις ποιηθήσεται ἐν τῷ κλιβάνῳ, καὶ πᾶσα, ἥτις ποιηθήσεται ἐπ’ ἐσχάρας ἢ ἐπὶ τηγάνου, τοῦ ἱερέως τοῦ προσφέροντος αὐτήν, αὐ‐ τῷ ἔσται.</w:t>
      </w:r>
    </w:p>
    <w:p>
      <w:r>
        <w:rPr>
          <w:rFonts w:ascii="Courier New" w:hAnsi="Courier New"/>
          <w:color w:val="555555"/>
          <w:sz w:val="20"/>
        </w:rPr>
        <w:t>[Lev . 7 . 10]</w:t>
      </w:r>
    </w:p>
    <w:p>
      <w:r>
        <w:rPr>
          <w:rFonts w:ascii="Gentium Plus" w:hAnsi="Gentium Plus"/>
          <w:sz w:val="24"/>
        </w:rPr>
        <w:t>καὶ πᾶσα θυσία ἀναπεποιημένη ἐν ἐλαίῳ καὶ μὴ ἀνα‐ πεποιημένη πᾶσι τοῖς υἱοῖς Ααρων ἔσται, ἑκάστῳ τὸ ἴσον.</w:t>
      </w:r>
    </w:p>
    <w:p>
      <w:r>
        <w:rPr>
          <w:rFonts w:ascii="Courier New" w:hAnsi="Courier New"/>
          <w:color w:val="555555"/>
          <w:sz w:val="20"/>
        </w:rPr>
        <w:t>[Lev . 7 . 11]</w:t>
      </w:r>
    </w:p>
    <w:p>
      <w:r>
        <w:rPr>
          <w:rFonts w:ascii="Gentium Plus" w:hAnsi="Gentium Plus"/>
          <w:sz w:val="24"/>
        </w:rPr>
        <w:t>Οὗτος ὁ νόμος θυσίας σωτηρίου, ἣν προσοίσουσιν κυρίῳ.</w:t>
      </w:r>
    </w:p>
    <w:p>
      <w:r>
        <w:rPr>
          <w:rFonts w:ascii="Courier New" w:hAnsi="Courier New"/>
          <w:color w:val="555555"/>
          <w:sz w:val="20"/>
        </w:rPr>
        <w:t>[Lev . 7 . 12]</w:t>
      </w:r>
    </w:p>
    <w:p>
      <w:r>
        <w:rPr>
          <w:rFonts w:ascii="Gentium Plus" w:hAnsi="Gentium Plus"/>
          <w:sz w:val="24"/>
        </w:rPr>
        <w:t>ἐὰν μὲν περὶ αἰνέσεως προσφέρῃ αὐτήν, καὶ προσοίσει ἐπὶ τῆς θυσίας τῆς αἰνέσεως ἄρτους ἐκ σεμιδάλεως ἀναπεποιημένους ἐν ἐλαίῳ, λάγανα ἄζυμα διακεχρισμένα ἐν ἐλαίῳ καὶ σεμίδαλιν πεφυ‐ ραμένην ἐν ἐλαίῳ·</w:t>
      </w:r>
    </w:p>
    <w:p>
      <w:r>
        <w:rPr>
          <w:rFonts w:ascii="Courier New" w:hAnsi="Courier New"/>
          <w:color w:val="555555"/>
          <w:sz w:val="20"/>
        </w:rPr>
        <w:t>[Lev . 7 . 13]</w:t>
      </w:r>
    </w:p>
    <w:p>
      <w:r>
        <w:rPr>
          <w:rFonts w:ascii="Gentium Plus" w:hAnsi="Gentium Plus"/>
          <w:sz w:val="24"/>
        </w:rPr>
        <w:t>ἐπ’ ἄρτοις ζυμίταις προσοίσει τὰ δῶρα αὐτοῦ ἐπὶ θυσίᾳ αἰνέσεως σωτηρίου.</w:t>
      </w:r>
    </w:p>
    <w:p>
      <w:r>
        <w:rPr>
          <w:rFonts w:ascii="Courier New" w:hAnsi="Courier New"/>
          <w:color w:val="555555"/>
          <w:sz w:val="20"/>
        </w:rPr>
        <w:t>[Lev . 7 . 14]</w:t>
      </w:r>
    </w:p>
    <w:p>
      <w:r>
        <w:rPr>
          <w:rFonts w:ascii="Gentium Plus" w:hAnsi="Gentium Plus"/>
          <w:sz w:val="24"/>
        </w:rPr>
        <w:t>καὶ προσάξει ἓν ἀπὸ πάντων τῶν δώρων αὐτοῦ ἀφαίρεμα κυρίῳ· τῷ ἱερεῖ τῷ προσχέοντι τὸ αἷμα τοῦ σωτηρίου, αὐτῷ ἔσται.</w:t>
      </w:r>
    </w:p>
    <w:p>
      <w:r>
        <w:rPr>
          <w:rFonts w:ascii="Courier New" w:hAnsi="Courier New"/>
          <w:color w:val="555555"/>
          <w:sz w:val="20"/>
        </w:rPr>
        <w:t>[Lev . 7 . 15]</w:t>
      </w:r>
    </w:p>
    <w:p>
      <w:r>
        <w:rPr>
          <w:rFonts w:ascii="Gentium Plus" w:hAnsi="Gentium Plus"/>
          <w:sz w:val="24"/>
        </w:rPr>
        <w:t>καὶ τὰ κρέα θυσίας αἰνέσεως σωτη‐ ρίου αὐτῷ ἔσται καὶ ἐν ᾗ ἡμέρᾳ δωρεῖται, βρωθήσεται· οὐ κατα‐ λείψουσιν ἀπ’ αὐτοῦ εἰς τὸ πρωί.</w:t>
      </w:r>
    </w:p>
    <w:p>
      <w:r>
        <w:rPr>
          <w:rFonts w:ascii="Courier New" w:hAnsi="Courier New"/>
          <w:color w:val="555555"/>
          <w:sz w:val="20"/>
        </w:rPr>
        <w:t>[Lev . 7 . 16]</w:t>
      </w:r>
    </w:p>
    <w:p>
      <w:r>
        <w:rPr>
          <w:rFonts w:ascii="Gentium Plus" w:hAnsi="Gentium Plus"/>
          <w:sz w:val="24"/>
        </w:rPr>
        <w:t>κἂν εὐχή, ἢ ἑκούσιον θυσιάζῃ τὸ δῶρον αὐτοῦ, ᾗ ἂν ἡμέρᾳ προσαγάγῃ τὴν θυσίαν αὐτοῦ, βρω‐ θήσεται καὶ τῇ αὔριον·</w:t>
      </w:r>
    </w:p>
    <w:p>
      <w:r>
        <w:rPr>
          <w:rFonts w:ascii="Courier New" w:hAnsi="Courier New"/>
          <w:color w:val="555555"/>
          <w:sz w:val="20"/>
        </w:rPr>
        <w:t>[Lev . 7 . 17]</w:t>
      </w:r>
    </w:p>
    <w:p>
      <w:r>
        <w:rPr>
          <w:rFonts w:ascii="Gentium Plus" w:hAnsi="Gentium Plus"/>
          <w:sz w:val="24"/>
        </w:rPr>
        <w:t>καὶ τὸ καταλειφθὲν ἀπὸ τῶν κρεῶν τῆς θυσίας ἕως ἡμέρας τρίτης ἐν πυρὶ κατακαυθήσεται.</w:t>
      </w:r>
    </w:p>
    <w:p>
      <w:r>
        <w:rPr>
          <w:rFonts w:ascii="Courier New" w:hAnsi="Courier New"/>
          <w:color w:val="555555"/>
          <w:sz w:val="20"/>
        </w:rPr>
        <w:t>[Lev . 7 . 18]</w:t>
      </w:r>
    </w:p>
    <w:p>
      <w:r>
        <w:rPr>
          <w:rFonts w:ascii="Gentium Plus" w:hAnsi="Gentium Plus"/>
          <w:sz w:val="24"/>
        </w:rPr>
        <w:t>ἐὰν δὲ φα‐ γὼν φάγῃ ἀπὸ τῶν κρεῶν τῇ ἡμέρᾳ τῇ τρίτῃ, οὐ δεχθήσεται αὐ‐ τῷ τῷ προσφέροντι αὐτό, οὐ λογισθήσεται αὐτῷ, μίασμά ἐστιν· ἡ δὲ ψυχή, ἥτις ἐὰν φάγῃ ἀπ’ αὐτοῦ, τὴν ἁμαρτίαν λήμψεται.</w:t>
      </w:r>
    </w:p>
    <w:p>
      <w:r>
        <w:rPr>
          <w:rFonts w:ascii="Courier New" w:hAnsi="Courier New"/>
          <w:color w:val="555555"/>
          <w:sz w:val="20"/>
        </w:rPr>
        <w:t>[Lev . 7 . 19]</w:t>
      </w:r>
    </w:p>
    <w:p>
      <w:r>
        <w:rPr>
          <w:rFonts w:ascii="Gentium Plus" w:hAnsi="Gentium Plus"/>
          <w:sz w:val="24"/>
        </w:rPr>
        <w:t>καὶ κρέα, ὅσα ἂν ἅψηται παντὸς ἀκαθάρτου, οὐ βρωθήσεται, ἐν πυρὶ κατακαυθήσεται. πᾶς καθαρὸς φάγεται κρέα.</w:t>
      </w:r>
    </w:p>
    <w:p>
      <w:r>
        <w:rPr>
          <w:rFonts w:ascii="Courier New" w:hAnsi="Courier New"/>
          <w:color w:val="555555"/>
          <w:sz w:val="20"/>
        </w:rPr>
        <w:t>[Lev . 7 . 20]</w:t>
      </w:r>
    </w:p>
    <w:p>
      <w:r>
        <w:rPr>
          <w:rFonts w:ascii="Gentium Plus" w:hAnsi="Gentium Plus"/>
          <w:sz w:val="24"/>
        </w:rPr>
        <w:t>ἡ δὲ ψυχή, ἥτις ἐὰν φάγῃ ἀπὸ τῶν κρεῶν τῆς θυσίας τοῦ σωτηρίου, ὅ ἐστιν κυρίου, καὶ ἡ ἀκαθαρσία αὐτοῦ ἐπ’ αὐτοῦ, ἀπολεῖται ἡ ψυχὴ ἐκείνη ἐκ τοῦ λαοῦ αὐτῆς.</w:t>
      </w:r>
    </w:p>
    <w:p>
      <w:r>
        <w:rPr>
          <w:rFonts w:ascii="Courier New" w:hAnsi="Courier New"/>
          <w:color w:val="555555"/>
          <w:sz w:val="20"/>
        </w:rPr>
        <w:t>[Lev . 7 . 21]</w:t>
      </w:r>
    </w:p>
    <w:p>
      <w:r>
        <w:rPr>
          <w:rFonts w:ascii="Gentium Plus" w:hAnsi="Gentium Plus"/>
          <w:sz w:val="24"/>
        </w:rPr>
        <w:t>καὶ ψυχή, ἣ ἂν ἅψηται παντὸς πράγματος ἀκαθάρ‐ του ἢ ἀπὸ ἀκαθαρσίας ἀνθρώπου ἢ τῶν τετραπόδων τῶν ἀκαθάρ‐ των ἢ παντὸς βδελύγματος ἀκαθάρτου καὶ φάγῃ ἀπὸ τῶν κρεῶν τῆς θυσίας τοῦ σωτηρίου, ὅ ἐστιν κυρίου, ἀπολεῖται ἡ ψυχὴ ἐκεί‐</w:t>
      </w:r>
    </w:p>
    <w:p>
      <w:r>
        <w:rPr>
          <w:rFonts w:ascii="Courier New" w:hAnsi="Courier New"/>
          <w:color w:val="555555"/>
          <w:sz w:val="20"/>
        </w:rPr>
        <w:t>[5]</w:t>
      </w:r>
    </w:p>
    <w:p>
      <w:r>
        <w:rPr>
          <w:rFonts w:ascii="Gentium Plus" w:hAnsi="Gentium Plus"/>
          <w:sz w:val="24"/>
        </w:rPr>
        <w:t>νη ἐκ τοῦ λαοῦ αὐτῆς.</w:t>
      </w:r>
    </w:p>
    <w:p>
      <w:r>
        <w:rPr>
          <w:rFonts w:ascii="Courier New" w:hAnsi="Courier New"/>
          <w:color w:val="555555"/>
          <w:sz w:val="20"/>
        </w:rPr>
        <w:t>[Lev . 7 . 22]</w:t>
      </w:r>
    </w:p>
    <w:p>
      <w:r>
        <w:rPr>
          <w:rFonts w:ascii="Gentium Plus" w:hAnsi="Gentium Plus"/>
          <w:sz w:val="24"/>
        </w:rPr>
        <w:t>Καὶ ἐλάλησεν κύριος πρὸς Μωυσῆν λέγων</w:t>
      </w:r>
    </w:p>
    <w:p>
      <w:r>
        <w:rPr>
          <w:rFonts w:ascii="Courier New" w:hAnsi="Courier New"/>
          <w:color w:val="555555"/>
          <w:sz w:val="20"/>
        </w:rPr>
        <w:t>[Lev . 7 . 23]</w:t>
      </w:r>
    </w:p>
    <w:p>
      <w:r>
        <w:rPr>
          <w:rFonts w:ascii="Gentium Plus" w:hAnsi="Gentium Plus"/>
          <w:sz w:val="24"/>
        </w:rPr>
        <w:t>Λάλησον τοῖς</w:t>
      </w:r>
    </w:p>
    <w:p>
      <w:r>
        <w:rPr>
          <w:rFonts w:ascii="Courier New" w:hAnsi="Courier New"/>
          <w:color w:val="555555"/>
          <w:sz w:val="20"/>
        </w:rPr>
        <w:t>[Lev . 7 . 24]</w:t>
      </w:r>
    </w:p>
    <w:p>
      <w:r>
        <w:rPr>
          <w:rFonts w:ascii="Gentium Plus" w:hAnsi="Gentium Plus"/>
          <w:sz w:val="24"/>
        </w:rPr>
        <w:t>καὶ στέαρ θνησιμαίων καὶ θηριάλωτον ποιηθήσεται εἰς πᾶν ἔργον καὶ εἰς βρῶσιν οὐ βρωθήσεται.</w:t>
      </w:r>
    </w:p>
    <w:p>
      <w:r>
        <w:rPr>
          <w:rFonts w:ascii="Courier New" w:hAnsi="Courier New"/>
          <w:color w:val="555555"/>
          <w:sz w:val="20"/>
        </w:rPr>
        <w:t>[Lev . 7 . 25]</w:t>
      </w:r>
    </w:p>
    <w:p>
      <w:r>
        <w:rPr>
          <w:rFonts w:ascii="Gentium Plus" w:hAnsi="Gentium Plus"/>
          <w:sz w:val="24"/>
        </w:rPr>
        <w:t>πᾶς ὁ ἔσθων στέαρ ἀπὸ τῶν κτηνῶν, ὧν προσάξει αὐτῶν κάρπωμα κυρίῳ, ἀπολεῖται ἡ ψυχὴ ἐκείνη ἀπὸ τοῦ λαοῦ αὐτῆς.</w:t>
      </w:r>
    </w:p>
    <w:p>
      <w:r>
        <w:rPr>
          <w:rFonts w:ascii="Courier New" w:hAnsi="Courier New"/>
          <w:color w:val="555555"/>
          <w:sz w:val="20"/>
        </w:rPr>
        <w:t>[Lev . 7 . 26]</w:t>
      </w:r>
    </w:p>
    <w:p>
      <w:r>
        <w:rPr>
          <w:rFonts w:ascii="Gentium Plus" w:hAnsi="Gentium Plus"/>
          <w:sz w:val="24"/>
        </w:rPr>
        <w:t>πᾶν αἷμα οὐκ ἔδεσθε ἐν πάσῃ τῇ κατοικίᾳ ὑμῶν ἀπό τε τῶν πετεινῶν καὶ ἀπὸ τῶν κτη‐ νῶν.</w:t>
      </w:r>
    </w:p>
    <w:p>
      <w:r>
        <w:rPr>
          <w:rFonts w:ascii="Courier New" w:hAnsi="Courier New"/>
          <w:color w:val="555555"/>
          <w:sz w:val="20"/>
        </w:rPr>
        <w:t>[Lev . 7 . 27]</w:t>
      </w:r>
    </w:p>
    <w:p>
      <w:r>
        <w:rPr>
          <w:rFonts w:ascii="Gentium Plus" w:hAnsi="Gentium Plus"/>
          <w:sz w:val="24"/>
        </w:rPr>
        <w:t>πᾶσα ψυχή, ἣ ἄν φάγῃ αἷμα, ἀπολεῖται ἡ ψυχὴ ἐκείνη ἀπὸ τοῦ λαοῦ αὐτῆς.</w:t>
      </w:r>
    </w:p>
    <w:p>
      <w:r>
        <w:rPr>
          <w:rFonts w:ascii="Courier New" w:hAnsi="Courier New"/>
          <w:color w:val="555555"/>
          <w:sz w:val="20"/>
        </w:rPr>
        <w:t>[Lev . 7 . 28]</w:t>
      </w:r>
    </w:p>
    <w:p>
      <w:r>
        <w:rPr>
          <w:rFonts w:ascii="Gentium Plus" w:hAnsi="Gentium Plus"/>
          <w:sz w:val="24"/>
        </w:rPr>
        <w:t>Καὶ ἐλάλησεν κύριος πρὸς Μωυσῆν λέγων</w:t>
      </w:r>
    </w:p>
    <w:p>
      <w:r>
        <w:rPr>
          <w:rFonts w:ascii="Courier New" w:hAnsi="Courier New"/>
          <w:color w:val="555555"/>
          <w:sz w:val="20"/>
        </w:rPr>
        <w:t>[Lev . 7 . 29]</w:t>
      </w:r>
    </w:p>
    <w:p>
      <w:r>
        <w:rPr>
          <w:rFonts w:ascii="Gentium Plus" w:hAnsi="Gentium Plus"/>
          <w:sz w:val="24"/>
        </w:rPr>
        <w:t>Καὶ τοῖς υἱοῖς Ισραηλ λαλήσεις λέγων Ὁ προσφέρων θυσίαν σωτηρίου κυρίῳ οἴσει τὸ δῶρον αὐτοῦ κυρίῳ ἀπὸ τῆς θυσίας τοῦ σωτηρίου.</w:t>
      </w:r>
    </w:p>
    <w:p>
      <w:r>
        <w:rPr>
          <w:rFonts w:ascii="Courier New" w:hAnsi="Courier New"/>
          <w:color w:val="555555"/>
          <w:sz w:val="20"/>
        </w:rPr>
        <w:t>[Lev . 7 . 30]</w:t>
      </w:r>
    </w:p>
    <w:p>
      <w:r>
        <w:rPr>
          <w:rFonts w:ascii="Gentium Plus" w:hAnsi="Gentium Plus"/>
          <w:sz w:val="24"/>
        </w:rPr>
        <w:t>αἱ χεῖρες αὐτοῦ προσοίσουσιν τὰ καρπώματα κυρίῳ· τὸ στέαρ τὸ ἐπὶ τοῦ στηθυνίου καὶ τὸν λοβὸν τοῦ ἥπατος, προσοίσει αὐτὰ ὥστε ἐπιθεῖναι δόμα ἔναντι κυρίου.</w:t>
      </w:r>
    </w:p>
    <w:p>
      <w:r>
        <w:rPr>
          <w:rFonts w:ascii="Courier New" w:hAnsi="Courier New"/>
          <w:color w:val="555555"/>
          <w:sz w:val="20"/>
        </w:rPr>
        <w:t>[Lev . 7 . 31]</w:t>
      </w:r>
    </w:p>
    <w:p>
      <w:r>
        <w:rPr>
          <w:rFonts w:ascii="Gentium Plus" w:hAnsi="Gentium Plus"/>
          <w:sz w:val="24"/>
        </w:rPr>
        <w:t>καὶ ἀνοίσει ὁ ἱερεὺς τὸ στέαρ ἐπὶ τοῦ θυσιαστηρίου, καὶ ἔσται τὸ στηθύνιον Ααρων καὶ τοῖς υἱοῖς αὐτοῦ.</w:t>
      </w:r>
    </w:p>
    <w:p>
      <w:r>
        <w:rPr>
          <w:rFonts w:ascii="Courier New" w:hAnsi="Courier New"/>
          <w:color w:val="555555"/>
          <w:sz w:val="20"/>
        </w:rPr>
        <w:t>[Lev . 7 . 32]</w:t>
      </w:r>
    </w:p>
    <w:p>
      <w:r>
        <w:rPr>
          <w:rFonts w:ascii="Gentium Plus" w:hAnsi="Gentium Plus"/>
          <w:sz w:val="24"/>
        </w:rPr>
        <w:t>καὶ τὸν βραχίονα τὸν δεξιὸν δώσετε ἀφαίρεμα τῷ ἱερεῖ ἀπὸ τῶν θυσιῶν τοῦ σωτηρίου ὑμῶν·</w:t>
      </w:r>
    </w:p>
    <w:p>
      <w:r>
        <w:rPr>
          <w:rFonts w:ascii="Courier New" w:hAnsi="Courier New"/>
          <w:color w:val="555555"/>
          <w:sz w:val="20"/>
        </w:rPr>
        <w:t>[Lev . 7 . 33]</w:t>
      </w:r>
    </w:p>
    <w:p>
      <w:r>
        <w:rPr>
          <w:rFonts w:ascii="Gentium Plus" w:hAnsi="Gentium Plus"/>
          <w:sz w:val="24"/>
        </w:rPr>
        <w:t>ὁ προσφέρων τὸ αἷμα τοῦ σωτηρίου καὶ τὸ στέαρ ἀπὸ τῶν υἱῶν Ααρων, αὐτῷ ἔσται ὁ βραχίων ὁ δεξιὸς ἐν μερίδι.</w:t>
      </w:r>
    </w:p>
    <w:p>
      <w:r>
        <w:rPr>
          <w:rFonts w:ascii="Courier New" w:hAnsi="Courier New"/>
          <w:color w:val="555555"/>
          <w:sz w:val="20"/>
        </w:rPr>
        <w:t>[Lev . 7 . 34]</w:t>
      </w:r>
    </w:p>
    <w:p>
      <w:r>
        <w:rPr>
          <w:rFonts w:ascii="Gentium Plus" w:hAnsi="Gentium Plus"/>
          <w:sz w:val="24"/>
        </w:rPr>
        <w:t>τὸ γὰρ στηθύνιον τοῦ ἐπι‐ θέματος καὶ τὸν βραχίονα τοῦ ἀφαιρέματος εἴληφα παρὰ τῶν υἱῶν Ισραηλ ἀπὸ τῶν θυσιῶν τοῦ σωτηρίου ὑμῶν καὶ ἔδωκα αὐτὰ Ααρων τῷ ἱερεῖ καὶ τοῖς υἱοῖς αὐτοῦ νόμιμον αἰώνιον παρὰ τῶν</w:t>
      </w:r>
    </w:p>
    <w:p>
      <w:r>
        <w:rPr>
          <w:rFonts w:ascii="Courier New" w:hAnsi="Courier New"/>
          <w:color w:val="555555"/>
          <w:sz w:val="20"/>
        </w:rPr>
        <w:t>[5]</w:t>
      </w:r>
    </w:p>
    <w:p>
      <w:r>
        <w:rPr>
          <w:rFonts w:ascii="Gentium Plus" w:hAnsi="Gentium Plus"/>
          <w:sz w:val="24"/>
        </w:rPr>
        <w:t>υἱῶν Ισραηλ.</w:t>
      </w:r>
    </w:p>
    <w:p>
      <w:r>
        <w:rPr>
          <w:rFonts w:ascii="Courier New" w:hAnsi="Courier New"/>
          <w:color w:val="555555"/>
          <w:sz w:val="20"/>
        </w:rPr>
        <w:t>[Lev . 7 . 35]</w:t>
      </w:r>
    </w:p>
    <w:p>
      <w:r>
        <w:rPr>
          <w:rFonts w:ascii="Gentium Plus" w:hAnsi="Gentium Plus"/>
          <w:sz w:val="24"/>
        </w:rPr>
        <w:t>Αὕτη ἡ χρῖσις Ααρων καὶ ἡ χρῖσις τῶν υἱῶν αὐτοῦ ἀπὸ τῶν καρπωμάτων κυρίου ἐν ᾗ ἡμέρᾳ προσηγάγετο αὐτοὺς τοῦ ἱερατεύ‐ ειν τῷ κυρίῳ,</w:t>
      </w:r>
    </w:p>
    <w:p>
      <w:r>
        <w:rPr>
          <w:rFonts w:ascii="Courier New" w:hAnsi="Courier New"/>
          <w:color w:val="555555"/>
          <w:sz w:val="20"/>
        </w:rPr>
        <w:t>[Lev . 7 . 36]</w:t>
      </w:r>
    </w:p>
    <w:p>
      <w:r>
        <w:rPr>
          <w:rFonts w:ascii="Gentium Plus" w:hAnsi="Gentium Plus"/>
          <w:sz w:val="24"/>
        </w:rPr>
        <w:t>καθὰ ἐνετείλατο κύριος δοῦναι αὐτοῖς ᾗ ἡμέρᾳ ἔχρισεν αὐτούς, παρὰ τῶν υἱῶν Ισραηλ· νόμιμον αἰώνιον εἰς τὰς γενεὰς αὐτῶν.</w:t>
      </w:r>
    </w:p>
    <w:p>
      <w:r>
        <w:rPr>
          <w:rFonts w:ascii="Courier New" w:hAnsi="Courier New"/>
          <w:color w:val="555555"/>
          <w:sz w:val="20"/>
        </w:rPr>
        <w:t>[Lev . 7 . 37]</w:t>
      </w:r>
    </w:p>
    <w:p>
      <w:r>
        <w:rPr>
          <w:rFonts w:ascii="Gentium Plus" w:hAnsi="Gentium Plus"/>
          <w:sz w:val="24"/>
        </w:rPr>
        <w:t>οὗτος ὁ νόμος τῶν ὁλοκαυτωμάτων καὶ θυσίας καὶ περὶ ἁμαρτίας καὶ τῆς πλημμελείας καὶ τῆς τελειώσεως καὶ τῆς θυσίας τοῦ σωτηρίου,</w:t>
      </w:r>
    </w:p>
    <w:p>
      <w:r>
        <w:rPr>
          <w:rFonts w:ascii="Courier New" w:hAnsi="Courier New"/>
          <w:color w:val="555555"/>
          <w:sz w:val="20"/>
        </w:rPr>
        <w:t>[Lev . 7 . 38]</w:t>
      </w:r>
    </w:p>
    <w:p>
      <w:r>
        <w:rPr>
          <w:rFonts w:ascii="Gentium Plus" w:hAnsi="Gentium Plus"/>
          <w:sz w:val="24"/>
        </w:rPr>
        <w:t>ὃν τρόπον ἐνετείλατο κύριος τῷ Μωυσῇ ἐν τῷ ὄρει Σινα ᾗ ἡμέρᾳ ἐνετείλατο τοῖς υἱοῖς Ισραηλ προσφέρειν τὰ δῶρα αὐτῶν ἔναντι κυρίου ἐν τῇ ἐρήμῳ Σινα.</w:t>
      </w:r>
    </w:p>
    <w:p>
      <w:r>
        <w:rPr>
          <w:rFonts w:ascii="Courier New" w:hAnsi="Courier New"/>
          <w:color w:val="555555"/>
          <w:sz w:val="20"/>
        </w:rPr>
        <w:t>[Lev . 8 . 1]</w:t>
      </w:r>
    </w:p>
    <w:p>
      <w:r>
        <w:rPr>
          <w:rFonts w:ascii="Gentium Plus" w:hAnsi="Gentium Plus"/>
          <w:sz w:val="24"/>
        </w:rPr>
        <w:t>Καὶ ἐλάλησεν κύριος πρὸς Μωυσῆν λέγων</w:t>
      </w:r>
    </w:p>
    <w:p>
      <w:r>
        <w:rPr>
          <w:rFonts w:ascii="Courier New" w:hAnsi="Courier New"/>
          <w:color w:val="555555"/>
          <w:sz w:val="20"/>
        </w:rPr>
        <w:t>[Lev . 8 . 2]</w:t>
      </w:r>
    </w:p>
    <w:p>
      <w:r>
        <w:rPr>
          <w:rFonts w:ascii="Gentium Plus" w:hAnsi="Gentium Plus"/>
          <w:sz w:val="24"/>
        </w:rPr>
        <w:t>Λαβὲ Ααρων καὶ τοὺς υἱοὺς αὐτοῦ καὶ τὰς στολὰς αὐτοῦ καὶ τὸ ἔλαιον τῆς χρί‐ σεως καὶ τὸν μόσχον τὸν περὶ τῆς ἁμαρτίας καὶ τοὺς δύο κριοὺς καὶ τὸ κανοῦν τῶν ἀζύμων</w:t>
      </w:r>
    </w:p>
    <w:p>
      <w:r>
        <w:rPr>
          <w:rFonts w:ascii="Courier New" w:hAnsi="Courier New"/>
          <w:color w:val="555555"/>
          <w:sz w:val="20"/>
        </w:rPr>
        <w:t>[Lev . 8 . 3]</w:t>
      </w:r>
    </w:p>
    <w:p>
      <w:r>
        <w:rPr>
          <w:rFonts w:ascii="Gentium Plus" w:hAnsi="Gentium Plus"/>
          <w:sz w:val="24"/>
        </w:rPr>
        <w:t>καὶ πᾶσαν τὴν συναγωγὴν ἐκκλησία‐ σον ἐπὶ τὴν θύραν τῆς σκηνῆς τοῦ μαρτυρίου.</w:t>
      </w:r>
    </w:p>
    <w:p>
      <w:r>
        <w:rPr>
          <w:rFonts w:ascii="Courier New" w:hAnsi="Courier New"/>
          <w:color w:val="555555"/>
          <w:sz w:val="20"/>
        </w:rPr>
        <w:t>[Lev . 8 . 4]</w:t>
      </w:r>
    </w:p>
    <w:p>
      <w:r>
        <w:rPr>
          <w:rFonts w:ascii="Gentium Plus" w:hAnsi="Gentium Plus"/>
          <w:sz w:val="24"/>
        </w:rPr>
        <w:t>καὶ ἐποίησεν</w:t>
      </w:r>
    </w:p>
    <w:p>
      <w:r>
        <w:rPr>
          <w:rFonts w:ascii="Courier New" w:hAnsi="Courier New"/>
          <w:color w:val="555555"/>
          <w:sz w:val="20"/>
        </w:rPr>
        <w:t>[Lev . 8 . 5]</w:t>
      </w:r>
    </w:p>
    <w:p>
      <w:r>
        <w:rPr>
          <w:rFonts w:ascii="Gentium Plus" w:hAnsi="Gentium Plus"/>
          <w:sz w:val="24"/>
        </w:rPr>
        <w:t>καὶ εἶπεν Μωυσῆς τῇ συναγωγῇ Τοῦτό ἐστιν τὸ ῥῆμα, ὃ ἐνετείλατο κύριος ποιῆσαι.</w:t>
      </w:r>
    </w:p>
    <w:p>
      <w:r>
        <w:rPr>
          <w:rFonts w:ascii="Courier New" w:hAnsi="Courier New"/>
          <w:color w:val="555555"/>
          <w:sz w:val="20"/>
        </w:rPr>
        <w:t>[Lev . 8 . 6]</w:t>
      </w:r>
    </w:p>
    <w:p>
      <w:r>
        <w:rPr>
          <w:rFonts w:ascii="Gentium Plus" w:hAnsi="Gentium Plus"/>
          <w:sz w:val="24"/>
        </w:rPr>
        <w:t>καὶ προσήνεγκεν Μωυσῆς τὸν Ααρων καὶ τοὺς υἱοὺς αὐτοῦ καὶ ἔλουσεν αὐτοὺς ὕδατι·</w:t>
      </w:r>
    </w:p>
    <w:p>
      <w:r>
        <w:rPr>
          <w:rFonts w:ascii="Courier New" w:hAnsi="Courier New"/>
          <w:color w:val="555555"/>
          <w:sz w:val="20"/>
        </w:rPr>
        <w:t>[Lev . 8 . 7]</w:t>
      </w:r>
    </w:p>
    <w:p>
      <w:r>
        <w:rPr>
          <w:rFonts w:ascii="Gentium Plus" w:hAnsi="Gentium Plus"/>
          <w:sz w:val="24"/>
        </w:rPr>
        <w:t>καὶ ἐνέδυσεν αὐτὸν τὸν χιτῶνα καὶ ἔζωσεν αὐτὸν τὴν ζώνην καὶ ἐνέδυσεν αὐτὸν τὸν ὑπο‐ δύτην καὶ ἐπέθηκεν ἐπ’ αὐτὸν τὴν ἐπωμίδα καὶ συνέζωσεν αὐτὸν κατὰ τὴν ποίησιν τῆς ἐπωμίδος καὶ συνέσφιγξεν αὐτὸν ἐν αὐτῇ·</w:t>
      </w:r>
    </w:p>
    <w:p>
      <w:r>
        <w:rPr>
          <w:rFonts w:ascii="Courier New" w:hAnsi="Courier New"/>
          <w:color w:val="555555"/>
          <w:sz w:val="20"/>
        </w:rPr>
        <w:t>[Lev . 8 . 8]</w:t>
      </w:r>
    </w:p>
    <w:p>
      <w:r>
        <w:rPr>
          <w:rFonts w:ascii="Gentium Plus" w:hAnsi="Gentium Plus"/>
          <w:sz w:val="24"/>
        </w:rPr>
        <w:t>καὶ ἐπέθηκεν ἐπ’ αὐτὴν τὸ λογεῖον καὶ ἐπέθηκεν ἐπὶ τὸ λογεῖον τὴν δήλωσιν καὶ τὴν ἀλήθειαν·</w:t>
      </w:r>
    </w:p>
    <w:p>
      <w:r>
        <w:rPr>
          <w:rFonts w:ascii="Courier New" w:hAnsi="Courier New"/>
          <w:color w:val="555555"/>
          <w:sz w:val="20"/>
        </w:rPr>
        <w:t>[Lev . 8 . 9]</w:t>
      </w:r>
    </w:p>
    <w:p>
      <w:r>
        <w:rPr>
          <w:rFonts w:ascii="Gentium Plus" w:hAnsi="Gentium Plus"/>
          <w:sz w:val="24"/>
        </w:rPr>
        <w:t>καὶ ἐπέθηκεν τὴν μίτραν ἐπὶ τὴν κεφαλὴν αὐτοῦ καὶ ἐπέθηκεν ἐπὶ τὴν μίτραν κατὰ πρόσωπον αὐ‐ τοῦ τὸ πέταλον τὸ χρυσοῦν τὸ καθηγιασμένον ἅγιον, ὃν τρόπον συνέταξεν κύριος τῷ Μωυσῇ.</w:t>
      </w:r>
    </w:p>
    <w:p>
      <w:r>
        <w:rPr>
          <w:rFonts w:ascii="Courier New" w:hAnsi="Courier New"/>
          <w:color w:val="555555"/>
          <w:sz w:val="20"/>
        </w:rPr>
        <w:t>[Lev . 8 . 10]</w:t>
      </w:r>
    </w:p>
    <w:p>
      <w:r>
        <w:rPr>
          <w:rFonts w:ascii="Gentium Plus" w:hAnsi="Gentium Plus"/>
          <w:sz w:val="24"/>
        </w:rPr>
        <w:t>καὶ ἔλαβεν Μωυσῆς ἀπὸ τοῦ ἐλαί‐ ου τῆς χρίσεως</w:t>
      </w:r>
    </w:p>
    <w:p>
      <w:r>
        <w:rPr>
          <w:rFonts w:ascii="Courier New" w:hAnsi="Courier New"/>
          <w:color w:val="555555"/>
          <w:sz w:val="20"/>
        </w:rPr>
        <w:t>[Lev . 8 . 11]</w:t>
      </w:r>
    </w:p>
    <w:p>
      <w:r>
        <w:rPr>
          <w:rFonts w:ascii="Gentium Plus" w:hAnsi="Gentium Plus"/>
          <w:sz w:val="24"/>
        </w:rPr>
        <w:t>καὶ ἔρρανεν ἀπ’ αὐτοῦ ἐπὶ τὸ θυσιαστήριον ἑπτά‐ κις καὶ ἔχρισεν τὸ θυσιαστήριον καὶ ἡγίασεν αὐτὸ καὶ πάντα τὰ σκεύη αὐτοῦ καὶ τὸν λουτῆρα καὶ τὴν βάσιν αὐτοῦ καὶ ἡγίασεν αὐτά· καὶ ἔχρισεν τὴν σκηνὴν καὶ πάντα τὰ ἐν αὐτῇ καὶ ἡγίασεν</w:t>
      </w:r>
    </w:p>
    <w:p>
      <w:r>
        <w:rPr>
          <w:rFonts w:ascii="Courier New" w:hAnsi="Courier New"/>
          <w:color w:val="555555"/>
          <w:sz w:val="20"/>
        </w:rPr>
        <w:t>[5]</w:t>
      </w:r>
    </w:p>
    <w:p>
      <w:r>
        <w:rPr>
          <w:rFonts w:ascii="Gentium Plus" w:hAnsi="Gentium Plus"/>
          <w:sz w:val="24"/>
        </w:rPr>
        <w:t>αὐτήν.</w:t>
      </w:r>
    </w:p>
    <w:p>
      <w:r>
        <w:rPr>
          <w:rFonts w:ascii="Courier New" w:hAnsi="Courier New"/>
          <w:color w:val="555555"/>
          <w:sz w:val="20"/>
        </w:rPr>
        <w:t>[Lev . 8 . 12]</w:t>
      </w:r>
    </w:p>
    <w:p>
      <w:r>
        <w:rPr>
          <w:rFonts w:ascii="Gentium Plus" w:hAnsi="Gentium Plus"/>
          <w:sz w:val="24"/>
        </w:rPr>
        <w:t>καὶ ἐπέχεεν Μωυσῆς ἀπὸ τοῦ ἐλαίου τῆς χρίσεως ἐπὶ τὴν κεφαλὴν Ααρων καὶ ἔχρισεν αὐτὸν καὶ ἡγίασεν αὐτόν.</w:t>
      </w:r>
    </w:p>
    <w:p>
      <w:r>
        <w:rPr>
          <w:rFonts w:ascii="Courier New" w:hAnsi="Courier New"/>
          <w:color w:val="555555"/>
          <w:sz w:val="20"/>
        </w:rPr>
        <w:t>[Lev . 8 . 13]</w:t>
      </w:r>
    </w:p>
    <w:p>
      <w:r>
        <w:rPr>
          <w:rFonts w:ascii="Gentium Plus" w:hAnsi="Gentium Plus"/>
          <w:sz w:val="24"/>
        </w:rPr>
        <w:t>καὶ προσήγαγεν Μωυσῆς τοὺς υἱοὺς Ααρων καὶ ἐνέδυσεν αὐτοὺς χιτῶ‐ νας καὶ ἔζωσεν αὐτοὺς ζώνας καὶ περιέθηκεν αὐτοῖς κιδάρεις, καθ‐ άπερ συνέταξεν κύριος τῷ Μωυσῇ.</w:t>
      </w:r>
    </w:p>
    <w:p>
      <w:r>
        <w:rPr>
          <w:rFonts w:ascii="Courier New" w:hAnsi="Courier New"/>
          <w:color w:val="555555"/>
          <w:sz w:val="20"/>
        </w:rPr>
        <w:t>[Lev . 8 . 14]</w:t>
      </w:r>
    </w:p>
    <w:p>
      <w:r>
        <w:rPr>
          <w:rFonts w:ascii="Gentium Plus" w:hAnsi="Gentium Plus"/>
          <w:sz w:val="24"/>
        </w:rPr>
        <w:t>καὶ προσήγαγεν Μωυσῆς τὸν μόσχον τὸν περὶ τῆς ἁμαρτίας, καὶ ἐπέθηκεν Ααρων καὶ οἱ υἱοὶ αὐτοῦ τὰς χεῖρας ἐπὶ τὴν κεφαλὴν τοῦ μόσχου τοῦ τῆς ἁμαρ‐ τίας.</w:t>
      </w:r>
    </w:p>
    <w:p>
      <w:r>
        <w:rPr>
          <w:rFonts w:ascii="Courier New" w:hAnsi="Courier New"/>
          <w:color w:val="555555"/>
          <w:sz w:val="20"/>
        </w:rPr>
        <w:t>[Lev . 8 . 15]</w:t>
      </w:r>
    </w:p>
    <w:p>
      <w:r>
        <w:rPr>
          <w:rFonts w:ascii="Gentium Plus" w:hAnsi="Gentium Plus"/>
          <w:sz w:val="24"/>
        </w:rPr>
        <w:t>καὶ ἔσφαξεν αὐτὸν καὶ ἔλαβεν Μωυσῆς ἀπὸ τοῦ αἵματος καὶ ἐπέθηκεν ἐπὶ τὰ κέρατα τοῦ θυσιαστηρίου κύκλῳ τῷ δακτύλῳ καὶ ἐκαθάρισεν τὸ θυσιαστήριον· καὶ τὸ αἷμα ἐξέχεεν ἐπὶ τὴν βά‐ σιν τοῦ θυσιαστηρίου καὶ ἡγίασεν αὐτὸ τοῦ ἐξιλάσασθαι ἐπ’ αὐτοῦ.</w:t>
      </w:r>
    </w:p>
    <w:p>
      <w:r>
        <w:rPr>
          <w:rFonts w:ascii="Courier New" w:hAnsi="Courier New"/>
          <w:color w:val="555555"/>
          <w:sz w:val="20"/>
        </w:rPr>
        <w:t>[Lev . 8 . 16]</w:t>
      </w:r>
    </w:p>
    <w:p>
      <w:r>
        <w:rPr>
          <w:rFonts w:ascii="Gentium Plus" w:hAnsi="Gentium Plus"/>
          <w:sz w:val="24"/>
        </w:rPr>
        <w:t>καὶ ἔλαβεν Μωυσῆς πᾶν τὸ στέαρ τὸ ἐπὶ τῶν ἐνδοσθίων καὶ τὸν λοβὸν τὸν ἐπὶ τοῦ ἥπατος καὶ ἀμφοτέρους τοὺς νεφροὺς καὶ τὸ στέαρ τὸ ἐπ’ αὐτῶν, καὶ ἀνήνεγκεν Μωυσῆς ἐπὶ τὸ θυσιαστή‐ ριον·</w:t>
      </w:r>
    </w:p>
    <w:p>
      <w:r>
        <w:rPr>
          <w:rFonts w:ascii="Courier New" w:hAnsi="Courier New"/>
          <w:color w:val="555555"/>
          <w:sz w:val="20"/>
        </w:rPr>
        <w:t>[Lev . 8 . 17]</w:t>
      </w:r>
    </w:p>
    <w:p>
      <w:r>
        <w:rPr>
          <w:rFonts w:ascii="Gentium Plus" w:hAnsi="Gentium Plus"/>
          <w:sz w:val="24"/>
        </w:rPr>
        <w:t>καὶ τὸν μόσχον καὶ τὴν βύρσαν αὐτοῦ καὶ τὰ κρέα αὐτοῦ καὶ τὴν κόπρον αὐτοῦ καὶ κατέκαυσεν αὐτὰ πυρὶ ἔξω τῆς παρεμ‐ βολῆς, ὃν τρόπον συνέταξεν κύριος τῷ Μωυσῇ.</w:t>
      </w:r>
    </w:p>
    <w:p>
      <w:r>
        <w:rPr>
          <w:rFonts w:ascii="Courier New" w:hAnsi="Courier New"/>
          <w:color w:val="555555"/>
          <w:sz w:val="20"/>
        </w:rPr>
        <w:t>[Lev . 8 . 18]</w:t>
      </w:r>
    </w:p>
    <w:p>
      <w:r>
        <w:rPr>
          <w:rFonts w:ascii="Gentium Plus" w:hAnsi="Gentium Plus"/>
          <w:sz w:val="24"/>
        </w:rPr>
        <w:t>καὶ προσήγαγεν Μωυσῆς τὸν κριὸν τὸν εἰς ὁλοκαύτωμα, καὶ ἐπέθηκεν Ααρων καὶ οἱ υἱοὶ αὐτοῦ τὰς χεῖρας αὐτῶν ἐπὶ τὴν κεφαλὴν τοῦ κριοῦ.</w:t>
      </w:r>
    </w:p>
    <w:p>
      <w:r>
        <w:rPr>
          <w:rFonts w:ascii="Courier New" w:hAnsi="Courier New"/>
          <w:color w:val="555555"/>
          <w:sz w:val="20"/>
        </w:rPr>
        <w:t>[Lev . 8 . 19]</w:t>
      </w:r>
    </w:p>
    <w:p>
      <w:r>
        <w:rPr>
          <w:rFonts w:ascii="Gentium Plus" w:hAnsi="Gentium Plus"/>
          <w:sz w:val="24"/>
        </w:rPr>
        <w:t>καὶ</w:t>
      </w:r>
    </w:p>
    <w:p>
      <w:r>
        <w:rPr>
          <w:rFonts w:ascii="Courier New" w:hAnsi="Courier New"/>
          <w:color w:val="555555"/>
          <w:sz w:val="20"/>
        </w:rPr>
        <w:t>[Lev . 8 . 20]</w:t>
      </w:r>
    </w:p>
    <w:p>
      <w:r>
        <w:rPr>
          <w:rFonts w:ascii="Gentium Plus" w:hAnsi="Gentium Plus"/>
          <w:sz w:val="24"/>
        </w:rPr>
        <w:t>καὶ τὸν κριὸν ἐκρεανόμησεν κατὰ μέλη καὶ ἀνήνεγκεν Μωυσῆς τὴν κεφαλὴν καὶ τὰ μέλη καὶ τὸ στέαρ·</w:t>
      </w:r>
    </w:p>
    <w:p>
      <w:r>
        <w:rPr>
          <w:rFonts w:ascii="Courier New" w:hAnsi="Courier New"/>
          <w:color w:val="555555"/>
          <w:sz w:val="20"/>
        </w:rPr>
        <w:t>[Lev . 8 . 21]</w:t>
      </w:r>
    </w:p>
    <w:p>
      <w:r>
        <w:rPr>
          <w:rFonts w:ascii="Gentium Plus" w:hAnsi="Gentium Plus"/>
          <w:sz w:val="24"/>
        </w:rPr>
        <w:t>καὶ τὴν κοιλίαν καὶ τοὺς πόδας ἔπλυνεν ὕδατι καὶ ἀνήνεγκεν Μωυσῆς ὅλον τὸν κριὸν ἐπὶ τὸ θυσιαστήριον· ὁλοκαύτωμα, ὅ ἐστιν εἰς ὀσμὴν εὐωδίας, κάρπωμά ἐστιν τῷ κυρίῳ, καθάπερ ἐνε‐ τείλατο κύριος τῷ Μωυσῇ.</w:t>
      </w:r>
    </w:p>
    <w:p>
      <w:r>
        <w:rPr>
          <w:rFonts w:ascii="Courier New" w:hAnsi="Courier New"/>
          <w:color w:val="555555"/>
          <w:sz w:val="20"/>
        </w:rPr>
        <w:t>[Lev . 8 . 22]</w:t>
      </w:r>
    </w:p>
    <w:p>
      <w:r>
        <w:rPr>
          <w:rFonts w:ascii="Gentium Plus" w:hAnsi="Gentium Plus"/>
          <w:sz w:val="24"/>
        </w:rPr>
        <w:t>καὶ προσήγαγεν Μωυσῆς τὸν κριὸν τὸν δεύτερον, κριὸν τελειώσεως· καὶ ἐπέθηκεν Ααρων καὶ οἱ υἱοὶ αὐτοῦ τὰς χεῖρας αὐτῶν ἐπὶ τὴν κεφαλὴν τοῦ κριοῦ.</w:t>
      </w:r>
    </w:p>
    <w:p>
      <w:r>
        <w:rPr>
          <w:rFonts w:ascii="Courier New" w:hAnsi="Courier New"/>
          <w:color w:val="555555"/>
          <w:sz w:val="20"/>
        </w:rPr>
        <w:t>[Lev . 8 . 23]</w:t>
      </w:r>
    </w:p>
    <w:p>
      <w:r>
        <w:rPr>
          <w:rFonts w:ascii="Gentium Plus" w:hAnsi="Gentium Plus"/>
          <w:sz w:val="24"/>
        </w:rPr>
        <w:t>καὶ ἔσφα‐ ξεν αὐτὸν καὶ ἔλαβεν Μωυσῆς ἀπὸ τοῦ αἵματος αὐτοῦ καὶ ἐπέ‐ θηκεν ἐπὶ τὸν λοβὸν τοῦ ὠτὸς Ααρων τοῦ δεξιοῦ καὶ ἐπὶ τὸ ἄκρον τῆς χειρὸς τῆς δεξιᾶς καὶ ἐπὶ τὸ ἄκρον τοῦ ποδὸς τοῦ δε‐</w:t>
      </w:r>
    </w:p>
    <w:p>
      <w:r>
        <w:rPr>
          <w:rFonts w:ascii="Courier New" w:hAnsi="Courier New"/>
          <w:color w:val="555555"/>
          <w:sz w:val="20"/>
        </w:rPr>
        <w:t>[5]</w:t>
      </w:r>
    </w:p>
    <w:p>
      <w:r>
        <w:rPr>
          <w:rFonts w:ascii="Gentium Plus" w:hAnsi="Gentium Plus"/>
          <w:sz w:val="24"/>
        </w:rPr>
        <w:t>ξιοῦ.</w:t>
      </w:r>
    </w:p>
    <w:p>
      <w:r>
        <w:rPr>
          <w:rFonts w:ascii="Courier New" w:hAnsi="Courier New"/>
          <w:color w:val="555555"/>
          <w:sz w:val="20"/>
        </w:rPr>
        <w:t>[Lev . 8 . 24]</w:t>
      </w:r>
    </w:p>
    <w:p>
      <w:r>
        <w:rPr>
          <w:rFonts w:ascii="Gentium Plus" w:hAnsi="Gentium Plus"/>
          <w:sz w:val="24"/>
        </w:rPr>
        <w:t>καὶ προσήγαγεν Μωυσῆς τοὺς υἱοὺς Ααρων, καὶ ἐπέθηκεν Μωυσῆς ἀπὸ τοῦ αἵματος ἐπὶ τοὺς λοβοὺς τῶν ὤτων τῶν δεξιῶν καὶ ἐπὶ τὰ ἄκρα τῶν χειρῶν αὐτῶν τῶν δεξιῶν καὶ ἐπὶ τὰ ἄκρα τῶν ποδῶν αὐτῶν τῶν δεξιῶν, καὶ προσέχεεν Μωυσῆς τὸ αἷμα</w:t>
      </w:r>
    </w:p>
    <w:p>
      <w:r>
        <w:rPr>
          <w:rFonts w:ascii="Courier New" w:hAnsi="Courier New"/>
          <w:color w:val="555555"/>
          <w:sz w:val="20"/>
        </w:rPr>
        <w:t>[5]</w:t>
      </w:r>
    </w:p>
    <w:p>
      <w:r>
        <w:rPr>
          <w:rFonts w:ascii="Gentium Plus" w:hAnsi="Gentium Plus"/>
          <w:sz w:val="24"/>
        </w:rPr>
        <w:t>ἐπὶ τὸ θυσιαστήριον κύκλῳ.</w:t>
      </w:r>
    </w:p>
    <w:p>
      <w:r>
        <w:rPr>
          <w:rFonts w:ascii="Courier New" w:hAnsi="Courier New"/>
          <w:color w:val="555555"/>
          <w:sz w:val="20"/>
        </w:rPr>
        <w:t>[Lev . 8 . 25]</w:t>
      </w:r>
    </w:p>
    <w:p>
      <w:r>
        <w:rPr>
          <w:rFonts w:ascii="Gentium Plus" w:hAnsi="Gentium Plus"/>
          <w:sz w:val="24"/>
        </w:rPr>
        <w:t>καὶ ἔλαβεν τὸ στέαρ καὶ τὴν ὀσφὺν καὶ τὸ στέαρ τὸ ἐπὶ τῆς κοιλίας καὶ τὸν λοβὸν τοῦ ἥπατος καὶ τοὺς δύο νεφροὺς καὶ τὸ στέαρ τὸ ἐπ’ αὐτῶν καὶ τὸν βραχίονα τὸν δεξιόν·</w:t>
      </w:r>
    </w:p>
    <w:p>
      <w:r>
        <w:rPr>
          <w:rFonts w:ascii="Courier New" w:hAnsi="Courier New"/>
          <w:color w:val="555555"/>
          <w:sz w:val="20"/>
        </w:rPr>
        <w:t>[Lev . 8 . 26]</w:t>
      </w:r>
    </w:p>
    <w:p>
      <w:r>
        <w:rPr>
          <w:rFonts w:ascii="Gentium Plus" w:hAnsi="Gentium Plus"/>
          <w:sz w:val="24"/>
        </w:rPr>
        <w:t>καὶ ἀπὸ τοῦ κανοῦ τῆς τελειώσεως τοῦ ὄντος ἔναντι κυρίου ἔλαβεν ἄρτον ἕνα ἄζυμον καὶ ἄρτον ἐξ ἐλαίου ἕνα καὶ λά‐ γανον ἓν καὶ ἐπέθηκεν ἐπὶ τὸ στέαρ καὶ τὸν βραχίονα τὸν δεξιόν·</w:t>
      </w:r>
    </w:p>
    <w:p>
      <w:r>
        <w:rPr>
          <w:rFonts w:ascii="Courier New" w:hAnsi="Courier New"/>
          <w:color w:val="555555"/>
          <w:sz w:val="20"/>
        </w:rPr>
        <w:t>[Lev . 8 . 27]</w:t>
      </w:r>
    </w:p>
    <w:p>
      <w:r>
        <w:rPr>
          <w:rFonts w:ascii="Gentium Plus" w:hAnsi="Gentium Plus"/>
          <w:sz w:val="24"/>
        </w:rPr>
        <w:t>καὶ ἐπέθηκεν ἅπαντα ἐπὶ τὰς χεῖρας Ααρων καὶ ἐπὶ τὰς χεῖρας τῶν υἱῶν αὐτοῦ καὶ ἀνήνεγκεν αὐτὰ ἀφαίρεμα ἔναντι κυρίου.</w:t>
      </w:r>
    </w:p>
    <w:p>
      <w:r>
        <w:rPr>
          <w:rFonts w:ascii="Courier New" w:hAnsi="Courier New"/>
          <w:color w:val="555555"/>
          <w:sz w:val="20"/>
        </w:rPr>
        <w:t>[Lev . 8 . 28]</w:t>
      </w:r>
    </w:p>
    <w:p>
      <w:r>
        <w:rPr>
          <w:rFonts w:ascii="Gentium Plus" w:hAnsi="Gentium Plus"/>
          <w:sz w:val="24"/>
        </w:rPr>
        <w:t>καὶ ἔλαβεν Μωυσῆς ἀπὸ τῶν χειρῶν αὐτῶν, καὶ ἀνήνεγκεν αὐτὰ Μωυ‐ σῆς ἐπὶ τὸ θυσιαστήριον ἐπὶ τὸ ὁλοκαύτωμα τῆς τελειώσεως, ὅ ἐστιν ὀσμὴ εὐωδίας· κάρπωμά ἐστιν τῷ κυρίῳ.</w:t>
      </w:r>
    </w:p>
    <w:p>
      <w:r>
        <w:rPr>
          <w:rFonts w:ascii="Courier New" w:hAnsi="Courier New"/>
          <w:color w:val="555555"/>
          <w:sz w:val="20"/>
        </w:rPr>
        <w:t>[Lev . 8 . 29]</w:t>
      </w:r>
    </w:p>
    <w:p>
      <w:r>
        <w:rPr>
          <w:rFonts w:ascii="Gentium Plus" w:hAnsi="Gentium Plus"/>
          <w:sz w:val="24"/>
        </w:rPr>
        <w:t>καὶ λαβὼν Μωυ‐ σῆς τὸ στηθύνιον ἀφεῖλεν αὐτὸ ἐπίθεμα ἔναντι κυρίου ἀπὸ τοῦ κριοῦ τῆς τελειώσεως, καὶ ἐγένετο Μωυσῇ ἐν μερίδι, καθὰ ἐνετεί‐ λατο κύριος τῷ Μωυσῇ.</w:t>
      </w:r>
    </w:p>
    <w:p>
      <w:r>
        <w:rPr>
          <w:rFonts w:ascii="Courier New" w:hAnsi="Courier New"/>
          <w:color w:val="555555"/>
          <w:sz w:val="20"/>
        </w:rPr>
        <w:t>[Lev . 8 . 30]</w:t>
      </w:r>
    </w:p>
    <w:p>
      <w:r>
        <w:rPr>
          <w:rFonts w:ascii="Gentium Plus" w:hAnsi="Gentium Plus"/>
          <w:sz w:val="24"/>
        </w:rPr>
        <w:t>καὶ ἔλαβεν Μωυσῆς ἀπὸ τοῦ ἐλαίου τῆς χρίσεως καὶ ἀπὸ τοῦ αἵματος τοῦ ἐπὶ τοῦ θυσιαστηρίου καὶ προσέρρανεν ἐπὶ Ααρων καὶ τὰς στολὰς αὐτοῦ καὶ τοὺς υἱοὺς αὐτοῦ καὶ τὰς στολὰς τῶν υἱῶν αὐτοῦ μετ’ αὐτοῦ καὶ ἡγίασεν</w:t>
      </w:r>
    </w:p>
    <w:p>
      <w:r>
        <w:rPr>
          <w:rFonts w:ascii="Courier New" w:hAnsi="Courier New"/>
          <w:color w:val="555555"/>
          <w:sz w:val="20"/>
        </w:rPr>
        <w:t>[5]</w:t>
      </w:r>
    </w:p>
    <w:p>
      <w:r>
        <w:rPr>
          <w:rFonts w:ascii="Gentium Plus" w:hAnsi="Gentium Plus"/>
          <w:sz w:val="24"/>
        </w:rPr>
        <w:t>Ααρων καὶ τὰς στολὰς αὐτοῦ καὶ τοὺς υἱοὺς αὐτοῦ καὶ τὰς στο‐ λὰς τῶν υἱῶν αὐτοῦ μετ’ αὐτοῦ.</w:t>
      </w:r>
    </w:p>
    <w:p>
      <w:r>
        <w:rPr>
          <w:rFonts w:ascii="Courier New" w:hAnsi="Courier New"/>
          <w:color w:val="555555"/>
          <w:sz w:val="20"/>
        </w:rPr>
        <w:t>[Lev . 8 . 31]</w:t>
      </w:r>
    </w:p>
    <w:p>
      <w:r>
        <w:rPr>
          <w:rFonts w:ascii="Gentium Plus" w:hAnsi="Gentium Plus"/>
          <w:sz w:val="24"/>
        </w:rPr>
        <w:t>καὶ εἶπεν Μωυσῆς πρὸς Ααρων καὶ τοὺς υἱοὺς αὐτοῦ Ἑψήσατε τὰ κρέα ἐν τῇ αὐλῇ τῆς σκηνῆς τοῦ μαρτυρίου ἐν τόπῳ ἁγίῳ καὶ ἐκεῖ φάγεσθε αὐτὰ καὶ τοὺς ἄρ‐ τους τοὺς ἐν τῷ κανῷ τῆς τελειώσεως, ὃν τρόπον συντέτακταί</w:t>
      </w:r>
    </w:p>
    <w:p>
      <w:r>
        <w:rPr>
          <w:rFonts w:ascii="Courier New" w:hAnsi="Courier New"/>
          <w:color w:val="555555"/>
          <w:sz w:val="20"/>
        </w:rPr>
        <w:t>[5]</w:t>
      </w:r>
    </w:p>
    <w:p>
      <w:r>
        <w:rPr>
          <w:rFonts w:ascii="Gentium Plus" w:hAnsi="Gentium Plus"/>
          <w:sz w:val="24"/>
        </w:rPr>
        <w:t>μοι λέγων Ααρων καὶ οἱ υἱοὶ αὐτοῦ φάγονται αὐτά·</w:t>
      </w:r>
    </w:p>
    <w:p>
      <w:r>
        <w:rPr>
          <w:rFonts w:ascii="Courier New" w:hAnsi="Courier New"/>
          <w:color w:val="555555"/>
          <w:sz w:val="20"/>
        </w:rPr>
        <w:t>[Lev . 8 . 32]</w:t>
      </w:r>
    </w:p>
    <w:p>
      <w:r>
        <w:rPr>
          <w:rFonts w:ascii="Gentium Plus" w:hAnsi="Gentium Plus"/>
          <w:sz w:val="24"/>
        </w:rPr>
        <w:t>καὶ τὸ</w:t>
      </w:r>
    </w:p>
    <w:p>
      <w:r>
        <w:rPr>
          <w:rFonts w:ascii="Courier New" w:hAnsi="Courier New"/>
          <w:color w:val="555555"/>
          <w:sz w:val="20"/>
        </w:rPr>
        <w:t>[Lev . 8 . 33]</w:t>
      </w:r>
    </w:p>
    <w:p>
      <w:r>
        <w:rPr>
          <w:rFonts w:ascii="Gentium Plus" w:hAnsi="Gentium Plus"/>
          <w:sz w:val="24"/>
        </w:rPr>
        <w:t>καὶ ἀπὸ τῆς θύρας τῆς σκηνῆς τοῦ μαρτυρίου οὐκ ἐξελεύσεσθε ἑπτὰ ἡμέρας, ἕως ἡμέρα πληρωθῇ, ἡμέρα τελειώσεως ὑμῶν· ἑπτὰ γὰρ ἡμέρας τελειώσει τὰς χεῖρας ὑμῶν.</w:t>
      </w:r>
    </w:p>
    <w:p>
      <w:r>
        <w:rPr>
          <w:rFonts w:ascii="Courier New" w:hAnsi="Courier New"/>
          <w:color w:val="555555"/>
          <w:sz w:val="20"/>
        </w:rPr>
        <w:t>[Lev . 8 . 34]</w:t>
      </w:r>
    </w:p>
    <w:p>
      <w:r>
        <w:rPr>
          <w:rFonts w:ascii="Gentium Plus" w:hAnsi="Gentium Plus"/>
          <w:sz w:val="24"/>
        </w:rPr>
        <w:t>καθάπερ ἐποίησεν ἐν τῇ ἡμέρᾳ ταύτῃ, ἐνετείλατο κύριος τοῦ ποιῆσαι ὥστε ἐξιλάσασθαι περὶ ὑμῶν.</w:t>
      </w:r>
    </w:p>
    <w:p>
      <w:r>
        <w:rPr>
          <w:rFonts w:ascii="Courier New" w:hAnsi="Courier New"/>
          <w:color w:val="555555"/>
          <w:sz w:val="20"/>
        </w:rPr>
        <w:t>[Lev . 8 . 35]</w:t>
      </w:r>
    </w:p>
    <w:p>
      <w:r>
        <w:rPr>
          <w:rFonts w:ascii="Gentium Plus" w:hAnsi="Gentium Plus"/>
          <w:sz w:val="24"/>
        </w:rPr>
        <w:t>καὶ ἐπὶ τὴν θύραν τῆς σκηνῆς τοῦ μαρτυρίου καθήσεσθε ἑπτὰ ἡμέρας ἡμέραν καὶ νύκτα· φυλάξεσθε τὰ φυλάγματα κυρίου, ἵνα μὴ ἀποθάνητε· οὕτως γὰρ ἐνετείλατό μοι κύριος ὁ θεός.</w:t>
      </w:r>
    </w:p>
    <w:p>
      <w:r>
        <w:rPr>
          <w:rFonts w:ascii="Courier New" w:hAnsi="Courier New"/>
          <w:color w:val="555555"/>
          <w:sz w:val="20"/>
        </w:rPr>
        <w:t>[Lev . 8 . 36]</w:t>
      </w:r>
    </w:p>
    <w:p>
      <w:r>
        <w:rPr>
          <w:rFonts w:ascii="Gentium Plus" w:hAnsi="Gentium Plus"/>
          <w:sz w:val="24"/>
        </w:rPr>
        <w:t>καὶ ἐποίησεν Ααρων καὶ οἱ υἱοὶ αὐτοῦ πάντας τοὺς λόγους, οὓς συνέ‐ ταξεν κύριος τῷ Μωυσῇ.</w:t>
      </w:r>
    </w:p>
    <w:p>
      <w:r>
        <w:rPr>
          <w:rFonts w:ascii="Courier New" w:hAnsi="Courier New"/>
          <w:color w:val="555555"/>
          <w:sz w:val="20"/>
        </w:rPr>
        <w:t>[Lev . 9 . 1]</w:t>
      </w:r>
    </w:p>
    <w:p>
      <w:r>
        <w:rPr>
          <w:rFonts w:ascii="Gentium Plus" w:hAnsi="Gentium Plus"/>
          <w:sz w:val="24"/>
        </w:rPr>
        <w:t>Καὶ ἐγενήθη τῇ ἡμέρᾳ τῇ ὀγδόῃ ἐκάλεσεν Μωυσῆς Ααρων καὶ τοὺς υἱοὺς αὐτοῦ καὶ τὴν γερουσίαν Ισραηλ.</w:t>
      </w:r>
    </w:p>
    <w:p>
      <w:r>
        <w:rPr>
          <w:rFonts w:ascii="Courier New" w:hAnsi="Courier New"/>
          <w:color w:val="555555"/>
          <w:sz w:val="20"/>
        </w:rPr>
        <w:t>[Lev . 9 . 2]</w:t>
      </w:r>
    </w:p>
    <w:p>
      <w:r>
        <w:rPr>
          <w:rFonts w:ascii="Gentium Plus" w:hAnsi="Gentium Plus"/>
          <w:sz w:val="24"/>
        </w:rPr>
        <w:t>καὶ εἶπεν Μωυσῆς πρὸς Ααρων Λαβὲ σεαυτῷ μοσχάριον ἐκ βοῶν περὶ ἁμαρτίας καὶ κριὸν εἰς ὁλοκαύτωμα, ἄμωμα, καὶ προσένεγκε αὐτὰ ἔναντι κυρίου·</w:t>
      </w:r>
    </w:p>
    <w:p>
      <w:r>
        <w:rPr>
          <w:rFonts w:ascii="Courier New" w:hAnsi="Courier New"/>
          <w:color w:val="555555"/>
          <w:sz w:val="20"/>
        </w:rPr>
        <w:t>[Lev . 9 . 3]</w:t>
      </w:r>
    </w:p>
    <w:p>
      <w:r>
        <w:rPr>
          <w:rFonts w:ascii="Gentium Plus" w:hAnsi="Gentium Plus"/>
          <w:sz w:val="24"/>
        </w:rPr>
        <w:t>καὶ τῇ γερουσίᾳ Ισραηλ λάλησον λέγων Λάβετε χίμαρον ἐξ αἰγῶν ἕνα περὶ ἁμαρτίας καὶ μοσχάριον καὶ ἀμνὸν ἐνιαύσιον εἰς ὁλοκάρπω‐ σιν, ἄμωμα,</w:t>
      </w:r>
    </w:p>
    <w:p>
      <w:r>
        <w:rPr>
          <w:rFonts w:ascii="Courier New" w:hAnsi="Courier New"/>
          <w:color w:val="555555"/>
          <w:sz w:val="20"/>
        </w:rPr>
        <w:t>[Lev . 9 . 4]</w:t>
      </w:r>
    </w:p>
    <w:p>
      <w:r>
        <w:rPr>
          <w:rFonts w:ascii="Gentium Plus" w:hAnsi="Gentium Plus"/>
          <w:sz w:val="24"/>
        </w:rPr>
        <w:t>καὶ μόσχον καὶ κριὸν εἰς θυσίαν σωτηρίου ἔναντι κυρίου καὶ σεμίδαλιν πεφυραμένην ἐν ἐλαίῳ, ὅτι σήμερον κύριος ὀφθήσεται ἐν ὑμῖν.</w:t>
      </w:r>
    </w:p>
    <w:p>
      <w:r>
        <w:rPr>
          <w:rFonts w:ascii="Courier New" w:hAnsi="Courier New"/>
          <w:color w:val="555555"/>
          <w:sz w:val="20"/>
        </w:rPr>
        <w:t>[Lev . 9 . 5]</w:t>
      </w:r>
    </w:p>
    <w:p>
      <w:r>
        <w:rPr>
          <w:rFonts w:ascii="Gentium Plus" w:hAnsi="Gentium Plus"/>
          <w:sz w:val="24"/>
        </w:rPr>
        <w:t>καὶ ἔλαβον, καθὸ ἐνετείλατο Μωυσῆς, ἀπέναντι τῆς σκηνῆς τοῦ μαρτυρίου, καὶ προσῆλθεν πᾶσα συναγωγὴ καὶ ἔστησαν ἔναντι κυρίου.</w:t>
      </w:r>
    </w:p>
    <w:p>
      <w:r>
        <w:rPr>
          <w:rFonts w:ascii="Courier New" w:hAnsi="Courier New"/>
          <w:color w:val="555555"/>
          <w:sz w:val="20"/>
        </w:rPr>
        <w:t>[Lev . 9 . 6]</w:t>
      </w:r>
    </w:p>
    <w:p>
      <w:r>
        <w:rPr>
          <w:rFonts w:ascii="Gentium Plus" w:hAnsi="Gentium Plus"/>
          <w:sz w:val="24"/>
        </w:rPr>
        <w:t>καὶ εἶπεν Μωυσῆς Τοῦτο τὸ ῥῆμα, ὃ εἶ‐ πεν κύριος, ποιήσατε, καὶ ὀφθήσεται ἐν ὑμῖν δόξα κυρίου.</w:t>
      </w:r>
    </w:p>
    <w:p>
      <w:r>
        <w:rPr>
          <w:rFonts w:ascii="Courier New" w:hAnsi="Courier New"/>
          <w:color w:val="555555"/>
          <w:sz w:val="20"/>
        </w:rPr>
        <w:t>[Lev . 9 . 7]</w:t>
      </w:r>
    </w:p>
    <w:p>
      <w:r>
        <w:rPr>
          <w:rFonts w:ascii="Gentium Plus" w:hAnsi="Gentium Plus"/>
          <w:sz w:val="24"/>
        </w:rPr>
        <w:t>καὶ εἶπεν Μωυσῆς τῷ Ααρων Πρόσελθε πρὸς τὸ θυσιαστήριον καὶ ποίησον τὸ περὶ τῆς ἁμαρτίας σου καὶ τὸ ὁλοκαύτωμά σου καὶ ἐξίλασαι περὶ σεαυτοῦ καὶ τοῦ οἴκου σου· καὶ ποίησον τὰ δῶρα</w:t>
      </w:r>
    </w:p>
    <w:p>
      <w:r>
        <w:rPr>
          <w:rFonts w:ascii="Courier New" w:hAnsi="Courier New"/>
          <w:color w:val="555555"/>
          <w:sz w:val="20"/>
        </w:rPr>
        <w:t>[5]</w:t>
      </w:r>
    </w:p>
    <w:p>
      <w:r>
        <w:rPr>
          <w:rFonts w:ascii="Gentium Plus" w:hAnsi="Gentium Plus"/>
          <w:sz w:val="24"/>
        </w:rPr>
        <w:t>τοῦ λαοῦ καὶ ἐξίλασαι περὶ αὐτῶν, καθάπερ ἐνετείλατο κύριος τῷ Μωυσῇ.</w:t>
      </w:r>
    </w:p>
    <w:p>
      <w:r>
        <w:rPr>
          <w:rFonts w:ascii="Courier New" w:hAnsi="Courier New"/>
          <w:color w:val="555555"/>
          <w:sz w:val="20"/>
        </w:rPr>
        <w:t>[Lev . 9 . 8]</w:t>
      </w:r>
    </w:p>
    <w:p>
      <w:r>
        <w:rPr>
          <w:rFonts w:ascii="Gentium Plus" w:hAnsi="Gentium Plus"/>
          <w:sz w:val="24"/>
        </w:rPr>
        <w:t>καὶ προσῆλθεν Ααρων πρὸς τὸ θυσιαστήριον καὶ ἔσφαξεν τὸ μοσχάριον τὸ περὶ τῆς ἁμαρτίας·</w:t>
      </w:r>
    </w:p>
    <w:p>
      <w:r>
        <w:rPr>
          <w:rFonts w:ascii="Courier New" w:hAnsi="Courier New"/>
          <w:color w:val="555555"/>
          <w:sz w:val="20"/>
        </w:rPr>
        <w:t>[Lev . 9 . 9]</w:t>
      </w:r>
    </w:p>
    <w:p>
      <w:r>
        <w:rPr>
          <w:rFonts w:ascii="Gentium Plus" w:hAnsi="Gentium Plus"/>
          <w:sz w:val="24"/>
        </w:rPr>
        <w:t>καὶ προσήνεγκαν οἱ υἱοὶ Ααρων τὸ αἷμα πρὸς αὐτόν, καὶ ἔβαψεν τὸν δάκτυλον εἰς τὸ αἷμα καὶ ἐπέθηκεν ἐπὶ τὰ κέρατα τοῦ θυσιαστηρίου καὶ τὸ αἷμα ἐξέχεεν ἐπὶ τὴν βάσιν τοῦ θυσιαστηρίου·</w:t>
      </w:r>
    </w:p>
    <w:p>
      <w:r>
        <w:rPr>
          <w:rFonts w:ascii="Courier New" w:hAnsi="Courier New"/>
          <w:color w:val="555555"/>
          <w:sz w:val="20"/>
        </w:rPr>
        <w:t>[Lev . 9 . 10]</w:t>
      </w:r>
    </w:p>
    <w:p>
      <w:r>
        <w:rPr>
          <w:rFonts w:ascii="Gentium Plus" w:hAnsi="Gentium Plus"/>
          <w:sz w:val="24"/>
        </w:rPr>
        <w:t>καὶ τὸ στέαρ καὶ τοὺς νεφροὺς καὶ τὸν λοβὸν τοῦ ἥπατος τοῦ περὶ τῆς ἁμαρτίας ἀνήνεγκεν ἐπὶ τὸ θυσιαστήριον, ὃν τρόπον ἐνετείλατο κύριος τῷ Μωυσῇ·</w:t>
      </w:r>
    </w:p>
    <w:p>
      <w:r>
        <w:rPr>
          <w:rFonts w:ascii="Courier New" w:hAnsi="Courier New"/>
          <w:color w:val="555555"/>
          <w:sz w:val="20"/>
        </w:rPr>
        <w:t>[Lev . 9 . 11]</w:t>
      </w:r>
    </w:p>
    <w:p>
      <w:r>
        <w:rPr>
          <w:rFonts w:ascii="Gentium Plus" w:hAnsi="Gentium Plus"/>
          <w:sz w:val="24"/>
        </w:rPr>
        <w:t>καὶ τὰ κρέα καὶ τὴν βύρσαν, κατέκαυσεν αὐτὰ πυρὶ ἔξω τῆς παρεμ‐ βολῆς.</w:t>
      </w:r>
    </w:p>
    <w:p>
      <w:r>
        <w:rPr>
          <w:rFonts w:ascii="Courier New" w:hAnsi="Courier New"/>
          <w:color w:val="555555"/>
          <w:sz w:val="20"/>
        </w:rPr>
        <w:t>[Lev . 9 . 12]</w:t>
      </w:r>
    </w:p>
    <w:p>
      <w:r>
        <w:rPr>
          <w:rFonts w:ascii="Gentium Plus" w:hAnsi="Gentium Plus"/>
          <w:sz w:val="24"/>
        </w:rPr>
        <w:t>καὶ ἔσφαξεν τὸ ὁλοκαύτωμα· καὶ προσήνεγκαν οἱ υἱοὶ Ααρων τὸ αἷμα πρὸς αὐτόν, καὶ προσέχεεν ἐπὶ τὸ θυσιαστήριον κύκλῳ·</w:t>
      </w:r>
    </w:p>
    <w:p>
      <w:r>
        <w:rPr>
          <w:rFonts w:ascii="Courier New" w:hAnsi="Courier New"/>
          <w:color w:val="555555"/>
          <w:sz w:val="20"/>
        </w:rPr>
        <w:t>[Lev . 9 . 13]</w:t>
      </w:r>
    </w:p>
    <w:p>
      <w:r>
        <w:rPr>
          <w:rFonts w:ascii="Gentium Plus" w:hAnsi="Gentium Plus"/>
          <w:sz w:val="24"/>
        </w:rPr>
        <w:t>καὶ τὸ ὁλοκαύτωμα προσήνεγκαν αὐτῷ κατὰ μέλη, αὐτὰ καὶ τὴν κεφαλήν, καὶ ἐπέθηκεν ἐπὶ τὸ θυσιαστήριον·</w:t>
      </w:r>
    </w:p>
    <w:p>
      <w:r>
        <w:rPr>
          <w:rFonts w:ascii="Courier New" w:hAnsi="Courier New"/>
          <w:color w:val="555555"/>
          <w:sz w:val="20"/>
        </w:rPr>
        <w:t>[Lev . 9 . 14]</w:t>
      </w:r>
    </w:p>
    <w:p>
      <w:r>
        <w:rPr>
          <w:rFonts w:ascii="Gentium Plus" w:hAnsi="Gentium Plus"/>
          <w:sz w:val="24"/>
        </w:rPr>
        <w:t>καὶ ἔπλυνεν τὴν κοιλίαν καὶ τοὺς πόδας ὕδατι καὶ ἐπέθηκεν ἐπὶ τὸ ὁλοκαύ‐ τωμα ἐπὶ τὸ θυσιαστήριον.</w:t>
      </w:r>
    </w:p>
    <w:p>
      <w:r>
        <w:rPr>
          <w:rFonts w:ascii="Courier New" w:hAnsi="Courier New"/>
          <w:color w:val="555555"/>
          <w:sz w:val="20"/>
        </w:rPr>
        <w:t>[Lev . 9 . 15]</w:t>
      </w:r>
    </w:p>
    <w:p>
      <w:r>
        <w:rPr>
          <w:rFonts w:ascii="Gentium Plus" w:hAnsi="Gentium Plus"/>
          <w:sz w:val="24"/>
        </w:rPr>
        <w:t>καὶ προσήνεγκαν τὸ δῶρον τοῦ λαοῦ· καὶ ἔλαβεν τὸν χίμαρον τὸν περὶ τῆς ἁμαρτίας τοῦ λαοῦ καὶ ἔσφα‐ ξεν αὐτὸ καθὰ καὶ τὸ πρῶτον.</w:t>
      </w:r>
    </w:p>
    <w:p>
      <w:r>
        <w:rPr>
          <w:rFonts w:ascii="Courier New" w:hAnsi="Courier New"/>
          <w:color w:val="555555"/>
          <w:sz w:val="20"/>
        </w:rPr>
        <w:t>[Lev . 9 . 16]</w:t>
      </w:r>
    </w:p>
    <w:p>
      <w:r>
        <w:rPr>
          <w:rFonts w:ascii="Gentium Plus" w:hAnsi="Gentium Plus"/>
          <w:sz w:val="24"/>
        </w:rPr>
        <w:t>καὶ προσήνεγκεν τὸ ὁλοκαύτωμα καὶ ἐποίησεν αὐτό, ὡς καθήκει.</w:t>
      </w:r>
    </w:p>
    <w:p>
      <w:r>
        <w:rPr>
          <w:rFonts w:ascii="Courier New" w:hAnsi="Courier New"/>
          <w:color w:val="555555"/>
          <w:sz w:val="20"/>
        </w:rPr>
        <w:t>[Lev . 9 . 17]</w:t>
      </w:r>
    </w:p>
    <w:p>
      <w:r>
        <w:rPr>
          <w:rFonts w:ascii="Gentium Plus" w:hAnsi="Gentium Plus"/>
          <w:sz w:val="24"/>
        </w:rPr>
        <w:t>καὶ προσήνεγκεν τὴν θυσίαν καὶ ἔπλησεν τὰς χεῖρας ἀπ’ αὐτῆς καὶ ἐπέθηκεν ἐπὶ τὸ θυσιαστήριον χωρὶς τοῦ ὁλοκαυτώματος τοῦ πρωινοῦ.</w:t>
      </w:r>
    </w:p>
    <w:p>
      <w:r>
        <w:rPr>
          <w:rFonts w:ascii="Courier New" w:hAnsi="Courier New"/>
          <w:color w:val="555555"/>
          <w:sz w:val="20"/>
        </w:rPr>
        <w:t>[Lev . 9 . 18]</w:t>
      </w:r>
    </w:p>
    <w:p>
      <w:r>
        <w:rPr>
          <w:rFonts w:ascii="Gentium Plus" w:hAnsi="Gentium Plus"/>
          <w:sz w:val="24"/>
        </w:rPr>
        <w:t>καὶ ἔσφαξεν τὸν μό‐ σχον καὶ τὸν κριὸν τῆς θυσίας τοῦ σωτηρίου τῆς τοῦ λαοῦ· καὶ προσήνεγκαν οἱ υἱοὶ Ααρων τὸ αἷμα πρὸς αὐτόν, καὶ προσέχεεν πρὸς τὸ θυσιαστήριον κύκλῳ·</w:t>
      </w:r>
    </w:p>
    <w:p>
      <w:r>
        <w:rPr>
          <w:rFonts w:ascii="Courier New" w:hAnsi="Courier New"/>
          <w:color w:val="555555"/>
          <w:sz w:val="20"/>
        </w:rPr>
        <w:t>[Lev . 9 . 19]</w:t>
      </w:r>
    </w:p>
    <w:p>
      <w:r>
        <w:rPr>
          <w:rFonts w:ascii="Gentium Plus" w:hAnsi="Gentium Plus"/>
          <w:sz w:val="24"/>
        </w:rPr>
        <w:t>καὶ τὸ στέαρ τὸ ἀπὸ τοῦ μόσχου καὶ τοῦ κριοῦ, τὴν ὀσφὴν καὶ τὸ στέαρ τὸ κατακαλύπτον ἐπὶ τῆς κοιλίας καὶ τοὺς δύο νεφροὺς καὶ τὸ στέαρ τὸ ἐπ’ αὐτῶν καὶ τὸν λοβὸν τὸν ἐπὶ τοῦ ἥπατος,</w:t>
      </w:r>
    </w:p>
    <w:p>
      <w:r>
        <w:rPr>
          <w:rFonts w:ascii="Courier New" w:hAnsi="Courier New"/>
          <w:color w:val="555555"/>
          <w:sz w:val="20"/>
        </w:rPr>
        <w:t>[Lev . 9 . 20]</w:t>
      </w:r>
    </w:p>
    <w:p>
      <w:r>
        <w:rPr>
          <w:rFonts w:ascii="Gentium Plus" w:hAnsi="Gentium Plus"/>
          <w:sz w:val="24"/>
        </w:rPr>
        <w:t>καὶ ἐπέθηκεν τὰ στέατα ἐπὶ τὰ στη‐ θύνια, καὶ ἀνήνεγκαν τὰ στέατα ἐπὶ τὸ θυσιαστήριον.</w:t>
      </w:r>
    </w:p>
    <w:p>
      <w:r>
        <w:rPr>
          <w:rFonts w:ascii="Courier New" w:hAnsi="Courier New"/>
          <w:color w:val="555555"/>
          <w:sz w:val="20"/>
        </w:rPr>
        <w:t>[Lev . 9 . 21]</w:t>
      </w:r>
    </w:p>
    <w:p>
      <w:r>
        <w:rPr>
          <w:rFonts w:ascii="Gentium Plus" w:hAnsi="Gentium Plus"/>
          <w:sz w:val="24"/>
        </w:rPr>
        <w:t>καὶ τὸ στηθύνιον καὶ τὸν βραχίονα τὸν δεξιὸν ἀφεῖλεν Ααρων ἀφαίρεμα ἔναντι κυρίου, ὃν τρόπον συνέταξεν κύριος τῷ Μωυσῇ. —</w:t>
      </w:r>
    </w:p>
    <w:p>
      <w:r>
        <w:rPr>
          <w:rFonts w:ascii="Courier New" w:hAnsi="Courier New"/>
          <w:color w:val="555555"/>
          <w:sz w:val="20"/>
        </w:rPr>
        <w:t>[Lev . 9 . 22]</w:t>
      </w:r>
    </w:p>
    <w:p>
      <w:r>
        <w:rPr>
          <w:rFonts w:ascii="Gentium Plus" w:hAnsi="Gentium Plus"/>
          <w:sz w:val="24"/>
        </w:rPr>
        <w:t>καὶ ἐξάρας Ααρων τὰς χεῖρας ἐπὶ τὸν λαὸν εὐλόγησεν αὐτούς· καὶ κατέβη ποιήσας τὸ περὶ τῆς ἁμαρτίας καὶ τὰ ὁλοκαυτώματα καὶ τὰ τοῦ σωτηρίου.</w:t>
      </w:r>
    </w:p>
    <w:p>
      <w:r>
        <w:rPr>
          <w:rFonts w:ascii="Courier New" w:hAnsi="Courier New"/>
          <w:color w:val="555555"/>
          <w:sz w:val="20"/>
        </w:rPr>
        <w:t>[Lev . 9 . 23]</w:t>
      </w:r>
    </w:p>
    <w:p>
      <w:r>
        <w:rPr>
          <w:rFonts w:ascii="Gentium Plus" w:hAnsi="Gentium Plus"/>
          <w:sz w:val="24"/>
        </w:rPr>
        <w:t>καὶ εἰσῆλθεν Μωυσῆς καὶ Ααρων εἰς τὴν σκη‐ νὴν τοῦ μαρτυρίου καὶ ἐξελθόντες εὐλόγησαν πάντα τὸν λαόν, καὶ ὤφθη ἡ δόξα κυρίου παντὶ τῷ λαῷ.</w:t>
      </w:r>
    </w:p>
    <w:p>
      <w:r>
        <w:rPr>
          <w:rFonts w:ascii="Courier New" w:hAnsi="Courier New"/>
          <w:color w:val="555555"/>
          <w:sz w:val="20"/>
        </w:rPr>
        <w:t>[Lev . 9 . 24]</w:t>
      </w:r>
    </w:p>
    <w:p>
      <w:r>
        <w:rPr>
          <w:rFonts w:ascii="Gentium Plus" w:hAnsi="Gentium Plus"/>
          <w:sz w:val="24"/>
        </w:rPr>
        <w:t>καὶ ἐξῆλθεν πῦρ παρὰ κυρίου καὶ κατέφαγεν τὰ ἐπὶ τοῦ θυσιαστηρίου, τά τε ὁλοκαυτώ‐ ματα καὶ τὰ στέατα, καὶ εἶδεν πᾶς ὁ λαὸς καὶ ἐξέστη καὶ ἔπεσαν ἐπὶ πρόσωπον.</w:t>
      </w:r>
    </w:p>
    <w:p>
      <w:r>
        <w:rPr>
          <w:rFonts w:ascii="Courier New" w:hAnsi="Courier New"/>
          <w:color w:val="555555"/>
          <w:sz w:val="20"/>
        </w:rPr>
        <w:t>[Lev . 10 . 1]</w:t>
      </w:r>
    </w:p>
    <w:p>
      <w:r>
        <w:rPr>
          <w:rFonts w:ascii="Gentium Plus" w:hAnsi="Gentium Plus"/>
          <w:sz w:val="24"/>
        </w:rPr>
        <w:t>Καὶ λαβόντες οἱ δύο υἱοὶ Ααρων Ναδαβ καὶ Αβιουδ ἕκαστος τὸ πυρεῖον αὐτοῦ ἐπέθηκαν ἐπ’ αὐτὸ πῦρ καὶ ἐπέβαλον ἐπ’ αὐτὸ θυμίαμα καὶ προσήνεγκαν ἔναντι κυρίου πῦρ ἀλλότριον, ὃ οὐ προσέταξεν κύριος αὐτοῖς.</w:t>
      </w:r>
    </w:p>
    <w:p>
      <w:r>
        <w:rPr>
          <w:rFonts w:ascii="Courier New" w:hAnsi="Courier New"/>
          <w:color w:val="555555"/>
          <w:sz w:val="20"/>
        </w:rPr>
        <w:t>[Lev . 10 . 2]</w:t>
      </w:r>
    </w:p>
    <w:p>
      <w:r>
        <w:rPr>
          <w:rFonts w:ascii="Gentium Plus" w:hAnsi="Gentium Plus"/>
          <w:sz w:val="24"/>
        </w:rPr>
        <w:t>καὶ ἐξῆλθεν πῦρ παρὰ κυρίου καὶ κατέ‐ φαγεν αὐτούς, καὶ ἀπέθανον ἔναντι κυρίου.</w:t>
      </w:r>
    </w:p>
    <w:p>
      <w:r>
        <w:rPr>
          <w:rFonts w:ascii="Courier New" w:hAnsi="Courier New"/>
          <w:color w:val="555555"/>
          <w:sz w:val="20"/>
        </w:rPr>
        <w:t>[Lev . 10 . 3]</w:t>
      </w:r>
    </w:p>
    <w:p>
      <w:r>
        <w:rPr>
          <w:rFonts w:ascii="Gentium Plus" w:hAnsi="Gentium Plus"/>
          <w:sz w:val="24"/>
        </w:rPr>
        <w:t>καὶ εἶπεν Μωυσῆς πρὸς Ααρων Τοῦτό ἐστιν, ὃ εἶπεν κύριος λέγων Ἐν τοῖς ἐγγίζου‐ σίν μοι ἁγιασθήσομαι καὶ ἐν πάσῃ τῇ συναγωγῇ δοξασθήσομαι. καὶ κατενύχθη Ααρων.</w:t>
      </w:r>
    </w:p>
    <w:p>
      <w:r>
        <w:rPr>
          <w:rFonts w:ascii="Courier New" w:hAnsi="Courier New"/>
          <w:color w:val="555555"/>
          <w:sz w:val="20"/>
        </w:rPr>
        <w:t>[Lev . 10 . 4]</w:t>
      </w:r>
    </w:p>
    <w:p>
      <w:r>
        <w:rPr>
          <w:rFonts w:ascii="Gentium Plus" w:hAnsi="Gentium Plus"/>
          <w:sz w:val="24"/>
        </w:rPr>
        <w:t>καὶ ἐκάλεσεν Μωυσῆς τὸν Μισαδαι καὶ τὸν Ελισαφαν υἱοὺς Οζιηλ υἱοὺς τοῦ ἀδελφοῦ τοῦ πατρὸς Ααρων καὶ εἶπεν αὐτοῖς Προσέλθατε καὶ ἄρατε τοὺς ἀδελφοὺς ὑμῶν ἐκ προσώπου τῶν ἁγίων ἔξω τῆς παρεμβολῆς.</w:t>
      </w:r>
    </w:p>
    <w:p>
      <w:r>
        <w:rPr>
          <w:rFonts w:ascii="Courier New" w:hAnsi="Courier New"/>
          <w:color w:val="555555"/>
          <w:sz w:val="20"/>
        </w:rPr>
        <w:t>[Lev . 10 . 5]</w:t>
      </w:r>
    </w:p>
    <w:p>
      <w:r>
        <w:rPr>
          <w:rFonts w:ascii="Gentium Plus" w:hAnsi="Gentium Plus"/>
          <w:sz w:val="24"/>
        </w:rPr>
        <w:t>καὶ προσῆλθον καὶ ἦραν ἐν τοῖς χιτῶσιν αὐτῶν ἔξω τῆς παρεμβολῆς, ὃν τρόπον εἶ‐ πεν Μωυσῆς.</w:t>
      </w:r>
    </w:p>
    <w:p>
      <w:r>
        <w:rPr>
          <w:rFonts w:ascii="Courier New" w:hAnsi="Courier New"/>
          <w:color w:val="555555"/>
          <w:sz w:val="20"/>
        </w:rPr>
        <w:t>[Lev . 10 . 6]</w:t>
      </w:r>
    </w:p>
    <w:p>
      <w:r>
        <w:rPr>
          <w:rFonts w:ascii="Gentium Plus" w:hAnsi="Gentium Plus"/>
          <w:sz w:val="24"/>
        </w:rPr>
        <w:t>καὶ εἶπεν Μωυσῆς πρὸς Ααρων καὶ Ελεαζαρ καὶ</w:t>
      </w:r>
    </w:p>
    <w:p>
      <w:r>
        <w:rPr>
          <w:rFonts w:ascii="Courier New" w:hAnsi="Courier New"/>
          <w:color w:val="555555"/>
          <w:sz w:val="20"/>
        </w:rPr>
        <w:t>[5]</w:t>
      </w:r>
    </w:p>
    <w:p>
      <w:r>
        <w:rPr>
          <w:rFonts w:ascii="Gentium Plus" w:hAnsi="Gentium Plus"/>
          <w:sz w:val="24"/>
        </w:rPr>
        <w:t>φοὶ ὑμῶν πᾶς ὁ οἶκος Ισραηλ κλαύσονται τὸν ἐμπυρισμόν, ὃν ἐνεπυρίσθησαν ὑπὸ κυρίου.</w:t>
      </w:r>
    </w:p>
    <w:p>
      <w:r>
        <w:rPr>
          <w:rFonts w:ascii="Courier New" w:hAnsi="Courier New"/>
          <w:color w:val="555555"/>
          <w:sz w:val="20"/>
        </w:rPr>
        <w:t>[Lev . 10 . 7]</w:t>
      </w:r>
    </w:p>
    <w:p>
      <w:r>
        <w:rPr>
          <w:rFonts w:ascii="Gentium Plus" w:hAnsi="Gentium Plus"/>
          <w:sz w:val="24"/>
        </w:rPr>
        <w:t>καὶ ἀπὸ τῆς θύρας τῆς σκηνῆς τοῦ μαρτυρίου οὐκ ἐξελεύσεσθε, ἵνα μὴ ἀποθάνητε· τὸ γὰρ ἔλαιον τῆς χρίσεως τὸ παρὰ κυρίου ἐφ’ ὑμῖν. καὶ ἐποίησαν κατὰ τὸ ῥῆμα Μωυσῆ.</w:t>
      </w:r>
    </w:p>
    <w:p>
      <w:r>
        <w:rPr>
          <w:rFonts w:ascii="Courier New" w:hAnsi="Courier New"/>
          <w:color w:val="555555"/>
          <w:sz w:val="20"/>
        </w:rPr>
        <w:t>[Lev . 10 . 8]</w:t>
      </w:r>
    </w:p>
    <w:p>
      <w:r>
        <w:rPr>
          <w:rFonts w:ascii="Gentium Plus" w:hAnsi="Gentium Plus"/>
          <w:sz w:val="24"/>
        </w:rPr>
        <w:t>Καὶ ἐλάλησεν κύριος τῷ Ααρων λέγων</w:t>
      </w:r>
    </w:p>
    <w:p>
      <w:r>
        <w:rPr>
          <w:rFonts w:ascii="Courier New" w:hAnsi="Courier New"/>
          <w:color w:val="555555"/>
          <w:sz w:val="20"/>
        </w:rPr>
        <w:t>[Lev . 10 . 9]</w:t>
      </w:r>
    </w:p>
    <w:p>
      <w:r>
        <w:rPr>
          <w:rFonts w:ascii="Gentium Plus" w:hAnsi="Gentium Plus"/>
          <w:sz w:val="24"/>
        </w:rPr>
        <w:t>Οἶνον καὶ σικερα οὐ πίεσθε, σὺ καὶ οἱ υἱοί σου μετὰ σοῦ, ἡνίκα ἂν εἰσπορεύησθε εἰς τὴν σκηνὴν τοῦ μαρτυρίου, ἢ προσπορευομένων ὑμῶν πρὸς τὸ θυσιαστήριον, καὶ οὐ μὴ ἀποθάνητε (νόμιμον αἰώνιον εἰς τὰς γε‐</w:t>
      </w:r>
    </w:p>
    <w:p>
      <w:r>
        <w:rPr>
          <w:rFonts w:ascii="Courier New" w:hAnsi="Courier New"/>
          <w:color w:val="555555"/>
          <w:sz w:val="20"/>
        </w:rPr>
        <w:t>[5]</w:t>
      </w:r>
    </w:p>
    <w:p>
      <w:r>
        <w:rPr>
          <w:rFonts w:ascii="Gentium Plus" w:hAnsi="Gentium Plus"/>
          <w:sz w:val="24"/>
        </w:rPr>
        <w:t>νεὰς ὑμῶν)</w:t>
      </w:r>
    </w:p>
    <w:p>
      <w:r>
        <w:rPr>
          <w:rFonts w:ascii="Courier New" w:hAnsi="Courier New"/>
          <w:color w:val="555555"/>
          <w:sz w:val="20"/>
        </w:rPr>
        <w:t>[Lev . 10 . 10]</w:t>
      </w:r>
    </w:p>
    <w:p>
      <w:r>
        <w:rPr>
          <w:rFonts w:ascii="Gentium Plus" w:hAnsi="Gentium Plus"/>
          <w:sz w:val="24"/>
        </w:rPr>
        <w:t>διαστεῖλαι ἀνὰ μέσον τῶν ἁγίων καὶ τῶν βεβήλων καὶ ἀνὰ μέσον τῶν ἀκαθάρτων καὶ τῶν καθαρῶν.</w:t>
      </w:r>
    </w:p>
    <w:p>
      <w:r>
        <w:rPr>
          <w:rFonts w:ascii="Courier New" w:hAnsi="Courier New"/>
          <w:color w:val="555555"/>
          <w:sz w:val="20"/>
        </w:rPr>
        <w:t>[Lev . 10 . 11]</w:t>
      </w:r>
    </w:p>
    <w:p>
      <w:r>
        <w:rPr>
          <w:rFonts w:ascii="Gentium Plus" w:hAnsi="Gentium Plus"/>
          <w:sz w:val="24"/>
        </w:rPr>
        <w:t>καὶ συμβιβά‐ σεις τοὺς υἱοὺς Ισραηλ πάντα τὰ νόμιμα, ἃ ἐλάλησεν κύριος πρὸς αὐτοὺς διὰ χειρὸς Μωυσῆ.</w:t>
      </w:r>
    </w:p>
    <w:p>
      <w:r>
        <w:rPr>
          <w:rFonts w:ascii="Courier New" w:hAnsi="Courier New"/>
          <w:color w:val="555555"/>
          <w:sz w:val="20"/>
        </w:rPr>
        <w:t>[Lev . 10 . 12]</w:t>
      </w:r>
    </w:p>
    <w:p>
      <w:r>
        <w:rPr>
          <w:rFonts w:ascii="Gentium Plus" w:hAnsi="Gentium Plus"/>
          <w:sz w:val="24"/>
        </w:rPr>
        <w:t>Καὶ εἶπεν Μωυσῆς πρὸς Ααρων καὶ πρὸς Ελεαζαρ καὶ Ιθαμαρ τοὺς υἱοὺς Ααρων τοὺς καταλειφθέντας Λάβετε τὴν θυσίαν τὴν καταλειφθεῖσαν ἀπὸ τῶν καρπωμάτων κυρίου καὶ φάγεσθε ἄζυμα παρὰ τὸ θυσιαστήριον· ἅγια ἁγίων ἐστίν.</w:t>
      </w:r>
    </w:p>
    <w:p>
      <w:r>
        <w:rPr>
          <w:rFonts w:ascii="Courier New" w:hAnsi="Courier New"/>
          <w:color w:val="555555"/>
          <w:sz w:val="20"/>
        </w:rPr>
        <w:t>[Lev . 10 . 13]</w:t>
      </w:r>
    </w:p>
    <w:p>
      <w:r>
        <w:rPr>
          <w:rFonts w:ascii="Gentium Plus" w:hAnsi="Gentium Plus"/>
          <w:sz w:val="24"/>
        </w:rPr>
        <w:t>καὶ φάγεσθε αὐτὴν ἐν τόπῳ ἁγίῳ· νόμιμον γάρ σοί ἐστιν καὶ νόμιμον τοῖς υἱοῖς σου τοῦτο ἀπὸ τῶν καρπωμάτων κυρίου· οὕτω γὰρ ἐντέταλταί μοι.</w:t>
      </w:r>
    </w:p>
    <w:p>
      <w:r>
        <w:rPr>
          <w:rFonts w:ascii="Courier New" w:hAnsi="Courier New"/>
          <w:color w:val="555555"/>
          <w:sz w:val="20"/>
        </w:rPr>
        <w:t>[Lev . 10 . 14]</w:t>
      </w:r>
    </w:p>
    <w:p>
      <w:r>
        <w:rPr>
          <w:rFonts w:ascii="Gentium Plus" w:hAnsi="Gentium Plus"/>
          <w:sz w:val="24"/>
        </w:rPr>
        <w:t>καὶ τὸ στηθύνιον τοῦ ἀφορίσματος καὶ τὸν βραχίονα τοῦ ἀφαι‐ ρέματος φάγεσθε ἐν τόπῳ ἁγίῳ, σὺ καὶ οἱ υἱοί σου καὶ ὁ οἶκός σου μετὰ σοῦ· νόμιμον γὰρ σοὶ καὶ νόμιμον τοῖς υἱοῖς σου ἐδόθη ἀπὸ τῶν θυσιῶν τοῦ σωτηρίου τῶν υἱῶν Ισραηλ.</w:t>
      </w:r>
    </w:p>
    <w:p>
      <w:r>
        <w:rPr>
          <w:rFonts w:ascii="Courier New" w:hAnsi="Courier New"/>
          <w:color w:val="555555"/>
          <w:sz w:val="20"/>
        </w:rPr>
        <w:t>[Lev . 10 . 15]</w:t>
      </w:r>
    </w:p>
    <w:p>
      <w:r>
        <w:rPr>
          <w:rFonts w:ascii="Gentium Plus" w:hAnsi="Gentium Plus"/>
          <w:sz w:val="24"/>
        </w:rPr>
        <w:t>τὸν βραχίονα τοῦ ἀφαιρέματος καὶ τὸ στηθύνιον τοῦ ἀφορίσματος ἐπὶ τῶν καρ‐ πωμάτων τῶν στεάτων προσοίσουσιν, ἀφόρισμα ἀφορίσαι ἔναντι κυρίου· καὶ ἔσται σοὶ καὶ τοῖς υἱοῖς σου καὶ ταῖς θυγατράσιν σου</w:t>
      </w:r>
    </w:p>
    <w:p>
      <w:r>
        <w:rPr>
          <w:rFonts w:ascii="Courier New" w:hAnsi="Courier New"/>
          <w:color w:val="555555"/>
          <w:sz w:val="20"/>
        </w:rPr>
        <w:t>[5]</w:t>
      </w:r>
    </w:p>
    <w:p>
      <w:r>
        <w:rPr>
          <w:rFonts w:ascii="Gentium Plus" w:hAnsi="Gentium Plus"/>
          <w:sz w:val="24"/>
        </w:rPr>
        <w:t>μετὰ σοῦ νόμιμον αἰώνιον, ὃν τρόπον συνέταξεν κύριος τῷ Μωυσῇ.</w:t>
      </w:r>
    </w:p>
    <w:p>
      <w:r>
        <w:rPr>
          <w:rFonts w:ascii="Courier New" w:hAnsi="Courier New"/>
          <w:color w:val="555555"/>
          <w:sz w:val="20"/>
        </w:rPr>
        <w:t>[Lev . 10 . 16]</w:t>
      </w:r>
    </w:p>
    <w:p>
      <w:r>
        <w:rPr>
          <w:rFonts w:ascii="Gentium Plus" w:hAnsi="Gentium Plus"/>
          <w:sz w:val="24"/>
        </w:rPr>
        <w:t>Καὶ τὸν χίμαρον τὸν περὶ τῆς ἁμαρτίας ζητῶν ἐξεζήτησεν Μωυσῆς, καὶ ὅδε ἐνεπεπύριστο· καὶ ἐθυμώθη Μωυσῆς ἐπὶ Ελεαζαρ καὶ Ιθαμαρ τοὺς υἱοὺς Ααρων τοὺς καταλελειμμένους λέγων</w:t>
      </w:r>
    </w:p>
    <w:p>
      <w:r>
        <w:rPr>
          <w:rFonts w:ascii="Courier New" w:hAnsi="Courier New"/>
          <w:color w:val="555555"/>
          <w:sz w:val="20"/>
        </w:rPr>
        <w:t>[Lev . 10 . 17]</w:t>
      </w:r>
    </w:p>
    <w:p>
      <w:r>
        <w:rPr>
          <w:rFonts w:ascii="Gentium Plus" w:hAnsi="Gentium Plus"/>
          <w:sz w:val="24"/>
        </w:rPr>
        <w:t>Διὰ τί οὐκ ἐφάγετε τὸ περὶ τῆς ἁμαρτίας ἐν τόπῳ ἁγίῳ; ὅτι γὰρ ἅγια ἁγίων ἐστίν, τοῦτο ἔδωκεν ὑμῖν φαγεῖν, ἵνα ἀφέλητε τὴν ἁμαρτίαν τῆς συναγωγῆς καὶ ἐξιλάσησθε περὶ αὐτῶν ἔναντι κυρίου·</w:t>
      </w:r>
    </w:p>
    <w:p>
      <w:r>
        <w:rPr>
          <w:rFonts w:ascii="Courier New" w:hAnsi="Courier New"/>
          <w:color w:val="555555"/>
          <w:sz w:val="20"/>
        </w:rPr>
        <w:t>[Lev . 10 . 18]</w:t>
      </w:r>
    </w:p>
    <w:p>
      <w:r>
        <w:rPr>
          <w:rFonts w:ascii="Gentium Plus" w:hAnsi="Gentium Plus"/>
          <w:sz w:val="24"/>
        </w:rPr>
        <w:t>οὐ γὰρ εἰσήχθη τοῦ αἵματος αὐτοῦ εἰς τὸ ἅγιον· κατὰ πρόσωπον ἔσω φάγεσθε αὐτὸ ἐν τόπῳ ἁγίῳ, ὃν τρόπον μοι συνέταξεν κύριος.</w:t>
      </w:r>
    </w:p>
    <w:p>
      <w:r>
        <w:rPr>
          <w:rFonts w:ascii="Courier New" w:hAnsi="Courier New"/>
          <w:color w:val="555555"/>
          <w:sz w:val="20"/>
        </w:rPr>
        <w:t>[Lev . 10 . 19]</w:t>
      </w:r>
    </w:p>
    <w:p>
      <w:r>
        <w:rPr>
          <w:rFonts w:ascii="Gentium Plus" w:hAnsi="Gentium Plus"/>
          <w:sz w:val="24"/>
        </w:rPr>
        <w:t>καὶ ἐλάλησεν Ααρων πρὸς Μωυσῆν λέγων Εἰ σήμερον προσα‐</w:t>
      </w:r>
    </w:p>
    <w:p>
      <w:r>
        <w:rPr>
          <w:rFonts w:ascii="Courier New" w:hAnsi="Courier New"/>
          <w:color w:val="555555"/>
          <w:sz w:val="20"/>
        </w:rPr>
        <w:t>[Lev . 10 . 20]</w:t>
      </w:r>
    </w:p>
    <w:p>
      <w:r>
        <w:rPr>
          <w:rFonts w:ascii="Gentium Plus" w:hAnsi="Gentium Plus"/>
          <w:sz w:val="24"/>
        </w:rPr>
        <w:t>καὶ ἤκου‐ σεν Μωυσῆς, καὶ ἤρεσεν αὐτῷ.</w:t>
      </w:r>
    </w:p>
    <w:p>
      <w:r>
        <w:rPr>
          <w:rFonts w:ascii="Courier New" w:hAnsi="Courier New"/>
          <w:color w:val="555555"/>
          <w:sz w:val="20"/>
        </w:rPr>
        <w:t>[Lev . 11 . 1]</w:t>
      </w:r>
    </w:p>
    <w:p>
      <w:r>
        <w:rPr>
          <w:rFonts w:ascii="Gentium Plus" w:hAnsi="Gentium Plus"/>
          <w:sz w:val="24"/>
        </w:rPr>
        <w:t>Καὶ ἐλάλησεν κύριος πρὸς Μωυσῆν καὶ Ααρων λέγων</w:t>
      </w:r>
    </w:p>
    <w:p>
      <w:r>
        <w:rPr>
          <w:rFonts w:ascii="Courier New" w:hAnsi="Courier New"/>
          <w:color w:val="555555"/>
          <w:sz w:val="20"/>
        </w:rPr>
        <w:t>[Lev . 11 . 2]</w:t>
      </w:r>
    </w:p>
    <w:p>
      <w:r>
        <w:rPr>
          <w:rFonts w:ascii="Gentium Plus" w:hAnsi="Gentium Plus"/>
          <w:sz w:val="24"/>
        </w:rPr>
        <w:t>Λαλή‐ σατε τοῖς υἱοῖς Ισραηλ λέγοντες Ταῦτα τὰ κτήνη, ἃ φάγεσθε ἀπὸ πάντων τῶν κτηνῶν τῶν ἐπὶ τῆς γῆς·</w:t>
      </w:r>
    </w:p>
    <w:p>
      <w:r>
        <w:rPr>
          <w:rFonts w:ascii="Courier New" w:hAnsi="Courier New"/>
          <w:color w:val="555555"/>
          <w:sz w:val="20"/>
        </w:rPr>
        <w:t>[Lev . 11 . 3]</w:t>
      </w:r>
    </w:p>
    <w:p>
      <w:r>
        <w:rPr>
          <w:rFonts w:ascii="Gentium Plus" w:hAnsi="Gentium Plus"/>
          <w:sz w:val="24"/>
        </w:rPr>
        <w:t>πᾶν κτῆνος διχηλοῦν ὁπλὴν καὶ ὀνυχιστῆρας ὀνυχίζον δύο χηλῶν καὶ ἀνάγον μηρυκι‐ σμὸν ἐν τοῖς κτήνεσιν, ταῦτα φάγεσθε.</w:t>
      </w:r>
    </w:p>
    <w:p>
      <w:r>
        <w:rPr>
          <w:rFonts w:ascii="Courier New" w:hAnsi="Courier New"/>
          <w:color w:val="555555"/>
          <w:sz w:val="20"/>
        </w:rPr>
        <w:t>[Lev . 11 . 4]</w:t>
      </w:r>
    </w:p>
    <w:p>
      <w:r>
        <w:rPr>
          <w:rFonts w:ascii="Gentium Plus" w:hAnsi="Gentium Plus"/>
          <w:sz w:val="24"/>
        </w:rPr>
        <w:t>πλὴν ἀπὸ τούτων οὐ φάγεσθε· ἀπὸ τῶν ἀναγόντων μηρυκισμὸν καὶ ἀπὸ τῶν διχηλούν‐ των τὰς ὁπλὰς καὶ ὀνυχιζόντων ὀνυχιστῆρας· τὸν κάμηλον, ὅτι ἀνάγει μηρυκισμὸν τοῦτο, ὁπλὴν δὲ οὐ διχηλεῖ, ἀκάθαρτον τοῦτο</w:t>
      </w:r>
    </w:p>
    <w:p>
      <w:r>
        <w:rPr>
          <w:rFonts w:ascii="Courier New" w:hAnsi="Courier New"/>
          <w:color w:val="555555"/>
          <w:sz w:val="20"/>
        </w:rPr>
        <w:t>[5]</w:t>
      </w:r>
    </w:p>
    <w:p>
      <w:r>
        <w:rPr>
          <w:rFonts w:ascii="Gentium Plus" w:hAnsi="Gentium Plus"/>
          <w:sz w:val="24"/>
        </w:rPr>
        <w:t>ὑμῖν·</w:t>
      </w:r>
    </w:p>
    <w:p>
      <w:r>
        <w:rPr>
          <w:rFonts w:ascii="Courier New" w:hAnsi="Courier New"/>
          <w:color w:val="555555"/>
          <w:sz w:val="20"/>
        </w:rPr>
        <w:t>[Lev . 11 . 5]</w:t>
      </w:r>
    </w:p>
    <w:p>
      <w:r>
        <w:rPr>
          <w:rFonts w:ascii="Gentium Plus" w:hAnsi="Gentium Plus"/>
          <w:sz w:val="24"/>
        </w:rPr>
        <w:t>καὶ τὸν δασύποδα, ὅτι ἀνάγει μηρυκισμὸν τοῦτο καὶ ὁπλὴν οὐ διχηλεῖ, ἀκάθαρτον τοῦτο ὑμῖν·</w:t>
      </w:r>
    </w:p>
    <w:p>
      <w:r>
        <w:rPr>
          <w:rFonts w:ascii="Courier New" w:hAnsi="Courier New"/>
          <w:color w:val="555555"/>
          <w:sz w:val="20"/>
        </w:rPr>
        <w:t>[Lev . 11 . 6]</w:t>
      </w:r>
    </w:p>
    <w:p>
      <w:r>
        <w:rPr>
          <w:rFonts w:ascii="Gentium Plus" w:hAnsi="Gentium Plus"/>
          <w:sz w:val="24"/>
        </w:rPr>
        <w:t>καὶ τὸν χοιρογρύλλιον, ὅτι ἀνάγει μηρυκισμὸν τοῦτο καὶ ὁπλὴν οὐ διχηλεῖ, ἀκάθαρτον τοῦτο ὑμῖν·</w:t>
      </w:r>
    </w:p>
    <w:p>
      <w:r>
        <w:rPr>
          <w:rFonts w:ascii="Courier New" w:hAnsi="Courier New"/>
          <w:color w:val="555555"/>
          <w:sz w:val="20"/>
        </w:rPr>
        <w:t>[Lev . 11 . 7]</w:t>
      </w:r>
    </w:p>
    <w:p>
      <w:r>
        <w:rPr>
          <w:rFonts w:ascii="Gentium Plus" w:hAnsi="Gentium Plus"/>
          <w:sz w:val="24"/>
        </w:rPr>
        <w:t>καὶ τὸν ὗν, ὅτι διχηλεῖ ὁπλὴν τοῦτο καὶ ὀνυχίζει ὄνυχας ὁπλῆς, καὶ τοῦτο οὐκ ἀνάγει μηρυκισμόν, ἀκάθαρτον τοῦτο ὑμῖν·</w:t>
      </w:r>
    </w:p>
    <w:p>
      <w:r>
        <w:rPr>
          <w:rFonts w:ascii="Courier New" w:hAnsi="Courier New"/>
          <w:color w:val="555555"/>
          <w:sz w:val="20"/>
        </w:rPr>
        <w:t>[Lev . 11 . 8]</w:t>
      </w:r>
    </w:p>
    <w:p>
      <w:r>
        <w:rPr>
          <w:rFonts w:ascii="Gentium Plus" w:hAnsi="Gentium Plus"/>
          <w:sz w:val="24"/>
        </w:rPr>
        <w:t>ἀπὸ τῶν κρεῶν αὐτῶν οὐ φάγεσθε καὶ τῶν θνησιμαίων αὐτῶν οὐχ ἅψεσθε, ἀκάθαρτα ταῦτα ὑμῖν.</w:t>
      </w:r>
    </w:p>
    <w:p>
      <w:r>
        <w:rPr>
          <w:rFonts w:ascii="Courier New" w:hAnsi="Courier New"/>
          <w:color w:val="555555"/>
          <w:sz w:val="20"/>
        </w:rPr>
        <w:t>[Lev . 11 . 9]</w:t>
      </w:r>
    </w:p>
    <w:p>
      <w:r>
        <w:rPr>
          <w:rFonts w:ascii="Gentium Plus" w:hAnsi="Gentium Plus"/>
          <w:sz w:val="24"/>
        </w:rPr>
        <w:t>Καὶ ταῦτα, ἃ φάγεσθε ἀπὸ πάντων τῶν ἐν τοῖς ὕδασιν· πάντα, ὅσα ἐστὶν αὐτοῖς πτερύγια καὶ λεπίδες ἐν τοῖς ὕδασιν καὶ ἐν ταῖς θαλάσσαις καὶ ἐν τοῖς χειμάρροις, ταῦτα φάγεσθε.</w:t>
      </w:r>
    </w:p>
    <w:p>
      <w:r>
        <w:rPr>
          <w:rFonts w:ascii="Courier New" w:hAnsi="Courier New"/>
          <w:color w:val="555555"/>
          <w:sz w:val="20"/>
        </w:rPr>
        <w:t>[Lev . 11 . 10]</w:t>
      </w:r>
    </w:p>
    <w:p>
      <w:r>
        <w:rPr>
          <w:rFonts w:ascii="Gentium Plus" w:hAnsi="Gentium Plus"/>
          <w:sz w:val="24"/>
        </w:rPr>
        <w:t>καὶ πάντα, ὅσα οὐκ ἔστιν αὐτοῖς πτερύγια οὐδὲ λεπίδες ἐν τῷ ὕδατι ἢ ἐν ταῖς θαλάσσαις καὶ ἐν τοῖς χειμάρροις, ἀπὸ πάντων, ὧν ἐρεύγεται τὰ ὕδατα, καὶ ἀπὸ πάσης ψυχῆς ζώσης τῆς ἐν τῷ ὕδατι βδέλυγμά</w:t>
      </w:r>
    </w:p>
    <w:p>
      <w:r>
        <w:rPr>
          <w:rFonts w:ascii="Courier New" w:hAnsi="Courier New"/>
          <w:color w:val="555555"/>
          <w:sz w:val="20"/>
        </w:rPr>
        <w:t>[5]</w:t>
      </w:r>
    </w:p>
    <w:p>
      <w:r>
        <w:rPr>
          <w:rFonts w:ascii="Gentium Plus" w:hAnsi="Gentium Plus"/>
          <w:sz w:val="24"/>
        </w:rPr>
        <w:t>ἐστιν·</w:t>
      </w:r>
    </w:p>
    <w:p>
      <w:r>
        <w:rPr>
          <w:rFonts w:ascii="Courier New" w:hAnsi="Courier New"/>
          <w:color w:val="555555"/>
          <w:sz w:val="20"/>
        </w:rPr>
        <w:t>[Lev . 11 . 11]</w:t>
      </w:r>
    </w:p>
    <w:p>
      <w:r>
        <w:rPr>
          <w:rFonts w:ascii="Gentium Plus" w:hAnsi="Gentium Plus"/>
          <w:sz w:val="24"/>
        </w:rPr>
        <w:t>καὶ βδελύγματα ἔσονται ὑμῖν, ἀπὸ τῶν κρεῶν αὐτῶν οὐκ ἔδεσθε καὶ τὰ θνησιμαῖα αὐτῶν βδελύξεσθε·</w:t>
      </w:r>
    </w:p>
    <w:p>
      <w:r>
        <w:rPr>
          <w:rFonts w:ascii="Courier New" w:hAnsi="Courier New"/>
          <w:color w:val="555555"/>
          <w:sz w:val="20"/>
        </w:rPr>
        <w:t>[Lev . 11 . 12]</w:t>
      </w:r>
    </w:p>
    <w:p>
      <w:r>
        <w:rPr>
          <w:rFonts w:ascii="Gentium Plus" w:hAnsi="Gentium Plus"/>
          <w:sz w:val="24"/>
        </w:rPr>
        <w:t>καὶ πάντα, ὅσα οὐκ ἔστιν αὐτοῖς πτερύγια καὶ λεπίδες, τῶν ἐν τῷ ὕδατι, βδέλυγμα τοῦτό ἐστιν ὑμῖν.</w:t>
      </w:r>
    </w:p>
    <w:p>
      <w:r>
        <w:rPr>
          <w:rFonts w:ascii="Courier New" w:hAnsi="Courier New"/>
          <w:color w:val="555555"/>
          <w:sz w:val="20"/>
        </w:rPr>
        <w:t>[Lev . 11 . 13]</w:t>
      </w:r>
    </w:p>
    <w:p>
      <w:r>
        <w:rPr>
          <w:rFonts w:ascii="Gentium Plus" w:hAnsi="Gentium Plus"/>
          <w:sz w:val="24"/>
        </w:rPr>
        <w:t>Καὶ ταῦτα βδελύξεσθε ἀπὸ τῶν πετεινῶν, καὶ οὐ βρωθήσεται, βδέλυγμά ἐστιν· τὸν ἀετὸν καὶ τὸν γρύπα καὶ τὸν ἁλιαίετον</w:t>
      </w:r>
    </w:p>
    <w:p>
      <w:r>
        <w:rPr>
          <w:rFonts w:ascii="Courier New" w:hAnsi="Courier New"/>
          <w:color w:val="555555"/>
          <w:sz w:val="20"/>
        </w:rPr>
        <w:t>[Lev . 11 . 14]</w:t>
      </w:r>
    </w:p>
    <w:p>
      <w:r>
        <w:rPr>
          <w:rFonts w:ascii="Gentium Plus" w:hAnsi="Gentium Plus"/>
          <w:sz w:val="24"/>
        </w:rPr>
        <w:t>καὶ τὸν γύπα καὶ ἰκτῖνα καὶ τὰ ὅμοια αὐτῷ</w:t>
      </w:r>
    </w:p>
    <w:p>
      <w:r>
        <w:rPr>
          <w:rFonts w:ascii="Courier New" w:hAnsi="Courier New"/>
          <w:color w:val="555555"/>
          <w:sz w:val="20"/>
        </w:rPr>
        <w:t>[Lev . 11 . 15]</w:t>
      </w:r>
    </w:p>
    <w:p>
      <w:r>
        <w:rPr>
          <w:rFonts w:ascii="Gentium Plus" w:hAnsi="Gentium Plus"/>
          <w:sz w:val="24"/>
        </w:rPr>
        <w:t>καὶ κόρακα καὶ τὰ ὅμοια αὐτῷ</w:t>
      </w:r>
    </w:p>
    <w:p>
      <w:r>
        <w:rPr>
          <w:rFonts w:ascii="Courier New" w:hAnsi="Courier New"/>
          <w:color w:val="555555"/>
          <w:sz w:val="20"/>
        </w:rPr>
        <w:t>[Lev . 11 . 16]</w:t>
      </w:r>
    </w:p>
    <w:p>
      <w:r>
        <w:rPr>
          <w:rFonts w:ascii="Gentium Plus" w:hAnsi="Gentium Plus"/>
          <w:sz w:val="24"/>
        </w:rPr>
        <w:t>καὶ στρουθὸν καὶ γλαῦκα καὶ λάρον καὶ τὰ ὅμοια αὐτῷ καὶ ἱέρακα καὶ τὰ ὅμοια αὐτῷ</w:t>
      </w:r>
    </w:p>
    <w:p>
      <w:r>
        <w:rPr>
          <w:rFonts w:ascii="Courier New" w:hAnsi="Courier New"/>
          <w:color w:val="555555"/>
          <w:sz w:val="20"/>
        </w:rPr>
        <w:t>[Lev . 11 . 17]</w:t>
      </w:r>
    </w:p>
    <w:p>
      <w:r>
        <w:rPr>
          <w:rFonts w:ascii="Gentium Plus" w:hAnsi="Gentium Plus"/>
          <w:sz w:val="24"/>
        </w:rPr>
        <w:t>καὶ νυκτικόρακα καὶ καταρράκτην καὶ ἶβιν</w:t>
      </w:r>
    </w:p>
    <w:p>
      <w:r>
        <w:rPr>
          <w:rFonts w:ascii="Courier New" w:hAnsi="Courier New"/>
          <w:color w:val="555555"/>
          <w:sz w:val="20"/>
        </w:rPr>
        <w:t>[Lev . 11 . 18]</w:t>
      </w:r>
    </w:p>
    <w:p>
      <w:r>
        <w:rPr>
          <w:rFonts w:ascii="Gentium Plus" w:hAnsi="Gentium Plus"/>
          <w:sz w:val="24"/>
        </w:rPr>
        <w:t>καὶ πορφυρίωνα καὶ πελεκᾶνα καὶ κύκνον</w:t>
      </w:r>
    </w:p>
    <w:p>
      <w:r>
        <w:rPr>
          <w:rFonts w:ascii="Courier New" w:hAnsi="Courier New"/>
          <w:color w:val="555555"/>
          <w:sz w:val="20"/>
        </w:rPr>
        <w:t>[Lev . 11 . 19]</w:t>
      </w:r>
    </w:p>
    <w:p>
      <w:r>
        <w:rPr>
          <w:rFonts w:ascii="Gentium Plus" w:hAnsi="Gentium Plus"/>
          <w:sz w:val="24"/>
        </w:rPr>
        <w:t>καὶ γλαῦκα</w:t>
      </w:r>
    </w:p>
    <w:p>
      <w:r>
        <w:rPr>
          <w:rFonts w:ascii="Courier New" w:hAnsi="Courier New"/>
          <w:color w:val="555555"/>
          <w:sz w:val="20"/>
        </w:rPr>
        <w:t>[Lev . 11 . 20]</w:t>
      </w:r>
    </w:p>
    <w:p>
      <w:r>
        <w:rPr>
          <w:rFonts w:ascii="Gentium Plus" w:hAnsi="Gentium Plus"/>
          <w:sz w:val="24"/>
        </w:rPr>
        <w:t>καὶ πάντα τὰ ἑρπετὰ τῶν πετεινῶν, ἃ πορεύεται ἐπὶ τέσσαρα, βδελύγματά ἐστιν ὑμῖν.</w:t>
      </w:r>
    </w:p>
    <w:p>
      <w:r>
        <w:rPr>
          <w:rFonts w:ascii="Courier New" w:hAnsi="Courier New"/>
          <w:color w:val="555555"/>
          <w:sz w:val="20"/>
        </w:rPr>
        <w:t>[Lev . 11 . 21]</w:t>
      </w:r>
    </w:p>
    <w:p>
      <w:r>
        <w:rPr>
          <w:rFonts w:ascii="Gentium Plus" w:hAnsi="Gentium Plus"/>
          <w:sz w:val="24"/>
        </w:rPr>
        <w:t>ἀλλὰ ταῦτα φάγεσθε ἀπὸ τῶν ἑρπετῶν τῶν πετεινῶν, ἃ πορεύεται ἐπὶ τέσσαρα· ἃ ἔχει σκέ‐ λη ἀνώτερον τῶν ποδῶν αὐτοῦ πηδᾶν ἐν αὐτοῖς ἐπὶ τῆς γῆς.</w:t>
      </w:r>
    </w:p>
    <w:p>
      <w:r>
        <w:rPr>
          <w:rFonts w:ascii="Courier New" w:hAnsi="Courier New"/>
          <w:color w:val="555555"/>
          <w:sz w:val="20"/>
        </w:rPr>
        <w:t>[Lev . 11 . 22]</w:t>
      </w:r>
    </w:p>
    <w:p>
      <w:r>
        <w:rPr>
          <w:rFonts w:ascii="Gentium Plus" w:hAnsi="Gentium Plus"/>
          <w:sz w:val="24"/>
        </w:rPr>
        <w:t>καὶ ταῦτα φάγεσθε ἀπ’ αὐτῶν· τὸν βροῦχον καὶ τὰ ὅμοια αὐτῷ καὶ τὸν ἀττάκην καὶ τὰ ὅμοια αὐτῷ καὶ τὴν ἀκρίδα καὶ τὰ ὅμοια αὐτῇ καὶ τὸν ὀφιομάχην καὶ τὰ ὅμοια αὐτῷ.</w:t>
      </w:r>
    </w:p>
    <w:p>
      <w:r>
        <w:rPr>
          <w:rFonts w:ascii="Courier New" w:hAnsi="Courier New"/>
          <w:color w:val="555555"/>
          <w:sz w:val="20"/>
        </w:rPr>
        <w:t>[Lev . 11 . 23]</w:t>
      </w:r>
    </w:p>
    <w:p>
      <w:r>
        <w:rPr>
          <w:rFonts w:ascii="Gentium Plus" w:hAnsi="Gentium Plus"/>
          <w:sz w:val="24"/>
        </w:rPr>
        <w:t>πᾶν ἑρπετὸν ἀπὸ τῶν πετεινῶν, οἷς ἐστιν τέσσαρες πόδες, βδέλυγμά ἐστιν ὑμῖν. —</w:t>
      </w:r>
    </w:p>
    <w:p>
      <w:r>
        <w:rPr>
          <w:rFonts w:ascii="Courier New" w:hAnsi="Courier New"/>
          <w:color w:val="555555"/>
          <w:sz w:val="20"/>
        </w:rPr>
        <w:t>[Lev . 11 . 24]</w:t>
      </w:r>
    </w:p>
    <w:p>
      <w:r>
        <w:rPr>
          <w:rFonts w:ascii="Gentium Plus" w:hAnsi="Gentium Plus"/>
          <w:sz w:val="24"/>
        </w:rPr>
        <w:t>καὶ ἐν τούτοις μιανθήσεσθε, πᾶς ὁ ἁπτόμενος τῶν θνησιμαίων αὐτῶν ἀκάθαρτος ἔσται ἕως ἑσπέρας,</w:t>
      </w:r>
    </w:p>
    <w:p>
      <w:r>
        <w:rPr>
          <w:rFonts w:ascii="Courier New" w:hAnsi="Courier New"/>
          <w:color w:val="555555"/>
          <w:sz w:val="20"/>
        </w:rPr>
        <w:t>[Lev . 11 . 25]</w:t>
      </w:r>
    </w:p>
    <w:p>
      <w:r>
        <w:rPr>
          <w:rFonts w:ascii="Gentium Plus" w:hAnsi="Gentium Plus"/>
          <w:sz w:val="24"/>
        </w:rPr>
        <w:t>καὶ πᾶς ὁ αἴρων τῶν θνη‐ σιμαίων αὐτῶν πλυνεῖ τὰ ἱμάτια καὶ ἀκάθαρτος ἔσται ἕως ἑσπέ‐ ρας·</w:t>
      </w:r>
    </w:p>
    <w:p>
      <w:r>
        <w:rPr>
          <w:rFonts w:ascii="Courier New" w:hAnsi="Courier New"/>
          <w:color w:val="555555"/>
          <w:sz w:val="20"/>
        </w:rPr>
        <w:t>[Lev . 11 . 26]</w:t>
      </w:r>
    </w:p>
    <w:p>
      <w:r>
        <w:rPr>
          <w:rFonts w:ascii="Gentium Plus" w:hAnsi="Gentium Plus"/>
          <w:sz w:val="24"/>
        </w:rPr>
        <w:t>ἐν πᾶσιν τοῖς κτήνεσιν ὅ ἐστιν διχηλοῦν ὁπλὴν καὶ ὀνυ‐ χιστῆρας ὀνυχίζει καὶ μηρυκισμὸν οὐ μαρυκᾶται, ἀκάθαρτα ἔσον‐ ται ὑμῖν· πᾶς ὁ ἁπτόμενος τῶν θνησιμαίων αὐτῶν ἀκάθαρτος ἔσται ἕως ἑσπέρας.</w:t>
      </w:r>
    </w:p>
    <w:p>
      <w:r>
        <w:rPr>
          <w:rFonts w:ascii="Courier New" w:hAnsi="Courier New"/>
          <w:color w:val="555555"/>
          <w:sz w:val="20"/>
        </w:rPr>
        <w:t>[Lev . 11 . 27]</w:t>
      </w:r>
    </w:p>
    <w:p>
      <w:r>
        <w:rPr>
          <w:rFonts w:ascii="Gentium Plus" w:hAnsi="Gentium Plus"/>
          <w:sz w:val="24"/>
        </w:rPr>
        <w:t>καὶ πᾶς, ὃς πορεύεται ἐπὶ χειρῶν ἐν πᾶσι τοῖς θηρίοις, ἃ πορεύεται ἐπὶ τέσσαρα, ἀκάθαρτα ἔσται ὑμῖν· πᾶς ὁ ἁπτόμενος τῶν θνησιμαίων αὐτῶν ἀκάθαρτος ἔσται ἕως ἑσπέρας·</w:t>
      </w:r>
    </w:p>
    <w:p>
      <w:r>
        <w:rPr>
          <w:rFonts w:ascii="Courier New" w:hAnsi="Courier New"/>
          <w:color w:val="555555"/>
          <w:sz w:val="20"/>
        </w:rPr>
        <w:t>[Lev . 11 . 28]</w:t>
      </w:r>
    </w:p>
    <w:p>
      <w:r>
        <w:rPr>
          <w:rFonts w:ascii="Gentium Plus" w:hAnsi="Gentium Plus"/>
          <w:sz w:val="24"/>
        </w:rPr>
        <w:t>καὶ ὁ αἴρων τῶν θνησιμαίων αὐτῶν πλυνεῖ τὰ ἱμάτια καὶ ἀκά‐ θαρτος ἔσται ἕως ἑσπέρας· ἀκάθαρτα ταῦτα ὑμῖν ἐστιν.</w:t>
      </w:r>
    </w:p>
    <w:p>
      <w:r>
        <w:rPr>
          <w:rFonts w:ascii="Courier New" w:hAnsi="Courier New"/>
          <w:color w:val="555555"/>
          <w:sz w:val="20"/>
        </w:rPr>
        <w:t>[Lev . 11 . 29]</w:t>
      </w:r>
    </w:p>
    <w:p>
      <w:r>
        <w:rPr>
          <w:rFonts w:ascii="Gentium Plus" w:hAnsi="Gentium Plus"/>
          <w:sz w:val="24"/>
        </w:rPr>
        <w:t>Καὶ ταῦτα ὑμῖν ἀκάθαρτα ἀπὸ τῶν ἑρπετῶν τῶν ἑρπόντων ἐπὶ τῆς γῆς· ἡ γαλῆ καὶ ὁ μῦς καὶ ὁ κροκόδειλος ὁ χερσαῖος,</w:t>
      </w:r>
    </w:p>
    <w:p>
      <w:r>
        <w:rPr>
          <w:rFonts w:ascii="Courier New" w:hAnsi="Courier New"/>
          <w:color w:val="555555"/>
          <w:sz w:val="20"/>
        </w:rPr>
        <w:t>[Lev . 11 . 30]</w:t>
      </w:r>
    </w:p>
    <w:p>
      <w:r>
        <w:rPr>
          <w:rFonts w:ascii="Gentium Plus" w:hAnsi="Gentium Plus"/>
          <w:sz w:val="24"/>
        </w:rPr>
        <w:t>μυγαλῆ καὶ χαμαιλέων καὶ καλαβώτης καὶ σαύρα καὶ ἀσπάλαξ.</w:t>
      </w:r>
    </w:p>
    <w:p>
      <w:r>
        <w:rPr>
          <w:rFonts w:ascii="Courier New" w:hAnsi="Courier New"/>
          <w:color w:val="555555"/>
          <w:sz w:val="20"/>
        </w:rPr>
        <w:t>[Lev . 11 . 31]</w:t>
      </w:r>
    </w:p>
    <w:p>
      <w:r>
        <w:rPr>
          <w:rFonts w:ascii="Gentium Plus" w:hAnsi="Gentium Plus"/>
          <w:sz w:val="24"/>
        </w:rPr>
        <w:t>ταῦτα ἀκάθαρτα ὑμῖν ἀπὸ πάντων τῶν ἑρπετῶν τῶν ἐπὶ τῆς γῆς· πᾶς ὁ ἁπτόμενος αὐτῶν τεθνηκότων ἀκάθαρτος ἔσται ἕως ἑσπέ‐ ρας.</w:t>
      </w:r>
    </w:p>
    <w:p>
      <w:r>
        <w:rPr>
          <w:rFonts w:ascii="Courier New" w:hAnsi="Courier New"/>
          <w:color w:val="555555"/>
          <w:sz w:val="20"/>
        </w:rPr>
        <w:t>[Lev . 11 . 32]</w:t>
      </w:r>
    </w:p>
    <w:p>
      <w:r>
        <w:rPr>
          <w:rFonts w:ascii="Gentium Plus" w:hAnsi="Gentium Plus"/>
          <w:sz w:val="24"/>
        </w:rPr>
        <w:t>καὶ πᾶν, ἐφ’ ὃ ἂν ἐπιπέσῃ ἀπ’ αὐτῶν τεθνηκότων αὐτῶν, ἀκάθαρτον ἔσται ἀπὸ παντὸς σκεύους ξυλίνου ἢ ἱματίου ἢ δέρ‐ ματος ἢ σάκκου· πᾶν σκεῦος, ὃ ἐὰν ποιηθῇ ἔργον ἐν αὐτῷ, εἰς ὕδωρ βαφήσεται καὶ ἀκάθαρτον ἔσται ἕως ἑσπέρας καὶ καθαρὸν</w:t>
      </w:r>
    </w:p>
    <w:p>
      <w:r>
        <w:rPr>
          <w:rFonts w:ascii="Courier New" w:hAnsi="Courier New"/>
          <w:color w:val="555555"/>
          <w:sz w:val="20"/>
        </w:rPr>
        <w:t>[5]</w:t>
      </w:r>
    </w:p>
    <w:p>
      <w:r>
        <w:rPr>
          <w:rFonts w:ascii="Gentium Plus" w:hAnsi="Gentium Plus"/>
          <w:sz w:val="24"/>
        </w:rPr>
        <w:t>ἔσται.</w:t>
      </w:r>
    </w:p>
    <w:p>
      <w:r>
        <w:rPr>
          <w:rFonts w:ascii="Courier New" w:hAnsi="Courier New"/>
          <w:color w:val="555555"/>
          <w:sz w:val="20"/>
        </w:rPr>
        <w:t>[Lev . 11 . 33]</w:t>
      </w:r>
    </w:p>
    <w:p>
      <w:r>
        <w:rPr>
          <w:rFonts w:ascii="Gentium Plus" w:hAnsi="Gentium Plus"/>
          <w:sz w:val="24"/>
        </w:rPr>
        <w:t>καὶ πᾶν σκεῦος ὀστράκινον, εἰς ὃ ἐὰν πέσῃ ἀπὸ τούτων ἔνδον, ὅσα ἐὰν ἔνδον ᾖ, ἀκάθαρτα ἔσται, καὶ αὐτὸ συντριβήσεται.</w:t>
      </w:r>
    </w:p>
    <w:p>
      <w:r>
        <w:rPr>
          <w:rFonts w:ascii="Courier New" w:hAnsi="Courier New"/>
          <w:color w:val="555555"/>
          <w:sz w:val="20"/>
        </w:rPr>
        <w:t>[Lev . 11 . 34]</w:t>
      </w:r>
    </w:p>
    <w:p>
      <w:r>
        <w:rPr>
          <w:rFonts w:ascii="Gentium Plus" w:hAnsi="Gentium Plus"/>
          <w:sz w:val="24"/>
        </w:rPr>
        <w:t>καὶ πᾶν βρῶμα, ὃ ἔσθεται, εἰς ὃ ἐὰν ἐπέλθῃ ἐπ’ αὐτὸ ὕδωρ, ἀκά‐ θαρτον ἔσται· καὶ πᾶν ποτόν, ὃ πίνεται ἐν παντὶ ἀγγείῳ, ἀκάθαρ‐ τον ἔσται.</w:t>
      </w:r>
    </w:p>
    <w:p>
      <w:r>
        <w:rPr>
          <w:rFonts w:ascii="Courier New" w:hAnsi="Courier New"/>
          <w:color w:val="555555"/>
          <w:sz w:val="20"/>
        </w:rPr>
        <w:t>[Lev . 11 . 35]</w:t>
      </w:r>
    </w:p>
    <w:p>
      <w:r>
        <w:rPr>
          <w:rFonts w:ascii="Gentium Plus" w:hAnsi="Gentium Plus"/>
          <w:sz w:val="24"/>
        </w:rPr>
        <w:t>καὶ πᾶν, ὃ ἐὰν πέσῃ ἀπὸ τῶν θνησιμαίων αὐτῶν ἐπ’ αὐτό, ἀκάθαρτον ἔσται· κλίβανοι καὶ κυθρόποδες καθαιρεθήσονται· ἀκάθαρτα ταῦτά ἐστιν καὶ ἀκάθαρτα ταῦτα ὑμῖν ἔσονται·</w:t>
      </w:r>
    </w:p>
    <w:p>
      <w:r>
        <w:rPr>
          <w:rFonts w:ascii="Courier New" w:hAnsi="Courier New"/>
          <w:color w:val="555555"/>
          <w:sz w:val="20"/>
        </w:rPr>
        <w:t>[Lev . 11 . 36]</w:t>
      </w:r>
    </w:p>
    <w:p>
      <w:r>
        <w:rPr>
          <w:rFonts w:ascii="Gentium Plus" w:hAnsi="Gentium Plus"/>
          <w:sz w:val="24"/>
        </w:rPr>
        <w:t>πλὴν</w:t>
      </w:r>
    </w:p>
    <w:p>
      <w:r>
        <w:rPr>
          <w:rFonts w:ascii="Courier New" w:hAnsi="Courier New"/>
          <w:color w:val="555555"/>
          <w:sz w:val="20"/>
        </w:rPr>
        <w:t>[Lev . 11 . 37]</w:t>
      </w:r>
    </w:p>
    <w:p>
      <w:r>
        <w:rPr>
          <w:rFonts w:ascii="Gentium Plus" w:hAnsi="Gentium Plus"/>
          <w:sz w:val="24"/>
        </w:rPr>
        <w:t>ἐὰν δὲ ἐπιπέσῃ τῶν θνησιμαίων αὐτῶν ἐπὶ πᾶν σπέρμα σπόριμον, ὃ σπαρήσεται, καθαρὸν ἔσται·</w:t>
      </w:r>
    </w:p>
    <w:p>
      <w:r>
        <w:rPr>
          <w:rFonts w:ascii="Courier New" w:hAnsi="Courier New"/>
          <w:color w:val="555555"/>
          <w:sz w:val="20"/>
        </w:rPr>
        <w:t>[Lev . 11 . 38]</w:t>
      </w:r>
    </w:p>
    <w:p>
      <w:r>
        <w:rPr>
          <w:rFonts w:ascii="Gentium Plus" w:hAnsi="Gentium Plus"/>
          <w:sz w:val="24"/>
        </w:rPr>
        <w:t>ἐὰν δὲ ἐπιχυθῇ ὕδωρ ἐπὶ πᾶν σπέρμα καὶ ἐπιπέσῃ τῶν θνησιμαίων αὐτῶν ἐπ’ αὐτό, ἀκάθαρτόν ἐστιν ὑμῖν.</w:t>
      </w:r>
    </w:p>
    <w:p>
      <w:r>
        <w:rPr>
          <w:rFonts w:ascii="Courier New" w:hAnsi="Courier New"/>
          <w:color w:val="555555"/>
          <w:sz w:val="20"/>
        </w:rPr>
        <w:t>[Lev . 11 . 39]</w:t>
      </w:r>
    </w:p>
    <w:p>
      <w:r>
        <w:rPr>
          <w:rFonts w:ascii="Gentium Plus" w:hAnsi="Gentium Plus"/>
          <w:sz w:val="24"/>
        </w:rPr>
        <w:t>Ἐὰν δὲ ἀποθάνῃ τῶν κτηνῶν ὅ ἐστιν ὑμῖν τοῦτο φαγεῖν, ὁ ἁπτόμενος τῶν θνησιμαίων αὐτῶν ἀκάθαρτος ἔσται ἕως ἑσπέρας·</w:t>
      </w:r>
    </w:p>
    <w:p>
      <w:r>
        <w:rPr>
          <w:rFonts w:ascii="Courier New" w:hAnsi="Courier New"/>
          <w:color w:val="555555"/>
          <w:sz w:val="20"/>
        </w:rPr>
        <w:t>[Lev . 11 . 40]</w:t>
      </w:r>
    </w:p>
    <w:p>
      <w:r>
        <w:rPr>
          <w:rFonts w:ascii="Gentium Plus" w:hAnsi="Gentium Plus"/>
          <w:sz w:val="24"/>
        </w:rPr>
        <w:t>καὶ ὁ ἐσθίων ἀπὸ τῶν θνησιμαίων τούτων πλυνεῖ τὰ ἱμάτια καὶ ἀκάθαρτος ἔσται ἕως ἑσπέρας· καὶ ὁ αἴρων ἀπὸ θνησιμαίων αὐ‐ τῶν πλυνεῖ τὰ ἱμάτια καὶ λούσεται ὕδατι καὶ ἀκάθαρτος ἔσται ἕως ἑσπέρας.</w:t>
      </w:r>
    </w:p>
    <w:p>
      <w:r>
        <w:rPr>
          <w:rFonts w:ascii="Courier New" w:hAnsi="Courier New"/>
          <w:color w:val="555555"/>
          <w:sz w:val="20"/>
        </w:rPr>
        <w:t>[Lev . 11 . 41]</w:t>
      </w:r>
    </w:p>
    <w:p>
      <w:r>
        <w:rPr>
          <w:rFonts w:ascii="Gentium Plus" w:hAnsi="Gentium Plus"/>
          <w:sz w:val="24"/>
        </w:rPr>
        <w:t>Καὶ πᾶν ἑρπετόν, ὃ ἕρπει ἐπὶ τῆς γῆς, βδέλυγμα τοῦτο ἔσται ὑμῖν, οὐ βρωθήσεται.</w:t>
      </w:r>
    </w:p>
    <w:p>
      <w:r>
        <w:rPr>
          <w:rFonts w:ascii="Courier New" w:hAnsi="Courier New"/>
          <w:color w:val="555555"/>
          <w:sz w:val="20"/>
        </w:rPr>
        <w:t>[Lev . 11 . 42]</w:t>
      </w:r>
    </w:p>
    <w:p>
      <w:r>
        <w:rPr>
          <w:rFonts w:ascii="Gentium Plus" w:hAnsi="Gentium Plus"/>
          <w:sz w:val="24"/>
        </w:rPr>
        <w:t>καὶ πᾶς ὁ πορευόμενος ἐπὶ κοιλίας καὶ πᾶς ὁ πορευόμενος ἐπὶ τέσσαρα διὰ παντός, ὃ πολυπληθεῖ ποσὶν ἐν πᾶσιν τοῖς ἑρπετοῖς τοῖς ἕρπουσιν ἐπὶ τῆς γῆς, οὐ φάγεσθε αὐτό, ὅτι βδέλυγμα ὑμῖν ἐστιν.</w:t>
      </w:r>
    </w:p>
    <w:p>
      <w:r>
        <w:rPr>
          <w:rFonts w:ascii="Courier New" w:hAnsi="Courier New"/>
          <w:color w:val="555555"/>
          <w:sz w:val="20"/>
        </w:rPr>
        <w:t>[Lev . 11 . 43]</w:t>
      </w:r>
    </w:p>
    <w:p>
      <w:r>
        <w:rPr>
          <w:rFonts w:ascii="Gentium Plus" w:hAnsi="Gentium Plus"/>
          <w:sz w:val="24"/>
        </w:rPr>
        <w:t>καὶ οὐ μὴ βδελύξητε τὰς ψυχὰς ὑμῶν ἐν πᾶσι τοῖς ἑρπετοῖς τοῖς ἕρπουσιν ἐπὶ τῆς γῆς καὶ οὐ μιανθήσεσθε ἐν τούτοις καὶ οὐκ ἀκάθαρτοι ἔσεσθε ἐν αὐτοῖς·</w:t>
      </w:r>
    </w:p>
    <w:p>
      <w:r>
        <w:rPr>
          <w:rFonts w:ascii="Courier New" w:hAnsi="Courier New"/>
          <w:color w:val="555555"/>
          <w:sz w:val="20"/>
        </w:rPr>
        <w:t>[Lev . 11 . 44]</w:t>
      </w:r>
    </w:p>
    <w:p>
      <w:r>
        <w:rPr>
          <w:rFonts w:ascii="Gentium Plus" w:hAnsi="Gentium Plus"/>
          <w:sz w:val="24"/>
        </w:rPr>
        <w:t>ὅτι ἐγώ εἰμι κύριος ὁ θεὸς ὑμῶν, καὶ ἁγιασθήσεσθε καὶ ἅγιοι ἔσεσθε, ὅτι ἅγιός εἰμι ἐγὼ κύριος ὁ θεὸς ὑμῶν, καὶ οὐ μιανεῖτε τὰς ψυχὰς ὑμῶν ἐν πᾶσιν τοῖς ἑρπετοῖς τοῖς κινουμένοις ἐπὶ τῆς γῆς·</w:t>
      </w:r>
    </w:p>
    <w:p>
      <w:r>
        <w:rPr>
          <w:rFonts w:ascii="Courier New" w:hAnsi="Courier New"/>
          <w:color w:val="555555"/>
          <w:sz w:val="20"/>
        </w:rPr>
        <w:t>[Lev . 11 . 45]</w:t>
      </w:r>
    </w:p>
    <w:p>
      <w:r>
        <w:rPr>
          <w:rFonts w:ascii="Gentium Plus" w:hAnsi="Gentium Plus"/>
          <w:sz w:val="24"/>
        </w:rPr>
        <w:t>ὅτι ἐγώ εἰμι κύριος ὁ ἀναγαγὼν ὑμᾶς ἐκ γῆς Αἰγύπτου εἶναι ὑμῶν θεός, καὶ ἔσεσθε ἅγιοι, ὅτι ἅγιός εἰμι ἐγὼ κύριος.</w:t>
      </w:r>
    </w:p>
    <w:p>
      <w:r>
        <w:rPr>
          <w:rFonts w:ascii="Courier New" w:hAnsi="Courier New"/>
          <w:color w:val="555555"/>
          <w:sz w:val="20"/>
        </w:rPr>
        <w:t>[Lev . 11 . 46]</w:t>
      </w:r>
    </w:p>
    <w:p>
      <w:r>
        <w:rPr>
          <w:rFonts w:ascii="Gentium Plus" w:hAnsi="Gentium Plus"/>
          <w:sz w:val="24"/>
        </w:rPr>
        <w:t>Οὗτος ὁ νόμος περὶ τῶν κτηνῶν καὶ τῶν πετεινῶν καὶ πάσης ψυχῆς τῆς κινουμένης ἐν τῷ ὕδατι καὶ πάσης ψυχῆς ἑρπούσης ἐπὶ τῆς γῆς</w:t>
      </w:r>
    </w:p>
    <w:p>
      <w:r>
        <w:rPr>
          <w:rFonts w:ascii="Courier New" w:hAnsi="Courier New"/>
          <w:color w:val="555555"/>
          <w:sz w:val="20"/>
        </w:rPr>
        <w:t>[Lev . 11 . 47]</w:t>
      </w:r>
    </w:p>
    <w:p>
      <w:r>
        <w:rPr>
          <w:rFonts w:ascii="Gentium Plus" w:hAnsi="Gentium Plus"/>
          <w:sz w:val="24"/>
        </w:rPr>
        <w:t>διαστεῖλαι ἀνὰ μέσον τῶν ἀκαθάρτων καὶ ἀνὰ μέσον τῶν καθαρῶν καὶ ἀνὰ μέσον τῶν ζωογονούντων τὰ ἐσθιόμενα καὶ ἀνὰ μέσον τῶν ζωογονούντων τὰ μὴ ἐσθιόμενα.</w:t>
      </w:r>
    </w:p>
    <w:p>
      <w:r>
        <w:rPr>
          <w:rFonts w:ascii="Courier New" w:hAnsi="Courier New"/>
          <w:color w:val="555555"/>
          <w:sz w:val="20"/>
        </w:rPr>
        <w:t>[Lev . 12 . 1]</w:t>
      </w:r>
    </w:p>
    <w:p>
      <w:r>
        <w:rPr>
          <w:rFonts w:ascii="Gentium Plus" w:hAnsi="Gentium Plus"/>
          <w:sz w:val="24"/>
        </w:rPr>
        <w:t>Καὶ ἐλάλησεν κύριος πρὸς Μωυσῆν λέγων</w:t>
      </w:r>
    </w:p>
    <w:p>
      <w:r>
        <w:rPr>
          <w:rFonts w:ascii="Courier New" w:hAnsi="Courier New"/>
          <w:color w:val="555555"/>
          <w:sz w:val="20"/>
        </w:rPr>
        <w:t>[Lev . 12 . 2]</w:t>
      </w:r>
    </w:p>
    <w:p>
      <w:r>
        <w:rPr>
          <w:rFonts w:ascii="Gentium Plus" w:hAnsi="Gentium Plus"/>
          <w:sz w:val="24"/>
        </w:rPr>
        <w:t>Λάλησον τοῖς υἱοῖς Ισραηλ καὶ ἐρεῖς πρὸς αὐτούς Γυνή, ἥτις ἐὰν σπερματισθῇ καὶ τέκῃ ἄρσεν, καὶ ἀκάθαρτος ἔσται ἑπτὰ ἡμέρας, κατὰ τὰς ἡμέρας τοῦ χωρισμοῦ τῆς ἀφέδρου αὐτῆς ἀκάθαρτος ἔσται·</w:t>
      </w:r>
    </w:p>
    <w:p>
      <w:r>
        <w:rPr>
          <w:rFonts w:ascii="Courier New" w:hAnsi="Courier New"/>
          <w:color w:val="555555"/>
          <w:sz w:val="20"/>
        </w:rPr>
        <w:t>[Lev . 12 . 3]</w:t>
      </w:r>
    </w:p>
    <w:p>
      <w:r>
        <w:rPr>
          <w:rFonts w:ascii="Gentium Plus" w:hAnsi="Gentium Plus"/>
          <w:sz w:val="24"/>
        </w:rPr>
        <w:t>καὶ τῇ ἡμέ‐ ρᾳ τῇ ὀγδόῃ περιτεμεῖ τὴν σάρκα τῆς ἀκροβυστίας αὐτοῦ·</w:t>
      </w:r>
    </w:p>
    <w:p>
      <w:r>
        <w:rPr>
          <w:rFonts w:ascii="Courier New" w:hAnsi="Courier New"/>
          <w:color w:val="555555"/>
          <w:sz w:val="20"/>
        </w:rPr>
        <w:t>[Lev . 12 . 4]</w:t>
      </w:r>
    </w:p>
    <w:p>
      <w:r>
        <w:rPr>
          <w:rFonts w:ascii="Gentium Plus" w:hAnsi="Gentium Plus"/>
          <w:sz w:val="24"/>
        </w:rPr>
        <w:t>καὶ τριάκοντα ἡμέρας καὶ τρεῖς καθήσεται ἐν αἵματι ἀκαθάρτῳ αὐτῆς, παντὸς ἁγίου οὐχ ἅψεται καὶ εἰς τὸ ἁγιαστήριον οὐκ εἰσελεύσε‐ ται, ἕως ἂν πληρωθῶσιν αἱ ἡμέραι καθάρσεως αὐτῆς.</w:t>
      </w:r>
    </w:p>
    <w:p>
      <w:r>
        <w:rPr>
          <w:rFonts w:ascii="Courier New" w:hAnsi="Courier New"/>
          <w:color w:val="555555"/>
          <w:sz w:val="20"/>
        </w:rPr>
        <w:t>[Lev . 12 . 5]</w:t>
      </w:r>
    </w:p>
    <w:p>
      <w:r>
        <w:rPr>
          <w:rFonts w:ascii="Gentium Plus" w:hAnsi="Gentium Plus"/>
          <w:sz w:val="24"/>
        </w:rPr>
        <w:t>ἐὰν δὲ θῆλυ τέκῃ, καὶ ἀκάθαρτος ἔσται δὶς ἑπτὰ ἡμέρας κατὰ τὴν ἄφε‐</w:t>
      </w:r>
    </w:p>
    <w:p>
      <w:r>
        <w:rPr>
          <w:rFonts w:ascii="Courier New" w:hAnsi="Courier New"/>
          <w:color w:val="555555"/>
          <w:sz w:val="20"/>
        </w:rPr>
        <w:t>[Lev . 12 . 6]</w:t>
      </w:r>
    </w:p>
    <w:p>
      <w:r>
        <w:rPr>
          <w:rFonts w:ascii="Gentium Plus" w:hAnsi="Gentium Plus"/>
          <w:sz w:val="24"/>
        </w:rPr>
        <w:t>καὶ ὅταν ἀναπληρωθῶσιν αἱ ἡμέραι καθάρσεως αὐτῆς ἐφ’ υἱῷ ἢ ἐπὶ θυγατρί, προσοίσει ἀμνὸν ἐνιαύσιον ἄμωμον εἰς ὁλοκαύτωμα καὶ νεοσσὸν περιστερᾶς ἢ τρυγόνα περὶ ἁμαρτίας ἐπὶ τὴν θύραν τῆς σκηνῆς τοῦ μαρτυρίου πρὸς τὸν ἱερέα,</w:t>
      </w:r>
    </w:p>
    <w:p>
      <w:r>
        <w:rPr>
          <w:rFonts w:ascii="Courier New" w:hAnsi="Courier New"/>
          <w:color w:val="555555"/>
          <w:sz w:val="20"/>
        </w:rPr>
        <w:t>[Lev . 12 . 7]</w:t>
      </w:r>
    </w:p>
    <w:p>
      <w:r>
        <w:rPr>
          <w:rFonts w:ascii="Gentium Plus" w:hAnsi="Gentium Plus"/>
          <w:sz w:val="24"/>
        </w:rPr>
        <w:t>καὶ προσοίσει ἔναντι κυρίου καὶ ἐξιλάσεται περὶ αὐτῆς ὁ ἱερεὺς καὶ καθαριεῖ αὐτὴν ἀπὸ τῆς πηγῆς τοῦ αἵματος αὐτῆς. οὗτος ὁ νόμος τῆς τικτούσης ἄρσεν ἢ θῆλυ.</w:t>
      </w:r>
    </w:p>
    <w:p>
      <w:r>
        <w:rPr>
          <w:rFonts w:ascii="Courier New" w:hAnsi="Courier New"/>
          <w:color w:val="555555"/>
          <w:sz w:val="20"/>
        </w:rPr>
        <w:t>[Lev . 12 . 8]</w:t>
      </w:r>
    </w:p>
    <w:p>
      <w:r>
        <w:rPr>
          <w:rFonts w:ascii="Gentium Plus" w:hAnsi="Gentium Plus"/>
          <w:sz w:val="24"/>
        </w:rPr>
        <w:t>ἐὰν δὲ μὴ εὑρίσκῃ ἡ χεὶρ αὐτῆς τὸ ἱκανὸν εἰς ἀμνόν, καὶ λήμψεται δύο τρυγόνας ἢ δύο νεοσσοὺς περιστερῶν, μίαν εἰς ὁλοκαύτωμα καὶ μίαν περὶ ἁμαρτίας, καὶ ἐξι‐ λάσεται περὶ αὐτῆς ὁ ἱερεύς, καὶ καθαρισθήσεται.</w:t>
      </w:r>
    </w:p>
    <w:p>
      <w:r>
        <w:rPr>
          <w:rFonts w:ascii="Courier New" w:hAnsi="Courier New"/>
          <w:color w:val="555555"/>
          <w:sz w:val="20"/>
        </w:rPr>
        <w:t>[Lev . 13 . 1]</w:t>
      </w:r>
    </w:p>
    <w:p>
      <w:r>
        <w:rPr>
          <w:rFonts w:ascii="Gentium Plus" w:hAnsi="Gentium Plus"/>
          <w:sz w:val="24"/>
        </w:rPr>
        <w:t>Καὶ ἐλάλησεν κύριος πρὸς Μωυσῆν καὶ Ααρων λέγων</w:t>
      </w:r>
    </w:p>
    <w:p>
      <w:r>
        <w:rPr>
          <w:rFonts w:ascii="Courier New" w:hAnsi="Courier New"/>
          <w:color w:val="555555"/>
          <w:sz w:val="20"/>
        </w:rPr>
        <w:t>[Lev . 13 . 2]</w:t>
      </w:r>
    </w:p>
    <w:p>
      <w:r>
        <w:rPr>
          <w:rFonts w:ascii="Gentium Plus" w:hAnsi="Gentium Plus"/>
          <w:sz w:val="24"/>
        </w:rPr>
        <w:t>Ἀνθρώ‐ πῳ ἐάν τινι γένηται ἐν δέρματι χρωτὸς αὐτοῦ οὐλὴ σημασίας τηλ‐ αυγὴς καὶ γένηται ἐν δέρματι χρωτὸς αὐτοῦ ἁφὴ λέπρας, καὶ ἀχθήσεται πρὸς Ααρων τὸν ἱερέα ἢ ἕνα τῶν υἱῶν αὐτοῦ τῶν ἱε‐</w:t>
      </w:r>
    </w:p>
    <w:p>
      <w:r>
        <w:rPr>
          <w:rFonts w:ascii="Courier New" w:hAnsi="Courier New"/>
          <w:color w:val="555555"/>
          <w:sz w:val="20"/>
        </w:rPr>
        <w:t>[5]</w:t>
      </w:r>
    </w:p>
    <w:p>
      <w:r>
        <w:rPr>
          <w:rFonts w:ascii="Gentium Plus" w:hAnsi="Gentium Plus"/>
          <w:sz w:val="24"/>
        </w:rPr>
        <w:t>ρέων.</w:t>
      </w:r>
    </w:p>
    <w:p>
      <w:r>
        <w:rPr>
          <w:rFonts w:ascii="Courier New" w:hAnsi="Courier New"/>
          <w:color w:val="555555"/>
          <w:sz w:val="20"/>
        </w:rPr>
        <w:t>[Lev . 13 . 3]</w:t>
      </w:r>
    </w:p>
    <w:p>
      <w:r>
        <w:rPr>
          <w:rFonts w:ascii="Gentium Plus" w:hAnsi="Gentium Plus"/>
          <w:sz w:val="24"/>
        </w:rPr>
        <w:t>καὶ ὄψεται ὁ ἱερεὺς τὴν ἁφὴν ἐν δέρματι τοῦ χρωτὸς αὐ‐ τοῦ, καὶ ἡ θρὶξ ἐν τῇ ἁφῇ μεταβάλῃ λευκή, καὶ ἡ ὄψις τῆς ἁφῆς ταπεινὴ ἀπὸ τοῦ δέρματος τοῦ χρωτός, ἁφὴ λέπρας ἐστίν· καὶ ὄψεται ὁ ἱερεὺς καὶ μιανεῖ αὐτόν.</w:t>
      </w:r>
    </w:p>
    <w:p>
      <w:r>
        <w:rPr>
          <w:rFonts w:ascii="Courier New" w:hAnsi="Courier New"/>
          <w:color w:val="555555"/>
          <w:sz w:val="20"/>
        </w:rPr>
        <w:t>[Lev . 13 . 4]</w:t>
      </w:r>
    </w:p>
    <w:p>
      <w:r>
        <w:rPr>
          <w:rFonts w:ascii="Gentium Plus" w:hAnsi="Gentium Plus"/>
          <w:sz w:val="24"/>
        </w:rPr>
        <w:t>ἐὰν δὲ τηλαυγὴς λευκὴ ᾖ ἐν τῷ δέρματι τοῦ χρωτός, καὶ ταπεινὴ μὴ ᾖ ἡ ὄψις αὐτῆς ἀπὸ τοῦ δέρματος, καὶ ἡ θρὶξ αὐτοῦ οὐ μετέβαλεν τρίχα λευκήν, αὐτὴ δέ ἐστιν ἀμαυρά, καὶ ἀφοριεῖ ὁ ἱερεὺς τὴν ἁφὴν ἑπτὰ ἡμέρας.</w:t>
      </w:r>
    </w:p>
    <w:p>
      <w:r>
        <w:rPr>
          <w:rFonts w:ascii="Courier New" w:hAnsi="Courier New"/>
          <w:color w:val="555555"/>
          <w:sz w:val="20"/>
        </w:rPr>
        <w:t>[Lev . 13 . 5]</w:t>
      </w:r>
    </w:p>
    <w:p>
      <w:r>
        <w:rPr>
          <w:rFonts w:ascii="Gentium Plus" w:hAnsi="Gentium Plus"/>
          <w:sz w:val="24"/>
        </w:rPr>
        <w:t>καὶ ὄψεται ὁ ἱερεὺς τὴν ἁφὴν τῇ ἡμέρᾳ τῇ ἑβδόμῃ, καὶ ἰδοὺ ἡ ἁφὴ μένει ἐναντίον αὐτοῦ, οὐ μετέπεσεν ἡ ἁφὴ ἐν τῷ δέρματι, καὶ ἀφοριεῖ αὐτὸν ὁ ἱερεὺς ἑπτὰ ἡμέρας τὸ δεύτερον.</w:t>
      </w:r>
    </w:p>
    <w:p>
      <w:r>
        <w:rPr>
          <w:rFonts w:ascii="Courier New" w:hAnsi="Courier New"/>
          <w:color w:val="555555"/>
          <w:sz w:val="20"/>
        </w:rPr>
        <w:t>[Lev . 13 . 6]</w:t>
      </w:r>
    </w:p>
    <w:p>
      <w:r>
        <w:rPr>
          <w:rFonts w:ascii="Gentium Plus" w:hAnsi="Gentium Plus"/>
          <w:sz w:val="24"/>
        </w:rPr>
        <w:t>καὶ ὄψεται αὐ‐ τὸν ὁ ἱερεὺς τῇ ἡμέρᾳ τῇ ἑβδόμῃ τὸ δεύτερον, καὶ ἰδοὺ ἀμαυρὰ ἡ ἁφή, οὐ μετέπεσεν ἡ ἁφὴ ἐν τῷ δέρματι, καθαριεῖ αὐτὸν ὁ ἱε‐ ρεύς· σημασία γάρ ἐστιν· καὶ πλυνάμενος τὰ ἱμάτια καθαρὸς ἔσται.</w:t>
      </w:r>
    </w:p>
    <w:p>
      <w:r>
        <w:rPr>
          <w:rFonts w:ascii="Courier New" w:hAnsi="Courier New"/>
          <w:color w:val="555555"/>
          <w:sz w:val="20"/>
        </w:rPr>
        <w:t>[Lev . 13 . 7]</w:t>
      </w:r>
    </w:p>
    <w:p>
      <w:r>
        <w:rPr>
          <w:rFonts w:ascii="Gentium Plus" w:hAnsi="Gentium Plus"/>
          <w:sz w:val="24"/>
        </w:rPr>
        <w:t>ἐὰν δὲ μεταβαλοῦσα μεταπέσῃ ἡ σημασία ἐν τῷ δέρματι μετὰ τὸ ἰδεῖν αὐτὸν τὸν ἱερέα τοῦ καθαρίσαι αὐτόν, καὶ ὀφθήσεται τὸ δεύ‐ τερον τῷ ἱερεῖ,</w:t>
      </w:r>
    </w:p>
    <w:p>
      <w:r>
        <w:rPr>
          <w:rFonts w:ascii="Courier New" w:hAnsi="Courier New"/>
          <w:color w:val="555555"/>
          <w:sz w:val="20"/>
        </w:rPr>
        <w:t>[Lev . 13 . 8]</w:t>
      </w:r>
    </w:p>
    <w:p>
      <w:r>
        <w:rPr>
          <w:rFonts w:ascii="Gentium Plus" w:hAnsi="Gentium Plus"/>
          <w:sz w:val="24"/>
        </w:rPr>
        <w:t>καὶ ὄψεται αὐτὸν ὁ ἱερεὺς καὶ ἰδοὺ μετέπεσεν ἡ σημασία ἐν τῷ δέρματι, καὶ μιανεῖ αὐτὸν ὁ ἱερεύς· λέπρα ἐστίν.</w:t>
      </w:r>
    </w:p>
    <w:p>
      <w:r>
        <w:rPr>
          <w:rFonts w:ascii="Courier New" w:hAnsi="Courier New"/>
          <w:color w:val="555555"/>
          <w:sz w:val="20"/>
        </w:rPr>
        <w:t>[Lev . 13 . 9]</w:t>
      </w:r>
    </w:p>
    <w:p>
      <w:r>
        <w:rPr>
          <w:rFonts w:ascii="Gentium Plus" w:hAnsi="Gentium Plus"/>
          <w:sz w:val="24"/>
        </w:rPr>
        <w:t>Καὶ ἁφὴ λέπρας ἐὰν γένηται ἐν ἀνθρώπῳ, καὶ ἥξει πρὸς τὸν ἱερέα·</w:t>
      </w:r>
    </w:p>
    <w:p>
      <w:r>
        <w:rPr>
          <w:rFonts w:ascii="Courier New" w:hAnsi="Courier New"/>
          <w:color w:val="555555"/>
          <w:sz w:val="20"/>
        </w:rPr>
        <w:t>[Lev . 13 . 10]</w:t>
      </w:r>
    </w:p>
    <w:p>
      <w:r>
        <w:rPr>
          <w:rFonts w:ascii="Gentium Plus" w:hAnsi="Gentium Plus"/>
          <w:sz w:val="24"/>
        </w:rPr>
        <w:t>καὶ ὄψεται ὁ ἱερεὺς καὶ ἰδοὺ οὐλὴ λευκὴ ἐν τῷ δέρματι, καὶ αὕτη μετέβαλεν τρίχα λευκήν, καὶ ἀπὸ τοῦ ὑγιοῦς τῆς σαρκὸς τῆς ζώσης ἐν τῇ οὐλῇ,</w:t>
      </w:r>
    </w:p>
    <w:p>
      <w:r>
        <w:rPr>
          <w:rFonts w:ascii="Courier New" w:hAnsi="Courier New"/>
          <w:color w:val="555555"/>
          <w:sz w:val="20"/>
        </w:rPr>
        <w:t>[Lev . 13 . 11]</w:t>
      </w:r>
    </w:p>
    <w:p>
      <w:r>
        <w:rPr>
          <w:rFonts w:ascii="Gentium Plus" w:hAnsi="Gentium Plus"/>
          <w:sz w:val="24"/>
        </w:rPr>
        <w:t>λέπρα παλαιουμένη ἐστίν, ἐν τῷ δέρ‐ ματι τοῦ χρωτός ἐστιν, καὶ μιανεῖ αὐτὸν ὁ ἱερεὺς καὶ ἀφοριεῖ αὐ‐ τόν, ὅτι ἀκάθαρτός ἐστιν.</w:t>
      </w:r>
    </w:p>
    <w:p>
      <w:r>
        <w:rPr>
          <w:rFonts w:ascii="Courier New" w:hAnsi="Courier New"/>
          <w:color w:val="555555"/>
          <w:sz w:val="20"/>
        </w:rPr>
        <w:t>[Lev . 13 . 12]</w:t>
      </w:r>
    </w:p>
    <w:p>
      <w:r>
        <w:rPr>
          <w:rFonts w:ascii="Gentium Plus" w:hAnsi="Gentium Plus"/>
          <w:sz w:val="24"/>
        </w:rPr>
        <w:t>ἐὰν δὲ ἐξανθοῦσα ἐξανθήσῃ ἡ λέπρα</w:t>
      </w:r>
    </w:p>
    <w:p>
      <w:r>
        <w:rPr>
          <w:rFonts w:ascii="Courier New" w:hAnsi="Courier New"/>
          <w:color w:val="555555"/>
          <w:sz w:val="20"/>
        </w:rPr>
        <w:t>[Lev . 13 . 13]</w:t>
      </w:r>
    </w:p>
    <w:p>
      <w:r>
        <w:rPr>
          <w:rFonts w:ascii="Gentium Plus" w:hAnsi="Gentium Plus"/>
          <w:sz w:val="24"/>
        </w:rPr>
        <w:t>καὶ ὄψε‐ ται ὁ ἱερεὺς καὶ ἰδοὺ ἐκάλυψεν ἡ λέπρα πᾶν τὸ δέρμα τοῦ χρω‐ τός, καὶ καθαριεῖ αὐτὸν ὁ ἱερεὺς τὴν ἁφήν, ὅτι πᾶν μετέβαλεν λευκόν, καθαρόν ἐστιν.</w:t>
      </w:r>
    </w:p>
    <w:p>
      <w:r>
        <w:rPr>
          <w:rFonts w:ascii="Courier New" w:hAnsi="Courier New"/>
          <w:color w:val="555555"/>
          <w:sz w:val="20"/>
        </w:rPr>
        <w:t>[Lev . 13 . 14]</w:t>
      </w:r>
    </w:p>
    <w:p>
      <w:r>
        <w:rPr>
          <w:rFonts w:ascii="Gentium Plus" w:hAnsi="Gentium Plus"/>
          <w:sz w:val="24"/>
        </w:rPr>
        <w:t>καὶ ᾗ ἂν ἡμέρᾳ ὀφθῇ ἐν αὐτῷ χρὼς ζῶν, μιανθήσεται,</w:t>
      </w:r>
    </w:p>
    <w:p>
      <w:r>
        <w:rPr>
          <w:rFonts w:ascii="Courier New" w:hAnsi="Courier New"/>
          <w:color w:val="555555"/>
          <w:sz w:val="20"/>
        </w:rPr>
        <w:t>[Lev . 13 . 15]</w:t>
      </w:r>
    </w:p>
    <w:p>
      <w:r>
        <w:rPr>
          <w:rFonts w:ascii="Gentium Plus" w:hAnsi="Gentium Plus"/>
          <w:sz w:val="24"/>
        </w:rPr>
        <w:t>καὶ ὄψεται ὁ ἱερεὺς τὸν χρῶτα τὸν ὑγιῆ, καὶ μια‐ νεῖ αὐτὸν ὁ χρὼς ὁ ὑγιής, ὅτι ἀκάθαρτός ἐστιν· λέπρα ἐστίν.</w:t>
      </w:r>
    </w:p>
    <w:p>
      <w:r>
        <w:rPr>
          <w:rFonts w:ascii="Courier New" w:hAnsi="Courier New"/>
          <w:color w:val="555555"/>
          <w:sz w:val="20"/>
        </w:rPr>
        <w:t>[Lev . 13 . 16]</w:t>
      </w:r>
    </w:p>
    <w:p>
      <w:r>
        <w:rPr>
          <w:rFonts w:ascii="Gentium Plus" w:hAnsi="Gentium Plus"/>
          <w:sz w:val="24"/>
        </w:rPr>
        <w:t>ἐὰν δὲ ἀποκαταστῇ ὁ χρὼς ὁ ὑγιὴς καὶ μεταβάλῃ λευκή, καὶ ἐλεύσεται πρὸς τὸν ἱερέα,</w:t>
      </w:r>
    </w:p>
    <w:p>
      <w:r>
        <w:rPr>
          <w:rFonts w:ascii="Courier New" w:hAnsi="Courier New"/>
          <w:color w:val="555555"/>
          <w:sz w:val="20"/>
        </w:rPr>
        <w:t>[Lev . 13 . 17]</w:t>
      </w:r>
    </w:p>
    <w:p>
      <w:r>
        <w:rPr>
          <w:rFonts w:ascii="Gentium Plus" w:hAnsi="Gentium Plus"/>
          <w:sz w:val="24"/>
        </w:rPr>
        <w:t>καὶ ὄψεται ὁ ἱερεὺς καὶ ἰδοὺ μετέ‐ βαλεν ἡ ἁφὴ εἰς τὸ λευκόν, καὶ καθαριεῖ ὁ ἱερεὺς τὴν ἁφήν· κα‐ θαρός ἐστιν.</w:t>
      </w:r>
    </w:p>
    <w:p>
      <w:r>
        <w:rPr>
          <w:rFonts w:ascii="Courier New" w:hAnsi="Courier New"/>
          <w:color w:val="555555"/>
          <w:sz w:val="20"/>
        </w:rPr>
        <w:t>[Lev . 13 . 18]</w:t>
      </w:r>
    </w:p>
    <w:p>
      <w:r>
        <w:rPr>
          <w:rFonts w:ascii="Gentium Plus" w:hAnsi="Gentium Plus"/>
          <w:sz w:val="24"/>
        </w:rPr>
        <w:t>Καὶ σὰρξ ἐὰν γένηται ἐν τῷ δέρματι αὐτοῦ ἕλκος καὶ ὑγιασθῇ,</w:t>
      </w:r>
    </w:p>
    <w:p>
      <w:r>
        <w:rPr>
          <w:rFonts w:ascii="Courier New" w:hAnsi="Courier New"/>
          <w:color w:val="555555"/>
          <w:sz w:val="20"/>
        </w:rPr>
        <w:t>[Lev . 13 . 19]</w:t>
      </w:r>
    </w:p>
    <w:p>
      <w:r>
        <w:rPr>
          <w:rFonts w:ascii="Gentium Plus" w:hAnsi="Gentium Plus"/>
          <w:sz w:val="24"/>
        </w:rPr>
        <w:t>καὶ γένηται ἐν τῷ τόπῳ τοῦ ἕλκους οὐλὴ λευκὴ ἢ τηλαυγὴς λευκαίνουσα ἢ πυρρίζουσα, καὶ ὀφθήσεται τῷ ἱερεῖ,</w:t>
      </w:r>
    </w:p>
    <w:p>
      <w:r>
        <w:rPr>
          <w:rFonts w:ascii="Courier New" w:hAnsi="Courier New"/>
          <w:color w:val="555555"/>
          <w:sz w:val="20"/>
        </w:rPr>
        <w:t>[Lev . 13 . 20]</w:t>
      </w:r>
    </w:p>
    <w:p>
      <w:r>
        <w:rPr>
          <w:rFonts w:ascii="Gentium Plus" w:hAnsi="Gentium Plus"/>
          <w:sz w:val="24"/>
        </w:rPr>
        <w:t>καὶ ὄψεται ὁ ἱερεὺς καὶ ἰδοὺ ἡ ὄψις ταπεινοτέρα τοῦ δέρματος, καὶ ἡ θρὶξ αὐτῆς μετέβαλεν εἰς λευκήν, καὶ μιανεῖ αὐτὸν ὁ ἱερεύς· λέπρα ἐστίν, ἐν τῷ ἕλκει ἐξήνθησεν.</w:t>
      </w:r>
    </w:p>
    <w:p>
      <w:r>
        <w:rPr>
          <w:rFonts w:ascii="Courier New" w:hAnsi="Courier New"/>
          <w:color w:val="555555"/>
          <w:sz w:val="20"/>
        </w:rPr>
        <w:t>[Lev . 13 . 21]</w:t>
      </w:r>
    </w:p>
    <w:p>
      <w:r>
        <w:rPr>
          <w:rFonts w:ascii="Gentium Plus" w:hAnsi="Gentium Plus"/>
          <w:sz w:val="24"/>
        </w:rPr>
        <w:t>ἐὰν δὲ ἴδῃ ὁ ἱερεὺς καὶ ἰδοὺ οὐκ ἔστιν ἐν αὐτῷ θρὶξ λευκή, καὶ ταπεινὸν μὴ ᾖ ἀπὸ τοῦ δέρματος τοῦ χρωτός, καὶ αὐτὴ ᾖ ἀμαυρά, ἀφοριεῖ αὐτὸν ὁ ἱερεὺς ἑπτὰ ἡμέρας.</w:t>
      </w:r>
    </w:p>
    <w:p>
      <w:r>
        <w:rPr>
          <w:rFonts w:ascii="Courier New" w:hAnsi="Courier New"/>
          <w:color w:val="555555"/>
          <w:sz w:val="20"/>
        </w:rPr>
        <w:t>[Lev . 13 . 22]</w:t>
      </w:r>
    </w:p>
    <w:p>
      <w:r>
        <w:rPr>
          <w:rFonts w:ascii="Gentium Plus" w:hAnsi="Gentium Plus"/>
          <w:sz w:val="24"/>
        </w:rPr>
        <w:t>ἐὰν δὲ διαχέηται ἐν τῷ δέρματι, καὶ μιανεῖ αὐτὸν ὁ ἱε‐ ρεύς· ἁφὴ λέπρας ἐστίν, ἐν τῷ ἕλκει ἐξήνθησεν.</w:t>
      </w:r>
    </w:p>
    <w:p>
      <w:r>
        <w:rPr>
          <w:rFonts w:ascii="Courier New" w:hAnsi="Courier New"/>
          <w:color w:val="555555"/>
          <w:sz w:val="20"/>
        </w:rPr>
        <w:t>[Lev . 13 . 23]</w:t>
      </w:r>
    </w:p>
    <w:p>
      <w:r>
        <w:rPr>
          <w:rFonts w:ascii="Gentium Plus" w:hAnsi="Gentium Plus"/>
          <w:sz w:val="24"/>
        </w:rPr>
        <w:t>ἐὰν δὲ κατὰ χώραν μείνῃ τὸ τηλαύγημα καὶ μὴ διαχέηται, οὐλὴ τοῦ ἕλκους ἐστίν, καὶ καθαριεῖ αὐτὸν ὁ ἱερεύς.</w:t>
      </w:r>
    </w:p>
    <w:p>
      <w:r>
        <w:rPr>
          <w:rFonts w:ascii="Courier New" w:hAnsi="Courier New"/>
          <w:color w:val="555555"/>
          <w:sz w:val="20"/>
        </w:rPr>
        <w:t>[Lev . 13 . 24]</w:t>
      </w:r>
    </w:p>
    <w:p>
      <w:r>
        <w:rPr>
          <w:rFonts w:ascii="Gentium Plus" w:hAnsi="Gentium Plus"/>
          <w:sz w:val="24"/>
        </w:rPr>
        <w:t>Καὶ σὰρξ ἐὰν γένηται ἐν τῷ δέρματι αὐτοῦ κατάκαυμα πυρός, καὶ γένηται ἐν τῷ δέρματι αὐτοῦ τὸ ὑγιασθὲν τοῦ κατακαύματος αὐγάζον τηλαυγὲς λευκὸν ὑποπυρρίζον ἢ ἔκλευκον,</w:t>
      </w:r>
    </w:p>
    <w:p>
      <w:r>
        <w:rPr>
          <w:rFonts w:ascii="Courier New" w:hAnsi="Courier New"/>
          <w:color w:val="555555"/>
          <w:sz w:val="20"/>
        </w:rPr>
        <w:t>[Lev . 13 . 25]</w:t>
      </w:r>
    </w:p>
    <w:p>
      <w:r>
        <w:rPr>
          <w:rFonts w:ascii="Gentium Plus" w:hAnsi="Gentium Plus"/>
          <w:sz w:val="24"/>
        </w:rPr>
        <w:t>καὶ ὄψεται αὐτὸν ὁ ἱερεὺς καὶ ἰδοὺ μετέβαλεν θρὶξ λευκὴ εἰς τὸ αὐγάζον, καὶ ἡ ὄψις αὐτοῦ ταπεινὴ ἀπὸ τοῦ δέρματος, λέπρα ἐστίν, ἐν τῷ κατακαύματι ἐξήνθησεν· καὶ μιανεῖ αὐτὸν ὁ ἱερεύς, ἁφὴ λέπρας</w:t>
      </w:r>
    </w:p>
    <w:p>
      <w:r>
        <w:rPr>
          <w:rFonts w:ascii="Courier New" w:hAnsi="Courier New"/>
          <w:color w:val="555555"/>
          <w:sz w:val="20"/>
        </w:rPr>
        <w:t>[5]</w:t>
      </w:r>
    </w:p>
    <w:p>
      <w:r>
        <w:rPr>
          <w:rFonts w:ascii="Gentium Plus" w:hAnsi="Gentium Plus"/>
          <w:sz w:val="24"/>
        </w:rPr>
        <w:t>ἐστίν.</w:t>
      </w:r>
    </w:p>
    <w:p>
      <w:r>
        <w:rPr>
          <w:rFonts w:ascii="Courier New" w:hAnsi="Courier New"/>
          <w:color w:val="555555"/>
          <w:sz w:val="20"/>
        </w:rPr>
        <w:t>[Lev . 13 . 26]</w:t>
      </w:r>
    </w:p>
    <w:p>
      <w:r>
        <w:rPr>
          <w:rFonts w:ascii="Gentium Plus" w:hAnsi="Gentium Plus"/>
          <w:sz w:val="24"/>
        </w:rPr>
        <w:t>ἐὰν δὲ ἴδῃ ὁ ἱερεὺς καὶ ἰδοὺ οὐκ ἔστιν ἐν τῷ αὐγάζοντι θρὶξ λευκή, καὶ ταπεινὸν μὴ ᾖ ἀπὸ τοῦ δέρματος, αὐτὸ δὲ ἀμαυ‐ ρόν, καὶ ἀφοριεῖ αὐτὸν ὁ ἱερεὺς ἑπτὰ ἡμέρας.</w:t>
      </w:r>
    </w:p>
    <w:p>
      <w:r>
        <w:rPr>
          <w:rFonts w:ascii="Courier New" w:hAnsi="Courier New"/>
          <w:color w:val="555555"/>
          <w:sz w:val="20"/>
        </w:rPr>
        <w:t>[Lev . 13 . 27]</w:t>
      </w:r>
    </w:p>
    <w:p>
      <w:r>
        <w:rPr>
          <w:rFonts w:ascii="Gentium Plus" w:hAnsi="Gentium Plus"/>
          <w:sz w:val="24"/>
        </w:rPr>
        <w:t>καὶ ὄψεται αὐτὸν ὁ ἱερεὺς τῇ ἡμέρᾳ τῇ ἑβδόμῃ· ἐὰν δὲ διαχύσει διαχέηται ἐν τῷ δέρματι, καὶ μιανεῖ αὐτὸν ὁ ἱερεύς· ἁφὴ λέπρας ἐστίν, ἐν τῷ ἕλ‐ κει ἐξήνθησεν.</w:t>
      </w:r>
    </w:p>
    <w:p>
      <w:r>
        <w:rPr>
          <w:rFonts w:ascii="Courier New" w:hAnsi="Courier New"/>
          <w:color w:val="555555"/>
          <w:sz w:val="20"/>
        </w:rPr>
        <w:t>[Lev . 13 . 28]</w:t>
      </w:r>
    </w:p>
    <w:p>
      <w:r>
        <w:rPr>
          <w:rFonts w:ascii="Gentium Plus" w:hAnsi="Gentium Plus"/>
          <w:sz w:val="24"/>
        </w:rPr>
        <w:t>ἐὰν δὲ κατὰ χώραν μείνῃ τὸ αὐγάζον καὶ μὴ δια‐ χυθῇ ἐν τῷ δέρματι, αὐτὴ δὲ ᾖ ἀμαυρά, ἡ οὐλὴ τοῦ κατακαύματός ἐστιν, καὶ καθαριεῖ αὐτὸν ὁ ἱερεύς· ὁ γὰρ χαρακτὴρ τοῦ κατακαύ‐ ματός ἐστιν.</w:t>
      </w:r>
    </w:p>
    <w:p>
      <w:r>
        <w:rPr>
          <w:rFonts w:ascii="Courier New" w:hAnsi="Courier New"/>
          <w:color w:val="555555"/>
          <w:sz w:val="20"/>
        </w:rPr>
        <w:t>[Lev . 13 . 29]</w:t>
      </w:r>
    </w:p>
    <w:p>
      <w:r>
        <w:rPr>
          <w:rFonts w:ascii="Gentium Plus" w:hAnsi="Gentium Plus"/>
          <w:sz w:val="24"/>
        </w:rPr>
        <w:t>Καὶ ἀνδρὶ καὶ γυναικὶ ἐὰν γένηται ἐν αὐτοῖς ἁφὴ λέπρας ἐν τῇ κεφαλῇ ἢ ἐν τῷ πώγωνι,</w:t>
      </w:r>
    </w:p>
    <w:p>
      <w:r>
        <w:rPr>
          <w:rFonts w:ascii="Courier New" w:hAnsi="Courier New"/>
          <w:color w:val="555555"/>
          <w:sz w:val="20"/>
        </w:rPr>
        <w:t>[Lev . 13 . 30]</w:t>
      </w:r>
    </w:p>
    <w:p>
      <w:r>
        <w:rPr>
          <w:rFonts w:ascii="Gentium Plus" w:hAnsi="Gentium Plus"/>
          <w:sz w:val="24"/>
        </w:rPr>
        <w:t>καὶ ὄψεται ὁ ἱερεὺς τὴν ἁφὴν καὶ ἰδοὺ ἡ ὄψις αὐτῆς ἐγκοιλοτέρα τοῦ δέρματος, ἐν αὐτῇ δὲ θρὶξ ξανθίζουσα λεπτή, καὶ μιανεῖ αὐτὸν ὁ ἱερεύς· θραῦσμά ἐστιν, λέπρα τῆς κεφαλῆς ἢ λέπρα τοῦ πώγωνός ἐστιν.</w:t>
      </w:r>
    </w:p>
    <w:p>
      <w:r>
        <w:rPr>
          <w:rFonts w:ascii="Courier New" w:hAnsi="Courier New"/>
          <w:color w:val="555555"/>
          <w:sz w:val="20"/>
        </w:rPr>
        <w:t>[Lev . 13 . 31]</w:t>
      </w:r>
    </w:p>
    <w:p>
      <w:r>
        <w:rPr>
          <w:rFonts w:ascii="Gentium Plus" w:hAnsi="Gentium Plus"/>
          <w:sz w:val="24"/>
        </w:rPr>
        <w:t>καὶ ἐὰν ἴδῃ ὁ ἱερεὺς τὴν ἁφὴν τοῦ θραύσματος καὶ ἰδοὺ οὐχ ἡ ὄψις ἐγκοιλοτέρα τοῦ δέρματος, καὶ θρὶξ ξανθίζουσα οὐκ ἔστιν ἐν αὐτῇ, καὶ ἀφοριεῖ ὁ ἱερεὺς τὴν ἁφὴν τοῦ θραύσματος ἑπτὰ ἡμέρας.</w:t>
      </w:r>
    </w:p>
    <w:p>
      <w:r>
        <w:rPr>
          <w:rFonts w:ascii="Courier New" w:hAnsi="Courier New"/>
          <w:color w:val="555555"/>
          <w:sz w:val="20"/>
        </w:rPr>
        <w:t>[Lev . 13 . 32]</w:t>
      </w:r>
    </w:p>
    <w:p>
      <w:r>
        <w:rPr>
          <w:rFonts w:ascii="Gentium Plus" w:hAnsi="Gentium Plus"/>
          <w:sz w:val="24"/>
        </w:rPr>
        <w:t>καὶ ὄψεται ὁ ἱε‐ ρεὺς τὴν ἁφὴν τῇ ἡμέρᾳ τῇ ἑβδόμῃ, καὶ ἰδοὺ οὐ διεχύθη τὸ θραῦ‐ σμα, καὶ θρὶξ ξανθίζουσα οὐκ ἔστιν ἐν αὐτῇ, καὶ ἡ ὄψις τοῦ θραύ‐ σματος οὐκ ἔστιν κοίλη ἀπὸ τοῦ δέρματος,</w:t>
      </w:r>
    </w:p>
    <w:p>
      <w:r>
        <w:rPr>
          <w:rFonts w:ascii="Courier New" w:hAnsi="Courier New"/>
          <w:color w:val="555555"/>
          <w:sz w:val="20"/>
        </w:rPr>
        <w:t>[Lev . 13 . 33]</w:t>
      </w:r>
    </w:p>
    <w:p>
      <w:r>
        <w:rPr>
          <w:rFonts w:ascii="Gentium Plus" w:hAnsi="Gentium Plus"/>
          <w:sz w:val="24"/>
        </w:rPr>
        <w:t>καὶ ξυρηθήσεται τὸ δέρμα, τὸ δὲ θραῦσμα οὐ ξυρηθήσεται, καὶ ἀφοριεῖ ὁ ἱερεὺς τὸ θραῦσμα ἑπτὰ ἡμέρας τὸ δεύτερον.</w:t>
      </w:r>
    </w:p>
    <w:p>
      <w:r>
        <w:rPr>
          <w:rFonts w:ascii="Courier New" w:hAnsi="Courier New"/>
          <w:color w:val="555555"/>
          <w:sz w:val="20"/>
        </w:rPr>
        <w:t>[Lev . 13 . 34]</w:t>
      </w:r>
    </w:p>
    <w:p>
      <w:r>
        <w:rPr>
          <w:rFonts w:ascii="Gentium Plus" w:hAnsi="Gentium Plus"/>
          <w:sz w:val="24"/>
        </w:rPr>
        <w:t>καὶ ὄψεται ὁ ἱερεὺς τὸ θραῦ‐ σμα τῇ ἡμέρᾳ τῇ ἑβδόμῃ, καὶ ἰδοὺ οὐ διεχύθη τὸ θραῦσμα ἐν τῷ δέρματι μετὰ τὸ ξυρηθῆναι αὐτόν, καὶ ἡ ὄψις τοῦ θραύσματος οὐκ ἔστιν κοίλη ἀπὸ τοῦ δέρματος, καὶ καθαριεῖ αὐτὸν ὁ ἱερεύς, καὶ</w:t>
      </w:r>
    </w:p>
    <w:p>
      <w:r>
        <w:rPr>
          <w:rFonts w:ascii="Courier New" w:hAnsi="Courier New"/>
          <w:color w:val="555555"/>
          <w:sz w:val="20"/>
        </w:rPr>
        <w:t>[5]</w:t>
      </w:r>
    </w:p>
    <w:p>
      <w:r>
        <w:rPr>
          <w:rFonts w:ascii="Gentium Plus" w:hAnsi="Gentium Plus"/>
          <w:sz w:val="24"/>
        </w:rPr>
        <w:t>πλυνάμενος τὰ ἱμάτια καθαρὸς ἔσται.</w:t>
      </w:r>
    </w:p>
    <w:p>
      <w:r>
        <w:rPr>
          <w:rFonts w:ascii="Courier New" w:hAnsi="Courier New"/>
          <w:color w:val="555555"/>
          <w:sz w:val="20"/>
        </w:rPr>
        <w:t>[Lev . 13 . 35]</w:t>
      </w:r>
    </w:p>
    <w:p>
      <w:r>
        <w:rPr>
          <w:rFonts w:ascii="Gentium Plus" w:hAnsi="Gentium Plus"/>
          <w:sz w:val="24"/>
        </w:rPr>
        <w:t>ἐὰν δὲ διαχύσει διαχέηται τὸ θραῦσμα ἐν τῷ δέρματι μετὰ τὸ καθαρισθῆναι αὐτόν,</w:t>
      </w:r>
    </w:p>
    <w:p>
      <w:r>
        <w:rPr>
          <w:rFonts w:ascii="Courier New" w:hAnsi="Courier New"/>
          <w:color w:val="555555"/>
          <w:sz w:val="20"/>
        </w:rPr>
        <w:t>[Lev . 13 . 36]</w:t>
      </w:r>
    </w:p>
    <w:p>
      <w:r>
        <w:rPr>
          <w:rFonts w:ascii="Gentium Plus" w:hAnsi="Gentium Plus"/>
          <w:sz w:val="24"/>
        </w:rPr>
        <w:t>καὶ ὄψε‐ ται ὁ ἱερεὺς καὶ ἰδοὺ διακέχυται τὸ θραῦσμα ἐν τῷ δέρματι, οὐκ ἐπισκέψεται ὁ ἱερεὺς περὶ τῆς τριχὸς τῆς ξανθῆς, ὅτι ἀκάθαρτός ἐστιν.</w:t>
      </w:r>
    </w:p>
    <w:p>
      <w:r>
        <w:rPr>
          <w:rFonts w:ascii="Courier New" w:hAnsi="Courier New"/>
          <w:color w:val="555555"/>
          <w:sz w:val="20"/>
        </w:rPr>
        <w:t>[Lev . 13 . 37]</w:t>
      </w:r>
    </w:p>
    <w:p>
      <w:r>
        <w:rPr>
          <w:rFonts w:ascii="Gentium Plus" w:hAnsi="Gentium Plus"/>
          <w:sz w:val="24"/>
        </w:rPr>
        <w:t>ἐὰν δὲ ἐνώπιον μείνῃ τὸ θραῦσμα ἐπὶ χώρας καὶ θρὶξ μέλαινα ἀνατείλῃ ἐν αὐτῷ, ὑγίακεν τὸ θραῦσμα· καθαρός ἐστιν, καὶ καθαριεῖ αὐτὸν ὁ ἱερεύς.</w:t>
      </w:r>
    </w:p>
    <w:p>
      <w:r>
        <w:rPr>
          <w:rFonts w:ascii="Courier New" w:hAnsi="Courier New"/>
          <w:color w:val="555555"/>
          <w:sz w:val="20"/>
        </w:rPr>
        <w:t>[Lev . 13 . 38]</w:t>
      </w:r>
    </w:p>
    <w:p>
      <w:r>
        <w:rPr>
          <w:rFonts w:ascii="Gentium Plus" w:hAnsi="Gentium Plus"/>
          <w:sz w:val="24"/>
        </w:rPr>
        <w:t>Καὶ ἀνδρὶ ἢ γυναικὶ ἐὰν γένηται ἐν δέρματι τῆς σαρκὸς αὐτοῦ αὐγάσματα αὐγάζοντα λευκαθίζοντα,</w:t>
      </w:r>
    </w:p>
    <w:p>
      <w:r>
        <w:rPr>
          <w:rFonts w:ascii="Courier New" w:hAnsi="Courier New"/>
          <w:color w:val="555555"/>
          <w:sz w:val="20"/>
        </w:rPr>
        <w:t>[Lev . 13 . 39]</w:t>
      </w:r>
    </w:p>
    <w:p>
      <w:r>
        <w:rPr>
          <w:rFonts w:ascii="Gentium Plus" w:hAnsi="Gentium Plus"/>
          <w:sz w:val="24"/>
        </w:rPr>
        <w:t>καὶ ὄψεται ὁ ἱερεὺς καὶ ἰδοὺ ἐν δέρματι τῆς σαρκὸς αὐτοῦ αὐγάσματα αὐγάζοντα λευκαθίζοντα, ἀλφός ἐστιν, καθαρός ἐστιν· ἐξανθεῖ ἐν τῷ δέρματι τῆς σαρκὸς αὐτοῦ, καθαρός ἐστιν.</w:t>
      </w:r>
    </w:p>
    <w:p>
      <w:r>
        <w:rPr>
          <w:rFonts w:ascii="Courier New" w:hAnsi="Courier New"/>
          <w:color w:val="555555"/>
          <w:sz w:val="20"/>
        </w:rPr>
        <w:t>[Lev . 13 . 40]</w:t>
      </w:r>
    </w:p>
    <w:p>
      <w:r>
        <w:rPr>
          <w:rFonts w:ascii="Gentium Plus" w:hAnsi="Gentium Plus"/>
          <w:sz w:val="24"/>
        </w:rPr>
        <w:t>Ἐὰν δέ τινι μαδήσῃ ἡ κεφαλὴ αὐτοῦ, φαλακρός ἐστιν, καθαρός ἐστιν·</w:t>
      </w:r>
    </w:p>
    <w:p>
      <w:r>
        <w:rPr>
          <w:rFonts w:ascii="Courier New" w:hAnsi="Courier New"/>
          <w:color w:val="555555"/>
          <w:sz w:val="20"/>
        </w:rPr>
        <w:t>[Lev . 13 . 41]</w:t>
      </w:r>
    </w:p>
    <w:p>
      <w:r>
        <w:rPr>
          <w:rFonts w:ascii="Gentium Plus" w:hAnsi="Gentium Plus"/>
          <w:sz w:val="24"/>
        </w:rPr>
        <w:t>ἐὰν δὲ κατὰ πρόσωπον μαδήσῃ ἡ κεφαλὴ αὐτοῦ, ἀναφά‐ λαντός ἐστιν, καθαρός ἐστιν.</w:t>
      </w:r>
    </w:p>
    <w:p>
      <w:r>
        <w:rPr>
          <w:rFonts w:ascii="Courier New" w:hAnsi="Courier New"/>
          <w:color w:val="555555"/>
          <w:sz w:val="20"/>
        </w:rPr>
        <w:t>[Lev . 13 . 42]</w:t>
      </w:r>
    </w:p>
    <w:p>
      <w:r>
        <w:rPr>
          <w:rFonts w:ascii="Gentium Plus" w:hAnsi="Gentium Plus"/>
          <w:sz w:val="24"/>
        </w:rPr>
        <w:t>ἐὰν δὲ γένηται ἐν τῷ φαλακρώματι αὐτοῦ ἢ ἐν τῷ ἀναφαλαντώματι αὐτοῦ ἁφὴ λευκὴ ἢ πυρρίζουσα, λέπρα ἐστὶν ἐν τῷ φαλακρώματι αὐτοῦ ἢ ἐν τῷ ἀναφαλαντώματι αὐτοῦ,</w:t>
      </w:r>
    </w:p>
    <w:p>
      <w:r>
        <w:rPr>
          <w:rFonts w:ascii="Courier New" w:hAnsi="Courier New"/>
          <w:color w:val="555555"/>
          <w:sz w:val="20"/>
        </w:rPr>
        <w:t>[Lev . 13 . 43]</w:t>
      </w:r>
    </w:p>
    <w:p>
      <w:r>
        <w:rPr>
          <w:rFonts w:ascii="Gentium Plus" w:hAnsi="Gentium Plus"/>
          <w:sz w:val="24"/>
        </w:rPr>
        <w:t>καὶ ὄψεται αὐτὸν ὁ ἱερεὺς καὶ ἰδοὺ ἡ ὄψις τῆς ἁφῆς λευκὴ πυρρίζουσα ἐν τῷ φαλακρώματι αὐτοῦ ἢ ἐν τῷ ἀναφαλαν‐ τώματι αὐτοῦ ὡς εἶδος λέπρας ἐν δέρματι τῆς σαρκὸς αὐτοῦ,</w:t>
      </w:r>
    </w:p>
    <w:p>
      <w:r>
        <w:rPr>
          <w:rFonts w:ascii="Courier New" w:hAnsi="Courier New"/>
          <w:color w:val="555555"/>
          <w:sz w:val="20"/>
        </w:rPr>
        <w:t>[Lev . 13 . 44]</w:t>
      </w:r>
    </w:p>
    <w:p>
      <w:r>
        <w:rPr>
          <w:rFonts w:ascii="Gentium Plus" w:hAnsi="Gentium Plus"/>
          <w:sz w:val="24"/>
        </w:rPr>
        <w:t>ἄνθρωπος λεπρός ἐστιν· μιάνσει μιανεῖ αὐτὸν ὁ ἱερεύς, ἐν τῇ κεφαλῇ αὐτοῦ ἡ ἁφὴ αὐτοῦ.</w:t>
      </w:r>
    </w:p>
    <w:p>
      <w:r>
        <w:rPr>
          <w:rFonts w:ascii="Courier New" w:hAnsi="Courier New"/>
          <w:color w:val="555555"/>
          <w:sz w:val="20"/>
        </w:rPr>
        <w:t>[Lev . 13 . 45]</w:t>
      </w:r>
    </w:p>
    <w:p>
      <w:r>
        <w:rPr>
          <w:rFonts w:ascii="Gentium Plus" w:hAnsi="Gentium Plus"/>
          <w:sz w:val="24"/>
        </w:rPr>
        <w:t>Καὶ ὁ λεπρός, ἐν ᾧ ἐστιν ἡ ἁφή, τὰ ἱμάτια αὐτοῦ ἔστω παρα‐</w:t>
      </w:r>
    </w:p>
    <w:p>
      <w:r>
        <w:rPr>
          <w:rFonts w:ascii="Courier New" w:hAnsi="Courier New"/>
          <w:color w:val="555555"/>
          <w:sz w:val="20"/>
        </w:rPr>
        <w:t>[Lev . 13 . 46]</w:t>
      </w:r>
    </w:p>
    <w:p>
      <w:r>
        <w:rPr>
          <w:rFonts w:ascii="Gentium Plus" w:hAnsi="Gentium Plus"/>
          <w:sz w:val="24"/>
        </w:rPr>
        <w:t>πάσας τὰς ἡμέρας, ὅσας ἂν ᾖ ἐπ’ αὐτοῦ ἡ ἁφή, ἀκάθαρτος ὢν ἀκάθαρτος ἔσται· κεχωρισμένος καθήσεται, ἔξω τῆς παρεμβολῆς ἔσται αὐτοῦ ἡ διατριβή.</w:t>
      </w:r>
    </w:p>
    <w:p>
      <w:r>
        <w:rPr>
          <w:rFonts w:ascii="Courier New" w:hAnsi="Courier New"/>
          <w:color w:val="555555"/>
          <w:sz w:val="20"/>
        </w:rPr>
        <w:t>[Lev . 13 . 47]</w:t>
      </w:r>
    </w:p>
    <w:p>
      <w:r>
        <w:rPr>
          <w:rFonts w:ascii="Gentium Plus" w:hAnsi="Gentium Plus"/>
          <w:sz w:val="24"/>
        </w:rPr>
        <w:t>Καὶ ἱματίῳ ἐὰν γένηται ἐν αὐτῷ ἁφὴ λέπρας, ἐν ἱματίῳ ἐρεῷ ἢ ἐν ἱματίῳ στιππυίνῳ,</w:t>
      </w:r>
    </w:p>
    <w:p>
      <w:r>
        <w:rPr>
          <w:rFonts w:ascii="Courier New" w:hAnsi="Courier New"/>
          <w:color w:val="555555"/>
          <w:sz w:val="20"/>
        </w:rPr>
        <w:t>[Lev . 13 . 48]</w:t>
      </w:r>
    </w:p>
    <w:p>
      <w:r>
        <w:rPr>
          <w:rFonts w:ascii="Gentium Plus" w:hAnsi="Gentium Plus"/>
          <w:sz w:val="24"/>
        </w:rPr>
        <w:t>ἢ ἐν στήμονι ἢ ἐν κρόκῃ ἢ ἐν τοῖς λινοῖς ἢ ἐν τοῖς ἐρεοῖς ἢ ἐν δέρματι ἢ ἐν παντὶ ἐργασίμῳ δέρ‐ ματι,</w:t>
      </w:r>
    </w:p>
    <w:p>
      <w:r>
        <w:rPr>
          <w:rFonts w:ascii="Courier New" w:hAnsi="Courier New"/>
          <w:color w:val="555555"/>
          <w:sz w:val="20"/>
        </w:rPr>
        <w:t>[Lev . 13 . 49]</w:t>
      </w:r>
    </w:p>
    <w:p>
      <w:r>
        <w:rPr>
          <w:rFonts w:ascii="Gentium Plus" w:hAnsi="Gentium Plus"/>
          <w:sz w:val="24"/>
        </w:rPr>
        <w:t>καὶ γένηται ἡ ἁφὴ χλωρίζουσα ἢ πυρρίζουσα ἐν τῷ δέρ‐ ματι ἢ ἐν τῷ ἱματίῳ ἢ ἐν τῷ στήμονι ἢ ἐν τῇ κρόκῃ ἢ ἐν παντὶ σκεύει ἐργασίμῳ δέρματος, ἁφὴ λέπρας ἐστίν, καὶ δείξει τῷ ἱερεῖ.</w:t>
      </w:r>
    </w:p>
    <w:p>
      <w:r>
        <w:rPr>
          <w:rFonts w:ascii="Courier New" w:hAnsi="Courier New"/>
          <w:color w:val="555555"/>
          <w:sz w:val="20"/>
        </w:rPr>
        <w:t>[Lev . 13 . 50]</w:t>
      </w:r>
    </w:p>
    <w:p>
      <w:r>
        <w:rPr>
          <w:rFonts w:ascii="Gentium Plus" w:hAnsi="Gentium Plus"/>
          <w:sz w:val="24"/>
        </w:rPr>
        <w:t>καὶ ὄψεται ὁ ἱερεὺς τὴν ἁφήν, καὶ ἀφοριεῖ ὁ ἱερεὺς τὴν ἁφὴν ἑπτὰ ἡμέρας.</w:t>
      </w:r>
    </w:p>
    <w:p>
      <w:r>
        <w:rPr>
          <w:rFonts w:ascii="Courier New" w:hAnsi="Courier New"/>
          <w:color w:val="555555"/>
          <w:sz w:val="20"/>
        </w:rPr>
        <w:t>[Lev . 13 . 51]</w:t>
      </w:r>
    </w:p>
    <w:p>
      <w:r>
        <w:rPr>
          <w:rFonts w:ascii="Gentium Plus" w:hAnsi="Gentium Plus"/>
          <w:sz w:val="24"/>
        </w:rPr>
        <w:t>καὶ ὄψεται ὁ ἱερεὺς τὴν ἁφὴν τῇ ἡμέρᾳ τῇ ἑβδόμῃ· ἐὰν δὲ διαχέηται ἡ ἁφὴ ἐν τῷ ἱματίῳ ἢ ἐν τῷ στήμονι ἢ ἐν τῇ κρόκῃ ἢ ἐν τῷ δέρματι κατὰ πάντα, ὅσα ἂν ποιηθῇ δέρματα ἐν τῇ ἐργασίᾳ, λέπρα ἔμμονός ἐστιν ἡ ἁφή, ἀκάθαρτός ἐστιν.</w:t>
      </w:r>
    </w:p>
    <w:p>
      <w:r>
        <w:rPr>
          <w:rFonts w:ascii="Courier New" w:hAnsi="Courier New"/>
          <w:color w:val="555555"/>
          <w:sz w:val="20"/>
        </w:rPr>
        <w:t>[Lev . 13 . 52]</w:t>
      </w:r>
    </w:p>
    <w:p>
      <w:r>
        <w:rPr>
          <w:rFonts w:ascii="Gentium Plus" w:hAnsi="Gentium Plus"/>
          <w:sz w:val="24"/>
        </w:rPr>
        <w:t>κατα‐ καύσει τὸ ἱμάτιον ἢ τὸν στήμονα ἢ τὴν κρόκην ἐν τοῖς ἐρεοῖς ἢ ἐν τοῖς λινοῖς ἢ ἐν παντὶ σκεύει δερματίνῳ, ἐν ᾧ ἐὰν ᾖ ἐν αὐτῷ ἡ ἁφή, ὅτι λέπρα ἔμμονός ἐστιν, ἐν πυρὶ κατακαυθήσεται.</w:t>
      </w:r>
    </w:p>
    <w:p>
      <w:r>
        <w:rPr>
          <w:rFonts w:ascii="Courier New" w:hAnsi="Courier New"/>
          <w:color w:val="555555"/>
          <w:sz w:val="20"/>
        </w:rPr>
        <w:t>[Lev . 13 . 53]</w:t>
      </w:r>
    </w:p>
    <w:p>
      <w:r>
        <w:rPr>
          <w:rFonts w:ascii="Gentium Plus" w:hAnsi="Gentium Plus"/>
          <w:sz w:val="24"/>
        </w:rPr>
        <w:t>ἐὰν δὲ ἴδῃ ὁ ἱερεὺς καὶ μὴ διαχέηται ἡ ἁφὴ ἐν τῷ ἱματίῳ ἢ ἐν τῷ στήμονι ἢ ἐν τῇ κρόκῃ ἢ ἐν παντὶ σκεύει δερματίνῳ,</w:t>
      </w:r>
    </w:p>
    <w:p>
      <w:r>
        <w:rPr>
          <w:rFonts w:ascii="Courier New" w:hAnsi="Courier New"/>
          <w:color w:val="555555"/>
          <w:sz w:val="20"/>
        </w:rPr>
        <w:t>[Lev . 13 . 54]</w:t>
      </w:r>
    </w:p>
    <w:p>
      <w:r>
        <w:rPr>
          <w:rFonts w:ascii="Gentium Plus" w:hAnsi="Gentium Plus"/>
          <w:sz w:val="24"/>
        </w:rPr>
        <w:t>καὶ συντάξει ὁ ἱερεύς, καὶ πλυνεῖ ἐφ’ οὗ ἐὰν ᾖ ἐπ’ αὐτοῦ ἡ ἁφή, καὶ ἀφοριεῖ ὁ ἱερεὺς τὴν ἁφὴν ἑπτὰ ἡμέρας τὸ δεύτερον·</w:t>
      </w:r>
    </w:p>
    <w:p>
      <w:r>
        <w:rPr>
          <w:rFonts w:ascii="Courier New" w:hAnsi="Courier New"/>
          <w:color w:val="555555"/>
          <w:sz w:val="20"/>
        </w:rPr>
        <w:t>[Lev . 13 . 55]</w:t>
      </w:r>
    </w:p>
    <w:p>
      <w:r>
        <w:rPr>
          <w:rFonts w:ascii="Gentium Plus" w:hAnsi="Gentium Plus"/>
          <w:sz w:val="24"/>
        </w:rPr>
        <w:t>καὶ ὄψε‐ ται ὁ ἱερεὺς μετὰ τὸ πλυθῆναι αὐτὸ τὴν ἁφήν, καὶ ἥδε μὴ μετέ‐ βαλεν τὴν ὄψιν ἡ ἁφή, καὶ ἡ ἁφὴ οὐ διαχεῖται, ἀκάθαρτόν ἐστιν, ἐν πυρὶ κατακαυθήσεται· ἐστήρισται ἐν τῷ ἱματίῳ ἢ ἐν τῷ στή‐</w:t>
      </w:r>
    </w:p>
    <w:p>
      <w:r>
        <w:rPr>
          <w:rFonts w:ascii="Courier New" w:hAnsi="Courier New"/>
          <w:color w:val="555555"/>
          <w:sz w:val="20"/>
        </w:rPr>
        <w:t>[5]</w:t>
      </w:r>
    </w:p>
    <w:p>
      <w:r>
        <w:rPr>
          <w:rFonts w:ascii="Gentium Plus" w:hAnsi="Gentium Plus"/>
          <w:sz w:val="24"/>
        </w:rPr>
        <w:t>μονι ἢ ἐν τῇ κρόκῃ.</w:t>
      </w:r>
    </w:p>
    <w:p>
      <w:r>
        <w:rPr>
          <w:rFonts w:ascii="Courier New" w:hAnsi="Courier New"/>
          <w:color w:val="555555"/>
          <w:sz w:val="20"/>
        </w:rPr>
        <w:t>[Lev . 13 . 56]</w:t>
      </w:r>
    </w:p>
    <w:p>
      <w:r>
        <w:rPr>
          <w:rFonts w:ascii="Gentium Plus" w:hAnsi="Gentium Plus"/>
          <w:sz w:val="24"/>
        </w:rPr>
        <w:t>καὶ ἐὰν ἴδῃ ὁ ἱερεὺς καὶ ᾖ ἀμαυρὰ ἡ ἁφὴ μετὰ τὸ πλυθῆναι αὐτό, ἀπορρήξει αὐτὸ ἀπὸ τοῦ ἱματίου ἢ ἀπὸ τοῦ δέρματος ἢ ἀπὸ τοῦ στήμονος ἢ ἀπὸ τῆς κρόκης.</w:t>
      </w:r>
    </w:p>
    <w:p>
      <w:r>
        <w:rPr>
          <w:rFonts w:ascii="Courier New" w:hAnsi="Courier New"/>
          <w:color w:val="555555"/>
          <w:sz w:val="20"/>
        </w:rPr>
        <w:t>[Lev . 13 . 57]</w:t>
      </w:r>
    </w:p>
    <w:p>
      <w:r>
        <w:rPr>
          <w:rFonts w:ascii="Gentium Plus" w:hAnsi="Gentium Plus"/>
          <w:sz w:val="24"/>
        </w:rPr>
        <w:t>ἐὰν δὲ ὀφθῇ ἔτι ἐν τῷ ἱματίῳ ἢ ἐν τῷ στήμονι ἢ ἐν τῇ κρόκῃ ἢ ἐν παντὶ σκεύει δερματίνῳ, λέπρα ἐξανθοῦσά ἐστιν· ἐν πυρὶ κατα‐ καυθήσεται ἐν ᾧ ἐστὶν ἡ ἁφή.</w:t>
      </w:r>
    </w:p>
    <w:p>
      <w:r>
        <w:rPr>
          <w:rFonts w:ascii="Courier New" w:hAnsi="Courier New"/>
          <w:color w:val="555555"/>
          <w:sz w:val="20"/>
        </w:rPr>
        <w:t>[Lev . 13 . 58]</w:t>
      </w:r>
    </w:p>
    <w:p>
      <w:r>
        <w:rPr>
          <w:rFonts w:ascii="Gentium Plus" w:hAnsi="Gentium Plus"/>
          <w:sz w:val="24"/>
        </w:rPr>
        <w:t>καὶ τὸ ἱμάτιον ἢ ὁ στήμων ἢ ἡ κρόκη ἢ πᾶν σκεῦος δερμάτινον, ὃ πλυθήσεται καὶ ἀποστήσεται ἀπ’ αὐτοῦ ἡ ἁφή, καὶ πλυθήσεται τὸ δεύτερον καὶ καθαρὸν ἔσται.</w:t>
      </w:r>
    </w:p>
    <w:p>
      <w:r>
        <w:rPr>
          <w:rFonts w:ascii="Courier New" w:hAnsi="Courier New"/>
          <w:color w:val="555555"/>
          <w:sz w:val="20"/>
        </w:rPr>
        <w:t>[Lev . 13 . 59]</w:t>
      </w:r>
    </w:p>
    <w:p>
      <w:r>
        <w:rPr>
          <w:rFonts w:ascii="Gentium Plus" w:hAnsi="Gentium Plus"/>
          <w:sz w:val="24"/>
        </w:rPr>
        <w:t>οὗτος ὁ νόμος ἁφῆς λέπρας ἱματίου ἐρεοῦ ἢ στιππυίνου ἢ στή‐ μονος ἢ κρόκης ἢ παντὸς σκεύους δερματίνου εἰς τὸ καθαρίσαι αὐτὸ ἢ μιᾶναι αὐτό.</w:t>
      </w:r>
    </w:p>
    <w:p>
      <w:r>
        <w:rPr>
          <w:rFonts w:ascii="Courier New" w:hAnsi="Courier New"/>
          <w:color w:val="555555"/>
          <w:sz w:val="20"/>
        </w:rPr>
        <w:t>[Lev . 14 . 1]</w:t>
      </w:r>
    </w:p>
    <w:p>
      <w:r>
        <w:rPr>
          <w:rFonts w:ascii="Gentium Plus" w:hAnsi="Gentium Plus"/>
          <w:sz w:val="24"/>
        </w:rPr>
        <w:t>Καὶ ἐλάλησεν κύριος πρὸς Μωυσῆν λέγων</w:t>
      </w:r>
    </w:p>
    <w:p>
      <w:r>
        <w:rPr>
          <w:rFonts w:ascii="Courier New" w:hAnsi="Courier New"/>
          <w:color w:val="555555"/>
          <w:sz w:val="20"/>
        </w:rPr>
        <w:t>[Lev . 14 . 2]</w:t>
      </w:r>
    </w:p>
    <w:p>
      <w:r>
        <w:rPr>
          <w:rFonts w:ascii="Gentium Plus" w:hAnsi="Gentium Plus"/>
          <w:sz w:val="24"/>
        </w:rPr>
        <w:t>Οὗτος ὁ νόμος</w:t>
      </w:r>
    </w:p>
    <w:p>
      <w:r>
        <w:rPr>
          <w:rFonts w:ascii="Courier New" w:hAnsi="Courier New"/>
          <w:color w:val="555555"/>
          <w:sz w:val="20"/>
        </w:rPr>
        <w:t>[Lev . 14 . 3]</w:t>
      </w:r>
    </w:p>
    <w:p>
      <w:r>
        <w:rPr>
          <w:rFonts w:ascii="Gentium Plus" w:hAnsi="Gentium Plus"/>
          <w:sz w:val="24"/>
        </w:rPr>
        <w:t>καὶ ἐξελεύσεται ὁ ἱερεὺς ἔξω τῆς παρεμβολῆς, καὶ ὄψεται ὁ ἱερεὺς καὶ ἰδοὺ ἰᾶται ἡ ἁφὴ τῆς λέπρας ἀπὸ τοῦ λεπροῦ,</w:t>
      </w:r>
    </w:p>
    <w:p>
      <w:r>
        <w:rPr>
          <w:rFonts w:ascii="Courier New" w:hAnsi="Courier New"/>
          <w:color w:val="555555"/>
          <w:sz w:val="20"/>
        </w:rPr>
        <w:t>[Lev . 14 . 4]</w:t>
      </w:r>
    </w:p>
    <w:p>
      <w:r>
        <w:rPr>
          <w:rFonts w:ascii="Gentium Plus" w:hAnsi="Gentium Plus"/>
          <w:sz w:val="24"/>
        </w:rPr>
        <w:t>καὶ προστάξει ὁ ἱερεὺς καὶ λήμψονται τῷ κεκαθαρισμένῳ δύο ὀρνίθια ζῶντα καθαρὰ καὶ ξύλον κέδρινον καὶ κεκλωσμένον κόκκινον καὶ ὕσσωπον·</w:t>
      </w:r>
    </w:p>
    <w:p>
      <w:r>
        <w:rPr>
          <w:rFonts w:ascii="Courier New" w:hAnsi="Courier New"/>
          <w:color w:val="555555"/>
          <w:sz w:val="20"/>
        </w:rPr>
        <w:t>[Lev . 14 . 5]</w:t>
      </w:r>
    </w:p>
    <w:p>
      <w:r>
        <w:rPr>
          <w:rFonts w:ascii="Gentium Plus" w:hAnsi="Gentium Plus"/>
          <w:sz w:val="24"/>
        </w:rPr>
        <w:t>καὶ προστάξει ὁ ἱερεὺς καὶ σφάξουσιν τὸ ὀρνίθιον τὸ ἓν εἰς ἀγγεῖον ὀστράκινον ἐφ’ ὕδατι ζῶντι·</w:t>
      </w:r>
    </w:p>
    <w:p>
      <w:r>
        <w:rPr>
          <w:rFonts w:ascii="Courier New" w:hAnsi="Courier New"/>
          <w:color w:val="555555"/>
          <w:sz w:val="20"/>
        </w:rPr>
        <w:t>[Lev . 14 . 6]</w:t>
      </w:r>
    </w:p>
    <w:p>
      <w:r>
        <w:rPr>
          <w:rFonts w:ascii="Gentium Plus" w:hAnsi="Gentium Plus"/>
          <w:sz w:val="24"/>
        </w:rPr>
        <w:t>καὶ τὸ ὀρνίθιον τὸ ζῶν λήμψεται αὐτὸ καὶ τὸ ξύλον τὸ κέδρινον καὶ τὸ κλωστὸν κόκκινον καὶ τὸν ὕσσωπον καὶ βάψει αὐτὰ καὶ τὸ ὀρνίθιον τὸ ζῶν εἰς τὸ αἷμα τοῦ ὀρνιθίου τοῦ σφαγέντος ἐφ’ ὕδατι ζῶντι·</w:t>
      </w:r>
    </w:p>
    <w:p>
      <w:r>
        <w:rPr>
          <w:rFonts w:ascii="Courier New" w:hAnsi="Courier New"/>
          <w:color w:val="555555"/>
          <w:sz w:val="20"/>
        </w:rPr>
        <w:t>[Lev . 14 . 7]</w:t>
      </w:r>
    </w:p>
    <w:p>
      <w:r>
        <w:rPr>
          <w:rFonts w:ascii="Gentium Plus" w:hAnsi="Gentium Plus"/>
          <w:sz w:val="24"/>
        </w:rPr>
        <w:t>καὶ περιρρανεῖ ἐπὶ τὸν καθαρισθέντα ἀπὸ τῆς λέπρας ἑπτάκις, καὶ καθα‐ ρὸς ἔσται· καὶ ἐξαποστελεῖ τὸ ὀρνίθιον τὸ ζῶν εἰς τὸ πεδίον.</w:t>
      </w:r>
    </w:p>
    <w:p>
      <w:r>
        <w:rPr>
          <w:rFonts w:ascii="Courier New" w:hAnsi="Courier New"/>
          <w:color w:val="555555"/>
          <w:sz w:val="20"/>
        </w:rPr>
        <w:t>[Lev . 14 . 8]</w:t>
      </w:r>
    </w:p>
    <w:p>
      <w:r>
        <w:rPr>
          <w:rFonts w:ascii="Gentium Plus" w:hAnsi="Gentium Plus"/>
          <w:sz w:val="24"/>
        </w:rPr>
        <w:t>καὶ πλυνεῖ ὁ καθαρισθεὶς τὰ ἱμάτια αὐτοῦ καὶ ξυρηθήσεται αὐτοῦ πᾶ‐ σαν τὴν τρίχα καὶ λούσεται ἐν ὕδατι καὶ καθαρὸς ἔσται· καὶ μετὰ ταῦτα εἰσελεύσεται εἰς τὴν παρεμβολὴν καὶ διατρίψει ἔξω τοῦ οἴ‐</w:t>
      </w:r>
    </w:p>
    <w:p>
      <w:r>
        <w:rPr>
          <w:rFonts w:ascii="Courier New" w:hAnsi="Courier New"/>
          <w:color w:val="555555"/>
          <w:sz w:val="20"/>
        </w:rPr>
        <w:t>[5]</w:t>
      </w:r>
    </w:p>
    <w:p>
      <w:r>
        <w:rPr>
          <w:rFonts w:ascii="Gentium Plus" w:hAnsi="Gentium Plus"/>
          <w:sz w:val="24"/>
        </w:rPr>
        <w:t>κου αὐτοῦ ἑπτὰ ἡμέρας.</w:t>
      </w:r>
    </w:p>
    <w:p>
      <w:r>
        <w:rPr>
          <w:rFonts w:ascii="Courier New" w:hAnsi="Courier New"/>
          <w:color w:val="555555"/>
          <w:sz w:val="20"/>
        </w:rPr>
        <w:t>[Lev . 14 . 9]</w:t>
      </w:r>
    </w:p>
    <w:p>
      <w:r>
        <w:rPr>
          <w:rFonts w:ascii="Gentium Plus" w:hAnsi="Gentium Plus"/>
          <w:sz w:val="24"/>
        </w:rPr>
        <w:t>καὶ ἔσται τῇ ἡμέρᾳ τῇ ἑβδόμῃ ξυρηθή‐ σεται πᾶσαν τὴν τρίχα αὐτοῦ, τὴν κεφαλὴν αὐτοῦ καὶ τὸν πώγωνα καὶ τὰς ὀφρύας καὶ πᾶσαν τὴν τρίχα αὐτοῦ ξυρηθήσεται· καὶ πλυ‐ νεῖ τὰ ἱμάτια καὶ λούσεται τὸ σῶμα αὐτοῦ ὕδατι καὶ καθαρὸς</w:t>
      </w:r>
    </w:p>
    <w:p>
      <w:r>
        <w:rPr>
          <w:rFonts w:ascii="Courier New" w:hAnsi="Courier New"/>
          <w:color w:val="555555"/>
          <w:sz w:val="20"/>
        </w:rPr>
        <w:t>[5]</w:t>
      </w:r>
    </w:p>
    <w:p>
      <w:r>
        <w:rPr>
          <w:rFonts w:ascii="Gentium Plus" w:hAnsi="Gentium Plus"/>
          <w:sz w:val="24"/>
        </w:rPr>
        <w:t>ἔσται. —</w:t>
      </w:r>
    </w:p>
    <w:p>
      <w:r>
        <w:rPr>
          <w:rFonts w:ascii="Courier New" w:hAnsi="Courier New"/>
          <w:color w:val="555555"/>
          <w:sz w:val="20"/>
        </w:rPr>
        <w:t>[Lev . 14 . 10]</w:t>
      </w:r>
    </w:p>
    <w:p>
      <w:r>
        <w:rPr>
          <w:rFonts w:ascii="Gentium Plus" w:hAnsi="Gentium Plus"/>
          <w:sz w:val="24"/>
        </w:rPr>
        <w:t>καὶ τῇ ἡμέρᾳ τῇ ὀγδόῃ λήμψεται δύο ἀμνοὺς ἐνιαυ‐ σίους ἀμώμους καὶ πρόβατον ἐνιαύσιον ἄμωμον καὶ τρία δέκατα σεμιδάλεως εἰς θυσίαν πεφυραμένης ἐν ἐλαίῳ καὶ κοτύλην ἐλαίου μίαν,</w:t>
      </w:r>
    </w:p>
    <w:p>
      <w:r>
        <w:rPr>
          <w:rFonts w:ascii="Courier New" w:hAnsi="Courier New"/>
          <w:color w:val="555555"/>
          <w:sz w:val="20"/>
        </w:rPr>
        <w:t>[Lev . 14 . 11]</w:t>
      </w:r>
    </w:p>
    <w:p>
      <w:r>
        <w:rPr>
          <w:rFonts w:ascii="Gentium Plus" w:hAnsi="Gentium Plus"/>
          <w:sz w:val="24"/>
        </w:rPr>
        <w:t>καὶ στήσει ὁ ἱερεὺς ὁ καθαρίζων τὸν ἄνθρωπον τὸν καθα‐ ριζόμενον καὶ ταῦτα ἔναντι κυρίου ἐπὶ τὴν θύραν τῆς σκηνῆς τοῦ μαρτυρίου.</w:t>
      </w:r>
    </w:p>
    <w:p>
      <w:r>
        <w:rPr>
          <w:rFonts w:ascii="Courier New" w:hAnsi="Courier New"/>
          <w:color w:val="555555"/>
          <w:sz w:val="20"/>
        </w:rPr>
        <w:t>[Lev . 14 . 12]</w:t>
      </w:r>
    </w:p>
    <w:p>
      <w:r>
        <w:rPr>
          <w:rFonts w:ascii="Gentium Plus" w:hAnsi="Gentium Plus"/>
          <w:sz w:val="24"/>
        </w:rPr>
        <w:t>καὶ λήμψεται ὁ ἱερεὺς τὸν ἀμνὸν τὸν ἕνα καὶ προσ‐ άξει αὐτὸν τῆς πλημμελείας καὶ τὴν κοτύλην τοῦ ἐλαίου καὶ ἀφο‐ ριεῖ αὐτὸ ἀφόρισμα ἔναντι κυρίου·</w:t>
      </w:r>
    </w:p>
    <w:p>
      <w:r>
        <w:rPr>
          <w:rFonts w:ascii="Courier New" w:hAnsi="Courier New"/>
          <w:color w:val="555555"/>
          <w:sz w:val="20"/>
        </w:rPr>
        <w:t>[Lev . 14 . 13]</w:t>
      </w:r>
    </w:p>
    <w:p>
      <w:r>
        <w:rPr>
          <w:rFonts w:ascii="Gentium Plus" w:hAnsi="Gentium Plus"/>
          <w:sz w:val="24"/>
        </w:rPr>
        <w:t>καὶ σφάξουσιν τὸν ἀμνὸν ἐν τόπῳ, οὗ σφάζουσιν τὰ ὁλοκαυτώματα καὶ τὰ περὶ ἁμαρτίας, ἐν τόπῳ ἁγίῳ· ἔστιν γὰρ τὸ περὶ ἁμαρτίας ὥσπερ τὸ τῆς πλημμε‐ λείας, ἔστιν τῷ ἱερεῖ, ἅγια ἁγίων ἐστίν.</w:t>
      </w:r>
    </w:p>
    <w:p>
      <w:r>
        <w:rPr>
          <w:rFonts w:ascii="Courier New" w:hAnsi="Courier New"/>
          <w:color w:val="555555"/>
          <w:sz w:val="20"/>
        </w:rPr>
        <w:t>[Lev . 14 . 14]</w:t>
      </w:r>
    </w:p>
    <w:p>
      <w:r>
        <w:rPr>
          <w:rFonts w:ascii="Gentium Plus" w:hAnsi="Gentium Plus"/>
          <w:sz w:val="24"/>
        </w:rPr>
        <w:t>καὶ λήμψεται ὁ ἱερεὺς ἀπὸ τοῦ αἵματος τοῦ τῆς πλημμελείας, καὶ ἐπιθήσει ὁ ἱερεὺς ἐπὶ τὸν λοβὸν τοῦ ὠτὸς τοῦ καθαριζομένου τοῦ δεξιοῦ καὶ ἐπὶ τὸ ἄκρον τῆς χειρὸς τῆς δεξιᾶς καὶ ἐπὶ τὸ ἄκρον τοῦ ποδὸς τοῦ δε‐</w:t>
      </w:r>
    </w:p>
    <w:p>
      <w:r>
        <w:rPr>
          <w:rFonts w:ascii="Courier New" w:hAnsi="Courier New"/>
          <w:color w:val="555555"/>
          <w:sz w:val="20"/>
        </w:rPr>
        <w:t>[5]</w:t>
      </w:r>
    </w:p>
    <w:p>
      <w:r>
        <w:rPr>
          <w:rFonts w:ascii="Gentium Plus" w:hAnsi="Gentium Plus"/>
          <w:sz w:val="24"/>
        </w:rPr>
        <w:t>ξιοῦ.</w:t>
      </w:r>
    </w:p>
    <w:p>
      <w:r>
        <w:rPr>
          <w:rFonts w:ascii="Courier New" w:hAnsi="Courier New"/>
          <w:color w:val="555555"/>
          <w:sz w:val="20"/>
        </w:rPr>
        <w:t>[Lev . 14 . 15]</w:t>
      </w:r>
    </w:p>
    <w:p>
      <w:r>
        <w:rPr>
          <w:rFonts w:ascii="Gentium Plus" w:hAnsi="Gentium Plus"/>
          <w:sz w:val="24"/>
        </w:rPr>
        <w:t>καὶ λαβὼν ὁ ἱερεὺς ἀπὸ τῆς κοτύλης τοῦ ἐλαίου ἐπιχεεῖ ἐπὶ τὴν χεῖρα τοῦ ἱερέως τὴν ἀριστερὰν</w:t>
      </w:r>
    </w:p>
    <w:p>
      <w:r>
        <w:rPr>
          <w:rFonts w:ascii="Courier New" w:hAnsi="Courier New"/>
          <w:color w:val="555555"/>
          <w:sz w:val="20"/>
        </w:rPr>
        <w:t>[Lev . 14 . 16]</w:t>
      </w:r>
    </w:p>
    <w:p>
      <w:r>
        <w:rPr>
          <w:rFonts w:ascii="Gentium Plus" w:hAnsi="Gentium Plus"/>
          <w:sz w:val="24"/>
        </w:rPr>
        <w:t>καὶ βάψει τὸν δάκτυλον τὸν δεξιὸν ἀπὸ τοῦ ἐλαίου τοῦ ὄντος ἐπὶ τῆς χειρὸς τῆς ἀριστε‐ ρᾶς καὶ ῥανεῖ ἑπτάκις τῷ δακτύλῳ ἔναντι κυρίου·</w:t>
      </w:r>
    </w:p>
    <w:p>
      <w:r>
        <w:rPr>
          <w:rFonts w:ascii="Courier New" w:hAnsi="Courier New"/>
          <w:color w:val="555555"/>
          <w:sz w:val="20"/>
        </w:rPr>
        <w:t>[Lev . 14 . 17]</w:t>
      </w:r>
    </w:p>
    <w:p>
      <w:r>
        <w:rPr>
          <w:rFonts w:ascii="Gentium Plus" w:hAnsi="Gentium Plus"/>
          <w:sz w:val="24"/>
        </w:rPr>
        <w:t>τὸ δὲ κατα‐ λειφθὲν ἔλαιον τὸ ὂν ἐν τῇ χειρὶ ἐπιθήσει ὁ ἱερεὺς ἐπὶ τὸν λοβὸν τοῦ ὠτὸς τοῦ καθαριζομένου τοῦ δεξιοῦ καὶ ἐπὶ τὸ ἄκρον τῆς</w:t>
      </w:r>
    </w:p>
    <w:p>
      <w:r>
        <w:rPr>
          <w:rFonts w:ascii="Courier New" w:hAnsi="Courier New"/>
          <w:color w:val="555555"/>
          <w:sz w:val="20"/>
        </w:rPr>
        <w:t>[5]</w:t>
      </w:r>
    </w:p>
    <w:p>
      <w:r>
        <w:rPr>
          <w:rFonts w:ascii="Gentium Plus" w:hAnsi="Gentium Plus"/>
          <w:sz w:val="24"/>
        </w:rPr>
        <w:t>τόπον τοῦ αἵματος τοῦ τῆς πλημμελείας·</w:t>
      </w:r>
    </w:p>
    <w:p>
      <w:r>
        <w:rPr>
          <w:rFonts w:ascii="Courier New" w:hAnsi="Courier New"/>
          <w:color w:val="555555"/>
          <w:sz w:val="20"/>
        </w:rPr>
        <w:t>[Lev . 14 . 18]</w:t>
      </w:r>
    </w:p>
    <w:p>
      <w:r>
        <w:rPr>
          <w:rFonts w:ascii="Gentium Plus" w:hAnsi="Gentium Plus"/>
          <w:sz w:val="24"/>
        </w:rPr>
        <w:t>τὸ δὲ καταλειφθὲν ἔλαιον τὸ ἐπὶ τῆς χειρὸς τοῦ ἱερέως ἐπιθήσει ὁ ἱερεὺς ἐπὶ τὴν κεφαλὴν τοῦ καθαρισθέντος, καὶ ἐξιλάσεται περὶ αὐτοῦ ὁ ἱερεὺς ἔναντι κυρίου.</w:t>
      </w:r>
    </w:p>
    <w:p>
      <w:r>
        <w:rPr>
          <w:rFonts w:ascii="Courier New" w:hAnsi="Courier New"/>
          <w:color w:val="555555"/>
          <w:sz w:val="20"/>
        </w:rPr>
        <w:t>[Lev . 14 . 19]</w:t>
      </w:r>
    </w:p>
    <w:p>
      <w:r>
        <w:rPr>
          <w:rFonts w:ascii="Gentium Plus" w:hAnsi="Gentium Plus"/>
          <w:sz w:val="24"/>
        </w:rPr>
        <w:t>καὶ ποιήσει ὁ ἱερεὺς τὸ περὶ τῆς ἁμαρτίας, καὶ ἐξιλάσεται ὁ ἱερεὺς περὶ τοῦ ἀκαθάρτου τοῦ καθαριζομένου ἀπὸ τῆς ἁμαρτίας αὐτοῦ· καὶ μετὰ τοῦτο σφάξει ὁ ἱερεὺς τὸ ὁλοκαύ‐ τωμα.</w:t>
      </w:r>
    </w:p>
    <w:p>
      <w:r>
        <w:rPr>
          <w:rFonts w:ascii="Courier New" w:hAnsi="Courier New"/>
          <w:color w:val="555555"/>
          <w:sz w:val="20"/>
        </w:rPr>
        <w:t>[Lev . 14 . 20]</w:t>
      </w:r>
    </w:p>
    <w:p>
      <w:r>
        <w:rPr>
          <w:rFonts w:ascii="Gentium Plus" w:hAnsi="Gentium Plus"/>
          <w:sz w:val="24"/>
        </w:rPr>
        <w:t>καὶ ἀνοίσει ὁ ἱερεὺς τὸ ὁλοκαύτωμα καὶ τὴν θυσίαν ἐπὶ τὸ θυσιαστήριον ἔναντι κυρίου· καὶ ἐξιλάσεται περὶ αὐτοῦ ὁ ἱερεύς, καὶ καθαρισθήσεται.</w:t>
      </w:r>
    </w:p>
    <w:p>
      <w:r>
        <w:rPr>
          <w:rFonts w:ascii="Courier New" w:hAnsi="Courier New"/>
          <w:color w:val="555555"/>
          <w:sz w:val="20"/>
        </w:rPr>
        <w:t>[Lev . 14 . 21]</w:t>
      </w:r>
    </w:p>
    <w:p>
      <w:r>
        <w:rPr>
          <w:rFonts w:ascii="Gentium Plus" w:hAnsi="Gentium Plus"/>
          <w:sz w:val="24"/>
        </w:rPr>
        <w:t>Ἐὰν δὲ πένηται καὶ ἡ χεὶρ αὐτοῦ μὴ εὑρίσκῃ, λήμψεται ἀμνὸν ἕνα εἰς ὃ ἐπλημμέλησεν εἰς ἀφαίρεμα ὥστε ἐξιλάσασθαι περὶ αὐ‐ τοῦ καὶ δέκατον σεμιδάλεως πεφυραμένης ἐν ἐλαίῳ εἰς θυσίαν καὶ κοτύλην ἐλαίου μίαν</w:t>
      </w:r>
    </w:p>
    <w:p>
      <w:r>
        <w:rPr>
          <w:rFonts w:ascii="Courier New" w:hAnsi="Courier New"/>
          <w:color w:val="555555"/>
          <w:sz w:val="20"/>
        </w:rPr>
        <w:t>[Lev . 14 . 22]</w:t>
      </w:r>
    </w:p>
    <w:p>
      <w:r>
        <w:rPr>
          <w:rFonts w:ascii="Gentium Plus" w:hAnsi="Gentium Plus"/>
          <w:sz w:val="24"/>
        </w:rPr>
        <w:t>καὶ δύο τρυγόνας ἢ δύο νεοσσοὺς περιστερῶν, ὅσα εὗρεν ἡ χεὶρ αὐτοῦ, καὶ ἔσται ἡ μία περὶ ἁμαρ‐ τίας καὶ ἡ μία εἰς ὁλοκαύτωμα·</w:t>
      </w:r>
    </w:p>
    <w:p>
      <w:r>
        <w:rPr>
          <w:rFonts w:ascii="Courier New" w:hAnsi="Courier New"/>
          <w:color w:val="555555"/>
          <w:sz w:val="20"/>
        </w:rPr>
        <w:t>[Lev . 14 . 23]</w:t>
      </w:r>
    </w:p>
    <w:p>
      <w:r>
        <w:rPr>
          <w:rFonts w:ascii="Gentium Plus" w:hAnsi="Gentium Plus"/>
          <w:sz w:val="24"/>
        </w:rPr>
        <w:t>καὶ προσοίσει αὐτὰ τῇ ἡμέρᾳ τῇ ὀγδόῃ εἰς τὸ καθαρίσαι αὐτὸν πρὸς τὸν ἱερέα ἐπὶ τὴν θύραν τῆς σκηνῆς τοῦ μαρτυρίου ἔναντι κυρίου.</w:t>
      </w:r>
    </w:p>
    <w:p>
      <w:r>
        <w:rPr>
          <w:rFonts w:ascii="Courier New" w:hAnsi="Courier New"/>
          <w:color w:val="555555"/>
          <w:sz w:val="20"/>
        </w:rPr>
        <w:t>[Lev . 14 . 24]</w:t>
      </w:r>
    </w:p>
    <w:p>
      <w:r>
        <w:rPr>
          <w:rFonts w:ascii="Gentium Plus" w:hAnsi="Gentium Plus"/>
          <w:sz w:val="24"/>
        </w:rPr>
        <w:t>καὶ λαβὼν ὁ ἱερεὺς τὸν ἀμνὸν τῆς πλημμελείας καὶ τὴν κοτύλην τοῦ ἐλαίου ἐπιθήσει αὐτὰ ἐπίθεμα ἔναντι κυρίου.</w:t>
      </w:r>
    </w:p>
    <w:p>
      <w:r>
        <w:rPr>
          <w:rFonts w:ascii="Courier New" w:hAnsi="Courier New"/>
          <w:color w:val="555555"/>
          <w:sz w:val="20"/>
        </w:rPr>
        <w:t>[Lev . 14 . 25]</w:t>
      </w:r>
    </w:p>
    <w:p>
      <w:r>
        <w:rPr>
          <w:rFonts w:ascii="Gentium Plus" w:hAnsi="Gentium Plus"/>
          <w:sz w:val="24"/>
        </w:rPr>
        <w:t>καὶ σφάξει τὸν ἀμνὸν τῆς πλημμε‐ λείας καὶ λήμψεται ὁ ἱερεὺς ἀπὸ τοῦ αἵματος τοῦ τῆς πλημμε‐ λείας καὶ ἐπιθήσει ἐπὶ τὸν λοβὸν τοῦ ὠτὸς τοῦ καθαριζομένου τοῦ δεξιοῦ καὶ ἐπὶ τὸ ἄκρον τῆς χειρὸς τῆς δεξιᾶς καὶ ἐπὶ τὸ</w:t>
      </w:r>
    </w:p>
    <w:p>
      <w:r>
        <w:rPr>
          <w:rFonts w:ascii="Courier New" w:hAnsi="Courier New"/>
          <w:color w:val="555555"/>
          <w:sz w:val="20"/>
        </w:rPr>
        <w:t>[5]</w:t>
      </w:r>
    </w:p>
    <w:p>
      <w:r>
        <w:rPr>
          <w:rFonts w:ascii="Gentium Plus" w:hAnsi="Gentium Plus"/>
          <w:sz w:val="24"/>
        </w:rPr>
        <w:t>ἄκρον τοῦ ποδὸς τοῦ δεξιοῦ.</w:t>
      </w:r>
    </w:p>
    <w:p>
      <w:r>
        <w:rPr>
          <w:rFonts w:ascii="Courier New" w:hAnsi="Courier New"/>
          <w:color w:val="555555"/>
          <w:sz w:val="20"/>
        </w:rPr>
        <w:t>[Lev . 14 . 26]</w:t>
      </w:r>
    </w:p>
    <w:p>
      <w:r>
        <w:rPr>
          <w:rFonts w:ascii="Gentium Plus" w:hAnsi="Gentium Plus"/>
          <w:sz w:val="24"/>
        </w:rPr>
        <w:t>καὶ ἀπὸ τοῦ ἐλαίου ἐπιχεεῖ ὁ ἱε‐ ρεὺς ἐπὶ τὴν χεῖρα τοῦ ἱερέως τὴν ἀριστεράν,</w:t>
      </w:r>
    </w:p>
    <w:p>
      <w:r>
        <w:rPr>
          <w:rFonts w:ascii="Courier New" w:hAnsi="Courier New"/>
          <w:color w:val="555555"/>
          <w:sz w:val="20"/>
        </w:rPr>
        <w:t>[Lev . 14 . 27]</w:t>
      </w:r>
    </w:p>
    <w:p>
      <w:r>
        <w:rPr>
          <w:rFonts w:ascii="Gentium Plus" w:hAnsi="Gentium Plus"/>
          <w:sz w:val="24"/>
        </w:rPr>
        <w:t>καὶ ῥανεῖ ὁ ἱερεὺς τῷ δακτύλῳ τῷ δεξιῷ ἀπὸ τοῦ ἐλαίου τοῦ ἐν τῇ χειρὶ αὐτοῦ τῇ ἀριστερᾷ ἑπτάκις ἔναντι κυρίου·</w:t>
      </w:r>
    </w:p>
    <w:p>
      <w:r>
        <w:rPr>
          <w:rFonts w:ascii="Courier New" w:hAnsi="Courier New"/>
          <w:color w:val="555555"/>
          <w:sz w:val="20"/>
        </w:rPr>
        <w:t>[Lev . 14 . 28]</w:t>
      </w:r>
    </w:p>
    <w:p>
      <w:r>
        <w:rPr>
          <w:rFonts w:ascii="Gentium Plus" w:hAnsi="Gentium Plus"/>
          <w:sz w:val="24"/>
        </w:rPr>
        <w:t>καὶ ἐπιθήσει ὁ ἱερεὺς ἀπὸ τοῦ ἐλαίου τοῦ ἐπὶ τῆς χειρὸς αὐτοῦ ἐπὶ τὸν λοβὸν τοῦ ὠτὸς τοῦ καθαριζομένου τοῦ δεξιοῦ καὶ ἐπὶ τὸ ἄκρον τῆς χειρὸς αὐτοῦ τῆς δεξιᾶς καὶ ἐπὶ τὸ ἄκρον τοῦ ποδὸς αὐτοῦ τοῦ δεξιοῦ ἐπὶ τὸν τό‐</w:t>
      </w:r>
    </w:p>
    <w:p>
      <w:r>
        <w:rPr>
          <w:rFonts w:ascii="Courier New" w:hAnsi="Courier New"/>
          <w:color w:val="555555"/>
          <w:sz w:val="20"/>
        </w:rPr>
        <w:t>[5]</w:t>
      </w:r>
    </w:p>
    <w:p>
      <w:r>
        <w:rPr>
          <w:rFonts w:ascii="Gentium Plus" w:hAnsi="Gentium Plus"/>
          <w:sz w:val="24"/>
        </w:rPr>
        <w:t>πον τοῦ αἵματος τοῦ τῆς πλημμελείας·</w:t>
      </w:r>
    </w:p>
    <w:p>
      <w:r>
        <w:rPr>
          <w:rFonts w:ascii="Courier New" w:hAnsi="Courier New"/>
          <w:color w:val="555555"/>
          <w:sz w:val="20"/>
        </w:rPr>
        <w:t>[Lev . 14 . 29]</w:t>
      </w:r>
    </w:p>
    <w:p>
      <w:r>
        <w:rPr>
          <w:rFonts w:ascii="Gentium Plus" w:hAnsi="Gentium Plus"/>
          <w:sz w:val="24"/>
        </w:rPr>
        <w:t>τὸ δὲ καταλειφθὲν ἀπὸ τοῦ ἐλαίου τὸ ὂν ἐπὶ τῆς χειρὸς τοῦ ἱερέως ἐπιθήσει ἐπὶ τὴν κε‐ φαλὴν τοῦ καθαρισθέντος, καὶ ἐξιλάσεται περὶ αὐτοῦ ὁ ἱερεὺς ἔναντι κυρίου.</w:t>
      </w:r>
    </w:p>
    <w:p>
      <w:r>
        <w:rPr>
          <w:rFonts w:ascii="Courier New" w:hAnsi="Courier New"/>
          <w:color w:val="555555"/>
          <w:sz w:val="20"/>
        </w:rPr>
        <w:t>[Lev . 14 . 30]</w:t>
      </w:r>
    </w:p>
    <w:p>
      <w:r>
        <w:rPr>
          <w:rFonts w:ascii="Gentium Plus" w:hAnsi="Gentium Plus"/>
          <w:sz w:val="24"/>
        </w:rPr>
        <w:t>καὶ ποιήσει μίαν τῶν τρυγόνων ἢ ἀπὸ τῶν νεοσ‐ σῶν τῶν περιστερῶν, καθότι εὗρεν αὐτοῦ ἡ χείρ,</w:t>
      </w:r>
    </w:p>
    <w:p>
      <w:r>
        <w:rPr>
          <w:rFonts w:ascii="Courier New" w:hAnsi="Courier New"/>
          <w:color w:val="555555"/>
          <w:sz w:val="20"/>
        </w:rPr>
        <w:t>[Lev . 14 . 31]</w:t>
      </w:r>
    </w:p>
    <w:p>
      <w:r>
        <w:rPr>
          <w:rFonts w:ascii="Gentium Plus" w:hAnsi="Gentium Plus"/>
          <w:sz w:val="24"/>
        </w:rPr>
        <w:t>τὴν μίαν περὶ ἁμαρτίας καὶ τὴν μίαν εἰς ὁλοκαύτωμα σὺν τῇ θυσίᾳ, καὶ ἐξιλά‐ σεται ὁ ἱερεὺς περὶ τοῦ καθαριζομένου ἔναντι κυρίου.</w:t>
      </w:r>
    </w:p>
    <w:p>
      <w:r>
        <w:rPr>
          <w:rFonts w:ascii="Courier New" w:hAnsi="Courier New"/>
          <w:color w:val="555555"/>
          <w:sz w:val="20"/>
        </w:rPr>
        <w:t>[Lev . 14 . 32]</w:t>
      </w:r>
    </w:p>
    <w:p>
      <w:r>
        <w:rPr>
          <w:rFonts w:ascii="Gentium Plus" w:hAnsi="Gentium Plus"/>
          <w:sz w:val="24"/>
        </w:rPr>
        <w:t>οὗτος ὁ νόμος, ἐν ᾧ ἐστιν ἡ ἁφὴ τῆς λέπρας καὶ τοῦ μὴ εὑρίσκοντος τῇ</w:t>
      </w:r>
    </w:p>
    <w:p>
      <w:r>
        <w:rPr>
          <w:rFonts w:ascii="Courier New" w:hAnsi="Courier New"/>
          <w:color w:val="555555"/>
          <w:sz w:val="20"/>
        </w:rPr>
        <w:t>[Lev . 14 . 33]</w:t>
      </w:r>
    </w:p>
    <w:p>
      <w:r>
        <w:rPr>
          <w:rFonts w:ascii="Gentium Plus" w:hAnsi="Gentium Plus"/>
          <w:sz w:val="24"/>
        </w:rPr>
        <w:t>Καὶ ἐλάλησεν κύριος πρὸς Μωυσῆν καὶ Ααρων λέγων</w:t>
      </w:r>
    </w:p>
    <w:p>
      <w:r>
        <w:rPr>
          <w:rFonts w:ascii="Courier New" w:hAnsi="Courier New"/>
          <w:color w:val="555555"/>
          <w:sz w:val="20"/>
        </w:rPr>
        <w:t>[Lev . 14 . 34]</w:t>
      </w:r>
    </w:p>
    <w:p>
      <w:r>
        <w:rPr>
          <w:rFonts w:ascii="Gentium Plus" w:hAnsi="Gentium Plus"/>
          <w:sz w:val="24"/>
        </w:rPr>
        <w:t>Ὡς ἂν εἰσέλθητε εἰς τὴν γῆν τῶν Χαναναίων, ἣν ἐγὼ δίδωμι ὑμῖν ἐν κτήσει, καὶ δώσω ἁφὴν λέπρας ἐν ταῖς οἰκίαις τῆς γῆς τῆς ἐγ‐ κτήτου ὑμῖν,</w:t>
      </w:r>
    </w:p>
    <w:p>
      <w:r>
        <w:rPr>
          <w:rFonts w:ascii="Courier New" w:hAnsi="Courier New"/>
          <w:color w:val="555555"/>
          <w:sz w:val="20"/>
        </w:rPr>
        <w:t>[Lev . 14 . 35]</w:t>
      </w:r>
    </w:p>
    <w:p>
      <w:r>
        <w:rPr>
          <w:rFonts w:ascii="Gentium Plus" w:hAnsi="Gentium Plus"/>
          <w:sz w:val="24"/>
        </w:rPr>
        <w:t>καὶ ἥξει τίνος αὐτοῦ ἡ οἰκία καὶ ἀναγγελεῖ τῷ ἱε‐ ρεῖ λέγων Ὥσπερ ἁφὴ ἑώραταί μου ἐν τῇ οἰκίᾳ.</w:t>
      </w:r>
    </w:p>
    <w:p>
      <w:r>
        <w:rPr>
          <w:rFonts w:ascii="Courier New" w:hAnsi="Courier New"/>
          <w:color w:val="555555"/>
          <w:sz w:val="20"/>
        </w:rPr>
        <w:t>[Lev . 14 . 36]</w:t>
      </w:r>
    </w:p>
    <w:p>
      <w:r>
        <w:rPr>
          <w:rFonts w:ascii="Gentium Plus" w:hAnsi="Gentium Plus"/>
          <w:sz w:val="24"/>
        </w:rPr>
        <w:t>καὶ προστάξει ὁ ἱερεὺς ἀποσκευάσαι τὴν οἰκίαν πρὸ τοῦ εἰσελθόντα ἰδεῖν τὸν ἱερέα τὴν ἁφὴν καὶ οὐ μὴ ἀκάθαρτα γένηται ὅσα ἐὰν ᾖ ἐν τῇ οἰκίᾳ, καὶ μετὰ ταῦτα εἰσελεύσεται ὁ ἱερεὺς καταμαθεῖν τὴν οἰκίαν.</w:t>
      </w:r>
    </w:p>
    <w:p>
      <w:r>
        <w:rPr>
          <w:rFonts w:ascii="Courier New" w:hAnsi="Courier New"/>
          <w:color w:val="555555"/>
          <w:sz w:val="20"/>
        </w:rPr>
        <w:t>[Lev . 14 . 37]</w:t>
      </w:r>
    </w:p>
    <w:p>
      <w:r>
        <w:rPr>
          <w:rFonts w:ascii="Gentium Plus" w:hAnsi="Gentium Plus"/>
          <w:sz w:val="24"/>
        </w:rPr>
        <w:t>καὶ ὄψεται τὴν ἁφὴν ἐν τοῖς τοίχοις τῆς οἰκίας, κοιλάδας χλωρι‐ ζούσας ἢ πυρριζούσας, καὶ ἡ ὄψις αὐτῶν ταπεινοτέρα τῶν τοίχων,</w:t>
      </w:r>
    </w:p>
    <w:p>
      <w:r>
        <w:rPr>
          <w:rFonts w:ascii="Courier New" w:hAnsi="Courier New"/>
          <w:color w:val="555555"/>
          <w:sz w:val="20"/>
        </w:rPr>
        <w:t>[Lev . 14 . 38]</w:t>
      </w:r>
    </w:p>
    <w:p>
      <w:r>
        <w:rPr>
          <w:rFonts w:ascii="Gentium Plus" w:hAnsi="Gentium Plus"/>
          <w:sz w:val="24"/>
        </w:rPr>
        <w:t>καὶ ἐξελθὼν ὁ ἱερεὺς ἐκ τῆς οἰκίας ἐπὶ τὴν θύραν τῆς οἰκίας καὶ ἀφοριεῖ ὁ ἱερεὺς τὴν οἰκίαν ἑπτὰ ἡμέρας.</w:t>
      </w:r>
    </w:p>
    <w:p>
      <w:r>
        <w:rPr>
          <w:rFonts w:ascii="Courier New" w:hAnsi="Courier New"/>
          <w:color w:val="555555"/>
          <w:sz w:val="20"/>
        </w:rPr>
        <w:t>[Lev . 14 . 39]</w:t>
      </w:r>
    </w:p>
    <w:p>
      <w:r>
        <w:rPr>
          <w:rFonts w:ascii="Gentium Plus" w:hAnsi="Gentium Plus"/>
          <w:sz w:val="24"/>
        </w:rPr>
        <w:t>καὶ ἐπανήξει ὁ ἱε‐ ρεὺς τῇ ἡμέρᾳ τῇ ἑβδόμῃ καὶ ὄψεται τὴν οἰκίαν καὶ ἰδοὺ οὐ διε‐ χύθη ἡ ἁφὴ ἐν τοῖς τοίχοις τῆς οἰκίας,</w:t>
      </w:r>
    </w:p>
    <w:p>
      <w:r>
        <w:rPr>
          <w:rFonts w:ascii="Courier New" w:hAnsi="Courier New"/>
          <w:color w:val="555555"/>
          <w:sz w:val="20"/>
        </w:rPr>
        <w:t>[Lev . 14 . 40]</w:t>
      </w:r>
    </w:p>
    <w:p>
      <w:r>
        <w:rPr>
          <w:rFonts w:ascii="Gentium Plus" w:hAnsi="Gentium Plus"/>
          <w:sz w:val="24"/>
        </w:rPr>
        <w:t>καὶ προστάξει ὁ ἱερεὺς καὶ ἐξελοῦσιν τοὺς λίθους, ἐν οἷς ἐστιν ἡ ἁφή, καὶ ἐκβαλοῦσιν αὐτοὺς ἔξω τῆς πόλεως εἰς τόπον ἀκάθαρτον.</w:t>
      </w:r>
    </w:p>
    <w:p>
      <w:r>
        <w:rPr>
          <w:rFonts w:ascii="Courier New" w:hAnsi="Courier New"/>
          <w:color w:val="555555"/>
          <w:sz w:val="20"/>
        </w:rPr>
        <w:t>[Lev . 14 . 41]</w:t>
      </w:r>
    </w:p>
    <w:p>
      <w:r>
        <w:rPr>
          <w:rFonts w:ascii="Gentium Plus" w:hAnsi="Gentium Plus"/>
          <w:sz w:val="24"/>
        </w:rPr>
        <w:t>καὶ ἀποξύσουσιν τὴν οἰκίαν ἔσωθεν κύκλῳ καὶ ἐκχεοῦσιν τὸν χοῦν ἔξω τῆς πόλεως εἰς τόπον ἀκάθαρτον.</w:t>
      </w:r>
    </w:p>
    <w:p>
      <w:r>
        <w:rPr>
          <w:rFonts w:ascii="Courier New" w:hAnsi="Courier New"/>
          <w:color w:val="555555"/>
          <w:sz w:val="20"/>
        </w:rPr>
        <w:t>[Lev . 14 . 42]</w:t>
      </w:r>
    </w:p>
    <w:p>
      <w:r>
        <w:rPr>
          <w:rFonts w:ascii="Gentium Plus" w:hAnsi="Gentium Plus"/>
          <w:sz w:val="24"/>
        </w:rPr>
        <w:t>καὶ λήμψονται λίθους ἀπεξυσμένους ἑτέ‐ ρους καὶ ἀντιθήσουσιν ἀντὶ τῶν λίθων καὶ χοῦν ἕτερον λήμψον‐ ται καὶ ἐξαλείψουσιν τὴν οἰκίαν.</w:t>
      </w:r>
    </w:p>
    <w:p>
      <w:r>
        <w:rPr>
          <w:rFonts w:ascii="Courier New" w:hAnsi="Courier New"/>
          <w:color w:val="555555"/>
          <w:sz w:val="20"/>
        </w:rPr>
        <w:t>[Lev . 14 . 43]</w:t>
      </w:r>
    </w:p>
    <w:p>
      <w:r>
        <w:rPr>
          <w:rFonts w:ascii="Gentium Plus" w:hAnsi="Gentium Plus"/>
          <w:sz w:val="24"/>
        </w:rPr>
        <w:t>ἐὰν δὲ ἐπέλθῃ πάλιν ἁφὴ καὶ ἀνατείλῃ ἐν τῇ οἰκίᾳ μετὰ τὸ ἐξελεῖν τοὺς λίθους καὶ μετὰ τὸ ἀπο‐ ξυσθῆναι τὴν οἰκίαν καὶ μετὰ τὸ ἐξαλειφθῆναι,</w:t>
      </w:r>
    </w:p>
    <w:p>
      <w:r>
        <w:rPr>
          <w:rFonts w:ascii="Courier New" w:hAnsi="Courier New"/>
          <w:color w:val="555555"/>
          <w:sz w:val="20"/>
        </w:rPr>
        <w:t>[Lev . 14 . 44]</w:t>
      </w:r>
    </w:p>
    <w:p>
      <w:r>
        <w:rPr>
          <w:rFonts w:ascii="Gentium Plus" w:hAnsi="Gentium Plus"/>
          <w:sz w:val="24"/>
        </w:rPr>
        <w:t>καὶ εἰσελεύσεται ὁ ἱερεὺς καὶ ὄψεται· εἰ διακέχυται ἡ ἁφὴ ἐν τῇ οἰκίᾳ, λέπρα ἔμ‐ μονός ἐστιν ἐν τῇ οἰκίᾳ, ἀκάθαρτός ἐστιν.</w:t>
      </w:r>
    </w:p>
    <w:p>
      <w:r>
        <w:rPr>
          <w:rFonts w:ascii="Courier New" w:hAnsi="Courier New"/>
          <w:color w:val="555555"/>
          <w:sz w:val="20"/>
        </w:rPr>
        <w:t>[Lev . 14 . 45]</w:t>
      </w:r>
    </w:p>
    <w:p>
      <w:r>
        <w:rPr>
          <w:rFonts w:ascii="Gentium Plus" w:hAnsi="Gentium Plus"/>
          <w:sz w:val="24"/>
        </w:rPr>
        <w:t>καὶ καθελοῦσιν τὴν οἰκίαν καὶ τὰ ξύλα αὐτῆς καὶ τοὺς λίθους αὐτῆς καὶ πάντα τὸν χοῦν ἐξοίσουσιν ἔξω τῆς πόλεως εἰς τόπον ἀκάθαρτον.</w:t>
      </w:r>
    </w:p>
    <w:p>
      <w:r>
        <w:rPr>
          <w:rFonts w:ascii="Courier New" w:hAnsi="Courier New"/>
          <w:color w:val="555555"/>
          <w:sz w:val="20"/>
        </w:rPr>
        <w:t>[Lev . 14 . 46]</w:t>
      </w:r>
    </w:p>
    <w:p>
      <w:r>
        <w:rPr>
          <w:rFonts w:ascii="Gentium Plus" w:hAnsi="Gentium Plus"/>
          <w:sz w:val="24"/>
        </w:rPr>
        <w:t>καὶ ὁ εἰσπορευόμενος εἰς τὴν οἰκίαν πάσας τὰς ἡμέρας, ἃς ἀφωρισμένη ἐστίν, ἀκάθαρτος ἔσται ἕως ἑσπέρας·</w:t>
      </w:r>
    </w:p>
    <w:p>
      <w:r>
        <w:rPr>
          <w:rFonts w:ascii="Courier New" w:hAnsi="Courier New"/>
          <w:color w:val="555555"/>
          <w:sz w:val="20"/>
        </w:rPr>
        <w:t>[Lev . 14 . 47]</w:t>
      </w:r>
    </w:p>
    <w:p>
      <w:r>
        <w:rPr>
          <w:rFonts w:ascii="Gentium Plus" w:hAnsi="Gentium Plus"/>
          <w:sz w:val="24"/>
        </w:rPr>
        <w:t>καὶ ὁ κοιμώμενος ἐν τῇ οἰκίᾳ πλυνεῖ τὰ ἱμάτια αὐτοῦ καὶ ἀκάθαρτος ἔσται ἕως ἑσπέρας· καὶ ὁ ἔσθων ἐν τῇ οἰκίᾳ πλυνεῖ τὰ ἱμάτια αὐτοῦ καὶ ἀκάθαρτος ἔσται ἕως ἑσπέρας.</w:t>
      </w:r>
    </w:p>
    <w:p>
      <w:r>
        <w:rPr>
          <w:rFonts w:ascii="Courier New" w:hAnsi="Courier New"/>
          <w:color w:val="555555"/>
          <w:sz w:val="20"/>
        </w:rPr>
        <w:t>[Lev . 14 . 48]</w:t>
      </w:r>
    </w:p>
    <w:p>
      <w:r>
        <w:rPr>
          <w:rFonts w:ascii="Gentium Plus" w:hAnsi="Gentium Plus"/>
          <w:sz w:val="24"/>
        </w:rPr>
        <w:t>ἐὰν δὲ παραγενόμενος εἰσέλθῃ ὁ ἱερεὺς καὶ ἴδῃ καὶ ἰδοὺ διαχύσει οὐ διαχεῖται ἡ ἁφὴ ἐν τῇ οἰκίᾳ μετὰ τὸ ἐξα‐ λειφθῆναι τὴν οἰκίαν, καὶ καθαριεῖ ὁ ἱερεὺς τὴν οἰκίαν, ὅτι ἰάθη ἡ ἁφή.</w:t>
      </w:r>
    </w:p>
    <w:p>
      <w:r>
        <w:rPr>
          <w:rFonts w:ascii="Courier New" w:hAnsi="Courier New"/>
          <w:color w:val="555555"/>
          <w:sz w:val="20"/>
        </w:rPr>
        <w:t>[Lev . 14 . 49]</w:t>
      </w:r>
    </w:p>
    <w:p>
      <w:r>
        <w:rPr>
          <w:rFonts w:ascii="Gentium Plus" w:hAnsi="Gentium Plus"/>
          <w:sz w:val="24"/>
        </w:rPr>
        <w:t>καὶ λήμψεται ἀφαγνίσαι τὴν οἰκίαν δύο ὀρνίθια ζῶντα κα‐ θαρὰ καὶ ξύλον κέδρινον καὶ κεκλωσμένον κόκκινον καὶ ὕσσωπον·</w:t>
      </w:r>
    </w:p>
    <w:p>
      <w:r>
        <w:rPr>
          <w:rFonts w:ascii="Courier New" w:hAnsi="Courier New"/>
          <w:color w:val="555555"/>
          <w:sz w:val="20"/>
        </w:rPr>
        <w:t>[Lev . 14 . 50]</w:t>
      </w:r>
    </w:p>
    <w:p>
      <w:r>
        <w:rPr>
          <w:rFonts w:ascii="Gentium Plus" w:hAnsi="Gentium Plus"/>
          <w:sz w:val="24"/>
        </w:rPr>
        <w:t>καὶ σφάξει τὸ ὀρνίθιον τὸ ἓν εἰς σκεῦος ὀστράκινον ἐφ’ ὕδατι ζῶντι</w:t>
      </w:r>
    </w:p>
    <w:p>
      <w:r>
        <w:rPr>
          <w:rFonts w:ascii="Courier New" w:hAnsi="Courier New"/>
          <w:color w:val="555555"/>
          <w:sz w:val="20"/>
        </w:rPr>
        <w:t>[Lev . 14 . 51]</w:t>
      </w:r>
    </w:p>
    <w:p>
      <w:r>
        <w:rPr>
          <w:rFonts w:ascii="Gentium Plus" w:hAnsi="Gentium Plus"/>
          <w:sz w:val="24"/>
        </w:rPr>
        <w:t>καὶ λήμψεται τὸ ξύλον τὸ κέδρινον καὶ τὸ κεκλωσμένον</w:t>
      </w:r>
    </w:p>
    <w:p>
      <w:r>
        <w:rPr>
          <w:rFonts w:ascii="Courier New" w:hAnsi="Courier New"/>
          <w:color w:val="555555"/>
          <w:sz w:val="20"/>
        </w:rPr>
        <w:t>[Lev . 14 . 52]</w:t>
      </w:r>
    </w:p>
    <w:p>
      <w:r>
        <w:rPr>
          <w:rFonts w:ascii="Gentium Plus" w:hAnsi="Gentium Plus"/>
          <w:sz w:val="24"/>
        </w:rPr>
        <w:t>καὶ ἀφαγνιεῖ τὴν οἰκίαν ἐν τῷ αἵματι τοῦ ὀρνιθίου καὶ ἐν τῷ ὕδατι τῷ ζῶντι καὶ ἐν τῷ ὀρνιθίῳ τῷ ζῶντι καὶ ἐν τῷ ξύλῳ τῷ κεδρίνῳ καὶ ἐν τῷ ὑσσώ‐ πῳ καὶ ἐν τῷ κεκλωσμένῳ κοκκίνῳ·</w:t>
      </w:r>
    </w:p>
    <w:p>
      <w:r>
        <w:rPr>
          <w:rFonts w:ascii="Courier New" w:hAnsi="Courier New"/>
          <w:color w:val="555555"/>
          <w:sz w:val="20"/>
        </w:rPr>
        <w:t>[Lev . 14 . 53]</w:t>
      </w:r>
    </w:p>
    <w:p>
      <w:r>
        <w:rPr>
          <w:rFonts w:ascii="Gentium Plus" w:hAnsi="Gentium Plus"/>
          <w:sz w:val="24"/>
        </w:rPr>
        <w:t>καὶ ἐξαποστελεῖ τὸ ὀρνί‐ θιον τὸ ζῶν ἔξω τῆς πόλεως εἰς τὸ πεδίον καὶ ἐξιλάσεται περὶ τῆς οἰκίας, καὶ καθαρὰ ἔσται.</w:t>
      </w:r>
    </w:p>
    <w:p>
      <w:r>
        <w:rPr>
          <w:rFonts w:ascii="Courier New" w:hAnsi="Courier New"/>
          <w:color w:val="555555"/>
          <w:sz w:val="20"/>
        </w:rPr>
        <w:t>[Lev . 14 . 54]</w:t>
      </w:r>
    </w:p>
    <w:p>
      <w:r>
        <w:rPr>
          <w:rFonts w:ascii="Gentium Plus" w:hAnsi="Gentium Plus"/>
          <w:sz w:val="24"/>
        </w:rPr>
        <w:t>Οὗτος ὁ νόμος κατὰ πᾶσαν ἁφὴν λέπρας καὶ θραύσματος</w:t>
      </w:r>
    </w:p>
    <w:p>
      <w:r>
        <w:rPr>
          <w:rFonts w:ascii="Courier New" w:hAnsi="Courier New"/>
          <w:color w:val="555555"/>
          <w:sz w:val="20"/>
        </w:rPr>
        <w:t>[Lev . 14 . 55]</w:t>
      </w:r>
    </w:p>
    <w:p>
      <w:r>
        <w:rPr>
          <w:rFonts w:ascii="Gentium Plus" w:hAnsi="Gentium Plus"/>
          <w:sz w:val="24"/>
        </w:rPr>
        <w:t>καὶ τῆς λέπρας ἱματίου καὶ οἰκίας</w:t>
      </w:r>
    </w:p>
    <w:p>
      <w:r>
        <w:rPr>
          <w:rFonts w:ascii="Courier New" w:hAnsi="Courier New"/>
          <w:color w:val="555555"/>
          <w:sz w:val="20"/>
        </w:rPr>
        <w:t>[Lev . 14 . 56]</w:t>
      </w:r>
    </w:p>
    <w:p>
      <w:r>
        <w:rPr>
          <w:rFonts w:ascii="Gentium Plus" w:hAnsi="Gentium Plus"/>
          <w:sz w:val="24"/>
        </w:rPr>
        <w:t>καὶ οὐλῆς καὶ σημασίας καὶ τοῦ αὐγάζοντος</w:t>
      </w:r>
    </w:p>
    <w:p>
      <w:r>
        <w:rPr>
          <w:rFonts w:ascii="Courier New" w:hAnsi="Courier New"/>
          <w:color w:val="555555"/>
          <w:sz w:val="20"/>
        </w:rPr>
        <w:t>[Lev . 14 . 57]</w:t>
      </w:r>
    </w:p>
    <w:p>
      <w:r>
        <w:rPr>
          <w:rFonts w:ascii="Gentium Plus" w:hAnsi="Gentium Plus"/>
          <w:sz w:val="24"/>
        </w:rPr>
        <w:t>καὶ τοῦ ἐξηγήσασθαι ᾗ ἡμέρᾳ ἀκάθαρτον καὶ ᾗ ἡμέρᾳ καθαρισθήσεται· οὗτος ὁ νόμος τῆς λέπρας.</w:t>
      </w:r>
    </w:p>
    <w:p>
      <w:r>
        <w:rPr>
          <w:rFonts w:ascii="Courier New" w:hAnsi="Courier New"/>
          <w:color w:val="555555"/>
          <w:sz w:val="20"/>
        </w:rPr>
        <w:t>[Lev . 15 . 1]</w:t>
      </w:r>
    </w:p>
    <w:p>
      <w:r>
        <w:rPr>
          <w:rFonts w:ascii="Gentium Plus" w:hAnsi="Gentium Plus"/>
          <w:sz w:val="24"/>
        </w:rPr>
        <w:t>Καὶ ἐλάλησεν κύριος πρὸς Μωυσῆν καὶ Ααρων λέγων</w:t>
      </w:r>
    </w:p>
    <w:p>
      <w:r>
        <w:rPr>
          <w:rFonts w:ascii="Courier New" w:hAnsi="Courier New"/>
          <w:color w:val="555555"/>
          <w:sz w:val="20"/>
        </w:rPr>
        <w:t>[Lev . 15 . 2]</w:t>
      </w:r>
    </w:p>
    <w:p>
      <w:r>
        <w:rPr>
          <w:rFonts w:ascii="Gentium Plus" w:hAnsi="Gentium Plus"/>
          <w:sz w:val="24"/>
        </w:rPr>
        <w:t>Λάλη‐ σον τοῖς υἱοῖς Ισραηλ καὶ ἐρεῖς αὐτοῖς Ἀνδρὶ ἀνδρί, ᾧ ἐὰν γένη‐ ται ῥύσις ἐκ τοῦ σώματος αὐτοῦ, ἡ ῥύσις αὐτοῦ ἀκάθαρτός ἐστιν.</w:t>
      </w:r>
    </w:p>
    <w:p>
      <w:r>
        <w:rPr>
          <w:rFonts w:ascii="Courier New" w:hAnsi="Courier New"/>
          <w:color w:val="555555"/>
          <w:sz w:val="20"/>
        </w:rPr>
        <w:t>[Lev . 15 . 3]</w:t>
      </w:r>
    </w:p>
    <w:p>
      <w:r>
        <w:rPr>
          <w:rFonts w:ascii="Gentium Plus" w:hAnsi="Gentium Plus"/>
          <w:sz w:val="24"/>
        </w:rPr>
        <w:t>καὶ οὗτος ὁ νόμος τῆς ἀκαθαρσίας αὐτοῦ· ῥέων γόνον ἐκ σώ‐ ματος αὐτοῦ ἐκ τῆς ῥύσεως, ἧς συνέστηκεν τὸ σῶμα αὐτοῦ διὰ τῆς ῥύσεως, αὕτη ἡ ἀκαθαρσία αὐτοῦ ἐν αὐτῷ· πᾶσαι αἱ ἡμέραι ῥύσεως σώματος αὐτοῦ, ᾗ συνέστηκεν τὸ σῶμα αὐτοῦ διὰ τῆς</w:t>
      </w:r>
    </w:p>
    <w:p>
      <w:r>
        <w:rPr>
          <w:rFonts w:ascii="Courier New" w:hAnsi="Courier New"/>
          <w:color w:val="555555"/>
          <w:sz w:val="20"/>
        </w:rPr>
        <w:t>[5]</w:t>
      </w:r>
    </w:p>
    <w:p>
      <w:r>
        <w:rPr>
          <w:rFonts w:ascii="Gentium Plus" w:hAnsi="Gentium Plus"/>
          <w:sz w:val="24"/>
        </w:rPr>
        <w:t>ῥύσεως, ἀκαθαρσία αὐτοῦ ἐστιν.</w:t>
      </w:r>
    </w:p>
    <w:p>
      <w:r>
        <w:rPr>
          <w:rFonts w:ascii="Courier New" w:hAnsi="Courier New"/>
          <w:color w:val="555555"/>
          <w:sz w:val="20"/>
        </w:rPr>
        <w:t>[Lev . 15 . 4]</w:t>
      </w:r>
    </w:p>
    <w:p>
      <w:r>
        <w:rPr>
          <w:rFonts w:ascii="Gentium Plus" w:hAnsi="Gentium Plus"/>
          <w:sz w:val="24"/>
        </w:rPr>
        <w:t>πᾶσα κοίτη, ἐφ’ ᾗ ἐὰν κοιμηθῇ ἐπ’ αὐτῆς ὁ γονορρυής, ἀκάθαρτός ἐστιν, καὶ πᾶν σκεῦος, ἐφ’ ὃ ἐὰν καθίσῃ ἐπ’ αὐτὸ ὁ γονορρυής, ἀκάθαρτον ἔσται.</w:t>
      </w:r>
    </w:p>
    <w:p>
      <w:r>
        <w:rPr>
          <w:rFonts w:ascii="Courier New" w:hAnsi="Courier New"/>
          <w:color w:val="555555"/>
          <w:sz w:val="20"/>
        </w:rPr>
        <w:t>[Lev . 15 . 5]</w:t>
      </w:r>
    </w:p>
    <w:p>
      <w:r>
        <w:rPr>
          <w:rFonts w:ascii="Gentium Plus" w:hAnsi="Gentium Plus"/>
          <w:sz w:val="24"/>
        </w:rPr>
        <w:t>καὶ ἄνθρω‐ πος, ὃς ἂν ἅψηται τῆς κοίτης αὐτοῦ, πλυνεῖ τὰ ἱμάτια αὐτοῦ καὶ λούσεται ὕδατι καὶ ἀκάθαρτος ἔσται ἕως ἑσπέρας·</w:t>
      </w:r>
    </w:p>
    <w:p>
      <w:r>
        <w:rPr>
          <w:rFonts w:ascii="Courier New" w:hAnsi="Courier New"/>
          <w:color w:val="555555"/>
          <w:sz w:val="20"/>
        </w:rPr>
        <w:t>[Lev . 15 . 6]</w:t>
      </w:r>
    </w:p>
    <w:p>
      <w:r>
        <w:rPr>
          <w:rFonts w:ascii="Gentium Plus" w:hAnsi="Gentium Plus"/>
          <w:sz w:val="24"/>
        </w:rPr>
        <w:t>καὶ ὁ καθή‐ μενος ἐπὶ τοῦ σκεύους, ἐφ’ ὃ ἐὰν καθίσῃ ὁ γονορρυής, πλυνεῖ τὰ ἱμάτια αὐτοῦ καὶ λούσεται ὕδατι καὶ ἀκάθαρτος ἔσται ἕως ἑσπέ‐ ρας·</w:t>
      </w:r>
    </w:p>
    <w:p>
      <w:r>
        <w:rPr>
          <w:rFonts w:ascii="Courier New" w:hAnsi="Courier New"/>
          <w:color w:val="555555"/>
          <w:sz w:val="20"/>
        </w:rPr>
        <w:t>[Lev . 15 . 7]</w:t>
      </w:r>
    </w:p>
    <w:p>
      <w:r>
        <w:rPr>
          <w:rFonts w:ascii="Gentium Plus" w:hAnsi="Gentium Plus"/>
          <w:sz w:val="24"/>
        </w:rPr>
        <w:t>καὶ ὁ ἁπτόμενος τοῦ χρωτὸς τοῦ γονορρυοῦς πλυνεῖ τὰ ἱμάτια καὶ λούσεται ὕδατι καὶ ἀκάθαρτος ἔσται ἕως ἑσπέρας.</w:t>
      </w:r>
    </w:p>
    <w:p>
      <w:r>
        <w:rPr>
          <w:rFonts w:ascii="Courier New" w:hAnsi="Courier New"/>
          <w:color w:val="555555"/>
          <w:sz w:val="20"/>
        </w:rPr>
        <w:t>[Lev . 15 . 8]</w:t>
      </w:r>
    </w:p>
    <w:p>
      <w:r>
        <w:rPr>
          <w:rFonts w:ascii="Gentium Plus" w:hAnsi="Gentium Plus"/>
          <w:sz w:val="24"/>
        </w:rPr>
        <w:t>ἐὰν δὲ προσσιελίσῃ ὁ γονορρυὴς ἐπὶ τὸν καθαρόν, πλυνεῖ τὰ ἱμάτια καὶ λούσεται ὕδατι καὶ ἀκάθαρτος ἔσται ἕως ἑσπέρας.</w:t>
      </w:r>
    </w:p>
    <w:p>
      <w:r>
        <w:rPr>
          <w:rFonts w:ascii="Courier New" w:hAnsi="Courier New"/>
          <w:color w:val="555555"/>
          <w:sz w:val="20"/>
        </w:rPr>
        <w:t>[Lev . 15 . 9]</w:t>
      </w:r>
    </w:p>
    <w:p>
      <w:r>
        <w:rPr>
          <w:rFonts w:ascii="Gentium Plus" w:hAnsi="Gentium Plus"/>
          <w:sz w:val="24"/>
        </w:rPr>
        <w:t>καὶ πᾶν ἐπίσαγμα ὄνου, ἐφ’ ὃ ἂν ἐπιβῇ ἐπ’ αὐτὸ ὁ γονορρυής, ἀκάθαρτον ἔσται ἕως ἑσπέρας.</w:t>
      </w:r>
    </w:p>
    <w:p>
      <w:r>
        <w:rPr>
          <w:rFonts w:ascii="Courier New" w:hAnsi="Courier New"/>
          <w:color w:val="555555"/>
          <w:sz w:val="20"/>
        </w:rPr>
        <w:t>[Lev . 15 . 10]</w:t>
      </w:r>
    </w:p>
    <w:p>
      <w:r>
        <w:rPr>
          <w:rFonts w:ascii="Gentium Plus" w:hAnsi="Gentium Plus"/>
          <w:sz w:val="24"/>
        </w:rPr>
        <w:t>καὶ πᾶς ὁ ἁπτόμενος ὅσα ἐὰν ᾖ ὑποκάτω αὐτοῦ, ἀκάθαρτος ἔσται ἕως ἑσπέρας· καὶ ὁ αἴρων αὐτὰ πλυνεῖ τὰ ἱμάτια αὐτοῦ καὶ λούσεται ὕδατι καὶ ἀκάθαρτος ἔσται ἕως ἑσπέρας.</w:t>
      </w:r>
    </w:p>
    <w:p>
      <w:r>
        <w:rPr>
          <w:rFonts w:ascii="Courier New" w:hAnsi="Courier New"/>
          <w:color w:val="555555"/>
          <w:sz w:val="20"/>
        </w:rPr>
        <w:t>[Lev . 15 . 11]</w:t>
      </w:r>
    </w:p>
    <w:p>
      <w:r>
        <w:rPr>
          <w:rFonts w:ascii="Gentium Plus" w:hAnsi="Gentium Plus"/>
          <w:sz w:val="24"/>
        </w:rPr>
        <w:t>καὶ ὅσων ἐὰν ἅψηται ὁ γονορρυὴς καὶ τὰς χεῖρας οὐ νένιπται, πλυνεῖ τὰ ἱμάτια καὶ λούσεται τὸ σῶμα ὕδατι καὶ ἀκά‐ θαρτος ἔσται ἕως ἑσπέρας.</w:t>
      </w:r>
    </w:p>
    <w:p>
      <w:r>
        <w:rPr>
          <w:rFonts w:ascii="Courier New" w:hAnsi="Courier New"/>
          <w:color w:val="555555"/>
          <w:sz w:val="20"/>
        </w:rPr>
        <w:t>[Lev . 15 . 12]</w:t>
      </w:r>
    </w:p>
    <w:p>
      <w:r>
        <w:rPr>
          <w:rFonts w:ascii="Gentium Plus" w:hAnsi="Gentium Plus"/>
          <w:sz w:val="24"/>
        </w:rPr>
        <w:t>καὶ σκεῦος ὀστράκινον, οὗ ἂν ἅψη‐ ται ὁ γονορρυής, συντριβήσεται· καὶ σκεῦος ξύλινον νιφήσεται ὕδατι καὶ καθαρὸν ἔσται. —</w:t>
      </w:r>
    </w:p>
    <w:p>
      <w:r>
        <w:rPr>
          <w:rFonts w:ascii="Courier New" w:hAnsi="Courier New"/>
          <w:color w:val="555555"/>
          <w:sz w:val="20"/>
        </w:rPr>
        <w:t>[Lev . 15 . 13]</w:t>
      </w:r>
    </w:p>
    <w:p>
      <w:r>
        <w:rPr>
          <w:rFonts w:ascii="Gentium Plus" w:hAnsi="Gentium Plus"/>
          <w:sz w:val="24"/>
        </w:rPr>
        <w:t>ἐὰν δὲ καθαρισθῇ ὁ γονορρυὴς ἐκ τῆς ῥύσεως αὐτοῦ, καὶ ἐξαριθμήσεται αὐτῷ ἑπτὰ ἡμέρας εἰς τὸν καθαρισμὸν καὶ πλυνεῖ τὰ ἱμάτια αὐτοῦ καὶ λούσεται τὸ σῶμα ὕδατι καὶ καθαρὸς ἔσται.</w:t>
      </w:r>
    </w:p>
    <w:p>
      <w:r>
        <w:rPr>
          <w:rFonts w:ascii="Courier New" w:hAnsi="Courier New"/>
          <w:color w:val="555555"/>
          <w:sz w:val="20"/>
        </w:rPr>
        <w:t>[Lev . 15 . 14]</w:t>
      </w:r>
    </w:p>
    <w:p>
      <w:r>
        <w:rPr>
          <w:rFonts w:ascii="Gentium Plus" w:hAnsi="Gentium Plus"/>
          <w:sz w:val="24"/>
        </w:rPr>
        <w:t>καὶ τῇ ἡμέρᾳ τῇ ὀγδόῃ λήμψεται ἑαυ‐ τῷ δύο τρυγόνας ἢ δύο νεοσσοὺς περιστερῶν καὶ οἴσει αὐτὰ ἔναντι κυρίου ἐπὶ τὰς θύρας τῆς σκηνῆς τοῦ μαρτυρίου καὶ δώσει αὐτὰ τῷ ἱερεῖ·</w:t>
      </w:r>
    </w:p>
    <w:p>
      <w:r>
        <w:rPr>
          <w:rFonts w:ascii="Courier New" w:hAnsi="Courier New"/>
          <w:color w:val="555555"/>
          <w:sz w:val="20"/>
        </w:rPr>
        <w:t>[Lev . 15 . 15]</w:t>
      </w:r>
    </w:p>
    <w:p>
      <w:r>
        <w:rPr>
          <w:rFonts w:ascii="Gentium Plus" w:hAnsi="Gentium Plus"/>
          <w:sz w:val="24"/>
        </w:rPr>
        <w:t>καὶ ποιήσει αὐτὰ ὁ ἱερεύς, μίαν περὶ ἁμαρτίας καὶ μίαν εἰς ὁλοκαύτωμα, καὶ ἐξιλάσεται περὶ αὐτοῦ ὁ ἱερεὺς ἔναν‐ τι κυρίου ἀπὸ τῆς ῥύσεως αὐτοῦ.</w:t>
      </w:r>
    </w:p>
    <w:p>
      <w:r>
        <w:rPr>
          <w:rFonts w:ascii="Courier New" w:hAnsi="Courier New"/>
          <w:color w:val="555555"/>
          <w:sz w:val="20"/>
        </w:rPr>
        <w:t>[Lev . 15 . 16]</w:t>
      </w:r>
    </w:p>
    <w:p>
      <w:r>
        <w:rPr>
          <w:rFonts w:ascii="Gentium Plus" w:hAnsi="Gentium Plus"/>
          <w:sz w:val="24"/>
        </w:rPr>
        <w:t>Καὶ ἄνθρωπος, ᾧ ἐὰν ἐξέλθῃ ἐξ αὐτοῦ κοίτη σπέρματος, καὶ λούσεται ὕδατι πᾶν τὸ σῶμα αὐτοῦ καὶ ἀκάθαρτος ἔσται ἕως ἑσπέ‐ ρας·</w:t>
      </w:r>
    </w:p>
    <w:p>
      <w:r>
        <w:rPr>
          <w:rFonts w:ascii="Courier New" w:hAnsi="Courier New"/>
          <w:color w:val="555555"/>
          <w:sz w:val="20"/>
        </w:rPr>
        <w:t>[Lev . 15 . 17]</w:t>
      </w:r>
    </w:p>
    <w:p>
      <w:r>
        <w:rPr>
          <w:rFonts w:ascii="Gentium Plus" w:hAnsi="Gentium Plus"/>
          <w:sz w:val="24"/>
        </w:rPr>
        <w:t>καὶ πᾶν ἱμάτιον καὶ πᾶν δέρμα, ἐφ’ ὃ ἐὰν ᾖ ἐπ’ αὐτὸ κοίτη σπέρματος, καὶ πλυθήσεται ὕδατι καὶ ἀκάθαρτον ἔσται ἕως ἑσπέ‐ ρας.</w:t>
      </w:r>
    </w:p>
    <w:p>
      <w:r>
        <w:rPr>
          <w:rFonts w:ascii="Courier New" w:hAnsi="Courier New"/>
          <w:color w:val="555555"/>
          <w:sz w:val="20"/>
        </w:rPr>
        <w:t>[Lev . 15 . 18]</w:t>
      </w:r>
    </w:p>
    <w:p>
      <w:r>
        <w:rPr>
          <w:rFonts w:ascii="Gentium Plus" w:hAnsi="Gentium Plus"/>
          <w:sz w:val="24"/>
        </w:rPr>
        <w:t>καὶ γυνή, ἐὰν κοιμηθῇ ἀνὴρ μετ’ αὐτῆς κοίτην σπέρματος, καὶ λούσονται ὕδατι καὶ ἀκάθαρτοι ἔσονται ἕως ἑσπέρας.</w:t>
      </w:r>
    </w:p>
    <w:p>
      <w:r>
        <w:rPr>
          <w:rFonts w:ascii="Courier New" w:hAnsi="Courier New"/>
          <w:color w:val="555555"/>
          <w:sz w:val="20"/>
        </w:rPr>
        <w:t>[Lev . 15 . 19]</w:t>
      </w:r>
    </w:p>
    <w:p>
      <w:r>
        <w:rPr>
          <w:rFonts w:ascii="Gentium Plus" w:hAnsi="Gentium Plus"/>
          <w:sz w:val="24"/>
        </w:rPr>
        <w:t>Καὶ γυνή, ἥτις ἐὰν ᾖ ῥέουσα αἵματι, ἔσται ἡ ῥύσις αὐτῆς ἐν τῷ σώματι αὐτῆς, ἑπτὰ ἡμέρας ἔσται ἐν τῇ ἀφέδρῳ αὐτῆς· πᾶς ὁ ἁπτόμενος αὐτῆς ἀκάθαρτος ἔσται ἕως ἑσπέρας,</w:t>
      </w:r>
    </w:p>
    <w:p>
      <w:r>
        <w:rPr>
          <w:rFonts w:ascii="Courier New" w:hAnsi="Courier New"/>
          <w:color w:val="555555"/>
          <w:sz w:val="20"/>
        </w:rPr>
        <w:t>[Lev . 15 . 20]</w:t>
      </w:r>
    </w:p>
    <w:p>
      <w:r>
        <w:rPr>
          <w:rFonts w:ascii="Gentium Plus" w:hAnsi="Gentium Plus"/>
          <w:sz w:val="24"/>
        </w:rPr>
        <w:t>καὶ πᾶν, ἐφ’ ὃ ἂν κοιτάζηται ἐπ’ αὐτὸ ἐν τῇ ἀφέδρῳ αὐτῆς, ἀκάθαρτον ἔσται, καὶ πᾶν, ἐφ’ ὃ ἂν ἐπικαθίσῃ ἐπ’ αὐτό, ἀκάθαρτον ἔσται.</w:t>
      </w:r>
    </w:p>
    <w:p>
      <w:r>
        <w:rPr>
          <w:rFonts w:ascii="Courier New" w:hAnsi="Courier New"/>
          <w:color w:val="555555"/>
          <w:sz w:val="20"/>
        </w:rPr>
        <w:t>[Lev . 15 . 21]</w:t>
      </w:r>
    </w:p>
    <w:p>
      <w:r>
        <w:rPr>
          <w:rFonts w:ascii="Gentium Plus" w:hAnsi="Gentium Plus"/>
          <w:sz w:val="24"/>
        </w:rPr>
        <w:t>καὶ πᾶς, ὃς ἐὰν ἅψηται τῆς κοίτης αὐτῆς, πλυνεῖ τὰ ἱμάτια αὐτοῦ καὶ λού‐ σεται τὸ σῶμα αὐτοῦ ὕδατι καὶ ἀκάθαρτος ἔσται ἕως ἑσπέρας.</w:t>
      </w:r>
    </w:p>
    <w:p>
      <w:r>
        <w:rPr>
          <w:rFonts w:ascii="Courier New" w:hAnsi="Courier New"/>
          <w:color w:val="555555"/>
          <w:sz w:val="20"/>
        </w:rPr>
        <w:t>[Lev . 15 . 22]</w:t>
      </w:r>
    </w:p>
    <w:p>
      <w:r>
        <w:rPr>
          <w:rFonts w:ascii="Gentium Plus" w:hAnsi="Gentium Plus"/>
          <w:sz w:val="24"/>
        </w:rPr>
        <w:t>καὶ πᾶς ὁ ἁπτόμενος παντὸς σκεύους, οὗ ἐὰν καθίσῃ ἐπ’ αὐτό, πλυνεῖ τὰ ἱμάτια αὐτοῦ καὶ λούσεται ὕδατι καὶ ἀκάθαρτος ἔσται ἕως ἑσπέρας.</w:t>
      </w:r>
    </w:p>
    <w:p>
      <w:r>
        <w:rPr>
          <w:rFonts w:ascii="Courier New" w:hAnsi="Courier New"/>
          <w:color w:val="555555"/>
          <w:sz w:val="20"/>
        </w:rPr>
        <w:t>[Lev . 15 . 23]</w:t>
      </w:r>
    </w:p>
    <w:p>
      <w:r>
        <w:rPr>
          <w:rFonts w:ascii="Gentium Plus" w:hAnsi="Gentium Plus"/>
          <w:sz w:val="24"/>
        </w:rPr>
        <w:t>ἐὰν δὲ ἐν τῇ κοίτῃ αὐτῆς οὔσης ἢ ἐπὶ τοῦ σκεύ‐ ους, οὗ ἐὰν καθίσῃ ἐπ’ αὐτῷ, ἐν τῷ ἅπτεσθαι αὐτὸν αὐτῆς, ἀκά‐ θαρτος ἔσται ἕως ἑσπέρας.</w:t>
      </w:r>
    </w:p>
    <w:p>
      <w:r>
        <w:rPr>
          <w:rFonts w:ascii="Courier New" w:hAnsi="Courier New"/>
          <w:color w:val="555555"/>
          <w:sz w:val="20"/>
        </w:rPr>
        <w:t>[Lev . 15 . 24]</w:t>
      </w:r>
    </w:p>
    <w:p>
      <w:r>
        <w:rPr>
          <w:rFonts w:ascii="Gentium Plus" w:hAnsi="Gentium Plus"/>
          <w:sz w:val="24"/>
        </w:rPr>
        <w:t>ἐὰν δὲ κοίτῃ τις κοιμηθῇ μετ’ αὐτῆς καὶ γένηται ἡ ἀκαθαρσία αὐτῆς ἐπ’ αὐτῷ, καὶ ἀκάθαρτος ἔσται ἑπτὰ ἡμέρας, καὶ πᾶσα κοίτη, ἐφ’ ᾗ ἂν κοιμηθῇ ἐπ’ αὐτῆς, ἀκάθαρτος ἔσται.</w:t>
      </w:r>
    </w:p>
    <w:p>
      <w:r>
        <w:rPr>
          <w:rFonts w:ascii="Courier New" w:hAnsi="Courier New"/>
          <w:color w:val="555555"/>
          <w:sz w:val="20"/>
        </w:rPr>
        <w:t>[Lev . 15 . 25]</w:t>
      </w:r>
    </w:p>
    <w:p>
      <w:r>
        <w:rPr>
          <w:rFonts w:ascii="Gentium Plus" w:hAnsi="Gentium Plus"/>
          <w:sz w:val="24"/>
        </w:rPr>
        <w:t>Καὶ γυνή, ἐὰν ῥέῃ ῥύσει αἵματος ἡμέρας πλείους οὐκ ἐν καιρῷ τῆς ἀφέδρου αὐτῆς, ἐὰν καὶ ῥέῃ μετὰ τὴν ἄφεδρον αὐτῆς, πᾶσαι αἱ ἡμέραι ῥύσεως ἀκαθαρσίας αὐτῆς καθάπερ αἱ ἡμέραι τῆς ἀφέ‐ δρου, ἀκάθαρτος ἔσται.</w:t>
      </w:r>
    </w:p>
    <w:p>
      <w:r>
        <w:rPr>
          <w:rFonts w:ascii="Courier New" w:hAnsi="Courier New"/>
          <w:color w:val="555555"/>
          <w:sz w:val="20"/>
        </w:rPr>
        <w:t>[Lev . 15 . 26]</w:t>
      </w:r>
    </w:p>
    <w:p>
      <w:r>
        <w:rPr>
          <w:rFonts w:ascii="Gentium Plus" w:hAnsi="Gentium Plus"/>
          <w:sz w:val="24"/>
        </w:rPr>
        <w:t>καὶ πᾶσαν κοίτην, ἐφ’ ἣν ἂν κοιμηθῇ ἐπ’ αὐτῆς πάσας τὰς ἡμέρας τῆς ῥύσεως, κατὰ τὴν κοίτην τῆς ἀφέ‐ δρου ἔσται αὐτῇ, καὶ πᾶν σκεῦος, ἐφ’ ὃ ἐὰν καθίσῃ ἐπ’ αὐτό, ἀκά‐ θαρτον ἔσται κατὰ τὴν ἀκαθαρσίαν τῆς ἀφέδρου.</w:t>
      </w:r>
    </w:p>
    <w:p>
      <w:r>
        <w:rPr>
          <w:rFonts w:ascii="Courier New" w:hAnsi="Courier New"/>
          <w:color w:val="555555"/>
          <w:sz w:val="20"/>
        </w:rPr>
        <w:t>[Lev . 15 . 27]</w:t>
      </w:r>
    </w:p>
    <w:p>
      <w:r>
        <w:rPr>
          <w:rFonts w:ascii="Gentium Plus" w:hAnsi="Gentium Plus"/>
          <w:sz w:val="24"/>
        </w:rPr>
        <w:t>πᾶς ὁ ἁπτό‐ μενος αὐτῆς ἀκάθαρτος ἔσται καὶ πλυνεῖ τὰ ἱμάτια καὶ λούσεται τὸ σῶμα ὕδατι καὶ ἀκάθαρτος ἔσται ἕως ἑσπέρας.</w:t>
      </w:r>
    </w:p>
    <w:p>
      <w:r>
        <w:rPr>
          <w:rFonts w:ascii="Courier New" w:hAnsi="Courier New"/>
          <w:color w:val="555555"/>
          <w:sz w:val="20"/>
        </w:rPr>
        <w:t>[Lev . 15 . 28]</w:t>
      </w:r>
    </w:p>
    <w:p>
      <w:r>
        <w:rPr>
          <w:rFonts w:ascii="Gentium Plus" w:hAnsi="Gentium Plus"/>
          <w:sz w:val="24"/>
        </w:rPr>
        <w:t>ἐὰν δὲ καθα‐</w:t>
      </w:r>
    </w:p>
    <w:p>
      <w:r>
        <w:rPr>
          <w:rFonts w:ascii="Courier New" w:hAnsi="Courier New"/>
          <w:color w:val="555555"/>
          <w:sz w:val="20"/>
        </w:rPr>
        <w:t>[Lev . 15 . 29]</w:t>
      </w:r>
    </w:p>
    <w:p>
      <w:r>
        <w:rPr>
          <w:rFonts w:ascii="Gentium Plus" w:hAnsi="Gentium Plus"/>
          <w:sz w:val="24"/>
        </w:rPr>
        <w:t>καὶ τῇ ἡμέρᾳ τῇ ὀγδόῃ λήμψεται αὐτῇ δύο τρυγόνας ἢ δύο νεοσσοὺς περιστερῶν καὶ οἴσει αὐτὰ πρὸς τὸν ἱερέα ἐπὶ τὴν θύραν τῆς σκηνῆς τοῦ μαρτυρίου,</w:t>
      </w:r>
    </w:p>
    <w:p>
      <w:r>
        <w:rPr>
          <w:rFonts w:ascii="Courier New" w:hAnsi="Courier New"/>
          <w:color w:val="555555"/>
          <w:sz w:val="20"/>
        </w:rPr>
        <w:t>[Lev . 15 . 30]</w:t>
      </w:r>
    </w:p>
    <w:p>
      <w:r>
        <w:rPr>
          <w:rFonts w:ascii="Gentium Plus" w:hAnsi="Gentium Plus"/>
          <w:sz w:val="24"/>
        </w:rPr>
        <w:t>καὶ ποιήσει ὁ ἱερεὺς τὴν μίαν περὶ ἁμαρτίας καὶ τὴν μίαν εἰς ὁλο‐ καύτωμα, καὶ ἐξιλάσεται περὶ αὐτῆς ὁ ἱερεὺς ἔναντι κυρίου ἀπὸ ῥύσεως ἀκαθαρσίας αὐτῆς.</w:t>
      </w:r>
    </w:p>
    <w:p>
      <w:r>
        <w:rPr>
          <w:rFonts w:ascii="Courier New" w:hAnsi="Courier New"/>
          <w:color w:val="555555"/>
          <w:sz w:val="20"/>
        </w:rPr>
        <w:t>[Lev . 15 . 31]</w:t>
      </w:r>
    </w:p>
    <w:p>
      <w:r>
        <w:rPr>
          <w:rFonts w:ascii="Gentium Plus" w:hAnsi="Gentium Plus"/>
          <w:sz w:val="24"/>
        </w:rPr>
        <w:t>Καὶ εὐλαβεῖς ποιήσετε τοὺς υἱοὺς Ισραηλ ἀπὸ τῶν ἀκαθαρ‐ σιῶν αὐτῶν, καὶ οὐκ ἀποθανοῦνται διὰ τὴν ἀκαθαρσίαν αὐτῶν ἐν τῷ μιαίνειν αὐτοὺς τὴν σκηνήν μου τὴν ἐν αὐτοῖς. —</w:t>
      </w:r>
    </w:p>
    <w:p>
      <w:r>
        <w:rPr>
          <w:rFonts w:ascii="Courier New" w:hAnsi="Courier New"/>
          <w:color w:val="555555"/>
          <w:sz w:val="20"/>
        </w:rPr>
        <w:t>[Lev . 15 . 32]</w:t>
      </w:r>
    </w:p>
    <w:p>
      <w:r>
        <w:rPr>
          <w:rFonts w:ascii="Gentium Plus" w:hAnsi="Gentium Plus"/>
          <w:sz w:val="24"/>
        </w:rPr>
        <w:t>οὗτος ὁ νόμος τοῦ γονορρυοῦς καὶ ἐάν τινι ἐξέλθῃ ἐξ αὐτοῦ κοίτη σπέρ‐ ματος ὥστε μιανθῆναι ἐν αὐτῇ</w:t>
      </w:r>
    </w:p>
    <w:p>
      <w:r>
        <w:rPr>
          <w:rFonts w:ascii="Courier New" w:hAnsi="Courier New"/>
          <w:color w:val="555555"/>
          <w:sz w:val="20"/>
        </w:rPr>
        <w:t>[Lev . 15 . 33]</w:t>
      </w:r>
    </w:p>
    <w:p>
      <w:r>
        <w:rPr>
          <w:rFonts w:ascii="Gentium Plus" w:hAnsi="Gentium Plus"/>
          <w:sz w:val="24"/>
        </w:rPr>
        <w:t>καὶ τῇ αἱμορροούσῃ ἐν τῇ ἀφέ‐ δρῳ αὐτῆς καὶ ὁ γονορρυὴς ἐν τῇ ῥύσει αὐτοῦ, τῷ ἄρσενι ἢ τῇ θηλείᾳ, καὶ τῷ ἀνδρί, ὃς ἂν κοιμηθῇ μετὰ ἀποκαθημένης.</w:t>
      </w:r>
    </w:p>
    <w:p>
      <w:r>
        <w:rPr>
          <w:rFonts w:ascii="Courier New" w:hAnsi="Courier New"/>
          <w:color w:val="555555"/>
          <w:sz w:val="20"/>
        </w:rPr>
        <w:t>[Lev . 16 . 1]</w:t>
      </w:r>
    </w:p>
    <w:p>
      <w:r>
        <w:rPr>
          <w:rFonts w:ascii="Gentium Plus" w:hAnsi="Gentium Plus"/>
          <w:sz w:val="24"/>
        </w:rPr>
        <w:t>Καὶ ἐλάλησεν κύριος πρὸς Μωυσῆν μετὰ τὸ τελευτῆσαι τοὺς δύο υἱοὺς Ααρων ἐν τῷ προσάγειν αὐτοὺς πῦρ ἀλλότριον ἔναντι κυρίου καὶ ἐτελεύτησαν</w:t>
      </w:r>
    </w:p>
    <w:p>
      <w:r>
        <w:rPr>
          <w:rFonts w:ascii="Courier New" w:hAnsi="Courier New"/>
          <w:color w:val="555555"/>
          <w:sz w:val="20"/>
        </w:rPr>
        <w:t>[Lev . 16 . 2]</w:t>
      </w:r>
    </w:p>
    <w:p>
      <w:r>
        <w:rPr>
          <w:rFonts w:ascii="Gentium Plus" w:hAnsi="Gentium Plus"/>
          <w:sz w:val="24"/>
        </w:rPr>
        <w:t>καὶ εἶπεν κύριος πρὸς Μωυσῆν Λάλησον πρὸς Ααρων τὸν ἀδελφόν σου καὶ μὴ εἰσπορευέσθω πᾶσαν ὥραν εἰς τὸ ἅγιον ἐσώτερον τοῦ καταπετάσματος εἰς πρόσωπον τοῦ ἱλαστηρίου, ὅ ἐστιν ἐπὶ τῆς κιβωτοῦ τοῦ μαρτυρίου, καὶ οὐκ ἀπο‐</w:t>
      </w:r>
    </w:p>
    <w:p>
      <w:r>
        <w:rPr>
          <w:rFonts w:ascii="Courier New" w:hAnsi="Courier New"/>
          <w:color w:val="555555"/>
          <w:sz w:val="20"/>
        </w:rPr>
        <w:t>[5]</w:t>
      </w:r>
    </w:p>
    <w:p>
      <w:r>
        <w:rPr>
          <w:rFonts w:ascii="Gentium Plus" w:hAnsi="Gentium Plus"/>
          <w:sz w:val="24"/>
        </w:rPr>
        <w:t>θανεῖται· ἐν γὰρ νεφέλῃ ὀφθήσομαι ἐπὶ τοῦ ἱλαστηρίου.</w:t>
      </w:r>
    </w:p>
    <w:p>
      <w:r>
        <w:rPr>
          <w:rFonts w:ascii="Courier New" w:hAnsi="Courier New"/>
          <w:color w:val="555555"/>
          <w:sz w:val="20"/>
        </w:rPr>
        <w:t>[Lev . 16 . 3]</w:t>
      </w:r>
    </w:p>
    <w:p>
      <w:r>
        <w:rPr>
          <w:rFonts w:ascii="Gentium Plus" w:hAnsi="Gentium Plus"/>
          <w:sz w:val="24"/>
        </w:rPr>
        <w:t>οὕτως εἰσελεύσεται Ααρων εἰς τὸ ἅγιον· ἐν μόσχῳ ἐκ βοῶν περὶ ἁμαρ‐ τίας καὶ κριὸν εἰς ὁλοκαύτωμα·</w:t>
      </w:r>
    </w:p>
    <w:p>
      <w:r>
        <w:rPr>
          <w:rFonts w:ascii="Courier New" w:hAnsi="Courier New"/>
          <w:color w:val="555555"/>
          <w:sz w:val="20"/>
        </w:rPr>
        <w:t>[Lev . 16 . 4]</w:t>
      </w:r>
    </w:p>
    <w:p>
      <w:r>
        <w:rPr>
          <w:rFonts w:ascii="Gentium Plus" w:hAnsi="Gentium Plus"/>
          <w:sz w:val="24"/>
        </w:rPr>
        <w:t>καὶ χιτῶνα λινοῦν ἡγιασμένον ἐνδύσεται, καὶ περισκελὲς λινοῦν ἔσται ἐπὶ τοῦ χρωτὸς αὐτοῦ, καὶ ζώνῃ λινῇ ζώσεται καὶ κίδαριν λινῆν περιθήσεται· ἱμάτια ἅγιά ἐστιν, καὶ λούσεται ὕδατι πᾶν τὸ σῶμα αὐτοῦ καὶ ἐνδύσεται αὐτά.</w:t>
      </w:r>
    </w:p>
    <w:p>
      <w:r>
        <w:rPr>
          <w:rFonts w:ascii="Courier New" w:hAnsi="Courier New"/>
          <w:color w:val="555555"/>
          <w:sz w:val="20"/>
        </w:rPr>
        <w:t>[Lev . 16 . 5]</w:t>
      </w:r>
    </w:p>
    <w:p>
      <w:r>
        <w:rPr>
          <w:rFonts w:ascii="Gentium Plus" w:hAnsi="Gentium Plus"/>
          <w:sz w:val="24"/>
        </w:rPr>
        <w:t>καὶ παρὰ τῆς συναγωγῆς τῶν υἱῶν Ισραηλ λήμψεται δύο χιμά‐ ρους ἐξ αἰγῶν περὶ ἁμαρτίας καὶ κριὸν ἕνα εἰς ὁλοκαύτωμα.</w:t>
      </w:r>
    </w:p>
    <w:p>
      <w:r>
        <w:rPr>
          <w:rFonts w:ascii="Courier New" w:hAnsi="Courier New"/>
          <w:color w:val="555555"/>
          <w:sz w:val="20"/>
        </w:rPr>
        <w:t>[Lev . 16 . 6]</w:t>
      </w:r>
    </w:p>
    <w:p>
      <w:r>
        <w:rPr>
          <w:rFonts w:ascii="Gentium Plus" w:hAnsi="Gentium Plus"/>
          <w:sz w:val="24"/>
        </w:rPr>
        <w:t>καὶ προσάξει Ααρων τὸν μόσχον τὸν περὶ τῆς ἁμαρτίας αὐτοῦ καὶ ἐξιλάσεται περὶ αὐτοῦ καὶ τοῦ οἴκου αὐτοῦ.</w:t>
      </w:r>
    </w:p>
    <w:p>
      <w:r>
        <w:rPr>
          <w:rFonts w:ascii="Courier New" w:hAnsi="Courier New"/>
          <w:color w:val="555555"/>
          <w:sz w:val="20"/>
        </w:rPr>
        <w:t>[Lev . 16 . 7]</w:t>
      </w:r>
    </w:p>
    <w:p>
      <w:r>
        <w:rPr>
          <w:rFonts w:ascii="Gentium Plus" w:hAnsi="Gentium Plus"/>
          <w:sz w:val="24"/>
        </w:rPr>
        <w:t>καὶ λήμψεται τοὺς δύο χιμάρους καὶ στήσει αὐτοὺς ἔναντι κυρίου παρὰ τὴν θύραν τῆς σκηνῆς τοῦ μαρτυρίου·</w:t>
      </w:r>
    </w:p>
    <w:p>
      <w:r>
        <w:rPr>
          <w:rFonts w:ascii="Courier New" w:hAnsi="Courier New"/>
          <w:color w:val="555555"/>
          <w:sz w:val="20"/>
        </w:rPr>
        <w:t>[Lev . 16 . 8]</w:t>
      </w:r>
    </w:p>
    <w:p>
      <w:r>
        <w:rPr>
          <w:rFonts w:ascii="Gentium Plus" w:hAnsi="Gentium Plus"/>
          <w:sz w:val="24"/>
        </w:rPr>
        <w:t>καὶ ἐπιθήσει Ααρων ἐπὶ τοὺς δύο χιμάρους κλῆρον ἕνα τῷ κυρίῳ καὶ κλῆρον ἕνα τῷ ἀποπομπαίῳ.</w:t>
      </w:r>
    </w:p>
    <w:p>
      <w:r>
        <w:rPr>
          <w:rFonts w:ascii="Courier New" w:hAnsi="Courier New"/>
          <w:color w:val="555555"/>
          <w:sz w:val="20"/>
        </w:rPr>
        <w:t>[Lev . 16 . 9]</w:t>
      </w:r>
    </w:p>
    <w:p>
      <w:r>
        <w:rPr>
          <w:rFonts w:ascii="Gentium Plus" w:hAnsi="Gentium Plus"/>
          <w:sz w:val="24"/>
        </w:rPr>
        <w:t>καὶ προσάξει Ααρων τὸν χίμαρον, ἐφ’ ὃν ἐπῆλθεν ἐπ’ αὐτὸν ὁ κλῆρος τῷ κυρίῳ, καὶ προσοίσει περὶ ἁμαρτίας·</w:t>
      </w:r>
    </w:p>
    <w:p>
      <w:r>
        <w:rPr>
          <w:rFonts w:ascii="Courier New" w:hAnsi="Courier New"/>
          <w:color w:val="555555"/>
          <w:sz w:val="20"/>
        </w:rPr>
        <w:t>[Lev . 16 . 10]</w:t>
      </w:r>
    </w:p>
    <w:p>
      <w:r>
        <w:rPr>
          <w:rFonts w:ascii="Gentium Plus" w:hAnsi="Gentium Plus"/>
          <w:sz w:val="24"/>
        </w:rPr>
        <w:t>καὶ τὸν χίμαρον, ἐφ’ ὃν ἐπῆλθεν ἐπ’ αὐτὸν ὁ κλῆρος τοῦ ἀποπομπαίου, στήσει αὐ‐ τὸν ζῶντα ἔναντι κυρίου τοῦ ἐξιλάσασθαι ἐπ’ αὐτοῦ ὥστε ἀπο‐</w:t>
      </w:r>
    </w:p>
    <w:p>
      <w:r>
        <w:rPr>
          <w:rFonts w:ascii="Courier New" w:hAnsi="Courier New"/>
          <w:color w:val="555555"/>
          <w:sz w:val="20"/>
        </w:rPr>
        <w:t>[5]</w:t>
      </w:r>
    </w:p>
    <w:p>
      <w:r>
        <w:rPr>
          <w:rFonts w:ascii="Gentium Plus" w:hAnsi="Gentium Plus"/>
          <w:sz w:val="24"/>
        </w:rPr>
        <w:t>—</w:t>
      </w:r>
    </w:p>
    <w:p>
      <w:r>
        <w:rPr>
          <w:rFonts w:ascii="Courier New" w:hAnsi="Courier New"/>
          <w:color w:val="555555"/>
          <w:sz w:val="20"/>
        </w:rPr>
        <w:t>[Lev . 16 . 11]</w:t>
      </w:r>
    </w:p>
    <w:p>
      <w:r>
        <w:rPr>
          <w:rFonts w:ascii="Gentium Plus" w:hAnsi="Gentium Plus"/>
          <w:sz w:val="24"/>
        </w:rPr>
        <w:t>καὶ προσάξει Ααρων τὸν μόσχον τὸν περὶ τῆς ἁμαρτίας τὸν αὐτοῦ καὶ τοῦ οἴκου αὐτοῦ μόνον καὶ ἐξιλάσεται περὶ αὐτοῦ καὶ τοῦ οἴκου αὐτοῦ καὶ σφάξει τὸν μόσχον τὸν περὶ τῆς ἁμαρτίας τὸν αὐτοῦ.</w:t>
      </w:r>
    </w:p>
    <w:p>
      <w:r>
        <w:rPr>
          <w:rFonts w:ascii="Courier New" w:hAnsi="Courier New"/>
          <w:color w:val="555555"/>
          <w:sz w:val="20"/>
        </w:rPr>
        <w:t>[Lev . 16 . 12]</w:t>
      </w:r>
    </w:p>
    <w:p>
      <w:r>
        <w:rPr>
          <w:rFonts w:ascii="Gentium Plus" w:hAnsi="Gentium Plus"/>
          <w:sz w:val="24"/>
        </w:rPr>
        <w:t>καὶ λήμψεται τὸ πυρεῖον πλῆρες ἀνθράκων πυρὸς ἀπὸ τοῦ θυσιαστηρίου τοῦ ἀπέναντι κυρίου καὶ πλήσει τὰς χεῖρας θυμιάματος συνθέσεως λεπτῆς καὶ εἰσοίσει ἐσώτερον τοῦ κατα‐ πετάσματος</w:t>
      </w:r>
    </w:p>
    <w:p>
      <w:r>
        <w:rPr>
          <w:rFonts w:ascii="Courier New" w:hAnsi="Courier New"/>
          <w:color w:val="555555"/>
          <w:sz w:val="20"/>
        </w:rPr>
        <w:t>[Lev . 16 . 13]</w:t>
      </w:r>
    </w:p>
    <w:p>
      <w:r>
        <w:rPr>
          <w:rFonts w:ascii="Gentium Plus" w:hAnsi="Gentium Plus"/>
          <w:sz w:val="24"/>
        </w:rPr>
        <w:t>καὶ ἐπιθήσει τὸ θυμίαμα ἐπὶ τὸ πῦρ ἔναντι κυρίου· καὶ καλύψει ἡ ἀτμὶς τοῦ θυμιάματος τὸ ἱλαστήριον τὸ ἐπὶ τῶν μαρτυρίων, καὶ οὐκ ἀποθανεῖται.</w:t>
      </w:r>
    </w:p>
    <w:p>
      <w:r>
        <w:rPr>
          <w:rFonts w:ascii="Courier New" w:hAnsi="Courier New"/>
          <w:color w:val="555555"/>
          <w:sz w:val="20"/>
        </w:rPr>
        <w:t>[Lev . 16 . 14]</w:t>
      </w:r>
    </w:p>
    <w:p>
      <w:r>
        <w:rPr>
          <w:rFonts w:ascii="Gentium Plus" w:hAnsi="Gentium Plus"/>
          <w:sz w:val="24"/>
        </w:rPr>
        <w:t>καὶ λήμψεται ἀπὸ τοῦ αἵματος τοῦ μόσχου καὶ ῥανεῖ τῷ δακτύλῳ ἐπὶ τὸ ἱλαστήριον κατὰ ἀνα‐ τολάς· κατὰ πρόσωπον τοῦ ἱλαστηρίου ῥανεῖ ἑπτάκις ἀπὸ τοῦ αἵ‐ ματος τῷ δακτύλῳ.</w:t>
      </w:r>
    </w:p>
    <w:p>
      <w:r>
        <w:rPr>
          <w:rFonts w:ascii="Courier New" w:hAnsi="Courier New"/>
          <w:color w:val="555555"/>
          <w:sz w:val="20"/>
        </w:rPr>
        <w:t>[Lev . 16 . 15]</w:t>
      </w:r>
    </w:p>
    <w:p>
      <w:r>
        <w:rPr>
          <w:rFonts w:ascii="Gentium Plus" w:hAnsi="Gentium Plus"/>
          <w:sz w:val="24"/>
        </w:rPr>
        <w:t>καὶ σφάξει τὸν χίμαρον τὸν περὶ τῆς ἁμαρ‐ τίας τὸν περὶ τοῦ λαοῦ ἔναντι κυρίου καὶ εἰσοίσει ἀπὸ τοῦ αἵμα‐ τος αὐτοῦ ἐσώτερον τοῦ καταπετάσματος καὶ ποιήσει τὸ αἷμα αὐ‐ τοῦ ὃν τρόπον ἐποίησεν τὸ αἷμα τοῦ μόσχου, καὶ ῥανεῖ τὸ αἷμα</w:t>
      </w:r>
    </w:p>
    <w:p>
      <w:r>
        <w:rPr>
          <w:rFonts w:ascii="Courier New" w:hAnsi="Courier New"/>
          <w:color w:val="555555"/>
          <w:sz w:val="20"/>
        </w:rPr>
        <w:t>[5]</w:t>
      </w:r>
    </w:p>
    <w:p>
      <w:r>
        <w:rPr>
          <w:rFonts w:ascii="Gentium Plus" w:hAnsi="Gentium Plus"/>
          <w:sz w:val="24"/>
        </w:rPr>
        <w:t>αὐτοῦ ἐπὶ τὸ ἱλαστήριον κατὰ πρόσωπον τοῦ ἱλαστηρίου</w:t>
      </w:r>
    </w:p>
    <w:p>
      <w:r>
        <w:rPr>
          <w:rFonts w:ascii="Courier New" w:hAnsi="Courier New"/>
          <w:color w:val="555555"/>
          <w:sz w:val="20"/>
        </w:rPr>
        <w:t>[Lev . 16 . 16]</w:t>
      </w:r>
    </w:p>
    <w:p>
      <w:r>
        <w:rPr>
          <w:rFonts w:ascii="Gentium Plus" w:hAnsi="Gentium Plus"/>
          <w:sz w:val="24"/>
        </w:rPr>
        <w:t>καὶ ἐξιλάσεται τὸ ἅγιον ἀπὸ τῶν ἀκαθαρσιῶν τῶν υἱῶν Ισραηλ καὶ ἀπὸ τῶν ἀδικημάτων αὐτῶν περὶ πασῶν τῶν ἁμαρτιῶν αὐτῶν· καὶ οὕτω ποιήσει τῇ σκηνῇ τοῦ μαρτυρίου τῇ ἐκτισμένῃ ἐν αὐτοῖς ἐν</w:t>
      </w:r>
    </w:p>
    <w:p>
      <w:r>
        <w:rPr>
          <w:rFonts w:ascii="Courier New" w:hAnsi="Courier New"/>
          <w:color w:val="555555"/>
          <w:sz w:val="20"/>
        </w:rPr>
        <w:t>[5]</w:t>
      </w:r>
    </w:p>
    <w:p>
      <w:r>
        <w:rPr>
          <w:rFonts w:ascii="Gentium Plus" w:hAnsi="Gentium Plus"/>
          <w:sz w:val="24"/>
        </w:rPr>
        <w:t>μέσῳ τῆς ἀκαθαρσίας αὐτῶν.</w:t>
      </w:r>
    </w:p>
    <w:p>
      <w:r>
        <w:rPr>
          <w:rFonts w:ascii="Courier New" w:hAnsi="Courier New"/>
          <w:color w:val="555555"/>
          <w:sz w:val="20"/>
        </w:rPr>
        <w:t>[Lev . 16 . 17]</w:t>
      </w:r>
    </w:p>
    <w:p>
      <w:r>
        <w:rPr>
          <w:rFonts w:ascii="Gentium Plus" w:hAnsi="Gentium Plus"/>
          <w:sz w:val="24"/>
        </w:rPr>
        <w:t>καὶ πᾶς ἄνθρωπος οὐκ ἔσται ἐν τῇ σκηνῇ τοῦ μαρτυρίου εἰσπορευομένου αὐτοῦ ἐξιλάσασθαι ἐν τῷ ἁγίῳ, ἕως ἂν ἐξέλθῃ· καὶ ἐξιλάσεται περὶ αὐτοῦ καὶ τοῦ οἴκου αὐ‐ τοῦ καὶ περὶ πάσης συναγωγῆς υἱῶν Ισραηλ.</w:t>
      </w:r>
    </w:p>
    <w:p>
      <w:r>
        <w:rPr>
          <w:rFonts w:ascii="Courier New" w:hAnsi="Courier New"/>
          <w:color w:val="555555"/>
          <w:sz w:val="20"/>
        </w:rPr>
        <w:t>[Lev . 16 . 18]</w:t>
      </w:r>
    </w:p>
    <w:p>
      <w:r>
        <w:rPr>
          <w:rFonts w:ascii="Gentium Plus" w:hAnsi="Gentium Plus"/>
          <w:sz w:val="24"/>
        </w:rPr>
        <w:t>καὶ ἐξελεύσεται ἐπὶ τὸ θυσιαστήριον τὸ ὂν ἀπέναντι κυρίου καὶ ἐξιλάσεται ἐπ’ αὐτοῦ· καὶ λήμψεται ἀπὸ τοῦ αἵματος τοῦ μόσχου καὶ ἀπὸ τοῦ αἵματος τοῦ χιμάρου καὶ ἐπιθήσει ἐπὶ τὰ κέρατα τοῦ θυσιαστηρίου κύκλῳ</w:t>
      </w:r>
    </w:p>
    <w:p>
      <w:r>
        <w:rPr>
          <w:rFonts w:ascii="Courier New" w:hAnsi="Courier New"/>
          <w:color w:val="555555"/>
          <w:sz w:val="20"/>
        </w:rPr>
        <w:t>[Lev . 16 . 19]</w:t>
      </w:r>
    </w:p>
    <w:p>
      <w:r>
        <w:rPr>
          <w:rFonts w:ascii="Gentium Plus" w:hAnsi="Gentium Plus"/>
          <w:sz w:val="24"/>
        </w:rPr>
        <w:t>καὶ ῥανεῖ ἐπ’ αὐτοῦ ἀπὸ τοῦ αἵματος τῷ δακτύλῳ ἑπτάκις καὶ καθαριεῖ αὐτὸ καὶ ἁγιάσει αὐτὸ ἀπὸ τῶν ἀκαθαρσιῶν τῶν υἱῶν Ισραηλ.</w:t>
      </w:r>
    </w:p>
    <w:p>
      <w:r>
        <w:rPr>
          <w:rFonts w:ascii="Courier New" w:hAnsi="Courier New"/>
          <w:color w:val="555555"/>
          <w:sz w:val="20"/>
        </w:rPr>
        <w:t>[Lev . 16 . 20]</w:t>
      </w:r>
    </w:p>
    <w:p>
      <w:r>
        <w:rPr>
          <w:rFonts w:ascii="Gentium Plus" w:hAnsi="Gentium Plus"/>
          <w:sz w:val="24"/>
        </w:rPr>
        <w:t>καὶ συντελέσει ἐξιλασκόμενος τὸ ἅγιον καὶ τὴν σκηνὴν τοῦ μαρτυρίου καὶ τὸ θυσιαστήριον, καὶ περὶ τῶν ἱερέων καθαριεῖ· καὶ προσάξει τὸν χίμαρον τὸν ζῶντα.</w:t>
      </w:r>
    </w:p>
    <w:p>
      <w:r>
        <w:rPr>
          <w:rFonts w:ascii="Courier New" w:hAnsi="Courier New"/>
          <w:color w:val="555555"/>
          <w:sz w:val="20"/>
        </w:rPr>
        <w:t>[Lev . 16 . 21]</w:t>
      </w:r>
    </w:p>
    <w:p>
      <w:r>
        <w:rPr>
          <w:rFonts w:ascii="Gentium Plus" w:hAnsi="Gentium Plus"/>
          <w:sz w:val="24"/>
        </w:rPr>
        <w:t>καὶ ἐπιθήσει Ααρων τὰς χεῖρας αὐτοῦ ἐπὶ τὴν κεφαλὴν τοῦ χιμάρου τοῦ ζῶντος καὶ ἐξα‐ γορεύσει ἐπ’ αὐτοῦ πάσας τὰς ἀνομίας τῶν υἱῶν Ισραηλ καὶ πά‐ σας τὰς ἀδικίας αὐτῶν καὶ πάσας τὰς ἁμαρτίας αὐτῶν καὶ ἐπι‐</w:t>
      </w:r>
    </w:p>
    <w:p>
      <w:r>
        <w:rPr>
          <w:rFonts w:ascii="Courier New" w:hAnsi="Courier New"/>
          <w:color w:val="555555"/>
          <w:sz w:val="20"/>
        </w:rPr>
        <w:t>[5]</w:t>
      </w:r>
    </w:p>
    <w:p>
      <w:r>
        <w:rPr>
          <w:rFonts w:ascii="Gentium Plus" w:hAnsi="Gentium Plus"/>
          <w:sz w:val="24"/>
        </w:rPr>
        <w:t>θήσει αὐτὰς ἐπὶ τὴν κεφαλὴν τοῦ χιμάρου τοῦ ζῶντος καὶ ἐξα‐ ποστελεῖ ἐν χειρὶ ἀνθρώπου ἑτοίμου εἰς τὴν ἔρημον·</w:t>
      </w:r>
    </w:p>
    <w:p>
      <w:r>
        <w:rPr>
          <w:rFonts w:ascii="Courier New" w:hAnsi="Courier New"/>
          <w:color w:val="555555"/>
          <w:sz w:val="20"/>
        </w:rPr>
        <w:t>[Lev . 16 . 22]</w:t>
      </w:r>
    </w:p>
    <w:p>
      <w:r>
        <w:rPr>
          <w:rFonts w:ascii="Gentium Plus" w:hAnsi="Gentium Plus"/>
          <w:sz w:val="24"/>
        </w:rPr>
        <w:t>καὶ λήμψε‐ ται ὁ χίμαρος ἐφ’ ἑαυτῷ τὰς ἀδικίας αὐτῶν εἰς γῆν ἄβατον, καὶ ἐξαποστελεῖ τὸν χίμαρον εἰς τὴν ἔρημον.</w:t>
      </w:r>
    </w:p>
    <w:p>
      <w:r>
        <w:rPr>
          <w:rFonts w:ascii="Courier New" w:hAnsi="Courier New"/>
          <w:color w:val="555555"/>
          <w:sz w:val="20"/>
        </w:rPr>
        <w:t>[Lev . 16 . 23]</w:t>
      </w:r>
    </w:p>
    <w:p>
      <w:r>
        <w:rPr>
          <w:rFonts w:ascii="Gentium Plus" w:hAnsi="Gentium Plus"/>
          <w:sz w:val="24"/>
        </w:rPr>
        <w:t>καὶ εἰσελεύσεται Ααρων</w:t>
      </w:r>
    </w:p>
    <w:p>
      <w:r>
        <w:rPr>
          <w:rFonts w:ascii="Courier New" w:hAnsi="Courier New"/>
          <w:color w:val="555555"/>
          <w:sz w:val="20"/>
        </w:rPr>
        <w:t>[Lev . 16 . 24]</w:t>
      </w:r>
    </w:p>
    <w:p>
      <w:r>
        <w:rPr>
          <w:rFonts w:ascii="Gentium Plus" w:hAnsi="Gentium Plus"/>
          <w:sz w:val="24"/>
        </w:rPr>
        <w:t>καὶ λούσεται τὸ σῶμα αὐτοῦ ὕδατι ἐν τόπῳ ἁγίῳ καὶ ἐνδύσεται τὴν στολὴν αὐτοῦ καὶ ἐξελθὼν ποιήσει τὸ ὁλοκάρ‐ πωμα αὐτοῦ καὶ τὸ ὁλοκάρπωμα τοῦ λαοῦ καὶ ἐξιλάσεται περὶ αὐτοῦ καὶ περὶ τοῦ οἴκου αὐτοῦ καὶ περὶ τοῦ λαοῦ ὡς περὶ τῶν</w:t>
      </w:r>
    </w:p>
    <w:p>
      <w:r>
        <w:rPr>
          <w:rFonts w:ascii="Courier New" w:hAnsi="Courier New"/>
          <w:color w:val="555555"/>
          <w:sz w:val="20"/>
        </w:rPr>
        <w:t>[5]</w:t>
      </w:r>
    </w:p>
    <w:p>
      <w:r>
        <w:rPr>
          <w:rFonts w:ascii="Gentium Plus" w:hAnsi="Gentium Plus"/>
          <w:sz w:val="24"/>
        </w:rPr>
        <w:t>ἱερέων.</w:t>
      </w:r>
    </w:p>
    <w:p>
      <w:r>
        <w:rPr>
          <w:rFonts w:ascii="Courier New" w:hAnsi="Courier New"/>
          <w:color w:val="555555"/>
          <w:sz w:val="20"/>
        </w:rPr>
        <w:t>[Lev . 16 . 25]</w:t>
      </w:r>
    </w:p>
    <w:p>
      <w:r>
        <w:rPr>
          <w:rFonts w:ascii="Gentium Plus" w:hAnsi="Gentium Plus"/>
          <w:sz w:val="24"/>
        </w:rPr>
        <w:t>καὶ τὸ στέαρ τὸ περὶ τῶν ἁμαρτιῶν ἀνοίσει ἐπὶ τὸ θυ‐ σιαστήριον.</w:t>
      </w:r>
    </w:p>
    <w:p>
      <w:r>
        <w:rPr>
          <w:rFonts w:ascii="Courier New" w:hAnsi="Courier New"/>
          <w:color w:val="555555"/>
          <w:sz w:val="20"/>
        </w:rPr>
        <w:t>[Lev . 16 . 26]</w:t>
      </w:r>
    </w:p>
    <w:p>
      <w:r>
        <w:rPr>
          <w:rFonts w:ascii="Gentium Plus" w:hAnsi="Gentium Plus"/>
          <w:sz w:val="24"/>
        </w:rPr>
        <w:t>καὶ ὁ ἐξαποστέλλων τὸν χίμαρον τὸν διεσταλμένον εἰς ἄφεσιν πλυνεῖ τὰ ἱμάτια καὶ λούσεται τὸ σῶμα αὐτοῦ ὕδατι καὶ μετὰ ταῦτα εἰσελεύσεται εἰς τὴν παρεμβολήν.</w:t>
      </w:r>
    </w:p>
    <w:p>
      <w:r>
        <w:rPr>
          <w:rFonts w:ascii="Courier New" w:hAnsi="Courier New"/>
          <w:color w:val="555555"/>
          <w:sz w:val="20"/>
        </w:rPr>
        <w:t>[Lev . 16 . 27]</w:t>
      </w:r>
    </w:p>
    <w:p>
      <w:r>
        <w:rPr>
          <w:rFonts w:ascii="Gentium Plus" w:hAnsi="Gentium Plus"/>
          <w:sz w:val="24"/>
        </w:rPr>
        <w:t>καὶ τὸν μό‐ σχον τὸν περὶ τῆς ἁμαρτίας καὶ τὸν χίμαρον τὸν περὶ τῆς ἁμαρ‐ τίας, ὧν τὸ αἷμα εἰσηνέχθη ἐξιλάσασθαι ἐν τῷ ἁγίῳ, ἐξοίσουσιν αὐτὰ ἔξω τῆς παρεμβολῆς καὶ κατακαύσουσιν αὐτὰ ἐν πυρί, καὶ</w:t>
      </w:r>
    </w:p>
    <w:p>
      <w:r>
        <w:rPr>
          <w:rFonts w:ascii="Courier New" w:hAnsi="Courier New"/>
          <w:color w:val="555555"/>
          <w:sz w:val="20"/>
        </w:rPr>
        <w:t>[5]</w:t>
      </w:r>
    </w:p>
    <w:p>
      <w:r>
        <w:rPr>
          <w:rFonts w:ascii="Gentium Plus" w:hAnsi="Gentium Plus"/>
          <w:sz w:val="24"/>
        </w:rPr>
        <w:t>τὰ δέρματα αὐτῶν καὶ τὰ κρέα αὐτῶν καὶ τὴν κόπρον αὐτῶν·</w:t>
      </w:r>
    </w:p>
    <w:p>
      <w:r>
        <w:rPr>
          <w:rFonts w:ascii="Courier New" w:hAnsi="Courier New"/>
          <w:color w:val="555555"/>
          <w:sz w:val="20"/>
        </w:rPr>
        <w:t>[Lev . 16 . 28]</w:t>
      </w:r>
    </w:p>
    <w:p>
      <w:r>
        <w:rPr>
          <w:rFonts w:ascii="Gentium Plus" w:hAnsi="Gentium Plus"/>
          <w:sz w:val="24"/>
        </w:rPr>
        <w:t>ὁ δὲ κατακαίων αὐτὰ πλυνεῖ τὰ ἱμάτια καὶ λούσεται τὸ σῶμα αὐτοῦ ὕδατι καὶ μετὰ ταῦτα εἰσελεύσεται εἰς τὴν παρεμβολήν.</w:t>
      </w:r>
    </w:p>
    <w:p>
      <w:r>
        <w:rPr>
          <w:rFonts w:ascii="Courier New" w:hAnsi="Courier New"/>
          <w:color w:val="555555"/>
          <w:sz w:val="20"/>
        </w:rPr>
        <w:t>[Lev . 16 . 29]</w:t>
      </w:r>
    </w:p>
    <w:p>
      <w:r>
        <w:rPr>
          <w:rFonts w:ascii="Gentium Plus" w:hAnsi="Gentium Plus"/>
          <w:sz w:val="24"/>
        </w:rPr>
        <w:t>Καὶ ἔσται τοῦτο ὑμῖν νόμιμον αἰώνιον· ἐν τῷ μηνὶ τῷ ἑβδό‐ μῳ δεκάτῃ τοῦ μηνὸς ταπεινώσατε τὰς ψυχὰς ὑμῶν καὶ πᾶν ἔρ‐ γον οὐ ποιήσετε, ὁ αὐτόχθων καὶ ὁ προσήλυτος ὁ προσκείμενος ἐν ὑμῖν.</w:t>
      </w:r>
    </w:p>
    <w:p>
      <w:r>
        <w:rPr>
          <w:rFonts w:ascii="Courier New" w:hAnsi="Courier New"/>
          <w:color w:val="555555"/>
          <w:sz w:val="20"/>
        </w:rPr>
        <w:t>[Lev . 16 . 30]</w:t>
      </w:r>
    </w:p>
    <w:p>
      <w:r>
        <w:rPr>
          <w:rFonts w:ascii="Gentium Plus" w:hAnsi="Gentium Plus"/>
          <w:sz w:val="24"/>
        </w:rPr>
        <w:t>ἐν γὰρ τῇ ἡμέρᾳ ταύτῃ ἐξιλάσεται περὶ ὑμῶν καθαρί‐ σαι ὑμᾶς ἀπὸ πασῶν τῶν ἁμαρτιῶν ὑμῶν ἔναντι κυρίου, καὶ καθα‐ ρισθήσεσθε.</w:t>
      </w:r>
    </w:p>
    <w:p>
      <w:r>
        <w:rPr>
          <w:rFonts w:ascii="Courier New" w:hAnsi="Courier New"/>
          <w:color w:val="555555"/>
          <w:sz w:val="20"/>
        </w:rPr>
        <w:t>[Lev . 16 . 31]</w:t>
      </w:r>
    </w:p>
    <w:p>
      <w:r>
        <w:rPr>
          <w:rFonts w:ascii="Gentium Plus" w:hAnsi="Gentium Plus"/>
          <w:sz w:val="24"/>
        </w:rPr>
        <w:t>σάββατα σαββάτων ἀνάπαυσις αὕτη ἔσται ὑμῖν, καὶ ταπεινώσετε τὰς ψυχὰς ὑμῶν, νόμιμον αἰώνιον.</w:t>
      </w:r>
    </w:p>
    <w:p>
      <w:r>
        <w:rPr>
          <w:rFonts w:ascii="Courier New" w:hAnsi="Courier New"/>
          <w:color w:val="555555"/>
          <w:sz w:val="20"/>
        </w:rPr>
        <w:t>[Lev . 16 . 32]</w:t>
      </w:r>
    </w:p>
    <w:p>
      <w:r>
        <w:rPr>
          <w:rFonts w:ascii="Gentium Plus" w:hAnsi="Gentium Plus"/>
          <w:sz w:val="24"/>
        </w:rPr>
        <w:t>ἐξιλάσεται ὁ ἱε‐ ρεύς, ὃν ἂν χρίσωσιν αὐτὸν καὶ ὃν ἂν τελειώσουσιν τὰς χεῖρας αὐτοῦ ἱερατεύειν μετὰ τὸν πατέρα αὐτοῦ, καὶ ἐνδύσεται τὴν στο‐ λὴν τὴν λινῆν, στολὴν ἁγίαν,</w:t>
      </w:r>
    </w:p>
    <w:p>
      <w:r>
        <w:rPr>
          <w:rFonts w:ascii="Courier New" w:hAnsi="Courier New"/>
          <w:color w:val="555555"/>
          <w:sz w:val="20"/>
        </w:rPr>
        <w:t>[Lev . 16 . 33]</w:t>
      </w:r>
    </w:p>
    <w:p>
      <w:r>
        <w:rPr>
          <w:rFonts w:ascii="Gentium Plus" w:hAnsi="Gentium Plus"/>
          <w:sz w:val="24"/>
        </w:rPr>
        <w:t>καὶ ἐξιλάσεται τὸ ἅγιον τοῦ ἁγίου καὶ τὴν σκηνὴν τοῦ μαρτυρίου καὶ τὸ θυσιαστήριον ἐξιλάσεται καὶ περὶ τῶν ἱερέων καὶ περὶ πάσης συναγωγῆς ἐξιλάσεται.</w:t>
      </w:r>
    </w:p>
    <w:p>
      <w:r>
        <w:rPr>
          <w:rFonts w:ascii="Courier New" w:hAnsi="Courier New"/>
          <w:color w:val="555555"/>
          <w:sz w:val="20"/>
        </w:rPr>
        <w:t>[Lev . 16 . 34]</w:t>
      </w:r>
    </w:p>
    <w:p>
      <w:r>
        <w:rPr>
          <w:rFonts w:ascii="Gentium Plus" w:hAnsi="Gentium Plus"/>
          <w:sz w:val="24"/>
        </w:rPr>
        <w:t>καὶ ἔσται τοῦτο ὑμῖν νόμιμον αἰώνιον ἐξιλάσκεσθαι περὶ τῶν υἱῶν Ισραηλ ἀπὸ πασῶν τῶν ἁμαρτιῶν αὐτῶν· ἅπαξ τοῦ ἐνιαυτοῦ ποιη‐ θήσεται, καθάπερ συνέταξεν κύριος τῷ Μωυσῇ.</w:t>
      </w:r>
    </w:p>
    <w:p>
      <w:r>
        <w:rPr>
          <w:rFonts w:ascii="Courier New" w:hAnsi="Courier New"/>
          <w:color w:val="555555"/>
          <w:sz w:val="20"/>
        </w:rPr>
        <w:t>[Lev . 17 . 1]</w:t>
      </w:r>
    </w:p>
    <w:p>
      <w:r>
        <w:rPr>
          <w:rFonts w:ascii="Gentium Plus" w:hAnsi="Gentium Plus"/>
          <w:sz w:val="24"/>
        </w:rPr>
        <w:t>Καὶ ἐλάλησεν κύριος πρὸς Μωυσῆν λέγων</w:t>
      </w:r>
    </w:p>
    <w:p>
      <w:r>
        <w:rPr>
          <w:rFonts w:ascii="Courier New" w:hAnsi="Courier New"/>
          <w:color w:val="555555"/>
          <w:sz w:val="20"/>
        </w:rPr>
        <w:t>[Lev . 17 . 2]</w:t>
      </w:r>
    </w:p>
    <w:p>
      <w:r>
        <w:rPr>
          <w:rFonts w:ascii="Gentium Plus" w:hAnsi="Gentium Plus"/>
          <w:sz w:val="24"/>
        </w:rPr>
        <w:t>Λάλησον πρὸς Ααρων καὶ πρὸς τοὺς υἱοὺς αὐτοῦ καὶ πρὸς πάντας υἱοὺς Ισραηλ καὶ ἐρεῖς πρὸς αὐτούς Τοῦτο τὸ ῥῆμα, ὃ ἐνετείλατο κύριος λέγων</w:t>
      </w:r>
    </w:p>
    <w:p>
      <w:r>
        <w:rPr>
          <w:rFonts w:ascii="Courier New" w:hAnsi="Courier New"/>
          <w:color w:val="555555"/>
          <w:sz w:val="20"/>
        </w:rPr>
        <w:t>[Lev . 17 . 3]</w:t>
      </w:r>
    </w:p>
    <w:p>
      <w:r>
        <w:rPr>
          <w:rFonts w:ascii="Gentium Plus" w:hAnsi="Gentium Plus"/>
          <w:sz w:val="24"/>
        </w:rPr>
        <w:t>Ἄνθρωπος ἄνθρωπος τῶν υἱῶν Ισραηλ ἢ τῶν προσηλύτων τῶν προσκειμένων ἐν ὑμῖν, ὃς ἂν σφάξῃ μόσχον ἢ πρόβατον ἢ αἶγα ἐν τῇ παρεμβολῇ καὶ ὃς ἂν σφάξῃ ἔξω τῆς παρεμβολῆς</w:t>
      </w:r>
    </w:p>
    <w:p>
      <w:r>
        <w:rPr>
          <w:rFonts w:ascii="Courier New" w:hAnsi="Courier New"/>
          <w:color w:val="555555"/>
          <w:sz w:val="20"/>
        </w:rPr>
        <w:t>[Lev . 17 . 4]</w:t>
      </w:r>
    </w:p>
    <w:p>
      <w:r>
        <w:rPr>
          <w:rFonts w:ascii="Gentium Plus" w:hAnsi="Gentium Plus"/>
          <w:sz w:val="24"/>
        </w:rPr>
        <w:t>καὶ ἐπὶ</w:t>
      </w:r>
    </w:p>
    <w:p>
      <w:r>
        <w:rPr>
          <w:rFonts w:ascii="Courier New" w:hAnsi="Courier New"/>
          <w:color w:val="555555"/>
          <w:sz w:val="20"/>
        </w:rPr>
        <w:t>[5]</w:t>
      </w:r>
    </w:p>
    <w:p>
      <w:r>
        <w:rPr>
          <w:rFonts w:ascii="Gentium Plus" w:hAnsi="Gentium Plus"/>
          <w:sz w:val="24"/>
        </w:rPr>
        <w:t>μαρτυρίου μὴ ἐνέγκῃ αὐτὸ ὥστε μὴ προσενέγκαι δῶρον κυρίῳ ἀπέ‐ ναντι τῆς σκηνῆς κυρίου, καὶ λογισθήσεται τῷ ἀνθρώπῳ ἐκείνῳ αἷμα· αἷμα ἐξέχεεν, ἐξολεθρευθήσεται ἡ ψυχὴ ἐκείνη ἐκ τοῦ λαοῦ αὐτῆς·</w:t>
      </w:r>
    </w:p>
    <w:p>
      <w:r>
        <w:rPr>
          <w:rFonts w:ascii="Courier New" w:hAnsi="Courier New"/>
          <w:color w:val="555555"/>
          <w:sz w:val="20"/>
        </w:rPr>
        <w:t>[Lev . 17 . 5]</w:t>
      </w:r>
    </w:p>
    <w:p>
      <w:r>
        <w:rPr>
          <w:rFonts w:ascii="Gentium Plus" w:hAnsi="Gentium Plus"/>
          <w:sz w:val="24"/>
        </w:rPr>
        <w:t>ὅπως ἀναφέρωσιν οἱ υἱοὶ Ισραηλ τὰς θυσίας αὐτῶν, ὅσας ἂν αὐτοὶ σφάξουσιν ἐν τοῖς πεδίοις, καὶ οἴσουσιν τῷ κυρίῳ ἐπὶ τὰς θύρας τῆς σκηνῆς τοῦ μαρτυρίου πρὸς τὸν ἱερέα καὶ θύσου‐ σιν θυσίαν σωτηρίου τῷ κυρίῳ αὐτά·</w:t>
      </w:r>
    </w:p>
    <w:p>
      <w:r>
        <w:rPr>
          <w:rFonts w:ascii="Courier New" w:hAnsi="Courier New"/>
          <w:color w:val="555555"/>
          <w:sz w:val="20"/>
        </w:rPr>
        <w:t>[Lev . 17 . 6]</w:t>
      </w:r>
    </w:p>
    <w:p>
      <w:r>
        <w:rPr>
          <w:rFonts w:ascii="Gentium Plus" w:hAnsi="Gentium Plus"/>
          <w:sz w:val="24"/>
        </w:rPr>
        <w:t>καὶ προσχεεῖ ὁ ἱερεὺς τὸ αἷμα ἐπὶ τὸ θυσιαστήριον κύκλῳ ἀπέναντι κυρίου παρὰ τὰς θύρας τῆς σκηνῆς τοῦ μαρτυρίου καὶ ἀνοίσει τὸ στέαρ εἰς ὀσμὴν εὐω‐ δίας κυρίῳ·</w:t>
      </w:r>
    </w:p>
    <w:p>
      <w:r>
        <w:rPr>
          <w:rFonts w:ascii="Courier New" w:hAnsi="Courier New"/>
          <w:color w:val="555555"/>
          <w:sz w:val="20"/>
        </w:rPr>
        <w:t>[Lev . 17 . 7]</w:t>
      </w:r>
    </w:p>
    <w:p>
      <w:r>
        <w:rPr>
          <w:rFonts w:ascii="Gentium Plus" w:hAnsi="Gentium Plus"/>
          <w:sz w:val="24"/>
        </w:rPr>
        <w:t>καὶ οὐ θύσουσιν ἔτι τὰς θυσίας αὐτῶν τοῖς ματαίοις, οἷς αὐτοὶ ἐκπορνεύουσιν ὀπίσω αὐτῶν· νόμιμον αἰώνιον ἔσται ὑμῖν εἰς τὰς γενεὰς ὑμῶν.</w:t>
      </w:r>
    </w:p>
    <w:p>
      <w:r>
        <w:rPr>
          <w:rFonts w:ascii="Courier New" w:hAnsi="Courier New"/>
          <w:color w:val="555555"/>
          <w:sz w:val="20"/>
        </w:rPr>
        <w:t>[Lev . 17 . 8]</w:t>
      </w:r>
    </w:p>
    <w:p>
      <w:r>
        <w:rPr>
          <w:rFonts w:ascii="Gentium Plus" w:hAnsi="Gentium Plus"/>
          <w:sz w:val="24"/>
        </w:rPr>
        <w:t>Καὶ ἐρεῖς πρὸς αὐτούς Ἄνθρωπος ἄνθρωπος τῶν υἱῶν Ισραηλ καὶ ἀπὸ τῶν υἱῶν τῶν προσηλύτων τῶν προσκειμένων ἐν ὑμῖν, ὃς ἂν ποιήσῃ ὁλοκαύτωμα ἢ θυσίαν</w:t>
      </w:r>
    </w:p>
    <w:p>
      <w:r>
        <w:rPr>
          <w:rFonts w:ascii="Courier New" w:hAnsi="Courier New"/>
          <w:color w:val="555555"/>
          <w:sz w:val="20"/>
        </w:rPr>
        <w:t>[Lev . 17 . 9]</w:t>
      </w:r>
    </w:p>
    <w:p>
      <w:r>
        <w:rPr>
          <w:rFonts w:ascii="Gentium Plus" w:hAnsi="Gentium Plus"/>
          <w:sz w:val="24"/>
        </w:rPr>
        <w:t>καὶ ἐπὶ τὴν θύραν τῆς σκη‐ νῆς τοῦ μαρτυρίου μὴ ἐνέγκῃ ποιῆσαι αὐτὸ τῷ κυρίῳ, ἐξολεθρευ‐ θήσεται ὁ ἄνθρωπος ἐκεῖνος ἐκ τοῦ λαοῦ αὐτοῦ.</w:t>
      </w:r>
    </w:p>
    <w:p>
      <w:r>
        <w:rPr>
          <w:rFonts w:ascii="Courier New" w:hAnsi="Courier New"/>
          <w:color w:val="555555"/>
          <w:sz w:val="20"/>
        </w:rPr>
        <w:t>[Lev . 17 . 10]</w:t>
      </w:r>
    </w:p>
    <w:p>
      <w:r>
        <w:rPr>
          <w:rFonts w:ascii="Gentium Plus" w:hAnsi="Gentium Plus"/>
          <w:sz w:val="24"/>
        </w:rPr>
        <w:t>Καὶ ἄνθρωπος ἄνθρωπος τῶν υἱῶν Ισραηλ ἢ τῶν προσηλύτων τῶν προσκειμένων ἐν ὑμῖν, ὃς ἂν φάγῃ πᾶν αἷμα, καὶ ἐπιστήσω τὸ πρόσωπόν μου ἐπὶ τὴν ψυχὴν τὴν ἔσθουσαν τὸ αἷμα καὶ ἀπολῶ αὐτὴν ἐκ τοῦ λαοῦ αὐτῆς.</w:t>
      </w:r>
    </w:p>
    <w:p>
      <w:r>
        <w:rPr>
          <w:rFonts w:ascii="Courier New" w:hAnsi="Courier New"/>
          <w:color w:val="555555"/>
          <w:sz w:val="20"/>
        </w:rPr>
        <w:t>[Lev . 17 . 11]</w:t>
      </w:r>
    </w:p>
    <w:p>
      <w:r>
        <w:rPr>
          <w:rFonts w:ascii="Gentium Plus" w:hAnsi="Gentium Plus"/>
          <w:sz w:val="24"/>
        </w:rPr>
        <w:t>ἡ γὰρ ψυχὴ πάσης σαρκὸς αἷμα αὐ‐ τοῦ ἐστιν, καὶ ἐγὼ δέδωκα αὐτὸ ὑμῖν ἐπὶ τοῦ θυσιαστηρίου ἐξι‐ λάσκεσθαι περὶ τῶν ψυχῶν ὑμῶν· τὸ γὰρ αἷμα αὐτοῦ ἀντὶ τῆς ψυχῆς ἐξιλάσεται.</w:t>
      </w:r>
    </w:p>
    <w:p>
      <w:r>
        <w:rPr>
          <w:rFonts w:ascii="Courier New" w:hAnsi="Courier New"/>
          <w:color w:val="555555"/>
          <w:sz w:val="20"/>
        </w:rPr>
        <w:t>[Lev . 17 . 12]</w:t>
      </w:r>
    </w:p>
    <w:p>
      <w:r>
        <w:rPr>
          <w:rFonts w:ascii="Gentium Plus" w:hAnsi="Gentium Plus"/>
          <w:sz w:val="24"/>
        </w:rPr>
        <w:t>διὰ τοῦτο εἴρηκα τοῖς υἱοῖς Ισραηλ Πᾶσα ψυχὴ ἐξ ὑμῶν οὐ φάγεται αἷμα, καὶ ὁ προσήλυτος ὁ προσκείμενος ἐν ὑμῖν οὐ φάγεται αἷμα.</w:t>
      </w:r>
    </w:p>
    <w:p>
      <w:r>
        <w:rPr>
          <w:rFonts w:ascii="Courier New" w:hAnsi="Courier New"/>
          <w:color w:val="555555"/>
          <w:sz w:val="20"/>
        </w:rPr>
        <w:t>[Lev . 17 . 13]</w:t>
      </w:r>
    </w:p>
    <w:p>
      <w:r>
        <w:rPr>
          <w:rFonts w:ascii="Gentium Plus" w:hAnsi="Gentium Plus"/>
          <w:sz w:val="24"/>
        </w:rPr>
        <w:t>καὶ ἄνθρωπος ἄνθρωπος τῶν υἱῶν Ισραηλ καὶ τῶν προσηλύτων τῶν προσκειμένων ἐν ὑμῖν, ὃς ἂν θηρεύσῃ θήρευμα θηρίον ἢ πετεινόν, ὃ ἔσθεται, καὶ ἐκχεεῖ τὸ αἷμα καὶ κα‐ λύψει αὐτὸ τῇ γῇ·</w:t>
      </w:r>
    </w:p>
    <w:p>
      <w:r>
        <w:rPr>
          <w:rFonts w:ascii="Courier New" w:hAnsi="Courier New"/>
          <w:color w:val="555555"/>
          <w:sz w:val="20"/>
        </w:rPr>
        <w:t>[Lev . 17 . 14]</w:t>
      </w:r>
    </w:p>
    <w:p>
      <w:r>
        <w:rPr>
          <w:rFonts w:ascii="Gentium Plus" w:hAnsi="Gentium Plus"/>
          <w:sz w:val="24"/>
        </w:rPr>
        <w:t>ἡ γὰρ ψυχὴ πάσης σαρκὸς αἷμα αὐτοῦ ἐστιν, καὶ εἶπα τοῖς υἱοῖς Ισραηλ Αἷμα πάσης σαρκὸς οὐ φάγεσθε, ὅτι ἡ ψυχὴ πάσης σαρκὸς αἷμα αὐτοῦ ἐστιν· πᾶς ὁ ἔσθων αὐτὸ ἐξολε‐ θρευθήσεται.</w:t>
      </w:r>
    </w:p>
    <w:p>
      <w:r>
        <w:rPr>
          <w:rFonts w:ascii="Courier New" w:hAnsi="Courier New"/>
          <w:color w:val="555555"/>
          <w:sz w:val="20"/>
        </w:rPr>
        <w:t>[Lev . 17 . 15]</w:t>
      </w:r>
    </w:p>
    <w:p>
      <w:r>
        <w:rPr>
          <w:rFonts w:ascii="Gentium Plus" w:hAnsi="Gentium Plus"/>
          <w:sz w:val="24"/>
        </w:rPr>
        <w:t>Καὶ πᾶσα ψυχή, ἥτις φάγεται θνησιμαῖον ἢ θηριάλωτον ἐν τοῖς αὐτόχθοσιν ἢ ἐν τοῖς προσηλύτοις, πλυνεῖ τὰ ἱμάτια αὐτοῦ καὶ λούσεται ὕδατι καὶ ἀκάθαρτος ἔσται ἕως ἑσπέρας καὶ καθαρὸς ἔσται·</w:t>
      </w:r>
    </w:p>
    <w:p>
      <w:r>
        <w:rPr>
          <w:rFonts w:ascii="Courier New" w:hAnsi="Courier New"/>
          <w:color w:val="555555"/>
          <w:sz w:val="20"/>
        </w:rPr>
        <w:t>[Lev . 17 . 16]</w:t>
      </w:r>
    </w:p>
    <w:p>
      <w:r>
        <w:rPr>
          <w:rFonts w:ascii="Gentium Plus" w:hAnsi="Gentium Plus"/>
          <w:sz w:val="24"/>
        </w:rPr>
        <w:t>ἐὰν δὲ μὴ πλύνῃ τὰ ἱμάτια καὶ τὸ σῶμα μὴ λούσηται</w:t>
      </w:r>
    </w:p>
    <w:p>
      <w:r>
        <w:rPr>
          <w:rFonts w:ascii="Courier New" w:hAnsi="Courier New"/>
          <w:color w:val="555555"/>
          <w:sz w:val="20"/>
        </w:rPr>
        <w:t>[Lev . 18 . 1]</w:t>
      </w:r>
    </w:p>
    <w:p>
      <w:r>
        <w:rPr>
          <w:rFonts w:ascii="Gentium Plus" w:hAnsi="Gentium Plus"/>
          <w:sz w:val="24"/>
        </w:rPr>
        <w:t>Καὶ εἶπεν κύριος πρὸς Μωυσῆν λέγων</w:t>
      </w:r>
    </w:p>
    <w:p>
      <w:r>
        <w:rPr>
          <w:rFonts w:ascii="Courier New" w:hAnsi="Courier New"/>
          <w:color w:val="555555"/>
          <w:sz w:val="20"/>
        </w:rPr>
        <w:t>[Lev . 18 . 2]</w:t>
      </w:r>
    </w:p>
    <w:p>
      <w:r>
        <w:rPr>
          <w:rFonts w:ascii="Gentium Plus" w:hAnsi="Gentium Plus"/>
          <w:sz w:val="24"/>
        </w:rPr>
        <w:t>Λάλησον τοῖς υἱοῖς Ισραηλ καὶ ἐρεῖς πρὸς αὐτούς Ἐγὼ κύριος ὁ θεὸς ὑμῶν.</w:t>
      </w:r>
    </w:p>
    <w:p>
      <w:r>
        <w:rPr>
          <w:rFonts w:ascii="Courier New" w:hAnsi="Courier New"/>
          <w:color w:val="555555"/>
          <w:sz w:val="20"/>
        </w:rPr>
        <w:t>[Lev . 18 . 3]</w:t>
      </w:r>
    </w:p>
    <w:p>
      <w:r>
        <w:rPr>
          <w:rFonts w:ascii="Gentium Plus" w:hAnsi="Gentium Plus"/>
          <w:sz w:val="24"/>
        </w:rPr>
        <w:t>κατὰ τὰ ἐπιτηδεύματα γῆς Αἰγύπτου, ἐν ᾗ κατῳκήσατε ἐπ’ αὐτῇ, οὐ ποιήσετε καὶ κατὰ τὰ ἐπιτηδεύματα γῆς Χανααν, εἰς ἣν ἐγὼ εἰσάγω ὑμᾶς ἐκεῖ, οὐ ποιήσετε καὶ τοῖς νομίμοις αὐτῶν οὐ πορεύσεσθε·</w:t>
      </w:r>
    </w:p>
    <w:p>
      <w:r>
        <w:rPr>
          <w:rFonts w:ascii="Courier New" w:hAnsi="Courier New"/>
          <w:color w:val="555555"/>
          <w:sz w:val="20"/>
        </w:rPr>
        <w:t>[Lev . 18 . 4]</w:t>
      </w:r>
    </w:p>
    <w:p>
      <w:r>
        <w:rPr>
          <w:rFonts w:ascii="Gentium Plus" w:hAnsi="Gentium Plus"/>
          <w:sz w:val="24"/>
        </w:rPr>
        <w:t>τὰ κρίματά μου ποιήσετε καὶ τὰ προστάγματά μου φυλάξεσθε πορεύεσθαι ἐν αὐτοῖς· ἐγὼ κύριος ὁ θεὸς ὑμῶν.</w:t>
      </w:r>
    </w:p>
    <w:p>
      <w:r>
        <w:rPr>
          <w:rFonts w:ascii="Courier New" w:hAnsi="Courier New"/>
          <w:color w:val="555555"/>
          <w:sz w:val="20"/>
        </w:rPr>
        <w:t>[Lev . 18 . 5]</w:t>
      </w:r>
    </w:p>
    <w:p>
      <w:r>
        <w:rPr>
          <w:rFonts w:ascii="Gentium Plus" w:hAnsi="Gentium Plus"/>
          <w:sz w:val="24"/>
        </w:rPr>
        <w:t>καὶ φυλάξεσθε πάντα τὰ προστάγματά μου καὶ πάντα τὰ κρίματά μου καὶ ποιήσετε αὐτά, ἃ ποιήσας ἄνθρωπος ζήσεται ἐν αὐτοῖς· ἐγὼ κύριος ὁ θεὸς ὑμῶν.</w:t>
      </w:r>
    </w:p>
    <w:p>
      <w:r>
        <w:rPr>
          <w:rFonts w:ascii="Courier New" w:hAnsi="Courier New"/>
          <w:color w:val="555555"/>
          <w:sz w:val="20"/>
        </w:rPr>
        <w:t>[Lev . 18 . 6]</w:t>
      </w:r>
    </w:p>
    <w:p>
      <w:r>
        <w:rPr>
          <w:rFonts w:ascii="Gentium Plus" w:hAnsi="Gentium Plus"/>
          <w:sz w:val="24"/>
        </w:rPr>
        <w:t>Ἄνθρωπος ἄνθρωπος πρὸς πάντα οἰκεῖα σαρκὸς αὐτοῦ οὐ προσελεύσεται ἀποκαλύψαι ἀσχημοσύνην· ἐγὼ κύριος.</w:t>
      </w:r>
    </w:p>
    <w:p>
      <w:r>
        <w:rPr>
          <w:rFonts w:ascii="Courier New" w:hAnsi="Courier New"/>
          <w:color w:val="555555"/>
          <w:sz w:val="20"/>
        </w:rPr>
        <w:t>[Lev . 18 . 7]</w:t>
      </w:r>
    </w:p>
    <w:p>
      <w:r>
        <w:rPr>
          <w:rFonts w:ascii="Gentium Plus" w:hAnsi="Gentium Plus"/>
          <w:sz w:val="24"/>
        </w:rPr>
        <w:t>ἀσχημο‐ σύνην πατρός σου καὶ ἀσχημοσύνην μητρός σου οὐκ ἀποκαλύ‐ ψεις· μήτηρ γάρ σού ἐστιν, καὶ οὐκ ἀποκαλύψεις τὴν ἀσχημοσύ‐ νην αὐτῆς.</w:t>
      </w:r>
    </w:p>
    <w:p>
      <w:r>
        <w:rPr>
          <w:rFonts w:ascii="Courier New" w:hAnsi="Courier New"/>
          <w:color w:val="555555"/>
          <w:sz w:val="20"/>
        </w:rPr>
        <w:t>[Lev . 18 . 8]</w:t>
      </w:r>
    </w:p>
    <w:p>
      <w:r>
        <w:rPr>
          <w:rFonts w:ascii="Gentium Plus" w:hAnsi="Gentium Plus"/>
          <w:sz w:val="24"/>
        </w:rPr>
        <w:t>ἀσχημοσύνην γυναικὸς πατρός σου οὐκ ἀποκαλύψεις· ἀσχημοσύνη πατρός σού ἐστιν.</w:t>
      </w:r>
    </w:p>
    <w:p>
      <w:r>
        <w:rPr>
          <w:rFonts w:ascii="Courier New" w:hAnsi="Courier New"/>
          <w:color w:val="555555"/>
          <w:sz w:val="20"/>
        </w:rPr>
        <w:t>[Lev . 18 . 9]</w:t>
      </w:r>
    </w:p>
    <w:p>
      <w:r>
        <w:rPr>
          <w:rFonts w:ascii="Gentium Plus" w:hAnsi="Gentium Plus"/>
          <w:sz w:val="24"/>
        </w:rPr>
        <w:t>ἀσχημοσύνην τῆς ἀδελφῆς σου ἐκ πατρός σου ἢ ἐκ μητρός σου, ἐνδογενοῦς ἢ γεγεννημένης ἔξω, οὐκ ἀποκαλύψεις ἀσχημοσύνην αὐτῆς.</w:t>
      </w:r>
    </w:p>
    <w:p>
      <w:r>
        <w:rPr>
          <w:rFonts w:ascii="Courier New" w:hAnsi="Courier New"/>
          <w:color w:val="555555"/>
          <w:sz w:val="20"/>
        </w:rPr>
        <w:t>[Lev . 18 . 10]</w:t>
      </w:r>
    </w:p>
    <w:p>
      <w:r>
        <w:rPr>
          <w:rFonts w:ascii="Gentium Plus" w:hAnsi="Gentium Plus"/>
          <w:sz w:val="24"/>
        </w:rPr>
        <w:t>ἀσχημοσύνην θυγατρὸς υἱοῦ σου ἢ θυγατρὸς θυγατρός σου, οὐκ ἀποκαλύψεις τὴν ἀσχη‐ μοσύνην αὐτῶν, ὅτι σὴ ἀσχημοσύνη ἐστίν.</w:t>
      </w:r>
    </w:p>
    <w:p>
      <w:r>
        <w:rPr>
          <w:rFonts w:ascii="Courier New" w:hAnsi="Courier New"/>
          <w:color w:val="555555"/>
          <w:sz w:val="20"/>
        </w:rPr>
        <w:t>[Lev . 18 . 11]</w:t>
      </w:r>
    </w:p>
    <w:p>
      <w:r>
        <w:rPr>
          <w:rFonts w:ascii="Gentium Plus" w:hAnsi="Gentium Plus"/>
          <w:sz w:val="24"/>
        </w:rPr>
        <w:t>ἀσχημοσύνην θυγα‐ τρὸς γυναικὸς πατρός σου οὐκ ἀποκαλύψεις· ὁμοπατρία ἀδελφή σού ἐστιν, οὐκ ἀποκαλύψεις τὴν ἀσχημοσύνην αὐτῆς.</w:t>
      </w:r>
    </w:p>
    <w:p>
      <w:r>
        <w:rPr>
          <w:rFonts w:ascii="Courier New" w:hAnsi="Courier New"/>
          <w:color w:val="555555"/>
          <w:sz w:val="20"/>
        </w:rPr>
        <w:t>[Lev . 18 . 12]</w:t>
      </w:r>
    </w:p>
    <w:p>
      <w:r>
        <w:rPr>
          <w:rFonts w:ascii="Gentium Plus" w:hAnsi="Gentium Plus"/>
          <w:sz w:val="24"/>
        </w:rPr>
        <w:t>ἀσχημο‐ σύνην ἀδελφῆς πατρός σου οὐκ ἀποκαλύψεις· οἰκεία γὰρ πατρός σού ἐστιν.</w:t>
      </w:r>
    </w:p>
    <w:p>
      <w:r>
        <w:rPr>
          <w:rFonts w:ascii="Courier New" w:hAnsi="Courier New"/>
          <w:color w:val="555555"/>
          <w:sz w:val="20"/>
        </w:rPr>
        <w:t>[Lev . 18 . 13]</w:t>
      </w:r>
    </w:p>
    <w:p>
      <w:r>
        <w:rPr>
          <w:rFonts w:ascii="Gentium Plus" w:hAnsi="Gentium Plus"/>
          <w:sz w:val="24"/>
        </w:rPr>
        <w:t>ἀσχημοσύνην ἀδελφῆς μητρός σου οὐκ ἀποκαλύψεις· οἰκεία γὰρ μητρός σού ἐστιν.</w:t>
      </w:r>
    </w:p>
    <w:p>
      <w:r>
        <w:rPr>
          <w:rFonts w:ascii="Courier New" w:hAnsi="Courier New"/>
          <w:color w:val="555555"/>
          <w:sz w:val="20"/>
        </w:rPr>
        <w:t>[Lev . 18 . 14]</w:t>
      </w:r>
    </w:p>
    <w:p>
      <w:r>
        <w:rPr>
          <w:rFonts w:ascii="Gentium Plus" w:hAnsi="Gentium Plus"/>
          <w:sz w:val="24"/>
        </w:rPr>
        <w:t>ἀσχημοσύνην ἀδελφοῦ τοῦ πατρός σου οὐκ ἀποκαλύψεις καὶ πρὸς τὴν γυναῖκα αὐτοῦ οὐκ εἰσελεύσῃ· συγγενὴς γάρ σού ἐστιν.</w:t>
      </w:r>
    </w:p>
    <w:p>
      <w:r>
        <w:rPr>
          <w:rFonts w:ascii="Courier New" w:hAnsi="Courier New"/>
          <w:color w:val="555555"/>
          <w:sz w:val="20"/>
        </w:rPr>
        <w:t>[Lev . 18 . 15]</w:t>
      </w:r>
    </w:p>
    <w:p>
      <w:r>
        <w:rPr>
          <w:rFonts w:ascii="Gentium Plus" w:hAnsi="Gentium Plus"/>
          <w:sz w:val="24"/>
        </w:rPr>
        <w:t>ἀσχημοσύνην νύμφης σου οὐκ ἀπο‐ καλύψεις· γυνὴ γὰρ υἱοῦ σού ἐστιν, οὐκ ἀποκαλύψεις τὴν ἀσχη‐ μοσύνην αὐτῆς.</w:t>
      </w:r>
    </w:p>
    <w:p>
      <w:r>
        <w:rPr>
          <w:rFonts w:ascii="Courier New" w:hAnsi="Courier New"/>
          <w:color w:val="555555"/>
          <w:sz w:val="20"/>
        </w:rPr>
        <w:t>[Lev . 18 . 16]</w:t>
      </w:r>
    </w:p>
    <w:p>
      <w:r>
        <w:rPr>
          <w:rFonts w:ascii="Gentium Plus" w:hAnsi="Gentium Plus"/>
          <w:sz w:val="24"/>
        </w:rPr>
        <w:t>ἀσχημοσύνην γυναικὸς ἀδελφοῦ σου οὐκ ἀπο‐ καλύψεις· ἀσχημοσύνη ἀδελφοῦ σού ἐστιν.</w:t>
      </w:r>
    </w:p>
    <w:p>
      <w:r>
        <w:rPr>
          <w:rFonts w:ascii="Courier New" w:hAnsi="Courier New"/>
          <w:color w:val="555555"/>
          <w:sz w:val="20"/>
        </w:rPr>
        <w:t>[Lev . 18 . 17]</w:t>
      </w:r>
    </w:p>
    <w:p>
      <w:r>
        <w:rPr>
          <w:rFonts w:ascii="Gentium Plus" w:hAnsi="Gentium Plus"/>
          <w:sz w:val="24"/>
        </w:rPr>
        <w:t>ἀσχημοσύνην γυναι‐ κὸς καὶ θυγατρὸς αὐτῆς οὐκ ἀποκαλύψεις· τὴν θυγατέρα τοῦ υἱοῦ αὐτῆς καὶ τὴν θυγατέρα τῆς θυγατρὸς αὐτῆς οὐ λήμψῃ ἀποκαλύ‐ ψαι τὴν ἀσχημοσύνην αὐτῶν· οἰκεῖαι γάρ σού εἰσιν, ἀσέβημά</w:t>
      </w:r>
    </w:p>
    <w:p>
      <w:r>
        <w:rPr>
          <w:rFonts w:ascii="Courier New" w:hAnsi="Courier New"/>
          <w:color w:val="555555"/>
          <w:sz w:val="20"/>
        </w:rPr>
        <w:t>[5]</w:t>
      </w:r>
    </w:p>
    <w:p>
      <w:r>
        <w:rPr>
          <w:rFonts w:ascii="Gentium Plus" w:hAnsi="Gentium Plus"/>
          <w:sz w:val="24"/>
        </w:rPr>
        <w:t>ἐστιν.</w:t>
      </w:r>
    </w:p>
    <w:p>
      <w:r>
        <w:rPr>
          <w:rFonts w:ascii="Courier New" w:hAnsi="Courier New"/>
          <w:color w:val="555555"/>
          <w:sz w:val="20"/>
        </w:rPr>
        <w:t>[Lev . 18 . 18]</w:t>
      </w:r>
    </w:p>
    <w:p>
      <w:r>
        <w:rPr>
          <w:rFonts w:ascii="Gentium Plus" w:hAnsi="Gentium Plus"/>
          <w:sz w:val="24"/>
        </w:rPr>
        <w:t>γυναῖκα ἐπὶ ἀδελφῇ αὐτῆς οὐ λήμψῃ ἀντίζηλον ἀποκα‐ λύψαι τὴν ἀσχημοσύνην αὐτῆς ἐπ’ αὐτῇ ἔτι ζώσης αὐτῆς.</w:t>
      </w:r>
    </w:p>
    <w:p>
      <w:r>
        <w:rPr>
          <w:rFonts w:ascii="Courier New" w:hAnsi="Courier New"/>
          <w:color w:val="555555"/>
          <w:sz w:val="20"/>
        </w:rPr>
        <w:t>[Lev . 18 . 19]</w:t>
      </w:r>
    </w:p>
    <w:p>
      <w:r>
        <w:rPr>
          <w:rFonts w:ascii="Gentium Plus" w:hAnsi="Gentium Plus"/>
          <w:sz w:val="24"/>
        </w:rPr>
        <w:t>Καὶ πρὸς γυναῖκα ἐν χωρισμῷ ἀκαθαρσίας αὐτῆς οὐ προσε‐ λεύσῃ ἀποκαλύψαι τὴν ἀσχημοσύνην αὐτῆς.</w:t>
      </w:r>
    </w:p>
    <w:p>
      <w:r>
        <w:rPr>
          <w:rFonts w:ascii="Courier New" w:hAnsi="Courier New"/>
          <w:color w:val="555555"/>
          <w:sz w:val="20"/>
        </w:rPr>
        <w:t>[Lev . 18 . 20]</w:t>
      </w:r>
    </w:p>
    <w:p>
      <w:r>
        <w:rPr>
          <w:rFonts w:ascii="Gentium Plus" w:hAnsi="Gentium Plus"/>
          <w:sz w:val="24"/>
        </w:rPr>
        <w:t>καὶ πρὸς τὴν γυ‐ ναῖκα τοῦ πλησίον σου οὐ δώσεις κοίτην σπέρματός σου ἐκμιαν‐ θῆναι πρὸς αὐτήν.</w:t>
      </w:r>
    </w:p>
    <w:p>
      <w:r>
        <w:rPr>
          <w:rFonts w:ascii="Courier New" w:hAnsi="Courier New"/>
          <w:color w:val="555555"/>
          <w:sz w:val="20"/>
        </w:rPr>
        <w:t>[Lev . 18 . 21]</w:t>
      </w:r>
    </w:p>
    <w:p>
      <w:r>
        <w:rPr>
          <w:rFonts w:ascii="Gentium Plus" w:hAnsi="Gentium Plus"/>
          <w:sz w:val="24"/>
        </w:rPr>
        <w:t>καὶ ἀπὸ τοῦ σπέρματός σου οὐ δώσεις λα‐</w:t>
      </w:r>
    </w:p>
    <w:p>
      <w:r>
        <w:rPr>
          <w:rFonts w:ascii="Courier New" w:hAnsi="Courier New"/>
          <w:color w:val="555555"/>
          <w:sz w:val="20"/>
        </w:rPr>
        <w:t>[Lev . 18 . 22]</w:t>
      </w:r>
    </w:p>
    <w:p>
      <w:r>
        <w:rPr>
          <w:rFonts w:ascii="Gentium Plus" w:hAnsi="Gentium Plus"/>
          <w:sz w:val="24"/>
        </w:rPr>
        <w:t>καὶ μετὰ ἄρσενος οὐ κοιμηθήσῃ κοίτην γυναικός· βδέλυγμα γάρ ἐστιν.</w:t>
      </w:r>
    </w:p>
    <w:p>
      <w:r>
        <w:rPr>
          <w:rFonts w:ascii="Courier New" w:hAnsi="Courier New"/>
          <w:color w:val="555555"/>
          <w:sz w:val="20"/>
        </w:rPr>
        <w:t>[Lev . 18 . 23]</w:t>
      </w:r>
    </w:p>
    <w:p>
      <w:r>
        <w:rPr>
          <w:rFonts w:ascii="Gentium Plus" w:hAnsi="Gentium Plus"/>
          <w:sz w:val="24"/>
        </w:rPr>
        <w:t>καὶ πρὸς πᾶν τετράπουν οὐ δώσεις τὴν κοίτην σου εἰς σπερματισμὸν ἐκμιανθῆναι πρὸς αὐτό, καὶ γυνὴ οὐ στήσεται πρὸς πᾶν τετράπουν βιβασθῆναι· μυσερὸν γάρ ἐστιν.</w:t>
      </w:r>
    </w:p>
    <w:p>
      <w:r>
        <w:rPr>
          <w:rFonts w:ascii="Courier New" w:hAnsi="Courier New"/>
          <w:color w:val="555555"/>
          <w:sz w:val="20"/>
        </w:rPr>
        <w:t>[Lev . 18 . 24]</w:t>
      </w:r>
    </w:p>
    <w:p>
      <w:r>
        <w:rPr>
          <w:rFonts w:ascii="Gentium Plus" w:hAnsi="Gentium Plus"/>
          <w:sz w:val="24"/>
        </w:rPr>
        <w:t>Μὴ μιαίνεσθε ἐν πᾶσιν τούτοις· ἐν πᾶσι γὰρ τούτοις ἐμιάν‐ θησαν τὰ ἔθνη, ἃ ἐγὼ ἐξαποστέλλω πρὸ προσώπου ὑμῶν,</w:t>
      </w:r>
    </w:p>
    <w:p>
      <w:r>
        <w:rPr>
          <w:rFonts w:ascii="Courier New" w:hAnsi="Courier New"/>
          <w:color w:val="555555"/>
          <w:sz w:val="20"/>
        </w:rPr>
        <w:t>[Lev . 18 . 25]</w:t>
      </w:r>
    </w:p>
    <w:p>
      <w:r>
        <w:rPr>
          <w:rFonts w:ascii="Gentium Plus" w:hAnsi="Gentium Plus"/>
          <w:sz w:val="24"/>
        </w:rPr>
        <w:t>καὶ ἐμιάνθη ἡ γῆ, καὶ ἀνταπέδωκα ἀδικίαν αὐτοῖς δι’ αὐτήν, καὶ προσ‐ ώχθισεν ἡ γῆ τοῖς ἐγκαθημένοις ἐπ’ αὐτῆς.</w:t>
      </w:r>
    </w:p>
    <w:p>
      <w:r>
        <w:rPr>
          <w:rFonts w:ascii="Courier New" w:hAnsi="Courier New"/>
          <w:color w:val="555555"/>
          <w:sz w:val="20"/>
        </w:rPr>
        <w:t>[Lev . 18 . 26]</w:t>
      </w:r>
    </w:p>
    <w:p>
      <w:r>
        <w:rPr>
          <w:rFonts w:ascii="Gentium Plus" w:hAnsi="Gentium Plus"/>
          <w:sz w:val="24"/>
        </w:rPr>
        <w:t>καὶ φυλάξεσθε πάντα τὰ νόμιμά μου καὶ πάντα τὰ προστάγματά μου καὶ οὐ ποιήσετε ἀπὸ πάντων τῶν βδελυγμάτων τούτων, ὁ ἐγχώριος καὶ ὁ προσ‐ γενόμενος προσήλυτος ἐν ὑμῖν·</w:t>
      </w:r>
    </w:p>
    <w:p>
      <w:r>
        <w:rPr>
          <w:rFonts w:ascii="Courier New" w:hAnsi="Courier New"/>
          <w:color w:val="555555"/>
          <w:sz w:val="20"/>
        </w:rPr>
        <w:t>[Lev . 18 . 27]</w:t>
      </w:r>
    </w:p>
    <w:p>
      <w:r>
        <w:rPr>
          <w:rFonts w:ascii="Gentium Plus" w:hAnsi="Gentium Plus"/>
          <w:sz w:val="24"/>
        </w:rPr>
        <w:t>πάντα γὰρ τὰ βδελύγματα ταῦτα ἐποίησαν οἱ ἄνθρωποι τῆς γῆς οἱ ὄντες πρότεροι ὑμῶν, καὶ ἐμιάν‐ θη ἡ γῆ·</w:t>
      </w:r>
    </w:p>
    <w:p>
      <w:r>
        <w:rPr>
          <w:rFonts w:ascii="Courier New" w:hAnsi="Courier New"/>
          <w:color w:val="555555"/>
          <w:sz w:val="20"/>
        </w:rPr>
        <w:t>[Lev . 18 . 28]</w:t>
      </w:r>
    </w:p>
    <w:p>
      <w:r>
        <w:rPr>
          <w:rFonts w:ascii="Gentium Plus" w:hAnsi="Gentium Plus"/>
          <w:sz w:val="24"/>
        </w:rPr>
        <w:t>καὶ ἵνα μὴ προσοχθίσῃ ὑμῖν ἡ γῆ ἐν τῷ μιαίνειν ὑμᾶς αὐτήν, ὃν τρόπον προσώχθισεν τοῖς ἔθνεσιν τοῖς πρὸ ὑμῶν.</w:t>
      </w:r>
    </w:p>
    <w:p>
      <w:r>
        <w:rPr>
          <w:rFonts w:ascii="Courier New" w:hAnsi="Courier New"/>
          <w:color w:val="555555"/>
          <w:sz w:val="20"/>
        </w:rPr>
        <w:t>[Lev . 18 . 29]</w:t>
      </w:r>
    </w:p>
    <w:p>
      <w:r>
        <w:rPr>
          <w:rFonts w:ascii="Gentium Plus" w:hAnsi="Gentium Plus"/>
          <w:sz w:val="24"/>
        </w:rPr>
        <w:t>ὅτι πᾶς, ὃς ἂν ποιήσῃ ἀπὸ πάντων τῶν βδελυγμάτων τούτων, ἐξολε‐ θρευθήσονται αἱ ψυχαὶ αἱ ποιοῦσαι ἐκ τοῦ λαοῦ αὐτῶν.</w:t>
      </w:r>
    </w:p>
    <w:p>
      <w:r>
        <w:rPr>
          <w:rFonts w:ascii="Courier New" w:hAnsi="Courier New"/>
          <w:color w:val="555555"/>
          <w:sz w:val="20"/>
        </w:rPr>
        <w:t>[Lev . 18 . 30]</w:t>
      </w:r>
    </w:p>
    <w:p>
      <w:r>
        <w:rPr>
          <w:rFonts w:ascii="Gentium Plus" w:hAnsi="Gentium Plus"/>
          <w:sz w:val="24"/>
        </w:rPr>
        <w:t>καὶ φυλά‐ ξετε τὰ προστάγματά μου, ὅπως μὴ ποιήσητε ἀπὸ πάντων τῶν νομίμων τῶν ἐβδελυγμένων, ἃ γέγονεν πρὸ τοῦ ὑμᾶς, καὶ οὐ μιαν‐ θήσεσθε ἐν αὐτοῖς· ὅτι ἐγὼ κύριος ὁ θεὸς ὑμῶν.</w:t>
      </w:r>
    </w:p>
    <w:p>
      <w:r>
        <w:rPr>
          <w:rFonts w:ascii="Courier New" w:hAnsi="Courier New"/>
          <w:color w:val="555555"/>
          <w:sz w:val="20"/>
        </w:rPr>
        <w:t>[Lev . 19 . 1]</w:t>
      </w:r>
    </w:p>
    <w:p>
      <w:r>
        <w:rPr>
          <w:rFonts w:ascii="Gentium Plus" w:hAnsi="Gentium Plus"/>
          <w:sz w:val="24"/>
        </w:rPr>
        <w:t>Καὶ ἐλάλησεν κύριος πρὸς Μωυσῆν λέγων</w:t>
      </w:r>
    </w:p>
    <w:p>
      <w:r>
        <w:rPr>
          <w:rFonts w:ascii="Courier New" w:hAnsi="Courier New"/>
          <w:color w:val="555555"/>
          <w:sz w:val="20"/>
        </w:rPr>
        <w:t>[Lev . 19 . 2]</w:t>
      </w:r>
    </w:p>
    <w:p>
      <w:r>
        <w:rPr>
          <w:rFonts w:ascii="Gentium Plus" w:hAnsi="Gentium Plus"/>
          <w:sz w:val="24"/>
        </w:rPr>
        <w:t>Λάλησον τῇ συνα‐ γωγῇ τῶν υἱῶν Ισραηλ καὶ ἐρεῖς πρὸς αὐτούς Ἅγιοι ἔσεσθε, ὅτι ἐγὼ ἅγιος, κύριος ὁ θεὸς ὑμῶν.</w:t>
      </w:r>
    </w:p>
    <w:p>
      <w:r>
        <w:rPr>
          <w:rFonts w:ascii="Courier New" w:hAnsi="Courier New"/>
          <w:color w:val="555555"/>
          <w:sz w:val="20"/>
        </w:rPr>
        <w:t>[Lev . 19 . 3]</w:t>
      </w:r>
    </w:p>
    <w:p>
      <w:r>
        <w:rPr>
          <w:rFonts w:ascii="Gentium Plus" w:hAnsi="Gentium Plus"/>
          <w:sz w:val="24"/>
        </w:rPr>
        <w:t>ἕκαστος πατέρα αὐτοῦ καὶ μη‐ τέρα αὐτοῦ φοβείσθω, καὶ τὰ σάββατά μου φυλάξεσθε· ἐγὼ κύ‐ ριος ὁ θεὸς ὑμῶν.</w:t>
      </w:r>
    </w:p>
    <w:p>
      <w:r>
        <w:rPr>
          <w:rFonts w:ascii="Courier New" w:hAnsi="Courier New"/>
          <w:color w:val="555555"/>
          <w:sz w:val="20"/>
        </w:rPr>
        <w:t>[Lev . 19 . 4]</w:t>
      </w:r>
    </w:p>
    <w:p>
      <w:r>
        <w:rPr>
          <w:rFonts w:ascii="Gentium Plus" w:hAnsi="Gentium Plus"/>
          <w:sz w:val="24"/>
        </w:rPr>
        <w:t>οὐκ ἐπακολουθήσετε εἰδώλοις καὶ θεοὺς χω‐ νευτοὺς οὐ ποιήσετε ὑμῖν· ἐγὼ κύριος ὁ θεὸς ὑμῶν. —</w:t>
      </w:r>
    </w:p>
    <w:p>
      <w:r>
        <w:rPr>
          <w:rFonts w:ascii="Courier New" w:hAnsi="Courier New"/>
          <w:color w:val="555555"/>
          <w:sz w:val="20"/>
        </w:rPr>
        <w:t>[Lev . 19 . 5]</w:t>
      </w:r>
    </w:p>
    <w:p>
      <w:r>
        <w:rPr>
          <w:rFonts w:ascii="Gentium Plus" w:hAnsi="Gentium Plus"/>
          <w:sz w:val="24"/>
        </w:rPr>
        <w:t>καὶ ἐὰν θύσητε θυσίαν σωτηρίου τῷ κυρίῳ, δεκτὴν ὑμῶν θύσετε.</w:t>
      </w:r>
    </w:p>
    <w:p>
      <w:r>
        <w:rPr>
          <w:rFonts w:ascii="Courier New" w:hAnsi="Courier New"/>
          <w:color w:val="555555"/>
          <w:sz w:val="20"/>
        </w:rPr>
        <w:t>[Lev . 19 . 6]</w:t>
      </w:r>
    </w:p>
    <w:p>
      <w:r>
        <w:rPr>
          <w:rFonts w:ascii="Gentium Plus" w:hAnsi="Gentium Plus"/>
          <w:sz w:val="24"/>
        </w:rPr>
        <w:t>ᾗ ἂν ἡμέρᾳ θύσητε, βρωθήσεται καὶ τῇ αὔριον· καὶ ἐὰν καταλειφθῇ ἕως ἡμέρας τρίτης, ἐν πυρὶ κατακαυθήσεται.</w:t>
      </w:r>
    </w:p>
    <w:p>
      <w:r>
        <w:rPr>
          <w:rFonts w:ascii="Courier New" w:hAnsi="Courier New"/>
          <w:color w:val="555555"/>
          <w:sz w:val="20"/>
        </w:rPr>
        <w:t>[Lev . 19 . 7]</w:t>
      </w:r>
    </w:p>
    <w:p>
      <w:r>
        <w:rPr>
          <w:rFonts w:ascii="Gentium Plus" w:hAnsi="Gentium Plus"/>
          <w:sz w:val="24"/>
        </w:rPr>
        <w:t>ἐὰν δὲ βρώσει βρωθῇ τῇ ἡμέρᾳ τῇ τρίτῃ, ἄθυτόν ἐστιν, οὐ δεχθήσεται·</w:t>
      </w:r>
    </w:p>
    <w:p>
      <w:r>
        <w:rPr>
          <w:rFonts w:ascii="Courier New" w:hAnsi="Courier New"/>
          <w:color w:val="555555"/>
          <w:sz w:val="20"/>
        </w:rPr>
        <w:t>[Lev . 19 . 8]</w:t>
      </w:r>
    </w:p>
    <w:p>
      <w:r>
        <w:rPr>
          <w:rFonts w:ascii="Gentium Plus" w:hAnsi="Gentium Plus"/>
          <w:sz w:val="24"/>
        </w:rPr>
        <w:t>ὁ δὲ ἔσθων αὐτὸ ἁμαρτίαν λήμψεται, ὅτι τὰ ἅγια κυρίου ἐβεβήλωσεν· καὶ ἐξολεθρευ‐ θήσονται αἱ ψυχαὶ αἱ ἔσθουσαι ἐκ τοῦ λαοῦ αὐτῶν.</w:t>
      </w:r>
    </w:p>
    <w:p>
      <w:r>
        <w:rPr>
          <w:rFonts w:ascii="Courier New" w:hAnsi="Courier New"/>
          <w:color w:val="555555"/>
          <w:sz w:val="20"/>
        </w:rPr>
        <w:t>[Lev . 19 . 9]</w:t>
      </w:r>
    </w:p>
    <w:p>
      <w:r>
        <w:rPr>
          <w:rFonts w:ascii="Gentium Plus" w:hAnsi="Gentium Plus"/>
          <w:sz w:val="24"/>
        </w:rPr>
        <w:t>Καὶ ἐκθεριζόντων ὑμῶν τὸν θερισμὸν τῆς γῆς ὑμῶν οὐ συν‐ τελέσετε τὸν θερισμὸν ὑμῶν τοῦ ἀγροῦ ἐκθερίσαι καὶ τὰ ἀποπί‐ πτοντα τοῦ θερισμοῦ σου οὐ συλλέξεις</w:t>
      </w:r>
    </w:p>
    <w:p>
      <w:r>
        <w:rPr>
          <w:rFonts w:ascii="Courier New" w:hAnsi="Courier New"/>
          <w:color w:val="555555"/>
          <w:sz w:val="20"/>
        </w:rPr>
        <w:t>[Lev . 19 . 10]</w:t>
      </w:r>
    </w:p>
    <w:p>
      <w:r>
        <w:rPr>
          <w:rFonts w:ascii="Gentium Plus" w:hAnsi="Gentium Plus"/>
          <w:sz w:val="24"/>
        </w:rPr>
        <w:t>καὶ τὸν ἀμπελῶνά σου οὐκ ἐπανατρυγήσεις οὐδὲ τοὺς ῥῶγας τοῦ ἀμπελῶνός σου συλλέ‐ ξεις· τῷ πτωχῷ καὶ τῷ προσηλύτῳ καταλείψεις αὐτά· ἐγώ εἰμι</w:t>
      </w:r>
    </w:p>
    <w:p>
      <w:r>
        <w:rPr>
          <w:rFonts w:ascii="Courier New" w:hAnsi="Courier New"/>
          <w:color w:val="555555"/>
          <w:sz w:val="20"/>
        </w:rPr>
        <w:t>[Lev . 19 . 11]</w:t>
      </w:r>
    </w:p>
    <w:p>
      <w:r>
        <w:rPr>
          <w:rFonts w:ascii="Gentium Plus" w:hAnsi="Gentium Plus"/>
          <w:sz w:val="24"/>
        </w:rPr>
        <w:t>Οὐ κλέψετε. οὐ ψεύσεσθε. οὐ συκοφαντήσει ἕκαστος τὸν πλη‐ σίον.</w:t>
      </w:r>
    </w:p>
    <w:p>
      <w:r>
        <w:rPr>
          <w:rFonts w:ascii="Courier New" w:hAnsi="Courier New"/>
          <w:color w:val="555555"/>
          <w:sz w:val="20"/>
        </w:rPr>
        <w:t>[Lev . 19 . 12]</w:t>
      </w:r>
    </w:p>
    <w:p>
      <w:r>
        <w:rPr>
          <w:rFonts w:ascii="Gentium Plus" w:hAnsi="Gentium Plus"/>
          <w:sz w:val="24"/>
        </w:rPr>
        <w:t>καὶ οὐκ ὀμεῖσθε τῷ ὀνόματί μου ἐπ’ ἀδίκῳ καὶ οὐ βεβη‐ λώσετε τὸ ὄνομα τοῦ θεοῦ ὑμῶν· ἐγώ εἰμι κύριος ὁ θεὸς ὑμῶν.</w:t>
      </w:r>
    </w:p>
    <w:p>
      <w:r>
        <w:rPr>
          <w:rFonts w:ascii="Courier New" w:hAnsi="Courier New"/>
          <w:color w:val="555555"/>
          <w:sz w:val="20"/>
        </w:rPr>
        <w:t>[Lev . 19 . 13]</w:t>
      </w:r>
    </w:p>
    <w:p>
      <w:r>
        <w:rPr>
          <w:rFonts w:ascii="Gentium Plus" w:hAnsi="Gentium Plus"/>
          <w:sz w:val="24"/>
        </w:rPr>
        <w:t>οὐκ ἀδικήσεις τὸν πλησίον καὶ οὐχ ἁρπάσεις, καὶ οὐ μὴ κοιμη‐ θήσεται ὁ μισθὸς τοῦ μισθωτοῦ παρὰ σοὶ ἕως πρωί.</w:t>
      </w:r>
    </w:p>
    <w:p>
      <w:r>
        <w:rPr>
          <w:rFonts w:ascii="Courier New" w:hAnsi="Courier New"/>
          <w:color w:val="555555"/>
          <w:sz w:val="20"/>
        </w:rPr>
        <w:t>[Lev . 19 . 14]</w:t>
      </w:r>
    </w:p>
    <w:p>
      <w:r>
        <w:rPr>
          <w:rFonts w:ascii="Gentium Plus" w:hAnsi="Gentium Plus"/>
          <w:sz w:val="24"/>
        </w:rPr>
        <w:t>οὐ κακῶς ἐρεῖς κωφὸν καὶ ἀπέναντι τυφλοῦ οὐ προσθήσεις σκάνδαλον καὶ φοβηθήσῃ κύριον τὸν θεόν σου· ἐγώ εἰμι κύριος ὁ θεὸς ὑμῶν.</w:t>
      </w:r>
    </w:p>
    <w:p>
      <w:r>
        <w:rPr>
          <w:rFonts w:ascii="Courier New" w:hAnsi="Courier New"/>
          <w:color w:val="555555"/>
          <w:sz w:val="20"/>
        </w:rPr>
        <w:t>[Lev . 19 . 15]</w:t>
      </w:r>
    </w:p>
    <w:p>
      <w:r>
        <w:rPr>
          <w:rFonts w:ascii="Gentium Plus" w:hAnsi="Gentium Plus"/>
          <w:sz w:val="24"/>
        </w:rPr>
        <w:t>Οὐ ποιήσετε ἄδικον ἐν κρίσει· οὐ λήμψῃ πρόσωπον πτωχοῦ οὐδὲ θαυμάσεις πρόσωπον δυνάστου, ἐν δικαιοσύνῃ κρινεῖς τὸν πλησίον σου.</w:t>
      </w:r>
    </w:p>
    <w:p>
      <w:r>
        <w:rPr>
          <w:rFonts w:ascii="Courier New" w:hAnsi="Courier New"/>
          <w:color w:val="555555"/>
          <w:sz w:val="20"/>
        </w:rPr>
        <w:t>[Lev . 19 . 16]</w:t>
      </w:r>
    </w:p>
    <w:p>
      <w:r>
        <w:rPr>
          <w:rFonts w:ascii="Gentium Plus" w:hAnsi="Gentium Plus"/>
          <w:sz w:val="24"/>
        </w:rPr>
        <w:t>οὐ πορεύσῃ δόλῳ ἐν τῷ ἔθνει σου, οὐκ ἐπισυστήσῃ ἐφ’ αἷμα τοῦ πλησίον σου· ἐγώ εἰμι κύριος ὁ θεὸς ὑμῶν.</w:t>
      </w:r>
    </w:p>
    <w:p>
      <w:r>
        <w:rPr>
          <w:rFonts w:ascii="Courier New" w:hAnsi="Courier New"/>
          <w:color w:val="555555"/>
          <w:sz w:val="20"/>
        </w:rPr>
        <w:t>[Lev . 19 . 17]</w:t>
      </w:r>
    </w:p>
    <w:p>
      <w:r>
        <w:rPr>
          <w:rFonts w:ascii="Gentium Plus" w:hAnsi="Gentium Plus"/>
          <w:sz w:val="24"/>
        </w:rPr>
        <w:t>οὐ μισήσεις τὸν ἀδελφόν σου τῇ διανοίᾳ σου, ἐλεγμῷ ἐλέγξεις τὸν πλησίον σου καὶ οὐ λήμψῃ δι’ αὐτὸν ἁμαρτίαν.</w:t>
      </w:r>
    </w:p>
    <w:p>
      <w:r>
        <w:rPr>
          <w:rFonts w:ascii="Courier New" w:hAnsi="Courier New"/>
          <w:color w:val="555555"/>
          <w:sz w:val="20"/>
        </w:rPr>
        <w:t>[Lev . 19 . 18]</w:t>
      </w:r>
    </w:p>
    <w:p>
      <w:r>
        <w:rPr>
          <w:rFonts w:ascii="Gentium Plus" w:hAnsi="Gentium Plus"/>
          <w:sz w:val="24"/>
        </w:rPr>
        <w:t>καὶ οὐκ ἐκδικᾶ‐ ταί σου ἡ χείρ, καὶ οὐ μηνιεῖς τοῖς υἱοῖς τοῦ λαοῦ σου καὶ ἀγα‐ πήσεις τὸν πλησίον σου ὡς σεαυτόν· ἐγώ εἰμι κύριος.</w:t>
      </w:r>
    </w:p>
    <w:p>
      <w:r>
        <w:rPr>
          <w:rFonts w:ascii="Courier New" w:hAnsi="Courier New"/>
          <w:color w:val="555555"/>
          <w:sz w:val="20"/>
        </w:rPr>
        <w:t>[Lev . 19 . 19]</w:t>
      </w:r>
    </w:p>
    <w:p>
      <w:r>
        <w:rPr>
          <w:rFonts w:ascii="Gentium Plus" w:hAnsi="Gentium Plus"/>
          <w:sz w:val="24"/>
        </w:rPr>
        <w:t>Τὸν νόμον μου φυλάξεσθε· τὰ κτήνη σου οὐ κατοχεύσεις ἑτε‐ ροζύγῳ καὶ τὸν ἀμπελῶνά σου οὐ κατασπερεῖς διάφορον καὶ ἱμά‐ τιον ἐκ δύο ὑφασμένον κίβδηλον οὐκ ἐπιβαλεῖς σεαυτῷ.</w:t>
      </w:r>
    </w:p>
    <w:p>
      <w:r>
        <w:rPr>
          <w:rFonts w:ascii="Courier New" w:hAnsi="Courier New"/>
          <w:color w:val="555555"/>
          <w:sz w:val="20"/>
        </w:rPr>
        <w:t>[Lev . 19 . 20]</w:t>
      </w:r>
    </w:p>
    <w:p>
      <w:r>
        <w:rPr>
          <w:rFonts w:ascii="Gentium Plus" w:hAnsi="Gentium Plus"/>
          <w:sz w:val="24"/>
        </w:rPr>
        <w:t>Καὶ ἐάν τις κοιμηθῇ μετὰ γυναικὸς κοίτην σπέρματος καὶ αὐ‐ τὴ οἰκέτις διαπεφυλαγμένη ἀνθρώπῳ καὶ αὐτὴ λύτροις οὐ λελύ‐ τρωται ἢ ἐλευθερία οὐκ ἐδόθη αὐτῇ, ἐπισκοπὴ ἔσται αὐτοῖς· οὐκ ἀποθανοῦνται, ὅτι οὐκ ἀπηλευθερώθη.</w:t>
      </w:r>
    </w:p>
    <w:p>
      <w:r>
        <w:rPr>
          <w:rFonts w:ascii="Courier New" w:hAnsi="Courier New"/>
          <w:color w:val="555555"/>
          <w:sz w:val="20"/>
        </w:rPr>
        <w:t>[Lev . 19 . 21]</w:t>
      </w:r>
    </w:p>
    <w:p>
      <w:r>
        <w:rPr>
          <w:rFonts w:ascii="Gentium Plus" w:hAnsi="Gentium Plus"/>
          <w:sz w:val="24"/>
        </w:rPr>
        <w:t>καὶ προσάξει τῆς πλημμελείας αὐτοῦ τῷ κυρίῳ παρὰ τὴν θύραν τῆς σκηνῆς τοῦ μαρτυρίου κριὸν πλημμελείας·</w:t>
      </w:r>
    </w:p>
    <w:p>
      <w:r>
        <w:rPr>
          <w:rFonts w:ascii="Courier New" w:hAnsi="Courier New"/>
          <w:color w:val="555555"/>
          <w:sz w:val="20"/>
        </w:rPr>
        <w:t>[Lev . 19 . 22]</w:t>
      </w:r>
    </w:p>
    <w:p>
      <w:r>
        <w:rPr>
          <w:rFonts w:ascii="Gentium Plus" w:hAnsi="Gentium Plus"/>
          <w:sz w:val="24"/>
        </w:rPr>
        <w:t>καὶ ἐξιλάσεται περὶ αὐτοῦ ὁ ἱερεὺς ἐν τῷ κριῷ τῆς πλημμελείας ἔναντι κυρίου περὶ τῆς ἁμαρτίας, ἧς ἥμαρτεν, καὶ ἀφεθήσεται αὐτῷ ἡ ἁμαρτία, ἣν ἥμαρτεν.</w:t>
      </w:r>
    </w:p>
    <w:p>
      <w:r>
        <w:rPr>
          <w:rFonts w:ascii="Courier New" w:hAnsi="Courier New"/>
          <w:color w:val="555555"/>
          <w:sz w:val="20"/>
        </w:rPr>
        <w:t>[Lev . 19 . 23]</w:t>
      </w:r>
    </w:p>
    <w:p>
      <w:r>
        <w:rPr>
          <w:rFonts w:ascii="Gentium Plus" w:hAnsi="Gentium Plus"/>
          <w:sz w:val="24"/>
        </w:rPr>
        <w:t>Ὅταν δὲ εἰσέλθητε εἰς τὴν γῆν, ἣν κύριος ὁ θεὸς ὑμῶν δί‐ δωσιν ὑμῖν, καὶ καταφυτεύσετε πᾶν ξύλον βρώσιμον καὶ περικα‐ θαριεῖτε τὴν ἀκαθαρσίαν αὐτοῦ· ὁ καρπὸς αὐτοῦ τρία ἔτη ἔσται ὑμῖν ἀπερικάθαρτος, οὐ βρωθήσεται·</w:t>
      </w:r>
    </w:p>
    <w:p>
      <w:r>
        <w:rPr>
          <w:rFonts w:ascii="Courier New" w:hAnsi="Courier New"/>
          <w:color w:val="555555"/>
          <w:sz w:val="20"/>
        </w:rPr>
        <w:t>[Lev . 19 . 24]</w:t>
      </w:r>
    </w:p>
    <w:p>
      <w:r>
        <w:rPr>
          <w:rFonts w:ascii="Gentium Plus" w:hAnsi="Gentium Plus"/>
          <w:sz w:val="24"/>
        </w:rPr>
        <w:t>καὶ τῷ ἔτει τῷ τετάρτῳ ἔσται πᾶς ὁ καρπὸς αὐτοῦ ἅγιος αἰνετὸς τῷ κυρίῳ·</w:t>
      </w:r>
    </w:p>
    <w:p>
      <w:r>
        <w:rPr>
          <w:rFonts w:ascii="Courier New" w:hAnsi="Courier New"/>
          <w:color w:val="555555"/>
          <w:sz w:val="20"/>
        </w:rPr>
        <w:t>[Lev . 19 . 25]</w:t>
      </w:r>
    </w:p>
    <w:p>
      <w:r>
        <w:rPr>
          <w:rFonts w:ascii="Gentium Plus" w:hAnsi="Gentium Plus"/>
          <w:sz w:val="24"/>
        </w:rPr>
        <w:t>ἐν δὲ τῷ ἔτει τῷ πέμπτῳ φάγεσθε τὸν καρπόν, πρόσθεμα ὑμῖν τὰ γενήματα αὐτοῦ· ἐγώ εἰμι κύριος ὁ θεὸς ὑμῶν.</w:t>
      </w:r>
    </w:p>
    <w:p>
      <w:r>
        <w:rPr>
          <w:rFonts w:ascii="Courier New" w:hAnsi="Courier New"/>
          <w:color w:val="555555"/>
          <w:sz w:val="20"/>
        </w:rPr>
        <w:t>[Lev . 19 . 26]</w:t>
      </w:r>
    </w:p>
    <w:p>
      <w:r>
        <w:rPr>
          <w:rFonts w:ascii="Gentium Plus" w:hAnsi="Gentium Plus"/>
          <w:sz w:val="24"/>
        </w:rPr>
        <w:t>Μὴ ἔσθετε ἐπὶ τῶν ὀρέων καὶ οὐκ οἰωνιεῖσθε οὐδὲ ὀρνιθοσκοπή‐ σεσθε.</w:t>
      </w:r>
    </w:p>
    <w:p>
      <w:r>
        <w:rPr>
          <w:rFonts w:ascii="Courier New" w:hAnsi="Courier New"/>
          <w:color w:val="555555"/>
          <w:sz w:val="20"/>
        </w:rPr>
        <w:t>[Lev . 19 . 27]</w:t>
      </w:r>
    </w:p>
    <w:p>
      <w:r>
        <w:rPr>
          <w:rFonts w:ascii="Gentium Plus" w:hAnsi="Gentium Plus"/>
          <w:sz w:val="24"/>
        </w:rPr>
        <w:t>οὐ ποιήσετε σισόην ἐκ τῆς κόμης τῆς κεφαλῆς ὑμῶν οὐδὲ φθερεῖτε τὴν ὄψιν τοῦ πώγωνος ὑμῶν.</w:t>
      </w:r>
    </w:p>
    <w:p>
      <w:r>
        <w:rPr>
          <w:rFonts w:ascii="Courier New" w:hAnsi="Courier New"/>
          <w:color w:val="555555"/>
          <w:sz w:val="20"/>
        </w:rPr>
        <w:t>[Lev . 19 . 28]</w:t>
      </w:r>
    </w:p>
    <w:p>
      <w:r>
        <w:rPr>
          <w:rFonts w:ascii="Gentium Plus" w:hAnsi="Gentium Plus"/>
          <w:sz w:val="24"/>
        </w:rPr>
        <w:t>καὶ ἐντομίδας ἐπὶ</w:t>
      </w:r>
    </w:p>
    <w:p>
      <w:r>
        <w:rPr>
          <w:rFonts w:ascii="Courier New" w:hAnsi="Courier New"/>
          <w:color w:val="555555"/>
          <w:sz w:val="20"/>
        </w:rPr>
        <w:t>[Lev . 19 . 29]</w:t>
      </w:r>
    </w:p>
    <w:p>
      <w:r>
        <w:rPr>
          <w:rFonts w:ascii="Gentium Plus" w:hAnsi="Gentium Plus"/>
          <w:sz w:val="24"/>
        </w:rPr>
        <w:t>οὐ βεβηλώσεις τὴν θυγατέρα σου ἐκπορνεῦσαι αὐτήν, καὶ οὐκ ἐκπορνεύσει ἡ γῆ καὶ ἡ γῆ πλησθήσεται ἀνομίας.</w:t>
      </w:r>
    </w:p>
    <w:p>
      <w:r>
        <w:rPr>
          <w:rFonts w:ascii="Courier New" w:hAnsi="Courier New"/>
          <w:color w:val="555555"/>
          <w:sz w:val="20"/>
        </w:rPr>
        <w:t>[Lev . 19 . 30]</w:t>
      </w:r>
    </w:p>
    <w:p>
      <w:r>
        <w:rPr>
          <w:rFonts w:ascii="Gentium Plus" w:hAnsi="Gentium Plus"/>
          <w:sz w:val="24"/>
        </w:rPr>
        <w:t>Τὰ σάββατά μου φυλάξεσθε καὶ ἀπὸ τῶν ἁγίων μου φοβη‐ θήσεσθε· ἐγώ εἰμι κύριος.</w:t>
      </w:r>
    </w:p>
    <w:p>
      <w:r>
        <w:rPr>
          <w:rFonts w:ascii="Courier New" w:hAnsi="Courier New"/>
          <w:color w:val="555555"/>
          <w:sz w:val="20"/>
        </w:rPr>
        <w:t>[Lev . 19 . 31]</w:t>
      </w:r>
    </w:p>
    <w:p>
      <w:r>
        <w:rPr>
          <w:rFonts w:ascii="Gentium Plus" w:hAnsi="Gentium Plus"/>
          <w:sz w:val="24"/>
        </w:rPr>
        <w:t>οὐκ ἐπακολουθήσετε ἐγγαστριμύθοις καὶ τοῖς ἐπαοιδοῖς οὐ προσκολληθήσεσθε ἐκμιανθῆναι ἐν αὐτοῖς· ἐγώ εἰμι κύριος ὁ θεὸς ὑμῶν.</w:t>
      </w:r>
    </w:p>
    <w:p>
      <w:r>
        <w:rPr>
          <w:rFonts w:ascii="Courier New" w:hAnsi="Courier New"/>
          <w:color w:val="555555"/>
          <w:sz w:val="20"/>
        </w:rPr>
        <w:t>[Lev . 19 . 32]</w:t>
      </w:r>
    </w:p>
    <w:p>
      <w:r>
        <w:rPr>
          <w:rFonts w:ascii="Gentium Plus" w:hAnsi="Gentium Plus"/>
          <w:sz w:val="24"/>
        </w:rPr>
        <w:t>ἀπὸ προσώπου πολιοῦ ἐξαναστή‐ σῃ καὶ τιμήσεις πρόσωπον πρεσβυτέρου καὶ φοβηθήσῃ τὸν θεόν σου· ἐγώ εἰμι κύριος ὁ θεὸς ὑμῶν.</w:t>
      </w:r>
    </w:p>
    <w:p>
      <w:r>
        <w:rPr>
          <w:rFonts w:ascii="Courier New" w:hAnsi="Courier New"/>
          <w:color w:val="555555"/>
          <w:sz w:val="20"/>
        </w:rPr>
        <w:t>[Lev . 19 . 33]</w:t>
      </w:r>
    </w:p>
    <w:p>
      <w:r>
        <w:rPr>
          <w:rFonts w:ascii="Gentium Plus" w:hAnsi="Gentium Plus"/>
          <w:sz w:val="24"/>
        </w:rPr>
        <w:t>Ἐὰν δέ τις προσέλθῃ προσήλυτος ὑμῖν ἐν τῇ γῇ ὑμῶν, οὐ θλίψετε αὐτόν·</w:t>
      </w:r>
    </w:p>
    <w:p>
      <w:r>
        <w:rPr>
          <w:rFonts w:ascii="Courier New" w:hAnsi="Courier New"/>
          <w:color w:val="555555"/>
          <w:sz w:val="20"/>
        </w:rPr>
        <w:t>[Lev . 19 . 34]</w:t>
      </w:r>
    </w:p>
    <w:p>
      <w:r>
        <w:rPr>
          <w:rFonts w:ascii="Gentium Plus" w:hAnsi="Gentium Plus"/>
          <w:sz w:val="24"/>
        </w:rPr>
        <w:t>ὡς ὁ αὐτόχθων ἐν ὑμῖν ἔσται ὁ προσήλυτος ὁ προσπορευόμενος πρὸς ὑμᾶς, καὶ ἀγαπήσεις αὐτὸν ὡς σεαυτόν, ὅτι προσήλυτοι ἐγενήθητε ἐν γῇ Αἰγύπτῳ· ἐγώ εἰμι κύριος ὁ θεὸς ὑμῶν.</w:t>
      </w:r>
    </w:p>
    <w:p>
      <w:r>
        <w:rPr>
          <w:rFonts w:ascii="Courier New" w:hAnsi="Courier New"/>
          <w:color w:val="555555"/>
          <w:sz w:val="20"/>
        </w:rPr>
        <w:t>[Lev . 19 . 35]</w:t>
      </w:r>
    </w:p>
    <w:p>
      <w:r>
        <w:rPr>
          <w:rFonts w:ascii="Gentium Plus" w:hAnsi="Gentium Plus"/>
          <w:sz w:val="24"/>
        </w:rPr>
        <w:t>οὐ ποιήσετε ἄδικον ἐν κρίσει ἐν μέτροις καὶ ἐν σταθμίοις καὶ ἐν ζυγοῖς·</w:t>
      </w:r>
    </w:p>
    <w:p>
      <w:r>
        <w:rPr>
          <w:rFonts w:ascii="Courier New" w:hAnsi="Courier New"/>
          <w:color w:val="555555"/>
          <w:sz w:val="20"/>
        </w:rPr>
        <w:t>[Lev . 19 . 36]</w:t>
      </w:r>
    </w:p>
    <w:p>
      <w:r>
        <w:rPr>
          <w:rFonts w:ascii="Gentium Plus" w:hAnsi="Gentium Plus"/>
          <w:sz w:val="24"/>
        </w:rPr>
        <w:t>ζυγὰ δίκαια καὶ στάθμια δίκαια καὶ χοῦς δίκαιος ἔσται ὑμῖν· ἐγώ εἰμι κύριος ὁ θεὸς ὑμῶν ὁ ἐξαγαγὼν ὑμᾶς ἐκ γῆς Αἰγύπτου.</w:t>
      </w:r>
    </w:p>
    <w:p>
      <w:r>
        <w:rPr>
          <w:rFonts w:ascii="Courier New" w:hAnsi="Courier New"/>
          <w:color w:val="555555"/>
          <w:sz w:val="20"/>
        </w:rPr>
        <w:t>[Lev . 19 . 37]</w:t>
      </w:r>
    </w:p>
    <w:p>
      <w:r>
        <w:rPr>
          <w:rFonts w:ascii="Gentium Plus" w:hAnsi="Gentium Plus"/>
          <w:sz w:val="24"/>
        </w:rPr>
        <w:t>Καὶ φυλάξεσθε πάντα τὸν νόμον μου καὶ πάντα τὰ προστάγ‐ ματά μου καὶ ποιήσετε αὐτά· ἐγώ εἰμι κύριος ὁ θεὸς ὑμῶν.</w:t>
      </w:r>
    </w:p>
    <w:p>
      <w:r>
        <w:rPr>
          <w:rFonts w:ascii="Courier New" w:hAnsi="Courier New"/>
          <w:color w:val="555555"/>
          <w:sz w:val="20"/>
        </w:rPr>
        <w:t>[Lev . 20 . 1]</w:t>
      </w:r>
    </w:p>
    <w:p>
      <w:r>
        <w:rPr>
          <w:rFonts w:ascii="Gentium Plus" w:hAnsi="Gentium Plus"/>
          <w:sz w:val="24"/>
        </w:rPr>
        <w:t>Καὶ ἐλάλησεν κύριος πρὸς Μωυσῆν λέγων</w:t>
      </w:r>
    </w:p>
    <w:p>
      <w:r>
        <w:rPr>
          <w:rFonts w:ascii="Courier New" w:hAnsi="Courier New"/>
          <w:color w:val="555555"/>
          <w:sz w:val="20"/>
        </w:rPr>
        <w:t>[Lev . 20 . 2]</w:t>
      </w:r>
    </w:p>
    <w:p>
      <w:r>
        <w:rPr>
          <w:rFonts w:ascii="Gentium Plus" w:hAnsi="Gentium Plus"/>
          <w:sz w:val="24"/>
        </w:rPr>
        <w:t>Καὶ τοῖς υἱοῖς Ισραηλ λαλήσεις Ἐάν τις ἀπὸ τῶν υἱῶν Ισραηλ ἢ ἀπὸ τῶν προσγεγενη‐ μένων προσηλύτων ἐν Ισραηλ, ὃς ἂν δῷ τοῦ σπέρματος αὐτοῦ ἄρχοντι, θανάτῳ θανατούσθω· τὸ ἔθνος τὸ ἐπὶ τῆς γῆς λιθοβολή‐</w:t>
      </w:r>
    </w:p>
    <w:p>
      <w:r>
        <w:rPr>
          <w:rFonts w:ascii="Courier New" w:hAnsi="Courier New"/>
          <w:color w:val="555555"/>
          <w:sz w:val="20"/>
        </w:rPr>
        <w:t>[5]</w:t>
      </w:r>
    </w:p>
    <w:p>
      <w:r>
        <w:rPr>
          <w:rFonts w:ascii="Gentium Plus" w:hAnsi="Gentium Plus"/>
          <w:sz w:val="24"/>
        </w:rPr>
        <w:t>σουσιν αὐτὸν ἐν λίθοις.</w:t>
      </w:r>
    </w:p>
    <w:p>
      <w:r>
        <w:rPr>
          <w:rFonts w:ascii="Courier New" w:hAnsi="Courier New"/>
          <w:color w:val="555555"/>
          <w:sz w:val="20"/>
        </w:rPr>
        <w:t>[Lev . 20 . 3]</w:t>
      </w:r>
    </w:p>
    <w:p>
      <w:r>
        <w:rPr>
          <w:rFonts w:ascii="Gentium Plus" w:hAnsi="Gentium Plus"/>
          <w:sz w:val="24"/>
        </w:rPr>
        <w:t>καὶ ἐγὼ ἐπιστήσω τὸ πρόσωπόν μου ἐπὶ τὸν ἄνθρωπον ἐκεῖνον καὶ ἀπολῶ αὐτὸν ἐκ τοῦ λαοῦ αὐτοῦ, ὅτι τοῦ σπέρματος αὐτοῦ ἔδωκεν ἄρχοντι, ἵνα μιάνῃ τὰ ἅγιά μου καὶ βεβηλώσῃ τὸ ὄνομα τῶν ἡγιασμένων μοι.</w:t>
      </w:r>
    </w:p>
    <w:p>
      <w:r>
        <w:rPr>
          <w:rFonts w:ascii="Courier New" w:hAnsi="Courier New"/>
          <w:color w:val="555555"/>
          <w:sz w:val="20"/>
        </w:rPr>
        <w:t>[Lev . 20 . 4]</w:t>
      </w:r>
    </w:p>
    <w:p>
      <w:r>
        <w:rPr>
          <w:rFonts w:ascii="Gentium Plus" w:hAnsi="Gentium Plus"/>
          <w:sz w:val="24"/>
        </w:rPr>
        <w:t>ἐὰν δὲ ὑπερόψει ὑπερ‐ ίδωσιν οἱ αὐτόχθονες τῆς γῆς τοῖς ὀφθαλμοῖς αὐτῶν ἀπὸ τοῦ ἀνθρώπου ἐκείνου ἐν τῷ δοῦναι αὐτὸν τοῦ σπέρματος αὐτοῦ ἄρ‐ χοντι τοῦ μὴ ἀποκτεῖναι αὐτόν,</w:t>
      </w:r>
    </w:p>
    <w:p>
      <w:r>
        <w:rPr>
          <w:rFonts w:ascii="Courier New" w:hAnsi="Courier New"/>
          <w:color w:val="555555"/>
          <w:sz w:val="20"/>
        </w:rPr>
        <w:t>[Lev . 20 . 5]</w:t>
      </w:r>
    </w:p>
    <w:p>
      <w:r>
        <w:rPr>
          <w:rFonts w:ascii="Gentium Plus" w:hAnsi="Gentium Plus"/>
          <w:sz w:val="24"/>
        </w:rPr>
        <w:t>καὶ ἐπιστήσω τὸ πρόσωπόν μου ἐπὶ τὸν ἄνθρωπον ἐκεῖνον καὶ τὴν συγγένειαν αὐτοῦ καὶ ἀπολῶ αὐτὸν καὶ πάντας τοὺς ὁμονοοῦντας αὐτῷ ὥστε ἐκπορνεύειν αὐ‐ τὸν εἰς τοὺς ἄρχοντας ἐκ τοῦ λαοῦ αὐτῶν.</w:t>
      </w:r>
    </w:p>
    <w:p>
      <w:r>
        <w:rPr>
          <w:rFonts w:ascii="Courier New" w:hAnsi="Courier New"/>
          <w:color w:val="555555"/>
          <w:sz w:val="20"/>
        </w:rPr>
        <w:t>[Lev . 20 . 6]</w:t>
      </w:r>
    </w:p>
    <w:p>
      <w:r>
        <w:rPr>
          <w:rFonts w:ascii="Gentium Plus" w:hAnsi="Gentium Plus"/>
          <w:sz w:val="24"/>
        </w:rPr>
        <w:t>καὶ ψυχή, ἣ ἐὰν ἐπα‐ κολουθήσῃ ἐγγαστριμύθοις ἢ ἐπαοιδοῖς ὥστε ἐκπορνεῦσαι ὀπίσω αὐτῶν, ἐπιστήσω τὸ πρόσωπόν μου ἐπὶ τὴν ψυχὴν ἐκείνην καὶ ἀπολῶ αὐτὴν ἐκ τοῦ λαοῦ αὐτῆς.</w:t>
      </w:r>
    </w:p>
    <w:p>
      <w:r>
        <w:rPr>
          <w:rFonts w:ascii="Courier New" w:hAnsi="Courier New"/>
          <w:color w:val="555555"/>
          <w:sz w:val="20"/>
        </w:rPr>
        <w:t>[Lev . 20 . 7]</w:t>
      </w:r>
    </w:p>
    <w:p>
      <w:r>
        <w:rPr>
          <w:rFonts w:ascii="Gentium Plus" w:hAnsi="Gentium Plus"/>
          <w:sz w:val="24"/>
        </w:rPr>
        <w:t>καὶ ἔσεσθε ἅγιοι, ὅτι ἅγιος ἐγὼ κύριος ὁ θεὸς ὑμῶν·</w:t>
      </w:r>
    </w:p>
    <w:p>
      <w:r>
        <w:rPr>
          <w:rFonts w:ascii="Courier New" w:hAnsi="Courier New"/>
          <w:color w:val="555555"/>
          <w:sz w:val="20"/>
        </w:rPr>
        <w:t>[Lev . 20 . 8]</w:t>
      </w:r>
    </w:p>
    <w:p>
      <w:r>
        <w:rPr>
          <w:rFonts w:ascii="Gentium Plus" w:hAnsi="Gentium Plus"/>
          <w:sz w:val="24"/>
        </w:rPr>
        <w:t>καὶ φυλάξεσθε τὰ προστάγματά μου καὶ ποιήσετε αὐτά· ἐγὼ κύριος ὁ ἁγιάζων ὑμᾶς.</w:t>
      </w:r>
    </w:p>
    <w:p>
      <w:r>
        <w:rPr>
          <w:rFonts w:ascii="Courier New" w:hAnsi="Courier New"/>
          <w:color w:val="555555"/>
          <w:sz w:val="20"/>
        </w:rPr>
        <w:t>[Lev . 20 . 9]</w:t>
      </w:r>
    </w:p>
    <w:p>
      <w:r>
        <w:rPr>
          <w:rFonts w:ascii="Gentium Plus" w:hAnsi="Gentium Plus"/>
          <w:sz w:val="24"/>
        </w:rPr>
        <w:t>ἄνθρωπος ἄνθρωπος, ὃς ἂν κακῶς εἴπῃ τὸν πατέρα αὐτοῦ ἢ τὴν μητέρα αὐτοῦ, θανάτῳ θανατούσθω· πατέρα αὐτοῦ ἢ μητέρα αὐτοῦ κακῶς εἶπεν, ἔνοχος ἔσται.</w:t>
      </w:r>
    </w:p>
    <w:p>
      <w:r>
        <w:rPr>
          <w:rFonts w:ascii="Courier New" w:hAnsi="Courier New"/>
          <w:color w:val="555555"/>
          <w:sz w:val="20"/>
        </w:rPr>
        <w:t>[Lev . 20 . 10]</w:t>
      </w:r>
    </w:p>
    <w:p>
      <w:r>
        <w:rPr>
          <w:rFonts w:ascii="Gentium Plus" w:hAnsi="Gentium Plus"/>
          <w:sz w:val="24"/>
        </w:rPr>
        <w:t>ἄνθρωπος, ὃς ἂν μοιχεύσηται γυναῖκα ἀνδρὸς ἢ ὃς ἂν μοιχεύσηται γυναῖκα τοῦ πλησίον, θανάτῳ θανατούσθωσαν ὁ μοι‐ χεύων καὶ ἡ μοιχευομένη.</w:t>
      </w:r>
    </w:p>
    <w:p>
      <w:r>
        <w:rPr>
          <w:rFonts w:ascii="Courier New" w:hAnsi="Courier New"/>
          <w:color w:val="555555"/>
          <w:sz w:val="20"/>
        </w:rPr>
        <w:t>[Lev . 20 . 11]</w:t>
      </w:r>
    </w:p>
    <w:p>
      <w:r>
        <w:rPr>
          <w:rFonts w:ascii="Gentium Plus" w:hAnsi="Gentium Plus"/>
          <w:sz w:val="24"/>
        </w:rPr>
        <w:t>ἐάν τις κοιμηθῇ μετὰ γυναικὸς τοῦ πατρὸς αὐτοῦ, ἀσχημοσύνην τοῦ πατρὸς αὐτοῦ ἀπεκάλυψεν, θανά‐ τῳ θανατούσθωσαν ἀμφότεροι, ἔνοχοί εἰσιν.</w:t>
      </w:r>
    </w:p>
    <w:p>
      <w:r>
        <w:rPr>
          <w:rFonts w:ascii="Courier New" w:hAnsi="Courier New"/>
          <w:color w:val="555555"/>
          <w:sz w:val="20"/>
        </w:rPr>
        <w:t>[Lev . 20 . 12]</w:t>
      </w:r>
    </w:p>
    <w:p>
      <w:r>
        <w:rPr>
          <w:rFonts w:ascii="Gentium Plus" w:hAnsi="Gentium Plus"/>
          <w:sz w:val="24"/>
        </w:rPr>
        <w:t>καὶ ἐάν τις κοιμηθῇ μετὰ νύμφης αὐτοῦ, θανάτῳ θανατούσθωσαν ἀμφότεροι· ἠσεβή‐ κασιν γάρ, ἔνοχοί εἰσιν.</w:t>
      </w:r>
    </w:p>
    <w:p>
      <w:r>
        <w:rPr>
          <w:rFonts w:ascii="Courier New" w:hAnsi="Courier New"/>
          <w:color w:val="555555"/>
          <w:sz w:val="20"/>
        </w:rPr>
        <w:t>[Lev . 20 . 13]</w:t>
      </w:r>
    </w:p>
    <w:p>
      <w:r>
        <w:rPr>
          <w:rFonts w:ascii="Gentium Plus" w:hAnsi="Gentium Plus"/>
          <w:sz w:val="24"/>
        </w:rPr>
        <w:t>καὶ ὃς ἂν κοιμηθῇ μετὰ ἄρσενος κοίτην γυναικός, βδέλυγμα ἐποίησαν ἀμφότεροι· θανατούσθωσαν, ἔνοχοί εἰσιν.</w:t>
      </w:r>
    </w:p>
    <w:p>
      <w:r>
        <w:rPr>
          <w:rFonts w:ascii="Courier New" w:hAnsi="Courier New"/>
          <w:color w:val="555555"/>
          <w:sz w:val="20"/>
        </w:rPr>
        <w:t>[Lev . 20 . 14]</w:t>
      </w:r>
    </w:p>
    <w:p>
      <w:r>
        <w:rPr>
          <w:rFonts w:ascii="Gentium Plus" w:hAnsi="Gentium Plus"/>
          <w:sz w:val="24"/>
        </w:rPr>
        <w:t>ὃς ἐὰν λάβῃ γυναῖκα καὶ τὴν μητέρα αὐτῆς, ἀνόμημά ἐστιν· ἐν πυρὶ κατακαύσουσιν αὐτὸν καὶ αὐτάς, καὶ οὐκ ἔσται ἀνομία ἐν ὑμῖν.</w:t>
      </w:r>
    </w:p>
    <w:p>
      <w:r>
        <w:rPr>
          <w:rFonts w:ascii="Courier New" w:hAnsi="Courier New"/>
          <w:color w:val="555555"/>
          <w:sz w:val="20"/>
        </w:rPr>
        <w:t>[Lev . 20 . 15]</w:t>
      </w:r>
    </w:p>
    <w:p>
      <w:r>
        <w:rPr>
          <w:rFonts w:ascii="Gentium Plus" w:hAnsi="Gentium Plus"/>
          <w:sz w:val="24"/>
        </w:rPr>
        <w:t>καὶ ὃς ἂν δῷ κοιτασίαν αὐτοῦ ἐν τετράποδι, θανάτῳ θανατούσθω, καὶ τὸ τετράπουν ἀποκτενεῖτε.</w:t>
      </w:r>
    </w:p>
    <w:p>
      <w:r>
        <w:rPr>
          <w:rFonts w:ascii="Courier New" w:hAnsi="Courier New"/>
          <w:color w:val="555555"/>
          <w:sz w:val="20"/>
        </w:rPr>
        <w:t>[Lev . 20 . 16]</w:t>
      </w:r>
    </w:p>
    <w:p>
      <w:r>
        <w:rPr>
          <w:rFonts w:ascii="Gentium Plus" w:hAnsi="Gentium Plus"/>
          <w:sz w:val="24"/>
        </w:rPr>
        <w:t>καὶ γυνή, ἥτις προσελεύσεται πρὸς πᾶν κτῆνος βιβασθῆναι αὐτὴν ὑπ’ αὐτοῦ, ἀποκτενεῖτε τὴν γυναῖκα καὶ τὸ κτῆνος· θανάτῳ θανατούσθωσαν, ἔνοχοί εἰσιν.</w:t>
      </w:r>
    </w:p>
    <w:p>
      <w:r>
        <w:rPr>
          <w:rFonts w:ascii="Courier New" w:hAnsi="Courier New"/>
          <w:color w:val="555555"/>
          <w:sz w:val="20"/>
        </w:rPr>
        <w:t>[Lev . 20 . 17]</w:t>
      </w:r>
    </w:p>
    <w:p>
      <w:r>
        <w:rPr>
          <w:rFonts w:ascii="Gentium Plus" w:hAnsi="Gentium Plus"/>
          <w:sz w:val="24"/>
        </w:rPr>
        <w:t>ὃς ἐὰν λάβῃ τὴν ἀδελφὴν αὐτοῦ ἐκ πατρὸς αὐτοῦ ἢ ἐκ μητρὸς αὐτοῦ καὶ ἴδῃ τὴν ἀσχημοσύνην αὐτῆς καὶ αὕτη ἴδῃ τὴν ἀσχημοσύνην αὐτοῦ, ὄνειδός ἐστιν, ἐξολεθρευθήσονται ἐνώ‐ πιον υἱῶν γένους αὐτῶν· ἀσχημοσύνην ἀδελφῆς αὐτοῦ ἀπεκάλυ‐</w:t>
      </w:r>
    </w:p>
    <w:p>
      <w:r>
        <w:rPr>
          <w:rFonts w:ascii="Courier New" w:hAnsi="Courier New"/>
          <w:color w:val="555555"/>
          <w:sz w:val="20"/>
        </w:rPr>
        <w:t>[5]</w:t>
      </w:r>
    </w:p>
    <w:p>
      <w:r>
        <w:rPr>
          <w:rFonts w:ascii="Gentium Plus" w:hAnsi="Gentium Plus"/>
          <w:sz w:val="24"/>
        </w:rPr>
        <w:t>ψεν, ἁμαρτίαν κομιοῦνται.</w:t>
      </w:r>
    </w:p>
    <w:p>
      <w:r>
        <w:rPr>
          <w:rFonts w:ascii="Courier New" w:hAnsi="Courier New"/>
          <w:color w:val="555555"/>
          <w:sz w:val="20"/>
        </w:rPr>
        <w:t>[Lev . 20 . 18]</w:t>
      </w:r>
    </w:p>
    <w:p>
      <w:r>
        <w:rPr>
          <w:rFonts w:ascii="Gentium Plus" w:hAnsi="Gentium Plus"/>
          <w:sz w:val="24"/>
        </w:rPr>
        <w:t>καὶ ἀνήρ, ὃς ἂν κοιμηθῇ μετὰ γυναι‐ κὸς ἀποκαθημένης καὶ ἀποκαλύψῃ τὴν ἀσχημοσύνην αὐτῆς, τὴν πηγὴν αὐτῆς ἀπεκάλυψεν, καὶ αὕτη ἀπεκάλυψεν τὴν ῥύσιν τοῦ αἵ‐ ματος αὐτῆς· ἐξολεθρευθήσονται ἀμφότεροι ἐκ τοῦ γένους αὐτῶν.</w:t>
      </w:r>
    </w:p>
    <w:p>
      <w:r>
        <w:rPr>
          <w:rFonts w:ascii="Courier New" w:hAnsi="Courier New"/>
          <w:color w:val="555555"/>
          <w:sz w:val="20"/>
        </w:rPr>
        <w:t>[Lev . 20 . 19]</w:t>
      </w:r>
    </w:p>
    <w:p>
      <w:r>
        <w:rPr>
          <w:rFonts w:ascii="Gentium Plus" w:hAnsi="Gentium Plus"/>
          <w:sz w:val="24"/>
        </w:rPr>
        <w:t>καὶ ἀσχημοσύνην ἀδελφῆς πατρός σου καὶ ἀδελφῆς μητρός σου οὐκ ἀποκαλύψεις· τὴν γὰρ οἰκειότητα ἀπεκάλυψεν, ἁμαρτίαν ἀποί‐ σονται.</w:t>
      </w:r>
    </w:p>
    <w:p>
      <w:r>
        <w:rPr>
          <w:rFonts w:ascii="Courier New" w:hAnsi="Courier New"/>
          <w:color w:val="555555"/>
          <w:sz w:val="20"/>
        </w:rPr>
        <w:t>[Lev . 20 . 20]</w:t>
      </w:r>
    </w:p>
    <w:p>
      <w:r>
        <w:rPr>
          <w:rFonts w:ascii="Gentium Plus" w:hAnsi="Gentium Plus"/>
          <w:sz w:val="24"/>
        </w:rPr>
        <w:t>ὃς ἂν κοιμηθῇ μετὰ τῆς συγγενοῦς αὐτοῦ, ἀσχημοσύ‐ νην τῆς συγγενείας αὐτοῦ ἀπεκάλυψεν· ἄτεκνοι ἀποθανοῦνται.</w:t>
      </w:r>
    </w:p>
    <w:p>
      <w:r>
        <w:rPr>
          <w:rFonts w:ascii="Courier New" w:hAnsi="Courier New"/>
          <w:color w:val="555555"/>
          <w:sz w:val="20"/>
        </w:rPr>
        <w:t>[Lev . 20 . 21]</w:t>
      </w:r>
    </w:p>
    <w:p>
      <w:r>
        <w:rPr>
          <w:rFonts w:ascii="Gentium Plus" w:hAnsi="Gentium Plus"/>
          <w:sz w:val="24"/>
        </w:rPr>
        <w:t>ὃς ἂν λάβῃ τὴν γυναῖκα τοῦ ἀδελφοῦ αὐτοῦ, ἀκαθαρσία ἐστίν· ἀσχη‐ μοσύνην τοῦ ἀδελφοῦ αὐτοῦ ἀπεκάλυψεν, ἄτεκνοι ἀποθανοῦνται.</w:t>
      </w:r>
    </w:p>
    <w:p>
      <w:r>
        <w:rPr>
          <w:rFonts w:ascii="Courier New" w:hAnsi="Courier New"/>
          <w:color w:val="555555"/>
          <w:sz w:val="20"/>
        </w:rPr>
        <w:t>[Lev . 20 . 22]</w:t>
      </w:r>
    </w:p>
    <w:p>
      <w:r>
        <w:rPr>
          <w:rFonts w:ascii="Gentium Plus" w:hAnsi="Gentium Plus"/>
          <w:sz w:val="24"/>
        </w:rPr>
        <w:t>Καὶ φυλάξασθε πάντα τὰ προστάγματά μου καὶ τὰ κρίματά μου καὶ ποιήσετε αὐτά, καὶ οὐ μὴ προσοχθίσῃ ὑμῖν ἡ γῆ, εἰς ἣν ἐγὼ εἰσάγω ὑμᾶς ἐκεῖ κατοικεῖν ἐπ’ αὐτῆς.</w:t>
      </w:r>
    </w:p>
    <w:p>
      <w:r>
        <w:rPr>
          <w:rFonts w:ascii="Courier New" w:hAnsi="Courier New"/>
          <w:color w:val="555555"/>
          <w:sz w:val="20"/>
        </w:rPr>
        <w:t>[Lev . 20 . 23]</w:t>
      </w:r>
    </w:p>
    <w:p>
      <w:r>
        <w:rPr>
          <w:rFonts w:ascii="Gentium Plus" w:hAnsi="Gentium Plus"/>
          <w:sz w:val="24"/>
        </w:rPr>
        <w:t>καὶ οὐχὶ πορεύεσθε τοῖς νομίμοις τῶν ἐθνῶν, οὓς ἐξαποστέλλω ἀφ’ ὑμῶν· ὅτι ταῦτα πάν‐ τα ἐποίησαν, καὶ ἐβδελυξάμην αὐτούς.</w:t>
      </w:r>
    </w:p>
    <w:p>
      <w:r>
        <w:rPr>
          <w:rFonts w:ascii="Courier New" w:hAnsi="Courier New"/>
          <w:color w:val="555555"/>
          <w:sz w:val="20"/>
        </w:rPr>
        <w:t>[Lev . 20 . 24]</w:t>
      </w:r>
    </w:p>
    <w:p>
      <w:r>
        <w:rPr>
          <w:rFonts w:ascii="Gentium Plus" w:hAnsi="Gentium Plus"/>
          <w:sz w:val="24"/>
        </w:rPr>
        <w:t>καὶ εἶπα ὑμῖν Ὑμεῖς κληρονο‐ μήσατε τὴν γῆν αὐτῶν, καὶ ἐγὼ δώσω ὑμῖν αὐτὴν ἐν κτήσει, γῆν ῥέουσαν γάλα καὶ μέλι· ἐγὼ κύριος ὁ θεὸς ὑμῶν, ὃς διώρισα ὑμᾶς ἀπὸ πάντων τῶν ἐθνῶν.</w:t>
      </w:r>
    </w:p>
    <w:p>
      <w:r>
        <w:rPr>
          <w:rFonts w:ascii="Courier New" w:hAnsi="Courier New"/>
          <w:color w:val="555555"/>
          <w:sz w:val="20"/>
        </w:rPr>
        <w:t>[Lev . 20 . 25]</w:t>
      </w:r>
    </w:p>
    <w:p>
      <w:r>
        <w:rPr>
          <w:rFonts w:ascii="Gentium Plus" w:hAnsi="Gentium Plus"/>
          <w:sz w:val="24"/>
        </w:rPr>
        <w:t>καὶ ἀφοριεῖτε αὐτοὺς ἀνὰ μέσον τῶν κτηνῶν τῶν καθαρῶν καὶ ἀνὰ μέσον τῶν κτηνῶν τῶν ἀκαθάρτων καὶ ἀνὰ μέσον τῶν πετεινῶν τῶν καθαρῶν καὶ τῶν ἀκαθάρτων καὶ οὐ βδελύξετε τὰς ψυχὰς ὑμῶν ἐν τοῖς κτήνεσιν καὶ ἐν τοῖς</w:t>
      </w:r>
    </w:p>
    <w:p>
      <w:r>
        <w:rPr>
          <w:rFonts w:ascii="Courier New" w:hAnsi="Courier New"/>
          <w:color w:val="555555"/>
          <w:sz w:val="20"/>
        </w:rPr>
        <w:t>[5]</w:t>
      </w:r>
    </w:p>
    <w:p>
      <w:r>
        <w:rPr>
          <w:rFonts w:ascii="Gentium Plus" w:hAnsi="Gentium Plus"/>
          <w:sz w:val="24"/>
        </w:rPr>
        <w:t>πετεινοῖς καὶ ἐν πᾶσιν τοῖς ἑρπετοῖς τῆς γῆς, ἃ ἐγὼ ἀφώρισα ὑμῖν ἐν ἀκαθαρσίᾳ.</w:t>
      </w:r>
    </w:p>
    <w:p>
      <w:r>
        <w:rPr>
          <w:rFonts w:ascii="Courier New" w:hAnsi="Courier New"/>
          <w:color w:val="555555"/>
          <w:sz w:val="20"/>
        </w:rPr>
        <w:t>[Lev . 20 . 26]</w:t>
      </w:r>
    </w:p>
    <w:p>
      <w:r>
        <w:rPr>
          <w:rFonts w:ascii="Gentium Plus" w:hAnsi="Gentium Plus"/>
          <w:sz w:val="24"/>
        </w:rPr>
        <w:t>καὶ ἔσεσθέ μοι ἅγιοι, ὅτι ἐγὼ ἅγιος κύριος ὁ θεὸς ὑμῶν ὁ ἀφορίσας ὑμᾶς ἀπὸ πάντων τῶν ἐθνῶν εἶναι ἐμοί.</w:t>
      </w:r>
    </w:p>
    <w:p>
      <w:r>
        <w:rPr>
          <w:rFonts w:ascii="Courier New" w:hAnsi="Courier New"/>
          <w:color w:val="555555"/>
          <w:sz w:val="20"/>
        </w:rPr>
        <w:t>[Lev . 20 . 27]</w:t>
      </w:r>
    </w:p>
    <w:p>
      <w:r>
        <w:rPr>
          <w:rFonts w:ascii="Gentium Plus" w:hAnsi="Gentium Plus"/>
          <w:sz w:val="24"/>
        </w:rPr>
        <w:t>Καὶ ἀνὴρ ἢ γυνή, ὃς ἂν γένηται αὐτῶν ἐγγαστρίμυθος ἢ ἐπα‐ οιδός, θανάτῳ θανατούσθωσαν ἀμφότεροι· λίθοις λιθοβολήσατε αὐτούς, ἔνοχοί εἰσιν.</w:t>
      </w:r>
    </w:p>
    <w:p>
      <w:r>
        <w:rPr>
          <w:rFonts w:ascii="Courier New" w:hAnsi="Courier New"/>
          <w:color w:val="555555"/>
          <w:sz w:val="20"/>
        </w:rPr>
        <w:t>[Lev . 21 . 1]</w:t>
      </w:r>
    </w:p>
    <w:p>
      <w:r>
        <w:rPr>
          <w:rFonts w:ascii="Gentium Plus" w:hAnsi="Gentium Plus"/>
          <w:sz w:val="24"/>
        </w:rPr>
        <w:t>Καὶ εἶπεν κύριος πρὸς Μωυσῆν λέγων Εἰπὸν τοῖς ἱερεῦσιν τοῖς υἱοῖς Ααρων καὶ ἐρεῖς πρὸς αὐτούς Ἐν ταῖς ψυχαῖς οὐ μιανθήσον‐ ται ἐν τῷ ἔθνει αὐτῶν</w:t>
      </w:r>
    </w:p>
    <w:p>
      <w:r>
        <w:rPr>
          <w:rFonts w:ascii="Courier New" w:hAnsi="Courier New"/>
          <w:color w:val="555555"/>
          <w:sz w:val="20"/>
        </w:rPr>
        <w:t>[Lev . 21 . 2]</w:t>
      </w:r>
    </w:p>
    <w:p>
      <w:r>
        <w:rPr>
          <w:rFonts w:ascii="Gentium Plus" w:hAnsi="Gentium Plus"/>
          <w:sz w:val="24"/>
        </w:rPr>
        <w:t>ἀλλ’ ἢ ἐν τῷ οἰκείῳ τῷ ἔγγιστα αὐτῶν, ἐπὶ πατρὶ καὶ μητρὶ καὶ υἱοῖς καὶ θυγατράσιν, ἐπ’ ἀδελφῷ</w:t>
      </w:r>
    </w:p>
    <w:p>
      <w:r>
        <w:rPr>
          <w:rFonts w:ascii="Courier New" w:hAnsi="Courier New"/>
          <w:color w:val="555555"/>
          <w:sz w:val="20"/>
        </w:rPr>
        <w:t>[Lev . 21 . 3]</w:t>
      </w:r>
    </w:p>
    <w:p>
      <w:r>
        <w:rPr>
          <w:rFonts w:ascii="Gentium Plus" w:hAnsi="Gentium Plus"/>
          <w:sz w:val="24"/>
        </w:rPr>
        <w:t>καὶ ἐπ’ ἀδελφῇ παρθένῳ τῇ ἐγγιζούσῃ αὐτῷ τῇ μὴ ἐκδεδομένῃ ἀνδρί, ἐπὶ τούτοις μιανθήσεται.</w:t>
      </w:r>
    </w:p>
    <w:p>
      <w:r>
        <w:rPr>
          <w:rFonts w:ascii="Courier New" w:hAnsi="Courier New"/>
          <w:color w:val="555555"/>
          <w:sz w:val="20"/>
        </w:rPr>
        <w:t>[Lev . 21 . 4]</w:t>
      </w:r>
    </w:p>
    <w:p>
      <w:r>
        <w:rPr>
          <w:rFonts w:ascii="Gentium Plus" w:hAnsi="Gentium Plus"/>
          <w:sz w:val="24"/>
        </w:rPr>
        <w:t>οὐ μιανθήσεται ἐξάπινα ἐν τῷ λαῷ αὐτοῦ εἰς βεβήλωσιν αὐτοῦ.</w:t>
      </w:r>
    </w:p>
    <w:p>
      <w:r>
        <w:rPr>
          <w:rFonts w:ascii="Courier New" w:hAnsi="Courier New"/>
          <w:color w:val="555555"/>
          <w:sz w:val="20"/>
        </w:rPr>
        <w:t>[Lev . 21 . 5]</w:t>
      </w:r>
    </w:p>
    <w:p>
      <w:r>
        <w:rPr>
          <w:rFonts w:ascii="Gentium Plus" w:hAnsi="Gentium Plus"/>
          <w:sz w:val="24"/>
        </w:rPr>
        <w:t>καὶ φαλάκρωμα οὐ ξυρηθήσεσθε τὴν κεφα‐ λὴν ἐπὶ νεκρῷ καὶ τὴν ὄψιν τοῦ πώγωνος οὐ ξυρήσονται καὶ ἐπὶ τὰς σάρκας αὐτῶν οὐ κατατεμοῦσιν ἐντομίδας.</w:t>
      </w:r>
    </w:p>
    <w:p>
      <w:r>
        <w:rPr>
          <w:rFonts w:ascii="Courier New" w:hAnsi="Courier New"/>
          <w:color w:val="555555"/>
          <w:sz w:val="20"/>
        </w:rPr>
        <w:t>[Lev . 21 . 6]</w:t>
      </w:r>
    </w:p>
    <w:p>
      <w:r>
        <w:rPr>
          <w:rFonts w:ascii="Gentium Plus" w:hAnsi="Gentium Plus"/>
          <w:sz w:val="24"/>
        </w:rPr>
        <w:t>ἅγιοι ἔσονται τῷ θεῷ αὐτῶν καὶ οὐ βεβηλώσουσιν τὸ ὄνομα τοῦ θεοῦ αὐτῶν· τὰς γὰρ θυσίας κυρίου δῶρα τοῦ θεοῦ αὐτῶν αὐτοὶ προσφέρουσιν καὶ ἔσονται ἅγιοι.</w:t>
      </w:r>
    </w:p>
    <w:p>
      <w:r>
        <w:rPr>
          <w:rFonts w:ascii="Courier New" w:hAnsi="Courier New"/>
          <w:color w:val="555555"/>
          <w:sz w:val="20"/>
        </w:rPr>
        <w:t>[Lev . 21 . 7]</w:t>
      </w:r>
    </w:p>
    <w:p>
      <w:r>
        <w:rPr>
          <w:rFonts w:ascii="Gentium Plus" w:hAnsi="Gentium Plus"/>
          <w:sz w:val="24"/>
        </w:rPr>
        <w:t>γυναῖκα πόρνην καὶ βεβηλωμένην οὐ λήμψονται καὶ γυναῖκα ἐκβεβλημένην ἀπὸ ἀνδρὸς αὐτῆς· ἅγιός ἐστιν τῷ κυ‐ ρίῳ θεῷ αὐτοῦ.</w:t>
      </w:r>
    </w:p>
    <w:p>
      <w:r>
        <w:rPr>
          <w:rFonts w:ascii="Courier New" w:hAnsi="Courier New"/>
          <w:color w:val="555555"/>
          <w:sz w:val="20"/>
        </w:rPr>
        <w:t>[Lev . 21 . 8]</w:t>
      </w:r>
    </w:p>
    <w:p>
      <w:r>
        <w:rPr>
          <w:rFonts w:ascii="Gentium Plus" w:hAnsi="Gentium Plus"/>
          <w:sz w:val="24"/>
        </w:rPr>
        <w:t>καὶ ἁγιάσει αὐτόν, τὰ δῶρα κυρίου τοῦ θεοῦ ὑμῶν οὗτος προσφέρει· ἅγιος ἔσται, ὅτι ἅγιος ἐγὼ κύριος ὁ ἁγιάζων αὐτούς.</w:t>
      </w:r>
    </w:p>
    <w:p>
      <w:r>
        <w:rPr>
          <w:rFonts w:ascii="Courier New" w:hAnsi="Courier New"/>
          <w:color w:val="555555"/>
          <w:sz w:val="20"/>
        </w:rPr>
        <w:t>[Lev . 21 . 9]</w:t>
      </w:r>
    </w:p>
    <w:p>
      <w:r>
        <w:rPr>
          <w:rFonts w:ascii="Gentium Plus" w:hAnsi="Gentium Plus"/>
          <w:sz w:val="24"/>
        </w:rPr>
        <w:t>καὶ θυγάτηρ ἀνθρώπου ἱερέως ἐὰν βεβηλωθῇ τοῦ ἐκπορ‐ νεῦσαι, τὸ ὄνομα τοῦ πατρὸς αὐτῆς αὐτὴ βεβηλοῖ· ἐπὶ πυρὸς κα‐ τακαυθήσεται.</w:t>
      </w:r>
    </w:p>
    <w:p>
      <w:r>
        <w:rPr>
          <w:rFonts w:ascii="Courier New" w:hAnsi="Courier New"/>
          <w:color w:val="555555"/>
          <w:sz w:val="20"/>
        </w:rPr>
        <w:t>[Lev . 21 . 10]</w:t>
      </w:r>
    </w:p>
    <w:p>
      <w:r>
        <w:rPr>
          <w:rFonts w:ascii="Gentium Plus" w:hAnsi="Gentium Plus"/>
          <w:sz w:val="24"/>
        </w:rPr>
        <w:t>Καὶ ὁ ἱερεὺς ὁ μέγας ἀπὸ τῶν ἀδελφῶν αὐτοῦ, τοῦ ἐπικεχυ‐ μένου ἐπὶ τὴν κεφαλὴν τοῦ ἐλαίου τοῦ χριστοῦ καὶ τετελειωμένου ἐνδύσασθαι τὰ ἱμάτια, τὴν κεφαλὴν οὐκ ἀποκιδαρώσει καὶ τὰ ἱμά‐ τια οὐ διαρρήξει</w:t>
      </w:r>
    </w:p>
    <w:p>
      <w:r>
        <w:rPr>
          <w:rFonts w:ascii="Courier New" w:hAnsi="Courier New"/>
          <w:color w:val="555555"/>
          <w:sz w:val="20"/>
        </w:rPr>
        <w:t>[Lev . 21 . 11]</w:t>
      </w:r>
    </w:p>
    <w:p>
      <w:r>
        <w:rPr>
          <w:rFonts w:ascii="Gentium Plus" w:hAnsi="Gentium Plus"/>
          <w:sz w:val="24"/>
        </w:rPr>
        <w:t>καὶ ἐπὶ πάσῃ ψυχῇ τετελευτηκυίᾳ οὐκ εἰσελεύ‐ σεται, ἐπὶ πατρὶ αὐτοῦ οὐδὲ ἐπὶ μητρὶ αὐτοῦ οὐ μιανθήσεται·</w:t>
      </w:r>
    </w:p>
    <w:p>
      <w:r>
        <w:rPr>
          <w:rFonts w:ascii="Courier New" w:hAnsi="Courier New"/>
          <w:color w:val="555555"/>
          <w:sz w:val="20"/>
        </w:rPr>
        <w:t>[Lev . 21 . 12]</w:t>
      </w:r>
    </w:p>
    <w:p>
      <w:r>
        <w:rPr>
          <w:rFonts w:ascii="Gentium Plus" w:hAnsi="Gentium Plus"/>
          <w:sz w:val="24"/>
        </w:rPr>
        <w:t>καὶ</w:t>
      </w:r>
    </w:p>
    <w:p>
      <w:r>
        <w:rPr>
          <w:rFonts w:ascii="Courier New" w:hAnsi="Courier New"/>
          <w:color w:val="555555"/>
          <w:sz w:val="20"/>
        </w:rPr>
        <w:t>[Lev . 21 . 13]</w:t>
      </w:r>
    </w:p>
    <w:p>
      <w:r>
        <w:rPr>
          <w:rFonts w:ascii="Gentium Plus" w:hAnsi="Gentium Plus"/>
          <w:sz w:val="24"/>
        </w:rPr>
        <w:t>οὗτος γυναῖκα παρθένον ἐκ τοῦ γένους αὐτοῦ λήμ‐ ψεται·</w:t>
      </w:r>
    </w:p>
    <w:p>
      <w:r>
        <w:rPr>
          <w:rFonts w:ascii="Courier New" w:hAnsi="Courier New"/>
          <w:color w:val="555555"/>
          <w:sz w:val="20"/>
        </w:rPr>
        <w:t>[Lev . 21 . 14]</w:t>
      </w:r>
    </w:p>
    <w:p>
      <w:r>
        <w:rPr>
          <w:rFonts w:ascii="Gentium Plus" w:hAnsi="Gentium Plus"/>
          <w:sz w:val="24"/>
        </w:rPr>
        <w:t>χήραν δὲ καὶ ἐκβεβλημένην καὶ βεβηλωμένην καὶ πόρνην, ταύτας οὐ λήμψεται, ἀλλ’ ἢ παρθένον ἐκ τοῦ γένους αὐτοῦ λήμ‐ ψεται γυναῖκα·</w:t>
      </w:r>
    </w:p>
    <w:p>
      <w:r>
        <w:rPr>
          <w:rFonts w:ascii="Courier New" w:hAnsi="Courier New"/>
          <w:color w:val="555555"/>
          <w:sz w:val="20"/>
        </w:rPr>
        <w:t>[Lev . 21 . 15]</w:t>
      </w:r>
    </w:p>
    <w:p>
      <w:r>
        <w:rPr>
          <w:rFonts w:ascii="Gentium Plus" w:hAnsi="Gentium Plus"/>
          <w:sz w:val="24"/>
        </w:rPr>
        <w:t>καὶ οὐ βεβηλώσει τὸ σπέρμα αὐτοῦ ἐν τῷ λαῷ αὐτοῦ· ἐγὼ κύριος ὁ ἁγιάζων αὐτόν.</w:t>
      </w:r>
    </w:p>
    <w:p>
      <w:r>
        <w:rPr>
          <w:rFonts w:ascii="Courier New" w:hAnsi="Courier New"/>
          <w:color w:val="555555"/>
          <w:sz w:val="20"/>
        </w:rPr>
        <w:t>[Lev . 21 . 16]</w:t>
      </w:r>
    </w:p>
    <w:p>
      <w:r>
        <w:rPr>
          <w:rFonts w:ascii="Gentium Plus" w:hAnsi="Gentium Plus"/>
          <w:sz w:val="24"/>
        </w:rPr>
        <w:t>Καὶ ἐλάλησεν κύριος πρὸς Μωυσῆν λέγων</w:t>
      </w:r>
    </w:p>
    <w:p>
      <w:r>
        <w:rPr>
          <w:rFonts w:ascii="Courier New" w:hAnsi="Courier New"/>
          <w:color w:val="555555"/>
          <w:sz w:val="20"/>
        </w:rPr>
        <w:t>[Lev . 21 . 17]</w:t>
      </w:r>
    </w:p>
    <w:p>
      <w:r>
        <w:rPr>
          <w:rFonts w:ascii="Gentium Plus" w:hAnsi="Gentium Plus"/>
          <w:sz w:val="24"/>
        </w:rPr>
        <w:t>Εἰπὸν Ααρων Ἄνθρωπος ἐκ τοῦ γένους σου εἰς τὰς γενεὰς ὑμῶν, τίνι ἐὰν ᾖ ἐν αὐτῷ μῶμος, οὐ προσελεύσεται προσφέρειν τὰ δῶρα τοῦ θεοῦ αὐτοῦ.</w:t>
      </w:r>
    </w:p>
    <w:p>
      <w:r>
        <w:rPr>
          <w:rFonts w:ascii="Courier New" w:hAnsi="Courier New"/>
          <w:color w:val="555555"/>
          <w:sz w:val="20"/>
        </w:rPr>
        <w:t>[Lev . 21 . 18]</w:t>
      </w:r>
    </w:p>
    <w:p>
      <w:r>
        <w:rPr>
          <w:rFonts w:ascii="Gentium Plus" w:hAnsi="Gentium Plus"/>
          <w:sz w:val="24"/>
        </w:rPr>
        <w:t>πᾶς ἄνθρωπος, ᾧ ἂν ᾖ ἐν αὐτῷ μῶμος, οὐ προσελεύ‐ σεται, ἄνθρωπος χωλὸς ἢ τυφλὸς ἢ κολοβόρριν ἢ ὠτότμητος</w:t>
      </w:r>
    </w:p>
    <w:p>
      <w:r>
        <w:rPr>
          <w:rFonts w:ascii="Courier New" w:hAnsi="Courier New"/>
          <w:color w:val="555555"/>
          <w:sz w:val="20"/>
        </w:rPr>
        <w:t>[Lev . 21 . 19]</w:t>
      </w:r>
    </w:p>
    <w:p>
      <w:r>
        <w:rPr>
          <w:rFonts w:ascii="Gentium Plus" w:hAnsi="Gentium Plus"/>
          <w:sz w:val="24"/>
        </w:rPr>
        <w:t>ἢ ἄνθρωπος, ᾧ ἐστιν ἐν αὐτῷ σύντριμμα χειρὸς ἢ σύντριμμα ποδός,</w:t>
      </w:r>
    </w:p>
    <w:p>
      <w:r>
        <w:rPr>
          <w:rFonts w:ascii="Courier New" w:hAnsi="Courier New"/>
          <w:color w:val="555555"/>
          <w:sz w:val="20"/>
        </w:rPr>
        <w:t>[Lev . 21 . 20]</w:t>
      </w:r>
    </w:p>
    <w:p>
      <w:r>
        <w:rPr>
          <w:rFonts w:ascii="Gentium Plus" w:hAnsi="Gentium Plus"/>
          <w:sz w:val="24"/>
        </w:rPr>
        <w:t>ἢ κυρτὸς ἢ ἔφηλος ἢ πτίλος τοὺς ὀφθαλμοὺς ἢ ἄνθρωπος, ᾧ ἂν ᾖ ἐν αὐτῷ ψώρα ἀγρία ἢ λιχήν, ἢ μόνορχις,</w:t>
      </w:r>
    </w:p>
    <w:p>
      <w:r>
        <w:rPr>
          <w:rFonts w:ascii="Courier New" w:hAnsi="Courier New"/>
          <w:color w:val="555555"/>
          <w:sz w:val="20"/>
        </w:rPr>
        <w:t>[Lev . 21 . 21]</w:t>
      </w:r>
    </w:p>
    <w:p>
      <w:r>
        <w:rPr>
          <w:rFonts w:ascii="Gentium Plus" w:hAnsi="Gentium Plus"/>
          <w:sz w:val="24"/>
        </w:rPr>
        <w:t>πᾶς, ᾧ ἐστιν ἐν αὐτῷ μῶμος, ἐκ τοῦ σπέρματος Ααρων τοῦ ἱερέως, οὐκ ἐγγιεῖ τοῦ προσενεγκεῖν τὰς θυσίας τῷ θεῷ σου· ὅτι μῶμος ἐν αὐτῷ, τὰ δῶρα τοῦ θεοῦ οὐ προσελεύσεται προσενεγκεῖν.</w:t>
      </w:r>
    </w:p>
    <w:p>
      <w:r>
        <w:rPr>
          <w:rFonts w:ascii="Courier New" w:hAnsi="Courier New"/>
          <w:color w:val="555555"/>
          <w:sz w:val="20"/>
        </w:rPr>
        <w:t>[Lev . 21 . 22]</w:t>
      </w:r>
    </w:p>
    <w:p>
      <w:r>
        <w:rPr>
          <w:rFonts w:ascii="Gentium Plus" w:hAnsi="Gentium Plus"/>
          <w:sz w:val="24"/>
        </w:rPr>
        <w:t>τὰ δῶρα τοῦ θεοῦ τὰ ἅγια τῶν ἁγίων καὶ ἀπὸ τῶν ἁγίων φάγεται·</w:t>
      </w:r>
    </w:p>
    <w:p>
      <w:r>
        <w:rPr>
          <w:rFonts w:ascii="Courier New" w:hAnsi="Courier New"/>
          <w:color w:val="555555"/>
          <w:sz w:val="20"/>
        </w:rPr>
        <w:t>[Lev . 21 . 23]</w:t>
      </w:r>
    </w:p>
    <w:p>
      <w:r>
        <w:rPr>
          <w:rFonts w:ascii="Gentium Plus" w:hAnsi="Gentium Plus"/>
          <w:sz w:val="24"/>
        </w:rPr>
        <w:t>πλὴν πρὸς τὸ καταπέτασμα οὐ προσελεύσεται καὶ πρὸς τὸ θυσιαστήριον οὐκ ἐγγιεῖ, ὅτι μῶμον ἔχει· καὶ οὐ βεβηλώσει τὸ ἅγιον τοῦ θεοῦ αὐ‐ τοῦ, ὅτι ἐγώ εἰμι κύριος ὁ ἁγιάζων αὐτούς.</w:t>
      </w:r>
    </w:p>
    <w:p>
      <w:r>
        <w:rPr>
          <w:rFonts w:ascii="Courier New" w:hAnsi="Courier New"/>
          <w:color w:val="555555"/>
          <w:sz w:val="20"/>
        </w:rPr>
        <w:t>[Lev . 21 . 24]</w:t>
      </w:r>
    </w:p>
    <w:p>
      <w:r>
        <w:rPr>
          <w:rFonts w:ascii="Gentium Plus" w:hAnsi="Gentium Plus"/>
          <w:sz w:val="24"/>
        </w:rPr>
        <w:t>καὶ ἐλάλησεν Μωυ‐ σῆς πρὸς Ααρων καὶ τοὺς υἱοὺς αὐτοῦ καὶ πρὸς πάντας υἱοὺς Ισραηλ.</w:t>
      </w:r>
    </w:p>
    <w:p>
      <w:r>
        <w:rPr>
          <w:rFonts w:ascii="Courier New" w:hAnsi="Courier New"/>
          <w:color w:val="555555"/>
          <w:sz w:val="20"/>
        </w:rPr>
        <w:t>[Lev . 22 . 1]</w:t>
      </w:r>
    </w:p>
    <w:p>
      <w:r>
        <w:rPr>
          <w:rFonts w:ascii="Gentium Plus" w:hAnsi="Gentium Plus"/>
          <w:sz w:val="24"/>
        </w:rPr>
        <w:t>Καὶ ἐλάλησεν κύριος πρὸς Μωυσῆν λέγων</w:t>
      </w:r>
    </w:p>
    <w:p>
      <w:r>
        <w:rPr>
          <w:rFonts w:ascii="Courier New" w:hAnsi="Courier New"/>
          <w:color w:val="555555"/>
          <w:sz w:val="20"/>
        </w:rPr>
        <w:t>[Lev . 22 . 2]</w:t>
      </w:r>
    </w:p>
    <w:p>
      <w:r>
        <w:rPr>
          <w:rFonts w:ascii="Gentium Plus" w:hAnsi="Gentium Plus"/>
          <w:sz w:val="24"/>
        </w:rPr>
        <w:t>Εἰπὸν Ααρων καὶ τοῖς υἱοῖς αὐτοῦ καὶ προσεχέτωσαν ἀπὸ τῶν ἁγίων τῶν υἱῶν Ισραηλ καὶ οὐ βεβηλώσουσιν τὸ ὄνομα τὸ ἅγιόν μου, ὅσα αὐτοὶ ἁγιάζουσίν μοι· ἐγὼ κύριος.</w:t>
      </w:r>
    </w:p>
    <w:p>
      <w:r>
        <w:rPr>
          <w:rFonts w:ascii="Courier New" w:hAnsi="Courier New"/>
          <w:color w:val="555555"/>
          <w:sz w:val="20"/>
        </w:rPr>
        <w:t>[Lev . 22 . 3]</w:t>
      </w:r>
    </w:p>
    <w:p>
      <w:r>
        <w:rPr>
          <w:rFonts w:ascii="Gentium Plus" w:hAnsi="Gentium Plus"/>
          <w:sz w:val="24"/>
        </w:rPr>
        <w:t>εἰπὸν αὐτοῖς Εἰς τὰς γενεὰς ὑμῶν πᾶς ἄνθρωπος, ὃς ἂν προσέλθῃ ἀπὸ παντὸς τοῦ σπέρματος ὑμῶν πρὸς τὰ ἅγια, ὅσα ἂν ἁγιάζωσιν οἱ υἱοὶ Ισραηλ τῷ κυρίῳ, καὶ ἡ ἀκαθαρσία αὐτοῦ ἐπ’ αὐτῷ, ἐξολεθρευθήσεται ἡ ψυχὴ ἐκείνη ἀπ’</w:t>
      </w:r>
    </w:p>
    <w:p>
      <w:r>
        <w:rPr>
          <w:rFonts w:ascii="Courier New" w:hAnsi="Courier New"/>
          <w:color w:val="555555"/>
          <w:sz w:val="20"/>
        </w:rPr>
        <w:t>[5]</w:t>
      </w:r>
    </w:p>
    <w:p>
      <w:r>
        <w:rPr>
          <w:rFonts w:ascii="Gentium Plus" w:hAnsi="Gentium Plus"/>
          <w:sz w:val="24"/>
        </w:rPr>
        <w:t>ἐμοῦ· ἐγὼ κύριος ὁ θεὸς ὑμῶν.</w:t>
      </w:r>
    </w:p>
    <w:p>
      <w:r>
        <w:rPr>
          <w:rFonts w:ascii="Courier New" w:hAnsi="Courier New"/>
          <w:color w:val="555555"/>
          <w:sz w:val="20"/>
        </w:rPr>
        <w:t>[Lev . 22 . 4]</w:t>
      </w:r>
    </w:p>
    <w:p>
      <w:r>
        <w:rPr>
          <w:rFonts w:ascii="Gentium Plus" w:hAnsi="Gentium Plus"/>
          <w:sz w:val="24"/>
        </w:rPr>
        <w:t>καὶ ἄνθρωπος ἐκ τοῦ σπέρματος Ααρων τοῦ ἱερέως καὶ οὗτος λεπρᾷ ἢ γονορρυής, τῶν ἁγίων οὐκ ἔδεται, ἕως ἂν καθαρισθῇ· καὶ ὁ ἁπτόμενος πάσης ἀκαθαρσίας ψυχῆς ἢ ἄνθρωπος, ᾧ ἂν ἐξέλθῃ ἐξ αὐτοῦ κοίτη σπέρματος,</w:t>
      </w:r>
    </w:p>
    <w:p>
      <w:r>
        <w:rPr>
          <w:rFonts w:ascii="Courier New" w:hAnsi="Courier New"/>
          <w:color w:val="555555"/>
          <w:sz w:val="20"/>
        </w:rPr>
        <w:t>[Lev . 22 . 5]</w:t>
      </w:r>
    </w:p>
    <w:p>
      <w:r>
        <w:rPr>
          <w:rFonts w:ascii="Gentium Plus" w:hAnsi="Gentium Plus"/>
          <w:sz w:val="24"/>
        </w:rPr>
        <w:t>ἢ ὅστις ἂν ἅψηται παντὸς ἑρπετοῦ ἀκαθάρτου, ὃ μιανεῖ αὐτόν, ἢ ἐπ’ ἀν‐ θρώπῳ, ἐν ᾧ μιανεῖ αὐτὸν κατὰ πᾶσαν ἀκαθαρσίαν αὐτοῦ,</w:t>
      </w:r>
    </w:p>
    <w:p>
      <w:r>
        <w:rPr>
          <w:rFonts w:ascii="Courier New" w:hAnsi="Courier New"/>
          <w:color w:val="555555"/>
          <w:sz w:val="20"/>
        </w:rPr>
        <w:t>[Lev . 22 . 6]</w:t>
      </w:r>
    </w:p>
    <w:p>
      <w:r>
        <w:rPr>
          <w:rFonts w:ascii="Gentium Plus" w:hAnsi="Gentium Plus"/>
          <w:sz w:val="24"/>
        </w:rPr>
        <w:t>ψυχή, ἥτις ἂν ἅψηται αὐτῶν, ἀκάθαρτος ἔσται ἕως ἑσπέρας· οὐκ ἔδεται ἀπὸ τῶν ἁγίων, ἐὰν μὴ λούσηται τὸ σῶμα αὐτοῦ ὕδατι·</w:t>
      </w:r>
    </w:p>
    <w:p>
      <w:r>
        <w:rPr>
          <w:rFonts w:ascii="Courier New" w:hAnsi="Courier New"/>
          <w:color w:val="555555"/>
          <w:sz w:val="20"/>
        </w:rPr>
        <w:t>[Lev . 22 . 7]</w:t>
      </w:r>
    </w:p>
    <w:p>
      <w:r>
        <w:rPr>
          <w:rFonts w:ascii="Gentium Plus" w:hAnsi="Gentium Plus"/>
          <w:sz w:val="24"/>
        </w:rPr>
        <w:t>καὶ δύῃ ὁ ἥλιος, καὶ καθαρὸς ἔσται καὶ τότε φάγεται τῶν ἁγίων, ὅτι ἄρ‐ τος ἐστὶν αὐτοῦ.</w:t>
      </w:r>
    </w:p>
    <w:p>
      <w:r>
        <w:rPr>
          <w:rFonts w:ascii="Courier New" w:hAnsi="Courier New"/>
          <w:color w:val="555555"/>
          <w:sz w:val="20"/>
        </w:rPr>
        <w:t>[Lev . 22 . 8]</w:t>
      </w:r>
    </w:p>
    <w:p>
      <w:r>
        <w:rPr>
          <w:rFonts w:ascii="Gentium Plus" w:hAnsi="Gentium Plus"/>
          <w:sz w:val="24"/>
        </w:rPr>
        <w:t>θνησιμαῖον καὶ θηριάλωτον οὐ φάγεται μιανθῆ‐ ναι αὐτὸν ἐν αὐτοῖς· ἐγὼ κύριος.</w:t>
      </w:r>
    </w:p>
    <w:p>
      <w:r>
        <w:rPr>
          <w:rFonts w:ascii="Courier New" w:hAnsi="Courier New"/>
          <w:color w:val="555555"/>
          <w:sz w:val="20"/>
        </w:rPr>
        <w:t>[Lev . 22 . 9]</w:t>
      </w:r>
    </w:p>
    <w:p>
      <w:r>
        <w:rPr>
          <w:rFonts w:ascii="Gentium Plus" w:hAnsi="Gentium Plus"/>
          <w:sz w:val="24"/>
        </w:rPr>
        <w:t>καὶ φυλάξονται τὰ φυλάγματά μου, ἵνα μὴ λάβωσιν δι’ αὐτὰ ἁμαρτίαν καὶ ἀποθάνωσιν δι’ αὐτά, ἐὰν βεβηλώσωσιν αὐτά· ἐγὼ κύριος ὁ θεὸς ὁ ἁγιάζων αὐτούς. —</w:t>
      </w:r>
    </w:p>
    <w:p>
      <w:r>
        <w:rPr>
          <w:rFonts w:ascii="Courier New" w:hAnsi="Courier New"/>
          <w:color w:val="555555"/>
          <w:sz w:val="20"/>
        </w:rPr>
        <w:t>[Lev . 22 . 10]</w:t>
      </w:r>
    </w:p>
    <w:p>
      <w:r>
        <w:rPr>
          <w:rFonts w:ascii="Gentium Plus" w:hAnsi="Gentium Plus"/>
          <w:sz w:val="24"/>
        </w:rPr>
        <w:t>καὶ πᾶς ἀλλογενὴς οὐ φάγεται ἅγια· πάροικος ἱερέως ἢ μισθω‐ τὸς οὐ φάγεται ἅγια.</w:t>
      </w:r>
    </w:p>
    <w:p>
      <w:r>
        <w:rPr>
          <w:rFonts w:ascii="Courier New" w:hAnsi="Courier New"/>
          <w:color w:val="555555"/>
          <w:sz w:val="20"/>
        </w:rPr>
        <w:t>[Lev . 22 . 11]</w:t>
      </w:r>
    </w:p>
    <w:p>
      <w:r>
        <w:rPr>
          <w:rFonts w:ascii="Gentium Plus" w:hAnsi="Gentium Plus"/>
          <w:sz w:val="24"/>
        </w:rPr>
        <w:t>ἐὰν δὲ ἱερεὺς κτήσηται ψυχὴν ἔγκτητον ἀργυρίου, οὗτος φάγεται ἐκ τῶν ἄρτων αὐτοῦ· καὶ οἱ οἰκογενεῖς αὐτοῦ, καὶ οὗτοι φάγονται τῶν ἄρτων αὐτοῦ.</w:t>
      </w:r>
    </w:p>
    <w:p>
      <w:r>
        <w:rPr>
          <w:rFonts w:ascii="Courier New" w:hAnsi="Courier New"/>
          <w:color w:val="555555"/>
          <w:sz w:val="20"/>
        </w:rPr>
        <w:t>[Lev . 22 . 12]</w:t>
      </w:r>
    </w:p>
    <w:p>
      <w:r>
        <w:rPr>
          <w:rFonts w:ascii="Gentium Plus" w:hAnsi="Gentium Plus"/>
          <w:sz w:val="24"/>
        </w:rPr>
        <w:t>καὶ θυγάτηρ ἀν‐ θρώπου ἱερέως ἐὰν γένηται ἀνδρὶ ἀλλογενεῖ, αὐτὴ τῶν ἀπαρχῶν τῶν ἁγίων οὐ φάγεται.</w:t>
      </w:r>
    </w:p>
    <w:p>
      <w:r>
        <w:rPr>
          <w:rFonts w:ascii="Courier New" w:hAnsi="Courier New"/>
          <w:color w:val="555555"/>
          <w:sz w:val="20"/>
        </w:rPr>
        <w:t>[Lev . 22 . 13]</w:t>
      </w:r>
    </w:p>
    <w:p>
      <w:r>
        <w:rPr>
          <w:rFonts w:ascii="Gentium Plus" w:hAnsi="Gentium Plus"/>
          <w:sz w:val="24"/>
        </w:rPr>
        <w:t>καὶ θυγάτηρ ἱερέως ἐὰν γένηται χήρα ἢ ἐκβεβλημένη, σπέρμα δὲ μὴ ἦν αὐτῇ, ἐπαναστρέψει ἐπὶ τὸν οἶκον τὸν πατρικὸν κατὰ τὴν νεότητα αὐτῆς· ἀπὸ τῶν ἄρτων τοῦ πα‐ τρὸς αὐτῆς φάγεται. καὶ πᾶς ἀλλογενὴς οὐ φάγεται ἀπ’ αὐτῶν.</w:t>
      </w:r>
    </w:p>
    <w:p>
      <w:r>
        <w:rPr>
          <w:rFonts w:ascii="Courier New" w:hAnsi="Courier New"/>
          <w:color w:val="555555"/>
          <w:sz w:val="20"/>
        </w:rPr>
        <w:t>[Lev . 22 . 14]</w:t>
      </w:r>
    </w:p>
    <w:p>
      <w:r>
        <w:rPr>
          <w:rFonts w:ascii="Gentium Plus" w:hAnsi="Gentium Plus"/>
          <w:sz w:val="24"/>
        </w:rPr>
        <w:t>καὶ ἄνθρωπος, ὃς ἂν φάγῃ ἅγια κατὰ ἄγνοιαν, καὶ προσθήσει τὸ ἐπίπεμπτον αὐτοῦ ἐπ’ αὐτὸ καὶ δώσει τῷ ἱερεῖ τὸ ἅγιον.</w:t>
      </w:r>
    </w:p>
    <w:p>
      <w:r>
        <w:rPr>
          <w:rFonts w:ascii="Courier New" w:hAnsi="Courier New"/>
          <w:color w:val="555555"/>
          <w:sz w:val="20"/>
        </w:rPr>
        <w:t>[Lev . 22 . 15]</w:t>
      </w:r>
    </w:p>
    <w:p>
      <w:r>
        <w:rPr>
          <w:rFonts w:ascii="Gentium Plus" w:hAnsi="Gentium Plus"/>
          <w:sz w:val="24"/>
        </w:rPr>
        <w:t>καὶ οὐ βεβηλώσουσιν τὰ ἅγια τῶν υἱῶν Ισραηλ, ἃ αὐτοὶ ἀφαιροῦσιν τῷ κυρίῳ,</w:t>
      </w:r>
    </w:p>
    <w:p>
      <w:r>
        <w:rPr>
          <w:rFonts w:ascii="Courier New" w:hAnsi="Courier New"/>
          <w:color w:val="555555"/>
          <w:sz w:val="20"/>
        </w:rPr>
        <w:t>[Lev . 22 . 16]</w:t>
      </w:r>
    </w:p>
    <w:p>
      <w:r>
        <w:rPr>
          <w:rFonts w:ascii="Gentium Plus" w:hAnsi="Gentium Plus"/>
          <w:sz w:val="24"/>
        </w:rPr>
        <w:t>καὶ ἐπάξουσιν ἐφ’ ἑαυτοὺς ἀνομίαν πλημμελείας ἐν τῷ ἐσθίειν αὐτοὺς τὰ ἅγια αὐτῶν· ὅτι ἐγὼ κύριος ὁ ἁγιάζων αὐτούς.</w:t>
      </w:r>
    </w:p>
    <w:p>
      <w:r>
        <w:rPr>
          <w:rFonts w:ascii="Courier New" w:hAnsi="Courier New"/>
          <w:color w:val="555555"/>
          <w:sz w:val="20"/>
        </w:rPr>
        <w:t>[Lev . 22 . 17]</w:t>
      </w:r>
    </w:p>
    <w:p>
      <w:r>
        <w:rPr>
          <w:rFonts w:ascii="Gentium Plus" w:hAnsi="Gentium Plus"/>
          <w:sz w:val="24"/>
        </w:rPr>
        <w:t>Καὶ ἐλάλησεν κύριος πρὸς Μωυσῆν λέγων</w:t>
      </w:r>
    </w:p>
    <w:p>
      <w:r>
        <w:rPr>
          <w:rFonts w:ascii="Courier New" w:hAnsi="Courier New"/>
          <w:color w:val="555555"/>
          <w:sz w:val="20"/>
        </w:rPr>
        <w:t>[Lev . 22 . 18]</w:t>
      </w:r>
    </w:p>
    <w:p>
      <w:r>
        <w:rPr>
          <w:rFonts w:ascii="Gentium Plus" w:hAnsi="Gentium Plus"/>
          <w:sz w:val="24"/>
        </w:rPr>
        <w:t>Λάλησον Ααρων καὶ τοῖς υἱοῖς αὐτοῦ καὶ πάσῃ συναγωγῇ Ισραηλ καὶ ἐρεῖς πρὸς αὐτούς Ἄνθρωπος ἄνθρωπος ἀπὸ τῶν υἱῶν Ισραηλ ἢ τῶν υἱῶν τῶν προσηλύτων τῶν προσκειμένων πρὸς αὐτοὺς ἐν Ισραηλ, ὃς</w:t>
      </w:r>
    </w:p>
    <w:p>
      <w:r>
        <w:rPr>
          <w:rFonts w:ascii="Courier New" w:hAnsi="Courier New"/>
          <w:color w:val="555555"/>
          <w:sz w:val="20"/>
        </w:rPr>
        <w:t>[5]</w:t>
      </w:r>
    </w:p>
    <w:p>
      <w:r>
        <w:rPr>
          <w:rFonts w:ascii="Gentium Plus" w:hAnsi="Gentium Plus"/>
          <w:sz w:val="24"/>
        </w:rPr>
        <w:t>ἂν προσενέγκῃ τὰ δῶρα αὐτοῦ κατὰ πᾶσαν ὁμολογίαν αὐτῶν ἢ κατὰ πᾶσαν αἵρεσιν αὐτῶν, ὅσα ἂν προσενέγκωσιν τῷ θεῷ εἰς ὁλοκαύτωμα,</w:t>
      </w:r>
    </w:p>
    <w:p>
      <w:r>
        <w:rPr>
          <w:rFonts w:ascii="Courier New" w:hAnsi="Courier New"/>
          <w:color w:val="555555"/>
          <w:sz w:val="20"/>
        </w:rPr>
        <w:t>[Lev . 22 . 19]</w:t>
      </w:r>
    </w:p>
    <w:p>
      <w:r>
        <w:rPr>
          <w:rFonts w:ascii="Gentium Plus" w:hAnsi="Gentium Plus"/>
          <w:sz w:val="24"/>
        </w:rPr>
        <w:t>δεκτὰ ὑμῖν ἄμωμα ἄρσενα ἐκ τῶν βουκολίων καὶ ἐκ τῶν προβάτων καὶ ἐκ τῶν αἰγῶν.</w:t>
      </w:r>
    </w:p>
    <w:p>
      <w:r>
        <w:rPr>
          <w:rFonts w:ascii="Courier New" w:hAnsi="Courier New"/>
          <w:color w:val="555555"/>
          <w:sz w:val="20"/>
        </w:rPr>
        <w:t>[Lev . 22 . 20]</w:t>
      </w:r>
    </w:p>
    <w:p>
      <w:r>
        <w:rPr>
          <w:rFonts w:ascii="Gentium Plus" w:hAnsi="Gentium Plus"/>
          <w:sz w:val="24"/>
        </w:rPr>
        <w:t>πάντα, ὅσα ἂν ἔχῃ μῶμον ἐν αὐτῷ, οὐ προσάξουσιν κυρίῳ, διότι οὐ δεκτὸν ἔσται ὑμῖν.</w:t>
      </w:r>
    </w:p>
    <w:p>
      <w:r>
        <w:rPr>
          <w:rFonts w:ascii="Courier New" w:hAnsi="Courier New"/>
          <w:color w:val="555555"/>
          <w:sz w:val="20"/>
        </w:rPr>
        <w:t>[Lev . 22 . 21]</w:t>
      </w:r>
    </w:p>
    <w:p>
      <w:r>
        <w:rPr>
          <w:rFonts w:ascii="Gentium Plus" w:hAnsi="Gentium Plus"/>
          <w:sz w:val="24"/>
        </w:rPr>
        <w:t>καὶ ἄνθρωπος, ὃς ἂν προσενέγκῃ θυσίαν σωτηρίου τῷ κυρίῳ διαστεί‐ λας εὐχὴν κατὰ αἵρεσιν ἢ ἐν ταῖς ἑορταῖς ὑμῶν ἐκ τῶν βουκολίων ἢ ἐκ τῶν προβάτων, ἄμωμον ἔσται εἰς δεκτόν, πᾶς μῶμος οὐκ</w:t>
      </w:r>
    </w:p>
    <w:p>
      <w:r>
        <w:rPr>
          <w:rFonts w:ascii="Courier New" w:hAnsi="Courier New"/>
          <w:color w:val="555555"/>
          <w:sz w:val="20"/>
        </w:rPr>
        <w:t>[5]</w:t>
      </w:r>
    </w:p>
    <w:p>
      <w:r>
        <w:rPr>
          <w:rFonts w:ascii="Gentium Plus" w:hAnsi="Gentium Plus"/>
          <w:sz w:val="24"/>
        </w:rPr>
        <w:t>ἔσται ἐν αὐτῷ.</w:t>
      </w:r>
    </w:p>
    <w:p>
      <w:r>
        <w:rPr>
          <w:rFonts w:ascii="Courier New" w:hAnsi="Courier New"/>
          <w:color w:val="555555"/>
          <w:sz w:val="20"/>
        </w:rPr>
        <w:t>[Lev . 22 . 22]</w:t>
      </w:r>
    </w:p>
    <w:p>
      <w:r>
        <w:rPr>
          <w:rFonts w:ascii="Gentium Plus" w:hAnsi="Gentium Plus"/>
          <w:sz w:val="24"/>
        </w:rPr>
        <w:t>τυφλὸν ἢ συντετριμμένον ἢ γλωσσότμητον ἢ μυρμηκιῶντα ἢ ψωραγριῶντα ἢ λιχῆνας ἔχοντα, οὐ προσάξουσιν</w:t>
      </w:r>
    </w:p>
    <w:p>
      <w:r>
        <w:rPr>
          <w:rFonts w:ascii="Courier New" w:hAnsi="Courier New"/>
          <w:color w:val="555555"/>
          <w:sz w:val="20"/>
        </w:rPr>
        <w:t>[Lev . 22 . 23]</w:t>
      </w:r>
    </w:p>
    <w:p>
      <w:r>
        <w:rPr>
          <w:rFonts w:ascii="Gentium Plus" w:hAnsi="Gentium Plus"/>
          <w:sz w:val="24"/>
        </w:rPr>
        <w:t>καὶ μόσχον ἢ πρόβατον ὠτότμητον ἢ κολοβόκερκον, σφάγια ποιήσεις αὐτὰ σεαυτῷ, εἰς δὲ εὐχήν σου οὐ δεχθήσεται.</w:t>
      </w:r>
    </w:p>
    <w:p>
      <w:r>
        <w:rPr>
          <w:rFonts w:ascii="Courier New" w:hAnsi="Courier New"/>
          <w:color w:val="555555"/>
          <w:sz w:val="20"/>
        </w:rPr>
        <w:t>[Lev . 22 . 24]</w:t>
      </w:r>
    </w:p>
    <w:p>
      <w:r>
        <w:rPr>
          <w:rFonts w:ascii="Gentium Plus" w:hAnsi="Gentium Plus"/>
          <w:sz w:val="24"/>
        </w:rPr>
        <w:t>θλαδίαν καὶ ἐκτεθλιμμένον καὶ ἐκτομίαν καὶ ἀπε‐ σπασμένον, οὐ προσάξεις αὐτὰ τῷ κυρίῳ καὶ ἐπὶ τῆς γῆς ὑμῶν οὐ ποιήσετε.</w:t>
      </w:r>
    </w:p>
    <w:p>
      <w:r>
        <w:rPr>
          <w:rFonts w:ascii="Courier New" w:hAnsi="Courier New"/>
          <w:color w:val="555555"/>
          <w:sz w:val="20"/>
        </w:rPr>
        <w:t>[Lev . 22 . 25]</w:t>
      </w:r>
    </w:p>
    <w:p>
      <w:r>
        <w:rPr>
          <w:rFonts w:ascii="Gentium Plus" w:hAnsi="Gentium Plus"/>
          <w:sz w:val="24"/>
        </w:rPr>
        <w:t>καὶ ἐκ χειρὸς ἀλλογενοῦς οὐ προσοίσετε τὰ δῶρα τοῦ θεοῦ ὑμῶν ἀπὸ πάντων τούτων, ὅτι φθάρματά ἐστιν ἐν αὐ‐ τοῖς, μῶμος ἐν αὐτοῖς, οὐ δεχθήσεται ταῦτα ὑμῖν.</w:t>
      </w:r>
    </w:p>
    <w:p>
      <w:r>
        <w:rPr>
          <w:rFonts w:ascii="Courier New" w:hAnsi="Courier New"/>
          <w:color w:val="555555"/>
          <w:sz w:val="20"/>
        </w:rPr>
        <w:t>[Lev . 22 . 26]</w:t>
      </w:r>
    </w:p>
    <w:p>
      <w:r>
        <w:rPr>
          <w:rFonts w:ascii="Gentium Plus" w:hAnsi="Gentium Plus"/>
          <w:sz w:val="24"/>
        </w:rPr>
        <w:t>Καὶ ἐλάλησεν κύριος πρὸς Μωυσῆν λέγων</w:t>
      </w:r>
    </w:p>
    <w:p>
      <w:r>
        <w:rPr>
          <w:rFonts w:ascii="Courier New" w:hAnsi="Courier New"/>
          <w:color w:val="555555"/>
          <w:sz w:val="20"/>
        </w:rPr>
        <w:t>[Lev . 22 . 27]</w:t>
      </w:r>
    </w:p>
    <w:p>
      <w:r>
        <w:rPr>
          <w:rFonts w:ascii="Gentium Plus" w:hAnsi="Gentium Plus"/>
          <w:sz w:val="24"/>
        </w:rPr>
        <w:t>Μόσχον ἢ πρό‐ βατον ἢ αἶγα, ὡς ἂν τεχθῇ, καὶ ἔσται ἑπτὰ ἡμέρας ὑπὸ τὴν μη‐ τέρα, τῇ δὲ ἡμέρᾳ τῇ ὀγδόῃ καὶ ἐπέκεινα δεχθήσεται εἰς δῶρα, κάρπωμα κυρίῳ.</w:t>
      </w:r>
    </w:p>
    <w:p>
      <w:r>
        <w:rPr>
          <w:rFonts w:ascii="Courier New" w:hAnsi="Courier New"/>
          <w:color w:val="555555"/>
          <w:sz w:val="20"/>
        </w:rPr>
        <w:t>[Lev . 22 . 28]</w:t>
      </w:r>
    </w:p>
    <w:p>
      <w:r>
        <w:rPr>
          <w:rFonts w:ascii="Gentium Plus" w:hAnsi="Gentium Plus"/>
          <w:sz w:val="24"/>
        </w:rPr>
        <w:t>καὶ μόσχον ἢ πρόβατον, αὐτὴν καὶ τὰ παιδία αὐτῆς οὐ σφάξεις ἐν ἡμέρᾳ μιᾷ.</w:t>
      </w:r>
    </w:p>
    <w:p>
      <w:r>
        <w:rPr>
          <w:rFonts w:ascii="Courier New" w:hAnsi="Courier New"/>
          <w:color w:val="555555"/>
          <w:sz w:val="20"/>
        </w:rPr>
        <w:t>[Lev . 22 . 29]</w:t>
      </w:r>
    </w:p>
    <w:p>
      <w:r>
        <w:rPr>
          <w:rFonts w:ascii="Gentium Plus" w:hAnsi="Gentium Plus"/>
          <w:sz w:val="24"/>
        </w:rPr>
        <w:t>ἐὰν δὲ θύσῃς θυσίαν εὐχὴν χαρ‐ μοσύνης κυρίῳ, εἰς δεκτὸν ὑμῖν θύσετε αὐτό·</w:t>
      </w:r>
    </w:p>
    <w:p>
      <w:r>
        <w:rPr>
          <w:rFonts w:ascii="Courier New" w:hAnsi="Courier New"/>
          <w:color w:val="555555"/>
          <w:sz w:val="20"/>
        </w:rPr>
        <w:t>[Lev . 22 . 30]</w:t>
      </w:r>
    </w:p>
    <w:p>
      <w:r>
        <w:rPr>
          <w:rFonts w:ascii="Gentium Plus" w:hAnsi="Gentium Plus"/>
          <w:sz w:val="24"/>
        </w:rPr>
        <w:t>αὐτῇ τῇ ἡμέρᾳ ἐκείνῃ βρωθήσεται, οὐκ ἀπολείψετε ἀπὸ τῶν κρεῶν εἰς τὸ πρωί· ἐγώ εἰμι κύριος.</w:t>
      </w:r>
    </w:p>
    <w:p>
      <w:r>
        <w:rPr>
          <w:rFonts w:ascii="Courier New" w:hAnsi="Courier New"/>
          <w:color w:val="555555"/>
          <w:sz w:val="20"/>
        </w:rPr>
        <w:t>[Lev . 22 . 31]</w:t>
      </w:r>
    </w:p>
    <w:p>
      <w:r>
        <w:rPr>
          <w:rFonts w:ascii="Gentium Plus" w:hAnsi="Gentium Plus"/>
          <w:sz w:val="24"/>
        </w:rPr>
        <w:t>Καὶ φυλάξετε τὰς ἐντολάς μου καὶ ποιήσετε αὐτάς.</w:t>
      </w:r>
    </w:p>
    <w:p>
      <w:r>
        <w:rPr>
          <w:rFonts w:ascii="Courier New" w:hAnsi="Courier New"/>
          <w:color w:val="555555"/>
          <w:sz w:val="20"/>
        </w:rPr>
        <w:t>[Lev . 22 . 32]</w:t>
      </w:r>
    </w:p>
    <w:p>
      <w:r>
        <w:rPr>
          <w:rFonts w:ascii="Gentium Plus" w:hAnsi="Gentium Plus"/>
          <w:sz w:val="24"/>
        </w:rPr>
        <w:t>καὶ οὐ βεβηλώσετε τὸ ὄνομα τοῦ ἁγίου, καὶ ἁγιασθήσομαι ἐν μέσῳ τῶν υἱῶν Ισραηλ· ἐγὼ κύριος ὁ ἁγιάζων ὑμᾶς</w:t>
      </w:r>
    </w:p>
    <w:p>
      <w:r>
        <w:rPr>
          <w:rFonts w:ascii="Courier New" w:hAnsi="Courier New"/>
          <w:color w:val="555555"/>
          <w:sz w:val="20"/>
        </w:rPr>
        <w:t>[Lev . 22 . 33]</w:t>
      </w:r>
    </w:p>
    <w:p>
      <w:r>
        <w:rPr>
          <w:rFonts w:ascii="Gentium Plus" w:hAnsi="Gentium Plus"/>
          <w:sz w:val="24"/>
        </w:rPr>
        <w:t>ὁ ἐξαγαγὼν ὑμᾶς ἐκ γῆς Αἰγύπτου ὥστε εἶναι ὑμῶν θεός, ἐγὼ κύριος.</w:t>
      </w:r>
    </w:p>
    <w:p>
      <w:r>
        <w:rPr>
          <w:rFonts w:ascii="Courier New" w:hAnsi="Courier New"/>
          <w:color w:val="555555"/>
          <w:sz w:val="20"/>
        </w:rPr>
        <w:t>[Lev . 23 . 1]</w:t>
      </w:r>
    </w:p>
    <w:p>
      <w:r>
        <w:rPr>
          <w:rFonts w:ascii="Gentium Plus" w:hAnsi="Gentium Plus"/>
          <w:sz w:val="24"/>
        </w:rPr>
        <w:t>Καὶ εἶπεν κύριος πρὸς Μωυσῆν λέγων</w:t>
      </w:r>
    </w:p>
    <w:p>
      <w:r>
        <w:rPr>
          <w:rFonts w:ascii="Courier New" w:hAnsi="Courier New"/>
          <w:color w:val="555555"/>
          <w:sz w:val="20"/>
        </w:rPr>
        <w:t>[Lev . 23 . 2]</w:t>
      </w:r>
    </w:p>
    <w:p>
      <w:r>
        <w:rPr>
          <w:rFonts w:ascii="Gentium Plus" w:hAnsi="Gentium Plus"/>
          <w:sz w:val="24"/>
        </w:rPr>
        <w:t>Λάλησον τοῖς υἱοῖς Ισραηλ καὶ ἐρεῖς πρὸς αὐτούς Αἱ ἑορταὶ κυρίου, ἃς καλέσετε αὐ‐ τὰς κλητὰς ἁγίας, αὗταί εἰσιν ἑορταί μου. —</w:t>
      </w:r>
    </w:p>
    <w:p>
      <w:r>
        <w:rPr>
          <w:rFonts w:ascii="Courier New" w:hAnsi="Courier New"/>
          <w:color w:val="555555"/>
          <w:sz w:val="20"/>
        </w:rPr>
        <w:t>[Lev . 23 . 3]</w:t>
      </w:r>
    </w:p>
    <w:p>
      <w:r>
        <w:rPr>
          <w:rFonts w:ascii="Gentium Plus" w:hAnsi="Gentium Plus"/>
          <w:sz w:val="24"/>
        </w:rPr>
        <w:t>ἓξ ἡμέρας ποιή‐ σεις ἔργα, καὶ τῇ ἡμέρᾳ τῇ ἑβδόμῃ σάββατα ἀνάπαυσις κλητὴ ἁγία τῷ κυρίῳ· πᾶν ἔργον οὐ ποιήσεις· σάββατά ἐστιν τῷ κυρίῳ ἐν πάσῃ κατοικίᾳ ὑμῶν.</w:t>
      </w:r>
    </w:p>
    <w:p>
      <w:r>
        <w:rPr>
          <w:rFonts w:ascii="Courier New" w:hAnsi="Courier New"/>
          <w:color w:val="555555"/>
          <w:sz w:val="20"/>
        </w:rPr>
        <w:t>[Lev . 23 . 4]</w:t>
      </w:r>
    </w:p>
    <w:p>
      <w:r>
        <w:rPr>
          <w:rFonts w:ascii="Gentium Plus" w:hAnsi="Gentium Plus"/>
          <w:sz w:val="24"/>
        </w:rPr>
        <w:t>Αὗται αἱ ἑορταὶ τῷ κυρίῳ, κληταὶ ἅγιαι, ἃς καλέσετε αὐτὰς ἐν τοῖς καιροῖς αὐτῶν.</w:t>
      </w:r>
    </w:p>
    <w:p>
      <w:r>
        <w:rPr>
          <w:rFonts w:ascii="Courier New" w:hAnsi="Courier New"/>
          <w:color w:val="555555"/>
          <w:sz w:val="20"/>
        </w:rPr>
        <w:t>[Lev . 23 . 5]</w:t>
      </w:r>
    </w:p>
    <w:p>
      <w:r>
        <w:rPr>
          <w:rFonts w:ascii="Gentium Plus" w:hAnsi="Gentium Plus"/>
          <w:sz w:val="24"/>
        </w:rPr>
        <w:t>ἐν τῷ πρώτῳ μηνὶ ἐν τῇ τεσσαρεσκαιδεκάτῃ ἡμέρᾳ τοῦ μηνὸς ἀνὰ μέσον τῶν ἑσπερινῶν πάσχα τῷ κυρίῳ.</w:t>
      </w:r>
    </w:p>
    <w:p>
      <w:r>
        <w:rPr>
          <w:rFonts w:ascii="Courier New" w:hAnsi="Courier New"/>
          <w:color w:val="555555"/>
          <w:sz w:val="20"/>
        </w:rPr>
        <w:t>[Lev . 23 . 6]</w:t>
      </w:r>
    </w:p>
    <w:p>
      <w:r>
        <w:rPr>
          <w:rFonts w:ascii="Gentium Plus" w:hAnsi="Gentium Plus"/>
          <w:sz w:val="24"/>
        </w:rPr>
        <w:t>καὶ ἐν τῇ πεντεκαιδεκάτῃ ἡμέρᾳ τοῦ μηνὸς τούτου ἑορτὴ τῶν ἀζύμων τῷ κυρίῳ· ἑπτὰ ἡμέρας ἄζυμα ἔδεσθε.</w:t>
      </w:r>
    </w:p>
    <w:p>
      <w:r>
        <w:rPr>
          <w:rFonts w:ascii="Courier New" w:hAnsi="Courier New"/>
          <w:color w:val="555555"/>
          <w:sz w:val="20"/>
        </w:rPr>
        <w:t>[Lev . 23 . 7]</w:t>
      </w:r>
    </w:p>
    <w:p>
      <w:r>
        <w:rPr>
          <w:rFonts w:ascii="Gentium Plus" w:hAnsi="Gentium Plus"/>
          <w:sz w:val="24"/>
        </w:rPr>
        <w:t>καὶ ἡ ἡμέρα ἡ πρώτη κλητὴ ἁγία ἔσται ὑμῖν, πᾶν ἔργον λατρευτὸν οὐ ποιήσετε·</w:t>
      </w:r>
    </w:p>
    <w:p>
      <w:r>
        <w:rPr>
          <w:rFonts w:ascii="Courier New" w:hAnsi="Courier New"/>
          <w:color w:val="555555"/>
          <w:sz w:val="20"/>
        </w:rPr>
        <w:t>[Lev . 23 . 8]</w:t>
      </w:r>
    </w:p>
    <w:p>
      <w:r>
        <w:rPr>
          <w:rFonts w:ascii="Gentium Plus" w:hAnsi="Gentium Plus"/>
          <w:sz w:val="24"/>
        </w:rPr>
        <w:t>καὶ προσάξετε ὁλοκαυτώματα τῷ κυρίῳ ἑπτὰ ἡμέρας· καὶ ἡ ἑβδό‐ μη ἡμέρα κλητὴ ἁγία ἔσται ὑμῖν, πᾶν ἔργον λατρευτὸν οὐ ποιήσετε.</w:t>
      </w:r>
    </w:p>
    <w:p>
      <w:r>
        <w:rPr>
          <w:rFonts w:ascii="Courier New" w:hAnsi="Courier New"/>
          <w:color w:val="555555"/>
          <w:sz w:val="20"/>
        </w:rPr>
        <w:t>[Lev . 23 . 9]</w:t>
      </w:r>
    </w:p>
    <w:p>
      <w:r>
        <w:rPr>
          <w:rFonts w:ascii="Gentium Plus" w:hAnsi="Gentium Plus"/>
          <w:sz w:val="24"/>
        </w:rPr>
        <w:t>Καὶ ἐλάλησεν κύριος πρὸς Μωυσῆν λέγων</w:t>
      </w:r>
    </w:p>
    <w:p>
      <w:r>
        <w:rPr>
          <w:rFonts w:ascii="Courier New" w:hAnsi="Courier New"/>
          <w:color w:val="555555"/>
          <w:sz w:val="20"/>
        </w:rPr>
        <w:t>[Lev . 23 . 10]</w:t>
      </w:r>
    </w:p>
    <w:p>
      <w:r>
        <w:rPr>
          <w:rFonts w:ascii="Gentium Plus" w:hAnsi="Gentium Plus"/>
          <w:sz w:val="24"/>
        </w:rPr>
        <w:t>Εἰπὸν τοῖς υἱοῖς Ισραηλ καὶ ἐρεῖς πρὸς αὐτούς Ὅταν εἰσέλθητε εἰς τὴν γῆν, ἣν ἐγὼ δίδωμι ὑμῖν, καὶ θερίζητε τὸν θερισμὸν αὐτῆς, καὶ οἴσετε δράγμα ἀπαρχὴν τοῦ θερισμοῦ ὑμῶν πρὸς τὸν ἱερέα·</w:t>
      </w:r>
    </w:p>
    <w:p>
      <w:r>
        <w:rPr>
          <w:rFonts w:ascii="Courier New" w:hAnsi="Courier New"/>
          <w:color w:val="555555"/>
          <w:sz w:val="20"/>
        </w:rPr>
        <w:t>[Lev . 23 . 11]</w:t>
      </w:r>
    </w:p>
    <w:p>
      <w:r>
        <w:rPr>
          <w:rFonts w:ascii="Gentium Plus" w:hAnsi="Gentium Plus"/>
          <w:sz w:val="24"/>
        </w:rPr>
        <w:t>καὶ ἀνοίσει τὸ δράγμα ἔναντι κυρίου δεκτὸν ὑμῖν, τῇ ἐπαύριον τῆς πρώτης ἀνοίσει αὐτὸ ὁ ἱερεύς.</w:t>
      </w:r>
    </w:p>
    <w:p>
      <w:r>
        <w:rPr>
          <w:rFonts w:ascii="Courier New" w:hAnsi="Courier New"/>
          <w:color w:val="555555"/>
          <w:sz w:val="20"/>
        </w:rPr>
        <w:t>[Lev . 23 . 12]</w:t>
      </w:r>
    </w:p>
    <w:p>
      <w:r>
        <w:rPr>
          <w:rFonts w:ascii="Gentium Plus" w:hAnsi="Gentium Plus"/>
          <w:sz w:val="24"/>
        </w:rPr>
        <w:t>καὶ ποιήσετε ἐν τῇ ἡμέρᾳ, ἐν ᾗ ἂν φέ‐ ρητε τὸ δράγμα, πρόβατον ἄμωμον ἐνιαύσιον εἰς ὁλοκαύτωμα τῷ κυρίῳ</w:t>
      </w:r>
    </w:p>
    <w:p>
      <w:r>
        <w:rPr>
          <w:rFonts w:ascii="Courier New" w:hAnsi="Courier New"/>
          <w:color w:val="555555"/>
          <w:sz w:val="20"/>
        </w:rPr>
        <w:t>[Lev . 23 . 13]</w:t>
      </w:r>
    </w:p>
    <w:p>
      <w:r>
        <w:rPr>
          <w:rFonts w:ascii="Gentium Plus" w:hAnsi="Gentium Plus"/>
          <w:sz w:val="24"/>
        </w:rPr>
        <w:t>καὶ τὴν θυσίαν αὐτοῦ δύο δέκατα σεμιδάλεως ἀναπεποιη‐ μένης ἐν ἐλαίῳ—θυσία τῷ κυρίῳ, ὀσμὴ εὐωδίας κυρίῳ—καὶ σπονδὴν αὐτοῦ τὸ τέταρτον τοῦ ιν οἴνου.</w:t>
      </w:r>
    </w:p>
    <w:p>
      <w:r>
        <w:rPr>
          <w:rFonts w:ascii="Courier New" w:hAnsi="Courier New"/>
          <w:color w:val="555555"/>
          <w:sz w:val="20"/>
        </w:rPr>
        <w:t>[Lev . 23 . 14]</w:t>
      </w:r>
    </w:p>
    <w:p>
      <w:r>
        <w:rPr>
          <w:rFonts w:ascii="Gentium Plus" w:hAnsi="Gentium Plus"/>
          <w:sz w:val="24"/>
        </w:rPr>
        <w:t>καὶ ἄρτον καὶ πεφρυγ‐ μένα χίδρα νέα οὐ φάγεσθε ἕως εἰς αὐτὴν τὴν ἡμέραν ταύτην, ἕως ἂν προσενέγκητε ὑμεῖς τὰ δῶρα τῷ θεῷ ὑμῶν· νόμιμον αἰ‐ ώνιον εἰς τὰς γενεὰς ὑμῶν ἐν πάσῃ κατοικίᾳ ὑμῶν.</w:t>
      </w:r>
    </w:p>
    <w:p>
      <w:r>
        <w:rPr>
          <w:rFonts w:ascii="Courier New" w:hAnsi="Courier New"/>
          <w:color w:val="555555"/>
          <w:sz w:val="20"/>
        </w:rPr>
        <w:t>[Lev . 23 . 15]</w:t>
      </w:r>
    </w:p>
    <w:p>
      <w:r>
        <w:rPr>
          <w:rFonts w:ascii="Gentium Plus" w:hAnsi="Gentium Plus"/>
          <w:sz w:val="24"/>
        </w:rPr>
        <w:t>Καὶ ἀριθμήσετε ὑμεῖς ἀπὸ τῆς ἐπαύριον τῶν σαββάτων, ἀπὸ τῆς ἡμέρας, ἧς ἂν προσενέγκητε τὸ δράγμα τοῦ ἐπιθέματος, ἑπτὰ ἑβδομάδας ὁλοκλήρους·</w:t>
      </w:r>
    </w:p>
    <w:p>
      <w:r>
        <w:rPr>
          <w:rFonts w:ascii="Courier New" w:hAnsi="Courier New"/>
          <w:color w:val="555555"/>
          <w:sz w:val="20"/>
        </w:rPr>
        <w:t>[Lev . 23 . 16]</w:t>
      </w:r>
    </w:p>
    <w:p>
      <w:r>
        <w:rPr>
          <w:rFonts w:ascii="Gentium Plus" w:hAnsi="Gentium Plus"/>
          <w:sz w:val="24"/>
        </w:rPr>
        <w:t>ἕως τῆς ἐπαύριον τῆς ἐσχάτης ἑβδομά‐ δος ἀριθμήσετε πεντήκοντα ἡμέρας καὶ προσοίσετε θυσίαν νέαν τῷ κυρίῳ.</w:t>
      </w:r>
    </w:p>
    <w:p>
      <w:r>
        <w:rPr>
          <w:rFonts w:ascii="Courier New" w:hAnsi="Courier New"/>
          <w:color w:val="555555"/>
          <w:sz w:val="20"/>
        </w:rPr>
        <w:t>[Lev . 23 . 17]</w:t>
      </w:r>
    </w:p>
    <w:p>
      <w:r>
        <w:rPr>
          <w:rFonts w:ascii="Gentium Plus" w:hAnsi="Gentium Plus"/>
          <w:sz w:val="24"/>
        </w:rPr>
        <w:t>ἀπὸ τῆς κατοικίας ὑμῶν προσοίσετε ἄρτους ἐπίθεμα, δύο ἄρτους· ἐκ δύο δεκάτων σεμιδάλεως ἔσονται, ἐζυμωμένοι πεφθήσονται πρωτογενημάτων τῷ κυρίῳ.</w:t>
      </w:r>
    </w:p>
    <w:p>
      <w:r>
        <w:rPr>
          <w:rFonts w:ascii="Courier New" w:hAnsi="Courier New"/>
          <w:color w:val="555555"/>
          <w:sz w:val="20"/>
        </w:rPr>
        <w:t>[Lev . 23 . 18]</w:t>
      </w:r>
    </w:p>
    <w:p>
      <w:r>
        <w:rPr>
          <w:rFonts w:ascii="Gentium Plus" w:hAnsi="Gentium Plus"/>
          <w:sz w:val="24"/>
        </w:rPr>
        <w:t>καὶ προσάξετε μετὰ τῶν ἄρτων ἑπτὰ ἀμνοὺς ἀμώμους ἐνιαυσίους καὶ μόσχον ἕνα ἐκ βου‐ κολίου καὶ κριοὺς δύο ἀμώμους—ἔσονται ὁλοκαύτωμα τῷ κυ‐ ρίῳ—καὶ αἱ θυσίαι αὐτῶν καὶ αἱ σπονδαὶ αὐτῶν, θυσίαν ὀ‐</w:t>
      </w:r>
    </w:p>
    <w:p>
      <w:r>
        <w:rPr>
          <w:rFonts w:ascii="Courier New" w:hAnsi="Courier New"/>
          <w:color w:val="555555"/>
          <w:sz w:val="20"/>
        </w:rPr>
        <w:t>[5]</w:t>
      </w:r>
    </w:p>
    <w:p>
      <w:r>
        <w:rPr>
          <w:rFonts w:ascii="Gentium Plus" w:hAnsi="Gentium Plus"/>
          <w:sz w:val="24"/>
        </w:rPr>
        <w:t>σμὴν εὐωδίας τῷ κυρίῳ.</w:t>
      </w:r>
    </w:p>
    <w:p>
      <w:r>
        <w:rPr>
          <w:rFonts w:ascii="Courier New" w:hAnsi="Courier New"/>
          <w:color w:val="555555"/>
          <w:sz w:val="20"/>
        </w:rPr>
        <w:t>[Lev . 23 . 19]</w:t>
      </w:r>
    </w:p>
    <w:p>
      <w:r>
        <w:rPr>
          <w:rFonts w:ascii="Gentium Plus" w:hAnsi="Gentium Plus"/>
          <w:sz w:val="24"/>
        </w:rPr>
        <w:t>καὶ ποιήσουσιν χίμαρον ἐξ αἰγῶν ἕνα περὶ ἁμαρτίας καὶ δύο ἀμνοὺς ἐνιαυσίους εἰς θυσίαν σωτηρίου μετὰ τῶν ἄρτων τοῦ πρωτογενήματος·</w:t>
      </w:r>
    </w:p>
    <w:p>
      <w:r>
        <w:rPr>
          <w:rFonts w:ascii="Courier New" w:hAnsi="Courier New"/>
          <w:color w:val="555555"/>
          <w:sz w:val="20"/>
        </w:rPr>
        <w:t>[Lev . 23 . 20]</w:t>
      </w:r>
    </w:p>
    <w:p>
      <w:r>
        <w:rPr>
          <w:rFonts w:ascii="Gentium Plus" w:hAnsi="Gentium Plus"/>
          <w:sz w:val="24"/>
        </w:rPr>
        <w:t>καὶ ἐπιθήσει αὐτὰ ὁ ἱε‐ ρεὺς μετὰ τῶν ἄρτων τοῦ πρωτογενήματος ἐπίθεμα ἔναντι κυρίου μετὰ τῶν δύο ἀμνῶν· ἅγια ἔσονται τῷ κυρίῳ, τῷ ἱερεῖ τῷ προσ‐ φέροντι αὐτὰ αὐτῷ ἔσται.</w:t>
      </w:r>
    </w:p>
    <w:p>
      <w:r>
        <w:rPr>
          <w:rFonts w:ascii="Courier New" w:hAnsi="Courier New"/>
          <w:color w:val="555555"/>
          <w:sz w:val="20"/>
        </w:rPr>
        <w:t>[Lev . 23 . 21]</w:t>
      </w:r>
    </w:p>
    <w:p>
      <w:r>
        <w:rPr>
          <w:rFonts w:ascii="Gentium Plus" w:hAnsi="Gentium Plus"/>
          <w:sz w:val="24"/>
        </w:rPr>
        <w:t>καὶ καλέσετε ταύτην τὴν ἡμέραν κλη‐ τήν· ἁγία ἔσται ὑμῖν, πᾶν ἔργον λατρευτὸν οὐ ποιήσετε ἐν αὐτῇ· νόμιμον αἰώνιον εἰς τὰς γενεὰς ὑμῶν ἐν πάσῃ τῇ κατοικίᾳ ὑμῶν. —</w:t>
      </w:r>
    </w:p>
    <w:p>
      <w:r>
        <w:rPr>
          <w:rFonts w:ascii="Courier New" w:hAnsi="Courier New"/>
          <w:color w:val="555555"/>
          <w:sz w:val="20"/>
        </w:rPr>
        <w:t>[Lev . 23 . 22]</w:t>
      </w:r>
    </w:p>
    <w:p>
      <w:r>
        <w:rPr>
          <w:rFonts w:ascii="Gentium Plus" w:hAnsi="Gentium Plus"/>
          <w:sz w:val="24"/>
        </w:rPr>
        <w:t>καὶ ὅταν θερίζητε τὸν θερισμὸν τῆς γῆς ὑμῶν, οὐ συντελέ‐ σετε τὸ λοιπὸν τοῦ θερισμοῦ τοῦ ἀγροῦ σου ἐν τῷ θερίζειν σε καὶ τὰ ἀποπίπτοντα τοῦ θερισμοῦ σου οὐ συλλέξεις, τῷ πτωχῷ καὶ τῷ προσηλύτῳ ὑπολείψῃ αὐτά· ἐγὼ κύριος ὁ θεὸς ὑμῶν.</w:t>
      </w:r>
    </w:p>
    <w:p>
      <w:r>
        <w:rPr>
          <w:rFonts w:ascii="Courier New" w:hAnsi="Courier New"/>
          <w:color w:val="555555"/>
          <w:sz w:val="20"/>
        </w:rPr>
        <w:t>[Lev . 23 . 23]</w:t>
      </w:r>
    </w:p>
    <w:p>
      <w:r>
        <w:rPr>
          <w:rFonts w:ascii="Gentium Plus" w:hAnsi="Gentium Plus"/>
          <w:sz w:val="24"/>
        </w:rPr>
        <w:t>Καὶ ἐλάλησεν κύριος πρὸς Μωυσῆν λέγων</w:t>
      </w:r>
    </w:p>
    <w:p>
      <w:r>
        <w:rPr>
          <w:rFonts w:ascii="Courier New" w:hAnsi="Courier New"/>
          <w:color w:val="555555"/>
          <w:sz w:val="20"/>
        </w:rPr>
        <w:t>[Lev . 23 . 24]</w:t>
      </w:r>
    </w:p>
    <w:p>
      <w:r>
        <w:rPr>
          <w:rFonts w:ascii="Gentium Plus" w:hAnsi="Gentium Plus"/>
          <w:sz w:val="24"/>
        </w:rPr>
        <w:t>Λάλησον τοῖς υἱοῖς Ισραηλ λέγων Τοῦ μηνὸς τοῦ ἑβδόμου μιᾷ τοῦ μηνὸς ἔσται ὑμῖν ἀνάπαυσις, μνημόσυνον σαλπίγγων, κλητὴ ἁγία ἔσται ὑμῖν·</w:t>
      </w:r>
    </w:p>
    <w:p>
      <w:r>
        <w:rPr>
          <w:rFonts w:ascii="Courier New" w:hAnsi="Courier New"/>
          <w:color w:val="555555"/>
          <w:sz w:val="20"/>
        </w:rPr>
        <w:t>[Lev . 23 . 25]</w:t>
      </w:r>
    </w:p>
    <w:p>
      <w:r>
        <w:rPr>
          <w:rFonts w:ascii="Gentium Plus" w:hAnsi="Gentium Plus"/>
          <w:sz w:val="24"/>
        </w:rPr>
        <w:t>πᾶν ἔργον λατρευτὸν οὐ ποιήσετε καὶ προσάξετε ὁλοκαύτωμα κυρίῳ.</w:t>
      </w:r>
    </w:p>
    <w:p>
      <w:r>
        <w:rPr>
          <w:rFonts w:ascii="Courier New" w:hAnsi="Courier New"/>
          <w:color w:val="555555"/>
          <w:sz w:val="20"/>
        </w:rPr>
        <w:t>[Lev . 23 . 26]</w:t>
      </w:r>
    </w:p>
    <w:p>
      <w:r>
        <w:rPr>
          <w:rFonts w:ascii="Gentium Plus" w:hAnsi="Gentium Plus"/>
          <w:sz w:val="24"/>
        </w:rPr>
        <w:t>Καὶ ἐλάλησεν κύριος πρὸς Μωυσῆν λέγων</w:t>
      </w:r>
    </w:p>
    <w:p>
      <w:r>
        <w:rPr>
          <w:rFonts w:ascii="Courier New" w:hAnsi="Courier New"/>
          <w:color w:val="555555"/>
          <w:sz w:val="20"/>
        </w:rPr>
        <w:t>[Lev . 23 . 27]</w:t>
      </w:r>
    </w:p>
    <w:p>
      <w:r>
        <w:rPr>
          <w:rFonts w:ascii="Gentium Plus" w:hAnsi="Gentium Plus"/>
          <w:sz w:val="24"/>
        </w:rPr>
        <w:t>Καὶ τῇ δεκάτῃ τοῦ μηνὸς τοῦ ἑβδόμου τούτου ἡμέρα ἐξιλασμοῦ, κλητὴ ἁγία ἔσται</w:t>
      </w:r>
    </w:p>
    <w:p>
      <w:r>
        <w:rPr>
          <w:rFonts w:ascii="Courier New" w:hAnsi="Courier New"/>
          <w:color w:val="555555"/>
          <w:sz w:val="20"/>
        </w:rPr>
        <w:t>[Lev . 23 . 28]</w:t>
      </w:r>
    </w:p>
    <w:p>
      <w:r>
        <w:rPr>
          <w:rFonts w:ascii="Gentium Plus" w:hAnsi="Gentium Plus"/>
          <w:sz w:val="24"/>
        </w:rPr>
        <w:t>πᾶν ἔργον οὐ ποιήσετε ἐν αὐτῇ τῇ ἡμέρᾳ ταύτῃ· ἔστιν γὰρ ἡμέρα ἐξιλασμοῦ αὕτη ὑμῖν ἐξιλάσασθαι περὶ ὑμῶν ἔναντι κυρίου τοῦ θεοῦ ὑμῶν.</w:t>
      </w:r>
    </w:p>
    <w:p>
      <w:r>
        <w:rPr>
          <w:rFonts w:ascii="Courier New" w:hAnsi="Courier New"/>
          <w:color w:val="555555"/>
          <w:sz w:val="20"/>
        </w:rPr>
        <w:t>[Lev . 23 . 29]</w:t>
      </w:r>
    </w:p>
    <w:p>
      <w:r>
        <w:rPr>
          <w:rFonts w:ascii="Gentium Plus" w:hAnsi="Gentium Plus"/>
          <w:sz w:val="24"/>
        </w:rPr>
        <w:t>πᾶσα ψυχή, ἥτις μὴ ταπεινωθή‐ σεται ἐν αὐτῇ τῇ ἡμέρᾳ ταύτῃ, ἐξολεθρευθήσεται ἐκ τοῦ λαοῦ αὐ‐ τῆς.</w:t>
      </w:r>
    </w:p>
    <w:p>
      <w:r>
        <w:rPr>
          <w:rFonts w:ascii="Courier New" w:hAnsi="Courier New"/>
          <w:color w:val="555555"/>
          <w:sz w:val="20"/>
        </w:rPr>
        <w:t>[Lev . 23 . 30]</w:t>
      </w:r>
    </w:p>
    <w:p>
      <w:r>
        <w:rPr>
          <w:rFonts w:ascii="Gentium Plus" w:hAnsi="Gentium Plus"/>
          <w:sz w:val="24"/>
        </w:rPr>
        <w:t>καὶ πᾶσα ψυχή, ἥτις ποιήσει ἔργον ἐν αὐτῇ τῇ ἡμέρᾳ ταύ‐ τῃ, ἀπολεῖται ἡ ψυχὴ ἐκείνη ἐκ τοῦ λαοῦ αὐτῆς.</w:t>
      </w:r>
    </w:p>
    <w:p>
      <w:r>
        <w:rPr>
          <w:rFonts w:ascii="Courier New" w:hAnsi="Courier New"/>
          <w:color w:val="555555"/>
          <w:sz w:val="20"/>
        </w:rPr>
        <w:t>[Lev . 23 . 31]</w:t>
      </w:r>
    </w:p>
    <w:p>
      <w:r>
        <w:rPr>
          <w:rFonts w:ascii="Gentium Plus" w:hAnsi="Gentium Plus"/>
          <w:sz w:val="24"/>
        </w:rPr>
        <w:t>πᾶν ἔργον οὐ ποιήσετε· νόμιμον αἰώνιον εἰς τὰς γενεὰς ὑμῶν ἐν πάσαις κατοι‐ κίαις ὑμῶν.</w:t>
      </w:r>
    </w:p>
    <w:p>
      <w:r>
        <w:rPr>
          <w:rFonts w:ascii="Courier New" w:hAnsi="Courier New"/>
          <w:color w:val="555555"/>
          <w:sz w:val="20"/>
        </w:rPr>
        <w:t>[Lev . 23 . 32]</w:t>
      </w:r>
    </w:p>
    <w:p>
      <w:r>
        <w:rPr>
          <w:rFonts w:ascii="Gentium Plus" w:hAnsi="Gentium Plus"/>
          <w:sz w:val="24"/>
        </w:rPr>
        <w:t>σάββατα σαββάτων ἔσται ὑμῖν, καὶ ταπεινώσετε τὰς ψυχὰς ὑμῶν· ἀπὸ ἐνάτης τοῦ μηνὸς ἀπὸ ἑσπέρας ἕως ἑσπέρας σαββατιεῖτε τὰ σάββατα ὑμῶν.</w:t>
      </w:r>
    </w:p>
    <w:p>
      <w:r>
        <w:rPr>
          <w:rFonts w:ascii="Courier New" w:hAnsi="Courier New"/>
          <w:color w:val="555555"/>
          <w:sz w:val="20"/>
        </w:rPr>
        <w:t>[Lev . 23 . 33]</w:t>
      </w:r>
    </w:p>
    <w:p>
      <w:r>
        <w:rPr>
          <w:rFonts w:ascii="Gentium Plus" w:hAnsi="Gentium Plus"/>
          <w:sz w:val="24"/>
        </w:rPr>
        <w:t>Καὶ ἐλάλησεν κύριος πρὸς Μωυσῆν λέγων</w:t>
      </w:r>
    </w:p>
    <w:p>
      <w:r>
        <w:rPr>
          <w:rFonts w:ascii="Courier New" w:hAnsi="Courier New"/>
          <w:color w:val="555555"/>
          <w:sz w:val="20"/>
        </w:rPr>
        <w:t>[Lev . 23 . 34]</w:t>
      </w:r>
    </w:p>
    <w:p>
      <w:r>
        <w:rPr>
          <w:rFonts w:ascii="Gentium Plus" w:hAnsi="Gentium Plus"/>
          <w:sz w:val="24"/>
        </w:rPr>
        <w:t>Λάλησον τοῖς υἱοῖς Ισραηλ λέγων Τῇ πεντεκαιδεκάτῃ τοῦ μηνὸς τοῦ ἑβδόμου τούτου ἑορτὴ σκηνῶν ἑπτὰ ἡμέρας τῷ κυρίῳ.</w:t>
      </w:r>
    </w:p>
    <w:p>
      <w:r>
        <w:rPr>
          <w:rFonts w:ascii="Courier New" w:hAnsi="Courier New"/>
          <w:color w:val="555555"/>
          <w:sz w:val="20"/>
        </w:rPr>
        <w:t>[Lev . 23 . 35]</w:t>
      </w:r>
    </w:p>
    <w:p>
      <w:r>
        <w:rPr>
          <w:rFonts w:ascii="Gentium Plus" w:hAnsi="Gentium Plus"/>
          <w:sz w:val="24"/>
        </w:rPr>
        <w:t>καὶ ἡ ἡμέρα ἡ πρώτη κλητὴ ἁγία, πᾶν ἔργον λατρευτὸν οὐ ποιήσετε.</w:t>
      </w:r>
    </w:p>
    <w:p>
      <w:r>
        <w:rPr>
          <w:rFonts w:ascii="Courier New" w:hAnsi="Courier New"/>
          <w:color w:val="555555"/>
          <w:sz w:val="20"/>
        </w:rPr>
        <w:t>[Lev . 23 . 36]</w:t>
      </w:r>
    </w:p>
    <w:p>
      <w:r>
        <w:rPr>
          <w:rFonts w:ascii="Gentium Plus" w:hAnsi="Gentium Plus"/>
          <w:sz w:val="24"/>
        </w:rPr>
        <w:t>ἑπτὰ ἡμέ‐ ρας προσάξετε ὁλοκαυτώματα τῷ κυρίῳ· καὶ ἡ ἡμέρα ἡ ὀγδόη κλητὴ ἁγία ἔσται ὑμῖν, καὶ προσάξετε ὁλοκαυτώματα τῷ κυρίῳ· ἐξόδιόν ἐστιν, πᾶν ἔργον λατρευτὸν οὐ ποιήσετε.</w:t>
      </w:r>
    </w:p>
    <w:p>
      <w:r>
        <w:rPr>
          <w:rFonts w:ascii="Courier New" w:hAnsi="Courier New"/>
          <w:color w:val="555555"/>
          <w:sz w:val="20"/>
        </w:rPr>
        <w:t>[Lev . 23 . 37]</w:t>
      </w:r>
    </w:p>
    <w:p>
      <w:r>
        <w:rPr>
          <w:rFonts w:ascii="Gentium Plus" w:hAnsi="Gentium Plus"/>
          <w:sz w:val="24"/>
        </w:rPr>
        <w:t>Αὗται αἱ ἑορταὶ κυρίῳ, ἃς καλέσετε κλητὰς ἁγίας ὥστε προσ‐ ενέγκαι καρπώματα τῷ κυρίῳ, ὁλοκαυτώματα καὶ θυσίας αὐτῶν καὶ σπονδὰς αὐτῶν τὸ καθ’ ἡμέραν εἰς ἡμέραν</w:t>
      </w:r>
    </w:p>
    <w:p>
      <w:r>
        <w:rPr>
          <w:rFonts w:ascii="Courier New" w:hAnsi="Courier New"/>
          <w:color w:val="555555"/>
          <w:sz w:val="20"/>
        </w:rPr>
        <w:t>[Lev . 23 . 38]</w:t>
      </w:r>
    </w:p>
    <w:p>
      <w:r>
        <w:rPr>
          <w:rFonts w:ascii="Gentium Plus" w:hAnsi="Gentium Plus"/>
          <w:sz w:val="24"/>
        </w:rPr>
        <w:t>πλὴν τῶν σαβ‐ βάτων κυρίου καὶ πλὴν τῶν δομάτων ὑμῶν καὶ πλὴν πασῶν τῶν εὐχῶν ὑμῶν καὶ πλὴν τῶν ἑκουσίων ὑμῶν, ἃ ἂν δῶτε τῷ κυρίῳ.</w:t>
      </w:r>
    </w:p>
    <w:p>
      <w:r>
        <w:rPr>
          <w:rFonts w:ascii="Courier New" w:hAnsi="Courier New"/>
          <w:color w:val="555555"/>
          <w:sz w:val="20"/>
        </w:rPr>
        <w:t>[Lev . 23 . 39]</w:t>
      </w:r>
    </w:p>
    <w:p>
      <w:r>
        <w:rPr>
          <w:rFonts w:ascii="Gentium Plus" w:hAnsi="Gentium Plus"/>
          <w:sz w:val="24"/>
        </w:rPr>
        <w:t>Καὶ ἐν τῇ πεντεκαιδεκάτῃ ἡμέρᾳ τοῦ μηνὸς τοῦ ἑβδόμου τού‐ του, ὅταν συντελέσητε τὰ γενήματα τῆς γῆς, ἑορτάσετε τῷ κυρίῳ ἑπτὰ ἡμέρας· τῇ ἡμέρᾳ τῇ πρώτῃ ἀνάπαυσις, καὶ τῇ ἡμέρᾳ τῇ ὀγδόῃ ἀνάπαυσις.</w:t>
      </w:r>
    </w:p>
    <w:p>
      <w:r>
        <w:rPr>
          <w:rFonts w:ascii="Courier New" w:hAnsi="Courier New"/>
          <w:color w:val="555555"/>
          <w:sz w:val="20"/>
        </w:rPr>
        <w:t>[Lev . 23 . 40]</w:t>
      </w:r>
    </w:p>
    <w:p>
      <w:r>
        <w:rPr>
          <w:rFonts w:ascii="Gentium Plus" w:hAnsi="Gentium Plus"/>
          <w:sz w:val="24"/>
        </w:rPr>
        <w:t>καὶ λήμψεσθε τῇ ἡμέρᾳ τῇ πρώτῃ καρπὸν ξύ‐ λου ὡραῖον καὶ κάλλυνθρα φοινίκων καὶ κλάδους ξύλου δασεῖς καὶ ἰτέας καὶ ἄγνου κλάδους ἐκ χειμάρρου εὐφρανθῆναι ἔναντι κυ‐ ρίου τοῦ θεοῦ ὑμῶν ἑπτὰ ἡμέρας</w:t>
      </w:r>
    </w:p>
    <w:p>
      <w:r>
        <w:rPr>
          <w:rFonts w:ascii="Courier New" w:hAnsi="Courier New"/>
          <w:color w:val="555555"/>
          <w:sz w:val="20"/>
        </w:rPr>
        <w:t>[Lev . 23 . 41]</w:t>
      </w:r>
    </w:p>
    <w:p>
      <w:r>
        <w:rPr>
          <w:rFonts w:ascii="Gentium Plus" w:hAnsi="Gentium Plus"/>
          <w:sz w:val="24"/>
        </w:rPr>
        <w:t>τοῦ ἐνιαυτοῦ· νόμιμον αἰώνιον εἰς τὰς γενεὰς ὑμῶν· ἐν τῷ μηνὶ τῷ ἑβδόμῳ ἑορτάσετε αὐτήν.</w:t>
      </w:r>
    </w:p>
    <w:p>
      <w:r>
        <w:rPr>
          <w:rFonts w:ascii="Courier New" w:hAnsi="Courier New"/>
          <w:color w:val="555555"/>
          <w:sz w:val="20"/>
        </w:rPr>
        <w:t>[Lev . 23 . 42]</w:t>
      </w:r>
    </w:p>
    <w:p>
      <w:r>
        <w:rPr>
          <w:rFonts w:ascii="Gentium Plus" w:hAnsi="Gentium Plus"/>
          <w:sz w:val="24"/>
        </w:rPr>
        <w:t>ἐν σκηναῖς κατοικήσετε ἑπτὰ ἡμέρας, πᾶς ὁ αὐτόχθων ἐν Ισραηλ κατοικήσει ἐν σκηναῖς,</w:t>
      </w:r>
    </w:p>
    <w:p>
      <w:r>
        <w:rPr>
          <w:rFonts w:ascii="Courier New" w:hAnsi="Courier New"/>
          <w:color w:val="555555"/>
          <w:sz w:val="20"/>
        </w:rPr>
        <w:t>[Lev . 23 . 43]</w:t>
      </w:r>
    </w:p>
    <w:p>
      <w:r>
        <w:rPr>
          <w:rFonts w:ascii="Gentium Plus" w:hAnsi="Gentium Plus"/>
          <w:sz w:val="24"/>
        </w:rPr>
        <w:t>ὅπως ἴδωσιν αἱ γενεαὶ ὑμῶν ὅτι ἐν σκη‐ ναῖς κατῴκισα τοὺς υἱοὺς Ισραηλ ἐν τῷ ἐξαγαγεῖν με αὐτοὺς ἐκ γῆς Αἰγύπτου· ἐγὼ κύριος ὁ θεὸς ὑμῶν.</w:t>
      </w:r>
    </w:p>
    <w:p>
      <w:r>
        <w:rPr>
          <w:rFonts w:ascii="Courier New" w:hAnsi="Courier New"/>
          <w:color w:val="555555"/>
          <w:sz w:val="20"/>
        </w:rPr>
        <w:t>[Lev . 23 . 44]</w:t>
      </w:r>
    </w:p>
    <w:p>
      <w:r>
        <w:rPr>
          <w:rFonts w:ascii="Gentium Plus" w:hAnsi="Gentium Plus"/>
          <w:sz w:val="24"/>
        </w:rPr>
        <w:t>Καὶ ἐλάλησεν Μωυσῆς τὰς ἑορτὰς κυρίου τοῖς υἱοῖς Ισραηλ.</w:t>
      </w:r>
    </w:p>
    <w:p>
      <w:r>
        <w:rPr>
          <w:rFonts w:ascii="Courier New" w:hAnsi="Courier New"/>
          <w:color w:val="555555"/>
          <w:sz w:val="20"/>
        </w:rPr>
        <w:t>[Lev . 24 . 1]</w:t>
      </w:r>
    </w:p>
    <w:p>
      <w:r>
        <w:rPr>
          <w:rFonts w:ascii="Gentium Plus" w:hAnsi="Gentium Plus"/>
          <w:sz w:val="24"/>
        </w:rPr>
        <w:t>Καὶ ἐλάλησεν κύριος πρὸς Μωυσῆν λέγων</w:t>
      </w:r>
    </w:p>
    <w:p>
      <w:r>
        <w:rPr>
          <w:rFonts w:ascii="Courier New" w:hAnsi="Courier New"/>
          <w:color w:val="555555"/>
          <w:sz w:val="20"/>
        </w:rPr>
        <w:t>[Lev . 24 . 2]</w:t>
      </w:r>
    </w:p>
    <w:p>
      <w:r>
        <w:rPr>
          <w:rFonts w:ascii="Gentium Plus" w:hAnsi="Gentium Plus"/>
          <w:sz w:val="24"/>
        </w:rPr>
        <w:t>Ἔντειλαι τοῖς υἱοῖς Ισραηλ καὶ λαβέτωσάν μοι ἔλαιον ἐλάινον καθαρὸν κεκομμένον εἰς φῶς καῦσαι λύχνον διὰ παντός.</w:t>
      </w:r>
    </w:p>
    <w:p>
      <w:r>
        <w:rPr>
          <w:rFonts w:ascii="Courier New" w:hAnsi="Courier New"/>
          <w:color w:val="555555"/>
          <w:sz w:val="20"/>
        </w:rPr>
        <w:t>[Lev . 24 . 3]</w:t>
      </w:r>
    </w:p>
    <w:p>
      <w:r>
        <w:rPr>
          <w:rFonts w:ascii="Gentium Plus" w:hAnsi="Gentium Plus"/>
          <w:sz w:val="24"/>
        </w:rPr>
        <w:t>ἔξωθεν τοῦ καταπετάσματος ἐν τῇ σκηνῇ τοῦ μαρτυρίου καύσουσιν αὐτὸν Ααρων καὶ οἱ υἱοὶ αὐτοῦ ἀπὸ ἑσπέρας ἕως πρωὶ ἐνώπιον κυρίου ἐνδελεχῶς· νόμιμον αἰώνιον εἰς τὰς γενεὰς ὑμῶν.</w:t>
      </w:r>
    </w:p>
    <w:p>
      <w:r>
        <w:rPr>
          <w:rFonts w:ascii="Courier New" w:hAnsi="Courier New"/>
          <w:color w:val="555555"/>
          <w:sz w:val="20"/>
        </w:rPr>
        <w:t>[Lev . 24 . 4]</w:t>
      </w:r>
    </w:p>
    <w:p>
      <w:r>
        <w:rPr>
          <w:rFonts w:ascii="Gentium Plus" w:hAnsi="Gentium Plus"/>
          <w:sz w:val="24"/>
        </w:rPr>
        <w:t>ἐπὶ τῆς λυχνίας τῆς καθαρᾶς καύσετε τοὺς λύχνους ἔναντι κυρίου ἕως τὸ πρωί.</w:t>
      </w:r>
    </w:p>
    <w:p>
      <w:r>
        <w:rPr>
          <w:rFonts w:ascii="Courier New" w:hAnsi="Courier New"/>
          <w:color w:val="555555"/>
          <w:sz w:val="20"/>
        </w:rPr>
        <w:t>[Lev . 24 . 5]</w:t>
      </w:r>
    </w:p>
    <w:p>
      <w:r>
        <w:rPr>
          <w:rFonts w:ascii="Gentium Plus" w:hAnsi="Gentium Plus"/>
          <w:sz w:val="24"/>
        </w:rPr>
        <w:t>Καὶ λήμψεσθε σεμίδαλιν καὶ ποιήσετε αὐτὴν δώδεκα ἄρτους, δύο δεκάτων ἔσται ὁ ἄρτος ὁ εἷς·</w:t>
      </w:r>
    </w:p>
    <w:p>
      <w:r>
        <w:rPr>
          <w:rFonts w:ascii="Courier New" w:hAnsi="Courier New"/>
          <w:color w:val="555555"/>
          <w:sz w:val="20"/>
        </w:rPr>
        <w:t>[Lev . 24 . 6]</w:t>
      </w:r>
    </w:p>
    <w:p>
      <w:r>
        <w:rPr>
          <w:rFonts w:ascii="Gentium Plus" w:hAnsi="Gentium Plus"/>
          <w:sz w:val="24"/>
        </w:rPr>
        <w:t>καὶ ἐπιθήσετε αὐτοὺς δύο θέ‐ ματα, ἓξ ἄρτους τὸ ἓν θέμα, ἐπὶ τὴν τράπεζαν τὴν καθαρὰν ἔναντι κυρίου.</w:t>
      </w:r>
    </w:p>
    <w:p>
      <w:r>
        <w:rPr>
          <w:rFonts w:ascii="Courier New" w:hAnsi="Courier New"/>
          <w:color w:val="555555"/>
          <w:sz w:val="20"/>
        </w:rPr>
        <w:t>[Lev . 24 . 7]</w:t>
      </w:r>
    </w:p>
    <w:p>
      <w:r>
        <w:rPr>
          <w:rFonts w:ascii="Gentium Plus" w:hAnsi="Gentium Plus"/>
          <w:sz w:val="24"/>
        </w:rPr>
        <w:t>καὶ ἐπιθήσετε ἐπὶ τὸ θέμα λίβανον καθαρὸν καὶ ἅλα, καὶ ἔσονται εἰς ἄρτους εἰς ἀνάμνησιν προκείμενα τῷ κυρίῳ.</w:t>
      </w:r>
    </w:p>
    <w:p>
      <w:r>
        <w:rPr>
          <w:rFonts w:ascii="Courier New" w:hAnsi="Courier New"/>
          <w:color w:val="555555"/>
          <w:sz w:val="20"/>
        </w:rPr>
        <w:t>[Lev . 24 . 8]</w:t>
      </w:r>
    </w:p>
    <w:p>
      <w:r>
        <w:rPr>
          <w:rFonts w:ascii="Gentium Plus" w:hAnsi="Gentium Plus"/>
          <w:sz w:val="24"/>
        </w:rPr>
        <w:t>τῇ ἡμέρᾳ τῶν σαββάτων προθήσεται ἔναντι κυρίου διὰ παντὸς ἐνώπιον τῶν υἱῶν Ισραηλ διαθήκην αἰώνιον.</w:t>
      </w:r>
    </w:p>
    <w:p>
      <w:r>
        <w:rPr>
          <w:rFonts w:ascii="Courier New" w:hAnsi="Courier New"/>
          <w:color w:val="555555"/>
          <w:sz w:val="20"/>
        </w:rPr>
        <w:t>[Lev . 24 . 9]</w:t>
      </w:r>
    </w:p>
    <w:p>
      <w:r>
        <w:rPr>
          <w:rFonts w:ascii="Gentium Plus" w:hAnsi="Gentium Plus"/>
          <w:sz w:val="24"/>
        </w:rPr>
        <w:t>καὶ ἔσται Ααρων καὶ τοῖς υἱοῖς αὐτοῦ, καὶ φάγονται αὐτὰ ἐν τόπῳ ἁγίῳ· ἔστιν γὰρ ἅγια τῶν ἁγίων τοῦτο αὐτῷ ἀπὸ τῶν θυσιαζομένων τῷ κυρίῳ, νόμιμον αἰώνιον.</w:t>
      </w:r>
    </w:p>
    <w:p>
      <w:r>
        <w:rPr>
          <w:rFonts w:ascii="Courier New" w:hAnsi="Courier New"/>
          <w:color w:val="555555"/>
          <w:sz w:val="20"/>
        </w:rPr>
        <w:t>[Lev . 24 . 10]</w:t>
      </w:r>
    </w:p>
    <w:p>
      <w:r>
        <w:rPr>
          <w:rFonts w:ascii="Gentium Plus" w:hAnsi="Gentium Plus"/>
          <w:sz w:val="24"/>
        </w:rPr>
        <w:t>Καὶ ἐξῆλθεν υἱὸς γυναικὸς Ισραηλίτιδος καὶ οὗτος ἦν υἱὸς Αἰ‐ γυπτίου ἐν τοῖς υἱοῖς Ισραηλ, καὶ ἐμαχέσαντο ἐν τῇ παρεμβολῇ ὁ ἐκ τῆς Ισραηλίτιδος καὶ ὁ ἄνθρωπος ὁ Ισραηλίτης,</w:t>
      </w:r>
    </w:p>
    <w:p>
      <w:r>
        <w:rPr>
          <w:rFonts w:ascii="Courier New" w:hAnsi="Courier New"/>
          <w:color w:val="555555"/>
          <w:sz w:val="20"/>
        </w:rPr>
        <w:t>[Lev . 24 . 11]</w:t>
      </w:r>
    </w:p>
    <w:p>
      <w:r>
        <w:rPr>
          <w:rFonts w:ascii="Gentium Plus" w:hAnsi="Gentium Plus"/>
          <w:sz w:val="24"/>
        </w:rPr>
        <w:t>καὶ ἐπονο‐ μάσας ὁ υἱὸς τῆς γυναικὸς τῆς Ισραηλίτιδος τὸ ὄνομα κατηρά‐ σατο, καὶ ἤγαγον αὐτὸν πρὸς Μωυσῆν· καὶ τὸ ὄνομα τῆς μητρὸς αὐτοῦ Σαλωμιθ θυγάτηρ Δαβρι ἐκ τῆς φυλῆς Δαν.</w:t>
      </w:r>
    </w:p>
    <w:p>
      <w:r>
        <w:rPr>
          <w:rFonts w:ascii="Courier New" w:hAnsi="Courier New"/>
          <w:color w:val="555555"/>
          <w:sz w:val="20"/>
        </w:rPr>
        <w:t>[Lev . 24 . 12]</w:t>
      </w:r>
    </w:p>
    <w:p>
      <w:r>
        <w:rPr>
          <w:rFonts w:ascii="Gentium Plus" w:hAnsi="Gentium Plus"/>
          <w:sz w:val="24"/>
        </w:rPr>
        <w:t>καὶ ἀπέθεντο αὐτὸν εἰς φυλακὴν διακρῖναι αὐτὸν διὰ προστάγματος κυρίου.</w:t>
      </w:r>
    </w:p>
    <w:p>
      <w:r>
        <w:rPr>
          <w:rFonts w:ascii="Courier New" w:hAnsi="Courier New"/>
          <w:color w:val="555555"/>
          <w:sz w:val="20"/>
        </w:rPr>
        <w:t>[Lev . 24 . 13]</w:t>
      </w:r>
    </w:p>
    <w:p>
      <w:r>
        <w:rPr>
          <w:rFonts w:ascii="Gentium Plus" w:hAnsi="Gentium Plus"/>
          <w:sz w:val="24"/>
        </w:rPr>
        <w:t>καὶ ἐλάλησεν κύριος πρὸς Μωυσῆν λέγων</w:t>
      </w:r>
    </w:p>
    <w:p>
      <w:r>
        <w:rPr>
          <w:rFonts w:ascii="Courier New" w:hAnsi="Courier New"/>
          <w:color w:val="555555"/>
          <w:sz w:val="20"/>
        </w:rPr>
        <w:t>[Lev . 24 . 14]</w:t>
      </w:r>
    </w:p>
    <w:p>
      <w:r>
        <w:rPr>
          <w:rFonts w:ascii="Gentium Plus" w:hAnsi="Gentium Plus"/>
          <w:sz w:val="24"/>
        </w:rPr>
        <w:t>Ἐξάγαγε τὸν καταρασά‐ μενον ἔξω τῆς παρεμβολῆς, καὶ ἐπιθήσουσιν πάντες οἱ ἀκούσαντες τὰς χεῖρας αὐτῶν ἐπὶ τὴν κεφαλὴν αὐτοῦ, καὶ λιθοβολήσουσιν αὐ‐ τὸν πᾶσα ἡ συναγωγή.</w:t>
      </w:r>
    </w:p>
    <w:p>
      <w:r>
        <w:rPr>
          <w:rFonts w:ascii="Courier New" w:hAnsi="Courier New"/>
          <w:color w:val="555555"/>
          <w:sz w:val="20"/>
        </w:rPr>
        <w:t>[Lev . 24 . 15]</w:t>
      </w:r>
    </w:p>
    <w:p>
      <w:r>
        <w:rPr>
          <w:rFonts w:ascii="Gentium Plus" w:hAnsi="Gentium Plus"/>
          <w:sz w:val="24"/>
        </w:rPr>
        <w:t>καὶ τοῖς υἱοῖς Ισραηλ λάλησον καὶ ἐρεῖς πρὸς αὐτούς Ἄνθρωπος, ὃς ἐὰν καταράσηται θεόν, ἁμαρτίαν λήμ‐ ψεται·</w:t>
      </w:r>
    </w:p>
    <w:p>
      <w:r>
        <w:rPr>
          <w:rFonts w:ascii="Courier New" w:hAnsi="Courier New"/>
          <w:color w:val="555555"/>
          <w:sz w:val="20"/>
        </w:rPr>
        <w:t>[Lev . 24 . 16]</w:t>
      </w:r>
    </w:p>
    <w:p>
      <w:r>
        <w:rPr>
          <w:rFonts w:ascii="Gentium Plus" w:hAnsi="Gentium Plus"/>
          <w:sz w:val="24"/>
        </w:rPr>
        <w:t>ὀνομάζων δὲ τὸ ὄνομα κυρίου θανάτῳ θανατούσθω· λί‐ θοις λιθοβολείτω αὐτὸν πᾶσα συναγωγὴ Ισραηλ· ἐάν τε προσή‐ λυτος ἐάν τε αὐτόχθων, ἐν τῷ ὀνομάσαι αὐτὸν τὸ ὄνομα κυρίου τελευτάτω.</w:t>
      </w:r>
    </w:p>
    <w:p>
      <w:r>
        <w:rPr>
          <w:rFonts w:ascii="Courier New" w:hAnsi="Courier New"/>
          <w:color w:val="555555"/>
          <w:sz w:val="20"/>
        </w:rPr>
        <w:t>[Lev . 24 . 17]</w:t>
      </w:r>
    </w:p>
    <w:p>
      <w:r>
        <w:rPr>
          <w:rFonts w:ascii="Gentium Plus" w:hAnsi="Gentium Plus"/>
          <w:sz w:val="24"/>
        </w:rPr>
        <w:t>καὶ ἄνθρωπος, ὃς ἂν πατάξῃ ψυχὴν ἀνθρώπου καὶ ἀποθάνῃ, θανάτῳ θανατούσθω.</w:t>
      </w:r>
    </w:p>
    <w:p>
      <w:r>
        <w:rPr>
          <w:rFonts w:ascii="Courier New" w:hAnsi="Courier New"/>
          <w:color w:val="555555"/>
          <w:sz w:val="20"/>
        </w:rPr>
        <w:t>[Lev . 24 . 18]</w:t>
      </w:r>
    </w:p>
    <w:p>
      <w:r>
        <w:rPr>
          <w:rFonts w:ascii="Gentium Plus" w:hAnsi="Gentium Plus"/>
          <w:sz w:val="24"/>
        </w:rPr>
        <w:t>καὶ ὃς ἂν πατάξῃ κτῆνος καὶ ἀποθάνῃ, ἀποτεισάτω ψυχὴν ἀντὶ ψυχῆς.</w:t>
      </w:r>
    </w:p>
    <w:p>
      <w:r>
        <w:rPr>
          <w:rFonts w:ascii="Courier New" w:hAnsi="Courier New"/>
          <w:color w:val="555555"/>
          <w:sz w:val="20"/>
        </w:rPr>
        <w:t>[Lev . 24 . 19]</w:t>
      </w:r>
    </w:p>
    <w:p>
      <w:r>
        <w:rPr>
          <w:rFonts w:ascii="Gentium Plus" w:hAnsi="Gentium Plus"/>
          <w:sz w:val="24"/>
        </w:rPr>
        <w:t>καὶ ἐάν τις δῷ μῶμον τῷ πλησίον, ὡς ἐποίησεν αὐτῷ, ὡσαύτως ἀντιποιηθήσεται αὐτῷ·</w:t>
      </w:r>
    </w:p>
    <w:p>
      <w:r>
        <w:rPr>
          <w:rFonts w:ascii="Courier New" w:hAnsi="Courier New"/>
          <w:color w:val="555555"/>
          <w:sz w:val="20"/>
        </w:rPr>
        <w:t>[Lev . 24 . 20]</w:t>
      </w:r>
    </w:p>
    <w:p>
      <w:r>
        <w:rPr>
          <w:rFonts w:ascii="Gentium Plus" w:hAnsi="Gentium Plus"/>
          <w:sz w:val="24"/>
        </w:rPr>
        <w:t>σύντριμμα ἀντὶ συντρίμματος, ὀφθαλμὸν ἀντὶ ὀφθαλμοῦ, ὀδόντα ἀντὶ ὀδόντος· καθότι ἂν δῷ μῶμον τῷ ἀνθρώπῳ, οὕτως δοθή‐ σεται αὐτῷ.</w:t>
      </w:r>
    </w:p>
    <w:p>
      <w:r>
        <w:rPr>
          <w:rFonts w:ascii="Courier New" w:hAnsi="Courier New"/>
          <w:color w:val="555555"/>
          <w:sz w:val="20"/>
        </w:rPr>
        <w:t>[Lev . 24 . 21]</w:t>
      </w:r>
    </w:p>
    <w:p>
      <w:r>
        <w:rPr>
          <w:rFonts w:ascii="Gentium Plus" w:hAnsi="Gentium Plus"/>
          <w:sz w:val="24"/>
        </w:rPr>
        <w:t>ὃς ἂν πατάξῃ ἄνθρωπον καὶ ἀποθάνῃ, θανάτῳ θανα‐ τούσθω·</w:t>
      </w:r>
    </w:p>
    <w:p>
      <w:r>
        <w:rPr>
          <w:rFonts w:ascii="Courier New" w:hAnsi="Courier New"/>
          <w:color w:val="555555"/>
          <w:sz w:val="20"/>
        </w:rPr>
        <w:t>[Lev . 24 . 22]</w:t>
      </w:r>
    </w:p>
    <w:p>
      <w:r>
        <w:rPr>
          <w:rFonts w:ascii="Gentium Plus" w:hAnsi="Gentium Plus"/>
          <w:sz w:val="24"/>
        </w:rPr>
        <w:t>δικαίωσις μία ἔσται τῷ προσηλύτῳ καὶ τῷ ἐγχωρίῳ, ὅτι ἐγώ εἰμι κύριος ὁ θεὸς ὑμῶν.</w:t>
      </w:r>
    </w:p>
    <w:p>
      <w:r>
        <w:rPr>
          <w:rFonts w:ascii="Courier New" w:hAnsi="Courier New"/>
          <w:color w:val="555555"/>
          <w:sz w:val="20"/>
        </w:rPr>
        <w:t>[Lev . 24 . 23]</w:t>
      </w:r>
    </w:p>
    <w:p>
      <w:r>
        <w:rPr>
          <w:rFonts w:ascii="Gentium Plus" w:hAnsi="Gentium Plus"/>
          <w:sz w:val="24"/>
        </w:rPr>
        <w:t>καὶ ἐλάλησεν Μωυσῆς τοῖς</w:t>
      </w:r>
    </w:p>
    <w:p>
      <w:r>
        <w:rPr>
          <w:rFonts w:ascii="Courier New" w:hAnsi="Courier New"/>
          <w:color w:val="555555"/>
          <w:sz w:val="20"/>
        </w:rPr>
        <w:t>[Lev . 25 . 1]</w:t>
      </w:r>
    </w:p>
    <w:p>
      <w:r>
        <w:rPr>
          <w:rFonts w:ascii="Gentium Plus" w:hAnsi="Gentium Plus"/>
          <w:sz w:val="24"/>
        </w:rPr>
        <w:t>Καὶ ἐλάλησεν κύριος πρὸς Μωυσῆν ἐν τῷ ὄρει Σινα λέγων</w:t>
      </w:r>
    </w:p>
    <w:p>
      <w:r>
        <w:rPr>
          <w:rFonts w:ascii="Courier New" w:hAnsi="Courier New"/>
          <w:color w:val="555555"/>
          <w:sz w:val="20"/>
        </w:rPr>
        <w:t>[Lev . 25 . 2]</w:t>
      </w:r>
    </w:p>
    <w:p>
      <w:r>
        <w:rPr>
          <w:rFonts w:ascii="Gentium Plus" w:hAnsi="Gentium Plus"/>
          <w:sz w:val="24"/>
        </w:rPr>
        <w:t>Λάλησον τοῖς υἱοῖς Ισραηλ καὶ ἐρεῖς πρὸς αὐτούς Ἐὰν εἰσέλθητε εἰς τὴν γῆν, ἣν ἐγὼ δίδωμι ὑμῖν, καὶ ἀναπαύσεται ἡ γῆ, ἣν ἐγὼ δίδωμι ὑμῖν, σάββατα τῷ κυρίῳ.</w:t>
      </w:r>
    </w:p>
    <w:p>
      <w:r>
        <w:rPr>
          <w:rFonts w:ascii="Courier New" w:hAnsi="Courier New"/>
          <w:color w:val="555555"/>
          <w:sz w:val="20"/>
        </w:rPr>
        <w:t>[Lev . 25 . 3]</w:t>
      </w:r>
    </w:p>
    <w:p>
      <w:r>
        <w:rPr>
          <w:rFonts w:ascii="Gentium Plus" w:hAnsi="Gentium Plus"/>
          <w:sz w:val="24"/>
        </w:rPr>
        <w:t>ἓξ ἔτη σπερεῖς τὸν ἀγρόν σου καὶ ἓξ ἔτη τεμεῖς τὴν ἄμπελόν σου καὶ συνάξεις τὸν καρπὸν αὐ‐ τῆς.</w:t>
      </w:r>
    </w:p>
    <w:p>
      <w:r>
        <w:rPr>
          <w:rFonts w:ascii="Courier New" w:hAnsi="Courier New"/>
          <w:color w:val="555555"/>
          <w:sz w:val="20"/>
        </w:rPr>
        <w:t>[Lev . 25 . 4]</w:t>
      </w:r>
    </w:p>
    <w:p>
      <w:r>
        <w:rPr>
          <w:rFonts w:ascii="Gentium Plus" w:hAnsi="Gentium Plus"/>
          <w:sz w:val="24"/>
        </w:rPr>
        <w:t>τῷ δὲ ἔτει τῷ ἑβδόμῳ σάββατα ἀνάπαυσις ἔσται τῇ γῇ, σάββατα τῷ κυρίῳ· τὸν ἀγρόν σου οὐ σπερεῖς καὶ τὴν ἄμπελόν σου οὐ τεμεῖς</w:t>
      </w:r>
    </w:p>
    <w:p>
      <w:r>
        <w:rPr>
          <w:rFonts w:ascii="Courier New" w:hAnsi="Courier New"/>
          <w:color w:val="555555"/>
          <w:sz w:val="20"/>
        </w:rPr>
        <w:t>[Lev . 25 . 5]</w:t>
      </w:r>
    </w:p>
    <w:p>
      <w:r>
        <w:rPr>
          <w:rFonts w:ascii="Gentium Plus" w:hAnsi="Gentium Plus"/>
          <w:sz w:val="24"/>
        </w:rPr>
        <w:t>καὶ τὰ αὐτόματα ἀναβαίνοντα τοῦ ἀγροῦ σου οὐκ ἐκθερίσεις καὶ τὴν σταφυλὴν τοῦ ἁγιάσματός σου οὐκ ἐκτρυγή‐ σεις· ἐνιαυτὸς ἀναπαύσεως ἔσται τῇ γῇ.</w:t>
      </w:r>
    </w:p>
    <w:p>
      <w:r>
        <w:rPr>
          <w:rFonts w:ascii="Courier New" w:hAnsi="Courier New"/>
          <w:color w:val="555555"/>
          <w:sz w:val="20"/>
        </w:rPr>
        <w:t>[Lev . 25 . 6]</w:t>
      </w:r>
    </w:p>
    <w:p>
      <w:r>
        <w:rPr>
          <w:rFonts w:ascii="Gentium Plus" w:hAnsi="Gentium Plus"/>
          <w:sz w:val="24"/>
        </w:rPr>
        <w:t>καὶ ἔσται τὰ σάββατα τῆς γῆς βρώματά σοι καὶ τῷ παιδί σου καὶ τῇ παιδίσκῃ σου καὶ τῷ μισθωτῷ σου καὶ τῷ παροίκῳ τῷ προσκειμένῳ πρὸς σέ,</w:t>
      </w:r>
    </w:p>
    <w:p>
      <w:r>
        <w:rPr>
          <w:rFonts w:ascii="Courier New" w:hAnsi="Courier New"/>
          <w:color w:val="555555"/>
          <w:sz w:val="20"/>
        </w:rPr>
        <w:t>[Lev . 25 . 7]</w:t>
      </w:r>
    </w:p>
    <w:p>
      <w:r>
        <w:rPr>
          <w:rFonts w:ascii="Gentium Plus" w:hAnsi="Gentium Plus"/>
          <w:sz w:val="24"/>
        </w:rPr>
        <w:t>καὶ τοῖς κτήνεσίν σου καὶ τοῖς θηρίοις τοῖς ἐν τῇ γῇ σου ἔσται πᾶν τὸ γένημα αὐτοῦ εἰς βρῶσιν.</w:t>
      </w:r>
    </w:p>
    <w:p>
      <w:r>
        <w:rPr>
          <w:rFonts w:ascii="Courier New" w:hAnsi="Courier New"/>
          <w:color w:val="555555"/>
          <w:sz w:val="20"/>
        </w:rPr>
        <w:t>[Lev . 25 . 8]</w:t>
      </w:r>
    </w:p>
    <w:p>
      <w:r>
        <w:rPr>
          <w:rFonts w:ascii="Gentium Plus" w:hAnsi="Gentium Plus"/>
          <w:sz w:val="24"/>
        </w:rPr>
        <w:t>Καὶ ἐξαριθμήσεις σεαυτῷ ἑπτὰ ἀναπαύσεις ἐτῶν, ἑπτὰ ἔτη ἑπτάκις, καὶ ἔσονταί σοι ἑπτὰ ἑβδομάδες ἐτῶν ἐννέα καὶ τεσσα‐ ράκοντα ἔτη.</w:t>
      </w:r>
    </w:p>
    <w:p>
      <w:r>
        <w:rPr>
          <w:rFonts w:ascii="Courier New" w:hAnsi="Courier New"/>
          <w:color w:val="555555"/>
          <w:sz w:val="20"/>
        </w:rPr>
        <w:t>[Lev . 25 . 9]</w:t>
      </w:r>
    </w:p>
    <w:p>
      <w:r>
        <w:rPr>
          <w:rFonts w:ascii="Gentium Plus" w:hAnsi="Gentium Plus"/>
          <w:sz w:val="24"/>
        </w:rPr>
        <w:t>καὶ διαγγελεῖτε σάλπιγγος φωνῇ ἐν πάσῃ τῇ γῇ ὑμῶν τῷ μηνὶ τῷ ἑβδόμῳ τῇ δεκάτῃ τοῦ μηνός· τῇ ἡμέρᾳ τοῦ ἱλασμοῦ διαγγελεῖτε σάλπιγγι ἐν πάσῃ τῇ γῇ ὑμῶν</w:t>
      </w:r>
    </w:p>
    <w:p>
      <w:r>
        <w:rPr>
          <w:rFonts w:ascii="Courier New" w:hAnsi="Courier New"/>
          <w:color w:val="555555"/>
          <w:sz w:val="20"/>
        </w:rPr>
        <w:t>[Lev . 25 . 10]</w:t>
      </w:r>
    </w:p>
    <w:p>
      <w:r>
        <w:rPr>
          <w:rFonts w:ascii="Gentium Plus" w:hAnsi="Gentium Plus"/>
          <w:sz w:val="24"/>
        </w:rPr>
        <w:t>καὶ ἁγιάσετε τὸ ἔτος τὸ πεντηκοστὸν ἐνιαυτὸν καὶ διαβοήσετε ἄφεσιν ἐπὶ τῆς γῆς πᾶσιν τοῖς κατοικοῦσιν αὐτήν· ἐνιαυτὸς ἀφέσεως σημασία αὕτη ἔσται ὑμῖν, καὶ ἀπελεύσεται εἷς ἕκαστος εἰς τὴν κτῆσιν αὐ‐</w:t>
      </w:r>
    </w:p>
    <w:p>
      <w:r>
        <w:rPr>
          <w:rFonts w:ascii="Courier New" w:hAnsi="Courier New"/>
          <w:color w:val="555555"/>
          <w:sz w:val="20"/>
        </w:rPr>
        <w:t>[5]</w:t>
      </w:r>
    </w:p>
    <w:p>
      <w:r>
        <w:rPr>
          <w:rFonts w:ascii="Gentium Plus" w:hAnsi="Gentium Plus"/>
          <w:sz w:val="24"/>
        </w:rPr>
        <w:t>τοῦ, καὶ ἕκαστος εἰς τὴν πατρίδα αὐτοῦ ἀπελεύσεσθε.</w:t>
      </w:r>
    </w:p>
    <w:p>
      <w:r>
        <w:rPr>
          <w:rFonts w:ascii="Courier New" w:hAnsi="Courier New"/>
          <w:color w:val="555555"/>
          <w:sz w:val="20"/>
        </w:rPr>
        <w:t>[Lev . 25 . 11]</w:t>
      </w:r>
    </w:p>
    <w:p>
      <w:r>
        <w:rPr>
          <w:rFonts w:ascii="Gentium Plus" w:hAnsi="Gentium Plus"/>
          <w:sz w:val="24"/>
        </w:rPr>
        <w:t>ἀφέσεως σημασία αὕτη, τὸ ἔτος τὸ πεντηκοστὸν ἐνιαυτὸς ἔσται ὑμῖν· οὐ σπερεῖτε οὐδὲ ἀμήσετε τὰ αὐτόματα ἀναβαίνοντα αὐτῆς καὶ οὐ τρυγήσετε τὰ ἡγιασμένα αὐτῆς,</w:t>
      </w:r>
    </w:p>
    <w:p>
      <w:r>
        <w:rPr>
          <w:rFonts w:ascii="Courier New" w:hAnsi="Courier New"/>
          <w:color w:val="555555"/>
          <w:sz w:val="20"/>
        </w:rPr>
        <w:t>[Lev . 25 . 12]</w:t>
      </w:r>
    </w:p>
    <w:p>
      <w:r>
        <w:rPr>
          <w:rFonts w:ascii="Gentium Plus" w:hAnsi="Gentium Plus"/>
          <w:sz w:val="24"/>
        </w:rPr>
        <w:t>ὅτι ἀφέσεως σημασία ἐστίν, ἅγιον ἔσται ὑμῖν, ἀπὸ τῶν πεδίων φάγεσθε τὰ γενήματα αὐτῆς.</w:t>
      </w:r>
    </w:p>
    <w:p>
      <w:r>
        <w:rPr>
          <w:rFonts w:ascii="Courier New" w:hAnsi="Courier New"/>
          <w:color w:val="555555"/>
          <w:sz w:val="20"/>
        </w:rPr>
        <w:t>[Lev . 25 . 13]</w:t>
      </w:r>
    </w:p>
    <w:p>
      <w:r>
        <w:rPr>
          <w:rFonts w:ascii="Gentium Plus" w:hAnsi="Gentium Plus"/>
          <w:sz w:val="24"/>
        </w:rPr>
        <w:t>Ἐν τῷ ἔτει τῆς ἀφέσεως σημασίᾳ αὐτῆς ἐπανελεύσεται ἕκα‐ στος εἰς τὴν κτῆσιν αὐτοῦ.</w:t>
      </w:r>
    </w:p>
    <w:p>
      <w:r>
        <w:rPr>
          <w:rFonts w:ascii="Courier New" w:hAnsi="Courier New"/>
          <w:color w:val="555555"/>
          <w:sz w:val="20"/>
        </w:rPr>
        <w:t>[Lev . 25 . 14]</w:t>
      </w:r>
    </w:p>
    <w:p>
      <w:r>
        <w:rPr>
          <w:rFonts w:ascii="Gentium Plus" w:hAnsi="Gentium Plus"/>
          <w:sz w:val="24"/>
        </w:rPr>
        <w:t>ἐὰν δὲ ἀποδῷ πρᾶσιν τῷ πλησίον σου ἐὰν καὶ κτήσῃ παρὰ τοῦ πλησίον σου, μὴ θλιβέτω ἄνθρω‐ πος τὸν πλησίον·</w:t>
      </w:r>
    </w:p>
    <w:p>
      <w:r>
        <w:rPr>
          <w:rFonts w:ascii="Courier New" w:hAnsi="Courier New"/>
          <w:color w:val="555555"/>
          <w:sz w:val="20"/>
        </w:rPr>
        <w:t>[Lev . 25 . 15]</w:t>
      </w:r>
    </w:p>
    <w:p>
      <w:r>
        <w:rPr>
          <w:rFonts w:ascii="Gentium Plus" w:hAnsi="Gentium Plus"/>
          <w:sz w:val="24"/>
        </w:rPr>
        <w:t>κατὰ ἀριθμὸν ἐτῶν μετὰ τὴν σημασίαν κτήσῃ παρὰ τοῦ πλησίον, κατὰ ἀριθμὸν ἐνιαυτῶν γενημάτων ἀποδώσε‐ ταί σοι.</w:t>
      </w:r>
    </w:p>
    <w:p>
      <w:r>
        <w:rPr>
          <w:rFonts w:ascii="Courier New" w:hAnsi="Courier New"/>
          <w:color w:val="555555"/>
          <w:sz w:val="20"/>
        </w:rPr>
        <w:t>[Lev . 25 . 16]</w:t>
      </w:r>
    </w:p>
    <w:p>
      <w:r>
        <w:rPr>
          <w:rFonts w:ascii="Gentium Plus" w:hAnsi="Gentium Plus"/>
          <w:sz w:val="24"/>
        </w:rPr>
        <w:t>καθότι ἂν πλεῖον τῶν ἐτῶν, πληθύνῃ τὴν ἔγκτησιν αὐ‐ τοῦ, καὶ καθότι ἂν ἔλαττον τῶν ἐτῶν, ἐλαττονώσῃ τὴν κτῆσιν αὐτοῦ· ὅτι ἀριθμὸν γενημάτων αὐτοῦ οὕτως ἀποδώσεταί σοι.</w:t>
      </w:r>
    </w:p>
    <w:p>
      <w:r>
        <w:rPr>
          <w:rFonts w:ascii="Courier New" w:hAnsi="Courier New"/>
          <w:color w:val="555555"/>
          <w:sz w:val="20"/>
        </w:rPr>
        <w:t>[Lev . 25 . 17]</w:t>
      </w:r>
    </w:p>
    <w:p>
      <w:r>
        <w:rPr>
          <w:rFonts w:ascii="Gentium Plus" w:hAnsi="Gentium Plus"/>
          <w:sz w:val="24"/>
        </w:rPr>
        <w:t>μὴ θλιβέτω ἄνθρωπος τὸν πλησίον καὶ φοβηθήσῃ κύριον τὸν θεόν σου· ἐγώ εἰμι κύριος ὁ θεὸς ὑμῶν.</w:t>
      </w:r>
    </w:p>
    <w:p>
      <w:r>
        <w:rPr>
          <w:rFonts w:ascii="Courier New" w:hAnsi="Courier New"/>
          <w:color w:val="555555"/>
          <w:sz w:val="20"/>
        </w:rPr>
        <w:t>[Lev . 25 . 18]</w:t>
      </w:r>
    </w:p>
    <w:p>
      <w:r>
        <w:rPr>
          <w:rFonts w:ascii="Gentium Plus" w:hAnsi="Gentium Plus"/>
          <w:sz w:val="24"/>
        </w:rPr>
        <w:t>καὶ ποιήσετε πάντα τὰ δικαιώ‐ ματά μου καὶ πάσας τὰς κρίσεις μου καὶ φυλάξασθε καὶ ποιήσετε αὐτὰ καὶ κατοικήσετε ἐπὶ τῆς γῆς πεποιθότες·</w:t>
      </w:r>
    </w:p>
    <w:p>
      <w:r>
        <w:rPr>
          <w:rFonts w:ascii="Courier New" w:hAnsi="Courier New"/>
          <w:color w:val="555555"/>
          <w:sz w:val="20"/>
        </w:rPr>
        <w:t>[Lev . 25 . 19]</w:t>
      </w:r>
    </w:p>
    <w:p>
      <w:r>
        <w:rPr>
          <w:rFonts w:ascii="Gentium Plus" w:hAnsi="Gentium Plus"/>
          <w:sz w:val="24"/>
        </w:rPr>
        <w:t>καὶ δώσει ἡ γῆ τὰ ἐκφόρια αὐτῆς, καὶ φάγεσθε εἰς πλησμονὴν καὶ κατοικήσετε πε‐ ποιθότες ἐπ’ αὐτῆς.</w:t>
      </w:r>
    </w:p>
    <w:p>
      <w:r>
        <w:rPr>
          <w:rFonts w:ascii="Courier New" w:hAnsi="Courier New"/>
          <w:color w:val="555555"/>
          <w:sz w:val="20"/>
        </w:rPr>
        <w:t>[Lev . 25 . 20]</w:t>
      </w:r>
    </w:p>
    <w:p>
      <w:r>
        <w:rPr>
          <w:rFonts w:ascii="Gentium Plus" w:hAnsi="Gentium Plus"/>
          <w:sz w:val="24"/>
        </w:rPr>
        <w:t>ἐὰν δὲ λέγητε Τί φαγόμεθα ἐν τῷ ἔτει τῷ ἑβδόμῳ τούτῳ, ἐὰν μὴ σπείρωμεν μηδὲ συναγάγωμεν τὰ γενήματα ἡμῶν;</w:t>
      </w:r>
    </w:p>
    <w:p>
      <w:r>
        <w:rPr>
          <w:rFonts w:ascii="Courier New" w:hAnsi="Courier New"/>
          <w:color w:val="555555"/>
          <w:sz w:val="20"/>
        </w:rPr>
        <w:t>[Lev . 25 . 21]</w:t>
      </w:r>
    </w:p>
    <w:p>
      <w:r>
        <w:rPr>
          <w:rFonts w:ascii="Gentium Plus" w:hAnsi="Gentium Plus"/>
          <w:sz w:val="24"/>
        </w:rPr>
        <w:t>καὶ ἀποστελῶ τὴν εὐλογίαν μου ὑμῖν ἐν τῷ ἔτει τῷ ἕκτῳ, καὶ ποιήσει τὰ γενήματα αὐτῆς εἰς τὰ τρία ἔτη.</w:t>
      </w:r>
    </w:p>
    <w:p>
      <w:r>
        <w:rPr>
          <w:rFonts w:ascii="Courier New" w:hAnsi="Courier New"/>
          <w:color w:val="555555"/>
          <w:sz w:val="20"/>
        </w:rPr>
        <w:t>[Lev . 25 . 22]</w:t>
      </w:r>
    </w:p>
    <w:p>
      <w:r>
        <w:rPr>
          <w:rFonts w:ascii="Gentium Plus" w:hAnsi="Gentium Plus"/>
          <w:sz w:val="24"/>
        </w:rPr>
        <w:t>καὶ σπερεῖτε τὸ ἔτος τὸ ὄγδοον καὶ φάγεσθε ἀπὸ τῶν γενημάτων παλαιά· ἕως τοῦ ἔτους τοῦ ἐνάτου, ἕως ἂν ἔλθῃ τὸ γένημα αὐτῆς, φάγεσθε παλαιὰ παλαιῶν.</w:t>
      </w:r>
    </w:p>
    <w:p>
      <w:r>
        <w:rPr>
          <w:rFonts w:ascii="Courier New" w:hAnsi="Courier New"/>
          <w:color w:val="555555"/>
          <w:sz w:val="20"/>
        </w:rPr>
        <w:t>[Lev . 25 . 23]</w:t>
      </w:r>
    </w:p>
    <w:p>
      <w:r>
        <w:rPr>
          <w:rFonts w:ascii="Gentium Plus" w:hAnsi="Gentium Plus"/>
          <w:sz w:val="24"/>
        </w:rPr>
        <w:t>καὶ ἡ γῆ οὐ πραθήσεται εἰς βεβαίωσιν, ἐμὴ γάρ ἐστιν ἡ γῆ, διότι προσήλυτοι καὶ πάροικοι ὑμεῖς ἐστε ἐναντίον μου·</w:t>
      </w:r>
    </w:p>
    <w:p>
      <w:r>
        <w:rPr>
          <w:rFonts w:ascii="Courier New" w:hAnsi="Courier New"/>
          <w:color w:val="555555"/>
          <w:sz w:val="20"/>
        </w:rPr>
        <w:t>[Lev . 25 . 24]</w:t>
      </w:r>
    </w:p>
    <w:p>
      <w:r>
        <w:rPr>
          <w:rFonts w:ascii="Gentium Plus" w:hAnsi="Gentium Plus"/>
          <w:sz w:val="24"/>
        </w:rPr>
        <w:t>καὶ κατὰ πᾶσαν γῆν κατασχέσεως ὑμῶν λύτρα δώσετε τῆς γῆς. —</w:t>
      </w:r>
    </w:p>
    <w:p>
      <w:r>
        <w:rPr>
          <w:rFonts w:ascii="Courier New" w:hAnsi="Courier New"/>
          <w:color w:val="555555"/>
          <w:sz w:val="20"/>
        </w:rPr>
        <w:t>[Lev . 25 . 25]</w:t>
      </w:r>
    </w:p>
    <w:p>
      <w:r>
        <w:rPr>
          <w:rFonts w:ascii="Gentium Plus" w:hAnsi="Gentium Plus"/>
          <w:sz w:val="24"/>
        </w:rPr>
        <w:t>ἐὰν δὲ πένηται ὁ ἀδελφός σου ὁ μετὰ σοῦ καὶ ἀποδῶται ἀπὸ τῆς κατασχέσεως αὐτοῦ καὶ ἔλθῃ ὁ ἀγχιστεύων ἐγγίζων ἔγγιστα αὐτοῦ, καὶ λυτρώσεται τὴν πρᾶσιν τοῦ ἀδελφοῦ αὐτοῦ.</w:t>
      </w:r>
    </w:p>
    <w:p>
      <w:r>
        <w:rPr>
          <w:rFonts w:ascii="Courier New" w:hAnsi="Courier New"/>
          <w:color w:val="555555"/>
          <w:sz w:val="20"/>
        </w:rPr>
        <w:t>[Lev . 25 . 26]</w:t>
      </w:r>
    </w:p>
    <w:p>
      <w:r>
        <w:rPr>
          <w:rFonts w:ascii="Gentium Plus" w:hAnsi="Gentium Plus"/>
          <w:sz w:val="24"/>
        </w:rPr>
        <w:t>ἐὰν δὲ μὴ ᾖ τινι ὁ ἀγχιστεύων καὶ εὐπορηθῇ τῇ χειρὶ καὶ εὑρεθῇ αὐτῷ τὸ ἱκανὸν λύτρα αὐτοῦ,</w:t>
      </w:r>
    </w:p>
    <w:p>
      <w:r>
        <w:rPr>
          <w:rFonts w:ascii="Courier New" w:hAnsi="Courier New"/>
          <w:color w:val="555555"/>
          <w:sz w:val="20"/>
        </w:rPr>
        <w:t>[Lev . 25 . 27]</w:t>
      </w:r>
    </w:p>
    <w:p>
      <w:r>
        <w:rPr>
          <w:rFonts w:ascii="Gentium Plus" w:hAnsi="Gentium Plus"/>
          <w:sz w:val="24"/>
        </w:rPr>
        <w:t>καὶ συλλογιεῖται τὰ ἔτη τῆς πράσεως αὐτοῦ καὶ ἀποδώσει ὃ ὑπερέχει τῷ ἀνθρώπῳ, ᾧ ἀπέδοτο ἑαυτὸν αὐτῷ, καὶ ἀπελεύσεται εἰς τὴν κατάσχεσιν αὐτοῦ.</w:t>
      </w:r>
    </w:p>
    <w:p>
      <w:r>
        <w:rPr>
          <w:rFonts w:ascii="Courier New" w:hAnsi="Courier New"/>
          <w:color w:val="555555"/>
          <w:sz w:val="20"/>
        </w:rPr>
        <w:t>[Lev . 25 . 28]</w:t>
      </w:r>
    </w:p>
    <w:p>
      <w:r>
        <w:rPr>
          <w:rFonts w:ascii="Gentium Plus" w:hAnsi="Gentium Plus"/>
          <w:sz w:val="24"/>
        </w:rPr>
        <w:t>ἐὰν δὲ μὴ εὐ‐ πορηθῇ ἡ χεὶρ αὐτοῦ τὸ ἱκανὸν ὥστε ἀποδοῦναι αὐτῷ, καὶ ἔσται ἡ πρᾶσις τῷ κτησαμένῳ αὐτὰ ἕως τοῦ ἕκτου ἔτους τῆς ἀφέσεως· καὶ ἐξελεύσεται τῇ ἀφέσει, καὶ ἀπελεύσεται εἰς τὴν κατάσχεσιν αὐτοῦ.</w:t>
      </w:r>
    </w:p>
    <w:p>
      <w:r>
        <w:rPr>
          <w:rFonts w:ascii="Courier New" w:hAnsi="Courier New"/>
          <w:color w:val="555555"/>
          <w:sz w:val="20"/>
        </w:rPr>
        <w:t>[Lev . 25 . 29]</w:t>
      </w:r>
    </w:p>
    <w:p>
      <w:r>
        <w:rPr>
          <w:rFonts w:ascii="Gentium Plus" w:hAnsi="Gentium Plus"/>
          <w:sz w:val="24"/>
        </w:rPr>
        <w:t>Ἐὰν δέ τις ἀποδῶται οἰκίαν οἰκητὴν ἐν πόλει τετειχισμένῃ, καὶ ἔσται ἡ λύτρωσις αὐτῆς, ἕως πληρωθῇ ἐνιαυτὸς ἡμερῶν, ἔσται ἡ λύτρωσις αὐτῆς.</w:t>
      </w:r>
    </w:p>
    <w:p>
      <w:r>
        <w:rPr>
          <w:rFonts w:ascii="Courier New" w:hAnsi="Courier New"/>
          <w:color w:val="555555"/>
          <w:sz w:val="20"/>
        </w:rPr>
        <w:t>[Lev . 25 . 30]</w:t>
      </w:r>
    </w:p>
    <w:p>
      <w:r>
        <w:rPr>
          <w:rFonts w:ascii="Gentium Plus" w:hAnsi="Gentium Plus"/>
          <w:sz w:val="24"/>
        </w:rPr>
        <w:t>ἐὰν δὲ μὴ λυτρωθῇ, ἕως ἂν πληρωθῇ αὐτῆς ἐνιαυτὸς ὅλος, κυρωθήσεται ἡ οἰκία ἡ οὖσα ἐν πόλει τῇ ἐχούσῃ τεῖχος βεβαίως τῷ κτησαμένῳ αὐτὴν εἰς τὰς γενεὰς αὐτοῦ καὶ οὐκ ἐξελεύσεται ἐν τῇ ἀφέσει.</w:t>
      </w:r>
    </w:p>
    <w:p>
      <w:r>
        <w:rPr>
          <w:rFonts w:ascii="Courier New" w:hAnsi="Courier New"/>
          <w:color w:val="555555"/>
          <w:sz w:val="20"/>
        </w:rPr>
        <w:t>[Lev . 25 . 31]</w:t>
      </w:r>
    </w:p>
    <w:p>
      <w:r>
        <w:rPr>
          <w:rFonts w:ascii="Gentium Plus" w:hAnsi="Gentium Plus"/>
          <w:sz w:val="24"/>
        </w:rPr>
        <w:t>αἱ δὲ οἰκίαι αἱ ἐν ἐπαύλεσιν, αἷς οὐκ ἔστιν ἐν αὐταῖς τεῖχος κύκλῳ, πρὸς τὸν ἀγρὸν τῆς γῆς λογισθή‐ τωσαν· λυτρωταὶ διὰ παντὸς ἔσονται καὶ ἐν τῇ ἀφέσει ἐξελεύσον‐ ται.</w:t>
      </w:r>
    </w:p>
    <w:p>
      <w:r>
        <w:rPr>
          <w:rFonts w:ascii="Courier New" w:hAnsi="Courier New"/>
          <w:color w:val="555555"/>
          <w:sz w:val="20"/>
        </w:rPr>
        <w:t>[Lev . 25 . 32]</w:t>
      </w:r>
    </w:p>
    <w:p>
      <w:r>
        <w:rPr>
          <w:rFonts w:ascii="Gentium Plus" w:hAnsi="Gentium Plus"/>
          <w:sz w:val="24"/>
        </w:rPr>
        <w:t>καὶ αἱ πόλεις τῶν Λευιτῶν οἰκίαι τῶν πόλεων αὐτῶν κατα‐ σχέσεως λυτρωταὶ διὰ παντὸς ἔσονται τοῖς Λευίταις·</w:t>
      </w:r>
    </w:p>
    <w:p>
      <w:r>
        <w:rPr>
          <w:rFonts w:ascii="Courier New" w:hAnsi="Courier New"/>
          <w:color w:val="555555"/>
          <w:sz w:val="20"/>
        </w:rPr>
        <w:t>[Lev . 25 . 33]</w:t>
      </w:r>
    </w:p>
    <w:p>
      <w:r>
        <w:rPr>
          <w:rFonts w:ascii="Gentium Plus" w:hAnsi="Gentium Plus"/>
          <w:sz w:val="24"/>
        </w:rPr>
        <w:t>καὶ ὃς ἂν λυτρωσάμενος παρὰ τῶν Λευιτῶν, καὶ ἐξελεύσεται ἡ διάπρασις</w:t>
      </w:r>
    </w:p>
    <w:p>
      <w:r>
        <w:rPr>
          <w:rFonts w:ascii="Courier New" w:hAnsi="Courier New"/>
          <w:color w:val="555555"/>
          <w:sz w:val="20"/>
        </w:rPr>
        <w:t>[Lev . 25 . 34]</w:t>
      </w:r>
    </w:p>
    <w:p>
      <w:r>
        <w:rPr>
          <w:rFonts w:ascii="Gentium Plus" w:hAnsi="Gentium Plus"/>
          <w:sz w:val="24"/>
        </w:rPr>
        <w:t>καὶ οἱ ἀγροὶ οἱ ἀφωρισμένοι ταῖς πόλεσιν αὐτῶν οὐ πραθήσον‐ ται, ὅτι κατάσχεσις αἰωνία τοῦτο αὐτῶν ἐστιν.</w:t>
      </w:r>
    </w:p>
    <w:p>
      <w:r>
        <w:rPr>
          <w:rFonts w:ascii="Courier New" w:hAnsi="Courier New"/>
          <w:color w:val="555555"/>
          <w:sz w:val="20"/>
        </w:rPr>
        <w:t>[Lev . 25 . 35]</w:t>
      </w:r>
    </w:p>
    <w:p>
      <w:r>
        <w:rPr>
          <w:rFonts w:ascii="Gentium Plus" w:hAnsi="Gentium Plus"/>
          <w:sz w:val="24"/>
        </w:rPr>
        <w:t>Ἐὰν δὲ πένηται ὁ ἀδελφός σου καὶ ἀδυνατήσῃ ταῖς χερσὶν παρὰ σοί, ἀντιλήμψῃ αὐτοῦ ὡς προσηλύτου καὶ παροίκου, καὶ ζήσεται ὁ ἀδελφός σου μετὰ σοῦ.</w:t>
      </w:r>
    </w:p>
    <w:p>
      <w:r>
        <w:rPr>
          <w:rFonts w:ascii="Courier New" w:hAnsi="Courier New"/>
          <w:color w:val="555555"/>
          <w:sz w:val="20"/>
        </w:rPr>
        <w:t>[Lev . 25 . 36]</w:t>
      </w:r>
    </w:p>
    <w:p>
      <w:r>
        <w:rPr>
          <w:rFonts w:ascii="Gentium Plus" w:hAnsi="Gentium Plus"/>
          <w:sz w:val="24"/>
        </w:rPr>
        <w:t>οὐ λήμψῃ παρ’ αὐτοῦ τόκον οὐδὲ ἐπὶ πλήθει καὶ φοβηθήσῃ τὸν θεόν σου—ἐγὼ κύριος—, καὶ ζήσεται ὁ ἀδελφός σου μετὰ σοῦ.</w:t>
      </w:r>
    </w:p>
    <w:p>
      <w:r>
        <w:rPr>
          <w:rFonts w:ascii="Courier New" w:hAnsi="Courier New"/>
          <w:color w:val="555555"/>
          <w:sz w:val="20"/>
        </w:rPr>
        <w:t>[Lev . 25 . 37]</w:t>
      </w:r>
    </w:p>
    <w:p>
      <w:r>
        <w:rPr>
          <w:rFonts w:ascii="Gentium Plus" w:hAnsi="Gentium Plus"/>
          <w:sz w:val="24"/>
        </w:rPr>
        <w:t>τὸ ἀργύριόν σου οὐ δώ‐ σεις αὐτῷ ἐπὶ τόκῳ καὶ ἐπὶ πλεονασμὸν οὐ δώσεις αὐτῷ τὰ βρώ‐ ματά σου.</w:t>
      </w:r>
    </w:p>
    <w:p>
      <w:r>
        <w:rPr>
          <w:rFonts w:ascii="Courier New" w:hAnsi="Courier New"/>
          <w:color w:val="555555"/>
          <w:sz w:val="20"/>
        </w:rPr>
        <w:t>[Lev . 25 . 38]</w:t>
      </w:r>
    </w:p>
    <w:p>
      <w:r>
        <w:rPr>
          <w:rFonts w:ascii="Gentium Plus" w:hAnsi="Gentium Plus"/>
          <w:sz w:val="24"/>
        </w:rPr>
        <w:t>ἐγὼ κύριος ὁ θεὸς ὑμῶν ὁ ἐξαγαγὼν ὑμᾶς ἐκ γῆς Αἰγύπτου δοῦναι ὑμῖν τὴν γῆν Χανααν ὥστε εἶναι ὑμῶν θεός.</w:t>
      </w:r>
    </w:p>
    <w:p>
      <w:r>
        <w:rPr>
          <w:rFonts w:ascii="Courier New" w:hAnsi="Courier New"/>
          <w:color w:val="555555"/>
          <w:sz w:val="20"/>
        </w:rPr>
        <w:t>[Lev . 25 . 39]</w:t>
      </w:r>
    </w:p>
    <w:p>
      <w:r>
        <w:rPr>
          <w:rFonts w:ascii="Gentium Plus" w:hAnsi="Gentium Plus"/>
          <w:sz w:val="24"/>
        </w:rPr>
        <w:t>Ἐὰν δὲ ταπεινωθῇ ὁ ἀδελφός σου παρὰ σοὶ καὶ πραθῇ σοι, οὐ δουλεύσει σοι δουλείαν οἰκέτου·</w:t>
      </w:r>
    </w:p>
    <w:p>
      <w:r>
        <w:rPr>
          <w:rFonts w:ascii="Courier New" w:hAnsi="Courier New"/>
          <w:color w:val="555555"/>
          <w:sz w:val="20"/>
        </w:rPr>
        <w:t>[Lev . 25 . 40]</w:t>
      </w:r>
    </w:p>
    <w:p>
      <w:r>
        <w:rPr>
          <w:rFonts w:ascii="Gentium Plus" w:hAnsi="Gentium Plus"/>
          <w:sz w:val="24"/>
        </w:rPr>
        <w:t>ὡς μισθωτὸς ἢ πάροικος ἔσται σοι, ἕως τοῦ ἔτους τῆς ἀφέσεως ἐργᾶται παρὰ σοί.</w:t>
      </w:r>
    </w:p>
    <w:p>
      <w:r>
        <w:rPr>
          <w:rFonts w:ascii="Courier New" w:hAnsi="Courier New"/>
          <w:color w:val="555555"/>
          <w:sz w:val="20"/>
        </w:rPr>
        <w:t>[Lev . 25 . 41]</w:t>
      </w:r>
    </w:p>
    <w:p>
      <w:r>
        <w:rPr>
          <w:rFonts w:ascii="Gentium Plus" w:hAnsi="Gentium Plus"/>
          <w:sz w:val="24"/>
        </w:rPr>
        <w:t>καὶ ἐξελεύσεται τῇ ἀφέσει καὶ τὰ τέκνα αὐτοῦ μετ’ αὐτοῦ καὶ ἀπελεύ‐ σεται εἰς τὴν γενεὰν αὐτοῦ, εἰς τὴν κατάσχεσιν τὴν πατρικὴν ἀπο‐ δραμεῖται,</w:t>
      </w:r>
    </w:p>
    <w:p>
      <w:r>
        <w:rPr>
          <w:rFonts w:ascii="Courier New" w:hAnsi="Courier New"/>
          <w:color w:val="555555"/>
          <w:sz w:val="20"/>
        </w:rPr>
        <w:t>[Lev . 25 . 42]</w:t>
      </w:r>
    </w:p>
    <w:p>
      <w:r>
        <w:rPr>
          <w:rFonts w:ascii="Gentium Plus" w:hAnsi="Gentium Plus"/>
          <w:sz w:val="24"/>
        </w:rPr>
        <w:t>διότι οἰκέται μού εἰσιν οὗτοι, οὓς ἐξήγαγον ἐκ γῆς Αἰγύπτου, οὐ πραθήσεται ἐν πράσει οἰκέτου·</w:t>
      </w:r>
    </w:p>
    <w:p>
      <w:r>
        <w:rPr>
          <w:rFonts w:ascii="Courier New" w:hAnsi="Courier New"/>
          <w:color w:val="555555"/>
          <w:sz w:val="20"/>
        </w:rPr>
        <w:t>[Lev . 25 . 43]</w:t>
      </w:r>
    </w:p>
    <w:p>
      <w:r>
        <w:rPr>
          <w:rFonts w:ascii="Gentium Plus" w:hAnsi="Gentium Plus"/>
          <w:sz w:val="24"/>
        </w:rPr>
        <w:t>οὐ κατατενεῖς αὐ‐ τὸν ἐν τῷ μόχθῳ καὶ φοβηθήσῃ κύριον τὸν θεόν σου.</w:t>
      </w:r>
    </w:p>
    <w:p>
      <w:r>
        <w:rPr>
          <w:rFonts w:ascii="Courier New" w:hAnsi="Courier New"/>
          <w:color w:val="555555"/>
          <w:sz w:val="20"/>
        </w:rPr>
        <w:t>[Lev . 25 . 44]</w:t>
      </w:r>
    </w:p>
    <w:p>
      <w:r>
        <w:rPr>
          <w:rFonts w:ascii="Gentium Plus" w:hAnsi="Gentium Plus"/>
          <w:sz w:val="24"/>
        </w:rPr>
        <w:t>καὶ παῖς καὶ παιδίσκη, ὅσοι ἂν γένωνταί σοι ἀπὸ τῶν ἐθνῶν, ὅσοι κύκλῳ σού εἰσιν, ἀπ’ αὐτῶν κτήσεσθε δοῦλον καὶ δούλην.</w:t>
      </w:r>
    </w:p>
    <w:p>
      <w:r>
        <w:rPr>
          <w:rFonts w:ascii="Courier New" w:hAnsi="Courier New"/>
          <w:color w:val="555555"/>
          <w:sz w:val="20"/>
        </w:rPr>
        <w:t>[Lev . 25 . 45]</w:t>
      </w:r>
    </w:p>
    <w:p>
      <w:r>
        <w:rPr>
          <w:rFonts w:ascii="Gentium Plus" w:hAnsi="Gentium Plus"/>
          <w:sz w:val="24"/>
        </w:rPr>
        <w:t>καὶ ἀπὸ τῶν υἱῶν τῶν παροίκων τῶν ὄντων ἐν ὑμῖν, ἀπὸ τούτων κτήσεσθε καὶ ἀπὸ τῶν συγγενῶν αὐτῶν, ὅσοι ἂν γένωνται ἐν τῇ γῇ ὑμῶν· ἔστωσαν ὑμῖν εἰς κατάσχεσιν.</w:t>
      </w:r>
    </w:p>
    <w:p>
      <w:r>
        <w:rPr>
          <w:rFonts w:ascii="Courier New" w:hAnsi="Courier New"/>
          <w:color w:val="555555"/>
          <w:sz w:val="20"/>
        </w:rPr>
        <w:t>[Lev . 25 . 46]</w:t>
      </w:r>
    </w:p>
    <w:p>
      <w:r>
        <w:rPr>
          <w:rFonts w:ascii="Gentium Plus" w:hAnsi="Gentium Plus"/>
          <w:sz w:val="24"/>
        </w:rPr>
        <w:t>καὶ καταμεριεῖτε αὐτοὺς τοῖς τέ‐ κνοις ὑμῶν μεθ’ ὑμᾶς, καὶ ἔσονται ὑμῖν κατόχιμοι εἰς τὸν αἰῶνα· τῶν ἀδελφῶν ὑμῶν τῶν υἱῶν Ισραηλ ἕκαστος τὸν ἀδελφὸν αὐ‐ τοῦ οὐ κατατενεῖ αὐτὸν ἐν τοῖς μόχθοις.</w:t>
      </w:r>
    </w:p>
    <w:p>
      <w:r>
        <w:rPr>
          <w:rFonts w:ascii="Courier New" w:hAnsi="Courier New"/>
          <w:color w:val="555555"/>
          <w:sz w:val="20"/>
        </w:rPr>
        <w:t>[Lev . 25 . 47]</w:t>
      </w:r>
    </w:p>
    <w:p>
      <w:r>
        <w:rPr>
          <w:rFonts w:ascii="Gentium Plus" w:hAnsi="Gentium Plus"/>
          <w:sz w:val="24"/>
        </w:rPr>
        <w:t>Ἐὰν δὲ εὕρῃ ἡ χεὶρ τοῦ προσηλύτου ἢ τοῦ παροίκου τοῦ παρὰ σοὶ καὶ ἀπορηθεὶς ὁ ἀδελφός σου πραθῇ τῷ προσηλύτῳ ἢ τῷ παροίκῳ τῷ παρὰ σοὶ ἐκ γενετῆς προσηλύτῳ,</w:t>
      </w:r>
    </w:p>
    <w:p>
      <w:r>
        <w:rPr>
          <w:rFonts w:ascii="Courier New" w:hAnsi="Courier New"/>
          <w:color w:val="555555"/>
          <w:sz w:val="20"/>
        </w:rPr>
        <w:t>[Lev . 25 . 48]</w:t>
      </w:r>
    </w:p>
    <w:p>
      <w:r>
        <w:rPr>
          <w:rFonts w:ascii="Gentium Plus" w:hAnsi="Gentium Plus"/>
          <w:sz w:val="24"/>
        </w:rPr>
        <w:t>μετὰ τὸ πρα‐ θῆναι αὐτῷ λύτρωσις ἔσται αὐτῷ· εἷς τῶν ἀδελφῶν αὐτοῦ λυ‐ τρώσεται αὐτόν,</w:t>
      </w:r>
    </w:p>
    <w:p>
      <w:r>
        <w:rPr>
          <w:rFonts w:ascii="Courier New" w:hAnsi="Courier New"/>
          <w:color w:val="555555"/>
          <w:sz w:val="20"/>
        </w:rPr>
        <w:t>[Lev . 25 . 49]</w:t>
      </w:r>
    </w:p>
    <w:p>
      <w:r>
        <w:rPr>
          <w:rFonts w:ascii="Gentium Plus" w:hAnsi="Gentium Plus"/>
          <w:sz w:val="24"/>
        </w:rPr>
        <w:t>ἀδελφὸς πατρὸς αὐτοῦ ἢ υἱὸς ἀδελφοῦ πατρὸς λυτρώσεται αὐτὸν ἢ ἀπὸ τῶν οἰκείων τῶν σαρκῶν αὐτοῦ ἐκ τῆς φυλῆς αὐτοῦ λυτρώσεται αὐτόν· ἐὰν δὲ εὐπορηθεὶς ταῖς χερσὶν λυτρώσηται ἑαυτόν,</w:t>
      </w:r>
    </w:p>
    <w:p>
      <w:r>
        <w:rPr>
          <w:rFonts w:ascii="Courier New" w:hAnsi="Courier New"/>
          <w:color w:val="555555"/>
          <w:sz w:val="20"/>
        </w:rPr>
        <w:t>[Lev . 25 . 50]</w:t>
      </w:r>
    </w:p>
    <w:p>
      <w:r>
        <w:rPr>
          <w:rFonts w:ascii="Gentium Plus" w:hAnsi="Gentium Plus"/>
          <w:sz w:val="24"/>
        </w:rPr>
        <w:t>καὶ συλλογιεῖται πρὸς τὸν κεκτημένον αὐτὸν</w:t>
      </w:r>
    </w:p>
    <w:p>
      <w:r>
        <w:rPr>
          <w:rFonts w:ascii="Courier New" w:hAnsi="Courier New"/>
          <w:color w:val="555555"/>
          <w:sz w:val="20"/>
        </w:rPr>
        <w:t>[Lev . 25 . 51]</w:t>
      </w:r>
    </w:p>
    <w:p>
      <w:r>
        <w:rPr>
          <w:rFonts w:ascii="Gentium Plus" w:hAnsi="Gentium Plus"/>
          <w:sz w:val="24"/>
        </w:rPr>
        <w:t>ἐὰν δέ τινι πλεῖον τῶν ἐτῶν ᾖ, πρὸς ταῦτα ἀποδώσει τὰ λύτρα αὐτοῦ ἀπὸ τοῦ ἀργυρίου τῆς πρά‐ σεως αὐτοῦ·</w:t>
      </w:r>
    </w:p>
    <w:p>
      <w:r>
        <w:rPr>
          <w:rFonts w:ascii="Courier New" w:hAnsi="Courier New"/>
          <w:color w:val="555555"/>
          <w:sz w:val="20"/>
        </w:rPr>
        <w:t>[Lev . 25 . 52]</w:t>
      </w:r>
    </w:p>
    <w:p>
      <w:r>
        <w:rPr>
          <w:rFonts w:ascii="Gentium Plus" w:hAnsi="Gentium Plus"/>
          <w:sz w:val="24"/>
        </w:rPr>
        <w:t>ἐὰν δὲ ὀλίγον καταλειφθῇ ἀπὸ τῶν ἐτῶν εἰς τὸν ἐνιαυτὸν τῆς ἀφέσεως, καὶ συλλογιεῖται αὐτῷ κατὰ τὰ ἔτη αὐτοῦ, καὶ ἀποδώσει τὰ λύτρα αὐτοῦ.</w:t>
      </w:r>
    </w:p>
    <w:p>
      <w:r>
        <w:rPr>
          <w:rFonts w:ascii="Courier New" w:hAnsi="Courier New"/>
          <w:color w:val="555555"/>
          <w:sz w:val="20"/>
        </w:rPr>
        <w:t>[Lev . 25 . 53]</w:t>
      </w:r>
    </w:p>
    <w:p>
      <w:r>
        <w:rPr>
          <w:rFonts w:ascii="Gentium Plus" w:hAnsi="Gentium Plus"/>
          <w:sz w:val="24"/>
        </w:rPr>
        <w:t>ὡς μισθωτὸς ἐνιαυτὸν ἐξ ἐνιαυ‐ τοῦ ἔσται μετ’ αὐτοῦ· οὐ κατατενεῖς αὐτὸν ἐν τῷ μόχθῳ ἐνώπιόν σου.</w:t>
      </w:r>
    </w:p>
    <w:p>
      <w:r>
        <w:rPr>
          <w:rFonts w:ascii="Courier New" w:hAnsi="Courier New"/>
          <w:color w:val="555555"/>
          <w:sz w:val="20"/>
        </w:rPr>
        <w:t>[Lev . 25 . 54]</w:t>
      </w:r>
    </w:p>
    <w:p>
      <w:r>
        <w:rPr>
          <w:rFonts w:ascii="Gentium Plus" w:hAnsi="Gentium Plus"/>
          <w:sz w:val="24"/>
        </w:rPr>
        <w:t>ἐὰν δὲ μὴ λυτρῶται κατὰ ταῦτα, ἐξελεύσεται ἐν τῷ ἔτει τῆς ἀφέσεως αὐτὸς καὶ τὰ παιδία αὐτοῦ μετ’ αὐτοῦ.</w:t>
      </w:r>
    </w:p>
    <w:p>
      <w:r>
        <w:rPr>
          <w:rFonts w:ascii="Courier New" w:hAnsi="Courier New"/>
          <w:color w:val="555555"/>
          <w:sz w:val="20"/>
        </w:rPr>
        <w:t>[Lev . 25 . 55]</w:t>
      </w:r>
    </w:p>
    <w:p>
      <w:r>
        <w:rPr>
          <w:rFonts w:ascii="Gentium Plus" w:hAnsi="Gentium Plus"/>
          <w:sz w:val="24"/>
        </w:rPr>
        <w:t>ὅτι ἐμοὶ οἱ υἱοὶ Ισραηλ οἰκέται, παῖδές μου οὗτοί εἰσιν, οὓς ἐξήγαγον ἐκ γῆς Αἰ‐ γύπτου· ἐγὼ κύριος ὁ θεὸς ὑμῶν.</w:t>
      </w:r>
    </w:p>
    <w:p>
      <w:r>
        <w:rPr>
          <w:rFonts w:ascii="Courier New" w:hAnsi="Courier New"/>
          <w:color w:val="555555"/>
          <w:sz w:val="20"/>
        </w:rPr>
        <w:t>[Lev . 26 . 1]</w:t>
      </w:r>
    </w:p>
    <w:p>
      <w:r>
        <w:rPr>
          <w:rFonts w:ascii="Gentium Plus" w:hAnsi="Gentium Plus"/>
          <w:sz w:val="24"/>
        </w:rPr>
        <w:t>Οὐ ποιήσετε ὑμῖν αὐτοῖς χειροποίητα οὐδὲ γλυπτὰ οὐδὲ στή‐ λην ἀναστήσετε ὑμῖν οὐδὲ λίθον σκοπὸν θήσετε ἐν τῇ γῇ ὑμῶν προσκυνῆσαι αὐτῷ· ἐγώ εἰμι κύριος ὁ θεὸς ὑμῶν.</w:t>
      </w:r>
    </w:p>
    <w:p>
      <w:r>
        <w:rPr>
          <w:rFonts w:ascii="Courier New" w:hAnsi="Courier New"/>
          <w:color w:val="555555"/>
          <w:sz w:val="20"/>
        </w:rPr>
        <w:t>[Lev . 26 . 2]</w:t>
      </w:r>
    </w:p>
    <w:p>
      <w:r>
        <w:rPr>
          <w:rFonts w:ascii="Gentium Plus" w:hAnsi="Gentium Plus"/>
          <w:sz w:val="24"/>
        </w:rPr>
        <w:t>τὰ σάββατά μου φυλάξεσθε καὶ ἀπὸ τῶν ἁγίων μου φοβηθήσεσθε· ἐγώ εἰμι κύριος.</w:t>
      </w:r>
    </w:p>
    <w:p>
      <w:r>
        <w:rPr>
          <w:rFonts w:ascii="Courier New" w:hAnsi="Courier New"/>
          <w:color w:val="555555"/>
          <w:sz w:val="20"/>
        </w:rPr>
        <w:t>[Lev . 26 . 3]</w:t>
      </w:r>
    </w:p>
    <w:p>
      <w:r>
        <w:rPr>
          <w:rFonts w:ascii="Gentium Plus" w:hAnsi="Gentium Plus"/>
          <w:sz w:val="24"/>
        </w:rPr>
        <w:t>Ἐὰν τοῖς προστάγμασίν μου πορεύησθε καὶ τὰς ἐντολάς μου φυλάσσησθε καὶ ποιήσητε αὐτάς,</w:t>
      </w:r>
    </w:p>
    <w:p>
      <w:r>
        <w:rPr>
          <w:rFonts w:ascii="Courier New" w:hAnsi="Courier New"/>
          <w:color w:val="555555"/>
          <w:sz w:val="20"/>
        </w:rPr>
        <w:t>[Lev . 26 . 4]</w:t>
      </w:r>
    </w:p>
    <w:p>
      <w:r>
        <w:rPr>
          <w:rFonts w:ascii="Gentium Plus" w:hAnsi="Gentium Plus"/>
          <w:sz w:val="24"/>
        </w:rPr>
        <w:t>καὶ δώσω τὸν ὑετὸν ὑμῖν ἐν καιρῷ αὐτοῦ, καὶ ἡ γῆ δώσει τὰ γενήματα αὐτῆς, καὶ τὰ ξύλα τῶν πεδίων ἀποδώσει τὸν καρπὸν αὐτῶν·</w:t>
      </w:r>
    </w:p>
    <w:p>
      <w:r>
        <w:rPr>
          <w:rFonts w:ascii="Courier New" w:hAnsi="Courier New"/>
          <w:color w:val="555555"/>
          <w:sz w:val="20"/>
        </w:rPr>
        <w:t>[Lev . 26 . 5]</w:t>
      </w:r>
    </w:p>
    <w:p>
      <w:r>
        <w:rPr>
          <w:rFonts w:ascii="Gentium Plus" w:hAnsi="Gentium Plus"/>
          <w:sz w:val="24"/>
        </w:rPr>
        <w:t>καὶ καταλήμψεται ὑμῖν ὁ ἀλοητὸς τὸν τρύγητον, καὶ ὁ τρύγητος καταλήμψεται τὸν σπόρον, καὶ φάγεσθε τὸν ἄρτον ὑμῶν εἰς πλησμονὴν καὶ κατοικήσετε μετὰ ἀσφαλείας ἐπὶ τῆς γῆς ὑμῶν.</w:t>
      </w:r>
    </w:p>
    <w:p>
      <w:r>
        <w:rPr>
          <w:rFonts w:ascii="Courier New" w:hAnsi="Courier New"/>
          <w:color w:val="555555"/>
          <w:sz w:val="20"/>
        </w:rPr>
        <w:t>[Lev . 26 . 6]</w:t>
      </w:r>
    </w:p>
    <w:p>
      <w:r>
        <w:rPr>
          <w:rFonts w:ascii="Gentium Plus" w:hAnsi="Gentium Plus"/>
          <w:sz w:val="24"/>
        </w:rPr>
        <w:t>καὶ πόλεμος οὐ διελεύσεται διὰ τῆς γῆς ὑμῶν, καὶ δώσω εἰρήνην ἐν τῇ γῇ ὑμῶν, καὶ κοιμηθήσεσθε, καὶ οὐκ ἔσται ὑμᾶς ὁ ἐκφοβῶν, καὶ ἀπολῶ θηρία πονηρὰ ἐκ τῆς γῆς ὑμῶν.</w:t>
      </w:r>
    </w:p>
    <w:p>
      <w:r>
        <w:rPr>
          <w:rFonts w:ascii="Courier New" w:hAnsi="Courier New"/>
          <w:color w:val="555555"/>
          <w:sz w:val="20"/>
        </w:rPr>
        <w:t>[Lev . 26 . 7]</w:t>
      </w:r>
    </w:p>
    <w:p>
      <w:r>
        <w:rPr>
          <w:rFonts w:ascii="Gentium Plus" w:hAnsi="Gentium Plus"/>
          <w:sz w:val="24"/>
        </w:rPr>
        <w:t>καὶ διώξεσθε τοὺς ἐχθροὺς ὑμῶν, καὶ πεσοῦνται ἐναν‐ τίον ὑμῶν φόνῳ·</w:t>
      </w:r>
    </w:p>
    <w:p>
      <w:r>
        <w:rPr>
          <w:rFonts w:ascii="Courier New" w:hAnsi="Courier New"/>
          <w:color w:val="555555"/>
          <w:sz w:val="20"/>
        </w:rPr>
        <w:t>[Lev . 26 . 8]</w:t>
      </w:r>
    </w:p>
    <w:p>
      <w:r>
        <w:rPr>
          <w:rFonts w:ascii="Gentium Plus" w:hAnsi="Gentium Plus"/>
          <w:sz w:val="24"/>
        </w:rPr>
        <w:t>καὶ διώξονται ἐξ ὑμῶν πέντε ἑκατόν, καὶ ἑκα‐ τὸν ὑμῶν διώξονται μυριάδας, καὶ πεσοῦνται οἱ ἐχθροὶ ὑμῶν ἐναν‐ τίον ὑμῶν μαχαίρᾳ.</w:t>
      </w:r>
    </w:p>
    <w:p>
      <w:r>
        <w:rPr>
          <w:rFonts w:ascii="Courier New" w:hAnsi="Courier New"/>
          <w:color w:val="555555"/>
          <w:sz w:val="20"/>
        </w:rPr>
        <w:t>[Lev . 26 . 9]</w:t>
      </w:r>
    </w:p>
    <w:p>
      <w:r>
        <w:rPr>
          <w:rFonts w:ascii="Gentium Plus" w:hAnsi="Gentium Plus"/>
          <w:sz w:val="24"/>
        </w:rPr>
        <w:t>καὶ ἐπιβλέψω ἐφ’ ὑμᾶς καὶ αὐξανῶ ὑμᾶς καὶ πληθυνῶ ὑμᾶς καὶ στήσω τὴν διαθήκην μου μεθ’ ὑμῶν.</w:t>
      </w:r>
    </w:p>
    <w:p>
      <w:r>
        <w:rPr>
          <w:rFonts w:ascii="Courier New" w:hAnsi="Courier New"/>
          <w:color w:val="555555"/>
          <w:sz w:val="20"/>
        </w:rPr>
        <w:t>[Lev . 26 . 10]</w:t>
      </w:r>
    </w:p>
    <w:p>
      <w:r>
        <w:rPr>
          <w:rFonts w:ascii="Gentium Plus" w:hAnsi="Gentium Plus"/>
          <w:sz w:val="24"/>
        </w:rPr>
        <w:t>καὶ φά‐ γεσθε παλαιὰ καὶ παλαιὰ παλαιῶν καὶ παλαιὰ ἐκ προσώπου νέων ἐξοίσετε.</w:t>
      </w:r>
    </w:p>
    <w:p>
      <w:r>
        <w:rPr>
          <w:rFonts w:ascii="Courier New" w:hAnsi="Courier New"/>
          <w:color w:val="555555"/>
          <w:sz w:val="20"/>
        </w:rPr>
        <w:t>[Lev . 26 . 11]</w:t>
      </w:r>
    </w:p>
    <w:p>
      <w:r>
        <w:rPr>
          <w:rFonts w:ascii="Gentium Plus" w:hAnsi="Gentium Plus"/>
          <w:sz w:val="24"/>
        </w:rPr>
        <w:t>καὶ θήσω τὴν διαθήκην μου ἐν ὑμῖν, καὶ οὐ βδελύξεται ἡ ψυχή μου ὑμᾶς·</w:t>
      </w:r>
    </w:p>
    <w:p>
      <w:r>
        <w:rPr>
          <w:rFonts w:ascii="Courier New" w:hAnsi="Courier New"/>
          <w:color w:val="555555"/>
          <w:sz w:val="20"/>
        </w:rPr>
        <w:t>[Lev . 26 . 12]</w:t>
      </w:r>
    </w:p>
    <w:p>
      <w:r>
        <w:rPr>
          <w:rFonts w:ascii="Gentium Plus" w:hAnsi="Gentium Plus"/>
          <w:sz w:val="24"/>
        </w:rPr>
        <w:t>καὶ ἐμπεριπατήσω ἐν ὑμῖν καὶ ἔσομαι ὑμῶν θεός, καὶ ὑμεῖς ἔσεσθέ μου λαός.</w:t>
      </w:r>
    </w:p>
    <w:p>
      <w:r>
        <w:rPr>
          <w:rFonts w:ascii="Courier New" w:hAnsi="Courier New"/>
          <w:color w:val="555555"/>
          <w:sz w:val="20"/>
        </w:rPr>
        <w:t>[Lev . 26 . 13]</w:t>
      </w:r>
    </w:p>
    <w:p>
      <w:r>
        <w:rPr>
          <w:rFonts w:ascii="Gentium Plus" w:hAnsi="Gentium Plus"/>
          <w:sz w:val="24"/>
        </w:rPr>
        <w:t>ἐγώ εἰμι κύριος ὁ θεὸς ὑμῶν ὁ ἐξαγαγὼν ὑμᾶς ἐκ γῆς Αἰγύπτου ὄντων ὑμῶν δούλων καὶ συνέ‐ τριψα τὸν δεσμὸν τοῦ ζυγοῦ ὑμῶν καὶ ἤγαγον ὑμᾶς μετὰ παρρησίας.</w:t>
      </w:r>
    </w:p>
    <w:p>
      <w:r>
        <w:rPr>
          <w:rFonts w:ascii="Courier New" w:hAnsi="Courier New"/>
          <w:color w:val="555555"/>
          <w:sz w:val="20"/>
        </w:rPr>
        <w:t>[Lev . 26 . 14]</w:t>
      </w:r>
    </w:p>
    <w:p>
      <w:r>
        <w:rPr>
          <w:rFonts w:ascii="Gentium Plus" w:hAnsi="Gentium Plus"/>
          <w:sz w:val="24"/>
        </w:rPr>
        <w:t>Ἐὰν δὲ μὴ ὑπακούσητέ μου μηδὲ ποιήσητε τὰ προστάγματά μου ταῦτα,</w:t>
      </w:r>
    </w:p>
    <w:p>
      <w:r>
        <w:rPr>
          <w:rFonts w:ascii="Courier New" w:hAnsi="Courier New"/>
          <w:color w:val="555555"/>
          <w:sz w:val="20"/>
        </w:rPr>
        <w:t>[Lev . 26 . 15]</w:t>
      </w:r>
    </w:p>
    <w:p>
      <w:r>
        <w:rPr>
          <w:rFonts w:ascii="Gentium Plus" w:hAnsi="Gentium Plus"/>
          <w:sz w:val="24"/>
        </w:rPr>
        <w:t>ἀλλὰ ἀπειθήσητε αὐτοῖς καὶ τοῖς κρίμασίν μου προσο‐</w:t>
      </w:r>
    </w:p>
    <w:p>
      <w:r>
        <w:rPr>
          <w:rFonts w:ascii="Courier New" w:hAnsi="Courier New"/>
          <w:color w:val="555555"/>
          <w:sz w:val="20"/>
        </w:rPr>
        <w:t>[Lev . 26 . 16]</w:t>
      </w:r>
    </w:p>
    <w:p>
      <w:r>
        <w:rPr>
          <w:rFonts w:ascii="Gentium Plus" w:hAnsi="Gentium Plus"/>
          <w:sz w:val="24"/>
        </w:rPr>
        <w:t>καὶ ἐγὼ ποιήσω οὕτως ὑμῖν καὶ ἐπισυστήσω ἐφ’ ὑμᾶς τὴν ἀπορίαν τήν τε ψώραν καὶ τὸν ἴκτερον καὶ σφακελίζοντας τοὺς ὀφθαλμοὺς ὑμῶν καὶ τὴν ψυχὴν ὑμῶν ἐκτήκουσαν, καὶ σπερεῖτε διὰ κενῆς τὰ σπέρματα</w:t>
      </w:r>
    </w:p>
    <w:p>
      <w:r>
        <w:rPr>
          <w:rFonts w:ascii="Courier New" w:hAnsi="Courier New"/>
          <w:color w:val="555555"/>
          <w:sz w:val="20"/>
        </w:rPr>
        <w:t>[5]</w:t>
      </w:r>
    </w:p>
    <w:p>
      <w:r>
        <w:rPr>
          <w:rFonts w:ascii="Gentium Plus" w:hAnsi="Gentium Plus"/>
          <w:sz w:val="24"/>
        </w:rPr>
        <w:t>ὑμῶν, καὶ ἔδονται οἱ ὑπεναντίοι ὑμῶν·</w:t>
      </w:r>
    </w:p>
    <w:p>
      <w:r>
        <w:rPr>
          <w:rFonts w:ascii="Courier New" w:hAnsi="Courier New"/>
          <w:color w:val="555555"/>
          <w:sz w:val="20"/>
        </w:rPr>
        <w:t>[Lev . 26 . 17]</w:t>
      </w:r>
    </w:p>
    <w:p>
      <w:r>
        <w:rPr>
          <w:rFonts w:ascii="Gentium Plus" w:hAnsi="Gentium Plus"/>
          <w:sz w:val="24"/>
        </w:rPr>
        <w:t>καὶ ἐπιστήσω τὸ πρόσ‐ ωπόν μου ἐφ’ ὑμᾶς, καὶ πεσεῖσθε ἐναντίον τῶν ἐχθρῶν ὑμῶν, καὶ διώξονται ὑμᾶς οἱ μισοῦντες ὑμᾶς, καὶ φεύξεσθε οὐθενὸς διώκον‐ τος ὑμᾶς. —</w:t>
      </w:r>
    </w:p>
    <w:p>
      <w:r>
        <w:rPr>
          <w:rFonts w:ascii="Courier New" w:hAnsi="Courier New"/>
          <w:color w:val="555555"/>
          <w:sz w:val="20"/>
        </w:rPr>
        <w:t>[Lev . 26 . 18]</w:t>
      </w:r>
    </w:p>
    <w:p>
      <w:r>
        <w:rPr>
          <w:rFonts w:ascii="Gentium Plus" w:hAnsi="Gentium Plus"/>
          <w:sz w:val="24"/>
        </w:rPr>
        <w:t>καὶ ἐὰν ἕως τούτου μὴ ὑπακούσητέ μου, καὶ προσ‐ θήσω τοῦ παιδεῦσαι ὑμᾶς ἑπτάκις ἐπὶ ταῖς ἁμαρτίαις ὑμῶν</w:t>
      </w:r>
    </w:p>
    <w:p>
      <w:r>
        <w:rPr>
          <w:rFonts w:ascii="Courier New" w:hAnsi="Courier New"/>
          <w:color w:val="555555"/>
          <w:sz w:val="20"/>
        </w:rPr>
        <w:t>[Lev . 26 . 19]</w:t>
      </w:r>
    </w:p>
    <w:p>
      <w:r>
        <w:rPr>
          <w:rFonts w:ascii="Gentium Plus" w:hAnsi="Gentium Plus"/>
          <w:sz w:val="24"/>
        </w:rPr>
        <w:t>καὶ συντρίψω τὴν ὕβριν τῆς ὑπερηφανίας ὑμῶν καὶ θήσω τὸν οὐρα‐ νὸν ὑμῖν σιδηροῦν καὶ τὴν γῆν ὑμῶν ὡσεὶ χαλκῆν,</w:t>
      </w:r>
    </w:p>
    <w:p>
      <w:r>
        <w:rPr>
          <w:rFonts w:ascii="Courier New" w:hAnsi="Courier New"/>
          <w:color w:val="555555"/>
          <w:sz w:val="20"/>
        </w:rPr>
        <w:t>[Lev . 26 . 20]</w:t>
      </w:r>
    </w:p>
    <w:p>
      <w:r>
        <w:rPr>
          <w:rFonts w:ascii="Gentium Plus" w:hAnsi="Gentium Plus"/>
          <w:sz w:val="24"/>
        </w:rPr>
        <w:t>καὶ ἔσται εἰς κενὸν ἡ ἰσχὺς ὑμῶν, καὶ οὐ δώσει ἡ γῆ ὑμῶν τὸν σπόρον αὐτῆς, καὶ τὸ ξύλον τοῦ ἀγροῦ ὑμῶν οὐ δώσει τὸν καρπὸν αὐ‐ τοῦ. —</w:t>
      </w:r>
    </w:p>
    <w:p>
      <w:r>
        <w:rPr>
          <w:rFonts w:ascii="Courier New" w:hAnsi="Courier New"/>
          <w:color w:val="555555"/>
          <w:sz w:val="20"/>
        </w:rPr>
        <w:t>[Lev . 26 . 21]</w:t>
      </w:r>
    </w:p>
    <w:p>
      <w:r>
        <w:rPr>
          <w:rFonts w:ascii="Gentium Plus" w:hAnsi="Gentium Plus"/>
          <w:sz w:val="24"/>
        </w:rPr>
        <w:t>καὶ ἐὰν μετὰ ταῦτα πορεύησθε πλάγιοι καὶ μὴ βούλησθε ὑπακούειν μου, προσθήσω ὑμῖν πληγὰς ἑπτὰ κατὰ τὰς ἁμαρτίας ὑμῶν</w:t>
      </w:r>
    </w:p>
    <w:p>
      <w:r>
        <w:rPr>
          <w:rFonts w:ascii="Courier New" w:hAnsi="Courier New"/>
          <w:color w:val="555555"/>
          <w:sz w:val="20"/>
        </w:rPr>
        <w:t>[Lev . 26 . 22]</w:t>
      </w:r>
    </w:p>
    <w:p>
      <w:r>
        <w:rPr>
          <w:rFonts w:ascii="Gentium Plus" w:hAnsi="Gentium Plus"/>
          <w:sz w:val="24"/>
        </w:rPr>
        <w:t>καὶ ἀποστελῶ ἐφ’ ὑμᾶς τὰ θηρία τὰ ἄγρια τῆς γῆς, καὶ κατέδεται ὑμᾶς καὶ ἐξαναλώσει τὰ κτήνη ὑμῶν καὶ ὀλιγοστοὺς ποιήσει ὑμᾶς, καὶ ἐρημωθήσονται αἱ ὁδοὶ ὑμῶν. —</w:t>
      </w:r>
    </w:p>
    <w:p>
      <w:r>
        <w:rPr>
          <w:rFonts w:ascii="Courier New" w:hAnsi="Courier New"/>
          <w:color w:val="555555"/>
          <w:sz w:val="20"/>
        </w:rPr>
        <w:t>[Lev . 26 . 23]</w:t>
      </w:r>
    </w:p>
    <w:p>
      <w:r>
        <w:rPr>
          <w:rFonts w:ascii="Gentium Plus" w:hAnsi="Gentium Plus"/>
          <w:sz w:val="24"/>
        </w:rPr>
        <w:t>καὶ ἐπὶ τού‐ τοις ἐὰν μὴ παιδευθῆτε, ἀλλὰ πορεύησθε πρός με πλάγιοι,</w:t>
      </w:r>
    </w:p>
    <w:p>
      <w:r>
        <w:rPr>
          <w:rFonts w:ascii="Courier New" w:hAnsi="Courier New"/>
          <w:color w:val="555555"/>
          <w:sz w:val="20"/>
        </w:rPr>
        <w:t>[Lev . 26 . 24]</w:t>
      </w:r>
    </w:p>
    <w:p>
      <w:r>
        <w:rPr>
          <w:rFonts w:ascii="Gentium Plus" w:hAnsi="Gentium Plus"/>
          <w:sz w:val="24"/>
        </w:rPr>
        <w:t>πορεύ‐ σομαι κἀγὼ μεθ’ ὑμῶν θυμῷ πλαγίῳ καὶ πατάξω ὑμᾶς κἀγὼ ἑπτάκις ἀντὶ τῶν ἁμαρτιῶν ὑμῶν</w:t>
      </w:r>
    </w:p>
    <w:p>
      <w:r>
        <w:rPr>
          <w:rFonts w:ascii="Courier New" w:hAnsi="Courier New"/>
          <w:color w:val="555555"/>
          <w:sz w:val="20"/>
        </w:rPr>
        <w:t>[Lev . 26 . 25]</w:t>
      </w:r>
    </w:p>
    <w:p>
      <w:r>
        <w:rPr>
          <w:rFonts w:ascii="Gentium Plus" w:hAnsi="Gentium Plus"/>
          <w:sz w:val="24"/>
        </w:rPr>
        <w:t>καὶ ἐπάξω ἐφ’ ὑμᾶς μάχαιραν ἐκδικοῦ‐ σαν δίκην διαθήκης, καὶ καταφεύξεσθε εἰς τὰς πόλεις ὑμῶν· καὶ ἐξαποστελῶ θάνατον εἰς ὑμᾶς, καὶ παραδοθήσεσθε εἰς χεῖρας ἐχθρῶν.</w:t>
      </w:r>
    </w:p>
    <w:p>
      <w:r>
        <w:rPr>
          <w:rFonts w:ascii="Courier New" w:hAnsi="Courier New"/>
          <w:color w:val="555555"/>
          <w:sz w:val="20"/>
        </w:rPr>
        <w:t>[Lev . 26 . 26]</w:t>
      </w:r>
    </w:p>
    <w:p>
      <w:r>
        <w:rPr>
          <w:rFonts w:ascii="Gentium Plus" w:hAnsi="Gentium Plus"/>
          <w:sz w:val="24"/>
        </w:rPr>
        <w:t>ἐν τῷ θλῖψαι ὑμᾶς σιτοδείᾳ ἄρτων καὶ πέψουσιν δέκα γυναῖκες τοὺς ἄρτους ὑμῶν ἐν κλιβάνῳ ἑνὶ καὶ ἀποδώσουσιν τοὺς ἄρτους ὑμῶν ἐν σταθμῷ, καὶ φάγεσθε καὶ οὐ μὴ ἐμπλησθῆτε. —</w:t>
      </w:r>
    </w:p>
    <w:p>
      <w:r>
        <w:rPr>
          <w:rFonts w:ascii="Courier New" w:hAnsi="Courier New"/>
          <w:color w:val="555555"/>
          <w:sz w:val="20"/>
        </w:rPr>
        <w:t>[Lev . 26 . 27]</w:t>
      </w:r>
    </w:p>
    <w:p>
      <w:r>
        <w:rPr>
          <w:rFonts w:ascii="Gentium Plus" w:hAnsi="Gentium Plus"/>
          <w:sz w:val="24"/>
        </w:rPr>
        <w:t>ἐὰν δὲ ἐπὶ τούτοις μὴ ὑπακούσητέ μου καὶ πορεύησθε πρός με πλάγιοι,</w:t>
      </w:r>
    </w:p>
    <w:p>
      <w:r>
        <w:rPr>
          <w:rFonts w:ascii="Courier New" w:hAnsi="Courier New"/>
          <w:color w:val="555555"/>
          <w:sz w:val="20"/>
        </w:rPr>
        <w:t>[Lev . 26 . 28]</w:t>
      </w:r>
    </w:p>
    <w:p>
      <w:r>
        <w:rPr>
          <w:rFonts w:ascii="Gentium Plus" w:hAnsi="Gentium Plus"/>
          <w:sz w:val="24"/>
        </w:rPr>
        <w:t>καὶ αὐτὸς πορεύσομαι μεθ’ ὑμῶν ἐν θυμῷ πλαγίῳ καὶ παιδεύσω ὑμᾶς ἐγὼ ἑπτάκις κατὰ τὰς ἁμαρτίας ὑμῶν,</w:t>
      </w:r>
    </w:p>
    <w:p>
      <w:r>
        <w:rPr>
          <w:rFonts w:ascii="Courier New" w:hAnsi="Courier New"/>
          <w:color w:val="555555"/>
          <w:sz w:val="20"/>
        </w:rPr>
        <w:t>[Lev . 26 . 29]</w:t>
      </w:r>
    </w:p>
    <w:p>
      <w:r>
        <w:rPr>
          <w:rFonts w:ascii="Gentium Plus" w:hAnsi="Gentium Plus"/>
          <w:sz w:val="24"/>
        </w:rPr>
        <w:t>καὶ φά‐ γεσθε τὰς σάρκας τῶν υἱῶν ὑμῶν καὶ τὰς σάρκας τῶν θυγατέρων ὑμῶν φάγεσθε·</w:t>
      </w:r>
    </w:p>
    <w:p>
      <w:r>
        <w:rPr>
          <w:rFonts w:ascii="Courier New" w:hAnsi="Courier New"/>
          <w:color w:val="555555"/>
          <w:sz w:val="20"/>
        </w:rPr>
        <w:t>[Lev . 26 . 30]</w:t>
      </w:r>
    </w:p>
    <w:p>
      <w:r>
        <w:rPr>
          <w:rFonts w:ascii="Gentium Plus" w:hAnsi="Gentium Plus"/>
          <w:sz w:val="24"/>
        </w:rPr>
        <w:t>καὶ ἐρημώσω τὰς στήλας ὑμῶν καὶ ἐξολεθρεύσω τὰ ξύλινα χειροποίητα ὑμῶν καὶ θήσω τὰ κῶλα ὑμῶν ἐπὶ τὰ κῶλα τῶν εἰδώλων ὑμῶν, καὶ προσοχθιεῖ ἡ ψυχή μου ὑμῖν·</w:t>
      </w:r>
    </w:p>
    <w:p>
      <w:r>
        <w:rPr>
          <w:rFonts w:ascii="Courier New" w:hAnsi="Courier New"/>
          <w:color w:val="555555"/>
          <w:sz w:val="20"/>
        </w:rPr>
        <w:t>[Lev . 26 . 31]</w:t>
      </w:r>
    </w:p>
    <w:p>
      <w:r>
        <w:rPr>
          <w:rFonts w:ascii="Gentium Plus" w:hAnsi="Gentium Plus"/>
          <w:sz w:val="24"/>
        </w:rPr>
        <w:t>καὶ θήσω τὰς πόλεις ὑμῶν ἐρήμους καὶ ἐξερημώσω τὰ ἅγια ὑμῶν καὶ οὐ μὴ ὀσφρανθῶ τῆς ὀσμῆς τῶν θυσιῶν ὑμῶν·</w:t>
      </w:r>
    </w:p>
    <w:p>
      <w:r>
        <w:rPr>
          <w:rFonts w:ascii="Courier New" w:hAnsi="Courier New"/>
          <w:color w:val="555555"/>
          <w:sz w:val="20"/>
        </w:rPr>
        <w:t>[Lev . 26 . 32]</w:t>
      </w:r>
    </w:p>
    <w:p>
      <w:r>
        <w:rPr>
          <w:rFonts w:ascii="Gentium Plus" w:hAnsi="Gentium Plus"/>
          <w:sz w:val="24"/>
        </w:rPr>
        <w:t>καὶ ἐξερημώσω ἐγὼ τὴν γῆν ὑμῶν, καὶ θαυμάσονται ἐπ’ αὐτῇ οἱ ἐχθροὶ ὑμῶν οἱ ἐνοικοῦντες ἐν αὐτῇ·</w:t>
      </w:r>
    </w:p>
    <w:p>
      <w:r>
        <w:rPr>
          <w:rFonts w:ascii="Courier New" w:hAnsi="Courier New"/>
          <w:color w:val="555555"/>
          <w:sz w:val="20"/>
        </w:rPr>
        <w:t>[Lev . 26 . 33]</w:t>
      </w:r>
    </w:p>
    <w:p>
      <w:r>
        <w:rPr>
          <w:rFonts w:ascii="Gentium Plus" w:hAnsi="Gentium Plus"/>
          <w:sz w:val="24"/>
        </w:rPr>
        <w:t>καὶ διασπερῶ ὑμᾶς εἰς τὰ ἔθνη, καὶ ἐξανα‐</w:t>
      </w:r>
    </w:p>
    <w:p>
      <w:r>
        <w:rPr>
          <w:rFonts w:ascii="Courier New" w:hAnsi="Courier New"/>
          <w:color w:val="555555"/>
          <w:sz w:val="20"/>
        </w:rPr>
        <w:t>[Lev . 26 . 34]</w:t>
      </w:r>
    </w:p>
    <w:p>
      <w:r>
        <w:rPr>
          <w:rFonts w:ascii="Gentium Plus" w:hAnsi="Gentium Plus"/>
          <w:sz w:val="24"/>
        </w:rPr>
        <w:t>τότε εὐδοκήσει ἡ γῆ τὰ σάββατα αὐτῆς καὶ πάσας τὰς ἡμέρας τῆς ἐρημώσεως αὐτῆς, καὶ ὑμεῖς ἔσεσθε ἐν τῇ γῇ τῶν ἐχθρῶν ὑμῶν· τότε σαββατιεῖ ἡ γῆ καὶ εὐδοκήσει τὰ σάββατα αὐτῆς.</w:t>
      </w:r>
    </w:p>
    <w:p>
      <w:r>
        <w:rPr>
          <w:rFonts w:ascii="Courier New" w:hAnsi="Courier New"/>
          <w:color w:val="555555"/>
          <w:sz w:val="20"/>
        </w:rPr>
        <w:t>[Lev . 26 . 35]</w:t>
      </w:r>
    </w:p>
    <w:p>
      <w:r>
        <w:rPr>
          <w:rFonts w:ascii="Gentium Plus" w:hAnsi="Gentium Plus"/>
          <w:sz w:val="24"/>
        </w:rPr>
        <w:t>πάσας τὰς ἡμέρας τῆς ἐρη‐ μώσεως αὐτῆς σαββατιεῖ ἃ οὐκ ἐσαββάτισεν ἐν τοῖς σαββάτοις ὑμῶν, ἡνίκα κατῳκεῖτε αὐτήν.</w:t>
      </w:r>
    </w:p>
    <w:p>
      <w:r>
        <w:rPr>
          <w:rFonts w:ascii="Courier New" w:hAnsi="Courier New"/>
          <w:color w:val="555555"/>
          <w:sz w:val="20"/>
        </w:rPr>
        <w:t>[Lev . 26 . 36]</w:t>
      </w:r>
    </w:p>
    <w:p>
      <w:r>
        <w:rPr>
          <w:rFonts w:ascii="Gentium Plus" w:hAnsi="Gentium Plus"/>
          <w:sz w:val="24"/>
        </w:rPr>
        <w:t>καὶ τοῖς καταλειφθεῖσιν ἐξ ὑμῶν ἐπάξω δειλίαν εἰς τὴν καρδίαν αὐτῶν ἐν τῇ γῇ τῶν ἐχθρῶν αὐ‐ τῶν, καὶ διώξεται αὐτοὺς φωνὴ φύλλου φερομένου, καὶ φεύξονται ὡς φεύγοντες ἀπὸ πολέμου καὶ πεσοῦνται οὐθενὸς διώκοντος·</w:t>
      </w:r>
    </w:p>
    <w:p>
      <w:r>
        <w:rPr>
          <w:rFonts w:ascii="Courier New" w:hAnsi="Courier New"/>
          <w:color w:val="555555"/>
          <w:sz w:val="20"/>
        </w:rPr>
        <w:t>[Lev . 26 . 37]</w:t>
      </w:r>
    </w:p>
    <w:p>
      <w:r>
        <w:rPr>
          <w:rFonts w:ascii="Gentium Plus" w:hAnsi="Gentium Plus"/>
          <w:sz w:val="24"/>
        </w:rPr>
        <w:t>καὶ ὑπερόψεται ὁ ἀδελφὸς τὸν ἀδελφὸν ὡσεὶ ἐν πολέμῳ οὐθενὸς κατα‐ τρέχοντος, καὶ οὐ δυνήσεσθε ἀντιστῆναι τοῖς ἐχθροῖς ὑμῶν.</w:t>
      </w:r>
    </w:p>
    <w:p>
      <w:r>
        <w:rPr>
          <w:rFonts w:ascii="Courier New" w:hAnsi="Courier New"/>
          <w:color w:val="555555"/>
          <w:sz w:val="20"/>
        </w:rPr>
        <w:t>[Lev . 26 . 38]</w:t>
      </w:r>
    </w:p>
    <w:p>
      <w:r>
        <w:rPr>
          <w:rFonts w:ascii="Gentium Plus" w:hAnsi="Gentium Plus"/>
          <w:sz w:val="24"/>
        </w:rPr>
        <w:t>καὶ ἀπολεῖσθε ἐν τοῖς ἔθνεσιν, καὶ κατέδεται ὑμᾶς ἡ γῆ τῶν ἐχθρῶν ὑμῶν.</w:t>
      </w:r>
    </w:p>
    <w:p>
      <w:r>
        <w:rPr>
          <w:rFonts w:ascii="Courier New" w:hAnsi="Courier New"/>
          <w:color w:val="555555"/>
          <w:sz w:val="20"/>
        </w:rPr>
        <w:t>[Lev . 26 . 39]</w:t>
      </w:r>
    </w:p>
    <w:p>
      <w:r>
        <w:rPr>
          <w:rFonts w:ascii="Gentium Plus" w:hAnsi="Gentium Plus"/>
          <w:sz w:val="24"/>
        </w:rPr>
        <w:t>καὶ οἱ καταλειφθέντες ἀφ’ ὑμῶν καταφθαρήσονται διὰ τὰς ἁμαρτίας ὑμῶν, ἐν τῇ γῇ τῶν ἐχθρῶν αὐτῶν τακήσονται.</w:t>
      </w:r>
    </w:p>
    <w:p>
      <w:r>
        <w:rPr>
          <w:rFonts w:ascii="Courier New" w:hAnsi="Courier New"/>
          <w:color w:val="555555"/>
          <w:sz w:val="20"/>
        </w:rPr>
        <w:t>[Lev . 26 . 40]</w:t>
      </w:r>
    </w:p>
    <w:p>
      <w:r>
        <w:rPr>
          <w:rFonts w:ascii="Gentium Plus" w:hAnsi="Gentium Plus"/>
          <w:sz w:val="24"/>
        </w:rPr>
        <w:t>καὶ ἐξαγορεύσουσιν τὰς ἁμαρτίας αὐτῶν καὶ τὰς ἁμαρτίας τῶν πατέ‐ ρων αὐτῶν, ὅτι παρέβησαν καὶ ὑπερεῖδόν με, καὶ ὅτι ἐπορεύθησαν ἐναντίον μου πλάγιοι,</w:t>
      </w:r>
    </w:p>
    <w:p>
      <w:r>
        <w:rPr>
          <w:rFonts w:ascii="Courier New" w:hAnsi="Courier New"/>
          <w:color w:val="555555"/>
          <w:sz w:val="20"/>
        </w:rPr>
        <w:t>[Lev . 26 . 41]</w:t>
      </w:r>
    </w:p>
    <w:p>
      <w:r>
        <w:rPr>
          <w:rFonts w:ascii="Gentium Plus" w:hAnsi="Gentium Plus"/>
          <w:sz w:val="24"/>
        </w:rPr>
        <w:t>καὶ ἐγὼ ἐπορεύθην μετ’ αὐτῶν ἐν θυμῷ πλαγίῳ καὶ ἀπολῶ αὐτοὺς ἐν τῇ γῇ τῶν ἐχθρῶν αὐτῶν· τότε ἐν‐ τραπήσεται ἡ καρδία αὐτῶν ἡ ἀπερίτμητος, καὶ τότε εὐδοκήσου‐ σιν τὰς ἁμαρτίας αὐτῶν.</w:t>
      </w:r>
    </w:p>
    <w:p>
      <w:r>
        <w:rPr>
          <w:rFonts w:ascii="Courier New" w:hAnsi="Courier New"/>
          <w:color w:val="555555"/>
          <w:sz w:val="20"/>
        </w:rPr>
        <w:t>[Lev . 26 . 42]</w:t>
      </w:r>
    </w:p>
    <w:p>
      <w:r>
        <w:rPr>
          <w:rFonts w:ascii="Gentium Plus" w:hAnsi="Gentium Plus"/>
          <w:sz w:val="24"/>
        </w:rPr>
        <w:t>καὶ μνησθήσομαι τῆς διαθήκης Ιακωβ καὶ τῆς διαθήκης Ισαακ καὶ τῆς διαθήκης Αβρααμ μνησθήσομαι καὶ τῆς γῆς μνησθήσομαι.</w:t>
      </w:r>
    </w:p>
    <w:p>
      <w:r>
        <w:rPr>
          <w:rFonts w:ascii="Courier New" w:hAnsi="Courier New"/>
          <w:color w:val="555555"/>
          <w:sz w:val="20"/>
        </w:rPr>
        <w:t>[Lev . 26 . 43]</w:t>
      </w:r>
    </w:p>
    <w:p>
      <w:r>
        <w:rPr>
          <w:rFonts w:ascii="Gentium Plus" w:hAnsi="Gentium Plus"/>
          <w:sz w:val="24"/>
        </w:rPr>
        <w:t>καὶ ἡ γῆ ἐγκαταλειφθήσεται ὑπ’ αὐτῶν· τότε προσδέξεται ἡ γῆ τὰ σάββατα αὐτῆς ἐν τῷ ἐρημωθῆναι αὐ‐ τὴν δι’ αὐτούς, καὶ αὐτοὶ προσδέξονται τὰς αὐτῶν ἀνομίας, ἀνθ’ ὧν τὰ κρίματά μου ὑπερεῖδον καὶ τοῖς προστάγμασίν μου προσώ‐</w:t>
      </w:r>
    </w:p>
    <w:p>
      <w:r>
        <w:rPr>
          <w:rFonts w:ascii="Courier New" w:hAnsi="Courier New"/>
          <w:color w:val="555555"/>
          <w:sz w:val="20"/>
        </w:rPr>
        <w:t>[5]</w:t>
      </w:r>
    </w:p>
    <w:p>
      <w:r>
        <w:rPr>
          <w:rFonts w:ascii="Gentium Plus" w:hAnsi="Gentium Plus"/>
          <w:sz w:val="24"/>
        </w:rPr>
        <w:t>χθισαν τῇ ψυχῇ αὐτῶν.</w:t>
      </w:r>
    </w:p>
    <w:p>
      <w:r>
        <w:rPr>
          <w:rFonts w:ascii="Courier New" w:hAnsi="Courier New"/>
          <w:color w:val="555555"/>
          <w:sz w:val="20"/>
        </w:rPr>
        <w:t>[Lev . 26 . 44]</w:t>
      </w:r>
    </w:p>
    <w:p>
      <w:r>
        <w:rPr>
          <w:rFonts w:ascii="Gentium Plus" w:hAnsi="Gentium Plus"/>
          <w:sz w:val="24"/>
        </w:rPr>
        <w:t>καὶ οὐδ’ ὧς ὄντων αὐτῶν ἐν τῇ γῇ τῶν ἐχθρῶν αὐτῶν οὐχ ὑπερεῖδον αὐτοὺς οὐδὲ προσώχθισα αὐτοῖς ὥστε ἐξαναλῶσαι αὐτοὺς τοῦ διασκεδάσαι τὴν διαθήκην μου τὴν πρὸς αὐτούς· ὅτι ἐγώ εἰμι κύριος ὁ θεὸς αὐτῶν.</w:t>
      </w:r>
    </w:p>
    <w:p>
      <w:r>
        <w:rPr>
          <w:rFonts w:ascii="Courier New" w:hAnsi="Courier New"/>
          <w:color w:val="555555"/>
          <w:sz w:val="20"/>
        </w:rPr>
        <w:t>[Lev . 26 . 45]</w:t>
      </w:r>
    </w:p>
    <w:p>
      <w:r>
        <w:rPr>
          <w:rFonts w:ascii="Gentium Plus" w:hAnsi="Gentium Plus"/>
          <w:sz w:val="24"/>
        </w:rPr>
        <w:t>καὶ μνησθήσο‐ μαι αὐτῶν τῆς διαθήκης τῆς προτέρας, ὅτε ἐξήγαγον αὐτοὺς ἐκ γῆς Αἰγύπτου ἐξ οἴκου δουλείας ἔναντι τῶν ἐθνῶν τοῦ εἶναι αὐτῶν θεός· ἐγώ εἰμι κύριος.</w:t>
      </w:r>
    </w:p>
    <w:p>
      <w:r>
        <w:rPr>
          <w:rFonts w:ascii="Courier New" w:hAnsi="Courier New"/>
          <w:color w:val="555555"/>
          <w:sz w:val="20"/>
        </w:rPr>
        <w:t>[Lev . 26 . 46]</w:t>
      </w:r>
    </w:p>
    <w:p>
      <w:r>
        <w:rPr>
          <w:rFonts w:ascii="Gentium Plus" w:hAnsi="Gentium Plus"/>
          <w:sz w:val="24"/>
        </w:rPr>
        <w:t>Ταῦτα τὰ κρίματα καὶ τὰ προστάγματα καὶ ὁ νόμος, ὃν ἔδω‐ κεν κύριος ἀνὰ μέσον αὐτοῦ καὶ ἀνὰ μέσον τῶν υἱῶν Ισραηλ ἐν τῷ ὄρει Σινα ἐν χειρὶ Μωυσῆ.</w:t>
      </w:r>
    </w:p>
    <w:p>
      <w:r>
        <w:rPr>
          <w:rFonts w:ascii="Courier New" w:hAnsi="Courier New"/>
          <w:color w:val="555555"/>
          <w:sz w:val="20"/>
        </w:rPr>
        <w:t>[Lev . 27 . 1]</w:t>
      </w:r>
    </w:p>
    <w:p>
      <w:r>
        <w:rPr>
          <w:rFonts w:ascii="Gentium Plus" w:hAnsi="Gentium Plus"/>
          <w:sz w:val="24"/>
        </w:rPr>
        <w:t>Καὶ ἐλάλησεν κύριος πρὸς Μωυσῆν λέγων</w:t>
      </w:r>
    </w:p>
    <w:p>
      <w:r>
        <w:rPr>
          <w:rFonts w:ascii="Courier New" w:hAnsi="Courier New"/>
          <w:color w:val="555555"/>
          <w:sz w:val="20"/>
        </w:rPr>
        <w:t>[Lev . 27 . 2]</w:t>
      </w:r>
    </w:p>
    <w:p>
      <w:r>
        <w:rPr>
          <w:rFonts w:ascii="Gentium Plus" w:hAnsi="Gentium Plus"/>
          <w:sz w:val="24"/>
        </w:rPr>
        <w:t>Λάλησον τοῖς υἱοῖς Ισραηλ καὶ ἐρεῖς αὐτοῖς Ὃς ἂν εὔξηται εὐχὴν ὥστε τιμὴν τῆς ψυχῆς αὐτοῦ τῷ κυρίῳ,</w:t>
      </w:r>
    </w:p>
    <w:p>
      <w:r>
        <w:rPr>
          <w:rFonts w:ascii="Courier New" w:hAnsi="Courier New"/>
          <w:color w:val="555555"/>
          <w:sz w:val="20"/>
        </w:rPr>
        <w:t>[Lev . 27 . 3]</w:t>
      </w:r>
    </w:p>
    <w:p>
      <w:r>
        <w:rPr>
          <w:rFonts w:ascii="Gentium Plus" w:hAnsi="Gentium Plus"/>
          <w:sz w:val="24"/>
        </w:rPr>
        <w:t>ἔσται ἡ τιμὴ τοῦ ἄρσενος ἀπὸ εἰκοσαετοῦς ἕως ἑξηκονταετοῦς, ἔσται αὐτοῦ ἡ τιμὴ πεντήκοντα δίδραχμα ἀργυρίου τῷ σταθμῷ τῷ ἁγίῳ,</w:t>
      </w:r>
    </w:p>
    <w:p>
      <w:r>
        <w:rPr>
          <w:rFonts w:ascii="Courier New" w:hAnsi="Courier New"/>
          <w:color w:val="555555"/>
          <w:sz w:val="20"/>
        </w:rPr>
        <w:t>[Lev . 27 . 4]</w:t>
      </w:r>
    </w:p>
    <w:p>
      <w:r>
        <w:rPr>
          <w:rFonts w:ascii="Gentium Plus" w:hAnsi="Gentium Plus"/>
          <w:sz w:val="24"/>
        </w:rPr>
        <w:t>τῆς δὲ θηλείας ἔσται ἡ συντίμησις τριά‐ κοντα δίδραχμα.</w:t>
      </w:r>
    </w:p>
    <w:p>
      <w:r>
        <w:rPr>
          <w:rFonts w:ascii="Courier New" w:hAnsi="Courier New"/>
          <w:color w:val="555555"/>
          <w:sz w:val="20"/>
        </w:rPr>
        <w:t>[Lev . 27 . 5]</w:t>
      </w:r>
    </w:p>
    <w:p>
      <w:r>
        <w:rPr>
          <w:rFonts w:ascii="Gentium Plus" w:hAnsi="Gentium Plus"/>
          <w:sz w:val="24"/>
        </w:rPr>
        <w:t>ἐὰν δὲ ἀπὸ πενταετοῦς ἕως εἴκοσι ἐτῶν, ἔσται ἡ τιμὴ τοῦ ἄρσενος εἴκοσι δίδραχμα, τῆς δὲ θηλείας δέκα δίδραχ‐ μα.</w:t>
      </w:r>
    </w:p>
    <w:p>
      <w:r>
        <w:rPr>
          <w:rFonts w:ascii="Courier New" w:hAnsi="Courier New"/>
          <w:color w:val="555555"/>
          <w:sz w:val="20"/>
        </w:rPr>
        <w:t>[Lev . 27 . 6]</w:t>
      </w:r>
    </w:p>
    <w:p>
      <w:r>
        <w:rPr>
          <w:rFonts w:ascii="Gentium Plus" w:hAnsi="Gentium Plus"/>
          <w:sz w:val="24"/>
        </w:rPr>
        <w:t>ἀπὸ δὲ μηνιαίου ἕως πενταετοῦς ἔσται ἡ τιμὴ τοῦ ἄρσενος πέντε δίδραχμα ἀργυρίου, τῆς δὲ θηλείας τρία δίδραχμα.</w:t>
      </w:r>
    </w:p>
    <w:p>
      <w:r>
        <w:rPr>
          <w:rFonts w:ascii="Courier New" w:hAnsi="Courier New"/>
          <w:color w:val="555555"/>
          <w:sz w:val="20"/>
        </w:rPr>
        <w:t>[Lev . 27 . 7]</w:t>
      </w:r>
    </w:p>
    <w:p>
      <w:r>
        <w:rPr>
          <w:rFonts w:ascii="Gentium Plus" w:hAnsi="Gentium Plus"/>
          <w:sz w:val="24"/>
        </w:rPr>
        <w:t>ἐὰν δὲ ἀπὸ ἑξηκονταετῶν καὶ ἐπάνω, ἐὰν μὲν ἄρσεν ᾖ, ἔσται ἡ τιμὴ πεντε‐ καίδεκα δίδραχμα ἀργυρίου, ἐὰν δὲ θήλεια, δέκα δίδραχμα.</w:t>
      </w:r>
    </w:p>
    <w:p>
      <w:r>
        <w:rPr>
          <w:rFonts w:ascii="Courier New" w:hAnsi="Courier New"/>
          <w:color w:val="555555"/>
          <w:sz w:val="20"/>
        </w:rPr>
        <w:t>[Lev . 27 . 8]</w:t>
      </w:r>
    </w:p>
    <w:p>
      <w:r>
        <w:rPr>
          <w:rFonts w:ascii="Gentium Plus" w:hAnsi="Gentium Plus"/>
          <w:sz w:val="24"/>
        </w:rPr>
        <w:t>ἐὰν δὲ ταπεινὸς ᾖ τῇ τιμῇ, στήσεται ἐναντίον τοῦ ἱερέως, καὶ τιμή‐ σεται αὐτὸν ὁ ἱερεύς· καθάπερ ἰσχύει ἡ χεὶρ τοῦ εὐξαμένου, τιμή‐ σεται αὐτὸν ὁ ἱερεύς.</w:t>
      </w:r>
    </w:p>
    <w:p>
      <w:r>
        <w:rPr>
          <w:rFonts w:ascii="Courier New" w:hAnsi="Courier New"/>
          <w:color w:val="555555"/>
          <w:sz w:val="20"/>
        </w:rPr>
        <w:t>[Lev . 27 . 9]</w:t>
      </w:r>
    </w:p>
    <w:p>
      <w:r>
        <w:rPr>
          <w:rFonts w:ascii="Gentium Plus" w:hAnsi="Gentium Plus"/>
          <w:sz w:val="24"/>
        </w:rPr>
        <w:t>Ἐὰν δὲ ἀπὸ τῶν κτηνῶν τῶν προσφερομένων ἀπ’ αὐτῶν δῶ‐ ρον τῷ κυρίῳ, ὃς ἂν δῷ ἀπὸ τούτων τῷ κυρίῳ, ἔσται ἅγιον.</w:t>
      </w:r>
    </w:p>
    <w:p>
      <w:r>
        <w:rPr>
          <w:rFonts w:ascii="Courier New" w:hAnsi="Courier New"/>
          <w:color w:val="555555"/>
          <w:sz w:val="20"/>
        </w:rPr>
        <w:t>[Lev . 27 . 10]</w:t>
      </w:r>
    </w:p>
    <w:p>
      <w:r>
        <w:rPr>
          <w:rFonts w:ascii="Gentium Plus" w:hAnsi="Gentium Plus"/>
          <w:sz w:val="24"/>
        </w:rPr>
        <w:t>οὐκ ἀλλάξει αὐτὸ καλὸν πονηρῷ οὐδὲ πονηρὸν καλῷ· ἐὰν δὲ ἀλλάσ‐ σων ἀλλάξῃ αὐτὸ κτῆνος κτήνει, ἔσται αὐτὸ καὶ τὸ ἄλλαγμα ἅγια.</w:t>
      </w:r>
    </w:p>
    <w:p>
      <w:r>
        <w:rPr>
          <w:rFonts w:ascii="Courier New" w:hAnsi="Courier New"/>
          <w:color w:val="555555"/>
          <w:sz w:val="20"/>
        </w:rPr>
        <w:t>[Lev . 27 . 11]</w:t>
      </w:r>
    </w:p>
    <w:p>
      <w:r>
        <w:rPr>
          <w:rFonts w:ascii="Gentium Plus" w:hAnsi="Gentium Plus"/>
          <w:sz w:val="24"/>
        </w:rPr>
        <w:t>ἐὰν δὲ πᾶν κτῆνος ἀκάθαρτον, ἀφ’ ὧν οὐ προσφέρεται ἀπ’ αὐ‐ τῶν δῶρον τῷ κυρίῳ, στήσει τὸ κτῆνος ἔναντι τοῦ ἱερέως,</w:t>
      </w:r>
    </w:p>
    <w:p>
      <w:r>
        <w:rPr>
          <w:rFonts w:ascii="Courier New" w:hAnsi="Courier New"/>
          <w:color w:val="555555"/>
          <w:sz w:val="20"/>
        </w:rPr>
        <w:t>[Lev . 27 . 12]</w:t>
      </w:r>
    </w:p>
    <w:p>
      <w:r>
        <w:rPr>
          <w:rFonts w:ascii="Gentium Plus" w:hAnsi="Gentium Plus"/>
          <w:sz w:val="24"/>
        </w:rPr>
        <w:t>καὶ τιμήσεται αὐτὸ ὁ ἱερεὺς ἀνὰ μέσον καλοῦ καὶ ἀνὰ μέσον πονη‐ ροῦ, καὶ καθότι ἂν τιμήσεται ὁ ἱερεύς, οὕτως στήσεται.</w:t>
      </w:r>
    </w:p>
    <w:p>
      <w:r>
        <w:rPr>
          <w:rFonts w:ascii="Courier New" w:hAnsi="Courier New"/>
          <w:color w:val="555555"/>
          <w:sz w:val="20"/>
        </w:rPr>
        <w:t>[Lev . 27 . 13]</w:t>
      </w:r>
    </w:p>
    <w:p>
      <w:r>
        <w:rPr>
          <w:rFonts w:ascii="Gentium Plus" w:hAnsi="Gentium Plus"/>
          <w:sz w:val="24"/>
        </w:rPr>
        <w:t>ἐὰν δὲ λυτρούμενος λυτρώσηται αὐτό, προσθήσει τὸ ἐπίπεμπτον πρὸς τὴν τιμὴν αὐτοῦ.</w:t>
      </w:r>
    </w:p>
    <w:p>
      <w:r>
        <w:rPr>
          <w:rFonts w:ascii="Courier New" w:hAnsi="Courier New"/>
          <w:color w:val="555555"/>
          <w:sz w:val="20"/>
        </w:rPr>
        <w:t>[Lev . 27 . 14]</w:t>
      </w:r>
    </w:p>
    <w:p>
      <w:r>
        <w:rPr>
          <w:rFonts w:ascii="Gentium Plus" w:hAnsi="Gentium Plus"/>
          <w:sz w:val="24"/>
        </w:rPr>
        <w:t>Καὶ ἄνθρωπος, ὃς ἂν ἁγιάσῃ τὴν οἰκίαν αὐτοῦ ἁγίαν τῷ κυ‐ ρίῳ, καὶ τιμήσεται αὐτὴν ὁ ἱερεὺς ἀνὰ μέσον καλῆς καὶ ἀνὰ μέσον πονηρᾶς· ὡς ἂν τιμήσεται αὐτὴν ὁ ἱερεύς, οὕτως σταθήσεται.</w:t>
      </w:r>
    </w:p>
    <w:p>
      <w:r>
        <w:rPr>
          <w:rFonts w:ascii="Courier New" w:hAnsi="Courier New"/>
          <w:color w:val="555555"/>
          <w:sz w:val="20"/>
        </w:rPr>
        <w:t>[Lev . 27 . 15]</w:t>
      </w:r>
    </w:p>
    <w:p>
      <w:r>
        <w:rPr>
          <w:rFonts w:ascii="Gentium Plus" w:hAnsi="Gentium Plus"/>
          <w:sz w:val="24"/>
        </w:rPr>
        <w:t>ἐὰν δὲ ὁ ἁγιάσας αὐτὴν λυτρῶται τὴν οἰκίαν αὐτοῦ, προσθήσει ἐπ’ αὐτὸ τὸ ἐπίπεμπτον τοῦ ἀργυρίου τῆς τιμῆς, καὶ ἔσται αὐτῷ.</w:t>
      </w:r>
    </w:p>
    <w:p>
      <w:r>
        <w:rPr>
          <w:rFonts w:ascii="Courier New" w:hAnsi="Courier New"/>
          <w:color w:val="555555"/>
          <w:sz w:val="20"/>
        </w:rPr>
        <w:t>[Lev . 27 . 16]</w:t>
      </w:r>
    </w:p>
    <w:p>
      <w:r>
        <w:rPr>
          <w:rFonts w:ascii="Gentium Plus" w:hAnsi="Gentium Plus"/>
          <w:sz w:val="24"/>
        </w:rPr>
        <w:t>Ἐὰν δὲ ἀπὸ τοῦ ἀγροῦ τῆς κατασχέσεως αὐτοῦ ἁγιάσῃ ἄν‐ θρωπος τῷ κυρίῳ, καὶ ἔσται ἡ τιμὴ κατὰ τὸν σπόρον αὐτοῦ, κό‐ ρου κριθῶν πεντήκοντα δίδραχμα ἀργυρίου.</w:t>
      </w:r>
    </w:p>
    <w:p>
      <w:r>
        <w:rPr>
          <w:rFonts w:ascii="Courier New" w:hAnsi="Courier New"/>
          <w:color w:val="555555"/>
          <w:sz w:val="20"/>
        </w:rPr>
        <w:t>[Lev . 27 . 17]</w:t>
      </w:r>
    </w:p>
    <w:p>
      <w:r>
        <w:rPr>
          <w:rFonts w:ascii="Gentium Plus" w:hAnsi="Gentium Plus"/>
          <w:sz w:val="24"/>
        </w:rPr>
        <w:t>ἐὰν δὲ ἀπὸ τοῦ ἐνι‐ αυτοῦ τῆς ἀφέσεως ἁγιάσῃ τὸν ἀγρὸν αὐτοῦ, κατὰ τὴν τιμὴν αὐ‐ τοῦ στήσεται.</w:t>
      </w:r>
    </w:p>
    <w:p>
      <w:r>
        <w:rPr>
          <w:rFonts w:ascii="Courier New" w:hAnsi="Courier New"/>
          <w:color w:val="555555"/>
          <w:sz w:val="20"/>
        </w:rPr>
        <w:t>[Lev . 27 . 18]</w:t>
      </w:r>
    </w:p>
    <w:p>
      <w:r>
        <w:rPr>
          <w:rFonts w:ascii="Gentium Plus" w:hAnsi="Gentium Plus"/>
          <w:sz w:val="24"/>
        </w:rPr>
        <w:t>ἐὰν δὲ ἔσχατον μετὰ τὴν ἄφεσιν ἁγιάσῃ τὸν ἀγρὸν αὐτοῦ, προσλογιεῖται αὐτῷ ὁ ἱερεὺς τὸ ἀργύριον ἐπὶ τὰ ἔτη τὰ ἐπίλοιπα ἕως εἰς τὸν ἐνιαυτὸν τῆς ἀφέσεως, καὶ ἀνθυφαιρεθήσεται ἀπὸ τῆς συντιμήσεως αὐτοῦ.</w:t>
      </w:r>
    </w:p>
    <w:p>
      <w:r>
        <w:rPr>
          <w:rFonts w:ascii="Courier New" w:hAnsi="Courier New"/>
          <w:color w:val="555555"/>
          <w:sz w:val="20"/>
        </w:rPr>
        <w:t>[Lev . 27 . 19]</w:t>
      </w:r>
    </w:p>
    <w:p>
      <w:r>
        <w:rPr>
          <w:rFonts w:ascii="Gentium Plus" w:hAnsi="Gentium Plus"/>
          <w:sz w:val="24"/>
        </w:rPr>
        <w:t>ἐὰν δὲ λυτρῶται τὸν ἀγρὸν ὁ ἁγιά‐ σας αὐτόν, προσθήσει τὸ ἐπίπεμπτον τοῦ ἀργυρίου πρὸς τὴν τιμὴν αὐτοῦ, καὶ ἔσται αὐτῷ.</w:t>
      </w:r>
    </w:p>
    <w:p>
      <w:r>
        <w:rPr>
          <w:rFonts w:ascii="Courier New" w:hAnsi="Courier New"/>
          <w:color w:val="555555"/>
          <w:sz w:val="20"/>
        </w:rPr>
        <w:t>[Lev . 27 . 20]</w:t>
      </w:r>
    </w:p>
    <w:p>
      <w:r>
        <w:rPr>
          <w:rFonts w:ascii="Gentium Plus" w:hAnsi="Gentium Plus"/>
          <w:sz w:val="24"/>
        </w:rPr>
        <w:t>ἐὰν δὲ μὴ λυτρῶται τὸν ἀγρὸν καὶ ἀπο‐ δῶται τὸν ἀγρὸν ἀνθρώπῳ ἑτέρῳ, οὐκέτι μὴ λυτρώσηται αὐτόν,</w:t>
      </w:r>
    </w:p>
    <w:p>
      <w:r>
        <w:rPr>
          <w:rFonts w:ascii="Courier New" w:hAnsi="Courier New"/>
          <w:color w:val="555555"/>
          <w:sz w:val="20"/>
        </w:rPr>
        <w:t>[Lev . 27 . 21]</w:t>
      </w:r>
    </w:p>
    <w:p>
      <w:r>
        <w:rPr>
          <w:rFonts w:ascii="Gentium Plus" w:hAnsi="Gentium Plus"/>
          <w:sz w:val="24"/>
        </w:rPr>
        <w:t>ἀλλ’ ἔσται ὁ ἀγρὸς ἐξεληλυθυίας τῆς ἀφέσεως ἅγιος τῷ κυρίῳ ὥσπερ ἡ γῆ ἡ ἀφωρισμένη· τῷ ἱερεῖ ἔσται κατάσχεσις</w:t>
      </w:r>
    </w:p>
    <w:p>
      <w:r>
        <w:rPr>
          <w:rFonts w:ascii="Courier New" w:hAnsi="Courier New"/>
          <w:color w:val="555555"/>
          <w:sz w:val="20"/>
        </w:rPr>
        <w:t>[Lev . 27 . 22]</w:t>
      </w:r>
    </w:p>
    <w:p>
      <w:r>
        <w:rPr>
          <w:rFonts w:ascii="Gentium Plus" w:hAnsi="Gentium Plus"/>
          <w:sz w:val="24"/>
        </w:rPr>
        <w:t>Ἐὰν δὲ ἀπὸ τοῦ ἀγροῦ, οὗ κέκτηται, ὃς οὐκ ἔστιν ἀπὸ τοῦ ἀγροῦ τῆς κατασχέσεως αὐτοῦ, ἁγιάσῃ τῷ κυρίῳ,</w:t>
      </w:r>
    </w:p>
    <w:p>
      <w:r>
        <w:rPr>
          <w:rFonts w:ascii="Courier New" w:hAnsi="Courier New"/>
          <w:color w:val="555555"/>
          <w:sz w:val="20"/>
        </w:rPr>
        <w:t>[Lev . 27 . 23]</w:t>
      </w:r>
    </w:p>
    <w:p>
      <w:r>
        <w:rPr>
          <w:rFonts w:ascii="Gentium Plus" w:hAnsi="Gentium Plus"/>
          <w:sz w:val="24"/>
        </w:rPr>
        <w:t>λογιεῖται πρὸς αὐτὸν ὁ ἱερεὺς τὸ τέλος τῆς τιμῆς ἐκ τοῦ ἐνιαυτοῦ τῆς ἀφέσεως, καὶ ἀποδώσει τὴν τιμὴν ἐν τῇ ἡμέρᾳ ἐκείνῃ ἅγιον τῷ κυρίῳ·</w:t>
      </w:r>
    </w:p>
    <w:p>
      <w:r>
        <w:rPr>
          <w:rFonts w:ascii="Courier New" w:hAnsi="Courier New"/>
          <w:color w:val="555555"/>
          <w:sz w:val="20"/>
        </w:rPr>
        <w:t>[Lev . 27 . 24]</w:t>
      </w:r>
    </w:p>
    <w:p>
      <w:r>
        <w:rPr>
          <w:rFonts w:ascii="Gentium Plus" w:hAnsi="Gentium Plus"/>
          <w:sz w:val="24"/>
        </w:rPr>
        <w:t>καὶ ἐν τῷ ἐνιαυτῷ τῆς ἀφέσεως ἀποδοθήσεται ὁ ἀγρὸς τῷ ἀνθρώπῳ, παρ’ οὗ κέκτηται αὐτόν, οὗ ἦν ἡ κατάσχεσις τῆς γῆς.</w:t>
      </w:r>
    </w:p>
    <w:p>
      <w:r>
        <w:rPr>
          <w:rFonts w:ascii="Courier New" w:hAnsi="Courier New"/>
          <w:color w:val="555555"/>
          <w:sz w:val="20"/>
        </w:rPr>
        <w:t>[Lev . 27 . 25]</w:t>
      </w:r>
    </w:p>
    <w:p>
      <w:r>
        <w:rPr>
          <w:rFonts w:ascii="Gentium Plus" w:hAnsi="Gentium Plus"/>
          <w:sz w:val="24"/>
        </w:rPr>
        <w:t>καὶ πᾶσα τιμὴ ἔσται σταθμίοις ἁγίοις· εἴκοσι ὀβολοὶ ἔσται τὸ δίδραχμον.</w:t>
      </w:r>
    </w:p>
    <w:p>
      <w:r>
        <w:rPr>
          <w:rFonts w:ascii="Courier New" w:hAnsi="Courier New"/>
          <w:color w:val="555555"/>
          <w:sz w:val="20"/>
        </w:rPr>
        <w:t>[Lev . 27 . 26]</w:t>
      </w:r>
    </w:p>
    <w:p>
      <w:r>
        <w:rPr>
          <w:rFonts w:ascii="Gentium Plus" w:hAnsi="Gentium Plus"/>
          <w:sz w:val="24"/>
        </w:rPr>
        <w:t>Καὶ πᾶν πρωτότοκον, ὃ ἂν γένηται ἐν τοῖς κτήνεσίν σου, ἔσται τῷ κυρίῳ, καὶ οὐ καθαγιάσει οὐθεὶς αὐτό· ἐάν τε μόσχον ἐάν τε πρόβατον, τῷ κυρίῳ ἐστίν.</w:t>
      </w:r>
    </w:p>
    <w:p>
      <w:r>
        <w:rPr>
          <w:rFonts w:ascii="Courier New" w:hAnsi="Courier New"/>
          <w:color w:val="555555"/>
          <w:sz w:val="20"/>
        </w:rPr>
        <w:t>[Lev . 27 . 27]</w:t>
      </w:r>
    </w:p>
    <w:p>
      <w:r>
        <w:rPr>
          <w:rFonts w:ascii="Gentium Plus" w:hAnsi="Gentium Plus"/>
          <w:sz w:val="24"/>
        </w:rPr>
        <w:t>ἐὰν δὲ τῶν τετραπόδων τῶν ἀκαθάρ‐ των, ἀλλάξει κατὰ τὴν τιμὴν αὐτοῦ καὶ προσθήσει τὸ ἐπίπεμπτον πρὸς αὐτό, καὶ ἔσται αὐτῷ· ἐὰν δὲ μὴ λυτρῶται, πραθήσεται κατὰ τὸ τίμημα αὐτοῦ.</w:t>
      </w:r>
    </w:p>
    <w:p>
      <w:r>
        <w:rPr>
          <w:rFonts w:ascii="Courier New" w:hAnsi="Courier New"/>
          <w:color w:val="555555"/>
          <w:sz w:val="20"/>
        </w:rPr>
        <w:t>[Lev . 27 . 28]</w:t>
      </w:r>
    </w:p>
    <w:p>
      <w:r>
        <w:rPr>
          <w:rFonts w:ascii="Gentium Plus" w:hAnsi="Gentium Plus"/>
          <w:sz w:val="24"/>
        </w:rPr>
        <w:t>πᾶν δὲ ἀνάθεμα, ὃ ἐὰν ἀναθῇ ἄνθρωπος τῷ κυρίῳ ἀπὸ πάντων, ὅσα αὐτῷ ἐστιν, ἀπὸ ἀνθρώπου ἕως κτήνους καὶ ἀπὸ ἀγροῦ κατασχέσεως αὐτοῦ, οὐκ ἀποδώσεται οὐδὲ λυτρώ‐ σεται· πᾶν ἀνάθεμα ἅγιον ἁγίων ἔσται τῷ κυρίῳ.</w:t>
      </w:r>
    </w:p>
    <w:p>
      <w:r>
        <w:rPr>
          <w:rFonts w:ascii="Courier New" w:hAnsi="Courier New"/>
          <w:color w:val="555555"/>
          <w:sz w:val="20"/>
        </w:rPr>
        <w:t>[Lev . 27 . 29]</w:t>
      </w:r>
    </w:p>
    <w:p>
      <w:r>
        <w:rPr>
          <w:rFonts w:ascii="Gentium Plus" w:hAnsi="Gentium Plus"/>
          <w:sz w:val="24"/>
        </w:rPr>
        <w:t>καὶ πᾶν, ὃ ἐὰν ἀνατεθῇ ἀπὸ τῶν ἀνθρώπων, οὐ λυτρωθήσεται, ἀλλὰ θανάτῳ θανα‐ τωθήσεται.</w:t>
      </w:r>
    </w:p>
    <w:p>
      <w:r>
        <w:rPr>
          <w:rFonts w:ascii="Courier New" w:hAnsi="Courier New"/>
          <w:color w:val="555555"/>
          <w:sz w:val="20"/>
        </w:rPr>
        <w:t>[Lev . 27 . 30]</w:t>
      </w:r>
    </w:p>
    <w:p>
      <w:r>
        <w:rPr>
          <w:rFonts w:ascii="Gentium Plus" w:hAnsi="Gentium Plus"/>
          <w:sz w:val="24"/>
        </w:rPr>
        <w:t>Πᾶσα δεκάτη τῆς γῆς ἀπὸ τοῦ σπέρματος τῆς γῆς καὶ τοῦ καρποῦ τοῦ ξυλίνου τῷ κυρίῳ ἐστίν, ἅγιον τῷ κυρίῳ.</w:t>
      </w:r>
    </w:p>
    <w:p>
      <w:r>
        <w:rPr>
          <w:rFonts w:ascii="Courier New" w:hAnsi="Courier New"/>
          <w:color w:val="555555"/>
          <w:sz w:val="20"/>
        </w:rPr>
        <w:t>[Lev . 27 . 31]</w:t>
      </w:r>
    </w:p>
    <w:p>
      <w:r>
        <w:rPr>
          <w:rFonts w:ascii="Gentium Plus" w:hAnsi="Gentium Plus"/>
          <w:sz w:val="24"/>
        </w:rPr>
        <w:t>ἐὰν δὲ λυτρῶται λύτρῳ ἄνθρωπος τὴν δεκάτην αὐτοῦ, τὸ ἐπίπεμπτον προσ‐ θήσει πρὸς αὐτό, καὶ ἔσται αὐτῷ.</w:t>
      </w:r>
    </w:p>
    <w:p>
      <w:r>
        <w:rPr>
          <w:rFonts w:ascii="Courier New" w:hAnsi="Courier New"/>
          <w:color w:val="555555"/>
          <w:sz w:val="20"/>
        </w:rPr>
        <w:t>[Lev . 27 . 32]</w:t>
      </w:r>
    </w:p>
    <w:p>
      <w:r>
        <w:rPr>
          <w:rFonts w:ascii="Gentium Plus" w:hAnsi="Gentium Plus"/>
          <w:sz w:val="24"/>
        </w:rPr>
        <w:t>καὶ πᾶσα δεκάτη βοῶν καὶ προβάτων καὶ πᾶν, ὃ ἐὰν ἔλθῃ ἐν τῷ ἀριθμῷ ὑπὸ τὴν ῥάβδον, τὸ δέκατον ἔσται ἅγιον τῷ κυρίῳ.</w:t>
      </w:r>
    </w:p>
    <w:p>
      <w:r>
        <w:rPr>
          <w:rFonts w:ascii="Courier New" w:hAnsi="Courier New"/>
          <w:color w:val="555555"/>
          <w:sz w:val="20"/>
        </w:rPr>
        <w:t>[Lev . 27 . 33]</w:t>
      </w:r>
    </w:p>
    <w:p>
      <w:r>
        <w:rPr>
          <w:rFonts w:ascii="Gentium Plus" w:hAnsi="Gentium Plus"/>
          <w:sz w:val="24"/>
        </w:rPr>
        <w:t>οὐκ ἀλλάξεις καλὸν πονηρῷ· ἐὰν δὲ ἀλλάσσων ἀλλάξῃς αὐτό, καὶ τὸ ἄλλαγμα αὐτοῦ ἔσται ἅγιον, οὐ λυτρωθήσεται.</w:t>
      </w:r>
    </w:p>
    <w:p>
      <w:r>
        <w:rPr>
          <w:rFonts w:ascii="Courier New" w:hAnsi="Courier New"/>
          <w:color w:val="555555"/>
          <w:sz w:val="20"/>
        </w:rPr>
        <w:t>[Lev . 27 . 34]</w:t>
      </w:r>
    </w:p>
    <w:p>
      <w:r>
        <w:rPr>
          <w:rFonts w:ascii="Gentium Plus" w:hAnsi="Gentium Plus"/>
          <w:sz w:val="24"/>
        </w:rPr>
        <w:t>Αὗταί εἰσιν αἱ ἐντολαί, ἃς ἐνετείλατο κύριος τῷ Μωυσῇ πρὸς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