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Εἰδύλλια</w:t>
      </w:r>
      <w:r>
        <w:br/>
      </w:r>
      <w:r>
        <w:rPr>
          <w:i/>
          <w:color w:val="666666"/>
          <w:sz w:val="40"/>
        </w:rPr>
        <w:t>Idylls</w:t>
      </w:r>
    </w:p>
    <w:p>
      <w:pPr>
        <w:jc w:val="center"/>
      </w:pPr>
      <w:r>
        <w:rPr>
          <w:rFonts w:ascii="Times New Roman" w:hAnsi="Times New Roman"/>
          <w:color w:val="1E3A70"/>
          <w:sz w:val="32"/>
        </w:rPr>
        <w:t>Θεόκριτος ὁ Συρακούσιος</w:t>
      </w:r>
      <w:r>
        <w:br/>
      </w:r>
      <w:r>
        <w:rPr>
          <w:i/>
          <w:color w:val="666666"/>
          <w:sz w:val="28"/>
        </w:rPr>
        <w:t>by Theocritus of Syracuse</w:t>
      </w:r>
    </w:p>
    <w:p/>
    <w:p>
      <w:pPr>
        <w:jc w:val="center"/>
      </w:pPr>
      <w:r>
        <w:rPr>
          <w:rFonts w:ascii="Gentium Plus" w:hAnsi="Gentium Plus"/>
          <w:b/>
          <w:sz w:val="24"/>
        </w:rPr>
        <w:t>ΘΕΟΚΡΙΤΟΥ ΘΥΡΣΙΣ Η ΩΙΔΗ</w:t>
      </w:r>
    </w:p>
    <w:p>
      <w:r>
        <w:rPr>
          <w:rFonts w:ascii="Courier New" w:hAnsi="Courier New"/>
          <w:color w:val="555555"/>
          <w:sz w:val="20"/>
        </w:rPr>
        <w:t>[1]</w:t>
      </w:r>
    </w:p>
    <w:p>
      <w:r>
        <w:rPr>
          <w:rFonts w:ascii="Gentium Plus" w:hAnsi="Gentium Plus"/>
          <w:sz w:val="24"/>
        </w:rPr>
        <w:t>ΘΥΡΣΙΣ</w:t>
      </w:r>
    </w:p>
    <w:p>
      <w:r>
        <w:rPr>
          <w:rFonts w:ascii="Courier New" w:hAnsi="Courier New"/>
          <w:color w:val="555555"/>
          <w:sz w:val="20"/>
        </w:rPr>
        <w:t>[1]</w:t>
      </w:r>
    </w:p>
    <w:p>
      <w:r>
        <w:rPr>
          <w:rFonts w:ascii="Gentium Plus" w:hAnsi="Gentium Plus"/>
          <w:sz w:val="24"/>
        </w:rPr>
        <w:t>Ἁδύ τι τὸ ψιθύρισμα καὶ ἁ πίτυς, αἰπόλε, τήνα, ἁ ποτὶ ταῖς παγαῖσι, μελίσδεται, ἁδὺ δὲ καὶ τύ συρίσδες· μετὰ Πᾶνα τὸ δεύτερον ἆθλον ἀποισῇ. αἴ κα τῆνος ἕλῃ κεραὸν τράγον, αἶγα τὺ λαψῇ·</w:t>
      </w:r>
    </w:p>
    <w:p>
      <w:r>
        <w:rPr>
          <w:rFonts w:ascii="Courier New" w:hAnsi="Courier New"/>
          <w:color w:val="555555"/>
          <w:sz w:val="20"/>
        </w:rPr>
        <w:t>[5]</w:t>
      </w:r>
    </w:p>
    <w:p>
      <w:r>
        <w:rPr>
          <w:rFonts w:ascii="Gentium Plus" w:hAnsi="Gentium Plus"/>
          <w:sz w:val="24"/>
        </w:rPr>
        <w:t>αἴ κα δ’ αἶγα λάβῃ τῆνος γέρας, ἐς τὲ καταρρεῖ ἁ χίμαρος· χιμάρω δὲ καλὸν κρέας, ἔστε κ’ ἀμέλξῃς.</w:t>
      </w:r>
    </w:p>
    <w:p>
      <w:r>
        <w:rPr>
          <w:rFonts w:ascii="Courier New" w:hAnsi="Courier New"/>
          <w:color w:val="555555"/>
          <w:sz w:val="20"/>
        </w:rPr>
        <w:t>[6]</w:t>
      </w:r>
    </w:p>
    <w:p>
      <w:r>
        <w:rPr>
          <w:rFonts w:ascii="Gentium Plus" w:hAnsi="Gentium Plus"/>
          <w:sz w:val="24"/>
        </w:rPr>
        <w:t>ΑΙΠΟΛΟΣ</w:t>
      </w:r>
    </w:p>
    <w:p>
      <w:r>
        <w:rPr>
          <w:rFonts w:ascii="Courier New" w:hAnsi="Courier New"/>
          <w:color w:val="555555"/>
          <w:sz w:val="20"/>
        </w:rPr>
        <w:t>[7]</w:t>
      </w:r>
    </w:p>
    <w:p>
      <w:r>
        <w:rPr>
          <w:rFonts w:ascii="Gentium Plus" w:hAnsi="Gentium Plus"/>
          <w:sz w:val="24"/>
        </w:rPr>
        <w:t>ἅδιον, ὦ ποιμήν, τὸ τεὸν μέλος ἢ τὸ καταχές τῆν’ ἀπὸ τᾶς πέτρας καταλείβεται ὑψόθεν ὕδωρ. αἴ κα ταὶ Μοῖσαι τὰν οἴιδα δῶρον ἄγωνται,</w:t>
      </w:r>
    </w:p>
    <w:p>
      <w:r>
        <w:rPr>
          <w:rFonts w:ascii="Courier New" w:hAnsi="Courier New"/>
          <w:color w:val="555555"/>
          <w:sz w:val="20"/>
        </w:rPr>
        <w:t>[10]</w:t>
      </w:r>
    </w:p>
    <w:p>
      <w:r>
        <w:rPr>
          <w:rFonts w:ascii="Gentium Plus" w:hAnsi="Gentium Plus"/>
          <w:sz w:val="24"/>
        </w:rPr>
        <w:t>ἄρνα τὺ σακίταν λαψῇ γέρας· αἰ δέ κ’ ἀρέσκῃ τήναις ἄρνα λαβεῖν, τὺ δὲ τὰν ὄιν ὕστερον ἀξῇ.</w:t>
      </w:r>
    </w:p>
    <w:p>
      <w:r>
        <w:rPr>
          <w:rFonts w:ascii="Courier New" w:hAnsi="Courier New"/>
          <w:color w:val="555555"/>
          <w:sz w:val="20"/>
        </w:rPr>
        <w:t>[11]</w:t>
      </w:r>
    </w:p>
    <w:p>
      <w:r>
        <w:rPr>
          <w:rFonts w:ascii="Gentium Plus" w:hAnsi="Gentium Plus"/>
          <w:sz w:val="24"/>
        </w:rPr>
        <w:t>ΘΥΡΣΙΣ</w:t>
      </w:r>
    </w:p>
    <w:p>
      <w:r>
        <w:rPr>
          <w:rFonts w:ascii="Courier New" w:hAnsi="Courier New"/>
          <w:color w:val="555555"/>
          <w:sz w:val="20"/>
        </w:rPr>
        <w:t>[12]</w:t>
      </w:r>
    </w:p>
    <w:p>
      <w:r>
        <w:rPr>
          <w:rFonts w:ascii="Gentium Plus" w:hAnsi="Gentium Plus"/>
          <w:sz w:val="24"/>
        </w:rPr>
        <w:t>λῇς ποτὶ τᾶν Νυμφᾶν, λῇς, αἰπόλε, τεῖδε καθίξας, ὡς τὸ κάταντες τοῦτο γεώλοφον αἵ τε μυρῖκαι, συρίσδεν; τὰς δ’ αἶγας ἐγὼν ἐν τῷδε νομευσῶ.</w:t>
      </w:r>
    </w:p>
    <w:p>
      <w:r>
        <w:rPr>
          <w:rFonts w:ascii="Courier New" w:hAnsi="Courier New"/>
          <w:color w:val="555555"/>
          <w:sz w:val="20"/>
        </w:rPr>
        <w:t>[14]</w:t>
      </w:r>
    </w:p>
    <w:p>
      <w:r>
        <w:rPr>
          <w:rFonts w:ascii="Gentium Plus" w:hAnsi="Gentium Plus"/>
          <w:sz w:val="24"/>
        </w:rPr>
      </w:r>
    </w:p>
    <w:p>
      <w:r>
        <w:rPr>
          <w:rFonts w:ascii="Courier New" w:hAnsi="Courier New"/>
          <w:color w:val="555555"/>
          <w:sz w:val="20"/>
        </w:rPr>
        <w:t>[15]</w:t>
      </w:r>
    </w:p>
    <w:p>
      <w:r>
        <w:rPr>
          <w:rFonts w:ascii="Gentium Plus" w:hAnsi="Gentium Plus"/>
          <w:sz w:val="24"/>
        </w:rPr>
        <w:t>ΑΙΠΟΛΟΣ</w:t>
      </w:r>
    </w:p>
    <w:p>
      <w:r>
        <w:rPr>
          <w:rFonts w:ascii="Courier New" w:hAnsi="Courier New"/>
          <w:color w:val="555555"/>
          <w:sz w:val="20"/>
        </w:rPr>
        <w:t>[15]</w:t>
      </w:r>
    </w:p>
    <w:p>
      <w:r>
        <w:rPr>
          <w:rFonts w:ascii="Gentium Plus" w:hAnsi="Gentium Plus"/>
          <w:sz w:val="24"/>
        </w:rPr>
        <w:t>οὐ θέμις, ὦ ποιμήν, τὸ μεσαμβρινὸν οὐ θέμις ἄμμιν συρίσδεν. τὸν Πᾶνα δεδοίκαμες· ἦ γὰρ ἀπ’ ἄγρας τανίκα κεκμακὼς ἀμπαύεται· ἔστι δὲ πικρός, καί οἱ ἀεὶ δριμεῖα χολὰ ποτὶ ῥινὶ κάθηται. ἀλλὰ τὺ γὰρ δή, Θύρσι, τὰ Δάφνιδος ἄλγε’ ἀείδες</w:t>
      </w:r>
    </w:p>
    <w:p>
      <w:r>
        <w:rPr>
          <w:rFonts w:ascii="Courier New" w:hAnsi="Courier New"/>
          <w:color w:val="555555"/>
          <w:sz w:val="20"/>
        </w:rPr>
        <w:t>[20]</w:t>
      </w:r>
    </w:p>
    <w:p>
      <w:r>
        <w:rPr>
          <w:rFonts w:ascii="Gentium Plus" w:hAnsi="Gentium Plus"/>
          <w:sz w:val="24"/>
        </w:rPr>
        <w:t>καὶ τᾶς βουκολικᾶς ἐπὶ τὸ πλέον ἵκεο μοίσας,</w:t>
      </w:r>
    </w:p>
    <w:p>
      <w:r>
        <w:rPr>
          <w:rFonts w:ascii="Courier New" w:hAnsi="Courier New"/>
          <w:color w:val="555555"/>
          <w:sz w:val="20"/>
        </w:rPr>
        <w:t>[25]</w:t>
      </w:r>
    </w:p>
    <w:p>
      <w:r>
        <w:rPr>
          <w:rFonts w:ascii="Gentium Plus" w:hAnsi="Gentium Plus"/>
          <w:sz w:val="24"/>
        </w:rPr>
        <w:t>αἶγά τέ τοι δωσῶ διδυματόκον ἐς τρὶς ἀμέλξαι, ἃ δύ’ ἔχοις’ ἐρίφως ποταμέλγεται ἐς δύο πέλλας, καὶ βαθὺ κισσύβιον κεκλυσμένον ἁδέι κηρῷ, ἀμφῶες, νεοτευχές, ἔτι γλυφάνοιο ποτόσδον. τῶ ποτὶ μὲν χείλη μαρύεται ὑψόθι κισσός,</w:t>
      </w:r>
    </w:p>
    <w:p>
      <w:r>
        <w:rPr>
          <w:rFonts w:ascii="Courier New" w:hAnsi="Courier New"/>
          <w:color w:val="555555"/>
          <w:sz w:val="20"/>
        </w:rPr>
        <w:t>[30]</w:t>
      </w:r>
    </w:p>
    <w:p>
      <w:r>
        <w:rPr>
          <w:rFonts w:ascii="Gentium Plus" w:hAnsi="Gentium Plus"/>
          <w:sz w:val="24"/>
        </w:rPr>
        <w:t>κισσὸς ἑλιχρύσῳ κεκονιμένος· ἁ δὲ κατ’ αὐτόν καρπῷ ἕλιξ εἱλεῖται ἀγαλλομένα κροκόεντι. ἔντοσθεν δὲ γυνά, τι θεῶν δαίδαλμα, τέτυκται, ἀσκητὰ πέπλῳ τε καὶ ἄμπυκι· πὰρ δέ οἱ ἄνδρες καλὸν ἐθειράζοντες ἀμοιβαδὶς ἄλλοθεν ἄλλος</w:t>
      </w:r>
    </w:p>
    <w:p>
      <w:r>
        <w:rPr>
          <w:rFonts w:ascii="Courier New" w:hAnsi="Courier New"/>
          <w:color w:val="555555"/>
          <w:sz w:val="20"/>
        </w:rPr>
        <w:t>[35]</w:t>
      </w:r>
    </w:p>
    <w:p>
      <w:r>
        <w:rPr>
          <w:rFonts w:ascii="Gentium Plus" w:hAnsi="Gentium Plus"/>
          <w:sz w:val="24"/>
        </w:rPr>
        <w:t>νεικείους’ ἐπέεσσι· τὰ δ’ οὐ φρενὸς ἅπτεται αὐτᾶς· ἀλλ’ ὅκα μὲν τῆνον ποτιδέρκεται ἄνδρα γέλαισα, ἄλλοκα δ’ αὖ ποτὶ τὸν ῥιπτεῖ νόον· οἳ δ’ ὑπ’ ἔρωτος δηθὰ κυλοιδιόωντες ἐτώσια μοχθίζοντι. τοῖς δὲ μετὰ γριπεύς τε γέρων πέτρα τε τέτυκται</w:t>
      </w:r>
    </w:p>
    <w:p>
      <w:r>
        <w:rPr>
          <w:rFonts w:ascii="Courier New" w:hAnsi="Courier New"/>
          <w:color w:val="555555"/>
          <w:sz w:val="20"/>
        </w:rPr>
        <w:t>[40]</w:t>
      </w:r>
    </w:p>
    <w:p>
      <w:r>
        <w:rPr>
          <w:rFonts w:ascii="Gentium Plus" w:hAnsi="Gentium Plus"/>
          <w:sz w:val="24"/>
        </w:rPr>
        <w:t>λεπράς, ἐφ’ ᾇ σπεύδων μέγα δίκτυον ἐς βόλον ἕλκει ὁ πρέσβυς, κάμνοντι τὸ καρτερὸν ἀνδρὶ ἐοικώς. φαίης κεν γυίων νιν ὅσον σθένος ἐλλοπιεύειν, ὧδέ οἱ ᾠδήκαντι κατ’ αὐχένα πάντοθεν ἶνες καὶ πολιῷ περ ἐόντι· τὸ δὲ σθένος ἄξιον ἅβας.</w:t>
      </w:r>
    </w:p>
    <w:p>
      <w:r>
        <w:rPr>
          <w:rFonts w:ascii="Courier New" w:hAnsi="Courier New"/>
          <w:color w:val="555555"/>
          <w:sz w:val="20"/>
        </w:rPr>
        <w:t>[45]</w:t>
      </w:r>
    </w:p>
    <w:p>
      <w:r>
        <w:rPr>
          <w:rFonts w:ascii="Gentium Plus" w:hAnsi="Gentium Plus"/>
          <w:sz w:val="24"/>
        </w:rPr>
        <w:t>τυτθὸν δ’ ὅσσον ἄπωθεν ἁλιτρύτοιο γέροντος περκναῖσι σταφυλαῖσι καλὸν βέβριθεν ἀλωά, τὰν ὀλίγος τις κῶρος ἐφ’ αἱμασιαῖσι φυλάσσει ἥμενος· ἀμφὶ δέ νιν δύ’ ἀλώπεκες, ἃ μὲν ἀν’ ὄρχως φοιτῇ σινομένα τὰν τρώξιμον, ἃ δ’ ἐπὶ πήρᾳ</w:t>
      </w:r>
    </w:p>
    <w:p>
      <w:r>
        <w:rPr>
          <w:rFonts w:ascii="Courier New" w:hAnsi="Courier New"/>
          <w:color w:val="555555"/>
          <w:sz w:val="20"/>
        </w:rPr>
        <w:t>[Id . 1 (50)]</w:t>
      </w:r>
    </w:p>
    <w:p>
      <w:r>
        <w:rPr>
          <w:rFonts w:ascii="Gentium Plus" w:hAnsi="Gentium Plus"/>
          <w:sz w:val="24"/>
        </w:rPr>
        <w:t>πάντα δόλον τεύχοισα τὸ παιδίον οὐ πρὶν ἀνησεῖν φατὶ πρὶν ἢ ἀκράτιστον ἐπὶ ξηροῖσι καθίξῃ. αὐτὰρ ὅγ’ ἀνθερίκοισι καλὰν πλέκει ἀκριδοθήραν</w:t>
      </w:r>
    </w:p>
    <w:p>
      <w:r>
        <w:rPr>
          <w:rFonts w:ascii="Courier New" w:hAnsi="Courier New"/>
          <w:color w:val="555555"/>
          <w:sz w:val="20"/>
        </w:rPr>
        <w:t>[55]</w:t>
      </w:r>
    </w:p>
    <w:p>
      <w:r>
        <w:rPr>
          <w:rFonts w:ascii="Gentium Plus" w:hAnsi="Gentium Plus"/>
          <w:sz w:val="24"/>
        </w:rPr>
        <w:t>παντᾷ δ’ ἀμφὶ δέπας περιπέπταται ὑγρὸς ἄκανθος, αἰπολικὸν θάημα· τέρας κέ τυ θυμὸν ἀτύξαι. τῶ μὲν ἐγὼ πορθμῆι Καλυδνίῳ αἶγά τ’ ἔδωκα ὦνον καὶ τυρόεντα μέγαν λευκοῖο γάλακτος· οὐδέ τί πω ποτὶ χεῖλος ἐμὸν θίγεν, ἀλλ’ ἔτι κεῖται</w:t>
      </w:r>
    </w:p>
    <w:p>
      <w:r>
        <w:rPr>
          <w:rFonts w:ascii="Courier New" w:hAnsi="Courier New"/>
          <w:color w:val="555555"/>
          <w:sz w:val="20"/>
        </w:rPr>
        <w:t>[60]</w:t>
      </w:r>
    </w:p>
    <w:p>
      <w:r>
        <w:rPr>
          <w:rFonts w:ascii="Gentium Plus" w:hAnsi="Gentium Plus"/>
          <w:sz w:val="24"/>
        </w:rPr>
        <w:t>ἄχραντον. τῷ κά τυ μάλα πρόφρων ἀρεσαίμαν αἴ κά μοι τύ, φίλος, τὸν ἐφίμερον ὕμνον ἀείσῃς. κοὔτι τυ κερτομέω. πόταγ’, ὠγαθέ· τὰν γὰρ ἀοιδάν οὔ τί πᾳ εἰς Ἀίδαν γε τὸν ἐκλελάθοντα φυλαξεῖς.</w:t>
      </w:r>
    </w:p>
    <w:p>
      <w:r>
        <w:rPr>
          <w:rFonts w:ascii="Courier New" w:hAnsi="Courier New"/>
          <w:color w:val="555555"/>
          <w:sz w:val="20"/>
        </w:rPr>
        <w:t>[63]</w:t>
      </w:r>
    </w:p>
    <w:p>
      <w:r>
        <w:rPr>
          <w:rFonts w:ascii="Gentium Plus" w:hAnsi="Gentium Plus"/>
          <w:sz w:val="24"/>
        </w:rPr>
        <w:t>ΘΥΡΣΙΣ</w:t>
      </w:r>
    </w:p>
    <w:p>
      <w:r>
        <w:rPr>
          <w:rFonts w:ascii="Courier New" w:hAnsi="Courier New"/>
          <w:color w:val="555555"/>
          <w:sz w:val="20"/>
        </w:rPr>
        <w:t>[64]</w:t>
      </w:r>
    </w:p>
    <w:p>
      <w:r>
        <w:rPr>
          <w:rFonts w:ascii="Gentium Plus" w:hAnsi="Gentium Plus"/>
          <w:sz w:val="24"/>
        </w:rPr>
        <w:t>Ἄρχετε βουκολικᾶς, Μοῖσαι φίλαι, ἄρχετ’ ἀοιδᾶς.</w:t>
      </w:r>
    </w:p>
    <w:p>
      <w:r>
        <w:rPr>
          <w:rFonts w:ascii="Courier New" w:hAnsi="Courier New"/>
          <w:color w:val="555555"/>
          <w:sz w:val="20"/>
        </w:rPr>
        <w:t>[64]</w:t>
      </w:r>
    </w:p>
    <w:p>
      <w:r>
        <w:rPr>
          <w:rFonts w:ascii="Gentium Plus" w:hAnsi="Gentium Plus"/>
          <w:sz w:val="24"/>
        </w:rPr>
      </w:r>
    </w:p>
    <w:p>
      <w:r>
        <w:rPr>
          <w:rFonts w:ascii="Courier New" w:hAnsi="Courier New"/>
          <w:color w:val="555555"/>
          <w:sz w:val="20"/>
        </w:rPr>
        <w:t>[65]</w:t>
      </w:r>
    </w:p>
    <w:p>
      <w:r>
        <w:rPr>
          <w:rFonts w:ascii="Gentium Plus" w:hAnsi="Gentium Plus"/>
          <w:sz w:val="24"/>
        </w:rPr>
        <w:t>Θύρσις ὅδ’ ὡξ Αἴτνας, καὶ Θύρσιδος ἁδέα φωνά. πᾷ ποκ’ ἄρ’ ἦσθ’, ὅκα Δάφνις ἐτάκετο, πᾷ ποκα, Νύμφαι; ἦ κατὰ Πηνειῶ καλὰ τέμπεα, ἢ κατὰ Πίνδω; οὐ γὰρ δὴ ποταμοῖο μέγαν ῥόον εἴχετ’ Ἀνάπω, οὐδ’ Αἴτνας σκοπιάν, οὐδ’ Ἄκιδος ἱερὸν ὕδωρ.</w:t>
      </w:r>
    </w:p>
    <w:p>
      <w:r>
        <w:rPr>
          <w:rFonts w:ascii="Courier New" w:hAnsi="Courier New"/>
          <w:color w:val="555555"/>
          <w:sz w:val="20"/>
        </w:rPr>
        <w:t>[69]</w:t>
      </w:r>
    </w:p>
    <w:p>
      <w:r>
        <w:rPr>
          <w:rFonts w:ascii="Gentium Plus" w:hAnsi="Gentium Plus"/>
          <w:sz w:val="24"/>
        </w:rPr>
      </w:r>
    </w:p>
    <w:p>
      <w:r>
        <w:rPr>
          <w:rFonts w:ascii="Courier New" w:hAnsi="Courier New"/>
          <w:color w:val="555555"/>
          <w:sz w:val="20"/>
        </w:rPr>
        <w:t>[70]</w:t>
      </w:r>
    </w:p>
    <w:p>
      <w:r>
        <w:rPr>
          <w:rFonts w:ascii="Gentium Plus" w:hAnsi="Gentium Plus"/>
          <w:sz w:val="24"/>
        </w:rPr>
        <w:t>ἄρχετε βουκολικᾶς, Μοῖσαι φίλαι, ἄρχετ’ ἀοιδᾶς.</w:t>
      </w:r>
    </w:p>
    <w:p>
      <w:r>
        <w:rPr>
          <w:rFonts w:ascii="Courier New" w:hAnsi="Courier New"/>
          <w:color w:val="555555"/>
          <w:sz w:val="20"/>
        </w:rPr>
        <w:t>[70]</w:t>
      </w:r>
    </w:p>
    <w:p>
      <w:r>
        <w:rPr>
          <w:rFonts w:ascii="Gentium Plus" w:hAnsi="Gentium Plus"/>
          <w:sz w:val="24"/>
        </w:rPr>
        <w:t>τῆνον μὰν θῶες, τῆνον λύκοι ὠρύσαντο, τῆνον χὠκ δρυμοῖο λέων ἔκλαυσε θανόντα.</w:t>
      </w:r>
    </w:p>
    <w:p>
      <w:r>
        <w:rPr>
          <w:rFonts w:ascii="Courier New" w:hAnsi="Courier New"/>
          <w:color w:val="555555"/>
          <w:sz w:val="20"/>
        </w:rPr>
        <w:t>[72]</w:t>
      </w:r>
    </w:p>
    <w:p>
      <w:r>
        <w:rPr>
          <w:rFonts w:ascii="Gentium Plus" w:hAnsi="Gentium Plus"/>
          <w:sz w:val="24"/>
        </w:rPr>
        <w:t>ἄρχετε βουκολικᾶς, Μοῖσαι φίλαι, ἄρχετ’ ἀοιδᾶς.</w:t>
      </w:r>
    </w:p>
    <w:p>
      <w:r>
        <w:rPr>
          <w:rFonts w:ascii="Courier New" w:hAnsi="Courier New"/>
          <w:color w:val="555555"/>
          <w:sz w:val="20"/>
        </w:rPr>
        <w:t>[73]</w:t>
      </w:r>
    </w:p>
    <w:p>
      <w:r>
        <w:rPr>
          <w:rFonts w:ascii="Gentium Plus" w:hAnsi="Gentium Plus"/>
          <w:sz w:val="24"/>
        </w:rPr>
        <w:t>πολλαί οἱ πὰρ ποσσὶ βόες, πολλοὶ δέ τε ταῦροι,</w:t>
      </w:r>
    </w:p>
    <w:p>
      <w:r>
        <w:rPr>
          <w:rFonts w:ascii="Courier New" w:hAnsi="Courier New"/>
          <w:color w:val="555555"/>
          <w:sz w:val="20"/>
        </w:rPr>
        <w:t>[75]</w:t>
      </w:r>
    </w:p>
    <w:p>
      <w:r>
        <w:rPr>
          <w:rFonts w:ascii="Gentium Plus" w:hAnsi="Gentium Plus"/>
          <w:sz w:val="24"/>
        </w:rPr>
        <w:t>πολλαὶ δὲ δαμάλαι καὶ πόρτιες ὠδύραντο.</w:t>
      </w:r>
    </w:p>
    <w:p>
      <w:r>
        <w:rPr>
          <w:rFonts w:ascii="Courier New" w:hAnsi="Courier New"/>
          <w:color w:val="555555"/>
          <w:sz w:val="20"/>
        </w:rPr>
        <w:t>[75]</w:t>
      </w:r>
    </w:p>
    <w:p>
      <w:r>
        <w:rPr>
          <w:rFonts w:ascii="Gentium Plus" w:hAnsi="Gentium Plus"/>
          <w:sz w:val="24"/>
        </w:rPr>
        <w:t>ἄρχετε βουκολικᾶς, Μοῖσαι φίλαι, ἄρχετ’ ἀοιδᾶς.</w:t>
      </w:r>
    </w:p>
    <w:p>
      <w:r>
        <w:rPr>
          <w:rFonts w:ascii="Courier New" w:hAnsi="Courier New"/>
          <w:color w:val="555555"/>
          <w:sz w:val="20"/>
        </w:rPr>
        <w:t>[76]</w:t>
      </w:r>
    </w:p>
    <w:p>
      <w:r>
        <w:rPr>
          <w:rFonts w:ascii="Gentium Plus" w:hAnsi="Gentium Plus"/>
          <w:sz w:val="24"/>
        </w:rPr>
        <w:t>ἦνθ’ Ἑρμᾶς πράτιστος ἀπ’ ὤρεος, εἶπε δὲ ‘Δάφνι,</w:t>
      </w:r>
    </w:p>
    <w:p>
      <w:r>
        <w:rPr>
          <w:rFonts w:ascii="Courier New" w:hAnsi="Courier New"/>
          <w:color w:val="555555"/>
          <w:sz w:val="20"/>
        </w:rPr>
        <w:t>[79]</w:t>
      </w:r>
    </w:p>
    <w:p>
      <w:r>
        <w:rPr>
          <w:rFonts w:ascii="Gentium Plus" w:hAnsi="Gentium Plus"/>
          <w:sz w:val="24"/>
        </w:rPr>
      </w:r>
    </w:p>
    <w:p>
      <w:r>
        <w:rPr>
          <w:rFonts w:ascii="Courier New" w:hAnsi="Courier New"/>
          <w:color w:val="555555"/>
          <w:sz w:val="20"/>
        </w:rPr>
        <w:t>[80]</w:t>
      </w:r>
    </w:p>
    <w:p>
      <w:r>
        <w:rPr>
          <w:rFonts w:ascii="Gentium Plus" w:hAnsi="Gentium Plus"/>
          <w:sz w:val="24"/>
        </w:rPr>
        <w:t>ἦνθον τοὶ βοῦται, τοὶ ποιμένες, ᾡπόλοι ἦνθον· πάντες ἀνηρώτευν τί πάθοι κακόν. ἦνθ’ ὁ Πρίηπος κἤφα ‘Δάφνι τάλαν, τί τὺ τάκεαι; ἁ δέ τυ κώρα πάσας ἀνὰ κράνας, πάντ’ ἄλσεα ποσσὶ φορεῖται—</w:t>
      </w:r>
    </w:p>
    <w:p>
      <w:r>
        <w:rPr>
          <w:rFonts w:ascii="Courier New" w:hAnsi="Courier New"/>
          <w:color w:val="555555"/>
          <w:sz w:val="20"/>
        </w:rPr>
        <w:t>[83]</w:t>
      </w:r>
    </w:p>
    <w:p>
      <w:r>
        <w:rPr>
          <w:rFonts w:ascii="Gentium Plus" w:hAnsi="Gentium Plus"/>
          <w:sz w:val="24"/>
        </w:rPr>
        <w:t>ἄρχετε βουκολικᾶς, Μοῖσαι φίλαι, ἄρχετ’ ἀοιδᾶς—</w:t>
      </w:r>
    </w:p>
    <w:p>
      <w:r>
        <w:rPr>
          <w:rFonts w:ascii="Courier New" w:hAnsi="Courier New"/>
          <w:color w:val="555555"/>
          <w:sz w:val="20"/>
        </w:rPr>
        <w:t>[84]</w:t>
      </w:r>
    </w:p>
    <w:p>
      <w:r>
        <w:rPr>
          <w:rFonts w:ascii="Gentium Plus" w:hAnsi="Gentium Plus"/>
          <w:sz w:val="24"/>
        </w:rPr>
      </w:r>
    </w:p>
    <w:p>
      <w:r>
        <w:rPr>
          <w:rFonts w:ascii="Courier New" w:hAnsi="Courier New"/>
          <w:color w:val="555555"/>
          <w:sz w:val="20"/>
        </w:rPr>
        <w:t>[85]</w:t>
      </w:r>
    </w:p>
    <w:p>
      <w:r>
        <w:rPr>
          <w:rFonts w:ascii="Gentium Plus" w:hAnsi="Gentium Plus"/>
          <w:sz w:val="24"/>
        </w:rPr>
        <w:t>ζάτεις’· ἆ δύσερώς τις ἄγαν καὶ ἀμήχανος ἐσσί. βούτας μὲν ἐλέγευ, νῦν δ’ αἰπόλῳ ἀνδρὶ ἔοικας. ᾡπόλος, ὅκκ’ ἐσορῇ τὰς μηκάδας οἷα βατεῦνται, τάκεται ὀφθαλμὼς ὅτι οὐ τράγος αὐτὸς ἔγεντο.</w:t>
      </w:r>
    </w:p>
    <w:p>
      <w:r>
        <w:rPr>
          <w:rFonts w:ascii="Courier New" w:hAnsi="Courier New"/>
          <w:color w:val="555555"/>
          <w:sz w:val="20"/>
        </w:rPr>
        <w:t>[88]</w:t>
      </w:r>
    </w:p>
    <w:p>
      <w:r>
        <w:rPr>
          <w:rFonts w:ascii="Gentium Plus" w:hAnsi="Gentium Plus"/>
          <w:sz w:val="24"/>
        </w:rPr>
        <w:t>ἄρχετε βουκολικᾶς, Μοῖσαι φίλαι, ἄρχετ’ ἀοιδᾶς.</w:t>
      </w:r>
    </w:p>
    <w:p>
      <w:r>
        <w:rPr>
          <w:rFonts w:ascii="Courier New" w:hAnsi="Courier New"/>
          <w:color w:val="555555"/>
          <w:sz w:val="20"/>
        </w:rPr>
        <w:t>[89]</w:t>
      </w:r>
    </w:p>
    <w:p>
      <w:r>
        <w:rPr>
          <w:rFonts w:ascii="Gentium Plus" w:hAnsi="Gentium Plus"/>
          <w:sz w:val="24"/>
        </w:rPr>
      </w:r>
    </w:p>
    <w:p>
      <w:r>
        <w:rPr>
          <w:rFonts w:ascii="Courier New" w:hAnsi="Courier New"/>
          <w:color w:val="555555"/>
          <w:sz w:val="20"/>
        </w:rPr>
        <w:t>[90]</w:t>
      </w:r>
    </w:p>
    <w:p>
      <w:r>
        <w:rPr>
          <w:rFonts w:ascii="Gentium Plus" w:hAnsi="Gentium Plus"/>
          <w:sz w:val="24"/>
        </w:rPr>
        <w:t>καὶ τὺ δ’ ἐπεί κ’ ἐσορῇς τὰς παρθένος οἷα γελᾶντι, τάκεαι ὀφθαλμὼς ὅτι οὐ μετὰ ταῖσι χορεύεις.‘ τὼς δ’ οὐδὲν ποτελέξαθ’ ὁ βουκόλος, ἀλλὰ τὸν αὑτῶ ἄνυε πικρὸν ἔρωτα, καὶ ἐς τέλος ἄνυε μοίρας.</w:t>
      </w:r>
    </w:p>
    <w:p>
      <w:r>
        <w:rPr>
          <w:rFonts w:ascii="Courier New" w:hAnsi="Courier New"/>
          <w:color w:val="555555"/>
          <w:sz w:val="20"/>
        </w:rPr>
        <w:t>[93]</w:t>
      </w:r>
    </w:p>
    <w:p>
      <w:r>
        <w:rPr>
          <w:rFonts w:ascii="Gentium Plus" w:hAnsi="Gentium Plus"/>
          <w:sz w:val="24"/>
        </w:rPr>
        <w:t>ἄρχετε βουκολικᾶς, Μοῖσαι, πάλιν ἄρχετ’ ἀοιδᾶς.</w:t>
      </w:r>
    </w:p>
    <w:p>
      <w:r>
        <w:rPr>
          <w:rFonts w:ascii="Courier New" w:hAnsi="Courier New"/>
          <w:color w:val="555555"/>
          <w:sz w:val="20"/>
        </w:rPr>
        <w:t>[94]</w:t>
      </w:r>
    </w:p>
    <w:p>
      <w:r>
        <w:rPr>
          <w:rFonts w:ascii="Gentium Plus" w:hAnsi="Gentium Plus"/>
          <w:sz w:val="24"/>
        </w:rPr>
      </w:r>
    </w:p>
    <w:p>
      <w:r>
        <w:rPr>
          <w:rFonts w:ascii="Courier New" w:hAnsi="Courier New"/>
          <w:color w:val="555555"/>
          <w:sz w:val="20"/>
        </w:rPr>
        <w:t>[95]</w:t>
      </w:r>
    </w:p>
    <w:p>
      <w:r>
        <w:rPr>
          <w:rFonts w:ascii="Gentium Plus" w:hAnsi="Gentium Plus"/>
          <w:sz w:val="24"/>
        </w:rPr>
        <w:t>ἦνθέ γε μὰν ἁδεῖα καὶ ἁ Κύπρις γελάοισα, λάθρη μὲν γελάοισα, βαρὺν δ’ ἀνὰ θυμὸν ἔχοισα, κεἶπε ‘τύ θην τὸν Ἔρωτα κατεύχεο, Δάφνι, λυγιξεῖν· ἦ ῥ’ οὐκ αὐτὸς Ἔρωτος ὑπ’ ἀργαλέω ἐλυγίχθης;‘</w:t>
      </w:r>
    </w:p>
    <w:p>
      <w:r>
        <w:rPr>
          <w:rFonts w:ascii="Courier New" w:hAnsi="Courier New"/>
          <w:color w:val="555555"/>
          <w:sz w:val="20"/>
        </w:rPr>
        <w:t>[98]</w:t>
      </w:r>
    </w:p>
    <w:p>
      <w:r>
        <w:rPr>
          <w:rFonts w:ascii="Gentium Plus" w:hAnsi="Gentium Plus"/>
          <w:sz w:val="24"/>
        </w:rPr>
        <w:t>ἄρχετε βουκολικᾶς, Μοῖσαι, πάλιν ἄρχετ’ ἀοιδᾶς.</w:t>
      </w:r>
    </w:p>
    <w:p>
      <w:r>
        <w:rPr>
          <w:rFonts w:ascii="Courier New" w:hAnsi="Courier New"/>
          <w:color w:val="555555"/>
          <w:sz w:val="20"/>
        </w:rPr>
        <w:t>[99]</w:t>
      </w:r>
    </w:p>
    <w:p>
      <w:r>
        <w:rPr>
          <w:rFonts w:ascii="Gentium Plus" w:hAnsi="Gentium Plus"/>
          <w:sz w:val="24"/>
        </w:rPr>
      </w:r>
    </w:p>
    <w:p>
      <w:r>
        <w:rPr>
          <w:rFonts w:ascii="Courier New" w:hAnsi="Courier New"/>
          <w:color w:val="555555"/>
          <w:sz w:val="20"/>
        </w:rPr>
        <w:t>[Id . 1 (100)]</w:t>
      </w:r>
    </w:p>
    <w:p>
      <w:r>
        <w:rPr>
          <w:rFonts w:ascii="Gentium Plus" w:hAnsi="Gentium Plus"/>
          <w:sz w:val="24"/>
        </w:rPr>
        <w:t>τὰν δ’ ἄρα χὠ Δάφνις ποταμείβετο· ‘Κύπρι βαρεῖα, Κύπρι νεμεσσατά, Κύπρι θνατοῖσιν ἀπεχθής, ἤδη γὰρ φράσδῃ πάνθ’ ἅλιον ἄμμι δεδύκειν; Δάφνις κἠν Ἀίδα κακὸν ἔσσεται ἄλγος Ἔρωτι.</w:t>
      </w:r>
    </w:p>
    <w:p>
      <w:r>
        <w:rPr>
          <w:rFonts w:ascii="Courier New" w:hAnsi="Courier New"/>
          <w:color w:val="555555"/>
          <w:sz w:val="20"/>
        </w:rPr>
        <w:t>[103]</w:t>
      </w:r>
    </w:p>
    <w:p>
      <w:r>
        <w:rPr>
          <w:rFonts w:ascii="Gentium Plus" w:hAnsi="Gentium Plus"/>
          <w:sz w:val="24"/>
        </w:rPr>
      </w:r>
    </w:p>
    <w:p>
      <w:r>
        <w:rPr>
          <w:rFonts w:ascii="Courier New" w:hAnsi="Courier New"/>
          <w:color w:val="555555"/>
          <w:sz w:val="20"/>
        </w:rPr>
        <w:t>[105]</w:t>
      </w:r>
    </w:p>
    <w:p>
      <w:r>
        <w:rPr>
          <w:rFonts w:ascii="Gentium Plus" w:hAnsi="Gentium Plus"/>
          <w:sz w:val="24"/>
        </w:rPr>
        <w:t>οὐ λέγεται τὰν Κύπριν ὁ βουκόλος; ἕρπε ποτ’ Ἴδαν, ἕρπε ποτ’ Ἀγχίσαν· τηνεὶ δρύες ἠδὲ κύπειρος, αἱ δὲ καλὸν βομβεῦντι ποτὶ σμάνεσσι μέλισσαι.</w:t>
      </w:r>
    </w:p>
    <w:p>
      <w:r>
        <w:rPr>
          <w:rFonts w:ascii="Courier New" w:hAnsi="Courier New"/>
          <w:color w:val="555555"/>
          <w:sz w:val="20"/>
        </w:rPr>
        <w:t>[107]</w:t>
      </w:r>
    </w:p>
    <w:p>
      <w:r>
        <w:rPr>
          <w:rFonts w:ascii="Gentium Plus" w:hAnsi="Gentium Plus"/>
          <w:sz w:val="24"/>
        </w:rPr>
        <w:t>ἄρχετε βουκολικᾶς, Μοῖσαι, πάλιν ἄρχετ’ ἀοιδᾶς.</w:t>
      </w:r>
    </w:p>
    <w:p>
      <w:r>
        <w:rPr>
          <w:rFonts w:ascii="Courier New" w:hAnsi="Courier New"/>
          <w:color w:val="555555"/>
          <w:sz w:val="20"/>
        </w:rPr>
        <w:t>[108]</w:t>
      </w:r>
    </w:p>
    <w:p>
      <w:r>
        <w:rPr>
          <w:rFonts w:ascii="Gentium Plus" w:hAnsi="Gentium Plus"/>
          <w:sz w:val="24"/>
        </w:rPr>
        <w:t>ὡραῖος χὤδωνις, ἐπεὶ καὶ μῆλα νομεύει</w:t>
      </w:r>
    </w:p>
    <w:p>
      <w:r>
        <w:rPr>
          <w:rFonts w:ascii="Courier New" w:hAnsi="Courier New"/>
          <w:color w:val="555555"/>
          <w:sz w:val="20"/>
        </w:rPr>
        <w:t>[110]</w:t>
      </w:r>
    </w:p>
    <w:p>
      <w:r>
        <w:rPr>
          <w:rFonts w:ascii="Gentium Plus" w:hAnsi="Gentium Plus"/>
          <w:sz w:val="24"/>
        </w:rPr>
        <w:t>καὶ πτῶκας βάλλει καὶ θηρία πάντα διώκει.</w:t>
      </w:r>
    </w:p>
    <w:p>
      <w:r>
        <w:rPr>
          <w:rFonts w:ascii="Courier New" w:hAnsi="Courier New"/>
          <w:color w:val="555555"/>
          <w:sz w:val="20"/>
        </w:rPr>
        <w:t>[110]</w:t>
      </w:r>
    </w:p>
    <w:p>
      <w:r>
        <w:rPr>
          <w:rFonts w:ascii="Gentium Plus" w:hAnsi="Gentium Plus"/>
          <w:sz w:val="24"/>
        </w:rPr>
        <w:t>ἄρχετε βουκολικᾶς, Μοῖσαι, πάλιν ἄρχετ’ ἀοιδᾶς.</w:t>
      </w:r>
    </w:p>
    <w:p>
      <w:r>
        <w:rPr>
          <w:rFonts w:ascii="Courier New" w:hAnsi="Courier New"/>
          <w:color w:val="555555"/>
          <w:sz w:val="20"/>
        </w:rPr>
        <w:t>[111]</w:t>
      </w:r>
    </w:p>
    <w:p>
      <w:r>
        <w:rPr>
          <w:rFonts w:ascii="Gentium Plus" w:hAnsi="Gentium Plus"/>
          <w:sz w:val="24"/>
        </w:rPr>
        <w:t>αὖτις ὅπως στασῇ Διομήδεος ἆσσον ἰοῖσα, καὶ λέγε “τὸν βούταν νικῶ Δάφνιν, ἀλλὰ μάχευ μοι”</w:t>
      </w:r>
    </w:p>
    <w:p>
      <w:r>
        <w:rPr>
          <w:rFonts w:ascii="Courier New" w:hAnsi="Courier New"/>
          <w:color w:val="555555"/>
          <w:sz w:val="20"/>
        </w:rPr>
        <w:t>[113]</w:t>
      </w:r>
    </w:p>
    <w:p>
      <w:r>
        <w:rPr>
          <w:rFonts w:ascii="Gentium Plus" w:hAnsi="Gentium Plus"/>
          <w:sz w:val="24"/>
        </w:rPr>
        <w:t>ἄρχετε βουκολικᾶς, Μοῖσαι, πάλιν ἄρχετ’ ἀοιδᾶς.</w:t>
      </w:r>
    </w:p>
    <w:p>
      <w:r>
        <w:rPr>
          <w:rFonts w:ascii="Courier New" w:hAnsi="Courier New"/>
          <w:color w:val="555555"/>
          <w:sz w:val="20"/>
        </w:rPr>
        <w:t>[114]</w:t>
      </w:r>
    </w:p>
    <w:p>
      <w:r>
        <w:rPr>
          <w:rFonts w:ascii="Gentium Plus" w:hAnsi="Gentium Plus"/>
          <w:sz w:val="24"/>
        </w:rPr>
      </w:r>
    </w:p>
    <w:p>
      <w:r>
        <w:rPr>
          <w:rFonts w:ascii="Courier New" w:hAnsi="Courier New"/>
          <w:color w:val="555555"/>
          <w:sz w:val="20"/>
        </w:rPr>
        <w:t>[115]</w:t>
      </w:r>
    </w:p>
    <w:p>
      <w:r>
        <w:rPr>
          <w:rFonts w:ascii="Gentium Plus" w:hAnsi="Gentium Plus"/>
          <w:sz w:val="24"/>
        </w:rPr>
        <w:t>ὦ λύκοι, ὦ θῶες, ὦ ἀν’ ὤρεα φωλάδες ἄρκτοι, χαίρεθ’· ὁ βουκόλος ὔμμιν ἐγὼ Δάφνις οὐκέτ’ ἀν’ ὕλαν, οὐκέτ’ ἀνὰ δρυμώς, οὐκ ἄλσεα. χαῖρ’, Ἀρέθοισα, καὶ ποταμοὶ τοὶ χεῖτε καλὸν κατὰ Θύβριδος ὕδωρ.</w:t>
      </w:r>
    </w:p>
    <w:p>
      <w:r>
        <w:rPr>
          <w:rFonts w:ascii="Courier New" w:hAnsi="Courier New"/>
          <w:color w:val="555555"/>
          <w:sz w:val="20"/>
        </w:rPr>
        <w:t>[118]</w:t>
      </w:r>
    </w:p>
    <w:p>
      <w:r>
        <w:rPr>
          <w:rFonts w:ascii="Gentium Plus" w:hAnsi="Gentium Plus"/>
          <w:sz w:val="24"/>
        </w:rPr>
        <w:t>ἄρχετε βουκολικᾶς, Μοῖσαι, πάλιν ἄρχετ’ ἀοιδᾶς.</w:t>
      </w:r>
    </w:p>
    <w:p>
      <w:r>
        <w:rPr>
          <w:rFonts w:ascii="Courier New" w:hAnsi="Courier New"/>
          <w:color w:val="555555"/>
          <w:sz w:val="20"/>
        </w:rPr>
        <w:t>[119]</w:t>
      </w:r>
    </w:p>
    <w:p>
      <w:r>
        <w:rPr>
          <w:rFonts w:ascii="Gentium Plus" w:hAnsi="Gentium Plus"/>
          <w:sz w:val="24"/>
        </w:rPr>
      </w:r>
    </w:p>
    <w:p>
      <w:r>
        <w:rPr>
          <w:rFonts w:ascii="Courier New" w:hAnsi="Courier New"/>
          <w:color w:val="555555"/>
          <w:sz w:val="20"/>
        </w:rPr>
        <w:t>[120]</w:t>
      </w:r>
    </w:p>
    <w:p>
      <w:r>
        <w:rPr>
          <w:rFonts w:ascii="Gentium Plus" w:hAnsi="Gentium Plus"/>
          <w:sz w:val="24"/>
        </w:rPr>
        <w:t>Δάφνις ἐγὼν ὅδε τῆνος ὁ τὰς βόας ὧδε νομεύων, Δάφνις ὁ τὼς ταύρως καὶ πόρτιας ὧδε ποτίσδων.</w:t>
      </w:r>
    </w:p>
    <w:p>
      <w:r>
        <w:rPr>
          <w:rFonts w:ascii="Courier New" w:hAnsi="Courier New"/>
          <w:color w:val="555555"/>
          <w:sz w:val="20"/>
        </w:rPr>
        <w:t>[121]</w:t>
      </w:r>
    </w:p>
    <w:p>
      <w:r>
        <w:rPr>
          <w:rFonts w:ascii="Gentium Plus" w:hAnsi="Gentium Plus"/>
          <w:sz w:val="24"/>
        </w:rPr>
        <w:t>ἄρχετε βουκολικᾶς, Μοῖσαι, πάλιν ἄρχετ’ ἀοιδᾶς.</w:t>
      </w:r>
    </w:p>
    <w:p>
      <w:r>
        <w:rPr>
          <w:rFonts w:ascii="Courier New" w:hAnsi="Courier New"/>
          <w:color w:val="555555"/>
          <w:sz w:val="20"/>
        </w:rPr>
        <w:t>[122]</w:t>
      </w:r>
    </w:p>
    <w:p>
      <w:r>
        <w:rPr>
          <w:rFonts w:ascii="Gentium Plus" w:hAnsi="Gentium Plus"/>
          <w:sz w:val="24"/>
        </w:rPr>
        <w:t>ὦ Πὰν Πάν, εἴτ’ ἐσσὶ κατ’ ὤρεα μακρὰ Λυκαίω, εἴτε τύγ’ ἀμφιπολεῖς μέγα Μαίναλον, ἔνθ’ ἐπὶ νᾶσον</w:t>
      </w:r>
    </w:p>
    <w:p>
      <w:r>
        <w:rPr>
          <w:rFonts w:ascii="Courier New" w:hAnsi="Courier New"/>
          <w:color w:val="555555"/>
          <w:sz w:val="20"/>
        </w:rPr>
        <w:t>[125]</w:t>
      </w:r>
    </w:p>
    <w:p>
      <w:r>
        <w:rPr>
          <w:rFonts w:ascii="Gentium Plus" w:hAnsi="Gentium Plus"/>
          <w:sz w:val="24"/>
        </w:rPr>
        <w:t>τὰν Σικελάν, Ἑλίκας δὲ λίπε ῥίον αἰπύ τε σᾶμα τῆνο Λυκαονίδαο, τὸ καὶ μακάρεσσιν ἀγητόν.</w:t>
      </w:r>
    </w:p>
    <w:p>
      <w:r>
        <w:rPr>
          <w:rFonts w:ascii="Courier New" w:hAnsi="Courier New"/>
          <w:color w:val="555555"/>
          <w:sz w:val="20"/>
        </w:rPr>
        <w:t>[126]</w:t>
      </w:r>
    </w:p>
    <w:p>
      <w:r>
        <w:rPr>
          <w:rFonts w:ascii="Gentium Plus" w:hAnsi="Gentium Plus"/>
          <w:sz w:val="24"/>
        </w:rPr>
        <w:t>λήγετε βουκολικᾶς, Μοῖσαι, ἴτε λήγετ’ ἀοιδᾶς.</w:t>
      </w:r>
    </w:p>
    <w:p>
      <w:r>
        <w:rPr>
          <w:rFonts w:ascii="Courier New" w:hAnsi="Courier New"/>
          <w:color w:val="555555"/>
          <w:sz w:val="20"/>
        </w:rPr>
        <w:t>[127]</w:t>
      </w:r>
    </w:p>
    <w:p>
      <w:r>
        <w:rPr>
          <w:rFonts w:ascii="Gentium Plus" w:hAnsi="Gentium Plus"/>
          <w:sz w:val="24"/>
        </w:rPr>
        <w:t>ἔνθ’, ὦναξ, καὶ τάνδε φέρευ πακτοῖο μελίπνουν ἐκ κηρῶ σύριγγα καλὸν περὶ χεῖλος ἑλικτάν·</w:t>
      </w:r>
    </w:p>
    <w:p>
      <w:r>
        <w:rPr>
          <w:rFonts w:ascii="Courier New" w:hAnsi="Courier New"/>
          <w:color w:val="555555"/>
          <w:sz w:val="20"/>
        </w:rPr>
        <w:t>[130]</w:t>
      </w:r>
    </w:p>
    <w:p>
      <w:r>
        <w:rPr>
          <w:rFonts w:ascii="Gentium Plus" w:hAnsi="Gentium Plus"/>
          <w:sz w:val="24"/>
        </w:rPr>
        <w:t>ἦ γὰρ ἐγὼν ὑπ’ Ἔρωτος ἐς Ἅιδαν ἕλκομαι ἤδη. λήγετε βουκολικᾶς, Μοῖσαι, ἴτε λήγετ’ ἀοιδᾶς.</w:t>
      </w:r>
    </w:p>
    <w:p>
      <w:r>
        <w:rPr>
          <w:rFonts w:ascii="Courier New" w:hAnsi="Courier New"/>
          <w:color w:val="555555"/>
          <w:sz w:val="20"/>
        </w:rPr>
        <w:t>[131]</w:t>
      </w:r>
    </w:p>
    <w:p>
      <w:r>
        <w:rPr>
          <w:rFonts w:ascii="Gentium Plus" w:hAnsi="Gentium Plus"/>
          <w:sz w:val="24"/>
        </w:rPr>
        <w:t>νῦν ἴα μὲν φορέοιτε βάτοι, φορέοιτε δ’ ἄκανθαι, ἁ δὲ καλὰ νάρκισσος ἐπ’ ἀρκεύθοισι κομάσαι, πάντα δ’ ἄναλλα γένοιτο, καὶ ἁ πίτυς ὄχνας ἐνείκαι,</w:t>
      </w:r>
    </w:p>
    <w:p>
      <w:r>
        <w:rPr>
          <w:rFonts w:ascii="Courier New" w:hAnsi="Courier New"/>
          <w:color w:val="555555"/>
          <w:sz w:val="20"/>
        </w:rPr>
        <w:t>[135]</w:t>
      </w:r>
    </w:p>
    <w:p>
      <w:r>
        <w:rPr>
          <w:rFonts w:ascii="Gentium Plus" w:hAnsi="Gentium Plus"/>
          <w:sz w:val="24"/>
        </w:rPr>
        <w:t>Δάφνις ἐπεὶ θνάσκει, καὶ τὰς κύνας ὥλαφος ἕλκοι, κἠξ ὀρέων τοὶ σκῶπες ἀηδόσι γαρύσαιντο.‘</w:t>
      </w:r>
    </w:p>
    <w:p>
      <w:r>
        <w:rPr>
          <w:rFonts w:ascii="Courier New" w:hAnsi="Courier New"/>
          <w:color w:val="555555"/>
          <w:sz w:val="20"/>
        </w:rPr>
        <w:t>[136]</w:t>
      </w:r>
    </w:p>
    <w:p>
      <w:r>
        <w:rPr>
          <w:rFonts w:ascii="Gentium Plus" w:hAnsi="Gentium Plus"/>
          <w:sz w:val="24"/>
        </w:rPr>
        <w:t>λήγετε βουκολικᾶς, Μοῖσαι, ἴτε λήγετ’ ἀοιδᾶς.</w:t>
      </w:r>
    </w:p>
    <w:p>
      <w:r>
        <w:rPr>
          <w:rFonts w:ascii="Courier New" w:hAnsi="Courier New"/>
          <w:color w:val="555555"/>
          <w:sz w:val="20"/>
        </w:rPr>
        <w:t>[137]</w:t>
      </w:r>
    </w:p>
    <w:p>
      <w:r>
        <w:rPr>
          <w:rFonts w:ascii="Gentium Plus" w:hAnsi="Gentium Plus"/>
          <w:sz w:val="24"/>
        </w:rPr>
        <w:t>χὢ μὲν τόσς’ εἰπὼν ἀπεπαύσατο· τὸν δ’ Ἀφροδίτα ἤθελ’ ἀνορθῶσαι· τά γε μὰν λίνα πάντα λελοίπει</w:t>
      </w:r>
    </w:p>
    <w:p>
      <w:r>
        <w:rPr>
          <w:rFonts w:ascii="Courier New" w:hAnsi="Courier New"/>
          <w:color w:val="555555"/>
          <w:sz w:val="20"/>
        </w:rPr>
        <w:t>[140]</w:t>
      </w:r>
    </w:p>
    <w:p>
      <w:r>
        <w:rPr>
          <w:rFonts w:ascii="Gentium Plus" w:hAnsi="Gentium Plus"/>
          <w:sz w:val="24"/>
        </w:rPr>
        <w:t>ἐκ Μοιρᾶν, χὠ Δάφνις ἔβα ῥόον. ἔκλυσε δίνα τὸν Μοίσαις φίλον ἄνδρα, τὸν οὐ Νύμφαισιν ἀπεχθῆ.</w:t>
      </w:r>
    </w:p>
    <w:p>
      <w:r>
        <w:rPr>
          <w:rFonts w:ascii="Courier New" w:hAnsi="Courier New"/>
          <w:color w:val="555555"/>
          <w:sz w:val="20"/>
        </w:rPr>
        <w:t>[141]</w:t>
      </w:r>
    </w:p>
    <w:p>
      <w:r>
        <w:rPr>
          <w:rFonts w:ascii="Gentium Plus" w:hAnsi="Gentium Plus"/>
          <w:sz w:val="24"/>
        </w:rPr>
        <w:t>λήγετε βουκολικᾶς, Μοῖσαι, ἴτε λήγετ’ ἀοιδᾶς.</w:t>
      </w:r>
    </w:p>
    <w:p>
      <w:r>
        <w:rPr>
          <w:rFonts w:ascii="Courier New" w:hAnsi="Courier New"/>
          <w:color w:val="555555"/>
          <w:sz w:val="20"/>
        </w:rPr>
        <w:t>[142]</w:t>
      </w:r>
    </w:p>
    <w:p>
      <w:r>
        <w:rPr>
          <w:rFonts w:ascii="Gentium Plus" w:hAnsi="Gentium Plus"/>
          <w:sz w:val="24"/>
        </w:rPr>
        <w:t>καὶ τὺ δίδου τὰν αἶγα τό τε σκύφος, ὥς κεν ἀμέλξας σπείσω ταῖς Μοίσαις. ὦ χαίρετε πολλάκι, Μοῖσαι,</w:t>
      </w:r>
    </w:p>
    <w:p>
      <w:r>
        <w:rPr>
          <w:rFonts w:ascii="Courier New" w:hAnsi="Courier New"/>
          <w:color w:val="555555"/>
          <w:sz w:val="20"/>
        </w:rPr>
        <w:t>[145]</w:t>
      </w:r>
    </w:p>
    <w:p>
      <w:r>
        <w:rPr>
          <w:rFonts w:ascii="Gentium Plus" w:hAnsi="Gentium Plus"/>
          <w:sz w:val="24"/>
        </w:rPr>
        <w:t>χαίρετ’· ἐγὼ δ’ ὔμμιν καὶ ἐς ὕστερον ἅδιον ᾀσῶ.</w:t>
      </w:r>
    </w:p>
    <w:p>
      <w:r>
        <w:rPr>
          <w:rFonts w:ascii="Courier New" w:hAnsi="Courier New"/>
          <w:color w:val="555555"/>
          <w:sz w:val="20"/>
        </w:rPr>
        <w:t>[145]</w:t>
      </w:r>
    </w:p>
    <w:p>
      <w:r>
        <w:rPr>
          <w:rFonts w:ascii="Gentium Plus" w:hAnsi="Gentium Plus"/>
          <w:sz w:val="24"/>
        </w:rPr>
        <w:t>ΑΙΠΟΛΟΣ</w:t>
      </w:r>
    </w:p>
    <w:p>
      <w:r>
        <w:rPr>
          <w:rFonts w:ascii="Courier New" w:hAnsi="Courier New"/>
          <w:color w:val="555555"/>
          <w:sz w:val="20"/>
        </w:rPr>
        <w:t>[146]</w:t>
      </w:r>
    </w:p>
    <w:p>
      <w:r>
        <w:rPr>
          <w:rFonts w:ascii="Gentium Plus" w:hAnsi="Gentium Plus"/>
          <w:sz w:val="24"/>
        </w:rPr>
        <w:t>πλῆρές τοι μέλιτος τὸ καλὸν στόμα, Θύρσι, γένοιτο, πλῆρες δὲ σχαδόνων, καὶ ἀπ’ Αἰγίλω ἰσχάδα τρώγοις ἁδεῖαν, τέττιγος ἐπεὶ τύγα φέρτερον ᾄδεις. ἠνίδε τοι τὸ δέπας· θᾶσαι, φίλος, ὡς καλὸν ὄσδει·</w:t>
      </w:r>
    </w:p>
    <w:p>
      <w:r>
        <w:rPr>
          <w:rFonts w:ascii="Courier New" w:hAnsi="Courier New"/>
          <w:color w:val="555555"/>
          <w:sz w:val="20"/>
        </w:rPr>
        <w:t>[Id . 1 (150)]</w:t>
      </w:r>
    </w:p>
    <w:p>
      <w:r>
        <w:rPr>
          <w:rFonts w:ascii="Gentium Plus" w:hAnsi="Gentium Plus"/>
          <w:sz w:val="24"/>
        </w:rPr>
        <w:t>Ὡρᾶν πεπλύσθαι νιν ἐπὶ κράναισι δοκησεῖς. ὧδ’ ἴθι, Κισσαίθα· τὺ δ’ ἄμελγέ νιν. αἱ δὲ χίμαιραι,</w:t>
      </w:r>
    </w:p>
    <w:p>
      <w:pPr>
        <w:jc w:val="center"/>
      </w:pPr>
      <w:r>
        <w:rPr>
          <w:rFonts w:ascii="Gentium Plus" w:hAnsi="Gentium Plus"/>
          <w:b/>
          <w:sz w:val="24"/>
        </w:rPr>
        <w:t>ΘΕΟΚΡΙΤΟΥ ΦΑΡΜΑΚΕΥΤΡΙΑ</w:t>
      </w:r>
    </w:p>
    <w:p>
      <w:r>
        <w:rPr>
          <w:rFonts w:ascii="Courier New" w:hAnsi="Courier New"/>
          <w:color w:val="555555"/>
          <w:sz w:val="20"/>
        </w:rPr>
        <w:t>[1]</w:t>
      </w:r>
    </w:p>
    <w:p>
      <w:r>
        <w:rPr>
          <w:rFonts w:ascii="Gentium Plus" w:hAnsi="Gentium Plus"/>
          <w:sz w:val="24"/>
        </w:rPr>
        <w:t>Πᾷ μοι ταὶ δάφναι; φέρε, Θεστυλί. πᾷ δὲ τὰ φίλτρα; στέψον τὰν κελέβαν φοινικέῳ οἰὸς ἀώτῳ, ὡς τὸν ἐμὸν βαρὺν εὖντα φίλον καταδήσομαι ἄνδρα, ὅς μοι δωδεκαταῖος ἀφ’ ὧ τάλας οὐδὲ ποθίκει,</w:t>
      </w:r>
    </w:p>
    <w:p>
      <w:r>
        <w:rPr>
          <w:rFonts w:ascii="Courier New" w:hAnsi="Courier New"/>
          <w:color w:val="555555"/>
          <w:sz w:val="20"/>
        </w:rPr>
        <w:t>[5]</w:t>
      </w:r>
    </w:p>
    <w:p>
      <w:r>
        <w:rPr>
          <w:rFonts w:ascii="Gentium Plus" w:hAnsi="Gentium Plus"/>
          <w:sz w:val="24"/>
        </w:rPr>
        <w:t>οὐδ’ ἔγνω πότερον τεθνάκαμες ἢ ζοοὶ εἰμές, οὐδὲ θύρας ἄραξεν ἀνάρσιος. ἦ ῥά οἱ ἀλλᾷ ᾤχετ’ ἔχων ὅ τ’ Ἔρως ταχινὰς φρένας ἅ τ’ Ἀφροδίτα. βασεῦμαι ποτὶ τὰν Τιμαγήτοιο παλαίστραν αὔριον, ὥς νιν ἴδω, καὶ μέμψομαι οἷά με ποιεῖ.</w:t>
      </w:r>
    </w:p>
    <w:p>
      <w:r>
        <w:rPr>
          <w:rFonts w:ascii="Courier New" w:hAnsi="Courier New"/>
          <w:color w:val="555555"/>
          <w:sz w:val="20"/>
        </w:rPr>
        <w:t>[10]</w:t>
      </w:r>
    </w:p>
    <w:p>
      <w:r>
        <w:rPr>
          <w:rFonts w:ascii="Gentium Plus" w:hAnsi="Gentium Plus"/>
          <w:sz w:val="24"/>
        </w:rPr>
        <w:t>νῦν δέ νιν ἐκ θυέων καταδήσομαι. ἀλλά, Σελάνα, φαῖνε καλόν· τὶν γὰρ ποταείσομαι ἅσυχα, δαῖμον, τᾷ χθονίᾳ θ’ Ἑκάτᾳ, τὰν καὶ σκύλακες τρομέοντι ἐρχομέναν νεκύων ἀνά τ’ ἠρία καὶ μέλαν αἷμα. χαῖρ’, Ἑκάτα δασπλῆτι, καὶ ἐς τέλος ἄμμιν ὀπάδει,</w:t>
      </w:r>
    </w:p>
    <w:p>
      <w:r>
        <w:rPr>
          <w:rFonts w:ascii="Courier New" w:hAnsi="Courier New"/>
          <w:color w:val="555555"/>
          <w:sz w:val="20"/>
        </w:rPr>
        <w:t>[15]</w:t>
      </w:r>
    </w:p>
    <w:p>
      <w:r>
        <w:rPr>
          <w:rFonts w:ascii="Gentium Plus" w:hAnsi="Gentium Plus"/>
          <w:sz w:val="24"/>
        </w:rPr>
        <w:t>φάρμακα ταῦτ’ ἔρδοισα χερείονα μήτε τι Κίρκας μήτε τι Μηδείας μήτε ξανθᾶς Περιμήδας.</w:t>
      </w:r>
    </w:p>
    <w:p>
      <w:r>
        <w:rPr>
          <w:rFonts w:ascii="Courier New" w:hAnsi="Courier New"/>
          <w:color w:val="555555"/>
          <w:sz w:val="20"/>
        </w:rPr>
        <w:t>[16]</w:t>
      </w:r>
    </w:p>
    <w:p>
      <w:r>
        <w:rPr>
          <w:rFonts w:ascii="Gentium Plus" w:hAnsi="Gentium Plus"/>
          <w:sz w:val="24"/>
        </w:rPr>
        <w:t>Ἶυγξ, ἕλκε τὺ τῆνον ἐμὸν ποτὶ δῶμα τὸν ἄνδρα.</w:t>
      </w:r>
    </w:p>
    <w:p>
      <w:r>
        <w:rPr>
          <w:rFonts w:ascii="Courier New" w:hAnsi="Courier New"/>
          <w:color w:val="555555"/>
          <w:sz w:val="20"/>
        </w:rPr>
        <w:t>[17]</w:t>
      </w:r>
    </w:p>
    <w:p>
      <w:r>
        <w:rPr>
          <w:rFonts w:ascii="Gentium Plus" w:hAnsi="Gentium Plus"/>
          <w:sz w:val="24"/>
        </w:rPr>
        <w:t>ἄλφιτά τοι πρᾶτον πυρὶ τάκεται. ἀλλ’ ἐπίπασσε, Θεστυλί. δειλαία, πᾷ τὰς φρένας ἐκπεπότασαι;</w:t>
      </w:r>
    </w:p>
    <w:p>
      <w:r>
        <w:rPr>
          <w:rFonts w:ascii="Courier New" w:hAnsi="Courier New"/>
          <w:color w:val="555555"/>
          <w:sz w:val="20"/>
        </w:rPr>
        <w:t>[20]</w:t>
      </w:r>
    </w:p>
    <w:p>
      <w:r>
        <w:rPr>
          <w:rFonts w:ascii="Gentium Plus" w:hAnsi="Gentium Plus"/>
          <w:sz w:val="24"/>
        </w:rPr>
        <w:t>ἦ ῥά γέ θην, μυσαρά, καὶ τὶν ἐπίχαρμα τέτυγμαι; πάσς’ ἅμα καὶ λέγε ταῦτα· ‘τὰ Δέλφιδος ὀστία πάσσω.‘</w:t>
      </w:r>
    </w:p>
    <w:p>
      <w:r>
        <w:rPr>
          <w:rFonts w:ascii="Courier New" w:hAnsi="Courier New"/>
          <w:color w:val="555555"/>
          <w:sz w:val="20"/>
        </w:rPr>
        <w:t>[21]</w:t>
      </w:r>
    </w:p>
    <w:p>
      <w:r>
        <w:rPr>
          <w:rFonts w:ascii="Gentium Plus" w:hAnsi="Gentium Plus"/>
          <w:sz w:val="24"/>
        </w:rPr>
        <w:t>ἶυγξ, ἕλκε τὺ τῆνον ἐμὸν ποτὶ δῶμα τὸν ἄνδρα.</w:t>
      </w:r>
    </w:p>
    <w:p>
      <w:r>
        <w:rPr>
          <w:rFonts w:ascii="Courier New" w:hAnsi="Courier New"/>
          <w:color w:val="555555"/>
          <w:sz w:val="20"/>
        </w:rPr>
        <w:t>[22]</w:t>
      </w:r>
    </w:p>
    <w:p>
      <w:r>
        <w:rPr>
          <w:rFonts w:ascii="Gentium Plus" w:hAnsi="Gentium Plus"/>
          <w:sz w:val="24"/>
        </w:rPr>
        <w:t>Δέλφις ἔμ’ ἀνίασεν· ἐγὼ δ’ ἐπὶ Δέλφιδι δάφναν</w:t>
      </w:r>
    </w:p>
    <w:p>
      <w:r>
        <w:rPr>
          <w:rFonts w:ascii="Courier New" w:hAnsi="Courier New"/>
          <w:color w:val="555555"/>
          <w:sz w:val="20"/>
        </w:rPr>
        <w:t>[25]</w:t>
      </w:r>
    </w:p>
    <w:p>
      <w:r>
        <w:rPr>
          <w:rFonts w:ascii="Gentium Plus" w:hAnsi="Gentium Plus"/>
          <w:sz w:val="24"/>
        </w:rPr>
        <w:t>κἠξαπίνας ἅφθη κοὐδὲ σποδὸν εἴδομες αὐτᾶς, οὕτω τοι καὶ Δέλφις ἐνὶ φλογὶ σάρκ’ ἀμαθύνοι.</w:t>
      </w:r>
    </w:p>
    <w:p>
      <w:r>
        <w:rPr>
          <w:rFonts w:ascii="Courier New" w:hAnsi="Courier New"/>
          <w:color w:val="555555"/>
          <w:sz w:val="20"/>
        </w:rPr>
        <w:t>[26]</w:t>
      </w:r>
    </w:p>
    <w:p>
      <w:r>
        <w:rPr>
          <w:rFonts w:ascii="Gentium Plus" w:hAnsi="Gentium Plus"/>
          <w:sz w:val="24"/>
        </w:rPr>
        <w:t>ἶυγξ, ἕλκε τὺ τῆνον ἐμὸν ποτὶ δῶμα τὸν ἄνδρα.</w:t>
      </w:r>
    </w:p>
    <w:p>
      <w:r>
        <w:rPr>
          <w:rFonts w:ascii="Courier New" w:hAnsi="Courier New"/>
          <w:color w:val="555555"/>
          <w:sz w:val="20"/>
        </w:rPr>
        <w:t>[27]</w:t>
      </w:r>
    </w:p>
    <w:p>
      <w:r>
        <w:rPr>
          <w:rFonts w:ascii="Gentium Plus" w:hAnsi="Gentium Plus"/>
          <w:sz w:val="24"/>
        </w:rPr>
      </w:r>
    </w:p>
    <w:p>
      <w:r>
        <w:rPr>
          <w:rFonts w:ascii="Courier New" w:hAnsi="Courier New"/>
          <w:color w:val="555555"/>
          <w:sz w:val="20"/>
        </w:rPr>
        <w:t>[33]</w:t>
      </w:r>
    </w:p>
    <w:p>
      <w:r>
        <w:rPr>
          <w:rFonts w:ascii="Gentium Plus" w:hAnsi="Gentium Plus"/>
          <w:sz w:val="24"/>
        </w:rPr>
        <w:t>νῦν θυσῶ τὰ πίτυρα. τὺ δ’, Ἄρτεμι, καὶ τὸν ἐν Ἅιδα κινήσαις ἀδάμαντα καὶ εἴ τί περ ἀσφαλὲς ἄλλο—</w:t>
      </w:r>
    </w:p>
    <w:p>
      <w:r>
        <w:rPr>
          <w:rFonts w:ascii="Courier New" w:hAnsi="Courier New"/>
          <w:color w:val="555555"/>
          <w:sz w:val="20"/>
        </w:rPr>
        <w:t>[35]</w:t>
      </w:r>
    </w:p>
    <w:p>
      <w:r>
        <w:rPr>
          <w:rFonts w:ascii="Gentium Plus" w:hAnsi="Gentium Plus"/>
          <w:sz w:val="24"/>
        </w:rPr>
        <w:t>Θεστυλί, ταὶ κύνες ἄμμιν ἀνὰ πτόλιν ὠρύονται· ἁ θεὸς ἐν τριόδοισι· τὸ χαλκέον ὡς τάχος ἄχει.</w:t>
      </w:r>
    </w:p>
    <w:p>
      <w:r>
        <w:rPr>
          <w:rFonts w:ascii="Courier New" w:hAnsi="Courier New"/>
          <w:color w:val="555555"/>
          <w:sz w:val="20"/>
        </w:rPr>
        <w:t>[36]</w:t>
      </w:r>
    </w:p>
    <w:p>
      <w:r>
        <w:rPr>
          <w:rFonts w:ascii="Gentium Plus" w:hAnsi="Gentium Plus"/>
          <w:sz w:val="24"/>
        </w:rPr>
        <w:t>ἶυγξ, ἕλκε τὺ τῆνον ἐμὸν ποτὶ δῶμα τὸν ἄνδρα.</w:t>
      </w:r>
    </w:p>
    <w:p>
      <w:r>
        <w:rPr>
          <w:rFonts w:ascii="Courier New" w:hAnsi="Courier New"/>
          <w:color w:val="555555"/>
          <w:sz w:val="20"/>
        </w:rPr>
        <w:t>[37]</w:t>
      </w:r>
    </w:p>
    <w:p>
      <w:r>
        <w:rPr>
          <w:rFonts w:ascii="Gentium Plus" w:hAnsi="Gentium Plus"/>
          <w:sz w:val="24"/>
        </w:rPr>
        <w:t>ἠνίδε σιγῇ μὲν πόντος, σιγῶντι δ’ ἀῆται· ἁ δ’ ἐμὰ οὐ σιγῇ στέρνων ἔντοσθεν ἀνία,</w:t>
      </w:r>
    </w:p>
    <w:p>
      <w:r>
        <w:rPr>
          <w:rFonts w:ascii="Courier New" w:hAnsi="Courier New"/>
          <w:color w:val="555555"/>
          <w:sz w:val="20"/>
        </w:rPr>
        <w:t>[40]</w:t>
      </w:r>
    </w:p>
    <w:p>
      <w:r>
        <w:rPr>
          <w:rFonts w:ascii="Gentium Plus" w:hAnsi="Gentium Plus"/>
          <w:sz w:val="24"/>
        </w:rPr>
        <w:t>ἀλλ’ ἐπὶ τήνῳ πᾶσα καταίθομαι ὅς με τάλαιναν ἀντὶ γυναικὸς ἔθηκε κακὰν καὶ ἀπάρθενον ἦμεν.</w:t>
      </w:r>
    </w:p>
    <w:p>
      <w:r>
        <w:rPr>
          <w:rFonts w:ascii="Courier New" w:hAnsi="Courier New"/>
          <w:color w:val="555555"/>
          <w:sz w:val="20"/>
        </w:rPr>
        <w:t>[41]</w:t>
      </w:r>
    </w:p>
    <w:p>
      <w:r>
        <w:rPr>
          <w:rFonts w:ascii="Gentium Plus" w:hAnsi="Gentium Plus"/>
          <w:sz w:val="24"/>
        </w:rPr>
        <w:t>ἶυγξ, ἕλκε τὺ τῆνον ἐμὸν ποτὶ δῶμα τὸν ἄνδρα.</w:t>
      </w:r>
    </w:p>
    <w:p>
      <w:r>
        <w:rPr>
          <w:rFonts w:ascii="Courier New" w:hAnsi="Courier New"/>
          <w:color w:val="555555"/>
          <w:sz w:val="20"/>
        </w:rPr>
        <w:t>[42]</w:t>
      </w:r>
    </w:p>
    <w:p>
      <w:r>
        <w:rPr>
          <w:rFonts w:ascii="Gentium Plus" w:hAnsi="Gentium Plus"/>
          <w:sz w:val="24"/>
        </w:rPr>
      </w:r>
    </w:p>
    <w:p>
      <w:r>
        <w:rPr>
          <w:rFonts w:ascii="Courier New" w:hAnsi="Courier New"/>
          <w:color w:val="555555"/>
          <w:sz w:val="20"/>
        </w:rPr>
        <w:t>[28]</w:t>
      </w:r>
    </w:p>
    <w:p>
      <w:r>
        <w:rPr>
          <w:rFonts w:ascii="Gentium Plus" w:hAnsi="Gentium Plus"/>
          <w:sz w:val="24"/>
        </w:rPr>
        <w:t>ὡς τοῦτον τὸν κηρὸν ἐγὼ σὺν δαίμονι τάκω, ὣς τάκοιθ’ ὑπ’ ἔρωτος ὁ Μύνδιος αὐτίκα Δέλφις.</w:t>
      </w:r>
    </w:p>
    <w:p>
      <w:r>
        <w:rPr>
          <w:rFonts w:ascii="Courier New" w:hAnsi="Courier New"/>
          <w:color w:val="555555"/>
          <w:sz w:val="20"/>
        </w:rPr>
        <w:t>[30]</w:t>
      </w:r>
    </w:p>
    <w:p>
      <w:r>
        <w:rPr>
          <w:rFonts w:ascii="Gentium Plus" w:hAnsi="Gentium Plus"/>
          <w:sz w:val="24"/>
        </w:rPr>
        <w:t>χὠς δινεῖθ’ ὅδε ῥόμβος ὁ χάλκεος ἐξ Ἀφροδίτας, ὣς τῆνος δινοῖτο ποθ’ ἁμετέραισι θύραισιν.</w:t>
      </w:r>
    </w:p>
    <w:p>
      <w:r>
        <w:rPr>
          <w:rFonts w:ascii="Courier New" w:hAnsi="Courier New"/>
          <w:color w:val="555555"/>
          <w:sz w:val="20"/>
        </w:rPr>
        <w:t>[31]</w:t>
      </w:r>
    </w:p>
    <w:p>
      <w:r>
        <w:rPr>
          <w:rFonts w:ascii="Gentium Plus" w:hAnsi="Gentium Plus"/>
          <w:sz w:val="24"/>
        </w:rPr>
        <w:t>ἶυγξ, ἕλκε τὺ τῆνον ἐμὸν ποτὶ δῶμα τὸν ἄνδρα.</w:t>
      </w:r>
    </w:p>
    <w:p>
      <w:r>
        <w:rPr>
          <w:rFonts w:ascii="Courier New" w:hAnsi="Courier New"/>
          <w:color w:val="555555"/>
          <w:sz w:val="20"/>
        </w:rPr>
        <w:t>[32]</w:t>
      </w:r>
    </w:p>
    <w:p>
      <w:r>
        <w:rPr>
          <w:rFonts w:ascii="Gentium Plus" w:hAnsi="Gentium Plus"/>
          <w:sz w:val="24"/>
        </w:rPr>
      </w:r>
    </w:p>
    <w:p>
      <w:r>
        <w:rPr>
          <w:rFonts w:ascii="Courier New" w:hAnsi="Courier New"/>
          <w:color w:val="555555"/>
          <w:sz w:val="20"/>
        </w:rPr>
        <w:t>[43]</w:t>
      </w:r>
    </w:p>
    <w:p>
      <w:r>
        <w:rPr>
          <w:rFonts w:ascii="Gentium Plus" w:hAnsi="Gentium Plus"/>
          <w:sz w:val="24"/>
        </w:rPr>
        <w:t>ἐς τρὶς ἀποσπένδω καὶ τρὶς τάδε, πότνια, φωνῶ· εἴτε γυνὰ τήνῳ παρακέκλιται εἴτε καὶ ἀνήρ,</w:t>
      </w:r>
    </w:p>
    <w:p>
      <w:r>
        <w:rPr>
          <w:rFonts w:ascii="Courier New" w:hAnsi="Courier New"/>
          <w:color w:val="555555"/>
          <w:sz w:val="20"/>
        </w:rPr>
        <w:t>[45]</w:t>
      </w:r>
    </w:p>
    <w:p>
      <w:r>
        <w:rPr>
          <w:rFonts w:ascii="Gentium Plus" w:hAnsi="Gentium Plus"/>
          <w:sz w:val="24"/>
        </w:rPr>
        <w:t>τόσσον ἔχοι λάθας ὅσσον ποκὰ Θησέα φαντί ἐν Δίᾳ λασθῆμεν ἐυπλοκάμω Ἀριάδνας.</w:t>
      </w:r>
    </w:p>
    <w:p>
      <w:r>
        <w:rPr>
          <w:rFonts w:ascii="Courier New" w:hAnsi="Courier New"/>
          <w:color w:val="555555"/>
          <w:sz w:val="20"/>
        </w:rPr>
        <w:t>[46]</w:t>
      </w:r>
    </w:p>
    <w:p>
      <w:r>
        <w:rPr>
          <w:rFonts w:ascii="Gentium Plus" w:hAnsi="Gentium Plus"/>
          <w:sz w:val="24"/>
        </w:rPr>
        <w:t>ἶυγξ, ἕλκε τὺ τῆνον ἐμὸν ποτὶ δῶμα τὸν ἄνδρα.</w:t>
      </w:r>
    </w:p>
    <w:p>
      <w:r>
        <w:rPr>
          <w:rFonts w:ascii="Courier New" w:hAnsi="Courier New"/>
          <w:color w:val="555555"/>
          <w:sz w:val="20"/>
        </w:rPr>
        <w:t>[47]</w:t>
      </w:r>
    </w:p>
    <w:p>
      <w:r>
        <w:rPr>
          <w:rFonts w:ascii="Gentium Plus" w:hAnsi="Gentium Plus"/>
          <w:sz w:val="24"/>
        </w:rPr>
        <w:t>ἱππομανὲς φυτόν ἐστι παρ’ Ἀρκάσι, τῷ δ’ ἔπι πᾶσαι καὶ πῶλοι μαίνονται ἀν’ ὤρεα καὶ θοαὶ ἵπποι·</w:t>
      </w:r>
    </w:p>
    <w:p>
      <w:r>
        <w:rPr>
          <w:rFonts w:ascii="Courier New" w:hAnsi="Courier New"/>
          <w:color w:val="555555"/>
          <w:sz w:val="20"/>
        </w:rPr>
        <w:t>[Id . 2 (50)]</w:t>
      </w:r>
    </w:p>
    <w:p>
      <w:r>
        <w:rPr>
          <w:rFonts w:ascii="Gentium Plus" w:hAnsi="Gentium Plus"/>
          <w:sz w:val="24"/>
        </w:rPr>
        <w:t>ὣς καὶ Δέλφιν ἴδοιμι, καὶ ἐς τόδε δῶμα περάσαι μαινομένῳ ἴκελος λιπαρᾶς ἔκτοσθε παλαίστρας.</w:t>
      </w:r>
    </w:p>
    <w:p>
      <w:r>
        <w:rPr>
          <w:rFonts w:ascii="Courier New" w:hAnsi="Courier New"/>
          <w:color w:val="555555"/>
          <w:sz w:val="20"/>
        </w:rPr>
        <w:t>[51]</w:t>
      </w:r>
    </w:p>
    <w:p>
      <w:r>
        <w:rPr>
          <w:rFonts w:ascii="Gentium Plus" w:hAnsi="Gentium Plus"/>
          <w:sz w:val="24"/>
        </w:rPr>
      </w:r>
    </w:p>
    <w:p>
      <w:r>
        <w:rPr>
          <w:rFonts w:ascii="Courier New" w:hAnsi="Courier New"/>
          <w:color w:val="555555"/>
          <w:sz w:val="20"/>
        </w:rPr>
        <w:t>[55]</w:t>
      </w:r>
    </w:p>
    <w:p>
      <w:r>
        <w:rPr>
          <w:rFonts w:ascii="Gentium Plus" w:hAnsi="Gentium Plus"/>
          <w:sz w:val="24"/>
        </w:rPr>
        <w:t>αἰαῖ Ἔρως ἀνιαρέ, τί μευ μέλαν ἐκ χροὸς αἷμα ἐμφὺς ὡς λιμνᾶτις ἅπαν ἐκ βδέλλα πέπωκας;</w:t>
      </w:r>
    </w:p>
    <w:p>
      <w:r>
        <w:rPr>
          <w:rFonts w:ascii="Courier New" w:hAnsi="Courier New"/>
          <w:color w:val="555555"/>
          <w:sz w:val="20"/>
        </w:rPr>
        <w:t>[56]</w:t>
      </w:r>
    </w:p>
    <w:p>
      <w:r>
        <w:rPr>
          <w:rFonts w:ascii="Gentium Plus" w:hAnsi="Gentium Plus"/>
          <w:sz w:val="24"/>
        </w:rPr>
        <w:t>ἶυγξ, ἕλκε τὺ τῆνον ἐμὸν ποτὶ δῶμα τὸν ἄνδρα.</w:t>
      </w:r>
    </w:p>
    <w:p>
      <w:r>
        <w:rPr>
          <w:rFonts w:ascii="Courier New" w:hAnsi="Courier New"/>
          <w:color w:val="555555"/>
          <w:sz w:val="20"/>
        </w:rPr>
        <w:t>[57]</w:t>
      </w:r>
    </w:p>
    <w:p>
      <w:r>
        <w:rPr>
          <w:rFonts w:ascii="Gentium Plus" w:hAnsi="Gentium Plus"/>
          <w:sz w:val="24"/>
        </w:rPr>
        <w:t>σαύραν τοι τρίψασα κακὸν ποτὸν αὔριον οἰσῶ. Θεστυλί, νῦν δὲ λαβοῖσα τὺ τὰ θρόνα ταῦθ’ ὑπόμαξον</w:t>
      </w:r>
    </w:p>
    <w:p>
      <w:r>
        <w:rPr>
          <w:rFonts w:ascii="Courier New" w:hAnsi="Courier New"/>
          <w:color w:val="555555"/>
          <w:sz w:val="20"/>
        </w:rPr>
        <w:t>[60]</w:t>
      </w:r>
    </w:p>
    <w:p>
      <w:r>
        <w:rPr>
          <w:rFonts w:ascii="Gentium Plus" w:hAnsi="Gentium Plus"/>
          <w:sz w:val="24"/>
        </w:rPr>
        <w:t>τᾶς τήνω φλιᾶς καθ’ ὑπέρτερον ἇς ἔτι καὶ νύξ, [ἐκ θυμῶ δέδεμαι· ὃ δέ μευ λόγον οὐδένα ποιεῖ] καὶ λέγ’ ἐπιτρύζοισα ‘τὰ Δέλφιδος ὀστία μάσσω.‘</w:t>
      </w:r>
    </w:p>
    <w:p>
      <w:r>
        <w:rPr>
          <w:rFonts w:ascii="Courier New" w:hAnsi="Courier New"/>
          <w:color w:val="555555"/>
          <w:sz w:val="20"/>
        </w:rPr>
        <w:t>[62]</w:t>
      </w:r>
    </w:p>
    <w:p>
      <w:r>
        <w:rPr>
          <w:rFonts w:ascii="Gentium Plus" w:hAnsi="Gentium Plus"/>
          <w:sz w:val="24"/>
        </w:rPr>
        <w:t>ἶυγξ, ἕλκε τὺ τῆνον ἐμὸν ποτὶ δῶμα τὸν ἄνδρα.</w:t>
      </w:r>
    </w:p>
    <w:p>
      <w:r>
        <w:rPr>
          <w:rFonts w:ascii="Courier New" w:hAnsi="Courier New"/>
          <w:color w:val="555555"/>
          <w:sz w:val="20"/>
        </w:rPr>
        <w:t>[63]</w:t>
      </w:r>
    </w:p>
    <w:p>
      <w:r>
        <w:rPr>
          <w:rFonts w:ascii="Gentium Plus" w:hAnsi="Gentium Plus"/>
          <w:sz w:val="24"/>
        </w:rPr>
        <w:t>Νῦν δὴ μώνα ἐοῖσα πόθεν τὸν ἔρωτα δακρύσω;</w:t>
      </w:r>
    </w:p>
    <w:p>
      <w:r>
        <w:rPr>
          <w:rFonts w:ascii="Courier New" w:hAnsi="Courier New"/>
          <w:color w:val="555555"/>
          <w:sz w:val="20"/>
        </w:rPr>
        <w:t>[65]</w:t>
      </w:r>
    </w:p>
    <w:p>
      <w:r>
        <w:rPr>
          <w:rFonts w:ascii="Gentium Plus" w:hAnsi="Gentium Plus"/>
          <w:sz w:val="24"/>
        </w:rPr>
        <w:t>ἐκ τίνος ἄρξωμαι; τίς μοι κακὸν ἄγαγε τοῦτο; ἦνθ’ ἁ τωὐβούλοιο καναφόρος ἄμμιν Ἀναξώ ἄλσος ἐς Ἀρτέμιδος, τᾷ δὴ τόκα πολλὰ μὲν ἄλλα θηρία πομπεύεσκε περισταδόν, ἐν δὲ λέαινα.</w:t>
      </w:r>
    </w:p>
    <w:p>
      <w:r>
        <w:rPr>
          <w:rFonts w:ascii="Courier New" w:hAnsi="Courier New"/>
          <w:color w:val="555555"/>
          <w:sz w:val="20"/>
        </w:rPr>
        <w:t>[68]</w:t>
      </w:r>
    </w:p>
    <w:p>
      <w:r>
        <w:rPr>
          <w:rFonts w:ascii="Gentium Plus" w:hAnsi="Gentium Plus"/>
          <w:sz w:val="24"/>
        </w:rPr>
        <w:t>φράζεό μευ τὸν ἔρωθ’ ὅθεν ἵκετο, πότνα Σελάνα.</w:t>
      </w:r>
    </w:p>
    <w:p>
      <w:r>
        <w:rPr>
          <w:rFonts w:ascii="Courier New" w:hAnsi="Courier New"/>
          <w:color w:val="555555"/>
          <w:sz w:val="20"/>
        </w:rPr>
        <w:t>[69]</w:t>
      </w:r>
    </w:p>
    <w:p>
      <w:r>
        <w:rPr>
          <w:rFonts w:ascii="Gentium Plus" w:hAnsi="Gentium Plus"/>
          <w:sz w:val="24"/>
        </w:rPr>
      </w:r>
    </w:p>
    <w:p>
      <w:r>
        <w:rPr>
          <w:rFonts w:ascii="Courier New" w:hAnsi="Courier New"/>
          <w:color w:val="555555"/>
          <w:sz w:val="20"/>
        </w:rPr>
        <w:t>[70]</w:t>
      </w:r>
    </w:p>
    <w:p>
      <w:r>
        <w:rPr>
          <w:rFonts w:ascii="Gentium Plus" w:hAnsi="Gentium Plus"/>
          <w:sz w:val="24"/>
        </w:rPr>
        <w:t>καί μ’ ἁ Θευμαρίδα Θρᾷσσα τροφός, ἁ μακαρῖτις, ἀγχίθυρος ναίοισα κατεύξατο καὶ λιτάνευσε τὰν πομπὰν θάσασθαι· ἐγὼ δέ οἱ ἁ μεγάλοιτος ὡμάρτευν βύσσοιο καλὸν σύροισα χιτῶνα κἀμφιστειλαμένα τὰν ξυστίδα τὰν Κλεαρίστας.</w:t>
      </w:r>
    </w:p>
    <w:p>
      <w:r>
        <w:rPr>
          <w:rFonts w:ascii="Courier New" w:hAnsi="Courier New"/>
          <w:color w:val="555555"/>
          <w:sz w:val="20"/>
        </w:rPr>
        <w:t>[74]</w:t>
      </w:r>
    </w:p>
    <w:p>
      <w:r>
        <w:rPr>
          <w:rFonts w:ascii="Gentium Plus" w:hAnsi="Gentium Plus"/>
          <w:sz w:val="24"/>
        </w:rPr>
      </w:r>
    </w:p>
    <w:p>
      <w:r>
        <w:rPr>
          <w:rFonts w:ascii="Courier New" w:hAnsi="Courier New"/>
          <w:color w:val="555555"/>
          <w:sz w:val="20"/>
        </w:rPr>
        <w:t>[75]</w:t>
      </w:r>
    </w:p>
    <w:p>
      <w:r>
        <w:rPr>
          <w:rFonts w:ascii="Gentium Plus" w:hAnsi="Gentium Plus"/>
          <w:sz w:val="24"/>
        </w:rPr>
        <w:t>φράζεό μευ τὸν ἔρωθ’ ὅθεν ἵκετο, πότνα Σελάνα.</w:t>
      </w:r>
    </w:p>
    <w:p>
      <w:r>
        <w:rPr>
          <w:rFonts w:ascii="Courier New" w:hAnsi="Courier New"/>
          <w:color w:val="555555"/>
          <w:sz w:val="20"/>
        </w:rPr>
        <w:t>[75]</w:t>
      </w:r>
    </w:p>
    <w:p>
      <w:r>
        <w:rPr>
          <w:rFonts w:ascii="Gentium Plus" w:hAnsi="Gentium Plus"/>
          <w:sz w:val="24"/>
        </w:rPr>
        <w:t>ἤδη δ’ εὖσα μέσαν κατ’ ἀμαξιτόν, ᾇ τὰ Λύκωνος, εἶδον Δέλφιν ὁμοῦ τε καὶ Εὐδάμιππον ἰόντας·</w:t>
      </w:r>
    </w:p>
    <w:p>
      <w:r>
        <w:rPr>
          <w:rFonts w:ascii="Courier New" w:hAnsi="Courier New"/>
          <w:color w:val="555555"/>
          <w:sz w:val="20"/>
        </w:rPr>
        <w:t>[80]</w:t>
      </w:r>
    </w:p>
    <w:p>
      <w:r>
        <w:rPr>
          <w:rFonts w:ascii="Gentium Plus" w:hAnsi="Gentium Plus"/>
          <w:sz w:val="24"/>
        </w:rPr>
        <w:t>ὡς ἀπὸ γυμνασίοιο καλὸν πόνον ἄρτι λιπόντων.</w:t>
      </w:r>
    </w:p>
    <w:p>
      <w:r>
        <w:rPr>
          <w:rFonts w:ascii="Courier New" w:hAnsi="Courier New"/>
          <w:color w:val="555555"/>
          <w:sz w:val="20"/>
        </w:rPr>
        <w:t>[80]</w:t>
      </w:r>
    </w:p>
    <w:p>
      <w:r>
        <w:rPr>
          <w:rFonts w:ascii="Gentium Plus" w:hAnsi="Gentium Plus"/>
          <w:sz w:val="24"/>
        </w:rPr>
        <w:t>φράζεό μευ τὸν ἔρωθ’ ὅθεν ἵκετο, πότνα Σελάνα.</w:t>
      </w:r>
    </w:p>
    <w:p>
      <w:r>
        <w:rPr>
          <w:rFonts w:ascii="Courier New" w:hAnsi="Courier New"/>
          <w:color w:val="555555"/>
          <w:sz w:val="20"/>
        </w:rPr>
        <w:t>[81]</w:t>
      </w:r>
    </w:p>
    <w:p>
      <w:r>
        <w:rPr>
          <w:rFonts w:ascii="Gentium Plus" w:hAnsi="Gentium Plus"/>
          <w:sz w:val="24"/>
        </w:rPr>
        <w:t>χὠς ἴδον, ὣς ἐμάνην, ὥς μοι πυρὶ θυμὸς ἰάφθη δειλαίας, τὸ δὲ κάλλος ἐτάκετο. οὐκέτι πομπᾶς τήνας ἐφρασάμαν, οὐδ’ ὡς πάλιν οἴκαδ’ ἀπῆνθον</w:t>
      </w:r>
    </w:p>
    <w:p>
      <w:r>
        <w:rPr>
          <w:rFonts w:ascii="Courier New" w:hAnsi="Courier New"/>
          <w:color w:val="555555"/>
          <w:sz w:val="20"/>
        </w:rPr>
        <w:t>[85]</w:t>
      </w:r>
    </w:p>
    <w:p>
      <w:r>
        <w:rPr>
          <w:rFonts w:ascii="Gentium Plus" w:hAnsi="Gentium Plus"/>
          <w:sz w:val="24"/>
        </w:rPr>
        <w:t>ἔγνων, ἀλλά μέ τις καπυρὰ νόσος ἐξεσάλαξεν, κείμαν δ’ ἐν κλιντῆρι δέκ’ ἄματα καὶ δέκα νύκτας.</w:t>
      </w:r>
    </w:p>
    <w:p>
      <w:r>
        <w:rPr>
          <w:rFonts w:ascii="Courier New" w:hAnsi="Courier New"/>
          <w:color w:val="555555"/>
          <w:sz w:val="20"/>
        </w:rPr>
        <w:t>[86]</w:t>
      </w:r>
    </w:p>
    <w:p>
      <w:r>
        <w:rPr>
          <w:rFonts w:ascii="Gentium Plus" w:hAnsi="Gentium Plus"/>
          <w:sz w:val="24"/>
        </w:rPr>
        <w:t>φράζεό μευ τὸν ἔρωθ’ ὅθεν ἵκετο, πότνα Σελάνα.</w:t>
      </w:r>
    </w:p>
    <w:p>
      <w:r>
        <w:rPr>
          <w:rFonts w:ascii="Courier New" w:hAnsi="Courier New"/>
          <w:color w:val="555555"/>
          <w:sz w:val="20"/>
        </w:rPr>
        <w:t>[87]</w:t>
      </w:r>
    </w:p>
    <w:p>
      <w:r>
        <w:rPr>
          <w:rFonts w:ascii="Gentium Plus" w:hAnsi="Gentium Plus"/>
          <w:sz w:val="24"/>
        </w:rPr>
        <w:t>καί μευ χρὼς μὲν ὁμοῖος ἐγίνετο πολλάκι θάψῳ, ἔρρευν δ’ ἐκ κεφαλᾶς πᾶσαι τρίχες, αὐτὰ δὲ λοιπά</w:t>
      </w:r>
    </w:p>
    <w:p>
      <w:r>
        <w:rPr>
          <w:rFonts w:ascii="Courier New" w:hAnsi="Courier New"/>
          <w:color w:val="555555"/>
          <w:sz w:val="20"/>
        </w:rPr>
        <w:t>[90]</w:t>
      </w:r>
    </w:p>
    <w:p>
      <w:r>
        <w:rPr>
          <w:rFonts w:ascii="Gentium Plus" w:hAnsi="Gentium Plus"/>
          <w:sz w:val="24"/>
        </w:rPr>
        <w:t>ὀστί’ ἔτ’ ἦς καὶ δέρμα. καὶ ἐς τίνος οὐκ ἐπέρασα, ἢ ποίας ἔλιπον γραίας δόμον ἅτις ἐπᾷδεν; ἀλλ’ ἦς οὐδὲν ἐλαφρόν, ὁ δὲ χρόνος ἄνυτο φεύγων.</w:t>
      </w:r>
    </w:p>
    <w:p>
      <w:r>
        <w:rPr>
          <w:rFonts w:ascii="Courier New" w:hAnsi="Courier New"/>
          <w:color w:val="555555"/>
          <w:sz w:val="20"/>
        </w:rPr>
        <w:t>[92]</w:t>
      </w:r>
    </w:p>
    <w:p>
      <w:r>
        <w:rPr>
          <w:rFonts w:ascii="Gentium Plus" w:hAnsi="Gentium Plus"/>
          <w:sz w:val="24"/>
        </w:rPr>
        <w:t>φράζεό μευ τὸν ἔρωθ’ ὅθεν ἵκετο, πότνα Σελάνα.</w:t>
      </w:r>
    </w:p>
    <w:p>
      <w:r>
        <w:rPr>
          <w:rFonts w:ascii="Courier New" w:hAnsi="Courier New"/>
          <w:color w:val="555555"/>
          <w:sz w:val="20"/>
        </w:rPr>
        <w:t>[93]</w:t>
      </w:r>
    </w:p>
    <w:p>
      <w:r>
        <w:rPr>
          <w:rFonts w:ascii="Gentium Plus" w:hAnsi="Gentium Plus"/>
          <w:sz w:val="24"/>
        </w:rPr>
        <w:t>χοὔτω τᾷ δώλᾳ τὸν ἀλαθέα μῦθον ἔλεξα·</w:t>
      </w:r>
    </w:p>
    <w:p>
      <w:r>
        <w:rPr>
          <w:rFonts w:ascii="Courier New" w:hAnsi="Courier New"/>
          <w:color w:val="555555"/>
          <w:sz w:val="20"/>
        </w:rPr>
        <w:t>[95]</w:t>
      </w:r>
    </w:p>
    <w:p>
      <w:r>
        <w:rPr>
          <w:rFonts w:ascii="Gentium Plus" w:hAnsi="Gentium Plus"/>
          <w:sz w:val="24"/>
        </w:rPr>
        <w:t>‘εἰ δ’ ἄγε, Θεστυλί, μοι χαλεπᾶς νόσω εὑρέ τι μᾶχος. πᾶσαν ἔχει με τάλαιναν ὁ Μύνδιος· ἀλλὰ μολοῖσα τήρησον ποτὶ τὰν Τιμαγήτοιο παλαίστραν· τηνεὶ γὰρ φοιτῇ, τηνεὶ δέ οἱ ἁδὺ καθῆσθαι.</w:t>
      </w:r>
    </w:p>
    <w:p>
      <w:r>
        <w:rPr>
          <w:rFonts w:ascii="Courier New" w:hAnsi="Courier New"/>
          <w:color w:val="555555"/>
          <w:sz w:val="20"/>
        </w:rPr>
        <w:t>[98]</w:t>
      </w:r>
    </w:p>
    <w:p>
      <w:r>
        <w:rPr>
          <w:rFonts w:ascii="Gentium Plus" w:hAnsi="Gentium Plus"/>
          <w:sz w:val="24"/>
        </w:rPr>
        <w:t>φράζεό μευ τὸν ἔρωθ’ ὅθεν ἵκετο, πότνα Σελάνα.</w:t>
      </w:r>
    </w:p>
    <w:p>
      <w:r>
        <w:rPr>
          <w:rFonts w:ascii="Courier New" w:hAnsi="Courier New"/>
          <w:color w:val="555555"/>
          <w:sz w:val="20"/>
        </w:rPr>
        <w:t>[99]</w:t>
      </w:r>
    </w:p>
    <w:p>
      <w:r>
        <w:rPr>
          <w:rFonts w:ascii="Gentium Plus" w:hAnsi="Gentium Plus"/>
          <w:sz w:val="24"/>
        </w:rPr>
      </w:r>
    </w:p>
    <w:p>
      <w:r>
        <w:rPr>
          <w:rFonts w:ascii="Courier New" w:hAnsi="Courier New"/>
          <w:color w:val="555555"/>
          <w:sz w:val="20"/>
        </w:rPr>
        <w:t>[Id . 2 (100)]</w:t>
      </w:r>
    </w:p>
    <w:p>
      <w:r>
        <w:rPr>
          <w:rFonts w:ascii="Gentium Plus" w:hAnsi="Gentium Plus"/>
          <w:sz w:val="24"/>
        </w:rPr>
        <w:t>κἠπεί κά νιν ἐόντα μάθῃς μόνον, ἅσυχα νεῦσον, κεἴφ’ ὅτι “Σιμαίθα τυ καλεῖ”, καὶ ὑφαγέο τεῖδε.‘ ὣς ἐφάμαν· ἃ δ’ ἦνθε καὶ ἄγαγε τὸν λιπαρόχρων εἰς ἐμὰ δώματα Δέλφιν· ἐγὼ δέ νιν ὡς ἐνόησα ἄρτι θύρας ὑπὲρ οὐδὸν ἀμειβόμενον ποδὶ κούφῳ—</w:t>
      </w:r>
    </w:p>
    <w:p>
      <w:r>
        <w:rPr>
          <w:rFonts w:ascii="Courier New" w:hAnsi="Courier New"/>
          <w:color w:val="555555"/>
          <w:sz w:val="20"/>
        </w:rPr>
        <w:t>[104]</w:t>
      </w:r>
    </w:p>
    <w:p>
      <w:r>
        <w:rPr>
          <w:rFonts w:ascii="Gentium Plus" w:hAnsi="Gentium Plus"/>
          <w:sz w:val="24"/>
        </w:rPr>
      </w:r>
    </w:p>
    <w:p>
      <w:r>
        <w:rPr>
          <w:rFonts w:ascii="Courier New" w:hAnsi="Courier New"/>
          <w:color w:val="555555"/>
          <w:sz w:val="20"/>
        </w:rPr>
        <w:t>[105]</w:t>
      </w:r>
    </w:p>
    <w:p>
      <w:r>
        <w:rPr>
          <w:rFonts w:ascii="Gentium Plus" w:hAnsi="Gentium Plus"/>
          <w:sz w:val="24"/>
        </w:rPr>
        <w:t>φράζεό μευ τὸν ἔρωθ’ ὅθεν ἵκετο, πότνα Σελάνα— πᾶσα μὲν ἐψύχθην χιόνος πλέον, ἐκ δὲ μετώπω ἱδρώς μευ κοχύδεσκεν ἴσον νοτίαισιν ἐέρσαις, οὐδέ τι φωνῆσαι δυνάμαν, οὐδ’ ὅσσον ἐν ὕπνῳ κνυζεῦνται φωνεῦντα φίλαν ποτὶ ματέρα τέκνα·</w:t>
      </w:r>
    </w:p>
    <w:p>
      <w:r>
        <w:rPr>
          <w:rFonts w:ascii="Courier New" w:hAnsi="Courier New"/>
          <w:color w:val="555555"/>
          <w:sz w:val="20"/>
        </w:rPr>
        <w:t>[110]</w:t>
      </w:r>
    </w:p>
    <w:p>
      <w:r>
        <w:rPr>
          <w:rFonts w:ascii="Gentium Plus" w:hAnsi="Gentium Plus"/>
          <w:sz w:val="24"/>
        </w:rPr>
        <w:t>ἀλλ’ ἐπάγην δαγῦδι καλὸν χρόα πάντοθεν ἴσα.</w:t>
      </w:r>
    </w:p>
    <w:p>
      <w:r>
        <w:rPr>
          <w:rFonts w:ascii="Courier New" w:hAnsi="Courier New"/>
          <w:color w:val="555555"/>
          <w:sz w:val="20"/>
        </w:rPr>
        <w:t>[110]</w:t>
      </w:r>
    </w:p>
    <w:p>
      <w:r>
        <w:rPr>
          <w:rFonts w:ascii="Gentium Plus" w:hAnsi="Gentium Plus"/>
          <w:sz w:val="24"/>
        </w:rPr>
        <w:t>φράζεό μευ τὸν ἔρωθ’ ὅθεν ἵκετο, πότνα Σελάνα.</w:t>
      </w:r>
    </w:p>
    <w:p>
      <w:r>
        <w:rPr>
          <w:rFonts w:ascii="Courier New" w:hAnsi="Courier New"/>
          <w:color w:val="555555"/>
          <w:sz w:val="20"/>
        </w:rPr>
        <w:t>[111]</w:t>
      </w:r>
    </w:p>
    <w:p>
      <w:r>
        <w:rPr>
          <w:rFonts w:ascii="Gentium Plus" w:hAnsi="Gentium Plus"/>
          <w:sz w:val="24"/>
        </w:rPr>
        <w:t>καί μ’ ἐσιδὼν ὥστοργος ἐπὶ χθονὸς ὄμματα πάξας ἕζετ’ ἐπὶ κλιντῆρι καὶ ἑζόμενος φάτο μῦθον· ‘ἦ ῥά με, Σιμαίθα, τόσον ἔφθασας, ὅσσον ἐγώ θην</w:t>
      </w:r>
    </w:p>
    <w:p>
      <w:r>
        <w:rPr>
          <w:rFonts w:ascii="Courier New" w:hAnsi="Courier New"/>
          <w:color w:val="555555"/>
          <w:sz w:val="20"/>
        </w:rPr>
        <w:t>[115]</w:t>
      </w:r>
    </w:p>
    <w:p>
      <w:r>
        <w:rPr>
          <w:rFonts w:ascii="Gentium Plus" w:hAnsi="Gentium Plus"/>
          <w:sz w:val="24"/>
        </w:rPr>
        <w:t>πρᾶν ποκα τὸν χαρίεντα τράχων ἔφθασσα Φιλῖνον, ἐς τὸ τεὸν καλέσασα τόδε στέγος ἢ ’μὲ παρῆμεν.</w:t>
      </w:r>
    </w:p>
    <w:p>
      <w:r>
        <w:rPr>
          <w:rFonts w:ascii="Courier New" w:hAnsi="Courier New"/>
          <w:color w:val="555555"/>
          <w:sz w:val="20"/>
        </w:rPr>
        <w:t>[116]</w:t>
      </w:r>
    </w:p>
    <w:p>
      <w:r>
        <w:rPr>
          <w:rFonts w:ascii="Gentium Plus" w:hAnsi="Gentium Plus"/>
          <w:sz w:val="24"/>
        </w:rPr>
        <w:t>φράζεό μευ τὸν ἔρωθ’ ὅθεν ἵκετο, πότνα Σελάνα.</w:t>
      </w:r>
    </w:p>
    <w:p>
      <w:r>
        <w:rPr>
          <w:rFonts w:ascii="Courier New" w:hAnsi="Courier New"/>
          <w:color w:val="555555"/>
          <w:sz w:val="20"/>
        </w:rPr>
        <w:t>[117]</w:t>
      </w:r>
    </w:p>
    <w:p>
      <w:r>
        <w:rPr>
          <w:rFonts w:ascii="Gentium Plus" w:hAnsi="Gentium Plus"/>
          <w:sz w:val="24"/>
        </w:rPr>
        <w:t>ἦνθον γάρ κεν ἐγώ, ναὶ τὸν γλυκὺν ἦνθον Ἔρωτα, ἢ τρίτος ἠὲ τέταρτος ἐὼν φίλος αὐτίκα νυκτός,</w:t>
      </w:r>
    </w:p>
    <w:p>
      <w:r>
        <w:rPr>
          <w:rFonts w:ascii="Courier New" w:hAnsi="Courier New"/>
          <w:color w:val="555555"/>
          <w:sz w:val="20"/>
        </w:rPr>
        <w:t>[120]</w:t>
      </w:r>
    </w:p>
    <w:p>
      <w:r>
        <w:rPr>
          <w:rFonts w:ascii="Gentium Plus" w:hAnsi="Gentium Plus"/>
          <w:sz w:val="24"/>
        </w:rPr>
        <w:t>μᾶλα μὲν ἐν κόλποισι Διωνύσοιο φυλάσσων, κρατὶ δ’ ἔχων λεύκαν, Ἡρακλέος ἱερὸν ἔρνος, πάντοθι πορφυρέαισι περὶ ζώστραισιν ἑλικτάν.</w:t>
      </w:r>
    </w:p>
    <w:p>
      <w:r>
        <w:rPr>
          <w:rFonts w:ascii="Courier New" w:hAnsi="Courier New"/>
          <w:color w:val="555555"/>
          <w:sz w:val="20"/>
        </w:rPr>
        <w:t>[122]</w:t>
      </w:r>
    </w:p>
    <w:p>
      <w:r>
        <w:rPr>
          <w:rFonts w:ascii="Gentium Plus" w:hAnsi="Gentium Plus"/>
          <w:sz w:val="24"/>
        </w:rPr>
        <w:t>φράζεό μευ τὸν ἔρωθ’ ὅθεν ἵκετο, πότνα Σελάνα.</w:t>
      </w:r>
    </w:p>
    <w:p>
      <w:r>
        <w:rPr>
          <w:rFonts w:ascii="Courier New" w:hAnsi="Courier New"/>
          <w:color w:val="555555"/>
          <w:sz w:val="20"/>
        </w:rPr>
        <w:t>[123]</w:t>
      </w:r>
    </w:p>
    <w:p>
      <w:r>
        <w:rPr>
          <w:rFonts w:ascii="Gentium Plus" w:hAnsi="Gentium Plus"/>
          <w:sz w:val="24"/>
        </w:rPr>
        <w:t>καί κ’, εἰ μέν μ’ ἐδέχεσθε, τάδ’ ἦς φίλα (καὶ γὰρ ἐλαφρός</w:t>
      </w:r>
    </w:p>
    <w:p>
      <w:r>
        <w:rPr>
          <w:rFonts w:ascii="Courier New" w:hAnsi="Courier New"/>
          <w:color w:val="555555"/>
          <w:sz w:val="20"/>
        </w:rPr>
        <w:t>[125]</w:t>
      </w:r>
    </w:p>
    <w:p>
      <w:r>
        <w:rPr>
          <w:rFonts w:ascii="Gentium Plus" w:hAnsi="Gentium Plus"/>
          <w:sz w:val="24"/>
        </w:rPr>
        <w:t>καὶ καλὸς πάντεσσι μετ’ ἠιθέοισι καλεῦμαι), εὗδόν τ’, εἴ κε μόνον τὸ καλὸν στόμα τεῦς ἐφίλησα· εἰ δ’ ἄλλᾳ μ’ ὠθεῖτε καὶ ἁ θύρα εἴχετο μοχλῷ, πάντως κα πελέκεις καὶ λαμπάδες ἦνθον ἐφ’ ὑμέας.</w:t>
      </w:r>
    </w:p>
    <w:p>
      <w:r>
        <w:rPr>
          <w:rFonts w:ascii="Courier New" w:hAnsi="Courier New"/>
          <w:color w:val="555555"/>
          <w:sz w:val="20"/>
        </w:rPr>
        <w:t>[128]</w:t>
      </w:r>
    </w:p>
    <w:p>
      <w:r>
        <w:rPr>
          <w:rFonts w:ascii="Gentium Plus" w:hAnsi="Gentium Plus"/>
          <w:sz w:val="24"/>
        </w:rPr>
        <w:t>φράζεό μευ τὸν ἔρωθ’ ὅθεν ἵκετο, πότνα Σελάνα.</w:t>
      </w:r>
    </w:p>
    <w:p>
      <w:r>
        <w:rPr>
          <w:rFonts w:ascii="Courier New" w:hAnsi="Courier New"/>
          <w:color w:val="555555"/>
          <w:sz w:val="20"/>
        </w:rPr>
        <w:t>[129]</w:t>
      </w:r>
    </w:p>
    <w:p>
      <w:r>
        <w:rPr>
          <w:rFonts w:ascii="Gentium Plus" w:hAnsi="Gentium Plus"/>
          <w:sz w:val="24"/>
        </w:rPr>
      </w:r>
    </w:p>
    <w:p>
      <w:r>
        <w:rPr>
          <w:rFonts w:ascii="Courier New" w:hAnsi="Courier New"/>
          <w:color w:val="555555"/>
          <w:sz w:val="20"/>
        </w:rPr>
        <w:t>[130]</w:t>
      </w:r>
    </w:p>
    <w:p>
      <w:r>
        <w:rPr>
          <w:rFonts w:ascii="Gentium Plus" w:hAnsi="Gentium Plus"/>
          <w:sz w:val="24"/>
        </w:rPr>
        <w:t>νῦν δὲ χάριν μὲν ἔφαν τᾷ Κύπριδι πρᾶτον ὀφείλειν,</w:t>
      </w:r>
    </w:p>
    <w:p>
      <w:r>
        <w:rPr>
          <w:rFonts w:ascii="Courier New" w:hAnsi="Courier New"/>
          <w:color w:val="555555"/>
          <w:sz w:val="20"/>
        </w:rPr>
        <w:t>[134]</w:t>
      </w:r>
    </w:p>
    <w:p>
      <w:r>
        <w:rPr>
          <w:rFonts w:ascii="Gentium Plus" w:hAnsi="Gentium Plus"/>
          <w:sz w:val="24"/>
        </w:rPr>
      </w:r>
    </w:p>
    <w:p>
      <w:r>
        <w:rPr>
          <w:rFonts w:ascii="Courier New" w:hAnsi="Courier New"/>
          <w:color w:val="555555"/>
          <w:sz w:val="20"/>
        </w:rPr>
        <w:t>[135]</w:t>
      </w:r>
    </w:p>
    <w:p>
      <w:r>
        <w:rPr>
          <w:rFonts w:ascii="Gentium Plus" w:hAnsi="Gentium Plus"/>
          <w:sz w:val="24"/>
        </w:rPr>
        <w:t>φράζεό μευ τὸν ἔρωθ’ ὅθεν ἵκετο, πότνα Σελάνα.</w:t>
      </w:r>
    </w:p>
    <w:p>
      <w:r>
        <w:rPr>
          <w:rFonts w:ascii="Courier New" w:hAnsi="Courier New"/>
          <w:color w:val="555555"/>
          <w:sz w:val="20"/>
        </w:rPr>
        <w:t>[135]</w:t>
      </w:r>
    </w:p>
    <w:p>
      <w:r>
        <w:rPr>
          <w:rFonts w:ascii="Gentium Plus" w:hAnsi="Gentium Plus"/>
          <w:sz w:val="24"/>
        </w:rPr>
        <w:t>σὺν δὲ κακαῖς μανίαις καὶ παρθένον ἐκ θαλάμοιο καὶ νύμφαν ἐφόβης’ ἔτι δέμνια θερμὰ λιποῖσαν ἀνέρος.‘ ὣς ὃ μὲν εἶπεν· ἐγὼ δέ νιν ἁ ταχυπειθής χειρὸς ἐφαψαμένα μαλακῶν ἔκλιν’ ἐπὶ λέκτρων·</w:t>
      </w:r>
    </w:p>
    <w:p>
      <w:r>
        <w:rPr>
          <w:rFonts w:ascii="Courier New" w:hAnsi="Courier New"/>
          <w:color w:val="555555"/>
          <w:sz w:val="20"/>
        </w:rPr>
        <w:t>[140]</w:t>
      </w:r>
    </w:p>
    <w:p>
      <w:r>
        <w:rPr>
          <w:rFonts w:ascii="Gentium Plus" w:hAnsi="Gentium Plus"/>
          <w:sz w:val="24"/>
        </w:rPr>
        <w:t>καὶ ταχὺ χρὼς ἐπὶ χρωτὶ πεπαίνετο, καὶ τὰ πρόσωπα θερμότερ’ ἦς ἢ πρόσθε, καὶ ἐψιθυρίσδομες ἁδύ. ὡς καί τοι μὴ μακρὰ φίλα θρυλέοιμι Σελάνα, ἐπράχθη τὰ μέγιστα, καὶ ἐς πόθον ἤνθομες ἄμφω. κοὔτε τι τῆνος ἐμὶν ἀπεμέμψατο μέσφα τό γ’ ἐχθές,</w:t>
      </w:r>
    </w:p>
    <w:p>
      <w:r>
        <w:rPr>
          <w:rFonts w:ascii="Courier New" w:hAnsi="Courier New"/>
          <w:color w:val="555555"/>
          <w:sz w:val="20"/>
        </w:rPr>
        <w:t>[145]</w:t>
      </w:r>
    </w:p>
    <w:p>
      <w:r>
        <w:rPr>
          <w:rFonts w:ascii="Gentium Plus" w:hAnsi="Gentium Plus"/>
          <w:sz w:val="24"/>
        </w:rPr>
        <w:t>οὔτ’ ἐγὼ αὖ τήνῳ. ἀλλ’ ἦνθέ μοι ἅ τε Φιλίστας μάτηρ τᾶς ἁμᾶς αὐλητρίδος ἅ τε Μελιξοῦς σάμερον, ἁνίκα πέρ τε ποτ’ ὠρανὸν ἔτραχον ἵπποι Ἀῶ τὰν ῥοδόεσσαν ἀπ’ ὠκεανοῖο φέροισαι, κεἶπέ μοι ἄλλα τε πολλὰ καὶ ὡς ἄρα Δέλφις ἔραται.</w:t>
      </w:r>
    </w:p>
    <w:p>
      <w:r>
        <w:rPr>
          <w:rFonts w:ascii="Courier New" w:hAnsi="Courier New"/>
          <w:color w:val="555555"/>
          <w:sz w:val="20"/>
        </w:rPr>
        <w:t>[Id . 2 (150)]</w:t>
      </w:r>
    </w:p>
    <w:p>
      <w:r>
        <w:rPr>
          <w:rFonts w:ascii="Gentium Plus" w:hAnsi="Gentium Plus"/>
          <w:sz w:val="24"/>
        </w:rPr>
        <w:t>κεἴτε νιν αὖτε γυναικὸς ἔχει πόθος εἴτε καὶ ἀνδρός, οὐκ ἔφατ’ ἀτρεκὲς ἴδμεν, ἀτὰρ τόσον· αἰὲν Ἔρωτος ἀκράτω ἐπεχεῖτο καὶ ἐς τέλος ᾤχετο φεύγων, καὶ φάτο οἱ στεφάνοισι τὰ δώματα τῆνα πυκαξεῖν. ταῦτά μοι ἁ ξείνα μυθήσατο, ἔστι δ’ ἀλαθής.</w:t>
      </w:r>
    </w:p>
    <w:p>
      <w:r>
        <w:rPr>
          <w:rFonts w:ascii="Courier New" w:hAnsi="Courier New"/>
          <w:color w:val="555555"/>
          <w:sz w:val="20"/>
        </w:rPr>
        <w:t>[155]</w:t>
      </w:r>
    </w:p>
    <w:p>
      <w:r>
        <w:rPr>
          <w:rFonts w:ascii="Gentium Plus" w:hAnsi="Gentium Plus"/>
          <w:sz w:val="24"/>
        </w:rPr>
        <w:t>ἦ γάρ μοι καὶ τρὶς καὶ τετράκις ἄλλοκ’ ἐφοίτη, καὶ παρ’ ἐμὶν ἐτίθει τὰν Δωρίδα πολλάκις ὄλπαν· νῦν δέ τε δωδεκαταῖος ἀφ’ ὧτέ νιν οὐδὲ ποτεῖδον. ἦ ῥ’ οὐκ ἄλλο τι τερπνὸν ἔχει, ἁμῶν δὲ λέλασται;</w:t>
      </w:r>
    </w:p>
    <w:p>
      <w:r>
        <w:rPr>
          <w:rFonts w:ascii="Courier New" w:hAnsi="Courier New"/>
          <w:color w:val="555555"/>
          <w:sz w:val="20"/>
        </w:rPr>
        <w:t>[160]</w:t>
      </w:r>
    </w:p>
    <w:p>
      <w:r>
        <w:rPr>
          <w:rFonts w:ascii="Gentium Plus" w:hAnsi="Gentium Plus"/>
          <w:sz w:val="24"/>
        </w:rPr>
        <w:t>λυπῇ, τὰν Ἀίδαο πύλαν, ναὶ Μοίρας, ἀραξεῖ· τοῖά οἱ ἐν κίστᾳ κακὰ φάρμακα φαμὶ φυλάσσειν, Ἀσσυρίω, δέσποινα, παρὰ ξείνοιο μαθοῖσα. ἀλλὰ τὺ μὲν χαίροισα ποτ’ ὠκεανὸν τρέπε πώλως, πότνι’· ἐγὼ δ’ οἰσῶ τὸν ἐμὸν πόθον ὥσπερ ὑπέσταν.</w:t>
      </w:r>
    </w:p>
    <w:p>
      <w:r>
        <w:rPr>
          <w:rFonts w:ascii="Courier New" w:hAnsi="Courier New"/>
          <w:color w:val="555555"/>
          <w:sz w:val="20"/>
        </w:rPr>
        <w:t>[165]</w:t>
      </w:r>
    </w:p>
    <w:p>
      <w:r>
        <w:rPr>
          <w:rFonts w:ascii="Gentium Plus" w:hAnsi="Gentium Plus"/>
          <w:sz w:val="24"/>
        </w:rPr>
        <w:t>χαῖρε, Σελαναία λιπαρόθρονε, χαίρετε δ’ ἄλλοι</w:t>
      </w:r>
    </w:p>
    <w:p>
      <w:pPr>
        <w:jc w:val="center"/>
      </w:pPr>
      <w:r>
        <w:rPr>
          <w:rFonts w:ascii="Gentium Plus" w:hAnsi="Gentium Plus"/>
          <w:b/>
          <w:sz w:val="24"/>
        </w:rPr>
        <w:t>ΘΕΟΚΡΙΤΟΥ ΚΩΜΟΣ</w:t>
      </w:r>
    </w:p>
    <w:p>
      <w:r>
        <w:rPr>
          <w:rFonts w:ascii="Courier New" w:hAnsi="Courier New"/>
          <w:color w:val="555555"/>
          <w:sz w:val="20"/>
        </w:rPr>
        <w:t>[1]</w:t>
      </w:r>
    </w:p>
    <w:p>
      <w:r>
        <w:rPr>
          <w:rFonts w:ascii="Gentium Plus" w:hAnsi="Gentium Plus"/>
          <w:sz w:val="24"/>
        </w:rPr>
        <w:t>Κωμάσδω ποτὶ τὰν Ἀμαρυλλίδα, ταὶ δέ μοι αἶγες βόσκονται κατ’ ὄρος, καὶ ὁ Τίτυρος αὐτὰς ἐλαύνει. Τίτυρ’, ἐμὶν τὸ καλὸν πεφιλημένε, βόσκε τὰς αἶγας, καὶ ποτὶ τὰν κράναν ἄγε, Τίτυρε· καὶ τὸν ἐνόρχαν,</w:t>
      </w:r>
    </w:p>
    <w:p>
      <w:r>
        <w:rPr>
          <w:rFonts w:ascii="Courier New" w:hAnsi="Courier New"/>
          <w:color w:val="555555"/>
          <w:sz w:val="20"/>
        </w:rPr>
        <w:t>[5]</w:t>
      </w:r>
    </w:p>
    <w:p>
      <w:r>
        <w:rPr>
          <w:rFonts w:ascii="Gentium Plus" w:hAnsi="Gentium Plus"/>
          <w:sz w:val="24"/>
        </w:rPr>
        <w:t>τὸν Λιβυκὸν κνάκωνα, φυλάσσεο μή τυ κορύψῃ.</w:t>
      </w:r>
    </w:p>
    <w:p>
      <w:r>
        <w:rPr>
          <w:rFonts w:ascii="Courier New" w:hAnsi="Courier New"/>
          <w:color w:val="555555"/>
          <w:sz w:val="20"/>
        </w:rPr>
        <w:t>[5]</w:t>
      </w:r>
    </w:p>
    <w:p>
      <w:r>
        <w:rPr>
          <w:rFonts w:ascii="Gentium Plus" w:hAnsi="Gentium Plus"/>
          <w:sz w:val="24"/>
        </w:rPr>
        <w:t>Ὦ χαρίεσς’ Ἀμαρυλλί, τί μ’ οὐκέτι τοῦτο κατ’ ἄντρον παρκύπτοισα καλεῖς, τὸν ἐρωτύλον; ἦ ῥά με μισεῖς; ἦ ῥά γέ τοι σιμὸς καταφαίνομαι ἐγγύθεν ἦμεν, νύμφα, καὶ προγένειος; ἀπάγξασθαί με ποησεῖς.</w:t>
      </w:r>
    </w:p>
    <w:p>
      <w:r>
        <w:rPr>
          <w:rFonts w:ascii="Courier New" w:hAnsi="Courier New"/>
          <w:color w:val="555555"/>
          <w:sz w:val="20"/>
        </w:rPr>
        <w:t>[10]</w:t>
      </w:r>
    </w:p>
    <w:p>
      <w:r>
        <w:rPr>
          <w:rFonts w:ascii="Gentium Plus" w:hAnsi="Gentium Plus"/>
          <w:sz w:val="24"/>
        </w:rPr>
        <w:t>ἠνίδε τοι δέκα μᾶλα φέρω· τηνῶθε καθεῖλον ὧ μ’ ἐκέλευ καθελεῖν τύ· καὶ αὔριον ἄλλα τοι οἰσῶ. θᾶσαι μάν. θυμαλγὲς ἐμὶν ἄχος. αἴθε γενοίμαν ἁ βομβεῦσα μέλισσα καὶ ἐς τεὸν ἄντρον ἱκοίμαν, τὸν κισσὸν διαδὺς καὶ τὰν πτέριν ἅ τυ πυκάσδει.</w:t>
      </w:r>
    </w:p>
    <w:p>
      <w:r>
        <w:rPr>
          <w:rFonts w:ascii="Courier New" w:hAnsi="Courier New"/>
          <w:color w:val="555555"/>
          <w:sz w:val="20"/>
        </w:rPr>
        <w:t>[15]</w:t>
      </w:r>
    </w:p>
    <w:p>
      <w:r>
        <w:rPr>
          <w:rFonts w:ascii="Gentium Plus" w:hAnsi="Gentium Plus"/>
          <w:sz w:val="24"/>
        </w:rPr>
        <w:t>νῦν ἔγνων τὸν Ἔρωτα· βαρὺς θεός· ἦ ῥα λεαίνας μαζὸν ἐθήλαζεν, δρυμῷ τέ νιν ἔτραφε μάτηρ, ὅς με κατασμύχων καὶ ἐς ὀστίον ἄχρις ἰάπτει. ὦ τὸ καλὸν ποθορεῦσα, τὸ πᾶν λίθος, ὦ κυάνοφρυ νύμφα, πρόσπτυξαί με τὸν αἰπόλον, ὥς τυ φιλήσω</w:t>
      </w:r>
    </w:p>
    <w:p>
      <w:r>
        <w:rPr>
          <w:rFonts w:ascii="Courier New" w:hAnsi="Courier New"/>
          <w:color w:val="555555"/>
          <w:sz w:val="20"/>
        </w:rPr>
        <w:t>[20]</w:t>
      </w:r>
    </w:p>
    <w:p>
      <w:r>
        <w:rPr>
          <w:rFonts w:ascii="Gentium Plus" w:hAnsi="Gentium Plus"/>
          <w:sz w:val="24"/>
        </w:rPr>
        <w:t>ἔστι καὶ ἐν κενεοῖσι φιλήμασιν ἁδέα τέρψις. τὸν στέφανον τῖλαί με κατ’ αὐτίκα λεπτὰ ποησεῖς, τόν τοι ἐγών, Ἀμαρυλλὶ φίλα, κισσοῖο φυλάσσω, ἀμπλέξας καλύκεσσι καὶ εὐόδμοισι σελίνοις.</w:t>
      </w:r>
    </w:p>
    <w:p>
      <w:r>
        <w:rPr>
          <w:rFonts w:ascii="Courier New" w:hAnsi="Courier New"/>
          <w:color w:val="555555"/>
          <w:sz w:val="20"/>
        </w:rPr>
        <w:t>[23]</w:t>
      </w:r>
    </w:p>
    <w:p>
      <w:r>
        <w:rPr>
          <w:rFonts w:ascii="Gentium Plus" w:hAnsi="Gentium Plus"/>
          <w:sz w:val="24"/>
        </w:rPr>
      </w:r>
    </w:p>
    <w:p>
      <w:r>
        <w:rPr>
          <w:rFonts w:ascii="Courier New" w:hAnsi="Courier New"/>
          <w:color w:val="555555"/>
          <w:sz w:val="20"/>
        </w:rPr>
        <w:t>[25]</w:t>
      </w:r>
    </w:p>
    <w:p>
      <w:r>
        <w:rPr>
          <w:rFonts w:ascii="Gentium Plus" w:hAnsi="Gentium Plus"/>
          <w:sz w:val="24"/>
        </w:rPr>
        <w:t>τὰν βαίταν ἀποδὺς ἐς κύματα τηνῶ ἁλεῦμαι, ὧπερ τὼς θύννως σκοπιάζεται Ὄλπις ὁ γριπεύς· καἴ κα δὴ ’ποθάνω, τό γε μὲν τεὸν ἁδὺ τέτυκται. ἔγνων πρᾶν, ὅκα μοι, μεμναμένῳ εἰ φιλέεις με, οὐδὲ τὸ τηλέφιλον ποτεμάξατο τὸ πλατάγημα,</w:t>
      </w:r>
    </w:p>
    <w:p>
      <w:r>
        <w:rPr>
          <w:rFonts w:ascii="Courier New" w:hAnsi="Courier New"/>
          <w:color w:val="555555"/>
          <w:sz w:val="20"/>
        </w:rPr>
        <w:t>[30]</w:t>
      </w:r>
    </w:p>
    <w:p>
      <w:r>
        <w:rPr>
          <w:rFonts w:ascii="Gentium Plus" w:hAnsi="Gentium Plus"/>
          <w:sz w:val="24"/>
        </w:rPr>
        <w:t>ἀλλ’ αὔτως ἁπαλῷ ποτὶ πάχεϊ ἐξεμαράνθη. εἶπε καὶ Ἀγροιὼ τἀλαθέα κοσκινόμαντις, ἁ πρᾶν ποιολογεῦσα παραιβάτις, οὕνεκ’ ἐγὼ μέν τὶν ὅλος ἔγκειμαι, τὺ δέ μευ λόγον οὐδένα ποιῇ. ἦ μάν τοι λευκὰν διδυματόκον αἶγα φυλάσσω,</w:t>
      </w:r>
    </w:p>
    <w:p>
      <w:r>
        <w:rPr>
          <w:rFonts w:ascii="Courier New" w:hAnsi="Courier New"/>
          <w:color w:val="555555"/>
          <w:sz w:val="20"/>
        </w:rPr>
        <w:t>[35]</w:t>
      </w:r>
    </w:p>
    <w:p>
      <w:r>
        <w:rPr>
          <w:rFonts w:ascii="Gentium Plus" w:hAnsi="Gentium Plus"/>
          <w:sz w:val="24"/>
        </w:rPr>
        <w:t>τάν με καὶ ἁ Μέρμνωνος ἐριθακὶς ἁ μελανόχρως αἰτεῖ· καὶ δωσῶ οἱ, ἐπεὶ τύ μοι ἐνδιαθρύπτῃ. ἅλλεται ὀφθαλμός μευ ὁ δεξιός· ἆρά γ’ ἰδησῶ αὐτάν; ᾀσεῦμαι ποτὶ τὰν πίτυν ὧδ’ ἀποκλινθείς, καί κέ μ’ ἴσως ποτίδοι, ἐπεὶ οὐκ ἀδαμαντίνα ἐστίν.</w:t>
      </w:r>
    </w:p>
    <w:p>
      <w:r>
        <w:rPr>
          <w:rFonts w:ascii="Courier New" w:hAnsi="Courier New"/>
          <w:color w:val="555555"/>
          <w:sz w:val="20"/>
        </w:rPr>
        <w:t>[39]</w:t>
      </w:r>
    </w:p>
    <w:p>
      <w:r>
        <w:rPr>
          <w:rFonts w:ascii="Gentium Plus" w:hAnsi="Gentium Plus"/>
          <w:sz w:val="24"/>
        </w:rPr>
      </w:r>
    </w:p>
    <w:p>
      <w:r>
        <w:rPr>
          <w:rFonts w:ascii="Courier New" w:hAnsi="Courier New"/>
          <w:color w:val="555555"/>
          <w:sz w:val="20"/>
        </w:rPr>
        <w:t>[40]</w:t>
      </w:r>
    </w:p>
    <w:p>
      <w:r>
        <w:rPr>
          <w:rFonts w:ascii="Gentium Plus" w:hAnsi="Gentium Plus"/>
          <w:sz w:val="24"/>
        </w:rPr>
        <w:t>Ἱππομένης, ὅκα δὴ τὰν παρθένον ἤθελε γᾶμαι, μᾶλ’ ἐν χερσὶν ἑλὼν δρόμον ἄνυεν· ἁ δ’ Ἀταλάντα ὡς ἴδεν, ὣς ἐμάνη, ὣς ἐς βαθὺν ἅλατ’ ἔρωτα. τὰν ἀγέλαν χὠ μάντις ἀπ’ Ὄθρυος ἆγε Μελάμπους ἐς Πύλον· ἁ δὲ Βίαντος ἐν ἀγκοίναισιν ἐκλίνθη</w:t>
      </w:r>
    </w:p>
    <w:p>
      <w:r>
        <w:rPr>
          <w:rFonts w:ascii="Courier New" w:hAnsi="Courier New"/>
          <w:color w:val="555555"/>
          <w:sz w:val="20"/>
        </w:rPr>
        <w:t>[45]</w:t>
      </w:r>
    </w:p>
    <w:p>
      <w:r>
        <w:rPr>
          <w:rFonts w:ascii="Gentium Plus" w:hAnsi="Gentium Plus"/>
          <w:sz w:val="24"/>
        </w:rPr>
        <w:t>μάτηρ ἁ χαρίεσσα περίφρονος Ἀλφεσιβοίας. τὰν δὲ καλὰν Κυθέρειαν ἐν ὤρεσι μῆλα νομεύων οὐχ οὕτως Ὥδωνις ἐπὶ πλέον ἄγαγε λύσσας, ὥστ’ οὐδὲ φθίμενόν νιν ἄτερ μαζοῖο τίθητι; ζαλωτὸς μὲν ἐμὶν ὁ τὸν ἄτροπον ὕπνον ἰαύων</w:t>
      </w:r>
    </w:p>
    <w:p>
      <w:r>
        <w:rPr>
          <w:rFonts w:ascii="Courier New" w:hAnsi="Courier New"/>
          <w:color w:val="555555"/>
          <w:sz w:val="20"/>
        </w:rPr>
        <w:t>[Id . 3 (50)]</w:t>
      </w:r>
    </w:p>
    <w:p>
      <w:r>
        <w:rPr>
          <w:rFonts w:ascii="Gentium Plus" w:hAnsi="Gentium Plus"/>
          <w:sz w:val="24"/>
        </w:rPr>
        <w:t>Ἐνδυμίων· ζαλῶ δέ, φίλα γύναι, Ἰασίωνα, ὃς τόσσων ἐκύρησεν, ὅς’ οὐ πευσεῖσθε, βέβαλοι.</w:t>
      </w:r>
    </w:p>
    <w:p>
      <w:r>
        <w:rPr>
          <w:rFonts w:ascii="Courier New" w:hAnsi="Courier New"/>
          <w:color w:val="555555"/>
          <w:sz w:val="20"/>
        </w:rPr>
        <w:t>[51]</w:t>
      </w:r>
    </w:p>
    <w:p>
      <w:r>
        <w:rPr>
          <w:rFonts w:ascii="Gentium Plus" w:hAnsi="Gentium Plus"/>
          <w:sz w:val="24"/>
        </w:rPr>
        <w:t>Ἀλγέω τὰν κεφαλάν, τὶν δ’ οὐ μέλει. οὐκέτ’ ἀείδω, κεισεῦμαι δὲ πεσών, καὶ τοὶ λύκοι ὧδέ μ’ ἔδονται.</w:t>
      </w:r>
    </w:p>
    <w:p>
      <w:pPr>
        <w:jc w:val="center"/>
      </w:pPr>
      <w:r>
        <w:rPr>
          <w:rFonts w:ascii="Gentium Plus" w:hAnsi="Gentium Plus"/>
          <w:b/>
          <w:sz w:val="24"/>
        </w:rPr>
        <w:t>ΘΕΟΚΡΙΤΟΥ ΝΟΜΕΙΣ</w:t>
      </w:r>
    </w:p>
    <w:p>
      <w:r>
        <w:rPr>
          <w:rFonts w:ascii="Courier New" w:hAnsi="Courier New"/>
          <w:color w:val="555555"/>
          <w:sz w:val="20"/>
        </w:rPr>
        <w:t>[1]</w:t>
      </w:r>
    </w:p>
    <w:p>
      <w:r>
        <w:rPr>
          <w:rFonts w:ascii="Gentium Plus" w:hAnsi="Gentium Plus"/>
          <w:sz w:val="24"/>
        </w:rPr>
        <w:t>ΒΑΤΤΟΣ</w:t>
      </w:r>
    </w:p>
    <w:p>
      <w:r>
        <w:rPr>
          <w:rFonts w:ascii="Courier New" w:hAnsi="Courier New"/>
          <w:color w:val="555555"/>
          <w:sz w:val="20"/>
        </w:rPr>
        <w:t>[1]</w:t>
      </w:r>
    </w:p>
    <w:p>
      <w:r>
        <w:rPr>
          <w:rFonts w:ascii="Gentium Plus" w:hAnsi="Gentium Plus"/>
          <w:sz w:val="24"/>
        </w:rPr>
        <w:t>Εἰπέ μοι, ὦ Κορύδων, τίνος αἱ βόες; ἦ ῥα Φιλώνδα;</w:t>
      </w:r>
    </w:p>
    <w:p>
      <w:r>
        <w:rPr>
          <w:rFonts w:ascii="Courier New" w:hAnsi="Courier New"/>
          <w:color w:val="555555"/>
          <w:sz w:val="20"/>
        </w:rPr>
        <w:t>[1]</w:t>
      </w:r>
    </w:p>
    <w:p>
      <w:r>
        <w:rPr>
          <w:rFonts w:ascii="Gentium Plus" w:hAnsi="Gentium Plus"/>
          <w:sz w:val="24"/>
        </w:rPr>
        <w:t>ΚΟΡΥΔΩΝ</w:t>
      </w:r>
    </w:p>
    <w:p>
      <w:r>
        <w:rPr>
          <w:rFonts w:ascii="Courier New" w:hAnsi="Courier New"/>
          <w:color w:val="555555"/>
          <w:sz w:val="20"/>
        </w:rPr>
        <w:t>[2]</w:t>
      </w:r>
    </w:p>
    <w:p>
      <w:r>
        <w:rPr>
          <w:rFonts w:ascii="Gentium Plus" w:hAnsi="Gentium Plus"/>
          <w:sz w:val="24"/>
        </w:rPr>
        <w:t>οὔκ, ἀλλ’ Αἴγωνος· βόσκειν δέ μοι αὐτὰς ἔδωκεν. ΒΑ. ἦ πᾴ ψε κρύβδαν τὰ ποθέσπερα πάσας ἀμέλγες; ΚΟ. ἀλλ’ ὁ γέρων ὑφίητι τὰ μοσχία κἠμὲ φυλάσσει.</w:t>
      </w:r>
    </w:p>
    <w:p>
      <w:r>
        <w:rPr>
          <w:rFonts w:ascii="Courier New" w:hAnsi="Courier New"/>
          <w:color w:val="555555"/>
          <w:sz w:val="20"/>
        </w:rPr>
        <w:t>[5]</w:t>
      </w:r>
    </w:p>
    <w:p>
      <w:r>
        <w:rPr>
          <w:rFonts w:ascii="Gentium Plus" w:hAnsi="Gentium Plus"/>
          <w:sz w:val="24"/>
        </w:rPr>
        <w:t>ΒΑ. αὐτὸς δ’ ἐς τίν’ ἄφαντος ὁ βουκόλος ᾤχετο χώραν; ΚΟ. οὐκ ἄκουσας; ἄγων νιν ἐπ’ Ἀλφεὸν ᾤχετο Μίλων. ΒΑ. καὶ πόκα τῆνος ἔλαιον ἐν ὀφθαλμοῖσιν ὀπώπει; ΚΟ. φαντί νιν Ἡρακλῆι βίην καὶ κάρτος ἐρίσδειν. ΒΑ. κἤμ’ ἔφαθ’ ἁ μάτηρ Πολυδεύκεος ἦμεν ἀμείνω.</w:t>
      </w:r>
    </w:p>
    <w:p>
      <w:r>
        <w:rPr>
          <w:rFonts w:ascii="Courier New" w:hAnsi="Courier New"/>
          <w:color w:val="555555"/>
          <w:sz w:val="20"/>
        </w:rPr>
        <w:t>[10]</w:t>
      </w:r>
    </w:p>
    <w:p>
      <w:r>
        <w:rPr>
          <w:rFonts w:ascii="Gentium Plus" w:hAnsi="Gentium Plus"/>
          <w:sz w:val="24"/>
        </w:rPr>
        <w:t>ΚΟ. κᾤχετ’ ἔχων σκαπάναν τε καὶ εἴκατι τουτόθε μῆλα. ΒΑ. πείσαι κα Μίλων καὶ τὼς λύκος αὐτίκα λυσσῆν. ΚΟ. ταὶ δαμάλαι δ’ αὐτὸν μυκώμεναι αἵδε ποθεῦντι. ΒΑ. δείλαιαί γ’ αὗται, τὸν βουκόλον ὡς κακὸν εὗρον. ΚΟ. ἦ μὰν δείλαιαί γε, καὶ οὐκέτι λῶντι νέμεσθαι.</w:t>
      </w:r>
    </w:p>
    <w:p>
      <w:r>
        <w:rPr>
          <w:rFonts w:ascii="Courier New" w:hAnsi="Courier New"/>
          <w:color w:val="555555"/>
          <w:sz w:val="20"/>
        </w:rPr>
        <w:t>[15]</w:t>
      </w:r>
    </w:p>
    <w:p>
      <w:r>
        <w:rPr>
          <w:rFonts w:ascii="Gentium Plus" w:hAnsi="Gentium Plus"/>
          <w:sz w:val="24"/>
        </w:rPr>
        <w:t>ΒΑ. τήνας μὲν δή τοι τᾶς πόρτιος αὐτὰ λέλειπται</w:t>
      </w:r>
    </w:p>
    <w:p>
      <w:r>
        <w:rPr>
          <w:rFonts w:ascii="Courier New" w:hAnsi="Courier New"/>
          <w:color w:val="555555"/>
          <w:sz w:val="20"/>
        </w:rPr>
        <w:t>[20]</w:t>
      </w:r>
    </w:p>
    <w:p>
      <w:r>
        <w:rPr>
          <w:rFonts w:ascii="Gentium Plus" w:hAnsi="Gentium Plus"/>
          <w:sz w:val="24"/>
        </w:rPr>
        <w:t>ΒΑ. λεπτὸς μὰν χὠ ταῦρος ὁ πυρρίχος. αἴθε λάχοιεν τοὶ τῶ Λαμπριάδα, τοὶ δαμόται ὅκκα θύωντι τᾷ Ἥρᾳ, τοιόνδε· κακοχράσμων γὰρ ὁ δᾶμος. ΚΟ. καὶ μὰν ἐς στομάλιμνον ἐλαύνεται ἔς τε τὰ Φύσκω, καὶ ποτὶ τὸν Νήαιθον, ὅπᾳ καλὰ πάντα φύοντι,</w:t>
      </w:r>
    </w:p>
    <w:p>
      <w:r>
        <w:rPr>
          <w:rFonts w:ascii="Courier New" w:hAnsi="Courier New"/>
          <w:color w:val="555555"/>
          <w:sz w:val="20"/>
        </w:rPr>
        <w:t>[25]</w:t>
      </w:r>
    </w:p>
    <w:p>
      <w:r>
        <w:rPr>
          <w:rFonts w:ascii="Gentium Plus" w:hAnsi="Gentium Plus"/>
          <w:sz w:val="24"/>
        </w:rPr>
        <w:t>αἰγίπυρος καὶ κνύζα καὶ εὐώδης μελίτεια. ΒΑ. φεῦ φεῦ βασεῦνται καὶ ταὶ βόες, ὦ τάλαν Αἴγων, εἰς Ἀίδαν, ὅκα καὶ τὺ κακᾶς ἠράσσαο νίκας, χἀ σῦριγξ εὐρῶτι παλύνεται, ἅν ποκ’ ἐπάξα. ΚΟ. οὐ τήνα γ’, οὐ Νύμφας, ἐπεὶ ποτὶ Πῖσαν ἀφέρπων</w:t>
      </w:r>
    </w:p>
    <w:p>
      <w:r>
        <w:rPr>
          <w:rFonts w:ascii="Courier New" w:hAnsi="Courier New"/>
          <w:color w:val="555555"/>
          <w:sz w:val="20"/>
        </w:rPr>
        <w:t>[30]</w:t>
      </w:r>
    </w:p>
    <w:p>
      <w:r>
        <w:rPr>
          <w:rFonts w:ascii="Gentium Plus" w:hAnsi="Gentium Plus"/>
          <w:sz w:val="24"/>
        </w:rPr>
        <w:t>δῶρον ἐμοί νιν ἔλειπεν· ἐγὼ δέ τις εἰμὶ μελικτάς, κεὖ μὲν τὰ Γλαύκας ἀγκρούομαι, εὖ δὲ τὰ Πύρρω. αἰνέω τάν τε Κρότωνα—‘Καλὰ πόλις ἅ τε Ζάκυνθος ...‘— καὶ τὸ ποταῷον τὸ Λακίνιον, ᾇπερ ὁ πύκτας Αἴγων ὀγδώκοντα μόνος κατεδαίσατο μάζας.</w:t>
      </w:r>
    </w:p>
    <w:p>
      <w:r>
        <w:rPr>
          <w:rFonts w:ascii="Courier New" w:hAnsi="Courier New"/>
          <w:color w:val="555555"/>
          <w:sz w:val="20"/>
        </w:rPr>
        <w:t>[35]</w:t>
      </w:r>
    </w:p>
    <w:p>
      <w:r>
        <w:rPr>
          <w:rFonts w:ascii="Gentium Plus" w:hAnsi="Gentium Plus"/>
          <w:sz w:val="24"/>
        </w:rPr>
        <w:t>τηνεὶ καὶ τὸν ταῦρον ἀπ’ ὤρεος ἆγε πιάξας τᾶς ὁπλᾶς κἤδωκ’ Ἀμαρυλλίδι, ταὶ δὲ γυναῖκες μακρὸν ἀνάυσαν, χὠ βουκόλος ἐξεγέλασσεν. ΒΑ. ὦ χαρίεσς’ Ἀμαρυλλί, μόνας σέθεν οὐδὲ θανοίσας λασεύμεσθ’· ὅσον αἶγες ἐμὶν φίλαι, ὅσσον ἀπέσβης.</w:t>
      </w:r>
    </w:p>
    <w:p>
      <w:r>
        <w:rPr>
          <w:rFonts w:ascii="Courier New" w:hAnsi="Courier New"/>
          <w:color w:val="555555"/>
          <w:sz w:val="20"/>
        </w:rPr>
        <w:t>[40]</w:t>
      </w:r>
    </w:p>
    <w:p>
      <w:r>
        <w:rPr>
          <w:rFonts w:ascii="Gentium Plus" w:hAnsi="Gentium Plus"/>
          <w:sz w:val="24"/>
        </w:rPr>
        <w:t>αἰαῖ τῶ σκληρῶ μάλα δαίμονος ὅς με λελόγχει. ΚΟ. θαρσεῖν χρή, φίλε Βάττε· τάχ’ αὔριον ἔσσετ’ ἄμεινον. ἐλπίδες ἐν ζωοῖσιν, ἀνέλπιστοι δὲ θανόντες,</w:t>
      </w:r>
    </w:p>
    <w:p>
      <w:r>
        <w:rPr>
          <w:rFonts w:ascii="Courier New" w:hAnsi="Courier New"/>
          <w:color w:val="555555"/>
          <w:sz w:val="20"/>
        </w:rPr>
        <w:t>[45]</w:t>
      </w:r>
    </w:p>
    <w:p>
      <w:r>
        <w:rPr>
          <w:rFonts w:ascii="Gentium Plus" w:hAnsi="Gentium Plus"/>
          <w:sz w:val="24"/>
        </w:rPr>
        <w:t>τὸν θαλλὸν τρώγοντι, τὰ δύσσοα. ΚΟ. σίτθ’, ὁ</w:t>
      </w:r>
    </w:p>
    <w:p>
      <w:r>
        <w:rPr>
          <w:rFonts w:ascii="Courier New" w:hAnsi="Courier New"/>
          <w:color w:val="555555"/>
          <w:sz w:val="20"/>
        </w:rPr>
        <w:t>[45]</w:t>
      </w:r>
    </w:p>
    <w:p>
      <w:r>
        <w:rPr>
          <w:rFonts w:ascii="Gentium Plus" w:hAnsi="Gentium Plus"/>
          <w:sz w:val="24"/>
        </w:rPr>
        <w:t>Λέπαργος, σίτθ’, ἁ Κυμαίθα, ποτὶ τὸν λόφον. οὐκ ἐσακούεις; ἡξῶ, ναὶ τὸν Πᾶνα, κακὸν τέλος αὐτίκα δωσῶν, εἰ μὴ ἄπει τουτῶθεν. ἴδ’ αὖ πάλιν ἅδε ποθέρπει. αἴθ’ ἦς μοι ῥοικόν τι λαγωβόλον, ὥς τυ πάταξα.</w:t>
      </w:r>
    </w:p>
    <w:p>
      <w:r>
        <w:rPr>
          <w:rFonts w:ascii="Courier New" w:hAnsi="Courier New"/>
          <w:color w:val="555555"/>
          <w:sz w:val="20"/>
        </w:rPr>
        <w:t>[Id . 4 (50)]</w:t>
      </w:r>
    </w:p>
    <w:p>
      <w:r>
        <w:rPr>
          <w:rFonts w:ascii="Gentium Plus" w:hAnsi="Gentium Plus"/>
          <w:sz w:val="24"/>
        </w:rPr>
        <w:t>ΒΑ. θᾶσαί μ’, ὦ Κορύδων, ποττῶ Διός· ἁ γὰρ ἄκανθα ἁρμοῖ μ’ ὧδ’ ἐπάταξ’ ὑπὸ τὸ σφυρόν. ὡς δὲ βαθεῖαι τἀτρακτυλλίδες ἐντί. κακῶς ἁ πόρτις ὄλοιτο· εἰς ταύταν ἐτύπην χασμεύμενος. ἦ ῥά γε λεύσσεις; ΚΟ. ναὶ ναί, τοῖς ὀνύχεσσιν ἔχω τέ νιν· ἅδε καὶ αὐτά.</w:t>
      </w:r>
    </w:p>
    <w:p>
      <w:r>
        <w:rPr>
          <w:rFonts w:ascii="Courier New" w:hAnsi="Courier New"/>
          <w:color w:val="555555"/>
          <w:sz w:val="20"/>
        </w:rPr>
        <w:t>[55]</w:t>
      </w:r>
    </w:p>
    <w:p>
      <w:r>
        <w:rPr>
          <w:rFonts w:ascii="Gentium Plus" w:hAnsi="Gentium Plus"/>
          <w:sz w:val="24"/>
        </w:rPr>
        <w:t>ΒΑ. ὁσσίχον ἐστὶ τὸ τύμμα, καὶ ἁλίκον ἄνδρα δαμάσδει. ΚΟ. εἰς ὄρος ὅκχ’ ἕρπῃς, μὴ νήλιπος ἔρχεο, Βάττε· ἐν γὰρ ὄρει ῥάμνοι τε καὶ ἀσπάλαθοι κομόωντι. ΒΑ. εἴπ’ ἄγε μ’, ὦ Κορύδων, τὸ γερόντιον ἦ ῥ’ ἔτι μύλλει τήναν τὰν κυάνοφρυν ἐρωτίδα τᾶς ποκ’ ἐκνίσθη;</w:t>
      </w:r>
    </w:p>
    <w:p>
      <w:r>
        <w:rPr>
          <w:rFonts w:ascii="Courier New" w:hAnsi="Courier New"/>
          <w:color w:val="555555"/>
          <w:sz w:val="20"/>
        </w:rPr>
        <w:t>[60]</w:t>
      </w:r>
    </w:p>
    <w:p>
      <w:r>
        <w:rPr>
          <w:rFonts w:ascii="Gentium Plus" w:hAnsi="Gentium Plus"/>
          <w:sz w:val="24"/>
        </w:rPr>
        <w:t>ΚΟ. ἀκμάν γ’, ὦ δείλαιε· πρόαν γε μὲν αὐτὸς ἐπενθών καὶ ποτὶ τᾷ μάνδρᾳ κατελάμβανον ἆμος ἐνήργει. ΒΑ. εὖ γ’, ὤνθρωπε φιλοῖφα. τό τοι γένος ἢ Σατυρίσκοις</w:t>
      </w:r>
    </w:p>
    <w:p>
      <w:pPr>
        <w:jc w:val="center"/>
      </w:pPr>
      <w:r>
        <w:rPr>
          <w:rFonts w:ascii="Gentium Plus" w:hAnsi="Gentium Plus"/>
          <w:b/>
          <w:sz w:val="24"/>
        </w:rPr>
        <w:t>ΘΕΟΚΡΙΤΟΥ ΑΙΠΟΛΙΚΟΝ ΚΑΙ ΠΟΙΜΕΝΙΚΟΝ</w:t>
      </w:r>
    </w:p>
    <w:p>
      <w:r>
        <w:rPr>
          <w:rFonts w:ascii="Courier New" w:hAnsi="Courier New"/>
          <w:color w:val="555555"/>
          <w:sz w:val="20"/>
        </w:rPr>
        <w:t>[1]</w:t>
      </w:r>
    </w:p>
    <w:p>
      <w:r>
        <w:rPr>
          <w:rFonts w:ascii="Gentium Plus" w:hAnsi="Gentium Plus"/>
          <w:sz w:val="24"/>
        </w:rPr>
        <w:t>ΚΟΜΑΤΑΣ</w:t>
      </w:r>
    </w:p>
    <w:p>
      <w:r>
        <w:rPr>
          <w:rFonts w:ascii="Courier New" w:hAnsi="Courier New"/>
          <w:color w:val="555555"/>
          <w:sz w:val="20"/>
        </w:rPr>
        <w:t>[1]</w:t>
      </w:r>
    </w:p>
    <w:p>
      <w:r>
        <w:rPr>
          <w:rFonts w:ascii="Gentium Plus" w:hAnsi="Gentium Plus"/>
          <w:sz w:val="24"/>
        </w:rPr>
        <w:t>Αἶγες ἐμαί, τῆνον τὸν ποιμένα, τὸν Συβαρίταν, φεύγετε, τὸν Λάκωνα· τό μευ νάκος ἐχθὲς ἔκλεψεν.</w:t>
      </w:r>
    </w:p>
    <w:p>
      <w:r>
        <w:rPr>
          <w:rFonts w:ascii="Courier New" w:hAnsi="Courier New"/>
          <w:color w:val="555555"/>
          <w:sz w:val="20"/>
        </w:rPr>
        <w:t>[2]</w:t>
      </w:r>
    </w:p>
    <w:p>
      <w:r>
        <w:rPr>
          <w:rFonts w:ascii="Gentium Plus" w:hAnsi="Gentium Plus"/>
          <w:sz w:val="24"/>
        </w:rPr>
        <w:t>ΛΑΚΩΝ</w:t>
      </w:r>
    </w:p>
    <w:p>
      <w:r>
        <w:rPr>
          <w:rFonts w:ascii="Courier New" w:hAnsi="Courier New"/>
          <w:color w:val="555555"/>
          <w:sz w:val="20"/>
        </w:rPr>
        <w:t>[3]</w:t>
      </w:r>
    </w:p>
    <w:p>
      <w:r>
        <w:rPr>
          <w:rFonts w:ascii="Gentium Plus" w:hAnsi="Gentium Plus"/>
          <w:sz w:val="24"/>
        </w:rPr>
        <w:t>οὐκ ἀπὸ τᾶς κράνας; σίττ’, ἀμνίδες· οὐκ ἐσορῆτε τόν μευ τὰν σύριγγα πρόαν κλέψαντα Κομάταν;</w:t>
      </w:r>
    </w:p>
    <w:p>
      <w:r>
        <w:rPr>
          <w:rFonts w:ascii="Courier New" w:hAnsi="Courier New"/>
          <w:color w:val="555555"/>
          <w:sz w:val="20"/>
        </w:rPr>
        <w:t>[5]</w:t>
      </w:r>
    </w:p>
    <w:p>
      <w:r>
        <w:rPr>
          <w:rFonts w:ascii="Gentium Plus" w:hAnsi="Gentium Plus"/>
          <w:sz w:val="24"/>
        </w:rPr>
        <w:t>ΚΟ. τὰν ποίαν σύριγγα; τὺ γάρ ποκα, δῶλε Σιβύρτα, ἐκτάσω σύριγγα; τί δ’ οὐκέτι σὺν Κορύδωνι ἀρκεῖ τοι καλάμας αὐλὸν ποππύσδεν ἔχοντι; ΛΑ. τάν μοι ἔδωκε Λύκων, ὠλεύθερε. τὶν δὲ τὸ ποῖον Λάκων ἀγκλέψας ποκ’ ἔβα νάκος; εἰπέ, Κομάτα·</w:t>
      </w:r>
    </w:p>
    <w:p>
      <w:r>
        <w:rPr>
          <w:rFonts w:ascii="Courier New" w:hAnsi="Courier New"/>
          <w:color w:val="555555"/>
          <w:sz w:val="20"/>
        </w:rPr>
        <w:t>[10]</w:t>
      </w:r>
    </w:p>
    <w:p>
      <w:r>
        <w:rPr>
          <w:rFonts w:ascii="Gentium Plus" w:hAnsi="Gentium Plus"/>
          <w:sz w:val="24"/>
        </w:rPr>
        <w:t>οὐδὲ γὰρ Εὐμάρᾳ τῷ δεσπότᾳ ἦς τοι ἐνεύδειν. ΚΟ. τὸ Κροκύλος μοι ἔδωκε, τὸ ποικίλον, ἁνίκ’ ἔθυσε ταῖς Νύμφαις τὰν αἶγα· τὺ δ’, ὦ κακέ, καὶ τόκ’ ἐτάκευ βασκαίνων, καὶ νῦν με τὰ λοίσθια γυμνὸν ἔθηκας. ΛΑ. οὐ μαὐτὸν τὸν Πᾶνα τὸν ἄκτιον, οὐ τέ γε Λάκων</w:t>
      </w:r>
    </w:p>
    <w:p>
      <w:r>
        <w:rPr>
          <w:rFonts w:ascii="Courier New" w:hAnsi="Courier New"/>
          <w:color w:val="555555"/>
          <w:sz w:val="20"/>
        </w:rPr>
        <w:t>[15]</w:t>
      </w:r>
    </w:p>
    <w:p>
      <w:r>
        <w:rPr>
          <w:rFonts w:ascii="Gentium Plus" w:hAnsi="Gentium Plus"/>
          <w:sz w:val="24"/>
        </w:rPr>
        <w:t>τὰν βαίταν ἀπέδυς’ ὁ Καλαιθίδος· ἢ κατὰ τήνας τᾶς πέτρας, ὤνθρωπε, μανεὶς εἰς Κρᾶθιν ἁλοίμαν. ΚΟ. οὐ μάν, οὐ ταύτας τὰς λιμνάδας, ὠγαθέ, Νύμφας, αἵτε μοι ἵλαοί τε καὶ εὐμενέες τελέθοιεν, οὔ τευ τὰν σύριγγα λαθὼν ἔκλεψε Κομάτας.</w:t>
      </w:r>
    </w:p>
    <w:p>
      <w:r>
        <w:rPr>
          <w:rFonts w:ascii="Courier New" w:hAnsi="Courier New"/>
          <w:color w:val="555555"/>
          <w:sz w:val="20"/>
        </w:rPr>
        <w:t>[20]</w:t>
      </w:r>
    </w:p>
    <w:p>
      <w:r>
        <w:rPr>
          <w:rFonts w:ascii="Gentium Plus" w:hAnsi="Gentium Plus"/>
          <w:sz w:val="24"/>
        </w:rPr>
        <w:t>ΛΑ. αἴ τοι πιστεύσαιμι, τὰ Δάφνιδος ἄλγε’ ἀροίμαν. ἀλλ’ ὦν αἴ κα λῇς ἔριφον θέμεν, ἔστι μὲν οὐδέν</w:t>
      </w:r>
    </w:p>
    <w:p>
      <w:r>
        <w:rPr>
          <w:rFonts w:ascii="Courier New" w:hAnsi="Courier New"/>
          <w:color w:val="555555"/>
          <w:sz w:val="20"/>
        </w:rPr>
        <w:t>[25]</w:t>
      </w:r>
    </w:p>
    <w:p>
      <w:r>
        <w:rPr>
          <w:rFonts w:ascii="Gentium Plus" w:hAnsi="Gentium Plus"/>
          <w:sz w:val="24"/>
        </w:rPr>
        <w:t>ΛΑ. καὶ πῶς, ὦ κίναδος τύ, τάδ’ ἔσσεται ἐξ ἴσω ἄμμιν; τίς τρίχας ἀντ’ ἐρίων ἐποκίξατο; τίς δὲ παρεύσας αἰγὸς πρατοτόκοιο κακὰν κύνα δήλετ’ ἀμέλγειν; ΚΟ. ὅστις νικασεῖν τὸν πλατίον ὡς τὺ πεποίθεις, σφὰξ βομβέων τέττιγος ἐναντίον. ἀλλὰ γὰρ οὔτι</w:t>
      </w:r>
    </w:p>
    <w:p>
      <w:r>
        <w:rPr>
          <w:rFonts w:ascii="Courier New" w:hAnsi="Courier New"/>
          <w:color w:val="555555"/>
          <w:sz w:val="20"/>
        </w:rPr>
        <w:t>[30]</w:t>
      </w:r>
    </w:p>
    <w:p>
      <w:r>
        <w:rPr>
          <w:rFonts w:ascii="Gentium Plus" w:hAnsi="Gentium Plus"/>
          <w:sz w:val="24"/>
        </w:rPr>
        <w:t>ὥριφος ἰσοπαλής τοι, ἴδ’ ὁ τράγος οὗτος· ἔρισδε. ΛΑ. μὴ σπεῦδ’· οὐ γάρ τοι πυρὶ θάλπεαι. ἅδιον ᾀσῇ τεῖδ’ ὑπὸ τὰν κότινον καὶ τἄλσεα ταῦτα καθίξας. ψυχρὸν ὕδωρ τουτεὶ καταλείβεται· ὧδε πεφύκει ποία, χἀ στιβὰς ἅδε, καὶ ἀκρίδες ὧδε λαλεῦντι.</w:t>
      </w:r>
    </w:p>
    <w:p>
      <w:r>
        <w:rPr>
          <w:rFonts w:ascii="Courier New" w:hAnsi="Courier New"/>
          <w:color w:val="555555"/>
          <w:sz w:val="20"/>
        </w:rPr>
        <w:t>[35]</w:t>
      </w:r>
    </w:p>
    <w:p>
      <w:r>
        <w:rPr>
          <w:rFonts w:ascii="Gentium Plus" w:hAnsi="Gentium Plus"/>
          <w:sz w:val="24"/>
        </w:rPr>
        <w:t>ΚΟ. ἀλλ’ οὔτι σπεύδω· μέγα δ’ ἄχθομαι εἰ τύ με τολμῇς ὄμμασι τοῖς ὀρθοῖσι ποτιβλέπεν, ὅν ποκ’ ἐόντα παῖδ’ ἔτ’ ἐγὼν ἐδίδασκον. ἴδ’ ἁ χάρις ἐς τί ποχ’ ἕρπει· θρέψαι καὶ λυκιδεῖς, θρέψαι κύνας, ὥς τυ φάγωντι. ΛΑ. καὶ πόκ’ ἐγὼν παρὰ τεῦς τι μαθὼν καλὸν ἢ καὶ ἀκούσας</w:t>
      </w:r>
    </w:p>
    <w:p>
      <w:r>
        <w:rPr>
          <w:rFonts w:ascii="Courier New" w:hAnsi="Courier New"/>
          <w:color w:val="555555"/>
          <w:sz w:val="20"/>
        </w:rPr>
        <w:t>[40]</w:t>
      </w:r>
    </w:p>
    <w:p>
      <w:r>
        <w:rPr>
          <w:rFonts w:ascii="Gentium Plus" w:hAnsi="Gentium Plus"/>
          <w:sz w:val="24"/>
        </w:rPr>
        <w:t>μέμναμ’, ὦ φθονερὸν τὺ καὶ ἀπρεπὲς ἀνδρίον αὔτως; ΚΟ. ἁνίκ’ ἐπύγιζόν τυ, τὺ δ’ ἄλγεες· αἱ δὲ χίμαιραι αἵδε κατεβληχῶντο, καὶ ὁ τράγος αὐτὰς ἐτρύπη. ΛΑ. μὴ βάθιον τήνω πυγίσματος, ὑβέ, ταφείης. ἀλλὰ γὰρ ἕρφ’, ὧδ’ ἕρπε, καὶ ὕστατα βουκολιαξῇ.</w:t>
      </w:r>
    </w:p>
    <w:p>
      <w:r>
        <w:rPr>
          <w:rFonts w:ascii="Courier New" w:hAnsi="Courier New"/>
          <w:color w:val="555555"/>
          <w:sz w:val="20"/>
        </w:rPr>
        <w:t>[45]</w:t>
      </w:r>
    </w:p>
    <w:p>
      <w:r>
        <w:rPr>
          <w:rFonts w:ascii="Gentium Plus" w:hAnsi="Gentium Plus"/>
          <w:sz w:val="24"/>
        </w:rPr>
        <w:t>ΚΟ. οὐχ ἑρψῶ τηνεί. τουτεὶ δρύες, ὧδε κύπειρος, ὧδε καλὸν βομβεῦντι ποτὶ σμάνεσσι μέλισσαι, ἔνθ’ ὕδατος ψυχρῶ κρᾶναι δύο, ταὶ δ’ ἐπὶ δένδρει ὄρνιχες λαλαγεῦντι, καὶ ἁ σκιὰ οὐδὲν ὁμοία</w:t>
      </w:r>
    </w:p>
    <w:p>
      <w:r>
        <w:rPr>
          <w:rFonts w:ascii="Courier New" w:hAnsi="Courier New"/>
          <w:color w:val="555555"/>
          <w:sz w:val="20"/>
        </w:rPr>
        <w:t>[Id . 5 (50)]</w:t>
      </w:r>
    </w:p>
    <w:p>
      <w:r>
        <w:rPr>
          <w:rFonts w:ascii="Gentium Plus" w:hAnsi="Gentium Plus"/>
          <w:sz w:val="24"/>
        </w:rPr>
        <w:t>ΛΑ. ἦ μὰν ἀρνακίδας τε καὶ εἴρια τεῖδε πατησεῖς, αἴ κ’ ἔνθῃς, ὕπνω μαλακώτερα· ταὶ δὲ τραγεῖαι ταὶ παρὰ τὶν ὄσδοντι κακώτερον ἢ τύ περ ὄσδεις. στασῶ δὲ κρατῆρα μέγαν λευκοῖο γάλακτος ταῖς Νύμφαις, στασῶ δὲ καὶ ἁδέος ἄλλον ἐλαίω.</w:t>
      </w:r>
    </w:p>
    <w:p>
      <w:r>
        <w:rPr>
          <w:rFonts w:ascii="Courier New" w:hAnsi="Courier New"/>
          <w:color w:val="555555"/>
          <w:sz w:val="20"/>
        </w:rPr>
        <w:t>[55]</w:t>
      </w:r>
    </w:p>
    <w:p>
      <w:r>
        <w:rPr>
          <w:rFonts w:ascii="Gentium Plus" w:hAnsi="Gentium Plus"/>
          <w:sz w:val="24"/>
        </w:rPr>
        <w:t>ΚΟ. αἰ δέ κε καὶ τὺ μόλῃς, ἁπαλὰν πτέριν ὧδε πατησεῖς καὶ γλάχων’ ἀνθεῦσαν· ὑπεσσεῖται δὲ χιμαιρᾶν δέρματα τᾶν παρὰ τὶν μαλακώτερα τετράκις ἀρνᾶν. στασῶ δ’ ὀκτὼ μὲν γαυλὼς τῷ Πανὶ γάλακτος, ὀκτὼ δὲ σκαφίδας μέλιτος πλέα κηρί’ ἐχοίσας.</w:t>
      </w:r>
    </w:p>
    <w:p>
      <w:r>
        <w:rPr>
          <w:rFonts w:ascii="Courier New" w:hAnsi="Courier New"/>
          <w:color w:val="555555"/>
          <w:sz w:val="20"/>
        </w:rPr>
        <w:t>[60]</w:t>
      </w:r>
    </w:p>
    <w:p>
      <w:r>
        <w:rPr>
          <w:rFonts w:ascii="Gentium Plus" w:hAnsi="Gentium Plus"/>
          <w:sz w:val="24"/>
        </w:rPr>
        <w:t>ΛΑ. αὐτόθε μοι ποτέρισδε καὶ αὐτόθε βουκολιάσδευ· τὰν σαυτῶ πατέων ἔχε τὰς δρύας. ἀλλὰ τίς ἄμμε, τίς κρινεῖ; αἴθ’ ἔνθοι ποχ’ ὁ βουκόλος ὧδε Λυκώπας. ΚΟ. οὐδὲν ἐγὼ τήνω ποτιδεύομαι· ἀλλὰ τὸν ἄνδρα, αἰ λῇς, τὸν δρυτόμον βωστρήσομες, ὃς τὰς ἐρείκας</w:t>
      </w:r>
    </w:p>
    <w:p>
      <w:r>
        <w:rPr>
          <w:rFonts w:ascii="Courier New" w:hAnsi="Courier New"/>
          <w:color w:val="555555"/>
          <w:sz w:val="20"/>
        </w:rPr>
        <w:t>[65]</w:t>
      </w:r>
    </w:p>
    <w:p>
      <w:r>
        <w:rPr>
          <w:rFonts w:ascii="Gentium Plus" w:hAnsi="Gentium Plus"/>
          <w:sz w:val="24"/>
        </w:rPr>
        <w:t>τήνας τὰς παρὰ τὶν ξυλοχίζεται· ἔστι δὲ Μόρσων. ΛΑ. βωστρέωμες.</w:t>
      </w:r>
    </w:p>
    <w:p>
      <w:r>
        <w:rPr>
          <w:rFonts w:ascii="Courier New" w:hAnsi="Courier New"/>
          <w:color w:val="555555"/>
          <w:sz w:val="20"/>
        </w:rPr>
        <w:t>[66]</w:t>
      </w:r>
    </w:p>
    <w:p>
      <w:r>
        <w:rPr>
          <w:rFonts w:ascii="Gentium Plus" w:hAnsi="Gentium Plus"/>
          <w:sz w:val="24"/>
        </w:rPr>
        <w:t>ΚΟ.τὺ κάλει νιν.</w:t>
      </w:r>
    </w:p>
    <w:p>
      <w:r>
        <w:rPr>
          <w:rFonts w:ascii="Courier New" w:hAnsi="Courier New"/>
          <w:color w:val="555555"/>
          <w:sz w:val="20"/>
        </w:rPr>
        <w:t>[66]</w:t>
      </w:r>
    </w:p>
    <w:p>
      <w:r>
        <w:rPr>
          <w:rFonts w:ascii="Gentium Plus" w:hAnsi="Gentium Plus"/>
          <w:sz w:val="24"/>
        </w:rPr>
        <w:t>ΛΑ.ἴθ’ ὦ ξένε, μικκὸν ἄκουσον τεῖδ’ ἐνθών· ἄμμες γὰρ ἐρίσδομες, ὅστις ἀρείων βουκολιαστάς ἐστι. τὺ δ’, ὠγαθέ, μήτ’ ἐμέ, Μόρσων, ἐν χάριτι κρίνῃς, μήτ’ ὦν τύγα τοῦτον ὀνάσῃς.</w:t>
      </w:r>
    </w:p>
    <w:p>
      <w:r>
        <w:rPr>
          <w:rFonts w:ascii="Courier New" w:hAnsi="Courier New"/>
          <w:color w:val="555555"/>
          <w:sz w:val="20"/>
        </w:rPr>
        <w:t>[70]</w:t>
      </w:r>
    </w:p>
    <w:p>
      <w:r>
        <w:rPr>
          <w:rFonts w:ascii="Gentium Plus" w:hAnsi="Gentium Plus"/>
          <w:sz w:val="24"/>
        </w:rPr>
        <w:t>ΚΟ. ναί, ποτὶ τᾶν Νυμφᾶν, Μόρσων φίλε, μήτε Κομάτᾳ τὸ πλέον ἰθύνῃς, μήτ’ ὦν τύγα τῷδε χαρίξῃ. ἅδε τοι ἁ ποίμνα τῶ Θουρίω ἐστὶ Σιβύρτα, Εὐμάρα δὲ τὰς αἶγας ὁρῇς, φίλε, τῶ Συβαρίτα. ΛΑ. μὴ τύ τις ἠρώτη, ποττῶ Διός, αἴτε Σιβύρτα</w:t>
      </w:r>
    </w:p>
    <w:p>
      <w:r>
        <w:rPr>
          <w:rFonts w:ascii="Courier New" w:hAnsi="Courier New"/>
          <w:color w:val="555555"/>
          <w:sz w:val="20"/>
        </w:rPr>
        <w:t>[75]</w:t>
      </w:r>
    </w:p>
    <w:p>
      <w:r>
        <w:rPr>
          <w:rFonts w:ascii="Gentium Plus" w:hAnsi="Gentium Plus"/>
          <w:sz w:val="24"/>
        </w:rPr>
        <w:t>αἴτ’ ἐμόν ἐστι, κάκιστε, τὸ ποίμνιον; ὡς λάλος ἐσσί. ΚΟ. βέντισθ’ οὗτος, ἐγὼ μὲν ἀλαθέα πάντ’ ἀγορεύω κοὐδὲν καυχέομαι· τύγα μὰν φιλοκέρτομος ἐσσί. ΛΑ. εἶα λέγ’, εἴ τι λέγεις, καὶ τὸν ξένον ἐς πόλιν αὖθις ζῶντ’ ἄφες· ὦ Παιάν, ἦ στωμύλος ἦσθα, Κομᾶτα.</w:t>
      </w:r>
    </w:p>
    <w:p>
      <w:r>
        <w:rPr>
          <w:rFonts w:ascii="Courier New" w:hAnsi="Courier New"/>
          <w:color w:val="555555"/>
          <w:sz w:val="20"/>
        </w:rPr>
        <w:t>[79]</w:t>
      </w:r>
    </w:p>
    <w:p>
      <w:r>
        <w:rPr>
          <w:rFonts w:ascii="Gentium Plus" w:hAnsi="Gentium Plus"/>
          <w:sz w:val="24"/>
        </w:rPr>
      </w:r>
    </w:p>
    <w:p>
      <w:r>
        <w:rPr>
          <w:rFonts w:ascii="Courier New" w:hAnsi="Courier New"/>
          <w:color w:val="555555"/>
          <w:sz w:val="20"/>
        </w:rPr>
        <w:t>[80]</w:t>
      </w:r>
    </w:p>
    <w:p>
      <w:r>
        <w:rPr>
          <w:rFonts w:ascii="Gentium Plus" w:hAnsi="Gentium Plus"/>
          <w:sz w:val="24"/>
        </w:rPr>
        <w:t>ΚΟ. ταὶ Μοῖσαί με φιλεῦντι πολὺ πλέον ἢ τὸν ἀοιδόν Δάφνιν· ἐγὼ δ’ αὐταῖς χιμάρως δύο πρᾶν ποκ’ ἔθυσα. ΛΑ. καὶ γὰρ ἔμ’ Ὡπόλλων φιλέει μέγα, καὶ καλὸν αὐτῷ κριὸν ἐγὼ βόσκω· τὰ δὲ Κάρνεα καὶ δὴ ἐφέρπει. ΚΟ. πλὰν δύο τὰς λοιπὰς διδυματόκος αἶγας ἀμέλγω,</w:t>
      </w:r>
    </w:p>
    <w:p>
      <w:r>
        <w:rPr>
          <w:rFonts w:ascii="Courier New" w:hAnsi="Courier New"/>
          <w:color w:val="555555"/>
          <w:sz w:val="20"/>
        </w:rPr>
        <w:t>[85]</w:t>
      </w:r>
    </w:p>
    <w:p>
      <w:r>
        <w:rPr>
          <w:rFonts w:ascii="Gentium Plus" w:hAnsi="Gentium Plus"/>
          <w:sz w:val="24"/>
        </w:rPr>
        <w:t>καί μ’ ἁ παῖς ποθορεῦσα ‘τάλαν,‘ λέγει, ‘αὐτὸς</w:t>
      </w:r>
    </w:p>
    <w:p>
      <w:r>
        <w:rPr>
          <w:rFonts w:ascii="Courier New" w:hAnsi="Courier New"/>
          <w:color w:val="555555"/>
          <w:sz w:val="20"/>
        </w:rPr>
        <w:t>[85]</w:t>
      </w:r>
    </w:p>
    <w:p>
      <w:r>
        <w:rPr>
          <w:rFonts w:ascii="Gentium Plus" w:hAnsi="Gentium Plus"/>
          <w:sz w:val="24"/>
        </w:rPr>
        <w:t>ἀμέλγεις;‘ ΛΑ. φεῦ φεῦ, Λάκων τοι ταλάρως σχεδὸν εἴκατι πληροῖ τυρῶ, καὶ τὸν ἄναβον ἐν ἄνθεσι παῖδα μολύνει. ΚΟ. βάλλει καὶ μάλοισι τὸν αἰπόλον ἁ Κλεαρίστα τὰς αἶγας παρελᾶντα καὶ ἁδύ τι ποππυλιάσδει.</w:t>
      </w:r>
    </w:p>
    <w:p>
      <w:r>
        <w:rPr>
          <w:rFonts w:ascii="Courier New" w:hAnsi="Courier New"/>
          <w:color w:val="555555"/>
          <w:sz w:val="20"/>
        </w:rPr>
        <w:t>[90]</w:t>
      </w:r>
    </w:p>
    <w:p>
      <w:r>
        <w:rPr>
          <w:rFonts w:ascii="Gentium Plus" w:hAnsi="Gentium Plus"/>
          <w:sz w:val="24"/>
        </w:rPr>
        <w:t>ΛΑ. κἠμὲ γὰρ ὁ Κρατίδας τὸν ποιμένα λεῖος ὑπαντῶν ἐκμαίνει· λιπαρὰ δὲ παρ’ αὐχένα σείετ’ ἔθειρα. ΚΟ. ἀλλ’ οὐ συμβλήτ’ ἐστὶ κυνόσβατος οὐδ’ ἀνεμώνα πρὸς ῥόδα, τῶν ἄνδηρα παρ’ αἱμασιαῖσι πεφύκει. ΛΑ. οὐδὲ γὰρ οὐδ’ ἀκύλοις ὀρομαλίδες· αἳ μὲν ἔχοντι</w:t>
      </w:r>
    </w:p>
    <w:p>
      <w:r>
        <w:rPr>
          <w:rFonts w:ascii="Courier New" w:hAnsi="Courier New"/>
          <w:color w:val="555555"/>
          <w:sz w:val="20"/>
        </w:rPr>
        <w:t>[95]</w:t>
      </w:r>
    </w:p>
    <w:p>
      <w:r>
        <w:rPr>
          <w:rFonts w:ascii="Gentium Plus" w:hAnsi="Gentium Plus"/>
          <w:sz w:val="24"/>
        </w:rPr>
        <w:t>λεπτὸν ἀπὸ πρίνοιο λεπύριον, αἳ δὲ μελιχραί. ΚΟ. κἠγὼ μὲν δωσῶ τᾷ παρθένῳ αὐτίκα φάσσαν, ἐκ τᾶς ἀρκεύθω καθελών· τηνεὶ γὰρ ἐφίσδει. ΛΑ. ἀλλ’ ἐγὼ ἐς χλαῖναν μαλακὸν πόκον, ὁππόκα πέξω τὰν οἶν τὰν πέλλαν, Κρατίδᾳ δωρήσομαι αὐτός.</w:t>
      </w:r>
    </w:p>
    <w:p>
      <w:r>
        <w:rPr>
          <w:rFonts w:ascii="Courier New" w:hAnsi="Courier New"/>
          <w:color w:val="555555"/>
          <w:sz w:val="20"/>
        </w:rPr>
        <w:t>[Id . 5 (100)]</w:t>
      </w:r>
    </w:p>
    <w:p>
      <w:r>
        <w:rPr>
          <w:rFonts w:ascii="Gentium Plus" w:hAnsi="Gentium Plus"/>
          <w:sz w:val="24"/>
        </w:rPr>
        <w:t>ΚΟ. σίττ’ ἀπὸ τᾶς κοτίνω, ταὶ μηκάδες· ὧδε νέμεσθε, ὡς τὸ κάταντες τοῦτο γεώλοφον αἵ τε μυρῖκαι. ΛΑ. οὐκ ἀπὸ τᾶς δρυός, οὗτος ὁ Κώναρος ἅ τε Κιναίθα;</w:t>
      </w:r>
    </w:p>
    <w:p>
      <w:r>
        <w:rPr>
          <w:rFonts w:ascii="Courier New" w:hAnsi="Courier New"/>
          <w:color w:val="555555"/>
          <w:sz w:val="20"/>
        </w:rPr>
        <w:t>[105]</w:t>
      </w:r>
    </w:p>
    <w:p>
      <w:r>
        <w:rPr>
          <w:rFonts w:ascii="Gentium Plus" w:hAnsi="Gentium Plus"/>
          <w:sz w:val="24"/>
        </w:rPr>
        <w:t>ἔργον Πραξιτέλευς· τᾷ παιδὶ δὲ ταῦτα φυλάσσω. ΛΑ. χἀμῖν ἐστι κύων φιλοποίμνιος ὃς λύκος ἄγχει, ὃν τῷ παιδὶ δίδωμι τὰ θηρία πάντα διώκειν. ΚΟ. ἀκρίδες, αἳ τὸν φραγμὸν ὑπερπαδῆτε τὸν ἁμόν, μή μευ λωβάσησθε τὰς ἀμπέλος· ἐντὶ γὰρ αὖαι.</w:t>
      </w:r>
    </w:p>
    <w:p>
      <w:r>
        <w:rPr>
          <w:rFonts w:ascii="Courier New" w:hAnsi="Courier New"/>
          <w:color w:val="555555"/>
          <w:sz w:val="20"/>
        </w:rPr>
        <w:t>[110]</w:t>
      </w:r>
    </w:p>
    <w:p>
      <w:r>
        <w:rPr>
          <w:rFonts w:ascii="Gentium Plus" w:hAnsi="Gentium Plus"/>
          <w:sz w:val="24"/>
        </w:rPr>
        <w:t>ΛΑ. τοὶ τέττιγες, ὁρῆτε τὸν αἰπόλον ὡς ἐρεθίζω· οὕτω κὔμμες θην ἐρεθίζετε τὼς καλαμευτάς. ΚΟ. μισέω τὰς δασυκέρκος ἀλώπεκας, αἳ τὰ Μίκωνος αἰεὶ φοιτῶσαι τὰ ποθέσπερα ῥαγίζοντι. ΛΑ. καὶ γὰρ ἐγὼ μισέω τὼς κανθάρος, οἳ τὰ Φιλώνδα</w:t>
      </w:r>
    </w:p>
    <w:p>
      <w:r>
        <w:rPr>
          <w:rFonts w:ascii="Courier New" w:hAnsi="Courier New"/>
          <w:color w:val="555555"/>
          <w:sz w:val="20"/>
        </w:rPr>
        <w:t>[115]</w:t>
      </w:r>
    </w:p>
    <w:p>
      <w:r>
        <w:rPr>
          <w:rFonts w:ascii="Gentium Plus" w:hAnsi="Gentium Plus"/>
          <w:sz w:val="24"/>
        </w:rPr>
        <w:t>σῦκα κατατρώγοντες ὑπανέμιοι φορέονται. ΚΟ. ἦ οὐ μέμνας’, ὅκ’ ἐγώ τυ κατήλασα, καὶ τὺ σεσαρώς εὖ ποτεκιγκλίζευ καὶ τᾶς δρυὸς εἴχεο τήνας; ΛΑ. τοῦτο μὲν οὐ μέμναμ’· ὅκα μάν ποκα τεῖδέ τυ δήσας Εὐμάρας ἐκάθηρε, καλῶς μάλα τοῦτό γ’ ἴσαμι.</w:t>
      </w:r>
    </w:p>
    <w:p>
      <w:r>
        <w:rPr>
          <w:rFonts w:ascii="Courier New" w:hAnsi="Courier New"/>
          <w:color w:val="555555"/>
          <w:sz w:val="20"/>
        </w:rPr>
        <w:t>[120]</w:t>
      </w:r>
    </w:p>
    <w:p>
      <w:r>
        <w:rPr>
          <w:rFonts w:ascii="Gentium Plus" w:hAnsi="Gentium Plus"/>
          <w:sz w:val="24"/>
        </w:rPr>
        <w:t>ΚΟ. ἤδη τις, Μόρσων, πικραίνεται· ἢ οὐχὶ παρῄσθευ; σκίλλας ἰὼν γραίας ἀπὸ σάματος αὐτίκα τίλλοις. ΛΑ. κἠγὼ μὰν κνίζω, Μόρσων, τινά· καὶ τὺ δὲ λεύσσεις. ἐνθὼν τὰν κυκλάμινον ὄρυσσέ νυν ἐς τὸν Ἅλεντα. ΚΟ. Ἱμέρα ἀνθ’ ὕδατος ῥείτω γάλα, καὶ τὺ δέ, Κρᾶθι,</w:t>
      </w:r>
    </w:p>
    <w:p>
      <w:r>
        <w:rPr>
          <w:rFonts w:ascii="Courier New" w:hAnsi="Courier New"/>
          <w:color w:val="555555"/>
          <w:sz w:val="20"/>
        </w:rPr>
        <w:t>[125]</w:t>
      </w:r>
    </w:p>
    <w:p>
      <w:r>
        <w:rPr>
          <w:rFonts w:ascii="Gentium Plus" w:hAnsi="Gentium Plus"/>
          <w:sz w:val="24"/>
        </w:rPr>
        <w:t>οἴνῳ πορφύροις, τὰ δέ τοι σία καρπὸν ἐνείκαι. ΛΑ. ῥείτω χἀ Συβαρῖτις ἐμὶν μέλι, καὶ τὸ πότορθρον ἁ παῖς ἀνθ’ ὕδατος τᾷ κάλπιδι κηρία βάψαι. ΚΟ. ταὶ μὲν ἐμαὶ κύτισόν τε καὶ αἴγιλον αἶγες ἔδοντι, καὶ σχῖνον πατέοντι καὶ ἐν κομάροισι κέονται.</w:t>
      </w:r>
    </w:p>
    <w:p>
      <w:r>
        <w:rPr>
          <w:rFonts w:ascii="Courier New" w:hAnsi="Courier New"/>
          <w:color w:val="555555"/>
          <w:sz w:val="20"/>
        </w:rPr>
        <w:t>[130]</w:t>
      </w:r>
    </w:p>
    <w:p>
      <w:r>
        <w:rPr>
          <w:rFonts w:ascii="Gentium Plus" w:hAnsi="Gentium Plus"/>
          <w:sz w:val="24"/>
        </w:rPr>
        <w:t>ΛΑ. ταῖσι δ’ ἐμαῖς ὀίεσσι πάρεστι μὲν ἁ μελίτεια</w:t>
      </w:r>
    </w:p>
    <w:p>
      <w:r>
        <w:rPr>
          <w:rFonts w:ascii="Courier New" w:hAnsi="Courier New"/>
          <w:color w:val="555555"/>
          <w:sz w:val="20"/>
        </w:rPr>
        <w:t>[135]</w:t>
      </w:r>
    </w:p>
    <w:p>
      <w:r>
        <w:rPr>
          <w:rFonts w:ascii="Gentium Plus" w:hAnsi="Gentium Plus"/>
          <w:sz w:val="24"/>
        </w:rPr>
        <w:t>τὰν σύριγγ’ ὤρεξα, καλόν τί με κάρτ’ ἐφίλησεν. ΚΟ. οὐ θεμιτόν, Λάκων, ποτ’ ἀηδόνα κίσσας ἐρίσδειν, οὐδ’ ἔποπας κύκνοισι· τὺ δ’, ὦ τάλαν, ἐσσὶ φιλεχθής.</w:t>
      </w:r>
    </w:p>
    <w:p>
      <w:r>
        <w:rPr>
          <w:rFonts w:ascii="Courier New" w:hAnsi="Courier New"/>
          <w:color w:val="555555"/>
          <w:sz w:val="20"/>
        </w:rPr>
        <w:t>[137]</w:t>
      </w:r>
    </w:p>
    <w:p>
      <w:r>
        <w:rPr>
          <w:rFonts w:ascii="Gentium Plus" w:hAnsi="Gentium Plus"/>
          <w:sz w:val="24"/>
        </w:rPr>
        <w:t>ΜΟΡΣΩΝ</w:t>
      </w:r>
    </w:p>
    <w:p>
      <w:r>
        <w:rPr>
          <w:rFonts w:ascii="Courier New" w:hAnsi="Courier New"/>
          <w:color w:val="555555"/>
          <w:sz w:val="20"/>
        </w:rPr>
        <w:t>[138]</w:t>
      </w:r>
    </w:p>
    <w:p>
      <w:r>
        <w:rPr>
          <w:rFonts w:ascii="Gentium Plus" w:hAnsi="Gentium Plus"/>
          <w:sz w:val="24"/>
        </w:rPr>
        <w:t>παύσασθαι κέλομαι τὸν ποιμένα. τὶν δέ, Κομᾶτα, δωρεῖται Μόρσων τὰν ἀμνίδα· καὶ τὺ δὲ θύσας</w:t>
      </w:r>
    </w:p>
    <w:p>
      <w:r>
        <w:rPr>
          <w:rFonts w:ascii="Courier New" w:hAnsi="Courier New"/>
          <w:color w:val="555555"/>
          <w:sz w:val="20"/>
        </w:rPr>
        <w:t>[140]</w:t>
      </w:r>
    </w:p>
    <w:p>
      <w:r>
        <w:rPr>
          <w:rFonts w:ascii="Gentium Plus" w:hAnsi="Gentium Plus"/>
          <w:sz w:val="24"/>
        </w:rPr>
        <w:t>ταῖς Νύμφαις Μόρσωνι καλὸν κρέας αὐτίκα πέμψον. ΚΟ. πεμψῶ, ναὶ τὸν Πᾶνα. φριμάσσεο, πᾶσα τραγίσκων νῦν ἀγέλα· κἠγὼν γὰρ ἴδ’ ὡς μέγα τοῦτο καχαξῶ καττῶ Λάκωνος τῶ ποιμένος, ὅττι ποκ’ ἤδη ἀνυσάμαν τὰν ἀμνόν· ἐς ὠρανὸν ὔμμιν ἁλεῦμαι.</w:t>
      </w:r>
    </w:p>
    <w:p>
      <w:r>
        <w:rPr>
          <w:rFonts w:ascii="Courier New" w:hAnsi="Courier New"/>
          <w:color w:val="555555"/>
          <w:sz w:val="20"/>
        </w:rPr>
        <w:t>[145]</w:t>
      </w:r>
    </w:p>
    <w:p>
      <w:r>
        <w:rPr>
          <w:rFonts w:ascii="Gentium Plus" w:hAnsi="Gentium Plus"/>
          <w:sz w:val="24"/>
        </w:rPr>
        <w:t>αἶγες ἐμαί, θαρσεῖτε, κερουχίδες· αὔριον ὔμμε πάσας ἐγὼ λουσῶ Συβαρίτιδος ἔνδοθι λίμνας. οὗτος ὁ λευκίτας ὁ κορυπτίλος, εἴ τιν’ ὀχευσεῖς τᾶν αἰγῶν, φλασσῶ τυ, πρὶν ἢ ἐμὲ καλλιερῆσαι ταῖς Νύμφαις τὰν ἀμνόν. ὃ δ’ αὖ πάλιν. ἀλλὰ</w:t>
      </w:r>
    </w:p>
    <w:p>
      <w:r>
        <w:rPr>
          <w:rFonts w:ascii="Courier New" w:hAnsi="Courier New"/>
          <w:color w:val="555555"/>
          <w:sz w:val="20"/>
        </w:rPr>
        <w:t>[149]</w:t>
      </w:r>
    </w:p>
    <w:p>
      <w:r>
        <w:rPr>
          <w:rFonts w:ascii="Gentium Plus" w:hAnsi="Gentium Plus"/>
          <w:sz w:val="24"/>
        </w:rPr>
        <w:t>γενοίμαν,</w:t>
      </w:r>
    </w:p>
    <w:p>
      <w:r>
        <w:rPr>
          <w:rFonts w:ascii="Courier New" w:hAnsi="Courier New"/>
          <w:color w:val="555555"/>
          <w:sz w:val="20"/>
        </w:rPr>
        <w:t>[Id . 5 (150)]</w:t>
      </w:r>
    </w:p>
    <w:p>
      <w:r>
        <w:rPr>
          <w:rFonts w:ascii="Gentium Plus" w:hAnsi="Gentium Plus"/>
          <w:sz w:val="24"/>
        </w:rPr>
        <w:t>αἰ μή τυ φλάσσαιμι, Μελάνθιος ἀντὶ Κομάτα.</w:t>
      </w:r>
    </w:p>
    <w:p>
      <w:pPr>
        <w:jc w:val="center"/>
      </w:pPr>
      <w:r>
        <w:rPr>
          <w:rFonts w:ascii="Gentium Plus" w:hAnsi="Gentium Plus"/>
          <w:b/>
          <w:sz w:val="24"/>
        </w:rPr>
        <w:t>ΘΕΟΚΡΙΤΟΥ ΒΟΥΚΟΛΙΑΣΤΑΙ</w:t>
      </w:r>
    </w:p>
    <w:p>
      <w:r>
        <w:rPr>
          <w:rFonts w:ascii="Courier New" w:hAnsi="Courier New"/>
          <w:color w:val="555555"/>
          <w:sz w:val="20"/>
        </w:rPr>
        <w:t>[t2]</w:t>
      </w:r>
    </w:p>
    <w:p>
      <w:r>
        <w:rPr>
          <w:rFonts w:ascii="Gentium Plus" w:hAnsi="Gentium Plus"/>
          <w:sz w:val="24"/>
        </w:rPr>
        <w:t>ΔΑΜΟΙΤΑΣ ΚΑΙ ΔΑΦΝΙΣ</w:t>
      </w:r>
    </w:p>
    <w:p>
      <w:r>
        <w:rPr>
          <w:rFonts w:ascii="Courier New" w:hAnsi="Courier New"/>
          <w:color w:val="555555"/>
          <w:sz w:val="20"/>
        </w:rPr>
        <w:t>[1]</w:t>
      </w:r>
    </w:p>
    <w:p>
      <w:r>
        <w:rPr>
          <w:rFonts w:ascii="Gentium Plus" w:hAnsi="Gentium Plus"/>
          <w:sz w:val="24"/>
        </w:rPr>
        <w:t>Δαμοίτας καὶ Δάφνις ὁ βουκόλος εἰς ἕνα χῶρον τὰν ἀγέλαν ποκ’, Ἄρατε, συνάγαγον· ἦς δ’ ὃ μὲν αὐτῶν πυρρός, ὃ δ’ ἡμιγένειος· ἐπὶ κράναν δέ τιν’ ἄμφω ἑσδόμενοι θέρεος μέσῳ ἄματι τοιάδ’ ἄειδον.</w:t>
      </w:r>
    </w:p>
    <w:p>
      <w:r>
        <w:rPr>
          <w:rFonts w:ascii="Courier New" w:hAnsi="Courier New"/>
          <w:color w:val="555555"/>
          <w:sz w:val="20"/>
        </w:rPr>
        <w:t>[5]</w:t>
      </w:r>
    </w:p>
    <w:p>
      <w:r>
        <w:rPr>
          <w:rFonts w:ascii="Gentium Plus" w:hAnsi="Gentium Plus"/>
          <w:sz w:val="24"/>
        </w:rPr>
        <w:t>πρᾶτος δ’ ἄρξατο Δάφνις, ἐπεὶ καὶ πρᾶτος ἔρισδεν.</w:t>
      </w:r>
    </w:p>
    <w:p>
      <w:r>
        <w:rPr>
          <w:rFonts w:ascii="Courier New" w:hAnsi="Courier New"/>
          <w:color w:val="555555"/>
          <w:sz w:val="20"/>
        </w:rPr>
        <w:t>[5]</w:t>
      </w:r>
    </w:p>
    <w:p>
      <w:r>
        <w:rPr>
          <w:rFonts w:ascii="Gentium Plus" w:hAnsi="Gentium Plus"/>
          <w:sz w:val="24"/>
        </w:rPr>
        <w:t>ΔΑΦΝΙΣ</w:t>
      </w:r>
    </w:p>
    <w:p>
      <w:r>
        <w:rPr>
          <w:rFonts w:ascii="Courier New" w:hAnsi="Courier New"/>
          <w:color w:val="555555"/>
          <w:sz w:val="20"/>
        </w:rPr>
        <w:t>[6]</w:t>
      </w:r>
    </w:p>
    <w:p>
      <w:r>
        <w:rPr>
          <w:rFonts w:ascii="Gentium Plus" w:hAnsi="Gentium Plus"/>
          <w:sz w:val="24"/>
        </w:rPr>
        <w:t>βάλλει τοι, Πολύφαμε, τὸ ποίμνιον ἁ Γαλάτεια μάλοισιν, δυσέρωτα καὶ αἰπόλον ἄνδρα καλεῦσα· καὶ τύ νιν οὐ ποθόρησθα, τάλαν τάλαν, ἀλλὰ κάθησαι ἁδέα συρίσδων. πάλιν ἅδ’, ἴδε, τὰν κύνα βάλλει,</w:t>
      </w:r>
    </w:p>
    <w:p>
      <w:r>
        <w:rPr>
          <w:rFonts w:ascii="Courier New" w:hAnsi="Courier New"/>
          <w:color w:val="555555"/>
          <w:sz w:val="20"/>
        </w:rPr>
        <w:t>[10]</w:t>
      </w:r>
    </w:p>
    <w:p>
      <w:r>
        <w:rPr>
          <w:rFonts w:ascii="Gentium Plus" w:hAnsi="Gentium Plus"/>
          <w:sz w:val="24"/>
        </w:rPr>
        <w:t>ἅ τοι τᾶν ὀίων ἕπεται σκοπός· ἃ δὲ βαΰσδει εἰς ἅλα δερκομένα, τὰ δέ νιν καλὰ κύματα φαίνει ἅσυχα καχλάζοντος ἐπ’ αἰγιαλοῖο θέοισαν. φράζεο μὴ τᾶς παιδὸς ἐπὶ κνάμαισιν ὀρούσῃ ἐξ ἁλὸς ἐρχομένας, κατὰ δὲ χρόα καλὸν ἀμύξῃ.</w:t>
      </w:r>
    </w:p>
    <w:p>
      <w:r>
        <w:rPr>
          <w:rFonts w:ascii="Courier New" w:hAnsi="Courier New"/>
          <w:color w:val="555555"/>
          <w:sz w:val="20"/>
        </w:rPr>
        <w:t>[15]</w:t>
      </w:r>
    </w:p>
    <w:p>
      <w:r>
        <w:rPr>
          <w:rFonts w:ascii="Gentium Plus" w:hAnsi="Gentium Plus"/>
          <w:sz w:val="24"/>
        </w:rPr>
        <w:t>ἃ δὲ καὶ αὐτόθε τοι διαθρύπτεται· ὡς ἀπ’ ἀκάνθας ταὶ καπυραὶ χαῖται, τὸ καλὸν θέρος ἁνίκα φρύγει, καὶ φεύγει φιλέοντα καὶ οὐ φιλέοντα διώκει, καὶ τὸν ἀπὸ γραμμᾶς κινεῖ λίθον· ἦ γὰρ ἔρωτι πολλάκις, ὦ Πολύφαμε, τὰ μὴ καλὰ καλὰ πέφανται.</w:t>
      </w:r>
    </w:p>
    <w:p>
      <w:r>
        <w:rPr>
          <w:rFonts w:ascii="Courier New" w:hAnsi="Courier New"/>
          <w:color w:val="555555"/>
          <w:sz w:val="20"/>
        </w:rPr>
        <w:t>[19]</w:t>
      </w:r>
    </w:p>
    <w:p>
      <w:r>
        <w:rPr>
          <w:rFonts w:ascii="Gentium Plus" w:hAnsi="Gentium Plus"/>
          <w:sz w:val="24"/>
        </w:rPr>
      </w:r>
    </w:p>
    <w:p>
      <w:r>
        <w:rPr>
          <w:rFonts w:ascii="Courier New" w:hAnsi="Courier New"/>
          <w:color w:val="555555"/>
          <w:sz w:val="20"/>
        </w:rPr>
        <w:t>[20]</w:t>
      </w:r>
    </w:p>
    <w:p>
      <w:r>
        <w:rPr>
          <w:rFonts w:ascii="Gentium Plus" w:hAnsi="Gentium Plus"/>
          <w:sz w:val="24"/>
        </w:rPr>
        <w:t>Τῷ δ’ ἐπὶ Δαμοίτας ἀνεβάλλετο καὶ τάδ’ ἄειδεν.</w:t>
      </w:r>
    </w:p>
    <w:p>
      <w:r>
        <w:rPr>
          <w:rFonts w:ascii="Courier New" w:hAnsi="Courier New"/>
          <w:color w:val="555555"/>
          <w:sz w:val="20"/>
        </w:rPr>
        <w:t>[20]</w:t>
      </w:r>
    </w:p>
    <w:p>
      <w:r>
        <w:rPr>
          <w:rFonts w:ascii="Gentium Plus" w:hAnsi="Gentium Plus"/>
          <w:sz w:val="24"/>
        </w:rPr>
        <w:t>ΔΑΜΟΙΤΑΣ</w:t>
      </w:r>
    </w:p>
    <w:p>
      <w:r>
        <w:rPr>
          <w:rFonts w:ascii="Courier New" w:hAnsi="Courier New"/>
          <w:color w:val="555555"/>
          <w:sz w:val="20"/>
        </w:rPr>
        <w:t>[21]</w:t>
      </w:r>
    </w:p>
    <w:p>
      <w:r>
        <w:rPr>
          <w:rFonts w:ascii="Gentium Plus" w:hAnsi="Gentium Plus"/>
          <w:sz w:val="24"/>
        </w:rPr>
        <w:t>εἶδον, ναὶ τὸν Πᾶνα, τὸ ποίμνιον ἁνίκ’ ἔβαλλε, κοὔ μ’ ἔλαθ’, οὐ τὸν ἐμὸν τὸν ἕνα γλυκύν, ᾧ ποθορῷμι</w:t>
      </w:r>
    </w:p>
    <w:p>
      <w:r>
        <w:rPr>
          <w:rFonts w:ascii="Courier New" w:hAnsi="Courier New"/>
          <w:color w:val="555555"/>
          <w:sz w:val="20"/>
        </w:rPr>
        <w:t>[25]</w:t>
      </w:r>
    </w:p>
    <w:p>
      <w:r>
        <w:rPr>
          <w:rFonts w:ascii="Gentium Plus" w:hAnsi="Gentium Plus"/>
          <w:sz w:val="24"/>
        </w:rPr>
        <w:t>ἀλλὰ καὶ αὐτὸς ἐγὼ κνίζων πάλιν οὐ ποθόρημι, ἀλλ’ ἄλλαν τινὰ φαμὶ γυναῖκ’ ἔχεν· ἃ δ’ ἀίοισα ζαλοῖ μ’, ὦ Παιάν, καὶ τάκεται, ἐκ δὲ θαλάσσας οἰστρεῖ παπταίνοισα ποτ’ ἄντρα τε καὶ ποτὶ ποίμνας. σίξα δ’ ὑλακτεῖν νιν καὶ τᾷ κυνί· καὶ γὰρ ὅκ’ ἤρων,</w:t>
      </w:r>
    </w:p>
    <w:p>
      <w:r>
        <w:rPr>
          <w:rFonts w:ascii="Courier New" w:hAnsi="Courier New"/>
          <w:color w:val="555555"/>
          <w:sz w:val="20"/>
        </w:rPr>
        <w:t>[30]</w:t>
      </w:r>
    </w:p>
    <w:p>
      <w:r>
        <w:rPr>
          <w:rFonts w:ascii="Gentium Plus" w:hAnsi="Gentium Plus"/>
          <w:sz w:val="24"/>
        </w:rPr>
        <w:t>αὐτᾶς ἐκνυζεῖτο ποτ’ ἰσχία ῥύγχος ἔχοισα. ταῦτα δ’ ἴσως ἐσορεῦσα ποεῦντά με πολλάκι πεμψεῖ ἄγγελον. αὐτὰρ ἐγὼ κλᾳξῶ θύρας, ἔστε κ’ ὀμόσσῃ αὐτά μοι στορεσεῖν καλὰ δέμνια τᾶσδ’ ἐπὶ νάσω· καὶ γάρ θην οὐδ’ εἶδος ἔχω κακὸν ὥς με λέγοντι.</w:t>
      </w:r>
    </w:p>
    <w:p>
      <w:r>
        <w:rPr>
          <w:rFonts w:ascii="Courier New" w:hAnsi="Courier New"/>
          <w:color w:val="555555"/>
          <w:sz w:val="20"/>
        </w:rPr>
        <w:t>[35]</w:t>
      </w:r>
    </w:p>
    <w:p>
      <w:r>
        <w:rPr>
          <w:rFonts w:ascii="Gentium Plus" w:hAnsi="Gentium Plus"/>
          <w:sz w:val="24"/>
        </w:rPr>
        <w:t>ἦ γὰρ πρᾶν ἐς πόντον ἐσέβλεπον, ἦς δὲ γαλάνα, καὶ καλὰ μὲν τὰ γένεια, καλὰ δέ μευ ἁ μία κώρα, ὡς παρ’ ἐμὶν κέκριται, κατεφαίνετο, τῶν δέ τ’ ὀδόντων λευκοτέραν αὐγὰν Παρίας ὑπέφαινε λίθοιο. ὡς μὴ βασκανθῶ δέ, τρὶς εἰς ἐμὸν ἔπτυσα κόλπον·</w:t>
      </w:r>
    </w:p>
    <w:p>
      <w:r>
        <w:rPr>
          <w:rFonts w:ascii="Courier New" w:hAnsi="Courier New"/>
          <w:color w:val="555555"/>
          <w:sz w:val="20"/>
        </w:rPr>
        <w:t>[40]</w:t>
      </w:r>
    </w:p>
    <w:p>
      <w:r>
        <w:rPr>
          <w:rFonts w:ascii="Gentium Plus" w:hAnsi="Gentium Plus"/>
          <w:sz w:val="24"/>
        </w:rPr>
        <w:t>ταῦτα γὰρ ἁ γραία με Κοτυτταρὶς ἐξεδίδαξε [ἃ πρᾶν ἀμάντεσσι παρ’ Ἱπποκίωνι ποταύλει].</w:t>
      </w:r>
    </w:p>
    <w:p>
      <w:r>
        <w:rPr>
          <w:rFonts w:ascii="Courier New" w:hAnsi="Courier New"/>
          <w:color w:val="555555"/>
          <w:sz w:val="20"/>
        </w:rPr>
        <w:t>[41]</w:t>
      </w:r>
    </w:p>
    <w:p>
      <w:r>
        <w:rPr>
          <w:rFonts w:ascii="Gentium Plus" w:hAnsi="Gentium Plus"/>
          <w:sz w:val="24"/>
        </w:rPr>
        <w:t>Τόσς’ εἰπὼν τὸν Δάφνιν ὁ Δαμοίτας ἐφίλησε· χὢ μὲν τῷ σύριγγ’, ὃ δὲ τῷ καλὸν αὐλὸν ἔδωκεν. αὔλει Δαμοίτας, σύρισδε δὲ Δάφνις ὁ βούτας·</w:t>
      </w:r>
    </w:p>
    <w:p>
      <w:r>
        <w:rPr>
          <w:rFonts w:ascii="Courier New" w:hAnsi="Courier New"/>
          <w:color w:val="555555"/>
          <w:sz w:val="20"/>
        </w:rPr>
        <w:t>[45]</w:t>
      </w:r>
    </w:p>
    <w:p>
      <w:r>
        <w:rPr>
          <w:rFonts w:ascii="Gentium Plus" w:hAnsi="Gentium Plus"/>
          <w:sz w:val="24"/>
        </w:rPr>
        <w:t>ὠρχεῦντ’ ἐν μαλακᾷ ταὶ πόρτιες αὐτίκα ποίᾳ.</w:t>
      </w:r>
    </w:p>
    <w:p>
      <w:pPr>
        <w:jc w:val="center"/>
      </w:pPr>
      <w:r>
        <w:rPr>
          <w:rFonts w:ascii="Gentium Plus" w:hAnsi="Gentium Plus"/>
          <w:b/>
          <w:sz w:val="24"/>
        </w:rPr>
        <w:t>ΘΕΟΚΡΙΤΟΥ ΘΑΛΥΣΙΑ</w:t>
      </w:r>
    </w:p>
    <w:p>
      <w:r>
        <w:rPr>
          <w:rFonts w:ascii="Courier New" w:hAnsi="Courier New"/>
          <w:color w:val="555555"/>
          <w:sz w:val="20"/>
        </w:rPr>
        <w:t>[1]</w:t>
      </w:r>
    </w:p>
    <w:p>
      <w:r>
        <w:rPr>
          <w:rFonts w:ascii="Gentium Plus" w:hAnsi="Gentium Plus"/>
          <w:sz w:val="24"/>
        </w:rPr>
        <w:t>Ἦς χρόνος ἁνίκ’ ἐγών τε καὶ Εὔκριτος εἰς τὸν Ἅλεντα εἵρπομες ἐκ πόλιος, σὺν καὶ τρίτος ἄμμιν Ἀμύντας. τᾷ Δηοῖ γὰρ ἔτευχε θαλύσια καὶ Φρασίδαμος κἀντιγένης, δύο τέκνα Λυκωπέος, εἴ τί περ ἐσθλόν</w:t>
      </w:r>
    </w:p>
    <w:p>
      <w:r>
        <w:rPr>
          <w:rFonts w:ascii="Courier New" w:hAnsi="Courier New"/>
          <w:color w:val="555555"/>
          <w:sz w:val="20"/>
        </w:rPr>
        <w:t>[5]</w:t>
      </w:r>
    </w:p>
    <w:p>
      <w:r>
        <w:rPr>
          <w:rFonts w:ascii="Gentium Plus" w:hAnsi="Gentium Plus"/>
          <w:sz w:val="24"/>
        </w:rPr>
        <w:t>χαῶν τῶν ἐπάνωθεν ἀπὸ Κλυτίας τε καὶ αὐτῶ Χάλκωνος, Βούριναν ὃς ἐκ ποδὸς ἄνυε κράναν εὖ ἐνερεισάμενος πέτρᾳ γόνυ· ταὶ δὲ παρ’ αὐτάν αἴγειροι πτελέαι τε ἐύσκιον ἄλσος ὕφαινον χλωροῖσιν πετάλοισι κατηρεφέες κομόωσαι.</w:t>
      </w:r>
    </w:p>
    <w:p>
      <w:r>
        <w:rPr>
          <w:rFonts w:ascii="Courier New" w:hAnsi="Courier New"/>
          <w:color w:val="555555"/>
          <w:sz w:val="20"/>
        </w:rPr>
        <w:t>[10]</w:t>
      </w:r>
    </w:p>
    <w:p>
      <w:r>
        <w:rPr>
          <w:rFonts w:ascii="Gentium Plus" w:hAnsi="Gentium Plus"/>
          <w:sz w:val="24"/>
        </w:rPr>
        <w:t>κοὔπω τὰν μεσάταν ὁδὸν ἄνυμες, οὐδὲ τὸ σᾶμα ἁμῖν τὸ Βρασίλα κατεφαίνετο, καί τιν’ ὁδίταν ἐσθλὸν σὺν Μοίσαισι Κυδωνικὸν εὕρομες ἄνδρα, οὔνομα μὲν Λυκίδαν, ἦς δ’ αἰπόλος, οὐδέ κέ τίς νιν ἠγνοίησεν ἰδών, ἐπεὶ αἰπόλῳ ἔξοχ’ ἐῴκει.</w:t>
      </w:r>
    </w:p>
    <w:p>
      <w:r>
        <w:rPr>
          <w:rFonts w:ascii="Courier New" w:hAnsi="Courier New"/>
          <w:color w:val="555555"/>
          <w:sz w:val="20"/>
        </w:rPr>
        <w:t>[15]</w:t>
      </w:r>
    </w:p>
    <w:p>
      <w:r>
        <w:rPr>
          <w:rFonts w:ascii="Gentium Plus" w:hAnsi="Gentium Plus"/>
          <w:sz w:val="24"/>
        </w:rPr>
        <w:t>ἐκ μὲν γὰρ λασίοιο δασύτριχος εἶχε τράγοιο κνακὸν δέρμ’ ὤμοισι νέας ταμίσοιο ποτόσδον, ἀμφὶ δέ οἱ στήθεσσι γέρων ἐσφίγγετο πέπλος ζωστῆρι πλακερῷ, ῥοικὰν δ’ ἔχεν ἀγριελαίω δεξιτερᾷ κορύναν. καί μ’ ἀτρέμας εἶπε σεσαρώς</w:t>
      </w:r>
    </w:p>
    <w:p>
      <w:r>
        <w:rPr>
          <w:rFonts w:ascii="Courier New" w:hAnsi="Courier New"/>
          <w:color w:val="555555"/>
          <w:sz w:val="20"/>
        </w:rPr>
        <w:t>[20]</w:t>
      </w:r>
    </w:p>
    <w:p>
      <w:r>
        <w:rPr>
          <w:rFonts w:ascii="Gentium Plus" w:hAnsi="Gentium Plus"/>
          <w:sz w:val="24"/>
        </w:rPr>
        <w:t>ὄμματι μειδιόωντι, γέλως δέ οἱ εἴχετο χείλευς· ‘Σιμιχίδα, πᾷ δὴ τὺ μεσαμέριον πόδας ἕλκεις, ἁνίκα δὴ καὶ σαῦρος ἐν αἱμασιαῖσι καθεύδει, οὐδ’ ἐπιτυμβίδιοι κορυδαλλίδες ἠλαίνοντι; ἦ μετὰ δαῖτ’ ἄκλητος ἐπείγεαι, ἤ τινος ἀστῶν</w:t>
      </w:r>
    </w:p>
    <w:p>
      <w:r>
        <w:rPr>
          <w:rFonts w:ascii="Courier New" w:hAnsi="Courier New"/>
          <w:color w:val="555555"/>
          <w:sz w:val="20"/>
        </w:rPr>
        <w:t>[25]</w:t>
      </w:r>
    </w:p>
    <w:p>
      <w:r>
        <w:rPr>
          <w:rFonts w:ascii="Gentium Plus" w:hAnsi="Gentium Plus"/>
          <w:sz w:val="24"/>
        </w:rPr>
        <w:t>λανὸν ἔπι θρῴσκεις; ὥς τοι ποσὶ νισσομένοιο</w:t>
      </w:r>
    </w:p>
    <w:p>
      <w:r>
        <w:rPr>
          <w:rFonts w:ascii="Courier New" w:hAnsi="Courier New"/>
          <w:color w:val="555555"/>
          <w:sz w:val="20"/>
        </w:rPr>
        <w:t>[30]</w:t>
      </w:r>
    </w:p>
    <w:p>
      <w:r>
        <w:rPr>
          <w:rFonts w:ascii="Gentium Plus" w:hAnsi="Gentium Plus"/>
          <w:sz w:val="24"/>
        </w:rPr>
        <w:t>ἁμέτερον· καίτοι κατ’ ἐμὸν νόον ἰσοφαρίζειν ἔλπομαι. ἁ δ’ ὁδὸς ἅδε θαλυσιάς· ἦ γὰρ ἑταῖροι ἀνέρες εὐπέπλῳ Δαμάτερι δαῖτα τελεῦντι ὄλβω ἀπαρχόμενοι· μάλα γάρ σφισι πίονι μέτρῳ ἁ δαίμων εὔκριθον ἀνεπλήρωσεν ἀλωάν.</w:t>
      </w:r>
    </w:p>
    <w:p>
      <w:r>
        <w:rPr>
          <w:rFonts w:ascii="Courier New" w:hAnsi="Courier New"/>
          <w:color w:val="555555"/>
          <w:sz w:val="20"/>
        </w:rPr>
        <w:t>[35]</w:t>
      </w:r>
    </w:p>
    <w:p>
      <w:r>
        <w:rPr>
          <w:rFonts w:ascii="Gentium Plus" w:hAnsi="Gentium Plus"/>
          <w:sz w:val="24"/>
        </w:rPr>
        <w:t>ἀλλ’ ἄγε δή, ξυνὰ γὰρ ὁδὸς ξυνὰ δὲ καὶ ἀώς, βουκολιασδώμεσθα· τάχ’ ὥτερος ἄλλον ὀνασεῖ. καὶ γὰρ ἐγὼ Μοισᾶν καπυρὸν στόμα, κἠμὲ λέγοντι πάντες ἀοιδὸν ἄριστον· ἐγὼ δέ τις οὐ ταχυπειθής, οὐ Δᾶν· οὐ γάρ πω κατ’ ἐμὸν νόον οὔτε τὸν ἐσθλόν</w:t>
      </w:r>
    </w:p>
    <w:p>
      <w:r>
        <w:rPr>
          <w:rFonts w:ascii="Courier New" w:hAnsi="Courier New"/>
          <w:color w:val="555555"/>
          <w:sz w:val="20"/>
        </w:rPr>
        <w:t>[40]</w:t>
      </w:r>
    </w:p>
    <w:p>
      <w:r>
        <w:rPr>
          <w:rFonts w:ascii="Gentium Plus" w:hAnsi="Gentium Plus"/>
          <w:sz w:val="24"/>
        </w:rPr>
        <w:t>Σικελίδαν νίκημι τὸν ἐκ Σάμω οὔτε Φιλίταν ἀείδων, βάτραχος δὲ ποτ’ ἀκρίδας ὥς τις ἐρίσδω.‘ ὣς ἐφάμαν ἐπίταδες· ὁ δ’ αἰπόλος ἁδὺ γελάσσας, ‘τάν τοι‘, ἔφα, ‘κορύναν δωρύττομαι, οὕνεκεν ἐσσί πᾶν ἐπ’ ἀλαθείᾳ πεπλασμένον ἐκ Διὸς ἔρνος.</w:t>
      </w:r>
    </w:p>
    <w:p>
      <w:r>
        <w:rPr>
          <w:rFonts w:ascii="Courier New" w:hAnsi="Courier New"/>
          <w:color w:val="555555"/>
          <w:sz w:val="20"/>
        </w:rPr>
        <w:t>[45]</w:t>
      </w:r>
    </w:p>
    <w:p>
      <w:r>
        <w:rPr>
          <w:rFonts w:ascii="Gentium Plus" w:hAnsi="Gentium Plus"/>
          <w:sz w:val="24"/>
        </w:rPr>
        <w:t>ὥς μοι καὶ τέκτων μέγ’ ἀπέχθεται ὅστις ἐρευνῇ ἶσον ὄρευς κορυφᾷ τελέσαι δόμον Ὠρομέδοντος, καὶ Μοισᾶν ὄρνιχες ὅσοι ποτὶ Χῖον ἀοιδόν ἀντία κοκκύζοντες ἐτώσια μοχθίζοντι. ἀλλ’ ἄγε βουκολικᾶς ταχέως ἀρξώμεθ’ ἀοιδᾶς,</w:t>
      </w:r>
    </w:p>
    <w:p>
      <w:r>
        <w:rPr>
          <w:rFonts w:ascii="Courier New" w:hAnsi="Courier New"/>
          <w:color w:val="555555"/>
          <w:sz w:val="20"/>
        </w:rPr>
        <w:t>[Id . 7 (50)]</w:t>
      </w:r>
    </w:p>
    <w:p>
      <w:r>
        <w:rPr>
          <w:rFonts w:ascii="Gentium Plus" w:hAnsi="Gentium Plus"/>
          <w:sz w:val="24"/>
        </w:rPr>
        <w:t>Σιμιχίδα· κἠγὼ μέν—ὅρη, φίλος, εἴ τοι ἀρέσκει τοῦθ’ ὅτι πρᾶν ἐν ὄρει τὸ μελύδριον ἐξεπόνασα.</w:t>
      </w:r>
    </w:p>
    <w:p>
      <w:r>
        <w:rPr>
          <w:rFonts w:ascii="Courier New" w:hAnsi="Courier New"/>
          <w:color w:val="555555"/>
          <w:sz w:val="20"/>
        </w:rPr>
        <w:t>[51]</w:t>
      </w:r>
    </w:p>
    <w:p>
      <w:r>
        <w:rPr>
          <w:rFonts w:ascii="Gentium Plus" w:hAnsi="Gentium Plus"/>
          <w:sz w:val="24"/>
        </w:rPr>
        <w:t>Ἔσσεται Ἀγεάνακτι καλὸς πλόος ἐς Μιτυλήναν, χὤταν ἐφ’ ἑσπερίοις Ἐρίφοις νότος ὑγρὰ διώκῃ κύματα, χὠρίων ὅτ’ ἐπ’ ὠκεανῷ πόδας ἴσχει,</w:t>
      </w:r>
    </w:p>
    <w:p>
      <w:r>
        <w:rPr>
          <w:rFonts w:ascii="Courier New" w:hAnsi="Courier New"/>
          <w:color w:val="555555"/>
          <w:sz w:val="20"/>
        </w:rPr>
        <w:t>[55]</w:t>
      </w:r>
    </w:p>
    <w:p>
      <w:r>
        <w:rPr>
          <w:rFonts w:ascii="Gentium Plus" w:hAnsi="Gentium Plus"/>
          <w:sz w:val="24"/>
        </w:rPr>
        <w:t>αἴ κα τὸν Λυκίδαν ὀπτεύμενον ἐξ Ἀφροδίτας</w:t>
      </w:r>
    </w:p>
    <w:p>
      <w:r>
        <w:rPr>
          <w:rFonts w:ascii="Courier New" w:hAnsi="Courier New"/>
          <w:color w:val="555555"/>
          <w:sz w:val="20"/>
        </w:rPr>
        <w:t>[60]</w:t>
      </w:r>
    </w:p>
    <w:p>
      <w:r>
        <w:rPr>
          <w:rFonts w:ascii="Gentium Plus" w:hAnsi="Gentium Plus"/>
          <w:sz w:val="24"/>
        </w:rPr>
        <w:t>ὀρνίχων ἐφίληθεν, ὅσοις τέ περ ἐξ ἁλὸς ἄγρα. Ἀγεάνακτι πλόον διζημένῳ ἐς Μιτυλήναν ὤρια πάντα γένοιτο, καὶ εὔπλοος ὅρμον ἵκοιτο. κἠγὼ τῆνο κατ’ ἆμαρ ἀνήτινον ἢ ῥοδόεντα ἢ καὶ λευκοΐων στέφανον περὶ κρατὶ φυλάσσων</w:t>
      </w:r>
    </w:p>
    <w:p>
      <w:r>
        <w:rPr>
          <w:rFonts w:ascii="Courier New" w:hAnsi="Courier New"/>
          <w:color w:val="555555"/>
          <w:sz w:val="20"/>
        </w:rPr>
        <w:t>[65]</w:t>
      </w:r>
    </w:p>
    <w:p>
      <w:r>
        <w:rPr>
          <w:rFonts w:ascii="Gentium Plus" w:hAnsi="Gentium Plus"/>
          <w:sz w:val="24"/>
        </w:rPr>
        <w:t>τὸν Πτελεατικὸν οἶνον ἀπὸ κρατῆρος ἀφυξῶ πὰρ πυρὶ κεκλιμένος, κύαμον δέ τις ἐν πυρὶ φρυξεῖ. χἀ στιβὰς ἐσσεῖται πεπυκασμένα ἔστ’ ἐπὶ πᾶχυν κνύζᾳ τ’ ἀσφοδέλῳ τε πολυγνάμπτῳ τε σελίνῳ. καὶ πίομαι μαλακῶς μεμναμένος Ἀγεάνακτος</w:t>
      </w:r>
    </w:p>
    <w:p>
      <w:r>
        <w:rPr>
          <w:rFonts w:ascii="Courier New" w:hAnsi="Courier New"/>
          <w:color w:val="555555"/>
          <w:sz w:val="20"/>
        </w:rPr>
        <w:t>[70]</w:t>
      </w:r>
    </w:p>
    <w:p>
      <w:r>
        <w:rPr>
          <w:rFonts w:ascii="Gentium Plus" w:hAnsi="Gentium Plus"/>
          <w:sz w:val="24"/>
        </w:rPr>
        <w:t>αὐταῖς ἐν κυλίκεσσι καὶ ἐς τρύγα χεῖλος ἐρείδων. αὐλησεῦντι δέ μοι δύο ποιμένες, εἷς μὲν Ἀχαρνεύς, εἷς δὲ Λυκωπίτας· ὁ δὲ Τίτυρος ἐγγύθεν ᾀσεῖ ὥς ποκα τᾶς Ξενέας ἠράσσατο Δάφνις ὁ βούτας, χὠς ὄρος ἀμφεπονεῖτο καὶ ὡς δρύες αὐτὸν ἐθρήνευν</w:t>
      </w:r>
    </w:p>
    <w:p>
      <w:r>
        <w:rPr>
          <w:rFonts w:ascii="Courier New" w:hAnsi="Courier New"/>
          <w:color w:val="555555"/>
          <w:sz w:val="20"/>
        </w:rPr>
        <w:t>[75]</w:t>
      </w:r>
    </w:p>
    <w:p>
      <w:r>
        <w:rPr>
          <w:rFonts w:ascii="Gentium Plus" w:hAnsi="Gentium Plus"/>
          <w:sz w:val="24"/>
        </w:rPr>
        <w:t>Ἱμέρα αἵτε φύοντι παρ’ ὄχθαισιν ποταμοῖο, εὖτε χιὼν ὥς τις κατετάκετο μακρὸν ὑφ’ Αἷμον ἢ Ἄθω ἢ Ῥοδόπαν ἢ Καύκασον ἐσχατόωντα. ᾀσεῖ δ’ ὥς ποκ’ ἔδεκτο τὸν αἰπόλον εὐρέα λάρναξ ζωὸν ἐόντα κακαῖσιν ἀτασθαλίαισιν ἄνακτος,</w:t>
      </w:r>
    </w:p>
    <w:p>
      <w:r>
        <w:rPr>
          <w:rFonts w:ascii="Courier New" w:hAnsi="Courier New"/>
          <w:color w:val="555555"/>
          <w:sz w:val="20"/>
        </w:rPr>
        <w:t>[80]</w:t>
      </w:r>
    </w:p>
    <w:p>
      <w:r>
        <w:rPr>
          <w:rFonts w:ascii="Gentium Plus" w:hAnsi="Gentium Plus"/>
          <w:sz w:val="24"/>
        </w:rPr>
        <w:t>ὥς τέ νιν αἱ σιμαὶ λειμωνόθε φέρβον ἰοῖσαι κέδρον ἐς ἁδεῖαν μαλακοῖς ἄνθεσσι μέλισσαι, οὕνεκά οἱ γλυκὺ Μοῖσα κατὰ στόματος χέε νέκταρ. ὦ μακαριστὲ Κομᾶτα, τύ θην τάδε τερπνὰ πεπόνθεις· καὶ τὺ κατεκλᾴσθης ἐς λάρνακα, καὶ τὺ μελισσᾶν</w:t>
      </w:r>
    </w:p>
    <w:p>
      <w:r>
        <w:rPr>
          <w:rFonts w:ascii="Courier New" w:hAnsi="Courier New"/>
          <w:color w:val="555555"/>
          <w:sz w:val="20"/>
        </w:rPr>
        <w:t>[85]</w:t>
      </w:r>
    </w:p>
    <w:p>
      <w:r>
        <w:rPr>
          <w:rFonts w:ascii="Gentium Plus" w:hAnsi="Gentium Plus"/>
          <w:sz w:val="24"/>
        </w:rPr>
        <w:t>κηρία φερβόμενος ἔτος ὥριον ἐξεπόνασας.</w:t>
      </w:r>
    </w:p>
    <w:p>
      <w:r>
        <w:rPr>
          <w:rFonts w:ascii="Courier New" w:hAnsi="Courier New"/>
          <w:color w:val="555555"/>
          <w:sz w:val="20"/>
        </w:rPr>
        <w:t>[89]</w:t>
      </w:r>
    </w:p>
    <w:p>
      <w:r>
        <w:rPr>
          <w:rFonts w:ascii="Gentium Plus" w:hAnsi="Gentium Plus"/>
          <w:sz w:val="24"/>
        </w:rPr>
      </w:r>
    </w:p>
    <w:p>
      <w:r>
        <w:rPr>
          <w:rFonts w:ascii="Courier New" w:hAnsi="Courier New"/>
          <w:color w:val="555555"/>
          <w:sz w:val="20"/>
        </w:rPr>
        <w:t>[90]</w:t>
      </w:r>
    </w:p>
    <w:p>
      <w:r>
        <w:rPr>
          <w:rFonts w:ascii="Gentium Plus" w:hAnsi="Gentium Plus"/>
          <w:sz w:val="24"/>
        </w:rPr>
        <w:t>Χὢ μὲν τόσς’ εἰπὼν ἀπεπαύσατο· τὸν δὲ μέτ’ αὖθις κἠγὼν τοῖ’ ἐφάμαν· ‘Λυκίδα φίλε, πολλὰ μὲν ἄλλα Νύμφαι κἠμὲ δίδαξαν ἀν’ ὤρεα βουκολέοντα ἐσθλά, τά που καὶ Ζηνὸς ἐπὶ θρόνον ἄγαγε φάμα· ἀλλὰ τόγ’ ἐκ πάντων μέγ’ ὑπείροχον, ᾧ τυ γεραίρειν</w:t>
      </w:r>
    </w:p>
    <w:p>
      <w:r>
        <w:rPr>
          <w:rFonts w:ascii="Courier New" w:hAnsi="Courier New"/>
          <w:color w:val="555555"/>
          <w:sz w:val="20"/>
        </w:rPr>
        <w:t>[95]</w:t>
      </w:r>
    </w:p>
    <w:p>
      <w:r>
        <w:rPr>
          <w:rFonts w:ascii="Gentium Plus" w:hAnsi="Gentium Plus"/>
          <w:sz w:val="24"/>
        </w:rPr>
        <w:t>ἀρξεῦμ’· ἀλλ’ ὑπάκουσον, ἐπεὶ φίλος ἔπλεο Μοίσαις.</w:t>
      </w:r>
    </w:p>
    <w:p>
      <w:r>
        <w:rPr>
          <w:rFonts w:ascii="Courier New" w:hAnsi="Courier New"/>
          <w:color w:val="555555"/>
          <w:sz w:val="20"/>
        </w:rPr>
        <w:t>[95]</w:t>
      </w:r>
    </w:p>
    <w:p>
      <w:r>
        <w:rPr>
          <w:rFonts w:ascii="Gentium Plus" w:hAnsi="Gentium Plus"/>
          <w:sz w:val="24"/>
        </w:rPr>
        <w:t>Σιμιχίδᾳ μὲν Ἔρωτες ἐπέπταρον· ἦ γὰρ ὁ δειλός τόσσον ἐρᾷ Μυρτοῦς ὅσον εἴαρος αἶγες ἔρανται. Ὥρατος δ’ ὁ τὰ πάντα φιλαίτατος ἀνέρι τήνῳ παιδὸς ὑπὸ σπλάγχνοισιν ἔχει πόθον. οἶδεν Ἄριστις,</w:t>
      </w:r>
    </w:p>
    <w:p>
      <w:r>
        <w:rPr>
          <w:rFonts w:ascii="Courier New" w:hAnsi="Courier New"/>
          <w:color w:val="555555"/>
          <w:sz w:val="20"/>
        </w:rPr>
        <w:t>[Id . 7 (100)]</w:t>
      </w:r>
    </w:p>
    <w:p>
      <w:r>
        <w:rPr>
          <w:rFonts w:ascii="Gentium Plus" w:hAnsi="Gentium Plus"/>
          <w:sz w:val="24"/>
        </w:rPr>
        <w:t>ἐσθλὸς ἀνήρ, μέγ’ ἄριστος, ὃν οὐδέ κεν αὐτὸς ἀείδειν Φοῖβος σὺν φόρμιγγι παρὰ τριπόδεσσι μεγαίροι, ὡς ἐκ παιδὸς Ἄρατος ὑπ’ ὀστίον αἴθετ’ ἔρωτι. τόν μοι, Πάν, Ὁμόλας ἐρατὸν πέδον ὅστε λέλογχας, ἄκλητον τήνοιο φίλας ἐς χεῖρας ἐρείσαις,</w:t>
      </w:r>
    </w:p>
    <w:p>
      <w:r>
        <w:rPr>
          <w:rFonts w:ascii="Courier New" w:hAnsi="Courier New"/>
          <w:color w:val="555555"/>
          <w:sz w:val="20"/>
        </w:rPr>
        <w:t>[105]</w:t>
      </w:r>
    </w:p>
    <w:p>
      <w:r>
        <w:rPr>
          <w:rFonts w:ascii="Gentium Plus" w:hAnsi="Gentium Plus"/>
          <w:sz w:val="24"/>
        </w:rPr>
        <w:t>εἴτ’ ἔστ’ ἆρα Φιλῖνος ὁ μαλθακὸς εἴτε τις ἄλλος. κεἰ μὲν ταῦτ’ ἔρδοις, ὦ Πὰν φίλε, μήτι τυ παῖδες Ἀρκαδικοὶ σκίλλαισιν ὑπὸ πλευράς τε καὶ ὤμως τανίκα μαστίζοιεν, ὅτε κρέα τυτθὰ παρείη· εἰ δ’ ἄλλως νεύσαις, κατὰ μὲν χρόα πάντ’ ὀνύχεσσι</w:t>
      </w:r>
    </w:p>
    <w:p>
      <w:r>
        <w:rPr>
          <w:rFonts w:ascii="Courier New" w:hAnsi="Courier New"/>
          <w:color w:val="555555"/>
          <w:sz w:val="20"/>
        </w:rPr>
        <w:t>[110]</w:t>
      </w:r>
    </w:p>
    <w:p>
      <w:r>
        <w:rPr>
          <w:rFonts w:ascii="Gentium Plus" w:hAnsi="Gentium Plus"/>
          <w:sz w:val="24"/>
        </w:rPr>
        <w:t>δακνόμενος κνάσαιο καὶ ἐν κνίδαισι καθεύδοις· εἴης δ’ Ἠδωνῶν μὲν ἐν ὤρεσι χείματι μέσσῳ Ἕβρον πὰρ ποταμὸν τετραμμένος ἐγγύθεν Ἄρκτω, ἐν δὲ θέρει πυμάτοισι παρ’ Αἰθιόπεσσι νομεύοις</w:t>
      </w:r>
    </w:p>
    <w:p>
      <w:r>
        <w:rPr>
          <w:rFonts w:ascii="Courier New" w:hAnsi="Courier New"/>
          <w:color w:val="555555"/>
          <w:sz w:val="20"/>
        </w:rPr>
        <w:t>[115]</w:t>
      </w:r>
    </w:p>
    <w:p>
      <w:r>
        <w:rPr>
          <w:rFonts w:ascii="Gentium Plus" w:hAnsi="Gentium Plus"/>
          <w:sz w:val="24"/>
        </w:rPr>
        <w:t>ὔμμες δ’ Ὑετίδος καὶ Βυβλίδος ἁδὺ λιπόντες νᾶμα καὶ Οἰκοῦντα, ξανθᾶς ἕδος αἰπὺ Διώνας, ὦ μάλοισιν Ἔρωτες ἐρευθομένοισιν ὁμοῖοι, βάλλετέ μοι τόξοισι τὸν ἱμερόεντα Φιλῖνον, βάλλετ’, ἐπεὶ τὸν ξεῖνον ὁ δύσμορος οὐκ ἐλεεῖ μευ.</w:t>
      </w:r>
    </w:p>
    <w:p>
      <w:r>
        <w:rPr>
          <w:rFonts w:ascii="Courier New" w:hAnsi="Courier New"/>
          <w:color w:val="555555"/>
          <w:sz w:val="20"/>
        </w:rPr>
        <w:t>[120]</w:t>
      </w:r>
    </w:p>
    <w:p>
      <w:r>
        <w:rPr>
          <w:rFonts w:ascii="Gentium Plus" w:hAnsi="Gentium Plus"/>
          <w:sz w:val="24"/>
        </w:rPr>
        <w:t>καὶ δὴ μὰν ἀπίοιο πεπαίτερος, αἱ δὲ γυναῖκες, “αἰαῖ”, φαντί, “Φιλῖνε, τό τοι καλὸν ἄνθος ἀπορρεῖ”. μηκέτι τοι φρουρέωμες ἐπὶ προθύροισιν, Ἄρατε, μηδὲ πόδας τρίβωμες· ὁ δ’ ὄρθριος ἄλλον ἀλέκτωρ κοκκύσδων νάρκαισιν ἀνιαραῖσι διδοίη·</w:t>
      </w:r>
    </w:p>
    <w:p>
      <w:r>
        <w:rPr>
          <w:rFonts w:ascii="Courier New" w:hAnsi="Courier New"/>
          <w:color w:val="555555"/>
          <w:sz w:val="20"/>
        </w:rPr>
        <w:t>[125]</w:t>
      </w:r>
    </w:p>
    <w:p>
      <w:r>
        <w:rPr>
          <w:rFonts w:ascii="Gentium Plus" w:hAnsi="Gentium Plus"/>
          <w:sz w:val="24"/>
        </w:rPr>
        <w:t>εἷς δ’ ἀπὸ τᾶσδε, φέριστε, Μόλων ἄγχοιτο παλαίστρας. ἄμμιν δ’ ἁσυχία τε μέλοι, γραία τε παρείη ἅτις ἐπιφθύζοισα τὰ μὴ καλὰ νόσφιν ἐρύκοι.‘</w:t>
      </w:r>
    </w:p>
    <w:p>
      <w:r>
        <w:rPr>
          <w:rFonts w:ascii="Courier New" w:hAnsi="Courier New"/>
          <w:color w:val="555555"/>
          <w:sz w:val="20"/>
        </w:rPr>
        <w:t>[127]</w:t>
      </w:r>
    </w:p>
    <w:p>
      <w:r>
        <w:rPr>
          <w:rFonts w:ascii="Gentium Plus" w:hAnsi="Gentium Plus"/>
          <w:sz w:val="24"/>
        </w:rPr>
        <w:t>Τόσς’ ἐφάμαν· ὃ δέ μοι τὸ λαγωβόλον, ἁδὺ γελάσσας ὡς πάρος, ἐκ Μοισᾶν ξεινήιον ὤπασεν ἦμεν.</w:t>
      </w:r>
    </w:p>
    <w:p>
      <w:r>
        <w:rPr>
          <w:rFonts w:ascii="Courier New" w:hAnsi="Courier New"/>
          <w:color w:val="555555"/>
          <w:sz w:val="20"/>
        </w:rPr>
        <w:t>[130]</w:t>
      </w:r>
    </w:p>
    <w:p>
      <w:r>
        <w:rPr>
          <w:rFonts w:ascii="Gentium Plus" w:hAnsi="Gentium Plus"/>
          <w:sz w:val="24"/>
        </w:rPr>
        <w:t>χὢ μὲν ἀποκλίνας ἐπ’ ἀριστερὰ τὰν ἐπὶ Πύξας εἷρφ’ ὁδόν· αὐτὰρ ἐγών τε καὶ Εὔκριτος ἐς Φρασιδάμω στραφθέντες χὠ καλὸς Ἀμύντιχος ἔν τε βαθείαις ἁδείας σχοίνοιο χαμευνίσιν ἐκλίνθημες ἔν τε νεοτμάτοισι γεγαθότες οἰναρέοισι.</w:t>
      </w:r>
    </w:p>
    <w:p>
      <w:r>
        <w:rPr>
          <w:rFonts w:ascii="Courier New" w:hAnsi="Courier New"/>
          <w:color w:val="555555"/>
          <w:sz w:val="20"/>
        </w:rPr>
        <w:t>[135]</w:t>
      </w:r>
    </w:p>
    <w:p>
      <w:r>
        <w:rPr>
          <w:rFonts w:ascii="Gentium Plus" w:hAnsi="Gentium Plus"/>
          <w:sz w:val="24"/>
        </w:rPr>
        <w:t>πολλαὶ δ’ ἄμμιν ὕπερθε κατὰ κρατὸς δονέοντο αἴγειροι πτελέαι τε· τὸ δ’ ἐγγύθεν ἱερὸν ὕδωρ Νυμφᾶν ἐξ ἄντροιο κατειβόμενον κελάρυζε. τοὶ δὲ ποτὶ σκιαραῖς ὀροδαμνίσιν αἰθαλίωνες τέττιγες λαλαγεῦντες ἔχον πόνον· ἁ δ’ ὀλολυγών</w:t>
      </w:r>
    </w:p>
    <w:p>
      <w:r>
        <w:rPr>
          <w:rFonts w:ascii="Courier New" w:hAnsi="Courier New"/>
          <w:color w:val="555555"/>
          <w:sz w:val="20"/>
        </w:rPr>
        <w:t>[140]</w:t>
      </w:r>
    </w:p>
    <w:p>
      <w:r>
        <w:rPr>
          <w:rFonts w:ascii="Gentium Plus" w:hAnsi="Gentium Plus"/>
          <w:sz w:val="24"/>
        </w:rPr>
        <w:t>τηλόθεν ἐν πυκιναῖσι βάτων τρύζεσκεν ἀκάνθαις· ἄειδον κόρυδοι καὶ ἀκανθίδες, ἔστενε τρυγών, πωτῶντο ξουθαὶ περὶ πίδακας ἀμφὶ μέλισσαι.</w:t>
      </w:r>
    </w:p>
    <w:p>
      <w:r>
        <w:rPr>
          <w:rFonts w:ascii="Courier New" w:hAnsi="Courier New"/>
          <w:color w:val="555555"/>
          <w:sz w:val="20"/>
        </w:rPr>
        <w:t>[145]</w:t>
      </w:r>
    </w:p>
    <w:p>
      <w:r>
        <w:rPr>
          <w:rFonts w:ascii="Gentium Plus" w:hAnsi="Gentium Plus"/>
          <w:sz w:val="24"/>
        </w:rPr>
        <w:t>δαψιλέως ἁμῖν ἐκυλίνδετο, τοὶ δ’ ἐκέχυντο ὄρπακες βραβίλοισι καταβρίθοντες ἔραζε· τετράενες δὲ πίθων ἀπελύετο κρατὸς ἄλειφαρ. Νύμφαι Κασταλίδες Παρνάσιον αἶπος ἔχοισαι, ἆρά γέ πᾳ τοιόνδε Φόλω κατὰ λάινον ἄντρον</w:t>
      </w:r>
    </w:p>
    <w:p>
      <w:r>
        <w:rPr>
          <w:rFonts w:ascii="Courier New" w:hAnsi="Courier New"/>
          <w:color w:val="555555"/>
          <w:sz w:val="20"/>
        </w:rPr>
        <w:t>[Id . 7 (150)]</w:t>
      </w:r>
    </w:p>
    <w:p>
      <w:r>
        <w:rPr>
          <w:rFonts w:ascii="Gentium Plus" w:hAnsi="Gentium Plus"/>
          <w:sz w:val="24"/>
        </w:rPr>
        <w:t>κρατῆρ’ Ἡρακλῆι γέρων ἐστάσατο Χίρων; ἆρά γέ πᾳ τῆνον τὸν ποιμένα τὸν ποτ’ Ἀνάπῳ, τὸν κρατερὸν Πολύφαμον, ὃς ὤρεσι νᾶας ἔβαλλε, τοῖον νέκταρ ἔπεισε κατ’ αὔλια ποσσὶ χορεῦσαι, οἷον δὴ τόκα πῶμα διεκρανάσατε, Νύμφαι,</w:t>
      </w:r>
    </w:p>
    <w:p>
      <w:r>
        <w:rPr>
          <w:rFonts w:ascii="Courier New" w:hAnsi="Courier New"/>
          <w:color w:val="555555"/>
          <w:sz w:val="20"/>
        </w:rPr>
        <w:t>[155]</w:t>
      </w:r>
    </w:p>
    <w:p>
      <w:r>
        <w:rPr>
          <w:rFonts w:ascii="Gentium Plus" w:hAnsi="Gentium Plus"/>
          <w:sz w:val="24"/>
        </w:rPr>
        <w:t>βωμῷ πὰρ Δάματρος ἁλωίδος; ἇς ἐπὶ σωρῷ αὖτις ἐγὼ πάξαιμι μέγα πτύον, ἃ δὲ γελάσσαι</w:t>
      </w:r>
    </w:p>
    <w:p>
      <w:pPr>
        <w:jc w:val="center"/>
      </w:pPr>
      <w:r>
        <w:rPr>
          <w:rFonts w:ascii="Gentium Plus" w:hAnsi="Gentium Plus"/>
          <w:b/>
          <w:sz w:val="24"/>
        </w:rPr>
        <w:t>[ΘΕΟΚΡΙΤΟΥ] ΒΟΥΚΟΛΙΑΣΤΑΙ βʹ</w:t>
      </w:r>
    </w:p>
    <w:p>
      <w:r>
        <w:rPr>
          <w:rFonts w:ascii="Courier New" w:hAnsi="Courier New"/>
          <w:color w:val="555555"/>
          <w:sz w:val="20"/>
        </w:rPr>
        <w:t>[t2]</w:t>
      </w:r>
    </w:p>
    <w:p>
      <w:r>
        <w:rPr>
          <w:rFonts w:ascii="Gentium Plus" w:hAnsi="Gentium Plus"/>
          <w:sz w:val="24"/>
        </w:rPr>
        <w:t>ΔΑΦΝΙΣ ΚΑΙ ΜΕΝΑΛΚΑΣ</w:t>
      </w:r>
    </w:p>
    <w:p>
      <w:r>
        <w:rPr>
          <w:rFonts w:ascii="Courier New" w:hAnsi="Courier New"/>
          <w:color w:val="555555"/>
          <w:sz w:val="20"/>
        </w:rPr>
        <w:t>[1]</w:t>
      </w:r>
    </w:p>
    <w:p>
      <w:r>
        <w:rPr>
          <w:rFonts w:ascii="Gentium Plus" w:hAnsi="Gentium Plus"/>
          <w:sz w:val="24"/>
        </w:rPr>
        <w:t>Δάφνιδι τῷ χαρίεντι συνάντετο βουκολέοντι μῆλα νέμων, ὡς φαντί, κατ’ ὤρεα μακρὰ Μενάλκας. ἄμφω τώγ’ ἤστην πυρροτρίχω, ἄμφω ἀνάβω, ἄμφω συρίσδεν δεδαημένω, ἄμφω ἀείδεν.</w:t>
      </w:r>
    </w:p>
    <w:p>
      <w:r>
        <w:rPr>
          <w:rFonts w:ascii="Courier New" w:hAnsi="Courier New"/>
          <w:color w:val="555555"/>
          <w:sz w:val="20"/>
        </w:rPr>
        <w:t>[5]</w:t>
      </w:r>
    </w:p>
    <w:p>
      <w:r>
        <w:rPr>
          <w:rFonts w:ascii="Gentium Plus" w:hAnsi="Gentium Plus"/>
          <w:sz w:val="24"/>
        </w:rPr>
        <w:t>πρᾶτος δ’ ὦν ποτὶ Δάφνιν ἰδὼν ἀγόρευε Μενάλκας· ‘μυκητᾶν ἐπίουρε βοῶν Δάφνι, λῇς μοι ἀεῖσαι; φαμί τυ νικασεῖν, ὅσσον θέλω αὐτὸς ἀείδων.‘ τὸν δ’ ἄρα χὠ Δάφνις τοιῷδ’ ἀπαμείβετο μύθῳ· ‘ποιμὴν εἰροπόκων ὀίων, συρικτὰ Μενάλκα,</w:t>
      </w:r>
    </w:p>
    <w:p>
      <w:r>
        <w:rPr>
          <w:rFonts w:ascii="Courier New" w:hAnsi="Courier New"/>
          <w:color w:val="555555"/>
          <w:sz w:val="20"/>
        </w:rPr>
        <w:t>[10]</w:t>
      </w:r>
    </w:p>
    <w:p>
      <w:r>
        <w:rPr>
          <w:rFonts w:ascii="Gentium Plus" w:hAnsi="Gentium Plus"/>
          <w:sz w:val="24"/>
        </w:rPr>
        <w:t>οὔποκα νικασεῖς μ’, οὐδ’ εἴ τι πάθοις τύγ’ ἀείδων.‘</w:t>
      </w:r>
    </w:p>
    <w:p>
      <w:r>
        <w:rPr>
          <w:rFonts w:ascii="Courier New" w:hAnsi="Courier New"/>
          <w:color w:val="555555"/>
          <w:sz w:val="20"/>
        </w:rPr>
        <w:t>[10]</w:t>
      </w:r>
    </w:p>
    <w:p>
      <w:r>
        <w:rPr>
          <w:rFonts w:ascii="Gentium Plus" w:hAnsi="Gentium Plus"/>
          <w:sz w:val="24"/>
        </w:rPr>
        <w:t>ΜΕΝΑΛΚΑΣ</w:t>
      </w:r>
    </w:p>
    <w:p>
      <w:r>
        <w:rPr>
          <w:rFonts w:ascii="Courier New" w:hAnsi="Courier New"/>
          <w:color w:val="555555"/>
          <w:sz w:val="20"/>
        </w:rPr>
        <w:t>[11]</w:t>
      </w:r>
    </w:p>
    <w:p>
      <w:r>
        <w:rPr>
          <w:rFonts w:ascii="Gentium Plus" w:hAnsi="Gentium Plus"/>
          <w:sz w:val="24"/>
        </w:rPr>
        <w:t>χρῄσδεις ὦν ἐσιδεῖν; χρῄσδεις καταθεῖναι ἄεθλον;</w:t>
      </w:r>
    </w:p>
    <w:p>
      <w:r>
        <w:rPr>
          <w:rFonts w:ascii="Courier New" w:hAnsi="Courier New"/>
          <w:color w:val="555555"/>
          <w:sz w:val="20"/>
        </w:rPr>
        <w:t>[11]</w:t>
      </w:r>
    </w:p>
    <w:p>
      <w:r>
        <w:rPr>
          <w:rFonts w:ascii="Gentium Plus" w:hAnsi="Gentium Plus"/>
          <w:sz w:val="24"/>
        </w:rPr>
        <w:t>ΔΑΦΝΙΣ</w:t>
      </w:r>
    </w:p>
    <w:p>
      <w:r>
        <w:rPr>
          <w:rFonts w:ascii="Courier New" w:hAnsi="Courier New"/>
          <w:color w:val="555555"/>
          <w:sz w:val="20"/>
        </w:rPr>
        <w:t>[12]</w:t>
      </w:r>
    </w:p>
    <w:p>
      <w:r>
        <w:rPr>
          <w:rFonts w:ascii="Gentium Plus" w:hAnsi="Gentium Plus"/>
          <w:sz w:val="24"/>
        </w:rPr>
        <w:t>χρῄσδω τοῦτ’ ἐσιδεῖν, χρῄσδω καταθεῖναι ἄεθλον. ΜΕ. καὶ τί νυ θησεύμεσθ’ ὅ κεν ἁμῖν ἄρκιον εἴη; ΔΑ. μόσχον ἐγὼ θησῶ, τὺ δὲ θὲς ἰσομάτορα ἀμνόν.</w:t>
      </w:r>
    </w:p>
    <w:p>
      <w:r>
        <w:rPr>
          <w:rFonts w:ascii="Courier New" w:hAnsi="Courier New"/>
          <w:color w:val="555555"/>
          <w:sz w:val="20"/>
        </w:rPr>
        <w:t>[15]</w:t>
      </w:r>
    </w:p>
    <w:p>
      <w:r>
        <w:rPr>
          <w:rFonts w:ascii="Gentium Plus" w:hAnsi="Gentium Plus"/>
          <w:sz w:val="24"/>
        </w:rPr>
        <w:t>ΜΕ. οὐ θησῶ ποκα ἀμνόν, ἐπεὶ χαλεπὸς ὁ πατήρ μευ χἀ μάτηρ, τὰ δὲ μῆλα ποθέσπερα πάντ’ ἀριθμεῦντι. ΔΑ. ἀλλὰ τί μὰν θησεῖς; τί δὲ τὸ πλέον ἑξεῖ ὁ νικῶν; ΜΕ. σύριγγ’ ἃν ἐπόησα καλὰν ἔχω ἐννεάφωνον, λευκὸν κηρὸν ἔχοισαν ἴσον κάτω ἶσον ἄνωθεν·</w:t>
      </w:r>
    </w:p>
    <w:p>
      <w:r>
        <w:rPr>
          <w:rFonts w:ascii="Courier New" w:hAnsi="Courier New"/>
          <w:color w:val="555555"/>
          <w:sz w:val="20"/>
        </w:rPr>
        <w:t>[20]</w:t>
      </w:r>
    </w:p>
    <w:p>
      <w:r>
        <w:rPr>
          <w:rFonts w:ascii="Gentium Plus" w:hAnsi="Gentium Plus"/>
          <w:sz w:val="24"/>
        </w:rPr>
        <w:t>ταύταν κατθείην, τὰ δὲ τῶ πατρὸς οὐ καταθησῶ. ΔΑ. ἦ μάν τοι κἠγὼ σύριγγ’ ἔχω ἐννεάφωνον, λευκὸν κηρὸν ἔχοισαν ἴσον κάτω ἶσον ἄνωθεν. πρώαν νιν συνέπαξ’· ἔτι καὶ τὸν δάκτυλον ἀλγῶ τοῦτον, ἐπεὶ κάλαμός με διασχισθεὶς διέτμαξεν.</w:t>
      </w:r>
    </w:p>
    <w:p>
      <w:r>
        <w:rPr>
          <w:rFonts w:ascii="Courier New" w:hAnsi="Courier New"/>
          <w:color w:val="555555"/>
          <w:sz w:val="20"/>
        </w:rPr>
        <w:t>[25]</w:t>
      </w:r>
    </w:p>
    <w:p>
      <w:r>
        <w:rPr>
          <w:rFonts w:ascii="Gentium Plus" w:hAnsi="Gentium Plus"/>
          <w:sz w:val="24"/>
        </w:rPr>
        <w:t>ΜΕ. ἀλλὰ τίς ἄμμε κρινεῖ; τίς ἐπάκοος ἔσσεται ἁμέων; ΔΑ. τῆνόν πως ἐνταῦθα τὸν αἰπόλον, ἤν, καλέσωμες, ᾧ ποτὶ ταῖς ἐρίφοις ὁ κύων ὁ φάλαρος ὑλακτεῖ.</w:t>
      </w:r>
    </w:p>
    <w:p>
      <w:r>
        <w:rPr>
          <w:rFonts w:ascii="Courier New" w:hAnsi="Courier New"/>
          <w:color w:val="555555"/>
          <w:sz w:val="20"/>
        </w:rPr>
        <w:t>[27]</w:t>
      </w:r>
    </w:p>
    <w:p>
      <w:r>
        <w:rPr>
          <w:rFonts w:ascii="Gentium Plus" w:hAnsi="Gentium Plus"/>
          <w:sz w:val="24"/>
        </w:rPr>
        <w:t>Χοἰ μὲν παῖδες ἄυσαν, ὁ δ’ αἰπόλος ἦνθ’ ὑπακούσας· χοἰ μὲν παῖδες ἀείδεν, ὁ δ’ αἰπόλος ἤθελε κρίνειν.</w:t>
      </w:r>
    </w:p>
    <w:p>
      <w:r>
        <w:rPr>
          <w:rFonts w:ascii="Courier New" w:hAnsi="Courier New"/>
          <w:color w:val="555555"/>
          <w:sz w:val="20"/>
        </w:rPr>
        <w:t>[30]</w:t>
      </w:r>
    </w:p>
    <w:p>
      <w:r>
        <w:rPr>
          <w:rFonts w:ascii="Gentium Plus" w:hAnsi="Gentium Plus"/>
          <w:sz w:val="24"/>
        </w:rPr>
        <w:t>πρᾶτος δ’ ὦν ἄειδε λαχὼν ἰυκτὰ Μενάλκας, εἶτα δ’ ἀμοιβαίαν ὑπελάμβανε Δάφνις ἀοιδάν βουκολικάν· οὕτω δὲ Μενάλκας ἄρξατο πρᾶτος.</w:t>
      </w:r>
    </w:p>
    <w:p>
      <w:r>
        <w:rPr>
          <w:rFonts w:ascii="Courier New" w:hAnsi="Courier New"/>
          <w:color w:val="555555"/>
          <w:sz w:val="20"/>
        </w:rPr>
        <w:t>[32]</w:t>
      </w:r>
    </w:p>
    <w:p>
      <w:r>
        <w:rPr>
          <w:rFonts w:ascii="Gentium Plus" w:hAnsi="Gentium Plus"/>
          <w:sz w:val="24"/>
        </w:rPr>
        <w:t>ΜΕ. ἄγκεα καὶ ποταμοί, θεῖον γένος, αἴ τι Μενάλκας πήποχ’ ὁ συρικτὰς προσφιλὲς ᾆσε μέλος,</w:t>
      </w:r>
    </w:p>
    <w:p>
      <w:r>
        <w:rPr>
          <w:rFonts w:ascii="Courier New" w:hAnsi="Courier New"/>
          <w:color w:val="555555"/>
          <w:sz w:val="20"/>
        </w:rPr>
        <w:t>[35]</w:t>
      </w:r>
    </w:p>
    <w:p>
      <w:r>
        <w:rPr>
          <w:rFonts w:ascii="Gentium Plus" w:hAnsi="Gentium Plus"/>
          <w:sz w:val="24"/>
        </w:rPr>
        <w:t>βόσκοιτ’ ἐκ ψυχᾶς τὰς ἀμνάδας· ἢν δέ ποκ’ ἔνθῃ Δάφνις ἔχων δαμάλας, μηδὲν ἔλασσον ἔχοι. ΔΑ. κρᾶναι καὶ βοτάναι, γλυκερὸν φυτόν, αἴπερ ὁμοῖον μουσίσδει Δάφνις ταῖσιν ἀηδονίσι, τοῦτο τὸ βουκόλιον πιαίνετε· κἤν τι Μενάλκας</w:t>
      </w:r>
    </w:p>
    <w:p>
      <w:r>
        <w:rPr>
          <w:rFonts w:ascii="Courier New" w:hAnsi="Courier New"/>
          <w:color w:val="555555"/>
          <w:sz w:val="20"/>
        </w:rPr>
        <w:t>[40]</w:t>
      </w:r>
    </w:p>
    <w:p>
      <w:r>
        <w:rPr>
          <w:rFonts w:ascii="Gentium Plus" w:hAnsi="Gentium Plus"/>
          <w:sz w:val="24"/>
        </w:rPr>
        <w:t>τεῖδ’ ἀγάγῃ, χαίρων ἄφθονα πάντα νέμοι.</w:t>
      </w:r>
    </w:p>
    <w:p>
      <w:r>
        <w:rPr>
          <w:rFonts w:ascii="Courier New" w:hAnsi="Courier New"/>
          <w:color w:val="555555"/>
          <w:sz w:val="20"/>
        </w:rPr>
        <w:t>[45]</w:t>
      </w:r>
    </w:p>
    <w:p>
      <w:r>
        <w:rPr>
          <w:rFonts w:ascii="Gentium Plus" w:hAnsi="Gentium Plus"/>
          <w:sz w:val="24"/>
        </w:rPr>
        <w:t>ΜΕ. ἔνθ’ ὄις, ἔνθ’ αἶγες διδυματόκοι, ἔνθα μέλισσαι σμήνεα πληροῦσιν, καὶ δρύες ὑψίτεραι, ἔνθ’ ὁ καλὸς Μίλων βαίνει ποσίν· αἰ δ’ ἂν ἀφέρπῃ,</w:t>
      </w:r>
    </w:p>
    <w:p>
      <w:r>
        <w:rPr>
          <w:rFonts w:ascii="Courier New" w:hAnsi="Courier New"/>
          <w:color w:val="555555"/>
          <w:sz w:val="20"/>
        </w:rPr>
        <w:t>[44]</w:t>
      </w:r>
    </w:p>
    <w:p>
      <w:r>
        <w:rPr>
          <w:rFonts w:ascii="Gentium Plus" w:hAnsi="Gentium Plus"/>
          <w:sz w:val="24"/>
        </w:rPr>
        <w:t>χὠ ποιμὴν ξηρὸς τηνόθι χαἰ βοτάναι.</w:t>
      </w:r>
    </w:p>
    <w:p>
      <w:r>
        <w:rPr>
          <w:rFonts w:ascii="Courier New" w:hAnsi="Courier New"/>
          <w:color w:val="555555"/>
          <w:sz w:val="20"/>
        </w:rPr>
        <w:t>[41]</w:t>
      </w:r>
    </w:p>
    <w:p>
      <w:r>
        <w:rPr>
          <w:rFonts w:ascii="Gentium Plus" w:hAnsi="Gentium Plus"/>
          <w:sz w:val="24"/>
        </w:rPr>
        <w:t>ΔΑ. παντᾷ ἔαρ, παντᾷ δὲ νομοί, παντᾷ δὲ γάλακτος οὔθατα πιδῶσιν, καὶ τὰ νέα τράφεται, ἔνθα καλὰ Ναῒς ἐπινίσσεται· αἰ δ’ ἂν ἀφέρπῃ,</w:t>
      </w:r>
    </w:p>
    <w:p>
      <w:r>
        <w:rPr>
          <w:rFonts w:ascii="Courier New" w:hAnsi="Courier New"/>
          <w:color w:val="555555"/>
          <w:sz w:val="20"/>
        </w:rPr>
        <w:t>[48]</w:t>
      </w:r>
    </w:p>
    <w:p>
      <w:r>
        <w:rPr>
          <w:rFonts w:ascii="Gentium Plus" w:hAnsi="Gentium Plus"/>
          <w:sz w:val="24"/>
        </w:rPr>
        <w:t>χὠ τὰς βῶς βόσκων χαἰ βόες αὐότεραι. ΜΕ. ὦ τράγε, τᾶν λευκᾶν αἰγῶν ἄνερ, ἐς βάθος ὕλας</w:t>
      </w:r>
    </w:p>
    <w:p>
      <w:r>
        <w:rPr>
          <w:rFonts w:ascii="Courier New" w:hAnsi="Courier New"/>
          <w:color w:val="555555"/>
          <w:sz w:val="20"/>
        </w:rPr>
        <w:t>[Id . 8 (50)]</w:t>
      </w:r>
    </w:p>
    <w:p>
      <w:r>
        <w:rPr>
          <w:rFonts w:ascii="Gentium Plus" w:hAnsi="Gentium Plus"/>
          <w:sz w:val="24"/>
        </w:rPr>
        <w:t>μυρίον—αἱ σιμαὶ δεῦτ’ ἐφ’ ὕδωρ ἔριφοι— ἐν τήνῳ γὰρ τῆνος· ἴθ’, ὦ κόλε, καὶ λέγε, ‘Μίλων, ὁ Πρωτεὺς φώκας καὶ θεὸς ὢν ἔνεμεν.‘</w:t>
      </w:r>
    </w:p>
    <w:p>
      <w:r>
        <w:rPr>
          <w:rFonts w:ascii="Courier New" w:hAnsi="Courier New"/>
          <w:color w:val="555555"/>
          <w:sz w:val="20"/>
        </w:rPr>
        <w:t>[52]</w:t>
      </w:r>
    </w:p>
    <w:p>
      <w:r>
        <w:rPr>
          <w:rFonts w:ascii="Gentium Plus" w:hAnsi="Gentium Plus"/>
          <w:sz w:val="24"/>
        </w:rPr>
        <w:t>〈ΔΑ. . . . . . . . 〉 ΜΕ. μή μοι γᾶν Πέλοπος, μή μοι Κροίσεια τάλαντα εἴη ἔχειν, μηδὲ πρόσθε θέειν ἀνέμων·</w:t>
      </w:r>
    </w:p>
    <w:p>
      <w:r>
        <w:rPr>
          <w:rFonts w:ascii="Courier New" w:hAnsi="Courier New"/>
          <w:color w:val="555555"/>
          <w:sz w:val="20"/>
        </w:rPr>
        <w:t>[55]</w:t>
      </w:r>
    </w:p>
    <w:p>
      <w:r>
        <w:rPr>
          <w:rFonts w:ascii="Gentium Plus" w:hAnsi="Gentium Plus"/>
          <w:sz w:val="24"/>
        </w:rPr>
        <w:t>ἀλλ’ ὑπὸ τᾷ πέτρᾳ τᾷδ’ ᾄσομαι ἀγκὰς ἔχων τυ, σύννομα μῆλ’ ἐσορῶν Σικελικάν τ’ ἐς ἅλα. ΔΑ. δένδρεσι μὲν χειμὼν φοβερὸν κακόν, ὕδασι δ’ αὐχμός, ὄρνισιν δ’ ὕσπλαγξ, ἀγροτέροις δὲ λίνα, ἀνδρὶ δὲ παρθενικᾶς ἁπαλᾶς πόθος. ὦ πάτερ, ὦ Ζεῦ,</w:t>
      </w:r>
    </w:p>
    <w:p>
      <w:r>
        <w:rPr>
          <w:rFonts w:ascii="Courier New" w:hAnsi="Courier New"/>
          <w:color w:val="555555"/>
          <w:sz w:val="20"/>
        </w:rPr>
        <w:t>[60]</w:t>
      </w:r>
    </w:p>
    <w:p>
      <w:r>
        <w:rPr>
          <w:rFonts w:ascii="Gentium Plus" w:hAnsi="Gentium Plus"/>
          <w:sz w:val="24"/>
        </w:rPr>
        <w:t>οὐ μόνος ἠράσθην· καὶ τὺ γυναικοφίλας.</w:t>
      </w:r>
    </w:p>
    <w:p>
      <w:r>
        <w:rPr>
          <w:rFonts w:ascii="Courier New" w:hAnsi="Courier New"/>
          <w:color w:val="555555"/>
          <w:sz w:val="20"/>
        </w:rPr>
        <w:t>[60]</w:t>
      </w:r>
    </w:p>
    <w:p>
      <w:r>
        <w:rPr>
          <w:rFonts w:ascii="Gentium Plus" w:hAnsi="Gentium Plus"/>
          <w:sz w:val="24"/>
        </w:rPr>
        <w:t>Ταῦτα μὲν ὦν δι’ ἀμοιβαίων οἱ παῖδες ἄεισαν, τὰν πυμάταν δ’ ᾠδὰν οὕτως ἐξᾶρχε Μενάλκας·</w:t>
      </w:r>
    </w:p>
    <w:p>
      <w:r>
        <w:rPr>
          <w:rFonts w:ascii="Courier New" w:hAnsi="Courier New"/>
          <w:color w:val="555555"/>
          <w:sz w:val="20"/>
        </w:rPr>
        <w:t>[62]</w:t>
      </w:r>
    </w:p>
    <w:p>
      <w:r>
        <w:rPr>
          <w:rFonts w:ascii="Gentium Plus" w:hAnsi="Gentium Plus"/>
          <w:sz w:val="24"/>
        </w:rPr>
        <w:t>ΜΕ.φείδευ τᾶν ἐρίφων, φείδευ, λύκε, τᾶν τοκάδων μευ, μηδ’ ἀδίκει μ’, ὅτι μικκὸς ἐὼν πολλαῖσιν ὁμαρτέω.</w:t>
      </w:r>
    </w:p>
    <w:p>
      <w:r>
        <w:rPr>
          <w:rFonts w:ascii="Courier New" w:hAnsi="Courier New"/>
          <w:color w:val="555555"/>
          <w:sz w:val="20"/>
        </w:rPr>
        <w:t>[65]</w:t>
      </w:r>
    </w:p>
    <w:p>
      <w:r>
        <w:rPr>
          <w:rFonts w:ascii="Gentium Plus" w:hAnsi="Gentium Plus"/>
          <w:sz w:val="24"/>
        </w:rPr>
        <w:t>ὦ Λάμπουρε κύον, οὕτω βαθὺς ὕπνος ἔχει τυ; οὐ χρὴ κοιμᾶσθαι βαθέως σὺν παιδὶ νέμοντα. ταὶ δ’ ὄιες, μηδ’ ὔμμες ὀκνεῖθ’ ἁπαλᾶς κορέσασθαι ποίας· οὔτι καμεῖσθ’ ὅκκα πάλιν ἅδε φύηται. σίττα νέμεσθε νέμεσθε, τὰ δ’ οὔθατα πλήσατε</w:t>
      </w:r>
    </w:p>
    <w:p>
      <w:r>
        <w:rPr>
          <w:rFonts w:ascii="Courier New" w:hAnsi="Courier New"/>
          <w:color w:val="555555"/>
          <w:sz w:val="20"/>
        </w:rPr>
        <w:t>[69]</w:t>
      </w:r>
    </w:p>
    <w:p>
      <w:r>
        <w:rPr>
          <w:rFonts w:ascii="Gentium Plus" w:hAnsi="Gentium Plus"/>
          <w:sz w:val="24"/>
        </w:rPr>
        <w:t>πᾶσαι,</w:t>
      </w:r>
    </w:p>
    <w:p>
      <w:r>
        <w:rPr>
          <w:rFonts w:ascii="Courier New" w:hAnsi="Courier New"/>
          <w:color w:val="555555"/>
          <w:sz w:val="20"/>
        </w:rPr>
        <w:t>[70]</w:t>
      </w:r>
    </w:p>
    <w:p>
      <w:r>
        <w:rPr>
          <w:rFonts w:ascii="Gentium Plus" w:hAnsi="Gentium Plus"/>
          <w:sz w:val="24"/>
        </w:rPr>
        <w:t>ὡς τὸ μὲν ὧρνες ἔχωντι, τὸ δ’ ἐς ταλάρως ἀποθῶμαι.</w:t>
      </w:r>
    </w:p>
    <w:p>
      <w:r>
        <w:rPr>
          <w:rFonts w:ascii="Courier New" w:hAnsi="Courier New"/>
          <w:color w:val="555555"/>
          <w:sz w:val="20"/>
        </w:rPr>
        <w:t>[70]</w:t>
      </w:r>
    </w:p>
    <w:p>
      <w:r>
        <w:rPr>
          <w:rFonts w:ascii="Gentium Plus" w:hAnsi="Gentium Plus"/>
          <w:sz w:val="24"/>
        </w:rPr>
        <w:t>Δεύτερος αὖ Δάφνις λιγυρῶς ἀνεβάλλετ’ ἀείδεν·</w:t>
      </w:r>
    </w:p>
    <w:p>
      <w:r>
        <w:rPr>
          <w:rFonts w:ascii="Courier New" w:hAnsi="Courier New"/>
          <w:color w:val="555555"/>
          <w:sz w:val="20"/>
        </w:rPr>
        <w:t>[71]</w:t>
      </w:r>
    </w:p>
    <w:p>
      <w:r>
        <w:rPr>
          <w:rFonts w:ascii="Gentium Plus" w:hAnsi="Gentium Plus"/>
          <w:sz w:val="24"/>
        </w:rPr>
        <w:t>ΔΑ.κἤμ’ ἐκ τῶ ἄντρω σύνοφρυς κόρα ἐχθὲς ἰδοῖσα</w:t>
      </w:r>
    </w:p>
    <w:p>
      <w:r>
        <w:rPr>
          <w:rFonts w:ascii="Courier New" w:hAnsi="Courier New"/>
          <w:color w:val="555555"/>
          <w:sz w:val="20"/>
        </w:rPr>
        <w:t>[75]</w:t>
      </w:r>
    </w:p>
    <w:p>
      <w:r>
        <w:rPr>
          <w:rFonts w:ascii="Gentium Plus" w:hAnsi="Gentium Plus"/>
          <w:sz w:val="24"/>
        </w:rPr>
        <w:t>ἀλλὰ κάτω βλέψας τὰν ἁμετέραν ὁδὸν εἷρπον. ἁδεῖ’ ἁ φωνὰ τᾶς πόρτιος, ἁδὺ τὸ πνεῦμα, [ἁδὺ δὲ χὠ μόσχος γαρύεται, ἁδὺ δὲ χἀ βῶς,] ἁδὺ δὲ τῶ θέρεος παρ’ ὕδωρ ῥέον αἰθριοκοιτεῖν. τᾷ δρυῒ ταὶ βάλανοι κόσμος, τᾷ μαλίδι μᾶλα,</w:t>
      </w:r>
    </w:p>
    <w:p>
      <w:r>
        <w:rPr>
          <w:rFonts w:ascii="Courier New" w:hAnsi="Courier New"/>
          <w:color w:val="555555"/>
          <w:sz w:val="20"/>
        </w:rPr>
        <w:t>[80]</w:t>
      </w:r>
    </w:p>
    <w:p>
      <w:r>
        <w:rPr>
          <w:rFonts w:ascii="Gentium Plus" w:hAnsi="Gentium Plus"/>
          <w:sz w:val="24"/>
        </w:rPr>
        <w:t>τᾷ βοῒ δ’ ἁ μόσχος, τῷ βουκόλῳ αἱ βόες αὐταί.</w:t>
      </w:r>
    </w:p>
    <w:p>
      <w:r>
        <w:rPr>
          <w:rFonts w:ascii="Courier New" w:hAnsi="Courier New"/>
          <w:color w:val="555555"/>
          <w:sz w:val="20"/>
        </w:rPr>
        <w:t>[80]</w:t>
      </w:r>
    </w:p>
    <w:p>
      <w:r>
        <w:rPr>
          <w:rFonts w:ascii="Gentium Plus" w:hAnsi="Gentium Plus"/>
          <w:sz w:val="24"/>
        </w:rPr>
        <w:t>Ὣς οἱ παῖδες ἄεισαν, ὁ δ’ αἰπόλος ὧδ’ ἀγόρευεν· ‘ἁδύ τι τὸ στόμα τοι καὶ ἐφίμερος, ὦ Δάφνι, φωνά· κρέσσον μελπομένω τευ ἀκουέμεν ἢ μέλι λείχειν. λάσδεο τὰς σύριγγας, ἐνίκασας γὰρ ἀείδων.</w:t>
      </w:r>
    </w:p>
    <w:p>
      <w:r>
        <w:rPr>
          <w:rFonts w:ascii="Courier New" w:hAnsi="Courier New"/>
          <w:color w:val="555555"/>
          <w:sz w:val="20"/>
        </w:rPr>
        <w:t>[85]</w:t>
      </w:r>
    </w:p>
    <w:p>
      <w:r>
        <w:rPr>
          <w:rFonts w:ascii="Gentium Plus" w:hAnsi="Gentium Plus"/>
          <w:sz w:val="24"/>
        </w:rPr>
        <w:t>αἰ δέ τι λῇς με καὶ αὐτὸν ἅμ’ αἰπολέοντα διδάξαι, τήναν τὰν μιτύλαν δωσῶ τὰ δίδακτρά τοι αἶγα, ἅτις ὑπὲρ κεφαλᾶς αἰεὶ τὸν ἀμολγέα πληροῖ.‘ ὡς μὲν ὁ παῖς ἐχάρη καὶ ἀνάλατο καὶ πλατάγησε νικάσας, οὕτως ἐπὶ ματέρι νεβρὸς ἅλοιτο.</w:t>
      </w:r>
    </w:p>
    <w:p>
      <w:r>
        <w:rPr>
          <w:rFonts w:ascii="Courier New" w:hAnsi="Courier New"/>
          <w:color w:val="555555"/>
          <w:sz w:val="20"/>
        </w:rPr>
        <w:t>[90]</w:t>
      </w:r>
    </w:p>
    <w:p>
      <w:r>
        <w:rPr>
          <w:rFonts w:ascii="Gentium Plus" w:hAnsi="Gentium Plus"/>
          <w:sz w:val="24"/>
        </w:rPr>
        <w:t>ὡς δὲ κατεσμύχθη καὶ ἀνετράπετο φρένα λύπᾳ ὥτερος, οὕτω καὶ νύμφα δμαθεῖς’ ἀκάχοιτο. κἠκ τούτω πρᾶτος παρὰ ποιμέσι Δάφνις ἔγεντο,</w:t>
      </w:r>
    </w:p>
    <w:p>
      <w:pPr>
        <w:jc w:val="center"/>
      </w:pPr>
      <w:r>
        <w:rPr>
          <w:rFonts w:ascii="Gentium Plus" w:hAnsi="Gentium Plus"/>
          <w:b/>
          <w:sz w:val="24"/>
        </w:rPr>
        <w:t>[ΘΕΟΚΡΙΤΟΥ] ΒΟΥΚΟΛΙΑΣΤΑΙ γʹ</w:t>
      </w:r>
    </w:p>
    <w:p>
      <w:r>
        <w:rPr>
          <w:rFonts w:ascii="Courier New" w:hAnsi="Courier New"/>
          <w:color w:val="555555"/>
          <w:sz w:val="20"/>
        </w:rPr>
        <w:t>[t2]</w:t>
      </w:r>
    </w:p>
    <w:p>
      <w:r>
        <w:rPr>
          <w:rFonts w:ascii="Gentium Plus" w:hAnsi="Gentium Plus"/>
          <w:sz w:val="24"/>
        </w:rPr>
        <w:t>ΔΑΦΝΙΣ ΚΑΙ ΜΕΝΑΛΚΑΣ</w:t>
      </w:r>
    </w:p>
    <w:p>
      <w:r>
        <w:rPr>
          <w:rFonts w:ascii="Courier New" w:hAnsi="Courier New"/>
          <w:color w:val="555555"/>
          <w:sz w:val="20"/>
        </w:rPr>
        <w:t>[1]</w:t>
      </w:r>
    </w:p>
    <w:p>
      <w:r>
        <w:rPr>
          <w:rFonts w:ascii="Gentium Plus" w:hAnsi="Gentium Plus"/>
          <w:sz w:val="24"/>
        </w:rPr>
        <w:t>Βουκολιάζεο, Δάφνι· τὺ δ’ ᾠδᾶς ἄρχεο πρᾶτος, ᾠδᾶς ἄρχεο, Δάφνι, ἐφεψάσθω δὲ Μενάλκας, μόσχως βουσὶν ὑφέντες, ἐπὶ στείραισι δὲ ταύρως. χοἲ μὲν ἁμᾷ βόσκοιντο καὶ ἐν φύλλοισι πλανῷντο</w:t>
      </w:r>
    </w:p>
    <w:p>
      <w:r>
        <w:rPr>
          <w:rFonts w:ascii="Courier New" w:hAnsi="Courier New"/>
          <w:color w:val="555555"/>
          <w:sz w:val="20"/>
        </w:rPr>
        <w:t>[5]</w:t>
      </w:r>
    </w:p>
    <w:p>
      <w:r>
        <w:rPr>
          <w:rFonts w:ascii="Gentium Plus" w:hAnsi="Gentium Plus"/>
          <w:sz w:val="24"/>
        </w:rPr>
        <w:t>μηδὲν ἀτιμαγελεῦντες· ἐμὶν δὲ τὺ βουκολιάζευ ἐκ τόθεν, ἄλλοθε δ’ αὖτις ὑποκρίνοιτο Μενάλκας.</w:t>
      </w:r>
    </w:p>
    <w:p>
      <w:r>
        <w:rPr>
          <w:rFonts w:ascii="Courier New" w:hAnsi="Courier New"/>
          <w:color w:val="555555"/>
          <w:sz w:val="20"/>
        </w:rPr>
        <w:t>[6]</w:t>
      </w:r>
    </w:p>
    <w:p>
      <w:r>
        <w:rPr>
          <w:rFonts w:ascii="Gentium Plus" w:hAnsi="Gentium Plus"/>
          <w:sz w:val="24"/>
        </w:rPr>
        <w:t>ΔΑΦΝΙΣ</w:t>
      </w:r>
    </w:p>
    <w:p>
      <w:r>
        <w:rPr>
          <w:rFonts w:ascii="Courier New" w:hAnsi="Courier New"/>
          <w:color w:val="555555"/>
          <w:sz w:val="20"/>
        </w:rPr>
        <w:t>[7]</w:t>
      </w:r>
    </w:p>
    <w:p>
      <w:r>
        <w:rPr>
          <w:rFonts w:ascii="Gentium Plus" w:hAnsi="Gentium Plus"/>
          <w:sz w:val="24"/>
        </w:rPr>
        <w:t>ἁδὺ μὲν ἁ μόσχος γαρύεται, ἁδὺ δὲ χἀ βῶς, ἁδὺ δὲ χἀ σῦριγξ χὠ βουκόλος, ἁδὺ δὲ κἠγών. ἔστι δέ μοι παρ’ ὕδωρ ψυχρὸν στιβάς, ἐν δὲ νένασται</w:t>
      </w:r>
    </w:p>
    <w:p>
      <w:r>
        <w:rPr>
          <w:rFonts w:ascii="Courier New" w:hAnsi="Courier New"/>
          <w:color w:val="555555"/>
          <w:sz w:val="20"/>
        </w:rPr>
        <w:t>[10]</w:t>
      </w:r>
    </w:p>
    <w:p>
      <w:r>
        <w:rPr>
          <w:rFonts w:ascii="Gentium Plus" w:hAnsi="Gentium Plus"/>
          <w:sz w:val="24"/>
        </w:rPr>
        <w:t>λευκᾶν ἐκ δαμαλᾶν καλὰ δέρματα, τάς μοι ἁπάσας λὶψ κόμαρον τρωγοίσας ἀπὸ σκοπιᾶς ἐτίναξε. τῶ δὲ θέρευς φρύγοντος ἐγὼ τόσσον μελεδαίνω, ὅσσον ἐρῶν τὸ πατρὸς μύθων καὶ ματρὸς ἀκούειν.</w:t>
      </w:r>
    </w:p>
    <w:p>
      <w:r>
        <w:rPr>
          <w:rFonts w:ascii="Courier New" w:hAnsi="Courier New"/>
          <w:color w:val="555555"/>
          <w:sz w:val="20"/>
        </w:rPr>
        <w:t>[13]</w:t>
      </w:r>
    </w:p>
    <w:p>
      <w:r>
        <w:rPr>
          <w:rFonts w:ascii="Gentium Plus" w:hAnsi="Gentium Plus"/>
          <w:sz w:val="24"/>
        </w:rPr>
        <w:t>Οὕτω Δάφνις ἄεισεν ἐμίν, οὕτω δὲ Μενάλκας·</w:t>
      </w:r>
    </w:p>
    <w:p>
      <w:r>
        <w:rPr>
          <w:rFonts w:ascii="Courier New" w:hAnsi="Courier New"/>
          <w:color w:val="555555"/>
          <w:sz w:val="20"/>
        </w:rPr>
        <w:t>[14]</w:t>
      </w:r>
    </w:p>
    <w:p>
      <w:r>
        <w:rPr>
          <w:rFonts w:ascii="Gentium Plus" w:hAnsi="Gentium Plus"/>
          <w:sz w:val="24"/>
        </w:rPr>
      </w:r>
    </w:p>
    <w:p>
      <w:r>
        <w:rPr>
          <w:rFonts w:ascii="Courier New" w:hAnsi="Courier New"/>
          <w:color w:val="555555"/>
          <w:sz w:val="20"/>
        </w:rPr>
        <w:t>[15]</w:t>
      </w:r>
    </w:p>
    <w:p>
      <w:r>
        <w:rPr>
          <w:rFonts w:ascii="Gentium Plus" w:hAnsi="Gentium Plus"/>
          <w:sz w:val="24"/>
        </w:rPr>
        <w:t>ΜΕΝΑΛΚΑΣ</w:t>
      </w:r>
    </w:p>
    <w:p>
      <w:r>
        <w:rPr>
          <w:rFonts w:ascii="Courier New" w:hAnsi="Courier New"/>
          <w:color w:val="555555"/>
          <w:sz w:val="20"/>
        </w:rPr>
        <w:t>[15]</w:t>
      </w:r>
    </w:p>
    <w:p>
      <w:r>
        <w:rPr>
          <w:rFonts w:ascii="Gentium Plus" w:hAnsi="Gentium Plus"/>
          <w:sz w:val="24"/>
        </w:rPr>
        <w:t>Αἴτνα μᾶτερ ἐμά, κἠγὼ καλὸν ἄντρον ἐνοικέω κοίλαις ἐν πέτραισιν· ἔχω δέ τοι ὅσς’ ἐν ὀνείρῳ φαίνονται, πολλὰς μὲν ὄις, πολλὰς δὲ χιμαίρας, ὧν μοι πρὸς κεφαλᾷ καὶ πρὸς ποσὶ κώεα κεῖται. ἐν πυρὶ δὲ δρυΐνῳ χόρια ζεῖ, ἐν πυρὶ δ’ αὖαι</w:t>
      </w:r>
    </w:p>
    <w:p>
      <w:r>
        <w:rPr>
          <w:rFonts w:ascii="Courier New" w:hAnsi="Courier New"/>
          <w:color w:val="555555"/>
          <w:sz w:val="20"/>
        </w:rPr>
        <w:t>[20]</w:t>
      </w:r>
    </w:p>
    <w:p>
      <w:r>
        <w:rPr>
          <w:rFonts w:ascii="Gentium Plus" w:hAnsi="Gentium Plus"/>
          <w:sz w:val="24"/>
        </w:rPr>
        <w:t>φαγοὶ χειμαίνοντος· ἔχω δέ τοι οὐδ’ ὅσον ὤραν</w:t>
      </w:r>
    </w:p>
    <w:p>
      <w:r>
        <w:rPr>
          <w:rFonts w:ascii="Courier New" w:hAnsi="Courier New"/>
          <w:color w:val="555555"/>
          <w:sz w:val="20"/>
        </w:rPr>
        <w:t>[25]</w:t>
      </w:r>
    </w:p>
    <w:p>
      <w:r>
        <w:rPr>
          <w:rFonts w:ascii="Gentium Plus" w:hAnsi="Gentium Plus"/>
          <w:sz w:val="24"/>
        </w:rPr>
        <w:t>τήνῳ δὲ στρόμβω καλὸν ὄστρακον, ὧ κρέας αὐτός σιτήθην πέτραισιν ἐν Ἰκαρίαισι δοκεύσας, πέντε ταμὼν πέντ’ οὖσιν· ὃ δ’ ἐγκαναχήσατο κόχλῳ.</w:t>
      </w:r>
    </w:p>
    <w:p>
      <w:r>
        <w:rPr>
          <w:rFonts w:ascii="Courier New" w:hAnsi="Courier New"/>
          <w:color w:val="555555"/>
          <w:sz w:val="20"/>
        </w:rPr>
        <w:t>[27]</w:t>
      </w:r>
    </w:p>
    <w:p>
      <w:r>
        <w:rPr>
          <w:rFonts w:ascii="Gentium Plus" w:hAnsi="Gentium Plus"/>
          <w:sz w:val="24"/>
        </w:rPr>
        <w:t>Βουκολικαὶ Μοῖσαι, μάλα χαίρετε, φαίνετε δ’ ᾠδάν τάν ποκ’ ἐγὼ τήνοισι παρὼν ἄεισα νομεῦσι·</w:t>
      </w:r>
    </w:p>
    <w:p>
      <w:r>
        <w:rPr>
          <w:rFonts w:ascii="Courier New" w:hAnsi="Courier New"/>
          <w:color w:val="555555"/>
          <w:sz w:val="20"/>
        </w:rPr>
        <w:t>[30]</w:t>
      </w:r>
    </w:p>
    <w:p>
      <w:r>
        <w:rPr>
          <w:rFonts w:ascii="Gentium Plus" w:hAnsi="Gentium Plus"/>
          <w:sz w:val="24"/>
        </w:rPr>
        <w:t>μηκέτ’ ἐπὶ γλώσσας ἄκρας ὀλοφυγγόνα φύσω. ‘τέττιξ μὲν τέττιγι φίλος, μύρμακι δὲ μύρμαξ, ἴρηκες δ’ ἴρηξιν, ἐμὶν δ’ ἁ Μοῖσα καὶ ᾠδά. τᾶς μοι πᾶς εἴη πλεῖος δόμος. οὔτε γὰρ ὕπνος οὔτ’ ἔαρ ἐξαπίνας γλυκερώτερον, οὔτε μελίσσαις</w:t>
      </w:r>
    </w:p>
    <w:p>
      <w:r>
        <w:rPr>
          <w:rFonts w:ascii="Courier New" w:hAnsi="Courier New"/>
          <w:color w:val="555555"/>
          <w:sz w:val="20"/>
        </w:rPr>
        <w:t>[35]</w:t>
      </w:r>
    </w:p>
    <w:p>
      <w:r>
        <w:rPr>
          <w:rFonts w:ascii="Gentium Plus" w:hAnsi="Gentium Plus"/>
          <w:sz w:val="24"/>
        </w:rPr>
        <w:t>ἄνθεα· τόσσον ἐμὶν Μοῖσαι φίλαι. οὓς γὰρ ὁρεῦντι</w:t>
      </w:r>
    </w:p>
    <w:p>
      <w:pPr>
        <w:jc w:val="center"/>
      </w:pPr>
      <w:r>
        <w:rPr>
          <w:rFonts w:ascii="Gentium Plus" w:hAnsi="Gentium Plus"/>
          <w:b/>
          <w:sz w:val="24"/>
        </w:rPr>
        <w:t>ΘΕΟΚΡΙΤΟΥ ΕΡΓΑΤΙΝΑΙ Η ΘΕΡΙΣΤΑΙ</w:t>
      </w:r>
    </w:p>
    <w:p>
      <w:r>
        <w:rPr>
          <w:rFonts w:ascii="Courier New" w:hAnsi="Courier New"/>
          <w:color w:val="555555"/>
          <w:sz w:val="20"/>
        </w:rPr>
        <w:t>[1]</w:t>
      </w:r>
    </w:p>
    <w:p>
      <w:r>
        <w:rPr>
          <w:rFonts w:ascii="Gentium Plus" w:hAnsi="Gentium Plus"/>
          <w:sz w:val="24"/>
        </w:rPr>
        <w:t>ΜΙΛΩΝ</w:t>
      </w:r>
    </w:p>
    <w:p>
      <w:r>
        <w:rPr>
          <w:rFonts w:ascii="Courier New" w:hAnsi="Courier New"/>
          <w:color w:val="555555"/>
          <w:sz w:val="20"/>
        </w:rPr>
        <w:t>[1]</w:t>
      </w:r>
    </w:p>
    <w:p>
      <w:r>
        <w:rPr>
          <w:rFonts w:ascii="Gentium Plus" w:hAnsi="Gentium Plus"/>
          <w:sz w:val="24"/>
        </w:rPr>
        <w:t>Ἐργατίνα Βουκαῖε, τί νῦν, ᾠζυρέ, πεπόνθεις; οὔτε τὸν ὄγμον ἄγειν ὀρθὸν δύνᾳ, ὡς τὸ πρὶν</w:t>
      </w:r>
    </w:p>
    <w:p>
      <w:r>
        <w:rPr>
          <w:rFonts w:ascii="Courier New" w:hAnsi="Courier New"/>
          <w:color w:val="555555"/>
          <w:sz w:val="20"/>
        </w:rPr>
        <w:t>[2]</w:t>
      </w:r>
    </w:p>
    <w:p>
      <w:r>
        <w:rPr>
          <w:rFonts w:ascii="Gentium Plus" w:hAnsi="Gentium Plus"/>
          <w:sz w:val="24"/>
        </w:rPr>
        <w:t>ἆγες, οὔθ’ ἅμα λᾳοτομεῖς τῷ πλατίον, ἀλλ’ ἀπολείπῃ, ὥσπερ ὄις ποίμνας, ἇς τὸν πόδα κάκτος ἔτυψε.</w:t>
      </w:r>
    </w:p>
    <w:p>
      <w:r>
        <w:rPr>
          <w:rFonts w:ascii="Courier New" w:hAnsi="Courier New"/>
          <w:color w:val="555555"/>
          <w:sz w:val="20"/>
        </w:rPr>
        <w:t>[5]</w:t>
      </w:r>
    </w:p>
    <w:p>
      <w:r>
        <w:rPr>
          <w:rFonts w:ascii="Gentium Plus" w:hAnsi="Gentium Plus"/>
          <w:sz w:val="24"/>
        </w:rPr>
        <w:t>ποῖός τις δείλαν τὺ καὶ ἐκ μέσω ἄματος ἐσσῇ, ὃς νῦν ἀρχόμενος τᾶς αὔλακος οὐκ ἀποτρώγεις;</w:t>
      </w:r>
    </w:p>
    <w:p>
      <w:r>
        <w:rPr>
          <w:rFonts w:ascii="Courier New" w:hAnsi="Courier New"/>
          <w:color w:val="555555"/>
          <w:sz w:val="20"/>
        </w:rPr>
        <w:t>[6]</w:t>
      </w:r>
    </w:p>
    <w:p>
      <w:r>
        <w:rPr>
          <w:rFonts w:ascii="Gentium Plus" w:hAnsi="Gentium Plus"/>
          <w:sz w:val="24"/>
        </w:rPr>
        <w:t>ΒΟΥΚΑΙΟΣ</w:t>
      </w:r>
    </w:p>
    <w:p>
      <w:r>
        <w:rPr>
          <w:rFonts w:ascii="Courier New" w:hAnsi="Courier New"/>
          <w:color w:val="555555"/>
          <w:sz w:val="20"/>
        </w:rPr>
        <w:t>[7]</w:t>
      </w:r>
    </w:p>
    <w:p>
      <w:r>
        <w:rPr>
          <w:rFonts w:ascii="Gentium Plus" w:hAnsi="Gentium Plus"/>
          <w:sz w:val="24"/>
        </w:rPr>
        <w:t>Μίλων ὀψαμᾶτα, πέτρας ἀπόκομμ’ ἀτεράμνω, οὐδαμά τοι συνέβα ποθέσαι τινὰ τῶν ἀπεόντων; ΜΙ. οὐδαμά. τίς δὲ πόθος τῶν ἔκτοθεν ἐργάτᾳ ἀνδρί;</w:t>
      </w:r>
    </w:p>
    <w:p>
      <w:r>
        <w:rPr>
          <w:rFonts w:ascii="Courier New" w:hAnsi="Courier New"/>
          <w:color w:val="555555"/>
          <w:sz w:val="20"/>
        </w:rPr>
        <w:t>[10]</w:t>
      </w:r>
    </w:p>
    <w:p>
      <w:r>
        <w:rPr>
          <w:rFonts w:ascii="Gentium Plus" w:hAnsi="Gentium Plus"/>
          <w:sz w:val="24"/>
        </w:rPr>
        <w:t>ΒΟ. οὐδαμά νυν συνέβα τοι ἀγρυπνῆσαι δι’ ἔρωτα; ΜΙ. μηδέ γε συμβαίη· χαλεπὸν χορίω κύνα γεῦσαι. ΒΟ. ἀλλ’ ἐγώ, ὦ Μίλων, ἔραμαι σχεδὸν ἑνδεκαταῖος. ΜΙ. ἐκ πίθω ἀντλεῖς δῆλον· ἐγὼ δ’ ἔχω οὐδ’ ἅλις ὄξος. ΒΟ. τοιγὰρ τὰ πρὸ θυρᾶν μοι ἀπὸ σπόρω ἄσκαλα</w:t>
      </w:r>
    </w:p>
    <w:p>
      <w:r>
        <w:rPr>
          <w:rFonts w:ascii="Courier New" w:hAnsi="Courier New"/>
          <w:color w:val="555555"/>
          <w:sz w:val="20"/>
        </w:rPr>
        <w:t>[14]</w:t>
      </w:r>
    </w:p>
    <w:p>
      <w:r>
        <w:rPr>
          <w:rFonts w:ascii="Gentium Plus" w:hAnsi="Gentium Plus"/>
          <w:sz w:val="24"/>
        </w:rPr>
        <w:t>πάντα.</w:t>
      </w:r>
    </w:p>
    <w:p>
      <w:r>
        <w:rPr>
          <w:rFonts w:ascii="Courier New" w:hAnsi="Courier New"/>
          <w:color w:val="555555"/>
          <w:sz w:val="20"/>
        </w:rPr>
        <w:t>[15]</w:t>
      </w:r>
    </w:p>
    <w:p>
      <w:r>
        <w:rPr>
          <w:rFonts w:ascii="Gentium Plus" w:hAnsi="Gentium Plus"/>
          <w:sz w:val="24"/>
        </w:rPr>
        <w:t>ΜΙ. τίς δέ τυ τᾶν παίδων λυμαίνεται;</w:t>
      </w:r>
    </w:p>
    <w:p>
      <w:r>
        <w:rPr>
          <w:rFonts w:ascii="Courier New" w:hAnsi="Courier New"/>
          <w:color w:val="555555"/>
          <w:sz w:val="20"/>
        </w:rPr>
        <w:t>[15]</w:t>
      </w:r>
    </w:p>
    <w:p>
      <w:r>
        <w:rPr>
          <w:rFonts w:ascii="Gentium Plus" w:hAnsi="Gentium Plus"/>
          <w:sz w:val="24"/>
        </w:rPr>
        <w:t>ΒΟ.ἁ Πολυβώτα, ἃ πρᾶν ἀμάντεσσι παρ’ Ἱπποκίωνι ποταύλει. ΜΙ. εὗρε θεὸς τὸν ἀλιτρόν· ἔχεις πάλαι ὧν ἐπεθύμεις·</w:t>
      </w:r>
    </w:p>
    <w:p>
      <w:r>
        <w:rPr>
          <w:rFonts w:ascii="Courier New" w:hAnsi="Courier New"/>
          <w:color w:val="555555"/>
          <w:sz w:val="20"/>
        </w:rPr>
        <w:t>[20]</w:t>
      </w:r>
    </w:p>
    <w:p>
      <w:r>
        <w:rPr>
          <w:rFonts w:ascii="Gentium Plus" w:hAnsi="Gentium Plus"/>
          <w:sz w:val="24"/>
        </w:rPr>
        <w:t>ἀλλὰ καὶ ὡφρόντιστος Ἔρως. μὴ δὴ μέγα μυθεῦ. ΜΙ. οὐ μέγα μυθεῦμαι· τὺ μόνον κατάβαλλε τὸ λᾷον, καί τι κόρας φιλικὸν μέλος ἀμβάλευ. ἅδιον οὕτως ἐργαξῇ. καὶ μὰν πρότερόν ποκα μουσικὸς ἦσθα.</w:t>
      </w:r>
    </w:p>
    <w:p>
      <w:r>
        <w:rPr>
          <w:rFonts w:ascii="Courier New" w:hAnsi="Courier New"/>
          <w:color w:val="555555"/>
          <w:sz w:val="20"/>
        </w:rPr>
        <w:t>[23]</w:t>
      </w:r>
    </w:p>
    <w:p>
      <w:r>
        <w:rPr>
          <w:rFonts w:ascii="Gentium Plus" w:hAnsi="Gentium Plus"/>
          <w:sz w:val="24"/>
        </w:rPr>
        <w:t>ΒΟ.Μοῖσαι Πιερίδες, συναείσατε τὰν ῥαδινάν μοι</w:t>
      </w:r>
    </w:p>
    <w:p>
      <w:r>
        <w:rPr>
          <w:rFonts w:ascii="Courier New" w:hAnsi="Courier New"/>
          <w:color w:val="555555"/>
          <w:sz w:val="20"/>
        </w:rPr>
        <w:t>[25]</w:t>
      </w:r>
    </w:p>
    <w:p>
      <w:r>
        <w:rPr>
          <w:rFonts w:ascii="Gentium Plus" w:hAnsi="Gentium Plus"/>
          <w:sz w:val="24"/>
        </w:rPr>
        <w:t>παῖδ’· ὧν γάρ χ’ ἅψησθε, θεαί, καλὰ πάντα ποεῖτε. Βομβύκα χαρίεσσα, Σύραν καλέοντί τυ πάντες, ἰσχνάν, ἁλιόκαυστον, ἐγὼ δὲ μόνος μελίχλωρον. καὶ τὸ ἴον μέλαν ἐστί, καὶ ἁ γραπτὰ ὑάκινθος· ἀλλ’ ἔμπας ἐν τοῖς στεφάνοις τὰ πρᾶτα λέγονται.</w:t>
      </w:r>
    </w:p>
    <w:p>
      <w:r>
        <w:rPr>
          <w:rFonts w:ascii="Courier New" w:hAnsi="Courier New"/>
          <w:color w:val="555555"/>
          <w:sz w:val="20"/>
        </w:rPr>
        <w:t>[30]</w:t>
      </w:r>
    </w:p>
    <w:p>
      <w:r>
        <w:rPr>
          <w:rFonts w:ascii="Gentium Plus" w:hAnsi="Gentium Plus"/>
          <w:sz w:val="24"/>
        </w:rPr>
        <w:t>ἁ αἲξ τὰν κύτισον, ὁ λύκος τὰν αἶγα διώκει, ἁ γέρανος τὤροτρον· ἐγὼ δ’ ἐπὶ τὶν μεμάνημαι. αἴθε μοι ἦς ὅσσα Κροῖσόν ποκα φαντὶ πεπᾶσθαι· χρύσεοι ἀμφότεροί κ’ ἀνεκείμεθα τᾷ Ἀφροδίτᾳ, τὼς αὐλὼς μὲν ἔχοισα καὶ ἢ ῥόδον ἢ τύγε μᾶλον,</w:t>
      </w:r>
    </w:p>
    <w:p>
      <w:r>
        <w:rPr>
          <w:rFonts w:ascii="Courier New" w:hAnsi="Courier New"/>
          <w:color w:val="555555"/>
          <w:sz w:val="20"/>
        </w:rPr>
        <w:t>[35]</w:t>
      </w:r>
    </w:p>
    <w:p>
      <w:r>
        <w:rPr>
          <w:rFonts w:ascii="Gentium Plus" w:hAnsi="Gentium Plus"/>
          <w:sz w:val="24"/>
        </w:rPr>
        <w:t>σχῆμα δ’ ἐγὼ καὶ καινὰς ἐπ’ ἀμφοτέροισιν ἀμύκλας. Βομβύκα χαρίεσς’, οἱ μὲν πόδες ἀστράγαλοί τευς, ἁ φωνὰ δὲ τρύχνος· τὸν μὰν τρόπον οὐκ ἔχω εἰπεῖν.</w:t>
      </w:r>
    </w:p>
    <w:p>
      <w:r>
        <w:rPr>
          <w:rFonts w:ascii="Courier New" w:hAnsi="Courier New"/>
          <w:color w:val="555555"/>
          <w:sz w:val="20"/>
        </w:rPr>
        <w:t>[37]</w:t>
      </w:r>
    </w:p>
    <w:p>
      <w:r>
        <w:rPr>
          <w:rFonts w:ascii="Gentium Plus" w:hAnsi="Gentium Plus"/>
          <w:sz w:val="24"/>
        </w:rPr>
        <w:t>ΜΙ. ἦ καλὰς ἄμμε ποῶν ἐλελάθει Βοῦκος ἀοιδάς· ὡς εὖ τὰν ἰδέαν τᾶς ἁρμονίας ἐμέτρησεν.</w:t>
      </w:r>
    </w:p>
    <w:p>
      <w:r>
        <w:rPr>
          <w:rFonts w:ascii="Courier New" w:hAnsi="Courier New"/>
          <w:color w:val="555555"/>
          <w:sz w:val="20"/>
        </w:rPr>
        <w:t>[40]</w:t>
      </w:r>
    </w:p>
    <w:p>
      <w:r>
        <w:rPr>
          <w:rFonts w:ascii="Gentium Plus" w:hAnsi="Gentium Plus"/>
          <w:sz w:val="24"/>
        </w:rPr>
        <w:t>ὤμοι τῶ πώγωνος, ὃν ἀλιθίως ἀνέφυσα. θᾶσαι δὴ καὶ ταῦτα τὰ τῶ θείω Λιτυέρσα.</w:t>
      </w:r>
    </w:p>
    <w:p>
      <w:r>
        <w:rPr>
          <w:rFonts w:ascii="Courier New" w:hAnsi="Courier New"/>
          <w:color w:val="555555"/>
          <w:sz w:val="20"/>
        </w:rPr>
        <w:t>[41]</w:t>
      </w:r>
    </w:p>
    <w:p>
      <w:r>
        <w:rPr>
          <w:rFonts w:ascii="Gentium Plus" w:hAnsi="Gentium Plus"/>
          <w:sz w:val="24"/>
        </w:rPr>
        <w:t>Δάματερ πολύκαρπε, πολύσταχυ, τοῦτο τὸ λᾷον εὔεργόν τ’ εἴη καὶ κάρπιμον ὅττι μάλιστα. σφίγγετ’, ἀμαλλοδέται, τὰ δράγματα, μὴ παριών</w:t>
      </w:r>
    </w:p>
    <w:p>
      <w:r>
        <w:rPr>
          <w:rFonts w:ascii="Courier New" w:hAnsi="Courier New"/>
          <w:color w:val="555555"/>
          <w:sz w:val="20"/>
        </w:rPr>
        <w:t>[44]</w:t>
      </w:r>
    </w:p>
    <w:p>
      <w:r>
        <w:rPr>
          <w:rFonts w:ascii="Gentium Plus" w:hAnsi="Gentium Plus"/>
          <w:sz w:val="24"/>
        </w:rPr>
        <w:t>τις</w:t>
      </w:r>
    </w:p>
    <w:p>
      <w:r>
        <w:rPr>
          <w:rFonts w:ascii="Courier New" w:hAnsi="Courier New"/>
          <w:color w:val="555555"/>
          <w:sz w:val="20"/>
        </w:rPr>
        <w:t>[45]</w:t>
      </w:r>
    </w:p>
    <w:p>
      <w:r>
        <w:rPr>
          <w:rFonts w:ascii="Gentium Plus" w:hAnsi="Gentium Plus"/>
          <w:sz w:val="24"/>
        </w:rPr>
        <w:t>εἴπῃ ‘σύκινοι ἄνδρες· ἀπώλετο χοὖτος ὁ μισθός.‘ ἐς βορέαν ἄνεμον τᾶς κόρθυος ἁ τομὰ ὔμμιν ἢ ζέφυρον βλεπέτω· πιαίνεται ὁ στάχυς οὕτως. σῖτον ἀλοιῶντας φεύγειν τὸ μεσαμβρινὸν ὕπνον· ἐκ καλάμας ἄχυρον τελέθει τημόσδε μάλιστα·</w:t>
      </w:r>
    </w:p>
    <w:p>
      <w:r>
        <w:rPr>
          <w:rFonts w:ascii="Courier New" w:hAnsi="Courier New"/>
          <w:color w:val="555555"/>
          <w:sz w:val="20"/>
        </w:rPr>
        <w:t>[Id . 10 (50)]</w:t>
      </w:r>
    </w:p>
    <w:p>
      <w:r>
        <w:rPr>
          <w:rFonts w:ascii="Gentium Plus" w:hAnsi="Gentium Plus"/>
          <w:sz w:val="24"/>
        </w:rPr>
        <w:t>ἄρχεσθαι δ’ ἀμῶντας ἐγειρομένω κορυδαλλῶ καὶ λήγειν εὕδοντος, ἐλινῦσαι δὲ τὸ καῦμα. εὐκτὸς ὁ τῶ βατράχω, παῖδες, βίος· οὐ μελεδαίνει τὸν τὸ πιεῖν ἐγχεῦντα· πάρεστι γὰρ ἄφθονον αὐτῷ. κάλλιον, ὦ ’πιμελητὰ φιλάργυρε, τὸν φακὸν ἕψειν,</w:t>
      </w:r>
    </w:p>
    <w:p>
      <w:r>
        <w:rPr>
          <w:rFonts w:ascii="Courier New" w:hAnsi="Courier New"/>
          <w:color w:val="555555"/>
          <w:sz w:val="20"/>
        </w:rPr>
        <w:t>[55]</w:t>
      </w:r>
    </w:p>
    <w:p>
      <w:r>
        <w:rPr>
          <w:rFonts w:ascii="Gentium Plus" w:hAnsi="Gentium Plus"/>
          <w:sz w:val="24"/>
        </w:rPr>
        <w:t>μὴ ’πιτάμῃς τὰν χεῖρα καταπρίων τὸ κύμινον.</w:t>
      </w:r>
    </w:p>
    <w:p>
      <w:r>
        <w:rPr>
          <w:rFonts w:ascii="Courier New" w:hAnsi="Courier New"/>
          <w:color w:val="555555"/>
          <w:sz w:val="20"/>
        </w:rPr>
        <w:t>[55]</w:t>
      </w:r>
    </w:p>
    <w:p>
      <w:r>
        <w:rPr>
          <w:rFonts w:ascii="Gentium Plus" w:hAnsi="Gentium Plus"/>
          <w:sz w:val="24"/>
        </w:rPr>
        <w:t>ταῦτα χρὴ μοχθεῦντας ἐν ἁλίῳ ἄνδρας ἀείδειν, τὸν δὲ τεόν, Βουκαῖε, πρέπει λιμηρὸν ἔρωτα</w:t>
      </w:r>
    </w:p>
    <w:p>
      <w:pPr>
        <w:jc w:val="center"/>
      </w:pPr>
      <w:r>
        <w:rPr>
          <w:rFonts w:ascii="Gentium Plus" w:hAnsi="Gentium Plus"/>
          <w:b/>
          <w:sz w:val="24"/>
        </w:rPr>
        <w:t>ΘΕΟΚΡΙΤΟΥ ΚΥΚΛΩΨ</w:t>
      </w:r>
    </w:p>
    <w:p>
      <w:r>
        <w:rPr>
          <w:rFonts w:ascii="Courier New" w:hAnsi="Courier New"/>
          <w:color w:val="555555"/>
          <w:sz w:val="20"/>
        </w:rPr>
        <w:t>[1]</w:t>
      </w:r>
    </w:p>
    <w:p>
      <w:r>
        <w:rPr>
          <w:rFonts w:ascii="Gentium Plus" w:hAnsi="Gentium Plus"/>
          <w:sz w:val="24"/>
        </w:rPr>
        <w:t>Οὐδὲν ποττὸν ἔρωτα πεφύκει φάρμακον ἄλλο, Νικία, οὔτ’ ἔγχριστον, ἐμὶν δοκεῖ, οὔτ’ ἐπίπαστον, ἢ ταὶ Πιερίδες· κοῦφον δέ τι τοῦτο καὶ ἁδύ γίνετ’ ἐπ’ ἀνθρώποις, εὑρεῖν δ’ οὐ ῥᾴδιόν ἐστι.</w:t>
      </w:r>
    </w:p>
    <w:p>
      <w:r>
        <w:rPr>
          <w:rFonts w:ascii="Courier New" w:hAnsi="Courier New"/>
          <w:color w:val="555555"/>
          <w:sz w:val="20"/>
        </w:rPr>
        <w:t>[5]</w:t>
      </w:r>
    </w:p>
    <w:p>
      <w:r>
        <w:rPr>
          <w:rFonts w:ascii="Gentium Plus" w:hAnsi="Gentium Plus"/>
          <w:sz w:val="24"/>
        </w:rPr>
        <w:t>γινώσκειν δ’ οἶμαί τυ καλῶς ἰατρὸν ἐόντα καὶ ταῖς ἐννέα δὴ πεφιλημένον ἔξοχα Μοίσαις. οὕτω γοῦν ῥάιστα διᾶγ’ ὁ Κύκλωψ ὁ παρ’ ἁμῖν, ὡρχαῖος Πολύφαμος, ὅκ’ ἤρατο τᾶς Γαλατείας, ἄρτι γενειάσδων περὶ τὸ στόμα τὼς κροτάφως τε.</w:t>
      </w:r>
    </w:p>
    <w:p>
      <w:r>
        <w:rPr>
          <w:rFonts w:ascii="Courier New" w:hAnsi="Courier New"/>
          <w:color w:val="555555"/>
          <w:sz w:val="20"/>
        </w:rPr>
        <w:t>[10]</w:t>
      </w:r>
    </w:p>
    <w:p>
      <w:r>
        <w:rPr>
          <w:rFonts w:ascii="Gentium Plus" w:hAnsi="Gentium Plus"/>
          <w:sz w:val="24"/>
        </w:rPr>
        <w:t>ἤρατο δ’ οὐ μάλοις οὐδὲ ῥόδῳ οὐδὲ κικίννοις, ἀλλ’ ὀρθαῖς μανίαις, ἁγεῖτο δὲ πάντα πάρεργα. πολλάκι ταὶ ὄιες ποτὶ τωὔλιον αὐταὶ ἀπῆνθον χλωρᾶς ἐκ βοτάνας· ὃ δὲ τὰν Γαλάτειαν ἀείδων αὐτὸς ἐπ’ ἀιόνος κατετάκετο φυκιοέσσας</w:t>
      </w:r>
    </w:p>
    <w:p>
      <w:r>
        <w:rPr>
          <w:rFonts w:ascii="Courier New" w:hAnsi="Courier New"/>
          <w:color w:val="555555"/>
          <w:sz w:val="20"/>
        </w:rPr>
        <w:t>[15]</w:t>
      </w:r>
    </w:p>
    <w:p>
      <w:r>
        <w:rPr>
          <w:rFonts w:ascii="Gentium Plus" w:hAnsi="Gentium Plus"/>
          <w:sz w:val="24"/>
        </w:rPr>
        <w:t>ἐξ ἀοῦς, ἔχθιστον ἔχων ὑποκάρδιον ἕλκος, Κύπριδος ἐκ μεγάλας τό οἱ ἥπατι πᾶξε βέλεμνον. ἀλλὰ τὸ φάρμακον εὗρε, καθεζόμενος δ’ ἐπὶ πέτρας ὑψηλᾶς ἐς πόντον ὁρῶν ἄειδε τοιαῦτα·</w:t>
      </w:r>
    </w:p>
    <w:p>
      <w:r>
        <w:rPr>
          <w:rFonts w:ascii="Courier New" w:hAnsi="Courier New"/>
          <w:color w:val="555555"/>
          <w:sz w:val="20"/>
        </w:rPr>
        <w:t>[18]</w:t>
      </w:r>
    </w:p>
    <w:p>
      <w:r>
        <w:rPr>
          <w:rFonts w:ascii="Gentium Plus" w:hAnsi="Gentium Plus"/>
          <w:sz w:val="24"/>
        </w:rPr>
        <w:t>Ὦ λευκὰ Γαλάτεια, τί τὸν φιλέοντ’ ἀποβάλλῃ,</w:t>
      </w:r>
    </w:p>
    <w:p>
      <w:r>
        <w:rPr>
          <w:rFonts w:ascii="Courier New" w:hAnsi="Courier New"/>
          <w:color w:val="555555"/>
          <w:sz w:val="20"/>
        </w:rPr>
        <w:t>[20]</w:t>
      </w:r>
    </w:p>
    <w:p>
      <w:r>
        <w:rPr>
          <w:rFonts w:ascii="Gentium Plus" w:hAnsi="Gentium Plus"/>
          <w:sz w:val="24"/>
        </w:rPr>
        <w:t>λευκοτέρα πακτᾶς ποτιδεῖν, ἁπαλωτέρα ἀρνός, μόσχω γαυροτέρα, φιαρωτέρα ὄμφακος ὠμᾶς; φοιτῇς δ’ αὖθ’ οὕτως ὅκκα γλυκὺς ὕπνος ἔχῃ με, οἴχῃ δ’ εὐθὺς ἰοῖς’ ὅκκα γλυκὺς ὕπνος ἀνῇ με, φεύγεις δ’ ὥσπερ ὄις πολιὸν λύκον ἀθρήσασα;</w:t>
      </w:r>
    </w:p>
    <w:p>
      <w:r>
        <w:rPr>
          <w:rFonts w:ascii="Courier New" w:hAnsi="Courier New"/>
          <w:color w:val="555555"/>
          <w:sz w:val="20"/>
        </w:rPr>
        <w:t>[25]</w:t>
      </w:r>
    </w:p>
    <w:p>
      <w:r>
        <w:rPr>
          <w:rFonts w:ascii="Gentium Plus" w:hAnsi="Gentium Plus"/>
          <w:sz w:val="24"/>
        </w:rPr>
        <w:t>ἠράσθην μὲν ἔγωγε τεοῦς, κόρα, ἁνίκα πρᾶτον</w:t>
      </w:r>
    </w:p>
    <w:p>
      <w:r>
        <w:rPr>
          <w:rFonts w:ascii="Courier New" w:hAnsi="Courier New"/>
          <w:color w:val="555555"/>
          <w:sz w:val="20"/>
        </w:rPr>
        <w:t>[30]</w:t>
      </w:r>
    </w:p>
    <w:p>
      <w:r>
        <w:rPr>
          <w:rFonts w:ascii="Gentium Plus" w:hAnsi="Gentium Plus"/>
          <w:sz w:val="24"/>
        </w:rPr>
        <w:t>γινώσκω, χαρίεσσα κόρα, τίνος οὕνεκα φεύγεις· οὕνεκά μοι λασία μὲν ὀφρὺς ἐπὶ παντὶ μετώπῳ ἐξ ὠτὸς τέταται ποτὶ θώτερον ὦς μία μακρά, εἷς δ’ ὀφθαλμὸς ὕπεστι, πλατεῖα δὲ ῥὶς ἐπὶ χείλει. ἀλλ’ οὗτος τοιοῦτος ἐὼν βοτὰ χίλια βόσκω,</w:t>
      </w:r>
    </w:p>
    <w:p>
      <w:r>
        <w:rPr>
          <w:rFonts w:ascii="Courier New" w:hAnsi="Courier New"/>
          <w:color w:val="555555"/>
          <w:sz w:val="20"/>
        </w:rPr>
        <w:t>[35]</w:t>
      </w:r>
    </w:p>
    <w:p>
      <w:r>
        <w:rPr>
          <w:rFonts w:ascii="Gentium Plus" w:hAnsi="Gentium Plus"/>
          <w:sz w:val="24"/>
        </w:rPr>
        <w:t>κἠκ τούτων τὸ κράτιστον ἀμελγόμενος γάλα πίνω· τυρὸς δ’ οὐ λείπει μ’ οὔτ’ ἐν θέρει οὔτ’ ἐν ὀπώρᾳ, οὐ χειμῶνος ἄκρω· ταρσοὶ δ’ ὑπεραχθέες αἰεί. συρίσδεν δ’ ὡς οὔτις ἐπίσταμαι ὧδε Κυκλώπων, τίν, τὸ φίλον γλυκύμαλον, ἁμᾷ κἠμαυτὸν ἀείδων</w:t>
      </w:r>
    </w:p>
    <w:p>
      <w:r>
        <w:rPr>
          <w:rFonts w:ascii="Courier New" w:hAnsi="Courier New"/>
          <w:color w:val="555555"/>
          <w:sz w:val="20"/>
        </w:rPr>
        <w:t>[40]</w:t>
      </w:r>
    </w:p>
    <w:p>
      <w:r>
        <w:rPr>
          <w:rFonts w:ascii="Gentium Plus" w:hAnsi="Gentium Plus"/>
          <w:sz w:val="24"/>
        </w:rPr>
        <w:t>πολλάκι νυκτὸς ἀωρί. τράφω δέ τοι ἕνδεκα νεβρώς, πάσας μαννοφόρως, καὶ σκύμνως τέσσαρας ἄρκτων. ἀλλ’ ἀφίκευσο ποθ’ ἁμέ, καὶ ἑξεῖς οὐδὲν ἔλασσον, τὰν γλαυκὰν δὲ θάλασσαν ἔα ποτὶ χέρσον ὀρεχθεῖν· ἅδιον ἐν τὤντρῳ παρ’ ἐμὶν τὰν νύκτα διαξεῖς.</w:t>
      </w:r>
    </w:p>
    <w:p>
      <w:r>
        <w:rPr>
          <w:rFonts w:ascii="Courier New" w:hAnsi="Courier New"/>
          <w:color w:val="555555"/>
          <w:sz w:val="20"/>
        </w:rPr>
        <w:t>[45]</w:t>
      </w:r>
    </w:p>
    <w:p>
      <w:r>
        <w:rPr>
          <w:rFonts w:ascii="Gentium Plus" w:hAnsi="Gentium Plus"/>
          <w:sz w:val="24"/>
        </w:rPr>
        <w:t>ἐντὶ δάφναι τηνεί, ἐντὶ ῥαδιναὶ κυπάρισσοι, ἔστι μέλας κισσός, ἔστ’ ἄμπελος ἁ γλυκύκαρπος, ἔστι ψυχρὸν ὕδωρ, τό μοι ἁ πολυδένδρεος Αἴτνα λευκᾶς ἐκ χιόνος ποτὸν ἀμβρόσιον προΐητι. τίς κα τῶνδε θάλασσαν ἔχειν καὶ κύμαθ’ ἕλοιτο;</w:t>
      </w:r>
    </w:p>
    <w:p>
      <w:r>
        <w:rPr>
          <w:rFonts w:ascii="Courier New" w:hAnsi="Courier New"/>
          <w:color w:val="555555"/>
          <w:sz w:val="20"/>
        </w:rPr>
        <w:t>[Id . 11 (50)]</w:t>
      </w:r>
    </w:p>
    <w:p>
      <w:r>
        <w:rPr>
          <w:rFonts w:ascii="Gentium Plus" w:hAnsi="Gentium Plus"/>
          <w:sz w:val="24"/>
        </w:rPr>
        <w:t>αἰ δέ τοι αὐτὸς ἐγὼν δοκέω λασιώτερος ἦμεν, ἐντὶ δρυὸς ξύλα μοι καὶ ὑπὸ σποδῷ ἀκάματον πῦρ· καιόμενος δ’ ὑπὸ τεῦς καὶ τὰν ψυχὰν ἀνεχοίμαν καὶ τὸν ἕν’ ὀφθαλμόν, τῶ μοι γλυκερώτερον οὐδέν. ὤμοι, ὅτ’ οὐκ ἔτεκέν μ’ ἁ μάτηρ βράγχι’ ἔχοντα,</w:t>
      </w:r>
    </w:p>
    <w:p>
      <w:r>
        <w:rPr>
          <w:rFonts w:ascii="Courier New" w:hAnsi="Courier New"/>
          <w:color w:val="555555"/>
          <w:sz w:val="20"/>
        </w:rPr>
        <w:t>[55]</w:t>
      </w:r>
    </w:p>
    <w:p>
      <w:r>
        <w:rPr>
          <w:rFonts w:ascii="Gentium Plus" w:hAnsi="Gentium Plus"/>
          <w:sz w:val="24"/>
        </w:rPr>
        <w:t>ὡς κατέδυν ποτὶ τὶν καὶ τὰν χέρα τεῦς ἐφίλησα, αἰ μὴ τὸ στόμα λῇς, ἔφερον δέ τοι ἢ κρίνα λευκά</w:t>
      </w:r>
    </w:p>
    <w:p>
      <w:r>
        <w:rPr>
          <w:rFonts w:ascii="Courier New" w:hAnsi="Courier New"/>
          <w:color w:val="555555"/>
          <w:sz w:val="20"/>
        </w:rPr>
        <w:t>[60]</w:t>
      </w:r>
    </w:p>
    <w:p>
      <w:r>
        <w:rPr>
          <w:rFonts w:ascii="Gentium Plus" w:hAnsi="Gentium Plus"/>
          <w:sz w:val="24"/>
        </w:rPr>
        <w:t>νῦν μάν, ὦ κόριον, νῦν αὐτίκα νεῖν γε μαθεῦμαι, αἴ κά τις σὺν ναῒ πλέων ξένος ὧδ’ ἀφίκηται, ὡς εἰδῶ τί ποχ’ ἁδὺ κατοικεῖν τὸν βυθὸν ὔμμιν. ἐξένθοις, Γαλάτεια, καὶ ἐξενθοῖσα λάθοιο, ὥσπερ ἐγὼ νῦν ὧδε καθήμενος, οἴκαδ’ ἀπενθεῖν·</w:t>
      </w:r>
    </w:p>
    <w:p>
      <w:r>
        <w:rPr>
          <w:rFonts w:ascii="Courier New" w:hAnsi="Courier New"/>
          <w:color w:val="555555"/>
          <w:sz w:val="20"/>
        </w:rPr>
        <w:t>[65]</w:t>
      </w:r>
    </w:p>
    <w:p>
      <w:r>
        <w:rPr>
          <w:rFonts w:ascii="Gentium Plus" w:hAnsi="Gentium Plus"/>
          <w:sz w:val="24"/>
        </w:rPr>
        <w:t>ποιμαίνειν δ’ ἐθέλοις σὺν ἐμὶν ἅμα καὶ γάλ’ ἀμέλγειν καὶ τυρὸν πᾶξαι τάμισον δριμεῖαν ἐνεῖσα. ἁ μάτηρ ἀδικεῖ με μόνα, καὶ μέμφομαι αὐτᾷ· οὐδὲν πήποχ’ ὅλως ποτὶ τὶν φίλον εἶπεν ὑπέρ μευ, καὶ ταῦτ’ ἆμαρ ἐπ’ ἆμαρ ὁρεῦσά με λεπτύνοντα.</w:t>
      </w:r>
    </w:p>
    <w:p>
      <w:r>
        <w:rPr>
          <w:rFonts w:ascii="Courier New" w:hAnsi="Courier New"/>
          <w:color w:val="555555"/>
          <w:sz w:val="20"/>
        </w:rPr>
        <w:t>[70]</w:t>
      </w:r>
    </w:p>
    <w:p>
      <w:r>
        <w:rPr>
          <w:rFonts w:ascii="Gentium Plus" w:hAnsi="Gentium Plus"/>
          <w:sz w:val="24"/>
        </w:rPr>
        <w:t>φασῶ τὰν κεφαλὰν καὶ τὼς πόδας ἀμφοτέρως μευ σφύσδειν, ὡς ἀνιαθῇ, ἐπεὶ κἠγὼν ἀνιῶμαι. ὦ Κύκλωψ Κύκλωψ, πᾷ τὰς φρένας ἐκπεπότασαι; αἴ κ’ ἐνθὼν ταλάρως τε πλέκοις καὶ θαλλὸν ἀμάσας ταῖς ἄρνεσσι φέροις, τάχα κα πολὺ μᾶλλον ἔχοις νῶν.</w:t>
      </w:r>
    </w:p>
    <w:p>
      <w:r>
        <w:rPr>
          <w:rFonts w:ascii="Courier New" w:hAnsi="Courier New"/>
          <w:color w:val="555555"/>
          <w:sz w:val="20"/>
        </w:rPr>
        <w:t>[75]</w:t>
      </w:r>
    </w:p>
    <w:p>
      <w:r>
        <w:rPr>
          <w:rFonts w:ascii="Gentium Plus" w:hAnsi="Gentium Plus"/>
          <w:sz w:val="24"/>
        </w:rPr>
        <w:t>τὰν παρεοῖσαν ἄμελγε· τί τὸν φεύγοντα διώκεις; εὑρησεῖς Γαλάτειαν ἴσως καὶ καλλίον’ ἄλλαν. πολλαὶ συμπαίσδεν με κόραι τὰν νύκτα κέλονται, κιχλίζοντι δὲ πᾶσαι, ἐπεί κ’ αὐταῖς ὑπακούσω. δῆλον ὅτ’ ἐν τᾷ γᾷ κἠγών τις φαίνομαι ἦμεν.</w:t>
      </w:r>
    </w:p>
    <w:p>
      <w:r>
        <w:rPr>
          <w:rFonts w:ascii="Courier New" w:hAnsi="Courier New"/>
          <w:color w:val="555555"/>
          <w:sz w:val="20"/>
        </w:rPr>
        <w:t>[79]</w:t>
      </w:r>
    </w:p>
    <w:p>
      <w:r>
        <w:rPr>
          <w:rFonts w:ascii="Gentium Plus" w:hAnsi="Gentium Plus"/>
          <w:sz w:val="24"/>
        </w:rPr>
      </w:r>
    </w:p>
    <w:p>
      <w:r>
        <w:rPr>
          <w:rFonts w:ascii="Courier New" w:hAnsi="Courier New"/>
          <w:color w:val="555555"/>
          <w:sz w:val="20"/>
        </w:rPr>
        <w:t>[80]</w:t>
      </w:r>
    </w:p>
    <w:p>
      <w:r>
        <w:rPr>
          <w:rFonts w:ascii="Gentium Plus" w:hAnsi="Gentium Plus"/>
          <w:sz w:val="24"/>
        </w:rPr>
        <w:t>Οὕτω τοι Πολύφαμος ἐποίμαινεν τὸν ἔρωτα</w:t>
      </w:r>
    </w:p>
    <w:p>
      <w:pPr>
        <w:jc w:val="center"/>
      </w:pPr>
      <w:r>
        <w:rPr>
          <w:rFonts w:ascii="Gentium Plus" w:hAnsi="Gentium Plus"/>
          <w:b/>
          <w:sz w:val="24"/>
        </w:rPr>
        <w:t>ΘΕΟΚΡΙΤΟΥ ΑΙΤΗΣ</w:t>
      </w:r>
    </w:p>
    <w:p>
      <w:r>
        <w:rPr>
          <w:rFonts w:ascii="Courier New" w:hAnsi="Courier New"/>
          <w:color w:val="555555"/>
          <w:sz w:val="20"/>
        </w:rPr>
        <w:t>[1]</w:t>
      </w:r>
    </w:p>
    <w:p>
      <w:r>
        <w:rPr>
          <w:rFonts w:ascii="Gentium Plus" w:hAnsi="Gentium Plus"/>
          <w:sz w:val="24"/>
        </w:rPr>
        <w:t>Ἤλυθες, ὦ φίλε κοῦρε· τρίτῃ σὺν νυκτὶ καὶ ἠοῖ ἤλυθες· οἱ δὲ ποθεῦντες ἐν ἤματι γηράσκουσιν. ὅσσον ἔαρ χειμῶνος, ὅσον μῆλον βραβίλοιο ἥδιον, ὅσσον ὄις σφετέρης λασιωτέρη ἀρνός,</w:t>
      </w:r>
    </w:p>
    <w:p>
      <w:r>
        <w:rPr>
          <w:rFonts w:ascii="Courier New" w:hAnsi="Courier New"/>
          <w:color w:val="555555"/>
          <w:sz w:val="20"/>
        </w:rPr>
        <w:t>[5]</w:t>
      </w:r>
    </w:p>
    <w:p>
      <w:r>
        <w:rPr>
          <w:rFonts w:ascii="Gentium Plus" w:hAnsi="Gentium Plus"/>
          <w:sz w:val="24"/>
        </w:rPr>
        <w:t>ὅσσον παρθενικὴ προφέρει τριγάμοιο γυναικός, ὅσσον ἐλαφροτέρη μόσχου νεβρός, ὅσσον ἀηδών συμπάντων λιγύφωνος ἀοιδοτάτη πετεηνῶν, τόσσον ἔμ’ εὔφρηνας σὺ φανείς, σκιερὴν δ’ ὑπὸ φηγόν ἠελίου φρύγοντος ὁδοιπόρος ἔδραμον ὥς τις.</w:t>
      </w:r>
    </w:p>
    <w:p>
      <w:r>
        <w:rPr>
          <w:rFonts w:ascii="Courier New" w:hAnsi="Courier New"/>
          <w:color w:val="555555"/>
          <w:sz w:val="20"/>
        </w:rPr>
        <w:t>[10]</w:t>
      </w:r>
    </w:p>
    <w:p>
      <w:r>
        <w:rPr>
          <w:rFonts w:ascii="Gentium Plus" w:hAnsi="Gentium Plus"/>
          <w:sz w:val="24"/>
        </w:rPr>
        <w:t>εἴθ’ ὁμαλοὶ πνεύσειαν ἐπ’ ἀμφοτέροισιν Ἔρωτες νῶιν, ἐπεσσομένοις δὲ γενοίμεθα πᾶσιν ἀοιδή· ‘δίω δή τινε τώδε μετὰ προτέροισι γενέσθην φῶθ’, ὃ μὲν εἴσπνηλος, φαίη χ’ Ὡμυκλαϊάζων, τὸν δ’ ἕτερον πάλιν, ὥς κεν ὁ Θεσσαλὸς εἴποι, ἀίτην.</w:t>
      </w:r>
    </w:p>
    <w:p>
      <w:r>
        <w:rPr>
          <w:rFonts w:ascii="Courier New" w:hAnsi="Courier New"/>
          <w:color w:val="555555"/>
          <w:sz w:val="20"/>
        </w:rPr>
        <w:t>[15]</w:t>
      </w:r>
    </w:p>
    <w:p>
      <w:r>
        <w:rPr>
          <w:rFonts w:ascii="Gentium Plus" w:hAnsi="Gentium Plus"/>
          <w:sz w:val="24"/>
        </w:rPr>
        <w:t>ἀλλήλους δ’ ἐφίλησαν ἴσῳ ζυγῷ. ἦ ῥα τότ’ ἦσαν χρύσειοι πάλιν ἄνδρες, ὅτ’ ἀντεφίλης’ ὁ φιληθείς.‘ εἰ γὰρ τοῦτο, πάτερ Κρονίδη, πέλοι, εἰ γάρ, ἀγήρῳ ἀθάνατοι, γενεῇς δὲ διηκοσίῃσιν ἔπειτα ἀγγείλειεν ἐμοί τις ἀνέξοδον εἰς Ἀχέροντα·</w:t>
      </w:r>
    </w:p>
    <w:p>
      <w:r>
        <w:rPr>
          <w:rFonts w:ascii="Courier New" w:hAnsi="Courier New"/>
          <w:color w:val="555555"/>
          <w:sz w:val="20"/>
        </w:rPr>
        <w:t>[20]</w:t>
      </w:r>
    </w:p>
    <w:p>
      <w:r>
        <w:rPr>
          <w:rFonts w:ascii="Gentium Plus" w:hAnsi="Gentium Plus"/>
          <w:sz w:val="24"/>
        </w:rPr>
        <w:t>‘ἡ σὴ νῦν φιλότης καὶ τοῦ χαρίεντος ἀίτεω πᾶσι διὰ στόματος, μετὰ δ’ ἠιθέοισι μάλιστα.‘ ἀλλ’ ἤτοι τούτων μὲν ὑπέρτεροι Οὐρανίωνες· ἔσσεται ὡς ἐθέλουσιν. ἐγὼ δέ σε τὸν καλὸν αἰνέων ψεύδεα ῥινὸς ὕπερθεν ἀραιῆς οὐκ ἀναφύσω.</w:t>
      </w:r>
    </w:p>
    <w:p>
      <w:r>
        <w:rPr>
          <w:rFonts w:ascii="Courier New" w:hAnsi="Courier New"/>
          <w:color w:val="555555"/>
          <w:sz w:val="20"/>
        </w:rPr>
        <w:t>[25]</w:t>
      </w:r>
    </w:p>
    <w:p>
      <w:r>
        <w:rPr>
          <w:rFonts w:ascii="Gentium Plus" w:hAnsi="Gentium Plus"/>
          <w:sz w:val="24"/>
        </w:rPr>
        <w:t>ἢν γὰρ καί τι δάκῃς, τὸ μὲν ἀβλαβὲς εὐθὺς ἔθηκας, διπλάσιον δ’ ὤνησας, ἔχων δ’ ἐπίμετρον ἀπῆλθον.</w:t>
      </w:r>
    </w:p>
    <w:p>
      <w:r>
        <w:rPr>
          <w:rFonts w:ascii="Courier New" w:hAnsi="Courier New"/>
          <w:color w:val="555555"/>
          <w:sz w:val="20"/>
        </w:rPr>
        <w:t>[30]</w:t>
      </w:r>
    </w:p>
    <w:p>
      <w:r>
        <w:rPr>
          <w:rFonts w:ascii="Gentium Plus" w:hAnsi="Gentium Plus"/>
          <w:sz w:val="24"/>
        </w:rPr>
        <w:t>αἰεί οἱ περὶ τύμβον ἀολλέες εἴαρι πρώτῳ κοῦροι ἐριδμαίνουσι φιλήματος ἄκρα φέρεσθαι· ὃς δέ κε προσμάξῃ γλυκερώτερα χείλεσι χείλη, βριθόμενος στεφάνοισιν ἑὴν ἐς μητέρ’ ἀπῆλθεν. ὄλβιος ὅστις παισὶ φιλήματα κεῖνα διαιτᾷ.</w:t>
      </w:r>
    </w:p>
    <w:p>
      <w:r>
        <w:rPr>
          <w:rFonts w:ascii="Courier New" w:hAnsi="Courier New"/>
          <w:color w:val="555555"/>
          <w:sz w:val="20"/>
        </w:rPr>
        <w:t>[35]</w:t>
      </w:r>
    </w:p>
    <w:p>
      <w:r>
        <w:rPr>
          <w:rFonts w:ascii="Gentium Plus" w:hAnsi="Gentium Plus"/>
          <w:sz w:val="24"/>
        </w:rPr>
        <w:t>ἦ που τὸν χαροπὸν Γανυμήδεα πόλλ’ ἐπιβῶται Λυδίῃ ἶσον ἔχειν πέτρῃ στόμα, χρυσὸν ὁποίῃ</w:t>
      </w:r>
    </w:p>
    <w:p>
      <w:pPr>
        <w:jc w:val="center"/>
      </w:pPr>
      <w:r>
        <w:rPr>
          <w:rFonts w:ascii="Gentium Plus" w:hAnsi="Gentium Plus"/>
          <w:b/>
          <w:sz w:val="24"/>
        </w:rPr>
        <w:t>ΘΕΟΚΡΙΤΟΥ ΥΛΑΣ</w:t>
      </w:r>
    </w:p>
    <w:p>
      <w:r>
        <w:rPr>
          <w:rFonts w:ascii="Courier New" w:hAnsi="Courier New"/>
          <w:color w:val="555555"/>
          <w:sz w:val="20"/>
        </w:rPr>
        <w:t>[1]</w:t>
      </w:r>
    </w:p>
    <w:p>
      <w:r>
        <w:rPr>
          <w:rFonts w:ascii="Gentium Plus" w:hAnsi="Gentium Plus"/>
          <w:sz w:val="24"/>
        </w:rPr>
        <w:t>Οὐχ ἁμῖν τὸν Ἔρωτα μόνοις ἔτεχ’, ὡς ἐδοκεῦμες, Νικία, ᾧτινι τοῦτο θεῶν ποκα τέκνον ἔγεντο· οὐχ ἁμῖν τὰ καλὰ πράτοις καλὰ φαίνεται ἦμεν, οἳ θνατοὶ πελόμεσθα, τὸ δ’ αὔριον οὐκ ἐσορῶμες·</w:t>
      </w:r>
    </w:p>
    <w:p>
      <w:r>
        <w:rPr>
          <w:rFonts w:ascii="Courier New" w:hAnsi="Courier New"/>
          <w:color w:val="555555"/>
          <w:sz w:val="20"/>
        </w:rPr>
        <w:t>[5]</w:t>
      </w:r>
    </w:p>
    <w:p>
      <w:r>
        <w:rPr>
          <w:rFonts w:ascii="Gentium Plus" w:hAnsi="Gentium Plus"/>
          <w:sz w:val="24"/>
        </w:rPr>
        <w:t>ἀλλὰ καὶ Ἀμφιτρύωνος ὁ χαλκεοκάρδιος υἱός, ὃς τὸν λῖν ὑπέμεινε τὸν ἄγριον, ἤρατο παιδός, τοῦ χαρίεντος Ὕλα, τοῦ τὰν πλοκαμῖδα φορεῦντος, καί νιν πάντ’ ἐδίδασκε, πατὴρ ὡσεὶ φίλον υἱόν, ὅσσα μαθὼν ἀγαθὸς καὶ ἀοίδιμος αὐτὸς ἔγεντο·</w:t>
      </w:r>
    </w:p>
    <w:p>
      <w:r>
        <w:rPr>
          <w:rFonts w:ascii="Courier New" w:hAnsi="Courier New"/>
          <w:color w:val="555555"/>
          <w:sz w:val="20"/>
        </w:rPr>
        <w:t>[10]</w:t>
      </w:r>
    </w:p>
    <w:p>
      <w:r>
        <w:rPr>
          <w:rFonts w:ascii="Gentium Plus" w:hAnsi="Gentium Plus"/>
          <w:sz w:val="24"/>
        </w:rPr>
        <w:t>χωρὶς δ’ οὐδέποκ’ ἦς, οὔτ’ εἰ μέσον ἆμαρ ὄροιτο, οὔθ’ ὁπόχ’ ἁ λεύκιππος ἀνατρέχοι ἐς Διὸς Ἀώς, οὔθ’ ὁπόκ’ ὀρτάλιχοι μινυροὶ ποτὶ κοῖτον ὁρῷεν, σεισαμένας πτερὰ ματρὸς ἐπ’ αἰθαλόεντι πετεύρῳ, ὡς αὐτῷ κατὰ θυμὸν ὁ παῖς πεποναμένος εἴη,</w:t>
      </w:r>
    </w:p>
    <w:p>
      <w:r>
        <w:rPr>
          <w:rFonts w:ascii="Courier New" w:hAnsi="Courier New"/>
          <w:color w:val="555555"/>
          <w:sz w:val="20"/>
        </w:rPr>
        <w:t>[15]</w:t>
      </w:r>
    </w:p>
    <w:p>
      <w:r>
        <w:rPr>
          <w:rFonts w:ascii="Gentium Plus" w:hAnsi="Gentium Plus"/>
          <w:sz w:val="24"/>
        </w:rPr>
        <w:t>αὐτῷ δ’ εὖ ἕλκων ἐς ἀλαθινὸν ἄνδρ’ ἀποβαίη. ἀλλ’ ὅτε τὸ χρύσειον ἔπλει μετὰ κῶας Ἰάσων Αἰσονίδας, οἱ δ’ αὐτῷ ἀριστῆες συνέποντο πασᾶν ἐκ πολίων προλελεγμένοι ὧν ὄφελός τι, ἵκετο χὠ ταλαεργὸς ἀνὴρ ἐς ἀφνειὸν Ἰωλκόν,</w:t>
      </w:r>
    </w:p>
    <w:p>
      <w:r>
        <w:rPr>
          <w:rFonts w:ascii="Courier New" w:hAnsi="Courier New"/>
          <w:color w:val="555555"/>
          <w:sz w:val="20"/>
        </w:rPr>
        <w:t>[20]</w:t>
      </w:r>
    </w:p>
    <w:p>
      <w:r>
        <w:rPr>
          <w:rFonts w:ascii="Gentium Plus" w:hAnsi="Gentium Plus"/>
          <w:sz w:val="24"/>
        </w:rPr>
        <w:t>Ἀλκμήνας υἱὸς Μιδεάτιδος ἡρωίνας, σὺν δ’ αὐτῷ κατέβαινεν Ὕλας εὔεδρον ἐς Ἀργώ, ἅτις κυανεᾶν οὐχ ἅψατο συνδρομάδων ναῦς, ἀλλὰ διεξάιξε βαθὺν δ’ εἰσέδραμε Φᾶσιν, αἰετὸς ὥς, μέγα λαῖτμα, ἀφ’ οὗ τότε χοιράδες ἔσταν.</w:t>
      </w:r>
    </w:p>
    <w:p>
      <w:r>
        <w:rPr>
          <w:rFonts w:ascii="Courier New" w:hAnsi="Courier New"/>
          <w:color w:val="555555"/>
          <w:sz w:val="20"/>
        </w:rPr>
        <w:t>[25]</w:t>
      </w:r>
    </w:p>
    <w:p>
      <w:r>
        <w:rPr>
          <w:rFonts w:ascii="Gentium Plus" w:hAnsi="Gentium Plus"/>
          <w:sz w:val="24"/>
        </w:rPr>
        <w:t>Ἆμος δ’ ἀντέλλοντι Πελειάδες, ἐσχατιαὶ δέ</w:t>
      </w:r>
    </w:p>
    <w:p>
      <w:r>
        <w:rPr>
          <w:rFonts w:ascii="Courier New" w:hAnsi="Courier New"/>
          <w:color w:val="555555"/>
          <w:sz w:val="20"/>
        </w:rPr>
        <w:t>[30]</w:t>
      </w:r>
    </w:p>
    <w:p>
      <w:r>
        <w:rPr>
          <w:rFonts w:ascii="Gentium Plus" w:hAnsi="Gentium Plus"/>
          <w:sz w:val="24"/>
        </w:rPr>
        <w:t>εἴσω δ’ ὅρμον ἔθεντο Προποντίδος, ἔνθα Κιανῶν αὔλακας εὐρύνοντι βόες τρίβοντες ἄροτρα. ἐκβάντες δ’ ἐπὶ θῖνα κατὰ ζυγὰ δαῖτα πένοντο δειελινοί, πολλοὶ δὲ μίαν στορέσαντο χαμεύναν. λειμὼν γάρ σφιν ἔκειτο μέγα στιβάδεσσιν ὄνειαρ,</w:t>
      </w:r>
    </w:p>
    <w:p>
      <w:r>
        <w:rPr>
          <w:rFonts w:ascii="Courier New" w:hAnsi="Courier New"/>
          <w:color w:val="555555"/>
          <w:sz w:val="20"/>
        </w:rPr>
        <w:t>[35]</w:t>
      </w:r>
    </w:p>
    <w:p>
      <w:r>
        <w:rPr>
          <w:rFonts w:ascii="Gentium Plus" w:hAnsi="Gentium Plus"/>
          <w:sz w:val="24"/>
        </w:rPr>
        <w:t>ἔνθεν βούτομον ὀξὺ βαθύν τ’ ἐτάμοντο κύπειρον. κᾤχεθ’ Ὕλας ὁ ξανθὸς ὕδωρ ἐπιδόρπιον οἴσων αὐτῷ θ’ Ἡρακλῆι καὶ ἀστεμφεῖ Τελαμῶνι, οἳ μίαν ἄμφω ἑταῖροι ἀεὶ δαίνυντο τράπεζαν, χάλκεον ἄγγος ἔχων. τάχα δὲ κράναν ἐνόησεν</w:t>
      </w:r>
    </w:p>
    <w:p>
      <w:r>
        <w:rPr>
          <w:rFonts w:ascii="Courier New" w:hAnsi="Courier New"/>
          <w:color w:val="555555"/>
          <w:sz w:val="20"/>
        </w:rPr>
        <w:t>[40]</w:t>
      </w:r>
    </w:p>
    <w:p>
      <w:r>
        <w:rPr>
          <w:rFonts w:ascii="Gentium Plus" w:hAnsi="Gentium Plus"/>
          <w:sz w:val="24"/>
        </w:rPr>
        <w:t>ἡμένῳ ἐν χώρῳ· περὶ δὲ θρύα πολλὰ πεφύκει, κυάνεόν τε χελιδόνιον χλωρόν τ’ ἀδίαντον καὶ θάλλοντα σέλινα καὶ εἰλιτενὴς ἄγρωστις. ὕδατι δ’ ἐν μέσσῳ Νύμφαι χορὸν ἀρτίζοντο, Νύμφαι ἀκοίμητοι, δειναὶ θεαὶ ἀγροιώταις,</w:t>
      </w:r>
    </w:p>
    <w:p>
      <w:r>
        <w:rPr>
          <w:rFonts w:ascii="Courier New" w:hAnsi="Courier New"/>
          <w:color w:val="555555"/>
          <w:sz w:val="20"/>
        </w:rPr>
        <w:t>[45]</w:t>
      </w:r>
    </w:p>
    <w:p>
      <w:r>
        <w:rPr>
          <w:rFonts w:ascii="Gentium Plus" w:hAnsi="Gentium Plus"/>
          <w:sz w:val="24"/>
        </w:rPr>
        <w:t>Εὐνίκα καὶ Μαλὶς ἔαρ θ’ ὁρόωσα Νύχεια. ἤτοι ὁ κοῦρος ἐπεῖχε ποτῷ πολυχανδέα κρωσσόν βάψαι ἐπειγόμενος· ταὶ δ’ ἐν χερὶ πᾶσαι ἔφυσαν· πασάων γὰρ ἔρως ἁπαλὰς φρένας ἐξεφόβησεν Ἀργείῳ ἐπὶ παιδί. κατήριπε δ’ ἐς μέλαν ὕδωρ</w:t>
      </w:r>
    </w:p>
    <w:p>
      <w:r>
        <w:rPr>
          <w:rFonts w:ascii="Courier New" w:hAnsi="Courier New"/>
          <w:color w:val="555555"/>
          <w:sz w:val="20"/>
        </w:rPr>
        <w:t>[Id . 13 (50)]</w:t>
      </w:r>
    </w:p>
    <w:p>
      <w:r>
        <w:rPr>
          <w:rFonts w:ascii="Gentium Plus" w:hAnsi="Gentium Plus"/>
          <w:sz w:val="24"/>
        </w:rPr>
        <w:t>ἀθρόος, ὡς ὅτε πυρσὸς ἀπ’ οὐρανοῦ ἤριπεν ἀστήρ ἀθρόος ἐν πόντῳ, ναύτας δέ τις εἶπεν ἑταίροις ‘κουφότερ’, ὦ παῖδες, ποιεῖσθ’ ὅπλα· πλευστικὸς οὖροσ‘. Νύμφαι μὲν σφετέροις ἐπὶ γούνασι κοῦρον ἔχοισαι δακρυόεντ’ ἀγανοῖσι παρεψύχοντ’ ἐπέεσσιν·</w:t>
      </w:r>
    </w:p>
    <w:p>
      <w:r>
        <w:rPr>
          <w:rFonts w:ascii="Courier New" w:hAnsi="Courier New"/>
          <w:color w:val="555555"/>
          <w:sz w:val="20"/>
        </w:rPr>
        <w:t>[55]</w:t>
      </w:r>
    </w:p>
    <w:p>
      <w:r>
        <w:rPr>
          <w:rFonts w:ascii="Gentium Plus" w:hAnsi="Gentium Plus"/>
          <w:sz w:val="24"/>
        </w:rPr>
        <w:t>Ἀμφιτρυωνιάδας δὲ ταρασσόμενος περὶ παιδί</w:t>
      </w:r>
    </w:p>
    <w:p>
      <w:r>
        <w:rPr>
          <w:rFonts w:ascii="Courier New" w:hAnsi="Courier New"/>
          <w:color w:val="555555"/>
          <w:sz w:val="20"/>
        </w:rPr>
        <w:t>[60]</w:t>
      </w:r>
    </w:p>
    <w:p>
      <w:r>
        <w:rPr>
          <w:rFonts w:ascii="Gentium Plus" w:hAnsi="Gentium Plus"/>
          <w:sz w:val="24"/>
        </w:rPr>
        <w:t>ἐξ ὕδατος, παρεὼν δὲ μάλα σχεδὸν εἴδετο πόρρω. [ὡς δ’ ὁπότ’ ἠυγένειος ἀπόπροθι λὶς ἐσακούσας] νεβροῦ φθεγξαμένας τις ἐν οὔρεσιν ὠμοφάγος λίς ἐξ εὐνᾶς ἔσπευσεν ἑτοιμοτάταν ἐπὶ δαῖτα· Ἡρακλέης τοιοῦτος ἐν ἀτρίπτοισιν ἀκάνθαις</w:t>
      </w:r>
    </w:p>
    <w:p>
      <w:r>
        <w:rPr>
          <w:rFonts w:ascii="Courier New" w:hAnsi="Courier New"/>
          <w:color w:val="555555"/>
          <w:sz w:val="20"/>
        </w:rPr>
        <w:t>[65]</w:t>
      </w:r>
    </w:p>
    <w:p>
      <w:r>
        <w:rPr>
          <w:rFonts w:ascii="Gentium Plus" w:hAnsi="Gentium Plus"/>
          <w:sz w:val="24"/>
        </w:rPr>
        <w:t>παῖδα ποθῶν δεδόνητο, πολὺν δ’ ἐπελάμβανε χῶρον. σχέτλιοι οἱ φιλέοντες, ἀλώμενος ὅσς’ ἐμόγησεν οὔρεα καὶ δρυμούς, τὰ δ’ Ἰάσονος ὕστερα πάντ’ ἦς. ναῦς γέμεν ἄρμεν’ ἔχοισα μετάρσια τῶν παρεόντων, ἱστία δ’ ἡμίθεοι μεσονύκτιον αὖτε καθαίρουν,</w:t>
      </w:r>
    </w:p>
    <w:p>
      <w:r>
        <w:rPr>
          <w:rFonts w:ascii="Courier New" w:hAnsi="Courier New"/>
          <w:color w:val="555555"/>
          <w:sz w:val="20"/>
        </w:rPr>
        <w:t>[70]</w:t>
      </w:r>
    </w:p>
    <w:p>
      <w:r>
        <w:rPr>
          <w:rFonts w:ascii="Gentium Plus" w:hAnsi="Gentium Plus"/>
          <w:sz w:val="24"/>
        </w:rPr>
        <w:t>Ἡρακλῆα μένοντες. ὃ δ’ ᾇ πόδες ἆγον ἐχώρει μαινόμενος· χαλεπὸς γὰρ ἔσω θεὸς ἧπαρ ἄμυσσεν. οὕτω μὲν κάλλιστος Ὕλας μακάρων ἀριθμεῖται· Ἡρακλέην δ’ ἥρεως ἐκερτόμεον λιποναύταν, οὕνεκεν ἠρώησε τριακοντάζυγον Ἀργώ,</w:t>
      </w:r>
    </w:p>
    <w:p>
      <w:r>
        <w:rPr>
          <w:rFonts w:ascii="Courier New" w:hAnsi="Courier New"/>
          <w:color w:val="555555"/>
          <w:sz w:val="20"/>
        </w:rPr>
        <w:t>[75]</w:t>
      </w:r>
    </w:p>
    <w:p>
      <w:r>
        <w:rPr>
          <w:rFonts w:ascii="Gentium Plus" w:hAnsi="Gentium Plus"/>
          <w:sz w:val="24"/>
        </w:rPr>
        <w:t>πεζᾷ δ’ ἐς Κόλχους τε καὶ ἄξενον ἵκετο Φᾶσιν.</w:t>
      </w:r>
    </w:p>
    <w:p>
      <w:pPr>
        <w:jc w:val="center"/>
      </w:pPr>
      <w:r>
        <w:rPr>
          <w:rFonts w:ascii="Gentium Plus" w:hAnsi="Gentium Plus"/>
          <w:b/>
          <w:sz w:val="24"/>
        </w:rPr>
        <w:t>ΘΕΟΚΡΙΤΟΥ ΑΙΣΧΙΝΑΣ ΚΑΙ ΘΥΩΝΙΧΟΣ</w:t>
      </w:r>
    </w:p>
    <w:p>
      <w:r>
        <w:rPr>
          <w:rFonts w:ascii="Courier New" w:hAnsi="Courier New"/>
          <w:color w:val="555555"/>
          <w:sz w:val="20"/>
        </w:rPr>
        <w:t>[1]</w:t>
      </w:r>
    </w:p>
    <w:p>
      <w:r>
        <w:rPr>
          <w:rFonts w:ascii="Gentium Plus" w:hAnsi="Gentium Plus"/>
          <w:sz w:val="24"/>
        </w:rPr>
        <w:t>ΑΙΣΧΙΝΑΣ</w:t>
      </w:r>
    </w:p>
    <w:p>
      <w:r>
        <w:rPr>
          <w:rFonts w:ascii="Courier New" w:hAnsi="Courier New"/>
          <w:color w:val="555555"/>
          <w:sz w:val="20"/>
        </w:rPr>
        <w:t>[1]</w:t>
      </w:r>
    </w:p>
    <w:p>
      <w:r>
        <w:rPr>
          <w:rFonts w:ascii="Gentium Plus" w:hAnsi="Gentium Plus"/>
          <w:sz w:val="24"/>
        </w:rPr>
        <w:t>Χαίρειν πολλὰ τὸν ἄνδρα Θυώνιχον.</w:t>
      </w:r>
    </w:p>
    <w:p>
      <w:r>
        <w:rPr>
          <w:rFonts w:ascii="Courier New" w:hAnsi="Courier New"/>
          <w:color w:val="555555"/>
          <w:sz w:val="20"/>
        </w:rPr>
        <w:t>[1]</w:t>
      </w:r>
    </w:p>
    <w:p>
      <w:r>
        <w:rPr>
          <w:rFonts w:ascii="Gentium Plus" w:hAnsi="Gentium Plus"/>
          <w:sz w:val="24"/>
        </w:rPr>
      </w:r>
    </w:p>
    <w:p>
      <w:r>
        <w:rPr>
          <w:rFonts w:ascii="Courier New" w:hAnsi="Courier New"/>
          <w:color w:val="555555"/>
          <w:sz w:val="20"/>
        </w:rPr>
        <w:t>[1]</w:t>
      </w:r>
    </w:p>
    <w:p>
      <w:r>
        <w:rPr>
          <w:rFonts w:ascii="Gentium Plus" w:hAnsi="Gentium Plus"/>
          <w:sz w:val="24"/>
        </w:rPr>
        <w:t>ΘΥΩΝΙΧΟΣ</w:t>
      </w:r>
    </w:p>
    <w:p>
      <w:r>
        <w:rPr>
          <w:rFonts w:ascii="Courier New" w:hAnsi="Courier New"/>
          <w:color w:val="555555"/>
          <w:sz w:val="20"/>
        </w:rPr>
        <w:t>[1]</w:t>
      </w:r>
    </w:p>
    <w:p>
      <w:r>
        <w:rPr>
          <w:rFonts w:ascii="Gentium Plus" w:hAnsi="Gentium Plus"/>
          <w:sz w:val="24"/>
        </w:rPr>
        <w:t>ἄλλα τοιαῦτα Αἰσχίνᾳ. ὡς χρόνιος.</w:t>
      </w:r>
    </w:p>
    <w:p>
      <w:r>
        <w:rPr>
          <w:rFonts w:ascii="Courier New" w:hAnsi="Courier New"/>
          <w:color w:val="555555"/>
          <w:sz w:val="20"/>
        </w:rPr>
        <w:t>[2]</w:t>
      </w:r>
    </w:p>
    <w:p>
      <w:r>
        <w:rPr>
          <w:rFonts w:ascii="Gentium Plus" w:hAnsi="Gentium Plus"/>
          <w:sz w:val="24"/>
        </w:rPr>
        <w:t>ΑΙ.χρόνιος.</w:t>
      </w:r>
    </w:p>
    <w:p>
      <w:r>
        <w:rPr>
          <w:rFonts w:ascii="Courier New" w:hAnsi="Courier New"/>
          <w:color w:val="555555"/>
          <w:sz w:val="20"/>
        </w:rPr>
        <w:t>[2]</w:t>
      </w:r>
    </w:p>
    <w:p>
      <w:r>
        <w:rPr>
          <w:rFonts w:ascii="Gentium Plus" w:hAnsi="Gentium Plus"/>
          <w:sz w:val="24"/>
        </w:rPr>
        <w:t>ΘΥ.τί δέ τοι τὸ μέλημα; ΑΙ. πράσσομες οὐχ ὡς λῷστα, Θυώνιχε.</w:t>
      </w:r>
    </w:p>
    <w:p>
      <w:r>
        <w:rPr>
          <w:rFonts w:ascii="Courier New" w:hAnsi="Courier New"/>
          <w:color w:val="555555"/>
          <w:sz w:val="20"/>
        </w:rPr>
        <w:t>[3]</w:t>
      </w:r>
    </w:p>
    <w:p>
      <w:r>
        <w:rPr>
          <w:rFonts w:ascii="Gentium Plus" w:hAnsi="Gentium Plus"/>
          <w:sz w:val="24"/>
        </w:rPr>
        <w:t>ΘΥ.ταῦτ’ ἄρα λεπτός, χὠ μύσταξ πολὺς οὗτος, ἀυσταλέοι δὲ κίκιννοι.</w:t>
      </w:r>
    </w:p>
    <w:p>
      <w:r>
        <w:rPr>
          <w:rFonts w:ascii="Courier New" w:hAnsi="Courier New"/>
          <w:color w:val="555555"/>
          <w:sz w:val="20"/>
        </w:rPr>
        <w:t>[5]</w:t>
      </w:r>
    </w:p>
    <w:p>
      <w:r>
        <w:rPr>
          <w:rFonts w:ascii="Gentium Plus" w:hAnsi="Gentium Plus"/>
          <w:sz w:val="24"/>
        </w:rPr>
        <w:t>τοιοῦτος πρώαν τις ἀφίκετο Πυθαγορικτάς, ὠχρὸς κἀνυπόδητος· Ἀθαναῖος δ’ ἔφατ’ ἦμεν. ΑΙ. ἤρατο μὰν καὶ τῆνος;</w:t>
      </w:r>
    </w:p>
    <w:p>
      <w:r>
        <w:rPr>
          <w:rFonts w:ascii="Courier New" w:hAnsi="Courier New"/>
          <w:color w:val="555555"/>
          <w:sz w:val="20"/>
        </w:rPr>
        <w:t>[7]</w:t>
      </w:r>
    </w:p>
    <w:p>
      <w:r>
        <w:rPr>
          <w:rFonts w:ascii="Gentium Plus" w:hAnsi="Gentium Plus"/>
          <w:sz w:val="24"/>
        </w:rPr>
        <w:t>ΘΥ.ἐμὶν δοκεῖ, ὀπτῶ ἀλεύρω. ΑΙ. παίσδεις, ὠγάθ’, ἔχων· ἐμὲ δ’ ἁ χαρίεσσα Κυνίσκα ὑβρίσδει· λασῶ δὲ μανείς ποκα, θρὶξ ἀνὰ μέσσον.</w:t>
      </w:r>
    </w:p>
    <w:p>
      <w:r>
        <w:rPr>
          <w:rFonts w:ascii="Courier New" w:hAnsi="Courier New"/>
          <w:color w:val="555555"/>
          <w:sz w:val="20"/>
        </w:rPr>
        <w:t>[10]</w:t>
      </w:r>
    </w:p>
    <w:p>
      <w:r>
        <w:rPr>
          <w:rFonts w:ascii="Gentium Plus" w:hAnsi="Gentium Plus"/>
          <w:sz w:val="24"/>
        </w:rPr>
        <w:t>ΘΥ. τοιοῦτος μὲν ἀεὶ τύ, φίλ’ Αἰσχίνα, ἁσυχᾷ ὀξύς, πάντ’ ἐθέλων κατὰ καιρόν· ὅμως δ’ εἶπον τί τὸ</w:t>
      </w:r>
    </w:p>
    <w:p>
      <w:r>
        <w:rPr>
          <w:rFonts w:ascii="Courier New" w:hAnsi="Courier New"/>
          <w:color w:val="555555"/>
          <w:sz w:val="20"/>
        </w:rPr>
        <w:t>[11]</w:t>
      </w:r>
    </w:p>
    <w:p>
      <w:r>
        <w:rPr>
          <w:rFonts w:ascii="Gentium Plus" w:hAnsi="Gentium Plus"/>
          <w:sz w:val="24"/>
        </w:rPr>
        <w:t>καινόν. ΑΙ. Ὡργεῖος κἠγὼν καὶ ὁ Θεσσαλὸς ἱπποδιώκτας Ἆγις καὶ Κλεύνικος ἐπίνομες ὁ στρατιώτας ἐν χώρῳ παρ’ ἐμίν. δύο μὲν κατέκοψα νεοσσώς</w:t>
      </w:r>
    </w:p>
    <w:p>
      <w:r>
        <w:rPr>
          <w:rFonts w:ascii="Courier New" w:hAnsi="Courier New"/>
          <w:color w:val="555555"/>
          <w:sz w:val="20"/>
        </w:rPr>
        <w:t>[15]</w:t>
      </w:r>
    </w:p>
    <w:p>
      <w:r>
        <w:rPr>
          <w:rFonts w:ascii="Gentium Plus" w:hAnsi="Gentium Plus"/>
          <w:sz w:val="24"/>
        </w:rPr>
        <w:t>θηλάζοντά τε χοῖρον, ἀνῷξα δὲ Βίβλινον αὐτοῖς εὐώδη τετόρων ἐτέων σχεδὸν ὡς ἀπὸ λανῶ·</w:t>
      </w:r>
    </w:p>
    <w:p>
      <w:r>
        <w:rPr>
          <w:rFonts w:ascii="Courier New" w:hAnsi="Courier New"/>
          <w:color w:val="555555"/>
          <w:sz w:val="20"/>
        </w:rPr>
        <w:t>[20]</w:t>
      </w:r>
    </w:p>
    <w:p>
      <w:r>
        <w:rPr>
          <w:rFonts w:ascii="Gentium Plus" w:hAnsi="Gentium Plus"/>
          <w:sz w:val="24"/>
        </w:rPr>
        <w:t>ἁμὲς μὲν φωνεῦντες ἐπίνομες, ὡς ἐδέδοκτο· ἃ δ’ οὐδὲν παρεόντος ἐμεῦ. τίν’ ἔχειν με δοκεῖς νῶν; ‘οὐ φθεγξῇ; λύκον εἶδες;‘ ἔπαιξέ τις. ‘ὡς σοφόσ‘</w:t>
      </w:r>
    </w:p>
    <w:p>
      <w:r>
        <w:rPr>
          <w:rFonts w:ascii="Courier New" w:hAnsi="Courier New"/>
          <w:color w:val="555555"/>
          <w:sz w:val="20"/>
        </w:rPr>
        <w:t>[22]</w:t>
      </w:r>
    </w:p>
    <w:p>
      <w:r>
        <w:rPr>
          <w:rFonts w:ascii="Gentium Plus" w:hAnsi="Gentium Plus"/>
          <w:sz w:val="24"/>
        </w:rPr>
        <w:t>εἶπεν, κἠφλέγετ’· εὐμαρέως κεν ἀπ’ αὐτᾶς καὶ λύχνον ἇψας. ἔστι Λύκος, Λύκος ἐστί, Λάβα τῶ γείτονος υἱός,</w:t>
      </w:r>
    </w:p>
    <w:p>
      <w:r>
        <w:rPr>
          <w:rFonts w:ascii="Courier New" w:hAnsi="Courier New"/>
          <w:color w:val="555555"/>
          <w:sz w:val="20"/>
        </w:rPr>
        <w:t>[25]</w:t>
      </w:r>
    </w:p>
    <w:p>
      <w:r>
        <w:rPr>
          <w:rFonts w:ascii="Gentium Plus" w:hAnsi="Gentium Plus"/>
          <w:sz w:val="24"/>
        </w:rPr>
        <w:t>εὐμάκης, ἁπαλός, πολλοῖς δοκέων καλὸς ἦμεν· τούτω τὸν κλύμενον κατεφρύγετο τῆνον ἔρωτα. χἀμῖν τοῦτο δι’ ὠτὸς ἔγεντό ποχ’ ἁσυχᾷ οὕτως· οὐ μὰν ἐξήταξα, μάταν εἰς ἄνδρα γενειῶν. ἤδη δ’ ὦν πόσιος τοὶ τέσσαρες ἐν βάθει ἦμες,</w:t>
      </w:r>
    </w:p>
    <w:p>
      <w:r>
        <w:rPr>
          <w:rFonts w:ascii="Courier New" w:hAnsi="Courier New"/>
          <w:color w:val="555555"/>
          <w:sz w:val="20"/>
        </w:rPr>
        <w:t>[30]</w:t>
      </w:r>
    </w:p>
    <w:p>
      <w:r>
        <w:rPr>
          <w:rFonts w:ascii="Gentium Plus" w:hAnsi="Gentium Plus"/>
          <w:sz w:val="24"/>
        </w:rPr>
        <w:t>χὠ Λαρισαῖος ‘τὸν ἐμὸν Λύκον‘ ᾆδεν ἀπ’ ἀρχᾶς, Θεσσαλικόν τι μέλισμα, κακαὶ φρένες· ἁ δὲ Κυνίσκα ἔκλαεν ἐξαπίνας θαλερώτερον ἢ παρὰ ματρί παρθένος ἑξαετὴς κόλπω ἐπιθυμήσασα. τᾶμος ἐγώ, τὸν ἴσαις τύ, Θυώνιχε, πὺξ ἐπὶ κόρρας</w:t>
      </w:r>
    </w:p>
    <w:p>
      <w:r>
        <w:rPr>
          <w:rFonts w:ascii="Courier New" w:hAnsi="Courier New"/>
          <w:color w:val="555555"/>
          <w:sz w:val="20"/>
        </w:rPr>
        <w:t>[35]</w:t>
      </w:r>
    </w:p>
    <w:p>
      <w:r>
        <w:rPr>
          <w:rFonts w:ascii="Gentium Plus" w:hAnsi="Gentium Plus"/>
          <w:sz w:val="24"/>
        </w:rPr>
        <w:t>ἤλασα, κἄλλαν αὖθις. ἀνειρύσασα δὲ πέπλως ἔξω ἀποίχετο θᾶσσον. ‘ἐμὸν κακόν, οὔ τοι ἀρέσκω; ἄλλος τοι γλυκίων ὑποκόλπιος; ἄλλον ἰοῖσα θάλπε φίλον. τήνῳ τεὰ δάκρυα; μᾶλα ῥεόντω.‘ μάστακα δοῖσα τέκνοισιν ὑπωροφίοισι χελιδών</w:t>
      </w:r>
    </w:p>
    <w:p>
      <w:r>
        <w:rPr>
          <w:rFonts w:ascii="Courier New" w:hAnsi="Courier New"/>
          <w:color w:val="555555"/>
          <w:sz w:val="20"/>
        </w:rPr>
        <w:t>[40]</w:t>
      </w:r>
    </w:p>
    <w:p>
      <w:r>
        <w:rPr>
          <w:rFonts w:ascii="Gentium Plus" w:hAnsi="Gentium Plus"/>
          <w:sz w:val="24"/>
        </w:rPr>
        <w:t>ἄψορρον ταχινὰ πέτεται βίον ἄλλον ἀγείρειν· ὠκυτέρα μαλακᾶς ἀπὸ δίφρακος ἔπτετο τήνα ἰθὺ δι’ ἀμφιθύρω καὶ δικλίδος, ᾇ πόδες ἆγον. αἶνός θην λέγεταί τις ‘ἔβα ποκὰ ταῦρος ἀν’ ὕλαν‘.</w:t>
      </w:r>
    </w:p>
    <w:p>
      <w:r>
        <w:rPr>
          <w:rFonts w:ascii="Courier New" w:hAnsi="Courier New"/>
          <w:color w:val="555555"/>
          <w:sz w:val="20"/>
        </w:rPr>
        <w:t>[45]</w:t>
      </w:r>
    </w:p>
    <w:p>
      <w:r>
        <w:rPr>
          <w:rFonts w:ascii="Gentium Plus" w:hAnsi="Gentium Plus"/>
          <w:sz w:val="24"/>
        </w:rPr>
        <w:t>σάμερον ἑνδεκάτα· ποτίθες δύο, καὶ δύο μῆνες ἐξ ὧ ἀπ’ ἀλλάλων· οὐδ’ εἰ Θρᾳκιστὶ κέκαρμαι οἶδε. Λύκος νῦν πάντα, Λύκῳ καὶ νυκτὸς ἀνῷκται· ἄμμες δ’ οὔτε λόγω τινὸς ἄξιοι οὔτ’ ἀριθμητοί, δύστανοι Μεγαρῆες ἀτιμοτάτᾳ ἐνὶ μοίρᾳ.</w:t>
      </w:r>
    </w:p>
    <w:p>
      <w:r>
        <w:rPr>
          <w:rFonts w:ascii="Courier New" w:hAnsi="Courier New"/>
          <w:color w:val="555555"/>
          <w:sz w:val="20"/>
        </w:rPr>
        <w:t>[Id . 14 (50)]</w:t>
      </w:r>
    </w:p>
    <w:p>
      <w:r>
        <w:rPr>
          <w:rFonts w:ascii="Gentium Plus" w:hAnsi="Gentium Plus"/>
          <w:sz w:val="24"/>
        </w:rPr>
        <w:t>κεἰ μὲν ἀποστέρξαιμι, τὰ πάντα κεν ἐς δέον ἕρποι. νῦν δὲ πόθεν; μῦς, φαντί, Θυώνιχε, γεύμεθα πίσσας. χὤτι τὸ φάρμακόν ἐστιν ἀμηχανέοντος ἔρωτος, οὐκ οἶδα· πλὰν Σῖμος, ὁ τᾶς ἐπιχάλκω ἐρασθείς, ἐκπλεύσας ὑγιὴς ἐπανῆνθ’, ἐμὸς ἁλικιώτας.</w:t>
      </w:r>
    </w:p>
    <w:p>
      <w:r>
        <w:rPr>
          <w:rFonts w:ascii="Courier New" w:hAnsi="Courier New"/>
          <w:color w:val="555555"/>
          <w:sz w:val="20"/>
        </w:rPr>
        <w:t>[55]</w:t>
      </w:r>
    </w:p>
    <w:p>
      <w:r>
        <w:rPr>
          <w:rFonts w:ascii="Gentium Plus" w:hAnsi="Gentium Plus"/>
          <w:sz w:val="24"/>
        </w:rPr>
        <w:t>πλευσεῦμαι κἠγὼν διαπόντιος· οὔτε κάκιστος οὔτε πρᾶτος ἴσως, ὁμαλὸς δέ τις ὁ στρατιώτας. ΘΥ. ὤφελε μὲν χωρεῖν κατὰ νῶν τεὸν ὧν ἐπεθύμεις, Αἰσχίνα. εἰ δ’ οὕτως ἄρα τοι δοκεῖ ὥστ’ ἀποδαμεῖν, μισθοδότας Πτολεμαῖος ἐλευθέρῳ οἷος ἄριστος.</w:t>
      </w:r>
    </w:p>
    <w:p>
      <w:r>
        <w:rPr>
          <w:rFonts w:ascii="Courier New" w:hAnsi="Courier New"/>
          <w:color w:val="555555"/>
          <w:sz w:val="20"/>
        </w:rPr>
        <w:t>[60]</w:t>
      </w:r>
    </w:p>
    <w:p>
      <w:r>
        <w:rPr>
          <w:rFonts w:ascii="Gentium Plus" w:hAnsi="Gentium Plus"/>
          <w:sz w:val="24"/>
        </w:rPr>
        <w:t>ΑΙ. τἆλλα δ’ ἀνὴρ ποῖός τις;</w:t>
      </w:r>
    </w:p>
    <w:p>
      <w:r>
        <w:rPr>
          <w:rFonts w:ascii="Courier New" w:hAnsi="Courier New"/>
          <w:color w:val="555555"/>
          <w:sz w:val="20"/>
        </w:rPr>
        <w:t>[60]</w:t>
      </w:r>
    </w:p>
    <w:p>
      <w:r>
        <w:rPr>
          <w:rFonts w:ascii="Gentium Plus" w:hAnsi="Gentium Plus"/>
          <w:sz w:val="24"/>
        </w:rPr>
        <w:t>ΘΥ.... τοισιν ἄριστος· εὐγνώμων, φιλόμουσος, ἐρωτικός, εἰς ἄκρον ἁδύς, εἰδὼς τὸν φιλέοντα, τὸν οὐ φιλέοντ’ ἔτι μᾶλλον, πολλοῖς πολλὰ διδούς, αἰτεύμενος οὐκ ἀνανεύων, οἷα χρὴ βασιλῆ’· αἰτεῖν δὲ δεῖ οὐκ ἐπὶ παντί,</w:t>
      </w:r>
    </w:p>
    <w:p>
      <w:r>
        <w:rPr>
          <w:rFonts w:ascii="Courier New" w:hAnsi="Courier New"/>
          <w:color w:val="555555"/>
          <w:sz w:val="20"/>
        </w:rPr>
        <w:t>[65]</w:t>
      </w:r>
    </w:p>
    <w:p>
      <w:r>
        <w:rPr>
          <w:rFonts w:ascii="Gentium Plus" w:hAnsi="Gentium Plus"/>
          <w:sz w:val="24"/>
        </w:rPr>
        <w:t>Αἰσχίνα. ὥστ’ εἴ τοι κατὰ δεξιὸν ὦμον ἀρέσκει λῶπος ἄκρον περονᾶσθαι, ἐπ’ ἀμφοτέροις δὲ βεβακώς τολμασεῖς ἐπιόντα μένειν θρασὺν ἀσπιδιώταν, ᾇ τάχος εἰς Αἴγυπτον. ἀπὸ κροτάφων πελόμεσθα πάντες γηραλέοι, καὶ ἐπισχερὼ ἐς γένυν ἕρπει</w:t>
      </w:r>
    </w:p>
    <w:p>
      <w:r>
        <w:rPr>
          <w:rFonts w:ascii="Courier New" w:hAnsi="Courier New"/>
          <w:color w:val="555555"/>
          <w:sz w:val="20"/>
        </w:rPr>
        <w:t>[70]</w:t>
      </w:r>
    </w:p>
    <w:p>
      <w:r>
        <w:rPr>
          <w:rFonts w:ascii="Gentium Plus" w:hAnsi="Gentium Plus"/>
          <w:sz w:val="24"/>
        </w:rPr>
        <w:t>λευκαίνων ὁ χρόνος· ποιεῖν τι δεῖ ἇς γόνυ χλωρόν.</w:t>
      </w:r>
    </w:p>
    <w:p>
      <w:pPr>
        <w:jc w:val="center"/>
      </w:pPr>
      <w:r>
        <w:rPr>
          <w:rFonts w:ascii="Gentium Plus" w:hAnsi="Gentium Plus"/>
          <w:b/>
          <w:sz w:val="24"/>
        </w:rPr>
        <w:t>ΘΕΟΚΡΙΤΟΥ ΣΥΡΑΚΟΣΙΑΙ Η ΑΔΩΝΙΑΖΟΥΣΑΙ</w:t>
      </w:r>
    </w:p>
    <w:p>
      <w:r>
        <w:rPr>
          <w:rFonts w:ascii="Courier New" w:hAnsi="Courier New"/>
          <w:color w:val="555555"/>
          <w:sz w:val="20"/>
        </w:rPr>
        <w:t>[t2]</w:t>
      </w:r>
    </w:p>
    <w:p>
      <w:r>
        <w:rPr>
          <w:rFonts w:ascii="Gentium Plus" w:hAnsi="Gentium Plus"/>
          <w:sz w:val="24"/>
        </w:rPr>
        <w:t>ΓΟΡΓΩ ΚΑΙ ΠΡΑΞΙΝΟΑ</w:t>
      </w:r>
    </w:p>
    <w:p>
      <w:r>
        <w:rPr>
          <w:rFonts w:ascii="Courier New" w:hAnsi="Courier New"/>
          <w:color w:val="555555"/>
          <w:sz w:val="20"/>
        </w:rPr>
        <w:t>[1]</w:t>
      </w:r>
    </w:p>
    <w:p>
      <w:r>
        <w:rPr>
          <w:rFonts w:ascii="Gentium Plus" w:hAnsi="Gentium Plus"/>
          <w:sz w:val="24"/>
        </w:rPr>
        <w:t>ΓΟΡΓΩ</w:t>
      </w:r>
    </w:p>
    <w:p>
      <w:r>
        <w:rPr>
          <w:rFonts w:ascii="Courier New" w:hAnsi="Courier New"/>
          <w:color w:val="555555"/>
          <w:sz w:val="20"/>
        </w:rPr>
        <w:t>[1]</w:t>
      </w:r>
    </w:p>
    <w:p>
      <w:r>
        <w:rPr>
          <w:rFonts w:ascii="Gentium Plus" w:hAnsi="Gentium Plus"/>
          <w:sz w:val="24"/>
        </w:rPr>
        <w:t>Ἔνδοι Πραξινόα;</w:t>
      </w:r>
    </w:p>
    <w:p>
      <w:r>
        <w:rPr>
          <w:rFonts w:ascii="Courier New" w:hAnsi="Courier New"/>
          <w:color w:val="555555"/>
          <w:sz w:val="20"/>
        </w:rPr>
        <w:t>[1]</w:t>
      </w:r>
    </w:p>
    <w:p>
      <w:r>
        <w:rPr>
          <w:rFonts w:ascii="Gentium Plus" w:hAnsi="Gentium Plus"/>
          <w:sz w:val="24"/>
        </w:rPr>
        <w:t>ΠΡΑΞΙΝΟΑ</w:t>
      </w:r>
    </w:p>
    <w:p>
      <w:r>
        <w:rPr>
          <w:rFonts w:ascii="Courier New" w:hAnsi="Courier New"/>
          <w:color w:val="555555"/>
          <w:sz w:val="20"/>
        </w:rPr>
        <w:t>[1]</w:t>
      </w:r>
    </w:p>
    <w:p>
      <w:r>
        <w:rPr>
          <w:rFonts w:ascii="Gentium Plus" w:hAnsi="Gentium Plus"/>
          <w:sz w:val="24"/>
        </w:rPr>
        <w:t>Γοργὼ φίλα, ὡς χρόνῳ. ἔνδοι. θαῦμ’ ὅτι καὶ νῦν ἦνθες. ὅρη δρίφον, Εὐνόα, αὐτᾷ· ἔμβαλε καὶ ποτίκρανον.</w:t>
      </w:r>
    </w:p>
    <w:p>
      <w:r>
        <w:rPr>
          <w:rFonts w:ascii="Courier New" w:hAnsi="Courier New"/>
          <w:color w:val="555555"/>
          <w:sz w:val="20"/>
        </w:rPr>
        <w:t>[3]</w:t>
      </w:r>
    </w:p>
    <w:p>
      <w:r>
        <w:rPr>
          <w:rFonts w:ascii="Gentium Plus" w:hAnsi="Gentium Plus"/>
          <w:sz w:val="24"/>
        </w:rPr>
        <w:t>ΓΟ.ἔχει κάλλιστα.</w:t>
      </w:r>
    </w:p>
    <w:p>
      <w:r>
        <w:rPr>
          <w:rFonts w:ascii="Courier New" w:hAnsi="Courier New"/>
          <w:color w:val="555555"/>
          <w:sz w:val="20"/>
        </w:rPr>
        <w:t>[3]</w:t>
      </w:r>
    </w:p>
    <w:p>
      <w:r>
        <w:rPr>
          <w:rFonts w:ascii="Gentium Plus" w:hAnsi="Gentium Plus"/>
          <w:sz w:val="24"/>
        </w:rPr>
        <w:t>ΠΡ.καθίζευ. ΓΟ. ὢ τᾶς ἀλεμάτω ψυχᾶς· μόλις ὔμμιν ἐσώθην,</w:t>
      </w:r>
    </w:p>
    <w:p>
      <w:r>
        <w:rPr>
          <w:rFonts w:ascii="Courier New" w:hAnsi="Courier New"/>
          <w:color w:val="555555"/>
          <w:sz w:val="20"/>
        </w:rPr>
        <w:t>[5]</w:t>
      </w:r>
    </w:p>
    <w:p>
      <w:r>
        <w:rPr>
          <w:rFonts w:ascii="Gentium Plus" w:hAnsi="Gentium Plus"/>
          <w:sz w:val="24"/>
        </w:rPr>
        <w:t>Πραξινόα, πολλῶ μὲν ὄχλω, πολλῶν δὲ τεθρίππων· παντᾷ κρηπῖδες, παντᾷ χλαμυδηφόροι ἄνδρες· ἁ δ’ ὁδὸς ἄτρυτος· τὺ δ’ ἑκαστέρω αἰὲν ἀποικεῖς. ΠΡ. ταῦθ’ ὁ πάραρος τῆνος· ἐπ’ ἔσχατα γᾶς ἔλαβ’ ἐνθών ἰλεόν, οὐκ οἴκησιν, ὅπως μὴ γείτονες ὦμες</w:t>
      </w:r>
    </w:p>
    <w:p>
      <w:r>
        <w:rPr>
          <w:rFonts w:ascii="Courier New" w:hAnsi="Courier New"/>
          <w:color w:val="555555"/>
          <w:sz w:val="20"/>
        </w:rPr>
        <w:t>[10]</w:t>
      </w:r>
    </w:p>
    <w:p>
      <w:r>
        <w:rPr>
          <w:rFonts w:ascii="Gentium Plus" w:hAnsi="Gentium Plus"/>
          <w:sz w:val="24"/>
        </w:rPr>
        <w:t>ἀλλάλαις, ποτ’ ἔριν, φθονερὸν κακόν, αἰὲν ὁμοῖος. ΓΟ. μὴ λέγε τὸν τεὸν ἄνδρα, φίλα, Δίνωνα τοιαῦτα τῶ μικκῶ παρεόντος· ὅρη, γύναι, ὡς ποθορῇ τυ. θάρσει, Ζωπυρίων, γλυκερὸν τέκος· οὐ λέγει ἀπφῦν. ΠΡ. αἰσθάνεται τὸ βρέφος, ναὶ τὰν πότνιαν.</w:t>
      </w:r>
    </w:p>
    <w:p>
      <w:r>
        <w:rPr>
          <w:rFonts w:ascii="Courier New" w:hAnsi="Courier New"/>
          <w:color w:val="555555"/>
          <w:sz w:val="20"/>
        </w:rPr>
        <w:t>[14]</w:t>
      </w:r>
    </w:p>
    <w:p>
      <w:r>
        <w:rPr>
          <w:rFonts w:ascii="Gentium Plus" w:hAnsi="Gentium Plus"/>
          <w:sz w:val="24"/>
        </w:rPr>
        <w:t>ΓΟ.καλὸς ἀπφῦς.</w:t>
      </w:r>
    </w:p>
    <w:p>
      <w:r>
        <w:rPr>
          <w:rFonts w:ascii="Courier New" w:hAnsi="Courier New"/>
          <w:color w:val="555555"/>
          <w:sz w:val="20"/>
        </w:rPr>
        <w:t>[15]</w:t>
      </w:r>
    </w:p>
    <w:p>
      <w:r>
        <w:rPr>
          <w:rFonts w:ascii="Gentium Plus" w:hAnsi="Gentium Plus"/>
          <w:sz w:val="24"/>
        </w:rPr>
        <w:t>ΠΡ. ἀπφῦς μὰν τῆνός γα πρόαν—λέγομες δὲ πρόαν θην ‘πάππα, νίτρον καὶ φῦκος ἀπὸ σκανᾶς ἀγοράσδειν‘—</w:t>
      </w:r>
    </w:p>
    <w:p>
      <w:r>
        <w:rPr>
          <w:rFonts w:ascii="Courier New" w:hAnsi="Courier New"/>
          <w:color w:val="555555"/>
          <w:sz w:val="20"/>
        </w:rPr>
        <w:t>[20]</w:t>
      </w:r>
    </w:p>
    <w:p>
      <w:r>
        <w:rPr>
          <w:rFonts w:ascii="Gentium Plus" w:hAnsi="Gentium Plus"/>
          <w:sz w:val="24"/>
        </w:rPr>
        <w:t>πέντε πόκως ἔλαβ’ ἐχθές, ἅπαν ῥύπον, ἔργον ἐπ’ ἔργῳ. ἀλλ’ ἴθι, τὠμπέχονον καὶ τὰν περονατρίδα λάζευ. βᾶμες τῶ βασιλῆος ἐς ἀφνειῶ Πτολεμαίω θασόμεναι τὸν Ἄδωνιν· ἀκούω χρῆμα καλόν τι κοσμεῖν τὰν βασίλισσαν.</w:t>
      </w:r>
    </w:p>
    <w:p>
      <w:r>
        <w:rPr>
          <w:rFonts w:ascii="Courier New" w:hAnsi="Courier New"/>
          <w:color w:val="555555"/>
          <w:sz w:val="20"/>
        </w:rPr>
        <w:t>[24]</w:t>
      </w:r>
    </w:p>
    <w:p>
      <w:r>
        <w:rPr>
          <w:rFonts w:ascii="Gentium Plus" w:hAnsi="Gentium Plus"/>
          <w:sz w:val="24"/>
        </w:rPr>
        <w:t>ΠΡ.ἐν ὀλβίῳ ὄλβια πάντα.</w:t>
      </w:r>
    </w:p>
    <w:p>
      <w:r>
        <w:rPr>
          <w:rFonts w:ascii="Courier New" w:hAnsi="Courier New"/>
          <w:color w:val="555555"/>
          <w:sz w:val="20"/>
        </w:rPr>
        <w:t>[25]</w:t>
      </w:r>
    </w:p>
    <w:p>
      <w:r>
        <w:rPr>
          <w:rFonts w:ascii="Gentium Plus" w:hAnsi="Gentium Plus"/>
          <w:sz w:val="24"/>
        </w:rPr>
        <w:t>ΓΟ. ὧν ἴδες, ὧν εἴπαις κεν ἰδοῖσα τὺ τῷ μὴ ἰδόντι. ἕρπειν ὥρα κ’ εἴη.</w:t>
      </w:r>
    </w:p>
    <w:p>
      <w:r>
        <w:rPr>
          <w:rFonts w:ascii="Courier New" w:hAnsi="Courier New"/>
          <w:color w:val="555555"/>
          <w:sz w:val="20"/>
        </w:rPr>
        <w:t>[26]</w:t>
      </w:r>
    </w:p>
    <w:p>
      <w:r>
        <w:rPr>
          <w:rFonts w:ascii="Gentium Plus" w:hAnsi="Gentium Plus"/>
          <w:sz w:val="24"/>
        </w:rPr>
        <w:t>ΠΡ.ἀεργοῖς αἰὲν ἑορτά. Εὐνόα, αἶρε τὸ νῆμα καὶ ἐς μέσον, αἰνόδρυπτε, θὲς πάλιν· αἱ γαλέαι μαλακῶς χρῄζοντι καθεύδειν. κινεῦ δή· φέρε θᾶσσον ὕδωρ. ὕδατος πρότερον δεῖ,</w:t>
      </w:r>
    </w:p>
    <w:p>
      <w:r>
        <w:rPr>
          <w:rFonts w:ascii="Courier New" w:hAnsi="Courier New"/>
          <w:color w:val="555555"/>
          <w:sz w:val="20"/>
        </w:rPr>
        <w:t>[30]</w:t>
      </w:r>
    </w:p>
    <w:p>
      <w:r>
        <w:rPr>
          <w:rFonts w:ascii="Gentium Plus" w:hAnsi="Gentium Plus"/>
          <w:sz w:val="24"/>
        </w:rPr>
        <w:t>ἃ δὲ σμᾶμα φέρει. δὸς ὅμως. μὴ δὴ πολύ, λᾳστρί. ἔγχει ὕδωρ. δύστανε, τί μευ τὸ χιτώνιον ἄρδεις; παῦέ ποχ’· οἷα θεοῖς ἐδόκει, τοιαῦτα νένιμμαι. ἁ κλᾲξ τᾶς μεγάλας πεῖ λάρνακος; ὧδε φέρ’ αὐτάν. ΓΟ. Πραξινόα, μάλα τοι τὸ καταπτυχὲς ἐμπερόναμα</w:t>
      </w:r>
    </w:p>
    <w:p>
      <w:r>
        <w:rPr>
          <w:rFonts w:ascii="Courier New" w:hAnsi="Courier New"/>
          <w:color w:val="555555"/>
          <w:sz w:val="20"/>
        </w:rPr>
        <w:t>[35]</w:t>
      </w:r>
    </w:p>
    <w:p>
      <w:r>
        <w:rPr>
          <w:rFonts w:ascii="Gentium Plus" w:hAnsi="Gentium Plus"/>
          <w:sz w:val="24"/>
        </w:rPr>
        <w:t>τοῦτο πρέπει· λέγε μοι, πόσσω κατέβα τοι ἀφ’ ἱστῶ; ΠΡ. μὴ μνάσῃς, Γοργοῖ· πλέον ἀργυρίω καθαρῶ μνᾶν ἢ δύο· τοῖς δ’ ἔργοις καὶ τὰν ψυχὰν ποτέθηκα. ΓΟ. ἀλλὰ κατὰ γνώμαν ἀπέβα τοι· τοῦτό κεν εἴπαις. ΠΡ. τὠμπέχονον φέρε μοι καὶ τὰν θολίαν· κατὰ κόσμον</w:t>
      </w:r>
    </w:p>
    <w:p>
      <w:r>
        <w:rPr>
          <w:rFonts w:ascii="Courier New" w:hAnsi="Courier New"/>
          <w:color w:val="555555"/>
          <w:sz w:val="20"/>
        </w:rPr>
        <w:t>[40]</w:t>
      </w:r>
    </w:p>
    <w:p>
      <w:r>
        <w:rPr>
          <w:rFonts w:ascii="Gentium Plus" w:hAnsi="Gentium Plus"/>
          <w:sz w:val="24"/>
        </w:rPr>
        <w:t>ἀμφίθες. οὐκ ἀξῶ τυ, τέκνον. Μορμώ, δάκνει ἵππος. δάκρυ’ ὅσσα θέλεις, χωλὸν δ’ οὐ δεῖ τυ γενέσθαι. ἕρπωμες. Φρυγία, τὸν μικκὸν παῖσδε λαβοῖσα,</w:t>
      </w:r>
    </w:p>
    <w:p>
      <w:r>
        <w:rPr>
          <w:rFonts w:ascii="Courier New" w:hAnsi="Courier New"/>
          <w:color w:val="555555"/>
          <w:sz w:val="20"/>
        </w:rPr>
        <w:t>[45]</w:t>
      </w:r>
    </w:p>
    <w:p>
      <w:r>
        <w:rPr>
          <w:rFonts w:ascii="Gentium Plus" w:hAnsi="Gentium Plus"/>
          <w:sz w:val="24"/>
        </w:rPr>
        <w:t>χρὴ τὸ κακόν; μύρμακες ἀνάριθμοι καὶ ἄμετροι. πολλά τοι, ὦ Πτολεμαῖε, πεποίηται καλὰ ἔργα, ἐξ ὧ ἐν ἀθανάτοις ὁ τεκών· οὐδεὶς κακοεργός δαλεῖται τὸν ἰόντα παρέρπων Αἰγυπτιστί, οἷα πρὶν ἐξ ἀπάτας κεκροτημένοι ἄνδρες ἔπαισδον,</w:t>
      </w:r>
    </w:p>
    <w:p>
      <w:r>
        <w:rPr>
          <w:rFonts w:ascii="Courier New" w:hAnsi="Courier New"/>
          <w:color w:val="555555"/>
          <w:sz w:val="20"/>
        </w:rPr>
        <w:t>[Id . 15 (50)]</w:t>
      </w:r>
    </w:p>
    <w:p>
      <w:r>
        <w:rPr>
          <w:rFonts w:ascii="Gentium Plus" w:hAnsi="Gentium Plus"/>
          <w:sz w:val="24"/>
        </w:rPr>
        <w:t>ἀλλάλοις ὁμαλοί, κακὰ παίχνια, πάντες ἀραῖοι. ἁδίστα Γοργώ, τί γενώμεθα; τοὶ πολεμισταί ἵπποι τῶ βασιλῆος. ἄνερ φίλε, μή με πατήσῃς. ὀρθὸς ἀνέστα ὁ πυρρός· ἴδ’ ὡς ἄγριος. κυνοθαρσής Εὐνόα, οὐ φευξῇ; διαχρησεῖται τὸν ἄγοντα.</w:t>
      </w:r>
    </w:p>
    <w:p>
      <w:r>
        <w:rPr>
          <w:rFonts w:ascii="Courier New" w:hAnsi="Courier New"/>
          <w:color w:val="555555"/>
          <w:sz w:val="20"/>
        </w:rPr>
        <w:t>[55]</w:t>
      </w:r>
    </w:p>
    <w:p>
      <w:r>
        <w:rPr>
          <w:rFonts w:ascii="Gentium Plus" w:hAnsi="Gentium Plus"/>
          <w:sz w:val="24"/>
        </w:rPr>
        <w:t>ὠνάθην μεγάλως ὅτι μοι τὸ βρέφος μένει ἔνδον. ΓΟ. θάρσει, Πραξινόα· καὶ δὴ γεγενήμεθ’ ὄπισθεν, τοὶ δ’ ἔβαν ἐς χώραν.</w:t>
      </w:r>
    </w:p>
    <w:p>
      <w:r>
        <w:rPr>
          <w:rFonts w:ascii="Courier New" w:hAnsi="Courier New"/>
          <w:color w:val="555555"/>
          <w:sz w:val="20"/>
        </w:rPr>
        <w:t>[57]</w:t>
      </w:r>
    </w:p>
    <w:p>
      <w:r>
        <w:rPr>
          <w:rFonts w:ascii="Gentium Plus" w:hAnsi="Gentium Plus"/>
          <w:sz w:val="24"/>
        </w:rPr>
        <w:t>ΠΡ.καὐτὰ συναγείρομαι ἤδη. ἵππον καὶ τὸν ψυχρὸν ὄφιν τὰ μάλιστα δεδοίκω ἐκ παιδός. σπεύδωμες· ὄχλος πολὺς ἄμμιν ἐπιρρεῖ.</w:t>
      </w:r>
    </w:p>
    <w:p>
      <w:r>
        <w:rPr>
          <w:rFonts w:ascii="Courier New" w:hAnsi="Courier New"/>
          <w:color w:val="555555"/>
          <w:sz w:val="20"/>
        </w:rPr>
        <w:t>[60]</w:t>
      </w:r>
    </w:p>
    <w:p>
      <w:r>
        <w:rPr>
          <w:rFonts w:ascii="Gentium Plus" w:hAnsi="Gentium Plus"/>
          <w:sz w:val="24"/>
        </w:rPr>
        <w:t>ΓΟ. ἐξ αὐλᾶς, ὦ μᾶτερ;</w:t>
      </w:r>
    </w:p>
    <w:p>
      <w:r>
        <w:rPr>
          <w:rFonts w:ascii="Courier New" w:hAnsi="Courier New"/>
          <w:color w:val="555555"/>
          <w:sz w:val="20"/>
        </w:rPr>
        <w:t>[60]</w:t>
      </w:r>
    </w:p>
    <w:p>
      <w:r>
        <w:rPr>
          <w:rFonts w:ascii="Gentium Plus" w:hAnsi="Gentium Plus"/>
          <w:sz w:val="24"/>
        </w:rPr>
      </w:r>
    </w:p>
    <w:p>
      <w:r>
        <w:rPr>
          <w:rFonts w:ascii="Courier New" w:hAnsi="Courier New"/>
          <w:color w:val="555555"/>
          <w:sz w:val="20"/>
        </w:rPr>
        <w:t>[60]</w:t>
      </w:r>
    </w:p>
    <w:p>
      <w:r>
        <w:rPr>
          <w:rFonts w:ascii="Gentium Plus" w:hAnsi="Gentium Plus"/>
          <w:sz w:val="24"/>
        </w:rPr>
        <w:t>ΓΡΑΥΣ</w:t>
      </w:r>
    </w:p>
    <w:p>
      <w:r>
        <w:rPr>
          <w:rFonts w:ascii="Courier New" w:hAnsi="Courier New"/>
          <w:color w:val="555555"/>
          <w:sz w:val="20"/>
        </w:rPr>
        <w:t>[60]</w:t>
      </w:r>
    </w:p>
    <w:p>
      <w:r>
        <w:rPr>
          <w:rFonts w:ascii="Gentium Plus" w:hAnsi="Gentium Plus"/>
          <w:sz w:val="24"/>
        </w:rPr>
        <w:t>ἐγών, τέκνα.</w:t>
      </w:r>
    </w:p>
    <w:p>
      <w:r>
        <w:rPr>
          <w:rFonts w:ascii="Courier New" w:hAnsi="Courier New"/>
          <w:color w:val="555555"/>
          <w:sz w:val="20"/>
        </w:rPr>
        <w:t>[60]</w:t>
      </w:r>
    </w:p>
    <w:p>
      <w:r>
        <w:rPr>
          <w:rFonts w:ascii="Gentium Plus" w:hAnsi="Gentium Plus"/>
          <w:sz w:val="24"/>
        </w:rPr>
        <w:t>ΓΟ.εἶτα παρενθεῖν εὐμαρές;</w:t>
      </w:r>
    </w:p>
    <w:p>
      <w:r>
        <w:rPr>
          <w:rFonts w:ascii="Courier New" w:hAnsi="Courier New"/>
          <w:color w:val="555555"/>
          <w:sz w:val="20"/>
        </w:rPr>
        <w:t>[61]</w:t>
      </w:r>
    </w:p>
    <w:p>
      <w:r>
        <w:rPr>
          <w:rFonts w:ascii="Gentium Plus" w:hAnsi="Gentium Plus"/>
          <w:sz w:val="24"/>
        </w:rPr>
        <w:t>ΓΡ.ἐς Τροίαν πειρώμενοι ἦνθον Ἀχαιοί, κάλλισται παίδων· πείρᾳ θην πάντα τελεῖται. ΓΟ. χρησμὼς ἁ πρεσβῦτις ἀπῴχετο θεσπίξασα. ΠΡ. πάντα γυναῖκες ἴσαντι, καὶ ὡς Ζεὺς ἀγάγεθ’ Ἥραν.</w:t>
      </w:r>
    </w:p>
    <w:p>
      <w:r>
        <w:rPr>
          <w:rFonts w:ascii="Courier New" w:hAnsi="Courier New"/>
          <w:color w:val="555555"/>
          <w:sz w:val="20"/>
        </w:rPr>
        <w:t>[65]</w:t>
      </w:r>
    </w:p>
    <w:p>
      <w:r>
        <w:rPr>
          <w:rFonts w:ascii="Gentium Plus" w:hAnsi="Gentium Plus"/>
          <w:sz w:val="24"/>
        </w:rPr>
        <w:t>ΓΟ. θᾶσαι, Πραξινόα, περὶ τὰς θύρας ὅσσος ὅμιλος. ΠΡ. θεσπέσιος. Γοργοῖ, δὸς τὰν χέρα μοι· λάβε καὶ τύ, Εὐνόα, Εὐτυχίδος· πότεχ’ αὐτᾶς μὴ ἀποπλαγχθῇς. πᾶσαι ἅμ’ εἰσένθωμες· ἀπρὶξ ἔχευ, Εὐνόα, ἁμῶν. οἴμοι δειλαία, δίχα μοι τὸ θερίστριον ἤδη</w:t>
      </w:r>
    </w:p>
    <w:p>
      <w:r>
        <w:rPr>
          <w:rFonts w:ascii="Courier New" w:hAnsi="Courier New"/>
          <w:color w:val="555555"/>
          <w:sz w:val="20"/>
        </w:rPr>
        <w:t>[70]</w:t>
      </w:r>
    </w:p>
    <w:p>
      <w:r>
        <w:rPr>
          <w:rFonts w:ascii="Gentium Plus" w:hAnsi="Gentium Plus"/>
          <w:sz w:val="24"/>
        </w:rPr>
        <w:t>ἔσχισται, Γοργοῖ. ποττῶ Διός, εἴ τι γένοιο εὐδαίμων, ἄνθρωπε, φυλάσσεο τὠμπέχονόν μευ.</w:t>
      </w:r>
    </w:p>
    <w:p>
      <w:r>
        <w:rPr>
          <w:rFonts w:ascii="Courier New" w:hAnsi="Courier New"/>
          <w:color w:val="555555"/>
          <w:sz w:val="20"/>
        </w:rPr>
        <w:t>[71]</w:t>
      </w:r>
    </w:p>
    <w:p>
      <w:r>
        <w:rPr>
          <w:rFonts w:ascii="Gentium Plus" w:hAnsi="Gentium Plus"/>
          <w:sz w:val="24"/>
        </w:rPr>
        <w:t>ΞΕΝΟΣ</w:t>
      </w:r>
    </w:p>
    <w:p>
      <w:r>
        <w:rPr>
          <w:rFonts w:ascii="Courier New" w:hAnsi="Courier New"/>
          <w:color w:val="555555"/>
          <w:sz w:val="20"/>
        </w:rPr>
        <w:t>[72]</w:t>
      </w:r>
    </w:p>
    <w:p>
      <w:r>
        <w:rPr>
          <w:rFonts w:ascii="Gentium Plus" w:hAnsi="Gentium Plus"/>
          <w:sz w:val="24"/>
        </w:rPr>
        <w:t>οὐκ ἐπ’ ἐμὶν μέν, ὅμως δὲ φυλάξομαι.</w:t>
      </w:r>
    </w:p>
    <w:p>
      <w:r>
        <w:rPr>
          <w:rFonts w:ascii="Courier New" w:hAnsi="Courier New"/>
          <w:color w:val="555555"/>
          <w:sz w:val="20"/>
        </w:rPr>
        <w:t>[72]</w:t>
      </w:r>
    </w:p>
    <w:p>
      <w:r>
        <w:rPr>
          <w:rFonts w:ascii="Gentium Plus" w:hAnsi="Gentium Plus"/>
          <w:sz w:val="24"/>
        </w:rPr>
        <w:t>ΠΡ.ὄχλος ἀλαθέως· ὠθεῦνθ’ ὥσπερ ὕες.</w:t>
      </w:r>
    </w:p>
    <w:p>
      <w:r>
        <w:rPr>
          <w:rFonts w:ascii="Courier New" w:hAnsi="Courier New"/>
          <w:color w:val="555555"/>
          <w:sz w:val="20"/>
        </w:rPr>
        <w:t>[73]</w:t>
      </w:r>
    </w:p>
    <w:p>
      <w:r>
        <w:rPr>
          <w:rFonts w:ascii="Gentium Plus" w:hAnsi="Gentium Plus"/>
          <w:sz w:val="24"/>
        </w:rPr>
        <w:t>ΞΕ.θάρσει, γύναι· ἐν καλῷ εἰμές. ΠΡ. κἠς ὥρας κἤπειτα, φίλ’ ἀνδρῶν, ἐν καλῷ εἴης,</w:t>
      </w:r>
    </w:p>
    <w:p>
      <w:r>
        <w:rPr>
          <w:rFonts w:ascii="Courier New" w:hAnsi="Courier New"/>
          <w:color w:val="555555"/>
          <w:sz w:val="20"/>
        </w:rPr>
        <w:t>[75]</w:t>
      </w:r>
    </w:p>
    <w:p>
      <w:r>
        <w:rPr>
          <w:rFonts w:ascii="Gentium Plus" w:hAnsi="Gentium Plus"/>
          <w:sz w:val="24"/>
        </w:rPr>
        <w:t>ἄμμε περιστέλλων. χρηστῶ κοἰκτίρμονος ἀνδρός. φλίβεται Εὐνόα ἄμμιν· ἄγ’, ὦ δειλὰ τύ, βιάζευ. κάλλιστ’· ‘ἔνδοι πᾶσαι‘, ὁ τὰν νυὸν εἶπ’ ἀποκλᾴξας. ΓΟ. Πραξινόα, πόταγ’ ὧδε. τὰ ποικίλα πρᾶτον ἄθρησον, λεπτὰ καὶ ὡς χαρίεντα· θεῶν περονάματα φασεῖς.</w:t>
      </w:r>
    </w:p>
    <w:p>
      <w:r>
        <w:rPr>
          <w:rFonts w:ascii="Courier New" w:hAnsi="Courier New"/>
          <w:color w:val="555555"/>
          <w:sz w:val="20"/>
        </w:rPr>
        <w:t>[80]</w:t>
      </w:r>
    </w:p>
    <w:p>
      <w:r>
        <w:rPr>
          <w:rFonts w:ascii="Gentium Plus" w:hAnsi="Gentium Plus"/>
          <w:sz w:val="24"/>
        </w:rPr>
        <w:t>ΠΡ. πότνι’ Ἀθαναία, ποῖαί σφ’ ἐπόνασαν ἔριθοι, ποῖοι ζωογράφοι τἀκριβέα γράμματ’ ἔγραψαν. ὡς ἔτυμ’ ἑστάκαντι καὶ ὡς ἔτυμ’ ἐνδινεῦντι, ἔμψυχ’, οὐκ ἐνυφαντά. σοφόν τι χρῆμ’ ἄνθρωπος. αὐτὸς δ’ ὡς θαητὸς ἐπ’ ἀργυρέας κατάκειται</w:t>
      </w:r>
    </w:p>
    <w:p>
      <w:r>
        <w:rPr>
          <w:rFonts w:ascii="Courier New" w:hAnsi="Courier New"/>
          <w:color w:val="555555"/>
          <w:sz w:val="20"/>
        </w:rPr>
        <w:t>[85]</w:t>
      </w:r>
    </w:p>
    <w:p>
      <w:r>
        <w:rPr>
          <w:rFonts w:ascii="Gentium Plus" w:hAnsi="Gentium Plus"/>
          <w:sz w:val="24"/>
        </w:rPr>
        <w:t>κλισμῶ, πρᾶτον ἴουλον ἀπὸ κροτάφων καταβάλλων, ὁ τριφίλητος Ἄδωνις, ὁ κἠν Ἀχέροντι φιληθείς.</w:t>
      </w:r>
    </w:p>
    <w:p>
      <w:r>
        <w:rPr>
          <w:rFonts w:ascii="Courier New" w:hAnsi="Courier New"/>
          <w:color w:val="555555"/>
          <w:sz w:val="20"/>
        </w:rPr>
        <w:t>[86]</w:t>
      </w:r>
    </w:p>
    <w:p>
      <w:r>
        <w:rPr>
          <w:rFonts w:ascii="Gentium Plus" w:hAnsi="Gentium Plus"/>
          <w:sz w:val="24"/>
        </w:rPr>
        <w:t>ΕΤΕΡΟΣ ΞΕΝΟΣ</w:t>
      </w:r>
    </w:p>
    <w:p>
      <w:r>
        <w:rPr>
          <w:rFonts w:ascii="Courier New" w:hAnsi="Courier New"/>
          <w:color w:val="555555"/>
          <w:sz w:val="20"/>
        </w:rPr>
        <w:t>[87]</w:t>
      </w:r>
    </w:p>
    <w:p>
      <w:r>
        <w:rPr>
          <w:rFonts w:ascii="Gentium Plus" w:hAnsi="Gentium Plus"/>
          <w:sz w:val="24"/>
        </w:rPr>
        <w:t>παύσασθ’, ὦ δύστανοι, ἀνάνυτα κωτίλλοισαι,</w:t>
      </w:r>
    </w:p>
    <w:p>
      <w:r>
        <w:rPr>
          <w:rFonts w:ascii="Courier New" w:hAnsi="Courier New"/>
          <w:color w:val="555555"/>
          <w:sz w:val="20"/>
        </w:rPr>
        <w:t>[90]</w:t>
      </w:r>
    </w:p>
    <w:p>
      <w:r>
        <w:rPr>
          <w:rFonts w:ascii="Gentium Plus" w:hAnsi="Gentium Plus"/>
          <w:sz w:val="24"/>
        </w:rPr>
        <w:t>πασάμενος ἐπίτασσε· Συρακοσίαις ἐπιτάσσεις. ὡς εἰδῇς καὶ τοῦτο, Κορίνθιαι εἰμὲς ἄνωθεν, ὡς καὶ ὁ Βελλεροφῶν. Πελοποννασιστὶ λαλεῦμες, Δωρίσδειν δ’ ἔξεστι, δοκῶ, τοῖς Δωριέεσσι. μὴ φύη, Μελιτῶδες, ὃς ἁμῶν καρτερὸς εἴη,</w:t>
      </w:r>
    </w:p>
    <w:p>
      <w:r>
        <w:rPr>
          <w:rFonts w:ascii="Courier New" w:hAnsi="Courier New"/>
          <w:color w:val="555555"/>
          <w:sz w:val="20"/>
        </w:rPr>
        <w:t>[95]</w:t>
      </w:r>
    </w:p>
    <w:p>
      <w:r>
        <w:rPr>
          <w:rFonts w:ascii="Gentium Plus" w:hAnsi="Gentium Plus"/>
          <w:sz w:val="24"/>
        </w:rPr>
        <w:t>πλὰν ἑνός. οὐκ ἀλέγω. μή μοι κενεὰν ἀπομάξῃς. ΓΟ. σίγη, Πραξινόα· μέλλει τὸν Ἄδωνιν ἀείδειν ἁ τᾶς Ἀργείας θυγάτηρ, πολύιδρις ἀοιδός, ἅτις καὶ πέρυσιν τὸν ἰάλεμον ἀρίστευσε. φθεγξεῖταί τι, σάφ’ οἶδα, καλόν· διαχρέμπτεται ἤδη.</w:t>
      </w:r>
    </w:p>
    <w:p>
      <w:r>
        <w:rPr>
          <w:rFonts w:ascii="Courier New" w:hAnsi="Courier New"/>
          <w:color w:val="555555"/>
          <w:sz w:val="20"/>
        </w:rPr>
        <w:t>[99]</w:t>
      </w:r>
    </w:p>
    <w:p>
      <w:r>
        <w:rPr>
          <w:rFonts w:ascii="Gentium Plus" w:hAnsi="Gentium Plus"/>
          <w:sz w:val="24"/>
        </w:rPr>
      </w:r>
    </w:p>
    <w:p>
      <w:r>
        <w:rPr>
          <w:rFonts w:ascii="Courier New" w:hAnsi="Courier New"/>
          <w:color w:val="555555"/>
          <w:sz w:val="20"/>
        </w:rPr>
        <w:t>[Id . 15 (100)]</w:t>
      </w:r>
    </w:p>
    <w:p>
      <w:r>
        <w:rPr>
          <w:rFonts w:ascii="Gentium Plus" w:hAnsi="Gentium Plus"/>
          <w:sz w:val="24"/>
        </w:rPr>
        <w:t>ΓΥΝΗ ΑΟΙΔΟΣ</w:t>
      </w:r>
    </w:p>
    <w:p>
      <w:r>
        <w:rPr>
          <w:rFonts w:ascii="Courier New" w:hAnsi="Courier New"/>
          <w:color w:val="555555"/>
          <w:sz w:val="20"/>
        </w:rPr>
        <w:t>[Id . 15 (100)]</w:t>
      </w:r>
    </w:p>
    <w:p>
      <w:r>
        <w:rPr>
          <w:rFonts w:ascii="Gentium Plus" w:hAnsi="Gentium Plus"/>
          <w:sz w:val="24"/>
        </w:rPr>
        <w:t>Δέσποιν’, ἃ Γολγώς τε καὶ Ἰδάλιον ἐφίλησας αἰπεινάν τ’ Ἔρυκα, χρυσῷ παίζοις’ Ἀφροδίτα, οἷόν τοι τὸν Ἄδωνιν ἀπ’ ἀενάω Ἀχέροντος μηνὶ δυωδεκάτῳ μαλακαὶ πόδας ἄγαγον Ὧραι, βάρδισται μακάρων Ὧραι φίλαι· ἀλλὰ ποθειναί</w:t>
      </w:r>
    </w:p>
    <w:p>
      <w:r>
        <w:rPr>
          <w:rFonts w:ascii="Courier New" w:hAnsi="Courier New"/>
          <w:color w:val="555555"/>
          <w:sz w:val="20"/>
        </w:rPr>
        <w:t>[105]</w:t>
      </w:r>
    </w:p>
    <w:p>
      <w:r>
        <w:rPr>
          <w:rFonts w:ascii="Gentium Plus" w:hAnsi="Gentium Plus"/>
          <w:sz w:val="24"/>
        </w:rPr>
        <w:t>ἔρχονται πάντεσσι βροτοῖς αἰεί τι φέροισαι. Κύπρι Διωναία, τὺ μὲν ἀθανάταν ἀπὸ θνατᾶς, ἀνθρώπων ὡς μῦθος, ἐποίησας Βερενίκαν, ἀμβροσίαν ἐς στῆθος ἀποστάξασα γυναικός· τὶν δὲ χαριζομένα, πολυώνυμε καὶ πολύναε,</w:t>
      </w:r>
    </w:p>
    <w:p>
      <w:r>
        <w:rPr>
          <w:rFonts w:ascii="Courier New" w:hAnsi="Courier New"/>
          <w:color w:val="555555"/>
          <w:sz w:val="20"/>
        </w:rPr>
        <w:t>[110]</w:t>
      </w:r>
    </w:p>
    <w:p>
      <w:r>
        <w:rPr>
          <w:rFonts w:ascii="Gentium Plus" w:hAnsi="Gentium Plus"/>
          <w:sz w:val="24"/>
        </w:rPr>
        <w:t>ἁ Βερενικεία θυγάτηρ Ἑλένᾳ εἰκυῖα Ἀρσινόα πάντεσσι καλοῖς ἀτιτάλλει Ἄδωνιν. πὰρ μέν οἱ ὥρια κεῖται, ὅσα δρυὸς ἄκρα φέροντι, πὰρ δ’ ἁπαλοὶ κᾶποι πεφυλαγμένοι ἐν ταλαρίσκοις ἀργυρέοις, Συρίω δὲ μύρω χρύσει’ ἀλάβαστρα,</w:t>
      </w:r>
    </w:p>
    <w:p>
      <w:r>
        <w:rPr>
          <w:rFonts w:ascii="Courier New" w:hAnsi="Courier New"/>
          <w:color w:val="555555"/>
          <w:sz w:val="20"/>
        </w:rPr>
        <w:t>[115]</w:t>
      </w:r>
    </w:p>
    <w:p>
      <w:r>
        <w:rPr>
          <w:rFonts w:ascii="Gentium Plus" w:hAnsi="Gentium Plus"/>
          <w:sz w:val="24"/>
        </w:rPr>
        <w:t>εἴδατά θ’ ὅσσα γυναῖκες ἐπὶ πλαθάνω πονέονται ἄνθεα μίσγοισαι λευκῷ παντοῖα μαλεύρῳ, ὅσσα τ’ ἀπὸ γλυκερῶ μέλιτος τά τ’ ἐν ὑγρῷ ἐλαίῳ. πάντ’ αὐτῷ πετεηνὰ καὶ ἑρπετὰ τεῖδε πάρεστι· χλωραὶ δὲ σκιάδες μαλακῷ βρίθοισαι ἀνήθῳ</w:t>
      </w:r>
    </w:p>
    <w:p>
      <w:r>
        <w:rPr>
          <w:rFonts w:ascii="Courier New" w:hAnsi="Courier New"/>
          <w:color w:val="555555"/>
          <w:sz w:val="20"/>
        </w:rPr>
        <w:t>[120]</w:t>
      </w:r>
    </w:p>
    <w:p>
      <w:r>
        <w:rPr>
          <w:rFonts w:ascii="Gentium Plus" w:hAnsi="Gentium Plus"/>
          <w:sz w:val="24"/>
        </w:rPr>
        <w:t>δέδμανθ’· οἱ δέ τε κῶροι ὑπερπωτῶνται Ἔρωτες, οἷοι ἀηδονιδῆες ἀεξομενᾶν ἐπὶ δένδρῳ πωτῶνται πτερύγων πειρώμενοι ὄζον ἀπ’ ὄζω. ὢ ἔβενος, ὢ χρυσός, ὢ ἐκ λευκῶ ἐλέφαντος αἰετοὶ οἰνοχόον Κρονίδᾳ Διὶ παῖδα φέροντες,</w:t>
      </w:r>
    </w:p>
    <w:p>
      <w:r>
        <w:rPr>
          <w:rFonts w:ascii="Courier New" w:hAnsi="Courier New"/>
          <w:color w:val="555555"/>
          <w:sz w:val="20"/>
        </w:rPr>
        <w:t>[125]</w:t>
      </w:r>
    </w:p>
    <w:p>
      <w:r>
        <w:rPr>
          <w:rFonts w:ascii="Gentium Plus" w:hAnsi="Gentium Plus"/>
          <w:sz w:val="24"/>
        </w:rPr>
        <w:t>πορφύρεοι δὲ τάπητες ἄνω μαλακώτεροι ὕπνω· ἁ Μίλατος ἐρεῖ χὠ τὰν Σαμίαν καταβόσκων, ‘ἔστρωται κλίνα τὠδώνιδι τῷ καλῷ ἄμμιν‘. τὸν μὲν Κύπρις ἔχει, τὰν δ’ ὁ ῥοδόπαχυς Ἄδωνις. ὀκτωκαιδεκετὴς ἢ ἐννεακαίδεχ’ ὁ γαμβρός·</w:t>
      </w:r>
    </w:p>
    <w:p>
      <w:r>
        <w:rPr>
          <w:rFonts w:ascii="Courier New" w:hAnsi="Courier New"/>
          <w:color w:val="555555"/>
          <w:sz w:val="20"/>
        </w:rPr>
        <w:t>[130]</w:t>
      </w:r>
    </w:p>
    <w:p>
      <w:r>
        <w:rPr>
          <w:rFonts w:ascii="Gentium Plus" w:hAnsi="Gentium Plus"/>
          <w:sz w:val="24"/>
        </w:rPr>
        <w:t>οὐ κεντεῖ τὸ φίλημ’· ἔτι οἱ περὶ χείλεα πυρρά. νῦν μὲν Κύπρις ἔχοισα τὸν αὑτᾶς χαιρέτω ἄνδρα· ἀῶθεν δ’ ἄμμες νιν ἅμα δρόσῳ ἀθρόαι ἔξω οἰσεῦμες ποτὶ κύματ’ ἐπ’ ἀιόνι πτύοντα, λύσασαι δὲ κόμαν καὶ ἐπὶ σφυρὰ κόλπον ἀνεῖσαι</w:t>
      </w:r>
    </w:p>
    <w:p>
      <w:r>
        <w:rPr>
          <w:rFonts w:ascii="Courier New" w:hAnsi="Courier New"/>
          <w:color w:val="555555"/>
          <w:sz w:val="20"/>
        </w:rPr>
        <w:t>[135]</w:t>
      </w:r>
    </w:p>
    <w:p>
      <w:r>
        <w:rPr>
          <w:rFonts w:ascii="Gentium Plus" w:hAnsi="Gentium Plus"/>
          <w:sz w:val="24"/>
        </w:rPr>
        <w:t>στήθεσι φαινομένοις λιγυρᾶς ἀρξεύμεθ’ ἀοιδᾶς. ἕρπεις, ὦ φίλ’ Ἄδωνι, καὶ ἐνθάδε κἠς Ἀχέροντα ἡμιθέων, ὡς φαντί, μονώτατος. οὔτ’ Ἀγαμέμνων τοῦτ’ ἔπαθ’ οὔτ’ Αἴας ὁ μέγας, βαρυμάνιος ἥρως, οὔθ’ Ἕκτωρ, Ἑκάβας ὁ γεραίτατος εἴκατι παίδων,</w:t>
      </w:r>
    </w:p>
    <w:p>
      <w:r>
        <w:rPr>
          <w:rFonts w:ascii="Courier New" w:hAnsi="Courier New"/>
          <w:color w:val="555555"/>
          <w:sz w:val="20"/>
        </w:rPr>
        <w:t>[140]</w:t>
      </w:r>
    </w:p>
    <w:p>
      <w:r>
        <w:rPr>
          <w:rFonts w:ascii="Gentium Plus" w:hAnsi="Gentium Plus"/>
          <w:sz w:val="24"/>
        </w:rPr>
        <w:t>οὐ Πατροκλῆς, οὐ Πύρρος ἀπὸ Τροίας ἐπανενθών, οὔθ’ οἱ ἔτι πρότεροι Λαπίθαι καὶ Δευκαλίωνες,</w:t>
      </w:r>
    </w:p>
    <w:p>
      <w:r>
        <w:rPr>
          <w:rFonts w:ascii="Courier New" w:hAnsi="Courier New"/>
          <w:color w:val="555555"/>
          <w:sz w:val="20"/>
        </w:rPr>
        <w:t>[144]</w:t>
      </w:r>
    </w:p>
    <w:p>
      <w:r>
        <w:rPr>
          <w:rFonts w:ascii="Gentium Plus" w:hAnsi="Gentium Plus"/>
          <w:sz w:val="24"/>
        </w:rPr>
      </w:r>
    </w:p>
    <w:p>
      <w:r>
        <w:rPr>
          <w:rFonts w:ascii="Courier New" w:hAnsi="Courier New"/>
          <w:color w:val="555555"/>
          <w:sz w:val="20"/>
        </w:rPr>
        <w:t>[145]</w:t>
      </w:r>
    </w:p>
    <w:p>
      <w:r>
        <w:rPr>
          <w:rFonts w:ascii="Gentium Plus" w:hAnsi="Gentium Plus"/>
          <w:sz w:val="24"/>
        </w:rPr>
        <w:t>ΓΟ. Πραξινόα, τὸ χρῆμα σοφώτατον ἁ θήλεια· ὀλβία ὅσσα ἴσατι, πανολβία ὡς γλυκὺ φωνεῖ. ὥρα ὅμως κἠς οἶκον. ἀνάριστος Διοκλείδας· χὠνὴρ ὄξος ἅπαν, πεινᾶντι δὲ μηδὲ ποτένθῃς.</w:t>
      </w:r>
    </w:p>
    <w:p>
      <w:pPr>
        <w:jc w:val="center"/>
      </w:pPr>
      <w:r>
        <w:rPr>
          <w:rFonts w:ascii="Gentium Plus" w:hAnsi="Gentium Plus"/>
          <w:b/>
          <w:sz w:val="24"/>
        </w:rPr>
        <w:t>ΘΕΟΚΡΙΤΟΥ ΧΑΡΙΤΕΣ Η ΙΕΡΩΝ</w:t>
      </w:r>
    </w:p>
    <w:p>
      <w:r>
        <w:rPr>
          <w:rFonts w:ascii="Courier New" w:hAnsi="Courier New"/>
          <w:color w:val="555555"/>
          <w:sz w:val="20"/>
        </w:rPr>
        <w:t>[1]</w:t>
      </w:r>
    </w:p>
    <w:p>
      <w:r>
        <w:rPr>
          <w:rFonts w:ascii="Gentium Plus" w:hAnsi="Gentium Plus"/>
          <w:sz w:val="24"/>
        </w:rPr>
        <w:t>Αἰεὶ τοῦτο Διὸς κούραις μέλει, αἰὲν ἀοιδοῖς, ὑμνεῖν ἀθανάτους, ὑμνεῖν ἀγαθῶν κλέα ἀνδρῶν. Μοῖσαι μὲν θεαὶ ἐντί, θεοὺς θεαὶ ἀείδοντι· ἄμμες δὲ βροτοὶ οἵδε, βροτοὺς βροτοὶ ἀείδωμεν.</w:t>
      </w:r>
    </w:p>
    <w:p>
      <w:r>
        <w:rPr>
          <w:rFonts w:ascii="Courier New" w:hAnsi="Courier New"/>
          <w:color w:val="555555"/>
          <w:sz w:val="20"/>
        </w:rPr>
        <w:t>[5]</w:t>
      </w:r>
    </w:p>
    <w:p>
      <w:r>
        <w:rPr>
          <w:rFonts w:ascii="Gentium Plus" w:hAnsi="Gentium Plus"/>
          <w:sz w:val="24"/>
        </w:rPr>
        <w:t>Τίς γὰρ τῶν ὁπόσοι γλαυκὰν ναίουσιν ὑπ’ ἠῶ ἡμετέρας Χάριτας πετάσας ὑποδέξεται οἴκῳ ἀσπασίως, οὐδ’ αὖθις ἀδωρήτους ἀποπέμψει; αἳ δὲ σκυζόμεναι γυμνοῖς ποσὶν οἴκαδ’ ἴασι, πολλά με τωθάζοισαι, ὅτ’ ἀλιθίην ὁδὸν ἦλθον,</w:t>
      </w:r>
    </w:p>
    <w:p>
      <w:r>
        <w:rPr>
          <w:rFonts w:ascii="Courier New" w:hAnsi="Courier New"/>
          <w:color w:val="555555"/>
          <w:sz w:val="20"/>
        </w:rPr>
        <w:t>[10]</w:t>
      </w:r>
    </w:p>
    <w:p>
      <w:r>
        <w:rPr>
          <w:rFonts w:ascii="Gentium Plus" w:hAnsi="Gentium Plus"/>
          <w:sz w:val="24"/>
        </w:rPr>
        <w:t>ὀκνηραὶ δὲ πάλιν κενεᾶς ἐν πυθμένι χηλοῦ ψυχροῖς ἐν γονάτεσσι κάρη μίμνοντι βαλοῖσαι, ἔνθ’ αἰεί σφισιν ἕδρη, ἐπὴν ἄπρακτοι ἵκωνται. τίς τῶν νῦν τοιόσδε; τίς εὖ εἰπόντα φιλήσει; οὐκ οἶδ’· οὐ γὰρ ἔτ’ ἄνδρες ἐπ’ ἔργμασιν ὡς πάρος ἐσθλοῖς</w:t>
      </w:r>
    </w:p>
    <w:p>
      <w:r>
        <w:rPr>
          <w:rFonts w:ascii="Courier New" w:hAnsi="Courier New"/>
          <w:color w:val="555555"/>
          <w:sz w:val="20"/>
        </w:rPr>
        <w:t>[15]</w:t>
      </w:r>
    </w:p>
    <w:p>
      <w:r>
        <w:rPr>
          <w:rFonts w:ascii="Gentium Plus" w:hAnsi="Gentium Plus"/>
          <w:sz w:val="24"/>
        </w:rPr>
        <w:t>αἰνεῖσθαι σπεύδοντι, νενίκηνται δ’ ὑπὸ κερδέων. πᾶς δ’ ὑπὸ κόλπου χεῖρας ἔχων πόθεν οἴσεται ἀθρεῖ ἄργυρον, οὐδέ κεν ἰὸν ἀποτρίψας τινὶ δοίη, ἀλλ’ εὐθὺς μυθεῖται· ‘ἀπωτέρω ἢ γόνυ κνάμα· αὐτῷ μοί τι γένοιτο.‘ ‘θεοὶ τιμῶσιν ἀοιδούς.‘</w:t>
      </w:r>
    </w:p>
    <w:p>
      <w:r>
        <w:rPr>
          <w:rFonts w:ascii="Courier New" w:hAnsi="Courier New"/>
          <w:color w:val="555555"/>
          <w:sz w:val="20"/>
        </w:rPr>
        <w:t>[20]</w:t>
      </w:r>
    </w:p>
    <w:p>
      <w:r>
        <w:rPr>
          <w:rFonts w:ascii="Gentium Plus" w:hAnsi="Gentium Plus"/>
          <w:sz w:val="24"/>
        </w:rPr>
        <w:t>‘τίς δέ κεν ἄλλου ἀκούσαι; ἅλις πάντεσσιν Ὅμηρος.‘ ‘οὗτος ἀοιδῶν λῷστος, ὃς ἐξ ἐμεῦ οἴσεται οὐδέν.‘ Δαιμόνιοι, τί δὲ κέρδος ὁ μυρίος ἔνδοθι χρυσός κείμενος; οὐχ ἅδε πλούτου φρονέουσιν ὄνασις, ἀλλὰ τὸ μὲν ψυχᾷ, τὸ δέ πού τινι δοῦναι ἀοιδῶν·</w:t>
      </w:r>
    </w:p>
    <w:p>
      <w:r>
        <w:rPr>
          <w:rFonts w:ascii="Courier New" w:hAnsi="Courier New"/>
          <w:color w:val="555555"/>
          <w:sz w:val="20"/>
        </w:rPr>
        <w:t>[25]</w:t>
      </w:r>
    </w:p>
    <w:p>
      <w:r>
        <w:rPr>
          <w:rFonts w:ascii="Gentium Plus" w:hAnsi="Gentium Plus"/>
          <w:sz w:val="24"/>
        </w:rPr>
        <w:t>πολλοὺς εὖ ἔρξαι πηῶν, πολλοὺς δὲ καὶ ἄλλων ἀνθρώπων, αἰεὶ δὲ θεοῖς ἐπιβώμια ῥέζειν, μηδὲ ξεινοδόκον κακὸν ἔμμεναι ἀλλὰ τραπέζῃ μειλίξαντ’ ἀποπέμψαι ἐπὴν ἐθέλωντι νέεσθαι, Μοισάων δὲ μάλιστα τίειν ἱεροὺς ὑποφήτας,</w:t>
      </w:r>
    </w:p>
    <w:p>
      <w:r>
        <w:rPr>
          <w:rFonts w:ascii="Courier New" w:hAnsi="Courier New"/>
          <w:color w:val="555555"/>
          <w:sz w:val="20"/>
        </w:rPr>
        <w:t>[30]</w:t>
      </w:r>
    </w:p>
    <w:p>
      <w:r>
        <w:rPr>
          <w:rFonts w:ascii="Gentium Plus" w:hAnsi="Gentium Plus"/>
          <w:sz w:val="24"/>
        </w:rPr>
        <w:t>ὄφρα καὶ εἰν Ἀίδαο κεκρυμμένος ἐσθλὸς ἀκούσῃς, μηδ’ ἀκλεὴς μύρηαι ἐπὶ ψυχροῦ Ἀχέροντος, ὡσεί τις μακέλᾳ τετυλωμένος ἔνδοθι χεῖρας ἀχὴν ἐκ πατέρων πενίην ἀκτήμονα κλαίων. πολλοὶ ἐν Ἀντιόχοιο δόμοις καὶ ἄνακτος Ἀλεύα</w:t>
      </w:r>
    </w:p>
    <w:p>
      <w:r>
        <w:rPr>
          <w:rFonts w:ascii="Courier New" w:hAnsi="Courier New"/>
          <w:color w:val="555555"/>
          <w:sz w:val="20"/>
        </w:rPr>
        <w:t>[35]</w:t>
      </w:r>
    </w:p>
    <w:p>
      <w:r>
        <w:rPr>
          <w:rFonts w:ascii="Gentium Plus" w:hAnsi="Gentium Plus"/>
          <w:sz w:val="24"/>
        </w:rPr>
        <w:t>ἁρμαλιὴν ἔμμηνον ἐμετρήσαντο πενέσται· πολλοὶ δὲ Σκοπάδαισιν ἐλαυνόμενοι ποτὶ σακούς μόσχοι σὺν κεραῇσιν ἐμυκήσαντο βόεσσι· μυρία δ’ ἂμ πεδίον Κραννώνιον ἐνδιάασκον ποιμένες ἔκκριτα μῆλα φιλοξείνοισι Κρεώνδαις·</w:t>
      </w:r>
    </w:p>
    <w:p>
      <w:r>
        <w:rPr>
          <w:rFonts w:ascii="Courier New" w:hAnsi="Courier New"/>
          <w:color w:val="555555"/>
          <w:sz w:val="20"/>
        </w:rPr>
        <w:t>[40]</w:t>
      </w:r>
    </w:p>
    <w:p>
      <w:r>
        <w:rPr>
          <w:rFonts w:ascii="Gentium Plus" w:hAnsi="Gentium Plus"/>
          <w:sz w:val="24"/>
        </w:rPr>
        <w:t>ἀλλ’ οὔ σφιν τῶν ἦδος, ἐπεὶ γλυκὺν ἐξεκένωσαν θυμὸν ἐς εὐρεῖαν σχεδίαν στυγνοῖο γέροντος· ἄμναστοι δὲ τὰ πολλὰ καὶ ὄλβια τῆνα λιπόντες δειλοῖς ἐν νεκύεσσι μακροὺς αἰῶνας ἔκειντο, εἰ μὴ θεῖος ἀοιδὸς ὁ Κήιος αἰόλα φωνέων</w:t>
      </w:r>
    </w:p>
    <w:p>
      <w:r>
        <w:rPr>
          <w:rFonts w:ascii="Courier New" w:hAnsi="Courier New"/>
          <w:color w:val="555555"/>
          <w:sz w:val="20"/>
        </w:rPr>
        <w:t>[45]</w:t>
      </w:r>
    </w:p>
    <w:p>
      <w:r>
        <w:rPr>
          <w:rFonts w:ascii="Gentium Plus" w:hAnsi="Gentium Plus"/>
          <w:sz w:val="24"/>
        </w:rPr>
        <w:t>βάρβιτον ἐς πολύχορδον ἐν ἀνδράσι θῆκ’ ὀνομαστούς ὁπλοτέροις· τιμᾶς δὲ καὶ ὠκέες ἔλλαχον ἵπποι, οἵ σφισιν ἐξ ἱερῶν στεφανηφόροι ἦλθον ἀγώνων. τίς δ’ ἂν ἀριστῆας Λυκίων ποτέ, τίς κομόωντας Πριαμίδας ἢ θῆλυν ἀπὸ χροιᾶς Κύκνον ἔγνω,</w:t>
      </w:r>
    </w:p>
    <w:p>
      <w:r>
        <w:rPr>
          <w:rFonts w:ascii="Courier New" w:hAnsi="Courier New"/>
          <w:color w:val="555555"/>
          <w:sz w:val="20"/>
        </w:rPr>
        <w:t>[Id . 16 (50)]</w:t>
      </w:r>
    </w:p>
    <w:p>
      <w:r>
        <w:rPr>
          <w:rFonts w:ascii="Gentium Plus" w:hAnsi="Gentium Plus"/>
          <w:sz w:val="24"/>
        </w:rPr>
        <w:t>εἰ μὴ φυλόπιδας προτέρων ὕμνησαν ἀοιδοί; οὐδ’ Ὀδυσεὺς ἑκατόν τε καὶ εἴκοσι μῆνας ἀλαθείς πάντας ἐπ’ ἀνθρώπους, Ἀίδαν τ’ εἰς ἔσχατον ἐλθών</w:t>
      </w:r>
    </w:p>
    <w:p>
      <w:r>
        <w:rPr>
          <w:rFonts w:ascii="Courier New" w:hAnsi="Courier New"/>
          <w:color w:val="555555"/>
          <w:sz w:val="20"/>
        </w:rPr>
        <w:t>[55]</w:t>
      </w:r>
    </w:p>
    <w:p>
      <w:r>
        <w:rPr>
          <w:rFonts w:ascii="Gentium Plus" w:hAnsi="Gentium Plus"/>
          <w:sz w:val="24"/>
        </w:rPr>
        <w:t>Εὔμαιος καὶ βουσὶ Φιλοίτιος ἀμφ’ ἀγελαίαις ἔργον ἔχων αὐτός τε περίσπλαγχνος Λαέρτης, εἰ μή σφεας ὤνασαν Ἰάονος ἀνδρὸς ἀοιδαί. Ἐκ Μοισᾶν ἀγαθὸν κλέος ἔρχεται ἀνθρώποισι, χρήματα δὲ ζώοντες ἀμαλδύνουσι θανόντων.</w:t>
      </w:r>
    </w:p>
    <w:p>
      <w:r>
        <w:rPr>
          <w:rFonts w:ascii="Courier New" w:hAnsi="Courier New"/>
          <w:color w:val="555555"/>
          <w:sz w:val="20"/>
        </w:rPr>
        <w:t>[60]</w:t>
      </w:r>
    </w:p>
    <w:p>
      <w:r>
        <w:rPr>
          <w:rFonts w:ascii="Gentium Plus" w:hAnsi="Gentium Plus"/>
          <w:sz w:val="24"/>
        </w:rPr>
        <w:t>ἀλλ’ ἶσος γὰρ ὁ μόχθος ἐπ’ ᾐόνι κύματα μετρεῖν ὅσς’ ἄνεμος χέρσονδε μετὰ γλαυκᾶς ἁλὸς ὠθεῖ, ἢ ὕδατι νίζειν θολερὰν διαειδέι πλίνθον, καὶ φιλοκερδείῃ βεβλαμμένον ἄνδρα παρελθεῖν. χαιρέτω ὅστις τοῖος, ἀνήριθμος δέ οἱ εἴη</w:t>
      </w:r>
    </w:p>
    <w:p>
      <w:r>
        <w:rPr>
          <w:rFonts w:ascii="Courier New" w:hAnsi="Courier New"/>
          <w:color w:val="555555"/>
          <w:sz w:val="20"/>
        </w:rPr>
        <w:t>[65]</w:t>
      </w:r>
    </w:p>
    <w:p>
      <w:r>
        <w:rPr>
          <w:rFonts w:ascii="Gentium Plus" w:hAnsi="Gentium Plus"/>
          <w:sz w:val="24"/>
        </w:rPr>
        <w:t>ἄργυρος, αἰεὶ δὲ πλεόνων ἔχοι ἵμερος αὐτόν· αὐτὰρ ἐγὼ τιμήν τε καὶ ἀνθρώπων φιλότητα πολλῶν ἡμιόνων τε καὶ ἵππων πρόσθεν ἑλοίμαν. δίζημαι δ’ ὅτινι θνατῶν κεχαρισμένος ἔλθω σὺν Μοίσαις· χαλεπαὶ γὰρ ὁδοὶ τελέθουσιν ἀοιδοῖς</w:t>
      </w:r>
    </w:p>
    <w:p>
      <w:r>
        <w:rPr>
          <w:rFonts w:ascii="Courier New" w:hAnsi="Courier New"/>
          <w:color w:val="555555"/>
          <w:sz w:val="20"/>
        </w:rPr>
        <w:t>[70]</w:t>
      </w:r>
    </w:p>
    <w:p>
      <w:r>
        <w:rPr>
          <w:rFonts w:ascii="Gentium Plus" w:hAnsi="Gentium Plus"/>
          <w:sz w:val="24"/>
        </w:rPr>
        <w:t>κουράων ἀπάνευθε Διὸς μέγα βουλεύοντος. οὔπω μῆνας ἄγων ἔκαμ’ οὐρανὸς οὐδ’ ἐνιαυτούς· πολλοὶ κινήσουσιν ἔτι τροχὸν ἄματος ἵπποι· ἔσσεται οὗτος ἀνὴρ ὃς ἐμεῦ κεχρήσετ’ ἀοιδοῦ, ῥέξας ἢ Ἀχιλεὺς ὅσσον μέγας ἢ βαρὺς Αἴας</w:t>
      </w:r>
    </w:p>
    <w:p>
      <w:r>
        <w:rPr>
          <w:rFonts w:ascii="Courier New" w:hAnsi="Courier New"/>
          <w:color w:val="555555"/>
          <w:sz w:val="20"/>
        </w:rPr>
        <w:t>[75]</w:t>
      </w:r>
    </w:p>
    <w:p>
      <w:r>
        <w:rPr>
          <w:rFonts w:ascii="Gentium Plus" w:hAnsi="Gentium Plus"/>
          <w:sz w:val="24"/>
        </w:rPr>
        <w:t>ἐν πεδίῳ Σιμόεντος, ὅθι Φρυγὸς ἠρίον Ἴλου. ἤδη νῦν Φοίνικες ὑπ’ ἠελίῳ δύνοντι οἰκεῦντες Λιβύας ἄκρον σφυρὸν ἐρρίγασιν· ἤδη βαστάζουσι Συρακόσιοι μέσα δοῦρα, ἀχθόμενοι σακέεσσι βραχίονας ἰτεΐνοισιν·</w:t>
      </w:r>
    </w:p>
    <w:p>
      <w:r>
        <w:rPr>
          <w:rFonts w:ascii="Courier New" w:hAnsi="Courier New"/>
          <w:color w:val="555555"/>
          <w:sz w:val="20"/>
        </w:rPr>
        <w:t>[80]</w:t>
      </w:r>
    </w:p>
    <w:p>
      <w:r>
        <w:rPr>
          <w:rFonts w:ascii="Gentium Plus" w:hAnsi="Gentium Plus"/>
          <w:sz w:val="24"/>
        </w:rPr>
        <w:t>ἐν δ’ αὐτοῖς Ἱέρων προτέροις ἴσος ἡρώεσσι ζώννυται, ἵππειαι δὲ κόρυν σκιάουσιν ἔθειραι.</w:t>
      </w:r>
    </w:p>
    <w:p>
      <w:r>
        <w:rPr>
          <w:rFonts w:ascii="Courier New" w:hAnsi="Courier New"/>
          <w:color w:val="555555"/>
          <w:sz w:val="20"/>
        </w:rPr>
        <w:t>[85]</w:t>
      </w:r>
    </w:p>
    <w:p>
      <w:r>
        <w:rPr>
          <w:rFonts w:ascii="Gentium Plus" w:hAnsi="Gentium Plus"/>
          <w:sz w:val="24"/>
        </w:rPr>
        <w:t>ἐχθροὺς ἐκ νάσοιο κακαὶ πέμψειαν ἀνάγκαι Σαρδόνιον κατὰ κῦμα φίλων μόρον ἀγγέλλοντας τέκνοις ἠδ’ ἀλόχοισιν, ἀριθμητοὺς ἀπὸ πολλῶν. ἄστεα δὲ προτέροισι πάλιν ναίοιτο πολίταις, δυσμενέων ὅσα χεῖρες ἐλωβήσαντο κατ’ ἄκρας·</w:t>
      </w:r>
    </w:p>
    <w:p>
      <w:r>
        <w:rPr>
          <w:rFonts w:ascii="Courier New" w:hAnsi="Courier New"/>
          <w:color w:val="555555"/>
          <w:sz w:val="20"/>
        </w:rPr>
        <w:t>[90]</w:t>
      </w:r>
    </w:p>
    <w:p>
      <w:r>
        <w:rPr>
          <w:rFonts w:ascii="Gentium Plus" w:hAnsi="Gentium Plus"/>
          <w:sz w:val="24"/>
        </w:rPr>
        <w:t>ἀγροὺς δ’ ἐργάζοιντο τεθαλότας· αἱ δ’ ἀνάριθμοι μήλων χιλιάδες βοτάνᾳ διαπιανθεῖσαι ἂμ πεδίον βληχῷντο, βόες δ’ ἀγεληδὸν ἐς αὖλιν ἐρχόμεναι σκνιφαῖον ἐπισπεύδοιεν ὁδίταν· νειοὶ δ’ ἐκπονέοιντο ποτὶ σπόρον, ἁνίκα τέττιξ</w:t>
      </w:r>
    </w:p>
    <w:p>
      <w:r>
        <w:rPr>
          <w:rFonts w:ascii="Courier New" w:hAnsi="Courier New"/>
          <w:color w:val="555555"/>
          <w:sz w:val="20"/>
        </w:rPr>
        <w:t>[95]</w:t>
      </w:r>
    </w:p>
    <w:p>
      <w:r>
        <w:rPr>
          <w:rFonts w:ascii="Gentium Plus" w:hAnsi="Gentium Plus"/>
          <w:sz w:val="24"/>
        </w:rPr>
        <w:t>ποιμένας ἐνδίους πεφυλαγμένος ὑψόθι δένδρων ἀχεῖ ἐν ἀκρεμόνεσσιν· ἀράχνια δ’ εἰς ὅπλ’ ἀράχναι λεπτὰ διαστήσαιντο, βοᾶς δ’ ἔτι μηδ’ ὄνομ’ εἴη. ὑψηλὸν δ’ Ἱέρωνι κλέος φορέοιεν ἀοιδοί καὶ πόντου Σκυθικοῖο πέραν καὶ ὅθι πλατὺ τεῖχος</w:t>
      </w:r>
    </w:p>
    <w:p>
      <w:r>
        <w:rPr>
          <w:rFonts w:ascii="Courier New" w:hAnsi="Courier New"/>
          <w:color w:val="555555"/>
          <w:sz w:val="20"/>
        </w:rPr>
        <w:t>[Id . 16 (100)]</w:t>
      </w:r>
    </w:p>
    <w:p>
      <w:r>
        <w:rPr>
          <w:rFonts w:ascii="Gentium Plus" w:hAnsi="Gentium Plus"/>
          <w:sz w:val="24"/>
        </w:rPr>
        <w:t>ἀσφάλτῳ δήσασα Σεμίραμις ἐμβασίλευεν. εἷς μὲν ἐγώ, πολλοὺς δὲ Διὸς φιλέοντι καὶ ἄλλους θυγατέρες, τοῖς πᾶσι μέλοι Σικελὴν Ἀρέθοισαν ὑμνεῖν σὺν λαοῖσι καὶ αἰχμητὴν Ἱέρωνα. ὦ Ἐτεόκλειοι Χάριτες θεαί, ὦ Μινύειον</w:t>
      </w:r>
    </w:p>
    <w:p>
      <w:r>
        <w:rPr>
          <w:rFonts w:ascii="Courier New" w:hAnsi="Courier New"/>
          <w:color w:val="555555"/>
          <w:sz w:val="20"/>
        </w:rPr>
        <w:t>[105]</w:t>
      </w:r>
    </w:p>
    <w:p>
      <w:r>
        <w:rPr>
          <w:rFonts w:ascii="Gentium Plus" w:hAnsi="Gentium Plus"/>
          <w:sz w:val="24"/>
        </w:rPr>
        <w:t>Ὀρχομενὸν φιλέοισαι ἀπεχθόμενόν ποτε Θήβαις, ἄκλητος μὲν ἔγωγε μένοιμί κεν, ἐς δὲ καλεύντων θαρσήσας Μοίσαισι σὺν ἁμετέραισιν ἴοιμ’ ἄν. καλλείψω δ’ οὐδ’ ὔμμε· τί γὰρ Χαρίτων ἀγαπητόν</w:t>
      </w:r>
    </w:p>
    <w:p>
      <w:pPr>
        <w:jc w:val="center"/>
      </w:pPr>
      <w:r>
        <w:rPr>
          <w:rFonts w:ascii="Gentium Plus" w:hAnsi="Gentium Plus"/>
          <w:b/>
          <w:sz w:val="24"/>
        </w:rPr>
        <w:t>ΘΕΟΚΡΙΤΟΥ ΕΓΚΩΜΙΟΝ ΕΙΣ ΠΤΟΛΕΜΑΙΟΝ</w:t>
      </w:r>
    </w:p>
    <w:p>
      <w:r>
        <w:rPr>
          <w:rFonts w:ascii="Courier New" w:hAnsi="Courier New"/>
          <w:color w:val="555555"/>
          <w:sz w:val="20"/>
        </w:rPr>
        <w:t>[1]</w:t>
      </w:r>
    </w:p>
    <w:p>
      <w:r>
        <w:rPr>
          <w:rFonts w:ascii="Gentium Plus" w:hAnsi="Gentium Plus"/>
          <w:sz w:val="24"/>
        </w:rPr>
        <w:t>Ἐκ Διὸς ἀρχώμεσθα καὶ ἐς Δία λήγετε Μοῖσαι, ἀθανάτων τὸν ἄριστον, ἐπὴν † ἀείδωμεν ἀοιδαῖς· ἀνδρῶν δ’ αὖ Πτολεμαῖος ἐνὶ πρώτοισι λεγέσθω καὶ πύματος καὶ μέσσος· ὃ γὰρ προφερέστατος ἀνδρῶν.</w:t>
      </w:r>
    </w:p>
    <w:p>
      <w:r>
        <w:rPr>
          <w:rFonts w:ascii="Courier New" w:hAnsi="Courier New"/>
          <w:color w:val="555555"/>
          <w:sz w:val="20"/>
        </w:rPr>
        <w:t>[5]</w:t>
      </w:r>
    </w:p>
    <w:p>
      <w:r>
        <w:rPr>
          <w:rFonts w:ascii="Gentium Plus" w:hAnsi="Gentium Plus"/>
          <w:sz w:val="24"/>
        </w:rPr>
        <w:t>ἥρωες, τοὶ πρόσθεν ἀφ’ ἡμιθέων ἐγένοντο, ῥέξαντες καλὰ ἔργα σοφῶν ἐκύρησαν ἀοιδῶν· αὐτὰρ ἐγὼ Πτολεμαῖον ἐπιστάμενος καλὰ εἰπεῖν ὑμνήσαιμ’· ὕμνοι δὲ καὶ ἀθανάτων γέρας αὐτῶν. Ἴδαν ἐς πολύδενδρον ἀνὴρ ὑλατόμος ἐλθών</w:t>
      </w:r>
    </w:p>
    <w:p>
      <w:r>
        <w:rPr>
          <w:rFonts w:ascii="Courier New" w:hAnsi="Courier New"/>
          <w:color w:val="555555"/>
          <w:sz w:val="20"/>
        </w:rPr>
        <w:t>[10]</w:t>
      </w:r>
    </w:p>
    <w:p>
      <w:r>
        <w:rPr>
          <w:rFonts w:ascii="Gentium Plus" w:hAnsi="Gentium Plus"/>
          <w:sz w:val="24"/>
        </w:rPr>
        <w:t>παπταίνει, παρεόντος ἄδην, πόθεν ἄρξεται ἔργου. τί πρῶτον καταλέξω; ἐπεὶ πάρα μυρία εἰπεῖν οἷσι θεοὶ τὸν ἄριστον ἐτίμησαν βασιλήων. Ἐκ πατέρων οἷος μὲν ἔην τελέσαι μέγα ἔργον Λαγείδας Πτολεμαῖος, ὅτε φρεσὶν ἐγκατάθοιτο</w:t>
      </w:r>
    </w:p>
    <w:p>
      <w:r>
        <w:rPr>
          <w:rFonts w:ascii="Courier New" w:hAnsi="Courier New"/>
          <w:color w:val="555555"/>
          <w:sz w:val="20"/>
        </w:rPr>
        <w:t>[15]</w:t>
      </w:r>
    </w:p>
    <w:p>
      <w:r>
        <w:rPr>
          <w:rFonts w:ascii="Gentium Plus" w:hAnsi="Gentium Plus"/>
          <w:sz w:val="24"/>
        </w:rPr>
        <w:t>βουλάν, ἃν οὐκ ἄλλος ἀνὴρ οἷός τε νοῆσαι. τῆνον καὶ μακάρεσσι πατὴρ ὁμότιμον ἔθηκεν ἀθανάτοις, καί οἱ χρύσεος θρόνος ἐν Διὸς οἴκῳ δέδμηται· παρὰ δ’ αὐτὸν Ἀλέξανδρος φίλα εἰδώς ἑδριάει, Πέρσαισι βαρὺς θεὸς αἰολομίτρας.</w:t>
      </w:r>
    </w:p>
    <w:p>
      <w:r>
        <w:rPr>
          <w:rFonts w:ascii="Courier New" w:hAnsi="Courier New"/>
          <w:color w:val="555555"/>
          <w:sz w:val="20"/>
        </w:rPr>
        <w:t>[20]</w:t>
      </w:r>
    </w:p>
    <w:p>
      <w:r>
        <w:rPr>
          <w:rFonts w:ascii="Gentium Plus" w:hAnsi="Gentium Plus"/>
          <w:sz w:val="24"/>
        </w:rPr>
        <w:t>ἀντία δ’ Ἡρακλῆος ἕδρα κενταυροφόνοιο ἵδρυται στερεοῖο τετυγμένα ἐξ ἀδάμαντος· ἔνθα σὺν ἄλλοισιν θαλίας ἔχει Οὐρανίδῃσι, χαίρων υἱωνῶν περιώσιον υἱωνοῖσιν, ὅττι σφεων Κρονίδης μελέων ἐξείλετο γῆρας,</w:t>
      </w:r>
    </w:p>
    <w:p>
      <w:r>
        <w:rPr>
          <w:rFonts w:ascii="Courier New" w:hAnsi="Courier New"/>
          <w:color w:val="555555"/>
          <w:sz w:val="20"/>
        </w:rPr>
        <w:t>[25]</w:t>
      </w:r>
    </w:p>
    <w:p>
      <w:r>
        <w:rPr>
          <w:rFonts w:ascii="Gentium Plus" w:hAnsi="Gentium Plus"/>
          <w:sz w:val="24"/>
        </w:rPr>
        <w:t>ἀθάνατοι δὲ καλεῦνται ἑοὶ νέποδες γεγαῶτες. ἄμφω γὰρ πρόγονός σφιν ὁ καρτερὸς Ἡρακλείδας, ἀμφότεροι δ’ ἀριθμεῦνται ἐς ἔσχατον Ἡρακλῆα. τῷ καὶ ἐπεὶ δαίτηθεν ἴοι κεκορημένος ἤδη νέκταρος εὐόδμοιο φίλας ἐς δῶμ’ ἀλόχοιο,</w:t>
      </w:r>
    </w:p>
    <w:p>
      <w:r>
        <w:rPr>
          <w:rFonts w:ascii="Courier New" w:hAnsi="Courier New"/>
          <w:color w:val="555555"/>
          <w:sz w:val="20"/>
        </w:rPr>
        <w:t>[30]</w:t>
      </w:r>
    </w:p>
    <w:p>
      <w:r>
        <w:rPr>
          <w:rFonts w:ascii="Gentium Plus" w:hAnsi="Gentium Plus"/>
          <w:sz w:val="24"/>
        </w:rPr>
        <w:t>τῷ μὲν τόξον ἔδωκεν ὑπωλένιόν τε φαρέτραν, τῷ δὲ σιδάρειον σκύταλον κεχαραγμένον ὄζοις· οἳ δ’ εἰς ἀμβρόσιον θάλαμον λευκοσφύρου Ἥβας ὅπλα καὶ αὐτὸν ἄγουσι γενειήταν Διὸς υἱόν. Οἵα δ’ ἐν πινυταῖσι περικλειτὰ Βερενίκα</w:t>
      </w:r>
    </w:p>
    <w:p>
      <w:r>
        <w:rPr>
          <w:rFonts w:ascii="Courier New" w:hAnsi="Courier New"/>
          <w:color w:val="555555"/>
          <w:sz w:val="20"/>
        </w:rPr>
        <w:t>[35]</w:t>
      </w:r>
    </w:p>
    <w:p>
      <w:r>
        <w:rPr>
          <w:rFonts w:ascii="Gentium Plus" w:hAnsi="Gentium Plus"/>
          <w:sz w:val="24"/>
        </w:rPr>
        <w:t>ἔπρεπε θηλυτέρῃς, ὄφελος μέγα γειναμένοισι. τᾷ μὲν Κύπρον ἔχοισα Διώνας πότνια κούρα κόλπον ἐς εὐώδη ῥαδινὰς ἐσεμάξατο χεῖρας· τῷ οὔπω τινὰ φαντὶ ἁδεῖν τόσον ἀνδρὶ γυναικῶν ὅσσον περ Πτολεμαῖος ἑὴν ἐφίλησεν ἄκοιτιν.</w:t>
      </w:r>
    </w:p>
    <w:p>
      <w:r>
        <w:rPr>
          <w:rFonts w:ascii="Courier New" w:hAnsi="Courier New"/>
          <w:color w:val="555555"/>
          <w:sz w:val="20"/>
        </w:rPr>
        <w:t>[40]</w:t>
      </w:r>
    </w:p>
    <w:p>
      <w:r>
        <w:rPr>
          <w:rFonts w:ascii="Gentium Plus" w:hAnsi="Gentium Plus"/>
          <w:sz w:val="24"/>
        </w:rPr>
        <w:t>ἦ μὰν ἀντεφιλεῖτο πολὺ πλέον. ὧδέ κε παισί θαρσήσας σφετέροισιν ἐπιτρέποι οἶκον ἅπαντα, ὁππότε κεν φιλέων βαίνῃ λέχος ἐς φιλεούσης· ἀστόργου δὲ γυναικὸς ἐπ’ ἀλλοτρίῳ νόος αἰεί, ῥηίδιοι δὲ γοναί, τέκνα δ’ οὐ ποτεοικότα πατρί.</w:t>
      </w:r>
    </w:p>
    <w:p>
      <w:r>
        <w:rPr>
          <w:rFonts w:ascii="Courier New" w:hAnsi="Courier New"/>
          <w:color w:val="555555"/>
          <w:sz w:val="20"/>
        </w:rPr>
        <w:t>[45]</w:t>
      </w:r>
    </w:p>
    <w:p>
      <w:r>
        <w:rPr>
          <w:rFonts w:ascii="Gentium Plus" w:hAnsi="Gentium Plus"/>
          <w:sz w:val="24"/>
        </w:rPr>
        <w:t>κάλλει ἀριστεύουσα θεάων πότν’ Ἀφροδίτα, σοὶ τήνα μεμέλητο· σέθεν δ’ ἕνεκεν Βερενίκα εὐειδὴς Ἀχέροντα πολύστονον οὐκ ἐπέρασεν, ἀλλά μιν ἁρπάξασα, πάροιθ’ ἐπὶ νῆα κατελθεῖν κυανέαν καὶ στυγνὸν ἀεὶ πορθμῆα καμόντων,</w:t>
      </w:r>
    </w:p>
    <w:p>
      <w:r>
        <w:rPr>
          <w:rFonts w:ascii="Courier New" w:hAnsi="Courier New"/>
          <w:color w:val="555555"/>
          <w:sz w:val="20"/>
        </w:rPr>
        <w:t>[Id . 17 (50)]</w:t>
      </w:r>
    </w:p>
    <w:p>
      <w:r>
        <w:rPr>
          <w:rFonts w:ascii="Gentium Plus" w:hAnsi="Gentium Plus"/>
          <w:sz w:val="24"/>
        </w:rPr>
        <w:t>ἐς ναὸν κατέθηκας, ἑᾶς δ’ ἀπεδάσσαο τιμᾶς. πᾶσιν δ’ ἤπιος ἥδε βροτοῖς μαλακοὺς μὲν ἔρωτας προσπνείει, κούφας δὲ διδοῖ ποθέοντι μερίμνας. Ἀργεία κυάνοφρυ, σὺ λαοφόνον Διομήδεα μισγομένα Τυδῆι τέκες, Καλυδωνίῳ ἀνδρί,</w:t>
      </w:r>
    </w:p>
    <w:p>
      <w:r>
        <w:rPr>
          <w:rFonts w:ascii="Courier New" w:hAnsi="Courier New"/>
          <w:color w:val="555555"/>
          <w:sz w:val="20"/>
        </w:rPr>
        <w:t>[55]</w:t>
      </w:r>
    </w:p>
    <w:p>
      <w:r>
        <w:rPr>
          <w:rFonts w:ascii="Gentium Plus" w:hAnsi="Gentium Plus"/>
          <w:sz w:val="24"/>
        </w:rPr>
        <w:t>ἀλλὰ Θέτις βαθύκολπος ἀκοντιστὰν Ἀχιλῆα Αἰακίδᾳ Πηλῆι· σὲ δ’, αἰχμητὰ Πτολεμαῖε, αἰχμητᾷ Πτολεμαίῳ ἀρίζηλος Βερενίκα. καί σε Κόως ἀτίταλλε βρέφος νεογιλλὸν ἐόντα, δεξαμένα παρὰ ματρὸς ὅτε πρώταν ἴδες ἀῶ.</w:t>
      </w:r>
    </w:p>
    <w:p>
      <w:r>
        <w:rPr>
          <w:rFonts w:ascii="Courier New" w:hAnsi="Courier New"/>
          <w:color w:val="555555"/>
          <w:sz w:val="20"/>
        </w:rPr>
        <w:t>[60]</w:t>
      </w:r>
    </w:p>
    <w:p>
      <w:r>
        <w:rPr>
          <w:rFonts w:ascii="Gentium Plus" w:hAnsi="Gentium Plus"/>
          <w:sz w:val="24"/>
        </w:rPr>
        <w:t>ἔνθα γὰρ Εἰλείθυιαν ἐβώσατο λυσίζωνον Ἀντιγόνας θυγάτηρ βεβαρημένα ὠδίνεσσιν· ἣ δέ οἱ εὐμενέοισα παρίστατο, κὰδ δ’ ἄρα πάντων νωδυνίαν κατέχευε μελῶν· ὃ δὲ πατρὶ ἐοικώς παῖς ἀγαπητὸς ἔγεντο. Κόως δ’ ὀλόλυξεν ἰδοῖσα,</w:t>
      </w:r>
    </w:p>
    <w:p>
      <w:r>
        <w:rPr>
          <w:rFonts w:ascii="Courier New" w:hAnsi="Courier New"/>
          <w:color w:val="555555"/>
          <w:sz w:val="20"/>
        </w:rPr>
        <w:t>[65]</w:t>
      </w:r>
    </w:p>
    <w:p>
      <w:r>
        <w:rPr>
          <w:rFonts w:ascii="Gentium Plus" w:hAnsi="Gentium Plus"/>
          <w:sz w:val="24"/>
        </w:rPr>
        <w:t>φᾶ δὲ καθαπτομένα βρέφεος χείρεσσι φίλῃσιν· ‘ὄλβιε κοῦρε γένοιο, τίοις δέ με τόσσον ὅσον περ Δῆλον ἐτίμησεν κυανάμπυκα Φοῖβος Ἀπόλλων· ἐν δὲ μιᾷ τιμῇ Τρίοπον καταθεῖο κολώναν, ἶσον Δωριέεσσι νέμων γέρας ἐγγὺς ἐοῦσιν·</w:t>
      </w:r>
    </w:p>
    <w:p>
      <w:r>
        <w:rPr>
          <w:rFonts w:ascii="Courier New" w:hAnsi="Courier New"/>
          <w:color w:val="555555"/>
          <w:sz w:val="20"/>
        </w:rPr>
        <w:t>[70]</w:t>
      </w:r>
    </w:p>
    <w:p>
      <w:r>
        <w:rPr>
          <w:rFonts w:ascii="Gentium Plus" w:hAnsi="Gentium Plus"/>
          <w:sz w:val="24"/>
        </w:rPr>
        <w:t>ἶσον καὶ Ῥήναιαν ἄναξ ἐφίλησεν Ἀπόλλων.‘ ὣς ἄρα νᾶσος ἔειπεν· ὁ δ’ ὑψόθεν ἔκλαγε φωνᾷ ἐς τρὶς ἀπὸ νεφέων μέγας αἰετός, αἴσιος ὄρνις. Ζηνός που τόδε σᾶμα· Διὶ Κρονίωνι μέλοντι αἰδοῖοι βασιλῆες, ὃ δ’ ἔξοχος ὅν κε φιλήσῃ</w:t>
      </w:r>
    </w:p>
    <w:p>
      <w:r>
        <w:rPr>
          <w:rFonts w:ascii="Courier New" w:hAnsi="Courier New"/>
          <w:color w:val="555555"/>
          <w:sz w:val="20"/>
        </w:rPr>
        <w:t>[75]</w:t>
      </w:r>
    </w:p>
    <w:p>
      <w:r>
        <w:rPr>
          <w:rFonts w:ascii="Gentium Plus" w:hAnsi="Gentium Plus"/>
          <w:sz w:val="24"/>
        </w:rPr>
        <w:t>γεινόμενον τὰ πρῶτα· πολὺς δέ οἱ ὄλβος ὀπαδεῖ, πολλᾶς δὲ κρατέει γαίας, πολλᾶς δὲ θαλάσσας. Μυρίαι ἄπειροί τε καὶ ἔθνεα μυρία φωτῶν λήιον ἀλδήσκουσιν ὀφελλόμεναι Διὸς ὄμβρῳ, ἀλλ’ οὔτις τόσα φύει ὅσα χθαμαλὰ Αἴγυπτος,</w:t>
      </w:r>
    </w:p>
    <w:p>
      <w:r>
        <w:rPr>
          <w:rFonts w:ascii="Courier New" w:hAnsi="Courier New"/>
          <w:color w:val="555555"/>
          <w:sz w:val="20"/>
        </w:rPr>
        <w:t>[80]</w:t>
      </w:r>
    </w:p>
    <w:p>
      <w:r>
        <w:rPr>
          <w:rFonts w:ascii="Gentium Plus" w:hAnsi="Gentium Plus"/>
          <w:sz w:val="24"/>
        </w:rPr>
        <w:t>Νεῖλος ἀναβλύζων διερὰν ὅτε βώλακα θρύπτει, οὐδέ τις ἄστεα τόσσα βροτῶν ἔχει ἔργα δαέντων. τρεῖς μέν οἱ πολίων ἑκατοντάδες ἐνδέδμηνται, τρεῖς δ’ ἄρα χιλιάδες τρισσαῖς ἐπὶ μυριάδεσσι,</w:t>
      </w:r>
    </w:p>
    <w:p>
      <w:r>
        <w:rPr>
          <w:rFonts w:ascii="Courier New" w:hAnsi="Courier New"/>
          <w:color w:val="555555"/>
          <w:sz w:val="20"/>
        </w:rPr>
        <w:t>[85]</w:t>
      </w:r>
    </w:p>
    <w:p>
      <w:r>
        <w:rPr>
          <w:rFonts w:ascii="Gentium Plus" w:hAnsi="Gentium Plus"/>
          <w:sz w:val="24"/>
        </w:rPr>
        <w:t>τῶν πάντων Πτολεμαῖος ἀγήνωρ ἐμβασιλεύει. καὶ μὴν Φοινίκας ἀποτέμνεται Ἀρραβίας τε καὶ Συρίας Λιβύας τε κελαινῶν τ’ Αἰθιοπήων· Παμφύλοισί τε πᾶσι καὶ αἰχμηταῖς Κιλίκεσσι σαμαίνει, Λυκίοις τε φιλοπτολέμοισί τε Καρσί</w:t>
      </w:r>
    </w:p>
    <w:p>
      <w:r>
        <w:rPr>
          <w:rFonts w:ascii="Courier New" w:hAnsi="Courier New"/>
          <w:color w:val="555555"/>
          <w:sz w:val="20"/>
        </w:rPr>
        <w:t>[90]</w:t>
      </w:r>
    </w:p>
    <w:p>
      <w:r>
        <w:rPr>
          <w:rFonts w:ascii="Gentium Plus" w:hAnsi="Gentium Plus"/>
          <w:sz w:val="24"/>
        </w:rPr>
        <w:t>καὶ νάσοις Κυκλάδεσσιν, ἐπεί οἱ νᾶες ἄρισται πόντον ἐπιπλώοντι, θάλασσα δὲ πᾶσα καὶ αἶα καὶ ποταμοὶ κελάδοντες ἀνάσσονται Πτολεμαίῳ, πολλοὶ δ’ ἱππῆες, πολλοὶ δέ μιν ἀσπιδιῶται χαλκῷ μαρμαίροντι σεσαγμένοι ἀμφαγέρονται.</w:t>
      </w:r>
    </w:p>
    <w:p>
      <w:r>
        <w:rPr>
          <w:rFonts w:ascii="Courier New" w:hAnsi="Courier New"/>
          <w:color w:val="555555"/>
          <w:sz w:val="20"/>
        </w:rPr>
        <w:t>[95]</w:t>
      </w:r>
    </w:p>
    <w:p>
      <w:r>
        <w:rPr>
          <w:rFonts w:ascii="Gentium Plus" w:hAnsi="Gentium Plus"/>
          <w:sz w:val="24"/>
        </w:rPr>
        <w:t>Ὄλβῳ μὲν πάντας κε καταβρίθοι βασιλῆας· τόσσον ἐπ’ ἆμαρ ἕκαστον ἐς ἀφνεὸν ἔρχεται οἶκον πάντοθε. λαοὶ δ’ ἔργα περιστέλλουσιν ἕκηλοι· οὐ γάρ τις δηίων πολυκήτεα Νεῖλον ὑπερβάς πεζὸς ἐν ἀλλοτρίαισι βοὰν ἐστάσατο κώμαις,</w:t>
      </w:r>
    </w:p>
    <w:p>
      <w:r>
        <w:rPr>
          <w:rFonts w:ascii="Courier New" w:hAnsi="Courier New"/>
          <w:color w:val="555555"/>
          <w:sz w:val="20"/>
        </w:rPr>
        <w:t>[Id . 17 (100)]</w:t>
      </w:r>
    </w:p>
    <w:p>
      <w:r>
        <w:rPr>
          <w:rFonts w:ascii="Gentium Plus" w:hAnsi="Gentium Plus"/>
          <w:sz w:val="24"/>
        </w:rPr>
        <w:t>οὐδέ τις αἰγιαλόνδε θοᾶς ἐξήλατο ναός θωρηχθεὶς ἐπὶ βουσὶν ἀνάρσιος Αἰγυπτίῃσιν· τοῖος ἀνὴρ πλατέεσσιν ἐνίδρυται πεδίοισι ξανθοκόμας Πτολεμαῖος, ἐπιστάμενος δόρυ πάλλειν, ᾧ ἐπίπαγχυ μέλει πατρώια πάντα φυλάσσειν</w:t>
      </w:r>
    </w:p>
    <w:p>
      <w:r>
        <w:rPr>
          <w:rFonts w:ascii="Courier New" w:hAnsi="Courier New"/>
          <w:color w:val="555555"/>
          <w:sz w:val="20"/>
        </w:rPr>
        <w:t>[105]</w:t>
      </w:r>
    </w:p>
    <w:p>
      <w:r>
        <w:rPr>
          <w:rFonts w:ascii="Gentium Plus" w:hAnsi="Gentium Plus"/>
          <w:sz w:val="24"/>
        </w:rPr>
        <w:t>οἷ’ ἀγαθῷ βασιλῆι, τὰ δὲ κτεατίζεται αὐτός. οὐ μὰν ἀχρεῖός γε δόμῳ ἐνὶ πίονι χρυσός μυρμάκων ἅτε πλοῦτος ἀεὶ κέχυται μογεόντων· ἀλλὰ πολὺν μὲν ἔχοντι θεῶν ἐρικυδέες οἶκοι, αἰὲν ἀπαρχομένοιο σὺν ἄλλοισιν γεράεσσι,</w:t>
      </w:r>
    </w:p>
    <w:p>
      <w:r>
        <w:rPr>
          <w:rFonts w:ascii="Courier New" w:hAnsi="Courier New"/>
          <w:color w:val="555555"/>
          <w:sz w:val="20"/>
        </w:rPr>
        <w:t>[110]</w:t>
      </w:r>
    </w:p>
    <w:p>
      <w:r>
        <w:rPr>
          <w:rFonts w:ascii="Gentium Plus" w:hAnsi="Gentium Plus"/>
          <w:sz w:val="24"/>
        </w:rPr>
        <w:t>πολλὸν δ’ ἰφθίμοισι δεδώρηται βασιλεῦσι, πολλὸν δὲ πτολίεσσι, πολὺν δ’ ἀγαθοῖσιν ἑταίροις. οὐδὲ Διωνύσου τις ἀνὴρ ἱεροὺς κατ’ ἀγῶνας ἵκετ’ ἐπιστάμενος λιγυρὰν ἀναμέλψαι ἀοιδάν,</w:t>
      </w:r>
    </w:p>
    <w:p>
      <w:r>
        <w:rPr>
          <w:rFonts w:ascii="Courier New" w:hAnsi="Courier New"/>
          <w:color w:val="555555"/>
          <w:sz w:val="20"/>
        </w:rPr>
        <w:t>[115]</w:t>
      </w:r>
    </w:p>
    <w:p>
      <w:r>
        <w:rPr>
          <w:rFonts w:ascii="Gentium Plus" w:hAnsi="Gentium Plus"/>
          <w:sz w:val="24"/>
        </w:rPr>
        <w:t>Μουσάων δ’ ὑποφῆται ἀείδοντι Πτολεμαῖον ἀντ’ εὐεργεσίης. τί δὲ κάλλιον ἀνδρί κεν εἴη ὀλβίῳ ἢ κλέος ἐσθλὸν ἐν ἀνθρώποισιν ἀρέσθαι; τοῦτο καὶ Ἀτρεΐδαισι μένει· τὰ δὲ μυρία τῆνα ὅσσα μέγαν Πριάμοιο δόμον κτεάτισσαν ἑλόντες</w:t>
      </w:r>
    </w:p>
    <w:p>
      <w:r>
        <w:rPr>
          <w:rFonts w:ascii="Courier New" w:hAnsi="Courier New"/>
          <w:color w:val="555555"/>
          <w:sz w:val="20"/>
        </w:rPr>
        <w:t>[120]</w:t>
      </w:r>
    </w:p>
    <w:p>
      <w:r>
        <w:rPr>
          <w:rFonts w:ascii="Gentium Plus" w:hAnsi="Gentium Plus"/>
          <w:sz w:val="24"/>
        </w:rPr>
        <w:t>ἀέρι πᾳ κέκρυπται, ὅθεν πάλιν οὐκέτι νόστος. Μοῦνος ὅδε προτέρων τε καὶ ὧν ἔτι θερμὰ κονία στειβομένα καθύπερθε ποδῶν ἐκμάσσεται ἴχνη, ματρὶ φίλᾳ καὶ πατρὶ θυώδεας εἵσατο ναούς· ἐν δ’ αὐτοὺς χρυσῷ περικαλλέας ἠδ’ ἐλέφαντι</w:t>
      </w:r>
    </w:p>
    <w:p>
      <w:r>
        <w:rPr>
          <w:rFonts w:ascii="Courier New" w:hAnsi="Courier New"/>
          <w:color w:val="555555"/>
          <w:sz w:val="20"/>
        </w:rPr>
        <w:t>[125]</w:t>
      </w:r>
    </w:p>
    <w:p>
      <w:r>
        <w:rPr>
          <w:rFonts w:ascii="Gentium Plus" w:hAnsi="Gentium Plus"/>
          <w:sz w:val="24"/>
        </w:rPr>
        <w:t>ἵδρυται πάντεσσιν ἐπιχθονίοισιν ἀρωγούς. πολλὰ δὲ πιανθέντα βοῶν ὅγε μηρία καίει μησὶ περιπλομένοισιν ἐρευθομένων ἐπὶ βωμῶν, αὐτός τ’ ἰφθίμα τ’ ἄλοχος, τᾶς οὔτις ἀρείων νυμφίον ἐν μεγάροισι γυνὰ περιβάλλετ’ ἀγοστῷ,</w:t>
      </w:r>
    </w:p>
    <w:p>
      <w:r>
        <w:rPr>
          <w:rFonts w:ascii="Courier New" w:hAnsi="Courier New"/>
          <w:color w:val="555555"/>
          <w:sz w:val="20"/>
        </w:rPr>
        <w:t>[130]</w:t>
      </w:r>
    </w:p>
    <w:p>
      <w:r>
        <w:rPr>
          <w:rFonts w:ascii="Gentium Plus" w:hAnsi="Gentium Plus"/>
          <w:sz w:val="24"/>
        </w:rPr>
        <w:t>ἐκ θυμοῦ στέργοισα κασίγνητόν τε πόσιν τε. ὧδε καὶ ἀθανάτων ἱερὸς γάμος ἐξετελέσθη οὓς τέκετο κρείουσα Ῥέα βασιλῆας Ὀλύμπου· ἓν δὲ λέχος στόρνυσιν ἰαύειν Ζηνὶ καὶ Ἥρῃ χεῖρας φοιβήσασα μύροις ἔτι παρθένος Ἶρις.</w:t>
      </w:r>
    </w:p>
    <w:p>
      <w:r>
        <w:rPr>
          <w:rFonts w:ascii="Courier New" w:hAnsi="Courier New"/>
          <w:color w:val="555555"/>
          <w:sz w:val="20"/>
        </w:rPr>
        <w:t>[135]</w:t>
      </w:r>
    </w:p>
    <w:p>
      <w:r>
        <w:rPr>
          <w:rFonts w:ascii="Gentium Plus" w:hAnsi="Gentium Plus"/>
          <w:sz w:val="24"/>
        </w:rPr>
        <w:t>Χαῖρε, ἄναξ Πτολεμαῖε· σέθεν δ’ ἐγὼ ἶσα καὶ ἄλλων μνάσομαι ἡμιθέων, δοκέω δ’ ἔπος οὐκ ἀπόβλητον</w:t>
      </w:r>
    </w:p>
    <w:p>
      <w:pPr>
        <w:jc w:val="center"/>
      </w:pPr>
      <w:r>
        <w:rPr>
          <w:rFonts w:ascii="Gentium Plus" w:hAnsi="Gentium Plus"/>
          <w:b/>
          <w:sz w:val="24"/>
        </w:rPr>
        <w:t>ΘΕΟΚΡΙΤΟΥ ΕΛΕΝΗΣ ΕΠΙΘΑΛΑΜΙΟΣ</w:t>
      </w:r>
    </w:p>
    <w:p>
      <w:r>
        <w:rPr>
          <w:rFonts w:ascii="Courier New" w:hAnsi="Courier New"/>
          <w:color w:val="555555"/>
          <w:sz w:val="20"/>
        </w:rPr>
        <w:t>[1]</w:t>
      </w:r>
    </w:p>
    <w:p>
      <w:r>
        <w:rPr>
          <w:rFonts w:ascii="Gentium Plus" w:hAnsi="Gentium Plus"/>
          <w:sz w:val="24"/>
        </w:rPr>
        <w:t>Ἔν ποκ’ ἄρα Σπάρτᾳ ξανθότριχι πὰρ Μενελάῳ παρθενικαὶ θάλλοντα κόμαις ὑάκινθον ἔχοισαι πρόσθε νεογράπτω θαλάμω χορὸν ἐστάσαντο, δώδεκα ταὶ πρᾶται πόλιος, μέγα χρῆμα Λακαινᾶν,</w:t>
      </w:r>
    </w:p>
    <w:p>
      <w:r>
        <w:rPr>
          <w:rFonts w:ascii="Courier New" w:hAnsi="Courier New"/>
          <w:color w:val="555555"/>
          <w:sz w:val="20"/>
        </w:rPr>
        <w:t>[5]</w:t>
      </w:r>
    </w:p>
    <w:p>
      <w:r>
        <w:rPr>
          <w:rFonts w:ascii="Gentium Plus" w:hAnsi="Gentium Plus"/>
          <w:sz w:val="24"/>
        </w:rPr>
        <w:t>ἁνίκα Τυνδαρίδα κατεκλᾴξατο τὰν ἀγαπατάν μναστεύσας Ἑλέναν ὁ νεώτερος Ἀτρέος υἱῶν. ἄειδον δ’ ἅμα πᾶσαι ἐς ἓν μέλος ἐγκροτέοισαι ποσσὶ περιπλέκτοις, ὑπὸ δ’ ἴαχε δῶμ’ ὑμεναίῳ·</w:t>
      </w:r>
    </w:p>
    <w:p>
      <w:r>
        <w:rPr>
          <w:rFonts w:ascii="Courier New" w:hAnsi="Courier New"/>
          <w:color w:val="555555"/>
          <w:sz w:val="20"/>
        </w:rPr>
        <w:t>[8]</w:t>
      </w:r>
    </w:p>
    <w:p>
      <w:r>
        <w:rPr>
          <w:rFonts w:ascii="Gentium Plus" w:hAnsi="Gentium Plus"/>
          <w:sz w:val="24"/>
        </w:rPr>
        <w:t>Οὕτω δὴ πρωιζὰ κατέδραθες, ὦ φίλε γαμβρέ;</w:t>
      </w:r>
    </w:p>
    <w:p>
      <w:r>
        <w:rPr>
          <w:rFonts w:ascii="Courier New" w:hAnsi="Courier New"/>
          <w:color w:val="555555"/>
          <w:sz w:val="20"/>
        </w:rPr>
        <w:t>[10]</w:t>
      </w:r>
    </w:p>
    <w:p>
      <w:r>
        <w:rPr>
          <w:rFonts w:ascii="Gentium Plus" w:hAnsi="Gentium Plus"/>
          <w:sz w:val="24"/>
        </w:rPr>
        <w:t>ἦ ῥά τις ἐσσὶ λίαν βαρυγούνατος; ἦ ῥα φίλυπνος; ἦ ῥα πολύν τιν’ ἔπινες, ὅκ’ εἰς εὐνὰν κατεβάλλευ; εὕδειν μὰν σπεύδοντα καθ’ ὥραν αὐτὸν ἐχρῆν τυ, παῖδα δ’ ἐᾶν σὺν παισὶ φιλοστόργῳ παρὰ ματρί παίσδειν ἐς βαθὺν ὄρθρον, ἐπεὶ καὶ ἔνας καὶ ἐς ἀῶ</w:t>
      </w:r>
    </w:p>
    <w:p>
      <w:r>
        <w:rPr>
          <w:rFonts w:ascii="Courier New" w:hAnsi="Courier New"/>
          <w:color w:val="555555"/>
          <w:sz w:val="20"/>
        </w:rPr>
        <w:t>[15]</w:t>
      </w:r>
    </w:p>
    <w:p>
      <w:r>
        <w:rPr>
          <w:rFonts w:ascii="Gentium Plus" w:hAnsi="Gentium Plus"/>
          <w:sz w:val="24"/>
        </w:rPr>
        <w:t>κἠς ἔτος ἐξ ἔτεος, Μενέλαε, τεὰ νυὸς ἅδε. ὄλβιε γάμβρ’, ἀγαθός τις ἐπέπταρεν ἐρχομένῳ τοι ἐς Σπάρταν ἅπερ ὧλλοι ἀριστέες, ὡς ἀνύσαιο· μῶνος ἐν ἡμιθέοις Κρονίδαν Δία πενθερὸν ἑξεῖς. Ζανός τοι θυγάτηρ ὑπὸ τὰν μίαν ἵκετο χλαῖναν,</w:t>
      </w:r>
    </w:p>
    <w:p>
      <w:r>
        <w:rPr>
          <w:rFonts w:ascii="Courier New" w:hAnsi="Courier New"/>
          <w:color w:val="555555"/>
          <w:sz w:val="20"/>
        </w:rPr>
        <w:t>[20]</w:t>
      </w:r>
    </w:p>
    <w:p>
      <w:r>
        <w:rPr>
          <w:rFonts w:ascii="Gentium Plus" w:hAnsi="Gentium Plus"/>
          <w:sz w:val="24"/>
        </w:rPr>
        <w:t>οἵα Ἀχαιιάδων γαῖαν πατεῖ οὐδεμί’ ἄλλα· ἦ μέγα κά τι τέκοιτ’, εἰ ματέρι τίκτοι ὁμοῖον. ἄμμες δ’ αἱ πᾶσαι συνομάλικες, αἷς δρόμος ωὑτός χρισαμέναις ἀνδριστὶ παρ’ Εὐρώταο λοετροῖς, τετράκις ἑξήκοντα κόραι, θῆλυς νεολαία,</w:t>
      </w:r>
    </w:p>
    <w:p>
      <w:r>
        <w:rPr>
          <w:rFonts w:ascii="Courier New" w:hAnsi="Courier New"/>
          <w:color w:val="555555"/>
          <w:sz w:val="20"/>
        </w:rPr>
        <w:t>[25]</w:t>
      </w:r>
    </w:p>
    <w:p>
      <w:r>
        <w:rPr>
          <w:rFonts w:ascii="Gentium Plus" w:hAnsi="Gentium Plus"/>
          <w:sz w:val="24"/>
        </w:rPr>
        <w:t>τᾶν οὐδ’ ἅτις ἄμωμος ἐπεί χ’ Ἑλένᾳ παρισωθῇ. Ἀὼς ἀντέλλοισα καλὸν διέφανε πρόσωπον, πότνια Νύξ, τό τε λευκὸν ἔαρ χειμῶνος ἀνέντος· ὧδε καὶ ἁ χρυσέα Ἑλένα διεφαίνετ’ ἐν ἁμῖν. πιείρᾳ μεγάλα ἅτ’ ἀνέδραμε κόσμος ἀρούρᾳ</w:t>
      </w:r>
    </w:p>
    <w:p>
      <w:r>
        <w:rPr>
          <w:rFonts w:ascii="Courier New" w:hAnsi="Courier New"/>
          <w:color w:val="555555"/>
          <w:sz w:val="20"/>
        </w:rPr>
        <w:t>[30]</w:t>
      </w:r>
    </w:p>
    <w:p>
      <w:r>
        <w:rPr>
          <w:rFonts w:ascii="Gentium Plus" w:hAnsi="Gentium Plus"/>
          <w:sz w:val="24"/>
        </w:rPr>
        <w:t>ἢ κάπῳ κυπάρισσος, ἢ ἅρματι Θεσσαλὸς ἵππος, ὧδε καὶ ἁ ῥοδόχρως Ἑλένα Λακεδαίμονι κόσμος· οὐδέ τις ἐκ ταλάρω πανίσδεται ἔργα τοιαῦτα, οὐδ’ ἐνὶ δαιδαλέῳ πυκινώτερον ἄτριον ἱστῷ κερκίδι συμπλέξασα μακρῶν ἔταμ’ ἐκ κελεόντων.</w:t>
      </w:r>
    </w:p>
    <w:p>
      <w:r>
        <w:rPr>
          <w:rFonts w:ascii="Courier New" w:hAnsi="Courier New"/>
          <w:color w:val="555555"/>
          <w:sz w:val="20"/>
        </w:rPr>
        <w:t>[35]</w:t>
      </w:r>
    </w:p>
    <w:p>
      <w:r>
        <w:rPr>
          <w:rFonts w:ascii="Gentium Plus" w:hAnsi="Gentium Plus"/>
          <w:sz w:val="24"/>
        </w:rPr>
        <w:t>οὐ μὰν οὐδὲ λύραν τις ἐπίσταται ὧδε κροτῆσαι Ἄρτεμιν ἀείδοισα καὶ εὐρύστερνον Ἀθάναν ὡς Ἑλένα, τᾶς πάντες ἐπ’ ὄμμασιν ἵμεροι ἐντί. ὦ καλά, ὦ χαρίεσσα κόρα, τὺ μὲν οἰκέτις ἤδη. ἄμμες δ’ ἐς Δρόμον ἦρι καὶ ἐς λειμώνια φύλλα</w:t>
      </w:r>
    </w:p>
    <w:p>
      <w:r>
        <w:rPr>
          <w:rFonts w:ascii="Courier New" w:hAnsi="Courier New"/>
          <w:color w:val="555555"/>
          <w:sz w:val="20"/>
        </w:rPr>
        <w:t>[40]</w:t>
      </w:r>
    </w:p>
    <w:p>
      <w:r>
        <w:rPr>
          <w:rFonts w:ascii="Gentium Plus" w:hAnsi="Gentium Plus"/>
          <w:sz w:val="24"/>
        </w:rPr>
        <w:t>ἑρψεῦμες στεφάνως δρεψεύμεναι ἁδὺ πνέοντας, πολλὰ τεοῦς, Ἑλένα, μεμναμέναι ὡς γαλαθηναί ἄρνες γειναμένας ὄιος μαστὸν ποθέοισαι. πρᾶταί τοι στέφανον λωτῶ χαμαὶ αὐξομένοιο πλέξασαι σκιερὰν καταθήσομεν ἐς πλατάνιστον·</w:t>
      </w:r>
    </w:p>
    <w:p>
      <w:r>
        <w:rPr>
          <w:rFonts w:ascii="Courier New" w:hAnsi="Courier New"/>
          <w:color w:val="555555"/>
          <w:sz w:val="20"/>
        </w:rPr>
        <w:t>[45]</w:t>
      </w:r>
    </w:p>
    <w:p>
      <w:r>
        <w:rPr>
          <w:rFonts w:ascii="Gentium Plus" w:hAnsi="Gentium Plus"/>
          <w:sz w:val="24"/>
        </w:rPr>
        <w:t>πρᾶται δ’ ἀργυρέας ἐξ ὄλπιδος ὑγρὸν ἄλειφαρ λαζύμεναι σταξεῦμες ὑπὸ σκιερὰν πλατάνιστον· γράμματα δ’ ἐν φλοιῷ γεγράψεται, ὡς παριών τις</w:t>
      </w:r>
    </w:p>
    <w:p>
      <w:r>
        <w:rPr>
          <w:rFonts w:ascii="Courier New" w:hAnsi="Courier New"/>
          <w:color w:val="555555"/>
          <w:sz w:val="20"/>
        </w:rPr>
        <w:t>[Id . 18 (50)]</w:t>
      </w:r>
    </w:p>
    <w:p>
      <w:r>
        <w:rPr>
          <w:rFonts w:ascii="Gentium Plus" w:hAnsi="Gentium Plus"/>
          <w:sz w:val="24"/>
        </w:rPr>
        <w:t>Λατὼ μὲν δοίη, Λατὼ κουροτρόφος, ὔμμιν εὐτεκνίαν, Κύπρις δέ, θεὰ Κύπρις, ἶσον ἔρασθαι ἀλλάλων, Ζεὺς δέ, Κρονίδας Ζεύς, ἄφθιτον ὄλβον, ὡς ἐξ εὐπατριδᾶν εἰς εὐπατρίδας πάλιν ἔνθῃ. εὕδετ’ ἐς ἀλλάλων στέρνον φιλότατα πνέοντες</w:t>
      </w:r>
    </w:p>
    <w:p>
      <w:r>
        <w:rPr>
          <w:rFonts w:ascii="Courier New" w:hAnsi="Courier New"/>
          <w:color w:val="555555"/>
          <w:sz w:val="20"/>
        </w:rPr>
        <w:t>[55]</w:t>
      </w:r>
    </w:p>
    <w:p>
      <w:r>
        <w:rPr>
          <w:rFonts w:ascii="Gentium Plus" w:hAnsi="Gentium Plus"/>
          <w:sz w:val="24"/>
        </w:rPr>
        <w:t>καὶ πόθον· ἐγρέσθαι δὲ πρὸς ἀῶ μὴ ’πιλάθησθε. νεύμεθα κἄμμες ἐς ὄρθρον, ἐπεί κα πρᾶτος ἀοιδός ἐξ εὐνᾶς κελαδήσῃ ἀνασχὼν εὔτριχα δειράν.</w:t>
      </w:r>
    </w:p>
    <w:p>
      <w:pPr>
        <w:jc w:val="center"/>
      </w:pPr>
      <w:r>
        <w:rPr>
          <w:rFonts w:ascii="Gentium Plus" w:hAnsi="Gentium Plus"/>
          <w:b/>
          <w:sz w:val="24"/>
        </w:rPr>
        <w:t>[ΘΕΟΚΡΙΤΟΥ] ΚΗΡΙΟΚΛΕΠΤΗΣ</w:t>
      </w:r>
    </w:p>
    <w:p>
      <w:r>
        <w:rPr>
          <w:rFonts w:ascii="Courier New" w:hAnsi="Courier New"/>
          <w:color w:val="555555"/>
          <w:sz w:val="20"/>
        </w:rPr>
        <w:t>[1]</w:t>
      </w:r>
    </w:p>
    <w:p>
      <w:r>
        <w:rPr>
          <w:rFonts w:ascii="Gentium Plus" w:hAnsi="Gentium Plus"/>
          <w:sz w:val="24"/>
        </w:rPr>
        <w:t>Τὸν κλέπταν ποτ’ Ἔρωτα κακὰ κέντασε μέλισσα κηρίον ἐκ σίμβλων συλεύμενον, ἄκρα δὲ χειρῶν δάκτυλα πάνθ’ ὑπένυξεν. ὃ δ’ ἄλγεε καὶ χέρ’ ἐφύση καὶ τὰν γᾶν ἐπάταξε καὶ ἅλατο, τᾷ δ’ Ἀφροδίτᾳ</w:t>
      </w:r>
    </w:p>
    <w:p>
      <w:r>
        <w:rPr>
          <w:rFonts w:ascii="Courier New" w:hAnsi="Courier New"/>
          <w:color w:val="555555"/>
          <w:sz w:val="20"/>
        </w:rPr>
        <w:t>[5]</w:t>
      </w:r>
    </w:p>
    <w:p>
      <w:r>
        <w:rPr>
          <w:rFonts w:ascii="Gentium Plus" w:hAnsi="Gentium Plus"/>
          <w:sz w:val="24"/>
        </w:rPr>
        <w:t>δεῖξεν τὰν ὀδύναν, καὶ μέμφετο ὅττι γε τυτθόν θηρίον ἐντὶ μέλισσα καὶ ἁλίκα τραύματα ποιεῖ. χἀ μάτηρ γελάσασα· ‘τὺ δ’ οὐκ ἴσος ἐσσὶ μελίσσαις,</w:t>
      </w:r>
    </w:p>
    <w:p>
      <w:pPr>
        <w:jc w:val="center"/>
      </w:pPr>
      <w:r>
        <w:rPr>
          <w:rFonts w:ascii="Gentium Plus" w:hAnsi="Gentium Plus"/>
          <w:b/>
          <w:sz w:val="24"/>
        </w:rPr>
        <w:t>[ΘΕΟΚΡΙΤΟΥ] ΒΟΥΚΟΛΙΣΚΟΣ</w:t>
      </w:r>
    </w:p>
    <w:p>
      <w:r>
        <w:rPr>
          <w:rFonts w:ascii="Courier New" w:hAnsi="Courier New"/>
          <w:color w:val="555555"/>
          <w:sz w:val="20"/>
        </w:rPr>
        <w:t>[1]</w:t>
      </w:r>
    </w:p>
    <w:p>
      <w:r>
        <w:rPr>
          <w:rFonts w:ascii="Gentium Plus" w:hAnsi="Gentium Plus"/>
          <w:sz w:val="24"/>
        </w:rPr>
        <w:t>Εὐνίκα μ’ ἐγέλαξε θέλοντά μιν ἁδὺ φιλᾶσαι καί μ’ ἐπικερτομέοισα τάδ’ ἔννεπεν· ‘ἔρρ’ ἀπ’ ἐμεῖο. βουκόλος ὢν ἐθέλεις με κύσαι, τάλαν; οὐ μεμάθηκα ἀγροίκως φιλέειν, ἀλλ’ ἀστικὰ χείλεα θλίβειν.</w:t>
      </w:r>
    </w:p>
    <w:p>
      <w:r>
        <w:rPr>
          <w:rFonts w:ascii="Courier New" w:hAnsi="Courier New"/>
          <w:color w:val="555555"/>
          <w:sz w:val="20"/>
        </w:rPr>
        <w:t>[5]</w:t>
      </w:r>
    </w:p>
    <w:p>
      <w:r>
        <w:rPr>
          <w:rFonts w:ascii="Gentium Plus" w:hAnsi="Gentium Plus"/>
          <w:sz w:val="24"/>
        </w:rPr>
        <w:t>μὴ τύγε μευ κύσσῃς τὸ καλὸν στόμα μηδ’ ἐν ὀνείροις. οἷα βλέπεις, ὁπποῖα λαλεῖς, ὡς ἄγρια παίσδεις. [ὡς τρυφερὸν καλέεις, ὡς κωτίλα ῥήματα φράσδεις· ὡς μαλακὸν τὸ γένειον ἔχεις, ὡς ἁδέα χαίταν.] χείλεά τοι νοσέοντι, χέρες δέ τοι ἐντὶ μέλαιναι,</w:t>
      </w:r>
    </w:p>
    <w:p>
      <w:r>
        <w:rPr>
          <w:rFonts w:ascii="Courier New" w:hAnsi="Courier New"/>
          <w:color w:val="555555"/>
          <w:sz w:val="20"/>
        </w:rPr>
        <w:t>[10]</w:t>
      </w:r>
    </w:p>
    <w:p>
      <w:r>
        <w:rPr>
          <w:rFonts w:ascii="Gentium Plus" w:hAnsi="Gentium Plus"/>
          <w:sz w:val="24"/>
        </w:rPr>
        <w:t>καὶ κακὸν ἐξόσδεις. ἀπ’ ἐμεῦ φύγε μή με μολύνῃς.‘ τοιάδε μυθίζοισα τρὶς εἰς ἑὸν ἔπτυσε κόλπον, καί μ’ ἀπὸ τᾶς κεφαλᾶς ποτὶ τὼ πόδε συνεχὲς εἶδεν χείλεσι μυχθίζοισα καὶ ὄμμασι λοξὰ βλέποισα, καὶ πολὺ τᾷ μορφᾷ θηλύνετο, καί τι σεσαρός</w:t>
      </w:r>
    </w:p>
    <w:p>
      <w:r>
        <w:rPr>
          <w:rFonts w:ascii="Courier New" w:hAnsi="Courier New"/>
          <w:color w:val="555555"/>
          <w:sz w:val="20"/>
        </w:rPr>
        <w:t>[15]</w:t>
      </w:r>
    </w:p>
    <w:p>
      <w:r>
        <w:rPr>
          <w:rFonts w:ascii="Gentium Plus" w:hAnsi="Gentium Plus"/>
          <w:sz w:val="24"/>
        </w:rPr>
        <w:t>καὶ σοβαρόν μ’ ἐγέλαξεν. ἐμοὶ δ’ ἄφαρ ἔζεσεν αἷμα, καὶ χρόα φοινίχθην ὑπὸ τὤλγεος ὡς ῥόδον ἕρσᾳ. χἂ μὲν ἔβα με λιποῖσα, φέρω δ’ ὑποκάρδιον ὀργάν, ὅττι με τὸν χαρίεντα κακὰ μωμήσαθ’ ἑταίρα. ποιμένες, εἴπατέ μοι τὸ κρήγυον· οὐ καλὸς ἐμμί;</w:t>
      </w:r>
    </w:p>
    <w:p>
      <w:r>
        <w:rPr>
          <w:rFonts w:ascii="Courier New" w:hAnsi="Courier New"/>
          <w:color w:val="555555"/>
          <w:sz w:val="20"/>
        </w:rPr>
        <w:t>[20]</w:t>
      </w:r>
    </w:p>
    <w:p>
      <w:r>
        <w:rPr>
          <w:rFonts w:ascii="Gentium Plus" w:hAnsi="Gentium Plus"/>
          <w:sz w:val="24"/>
        </w:rPr>
        <w:t>ἆρά τις ἐξαπίνας με θεὸς βροτὸν ἄλλον ἔτευξε; καὶ γὰρ ἐμοὶ τὸ πάροιθεν ἐπάνθεεν ἁδύ τι κάλλος</w:t>
      </w:r>
    </w:p>
    <w:p>
      <w:r>
        <w:rPr>
          <w:rFonts w:ascii="Courier New" w:hAnsi="Courier New"/>
          <w:color w:val="555555"/>
          <w:sz w:val="20"/>
        </w:rPr>
        <w:t>[21]</w:t>
      </w:r>
    </w:p>
    <w:p>
      <w:r>
        <w:rPr>
          <w:rFonts w:ascii="Gentium Plus" w:hAnsi="Gentium Plus"/>
          <w:sz w:val="24"/>
        </w:rPr>
        <w:t>. . . . . . . . . ὡς κισσὸς ποτὶ πρέμνον, ἐμὰν δ’ ἐπύκαζεν ὑπήναν, χαῖται δ’ οἷα σέλινα περὶ κροτάφοισι κέχυντο, καὶ λευκὸν τὸ μέτωπον ἐπ’ ὀφρύσι λάμπε μελαίναις·</w:t>
      </w:r>
    </w:p>
    <w:p>
      <w:r>
        <w:rPr>
          <w:rFonts w:ascii="Courier New" w:hAnsi="Courier New"/>
          <w:color w:val="555555"/>
          <w:sz w:val="20"/>
        </w:rPr>
        <w:t>[25]</w:t>
      </w:r>
    </w:p>
    <w:p>
      <w:r>
        <w:rPr>
          <w:rFonts w:ascii="Gentium Plus" w:hAnsi="Gentium Plus"/>
          <w:sz w:val="24"/>
        </w:rPr>
        <w:t>ὄμματά μοι γλαυκᾶς χαροπώτερα πολλὸν Ἀθάνας, τὸ στόμα δ’ αὖ πακτᾶς ἁπαλώτερον, ἐκ στομάτων δέ ἔρρεέ μοι φωνὰ γλυκερωτέρα ἢ μέλι κηρῶ. ἁδὺ δέ μοι τὸ μέλισμα, καὶ ἢν σύριγγι μελίσδω, κἢν αὐλῷ λαλέω, κἢν δώνακι, κἢν πλαγιαύλῳ.</w:t>
      </w:r>
    </w:p>
    <w:p>
      <w:r>
        <w:rPr>
          <w:rFonts w:ascii="Courier New" w:hAnsi="Courier New"/>
          <w:color w:val="555555"/>
          <w:sz w:val="20"/>
        </w:rPr>
        <w:t>[30]</w:t>
      </w:r>
    </w:p>
    <w:p>
      <w:r>
        <w:rPr>
          <w:rFonts w:ascii="Gentium Plus" w:hAnsi="Gentium Plus"/>
          <w:sz w:val="24"/>
        </w:rPr>
        <w:t>καὶ πᾶσαι καλόν με κατ’ ὤρεα φαντὶ γυναῖκες, καὶ πᾶσαί με φιλεῦντι· τὰ δ’ ἀστικά μ’ οὐκ ἐφίλασεν, ἀλλ’ ὅτι βουκόλος ἐμμὶ παρέδραμε κοὔποτ’ ἀκούει [χὠ καλὸς Διόνυσος ἐν ἄγκεσι πόρτιν ἐλαύνει]. οὐκ ἔγνω δ’ ὅτι Κύπρις ἐπ’ ἀνέρι μήνατο βούτᾳ</w:t>
      </w:r>
    </w:p>
    <w:p>
      <w:r>
        <w:rPr>
          <w:rFonts w:ascii="Courier New" w:hAnsi="Courier New"/>
          <w:color w:val="555555"/>
          <w:sz w:val="20"/>
        </w:rPr>
        <w:t>[35]</w:t>
      </w:r>
    </w:p>
    <w:p>
      <w:r>
        <w:rPr>
          <w:rFonts w:ascii="Gentium Plus" w:hAnsi="Gentium Plus"/>
          <w:sz w:val="24"/>
        </w:rPr>
        <w:t>καὶ Φρυγίοις ἐνόμευσεν ἐν ὤρεσι, καὶ τὸν Ἄδωνιν ἐν δρυμοῖσι φίλασε καὶ ἐν δρυμοῖσιν ἔκλαυσεν. Ἐνδυμίων δὲ τίς ἦν; οὐ βουκόλος; ὅν γε Σελάνα βουκολέοντα φίλασεν, ἀπ’ Οὐλύμπω δὲ μολοῖσα Λάτμιον ἂν νάπος ἦλθε, καὶ εἰς ὁμὰ παιδὶ κάθευδε.</w:t>
      </w:r>
    </w:p>
    <w:p>
      <w:r>
        <w:rPr>
          <w:rFonts w:ascii="Courier New" w:hAnsi="Courier New"/>
          <w:color w:val="555555"/>
          <w:sz w:val="20"/>
        </w:rPr>
        <w:t>[40]</w:t>
      </w:r>
    </w:p>
    <w:p>
      <w:r>
        <w:rPr>
          <w:rFonts w:ascii="Gentium Plus" w:hAnsi="Gentium Plus"/>
          <w:sz w:val="24"/>
        </w:rPr>
        <w:t>καὶ τύ, Ῥέα, κλαίεις τὸν βουκόλον. οὐχὶ δὲ καὶ τύ, ὦ Κρονίδα, διὰ παῖδα βοηνόμον ὄρνις ἐπλάγχθης; Εὐνίκα δὲ μόνα τὸν βουκόλον οὐκ ἐφίλασεν, ἁ Κυβέλας κρέσσων καὶ Κύπριδος ἠδὲ Σελάνας. μηκέτι μηδ’ ἅ, Κύπρι, τὸν ἁδέα μήτε κατ’ ἄστυ</w:t>
      </w:r>
    </w:p>
    <w:p>
      <w:r>
        <w:rPr>
          <w:rFonts w:ascii="Courier New" w:hAnsi="Courier New"/>
          <w:color w:val="555555"/>
          <w:sz w:val="20"/>
        </w:rPr>
        <w:t>[45]</w:t>
      </w:r>
    </w:p>
    <w:p>
      <w:r>
        <w:rPr>
          <w:rFonts w:ascii="Gentium Plus" w:hAnsi="Gentium Plus"/>
          <w:sz w:val="24"/>
        </w:rPr>
        <w:t>μήτ’ ἐν ὄρει φιλέοι, μώνα δ’ ἀνὰ νύκτα καθεύδοι.</w:t>
      </w:r>
    </w:p>
    <w:p>
      <w:pPr>
        <w:jc w:val="center"/>
      </w:pPr>
      <w:r>
        <w:rPr>
          <w:rFonts w:ascii="Gentium Plus" w:hAnsi="Gentium Plus"/>
          <w:b/>
          <w:sz w:val="24"/>
        </w:rPr>
        <w:t>[ΘΕΟΚΡΙΤΟΥ] ΑΛΙΕΙΣ</w:t>
      </w:r>
    </w:p>
    <w:p>
      <w:r>
        <w:rPr>
          <w:rFonts w:ascii="Courier New" w:hAnsi="Courier New"/>
          <w:color w:val="555555"/>
          <w:sz w:val="20"/>
        </w:rPr>
        <w:t>[1]</w:t>
      </w:r>
    </w:p>
    <w:p>
      <w:r>
        <w:rPr>
          <w:rFonts w:ascii="Gentium Plus" w:hAnsi="Gentium Plus"/>
          <w:sz w:val="24"/>
        </w:rPr>
        <w:t>Ἁ πενία, Διόφαντε, μόνα τὰς τέχνας ἐγείρει· αὕτα τῶ μόχθοιο διδάσκαλος, οὐδὲ γὰρ εὕδειν ἀνδράσιν ἐργατίναισι κακαὶ παρέχοντι μέριμναι· κἂν ὀλίγον νυκτός τις ἐπιβρίσσῃσι, τὸν ὕπνον</w:t>
      </w:r>
    </w:p>
    <w:p>
      <w:r>
        <w:rPr>
          <w:rFonts w:ascii="Courier New" w:hAnsi="Courier New"/>
          <w:color w:val="555555"/>
          <w:sz w:val="20"/>
        </w:rPr>
        <w:t>[5]</w:t>
      </w:r>
    </w:p>
    <w:p>
      <w:r>
        <w:rPr>
          <w:rFonts w:ascii="Gentium Plus" w:hAnsi="Gentium Plus"/>
          <w:sz w:val="24"/>
        </w:rPr>
        <w:t>αἰφνίδιον θορυβεῦντι ἐφιστάμεναι μελεδῶναι. Ἰχθύος ἀγρευτῆρες ὁμῶς δύο κεῖντο γέροντες στρωσάμενοι βρύον αὖον ὑπὸ πλεκταῖς καλύβαισι, κεκλιμένοι τοίχῳ τῷ φυλλίνῳ· ἐγγύθι δ’ αὐτοῖν κεῖτο τὰ ταῖν χειροῖν ἀθλήματα, τοὶ καλαθίσκοι,</w:t>
      </w:r>
    </w:p>
    <w:p>
      <w:r>
        <w:rPr>
          <w:rFonts w:ascii="Courier New" w:hAnsi="Courier New"/>
          <w:color w:val="555555"/>
          <w:sz w:val="20"/>
        </w:rPr>
        <w:t>[10]</w:t>
      </w:r>
    </w:p>
    <w:p>
      <w:r>
        <w:rPr>
          <w:rFonts w:ascii="Gentium Plus" w:hAnsi="Gentium Plus"/>
          <w:sz w:val="24"/>
        </w:rPr>
        <w:t>τοὶ κάλαμοι, τἄγκιστρα, τὰ φυκιόεντα δέλητα, ὁρμιαὶ κύρτοι τε καὶ ἐκ σχοίνων λαβύρινθοι, μήρινθοι κῶπαί τε γέρων τ’ ἐπ’ ἐρείσμασι λέμβος· νέρθεν τᾶς κεφαλᾶς φορμὸς βραχύς, εἵματα, πῖλοι. οὗτος τοῖς ἁλιεῦσιν ὁ πᾶς πόρος, οὗτος ὁ πλοῦτος·</w:t>
      </w:r>
    </w:p>
    <w:p>
      <w:r>
        <w:rPr>
          <w:rFonts w:ascii="Courier New" w:hAnsi="Courier New"/>
          <w:color w:val="555555"/>
          <w:sz w:val="20"/>
        </w:rPr>
        <w:t>[15]</w:t>
      </w:r>
    </w:p>
    <w:p>
      <w:r>
        <w:rPr>
          <w:rFonts w:ascii="Gentium Plus" w:hAnsi="Gentium Plus"/>
          <w:sz w:val="24"/>
        </w:rPr>
        <w:t>οὐ κλεῖδ’, οὐχὶ θύραν ἔχον, οὐ κύνα· πάντα περισσά ταῦτ’ ἐδόκει τήνοις· ἁ γὰρ πενία σφας ἐτήρει. οὐδεὶς δ’ ἐν μέσσῳ γείτων πέλεν, ἁ δὲ παρ’ αὐτᾷ θλιβομέναν καλύβᾳ τραφερὰν προσέναχε θάλασσα. κοὔπω τὸν μέσατον δρόμον ἄνυεν ἅρμα Σελάνας,</w:t>
      </w:r>
    </w:p>
    <w:p>
      <w:r>
        <w:rPr>
          <w:rFonts w:ascii="Courier New" w:hAnsi="Courier New"/>
          <w:color w:val="555555"/>
          <w:sz w:val="20"/>
        </w:rPr>
        <w:t>[20]</w:t>
      </w:r>
    </w:p>
    <w:p>
      <w:r>
        <w:rPr>
          <w:rFonts w:ascii="Gentium Plus" w:hAnsi="Gentium Plus"/>
          <w:sz w:val="24"/>
        </w:rPr>
        <w:t>τοὺς δ’ ἁλιεῖς ἤγειρε φίλος πόνος, ἐκ βλεφάρων δέ ὕπνον ἀπωσάμενοι σφετέραις φρεσὶν ἤρεθον αὐδάν.</w:t>
      </w:r>
    </w:p>
    <w:p>
      <w:r>
        <w:rPr>
          <w:rFonts w:ascii="Courier New" w:hAnsi="Courier New"/>
          <w:color w:val="555555"/>
          <w:sz w:val="20"/>
        </w:rPr>
        <w:t>[21]</w:t>
      </w:r>
    </w:p>
    <w:p>
      <w:r>
        <w:rPr>
          <w:rFonts w:ascii="Gentium Plus" w:hAnsi="Gentium Plus"/>
          <w:sz w:val="24"/>
        </w:rPr>
        <w:t>ΑΣΦΑΛΙΩΝ</w:t>
      </w:r>
    </w:p>
    <w:p>
      <w:r>
        <w:rPr>
          <w:rFonts w:ascii="Courier New" w:hAnsi="Courier New"/>
          <w:color w:val="555555"/>
          <w:sz w:val="20"/>
        </w:rPr>
        <w:t>[22]</w:t>
      </w:r>
    </w:p>
    <w:p>
      <w:r>
        <w:rPr>
          <w:rFonts w:ascii="Gentium Plus" w:hAnsi="Gentium Plus"/>
          <w:sz w:val="24"/>
        </w:rPr>
        <w:t>ψεύδοντ’, ὦ φίλε, πάντες ὅσοι τὰς νύκτας ἔφασκον</w:t>
      </w:r>
    </w:p>
    <w:p>
      <w:r>
        <w:rPr>
          <w:rFonts w:ascii="Courier New" w:hAnsi="Courier New"/>
          <w:color w:val="555555"/>
          <w:sz w:val="20"/>
        </w:rPr>
        <w:t>[25]</w:t>
      </w:r>
    </w:p>
    <w:p>
      <w:r>
        <w:rPr>
          <w:rFonts w:ascii="Gentium Plus" w:hAnsi="Gentium Plus"/>
          <w:sz w:val="24"/>
        </w:rPr>
        <w:t>† μὴ λαθόμην τί τὸ χρῆμα χρόνον δ’ αἱ νύκτες ἔχοντι. †</w:t>
      </w:r>
    </w:p>
    <w:p>
      <w:r>
        <w:rPr>
          <w:rFonts w:ascii="Courier New" w:hAnsi="Courier New"/>
          <w:color w:val="555555"/>
          <w:sz w:val="20"/>
        </w:rPr>
        <w:t>[25]</w:t>
      </w:r>
    </w:p>
    <w:p>
      <w:r>
        <w:rPr>
          <w:rFonts w:ascii="Gentium Plus" w:hAnsi="Gentium Plus"/>
          <w:sz w:val="24"/>
        </w:rPr>
        <w:t>ΕΤΑΙΡΟΣ</w:t>
      </w:r>
    </w:p>
    <w:p>
      <w:r>
        <w:rPr>
          <w:rFonts w:ascii="Courier New" w:hAnsi="Courier New"/>
          <w:color w:val="555555"/>
          <w:sz w:val="20"/>
        </w:rPr>
        <w:t>[26]</w:t>
      </w:r>
    </w:p>
    <w:p>
      <w:r>
        <w:rPr>
          <w:rFonts w:ascii="Gentium Plus" w:hAnsi="Gentium Plus"/>
          <w:sz w:val="24"/>
        </w:rPr>
        <w:t>Ἀσφαλίων, μέμφῃ τὸ καλὸν θέρος; οὐ γὰρ ὁ καιρός αὐτομάτως παρέβα τὸν ἑὸν δρόμον, ἀλλὰ τὸν ὕπνον ἁ φροντὶς κόπτοισα μακρὰν τὰν νύκτα ποιεῖ τοι.</w:t>
      </w:r>
    </w:p>
    <w:p>
      <w:r>
        <w:rPr>
          <w:rFonts w:ascii="Courier New" w:hAnsi="Courier New"/>
          <w:color w:val="555555"/>
          <w:sz w:val="20"/>
        </w:rPr>
        <w:t>[28]</w:t>
      </w:r>
    </w:p>
    <w:p>
      <w:r>
        <w:rPr>
          <w:rFonts w:ascii="Gentium Plus" w:hAnsi="Gentium Plus"/>
          <w:sz w:val="24"/>
        </w:rPr>
        <w:t>ΑΣΦΑΛΙΩΝ</w:t>
      </w:r>
    </w:p>
    <w:p>
      <w:r>
        <w:rPr>
          <w:rFonts w:ascii="Courier New" w:hAnsi="Courier New"/>
          <w:color w:val="555555"/>
          <w:sz w:val="20"/>
        </w:rPr>
        <w:t>[29]</w:t>
      </w:r>
    </w:p>
    <w:p>
      <w:r>
        <w:rPr>
          <w:rFonts w:ascii="Gentium Plus" w:hAnsi="Gentium Plus"/>
          <w:sz w:val="24"/>
        </w:rPr>
        <w:t>ἆρ’ ἔμαθες κρίνειν ποκ’ ἐνύπνια; χρηστὰ γὰρ εἶδον.</w:t>
      </w:r>
    </w:p>
    <w:p>
      <w:r>
        <w:rPr>
          <w:rFonts w:ascii="Courier New" w:hAnsi="Courier New"/>
          <w:color w:val="555555"/>
          <w:sz w:val="20"/>
        </w:rPr>
        <w:t>[30]</w:t>
      </w:r>
    </w:p>
    <w:p>
      <w:r>
        <w:rPr>
          <w:rFonts w:ascii="Gentium Plus" w:hAnsi="Gentium Plus"/>
          <w:sz w:val="24"/>
        </w:rPr>
        <w:t>οὔ σε θέλω τὠμῶ φαντάσματος ἦμεν ἄμοιρον.</w:t>
      </w:r>
    </w:p>
    <w:p>
      <w:r>
        <w:rPr>
          <w:rFonts w:ascii="Courier New" w:hAnsi="Courier New"/>
          <w:color w:val="555555"/>
          <w:sz w:val="20"/>
        </w:rPr>
        <w:t>[30]</w:t>
      </w:r>
    </w:p>
    <w:p>
      <w:r>
        <w:rPr>
          <w:rFonts w:ascii="Gentium Plus" w:hAnsi="Gentium Plus"/>
          <w:sz w:val="24"/>
        </w:rPr>
        <w:t>ΕΤΑΙΡΟΣ</w:t>
      </w:r>
    </w:p>
    <w:p>
      <w:r>
        <w:rPr>
          <w:rFonts w:ascii="Courier New" w:hAnsi="Courier New"/>
          <w:color w:val="555555"/>
          <w:sz w:val="20"/>
        </w:rPr>
        <w:t>[31]</w:t>
      </w:r>
    </w:p>
    <w:p>
      <w:r>
        <w:rPr>
          <w:rFonts w:ascii="Gentium Plus" w:hAnsi="Gentium Plus"/>
          <w:sz w:val="24"/>
        </w:rPr>
        <w:t>ὡς καὶ τὰν ἄγραν, τὠνείρατα πάντα μερίζευ. εἰ γὰρ κεἰκάξω κατὰ τὸν νόον, οὗτος ἄριστος ἐστὶν ὀνειροκρίτας, ὁ διδάσκαλός ἐστι παρ’ ᾧ νοῦ ἄλλως καὶ σχολά ἐστι· τί γὰρ ποιεῖν ἂν ἔχοι τις</w:t>
      </w:r>
    </w:p>
    <w:p>
      <w:r>
        <w:rPr>
          <w:rFonts w:ascii="Courier New" w:hAnsi="Courier New"/>
          <w:color w:val="555555"/>
          <w:sz w:val="20"/>
        </w:rPr>
        <w:t>[35]</w:t>
      </w:r>
    </w:p>
    <w:p>
      <w:r>
        <w:rPr>
          <w:rFonts w:ascii="Gentium Plus" w:hAnsi="Gentium Plus"/>
          <w:sz w:val="24"/>
        </w:rPr>
        <w:t>κείμενος ἐν φύλλοις ποτὶ κύματι μηδὲ καθεύδων; ἀλλ’ ὄνος ἐν ῥάμνῳ τό τε λύχνιον ἐν πρυτανείῳ· φαντὶ γὰρ ἀγρυπνίαν τάδ’ ἔχειν. † λέγεο ποτε νυκτός ὄψιν τά τις ἔσσεο δὲ λέγει μάνυεν ἑταίρῳ. †</w:t>
      </w:r>
    </w:p>
    <w:p>
      <w:r>
        <w:rPr>
          <w:rFonts w:ascii="Courier New" w:hAnsi="Courier New"/>
          <w:color w:val="555555"/>
          <w:sz w:val="20"/>
        </w:rPr>
        <w:t>[38]</w:t>
      </w:r>
    </w:p>
    <w:p>
      <w:r>
        <w:rPr>
          <w:rFonts w:ascii="Gentium Plus" w:hAnsi="Gentium Plus"/>
          <w:sz w:val="24"/>
        </w:rPr>
        <w:t>ΑΣΦΑΛΙΩΝ</w:t>
      </w:r>
    </w:p>
    <w:p>
      <w:r>
        <w:rPr>
          <w:rFonts w:ascii="Courier New" w:hAnsi="Courier New"/>
          <w:color w:val="555555"/>
          <w:sz w:val="20"/>
        </w:rPr>
        <w:t>[39]</w:t>
      </w:r>
    </w:p>
    <w:p>
      <w:r>
        <w:rPr>
          <w:rFonts w:ascii="Gentium Plus" w:hAnsi="Gentium Plus"/>
          <w:sz w:val="24"/>
        </w:rPr>
        <w:t>δειλινὸν ὡς κατέδαρθον ἐπ’ εἰναλίοισι πόνοισιν</w:t>
      </w:r>
    </w:p>
    <w:p>
      <w:r>
        <w:rPr>
          <w:rFonts w:ascii="Courier New" w:hAnsi="Courier New"/>
          <w:color w:val="555555"/>
          <w:sz w:val="20"/>
        </w:rPr>
        <w:t>[40]</w:t>
      </w:r>
    </w:p>
    <w:p>
      <w:r>
        <w:rPr>
          <w:rFonts w:ascii="Gentium Plus" w:hAnsi="Gentium Plus"/>
          <w:sz w:val="24"/>
        </w:rPr>
        <w:t>(οὐκ ἦν μὰν πολύσιτος, ἐπεὶ δειπνεῦντες ἐν ὥρᾳ, εἰ μέμνῃ, τᾶς γαστρὸς ἐφειδόμεθ’), εἶδον ἐμαυτόν ἐν πέτρᾳ βεβαῶτα, καθεζόμενος δ’ ἐδόκευον ἰχθύας, ἐκ καλάμω δὲ πλάνον κατέσειον ἐδωδάν. καί τις τῶν τραφερῶν ὠρέξατο· καὶ γὰρ ἐν ὕπνοις</w:t>
      </w:r>
    </w:p>
    <w:p>
      <w:r>
        <w:rPr>
          <w:rFonts w:ascii="Courier New" w:hAnsi="Courier New"/>
          <w:color w:val="555555"/>
          <w:sz w:val="20"/>
        </w:rPr>
        <w:t>[45]</w:t>
      </w:r>
    </w:p>
    <w:p>
      <w:r>
        <w:rPr>
          <w:rFonts w:ascii="Gentium Plus" w:hAnsi="Gentium Plus"/>
          <w:sz w:val="24"/>
        </w:rPr>
        <w:t>πᾶσα κύων † ἄρτον μαντεύεται, ἰχθύα κἠγών. χὢ μὲν τὠγκίστρῳ ποτεφύετο, καὶ ῥέεν αἷμα·</w:t>
      </w:r>
    </w:p>
    <w:p>
      <w:r>
        <w:rPr>
          <w:rFonts w:ascii="Courier New" w:hAnsi="Courier New"/>
          <w:color w:val="555555"/>
          <w:sz w:val="20"/>
        </w:rPr>
        <w:t>[Id . 21 (50)]</w:t>
      </w:r>
    </w:p>
    <w:p>
      <w:r>
        <w:rPr>
          <w:rFonts w:ascii="Gentium Plus" w:hAnsi="Gentium Plus"/>
          <w:sz w:val="24"/>
        </w:rPr>
        <w:t>εἶθ’ ὑπομιμνάσκων τῶ τρώματος ἠρέμα νύξα, καὶ νύξας ἐχάλαξα, καὶ οὐ φεύγοντος ἔτεινα. ἤνυσα δ’ ὦν τὸν ἄεθλον, ἀνείλκυσα χρύσεον ἰχθύν, παντᾷ τοι χρυσῷ πεπυκασμένον· εἷλέ με δεῖμα μήτι Ποσειδάωνι πέλοι πεφιλημένος ἰχθύς,</w:t>
      </w:r>
    </w:p>
    <w:p>
      <w:r>
        <w:rPr>
          <w:rFonts w:ascii="Courier New" w:hAnsi="Courier New"/>
          <w:color w:val="555555"/>
          <w:sz w:val="20"/>
        </w:rPr>
        <w:t>[55]</w:t>
      </w:r>
    </w:p>
    <w:p>
      <w:r>
        <w:rPr>
          <w:rFonts w:ascii="Gentium Plus" w:hAnsi="Gentium Plus"/>
          <w:sz w:val="24"/>
        </w:rPr>
        <w:t>ἢ τάχα τᾶς γλαυκᾶς κειμήλιον Ἀμφιτρίτας. ἠρέμα δ’ αὐτὸν ἐγὼν ἐκ τὠγκίστρω ἀπέλυσα, μή ποκα τῶ στόματος τἀγκίστρια χρυσὸν ἔχοιεν. † καὶ τὸν μὲν πιστεύσασα καλά γε τὸν ἠπήρατον, † ὤμοσα δ’ οὐκέτι λοιπὸν ὑπὲρ πελάγους πόδα θεῖναι,</w:t>
      </w:r>
    </w:p>
    <w:p>
      <w:r>
        <w:rPr>
          <w:rFonts w:ascii="Courier New" w:hAnsi="Courier New"/>
          <w:color w:val="555555"/>
          <w:sz w:val="20"/>
        </w:rPr>
        <w:t>[60]</w:t>
      </w:r>
    </w:p>
    <w:p>
      <w:r>
        <w:rPr>
          <w:rFonts w:ascii="Gentium Plus" w:hAnsi="Gentium Plus"/>
          <w:sz w:val="24"/>
        </w:rPr>
        <w:t>ἀλλὰ μενεῖν ἐπὶ γᾶς καὶ τῶ χρυσῶ βασιλεύσειν. ταῦτά με κἠξήγειρε, τὺ δ’, ὦ ξένε, λοιπὸν ἔρειδε τὰν γνώμαν· ὅρκον γὰρ ἐγὼ τὸν ἐπώμοσα ταρβῶ.</w:t>
      </w:r>
    </w:p>
    <w:p>
      <w:r>
        <w:rPr>
          <w:rFonts w:ascii="Courier New" w:hAnsi="Courier New"/>
          <w:color w:val="555555"/>
          <w:sz w:val="20"/>
        </w:rPr>
        <w:t>[62]</w:t>
      </w:r>
    </w:p>
    <w:p>
      <w:r>
        <w:rPr>
          <w:rFonts w:ascii="Gentium Plus" w:hAnsi="Gentium Plus"/>
          <w:sz w:val="24"/>
        </w:rPr>
        <w:t>ΕΤΑΙΡΟΣ</w:t>
      </w:r>
    </w:p>
    <w:p>
      <w:r>
        <w:rPr>
          <w:rFonts w:ascii="Courier New" w:hAnsi="Courier New"/>
          <w:color w:val="555555"/>
          <w:sz w:val="20"/>
        </w:rPr>
        <w:t>[63]</w:t>
      </w:r>
    </w:p>
    <w:p>
      <w:r>
        <w:rPr>
          <w:rFonts w:ascii="Gentium Plus" w:hAnsi="Gentium Plus"/>
          <w:sz w:val="24"/>
        </w:rPr>
        <w:t>μὴ σύγε, μὴ τρέσσῃς· οὐκ ὤμοσας· οὐδὲ γὰρ ἰχθύν χρύσεον ὡς ἴδες εἷλες, ἴσα δ’ ἦν ψεύδεσιν ὄψις.</w:t>
      </w:r>
    </w:p>
    <w:p>
      <w:r>
        <w:rPr>
          <w:rFonts w:ascii="Courier New" w:hAnsi="Courier New"/>
          <w:color w:val="555555"/>
          <w:sz w:val="20"/>
        </w:rPr>
        <w:t>[65]</w:t>
      </w:r>
    </w:p>
    <w:p>
      <w:r>
        <w:rPr>
          <w:rFonts w:ascii="Gentium Plus" w:hAnsi="Gentium Plus"/>
          <w:sz w:val="24"/>
        </w:rPr>
        <w:t>εἰ δ’ ὕπαρ οὐ κνώσσων τὰ πελώρια ταῦτα ματεύσεις, ἐλπὶς τῶν ὕπνων· ζάτει τὸν σάρκινον ἰχθύν,</w:t>
      </w:r>
    </w:p>
    <w:p>
      <w:pPr>
        <w:jc w:val="center"/>
      </w:pPr>
      <w:r>
        <w:rPr>
          <w:rFonts w:ascii="Gentium Plus" w:hAnsi="Gentium Plus"/>
          <w:b/>
          <w:sz w:val="24"/>
        </w:rPr>
        <w:t>ΘΕΟΚΡΙΤΟΥ ΔΙΟΣΚΟΥΡΟΙ</w:t>
      </w:r>
    </w:p>
    <w:p>
      <w:r>
        <w:rPr>
          <w:rFonts w:ascii="Courier New" w:hAnsi="Courier New"/>
          <w:color w:val="555555"/>
          <w:sz w:val="20"/>
        </w:rPr>
        <w:t>[1]</w:t>
      </w:r>
    </w:p>
    <w:p>
      <w:r>
        <w:rPr>
          <w:rFonts w:ascii="Gentium Plus" w:hAnsi="Gentium Plus"/>
          <w:sz w:val="24"/>
        </w:rPr>
        <w:t>Ὑμνέομεν Λήδας τε καὶ αἰγιόχου Διὸς υἱώ, Κάστορα καὶ φοβερὸν Πολυδεύκεα πὺξ ἐρεθίζειν χεῖρας ἐπιζεύξαντα μέσας βοέοισιν ἱμᾶσιν. ὑμνέομεν καὶ δὶς καὶ τὸ τρίτον ἄρσενα τέκνα</w:t>
      </w:r>
    </w:p>
    <w:p>
      <w:r>
        <w:rPr>
          <w:rFonts w:ascii="Courier New" w:hAnsi="Courier New"/>
          <w:color w:val="555555"/>
          <w:sz w:val="20"/>
        </w:rPr>
        <w:t>[5]</w:t>
      </w:r>
    </w:p>
    <w:p>
      <w:r>
        <w:rPr>
          <w:rFonts w:ascii="Gentium Plus" w:hAnsi="Gentium Plus"/>
          <w:sz w:val="24"/>
        </w:rPr>
        <w:t>κούρης Θεστιάδος, Λακεδαιμονίους δύ’ ἀδελφούς, ἀνθρώπων σωτῆρας ἐπὶ ξυροῦ ἤδη ἐόντων, ἵππων θ’ αἱματόεντα ταρασσομένων καθ’ ὅμιλον, νηῶν θ’ αἳ δύνοντα καὶ οὐρανὸν εἰσανιόντα ἄστρα βιαζόμεναι χαλεποῖς ἐνέκυρσαν ἀήταις.</w:t>
      </w:r>
    </w:p>
    <w:p>
      <w:r>
        <w:rPr>
          <w:rFonts w:ascii="Courier New" w:hAnsi="Courier New"/>
          <w:color w:val="555555"/>
          <w:sz w:val="20"/>
        </w:rPr>
        <w:t>[10]</w:t>
      </w:r>
    </w:p>
    <w:p>
      <w:r>
        <w:rPr>
          <w:rFonts w:ascii="Gentium Plus" w:hAnsi="Gentium Plus"/>
          <w:sz w:val="24"/>
        </w:rPr>
        <w:t>οἳ δέ σφεων κατὰ πρύμναν ἀείραντες μέγα κῦμα ἠὲ καὶ ἐκ πρῴρηθεν ἢ ὅππῃ θυμὸς ἑκάστου εἰς κοίλην ἔρριψαν, ἀνέρρηξαν δ’ ἄρα τοίχους ἀμφοτέρους· κρέμαται δὲ σὺν ἱστίῳ ἄρμενα πάντα εἰκῇ ἀποκλασθέντα· πολὺς δ’ ἐξ οὐρανοῦ ὄμβρος</w:t>
      </w:r>
    </w:p>
    <w:p>
      <w:r>
        <w:rPr>
          <w:rFonts w:ascii="Courier New" w:hAnsi="Courier New"/>
          <w:color w:val="555555"/>
          <w:sz w:val="20"/>
        </w:rPr>
        <w:t>[15]</w:t>
      </w:r>
    </w:p>
    <w:p>
      <w:r>
        <w:rPr>
          <w:rFonts w:ascii="Gentium Plus" w:hAnsi="Gentium Plus"/>
          <w:sz w:val="24"/>
        </w:rPr>
        <w:t>νυκτὸς ἐφερπούσης· παταγεῖ δ’ εὐρεῖα θάλασσα κοπτομένη πνοιαῖς τε καὶ ἀρρήκτοισι χαλάζαις. ἀλλ’ ἔμπης ὑμεῖς γε καὶ ἐκ βυθοῦ ἕλκετε νῆας αὐτοῖσιν ναύτῃσιν ὀιομένοις θανέεσθαι· αἶψα δ’ ἀπολήγους’ ἄνεμοι, λιπαρὴ δὲ γαλήνη</w:t>
      </w:r>
    </w:p>
    <w:p>
      <w:r>
        <w:rPr>
          <w:rFonts w:ascii="Courier New" w:hAnsi="Courier New"/>
          <w:color w:val="555555"/>
          <w:sz w:val="20"/>
        </w:rPr>
        <w:t>[20]</w:t>
      </w:r>
    </w:p>
    <w:p>
      <w:r>
        <w:rPr>
          <w:rFonts w:ascii="Gentium Plus" w:hAnsi="Gentium Plus"/>
          <w:sz w:val="24"/>
        </w:rPr>
        <w:t>ἂμ πέλαγος· νεφέλαι δὲ διέδραμον ἄλλυδις ἄλλαι· ἐκ δ’ Ἄρκτοι τ’ ἐφάνησαν Ὄνων τ’ ἀνὰ μέσσον ἀμαυρή Φάτνη, σημαίνουσα τὰ πρὸς πλόον εὔδια πάντα. ὦ ἄμφω θνητοῖσι βοηθόοι, ὦ φίλοι ἄμφω, ἱππῆες κιθαρισταὶ ἀεθλητῆρες ἀοιδοί,</w:t>
      </w:r>
    </w:p>
    <w:p>
      <w:r>
        <w:rPr>
          <w:rFonts w:ascii="Courier New" w:hAnsi="Courier New"/>
          <w:color w:val="555555"/>
          <w:sz w:val="20"/>
        </w:rPr>
        <w:t>[25]</w:t>
      </w:r>
    </w:p>
    <w:p>
      <w:r>
        <w:rPr>
          <w:rFonts w:ascii="Gentium Plus" w:hAnsi="Gentium Plus"/>
          <w:sz w:val="24"/>
        </w:rPr>
        <w:t>Κάστορος ἢ πρώτου Πολυδεύκεος ἄρξομ’ ἀείδειν;</w:t>
      </w:r>
    </w:p>
    <w:p>
      <w:r>
        <w:rPr>
          <w:rFonts w:ascii="Courier New" w:hAnsi="Courier New"/>
          <w:color w:val="555555"/>
          <w:sz w:val="20"/>
        </w:rPr>
        <w:t>[30]</w:t>
      </w:r>
    </w:p>
    <w:p>
      <w:r>
        <w:rPr>
          <w:rFonts w:ascii="Gentium Plus" w:hAnsi="Gentium Plus"/>
          <w:sz w:val="24"/>
        </w:rPr>
        <w:t>ἔνθα μιᾶς πολλοὶ κατὰ κλίμακος ἀμφοτέρων ἔξ τοίχων ἄνδρες ἔβαινον Ἰησονίης ἀπὸ νηός· ἐκβάντες δ’ ἐπὶ θῖνα βαθὺν καὶ ὑπήνεμον ἀκτήν εὐνάς τ’ ἐστόρνυντο πυρεῖά τε χερσὶν ἐνώμων. Κάστωρ δ’ αἰολόπωλος ὅ τ’ οἰνωπὸς Πολυδεύκης</w:t>
      </w:r>
    </w:p>
    <w:p>
      <w:r>
        <w:rPr>
          <w:rFonts w:ascii="Courier New" w:hAnsi="Courier New"/>
          <w:color w:val="555555"/>
          <w:sz w:val="20"/>
        </w:rPr>
        <w:t>[35]</w:t>
      </w:r>
    </w:p>
    <w:p>
      <w:r>
        <w:rPr>
          <w:rFonts w:ascii="Gentium Plus" w:hAnsi="Gentium Plus"/>
          <w:sz w:val="24"/>
        </w:rPr>
        <w:t>ἄμφω ἐρημάζεσκον ἀποπλαγχθέντες ἑταίρων, παντοίην ἐν ὄρει θηεύμενοι ἄγριον ὕλην. εὗρον δ’ ἀέναον κρήνην ὑπὸ λισσάδι πέτρῃ, ὕδατι πεπληθυῖαν ἀκηράτῳ· αἱ δ’ ὑπένερθε λάλλαι κρυστάλλῳ ἠδ’ ἀργύρῳ ἰνδάλλοντο</w:t>
      </w:r>
    </w:p>
    <w:p>
      <w:r>
        <w:rPr>
          <w:rFonts w:ascii="Courier New" w:hAnsi="Courier New"/>
          <w:color w:val="555555"/>
          <w:sz w:val="20"/>
        </w:rPr>
        <w:t>[40]</w:t>
      </w:r>
    </w:p>
    <w:p>
      <w:r>
        <w:rPr>
          <w:rFonts w:ascii="Gentium Plus" w:hAnsi="Gentium Plus"/>
          <w:sz w:val="24"/>
        </w:rPr>
        <w:t>ἐκ βυθοῦ· ὑψηλαὶ δὲ πεφύκεσαν ἀγχόθι πεῦκαι λεῦκαί τε πλάτανοί τε καὶ ἀκρόκομοι κυπάρισσοι ἄνθεά τ’ εὐώδη, λασίαις φίλα ἔργα μελίσσαις, ὅσς’ ἔαρος λήγοντος ἐπιβρύει ἂν λειμῶνας. ἔνθα δ’ ἀνὴρ ὑπέροπλος ἐνήμενος ἐνδιάασκε,</w:t>
      </w:r>
    </w:p>
    <w:p>
      <w:r>
        <w:rPr>
          <w:rFonts w:ascii="Courier New" w:hAnsi="Courier New"/>
          <w:color w:val="555555"/>
          <w:sz w:val="20"/>
        </w:rPr>
        <w:t>[45]</w:t>
      </w:r>
    </w:p>
    <w:p>
      <w:r>
        <w:rPr>
          <w:rFonts w:ascii="Gentium Plus" w:hAnsi="Gentium Plus"/>
          <w:sz w:val="24"/>
        </w:rPr>
        <w:t>δεινὸς ἰδεῖν, σκληρῇσι τεθλασμένος οὔατα πυγμαῖς· στήθεα δ’ ἐσφαίρωτο πελώρια καὶ πλατὺ νῶτον σαρκὶ σιδηρείῃ, σφυρήλατος οἷα κολοσσός· ἐν δὲ μύες στερεοῖσι βραχίοσιν ἄκρον ὑπ’ ὦμον ἕστασαν ἠύτε πέτροι ὀλοίτροχοι οὕστε κυλίνδων</w:t>
      </w:r>
    </w:p>
    <w:p>
      <w:r>
        <w:rPr>
          <w:rFonts w:ascii="Courier New" w:hAnsi="Courier New"/>
          <w:color w:val="555555"/>
          <w:sz w:val="20"/>
        </w:rPr>
        <w:t>[Id . 22 (50)]</w:t>
      </w:r>
    </w:p>
    <w:p>
      <w:r>
        <w:rPr>
          <w:rFonts w:ascii="Gentium Plus" w:hAnsi="Gentium Plus"/>
          <w:sz w:val="24"/>
        </w:rPr>
        <w:t>χειμάρρους ποταμὸς μεγάλαις περιέξεσε δίναις· αὐτὰρ ὑπὲρ νώτοιο καὶ αὐχένος ᾐωρεῖτο ἄκρων δέρμα λέοντος ἀφημμένον ἐκ ποδεώνων. τὸν πρότερος προσέειπεν ἀεθλοφόρος Πολυδεύκης.</w:t>
      </w:r>
    </w:p>
    <w:p>
      <w:r>
        <w:rPr>
          <w:rFonts w:ascii="Courier New" w:hAnsi="Courier New"/>
          <w:color w:val="555555"/>
          <w:sz w:val="20"/>
        </w:rPr>
        <w:t>[53]</w:t>
      </w:r>
    </w:p>
    <w:p>
      <w:r>
        <w:rPr>
          <w:rFonts w:ascii="Gentium Plus" w:hAnsi="Gentium Plus"/>
          <w:sz w:val="24"/>
        </w:rPr>
        <w:t>ΠΟΛΥΔΕΥΚΗΣ</w:t>
      </w:r>
    </w:p>
    <w:p>
      <w:r>
        <w:rPr>
          <w:rFonts w:ascii="Courier New" w:hAnsi="Courier New"/>
          <w:color w:val="555555"/>
          <w:sz w:val="20"/>
        </w:rPr>
        <w:t>[54]</w:t>
      </w:r>
    </w:p>
    <w:p>
      <w:r>
        <w:rPr>
          <w:rFonts w:ascii="Gentium Plus" w:hAnsi="Gentium Plus"/>
          <w:sz w:val="24"/>
        </w:rPr>
        <w:t>χαῖρε, ξεῖν’, ὅτις ἐσσί. τίνες βροτοί, ὧν ὅδε χῶρος;</w:t>
      </w:r>
    </w:p>
    <w:p>
      <w:r>
        <w:rPr>
          <w:rFonts w:ascii="Courier New" w:hAnsi="Courier New"/>
          <w:color w:val="555555"/>
          <w:sz w:val="20"/>
        </w:rPr>
        <w:t>[55]</w:t>
      </w:r>
    </w:p>
    <w:p>
      <w:r>
        <w:rPr>
          <w:rFonts w:ascii="Gentium Plus" w:hAnsi="Gentium Plus"/>
          <w:sz w:val="24"/>
        </w:rPr>
        <w:t>ΑΜΥΚΟΣ</w:t>
      </w:r>
    </w:p>
    <w:p>
      <w:r>
        <w:rPr>
          <w:rFonts w:ascii="Courier New" w:hAnsi="Courier New"/>
          <w:color w:val="555555"/>
          <w:sz w:val="20"/>
        </w:rPr>
        <w:t>[55]</w:t>
      </w:r>
    </w:p>
    <w:p>
      <w:r>
        <w:rPr>
          <w:rFonts w:ascii="Gentium Plus" w:hAnsi="Gentium Plus"/>
          <w:sz w:val="24"/>
        </w:rPr>
        <w:t>χαίρω πῶς, ὅτε τ’ ἄνδρας ὁρῶ τοὺς μὴ πρὶν ὄπωπα; ΠΟ. θάρσει· μήτ’ ἀδίκους μήτ’ ἐξ ἀδίκων φάθι λεύσσειν. ΑΜ. θαρσέω, κοὐκ ἐκ σεῦ με διδάσκεσθαι τόδ’ ἔοικεν. ΠΟ. ἄγριος εἶ, πρὸς πάντα παλίγκοτος ἠδ’ ὑπερόπτης; ΑΜ. τοιόσδ’ οἷον ὁρᾷς· τῆς σῆς γε μὲν οὐκ ἐπιβαίνω.</w:t>
      </w:r>
    </w:p>
    <w:p>
      <w:r>
        <w:rPr>
          <w:rFonts w:ascii="Courier New" w:hAnsi="Courier New"/>
          <w:color w:val="555555"/>
          <w:sz w:val="20"/>
        </w:rPr>
        <w:t>[60]</w:t>
      </w:r>
    </w:p>
    <w:p>
      <w:r>
        <w:rPr>
          <w:rFonts w:ascii="Gentium Plus" w:hAnsi="Gentium Plus"/>
          <w:sz w:val="24"/>
        </w:rPr>
        <w:t>ΠΟ. ἔλθοις, καὶ ξενίων κε τυχὼν πάλιν οἴκαδ’ ἱκάνοις. ΑΜ. μήτε σύ με ξείνιζε, τά τ’ ἐξ ἐμεῦ οὐκ ἐν ἑτοίμῳ. ΠΟ. δαιμόνι’, οὐδ’ ἂν τοῦδε πιεῖν ὕδατος σύγε δοίης; ΑΜ. γνώσεαι, εἴ σευ δίψος ἀνειμένα χείλεα τέρσει. ΠΟ. ἄργυρος ἢ τίς ὁ μισθός—ἐρεῖς; —ᾧ κέν σε πίθοιμεν;</w:t>
      </w:r>
    </w:p>
    <w:p>
      <w:r>
        <w:rPr>
          <w:rFonts w:ascii="Courier New" w:hAnsi="Courier New"/>
          <w:color w:val="555555"/>
          <w:sz w:val="20"/>
        </w:rPr>
        <w:t>[65]</w:t>
      </w:r>
    </w:p>
    <w:p>
      <w:r>
        <w:rPr>
          <w:rFonts w:ascii="Gentium Plus" w:hAnsi="Gentium Plus"/>
          <w:sz w:val="24"/>
        </w:rPr>
        <w:t>ΑΜ. εἷς ἑνὶ χεῖρας ἄειρον ἐναντίος ἀνδρὶ καταστάς. ΠΟ. πυγμάχος ἢ καὶ ποσσὶ θένων σκέλος, † ὄμματα δ’</w:t>
      </w:r>
    </w:p>
    <w:p>
      <w:r>
        <w:rPr>
          <w:rFonts w:ascii="Courier New" w:hAnsi="Courier New"/>
          <w:color w:val="555555"/>
          <w:sz w:val="20"/>
        </w:rPr>
        <w:t>[66]</w:t>
      </w:r>
    </w:p>
    <w:p>
      <w:r>
        <w:rPr>
          <w:rFonts w:ascii="Gentium Plus" w:hAnsi="Gentium Plus"/>
          <w:sz w:val="24"/>
        </w:rPr>
        <w:t>ὀρθά; ΑΜ. πὺξ διατεινάμενος σφετέρης μὴ φείδεο τέχνης. ΠΟ. τίς γάρ, ὅτῳ χεῖρας καὶ ἐμοὺς συνερείσω ἱμάντας; ΑΜ. ἐγγὺς ὁρᾷς· οὐ γύννις ἐὼν κεκλήσεθ’ ὁ πύκτης.</w:t>
      </w:r>
    </w:p>
    <w:p>
      <w:r>
        <w:rPr>
          <w:rFonts w:ascii="Courier New" w:hAnsi="Courier New"/>
          <w:color w:val="555555"/>
          <w:sz w:val="20"/>
        </w:rPr>
        <w:t>[70]</w:t>
      </w:r>
    </w:p>
    <w:p>
      <w:r>
        <w:rPr>
          <w:rFonts w:ascii="Gentium Plus" w:hAnsi="Gentium Plus"/>
          <w:sz w:val="24"/>
        </w:rPr>
        <w:t>ΠΟ. ἦ καὶ ἄεθλον ἑτοῖμον ἐφ’ ᾧ δηρισόμεθ’ ἄμφω; ΑΜ. σὸς μὲν ἐγώ, σὺ δ’ ἐμὸς κεκλήσεαι, αἴ κε κρατήσω. ΠΟ. ὀρνίθων φοινικολόφων τοιοίδε κυδοιμοί. ΑΜ. εἴτ’ οὖν ὀρνίθεσσιν ἐοικότες εἴτε λέουσι</w:t>
      </w:r>
    </w:p>
    <w:p>
      <w:r>
        <w:rPr>
          <w:rFonts w:ascii="Courier New" w:hAnsi="Courier New"/>
          <w:color w:val="555555"/>
          <w:sz w:val="20"/>
        </w:rPr>
        <w:t>[75]</w:t>
      </w:r>
    </w:p>
    <w:p>
      <w:r>
        <w:rPr>
          <w:rFonts w:ascii="Gentium Plus" w:hAnsi="Gentium Plus"/>
          <w:sz w:val="24"/>
        </w:rPr>
        <w:t>Ἦ ῥ’ Ἄμυκος καὶ κόχλον ἑλὼν μυκήσατο κοῖλον. οἱ δὲ θοῶς συνάγερθεν ὑπὸ σκιερὰς πλατανίστους κόχλου φυσηθέντος ἀεὶ Βέβρυκες κομόωντες. ὣς δ’ αὔτως ἥρωας ἰὼν ἐκαλέσσατο πάντας Μαγνήσσης ἀπὸ νηὸς ὑπείροχος ἐν δαῒ Κάστωρ.</w:t>
      </w:r>
    </w:p>
    <w:p>
      <w:r>
        <w:rPr>
          <w:rFonts w:ascii="Courier New" w:hAnsi="Courier New"/>
          <w:color w:val="555555"/>
          <w:sz w:val="20"/>
        </w:rPr>
        <w:t>[80]</w:t>
      </w:r>
    </w:p>
    <w:p>
      <w:r>
        <w:rPr>
          <w:rFonts w:ascii="Gentium Plus" w:hAnsi="Gentium Plus"/>
          <w:sz w:val="24"/>
        </w:rPr>
        <w:t>οἳ δ’ ἐπεὶ οὖν σπείρῃσιν ἐκαρτύναντο βοείαις χεῖρας καὶ περὶ γυῖα μακροὺς εἵλιξαν ἱμάντας, ἐς μέσσον σύναγον φόνον ἀλλήλοισι πνέοντες. ἔνθα πολύς σφισι μόχθος ἐπειγομένοισιν ἐτύχθη, ὁππότερος κατὰ νῶτα λάβοι φάος ἠελίοιο.</w:t>
      </w:r>
    </w:p>
    <w:p>
      <w:r>
        <w:rPr>
          <w:rFonts w:ascii="Courier New" w:hAnsi="Courier New"/>
          <w:color w:val="555555"/>
          <w:sz w:val="20"/>
        </w:rPr>
        <w:t>[85]</w:t>
      </w:r>
    </w:p>
    <w:p>
      <w:r>
        <w:rPr>
          <w:rFonts w:ascii="Gentium Plus" w:hAnsi="Gentium Plus"/>
          <w:sz w:val="24"/>
        </w:rPr>
        <w:t>ἰδρείῃ μέγαν ἄνδρα παρήλυθες, ὦ Πολύδευκες, βάλλετο δ’ ἀκτίνεσσιν ἅπαν Ἀμύκοιο πρόσωπον. αὐτὰρ ὅγ’ ἐν θυμῷ κεχολωμένος ἵετο πρόσσω, χερσὶ τιτυσκόμενος. τοῦ δ’ ἄκρον τύψε γένειον Τυνδαρίδης ἐπιόντος· ὀρίνθη δὲ πλέον ἢ πρίν,</w:t>
      </w:r>
    </w:p>
    <w:p>
      <w:r>
        <w:rPr>
          <w:rFonts w:ascii="Courier New" w:hAnsi="Courier New"/>
          <w:color w:val="555555"/>
          <w:sz w:val="20"/>
        </w:rPr>
        <w:t>[90]</w:t>
      </w:r>
    </w:p>
    <w:p>
      <w:r>
        <w:rPr>
          <w:rFonts w:ascii="Gentium Plus" w:hAnsi="Gentium Plus"/>
          <w:sz w:val="24"/>
        </w:rPr>
        <w:t>σὺν δὲ μάχην ἐτάραξε, πολὺς δ’ ἐπέκειτο νενευκώς ἐς γαῖαν. Βέβρυκες δ’ ἐπαΰτεον, οἱ δ’ ἑτέρωθεν ἥρωες κρατερὸν Πολυδεύκεα θαρσύνεσκον, δειδιότες μή πώς μιν ἐπιβρίσας δαμάσειε χώρῳ ἐνὶ στεινῷ Τιτυῷ ἐναλίγκιος ἀνήρ.</w:t>
      </w:r>
    </w:p>
    <w:p>
      <w:r>
        <w:rPr>
          <w:rFonts w:ascii="Courier New" w:hAnsi="Courier New"/>
          <w:color w:val="555555"/>
          <w:sz w:val="20"/>
        </w:rPr>
        <w:t>[95]</w:t>
      </w:r>
    </w:p>
    <w:p>
      <w:r>
        <w:rPr>
          <w:rFonts w:ascii="Gentium Plus" w:hAnsi="Gentium Plus"/>
          <w:sz w:val="24"/>
        </w:rPr>
        <w:t>ἤτοι ὅγ’ ἔνθα καὶ ἔνθα παριστάμενος Διὸς υἱός ἀμφοτέρῃσιν ἄμυσσεν ἀμοιβαδίς, ἔσχεθε δ’ ὁρμῆς παῖδα Ποσειδάωνος ὑπερφίαλόν περ ἐόντα. ἔστη δὲ πληγαῖς μεθύων, ἐκ δ’ ἔπτυσεν αἷμα φοίνιον· οἱ δ’ ἅμα πάντες ἀριστῆες κελάδησαν,</w:t>
      </w:r>
    </w:p>
    <w:p>
      <w:r>
        <w:rPr>
          <w:rFonts w:ascii="Courier New" w:hAnsi="Courier New"/>
          <w:color w:val="555555"/>
          <w:sz w:val="20"/>
        </w:rPr>
        <w:t>[Id . 22 (100)]</w:t>
      </w:r>
    </w:p>
    <w:p>
      <w:r>
        <w:rPr>
          <w:rFonts w:ascii="Gentium Plus" w:hAnsi="Gentium Plus"/>
          <w:sz w:val="24"/>
        </w:rPr>
        <w:t>ὡς ἴδον ἕλκεα λυγρὰ περὶ στόμα τε γναθμούς τε· ὄμματα δ’ οἰδήσαντος ἀπεστείνωτο προσώπου. τὸν μὲν ἄναξ ἐτάρασσεν ἐτώσια χερσὶ προδεικνύς πάντοθεν· ἀλλ’ ὅτε δή μιν ἀμηχανέοντ’ ἐνόησε,</w:t>
      </w:r>
    </w:p>
    <w:p>
      <w:r>
        <w:rPr>
          <w:rFonts w:ascii="Courier New" w:hAnsi="Courier New"/>
          <w:color w:val="555555"/>
          <w:sz w:val="20"/>
        </w:rPr>
        <w:t>[105]</w:t>
      </w:r>
    </w:p>
    <w:p>
      <w:r>
        <w:rPr>
          <w:rFonts w:ascii="Gentium Plus" w:hAnsi="Gentium Plus"/>
          <w:sz w:val="24"/>
        </w:rPr>
        <w:t>πᾶν δ’ ἀπέσυρε μέτωπον ἐς ὀστέον. αὐτὰρ ὃ πληγείς ὕπτιος ἐν φύλλοισι τεθηλόσιν ἐξετανύσθη. ἔνθα μάχη δριμεῖα πάλιν γένετ’ ὀρθωθέντος, ἀλλήλους δ’ ὄλεκον στερεοῖς θείνοντες ἱμᾶσιν. ἀλλ’ ὁ μὲν ἐς στῆθός τε καὶ ἔξω χεῖρας ἐνώμα</w:t>
      </w:r>
    </w:p>
    <w:p>
      <w:r>
        <w:rPr>
          <w:rFonts w:ascii="Courier New" w:hAnsi="Courier New"/>
          <w:color w:val="555555"/>
          <w:sz w:val="20"/>
        </w:rPr>
        <w:t>[110]</w:t>
      </w:r>
    </w:p>
    <w:p>
      <w:r>
        <w:rPr>
          <w:rFonts w:ascii="Gentium Plus" w:hAnsi="Gentium Plus"/>
          <w:sz w:val="24"/>
        </w:rPr>
        <w:t>αὐχένος ἀρχηγὸς Βεβρύκων· ὁ δ’ ἀεικέσι πληγαῖς πᾶν συνέφυρε πρόσωπον ἀνίκητος Πολυδεύκης. σάρκες δ’ ᾧ μὲν ἱδρῶτι συνίζανον, ἐκ μεγάλου δέ αἶψ’ ὀλίγος γένετ’ ἀνδρός· ὃ δ’ αἰεὶ πάσσονα γυῖα αὐξομένου φορέεσκε πόνου καὶ χροιῇ ἀμείνω.</w:t>
      </w:r>
    </w:p>
    <w:p>
      <w:r>
        <w:rPr>
          <w:rFonts w:ascii="Courier New" w:hAnsi="Courier New"/>
          <w:color w:val="555555"/>
          <w:sz w:val="20"/>
        </w:rPr>
        <w:t>[115]</w:t>
      </w:r>
    </w:p>
    <w:p>
      <w:r>
        <w:rPr>
          <w:rFonts w:ascii="Gentium Plus" w:hAnsi="Gentium Plus"/>
          <w:sz w:val="24"/>
        </w:rPr>
        <w:t>Πῶς γὰρ δὴ Διὸς υἱὸς ἀδηφάγον ἄνδρα καθεῖλεν; εἰπέ, θεά, σὺ γὰρ οἶσθα· ἐγὼ δ’ ἑτέρων ὑποφήτης φθέγξομαι ὅσς’ ἐθέλεις σὺ καὶ ὅππως τοι φίλον αὐτῇ. Ἤτοι ὅγε ῥέξαι τι λιλαιόμενος μέγα ἔργον σκαιῇ μὲν σκαιὴν Πολυδεύκεος ἔλλαβε χεῖρα,</w:t>
      </w:r>
    </w:p>
    <w:p>
      <w:r>
        <w:rPr>
          <w:rFonts w:ascii="Courier New" w:hAnsi="Courier New"/>
          <w:color w:val="555555"/>
          <w:sz w:val="20"/>
        </w:rPr>
        <w:t>[120]</w:t>
      </w:r>
    </w:p>
    <w:p>
      <w:r>
        <w:rPr>
          <w:rFonts w:ascii="Gentium Plus" w:hAnsi="Gentium Plus"/>
          <w:sz w:val="24"/>
        </w:rPr>
        <w:t>δοχμὸς ἀπὸ προβολῆς κλινθείς, ἑτέρῳ δ’ ἐπιβαίνων δεξιτερῆς ἤνεγκεν ἀπὸ λαγόνος πλατὺ γυῖον. καί κε τυχὼν ἔβλαψεν Ἀμυκλαίων βασιλῆα· ἀλλ’ ὅγ’ ὑπεξανέδυ κεφαλῇ, στιβαρῇ δ’ ἅμα χειρί πλῆξεν ὑπὸ σκαιὸν κρόταφον καὶ ἐπέμπεσεν ὤμῳ·</w:t>
      </w:r>
    </w:p>
    <w:p>
      <w:r>
        <w:rPr>
          <w:rFonts w:ascii="Courier New" w:hAnsi="Courier New"/>
          <w:color w:val="555555"/>
          <w:sz w:val="20"/>
        </w:rPr>
        <w:t>[125]</w:t>
      </w:r>
    </w:p>
    <w:p>
      <w:r>
        <w:rPr>
          <w:rFonts w:ascii="Gentium Plus" w:hAnsi="Gentium Plus"/>
          <w:sz w:val="24"/>
        </w:rPr>
        <w:t>ἐκ δ’ ἐχύθη μέλαν αἷμα θοῶς κροτάφοιο χανόντος· λαιῇ δὲ στόμα κόψε, πυκνοὶ δ’ ἀράβησαν ὀδόντες· αἰεὶ δ’ ὀξυτέρῳ πιτύλῳ δηλεῖτο πρόσωπον, μέχρι συνηλοίησε παρήια. πᾶς δ’ ἐπὶ γαίῃ κεῖτ’ ἀλλοφρονέων καὶ ἀνέσχεθε νεῖκος ἀπαυδῶν</w:t>
      </w:r>
    </w:p>
    <w:p>
      <w:r>
        <w:rPr>
          <w:rFonts w:ascii="Courier New" w:hAnsi="Courier New"/>
          <w:color w:val="555555"/>
          <w:sz w:val="20"/>
        </w:rPr>
        <w:t>[130]</w:t>
      </w:r>
    </w:p>
    <w:p>
      <w:r>
        <w:rPr>
          <w:rFonts w:ascii="Gentium Plus" w:hAnsi="Gentium Plus"/>
          <w:sz w:val="24"/>
        </w:rPr>
        <w:t>ἀμφοτέρας ἅμα χεῖρας, ἐπεὶ θανάτου σχεδὸν ἦεν. τὸν μὲν ἄρα κρατέων περ ἀτάσθαλον οὐδὲν ἔρεξας,</w:t>
      </w:r>
    </w:p>
    <w:p>
      <w:r>
        <w:rPr>
          <w:rFonts w:ascii="Courier New" w:hAnsi="Courier New"/>
          <w:color w:val="555555"/>
          <w:sz w:val="20"/>
        </w:rPr>
        <w:t>[134]</w:t>
      </w:r>
    </w:p>
    <w:p>
      <w:r>
        <w:rPr>
          <w:rFonts w:ascii="Gentium Plus" w:hAnsi="Gentium Plus"/>
          <w:sz w:val="24"/>
        </w:rPr>
      </w:r>
    </w:p>
    <w:p>
      <w:r>
        <w:rPr>
          <w:rFonts w:ascii="Courier New" w:hAnsi="Courier New"/>
          <w:color w:val="555555"/>
          <w:sz w:val="20"/>
        </w:rPr>
        <w:t>[135]</w:t>
      </w:r>
    </w:p>
    <w:p>
      <w:r>
        <w:rPr>
          <w:rFonts w:ascii="Gentium Plus" w:hAnsi="Gentium Plus"/>
          <w:sz w:val="24"/>
        </w:rPr>
        <w:t>Καὶ σὺ μὲν ὕμνησαί μοι, ἄναξ· σὲ δέ, Κάστορ, ἀείσω, Τυνδαρίδη ταχύπωλε, δορυσσόε, χαλκεοθώρηξ.</w:t>
      </w:r>
    </w:p>
    <w:p>
      <w:r>
        <w:rPr>
          <w:rFonts w:ascii="Courier New" w:hAnsi="Courier New"/>
          <w:color w:val="555555"/>
          <w:sz w:val="20"/>
        </w:rPr>
        <w:t>[136]</w:t>
      </w:r>
    </w:p>
    <w:p>
      <w:r>
        <w:rPr>
          <w:rFonts w:ascii="Gentium Plus" w:hAnsi="Gentium Plus"/>
          <w:sz w:val="24"/>
        </w:rPr>
        <w:t>Τὼ μὲν ἀναρπάξαντε δύω φερέτην Διὸς υἱώ δοιὰς Λευκίπποιο κόρας· δισσὼ δ’ ἄρα τώγε ἐσσυμένως ἐδίωκον ἀδελφεὼ υἷ’ Ἀφαρῆος,</w:t>
      </w:r>
    </w:p>
    <w:p>
      <w:r>
        <w:rPr>
          <w:rFonts w:ascii="Courier New" w:hAnsi="Courier New"/>
          <w:color w:val="555555"/>
          <w:sz w:val="20"/>
        </w:rPr>
        <w:t>[140]</w:t>
      </w:r>
    </w:p>
    <w:p>
      <w:r>
        <w:rPr>
          <w:rFonts w:ascii="Gentium Plus" w:hAnsi="Gentium Plus"/>
          <w:sz w:val="24"/>
        </w:rPr>
        <w:t>γαμβρὼ μελλογάμω, Λυγκεὺς καὶ ὁ καρτερὸς Ἴδας ἀλλ’ ὅτε τύμβον ἵκανον ἀποφθιμένου Ἀφαρῆος, ἐκ δίφρων ἅμα πάντες ἐπ’ ἀλλήλοισιν ὄρουσαν ἔγχεσι καὶ κοίλοισι βαρυνόμενοι σακέεσσι. Λυγκεὺς δ’ ἂρ μετέειπεν, ὑπὲκ κόρυθος μέγ’ ἀύσας,</w:t>
      </w:r>
    </w:p>
    <w:p>
      <w:r>
        <w:rPr>
          <w:rFonts w:ascii="Courier New" w:hAnsi="Courier New"/>
          <w:color w:val="555555"/>
          <w:sz w:val="20"/>
        </w:rPr>
        <w:t>[145]</w:t>
      </w:r>
    </w:p>
    <w:p>
      <w:r>
        <w:rPr>
          <w:rFonts w:ascii="Gentium Plus" w:hAnsi="Gentium Plus"/>
          <w:sz w:val="24"/>
        </w:rPr>
        <w:t>‘δαιμόνιοι, τί μάχης ἱμείρετε; πῶς δ’ ἐπὶ νύμφαις ἀλλοτρίαις χαλεποί, γυμναὶ δ’ ἐν χερσὶ μάχαιραι; ἡμῖν τοι Λεύκιππος ἑὰς ἕδνωσε θύγατρας τάσδε πολὺ προτέροις· ἡμῖν γάμος οὗτος ἐν ὅρκῳ. ὑμεῖς δ’ οὐ κατὰ κόσμον ἐπ’ ἀλλοτρίοισι λέχεσσι</w:t>
      </w:r>
    </w:p>
    <w:p>
      <w:r>
        <w:rPr>
          <w:rFonts w:ascii="Courier New" w:hAnsi="Courier New"/>
          <w:color w:val="555555"/>
          <w:sz w:val="20"/>
        </w:rPr>
        <w:t>[Id . 22 (150)]</w:t>
      </w:r>
    </w:p>
    <w:p>
      <w:r>
        <w:rPr>
          <w:rFonts w:ascii="Gentium Plus" w:hAnsi="Gentium Plus"/>
          <w:sz w:val="24"/>
        </w:rPr>
        <w:t>βουσὶ καὶ ἡμιόνοισι καὶ ἄλλοισι κτεάτεσσιν ἄνδρα παρετρέψασθε, γάμον δ’ ἐκλέψατε δώροις. ἦ μὴν πολλάκις ὔμμιν ἐνώπιον ἀμφοτέροισιν αὐτὸς ἐγὼ τάδ’ ἔειπα καὶ οὐ πολύμυθος ἐών περ· “οὐχ οὕτω, φίλοι ἄνδρες, ἀριστήεσσιν ἔοικε</w:t>
      </w:r>
    </w:p>
    <w:p>
      <w:r>
        <w:rPr>
          <w:rFonts w:ascii="Courier New" w:hAnsi="Courier New"/>
          <w:color w:val="555555"/>
          <w:sz w:val="20"/>
        </w:rPr>
        <w:t>[155]</w:t>
      </w:r>
    </w:p>
    <w:p>
      <w:r>
        <w:rPr>
          <w:rFonts w:ascii="Gentium Plus" w:hAnsi="Gentium Plus"/>
          <w:sz w:val="24"/>
        </w:rPr>
        <w:t>μνηστεύειν ἀλόχους, αἷς νυμφίοι ἤδη ἑτοῖμοι. πολλή τοι Σπάρτη, πολλὴ δ’ ἱππήλατος Ἦλις Ἀρκαδίη τ’ εὔμηλος Ἀχαιῶν τε πτολίεθρα Μεσσήνη τε καὶ Ἄργος ἅπασά τε Σισυφὶς ἀκτή· ἔνθα κόραι τοκέεσσιν ὑπὸ σφετέροισι τρέφονται</w:t>
      </w:r>
    </w:p>
    <w:p>
      <w:r>
        <w:rPr>
          <w:rFonts w:ascii="Courier New" w:hAnsi="Courier New"/>
          <w:color w:val="555555"/>
          <w:sz w:val="20"/>
        </w:rPr>
        <w:t>[160]</w:t>
      </w:r>
    </w:p>
    <w:p>
      <w:r>
        <w:rPr>
          <w:rFonts w:ascii="Gentium Plus" w:hAnsi="Gentium Plus"/>
          <w:sz w:val="24"/>
        </w:rPr>
        <w:t>μυρίαι οὔτε φυῆς ἐπιδευέες οὔτε νόοιο, τάων εὐμαρὲς ὔμμιν ὀπυιέμεν ἅς κ’ ἐθέλητε· ὡς ἀγαθοῖς πολέες βούλοιντό κε πενθεροὶ εἶναι, ὑμεῖς δ’ ἐν πάντεσσι διάκριτοι ἡρώεσσι, καὶ πατέρες καὶ ἄνωθεν ἅπαν πατρώιον αἷμα.</w:t>
      </w:r>
    </w:p>
    <w:p>
      <w:r>
        <w:rPr>
          <w:rFonts w:ascii="Courier New" w:hAnsi="Courier New"/>
          <w:color w:val="555555"/>
          <w:sz w:val="20"/>
        </w:rPr>
        <w:t>[165]</w:t>
      </w:r>
    </w:p>
    <w:p>
      <w:r>
        <w:rPr>
          <w:rFonts w:ascii="Gentium Plus" w:hAnsi="Gentium Plus"/>
          <w:sz w:val="24"/>
        </w:rPr>
        <w:t>ἀλλά, φίλοι, τοῦτον μὲν ἐάσατε πρὸς τέλος ἐλθεῖν ἄμμι γάμον· σφῷν δ’ ἄλλον ἐπιφραζώμεθα πάντες.” ἴσκον τοιάδε πολλά, τὰ δ’ εἰς ὑγρὸν ᾤχετο κῦμα πνοιὴ ἔχους’ ἀνέμοιο, χάρις δ’ οὐχ ἕσπετο μύθοις· σφὼ γὰρ ἀκηλήτω καὶ ἀπηνέες. ἀλλ’ ἔτι καὶ νῦν</w:t>
      </w:r>
    </w:p>
    <w:p>
      <w:r>
        <w:rPr>
          <w:rFonts w:ascii="Courier New" w:hAnsi="Courier New"/>
          <w:color w:val="555555"/>
          <w:sz w:val="20"/>
        </w:rPr>
        <w:t>[170]</w:t>
      </w:r>
    </w:p>
    <w:p>
      <w:r>
        <w:rPr>
          <w:rFonts w:ascii="Gentium Plus" w:hAnsi="Gentium Plus"/>
          <w:sz w:val="24"/>
        </w:rPr>
        <w:t>πείθεσθ’· ἄμφω δ’ ἄμμιν ἀνεψιὼ ἐκ πατρός ἐστον.‘</w:t>
      </w:r>
    </w:p>
    <w:p>
      <w:r>
        <w:rPr>
          <w:rFonts w:ascii="Courier New" w:hAnsi="Courier New"/>
          <w:color w:val="555555"/>
          <w:sz w:val="20"/>
        </w:rPr>
        <w:t>[170]</w:t>
      </w:r>
    </w:p>
    <w:p>
      <w:r>
        <w:rPr>
          <w:rFonts w:ascii="Gentium Plus" w:hAnsi="Gentium Plus"/>
          <w:sz w:val="24"/>
        </w:rPr>
        <w:t>. . . . . . . . . (ΚΑ.) ‘εἰ δ’ ὑμῖν κραδίη πόλεμον ποθεῖ, αἵματι δὲ χρή νεῖκος ἀναρρήξαντας ὁμοίιον ἔγχεα λοῦσαι, Ἴδας μὲν καὶ ὅμαιμος ἐμός, κρατερὸς Πολυδεύκης, χεῖρας ἐρωήσουσιν ἀποσχομένω ὑσμίνης·</w:t>
      </w:r>
    </w:p>
    <w:p>
      <w:r>
        <w:rPr>
          <w:rFonts w:ascii="Courier New" w:hAnsi="Courier New"/>
          <w:color w:val="555555"/>
          <w:sz w:val="20"/>
        </w:rPr>
        <w:t>[175]</w:t>
      </w:r>
    </w:p>
    <w:p>
      <w:r>
        <w:rPr>
          <w:rFonts w:ascii="Gentium Plus" w:hAnsi="Gentium Plus"/>
          <w:sz w:val="24"/>
        </w:rPr>
        <w:t>νῶι δ’, ἐγὼ Λυγκεύς τε, διακρινώμεθ’ Ἄρηι, ὁπλοτέρω γεγαῶτε. γονεῦσι δὲ μὴ πολὺ πένθος ἡμετέροισι λίπωμεν. ἅλις νέκυς ἐξ ἑνὸς οἴκου εἷς· ἀτὰρ ὧλλοι πάντας ἐυφρανέουσιν ἑταίρους, νυμφίοι ἀντὶ νεκρῶν, ὑμεναιώσουσι δὲ κούρας</w:t>
      </w:r>
    </w:p>
    <w:p>
      <w:r>
        <w:rPr>
          <w:rFonts w:ascii="Courier New" w:hAnsi="Courier New"/>
          <w:color w:val="555555"/>
          <w:sz w:val="20"/>
        </w:rPr>
        <w:t>[180]</w:t>
      </w:r>
    </w:p>
    <w:p>
      <w:r>
        <w:rPr>
          <w:rFonts w:ascii="Gentium Plus" w:hAnsi="Gentium Plus"/>
          <w:sz w:val="24"/>
        </w:rPr>
        <w:t>τάσδ’. ὀλίγῳ τοι ἔοικε κακῷ μέγα νεῖκος ἀναιρεῖν.‘ εἶπε, τὰ δ’ οὐκ ἄρ’ ἔμελλε θεὸς μεταμώνια θήσειν. τὼ μὲν γὰρ ποτὶ γαῖαν ἀπ’ ὤμων τεύχε’ ἔθεντο, ὣ γενεῇ προφέρεσκον· ὁ δ’ εἰς μέσον ἤλυθε Λυγκεύς, σείων καρτερὸν ἔγχος ὑπ’ ἀσπίδος ἄντυγα πρώτην·</w:t>
      </w:r>
    </w:p>
    <w:p>
      <w:r>
        <w:rPr>
          <w:rFonts w:ascii="Courier New" w:hAnsi="Courier New"/>
          <w:color w:val="555555"/>
          <w:sz w:val="20"/>
        </w:rPr>
        <w:t>[185]</w:t>
      </w:r>
    </w:p>
    <w:p>
      <w:r>
        <w:rPr>
          <w:rFonts w:ascii="Gentium Plus" w:hAnsi="Gentium Plus"/>
          <w:sz w:val="24"/>
        </w:rPr>
        <w:t>ὣς δ’ αὔτως ἄκρας ἐτινάξατο δούρατος ἀκμάς Κάστωρ· ἀμφοτέροις δὲ λόφων ἐπένευον ἔθειραι. ἔγχεσι μὲν πρώτιστα τιτυσκόμενοι πόνον εἶχον ἀλλήλων, εἴ πού τι χροὸς γυμνωθὲν ἴδοιεν.</w:t>
      </w:r>
    </w:p>
    <w:p>
      <w:r>
        <w:rPr>
          <w:rFonts w:ascii="Courier New" w:hAnsi="Courier New"/>
          <w:color w:val="555555"/>
          <w:sz w:val="20"/>
        </w:rPr>
        <w:t>[190]</w:t>
      </w:r>
    </w:p>
    <w:p>
      <w:r>
        <w:rPr>
          <w:rFonts w:ascii="Gentium Plus" w:hAnsi="Gentium Plus"/>
          <w:sz w:val="24"/>
        </w:rPr>
        <w:t>δοῦρ’ ἐάγη, σακέεσσιν ἐνὶ δεινοῖσι παγέντα. τὼ δ’ ἄορ ἐκ κολεοῖο ἐρυσσαμένω φόνον αὖτις τεῦχον ἐπ’ ἀλλήλοισι· μάχης δ’ οὐ γίνετ’ ἐρωή. πολλὰ μὲν εἰς σάκος εὐρὺ καὶ ἱππόκομον τρυφάλειαν Κάστωρ, πολλὰ δ’ ἔνυξεν ἀκριβὴς ὄμμασι Λυγκεύς</w:t>
      </w:r>
    </w:p>
    <w:p>
      <w:r>
        <w:rPr>
          <w:rFonts w:ascii="Courier New" w:hAnsi="Courier New"/>
          <w:color w:val="555555"/>
          <w:sz w:val="20"/>
        </w:rPr>
        <w:t>[195]</w:t>
      </w:r>
    </w:p>
    <w:p>
      <w:r>
        <w:rPr>
          <w:rFonts w:ascii="Gentium Plus" w:hAnsi="Gentium Plus"/>
          <w:sz w:val="24"/>
        </w:rPr>
        <w:t>τοῖο σάκος, φοίνικα δ’ ὅσον λόφον ἵκετ’ ἀκωκή. τοῦ μὲν ἄκρην ἐκόλουσεν ἐπὶ σκαιὸν γόνυ χεῖρα φάσγανον ὀξὺ φέροντος ὑπεξαναβὰς ποδὶ Κάστωρ σκαιῷ· ὃ δὲ πληγεὶς ξίφος ἔκβαλεν, αἶψα δὲ φεύγειν ὡρμήθη ποτὶ σῆμα πατρός, τόθι καρτερὸς Ἴδας</w:t>
      </w:r>
    </w:p>
    <w:p>
      <w:r>
        <w:rPr>
          <w:rFonts w:ascii="Courier New" w:hAnsi="Courier New"/>
          <w:color w:val="555555"/>
          <w:sz w:val="20"/>
        </w:rPr>
        <w:t>[Id . 22 (200)]</w:t>
      </w:r>
    </w:p>
    <w:p>
      <w:r>
        <w:rPr>
          <w:rFonts w:ascii="Gentium Plus" w:hAnsi="Gentium Plus"/>
          <w:sz w:val="24"/>
        </w:rPr>
        <w:t>κεκλιμένος θηεῖτο μάχην ἐμφύλιον ἀνδρῶν. ἀλλὰ μεταΐξας πλατὺ φάσγανον ὦσε διαπρό Τυνδαρίδης λαγόνος τε καὶ ὀμφαλοῦ· ἔγκατα δ’ εἴσω χαλκὸς ἄφαρ διέχευεν· ὁ δ’ ἐς στόμα κεῖτο νενευκώς Λυγκεύς, κὰδ δ’ ἄρα οἱ βλεφάρων βαρὺς ἔδραμεν ὕπνος.</w:t>
      </w:r>
    </w:p>
    <w:p>
      <w:r>
        <w:rPr>
          <w:rFonts w:ascii="Courier New" w:hAnsi="Courier New"/>
          <w:color w:val="555555"/>
          <w:sz w:val="20"/>
        </w:rPr>
        <w:t>[205]</w:t>
      </w:r>
    </w:p>
    <w:p>
      <w:r>
        <w:rPr>
          <w:rFonts w:ascii="Gentium Plus" w:hAnsi="Gentium Plus"/>
          <w:sz w:val="24"/>
        </w:rPr>
        <w:t>οὐ μὰν οὐδὲ τὸν ἄλλον ἐφ’ ἑστίῃ εἶδε πατρῴῃ παίδων Λαοκόωσα φίλον γάμον ἐκτελέσαντα. ἦ γὰρ ὅγε στήλην Ἀφαρηίου ἐξανέχουσαν τύμβου ἀναρρήξας ταχέως Μεσσήνιος Ἴδας μέλλε κασιγνήτοιο βαλεῖν σφετέροιο φονῆα·</w:t>
      </w:r>
    </w:p>
    <w:p>
      <w:r>
        <w:rPr>
          <w:rFonts w:ascii="Courier New" w:hAnsi="Courier New"/>
          <w:color w:val="555555"/>
          <w:sz w:val="20"/>
        </w:rPr>
        <w:t>[210]</w:t>
      </w:r>
    </w:p>
    <w:p>
      <w:r>
        <w:rPr>
          <w:rFonts w:ascii="Gentium Plus" w:hAnsi="Gentium Plus"/>
          <w:sz w:val="24"/>
        </w:rPr>
        <w:t>ἀλλὰ Ζεὺς ἐπάμυνε, χερῶν δέ οἱ ἔκβαλε τυκτήν μάρμαρον, αὐτὸν δὲ φλογέῳ συνέφλεξε κεραυνῷ.</w:t>
      </w:r>
    </w:p>
    <w:p>
      <w:r>
        <w:rPr>
          <w:rFonts w:ascii="Courier New" w:hAnsi="Courier New"/>
          <w:color w:val="555555"/>
          <w:sz w:val="20"/>
        </w:rPr>
        <w:t>[211]</w:t>
      </w:r>
    </w:p>
    <w:p>
      <w:r>
        <w:rPr>
          <w:rFonts w:ascii="Gentium Plus" w:hAnsi="Gentium Plus"/>
          <w:sz w:val="24"/>
        </w:rPr>
        <w:t>Οὕτω Τυνδαρίδαις πολεμιζέμεν οὐκ ἐν ἐλαφρῷ· αὐτοί τε κρατέουσι καὶ ἐκ κρατέοντος ἔφυσαν. χαίρετε, Λήδας τέκνα, καὶ ἡμετέροις κλέος ὕμνοις</w:t>
      </w:r>
    </w:p>
    <w:p>
      <w:r>
        <w:rPr>
          <w:rFonts w:ascii="Courier New" w:hAnsi="Courier New"/>
          <w:color w:val="555555"/>
          <w:sz w:val="20"/>
        </w:rPr>
        <w:t>[215]</w:t>
      </w:r>
    </w:p>
    <w:p>
      <w:r>
        <w:rPr>
          <w:rFonts w:ascii="Gentium Plus" w:hAnsi="Gentium Plus"/>
          <w:sz w:val="24"/>
        </w:rPr>
        <w:t>ἐσθλὸν ἀεὶ πέμποιτε. φίλοι δέ τε πάντες ἀοιδοί</w:t>
      </w:r>
    </w:p>
    <w:p>
      <w:r>
        <w:rPr>
          <w:rFonts w:ascii="Courier New" w:hAnsi="Courier New"/>
          <w:color w:val="555555"/>
          <w:sz w:val="20"/>
        </w:rPr>
        <w:t>[220]</w:t>
      </w:r>
    </w:p>
    <w:p>
      <w:r>
        <w:rPr>
          <w:rFonts w:ascii="Gentium Plus" w:hAnsi="Gentium Plus"/>
          <w:sz w:val="24"/>
        </w:rPr>
        <w:t>Ἰλιάδας τε μάχας Ἀχιλῆά τε πύργον ἀυτῆς· ὑμῖν αὖ καὶ ἐγὼ λιγεῶν μειλίγματα Μουσέων, οἷ’ αὐταὶ παρέχουσι καὶ ὡς ἐμὸς οἶκος ὑπάρχει,</w:t>
      </w:r>
    </w:p>
    <w:p>
      <w:pPr>
        <w:jc w:val="center"/>
      </w:pPr>
      <w:r>
        <w:rPr>
          <w:rFonts w:ascii="Gentium Plus" w:hAnsi="Gentium Plus"/>
          <w:b/>
          <w:sz w:val="24"/>
        </w:rPr>
        <w:t>[ΘΕΟΚΡΙΤΟΥ] ΕΡΑΣΤΗΣ</w:t>
      </w:r>
    </w:p>
    <w:p>
      <w:r>
        <w:rPr>
          <w:rFonts w:ascii="Courier New" w:hAnsi="Courier New"/>
          <w:color w:val="555555"/>
          <w:sz w:val="20"/>
        </w:rPr>
        <w:t>[1]</w:t>
      </w:r>
    </w:p>
    <w:p>
      <w:r>
        <w:rPr>
          <w:rFonts w:ascii="Gentium Plus" w:hAnsi="Gentium Plus"/>
          <w:sz w:val="24"/>
        </w:rPr>
        <w:t>Ἀνήρ τις πολύφιλτρος ἀπηνέος ἤρατ’ ἐφάβω, τὰν μορφὰν ἀγαθῶ, τὸν δὲ τρόπον οὐκέθ’ ὁμοίω· μίσει τὸν φιλέοντα καὶ οὐδὲ ἓν ἅμερον εἶχε, κοὐκ ᾔδει τὸν Ἔρωτα τίς ἦν θεός, ἁλίκα τόξα</w:t>
      </w:r>
    </w:p>
    <w:p>
      <w:r>
        <w:rPr>
          <w:rFonts w:ascii="Courier New" w:hAnsi="Courier New"/>
          <w:color w:val="555555"/>
          <w:sz w:val="20"/>
        </w:rPr>
        <w:t>[5]</w:t>
      </w:r>
    </w:p>
    <w:p>
      <w:r>
        <w:rPr>
          <w:rFonts w:ascii="Gentium Plus" w:hAnsi="Gentium Plus"/>
          <w:sz w:val="24"/>
        </w:rPr>
        <w:t>χερσὶ κρατεῖ, χὠς πικρὰ βέλη ποτικάρδια βάλλει· πάντα δὲ κἀν μύθοισι καὶ ἐν προσόδοισιν ἀτειρής. οὐδέ τι τῶν πυρσῶν παραμύθιον, οὐκ ἀμάρυγμα χείλεος, οὐκ ὄσσων λιπαρὸν σέλας, οὐ ῥόδα μάλων, οὐ λόγος, οὐχὶ φίλαμα, τὸ κουφίζει τὸν ἔρωτα.</w:t>
      </w:r>
    </w:p>
    <w:p>
      <w:r>
        <w:rPr>
          <w:rFonts w:ascii="Courier New" w:hAnsi="Courier New"/>
          <w:color w:val="555555"/>
          <w:sz w:val="20"/>
        </w:rPr>
        <w:t>[10]</w:t>
      </w:r>
    </w:p>
    <w:p>
      <w:r>
        <w:rPr>
          <w:rFonts w:ascii="Gentium Plus" w:hAnsi="Gentium Plus"/>
          <w:sz w:val="24"/>
        </w:rPr>
        <w:t>οἷα δὲ θὴρ ὑλαῖος ὑποπτεύῃσι κυναγώς, οὕτως † πάντ’ ἐποίει ποτὶ τὸν βροτόν †· ἄγρια δ’ αὐτῷ χείλεα καὶ κῶραι δεινὸν † βλέπον εἶχεν ἀνάγκαν †· τᾷ δὲ χολᾷ τὸ πρόσωπον ἀμείβετο, φεῦγε δ’ ἀπὸ χρώς ὕβριν † τᾶς ὀργᾶς † περικείμενον. ἀλλὰ καὶ οὕτως</w:t>
      </w:r>
    </w:p>
    <w:p>
      <w:r>
        <w:rPr>
          <w:rFonts w:ascii="Courier New" w:hAnsi="Courier New"/>
          <w:color w:val="555555"/>
          <w:sz w:val="20"/>
        </w:rPr>
        <w:t>[15]</w:t>
      </w:r>
    </w:p>
    <w:p>
      <w:r>
        <w:rPr>
          <w:rFonts w:ascii="Gentium Plus" w:hAnsi="Gentium Plus"/>
          <w:sz w:val="24"/>
        </w:rPr>
        <w:t>ἦν καλός· ἐξ ὀργᾶς δ’ ἐρεθίζετο μᾶλλον ἐραστάς. λοίσθιον οὐκ ἤνεικε τόσαν φλόγα τᾶς Κυθερείας, ἀλλ’ ἐνθὼν ἔκλαιε ποτὶ στυγνοῖσι μελάθροις, καὶ κύσε τὰν φλιάν, οὕτω δ’ ἀντέλλετο φωνά· ‘ἄγριε παῖ καὶ στυγνέ, κακᾶς ἀνάθρεμμα λεαίνας,</w:t>
      </w:r>
    </w:p>
    <w:p>
      <w:r>
        <w:rPr>
          <w:rFonts w:ascii="Courier New" w:hAnsi="Courier New"/>
          <w:color w:val="555555"/>
          <w:sz w:val="20"/>
        </w:rPr>
        <w:t>[20]</w:t>
      </w:r>
    </w:p>
    <w:p>
      <w:r>
        <w:rPr>
          <w:rFonts w:ascii="Gentium Plus" w:hAnsi="Gentium Plus"/>
          <w:sz w:val="24"/>
        </w:rPr>
        <w:t>λάινε παῖ καὶ ἔρωτος ἀνάξιε, δῶρά τοι ἦνθον λοίσθια ταῦτα φέρων, τὸν ἐμὸν βρόχον· οὐκέτι γάρ σε, κῶρε, θέλω λυπεῖν ποχ’ ὁρώμενος, ἀλλὰ βαδίζω ἔνθα τύ μευ κατέκρινας, ὅπῃ λόγος ἦμεν ἀτερπέων ξυνὸν τοῖσιν ἐρῶσι τὸ φάρμακον, ἔνθα τὸ λᾶθος.</w:t>
      </w:r>
    </w:p>
    <w:p>
      <w:r>
        <w:rPr>
          <w:rFonts w:ascii="Courier New" w:hAnsi="Courier New"/>
          <w:color w:val="555555"/>
          <w:sz w:val="20"/>
        </w:rPr>
        <w:t>[25]</w:t>
      </w:r>
    </w:p>
    <w:p>
      <w:r>
        <w:rPr>
          <w:rFonts w:ascii="Gentium Plus" w:hAnsi="Gentium Plus"/>
          <w:sz w:val="24"/>
        </w:rPr>
        <w:t>ἀλλὰ καὶ ἢν ὅλον αὐτὸ λαβὼν ποτὶ χεῖλος ἀμέλξω, οὐδ’ οὕτως σβέσσω τὸν ἐμὸν πόθον. ἄρτι δὲ χαίρειν τοῖσι τεοῖς προθύροις ἐπιβάλλομαι. οἶδα τὸ μέλλον. καὶ τὸ ῥόδον καλόν ἐστι, καὶ ὁ χρόνος αὐτὸ μαραίνει· καὶ τὸ ἴον καλόν ἐστιν ἐν εἴαρι, καὶ ταχὺ γηρᾷ·</w:t>
      </w:r>
    </w:p>
    <w:p>
      <w:r>
        <w:rPr>
          <w:rFonts w:ascii="Courier New" w:hAnsi="Courier New"/>
          <w:color w:val="555555"/>
          <w:sz w:val="20"/>
        </w:rPr>
        <w:t>[30]</w:t>
      </w:r>
    </w:p>
    <w:p>
      <w:r>
        <w:rPr>
          <w:rFonts w:ascii="Gentium Plus" w:hAnsi="Gentium Plus"/>
          <w:sz w:val="24"/>
        </w:rPr>
        <w:t>[λευκὸν τὸ κρίνον ἐστί, μαραίνεται ἁνίκα πίπτει· ἁ δὲ χιὼν λευκά, καὶ τάκεται ἁνίκα † παχθῇ·] καὶ κάλλος καλόν ἐστι τὸ παιδικόν, ἀλλ’ ὀλίγον ζῇ. ἥξει καιρὸς ἐκεῖνος ὁπανίκα καὶ τὺ φιλάσεις. ἁνίκα τὰν κραδίαν ὀπτεύμενος ἁλμυρὰ κλαύσεις.</w:t>
      </w:r>
    </w:p>
    <w:p>
      <w:r>
        <w:rPr>
          <w:rFonts w:ascii="Courier New" w:hAnsi="Courier New"/>
          <w:color w:val="555555"/>
          <w:sz w:val="20"/>
        </w:rPr>
        <w:t>[35]</w:t>
      </w:r>
    </w:p>
    <w:p>
      <w:r>
        <w:rPr>
          <w:rFonts w:ascii="Gentium Plus" w:hAnsi="Gentium Plus"/>
          <w:sz w:val="24"/>
        </w:rPr>
        <w:t>ἀλλὰ τύ, παῖ, καὶ τοῦτο πανύστατον ἁδύ τι ῥέξον· ὁππόταν ἐξενθὼν ἀρταμένον ἐν προθύροισι τοῖσι τεοῖσιν ἴδῃς τὸν τλάμονα, μή με παρένθῃς, στᾶθι δὲ καὶ βραχὺ κλαῦσον, ἐπισπείσας δὲ τὸ δάκρυ λῦσον τᾶς σχοίνω με καὶ ἀμφίθες ἐκ ῥεθέων σῶν</w:t>
      </w:r>
    </w:p>
    <w:p>
      <w:r>
        <w:rPr>
          <w:rFonts w:ascii="Courier New" w:hAnsi="Courier New"/>
          <w:color w:val="555555"/>
          <w:sz w:val="20"/>
        </w:rPr>
        <w:t>[40]</w:t>
      </w:r>
    </w:p>
    <w:p>
      <w:r>
        <w:rPr>
          <w:rFonts w:ascii="Gentium Plus" w:hAnsi="Gentium Plus"/>
          <w:sz w:val="24"/>
        </w:rPr>
        <w:t>εἵματα καὶ κρύψον με, τὸ δ’ αὖ πύματόν με φίλασον· κἂν νεκρῷ χάρισαι τεὰ χείλεα. μή με φοβαθῇς· οὐ δύναμαι † εἴν † σε· ἀπαλλάξεις με φιλάσας. χῶμα δέ μοι κοίλανον ὅ μευ κρύψει τὸν ἔρωτα, κἢν ἀπίῃς, τόδε μοι τρὶς ἐπάυσον· “ὦ φίλε, κεῖσαι·”</w:t>
      </w:r>
    </w:p>
    <w:p>
      <w:r>
        <w:rPr>
          <w:rFonts w:ascii="Courier New" w:hAnsi="Courier New"/>
          <w:color w:val="555555"/>
          <w:sz w:val="20"/>
        </w:rPr>
        <w:t>[45]</w:t>
      </w:r>
    </w:p>
    <w:p>
      <w:r>
        <w:rPr>
          <w:rFonts w:ascii="Gentium Plus" w:hAnsi="Gentium Plus"/>
          <w:sz w:val="24"/>
        </w:rPr>
        <w:t>ἢν δὲ θέλῃς, καὶ τοῦτο· “καλὸς δέ μοι ὤλεθ’ ἑταῖρος.” γράψον καὶ τόδε γράμμα τὸ σοῖς τοίχοισι χαράσσω· “τοῦτον ἔρως ἔκτεινεν· ὁδοιπόρε, μὴ παροδεύσῃς, ἀλλὰ στὰς τόδε λέξον· ἀπηνέα εἶχεν ἑταῖρον.”‘ Ὧδ’ εἰπὼν λίθον εἷλεν † ἐρεισάμενος δ’ ἐπὶ τοίχω</w:t>
      </w:r>
    </w:p>
    <w:p>
      <w:r>
        <w:rPr>
          <w:rFonts w:ascii="Courier New" w:hAnsi="Courier New"/>
          <w:color w:val="555555"/>
          <w:sz w:val="20"/>
        </w:rPr>
        <w:t>[Id . 23 (50)]</w:t>
      </w:r>
    </w:p>
    <w:p>
      <w:r>
        <w:rPr>
          <w:rFonts w:ascii="Gentium Plus" w:hAnsi="Gentium Plus"/>
          <w:sz w:val="24"/>
        </w:rPr>
        <w:t>ἄχρι μέσων ὀόδων †, φοβερὸν λίθον, ἅπτετ’ ἀπ’ αὐτῶ τὰν λεπτὰν σχοινῖδα, βρόχον δ’ ἐπίαλλε τραχήλῳ, τὰν ἕδραν δ’ ἐκύλισεν ὑπὲκ ποδός, ἠδ’ ἐκρεμάσθη νεκρός. ὃ δ’ αὖτ’ ὤιξε θύρας καὶ τὸν νεκρὸν εἶδεν</w:t>
      </w:r>
    </w:p>
    <w:p>
      <w:r>
        <w:rPr>
          <w:rFonts w:ascii="Courier New" w:hAnsi="Courier New"/>
          <w:color w:val="555555"/>
          <w:sz w:val="20"/>
        </w:rPr>
        <w:t>[55]</w:t>
      </w:r>
    </w:p>
    <w:p>
      <w:r>
        <w:rPr>
          <w:rFonts w:ascii="Gentium Plus" w:hAnsi="Gentium Plus"/>
          <w:sz w:val="24"/>
        </w:rPr>
        <w:t>τὰν ψυχάν, οὐ κλαῦσε νέον φόνον, ἀλλ’ ἐπὶ νεκρῷ εἵματα πάντ’ ἐμίανεν ἐφαβικά, βαῖνε δ’ ἐς ἄθλως γυμνασίων, καὶ ἕκηλα φίλων ἐπεμαίετο λουτρῶν, καὶ ποτὶ τὸν θεὸν ἦνθε τὸν ὕβρισε· λαϊνέας δέ ἵπτατ’ ἀπὸ κρηπῖδος ἐς ὕδατα· τῷ δ’ ἐφύπερθεν</w:t>
      </w:r>
    </w:p>
    <w:p>
      <w:r>
        <w:rPr>
          <w:rFonts w:ascii="Courier New" w:hAnsi="Courier New"/>
          <w:color w:val="555555"/>
          <w:sz w:val="20"/>
        </w:rPr>
        <w:t>[60]</w:t>
      </w:r>
    </w:p>
    <w:p>
      <w:r>
        <w:rPr>
          <w:rFonts w:ascii="Gentium Plus" w:hAnsi="Gentium Plus"/>
          <w:sz w:val="24"/>
        </w:rPr>
        <w:t>ἅλατο καὶ τὤγαλμα, κακὸν δ’ ἔκτεινεν ἔφαβον· νᾶμα δ’ ἐφοινίχθη, παιδὸς δ’ ἐπενάχετο φωνά· ‘χαίρετε τοὶ φιλέοντες· ὁ γὰρ μισῶν ἐφονεύθη.</w:t>
      </w:r>
    </w:p>
    <w:p>
      <w:pPr>
        <w:jc w:val="center"/>
      </w:pPr>
      <w:r>
        <w:rPr>
          <w:rFonts w:ascii="Gentium Plus" w:hAnsi="Gentium Plus"/>
          <w:b/>
          <w:sz w:val="24"/>
        </w:rPr>
        <w:t>ΘΕΟΚΡΙΤΟΥ ΗΡΑΚΛΙΣΚΟΣ</w:t>
      </w:r>
    </w:p>
    <w:p>
      <w:r>
        <w:rPr>
          <w:rFonts w:ascii="Courier New" w:hAnsi="Courier New"/>
          <w:color w:val="555555"/>
          <w:sz w:val="20"/>
        </w:rPr>
        <w:t>[1]</w:t>
      </w:r>
    </w:p>
    <w:p>
      <w:r>
        <w:rPr>
          <w:rFonts w:ascii="Gentium Plus" w:hAnsi="Gentium Plus"/>
          <w:sz w:val="24"/>
        </w:rPr>
        <w:t>Ἡρακλέα δεκάμηνον ἐόντα ποχ’ ἁ Μιδεᾶτις Ἀλκμήνα καὶ νυκτὶ νεώτερον Ἰφικλῆα, ἀμφοτέρους λούσασα καὶ ἐμπλήσασα γάλακτος, χαλκείαν κατέθηκεν ἐς ἀσπίδα, τὰν Πτερελάου</w:t>
      </w:r>
    </w:p>
    <w:p>
      <w:r>
        <w:rPr>
          <w:rFonts w:ascii="Courier New" w:hAnsi="Courier New"/>
          <w:color w:val="555555"/>
          <w:sz w:val="20"/>
        </w:rPr>
        <w:t>[5]</w:t>
      </w:r>
    </w:p>
    <w:p>
      <w:r>
        <w:rPr>
          <w:rFonts w:ascii="Gentium Plus" w:hAnsi="Gentium Plus"/>
          <w:sz w:val="24"/>
        </w:rPr>
        <w:t>Ἀμφιτρύων καλὸν ὅπλον ἀπεσκύλευσε πεσόντος. ἁπτομένα δὲ γυνὰ κεφαλᾶς μυθήσατο παίδων· ‘εὕδετ’, ἐμὰ βρέφεα, γλυκερὸν καὶ ἐγέρσιμον ὕπνον· εὕδετ’, ἐμὰ ψυχά, δύ’ ἀδελφεοί, εὔσοα τέκνα· ὄλβιοι εὐνάζοισθε καὶ ὄλβιοι ἀῶ ἵκοισθε.‘</w:t>
      </w:r>
    </w:p>
    <w:p>
      <w:r>
        <w:rPr>
          <w:rFonts w:ascii="Courier New" w:hAnsi="Courier New"/>
          <w:color w:val="555555"/>
          <w:sz w:val="20"/>
        </w:rPr>
        <w:t>[10]</w:t>
      </w:r>
    </w:p>
    <w:p>
      <w:r>
        <w:rPr>
          <w:rFonts w:ascii="Gentium Plus" w:hAnsi="Gentium Plus"/>
          <w:sz w:val="24"/>
        </w:rPr>
        <w:t>ὣς φαμένα δίνησε σάκος μέγα· τοὺς δ’ ἕλεν ὕπνος. ἆμος δὲ στρέφεται μεσονύκτιον ἐς δύσιν Ἄρκτος Ὠρίωνα κατ’ αὐτόν, ὃ δ’ ἀμφαίνει μέγαν ὦμον, τᾶμος ἄρ’ αἰνὰ πέλωρα δύω πολυμήχανος Ἥρα, κυανέαις φρίσσοντας ὑπὸ σπείραισι δράκοντας,</w:t>
      </w:r>
    </w:p>
    <w:p>
      <w:r>
        <w:rPr>
          <w:rFonts w:ascii="Courier New" w:hAnsi="Courier New"/>
          <w:color w:val="555555"/>
          <w:sz w:val="20"/>
        </w:rPr>
        <w:t>[15]</w:t>
      </w:r>
    </w:p>
    <w:p>
      <w:r>
        <w:rPr>
          <w:rFonts w:ascii="Gentium Plus" w:hAnsi="Gentium Plus"/>
          <w:sz w:val="24"/>
        </w:rPr>
        <w:t>ὦρσεν ἐπὶ πλατὺν οὐδόν, ὅθι σταθμὰ κοῖλα θυράων οἴκου, ἀπειλήσασα φαγεῖν βρέφος Ἡρακλῆα. τὼ δ’ ἐξειλυσθέντες ἐπὶ χθονὶ γαστέρας ἄμφω αἱμοβόρους ἐκύλιον· ἀπ’ ὀφθαλμῶν δὲ κακὸν πῦρ ἐρχομένοις λάμπεσκε, βαρὺν δ’ ἐξέπτυον ἰόν.</w:t>
      </w:r>
    </w:p>
    <w:p>
      <w:r>
        <w:rPr>
          <w:rFonts w:ascii="Courier New" w:hAnsi="Courier New"/>
          <w:color w:val="555555"/>
          <w:sz w:val="20"/>
        </w:rPr>
        <w:t>[20]</w:t>
      </w:r>
    </w:p>
    <w:p>
      <w:r>
        <w:rPr>
          <w:rFonts w:ascii="Gentium Plus" w:hAnsi="Gentium Plus"/>
          <w:sz w:val="24"/>
        </w:rPr>
        <w:t>ἀλλ’ ὅτε δὴ παίδων λιχμώμενοι ἐγγύθεν ἦνθον, καὶ τότ’ ἄρ’ ἐξέγροντο, Διὸς νοέοντος ἅπαντα, Ἀλκμήνας φίλα τέκνα, φάος δ’ ἀνὰ οἶκον ἐτύχθη. ἤτοι ὅγ’ εὐθὺς ἄυσεν, ὅπως κακὰ θηρί’ ἀνέγνω κοίλου ὑπὲρ σάκεος καὶ ἀναιδέας εἶδεν ὀδόντας,</w:t>
      </w:r>
    </w:p>
    <w:p>
      <w:r>
        <w:rPr>
          <w:rFonts w:ascii="Courier New" w:hAnsi="Courier New"/>
          <w:color w:val="555555"/>
          <w:sz w:val="20"/>
        </w:rPr>
        <w:t>[25]</w:t>
      </w:r>
    </w:p>
    <w:p>
      <w:r>
        <w:rPr>
          <w:rFonts w:ascii="Gentium Plus" w:hAnsi="Gentium Plus"/>
          <w:sz w:val="24"/>
        </w:rPr>
        <w:t>Ἰφικλέης, οὔλαν δὲ ποσὶν διελάκτισε χλαῖναν</w:t>
      </w:r>
    </w:p>
    <w:p>
      <w:r>
        <w:rPr>
          <w:rFonts w:ascii="Courier New" w:hAnsi="Courier New"/>
          <w:color w:val="555555"/>
          <w:sz w:val="20"/>
        </w:rPr>
        <w:t>[30]</w:t>
      </w:r>
    </w:p>
    <w:p>
      <w:r>
        <w:rPr>
          <w:rFonts w:ascii="Gentium Plus" w:hAnsi="Gentium Plus"/>
          <w:sz w:val="24"/>
        </w:rPr>
        <w:t>τὼ δ’ αὖτε σπείραισιν ἑλισσέσθην περὶ παῖδα ὀψίγονον, γαλαθηνὸν ὑπὸ τροφῷ, αἰὲν ἄδακρυν· ἂψ δὲ πάλιν διέλυον, ἐπεὶ μογέοιεν, ἀκάνθας δεσμοῦ ἀναγκαίου πειρώμενοι ἔκλυσιν εὑρεῖν. Ἀλκμήνα δ’ ἄκουσε βοᾶς καὶ ἐπέγρετο πράτα·</w:t>
      </w:r>
    </w:p>
    <w:p>
      <w:r>
        <w:rPr>
          <w:rFonts w:ascii="Courier New" w:hAnsi="Courier New"/>
          <w:color w:val="555555"/>
          <w:sz w:val="20"/>
        </w:rPr>
        <w:t>[35]</w:t>
      </w:r>
    </w:p>
    <w:p>
      <w:r>
        <w:rPr>
          <w:rFonts w:ascii="Gentium Plus" w:hAnsi="Gentium Plus"/>
          <w:sz w:val="24"/>
        </w:rPr>
        <w:t>‘ἄνσταθ’, Ἀμφιτρύων· ἐμὲ γὰρ δέος ἴσχει ὀκνηρόν· ἄνστα, μηδὲ πόδεσσι τεοῖς ὑπὸ σάνδαλα θείης. οὐκ ἀίεις, παίδων ὁ νεώτερος ὅσσον ἀυτεῖ; ἢ οὐ νοέεις ὅτι νυκτὸς ἀωρί που, οἱ δέ τε τοῖχοι πάντες ἀριφραδέες καθαρᾶς ἅπερ ἠριγενείας;</w:t>
      </w:r>
    </w:p>
    <w:p>
      <w:r>
        <w:rPr>
          <w:rFonts w:ascii="Courier New" w:hAnsi="Courier New"/>
          <w:color w:val="555555"/>
          <w:sz w:val="20"/>
        </w:rPr>
        <w:t>[40]</w:t>
      </w:r>
    </w:p>
    <w:p>
      <w:r>
        <w:rPr>
          <w:rFonts w:ascii="Gentium Plus" w:hAnsi="Gentium Plus"/>
          <w:sz w:val="24"/>
        </w:rPr>
        <w:t>ἔστι τί μοι κατὰ δῶμα νεώτερον, ἔστι, φίλ’ ἀνδρῶν.‘ ὣς φάθ’· ὃ δ’ ἐξ εὐνᾶς ἀλόχῳ κατέβαινε πιθήσας· δαιδάλεον δ’ ὥρμασε μετὰ ξίφος, ὅ οἱ ὕπερθεν κλιντῆρος κεδρίνου περὶ πασσάλῳ αἰὲν ἄωρτο. ἤτοι ὅγ’ ὠριγνᾶτο νεοκλώστου τελαμῶνος,</w:t>
      </w:r>
    </w:p>
    <w:p>
      <w:r>
        <w:rPr>
          <w:rFonts w:ascii="Courier New" w:hAnsi="Courier New"/>
          <w:color w:val="555555"/>
          <w:sz w:val="20"/>
        </w:rPr>
        <w:t>[45]</w:t>
      </w:r>
    </w:p>
    <w:p>
      <w:r>
        <w:rPr>
          <w:rFonts w:ascii="Gentium Plus" w:hAnsi="Gentium Plus"/>
          <w:sz w:val="24"/>
        </w:rPr>
        <w:t>κουφίζων ἑτέρᾳ κολεόν, μέγα λώτινον ἔργον. ἀμφιλαφὴς δ’ ἄρα παστὰς ἐνεπλήσθη πάλιν ὄρφνας. δμῶας δὴ τότ’ ἄυσεν ὕπνον βαρὺν ἐκφυσῶντας· ‘οἴσετε πῦρ ὅτι θᾶσσον ἀπ’ ἐσχαρεῶνος ἑλόντες, δμῶες ἐμοί, στιβαροὺς δὲ θυρᾶν ἀνακόψατ’ ὀχῆας.‘</w:t>
      </w:r>
    </w:p>
    <w:p>
      <w:r>
        <w:rPr>
          <w:rFonts w:ascii="Courier New" w:hAnsi="Courier New"/>
          <w:color w:val="555555"/>
          <w:sz w:val="20"/>
        </w:rPr>
        <w:t>[Id . 24 (50)]</w:t>
      </w:r>
    </w:p>
    <w:p>
      <w:r>
        <w:rPr>
          <w:rFonts w:ascii="Gentium Plus" w:hAnsi="Gentium Plus"/>
          <w:sz w:val="24"/>
        </w:rPr>
        <w:t>‘ἄνστατε, δμῶες ταλασίφρονες· αὐτὸς ἀυτεῖ‘, ἦ ῥα γυνὰ Φοίνισσα μύλαις ἔπι κοῖτον ἔχουσα. οἱ δ’ αἶψα προγένοντο λύχνοις ἅμα δαιομένοισι δμῶες· ἐνεπλήσθη δὲ δόμος σπεύδοντος ἑκάστου. ἤτοι ἄρ’ ὡς εἴδονθ’ ὑποτίτθιον Ἡρακλῆα</w:t>
      </w:r>
    </w:p>
    <w:p>
      <w:r>
        <w:rPr>
          <w:rFonts w:ascii="Courier New" w:hAnsi="Courier New"/>
          <w:color w:val="555555"/>
          <w:sz w:val="20"/>
        </w:rPr>
        <w:t>[55]</w:t>
      </w:r>
    </w:p>
    <w:p>
      <w:r>
        <w:rPr>
          <w:rFonts w:ascii="Gentium Plus" w:hAnsi="Gentium Plus"/>
          <w:sz w:val="24"/>
        </w:rPr>
        <w:t>θῆρε δύω χείρεσσιν ἀπρὶξ ἁπαλαῖσιν ἔχοντα,</w:t>
      </w:r>
    </w:p>
    <w:p>
      <w:r>
        <w:rPr>
          <w:rFonts w:ascii="Courier New" w:hAnsi="Courier New"/>
          <w:color w:val="555555"/>
          <w:sz w:val="20"/>
        </w:rPr>
        <w:t>[60]</w:t>
      </w:r>
    </w:p>
    <w:p>
      <w:r>
        <w:rPr>
          <w:rFonts w:ascii="Gentium Plus" w:hAnsi="Gentium Plus"/>
          <w:sz w:val="24"/>
        </w:rPr>
        <w:t>Ἀλκμήνα μὲν ἔπειτα ποτὶ σφέτερον βάλε κόλπον ξηρὸν ὑπαὶ δείους ἀκράχολον Ἰφικλῆα· Ἀμφιτρύων δὲ τὸν ἄλλον ὑπ’ ἀμνείαν θέτο χλαῖναν παῖδα, πάλιν δ’ ἐς λέκτρον ἰὼν ἐμνάσατο κοίτου. Ὄρνιχες τρίτον ἄρτι τὸν ἔσχατον ὄρθρον ἄειδον,</w:t>
      </w:r>
    </w:p>
    <w:p>
      <w:r>
        <w:rPr>
          <w:rFonts w:ascii="Courier New" w:hAnsi="Courier New"/>
          <w:color w:val="555555"/>
          <w:sz w:val="20"/>
        </w:rPr>
        <w:t>[65]</w:t>
      </w:r>
    </w:p>
    <w:p>
      <w:r>
        <w:rPr>
          <w:rFonts w:ascii="Gentium Plus" w:hAnsi="Gentium Plus"/>
          <w:sz w:val="24"/>
        </w:rPr>
        <w:t>Τειρεσίαν τόκα μάντιν ἀλαθέα πάντα λέγοντα Ἀλκμήνα καλέσασα χρέος κατέλεξε νεοχμόν, καί νιν ὑποκρίνεσθαι ὅπως τελέεσθαι ἔμελλεν ἠνώγει· ‘μηδ’ εἴ τι θεοὶ νοέοντι πονηρόν, αἰδόμενός με κρύπτε· καὶ ὣς οὐκ ἔστιν ἀλύξαι</w:t>
      </w:r>
    </w:p>
    <w:p>
      <w:r>
        <w:rPr>
          <w:rFonts w:ascii="Courier New" w:hAnsi="Courier New"/>
          <w:color w:val="555555"/>
          <w:sz w:val="20"/>
        </w:rPr>
        <w:t>[70]</w:t>
      </w:r>
    </w:p>
    <w:p>
      <w:r>
        <w:rPr>
          <w:rFonts w:ascii="Gentium Plus" w:hAnsi="Gentium Plus"/>
          <w:sz w:val="24"/>
        </w:rPr>
        <w:t>ἀνθρώποις ὅ τι Μοῖρα κατὰ κλωστῆρος ἐπείγει. μάντι Εὐηρείδα, μάλα τοι φρονέοντα διδάσκω.‘ τόσς’ ἔλεγεν βασίλεια· ὃ δ’ ἀνταμείβετο τοίοις· ‘θάρσει, ἀριστοτόκεια γύναι, Περσήιον αἷμα, θάρσει· μελλόντων δὲ τὸ λώιον ἐν φρεσὶ θέσθαι.</w:t>
      </w:r>
    </w:p>
    <w:p>
      <w:r>
        <w:rPr>
          <w:rFonts w:ascii="Courier New" w:hAnsi="Courier New"/>
          <w:color w:val="555555"/>
          <w:sz w:val="20"/>
        </w:rPr>
        <w:t>[75]</w:t>
      </w:r>
    </w:p>
    <w:p>
      <w:r>
        <w:rPr>
          <w:rFonts w:ascii="Gentium Plus" w:hAnsi="Gentium Plus"/>
          <w:sz w:val="24"/>
        </w:rPr>
        <w:t>ναὶ γὰρ ἐμῶν γλυκὺ φέγγος ἀποιχόμενον πάλαι ὄσσων, πολλαὶ Ἀχαιιάδων μαλακὸν περὶ γούνατι νῆμα χειρὶ κατατρίψουσιν ἀκρέσπερον ἀείδοισαι Ἀλκμήναν ὀνομαστί, σέβας δ’ ἔσῃ Ἀργείαισι. τοῖος ἀνὴρ ὅδε μέλλει ἐς οὐρανὸν ἄστρα φέροντα</w:t>
      </w:r>
    </w:p>
    <w:p>
      <w:r>
        <w:rPr>
          <w:rFonts w:ascii="Courier New" w:hAnsi="Courier New"/>
          <w:color w:val="555555"/>
          <w:sz w:val="20"/>
        </w:rPr>
        <w:t>[80]</w:t>
      </w:r>
    </w:p>
    <w:p>
      <w:r>
        <w:rPr>
          <w:rFonts w:ascii="Gentium Plus" w:hAnsi="Gentium Plus"/>
          <w:sz w:val="24"/>
        </w:rPr>
        <w:t>ἀμβαίνειν τεὸς υἱός, ἀπὸ στέρνων πλατὺς ἥρως, οὗ καὶ θηρία πάντα καὶ ἀνέρες ἥσσονες ἄλλοι. δώδεκά οἱ τελέσαντι πεπρωμένον ἐν Διὸς οἰκεῖν μόχθους, θνητὰ δὲ πάντα πυρὰ Τραχίνιος ἕξει· γαμβρὸς δ’ ἀθανάτων κεκλήσεται, οἳ τάδ’ ἐπῶρσαν</w:t>
      </w:r>
    </w:p>
    <w:p>
      <w:r>
        <w:rPr>
          <w:rFonts w:ascii="Courier New" w:hAnsi="Courier New"/>
          <w:color w:val="555555"/>
          <w:sz w:val="20"/>
        </w:rPr>
        <w:t>[85]</w:t>
      </w:r>
    </w:p>
    <w:p>
      <w:r>
        <w:rPr>
          <w:rFonts w:ascii="Gentium Plus" w:hAnsi="Gentium Plus"/>
          <w:sz w:val="24"/>
        </w:rPr>
        <w:t>κνώδαλα φωλεύοντα βρέφος διαδηλήσασθαι. [ἔσται δὴ τοῦτ’ ἆμαρ ὁπηνίκα νεβρὸν ἐν εὐνᾷ καρχαρόδων σίνεσθαι ἰδὼν λύκος οὐκ ἐθελήσει.] ἀλλά, γύναι, πῦρ μέν τοι ὑπὸ σποδῷ εὔτυκον ἔστω, κάγκανα δ’ ἀσπαλάθου ξύλ’ ἑτοιμάσατ’ ἢ παλιούρου</w:t>
      </w:r>
    </w:p>
    <w:p>
      <w:r>
        <w:rPr>
          <w:rFonts w:ascii="Courier New" w:hAnsi="Courier New"/>
          <w:color w:val="555555"/>
          <w:sz w:val="20"/>
        </w:rPr>
        <w:t>[90]</w:t>
      </w:r>
    </w:p>
    <w:p>
      <w:r>
        <w:rPr>
          <w:rFonts w:ascii="Gentium Plus" w:hAnsi="Gentium Plus"/>
          <w:sz w:val="24"/>
        </w:rPr>
        <w:t>ἢ βάτου ἢ ἀνέμῳ δεδονημένον αὖον ἄχερδον· καῖε δὲ τώδ’ ἀγρίαισιν ἐπὶ σχίζαισι δράκοντε νυκτὶ μέσᾳ, ὅκα παῖδα κανεῖν τεὸν ἤθελον αὐτοί. ἦρι δὲ συλλέξασα κόνιν πυρὸς ἀμφιπόλων τις ῥιψάτω, εὖ μάλα πᾶσαν ὑπὲρ ποταμοῖο φέρουσα</w:t>
      </w:r>
    </w:p>
    <w:p>
      <w:r>
        <w:rPr>
          <w:rFonts w:ascii="Courier New" w:hAnsi="Courier New"/>
          <w:color w:val="555555"/>
          <w:sz w:val="20"/>
        </w:rPr>
        <w:t>[95]</w:t>
      </w:r>
    </w:p>
    <w:p>
      <w:r>
        <w:rPr>
          <w:rFonts w:ascii="Gentium Plus" w:hAnsi="Gentium Plus"/>
          <w:sz w:val="24"/>
        </w:rPr>
        <w:t>ῥωγάδας ἐς πέτρας, ὑπερούριον, ἂψ δὲ νεέσθω ἄστρεπτος. καθαρῷ δὲ πυρώσατε δῶμα θεείῳ πρᾶτον, ἔπειτα δ’ ἅλεσσι μεμιγμένον, ὡς νενόμισται, θαλλῷ ἐπιρραίνειν ἐστεμμένῳ ἀβλαβὲς ὕδωρ· Ζηνὶ δ’ ἐπιρρέξαι καθυπερτέρῳ ἄρσενα χοῖρον,</w:t>
      </w:r>
    </w:p>
    <w:p>
      <w:r>
        <w:rPr>
          <w:rFonts w:ascii="Courier New" w:hAnsi="Courier New"/>
          <w:color w:val="555555"/>
          <w:sz w:val="20"/>
        </w:rPr>
        <w:t>[Id . 24 (100)]</w:t>
      </w:r>
    </w:p>
    <w:p>
      <w:r>
        <w:rPr>
          <w:rFonts w:ascii="Gentium Plus" w:hAnsi="Gentium Plus"/>
          <w:sz w:val="24"/>
        </w:rPr>
        <w:t>δυσμενέων αἰεὶ καθυπέρτεροι ὡς τελέθοιτε.‘ φῆ, καὶ ἐρωήσας ἐλεφάντινον ᾤχετο δίφρον Τειρεσίας πολλοῖσι βαρύς περ ἐὼν ἐνιαυτοῖς. Ἡρακλέης δ’ ὑπὸ ματρὶ νέον φυτὸν ὣς ἐν ἀλωᾷ ἐτρέφετ’, Ἀργείου κεκλημένος Ἀμφιτρύωνος.</w:t>
      </w:r>
    </w:p>
    <w:p>
      <w:r>
        <w:rPr>
          <w:rFonts w:ascii="Courier New" w:hAnsi="Courier New"/>
          <w:color w:val="555555"/>
          <w:sz w:val="20"/>
        </w:rPr>
        <w:t>[105]</w:t>
      </w:r>
    </w:p>
    <w:p>
      <w:r>
        <w:rPr>
          <w:rFonts w:ascii="Gentium Plus" w:hAnsi="Gentium Plus"/>
          <w:sz w:val="24"/>
        </w:rPr>
        <w:t>γράμματα μὲν τὸν παῖδα γέρων Λίνος ἐξεδίδαξεν, υἱὸς Ἀπόλλωνος μελεδωνεὺς ἄγρυπνος ἥρως· τόξον δ’ ἐντανύσαι καὶ ἐπὶ σκοπὸν εἷναι ὀιστόν Εὔρυτος ἐκ πατέρων μεγάλαις ἀφνειὸς ἀρούραις. αὐτὰρ ἀοιδὸν ἔθηκε καὶ ἄμφω χεῖρας ἔπλασσεν</w:t>
      </w:r>
    </w:p>
    <w:p>
      <w:r>
        <w:rPr>
          <w:rFonts w:ascii="Courier New" w:hAnsi="Courier New"/>
          <w:color w:val="555555"/>
          <w:sz w:val="20"/>
        </w:rPr>
        <w:t>[110]</w:t>
      </w:r>
    </w:p>
    <w:p>
      <w:r>
        <w:rPr>
          <w:rFonts w:ascii="Gentium Plus" w:hAnsi="Gentium Plus"/>
          <w:sz w:val="24"/>
        </w:rPr>
        <w:t>πυξίνᾳ ἐν φόρμιγγι Φιλαμμονίδας Εὔμολπος. ὅσσα δ’ ἀπὸ σκελέων ἑδροστρόφοι Ἀργόθεν ἄνδρες ἀλλάλους σφάλλοντι παλαίσμασιν, ὅσσα τε πύκται δεινοὶ ἐν ἱμάντεσσιν ἅ τ’ ἐς γαῖαν προπεσόντες</w:t>
      </w:r>
    </w:p>
    <w:p>
      <w:r>
        <w:rPr>
          <w:rFonts w:ascii="Courier New" w:hAnsi="Courier New"/>
          <w:color w:val="555555"/>
          <w:sz w:val="20"/>
        </w:rPr>
        <w:t>[115]</w:t>
      </w:r>
    </w:p>
    <w:p>
      <w:r>
        <w:rPr>
          <w:rFonts w:ascii="Gentium Plus" w:hAnsi="Gentium Plus"/>
          <w:sz w:val="24"/>
        </w:rPr>
        <w:t>πάντ’ ἔμαθ’ Ἑρμείαο διδασκόμενος παρὰ παιδί Ἁρπαλύκῳ Πανοπῆι, τὸν οὐδ’ ἂν τηλόθε λεύσσων θαρσαλέως τις ἔμεινεν ἀεθλεύοντ’ ἐν ἀγῶνι· τοῖον ἐπισκύνιον βλοσυρῷ ἐπέκειτο προσώπῳ. ἵππους δ’ ἐξελάσασθαι ὑφ’ ἅρματι καὶ περὶ νύσσαν</w:t>
      </w:r>
    </w:p>
    <w:p>
      <w:r>
        <w:rPr>
          <w:rFonts w:ascii="Courier New" w:hAnsi="Courier New"/>
          <w:color w:val="555555"/>
          <w:sz w:val="20"/>
        </w:rPr>
        <w:t>[120]</w:t>
      </w:r>
    </w:p>
    <w:p>
      <w:r>
        <w:rPr>
          <w:rFonts w:ascii="Gentium Plus" w:hAnsi="Gentium Plus"/>
          <w:sz w:val="24"/>
        </w:rPr>
        <w:t>ἀσφαλέως κάμπτοντα τροχοῦ σύριγγα φυλάξαι Ἀμφιτρύων ὃν παῖδα φίλα φρονέων ἐδίδαξεν αὐτός, ἐπεὶ μάλα πολλὰ θοῶν ἐξήρατ’ ἀγώνων Ἄργει ἐν ἱπποβότῳ κειμήλια, καί οἱ ἀαγεῖς δίφροι ἐφ’ ὧν ἐπέβαινε χρόνῳ διέλυσαν ἱμάντας.</w:t>
      </w:r>
    </w:p>
    <w:p>
      <w:r>
        <w:rPr>
          <w:rFonts w:ascii="Courier New" w:hAnsi="Courier New"/>
          <w:color w:val="555555"/>
          <w:sz w:val="20"/>
        </w:rPr>
        <w:t>[125]</w:t>
      </w:r>
    </w:p>
    <w:p>
      <w:r>
        <w:rPr>
          <w:rFonts w:ascii="Gentium Plus" w:hAnsi="Gentium Plus"/>
          <w:sz w:val="24"/>
        </w:rPr>
        <w:t>δούρατι δὲ προβολαίῳ ὑπ’ ἀσπίδι ὦμον ἔχοντα ἀνδρὸς ὀρέξασθαι ξιφέων τ’ ἀνέχεσθαι ἀμυχμόν, κοσμῆσαί τε φάλαγγα λόχον τ’ ἀναμετρήσασθαι δυσμενέων ἐπιόντα, καὶ ἱππήεσσι κελεῦσαι, Κάστωρ Ἱππαλίδας δέδαεν, φυγὰς Ἄργεος ἐνθών,</w:t>
      </w:r>
    </w:p>
    <w:p>
      <w:r>
        <w:rPr>
          <w:rFonts w:ascii="Courier New" w:hAnsi="Courier New"/>
          <w:color w:val="555555"/>
          <w:sz w:val="20"/>
        </w:rPr>
        <w:t>[130]</w:t>
      </w:r>
    </w:p>
    <w:p>
      <w:r>
        <w:rPr>
          <w:rFonts w:ascii="Gentium Plus" w:hAnsi="Gentium Plus"/>
          <w:sz w:val="24"/>
        </w:rPr>
        <w:t>οὗ ποκα κλᾶρον ἅπαντα καὶ οἰνόπεδον μέγα Τυδεύς ναῖε παρ’ Ἀδρήστοιο λαβὼν ἱππήλατον Ἄργος· Κάστορι δ’ οὔτις ὁμοῖος ἐν ἡμιθέοις πολεμιστής ἄλλος ἔην πρὶν γῆρας ἀποτρῖψαι νεότητα. Ὧδε μὲν Ἡρακλῆα φίλα παιδεύσατο μάτηρ.</w:t>
      </w:r>
    </w:p>
    <w:p>
      <w:r>
        <w:rPr>
          <w:rFonts w:ascii="Courier New" w:hAnsi="Courier New"/>
          <w:color w:val="555555"/>
          <w:sz w:val="20"/>
        </w:rPr>
        <w:t>[135]</w:t>
      </w:r>
    </w:p>
    <w:p>
      <w:r>
        <w:rPr>
          <w:rFonts w:ascii="Gentium Plus" w:hAnsi="Gentium Plus"/>
          <w:sz w:val="24"/>
        </w:rPr>
        <w:t>εὐνὰ δ’ ἦς τῷ παιδὶ τετυγμένα ἀγχόθι πατρός δέρμα λεόντειον μάλα οἱ κεχαρισμένον αὐτῷ, δεῖπνον δὲ κρέα τ’ ὀπτὰ καὶ ἐν κανέῳ μέγας ἄρτος Δωρικός· ἀσφαλέως κε φυτοσκάφον ἄνδρα κορέσσαι· αὐτὰρ ἐπ’ ἄματι τυννὸν ἄνευ πυρὸς αἴνυτο δόρπον.</w:t>
      </w:r>
    </w:p>
    <w:p>
      <w:r>
        <w:rPr>
          <w:rFonts w:ascii="Courier New" w:hAnsi="Courier New"/>
          <w:color w:val="555555"/>
          <w:sz w:val="20"/>
        </w:rPr>
        <w:t>[140]</w:t>
      </w:r>
    </w:p>
    <w:p>
      <w:r>
        <w:rPr>
          <w:rFonts w:ascii="Gentium Plus" w:hAnsi="Gentium Plus"/>
          <w:sz w:val="24"/>
        </w:rPr>
        <w:t>εἵματα δ’ οὐκ ἀσκητὰ μέσας ὑπὲρ ἕννυτο κνάμας. ......] ⟦..υ̣μ̣...ν̣ε.[.........].ε̣λω⟧ [ ......].ι̣· ποσ̣ο̣ν τι ρ̣ ϋ[ ......] ⟦.ν̣αμον εχ⟧ [ .......]ς· εν χροϊ κα[</w:t>
      </w:r>
    </w:p>
    <w:p>
      <w:r>
        <w:rPr>
          <w:rFonts w:ascii="Courier New" w:hAnsi="Courier New"/>
          <w:color w:val="555555"/>
          <w:sz w:val="20"/>
        </w:rPr>
        <w:t>[145]</w:t>
      </w:r>
    </w:p>
    <w:p>
      <w:r>
        <w:rPr>
          <w:rFonts w:ascii="Gentium Plus" w:hAnsi="Gentium Plus"/>
          <w:sz w:val="24"/>
        </w:rPr>
        <w:t>........]ψας· το δε κα[ ........]εν ξεινο̣υ̣[ ........]δ̣ε̣ω̣.[ .............].ε.[ .............].ρ.[</w:t>
      </w:r>
    </w:p>
    <w:p>
      <w:r>
        <w:rPr>
          <w:rFonts w:ascii="Courier New" w:hAnsi="Courier New"/>
          <w:color w:val="555555"/>
          <w:sz w:val="20"/>
        </w:rPr>
        <w:t>[Id . 24 (150)]</w:t>
      </w:r>
    </w:p>
    <w:p>
      <w:r>
        <w:rPr>
          <w:rFonts w:ascii="Gentium Plus" w:hAnsi="Gentium Plus"/>
          <w:sz w:val="24"/>
        </w:rPr>
        <w:t>.............]σ̣α.[ .............´̣]ντα̣.[ ..............]λ̣ε θυρα̣[ ..............]ι̣ρον δε̣[ ..............]ληα δ̣ι̣.[</w:t>
      </w:r>
    </w:p>
    <w:p>
      <w:r>
        <w:rPr>
          <w:rFonts w:ascii="Courier New" w:hAnsi="Courier New"/>
          <w:color w:val="555555"/>
          <w:sz w:val="20"/>
        </w:rPr>
        <w:t>[155]</w:t>
      </w:r>
    </w:p>
    <w:p>
      <w:r>
        <w:rPr>
          <w:rFonts w:ascii="Gentium Plus" w:hAnsi="Gentium Plus"/>
          <w:sz w:val="24"/>
        </w:rPr>
        <w:t>..............]ον ϊ̣.[ Desunt vv. circiter xii.</w:t>
      </w:r>
    </w:p>
    <w:p>
      <w:r>
        <w:rPr>
          <w:rFonts w:ascii="Courier New" w:hAnsi="Courier New"/>
          <w:color w:val="555555"/>
          <w:sz w:val="20"/>
        </w:rPr>
        <w:t>[168]</w:t>
      </w:r>
    </w:p>
    <w:p>
      <w:r>
        <w:rPr>
          <w:rFonts w:ascii="Gentium Plus" w:hAnsi="Gentium Plus"/>
          <w:sz w:val="24"/>
        </w:rPr>
        <w:t>..........].α̣...ω̣ν μ.[............]υμπον ..........].δ̣’ ε̣ρ̣ι̣ω̣πιδα.[.............]ς</w:t>
      </w:r>
    </w:p>
    <w:p>
      <w:r>
        <w:rPr>
          <w:rFonts w:ascii="Courier New" w:hAnsi="Courier New"/>
          <w:color w:val="555555"/>
          <w:sz w:val="20"/>
        </w:rPr>
        <w:t>[170]</w:t>
      </w:r>
    </w:p>
    <w:p>
      <w:r>
        <w:rPr>
          <w:rFonts w:ascii="Gentium Plus" w:hAnsi="Gentium Plus"/>
          <w:sz w:val="24"/>
        </w:rPr>
        <w:t>..........]τ̣αν ομο̣πατ[............]λᾶι. .........]κ̣α.οχθε θε[.............] θνητο̣ς</w:t>
      </w:r>
    </w:p>
    <w:p>
      <w:pPr>
        <w:jc w:val="center"/>
      </w:pPr>
      <w:r>
        <w:rPr>
          <w:rFonts w:ascii="Gentium Plus" w:hAnsi="Gentium Plus"/>
          <w:b/>
          <w:sz w:val="24"/>
        </w:rPr>
        <w:t>[ΘΕΟΚΡΙΤΟΥ ΗΡΑΚΛΗΣ ΛΕΟΝΤΟΦΟΝΟΣ]</w:t>
      </w:r>
    </w:p>
    <w:p>
      <w:r>
        <w:rPr>
          <w:rFonts w:ascii="Courier New" w:hAnsi="Courier New"/>
          <w:color w:val="555555"/>
          <w:sz w:val="20"/>
        </w:rPr>
        <w:t>[t2]</w:t>
      </w:r>
    </w:p>
    <w:p>
      <w:r>
        <w:rPr>
          <w:rFonts w:ascii="Gentium Plus" w:hAnsi="Gentium Plus"/>
          <w:sz w:val="24"/>
        </w:rPr>
        <w:t>ΗΡΑΚΛΗΣ ΠΡΟΣ ΑΓΡΟΙΚΟΝ</w:t>
      </w:r>
    </w:p>
    <w:p>
      <w:r>
        <w:rPr>
          <w:rFonts w:ascii="Courier New" w:hAnsi="Courier New"/>
          <w:color w:val="555555"/>
          <w:sz w:val="20"/>
        </w:rPr>
        <w:t>[1]</w:t>
      </w:r>
    </w:p>
    <w:p>
      <w:r>
        <w:rPr>
          <w:rFonts w:ascii="Gentium Plus" w:hAnsi="Gentium Plus"/>
          <w:sz w:val="24"/>
        </w:rPr>
        <w:t>Τὸν δ’ ὁ γέρων προσέειπε βοῶν ἐπίουρος ἀροτρεύς, παυσάμενος ἔργοιο τό οἱ μετὰ χερσὶν ἔκειτο· ‘ἔκ τοι, ξεῖνε, πρόφρων μυθήσομαι ὅσς’ ἐρεείνεις, Ἑρμέω ἁζόμενος δεινὴν ὄπιν εἰνοδίοιο·</w:t>
      </w:r>
    </w:p>
    <w:p>
      <w:r>
        <w:rPr>
          <w:rFonts w:ascii="Courier New" w:hAnsi="Courier New"/>
          <w:color w:val="555555"/>
          <w:sz w:val="20"/>
        </w:rPr>
        <w:t>[5]</w:t>
      </w:r>
    </w:p>
    <w:p>
      <w:r>
        <w:rPr>
          <w:rFonts w:ascii="Gentium Plus" w:hAnsi="Gentium Plus"/>
          <w:sz w:val="24"/>
        </w:rPr>
        <w:t>τὸν γάρ φασι μέγιστον ἐπουρανίων κεχολῶσθαι, εἴ κεν ὁδοῦ ζαχρεῖον ἀνήνηταί τις ὁδίτην. ποῖμναι μὲν βασιλῆος ἐύτριχες Αὐγείαο οὐ πᾶσαι βόσκονται ἴαν βόσιν οὐδ’ ἕνα χῶρον· ἀλλ’ αἳ μέν ῥα νέμονται ἐπ’ ὄχθαις ἀμφ’ Ἑλισοῦντος,</w:t>
      </w:r>
    </w:p>
    <w:p>
      <w:r>
        <w:rPr>
          <w:rFonts w:ascii="Courier New" w:hAnsi="Courier New"/>
          <w:color w:val="555555"/>
          <w:sz w:val="20"/>
        </w:rPr>
        <w:t>[10]</w:t>
      </w:r>
    </w:p>
    <w:p>
      <w:r>
        <w:rPr>
          <w:rFonts w:ascii="Gentium Plus" w:hAnsi="Gentium Plus"/>
          <w:sz w:val="24"/>
        </w:rPr>
        <w:t>αἳ δ’ ἱερὸν θείοιο παρὰ ῥόον Ἀλφειοῖο, αἳ δ’ ἐπὶ Βουπρασίου πολυβότρυος, αἳ δὲ καὶ ὧδε· χωρὶς δὲ σηκοί σφι τετυγμένοι εἰσὶν ἑκάσταις. αὐτὰρ βουκολίοισι περιπλήθουσί περ ἔμπης πάντεσσιν νομοὶ ὧδε τεθηλότες αἰὲν ἔασι</w:t>
      </w:r>
    </w:p>
    <w:p>
      <w:r>
        <w:rPr>
          <w:rFonts w:ascii="Courier New" w:hAnsi="Courier New"/>
          <w:color w:val="555555"/>
          <w:sz w:val="20"/>
        </w:rPr>
        <w:t>[15]</w:t>
      </w:r>
    </w:p>
    <w:p>
      <w:r>
        <w:rPr>
          <w:rFonts w:ascii="Gentium Plus" w:hAnsi="Gentium Plus"/>
          <w:sz w:val="24"/>
        </w:rPr>
        <w:t>Μηνίου ἂμ μέγα τῖφος, ἐπεὶ μελιηδέα ποίην λειμῶνες θαλέθουσιν ὑπόδροσοι εἱαμεναί τε εἰς ἅλις, ἥ ῥα βόεσσι μένος κεραῇσιν ἀέξει. αὖλις δέ σφισιν ἥδε τεῆς ἐπὶ δεξιὰ χειρός φαίνεται εὖ μάλα πᾶσι πέρην ποταμοῖο ῥέοντος</w:t>
      </w:r>
    </w:p>
    <w:p>
      <w:r>
        <w:rPr>
          <w:rFonts w:ascii="Courier New" w:hAnsi="Courier New"/>
          <w:color w:val="555555"/>
          <w:sz w:val="20"/>
        </w:rPr>
        <w:t>[20]</w:t>
      </w:r>
    </w:p>
    <w:p>
      <w:r>
        <w:rPr>
          <w:rFonts w:ascii="Gentium Plus" w:hAnsi="Gentium Plus"/>
          <w:sz w:val="24"/>
        </w:rPr>
        <w:t>κείνῃ, ὅθι πλατάνιστοι ἐπηεταναὶ πεφύασι χλωρή τ’ ἀγριέλαιος, Ἀπόλλωνος νομίοιο ἱερὸν ἁγνόν, ξεῖνε, τελειοτάτοιο θεοῖο. εὐθὺς δὲ σταθμοὶ περιμήκεες ἀγροιώταις δέδμηνθ’, οἳ βασιλῆι πολὺν καὶ ἀθέσφατον ὄλβον</w:t>
      </w:r>
    </w:p>
    <w:p>
      <w:r>
        <w:rPr>
          <w:rFonts w:ascii="Courier New" w:hAnsi="Courier New"/>
          <w:color w:val="555555"/>
          <w:sz w:val="20"/>
        </w:rPr>
        <w:t>[25]</w:t>
      </w:r>
    </w:p>
    <w:p>
      <w:r>
        <w:rPr>
          <w:rFonts w:ascii="Gentium Plus" w:hAnsi="Gentium Plus"/>
          <w:sz w:val="24"/>
        </w:rPr>
        <w:t>ῥυόμεθ’ ἐνδυκέως, τριπόλοις σπόρον ἐν νειοῖσιν ἔσθ’ ὅτε βάλλοντες καὶ τετραπόλοισιν ὁμοίως. οὔρους μὴν ἴσασι φυτοσκάφοι οἱ πολύεργοι, ἐς ληνοὺς δ’ ἱκνεῦνται ἐπὴν θέρος ὥριον ἔλθῃ. πᾶν γὰρ δὴ πεδίον τόδ’ ἐπίφρονος Αὐγείαο,</w:t>
      </w:r>
    </w:p>
    <w:p>
      <w:r>
        <w:rPr>
          <w:rFonts w:ascii="Courier New" w:hAnsi="Courier New"/>
          <w:color w:val="555555"/>
          <w:sz w:val="20"/>
        </w:rPr>
        <w:t>[30]</w:t>
      </w:r>
    </w:p>
    <w:p>
      <w:r>
        <w:rPr>
          <w:rFonts w:ascii="Gentium Plus" w:hAnsi="Gentium Plus"/>
          <w:sz w:val="24"/>
        </w:rPr>
        <w:t>πυροφόροι τε γύαι καὶ ἀλωαὶ δενδρήεσσαι, μέχρις ἐπ’ ἐσχατιὰς πολυπίδακος Ἀκρωρείης, ἃς ἡμεῖς ἔργοισιν ἐποιχόμεθα πρόπαν ἦμαρ, ἣ δίκη οἰκήων οἷσιν βίος ἔπλετ’ ἐπ’ ἀγροῦ. ἀλλὰ σύ πέρ μοι ἔνισπε, τό τοι καὶ κέρδιον αὐτῷ</w:t>
      </w:r>
    </w:p>
    <w:p>
      <w:r>
        <w:rPr>
          <w:rFonts w:ascii="Courier New" w:hAnsi="Courier New"/>
          <w:color w:val="555555"/>
          <w:sz w:val="20"/>
        </w:rPr>
        <w:t>[35]</w:t>
      </w:r>
    </w:p>
    <w:p>
      <w:r>
        <w:rPr>
          <w:rFonts w:ascii="Gentium Plus" w:hAnsi="Gentium Plus"/>
          <w:sz w:val="24"/>
        </w:rPr>
        <w:t>ἔσσεται, οὗτινος ὧδε κεχρημένος εἰλήλουθας. ἠέ τι Αὐγείην ἢ καὶ δμώων τινὰ κείνου δίζεαι οἵ οἱ ἔασιν; ἐγὼ δέ κέ τοι σάφα εἰδώς πάντα μάλ’ ἐξείποιμ’, ἐπεὶ οὐ σέ γέ φημι κακῶν ἔξ ἔμμεναι οὐδὲ κακοῖσιν ἐοικότα φύμεναι αὐτόν,</w:t>
      </w:r>
    </w:p>
    <w:p>
      <w:r>
        <w:rPr>
          <w:rFonts w:ascii="Courier New" w:hAnsi="Courier New"/>
          <w:color w:val="555555"/>
          <w:sz w:val="20"/>
        </w:rPr>
        <w:t>[40]</w:t>
      </w:r>
    </w:p>
    <w:p>
      <w:r>
        <w:rPr>
          <w:rFonts w:ascii="Gentium Plus" w:hAnsi="Gentium Plus"/>
          <w:sz w:val="24"/>
        </w:rPr>
        <w:t>οἷόν τοι μέγα εἶδος ἐπιπρέπει. ἦ ῥά νυ παῖδες ἀθανάτων τοιοίδε μετὰ θνητοῖσιν ἔασι.‘ Τὸν δ’ ἀπαμειβόμενος προσέφη Διὸς ἄλκιμος υἱός· ‘ναί, γέρον, Αὐγείην ἐθέλοιμί κεν ἀρχὸν Ἐπειῶν εἰσιδέειν· τοῦ γάρ με καὶ ἤγαγεν ἐνθάδε χρειώ.</w:t>
      </w:r>
    </w:p>
    <w:p>
      <w:r>
        <w:rPr>
          <w:rFonts w:ascii="Courier New" w:hAnsi="Courier New"/>
          <w:color w:val="555555"/>
          <w:sz w:val="20"/>
        </w:rPr>
        <w:t>[45]</w:t>
      </w:r>
    </w:p>
    <w:p>
      <w:r>
        <w:rPr>
          <w:rFonts w:ascii="Gentium Plus" w:hAnsi="Gentium Plus"/>
          <w:sz w:val="24"/>
        </w:rPr>
        <w:t>εἰ δ’ ὃ μὲν ἂρ κατὰ ἄστυ μένει παρὰ οἷσι πολίταις δήμου κηδόμενος, διὰ δὲ κρίνουσι θέμιστας, δμώων δή τινα, πρέσβυ, σύ μοι φράσον ἡγεμονεύσας, ὅστις ἐπ’ ἀγρῶν τῶνδε γεραίτατος αἰσυμνήτης, ᾧ κε τὸ μὲν εἴποιμι, τὸ δ’ ἐκ φαμένοιο πυθοίμην.</w:t>
      </w:r>
    </w:p>
    <w:p>
      <w:r>
        <w:rPr>
          <w:rFonts w:ascii="Courier New" w:hAnsi="Courier New"/>
          <w:color w:val="555555"/>
          <w:sz w:val="20"/>
        </w:rPr>
        <w:t>[Id . 25 (50)]</w:t>
      </w:r>
    </w:p>
    <w:p>
      <w:r>
        <w:rPr>
          <w:rFonts w:ascii="Gentium Plus" w:hAnsi="Gentium Plus"/>
          <w:sz w:val="24"/>
        </w:rPr>
        <w:t>ἄλλου δ’ ἄλλον ἔθηκε θεὸς ἐπιδευέα φωτῶν.‘ Τὸν δ’ ὁ γέρων ἐξαῦτις ἀμείβετο δῖος ἀροτρεύς ‘ἀθανάτων, ὦ ξεῖνε, φραδῇ τινὸς ἐνθάδ’ ἱκάνεις, ὥς τοι πᾶν ὃ θέλεις αἶψα χρέος ἐκτετέλεσται. ὧδε γὰρ Αὐγείης, υἱὸς φίλος Ἠελίοιο,</w:t>
      </w:r>
    </w:p>
    <w:p>
      <w:r>
        <w:rPr>
          <w:rFonts w:ascii="Courier New" w:hAnsi="Courier New"/>
          <w:color w:val="555555"/>
          <w:sz w:val="20"/>
        </w:rPr>
        <w:t>[55]</w:t>
      </w:r>
    </w:p>
    <w:p>
      <w:r>
        <w:rPr>
          <w:rFonts w:ascii="Gentium Plus" w:hAnsi="Gentium Plus"/>
          <w:sz w:val="24"/>
        </w:rPr>
        <w:t>σφωιτέρῳ σὺν παιδί, βίῃ Φυλῆος ἀγαυοῦ, χθιζός γ’ εἰλήλουθεν ἀπ’ ἄστεος ἤμασι πολλοῖς κτῆσιν ἐποψόμενος, ἥ οἱ νήριθμος ἐπ’ ἀγρῶν. ὥς που καὶ βασιλεῦσιν ἐείδεται ἐν φρεσὶν ᾗσιν αὐτοῖς κηδομένοισι σαώτερος ἔμμεναι οἶκος.</w:t>
      </w:r>
    </w:p>
    <w:p>
      <w:r>
        <w:rPr>
          <w:rFonts w:ascii="Courier New" w:hAnsi="Courier New"/>
          <w:color w:val="555555"/>
          <w:sz w:val="20"/>
        </w:rPr>
        <w:t>[60]</w:t>
      </w:r>
    </w:p>
    <w:p>
      <w:r>
        <w:rPr>
          <w:rFonts w:ascii="Gentium Plus" w:hAnsi="Gentium Plus"/>
          <w:sz w:val="24"/>
        </w:rPr>
        <w:t>ἀλλ’ ἴομεν μάλα πρός μιν· ἐγὼ δέ τοι ἡγεμονεύσω αὖλιν ἐφ’ ἡμετέρην, ἵνα κεν τέτμοιμεν ἄνακτα.‘ Ὣς εἰπὼν ἡγεῖτο, νόῳ δ’ ὅγε πόλλ’ ἐμενοίνα, δέρμα τε θηρὸς ὁρῶν χειροπληθῆ τε κορύνην, ὁππόθεν ὁ ξεῖνος· μεμόνει δέ μιν αἰὲν ἔρεσθαι·</w:t>
      </w:r>
    </w:p>
    <w:p>
      <w:r>
        <w:rPr>
          <w:rFonts w:ascii="Courier New" w:hAnsi="Courier New"/>
          <w:color w:val="555555"/>
          <w:sz w:val="20"/>
        </w:rPr>
        <w:t>[65]</w:t>
      </w:r>
    </w:p>
    <w:p>
      <w:r>
        <w:rPr>
          <w:rFonts w:ascii="Gentium Plus" w:hAnsi="Gentium Plus"/>
          <w:sz w:val="24"/>
        </w:rPr>
        <w:t>ἂψ δ’ ὄκνῳ ποτὶ χεῖλος ἐλάμβανε μῦθον ἰόντα, μή τί οἱ οὐ κατὰ καιρὸν ἔπος προτιμυθήσαιτο σπερχομένου· χαλεπὸν δ’ ἑτέρου νόον ἴδμεναι ἀνδρός. τοὺς δὲ κύνες προσιόντας ἀπόπροθεν αἶψ’ ἐνόησαν, ἀμφότερον ὀδμῇ τε χροὸς δούπῳ τε ποδοῖιν·</w:t>
      </w:r>
    </w:p>
    <w:p>
      <w:r>
        <w:rPr>
          <w:rFonts w:ascii="Courier New" w:hAnsi="Courier New"/>
          <w:color w:val="555555"/>
          <w:sz w:val="20"/>
        </w:rPr>
        <w:t>[70]</w:t>
      </w:r>
    </w:p>
    <w:p>
      <w:r>
        <w:rPr>
          <w:rFonts w:ascii="Gentium Plus" w:hAnsi="Gentium Plus"/>
          <w:sz w:val="24"/>
        </w:rPr>
        <w:t>θεσπέσιον δ’ ὑλάοντες ἐπέδραμον ἄλλοθεν ἄλλος Ἀμφιτρυωνιάδῃ Ἡρακλέι· τὸν δὲ γέροντα ἀχρεῖον κλάζον τε περίσσαινόν θ’ ἑτέρωθεν. τοὺς μὲν ὅγε λάεσσιν ἀπὸ χθονὸς ὅσσον ἀείρων φευγέμεν ἂψ ὀπίσω δειδίσσετο, τρηχὺ δὲ φωνῇ</w:t>
      </w:r>
    </w:p>
    <w:p>
      <w:r>
        <w:rPr>
          <w:rFonts w:ascii="Courier New" w:hAnsi="Courier New"/>
          <w:color w:val="555555"/>
          <w:sz w:val="20"/>
        </w:rPr>
        <w:t>[75]</w:t>
      </w:r>
    </w:p>
    <w:p>
      <w:r>
        <w:rPr>
          <w:rFonts w:ascii="Gentium Plus" w:hAnsi="Gentium Plus"/>
          <w:sz w:val="24"/>
        </w:rPr>
        <w:t>ἠπείλει μάλα πᾶσιν, ἐρητύσασκε δ’ ὑλαγμοῦ, χαίρων ἐν φρεσὶν ᾗσιν, ὁθούνεκεν αὖλιν ἔρυντο αὐτοῦ γ’ οὐ παρεόντος· ἔπος δ’ ὅγε τοῖον ἔειπεν· ‘ὦ πόποι, οἷον τοῦτο θεοὶ ποίησαν ἄνακτες θηρίον ἀνθρώποισι μετέμμεναι, ὡς ἐπιμηθές.</w:t>
      </w:r>
    </w:p>
    <w:p>
      <w:r>
        <w:rPr>
          <w:rFonts w:ascii="Courier New" w:hAnsi="Courier New"/>
          <w:color w:val="555555"/>
          <w:sz w:val="20"/>
        </w:rPr>
        <w:t>[80]</w:t>
      </w:r>
    </w:p>
    <w:p>
      <w:r>
        <w:rPr>
          <w:rFonts w:ascii="Gentium Plus" w:hAnsi="Gentium Plus"/>
          <w:sz w:val="24"/>
        </w:rPr>
        <w:t>εἴ οἱ καὶ φρένες ὧδε νοήμονες ἔνδοθεν ἦσαν, ᾔδει δ’ ᾧ τε χρὴ χαλεπαινέμεν ᾧ τε καὶ οὐκί, οὐκ ἄν οἱ θηρῶν τις ἐδήρισεν περὶ τιμῆς· νῦν δὲ λίην ζάκοτόν τε καὶ ἀρρηνὲς γένετ’ αὔτως.‘</w:t>
      </w:r>
    </w:p>
    <w:p>
      <w:r>
        <w:rPr>
          <w:rFonts w:ascii="Courier New" w:hAnsi="Courier New"/>
          <w:color w:val="555555"/>
          <w:sz w:val="20"/>
        </w:rPr>
        <w:t>[85]</w:t>
      </w:r>
    </w:p>
    <w:p>
      <w:r>
        <w:rPr>
          <w:rFonts w:ascii="Gentium Plus" w:hAnsi="Gentium Plus"/>
          <w:sz w:val="24"/>
        </w:rPr>
        <w:t>ΕΠΙΠΩΛΗΣΙΣ</w:t>
      </w:r>
    </w:p>
    <w:p>
      <w:r>
        <w:rPr>
          <w:rFonts w:ascii="Courier New" w:hAnsi="Courier New"/>
          <w:color w:val="555555"/>
          <w:sz w:val="20"/>
        </w:rPr>
        <w:t>[85]</w:t>
      </w:r>
    </w:p>
    <w:p>
      <w:r>
        <w:rPr>
          <w:rFonts w:ascii="Gentium Plus" w:hAnsi="Gentium Plus"/>
          <w:sz w:val="24"/>
        </w:rPr>
        <w:t>Ἠέλιος μὲν ἔπειτα ποτὶ ζόφον ἔτραπεν ἵππους δείελον ἦμαρ ἄγων· τὰ δ’ ἐπήλυθε πίονα μῆλα ἐκ βοτάνης ἀνιόντα μετ’ αὔλιά τε σηκούς τε. αὐτὰρ ἔπειτα βόες μάλα μυρίαι ἄλλαι ἐπ’ ἄλλαις ἐρχόμεναι φαίνονθ’ ὡσεὶ νέφη ὑδατόεντα,</w:t>
      </w:r>
    </w:p>
    <w:p>
      <w:r>
        <w:rPr>
          <w:rFonts w:ascii="Courier New" w:hAnsi="Courier New"/>
          <w:color w:val="555555"/>
          <w:sz w:val="20"/>
        </w:rPr>
        <w:t>[90]</w:t>
      </w:r>
    </w:p>
    <w:p>
      <w:r>
        <w:rPr>
          <w:rFonts w:ascii="Gentium Plus" w:hAnsi="Gentium Plus"/>
          <w:sz w:val="24"/>
        </w:rPr>
        <w:t>ἅσσα τ’ ἐν οὐρανῷ εἶσιν ἐλαυνόμενα προτέρωσε ἠὲ Νότοιο βίῃ ἠὲ Θρῃκὸς Βορέαο· τῶν μέν τ’ οὔτις ἀριθμὸς ἐν ἠέρι γίνετ’ ἰόντων, οὐδ’ ἄνυσις· τόσα γάρ τε μετὰ προτέροισι κυλίνδει ἲς ἀνέμου, τὰ δέ τ’ ἄλλα κορύσσεται αὖτις ἐπ’ ἄλλοις·</w:t>
      </w:r>
    </w:p>
    <w:p>
      <w:r>
        <w:rPr>
          <w:rFonts w:ascii="Courier New" w:hAnsi="Courier New"/>
          <w:color w:val="555555"/>
          <w:sz w:val="20"/>
        </w:rPr>
        <w:t>[95]</w:t>
      </w:r>
    </w:p>
    <w:p>
      <w:r>
        <w:rPr>
          <w:rFonts w:ascii="Gentium Plus" w:hAnsi="Gentium Plus"/>
          <w:sz w:val="24"/>
        </w:rPr>
        <w:t>τόσς’ αἰεὶ μετόπισθε βοῶν ἐπὶ βουκόλι’ ᾔει. πᾶν δ’ ἄρ’ ἐνεπλήσθη πεδίον, πᾶσαι δὲ κέλευθοι ληίδος ἐρχομένης, στείνοντο δὲ πίονες ἀγροί μυκηθμῷ, σηκοὶ δὲ βοῶν ῥεῖα πλήσθησαν εἰλιπόδων, ὄιες δὲ κατ’ αὐλὰς ηὐλίζοντο.</w:t>
      </w:r>
    </w:p>
    <w:p>
      <w:r>
        <w:rPr>
          <w:rFonts w:ascii="Courier New" w:hAnsi="Courier New"/>
          <w:color w:val="555555"/>
          <w:sz w:val="20"/>
        </w:rPr>
        <w:t>[Id . 25 (100)]</w:t>
      </w:r>
    </w:p>
    <w:p>
      <w:r>
        <w:rPr>
          <w:rFonts w:ascii="Gentium Plus" w:hAnsi="Gentium Plus"/>
          <w:sz w:val="24"/>
        </w:rPr>
        <w:t>ἔνθα μὲν οὔτις ἕκηλος ἀπειρεσίων περ ἐόντων εἱστήκει παρὰ βουσὶν ἀνὴρ κεχρημένος ἔργου· ἀλλ’ ὃ μὲν ἀμφὶ πόδεσσιν ἐυτμήτοισιν ἱμᾶσι καλοπέδιλ’ ἀράρισκε περισταδὸν ἐγγὺς ἀμέλγειν· ἄλλος δ’ αὖ νέα τέκνα φίλας ὑπὸ μητέρας ἵει</w:t>
      </w:r>
    </w:p>
    <w:p>
      <w:r>
        <w:rPr>
          <w:rFonts w:ascii="Courier New" w:hAnsi="Courier New"/>
          <w:color w:val="555555"/>
          <w:sz w:val="20"/>
        </w:rPr>
        <w:t>[105]</w:t>
      </w:r>
    </w:p>
    <w:p>
      <w:r>
        <w:rPr>
          <w:rFonts w:ascii="Gentium Plus" w:hAnsi="Gentium Plus"/>
          <w:sz w:val="24"/>
        </w:rPr>
        <w:t>πινέμεναι λιαροῖο μεμαότα πάγχυ γάλακτος· ἄλλος ἀμόλγιον εἶχ’, ἄλλος τρέφε πίονα τυρόν, ἄλλος ἐσῆγεν ἔσω ταύρους δίχα θηλειάων. Αὐγείης δ’ ἐπὶ πάντας ἰὼν θηεῖτο βοαύλους, ἥντινά οἱ κτεάνων κομιδὴν ἐτίθεντο νομῆες,</w:t>
      </w:r>
    </w:p>
    <w:p>
      <w:r>
        <w:rPr>
          <w:rFonts w:ascii="Courier New" w:hAnsi="Courier New"/>
          <w:color w:val="555555"/>
          <w:sz w:val="20"/>
        </w:rPr>
        <w:t>[110]</w:t>
      </w:r>
    </w:p>
    <w:p>
      <w:r>
        <w:rPr>
          <w:rFonts w:ascii="Gentium Plus" w:hAnsi="Gentium Plus"/>
          <w:sz w:val="24"/>
        </w:rPr>
        <w:t>σὺν δ’ υἱός τε βίη τε βαρύφρονος Ἡρακλῆος ὡμάρτευν βασιλῆι διερχομένῳ μέγαν ὄλβον. ἔνθα καὶ ἄρρηκτόν περ ἔχων ἐν στήθεσι θυμόν</w:t>
      </w:r>
    </w:p>
    <w:p>
      <w:r>
        <w:rPr>
          <w:rFonts w:ascii="Courier New" w:hAnsi="Courier New"/>
          <w:color w:val="555555"/>
          <w:sz w:val="20"/>
        </w:rPr>
        <w:t>[115]</w:t>
      </w:r>
    </w:p>
    <w:p>
      <w:r>
        <w:rPr>
          <w:rFonts w:ascii="Gentium Plus" w:hAnsi="Gentium Plus"/>
          <w:sz w:val="24"/>
        </w:rPr>
        <w:t>εἰσορόων. οὐ γάρ κεν ἔφασκέ τις οὐδὲ ἐώλπει ἀνδρὸς ληίδ’ ἑνὸς τόσσην ἔμεν οὐδὲ δέκ’ ἄλλων οἵτε πολύρρηνες πάντων ἔσαν ἐκ βασιλήων. Ἠέλιος δ’ ᾧ παιδὶ τόγ’ ἔξοχον ὤπασε δῶρον, ἀφνειὸν μήλοις περὶ πάντων ἔμμεναι ἀνδρῶν,</w:t>
      </w:r>
    </w:p>
    <w:p>
      <w:r>
        <w:rPr>
          <w:rFonts w:ascii="Courier New" w:hAnsi="Courier New"/>
          <w:color w:val="555555"/>
          <w:sz w:val="20"/>
        </w:rPr>
        <w:t>[120]</w:t>
      </w:r>
    </w:p>
    <w:p>
      <w:r>
        <w:rPr>
          <w:rFonts w:ascii="Gentium Plus" w:hAnsi="Gentium Plus"/>
          <w:sz w:val="24"/>
        </w:rPr>
        <w:t>καί ῥά οἱ αὐτὸς ὄφελλε διαμπερέως βοτὰ πάντα ἐς τέλος. οὐ μὲν γάρ τις ἐπήλυθε νοῦσος ἐκείνου βουκολίοις, αἵτ’ ἔργα καταφθείρουσι νομήων, αἰεὶ δὲ πλέονες κερααὶ βόες, αἰὲν ἀμείνους ἐξ ἔτεος γίνοντο μάλ’ εἰς ἔτος· ἦ γὰρ ἅπασαι</w:t>
      </w:r>
    </w:p>
    <w:p>
      <w:r>
        <w:rPr>
          <w:rFonts w:ascii="Courier New" w:hAnsi="Courier New"/>
          <w:color w:val="555555"/>
          <w:sz w:val="20"/>
        </w:rPr>
        <w:t>[125]</w:t>
      </w:r>
    </w:p>
    <w:p>
      <w:r>
        <w:rPr>
          <w:rFonts w:ascii="Gentium Plus" w:hAnsi="Gentium Plus"/>
          <w:sz w:val="24"/>
        </w:rPr>
        <w:t>ζωοτόκοι τ’ ἦσαν περιώσια θηλυτόκοι τε. ταῖς δὲ τριηκόσιοι ταῦροι συνάμ’ ἐστιχόωντο κνήμαργοί θ’ ἕλικές τε, διηκόσιοί γε μὲν ἄλλοι φοίνικες· πάντες δ’ ἐπιβήτορες οἵγ’ ἔσαν ἤδη. ἄλλοι δ’ αὖ μετὰ τοῖσι δυώδεκα βουκολέοντο</w:t>
      </w:r>
    </w:p>
    <w:p>
      <w:r>
        <w:rPr>
          <w:rFonts w:ascii="Courier New" w:hAnsi="Courier New"/>
          <w:color w:val="555555"/>
          <w:sz w:val="20"/>
        </w:rPr>
        <w:t>[130]</w:t>
      </w:r>
    </w:p>
    <w:p>
      <w:r>
        <w:rPr>
          <w:rFonts w:ascii="Gentium Plus" w:hAnsi="Gentium Plus"/>
          <w:sz w:val="24"/>
        </w:rPr>
        <w:t>ἱεροὶ Ἠελίου· χροιὴν δ’ ἔσαν ἠύτε κύκνοι ἀργησταί, πᾶσιν δὲ μετέπρεπον εἰλιπόδεσσιν· οἳ καὶ ἀτιμαγέλαι βόσκοντ’ ἐριθηλέα ποίην ἐν νομῷ· ὧδ’ ἔκπαγλον ἐπὶ σφίσι γαυριόωντο. καί ῥ’ ὁπότ’ ἐκ λασίοιο θοοὶ προγενοίατο θῆρες</w:t>
      </w:r>
    </w:p>
    <w:p>
      <w:r>
        <w:rPr>
          <w:rFonts w:ascii="Courier New" w:hAnsi="Courier New"/>
          <w:color w:val="555555"/>
          <w:sz w:val="20"/>
        </w:rPr>
        <w:t>[135]</w:t>
      </w:r>
    </w:p>
    <w:p>
      <w:r>
        <w:rPr>
          <w:rFonts w:ascii="Gentium Plus" w:hAnsi="Gentium Plus"/>
          <w:sz w:val="24"/>
        </w:rPr>
        <w:t>ἐς πεδίον δρυμοῖο βοῶν ἕνεκ’ ἀγροτεράων, πρῶτοι τοίγε μάχηνδε κατὰ χροὸς ἤισαν ὀδμήν, δεινὸν δ’ ἐβρυχῶντο φόνον λεύσσοντε προσώπῳ. τῶν μέν τε προφέρεσκε βίηφί τε καὶ σθένεϊ ᾧ ἠδ’ ὑπεροπλίῃ Φαέθων μέγας, ὅν ῥα βοτῆρες</w:t>
      </w:r>
    </w:p>
    <w:p>
      <w:r>
        <w:rPr>
          <w:rFonts w:ascii="Courier New" w:hAnsi="Courier New"/>
          <w:color w:val="555555"/>
          <w:sz w:val="20"/>
        </w:rPr>
        <w:t>[140]</w:t>
      </w:r>
    </w:p>
    <w:p>
      <w:r>
        <w:rPr>
          <w:rFonts w:ascii="Gentium Plus" w:hAnsi="Gentium Plus"/>
          <w:sz w:val="24"/>
        </w:rPr>
        <w:t>ἀστέρι πάντες ἔισκον, ὁθούνεκα πολλὸν ἐν ἄλλοις βουσὶν ἰὼν λάμπεσκεν, ἀρίζηλος δ’ ἐτέτυκτο. ὃς δή τοι σκύλος αὖον ἰδὼν χαροποῖο λέοντος</w:t>
      </w:r>
    </w:p>
    <w:p>
      <w:r>
        <w:rPr>
          <w:rFonts w:ascii="Courier New" w:hAnsi="Courier New"/>
          <w:color w:val="555555"/>
          <w:sz w:val="20"/>
        </w:rPr>
        <w:t>[145]</w:t>
      </w:r>
    </w:p>
    <w:p>
      <w:r>
        <w:rPr>
          <w:rFonts w:ascii="Gentium Plus" w:hAnsi="Gentium Plus"/>
          <w:sz w:val="24"/>
        </w:rPr>
        <w:t>τοῦ μὲν ἄναξ προσιόντος ἐδράξατο χειρὶ παχείῃ σκαιοῦ ἄφαρ κέραος, κατὰ δ’ αὐχένα νέρθ’ ἐπὶ γαίης κλάσσε βαρύν περ ἐόντα, πάλιν δέ μιν ὦσεν ὀπίσσω ὤμῳ ἐπιβρίσας· ὁ δέ οἱ περὶ νεῦρα τανυσθείς μυὼν ἐξ ὑπάτοιο βραχίονος ὀρθὸς ἀνέστη.</w:t>
      </w:r>
    </w:p>
    <w:p>
      <w:r>
        <w:rPr>
          <w:rFonts w:ascii="Courier New" w:hAnsi="Courier New"/>
          <w:color w:val="555555"/>
          <w:sz w:val="20"/>
        </w:rPr>
        <w:t>[Id . 25 (150)]</w:t>
      </w:r>
    </w:p>
    <w:p>
      <w:r>
        <w:rPr>
          <w:rFonts w:ascii="Gentium Plus" w:hAnsi="Gentium Plus"/>
          <w:sz w:val="24"/>
        </w:rPr>
        <w:t>θαύμαζον δ’ αὐτός τε ἄναξ υἱός τε δαΐφρων Φυλεὺς οἵ τ’ ἐπὶ βουσὶ κορωνίσι βουκόλοι ἄνδρες, Ἀμφιτρυωνιάδαο βίην ὑπέροπλον ἰδόντες.</w:t>
      </w:r>
    </w:p>
    <w:p>
      <w:r>
        <w:rPr>
          <w:rFonts w:ascii="Courier New" w:hAnsi="Courier New"/>
          <w:color w:val="555555"/>
          <w:sz w:val="20"/>
        </w:rPr>
        <w:t>[152]</w:t>
      </w:r>
    </w:p>
    <w:p>
      <w:r>
        <w:rPr>
          <w:rFonts w:ascii="Gentium Plus" w:hAnsi="Gentium Plus"/>
          <w:sz w:val="24"/>
        </w:rPr>
        <w:t>Τὼ δ’ εἰς ἄστυ λιπόντε καταυτόθι πίονας ἀγρούς ἐστιχέτην, Φυλεύς τε βίη θ’ Ἡρακληείη.</w:t>
      </w:r>
    </w:p>
    <w:p>
      <w:r>
        <w:rPr>
          <w:rFonts w:ascii="Courier New" w:hAnsi="Courier New"/>
          <w:color w:val="555555"/>
          <w:sz w:val="20"/>
        </w:rPr>
        <w:t>[155]</w:t>
      </w:r>
    </w:p>
    <w:p>
      <w:r>
        <w:rPr>
          <w:rFonts w:ascii="Gentium Plus" w:hAnsi="Gentium Plus"/>
          <w:sz w:val="24"/>
        </w:rPr>
        <w:t>λαοφόρου δ’ ἐπέβησαν ὅθι πρώτιστα κελεύθου, λεπτὴν καρπαλίμοισι τρίβον ποσὶν ἐξανύσαντες ἥ ῥα δι’ ἀμπελεῶνος ἀπὸ σταθμῶν τετάνυστο οὔτι λίην ἀρίσημος ἐν ὕλῃ χλωρῇ ἐούσῃ, τῇ μὲν ἄρα προσέειπε Διὸς γόνον ὑψίστοιο</w:t>
      </w:r>
    </w:p>
    <w:p>
      <w:r>
        <w:rPr>
          <w:rFonts w:ascii="Courier New" w:hAnsi="Courier New"/>
          <w:color w:val="555555"/>
          <w:sz w:val="20"/>
        </w:rPr>
        <w:t>[160]</w:t>
      </w:r>
    </w:p>
    <w:p>
      <w:r>
        <w:rPr>
          <w:rFonts w:ascii="Gentium Plus" w:hAnsi="Gentium Plus"/>
          <w:sz w:val="24"/>
        </w:rPr>
        <w:t>Αὐγείω φίλος υἱὸς ἕθεν μετόπισθεν ἰόντα, ἦκα παρακλίνας κεφαλὴν κατὰ δεξιὸν ὦμον· ‘ξεῖνε, πάλαι τινὰ πάγχυ σέθεν πέρι μῦθον ἀκούσας, εἰ περὶ σεῦ, σφετέρῃσιν ἐνὶ φρεσὶ βάλλομαι ἄρτι. ἤλυθε γὰρ στείχων τις ἀπ’ Ἄργεος—ἦν νέος ἀκμήν—</w:t>
      </w:r>
    </w:p>
    <w:p>
      <w:r>
        <w:rPr>
          <w:rFonts w:ascii="Courier New" w:hAnsi="Courier New"/>
          <w:color w:val="555555"/>
          <w:sz w:val="20"/>
        </w:rPr>
        <w:t>[165]</w:t>
      </w:r>
    </w:p>
    <w:p>
      <w:r>
        <w:rPr>
          <w:rFonts w:ascii="Gentium Plus" w:hAnsi="Gentium Plus"/>
          <w:sz w:val="24"/>
        </w:rPr>
        <w:t>ἐνθάδ’ Ἀχαιὸς ἀνὴρ Ἑλίκης ἐξ ἀγχιάλοιο, ὃς δή τοι μυθεῖτο καὶ ἐν πλεόνεσσιν Ἐπειῶν οὕνεκεν Ἀργείων τις ἕθεν παρεόντος ὄλεσσε θηρίον, αἰνολέοντα, κακὸν τέρας ἀγροιώταις, κοίλην αὖλιν ἔχοντα Διὸς Νεμέοιο παρ’ ἄλσος.</w:t>
      </w:r>
    </w:p>
    <w:p>
      <w:r>
        <w:rPr>
          <w:rFonts w:ascii="Courier New" w:hAnsi="Courier New"/>
          <w:color w:val="555555"/>
          <w:sz w:val="20"/>
        </w:rPr>
        <w:t>[170]</w:t>
      </w:r>
    </w:p>
    <w:p>
      <w:r>
        <w:rPr>
          <w:rFonts w:ascii="Gentium Plus" w:hAnsi="Gentium Plus"/>
          <w:sz w:val="24"/>
        </w:rPr>
        <w:t>“οὐκ οἶδ’ ἀτρεκέως ἢ Ἄργεος ἐξ ἱεροῖο αὐτόθεν ἢ Τίρυνθα νέμων πόλιν ἠὲ Μυκήνην·” ὣς κεῖνος ἀγόρευε· γένος δέ μιν εἶναι ἔφασκεν,</w:t>
      </w:r>
    </w:p>
    <w:p>
      <w:r>
        <w:rPr>
          <w:rFonts w:ascii="Courier New" w:hAnsi="Courier New"/>
          <w:color w:val="555555"/>
          <w:sz w:val="20"/>
        </w:rPr>
        <w:t>[175]</w:t>
      </w:r>
    </w:p>
    <w:p>
      <w:r>
        <w:rPr>
          <w:rFonts w:ascii="Gentium Plus" w:hAnsi="Gentium Plus"/>
          <w:sz w:val="24"/>
        </w:rPr>
        <w:t>ἠὲ σέ, δέρμα δὲ θηρὸς ἀριφραδέως ἀγορεύει χειρῶν καρτερὸν ἔργον, ὅ τοι περὶ πλευρὰ καλύπτει. εἴπ’ ἄγε νῦν μοι πρῶτον, ἵνα γνώω κατὰ θυμόν, ἥρως, εἴτ’ ἐτύμως μαντεύομαι εἴτε καὶ οὐκί, εἰ σύγ’ ἐκεῖνος ὃν ἧμιν ἀκουόντεσσιν ἔειπεν</w:t>
      </w:r>
    </w:p>
    <w:p>
      <w:r>
        <w:rPr>
          <w:rFonts w:ascii="Courier New" w:hAnsi="Courier New"/>
          <w:color w:val="555555"/>
          <w:sz w:val="20"/>
        </w:rPr>
        <w:t>[180]</w:t>
      </w:r>
    </w:p>
    <w:p>
      <w:r>
        <w:rPr>
          <w:rFonts w:ascii="Gentium Plus" w:hAnsi="Gentium Plus"/>
          <w:sz w:val="24"/>
        </w:rPr>
        <w:t>οὑξ Ἑλίκηθεν Ἀχαιός, ἐγὼ δέ σε φράζομαι ὀρθῶς εἰπὲ δ’ ὅπως ὀλοὸν τόδε θηρίον αὐτὸς ἔπεφνες, ὅππως τ’ εὔυδρον Νεμέης εἰσήλυθε χῶρον· οὐ μὲν γάρ κε τοσόνδε κατ’ Ἀπίδα κνώδαλον εὕροις ἱμείρων ἰδέειν, ἐπεὶ οὐ μάλα τηλίκα βόσκει,</w:t>
      </w:r>
    </w:p>
    <w:p>
      <w:r>
        <w:rPr>
          <w:rFonts w:ascii="Courier New" w:hAnsi="Courier New"/>
          <w:color w:val="555555"/>
          <w:sz w:val="20"/>
        </w:rPr>
        <w:t>[185]</w:t>
      </w:r>
    </w:p>
    <w:p>
      <w:r>
        <w:rPr>
          <w:rFonts w:ascii="Gentium Plus" w:hAnsi="Gentium Plus"/>
          <w:sz w:val="24"/>
        </w:rPr>
        <w:t>ἀλλ’ ἄρκτους τε σύας τε λύκων τ’ ὀλοφώιον ἔθνος. τῷ καὶ θαυμάζεσκον ἀκούοντες τότε μῦθον· οἳ δέ νυ καὶ ψεύδεσθαι ὁδοιπόρον ἀνέρ’ ἔφαντο γλώσσης μαψιδίοιο χαριζόμενον παρεοῦσιν.‘ Ὣς εἰπὼν μέσσης ἐξηρώησε κελεύθου</w:t>
      </w:r>
    </w:p>
    <w:p>
      <w:r>
        <w:rPr>
          <w:rFonts w:ascii="Courier New" w:hAnsi="Courier New"/>
          <w:color w:val="555555"/>
          <w:sz w:val="20"/>
        </w:rPr>
        <w:t>[190]</w:t>
      </w:r>
    </w:p>
    <w:p>
      <w:r>
        <w:rPr>
          <w:rFonts w:ascii="Gentium Plus" w:hAnsi="Gentium Plus"/>
          <w:sz w:val="24"/>
        </w:rPr>
        <w:t>Φυλεύς, ὄφρα κίουσιν ἅμα σφισὶν ἄρκιος εἴη καί ῥά τε ῥηίτερον φαμένου κλύοι Ἡρακλῆος, ὅς μιν ὁμαρτήσας τοίῳ προσελέξατο μύθῳ· ‘ὦ Αὐγηιάδη, τὸ μὲν ὅττι με πρῶτον ἀνήρευ, αὐτὸς καὶ μάλα ῥεῖα κατὰ στάθμην ἐνόησας.</w:t>
      </w:r>
    </w:p>
    <w:p>
      <w:r>
        <w:rPr>
          <w:rFonts w:ascii="Courier New" w:hAnsi="Courier New"/>
          <w:color w:val="555555"/>
          <w:sz w:val="20"/>
        </w:rPr>
        <w:t>[195]</w:t>
      </w:r>
    </w:p>
    <w:p>
      <w:r>
        <w:rPr>
          <w:rFonts w:ascii="Gentium Plus" w:hAnsi="Gentium Plus"/>
          <w:sz w:val="24"/>
        </w:rPr>
        <w:t>ἀμφὶ δέ σοι τὰ ἕκαστα λέγοιμί κε τοῦδε πελώρου ὅππως ἐκράανθεν, ἐπεὶ λελίησαι ἀκούειν, νόσφιν γ’ ἢ ὅθεν ἦλθε· τὸ γὰρ πολέων περ ἐόντων Ἀργείων οὐδείς κεν ἔχοι σάφα μυθήσασθαι· οἶον δ’ ἀθανάτων τιν’ ἐίσκομεν ἀνδράσι πῆμα</w:t>
      </w:r>
    </w:p>
    <w:p>
      <w:r>
        <w:rPr>
          <w:rFonts w:ascii="Courier New" w:hAnsi="Courier New"/>
          <w:color w:val="555555"/>
          <w:sz w:val="20"/>
        </w:rPr>
        <w:t>[Id . 25 (200)]</w:t>
      </w:r>
    </w:p>
    <w:p>
      <w:r>
        <w:rPr>
          <w:rFonts w:ascii="Gentium Plus" w:hAnsi="Gentium Plus"/>
          <w:sz w:val="24"/>
        </w:rPr>
        <w:t>ἱρῶν μηνίσαντα Φορωνήεσσιν ἐφεῖναι. πάντας γὰρ πισῆας ἐπικλύζων ποταμὸς ὥς λὶς ἄμοτον κεράιζε, μάλιστα δὲ Βεμβιναίους,</w:t>
      </w:r>
    </w:p>
    <w:p>
      <w:r>
        <w:rPr>
          <w:rFonts w:ascii="Courier New" w:hAnsi="Courier New"/>
          <w:color w:val="555555"/>
          <w:sz w:val="20"/>
        </w:rPr>
        <w:t>[205]</w:t>
      </w:r>
    </w:p>
    <w:p>
      <w:r>
        <w:rPr>
          <w:rFonts w:ascii="Gentium Plus" w:hAnsi="Gentium Plus"/>
          <w:sz w:val="24"/>
        </w:rPr>
        <w:t>Εὐρυσθεύς, κτεῖναι δέ μ’ ἐφίετο θηρίον αἰνόν. αὐτὰρ ἐγὼ κέρας ὑγρὸν ἑλὼν κοίλην τε φαρέτρην ἰῶν ἐμπλείην νεόμην, ἑτέρηφι δὲ βάκτρον εὐπαγὲς αὐτόφλοιον ἐπηρεφέος κοτίνοιο ἔμμητρον, τὸ μὲν αὐτὸς ὑπὸ ζαθέῳ Ἑλικῶνι</w:t>
      </w:r>
    </w:p>
    <w:p>
      <w:r>
        <w:rPr>
          <w:rFonts w:ascii="Courier New" w:hAnsi="Courier New"/>
          <w:color w:val="555555"/>
          <w:sz w:val="20"/>
        </w:rPr>
        <w:t>[210]</w:t>
      </w:r>
    </w:p>
    <w:p>
      <w:r>
        <w:rPr>
          <w:rFonts w:ascii="Gentium Plus" w:hAnsi="Gentium Plus"/>
          <w:sz w:val="24"/>
        </w:rPr>
        <w:t>εὑρὼν σὺν πυκινῇσιν ὁλοσχερὲς ἔσπασα ῥίζαις. αὐτὰρ ἐπεὶ τὸν χῶρον ὅθι λὶς ἦεν ἵκανον, δὴ τότε τόξον ἑλὼν στρεπτῇ ἐπέλασσα κορώνῃ νευρειήν, περὶ δ’ ἰὸν ἐχέστονον εἶθαρ ἔβησα. πάντῃ δ’ ὄσσε φέρων ὀλοὸν τέρας ἐσκοπίαζον,</w:t>
      </w:r>
    </w:p>
    <w:p>
      <w:r>
        <w:rPr>
          <w:rFonts w:ascii="Courier New" w:hAnsi="Courier New"/>
          <w:color w:val="555555"/>
          <w:sz w:val="20"/>
        </w:rPr>
        <w:t>[215]</w:t>
      </w:r>
    </w:p>
    <w:p>
      <w:r>
        <w:rPr>
          <w:rFonts w:ascii="Gentium Plus" w:hAnsi="Gentium Plus"/>
          <w:sz w:val="24"/>
        </w:rPr>
        <w:t>εἴ μιν ἐσαθρήσαιμι πάρος γ’ ἐμὲ κεῖνον ἰδέσθαι. ἤματος ἦν τὸ μεσηγύ, καὶ οὐδέπω ἴχνια τοῖο φρασθῆναι δυνάμην οὐδ’ ὠρυθμοῖο πυθέσθαι. οὐδὲ μὲν ἀνθρώπων τις ἔην ἐπὶ βουσὶ καὶ ἔργοις φαινόμενος σπορίμοιο δι’ αὔλακος ὅντιν’ ἐροίμην,</w:t>
      </w:r>
    </w:p>
    <w:p>
      <w:r>
        <w:rPr>
          <w:rFonts w:ascii="Courier New" w:hAnsi="Courier New"/>
          <w:color w:val="555555"/>
          <w:sz w:val="20"/>
        </w:rPr>
        <w:t>[220]</w:t>
      </w:r>
    </w:p>
    <w:p>
      <w:r>
        <w:rPr>
          <w:rFonts w:ascii="Gentium Plus" w:hAnsi="Gentium Plus"/>
          <w:sz w:val="24"/>
        </w:rPr>
        <w:t>ἀλλὰ κατὰ σταθμοὺς χλωρὸν δέος εἶχεν ἕκαστον. οὐ μὴν πρὶν πόδας ἔσχον ὄρος τανύφυλλον ἐρευνῶν πρὶν ἰδέειν ἀλκῆς τε μεταυτίκα πειρηθῆναι. ἤτοι ὃ μὲν σήραγγα προδείελος ἔστιχεν εἰς ἥν, βεβρωκὼς κρειῶν τε καὶ αἵματος, ἀμφὶ δὲ χαίτας</w:t>
      </w:r>
    </w:p>
    <w:p>
      <w:r>
        <w:rPr>
          <w:rFonts w:ascii="Courier New" w:hAnsi="Courier New"/>
          <w:color w:val="555555"/>
          <w:sz w:val="20"/>
        </w:rPr>
        <w:t>[225]</w:t>
      </w:r>
    </w:p>
    <w:p>
      <w:r>
        <w:rPr>
          <w:rFonts w:ascii="Gentium Plus" w:hAnsi="Gentium Plus"/>
          <w:sz w:val="24"/>
        </w:rPr>
        <w:t>αὐχμηρὰς πεπάλακτο φόνῳ χαροπόν τε πρόσωπον στήθεά τε, γλώσσῃ δὲ περιλιχμᾶτο γένειον. αὐτὰρ ἐγὼ θάμνοισιν ἄφαρ σκιεροῖσιν ἐκρύφθην ἐν τρίβῳ ὑλήεντι δεδεγμένος ὁππόθ’ ἵκοιτο, καὶ βάλον ἆσσον ἰόντος ἀριστερὸν εἰς κενεῶνα</w:t>
      </w:r>
    </w:p>
    <w:p>
      <w:r>
        <w:rPr>
          <w:rFonts w:ascii="Courier New" w:hAnsi="Courier New"/>
          <w:color w:val="555555"/>
          <w:sz w:val="20"/>
        </w:rPr>
        <w:t>[230]</w:t>
      </w:r>
    </w:p>
    <w:p>
      <w:r>
        <w:rPr>
          <w:rFonts w:ascii="Gentium Plus" w:hAnsi="Gentium Plus"/>
          <w:sz w:val="24"/>
        </w:rPr>
        <w:t>τηυσίως· οὐ γάρ τι βέλος διὰ σαρκὸς ὄλισθεν ὀκριόεν, χλωρῇ δὲ παλίσσυτον ἔμπεσε ποίῃ. αὐτὰρ ὃ κρᾶτα δαφοινὸν ἀπὸ χθονὸς ὦκ’ ἐπάειρε θαμβήσας, πάντῃ δὲ διέδρακεν ὀφθαλμοῖσι</w:t>
      </w:r>
    </w:p>
    <w:p>
      <w:r>
        <w:rPr>
          <w:rFonts w:ascii="Courier New" w:hAnsi="Courier New"/>
          <w:color w:val="555555"/>
          <w:sz w:val="20"/>
        </w:rPr>
        <w:t>[235]</w:t>
      </w:r>
    </w:p>
    <w:p>
      <w:r>
        <w:rPr>
          <w:rFonts w:ascii="Gentium Plus" w:hAnsi="Gentium Plus"/>
          <w:sz w:val="24"/>
        </w:rPr>
        <w:t>τῷ δ’ ἐγὼ ἄλλον ὀιστὸν ἀπὸ νευρῆς προΐαλλον, ἀσχαλόων ὅ μοι ὁ πρὶν ἐτώσιος ἔκφυγε χειρός· μεσσηγὺς δ’ ἔβαλον στηθέων, ὅθι πνεύμονος ἕδρη. ἀλλ’ οὐδ’ ὣς ὑπὸ βύρσαν ἔδυ πολυώδυνος ἰός, ἀλλ’ ἔπεσε προπάροιθε ποδῶν ἀνεμώλιος αὔτως.</w:t>
      </w:r>
    </w:p>
    <w:p>
      <w:r>
        <w:rPr>
          <w:rFonts w:ascii="Courier New" w:hAnsi="Courier New"/>
          <w:color w:val="555555"/>
          <w:sz w:val="20"/>
        </w:rPr>
        <w:t>[240]</w:t>
      </w:r>
    </w:p>
    <w:p>
      <w:r>
        <w:rPr>
          <w:rFonts w:ascii="Gentium Plus" w:hAnsi="Gentium Plus"/>
          <w:sz w:val="24"/>
        </w:rPr>
        <w:t>τὸ τρίτον αὖ μέλλεσκον ἀσώμενος ἐν φρεσὶν αἰνῶς αὐερύειν· ὁ δέ μ’ εἶδε περιγληνώμενος ὄσσοις θὴρ ἄμοτος, μακρὴν δὲ περ’ ἰγνύῃσιν ἕλιξε κέρκον, ἄφαρ δὲ μάχης ἐμνήσατο· πᾶς δέ οἱ αὐχήν θυμοῦ ἐνεπλήσθη, πυρσαὶ δ’ ἔφριξαν ἔθειραι</w:t>
      </w:r>
    </w:p>
    <w:p>
      <w:r>
        <w:rPr>
          <w:rFonts w:ascii="Courier New" w:hAnsi="Courier New"/>
          <w:color w:val="555555"/>
          <w:sz w:val="20"/>
        </w:rPr>
        <w:t>[245]</w:t>
      </w:r>
    </w:p>
    <w:p>
      <w:r>
        <w:rPr>
          <w:rFonts w:ascii="Gentium Plus" w:hAnsi="Gentium Plus"/>
          <w:sz w:val="24"/>
        </w:rPr>
        <w:t>σκυζομένῳ, κυρτὴ δὲ ῥάχις γένετ’ ἠΰτε τόξον, πάντοθεν εἰλυθέντος ὑπὸ λαγόνας τε καὶ ἰξύν. ὡς δ’ ὅταν ἁρματοπηγὸς ἀνὴρ πολέων ἴδρις ἔργων ὅρπηκας κάμπτῃσιν ἐρινεοῦ εὐκεάτοιο, θάλψας ἐν πυρὶ πρῶτον, ἐπαξονίῳ κύκλα δίφρῳ·</w:t>
      </w:r>
    </w:p>
    <w:p>
      <w:r>
        <w:rPr>
          <w:rFonts w:ascii="Courier New" w:hAnsi="Courier New"/>
          <w:color w:val="555555"/>
          <w:sz w:val="20"/>
        </w:rPr>
        <w:t>[Id . 25 (250)]</w:t>
      </w:r>
    </w:p>
    <w:p>
      <w:r>
        <w:rPr>
          <w:rFonts w:ascii="Gentium Plus" w:hAnsi="Gentium Plus"/>
          <w:sz w:val="24"/>
        </w:rPr>
        <w:t>τοῦ μὲν ὑπὲκ χειρῶν ἔφυγεν τανύφλοιος ἐρινός καμπτόμενος, τηλοῦ δὲ μιῇ πήδησε σὺν ὁρμῇ· ὣς ἐπ’ ἐμοὶ λὶς αἰνὸς ἀπόπροθεν ἀθρόος ἆλτο μαιμώων χροὸς ἆσαι· ἐγὼ δ’ ἑτέρηφι βέλεμνα χειρὶ προεσχεθόμην καὶ ἀπ’ ὤμων δίπλακα λώπην,</w:t>
      </w:r>
    </w:p>
    <w:p>
      <w:r>
        <w:rPr>
          <w:rFonts w:ascii="Courier New" w:hAnsi="Courier New"/>
          <w:color w:val="555555"/>
          <w:sz w:val="20"/>
        </w:rPr>
        <w:t>[255]</w:t>
      </w:r>
    </w:p>
    <w:p>
      <w:r>
        <w:rPr>
          <w:rFonts w:ascii="Gentium Plus" w:hAnsi="Gentium Plus"/>
          <w:sz w:val="24"/>
        </w:rPr>
        <w:t>τῇ δ’ ἑτέρῃ ῥόπαλον κόρσης ὕπερ αὖον ἀείρας ἤλασα κὰκ κεφαλῆς, διὰ δ’ ἄνδιχα τρηχὺν ἔαξα αὐτοῦ ἐπὶ λασίοιο καρήατος ἀγριέλαιον θηρὸς ἀμαιμακέτοιο. πέσεν δ’ ὅγε πρὶν ἔμ’ ἱκέσθαι ὑψόθεν ἐν γαίῃ καὶ ἐπὶ τρομεροῖς ποσὶν ἔστη</w:t>
      </w:r>
    </w:p>
    <w:p>
      <w:r>
        <w:rPr>
          <w:rFonts w:ascii="Courier New" w:hAnsi="Courier New"/>
          <w:color w:val="555555"/>
          <w:sz w:val="20"/>
        </w:rPr>
        <w:t>[260]</w:t>
      </w:r>
    </w:p>
    <w:p>
      <w:r>
        <w:rPr>
          <w:rFonts w:ascii="Gentium Plus" w:hAnsi="Gentium Plus"/>
          <w:sz w:val="24"/>
        </w:rPr>
        <w:t>νευστάζων κεφαλῇ· περὶ γὰρ σκότος ὄσσε οἱ ἄμφω ἦλθε, βίῃ σεισθέντος ἐν ὀστέῳ ἐγκεφάλοιο. τὸν μὲν ἐγὼν ὀδύνῃσι παραφρονέοντα βαρείαις νωσάμενος, πρὶν αὖτις ὑπότροπον ἀμπνυνθῆναι,</w:t>
      </w:r>
    </w:p>
    <w:p>
      <w:r>
        <w:rPr>
          <w:rFonts w:ascii="Courier New" w:hAnsi="Courier New"/>
          <w:color w:val="555555"/>
          <w:sz w:val="20"/>
        </w:rPr>
        <w:t>[265]</w:t>
      </w:r>
    </w:p>
    <w:p>
      <w:r>
        <w:rPr>
          <w:rFonts w:ascii="Gentium Plus" w:hAnsi="Gentium Plus"/>
          <w:sz w:val="24"/>
        </w:rPr>
        <w:t>ῥίψας τόξον ἔραζε πολύρραπτόν τε φαρέτρην· ἦγχον δ’ ἐγκρατέως στιβαρὰς σὺν χεῖρας ἐρείσας ἐξόπιθεν, μὴ σάρκας ἀποδρύψῃ ὀνύχεσσι, πρὸς δ’ οὖδας πτέρνῃσι πόδας στερεῶς ἐπίεζον οὐραίους ἐπιβάς, μηροῖσί τε πλεύρ’ ἐφύλασσον,</w:t>
      </w:r>
    </w:p>
    <w:p>
      <w:r>
        <w:rPr>
          <w:rFonts w:ascii="Courier New" w:hAnsi="Courier New"/>
          <w:color w:val="555555"/>
          <w:sz w:val="20"/>
        </w:rPr>
        <w:t>[270]</w:t>
      </w:r>
    </w:p>
    <w:p>
      <w:r>
        <w:rPr>
          <w:rFonts w:ascii="Gentium Plus" w:hAnsi="Gentium Plus"/>
          <w:sz w:val="24"/>
        </w:rPr>
        <w:t>μέχρι οὗ ἐξετάνυσσα βραχίοσιν ὀρθὸν ἀείρας ἄπνευστον, ψυχὴν δὲ πελώριος ἔλλαβεν Ἅιδης. καὶ τότε δὴ βούλευον ὅπως λασιαύχενα βύρσαν θηρὸς τεθνειῶτος ἀπὸ μελέων ἐρυσαίμην, ἀργαλέον μάλα μόχθον, ἐπεὶ οὐκ ἔσκε σιδήρῳ</w:t>
      </w:r>
    </w:p>
    <w:p>
      <w:r>
        <w:rPr>
          <w:rFonts w:ascii="Courier New" w:hAnsi="Courier New"/>
          <w:color w:val="555555"/>
          <w:sz w:val="20"/>
        </w:rPr>
        <w:t>[275]</w:t>
      </w:r>
    </w:p>
    <w:p>
      <w:r>
        <w:rPr>
          <w:rFonts w:ascii="Gentium Plus" w:hAnsi="Gentium Plus"/>
          <w:sz w:val="24"/>
        </w:rPr>
        <w:t>τμητὴ οὐδὲ λίθοις πειρωμένῳ οὐδὲ μὲν † ὕλῃ. ἔνθα μοι ἀθανάτων τις ἐπὶ φρεσὶ θῆκε νοῆσαι αὐτοῖς δέρμα λέοντος ἀνασχίζειν ὀνύχεσσι. τοῖσι θοῶς ἀπέδειρα, καὶ ἀμφεθέμην μελέεσσιν ἕρκος ἐνυαλίου ταμεσίχροος ἰωχμοῖο.</w:t>
      </w:r>
    </w:p>
    <w:p>
      <w:r>
        <w:rPr>
          <w:rFonts w:ascii="Courier New" w:hAnsi="Courier New"/>
          <w:color w:val="555555"/>
          <w:sz w:val="20"/>
        </w:rPr>
        <w:t>[280]</w:t>
      </w:r>
    </w:p>
    <w:p>
      <w:r>
        <w:rPr>
          <w:rFonts w:ascii="Gentium Plus" w:hAnsi="Gentium Plus"/>
          <w:sz w:val="24"/>
        </w:rPr>
        <w:t>οὗτός τοι Νεμέου γένετ’, ὦ φίλε, θηρὸς ὄλεθρος,</w:t>
      </w:r>
    </w:p>
    <w:p>
      <w:pPr>
        <w:jc w:val="center"/>
      </w:pPr>
      <w:r>
        <w:rPr>
          <w:rFonts w:ascii="Gentium Plus" w:hAnsi="Gentium Plus"/>
          <w:b/>
          <w:sz w:val="24"/>
        </w:rPr>
        <w:t>ΘΕΟΚΡΙΤΟΥ ΛΗΝΑΙ Η ΒΑΚΧΑΙ</w:t>
      </w:r>
    </w:p>
    <w:p>
      <w:r>
        <w:rPr>
          <w:rFonts w:ascii="Courier New" w:hAnsi="Courier New"/>
          <w:color w:val="555555"/>
          <w:sz w:val="20"/>
        </w:rPr>
        <w:t>[1]</w:t>
      </w:r>
    </w:p>
    <w:p>
      <w:r>
        <w:rPr>
          <w:rFonts w:ascii="Gentium Plus" w:hAnsi="Gentium Plus"/>
          <w:sz w:val="24"/>
        </w:rPr>
        <w:t>Ἰνὼ καὐτονόα χἀ μαλοπάραυος Ἀγαύα τρεῖς θιάσως ἐς ὄρος τρεῖς ἄγαγον αὐταὶ ἐοῖσαι. χαἲ μὲν ἀμερξάμεναι λασίας δρυὸς ἄγρια φύλλα, κισσόν τε ζώοντα καὶ ἀσφόδελον τὸν ὑπὲρ γᾶς,</w:t>
      </w:r>
    </w:p>
    <w:p>
      <w:r>
        <w:rPr>
          <w:rFonts w:ascii="Courier New" w:hAnsi="Courier New"/>
          <w:color w:val="555555"/>
          <w:sz w:val="20"/>
        </w:rPr>
        <w:t>[5]</w:t>
      </w:r>
    </w:p>
    <w:p>
      <w:r>
        <w:rPr>
          <w:rFonts w:ascii="Gentium Plus" w:hAnsi="Gentium Plus"/>
          <w:sz w:val="24"/>
        </w:rPr>
        <w:t>ἐν καθαρῷ λειμῶνι κάμον δυοκαίδεκα βωμώς, τὼς τρεῖς τᾷ Σεμέλᾳ, τὼς ἐννέα τῷ Διονύσῳ. ἱερὰ δ’ ἐκ κίστας πεποναμένα χερσὶν ἑλοῖσαι εὐφάμως κατέθεντο νεοδρέπτων ἐπὶ βωμῶν, ὡς ἐδίδαξ’, ὡς αὐτὸς ἐθυμάρει Διόνυσος.</w:t>
      </w:r>
    </w:p>
    <w:p>
      <w:r>
        <w:rPr>
          <w:rFonts w:ascii="Courier New" w:hAnsi="Courier New"/>
          <w:color w:val="555555"/>
          <w:sz w:val="20"/>
        </w:rPr>
        <w:t>[10]</w:t>
      </w:r>
    </w:p>
    <w:p>
      <w:r>
        <w:rPr>
          <w:rFonts w:ascii="Gentium Plus" w:hAnsi="Gentium Plus"/>
          <w:sz w:val="24"/>
        </w:rPr>
        <w:t>Πενθεὺς δ’ ἀλιβάτω πέτρας ἄπο πάντ’ ἐθεώρει, σχῖνον ἐς ἀρχαίαν καταδύς, ἐπιχώριον ἔρνος. Αὐτονόα πράτα νιν ἀνέκραγε δεινὸν ἰδοῖσα, σὺν δ’ ἐτάραξε ποσὶν μανιώδεος ὄργια Βάκχω, ἐξαπίνας ἐπιοῖσα, τά τ’ οὐχ ὁρέοντι βέβαλοι.</w:t>
      </w:r>
    </w:p>
    <w:p>
      <w:r>
        <w:rPr>
          <w:rFonts w:ascii="Courier New" w:hAnsi="Courier New"/>
          <w:color w:val="555555"/>
          <w:sz w:val="20"/>
        </w:rPr>
        <w:t>[15]</w:t>
      </w:r>
    </w:p>
    <w:p>
      <w:r>
        <w:rPr>
          <w:rFonts w:ascii="Gentium Plus" w:hAnsi="Gentium Plus"/>
          <w:sz w:val="24"/>
        </w:rPr>
        <w:t>μαίνετο μέν τ’ αὐτά, μαίνοντο δ’ ἄρ’ εὐθὺ καὶ ἅλλαι. Πενθεὺς μὲν φεῦγεν πεφοβημένος, αἳ δ’ ἐδίωκον, πέπλως ἐκ ζωστῆρος ἐς ἰγνύαν ἐρύσαισαι. Πενθεὺς μὲν τόδ’ ἔειπε· ‘τίνος κέχρησθε, γυναῖκες;‘ Αὐτονόα τόδ’ ἔειπε· ‘τάχα γνώσῃ πρὶν ἀκοῦσαι.‘</w:t>
      </w:r>
    </w:p>
    <w:p>
      <w:r>
        <w:rPr>
          <w:rFonts w:ascii="Courier New" w:hAnsi="Courier New"/>
          <w:color w:val="555555"/>
          <w:sz w:val="20"/>
        </w:rPr>
        <w:t>[20]</w:t>
      </w:r>
    </w:p>
    <w:p>
      <w:r>
        <w:rPr>
          <w:rFonts w:ascii="Gentium Plus" w:hAnsi="Gentium Plus"/>
          <w:sz w:val="24"/>
        </w:rPr>
        <w:t>μάτηρ μὲν κεφαλὰν μυκήσατο παιδὸς ἑλοῖσα, ὅσσον περ τοκάδος τελέθει μύκημα λεαίνας· Ἰνὼ δ’ ἐξέρρηξε σὺν ὠμοπλάτᾳ μέγαν ὦμον, λὰξ ἐπὶ γαστέρα βᾶσα, καὶ Αὐτονόας ῥυθμὸς ωὑτός· αἱ δ’ ἄλλαι τὰ περισσὰ κρεανομέοντο γυναῖκες,</w:t>
      </w:r>
    </w:p>
    <w:p>
      <w:r>
        <w:rPr>
          <w:rFonts w:ascii="Courier New" w:hAnsi="Courier New"/>
          <w:color w:val="555555"/>
          <w:sz w:val="20"/>
        </w:rPr>
        <w:t>[25]</w:t>
      </w:r>
    </w:p>
    <w:p>
      <w:r>
        <w:rPr>
          <w:rFonts w:ascii="Gentium Plus" w:hAnsi="Gentium Plus"/>
          <w:sz w:val="24"/>
        </w:rPr>
        <w:t>ἐς Θήβας δ’ ἀφίκοντο πεφυρμέναι αἵματι πᾶσαι,</w:t>
      </w:r>
    </w:p>
    <w:p>
      <w:r>
        <w:rPr>
          <w:rFonts w:ascii="Courier New" w:hAnsi="Courier New"/>
          <w:color w:val="555555"/>
          <w:sz w:val="20"/>
        </w:rPr>
        <w:t>[30]</w:t>
      </w:r>
    </w:p>
    <w:p>
      <w:r>
        <w:rPr>
          <w:rFonts w:ascii="Gentium Plus" w:hAnsi="Gentium Plus"/>
          <w:sz w:val="24"/>
        </w:rPr>
        <w:t>αὐτὸς δ’ εὐαγέοιμι καὶ εὐαγέεσσιν ἅδοιμι. ἐκ Διὸς αἰγιόχω τιμὰν ἔχει αἰετὸς οὕτως. εὐσεβέων παίδεσσι τὰ λώια, δυσσεβέων δ’ οὔ. Χαίροι μὲν Διόνυσος, ὃν ἐν Δρακάνῳ νιφόεντι Ζεὺς ὕπατος μεγάλαν ἐπιγουνίδα κάτθετο λύσας·</w:t>
      </w:r>
    </w:p>
    <w:p>
      <w:r>
        <w:rPr>
          <w:rFonts w:ascii="Courier New" w:hAnsi="Courier New"/>
          <w:color w:val="555555"/>
          <w:sz w:val="20"/>
        </w:rPr>
        <w:t>[35]</w:t>
      </w:r>
    </w:p>
    <w:p>
      <w:r>
        <w:rPr>
          <w:rFonts w:ascii="Gentium Plus" w:hAnsi="Gentium Plus"/>
          <w:sz w:val="24"/>
        </w:rPr>
        <w:t>χαίροι δ’ εὐειδὴς Σεμέλα καὶ ἀδελφεαὶ αὐτᾶς, Καδμεῖαι πολλαῖς μεμελημέναι ἡρωίναις, αἳ τόδε ἔργον ἔρεξαν ὀρίναντος Διονύσω</w:t>
      </w:r>
    </w:p>
    <w:p>
      <w:pPr>
        <w:jc w:val="center"/>
      </w:pPr>
      <w:r>
        <w:rPr>
          <w:rFonts w:ascii="Gentium Plus" w:hAnsi="Gentium Plus"/>
          <w:b/>
          <w:sz w:val="24"/>
        </w:rPr>
        <w:t>[ΘΕΟΚΡΙΤΟΥ ΟΑΡΙΣΤΥΣ]</w:t>
      </w:r>
    </w:p>
    <w:p>
      <w:r>
        <w:rPr>
          <w:rFonts w:ascii="Courier New" w:hAnsi="Courier New"/>
          <w:color w:val="555555"/>
          <w:sz w:val="20"/>
        </w:rPr>
        <w:t>[1]</w:t>
      </w:r>
    </w:p>
    <w:p>
      <w:r>
        <w:rPr>
          <w:rFonts w:ascii="Gentium Plus" w:hAnsi="Gentium Plus"/>
          <w:sz w:val="24"/>
        </w:rPr>
        <w:t>. . . . . . . . .</w:t>
      </w:r>
    </w:p>
    <w:p>
      <w:r>
        <w:rPr>
          <w:rFonts w:ascii="Courier New" w:hAnsi="Courier New"/>
          <w:color w:val="555555"/>
          <w:sz w:val="20"/>
        </w:rPr>
        <w:t>[1]</w:t>
      </w:r>
    </w:p>
    <w:p>
      <w:r>
        <w:rPr>
          <w:rFonts w:ascii="Gentium Plus" w:hAnsi="Gentium Plus"/>
          <w:sz w:val="24"/>
        </w:rPr>
        <w:t>ΚΟΡΗ</w:t>
      </w:r>
    </w:p>
    <w:p>
      <w:r>
        <w:rPr>
          <w:rFonts w:ascii="Courier New" w:hAnsi="Courier New"/>
          <w:color w:val="555555"/>
          <w:sz w:val="20"/>
        </w:rPr>
        <w:t>[1]</w:t>
      </w:r>
    </w:p>
    <w:p>
      <w:r>
        <w:rPr>
          <w:rFonts w:ascii="Gentium Plus" w:hAnsi="Gentium Plus"/>
          <w:sz w:val="24"/>
        </w:rPr>
        <w:t>τὰν πινυτὰν Ἑλέναν Πάρις ἥρπασε βουκόλος ἄλλος.</w:t>
      </w:r>
    </w:p>
    <w:p>
      <w:r>
        <w:rPr>
          <w:rFonts w:ascii="Courier New" w:hAnsi="Courier New"/>
          <w:color w:val="555555"/>
          <w:sz w:val="20"/>
        </w:rPr>
        <w:t>[1]</w:t>
      </w:r>
    </w:p>
    <w:p>
      <w:r>
        <w:rPr>
          <w:rFonts w:ascii="Gentium Plus" w:hAnsi="Gentium Plus"/>
          <w:sz w:val="24"/>
        </w:rPr>
        <w:t>ΔΑΦΝΙΣ</w:t>
      </w:r>
    </w:p>
    <w:p>
      <w:r>
        <w:rPr>
          <w:rFonts w:ascii="Courier New" w:hAnsi="Courier New"/>
          <w:color w:val="555555"/>
          <w:sz w:val="20"/>
        </w:rPr>
        <w:t>[2]</w:t>
      </w:r>
    </w:p>
    <w:p>
      <w:r>
        <w:rPr>
          <w:rFonts w:ascii="Gentium Plus" w:hAnsi="Gentium Plus"/>
          <w:sz w:val="24"/>
        </w:rPr>
        <w:t>μᾶλλον ἑκοῖς’ Ἑλένα τὸν βουκόλον ἔσχε φιλεῦσα. ΚΟ. μὴ καυχῶ, σατυρίσκε· κενὸν τὸ φίλαμα λέγουσιν. ΔΑ. ἔστι καὶ ἐν κενεοῖσι φιλάμασιν ἁδέα τέρψις.</w:t>
      </w:r>
    </w:p>
    <w:p>
      <w:r>
        <w:rPr>
          <w:rFonts w:ascii="Courier New" w:hAnsi="Courier New"/>
          <w:color w:val="555555"/>
          <w:sz w:val="20"/>
        </w:rPr>
        <w:t>[5]</w:t>
      </w:r>
    </w:p>
    <w:p>
      <w:r>
        <w:rPr>
          <w:rFonts w:ascii="Gentium Plus" w:hAnsi="Gentium Plus"/>
          <w:sz w:val="24"/>
        </w:rPr>
        <w:t>ΚΟ. τὸ στόμα μευ πλύνω καὶ ἀποπτύω τὸ φίλαμα. ΔΑ. πλύνεις χείλεα σεῖο; δίδου πάλιν, ὄφρα φιλάσω. ΚΟ. καλόν σοι δαμάλας φιλέειν, οὐκ ἄζυγα κώραν. ΔΑ. μὴ καυχῶ· τάχα γάρ σε παρέρχεται ὡς ὄναρ ἥβη. ΚΟ. εἰ δέ τι γηράσκω τόδε που μέλι καὶ γάλα πίνω.</w:t>
      </w:r>
    </w:p>
    <w:p>
      <w:r>
        <w:rPr>
          <w:rFonts w:ascii="Courier New" w:hAnsi="Courier New"/>
          <w:color w:val="555555"/>
          <w:sz w:val="20"/>
        </w:rPr>
        <w:t>[10]</w:t>
      </w:r>
    </w:p>
    <w:p>
      <w:r>
        <w:rPr>
          <w:rFonts w:ascii="Gentium Plus" w:hAnsi="Gentium Plus"/>
          <w:sz w:val="24"/>
        </w:rPr>
        <w:t>ΔΑ. ἁ σταφυλὶς σταφὶς ἔσται· ὃ νῦν ῥόδον, αὖον ὀλεῖται.</w:t>
      </w:r>
    </w:p>
    <w:p>
      <w:r>
        <w:rPr>
          <w:rFonts w:ascii="Courier New" w:hAnsi="Courier New"/>
          <w:color w:val="555555"/>
          <w:sz w:val="20"/>
        </w:rPr>
        <w:t>[19]</w:t>
      </w:r>
    </w:p>
    <w:p>
      <w:r>
        <w:rPr>
          <w:rFonts w:ascii="Gentium Plus" w:hAnsi="Gentium Plus"/>
          <w:sz w:val="24"/>
        </w:rPr>
        <w:t>ΚΟ. μὴ ’πιβάλῃς τὴν χεῖρα. καὶ εἰσέτι; χεῖλος ἀμύξω.</w:t>
      </w:r>
    </w:p>
    <w:p>
      <w:r>
        <w:rPr>
          <w:rFonts w:ascii="Courier New" w:hAnsi="Courier New"/>
          <w:color w:val="555555"/>
          <w:sz w:val="20"/>
        </w:rPr>
        <w:t>[11]</w:t>
      </w:r>
    </w:p>
    <w:p>
      <w:r>
        <w:rPr>
          <w:rFonts w:ascii="Gentium Plus" w:hAnsi="Gentium Plus"/>
          <w:sz w:val="24"/>
        </w:rPr>
        <w:t>ΔΑ. δεῦρ’ ὑπὸ τὰς κοτίνους, ἵνα σοί τινα μῦθον ἐνίψω. ΚΟ. οὐκ ἐθέλω· καὶ πρίν με παρήπαφες ἁδέι μύθῳ. ΔΑ. δεῦρ’ ὑπὸ τὰς πτελέας ἵν’ ἐμᾶς σύριγγος ἀκούσῃς. ΚΟ. τὴν σαυτοῦ φρένα τέρψον· ὀιζύον οὐδὲν ἀρέσκει.</w:t>
      </w:r>
    </w:p>
    <w:p>
      <w:r>
        <w:rPr>
          <w:rFonts w:ascii="Courier New" w:hAnsi="Courier New"/>
          <w:color w:val="555555"/>
          <w:sz w:val="20"/>
        </w:rPr>
        <w:t>[15]</w:t>
      </w:r>
    </w:p>
    <w:p>
      <w:r>
        <w:rPr>
          <w:rFonts w:ascii="Gentium Plus" w:hAnsi="Gentium Plus"/>
          <w:sz w:val="24"/>
        </w:rPr>
        <w:t>ΔΑ. φεῦ φεῦ, τᾶς Παφίας χόλον ἅζεο καὶ σύγε, κώρα. ΚΟ. χαιρέτω ἁ Παφία· μόνον ἵλαος Ἄρτεμις εἴη. ΔΑ. μὴ λέγε, μὴ βάλλῃ σε καὶ ἐς λίνον ἄλλυτον ἔνθῃς. ΚΟ. βαλλέτω ὡς ἐθέλει· πάλιν Ἄρτεμις ἄμμιν ἀρήγει.</w:t>
      </w:r>
    </w:p>
    <w:p>
      <w:r>
        <w:rPr>
          <w:rFonts w:ascii="Courier New" w:hAnsi="Courier New"/>
          <w:color w:val="555555"/>
          <w:sz w:val="20"/>
        </w:rPr>
        <w:t>[20]</w:t>
      </w:r>
    </w:p>
    <w:p>
      <w:r>
        <w:rPr>
          <w:rFonts w:ascii="Gentium Plus" w:hAnsi="Gentium Plus"/>
          <w:sz w:val="24"/>
        </w:rPr>
        <w:t>ΔΑ. οὐ φεύγεις τὸν Ἔρωτα, τὸν οὐ φύγε παρθένος</w:t>
      </w:r>
    </w:p>
    <w:p>
      <w:r>
        <w:rPr>
          <w:rFonts w:ascii="Courier New" w:hAnsi="Courier New"/>
          <w:color w:val="555555"/>
          <w:sz w:val="20"/>
        </w:rPr>
        <w:t>[20]</w:t>
      </w:r>
    </w:p>
    <w:p>
      <w:r>
        <w:rPr>
          <w:rFonts w:ascii="Gentium Plus" w:hAnsi="Gentium Plus"/>
          <w:sz w:val="24"/>
        </w:rPr>
        <w:t>ἄλλη. ΚΟ. φεύγω ναὶ τὸν Πᾶνα· σὺ δὲ ζυγὸν αἰὲν ἀείραις. ΔΑ. δειμαίνω μὴ δή σε κακωτέρῳ ἀνέρι δώσει. ΚΟ. πολλοί μ’ ἐμνώοντο, νόῳ δ’ ἐμῷ οὔτις ἕαδε. ΔΑ. εἷς καὶ ἐγὼ πολλῶν μνηστὴρ τεὸς ἐνθάδ’ ἱκάνω.</w:t>
      </w:r>
    </w:p>
    <w:p>
      <w:r>
        <w:rPr>
          <w:rFonts w:ascii="Courier New" w:hAnsi="Courier New"/>
          <w:color w:val="555555"/>
          <w:sz w:val="20"/>
        </w:rPr>
        <w:t>[25]</w:t>
      </w:r>
    </w:p>
    <w:p>
      <w:r>
        <w:rPr>
          <w:rFonts w:ascii="Gentium Plus" w:hAnsi="Gentium Plus"/>
          <w:sz w:val="24"/>
        </w:rPr>
        <w:t>ΚΟ. καὶ τί, φίλος, ῥέξαιμι; γάμοι πλήθουσιν ἀνίας. ΔΑ. οὐκ ὀδύνην, οὐκ ἄλγος ἔχει γάμος, ἀλλὰ χορείην. ΚΟ. ναὶ μάν φασι γυναῖκας ἑοὺς τρομέειν παρακοίτας. ΔΑ. μᾶλλον ἀεὶ κρατέουσι. τίνα τρομέουσι γυναῖκες; ΚΟ. ὠδίνειν τρομέω· χαλεπὸν βέλος Εἰληθυίης.</w:t>
      </w:r>
    </w:p>
    <w:p>
      <w:r>
        <w:rPr>
          <w:rFonts w:ascii="Courier New" w:hAnsi="Courier New"/>
          <w:color w:val="555555"/>
          <w:sz w:val="20"/>
        </w:rPr>
        <w:t>[30]</w:t>
      </w:r>
    </w:p>
    <w:p>
      <w:r>
        <w:rPr>
          <w:rFonts w:ascii="Gentium Plus" w:hAnsi="Gentium Plus"/>
          <w:sz w:val="24"/>
        </w:rPr>
        <w:t>ΔΑ. ἀλλὰ τεὴ βασίλεια μογοστόκος Ἄρτεμίς ἐστιν. ΚΟ. ἀλλὰ τεκεῖν τρομέω, μὴ καὶ χρόα καλὸν ὀλέσσω. ΔΑ. ἢν δὲ τέκῃς φίλα τέκνα, νέον φάος ὄψεαι ἥβας. ΚΟ. καὶ τί μοι ἕδνον ἄγεις γάμου ἄξιον, ἢν ἐπινεύσω; ΔΑ. πᾶσαν τὴν ἀγέλαν, πάντ’ ἄλσεα καὶ νομὸν ἑξεῖς.</w:t>
      </w:r>
    </w:p>
    <w:p>
      <w:r>
        <w:rPr>
          <w:rFonts w:ascii="Courier New" w:hAnsi="Courier New"/>
          <w:color w:val="555555"/>
          <w:sz w:val="20"/>
        </w:rPr>
        <w:t>[35]</w:t>
      </w:r>
    </w:p>
    <w:p>
      <w:r>
        <w:rPr>
          <w:rFonts w:ascii="Gentium Plus" w:hAnsi="Gentium Plus"/>
          <w:sz w:val="24"/>
        </w:rPr>
        <w:t>ΚΟ. ὄμνυε μὴ μετὰ λέκτρα λιπὼν ἀέκουσαν ἀπενθεῖν.</w:t>
      </w:r>
    </w:p>
    <w:p>
      <w:r>
        <w:rPr>
          <w:rFonts w:ascii="Courier New" w:hAnsi="Courier New"/>
          <w:color w:val="555555"/>
          <w:sz w:val="20"/>
        </w:rPr>
        <w:t>[40]</w:t>
      </w:r>
    </w:p>
    <w:p>
      <w:r>
        <w:rPr>
          <w:rFonts w:ascii="Gentium Plus" w:hAnsi="Gentium Plus"/>
          <w:sz w:val="24"/>
        </w:rPr>
        <w:t>ΔΑ. αἰνήσει σέο λέκτρον ἐπὴν ἐμὸν οὔνομ’ ἀκούσῃ. ΚΟ. οὔνομα σὸν λέγε τῆνο· καὶ οὔνομα πολλάκι τέρπει. ΔΑ. Δάφνις ἐγώ, Λυκίδας δὲ πατήρ, μήτηρ δὲ Νομαίη. ΚΟ. ἐξ εὐηγενέων· ἀλλ’ οὐ σέθεν εἰμὶ χερείων. ΔΑ. οἶδ’· Ἀκροτίμη ἐσσί, πατὴρ δέ τοί ἐστι Μενάλκας.</w:t>
      </w:r>
    </w:p>
    <w:p>
      <w:r>
        <w:rPr>
          <w:rFonts w:ascii="Courier New" w:hAnsi="Courier New"/>
          <w:color w:val="555555"/>
          <w:sz w:val="20"/>
        </w:rPr>
        <w:t>[45]</w:t>
      </w:r>
    </w:p>
    <w:p>
      <w:r>
        <w:rPr>
          <w:rFonts w:ascii="Gentium Plus" w:hAnsi="Gentium Plus"/>
          <w:sz w:val="24"/>
        </w:rPr>
        <w:t>ΚΟ. δεῖξον ἐμοὶ τεὸν ἄλσος, ὅπῃ σέθεν ἵσταται αὖλις. ΔΑ. δεῦρ’ ἴδε πῶς ἀνθεῦσιν ἐμαὶ ῥαδιναὶ κυπάρισσοι. ΚΟ. αἶγες ἐμαί, βόσκεσθε· τὰ βουκόλω ἔργα νοήσω. ΔΑ. ταῦροι, καλὰ νέμεσθ’, ἵνα παρθένῳ ἄλσεα δείξω. ΚΟ. τί ῥέζεις, σατυρίσκε; τί δ’ ἔνδοθεν ἅψαο μαζῶν;</w:t>
      </w:r>
    </w:p>
    <w:p>
      <w:r>
        <w:rPr>
          <w:rFonts w:ascii="Courier New" w:hAnsi="Courier New"/>
          <w:color w:val="555555"/>
          <w:sz w:val="20"/>
        </w:rPr>
        <w:t>[Id . 27 (50)]</w:t>
      </w:r>
    </w:p>
    <w:p>
      <w:r>
        <w:rPr>
          <w:rFonts w:ascii="Gentium Plus" w:hAnsi="Gentium Plus"/>
          <w:sz w:val="24"/>
        </w:rPr>
        <w:t>ΔΑ. μᾶλα τεὰ πράτιστα τάδε χνοάοντα διδάξω. ΚΟ. ναρκῶ, ναὶ τὸν Πᾶνα. τεὴν πάλιν ἔξελε χεῖρα. ΔΑ. θάρσει, κῶρα φίλα. τί μοι ἔτρεμες; ὡς μάλα δειλά. ΚΟ. βάλλεις εἰς ἀμάραν με καὶ εἵματα καλὰ μιαίνεις. ΔΑ. ἀλλ’ ὑπὸ σοὺς πέπλους ἁπαλὸν νάκος ἠνίδε βάλλω.</w:t>
      </w:r>
    </w:p>
    <w:p>
      <w:r>
        <w:rPr>
          <w:rFonts w:ascii="Courier New" w:hAnsi="Courier New"/>
          <w:color w:val="555555"/>
          <w:sz w:val="20"/>
        </w:rPr>
        <w:t>[55]</w:t>
      </w:r>
    </w:p>
    <w:p>
      <w:r>
        <w:rPr>
          <w:rFonts w:ascii="Gentium Plus" w:hAnsi="Gentium Plus"/>
          <w:sz w:val="24"/>
        </w:rPr>
        <w:t>ΚΟ. φεῦ φεῦ, καὶ τὰν μίτραν ἀπέσχισας. ἐς τί δ’ ἔλυσας; ΔΑ. τᾷ Παφίᾳ πράτιστον ἐγὼ τόδε δῶρον ὀπάζω.</w:t>
      </w:r>
    </w:p>
    <w:p>
      <w:r>
        <w:rPr>
          <w:rFonts w:ascii="Courier New" w:hAnsi="Courier New"/>
          <w:color w:val="555555"/>
          <w:sz w:val="20"/>
        </w:rPr>
        <w:t>[60]</w:t>
      </w:r>
    </w:p>
    <w:p>
      <w:r>
        <w:rPr>
          <w:rFonts w:ascii="Gentium Plus" w:hAnsi="Gentium Plus"/>
          <w:sz w:val="24"/>
        </w:rPr>
        <w:t>ΔΑ. ἄλλην ἀμπεχόνην τῆς σῆς τοι μείζονα δώσω. ΚΟ. φῄς μοι πάντα δόμεν· τάχα δ’ ὕστερον οὐδ’ ἅλα δοίης. ΔΑ. αἴθ’ αὐτὰν δυνάμαν καὶ τὰν ψυχὰν ἐπιβάλλειν. ΚΟ. Ἄρτεμι, μὴ νεμέσα σέο ῥήμασιν οὐκέτι πιστῇ. ΔΑ. ῥέξω πόρτιν Ἔρωτι καὶ αὐτᾷ βοῦν Ἀφροδίτᾳ.</w:t>
      </w:r>
    </w:p>
    <w:p>
      <w:r>
        <w:rPr>
          <w:rFonts w:ascii="Courier New" w:hAnsi="Courier New"/>
          <w:color w:val="555555"/>
          <w:sz w:val="20"/>
        </w:rPr>
        <w:t>[65]</w:t>
      </w:r>
    </w:p>
    <w:p>
      <w:r>
        <w:rPr>
          <w:rFonts w:ascii="Gentium Plus" w:hAnsi="Gentium Plus"/>
          <w:sz w:val="24"/>
        </w:rPr>
        <w:t>ΚΟ. παρθένος ἔνθα βέβηκα, γυνὴ δ’ εἰς οἶκον ἀφέρπω. ΔΑ. ἀλλὰ γυνὴ μήτηρ τεκέων τροφός, οὐκέτι κώρα.</w:t>
      </w:r>
    </w:p>
    <w:p>
      <w:r>
        <w:rPr>
          <w:rFonts w:ascii="Courier New" w:hAnsi="Courier New"/>
          <w:color w:val="555555"/>
          <w:sz w:val="20"/>
        </w:rPr>
        <w:t>[66]</w:t>
      </w:r>
    </w:p>
    <w:p>
      <w:r>
        <w:rPr>
          <w:rFonts w:ascii="Gentium Plus" w:hAnsi="Gentium Plus"/>
          <w:sz w:val="24"/>
        </w:rPr>
        <w:t>Ὣς οἳ μὲν χλοεροῖσιν ἰαινόμενοι μελέεσσιν ἀλλήλοις ψιθύριζον. ἀνίστατο φώριος εὐνή. χἢ μὲν ἀνεγρομένη πάλιν ἔστιχε μᾶλα νομεύειν</w:t>
      </w:r>
    </w:p>
    <w:p>
      <w:r>
        <w:rPr>
          <w:rFonts w:ascii="Courier New" w:hAnsi="Courier New"/>
          <w:color w:val="555555"/>
          <w:sz w:val="20"/>
        </w:rPr>
        <w:t>[70]</w:t>
      </w:r>
    </w:p>
    <w:p>
      <w:r>
        <w:rPr>
          <w:rFonts w:ascii="Gentium Plus" w:hAnsi="Gentium Plus"/>
          <w:sz w:val="24"/>
        </w:rPr>
        <w:t>ὄμμασιν αἰδομένοις, κραδίη δέ οἱ ἔνδον ἰάνθη· ὃς δ’ ἐπὶ ταυρείας ἀγέλας κεχαρημένος εὐνᾶς</w:t>
      </w:r>
    </w:p>
    <w:p>
      <w:r>
        <w:rPr>
          <w:rFonts w:ascii="Courier New" w:hAnsi="Courier New"/>
          <w:color w:val="555555"/>
          <w:sz w:val="20"/>
        </w:rPr>
        <w:t>[71b]</w:t>
      </w:r>
    </w:p>
    <w:p>
      <w:r>
        <w:rPr>
          <w:rFonts w:ascii="Gentium Plus" w:hAnsi="Gentium Plus"/>
          <w:sz w:val="24"/>
        </w:rPr>
        <w:t>ἤιεν.</w:t>
      </w:r>
    </w:p>
    <w:p>
      <w:r>
        <w:rPr>
          <w:rFonts w:ascii="Courier New" w:hAnsi="Courier New"/>
          <w:color w:val="555555"/>
          <w:sz w:val="20"/>
        </w:rPr>
        <w:t>[71b]</w:t>
      </w:r>
    </w:p>
    <w:p>
      <w:r>
        <w:rPr>
          <w:rFonts w:ascii="Gentium Plus" w:hAnsi="Gentium Plus"/>
          <w:sz w:val="24"/>
        </w:rPr>
      </w:r>
    </w:p>
    <w:p>
      <w:r>
        <w:rPr>
          <w:rFonts w:ascii="Courier New" w:hAnsi="Courier New"/>
          <w:color w:val="555555"/>
          <w:sz w:val="20"/>
        </w:rPr>
        <w:t>[72]</w:t>
      </w:r>
    </w:p>
    <w:p>
      <w:r>
        <w:rPr>
          <w:rFonts w:ascii="Gentium Plus" w:hAnsi="Gentium Plus"/>
          <w:sz w:val="24"/>
        </w:rPr>
        <w:t>Δέχνυσο τὰν σύριγγα τεὰν πάλιν, ὄλβιε ποιμάν·</w:t>
      </w:r>
    </w:p>
    <w:p>
      <w:pPr>
        <w:jc w:val="center"/>
      </w:pPr>
      <w:r>
        <w:rPr>
          <w:rFonts w:ascii="Gentium Plus" w:hAnsi="Gentium Plus"/>
          <w:b/>
          <w:sz w:val="24"/>
        </w:rPr>
        <w:t>ΘΕΟΚΡΙΤΟΥ ΑΛΑΚΑΤΑ</w:t>
      </w:r>
    </w:p>
    <w:p>
      <w:r>
        <w:rPr>
          <w:rFonts w:ascii="Courier New" w:hAnsi="Courier New"/>
          <w:color w:val="555555"/>
          <w:sz w:val="20"/>
        </w:rPr>
        <w:t>[1]</w:t>
      </w:r>
    </w:p>
    <w:p>
      <w:r>
        <w:rPr>
          <w:rFonts w:ascii="Gentium Plus" w:hAnsi="Gentium Plus"/>
          <w:sz w:val="24"/>
        </w:rPr>
        <w:t>Γλαύκας, ὦ φιλέριθ’ ἀλακάτα, δῶρον Ἀθανάας γύναιξιν νόος οἰκωφελίας αἶσιν ἐπάβολος, θέρσεις’ ἄμμιν ὐμάρτη πόλιν ἐς Νείλεος ἀγλάαν, ὄππα Κύπριδος ἶρον καλάμω χλῶρον ὐπ’ ἀπάλω.</w:t>
      </w:r>
    </w:p>
    <w:p>
      <w:r>
        <w:rPr>
          <w:rFonts w:ascii="Courier New" w:hAnsi="Courier New"/>
          <w:color w:val="555555"/>
          <w:sz w:val="20"/>
        </w:rPr>
        <w:t>[5]</w:t>
      </w:r>
    </w:p>
    <w:p>
      <w:r>
        <w:rPr>
          <w:rFonts w:ascii="Gentium Plus" w:hAnsi="Gentium Plus"/>
          <w:sz w:val="24"/>
        </w:rPr>
        <w:t>τυίδε γὰρ πλόον εὐάνεμον αἰτήμεθα πὰρ Δίος, ὄππως ξέννον ἔμον τέρψομ’ ἴδων κἀντιφιληθέω, Νικίαν, Χαρίτων ἰμεροφώνων ἴερον φύτον, καὶ σὲ τὰν ἐλέφαντος πολυμόχθω γεγενημέναν δῶρον Νικιάας εἰς ἀλόχω χέρρας ὀπάσσομεν,</w:t>
      </w:r>
    </w:p>
    <w:p>
      <w:r>
        <w:rPr>
          <w:rFonts w:ascii="Courier New" w:hAnsi="Courier New"/>
          <w:color w:val="555555"/>
          <w:sz w:val="20"/>
        </w:rPr>
        <w:t>[10]</w:t>
      </w:r>
    </w:p>
    <w:p>
      <w:r>
        <w:rPr>
          <w:rFonts w:ascii="Gentium Plus" w:hAnsi="Gentium Plus"/>
          <w:sz w:val="24"/>
        </w:rPr>
        <w:t>σὺν τᾷ πόλλα μὲν ἔργ’ ἐκτελέσῃς ἀνδρεΐοις πέπλοις, πόλλα δ’ οἶα γύναικες φορέοις’ ὐδάτινα βράκη. δὶς γὰρ μάτερες ἄρνων μαλάκοις ἐν βοτάνᾳ πόκοις πέξαιντ’ αὐτοέτει, Θευγένιδός γ’ ἔννεκ’ ἐυσφύρω· οὔτως ἀνυσίεργος, φιλέει δ’ ὄσσα σαόφρονες.</w:t>
      </w:r>
    </w:p>
    <w:p>
      <w:r>
        <w:rPr>
          <w:rFonts w:ascii="Courier New" w:hAnsi="Courier New"/>
          <w:color w:val="555555"/>
          <w:sz w:val="20"/>
        </w:rPr>
        <w:t>[15]</w:t>
      </w:r>
    </w:p>
    <w:p>
      <w:r>
        <w:rPr>
          <w:rFonts w:ascii="Gentium Plus" w:hAnsi="Gentium Plus"/>
          <w:sz w:val="24"/>
        </w:rPr>
        <w:t>οὐ γὰρ εἰς ἀκίρας οὐδ’ ἐς ἀέργω κεν ἐβολλόμαν ὄπασσαί σε δόμοις, ἀμμετέρας ἔσσαν ἀπὺ χθόνος. καὶ γάρ τοι πάτρις ἂν ὠξ Ἐφύρας κτίσσε ποτ’ Ἀρχίας, νάσω Τρινακρίας μύελον, ἄνδρων δοκίμων πόλιν. νῦν μὰν οἶκον ἔχοις’ ἄνερος ὂς πόλλ’ ἐδάη σόφα</w:t>
      </w:r>
    </w:p>
    <w:p>
      <w:r>
        <w:rPr>
          <w:rFonts w:ascii="Courier New" w:hAnsi="Courier New"/>
          <w:color w:val="555555"/>
          <w:sz w:val="20"/>
        </w:rPr>
        <w:t>[20]</w:t>
      </w:r>
    </w:p>
    <w:p>
      <w:r>
        <w:rPr>
          <w:rFonts w:ascii="Gentium Plus" w:hAnsi="Gentium Plus"/>
          <w:sz w:val="24"/>
        </w:rPr>
        <w:t>ἀνθρώποισι νόσοις φάρμακα λύγραις ἀπαλάλκεμεν, οἰκήσῃς κατὰ Μίλλατον ἐράνναν πεδ’ Ἰαόνων, ὠς εὐαλάκατος Θεύγενις ἐν δαμότισιν πέλῃ, καί οἰ μνᾶστιν ἄει τὼ φιλαοίδω παρέχῃς ξένω. κῆνο γάρ τις ἔρει τὦπος ἴδων ς’· ‘ἦ μεγάλα χάρις</w:t>
      </w:r>
    </w:p>
    <w:p>
      <w:r>
        <w:rPr>
          <w:rFonts w:ascii="Courier New" w:hAnsi="Courier New"/>
          <w:color w:val="555555"/>
          <w:sz w:val="20"/>
        </w:rPr>
        <w:t>[25]</w:t>
      </w:r>
    </w:p>
    <w:p>
      <w:r>
        <w:rPr>
          <w:rFonts w:ascii="Gentium Plus" w:hAnsi="Gentium Plus"/>
          <w:sz w:val="24"/>
        </w:rPr>
        <w:t>δώρῳ σὺν ὀλίγῳ· πάντα δὲ τίματα τὰ πὰρ φίλων.‘</w:t>
      </w:r>
    </w:p>
    <w:p>
      <w:pPr>
        <w:jc w:val="center"/>
      </w:pPr>
      <w:r>
        <w:rPr>
          <w:rFonts w:ascii="Gentium Plus" w:hAnsi="Gentium Plus"/>
          <w:b/>
          <w:sz w:val="24"/>
        </w:rPr>
        <w:t>ΘΕΟΚΡΙΤΟΥ ΠΑΙΔΙΚΑ αʹ</w:t>
      </w:r>
    </w:p>
    <w:p>
      <w:r>
        <w:rPr>
          <w:rFonts w:ascii="Courier New" w:hAnsi="Courier New"/>
          <w:color w:val="555555"/>
          <w:sz w:val="20"/>
        </w:rPr>
        <w:t>[1]</w:t>
      </w:r>
    </w:p>
    <w:p>
      <w:r>
        <w:rPr>
          <w:rFonts w:ascii="Gentium Plus" w:hAnsi="Gentium Plus"/>
          <w:sz w:val="24"/>
        </w:rPr>
        <w:t>‘Οἶνος, ὦ φίλε παῖ,‘ λέγεται, ‘καὶ ἀλάθεα‘· κἄμμε χρὴ μεθύοντας ἀλάθεας ἔμμεναι. κἄγω μὲν τὰ φρένων ἐρέω κέατ’ ἐν μύχῳ· οὐκ ὄλας φιλέην μ’ ἐθέλησθ’ ἀπὺ καρδίας.</w:t>
      </w:r>
    </w:p>
    <w:p>
      <w:r>
        <w:rPr>
          <w:rFonts w:ascii="Courier New" w:hAnsi="Courier New"/>
          <w:color w:val="555555"/>
          <w:sz w:val="20"/>
        </w:rPr>
        <w:t>[5]</w:t>
      </w:r>
    </w:p>
    <w:p>
      <w:r>
        <w:rPr>
          <w:rFonts w:ascii="Gentium Plus" w:hAnsi="Gentium Plus"/>
          <w:sz w:val="24"/>
        </w:rPr>
        <w:t>γινώσκω· τὸ γὰρ αἴμισυ τὰς ζοΐας ἔχω ζὰ τὰν σὰν ἰδέαν, τὸ δὲ λοῖπον ἀπώλετο· κὤταν μὲν σὺ θέλῃς, μακάρεσσιν ἴσαν ἄγω ἀμέραν· ὄτα δ’ οὐκ ἐθέλῃς σύ, μάλ’ ἐν σκότῳ. πῶς ταῦτ’ ἄρμενα, τὸν φιλέοντ’ ὀνίαις δίδων;</w:t>
      </w:r>
    </w:p>
    <w:p>
      <w:r>
        <w:rPr>
          <w:rFonts w:ascii="Courier New" w:hAnsi="Courier New"/>
          <w:color w:val="555555"/>
          <w:sz w:val="20"/>
        </w:rPr>
        <w:t>[10]</w:t>
      </w:r>
    </w:p>
    <w:p>
      <w:r>
        <w:rPr>
          <w:rFonts w:ascii="Gentium Plus" w:hAnsi="Gentium Plus"/>
          <w:sz w:val="24"/>
        </w:rPr>
        <w:t>ἀλλ’ αἴ μοί τι πίθοιο νέος προγενεστέρῳ, τῷ κε λώιον αὖτος ἔχων ἔμ’ ἐπαινέσαις. πόησαι καλίαν μίαν ἐνν ἔνι δενδρίῳ, ὄππυι μηδὲν ἀπίξεται ἄγριον ὄρπετον. νῦν δὲ τῶδε μὲν ἄματος ἄλλον ἔχῃς κλάδον,</w:t>
      </w:r>
    </w:p>
    <w:p>
      <w:r>
        <w:rPr>
          <w:rFonts w:ascii="Courier New" w:hAnsi="Courier New"/>
          <w:color w:val="555555"/>
          <w:sz w:val="20"/>
        </w:rPr>
        <w:t>[15]</w:t>
      </w:r>
    </w:p>
    <w:p>
      <w:r>
        <w:rPr>
          <w:rFonts w:ascii="Gentium Plus" w:hAnsi="Gentium Plus"/>
          <w:sz w:val="24"/>
        </w:rPr>
        <w:t>ἄλλον δ’ αὔριον, ἐξ ἀτέρω δ’ ἄτερον μάτης· καἰ μέν σευ τὸ κάλον τις ἴδων ῤέθος αἰνέσαι, τῷ δ’ εὖθυς πλέον ἢ τριέτης ἐγένευ φίλος, τὸν πρῶτον δὲ φίλεντα τρίταιον ἐθήκαο. † ἄνδρων τὼν ὐπερανορέων δοκέης πνέην·</w:t>
      </w:r>
    </w:p>
    <w:p>
      <w:r>
        <w:rPr>
          <w:rFonts w:ascii="Courier New" w:hAnsi="Courier New"/>
          <w:color w:val="555555"/>
          <w:sz w:val="20"/>
        </w:rPr>
        <w:t>[20]</w:t>
      </w:r>
    </w:p>
    <w:p>
      <w:r>
        <w:rPr>
          <w:rFonts w:ascii="Gentium Plus" w:hAnsi="Gentium Plus"/>
          <w:sz w:val="24"/>
        </w:rPr>
        <w:t>φίλη δ’, ἆς κε ζόης, τὸν ὔμοιον ἔχην ἄει. † αἰ γὰρ ὦδε πόῃς, ἄγαθος μὲν ἀκούσεαι ἐξ ἄστων· ὀ δέ τοί κ’ Ἔρος οὐ χαλέπως ἔχοι, ὂς ἄνδρων φρένας εὐμαρέως ὐπαδάμναται</w:t>
      </w:r>
    </w:p>
    <w:p>
      <w:r>
        <w:rPr>
          <w:rFonts w:ascii="Courier New" w:hAnsi="Courier New"/>
          <w:color w:val="555555"/>
          <w:sz w:val="20"/>
        </w:rPr>
        <w:t>[25]</w:t>
      </w:r>
    </w:p>
    <w:p>
      <w:r>
        <w:rPr>
          <w:rFonts w:ascii="Gentium Plus" w:hAnsi="Gentium Plus"/>
          <w:sz w:val="24"/>
        </w:rPr>
        <w:t>ἀλλὰ πὲρρ ἀπάλω στύματός σε πεδέρχομαι ὀμνάσθην ὄτι πέρρυσιν ἦσθα νεώτερος, κὤτι γηράλεοι πέλομεν πρὶν ἀπύπτυσαι καὶ ῤύσσοι, νεότατα δ’ ἔχην παλινάγρετον οὐκ ἔστι· πτέρυγας γὰρ ἐπωμαδίαις φόρει,</w:t>
      </w:r>
    </w:p>
    <w:p>
      <w:r>
        <w:rPr>
          <w:rFonts w:ascii="Courier New" w:hAnsi="Courier New"/>
          <w:color w:val="555555"/>
          <w:sz w:val="20"/>
        </w:rPr>
        <w:t>[30]</w:t>
      </w:r>
    </w:p>
    <w:p>
      <w:r>
        <w:rPr>
          <w:rFonts w:ascii="Gentium Plus" w:hAnsi="Gentium Plus"/>
          <w:sz w:val="24"/>
        </w:rPr>
        <w:t>κἄμμες βαρδύτεροι τὰ ποτήμενα συλλάβην. ταῦτα χρή σε νόεντα πέλην ποτιμώτερον καί μοι τὠραμένῳ συνέραν ἀδόλως σέθεν, ὄππως, ἄνικα τὰν γένυν ἀνδρεΐαν ἔχῃς, ἀλλάλοισι πελώμεθ’ Ἀχιλλέιοι φίλοι.</w:t>
      </w:r>
    </w:p>
    <w:p>
      <w:r>
        <w:rPr>
          <w:rFonts w:ascii="Courier New" w:hAnsi="Courier New"/>
          <w:color w:val="555555"/>
          <w:sz w:val="20"/>
        </w:rPr>
        <w:t>[35]</w:t>
      </w:r>
    </w:p>
    <w:p>
      <w:r>
        <w:rPr>
          <w:rFonts w:ascii="Gentium Plus" w:hAnsi="Gentium Plus"/>
          <w:sz w:val="24"/>
        </w:rPr>
        <w:t>αἰ δὲ ταῦτα φέρην ἀνέμοισιν ἐπιτρέπῃς, ἐν θύμῳ δὲ λέγῃς ‘τί με, δαιμόνι’, ἐννόχλης;‘ νῦν μὲν κἀπὶ τὰ χρύσια μᾶλ’ ἔνεκεν σέθεν βαίην καὶ φύλακον νεκύων πεδὰ Κέρβερον, τότα δ’ οὐδὲ κάλεντος ἐπ’ αὐλεΐαις θύραις</w:t>
      </w:r>
    </w:p>
    <w:p>
      <w:r>
        <w:rPr>
          <w:rFonts w:ascii="Courier New" w:hAnsi="Courier New"/>
          <w:color w:val="555555"/>
          <w:sz w:val="20"/>
        </w:rPr>
        <w:t>[40]</w:t>
      </w:r>
    </w:p>
    <w:p>
      <w:r>
        <w:rPr>
          <w:rFonts w:ascii="Gentium Plus" w:hAnsi="Gentium Plus"/>
          <w:sz w:val="24"/>
        </w:rPr>
        <w:t>προμόλοιμί κε, παυσάμενος χαλέπω πόθω.</w:t>
      </w:r>
    </w:p>
    <w:p>
      <w:pPr>
        <w:jc w:val="center"/>
      </w:pPr>
      <w:r>
        <w:rPr>
          <w:rFonts w:ascii="Gentium Plus" w:hAnsi="Gentium Plus"/>
          <w:b/>
          <w:sz w:val="24"/>
        </w:rPr>
        <w:t>ΘΕΟΚΡΙΤΟΥ ΠΑΙΔΙΚΑ βʹ</w:t>
      </w:r>
    </w:p>
    <w:p>
      <w:r>
        <w:rPr>
          <w:rFonts w:ascii="Courier New" w:hAnsi="Courier New"/>
          <w:color w:val="555555"/>
          <w:sz w:val="20"/>
        </w:rPr>
        <w:t>[1]</w:t>
      </w:r>
    </w:p>
    <w:p>
      <w:r>
        <w:rPr>
          <w:rFonts w:ascii="Gentium Plus" w:hAnsi="Gentium Plus"/>
          <w:sz w:val="24"/>
        </w:rPr>
        <w:t>ᾬαι τὼ χαλέπω καἰνομόρω τῶδε νοσήματος· τετόρταιος ἔχει παῖδος ἔρος μῆνά με δεύτερον, κάλω μὲν μετρίως, ἀλλ’ ὄποσον τῲ πόδι περρέχει τὰς γᾶς, τοῦτο χάρις, ταὶς δὲ παραύαις γλύκυ μειδίαι.</w:t>
      </w:r>
    </w:p>
    <w:p>
      <w:r>
        <w:rPr>
          <w:rFonts w:ascii="Courier New" w:hAnsi="Courier New"/>
          <w:color w:val="555555"/>
          <w:sz w:val="20"/>
        </w:rPr>
        <w:t>[5]</w:t>
      </w:r>
    </w:p>
    <w:p>
      <w:r>
        <w:rPr>
          <w:rFonts w:ascii="Gentium Plus" w:hAnsi="Gentium Plus"/>
          <w:sz w:val="24"/>
        </w:rPr>
        <w:t>καὶ νῦν μὲν τὸ κάκον ταῖς μὲν ἔχει ταῖς δ’ ὀν〈ίησί με〉, τάχα δ’ οὐδ’ ὄσον ὔπνω ’πιτύχην ἔσσετ’ ἐρωία. ἔχθες γὰρ παρίων ἔδρακε λέπτ’ ἄμμε δι’ ὀφρύων, αἰδέσθεις προσίδην ἄντιος, ἠρεύθετο δὲ χρόα· ἔμεθεν δὲ πλέον τὰς κραδίας ὦρος ἐδράξατο·</w:t>
      </w:r>
    </w:p>
    <w:p>
      <w:r>
        <w:rPr>
          <w:rFonts w:ascii="Courier New" w:hAnsi="Courier New"/>
          <w:color w:val="555555"/>
          <w:sz w:val="20"/>
        </w:rPr>
        <w:t>[10]</w:t>
      </w:r>
    </w:p>
    <w:p>
      <w:r>
        <w:rPr>
          <w:rFonts w:ascii="Gentium Plus" w:hAnsi="Gentium Plus"/>
          <w:sz w:val="24"/>
        </w:rPr>
        <w:t>εἰς οἶκον δ’ ἀπέβαν ἔλκος ἔχων καῖνο〈ν ἐν ἤπατι〉. πόλλα δ’ εἰσκαλέσαις θῦμον ἐμαύτῳ διελεξάμαν· ‘τί δῆτ’ αὖτε πόης; ἀλοσύνας τί ἔσχατον ἔσσεται; λεύκαις οὐκέτ’ ἴσαισθ’ ὄττι φόρης ἐν κροτάφοις τρίχας; ὤρα τοι φρονέην· μὴ 〈οὔτ〉ι νέος τὰν ἰδέαν πέλων</w:t>
      </w:r>
    </w:p>
    <w:p>
      <w:r>
        <w:rPr>
          <w:rFonts w:ascii="Courier New" w:hAnsi="Courier New"/>
          <w:color w:val="555555"/>
          <w:sz w:val="20"/>
        </w:rPr>
        <w:t>[15]</w:t>
      </w:r>
    </w:p>
    <w:p>
      <w:r>
        <w:rPr>
          <w:rFonts w:ascii="Gentium Plus" w:hAnsi="Gentium Plus"/>
          <w:sz w:val="24"/>
        </w:rPr>
        <w:t>πάντ’ ἔρδ’ ὄσσαπερ οἰ τὼν ἐτέων ἄρτι γεγεύμενοι. καὶ μὰν ἄλλο σε λάθει· τὸ δ’ ἄρ’ ἦς λώιον ἔμμεναι ξέννον τὼν χαλέπων παῖδος ἐρώ〈των προγενέστερον〉. τῷ μὲν γὰρ βίος ἔρπει ἴσα γόννοις ἐλάφω θόας, χαλάσει δ’ ἀτέρᾳ ποντοπόρην αὔριον ἄρμενα·</w:t>
      </w:r>
    </w:p>
    <w:p>
      <w:r>
        <w:rPr>
          <w:rFonts w:ascii="Courier New" w:hAnsi="Courier New"/>
          <w:color w:val="555555"/>
          <w:sz w:val="20"/>
        </w:rPr>
        <w:t>[20]</w:t>
      </w:r>
    </w:p>
    <w:p>
      <w:r>
        <w:rPr>
          <w:rFonts w:ascii="Gentium Plus" w:hAnsi="Gentium Plus"/>
          <w:sz w:val="24"/>
        </w:rPr>
        <w:t>τὸ δ’ αὖτε γλυκέρας ἄνθεμον ἄβας πεδ’ ὐμαλίκων</w:t>
      </w:r>
    </w:p>
    <w:p>
      <w:r>
        <w:rPr>
          <w:rFonts w:ascii="Courier New" w:hAnsi="Courier New"/>
          <w:color w:val="555555"/>
          <w:sz w:val="20"/>
        </w:rPr>
        <w:t>[25]</w:t>
      </w:r>
    </w:p>
    <w:p>
      <w:r>
        <w:rPr>
          <w:rFonts w:ascii="Gentium Plus" w:hAnsi="Gentium Plus"/>
          <w:sz w:val="24"/>
        </w:rPr>
        <w:t>ὂ δὲ τοῦτ’ ἔφατ’· ‘ὄττις δοκίμοι τὸν δολομάχανον νικάσην Ἔρον, οὖτος δοκίμοι τοὶς ὐπὲρ ἀμμέων εὔρην βραϊδίως ἄστερας ὀππόσσακιν ἔννεα. καὶ νῦν, εἴτ’ ἐθέλω, χρή με μάκρον σχόντα τὸν ἄμφενα ἔλκην τὸν ζύγον, εἴτ’ οὐκ ἐθέλω· ταῦτα γάρ, ὤγαθε,</w:t>
      </w:r>
    </w:p>
    <w:p>
      <w:r>
        <w:rPr>
          <w:rFonts w:ascii="Courier New" w:hAnsi="Courier New"/>
          <w:color w:val="555555"/>
          <w:sz w:val="20"/>
        </w:rPr>
        <w:t>[30]</w:t>
      </w:r>
    </w:p>
    <w:p>
      <w:r>
        <w:rPr>
          <w:rFonts w:ascii="Gentium Plus" w:hAnsi="Gentium Plus"/>
          <w:sz w:val="24"/>
        </w:rPr>
        <w:t>βόλλεται θέος ὂς καὶ Δίος ἔσφαλε μέγαν νόον καὔτας Κυπρογενήας· ἔμε μάν, φύλλον ἐπάμερον</w:t>
      </w:r>
    </w:p>
    <w:p>
      <w:pPr>
        <w:jc w:val="center"/>
      </w:pPr>
      <w:r>
        <w:rPr>
          <w:rFonts w:ascii="Gentium Plus" w:hAnsi="Gentium Plus"/>
          <w:b/>
          <w:sz w:val="24"/>
        </w:rPr>
        <w:t>ΘΕΟΚΡΙΤΟΥ ΠΑΙΔΙΚΑ γʹ</w:t>
      </w:r>
    </w:p>
    <w:p>
      <w:r>
        <w:rPr>
          <w:rFonts w:ascii="Courier New" w:hAnsi="Courier New"/>
          <w:color w:val="555555"/>
          <w:sz w:val="20"/>
        </w:rPr>
        <w:t>[1]</w:t>
      </w:r>
    </w:p>
    <w:p>
      <w:r>
        <w:rPr>
          <w:rFonts w:ascii="Gentium Plus" w:hAnsi="Gentium Plus"/>
          <w:sz w:val="24"/>
        </w:rPr>
        <w:t>Ναυκλαρω φ[ σμικρανα̣ι̣[ ουτος κανδρ[ συ δε τω Διος̣ [</w:t>
      </w:r>
    </w:p>
    <w:p>
      <w:r>
        <w:rPr>
          <w:rFonts w:ascii="Courier New" w:hAnsi="Courier New"/>
          <w:color w:val="555555"/>
          <w:sz w:val="20"/>
        </w:rPr>
        <w:t>[5]</w:t>
      </w:r>
    </w:p>
    <w:p>
      <w:r>
        <w:rPr>
          <w:rFonts w:ascii="Gentium Plus" w:hAnsi="Gentium Plus"/>
          <w:sz w:val="24"/>
        </w:rPr>
        <w:t>τ̣ι̣ τ̣ο καλλο[........].κ̣ο̣δ̣[.].α̣[ [......]..[.].[.......]...χ̣ο̣ς̣..τ̣ο̣[ [15 ll.].ε̣ων αμφι̣[ [13 ll.].ει̣α̣[.] εχ̣ει χωτ̣α̣.[ [15 ll.].[.]μ̣ω δ’ ολ̣[</w:t>
      </w:r>
    </w:p>
    <w:p>
      <w:r>
        <w:rPr>
          <w:rFonts w:ascii="Courier New" w:hAnsi="Courier New"/>
          <w:color w:val="555555"/>
          <w:sz w:val="20"/>
        </w:rPr>
        <w:t>[10]</w:t>
      </w:r>
    </w:p>
    <w:p>
      <w:r>
        <w:rPr>
          <w:rFonts w:ascii="Gentium Plus" w:hAnsi="Gentium Plus"/>
          <w:sz w:val="24"/>
        </w:rPr>
        <w:t>[15 ll.]α̣κ̣α̣ρ̣ων κάρτα̣ [ [21 ll.].πινα[ [21 ll.]σει και [ ] Desunt vv. circiter xiii.</w:t>
      </w:r>
    </w:p>
    <w:p>
      <w:r>
        <w:rPr>
          <w:rFonts w:ascii="Courier New" w:hAnsi="Courier New"/>
          <w:color w:val="555555"/>
          <w:sz w:val="20"/>
        </w:rPr>
        <w:t>[26(?)]</w:t>
      </w:r>
    </w:p>
    <w:p>
      <w:r>
        <w:rPr>
          <w:rFonts w:ascii="Gentium Plus" w:hAnsi="Gentium Plus"/>
          <w:sz w:val="24"/>
        </w:rPr>
        <w:t>].</w:t>
      </w:r>
    </w:p>
    <w:p>
      <w:r>
        <w:rPr>
          <w:rFonts w:ascii="Courier New" w:hAnsi="Courier New"/>
          <w:color w:val="555555"/>
          <w:sz w:val="20"/>
        </w:rPr>
        <w:t>[27(?)]</w:t>
      </w:r>
    </w:p>
    <w:p>
      <w:r>
        <w:rPr>
          <w:rFonts w:ascii="Gentium Plus" w:hAnsi="Gentium Plus"/>
          <w:sz w:val="24"/>
        </w:rPr>
        <w:t>]τ̣ον</w:t>
      </w:r>
    </w:p>
    <w:p>
      <w:r>
        <w:rPr>
          <w:rFonts w:ascii="Courier New" w:hAnsi="Courier New"/>
          <w:color w:val="555555"/>
          <w:sz w:val="20"/>
        </w:rPr>
        <w:t>[28(?)]</w:t>
      </w:r>
    </w:p>
    <w:p>
      <w:r>
        <w:rPr>
          <w:rFonts w:ascii="Gentium Plus" w:hAnsi="Gentium Plus"/>
          <w:sz w:val="24"/>
        </w:rPr>
        <w:t>]χ̣ες</w:t>
      </w:r>
    </w:p>
    <w:p>
      <w:r>
        <w:rPr>
          <w:rFonts w:ascii="Courier New" w:hAnsi="Courier New"/>
          <w:color w:val="555555"/>
          <w:sz w:val="20"/>
        </w:rPr>
        <w:t>[29(?)]</w:t>
      </w:r>
    </w:p>
    <w:p>
      <w:r>
        <w:rPr>
          <w:rFonts w:ascii="Gentium Plus" w:hAnsi="Gentium Plus"/>
          <w:sz w:val="24"/>
        </w:rPr>
        <w:t>]ρον</w:t>
      </w:r>
    </w:p>
    <w:p>
      <w:r>
        <w:rPr>
          <w:rFonts w:ascii="Courier New" w:hAnsi="Courier New"/>
          <w:color w:val="555555"/>
          <w:sz w:val="20"/>
        </w:rPr>
        <w:t>[30(?)]</w:t>
      </w:r>
    </w:p>
    <w:p>
      <w:r>
        <w:rPr>
          <w:rFonts w:ascii="Gentium Plus" w:hAnsi="Gentium Plus"/>
          <w:sz w:val="24"/>
        </w:rPr>
        <w:t>]σον</w:t>
      </w:r>
    </w:p>
    <w:p>
      <w:r>
        <w:rPr>
          <w:rFonts w:ascii="Courier New" w:hAnsi="Courier New"/>
          <w:color w:val="555555"/>
          <w:sz w:val="20"/>
        </w:rPr>
        <w:t>[31(?)]</w:t>
      </w:r>
    </w:p>
    <w:p>
      <w:r>
        <w:rPr>
          <w:rFonts w:ascii="Gentium Plus" w:hAnsi="Gentium Plus"/>
          <w:sz w:val="24"/>
        </w:rPr>
        <w:t>]αλλευ</w:t>
      </w:r>
    </w:p>
    <w:p>
      <w:r>
        <w:rPr>
          <w:rFonts w:ascii="Courier New" w:hAnsi="Courier New"/>
          <w:color w:val="555555"/>
          <w:sz w:val="20"/>
        </w:rPr>
        <w:t>[32(?)]</w:t>
      </w:r>
    </w:p>
    <w:p>
      <w:r>
        <w:rPr>
          <w:rFonts w:ascii="Gentium Plus" w:hAnsi="Gentium Plus"/>
          <w:sz w:val="24"/>
        </w:rPr>
        <w:t>]υ̣τον</w:t>
      </w:r>
    </w:p>
    <w:p>
      <w:r>
        <w:rPr>
          <w:rFonts w:ascii="Courier New" w:hAnsi="Courier New"/>
          <w:color w:val="555555"/>
          <w:sz w:val="20"/>
        </w:rPr>
        <w:t>[33(?)]</w:t>
      </w:r>
    </w:p>
    <w:p>
      <w:r>
        <w:rPr>
          <w:rFonts w:ascii="Gentium Plus" w:hAnsi="Gentium Plus"/>
          <w:sz w:val="24"/>
        </w:rPr>
        <w:t>]χ̣ατα</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