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Ἐπιστολαί: Συλλογὴ Σιρμονδιανὴ (ἐπιστολαὶ ϟς'–ρμζ')</w:t>
      </w:r>
      <w:r>
        <w:br/>
      </w:r>
      <w:r>
        <w:rPr>
          <w:i/>
          <w:color w:val="666666"/>
          <w:sz w:val="40"/>
        </w:rPr>
        <w:t>Letters: Sirmondian Collection</w:t>
      </w:r>
    </w:p>
    <w:p>
      <w:pPr>
        <w:jc w:val="center"/>
      </w:pPr>
      <w:r>
        <w:rPr>
          <w:rFonts w:ascii="Times New Roman" w:hAnsi="Times New Roman"/>
          <w:color w:val="1E3A70"/>
          <w:sz w:val="32"/>
        </w:rPr>
        <w:t>Θεοδώρητος ὁ Κύρρου</w:t>
      </w:r>
      <w:r>
        <w:br/>
      </w:r>
      <w:r>
        <w:rPr>
          <w:i/>
          <w:color w:val="666666"/>
          <w:sz w:val="28"/>
        </w:rPr>
        <w:t>by Theodoret of Cyrus</w:t>
      </w:r>
    </w:p>
    <w:p/>
    <w:p>
      <w:pPr>
        <w:jc w:val="center"/>
      </w:pPr>
      <w:r>
        <w:rPr>
          <w:rFonts w:ascii="Gentium Plus" w:hAnsi="Gentium Plus"/>
          <w:b/>
          <w:sz w:val="24"/>
        </w:rPr>
        <w:t>ΝΟΜῼ ΠΑΤΡΙΚΙῼ.</w:t>
      </w:r>
    </w:p>
    <w:p>
      <w:r>
        <w:rPr>
          <w:rFonts w:ascii="Courier New" w:hAnsi="Courier New"/>
          <w:color w:val="555555"/>
          <w:sz w:val="20"/>
        </w:rPr>
        <w:t>[1]</w:t>
      </w:r>
    </w:p>
    <w:p>
      <w:r>
        <w:rPr>
          <w:rFonts w:ascii="Gentium Plus" w:hAnsi="Gentium Plus"/>
          <w:sz w:val="24"/>
        </w:rPr>
        <w:t>Δὶς μὲν ἤδη γράψας, οἶμαι δ’ ὅτι καὶ τρίς, ἀντιγράφων οὐκ ἔτυχον· καὶ σιγῆσαι λοιπὸν βουληθεὶς καὶ νῦν γοῦν ἐμαυτόν τε γνῶναι καὶ τῶν ἐξουσιῶν τὸ μέγεθος ἐπιγνῶναι, ἄμεινον ᾠήθην αὖθις γράψαι καὶ παρακαλέσαι μαθεῖν τὴν αἰτίαν τῆς</w:t>
      </w:r>
    </w:p>
    <w:p>
      <w:r>
        <w:rPr>
          <w:rFonts w:ascii="Courier New" w:hAnsi="Courier New"/>
          <w:color w:val="555555"/>
          <w:sz w:val="20"/>
        </w:rPr>
        <w:t>[5]</w:t>
      </w:r>
    </w:p>
    <w:p>
      <w:r>
        <w:rPr>
          <w:rFonts w:ascii="Gentium Plus" w:hAnsi="Gentium Plus"/>
          <w:sz w:val="24"/>
        </w:rPr>
        <w:t>σιωπῆς. Τῷ ὄντι γὰρ οὐκ οἶδά τι πλημμελήσας εἰς τὴν ὑμετέ‐ ραν μεγαλοπρέπειαν. Ἐπειδὴ δὲ οὐ μόνον ἑκόντες, ἀλλὰ καὶ ἄκοντες πταίομεν καὶ ἀγνοοῦμεν ἔστιν ὅτε ἃ πλημμελοῦμεν, ἡ ὑμετέρα μεγαλοφυΐα, τῶν θείων νόμων ἀναμνησθεῖσα, οἳ διαρρήδην παρεγγυῶσιν· Ἐὰν ἁμάρτῃ ὁ ἀδελφός σου εἰς</w:t>
      </w:r>
    </w:p>
    <w:p>
      <w:r>
        <w:rPr>
          <w:rFonts w:ascii="Courier New" w:hAnsi="Courier New"/>
          <w:color w:val="555555"/>
          <w:sz w:val="20"/>
        </w:rPr>
        <w:t>[10]</w:t>
      </w:r>
    </w:p>
    <w:p>
      <w:r>
        <w:rPr>
          <w:rFonts w:ascii="Gentium Plus" w:hAnsi="Gentium Plus"/>
          <w:sz w:val="24"/>
        </w:rPr>
        <w:t>σέ, ἔλεγξον αὐτὸν μεταξὺ σοῦ μόνον καὶ αὐτοῦ, δήλην μοι τῆς λύπης ποιῆσαι καταξιωσάτω τὴν ἀφορμήν, ἵνα ἢ ἀθῷον ἐμαυτὸν ἐπιδείξω ἢ γνοὺς τὸ πλημμέλημα συγγνώμην αἰτήσω. Ἐλπίζω δὲ τὸ πρότερον ἔσεσθαι, τῇ τοῦ συνειδότος μαρτυρίᾳ θαρρῶν. Πάντας μὲν οὖν ἀνθρώπους ἡ</w:t>
      </w:r>
    </w:p>
    <w:p>
      <w:r>
        <w:rPr>
          <w:rFonts w:ascii="Courier New" w:hAnsi="Courier New"/>
          <w:color w:val="555555"/>
          <w:sz w:val="20"/>
        </w:rPr>
        <w:t>[15]</w:t>
      </w:r>
    </w:p>
    <w:p>
      <w:r>
        <w:rPr>
          <w:rFonts w:ascii="Gentium Plus" w:hAnsi="Gentium Plus"/>
          <w:sz w:val="24"/>
        </w:rPr>
        <w:t>μεγαλοψυχία κοσμεῖ, οὐχ ἥκιστα δὲ τοὺς κατὰ τὴν ὑμετέραν μεγαλοφυΐαν καὶ διὰ τῆς θύραθεν παιδείας ἡγμένους καὶ τὰ θεῖα πεπαιδευμένους καὶ τῶν ἀποστολικῶν ἐπαίοντας νόμων ἄντικρυς βοώντων· Μὴ ἐπιδυέτω ὁ ἥλιος ἐπὶ τῷ παρ‐</w:t>
      </w:r>
    </w:p>
    <w:p>
      <w:r>
        <w:rPr>
          <w:rFonts w:ascii="Courier New" w:hAnsi="Courier New"/>
          <w:color w:val="555555"/>
          <w:sz w:val="20"/>
        </w:rPr>
        <w:t>[20]</w:t>
      </w:r>
    </w:p>
    <w:p>
      <w:r>
        <w:rPr>
          <w:rFonts w:ascii="Gentium Plus" w:hAnsi="Gentium Plus"/>
          <w:sz w:val="24"/>
        </w:rPr>
        <w:t>Σὺ δέ, μεγαλήτορα θυμὸν Ἴσχειν ἐνὶ στήθεσσι· φιλοφροσύνη γὰρ ἀμείνων. Ταῦτα δὲ οὐ διδάσκων ἔφην, ἀλλ’ ἀναμιμνῄσκων ἐν πολλοῖς οὖσαν τὴν ὑμετέραν μεγαλοπρέπειαν· καὶ μέντοι καὶ τῶν τοῦ Κυρίου μεμνημένος νόμων, οἳ ταῦτα διαγορεύουσιν· Ἐὰν</w:t>
      </w:r>
    </w:p>
    <w:p>
      <w:r>
        <w:rPr>
          <w:rFonts w:ascii="Courier New" w:hAnsi="Courier New"/>
          <w:color w:val="555555"/>
          <w:sz w:val="20"/>
        </w:rPr>
        <w:t>[25]</w:t>
      </w:r>
    </w:p>
    <w:p>
      <w:r>
        <w:rPr>
          <w:rFonts w:ascii="Gentium Plus" w:hAnsi="Gentium Plus"/>
          <w:sz w:val="24"/>
        </w:rPr>
        <w:t>προσφέρῃς τὸ δῶρόν σου ἐπὶ τὸ θυσιαστήριον, κἀ‐ κεῖ μνησθῇς ὅτι ἔχει τι ὁ ἀδελφός σου κατὰ σοῦ, ἄφες ἐκεῖ τὸ δῶρόν σου ἔμπροσθεν τοῦ θυσιαστη‐ ρίου, καὶ ὕπαγε, πρῶτον διαλλάγηθι τῷ ἀδελφῷ σου, καὶ τότε ἐλθὼν προσφέρεις τὸ δῶρόν σου. Τού‐</w:t>
      </w:r>
    </w:p>
    <w:p>
      <w:r>
        <w:rPr>
          <w:rFonts w:ascii="Courier New" w:hAnsi="Courier New"/>
          <w:color w:val="555555"/>
          <w:sz w:val="20"/>
        </w:rPr>
        <w:t>[30]</w:t>
      </w:r>
    </w:p>
    <w:p>
      <w:r>
        <w:rPr>
          <w:rFonts w:ascii="Gentium Plus" w:hAnsi="Gentium Plus"/>
          <w:sz w:val="24"/>
        </w:rPr>
        <w:t>τοις ἑπόμενος, ἀναγκαῖον ᾠήθην καὶ διὰ τῶν θεοφιλεστάτων ἐπισκόπων προσειπεῖν ὑμῶν τὸ μέγεθος, καὶ παρακαλέσαι φροντίσαι τῆς τῶν Ἐκκλησιῶν γαλήνης. Παμπόλλης γὰρ ἐνεπλήσθησαν ζάλης.</w:t>
      </w:r>
    </w:p>
    <w:p>
      <w:pPr>
        <w:jc w:val="center"/>
      </w:pPr>
      <w:r>
        <w:rPr>
          <w:rFonts w:ascii="Gentium Plus" w:hAnsi="Gentium Plus"/>
          <w:b/>
          <w:sz w:val="24"/>
        </w:rPr>
        <w:t>ΣΠΟΡΑΚΙῼ ΚΟΜΗΤΙ.</w:t>
      </w:r>
    </w:p>
    <w:p>
      <w:r>
        <w:rPr>
          <w:rFonts w:ascii="Courier New" w:hAnsi="Courier New"/>
          <w:color w:val="555555"/>
          <w:sz w:val="20"/>
        </w:rPr>
        <w:t>[1]</w:t>
      </w:r>
    </w:p>
    <w:p>
      <w:r>
        <w:rPr>
          <w:rFonts w:ascii="Gentium Plus" w:hAnsi="Gentium Plus"/>
          <w:sz w:val="24"/>
        </w:rPr>
        <w:t>Ἐψυχαγώγησέ με τῆς ὑμετέρας μεγαλοπρεπείας τὰ γράμ‐ ματα· ηὔξησε δέ μου τὴν θυμηδίαν καὶ ὁ θεοφιλέστατος πρεσ‐ βύτερος καὶ μονάζων Ἰάμβλιχος, τὸν θερμὸν ὑμῶν διηγησά‐ μενος ζῆλον, καὶ τὴν περὶ τὰ θεῖα σπουδήν, καὶ τὴν περὶ</w:t>
      </w:r>
    </w:p>
    <w:p>
      <w:r>
        <w:rPr>
          <w:rFonts w:ascii="Courier New" w:hAnsi="Courier New"/>
          <w:color w:val="555555"/>
          <w:sz w:val="20"/>
        </w:rPr>
        <w:t>[5]</w:t>
      </w:r>
    </w:p>
    <w:p>
      <w:r>
        <w:rPr>
          <w:rFonts w:ascii="Gentium Plus" w:hAnsi="Gentium Plus"/>
          <w:sz w:val="24"/>
        </w:rPr>
        <w:t>ἡμᾶς γνησίαν διάθεσιν. Ἐγὼ δὲ καὶ ταῦτα μαθὼν καὶ τοῦ ἐνδοξοτάτου καὶ φιλοχρίστου τοῦ κυρίου τοῦ πατρικίου τοὺς</w:t>
      </w:r>
    </w:p>
    <w:p>
      <w:r>
        <w:rPr>
          <w:rFonts w:ascii="Courier New" w:hAnsi="Courier New"/>
          <w:color w:val="555555"/>
          <w:sz w:val="20"/>
        </w:rPr>
        <w:t>[10]</w:t>
      </w:r>
    </w:p>
    <w:p>
      <w:r>
        <w:rPr>
          <w:rFonts w:ascii="Gentium Plus" w:hAnsi="Gentium Plus"/>
          <w:sz w:val="24"/>
        </w:rPr>
        <w:t>τέρῳ οἴκῳ—, ὅτι πολλάκις με ἀνέψυξε καὶ τὴν ἅλυσίν μου οὐκ ἐπῃσχύνθη· δῴη ὑμῖν ὁ Κύριος ἔλεος εὑρεῖν παρὰ Κυρίου ἐν ἐκείνῃ τῇ ἡμέρᾳ. Ταῦτα ὑμῖν ἐπεύχομαι, κἂν μείζοσιν οἱ τῆς ἀληθείας ἐχθροὶ περιβάλωσί με λυπηροῖς, ὡς νομίζουσιν. Εἰς γὰρ τὴν πρόθεσιν ἀφορᾶν ἐδιδάχθημεν.</w:t>
      </w:r>
    </w:p>
    <w:p>
      <w:r>
        <w:rPr>
          <w:rFonts w:ascii="Courier New" w:hAnsi="Courier New"/>
          <w:color w:val="555555"/>
          <w:sz w:val="20"/>
        </w:rPr>
        <w:t>[15]</w:t>
      </w:r>
    </w:p>
    <w:p>
      <w:r>
        <w:rPr>
          <w:rFonts w:ascii="Gentium Plus" w:hAnsi="Gentium Plus"/>
          <w:sz w:val="24"/>
        </w:rPr>
        <w:t>Καὶ τοῦτο δὲ ἴστω ὑμῶν τὸ μέγεθος, ὡς μετὰ τῆς εὐσεβείας καὶ ὁ θάνατος ἡμῖν ἥδιστος καὶ αἱ τῆς οἰκουμένης ἐσχατιαί. Ἀνιᾷ δὲ ὅμως ἡμᾶς τῶν Ἐκκλησιῶν ὁ χειμών, ὃν δυνατὸς λῦσαι τῶν ὅλων ὁ Κύριος.</w:t>
      </w:r>
    </w:p>
    <w:p>
      <w:pPr>
        <w:jc w:val="center"/>
      </w:pPr>
      <w:r>
        <w:rPr>
          <w:rFonts w:ascii="Gentium Plus" w:hAnsi="Gentium Plus"/>
          <w:b/>
          <w:sz w:val="24"/>
        </w:rPr>
        <w:t>ΠΑΓΧΑΡΙῼ.</w:t>
      </w:r>
    </w:p>
    <w:p>
      <w:r>
        <w:rPr>
          <w:rFonts w:ascii="Courier New" w:hAnsi="Courier New"/>
          <w:color w:val="555555"/>
          <w:sz w:val="20"/>
        </w:rPr>
        <w:t>[1]</w:t>
      </w:r>
    </w:p>
    <w:p>
      <w:r>
        <w:rPr>
          <w:rFonts w:ascii="Gentium Plus" w:hAnsi="Gentium Plus"/>
          <w:sz w:val="24"/>
        </w:rPr>
        <w:t>Ἡμεῖς μὲν ἀνιώμεθα τῶν Ἐκκλησιῶν τὸν κλύδωνα βλέ‐ ποντες· ὁ δὲ τούτων Δεσπότης καὶ κυβερνήτης ἀεὶ διὰ τρικυ‐ μιῶν ἔδειξε τοῖς ἀνθρώποις τὴν οἰκείαν σοφίαν καὶ δύναμιν. Ἐξαίφνης γὰρ ἐπιτιμᾷ τοῖς ἀνέμοις καὶ τὴν γαλήνην ἐργά‐</w:t>
      </w:r>
    </w:p>
    <w:p>
      <w:r>
        <w:rPr>
          <w:rFonts w:ascii="Courier New" w:hAnsi="Courier New"/>
          <w:color w:val="555555"/>
          <w:sz w:val="20"/>
        </w:rPr>
        <w:t>[5]</w:t>
      </w:r>
    </w:p>
    <w:p>
      <w:r>
        <w:rPr>
          <w:rFonts w:ascii="Gentium Plus" w:hAnsi="Gentium Plus"/>
          <w:sz w:val="24"/>
        </w:rPr>
        <w:t>ζεται· τοῦτο δὲ καὶ ἐπὶ τοῦ σκάφους τῶν ἀποστόλων πεποίη‐ κεν. Ἀλλ’ ὅμως καὶ ταύτην τοῦ Σωτῆρος ἡμῶν τὴν δύναμιν ἐπιστάμενοι καὶ τὰς ἄλλας αὐτοῦ πάλιν οἰκονομίας εἰδότες, κἄν τι τῶν ἐναντίων ἐκβῇ, χάριν ὁμολογοῦμεν καὶ ὡς θεόσδοτον δεχόμεθα δῶρον. Τῶν γὰρ παρόντων καταφρονεῖν, τὰ δὲ προσ‐</w:t>
      </w:r>
    </w:p>
    <w:p>
      <w:r>
        <w:rPr>
          <w:rFonts w:ascii="Courier New" w:hAnsi="Courier New"/>
          <w:color w:val="555555"/>
          <w:sz w:val="20"/>
        </w:rPr>
        <w:t>[10]</w:t>
      </w:r>
    </w:p>
    <w:p>
      <w:r>
        <w:rPr>
          <w:rFonts w:ascii="Gentium Plus" w:hAnsi="Gentium Plus"/>
          <w:sz w:val="24"/>
        </w:rPr>
        <w:t>δοκώμενα προσμένειν ἐδιδάχθημεν ἀγαθά. Τὴν δὲ σὴν μεγαλο‐ πρέπειαν τὴν ὑπὲρ τῆς ἀποστολικῆς πίστεως εἰσενεγκεῖν προσήκει σπουδήν, ἵνα τὴν ὑπὲρ ταύτης ἀντίδοσιν παρὰ Θεοῦ</w:t>
      </w:r>
    </w:p>
    <w:p>
      <w:pPr>
        <w:jc w:val="center"/>
      </w:pPr>
      <w:r>
        <w:rPr>
          <w:rFonts w:ascii="Gentium Plus" w:hAnsi="Gentium Plus"/>
          <w:b/>
          <w:sz w:val="24"/>
        </w:rPr>
        <w:t>ΚΛΑΥΔΙΑΝῼ ΑΝΤΙΓΡΑΦΕΙ.</w:t>
      </w:r>
    </w:p>
    <w:p>
      <w:r>
        <w:rPr>
          <w:rFonts w:ascii="Courier New" w:hAnsi="Courier New"/>
          <w:color w:val="555555"/>
          <w:sz w:val="20"/>
        </w:rPr>
        <w:t>[1]</w:t>
      </w:r>
    </w:p>
    <w:p>
      <w:r>
        <w:rPr>
          <w:rFonts w:ascii="Gentium Plus" w:hAnsi="Gentium Plus"/>
          <w:sz w:val="24"/>
        </w:rPr>
        <w:t>Οἶμαι καὶ τὴν σὴν εἰδέναι μεγαλοπρέπειαν, καίτοι μηδέπω συναφθεῖσαν ἡμῖν, τῆς καθ’ ἡμῶν γεγενημένης συκοφαντίας τὸ προφανές. Πολλάκις γὰρ ἡμῶν ἐν ἐκκλησίᾳ διαλεγομένων ἀκήκοεν, καὶ τὸν ἕνα Κύριον Ἰησοῦν κηρυττόντων, καὶ δεικ‐</w:t>
      </w:r>
    </w:p>
    <w:p>
      <w:r>
        <w:rPr>
          <w:rFonts w:ascii="Courier New" w:hAnsi="Courier New"/>
          <w:color w:val="555555"/>
          <w:sz w:val="20"/>
        </w:rPr>
        <w:t>[5]</w:t>
      </w:r>
    </w:p>
    <w:p>
      <w:r>
        <w:rPr>
          <w:rFonts w:ascii="Gentium Plus" w:hAnsi="Gentium Plus"/>
          <w:sz w:val="24"/>
        </w:rPr>
        <w:t>νύντων τά τε τῆς θεότητος, τά τε τῆς ἀνθρωπότητος ἴδια. Οὐ γὰρ εἰς δύο υἱοὺς τὸν ἕνα διαιροῦμεν, ἀλλ’ ἕνα Μονογενῆ προσκυνοῦντες, σαρκὸς καὶ θεότητος δείκνυμεν τὸ διάφορον. Τοῦτο δέ, ὡς οἶμαι, καὶ οἱ τὰ Ἀρείου φρονοῦντες ὁμολογοῦσι, καὶ οὐ καλοῦσι τὴν σάρκα θεότητα, οὔτε μὴν τὴν θεότητα</w:t>
      </w:r>
    </w:p>
    <w:p>
      <w:r>
        <w:rPr>
          <w:rFonts w:ascii="Courier New" w:hAnsi="Courier New"/>
          <w:color w:val="555555"/>
          <w:sz w:val="20"/>
        </w:rPr>
        <w:t>[10]</w:t>
      </w:r>
    </w:p>
    <w:p>
      <w:r>
        <w:rPr>
          <w:rFonts w:ascii="Gentium Plus" w:hAnsi="Gentium Plus"/>
          <w:sz w:val="24"/>
        </w:rPr>
        <w:t>σάρκα προσαγορεύουσι. Σαφῶς γὰρ ἡμᾶς ἡ θεία Γραφὴ καὶ ταύτην κἀκείνην διδάσκει τὴν φύσιν. Ἀλλ’ ὅμως, τούτων οὕτω παρ’ ἡμῶν εἰρημένων ἀεί, ψευδεῖς τινες καθ’ ἡμῶν ὑφαίνουσι λόγους. Ἡμεῖς δὲ τῷ συνειδότι θαρροῦντες καὶ μάρτυρα τῆς διδασκαλίας ἔχοντες τῶν ἐννοιῶν τὸν Ἐπόπτην, ἱστὸν ἀρά‐</w:t>
      </w:r>
    </w:p>
    <w:p>
      <w:r>
        <w:rPr>
          <w:rFonts w:ascii="Courier New" w:hAnsi="Courier New"/>
          <w:color w:val="555555"/>
          <w:sz w:val="20"/>
        </w:rPr>
        <w:t>[15]</w:t>
      </w:r>
    </w:p>
    <w:p>
      <w:r>
        <w:rPr>
          <w:rFonts w:ascii="Gentium Plus" w:hAnsi="Gentium Plus"/>
          <w:sz w:val="24"/>
        </w:rPr>
        <w:t>χνης, κατὰ τὸν Προφήτην, ὑπολαμβάνομεν τὰ τῆς συκοφαν‐ τίας ὑφάσματα. Ἐκεῖνο γὰρ προσμένομεν τὸ κριτήριον, τὸ μὴ δεόμενον λόγων, ἀλλὰ δῆλα ποιοῦν τὰ τέως λανθάνοντα. Ταῦτα διὰ τῶν θεοφιλεστάτων ἐπισκόπων γράφω, προὔργου νομίσας προσειπεῖν τὴν σὴν δι’ αὐτῶν μεγαλοπρέπειαν καὶ</w:t>
      </w:r>
    </w:p>
    <w:p>
      <w:r>
        <w:rPr>
          <w:rFonts w:ascii="Courier New" w:hAnsi="Courier New"/>
          <w:color w:val="555555"/>
          <w:sz w:val="20"/>
        </w:rPr>
        <w:t>[20]</w:t>
      </w:r>
    </w:p>
    <w:p>
      <w:r>
        <w:rPr>
          <w:rFonts w:ascii="Gentium Plus" w:hAnsi="Gentium Plus"/>
          <w:sz w:val="24"/>
        </w:rPr>
        <w:t>τῆς ὑποσχέσεως ἀναμνῆσαι. Οὐδὲ γὰρ πολεμούμενος τοῦ θηρεύειν ἀπέχομαι. Οἶδα γὰρ καὶ τοὺς ἱεροὺς ἀποστόλους μετὰ τοῦ βάλλεσθαι τῇ πνευματικῇ σαγήνῃ χρησαμένους ἀεί.</w:t>
      </w:r>
    </w:p>
    <w:p>
      <w:pPr>
        <w:jc w:val="center"/>
      </w:pPr>
      <w:r>
        <w:rPr>
          <w:rFonts w:ascii="Gentium Plus" w:hAnsi="Gentium Plus"/>
          <w:b/>
          <w:sz w:val="24"/>
        </w:rPr>
        <w:t>ΑΛΕΞΑΝΔΡᾼ.</w:t>
      </w:r>
    </w:p>
    <w:p>
      <w:r>
        <w:rPr>
          <w:rFonts w:ascii="Courier New" w:hAnsi="Courier New"/>
          <w:color w:val="555555"/>
          <w:sz w:val="20"/>
        </w:rPr>
        <w:t>[1]</w:t>
      </w:r>
    </w:p>
    <w:p>
      <w:r>
        <w:rPr>
          <w:rFonts w:ascii="Gentium Plus" w:hAnsi="Gentium Plus"/>
          <w:sz w:val="24"/>
        </w:rPr>
        <w:t>Ἐδεξάμην πρώην τῆς ὑμετέρας σεμνοπρεπείας τὰ γράμ‐</w:t>
      </w:r>
    </w:p>
    <w:p>
      <w:r>
        <w:rPr>
          <w:rFonts w:ascii="Courier New" w:hAnsi="Courier New"/>
          <w:color w:val="555555"/>
          <w:sz w:val="20"/>
        </w:rPr>
        <w:t>[5]</w:t>
      </w:r>
    </w:p>
    <w:p>
      <w:r>
        <w:rPr>
          <w:rFonts w:ascii="Gentium Plus" w:hAnsi="Gentium Plus"/>
          <w:sz w:val="24"/>
        </w:rPr>
        <w:t>καὶ τῶν μελλόντων καὶ αἰωνίων χαρίσασθαι τὴν ἀπόλαυσιν. Πιστεύομεν δὲ αὐτὸν καὶ τῶν περιωρισμένων ἀκούειν, μᾶλλον δὲ πολλῷ πλέον τούτων, ἐπειδὴ διὰ τὴν θείαν αὐτοῦ διδασκα‐ λίαν τὴν δοκοῦσαν ὑπομένουσιν αἰτίαν. Ταῦτα διὰ τῶν θεοφι‐ λεστάτων ἐπισκόπων γράφω, παρακαλῶν τῆς ὑμετέρας αὐτοὺς</w:t>
      </w:r>
    </w:p>
    <w:p>
      <w:r>
        <w:rPr>
          <w:rFonts w:ascii="Courier New" w:hAnsi="Courier New"/>
          <w:color w:val="555555"/>
          <w:sz w:val="20"/>
        </w:rPr>
        <w:t>[10]</w:t>
      </w:r>
    </w:p>
    <w:p>
      <w:r>
        <w:rPr>
          <w:rFonts w:ascii="Gentium Plus" w:hAnsi="Gentium Plus"/>
          <w:sz w:val="24"/>
        </w:rPr>
        <w:t>ἀπολαῦσαι κηδεμονίας. Τῆς γὰρ εὐαγγελικῆς ἕνεκα πίστεως καὶ τῆς τῶν Ἐκκλησιῶν χάριν εἰρήνης τὴν μακρὰν ταύτην ἀποδημίαν εἵλοντο.</w:t>
      </w:r>
    </w:p>
    <w:p>
      <w:pPr>
        <w:jc w:val="center"/>
      </w:pPr>
      <w:r>
        <w:rPr>
          <w:rFonts w:ascii="Gentium Plus" w:hAnsi="Gentium Plus"/>
          <w:b/>
          <w:sz w:val="24"/>
        </w:rPr>
        <w:t>ΚΕΛΕΡΙΝῌ ΔΙΑΚΟΝῼ.</w:t>
      </w:r>
    </w:p>
    <w:p>
      <w:r>
        <w:rPr>
          <w:rFonts w:ascii="Courier New" w:hAnsi="Courier New"/>
          <w:color w:val="555555"/>
          <w:sz w:val="20"/>
        </w:rPr>
        <w:t>[1]</w:t>
      </w:r>
    </w:p>
    <w:p>
      <w:r>
        <w:rPr>
          <w:rFonts w:ascii="Gentium Plus" w:hAnsi="Gentium Plus"/>
          <w:sz w:val="24"/>
        </w:rPr>
        <w:t>Ἐξήφθη πάλιν ὁ καθ’ ἡμῶν πόλεμος καὶ σμικρὸν ἐνδοὺς ὁ τῶν ἀνθρώπων ἀλάστωρ πάλιν ὥπλικεν καθ’ ἡμῶν τοὺς τῷ ψεύδει συντεθραμμένους. Οἳ προφανῶς ἡμᾶς συκοφαντοῦντες εἰς δύο λέγουσι μερίζειν ἡμᾶς υἱοὺς τὸν ἕνα Κύριον ἡμῶν</w:t>
      </w:r>
    </w:p>
    <w:p>
      <w:r>
        <w:rPr>
          <w:rFonts w:ascii="Courier New" w:hAnsi="Courier New"/>
          <w:color w:val="555555"/>
          <w:sz w:val="20"/>
        </w:rPr>
        <w:t>[5]</w:t>
      </w:r>
    </w:p>
    <w:p>
      <w:r>
        <w:rPr>
          <w:rFonts w:ascii="Gentium Plus" w:hAnsi="Gentium Plus"/>
          <w:sz w:val="24"/>
        </w:rPr>
        <w:t>Ἰησοῦν Χριστόν. Ἡμεῖς δὲ θεότητος μὲν καὶ ἀνθρωπότητος τὸ διάφορον ἐπιστάμεθα· ἕνα δὲ ὁμολογοῦμεν Υἱόν, τὸν ἐναν‐ θρωπήσαντα Θεὸν Λόγον. Καὶ αὐτὸν εἶναί φαμεν Θεὸν προαιώ‐ νιον καὶ ἄνθρωπον ἐπ’ ἐσχάτου τῶν ἡμερῶν γενόμενον οὐ τῇ τροπῇ τῆς θεότητος, ἀλλὰ τῇ προσλήψει τῆς ἀνθρωπότητος.</w:t>
      </w:r>
    </w:p>
    <w:p>
      <w:r>
        <w:rPr>
          <w:rFonts w:ascii="Courier New" w:hAnsi="Courier New"/>
          <w:color w:val="555555"/>
          <w:sz w:val="20"/>
        </w:rPr>
        <w:t>[10]</w:t>
      </w:r>
    </w:p>
    <w:p>
      <w:r>
        <w:rPr>
          <w:rFonts w:ascii="Gentium Plus" w:hAnsi="Gentium Plus"/>
          <w:sz w:val="24"/>
        </w:rPr>
        <w:t>Ἀλλὰ γὰρ περιττὸν ποιῶ τὴν σὴν διδάσκων φιλοθεΐαν ἅπερ φρονῶ, τὴν ἀκριβῶς εἰδυῖαν ἅπερ κηρύττομεν καὶ τοὺς ἀγνοοῦν‐ τας διδάσκομεν. Παρακαλῶ τοίνυν, ἐπειδὴ πάντων ὁμοῦ τῶν τῆς Ἀνατολῆς θεοφιλεστάτων ἐπισκόπων κατέχεαν τὴν λοι‐ δορίαν οἱ τοῦ ψεύδους ἐργάται καὶ τὰς Ἐκκλησίας ζάλης</w:t>
      </w:r>
    </w:p>
    <w:p>
      <w:r>
        <w:rPr>
          <w:rFonts w:ascii="Courier New" w:hAnsi="Courier New"/>
          <w:color w:val="555555"/>
          <w:sz w:val="20"/>
        </w:rPr>
        <w:t>[15]</w:t>
      </w:r>
    </w:p>
    <w:p>
      <w:r>
        <w:rPr>
          <w:rFonts w:ascii="Gentium Plus" w:hAnsi="Gentium Plus"/>
          <w:sz w:val="24"/>
        </w:rPr>
        <w:t>ἐνέπλησαν, τὴν δυνατὴν ὑπὲρ τῶν εὐαγγελικῶν δογμάτων καὶ</w:t>
      </w:r>
    </w:p>
    <w:p>
      <w:r>
        <w:rPr>
          <w:rFonts w:ascii="Courier New" w:hAnsi="Courier New"/>
          <w:color w:val="555555"/>
          <w:sz w:val="20"/>
        </w:rPr>
        <w:t>[20]</w:t>
      </w:r>
    </w:p>
    <w:p>
      <w:r>
        <w:rPr>
          <w:rFonts w:ascii="Gentium Plus" w:hAnsi="Gentium Plus"/>
          <w:sz w:val="24"/>
        </w:rPr>
        <w:t>ρίας ἠνέσχοντο πόνων, ἵνα τὸν ἐπαναστάντα καταπαύσωσι χειμῶνα. Οὓς εὖ οἶδ’ ὅτι ὄψεταί σου ἡ κατὰ Θεὸν τελειότης εὐσεβείας προμάχους καὶ τῶν Ἐκκλησιῶν κυβερνήτας.</w:t>
      </w:r>
    </w:p>
    <w:p>
      <w:pPr>
        <w:jc w:val="center"/>
      </w:pPr>
      <w:r>
        <w:rPr>
          <w:rFonts w:ascii="Gentium Plus" w:hAnsi="Gentium Plus"/>
          <w:b/>
          <w:sz w:val="24"/>
        </w:rPr>
        <w:t>ΒΑΣΙΛΕΙῼ ΕΠΙΣΚΟΠῼ.</w:t>
      </w:r>
    </w:p>
    <w:p>
      <w:r>
        <w:rPr>
          <w:rFonts w:ascii="Courier New" w:hAnsi="Courier New"/>
          <w:color w:val="555555"/>
          <w:sz w:val="20"/>
        </w:rPr>
        <w:t>[1]</w:t>
      </w:r>
    </w:p>
    <w:p>
      <w:r>
        <w:rPr>
          <w:rFonts w:ascii="Gentium Plus" w:hAnsi="Gentium Plus"/>
          <w:sz w:val="24"/>
        </w:rPr>
        <w:t>Τὸ μὲν τοὺς ἀγνοοῦντας ἡμᾶς σιγῇ τῶν καθ’ ἡμῶν ἀκούειν λοιδοριῶν, οὐδὲν ἀπεικός· τὸ δὲ τὴν σὴν ὁσιότητα τῶν λοιδο‐ ρουμένων μὴ διελέγχειν τὸ ψεῦδος ἢ μετρίως τοῦτο ποιεῖν καὶ μὴ λίαν ἐκθύμως, οὐκ ἄν τις πιστεύσοι, τὴν ἡμετέραν συνή‐</w:t>
      </w:r>
    </w:p>
    <w:p>
      <w:r>
        <w:rPr>
          <w:rFonts w:ascii="Courier New" w:hAnsi="Courier New"/>
          <w:color w:val="555555"/>
          <w:sz w:val="20"/>
        </w:rPr>
        <w:t>[5]</w:t>
      </w:r>
    </w:p>
    <w:p>
      <w:r>
        <w:rPr>
          <w:rFonts w:ascii="Gentium Plus" w:hAnsi="Gentium Plus"/>
          <w:sz w:val="24"/>
        </w:rPr>
        <w:t>θειαν ἐπιστάμενος. Οὐκ ἐπειδὴ τῆς ἀληθείας δεῖ τὴν φιλίαν προκρίνειν, ἀλλ’ ὅτι τῇ φιλίᾳ καὶ ἡ τῆς ἀληθείας πρόσεστι μαρτυρία. Καὶ γὰρ ἐπ’ ἐκκλησίας λεγόντων ἡμῶν πολλάκις ἀκήκοεν ἡ σὴ θεοσέβεια, καὶ ἐν συλλόγοις ἑτέροις δογματικῶν ἡμῖν κινηθέντων λόγων, τοὺς παρ’ ἡμῶν εἰρημένους ἐπήκουσε·</w:t>
      </w:r>
    </w:p>
    <w:p>
      <w:r>
        <w:rPr>
          <w:rFonts w:ascii="Courier New" w:hAnsi="Courier New"/>
          <w:color w:val="555555"/>
          <w:sz w:val="20"/>
        </w:rPr>
        <w:t>[10]</w:t>
      </w:r>
    </w:p>
    <w:p>
      <w:r>
        <w:rPr>
          <w:rFonts w:ascii="Gentium Plus" w:hAnsi="Gentium Plus"/>
          <w:sz w:val="24"/>
        </w:rPr>
        <w:t>καὶ οὐκ οἶδα πώποτε μεμψαμένην ἡμῖν, ὡς οὐκ ὀρθοῖς δόγ‐ μασι κέχρημαι, τὴν σὴν θεοσέβειαν. Τί τοίνυν ἐπὶ τοῦ παρ‐ όντος γεγένηται; Τί δήποτε μὴ κινεῖς, ὦ φίλη κεφαλή, κατὰ τοῦ ψεύδους τὴν γλῶτταν, ἀλλὰ καὶ φίλον συκοφαντούμενον καὶ τὴν ἀλήθειαν πολεμουμένην ὑπερορᾷς; Εἰ μὲν ὡς ἀπόρων</w:t>
      </w:r>
    </w:p>
    <w:p>
      <w:r>
        <w:rPr>
          <w:rFonts w:ascii="Courier New" w:hAnsi="Courier New"/>
          <w:color w:val="555555"/>
          <w:sz w:val="20"/>
        </w:rPr>
        <w:t>[15]</w:t>
      </w:r>
    </w:p>
    <w:p>
      <w:r>
        <w:rPr>
          <w:rFonts w:ascii="Gentium Plus" w:hAnsi="Gentium Plus"/>
          <w:sz w:val="24"/>
        </w:rPr>
        <w:t>καὶ λίαν σμικρῶν ἀμελῶν, τῆς Δεσποτικῆς ἐντολῆς ἐπακοῦσαι προσήκει διαρρήδην βοώσης· Ὁρᾶτε μὴ καταφρονήσητε ἑνὸς τῶν μικρῶν τούτων τῶν ἐλαχίστων τῶν πι‐ στευόντων εἰς ἐμέ. Ἀμὴν γὰρ λέγω ὑμῖν, οἱ ἄγγε‐ λοι αὐτῶν καθ’ ἡμέραν ὁρῶσι τὸ πρόσωπον τοῦ</w:t>
      </w:r>
    </w:p>
    <w:p>
      <w:r>
        <w:rPr>
          <w:rFonts w:ascii="Courier New" w:hAnsi="Courier New"/>
          <w:color w:val="555555"/>
          <w:sz w:val="20"/>
        </w:rPr>
        <w:t>[20]</w:t>
      </w:r>
    </w:p>
    <w:p>
      <w:r>
        <w:rPr>
          <w:rFonts w:ascii="Gentium Plus" w:hAnsi="Gentium Plus"/>
          <w:sz w:val="24"/>
        </w:rPr>
        <w:t>πατρός μου τοῦ ἐν οὐρανοῖς. Εἰ δὲ τῶν κατηγορούντων ἡμᾶς ἡ δύναμις τῇ σῇ φιλοθεΐᾳ τὴν σιωπὴν πραγματεύεται, χρὴ τῆς ἑτέρας ἀκοῦσαι νομοθεσίας λεγούσης· Οὐ λήψῃ πρόσωπον δυνάστου. Καί· Δικαίαν κρίσιν κρίνατε. Καί· Οὐκ ἔσῃ μετὰ πολλῶν ἐπὶ κακίᾳ. Καί· Καμμύων</w:t>
      </w:r>
    </w:p>
    <w:p>
      <w:r>
        <w:rPr>
          <w:rFonts w:ascii="Courier New" w:hAnsi="Courier New"/>
          <w:color w:val="555555"/>
          <w:sz w:val="20"/>
        </w:rPr>
        <w:t>[25]</w:t>
      </w:r>
    </w:p>
    <w:p>
      <w:r>
        <w:rPr>
          <w:rFonts w:ascii="Gentium Plus" w:hAnsi="Gentium Plus"/>
          <w:sz w:val="24"/>
        </w:rPr>
        <w:t>τοὺς ὀφθαλμοὺς αὐτοῦ, ἵνα μὴ ἴδῃ ἀδικίαν· καὶ κλείων τὰ ὦτα αὐτοῦ, ἵνα μὴ ἀκούσῃ κρίσιν αἵμα‐ τος ἀδίκου. Καὶ ἕτερα δὲ μυρία τοιαῦτά ἐστιν εὑρεῖν παρὰ τῇ θείᾳ Γραφῇ. Ἃ περιττὸν ὑπέλαβον συλλέξαι πρὸς ἄνδρα γράφων τοῖς θείοις ἐντεθραμμένον λογίοις καὶ τὴν διδασκα‐</w:t>
      </w:r>
    </w:p>
    <w:p>
      <w:r>
        <w:rPr>
          <w:rFonts w:ascii="Courier New" w:hAnsi="Courier New"/>
          <w:color w:val="555555"/>
          <w:sz w:val="20"/>
        </w:rPr>
        <w:t>[30]</w:t>
      </w:r>
    </w:p>
    <w:p>
      <w:r>
        <w:rPr>
          <w:rFonts w:ascii="Gentium Plus" w:hAnsi="Gentium Plus"/>
          <w:sz w:val="24"/>
        </w:rPr>
        <w:t>λικὴν ἀρδείαν προσφέροντα τοῖς φιλοχρίστοις λαοῖς. Τοῦτο τοίνυν μόνον ἐρῶ, ὅτι πάντες παραστησόμεθα τῷ βήματι τοῦ Χριστοῦ καὶ τῶν λόγων καὶ τῶν ἔργων τὰς εὐθύνας ὑφέξομεν. Ἐγὼ δὲ τῶν ἄλλων ἕνεκα πάντων τοῦτο δεδιὼς τὸ κριτήριον, ἐν τοῖς καθ’ ἡμῶν λεγομένοις ἐκ τῆς τούτου μνήμης λαμβάνω</w:t>
      </w:r>
    </w:p>
    <w:p>
      <w:r>
        <w:rPr>
          <w:rFonts w:ascii="Courier New" w:hAnsi="Courier New"/>
          <w:color w:val="555555"/>
          <w:sz w:val="20"/>
        </w:rPr>
        <w:t>[35]</w:t>
      </w:r>
    </w:p>
    <w:p>
      <w:r>
        <w:rPr>
          <w:rFonts w:ascii="Gentium Plus" w:hAnsi="Gentium Plus"/>
          <w:sz w:val="24"/>
        </w:rPr>
        <w:t>τῆς ψυχαγωγίας τὰς ἀφορμάς.</w:t>
      </w:r>
    </w:p>
    <w:p>
      <w:pPr>
        <w:jc w:val="center"/>
      </w:pPr>
      <w:r>
        <w:rPr>
          <w:rFonts w:ascii="Gentium Plus" w:hAnsi="Gentium Plus"/>
          <w:b/>
          <w:sz w:val="24"/>
        </w:rPr>
        <w:t>ΑΠΟΛΛΩΝΙῼ ΚΟΜΗΤΙ.</w:t>
      </w:r>
    </w:p>
    <w:p>
      <w:r>
        <w:rPr>
          <w:rFonts w:ascii="Courier New" w:hAnsi="Courier New"/>
          <w:color w:val="555555"/>
          <w:sz w:val="20"/>
        </w:rPr>
        <w:t>[1]</w:t>
      </w:r>
    </w:p>
    <w:p>
      <w:r>
        <w:rPr>
          <w:rFonts w:ascii="Gentium Plus" w:hAnsi="Gentium Plus"/>
          <w:sz w:val="24"/>
        </w:rPr>
        <w:t>Τοὺς μὲν θεοφιλεστάτους ἐπισκόπους εἰς τὴν βασιλεύουσαν εἵλκυσε πόλιν ἡ κατὰ πάντων ἡμῶν γεγενημένη συκοφαντία· ἐγὼ δὲ διὰ τῆς αὐτῶν ὁσιότητος τῇ σῇ μεγαλοπρεπείᾳ προσ‐ φέρω τὴν πρόσρησιν καὶ τῆς φιλίας ἐκτίνω τὸ χρέος· οὐχ ἵνα</w:t>
      </w:r>
    </w:p>
    <w:p>
      <w:r>
        <w:rPr>
          <w:rFonts w:ascii="Courier New" w:hAnsi="Courier New"/>
          <w:color w:val="555555"/>
          <w:sz w:val="20"/>
        </w:rPr>
        <w:t>[5]</w:t>
      </w:r>
    </w:p>
    <w:p>
      <w:r>
        <w:rPr>
          <w:rFonts w:ascii="Gentium Plus" w:hAnsi="Gentium Plus"/>
          <w:sz w:val="24"/>
        </w:rPr>
        <w:t>τὸ τριπόθητον ὄφλημα διαλύσω, ἀλλ’ ἵνα πλέον ἐργάσωμαι. Τὰ γὰρ τῆς φιλίας ὀφλήματα διὰ τῆς ἐκτίσεως αὔξεται. Τὸ μέντοι καὶ ἡμᾶς τῶν τῆς συκοφαντίας ἀπολαῦσαι καρπῶν, οὐδὲν ἀπεικός. Ἄνθρωπον γὰρ ὄντα πάντα δεῖ προσδοκᾶν. Τούτου δὴ χάριν τοῖς φιλοσοφεῖν δεδιδαγμένοις τὰ τοιαῦτα</w:t>
      </w:r>
    </w:p>
    <w:p>
      <w:r>
        <w:rPr>
          <w:rFonts w:ascii="Courier New" w:hAnsi="Courier New"/>
          <w:color w:val="555555"/>
          <w:sz w:val="20"/>
        </w:rPr>
        <w:t>[10]</w:t>
      </w:r>
    </w:p>
    <w:p>
      <w:r>
        <w:rPr>
          <w:rFonts w:ascii="Gentium Plus" w:hAnsi="Gentium Plus"/>
          <w:sz w:val="24"/>
        </w:rPr>
        <w:t>πάντα ἐστὶ φορητά· ἓν δὲ μόνον ἀνιαρόν, τὸ λώβης τινὸς μετα‐ λαχεῖν τὴν ψυχήν.</w:t>
      </w:r>
    </w:p>
    <w:p>
      <w:pPr>
        <w:jc w:val="center"/>
      </w:pPr>
      <w:r>
        <w:rPr>
          <w:rFonts w:ascii="Gentium Plus" w:hAnsi="Gentium Plus"/>
          <w:b/>
          <w:sz w:val="24"/>
        </w:rPr>
        <w:t>ΦΛΑΒΙΑΝῼ ΕΠΙΣΚΟΠῼ</w:t>
      </w:r>
    </w:p>
    <w:p>
      <w:r>
        <w:rPr>
          <w:rFonts w:ascii="Courier New" w:hAnsi="Courier New"/>
          <w:color w:val="555555"/>
          <w:sz w:val="20"/>
        </w:rPr>
        <w:t>[t2]</w:t>
      </w:r>
    </w:p>
    <w:p>
      <w:r>
        <w:rPr>
          <w:rFonts w:ascii="Gentium Plus" w:hAnsi="Gentium Plus"/>
          <w:sz w:val="24"/>
        </w:rPr>
        <w:t>ΚΩΝΣΤΑΝΤΙΝΟΥΠΟΛΕΩΣ.</w:t>
      </w:r>
    </w:p>
    <w:p>
      <w:r>
        <w:rPr>
          <w:rFonts w:ascii="Courier New" w:hAnsi="Courier New"/>
          <w:color w:val="555555"/>
          <w:sz w:val="20"/>
        </w:rPr>
        <w:t>[1]</w:t>
      </w:r>
    </w:p>
    <w:p>
      <w:r>
        <w:rPr>
          <w:rFonts w:ascii="Gentium Plus" w:hAnsi="Gentium Plus"/>
          <w:sz w:val="24"/>
        </w:rPr>
        <w:t>Καὶ ἤδη σου τὴν ἁγιότητα δι’ ἑτέρων ἐδίδαξα γραμμάτων, ὡς ἄντικρυς ἡμᾶς συκοφαντοῦσιν οἱ τῆς ἡμετέρας κατηγο‐ ροῦντες διδασκαλίας· καὶ νῦν δὲ ὡσαύτως διὰ τῶν θεοφιλεσ‐ τάτων ἐπισκόπων τοῦτο ποιῶ καὶ αὐτοὺς μάρτυρας ἔχων τῆς</w:t>
      </w:r>
    </w:p>
    <w:p>
      <w:r>
        <w:rPr>
          <w:rFonts w:ascii="Courier New" w:hAnsi="Courier New"/>
          <w:color w:val="555555"/>
          <w:sz w:val="20"/>
        </w:rPr>
        <w:t>[5]</w:t>
      </w:r>
    </w:p>
    <w:p>
      <w:r>
        <w:rPr>
          <w:rFonts w:ascii="Gentium Plus" w:hAnsi="Gentium Plus"/>
          <w:sz w:val="24"/>
        </w:rPr>
        <w:t>τῶν δογμάτων ὀρθότητος καὶ ἑτέρας πολλὰς μυριάδας ἀνθρώ‐ πων, οἳ τῶν ἡμετέρων ἐν ταῖς κατὰ τὴν ἑῴαν ἐκκλησίαις ἐπαίουσι λόγων· καὶ πρὸ τούτων, τὸ συνειδός, καὶ τὸν τοῦ συνειδότος Ἐπόπτην. Οἶδα δὲ καὶ τὸν θεῖον Ἀπόστολον πολ‐ λάκις τῇ τοῦ συνειδότος μαρτυρίᾳ χρησάμενον· Ἡ γὰρ καύ‐</w:t>
      </w:r>
    </w:p>
    <w:p>
      <w:r>
        <w:rPr>
          <w:rFonts w:ascii="Courier New" w:hAnsi="Courier New"/>
          <w:color w:val="555555"/>
          <w:sz w:val="20"/>
        </w:rPr>
        <w:t>[10]</w:t>
      </w:r>
    </w:p>
    <w:p>
      <w:r>
        <w:rPr>
          <w:rFonts w:ascii="Gentium Plus" w:hAnsi="Gentium Plus"/>
          <w:sz w:val="24"/>
        </w:rPr>
        <w:t>χησις ἡμῶν αὕτη ἐστί, τὸ μαρτύριον τῆς συνειδή‐ σεως ἡμῶν. Καὶ πάλιν· Ἀλήθειαν λέγω ἐν Χριστῷ, οὐ ψεύδομαι, συμμαρτυρούσης μοι τῆς συνειδήσεώς μου ἐν Πνεύματι ἁγίῳ. Ἴστω τοίνυν ἡ ἱερά σου καὶ θεοφιλὴς κεφαλή, ὡς οὐδεὶς</w:t>
      </w:r>
    </w:p>
    <w:p>
      <w:r>
        <w:rPr>
          <w:rFonts w:ascii="Courier New" w:hAnsi="Courier New"/>
          <w:color w:val="555555"/>
          <w:sz w:val="20"/>
        </w:rPr>
        <w:t>[15]</w:t>
      </w:r>
    </w:p>
    <w:p>
      <w:r>
        <w:rPr>
          <w:rFonts w:ascii="Gentium Plus" w:hAnsi="Gentium Plus"/>
          <w:sz w:val="24"/>
        </w:rPr>
        <w:t>ἡμῶν ἀκήκοε πώποτε δύο κηρυττόντων υἱούς. Τῷ ὄντι γάρ μοι μυσαρὸν καὶ δυσσεβὲς τόδε τὸ δόγμα δοκεῖ. Εἷς γὰρ Κύριος</w:t>
      </w:r>
    </w:p>
    <w:p>
      <w:r>
        <w:rPr>
          <w:rFonts w:ascii="Courier New" w:hAnsi="Courier New"/>
          <w:color w:val="555555"/>
          <w:sz w:val="20"/>
        </w:rPr>
        <w:t>[20]</w:t>
      </w:r>
    </w:p>
    <w:p>
      <w:r>
        <w:rPr>
          <w:rFonts w:ascii="Gentium Plus" w:hAnsi="Gentium Plus"/>
          <w:sz w:val="24"/>
        </w:rPr>
        <w:t>καὶ θεότητος τὸ διάφορον ἐδιδάχθην· ἀσύγχυτος γὰρ ἡ ἕνωσις. Οὕτω κατὰ τῆς Ἀρείου καὶ Εὐνομίου παραταττόμενοι λύττης, ῥᾷστα τὴν κατὰ τοῦ Μονογενοῦς παρ’ αὐτῶν τολμωμένην διελέγχομεν βλασφημίαν, τὰ ταπεινῶς εἰρημένα παρὰ τοῦ Δεσπότου καὶ τῇ ληφθείσῃ φύσει προσφόρως, ὡς ἀνθρώπῳ</w:t>
      </w:r>
    </w:p>
    <w:p>
      <w:r>
        <w:rPr>
          <w:rFonts w:ascii="Courier New" w:hAnsi="Courier New"/>
          <w:color w:val="555555"/>
          <w:sz w:val="20"/>
        </w:rPr>
        <w:t>[25]</w:t>
      </w:r>
    </w:p>
    <w:p>
      <w:r>
        <w:rPr>
          <w:rFonts w:ascii="Gentium Plus" w:hAnsi="Gentium Plus"/>
          <w:sz w:val="24"/>
        </w:rPr>
        <w:t>προσάπτοντες, καὶ αὖ πάλιν ὡς Θεῷ τὰ θεοπρεπῆ καὶ τῆς φύσεως ἐκείνης δηλωτικά· οὐκ εἰς δύο πρόσωπα διαιροῦντες, ἀλλὰ τῷ ἑνὶ Μονογενεῖ καὶ ταῦτα κἀκεῖνα προσήκειν διδάσ‐ κοντες· τὰ μὲν ὡς Θεῷ καὶ Ποιητῇ καὶ Δεσπότῃ τῶν ὅλων, τὰ δὲ ὡς ἀνθρώπῳ δι’ ἡμᾶς γενομένῳ. Ἄνθρωπον δὲ αὐτὸν ἡ θεία</w:t>
      </w:r>
    </w:p>
    <w:p>
      <w:r>
        <w:rPr>
          <w:rFonts w:ascii="Courier New" w:hAnsi="Courier New"/>
          <w:color w:val="555555"/>
          <w:sz w:val="20"/>
        </w:rPr>
        <w:t>[30]</w:t>
      </w:r>
    </w:p>
    <w:p>
      <w:r>
        <w:rPr>
          <w:rFonts w:ascii="Gentium Plus" w:hAnsi="Gentium Plus"/>
          <w:sz w:val="24"/>
        </w:rPr>
        <w:t>λέγει γεγενῆσθαι Γραφή, οὐ τῆς θεότητος τραπείσης, ἀλλὰ τῆς ἀνθρωπίνης φύσεως ἐκ σπέρματος Ἀβραὰμ ληφθείσης. Τοῦτο γὰρ ὁ θεῖος Ἀπόστολος ἄντικρυς βοᾷ, λέγων· Οὐ γὰρ δήπου ἀγγέλων ἐπιλαμβάνεται, ἀλλὰ σπέρματος Ἀβραὰμ ἐπιλαμβάνεται· ὅθεν ὤφειλεν κατὰ πάντα</w:t>
      </w:r>
    </w:p>
    <w:p>
      <w:r>
        <w:rPr>
          <w:rFonts w:ascii="Courier New" w:hAnsi="Courier New"/>
          <w:color w:val="555555"/>
          <w:sz w:val="20"/>
        </w:rPr>
        <w:t>[35]</w:t>
      </w:r>
    </w:p>
    <w:p>
      <w:r>
        <w:rPr>
          <w:rFonts w:ascii="Gentium Plus" w:hAnsi="Gentium Plus"/>
          <w:sz w:val="24"/>
        </w:rPr>
        <w:t>τοῖς ἀδελφοῖς ὁμοιωθῆναι. Καὶ πάλιν· Τῷ δὲ Ἀβραὰμ ἐρρέθησαν αἱ ἐπαγγελίαι καὶ τῷ σπέρματι αὐτοῦ. Οὐ λέγει· Καὶ τοῖς σπέρμασιν, ὡς ἐπὶ πολλῶν, ἀλλ’ ὡς ἐφ’ ἑνός· καὶ τῷ σπέρματί σου, ὅς ἐστι Χρισ‐ τός.</w:t>
      </w:r>
    </w:p>
    <w:p>
      <w:r>
        <w:rPr>
          <w:rFonts w:ascii="Courier New" w:hAnsi="Courier New"/>
          <w:color w:val="555555"/>
          <w:sz w:val="20"/>
        </w:rPr>
        <w:t>[40]</w:t>
      </w:r>
    </w:p>
    <w:p>
      <w:r>
        <w:rPr>
          <w:rFonts w:ascii="Gentium Plus" w:hAnsi="Gentium Plus"/>
          <w:sz w:val="24"/>
        </w:rPr>
        <w:t>Ταῦτα καὶ τὰ τοιαῦτα τῆς θείας Γραφῆς περικόψαντες Σίμων καὶ Βασιλείδης καὶ Βαλεντῖνος καὶ Βαρδησάνης καὶ Μαρκίων καὶ ὁ τῆς μανίας ἐπώνυμος, μόνον Θεὸν ἀποκα‐</w:t>
      </w:r>
    </w:p>
    <w:p>
      <w:r>
        <w:rPr>
          <w:rFonts w:ascii="Courier New" w:hAnsi="Courier New"/>
          <w:color w:val="555555"/>
          <w:sz w:val="20"/>
        </w:rPr>
        <w:t>[45]</w:t>
      </w:r>
    </w:p>
    <w:p>
      <w:r>
        <w:rPr>
          <w:rFonts w:ascii="Gentium Plus" w:hAnsi="Gentium Plus"/>
          <w:sz w:val="24"/>
        </w:rPr>
        <w:t>Οἱ δὲ τὰ Ἀρείου καὶ Εὐνομίου φρονοῦντες σῶμα μόνον ἀνει‐ ληφέναι τὸν Θεὸν Λόγον φασίν, αὐτὸν δὲ τῆς ψυχῆς ἐν τῷ σώματι πληρῶσαι τὴν χρείαν. Ἀπολινάριος δὲ ἔμψυχον μὲν τὸ Δεσποτικὸν σῶμα καλεῖ, τὸν δὲ νοῦν τῆς γεγενημένης σω‐ τηρίας ἀποστερεῖ, οὐκ οἶδα πόθεν μαθὼν ψυχῆς καὶ νοῦ τὴν</w:t>
      </w:r>
    </w:p>
    <w:p>
      <w:r>
        <w:rPr>
          <w:rFonts w:ascii="Courier New" w:hAnsi="Courier New"/>
          <w:color w:val="555555"/>
          <w:sz w:val="20"/>
        </w:rPr>
        <w:t>[104 (50)]</w:t>
      </w:r>
    </w:p>
    <w:p>
      <w:r>
        <w:rPr>
          <w:rFonts w:ascii="Gentium Plus" w:hAnsi="Gentium Plus"/>
          <w:sz w:val="24"/>
        </w:rPr>
        <w:t>διαίρεσιν. Ἡ δὲ τῶν θείων Ἀποστόλων διδασκαλία ψυχὴν λογι‐ κήν τε καὶ νοερὰν μετὰ σαρκὸς προσειλῆφθαι διδάσκει, καὶ τελείαν τοῖς πιστεύουσιν ὑπισχνεῖται τὴν σωτηρίαν. Ἔστι δὲ καὶ ἕτερον στῖφος αἱρετικῶν τἀναντία τούτοις θρησκεῦον. Φωτεινὸς γὰρ καὶ Μάρκελλος καὶ ὁ ἐκ Σαμοσάτων</w:t>
      </w:r>
    </w:p>
    <w:p>
      <w:r>
        <w:rPr>
          <w:rFonts w:ascii="Courier New" w:hAnsi="Courier New"/>
          <w:color w:val="555555"/>
          <w:sz w:val="20"/>
        </w:rPr>
        <w:t>[55]</w:t>
      </w:r>
    </w:p>
    <w:p>
      <w:r>
        <w:rPr>
          <w:rFonts w:ascii="Gentium Plus" w:hAnsi="Gentium Plus"/>
          <w:sz w:val="24"/>
        </w:rPr>
        <w:t>Παῦλος, ἄνθρωπον μόνον εἶναι λέγουσι τὸν Κύριον ἡμῶν καὶ Θεόν. Ἀνάγκη δὲ πρὸς τούτους μὲν διαλεγομένους ἡμᾶς τὰς περὶ θεότητος μαρτυρίας προσφέρειν καὶ δεικνύναι ὡς καὶ Θεὸς προαιώνιος ὁ Δεσπότης Χριστός· πρὸς δὲ τὴν ἑτέραν ἀγωνιζομένους συμμορίαν, ἣ Θεὸν μόνον ἀποκαλεῖ τὸν Κύριον</w:t>
      </w:r>
    </w:p>
    <w:p>
      <w:r>
        <w:rPr>
          <w:rFonts w:ascii="Courier New" w:hAnsi="Courier New"/>
          <w:color w:val="555555"/>
          <w:sz w:val="20"/>
        </w:rPr>
        <w:t>[60]</w:t>
      </w:r>
    </w:p>
    <w:p>
      <w:r>
        <w:rPr>
          <w:rFonts w:ascii="Gentium Plus" w:hAnsi="Gentium Plus"/>
          <w:sz w:val="24"/>
        </w:rPr>
        <w:t>ἡμῶν Ἰησοῦν Χριστόν, τὴν θείαν αὐτοῖς ἀντιτάττειν Γραφὴν καὶ τὰς περὶ τῆς ληφθείσης ἀνθρωπότητος ἐκεῖθεν μαρτυρίας συλλέγειν. Χρὴ γὰρ τὸν ἰατρὸν ἁρμοδίοις πρὸς τὰ πάθη κεχρῆ‐ σθαι φαρμάκοις καὶ ἑκάστῳ προσφέρειν τὸ πρόσφορον. Παρα‐ καλῶ τοίνυν τὴν σὴν ἁγιωσύνην τὴν καθ’ ἡμῶν συντεθεῖσαν</w:t>
      </w:r>
    </w:p>
    <w:p>
      <w:r>
        <w:rPr>
          <w:rFonts w:ascii="Courier New" w:hAnsi="Courier New"/>
          <w:color w:val="555555"/>
          <w:sz w:val="20"/>
        </w:rPr>
        <w:t>[65]</w:t>
      </w:r>
    </w:p>
    <w:p>
      <w:r>
        <w:rPr>
          <w:rFonts w:ascii="Gentium Plus" w:hAnsi="Gentium Plus"/>
          <w:sz w:val="24"/>
        </w:rPr>
        <w:t>διαλῦσαι συκοφαντίαν καὶ τὰς μάτην ἡμῖν λοιδορουμένας χαλινῶσαι γλώττας. Ἡμεῖς γὰρ καὶ μετὰ τὴν ἐνανθρώπησιν ἕνα προσκυνοῦμεν Υἱὸν τοῦ Θεοῦ τὸν Κύριον ἡμῶν Ἰησοῦν Χριστὸν καὶ τοὺς ἄλλο τι φρονοῦντας δυσσεβεῖς ὀνομάζομεν. Παρασχεῖν δὲ ἡμῖν καὶ τὰς ἁγίας σου προσευχάς, δέσποτα,</w:t>
      </w:r>
    </w:p>
    <w:p>
      <w:r>
        <w:rPr>
          <w:rFonts w:ascii="Courier New" w:hAnsi="Courier New"/>
          <w:color w:val="555555"/>
          <w:sz w:val="20"/>
        </w:rPr>
        <w:t>[70]</w:t>
      </w:r>
    </w:p>
    <w:p>
      <w:r>
        <w:rPr>
          <w:rFonts w:ascii="Gentium Plus" w:hAnsi="Gentium Plus"/>
          <w:sz w:val="24"/>
        </w:rPr>
        <w:t>καταξίωσον, ἵνα τῆς θείας ἀπολαύοντες εὐμενείας, τὸ κινδύ‐ νων μεστὸν διαπεράσωμεν πέλαγος καὶ εἰς τοὺς ἀπηνέμους τοῦ Σωτῆρος μεθορμισθῶμεν λιμένας.</w:t>
      </w:r>
    </w:p>
    <w:p>
      <w:pPr>
        <w:jc w:val="center"/>
      </w:pPr>
      <w:r>
        <w:rPr>
          <w:rFonts w:ascii="Gentium Plus" w:hAnsi="Gentium Plus"/>
          <w:b/>
          <w:sz w:val="24"/>
        </w:rPr>
        <w:t>ΕΥΛΟΓΙῼ ΟΙΚΟΝΟΜῼ.</w:t>
      </w:r>
    </w:p>
    <w:p>
      <w:r>
        <w:rPr>
          <w:rFonts w:ascii="Courier New" w:hAnsi="Courier New"/>
          <w:color w:val="555555"/>
          <w:sz w:val="20"/>
        </w:rPr>
        <w:t>[1]</w:t>
      </w:r>
    </w:p>
    <w:p>
      <w:r>
        <w:rPr>
          <w:rFonts w:ascii="Gentium Plus" w:hAnsi="Gentium Plus"/>
          <w:sz w:val="24"/>
        </w:rPr>
        <w:t>Τοὺς μὲν ὑπὲρ τῆς εὐσεβείας ἀγῶνας τῆς σῆς φιλοθεΐας παρὰ πολλῶν μεμαθήκαμεν. Δίκαιον δὲ καὶ τῷ διὰ ταύτην συκοφαντουμένῳ προθύμως συνηγορεῖν καὶ διελέγχειν τῶν λοιδορουμένων τὸ ψεῦδος. Ἀκριβῶς γὰρ οἶσθα, θεοφιλέστατε,</w:t>
      </w:r>
    </w:p>
    <w:p>
      <w:r>
        <w:rPr>
          <w:rFonts w:ascii="Courier New" w:hAnsi="Courier New"/>
          <w:color w:val="555555"/>
          <w:sz w:val="20"/>
        </w:rPr>
        <w:t>[5]</w:t>
      </w:r>
    </w:p>
    <w:p>
      <w:r>
        <w:rPr>
          <w:rFonts w:ascii="Gentium Plus" w:hAnsi="Gentium Plus"/>
          <w:sz w:val="24"/>
        </w:rPr>
        <w:t>καὶ τίνα φρονοῦμεν, καὶ τίνα διδάσκομεν, καὶ ὅτι δύο κηρυτ‐ τόντων υἱοὺς οὐδεὶς ἡμῶν ἀκήκοε πώποτε. Χρησάσθω τοίνυν ἡ σὴ θεοσέβεια κἀνταῦθα τῷ ζήλῳ καὶ ἐμφραξάτω στόματα λαλούντων ἄδικα. Ἐν γὰρ τοῖς τοιούτοις ἀγῶσιν οὐ μόνον προσήκει τῶν φίλων, ἀλλὰ καὶ τῶν λελυπηκότων ὑπερμαχεῖν.</w:t>
      </w:r>
    </w:p>
    <w:p>
      <w:pPr>
        <w:jc w:val="center"/>
      </w:pPr>
      <w:r>
        <w:rPr>
          <w:rFonts w:ascii="Gentium Plus" w:hAnsi="Gentium Plus"/>
          <w:b/>
          <w:sz w:val="24"/>
        </w:rPr>
        <w:t>ΑΒΡΑΑΜῼ ΟΙΚΟΝΟΜῼ.</w:t>
      </w:r>
    </w:p>
    <w:p>
      <w:r>
        <w:rPr>
          <w:rFonts w:ascii="Courier New" w:hAnsi="Courier New"/>
          <w:color w:val="555555"/>
          <w:sz w:val="20"/>
        </w:rPr>
        <w:t>[1]</w:t>
      </w:r>
    </w:p>
    <w:p>
      <w:r>
        <w:rPr>
          <w:rFonts w:ascii="Gentium Plus" w:hAnsi="Gentium Plus"/>
          <w:sz w:val="24"/>
        </w:rPr>
        <w:t>Καὶ διὰ τῶν θεοφιλεστάτων ἐπισκόπων προσφθέγγομαί σου τὴν θεοσέβειαν, καὶ παρακαλῶ τῆς τῶν Ἐκκλησιῶν φροντίσαι γαλήνης καὶ τῆς συκοφαντίας διαλῦσαι τὰ κύματα· Ὃ γὰρ ἂν σπείρῃ ἄνθρωπος, τοῦτο καὶ θερίσει, κατὰ τὸν θεῖον</w:t>
      </w:r>
    </w:p>
    <w:p>
      <w:r>
        <w:rPr>
          <w:rFonts w:ascii="Courier New" w:hAnsi="Courier New"/>
          <w:color w:val="555555"/>
          <w:sz w:val="20"/>
        </w:rPr>
        <w:t>[5]</w:t>
      </w:r>
    </w:p>
    <w:p>
      <w:r>
        <w:rPr>
          <w:rFonts w:ascii="Gentium Plus" w:hAnsi="Gentium Plus"/>
          <w:sz w:val="24"/>
        </w:rPr>
        <w:t>Ἀπόστολον. Ὁ τοίνυν τῶν ἀποστολικῶν ὑπερμαχῶν δογμά‐ των, δῆλον ὅτι τὴν ἀποστολικὴν εὐλογίαν τρυγήσει καὶ τῆς</w:t>
      </w:r>
    </w:p>
    <w:p>
      <w:pPr>
        <w:jc w:val="center"/>
      </w:pPr>
      <w:r>
        <w:rPr>
          <w:rFonts w:ascii="Gentium Plus" w:hAnsi="Gentium Plus"/>
          <w:b/>
          <w:sz w:val="24"/>
        </w:rPr>
        <w:t>ΘΕΟΔΟΤῼ ΠΡΕΣΒΥΤΕΡῼ.</w:t>
      </w:r>
    </w:p>
    <w:p>
      <w:r>
        <w:rPr>
          <w:rFonts w:ascii="Courier New" w:hAnsi="Courier New"/>
          <w:color w:val="555555"/>
          <w:sz w:val="20"/>
        </w:rPr>
        <w:t>[1]</w:t>
      </w:r>
    </w:p>
    <w:p>
      <w:r>
        <w:rPr>
          <w:rFonts w:ascii="Gentium Plus" w:hAnsi="Gentium Plus"/>
          <w:sz w:val="24"/>
        </w:rPr>
        <w:t>Οὐκ ἔλαθον οἱ τῆς σῆς φιλοθεΐας ἀγῶνες, οὓς ὑπὲρ τῶν ἀποστολικῶν ἀνεδέξω δογμάτων· ἀλλ’ ᾄδουσι τούτους οὐ μόνον οἱ πείρᾳ μεμαθηκότες, ἀλλὰ καὶ οἱ παρὰ τούτων ἀκηκοότες. Ἔχου τοίνυν, ὦ φίλη κεφαλή, τῶν ἀγώνων καὶ τῶν πατρῴων</w:t>
      </w:r>
    </w:p>
    <w:p>
      <w:r>
        <w:rPr>
          <w:rFonts w:ascii="Courier New" w:hAnsi="Courier New"/>
          <w:color w:val="555555"/>
          <w:sz w:val="20"/>
        </w:rPr>
        <w:t>[5]</w:t>
      </w:r>
    </w:p>
    <w:p>
      <w:r>
        <w:rPr>
          <w:rFonts w:ascii="Gentium Plus" w:hAnsi="Gentium Plus"/>
          <w:sz w:val="24"/>
        </w:rPr>
        <w:t>ὑπεράθλησον δογμάτων. Ὑπὲρ ὧν καὶ ἡμεῖς πολλαχόθεν βαλ‐ λόμεθα, καὶ τὰς τρικυμίας δεχόμενοι τὸν Κυβερνήτην ἀντιβο‐ λοῦμεν ἢ νεῦσαι καὶ τὸν κλύδωνα λῦσαι, ἢ τοῖς κλυδωνιζομέ‐ νοις ἀνδρίαν χαρίσασθαι.</w:t>
      </w:r>
    </w:p>
    <w:p>
      <w:pPr>
        <w:jc w:val="center"/>
      </w:pPr>
      <w:r>
        <w:rPr>
          <w:rFonts w:ascii="Gentium Plus" w:hAnsi="Gentium Plus"/>
          <w:b/>
          <w:sz w:val="24"/>
        </w:rPr>
        <w:t>ΑΚΑΚΙῼ ΠΡΕΣΒΥΤΕΡῼ.</w:t>
      </w:r>
    </w:p>
    <w:p>
      <w:r>
        <w:rPr>
          <w:rFonts w:ascii="Courier New" w:hAnsi="Courier New"/>
          <w:color w:val="555555"/>
          <w:sz w:val="20"/>
        </w:rPr>
        <w:t>[1]</w:t>
      </w:r>
    </w:p>
    <w:p>
      <w:r>
        <w:rPr>
          <w:rFonts w:ascii="Gentium Plus" w:hAnsi="Gentium Plus"/>
          <w:sz w:val="24"/>
        </w:rPr>
        <w:t>Ἀληθὴς γὰρ ἡ τῆς Δαυϊτικῆς μελῳδίας ὑπόσχεσις· τὸ γὰρ Πνεῦμα τῆς ἀληθείας δι’ ἐκείνου ταύτην προσενήνοχε τοῖς πιστεύουσιν· Ἀποκάλυψον πρὸς Κύριον τὴν ὁδόν σου, καὶ ἔλπισον ἐπ’ αὐτόν, καὶ αὐτὸς ποιήσει, καὶ ἐξ‐</w:t>
      </w:r>
    </w:p>
    <w:p>
      <w:r>
        <w:rPr>
          <w:rFonts w:ascii="Courier New" w:hAnsi="Courier New"/>
          <w:color w:val="555555"/>
          <w:sz w:val="20"/>
        </w:rPr>
        <w:t>[5]</w:t>
      </w:r>
    </w:p>
    <w:p>
      <w:r>
        <w:rPr>
          <w:rFonts w:ascii="Gentium Plus" w:hAnsi="Gentium Plus"/>
          <w:sz w:val="24"/>
        </w:rPr>
        <w:t>οίσει ὡς φῶς τὴν δικαιοσύνην σου, καὶ τὸ κρῖμά σου ὡς μεσημβρίαν. Τοῦτο καὶ ἐπὶ τῆς σῆς θεοσεβείας γεγενημένον εὑρίσκομεν. Ὁπόσην γὰρ τῶν ὀρφανίαν ὀδυρομέ‐ νων ποιεῖται κηδεμονίαν ἡ σὴ θεοσέβεια καὶ ὅπως ὑπὲρ τῶν ἀποστολικῶν ἀγωνίζῃ δογμάτων, ᾄδουσι πάντες, δήλων κατὰ</w:t>
      </w:r>
    </w:p>
    <w:p>
      <w:r>
        <w:rPr>
          <w:rFonts w:ascii="Courier New" w:hAnsi="Courier New"/>
          <w:color w:val="555555"/>
          <w:sz w:val="20"/>
        </w:rPr>
        <w:t>[10]</w:t>
      </w:r>
    </w:p>
    <w:p>
      <w:r>
        <w:rPr>
          <w:rFonts w:ascii="Gentium Plus" w:hAnsi="Gentium Plus"/>
          <w:sz w:val="24"/>
        </w:rPr>
        <w:t>τὴν προφητείαν τῶν κεκρυμμένων γεγενημένων. Τούτου δὴ χάριν κἀγὼ τοὺς ἀξιεπαίνους πόνους τῆς σῆς φιλοθεΐας μεμα‐ θηκὼς γράφω καὶ προσφθεγγόμενός σε, θεοφιλέστατε, καὶ παρακαλῶν αὐξῆσαι τὸ κλέος τῇ προσθήκῃ τῶν πόνων καὶ τῆς εὐαγγελικῆς ὑπερμαχῆσαι διδασκαλίας, ἵνα καὶ τὸν πατ‐</w:t>
      </w:r>
    </w:p>
    <w:p>
      <w:r>
        <w:rPr>
          <w:rFonts w:ascii="Courier New" w:hAnsi="Courier New"/>
          <w:color w:val="555555"/>
          <w:sz w:val="20"/>
        </w:rPr>
        <w:t>[15]</w:t>
      </w:r>
    </w:p>
    <w:p>
      <w:r>
        <w:rPr>
          <w:rFonts w:ascii="Gentium Plus" w:hAnsi="Gentium Plus"/>
          <w:sz w:val="24"/>
        </w:rPr>
        <w:t>ρῷον κλῆρον φυλάξωμεν ἄσυλον, καὶ τὸ τάλαντον τῷ Δεσπότῃ</w:t>
      </w:r>
    </w:p>
    <w:p>
      <w:pPr>
        <w:jc w:val="center"/>
      </w:pPr>
      <w:r>
        <w:rPr>
          <w:rFonts w:ascii="Gentium Plus" w:hAnsi="Gentium Plus"/>
          <w:b/>
          <w:sz w:val="24"/>
        </w:rPr>
        <w:t>ΕΥΣΕΒΙῼ ΕΠΙΣΚΟΠῼ ΑΓΚΥΡΑΣ.</w:t>
      </w:r>
    </w:p>
    <w:p>
      <w:r>
        <w:rPr>
          <w:rFonts w:ascii="Courier New" w:hAnsi="Courier New"/>
          <w:color w:val="555555"/>
          <w:sz w:val="20"/>
        </w:rPr>
        <w:t>[1]</w:t>
      </w:r>
    </w:p>
    <w:p>
      <w:r>
        <w:rPr>
          <w:rFonts w:ascii="Gentium Plus" w:hAnsi="Gentium Plus"/>
          <w:sz w:val="24"/>
        </w:rPr>
        <w:t>Πολλὰ μὲν τὰ καθ’ ἡμῶν τυρευόμενα καὶ δι’ ἡμῶν κατὰ τῆς ἀποστολικῆς καττυόμενα πίστεως. Ψυχαγωγεῖ δὲ ἡμᾶς τὰ τῶν ἁγίων παθήματα προφητῶν, ἀποστόλων, μαρτύρων καὶ τῶν ἐν ταῖς Ἐκκλησίαις διαπρεψάντων ἐν τῷ λόγῳ τῆς χάριτος·</w:t>
      </w:r>
    </w:p>
    <w:p>
      <w:r>
        <w:rPr>
          <w:rFonts w:ascii="Courier New" w:hAnsi="Courier New"/>
          <w:color w:val="555555"/>
          <w:sz w:val="20"/>
        </w:rPr>
        <w:t>[5]</w:t>
      </w:r>
    </w:p>
    <w:p>
      <w:r>
        <w:rPr>
          <w:rFonts w:ascii="Gentium Plus" w:hAnsi="Gentium Plus"/>
          <w:sz w:val="24"/>
        </w:rPr>
        <w:t>πρὸς δὲ τούτοις καὶ αἱ τοῦ Θεοῦ καὶ Σωτῆρος ἡμῶν ἐπαγγε‐ λίαι. Οὐδὲν γὰρ ἡμῖν ἐν τῷ παρόντι βίῳ τερπνὸν οὐδὲ θυμῆρες ὑπέσχετο, ἀλλὰ θλίψεις καὶ πόνους καὶ κινδύνους καὶ πολε‐ μίων ἐπαναστάσεις. Ἐν τῷ κόσμῳ γάρ, φησί, θλίψιν ἔχετε. Καί· Εἰ ἐμὲ ἐδίωξαν, καὶ ὑμᾶς διώξουσι. Καί·</w:t>
      </w:r>
    </w:p>
    <w:p>
      <w:r>
        <w:rPr>
          <w:rFonts w:ascii="Courier New" w:hAnsi="Courier New"/>
          <w:color w:val="555555"/>
          <w:sz w:val="20"/>
        </w:rPr>
        <w:t>[10]</w:t>
      </w:r>
    </w:p>
    <w:p>
      <w:r>
        <w:rPr>
          <w:rFonts w:ascii="Gentium Plus" w:hAnsi="Gentium Plus"/>
          <w:sz w:val="24"/>
        </w:rPr>
        <w:t>Εἰ τὸν οἰκοδεσπότην Βεελζεβοὺλ ἐκάλεσαν, πόσῳ μᾶλλον τοὺς οἰκειακοὺς αὐτοῦ; Καί· Ἔρχεται ὥρα, ἵνα πᾶς ὁ ἀποκτείνας ὑμᾶς δόξῃ λατρείαν προσφέ‐ ρειν τῷ Θεῷ. Καί· Στενὴ ἡ πύλη καὶ τεθλιμμένη ἡ ὁδὸς ἡ ἀπάγουσα εἰς τὴν ζωήν. Καί· Ὅταν διώκω‐</w:t>
      </w:r>
    </w:p>
    <w:p>
      <w:r>
        <w:rPr>
          <w:rFonts w:ascii="Courier New" w:hAnsi="Courier New"/>
          <w:color w:val="555555"/>
          <w:sz w:val="20"/>
        </w:rPr>
        <w:t>[15]</w:t>
      </w:r>
    </w:p>
    <w:p>
      <w:r>
        <w:rPr>
          <w:rFonts w:ascii="Gentium Plus" w:hAnsi="Gentium Plus"/>
          <w:sz w:val="24"/>
        </w:rPr>
        <w:t>σιν ὑμᾶς ἐν τῇ πόλει ταύτῃ, φεύγετε εἰς τὴν ἑτέ‐ ραν. Καὶ ὅσα τούτοις ἐστὶ παραπλήσια. Συνῳδὰ δέ φησι καὶ ὁ θεῖος Ἀπόστολος· Πάντες οἱ θέλοντες ζῆν εὐσεβῶς ἐν Χριστῷ Ἰησοῦ, διωχθήσονται· πονηροὶ δὲ ἄν‐ θρωποι καὶ γόητες προκόψουσιν ἐπὶ τὸ χεῖρον, πλα‐</w:t>
      </w:r>
    </w:p>
    <w:p>
      <w:r>
        <w:rPr>
          <w:rFonts w:ascii="Courier New" w:hAnsi="Courier New"/>
          <w:color w:val="555555"/>
          <w:sz w:val="20"/>
        </w:rPr>
        <w:t>[20]</w:t>
      </w:r>
    </w:p>
    <w:p>
      <w:r>
        <w:rPr>
          <w:rFonts w:ascii="Gentium Plus" w:hAnsi="Gentium Plus"/>
          <w:sz w:val="24"/>
        </w:rPr>
        <w:t>νῶντες καὶ πλανώμενοι. Ταῦτα μὲν οὖν ἡμῖν παραψυχὴν ἐν τῇδε τῇ ζάλῃ παρέσχε μεγίστην. Ἐπειδὴ δὲ εἰκὸς καὶ μέχρι τῆς σῆς ἁγιωσύνης τὰς καθ’ ἡμῶν διαβῆναι συκοφαν‐ τίας, παρακαλῶ σου τὴν ὁσιότητα μηδ’ ὅλως ὑποσχεῖν ταῖς τῶν συκοφαντῶν ψευδολογίαις τὰς ἀκοάς. Ἐγὼ γὰρ οὐκ οἶδα</w:t>
      </w:r>
    </w:p>
    <w:p>
      <w:r>
        <w:rPr>
          <w:rFonts w:ascii="Courier New" w:hAnsi="Courier New"/>
          <w:color w:val="555555"/>
          <w:sz w:val="20"/>
        </w:rPr>
        <w:t>[25]</w:t>
      </w:r>
    </w:p>
    <w:p>
      <w:r>
        <w:rPr>
          <w:rFonts w:ascii="Gentium Plus" w:hAnsi="Gentium Plus"/>
          <w:sz w:val="24"/>
        </w:rPr>
        <w:t>μέχρι τοῦ παρόντος διδάξας εἰς δύο πιστεύειν υἱούς. Εἰς ἕνα γὰρ ἐδιδάχθην πιστεύειν Μονογενῆ τὸν Κύριον ἡμῶν Ἰησοῦν</w:t>
      </w:r>
    </w:p>
    <w:p>
      <w:r>
        <w:rPr>
          <w:rFonts w:ascii="Courier New" w:hAnsi="Courier New"/>
          <w:color w:val="555555"/>
          <w:sz w:val="20"/>
        </w:rPr>
        <w:t>[30]</w:t>
      </w:r>
    </w:p>
    <w:p>
      <w:r>
        <w:rPr>
          <w:rFonts w:ascii="Gentium Plus" w:hAnsi="Gentium Plus"/>
          <w:sz w:val="24"/>
        </w:rPr>
        <w:t>Χριστόν, καὶ οἱ τὴν ἐναντίαν τούτοις ὁδεύοντες καὶ μίαν φύσιν ἀποκαλοῦντες τὴν θεότητα τοῦ Δεσπότου Χριστοῦ καὶ τὴν ἀνθρωπότητα. Ἐναντίοι γὰρ ἀλλήλοις οὗτοι κρημνοί· μέση δὲ ἡ τῶν εὐαγγελικῶν δογμάτων ὁδός, τοῖς τῶν ἁγίων προφητῶν καὶ ἀποστόλων ἴχνεσι κοσμουμένη, καὶ τῶν μετὰ</w:t>
      </w:r>
    </w:p>
    <w:p>
      <w:r>
        <w:rPr>
          <w:rFonts w:ascii="Courier New" w:hAnsi="Courier New"/>
          <w:color w:val="555555"/>
          <w:sz w:val="20"/>
        </w:rPr>
        <w:t>[35]</w:t>
      </w:r>
    </w:p>
    <w:p>
      <w:r>
        <w:rPr>
          <w:rFonts w:ascii="Gentium Plus" w:hAnsi="Gentium Plus"/>
          <w:sz w:val="24"/>
        </w:rPr>
        <w:t>τούτους ἐν τῷ διδασκαλικῷ διαπρεψάντων χαρίσματι. Ἐβου‐ λόμην δὲ καὶ τὰς τούτων παραθεῖναι χρήσεις καὶ δεῖξαι τῷ ἡμετέρῳ μαρτυρούσας φρονήματι. Ἀλλὰ πλειόνων δεῖ μοι λό‐ γων ἢ κατὰ μέτρον ἐπιστολῆς. Οὗ δὴ χάριν ἐν κεφαλαίῳ γράψας, ἃ περὶ τῆς τοῦ Μονογενοῦς ἐνανθρωπήσεως μεμαθή‐</w:t>
      </w:r>
    </w:p>
    <w:p>
      <w:r>
        <w:rPr>
          <w:rFonts w:ascii="Courier New" w:hAnsi="Courier New"/>
          <w:color w:val="555555"/>
          <w:sz w:val="20"/>
        </w:rPr>
        <w:t>[40]</w:t>
      </w:r>
    </w:p>
    <w:p>
      <w:r>
        <w:rPr>
          <w:rFonts w:ascii="Gentium Plus" w:hAnsi="Gentium Plus"/>
          <w:sz w:val="24"/>
        </w:rPr>
        <w:t>καμεν, ἀπέστειλά σου τῇ κατὰ Θεὸν τελειότητι. Ἔγραψα δὲ οὐκ ἄλλοις προσφέρων διδασκαλίαν, ἀλλὰ πρὸς τὴν γεγενημέ‐ νην συκοφαντίαν ἀπολογίαν ποιούμενος καὶ τὸ ἐμαυτοῦ φρό‐ νημα τοῖς ἀγνοοῦσι τοῦτο δεικνύς. Ἀναγνοῦσα τοίνυν ἡ ἁγιω‐ σύνη σου, εἰ μὲν εὕροι τὰ γεγραμμένα τοῖς ἀποστολικοῖς</w:t>
      </w:r>
    </w:p>
    <w:p>
      <w:r>
        <w:rPr>
          <w:rFonts w:ascii="Courier New" w:hAnsi="Courier New"/>
          <w:color w:val="555555"/>
          <w:sz w:val="20"/>
        </w:rPr>
        <w:t>[45]</w:t>
      </w:r>
    </w:p>
    <w:p>
      <w:r>
        <w:rPr>
          <w:rFonts w:ascii="Gentium Plus" w:hAnsi="Gentium Plus"/>
          <w:sz w:val="24"/>
        </w:rPr>
        <w:t>συμβαίνοντα δόγμασι, τοῖς πρὸς ἡμᾶς ἀντιγράφοις βεβαιω‐ σάτω τὸ φρόνημα. Εἰ δέ τι τῶν ἐγκειμένων τῇ διδασκαλίᾳ τῇ θείᾳ μὴ συμφωνεῖ, καὶ τοῦτο μαθεῖν παρὰ τῆς σῆς ὁσιότητος ἀξιῶ. Καὶ γὰρ πολὺν ἐν τῇ διδασκαλίᾳ καταναλώσαντες χρό‐ νον, ἔτι δεόμεθα τοῦ διδάσκοντος. Ἐκ μέρους γὰρ, φησὶν</w:t>
      </w:r>
    </w:p>
    <w:p>
      <w:r>
        <w:rPr>
          <w:rFonts w:ascii="Courier New" w:hAnsi="Courier New"/>
          <w:color w:val="555555"/>
          <w:sz w:val="20"/>
        </w:rPr>
        <w:t>[109 (50)]</w:t>
      </w:r>
    </w:p>
    <w:p>
      <w:r>
        <w:rPr>
          <w:rFonts w:ascii="Gentium Plus" w:hAnsi="Gentium Plus"/>
          <w:sz w:val="24"/>
        </w:rPr>
        <w:t>ὁ θεῖος Ἀπόστολος, γινώσκομεν. Ἠκούσαμεν δὲ αὐτοῦ πάλιν λέγοντος· Εἰ δέ τις δοκεῖ ἐγνωκέναι τι, οὐδέπω</w:t>
      </w:r>
    </w:p>
    <w:p>
      <w:r>
        <w:rPr>
          <w:rFonts w:ascii="Courier New" w:hAnsi="Courier New"/>
          <w:color w:val="555555"/>
          <w:sz w:val="20"/>
        </w:rPr>
        <w:t>[55]</w:t>
      </w:r>
    </w:p>
    <w:p>
      <w:r>
        <w:rPr>
          <w:rFonts w:ascii="Gentium Plus" w:hAnsi="Gentium Plus"/>
          <w:sz w:val="24"/>
        </w:rPr>
        <w:t>Τούτων γὰρ δὴ χάριν καὶ οἱ θεοφιλέστατοι ἐπίσκοποι, καὶ τῶν τῆς ὁδοιπορίας πόνων καὶ τῆς χειμερινῆς καταφρονή‐ σαντες ὥρας, ἐπὶ τὴν βασιλεύουσαν ὥρμησαν πόλιν, λύσιν τινὰ πορίσαι τῷ κλύδωνι μηχανώμενοι. Καὶ αὐτοὺς τοίνυν ἐφοδιάσαι ταῖς προσευχαῖς, καὶ ἡμᾶς ταύταις ἐρεῖσαι παρα‐</w:t>
      </w:r>
    </w:p>
    <w:p>
      <w:r>
        <w:rPr>
          <w:rFonts w:ascii="Courier New" w:hAnsi="Courier New"/>
          <w:color w:val="555555"/>
          <w:sz w:val="20"/>
        </w:rPr>
        <w:t>[60]</w:t>
      </w:r>
    </w:p>
    <w:p>
      <w:r>
        <w:rPr>
          <w:rFonts w:ascii="Gentium Plus" w:hAnsi="Gentium Plus"/>
          <w:sz w:val="24"/>
        </w:rPr>
        <w:t>κλήθητι, δέσποτα.</w:t>
      </w:r>
    </w:p>
    <w:p>
      <w:pPr>
        <w:jc w:val="center"/>
      </w:pPr>
      <w:r>
        <w:rPr>
          <w:rFonts w:ascii="Gentium Plus" w:hAnsi="Gentium Plus"/>
          <w:b/>
          <w:sz w:val="24"/>
        </w:rPr>
        <w:t>ΔΟΜΝῼ ΕΠΙΣΚΟΠῼ ΑΝΤΙΟΧΕΙΑΣ.</w:t>
      </w:r>
    </w:p>
    <w:p>
      <w:r>
        <w:rPr>
          <w:rFonts w:ascii="Courier New" w:hAnsi="Courier New"/>
          <w:color w:val="555555"/>
          <w:sz w:val="20"/>
        </w:rPr>
        <w:t>[1]</w:t>
      </w:r>
    </w:p>
    <w:p>
      <w:r>
        <w:rPr>
          <w:rFonts w:ascii="Gentium Plus" w:hAnsi="Gentium Plus"/>
          <w:sz w:val="24"/>
        </w:rPr>
        <w:t>Ἀναγνοὺς τὰ γράμματα τῆς μακαριωτάτης ἀνεμνήσθην Σουσάννης, ἣ τοὺς ἀλάστορας ἐκείνους ὁρῶσα καὶ τὸν τῶν ὅλων θεὸν παρεῖναι πιστεύουσα, τὴν θαυμασίαν ἐκείνην ἀφῆκε φωνήν· Στενά μοι πάντοθεν. Ἀλλ’ ὅμως εἵλετο μᾶλλον</w:t>
      </w:r>
    </w:p>
    <w:p>
      <w:r>
        <w:rPr>
          <w:rFonts w:ascii="Courier New" w:hAnsi="Courier New"/>
          <w:color w:val="555555"/>
          <w:sz w:val="20"/>
        </w:rPr>
        <w:t>[5]</w:t>
      </w:r>
    </w:p>
    <w:p>
      <w:r>
        <w:rPr>
          <w:rFonts w:ascii="Gentium Plus" w:hAnsi="Gentium Plus"/>
          <w:sz w:val="24"/>
        </w:rPr>
        <w:t>ταῖς τῆς συκοφαντίας πάγαις περιπεσεῖν, ἢ τοῦ δικαίου καταφρονῆσαι κριτοῦ. Καὶ νῦν δέσποτα, δύο πρόκειται. Τοῦτο δὲ πολλάκις εἰρήκαμεν· ἢ Θεῷ προσκροῦσαι, καὶ βλάψαι τὸ συνειδός, ἢ ταῖς ἀδίκοις τῶν ἀνθρώπων ψήφοις περιπεσεῖν. Ἐμοὶ δὲ οὐδὲ δοκεῖ τούτων εἰδέναι τι τὸν εὐσεβέστατον</w:t>
      </w:r>
    </w:p>
    <w:p>
      <w:r>
        <w:rPr>
          <w:rFonts w:ascii="Courier New" w:hAnsi="Courier New"/>
          <w:color w:val="555555"/>
          <w:sz w:val="20"/>
        </w:rPr>
        <w:t>[10]</w:t>
      </w:r>
    </w:p>
    <w:p>
      <w:r>
        <w:rPr>
          <w:rFonts w:ascii="Gentium Plus" w:hAnsi="Gentium Plus"/>
          <w:sz w:val="24"/>
        </w:rPr>
        <w:t>βασιλέα. Τί γὰρ ἐκώλυσεν αὐτὸν γράψαι, καὶ ἐπιτρέψαι τὴν χειροτονίαν γενέσθαι, εἴπερ ἀληθῶς αὐτὸν ἐθεράπευε τοῦτο; Τί δήποτε δὲ ἔξωθεν ἀπειλοῦσι καὶ δεδίττονται, γράμματα δὲ προφανῶς τοῦτο κελεύοντα οὐ πέμπουσιν; Δυοῖν γὰρ θάτερον, ἢ οὐ πείθεται γράψαι ὁ εὐσεβέστατος βασιλεύς, ἢ κατασκευά‐</w:t>
      </w:r>
    </w:p>
    <w:p>
      <w:r>
        <w:rPr>
          <w:rFonts w:ascii="Courier New" w:hAnsi="Courier New"/>
          <w:color w:val="555555"/>
          <w:sz w:val="20"/>
        </w:rPr>
        <w:t>[15]</w:t>
      </w:r>
    </w:p>
    <w:p>
      <w:r>
        <w:rPr>
          <w:rFonts w:ascii="Gentium Plus" w:hAnsi="Gentium Plus"/>
          <w:sz w:val="24"/>
        </w:rPr>
        <w:t>ζουσι παρανομῆσαι ἡμᾶς καὶ δίκας ὑπ’ αὐτῶν ὕστερον τῆς παρανομίας ἀπαιτηθῆναι. Πρόκειται γὰρ ἡμῖν τὸ κατὰ τὸν μακάριον Πριγκίπιον ὑπόδειγμα· ἐκεῖ γὰρ καὶ ἐγγράφως κελεύ‐ σαντες, δίκας ἀπῄτουν τὸν ὑπακούσαντα. Ἃ δὲ ἀνέγνων κατ’ αὐτὴν τὴν ἡμέραν, καθ’ ἣν ὁ λεκτικά‐</w:t>
      </w:r>
    </w:p>
    <w:p>
      <w:r>
        <w:rPr>
          <w:rFonts w:ascii="Courier New" w:hAnsi="Courier New"/>
          <w:color w:val="555555"/>
          <w:sz w:val="20"/>
        </w:rPr>
        <w:t>[20]</w:t>
      </w:r>
    </w:p>
    <w:p>
      <w:r>
        <w:rPr>
          <w:rFonts w:ascii="Gentium Plus" w:hAnsi="Gentium Plus"/>
          <w:sz w:val="24"/>
        </w:rPr>
        <w:t>ριος ἀφίκετο, γράμματα, ἐναντία τούτοις ἐστίν. Ἅγιος γάρ τις μονάζων τῶν ἐπισήμων ἔγραψε πρός τινα, ὡς ἐδέξατο γράμματα καὶ τοῦ μεγαλοπρεπεστάτου σπαθαρίου, καὶ τοῦ ἐνδοξοτάτου ἀπὸ μαγίστρων, σημαίνοντα ὡς διορθώσεως τεύ‐ ξεται τὰ κατὰ τὸν θεοφιλέστατον ἐπίσκοπον τὸν κύριον Εἰρη‐</w:t>
      </w:r>
    </w:p>
    <w:p>
      <w:r>
        <w:rPr>
          <w:rFonts w:ascii="Courier New" w:hAnsi="Courier New"/>
          <w:color w:val="555555"/>
          <w:sz w:val="20"/>
        </w:rPr>
        <w:t>[25]</w:t>
      </w:r>
    </w:p>
    <w:p>
      <w:r>
        <w:rPr>
          <w:rFonts w:ascii="Gentium Plus" w:hAnsi="Gentium Plus"/>
          <w:sz w:val="24"/>
        </w:rPr>
        <w:t>ναῖον· καὶ ταύτης γε τῆς σπουδῆς ἀντιδόσεις ἀπῄτουν τὰς ὑπὲρ αὐτῶν προσευχάς. Ἐγὼ τοίνυν νομίζω χρῆναι γραφῆναι πρὸς τοὺς γεγραφότας ἀπὸ τῆς βασιλευούσης πόλεως κληρικούς, ὅτι ψήφῳ μὲν τῶν τῆς Φοινίκης θεοφιλεστάτων ἐπισκόπων πεισθείς, ἐχει‐</w:t>
      </w:r>
    </w:p>
    <w:p>
      <w:r>
        <w:rPr>
          <w:rFonts w:ascii="Courier New" w:hAnsi="Courier New"/>
          <w:color w:val="555555"/>
          <w:sz w:val="20"/>
        </w:rPr>
        <w:t>[30]</w:t>
      </w:r>
    </w:p>
    <w:p>
      <w:r>
        <w:rPr>
          <w:rFonts w:ascii="Gentium Plus" w:hAnsi="Gentium Plus"/>
          <w:sz w:val="24"/>
        </w:rPr>
        <w:t>ροτόνησα τὸν θεοφιλέστατον ἐπίσκοπον Εἰρηναῖον· τόν τε ζῆλον καὶ τὴν μεγαλοψυχίαν καὶ τὴν φιλοπτωχείαν καὶ τὰς ἄλλας αὐτῷ συνειδὼς ἀρετάς, καὶ πρὸς τούτοις, τὴν τῶν δογ‐ μάτων ὀρθότητα. Οὐκ οἴδαμεν γὰρ αὐτὸν παραιτησάμενον πώποτε Θεοτόκον καλέσαι τὴν ἁγίαν Παρθένον, ἢ ἄλλο τι</w:t>
      </w:r>
    </w:p>
    <w:p>
      <w:r>
        <w:rPr>
          <w:rFonts w:ascii="Courier New" w:hAnsi="Courier New"/>
          <w:color w:val="555555"/>
          <w:sz w:val="20"/>
        </w:rPr>
        <w:t>[35]</w:t>
      </w:r>
    </w:p>
    <w:p>
      <w:r>
        <w:rPr>
          <w:rFonts w:ascii="Gentium Plus" w:hAnsi="Gentium Plus"/>
          <w:sz w:val="24"/>
        </w:rPr>
        <w:t>ἐναντίον φρονήσαντα τοῖς εὐαγγελικοῖς δόγμασιν. Εἰς δὲ τὸ τῆς διγαμίας, τοῖς πρὸ ἡμῶν ἠκολουθήσαμεν. Καὶ γὰρ ὁ τῆς μακαρίας καὶ ὁσίας μνήμης Ἀλέξανδρος, ὁ τὸν ἀποστολικὸν τοῦτον διακοσμήσας θρόνον, σὺν τῷ μακαριωτάτῳ Ἀκακίῳ τῷ Βεροίας ἐπισκόπῳ, τὸν τῆς μακαρίας μνήμης Διογένην ἐχει‐</w:t>
      </w:r>
    </w:p>
    <w:p>
      <w:r>
        <w:rPr>
          <w:rFonts w:ascii="Courier New" w:hAnsi="Courier New"/>
          <w:color w:val="555555"/>
          <w:sz w:val="20"/>
        </w:rPr>
        <w:t>[40]</w:t>
      </w:r>
    </w:p>
    <w:p>
      <w:r>
        <w:rPr>
          <w:rFonts w:ascii="Gentium Plus" w:hAnsi="Gentium Plus"/>
          <w:sz w:val="24"/>
        </w:rPr>
        <w:t>ροτόνησαν δίγαμον ὄντα· ὡσαύτως δὲ καὶ ὁ μακάριος Πραύ‐ λιος Δομνῖνον τὸν Καισαρείας δίγαμον ὄντα. Ἔθει τοίνυν</w:t>
      </w:r>
    </w:p>
    <w:p>
      <w:r>
        <w:rPr>
          <w:rFonts w:ascii="Courier New" w:hAnsi="Courier New"/>
          <w:color w:val="555555"/>
          <w:sz w:val="20"/>
        </w:rPr>
        <w:t>[45]</w:t>
      </w:r>
    </w:p>
    <w:p>
      <w:r>
        <w:rPr>
          <w:rFonts w:ascii="Gentium Plus" w:hAnsi="Gentium Plus"/>
          <w:sz w:val="24"/>
        </w:rPr>
        <w:t>ἐπίσκοπος, καὶ αὐτὸς τὴν χειροτονίαν ἐδέξατο, καὶ ἔγραψεν ἐπαινῶν καὶ θαυμάζων. Ὡσαύτως δὲ καὶ οἱ πρωτεύοντες τῆς Ποντικῆς διοικήσεως θεοφιλέστατοι ἐπίσκοποι, καὶ οἱ Παλαι‐ στῖνοι πάντες, καὶ οὐδεμία ἀμφιβολία περὶ τούτου γεγένηται· καὶ δυσσεβὲς νομίζομεν τὸ κατακρῖναι ἄνδρα πολλοῖς καὶ</w:t>
      </w:r>
    </w:p>
    <w:p>
      <w:r>
        <w:rPr>
          <w:rFonts w:ascii="Courier New" w:hAnsi="Courier New"/>
          <w:color w:val="555555"/>
          <w:sz w:val="20"/>
        </w:rPr>
        <w:t>[110 (50)]</w:t>
      </w:r>
    </w:p>
    <w:p>
      <w:r>
        <w:rPr>
          <w:rFonts w:ascii="Gentium Plus" w:hAnsi="Gentium Plus"/>
          <w:sz w:val="24"/>
        </w:rPr>
        <w:t>παντοδαποῖς κατορθώμασι λαμπρυνόμενον. Ταῦτα καὶ τὰ τοιαῦτα κατὰ τὴν ἐμὴν γνώμην δεῖ γράψαι. Εἰ δὲ ἄλλο τι συνορᾷ σου ἡ ἁγιότης, τὸ δοκοῦν γινέσθω. Ἐγὼ γὰρ καὶ τὴν μίαν, ὡς νομίζουσι, τιμωρίαν δεξάμενος, ἕτοιμός εἰμι, τοῦ Θεοῦ μοι βοηθοῦντος, δέξασθαι καὶ τὴν ἄλλην. Εἰ</w:t>
      </w:r>
    </w:p>
    <w:p>
      <w:r>
        <w:rPr>
          <w:rFonts w:ascii="Courier New" w:hAnsi="Courier New"/>
          <w:color w:val="555555"/>
          <w:sz w:val="20"/>
        </w:rPr>
        <w:t>[55]</w:t>
      </w:r>
    </w:p>
    <w:p>
      <w:r>
        <w:rPr>
          <w:rFonts w:ascii="Gentium Plus" w:hAnsi="Gentium Plus"/>
          <w:sz w:val="24"/>
        </w:rPr>
        <w:t>δὲ καὶ τρίτην βούλονται, καὶ τετάρτην, τῆς θείας χάριτος ἐπερειδούσης οἴσομεν, τὸν Δεσπότην ὑμνοῦντες· εἰ δὲ δοκι‐ μάζει σου ἡ ὁσιότης, ἴδωμεν καὶ τὰς ἀπὸ Παλαιστίνης ἀποκρί‐ σεις· καὶ ἀκριβέστερον τὸ πρακτέον σκοπήσαντες, οὕτω καὶ γράψωμεν εἰς Κωνσταντινούπολιν.</w:t>
      </w:r>
    </w:p>
    <w:p>
      <w:pPr>
        <w:jc w:val="center"/>
      </w:pPr>
      <w:r>
        <w:rPr>
          <w:rFonts w:ascii="Gentium Plus" w:hAnsi="Gentium Plus"/>
          <w:b/>
          <w:sz w:val="24"/>
        </w:rPr>
        <w:t>ΑΝΑΤΟΛΙῼ ΠΑΤΡΙΚΙῼ.</w:t>
      </w:r>
    </w:p>
    <w:p>
      <w:r>
        <w:rPr>
          <w:rFonts w:ascii="Courier New" w:hAnsi="Courier New"/>
          <w:color w:val="555555"/>
          <w:sz w:val="20"/>
        </w:rPr>
        <w:t>[1]</w:t>
      </w:r>
    </w:p>
    <w:p>
      <w:r>
        <w:rPr>
          <w:rFonts w:ascii="Gentium Plus" w:hAnsi="Gentium Plus"/>
          <w:sz w:val="24"/>
        </w:rPr>
        <w:t>Ἡ μὲν ὑμετέρα μεγαλοφυΐα τῶν εἰς ἡμᾶς εὐεργεσιῶν παρὰ τοῦ Θεοῦ τῶν ὅλων κομιεῖται τὰς ἀντιδόσεις. Πᾶν γὰρ ὁτιοῦν αὐτοῦ χάριν γιγνόμενον, μισθὸν ἔχει συνεζευγμένον. Ἐγὼ</w:t>
      </w:r>
    </w:p>
    <w:p>
      <w:r>
        <w:rPr>
          <w:rFonts w:ascii="Courier New" w:hAnsi="Courier New"/>
          <w:color w:val="555555"/>
          <w:sz w:val="20"/>
        </w:rPr>
        <w:t>[5]</w:t>
      </w:r>
    </w:p>
    <w:p>
      <w:r>
        <w:rPr>
          <w:rFonts w:ascii="Gentium Plus" w:hAnsi="Gentium Plus"/>
          <w:sz w:val="24"/>
        </w:rPr>
        <w:t>τερον αἰκιζόμενα σώματα τῆς ὀδύνης οὐκ ἐπαισθάνεται, νεκρωθείσης λοιπὸν τῆς αἰκιζομένης σαρκός. Θρηνῶ δὲ ὅμως τὰ ἀθυρώτατα στόματα ψευδολογίας προφέροντα· τί γὰρ παρ’ ἡμῶν ἀδικηθέντες οἱ τοῦ θεοφιλεστάτου ἐπισκόπου Ἴβα κατή‐ γοροι ταύταις καθ’ ἡμῶν ταῖς ψευδολογίαις ἐχρήσαντο; Πρῶ‐</w:t>
      </w:r>
    </w:p>
    <w:p>
      <w:r>
        <w:rPr>
          <w:rFonts w:ascii="Courier New" w:hAnsi="Courier New"/>
          <w:color w:val="555555"/>
          <w:sz w:val="20"/>
        </w:rPr>
        <w:t>[10]</w:t>
      </w:r>
    </w:p>
    <w:p>
      <w:r>
        <w:rPr>
          <w:rFonts w:ascii="Gentium Plus" w:hAnsi="Gentium Plus"/>
          <w:sz w:val="24"/>
        </w:rPr>
        <w:t>τον μὲν γὰρ οὐδὲ τῶν κριτῶν ἤμην ἐγώ· κατὰ γὰρ τὴν βασιλι‐ κὴν ψῆφον ἐν τῇ Κύρρῳ διῆγον. Ἔπειτα δέ, ὡς παρὰ πολλῶν ἀκήκοα, καὶ δυσχεραίνοντες διετέλουν τὴν ἡμετέραν ἀπόλει‐ ψιν· καὶ γὰρ τῆς μυστικῆς αὐτοὺς ἐν τῷ σωτηρίῳ Πάσχα μεταλαχεῖν κοινωνίας ἐγὼ παρεσκεύασα· καὶ πολλάκις ἡμῖν</w:t>
      </w:r>
    </w:p>
    <w:p>
      <w:r>
        <w:rPr>
          <w:rFonts w:ascii="Courier New" w:hAnsi="Courier New"/>
          <w:color w:val="555555"/>
          <w:sz w:val="20"/>
        </w:rPr>
        <w:t>[15]</w:t>
      </w:r>
    </w:p>
    <w:p>
      <w:r>
        <w:rPr>
          <w:rFonts w:ascii="Gentium Plus" w:hAnsi="Gentium Plus"/>
          <w:sz w:val="24"/>
        </w:rPr>
        <w:t>συντυχεῖν ἐθελήσαντας εὐμενῶς ἐδεξάμην, καὶ εἰσηγησάμην ἅπερ ἐχρῆν. Ἵνα δὲ καὶ ὑπὲρ τοῦ θεοφιλεστάτου ἐπισκόπου τοῦ κυρίου Δόμνου ἀπολογήσωμαι, τί ἔδει πρᾶξαι τὸν οὕτω φανερῶς πολεμούμενον, καὶ θεώμενον τοὺς ψήφῳ συνοδικῇ καθαιρουμένους εἰς ἑτέραν διοίκησιν πεμπομένους, καὶ παρὰ</w:t>
      </w:r>
    </w:p>
    <w:p>
      <w:r>
        <w:rPr>
          <w:rFonts w:ascii="Courier New" w:hAnsi="Courier New"/>
          <w:color w:val="555555"/>
          <w:sz w:val="20"/>
        </w:rPr>
        <w:t>[20]</w:t>
      </w:r>
    </w:p>
    <w:p>
      <w:r>
        <w:rPr>
          <w:rFonts w:ascii="Gentium Plus" w:hAnsi="Gentium Plus"/>
          <w:sz w:val="24"/>
        </w:rPr>
        <w:t>τοὺς ἐκκλησιαστικοὺς θεσμοὺς τὴν ἱερωσύνην ἀπολαμβάνον‐ τας, καὶ τὰ σεπτὰ καὶ θεῖα παρὰ τῶν ἐχθρῶν τῆς ἀληθείας γελώμενά τε καὶ κωμῳδούμενα; Τούτου χάριν, ὡς ἔγνω, τὴν κρίσιν ἑτέροις παρέπεμψε, καὶ οὐ μόνον τῷ θεοφιλεστάτῳ τῷ κυρίῳ Ἴβᾳ, ἀλλὰ καὶ τῷ ἁγιωτάτῳ ἐπισκόπῳ τῷ κυρίῳ Συμεῶνι</w:t>
      </w:r>
    </w:p>
    <w:p>
      <w:r>
        <w:rPr>
          <w:rFonts w:ascii="Courier New" w:hAnsi="Courier New"/>
          <w:color w:val="555555"/>
          <w:sz w:val="20"/>
        </w:rPr>
        <w:t>[25]</w:t>
      </w:r>
    </w:p>
    <w:p>
      <w:r>
        <w:rPr>
          <w:rFonts w:ascii="Gentium Plus" w:hAnsi="Gentium Plus"/>
          <w:sz w:val="24"/>
        </w:rPr>
        <w:t>τῷ Ἀμίδης, ὥστε τῶν δύο ἐπαρχιῶν τοὺς μητροπολίτας δια‐ κοῦσαι τῶν ὑποθέσεων. Πῶς δὲ δίκαιον τοὺς αὐτοὺς ὠμότητα</w:t>
      </w:r>
    </w:p>
    <w:p>
      <w:r>
        <w:rPr>
          <w:rFonts w:ascii="Courier New" w:hAnsi="Courier New"/>
          <w:color w:val="555555"/>
          <w:sz w:val="20"/>
        </w:rPr>
        <w:t>[30]</w:t>
      </w:r>
    </w:p>
    <w:p>
      <w:r>
        <w:rPr>
          <w:rFonts w:ascii="Gentium Plus" w:hAnsi="Gentium Plus"/>
          <w:sz w:val="24"/>
        </w:rPr>
        <w:t>μὲν ἄλλαι διοικήσεις ἐν ἡσυχίᾳ διάγουσιν· ἡμεῖς δὲ μόνοι τοῖς συκοφάνταις προκείμεθα· ἐγὼ δὲ διαφερόντως, καίτοι μήτε συνδικάσας, καὶ παντελῶς ἀνεύθυνος ὤν. Ταῦτα ἠναγκάσθην γράψαι τοῖς τοῦ ὑμετέρου μεγέθους γράμμασιν ἐντυχὼν καὶ μαθὼν δι’ αὐτῶν, ὡς καὶ διὰ ταῦτα</w:t>
      </w:r>
    </w:p>
    <w:p>
      <w:r>
        <w:rPr>
          <w:rFonts w:ascii="Courier New" w:hAnsi="Courier New"/>
          <w:color w:val="555555"/>
          <w:sz w:val="20"/>
        </w:rPr>
        <w:t>[35]</w:t>
      </w:r>
    </w:p>
    <w:p>
      <w:r>
        <w:rPr>
          <w:rFonts w:ascii="Gentium Plus" w:hAnsi="Gentium Plus"/>
          <w:sz w:val="24"/>
        </w:rPr>
        <w:t>κίνησις μεγίστη γέγονε καθ’ ἡμῶν, ἀνδρῶν περιορισθέντων, καὶ ἡσυχίαν ἀγόντων, καὶ οὐδὲ τοῖς τῆς ἐπαρχίας θεοφιλεστά‐ τοις ἐπισκόποις συνεδρευόντων. Τῷ ὄντι γὰρ δὶς ἤδη χειρο‐ τονίας ἐπισκοπικῆς ἐν τῇ ἐπαρχίᾳ τῇ ἡμετέρᾳ γεγενημένης, οὐδεμιᾶς ἐκοινώνησα. Εἰ δὲ μὴ τῷ βασιλικῷ κατειχόμην νόμῳ,</w:t>
      </w:r>
    </w:p>
    <w:p>
      <w:r>
        <w:rPr>
          <w:rFonts w:ascii="Courier New" w:hAnsi="Courier New"/>
          <w:color w:val="555555"/>
          <w:sz w:val="20"/>
        </w:rPr>
        <w:t>[40]</w:t>
      </w:r>
    </w:p>
    <w:p>
      <w:r>
        <w:rPr>
          <w:rFonts w:ascii="Gentium Plus" w:hAnsi="Gentium Plus"/>
          <w:sz w:val="24"/>
        </w:rPr>
        <w:t>ἄρα ἂν ἀπέστην, καί τινα καταλαβὼν ἐσχατίαν, ἐκεῖ τὰς λει‐ πομένας ἡμέρας διήγαγον. Ἀπείρηκα γὰρ πρὸς τὰ κατ’ ἐμοῦ τυρευόμενα. Καὶ γὰρ τούτους αὐτοὺς τοὺς Ἐδεσηνοὺς οὐκ οἶμαι αὐτομάτους ταύτην καθ’ ἡμῶν τὴν συκοφαντίαν ὑφῆναι, ἀλλ’ ὑπὸ τῶν αὐτόθι φιλαλήθων ἀνθρώπων ταῦτα καθ’ ἡμῶν</w:t>
      </w:r>
    </w:p>
    <w:p>
      <w:r>
        <w:rPr>
          <w:rFonts w:ascii="Courier New" w:hAnsi="Courier New"/>
          <w:color w:val="555555"/>
          <w:sz w:val="20"/>
        </w:rPr>
        <w:t>[45]</w:t>
      </w:r>
    </w:p>
    <w:p>
      <w:r>
        <w:rPr>
          <w:rFonts w:ascii="Gentium Plus" w:hAnsi="Gentium Plus"/>
          <w:sz w:val="24"/>
        </w:rPr>
        <w:t>διδαχθῆναι. Καὶ χάρις τῷ Σωτῆρι τῶν ὅλων, ὅτι με ἀνάξιον ὄντα τῶν εὐαγγελικῶν ἠξίωσε μακαρισμῶν. Διά τοι τοῦτο καὶ τὸν περιορισμὸν μεθ’ ἡδονῆς ἐδεξάμην καὶ τὴν ἐξορίαν προσ‐ δέχομαι· καὶ πᾶν ὅπερ ἂν ἐπαγαγεῖν ἐθέλωσιν, ἀσπαστῶς δέχομαι διὰ τὴν ἀποκειμένην ἐλπίδα. Τῆς δὲ ὑμετέρας μεγα‐</w:t>
      </w:r>
    </w:p>
    <w:p>
      <w:r>
        <w:rPr>
          <w:rFonts w:ascii="Courier New" w:hAnsi="Courier New"/>
          <w:color w:val="555555"/>
          <w:sz w:val="20"/>
        </w:rPr>
        <w:t>[111 (50)]</w:t>
      </w:r>
    </w:p>
    <w:p>
      <w:r>
        <w:rPr>
          <w:rFonts w:ascii="Gentium Plus" w:hAnsi="Gentium Plus"/>
          <w:sz w:val="24"/>
        </w:rPr>
        <w:t>λοφυΐας διηνεκῶς ὑπερεύχομαι καὶ τοὺς ἁγίους ἅπαντας κοινωνεῖν μοι τῶν εὐχῶν ἱκετεύω.</w:t>
      </w:r>
    </w:p>
    <w:p>
      <w:pPr>
        <w:jc w:val="center"/>
      </w:pPr>
      <w:r>
        <w:rPr>
          <w:rFonts w:ascii="Gentium Plus" w:hAnsi="Gentium Plus"/>
          <w:b/>
          <w:sz w:val="24"/>
        </w:rPr>
        <w:t>ΔΟΜΝῼ ΕΠΙΣΚΟΠῼ ΑΝΤΙΟΧΕΙΑΣ.</w:t>
      </w:r>
    </w:p>
    <w:p>
      <w:r>
        <w:rPr>
          <w:rFonts w:ascii="Courier New" w:hAnsi="Courier New"/>
          <w:color w:val="555555"/>
          <w:sz w:val="20"/>
        </w:rPr>
        <w:t>[1]</w:t>
      </w:r>
    </w:p>
    <w:p>
      <w:r>
        <w:rPr>
          <w:rFonts w:ascii="Gentium Plus" w:hAnsi="Gentium Plus"/>
          <w:sz w:val="24"/>
        </w:rPr>
        <w:t>Ἠλπίσαμεν πεπαῦσθαι τὰ σκυθρωπά, τινῶν ἡμῖν μεμηνυ‐ κότων ὡς ἐσβέσθη μὲν ἡ τοῦ καλλινίκου βασιλέως μικροψυχία,</w:t>
      </w:r>
    </w:p>
    <w:p>
      <w:r>
        <w:rPr>
          <w:rFonts w:ascii="Courier New" w:hAnsi="Courier New"/>
          <w:color w:val="555555"/>
          <w:sz w:val="20"/>
        </w:rPr>
        <w:t>[5]</w:t>
      </w:r>
    </w:p>
    <w:p>
      <w:r>
        <w:rPr>
          <w:rFonts w:ascii="Gentium Plus" w:hAnsi="Gentium Plus"/>
          <w:sz w:val="24"/>
        </w:rPr>
        <w:t>τῶν Ἐκκλησιῶν ἐπανῆλθεν εἰρήνη. Τὰ δὲ νῦν παρὰ τῆς σῆς ὁσιότητος γραφέντα σφόδρα ἡμᾶς ἠνίασεν. Οὐδὲν γὰρ ἔστιν ἐκ τῆς θρυλουμένης συνόδου προσδοκῆσαι χρηστόν, εἰ μὴ ἄρα ὁ φιλάνθρωπος Δεσπότης, τῇ συνήθει κηδεμονίᾳ χρησάμενος, τῶν ταραχωδῶν δαιμόνων διαλύσει τὰς μηχανάς. Καὶ γὰρ ἐν</w:t>
      </w:r>
    </w:p>
    <w:p>
      <w:r>
        <w:rPr>
          <w:rFonts w:ascii="Courier New" w:hAnsi="Courier New"/>
          <w:color w:val="555555"/>
          <w:sz w:val="20"/>
        </w:rPr>
        <w:t>[10]</w:t>
      </w:r>
    </w:p>
    <w:p>
      <w:r>
        <w:rPr>
          <w:rFonts w:ascii="Gentium Plus" w:hAnsi="Gentium Plus"/>
          <w:sz w:val="24"/>
        </w:rPr>
        <w:t>τῇ μεγάλῃ συνόδῳ, τῇ ἐν Νικαίᾳ συναθροισθείσῃ φημί, συνε‐ ψηφίσαντο μὲν τοῖς ὀρθοδόξοις οἱ τῆς Ἀρείου συμμορίας καὶ τῇ ἀποστολικῇ διὰ τῶν χειρῶν ἐκθέσει συνέθεντο. Διετέλεσαν δὲ τῇ ἀληθείᾳ πολεμοῦντες, ἕως τὸ σῶμα τῆς Ἐκκλησίας διέρρηξαν. Καὶ τριάκοντα μὲν ἔτη διετέλεσαν κοινωνοῦντες</w:t>
      </w:r>
    </w:p>
    <w:p>
      <w:r>
        <w:rPr>
          <w:rFonts w:ascii="Courier New" w:hAnsi="Courier New"/>
          <w:color w:val="555555"/>
          <w:sz w:val="20"/>
        </w:rPr>
        <w:t>[15]</w:t>
      </w:r>
    </w:p>
    <w:p>
      <w:r>
        <w:rPr>
          <w:rFonts w:ascii="Gentium Plus" w:hAnsi="Gentium Plus"/>
          <w:sz w:val="24"/>
        </w:rPr>
        <w:t>ἀλλήλοις, οἵ τε τῶν ἀποστολικῶν ἀντεχόμενοι δογμάτων καὶ οἱ τὴν Ἀρείου βλασφημίαν νοσοῦντες. Ἐν Ἀντιοχείᾳ δὲ τῆς ἐσχάτης συνόδου γεγενημένης, ὅτε τὸν τοῦ Θεοῦ ἄνθρωπον τὸν μέγαν Μελέτιον τοῖς ἀποστολικοῖς ἐκείνοις ἐνίδρυσαν θώκοις, εἶτα μετ’ ὀλίγας αὐτὸν ἡμέρας διὰ τῆς βασιλικῆς</w:t>
      </w:r>
    </w:p>
    <w:p>
      <w:r>
        <w:rPr>
          <w:rFonts w:ascii="Courier New" w:hAnsi="Courier New"/>
          <w:color w:val="555555"/>
          <w:sz w:val="20"/>
        </w:rPr>
        <w:t>[20]</w:t>
      </w:r>
    </w:p>
    <w:p>
      <w:r>
        <w:rPr>
          <w:rFonts w:ascii="Gentium Plus" w:hAnsi="Gentium Plus"/>
          <w:sz w:val="24"/>
        </w:rPr>
        <w:t>ἐξέβαλον δυναστείας, προεβλήθη μὲν Εὐζώιος προφανῆ τὴν Ἀρείου περικείμενος λύμην, ἀπέστησαν δὲ παραυτίκα οἱ τῶν εὐαγγελικῶν δογμάτων ὑπερασπίζοντες, καὶ ἐξ ἐκείνου μεμέ‐ νηκεν ἡ διαίρεσις. Εἰς ἐκεῖνα ἀφορῶσα καὶ τὰ ὅμοια προορῶσα ἡ ἀθλία ψυχή</w:t>
      </w:r>
    </w:p>
    <w:p>
      <w:r>
        <w:rPr>
          <w:rFonts w:ascii="Courier New" w:hAnsi="Courier New"/>
          <w:color w:val="555555"/>
          <w:sz w:val="20"/>
        </w:rPr>
        <w:t>[25]</w:t>
      </w:r>
    </w:p>
    <w:p>
      <w:r>
        <w:rPr>
          <w:rFonts w:ascii="Gentium Plus" w:hAnsi="Gentium Plus"/>
          <w:sz w:val="24"/>
        </w:rPr>
        <w:t>μου στένει καὶ ὀδύρεται, οὐδὲν καραδοκοῦσα χρηστόν. Οὐδὲ γὰρ ἴσασιν οἱ ἐκ τῶν ἄλλων διοικήσεων τὸν ἐγκείμενον τοῖς δώδεκα κεφαλαίοις ἰόν· ἀλλὰ τῇ περιφανείᾳ τοῦ ταῦτα γεγρα‐</w:t>
      </w:r>
    </w:p>
    <w:p>
      <w:r>
        <w:rPr>
          <w:rFonts w:ascii="Courier New" w:hAnsi="Courier New"/>
          <w:color w:val="555555"/>
          <w:sz w:val="20"/>
        </w:rPr>
        <w:t>[30]</w:t>
      </w:r>
    </w:p>
    <w:p>
      <w:r>
        <w:rPr>
          <w:rFonts w:ascii="Gentium Plus" w:hAnsi="Gentium Plus"/>
          <w:sz w:val="24"/>
        </w:rPr>
        <w:t>ὥστε δευτέρᾳ ταῦτα κρατῦναι συνόδῳ. Ὁ γὰρ ἐξ ἐπιτάγματος τοιαῦτα πρώην γράψας καὶ ἀναθεματίσας τοὺς τούτοις ἐμμέ‐ νειν οὐ βουλομένους, τί οὐκ ἂν πράξαι ἐν οἰκουμενικῇ προκαθί‐ σας συνόδῳ; Καὶ εὖ ἴσθι, δέσποτα, ὡς οὐδεὶς τῶν τὴν ἐγκει‐ μένην αὐτοῖς αἵρεσιν ἐγνωκότων ἀνέξεται αὐτὰ δέξασθαι, κἂν</w:t>
      </w:r>
    </w:p>
    <w:p>
      <w:r>
        <w:rPr>
          <w:rFonts w:ascii="Courier New" w:hAnsi="Courier New"/>
          <w:color w:val="555555"/>
          <w:sz w:val="20"/>
        </w:rPr>
        <w:t>[35]</w:t>
      </w:r>
    </w:p>
    <w:p>
      <w:r>
        <w:rPr>
          <w:rFonts w:ascii="Gentium Plus" w:hAnsi="Gentium Plus"/>
          <w:sz w:val="24"/>
        </w:rPr>
        <w:t>δὶς τοσοῦτοι ψηφίσωνται. Καὶ γὰρ ἤδη καὶ πλειόνων ὡς ἔτυχε ταῦτα βεβαιωσάντων, ἀντέστημεν ἐν Ἐφέσῳ, καὶ οὐ πρότερον ἐκοινωνήσαμεν τῷ ταῦτα γεγραφότι, ἕως τοῖς παρ’ ἡμῶν ἐκτεθεῖσι συνθέμενος, σύμφωνον αὐτοῖς διδασκαλίαν προσ‐ ήρμοσεν, οὐδεμίαν τῶν κεφαλαίων ἐκείνων ποιησάμενος μνή‐</w:t>
      </w:r>
    </w:p>
    <w:p>
      <w:r>
        <w:rPr>
          <w:rFonts w:ascii="Courier New" w:hAnsi="Courier New"/>
          <w:color w:val="555555"/>
          <w:sz w:val="20"/>
        </w:rPr>
        <w:t>[40]</w:t>
      </w:r>
    </w:p>
    <w:p>
      <w:r>
        <w:rPr>
          <w:rFonts w:ascii="Gentium Plus" w:hAnsi="Gentium Plus"/>
          <w:sz w:val="24"/>
        </w:rPr>
        <w:t>μην. Καὶ τοῦτο ῥᾴδιον γνῶναι τὴν σὴν ὁσιότητα, κελεύσασαν ζητηθῆναι τὰ πεπραγμένα. Ἀπόκεινται γὰρ πάντως, κατὰ τὸ παρακολουθῆσαν ἔθος, τῆς συνόδου τὰς ὑπογραφὰς ἔχοντα. Ἔστι δὲ πλείονα ἢ πεντήκοντα συνοδικά, τὴν κατηγορίαν τῶν δώδεκα κεφαλαίων δεικνύντα. Πρὸ μὲν γὰρ τῆς εἰς Ἔφεσον</w:t>
      </w:r>
    </w:p>
    <w:p>
      <w:r>
        <w:rPr>
          <w:rFonts w:ascii="Courier New" w:hAnsi="Courier New"/>
          <w:color w:val="555555"/>
          <w:sz w:val="20"/>
        </w:rPr>
        <w:t>[45]</w:t>
      </w:r>
    </w:p>
    <w:p>
      <w:r>
        <w:rPr>
          <w:rFonts w:ascii="Gentium Plus" w:hAnsi="Gentium Plus"/>
          <w:sz w:val="24"/>
        </w:rPr>
        <w:t>ἀποδημίας ὁ μακάριος γέγραφεν Ἰωάννης τοῖς περὶ τὸν θεο‐ φιλέστατον ἐπίσκοπον Εὐθήριον τῶν Τυάνων, καὶ Φίλμον τὸν Καισαρείας, καὶ Θεόδοτον τὸν Ἀγκύρας, Ἀπολιναρίου διδασ‐ καλίαν τὰ κεφάλαια ταῦτα καλέσας. Καὶ ἐν Ἐφέσῳ δὲ ἡ παρ’ ἡμῶν γεγενημένη καθαίρεσις τοῦ τε τῆς Ἀλεξανδρέων καὶ τοῦ</w:t>
      </w:r>
    </w:p>
    <w:p>
      <w:r>
        <w:rPr>
          <w:rFonts w:ascii="Courier New" w:hAnsi="Courier New"/>
          <w:color w:val="555555"/>
          <w:sz w:val="20"/>
        </w:rPr>
        <w:t>[112 (50)]</w:t>
      </w:r>
    </w:p>
    <w:p>
      <w:r>
        <w:rPr>
          <w:rFonts w:ascii="Gentium Plus" w:hAnsi="Gentium Plus"/>
          <w:sz w:val="24"/>
        </w:rPr>
        <w:t>τῆς Ἐφεσίων, αἰτίαν ἔχει τὴν τῶν κεφαλαίων τούτων ἔκθεσιν καὶ βεβαίωσιν. Καὶ συνοδικὰ δὲ πολλὰ ἐν Ἐφέσῳ πρός τε τὸν καλλίνικον βασιλέα, καὶ πρὸς τοὺς μεγάλους ἄρχοντας περὶ τούτων ἐγράφη· ὡσαύτως δὲ καὶ πρὸς τὸν ἐν Κωνσταν‐ τινουπόλει λαὸν καὶ πρὸς τὸν εὐλαβέστατον κλῆρον. Καὶ μὲν</w:t>
      </w:r>
    </w:p>
    <w:p>
      <w:r>
        <w:rPr>
          <w:rFonts w:ascii="Courier New" w:hAnsi="Courier New"/>
          <w:color w:val="555555"/>
          <w:sz w:val="20"/>
        </w:rPr>
        <w:t>[55]</w:t>
      </w:r>
    </w:p>
    <w:p>
      <w:r>
        <w:rPr>
          <w:rFonts w:ascii="Gentium Plus" w:hAnsi="Gentium Plus"/>
          <w:sz w:val="24"/>
        </w:rPr>
        <w:t>δὴ καὶ εἰς τὴν Κωνσταντινούπολιν κληθέντες, πέντε διαγνώ‐ σεις ἐπ’ αὐτοῦ τοῦ βασιλέως ἐσχήκαμεν καὶ τρεῖς ὕστερον αὐτῷ διαμαρτυρίας ἐπέμψαμεν. Καὶ τοῖς θεοφιλεστάτοις δὲ τῆς δύσεως ἐπισκόποις, τῷ Μεδιολάνου φημί, καὶ τῷ Ἀκυ‐ ιλείας, καὶ τῷ Ῥαβέννης, περὶ τούτων ἐγράψαμεν, διαμαρτυ‐</w:t>
      </w:r>
    </w:p>
    <w:p>
      <w:r>
        <w:rPr>
          <w:rFonts w:ascii="Courier New" w:hAnsi="Courier New"/>
          <w:color w:val="555555"/>
          <w:sz w:val="20"/>
        </w:rPr>
        <w:t>[60]</w:t>
      </w:r>
    </w:p>
    <w:p>
      <w:r>
        <w:rPr>
          <w:rFonts w:ascii="Gentium Plus" w:hAnsi="Gentium Plus"/>
          <w:sz w:val="24"/>
        </w:rPr>
        <w:t>ρόμενοι ὡς τῆς Ἀπολιναρίου ταῦτα καινοτομίας πεπλήρωται· καὶ αὐτῷ δὲ τῷ ταῦτα γράψαντι ὁ μακάριος ἐπιστέλλων Ἰωάν‐ νης διὰ τοῦ μακαρίου Παύλου προφανῶς αὐτοῖς ἐπεμέμψατο· ὡσαύτως δὲ καὶ ὁ τῆς μακαρίας μνήμης Ἀκάκιος. Καὶ ἵνα συντόμως μάθῃ σου ἡ ἁγιότης, ἀπέστειλα τῆς τε τοῦ μακα‐</w:t>
      </w:r>
    </w:p>
    <w:p>
      <w:r>
        <w:rPr>
          <w:rFonts w:ascii="Courier New" w:hAnsi="Courier New"/>
          <w:color w:val="555555"/>
          <w:sz w:val="20"/>
        </w:rPr>
        <w:t>[65]</w:t>
      </w:r>
    </w:p>
    <w:p>
      <w:r>
        <w:rPr>
          <w:rFonts w:ascii="Gentium Plus" w:hAnsi="Gentium Plus"/>
          <w:sz w:val="24"/>
        </w:rPr>
        <w:t>ρίου Ἀκακίου ἐπιστολῆς καὶ τῆς τοῦ μακαρίου Ἰωάννου πρὸς τὸν μακαρίτην Κύριλλον γραφείσης τὸ ἴσον· ἵνα γνῷς ὡς καὶ περὶ συμβάσεως αὐτῷ γράφοντες, τὴν τῶν κεφαλαίων τούτων κατηγορίαν ἐποιήσαντο. Καὶ αὐτὸς δὲ ὁ μακαρίτης Κύριλλος, γράφων τῷ μακαρίῳ Ἀκακίῳ, τὸν τῶν κεφαλαίων</w:t>
      </w:r>
    </w:p>
    <w:p>
      <w:r>
        <w:rPr>
          <w:rFonts w:ascii="Courier New" w:hAnsi="Courier New"/>
          <w:color w:val="555555"/>
          <w:sz w:val="20"/>
        </w:rPr>
        <w:t>[70]</w:t>
      </w:r>
    </w:p>
    <w:p>
      <w:r>
        <w:rPr>
          <w:rFonts w:ascii="Gentium Plus" w:hAnsi="Gentium Plus"/>
          <w:sz w:val="24"/>
        </w:rPr>
        <w:t>τούτων παρεδήλωσε σκοπόν, εἰρηκὼς ὅτι Ἐκεῖνα πρὸς</w:t>
      </w:r>
    </w:p>
    <w:p>
      <w:r>
        <w:rPr>
          <w:rFonts w:ascii="Courier New" w:hAnsi="Courier New"/>
          <w:color w:val="555555"/>
          <w:sz w:val="20"/>
        </w:rPr>
        <w:t>[75]</w:t>
      </w:r>
    </w:p>
    <w:p>
      <w:r>
        <w:rPr>
          <w:rFonts w:ascii="Gentium Plus" w:hAnsi="Gentium Plus"/>
          <w:sz w:val="24"/>
        </w:rPr>
        <w:t>ἵνα γνῷς, δέσποτα, ὡς οὐδεμίαν τούτων ἐποιήσατο μνήμην· καὶ ὡς χρὴ τοὺς ἀπιόντας εἰς τὴν σύνοδον τὰ ἐν τῷ καιρῷ τῆς συμβάσεως γραφέντα προσενεγκεῖν, καὶ σαφῶς εἰπεῖν τίνα μὲν εἰργάσατο τὴν διάστασιν, ἐπὶ τίσιν δὲ τὰ διεστῶτα συνήφθη. Τοὺς γὰρ εἰς τὸν ὑπὲρ τῆς εὐσεβείας καλουμένους</w:t>
      </w:r>
    </w:p>
    <w:p>
      <w:r>
        <w:rPr>
          <w:rFonts w:ascii="Courier New" w:hAnsi="Courier New"/>
          <w:color w:val="555555"/>
          <w:sz w:val="20"/>
        </w:rPr>
        <w:t>[80]</w:t>
      </w:r>
    </w:p>
    <w:p>
      <w:r>
        <w:rPr>
          <w:rFonts w:ascii="Gentium Plus" w:hAnsi="Gentium Plus"/>
          <w:sz w:val="24"/>
        </w:rPr>
        <w:t>ἀγῶνα, πάντα πόνον ἀναδέξασθαι χρὴ καὶ τὴν θείαν ἐπικα‐ λέσασθαι συμμαχίαν, ἵνα τὸν παρὰ τῶν προγόνων ἡμῖν κατα‐ λειφθέντα κλῆρον διατηρήσωμεν ἄσυλον. Χρὴ δὲ σκοπῆσαί σου τὴν ἁγιωσύνην καὶ τῶν θεοφιλεστάτων ἐπισκόπων τοὺς ὁμογ‐ νώμονας καὶ κοινωνοὺς τῆς ἀποδημίας ποιήσασθαι· καὶ τῶν</w:t>
      </w:r>
    </w:p>
    <w:p>
      <w:r>
        <w:rPr>
          <w:rFonts w:ascii="Courier New" w:hAnsi="Courier New"/>
          <w:color w:val="555555"/>
          <w:sz w:val="20"/>
        </w:rPr>
        <w:t>[85]</w:t>
      </w:r>
    </w:p>
    <w:p>
      <w:r>
        <w:rPr>
          <w:rFonts w:ascii="Gentium Plus" w:hAnsi="Gentium Plus"/>
          <w:sz w:val="24"/>
        </w:rPr>
        <w:t>εὐλαβεστάτων κληρικῶν τοὺς τὸν ὑπὲρ τῆς εὐσεβείας ἔχοντας ζῆλον, ἵνα μὴ καὶ παρὰ τῶν οἰκείων προδοθέντες, ἢ ἀναγκα‐ σθῶμέν τι πρᾶξαι τῶν ἀπαρεσκόντων τῷ τῶν ὅλων Θεῷ, ἢ μονωθέντες εὐεπιχείρητοι τοῖς πολεμοῦσι γενώμεθα. Πίστις ἐστί, παρακαλῶ, ἐν ᾗ τὰς ἐλπίδας ἔχομεν τῆς σωτηρίας· καὶ</w:t>
      </w:r>
    </w:p>
    <w:p>
      <w:r>
        <w:rPr>
          <w:rFonts w:ascii="Courier New" w:hAnsi="Courier New"/>
          <w:color w:val="555555"/>
          <w:sz w:val="20"/>
        </w:rPr>
        <w:t>[90]</w:t>
      </w:r>
    </w:p>
    <w:p>
      <w:r>
        <w:rPr>
          <w:rFonts w:ascii="Gentium Plus" w:hAnsi="Gentium Plus"/>
          <w:sz w:val="24"/>
        </w:rPr>
        <w:t>χρὴ πάντα κινῆσαι πόρον, ὥστε μηδὲν αὐτῇ νόθον ἐπεισαχθῆ‐ ναι, μηδὲ τὴν ἀποστολικὴν παραφθαρῆναι διδασκαλίαν.</w:t>
      </w:r>
    </w:p>
    <w:p>
      <w:pPr>
        <w:jc w:val="center"/>
      </w:pPr>
      <w:r>
        <w:rPr>
          <w:rFonts w:ascii="Gentium Plus" w:hAnsi="Gentium Plus"/>
          <w:b/>
          <w:sz w:val="24"/>
        </w:rPr>
        <w:t>ΛΕΟΝΤΙ ΕΠΙΣΚΟΠῼ ΡΩΜΗΣ.</w:t>
      </w:r>
    </w:p>
    <w:p>
      <w:r>
        <w:rPr>
          <w:rFonts w:ascii="Courier New" w:hAnsi="Courier New"/>
          <w:color w:val="555555"/>
          <w:sz w:val="20"/>
        </w:rPr>
        <w:t>[1]</w:t>
      </w:r>
    </w:p>
    <w:p>
      <w:r>
        <w:rPr>
          <w:rFonts w:ascii="Gentium Plus" w:hAnsi="Gentium Plus"/>
          <w:sz w:val="24"/>
        </w:rPr>
        <w:t>Εἰ Παῦλος, τῆς ἀληθείας ὁ κήρυξ, ἡ τοῦ παναγίου Πνεύ‐ ματος σάλπιγξ, πρὸς τὸν μέγαν ἔδραμε Πέτρον, ὥστε τοῖς ἐν Ἀντιοχείᾳ περὶ τῆς κατὰ νόμον πολιτείας ἀμφισβητοῦσι παρ’ αὐτοῦ κομίσαι τὴν λύσιν, πολλῷ μᾶλλον ἡμεῖς οἱ εὐτελεῖς καὶ</w:t>
      </w:r>
    </w:p>
    <w:p>
      <w:r>
        <w:rPr>
          <w:rFonts w:ascii="Courier New" w:hAnsi="Courier New"/>
          <w:color w:val="555555"/>
          <w:sz w:val="20"/>
        </w:rPr>
        <w:t>[5]</w:t>
      </w:r>
    </w:p>
    <w:p>
      <w:r>
        <w:rPr>
          <w:rFonts w:ascii="Gentium Plus" w:hAnsi="Gentium Plus"/>
          <w:sz w:val="24"/>
        </w:rPr>
        <w:t>σμικροί, πρὸς τὸν ἀποστολικὸν ὑμῶν τρέχομεν θρόνον, ὥστε παρ’ ὑμῶν λαβεῖν τοῖς τῶν Ἐκκλησιῶν ἕλκεσι θεραπείαν. Διὰ πάντα γὰρ ὑμῖν τὸ πρωτεύειν ἁρμόττει. Πολλοῖς γὰρ ὁ ὑμέ‐ τερος θρόνος κοσμεῖται πλεονεκτήμασι. Τὰς μὲν γὰρ ἄλλας πόλεις ἢ μέγεθος, ἢ κάλλος, ἢ τὸ πλῆθος τῶν οἰκητόρων</w:t>
      </w:r>
    </w:p>
    <w:p>
      <w:r>
        <w:rPr>
          <w:rFonts w:ascii="Courier New" w:hAnsi="Courier New"/>
          <w:color w:val="555555"/>
          <w:sz w:val="20"/>
        </w:rPr>
        <w:t>[10]</w:t>
      </w:r>
    </w:p>
    <w:p>
      <w:r>
        <w:rPr>
          <w:rFonts w:ascii="Gentium Plus" w:hAnsi="Gentium Plus"/>
          <w:sz w:val="24"/>
        </w:rPr>
        <w:t>κοσμεῖ· ἐνίας δὲ τούτων ἐστερημένας πνευματικά τινα λαμ‐ πρύνει χαρίσματα· τῇ δὲ ὑμετέρᾳ φορὰν ἔδωκεν ἀγαθῶν ὁ τῶν ἀγαθῶν χορηγός. Ἡ γὰρ αὐτὴ πασῶν μεγίστη, καὶ λαμπροτάτη, καὶ τῆς οἰκουμένης προκαθημένη, καὶ τῷ πλήθει τῶν οἰκητό‐ ρων κυμαίνουσα. Πρὸς δὲ τούτοις, καὶ τὴν νῦν κρατοῦσαν</w:t>
      </w:r>
    </w:p>
    <w:p>
      <w:r>
        <w:rPr>
          <w:rFonts w:ascii="Courier New" w:hAnsi="Courier New"/>
          <w:color w:val="555555"/>
          <w:sz w:val="20"/>
        </w:rPr>
        <w:t>[15]</w:t>
      </w:r>
    </w:p>
    <w:p>
      <w:r>
        <w:rPr>
          <w:rFonts w:ascii="Gentium Plus" w:hAnsi="Gentium Plus"/>
          <w:sz w:val="24"/>
        </w:rPr>
        <w:t>ἡγεμονίαν ἐβλάστησε· καὶ τῆς οἰκείας προσηγορίας τοῖς ἀρχο‐ μένοις μετέδωκε. Κοσμεῖ δὲ αὐτὴν διαφερόντως ἡ πίστις· καὶ μάρτυς ἀξιόχρεως ὁ θεῖος Ἀπόστολος, βοῶν ὅτι Ἡ πίστις ὑμῶν καταγγέλλεται ἐν ὅλῳ τῷ κόσμῳ. Εἰ δὲ εὐθὺς δεξαμένη τὰ τοῦ σωτηρίου κηρύγματος σπέρματα, τοῖς ἀξια‐</w:t>
      </w:r>
    </w:p>
    <w:p>
      <w:r>
        <w:rPr>
          <w:rFonts w:ascii="Courier New" w:hAnsi="Courier New"/>
          <w:color w:val="555555"/>
          <w:sz w:val="20"/>
        </w:rPr>
        <w:t>[20]</w:t>
      </w:r>
    </w:p>
    <w:p>
      <w:r>
        <w:rPr>
          <w:rFonts w:ascii="Gentium Plus" w:hAnsi="Gentium Plus"/>
          <w:sz w:val="24"/>
        </w:rPr>
        <w:t>γάστοις τούτοις ἐβεβρίθει καρποῖς, τίς ἀπόχρη λόγος τὴν νῦν ἐν αὐτῇ πολιτευομένην εὐσέβειαν εὐφημῆσαι; Ἔχει δὲ καὶ τῶν κοινῶν πατέρων καὶ διδασκάλων τῆς ἀληθείας Πέτρου καὶ Παύλου τὰς θήκας, τῶν πιστῶν τὰς ψυχὰς φωτιζούσας. Ἡ δὲ τρισμακαρία τούτων καὶ θεία ξυνωρὶς ἀνέτειλε μὲν ἐν τῇ</w:t>
      </w:r>
    </w:p>
    <w:p>
      <w:r>
        <w:rPr>
          <w:rFonts w:ascii="Courier New" w:hAnsi="Courier New"/>
          <w:color w:val="555555"/>
          <w:sz w:val="20"/>
        </w:rPr>
        <w:t>[25]</w:t>
      </w:r>
    </w:p>
    <w:p>
      <w:r>
        <w:rPr>
          <w:rFonts w:ascii="Gentium Plus" w:hAnsi="Gentium Plus"/>
          <w:sz w:val="24"/>
        </w:rPr>
        <w:t>ἑῴᾳ, καὶ πάντοσε τὰς ἀκτῖνας ἐξέπεμψεν· ἐν δὲ τῇ Δύσει προθύμως ἐδέξατο τὰς τοῦ βίου δυσμάς, κἀκεῖθεν νῦν καταυ‐ γάζει τὴν οἰκουμένην. Οὗτοι τὸν ὑμέτερον περιφανέστερον ἀπέφηναν θρόνον· οὗτος τῶν ἀγαθῶν τῶν ὑμετέρων ὁ κολο‐ φών. Ὁ δ’ ἐκείνων Θεὸς καὶ νῦν τὸν ἐκείνων ἐλάμπρυνε θρό‐</w:t>
      </w:r>
    </w:p>
    <w:p>
      <w:r>
        <w:rPr>
          <w:rFonts w:ascii="Courier New" w:hAnsi="Courier New"/>
          <w:color w:val="555555"/>
          <w:sz w:val="20"/>
        </w:rPr>
        <w:t>[30]</w:t>
      </w:r>
    </w:p>
    <w:p>
      <w:r>
        <w:rPr>
          <w:rFonts w:ascii="Gentium Plus" w:hAnsi="Gentium Plus"/>
          <w:sz w:val="24"/>
        </w:rPr>
        <w:t>νον, τὴν ὑμετέραν ἁγιωσύνην ἱδρύσας ἐν τούτῳ τῆς ὀρθοδοξίας τὰς ἀκτῖνας ἀφιεῖσαν. Καὶ τούτου πολλὰ μὲν ἔστιν εὑρεῖν καὶ ἄλλα τεκμήρια· ἀρκεῖ δὲ ὑμῶν καὶ ὁ κατὰ τῶν δυσωνύμων Μανιχαίων ζῆλος, ὃν πρώην ὑμῶν ἡ ὁσιότης ἐγύμνωσε, δείξασα τὴν περὶ τὰ θεῖα</w:t>
      </w:r>
    </w:p>
    <w:p>
      <w:r>
        <w:rPr>
          <w:rFonts w:ascii="Courier New" w:hAnsi="Courier New"/>
          <w:color w:val="555555"/>
          <w:sz w:val="20"/>
        </w:rPr>
        <w:t>[35]</w:t>
      </w:r>
    </w:p>
    <w:p>
      <w:r>
        <w:rPr>
          <w:rFonts w:ascii="Gentium Plus" w:hAnsi="Gentium Plus"/>
          <w:sz w:val="24"/>
        </w:rPr>
        <w:t>τῆς ὑμετέρας φιλοθεΐας σπουδήν. Ἀπόχρη καὶ τὰ νῦν παρ’ ὑμῶν γραφέντα τὸν ἀποστολικὸν ὑμῶν χαρακτῆρα δηλῶσαι. Ἐντετυχήκαμεν γὰρ τοῖς παρὰ τῆς σῆς γραφεῖσι ὁσιότητος περὶ τῆς τοῦ Θεοῦ καὶ Σωτῆρος ἡμῶν ἐνανθρωπήσεως, καὶ ἐθαυμάσαμεν τὴν τῶν γεγραμμένων ἀκρίβειαν. Ἀμφότερα γὰρ</w:t>
      </w:r>
    </w:p>
    <w:p>
      <w:r>
        <w:rPr>
          <w:rFonts w:ascii="Courier New" w:hAnsi="Courier New"/>
          <w:color w:val="555555"/>
          <w:sz w:val="20"/>
        </w:rPr>
        <w:t>[40]</w:t>
      </w:r>
    </w:p>
    <w:p>
      <w:r>
        <w:rPr>
          <w:rFonts w:ascii="Gentium Plus" w:hAnsi="Gentium Plus"/>
          <w:sz w:val="24"/>
        </w:rPr>
        <w:t>κατὰ ταὐτὸν ἐδήλου, καὶ τὴν ἐκ τοῦ ἀϊδίου Πατρὸς ἀΐδιον θεό‐ τητα τοῦ Μονογενοῦς, καὶ τὴν ἐκ σπέρματος Ἀβραὰμ καὶ Δαβὶδ ἀνθρωπότητα· καὶ ὅτι κατὰ πάντα ἡμῖν ἡ ληφθεῖσα</w:t>
      </w:r>
    </w:p>
    <w:p>
      <w:r>
        <w:rPr>
          <w:rFonts w:ascii="Courier New" w:hAnsi="Courier New"/>
          <w:color w:val="555555"/>
          <w:sz w:val="20"/>
        </w:rPr>
        <w:t>[45]</w:t>
      </w:r>
    </w:p>
    <w:p>
      <w:r>
        <w:rPr>
          <w:rFonts w:ascii="Gentium Plus" w:hAnsi="Gentium Plus"/>
          <w:sz w:val="24"/>
        </w:rPr>
        <w:t>αὕτη φύεται. Εἶχε δὲ καὶ τοῦτο τὰ γράμματα, ὡς εἷς μὲν ὁ μονογενὴς τοῦ Θεοῦ Υἱός, ἀπαθὴς δὲ αὐτοῦ ἡ θεότης, καὶ ἄτρεπτος, καὶ ἀναλλοίωτος, καθάπερ ὁ γεννήσας αὐτὸν Πατήρ, καὶ τὸ Πανάγιον Πνεῦμα· καὶ διὰ τοῦτο τὴν παθητὴν ἔλαβε φύσιν, ἐπειδήπερ ἡ θεία φύσις οὐκ ἐδέχετο πάθος· ἵνα τῷ</w:t>
      </w:r>
    </w:p>
    <w:p>
      <w:r>
        <w:rPr>
          <w:rFonts w:ascii="Courier New" w:hAnsi="Courier New"/>
          <w:color w:val="555555"/>
          <w:sz w:val="20"/>
        </w:rPr>
        <w:t>[113 (50)]</w:t>
      </w:r>
    </w:p>
    <w:p>
      <w:r>
        <w:rPr>
          <w:rFonts w:ascii="Gentium Plus" w:hAnsi="Gentium Plus"/>
          <w:sz w:val="24"/>
        </w:rPr>
        <w:t>πάθει τῆς ἰδίας σαρκὸς τὴν ἀπάθειαν τοῖς εἰς αὐτὸν πεπι‐ στευκόσι χαρίσηται. Ταῦτα, καὶ ὅσα τούτοις ἐστὶ συγγενῆ, περιεῖχε τὰ γράμματα. Ἡμεῖς δὲ τὴν πνευματικήν σου σοφίαν θαυμάσαντες, τὴν δι’ ὑμῶν φθεγξαμένην τοῦ παναγίου Πνεύ‐ ματος ἀνυμνήσαμεν χάριν· καὶ παρακαλοῦμεν, καὶ ἀντιβολοῦ‐</w:t>
      </w:r>
    </w:p>
    <w:p>
      <w:r>
        <w:rPr>
          <w:rFonts w:ascii="Courier New" w:hAnsi="Courier New"/>
          <w:color w:val="555555"/>
          <w:sz w:val="20"/>
        </w:rPr>
        <w:t>[55]</w:t>
      </w:r>
    </w:p>
    <w:p>
      <w:r>
        <w:rPr>
          <w:rFonts w:ascii="Gentium Plus" w:hAnsi="Gentium Plus"/>
          <w:sz w:val="24"/>
        </w:rPr>
        <w:t>μεν, καὶ δεόμεθα, καὶ ἱκετεύομέν σου τὴν ἁγιωσύνην, ἐπαμῦναι ταῖς τοῦ Θεοῦ Ἐκκλησίαις χειμαζομέναις. Λύσιν γὰρ ἔσεσθαι τοῦ κλύδωνος προσδοκήσαντες διὰ τῶν παρὰ τῆς ὑμετέρας ἁγιωσύνης εἰς τὴν Ἔφεσον ἀποσταλέντων, χαλεπωτέρᾳ περιπεπτώκαμεν ζάλῃ. Ὁ γὰρ τῆς Ἀλεξανδρέων</w:t>
      </w:r>
    </w:p>
    <w:p>
      <w:r>
        <w:rPr>
          <w:rFonts w:ascii="Courier New" w:hAnsi="Courier New"/>
          <w:color w:val="555555"/>
          <w:sz w:val="20"/>
        </w:rPr>
        <w:t>[60]</w:t>
      </w:r>
    </w:p>
    <w:p>
      <w:r>
        <w:rPr>
          <w:rFonts w:ascii="Gentium Plus" w:hAnsi="Gentium Plus"/>
          <w:sz w:val="24"/>
        </w:rPr>
        <w:t>〈πόλεωσ〉 δικαιότατος πρόεδρος οὐκ ἠρκέσθη τῇ ἀνόμῳ ταύτῃ καὶ ἀδικωτάτῃ καθαιρέσει τοῦ ἁγιωτάτου καὶ θεοφιλεστάτου τῆς Κωσταντινουπολιτῶν ἐπισκόπου τοῦ κυρίου Φλαβιανοῦ,</w:t>
      </w:r>
    </w:p>
    <w:p>
      <w:r>
        <w:rPr>
          <w:rFonts w:ascii="Courier New" w:hAnsi="Courier New"/>
          <w:color w:val="555555"/>
          <w:sz w:val="20"/>
        </w:rPr>
        <w:t>[65]</w:t>
      </w:r>
    </w:p>
    <w:p>
      <w:r>
        <w:rPr>
          <w:rFonts w:ascii="Gentium Plus" w:hAnsi="Gentium Plus"/>
          <w:sz w:val="24"/>
        </w:rPr>
        <w:t>κατέσφαξεν, οὔτε καλέσας εἰς κριτήριον, οὔτε παρόντα κρί‐ νας, οὐκ ἐρωτήσας τίνα φρονῶ περὶ τῆς τοῦ Θεοῦ καὶ Σωτῆ‐ ρος ἡμῶν ἐνανθρωπήσεως. Καὶ τοὺς μὲν ἀνδροφόνους, καὶ τυμβωρύχους, καὶ τοὺς τὰς ἀλλοτρίας συλήσαντας εὐνάς, οὐ πρότερον κατακρίνουσιν οἱ δικάζοντες, ἕως ἂν ἢ αὐτοὶ τὰς</w:t>
      </w:r>
    </w:p>
    <w:p>
      <w:r>
        <w:rPr>
          <w:rFonts w:ascii="Courier New" w:hAnsi="Courier New"/>
          <w:color w:val="555555"/>
          <w:sz w:val="20"/>
        </w:rPr>
        <w:t>[70]</w:t>
      </w:r>
    </w:p>
    <w:p>
      <w:r>
        <w:rPr>
          <w:rFonts w:ascii="Gentium Plus" w:hAnsi="Gentium Plus"/>
          <w:sz w:val="24"/>
        </w:rPr>
        <w:t>κατηγορίας ταῖς ὁμολογίαις κυρώσωσιν, ἢ παρ’ ἑτέρων ἐναρ‐ γῶς ἐλεγχθῶσιν. Ἡμᾶς δὲ ὁ τοῖς θείοις νόμοις ἐντεθραμμένος πέντε καὶ τριάκοντα σταθμοῖς ἀφεστηκότας κατέκρινεν ὡς ἠθέλησε. Καὶ τοῦτο οὐ νῦν μόνον πεποίηκεν, ἀλλὰ καὶ πέρυσι μετὰ δύο ἄνδρας τῶν τὴν Ἀπολιναρίου νόσον εἰσδεξαμένων</w:t>
      </w:r>
    </w:p>
    <w:p>
      <w:r>
        <w:rPr>
          <w:rFonts w:ascii="Courier New" w:hAnsi="Courier New"/>
          <w:color w:val="555555"/>
          <w:sz w:val="20"/>
        </w:rPr>
        <w:t>[75]</w:t>
      </w:r>
    </w:p>
    <w:p>
      <w:r>
        <w:rPr>
          <w:rFonts w:ascii="Gentium Plus" w:hAnsi="Gentium Plus"/>
          <w:sz w:val="24"/>
        </w:rPr>
        <w:t>ἐκεῖσε δραμόντας, καὶ συκοφαντίας καθ’ ἡμῶν ὑφήναντας, ἀναστὰς ἐπ’ ἐκκλησίας ἡμᾶς ἀνεθεμάτισε· καὶ ταῦτα ἐμοῦ γράψαντος πρὸς αὐτὸν καὶ ἃ φρονῶ διὰ γραμμάτων δηλώσαν‐ τος. Ἐγὼ δὲ ὀδύρομαι μὲν τῆς Ἐκκλησίας τὸν κλύδωνα, τὴν δὲ</w:t>
      </w:r>
    </w:p>
    <w:p>
      <w:r>
        <w:rPr>
          <w:rFonts w:ascii="Courier New" w:hAnsi="Courier New"/>
          <w:color w:val="555555"/>
          <w:sz w:val="20"/>
        </w:rPr>
        <w:t>[80]</w:t>
      </w:r>
    </w:p>
    <w:p>
      <w:r>
        <w:rPr>
          <w:rFonts w:ascii="Gentium Plus" w:hAnsi="Gentium Plus"/>
          <w:sz w:val="24"/>
        </w:rPr>
        <w:t>ἡσυχίαν ἀσπάζομαι. Ἓξ γὰρ καὶ εἴκοσι ἔτη τὴν ἐγχειρισθεῖ‐ σάν μοι παρὰ τοῦ Θεοῦ τῶν ὅλων Ἐκκλησίαν ἰθύνας διὰ τὰς ὑμετέρας εὐχάς, οὐκ ἐπὶ τοῦ μακαριωτάτου Θεοδότου τοῦ τῆς Ἀνατολῆς προέδρου, οὐκ ἐπὶ τῶν μετ’ ἐκεῖνον, τῶν τὸν Ἀντιο‐ χέων διαδεξαμένων θρόνον, τὴν τυχοῦσαν μέμψιν ὑπέμεινα,</w:t>
      </w:r>
    </w:p>
    <w:p>
      <w:r>
        <w:rPr>
          <w:rFonts w:ascii="Courier New" w:hAnsi="Courier New"/>
          <w:color w:val="555555"/>
          <w:sz w:val="20"/>
        </w:rPr>
        <w:t>[85]</w:t>
      </w:r>
    </w:p>
    <w:p>
      <w:r>
        <w:rPr>
          <w:rFonts w:ascii="Gentium Plus" w:hAnsi="Gentium Plus"/>
          <w:sz w:val="24"/>
        </w:rPr>
        <w:t>ἀλλὰ τῆς θείας μοι χάριτος συνεργησάσης, πλείους μὲν ἢ χιλίας ψυχὰς ἠλευθέρωσα τῆς Μαρκίωνος νόσου, πολλοὺς δὲ ἄλλους ἐκ τῆς Ἀρείου καὶ Εὐνομίου συμμορίας προσήγαγον τῷ Δεσπότῃ Χριστῷ· καὶ ἐν ὀκτακοσίαις Ἐκκλησίαις ἔλαχον ποιμαίνειν· τοσαύτας γὰρ ἡ Κύρρος παροικίας ἔχει, ἐν αἷς</w:t>
      </w:r>
    </w:p>
    <w:p>
      <w:r>
        <w:rPr>
          <w:rFonts w:ascii="Courier New" w:hAnsi="Courier New"/>
          <w:color w:val="555555"/>
          <w:sz w:val="20"/>
        </w:rPr>
        <w:t>[90]</w:t>
      </w:r>
    </w:p>
    <w:p>
      <w:r>
        <w:rPr>
          <w:rFonts w:ascii="Gentium Plus" w:hAnsi="Gentium Plus"/>
          <w:sz w:val="24"/>
        </w:rPr>
        <w:t>οὐδὲ ἓν διὰ τὰς ὑμετέρας εὐχὰς μεμένηκε ζιζάνιον· ἀλλὰ πάσης αἱρετικῆς ἠλευθέρωται πλάνης τὸ ἡμέτερον ποίμνιον.</w:t>
      </w:r>
    </w:p>
    <w:p>
      <w:r>
        <w:rPr>
          <w:rFonts w:ascii="Courier New" w:hAnsi="Courier New"/>
          <w:color w:val="555555"/>
          <w:sz w:val="20"/>
        </w:rPr>
        <w:t>[95]</w:t>
      </w:r>
    </w:p>
    <w:p>
      <w:r>
        <w:rPr>
          <w:rFonts w:ascii="Gentium Plus" w:hAnsi="Gentium Plus"/>
          <w:sz w:val="24"/>
        </w:rPr>
        <w:t>πρὸς Ἰουδαίους, πρὸς πᾶσαν πλάνην αἱρετικήν. Καὶ μετὰ τοσούτους ἱδρώτας καὶ πόνους μὴ δικασάμενος κατεκρίθην. Ἐγὼ δὲ τοῦ ἀποστολικοῦ ὑμῶν θρόνου περιμένω τὴν ψῆφον· καὶ ἱκετεύω, καὶ ἀντιβολῶ τὴν σὴν ἁγιότητα, ἐπαμῦναί μοι τὸ ὀρθὸν ὑμῶν καὶ δίκαιον ἐπικαλουμένῳ κριτήριον, καὶ κελεῦ‐</w:t>
      </w:r>
    </w:p>
    <w:p>
      <w:r>
        <w:rPr>
          <w:rFonts w:ascii="Courier New" w:hAnsi="Courier New"/>
          <w:color w:val="555555"/>
          <w:sz w:val="20"/>
        </w:rPr>
        <w:t>[113 (100)]</w:t>
      </w:r>
    </w:p>
    <w:p>
      <w:r>
        <w:rPr>
          <w:rFonts w:ascii="Gentium Plus" w:hAnsi="Gentium Plus"/>
          <w:sz w:val="24"/>
        </w:rPr>
        <w:t>σαι δραμεῖν παρ’ ὑμᾶς, καὶ ἐπιδεῖξαί μου τὴν διδασκαλίαν τοῖς ἀποστολικοῖς ἴχνεσιν ἑπομένην. Ἔστι γάρ μοι τὰ μὲν πρὸ εἴκοσι ἐτῶν συγγεγραμμένα, τὰ δὲ πρὸ ὀκτωκαίδεκα, τὰ δὲ πρὸ πεντεκαίδεκα, τὰ δὲ πρὸ δυοκαίδεκα, τὰ μὲν πρὸς Ἀρειανοὺς καὶ Εὐνομιανούς, τὰ δὲ πρὸς Ἰουδαίους καὶ Ἕλλη‐</w:t>
      </w:r>
    </w:p>
    <w:p>
      <w:r>
        <w:rPr>
          <w:rFonts w:ascii="Courier New" w:hAnsi="Courier New"/>
          <w:color w:val="555555"/>
          <w:sz w:val="20"/>
        </w:rPr>
        <w:t>[105]</w:t>
      </w:r>
    </w:p>
    <w:p>
      <w:r>
        <w:rPr>
          <w:rFonts w:ascii="Gentium Plus" w:hAnsi="Gentium Plus"/>
          <w:sz w:val="24"/>
        </w:rPr>
        <w:t>νας, τὰ δὲ πρὸς τοὺς ἐν Περσίδι μάγους, ἄλλα περὶ τῆς κα‐ θόλου Προνοίας, ἕτερα δὲ περὶ θεολογίας καὶ τῆς θείας ἐναν‐ θρωπήσεως. Ἡρμήνευταί μοι διὰ τὴν θείαν χάριν, καὶ τὰ ἀποστολικὰ συγγράμματα, καὶ τὰ προφητικὰ θεσπίσματα. Καὶ ῥᾴδιον ἐκ τούτων καταμαθεῖν, εἴτε ἀκλινῆ τὸν κανόνα τῆς</w:t>
      </w:r>
    </w:p>
    <w:p>
      <w:r>
        <w:rPr>
          <w:rFonts w:ascii="Courier New" w:hAnsi="Courier New"/>
          <w:color w:val="555555"/>
          <w:sz w:val="20"/>
        </w:rPr>
        <w:t>[110]</w:t>
      </w:r>
    </w:p>
    <w:p>
      <w:r>
        <w:rPr>
          <w:rFonts w:ascii="Gentium Plus" w:hAnsi="Gentium Plus"/>
          <w:sz w:val="24"/>
        </w:rPr>
        <w:t>πίστεως διετήρησα, εἴτε τὴν τούτου παρέβην εὐθύτητα. Ἀλλὰ μὴ διαπτύσητέ μου τὴν ἱκετείαν, παρακαλῶ, μηδὲ τὴν ἀθλίαν μου παρίδητε πολιὰν μετὰ πολλοὺς ὑβρισμένην καμάτους. Πρὸ δὲ πάντων, μαθεῖν ἀντιβολῶ παρ’ ὑμῶν, εἴτε χρή με στέρξαι τὴν ἄδικον ταύτην καθαίρεσιν, εἴτε μή· τὴν γὰρ ὑμε‐</w:t>
      </w:r>
    </w:p>
    <w:p>
      <w:r>
        <w:rPr>
          <w:rFonts w:ascii="Courier New" w:hAnsi="Courier New"/>
          <w:color w:val="555555"/>
          <w:sz w:val="20"/>
        </w:rPr>
        <w:t>[115]</w:t>
      </w:r>
    </w:p>
    <w:p>
      <w:r>
        <w:rPr>
          <w:rFonts w:ascii="Gentium Plus" w:hAnsi="Gentium Plus"/>
          <w:sz w:val="24"/>
        </w:rPr>
        <w:t>τέραν προσμένω ψῆφον. Κἂν κελεύσητε τοῖς καταψηφισαμέ‐ νοις ἐμμεῖναι, ἐμμενῶ καὶ οὐδενὶ ἀνθρώπων ἐνοχλήσω λοιπόν, ἀλλὰ μενῶ τὸ ἀκλινὲς τοῦ Θεοῦ καὶ Σωτῆρος ἡμῶν κριτήριον. Ἐμοὶ δέ, ὡς ὁ Δεσπότης μαρτυρεῖ Θεός, οὐ τιμῆς μέλει καὶ δόξης, ἀλλὰ μόνον τοῦ γεγενημένου σκανδάλου· ὅτι πολλοὶ τῶν</w:t>
      </w:r>
    </w:p>
    <w:p>
      <w:r>
        <w:rPr>
          <w:rFonts w:ascii="Courier New" w:hAnsi="Courier New"/>
          <w:color w:val="555555"/>
          <w:sz w:val="20"/>
        </w:rPr>
        <w:t>[120]</w:t>
      </w:r>
    </w:p>
    <w:p>
      <w:r>
        <w:rPr>
          <w:rFonts w:ascii="Gentium Plus" w:hAnsi="Gentium Plus"/>
          <w:sz w:val="24"/>
        </w:rPr>
        <w:t>ἁπλουστέρων, καὶ μάλιστα οἱ ἐκ διαφόρων αἱρέσεων παρ’ ἡμῶν ζωγρηθέντες, τῷ θρόνῳ τῶν κατακρινάντων προσέχοντες, αἱρετικοὺς ἴσως ἡμᾶς ὑπολήψονται, τὴν τοῦ δόγματος ἀκρί‐ βειαν κατιδεῖν οὐ δυνάμενοι. Ὅτι δὲ τοσοῦτον χρόνον ἐπισ‐ κοπεύσας, οὐκ οἰκίαν ἐκτησάμην, οὐκ ἀγρόν, οὐκ ὀβολόν, οὐ</w:t>
      </w:r>
    </w:p>
    <w:p>
      <w:r>
        <w:rPr>
          <w:rFonts w:ascii="Courier New" w:hAnsi="Courier New"/>
          <w:color w:val="555555"/>
          <w:sz w:val="20"/>
        </w:rPr>
        <w:t>[125]</w:t>
      </w:r>
    </w:p>
    <w:p>
      <w:r>
        <w:rPr>
          <w:rFonts w:ascii="Gentium Plus" w:hAnsi="Gentium Plus"/>
          <w:sz w:val="24"/>
        </w:rPr>
        <w:t>τάφον, ἀλλὰ τὴν αὐθαίρετον ἠσπασάμην πενίαν, καὶ τὰ παρὰ τῶν πατέρων εἰς ἡμᾶς ἐλθόντα μετὰ τὴν ἐκείνων τελευτὴν εὐθὺς διανείμας, ἴσασιν ἅπαντες οἱ τὴν Ἑῴαν οἰκοῦντες. Πρὸ δὲ πάντων, ἱκετεύω τὴν ἱερὰν ὑμῶν καὶ τῷ Θεῷ φίλην κεφαλὴν παρασχεῖν μοι τῶν προσευχῶν τὴν βοήθειαν. Ταῦτα</w:t>
      </w:r>
    </w:p>
    <w:p>
      <w:r>
        <w:rPr>
          <w:rFonts w:ascii="Courier New" w:hAnsi="Courier New"/>
          <w:color w:val="555555"/>
          <w:sz w:val="20"/>
        </w:rPr>
        <w:t>[130]</w:t>
      </w:r>
    </w:p>
    <w:p>
      <w:r>
        <w:rPr>
          <w:rFonts w:ascii="Gentium Plus" w:hAnsi="Gentium Plus"/>
          <w:sz w:val="24"/>
        </w:rPr>
        <w:t>διὰ τῶν εὐλαβεστάτων καὶ θεοφιλεστάτων πρεσβυτέρων Ὑπα‐ τίου καὶ Ἀβραμίου τῶν χωρεπισκόπων, καὶ Ἀλυπίου τοῦ ἐξάρχου τῶν παρ’ ἡμῖν μοναζόντων τὴν ὑμετέραν ἁγιωσύνην ἐδίδαξα, ἐπειδήπερ ἐμὲ δραμεῖν πρὸς ὑμᾶς τὰ τῶν βασιλικῶν γραμμάτων ἐπέσχε δεσμά, ὡσπεροῦν καὶ τοὺς ἄλλους. Καὶ</w:t>
      </w:r>
    </w:p>
    <w:p>
      <w:r>
        <w:rPr>
          <w:rFonts w:ascii="Courier New" w:hAnsi="Courier New"/>
          <w:color w:val="555555"/>
          <w:sz w:val="20"/>
        </w:rPr>
        <w:t>[135]</w:t>
      </w:r>
    </w:p>
    <w:p>
      <w:r>
        <w:rPr>
          <w:rFonts w:ascii="Gentium Plus" w:hAnsi="Gentium Plus"/>
          <w:sz w:val="24"/>
        </w:rPr>
        <w:t>παρακαλῶ τὴν ὑμετέραν ὁσιότητα, καὶ ἰδεῖν αὐτοὺς πατρικῶς, καὶ τὰς ἀκλινεῖς ὑμῶν ἀκοὰς εὐμενεῖς αὐτοῖς παρασχεῖν, καὶ τὸ συκοφαντούμενον καὶ μάτην πολεμούμενόν μου γῆρας τῆς ὑμετέρας ἀξιῶσαι κηδεμονίας, καὶ πρὸ πάντων τῆς ἐπιβου‐ λευομένης πίστεως παντὶ σθένει φροντίσαι, καὶ φυλάξαι ταῖς</w:t>
      </w:r>
    </w:p>
    <w:p>
      <w:r>
        <w:rPr>
          <w:rFonts w:ascii="Courier New" w:hAnsi="Courier New"/>
          <w:color w:val="555555"/>
          <w:sz w:val="20"/>
        </w:rPr>
        <w:t>[140]</w:t>
      </w:r>
    </w:p>
    <w:p>
      <w:r>
        <w:rPr>
          <w:rFonts w:ascii="Gentium Plus" w:hAnsi="Gentium Plus"/>
          <w:sz w:val="24"/>
        </w:rPr>
        <w:t>Ἐκκλησίαις τὸν πατρῷον κλῆρον ἀκήρατον· ἵνα καὶ τὰς ἀντὶ τούτων ἀντιδόσεις δέξηται ὑμῶν ἡ ἁγιότης παρὰ τοῦ μεγαλο‐</w:t>
      </w:r>
    </w:p>
    <w:p>
      <w:pPr>
        <w:jc w:val="center"/>
      </w:pPr>
      <w:r>
        <w:rPr>
          <w:rFonts w:ascii="Gentium Plus" w:hAnsi="Gentium Plus"/>
          <w:b/>
          <w:sz w:val="24"/>
        </w:rPr>
        <w:t>ΑΝΔΙΒΕΡΙ.</w:t>
      </w:r>
    </w:p>
    <w:p>
      <w:r>
        <w:rPr>
          <w:rFonts w:ascii="Courier New" w:hAnsi="Courier New"/>
          <w:color w:val="555555"/>
          <w:sz w:val="20"/>
        </w:rPr>
        <w:t>[1]</w:t>
      </w:r>
    </w:p>
    <w:p>
      <w:r>
        <w:rPr>
          <w:rFonts w:ascii="Gentium Plus" w:hAnsi="Gentium Plus"/>
          <w:sz w:val="24"/>
        </w:rPr>
        <w:t>Ὁ εὐλαβέστατος πρεσβύτερος Πέτρος κοσμεῖται μὲν τῇ τῆς ἱερωσύνης ἀξίᾳ, κοσμεῖται δὲ καὶ τῇ τῶν σωμάτων λογικῇ θεραπείᾳ. Συχνὸν δὲ παρ’ ἡμῖν οἰχήσας χρόνον, εἷλεν ἅπαν‐ τας τῇ τῶν ἠθῶν εὐαρμοστίᾳ. Οὗτος νῦν τὴν Κύρρον καταλι‐</w:t>
      </w:r>
    </w:p>
    <w:p>
      <w:r>
        <w:rPr>
          <w:rFonts w:ascii="Courier New" w:hAnsi="Courier New"/>
          <w:color w:val="555555"/>
          <w:sz w:val="20"/>
        </w:rPr>
        <w:t>[5]</w:t>
      </w:r>
    </w:p>
    <w:p>
      <w:r>
        <w:rPr>
          <w:rFonts w:ascii="Gentium Plus" w:hAnsi="Gentium Plus"/>
          <w:sz w:val="24"/>
        </w:rPr>
        <w:t>πεῖν ἐδοκίμασε, τὴν ἐμὴν ἐκδημίαν μεμαθηκώς. Οὗ δὴ χάριν αὐτὸν τῇ ὑμετέρᾳ μεγαλοπρεπείᾳ συνίστημι καὶ παρακαλῶ τῆς ὑμετέρας αὐτὸν προμηθείας τυχεῖν, χρήσιμον αὐτὸν τῇ πόλει γενέσθαι δυνάμενον. Τὴν γὰρ Ἀλεξάνδρειαν οἰκήσας τὴν τοιαύτην ἤσκησε τέχνην.</w:t>
      </w:r>
    </w:p>
    <w:p>
      <w:pPr>
        <w:jc w:val="center"/>
      </w:pPr>
      <w:r>
        <w:rPr>
          <w:rFonts w:ascii="Gentium Plus" w:hAnsi="Gentium Plus"/>
          <w:b/>
          <w:sz w:val="24"/>
        </w:rPr>
        <w:t>ΑΠΕΛΛῌ.</w:t>
      </w:r>
    </w:p>
    <w:p>
      <w:r>
        <w:rPr>
          <w:rFonts w:ascii="Courier New" w:hAnsi="Courier New"/>
          <w:color w:val="555555"/>
          <w:sz w:val="20"/>
        </w:rPr>
        <w:t>[1]</w:t>
      </w:r>
    </w:p>
    <w:p>
      <w:r>
        <w:rPr>
          <w:rFonts w:ascii="Gentium Plus" w:hAnsi="Gentium Plus"/>
          <w:sz w:val="24"/>
        </w:rPr>
        <w:t>Τὴν Κύρρον ἰθύνειν λαχὼν τὰς ἀναγκαίας αὐτῇ πάντοθεν ἐπόρισα τέχνας· πρὸς δὲ τούτοις καὶ τοὺς τῆς ἰατρικῆς ἐπι‐ στήμονας οἰκῆσαι ταύτην προέτρεψα. Εἷς τούτων ἐστὶν ὁ εὐλαβέστατος πρεσβύτερος Πέτρος, λογικῶς μὲν μεταχειρί‐</w:t>
      </w:r>
    </w:p>
    <w:p>
      <w:r>
        <w:rPr>
          <w:rFonts w:ascii="Courier New" w:hAnsi="Courier New"/>
          <w:color w:val="555555"/>
          <w:sz w:val="20"/>
        </w:rPr>
        <w:t>[5]</w:t>
      </w:r>
    </w:p>
    <w:p>
      <w:r>
        <w:rPr>
          <w:rFonts w:ascii="Gentium Plus" w:hAnsi="Gentium Plus"/>
          <w:sz w:val="24"/>
        </w:rPr>
        <w:t>ζων τὴν τέχνην, κοσμῶν δὲ ταύτην τοῖς ἤθεσιν. Ἀλλὰ νῦν ἐκδημούντων ἡμῶν πολλοὶ μὲν καὶ ἄλλοι ταύτην ἀπέλιπον, ἐκδημῆσαι δὲ καὶ αὐτὸς ἐδοκίμασε. Διά τοι τοῦτο τὴν σὴν παρακαλῶ μεγαλοπρέπειαν κηδεμονίας αὐτὸν ἀξιῶσαι. Ἱκανὸς γάρ ἐστιν ἐπικουρῆσαι τοῖς κάμνουσι καὶ πολεμῆσαι ταῖς</w:t>
      </w:r>
    </w:p>
    <w:p>
      <w:r>
        <w:rPr>
          <w:rFonts w:ascii="Courier New" w:hAnsi="Courier New"/>
          <w:color w:val="555555"/>
          <w:sz w:val="20"/>
        </w:rPr>
        <w:t>[10]</w:t>
      </w:r>
    </w:p>
    <w:p>
      <w:r>
        <w:rPr>
          <w:rFonts w:ascii="Gentium Plus" w:hAnsi="Gentium Plus"/>
          <w:sz w:val="24"/>
        </w:rPr>
        <w:t>νόσοις.</w:t>
      </w:r>
    </w:p>
    <w:p>
      <w:pPr>
        <w:jc w:val="center"/>
      </w:pPr>
      <w:r>
        <w:rPr>
          <w:rFonts w:ascii="Gentium Plus" w:hAnsi="Gentium Plus"/>
          <w:b/>
          <w:sz w:val="24"/>
        </w:rPr>
        <w:t>ΡΕΝΑΤῼ ΠΡΕΣΒΥΤΕΡῼ.</w:t>
      </w:r>
    </w:p>
    <w:p>
      <w:r>
        <w:rPr>
          <w:rFonts w:ascii="Courier New" w:hAnsi="Courier New"/>
          <w:color w:val="555555"/>
          <w:sz w:val="20"/>
        </w:rPr>
        <w:t>[1]</w:t>
      </w:r>
    </w:p>
    <w:p>
      <w:r>
        <w:rPr>
          <w:rFonts w:ascii="Gentium Plus" w:hAnsi="Gentium Plus"/>
          <w:sz w:val="24"/>
        </w:rPr>
        <w:t>Ἔγνωμεν τὸν θερμὸν καὶ δίκαιον τῆς σῆς ὁσιότητος ζῆλον, καὶ τὴν δικαιοτάτην καὶ ἔννομον παρρησίαν, ᾗ χρησάμενος,</w:t>
      </w:r>
    </w:p>
    <w:p>
      <w:r>
        <w:rPr>
          <w:rFonts w:ascii="Courier New" w:hAnsi="Courier New"/>
          <w:color w:val="555555"/>
          <w:sz w:val="20"/>
        </w:rPr>
        <w:t>[5]</w:t>
      </w:r>
    </w:p>
    <w:p>
      <w:r>
        <w:rPr>
          <w:rFonts w:ascii="Gentium Plus" w:hAnsi="Gentium Plus"/>
          <w:sz w:val="24"/>
        </w:rPr>
        <w:t>ὀρθότητος ἐξῆλθεν ὁ φθόγγος, καὶ πάντες ᾄδουσι τὴν δικαιο‐ σύνην, τὸν ζῆλον, τὴν παρρησίαν, τὰς κατὰ τῆς παρανομίας παρ’ ὑμῶν γεγενημένας ἀπειλάς. Καὶ ταῦτα ἔδρασέ σου ἡ ὁσιότης, τὴν μίαν θεασαμένη σφαγήν. Εἰ δὲ καὶ τὰς ἄλλας ἑωράκεις τὰς μετὰ τὴν σὴν ἐκδημίαν γεγενημένας, τάχα ἂν</w:t>
      </w:r>
    </w:p>
    <w:p>
      <w:r>
        <w:rPr>
          <w:rFonts w:ascii="Courier New" w:hAnsi="Courier New"/>
          <w:color w:val="555555"/>
          <w:sz w:val="20"/>
        </w:rPr>
        <w:t>[10]</w:t>
      </w:r>
    </w:p>
    <w:p>
      <w:r>
        <w:rPr>
          <w:rFonts w:ascii="Gentium Plus" w:hAnsi="Gentium Plus"/>
          <w:sz w:val="24"/>
        </w:rPr>
        <w:t>τὸν Φινεὲς ἐκεῖνον ἐζήλωσας. Εἷς δὲ τῶν μετὰ ταῦτα κατα‐ κριθέντων ἐγώ, δραμεῖν μὲν αὐτόθι κωλυθεὶς διὰ γραμμάτων βασιλικῶν, ἀπὼν δὲ κατακριθείς. Μετὰ γὰρ ἓξ καὶ εἴκοσιν ἔτη τῆς ἐπισκοπῆς, μετὰ τοὺς πολλοὺς καὶ μυρίους πόνους, μετὰ τοὺς ὑπὲρ τῆς εὐσεβείας ἀγῶνας, μετὰ τὸ προσενέγκαι τῷ</w:t>
      </w:r>
    </w:p>
    <w:p>
      <w:r>
        <w:rPr>
          <w:rFonts w:ascii="Courier New" w:hAnsi="Courier New"/>
          <w:color w:val="555555"/>
          <w:sz w:val="20"/>
        </w:rPr>
        <w:t>[15]</w:t>
      </w:r>
    </w:p>
    <w:p>
      <w:r>
        <w:rPr>
          <w:rFonts w:ascii="Gentium Plus" w:hAnsi="Gentium Plus"/>
          <w:sz w:val="24"/>
        </w:rPr>
        <w:t>Σωτῆρι τῶν ὅλων πολλὰς αἱρετικῶν μυριάδας τῆς προτέρας πλάνης ἀπηλλαγμένας, ἐγύμνωσαν μὲν ἱερωσύνης, ἐξελαύ‐ νουσι δὲ καὶ πόλεως, οὐδὲ τὸ γῆρας αἰδεσθέντες, οὐδὲ τὴν πολίαν τὴν ἐν εὐσεβείᾳ τραφεῖσαν. Διά τοι τοῦτο τὴν ὑμετέραν ἁγιωσύνην παρακαλῶ πεῖσαι τὸν ἁγιώτατον καὶ ὁσιώτατον</w:t>
      </w:r>
    </w:p>
    <w:p>
      <w:r>
        <w:rPr>
          <w:rFonts w:ascii="Courier New" w:hAnsi="Courier New"/>
          <w:color w:val="555555"/>
          <w:sz w:val="20"/>
        </w:rPr>
        <w:t>[20]</w:t>
      </w:r>
    </w:p>
    <w:p>
      <w:r>
        <w:rPr>
          <w:rFonts w:ascii="Gentium Plus" w:hAnsi="Gentium Plus"/>
          <w:sz w:val="24"/>
        </w:rPr>
        <w:t>ἀρχιεπίσκοπον τῇ ἀποστολικῇ χρήσασθαι ἐξουσίᾳ καὶ εἰς τὸ ὑμέτερον ἀναδραμεῖν κελεῦσαι συνέδριον. Ἔχει γὰρ ὁ πανάγιος θρόνος ἐκεῖνος τῶν κατὰ τὴν οἰκουμένην Ἐκκλησιῶν τὴν ἡγε‐ μονίαν διὰ πολλά, καὶ πρὸ τῶν ἄλλων ἁπάντων, ὅτι αἱρετικῆς μεμένηκε δυσωδίας ἀμύητος, καὶ οὐδεὶς τἀναντία φρονῶν</w:t>
      </w:r>
    </w:p>
    <w:p>
      <w:r>
        <w:rPr>
          <w:rFonts w:ascii="Courier New" w:hAnsi="Courier New"/>
          <w:color w:val="555555"/>
          <w:sz w:val="20"/>
        </w:rPr>
        <w:t>[25]</w:t>
      </w:r>
    </w:p>
    <w:p>
      <w:r>
        <w:rPr>
          <w:rFonts w:ascii="Gentium Plus" w:hAnsi="Gentium Plus"/>
          <w:sz w:val="24"/>
        </w:rPr>
        <w:t>εἰς ἐκεῖνον ἐκάθισεν, ἀλλὰ τὴν ἀποστολικὴν χάριν ἀκήρατον διεφύλαξε. Τὰ γὰρ παρ’ ὑμῶν κριθησόμενα στέρξομεν, ὁποῖα ἂν ᾖ, τῇ ὑμετέρᾳ δικαιοκρισίᾳ θαρροῦντες· καὶ ἀξιοῦμεν ἀπὸ τῶν ἐγγράφων κριθῆναι. Πλείους γὰρ ἢ τριάκοντα συνέγραψα βίβλους, κατὰ Ἀρείου καὶ Εὐνομίου, κατὰ Μαρκίωνος, κατὰ</w:t>
      </w:r>
    </w:p>
    <w:p>
      <w:r>
        <w:rPr>
          <w:rFonts w:ascii="Courier New" w:hAnsi="Courier New"/>
          <w:color w:val="555555"/>
          <w:sz w:val="20"/>
        </w:rPr>
        <w:t>[30]</w:t>
      </w:r>
    </w:p>
    <w:p>
      <w:r>
        <w:rPr>
          <w:rFonts w:ascii="Gentium Plus" w:hAnsi="Gentium Plus"/>
          <w:sz w:val="24"/>
        </w:rPr>
        <w:t>Μακεδονίου, κατὰ Ἑλλήνων, κατὰ Ἰουδαίων· ἡρμήνευσα δὲ καὶ τὴν θείαν Γραφήν· καὶ ῥᾴδιον τῷ βουλομένῳ καταμαθεῖν, ὡς τοῖς ἀποστολικοῖς ἴχνεσιν ἠκολούθησα, ἕνα κηρύττων Υἱόν, ὡς ἕνα Πατέρα, καὶ ἓν ἅγιον Πνεῦμα· μίαν τῆς Τριάδος θεό‐ τητα, μίαν βασιλείαν, μίαν ἐξουσίαν, ἀϊδιότητα, ἀτρεπτότητα,</w:t>
      </w:r>
    </w:p>
    <w:p>
      <w:r>
        <w:rPr>
          <w:rFonts w:ascii="Courier New" w:hAnsi="Courier New"/>
          <w:color w:val="555555"/>
          <w:sz w:val="20"/>
        </w:rPr>
        <w:t>[35]</w:t>
      </w:r>
    </w:p>
    <w:p>
      <w:r>
        <w:rPr>
          <w:rFonts w:ascii="Gentium Plus" w:hAnsi="Gentium Plus"/>
          <w:sz w:val="24"/>
        </w:rPr>
        <w:t>ἀπάθειαν, ἓν θέλημα, τελείαν τοῦ Κυρίου ἡμῶν Ἰησοῦ Χριστοῦ τὴν θεότητα, τελείαν τὴν ἀνθρωπότητα, τὴν διὰ τὴν ἡμετέ‐ ραν σωτηρίαν ληφθεῖσαν, καὶ ὑπὲρ ἡμῶν τῷ θανάτῳ παρα‐ δοθεῖσαν. Οὐκ ἄλλον οἶδα τὸν Υἱὸν τοῦ ἀνθρώπου, καὶ ἄλλον τὸν Υἱὸν τοῦ Θεοῦ· ἀλλὰ τὸν αὐτόν, Υἱὸν μὲν τοῦ Θεοῦ καὶ</w:t>
      </w:r>
    </w:p>
    <w:p>
      <w:r>
        <w:rPr>
          <w:rFonts w:ascii="Courier New" w:hAnsi="Courier New"/>
          <w:color w:val="555555"/>
          <w:sz w:val="20"/>
        </w:rPr>
        <w:t>[40]</w:t>
      </w:r>
    </w:p>
    <w:p>
      <w:r>
        <w:rPr>
          <w:rFonts w:ascii="Gentium Plus" w:hAnsi="Gentium Plus"/>
          <w:sz w:val="24"/>
        </w:rPr>
        <w:t>Θεὸν ἐκ Θεοῦ γεγενημένον· Υἱὸν δὲ ἀνθρώπου, διὰ τὴν ἐκ σπέρματος Ἀβραὰμ καὶ Δαβὶδ ληφθεῖσαν τοῦ δούλου μορφήν. Ταῦτα καὶ τὰ τούτοις παραπλήσια διατελῶ διδάσκων. Ταῦτα καὶ ἐν τοῖς γράμμασι τοῦ ἁγιωτάτου καὶ ὁσιωτάτου ἀρχι‐ επισκόπου τοῦ δεσπότου μου Λέοντος εὗρον ἐγκείμενα, καὶ</w:t>
      </w:r>
    </w:p>
    <w:p>
      <w:r>
        <w:rPr>
          <w:rFonts w:ascii="Courier New" w:hAnsi="Courier New"/>
          <w:color w:val="555555"/>
          <w:sz w:val="20"/>
        </w:rPr>
        <w:t>[45]</w:t>
      </w:r>
    </w:p>
    <w:p>
      <w:r>
        <w:rPr>
          <w:rFonts w:ascii="Gentium Plus" w:hAnsi="Gentium Plus"/>
          <w:sz w:val="24"/>
        </w:rPr>
        <w:t>τὸν τῶν ὅλων ὕμνησα Δεσπότην ὅτι τοῖς ἀποστολικοῖς αὐτοῦ δόγμασι συμφωνῶ. Δέξασθέ μου τοίνυν, παρακαλῶ, τὴν ἱκε‐ σίαν, καὶ μὴ παρίδητε ἠδικημένον. Τούτου γὰρ δὴ χάριν καὶ τοὺς θεοφιλεστάτους πρεσβυτέρους Ὑπάτιον καὶ Ἀβράμιον τοὺς χωρεπισκόπους, καὶ Ἀλύπιον τῶν παρ’ ἡμῖν μοναζόντων</w:t>
      </w:r>
    </w:p>
    <w:p>
      <w:r>
        <w:rPr>
          <w:rFonts w:ascii="Courier New" w:hAnsi="Courier New"/>
          <w:color w:val="555555"/>
          <w:sz w:val="20"/>
        </w:rPr>
        <w:t>[116 (50)]</w:t>
      </w:r>
    </w:p>
    <w:p>
      <w:r>
        <w:rPr>
          <w:rFonts w:ascii="Gentium Plus" w:hAnsi="Gentium Plus"/>
          <w:sz w:val="24"/>
        </w:rPr>
        <w:t>τὸν ἔξαρχον, πρὸς τὴν ὑμετέραν φιλοθεΐαν ἀπέστειλα, βίῳ μὲν λαμπρῷ κοσμουμένους, δυναμένους δὲ καὶ διὰ τῆς γλώτ‐ της ἀκριβῶς ὑμᾶς διδάξαι τὰ κατὰ τὴν ἡμετέραν εὐτέλειαν.</w:t>
      </w:r>
    </w:p>
    <w:p>
      <w:pPr>
        <w:jc w:val="center"/>
      </w:pPr>
      <w:r>
        <w:rPr>
          <w:rFonts w:ascii="Gentium Plus" w:hAnsi="Gentium Plus"/>
          <w:b/>
          <w:sz w:val="24"/>
        </w:rPr>
        <w:t>ΦΛΩΡΕΝΤΙῼ ΕΠΙΣΚΟΠῼ.</w:t>
      </w:r>
    </w:p>
    <w:p>
      <w:r>
        <w:rPr>
          <w:rFonts w:ascii="Courier New" w:hAnsi="Courier New"/>
          <w:color w:val="555555"/>
          <w:sz w:val="20"/>
        </w:rPr>
        <w:t>[1]</w:t>
      </w:r>
    </w:p>
    <w:p>
      <w:r>
        <w:rPr>
          <w:rFonts w:ascii="Gentium Plus" w:hAnsi="Gentium Plus"/>
          <w:sz w:val="24"/>
        </w:rPr>
        <w:t>Οὐ παντελῶς ἄρα τῶν ἀνθρώπων τὸ γένος ἡ τοῦ Θεοῦ καὶ Σωτῆρος ἡμῶν ἐπιλέλοιπε χάρις· ἀλλ’ ἐγκατέλιπεν ἡμῖν</w:t>
      </w:r>
    </w:p>
    <w:p>
      <w:r>
        <w:rPr>
          <w:rFonts w:ascii="Courier New" w:hAnsi="Courier New"/>
          <w:color w:val="555555"/>
          <w:sz w:val="20"/>
        </w:rPr>
        <w:t>[5]</w:t>
      </w:r>
    </w:p>
    <w:p>
      <w:r>
        <w:rPr>
          <w:rFonts w:ascii="Gentium Plus" w:hAnsi="Gentium Plus"/>
          <w:sz w:val="24"/>
        </w:rPr>
        <w:t>παντάπασιν οὐκ ἐᾷ· ἀλλὰ τοῦ χαλεποῦ χειμῶνος προσμένειν τὴν λύσιν παρεγγυᾷ· τοῦτο ἡμᾶς εὐέλπιδας ἀπεργάζεται. Διά τοι τοῦτο καὶ τοὺς θεοφιλεστάτους πρεσβυτέρους Ὑπάτιον καὶ Ἀβράμιον τοὺς χωρεπισκόπους, καὶ Ἀλύπιον τῶν παρ’ ἡμῖν μοναζόντων τὸν ἔξαρχον, πρὸς τὴν ὑμετέραν ἀπεστείλαμεν</w:t>
      </w:r>
    </w:p>
    <w:p>
      <w:r>
        <w:rPr>
          <w:rFonts w:ascii="Courier New" w:hAnsi="Courier New"/>
          <w:color w:val="555555"/>
          <w:sz w:val="20"/>
        </w:rPr>
        <w:t>[10]</w:t>
      </w:r>
    </w:p>
    <w:p>
      <w:r>
        <w:rPr>
          <w:rFonts w:ascii="Gentium Plus" w:hAnsi="Gentium Plus"/>
          <w:sz w:val="24"/>
        </w:rPr>
        <w:t>ἁγιότητα, ἵνα τὴν ἐπισκήψασαν ταῖς τῆς Ἀνατολῆς Ἐκκλη‐ σίαις διαλύσητε συμφοράν. Καὶ πρῶτον μὲν τὴν ἄνωθεν παρὰ τῶν ἱερῶν ἀποστόλων παραδοθεῖσαν ἡμῖν κρατύνητε πίστιν, καὶ τὴν ἐπαναστᾶσαν αἵρεσιν στηλιτεύσητε, καὶ τοὺς παρα‐ χαράττειν τολμῶντας τῆς οἰκονομίας τὸ κήρυγμα προφανῶς</w:t>
      </w:r>
    </w:p>
    <w:p>
      <w:r>
        <w:rPr>
          <w:rFonts w:ascii="Courier New" w:hAnsi="Courier New"/>
          <w:color w:val="555555"/>
          <w:sz w:val="20"/>
        </w:rPr>
        <w:t>[15]</w:t>
      </w:r>
    </w:p>
    <w:p>
      <w:r>
        <w:rPr>
          <w:rFonts w:ascii="Gentium Plus" w:hAnsi="Gentium Plus"/>
          <w:sz w:val="24"/>
        </w:rPr>
        <w:t>ἐξελέγξητε, ἔπειτα δὲ καὶ τῶν ὑπὲρ τῆς εὐσεβείας πολεμου‐ μένων ὑπερμαχήσητε. Ὑπὲρ γὰρ τῆς ἀποστολικῆς πίστεως, ἁγιώτατοι, τὴν ἄδικον ταύτην σφαγὴν ὑπεμείναμεν, ὡς τῶν εὐαγγελικῶν δογμάτων οὐ προιέμενοι τὴν ἀλήθειαν. Πρέπει δὲ ὑμῶν τῇ ὁσιότητι μὴ παριδεῖν τοὺς ὁμόφρονας ἀδίκως</w:t>
      </w:r>
    </w:p>
    <w:p>
      <w:r>
        <w:rPr>
          <w:rFonts w:ascii="Courier New" w:hAnsi="Courier New"/>
          <w:color w:val="555555"/>
          <w:sz w:val="20"/>
        </w:rPr>
        <w:t>[20]</w:t>
      </w:r>
    </w:p>
    <w:p>
      <w:r>
        <w:rPr>
          <w:rFonts w:ascii="Gentium Plus" w:hAnsi="Gentium Plus"/>
          <w:sz w:val="24"/>
        </w:rPr>
        <w:t>ἐλαυνομένους, ἀλλὰ παῦσαι τῇ δικαίᾳ βοηθείᾳ τὴν ἀδικίαν, καὶ διδάξαι τοὺς κατὰ τῆς ἀληθείας θρασυνομένους, ὡς οὐ πάντα δρᾶν ἔξεστι τοῖς πᾶν ὁτιοῦν ἀδεῶς ποιεῖν πειρωμέ‐ νοις.</w:t>
      </w:r>
    </w:p>
    <w:p>
      <w:pPr>
        <w:jc w:val="center"/>
      </w:pPr>
      <w:r>
        <w:rPr>
          <w:rFonts w:ascii="Gentium Plus" w:hAnsi="Gentium Plus"/>
          <w:b/>
          <w:sz w:val="24"/>
        </w:rPr>
        <w:t>Τῼ ΑΡΧΙΔΙΑΚΟΝῼ ΡΩΜΗΣ.</w:t>
      </w:r>
    </w:p>
    <w:p>
      <w:r>
        <w:rPr>
          <w:rFonts w:ascii="Courier New" w:hAnsi="Courier New"/>
          <w:color w:val="555555"/>
          <w:sz w:val="20"/>
        </w:rPr>
        <w:t>[1]</w:t>
      </w:r>
    </w:p>
    <w:p>
      <w:r>
        <w:rPr>
          <w:rFonts w:ascii="Gentium Plus" w:hAnsi="Gentium Plus"/>
          <w:sz w:val="24"/>
        </w:rPr>
        <w:t>Παγχάλεπος χειμὼν ταῖς παρ’ ἡμῖν Ἐκκλησίαις ἐπέσκη‐ ψεν· οἱ δὲ τῆς ἀποστολικῆς ἀντεχόμενοι πίστεως τὴν ὑμετέ‐</w:t>
      </w:r>
    </w:p>
    <w:p>
      <w:r>
        <w:rPr>
          <w:rFonts w:ascii="Courier New" w:hAnsi="Courier New"/>
          <w:color w:val="555555"/>
          <w:sz w:val="20"/>
        </w:rPr>
        <w:t>[5]</w:t>
      </w:r>
    </w:p>
    <w:p>
      <w:r>
        <w:rPr>
          <w:rFonts w:ascii="Gentium Plus" w:hAnsi="Gentium Plus"/>
          <w:sz w:val="24"/>
        </w:rPr>
        <w:t>ἡμῶν γεγενημένην ἀδικίαν πάντως μυσάττεσθε. Πόρρω γὰρ ἡμᾶς διάγοντας καὶ πέντε καὶ τριάκοντα σταθμοῖς ἀφεστηκό‐ τας, κατέκριναν ὡς ἠθέλησαν οἱ δικαιότατοι δικασταί, καὶ τὴν ἐκ τῆς τοῦ Θεοῦ Σωτῆρος παρουσίας μέχρι καὶ τήμερον ἐν ταῖς Ἐκκλησίαις κρατήσασαν διδασκαλίαν παραλιπόντες, και‐</w:t>
      </w:r>
    </w:p>
    <w:p>
      <w:r>
        <w:rPr>
          <w:rFonts w:ascii="Courier New" w:hAnsi="Courier New"/>
          <w:color w:val="555555"/>
          <w:sz w:val="20"/>
        </w:rPr>
        <w:t>[10]</w:t>
      </w:r>
    </w:p>
    <w:p>
      <w:r>
        <w:rPr>
          <w:rFonts w:ascii="Gentium Plus" w:hAnsi="Gentium Plus"/>
          <w:sz w:val="24"/>
        </w:rPr>
        <w:t>νήν τινα, καὶ νόθον, καὶ ἄντικρυς ἐναντίαν τῇ παραδόσει τῶν ἀποστόλων εἰσήγαγον, καὶ τοῖς τὰ παλαιὰ κρατοῦσι κηρύγματα προφανῶς πολεμοῦσι. Καταξίωσον τοίνυν, θεοφιλέστατε, πυρ‐ σεῦσαι τὸν ζῆλον τοῦ πάντα ἁγιωτάτου καὶ ὁσιωτάτου ἀρχι‐ επισκόπου, ὥστε καὶ τὰς τῆς Ἀνατολῆς Ἐκκλησίας τῆς</w:t>
      </w:r>
    </w:p>
    <w:p>
      <w:r>
        <w:rPr>
          <w:rFonts w:ascii="Courier New" w:hAnsi="Courier New"/>
          <w:color w:val="555555"/>
          <w:sz w:val="20"/>
        </w:rPr>
        <w:t>[15]</w:t>
      </w:r>
    </w:p>
    <w:p>
      <w:r>
        <w:rPr>
          <w:rFonts w:ascii="Gentium Plus" w:hAnsi="Gentium Plus"/>
          <w:sz w:val="24"/>
        </w:rPr>
        <w:t>ὑμετέρας ἀπολαῦσαι κηδεμονίας· καὶ διαφερόντως τῆς ἄνωθεν παρὰ τῶν ἱερῶν ἀποστόλων παραδοθείσης ὑπερμαχῆσαι πίσ‐ τεως, καὶ ἄσυλον τὸν πατρῷον κλῆρον διαφυλάξαι, καὶ τὴν ἐπικειμένην ὀμίχλην ἀποσκεδάσαι, καὶ ἀντὶ τῆς σκοτομήνης καθαρὰν αἰθρίαν ἐργάσασθαι, καὶ τὴν καθ’ ἡμῶν ἀδίκως γεγε‐</w:t>
      </w:r>
    </w:p>
    <w:p>
      <w:r>
        <w:rPr>
          <w:rFonts w:ascii="Courier New" w:hAnsi="Courier New"/>
          <w:color w:val="555555"/>
          <w:sz w:val="20"/>
        </w:rPr>
        <w:t>[20]</w:t>
      </w:r>
    </w:p>
    <w:p>
      <w:r>
        <w:rPr>
          <w:rFonts w:ascii="Gentium Plus" w:hAnsi="Gentium Plus"/>
          <w:sz w:val="24"/>
        </w:rPr>
        <w:t>νημένην ἐξελέγξαι σφαγήν. Πρέπει γάρ σου τῇ ὁσιότητι τοῖς ἄλλοις αὐτῆς κατορθώμασι καὶ τοῦτον προσθεῖναι τὸν ζῆλον.</w:t>
      </w:r>
    </w:p>
    <w:p>
      <w:pPr>
        <w:jc w:val="center"/>
      </w:pPr>
      <w:r>
        <w:rPr>
          <w:rFonts w:ascii="Gentium Plus" w:hAnsi="Gentium Plus"/>
          <w:b/>
          <w:sz w:val="24"/>
        </w:rPr>
        <w:t>ΑΝΑΤΟΛΙῼ ΠΑΤΡΙΚΙῼ.</w:t>
      </w:r>
    </w:p>
    <w:p>
      <w:r>
        <w:rPr>
          <w:rFonts w:ascii="Courier New" w:hAnsi="Courier New"/>
          <w:color w:val="555555"/>
          <w:sz w:val="20"/>
        </w:rPr>
        <w:t>[1]</w:t>
      </w:r>
    </w:p>
    <w:p>
      <w:r>
        <w:rPr>
          <w:rFonts w:ascii="Gentium Plus" w:hAnsi="Gentium Plus"/>
          <w:sz w:val="24"/>
        </w:rPr>
        <w:t>Ἔγνω πάντως τὸ ὑμέτερον μέγεθος τὰ παρὰ τῶν δικαιοτά‐ των ἐν Ἐφέσῳ γενόμενα δικαστῶν. Εἰς πᾶσαν γὰρ τὴν γῆν ἐξῆλθεν ὁ φθόγγος αὐτῶν, καὶ εἰς τὰ πέρατα τῆς οἰκουμένης ἡ ὀρθοτάτη ψῆφος αὐτῶν. Ποία γὰρ Ἐκκλησία τὴν ἐντεῦθεν</w:t>
      </w:r>
    </w:p>
    <w:p>
      <w:r>
        <w:rPr>
          <w:rFonts w:ascii="Courier New" w:hAnsi="Courier New"/>
          <w:color w:val="555555"/>
          <w:sz w:val="20"/>
        </w:rPr>
        <w:t>[5]</w:t>
      </w:r>
    </w:p>
    <w:p>
      <w:r>
        <w:rPr>
          <w:rFonts w:ascii="Gentium Plus" w:hAnsi="Gentium Plus"/>
          <w:sz w:val="24"/>
        </w:rPr>
        <w:t>ἐπαναστᾶσαν οὐκ ἐδέξατο ζάλην; Οἱ μὲν γὰρ ἠδίκησαν, οἱ δὲ</w:t>
      </w:r>
    </w:p>
    <w:p>
      <w:r>
        <w:rPr>
          <w:rFonts w:ascii="Courier New" w:hAnsi="Courier New"/>
          <w:color w:val="555555"/>
          <w:sz w:val="20"/>
        </w:rPr>
        <w:t>[10]</w:t>
      </w:r>
    </w:p>
    <w:p>
      <w:r>
        <w:rPr>
          <w:rFonts w:ascii="Gentium Plus" w:hAnsi="Gentium Plus"/>
          <w:sz w:val="24"/>
        </w:rPr>
        <w:t>Τοὺς μὲν γὰρ τοιχωρύχους ἁλισκομένους ἐπ’ αὐτοφώρῳ κρί‐ νουσι πρῶτον, εἴθ’ οὕτω κολάζουσι οἱ δικάζοντες· καὶ μέντοι καὶ τοὺς ἀνδροφόνους, καὶ τοὺς τυμβωρύχους, καὶ τοὺς τὰς ἀλλοτρίας ἀποσυλῶντας εὐνάς, εἰσάγουσι πρότερον εἰς τὸ κριτήριον, καὶ τοῖς κατηγόροις ποιεῖσθαι κελεύουσι τὰς γρα‐</w:t>
      </w:r>
    </w:p>
    <w:p>
      <w:r>
        <w:rPr>
          <w:rFonts w:ascii="Courier New" w:hAnsi="Courier New"/>
          <w:color w:val="555555"/>
          <w:sz w:val="20"/>
        </w:rPr>
        <w:t>[15]</w:t>
      </w:r>
    </w:p>
    <w:p>
      <w:r>
        <w:rPr>
          <w:rFonts w:ascii="Gentium Plus" w:hAnsi="Gentium Plus"/>
          <w:sz w:val="24"/>
        </w:rPr>
        <w:t>φάς, καὶ τὸν τῶν μαρτύρων σκοπὸν ἐξετάζουσιν, εἰ μὴ πρὸς χάριν μαρτυροῦσι τῶν διωκόντων, εἰ μὴ τῶν φευγόντων εἰσὶ δυσμενεῖς, καὶ πρὸς τούτοις ἀπολογεῖσθαι τοῖς κατηγόροις κελεύουσι. Καὶ τοῦτο δὶς γίνεται καὶ τρίς, ἔστι δὲ ὅτε καὶ τετράκις· καὶ τότε λοιπὸν ἐν τοῖς τούτων κἀκείνων λόγοις</w:t>
      </w:r>
    </w:p>
    <w:p>
      <w:r>
        <w:rPr>
          <w:rFonts w:ascii="Courier New" w:hAnsi="Courier New"/>
          <w:color w:val="555555"/>
          <w:sz w:val="20"/>
        </w:rPr>
        <w:t>[20]</w:t>
      </w:r>
    </w:p>
    <w:p>
      <w:r>
        <w:rPr>
          <w:rFonts w:ascii="Gentium Plus" w:hAnsi="Gentium Plus"/>
          <w:sz w:val="24"/>
        </w:rPr>
        <w:t>ζητήσαντες τὴν ἀλήθειαν, τὴν ψῆφον ἐκφέρουσι. Οὗτοι δὲ ὅπως μὲν τοῖς ἄλλοις ἐδίκασαν, οὐδὲν ἐρῶ, ἵνα μὴ δόξω περιττός τις εἶναι καὶ πολυπραγμονεῖν τὰ ἀλλότρια· ὑπὲρ ἐμαυτοῦ δὲ λέγειν μόνον βιάζομαι τῆς ἀδίκου με καταναγκα‐ ζούσης σφαγῆς. Οἴκοι γάρ με τοῦ βασιλικοῦ καθείργοντος</w:t>
      </w:r>
    </w:p>
    <w:p>
      <w:r>
        <w:rPr>
          <w:rFonts w:ascii="Courier New" w:hAnsi="Courier New"/>
          <w:color w:val="555555"/>
          <w:sz w:val="20"/>
        </w:rPr>
        <w:t>[25]</w:t>
      </w:r>
    </w:p>
    <w:p>
      <w:r>
        <w:rPr>
          <w:rFonts w:ascii="Gentium Plus" w:hAnsi="Gentium Plus"/>
          <w:sz w:val="24"/>
        </w:rPr>
        <w:t>νόμου, καὶ περαιτέρω τῶν ὅρων τῆς ὑπ’ ἐμοῦ ποιμαινομένης πόλεως προβαίνειν κωλύοντος, ἐκάθισαν μὲν κατ’ ἐμοῦ τὸ συνέδριον, τὸν δὲ πέντε καὶ τριάκοντα σταθμοῖς ἀφεστηκότα κατέκριναν. Καὶ ὁ μὲν τῶν ὅλων Θεὸς πρὸς τὸν πατριάρχην Ἀβραὰμ περὶ Σοδόμων ἔφη καὶ Γομόρρων· Κραυγὴ Σοδό‐</w:t>
      </w:r>
    </w:p>
    <w:p>
      <w:r>
        <w:rPr>
          <w:rFonts w:ascii="Courier New" w:hAnsi="Courier New"/>
          <w:color w:val="555555"/>
          <w:sz w:val="20"/>
        </w:rPr>
        <w:t>[30]</w:t>
      </w:r>
    </w:p>
    <w:p>
      <w:r>
        <w:rPr>
          <w:rFonts w:ascii="Gentium Plus" w:hAnsi="Gentium Plus"/>
          <w:sz w:val="24"/>
        </w:rPr>
        <w:t>μων καὶ Γομόρρων πεπλήθυνται πρός με, καὶ αἱ ἁμαρτίαι αὐτῶν μεγάλαι σφόδρα. Καταβὰς οὖν ὄψο‐ μαι, εἰ κατὰ τὴν κραυγὴν αὐτῶν τὴν ἐρχομένην ταύ‐ την πρός με συντελοῦνται. Εἰ δὲ μή, ἵνα γνῶ. Καί‐</w:t>
      </w:r>
    </w:p>
    <w:p>
      <w:r>
        <w:rPr>
          <w:rFonts w:ascii="Courier New" w:hAnsi="Courier New"/>
          <w:color w:val="555555"/>
          <w:sz w:val="20"/>
        </w:rPr>
        <w:t>[35]</w:t>
      </w:r>
    </w:p>
    <w:p>
      <w:r>
        <w:rPr>
          <w:rFonts w:ascii="Gentium Plus" w:hAnsi="Gentium Plus"/>
          <w:sz w:val="24"/>
        </w:rPr>
        <w:t>ὅμως ἔφη· Καταβὰς ὄψομαι, διδάσκων ἡμᾶς ἀναμένειν τῶν πραγμάτων τὴν πεῖραν. Οὗτοι δὲ οὐκ εἰς δικαστήριον ἡμᾶς καλέσαντες, οὐ φωνῆς ἡμῶν ἐπακούσαντες, οὐ τί φρο‐ νοῦμεν μαθεῖν παρ’ ἡμῶν ἐθελήσαντες, τῷ θυμῷ τῶν τῆς ἀλη‐ θείας ἐχθρῶν τὴν ἡμετέραν σφαγὴν ἐχαρίσαντο.</w:t>
      </w:r>
    </w:p>
    <w:p>
      <w:r>
        <w:rPr>
          <w:rFonts w:ascii="Courier New" w:hAnsi="Courier New"/>
          <w:color w:val="555555"/>
          <w:sz w:val="20"/>
        </w:rPr>
        <w:t>[40]</w:t>
      </w:r>
    </w:p>
    <w:p>
      <w:r>
        <w:rPr>
          <w:rFonts w:ascii="Gentium Plus" w:hAnsi="Gentium Plus"/>
          <w:sz w:val="24"/>
        </w:rPr>
        <w:t>Ἐγὼ δὲ τὴν μὲν ἡσυχίαν ἀσπάζομαι, καὶ διαφερόντως ἐν τῷ παρόντι καιρῷ, τῶν ἀποστολικῶν παρὰ πόλλοις διαφθα‐ ρέντων δογμάτων, καὶ τῆς καινῆς κρατυνθείσης αἱρέσεως. Ἵνα δὲ μή τις τῶν ἀγνοούντων ἡμᾶς ἀληθὲς εἶναι πιστεύσῃ τὰς καθ’ ἡμῶν γεγενημένας διαβολάς, καὶ σκανδαλισθῇ νομί‐</w:t>
      </w:r>
    </w:p>
    <w:p>
      <w:r>
        <w:rPr>
          <w:rFonts w:ascii="Courier New" w:hAnsi="Courier New"/>
          <w:color w:val="555555"/>
          <w:sz w:val="20"/>
        </w:rPr>
        <w:t>[45]</w:t>
      </w:r>
    </w:p>
    <w:p>
      <w:r>
        <w:rPr>
          <w:rFonts w:ascii="Gentium Plus" w:hAnsi="Gentium Plus"/>
          <w:sz w:val="24"/>
        </w:rPr>
        <w:t>σας ἕτερα παρὰ τὴν εὐαγγελικὴν διδασκαλίαν φρονεῖν, ἀντι‐ βολῶ τὴν ὑμετέραν μεγαλοπρέπειαν, ταύτην αἰτῆσαι τὴν χάριν τὴν καλλίνικον κορυφήν, ὥστε με τὴν Ἑσπέραν καταλαβεῖν καὶ παρὰ τοῖς ἐν ἐκείνῃ θεοφιλεστάτοις καὶ ἁγιωτάτοις ἐπισκόποις δικάσασθαι· καὶ εἰ ὀφθείην βραχὺ γοῦν τι παρεκ‐</w:t>
      </w:r>
    </w:p>
    <w:p>
      <w:r>
        <w:rPr>
          <w:rFonts w:ascii="Courier New" w:hAnsi="Courier New"/>
          <w:color w:val="555555"/>
          <w:sz w:val="20"/>
        </w:rPr>
        <w:t>[119 (50)]</w:t>
      </w:r>
    </w:p>
    <w:p>
      <w:r>
        <w:rPr>
          <w:rFonts w:ascii="Gentium Plus" w:hAnsi="Gentium Plus"/>
          <w:sz w:val="24"/>
        </w:rPr>
        <w:t>βαίνων τοῦ κανόνος τῆς πίστεως, αὐτῷ με παραδοθῆναι τῷ μεσαιτάτῳ τῆς θαλάττης βυθῷ. Εἰ δὲ οὐδὲ ταύτην ὑμῶν τὴν δέησιν δέχεται, οἰκῆσαι γοῦν με κελευσάτω τὸ ἡμέτερον μονα‐ στήριον, ὃ τῆς μὲν Κυρρεστῶν εἴκοσι καὶ ἑκατὸν μιλίοις ἀφ‐ έστηκε, τῆς δὲ Ἀντιόχου πέντε καὶ ἑβδομήκοντα, ἀπὸ δὲ τριῶν</w:t>
      </w:r>
    </w:p>
    <w:p>
      <w:r>
        <w:rPr>
          <w:rFonts w:ascii="Courier New" w:hAnsi="Courier New"/>
          <w:color w:val="555555"/>
          <w:sz w:val="20"/>
        </w:rPr>
        <w:t>[55]</w:t>
      </w:r>
    </w:p>
    <w:p>
      <w:r>
        <w:rPr>
          <w:rFonts w:ascii="Gentium Plus" w:hAnsi="Gentium Plus"/>
          <w:sz w:val="24"/>
        </w:rPr>
        <w:t>μιλίων τῆς Ἀπαμέων διάκειται πόλεως. Τούτων, εἰ μὲν δυνα‐ τόν, τὸ πρότερον, εἰ δὲ μή, τὸ γοῦν δεύτερον παρασχεθῆναί μοι διὰ τοῦ ὑμετέρου μεγέθους παρακαλῶ. Οὗ τὴν μνήμην κἀν</w:t>
      </w:r>
    </w:p>
    <w:p>
      <w:r>
        <w:rPr>
          <w:rFonts w:ascii="Courier New" w:hAnsi="Courier New"/>
          <w:color w:val="555555"/>
          <w:sz w:val="20"/>
        </w:rPr>
        <w:t>[60]</w:t>
      </w:r>
    </w:p>
    <w:p>
      <w:r>
        <w:rPr>
          <w:rFonts w:ascii="Gentium Plus" w:hAnsi="Gentium Plus"/>
          <w:sz w:val="24"/>
        </w:rPr>
        <w:t>πρέπειαν, καὶ τοῖς παροῦσι, καὶ τοῖς μέλλουσιν ἀγαθοῖς. Ταῦτα δὲ γράψαι νῦν ἠναγκάσθην, μαθὼν ὥς τινες καὶ τὴν ἐντεῦθέν μοι καττύουσι μετανάστασιν.</w:t>
      </w:r>
    </w:p>
    <w:p>
      <w:pPr>
        <w:jc w:val="center"/>
      </w:pPr>
      <w:r>
        <w:rPr>
          <w:rFonts w:ascii="Gentium Plus" w:hAnsi="Gentium Plus"/>
          <w:b/>
          <w:sz w:val="24"/>
        </w:rPr>
        <w:t>ΛΟΥΠΙΚΙῼ.</w:t>
      </w:r>
    </w:p>
    <w:p>
      <w:r>
        <w:rPr>
          <w:rFonts w:ascii="Courier New" w:hAnsi="Courier New"/>
          <w:color w:val="555555"/>
          <w:sz w:val="20"/>
        </w:rPr>
        <w:t>[1]</w:t>
      </w:r>
    </w:p>
    <w:p>
      <w:r>
        <w:rPr>
          <w:rFonts w:ascii="Gentium Plus" w:hAnsi="Gentium Plus"/>
          <w:sz w:val="24"/>
        </w:rPr>
        <w:t>Οἶμαι καὶ τοὺς τῆς ἀληθείας σχετλιάζειν ἐχθροὺς ἐπὶ ταῖς ἀδίκοις ἡμῶν καὶ παρανόμοις σφαγαῖς. Πολλῷ δὲ πλέον, ὡς εἰκός, ἀνιᾷ τοὺς τροφίμους τῆς εὐσεβείας ἡ καινὴ αὕτη καὶ παράδοξος τραγῳδία, ὧν ἡ ὑμετέρα πρωτεύει μεγαλοπρέπεια.</w:t>
      </w:r>
    </w:p>
    <w:p>
      <w:r>
        <w:rPr>
          <w:rFonts w:ascii="Courier New" w:hAnsi="Courier New"/>
          <w:color w:val="555555"/>
          <w:sz w:val="20"/>
        </w:rPr>
        <w:t>[5]</w:t>
      </w:r>
    </w:p>
    <w:p>
      <w:r>
        <w:rPr>
          <w:rFonts w:ascii="Gentium Plus" w:hAnsi="Gentium Plus"/>
          <w:sz w:val="24"/>
        </w:rPr>
        <w:t>Προσήκει δὲ τοὺς πλεῖον ἀλγοῦντας πλείονα σπουδήν τε καὶ προθυμίαν εἰσενεγκεῖν, ὥστε τὰ δυσσεβῶς καὶ παρανόμως γεγενημένα λύσιν λαβεῖν, τὸ δὲ διασπασθῆναι κινδυνεῦον σῶμα τῆς Ἐκκλησίας εἰς τὴν προτέραν συμφωνίαν ἐπανελθεῖν. Τού‐ του δὴ χάριν παρακαλῶ τὸ ὑμέτερον μέγεθος, πνευματικῆς</w:t>
      </w:r>
    </w:p>
    <w:p>
      <w:r>
        <w:rPr>
          <w:rFonts w:ascii="Courier New" w:hAnsi="Courier New"/>
          <w:color w:val="555555"/>
          <w:sz w:val="20"/>
        </w:rPr>
        <w:t>[10]</w:t>
      </w:r>
    </w:p>
    <w:p>
      <w:r>
        <w:rPr>
          <w:rFonts w:ascii="Gentium Plus" w:hAnsi="Gentium Plus"/>
          <w:sz w:val="24"/>
        </w:rPr>
        <w:t>ἐμπορίας ἀφορμὴν νομίσαι τὸν παρόντα καιρόν· καὶ τὴν μὲν ὑπὲρ τῆς εὐσεβείας εἰσενεγκεῖν προθυμίαν, ἀντιλαβεῖν δὲ παρὰ τοῦ μεγαλοδώρου Δεσπότου, κἀν τῷ παρόντι βίῳ τὴν μεγίστην κηδεμονίαν, κἀν τῷ μέλλοντι τὴν τῶν οὐρανῶν βασι‐ λείαν.</w:t>
      </w:r>
    </w:p>
    <w:p>
      <w:pPr>
        <w:jc w:val="center"/>
      </w:pPr>
      <w:r>
        <w:rPr>
          <w:rFonts w:ascii="Gentium Plus" w:hAnsi="Gentium Plus"/>
          <w:b/>
          <w:sz w:val="24"/>
        </w:rPr>
        <w:t>ΑΝΑΤΟΛΙῼ ΠΑΤΡΙΚΙῼ.</w:t>
      </w:r>
    </w:p>
    <w:p>
      <w:r>
        <w:rPr>
          <w:rFonts w:ascii="Courier New" w:hAnsi="Courier New"/>
          <w:color w:val="555555"/>
          <w:sz w:val="20"/>
        </w:rPr>
        <w:t>[1]</w:t>
      </w:r>
    </w:p>
    <w:p>
      <w:r>
        <w:rPr>
          <w:rFonts w:ascii="Gentium Plus" w:hAnsi="Gentium Plus"/>
          <w:sz w:val="24"/>
        </w:rPr>
        <w:t>Ἔδειξεν ὁ πάντ’ ἐφορῶν καὶ πρυτανεύων Δεσπότης, καὶ</w:t>
      </w:r>
    </w:p>
    <w:p>
      <w:r>
        <w:rPr>
          <w:rFonts w:ascii="Courier New" w:hAnsi="Courier New"/>
          <w:color w:val="555555"/>
          <w:sz w:val="20"/>
        </w:rPr>
        <w:t>[5]</w:t>
      </w:r>
    </w:p>
    <w:p>
      <w:r>
        <w:rPr>
          <w:rFonts w:ascii="Gentium Plus" w:hAnsi="Gentium Plus"/>
          <w:sz w:val="24"/>
        </w:rPr>
        <w:t>επισκόπου τοῦ κυρίου Λέοντος, τὰ πρὸς τὸν τῆς ὁσίας μνή‐ μης Φλαβιανὸν καὶ πρὸς τοὺς ἄλλους τοὺς ἐν Ἐφέσῳ συν‐ αθροισθέντας γραφέντα, ἄγαν συμφωνεῖ τοῖς παρ’ ἡμῶν καὶ συγγραφεῖσι καὶ ἐπ’ ἐκκλησίας κηρυχθεῖσιν ἀεί. Οὗ δὴ χάριν εὐθὺς ἐντυχὼν ὕμνησα τὸν φιλάνθρωπον Κύριον, ὅτι οὐ τὰς</w:t>
      </w:r>
    </w:p>
    <w:p>
      <w:r>
        <w:rPr>
          <w:rFonts w:ascii="Courier New" w:hAnsi="Courier New"/>
          <w:color w:val="555555"/>
          <w:sz w:val="20"/>
        </w:rPr>
        <w:t>[10]</w:t>
      </w:r>
    </w:p>
    <w:p>
      <w:r>
        <w:rPr>
          <w:rFonts w:ascii="Gentium Plus" w:hAnsi="Gentium Plus"/>
          <w:sz w:val="24"/>
        </w:rPr>
        <w:t>Ἐκκλησίας παντελῶς καταλέλοιπεν, ἀλλ’ ἐφύλαξε τὸν τῆς ὀρθοδοξίας σπινθῆρα· μᾶλλον δὲ οὐ σπινθῆρα, ἀλλὰ πυρσὸν μέγιστον, ἱκανὸν ἐξάψαι καὶ φωτίσαι τὴν οἰκουμένην. Ἀλη‐ θῶς γὰρ τὸν ἀποστολικὸν ἐν οἷς ἔγραψε διεφύλαξε χαρακτῆρα, καὶ τὰ παρὰ τῶν ἁγίων καὶ μακαρίων προφητῶν καὶ ἀποστόλων,</w:t>
      </w:r>
    </w:p>
    <w:p>
      <w:r>
        <w:rPr>
          <w:rFonts w:ascii="Courier New" w:hAnsi="Courier New"/>
          <w:color w:val="555555"/>
          <w:sz w:val="20"/>
        </w:rPr>
        <w:t>[15]</w:t>
      </w:r>
    </w:p>
    <w:p>
      <w:r>
        <w:rPr>
          <w:rFonts w:ascii="Gentium Plus" w:hAnsi="Gentium Plus"/>
          <w:sz w:val="24"/>
        </w:rPr>
        <w:t>καὶ τῶν μετ’ ἐκείνους κηρυξάντων τὸ Εὐαγγέλιον, καὶ μέντοι καὶ τῶν ἐν Νικαίᾳ συναχθέντων ἁγίων Πατέρων, εὕρομεν ἐν τοῖς γράμμασι· τούτοις ἐμμένειν ὁμολογοῦμεν, καὶ τοὺς ἄλλο τι παρὰ ταῦτα φρονοῦντας ἀσεβείας γραφόμεθα. Συνέταξα δὲ τοῖσδε μου τοῖς γράμμασιν μίαν τῶν εἰς τὴν Ἔφεσον παρ’</w:t>
      </w:r>
    </w:p>
    <w:p>
      <w:r>
        <w:rPr>
          <w:rFonts w:ascii="Courier New" w:hAnsi="Courier New"/>
          <w:color w:val="555555"/>
          <w:sz w:val="20"/>
        </w:rPr>
        <w:t>[20]</w:t>
      </w:r>
    </w:p>
    <w:p>
      <w:r>
        <w:rPr>
          <w:rFonts w:ascii="Gentium Plus" w:hAnsi="Gentium Plus"/>
          <w:sz w:val="24"/>
        </w:rPr>
        <w:t>αὐτοῦ πεμφθεισῶν ἐπιστολῶν, ἵν’ ἐντυχοῦσα ὑμῶν ἡ μεγαλο‐ φυΐα, τῶν παρ’ ἡμῶν πολλάκις ἐπ’ ἐκκλησίας εἰρημένων ἀνα‐ μνησθῇ, καὶ γνῷ τῶν δογμάτων τὴν συμφωνίαν, καὶ μισήσῃ τοὺς λαλοῦντας τὸ ψεῦδος, καὶ τοὺς τὴν καινὴν αἵρεσιν κατὰ τῶν ἀποστολικῶν συντεθεικότας δογμάτων.</w:t>
      </w:r>
    </w:p>
    <w:p>
      <w:pPr>
        <w:jc w:val="center"/>
      </w:pPr>
      <w:r>
        <w:rPr>
          <w:rFonts w:ascii="Gentium Plus" w:hAnsi="Gentium Plus"/>
          <w:b/>
          <w:sz w:val="24"/>
        </w:rPr>
        <w:t>ΟΥΡΑΝΙῼ ΕΠΙΣΚΟΠῼ ΕΜΕΣΗΣ.</w:t>
      </w:r>
    </w:p>
    <w:p>
      <w:r>
        <w:rPr>
          <w:rFonts w:ascii="Courier New" w:hAnsi="Courier New"/>
          <w:color w:val="555555"/>
          <w:sz w:val="20"/>
        </w:rPr>
        <w:t>[1]</w:t>
      </w:r>
    </w:p>
    <w:p>
      <w:r>
        <w:rPr>
          <w:rFonts w:ascii="Gentium Plus" w:hAnsi="Gentium Plus"/>
          <w:sz w:val="24"/>
        </w:rPr>
        <w:t>Ὅτι μὲν συνεζεύχθημεν ἐν τοῖς γράμμασιν οἱ τῇ διαθέσει</w:t>
      </w:r>
    </w:p>
    <w:p>
      <w:r>
        <w:rPr>
          <w:rFonts w:ascii="Courier New" w:hAnsi="Courier New"/>
          <w:color w:val="555555"/>
          <w:sz w:val="20"/>
        </w:rPr>
        <w:t>[5]</w:t>
      </w:r>
    </w:p>
    <w:p>
      <w:r>
        <w:rPr>
          <w:rFonts w:ascii="Gentium Plus" w:hAnsi="Gentium Plus"/>
          <w:sz w:val="24"/>
        </w:rPr>
        <w:t>σιγὴν παραινεσάσης, καὶ τὴν καλουμένην οἰκονομίαν, χάριν ὁμολογοῦμεν, μὴ δεξάμενοι τὴν εἰσήγησιν. Ὁ γὰρ θεῖος Ἀπό‐ στολος τἀναντία παρεγγυᾷ· Ἐπίστηθι εὐκαίρως, ἀκαί‐ ρως. Καὶ ὁ Δεσπότης αὐτῷ γε τούτῳ τῷ κήρυκι· Λάλει, καὶ μὴ σιωπήσῃς. Καὶ τῷ Ἠσαΐᾳ· Ἀναβόησον τῇ ἰσχύϊ</w:t>
      </w:r>
    </w:p>
    <w:p>
      <w:r>
        <w:rPr>
          <w:rFonts w:ascii="Courier New" w:hAnsi="Courier New"/>
          <w:color w:val="555555"/>
          <w:sz w:val="20"/>
        </w:rPr>
        <w:t>[10]</w:t>
      </w:r>
    </w:p>
    <w:p>
      <w:r>
        <w:rPr>
          <w:rFonts w:ascii="Gentium Plus" w:hAnsi="Gentium Plus"/>
          <w:sz w:val="24"/>
        </w:rPr>
        <w:t>σου, καὶ μὴ φείσῃ. Καὶ τῷ Μωϋσεῖ· Καταβὰς διαμάρ‐ τυραι τῷ λαῷ τούτῳ. Καὶ μέντοι καὶ τῷ Ἰεζεκιήλ· Σκο‐ πὸν δέδωκά σε τῷ οἴκῳ Ἰσραήλ· καὶ ἔσται, ἐὰν μὴ διαστείλῃ τῷ ἀνόμῳ, καὶ τὰ τούτοις ἀκόλουθα· περιττὸν γὰρ πρὸς εἰδότα μηκύνειν. Οὐ μόνον τοίνυν οὐκ ἀλύομεν</w:t>
      </w:r>
    </w:p>
    <w:p>
      <w:r>
        <w:rPr>
          <w:rFonts w:ascii="Courier New" w:hAnsi="Courier New"/>
          <w:color w:val="555555"/>
          <w:sz w:val="20"/>
        </w:rPr>
        <w:t>[15]</w:t>
      </w:r>
    </w:p>
    <w:p>
      <w:r>
        <w:rPr>
          <w:rFonts w:ascii="Gentium Plus" w:hAnsi="Gentium Plus"/>
          <w:sz w:val="24"/>
        </w:rPr>
        <w:t>παρρησίᾳ χρησάμενοι, ἀλλὰ καὶ γαννύμεθα καὶ γεγήθαμεν, καὶ τὸν τούτων ἡμᾶς ἀξιώσαντα τῶν παθημάτων ὑμνοῦμεν, καὶ μὲν δὴ καὶ τοὺς συνήθεις ἐπὶ τοὺς αὐτοὺς ἀγῶνας παρακα‐ λοῦμεν. Εἰ μὲν γὰρ ἴσασιν ἡμᾶς τὸν ἀποστολικὸν κανόνα τῆς πίστεως μὴ φυλάττοντας, ἀλλ’ ἐκκλίνοντας δεξιὰ ἢ ἀριστερά,</w:t>
      </w:r>
    </w:p>
    <w:p>
      <w:r>
        <w:rPr>
          <w:rFonts w:ascii="Courier New" w:hAnsi="Courier New"/>
          <w:color w:val="555555"/>
          <w:sz w:val="20"/>
        </w:rPr>
        <w:t>[20]</w:t>
      </w:r>
    </w:p>
    <w:p>
      <w:r>
        <w:rPr>
          <w:rFonts w:ascii="Gentium Plus" w:hAnsi="Gentium Plus"/>
          <w:sz w:val="24"/>
        </w:rPr>
        <w:t>καὶ μισησάτωσαν, καὶ τῆς ἐναντίας γενέσθωσαν μοίρας, καὶ μετὰ τῶν πολεμούντων τετάχθωσαν. Εἰ δὲ τὴν ὀρθὴν τοῦ εὐαγγελικοῦ κηρύγματος προσμαρτυροῦσιν ἡμῖν διδασκαλίαν, βοῶμεν πρὸς αὐτούς· Στῆτε καὶ ὑμεῖς περιζωσάμενοι τὰς ὀσφύας ὑμῶν ἐν ἀληθείᾳ, καὶ ὑποδησάμενοι</w:t>
      </w:r>
    </w:p>
    <w:p>
      <w:r>
        <w:rPr>
          <w:rFonts w:ascii="Courier New" w:hAnsi="Courier New"/>
          <w:color w:val="555555"/>
          <w:sz w:val="20"/>
        </w:rPr>
        <w:t>[25]</w:t>
      </w:r>
    </w:p>
    <w:p>
      <w:r>
        <w:rPr>
          <w:rFonts w:ascii="Gentium Plus" w:hAnsi="Gentium Plus"/>
          <w:sz w:val="24"/>
        </w:rPr>
        <w:t>τοὺς πόδας ἐν ἑτοιμασίᾳ τοῦ Εὐαγγελίου τῆς εἰρή‐ νης, καὶ τὰ ἑξῆς. Φασὶ γὰρ τὴν ἀρετήν, οὐ μόνον σωφροσύ‐ νην, καὶ δικαιοσύνην, καὶ φρόνησιν, ἀλλὰ καὶ ἀνδρίαν ἔχειν,</w:t>
      </w:r>
    </w:p>
    <w:p>
      <w:r>
        <w:rPr>
          <w:rFonts w:ascii="Courier New" w:hAnsi="Courier New"/>
          <w:color w:val="555555"/>
          <w:sz w:val="20"/>
        </w:rPr>
        <w:t>[30]</w:t>
      </w:r>
    </w:p>
    <w:p>
      <w:r>
        <w:rPr>
          <w:rFonts w:ascii="Gentium Plus" w:hAnsi="Gentium Plus"/>
          <w:sz w:val="24"/>
        </w:rPr>
        <w:t>χου· καὶ ἡ σωφροσύνη συνεργῷ τῇ ἀνδρίᾳ χρωμένη τὴν ἀκολα‐ σίαν νικᾷ. Διά τοι τοῦτο καὶ ὁ τῶν ὅλων Θεὸς πρὸς τὸν προ‐ φήτην ἔφη· Ὁ δὲ δίκαιός μου ἐκ πίστεως ζήσεται, καὶ ἐὰν ὑποστείληται, οὐκ εὐδοκεῖ ἡ ψυχή μου ἐν αὐτῷ. Ὑποστολὴν δὲ τὴν δειλίαν ὠνόμασε. Ἔχου τοίνυν, ὦ</w:t>
      </w:r>
    </w:p>
    <w:p>
      <w:r>
        <w:rPr>
          <w:rFonts w:ascii="Courier New" w:hAnsi="Courier New"/>
          <w:color w:val="555555"/>
          <w:sz w:val="20"/>
        </w:rPr>
        <w:t>[35]</w:t>
      </w:r>
    </w:p>
    <w:p>
      <w:r>
        <w:rPr>
          <w:rFonts w:ascii="Gentium Plus" w:hAnsi="Gentium Plus"/>
          <w:sz w:val="24"/>
        </w:rPr>
        <w:t>φίλη κεφαλή, τῶν ἀποστολικῶν δογμάτων. Ἥξει γὰρ ὅσον ὅσον ὁ ἐρχόμενος, καὶ οὐ χρονιεῖ· καί· ἀποδώσει ἑκάστῳ κατὰ τὰ ἔργα αὐτοῦ. Παράγει γὰρ τὸ σχῆμα τοῦ κόσμου τούτου, καὶ φανήσεται ἡ τῶν πραγμάτων ἀλήθεια.</w:t>
      </w:r>
    </w:p>
    <w:p>
      <w:pPr>
        <w:jc w:val="center"/>
      </w:pPr>
      <w:r>
        <w:rPr>
          <w:rFonts w:ascii="Gentium Plus" w:hAnsi="Gentium Plus"/>
          <w:b/>
          <w:sz w:val="24"/>
        </w:rPr>
        <w:t>Τῼ ΑΥΤῼ,</w:t>
      </w:r>
    </w:p>
    <w:p>
      <w:r>
        <w:rPr>
          <w:rFonts w:ascii="Courier New" w:hAnsi="Courier New"/>
          <w:color w:val="555555"/>
          <w:sz w:val="20"/>
        </w:rPr>
        <w:t>[1]</w:t>
      </w:r>
    </w:p>
    <w:p>
      <w:r>
        <w:rPr>
          <w:rFonts w:ascii="Gentium Plus" w:hAnsi="Gentium Plus"/>
          <w:sz w:val="24"/>
        </w:rPr>
        <w:t>Καὶ μακρὰ ἡ ἐπιστολή, καὶ χαρίεσσα, καὶ τὸ τῆς ἀγάπης θερμόν τε καὶ γνήσιον ὑποφαίνουσα. Καὶ τοσαύτης με θυμη‐ δίας ἐνέπλησεν, ὥστε ἥκιστα μεταγνῶναι, ὅτι δὴ ἑτέραν ἔχειν ἐτόπασα διάνοιαν τὸ τῆς προτέρας προοίμιον. Τοῦ γὰρ νοῦ</w:t>
      </w:r>
    </w:p>
    <w:p>
      <w:r>
        <w:rPr>
          <w:rFonts w:ascii="Courier New" w:hAnsi="Courier New"/>
          <w:color w:val="555555"/>
          <w:sz w:val="20"/>
        </w:rPr>
        <w:t>[5]</w:t>
      </w:r>
    </w:p>
    <w:p>
      <w:r>
        <w:rPr>
          <w:rFonts w:ascii="Gentium Plus" w:hAnsi="Gentium Plus"/>
          <w:sz w:val="24"/>
        </w:rPr>
        <w:t>τῶν γραμμάτων ἡ ἄγνοια τὸν τῆς ἀδελφικῆς φιλοστοργίας ἀπεκάλυψε θησαυρόν, καὶ τὸ τῆς πίστεως ἐδήλωσεν ἀκραι‐ φνές, καὶ τὸν περὶ τὴν εὐσέβειαν ἐγνώρισε ζῆλον. Τοῦ μέντοι προφήτου τοὺς λόγους καὶ πειρασμοὺς διενειμάμεθα, καὶ ἡ μὲν ὁσιότης σου τοῖς λόγοις ἐχρήσατο· ἡμεῖς δὲ ταῖς καταιγίσι</w:t>
      </w:r>
    </w:p>
    <w:p>
      <w:r>
        <w:rPr>
          <w:rFonts w:ascii="Courier New" w:hAnsi="Courier New"/>
          <w:color w:val="555555"/>
          <w:sz w:val="20"/>
        </w:rPr>
        <w:t>[10]</w:t>
      </w:r>
    </w:p>
    <w:p>
      <w:r>
        <w:rPr>
          <w:rFonts w:ascii="Gentium Plus" w:hAnsi="Gentium Plus"/>
          <w:sz w:val="24"/>
        </w:rPr>
        <w:t>καὶ τρικυμίαις βαλλόμεθα, καὶ κατὰ τῶν τὸ σκάφος ἐρεττόντων μετ’ ἐκείνου βοῶμεν· Φυλασσόμενοι μάταια καὶ ψευδῆ, ἔλεον αὐτῶν ἐγκατέλιπον. Παρέξει δὲ ἴσως ὁ καὶ ἡμῶν</w:t>
      </w:r>
    </w:p>
    <w:p>
      <w:r>
        <w:rPr>
          <w:rFonts w:ascii="Courier New" w:hAnsi="Courier New"/>
          <w:color w:val="555555"/>
          <w:sz w:val="20"/>
        </w:rPr>
        <w:t>[15]</w:t>
      </w:r>
    </w:p>
    <w:p>
      <w:r>
        <w:rPr>
          <w:rFonts w:ascii="Gentium Plus" w:hAnsi="Gentium Plus"/>
          <w:sz w:val="24"/>
        </w:rPr>
        <w:t>οὕτως τῆς θείας ἀπολαύσεσθαι προμηθείας, καὶ τῇ πείρᾳ μαθεῖν, ὡς ἡ δύναμις αὐτοῦ ἐν ἀσθενείᾳ τελειοῦται· καὶ γὰρ αὐτοὺς τοὺς κινδύνους τῇ ἀσθενείᾳ ἡμῶν ἐμέτρησε. Τὸν μὲν γὰρ θεῖον ἐκεῖνον προφήτην ἅπαντες καθῆκαν εἰς τὸ πέλαγος οἱ συμπλέοντες· ἐμοὶ δὲ καὶ τὴν τῆς σῆς ὁσιότητος παρέσχεν</w:t>
      </w:r>
    </w:p>
    <w:p>
      <w:r>
        <w:rPr>
          <w:rFonts w:ascii="Courier New" w:hAnsi="Courier New"/>
          <w:color w:val="555555"/>
          <w:sz w:val="20"/>
        </w:rPr>
        <w:t>[20]</w:t>
      </w:r>
    </w:p>
    <w:p>
      <w:r>
        <w:rPr>
          <w:rFonts w:ascii="Gentium Plus" w:hAnsi="Gentium Plus"/>
          <w:sz w:val="24"/>
        </w:rPr>
        <w:t>παραψυχήν, καὶ μέντοι καὶ ἄλλων θεοφιλῶν ἀνδρῶν· οὓς τῆς Ὀνησιφόρου τοῦ θαυμασίου τυχεῖν εὐλογίας μετὰ τῆς σῆς φιλοθεΐας προσεύχομαι, ὅτι τὴν ἄλυσιν ἡμῶν οὐκ ἐπῃσχύνθητε· ἀλλὰ τῶν ὑπὲρ τῆς πίστεως ἡμῖν κεκοινωνήκατε θλίψεων. Τοῦτο μέντοι εὖ ἴσθι, δέσποτα, ὡς καὶ ἑτέρων μοι πεμψάντων</w:t>
      </w:r>
    </w:p>
    <w:p>
      <w:r>
        <w:rPr>
          <w:rFonts w:ascii="Courier New" w:hAnsi="Courier New"/>
          <w:color w:val="555555"/>
          <w:sz w:val="20"/>
        </w:rPr>
        <w:t>[25]</w:t>
      </w:r>
    </w:p>
    <w:p>
      <w:r>
        <w:rPr>
          <w:rFonts w:ascii="Gentium Plus" w:hAnsi="Gentium Plus"/>
          <w:sz w:val="24"/>
        </w:rPr>
        <w:t>θεοφιλεστάτων ἐπισκόπων εὐλογίας οὐκ ἐδεξάμην· οὐχ ὡς ὑβρίζων τοὺς πεπομφότας, μὴ γένοιτο· ἀλλ’ ὡς τὴν ἀναγκαίαν τροφὴν τέως ποριζόμενος παρὰ τοῦ καὶ τοῖς κόραξι ταύτην ἀφθόνως παρέχοντος. Ἐπὶ δὲ τῆς σῆς φιλοθεΐας οὐδὲν τοιοῦτο πεποίηκα. Τῷ ὄντι γὰρ ἐνίκησεν ἡ τῆς ἀγάπης θερμότης τὸν</w:t>
      </w:r>
    </w:p>
    <w:p>
      <w:r>
        <w:rPr>
          <w:rFonts w:ascii="Courier New" w:hAnsi="Courier New"/>
          <w:color w:val="555555"/>
          <w:sz w:val="20"/>
        </w:rPr>
        <w:t>[30]</w:t>
      </w:r>
    </w:p>
    <w:p>
      <w:r>
        <w:rPr>
          <w:rFonts w:ascii="Gentium Plus" w:hAnsi="Gentium Plus"/>
          <w:sz w:val="24"/>
        </w:rPr>
        <w:t>ἐγγενόμενόν μοι τέως σκοπόν. Ὅτι γὰρ ἐξ οὗ τὰ τῆς συνη‐ θείας ἡμῖν ηὐξήθη, καὶ τὸ φίλτρον σφοδρότερον ἐξήφθη, πειθέσθω ἡ θεοφιλής σου ψυχή.</w:t>
      </w:r>
    </w:p>
    <w:p>
      <w:pPr>
        <w:jc w:val="center"/>
      </w:pPr>
      <w:r>
        <w:rPr>
          <w:rFonts w:ascii="Gentium Plus" w:hAnsi="Gentium Plus"/>
          <w:b/>
          <w:sz w:val="24"/>
        </w:rPr>
        <w:t>ΜΑΡΑΝᾼ ΣΧΟΛΑΣΤΙΚῼ.</w:t>
      </w:r>
    </w:p>
    <w:p>
      <w:r>
        <w:rPr>
          <w:rFonts w:ascii="Courier New" w:hAnsi="Courier New"/>
          <w:color w:val="555555"/>
          <w:sz w:val="20"/>
        </w:rPr>
        <w:t>[1]</w:t>
      </w:r>
    </w:p>
    <w:p>
      <w:r>
        <w:rPr>
          <w:rFonts w:ascii="Gentium Plus" w:hAnsi="Gentium Plus"/>
          <w:sz w:val="24"/>
        </w:rPr>
        <w:t>Τὰς μὲν ἐκκλησιαστικὰς ὀλοφύρομαι κἀγὼ συμφοράς, καὶ τὸν ἐπικείμενον ὀδύρομαι κλύδωνα. Ἐμαυτῷ μέντοι συνήδομαι θορύβων ἀπηλλαγμένῳ, καὶ γαλήνης ἀπολαύοντι τῆς ἐρασμίας</w:t>
      </w:r>
    </w:p>
    <w:p>
      <w:r>
        <w:rPr>
          <w:rFonts w:ascii="Courier New" w:hAnsi="Courier New"/>
          <w:color w:val="555555"/>
          <w:sz w:val="20"/>
        </w:rPr>
        <w:t>[5]</w:t>
      </w:r>
    </w:p>
    <w:p>
      <w:r>
        <w:rPr>
          <w:rFonts w:ascii="Gentium Plus" w:hAnsi="Gentium Plus"/>
          <w:sz w:val="24"/>
        </w:rPr>
        <w:t>μακρὸν τίσουσι δίκας ὧν νῦν παρανόμως τολμῶσι. Σταθμῷ γὰρ ἅπαντα καὶ μέτρῳ πρυτανεύει τῶν ὅλων ὁ Κύριος· καὶ ὅταν τινὲς εἰς ἀμετρίαν παρανομίας ἐκπέσωσι, μακροθυμεῖ μὲν οὐκέτι, δικαστικῶς δὲ λοιπὸν ἐπιφέρει τὴν τιμωρίαν. Ταῦτα προορῶντες ἡμεῖς παύσασθαι αὐτοὺς τῆς ἀμετρίας εὐχόμεθα,</w:t>
      </w:r>
    </w:p>
    <w:p>
      <w:r>
        <w:rPr>
          <w:rFonts w:ascii="Courier New" w:hAnsi="Courier New"/>
          <w:color w:val="555555"/>
          <w:sz w:val="20"/>
        </w:rPr>
        <w:t>[10]</w:t>
      </w:r>
    </w:p>
    <w:p>
      <w:r>
        <w:rPr>
          <w:rFonts w:ascii="Gentium Plus" w:hAnsi="Gentium Plus"/>
          <w:sz w:val="24"/>
        </w:rPr>
        <w:t>ἵνα μὴ κολαζομένους ὁρῶντες πάλιν αὐτοὺς θρηνεῖν βιαζώ‐ μεθα. Τῆς δὲ ὑμετέρας θαυμασιότητος διηνεκῶς μνημονεύο‐ μεν, καὶ τὸν κοινὸν Δεσπότην ἀντιβολοῦμεν τὴν ὑμετέραν οἰκίαν εὐλογίας ἐμπλῆσαι.</w:t>
      </w:r>
    </w:p>
    <w:p>
      <w:pPr>
        <w:jc w:val="center"/>
      </w:pPr>
      <w:r>
        <w:rPr>
          <w:rFonts w:ascii="Gentium Plus" w:hAnsi="Gentium Plus"/>
          <w:b/>
          <w:sz w:val="24"/>
        </w:rPr>
        <w:t>ΙΩΑΝΝῌ ΕΠΙΣΚΟΠῼ ΓΕΡΜΑΝΙΚΕΙΑΣ.</w:t>
      </w:r>
    </w:p>
    <w:p>
      <w:r>
        <w:rPr>
          <w:rFonts w:ascii="Courier New" w:hAnsi="Courier New"/>
          <w:color w:val="555555"/>
          <w:sz w:val="20"/>
        </w:rPr>
        <w:t>[1]</w:t>
      </w:r>
    </w:p>
    <w:p>
      <w:r>
        <w:rPr>
          <w:rFonts w:ascii="Gentium Plus" w:hAnsi="Gentium Plus"/>
          <w:sz w:val="24"/>
        </w:rPr>
        <w:t>Τὰ μὲν πρότερα γράμματα τῆς σῆς ὁσιότητος εὐθὺς δεξά‐ μενος ἀντιγέγραφα. Περὶ δὲ τῶν προκειμένων οὐδέν ἐστιν ἐλπίσαι χρηστόν. Τῆς γὰρ παντελοῦς ἀποστασίας ὑπολαμβάνω ταῦτα εἶναι προοίμια. Τὸ γὰρ τοὺς θρηνοῦντας τὰ κατὰ βίαν,</w:t>
      </w:r>
    </w:p>
    <w:p>
      <w:r>
        <w:rPr>
          <w:rFonts w:ascii="Courier New" w:hAnsi="Courier New"/>
          <w:color w:val="555555"/>
          <w:sz w:val="20"/>
        </w:rPr>
        <w:t>[5]</w:t>
      </w:r>
    </w:p>
    <w:p>
      <w:r>
        <w:rPr>
          <w:rFonts w:ascii="Gentium Plus" w:hAnsi="Gentium Plus"/>
          <w:sz w:val="24"/>
        </w:rPr>
        <w:t>ὥς φασιν, ἐν Ἐφέσῳ γεγενημένα μὴ μεταμέλεσθαι, ἀλλ’ ἐπι‐ μένειν τοῖς παρανόμως παρ’ αὐτῶν τολμηθεῖσιν, καὶ ἐποικο‐ δομεῖν κατὰ ταὐτὸν τήν τε ἀδικίαν καὶ τὴν ἀσέβειαν, καὶ τὸ τοὺς ἄλλους μήτε συμβουλεύειν, ἵνα αὐτοῖς ἐξαρνηθῇ τὰ τολμηθέντα, μήτε ἐπιμενόντων οἷς παρανόμως ἔδρασαν φεύ‐</w:t>
      </w:r>
    </w:p>
    <w:p>
      <w:r>
        <w:rPr>
          <w:rFonts w:ascii="Courier New" w:hAnsi="Courier New"/>
          <w:color w:val="555555"/>
          <w:sz w:val="20"/>
        </w:rPr>
        <w:t>[10]</w:t>
      </w:r>
    </w:p>
    <w:p>
      <w:r>
        <w:rPr>
          <w:rFonts w:ascii="Gentium Plus" w:hAnsi="Gentium Plus"/>
          <w:sz w:val="24"/>
        </w:rPr>
        <w:t>γειν τὴν κοινωνίαν, τί τῶν χρηστῶν ἐλπίζειν ἐᾷ; Εἰ μὲν γὰρ ἐπῄνουν τὰ γεγενημένα ὡς εὖ καὶ καλῶς ἔχοντα, εἰκότως τοῖς παρὰ σφῶν ἐπαινουμένοις ἐπέμενον. Εἰ δὲ θρηνοῦσιν, ὡς</w:t>
      </w:r>
    </w:p>
    <w:p>
      <w:r>
        <w:rPr>
          <w:rFonts w:ascii="Courier New" w:hAnsi="Courier New"/>
          <w:color w:val="555555"/>
          <w:sz w:val="20"/>
        </w:rPr>
        <w:t>[15]</w:t>
      </w:r>
    </w:p>
    <w:p>
      <w:r>
        <w:rPr>
          <w:rFonts w:ascii="Gentium Plus" w:hAnsi="Gentium Plus"/>
          <w:sz w:val="24"/>
        </w:rPr>
        <w:t>παρόν, καὶ σφόδρα ὂν ὀλιγοχρόνιον, τοῦ μέλλοντος προτετίμη‐ ται; Τί δήποτε δὲ καὶ προφανῶς ψεύδονται καί φασι μηδεμίαν γεγενῆσθαι περὶ τὸ δόγμα καινοτομίαν; Διὰ ποίους φόνους καὶ γοητείας ἐξηλάθην ἐγώ; Ὁ δεῖνα τίνας μοιχείας ἐτόλμη‐ σεν; Ποίους ὁ δεῖνα διώρυξεν τάφους; Δῆλόν ἐστι καὶ τοῖς</w:t>
      </w:r>
    </w:p>
    <w:p>
      <w:r>
        <w:rPr>
          <w:rFonts w:ascii="Courier New" w:hAnsi="Courier New"/>
          <w:color w:val="555555"/>
          <w:sz w:val="20"/>
        </w:rPr>
        <w:t>[20]</w:t>
      </w:r>
    </w:p>
    <w:p>
      <w:r>
        <w:rPr>
          <w:rFonts w:ascii="Gentium Plus" w:hAnsi="Gentium Plus"/>
          <w:sz w:val="24"/>
        </w:rPr>
        <w:t>βαρβάροις, ὡς δογμάτων χάριν κἀμὲ καὶ τοὺς ἄλλους ἐξήλα‐ σαν. Καὶ γὰρ τὸν κύριον Δόμνον, ὡς τὰ κεφάλαια μὴ δεξάμε‐ νον, καθεῖλον οἱ βέλτιστοι, πανεύφημα ταῦτα καλέσαντες καὶ ἐμμένειν τούτοις ὁμολογήσαντες. Ἐγὼ γὰρ αὐτῶν τὰς κατα‐ θέσεις ἀνέγνων· ἐμὲ δὲ ὡς τῆς αἱρέσεως ἔξαρχον ἀπεκήρυξαν</w:t>
      </w:r>
    </w:p>
    <w:p>
      <w:r>
        <w:rPr>
          <w:rFonts w:ascii="Courier New" w:hAnsi="Courier New"/>
          <w:color w:val="555555"/>
          <w:sz w:val="20"/>
        </w:rPr>
        <w:t>[25]</w:t>
      </w:r>
    </w:p>
    <w:p>
      <w:r>
        <w:rPr>
          <w:rFonts w:ascii="Gentium Plus" w:hAnsi="Gentium Plus"/>
          <w:sz w:val="24"/>
        </w:rPr>
        <w:t>καὶ τοὺς ἄλλους ὡσαύτως διὰ τὴν αὐτὴν αἰτίαν ἐξέβαλον. Ὅτι γὰρ τὴν πρακτικὴν ἀρετὴν τοῖς Ἁμαξοβίοις μᾶλλον ἢ αὐτοῖς νενομοθετῆσθαι παρὰ τοῦ Σωτῆρος ὑπέλαβον, αὐτὰ βοᾷ τὰ πράγματα. Κατὰ γὰρ Κανδιδιανοῦ τοῦ Πισίδου λιβέλλους ἐπέδοσάν τινες, μοιχείας αὐτοῦ κατηγοροῦντες πολλάς, καὶ</w:t>
      </w:r>
    </w:p>
    <w:p>
      <w:r>
        <w:rPr>
          <w:rFonts w:ascii="Courier New" w:hAnsi="Courier New"/>
          <w:color w:val="555555"/>
          <w:sz w:val="20"/>
        </w:rPr>
        <w:t>[30]</w:t>
      </w:r>
    </w:p>
    <w:p>
      <w:r>
        <w:rPr>
          <w:rFonts w:ascii="Gentium Plus" w:hAnsi="Gentium Plus"/>
          <w:sz w:val="24"/>
        </w:rPr>
        <w:t>ἑτέρας παρανομίας. Καί φασιν εἰρηκέναι τῆς συνόδου τὸν ἔξαρχον· Εἰ δογμάτων κατηγορεῖτε, δεχόμεθα τοὺς λιβέλλους· οὐ γὰρ ἤλθομεν μοιχείαις δικάσαι. Διά τοι τοῦτο καὶ Ἀθήνιον καὶ Ἀθανάσιον ὑπὸ τῆς ἀνατολικῆς ἐκβληθέντας συνόδου, τὰς οἰκείας ἀπολαβεῖν Ἐκκλησίας ἐκέλευσαν· ὡς οὐδὲν μὲν περὶ</w:t>
      </w:r>
    </w:p>
    <w:p>
      <w:r>
        <w:rPr>
          <w:rFonts w:ascii="Courier New" w:hAnsi="Courier New"/>
          <w:color w:val="555555"/>
          <w:sz w:val="20"/>
        </w:rPr>
        <w:t>[35]</w:t>
      </w:r>
    </w:p>
    <w:p>
      <w:r>
        <w:rPr>
          <w:rFonts w:ascii="Gentium Plus" w:hAnsi="Gentium Plus"/>
          <w:sz w:val="24"/>
        </w:rPr>
        <w:t>βίου τοῦ Σωτῆρος ἡμῶν νομοθετήσαντος, μόνα δὲ τὰ δόγματα φυλάττειν κελεύσαντος, ἃ πρὸ τῶν ἄλλων διέφθειραν οἱ σοφώ‐ τατοι. Μὴ τοίνυν παιζέτωσαν μηδὲ κρυπτέτωσαν τὴν ἀσέβειαν, ἣν καὶ ταῖς γλώτταις καὶ ταῖς χερσὶν ἐβεβαίωσαν. Εἰ δὲ μὴ ταῦθ’ οὕτως ἔχει, εἰπάτωσαν τῶν σφαγῶν τὰς αἰτίας, ὁμο‐</w:t>
      </w:r>
    </w:p>
    <w:p>
      <w:r>
        <w:rPr>
          <w:rFonts w:ascii="Courier New" w:hAnsi="Courier New"/>
          <w:color w:val="555555"/>
          <w:sz w:val="20"/>
        </w:rPr>
        <w:t>[40]</w:t>
      </w:r>
    </w:p>
    <w:p>
      <w:r>
        <w:rPr>
          <w:rFonts w:ascii="Gentium Plus" w:hAnsi="Gentium Plus"/>
          <w:sz w:val="24"/>
        </w:rPr>
        <w:t>λογησάτωσαν ἐγγράφως τῶν τοῦ Σωτῆρος ἡμῶν φύσεων τὸ διάφορον, τῆς ἑνώσεως τὸ ἀσύγχυτον· εἰπάτωσαν ὡς καὶ μετὰ τὴν ἕνωσιν ἀκραιφνὴς καὶ ἡ θεότης καὶ ἡ ἀνθρωπότης διέμει‐ νεν. Ὁ Θεὸς οὐ μυκτηρίζεται. Ἀρνηθῶσιν νῦν τὰ κεφάλαια, ἃ πολλάκις μὲν ἀπεκήρυξαν, ἐν Ἐφέσῳ δὲ νῦν ἐβεβαίωσαν.</w:t>
      </w:r>
    </w:p>
    <w:p>
      <w:r>
        <w:rPr>
          <w:rFonts w:ascii="Courier New" w:hAnsi="Courier New"/>
          <w:color w:val="555555"/>
          <w:sz w:val="20"/>
        </w:rPr>
        <w:t>[45]</w:t>
      </w:r>
    </w:p>
    <w:p>
      <w:r>
        <w:rPr>
          <w:rFonts w:ascii="Gentium Plus" w:hAnsi="Gentium Plus"/>
          <w:sz w:val="24"/>
        </w:rPr>
        <w:t>Μὴ ἐξαπατάτωσάν σου τὴν ὁσιότητα λόγοις κεχρημένοι ψευ‐ δέσιν. Ἐπῄνουν τὰ παρ’ ἐμοῦ ἐν Ἀντιοχείᾳ λεγόμενα, καὶ ἀδελφοὶ ὄντες, καὶ ἀναγνῶσται γενόμενοι, καὶ διάκονοι χειρο‐ τονηθέντες, καὶ πρεσβύτεροι, καὶ ἐπίσκοποι· καὶ μετὰ τὸ τέλος τῆς διαλέξεως περιεπτύσσοντο, καὶ κατεφίλουν, καὶ κεφαλήν.</w:t>
      </w:r>
    </w:p>
    <w:p>
      <w:r>
        <w:rPr>
          <w:rFonts w:ascii="Courier New" w:hAnsi="Courier New"/>
          <w:color w:val="555555"/>
          <w:sz w:val="20"/>
        </w:rPr>
        <w:t>[125 (50)]</w:t>
      </w:r>
    </w:p>
    <w:p>
      <w:r>
        <w:rPr>
          <w:rFonts w:ascii="Gentium Plus" w:hAnsi="Gentium Plus"/>
          <w:sz w:val="24"/>
        </w:rPr>
        <w:t>καὶ στήθη, καὶ χεῖρας· τινὲς δὲ αὐτῶν καὶ γονάτων ἥπτοντο, τὴν διδασκαλίαν ἡμῶν ἀποστολικὴν ὀνομάζοντες· καὶ ταύτην νῦν ἀπεκήρυξαν, ταύτην ἀνεθεμάτισαν. Καὶ ἐγὼ μέν, ὃν φωσ‐ τῆρα ἐκάλουν, οὐ τῆς ἀνατολῆς μόνης, ἀλλὰ καὶ τῆς οἰκου‐ μένης, ἀπεκηρύχθην, καὶ οὐδὲ ἄρτου, τό γε εἰς αὐτοὺς ἧκον,</w:t>
      </w:r>
    </w:p>
    <w:p>
      <w:r>
        <w:rPr>
          <w:rFonts w:ascii="Courier New" w:hAnsi="Courier New"/>
          <w:color w:val="555555"/>
          <w:sz w:val="20"/>
        </w:rPr>
        <w:t>[55]</w:t>
      </w:r>
    </w:p>
    <w:p>
      <w:r>
        <w:rPr>
          <w:rFonts w:ascii="Gentium Plus" w:hAnsi="Gentium Plus"/>
          <w:sz w:val="24"/>
        </w:rPr>
        <w:t>μεταλαγχάνω. Καὶ γὰρ τοὺς προσδιαλεγομένους ἡμῖν ἀνεθεμά‐ τισαν· ὃν δὲ πρὸ βραχέος καθεῖλον, καὶ τὰ Βαλεντίνου καὶ Ἀπολιναρίου φρονεῖν ἔφασαν, τοῦτον ὡς νικηφόρον περιεῖπον τῆς πίστεως, καὶ τῶν τούτου προεκυλινδοῦντο ποδῶν, καὶ συγ‐</w:t>
      </w:r>
    </w:p>
    <w:p>
      <w:r>
        <w:rPr>
          <w:rFonts w:ascii="Courier New" w:hAnsi="Courier New"/>
          <w:color w:val="555555"/>
          <w:sz w:val="20"/>
        </w:rPr>
        <w:t>[60]</w:t>
      </w:r>
    </w:p>
    <w:p>
      <w:r>
        <w:rPr>
          <w:rFonts w:ascii="Gentium Plus" w:hAnsi="Gentium Plus"/>
          <w:sz w:val="24"/>
        </w:rPr>
        <w:t>πολύποδες οὕτως πρὸς τὰς πέτρας τὴν οἰκείαν ἐναλλάττουσι χρόαν, ἢ χαμαιλέοντες πρὸς τὰ φύλλα τὸ χρῶμα, ὡς οὗτοι τὴν γνώμην πρὸς τοὺς καιροὺς μεταβάλλουσιν; Ἡμεῖς δὲ αὐτοῖς παραχωροῦμεν καὶ θρόνων καὶ ἀξιωμάτων καὶ τῆς προσκαίρου τρυφῆς· μετὰ δὲ τῶν ἀποστολικῶν δογμάτων τὰς</w:t>
      </w:r>
    </w:p>
    <w:p>
      <w:r>
        <w:rPr>
          <w:rFonts w:ascii="Courier New" w:hAnsi="Courier New"/>
          <w:color w:val="555555"/>
          <w:sz w:val="20"/>
        </w:rPr>
        <w:t>[65]</w:t>
      </w:r>
    </w:p>
    <w:p>
      <w:r>
        <w:rPr>
          <w:rFonts w:ascii="Gentium Plus" w:hAnsi="Gentium Plus"/>
          <w:sz w:val="24"/>
        </w:rPr>
        <w:t>χαλεπὰς νομιζομένας προσμένομεν ἐξορίας, ἀρκοῦσαν ἔχοντες παραψυχὴν τὸ τοῦ Δεσπότου κριτήριον. Ἐλπίζομεν γὰρ ὡς πολλὰ τῶν ἡμετέρων ἁμαρτημάτων διὰ τήνδε τὴν ἀδικίαν ὁ Δεσπότης ἀφήσει. Τὴν δὲ σὴν ὁσιότητα παρακαλῶ φυλάξασθαι τῆς ἀσεβείας τὴν κοινωνίαν καὶ προτεῖναι μὲν αὐτοῖς ἀρνη‐</w:t>
      </w:r>
    </w:p>
    <w:p>
      <w:r>
        <w:rPr>
          <w:rFonts w:ascii="Courier New" w:hAnsi="Courier New"/>
          <w:color w:val="555555"/>
          <w:sz w:val="20"/>
        </w:rPr>
        <w:t>[70]</w:t>
      </w:r>
    </w:p>
    <w:p>
      <w:r>
        <w:rPr>
          <w:rFonts w:ascii="Gentium Plus" w:hAnsi="Gentium Plus"/>
          <w:sz w:val="24"/>
        </w:rPr>
        <w:t>θῆναι τὰ πεπραγμένα· εἰ δὲ μὴ θελήσαιεν, φυγεῖν ὡς προδότας τῆς πίστεως. Τέως δὲ προσμείνασάν σου τὴν θεοσέβειαν ἰδεῖν, εἰ ἄρα τις ἔσται τοῦ χειμῶνος μεταβολή, οὐδαμῶς ἐμεμψάμεθα. Μετὰ μέντοι τὴν χειροτονίαν τοῦ τῆς Ἀνατο‐ λῆς προέδρου, δήλη πάντως ἡ ἑκάστου γενήσεται γνώμη.</w:t>
      </w:r>
    </w:p>
    <w:p>
      <w:r>
        <w:rPr>
          <w:rFonts w:ascii="Courier New" w:hAnsi="Courier New"/>
          <w:color w:val="555555"/>
          <w:sz w:val="20"/>
        </w:rPr>
        <w:t>[75]</w:t>
      </w:r>
    </w:p>
    <w:p>
      <w:r>
        <w:rPr>
          <w:rFonts w:ascii="Gentium Plus" w:hAnsi="Gentium Plus"/>
          <w:sz w:val="24"/>
        </w:rPr>
        <w:t>Εὔξασθαι δὲ ὑπὲρ ἡμῶν, δέσποτα, καταξίωσον. Νῦν γὰρ δια‐ φερόντως τῆσδε τῆς Βοηθείας δεόμεθα, ἵνα δυνηθῶμεν ἀντι‐ σχεῖν πρὸς τὰ καθ’ ἡμῶν μελετώμενα.</w:t>
      </w:r>
    </w:p>
    <w:p>
      <w:pPr>
        <w:jc w:val="center"/>
      </w:pPr>
      <w:r>
        <w:rPr>
          <w:rFonts w:ascii="Gentium Plus" w:hAnsi="Gentium Plus"/>
          <w:b/>
          <w:sz w:val="24"/>
        </w:rPr>
        <w:t>ΑΦΘΟΝΙῼ, ΘΕΟΔΩΡΙΤῼ, ΝΟΝΝῼ,</w:t>
      </w:r>
    </w:p>
    <w:p>
      <w:r>
        <w:rPr>
          <w:rFonts w:ascii="Courier New" w:hAnsi="Courier New"/>
          <w:color w:val="555555"/>
          <w:sz w:val="20"/>
        </w:rPr>
        <w:t>[t2]</w:t>
      </w:r>
    </w:p>
    <w:p>
      <w:r>
        <w:rPr>
          <w:rFonts w:ascii="Gentium Plus" w:hAnsi="Gentium Plus"/>
          <w:sz w:val="24"/>
        </w:rPr>
        <w:t>ΣΚΥΛΑΚΙῼ, ΑΦΘΟΝΙῼ, ΙΩΑΝΝῌ,</w:t>
      </w:r>
    </w:p>
    <w:p>
      <w:r>
        <w:rPr>
          <w:rFonts w:ascii="Courier New" w:hAnsi="Courier New"/>
          <w:color w:val="555555"/>
          <w:sz w:val="20"/>
        </w:rPr>
        <w:t>[t3]</w:t>
      </w:r>
    </w:p>
    <w:p>
      <w:r>
        <w:rPr>
          <w:rFonts w:ascii="Gentium Plus" w:hAnsi="Gentium Plus"/>
          <w:sz w:val="24"/>
        </w:rPr>
        <w:t>ΠΟΛΙΤΕΥΟΜΕΝΟΙΣ ΖΕΥΓΜΑΤΟΣ.</w:t>
      </w:r>
    </w:p>
    <w:p>
      <w:r>
        <w:rPr>
          <w:rFonts w:ascii="Courier New" w:hAnsi="Courier New"/>
          <w:color w:val="555555"/>
          <w:sz w:val="20"/>
        </w:rPr>
        <w:t>[1]</w:t>
      </w:r>
    </w:p>
    <w:p>
      <w:r>
        <w:rPr>
          <w:rFonts w:ascii="Gentium Plus" w:hAnsi="Gentium Plus"/>
          <w:sz w:val="24"/>
        </w:rPr>
        <w:t>Ἔγνων τῆς ὑμετέρας πίστεως τὸ σταθερόν τε καὶ Βέβαιον, καὶ θυμηδίας ἐνεπλήσθην ὅτι μάλιστα πλείστης. Ἐπειδὴ γὰρ εἰς ἓν σῶμα τελοῦμεν οἱ τῆς ἀϊδίου Τριάδος προσκυνηταί, εἰκότως δήπου τοῖς ὑγιαίνουσι τῶν μελῶν τὰ λοιπὰ συναγάλ‐</w:t>
      </w:r>
    </w:p>
    <w:p>
      <w:r>
        <w:rPr>
          <w:rFonts w:ascii="Courier New" w:hAnsi="Courier New"/>
          <w:color w:val="555555"/>
          <w:sz w:val="20"/>
        </w:rPr>
        <w:t>[5]</w:t>
      </w:r>
    </w:p>
    <w:p>
      <w:r>
        <w:rPr>
          <w:rFonts w:ascii="Gentium Plus" w:hAnsi="Gentium Plus"/>
          <w:sz w:val="24"/>
        </w:rPr>
        <w:t>λεται μέλη. Τοῦτό φησι καὶ ὁ θεῖος Ἀπόστολος· Εἰ δοξά‐ ζεται μέλος, συγχαίρει πάντα τὰ μέλη. Συνήδομαι τοίνυν ὑμῖν τῶν ἀποστολικῶν ὑπεραθλοῦσι δογμάτων καὶ τὸν Ναβουθὲ τὸν πολυθρύλητον ἐκεῖνον ἐν τοῖς ἀμείνοσι μιμουμέ‐ νοις. Ἐκεῖνος γὰρ ὑπὲρ ἀμπελῶνος τὴν ἀδικωτάτην ὑπέστη</w:t>
      </w:r>
    </w:p>
    <w:p>
      <w:r>
        <w:rPr>
          <w:rFonts w:ascii="Courier New" w:hAnsi="Courier New"/>
          <w:color w:val="555555"/>
          <w:sz w:val="20"/>
        </w:rPr>
        <w:t>[10]</w:t>
      </w:r>
    </w:p>
    <w:p>
      <w:r>
        <w:rPr>
          <w:rFonts w:ascii="Gentium Plus" w:hAnsi="Gentium Plus"/>
          <w:sz w:val="24"/>
        </w:rPr>
        <w:t>σφαγήν, τὸν πατρῷον οὐ προέμενος κλῆρον. Ὑμεῖς δὲ οὐκ ἀμπελώνων, ἀλλὰ θείων ὑπερμαχεῖτε δογμάτων, καὶ τὴν καινὴν ταύτην καὶ κίβδηλον αἵρεσιν ἀποστρέφεσθε, ὡς τὸ καθαρὸν τῆς εὐαγγελικῆς θολοῦσαν διδασκαλίας, καὶ τῆς παναγίας Τριάδος τὸν ἀριθμὸν οὔτε μειοῦν οὔτε αὔξειν ἀνέχεσθε.</w:t>
      </w:r>
    </w:p>
    <w:p>
      <w:r>
        <w:rPr>
          <w:rFonts w:ascii="Courier New" w:hAnsi="Courier New"/>
          <w:color w:val="555555"/>
          <w:sz w:val="20"/>
        </w:rPr>
        <w:t>[15]</w:t>
      </w:r>
    </w:p>
    <w:p>
      <w:r>
        <w:rPr>
          <w:rFonts w:ascii="Gentium Plus" w:hAnsi="Gentium Plus"/>
          <w:sz w:val="24"/>
        </w:rPr>
        <w:t>Μειοῦσι μὲν γὰρ οἱ τῇ θεότητι τοῦ Μονογενοῦς τὸ πάθος προσάπτοντες· αὔξουσι δὲ οἱ ἕτερον Υἱὸν ἐπεισάγειν τολ‐ μῶντες. Ὑμεῖς δὲ εἰς ἕνα Μονογενῆ πιστεύετε, καθάπερ εἰς ἕνα Πατέρα, καὶ εἰς ἓν ἅγιον Πνεῦμα. Ἐν δὲ τῷ σαρκωθέντι Μονογενεῖ τὴν ληφθεῖσαν θεωρεῖτε φύσιν, ἣν ἐξ ἡμῶν λαβὼν</w:t>
      </w:r>
    </w:p>
    <w:p>
      <w:r>
        <w:rPr>
          <w:rFonts w:ascii="Courier New" w:hAnsi="Courier New"/>
          <w:color w:val="555555"/>
          <w:sz w:val="20"/>
        </w:rPr>
        <w:t>[20]</w:t>
      </w:r>
    </w:p>
    <w:p>
      <w:r>
        <w:rPr>
          <w:rFonts w:ascii="Gentium Plus" w:hAnsi="Gentium Plus"/>
          <w:sz w:val="24"/>
        </w:rPr>
        <w:t>ὑπὲρ ἡμῶν προσενήνοχεν. Ἡ γὰρ ταύτης ἄρνησις φροῦδον τὴν ἡμετέραν σωτηρίαν ποιεῖ. Εἰ γὰρ ἀπαθὴς ἡ τοῦ Μονογε‐ νοῦς θεότης, ἀπαθὴς γὰρ τῆς Τριάδος ἡ φύσις, τὸ δὲ πάσχειν πεφυκὸς μὴ προσομολογηθῇ παρ’ ἡμῶν, μάτην θρυλεῖται τὸ μὴ γενόμενον πάθος. Τοῦ γὰρ πάσχοντος οὐκ ὄντος, πῶς ἂν</w:t>
      </w:r>
    </w:p>
    <w:p>
      <w:r>
        <w:rPr>
          <w:rFonts w:ascii="Courier New" w:hAnsi="Courier New"/>
          <w:color w:val="555555"/>
          <w:sz w:val="20"/>
        </w:rPr>
        <w:t>[25]</w:t>
      </w:r>
    </w:p>
    <w:p>
      <w:r>
        <w:rPr>
          <w:rFonts w:ascii="Gentium Plus" w:hAnsi="Gentium Plus"/>
          <w:sz w:val="24"/>
        </w:rPr>
        <w:t>γένοιτο πάθος; Ἀπαθῆ μὲν γὰρ τὴν θείαν φύσιν κηρύττομεν. Συνομολογοῦσι δὲ τοῦτο κἀκεῖνοι παραπλησίως ἡμῖν. Πῶς ἂν οὖν γένοιτο πάθος οὐχ ὑποκειμένου τοῦ πάσχοντος; Δόκη‐ σις γὰρ ἀντὶ τῆς ἀληθείας καὶ φαντασία φανήσεται τὸ μέγα τῆς οἰκονομίας μυστήριον. Τοῦτον δὲ τὸν μῦθον Βαλεντῖνος,</w:t>
      </w:r>
    </w:p>
    <w:p>
      <w:r>
        <w:rPr>
          <w:rFonts w:ascii="Courier New" w:hAnsi="Courier New"/>
          <w:color w:val="555555"/>
          <w:sz w:val="20"/>
        </w:rPr>
        <w:t>[30]</w:t>
      </w:r>
    </w:p>
    <w:p>
      <w:r>
        <w:rPr>
          <w:rFonts w:ascii="Gentium Plus" w:hAnsi="Gentium Plus"/>
          <w:sz w:val="24"/>
        </w:rPr>
        <w:t>καὶ Βαρδησάνης, καὶ Μαρκίων, καὶ Μάνης ἐγέννησαν. Ἡ δὲ ἀνέκαθεν ταῖς Ἐκκλησίαις παραδοθεῖσα διδασκαλία ἕνα μὲν Υἱὸν καὶ μετὰ τὴν ἐνανθρώπησιν οἶδε τὸν Κύριον ἡμῶν Ἰησοῦν</w:t>
      </w:r>
    </w:p>
    <w:p>
      <w:r>
        <w:rPr>
          <w:rFonts w:ascii="Courier New" w:hAnsi="Courier New"/>
          <w:color w:val="555555"/>
          <w:sz w:val="20"/>
        </w:rPr>
        <w:t>[35]</w:t>
      </w:r>
    </w:p>
    <w:p>
      <w:r>
        <w:rPr>
          <w:rFonts w:ascii="Gentium Plus" w:hAnsi="Gentium Plus"/>
          <w:sz w:val="24"/>
        </w:rPr>
        <w:t>πον τῇ προσλήψει τῆς ἀνθρωπότητος, οὐ τῇ τροπῇ τῆς θεό‐ τητος. Εἰ γὰρ τὴν εἰς ἀνθρωπείαν φύσιν ἡ θεία φύσις ὑπέστη τροπήν, οὐκ ἔμεινεν ὅπερ ἦν· εἰ δὲ μὴ ἔστιν ὅπερ ἦν, ψευδῶς αὐτὸν καλοῦσι Θεὸν οἱ ταῦτα θρησκεύοντες. Ἀλλ’ ἡμεῖς ἄτρε‐ πτον ἴσμεν τὸν μονογενῆ τοῦ Θεοῦ Υἱόν, ὡς Θεόν, καὶ τοῦ</w:t>
      </w:r>
    </w:p>
    <w:p>
      <w:r>
        <w:rPr>
          <w:rFonts w:ascii="Courier New" w:hAnsi="Courier New"/>
          <w:color w:val="555555"/>
          <w:sz w:val="20"/>
        </w:rPr>
        <w:t>[40]</w:t>
      </w:r>
    </w:p>
    <w:p>
      <w:r>
        <w:rPr>
          <w:rFonts w:ascii="Gentium Plus" w:hAnsi="Gentium Plus"/>
          <w:sz w:val="24"/>
        </w:rPr>
        <w:t>ὄντως Θεοῦ Υἱόν. Μεμαθήκαμεν γὰρ παρὰ τῆς θείας Γραφῆς, ὡς ἐν μορφῇ Θεοῦ ὑπάρχων ἔλαβε τὴν τοῦ δούλου μορφήν, καὶ σπέρματος Ἀβραὰμ ἐπελάβετο, οὐκ εἰς σπέρμα Ἀβραὰμ μετεβλήθη, καὶ κεκοινώνηκε παραπλησίως ἡμῖν σαρκός τε καὶ αἵματος, καὶ ψυχῆς ἀθανάτου καὶ ἀμώμου. Ταῦτα διατηρήσας,</w:t>
      </w:r>
    </w:p>
    <w:p>
      <w:r>
        <w:rPr>
          <w:rFonts w:ascii="Courier New" w:hAnsi="Courier New"/>
          <w:color w:val="555555"/>
          <w:sz w:val="20"/>
        </w:rPr>
        <w:t>[45]</w:t>
      </w:r>
    </w:p>
    <w:p>
      <w:r>
        <w:rPr>
          <w:rFonts w:ascii="Gentium Plus" w:hAnsi="Gentium Plus"/>
          <w:sz w:val="24"/>
        </w:rPr>
        <w:t>ὑπὲρ μὲν τῶν ἡμαρτηκότων σωμάτων τὸ ἀναμάρτητον αὐτοῦ προσενήνοχε σῶμα, ὑπὲρ δὲ τῶν ψυχῶν τὴν πάσης ἐλευθέραν κηλῖδος. Διά τοι τοῦτο καὶ τῆς κοινῆς ἀναστάσεως ἔχομεν τὴν ἐλπίδα· τῇ γὰρ ἀπαρχῇ δήπουθεν κοινωνήσει τὸ γένος· καθάπερ γὰρ τῷ Ἀδὰμ ἐκοινωνήσαμεν τῆς τελευτῆς, οὕτως</w:t>
      </w:r>
    </w:p>
    <w:p>
      <w:r>
        <w:rPr>
          <w:rFonts w:ascii="Courier New" w:hAnsi="Courier New"/>
          <w:color w:val="555555"/>
          <w:sz w:val="20"/>
        </w:rPr>
        <w:t>[126 (50)]</w:t>
      </w:r>
    </w:p>
    <w:p>
      <w:r>
        <w:rPr>
          <w:rFonts w:ascii="Gentium Plus" w:hAnsi="Gentium Plus"/>
          <w:sz w:val="24"/>
        </w:rPr>
        <w:t>δὴ καὶ τῷ Σωτῆρι Χριστῷ κοινωνήσομεν τῆς ζωῆς. Καὶ τοῦτο σαφῶς ἡμᾶς ὁ θεῖος Ἀπόστολος ἐξεπαίδευσε. Νυνὶ γάρ, φησί, Χριστὸς ἐγήγερται ἐκ νεκρῶν, ἀπαρχὴ τῶν κεκοιμημένων ἐγένετο. Ἐπειδὴ γὰρ δι’ ἀνθρώπου ὁ θάνατος, καὶ δι’ ἀνθρώπου ἀνάστασις νεκρῶν. Ὥσ‐</w:t>
      </w:r>
    </w:p>
    <w:p>
      <w:r>
        <w:rPr>
          <w:rFonts w:ascii="Courier New" w:hAnsi="Courier New"/>
          <w:color w:val="555555"/>
          <w:sz w:val="20"/>
        </w:rPr>
        <w:t>[55]</w:t>
      </w:r>
    </w:p>
    <w:p>
      <w:r>
        <w:rPr>
          <w:rFonts w:ascii="Gentium Plus" w:hAnsi="Gentium Plus"/>
          <w:sz w:val="24"/>
        </w:rPr>
        <w:t>περ γὰρ ἐν τῷ Ἀδὰμ πάντες ἀποθνῄσκουσιν, οὕτω καὶ ἐν τῷ Χριστῷ πάντες ζωοποιηθήσονται. Ταῦτα νῦν οὐ διδάσκων, ἀλλ’ ἀναμιμνῄσκων γράφω, καὶ συντεμεῖν σπουδάσας τῆς ἐπιστολῆς ὑπερέβην, ὡς οἶμαι, τὸν ὅρον. Ἐπιστεῖλαί με δὲ προὔτρεψεν ὁ πάντα εὐλαβέστατος καὶ θεο‐</w:t>
      </w:r>
    </w:p>
    <w:p>
      <w:r>
        <w:rPr>
          <w:rFonts w:ascii="Courier New" w:hAnsi="Courier New"/>
          <w:color w:val="555555"/>
          <w:sz w:val="20"/>
        </w:rPr>
        <w:t>[60]</w:t>
      </w:r>
    </w:p>
    <w:p>
      <w:r>
        <w:rPr>
          <w:rFonts w:ascii="Gentium Plus" w:hAnsi="Gentium Plus"/>
          <w:sz w:val="24"/>
        </w:rPr>
        <w:t>φιλέστατος πρεσβύτερος καὶ ἀρχιμανδρίτης Μεκίμας, διὰ μὲν τὸν τῆς ἀγάπης νόμον ὁδὸν τοσαύτην ἐξανύσας, διδάξας δὲ ἡμᾶς τὸν τῆς ὑμετέρας θαυμασιότητος ζῆλον, καὶ αἰτήσας</w:t>
      </w:r>
    </w:p>
    <w:p>
      <w:r>
        <w:rPr>
          <w:rFonts w:ascii="Courier New" w:hAnsi="Courier New"/>
          <w:color w:val="555555"/>
          <w:sz w:val="20"/>
        </w:rPr>
        <w:t>[65]</w:t>
      </w:r>
    </w:p>
    <w:p>
      <w:r>
        <w:rPr>
          <w:rFonts w:ascii="Gentium Plus" w:hAnsi="Gentium Plus"/>
          <w:sz w:val="24"/>
        </w:rPr>
        <w:t>τεύω Δεσπότην φρουρῆσαι ὑμᾶς ἐν τῇ πίστει καὶ κρείττους ἀποφῆναι τοῦ σινιάζοντος.</w:t>
      </w:r>
    </w:p>
    <w:p>
      <w:pPr>
        <w:jc w:val="center"/>
      </w:pPr>
      <w:r>
        <w:rPr>
          <w:rFonts w:ascii="Gentium Plus" w:hAnsi="Gentium Plus"/>
          <w:b/>
          <w:sz w:val="24"/>
        </w:rPr>
        <w:t>ΣΑΒΙΝΙΑΝῼ ΕΠΙΣΚΟΠῼ.</w:t>
      </w:r>
    </w:p>
    <w:p>
      <w:r>
        <w:rPr>
          <w:rFonts w:ascii="Courier New" w:hAnsi="Courier New"/>
          <w:color w:val="555555"/>
          <w:sz w:val="20"/>
        </w:rPr>
        <w:t>[1]</w:t>
      </w:r>
    </w:p>
    <w:p>
      <w:r>
        <w:rPr>
          <w:rFonts w:ascii="Gentium Plus" w:hAnsi="Gentium Plus"/>
          <w:sz w:val="24"/>
        </w:rPr>
        <w:t>Ἐπῄνεσά σου τὴν ὁσιότητα, καταλιποῦσαν τὸν ἐπίφθονον θρόνον. Ὁ γὰρ πάλαι σεβάσμιος νῦν γέγονε καταγέλαστος· ὤνιον γὰρ αὐτὸν ἡμεῖς ἐποιήσαμεν. Ἐθαύμασα δέ, μαθὼν ὡς πρὸς τοὺς ἐξελάσαντας ἔδραμες. Δρᾶσαι γὰρ τοὐναντίον</w:t>
      </w:r>
    </w:p>
    <w:p>
      <w:r>
        <w:rPr>
          <w:rFonts w:ascii="Courier New" w:hAnsi="Courier New"/>
          <w:color w:val="555555"/>
          <w:sz w:val="20"/>
        </w:rPr>
        <w:t>[5]</w:t>
      </w:r>
    </w:p>
    <w:p>
      <w:r>
        <w:rPr>
          <w:rFonts w:ascii="Gentium Plus" w:hAnsi="Gentium Plus"/>
          <w:sz w:val="24"/>
        </w:rPr>
        <w:t>ἐχρῆν· καὶ παρακαλούμενον ἔχεσθαι τῶν οἰάκων, φυγεῖν τὴν κυβέρνησιν, ὡς τῶν συμπλεόντων πολεμίων γεγενημένων. Ἢ οὐκ οἶσθα, θεοφιλέστατε, τίνα μὲν ὁ Σωτὴρ ὁ ἡμέτερος διὰ τῶν ἱερῶν ἀποστόλων κηρύττειν ἡμᾶς ἐδίδαξεν, τίνα δὲ νῦν θρησκεύειν ἐνομοθέτησαν οἱ τῶν ἀποστολικῶν κληρονόμοι</w:t>
      </w:r>
    </w:p>
    <w:p>
      <w:r>
        <w:rPr>
          <w:rFonts w:ascii="Courier New" w:hAnsi="Courier New"/>
          <w:color w:val="555555"/>
          <w:sz w:val="20"/>
        </w:rPr>
        <w:t>[10]</w:t>
      </w:r>
    </w:p>
    <w:p>
      <w:r>
        <w:rPr>
          <w:rFonts w:ascii="Gentium Plus" w:hAnsi="Gentium Plus"/>
          <w:sz w:val="24"/>
        </w:rPr>
        <w:t>δογμάτων; Τίς γὰρ τῶν παλαιῶν διδασκάλων, ἐξ οὗπερ κατηγ‐ γέλη τὸ κήρυγμα μέχρι τῆς κατεχούσης νῦν σκοτομήνης, ἀκήκοε σαρκὸς καὶ θεότητος μίαν φύσιν κηρύξαντος, ἢ ἐτόλ‐ μησε πώποτε παθητὴν ὀνομάσαι τοῦ Μονογενοῦς τὴν θεό‐ τητα; Ταῦτα νῦν παρ’ ἐνίων λέγεσθαι προφανῶς τολμᾶται,</w:t>
      </w:r>
    </w:p>
    <w:p>
      <w:r>
        <w:rPr>
          <w:rFonts w:ascii="Courier New" w:hAnsi="Courier New"/>
          <w:color w:val="555555"/>
          <w:sz w:val="20"/>
        </w:rPr>
        <w:t>[15]</w:t>
      </w:r>
    </w:p>
    <w:p>
      <w:r>
        <w:rPr>
          <w:rFonts w:ascii="Gentium Plus" w:hAnsi="Gentium Plus"/>
          <w:sz w:val="24"/>
        </w:rPr>
        <w:t>παρὰ δὲ τῶν ἄλλων περιορᾶται λεγόμενα, καὶ σιγῇ τοῦ μύσους μεταλαγχάνουσι. Τί οὖν χρὴ ποιεῖν, εἴποι τις ἄν, τοὺς ταῦτα μυσαττομένους; Δυοῖν θάτερον εἴποιμ’ ἄν· ἢ ὁμόσε χωρεῖν καὶ διελέγχειν τῶν δογμάτων τὸ κίβδηλον, ἢ φεύγειν ὡς προ‐</w:t>
      </w:r>
    </w:p>
    <w:p>
      <w:r>
        <w:rPr>
          <w:rFonts w:ascii="Courier New" w:hAnsi="Courier New"/>
          <w:color w:val="555555"/>
          <w:sz w:val="20"/>
        </w:rPr>
        <w:t>[20]</w:t>
      </w:r>
    </w:p>
    <w:p>
      <w:r>
        <w:rPr>
          <w:rFonts w:ascii="Gentium Plus" w:hAnsi="Gentium Plus"/>
          <w:sz w:val="24"/>
        </w:rPr>
        <w:t>ἐμοῦ γεγενημένην ἀδικίαν ὡς θείαν ἐδεξάμην εὐεργεσίαν, οὐ τοῖς ἠδικηκόσι χάριν ὁμολογῶν—πῶς γὰρ τοῖς γε ἀδελφοκτό‐ νοις καὶ τῆς τοῦ Κάϊν γεγενημένοις μερίδος—ἀλλὰ τὸν ἐμὸν Δεσπότην ὑμνῶν, ὅτι με καὶ τῆς τῶν ἠδικημένων κατηξίωσε μοίρας, καὶ τῶν ἠδικηκότων καὶ βλασφημούντων ἐχώρισε, καὶ</w:t>
      </w:r>
    </w:p>
    <w:p>
      <w:r>
        <w:rPr>
          <w:rFonts w:ascii="Courier New" w:hAnsi="Courier New"/>
          <w:color w:val="555555"/>
          <w:sz w:val="20"/>
        </w:rPr>
        <w:t>[25]</w:t>
      </w:r>
    </w:p>
    <w:p>
      <w:r>
        <w:rPr>
          <w:rFonts w:ascii="Gentium Plus" w:hAnsi="Gentium Plus"/>
          <w:sz w:val="24"/>
        </w:rPr>
        <w:t>τὴν ἐρασμιωτάτην ἐμοὶ ἔδωκεν ἡσυχίαν.</w:t>
      </w:r>
    </w:p>
    <w:p>
      <w:pPr>
        <w:jc w:val="center"/>
      </w:pPr>
      <w:r>
        <w:rPr>
          <w:rFonts w:ascii="Gentium Plus" w:hAnsi="Gentium Plus"/>
          <w:b/>
          <w:sz w:val="24"/>
        </w:rPr>
        <w:t>ΙΩΒΙῼ ΠΡΕΣΒΥΤΕΡῼ</w:t>
      </w:r>
    </w:p>
    <w:p>
      <w:r>
        <w:rPr>
          <w:rFonts w:ascii="Courier New" w:hAnsi="Courier New"/>
          <w:color w:val="555555"/>
          <w:sz w:val="20"/>
        </w:rPr>
        <w:t>[t2]</w:t>
      </w:r>
    </w:p>
    <w:p>
      <w:r>
        <w:rPr>
          <w:rFonts w:ascii="Gentium Plus" w:hAnsi="Gentium Plus"/>
          <w:sz w:val="24"/>
        </w:rPr>
        <w:t>ΚΑΙ ΑΡΧΙΜΑΝΔΡΙΤῌ.</w:t>
      </w:r>
    </w:p>
    <w:p>
      <w:r>
        <w:rPr>
          <w:rFonts w:ascii="Courier New" w:hAnsi="Courier New"/>
          <w:color w:val="555555"/>
          <w:sz w:val="20"/>
        </w:rPr>
        <w:t>[1]</w:t>
      </w:r>
    </w:p>
    <w:p>
      <w:r>
        <w:rPr>
          <w:rFonts w:ascii="Gentium Plus" w:hAnsi="Gentium Plus"/>
          <w:sz w:val="24"/>
        </w:rPr>
        <w:t>Ἀβραὰμ ὁ πατριάρχης καὶ μετὰ γῆρας ἠρίστευσε· καὶ Μωϋ‐ σῆς ὁ μέγας πρεσβύτης ἤδη γενόμενος, εἰς προσευχὴν τὰς χεῖρας ἐκτείνων, τὸν Ἀμαλὴκ κατηκόντισε· καὶ Σαμουὴλ ὁ θεσπέσιος μετὰ πολιὰν τοὺς ἀλλοφύλους ἐτρέπετο. Τούτους</w:t>
      </w:r>
    </w:p>
    <w:p>
      <w:r>
        <w:rPr>
          <w:rFonts w:ascii="Courier New" w:hAnsi="Courier New"/>
          <w:color w:val="555555"/>
          <w:sz w:val="20"/>
        </w:rPr>
        <w:t>[5]</w:t>
      </w:r>
    </w:p>
    <w:p>
      <w:r>
        <w:rPr>
          <w:rFonts w:ascii="Gentium Plus" w:hAnsi="Gentium Plus"/>
          <w:sz w:val="24"/>
        </w:rPr>
        <w:t>τὸ σεβάσμιόν σου γῆρας ζηλοῖ, κἀν τοῖς ὑπὲρ εὐσεβείας πολέ‐ μοις ἀνδραγαθίζεται, καὶ τῶν εὐαγγελικῶν δογμάτων ὑπερ‐ μαχεῖ, καὶ τοὺς νέους ἀποκρύπτει τῇ προθυμίᾳ τῆς γνώμης. Ἐγὼ δὲ ταῦτα ἀκούων γάννυμαι, καὶ εὐφραίνομαι, καὶ περι‐ πτύξασθαι μὲν ποθῶ τὴν σεπτοτάτην σου πολιάν. Ἐπειδὴ δὲ</w:t>
      </w:r>
    </w:p>
    <w:p>
      <w:r>
        <w:rPr>
          <w:rFonts w:ascii="Courier New" w:hAnsi="Courier New"/>
          <w:color w:val="555555"/>
          <w:sz w:val="20"/>
        </w:rPr>
        <w:t>[10]</w:t>
      </w:r>
    </w:p>
    <w:p>
      <w:r>
        <w:rPr>
          <w:rFonts w:ascii="Gentium Plus" w:hAnsi="Gentium Plus"/>
          <w:sz w:val="24"/>
        </w:rPr>
        <w:t>τούτου διαμαρτάνω—τὴν μὲν γὰρ σὴν θεοσέβειαν οἴκοι γῆρας ἐπέχει, ἐμὲ δὲ νόμος ἐνθάδε καθείργει βασιλικός—διὰ τῶν γραμμάτων σοφίζομαι τὸ ποθούμενον, καὶ προσφέρω σου τῇ φιλοθεΐᾳ τὸν ἐμοὶ πανεπέραστον ἀσπασμόν, καὶ παρακαλῶ εὐχαῖς ἐπαμῦναι ταῖς Ἐκκλησίαις ζάλης ἐμπεπλησμέναις,</w:t>
      </w:r>
    </w:p>
    <w:p>
      <w:r>
        <w:rPr>
          <w:rFonts w:ascii="Courier New" w:hAnsi="Courier New"/>
          <w:color w:val="555555"/>
          <w:sz w:val="20"/>
        </w:rPr>
        <w:t>[15]</w:t>
      </w:r>
    </w:p>
    <w:p>
      <w:r>
        <w:rPr>
          <w:rFonts w:ascii="Gentium Plus" w:hAnsi="Gentium Plus"/>
          <w:sz w:val="24"/>
        </w:rPr>
        <w:t>καὶ μέντοι κἀμοὶ τὴν θείαν προξενῆσαι ῥοπήν, ὑπὲρ μὲν τῶν ἀποστολικῶν πολεμουμένῳ δογμάτων, δεομένῳ δὲ τῆς ἄνωθεν</w:t>
      </w:r>
    </w:p>
    <w:p>
      <w:pPr>
        <w:jc w:val="center"/>
      </w:pPr>
      <w:r>
        <w:rPr>
          <w:rFonts w:ascii="Gentium Plus" w:hAnsi="Gentium Plus"/>
          <w:b/>
          <w:sz w:val="24"/>
        </w:rPr>
        <w:t>ΚΑΝΔΙΔῼ ΠΡΕΣΒΥΤΕΡῼ</w:t>
      </w:r>
    </w:p>
    <w:p>
      <w:r>
        <w:rPr>
          <w:rFonts w:ascii="Courier New" w:hAnsi="Courier New"/>
          <w:color w:val="555555"/>
          <w:sz w:val="20"/>
        </w:rPr>
        <w:t>[t2]</w:t>
      </w:r>
    </w:p>
    <w:p>
      <w:r>
        <w:rPr>
          <w:rFonts w:ascii="Gentium Plus" w:hAnsi="Gentium Plus"/>
          <w:sz w:val="24"/>
        </w:rPr>
        <w:t>ΚΑΙ ΑΡΧΙΜΑΝΔΡΙΤῌ.</w:t>
      </w:r>
    </w:p>
    <w:p>
      <w:r>
        <w:rPr>
          <w:rFonts w:ascii="Courier New" w:hAnsi="Courier New"/>
          <w:color w:val="555555"/>
          <w:sz w:val="20"/>
        </w:rPr>
        <w:t>[1]</w:t>
      </w:r>
    </w:p>
    <w:p>
      <w:r>
        <w:rPr>
          <w:rFonts w:ascii="Gentium Plus" w:hAnsi="Gentium Plus"/>
          <w:sz w:val="24"/>
        </w:rPr>
        <w:t>Ἐνίκησεν, ὡς ἔοικε, τὸ γῆρας τῆς θεοφιλοῦς σου ψυχῆς τὴν προθυμίαν, καὶ τὰς χεῖρας οὐκ ἔχεις συνήθως ἐκτεταμένας· διά τοι τοῦτο καὶ φιλονεικεῖ νικᾶν ὁ Ἀμαλήκ. Γενέσθωσαν τοίνυν τινὲς ἐπίκουροι τῆς ἀσθενείας, καθάπερ πάλαι ποτὲ</w:t>
      </w:r>
    </w:p>
    <w:p>
      <w:r>
        <w:rPr>
          <w:rFonts w:ascii="Courier New" w:hAnsi="Courier New"/>
          <w:color w:val="555555"/>
          <w:sz w:val="20"/>
        </w:rPr>
        <w:t>[5]</w:t>
      </w:r>
    </w:p>
    <w:p>
      <w:r>
        <w:rPr>
          <w:rFonts w:ascii="Gentium Plus" w:hAnsi="Gentium Plus"/>
          <w:sz w:val="24"/>
        </w:rPr>
        <w:t>Ὢρ καὶ Ἀαρὼν ὑπεστήριζον τοῦ νομοθέτου τὰς χεῖρας, ἵνα καὶ τὸν Ἀμαλὴκ καταλεύσῃς, καὶ τὸν Ἰσραὴλ διασώσῃς. Νῦν γὰρ μάλιστα σπουδαιοτέρων δεῖ προσευχῶν, Ἑλλήνων μὲν καὶ Ἰουδαίων, καὶ πάσης εἰρηνευούσης αἱρέσεως, μόνης δὲ τῆς Ἐκκλησίας χειμαζομένης, καὶ παγχαλέπῳ κλύδωνι περιπεσού‐</w:t>
      </w:r>
    </w:p>
    <w:p>
      <w:r>
        <w:rPr>
          <w:rFonts w:ascii="Courier New" w:hAnsi="Courier New"/>
          <w:color w:val="555555"/>
          <w:sz w:val="20"/>
        </w:rPr>
        <w:t>[10]</w:t>
      </w:r>
    </w:p>
    <w:p>
      <w:r>
        <w:rPr>
          <w:rFonts w:ascii="Gentium Plus" w:hAnsi="Gentium Plus"/>
          <w:sz w:val="24"/>
        </w:rPr>
        <w:t>σης. Καὶ ἡμεῖς δὲ διαφερόντως τῆς τῶν ὑμετέρων προσευχῶν δεόμεθα βοηθείας, καὶ τῶν νομισθέντων συναγωνιστῶν ἀντα‐ γωνιζομένων.</w:t>
      </w:r>
    </w:p>
    <w:p>
      <w:pPr>
        <w:jc w:val="center"/>
      </w:pPr>
      <w:r>
        <w:rPr>
          <w:rFonts w:ascii="Gentium Plus" w:hAnsi="Gentium Plus"/>
          <w:b/>
          <w:sz w:val="24"/>
        </w:rPr>
        <w:t>ΜΑΓΝῼ ΑΝΤΩΝΙΝῼ</w:t>
      </w:r>
    </w:p>
    <w:p>
      <w:r>
        <w:rPr>
          <w:rFonts w:ascii="Courier New" w:hAnsi="Courier New"/>
          <w:color w:val="555555"/>
          <w:sz w:val="20"/>
        </w:rPr>
        <w:t>[t2]</w:t>
      </w:r>
    </w:p>
    <w:p>
      <w:r>
        <w:rPr>
          <w:rFonts w:ascii="Gentium Plus" w:hAnsi="Gentium Plus"/>
          <w:sz w:val="24"/>
        </w:rPr>
        <w:t>ΠΡΕΣΒΥΤΕΡῼ ΚΑΙ ΑΡΧΙΜΑΝΔΡΙΤῌ.</w:t>
      </w:r>
    </w:p>
    <w:p>
      <w:r>
        <w:rPr>
          <w:rFonts w:ascii="Courier New" w:hAnsi="Courier New"/>
          <w:color w:val="555555"/>
          <w:sz w:val="20"/>
        </w:rPr>
        <w:t>[1]</w:t>
      </w:r>
    </w:p>
    <w:p>
      <w:r>
        <w:rPr>
          <w:rFonts w:ascii="Gentium Plus" w:hAnsi="Gentium Plus"/>
          <w:sz w:val="24"/>
        </w:rPr>
        <w:t>Τοὺς μὲν νύκτωρ πλέοντας οἱ τῶν λιμένων ψυχαγωγοῦσι πυρσοί· τοὺς δὲ τῆς ἀποστολικῆς προκινδυνεύοντας πίστεως, τῶν ὁμοπίστων ὁ ζῆλος. Ἱκανὴν τοίνυν ἔχομεν παραψυχὴν τῆς ὑμετέρας φιλοθεΐας τοὺς ὑπὲρ τῶν θείων δογμάτων ἀγῶ‐</w:t>
      </w:r>
    </w:p>
    <w:p>
      <w:r>
        <w:rPr>
          <w:rFonts w:ascii="Courier New" w:hAnsi="Courier New"/>
          <w:color w:val="555555"/>
          <w:sz w:val="20"/>
        </w:rPr>
        <w:t>[5]</w:t>
      </w:r>
    </w:p>
    <w:p>
      <w:r>
        <w:rPr>
          <w:rFonts w:ascii="Gentium Plus" w:hAnsi="Gentium Plus"/>
          <w:sz w:val="24"/>
        </w:rPr>
        <w:t>νας ἀκούοντες. Καὶ γὰρ ταύτην ὑμῖν τὴν γνώμην ὁ Μεγαλό‐ δωρος ἐδωρήσατο, καὶ τῆς τούτων ἕνεκα φυλακῆς πάντα πόνον</w:t>
      </w:r>
    </w:p>
    <w:p>
      <w:r>
        <w:rPr>
          <w:rFonts w:ascii="Courier New" w:hAnsi="Courier New"/>
          <w:color w:val="555555"/>
          <w:sz w:val="20"/>
        </w:rPr>
        <w:t>[10]</w:t>
      </w:r>
    </w:p>
    <w:p>
      <w:r>
        <w:rPr>
          <w:rFonts w:ascii="Gentium Plus" w:hAnsi="Gentium Plus"/>
          <w:sz w:val="24"/>
        </w:rPr>
        <w:t>φρονεῖν—τί γὰρ ἀσθενέστερον τῶν τῆς ἀληθείας ἐστερημέ‐ νων—πεποιθέναι δὲ τῷ εἰπόντι· Οὐ μή σε ἀνῶ, οὐδὲ μή σε ἐγκαταλίπω, καί· Ἰδοὺ ἐγὼ μεθ’ ὑμῶν εἰμι πάσας τὰς ἡμέρας ἕως τῆς συντελείας τοῦ αἰῶνος. Ἐπαμύνατε δὲ κἀμοὶ ταῖς προσευχαῖς, ἵνα θαρρῶν ἐπιλέγω·</w:t>
      </w:r>
    </w:p>
    <w:p>
      <w:r>
        <w:rPr>
          <w:rFonts w:ascii="Courier New" w:hAnsi="Courier New"/>
          <w:color w:val="555555"/>
          <w:sz w:val="20"/>
        </w:rPr>
        <w:t>[15]</w:t>
      </w:r>
    </w:p>
    <w:p>
      <w:r>
        <w:rPr>
          <w:rFonts w:ascii="Gentium Plus" w:hAnsi="Gentium Plus"/>
          <w:sz w:val="24"/>
        </w:rPr>
        <w:t>Κύριος ἐμοὶ βοηθός, καὶ οὐ φοβηθήσομαι, τί ποιή‐ σει μοι ἄνθρωπος.</w:t>
      </w:r>
    </w:p>
    <w:p>
      <w:pPr>
        <w:jc w:val="center"/>
      </w:pPr>
      <w:r>
        <w:rPr>
          <w:rFonts w:ascii="Gentium Plus" w:hAnsi="Gentium Plus"/>
          <w:b/>
          <w:sz w:val="24"/>
        </w:rPr>
        <w:t>ΤΙΜΟΘΕῼ ΕΠΙΣΚΟΠῼ.</w:t>
      </w:r>
    </w:p>
    <w:p>
      <w:r>
        <w:rPr>
          <w:rFonts w:ascii="Courier New" w:hAnsi="Courier New"/>
          <w:color w:val="555555"/>
          <w:sz w:val="20"/>
        </w:rPr>
        <w:t>[1]</w:t>
      </w:r>
    </w:p>
    <w:p>
      <w:r>
        <w:rPr>
          <w:rFonts w:ascii="Gentium Plus" w:hAnsi="Gentium Plus"/>
          <w:sz w:val="24"/>
        </w:rPr>
        <w:t>Οὐ μάτην ἄρα τῶν ὅλων ὁ Κυβερνήτης συγχωρεῖ τοῖς πνεύ‐ μασι τοῖς ἐναντίοις διεγεῖραι τῆς ἀσεβείας τὰ κύματα· ἀλλ’ ἵνα τῶν πλεόντων βασανίσῃ τὰς γνώμας, καὶ τῶν μὲν τὴν ἀνδρίαν γυμνώσῃ, τῶν δὲ τὴν δειλίαν ἐλέγξῃ· καὶ τοὺς μὲν</w:t>
      </w:r>
    </w:p>
    <w:p>
      <w:r>
        <w:rPr>
          <w:rFonts w:ascii="Courier New" w:hAnsi="Courier New"/>
          <w:color w:val="555555"/>
          <w:sz w:val="20"/>
        </w:rPr>
        <w:t>[5]</w:t>
      </w:r>
    </w:p>
    <w:p>
      <w:r>
        <w:rPr>
          <w:rFonts w:ascii="Gentium Plus" w:hAnsi="Gentium Plus"/>
          <w:sz w:val="24"/>
        </w:rPr>
        <w:t>τὴν τῆς εὐσεβείας ἔξωθεν περικειμένους μορφὴν γυμνοὺς δείξῃ τῶν προσωπείων, τοὺς δὲ τῆς ἀληθείας ἀνακηρύξῃ προμάχους. Τοῦτο καὶ νῦν γεγενημένον ἐθεασάμεθα. Τοῦ γὰρ χειμῶνος ἐπαναστάντος, οἱ μὲν ἐγύμνωσαν τὴν κεκρυμμένην ἀσέβειαν, οἱ δὲ προὔδοσαν ἣν εἶχον ἀλήθειαν, καὶ τῆς τῶν</w:t>
      </w:r>
    </w:p>
    <w:p>
      <w:r>
        <w:rPr>
          <w:rFonts w:ascii="Courier New" w:hAnsi="Courier New"/>
          <w:color w:val="555555"/>
          <w:sz w:val="20"/>
        </w:rPr>
        <w:t>[10]</w:t>
      </w:r>
    </w:p>
    <w:p>
      <w:r>
        <w:rPr>
          <w:rFonts w:ascii="Gentium Plus" w:hAnsi="Gentium Plus"/>
          <w:sz w:val="24"/>
        </w:rPr>
        <w:t>ἀντιπάλων ἐγένοντο φάλαγγος, καὶ μετ’ ἐκείνων βάλλουσιν οὓς ἀριστέας ὠνόμαζον. Οἱ δὲ ταῦτα ὁρῶντες τοὺς μὲν πολε‐ μίους μισοῦσι, τοὺς δὲ αὐτομόλους θρηνοῦσι, τοῖς δ’ ὑπὲρ τῶν ἀποστολικῶν πολεμουμένοις δογμάτων ἐπαρκεῖν ὀρρωδοῦσιν. Εἰ δὲ καὶ βιαιότερον αὐτοῖς οἱ προδεδωκότες ἐπίθοιντο, τάχα</w:t>
      </w:r>
    </w:p>
    <w:p>
      <w:r>
        <w:rPr>
          <w:rFonts w:ascii="Courier New" w:hAnsi="Courier New"/>
          <w:color w:val="555555"/>
          <w:sz w:val="20"/>
        </w:rPr>
        <w:t>[15]</w:t>
      </w:r>
    </w:p>
    <w:p>
      <w:r>
        <w:rPr>
          <w:rFonts w:ascii="Gentium Plus" w:hAnsi="Gentium Plus"/>
          <w:sz w:val="24"/>
        </w:rPr>
        <w:t>δὴ καὶ αὐτοὶ τῶν τοξευόντων γενήσονται, καὶ τῶν ὁμοπίστων οὐ φείσονται, ἀλλὰ κατὰ τούτων τοὺς καλάμους μετὰ τῶν ὑπὸ σφῶν κατηγορουμένων ὠθήσουσι· καὶ ταῦτα παρὰ τῆς θείας δεδιδαγμένοι Γραφῆς, ὡς τὸ μὲν ἀδικῆσαι τὸν πέλας τιμωρίας ὑπεύθυνον, τὸ δέ γε ἀδικηθῆναι τῶν μεγάλων καὶ διαρκῶν</w:t>
      </w:r>
    </w:p>
    <w:p>
      <w:r>
        <w:rPr>
          <w:rFonts w:ascii="Courier New" w:hAnsi="Courier New"/>
          <w:color w:val="555555"/>
          <w:sz w:val="20"/>
        </w:rPr>
        <w:t>[20]</w:t>
      </w:r>
    </w:p>
    <w:p>
      <w:r>
        <w:rPr>
          <w:rFonts w:ascii="Gentium Plus" w:hAnsi="Gentium Plus"/>
          <w:sz w:val="24"/>
        </w:rPr>
        <w:t>ἀντιδόσεων πρόξενον. Τῆς δὲ σῆς θεοσεβείας καὶ τὸν ὑπὲρ τῆς πίστεως ζῆλον καὶ τὴν περὶ ἡμᾶς εὔνοιαν οὗτος ὁ κλύ‐ δων ἐπέδειξεν. Καὶ γὰρ δὶς ἡμῖν ἐπέστειλας, τῶν δεδιττο‐ μένων καταφρονήσας, καὶ τὴν ἀδελφικὴν φιλοστοργίαν διὰ τῶν γραμμάτων ἐδήλωσας, καὶ οὓς ἔχεις ἀγῶνας ὑπὲρ τῶν</w:t>
      </w:r>
    </w:p>
    <w:p>
      <w:r>
        <w:rPr>
          <w:rFonts w:ascii="Courier New" w:hAnsi="Courier New"/>
          <w:color w:val="555555"/>
          <w:sz w:val="20"/>
        </w:rPr>
        <w:t>[25]</w:t>
      </w:r>
    </w:p>
    <w:p>
      <w:r>
        <w:rPr>
          <w:rFonts w:ascii="Gentium Plus" w:hAnsi="Gentium Plus"/>
          <w:sz w:val="24"/>
        </w:rPr>
        <w:t>ἀποστολικῶν δογμάτων ἐμήνυσας. Γράψαι γὰρ ἡμᾶς ἐπέστει‐ λας ἅπερ χρὴ περὶ τοῦ σωτηρίου πάθους καὶ φρονεῖν καὶ κηρύτ‐ τειν. Ἐγὼ δὲ τὴν αἴτησιν ἀσπαστῶς ἐδεξάμην, καὶ ἃ παρὰ τῆς θείας ἐδιδάχθην Γραφῆς, καὶ παρὰ τῶν ταύτην ἡρμηνευ‐ κότων Πατέρων, προθύμως ἐρῶ, οὐχ ἵνα διδάξω, ἀλλ’ ἵνα τὴν</w:t>
      </w:r>
    </w:p>
    <w:p>
      <w:r>
        <w:rPr>
          <w:rFonts w:ascii="Courier New" w:hAnsi="Courier New"/>
          <w:color w:val="555555"/>
          <w:sz w:val="20"/>
        </w:rPr>
        <w:t>[30]</w:t>
      </w:r>
    </w:p>
    <w:p>
      <w:r>
        <w:rPr>
          <w:rFonts w:ascii="Gentium Plus" w:hAnsi="Gentium Plus"/>
          <w:sz w:val="24"/>
        </w:rPr>
        <w:t>τῷ Θεῷ φίλην ὑπομνήσω κεφαλήν. Ἴσθι τοίνυν, θεοφιλέστατε, ὡς χρὴ πρὸ τῶν ἄλλων ἁπάντων εἰδέναι τὴν τῶν ὀνομάτων διαφοράν, καὶ πρὸς τούτῳ τῆς θείας ἐνανθρωπήσεως τὴν αἰτίαν. Τούτων γὰρ εὐκρινῶν γενομένων, οὐδεμία περὶ τοῦ πάθους ἀμφιβολία καταλειφθήσεται. Οὐκοῦν</w:t>
      </w:r>
    </w:p>
    <w:p>
      <w:r>
        <w:rPr>
          <w:rFonts w:ascii="Courier New" w:hAnsi="Courier New"/>
          <w:color w:val="555555"/>
          <w:sz w:val="20"/>
        </w:rPr>
        <w:t>[35]</w:t>
      </w:r>
    </w:p>
    <w:p>
      <w:r>
        <w:rPr>
          <w:rFonts w:ascii="Gentium Plus" w:hAnsi="Gentium Plus"/>
          <w:sz w:val="24"/>
        </w:rPr>
        <w:t>τοὺς ἀντιλέγειν πειρωμένους ἐρωτήσομεν πρότερον, τίνα μὲν τῆς ἐνανθρωπήσεως πρεσβύτερα τῶν ὀνομάτων τοῦ μονογε‐ νοῦς Υἱοῦ τοῦ Θεοῦ, τίνα δὲ αὖ νεώτερα, μᾶλλον δὲ τῷ τῆς οἰκονομίας ἔργῳ συνεζευγμένα. Ἐροῦσι δὲ πάντως, ὡς τὸ Θεὸς, Λόγος, καὶ μονογενὴς Υἱός, καὶ Παντοκρά‐</w:t>
      </w:r>
    </w:p>
    <w:p>
      <w:r>
        <w:rPr>
          <w:rFonts w:ascii="Courier New" w:hAnsi="Courier New"/>
          <w:color w:val="555555"/>
          <w:sz w:val="20"/>
        </w:rPr>
        <w:t>[40]</w:t>
      </w:r>
    </w:p>
    <w:p>
      <w:r>
        <w:rPr>
          <w:rFonts w:ascii="Gentium Plus" w:hAnsi="Gentium Plus"/>
          <w:sz w:val="24"/>
        </w:rPr>
        <w:t>τωρ, καὶ Κύριος τῆς κτίσεως ἁπάσης, ἐστὶ πρεσβύ‐ τερα· τὸ δὲ Ἰησοῦς Χριστός, τῆς ἐνανθρωπήσεως ἴδια. Ἐνανθρωπήσας γὰρ ὁ Θεὸς Λόγος, ὁ μονογενὴς Υἱὸς τοῦ</w:t>
      </w:r>
    </w:p>
    <w:p>
      <w:r>
        <w:rPr>
          <w:rFonts w:ascii="Courier New" w:hAnsi="Courier New"/>
          <w:color w:val="555555"/>
          <w:sz w:val="20"/>
        </w:rPr>
        <w:t>[45]</w:t>
      </w:r>
    </w:p>
    <w:p>
      <w:r>
        <w:rPr>
          <w:rFonts w:ascii="Gentium Plus" w:hAnsi="Gentium Plus"/>
          <w:sz w:val="24"/>
        </w:rPr>
        <w:t>καὶ ἄλλοι προσηγορεύθησαν, καὶ ἱερεῖς, καὶ βασιλεῖς, καὶ προφῆται, ἵνα μή τις αὐτὸν ὑπολάβοι ἐκείνοις προσόμοιον, συνέζευξαν οἱ ἄγγελοι τὸ Κύριος ὄνομα τῷ Χριστῷ, τὸ Δεσ‐ ποτικὸν ἀξίωμα τοῦ τικτομένου δεικνύντες. Καὶ τῇ πανευ‐ φήμῳ δὲ Παρθένῳ πάλιν ὁ Γαβριήλ· Ἰδοὺ σὺ ἐν γαστρὶ</w:t>
      </w:r>
    </w:p>
    <w:p>
      <w:r>
        <w:rPr>
          <w:rFonts w:ascii="Courier New" w:hAnsi="Courier New"/>
          <w:color w:val="555555"/>
          <w:sz w:val="20"/>
        </w:rPr>
        <w:t>[131 (50)]</w:t>
      </w:r>
    </w:p>
    <w:p>
      <w:r>
        <w:rPr>
          <w:rFonts w:ascii="Gentium Plus" w:hAnsi="Gentium Plus"/>
          <w:sz w:val="24"/>
        </w:rPr>
        <w:t>ἕξεις, καὶ τέξῃ υἱόν, καὶ καλέσεις τὸ ὄνομα αὐτοῦ Ἰησοῦν, ὅτι αὐτὸς σώσει τὸν λαὸν αὐτοῦ ἀπὸ τῶν ἁμαρτιῶν αὐτοῦ. Πρὸ δέ γε τῆς ἐνανθρωπήσεως, οὔτε Χριστός, οὔτε Ἰησοῦς ὠνομάζετο. Καὶ γὰρ οἱ θεῖοι προφῆται τὰ ἐσόμενα προθεσπίζοντες ἐχρήσαντο ταῖς φωναῖς, ὥσπερ</w:t>
      </w:r>
    </w:p>
    <w:p>
      <w:r>
        <w:rPr>
          <w:rFonts w:ascii="Courier New" w:hAnsi="Courier New"/>
          <w:color w:val="555555"/>
          <w:sz w:val="20"/>
        </w:rPr>
        <w:t>[55]</w:t>
      </w:r>
    </w:p>
    <w:p>
      <w:r>
        <w:rPr>
          <w:rFonts w:ascii="Gentium Plus" w:hAnsi="Gentium Plus"/>
          <w:sz w:val="24"/>
        </w:rPr>
        <w:t>καὶ τὰ περὶ τῆς γεννήσεως, καὶ τοῦ σταυροῦ, καὶ τοῦ πάθους προηγόρευσαν, μηδέπω τῶν πραγμάτων γεγενημένων. Καλεῖ‐ ται δὲ ὅμως καὶ μετὰ τὴν ἐνανθρώπησιν καὶ Θεὸς Λόγος, καὶ Κύριος, καὶ Παντοκράτωρ, καὶ μονογενὴς Υἱός, καὶ Ποιητής, καὶ Δημιουργός. Οὐ γὰρ τραπεὶς γέγονεν ἄνθρωπος, ἀλλὰ</w:t>
      </w:r>
    </w:p>
    <w:p>
      <w:r>
        <w:rPr>
          <w:rFonts w:ascii="Courier New" w:hAnsi="Courier New"/>
          <w:color w:val="555555"/>
          <w:sz w:val="20"/>
        </w:rPr>
        <w:t>[60]</w:t>
      </w:r>
    </w:p>
    <w:p>
      <w:r>
        <w:rPr>
          <w:rFonts w:ascii="Gentium Plus" w:hAnsi="Gentium Plus"/>
          <w:sz w:val="24"/>
        </w:rPr>
        <w:t>μένων ὅπερ ἦν ἔλαβεν ὅπερ ἐσμέν. Ἐν μορφῇ γὰρ Θεοῦ ὑπάρχων, κατὰ τὸν θεῖον Ἀπόστολον, ἔλαβε τὴν τοῦ δούλου μορφήν. Τούτου δὴ χάριν, καὶ μετὰ τὴν ἐνανθρώ‐ πησιν, καὶ ταῖς πρὸ τῆς ἐνανθρωπήσεως ὀνομάζεται κλήσε‐ σιν, ἐπειδήπερ ἀναλλοίωτον ἔχει τὴν φύσιν καὶ ἄτρεπτον. Τὸ</w:t>
      </w:r>
    </w:p>
    <w:p>
      <w:r>
        <w:rPr>
          <w:rFonts w:ascii="Courier New" w:hAnsi="Courier New"/>
          <w:color w:val="555555"/>
          <w:sz w:val="20"/>
        </w:rPr>
        <w:t>[65]</w:t>
      </w:r>
    </w:p>
    <w:p>
      <w:r>
        <w:rPr>
          <w:rFonts w:ascii="Gentium Plus" w:hAnsi="Gentium Plus"/>
          <w:sz w:val="24"/>
        </w:rPr>
        <w:t>μέντοι πάθος ἡ θεία διηγουμένη Γραφή, οὐδαμοῦ τὸ Θεὸς τέθεικεν ὄνομα, ἐπειδὴ τῆς ἁπλῆς ἐστι φύσεως ὄνομα. Οὐδεὶς γὰρ ἀκούσας· Ἐν ἀρχῇ ἦν ὁ Λόγος, καὶ ὁ Λόγος ἦν πρὸς τὸν Θεόν, καὶ Θεὸς ἦν ὁ Λόγος, καὶ ὅσα τούτοις προσόμοια, τὴν σάρκα φαίη ἂν πρὸ τῶν αἰώνων ὑπάρχειν, ἢ</w:t>
      </w:r>
    </w:p>
    <w:p>
      <w:r>
        <w:rPr>
          <w:rFonts w:ascii="Courier New" w:hAnsi="Courier New"/>
          <w:color w:val="555555"/>
          <w:sz w:val="20"/>
        </w:rPr>
        <w:t>[70]</w:t>
      </w:r>
    </w:p>
    <w:p>
      <w:r>
        <w:rPr>
          <w:rFonts w:ascii="Gentium Plus" w:hAnsi="Gentium Plus"/>
          <w:sz w:val="24"/>
        </w:rPr>
        <w:t>ὁμοουσίαν εἶναι τῷ τῶν ὅλων Θεῷ, ἢ δημιουργὸν γεγονέναι</w:t>
      </w:r>
    </w:p>
    <w:p>
      <w:r>
        <w:rPr>
          <w:rFonts w:ascii="Courier New" w:hAnsi="Courier New"/>
          <w:color w:val="555555"/>
          <w:sz w:val="20"/>
        </w:rPr>
        <w:t>[75]</w:t>
      </w:r>
    </w:p>
    <w:p>
      <w:r>
        <w:rPr>
          <w:rFonts w:ascii="Gentium Plus" w:hAnsi="Gentium Plus"/>
          <w:sz w:val="24"/>
        </w:rPr>
        <w:t>Ὥσπερ τοίνυν εὐκρινῆ ταῦτα καὶ ἀναμφίλεκτα καὶ τοῖς ἄγαν αἱρετικοῖς, καὶ ἴσμεν τὴν μὲν προαιώνιον, τὴν δὲ πρόσ‐ φατον φύσιν, οὕτως εἰδέναι χρὴ τό τε τῆς σαρκὸς παθητόν, καὶ τὸ τῆς θεότητος ἀπαθές, οὐ διαιροῦντας τὴν ἕνωσιν, οὐ‐ δὲ εἰς δύο μερίζοντας πρόσωπα τὸν Μονογενῆ, ἀλλ’ ἐν τῷ ἑνὶ</w:t>
      </w:r>
    </w:p>
    <w:p>
      <w:r>
        <w:rPr>
          <w:rFonts w:ascii="Courier New" w:hAnsi="Courier New"/>
          <w:color w:val="555555"/>
          <w:sz w:val="20"/>
        </w:rPr>
        <w:t>[80]</w:t>
      </w:r>
    </w:p>
    <w:p>
      <w:r>
        <w:rPr>
          <w:rFonts w:ascii="Gentium Plus" w:hAnsi="Gentium Plus"/>
          <w:sz w:val="24"/>
        </w:rPr>
        <w:t>θεωροῦντας Υἱῷ τὰ τῶν φύσεων ἴδια. Εἰ γὰρ ἐπὶ ψυχῆς καὶ σώματος, τῶν ὁμοχρόνων φύσεων καὶ φυσικῶς ἡνωμένων, τοῦτο ποιεῖν εἰώθαμεν, καὶ τὴν μὲν ψυχὴν καλοῦμεν ἁπλῆν, καὶ λογικήν, καὶ ἀθάνατον, καὶ ἀόρατον, τὸ δὲ σῶμα σύνθετον ὀνομάζομεν, καὶ παθητόν, καὶ θνητόν, καὶ τὴν ἕνωσιν οὐ διαι‐</w:t>
      </w:r>
    </w:p>
    <w:p>
      <w:r>
        <w:rPr>
          <w:rFonts w:ascii="Courier New" w:hAnsi="Courier New"/>
          <w:color w:val="555555"/>
          <w:sz w:val="20"/>
        </w:rPr>
        <w:t>[85]</w:t>
      </w:r>
    </w:p>
    <w:p>
      <w:r>
        <w:rPr>
          <w:rFonts w:ascii="Gentium Plus" w:hAnsi="Gentium Plus"/>
          <w:sz w:val="24"/>
        </w:rPr>
        <w:t>ροῦμεν, οὐδὲ διχῆ τὸν ἕνα τέμνομεν ἄνθρωπον· πολλῷ μᾶλλον ἐπὶ τῆς πρὸ αἰώνων ἐκ τοῦ Πατρὸς γεννηθείσης θεότητος, καὶ τῆς ληφθείσης ἐκ σπέρματος τοῦ Δαβὶδ ἀνθρωπότητος τοῦτο προσήκει ποιεῖν, καὶ σαφῶς εἰδέναι τῆς μὲν τὸ αἰώνιον καὶ ἀΐδιον, ἁπλοῦν τε καὶ ἀπερίγραφον, ἀθάνατον καὶ ἀναλλοίωτον,</w:t>
      </w:r>
    </w:p>
    <w:p>
      <w:r>
        <w:rPr>
          <w:rFonts w:ascii="Courier New" w:hAnsi="Courier New"/>
          <w:color w:val="555555"/>
          <w:sz w:val="20"/>
        </w:rPr>
        <w:t>[90]</w:t>
      </w:r>
    </w:p>
    <w:p>
      <w:r>
        <w:rPr>
          <w:rFonts w:ascii="Gentium Plus" w:hAnsi="Gentium Plus"/>
          <w:sz w:val="24"/>
        </w:rPr>
        <w:t>τῆς δὲ τὸ πρόσφατόν τε καὶ σύνθετον, καὶ περιγεγραμμένον, καὶ ῥευστόν, καὶ θνητόν. Εἰ γὰρ καὶ τὴν σάρκα νῦν ἀθάνατον ἴσμεν, καὶ ἄφθαρτον, ἀλλ’ οὖν πρὸ τῆς ἀναστάσεως καὶ θανά‐ του καὶ πάθους ἦν δεκτική· πῶς γὰρ ἄλλως προσηλώθη τῷ ξύλῳ, καὶ παρεδόθη τῷ τάφῳ; Εἰδότας δὲ ὅμως τῶν φύσεων</w:t>
      </w:r>
    </w:p>
    <w:p>
      <w:r>
        <w:rPr>
          <w:rFonts w:ascii="Courier New" w:hAnsi="Courier New"/>
          <w:color w:val="555555"/>
          <w:sz w:val="20"/>
        </w:rPr>
        <w:t>[95]</w:t>
      </w:r>
    </w:p>
    <w:p>
      <w:r>
        <w:rPr>
          <w:rFonts w:ascii="Gentium Plus" w:hAnsi="Gentium Plus"/>
          <w:sz w:val="24"/>
        </w:rPr>
        <w:t>τὸ διάφορον, τὸν ἕνα χρὴ προσκυνεῖν Υἱόν, καὶ τὸν αὐτὸν εἰδέναι Υἱὸν Θεοῦ καὶ Υἱὸν ἀνθρώπου, μορφὴν Θεοῦ καὶ μορ‐</w:t>
      </w:r>
    </w:p>
    <w:p>
      <w:r>
        <w:rPr>
          <w:rFonts w:ascii="Courier New" w:hAnsi="Courier New"/>
          <w:color w:val="555555"/>
          <w:sz w:val="20"/>
        </w:rPr>
        <w:t>[131 (100)]</w:t>
      </w:r>
    </w:p>
    <w:p>
      <w:r>
        <w:rPr>
          <w:rFonts w:ascii="Gentium Plus" w:hAnsi="Gentium Plus"/>
          <w:sz w:val="24"/>
        </w:rPr>
        <w:t>τοῖς εὖ φρονοῦσιν, ὅτι τὰ μὲν ὡς Θεῷ, τὰ δὲ ὡς ἀνθρώπῳ προσήκει. Οὕτω καὶ τὸ παθητὸν καὶ τὸ ἀπαθὲς ἁρμόττει τῷ Δεσπότῃ Χριστῷ. Πέπονθε μὲν γὰρ κατὰ τὸ ἀνθρώπειον, ἀπα‐ θὴς δὲ μεμένηκεν ὡς Θεός. Εἰ δὲ κατὰ τὸν τῶν δυσσεβῶν λόγον κατὰ τὴν θεότητα πέπονθε, περιττὴ δήπουθεν τῆς σαρ‐</w:t>
      </w:r>
    </w:p>
    <w:p>
      <w:r>
        <w:rPr>
          <w:rFonts w:ascii="Courier New" w:hAnsi="Courier New"/>
          <w:color w:val="555555"/>
          <w:sz w:val="20"/>
        </w:rPr>
        <w:t>[105]</w:t>
      </w:r>
    </w:p>
    <w:p>
      <w:r>
        <w:rPr>
          <w:rFonts w:ascii="Gentium Plus" w:hAnsi="Gentium Plus"/>
          <w:sz w:val="24"/>
        </w:rPr>
        <w:t>κὸς ἡ ἀνάληψις. Οὐ γὰρ ἔχρῃζε τῆς παθητῆς ἀνθρωπότητος, τῆς θείας φύσεως δέξασθαι δυναμένης τὸ πάθος. Εἰ δὲ καὶ κατὰ τὸν αὐτῶν λόγον ἀπαθὴς ἡ θεότης, καὶ ἀληθὲς τὸ πάθος, μὴ ἀρνείσθωσαν τὸ πεπονθός, ἵνα μὴ ἀρνηθῶσι καὶ τὴν τοῦ πάθους ἀλήθειαν· ψευδὲς γὰρ τὸ πάθος οὐκ ὄντος τοῦ πάσχον‐</w:t>
      </w:r>
    </w:p>
    <w:p>
      <w:r>
        <w:rPr>
          <w:rFonts w:ascii="Courier New" w:hAnsi="Courier New"/>
          <w:color w:val="555555"/>
          <w:sz w:val="20"/>
        </w:rPr>
        <w:t>[110]</w:t>
      </w:r>
    </w:p>
    <w:p>
      <w:r>
        <w:rPr>
          <w:rFonts w:ascii="Gentium Plus" w:hAnsi="Gentium Plus"/>
          <w:sz w:val="24"/>
        </w:rPr>
        <w:t>τος. Ὅτι δὲ καὶ ἡ θεία Γραφὴ προφανῶς τοῦ σώματος κηρύτ‐ τει τὸ πάθος, ῥᾴδιον τῷ βουλομένῳ τῶν ἱερῶν Εὐαγγελίων ἀναπτύξαι τὴν τετρακτύν, καὶ μαθεῖν ἐκεῖθεν, ὅπως Ἰωσὴφ ὁ ἀπὸ Ἀριμαθίας προσῆλθε τῷ Πιλάτῳ, καὶ ᾔτησε τὸ σῶμα τοῦ Ἰησοῦ· καὶ ὡς ὁ Πιλάτος προσέταξε δοθῆναι τὸ σῶμα τοῦ</w:t>
      </w:r>
    </w:p>
    <w:p>
      <w:r>
        <w:rPr>
          <w:rFonts w:ascii="Courier New" w:hAnsi="Courier New"/>
          <w:color w:val="555555"/>
          <w:sz w:val="20"/>
        </w:rPr>
        <w:t>[115]</w:t>
      </w:r>
    </w:p>
    <w:p>
      <w:r>
        <w:rPr>
          <w:rFonts w:ascii="Gentium Plus" w:hAnsi="Gentium Plus"/>
          <w:sz w:val="24"/>
        </w:rPr>
        <w:t>Ἰησοῦ, καὶ ὡς ὁ Ἰωσὴφ καθεῖλεν ἀπὸ τοῦ ξύλου τὸ σῶμα τοῦ Ἰησοῦ, καὶ ὡς ἐνείλησε τῇ σινδόνι τὸ σῶμα τοῦ Ἰησοῦ, καὶ ὡς τοῦτο κατέθηκεν ἐν τῷ καινῷ μνημείῳ. Ταῦτα οἱ τέσσαρες εὐαγγελισταὶ συνέγραψαν, πολλάκις τοῦ σώματος μνημονεύ‐ σαντες. Εἰ δὲ τὰ παρὰ τοῦ ἀγγέλου πρὸς τὰς περὶ Μαρίαν</w:t>
      </w:r>
    </w:p>
    <w:p>
      <w:r>
        <w:rPr>
          <w:rFonts w:ascii="Courier New" w:hAnsi="Courier New"/>
          <w:color w:val="555555"/>
          <w:sz w:val="20"/>
        </w:rPr>
        <w:t>[120]</w:t>
      </w:r>
    </w:p>
    <w:p>
      <w:r>
        <w:rPr>
          <w:rFonts w:ascii="Gentium Plus" w:hAnsi="Gentium Plus"/>
          <w:sz w:val="24"/>
        </w:rPr>
        <w:t>εἰρημένα προφέρουσι· Δεῦτε βλέπετε ὅπου ἔκειτο ὁ Κύριος, ἀκουσάτωσαν τῆς τῶν Πράξεων ἱστορίας λεγούσης, ὅτι Συνεκόμισαν τὸν Στέφανον ἄνδρες εὐλαβεῖς, καὶ</w:t>
      </w:r>
    </w:p>
    <w:p>
      <w:r>
        <w:rPr>
          <w:rFonts w:ascii="Courier New" w:hAnsi="Courier New"/>
          <w:color w:val="555555"/>
          <w:sz w:val="20"/>
        </w:rPr>
        <w:t>[125]</w:t>
      </w:r>
    </w:p>
    <w:p>
      <w:r>
        <w:rPr>
          <w:rFonts w:ascii="Gentium Plus" w:hAnsi="Gentium Plus"/>
          <w:sz w:val="24"/>
        </w:rPr>
        <w:t>παρόντος, ἐν τοῖς τῶν καλλινίκων μαρτύρων εἰσιόντες σηκοῖς, ἐρωτᾶν εἰώθαμεν τίς ὁ ἐν τῇ θήκῃ καλεῖται· οἱ δὲ τἀληθὲς εἰδότες ἀποκρίνονται, ἢ Ἰουλιανὸν τυχὸν τὸν μάρτυρα, ἢ Ῥω‐ μανόν, ἢ Τιμόθεον· καίτοι πολλάκις οὐδὲ τελείων τῶν σωμάτων κειμένων, ἀλλὰ σμικροτάτων λειψάνων· ἀλλ’ ὅμως τῷ κοινῷ</w:t>
      </w:r>
    </w:p>
    <w:p>
      <w:r>
        <w:rPr>
          <w:rFonts w:ascii="Courier New" w:hAnsi="Courier New"/>
          <w:color w:val="555555"/>
          <w:sz w:val="20"/>
        </w:rPr>
        <w:t>[130]</w:t>
      </w:r>
    </w:p>
    <w:p>
      <w:r>
        <w:rPr>
          <w:rFonts w:ascii="Gentium Plus" w:hAnsi="Gentium Plus"/>
          <w:sz w:val="24"/>
        </w:rPr>
        <w:t>ὀνόματι καὶ τὸ σῶμα προσαγορεύομεν. Οὕτως ὁ ἄγγελος τοῦ Κυρίου τὸ σῶμα Κύριον προσηγόρευσεν, ἐπειδὴ σῶμα ἦν τοῦ τῶν ὅλων Κυρίου. Καὶ αὐτὸς δὲ ὁ Κύριος, οὐ τὴν ἀόρατον φύσιν, ἀλλὰ τὸ σῶμα δώσειν ὑπέσχετο ὑπὲρ τῆς τοῦ κόσμου ζωῆς· Ὁ γὰρ ἄρτος, φησίν, ὃν ἐγὼ δώσω, ἡ σάρξ μου</w:t>
      </w:r>
    </w:p>
    <w:p>
      <w:r>
        <w:rPr>
          <w:rFonts w:ascii="Courier New" w:hAnsi="Courier New"/>
          <w:color w:val="555555"/>
          <w:sz w:val="20"/>
        </w:rPr>
        <w:t>[135]</w:t>
      </w:r>
    </w:p>
    <w:p>
      <w:r>
        <w:rPr>
          <w:rFonts w:ascii="Gentium Plus" w:hAnsi="Gentium Plus"/>
          <w:sz w:val="24"/>
        </w:rPr>
        <w:t>ἐστίν, ἣν ἐγὼ δώσω ὑπὲρ τῆς τοῦ κόσμου ζωῆς. Κἀν τῇ τῶν θείων μυστηρίων παραδόσει λαβὼν τὸ σύμβολον ἔφη· Τοῦτό ἐστι τὸ σῶμά μου, τὸ ὑπὲρ ὑμῶν διδόμενον, ἢ κλώμενον, κατὰ τὸν Ἀπόστολον. Καὶ οὐδαμοῦ περὶ πάθους διαλεχθεὶς τῆς ἀπαθοῦς ἐμνήσθη θεότητος.</w:t>
      </w:r>
    </w:p>
    <w:p>
      <w:r>
        <w:rPr>
          <w:rFonts w:ascii="Courier New" w:hAnsi="Courier New"/>
          <w:color w:val="555555"/>
          <w:sz w:val="20"/>
        </w:rPr>
        <w:t>[140]</w:t>
      </w:r>
    </w:p>
    <w:p>
      <w:r>
        <w:rPr>
          <w:rFonts w:ascii="Gentium Plus" w:hAnsi="Gentium Plus"/>
          <w:sz w:val="24"/>
        </w:rPr>
        <w:t>Χρὴ δὲ πρὸ τῶν ἄλλων ἁπάντων τοὺς ἀντιλέγειν ἐπιχει‐ ροῦντας ἐρωτᾶσθαι, εἰ συνομολογοῦσι τελείαν ὑπὸ τοῦ Θεοῦ Λόγου προσειλῆφθαι τὴν ἀνθρωπείαν φύσιν, καὶ εἰ τὴν ἕνωσιν ἀσύγχυτον γεγενῆσθαί φασιν. Εἰ γὰρ ταῦτα συνομολογηθείη, καὶ τἄλλα κατὰ τάξιν προβήσεται, καὶ τὸ πάθος τῇ παθητῇ</w:t>
      </w:r>
    </w:p>
    <w:p>
      <w:r>
        <w:rPr>
          <w:rFonts w:ascii="Courier New" w:hAnsi="Courier New"/>
          <w:color w:val="555555"/>
          <w:sz w:val="20"/>
        </w:rPr>
        <w:t>[145]</w:t>
      </w:r>
    </w:p>
    <w:p>
      <w:r>
        <w:rPr>
          <w:rFonts w:ascii="Gentium Plus" w:hAnsi="Gentium Plus"/>
          <w:sz w:val="24"/>
        </w:rPr>
        <w:t>προσαρμοσθήσεται φύσει. Ταῦτα ἐν κεφαλαίῳ νῦν ὑπηγόρευσα καὶ τῆς ἐπιστολῆς ὑπερέβην τὸ μέτρον. Ἀπέστειλα δὲ καὶ ἣν</w:t>
      </w:r>
    </w:p>
    <w:p>
      <w:r>
        <w:rPr>
          <w:rFonts w:ascii="Courier New" w:hAnsi="Courier New"/>
          <w:color w:val="555555"/>
          <w:sz w:val="20"/>
        </w:rPr>
        <w:t>[131 (150)]</w:t>
      </w:r>
    </w:p>
    <w:p>
      <w:r>
        <w:rPr>
          <w:rFonts w:ascii="Gentium Plus" w:hAnsi="Gentium Plus"/>
          <w:sz w:val="24"/>
        </w:rPr>
        <w:t>των ἀλήθειαν. Εἰ δὲ εὕροιμι καλλιγράφον, πέμψω σου τῇ ὁσιότητι καὶ ἃ διαλογικῶς συνέγραψα, τοὐτέστι κατ’ ἐρώτησιν καὶ ἀπόκρισιν, καὶ τὸν λόγον εὐρύνας, καὶ ὀχυρώσας τὰ ἡμέ‐ τερα ταῖς τῶν Πατέρων διδασκαλίαις. Ἀπέστειλα δὲ νῦν καὶ ὀλΐγας τῶν ἀρχαίων διδασκάλων χρήσεις, ἱκανὰς οὔσας δεῖξαι</w:t>
      </w:r>
    </w:p>
    <w:p>
      <w:r>
        <w:rPr>
          <w:rFonts w:ascii="Courier New" w:hAnsi="Courier New"/>
          <w:color w:val="555555"/>
          <w:sz w:val="20"/>
        </w:rPr>
        <w:t>[155]</w:t>
      </w:r>
    </w:p>
    <w:p>
      <w:r>
        <w:rPr>
          <w:rFonts w:ascii="Gentium Plus" w:hAnsi="Gentium Plus"/>
          <w:sz w:val="24"/>
        </w:rPr>
        <w:t>τὸν τῆς ἐκείνων διδασκαλίας σκοπόν. Ἀντιδοῦναι τοίνυν ἡμῖν, θεοφιλέστατε, καταξίωσον τὴν ἐπικουρίαν τῶν προσευχῶν, ἵνα τὸν χαλεπὸν διαπεράσωμεν κλύδωνα καὶ τῶν εὐστόμων τοῦ Σωτῆρος ἐπιτύχωμεν λιμένων.</w:t>
      </w:r>
    </w:p>
    <w:p>
      <w:pPr>
        <w:jc w:val="center"/>
      </w:pPr>
      <w:r>
        <w:rPr>
          <w:rFonts w:ascii="Gentium Plus" w:hAnsi="Gentium Plus"/>
          <w:b/>
          <w:sz w:val="24"/>
        </w:rPr>
        <w:t>ΛΟΓΓΙΝῼ ΑΡΧΙΜΑΝΔΡΙΤῌ</w:t>
      </w:r>
    </w:p>
    <w:p>
      <w:r>
        <w:rPr>
          <w:rFonts w:ascii="Courier New" w:hAnsi="Courier New"/>
          <w:color w:val="555555"/>
          <w:sz w:val="20"/>
        </w:rPr>
        <w:t>[t2]</w:t>
      </w:r>
    </w:p>
    <w:p>
      <w:r>
        <w:rPr>
          <w:rFonts w:ascii="Gentium Plus" w:hAnsi="Gentium Plus"/>
          <w:sz w:val="24"/>
        </w:rPr>
        <w:t>ΔΟΛΙΧΗΣ.</w:t>
      </w:r>
    </w:p>
    <w:p>
      <w:r>
        <w:rPr>
          <w:rFonts w:ascii="Courier New" w:hAnsi="Courier New"/>
          <w:color w:val="555555"/>
          <w:sz w:val="20"/>
        </w:rPr>
        <w:t>[1]</w:t>
      </w:r>
    </w:p>
    <w:p>
      <w:r>
        <w:rPr>
          <w:rFonts w:ascii="Gentium Plus" w:hAnsi="Gentium Plus"/>
          <w:sz w:val="24"/>
        </w:rPr>
        <w:t>Καὶ τὸν ὑπὲρ τῆς εὐσεβείας ζῆλον καὶ τὴν περὶ τὸν πέλας ἀγάπην ἔδειξεν ὑμῶν ἡ θεοσέβεια. Ἀμφότερα γὰρ ἐπὶ τοῦ παρόντος συνέζευκται. Ὑπὲρ γὰρ τῶν ἀποστολικῶν πολεμού‐ μεθα δογμάτων, ἐπειδὴ τὸν πατρῷον οὐ προϊέμεθα κλῆρον,</w:t>
      </w:r>
    </w:p>
    <w:p>
      <w:r>
        <w:rPr>
          <w:rFonts w:ascii="Courier New" w:hAnsi="Courier New"/>
          <w:color w:val="555555"/>
          <w:sz w:val="20"/>
        </w:rPr>
        <w:t>[5]</w:t>
      </w:r>
    </w:p>
    <w:p>
      <w:r>
        <w:rPr>
          <w:rFonts w:ascii="Gentium Plus" w:hAnsi="Gentium Plus"/>
          <w:sz w:val="24"/>
        </w:rPr>
        <w:t>ἀλλὰ πᾶν ὁτιοῦν παθεῖν αἱρούμεθα μᾶλλον, ἢ μίαν κεραίαν ἐκ τῆς εὐαγγελικῆς πίστεως παριδεῖν συλουμένην. Κεκοινωνή‐ κατε τοίνυν ἡμῖν τῶν παθημάτων, καὶ διὰ γραμμάτων ψυχα‐ γωγήσαντες, καὶ πέμψαντες πρὸς ἡμᾶς τοὺς τιμιωτάτους καὶ εὐλαβεστάτους Ματθαῖον καὶ Ἰσαάκην τοὺς διακόνους· καὶ,</w:t>
      </w:r>
    </w:p>
    <w:p>
      <w:r>
        <w:rPr>
          <w:rFonts w:ascii="Courier New" w:hAnsi="Courier New"/>
          <w:color w:val="555555"/>
          <w:sz w:val="20"/>
        </w:rPr>
        <w:t>[10]</w:t>
      </w:r>
    </w:p>
    <w:p>
      <w:r>
        <w:rPr>
          <w:rFonts w:ascii="Gentium Plus" w:hAnsi="Gentium Plus"/>
          <w:sz w:val="24"/>
        </w:rPr>
        <w:t>εὖ οἶδα, ἀκούσεσθε παρὰ τοῦ δικαίου Κριτοῦ· Ἐν φυλακῇ ἤμην, καὶ ἤλθετε πρός με. Εἰ γὰρ καὶ ἡμεῖς εὐτελεῖς καὶ σμικροί, καὶ πολὺν ἁμαρτημάτων φόρτον περικείμενοι,</w:t>
      </w:r>
    </w:p>
    <w:p>
      <w:r>
        <w:rPr>
          <w:rFonts w:ascii="Courier New" w:hAnsi="Courier New"/>
          <w:color w:val="555555"/>
          <w:sz w:val="20"/>
        </w:rPr>
        <w:t>[15]</w:t>
      </w:r>
    </w:p>
    <w:p>
      <w:r>
        <w:rPr>
          <w:rFonts w:ascii="Gentium Plus" w:hAnsi="Gentium Plus"/>
          <w:sz w:val="24"/>
        </w:rPr>
        <w:t>ὅσον ἐποιήσατε ἑνὶ τῶν σμικρῶν τῶν ἐλαχίστων τῶν πιστευόντων εἰς ἐμέ, ἐμοὶ ἐποιήσατε. Ἐπειδὴ τοίνυν καὶ ἐν τοῖς ὀρθοῖς διαπρέπετε δόγμασι, καὶ τῷ ἀξι‐ επαίνῳ λάμπετε βίῳ, καὶ πολλὴν ἐντεῦθεν πρὸς τὸν Θεὸν ἔχετε παρρησίαν, ἐπαμύνατέ μοι ταῖς προσευχαῖς, ἵνα ἀντισχεῖν</w:t>
      </w:r>
    </w:p>
    <w:p>
      <w:r>
        <w:rPr>
          <w:rFonts w:ascii="Courier New" w:hAnsi="Courier New"/>
          <w:color w:val="555555"/>
          <w:sz w:val="20"/>
        </w:rPr>
        <w:t>[20]</w:t>
      </w:r>
    </w:p>
    <w:p>
      <w:r>
        <w:rPr>
          <w:rFonts w:ascii="Gentium Plus" w:hAnsi="Gentium Plus"/>
          <w:sz w:val="24"/>
        </w:rPr>
        <w:t>δυνηθῶ, κατὰ τὴν ἀποστολικὴν φωνήν, πρὸς τὰς μεθοδείας τῆς πλάνης, καὶ διαφύγω τὰς τοῦ ἀλάστορος πάγας, καὶ μετὰ σμικρᾶς παρρησίας ἐν τῇ τῆς ἐπιφανείας ἡμέρᾳ παραστῶ τῷ δικαίῳ Κριτῇ.</w:t>
      </w:r>
    </w:p>
    <w:p>
      <w:pPr>
        <w:jc w:val="center"/>
      </w:pPr>
      <w:r>
        <w:rPr>
          <w:rFonts w:ascii="Gentium Plus" w:hAnsi="Gentium Plus"/>
          <w:b/>
          <w:sz w:val="24"/>
        </w:rPr>
        <w:t>ΙΒᾼ ΕΠΙΣΚΟΠῼ ΕΔΕΣΗΣ.</w:t>
      </w:r>
    </w:p>
    <w:p>
      <w:r>
        <w:rPr>
          <w:rFonts w:ascii="Courier New" w:hAnsi="Courier New"/>
          <w:color w:val="555555"/>
          <w:sz w:val="20"/>
        </w:rPr>
        <w:t>[1]</w:t>
      </w:r>
    </w:p>
    <w:p>
      <w:r>
        <w:rPr>
          <w:rFonts w:ascii="Gentium Plus" w:hAnsi="Gentium Plus"/>
          <w:sz w:val="24"/>
        </w:rPr>
        <w:t>Τοὺς ἀδικουμένους οὐκ ἀθυμεῖν, ἀλλὰ χαίρειν ὁ Δεσπότης προσέταξεν, καὶ ἐκ τῶν παλαιῶν ἕλκειν παραδειγμάτων τῆς ψυχαγωγίας τὰς ἀφορμάς. Ἐκ γὰρ τῶν πρῶτον φύντων ἀνθρώ‐ πων μέχρι τοῦ παρόντος καιροῦ, τοὺς τὸν ὅλων ἐσπουδακότας</w:t>
      </w:r>
    </w:p>
    <w:p>
      <w:r>
        <w:rPr>
          <w:rFonts w:ascii="Courier New" w:hAnsi="Courier New"/>
          <w:color w:val="555555"/>
          <w:sz w:val="20"/>
        </w:rPr>
        <w:t>[5]</w:t>
      </w:r>
    </w:p>
    <w:p>
      <w:r>
        <w:rPr>
          <w:rFonts w:ascii="Gentium Plus" w:hAnsi="Gentium Plus"/>
          <w:sz w:val="24"/>
        </w:rPr>
        <w:t>σέβειν Θεὸν ἔστιν εὑρεῖν παρὰ τῶν συμβεβιωκότων ἀνθρώπων ἠδικημένους, καὶ πλείστοις ἄγαν περιπεπτωκότας ἀνιαροῖς. Καὶ τούτων ἂν τὸν κατάλογον ἅπαντα διεξῆλθον, εἴπερ ἐπ‐ έστελλον ἀνδρὶ τὴν θείαν ἀκριβῶς οὐκ ἐπισταμένῳ Γραφήν. Ἐπειδὴ δὲ παιδόθεν τοῖς θείοις ἐνετράφης λογίοις, θεοφι‐</w:t>
      </w:r>
    </w:p>
    <w:p>
      <w:r>
        <w:rPr>
          <w:rFonts w:ascii="Courier New" w:hAnsi="Courier New"/>
          <w:color w:val="555555"/>
          <w:sz w:val="20"/>
        </w:rPr>
        <w:t>[10]</w:t>
      </w:r>
    </w:p>
    <w:p>
      <w:r>
        <w:rPr>
          <w:rFonts w:ascii="Gentium Plus" w:hAnsi="Gentium Plus"/>
          <w:sz w:val="24"/>
        </w:rPr>
        <w:t>λέστατε, παρέλκον οἶμαι τοῦτο ποιεῖν. Εἰς ἐκείνους δὲ μόνον ἀφορᾶν ἀξιῶ, καὶ τῶν φιλανθρωποτάτων ἱερέων τοὺς μὲν ἠδι‐</w:t>
      </w:r>
    </w:p>
    <w:p>
      <w:r>
        <w:rPr>
          <w:rFonts w:ascii="Courier New" w:hAnsi="Courier New"/>
          <w:color w:val="555555"/>
          <w:sz w:val="20"/>
        </w:rPr>
        <w:t>[15]</w:t>
      </w:r>
    </w:p>
    <w:p>
      <w:r>
        <w:rPr>
          <w:rFonts w:ascii="Gentium Plus" w:hAnsi="Gentium Plus"/>
          <w:sz w:val="24"/>
        </w:rPr>
        <w:t>της ἡμᾶς τῆς μερίδος πεποιηκότα διηνεκῶς ἀνυμνεῖν. Παρα‐ χωρήσωμεν τοῖς ἀπεκτονόσι καὶ τιμῆς, καὶ τρυφῆς, καὶ προεδρίας, καὶ τῆς δυστήνου δόξης. Μόνον δὲ ἡμεῖς τῶν εὐαγγελικῶν δογμάτων ἐχώμεθα, καὶ μετ’ ἐκείνων ἂν δέῃ πᾶν ὁτιοῦν ἀλγεινὸν ὑπομένωμεν, καὶ τὴν ἀξιόκτητον πενίαν τοῦ</w:t>
      </w:r>
    </w:p>
    <w:p>
      <w:r>
        <w:rPr>
          <w:rFonts w:ascii="Courier New" w:hAnsi="Courier New"/>
          <w:color w:val="555555"/>
          <w:sz w:val="20"/>
        </w:rPr>
        <w:t>[20]</w:t>
      </w:r>
    </w:p>
    <w:p>
      <w:r>
        <w:rPr>
          <w:rFonts w:ascii="Gentium Plus" w:hAnsi="Gentium Plus"/>
          <w:sz w:val="24"/>
        </w:rPr>
        <w:t>πολυφρόντιδος προτιμήσωμεν πλούτου. Ταῦτα δὲ γράφω, οὐ παραίνεσιν εἰσφέρων—ἔγνων γάρ σου τῆς ὁσιότητος τὴν ἐν τοῖς ἀλγεινοῖς παρρησίαν—, ἀλλὰ τὴν ἐμαυτοῦ γνώμην δήλην τῇ σῇ φιλοθεΐᾳ ποιῶν, καὶ διδάσκων ὡς ἔχεις, δεσπότα, συν‐ αγωνιστὰς ἀσμένως τῆς ἀληθείας προκινδυνεύοντας. Τοῦτο</w:t>
      </w:r>
    </w:p>
    <w:p>
      <w:r>
        <w:rPr>
          <w:rFonts w:ascii="Courier New" w:hAnsi="Courier New"/>
          <w:color w:val="555555"/>
          <w:sz w:val="20"/>
        </w:rPr>
        <w:t>[25]</w:t>
      </w:r>
    </w:p>
    <w:p>
      <w:r>
        <w:rPr>
          <w:rFonts w:ascii="Gentium Plus" w:hAnsi="Gentium Plus"/>
          <w:sz w:val="24"/>
        </w:rPr>
        <w:t>πάλαι βουληθεὶς ἐπιστεῖλαι, οὐχ εὗρον τὸν κομιοῦντα τὰ γράμματα. Ἐπιτυχὼν δὲ νῦν τοῦ τιμιωτάτου καὶ εὐλαβεστάτου πρεσβυτέρου Ὀζέου, ἀνδρὸς καὶ τῆς θεοσεβείας ὑπερμαχοῦν‐ τος καὶ τῆς σῆς ἐξηρτημένου εὐσεβείας, καὶ γράφω, καὶ περι‐ πτύσσομαί σου τὴν ὁσιότητα, καὶ παρακαλῶ ταῖς προσευχαῖς</w:t>
      </w:r>
    </w:p>
    <w:p>
      <w:r>
        <w:rPr>
          <w:rFonts w:ascii="Courier New" w:hAnsi="Courier New"/>
          <w:color w:val="555555"/>
          <w:sz w:val="20"/>
        </w:rPr>
        <w:t>[30]</w:t>
      </w:r>
    </w:p>
    <w:p>
      <w:r>
        <w:rPr>
          <w:rFonts w:ascii="Gentium Plus" w:hAnsi="Gentium Plus"/>
          <w:sz w:val="24"/>
        </w:rPr>
        <w:t>ἡμᾶς ὑπερείδειν, καὶ στηρίζειν τοῖς γράμμασιν.</w:t>
      </w:r>
    </w:p>
    <w:p>
      <w:pPr>
        <w:jc w:val="center"/>
      </w:pPr>
      <w:r>
        <w:rPr>
          <w:rFonts w:ascii="Gentium Plus" w:hAnsi="Gentium Plus"/>
          <w:b/>
          <w:sz w:val="24"/>
        </w:rPr>
        <w:t>ΙΩΑΝΝῌ ΕΠΙΣΚΟΠῼ ΓΕΡΜΑΝΙΚΕΙΑΣ.</w:t>
      </w:r>
    </w:p>
    <w:p>
      <w:r>
        <w:rPr>
          <w:rFonts w:ascii="Courier New" w:hAnsi="Courier New"/>
          <w:color w:val="555555"/>
          <w:sz w:val="20"/>
        </w:rPr>
        <w:t>[1]</w:t>
      </w:r>
    </w:p>
    <w:p>
      <w:r>
        <w:rPr>
          <w:rFonts w:ascii="Gentium Plus" w:hAnsi="Gentium Plus"/>
          <w:sz w:val="24"/>
        </w:rPr>
        <w:t>Ὅτι μὲν οὐκ ἀμνημονεῖς, δέσποτα, τῆς ἡμετέρας φιλίας, καὶ ᾔδειν, καὶ οἶδα σαφῶς. Ἐβουλόμην δὲ ὅμως καὶ ηὐχόμην, τὴν μὲν σὴν θεοσέβειαν τῆς ἀκριβείας φροντίσαι, καὶ φυγεῖν τῶν τὴν εὐσέβειαν προδεδωκότων τὴν κοινωνίαν, ἀναθεῖναι</w:t>
      </w:r>
    </w:p>
    <w:p>
      <w:r>
        <w:rPr>
          <w:rFonts w:ascii="Courier New" w:hAnsi="Courier New"/>
          <w:color w:val="555555"/>
          <w:sz w:val="20"/>
        </w:rPr>
        <w:t>[5]</w:t>
      </w:r>
    </w:p>
    <w:p>
      <w:r>
        <w:rPr>
          <w:rFonts w:ascii="Gentium Plus" w:hAnsi="Gentium Plus"/>
          <w:sz w:val="24"/>
        </w:rPr>
        <w:t>δὲ τῷ Κηδεμόνι τῶν ὅλων τὴν ὑπὲρ ἡμῶν καὶ ὑμῶν φροντίδα.</w:t>
      </w:r>
    </w:p>
    <w:p>
      <w:r>
        <w:rPr>
          <w:rFonts w:ascii="Courier New" w:hAnsi="Courier New"/>
          <w:color w:val="555555"/>
          <w:sz w:val="20"/>
        </w:rPr>
        <w:t>[10]</w:t>
      </w:r>
    </w:p>
    <w:p>
      <w:r>
        <w:rPr>
          <w:rFonts w:ascii="Gentium Plus" w:hAnsi="Gentium Plus"/>
          <w:sz w:val="24"/>
        </w:rPr>
        <w:t>ἡσυχίαν ἀξιεραστοτάτην νομίζομεν. Πεῖσαι μὲν γὰρ τοὺς ταῖς καθ’ ἡμῶν ὑπαχθέντας συκοφαντίαις ἀναγκαῖον ὑπολαμ‐ βάνομεν, καὶ δεῖξαι μὲν τὴν τῶν εὐαγγελικῶν δογμάτων ἀλή‐ θειαν, διελέγξαι δὲ τὸ κατ’ αὐτῶν στρατευσάμενον ψεῦδος. Μετὰ μέντοι τοὺς ἐλέγχους, καὶ τῆς ἀληθείας τὸ κράτος,</w:t>
      </w:r>
    </w:p>
    <w:p>
      <w:r>
        <w:rPr>
          <w:rFonts w:ascii="Courier New" w:hAnsi="Courier New"/>
          <w:color w:val="555555"/>
          <w:sz w:val="20"/>
        </w:rPr>
        <w:t>[15]</w:t>
      </w:r>
    </w:p>
    <w:p>
      <w:r>
        <w:rPr>
          <w:rFonts w:ascii="Gentium Plus" w:hAnsi="Gentium Plus"/>
          <w:sz w:val="24"/>
        </w:rPr>
        <w:t>φυγεῖν ἡμῖν πρόκειται τὴν τῶν κοινῶν ἐπιμέλειαν, καὶ πρὸς τὴν τριπόθητον ἡμῖν ἡσυχίαν παλινδρομῆσαι. Περὶ δέ γε τῶν τῆς ἀληθείας ἐχθρῶν μετὰ τοῦ Προφήτου βοῶμεν· Ἀπώ‐ λετο τὸ μνημόσυνον αὐτῶν μετ’ ἤχου, καὶ ὁ Κύριος εἰς τὸν αἰῶνα μένει. Περὶ δέ γε ἡμῶν αὐτῶν ἐκεῖνο</w:t>
      </w:r>
    </w:p>
    <w:p>
      <w:r>
        <w:rPr>
          <w:rFonts w:ascii="Courier New" w:hAnsi="Courier New"/>
          <w:color w:val="555555"/>
          <w:sz w:val="20"/>
        </w:rPr>
        <w:t>[20]</w:t>
      </w:r>
    </w:p>
    <w:p>
      <w:r>
        <w:rPr>
          <w:rFonts w:ascii="Gentium Plus" w:hAnsi="Gentium Plus"/>
          <w:sz w:val="24"/>
        </w:rPr>
        <w:t>ψάλλομεν· Ἐξαπέστειλεν ἐξ ὕψους, καὶ ἔλαβέν με· προσελάβετό με ἐξ ὑδάτων πολλῶν, καὶ ἐρρύσατό με ἐξ ἐχθρῶν μου δυνατῶν. Ταῦτα δὲ νῦν γράφω δύο τῆς σῆς θεοσεβείας δεξάμενος ἐπιστολάς· τὴν μὲν δι’ Ἀνα‐ στασίου τοῦ Βεροιαίου πρεσβυτέρου, τὴν δὲ διὰ Θεοδότου τοῦ</w:t>
      </w:r>
    </w:p>
    <w:p>
      <w:r>
        <w:rPr>
          <w:rFonts w:ascii="Courier New" w:hAnsi="Courier New"/>
          <w:color w:val="555555"/>
          <w:sz w:val="20"/>
        </w:rPr>
        <w:t>[25]</w:t>
      </w:r>
    </w:p>
    <w:p>
      <w:r>
        <w:rPr>
          <w:rFonts w:ascii="Gentium Plus" w:hAnsi="Gentium Plus"/>
          <w:sz w:val="24"/>
        </w:rPr>
        <w:t>δρακωναρίου. Τὴν γὰρ ἄλλην οὐδεὶς ἡμῖν ἀπέδωκε, περὶ ἧς ἐν τοῖς τελευταίοις δεδήλωκας γράμμασι. Περὶ δὲ τῆς αὐτόσε πορείας οὐδὲν γράψαι δύναμαι, πρὶν ἂν γνῶ τί περὶ ἡμῶν προσέταξεν ὁ εὐσεβέστατος βασιλεύς. Οὐδέπω γὰρ ἦλθεν ὁ ταῦτα κομίζων τὰ γράμματα.</w:t>
      </w:r>
    </w:p>
    <w:p>
      <w:pPr>
        <w:jc w:val="center"/>
      </w:pPr>
      <w:r>
        <w:rPr>
          <w:rFonts w:ascii="Gentium Plus" w:hAnsi="Gentium Plus"/>
          <w:b/>
          <w:sz w:val="24"/>
        </w:rPr>
        <w:t>ΘΕΟΚΤΙΣΤῼ ΕΠΙΣΚΟΠῼ ΒΕΡΟΙΑΣ.</w:t>
      </w:r>
    </w:p>
    <w:p>
      <w:r>
        <w:rPr>
          <w:rFonts w:ascii="Courier New" w:hAnsi="Courier New"/>
          <w:color w:val="555555"/>
          <w:sz w:val="20"/>
        </w:rPr>
        <w:t>[1]</w:t>
      </w:r>
    </w:p>
    <w:p>
      <w:r>
        <w:rPr>
          <w:rFonts w:ascii="Gentium Plus" w:hAnsi="Gentium Plus"/>
          <w:sz w:val="24"/>
        </w:rPr>
        <w:t>Ἤρετό τις τὸν Σωτῆρα, καὶ Νομοθέτην, καὶ Κύριον, ποία</w:t>
      </w:r>
    </w:p>
    <w:p>
      <w:r>
        <w:rPr>
          <w:rFonts w:ascii="Courier New" w:hAnsi="Courier New"/>
          <w:color w:val="555555"/>
          <w:sz w:val="20"/>
        </w:rPr>
        <w:t>[5]</w:t>
      </w:r>
    </w:p>
    <w:p>
      <w:r>
        <w:rPr>
          <w:rFonts w:ascii="Gentium Plus" w:hAnsi="Gentium Plus"/>
          <w:sz w:val="24"/>
        </w:rPr>
        <w:t>ήγαγεν· Αὕτη ἐστὶν ἐντολὴ πρώτη· δευτέρα δὲ ὁμοία αὐτῇ· Ἀγαπήσεις τὸν πλησίον σου ὡς σεαυτόν. Καὶ προσέθηκεν· Ἐν ταύταις ταῖς δυσὶν ἐντολαῖς ὅλος ὁ νόμος καὶ οἱ προφῆται κρέμανται. Ὁ τοίνυν ταύτας φυλάττων, δῆλον ὅτι πάντα πληροῖ τὸν νόμον κατὰ τὸν Δεσπο‐</w:t>
      </w:r>
    </w:p>
    <w:p>
      <w:r>
        <w:rPr>
          <w:rFonts w:ascii="Courier New" w:hAnsi="Courier New"/>
          <w:color w:val="555555"/>
          <w:sz w:val="20"/>
        </w:rPr>
        <w:t>[10]</w:t>
      </w:r>
    </w:p>
    <w:p>
      <w:r>
        <w:rPr>
          <w:rFonts w:ascii="Gentium Plus" w:hAnsi="Gentium Plus"/>
          <w:sz w:val="24"/>
        </w:rPr>
        <w:t>τικὸν ὅρον· ὁ δ’ αὖ παραβαίνων, παντὸς τοῦ νόμου παραβάτης ἁλίσκεται. Σκοπήσωμεν τοίνυν, τοῦ συνειδότος ὀρθῶς καὶ δικαίως δικάζοντος, εἰ τὰς θείας πεπληρώκαμεν ἐντολάς. Πληροῖ δὲ τὴν μὲν πρώτην ὁ τὴν θεόσδοτον πίστιν φυλάττων ἀκήρατον, καὶ τοὺς ταύτῃ πολεμοῦντας ὡς τῆς ἀληθείας</w:t>
      </w:r>
    </w:p>
    <w:p>
      <w:r>
        <w:rPr>
          <w:rFonts w:ascii="Courier New" w:hAnsi="Courier New"/>
          <w:color w:val="555555"/>
          <w:sz w:val="20"/>
        </w:rPr>
        <w:t>[15]</w:t>
      </w:r>
    </w:p>
    <w:p>
      <w:r>
        <w:rPr>
          <w:rFonts w:ascii="Gentium Plus" w:hAnsi="Gentium Plus"/>
          <w:sz w:val="24"/>
        </w:rPr>
        <w:t>ἐχθροὺς μυσαττόμενος, καὶ μισῶν ἐκθύμως τοὺς μισοῦντας τὸν ἀγαπώμενον· τὴν δὲ δευτέραν, ὁ τὴν τοῦ πέλας θεραπείαν περὶ πλείστου ποιούμενος, καὶ μὴ μόνον ἐν ταῖς εὐπραξίαις, ἀλλὰ κἀν ταῖς δοκούσαις δυσημερίαις διατηρῶν τῆς φιλίας τοὺς ὅρους. Οἱ δὲ τῆς μὲν οἰκείας, ὡς νομίζουσιν, ἀσφαλείας</w:t>
      </w:r>
    </w:p>
    <w:p>
      <w:r>
        <w:rPr>
          <w:rFonts w:ascii="Courier New" w:hAnsi="Courier New"/>
          <w:color w:val="555555"/>
          <w:sz w:val="20"/>
        </w:rPr>
        <w:t>[20]</w:t>
      </w:r>
    </w:p>
    <w:p>
      <w:r>
        <w:rPr>
          <w:rFonts w:ascii="Gentium Plus" w:hAnsi="Gentium Plus"/>
          <w:sz w:val="24"/>
        </w:rPr>
        <w:t>φροντίζοντες, τῶν δὲ τῆς φιλίας νόμων διὰ ταύτην ὀλιγω‐ ροῦντες, καὶ πολεμουμένους παρορῶντες τοὺς φίλους, τῆς τῶν φαύλων εἰσί, καὶ παρὰ τοῖς ἔξω μερίδος. Ὁ δὲ τῶν ὅλων Δεσπότης τὰ τελεώτερα παρὰ τῶν οἰκείων ἀπαιτεῖ μαθητῶν. Ἀγαπᾶτε γάρ, φησί, τοὺς ἐχθροὺς ὑμῶν. Εἰ γὰρ τοὺς</w:t>
      </w:r>
    </w:p>
    <w:p>
      <w:r>
        <w:rPr>
          <w:rFonts w:ascii="Courier New" w:hAnsi="Courier New"/>
          <w:color w:val="555555"/>
          <w:sz w:val="20"/>
        </w:rPr>
        <w:t>[25]</w:t>
      </w:r>
    </w:p>
    <w:p>
      <w:r>
        <w:rPr>
          <w:rFonts w:ascii="Gentium Plus" w:hAnsi="Gentium Plus"/>
          <w:sz w:val="24"/>
        </w:rPr>
        <w:t>ἀγαπῶντας ὑμᾶς ἀγαπᾶτε, τί πλέον ποιεῖτε; Ἰδοὺ καὶ οἱ ἁμαρτωλοὶ καὶ οἱ τελῶναι τοῦτο ποιοῦσιν. Ἡμεῖς δὲ οὐδὲ τῆς τελωνικῆς ἀπελαύσαμεν ἀγάπης. Καὶ τί λέγω τελωνικῆς; Οὐδὲ ἧς τυγχάνουσιν οἱ ἀνδροφόνοι καὶ γόητες ἐν τοῖς δεσμωτηρίοις παραψυχῆς, ἀπελαύσαμεν. Εἰ δὲ</w:t>
      </w:r>
    </w:p>
    <w:p>
      <w:r>
        <w:rPr>
          <w:rFonts w:ascii="Courier New" w:hAnsi="Courier New"/>
          <w:color w:val="555555"/>
          <w:sz w:val="20"/>
        </w:rPr>
        <w:t>[30]</w:t>
      </w:r>
    </w:p>
    <w:p>
      <w:r>
        <w:rPr>
          <w:rFonts w:ascii="Gentium Plus" w:hAnsi="Gentium Plus"/>
          <w:sz w:val="24"/>
        </w:rPr>
        <w:t>πάντες ταύτην ἐζήλωσαν τὴν ὠμότητα, οὐδὲν ἕτερον ὑπελεί‐</w:t>
      </w:r>
    </w:p>
    <w:p>
      <w:r>
        <w:rPr>
          <w:rFonts w:ascii="Courier New" w:hAnsi="Courier New"/>
          <w:color w:val="555555"/>
          <w:sz w:val="20"/>
        </w:rPr>
        <w:t>[35]</w:t>
      </w:r>
    </w:p>
    <w:p>
      <w:r>
        <w:rPr>
          <w:rFonts w:ascii="Gentium Plus" w:hAnsi="Gentium Plus"/>
          <w:sz w:val="24"/>
        </w:rPr>
        <w:t>παντοδαπῆς ἡμᾶς ψυχαγωγίας ἠξίωσαν. Ὁ δὲ φιλάνθρωπος Κύριος ἐκ τοῦ οὐρανοῦ ἠκόντισε κρίσιν. Ἡ δὲ γῆ ἐφοβήθη, καὶ ἡσύχασεν ἐν τῷ ἀναστῆναι εἰς κρίσιν τὸν Θεόν. Οἱ δὲ ἐχθροὶ αὐτοῦ ἅμα τῷ δοξασθῆναι αὐτοὺς καὶ ὑψωθῆναι, ἐκλείποντες ὡσεὶ καπνὸς</w:t>
      </w:r>
    </w:p>
    <w:p>
      <w:r>
        <w:rPr>
          <w:rFonts w:ascii="Courier New" w:hAnsi="Courier New"/>
          <w:color w:val="555555"/>
          <w:sz w:val="20"/>
        </w:rPr>
        <w:t>[40]</w:t>
      </w:r>
    </w:p>
    <w:p>
      <w:r>
        <w:rPr>
          <w:rFonts w:ascii="Gentium Plus" w:hAnsi="Gentium Plus"/>
          <w:sz w:val="24"/>
        </w:rPr>
        <w:t>ἐξέλιπον. Ἐστηλίτευται δὲ τὸ τῆς καινῆς αἱρέσεως ψεῦ‐ δος, κηρύττεται δὲ προφανῶς ἡ τῶν θείων Εὐαγγελίων ἀλή‐ θεια. Ἡμεῖς δὲ μετὰ τοῦ μακαρίου βοῶμεν Δαβίδ· Εὐλογη‐ τὸς ὁ Θεός, ὁ ποιῶν θαυμάσια μεγάλα μόνος, καὶ εὐλογητὸν τὸ ὄνομα τῆς δόξης αὐτοῦ, καὶ πληρω‐</w:t>
      </w:r>
    </w:p>
    <w:p>
      <w:r>
        <w:rPr>
          <w:rFonts w:ascii="Courier New" w:hAnsi="Courier New"/>
          <w:color w:val="555555"/>
          <w:sz w:val="20"/>
        </w:rPr>
        <w:t>[45]</w:t>
      </w:r>
    </w:p>
    <w:p>
      <w:r>
        <w:rPr>
          <w:rFonts w:ascii="Gentium Plus" w:hAnsi="Gentium Plus"/>
          <w:sz w:val="24"/>
        </w:rPr>
        <w:t>θήσεται τῆς δόξης αὐτοῦ πᾶσα ἡ γῆ. Γένοιτο, γέ‐ νοιτο.</w:t>
      </w:r>
    </w:p>
    <w:p>
      <w:pPr>
        <w:jc w:val="center"/>
      </w:pPr>
      <w:r>
        <w:rPr>
          <w:rFonts w:ascii="Gentium Plus" w:hAnsi="Gentium Plus"/>
          <w:b/>
          <w:sz w:val="24"/>
        </w:rPr>
        <w:t>ΡΩΜΥΛῼ ΕΠΙΣΚΟΠῼ.</w:t>
      </w:r>
    </w:p>
    <w:p>
      <w:r>
        <w:rPr>
          <w:rFonts w:ascii="Courier New" w:hAnsi="Courier New"/>
          <w:color w:val="555555"/>
          <w:sz w:val="20"/>
        </w:rPr>
        <w:t>[1]</w:t>
      </w:r>
    </w:p>
    <w:p>
      <w:r>
        <w:rPr>
          <w:rFonts w:ascii="Gentium Plus" w:hAnsi="Gentium Plus"/>
          <w:sz w:val="24"/>
        </w:rPr>
        <w:t>Ἐπειδὴ τῆς παλαιᾶς ἡμᾶς ἀνέμνησας ἱστορίας, καὶ τῶν Σύρων ἔφης τὸν βασιλέα, τῶν τοῦ Ἰσραὴλ βασιλέων τὸ φιλάν‐ θρωπον λογισάμενον, ἱκέτου σχῆμα λαβεῖν, καὶ μὴ διαμαρτεῖν τῆς αἰτήσεως· ἀναμνήσθητι, δέσποτα, καὶ τῆς θείας ὀργῆς.</w:t>
      </w:r>
    </w:p>
    <w:p>
      <w:r>
        <w:rPr>
          <w:rFonts w:ascii="Courier New" w:hAnsi="Courier New"/>
          <w:color w:val="555555"/>
          <w:sz w:val="20"/>
        </w:rPr>
        <w:t>[5]</w:t>
      </w:r>
    </w:p>
    <w:p>
      <w:r>
        <w:rPr>
          <w:rFonts w:ascii="Gentium Plus" w:hAnsi="Gentium Plus"/>
          <w:sz w:val="24"/>
        </w:rPr>
        <w:t>Τὸν γὰρ Ἀχαὰβ τῷ ἐλέῳ χρησάμενον πανωλεθρίᾳ παρέδωκε, καὶ διὰ τοῦ προφήτου τὴν ψῆφον ἐξήνεγκεν. Ἔσται γάρ, φησίν, ἡ ψυχή σου ἀντὶ τῆς ψυχῆς αὐτοῦ, καὶ ὁ λαός σου ἀντὶ τοῦ λαοῦ αὐτοῦ. Ἡμεῖς δὲ κελευόμεθα διὰ τούτων κρίσει κεραννύναι τὸν ἔλεον, ὡς οὐ παντὸς ἐλέου</w:t>
      </w:r>
    </w:p>
    <w:p>
      <w:r>
        <w:rPr>
          <w:rFonts w:ascii="Courier New" w:hAnsi="Courier New"/>
          <w:color w:val="555555"/>
          <w:sz w:val="20"/>
        </w:rPr>
        <w:t>[10]</w:t>
      </w:r>
    </w:p>
    <w:p>
      <w:r>
        <w:rPr>
          <w:rFonts w:ascii="Gentium Plus" w:hAnsi="Gentium Plus"/>
          <w:sz w:val="24"/>
        </w:rPr>
        <w:t>ἀρέσκοντος τὸν τῶν ὅλων Κύριον. Διαφερόντως δὲ λογισμοῦ δεῖται σώφρονος ἡ παροῦσα ὑπόθεσις. Περὶ γὰρ θείων ἀγωνι‐</w:t>
      </w:r>
    </w:p>
    <w:p>
      <w:r>
        <w:rPr>
          <w:rFonts w:ascii="Courier New" w:hAnsi="Courier New"/>
          <w:color w:val="555555"/>
          <w:sz w:val="20"/>
        </w:rPr>
        <w:t>[15]</w:t>
      </w:r>
    </w:p>
    <w:p>
      <w:r>
        <w:rPr>
          <w:rFonts w:ascii="Gentium Plus" w:hAnsi="Gentium Plus"/>
          <w:sz w:val="24"/>
        </w:rPr>
        <w:t>φόρως καὶ ταῦτα καὶ τὰ τούτοις ἐναντία προσφέρουσιν. Ἕτε‐ ροι δὲ τὴν ἀλήθειαν ἐπιστάμενοι, ταύτην μὲν ἐν τοῖς τῆς ψυχῆς κατακρύπτουσι ταμιείοις, τὰ δὲ δυσσεβῆ μετὰ τῶν ἄλλων κηρύττουσιν. Ἄλλοι δὲ τοῦ φθόνου τὸ πάθος δεξάμενοι, τὸ οἰκεῖον ἔχθος ἀφορμὴν τοῦ κατὰ τῆς ἀληθείας πολέμου</w:t>
      </w:r>
    </w:p>
    <w:p>
      <w:r>
        <w:rPr>
          <w:rFonts w:ascii="Courier New" w:hAnsi="Courier New"/>
          <w:color w:val="555555"/>
          <w:sz w:val="20"/>
        </w:rPr>
        <w:t>[20]</w:t>
      </w:r>
    </w:p>
    <w:p>
      <w:r>
        <w:rPr>
          <w:rFonts w:ascii="Gentium Plus" w:hAnsi="Gentium Plus"/>
          <w:sz w:val="24"/>
        </w:rPr>
        <w:t>πεποίηνται, καὶ πᾶσαν κατὰ τῶν τῆς ἀληθείας κηρύκων εἰσ‐ φέρουσι κακοήθειαν. Εἰσὶ δὲ οἳ τῶν μὲν ἀποστολικῶν δογμά‐ των ἀσπάζονται τὴν ἀλήθειαν, τὴν δὲ τῶν κρατούντων δείσαντες δυναστείαν, δημοσιεῦσαι ταύτην πεφρίκασι· καὶ στένουσι μὲν καὶ ὀδύρονται τῶν κακῶν τὴν φοράν, σύνεισι δὲ</w:t>
      </w:r>
    </w:p>
    <w:p>
      <w:r>
        <w:rPr>
          <w:rFonts w:ascii="Courier New" w:hAnsi="Courier New"/>
          <w:color w:val="555555"/>
          <w:sz w:val="20"/>
        </w:rPr>
        <w:t>[25]</w:t>
      </w:r>
    </w:p>
    <w:p>
      <w:r>
        <w:rPr>
          <w:rFonts w:ascii="Gentium Plus" w:hAnsi="Gentium Plus"/>
          <w:sz w:val="24"/>
        </w:rPr>
        <w:t>ὅμως τοῖς τὰς τρικυμίας ἐγείρουσι. Ταύτης τῆς συμμορίας τὴν σὴν εἶναι θεοσέβειαν ὁριζόμεθα. Ὑγιαίνειν μὲν γὰρ αὐτὴν ἐν τοῖς θείοις δόγμασι πεπιστεύκαμεν, καὶ τὴν περὶ ἡμᾶς διασώζειν ἀγάπην νομίζομεν, διὰ μόνην δὲ δειλίαν συμπερι‐ φέρεσθαι τῷ καιρῷ. Οὗ δὴ χάριν, οὐδενὶ τῶν ἄλλων ἐπιστέλ‐</w:t>
      </w:r>
    </w:p>
    <w:p>
      <w:r>
        <w:rPr>
          <w:rFonts w:ascii="Courier New" w:hAnsi="Courier New"/>
          <w:color w:val="555555"/>
          <w:sz w:val="20"/>
        </w:rPr>
        <w:t>[30]</w:t>
      </w:r>
    </w:p>
    <w:p>
      <w:r>
        <w:rPr>
          <w:rFonts w:ascii="Gentium Plus" w:hAnsi="Gentium Plus"/>
          <w:sz w:val="24"/>
        </w:rPr>
        <w:t>λοντες, τῇ σῇ φιλοθεΐᾳ καὶ γράφομεν, καὶ παρ’ αὐτῆς δεχό‐ μεθα τὰ γράμματα, τὸν μὲν σκοπὸν εἰδότες, τῇ δὲ δειλίᾳ συγγνώμην οὕτω πως νέμοντες. Ὁ δὲ φιλάνθρωπος Κύριος καὶ τὰς τῆς δειλίας παντελῶς νῦν ἀπέκοψεν ἀφορμάς, τὴν μὲν καινοτομηθεῖσαν δείξας ἀσέβειαν, τὴν δὲ τῶν Εὐαγγελίων</w:t>
      </w:r>
    </w:p>
    <w:p>
      <w:r>
        <w:rPr>
          <w:rFonts w:ascii="Courier New" w:hAnsi="Courier New"/>
          <w:color w:val="555555"/>
          <w:sz w:val="20"/>
        </w:rPr>
        <w:t>[35]</w:t>
      </w:r>
    </w:p>
    <w:p>
      <w:r>
        <w:rPr>
          <w:rFonts w:ascii="Gentium Plus" w:hAnsi="Gentium Plus"/>
          <w:sz w:val="24"/>
        </w:rPr>
        <w:t>γυμνὴν ἐπιδείξας ἀλήθειαν. Ἡμεῖς δὲ οὔτε ταῖς θριξὶν ἰσα‐ ρίθμων ἡμῖν γενομένων στομάτων, ὑμνῆσαι κατ’ ἀξίαν τὸν φιλάνθρωπον δυνάμεθα Κύριον, ὅτι τὰ παρ’ ἡμῶν κηρυττό‐ μενα, καὶ τοὺς ἐναντιωτάτους προφανῶς κηρύττειν ἠνάγκασεν. Ἠκούσαμεν γὰρ ὡς καὶ τῆς σῆς φιλοθεΐας ὁ σύνοικος, γνοὺς</w:t>
      </w:r>
    </w:p>
    <w:p>
      <w:r>
        <w:rPr>
          <w:rFonts w:ascii="Courier New" w:hAnsi="Courier New"/>
          <w:color w:val="555555"/>
          <w:sz w:val="20"/>
        </w:rPr>
        <w:t>[40]</w:t>
      </w:r>
    </w:p>
    <w:p>
      <w:r>
        <w:rPr>
          <w:rFonts w:ascii="Gentium Plus" w:hAnsi="Gentium Plus"/>
          <w:sz w:val="24"/>
        </w:rPr>
        <w:t>τοὺς ἐν ταῖς μεγάλαις πόλεσι γεγενημένους ἀναθεματισμούς,</w:t>
      </w:r>
    </w:p>
    <w:p>
      <w:pPr>
        <w:jc w:val="center"/>
      </w:pPr>
      <w:r>
        <w:rPr>
          <w:rFonts w:ascii="Gentium Plus" w:hAnsi="Gentium Plus"/>
          <w:b/>
          <w:sz w:val="24"/>
        </w:rPr>
        <w:t>ΚΥΡῼ ΜΑΓΙΣΤΡΙΑΝῼ.</w:t>
      </w:r>
    </w:p>
    <w:p>
      <w:r>
        <w:rPr>
          <w:rFonts w:ascii="Courier New" w:hAnsi="Courier New"/>
          <w:color w:val="555555"/>
          <w:sz w:val="20"/>
        </w:rPr>
        <w:t>[1]</w:t>
      </w:r>
    </w:p>
    <w:p>
      <w:r>
        <w:rPr>
          <w:rFonts w:ascii="Gentium Plus" w:hAnsi="Gentium Plus"/>
          <w:sz w:val="24"/>
        </w:rPr>
        <w:t>Λίαν ἤλγησα τὴν συμβᾶσαν ὑμῖν ἀθυμίαν μεμαθηκώς. Πῶς γὰρ οὐκ ἔμελλον τοῦτο πείσεσθαι, τὰ ὑμέτερα οἰκειούμενος, καὶ τῆς ἀποστολικῆς μεμνημένος νομοθεσίας, ἣ οὐ μόνον χαίρειν μετὰ χαιρόντων, ἀλλὰ καὶ κλαίειν μετὰ κλαιόντων</w:t>
      </w:r>
    </w:p>
    <w:p>
      <w:r>
        <w:rPr>
          <w:rFonts w:ascii="Courier New" w:hAnsi="Courier New"/>
          <w:color w:val="555555"/>
          <w:sz w:val="20"/>
        </w:rPr>
        <w:t>[5]</w:t>
      </w:r>
    </w:p>
    <w:p>
      <w:r>
        <w:rPr>
          <w:rFonts w:ascii="Gentium Plus" w:hAnsi="Gentium Plus"/>
          <w:sz w:val="24"/>
        </w:rPr>
        <w:t>παρεγγυᾶ; Καὶ αὐτὸ δέ γε τὸ πάθος ἱκανὸν εἰς συμπάθειαν καὶ τοὺς δυσμενεστάτους ἑλκύσαι. Τί γὰρ οὕτως ἀνιαρόν, ὡς ὁμοζύγου στερηθῆναι, ἐννόμως μὲν ἑλκυσάσης τὸν τοῦ γάμου ζυγόν, τῷ δὲ συνοίκῳ θυμήρη τὸν βίον ἐργασαμένης, καὶ τῆς οἰκίας τὰς φροντίδας μερισαμένης, καὶ τὰ μὲν ἔνδον οἰκουρη‐</w:t>
      </w:r>
    </w:p>
    <w:p>
      <w:r>
        <w:rPr>
          <w:rFonts w:ascii="Courier New" w:hAnsi="Courier New"/>
          <w:color w:val="555555"/>
          <w:sz w:val="20"/>
        </w:rPr>
        <w:t>[10]</w:t>
      </w:r>
    </w:p>
    <w:p>
      <w:r>
        <w:rPr>
          <w:rFonts w:ascii="Gentium Plus" w:hAnsi="Gentium Plus"/>
          <w:sz w:val="24"/>
        </w:rPr>
        <w:t>σάσης, τὰ δ’ ἄλλα πάντα συγκυβερνησάσης· καὶ τὸ συνοίσειν μέλλον εἰσηγησαμένης καὶ ταῖς τοῦ ἀνδρὸς ὑποθημοσύναις εἰξάσης; Τὸ δὲ καὶ σὺν ταύτῃ τὸν ἐξ αὐτῆς φύντα, καὶ ἐπι‐ μελῶς ἐκτραφέντα, καὶ λόγοις ἐνασκηθέντα, καὶ γηρωκόμον ἐλπισθέντα γενήσεσθαι, ἐν αὐτῷ τῷ ἦρι τῆς ἡλικίας, ἰούλων</w:t>
      </w:r>
    </w:p>
    <w:p>
      <w:r>
        <w:rPr>
          <w:rFonts w:ascii="Courier New" w:hAnsi="Courier New"/>
          <w:color w:val="555555"/>
          <w:sz w:val="20"/>
        </w:rPr>
        <w:t>[15]</w:t>
      </w:r>
    </w:p>
    <w:p>
      <w:r>
        <w:rPr>
          <w:rFonts w:ascii="Gentium Plus" w:hAnsi="Gentium Plus"/>
          <w:sz w:val="24"/>
        </w:rPr>
        <w:t>λοιπὸν καθερπόντων, παραδοῦναι τῷ τάφῳ, ποίας ἀχθηδόνος ὑπερβολὴν καταλείπει; Εἰ μὲν οὖν εἰς αὐτὴν ἀποβλέψαιμεν μόνην τοῦ πάθους τὴν φύσιν, οὐδεμίαν ψυχαγωγίαν εἰσδέχε‐ ται. Εἰ δὲ τὸ θνητὸν τοῦ γένους εἰς νοῦν λάβοιμεν καὶ τὴν</w:t>
      </w:r>
    </w:p>
    <w:p>
      <w:r>
        <w:rPr>
          <w:rFonts w:ascii="Courier New" w:hAnsi="Courier New"/>
          <w:color w:val="555555"/>
          <w:sz w:val="20"/>
        </w:rPr>
        <w:t>[20]</w:t>
      </w:r>
    </w:p>
    <w:p>
      <w:r>
        <w:rPr>
          <w:rFonts w:ascii="Gentium Plus" w:hAnsi="Gentium Plus"/>
          <w:sz w:val="24"/>
        </w:rPr>
        <w:t>τοις τὸ τοῦ πάθους κοινόν—πλήρης γὰρ τῶν τοιούτων παθη‐ μάτων ὁ βίος—οἴσομεν γενναίως τὸ γεγονός, καὶ τὰς τῆς ἀθυμίας ἀποκρουσόμεθα προσβολάς, καὶ τὴν θαυμασίαν ἐκεί‐ νην ᾄσομεν ὑμνῳδίαν· Ὁ Κύριος ἔδωκεν, ὁ Κύριος ἀφείλετο, ὡς τῷ Κυρίῳ ἔδοξεν, οὕτως καὶ ἐγένετο·</w:t>
      </w:r>
    </w:p>
    <w:p>
      <w:r>
        <w:rPr>
          <w:rFonts w:ascii="Courier New" w:hAnsi="Courier New"/>
          <w:color w:val="555555"/>
          <w:sz w:val="20"/>
        </w:rPr>
        <w:t>[25]</w:t>
      </w:r>
    </w:p>
    <w:p>
      <w:r>
        <w:rPr>
          <w:rFonts w:ascii="Gentium Plus" w:hAnsi="Gentium Plus"/>
          <w:sz w:val="24"/>
        </w:rPr>
        <w:t>εἴη τὸ ὄνομα Κυρίου εὐλογημένον εἰς τοὺς αἰῶνας. Ἡμεῖς δὲ καὶ πλείους ἔχομεν εἰς παραψυχὴν ἀφορμάς. Τὰς γὰρ τῆς ἀναστάσεως ἐλπίδας ἐναργῶς ἐδεξάμεθα καὶ τὴν τῶν τεθνεώτων προσμένομεν ἀναβίωσιν· καὶ πολλάκις ἀκηκόαμεν τοῦ Δεσπότου ὕπνον κεκληκότος τὸν θάνατον. Εἰ δὲ πιστεύο‐</w:t>
      </w:r>
    </w:p>
    <w:p>
      <w:r>
        <w:rPr>
          <w:rFonts w:ascii="Courier New" w:hAnsi="Courier New"/>
          <w:color w:val="555555"/>
          <w:sz w:val="20"/>
        </w:rPr>
        <w:t>[30]</w:t>
      </w:r>
    </w:p>
    <w:p>
      <w:r>
        <w:rPr>
          <w:rFonts w:ascii="Gentium Plus" w:hAnsi="Gentium Plus"/>
          <w:sz w:val="24"/>
        </w:rPr>
        <w:t>μεν, ὡσπεροῦν πιστεύομεν, ταῖς τοῦ Σωτῆρος φωναῖς, οὐ δεῖ θρηνεῖν τοὺς κοιμηθέντας, κἂν μακρότερος ᾖ τοῦ εἰωθότος ὃ ὕπνος. Ἀλλὰ προσδέχεσθαι μὲν χρὴ τὴν ἀνάστασιν· εἰδέναι δὲ ὡς σοφὸς ὢν τῶν ὅλων ὁ Πρύτανις, καὶ οὐ τὰ παρόντα μόνον, ἀλλὰ καὶ τὰ μέλλοντα γινώσκων σαφῶς, πρὸς τὸ συμφέ‐</w:t>
      </w:r>
    </w:p>
    <w:p>
      <w:r>
        <w:rPr>
          <w:rFonts w:ascii="Courier New" w:hAnsi="Courier New"/>
          <w:color w:val="555555"/>
          <w:sz w:val="20"/>
        </w:rPr>
        <w:t>[35]</w:t>
      </w:r>
    </w:p>
    <w:p>
      <w:r>
        <w:rPr>
          <w:rFonts w:ascii="Gentium Plus" w:hAnsi="Gentium Plus"/>
          <w:sz w:val="24"/>
        </w:rPr>
        <w:t>ρον ἰθύνει τὰ πράγματα. Τοῦτο δὴ καὶ σοφός τις εἰδὼς περὶ τῶν τοιούτων θανάτων φιλοσοφεῖ, καί φησιν· Ἡρπάγη πρὶν ἡ κακία ἀλλάξῃ σύνεσιν αὐτοῦ, ἢ δόλος ἀπατήσῃ ψυχὴν αὐτοῦ. Παραχωρήσωμεν τοίνυν, παρακαλῶ, τῷ σοφῷ τοῦ παντὸς Κυβερνήτῃ, καὶ στέρξωμεν τὰ οἰκονομούμενα,</w:t>
      </w:r>
    </w:p>
    <w:p>
      <w:r>
        <w:rPr>
          <w:rFonts w:ascii="Courier New" w:hAnsi="Courier New"/>
          <w:color w:val="555555"/>
          <w:sz w:val="20"/>
        </w:rPr>
        <w:t>[40]</w:t>
      </w:r>
    </w:p>
    <w:p>
      <w:r>
        <w:rPr>
          <w:rFonts w:ascii="Gentium Plus" w:hAnsi="Gentium Plus"/>
          <w:sz w:val="24"/>
        </w:rPr>
        <w:t>ὁποῖά ποτ’ ἂν ᾖ, κἂν θυμήρη, κἂν λυπρά. Σύμφορα γὰρ ταῦτα καὶ λυσιτελῆ, καὶ φιλοσοφίας πρόξενα, καὶ στεφάνων τοῖς καρτεροῦσι παρεκτικά.</w:t>
      </w:r>
    </w:p>
    <w:p>
      <w:pPr>
        <w:jc w:val="center"/>
      </w:pPr>
      <w:r>
        <w:rPr>
          <w:rFonts w:ascii="Gentium Plus" w:hAnsi="Gentium Plus"/>
          <w:b/>
          <w:sz w:val="24"/>
        </w:rPr>
        <w:t>ΙΩΑΝΝῌ ΑΡΧΙΜΑΝΔΡΙΤῌ.</w:t>
      </w:r>
    </w:p>
    <w:p>
      <w:r>
        <w:rPr>
          <w:rFonts w:ascii="Courier New" w:hAnsi="Courier New"/>
          <w:color w:val="555555"/>
          <w:sz w:val="20"/>
        </w:rPr>
        <w:t>[1]</w:t>
      </w:r>
    </w:p>
    <w:p>
      <w:r>
        <w:rPr>
          <w:rFonts w:ascii="Gentium Plus" w:hAnsi="Gentium Plus"/>
          <w:sz w:val="24"/>
        </w:rPr>
        <w:t>Ὁ μὲν μακάριος Δαβὶδ ἕτερά τινα πεπλημμέληκεν, ἃ καὶ</w:t>
      </w:r>
    </w:p>
    <w:p>
      <w:r>
        <w:rPr>
          <w:rFonts w:ascii="Courier New" w:hAnsi="Courier New"/>
          <w:color w:val="555555"/>
          <w:sz w:val="20"/>
        </w:rPr>
        <w:t>[5]</w:t>
      </w:r>
    </w:p>
    <w:p>
      <w:r>
        <w:rPr>
          <w:rFonts w:ascii="Gentium Plus" w:hAnsi="Gentium Plus"/>
          <w:sz w:val="24"/>
        </w:rPr>
        <w:t>τύραννος, οὐκ ἐκείνων χάριν τὴν κατὰ τοῦ πατρὸς ἀνεδέξατο λύτταν· ἀλλὰ τῆς τυραννίδος ἐπιθυμήσας, τὸν ἀδικώτατον ἐκεῖνον προείλετο πόλεμον. Ὁ μέντοι θεῖος Δαβίδ, καὶ τούτων οὕτω γιγνομένων, τῆς εἰργασμένης ἀνεμιμνῄσκετο πλημμε‐ λείας. Κἀγὼ τοίνυν ἕτερα μέν τινα ἐμαυτῷ σύνοιδα πλημμε‐</w:t>
      </w:r>
    </w:p>
    <w:p>
      <w:r>
        <w:rPr>
          <w:rFonts w:ascii="Courier New" w:hAnsi="Courier New"/>
          <w:color w:val="555555"/>
          <w:sz w:val="20"/>
        </w:rPr>
        <w:t>[10]</w:t>
      </w:r>
    </w:p>
    <w:p>
      <w:r>
        <w:rPr>
          <w:rFonts w:ascii="Gentium Plus" w:hAnsi="Gentium Plus"/>
          <w:sz w:val="24"/>
        </w:rPr>
        <w:t>λήματα, τὴν δέ γε δογματικὴν τῶν ἀποστόλων διδασκαλίαν ἀκραιφνῆ διετήρησα. Οἱ δέ, καὶ τοὺς θείους καὶ τοὺς ἀνθρω‐ πείους πατήσαντες νόμους, καὶ ἀπόντας ἡμᾶς κατακρίναντες, οὐχ ὑπὲρ ὧν ἡμάρτομεν τὴν ψῆφον ἐξήνεγκαν· οὐ γὰρ ἦν αὐτοῖς δῆλα τὰ κεκρυμμένα· ἀλλὰ ψευδολογίαν καὶ συκοφαν‐</w:t>
      </w:r>
    </w:p>
    <w:p>
      <w:r>
        <w:rPr>
          <w:rFonts w:ascii="Courier New" w:hAnsi="Courier New"/>
          <w:color w:val="555555"/>
          <w:sz w:val="20"/>
        </w:rPr>
        <w:t>[15]</w:t>
      </w:r>
    </w:p>
    <w:p>
      <w:r>
        <w:rPr>
          <w:rFonts w:ascii="Gentium Plus" w:hAnsi="Gentium Plus"/>
          <w:sz w:val="24"/>
        </w:rPr>
        <w:t>τίαν ὕφηναν καθ’ ἡμῶν, μᾶλλον δὲ τοῖς ἀποστολικοῖς δόγμασι προφανῶς πολεμοῦντες, τὸν ἐκείνοις ἑπόμενον ἀπεκήρυξαν. Ἀλλ’ ἐξηγέρθη ὡς ὁ ὑπνῶν Κύριος, καὶ διήλεγξε τοὺς ἐχθροὺς αὐτοῦ, καὶ ὄνειδος αἰώνιον ἔδωκεν αὐτοῖς. Καὶ τὰ μὲν κίβδηλα καὶ νόθα διεσκέδασε δόγματα, ἃ</w:t>
      </w:r>
    </w:p>
    <w:p>
      <w:r>
        <w:rPr>
          <w:rFonts w:ascii="Courier New" w:hAnsi="Courier New"/>
          <w:color w:val="555555"/>
          <w:sz w:val="20"/>
        </w:rPr>
        <w:t>[20]</w:t>
      </w:r>
    </w:p>
    <w:p>
      <w:r>
        <w:rPr>
          <w:rFonts w:ascii="Gentium Plus" w:hAnsi="Gentium Plus"/>
          <w:sz w:val="24"/>
        </w:rPr>
        <w:t>δὲ παρέδωκεν ἡμῖν ἐν τοῖς ἱεροῖς Εὐαγγελίοις, σὺν παρρησίᾳ κηρύττεσθαι παρεσκεύασεν. Ἡμῖν δὲ ταῦτα εἰς τελείαν ἀρκεῖ θυμηδίαν. Οὐδὲ γὰρ πόλεως ἐπιθυμοῦμεν, ἐν ᾗ μοχθοῦντες τὸν ἅπαντα διατετελέκαμεν χρόνον· ἀλλὰ τὴν τῶν Εὐαγγελίων ἀλήθειαν ποθοῦμεν κρατυνομένην ὁρᾶν. Τοῦτον δὲ ἡμῶν τὸν</w:t>
      </w:r>
    </w:p>
    <w:p>
      <w:r>
        <w:rPr>
          <w:rFonts w:ascii="Courier New" w:hAnsi="Courier New"/>
          <w:color w:val="555555"/>
          <w:sz w:val="20"/>
        </w:rPr>
        <w:t>[25]</w:t>
      </w:r>
    </w:p>
    <w:p>
      <w:r>
        <w:rPr>
          <w:rFonts w:ascii="Gentium Plus" w:hAnsi="Gentium Plus"/>
          <w:sz w:val="24"/>
        </w:rPr>
        <w:t>πόθον ὁ Δεσπότης πεπλήρωκεν. Διὰ τοῦτο γαννύμεθα καὶ γεγήθαμεν καὶ τὸν μεγαλόδωρον Κύριον ὑμνοῦμεν, καὶ τὴν ὑμε‐ τέραν θεοσέβειαν τοῦτο σὺν ἡμῖν παρακαλοῦμεν ποιεῖν, καὶ ὑμνοῦντας ἱκετεῦσαι σπουδαίως, ἵνα καὶ τοὺς νῦν μὲν ταῦτα, νῦν δὲ ἐκεῖνα λέγοντας, καὶ πρὸς τοὺς καιροὺς μεταβαλλομέ‐</w:t>
      </w:r>
    </w:p>
    <w:p>
      <w:r>
        <w:rPr>
          <w:rFonts w:ascii="Courier New" w:hAnsi="Courier New"/>
          <w:color w:val="555555"/>
          <w:sz w:val="20"/>
        </w:rPr>
        <w:t>[30]</w:t>
      </w:r>
    </w:p>
    <w:p>
      <w:r>
        <w:rPr>
          <w:rFonts w:ascii="Gentium Plus" w:hAnsi="Gentium Plus"/>
          <w:sz w:val="24"/>
        </w:rPr>
        <w:t>νους, καθάπερ οἱ χαμαιλέοντες τὴν τῶν φύλλων μεταμφιέσ‐ κονται χρόαν, ὁ φιλάνθρωπος βεβαιώσῃ Κύριος, καὶ ἐπὶ τῆς πέτρας ἐρείσῃ, καὶ δοίη πάντων προτιμᾶν τὴν ἀλήθειαν.</w:t>
      </w:r>
    </w:p>
    <w:p>
      <w:pPr>
        <w:jc w:val="center"/>
      </w:pPr>
      <w:r>
        <w:rPr>
          <w:rFonts w:ascii="Gentium Plus" w:hAnsi="Gentium Plus"/>
          <w:b/>
          <w:sz w:val="24"/>
        </w:rPr>
        <w:t>ΑΝΑΤΟΛΙῼ ΠΑΤΡΙΚΙῼ.</w:t>
      </w:r>
    </w:p>
    <w:p>
      <w:r>
        <w:rPr>
          <w:rFonts w:ascii="Courier New" w:hAnsi="Courier New"/>
          <w:color w:val="555555"/>
          <w:sz w:val="20"/>
        </w:rPr>
        <w:t>[1]</w:t>
      </w:r>
    </w:p>
    <w:p>
      <w:r>
        <w:rPr>
          <w:rFonts w:ascii="Gentium Plus" w:hAnsi="Gentium Plus"/>
          <w:sz w:val="24"/>
        </w:rPr>
        <w:t>Ἡμεῖς μὲν ἣν ἐλάχομεν ἡσυχίαν ἀσπαστῶς ἐδεξάμεθα καὶ τοὺς ὀνησιφόρους αὐτῆς καὶ ἡδίστους τρυγῶμεν καρπούς. Ὁ δὲ φιλόχριστος ἡμῶν βασιλεύς, τῆς εὐσεβείας καρπὸν τὴν βασιλείαν δρεψάμενος, ἀπαρχὰς τῆς βασιλείας τῷ δοτῆρι τῆς</w:t>
      </w:r>
    </w:p>
    <w:p>
      <w:r>
        <w:rPr>
          <w:rFonts w:ascii="Courier New" w:hAnsi="Courier New"/>
          <w:color w:val="555555"/>
          <w:sz w:val="20"/>
        </w:rPr>
        <w:t>[5]</w:t>
      </w:r>
    </w:p>
    <w:p>
      <w:r>
        <w:rPr>
          <w:rFonts w:ascii="Gentium Plus" w:hAnsi="Gentium Plus"/>
          <w:sz w:val="24"/>
        </w:rPr>
        <w:t>βασιλείας προσήνεγκεν τῶν χειμαζομένων Ἐκκλησιῶν τὴν γαλήνην, τὸ τῆς πολεμηθείσης πίστεως κράτος, τῶν εὐαγγε‐ λικῶν δογμάτων τὴν νίκην. Προστέθεικε δὲ τούτοις τῆς ἡμε‐ τέρας ἀδικίας τὴν ἴασιν. Τίς γὰρ τοιαύτην ἢ τοσαύτην ἀδι‐ κίαν ἀκήκοε πώποτε; Τίς ἀπὼν ἀνδροφόνος κατεδικάσθη; Τίς</w:t>
      </w:r>
    </w:p>
    <w:p>
      <w:r>
        <w:rPr>
          <w:rFonts w:ascii="Courier New" w:hAnsi="Courier New"/>
          <w:color w:val="555555"/>
          <w:sz w:val="20"/>
        </w:rPr>
        <w:t>[10]</w:t>
      </w:r>
    </w:p>
    <w:p>
      <w:r>
        <w:rPr>
          <w:rFonts w:ascii="Gentium Plus" w:hAnsi="Gentium Plus"/>
          <w:sz w:val="24"/>
        </w:rPr>
        <w:t>γάμων ἐπίβουλος μὴ παρὼν κατεκρίθη; Τίς τοιχωρύχος, ἢ τυμβωρύχος, ἢ γόης, ἢ ἱερόσυλος, ἢ ἄλλο τι τῶν τοῖς νόμοις ἀπειρημένων τολμήσας, δραμεῖν μὲν εἰς τὸ δικαστήριον ἐπει‐ γόμενος ἐκωλύθη, ἀνῃρέθη δὲ πόρρωθεν ὢν τῇ τοῦ δικάζοντος ψήφῳ; Ἀλλ’ ἐπ’ ἐκείνων μὲν γέγονε τοιοῦτον οὐδέν· οἱ γὰρ</w:t>
      </w:r>
    </w:p>
    <w:p>
      <w:r>
        <w:rPr>
          <w:rFonts w:ascii="Courier New" w:hAnsi="Courier New"/>
          <w:color w:val="555555"/>
          <w:sz w:val="20"/>
        </w:rPr>
        <w:t>[15]</w:t>
      </w:r>
    </w:p>
    <w:p>
      <w:r>
        <w:rPr>
          <w:rFonts w:ascii="Gentium Plus" w:hAnsi="Gentium Plus"/>
          <w:sz w:val="24"/>
        </w:rPr>
        <w:t>νόμοι κελεύουσι πλησίον ἀλλήλων πρὸ τοῦ δικάζοντος ἑστάναι</w:t>
      </w:r>
    </w:p>
    <w:p>
      <w:r>
        <w:rPr>
          <w:rFonts w:ascii="Courier New" w:hAnsi="Courier New"/>
          <w:color w:val="555555"/>
          <w:sz w:val="20"/>
        </w:rPr>
        <w:t>[20]</w:t>
      </w:r>
    </w:p>
    <w:p>
      <w:r>
        <w:rPr>
          <w:rFonts w:ascii="Gentium Plus" w:hAnsi="Gentium Plus"/>
          <w:sz w:val="24"/>
        </w:rPr>
        <w:t>γράμματα καταλαβεῖν τὴν πολυθρύλητον ἐκείνην ἐκώλυσε σύν‐ οδον· οἱ δὲ δικαιότατοι δικασταὶ τὸν ἀπόντα κατέκριναν, οὐ δικάσαντες, μᾶλλον δὲ καὶ λίαν ἐπαινέσαντες τὰ δῆθεν εἰς κατηγορίαν ἡμῶν ἐπιδοθέντα συγγράμματα. Καὶ οὔτε θεῖος νόμος, οὔτε ἀνθρώπων αἰδὼς διεκώλυσε τὴν σφαγήν. Ἀλλὰ</w:t>
      </w:r>
    </w:p>
    <w:p>
      <w:r>
        <w:rPr>
          <w:rFonts w:ascii="Courier New" w:hAnsi="Courier New"/>
          <w:color w:val="555555"/>
          <w:sz w:val="20"/>
        </w:rPr>
        <w:t>[25]</w:t>
      </w:r>
    </w:p>
    <w:p>
      <w:r>
        <w:rPr>
          <w:rFonts w:ascii="Gentium Plus" w:hAnsi="Gentium Plus"/>
          <w:sz w:val="24"/>
        </w:rPr>
        <w:t>προσέταττε μὲν ὁ πρόεδρος, προέμενος τὴν ἀλήθειαν, καὶ τὴν δυναστείαν θεραπεύων τὴν πρόσκαιρον· ὑπήκουον δὲ οἱ ταὐτὰ ἡμῖν φρονοῦντες, καὶ τῶν δογμάτων κοινωνοῦντες, καὶ τὰ ἡμέτερα ἐπὶ πλεῖστον θαυμάσαντες. Ἀλλ’ ὅμως ὁ χαλεπὸς ἐκεῖνος καιρὸς τῶν μὲν τὴν προδοσίαν, τῶν δὲ τὴν δειλίαν</w:t>
      </w:r>
    </w:p>
    <w:p>
      <w:r>
        <w:rPr>
          <w:rFonts w:ascii="Courier New" w:hAnsi="Courier New"/>
          <w:color w:val="555555"/>
          <w:sz w:val="20"/>
        </w:rPr>
        <w:t>[30]</w:t>
      </w:r>
    </w:p>
    <w:p>
      <w:r>
        <w:rPr>
          <w:rFonts w:ascii="Gentium Plus" w:hAnsi="Gentium Plus"/>
          <w:sz w:val="24"/>
        </w:rPr>
        <w:t>διήλεγξεν· ἡμῖν δὲ παρέσχεν ἀφορμὴν παρρησίας τὰ ὑπὲρ τῆς ἀληθείας παθήματα. Καὶ κεχάρισται ἡμῖν ὁ Δεσπότης Χριστὸς οὐ μόνον τὸ εἰς αὐτὸν πιστεύειν, ἀλλὰ καὶ τὸ ὑπὲρ αὐτοῦ πάσχειν· χάρισμα γάρ ἐστι μέγιστον, τὰ ὑπὲρ τοῦ Δεσπότου παθήματα. Ὁ δὲ θεῖος Ἀπόστολος καὶ τῶν μεγά‐</w:t>
      </w:r>
    </w:p>
    <w:p>
      <w:r>
        <w:rPr>
          <w:rFonts w:ascii="Courier New" w:hAnsi="Courier New"/>
          <w:color w:val="555555"/>
          <w:sz w:val="20"/>
        </w:rPr>
        <w:t>[35]</w:t>
      </w:r>
    </w:p>
    <w:p>
      <w:r>
        <w:rPr>
          <w:rFonts w:ascii="Gentium Plus" w:hAnsi="Gentium Plus"/>
          <w:sz w:val="24"/>
        </w:rPr>
        <w:t>λων ταῦτα θαυμάτων προτίθησιν. Ἐπὶ τούτοις κἀγὼ σεμνυνόμενος ὁ χαμαιπετής, καὶ σμικρός, καὶ μηδεμίαν ἔχων ἄλλην καυχήματος ἀφορμήν, τὴν ὑμετέραν μεγαλοφυΐαν παρακαλῶ, τὰς εὐχαριστηρίους φωνὰς ὑπὲρ τῆς ἐμῆς εὐτελείας τῷ φιλοχρίστῳ προσενεγκεῖν βασιλεῖ, καὶ τῇ</w:t>
      </w:r>
    </w:p>
    <w:p>
      <w:r>
        <w:rPr>
          <w:rFonts w:ascii="Courier New" w:hAnsi="Courier New"/>
          <w:color w:val="555555"/>
          <w:sz w:val="20"/>
        </w:rPr>
        <w:t>[40]</w:t>
      </w:r>
    </w:p>
    <w:p>
      <w:r>
        <w:rPr>
          <w:rFonts w:ascii="Gentium Plus" w:hAnsi="Gentium Plus"/>
          <w:sz w:val="24"/>
        </w:rPr>
        <w:t>εὐσεβεστάτῃ καὶ θεοφιλεστάτῃ Αὐγούστῃ, τῇ τῶν καλῶν διδασ‐ κάλῳ, ὅτι τοιούτοις δώροις τὸν μεγαλόδωρον Δεσπότην ἠμεί‐ ψαντο, καὶ τῆς βασιλείας ὑποβάθραν καὶ κρηπῖδα τὸν ὑπὲρ τῆς εὐσεβείας ἐποιήσαντο ζῆλον. Πρὸς δὲ τούτοις καὶ ἱκε‐</w:t>
      </w:r>
    </w:p>
    <w:p>
      <w:r>
        <w:rPr>
          <w:rFonts w:ascii="Courier New" w:hAnsi="Courier New"/>
          <w:color w:val="555555"/>
          <w:sz w:val="20"/>
        </w:rPr>
        <w:t>[45]</w:t>
      </w:r>
    </w:p>
    <w:p>
      <w:r>
        <w:rPr>
          <w:rFonts w:ascii="Gentium Plus" w:hAnsi="Gentium Plus"/>
          <w:sz w:val="24"/>
        </w:rPr>
        <w:t>ὁρισθεῖσι καλῶς, καὶ συναγαγεῖν σύνοδον, μὴ πάλιν ταραχο‐ ποιῶν καὶ συγκλύδων ἀνθρώπων πεπληρωμένην, ἀλλὰ τούτων μὲν πάντων κεχωρισμένην, κρινόντων δὲ τῶν τὰ θεῖα περὶ πολλοῦ ποιουμένων καὶ πάντων ὁμοῦ τῶν ἀνθρωπίνων τὴν ἀλήθειαν προτιμώντων. Εἰ δὲ βούλεται αὐτῶν τὸ κράτος τὴν</w:t>
      </w:r>
    </w:p>
    <w:p>
      <w:r>
        <w:rPr>
          <w:rFonts w:ascii="Courier New" w:hAnsi="Courier New"/>
          <w:color w:val="555555"/>
          <w:sz w:val="20"/>
        </w:rPr>
        <w:t>[139 (50)]</w:t>
      </w:r>
    </w:p>
    <w:p>
      <w:r>
        <w:rPr>
          <w:rFonts w:ascii="Gentium Plus" w:hAnsi="Gentium Plus"/>
          <w:sz w:val="24"/>
        </w:rPr>
        <w:t>παλαιὰν πρυτανεῦσαι ταῖς Ἐκκλησίαις εἰρήνην, ἀντιβολήσατε αὐτῶν τὴν εὐσέβειαν παρεῖναι τοῖς πραττομένοις, ἵνα τοὺς τἀναντία προαιρουμένους τῇ παρουσίᾳ δεδίξηται, καὶ μηδὲν ἀντίπαλον ἡ ἀλήθεια ἔχῃ· ἀλλ’ αὐτὴ καθ’ αὑτὴν ἐξετάζῃ τῶν πραγμάτων τὴν φύσιν, καὶ τὸν τῶν ἀποστολικῶν δογμάτων</w:t>
      </w:r>
    </w:p>
    <w:p>
      <w:r>
        <w:rPr>
          <w:rFonts w:ascii="Courier New" w:hAnsi="Courier New"/>
          <w:color w:val="555555"/>
          <w:sz w:val="20"/>
        </w:rPr>
        <w:t>[55]</w:t>
      </w:r>
    </w:p>
    <w:p>
      <w:r>
        <w:rPr>
          <w:rFonts w:ascii="Gentium Plus" w:hAnsi="Gentium Plus"/>
          <w:sz w:val="24"/>
        </w:rPr>
        <w:t>χαρακτῆρα. Ταῦτα δὲ ἐξαιτῶ παρὰ τῆς ὑμετέρας μεγαλοφυΐας, οὐχ ὡς τὴν Κύρρον πάλιν ἰδεῖν ποθῶν—οἶδε γὰρ ὑμῶν τὸ μέγεθος τῆς πολίχνης τὴν ἐρημίαν, ἧς ἀμηγέπη τὸ εἰδεχθὲς κατεκρύψαμεν ταῖς τῶν παντοδαπῶν οἰκοδομημάτων πολυτελείαις—, ἀλλ’</w:t>
      </w:r>
    </w:p>
    <w:p>
      <w:r>
        <w:rPr>
          <w:rFonts w:ascii="Courier New" w:hAnsi="Courier New"/>
          <w:color w:val="555555"/>
          <w:sz w:val="20"/>
        </w:rPr>
        <w:t>[60]</w:t>
      </w:r>
    </w:p>
    <w:p>
      <w:r>
        <w:rPr>
          <w:rFonts w:ascii="Gentium Plus" w:hAnsi="Gentium Plus"/>
          <w:sz w:val="24"/>
        </w:rPr>
        <w:t>ἵνα δειχθῇ καὶ τὰ παρ’ ἡμῶν κηρυττόμενα τοῖς ἀποστολικοῖς συμβαίνοντα δόγμασι, καὶ νόθα καὶ κίβδηλα τὰ τῶν ἐναντίων εὑρέματα. Τούτου γὰρ γενομένου—σὺν Θεῷ δὲ εἰρήσθω— τὰς λειπομένας ἡμέρας σὺν εὐθυμίᾳ βιώσομεν ἔνθα ἂν ἡμᾶς διάγειν ὁ Δεσπότης κελεύσῃ. Πρέπει δὲ ὑμῖν εὐσεβείᾳ συντε‐</w:t>
      </w:r>
    </w:p>
    <w:p>
      <w:r>
        <w:rPr>
          <w:rFonts w:ascii="Courier New" w:hAnsi="Courier New"/>
          <w:color w:val="555555"/>
          <w:sz w:val="20"/>
        </w:rPr>
        <w:t>[65]</w:t>
      </w:r>
    </w:p>
    <w:p>
      <w:r>
        <w:rPr>
          <w:rFonts w:ascii="Gentium Plus" w:hAnsi="Gentium Plus"/>
          <w:sz w:val="24"/>
        </w:rPr>
        <w:t>θραμμένοις, καὶ τῆς ἀρετῆς κεκτημένοις τὸν πλοῦτον, τόνδε τὸν ζῆλον ἀναλαβεῖν, καὶ προθυμίαν ἔχοντας, καὶ τὸν εὐσε‐ βέστατον βασιλέα, καὶ τὴν φιλόχριστον Αὐγούσταν, ταῖς παρακλήσεσι προθυμοτέρους ἐργάσασθαι, ἵνα τῷ ἀξιεπαίνῳ</w:t>
      </w:r>
    </w:p>
    <w:p>
      <w:pPr>
        <w:jc w:val="center"/>
      </w:pPr>
      <w:r>
        <w:rPr>
          <w:rFonts w:ascii="Gentium Plus" w:hAnsi="Gentium Plus"/>
          <w:b/>
          <w:sz w:val="24"/>
        </w:rPr>
        <w:t>ΑΣΠΑΡΙ ΥΠΑΤΙΚῼ ΚΑΙ ΠΑΤΡΙΚΙῼ.</w:t>
      </w:r>
    </w:p>
    <w:p>
      <w:r>
        <w:rPr>
          <w:rFonts w:ascii="Courier New" w:hAnsi="Courier New"/>
          <w:color w:val="555555"/>
          <w:sz w:val="20"/>
        </w:rPr>
        <w:t>[1]</w:t>
      </w:r>
    </w:p>
    <w:p>
      <w:r>
        <w:rPr>
          <w:rFonts w:ascii="Gentium Plus" w:hAnsi="Gentium Plus"/>
          <w:sz w:val="24"/>
        </w:rPr>
        <w:t>Ἔδει καὶ τοῦτο τοῖς ἄλλοις τῆς ὑμετέρας ἀνδρίας κατορθώ‐ μασι προστεθῆναι, τὸ τὸν εὐσεβέστατον ἡμῶν καὶ φιλόχριστον βασιλέα, ὃν ἡ θεία χάρις ἐπ’ εὐεργεσίᾳ τῶν ἀρχομένων ἀν‐ έδειξε, διὰ τῆς ὑμετέρας μεγαλοφυΐας μαθεῖν τὴν τῆς καθ’</w:t>
      </w:r>
    </w:p>
    <w:p>
      <w:r>
        <w:rPr>
          <w:rFonts w:ascii="Courier New" w:hAnsi="Courier New"/>
          <w:color w:val="555555"/>
          <w:sz w:val="20"/>
        </w:rPr>
        <w:t>[5]</w:t>
      </w:r>
    </w:p>
    <w:p>
      <w:r>
        <w:rPr>
          <w:rFonts w:ascii="Gentium Plus" w:hAnsi="Gentium Plus"/>
          <w:sz w:val="24"/>
        </w:rPr>
        <w:t>ἡμῶν ἀδικίας ὑπερβολὴν καὶ λῦσαι νόμῳ νόμον δικαίῳ τὸν οὐ τοιοῦτον. Εἰ γὰρ καὶ ἡμεῖς, ὑπὸ τῆς θείας ἐρειδόμενοι Προ‐ μηθείας, ἀφορμὴν ἀγαθῶν ἐποιήσαμεν τὴν νομισθεῖσαν τιμω‐ ρίαν, καὶ τὴν ἡσυχίαν ἀσπαστῶς ἐδεξάμεθα· ἀλλ’ οὖν ἄδικα πεπόνθαμεν καὶ παράνομα, οὐδὲν μὲν πεπλημμεληκότες ὧν</w:t>
      </w:r>
    </w:p>
    <w:p>
      <w:r>
        <w:rPr>
          <w:rFonts w:ascii="Courier New" w:hAnsi="Courier New"/>
          <w:color w:val="555555"/>
          <w:sz w:val="20"/>
        </w:rPr>
        <w:t>[10]</w:t>
      </w:r>
    </w:p>
    <w:p>
      <w:r>
        <w:rPr>
          <w:rFonts w:ascii="Gentium Plus" w:hAnsi="Gentium Plus"/>
          <w:sz w:val="24"/>
        </w:rPr>
        <w:t>ἐσυκοφάντησαν ἡμᾶς οἱ τῆς ἀληθείας ἐχθροί, τὰ δὲ τῶν τὰ μέγιστα τετολμηκότων πεπονθότες δεινά· μᾶλλον δὲ καὶ τού‐ των ὑπέστημεν χαλεπώτερα. Ἀκρίτως γὰρ καὶ ἐκρίθημεν, καὶ ἀπόντες κατεδικάσθημεν· καὶ βασιλικοῖς γράμμασι κωλυ‐ θέντες καταλαβεῖν τὴν Ἔφεσον, τὴν δικαιοτάτην τῶν ἱερῶν</w:t>
      </w:r>
    </w:p>
    <w:p>
      <w:r>
        <w:rPr>
          <w:rFonts w:ascii="Courier New" w:hAnsi="Courier New"/>
          <w:color w:val="555555"/>
          <w:sz w:val="20"/>
        </w:rPr>
        <w:t>[15]</w:t>
      </w:r>
    </w:p>
    <w:p>
      <w:r>
        <w:rPr>
          <w:rFonts w:ascii="Gentium Plus" w:hAnsi="Gentium Plus"/>
          <w:sz w:val="24"/>
        </w:rPr>
        <w:t>δικαστῶν ἐδεξάμεθα ψῆφον. Ἀλλὰ ταῦτα πάντα λέλυκεν ὁ γαληνότατος βασιλεύς, διὰ τὴν τῆς ὑμετέρας μεγαλοπρεπείας σπουδήν. Ἐγὼ δὲ ἀδικεῖν νομίσας εἰ σιγήσαιμι καὶ μηδὲ χάριν ὁμολογήσαιμι, ἐπὶ τάδε ἦλθον τὰ γράμματα, δι’ ὧν τὸ ὑμέτε‐ ρον παρακαλῶ μέγεθος, τὰς ὑπὲρ ἡμῶν εὐφημίας καὶ τῷ</w:t>
      </w:r>
    </w:p>
    <w:p>
      <w:r>
        <w:rPr>
          <w:rFonts w:ascii="Courier New" w:hAnsi="Courier New"/>
          <w:color w:val="555555"/>
          <w:sz w:val="20"/>
        </w:rPr>
        <w:t>[20]</w:t>
      </w:r>
    </w:p>
    <w:p>
      <w:r>
        <w:rPr>
          <w:rFonts w:ascii="Gentium Plus" w:hAnsi="Gentium Plus"/>
          <w:sz w:val="24"/>
        </w:rPr>
        <w:t>νικηφόρῳ καὶ φιλοχρίστῳ βασιλεῖ προσενεγκεῖν, καὶ τῇ θεοφι‐ λεστάτῃ καὶ εὐσεβεστάτῃ Αὐγούστῃ· ὑπὲρ ὧν εἰς δύναμιν τὸν ἀγαθὸν ἱκετεύω Δεσπότην, ὥστε αὐτῶν βεβαίαν φυλάξαι τὴν</w:t>
      </w:r>
    </w:p>
    <w:p>
      <w:r>
        <w:rPr>
          <w:rFonts w:ascii="Courier New" w:hAnsi="Courier New"/>
          <w:color w:val="555555"/>
          <w:sz w:val="20"/>
        </w:rPr>
        <w:t>[25]</w:t>
      </w:r>
    </w:p>
    <w:p>
      <w:r>
        <w:rPr>
          <w:rFonts w:ascii="Gentium Plus" w:hAnsi="Gentium Plus"/>
          <w:sz w:val="24"/>
        </w:rPr>
        <w:t>πρυτανεύουσαν ἅπασιν. Ἱκετεῦσαι δὲ αὐτοὺς παρακληθήτω τὸ ὑμέτερον μέγεθος, δοῦναι λύσιν τελείαν τῷ τῆς Ἐκκλησίας χειμῶνι, καὶ κελεῦσαι συναθροισθῆναι σύνοδον, μὴ πάλιν τῶν θορυβεῖν εἰωθότων τὸ συνέδριον ταραττόντων, ἀλλὰ μεθ’ ἡσυ‐ χίας τῶν τὰ θεῖα πεπαιδευμένων· τὰ μὲν ἀποστολικὰ δόγματα</w:t>
      </w:r>
    </w:p>
    <w:p>
      <w:r>
        <w:rPr>
          <w:rFonts w:ascii="Courier New" w:hAnsi="Courier New"/>
          <w:color w:val="555555"/>
          <w:sz w:val="20"/>
        </w:rPr>
        <w:t>[30]</w:t>
      </w:r>
    </w:p>
    <w:p>
      <w:r>
        <w:rPr>
          <w:rFonts w:ascii="Gentium Plus" w:hAnsi="Gentium Plus"/>
          <w:sz w:val="24"/>
        </w:rPr>
        <w:t>βεβαιούντων, ἀποκρινόντων δὲ τὰ νόθα καὶ τῆς ἀληθείας ἀλλό‐ τρια· ἵνα καὶ τὸ ἐντεῦθεν δρέψηται κέρδος τὸ ὑμέτερον μέγε‐ θος.</w:t>
      </w:r>
    </w:p>
    <w:p>
      <w:pPr>
        <w:jc w:val="center"/>
      </w:pPr>
      <w:r>
        <w:rPr>
          <w:rFonts w:ascii="Gentium Plus" w:hAnsi="Gentium Plus"/>
          <w:b/>
          <w:sz w:val="24"/>
        </w:rPr>
        <w:t>ΒΙΓΚΟΜΑΛῼ ΜΑΓΙΣΤΡῼ.</w:t>
      </w:r>
    </w:p>
    <w:p>
      <w:r>
        <w:rPr>
          <w:rFonts w:ascii="Courier New" w:hAnsi="Courier New"/>
          <w:color w:val="555555"/>
          <w:sz w:val="20"/>
        </w:rPr>
        <w:t>[1]</w:t>
      </w:r>
    </w:p>
    <w:p>
      <w:r>
        <w:rPr>
          <w:rFonts w:ascii="Gentium Plus" w:hAnsi="Gentium Plus"/>
          <w:sz w:val="24"/>
        </w:rPr>
        <w:t>Λίαν ἐθαύμασα γνοὺς ὅτι πάμπαν ἀγνοοῦσα τὰ καθ’ ἡμᾶς ἡ ὑμετέρα μεγαλοπρέπεια, μόνην δὲ τὴν καθ’ ἡμῶν ἀδικίαν μαθοῦσα, συνήγορος ἡμῶν ἀνεφάνη, καὶ πάντα πόρον ἐκίνησεν, ὥστε διαλῦσαι τὰ καθ’ ἡμῶν τυρευθέντα. Ἀλλὰ τῷ μὲν ὑμετέρῳ</w:t>
      </w:r>
    </w:p>
    <w:p>
      <w:r>
        <w:rPr>
          <w:rFonts w:ascii="Courier New" w:hAnsi="Courier New"/>
          <w:color w:val="555555"/>
          <w:sz w:val="20"/>
        </w:rPr>
        <w:t>[5]</w:t>
      </w:r>
    </w:p>
    <w:p>
      <w:r>
        <w:rPr>
          <w:rFonts w:ascii="Gentium Plus" w:hAnsi="Gentium Plus"/>
          <w:sz w:val="24"/>
        </w:rPr>
        <w:t>μεγέθει δώσει πάντως τὰς ἀντιδόσεις ὁ μεγαλόδωρος Κύριος. Ὁ γὰρ ὑπὲρ σμικροῦ ὕδατος μισθὸν δώσειν ἐπαγγειλάμενος μείζους παρέξει δήπουθεν ἀμοιβὰς τοῖς τὰ μείζονα δεδωκό‐ σιν. Ἡμεῖς δὲ τοιαῦτα πεπόνθαμεν, οὐ μόνον παρὰ τῶν προ‐ δηλοτάτων ἐχθρῶν, ἀλλὰ καὶ παρὰ τῶν γνησίων, ὡς ὑπελαμ‐</w:t>
      </w:r>
    </w:p>
    <w:p>
      <w:r>
        <w:rPr>
          <w:rFonts w:ascii="Courier New" w:hAnsi="Courier New"/>
          <w:color w:val="555555"/>
          <w:sz w:val="20"/>
        </w:rPr>
        <w:t>[10]</w:t>
      </w:r>
    </w:p>
    <w:p>
      <w:r>
        <w:rPr>
          <w:rFonts w:ascii="Gentium Plus" w:hAnsi="Gentium Plus"/>
          <w:sz w:val="24"/>
        </w:rPr>
        <w:t>βάνομεν, φίλων, ὑπὸ μὲν ἐκείνων πολεμηθέντες, ὑπὸ δὲ τούτων προδοθέντες, οἷα ἢ οὐδείς, ἢ ἄγαν ὀλίγοι τῶν παλαιῶν ὑπέστησαν. Τίς γὰρ τοιαύτης δίκης ἀκήκοε πώποτε; Τίς τὸν κατηγορούμενον πρὸ πέντε καὶ τριάκοντα πεδήσας σταθμῶν, ἐκέλευσε δικάσαι τῷ μὴ παρόντι τοὺς δικαστάς; Τίς δὲ οὕτως</w:t>
      </w:r>
    </w:p>
    <w:p>
      <w:r>
        <w:rPr>
          <w:rFonts w:ascii="Courier New" w:hAnsi="Courier New"/>
          <w:color w:val="555555"/>
          <w:sz w:val="20"/>
        </w:rPr>
        <w:t>[15]</w:t>
      </w:r>
    </w:p>
    <w:p>
      <w:r>
        <w:rPr>
          <w:rFonts w:ascii="Gentium Plus" w:hAnsi="Gentium Plus"/>
          <w:sz w:val="24"/>
        </w:rPr>
        <w:t>ὠμὸς καὶ θηριώδης γεγένηται δικαστής, ὥστε δικάσαι ἀνδρά‐ σιν, ὧν τῆς φωνῆς οὐκ ἐπήκουσε, καὶ οὐ δικάσαι μόνον, ἀλλὰ</w:t>
      </w:r>
    </w:p>
    <w:p>
      <w:r>
        <w:rPr>
          <w:rFonts w:ascii="Courier New" w:hAnsi="Courier New"/>
          <w:color w:val="555555"/>
          <w:sz w:val="20"/>
        </w:rPr>
        <w:t>[20]</w:t>
      </w:r>
    </w:p>
    <w:p>
      <w:r>
        <w:rPr>
          <w:rFonts w:ascii="Gentium Plus" w:hAnsi="Gentium Plus"/>
          <w:sz w:val="24"/>
        </w:rPr>
        <w:t>καὶ τρίτην νουθεσίαν, ὕστερον ἔχειν ὡς τὸν ἐθνικὸν καὶ τὸν τελώνην· οἱ ὀρθότατοι καὶ δικαιότατοι κριταί, οὐδὲ ὧν τοῖς ἐθνικοῖς καὶ τελώναις μεταδιδόασι, τοῖς ὁμοπίστοις μετέδο‐ σαν. Ἐκείνους μὲν γὰρ καὶ ὁρῶσιν, καὶ ἔστιν ὅτε προσδιαλέ‐ γονται, καὶ μετὰ πλείστης ὅσης τιμῆς, εἴπερ τινὰ ἔχοιεν</w:t>
      </w:r>
    </w:p>
    <w:p>
      <w:r>
        <w:rPr>
          <w:rFonts w:ascii="Courier New" w:hAnsi="Courier New"/>
          <w:color w:val="555555"/>
          <w:sz w:val="20"/>
        </w:rPr>
        <w:t>[25]</w:t>
      </w:r>
    </w:p>
    <w:p>
      <w:r>
        <w:rPr>
          <w:rFonts w:ascii="Gentium Plus" w:hAnsi="Gentium Plus"/>
          <w:sz w:val="24"/>
        </w:rPr>
        <w:t>ἀξιώματος περιφάνειαν· ἡμᾶς δὲ προσέταξαν μὴ στέγης, μὴ ὕδατος, μὴ ὅλου μεταλαχεῖν. Οὕτως ἐβουλήθησαν μιμηταὶ γενέσθαι τοῦ Πατρὸς ἡμῶν τοῦ ἐν οὐρανοῖς, ὃς ἀνατέλλει τὸν ἥλιον αὐτοῦ ἐπὶ πονηροὺς καὶ ἀγαθούς, καὶ βρέ‐ χει ἐπὶ δικαίους καὶ ἀδίκους. Ἀλλὰ τούτους μὲν ἐάσω.</w:t>
      </w:r>
    </w:p>
    <w:p>
      <w:r>
        <w:rPr>
          <w:rFonts w:ascii="Courier New" w:hAnsi="Courier New"/>
          <w:color w:val="555555"/>
          <w:sz w:val="20"/>
        </w:rPr>
        <w:t>[30]</w:t>
      </w:r>
    </w:p>
    <w:p>
      <w:r>
        <w:rPr>
          <w:rFonts w:ascii="Gentium Plus" w:hAnsi="Gentium Plus"/>
          <w:sz w:val="24"/>
        </w:rPr>
        <w:t>Ἐγγὺς γὰρ τὸ τοῦ Δεσπότου κριτήριον, ἔνθα οὐ ζητεῖται σχημάτων ὑπόκρισις, ἀλλὰ πραγμάτων ἀλήθεια. Τὸ δὲ ὑμέτε‐ ρον παρακαλῶ μέγεθος, τὴν ὑπὲρ ἡμῶν τῆς χάριτος ὁμολογίαν τῷ φιλοχρίστῳ καὶ νικηφόρῳ προσενεγκεῖν βασιλεῖ, καὶ τῇ εὐσεβεστάτῃ καὶ θεοφιλεστάτῃ Αὐγούστῃ, ὅτι τῇ εὐσεβεῖ βα‐</w:t>
      </w:r>
    </w:p>
    <w:p>
      <w:r>
        <w:rPr>
          <w:rFonts w:ascii="Courier New" w:hAnsi="Courier New"/>
          <w:color w:val="555555"/>
          <w:sz w:val="20"/>
        </w:rPr>
        <w:t>[35]</w:t>
      </w:r>
    </w:p>
    <w:p>
      <w:r>
        <w:rPr>
          <w:rFonts w:ascii="Gentium Plus" w:hAnsi="Gentium Plus"/>
          <w:sz w:val="24"/>
        </w:rPr>
        <w:t>σιλείᾳ ῥίζαν ἔδωκαν ἰσχυρὰν τὴν εὐσέβειαν, καὶ ἀντιβολῆσαι αὐτῶν τὸ κράτος, βεβαίαν πρυτανεῦσαι ταῖς Ἐκκλησίαις τὴν εἰρήνην, καὶ σύνοδον ἀθροισθῆναι κελεῦσαι, μὴ τῶν ταραχο‐ ποιῶν, πάλιν ἀνθρώπων διακυκώντων τὸν σύλλογον, ἀλλὰ τῶν τῆς ἀληθείας ἐραστῶν, τὴν ἀποστολικὴν κρατυνόντων διδα‐</w:t>
      </w:r>
    </w:p>
    <w:p>
      <w:r>
        <w:rPr>
          <w:rFonts w:ascii="Courier New" w:hAnsi="Courier New"/>
          <w:color w:val="555555"/>
          <w:sz w:val="20"/>
        </w:rPr>
        <w:t>[40]</w:t>
      </w:r>
    </w:p>
    <w:p>
      <w:r>
        <w:rPr>
          <w:rFonts w:ascii="Gentium Plus" w:hAnsi="Gentium Plus"/>
          <w:sz w:val="24"/>
        </w:rPr>
        <w:t>σκαλίαν, καὶ ἀποκηρυττόντων τὴν καινὴν ταύτην καὶ κίβδηλον αἵρεσιν· ἵνα καὶ τῶν ἀξιεράστων τούτων πόνων παρὰ τοῦ φιλανθρώπου Κυρίου κομίσησθε τοὺς καρπούς.</w:t>
      </w:r>
    </w:p>
    <w:p>
      <w:pPr>
        <w:jc w:val="center"/>
      </w:pPr>
      <w:r>
        <w:rPr>
          <w:rFonts w:ascii="Gentium Plus" w:hAnsi="Gentium Plus"/>
          <w:b/>
          <w:sz w:val="24"/>
        </w:rPr>
        <w:t>ΜΑΡΚΕΛΛῼ ΑΡΧΙΜΑΝΔΡΙΤῌ ΤΩΝ</w:t>
      </w:r>
    </w:p>
    <w:p>
      <w:r>
        <w:rPr>
          <w:rFonts w:ascii="Courier New" w:hAnsi="Courier New"/>
          <w:color w:val="555555"/>
          <w:sz w:val="20"/>
        </w:rPr>
        <w:t>[t2]</w:t>
      </w:r>
    </w:p>
    <w:p>
      <w:r>
        <w:rPr>
          <w:rFonts w:ascii="Gentium Plus" w:hAnsi="Gentium Plus"/>
          <w:sz w:val="24"/>
        </w:rPr>
        <w:t>ΑΚΟΙΜΗΤΩΝ.</w:t>
      </w:r>
    </w:p>
    <w:p>
      <w:r>
        <w:rPr>
          <w:rFonts w:ascii="Courier New" w:hAnsi="Courier New"/>
          <w:color w:val="555555"/>
          <w:sz w:val="20"/>
        </w:rPr>
        <w:t>[1]</w:t>
      </w:r>
    </w:p>
    <w:p>
      <w:r>
        <w:rPr>
          <w:rFonts w:ascii="Gentium Plus" w:hAnsi="Gentium Plus"/>
          <w:sz w:val="24"/>
        </w:rPr>
        <w:t>Λαμπρύνει μὲν ὑμῶν τὴν θεοσέβειαν ὁ ἀξιέπαινος βίος,</w:t>
      </w:r>
    </w:p>
    <w:p>
      <w:r>
        <w:rPr>
          <w:rFonts w:ascii="Courier New" w:hAnsi="Courier New"/>
          <w:color w:val="555555"/>
          <w:sz w:val="20"/>
        </w:rPr>
        <w:t>[5]</w:t>
      </w:r>
    </w:p>
    <w:p>
      <w:r>
        <w:rPr>
          <w:rFonts w:ascii="Gentium Plus" w:hAnsi="Gentium Plus"/>
          <w:sz w:val="24"/>
        </w:rPr>
        <w:t>θεμέλιος, τοῦτο τοῖς εὐσεβεῖν προαιρουμένοις ἡ τῶν εὐαγγε‐ λικῶν δογμάτων ἀλήθεια. Ταύτης δὲ πολεμηθείσης ἐκθύμως ὑπερηθλήσατε, οὐχ ὡς ἀσθενούσης προκινδυνεύοντες, ἀλλὰ τὴν φιλόθεον ἐπιδεικνύντες διάθεσιν. Ἡ γὰρ τοῦ Δεσπότου Χριστοῦ διδασκαλία τὸ σταθερὸν ἔχει καὶ βέβαιον, κατὰ τὴν</w:t>
      </w:r>
    </w:p>
    <w:p>
      <w:r>
        <w:rPr>
          <w:rFonts w:ascii="Courier New" w:hAnsi="Courier New"/>
          <w:color w:val="555555"/>
          <w:sz w:val="20"/>
        </w:rPr>
        <w:t>[10]</w:t>
      </w:r>
    </w:p>
    <w:p>
      <w:r>
        <w:rPr>
          <w:rFonts w:ascii="Gentium Plus" w:hAnsi="Gentium Plus"/>
          <w:sz w:val="24"/>
        </w:rPr>
        <w:t>αὐτοῦ τοῦ Σωτῆρος ὑπόσχεσιν· Πύλαι γὰρ ᾅδου, φησίν, οὐ κατισχύσουσιν αὐτῆς. Ὑπὲρ ταύτης καὶ ἡμᾶς ἀτιμασθῆ‐ ναι καὶ σφαγῆναι ὁ φιλάνθρωπος καὶ μεγαλόδωρος ἠξίωσε Κύριος. Τὴν γὰρ δὴ ἀτιμίαν τιμήν, καὶ τὴν σφαγὴν ζωὴν ὑπει‐ λήφαμεν. Ἠκούσαμεν γὰρ τοῦ Ἀποστόλου λέγοντος, ὅτι</w:t>
      </w:r>
    </w:p>
    <w:p>
      <w:r>
        <w:rPr>
          <w:rFonts w:ascii="Courier New" w:hAnsi="Courier New"/>
          <w:color w:val="555555"/>
          <w:sz w:val="20"/>
        </w:rPr>
        <w:t>[15]</w:t>
      </w:r>
    </w:p>
    <w:p>
      <w:r>
        <w:rPr>
          <w:rFonts w:ascii="Gentium Plus" w:hAnsi="Gentium Plus"/>
          <w:sz w:val="24"/>
        </w:rPr>
        <w:t>Ἡμῖν ἀπὸ Θεοῦ ἐχαρίσθη οὐ μόνον τὸ εἰς αὐτὸν πιστεύειν, ἀλλὰ καὶ τὸ ὑπὲρ αὐτοῦ πάσχειν. Ἀνέστη δὲ τάχιστα ὡς ὁ ὑπνῶν Κύριος, καὶ ἐνέφραξε μὲν τὰ στόματα τὰ λαλοῦντα κατὰ τοῦ Θεοῦ βλασφημίαν, καὶ καθ’ ἡμῶν ἀδι‐ κίαν· τὰς δὲ τῶν εὐσεβούντων γλώττας εἰς τὴν συνήθη ἀπο‐</w:t>
      </w:r>
    </w:p>
    <w:p>
      <w:r>
        <w:rPr>
          <w:rFonts w:ascii="Courier New" w:hAnsi="Courier New"/>
          <w:color w:val="555555"/>
          <w:sz w:val="20"/>
        </w:rPr>
        <w:t>[20]</w:t>
      </w:r>
    </w:p>
    <w:p>
      <w:r>
        <w:rPr>
          <w:rFonts w:ascii="Gentium Plus" w:hAnsi="Gentium Plus"/>
          <w:sz w:val="24"/>
        </w:rPr>
        <w:t>στολὴν τὰ νάματα προχεῖν παρεσκεύασεν. Ἡμεῖς δὲ τῆς ἡσυχίας τοὺς ἀξιεράστους τρυγῶμεν καρπούς· καὶ τὴν μὲν τῶν Ἐκκλησιῶν ζάλην ὁρῶντες ἀλγοῦμεν, γαννύμεθα δὲ καὶ εὐφραινόμεθα φροντίδων ἀπηλλαγμένοι. Τῇ δὲ θεοσεβείᾳ σου ἀεὶ μὲν συνήσθημεν διὰ πάντα θαυμαζομένῃ· μέχρι δὲ τοῦ</w:t>
      </w:r>
    </w:p>
    <w:p>
      <w:r>
        <w:rPr>
          <w:rFonts w:ascii="Courier New" w:hAnsi="Courier New"/>
          <w:color w:val="555555"/>
          <w:sz w:val="20"/>
        </w:rPr>
        <w:t>[25]</w:t>
      </w:r>
    </w:p>
    <w:p>
      <w:r>
        <w:rPr>
          <w:rFonts w:ascii="Gentium Plus" w:hAnsi="Gentium Plus"/>
          <w:sz w:val="24"/>
        </w:rPr>
        <w:t>παρόντος οὐκ ἐγράψαμεν, οὐ τῶν τῆς ἀγάπης νόμων ὀλιγω‐ ροῦντες, ἀλλ’ ἀφορμήν τινα λαβεῖν γραμμάτων προσμένοντες.</w:t>
      </w:r>
    </w:p>
    <w:p>
      <w:r>
        <w:rPr>
          <w:rFonts w:ascii="Courier New" w:hAnsi="Courier New"/>
          <w:color w:val="555555"/>
          <w:sz w:val="20"/>
        </w:rPr>
        <w:t>[30]</w:t>
      </w:r>
    </w:p>
    <w:p>
      <w:r>
        <w:rPr>
          <w:rFonts w:ascii="Gentium Plus" w:hAnsi="Gentium Plus"/>
          <w:sz w:val="24"/>
        </w:rPr>
        <w:t>τὴν θεοφιλῆ σου περιπτυσσόμενοι κεφαλήν, παρακαλοῦμεν πρῶτον μὲν ἡμᾶς ἀνέχειν ταῖς προσευχαῖς, ἔπειτα δὲ καὶ γράμμασιν εὐφραίνειν. Διὰ γὰρ τὴν θείαν χάριν ὑπὲρ τῶν ἀποστολικῶν πεπολεμήμεθα δογμάτων.</w:t>
      </w:r>
    </w:p>
    <w:p>
      <w:pPr>
        <w:jc w:val="center"/>
      </w:pPr>
      <w:r>
        <w:rPr>
          <w:rFonts w:ascii="Gentium Plus" w:hAnsi="Gentium Plus"/>
          <w:b/>
          <w:sz w:val="24"/>
        </w:rPr>
        <w:t>Τῼ ΑΥΤῼ.</w:t>
      </w:r>
    </w:p>
    <w:p>
      <w:r>
        <w:rPr>
          <w:rFonts w:ascii="Courier New" w:hAnsi="Courier New"/>
          <w:color w:val="555555"/>
          <w:sz w:val="20"/>
        </w:rPr>
        <w:t>[1]</w:t>
      </w:r>
    </w:p>
    <w:p>
      <w:r>
        <w:rPr>
          <w:rFonts w:ascii="Gentium Plus" w:hAnsi="Gentium Plus"/>
          <w:sz w:val="24"/>
        </w:rPr>
        <w:t>Καὶ ἤδη δι’ ἑτέρων γραμμάτων τὴν σὴν προσείπομεν θεοσέ‐ βειαν, τοῖς τιμιωτάτοις ἀδελφοῖς τοῖς ὑμετέροις τὴν ἐπιστο‐ λὴν δεδωκότες· καὶ νῦν δὲ πάλιν προσφθεγγόμεθά σου τὴν ἁγιότητα. Προτρέπει γὰρ ἡμᾶς τοῦτο ποιεῖν καὶ ὁ ἀξιάγαστος</w:t>
      </w:r>
    </w:p>
    <w:p>
      <w:r>
        <w:rPr>
          <w:rFonts w:ascii="Courier New" w:hAnsi="Courier New"/>
          <w:color w:val="555555"/>
          <w:sz w:val="20"/>
        </w:rPr>
        <w:t>[5]</w:t>
      </w:r>
    </w:p>
    <w:p>
      <w:r>
        <w:rPr>
          <w:rFonts w:ascii="Gentium Plus" w:hAnsi="Gentium Plus"/>
          <w:sz w:val="24"/>
        </w:rPr>
        <w:t>ὑμῶν βίος, καὶ ὁ ἀξιέπαινος ζῆλος, ὃν ὑπὲρ τῆς ἀποστολικῆς ἐπεδείξασθε πίστεως, οὐ βασιλικὴν δείσαντες δυναστείαν, οὐκ ἐπισκοπικὴν συμφωνίαν. Εἰ γὰρ καὶ τῶν συνεληλυθότων οἱ πλεῖστοι βιασθέντες συνέθεντο, ἀλλ’ οὖν ταῖς ὑπογραφαῖς τὴν καινὴν ἐκράτυναν αἵρεσιν. Τὴν δὲ ὑμετέραν φιλοθεΐαν</w:t>
      </w:r>
    </w:p>
    <w:p>
      <w:r>
        <w:rPr>
          <w:rFonts w:ascii="Courier New" w:hAnsi="Courier New"/>
          <w:color w:val="555555"/>
          <w:sz w:val="20"/>
        </w:rPr>
        <w:t>[10]</w:t>
      </w:r>
    </w:p>
    <w:p>
      <w:r>
        <w:rPr>
          <w:rFonts w:ascii="Gentium Plus" w:hAnsi="Gentium Plus"/>
          <w:sz w:val="24"/>
        </w:rPr>
        <w:t>οὐδὲν τούτων διέσεισεν· ἀλλ’ ἐπὶ τῶν παλαιῶν διεμείνατε δογμάτων, ἃ καὶ διὰ τῶν προφητῶν καὶ τῶν ἀποστόλων φρονεῖν τὰς Ἐκκλησίας ὁ Δεσπότης ἐδίδαξε. Τούτους καὶ ἡμεῖς τοὺς ὅρους φυλάττειν εὐχόμεθα, καὶ τὴν εἰς τὸν ἕνα Πατέρα, καὶ τὸν ἕνα Υἱόν, καὶ τὸ ἓν ἅγιον Πνεῦμα πίστιν τε καὶ ὁμολογίαν</w:t>
      </w:r>
    </w:p>
    <w:p>
      <w:r>
        <w:rPr>
          <w:rFonts w:ascii="Courier New" w:hAnsi="Courier New"/>
          <w:color w:val="555555"/>
          <w:sz w:val="20"/>
        </w:rPr>
        <w:t>[15]</w:t>
      </w:r>
    </w:p>
    <w:p>
      <w:r>
        <w:rPr>
          <w:rFonts w:ascii="Gentium Plus" w:hAnsi="Gentium Plus"/>
          <w:sz w:val="24"/>
        </w:rPr>
        <w:t>μέχρι τέλους διατηρῆσαι. Ἡ γὰρ ἐνανθρώπησις τοῦ Μονογε‐ νοῦς οὐκ ηὔξησε τῆς Τριάδος τὸν ἀριθμόν, ἀλλὰ μεμένηκε</w:t>
      </w:r>
    </w:p>
    <w:p>
      <w:r>
        <w:rPr>
          <w:rFonts w:ascii="Courier New" w:hAnsi="Courier New"/>
          <w:color w:val="555555"/>
          <w:sz w:val="20"/>
        </w:rPr>
        <w:t>[20]</w:t>
      </w:r>
    </w:p>
    <w:p>
      <w:r>
        <w:rPr>
          <w:rFonts w:ascii="Gentium Plus" w:hAnsi="Gentium Plus"/>
          <w:sz w:val="24"/>
        </w:rPr>
        <w:t>δοξάζοντες. Περὶ δὲ τοῦ πατρὸς τῶν λαλούντων τὸ ψεῦδος ὁ Κύριος ἔφη· Ὅταν λαλῇ τὸ ψεῦδος, ἐκ τῶν ἰδίων λα‐ λεῖ. Ἁρμόττει δὲ τοῖς μαθηταῖς τὰ περὶ τοῦ διδασκάλου ῥηθέντα. Καὶ γὰρ οὗτοι, ταῖς καθ’ ἡμῶν ψευδολογίαις χρησά‐ μενοι, ἐκ τῶν ἰδίων λαλοῦσιν, οὐ τὰ ἡμέτερα λέγουσιν. Ἡμᾶς</w:t>
      </w:r>
    </w:p>
    <w:p>
      <w:r>
        <w:rPr>
          <w:rFonts w:ascii="Courier New" w:hAnsi="Courier New"/>
          <w:color w:val="555555"/>
          <w:sz w:val="20"/>
        </w:rPr>
        <w:t>[25]</w:t>
      </w:r>
    </w:p>
    <w:p>
      <w:r>
        <w:rPr>
          <w:rFonts w:ascii="Gentium Plus" w:hAnsi="Gentium Plus"/>
          <w:sz w:val="24"/>
        </w:rPr>
        <w:t>δὲ ὁ Δεσπότης ψυχαγωγεῖ λέγων· Μακάριοι ἐστε ὅταν ὀνειδίσωσιν ὑμᾶς, καὶ διώξωσι, καὶ εἴπωσι πᾶν πονηρὸν ῥῆμα καθ’ ὑμῶν ἕνεκεν ἐμοῦ ψευδόμενοι· χαίρετε καὶ ἀγαλλιᾶσθε, ὅτι ὁ μισθὸς ὑμῶν πολὺς ἐν τοῖς οὐρανοῖς. Καὶ τὴν σὴν δὲ παρακαλοῦμεν προσεύ‐</w:t>
      </w:r>
    </w:p>
    <w:p>
      <w:r>
        <w:rPr>
          <w:rFonts w:ascii="Courier New" w:hAnsi="Courier New"/>
          <w:color w:val="555555"/>
          <w:sz w:val="20"/>
        </w:rPr>
        <w:t>[30]</w:t>
      </w:r>
    </w:p>
    <w:p>
      <w:r>
        <w:rPr>
          <w:rFonts w:ascii="Gentium Plus" w:hAnsi="Gentium Plus"/>
          <w:sz w:val="24"/>
        </w:rPr>
        <w:t>ξασθαι θεοσέβειαν, μὴ τῆς τῶν ἀδικούντων ἡμᾶς γενέσθαι μερίδος, ἀλλὰ τῆς τῶν ἠδικημένων διὰ τὴν τῶν Εὐαγγελίων ἀλήθειαν.</w:t>
      </w:r>
    </w:p>
    <w:p>
      <w:pPr>
        <w:jc w:val="center"/>
      </w:pPr>
      <w:r>
        <w:rPr>
          <w:rFonts w:ascii="Gentium Plus" w:hAnsi="Gentium Plus"/>
          <w:b/>
          <w:sz w:val="24"/>
        </w:rPr>
        <w:t>ΑΝΔΡΕᾼ ΜΟΝΑΖΟΝΤΙ</w:t>
      </w:r>
    </w:p>
    <w:p>
      <w:r>
        <w:rPr>
          <w:rFonts w:ascii="Courier New" w:hAnsi="Courier New"/>
          <w:color w:val="555555"/>
          <w:sz w:val="20"/>
        </w:rPr>
        <w:t>[t2]</w:t>
      </w:r>
    </w:p>
    <w:p>
      <w:r>
        <w:rPr>
          <w:rFonts w:ascii="Gentium Plus" w:hAnsi="Gentium Plus"/>
          <w:sz w:val="24"/>
        </w:rPr>
        <w:t>ΚΩΝΣΤΑΝΤΙΝΟΥΠΟΛΕΩΣ.</w:t>
      </w:r>
    </w:p>
    <w:p>
      <w:r>
        <w:rPr>
          <w:rFonts w:ascii="Courier New" w:hAnsi="Courier New"/>
          <w:color w:val="555555"/>
          <w:sz w:val="20"/>
        </w:rPr>
        <w:t>[1]</w:t>
      </w:r>
    </w:p>
    <w:p>
      <w:r>
        <w:rPr>
          <w:rFonts w:ascii="Gentium Plus" w:hAnsi="Gentium Plus"/>
          <w:sz w:val="24"/>
        </w:rPr>
        <w:t>Οὔτε θεασάμενος πώποτε τὴν σὴν εὐσέβειαν, οὔτε διὰ γραμ‐ μάτων ὁμιληκώς, ἐραστὴς αὐτῆς ἐγενόμην θερμότατος. Εἰργά‐ σατο δὲ τὸ φίλτρον, καὶ τοῦτο πυρσεύει διηνεκῶς, τὰ παρὰ τῶν τοῦ σοῦ μέλιτος γεγευμένων συμφώνως λεγόμενα. Θαυ‐</w:t>
      </w:r>
    </w:p>
    <w:p>
      <w:r>
        <w:rPr>
          <w:rFonts w:ascii="Courier New" w:hAnsi="Courier New"/>
          <w:color w:val="555555"/>
          <w:sz w:val="20"/>
        </w:rPr>
        <w:t>[5]</w:t>
      </w:r>
    </w:p>
    <w:p>
      <w:r>
        <w:rPr>
          <w:rFonts w:ascii="Gentium Plus" w:hAnsi="Gentium Plus"/>
          <w:sz w:val="24"/>
        </w:rPr>
        <w:t>μάζουσι γὰρ ἅπαντες τῆς πίστεως τὴν ὀρθότητα, τὴν τοῦ βίου λαμπρότητα, τὴν εὐστάθειαν τῆς ψυχῆς, τὴν τῶν ἠθῶν ἁρμονίαν, τὸ τῆς συνουσίας ἐπαγωγὸν καὶ γλυκύ, καὶ τἄλλα ὅσα τὸν τέλειον ὑπογράφει τῆς φιλοσοφίας τρόφιμον. Διὰ ταῦτα τῆς σῆς φιλοθεΐας ἐξήρτημαι. Ὁ δὲ πόθος καὶ γραμμά‐</w:t>
      </w:r>
    </w:p>
    <w:p>
      <w:r>
        <w:rPr>
          <w:rFonts w:ascii="Courier New" w:hAnsi="Courier New"/>
          <w:color w:val="555555"/>
          <w:sz w:val="20"/>
        </w:rPr>
        <w:t>[10]</w:t>
      </w:r>
    </w:p>
    <w:p>
      <w:r>
        <w:rPr>
          <w:rFonts w:ascii="Gentium Plus" w:hAnsi="Gentium Plus"/>
          <w:sz w:val="24"/>
        </w:rPr>
        <w:t>των ἄρξαι πεποίηκεν. Ἀλλ’ ὦ φίλη μοι κεφαλή, μετάδος ὡς</w:t>
      </w:r>
    </w:p>
    <w:p>
      <w:r>
        <w:rPr>
          <w:rFonts w:ascii="Courier New" w:hAnsi="Courier New"/>
          <w:color w:val="555555"/>
          <w:sz w:val="20"/>
        </w:rPr>
        <w:t>[15]</w:t>
      </w:r>
    </w:p>
    <w:p>
      <w:r>
        <w:rPr>
          <w:rFonts w:ascii="Gentium Plus" w:hAnsi="Gentium Plus"/>
          <w:sz w:val="24"/>
        </w:rPr>
        <w:t>δος κήρυκι. Τῷ ὄντι γὰρ παραπλησίως ὑπείληφα δυσσεβεῖς, τούς τε τὰς δύο τοῦ Μονογενοῦς φύσεις εἰς μίαν συνάγειν τολμῶντας, καὶ τοὺς τὸν Κύριον ἡμῶν Ἰησοῦν Χριστόν, τὸν Υἱὸν τοῦ Θεοῦ τοῦ ζῶντος, τὸν ἐνανθρωπήσαντα Θεὸν Λόγον, εἰς δύο μερίζειν ἐπιχειροῦντας υἱούς. Εἴπερ ἄρα τινές εἰσιν·</w:t>
      </w:r>
    </w:p>
    <w:p>
      <w:r>
        <w:rPr>
          <w:rFonts w:ascii="Courier New" w:hAnsi="Courier New"/>
          <w:color w:val="555555"/>
          <w:sz w:val="20"/>
        </w:rPr>
        <w:t>[20]</w:t>
      </w:r>
    </w:p>
    <w:p>
      <w:r>
        <w:rPr>
          <w:rFonts w:ascii="Gentium Plus" w:hAnsi="Gentium Plus"/>
          <w:sz w:val="24"/>
        </w:rPr>
        <w:t>ἐγὼ γὰρ οὐκ οἴομαι· ἀλλὰ ταύτην ἀεὶ τὴν συκοφαντίαν κατὰ τῆς Ἐκκλησίας οἱ τῆς Ἀρείου καὶ Εὐνομίου, καὶ μέντοι καὶ Ἀπολιναρίου συμμορίας ἀναίδην ἐξύφηναν. Καὶ ῥᾴδιον γνῶναι τοῖς φιλοπόνοις, ὡς οἱ πανεύφημοι Πατέρες ἡμῶν, τῶν Ἐκκλησιῶν οἱ φωστῆρες, παρὰ τῶν τῆς ἀληθείας ἐχθρῶν</w:t>
      </w:r>
    </w:p>
    <w:p>
      <w:r>
        <w:rPr>
          <w:rFonts w:ascii="Courier New" w:hAnsi="Courier New"/>
          <w:color w:val="555555"/>
          <w:sz w:val="20"/>
        </w:rPr>
        <w:t>[25]</w:t>
      </w:r>
    </w:p>
    <w:p>
      <w:r>
        <w:rPr>
          <w:rFonts w:ascii="Gentium Plus" w:hAnsi="Gentium Plus"/>
          <w:sz w:val="24"/>
        </w:rPr>
        <w:t>ταύτην τὴν κατηγορίαν ὑπέμειναν, ἣν νῦν ἡμεῖς παρὰ τῶν βελτίστων ὑφιστάμεθα τῆς καινῆς προμάχων αἱρέσεως. Ὧν ὁ πάνσοφος Δεσπότης ἐγύμνωσε τὴν ἀσέβειαν οὐκ ἀνασχό‐ μενος τὴν ἀνοσίαν αἵρεσιν τῇ μακροθυμίᾳ κρατῦναι. Πεισθεὶς τοίνυν ὡς ὁμοδόξοις, δέσποτα, γράφεις—ῥᾴδιον δέ σοι τοῦτο</w:t>
      </w:r>
    </w:p>
    <w:p>
      <w:r>
        <w:rPr>
          <w:rFonts w:ascii="Courier New" w:hAnsi="Courier New"/>
          <w:color w:val="555555"/>
          <w:sz w:val="20"/>
        </w:rPr>
        <w:t>[30]</w:t>
      </w:r>
    </w:p>
    <w:p>
      <w:r>
        <w:rPr>
          <w:rFonts w:ascii="Gentium Plus" w:hAnsi="Gentium Plus"/>
          <w:sz w:val="24"/>
        </w:rPr>
        <w:t>καὶ ἐκ πολλῶν ἡμῶν συγγραμμάτων μαθεῖν—, ἀντίδος τὰ γράμματα. Ἔστι γὰρ ταῦτα πάλιν, σὺν Θεῷ φάναι, τῆς ἀγάπης ἐκκαύματα. Πρὸ δὲ τῶν γραμμάτων, δὸς τῶν προσευχῶν τὴν βοήθειαν, καὶ τὸν ἀγαθὸν ἡμῶν ἀντιβόλησον Κύριον, πρὸς τὴν ἀπλανῆ κατευθῦναι πορείαν τοὺς ἡμετέρους πόδας, ἵνα μετὰ</w:t>
      </w:r>
    </w:p>
    <w:p>
      <w:r>
        <w:rPr>
          <w:rFonts w:ascii="Courier New" w:hAnsi="Courier New"/>
          <w:color w:val="555555"/>
          <w:sz w:val="20"/>
        </w:rPr>
        <w:t>[35]</w:t>
      </w:r>
    </w:p>
    <w:p>
      <w:r>
        <w:rPr>
          <w:rFonts w:ascii="Gentium Plus" w:hAnsi="Gentium Plus"/>
          <w:sz w:val="24"/>
        </w:rPr>
        <w:t>τῶν αὐτοῦ νόμων ἐξανύσωμεν τὸν λειπόμενον δρόμον. Ἔχων γὰρ τὴν ἐκ τῆς καθαρᾶς βιοτῆς παρρησίαν, ῥᾷστα πείσεις τὸν εὐεργετεῖν ἐπειγόμενον.</w:t>
      </w:r>
    </w:p>
    <w:p>
      <w:pPr>
        <w:jc w:val="center"/>
      </w:pPr>
      <w:r>
        <w:rPr>
          <w:rFonts w:ascii="Gentium Plus" w:hAnsi="Gentium Plus"/>
          <w:b/>
          <w:sz w:val="24"/>
        </w:rPr>
        <w:t>ΤΟΙΣ ΣΤΡΑΤΙΩΤΑΙΣ.</w:t>
      </w:r>
    </w:p>
    <w:p>
      <w:r>
        <w:rPr>
          <w:rFonts w:ascii="Courier New" w:hAnsi="Courier New"/>
          <w:color w:val="555555"/>
          <w:sz w:val="20"/>
        </w:rPr>
        <w:t>[1]</w:t>
      </w:r>
    </w:p>
    <w:p>
      <w:r>
        <w:rPr>
          <w:rFonts w:ascii="Gentium Plus" w:hAnsi="Gentium Plus"/>
          <w:sz w:val="24"/>
        </w:rPr>
        <w:t>Μία μὲν πάντων ἀνθρώπων φύσις, αἱ δὲ τῶν βίων προαι‐ ρέσεις πολλαὶ καὶ διάφοροι. Οἱ μὲν γὰρ ναυτικόν, οἱ δὲ πολε‐ μικὸν αἱροῦνται βίον· καὶ οἱ μὲν ἀθλητικόν, οἱ δὲ γεωργικόν· καὶ οἱ μὲν τήνδε, οἱ δὲ τήνδε τὴν τέχνην μεταχειρίζουσι.</w:t>
      </w:r>
    </w:p>
    <w:p>
      <w:r>
        <w:rPr>
          <w:rFonts w:ascii="Courier New" w:hAnsi="Courier New"/>
          <w:color w:val="555555"/>
          <w:sz w:val="20"/>
        </w:rPr>
        <w:t>[5]</w:t>
      </w:r>
    </w:p>
    <w:p>
      <w:r>
        <w:rPr>
          <w:rFonts w:ascii="Gentium Plus" w:hAnsi="Gentium Plus"/>
          <w:sz w:val="24"/>
        </w:rPr>
        <w:t>Καὶ ἵνα τὰς ἄλλας παραλίπω διαφοράς, οἱ μέν εἰσι τῶν ἀνθρώ‐ πων σπουδαῖοι καὶ ἐμμελεῖς περὶ τὰ θεῖα, καὶ τῶν ἀποστολι‐ κῶν δογμάτων ἐκπαιδεύονται τὴν ἀκρίβειαν· οἱ δὲ γαστρὶ δου‐ λεύουσι, καὶ τῶν αἰσχρῶν ἡδονῶν τὴν ἀπόλαυσιν εὐημερίαν ὑπολαμβάνουσιν· ἄλλοι δέ γε μέσοι τούτων κἀκείνων εἰσί, καὶ</w:t>
      </w:r>
    </w:p>
    <w:p>
      <w:r>
        <w:rPr>
          <w:rFonts w:ascii="Courier New" w:hAnsi="Courier New"/>
          <w:color w:val="555555"/>
          <w:sz w:val="20"/>
        </w:rPr>
        <w:t>[10]</w:t>
      </w:r>
    </w:p>
    <w:p>
      <w:r>
        <w:rPr>
          <w:rFonts w:ascii="Gentium Plus" w:hAnsi="Gentium Plus"/>
          <w:sz w:val="24"/>
        </w:rPr>
        <w:t>οὔτε τὴν ἐπαινουμένην ζηλοῦσι σπουδήν, οὔτε τὸν ἀκόλαστον ἀσπάζονται βίον, τὴν δὲ ἁπλότητα τιμῶσι τῆς πίστεως. Ἡγοῦμαι τοίνυν τοὺς ἐπισκήψαντας ἐκείνῳ τῷ λόγῳ, ὅς φησιν εἶναί τινα παντελῶς ἀδύνατα τῷ Θεῷ, οὐ τῶν σπουδαίων εἶναι, καὶ τὰ θεῖα πεπαιδευμένων, ἀλλ’ ἢ τούτων, οἳ τὴν</w:t>
      </w:r>
    </w:p>
    <w:p>
      <w:r>
        <w:rPr>
          <w:rFonts w:ascii="Courier New" w:hAnsi="Courier New"/>
          <w:color w:val="555555"/>
          <w:sz w:val="20"/>
        </w:rPr>
        <w:t>[15]</w:t>
      </w:r>
    </w:p>
    <w:p>
      <w:r>
        <w:rPr>
          <w:rFonts w:ascii="Gentium Plus" w:hAnsi="Gentium Plus"/>
          <w:sz w:val="24"/>
        </w:rPr>
        <w:t>ἀκρίβειαν τῶν ἀποστολικῶν δογμάτων οὐκ ἴσασιν, ἢ ἐκείνων, οἳ ταῖς ἡδυπαθείαις, δεδουλωμένοι πρὸς τοὺς καιροὺς μετα‐ βάλλονται, καὶ νῦν μὲν ταῦτα, νῦν δὲ ἐκεῖνα πρεσβεύουσιν. Ἐπειδὴ δὲ γράψαι περὶ τούτων ἡμᾶς ᾐτήσατε, σιγᾶν ἐπὶ τοῦ παρόντος βεβουλευμένος, βραχέα εἰπεῖν ἀναγκάζομαι, τῇ</w:t>
      </w:r>
    </w:p>
    <w:p>
      <w:r>
        <w:rPr>
          <w:rFonts w:ascii="Courier New" w:hAnsi="Courier New"/>
          <w:color w:val="555555"/>
          <w:sz w:val="20"/>
        </w:rPr>
        <w:t>[20]</w:t>
      </w:r>
    </w:p>
    <w:p>
      <w:r>
        <w:rPr>
          <w:rFonts w:ascii="Gentium Plus" w:hAnsi="Gentium Plus"/>
          <w:sz w:val="24"/>
        </w:rPr>
        <w:t>Δεσποτικῇ πειθόμενος ἐντολῇ· Παντὶ γάρ, φησί, τῷ αἰ‐ τοῦντί σε δίδου. Ἡμεῖς τοίνυν πάντα μὲν δύνασθαί φαμεν τὸν τῶν ὅλων</w:t>
      </w:r>
    </w:p>
    <w:p>
      <w:r>
        <w:rPr>
          <w:rFonts w:ascii="Courier New" w:hAnsi="Courier New"/>
          <w:color w:val="555555"/>
          <w:sz w:val="20"/>
        </w:rPr>
        <w:t>[25]</w:t>
      </w:r>
    </w:p>
    <w:p>
      <w:r>
        <w:rPr>
          <w:rFonts w:ascii="Gentium Plus" w:hAnsi="Gentium Plus"/>
          <w:sz w:val="24"/>
        </w:rPr>
        <w:t>τῶν ἐναντίων προσίεται, ἀλλὰ μόνα τὰ τῇ φύσει πρέποντα. Εἰ δέ τινες ἀντιλέγουσι τῷδε τῷ λόγῳ, ἔρεσθε αὐτούς, εἰ δύναται ψεύσασθαι ὁ τῶν ὅλων Θεὸς τῆς ἀληθείας ὁ νομοθέ‐ της· κἂν μὲν εἴποιεν δυνατὸν τῷ Θεῷ τὸ ψεῦδος, ὡς δυσσεβεῖς καὶ βλασφήμους τῆς ὑμετέρας συμμορίας ἐξελάσατε. Εἰ δὲ</w:t>
      </w:r>
    </w:p>
    <w:p>
      <w:r>
        <w:rPr>
          <w:rFonts w:ascii="Courier New" w:hAnsi="Courier New"/>
          <w:color w:val="555555"/>
          <w:sz w:val="20"/>
        </w:rPr>
        <w:t>[30]</w:t>
      </w:r>
    </w:p>
    <w:p>
      <w:r>
        <w:rPr>
          <w:rFonts w:ascii="Gentium Plus" w:hAnsi="Gentium Plus"/>
          <w:sz w:val="24"/>
        </w:rPr>
        <w:t>σύνθοιντο καὶ αὐτοί, μὴ δυνατὸν εἶναι τοῦτο τῷ τῶν ὅλων Θεῷ, πάλιν προσερωτήσατε, εἰ δυνατὸν ἄδικον γενέσθαι τὸν τὴν δικαιοσύνην πηγάζοντα. Εἰ δὲ συνομολογήσαιεν καὶ τοῦτο ἀδύνατον εἶναι τῷ τῶν ὅλων Θεῷ, πυθέσθαι χρὴ πάλιν, εἰ δυνατὸν ἄσοφον γενέσθαι τῆς σοφίας τὴν ἄβυσσον, καὶ τὸν</w:t>
      </w:r>
    </w:p>
    <w:p>
      <w:r>
        <w:rPr>
          <w:rFonts w:ascii="Courier New" w:hAnsi="Courier New"/>
          <w:color w:val="555555"/>
          <w:sz w:val="20"/>
        </w:rPr>
        <w:t>[35]</w:t>
      </w:r>
    </w:p>
    <w:p>
      <w:r>
        <w:rPr>
          <w:rFonts w:ascii="Gentium Plus" w:hAnsi="Gentium Plus"/>
          <w:sz w:val="24"/>
        </w:rPr>
        <w:t>Θεὸν μὴ εἶναι Θεόν, καὶ τὸν Κύριον ὡσαύτως μὴ εἶναι Κύριον, καὶ τὸν Δημιουργὸν οὐ Δημιουργόν, καὶ τὸν ἀγαθὸν οὐκ ἀγα‐ θόν, ἀλλὰ κακόν, καὶ τὸ ἀληθινὸν φῶς μὴ εἶναι φῶς, ἀλλὰ τοὐναντίον. Εἰ δὲ συμφήσαιεν ταῦτα πάντα, καὶ τὰ τούτοις προσόμοια, ἀδύνατα εἶναι τῷ τῶν ὅλων Θεῷ, εἰπεῖν χρὴ πρὸς</w:t>
      </w:r>
    </w:p>
    <w:p>
      <w:r>
        <w:rPr>
          <w:rFonts w:ascii="Courier New" w:hAnsi="Courier New"/>
          <w:color w:val="555555"/>
          <w:sz w:val="20"/>
        </w:rPr>
        <w:t>[40]</w:t>
      </w:r>
    </w:p>
    <w:p>
      <w:r>
        <w:rPr>
          <w:rFonts w:ascii="Gentium Plus" w:hAnsi="Gentium Plus"/>
          <w:sz w:val="24"/>
        </w:rPr>
        <w:t>αὐτούς· οὐκοῦν πολλὰ ἀδύνατα τῷ Θεῷ· καὶ ὅτι ταῦτα τὰ ἀδύνατα οὐκ ἀδυναμίας δηλωτικά, ἀλλὰ δυνάμεως μεγίστης σημαντικά. Οὐδὲ γὰρ περὶ τῆς ψυχῆς τῆς ἡμετέρας λέγοντες, ὡς ἀδύνατον αὐτὴν ἀποθανεῖν, ἀσθένειαν αὐτῆς κατηγοροῦ‐ μεν, ἀλλὰ τῆς ἀθανασίας αὐτῆς τὸ δυνατὸν κηρύττομεν. Οὕτω</w:t>
      </w:r>
    </w:p>
    <w:p>
      <w:r>
        <w:rPr>
          <w:rFonts w:ascii="Courier New" w:hAnsi="Courier New"/>
          <w:color w:val="555555"/>
          <w:sz w:val="20"/>
        </w:rPr>
        <w:t>[45]</w:t>
      </w:r>
    </w:p>
    <w:p>
      <w:r>
        <w:rPr>
          <w:rFonts w:ascii="Gentium Plus" w:hAnsi="Gentium Plus"/>
          <w:sz w:val="24"/>
        </w:rPr>
        <w:t>τοίνυν ὁμολογοῦντες τοῦ Θεοῦ τὸ ἄτρεπτον, τὸ ἀπαθές, τὸ ἀθάνατον, οὔτε τροπήν, οὔτε πάθος, οὔτε θάνατον ἐκείνῃ προσάψαι τῇ φύσει δυνάμεθα. Εἰ δὲ εἴποιεν· Ἅπερ ἂν ἐθε‐ λήσῃ δύναται ὁ Θεός, χρὴ πρὸς αὐτοὺς εἰπεῖν ὅτι οὐδὲν βούλεται ποιεῖν ὧν μὴ πέφυκεν· πέφυκε δὲ ἀγαθός, οὐκοῦν οὐ</w:t>
      </w:r>
    </w:p>
    <w:p>
      <w:r>
        <w:rPr>
          <w:rFonts w:ascii="Courier New" w:hAnsi="Courier New"/>
          <w:color w:val="555555"/>
          <w:sz w:val="20"/>
        </w:rPr>
        <w:t>[145 (50)]</w:t>
      </w:r>
    </w:p>
    <w:p>
      <w:r>
        <w:rPr>
          <w:rFonts w:ascii="Gentium Plus" w:hAnsi="Gentium Plus"/>
          <w:sz w:val="24"/>
        </w:rPr>
        <w:t>βούλεταί τι κακόν· πέφυκε δίκαιος, οὐκοῦν οὐ βούλεταί τι ἄδικον· πέφυκεν ἀληθής, οὐκοῦν τὸ ψεῦδος βδελύττεται·</w:t>
      </w:r>
    </w:p>
    <w:p>
      <w:r>
        <w:rPr>
          <w:rFonts w:ascii="Courier New" w:hAnsi="Courier New"/>
          <w:color w:val="555555"/>
          <w:sz w:val="20"/>
        </w:rPr>
        <w:t>[55]</w:t>
      </w:r>
    </w:p>
    <w:p>
      <w:r>
        <w:rPr>
          <w:rFonts w:ascii="Gentium Plus" w:hAnsi="Gentium Plus"/>
          <w:sz w:val="24"/>
        </w:rPr>
        <w:t>καὶ οὐκ ἠλλοίωμαι. Καὶ ὁ μακάριος Δαβίδ· Σὺ δὲ ὁ αὐ‐ τὸς εἶ, καὶ τὰ ἔτη σου οὐκ ἐκλείψουσιν· Εἰ δὲ ὁ αὐτός ἐστι, μεταβολὴν οὐκ ἐδέξατο. Εἰ δὲ κρείττων ὑπάρχει μεταβο‐ λῆς καὶ τροπῆς, οὐ γέγονεν ἐξ ἀθανάτου θνητός, οὐδὲ ἐξ ἀπαθοῦς παθητός. Εἰ γὰρ τοῦτο γενέσθαι οἷόν τε ἦν, οὐκ ἂν</w:t>
      </w:r>
    </w:p>
    <w:p>
      <w:r>
        <w:rPr>
          <w:rFonts w:ascii="Courier New" w:hAnsi="Courier New"/>
          <w:color w:val="555555"/>
          <w:sz w:val="20"/>
        </w:rPr>
        <w:t>[60]</w:t>
      </w:r>
    </w:p>
    <w:p>
      <w:r>
        <w:rPr>
          <w:rFonts w:ascii="Gentium Plus" w:hAnsi="Gentium Plus"/>
          <w:sz w:val="24"/>
        </w:rPr>
        <w:t>τὴν ἡμετέραν προσέλαβε φύσιν. Ἐπειδὴ δὲ ἀθάνατον ἔχει φύ‐ σιν, ἔλαβε τὸ παθεῖν δυνάμενον σῶμα, καὶ σὺν τῷ σώματι τὴν ἀνθρωπείαν ψυχήν. Καὶ τούτων ἑκάτερον τῶν τῆς ἁμαρτίας κηλίδων φυλάξας ἀμύητον, ὑπὲρ μὲν τῶν ἡμαρτηκυιῶν ψυχῶν δέδωκε τὴν ψυχήν, ὑπὲρ δὲ τῶν τεθνηκότων σωμάτων τὸ</w:t>
      </w:r>
    </w:p>
    <w:p>
      <w:r>
        <w:rPr>
          <w:rFonts w:ascii="Courier New" w:hAnsi="Courier New"/>
          <w:color w:val="555555"/>
          <w:sz w:val="20"/>
        </w:rPr>
        <w:t>[65]</w:t>
      </w:r>
    </w:p>
    <w:p>
      <w:r>
        <w:rPr>
          <w:rFonts w:ascii="Gentium Plus" w:hAnsi="Gentium Plus"/>
          <w:sz w:val="24"/>
        </w:rPr>
        <w:t>σῶμα. Καὶ ἐπειδήπερ αὐτοῦ τοῦ μονογενοῦς Υἱοῦ τοῦ Θεοῦ σῶμα τὸ ληφθὲν προσηγορεύθη σῶμα, εἰς ἑαυτὸν ἀναφέρει τὸ τοῦ σώματος πάθος. Ὅτι δὲ οὐχ ἡ θεία φύσις, ἀλλὰ τὸ σῶμα τῷ σταυρῷ προσηλώθη, μάρτυρες οἱ τέσσαρες εὐαγγελισταί. Ἅπαντες γὰρ συμφώνως τοῦτο διδάσκουσιν, ὡς Ἰωσὴφ ὁ ἀπὸ</w:t>
      </w:r>
    </w:p>
    <w:p>
      <w:r>
        <w:rPr>
          <w:rFonts w:ascii="Courier New" w:hAnsi="Courier New"/>
          <w:color w:val="555555"/>
          <w:sz w:val="20"/>
        </w:rPr>
        <w:t>[70]</w:t>
      </w:r>
    </w:p>
    <w:p>
      <w:r>
        <w:rPr>
          <w:rFonts w:ascii="Gentium Plus" w:hAnsi="Gentium Plus"/>
          <w:sz w:val="24"/>
        </w:rPr>
        <w:t>Ἀριμαθείας προσελθὼν τῷ Πιλάτῳ ᾔτησε τὸ σῶμα τοῦ Ἰησοῦ· καὶ ὅτι οὗτος ἀπὸ τοῦ ξύλου καθεῖλε τὸ σῶμα τοῦ Ἰησοῦ, καὶ ὅτι σινδόνι καλύψας ἔθηκεν ἐν τῷ καινῷ αὐτοῦ μνημείῳ τὸ σῶμα τοῦ Ἰησοῦ· καὶ ὡς αἱ περὶ Μαρίαν τὴν Μαγδαληνὴν ἦλθον εἰς τὸ μνημεῖον ζητοῦσαι τὸ σῶμα τοῦ Ἰησοῦ, καὶ μὴ</w:t>
      </w:r>
    </w:p>
    <w:p>
      <w:r>
        <w:rPr>
          <w:rFonts w:ascii="Courier New" w:hAnsi="Courier New"/>
          <w:color w:val="555555"/>
          <w:sz w:val="20"/>
        </w:rPr>
        <w:t>[75]</w:t>
      </w:r>
    </w:p>
    <w:p>
      <w:r>
        <w:rPr>
          <w:rFonts w:ascii="Gentium Plus" w:hAnsi="Gentium Plus"/>
          <w:sz w:val="24"/>
        </w:rPr>
        <w:t>εὑροῦσαι τὸ σῶμα τοῦ Ἰησοῦ ἔδραμον πρὸς τοὺς μαθητὰς αὐτοῦ, καὶ ἀπήγγειλαν ταῦτα. Ταῦτα οἱ τέσσαρες εὐαγγελισταὶ συμφώνως κηρύττουσιν. Εἰ δέ φασιν οἱ ἀντιλέγοντες εἰρηκέναι τὸν ἄγγελον· Δεῦτε, βλέπετε τὸν τόπον ὅπου ἔκειτο ὁ Κύριος, μαθέτωσαν</w:t>
      </w:r>
    </w:p>
    <w:p>
      <w:r>
        <w:rPr>
          <w:rFonts w:ascii="Courier New" w:hAnsi="Courier New"/>
          <w:color w:val="555555"/>
          <w:sz w:val="20"/>
        </w:rPr>
        <w:t>[80]</w:t>
      </w:r>
    </w:p>
    <w:p>
      <w:r>
        <w:rPr>
          <w:rFonts w:ascii="Gentium Plus" w:hAnsi="Gentium Plus"/>
          <w:sz w:val="24"/>
        </w:rPr>
        <w:t>οἱ ἀσύνετοι, ὡς καὶ περὶ τοῦ καλλινίκου Στεφάνου φησὶν ἡ θεία Γραφή· Συνεκόμισαν δὲ τὸν Στέφανον ἄνδρες εὐλαβεῖς. Καίτοι τὸ σῶμα μόνον ἠξιώθη ταφῆς, ἡ δὲ ψυχὴ οὐ συνετάφη τῷ σώματι, ἀλλ’ ὅμως τοῦ κοινοῦ ὀνόματος καὶ μόνον τὸ σῶμα μετέλαχεν. Οὕτως ὁ μακάριος Ἰακὼβ τοῖς υἱέ‐</w:t>
      </w:r>
    </w:p>
    <w:p>
      <w:r>
        <w:rPr>
          <w:rFonts w:ascii="Courier New" w:hAnsi="Courier New"/>
          <w:color w:val="555555"/>
          <w:sz w:val="20"/>
        </w:rPr>
        <w:t>[85]</w:t>
      </w:r>
    </w:p>
    <w:p>
      <w:r>
        <w:rPr>
          <w:rFonts w:ascii="Gentium Plus" w:hAnsi="Gentium Plus"/>
          <w:sz w:val="24"/>
        </w:rPr>
        <w:t>σιν ἔλεγε· Θάψατέ με μετὰ τῶν πατέρων μου· καὶ οὐκ εἶπε· Θάψατέ μου τὸ σῶμα· καὶ ἐπήγαγεν· Ἐκεῖ ἔθα‐ ψαν Ἀβραὰμ καὶ Σάρραν τὴν γυναῖκα αὐτοῦ· καὶ ἐκεῖ ἔθαψαν Ἰσαάκ, καὶ Ῥεβέκκαν τὴν γυναῖκα αὐτοῦ· καὶ ἐκεῖ ἔθαψαν τὴν Λείαν· καὶ οὐκ εἶπε· τὰ</w:t>
      </w:r>
    </w:p>
    <w:p>
      <w:r>
        <w:rPr>
          <w:rFonts w:ascii="Courier New" w:hAnsi="Courier New"/>
          <w:color w:val="555555"/>
          <w:sz w:val="20"/>
        </w:rPr>
        <w:t>[90]</w:t>
      </w:r>
    </w:p>
    <w:p>
      <w:r>
        <w:rPr>
          <w:rFonts w:ascii="Gentium Plus" w:hAnsi="Gentium Plus"/>
          <w:sz w:val="24"/>
        </w:rPr>
        <w:t>ἐκείνων σώματα. Καὶ μὴν τὰ ὀνόματα κοινὰ σωμάτων ἐστὶ καὶ ψυχῶν· ἀλλ’ ὅμως καὶ μόνα τὰ σώματα ἐκ τῶν κοινῶν ὀνομάτων ἐκάλεσεν. Οὕτω καὶ ἡμεῖς πολλάκις τοὺς τῶν ἁγίων ἀποστόλων καὶ προφητῶν καὶ μαρτύρων σηκοὺς ὀνομάζομεν, καὶ τὸν μὲν Διονυσίου τυχόν, τὸν δὲ Ἰουλιανοῦ, ἢ Κοσμᾶ·</w:t>
      </w:r>
    </w:p>
    <w:p>
      <w:r>
        <w:rPr>
          <w:rFonts w:ascii="Courier New" w:hAnsi="Courier New"/>
          <w:color w:val="555555"/>
          <w:sz w:val="20"/>
        </w:rPr>
        <w:t>[95]</w:t>
      </w:r>
    </w:p>
    <w:p>
      <w:r>
        <w:rPr>
          <w:rFonts w:ascii="Gentium Plus" w:hAnsi="Gentium Plus"/>
          <w:sz w:val="24"/>
        </w:rPr>
        <w:t>καίτοι εἰδότες, ὡς μικρὰ πολλάκις λείψανα σωμάτων ἐν τού‐ τοις κατάκεινται, αἱ δὲ ψυχαὶ ἐν θειοτέροις χωρίοις διανα‐ παύονται. Κἀν τῇ κοινῇ δὲ χρήσει τοῦτο τὸ ἔθος ἔστιν εὑρεῖν. Ὁ δεῖνα γάρ, φαμέν, ἀπέθανε, καὶ ὁ δεῖνα ἐν τῷδε κατάκειται τῷ τόπῳ· καὶ ταῦτα εἰδότες ὡς ἀθάνατος ἡ</w:t>
      </w:r>
    </w:p>
    <w:p>
      <w:r>
        <w:rPr>
          <w:rFonts w:ascii="Courier New" w:hAnsi="Courier New"/>
          <w:color w:val="555555"/>
          <w:sz w:val="20"/>
        </w:rPr>
        <w:t>[145 (100)]</w:t>
      </w:r>
    </w:p>
    <w:p>
      <w:r>
        <w:rPr>
          <w:rFonts w:ascii="Gentium Plus" w:hAnsi="Gentium Plus"/>
          <w:sz w:val="24"/>
        </w:rPr>
        <w:t>ψυχή, καὶ ὡς οὐ κοινωνεῖ τοῦ τάφου τῷ σώματι. Οὕτω καὶ ὁ ἄγγελος ἔφη· Δεῦτε, βλέπετε τὸν τόπον ὅπου ἔκειτο ὁ Κύριος· οὐ τὴν θεότητα περικλείσας τῷ τάφῳ, ἀλλὰ τοῦ</w:t>
      </w:r>
    </w:p>
    <w:p>
      <w:r>
        <w:rPr>
          <w:rFonts w:ascii="Courier New" w:hAnsi="Courier New"/>
          <w:color w:val="555555"/>
          <w:sz w:val="20"/>
        </w:rPr>
        <w:t>[105]</w:t>
      </w:r>
    </w:p>
    <w:p>
      <w:r>
        <w:rPr>
          <w:rFonts w:ascii="Gentium Plus" w:hAnsi="Gentium Plus"/>
          <w:sz w:val="24"/>
        </w:rPr>
        <w:t>σάτωσαν Ἀθανασίου τοῦ πανευφήμου τῆς Ἀλεξανδρείας ἀρχιεπισκόπου, ὃς δι’ ὁμολογίας τὴν ἀρχιερωσύνην ἐκόσμησε, βοῶντος· Ζωὴ ἀποθανεῖν οὐ δύναται, μᾶλλον δὲ καὶ τοὺς νεκροὺς ζωοποιεῖ. Ἀκουσάτωσαν καὶ τοῦ πολυθρυ‐ λήτου Δαμάσου, τοῦ τῶν Ῥωμαίων ἐπισκόπου, βοῶντος· Εἴ</w:t>
      </w:r>
    </w:p>
    <w:p>
      <w:r>
        <w:rPr>
          <w:rFonts w:ascii="Courier New" w:hAnsi="Courier New"/>
          <w:color w:val="555555"/>
          <w:sz w:val="20"/>
        </w:rPr>
        <w:t>[110]</w:t>
      </w:r>
    </w:p>
    <w:p>
      <w:r>
        <w:rPr>
          <w:rFonts w:ascii="Gentium Plus" w:hAnsi="Gentium Plus"/>
          <w:sz w:val="24"/>
        </w:rPr>
        <w:t>τις εἴποι, ὅτι ἐν τῷ σταυρῷ πόνον ὑπέμεινεν ἡ θεό‐ της, καὶ οὐχὶ τὸ σῶμα μετὰ τῆς ψυχῆς, ἡ τοῦ δού‐ λου μορφή, ἣν τελείαν ἀνέλαβεν, ἀνάθεμα ἔστω. Ἀκουσάτωσαν καὶ τοῦ ἁγιωτάτου καὶ ὁσιωτάτου τῶν Ῥωμαίων ἐπισκόπου τοῦ κυρίου Λέοντος, νῦν γεγραφότος· Ὅτι ἔπ‐</w:t>
      </w:r>
    </w:p>
    <w:p>
      <w:r>
        <w:rPr>
          <w:rFonts w:ascii="Courier New" w:hAnsi="Courier New"/>
          <w:color w:val="555555"/>
          <w:sz w:val="20"/>
        </w:rPr>
        <w:t>[115]</w:t>
      </w:r>
    </w:p>
    <w:p>
      <w:r>
        <w:rPr>
          <w:rFonts w:ascii="Gentium Plus" w:hAnsi="Gentium Plus"/>
          <w:sz w:val="24"/>
        </w:rPr>
        <w:t>αθεν ὁ Υἱὸς τοῦ Θεοῦ, ὡς παθεῖν ἠδύνατο, οὐ κατὰ τὴν λαβοῦσαν φύσιν, ἀλλὰ κατὰ τὴν ληφθεῖσαν. Ἡ γὰρ ἀπαθὴς φύσις τὸ παθητὸν ἔλαβε σῶμα, καὶ αὐτὸ παρέδωκεν ὑπὲρ ἡμῶν, ἵνα τὴν ἡμετέραν ἐργάσηται σωτηρίαν, καὶ τὴν οἰκείαν φύσιν ἐφύλα‐</w:t>
      </w:r>
    </w:p>
    <w:p>
      <w:r>
        <w:rPr>
          <w:rFonts w:ascii="Courier New" w:hAnsi="Courier New"/>
          <w:color w:val="555555"/>
          <w:sz w:val="20"/>
        </w:rPr>
        <w:t>[120]</w:t>
      </w:r>
    </w:p>
    <w:p>
      <w:r>
        <w:rPr>
          <w:rFonts w:ascii="Gentium Plus" w:hAnsi="Gentium Plus"/>
          <w:sz w:val="24"/>
        </w:rPr>
        <w:t>ξεν ἀπαθῆ. Καὶ πάλιν· οὐ γὰρ ἦλθεν ἵνα τὴν οἰκείαν ἀπολέσῃ φύσιν, ἀλλ’ ἵνα τὴν ἡμετέραν σώσῃ. Εἰ τοί‐ νυν κατηγοροῦσιν ἡμῶν εἰρηκότων, ὅτι ὅσα βούλεται δύναται</w:t>
      </w:r>
    </w:p>
    <w:p>
      <w:r>
        <w:rPr>
          <w:rFonts w:ascii="Courier New" w:hAnsi="Courier New"/>
          <w:color w:val="555555"/>
          <w:sz w:val="20"/>
        </w:rPr>
        <w:t>[125]</w:t>
      </w:r>
    </w:p>
    <w:p>
      <w:r>
        <w:rPr>
          <w:rFonts w:ascii="Gentium Plus" w:hAnsi="Gentium Plus"/>
          <w:sz w:val="24"/>
        </w:rPr>
        <w:t>τῶνδε τῶν ἁγίων, καὶ τῶν ἄλλων ἁπάντων, ὅσοι ταῦτα πρεσ‐ βεύουσι. Κατηγορείτωσαν καὶ τοῦ Ἀποστόλου βοῶντος· Ἵνα διὰ δύο πραγμάτων ἀμεταθέτων, ἐν οἷς ἀδύνατον ψεύσασθαι Θεόν. Καὶ πάλιν· Εἰ ἀπιστοῦμεν, ἐκεῖ‐ νος πιστὸς μένει, ἀρνήσασθαι ἑαυτὸν οὐ δύναται.</w:t>
      </w:r>
    </w:p>
    <w:p>
      <w:r>
        <w:rPr>
          <w:rFonts w:ascii="Courier New" w:hAnsi="Courier New"/>
          <w:color w:val="555555"/>
          <w:sz w:val="20"/>
        </w:rPr>
        <w:t>[130]</w:t>
      </w:r>
    </w:p>
    <w:p>
      <w:r>
        <w:rPr>
          <w:rFonts w:ascii="Gentium Plus" w:hAnsi="Gentium Plus"/>
          <w:sz w:val="24"/>
        </w:rPr>
        <w:t>Ταῦτα τοῖς ἀντιλέγουσιν ὑπανάγνωτε· καὶ εἰ μὲν πεισθεῖεν, ὑμνήσατε τὸν ἀγαθὸν Κύριον, ὅτι διὰ τῆς ὑμετέρας σπουδῆς κἀκείνοις τὴν ὠφέλειαν προὐξένησεν. Εἰ δὲ ἐπιμένοιεν ἀπει‐ θοῦντες, μηδεμίαν πρὸς αὐτοὺς περὶ δογμάτων ποιεῖσθε διά‐ λεξιν. Ἀπαγορεύει γὰρ ὁ θεῖος Ἀπόστολος, λογομαχεῖν εἰς</w:t>
      </w:r>
    </w:p>
    <w:p>
      <w:r>
        <w:rPr>
          <w:rFonts w:ascii="Courier New" w:hAnsi="Courier New"/>
          <w:color w:val="555555"/>
          <w:sz w:val="20"/>
        </w:rPr>
        <w:t>[135]</w:t>
      </w:r>
    </w:p>
    <w:p>
      <w:r>
        <w:rPr>
          <w:rFonts w:ascii="Gentium Plus" w:hAnsi="Gentium Plus"/>
          <w:sz w:val="24"/>
        </w:rPr>
        <w:t>οὐδὲν χρήσιμον ἐπὶ καταστροφῇ τῶν ἀκουόντων. Ὑμεῖς δὲ τὴν εὐαγγελικὴν διδασκαλίαν ἄσυλον διατηρήσατε, ἵν’ ἐν τῇ τῆς ἐπιφανείας ἡμέρᾳ, μετὰ τῆς προσηκούσης ἐργα‐ σίας τὴν παρακαταθήκην τῷ δικαίῳ προσενεγκότες Κριτῇ, τῆς τριποθήτου φωνῆς ἐπακούσητε· Εὖ, δοῦλε ἀγαθὲ καὶ</w:t>
      </w:r>
    </w:p>
    <w:p>
      <w:r>
        <w:rPr>
          <w:rFonts w:ascii="Courier New" w:hAnsi="Courier New"/>
          <w:color w:val="555555"/>
          <w:sz w:val="20"/>
        </w:rPr>
        <w:t>[140]</w:t>
      </w:r>
    </w:p>
    <w:p>
      <w:r>
        <w:rPr>
          <w:rFonts w:ascii="Gentium Plus" w:hAnsi="Gentium Plus"/>
          <w:sz w:val="24"/>
        </w:rPr>
        <w:t>πιστέ· ἐπὶ ὀλίγα ᾖς πιστός, ἐπὶ πολλῶν σε κατα‐ στήσω· εἴσελθε εἰς τὴν χαρὰν τοῦ Κυρίου σου.</w:t>
      </w:r>
    </w:p>
    <w:p>
      <w:pPr>
        <w:jc w:val="center"/>
      </w:pPr>
      <w:r>
        <w:rPr>
          <w:rFonts w:ascii="Gentium Plus" w:hAnsi="Gentium Plus"/>
          <w:b/>
          <w:sz w:val="24"/>
        </w:rPr>
        <w:t>ΤΟΙΣ ΕΝ ΚΩΝΣΤΑΝΤΙΝΟΥΠΟΛΕΙ</w:t>
      </w:r>
    </w:p>
    <w:p>
      <w:pPr>
        <w:jc w:val="center"/>
      </w:pPr>
      <w:r>
        <w:rPr>
          <w:rFonts w:ascii="Gentium Plus" w:hAnsi="Gentium Plus"/>
          <w:b/>
          <w:sz w:val="24"/>
        </w:rPr>
        <w:t>ΜΟΝΑΖΟΥΣΙΝ.</w:t>
      </w:r>
    </w:p>
    <w:p>
      <w:r>
        <w:rPr>
          <w:rFonts w:ascii="Courier New" w:hAnsi="Courier New"/>
          <w:color w:val="555555"/>
          <w:sz w:val="20"/>
        </w:rPr>
        <w:t>[1]</w:t>
      </w:r>
    </w:p>
    <w:p>
      <w:r>
        <w:rPr>
          <w:rFonts w:ascii="Gentium Plus" w:hAnsi="Gentium Plus"/>
          <w:sz w:val="24"/>
        </w:rPr>
        <w:t>Οἱ κατὰ τοῦ Θεοῦ καὶ Σωτῆρος ἡμῶν τὰς γλώττας ὁπλί‐ σαντες, οὐδὲν καινὸν οὐδὲ παράδοξον δρῶσιν, καὶ τοὺς εὔνους</w:t>
      </w:r>
    </w:p>
    <w:p>
      <w:r>
        <w:rPr>
          <w:rFonts w:ascii="Courier New" w:hAnsi="Courier New"/>
          <w:color w:val="555555"/>
          <w:sz w:val="20"/>
        </w:rPr>
        <w:t>[5]</w:t>
      </w:r>
    </w:p>
    <w:p>
      <w:r>
        <w:rPr>
          <w:rFonts w:ascii="Gentium Plus" w:hAnsi="Gentium Plus"/>
          <w:sz w:val="24"/>
        </w:rPr>
        <w:t>οἰκέτας. Τοῦτο δὲ καὶ αὐτὸς ὁ Κύριος προτεθέσπικεν, τοὺς ἱεροὺς αὑτοῦ ψυχαγωγῶν μαθητάς. Ἔφη δὲ οὕτως· Εἰ ἐμὲ ἐδίωξαν, καὶ ὑμᾶς διώξουσιν· εἰ τὸν οἰκοδεσπότην Βεελζεβοὺλ ἐκάλεσαν, πόσῳ μᾶλλον τοὺς οἰκειακοὺς αὐτοῦ; Εἶτα παρεθάρρυνεν αὐτούς, δείξας τὸ τῆς συκο‐</w:t>
      </w:r>
    </w:p>
    <w:p>
      <w:r>
        <w:rPr>
          <w:rFonts w:ascii="Courier New" w:hAnsi="Courier New"/>
          <w:color w:val="555555"/>
          <w:sz w:val="20"/>
        </w:rPr>
        <w:t>[10]</w:t>
      </w:r>
    </w:p>
    <w:p>
      <w:r>
        <w:rPr>
          <w:rFonts w:ascii="Gentium Plus" w:hAnsi="Gentium Plus"/>
          <w:sz w:val="24"/>
        </w:rPr>
        <w:t>φαντίας εὐφώρατον. Ἐπήγαγε γάρ· Μὴ οὖν φοβηθῆτε αὐτούς· οὐδὲν γάρ ἐστι κεκαλυμμένον, ὃ οὐκ ἀπο‐ καλυφθήσεται, καὶ κρυπτόν, ὃ οὐ γνωσθήσεται. Τῆς δὲ θείας προρρήσεως τὴν ἀλήθειαν πολλάκις μὲν καὶ ἄλλοτε, μάλιστα δὲ νῦν σαφῶς ἑωράκαμεν. Οἱ γὰρ τὴν καθ’ ἡμῶν</w:t>
      </w:r>
    </w:p>
    <w:p>
      <w:r>
        <w:rPr>
          <w:rFonts w:ascii="Courier New" w:hAnsi="Courier New"/>
          <w:color w:val="555555"/>
          <w:sz w:val="20"/>
        </w:rPr>
        <w:t>[15]</w:t>
      </w:r>
    </w:p>
    <w:p>
      <w:r>
        <w:rPr>
          <w:rFonts w:ascii="Gentium Plus" w:hAnsi="Gentium Plus"/>
          <w:sz w:val="24"/>
        </w:rPr>
        <w:t>συκοφαντίαν ὑφήναντες, καὶ παμπόλλων πριάμενοι χρημάτων τὰς ἡμετέρας σφαγάς, ὤφθησαν ἐναργῶς τὴν Βαλεντίνου καὶ Βαρδησάνου περικείμενοι λώβην. Ἤλπισαν δὲ ὅμως τὴν σφε‐ τέραν καλύψειν ἀσέβειαν, εἰ τῇ τοῦ ψεύδους θηγάνῃ τὰς γλώττας καθ’ ἡμῶν παραθήξαιεν. Ἐπειδὴ γὰρ ἡμεῖς τὴν</w:t>
      </w:r>
    </w:p>
    <w:p>
      <w:r>
        <w:rPr>
          <w:rFonts w:ascii="Courier New" w:hAnsi="Courier New"/>
          <w:color w:val="555555"/>
          <w:sz w:val="20"/>
        </w:rPr>
        <w:t>[20]</w:t>
      </w:r>
    </w:p>
    <w:p>
      <w:r>
        <w:rPr>
          <w:rFonts w:ascii="Gentium Plus" w:hAnsi="Gentium Plus"/>
          <w:sz w:val="24"/>
        </w:rPr>
        <w:t>πάλαι κατασβεσθεῖσαν αἵρεσιν ἀνανεουμένην ὑπὸ τούτων ὁρῶντες, διετελοῦμεν βοῶντες, διαμαρτυρόμενοι καὶ ἰδίᾳ καὶ δημοσίᾳ, κἀν τοῖς ἀσπαστηρίοις οἴκοις, κἀν τοῖς θείοις σηκοῖς, καὶ τὰς κατὰ τῆς πίστεως ἐγχειρουμένας ἐπιβουλὰς ἐξηλέγχομεν, λοιδορίας ἡμῶν κατέχεαν, ὡς δύο κηρυττόντων</w:t>
      </w:r>
    </w:p>
    <w:p>
      <w:r>
        <w:rPr>
          <w:rFonts w:ascii="Courier New" w:hAnsi="Courier New"/>
          <w:color w:val="555555"/>
          <w:sz w:val="20"/>
        </w:rPr>
        <w:t>[25]</w:t>
      </w:r>
    </w:p>
    <w:p>
      <w:r>
        <w:rPr>
          <w:rFonts w:ascii="Gentium Plus" w:hAnsi="Gentium Plus"/>
          <w:sz w:val="24"/>
        </w:rPr>
        <w:t>υἱούς. Ἔδει δὲ παρόντας ἐλέγχειν, καὶ μὴ διαβάλλειν ἀπόν‐ τας. Οὗτοι δὲ τοὐναντίον δεδράκασι. Βασιλικοῖς γὰρ ἡμᾶς τῇ Κύρρῳ προσδήσαντες γράμμασιν, ἐρήμην δικάσαι τοὺς δικαιο‐ τάτους ἠνάγκασαν δικαστάς, καὶ κατὰ τοῦ πέντε καὶ τριά‐ κοντα σταθμοῖς ἀφεστηκότος τὴν ὀρθοτάτην ψῆφον ἐξήνεγκαν.</w:t>
      </w:r>
    </w:p>
    <w:p>
      <w:r>
        <w:rPr>
          <w:rFonts w:ascii="Courier New" w:hAnsi="Courier New"/>
          <w:color w:val="555555"/>
          <w:sz w:val="20"/>
        </w:rPr>
        <w:t>[30]</w:t>
      </w:r>
    </w:p>
    <w:p>
      <w:r>
        <w:rPr>
          <w:rFonts w:ascii="Gentium Plus" w:hAnsi="Gentium Plus"/>
          <w:sz w:val="24"/>
        </w:rPr>
        <w:t>Τοῦτο δὲ οὔτε γοητείαν τις, οὔτε νεκροσυλίαν κατηγορούμενος,</w:t>
      </w:r>
    </w:p>
    <w:p>
      <w:r>
        <w:rPr>
          <w:rFonts w:ascii="Courier New" w:hAnsi="Courier New"/>
          <w:color w:val="555555"/>
          <w:sz w:val="20"/>
        </w:rPr>
        <w:t>[35]</w:t>
      </w:r>
    </w:p>
    <w:p>
      <w:r>
        <w:rPr>
          <w:rFonts w:ascii="Gentium Plus" w:hAnsi="Gentium Plus"/>
          <w:sz w:val="24"/>
        </w:rPr>
        <w:t>πραγμάτων, ἀλλὰ καὶ πονηρῶν ἐνθυμημάτων. Τὴν δὲ γεγενημένην δίκαιον οἶμαι διελέγξαι συκοφαντίαν. Ποίαν ἀπόδειξιν ἔχουσι τοῦ δύο λέγειν ἡμᾶς υἱούς; Εἰ μὲν γὰρ τῶν σιγώντων ἦμεν, ἔσχεν ἂν χώραν ἴσως ἡ ὑποψία. Ἐπειδὴ δὲ ἔργον εἴχομεν τοὺς ὑπὲρ τῶν ἀποστολικῶν δογμά‐</w:t>
      </w:r>
    </w:p>
    <w:p>
      <w:r>
        <w:rPr>
          <w:rFonts w:ascii="Courier New" w:hAnsi="Courier New"/>
          <w:color w:val="555555"/>
          <w:sz w:val="20"/>
        </w:rPr>
        <w:t>[40]</w:t>
      </w:r>
    </w:p>
    <w:p>
      <w:r>
        <w:rPr>
          <w:rFonts w:ascii="Gentium Plus" w:hAnsi="Gentium Plus"/>
          <w:sz w:val="24"/>
        </w:rPr>
        <w:t>των ἀγῶνας, καὶ τοῖς τοῦ Κυρίου ποιμνίοις τὴν διδασκαλικὴν προσφέρομεν πόαν, καὶ πρὸς τούτοις πέντε καὶ τριάκοντα συνεγράψαμεν βίβλους, τήν τε θείαν Γραφὴν ἑρμηνεύοντες, καὶ τὸ τῶν αἱρέσεων διελέγχοντες ψεῦδος· εὐέλεγκτος ἄρα ἡ παρὰ τούτων συντεθεῖσα ψευδολογία. Πολλαὶ μὲν γὰρ ἀκροα‐</w:t>
      </w:r>
    </w:p>
    <w:p>
      <w:r>
        <w:rPr>
          <w:rFonts w:ascii="Courier New" w:hAnsi="Courier New"/>
          <w:color w:val="555555"/>
          <w:sz w:val="20"/>
        </w:rPr>
        <w:t>[45]</w:t>
      </w:r>
    </w:p>
    <w:p>
      <w:r>
        <w:rPr>
          <w:rFonts w:ascii="Gentium Plus" w:hAnsi="Gentium Plus"/>
          <w:sz w:val="24"/>
        </w:rPr>
        <w:t>τῶν μυριάδες μαρτυροῦσιν ἡμῖν τὴν τῶν εὐαγγελικῶν δογμάτων πεπρεσβευκόσιν ἀλήθειαν. Πρόκειται δὲ καὶ τὰ συγγράμματα τοῖς βουλομένοις εἰς βάσανον. Οὐ γὰρ ὑπὲρ δυάδος υἱῶν, ἀλλ’ ὑπὲρ τοῦ μονογενοῦς Υἱοῦ τοῦ Θεοῦ, καὶ πρὸς Ἕλληνας, καὶ πρὸς Ἰουδαίους, καὶ πρὸς τοὺς τὴν Ἀρείου καὶ Εὐνομίου</w:t>
      </w:r>
    </w:p>
    <w:p>
      <w:r>
        <w:rPr>
          <w:rFonts w:ascii="Courier New" w:hAnsi="Courier New"/>
          <w:color w:val="555555"/>
          <w:sz w:val="20"/>
        </w:rPr>
        <w:t>[146 (50)]</w:t>
      </w:r>
    </w:p>
    <w:p>
      <w:r>
        <w:rPr>
          <w:rFonts w:ascii="Gentium Plus" w:hAnsi="Gentium Plus"/>
          <w:sz w:val="24"/>
        </w:rPr>
        <w:t>νόσον εἰσδεξαμένους, καὶ πρὸς τοὺς τὴν Ἀπολιναρίου φρε‐ νοβλάβειαν ἀσπαζομένους, καὶ μέντοι καὶ πρὸς τοὺς τῇ Μαρκίωνος σηπεδόνι κατεχομένους ἀγωνιζόμενοι διατετελέ‐ καμεν, Ἕλληνας μὲν πείθοντες, ὅτι αὐτός ἐστιν ὁ τῶν ἁπάν‐ των Δημιουργός, ὁ τοῦ ἀεὶ ὄντος Θεοῦ συναΐδιος Υἱός· Ἰου‐</w:t>
      </w:r>
    </w:p>
    <w:p>
      <w:r>
        <w:rPr>
          <w:rFonts w:ascii="Courier New" w:hAnsi="Courier New"/>
          <w:color w:val="555555"/>
          <w:sz w:val="20"/>
        </w:rPr>
        <w:t>[55]</w:t>
      </w:r>
    </w:p>
    <w:p>
      <w:r>
        <w:rPr>
          <w:rFonts w:ascii="Gentium Plus" w:hAnsi="Gentium Plus"/>
          <w:sz w:val="24"/>
        </w:rPr>
        <w:t>δαίους δέ, ὅτι περὶ αὐτοῦ τὰς προρρήσεις οἱ προφῆται πεποίηνται· τοὺς δὲ Ἀρείου καὶ Εὐνομίου κληρονόμους, ὅτι τοῦ Πατρὸς ὁμοούσιος, ὁμότιμός τε καὶ ἰσοδύναμος· τοὺς δὲ</w:t>
      </w:r>
    </w:p>
    <w:p>
      <w:r>
        <w:rPr>
          <w:rFonts w:ascii="Courier New" w:hAnsi="Courier New"/>
          <w:color w:val="555555"/>
          <w:sz w:val="20"/>
        </w:rPr>
        <w:t>[60]</w:t>
      </w:r>
    </w:p>
    <w:p>
      <w:r>
        <w:rPr>
          <w:rFonts w:ascii="Gentium Plus" w:hAnsi="Gentium Plus"/>
          <w:sz w:val="24"/>
        </w:rPr>
        <w:t>μῦθον, ἀλλ’ οἰκείων ποιημάτων Σωτήρ. Καὶ ἁπαξαπλῶς πρὸς αἵρεσιν ἑκάστην διαμαχόμενοι, τὸν ἕνα προσκυνεῖν παρρεγ‐ γυῶμεν Υἱόν. Καὶ τί δεῖ μακρηγορεῖν, ἐξὸν συντόμως διελέγξαι τὸ ψεῦ‐ δος; Τοὺς γὰρ καθ’ ἕκαστον ἔτος τῷ παναγίῳ προσιόντας</w:t>
      </w:r>
    </w:p>
    <w:p>
      <w:r>
        <w:rPr>
          <w:rFonts w:ascii="Courier New" w:hAnsi="Courier New"/>
          <w:color w:val="555555"/>
          <w:sz w:val="20"/>
        </w:rPr>
        <w:t>[65]</w:t>
      </w:r>
    </w:p>
    <w:p>
      <w:r>
        <w:rPr>
          <w:rFonts w:ascii="Gentium Plus" w:hAnsi="Gentium Plus"/>
          <w:sz w:val="24"/>
        </w:rPr>
        <w:t>βαπτίσματι, τὴν ἐκτεθεῖσαν ἐν Νικαίᾳ παρὰ τῶν ἁγίων καὶ μακαρίων Πατέρων πίστιν ἐκμανθάνειν παρασκευάζομεν· καὶ μυσταγωγοῦντες αὐτοὺς ὡς προσετάχθημεν, βαπτίζομεν εἰς τὸ ὄνομα τοῦ Πατρός, καὶ τοῦ Υἱοῦ, καὶ τοῦ ἁγίου Πνεύματος, ἑνικῶς ἑκάστην προσηγορίαν προσφέροντες. Καὶ μέντοι καὶ</w:t>
      </w:r>
    </w:p>
    <w:p>
      <w:r>
        <w:rPr>
          <w:rFonts w:ascii="Courier New" w:hAnsi="Courier New"/>
          <w:color w:val="555555"/>
          <w:sz w:val="20"/>
        </w:rPr>
        <w:t>[70]</w:t>
      </w:r>
    </w:p>
    <w:p>
      <w:r>
        <w:rPr>
          <w:rFonts w:ascii="Gentium Plus" w:hAnsi="Gentium Plus"/>
          <w:sz w:val="24"/>
        </w:rPr>
        <w:t>τὰς θείας λειτουργίας ἐν ταῖς Ἐκκλησίαις ἐπιτελοῦντες, καὶ ἀρχομένης καὶ ληγούσης ἡμέρας, καὶ αὐτὴν δὲ τὴν ἡμέραν κατὰ τριτημόριον διαιροῦντες δοξάζομεν τὸν Πατέρα, καὶ τὸν Υἱόν, καὶ τὸ ἅγιον Πνεῦμα. Εἰ δὲ δύο υἱοὺς κατὰ τὴν τούτων συκοφαντίαν πρεσβεύομεν, τίνα δοξάζομεν, τίνα δὲ ἀπροσκύ‐</w:t>
      </w:r>
    </w:p>
    <w:p>
      <w:r>
        <w:rPr>
          <w:rFonts w:ascii="Courier New" w:hAnsi="Courier New"/>
          <w:color w:val="555555"/>
          <w:sz w:val="20"/>
        </w:rPr>
        <w:t>[75]</w:t>
      </w:r>
    </w:p>
    <w:p>
      <w:r>
        <w:rPr>
          <w:rFonts w:ascii="Gentium Plus" w:hAnsi="Gentium Plus"/>
          <w:sz w:val="24"/>
        </w:rPr>
        <w:t>νητον καταλείπομεν; Μανίας γὰρ ἐσχάτης, δύο μὲν εἶναι πιστεύειν υἱούς, ἑνὶ δὲ μόνῳ τὴν δοξολογίαν προσφέρειν. Τίς δὲ οὕτως ἐμβρόντητος, ὡς τοῦ θείου Παύλου βοῶντος ἀκούων· Εἷς Κύριος, μία πίστις, ἓν βάπτισμα· καὶ πάλιν· Εἷς Κύριος Ἰησοῦς Χριστός, δι’ οὗ τὰ πάντα· ἀντι‐</w:t>
      </w:r>
    </w:p>
    <w:p>
      <w:r>
        <w:rPr>
          <w:rFonts w:ascii="Courier New" w:hAnsi="Courier New"/>
          <w:color w:val="555555"/>
          <w:sz w:val="20"/>
        </w:rPr>
        <w:t>[80]</w:t>
      </w:r>
    </w:p>
    <w:p>
      <w:r>
        <w:rPr>
          <w:rFonts w:ascii="Gentium Plus" w:hAnsi="Gentium Plus"/>
          <w:sz w:val="24"/>
        </w:rPr>
        <w:t>νομοθετῆσαι τῇ διδασκαλίᾳ τοῦ Πνεύματος, καὶ διχῆ τὸν ἕνα τεμεῖν; Ἀλλὰ γὰρ μάτην ἀδολεσχῶ. Οὐδὲ γὰρ οὗτοι φάναι τολμῶσι, καὶ ταῦτα τῷ ψεύδει συντεθραμμένοι, ὡς ταῦτα</w:t>
      </w:r>
    </w:p>
    <w:p>
      <w:r>
        <w:rPr>
          <w:rFonts w:ascii="Courier New" w:hAnsi="Courier New"/>
          <w:color w:val="555555"/>
          <w:sz w:val="20"/>
        </w:rPr>
        <w:t>[85]</w:t>
      </w:r>
    </w:p>
    <w:p>
      <w:r>
        <w:rPr>
          <w:rFonts w:ascii="Gentium Plus" w:hAnsi="Gentium Plus"/>
          <w:sz w:val="24"/>
        </w:rPr>
        <w:t>Καὶ συνιδεῖν οὐκ ἐθέλουσιν, ὡς τῶν ἀνθρώπων ἕκαστος καὶ ψυχὴν ἀθάνατον ἔχει, καὶ σῶμα θνητόν· καὶ οὐδεὶς μέχρι καὶ τήμερον δύο Παύλους τὸν Παῦλον ὠνόμασεν, ἐπειδὴ καὶ ψυχὴν ἔχει καὶ σῶμα· οὔτε τὸν Πέτρον δύο Πέτρους, οὔτε τὸν Ἀβραάμ, οὔτε τὸν Ἀδάμ. Ἀλλ’ οἶδε μὲν ἕκαστος τῶν φύσεων</w:t>
      </w:r>
    </w:p>
    <w:p>
      <w:r>
        <w:rPr>
          <w:rFonts w:ascii="Courier New" w:hAnsi="Courier New"/>
          <w:color w:val="555555"/>
          <w:sz w:val="20"/>
        </w:rPr>
        <w:t>[90]</w:t>
      </w:r>
    </w:p>
    <w:p>
      <w:r>
        <w:rPr>
          <w:rFonts w:ascii="Gentium Plus" w:hAnsi="Gentium Plus"/>
          <w:sz w:val="24"/>
        </w:rPr>
        <w:t>τὸ διάφορον, δύο δὲ Παύλους οὐκ ὀνομάζει τὸν ἕνα. Οὕτω τοίνυν καὶ τὸν Κύριον ἡμῶν Ἰησοῦν Χριστόν, τὸν μονογενῆ τοῦ Θεοῦ Υἱόν, τὸν ἐνανθρωπήσαντα Θεὸν Λόγον, καὶ Υἱὸν Θεοῦ, καὶ Υἱὸν ἀνθρώπου προσαγορεύοντες, ὡς παρὰ τῆς θείας Γραφῆς ἐδιδάχθημεν, οὐ δύο φαμὲν υἱούς, ἀλλὰ τῆς θεότητος</w:t>
      </w:r>
    </w:p>
    <w:p>
      <w:r>
        <w:rPr>
          <w:rFonts w:ascii="Courier New" w:hAnsi="Courier New"/>
          <w:color w:val="555555"/>
          <w:sz w:val="20"/>
        </w:rPr>
        <w:t>[95]</w:t>
      </w:r>
    </w:p>
    <w:p>
      <w:r>
        <w:rPr>
          <w:rFonts w:ascii="Gentium Plus" w:hAnsi="Gentium Plus"/>
          <w:sz w:val="24"/>
        </w:rPr>
        <w:t>καὶ τῆς ἀνθρωπότητος ὁμολογοῦμεν τὰς ἰδιότητας. Οὗτοι δὲ τὴν ἐξ ἡμῶν ληφθεῖσαν ἀρνούμενοι φύσιν, δυσχεραίνουσι τῶνδε τῶν λόγων ἀκούοντες. Ἡμᾶς δὲ δεῖξαι προσήκει πόθεν ταύτην ἠσπάσαντο τὴν ἀσέβειαν. Σίμων μὲν γὰρ καὶ Μένανδρος, Κέρδων καὶ Μαρκίων</w:t>
      </w:r>
    </w:p>
    <w:p>
      <w:r>
        <w:rPr>
          <w:rFonts w:ascii="Courier New" w:hAnsi="Courier New"/>
          <w:color w:val="555555"/>
          <w:sz w:val="20"/>
        </w:rPr>
        <w:t>[146 (100)]</w:t>
      </w:r>
    </w:p>
    <w:p>
      <w:r>
        <w:rPr>
          <w:rFonts w:ascii="Gentium Plus" w:hAnsi="Gentium Plus"/>
          <w:sz w:val="24"/>
        </w:rPr>
        <w:t>παντάπασιν ἀρνοῦνται τὴν ἐνανθρώπησιν, καὶ τὴν ἐκ Παρθέ‐ νου γέννησιν μυθολογίαν ἀποκαλοῦσι. Βαλεντῖνος δέ, καὶ Βασι‐ λείδης, καὶ Βαρδησάνης, καὶ Ἁρμόνιος, καὶ οἱ τῆς τούτων συμμορίας, δέχονται μὲν τῆς Παρθένου τὴν κύησιν, καὶ τὸν τόκον· οὐδὲν δὲ τὸν Θεὸν Λόγον ἐκ τῆς Παρθένου προσειλη‐</w:t>
      </w:r>
    </w:p>
    <w:p>
      <w:r>
        <w:rPr>
          <w:rFonts w:ascii="Courier New" w:hAnsi="Courier New"/>
          <w:color w:val="555555"/>
          <w:sz w:val="20"/>
        </w:rPr>
        <w:t>[105]</w:t>
      </w:r>
    </w:p>
    <w:p>
      <w:r>
        <w:rPr>
          <w:rFonts w:ascii="Gentium Plus" w:hAnsi="Gentium Plus"/>
          <w:sz w:val="24"/>
        </w:rPr>
        <w:t>φέναι φασίν, ἀλλὰ πάροδόν τινα δι’ αὐτῆς ὥσπερ διὰ σωλῆνος ποιήσασθαι, ἐπιφανῆναι δὲ τοῖς ἀνθρώποις φαντασίᾳ χρησά‐ μενον, καὶ δόξας εἶναι ἄνθρωπος, ὃν τρόπον ὤφθη τῷ Ἀβραάμ, καί τισιν ἄλλοις τῶν παλαιῶν. Ἄρειος δὲ καὶ Εὐνόμιος σῶμα</w:t>
      </w:r>
    </w:p>
    <w:p>
      <w:r>
        <w:rPr>
          <w:rFonts w:ascii="Courier New" w:hAnsi="Courier New"/>
          <w:color w:val="555555"/>
          <w:sz w:val="20"/>
        </w:rPr>
        <w:t>[110]</w:t>
      </w:r>
    </w:p>
    <w:p>
      <w:r>
        <w:rPr>
          <w:rFonts w:ascii="Gentium Plus" w:hAnsi="Gentium Plus"/>
          <w:sz w:val="24"/>
        </w:rPr>
        <w:t>ἐνηργηκέναι, ἵνα ταύτῃ τὰ ταπεινὰ καὶ τῶν ῥημάτων καὶ τῶν πραγμάτων προσάψωσιν. Ὁ δέ γε Ἀπολινάριος καὶ ψυχὴν αὐτὸν μετὰ τοῦ σώματος ἔφησεν εἰληφέναι, ἀλλ’ οὐ τὴν λογι‐ κήν, ἀλλὰ τὴν ζωτικὴν ἤγουν φυτικὴν ὀνομαζομένην. Τοῦ νοῦ γάρ, φησί, τὴν χρείαν ἡ θεότης ἐπλήρου. Ψυχῆς δὲ καὶ νοῦ</w:t>
      </w:r>
    </w:p>
    <w:p>
      <w:r>
        <w:rPr>
          <w:rFonts w:ascii="Courier New" w:hAnsi="Courier New"/>
          <w:color w:val="555555"/>
          <w:sz w:val="20"/>
        </w:rPr>
        <w:t>[115]</w:t>
      </w:r>
    </w:p>
    <w:p>
      <w:r>
        <w:rPr>
          <w:rFonts w:ascii="Gentium Plus" w:hAnsi="Gentium Plus"/>
          <w:sz w:val="24"/>
        </w:rPr>
        <w:t>τὴν διαίρεσιν παρὰ τῶν ἔξω μεμάθηκε φιλοσόφων. Ἡ γὰρ θεία Γραφὴ ἐκ ψυχῆς λέγει καὶ σώματος συνεστάναι τὸν ἄνθρω‐ πον. Ἐποίησε γάρ, φησίν, ὁ Θεὸς τὸν ἄνθρωπον χοῦν ἀπὸ τῆς γῆς, καὶ ἐνεφύσησεν εἰς τὸ πρόσωπον αὐ‐ τοῦ πνοὴν ζωῆς, καὶ ἐγένετο ὁ ἄνθρωπος εἰς ψυ‐</w:t>
      </w:r>
    </w:p>
    <w:p>
      <w:r>
        <w:rPr>
          <w:rFonts w:ascii="Courier New" w:hAnsi="Courier New"/>
          <w:color w:val="555555"/>
          <w:sz w:val="20"/>
        </w:rPr>
        <w:t>[120]</w:t>
      </w:r>
    </w:p>
    <w:p>
      <w:r>
        <w:rPr>
          <w:rFonts w:ascii="Gentium Plus" w:hAnsi="Gentium Plus"/>
          <w:sz w:val="24"/>
        </w:rPr>
        <w:t>χὴν ζῶσαν. Καὶ ὁ Κύριος ἐν τοῖς ἱεροῖς Εὐαγγελίοις τοῖς ἀποστόλοις ἔφη· Μὴ φοβεῖσθε ἀπὸ τῶν ἀποκτεινόντων τὸ σῶμα, τὴν δὲ ψυχὴν μὴ δυναμένων ἀποκτεῖναι. Τὰ μὲν οὖν τῶν αἱρετικῶν δόγματα τοσαύτην ἔχει πρὸς ἄλληλα διαμάχην. Οὗτοι δὲ τὸν Ἀπολινάριον, καὶ μέντοι καὶ</w:t>
      </w:r>
    </w:p>
    <w:p>
      <w:r>
        <w:rPr>
          <w:rFonts w:ascii="Courier New" w:hAnsi="Courier New"/>
          <w:color w:val="555555"/>
          <w:sz w:val="20"/>
        </w:rPr>
        <w:t>[125]</w:t>
      </w:r>
    </w:p>
    <w:p>
      <w:r>
        <w:rPr>
          <w:rFonts w:ascii="Gentium Plus" w:hAnsi="Gentium Plus"/>
          <w:sz w:val="24"/>
        </w:rPr>
        <w:t>Ἄρειον καὶ Εὐνόμιον ὑπερβῆναι τῇ ἀσεβείᾳ φιλονεικήσαντες, τὴν ὑπὸ Βαλεντίνου καὶ Βαρδησάνου πάλαι σπαρεῖσαν αἵρεσιν, εἶτα πρόρριζον ὑπὸ τῶν ἀρίστων ἀνασπασθεῖσαν γεωργῶν, φυτεῦσαι νῦν ἐπειράθησαν. Παραπλησίως γὰρ ἐκείνοις ἠρνή‐ θησαν τὸ ἐκ τῆς ἡμετέρας φύσεως προσειλῆφθαι τοῦ Δεσπό‐</w:t>
      </w:r>
    </w:p>
    <w:p>
      <w:r>
        <w:rPr>
          <w:rFonts w:ascii="Courier New" w:hAnsi="Courier New"/>
          <w:color w:val="555555"/>
          <w:sz w:val="20"/>
        </w:rPr>
        <w:t>[130]</w:t>
      </w:r>
    </w:p>
    <w:p>
      <w:r>
        <w:rPr>
          <w:rFonts w:ascii="Gentium Plus" w:hAnsi="Gentium Plus"/>
          <w:sz w:val="24"/>
        </w:rPr>
        <w:t>του τὸ σῶμα. Ἡ δὲ Ἐκκλησία, τοῖς ἀποστολικοῖς ἴχνεσιν ἑπομένη, καὶ θεότητα τελείαν, καὶ ἀνθρωπότητα τελείαν ἐν τῷ Δεσπότῃ Χριστῷ θεωρεῖ. Ὥσπερ γὰρ ἔλαβε σῶμα, οὐ δεόμενος σώματος, ἀλλὰ πᾶσι τοῖς σώμασι δι’ ἐκείνου τὴν ἀθανασίαν πραγματευόμενος οὕτω δὴ καὶ ψυχὴν ἔλαβε τὴν</w:t>
      </w:r>
    </w:p>
    <w:p>
      <w:r>
        <w:rPr>
          <w:rFonts w:ascii="Courier New" w:hAnsi="Courier New"/>
          <w:color w:val="555555"/>
          <w:sz w:val="20"/>
        </w:rPr>
        <w:t>[135]</w:t>
      </w:r>
    </w:p>
    <w:p>
      <w:r>
        <w:rPr>
          <w:rFonts w:ascii="Gentium Plus" w:hAnsi="Gentium Plus"/>
          <w:sz w:val="24"/>
        </w:rPr>
        <w:t>κυβερνῶσαν τὸ σῶμα, ἵνα πᾶσα ψυχὴ διὰ ταύτης μετάσχῃ τῆς ἀτρεπτότητος. Εἰ γὰρ καὶ ἀθάνατοί εἰσιν αἱ ψυχαί, ἀλλ’ οὐκ ἄτρεπτοι. Πολλὰς γὰρ καὶ ἀγχιστρόφους μεταβολὰς ὑπομέ‐ νουσι, νῦν μὲν τούτοις ἀρεσκόμεναι, νῦν δὲ ἐκείνοις. Οὗ δὴ χάριν καὶ πλημμελοῦμεν ἐκτρεπόμενοι, καὶ τὴν ἐπὶ τὰ χείρω</w:t>
      </w:r>
    </w:p>
    <w:p>
      <w:r>
        <w:rPr>
          <w:rFonts w:ascii="Courier New" w:hAnsi="Courier New"/>
          <w:color w:val="555555"/>
          <w:sz w:val="20"/>
        </w:rPr>
        <w:t>[140]</w:t>
      </w:r>
    </w:p>
    <w:p>
      <w:r>
        <w:rPr>
          <w:rFonts w:ascii="Gentium Plus" w:hAnsi="Gentium Plus"/>
          <w:sz w:val="24"/>
        </w:rPr>
        <w:t>ῥοπὴν εἰσδεχόμενοι. Μετὰ δὲ τὴν ἀνάστασιν, ἀπολαύει μὲν ἀθανασίας καὶ ἀφθαρσίας τὰ σώματα, ἀπολαύουσι δὲ ἀπαθείας καὶ ἀτρεπτότητος αἱ ψυχαί. Διά τοι τοῦτο καὶ σῶμα λαβὼν καὶ ψυχὴν ὁ μονογενὴς Υἱὸς τοῦ Θεοῦ, μώμου ταῦτα παντὸς ἐλεύθερα διεφύλαξε, καὶ τὴν ὑπὲρ τοῦ γένους θυσίαν προσή‐</w:t>
      </w:r>
    </w:p>
    <w:p>
      <w:r>
        <w:rPr>
          <w:rFonts w:ascii="Courier New" w:hAnsi="Courier New"/>
          <w:color w:val="555555"/>
          <w:sz w:val="20"/>
        </w:rPr>
        <w:t>[145]</w:t>
      </w:r>
    </w:p>
    <w:p>
      <w:r>
        <w:rPr>
          <w:rFonts w:ascii="Gentium Plus" w:hAnsi="Gentium Plus"/>
          <w:sz w:val="24"/>
        </w:rPr>
        <w:t>νεγκεν. Διὰ γὰρ δὴ τοῦτο καὶ ἀρχιερεὺς ἡμῶν ἐχρημάτισεν· ἀρχιερεὺς δὲ οὐχ ὡς Θεός, ἀλλ’ ὡς ἄνθρωπος κέκληται. Καὶ αὐτὸς προσφέρει μὲν ὡς ἄνθρωπος, δέχεται δὲ τὴν θυσίαν μετὰ τοῦ Πατρὸς καὶ τοῦ ἁγίου Πνεύματος ὡς Θεός. Εἰ μὲν γὰρ τοῦ Ἀδὰμ τὸ σῶμα μόνον ἐξήμαρτεν, ἔδει τοῦτο μόνον ἀπο‐</w:t>
      </w:r>
    </w:p>
    <w:p>
      <w:r>
        <w:rPr>
          <w:rFonts w:ascii="Courier New" w:hAnsi="Courier New"/>
          <w:color w:val="555555"/>
          <w:sz w:val="20"/>
        </w:rPr>
        <w:t>[146 (150)]</w:t>
      </w:r>
    </w:p>
    <w:p>
      <w:r>
        <w:rPr>
          <w:rFonts w:ascii="Gentium Plus" w:hAnsi="Gentium Plus"/>
          <w:sz w:val="24"/>
        </w:rPr>
        <w:t>λαῦσαι τῆς θεραπείας. Ἐπεὶ δὲ οὐ μόνον συνήμαρτεν, ἀλλὰ καὶ προήμαρτεν ἡ ψυχὴ—πρότερος γὰρ ὁ λογισμὸς διαγράφει τὴν ἁμαρτίαν, εἶθ’ οὕτως ταύτην διὰ τοῦ σώματος ἐνεργεῖ—· δίκαιον ἦν δήπου καὶ ταύτην τῆς ἰατρείας τυχεῖν. Ἀλλὰ γὰρ παρέλκον ἴσως ἐκ λογισμῶν ποιεῖσθαι τούτου τὰς ἀποδείξεις,</w:t>
      </w:r>
    </w:p>
    <w:p>
      <w:r>
        <w:rPr>
          <w:rFonts w:ascii="Courier New" w:hAnsi="Courier New"/>
          <w:color w:val="555555"/>
          <w:sz w:val="20"/>
        </w:rPr>
        <w:t>[155]</w:t>
      </w:r>
    </w:p>
    <w:p>
      <w:r>
        <w:rPr>
          <w:rFonts w:ascii="Gentium Plus" w:hAnsi="Gentium Plus"/>
          <w:sz w:val="24"/>
        </w:rPr>
        <w:t>τῆς θείας σαφῶς τοῦτο κηρυττούσης Γραφῆς. Καὶ γὰρ Δαβὶδ ὁ θεσπέσιος καὶ ὁ θειότατος Πέτρος διαρρήδην τοῦτο διδά‐ σκουσιν, ὁ μὲν πόρρωθεν προθεσπίζων, ὁ δὲ τὴν πρόρρησιν ἑρμηνεύων. Φησὶ δὲ οὕτω τῶν ἀποστόλων ὁ πρῶτος· Προφή‐ της ὑπάρχων ὁ Δαβίδ, καὶ εἰδὼς ὅτι ὅρκῳ ὤμοσεν</w:t>
      </w:r>
    </w:p>
    <w:p>
      <w:r>
        <w:rPr>
          <w:rFonts w:ascii="Courier New" w:hAnsi="Courier New"/>
          <w:color w:val="555555"/>
          <w:sz w:val="20"/>
        </w:rPr>
        <w:t>[160]</w:t>
      </w:r>
    </w:p>
    <w:p>
      <w:r>
        <w:rPr>
          <w:rFonts w:ascii="Gentium Plus" w:hAnsi="Gentium Plus"/>
          <w:sz w:val="24"/>
        </w:rPr>
        <w:t>αὐτῷ ὁ Θεὸς ἐκ καρποῦ τῆς ὀσφύος αὐτοῦ ἀναστή‐ σειν κατὰ σάρκα τὸν Χριστόν, καθίσαι ἐπὶ τοῦ θρό‐ νου αὐτοῦ, προειδὼς ἐλάλησε περὶ τῆς ἀναστάσεως αὐτοῦ, ὅτι οὐκ ἐγκατελείφθη εἰς ᾅδου ἡ ψυχὴ αὐ‐ τοῦ, οὐδὲ ἡ σὰρξ αὐτοῦ εἶδεν διαφθοράν.</w:t>
      </w:r>
    </w:p>
    <w:p>
      <w:r>
        <w:rPr>
          <w:rFonts w:ascii="Courier New" w:hAnsi="Courier New"/>
          <w:color w:val="555555"/>
          <w:sz w:val="20"/>
        </w:rPr>
        <w:t>[165]</w:t>
      </w:r>
    </w:p>
    <w:p>
      <w:r>
        <w:rPr>
          <w:rFonts w:ascii="Gentium Plus" w:hAnsi="Gentium Plus"/>
          <w:sz w:val="24"/>
        </w:rPr>
        <w:t>Πολλὰ δὲ κατὰ ταὐτὸν ἡμᾶς διὰ τῶν ὀλίγων τούτων ἐξεπαί‐ δευσε λόγων. Πρῶτον μὲν ὡς ἡ ληφθεῖσα φύσις ἐκ τῆς ὀσφύος τοῦ Δαβὶδ κατάγει τὸ γένος· ἔπειτα δὲ ὅτι οὐ σῶμα μόνον, ἀλλὰ καὶ ψυχὴν ἀθάνατον ἔλαβε· καὶ πρὸς τούτοις, ὅτι ταῦτα τῷ θανάτῳ παραδέδωκεν, ἃ λαβὼν πάλιν ἀνέστησεν ὡς ἠθέλη‐</w:t>
      </w:r>
    </w:p>
    <w:p>
      <w:r>
        <w:rPr>
          <w:rFonts w:ascii="Courier New" w:hAnsi="Courier New"/>
          <w:color w:val="555555"/>
          <w:sz w:val="20"/>
        </w:rPr>
        <w:t>[170]</w:t>
      </w:r>
    </w:p>
    <w:p>
      <w:r>
        <w:rPr>
          <w:rFonts w:ascii="Gentium Plus" w:hAnsi="Gentium Plus"/>
          <w:sz w:val="24"/>
        </w:rPr>
        <w:t>σεν. Αὐτοῦ γάρ ἐστιν ἡ φωνή· Λύσατε τὸν ναὸν τοῦ‐ τον, καὶ ἐν τρισὶν ἡμέραις ἐγερῶ αὐτόν. Μεμαθήκα‐ μεν δὲ καὶ ὡς ἡ θεία φύσις ἀθάνατος. Πέπονθε γὰρ τὸ παθητόν, καὶ τὸ ἀπαθὲς μεμένηκεν ἀπαθές. Ἐνηνθρώπησε γὰρ ὁ Θεὸς Λόγος, οὐχ ἵνα παθητὴν ἀποφήνῃ τὴν ἀπαθῆ</w:t>
      </w:r>
    </w:p>
    <w:p>
      <w:r>
        <w:rPr>
          <w:rFonts w:ascii="Courier New" w:hAnsi="Courier New"/>
          <w:color w:val="555555"/>
          <w:sz w:val="20"/>
        </w:rPr>
        <w:t>[175]</w:t>
      </w:r>
    </w:p>
    <w:p>
      <w:r>
        <w:rPr>
          <w:rFonts w:ascii="Gentium Plus" w:hAnsi="Gentium Plus"/>
          <w:sz w:val="24"/>
        </w:rPr>
        <w:t>φύσιν, ἀλλ’ ἵνα τῇ παθητῇ φύσει διὰ τοῦ πάθους τὴν ἀπάθειαν δωρήσηται. Καὶ αὐτὸς δὲ ὁ Κύριος ἐν τοῖς ἱεροῖς Εὐαγγελίοις νῦν μέν φησιν· Ἐξουσίαν ἔχω θεῖναι τὴν ψυχήν μου, καὶ ἐξουσίαν ἔχω πάλιν λαβεῖν αὐτήν. Οὐδεὶς αἵρει αὐτὴν ἀπ’ ἐμοῦ· ἐγὼ τίθημι αὐτὴν ἀπ’ ἐμαυτοῦ,</w:t>
      </w:r>
    </w:p>
    <w:p>
      <w:r>
        <w:rPr>
          <w:rFonts w:ascii="Courier New" w:hAnsi="Courier New"/>
          <w:color w:val="555555"/>
          <w:sz w:val="20"/>
        </w:rPr>
        <w:t>[180]</w:t>
      </w:r>
    </w:p>
    <w:p>
      <w:r>
        <w:rPr>
          <w:rFonts w:ascii="Gentium Plus" w:hAnsi="Gentium Plus"/>
          <w:sz w:val="24"/>
        </w:rPr>
        <w:t>ἵνα πάλιν λάβω αὐτὴν, νῦν δέ· Διὰ τοῦτο ὁ Πατήρ με ἀγαπᾷ, ὅτι ἐγὼ τίθημι τὴν ψυχήν μου ὑπὲρ τῶν προβάτων. Καὶ πάλιν· Νῦν ἡ ψυχή μου τετάρακται Καὶ αὖθις· Περίλυπός ἐστιν ἡ ψυχή μου ἕως θανά‐ του. Καὶ περὶ τοῦ σώματος δέ φησιν· Ὁ δὲ ἄρτος ὃν ἐγὼ</w:t>
      </w:r>
    </w:p>
    <w:p>
      <w:r>
        <w:rPr>
          <w:rFonts w:ascii="Courier New" w:hAnsi="Courier New"/>
          <w:color w:val="555555"/>
          <w:sz w:val="20"/>
        </w:rPr>
        <w:t>[185]</w:t>
      </w:r>
    </w:p>
    <w:p>
      <w:r>
        <w:rPr>
          <w:rFonts w:ascii="Gentium Plus" w:hAnsi="Gentium Plus"/>
          <w:sz w:val="24"/>
        </w:rPr>
        <w:t>δώσω, ἡ σάρξ μου ἐστίν, ἣν ἐγὼ δώσω ὑπὲρ τῆς τοῦ κόσμου ζωῆς. Καὶ τὰ θεῖα δὲ παραδοὺς μυστήρια, καὶ τὸ σύμβολον κλάσας καὶ διανείμας, ἐπήγαγε· Τοῦτό μου ἐστὶ τὸ σῶμα, τὸ ὑπὲρ ὑμῶν θρυπτόμενον εἰς ἄφεσιν ἁμαρτιῶν. Καὶ πάλιν· Τοῦτό μου ἐστὶ τὸ αἷμα, τὸ</w:t>
      </w:r>
    </w:p>
    <w:p>
      <w:r>
        <w:rPr>
          <w:rFonts w:ascii="Courier New" w:hAnsi="Courier New"/>
          <w:color w:val="555555"/>
          <w:sz w:val="20"/>
        </w:rPr>
        <w:t>[190]</w:t>
      </w:r>
    </w:p>
    <w:p>
      <w:r>
        <w:rPr>
          <w:rFonts w:ascii="Gentium Plus" w:hAnsi="Gentium Plus"/>
          <w:sz w:val="24"/>
        </w:rPr>
        <w:t>ὑπὲρ πολλῶν ἐκχυνόμενον εἰς ἄφεσιν ἁμαρτιῶν. Καὶ αὖθις· Ἂν μὴ φάγητε τὴν σάρκα τοῦ Υἱοῦ τοῦ ἀν‐ θρώπου, καὶ πίητε αὐτοῦ τὸ αἷμα, οὐκ ἔχετε ζωὴν ἐν ἑαυτοῖς. Καί· Ὁ ἐσθίων μου τὴν σάρκα καὶ πίνων μου τὸ αἷμα ἔχει ζωὴν ἐν ἑαυτῷ αἰώνιον.</w:t>
      </w:r>
    </w:p>
    <w:p>
      <w:r>
        <w:rPr>
          <w:rFonts w:ascii="Courier New" w:hAnsi="Courier New"/>
          <w:color w:val="555555"/>
          <w:sz w:val="20"/>
        </w:rPr>
        <w:t>[195]</w:t>
      </w:r>
    </w:p>
    <w:p>
      <w:r>
        <w:rPr>
          <w:rFonts w:ascii="Gentium Plus" w:hAnsi="Gentium Plus"/>
          <w:sz w:val="24"/>
        </w:rPr>
        <w:t>Καὶ ἕτερα δὲ τοιαῦτα μυρία ἔστιν εὑρεῖν, κἀν τῇ Παλαιᾷ κἀν τῇ Καινῇ, καὶ τοῦ σώματος καὶ τῆς ψυχῆς δεικνύντα τὴν πρόσληψιν, καὶ ὡς ἐξ Ἀβραὰμ καὶ Δαβὶδ ἕλκει ταῦτα τὸ γένος. Καὶ Ἰωσὴφ δὲ ὁ Ἀριμαθαῖος τῷ Πιλάτῳ προσελθών, ᾔτησε τὸ σῶμα τοῦ Ἰησοῦ. Καὶ διδάσκει ἡμᾶς διαρρήδην τῶν</w:t>
      </w:r>
    </w:p>
    <w:p>
      <w:r>
        <w:rPr>
          <w:rFonts w:ascii="Courier New" w:hAnsi="Courier New"/>
          <w:color w:val="555555"/>
          <w:sz w:val="20"/>
        </w:rPr>
        <w:t>[146 (200)]</w:t>
      </w:r>
    </w:p>
    <w:p>
      <w:r>
        <w:rPr>
          <w:rFonts w:ascii="Gentium Plus" w:hAnsi="Gentium Plus"/>
          <w:sz w:val="24"/>
        </w:rPr>
        <w:t>ἱερῶν Εὐαγγελίων ἡ τετρακτύς, ὅπως τε ἔλαβε τὸ σῶμα, καὶ ὅπως ἐνείλησε τῇ σινδόνι, καὶ ὅπως τῷ τάφῳ παρέδωκεν. Ἐγὼ δὲ θρηνῶ καὶ ὀδύρομαι, ὅτι ἃς πρώην τοῖς τὴν Μαρ‐ κίωνος λύμην εἰσδεξαμένοις προσέφερον ἀποδείξεις—καὶ πλείους ἢ μυρίους διὰ τῆς θείας χάριτος πείσας προσήγαγον</w:t>
      </w:r>
    </w:p>
    <w:p>
      <w:r>
        <w:rPr>
          <w:rFonts w:ascii="Courier New" w:hAnsi="Courier New"/>
          <w:color w:val="555555"/>
          <w:sz w:val="20"/>
        </w:rPr>
        <w:t>[205]</w:t>
      </w:r>
    </w:p>
    <w:p>
      <w:r>
        <w:rPr>
          <w:rFonts w:ascii="Gentium Plus" w:hAnsi="Gentium Plus"/>
          <w:sz w:val="24"/>
        </w:rPr>
        <w:t>τῷ παναγίῳ βαπτίσματι—, ταύτας νῦν τοῖς νομισθεῖσιν ὁμο‐ πίστοις ἡ ἐπισκήψασα νόσος προσφέρειν καταναγκάζει. Τίς γὰρ πώποτε περὶ τούτων τοῖς τῆς Ἐκκλησίας τροφίμοις ἀμφισ‐ βήτησις γέγονε; Τίς δὲ τῶν ἁγίων Πατέρων οὐ τήνδε τὴν δι‐ δασκαλίαν προσήνεγκε; Πλήρη γὰρ ταύτης καὶ τὰ τοῦ μεγάλου</w:t>
      </w:r>
    </w:p>
    <w:p>
      <w:r>
        <w:rPr>
          <w:rFonts w:ascii="Courier New" w:hAnsi="Courier New"/>
          <w:color w:val="555555"/>
          <w:sz w:val="20"/>
        </w:rPr>
        <w:t>[210]</w:t>
      </w:r>
    </w:p>
    <w:p>
      <w:r>
        <w:rPr>
          <w:rFonts w:ascii="Gentium Plus" w:hAnsi="Gentium Plus"/>
          <w:sz w:val="24"/>
        </w:rPr>
        <w:t>Βασιλείου συγγράμματα, καὶ τὰ τῶν ἐκείνου συναγωνιστῶν Γρηγορίου καὶ Ἀμφιλοχίου, καὶ τῶν ἐν τῇ Δύσει διαπρε‐ ψάντων ἐν τῇ διδασκαλίᾳ τῆς χάριτος, Δαμάσου τοῦ τῆς μεγά‐ λης Ῥώμης, καὶ Ἀμβροσίου τοῦ Μεδιολάνων, καὶ Κυπριάνου τοῦ Καρχηδόνος, ὃς καὶ τοῦ μαρτυρίου τὸν στέφανον ἀνεδέ‐</w:t>
      </w:r>
    </w:p>
    <w:p>
      <w:r>
        <w:rPr>
          <w:rFonts w:ascii="Courier New" w:hAnsi="Courier New"/>
          <w:color w:val="555555"/>
          <w:sz w:val="20"/>
        </w:rPr>
        <w:t>[215]</w:t>
      </w:r>
    </w:p>
    <w:p>
      <w:r>
        <w:rPr>
          <w:rFonts w:ascii="Gentium Plus" w:hAnsi="Gentium Plus"/>
          <w:sz w:val="24"/>
        </w:rPr>
        <w:t>ξατο ὑπὲρ τουτωνὶ τῶν δογμάτων. Ἀθανάσιος ἐκεῖνος ὁ πολυθρύλητος πεντάκις ἐξηλάθη τῆς ποίμνης, καὶ τὴν ὑπερ‐ ορίαν οἰκεῖν ἠναγκάσθη. Καὶ Ἀλέξανδρος δὲ ὁ ἐκείνου διδάσκα‐ λος ὑπὲρ τούτων ἠγωνίσατο τῶν δογμάτων. Καὶ Εὐστάθιος, καὶ Μελέτιος, καὶ Φλαβιανός, τῆς Ἀνατολῆς οἱ φωστῆρες,</w:t>
      </w:r>
    </w:p>
    <w:p>
      <w:r>
        <w:rPr>
          <w:rFonts w:ascii="Courier New" w:hAnsi="Courier New"/>
          <w:color w:val="555555"/>
          <w:sz w:val="20"/>
        </w:rPr>
        <w:t>[220]</w:t>
      </w:r>
    </w:p>
    <w:p>
      <w:r>
        <w:rPr>
          <w:rFonts w:ascii="Gentium Plus" w:hAnsi="Gentium Plus"/>
          <w:sz w:val="24"/>
        </w:rPr>
        <w:t>καὶ Ἐφραίμ, ἡ τοῦ Πνεύματος λύρα, ὁ τὸ Σύρων ἔθνος ἄρδων ὁσημέραι τοῖς τῆς χάριτος νάμασι, καὶ Ἰωάννης καὶ Ἀττικὸς οἱ τῆς ἀληθείας μεγαλόφωνοι κήρυκες· καὶ οἱ τούτων ἔτι πρεσβύτεροι, Ἰγνάτιος καὶ Πολύκαρπος, καὶ Εἰρηναῖος, καὶ Ἰουστῖνος, καὶ Ἱππόλυτος, ὧν οἱ πλείους οὐκ ἀρχιερέων</w:t>
      </w:r>
    </w:p>
    <w:p>
      <w:r>
        <w:rPr>
          <w:rFonts w:ascii="Courier New" w:hAnsi="Courier New"/>
          <w:color w:val="555555"/>
          <w:sz w:val="20"/>
        </w:rPr>
        <w:t>[225]</w:t>
      </w:r>
    </w:p>
    <w:p>
      <w:r>
        <w:rPr>
          <w:rFonts w:ascii="Gentium Plus" w:hAnsi="Gentium Plus"/>
          <w:sz w:val="24"/>
        </w:rPr>
        <w:t>προλάμπουσι μόνον, ἀλλὰ καὶ τὸν τῶν μαρτύρων διακοσμοῦσι χορόν. Καὶ μὲν δὴ καὶ ὁ νῦν τὴν μεγάλην Ῥώμην ἰθύνων, καὶ τῶν ὀρθῶν δογμάτων τὰς ἀκτῖνας ἐκ τῆς Ἑσπέρας πάντοσε ἐκτείνων ὁ ἁγιώτατος Λέων, τοῦτον ἡμῖν τῆς πίστεως τὸν χαρακτῆρα διὰ τῶν οἰκείων δογμάτων προσήνεγκεν. Οὗτοι</w:t>
      </w:r>
    </w:p>
    <w:p>
      <w:r>
        <w:rPr>
          <w:rFonts w:ascii="Courier New" w:hAnsi="Courier New"/>
          <w:color w:val="555555"/>
          <w:sz w:val="20"/>
        </w:rPr>
        <w:t>[230]</w:t>
      </w:r>
    </w:p>
    <w:p>
      <w:r>
        <w:rPr>
          <w:rFonts w:ascii="Gentium Plus" w:hAnsi="Gentium Plus"/>
          <w:sz w:val="24"/>
        </w:rPr>
        <w:t>πάντες σαφῶς ἐξεπαίδευσαν, ὡς εἷς Υἱὸς ὁ μονογενὴς τοῦ Θεοῦ Υἱὸς καὶ Θεὸς προαιώνιος ἐκ τοῦ Πατρὸς ἀρρήτως γεγεν‐ νημένος· καὶ ὡς μετὰ τὴν ἐνανθρώπησιν καὶ Υἱὸς ἀνθρώπου καὶ ἄνθρωπος ἐχρημάτισεν, οὐκ εἰς τοῦτο τραπεὶς—ἄτρε‐ πτον γὰρ ἔχει τὴν φύσιν—, ἀλλὰ προσλαβὼν τὸ ἡμέτερον· καὶ</w:t>
      </w:r>
    </w:p>
    <w:p>
      <w:r>
        <w:rPr>
          <w:rFonts w:ascii="Courier New" w:hAnsi="Courier New"/>
          <w:color w:val="555555"/>
          <w:sz w:val="20"/>
        </w:rPr>
        <w:t>[235]</w:t>
      </w:r>
    </w:p>
    <w:p>
      <w:r>
        <w:rPr>
          <w:rFonts w:ascii="Gentium Plus" w:hAnsi="Gentium Plus"/>
          <w:sz w:val="24"/>
        </w:rPr>
        <w:t>ὅτι αὐτὸς καὶ ἀπαθὴς ἦν, καὶ ἀθάνατος ὡς θεός, καὶ θνητὸς καὶ παθητὸς ὡς ἄνθρωπος· μετὰ δὲ τὴν ἀνάστασιν, καὶ κατὰ τὸ ἀνθρώπειον, καὶ τὴν ἀπάθειαν καὶ τὴν ἀθανασίαν ἐδέξατο. Εἰ γὰρ καὶ μεμένηκε σῶμα τὸ σῶμα, ἀλλ’ ἀπαθές ἐστι καὶ ἀθάνατον, καὶ θεῖον ὄντως σῶμα, καὶ θείᾳ δόξῃ δεδοξασμένον·</w:t>
      </w:r>
    </w:p>
    <w:p>
      <w:r>
        <w:rPr>
          <w:rFonts w:ascii="Courier New" w:hAnsi="Courier New"/>
          <w:color w:val="555555"/>
          <w:sz w:val="20"/>
        </w:rPr>
        <w:t>[240]</w:t>
      </w:r>
    </w:p>
    <w:p>
      <w:r>
        <w:rPr>
          <w:rFonts w:ascii="Gentium Plus" w:hAnsi="Gentium Plus"/>
          <w:sz w:val="24"/>
        </w:rPr>
        <w:t>καὶ τοῦτο σαφῶς ἡμᾶς ὁ μακάριος ἐδίδαξε Παῦλος· Ἡμῶν</w:t>
      </w:r>
    </w:p>
    <w:p>
      <w:r>
        <w:rPr>
          <w:rFonts w:ascii="Courier New" w:hAnsi="Courier New"/>
          <w:color w:val="555555"/>
          <w:sz w:val="20"/>
        </w:rPr>
        <w:t>[245]</w:t>
      </w:r>
    </w:p>
    <w:p>
      <w:r>
        <w:rPr>
          <w:rFonts w:ascii="Gentium Plus" w:hAnsi="Gentium Plus"/>
          <w:sz w:val="24"/>
        </w:rPr>
        <w:t>δόξης αὐτοῦ. Καὶ οὐκ εἶπε τῇ δόξῃ αὐτοῦ, ἀλλὰ τῷ σώ‐ ματι τῆς δόξης αὐτοῦ. Καὶ αὐτὸς δὲ ὁ Κύριος εἰπὼν τοῖς ἀποστόλοις· Εἰσί τινες τῶν ὧδε ἑστώτων, οἵτινες οὐ μὴ γεύσονται θανάτου, ἕως ἂν ἴδωσι τὸν Υἱὸν τοῦ ἀνθρώπου ἐρχόμενον ἐν τῇ δόξῃ τοῦ Πατρός, παρ‐</w:t>
      </w:r>
    </w:p>
    <w:p>
      <w:r>
        <w:rPr>
          <w:rFonts w:ascii="Courier New" w:hAnsi="Courier New"/>
          <w:color w:val="555555"/>
          <w:sz w:val="20"/>
        </w:rPr>
        <w:t>[146 (250)]</w:t>
      </w:r>
    </w:p>
    <w:p>
      <w:r>
        <w:rPr>
          <w:rFonts w:ascii="Gentium Plus" w:hAnsi="Gentium Plus"/>
          <w:sz w:val="24"/>
        </w:rPr>
        <w:t>έλαβεν αὐτοὺς μετὰ ἓξ ἡμέρας εἰς ὄρος ὑψηλὸν λίαν, καὶ μετ‐ εμορφώθη ἔμπροσθεν αὐτῶν, καὶ ἐγένετο τὸ πρόσωπον αὐτοῦ ὡς ὁ ἥλιος, καὶ τὰ ἱμάτια αὐτοῦ λαμπρὰ ὡς τὸ φῶς. Ἐδί‐ δαξε δὲ διὰ τούτων τῆς δευτέρας ἐπιφανείας τὸν τρόπον. Καὶ ὡς ἀπερίγραφος μὲν ἡ ληφθεῖσα φύσις οὐκ ἔστι—τοῦτο γὰρ</w:t>
      </w:r>
    </w:p>
    <w:p>
      <w:r>
        <w:rPr>
          <w:rFonts w:ascii="Courier New" w:hAnsi="Courier New"/>
          <w:color w:val="555555"/>
          <w:sz w:val="20"/>
        </w:rPr>
        <w:t>[255]</w:t>
      </w:r>
    </w:p>
    <w:p>
      <w:r>
        <w:rPr>
          <w:rFonts w:ascii="Gentium Plus" w:hAnsi="Gentium Plus"/>
          <w:sz w:val="24"/>
        </w:rPr>
        <w:t>μόνης τῆς θεότητος ἴδιον—, τὰς δὲ τῆς θείας δόξης ἀφήσει μαρμαρυγάς, καὶ φωτὸς ἀκτῖνας ἐκπέμψει, τῆς ὀπτικῆς αἰσθή‐ σεως ὑπερβαίνουσα τὰ μέτρα. Μετὰ ταύτης ἀνελήφθη τῆς δόξης· οὕτως αὐτὸν ἔφασαν ἥξειν οἱ ἄγγελοι· αὐτῶν γάρ ἐστι φωνή· Οὗτος ὁ ἀναληφθεὶς ἀφ’ ὑμῶν εἰς τὸν οὐρα‐</w:t>
      </w:r>
    </w:p>
    <w:p>
      <w:r>
        <w:rPr>
          <w:rFonts w:ascii="Courier New" w:hAnsi="Courier New"/>
          <w:color w:val="555555"/>
          <w:sz w:val="20"/>
        </w:rPr>
        <w:t>[260]</w:t>
      </w:r>
    </w:p>
    <w:p>
      <w:r>
        <w:rPr>
          <w:rFonts w:ascii="Gentium Plus" w:hAnsi="Gentium Plus"/>
          <w:sz w:val="24"/>
        </w:rPr>
        <w:t>νὸν οὕτως ἐλεύσεται, ὃν τρόπον ἐθεάσασθε αὐτὸν πορευόμενον εἰς τὸν οὐρανόν. Καὶ τοῖς θείοις δὲ ἀπο‐ στόλοις ὀφθεὶς μετὰ τὴν ἀνάστασιν, καὶ χεῖρας αὐτοῖς καὶ πόδας ὑπέδειξε· τῷ δὲ Θωμᾷ καὶ τὴν πλευράν, καὶ τῶν ἥλων καὶ τῆς λόγχης τὰς ὠτειλάς. Διὰ γὰρ δὴ τούτους τοὺς ἄντι‐</w:t>
      </w:r>
    </w:p>
    <w:p>
      <w:r>
        <w:rPr>
          <w:rFonts w:ascii="Courier New" w:hAnsi="Courier New"/>
          <w:color w:val="555555"/>
          <w:sz w:val="20"/>
        </w:rPr>
        <w:t>[265]</w:t>
      </w:r>
    </w:p>
    <w:p>
      <w:r>
        <w:rPr>
          <w:rFonts w:ascii="Gentium Plus" w:hAnsi="Gentium Plus"/>
          <w:sz w:val="24"/>
        </w:rPr>
        <w:t>κρυς ἀρνουμένους τῆς σαρκὸς τὴν ἀνάληψιν, καὶ μέντοι καὶ τοὺς ἄλλους, οἳ μετὰ τὴν ἀνάστασιν εἰς θεότητός φασι μετα‐ βεβλῆσθαι φύσιν τὴν τοῦ σώματος φύσιν, ἐφύλαξεν ἀκεραίους τῶν ἥλων καὶ τῆς λόγχης τοὺς τύπους. Καὶ τἄλλα σώματα μώμου παντὸς ἐγείρων ἐλεύθερα, τῷ οἰκείῳ σώματι τὰ τῶν</w:t>
      </w:r>
    </w:p>
    <w:p>
      <w:r>
        <w:rPr>
          <w:rFonts w:ascii="Courier New" w:hAnsi="Courier New"/>
          <w:color w:val="555555"/>
          <w:sz w:val="20"/>
        </w:rPr>
        <w:t>[270]</w:t>
      </w:r>
    </w:p>
    <w:p>
      <w:r>
        <w:rPr>
          <w:rFonts w:ascii="Gentium Plus" w:hAnsi="Gentium Plus"/>
          <w:sz w:val="24"/>
        </w:rPr>
        <w:t>παθημάτων σημεῖα κατέλιπεν, ἵνα καὶ τοὺς ἀρνουμένους τοῦ σώματος τὴν ἀνάληψιν διὰ τῶν παθημάτων πλανωμένους ἐλέγξῃ, καὶ τοὺς εἰς ἑτέραν φύσιν μεταβεβλῆσθαι τὸ σῶμα νομίζοντας διδάξῃ διὰ τοῦ τύπου τῶν ἥλων, ὡς ἐπὶ τῶν οἰκείων χαρακτήρων μεμένηκεν. Εἰ δέ τις ἀπόδειξιν ἔχειν</w:t>
      </w:r>
    </w:p>
    <w:p>
      <w:r>
        <w:rPr>
          <w:rFonts w:ascii="Courier New" w:hAnsi="Courier New"/>
          <w:color w:val="555555"/>
          <w:sz w:val="20"/>
        </w:rPr>
        <w:t>[275]</w:t>
      </w:r>
    </w:p>
    <w:p>
      <w:r>
        <w:rPr>
          <w:rFonts w:ascii="Gentium Plus" w:hAnsi="Gentium Plus"/>
          <w:sz w:val="24"/>
        </w:rPr>
        <w:t>οἴεται τοῦ μὴ μεμενηκέναι σῶμα μετὰ τὴν ἀνάστασιν τοῦ Κυρίου τὸ σῶμα, ὡς κεκλεισμένων τῶν θυρῶν πρὸς τοὺς μαθη‐ τὰς εἰσελθεῖν, ἀναμνησθήτω πῶς ἐπὶ θαλάσσης ἐβάδισε θνητὸν ἔχων ἔτι τὸ σῶμα, καὶ μέντοι πῶς ἐγεννήθη τῆς παρθενίας ἀκήρατα φυλάξας τὰ σήμαντρα, καὶ αὖ πάλιν πῶς τῶν ἐπι‐</w:t>
      </w:r>
    </w:p>
    <w:p>
      <w:r>
        <w:rPr>
          <w:rFonts w:ascii="Courier New" w:hAnsi="Courier New"/>
          <w:color w:val="555555"/>
          <w:sz w:val="20"/>
        </w:rPr>
        <w:t>[280]</w:t>
      </w:r>
    </w:p>
    <w:p>
      <w:r>
        <w:rPr>
          <w:rFonts w:ascii="Gentium Plus" w:hAnsi="Gentium Plus"/>
          <w:sz w:val="24"/>
        </w:rPr>
        <w:t>βουλευόντων πολλάκις τὰς χεῖρας διέφυγεν ὑπ’ ἐκείνων κεκυ‐ κλωμένος. Καὶ τί λέγω τὸν Δεσπότην, ὃς οὐ μόνον ἄνθρωπος ἦν, ἀλλὰ καὶ Θεὸς προαιώνιος, καὶ ῥᾴδιον ἦν αὐτῷ πάντα ποιεῖν ὅσα βούλεται; Εἰπάτωσαν πῶς ὁ Ἁμβακοὺμ ἐκ τῆς Ἰουδαίας εἰς Βαβυλῶνα ἐν ἀκαρεῖ τοῦ χρόνου μετέβη, καὶ</w:t>
      </w:r>
    </w:p>
    <w:p>
      <w:r>
        <w:rPr>
          <w:rFonts w:ascii="Courier New" w:hAnsi="Courier New"/>
          <w:color w:val="555555"/>
          <w:sz w:val="20"/>
        </w:rPr>
        <w:t>[285]</w:t>
      </w:r>
    </w:p>
    <w:p>
      <w:r>
        <w:rPr>
          <w:rFonts w:ascii="Gentium Plus" w:hAnsi="Gentium Plus"/>
          <w:sz w:val="24"/>
        </w:rPr>
        <w:t>διέβη τοῦ λάκκου τὸ κάλυμμα, καὶ τῷ Δανιὴλ προσενήνοχε τὴν τροφήν, καὶ αὖθις ἐπανῆλθε μὴ διαφθείρας τοῦ λάκκου τὰ σήμαντρα. Ἀλλὰ μανία σαφής, καὶ τῶν Δεσποτικῶν θαυμά‐ των τοὺς τρόπους ἀνερευνᾶν. Προσήκει δὲ καὶ τοῦτο πρὸς τοῖς εἰρημένοις εἰδέναι, ὡς μετὰ τὴν ἀνάστασιν καὶ τὰ ἡμέ‐</w:t>
      </w:r>
    </w:p>
    <w:p>
      <w:r>
        <w:rPr>
          <w:rFonts w:ascii="Courier New" w:hAnsi="Courier New"/>
          <w:color w:val="555555"/>
          <w:sz w:val="20"/>
        </w:rPr>
        <w:t>[290]</w:t>
      </w:r>
    </w:p>
    <w:p>
      <w:r>
        <w:rPr>
          <w:rFonts w:ascii="Gentium Plus" w:hAnsi="Gentium Plus"/>
          <w:sz w:val="24"/>
        </w:rPr>
        <w:t>τερα σώματα ἄφθαρτα ἔσται. Καὶ ἀθάνατα, καὶ τοῦ γεώδους ἀπαλλαττόμενα κοῦφα γίνεται καὶ μετάρσια. Καὶ τοῦτο διαρ‐ ρήδην σαφῶς ἡμᾶς ἐδίδαξεν ὁ θεῖος Παῦλος. Σπείρεται γάρ, φησίν, ἐν φθορᾷ, ἐγείρεται ἐν ἀφθαρσίᾳ· σπεί‐ ρεται ἐν ἀσθενείᾳ, ἐγείρεται ἐν δυνάμει· σπείρεται</w:t>
      </w:r>
    </w:p>
    <w:p>
      <w:r>
        <w:rPr>
          <w:rFonts w:ascii="Courier New" w:hAnsi="Courier New"/>
          <w:color w:val="555555"/>
          <w:sz w:val="20"/>
        </w:rPr>
        <w:t>[295]</w:t>
      </w:r>
    </w:p>
    <w:p>
      <w:r>
        <w:rPr>
          <w:rFonts w:ascii="Gentium Plus" w:hAnsi="Gentium Plus"/>
          <w:sz w:val="24"/>
        </w:rPr>
        <w:t>ἐν ἀτιμίᾳ, ἐγείρεται ἐν δόξῃ· σπείρεται σῶμα ψυχι‐ κόν, ἐγείρεται σῶμα πνευματικόν. Καὶ ἀλλαχοῦ· Ἁρ‐ παγησόμεθα, φησίν, ἐν νεφέλαις εἰς ἀέρα, εἰς ἀπάν‐ τησιν τοῦ Κυρίου. Εἰ δὲ τὰ τῶν ἁγίων σώματα κοῦφα</w:t>
      </w:r>
    </w:p>
    <w:p>
      <w:r>
        <w:rPr>
          <w:rFonts w:ascii="Courier New" w:hAnsi="Courier New"/>
          <w:color w:val="555555"/>
          <w:sz w:val="20"/>
        </w:rPr>
        <w:t>[146 (300)]</w:t>
      </w:r>
    </w:p>
    <w:p>
      <w:r>
        <w:rPr>
          <w:rFonts w:ascii="Gentium Plus" w:hAnsi="Gentium Plus"/>
          <w:sz w:val="24"/>
        </w:rPr>
        <w:t>θαυμάζειν, εἰ τὸ Δεσποτικὸν σῶμα, τὸ τῇ θεότητι τοῦ Μονο‐ γενοῦς ἡνωμένον, μετὰ τὴν ἀνάστασιν γεγενημένον ἀθάνατον κεκλεισμένων τῶν θυρῶν εἰσελήλυθε. Καὶ μυρίας δὲ ἑτέρας καὶ προφητικὰς καὶ ἀποστολικὰς μαρτυρίας παραγαγεῖν εὐπετές. Ἀλλ’ ἀρκεῖ καὶ τὰ εἰρημένα</w:t>
      </w:r>
    </w:p>
    <w:p>
      <w:r>
        <w:rPr>
          <w:rFonts w:ascii="Courier New" w:hAnsi="Courier New"/>
          <w:color w:val="555555"/>
          <w:sz w:val="20"/>
        </w:rPr>
        <w:t>[305]</w:t>
      </w:r>
    </w:p>
    <w:p>
      <w:r>
        <w:rPr>
          <w:rFonts w:ascii="Gentium Plus" w:hAnsi="Gentium Plus"/>
          <w:sz w:val="24"/>
        </w:rPr>
        <w:t>δεῖξαι τὸν τῆς ἡμετέρας διδασκαλίας σκοπόν. Πιστεύομεν γὰρ εἰς ἕνα Πατέρα, εἰς ἕνα Υἱόν, εἰς ἓν ἅγιον Πνεῦμα· καὶ ὁμο‐ λογοῦμεν μίαν θεότητα, μίαν κυριότητα, μίαν οὐσίαν, τρεῖς ὑποστάσεις. Ἡ γὰρ ἐνανθρώπησις τοῦ Μονογενοῦς τὸν τῆς Τριάδος οὐκ ηὔξησεν ἀριθμόν, καὶ τετράδα τὴν Τριάδα</w:t>
      </w:r>
    </w:p>
    <w:p>
      <w:r>
        <w:rPr>
          <w:rFonts w:ascii="Courier New" w:hAnsi="Courier New"/>
          <w:color w:val="555555"/>
          <w:sz w:val="20"/>
        </w:rPr>
        <w:t>[310]</w:t>
      </w:r>
    </w:p>
    <w:p>
      <w:r>
        <w:rPr>
          <w:rFonts w:ascii="Gentium Plus" w:hAnsi="Gentium Plus"/>
          <w:sz w:val="24"/>
        </w:rPr>
        <w:t>πεποίηκεν, ἀλλὰ μεμένηκεν καὶ μετὰ τὴν ἐνανθρώπησιν Τριὰς ἡ Τριάς. Ἐνανθρωπῆσαι δὲ πιστεύοντες τὸν μονογενῆ Υἱὸν τοῦ Θεοῦ, οὐκ ἀρνούμεθα ἣν ἔλαβε φύσιν, ἀλλ’ ὁμολογοῦμεν, ὡς ἔφην, καὶ τὴν λαβοῦσαν καὶ τὴν ληφθεῖσαν. Ἡ γὰρ ἕνωσις οὐ συνέχεε τὰ τῶν φύσεων ἴδια. Εἰ γὰρ ὁ ἀὴρ ὅλος δι’ ὅλου τὸ</w:t>
      </w:r>
    </w:p>
    <w:p>
      <w:r>
        <w:rPr>
          <w:rFonts w:ascii="Courier New" w:hAnsi="Courier New"/>
          <w:color w:val="555555"/>
          <w:sz w:val="20"/>
        </w:rPr>
        <w:t>[315]</w:t>
      </w:r>
    </w:p>
    <w:p>
      <w:r>
        <w:rPr>
          <w:rFonts w:ascii="Gentium Plus" w:hAnsi="Gentium Plus"/>
          <w:sz w:val="24"/>
        </w:rPr>
        <w:t>φῶς εἰσδεχόμενος οὐκ ἀπόλλυσι τὸ εἶναι ἀήρ, οὔτε μὴν τοῦ φωτὸς διαφθείρει τὴν φύσιν, ἀλλὰ τοῖς μὲν ὀφθαλμοῖς ὁρῶμεν τὸ φῶς, τῇ δὲ ἁφῇ τὸν ἀέρα γινώσκομεν—ἢ γὰρ ψυχρὸς ἡμῖν, ἢ θερμός, ἢ ὑγρός, ἢ ξηρὸς προσπελάζει—ἀνοίας ἐσχάτης σύγχυσιν ἀποκαλεῖν τὴν τῆς θεότητος καὶ τῆς ἀνθρω‐</w:t>
      </w:r>
    </w:p>
    <w:p>
      <w:r>
        <w:rPr>
          <w:rFonts w:ascii="Courier New" w:hAnsi="Courier New"/>
          <w:color w:val="555555"/>
          <w:sz w:val="20"/>
        </w:rPr>
        <w:t>[320]</w:t>
      </w:r>
    </w:p>
    <w:p>
      <w:r>
        <w:rPr>
          <w:rFonts w:ascii="Gentium Plus" w:hAnsi="Gentium Plus"/>
          <w:sz w:val="24"/>
        </w:rPr>
        <w:t>πότητος ἕνωσιν. Εἰ γὰρ αἱ ὁμόδουλοι καὶ ὁμόχρονοι καὶ κτισταὶ φύσεις ἑνούμεναι, καὶ οἱονεὶ κεραννύμεναι ἀκέραιοι διαμέ‐ νουσι, καὶ τοῦ φωτὸς ὑποχωροῦντος μένει καθ’ αὑτὴν τοῦ ἀέρος ἡ φύσις, πολλῷ δήπουθεν δικαιότερον, τὴν τὰ πάντα τεκτηνα‐ μένην φύσιν τῇ ἐξ ἡμῶν ληφθείσῃ συναφθεῖσάν τε καὶ ἑνω‐</w:t>
      </w:r>
    </w:p>
    <w:p>
      <w:r>
        <w:rPr>
          <w:rFonts w:ascii="Courier New" w:hAnsi="Courier New"/>
          <w:color w:val="555555"/>
          <w:sz w:val="20"/>
        </w:rPr>
        <w:t>[325]</w:t>
      </w:r>
    </w:p>
    <w:p>
      <w:r>
        <w:rPr>
          <w:rFonts w:ascii="Gentium Plus" w:hAnsi="Gentium Plus"/>
          <w:sz w:val="24"/>
        </w:rPr>
        <w:t>θεῖσαν φύσει, καὶ αὐτὴν ἀκραιφνῆ μεμενηκέναι ὁμολογεῖν, καὶ ἣν ἔλαβεν ὡσαύτως ἀκεραίαν διαφυλάξαι. Καὶ γὰρ καὶ ὁ χρυ‐</w:t>
      </w:r>
    </w:p>
    <w:p>
      <w:r>
        <w:rPr>
          <w:rFonts w:ascii="Courier New" w:hAnsi="Courier New"/>
          <w:color w:val="555555"/>
          <w:sz w:val="20"/>
        </w:rPr>
        <w:t>[330]</w:t>
      </w:r>
    </w:p>
    <w:p>
      <w:r>
        <w:rPr>
          <w:rFonts w:ascii="Gentium Plus" w:hAnsi="Gentium Plus"/>
          <w:sz w:val="24"/>
        </w:rPr>
        <w:t>Δεσποτικὸν σῶμα, σῶμα μὲν ἔστιν, ἀλλ’ ἀπαθές, ἄφθαρτον, καὶ ἀθάνατον, καὶ Δεσποτικόν, καὶ θεῖον, καὶ τῇ θείᾳ δόξῃ δεδοξασμένον. Οὐ γὰρ κεχώρισται τῆς θεότητος, οὐδὲ ἄλλου τινός ἐστιν, ἀλλ’ αὐτοῦ τοῦ Μονογενοῦς Υἱοῦ τοῦ Θεοῦ. Οὐδὲ γὰρ ἕτερον ἡμῖν ἐπιδείκνυσι πρόσωπον, ἀλλ’ αὐτὸν τὸν Μονο‐</w:t>
      </w:r>
    </w:p>
    <w:p>
      <w:r>
        <w:rPr>
          <w:rFonts w:ascii="Courier New" w:hAnsi="Courier New"/>
          <w:color w:val="555555"/>
          <w:sz w:val="20"/>
        </w:rPr>
        <w:t>[335]</w:t>
      </w:r>
    </w:p>
    <w:p>
      <w:r>
        <w:rPr>
          <w:rFonts w:ascii="Gentium Plus" w:hAnsi="Gentium Plus"/>
          <w:sz w:val="24"/>
        </w:rPr>
        <w:t>γενῆ τὴν ἡμετέραν περικείμενον φύσιν. Ταύτην ἡμεῖς τὴν διδασκαλίαν διατελοῦμεν κηρύττοντες. Οἱ δὲ τὴν ὑπὲρ ἡμῶν γεγενημένην οἰκονομίαν ἀρνούμενοι αἱρετικοὺς ἡμᾶς προσηγόρευσαν, προσόμοιόν τι ταῖς γυναιξὶ ταῖς ἀκολάστοις ποιοῦντες. Καὶ γὰρ ἐκεῖναι δημοσίᾳ πωλοῦσαι</w:t>
      </w:r>
    </w:p>
    <w:p>
      <w:r>
        <w:rPr>
          <w:rFonts w:ascii="Courier New" w:hAnsi="Courier New"/>
          <w:color w:val="555555"/>
          <w:sz w:val="20"/>
        </w:rPr>
        <w:t>[340]</w:t>
      </w:r>
    </w:p>
    <w:p>
      <w:r>
        <w:rPr>
          <w:rFonts w:ascii="Gentium Plus" w:hAnsi="Gentium Plus"/>
          <w:sz w:val="24"/>
        </w:rPr>
        <w:t>τὴν ὥραν, τοῖς ἑταιρικοῖς ὀνείδεσι τὰς σώφρονας περιβάλ‐ λουσι, καὶ τὰ τῆς οἰκείας ἀσελγείας ὀνόματα ταῖς τὴν ἀσέλ‐ γειαν βδελυττομέναις περιτιθέασι. Τοῦτο καὶ ἡ Αἰγυπτία πεποίηκε. Τὴν γὰρ τῆς αἰσχρᾶς ἐπιθυμίας δουλείαν ἀσπα‐ σαμένη, καὶ τὴν ἀνδραποδώδη κολακείαν προσενεγκοῦσα τῷ</w:t>
      </w:r>
    </w:p>
    <w:p>
      <w:r>
        <w:rPr>
          <w:rFonts w:ascii="Courier New" w:hAnsi="Courier New"/>
          <w:color w:val="555555"/>
          <w:sz w:val="20"/>
        </w:rPr>
        <w:t>[345]</w:t>
      </w:r>
    </w:p>
    <w:p>
      <w:r>
        <w:rPr>
          <w:rFonts w:ascii="Gentium Plus" w:hAnsi="Gentium Plus"/>
          <w:sz w:val="24"/>
        </w:rPr>
        <w:t>σώφρονι, εἶτα μὴ δελεάσασα, μηδὲ ταῖς τῆς ἡδυπαθείας περι‐ πείρασα πάγαις, ἀλλοτρίας εὐνῆς ἀπεκάλει λῃστὴν τῆς σωφρο‐ σύνης τὸν ἐραστήν. Ἀλλ’ οὗτοι μὲν δώσουσι τῷ Θεῷ τὰς εὐθύνας, καὶ τῶν κατὰ τῆς πίστεως μηχανημάτων, καὶ τῶν καθ’ ἡμῶν σκευωρημάτων. Ἐγὼ δὲ τοὺς ὑπηγμένους ταῖς</w:t>
      </w:r>
    </w:p>
    <w:p>
      <w:r>
        <w:rPr>
          <w:rFonts w:ascii="Courier New" w:hAnsi="Courier New"/>
          <w:color w:val="555555"/>
          <w:sz w:val="20"/>
        </w:rPr>
        <w:t>[146 (350)]</w:t>
      </w:r>
    </w:p>
    <w:p>
      <w:r>
        <w:rPr>
          <w:rFonts w:ascii="Gentium Plus" w:hAnsi="Gentium Plus"/>
          <w:sz w:val="24"/>
        </w:rPr>
        <w:t>γεγενημέναις ψευδολογίαις παρακαλῶ, θατέραν ταῖν ἀκοαῖν τῷ κατηγορουμένῳ φυλάττειν, καὶ μὴ τὰς δύο τοῖς κατηγο‐</w:t>
      </w:r>
    </w:p>
    <w:p>
      <w:r>
        <w:rPr>
          <w:rFonts w:ascii="Courier New" w:hAnsi="Courier New"/>
          <w:color w:val="555555"/>
          <w:sz w:val="20"/>
        </w:rPr>
        <w:t>[355]</w:t>
      </w:r>
    </w:p>
    <w:p>
      <w:r>
        <w:rPr>
          <w:rFonts w:ascii="Gentium Plus" w:hAnsi="Gentium Plus"/>
          <w:sz w:val="24"/>
        </w:rPr>
        <w:t>τοῦ πλησίον αὐτοῦ. Διὰ γὰρ δὴ τούτων ὁ θεῖος νόμος παρεγγυᾷ μὴ πιστεύειν ταῖς κατὰ τῶν ἀπόντων διαβολαῖς ἀλλὰ παροῦσι τοῖς κατηγορουμένοις δικάζειν.</w:t>
      </w:r>
    </w:p>
    <w:p>
      <w:pPr>
        <w:jc w:val="center"/>
      </w:pPr>
      <w:r>
        <w:rPr>
          <w:rFonts w:ascii="Gentium Plus" w:hAnsi="Gentium Plus"/>
          <w:b/>
          <w:sz w:val="24"/>
        </w:rPr>
        <w:t>ΙΩΑΝΝῌ ΟΙΚΟΝΟΜῼ.</w:t>
      </w:r>
    </w:p>
    <w:p>
      <w:r>
        <w:rPr>
          <w:rFonts w:ascii="Courier New" w:hAnsi="Courier New"/>
          <w:color w:val="555555"/>
          <w:sz w:val="20"/>
        </w:rPr>
        <w:t>[1]</w:t>
      </w:r>
    </w:p>
    <w:p>
      <w:r>
        <w:rPr>
          <w:rFonts w:ascii="Gentium Plus" w:hAnsi="Gentium Plus"/>
          <w:sz w:val="24"/>
        </w:rPr>
        <w:t>Ἐμοὶ μὲν ἡσυχία θυμήρης καὶ βίος φροντίδων ἐλεύθερος. Διά τοι τοῦτο καὶ τοῦ μοναστηρίου τὴν αὔλειον ἀνῳκοδόμησα θύραν, καὶ τῶν γνωρίμων τὰς συντυχίας ἐκκλίνω. Ἐπειδὴ δὲ καινοτομίαν κατὰ τῆς εὐαγγελικῆς πίστεως κινεῖσθαι μεμά‐</w:t>
      </w:r>
    </w:p>
    <w:p>
      <w:r>
        <w:rPr>
          <w:rFonts w:ascii="Courier New" w:hAnsi="Courier New"/>
          <w:color w:val="555555"/>
          <w:sz w:val="20"/>
        </w:rPr>
        <w:t>[5]</w:t>
      </w:r>
    </w:p>
    <w:p>
      <w:r>
        <w:rPr>
          <w:rFonts w:ascii="Gentium Plus" w:hAnsi="Gentium Plus"/>
          <w:sz w:val="24"/>
        </w:rPr>
        <w:t>θηκα, οὐκ ἀκίνδυνον ὑπολαμβάνω τὴν σιωπήν. Εἰ γὰρ ἀνθρώπου βασιλεύειν λαχόντος παρά τινων ὑβρισθέντος, οὐ κατὰ τῶν ὑβρικότων μόνον, ἀλλὰ καὶ κατὰ τῶν παρατετυχηκότων μέν, ἥκιστα δὲ τοὺς πεπαρῳνηκότας ἀμυναμένων κίνδυνος ἐπῃώ‐ ρηται, ποίαν οὐκ ἂν δικαίως κόλασιν ὑποσταῖεν οἱ τὰς κατὰ</w:t>
      </w:r>
    </w:p>
    <w:p>
      <w:r>
        <w:rPr>
          <w:rFonts w:ascii="Courier New" w:hAnsi="Courier New"/>
          <w:color w:val="555555"/>
          <w:sz w:val="20"/>
        </w:rPr>
        <w:t>[10]</w:t>
      </w:r>
    </w:p>
    <w:p>
      <w:r>
        <w:rPr>
          <w:rFonts w:ascii="Gentium Plus" w:hAnsi="Gentium Plus"/>
          <w:sz w:val="24"/>
        </w:rPr>
        <w:t>τοῦ Θεοῦ καὶ Σωτῆρος ἡμῶν τολμωμένας βλασφημίας παρο‐ ρᾶν ἀνεχόμενοι; Τοῦτό με τὸ δέος ἐπὶ τοῦ παρόντος ἠνάγ‐ κασε γράψαι νῦν καὶ δηλῶσαι ἃ παρά τινων καινοτομεῖσθαι μεμάθηκα. Πολλοὶ γάρ, ὥς τινές φασιν, ἐν τῇ πόλει θρυλοῦσιν ὡς</w:t>
      </w:r>
    </w:p>
    <w:p>
      <w:r>
        <w:rPr>
          <w:rFonts w:ascii="Courier New" w:hAnsi="Courier New"/>
          <w:color w:val="555555"/>
          <w:sz w:val="20"/>
        </w:rPr>
        <w:t>[15]</w:t>
      </w:r>
    </w:p>
    <w:p>
      <w:r>
        <w:rPr>
          <w:rFonts w:ascii="Gentium Plus" w:hAnsi="Gentium Plus"/>
          <w:sz w:val="24"/>
        </w:rPr>
        <w:t>πρεσβυτέρων τινῶν προσευξαμένων, καὶ τὸ σύνηθες τέλος ἐπιτεθεικότων τῇ προσευχῇ, καὶ τῶν μὲν εἰρηκότων ὅτι σοὶ πρέπει δόξα, καὶ τῷ Χριστῷ σου, καὶ τῷ ἁγίῳ σου Πνεύματι· τῶν δέ· χάριτι καὶ φιλανθρωπίᾳ τοῦ Χρισ‐ τοῦ σου, μεθ’ οὗ σοὶ πρέπει δόξα σὺν τῷ ἁγίῳ σου</w:t>
      </w:r>
    </w:p>
    <w:p>
      <w:r>
        <w:rPr>
          <w:rFonts w:ascii="Courier New" w:hAnsi="Courier New"/>
          <w:color w:val="555555"/>
          <w:sz w:val="20"/>
        </w:rPr>
        <w:t>[20]</w:t>
      </w:r>
    </w:p>
    <w:p>
      <w:r>
        <w:rPr>
          <w:rFonts w:ascii="Gentium Plus" w:hAnsi="Gentium Plus"/>
          <w:sz w:val="24"/>
        </w:rPr>
        <w:t>Πνεύματι, ἐπέσκηψεν ὁ σοφώτατος ἀρχιδιάκονος μὴ χρῆ‐ ναι λέγειν τὸν Χριστόν, ἀλλὰ τὸν Μονογενῆ δοξάζειν. Εἰ δὲ τοῦτο ἀληθές, οὐδεμίαν ἀσεβείας ὑπερβολὴν καταλείπει. Ἢ γὰρ εἰς δύο υἱοὺς μερίζει τὸν ἕνα Κύριον ἡμῶν Ἰησοῦν Χριστόν, καὶ τὸν μονογενῆ μὲν Υἱὸν ὑπολαμβάνει γνήσιόν τε</w:t>
      </w:r>
    </w:p>
    <w:p>
      <w:r>
        <w:rPr>
          <w:rFonts w:ascii="Courier New" w:hAnsi="Courier New"/>
          <w:color w:val="555555"/>
          <w:sz w:val="20"/>
        </w:rPr>
        <w:t>[25]</w:t>
      </w:r>
    </w:p>
    <w:p>
      <w:r>
        <w:rPr>
          <w:rFonts w:ascii="Gentium Plus" w:hAnsi="Gentium Plus"/>
          <w:sz w:val="24"/>
        </w:rPr>
        <w:t>καὶ φύσει γεγενημένον, τὸν δὲ Χριστὸν εἰσποιητόν τε καὶ νόθον, καὶ διὰ τοῦτο δοξολογίας ἀνάξιον· ἢ πειρᾶται κρατύ‐ νειν τὴν νῦν εἰσκωμάσασαν αἵρεσιν. Καὶ εἰ μὲν παγχάλεπος ἐπέκειτο κλύδων, ἐτόπασεν ἄν τις, αὐτὸν δεδοικότα τὴν δυ‐ ναστείαν τῶν γεγεννηκότων τὴν αἵρεσιν, τῷ καιρῷ τὴν βλασ‐</w:t>
      </w:r>
    </w:p>
    <w:p>
      <w:r>
        <w:rPr>
          <w:rFonts w:ascii="Courier New" w:hAnsi="Courier New"/>
          <w:color w:val="555555"/>
          <w:sz w:val="20"/>
        </w:rPr>
        <w:t>[30]</w:t>
      </w:r>
    </w:p>
    <w:p>
      <w:r>
        <w:rPr>
          <w:rFonts w:ascii="Gentium Plus" w:hAnsi="Gentium Plus"/>
          <w:sz w:val="24"/>
        </w:rPr>
        <w:t>φημίαν χαρίζεσθαι. Ἐπειδὴ δὲ ὁ βλασφημούμενος ἐπετίμησε τοῖς ἀνέμοις καὶ τῇ θαλάττῃ, καὶ ταῖς χειμαζομέναις Ἐκκλη‐ σίαις παρέσχε γαλήνην, καὶ πανταχοῦ γῆς καὶ θαλάττης τὸ τῶν ἀποστόλων καταγγέλλεται κήρυγμα, ποίαν ἔχει χώραν ἡ βλασφημία; Ἀλλὰ γὰρ οὐδὲ οἱ τὴν μίαν φύσιν σαρκὸς καὶ</w:t>
      </w:r>
    </w:p>
    <w:p>
      <w:r>
        <w:rPr>
          <w:rFonts w:ascii="Courier New" w:hAnsi="Courier New"/>
          <w:color w:val="555555"/>
          <w:sz w:val="20"/>
        </w:rPr>
        <w:t>[35]</w:t>
      </w:r>
    </w:p>
    <w:p>
      <w:r>
        <w:rPr>
          <w:rFonts w:ascii="Gentium Plus" w:hAnsi="Gentium Plus"/>
          <w:sz w:val="24"/>
        </w:rPr>
        <w:t>θεότητος τοῖς ἐκκλησιαστικοῖς νῦν κακῶς κατασπείραντες δόγμασιν ἀπηγόρευσαν τὸν Δεσπότην ὑμνεῖσθαι Χριστόν· καὶ ῥᾴδιον αὐτὸ τοῦτο μαθεῖν παρὰ τῶν ἐκεῖθεν ἐπανεληλυθότων. Ἐχρῆν δὲ αὐτὸν τῆς ἐκκλησιαστικῆς προστατεύοντα τάξεως τὴν θείαν εἰδέναι Γραφὴν καὶ μαθεῖν ἐκ ταύτης, ὅτι καθά‐</w:t>
      </w:r>
    </w:p>
    <w:p>
      <w:r>
        <w:rPr>
          <w:rFonts w:ascii="Courier New" w:hAnsi="Courier New"/>
          <w:color w:val="555555"/>
          <w:sz w:val="20"/>
        </w:rPr>
        <w:t>[40]</w:t>
      </w:r>
    </w:p>
    <w:p>
      <w:r>
        <w:rPr>
          <w:rFonts w:ascii="Gentium Plus" w:hAnsi="Gentium Plus"/>
          <w:sz w:val="24"/>
        </w:rPr>
        <w:t>περ τὸν μονογενῆ Υἱὸν τῷ Πατρὶ συντάττουσιν οἱ τῆς ἀλη‐ θείας κήρυκες, οὕτω δὴ πάλιν τὴν τοῦ Χριστοῦ προσηγορίαν ἀντὶ τῆς Υἱὸς τιθέντες, ποτὲ μὲν τῷ Πατρί, ποτὲ δὲ τῷ Πνεύματι τῷ παναγίῳ συναριθμοῦσιν, ἐπειδὴ οὐκ ἄλλος ἐστὶν ὁ Χριστὸς παρὰ τὸν μονογενῆ Υἱὸν τοῦ Θεοῦ. Καὶ ἔστιν</w:t>
      </w:r>
    </w:p>
    <w:p>
      <w:r>
        <w:rPr>
          <w:rFonts w:ascii="Courier New" w:hAnsi="Courier New"/>
          <w:color w:val="555555"/>
          <w:sz w:val="20"/>
        </w:rPr>
        <w:t>[45]</w:t>
      </w:r>
    </w:p>
    <w:p>
      <w:r>
        <w:rPr>
          <w:rFonts w:ascii="Gentium Plus" w:hAnsi="Gentium Plus"/>
          <w:sz w:val="24"/>
        </w:rPr>
        <w:t>ἀκοῦσαι τοῦ θειοτάτου Παύλου Κορινθίοις μὲν ἐπιστέλλον‐ τος, τὴν δὲ οἰκουμένην διδάσκοντος ὅτι Εἷς Θεὸς ὁ Πατήρ, ἐξ οὗ τὰ πάντα, καὶ εἷς Κύριος Ἰησοῦς Χριστός, δι’ οὗ τὰ πάντα, καὶ τὸν αὐτὸν καὶ Χριστόν, καὶ Ἰησοῦν, καὶ Κύριον, καὶ τῶν ὅλων Δημιουργὸν ὀνομάζον‐</w:t>
      </w:r>
    </w:p>
    <w:p>
      <w:r>
        <w:rPr>
          <w:rFonts w:ascii="Courier New" w:hAnsi="Courier New"/>
          <w:color w:val="555555"/>
          <w:sz w:val="20"/>
        </w:rPr>
        <w:t>[147 (50)]</w:t>
      </w:r>
    </w:p>
    <w:p>
      <w:r>
        <w:rPr>
          <w:rFonts w:ascii="Gentium Plus" w:hAnsi="Gentium Plus"/>
          <w:sz w:val="24"/>
        </w:rPr>
        <w:t>τος. Καὶ Θεσσαλονικεῦσι δὲ γράφων οὕτως ἔφη· Αὐτὸς δὲ ὁ Θεὸς καὶ Πατὴρ ἡμῶν, καὶ ὁ Κύριος ἡμῶν Ἰησοῦς Χριστὸς κατευθύναι τὴν ὁδὸν ἡμῶν πρὸς ὑμᾶς. Ἐν δὲ τῇ δευτέρᾳ τῇ πρὸς τούτους Ἐπιστολῇ καὶ προτέταχε τὸν Χριστὸν τοῦ Πατρός, οὐ τὴν τάξιν ἀνατρέπων, ἀλλὰ διδάσκων,</w:t>
      </w:r>
    </w:p>
    <w:p>
      <w:r>
        <w:rPr>
          <w:rFonts w:ascii="Courier New" w:hAnsi="Courier New"/>
          <w:color w:val="555555"/>
          <w:sz w:val="20"/>
        </w:rPr>
        <w:t>[55]</w:t>
      </w:r>
    </w:p>
    <w:p>
      <w:r>
        <w:rPr>
          <w:rFonts w:ascii="Gentium Plus" w:hAnsi="Gentium Plus"/>
          <w:sz w:val="24"/>
        </w:rPr>
        <w:t>ὡς ἡ τάξις τῶν ὀνομάτων οὐκ ἀξιωμάτων καὶ φύσεων διδάσ‐ κει διαφοράν. Λέγει δὲ οὕτως· Αὐτὸς δὲ ὁ Κύριος ἡμῶν Ἰησοῦς Χριστός, καὶ ὁ Θεὸς καὶ Πατὴρ ἡμῶν, ὁ ἀγαπήσας ἡμᾶς, καὶ δοὺς παράκλησιν αἰώνιον, καὶ ἐλπίδα ἀγαθὴν ἐν χάριτι, παρακαλέσαι ὑμῶν τὰς</w:t>
      </w:r>
    </w:p>
    <w:p>
      <w:r>
        <w:rPr>
          <w:rFonts w:ascii="Courier New" w:hAnsi="Courier New"/>
          <w:color w:val="555555"/>
          <w:sz w:val="20"/>
        </w:rPr>
        <w:t>[60]</w:t>
      </w:r>
    </w:p>
    <w:p>
      <w:r>
        <w:rPr>
          <w:rFonts w:ascii="Gentium Plus" w:hAnsi="Gentium Plus"/>
          <w:sz w:val="24"/>
        </w:rPr>
        <w:t>καρδίας, καὶ στηρίξαι ἐν παντὶ ἔργῳ καὶ λόγῳ ἀγαθῷ. Ἐν δέ γε τῷ τέλει τῆς πρὸς Ῥωμαίους Ἐπιστολῆς, τινὰ παραινέσας ἐπεισήγαγεν· Παρακαλῶ οὖν ὑμᾶς, ἀδελ‐ φοί, διὰ τοῦ Κυρίου ἡμῶν Ἰησοῦ Χριστοῦ, καὶ διὰ τῆς ἀγάπης τοῦ Πνεύματος. Εἰ δὲ ἄλλον τινὰ παρὰ τὸν</w:t>
      </w:r>
    </w:p>
    <w:p>
      <w:r>
        <w:rPr>
          <w:rFonts w:ascii="Courier New" w:hAnsi="Courier New"/>
          <w:color w:val="555555"/>
          <w:sz w:val="20"/>
        </w:rPr>
        <w:t>[65]</w:t>
      </w:r>
    </w:p>
    <w:p>
      <w:r>
        <w:rPr>
          <w:rFonts w:ascii="Gentium Plus" w:hAnsi="Gentium Plus"/>
          <w:sz w:val="24"/>
        </w:rPr>
        <w:t>Υἱὸν ἠπίστατο τὸν Χριστόν, οὐκ ἂν αὐτὸν προέταξε τοῦ παν‐ αγίου Πνεύματος. Κορινθίοις δὲ γράφων, ἐν αὐτῷ γε τῷ προοιμίῳ, μόνου τοῦ Χριστοῦ τὸ ὄνομα τέθεικεν, ὡς ἀρκοῦν καὶ μόνον τοὺς πιστεύοντας καταιδέσαι· Παρακαλῶ οὖν ὑμᾶς, ἀδελφοί, διὰ τοῦ ὀνόματος τοῦ Κυρίου ἡμῶν</w:t>
      </w:r>
    </w:p>
    <w:p>
      <w:r>
        <w:rPr>
          <w:rFonts w:ascii="Courier New" w:hAnsi="Courier New"/>
          <w:color w:val="555555"/>
          <w:sz w:val="20"/>
        </w:rPr>
        <w:t>[70]</w:t>
      </w:r>
    </w:p>
    <w:p>
      <w:r>
        <w:rPr>
          <w:rFonts w:ascii="Gentium Plus" w:hAnsi="Gentium Plus"/>
          <w:sz w:val="24"/>
        </w:rPr>
        <w:t>Ἰησοῦ Χριστοῦ, ἵνα τὸ αὐτὸ λέγητε πάντες. Καὶ δὶς δὲ αὐτοῖς ἐπιστείλας, τοῦτο τοῖς γράμμασιν ἐντέθεικε τέλος· Ἡ χάρις τοῦ Κυρίου ἡμῶν Ἰησοῦ Χριστοῦ, καὶ ἡ ἀγάπη τοῦ Θεοῦ καὶ Πατρός, καὶ ἡ κοινωνία τοῦ ἁγίου Πνεύματος εἴη μετὰ πάντων ὑμῶν. Καὶ προτέ‐</w:t>
      </w:r>
    </w:p>
    <w:p>
      <w:r>
        <w:rPr>
          <w:rFonts w:ascii="Courier New" w:hAnsi="Courier New"/>
          <w:color w:val="555555"/>
          <w:sz w:val="20"/>
        </w:rPr>
        <w:t>[75]</w:t>
      </w:r>
    </w:p>
    <w:p>
      <w:r>
        <w:rPr>
          <w:rFonts w:ascii="Gentium Plus" w:hAnsi="Gentium Plus"/>
          <w:sz w:val="24"/>
        </w:rPr>
        <w:t>θεικεν ἐνταῦθα οὐ μόνον τοῦ Πνεύματος, ἀλλὰ καὶ αὐτοῦ τοῦ Πατρός, τὴν τοῦ Χριστοῦ προσηγορίαν. Τοῦτο δὲ ἐν πάσαις</w:t>
      </w:r>
    </w:p>
    <w:p>
      <w:r>
        <w:rPr>
          <w:rFonts w:ascii="Courier New" w:hAnsi="Courier New"/>
          <w:color w:val="555555"/>
          <w:sz w:val="20"/>
        </w:rPr>
        <w:t>[80]</w:t>
      </w:r>
    </w:p>
    <w:p>
      <w:r>
        <w:rPr>
          <w:rFonts w:ascii="Gentium Plus" w:hAnsi="Gentium Plus"/>
          <w:sz w:val="24"/>
        </w:rPr>
        <w:t>τοῦ θεοῦ καὶ Σωτῆρος ἡμῶν Ἰησοῦ Χριστοῦ. Ἀλλὰ γὰρ περιτ‐ τὸν περὶ τούτου μηκύνειν. Ἕκαστον γὰρ Ἐπιστολῆς προοίμιον ὁ θεῖος Ἀπόστολος τῇδε τῇ προσηγορίᾳ λαμπρύνει, νῦν μὲν λέγων· Παῦλος δοῦλος Ἰησοῦ Χριστοῦ, κλητὸς ἀπό‐ στολος, νῦν δέ· Παῦλος κλητὸς ἀπόστολος Ἰησοῦ</w:t>
      </w:r>
    </w:p>
    <w:p>
      <w:r>
        <w:rPr>
          <w:rFonts w:ascii="Courier New" w:hAnsi="Courier New"/>
          <w:color w:val="555555"/>
          <w:sz w:val="20"/>
        </w:rPr>
        <w:t>[85]</w:t>
      </w:r>
    </w:p>
    <w:p>
      <w:r>
        <w:rPr>
          <w:rFonts w:ascii="Gentium Plus" w:hAnsi="Gentium Plus"/>
          <w:sz w:val="24"/>
        </w:rPr>
        <w:t>Χριστοῦ· καί· Παῦλος δοῦλος Θεοῦ, ἀπόστολος δὲ Ἰησοῦ Χριστοῦ. Καὶ τῷ προοιμίῳ τὴν εὐλογίαν συνάπτων, ἐκ ταύτης ταύτην ἀρύεται τῆς πηγῆς, καὶ τῷ Θεῷ καὶ Πατρὶ τὴν τοῦ Υἱοῦ προσηγορίαν συζεύγνυσι λέγων· Χάρις ὑμῖν καὶ εἰρήνη ἀπὸ Θεοῦ Πατρὸς ἡμῶν καὶ Κυρίου</w:t>
      </w:r>
    </w:p>
    <w:p>
      <w:r>
        <w:rPr>
          <w:rFonts w:ascii="Courier New" w:hAnsi="Courier New"/>
          <w:color w:val="555555"/>
          <w:sz w:val="20"/>
        </w:rPr>
        <w:t>[90]</w:t>
      </w:r>
    </w:p>
    <w:p>
      <w:r>
        <w:rPr>
          <w:rFonts w:ascii="Gentium Plus" w:hAnsi="Gentium Plus"/>
          <w:sz w:val="24"/>
        </w:rPr>
        <w:t>Ἰησοῦ Χριστοῦ. Καὶ τῶν Ἐπιστολῶν δὲ τὰ τέλη τῇδε τῇ εὐλογίᾳ διακοσμεῖ· Ἡ χάρις τοῦ Κυρίου Ἰησοῦ Χριστοῦ μετὰ πάντων ὑμῶν. Ἀμήν. Καὶ ἑτέρας δὲ παμπόλλας ἔστιν εὑρεῖν μαρτυρίας, δι’ ὧν καταμαθεῖν εὐπετές, ὡς ὁ Κύριος ἡμῶν Ἰησοῦς Χριστὸς οὐκ</w:t>
      </w:r>
    </w:p>
    <w:p>
      <w:r>
        <w:rPr>
          <w:rFonts w:ascii="Courier New" w:hAnsi="Courier New"/>
          <w:color w:val="555555"/>
          <w:sz w:val="20"/>
        </w:rPr>
        <w:t>[95]</w:t>
      </w:r>
    </w:p>
    <w:p>
      <w:r>
        <w:rPr>
          <w:rFonts w:ascii="Gentium Plus" w:hAnsi="Gentium Plus"/>
          <w:sz w:val="24"/>
        </w:rPr>
        <w:t>ἄλλο πρόσωπόν ἐστι παρὰ τὸν Υἱὸν τῆς Τριάδος πληρωτικόν. Ὁ γὰρ αὐτὸς πρὸ μὲν τῶν αἰώνων Υἱὸς ἦν μονογενὴς καὶ Θεὸς Λόγος, μετὰ δὲ τὴν ἐνανθρώπησιν ὠνομάσθη καὶ Ἰησοῦς καὶ Χριστός, ἀπὸ τῶν πραγμάτων τὰς προσηγορίας δεξάμενος. Ἰησοῦς μὲν γὰρ Σωτὴρ ἑρμηνεύεται· Καλέσεις γὰρ τὸ</w:t>
      </w:r>
    </w:p>
    <w:p>
      <w:r>
        <w:rPr>
          <w:rFonts w:ascii="Courier New" w:hAnsi="Courier New"/>
          <w:color w:val="555555"/>
          <w:sz w:val="20"/>
        </w:rPr>
        <w:t>[147 (100)]</w:t>
      </w:r>
    </w:p>
    <w:p>
      <w:r>
        <w:rPr>
          <w:rFonts w:ascii="Gentium Plus" w:hAnsi="Gentium Plus"/>
          <w:sz w:val="24"/>
        </w:rPr>
        <w:t>ὄνομα αὐτοῦ Ἰησοῦν, ὅτι αὐτὸς σώσει τὸν λαὸν αὐτοῦ ἀπὸ τῶν ἁμαρτιῶν αὐτοῦ. Χριστὸς δὲ κέκληται, ὡς κατὰ τὸ ἀνθρώπειον τῷ Πνεύματι τῷ παναγίῳ χρισθείς, καὶ χρηματίσας ἀρχιερεὺς ἡμῶν, καὶ ἀπόστολος, καὶ προφή‐ της, καὶ βασιλεύς. Μωϋσῆς μὲν γὰρ ὁ θεσπέσιος βοᾷ πόρρω‐</w:t>
      </w:r>
    </w:p>
    <w:p>
      <w:r>
        <w:rPr>
          <w:rFonts w:ascii="Courier New" w:hAnsi="Courier New"/>
          <w:color w:val="555555"/>
          <w:sz w:val="20"/>
        </w:rPr>
        <w:t>[105]</w:t>
      </w:r>
    </w:p>
    <w:p>
      <w:r>
        <w:rPr>
          <w:rFonts w:ascii="Gentium Plus" w:hAnsi="Gentium Plus"/>
          <w:sz w:val="24"/>
        </w:rPr>
        <w:t>θεν· Προφήτην ὑμῖν ἀναστήσει Κύριος ὁ Θεὸς ἐκ</w:t>
      </w:r>
    </w:p>
    <w:p>
      <w:r>
        <w:rPr>
          <w:rFonts w:ascii="Courier New" w:hAnsi="Courier New"/>
          <w:color w:val="555555"/>
          <w:sz w:val="20"/>
        </w:rPr>
        <w:t>[110]</w:t>
      </w:r>
    </w:p>
    <w:p>
      <w:r>
        <w:rPr>
          <w:rFonts w:ascii="Gentium Plus" w:hAnsi="Gentium Plus"/>
          <w:sz w:val="24"/>
        </w:rPr>
        <w:t>Ἔχοντες οὖν ἀρχιερέα μέγαν διεληλυθότα τοὺς οὐ‐ ρανούς, Ἰησοῦν τὸν Υἱὸν τοῦ Θεοῦ, κρατῶμεν τῆς ὁμολογίας. Ὅτι δὲ καὶ βασιλεύς ἐστι προαιώνιος ὡς Θεός, ἡ προφητικὴ πάλιν ἡμᾶς μελῳδία διδάσκει· Ὁ θρόνος σου γάρ, φησίν, ὁ Θεός, εἰς τὸν αἰῶνα τοῦ αἰῶνος· ῥάβ‐</w:t>
      </w:r>
    </w:p>
    <w:p>
      <w:r>
        <w:rPr>
          <w:rFonts w:ascii="Courier New" w:hAnsi="Courier New"/>
          <w:color w:val="555555"/>
          <w:sz w:val="20"/>
        </w:rPr>
        <w:t>[115]</w:t>
      </w:r>
    </w:p>
    <w:p>
      <w:r>
        <w:rPr>
          <w:rFonts w:ascii="Gentium Plus" w:hAnsi="Gentium Plus"/>
          <w:sz w:val="24"/>
        </w:rPr>
        <w:t>δος εὐθύτητος ἡ ῥάβδος τῆς βασιλείας σου. Ὑπο‐ δείκνυσι δὲ ἡμῖν καὶ τὸ ἀνθρώπειον αὐτοῦ κράτος. Ἔχων γὰρ τῶν ὅλων τὴν δεσποτείαν ὡς Θεὸς καὶ δημιουργός, λαμβάνει ταύτην ὡς ἄνθρωπος. Οὗ δὴ χάριν ἐπήγαγεν· Ἠγάπησας δικαιοσύνην, καὶ ἐμίσησας ἀνομίαν· διὰ τοῦτο</w:t>
      </w:r>
    </w:p>
    <w:p>
      <w:r>
        <w:rPr>
          <w:rFonts w:ascii="Courier New" w:hAnsi="Courier New"/>
          <w:color w:val="555555"/>
          <w:sz w:val="20"/>
        </w:rPr>
        <w:t>[120]</w:t>
      </w:r>
    </w:p>
    <w:p>
      <w:r>
        <w:rPr>
          <w:rFonts w:ascii="Gentium Plus" w:hAnsi="Gentium Plus"/>
          <w:sz w:val="24"/>
        </w:rPr>
        <w:t>ἔχρισέ σε ὁ Θεός, ὁ Θεός σου, ἔλαιον ἀγαλλιάσεως παρὰ τοὺς μετόχους σου. Καὶ ἐν τῷ δευτέρῳ γέ φησιν ψαλμῷ αὐτὸς ὁ χρισθείς· Ἐγὼ δὲ κατεστάθην βασιλεὺς ὑπ’ αὐτοῦ ἐπὶ Σιὼν ὄρος τὸ ἅγιον αὐτοῦ, διαγγέλ‐ λων τὸ πρόσταγμα Κυρίου. Κύριος εἶπε πρός με·</w:t>
      </w:r>
    </w:p>
    <w:p>
      <w:r>
        <w:rPr>
          <w:rFonts w:ascii="Courier New" w:hAnsi="Courier New"/>
          <w:color w:val="555555"/>
          <w:sz w:val="20"/>
        </w:rPr>
        <w:t>[125]</w:t>
      </w:r>
    </w:p>
    <w:p>
      <w:r>
        <w:rPr>
          <w:rFonts w:ascii="Gentium Plus" w:hAnsi="Gentium Plus"/>
          <w:sz w:val="24"/>
        </w:rPr>
        <w:t>Υἱός μου εἶ σύ, ἐγὼ σήμερον γεγέννηκά σε. Αἴτη‐ σαι παρ’ ἐμοῦ, καὶ δώσω σοι ἔθνη τὴν κληρονομίαν σου, καὶ τὴν κατάσχεσίν σου τὰ πέρατα τῆς γῆς. Ταῦτα δὲ ὡς ἄνθρωπος εἴρηκεν. Ὡς γὰρ ἄνθρωπος λαμβάνει ἅπερ ἔχει ὡς Θεός. Καὶ ἐν αὐτῷ γε τῷ τοῦ ψαλμοῦ προοιμίῳ</w:t>
      </w:r>
    </w:p>
    <w:p>
      <w:r>
        <w:rPr>
          <w:rFonts w:ascii="Courier New" w:hAnsi="Courier New"/>
          <w:color w:val="555555"/>
          <w:sz w:val="20"/>
        </w:rPr>
        <w:t>[130]</w:t>
      </w:r>
    </w:p>
    <w:p>
      <w:r>
        <w:rPr>
          <w:rFonts w:ascii="Gentium Plus" w:hAnsi="Gentium Plus"/>
          <w:sz w:val="24"/>
        </w:rPr>
        <w:t>τῷ Θεῷ καὶ Πατρὶ συνέταξεν αὐτὸν ἡ προφητικὴ χάρις. Ἵνα τί γάρ, φησίν, ἐφρύαξαν ἔθνη, καὶ λαοὶ ἐμελέτησαν κενά; Παρέστησαν οἱ βασιλεῖς τῆς γῆς, καὶ οἱ ἄρχοντες συνήχθησαν ἐπὶ τὸ αὐτὸ κατὰ τοῦ Κυ‐ ρίου, καὶ κατὰ τοῦ Χριστοῦ αὐτοῦ.</w:t>
      </w:r>
    </w:p>
    <w:p>
      <w:r>
        <w:rPr>
          <w:rFonts w:ascii="Courier New" w:hAnsi="Courier New"/>
          <w:color w:val="555555"/>
          <w:sz w:val="20"/>
        </w:rPr>
        <w:t>[135]</w:t>
      </w:r>
    </w:p>
    <w:p>
      <w:r>
        <w:rPr>
          <w:rFonts w:ascii="Gentium Plus" w:hAnsi="Gentium Plus"/>
          <w:sz w:val="24"/>
        </w:rPr>
        <w:t>Μηδεὶς τοίνυν ἀνοήτως ἄλλον τινὰ τὸν Χριστὸν νομιζέτω</w:t>
      </w:r>
    </w:p>
    <w:p>
      <w:r>
        <w:rPr>
          <w:rFonts w:ascii="Courier New" w:hAnsi="Courier New"/>
          <w:color w:val="555555"/>
          <w:sz w:val="20"/>
        </w:rPr>
        <w:t>[140]</w:t>
      </w:r>
    </w:p>
    <w:p>
      <w:r>
        <w:rPr>
          <w:rFonts w:ascii="Gentium Plus" w:hAnsi="Gentium Plus"/>
          <w:sz w:val="24"/>
        </w:rPr>
        <w:t>τήνδε τὴν ὁμολογίαν κρατύνοντος. Ἐπὶ ταύτῃ γάρ, ἔφη, τῇ πέτρᾳ οἰκοδομήσω μου τὴν Ἐκκλησίαν, καὶ πύλαι ᾅδου οὐ κατισχύσουσιν αὐτῆς. Διά τοι τοῦτο καὶ Παῦ‐ λος ὁ πάνσοφος, ὁ τῶν Ἐκκλησιῶν ἄριστος ἀρχιτέκτων, οὐχ ἕτερον, ἀλλὰ τοῦτον αὐτὸν κατέπηξεν τὸν θεμέλιον. Ἐγὼ</w:t>
      </w:r>
    </w:p>
    <w:p>
      <w:r>
        <w:rPr>
          <w:rFonts w:ascii="Courier New" w:hAnsi="Courier New"/>
          <w:color w:val="555555"/>
          <w:sz w:val="20"/>
        </w:rPr>
        <w:t>[145]</w:t>
      </w:r>
    </w:p>
    <w:p>
      <w:r>
        <w:rPr>
          <w:rFonts w:ascii="Gentium Plus" w:hAnsi="Gentium Plus"/>
          <w:sz w:val="24"/>
        </w:rPr>
        <w:t>γάρ, φησίν, ὡς σοφὸς ἀρχιτέκτων θεμέλιον τέθεικα, ἄλλος δὲ ἐποικοδομεῖ. Ἕκαστος δὲ βλεπέτω πῶς ἐποικοδομεῖ. Θεμέλιον γὰρ ἄλλον οὐδεὶς δύναται θεῖναι παρὰ τὸν κείμενον, ὅς ἐστιν Ἰησοῦς Χρισ‐ τός. Πῶς τοίνυν ἕτερον ἐπινοοῦσι θεμέλιον, οὐ πηγνύναι</w:t>
      </w:r>
    </w:p>
    <w:p>
      <w:r>
        <w:rPr>
          <w:rFonts w:ascii="Courier New" w:hAnsi="Courier New"/>
          <w:color w:val="555555"/>
          <w:sz w:val="20"/>
        </w:rPr>
        <w:t>[147 (150)]</w:t>
      </w:r>
    </w:p>
    <w:p>
      <w:r>
        <w:rPr>
          <w:rFonts w:ascii="Gentium Plus" w:hAnsi="Gentium Plus"/>
          <w:sz w:val="24"/>
        </w:rPr>
        <w:t>θεμέλιον, ἀλλ’ ἐποικοδομεῖν τῷ κειμένῳ προστεταγμένοι; Ὁ δὲ θεῖος ἐκεῖνος ἀνὴρ τὸν Χριστὸν οἶδε θεμέλιον, καὶ ταύτῃ τῇ προσηγορίᾳ λαμπρύνεται. Καὶ νῦν μέν φησι· Χριστῷ συνεσταύρωμαι· ζῶ δὲ οὐκέτι ἐγώ, ζῇ δὲ ἐν ἐμοὶ Χριστός. Νῦν δέ· Ἐμοὶ τὸ ζῆν Χριστός, καὶ τὸ ἀπο‐</w:t>
      </w:r>
    </w:p>
    <w:p>
      <w:r>
        <w:rPr>
          <w:rFonts w:ascii="Courier New" w:hAnsi="Courier New"/>
          <w:color w:val="555555"/>
          <w:sz w:val="20"/>
        </w:rPr>
        <w:t>[155]</w:t>
      </w:r>
    </w:p>
    <w:p>
      <w:r>
        <w:rPr>
          <w:rFonts w:ascii="Gentium Plus" w:hAnsi="Gentium Plus"/>
          <w:sz w:val="24"/>
        </w:rPr>
        <w:t>θανεῖν κέρδος. Καὶ πάλιν· Οὐ γὰρ ἔκρινα τοῦ εἰδέναι τι ἐν ὑμῖν, εἰ μὴ Ἰησοῦν Χριστόν, καὶ τοῦτον ἐσταυ‐ ρωμένον. Καὶ μικρὸν πρὸ τούτων· Ἡμεῖς δὲ κηρύττο‐ μεν Χριστὸν ἐσταυρωμένον, Ἰουδαίοις μὲν σκάνδα‐ λον, ἔθνεσι δὲ μωρίαν, αὐτοῖς τε κλητοῖς Ἰουδαίοις</w:t>
      </w:r>
    </w:p>
    <w:p>
      <w:r>
        <w:rPr>
          <w:rFonts w:ascii="Courier New" w:hAnsi="Courier New"/>
          <w:color w:val="555555"/>
          <w:sz w:val="20"/>
        </w:rPr>
        <w:t>[160]</w:t>
      </w:r>
    </w:p>
    <w:p>
      <w:r>
        <w:rPr>
          <w:rFonts w:ascii="Gentium Plus" w:hAnsi="Gentium Plus"/>
          <w:sz w:val="24"/>
        </w:rPr>
        <w:t>τε καὶ Ἕλλησι Χριστὸν Θεοῦ δύναμιν καὶ Θεοῦ σοφίαν. Καὶ Γαλάταις μὲν ἐπιστέλλων ἔφη· Ὅτε δὲ ηὐδόκησεν ὁ ἀφορίσας με ἐκ κοιλίας μητρός μου, καὶ καλέσας διὰ τῆς χάριτος αὐτοῦ, ἀποκαλύψαι τὸν Υἱὸν αὐτοῦ ἐν ἐμοί, ἵνα εὐαγγελίζωμαι αὐτὸν</w:t>
      </w:r>
    </w:p>
    <w:p>
      <w:r>
        <w:rPr>
          <w:rFonts w:ascii="Courier New" w:hAnsi="Courier New"/>
          <w:color w:val="555555"/>
          <w:sz w:val="20"/>
        </w:rPr>
        <w:t>[165]</w:t>
      </w:r>
    </w:p>
    <w:p>
      <w:r>
        <w:rPr>
          <w:rFonts w:ascii="Gentium Plus" w:hAnsi="Gentium Plus"/>
          <w:sz w:val="24"/>
        </w:rPr>
        <w:t>ἐν τοῖς ἔθνεσι. Κορινθίοις δὲ γράφων οὐκ εἶπεν, ὅτι Ἡμεῖς μὲν κηρύττομεν τὸν Υἱόν, ἀλλὰ Χριστὸν ἐσταυρωμένον· οὐκ ἐναντία ποιῶν οἷς προσετάχθη, ἀλλὰ τὸν αὐτὸν εἰδὼς καὶ Ἰησοῦν, καὶ Χριστόν, καὶ Κύριον, καὶ Μονογενῆ, καὶ Θεὸν Λόγον. Τούτου δὴ χάριν καὶ Ῥωμαίοις</w:t>
      </w:r>
    </w:p>
    <w:p>
      <w:r>
        <w:rPr>
          <w:rFonts w:ascii="Courier New" w:hAnsi="Courier New"/>
          <w:color w:val="555555"/>
          <w:sz w:val="20"/>
        </w:rPr>
        <w:t>[170]</w:t>
      </w:r>
    </w:p>
    <w:p>
      <w:r>
        <w:rPr>
          <w:rFonts w:ascii="Gentium Plus" w:hAnsi="Gentium Plus"/>
          <w:sz w:val="24"/>
        </w:rPr>
        <w:t>γράφειν ἀρξάμενος δοῦλον ἑαυτὸν ὠνόμασεν Ἰησοῦ Χριστοῦ. Εἶπε δέ, ἀφωρίσθαι εἰς Εὐαγγέλιον Θεοῦ, ὃ προ‐ επηγγείλατο διὰ τῶν προφητῶν αὑτοῦ ἐν Γραφαῖς ἁγίαις περὶ τοῦ Υἱοῦ αὑτοῦ, τοῦ γενομένου ἐκ σπέρ‐ ματος Δαβὶδ κατὰ σάρκα, τοῦ ὁρισθέντος Υἱοῦ Θεοῦ</w:t>
      </w:r>
    </w:p>
    <w:p>
      <w:r>
        <w:rPr>
          <w:rFonts w:ascii="Courier New" w:hAnsi="Courier New"/>
          <w:color w:val="555555"/>
          <w:sz w:val="20"/>
        </w:rPr>
        <w:t>[175]</w:t>
      </w:r>
    </w:p>
    <w:p>
      <w:r>
        <w:rPr>
          <w:rFonts w:ascii="Gentium Plus" w:hAnsi="Gentium Plus"/>
          <w:sz w:val="24"/>
        </w:rPr>
        <w:t>ἐν δυνάμει, καὶ τὰ ἑξῆς. Καὶ τὸν αὐτὸν ἐκάλεσε καὶ Ἰησοῦν Χριστόν, καὶ υἱὸν τοῦ Δαβὶδ κατὰ σάρκα, καὶ Υἱὸν τοῦ Θεοῦ, ὡς Θεὸν καὶ τῶν ὅλων Δεσπότην. Καὶ μέντοι κἀν τῷ μέσῳ τῆς Ἐπιστολῆς Ἰουδαίων μνημονεύσας, ἐπήγαγεν· Ὧν οἱ πατέρες, καὶ ἐξ ὧν ὁ Χριστὸς τὸ κατὰ σάρκα, ὁ ὢν</w:t>
      </w:r>
    </w:p>
    <w:p>
      <w:r>
        <w:rPr>
          <w:rFonts w:ascii="Courier New" w:hAnsi="Courier New"/>
          <w:color w:val="555555"/>
          <w:sz w:val="20"/>
        </w:rPr>
        <w:t>[180]</w:t>
      </w:r>
    </w:p>
    <w:p>
      <w:r>
        <w:rPr>
          <w:rFonts w:ascii="Gentium Plus" w:hAnsi="Gentium Plus"/>
          <w:sz w:val="24"/>
        </w:rPr>
        <w:t>ἐπὶ πάντων Θεὸς εὐλογητὸς εἰς τοὺς αἰῶνας τῶν αἰώνων, Ἀμήν. Καὶ τὸν αὐτὸν κατὰ σάρκα μὲν ἐξ Ἰου‐ δαίων ἔφη κατάγειν τὸ γένος, αἰώνιον δὲ εἶναι Θεόν, καὶ πάντων ὁμοῦ τῶν γενητῶν Δεσπότην παρὰ τῶν εὐγνωμόνων ὑμνούμενον. Τὴν αὐτὴν δὲ ἡμῖν διδασκαλίαν προσήνεγκεν καὶ</w:t>
      </w:r>
    </w:p>
    <w:p>
      <w:r>
        <w:rPr>
          <w:rFonts w:ascii="Courier New" w:hAnsi="Courier New"/>
          <w:color w:val="555555"/>
          <w:sz w:val="20"/>
        </w:rPr>
        <w:t>[185]</w:t>
      </w:r>
    </w:p>
    <w:p>
      <w:r>
        <w:rPr>
          <w:rFonts w:ascii="Gentium Plus" w:hAnsi="Gentium Plus"/>
          <w:sz w:val="24"/>
        </w:rPr>
        <w:t>δι’ ὧν τῷ θαυμασίῳ γέγραφε Τίτῳ. Προσδεχόμενοι γάρ, φησί, τὴν μακαρίαν ἐλπίδα, καὶ ἐπιφανείαν τῆς δό‐ ξης τοῦ μεγάλου Θεοῦ καὶ Σωτῆρος ἡμῶν Ἰησοῦ Χριστοῦ. Καὶ τὸν αὐτὸν καὶ Σωτῆρα, καὶ μέγαν θεόν, καὶ Ἰησοῦν Χριστὸν προσηγόρευσε. Καὶ ἀλλαχοῦ· Ἐν τῇ βασι‐</w:t>
      </w:r>
    </w:p>
    <w:p>
      <w:r>
        <w:rPr>
          <w:rFonts w:ascii="Courier New" w:hAnsi="Courier New"/>
          <w:color w:val="555555"/>
          <w:sz w:val="20"/>
        </w:rPr>
        <w:t>[190]</w:t>
      </w:r>
    </w:p>
    <w:p>
      <w:r>
        <w:rPr>
          <w:rFonts w:ascii="Gentium Plus" w:hAnsi="Gentium Plus"/>
          <w:sz w:val="24"/>
        </w:rPr>
        <w:t>λείᾳ τοῦ Χριστοῦ καὶ Θεοῦ. Καὶ μέντοι καὶ τοῖς ποιμέ‐ σιν ὁ τῶν ἀγγέλων ἔφη χορός· Ἰδοὺ τίκτεται ὑμῖν σήμε‐ ρον Χριστὸς Κύριος ἐν πόλει Δαβίδ. Ἀλλὰ γὰρ παρέλκον πάσας τὰς τοιαύτας συλλέγειν μαρτυ‐</w:t>
      </w:r>
    </w:p>
    <w:p>
      <w:r>
        <w:rPr>
          <w:rFonts w:ascii="Courier New" w:hAnsi="Courier New"/>
          <w:color w:val="555555"/>
          <w:sz w:val="20"/>
        </w:rPr>
        <w:t>[195]</w:t>
      </w:r>
    </w:p>
    <w:p>
      <w:r>
        <w:rPr>
          <w:rFonts w:ascii="Gentium Plus" w:hAnsi="Gentium Plus"/>
          <w:sz w:val="24"/>
        </w:rPr>
        <w:t>καὶ νυκτός· ἀποχρῶσί τε αὗται πεῖσαι καὶ τοὺς ἄγαν δυσπει‐ θεστάτους τὰς θείας μὴ μερίζειν προσηγορίας. Ἐκεῖνο μέντοι παραλιπεῖν οὐκ ἀνέξομαι. Φασὶ γὰρ αὐτὸν εἰρηκέναι, χριστοὺς μὲν εἶναι πολλούς, Υἱὸν δὲ ἕνα. Τοῦτο δὲ ἐξ ἀγνοίας αὐτὸν ὑπείληφα πλημμελεῖν. Εἰ γὰρ τὴν θείαν ἀνέγνω Γραφήν,</w:t>
      </w:r>
    </w:p>
    <w:p>
      <w:r>
        <w:rPr>
          <w:rFonts w:ascii="Courier New" w:hAnsi="Courier New"/>
          <w:color w:val="555555"/>
          <w:sz w:val="20"/>
        </w:rPr>
        <w:t>[147 (200)]</w:t>
      </w:r>
    </w:p>
    <w:p>
      <w:r>
        <w:rPr>
          <w:rFonts w:ascii="Gentium Plus" w:hAnsi="Gentium Plus"/>
          <w:sz w:val="24"/>
        </w:rPr>
        <w:t>ἐγνώκει ἂν ὡς καὶ τὴν τοῦ Υἱοῦ προσηγορίαν πολλοῖς ὁ μεγα‐ λόδωρος Δεσπότης δεδώρηται. Μωϋσῆς μὲν γὰρ ὁ νομοθέτης, ὁ τὴν παλαιὰν ἱστορίαν συγγράψας, φησίν· Ἰδόντες οἱ υἱοὶ τοῦ Θεοῦ τὰς θυγατέρας τῶν ἀνθρώπων, ὅτι καλαί εἰσιν, ἔλαβον αὑτοῖς ἐξ αὐτῶν γυναῖκας. Αὐτὸς δὲ</w:t>
      </w:r>
    </w:p>
    <w:p>
      <w:r>
        <w:rPr>
          <w:rFonts w:ascii="Courier New" w:hAnsi="Courier New"/>
          <w:color w:val="555555"/>
          <w:sz w:val="20"/>
        </w:rPr>
        <w:t>[205]</w:t>
      </w:r>
    </w:p>
    <w:p>
      <w:r>
        <w:rPr>
          <w:rFonts w:ascii="Gentium Plus" w:hAnsi="Gentium Plus"/>
          <w:sz w:val="24"/>
        </w:rPr>
        <w:t>ὁ τῶν ὅλων Θεὸς πρὸς τοῦτον ἔφη τὸν προφήτην· Εἰπὲ πρὸς Φαραώ· Υἱὸς πρωτότοκός μου Ἰσραήλ. Κἀν τῇ ᾨδῇ δὲ τῇ μεγάλῃ· Εὐφράνθητε, φησίν, ἔθνη, μετὰ τοῦ λαοῦ αὐτοῦ, καὶ ἐνισχυσάτωσαν αὐτῷ πάντες υἱοὶ Θεοῦ. Διὰ δὲ Ἡσαίου τοῦ προφήτου φησίν· Υἱοὺς ἐγέν‐</w:t>
      </w:r>
    </w:p>
    <w:p>
      <w:r>
        <w:rPr>
          <w:rFonts w:ascii="Courier New" w:hAnsi="Courier New"/>
          <w:color w:val="555555"/>
          <w:sz w:val="20"/>
        </w:rPr>
        <w:t>[210]</w:t>
      </w:r>
    </w:p>
    <w:p>
      <w:r>
        <w:rPr>
          <w:rFonts w:ascii="Gentium Plus" w:hAnsi="Gentium Plus"/>
          <w:sz w:val="24"/>
        </w:rPr>
        <w:t>νησα καὶ ὕψωσα, αὐτοὶ δέ με ἠθέτησαν. Καὶ διὰ τοῦ τρισμακαρίου Δαβίδ· Ἐγώ, φησίν, εἶπα· θεοί ἐστε, καὶ υἱοὶ Ὑψίστου πάντες. Ὁ δὲ πάνσοφος Παῦλος Ῥωμαίοις μὲν γέγραφεν οὕτως· Ὅσοι γὰρ Πνεύματι Θεοῦ ἄγον‐ ται, οὗτοί εἰσιν υἱοὶ Θεοῦ. Οὐ γὰρ ἐλάβετε πνεῦμα</w:t>
      </w:r>
    </w:p>
    <w:p>
      <w:r>
        <w:rPr>
          <w:rFonts w:ascii="Courier New" w:hAnsi="Courier New"/>
          <w:color w:val="555555"/>
          <w:sz w:val="20"/>
        </w:rPr>
        <w:t>[215]</w:t>
      </w:r>
    </w:p>
    <w:p>
      <w:r>
        <w:rPr>
          <w:rFonts w:ascii="Gentium Plus" w:hAnsi="Gentium Plus"/>
          <w:sz w:val="24"/>
        </w:rPr>
        <w:t>δουλείας πάλιν εἰς φόβον, ἀλλ’ ἐλάβετε πνεῦμα υἱοθεσίας, ἐν ᾧ κράζομεν· Ἀββᾶ ὁ Πατήρ. Αὐτὸ τὸ Πνεῦμα συμμαρτυρεῖ τῷ πνεύματι ἡμῶν, ὅτι ἐσμὲν τέκνα Θεοῦ. Εἰ δὲ τέκνα, καὶ κληρονόμοι, κληρονό‐ μοι μὲν Θεοῦ, συγκληρονόμοι δὲ Χριστοῦ, εἴπερ</w:t>
      </w:r>
    </w:p>
    <w:p>
      <w:r>
        <w:rPr>
          <w:rFonts w:ascii="Courier New" w:hAnsi="Courier New"/>
          <w:color w:val="555555"/>
          <w:sz w:val="20"/>
        </w:rPr>
        <w:t>[220]</w:t>
      </w:r>
    </w:p>
    <w:p>
      <w:r>
        <w:rPr>
          <w:rFonts w:ascii="Gentium Plus" w:hAnsi="Gentium Plus"/>
          <w:sz w:val="24"/>
        </w:rPr>
        <w:t>συμπάσχομεν, ἵνα καὶ συνδοξασθῶμεν. Γαλάταις δὲ ἐπιστέλλων οὕτως ἔφη· Ὅτι δέ ἐστε υἱοί, ἐξαπέστει‐ λεν ὁ Θεὸς τὸ Πνεῦμα τοῦ Υἱοῦ αὑτοῦ εἰς τὰς καρ‐ δίας ὑμῶν, κράζον· Ἀββᾶ ὁ Πατήρ. Ὥστε οὐκέτι εἶ</w:t>
      </w:r>
    </w:p>
    <w:p>
      <w:r>
        <w:rPr>
          <w:rFonts w:ascii="Courier New" w:hAnsi="Courier New"/>
          <w:color w:val="555555"/>
          <w:sz w:val="20"/>
        </w:rPr>
        <w:t>[225]</w:t>
      </w:r>
    </w:p>
    <w:p>
      <w:r>
        <w:rPr>
          <w:rFonts w:ascii="Gentium Plus" w:hAnsi="Gentium Plus"/>
          <w:sz w:val="24"/>
        </w:rPr>
        <w:t>διὰ Ἰησοῦ Χριστοῦ. Ταῦτα δὲ καὶ Ἐφεσίους ἐδίδαξεν· Ἐν ἀγάπῃ γάρ, φησί, προορίσας ἡμᾶς εἰς υἱοθεσίαν διὰ Ἰησοῦ Χριστοῦ εἰς αὐτόν. Εἰ τοίνυν, ἐπεὶ κοινόν ἐστι τὸ ὄνομα τοῦ Χριστοῦ, δοξάζειν οὐ δεῖ τὸν Χριστὸν ὡς Θεόν, μηδὲ ὡς Υἱὸν αὐτὸν προσκυνήσομεν· πολλοὶ γὰρ καὶ τοῦδε</w:t>
      </w:r>
    </w:p>
    <w:p>
      <w:r>
        <w:rPr>
          <w:rFonts w:ascii="Courier New" w:hAnsi="Courier New"/>
          <w:color w:val="555555"/>
          <w:sz w:val="20"/>
        </w:rPr>
        <w:t>[230]</w:t>
      </w:r>
    </w:p>
    <w:p>
      <w:r>
        <w:rPr>
          <w:rFonts w:ascii="Gentium Plus" w:hAnsi="Gentium Plus"/>
          <w:sz w:val="24"/>
        </w:rPr>
        <w:t>μετέλαχον τοῦ ὀνόματος. Καὶ τί λέγω τοῦ Υἱοῦ; αὐτὴν γὰρ τὴν Θεὸς προσηγορίαν πολλοὶ μὲν ἔλαβον τοῦ Θεοῦ δεδωκότος. Θεὸς θεῶν Κύριος ἐλάλησε, καὶ ἐκάλεσε τὴν γῆν. Καί· Ἐγὼ εἶπα· θεοί ἐστε. Καί· Θεοὺς οὐ κακολογή‐ σεις. Πολλοὶ δὲ καὶ ἁρπάσαντες τήνδε τὴν κλῆσιν ἐσχήκα‐</w:t>
      </w:r>
    </w:p>
    <w:p>
      <w:r>
        <w:rPr>
          <w:rFonts w:ascii="Courier New" w:hAnsi="Courier New"/>
          <w:color w:val="555555"/>
          <w:sz w:val="20"/>
        </w:rPr>
        <w:t>[235]</w:t>
      </w:r>
    </w:p>
    <w:p>
      <w:r>
        <w:rPr>
          <w:rFonts w:ascii="Gentium Plus" w:hAnsi="Gentium Plus"/>
          <w:sz w:val="24"/>
        </w:rPr>
        <w:t>σιν. Οἱ γὰρ τοὺς ἀνθρώπους ἐξαπατήσαντες δαίμονες τοῖς εἰδώλοις τήνδε τὴν προσηγορίαν ἐπέθεσαν. Οὗ δὴ χάριν Ἰερε‐ μίας βοᾷ· Θεοί, οἳ τὸν οὐρανὸν καὶ τὴν γῆν οὐκ ἐπ‐ οίησαν, ἀπολέσθωσαν ἀπὸ προσώπου τῆς γῆς, καὶ ἀπὸ προσώπου τοῦ οὐρανοῦ. Καὶ πάλιν· Ἐποίησαν</w:t>
      </w:r>
    </w:p>
    <w:p>
      <w:r>
        <w:rPr>
          <w:rFonts w:ascii="Courier New" w:hAnsi="Courier New"/>
          <w:color w:val="555555"/>
          <w:sz w:val="20"/>
        </w:rPr>
        <w:t>[240]</w:t>
      </w:r>
    </w:p>
    <w:p>
      <w:r>
        <w:rPr>
          <w:rFonts w:ascii="Gentium Plus" w:hAnsi="Gentium Plus"/>
          <w:sz w:val="24"/>
        </w:rPr>
        <w:t>ἑαυτοῖς θεοὺς ἀργυροῦς καὶ θεοὺς χρυσοῦς. Καὶ ὁ Ἡσαΐας κωμῳδήσας τὴν τῶν εἰδώλων κατασκευήν, εἰρηκὼς ὅτι Τὸ ἥμισυ αὐτοῦ κατέκαυσεν ἐν πυρί, καὶ ὀπτή‐ σας κρέας ἔφαγε, καὶ εἶπεν· Ἡδύ μοι ὅτι ἐθερμάν‐ θην, καὶ εἶδον φῶς, καὶ ἐπήγαγε· Τὸ δὲ λοιπὸν ἔγλυ‐</w:t>
      </w:r>
    </w:p>
    <w:p>
      <w:r>
        <w:rPr>
          <w:rFonts w:ascii="Courier New" w:hAnsi="Courier New"/>
          <w:color w:val="555555"/>
          <w:sz w:val="20"/>
        </w:rPr>
        <w:t>[245]</w:t>
      </w:r>
    </w:p>
    <w:p>
      <w:r>
        <w:rPr>
          <w:rFonts w:ascii="Gentium Plus" w:hAnsi="Gentium Plus"/>
          <w:sz w:val="24"/>
        </w:rPr>
        <w:t>ψεν ὡς Θεόν, καὶ προσκυνεῖ αὐτῷ λέγων· Ἐξελοῦ με, ὅτι θεός μου εἶ σύ. Οὗ δὴ χάριν αὐτοὺς ὀδυρόμενος λέγει· Γνῶθι ὅτι σποδὸς ἡ καρδία αὐτῶν· Καὶ ὁ μελο‐ ποιὸς δὲ Δαβὶδ ψάλλειν ἡμᾶς ἐδίδαξεν· Ὅτι πάντες οἱ θεοὶ τῶν ἐθνῶν δαιμόνια, ὁ δὲ Κύριος τοὺς οὐρανοὺς</w:t>
      </w:r>
    </w:p>
    <w:p>
      <w:r>
        <w:rPr>
          <w:rFonts w:ascii="Courier New" w:hAnsi="Courier New"/>
          <w:color w:val="555555"/>
          <w:sz w:val="20"/>
        </w:rPr>
        <w:t>[147 (250)]</w:t>
      </w:r>
    </w:p>
    <w:p>
      <w:r>
        <w:rPr>
          <w:rFonts w:ascii="Gentium Plus" w:hAnsi="Gentium Plus"/>
          <w:sz w:val="24"/>
        </w:rPr>
        <w:t>ἐποίησεν. Ἀλλὰ τὸ τῶν ὀνομάτων ὁμώνυμον οὐδὲν τοῖς εὐσεβεῖν ἐπισταμένοις λυμαίνεται. Ἴσμεν γὰρ ὡς οἱ δαίμονες ψευδῶς</w:t>
      </w:r>
    </w:p>
    <w:p>
      <w:r>
        <w:rPr>
          <w:rFonts w:ascii="Courier New" w:hAnsi="Courier New"/>
          <w:color w:val="555555"/>
          <w:sz w:val="20"/>
        </w:rPr>
        <w:t>[255]</w:t>
      </w:r>
    </w:p>
    <w:p>
      <w:r>
        <w:rPr>
          <w:rFonts w:ascii="Gentium Plus" w:hAnsi="Gentium Plus"/>
          <w:sz w:val="24"/>
        </w:rPr>
        <w:t>ἀληθῶς δὲ καὶ φύσει Θεὸς ὁ τῶν ὅλων Θεός, καὶ ὁ μονογενὴς αὐτοῦ Υἱός, καὶ τὸ πανάγιον Πνεῦμα. Καὶ τοῦτο σαφῶς ὁ πανεύφημος ἐδίδαξεν ἡμᾶς Παῦλος. Φησὶ δὲ οὕτως· Καὶ γὰρ εἴπερ εἰσὶ λεγόμενοι θεοί, εἴτε ἐν οὐρανῷ, εἴτε ἐπὶ γῆς, ὥσπερ εἰσὶ θεοὶ πολλοί, καὶ κύριοι πολ‐</w:t>
      </w:r>
    </w:p>
    <w:p>
      <w:r>
        <w:rPr>
          <w:rFonts w:ascii="Courier New" w:hAnsi="Courier New"/>
          <w:color w:val="555555"/>
          <w:sz w:val="20"/>
        </w:rPr>
        <w:t>[260]</w:t>
      </w:r>
    </w:p>
    <w:p>
      <w:r>
        <w:rPr>
          <w:rFonts w:ascii="Gentium Plus" w:hAnsi="Gentium Plus"/>
          <w:sz w:val="24"/>
        </w:rPr>
        <w:t>λοί, ἀλλ’ ἡμῖν εἶς Θεὸς ὁ Πατήρ, ἐξ οὗ τὰ πάντα, καὶ ἡμεῖς εἰς αὐτόν· καὶ εἷς Κύριος Ἰησοῦς Χρισ‐ τός, δι’ οὗ τὰ πάντα, καὶ ἡμεῖς δι’ αὐτοῦ. Καὶ Πνεῦμα δὲ Θεοῦ τὸ πανάγιον καλεῖται Πνεῦμα· ἀλλὰ καὶ ἡ τοῦ ἀνθρώπου ψυχή. Ἐξελεύσεται γάρ, φησί, τὸ Πνεῦμα</w:t>
      </w:r>
    </w:p>
    <w:p>
      <w:r>
        <w:rPr>
          <w:rFonts w:ascii="Courier New" w:hAnsi="Courier New"/>
          <w:color w:val="555555"/>
          <w:sz w:val="20"/>
        </w:rPr>
        <w:t>[265]</w:t>
      </w:r>
    </w:p>
    <w:p>
      <w:r>
        <w:rPr>
          <w:rFonts w:ascii="Gentium Plus" w:hAnsi="Gentium Plus"/>
          <w:sz w:val="24"/>
        </w:rPr>
        <w:t>αὐτοῦ. Καί· Εὐλογεῖτε, πνεύματα καὶ ψυχαὶ δι‐ καίων, τὸν Κύριον. Καὶ τοὺς ἀγγέλους δὲ πνεύματα προσ‐ ηγόρευσεν ὁ ὑμνοποιὸς Δαβίδ. Ὁ ποιῶν γάρ, φησί, τοὺς ἀγγέλους αὑτοῦ πνεύματα, καὶ τοὺς λειτουργοὺς αὑτοῦ πυρὸς φλόγα. Καὶ τί λέγω τοὺς ἀγγέλους καὶ τὰς</w:t>
      </w:r>
    </w:p>
    <w:p>
      <w:r>
        <w:rPr>
          <w:rFonts w:ascii="Courier New" w:hAnsi="Courier New"/>
          <w:color w:val="555555"/>
          <w:sz w:val="20"/>
        </w:rPr>
        <w:t>[270]</w:t>
      </w:r>
    </w:p>
    <w:p>
      <w:r>
        <w:rPr>
          <w:rFonts w:ascii="Gentium Plus" w:hAnsi="Gentium Plus"/>
          <w:sz w:val="24"/>
        </w:rPr>
        <w:t>τῶν ἀνθρώπων ψυχάς; Καὶ γὰρ τοὺς δαίμονας οὕτως ὁ Δεσπό‐ της ὠνόμασε. Παραλήψεται γάρ, φησίν, ἕτερα ἑπτὰ πνεύματα πονηρότερα ἑαυτοῦ, καὶ εἰσελεύσεται εἰς αὐτόν, καὶ ἔσται τὰ ἔσχατα τοῦ ἀνθρώπου ἐ‐ κείνου χείρονα τῶν πρώτων. Ἀλλ’ οὐδὲ ἡ ὁμωνυμία τὸν</w:t>
      </w:r>
    </w:p>
    <w:p>
      <w:r>
        <w:rPr>
          <w:rFonts w:ascii="Courier New" w:hAnsi="Courier New"/>
          <w:color w:val="555555"/>
          <w:sz w:val="20"/>
        </w:rPr>
        <w:t>[275]</w:t>
      </w:r>
    </w:p>
    <w:p>
      <w:r>
        <w:rPr>
          <w:rFonts w:ascii="Gentium Plus" w:hAnsi="Gentium Plus"/>
          <w:sz w:val="24"/>
        </w:rPr>
        <w:t>εὐσεβῆ λωβᾶται. Εἷς γὰρ φύσει Θεὸς ὁ Πατήρ, καὶ ὁ μονογε‐ νὴς αὐτοῦ Υἱός, καὶ τὸ πανάγιον αὐτοῦ Πνεῦμα· καὶ εἷς φύσει Υἱός, τοῦ Θεοῦ μονογενής, ὁ ἐνανθρωπήσας Θεὸς Λόγος, ὁ Κύριος ἡμῶν Ἰησοῦς Χριστός· καὶ ἓν Πνεῦμα ἅγιον ὃ Παρά‐ κλητος, ὃς πληροῖ τῆς Τριάδος τὸν ἀριθμόν. Οὕτω πολλῶν</w:t>
      </w:r>
    </w:p>
    <w:p>
      <w:r>
        <w:rPr>
          <w:rFonts w:ascii="Courier New" w:hAnsi="Courier New"/>
          <w:color w:val="555555"/>
          <w:sz w:val="20"/>
        </w:rPr>
        <w:t>[280]</w:t>
      </w:r>
    </w:p>
    <w:p>
      <w:r>
        <w:rPr>
          <w:rFonts w:ascii="Gentium Plus" w:hAnsi="Gentium Plus"/>
          <w:sz w:val="24"/>
        </w:rPr>
        <w:t>ὀνομαζομένων πατέρων ἕνα προσκυνοῦμεν Πατέρα, τὸν πρὸ τῶν αἰώνων Πατέρα, τὸν καὶ ταύτην τοῖς ἀνθρώποις τὴν ἐπίκλησιν δεδωκότα, κατὰ τὴν τοῦ Ἀποστόλου φωνήν. Κάμ‐</w:t>
      </w:r>
    </w:p>
    <w:p>
      <w:r>
        <w:rPr>
          <w:rFonts w:ascii="Courier New" w:hAnsi="Courier New"/>
          <w:color w:val="555555"/>
          <w:sz w:val="20"/>
        </w:rPr>
        <w:t>[285]</w:t>
      </w:r>
    </w:p>
    <w:p>
      <w:r>
        <w:rPr>
          <w:rFonts w:ascii="Gentium Plus" w:hAnsi="Gentium Plus"/>
          <w:sz w:val="24"/>
        </w:rPr>
        <w:t>οὐρανῷ καὶ ἐπὶ γῆς ὀνομάζεται. Μὴ τοίνυν τῷ ἄλλους ὀνομάζεσθαι χριστοὺς ἀποστερήσωμεν ἑαυτοὺς τῆς τοῦ Κυρίου ἡμῶν Ἰησοῦ Χριστοῦ προσκυνήσεως. Ὡς γὰρ πολλῶν ὠνομασμένων θεῶν τε καὶ πατέρων, εἷς ἐστιν ὁ ἐπὶ πάντων Θεὸς καὶ πρὸ αἰώνων Πατήρ, καὶ πολλῶν κεκλη‐</w:t>
      </w:r>
    </w:p>
    <w:p>
      <w:r>
        <w:rPr>
          <w:rFonts w:ascii="Courier New" w:hAnsi="Courier New"/>
          <w:color w:val="555555"/>
          <w:sz w:val="20"/>
        </w:rPr>
        <w:t>[290]</w:t>
      </w:r>
    </w:p>
    <w:p>
      <w:r>
        <w:rPr>
          <w:rFonts w:ascii="Gentium Plus" w:hAnsi="Gentium Plus"/>
          <w:sz w:val="24"/>
        </w:rPr>
        <w:t>μένων υἱῶν, εἷς ὁ ἀληθινὸς καὶ φύσει Υἱός, καὶ πολλῶν προσ‐ ηγορευμένων πνευμάτων, ἕν ἐστι τὸ πανάγιον Πνεῦμα, οὕτω πολλῶν κληθέντων χριστῶν, εἷς Κύριος Ἰησοῦς Χριστός, δι’ οὗ τὰ πάντα. Μάλα δὲ εἰκότως ἡ Ἐκκλησία τοῦδε ἐξήρτηται τοῦ ὀνόματος. Ἤκουσε γὰρ τοῦ νυμφοστόλου Παύλου βοῶν‐</w:t>
      </w:r>
    </w:p>
    <w:p>
      <w:r>
        <w:rPr>
          <w:rFonts w:ascii="Courier New" w:hAnsi="Courier New"/>
          <w:color w:val="555555"/>
          <w:sz w:val="20"/>
        </w:rPr>
        <w:t>[295]</w:t>
      </w:r>
    </w:p>
    <w:p>
      <w:r>
        <w:rPr>
          <w:rFonts w:ascii="Gentium Plus" w:hAnsi="Gentium Plus"/>
          <w:sz w:val="24"/>
        </w:rPr>
        <w:t>τος· Ἡρμοσάμην ὑμᾶς ἑνὶ ἀνδρί, παρθένον ἁγνὴν παραστῆσαι τῷ Χριστῷ. Καὶ πάλιν· Οἱ ἄνδρες, ἀγα‐ πᾶτε τὰς γυναῖκας ὑμῶν, ὡς καὶ ὁ Χριστὸς ἠγά‐ πησε τὴν Ἐκκλησίαν. Καὶ αὖθις εἰπών· Ἀντὶ τούτου καταλείψει ἄνθρωπος τὸν πατέρα αὐτοῦ καὶ τὴν</w:t>
      </w:r>
    </w:p>
    <w:p>
      <w:r>
        <w:rPr>
          <w:rFonts w:ascii="Courier New" w:hAnsi="Courier New"/>
          <w:color w:val="555555"/>
          <w:sz w:val="20"/>
        </w:rPr>
        <w:t>[147 (300)]</w:t>
      </w:r>
    </w:p>
    <w:p>
      <w:r>
        <w:rPr>
          <w:rFonts w:ascii="Gentium Plus" w:hAnsi="Gentium Plus"/>
          <w:sz w:val="24"/>
        </w:rPr>
        <w:t>μητέρα αὐτοῦ, καὶ προσκολληθήσεται πρὸς τὴν γυ‐ ναῖκα αὐτοῦ, καὶ ἔσονται οἱ δύο εἰς σάρκα μίαν· ἐπήγαγε· Τὸ μυστήριον τοῦτο μέγα ἐστίν· ἐγὼ δὲ λέγω εἰς Χριστὸν καὶ εἰς τὴν Ἐκκλησίαν. Ἄκουσον αὐτοῦ λέγοντος· Χριστὸς ἡμᾶς ἐξηγόρασεν ἐκ τῆς</w:t>
      </w:r>
    </w:p>
    <w:p>
      <w:r>
        <w:rPr>
          <w:rFonts w:ascii="Courier New" w:hAnsi="Courier New"/>
          <w:color w:val="555555"/>
          <w:sz w:val="20"/>
        </w:rPr>
        <w:t>[305]</w:t>
      </w:r>
    </w:p>
    <w:p>
      <w:r>
        <w:rPr>
          <w:rFonts w:ascii="Gentium Plus" w:hAnsi="Gentium Plus"/>
          <w:sz w:val="24"/>
        </w:rPr>
        <w:t>κατάρας τοῦ νόμου, γενόμενος ὑπὲρ ἡμῶν κατάρα. Καὶ ἑτέρωθι· Ἢ ἀγνοεῖτε, ὅτι ὅσοι εἰς Χριστὸν ἐβα‐ πτίσθητε, εἰς τὸν θάνατον αὐτοῦ ἐβαπτίσθητε· Καὶ ἀλλαχοῦ· Ὅσοι εἰς Χριστὸν ἐβαπτίσθητε, Χριστὸν</w:t>
      </w:r>
    </w:p>
    <w:p>
      <w:r>
        <w:rPr>
          <w:rFonts w:ascii="Courier New" w:hAnsi="Courier New"/>
          <w:color w:val="555555"/>
          <w:sz w:val="20"/>
        </w:rPr>
        <w:t>[310]</w:t>
      </w:r>
    </w:p>
    <w:p>
      <w:r>
        <w:rPr>
          <w:rFonts w:ascii="Gentium Plus" w:hAnsi="Gentium Plus"/>
          <w:sz w:val="24"/>
        </w:rPr>
        <w:t>Ἰησοῦν Χριστόν, καὶ τῆς σαρκὸς πρόνοιαν μὴ ποιεῖσθε εἰς ἐπιθυμίας. Ταῦτα καὶ τὰ τούτοις προσόμοια μεμαθηκότες οἱ τῶν θείων δωρεῶν τετυχηκότες, ἔρωτι τοῦ φιλοδώρου Δεσπότου, καὶ τὴν τριπόθητον αὐτοῦ προσηγορίαν ἐν τῷ στόματι περιφέρουσι,</w:t>
      </w:r>
    </w:p>
    <w:p>
      <w:r>
        <w:rPr>
          <w:rFonts w:ascii="Courier New" w:hAnsi="Courier New"/>
          <w:color w:val="555555"/>
          <w:sz w:val="20"/>
        </w:rPr>
        <w:t>[315]</w:t>
      </w:r>
    </w:p>
    <w:p>
      <w:r>
        <w:rPr>
          <w:rFonts w:ascii="Gentium Plus" w:hAnsi="Gentium Plus"/>
          <w:sz w:val="24"/>
        </w:rPr>
        <w:t>καὶ τὰ τοῦ ᾌσματος τῶν ᾀσμάτων βοῶσιν· Ἀδελφιδός μου ἐμοί, κἀγὼ αὐτῷ· ἐν τῇ σκιᾷ αὐτοῦ ἐπεθύμησα, καὶ ἐκάθισα, καὶ ὁ καρπὸς αὐτοῦ γλυκὺς ἐν λάρυγγί μου. Πρὸς δὲ τούτοις καὶ τὴν ἐπέραστον προσηγορίαν ἣν ἔχομεν ἐκ τῆς τοῦ Χριστοῦ προσηγορίας ἐλάβομεν. Χριστιανοὶ</w:t>
      </w:r>
    </w:p>
    <w:p>
      <w:r>
        <w:rPr>
          <w:rFonts w:ascii="Courier New" w:hAnsi="Courier New"/>
          <w:color w:val="555555"/>
          <w:sz w:val="20"/>
        </w:rPr>
        <w:t>[320]</w:t>
      </w:r>
    </w:p>
    <w:p>
      <w:r>
        <w:rPr>
          <w:rFonts w:ascii="Gentium Plus" w:hAnsi="Gentium Plus"/>
          <w:sz w:val="24"/>
        </w:rPr>
        <w:t>γὰρ ὀνομαζόμεθα. Περὶ τούτου τοῦ ὀνόματος προαγορεύων ὁ τῶν ὅλων ἔφη Θεός· Τοῖς δὲ δουλεύουσί μοι κληθήσε‐ ται ὄνομα καινόν, ὃ εὐλογηθήσεται ἐπὶ τῆς γῆς. Τούτου δὴ χάριν διαφερόντως ἡ Ἐκκλησία τῆσδε τῆς προσ‐ ηγορίας ἐξήρτηται. Ὅτε γὰρ ἐνανθρώπησεν ὁ μονογενὴς τοῦ</w:t>
      </w:r>
    </w:p>
    <w:p>
      <w:r>
        <w:rPr>
          <w:rFonts w:ascii="Courier New" w:hAnsi="Courier New"/>
          <w:color w:val="555555"/>
          <w:sz w:val="20"/>
        </w:rPr>
        <w:t>[325]</w:t>
      </w:r>
    </w:p>
    <w:p>
      <w:r>
        <w:rPr>
          <w:rFonts w:ascii="Gentium Plus" w:hAnsi="Gentium Plus"/>
          <w:sz w:val="24"/>
        </w:rPr>
        <w:t>Θεοῦ Υἱός, τότε Χριστὸς ὠνομάσθη, τότε τῶν ἀνθρώπων ἡ φύ‐ σις τοῦ νοεροῦ φωτὸς τὰς ἀκτῖνας ἐδέξατο, τότε τῆς ἀληθείας οἱ κήρυκες τὴν οἰκουμένην κατηύγασαν. Οἱ μέντοι τῆς Ἐκκλη‐ σίας διδάσκαλοι ἀδιαφόρως ἀεὶ ταῖς τοῦ Μονογενοῦς προσηγο‐ ρίαις ἐχρήσαντο. Ποτὲ μὲν γὰρ δοξάζουσι τὸν Πατέρα, καὶ</w:t>
      </w:r>
    </w:p>
    <w:p>
      <w:r>
        <w:rPr>
          <w:rFonts w:ascii="Courier New" w:hAnsi="Courier New"/>
          <w:color w:val="555555"/>
          <w:sz w:val="20"/>
        </w:rPr>
        <w:t>[330]</w:t>
      </w:r>
    </w:p>
    <w:p>
      <w:r>
        <w:rPr>
          <w:rFonts w:ascii="Gentium Plus" w:hAnsi="Gentium Plus"/>
          <w:sz w:val="24"/>
        </w:rPr>
        <w:t>τὸν Υἱόν, καὶ τὸ ἅγιον Πνεῦμα· ποτὲ δὲ τὸν Πατέρα σὺν τῷ Χριστῷ καὶ τῷ ἁγίῳ Πνεύματι. Ἀλλ’ ὅμως οὐδεμίαν ἔχει κατὰ τὴν διάνοιαν τοῦτο πρὸς ἐκεῖνο διαφοράν. Διά τοι τοῦτο τοῦ Κυρίου προστεταχότος βαπτίζειν εἰς τὸ ὄνομα τοῦ Πατρός, καὶ τοῦ Υἱοῦ, καὶ τοῦ ἁγίου Πνεύματος, ὁ τρισμακάριος</w:t>
      </w:r>
    </w:p>
    <w:p>
      <w:r>
        <w:rPr>
          <w:rFonts w:ascii="Courier New" w:hAnsi="Courier New"/>
          <w:color w:val="555555"/>
          <w:sz w:val="20"/>
        </w:rPr>
        <w:t>[335]</w:t>
      </w:r>
    </w:p>
    <w:p>
      <w:r>
        <w:rPr>
          <w:rFonts w:ascii="Gentium Plus" w:hAnsi="Gentium Plus"/>
          <w:sz w:val="24"/>
        </w:rPr>
        <w:t>Πέτρος τοῖς τὸ κήρυγμα δεδεγμένοις, ἐρομένοις τί χρὴ ποιῆ‐ σαι· Πιστεύσατε, ἔφη, καὶ βαπτισθήτω ἕκαστος ὑμῶν εἰς τὸ ὄνομα τοῦ Κυρίου ἡμῶν Ἰησοῦ Χριστοῦ· ὡς ταυτησὶ τῆς προσηγορίας πᾶσαν ἐχούσης τοῦ θείου κηρύγ‐</w:t>
      </w:r>
    </w:p>
    <w:p>
      <w:r>
        <w:rPr>
          <w:rFonts w:ascii="Courier New" w:hAnsi="Courier New"/>
          <w:color w:val="555555"/>
          <w:sz w:val="20"/>
        </w:rPr>
        <w:t>[340]</w:t>
      </w:r>
    </w:p>
    <w:p>
      <w:r>
        <w:rPr>
          <w:rFonts w:ascii="Gentium Plus" w:hAnsi="Gentium Plus"/>
          <w:sz w:val="24"/>
        </w:rPr>
        <w:t>Βασίλειος, ὁ τῆς Καππαδοκῶν, μᾶλλον δὲ τῆς οἰκουμένης φωστήρ· ἔφη δὲ οὕτως· Ἡ γὰρ τοῦ Χριστοῦ προσηγο‐ ρία τοῦ παντός ἐστιν ὁμολογία. Δηλοῖ γὰρ τὸν Πα‐ τέρα τὸν χρίσαντα, τὸν Υἱὸν τὸν χρισθέντα, τὸ Πνεῦμα τὸ ἅγιον ᾧ ἐχρίσθη. Καὶ οἱ ἐν Νικαίᾳ δὲ συν‐</w:t>
      </w:r>
    </w:p>
    <w:p>
      <w:r>
        <w:rPr>
          <w:rFonts w:ascii="Courier New" w:hAnsi="Courier New"/>
          <w:color w:val="555555"/>
          <w:sz w:val="20"/>
        </w:rPr>
        <w:t>[345]</w:t>
      </w:r>
    </w:p>
    <w:p>
      <w:r>
        <w:rPr>
          <w:rFonts w:ascii="Gentium Plus" w:hAnsi="Gentium Plus"/>
          <w:sz w:val="24"/>
        </w:rPr>
        <w:t>εληλυθότες τρισμακάριοι Πατέρες, εἰπόντες χρῆναι πιστεύειν εἰς ἕνα Θεὸν Πατέρα, ἐπήγαγον· Καὶ εἰς ἕνα Κύριον Ἰησοῦν Χριστόν, τὸν Υἱὸν τοῦ Θεοῦ τὸν μονογενῆ· διδάσκοντες ὡς ὁ Κύριος Ἰησοῦς Χριστὸς αὐτός ἐστιν ὁ μονο‐ γενὴς Υἱὸς τοῦ Θεοῦ.</w:t>
      </w:r>
    </w:p>
    <w:p>
      <w:r>
        <w:rPr>
          <w:rFonts w:ascii="Courier New" w:hAnsi="Courier New"/>
          <w:color w:val="555555"/>
          <w:sz w:val="20"/>
        </w:rPr>
        <w:t>[147 (350)]</w:t>
      </w:r>
    </w:p>
    <w:p>
      <w:r>
        <w:rPr>
          <w:rFonts w:ascii="Gentium Plus" w:hAnsi="Gentium Plus"/>
          <w:sz w:val="24"/>
        </w:rPr>
        <w:t>Χρὴ δὲ κἀκεῖνο προσθεῖναι τοῖς εἰρημένοις, ὡς οὐ χρὴ λέγειν· μετὰ τὴν ἀνάληψιν οὐκ ἔστι Χριστὸς ὁ Δεσπότης Χριστός, ἀλλὰ Υἱὸς μονογενής. Μετὰ γὰρ δὴ τὴν ἀνάληψιν καὶ τὰ θεῖα Εὐαγγέλια συνεγράφη, καὶ ἡ τῶν πράξεων ἱστο‐ ρία, καὶ αἱ τοῦ Ἀποστόλου Ἐπιστολαί. Μετὰ τὴν ἀνάληψιν ὁ</w:t>
      </w:r>
    </w:p>
    <w:p>
      <w:r>
        <w:rPr>
          <w:rFonts w:ascii="Courier New" w:hAnsi="Courier New"/>
          <w:color w:val="555555"/>
          <w:sz w:val="20"/>
        </w:rPr>
        <w:t>[355]</w:t>
      </w:r>
    </w:p>
    <w:p>
      <w:r>
        <w:rPr>
          <w:rFonts w:ascii="Gentium Plus" w:hAnsi="Gentium Plus"/>
          <w:sz w:val="24"/>
        </w:rPr>
        <w:t>θεῖος βοᾷ Παῦλος· Ἔχοντες ἀρχιερέα μέγαν διελη‐ λυθότα τοὺς οὐρανούς, Ἰησοῦν Χριστόν, τὸν Κύριον ἡμῶν, κρατῶμεν τῆς ὁμολογίας. Καὶ πάλιν· Οὐ γὰρ εἰς χειροποίητα ἅγια εἰσῆλθε Χριστός, ἀντίτυπα τῶν ἀληθινῶν, ἀλλ’ εἰς αὐτὸν τὸν οὐρανόν, νῦν</w:t>
      </w:r>
    </w:p>
    <w:p>
      <w:r>
        <w:rPr>
          <w:rFonts w:ascii="Courier New" w:hAnsi="Courier New"/>
          <w:color w:val="555555"/>
          <w:sz w:val="20"/>
        </w:rPr>
        <w:t>[360]</w:t>
      </w:r>
    </w:p>
    <w:p>
      <w:r>
        <w:rPr>
          <w:rFonts w:ascii="Gentium Plus" w:hAnsi="Gentium Plus"/>
          <w:sz w:val="24"/>
        </w:rPr>
        <w:t>ἐμφανισθῆναι τῷ προσώπῳ τοῦ Θεοῦ ὑπὲρ ἡμῶν. Καὶ αὖθις περὶ τῆς εἰς τὸν Θεὸν ἐλπίδος εἰπών τινα ἐπήγα‐ γεν· Ἣν ὡς ἄγκυραν ἔχομεν ἀσφαλῆ τε καὶ βεβαίαν, καὶ εἰσερχομένην εἰς τὸ ἐσώτερον τοῦ καταπετά‐ σματος, ὅπου πρόδρομος εἰσῆλθεν ὑπὲρ ἡμῶν Ἰη‐</w:t>
      </w:r>
    </w:p>
    <w:p>
      <w:r>
        <w:rPr>
          <w:rFonts w:ascii="Courier New" w:hAnsi="Courier New"/>
          <w:color w:val="555555"/>
          <w:sz w:val="20"/>
        </w:rPr>
        <w:t>[365]</w:t>
      </w:r>
    </w:p>
    <w:p>
      <w:r>
        <w:rPr>
          <w:rFonts w:ascii="Gentium Plus" w:hAnsi="Gentium Plus"/>
          <w:sz w:val="24"/>
        </w:rPr>
        <w:t>σοῦς, κατὰ τὴν τάξιν Μελχισεδὲκ ἀρχιερεὺς γενό‐ μενος εἰς τὸν αἰῶνα. Καὶ τῷ μακαρίῳ δὲ Τίτῳ περὶ τῆς δευτέρας γράφων ἐπιφανείας, οὕτως εἶπε· Προσδεχόμε‐ νοι τὴν μακαρίαν ἐλπίδα, καὶ ἐπιφάνειαν τῆς δόξης τοῦ μεγάλου Θεοῦ καὶ Σωτῆρος ἡμῶν Ἰησοῦ</w:t>
      </w:r>
    </w:p>
    <w:p>
      <w:r>
        <w:rPr>
          <w:rFonts w:ascii="Courier New" w:hAnsi="Courier New"/>
          <w:color w:val="555555"/>
          <w:sz w:val="20"/>
        </w:rPr>
        <w:t>[370]</w:t>
      </w:r>
    </w:p>
    <w:p>
      <w:r>
        <w:rPr>
          <w:rFonts w:ascii="Gentium Plus" w:hAnsi="Gentium Plus"/>
          <w:sz w:val="24"/>
        </w:rPr>
        <w:t>Χριστοῦ. Καὶ Θεσσαλονικεῦσι δὲ τὰ παραπλήσια γέγραφεν· Αὐτοὶ γὰρ περὶ ἡμῶν ἀπαγγελοῦσιν, ὁποίαν εἴσοδον ἔχομεν πρὸς ὑμᾶς, καὶ πῶς ἐπεστρέψατε πρὸς τὸν Θεὸν ἀπὸ τῶν εἰδώλων, δουλεύειν Θεῷ ζῶντι καὶ ἀληθινῷ, καὶ ἀναμένειν τὸν Υἱὸν αὐτοῦ ἐκ τῶν οὐ‐</w:t>
      </w:r>
    </w:p>
    <w:p>
      <w:r>
        <w:rPr>
          <w:rFonts w:ascii="Courier New" w:hAnsi="Courier New"/>
          <w:color w:val="555555"/>
          <w:sz w:val="20"/>
        </w:rPr>
        <w:t>[375]</w:t>
      </w:r>
    </w:p>
    <w:p>
      <w:r>
        <w:rPr>
          <w:rFonts w:ascii="Gentium Plus" w:hAnsi="Gentium Plus"/>
          <w:sz w:val="24"/>
        </w:rPr>
        <w:t>ρανῶν, ὃν ἤγειρεν ἐκ τῶν νεκρῶν, Ἰησοῦν, τὸν ῥυό‐ μενον ἡμᾶς ἀπὸ τῆς ὀργῆς τῆς ἐρχομένης. Καὶ πά‐ λιν· Ὑμᾶς δὲ ὁ Κύριος πλεονάσαι, καὶ περισσεύσαι τῇ ἀγάπῃ εἰς ἀλλήλους, καὶ εἰς πάντας, καθάπερ καὶ ἡμεῖς εἰς ὑμᾶς, εἰς τὸ στηρίξαι ὑμῶν τὰς καρ‐</w:t>
      </w:r>
    </w:p>
    <w:p>
      <w:r>
        <w:rPr>
          <w:rFonts w:ascii="Courier New" w:hAnsi="Courier New"/>
          <w:color w:val="555555"/>
          <w:sz w:val="20"/>
        </w:rPr>
        <w:t>[380]</w:t>
      </w:r>
    </w:p>
    <w:p>
      <w:r>
        <w:rPr>
          <w:rFonts w:ascii="Gentium Plus" w:hAnsi="Gentium Plus"/>
          <w:sz w:val="24"/>
        </w:rPr>
        <w:t>δίας ἀμέμπτους ἐν ἁγιωσύνῃ ἔμπροσθεν τοῦ Θεοῦ καὶ Πατρὸς ἡμῶν, ἐν τῇ παρουσίᾳ τοῦ Κυρίου ἡμῶν Ἰησοῦ Χριστοῦ, μετὰ πάντων τῶν ἁγίων αὐτοῦ. Καὶ αὖθις δὲ τοῖς αὐτοῖς ἐπιστείλας καὶ ταῦτα τέθεικεν· Ἐρω‐ τῶμεν δὲ ὑμᾶς, ἀδελφοί, ὑπὲρ τῆς παρουσίας τοῦ</w:t>
      </w:r>
    </w:p>
    <w:p>
      <w:r>
        <w:rPr>
          <w:rFonts w:ascii="Courier New" w:hAnsi="Courier New"/>
          <w:color w:val="555555"/>
          <w:sz w:val="20"/>
        </w:rPr>
        <w:t>[385]</w:t>
      </w:r>
    </w:p>
    <w:p>
      <w:r>
        <w:rPr>
          <w:rFonts w:ascii="Gentium Plus" w:hAnsi="Gentium Plus"/>
          <w:sz w:val="24"/>
        </w:rPr>
        <w:t>Κυρίου ἡμῶν Ἰησοῦ Χριστοῦ, καὶ ἡμῶν ἐπισυναγω‐ γῆς ἐπ’ αὐτόν. Καὶ μετ’ ὀλίγα δέ, τοῦ Ἀντιχρίστου τὸν ὄλεθρον προθεσπίζων, ἐπήγαγεν· Ὃν ὁ Κύριος ἀναλώσει τῷ πνεύματι τοῦ στόματος αὑτοῦ, καὶ καταργήσει τῇ ἐπιφανείᾳ τῆς παρουσίας αὑτοῦ. Καὶ Ῥωμαίους</w:t>
      </w:r>
    </w:p>
    <w:p>
      <w:r>
        <w:rPr>
          <w:rFonts w:ascii="Courier New" w:hAnsi="Courier New"/>
          <w:color w:val="555555"/>
          <w:sz w:val="20"/>
        </w:rPr>
        <w:t>[390]</w:t>
      </w:r>
    </w:p>
    <w:p>
      <w:r>
        <w:rPr>
          <w:rFonts w:ascii="Gentium Plus" w:hAnsi="Gentium Plus"/>
          <w:sz w:val="24"/>
        </w:rPr>
        <w:t>δὲ εἰς ὁμόνοιαν προτρέψας καὶ ταῦτα προστέθεικε· Σὺ δὲ τί κρίνεις τὸν ἀδελφόν σου, ἢ καὶ σὺ τί ἐξουθενεῖς τὸν ἀδελφόν σου; Πάντες γὰρ παραστησόμεθα τῷ βήματι τοῦ Χριστοῦ. Γέγραπται γάρ· Ζῶ ἐγώ, λέγει Κύριος, ὅτι ἐμοὶ κάμψει πᾶν γόνυ, καὶ πᾶσα γλῶσσα</w:t>
      </w:r>
    </w:p>
    <w:p>
      <w:r>
        <w:rPr>
          <w:rFonts w:ascii="Courier New" w:hAnsi="Courier New"/>
          <w:color w:val="555555"/>
          <w:sz w:val="20"/>
        </w:rPr>
        <w:t>[395]</w:t>
      </w:r>
    </w:p>
    <w:p>
      <w:r>
        <w:rPr>
          <w:rFonts w:ascii="Gentium Plus" w:hAnsi="Gentium Plus"/>
          <w:sz w:val="24"/>
        </w:rPr>
        <w:t>ἐξομολογήσεται τῷ Θεῷ. Καὶ αὐτὸς δὲ ὁ Κύριος, τὴν δευτέραν αὑτοῦ παρουσίαν προαγορεύων, πρὸς πολλοῖς ἄλλοις καὶ ταῦτα εἴρηκε· Τότε ἐάν τις ὑμῖν εἴπῃ· Ἰδοὺ ὧδε ὁ Χριστός, ἰδοὺ ἐκεῖ, μὴ πιστεύσητε. Ὥσπερ γὰρ ἀστραπὴ ἐξέρχεται ἀπὸ ἀνατολῶν, καὶ φαίνεται</w:t>
      </w:r>
    </w:p>
    <w:p>
      <w:r>
        <w:rPr>
          <w:rFonts w:ascii="Courier New" w:hAnsi="Courier New"/>
          <w:color w:val="555555"/>
          <w:sz w:val="20"/>
        </w:rPr>
        <w:t>[147 (400)]</w:t>
      </w:r>
    </w:p>
    <w:p>
      <w:r>
        <w:rPr>
          <w:rFonts w:ascii="Gentium Plus" w:hAnsi="Gentium Plus"/>
          <w:sz w:val="24"/>
        </w:rPr>
        <w:t>εἰς δυσμάς, οὕτως ἔσται ἡ παρουσία τοῦ Υἱοῦ τοῦ</w:t>
      </w:r>
    </w:p>
    <w:p>
      <w:r>
        <w:rPr>
          <w:rFonts w:ascii="Courier New" w:hAnsi="Courier New"/>
          <w:color w:val="555555"/>
          <w:sz w:val="20"/>
        </w:rPr>
        <w:t>[405]</w:t>
      </w:r>
    </w:p>
    <w:p>
      <w:r>
        <w:rPr>
          <w:rFonts w:ascii="Gentium Plus" w:hAnsi="Gentium Plus"/>
          <w:sz w:val="24"/>
        </w:rPr>
        <w:t>ἑώρακε πώποτε, κατὰ τὴν αὐτοῦ τοῦ Κυρίου φωνήν. Καὶ τῷ μεγάλῳ Μωϋσεῖ ἔφη· Οὐδεὶς ὄψεται τὸ πρόσωπόν μου, καὶ ζήσεται. Τὸ γάρ· Οὐδένα οἴδαμεν κατὰ σάρκα, εἰ δὲ καὶ ἐγνώκαμεν Χριστόν, ἀλλὰ νῦν οὐκ‐ έτι γινώσκομεν· οὐκ εἰς ἀναίρεσιν τῆς ληφθείσης φύσεως</w:t>
      </w:r>
    </w:p>
    <w:p>
      <w:r>
        <w:rPr>
          <w:rFonts w:ascii="Courier New" w:hAnsi="Courier New"/>
          <w:color w:val="555555"/>
          <w:sz w:val="20"/>
        </w:rPr>
        <w:t>[410]</w:t>
      </w:r>
    </w:p>
    <w:p>
      <w:r>
        <w:rPr>
          <w:rFonts w:ascii="Gentium Plus" w:hAnsi="Gentium Plus"/>
          <w:sz w:val="24"/>
        </w:rPr>
        <w:t>ὁ θεῖος εἶπεν Ἀπόστολος, ἀλλ’ εἰς βεβαίωσιν τῆς ἐσομένης ἡμῖν ἀφθαρσίας τε καὶ ἀθανασίας, καὶ πνευματικῆς ζωῆς. Οὗ δὴ χάριν ἐπήγαγεν· Ὥστε εἴ τις ἐν Χριστῷ καινὴ κτίσις, τὰ ἀρχαῖα παρῆλθεν, ἰδοὺ γέγονε τὰ πάντα καινά. Τὰ δὲ ἐσόμενα ὡς γεγενημένα εἴρηκεν. Οὐδέπω γὰρ</w:t>
      </w:r>
    </w:p>
    <w:p>
      <w:r>
        <w:rPr>
          <w:rFonts w:ascii="Courier New" w:hAnsi="Courier New"/>
          <w:color w:val="555555"/>
          <w:sz w:val="20"/>
        </w:rPr>
        <w:t>[415]</w:t>
      </w:r>
    </w:p>
    <w:p>
      <w:r>
        <w:rPr>
          <w:rFonts w:ascii="Gentium Plus" w:hAnsi="Gentium Plus"/>
          <w:sz w:val="24"/>
        </w:rPr>
        <w:t>τῆς ἀθανασίας ἐτύχομεν, τευξόμεθα δέ, καὶ τυχόντες οὐκ ἀσώματοι γενησόμεθα, ἀλλ’ ἀθανασίαν ἐνδυσόμεθα. Οὐ θέλο‐ μεν γάρ, φησὶν ὁ θεῖος Ἀπόστολος, ἐκδύσασθαι, ἀλλ’ ἐπενδύσασθαι, ἵνα καταποθῇ τὸ θνητὸν ὑπὸ τῆς ζωῆς. Καὶ πάλιν· Δεῖ γὰρ τὸ φθαρτὸν τοῦτο ἐνδύσασ‐</w:t>
      </w:r>
    </w:p>
    <w:p>
      <w:r>
        <w:rPr>
          <w:rFonts w:ascii="Courier New" w:hAnsi="Courier New"/>
          <w:color w:val="555555"/>
          <w:sz w:val="20"/>
        </w:rPr>
        <w:t>[420]</w:t>
      </w:r>
    </w:p>
    <w:p>
      <w:r>
        <w:rPr>
          <w:rFonts w:ascii="Gentium Plus" w:hAnsi="Gentium Plus"/>
          <w:sz w:val="24"/>
        </w:rPr>
        <w:t>θαι ἀφθαρσίαν, καὶ τὸ θνητὸν τοῦτο ἐνδύσασθαι ἀθανασίαν. Οὕτω τοίνυν τὸν Κύριον οὐκ ἀσώματον εἴρηκεν, ἀλλ’ ἄφθαρτον εἶναι καὶ τὴν ὁρωμένην φύσιν, καὶ ἀθάνατον, καὶ τῇ θείᾳ δόξῃ δεδοξασμένην πιστεύειν ἐδίδαξε. Τοῦτο γὰρ ἐν τῇ πρὸς Φιλιππησίους σαφέστερον ἡμᾶς ἐξεπαίδευσεν.</w:t>
      </w:r>
    </w:p>
    <w:p>
      <w:r>
        <w:rPr>
          <w:rFonts w:ascii="Courier New" w:hAnsi="Courier New"/>
          <w:color w:val="555555"/>
          <w:sz w:val="20"/>
        </w:rPr>
        <w:t>[425]</w:t>
      </w:r>
    </w:p>
    <w:p>
      <w:r>
        <w:rPr>
          <w:rFonts w:ascii="Gentium Plus" w:hAnsi="Gentium Plus"/>
          <w:sz w:val="24"/>
        </w:rPr>
        <w:t>Ἡμῶν γάρ, ἔφη, τὸ πολίτευμα ἐν οὐρανοῖς ὑπάρ‐ χει· ἐξ οὗ καὶ Σωτῆρα ἀπεκδεχόμεθα Κύριον Ἰη‐ σοῦν, ὃς μετασχηματίσει τὸ σῶμα τῆς ταπεινώσεως</w:t>
      </w:r>
    </w:p>
    <w:p>
      <w:r>
        <w:rPr>
          <w:rFonts w:ascii="Courier New" w:hAnsi="Courier New"/>
          <w:color w:val="555555"/>
          <w:sz w:val="20"/>
        </w:rPr>
        <w:t>[430]</w:t>
      </w:r>
    </w:p>
    <w:p>
      <w:r>
        <w:rPr>
          <w:rFonts w:ascii="Gentium Plus" w:hAnsi="Gentium Plus"/>
          <w:sz w:val="24"/>
        </w:rPr>
        <w:t>σῶμα μὲν ἔστι τὸ Δεσποτικὸν σῶμα, θεῖον δὲ σῶμα, καὶ τῇ θείᾳ δόξῃ δεδοξασμένον. Μὴ τοίνυν φύγωμεν προσηγορίαν δι’ ἧς ἀπελαύσαμεν σωτηρίας, δι’ ἧς ἀνεκαινίσθη τὰ πάντα, ὡς αὐτὸς ἔφη ὁ διδάσκαλος Ἐφεσίοις γράφων· Κατὰ τὴν εὐδοκίαν αὐτοῦ, ἣν προέθετο ἐν αὐτῷ εἰς οἰκονο‐</w:t>
      </w:r>
    </w:p>
    <w:p>
      <w:r>
        <w:rPr>
          <w:rFonts w:ascii="Courier New" w:hAnsi="Courier New"/>
          <w:color w:val="555555"/>
          <w:sz w:val="20"/>
        </w:rPr>
        <w:t>[435]</w:t>
      </w:r>
    </w:p>
    <w:p>
      <w:r>
        <w:rPr>
          <w:rFonts w:ascii="Gentium Plus" w:hAnsi="Gentium Plus"/>
          <w:sz w:val="24"/>
        </w:rPr>
        <w:t>μίαν τοῦ πληρώματος τῶν καιρῶν, ἀνακεφαλαιώ‐ σασθαι τὰ πάντα ἐν τῷ Χριστῷ τὰ ἐν τοῖς οὐρανοῖς καὶ ἐπὶ τῆς γῆς ἐν αὐτῷ. Μάθωμεν δὲ παρὰ τῆς μακα‐ ρίας ταυτησὶ γλώττης καὶ ὅπως δεῖ δοξάζειν τὸν εὐεργέτην, τῷ Θεῷ καὶ Πατρὶ τὴν τοῦ Χριστοῦ προσηγορίαν προσάπτον‐</w:t>
      </w:r>
    </w:p>
    <w:p>
      <w:r>
        <w:rPr>
          <w:rFonts w:ascii="Courier New" w:hAnsi="Courier New"/>
          <w:color w:val="555555"/>
          <w:sz w:val="20"/>
        </w:rPr>
        <w:t>[440]</w:t>
      </w:r>
    </w:p>
    <w:p>
      <w:r>
        <w:rPr>
          <w:rFonts w:ascii="Gentium Plus" w:hAnsi="Gentium Plus"/>
          <w:sz w:val="24"/>
        </w:rPr>
        <w:t>τας. Ῥωμαίοις μὲν γὰρ ἐπιστέλλων ὧδέ φησι· Τὸ Εὐαγγέ‐ λιόν μου, καὶ τὸ κήρυγμα Ἰησοῦ Χριστοῦ, κατὰ ἀποκάλυψιν μυστηρίου χρόνοις αἰωνίοις σεσιγημέ‐ νου, φανερωθέντος τε νῦν διά τε Γραφῶν προφητι‐ κῶν κατ’ ἐπιταγὴν τοῦ αἰωνίου Θεοῦ, καὶ εἰς ὑπ‐</w:t>
      </w:r>
    </w:p>
    <w:p>
      <w:r>
        <w:rPr>
          <w:rFonts w:ascii="Courier New" w:hAnsi="Courier New"/>
          <w:color w:val="555555"/>
          <w:sz w:val="20"/>
        </w:rPr>
        <w:t>[445]</w:t>
      </w:r>
    </w:p>
    <w:p>
      <w:r>
        <w:rPr>
          <w:rFonts w:ascii="Gentium Plus" w:hAnsi="Gentium Plus"/>
          <w:sz w:val="24"/>
        </w:rPr>
        <w:t>ακοὴν πίστεως εἰς πάντα τὰ ἔθνη γνωρισθέντος, μόνῳ σοφῷ Θεῷ διὰ Ἰησοῦ Χριστοῦ, ᾧ ἡ δόξα εἰς τοὺς αἰῶνας. Ἀμήν. Ἐφεσίοις δὲ γράφων οὕτως ὕμνησε· Τῷ δὲ δυναμένῳ ὑπὲρ πάντα ποιῆσαι ὑπερεκπερισ‐ σοῦ ὧν αἰτούμεθα, ἢ νοοῦμεν, κατὰ τὴν δύναμιν</w:t>
      </w:r>
    </w:p>
    <w:p>
      <w:r>
        <w:rPr>
          <w:rFonts w:ascii="Courier New" w:hAnsi="Courier New"/>
          <w:color w:val="555555"/>
          <w:sz w:val="20"/>
        </w:rPr>
        <w:t>[147 (450)]</w:t>
      </w:r>
    </w:p>
    <w:p>
      <w:r>
        <w:rPr>
          <w:rFonts w:ascii="Gentium Plus" w:hAnsi="Gentium Plus"/>
          <w:sz w:val="24"/>
        </w:rPr>
        <w:t>τὴν ἐνεργουμένην ἐν ἡμῖν, αὐτῷ ἡ δόξα ἐν τῇ Ἐκ‐ κλησίᾳ ἐν Χριστῷ Ἰησοῦ εἰς πάσας τὰς γενεὰς τοῦ αἰῶνος τῶν αἰώνων. Ἀμήν. Καὶ μικρὸν δὲ τούτων ἔμπροσθεν οὕτως ἔφη· Τούτου χάριν κάμπτω τὰ γό‐ νατά μου πρὸς τὸν Πατέρα τοῦ Κυρίου ἡμῶν Ἰη‐</w:t>
      </w:r>
    </w:p>
    <w:p>
      <w:r>
        <w:rPr>
          <w:rFonts w:ascii="Courier New" w:hAnsi="Courier New"/>
          <w:color w:val="555555"/>
          <w:sz w:val="20"/>
        </w:rPr>
        <w:t>[455]</w:t>
      </w:r>
    </w:p>
    <w:p>
      <w:r>
        <w:rPr>
          <w:rFonts w:ascii="Gentium Plus" w:hAnsi="Gentium Plus"/>
          <w:sz w:val="24"/>
        </w:rPr>
        <w:t>σοῦ Χριστοῦ, ἐξ οὗ πᾶσα πατριὰ ἐν οὐρανῷ καὶ ἐπὶ γῆς ὀνομάζεται. Καὶ μετὰ πλεῖστα· Εὐχαριστοῦμεν, φησί, πάντοτε ὑπὲρ πάντων ὑμῶν ἐν ὀνόματι τοῦ Κυρίου ἡμῶν Ἰησοῦ Χριστοῦ, τῷ Θεῷ καὶ Πατρί. Καὶ μέντοι</w:t>
      </w:r>
    </w:p>
    <w:p>
      <w:r>
        <w:rPr>
          <w:rFonts w:ascii="Courier New" w:hAnsi="Courier New"/>
          <w:color w:val="555555"/>
          <w:sz w:val="20"/>
        </w:rPr>
        <w:t>[460]</w:t>
      </w:r>
    </w:p>
    <w:p>
      <w:r>
        <w:rPr>
          <w:rFonts w:ascii="Gentium Plus" w:hAnsi="Gentium Plus"/>
          <w:sz w:val="24"/>
        </w:rPr>
        <w:t>δὲ Θεός μου πληρώσαι πᾶσαν χρείαν ὑμῶν κατὰ τὸν πλοῦτον αὑτοῦ ἐν δόξῃ ἐν Χριστῷ Ἰησοῦ. Ἑβραίοις δὲ οὕτως ἐπηύξατο· Ὁ δὲ Θεὸς τῆς εἰρήνης, ὁ ἀν‐ αγαγὼν ἐκ τῶν νεκρῶν τὸν ποιμένα τῶν προβάτων τὸν μέγαν ἐν αἵματι διαθήκης αἰωνίου, τὸν Κύριον</w:t>
      </w:r>
    </w:p>
    <w:p>
      <w:r>
        <w:rPr>
          <w:rFonts w:ascii="Courier New" w:hAnsi="Courier New"/>
          <w:color w:val="555555"/>
          <w:sz w:val="20"/>
        </w:rPr>
        <w:t>[465]</w:t>
      </w:r>
    </w:p>
    <w:p>
      <w:r>
        <w:rPr>
          <w:rFonts w:ascii="Gentium Plus" w:hAnsi="Gentium Plus"/>
          <w:sz w:val="24"/>
        </w:rPr>
        <w:t>ἡμῶν Ἰησοῦν, καταρτίσαι ὑμᾶς ἐν παντὶ ἔργῳ ἀγαθῷ, εἰς τὸ ποιῆσαι τὸ θέλημα αὐτοῦ, ποιῶν ἐν ὑμῖν τὸ εὐάρεστον ἐνώπιον αὐτοῦ διὰ Ἰησοῦ Χρισ‐ τοῦ, ᾧ ἡ δόξα εἰς τοὺς αἰῶνας. Ἀμήν. Οὐ μόνον δὲ δοξολογῶν, ἀλλὰ καὶ παραγγέλλων, καὶ διαμαρτυρόμενος,</w:t>
      </w:r>
    </w:p>
    <w:p>
      <w:r>
        <w:rPr>
          <w:rFonts w:ascii="Courier New" w:hAnsi="Courier New"/>
          <w:color w:val="555555"/>
          <w:sz w:val="20"/>
        </w:rPr>
        <w:t>[470]</w:t>
      </w:r>
    </w:p>
    <w:p>
      <w:r>
        <w:rPr>
          <w:rFonts w:ascii="Gentium Plus" w:hAnsi="Gentium Plus"/>
          <w:sz w:val="24"/>
        </w:rPr>
        <w:t>συνάπτει τὸν Χριστὸν τῷ Θεῷ καὶ Πατρί. Καὶ τῷ μακαρίῳ Τιμοθέῳ γράφων βοᾷ· Διαμαρτύρομαι ἐνώπιον τοῦ Θεοῦ καὶ Ἰησοῦ Χριστοῦ. Καὶ πάλιν· Παραγγέλλω σοι ἐνώπιον τοῦ Θεοῦ τοῦ ζωογονοῦντος τὰ πάντα, καὶ Χριστοῦ Ἰησοῦ, τοῦ μαρτυρήσαντος ἐπὶ Ποντίου</w:t>
      </w:r>
    </w:p>
    <w:p>
      <w:r>
        <w:rPr>
          <w:rFonts w:ascii="Courier New" w:hAnsi="Courier New"/>
          <w:color w:val="555555"/>
          <w:sz w:val="20"/>
        </w:rPr>
        <w:t>[475]</w:t>
      </w:r>
    </w:p>
    <w:p>
      <w:r>
        <w:rPr>
          <w:rFonts w:ascii="Gentium Plus" w:hAnsi="Gentium Plus"/>
          <w:sz w:val="24"/>
        </w:rPr>
        <w:t>Πιλάτου τὴν καλὴν ὁμολογίαν, τηρῆσαί σε τὴν ἐν‐ τολὴν ἄσπιλον ἀνεπίληπτον μέχρι τῆς ἐπιφανείας τοῦ Κυρίου ἡμῶν Ἰησοῦ Χριστοῦ, ἣν καιροῖς ἰδίοις δείξει ὁ μακάριος καὶ μόνος δυνάστης, ὁ βασιλεὺς τῶν βασιλευόντων, καὶ Κύριος τῶν κυριευόντων, ὁ</w:t>
      </w:r>
    </w:p>
    <w:p>
      <w:r>
        <w:rPr>
          <w:rFonts w:ascii="Courier New" w:hAnsi="Courier New"/>
          <w:color w:val="555555"/>
          <w:sz w:val="20"/>
        </w:rPr>
        <w:t>[480]</w:t>
      </w:r>
    </w:p>
    <w:p>
      <w:r>
        <w:rPr>
          <w:rFonts w:ascii="Gentium Plus" w:hAnsi="Gentium Plus"/>
          <w:sz w:val="24"/>
        </w:rPr>
        <w:t>μόνος ἔχων ἀθανασίαν, φῶς οἰκῶν ἀπρόσιτον· ὃν εἶδεν οὐδεὶς ἀνθρώπων, οὔτε ἰδεῖν δύναται· ᾧ τιμὴ καὶ κράτος αἰώνιον. Ἀμήν. Ταῦτα παρὰ τῶν θείων ἐδιδάχθημεν ἀποστόλων, ταύτην καὶ Ἰωάννης καὶ Ματθαῖος, τῶν εὐαγγελικῶν κηρυγμάτων οἱ</w:t>
      </w:r>
    </w:p>
    <w:p>
      <w:r>
        <w:rPr>
          <w:rFonts w:ascii="Courier New" w:hAnsi="Courier New"/>
          <w:color w:val="555555"/>
          <w:sz w:val="20"/>
        </w:rPr>
        <w:t>[485]</w:t>
      </w:r>
    </w:p>
    <w:p>
      <w:r>
        <w:rPr>
          <w:rFonts w:ascii="Gentium Plus" w:hAnsi="Gentium Plus"/>
          <w:sz w:val="24"/>
        </w:rPr>
        <w:t>μέγιστοι ποταμοί, τὴν διδασκαλίαν ἡμῖν προσήνεγκαν· ὁ μὲν εἰπών· Βίβλος γενέσεως Ἰησοῦ Χριστοῦ υἱοῦ Δαβίδ, υἱοῦ Ἀβραάμ· ὁ δὲ τὰ πρὸ τῶν αἰώνων ἐπιδείξας· Ἐν ἀρχῇ ἦν ὁ Λόγος, καὶ ὁ Λόγος ἦν πρὸς Θεόν, καὶ Θεὸς ἦν ὁ Λόγος. Οὗτος ἦν ἐν ἀρχῇ πρὸς τὸν Θεόν·</w:t>
      </w:r>
    </w:p>
    <w:p>
      <w:r>
        <w:rPr>
          <w:rFonts w:ascii="Courier New" w:hAnsi="Courier New"/>
          <w:color w:val="555555"/>
          <w:sz w:val="20"/>
        </w:rPr>
        <w:t>[490]</w:t>
      </w:r>
    </w:p>
    <w:p>
      <w:r>
        <w:rPr>
          <w:rFonts w:ascii="Gentium Plus" w:hAnsi="Gentium Plus"/>
          <w:sz w:val="24"/>
        </w:rPr>
        <w:t>καὶ ὅτι πάντα δι’ αὐτοῦ ἐγένετο.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