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Θεραπεία Ἑλληνικῶν Παθῶν</w:t>
      </w:r>
      <w:r>
        <w:br/>
      </w:r>
      <w:r>
        <w:rPr>
          <w:i/>
          <w:color w:val="666666"/>
          <w:sz w:val="40"/>
        </w:rPr>
        <w:t>Treatment of Greek Afflictions</w:t>
      </w:r>
    </w:p>
    <w:p>
      <w:pPr>
        <w:jc w:val="center"/>
      </w:pPr>
      <w:r>
        <w:rPr>
          <w:rFonts w:ascii="Times New Roman" w:hAnsi="Times New Roman"/>
          <w:color w:val="1E3A70"/>
          <w:sz w:val="32"/>
        </w:rPr>
        <w:t>Θεοδώρητος ὁ Κύρρου</w:t>
      </w:r>
      <w:r>
        <w:br/>
      </w:r>
      <w:r>
        <w:rPr>
          <w:i/>
          <w:color w:val="666666"/>
          <w:sz w:val="28"/>
        </w:rPr>
        <w:t>by Theodoret of Cyrus</w:t>
      </w:r>
    </w:p>
    <w:p/>
    <w:p>
      <w:pPr>
        <w:jc w:val="center"/>
      </w:pPr>
      <w:r>
        <w:rPr>
          <w:rFonts w:ascii="Gentium Plus" w:hAnsi="Gentium Plus"/>
          <w:b/>
          <w:sz w:val="24"/>
        </w:rPr>
        <w:t>ΘΕΟΔΩΡΗΤΟΥ ΕΛΛΗΝΙΚΩΝ ΘΕΡΑΠΕΥΤΙΚΗ ΠΑΘΗΜΑΤΩΝ. ΠΡΟΘΕΩΡΙΑ.</w:t>
      </w:r>
    </w:p>
    <w:p>
      <w:r>
        <w:rPr>
          <w:rFonts w:ascii="Courier New" w:hAnsi="Courier New"/>
          <w:color w:val="555555"/>
          <w:sz w:val="20"/>
        </w:rPr>
        <w:t>[p 1]</w:t>
      </w:r>
    </w:p>
    <w:p>
      <w:r>
        <w:rPr>
          <w:rFonts w:ascii="Gentium Plus" w:hAnsi="Gentium Plus"/>
          <w:sz w:val="24"/>
        </w:rPr>
        <w:t>Πολλάκις μοι τῶν τῆς Ἑλληνικῆς μυθολογίας ἐξηρτημένων ξυντετυχηκότες τινὲς τήν τε πίστιν ἐκωμῴδησαν τὴν ἡμετέραν, οὐδὲν ἄλλο λέγοντες ἡμᾶς τοῖς τὰ θεῖα παρ’ ἡμῶν παιδευομέ‐ νοις ἢ τὸ πιστεύειν παρεγγυᾶν, καὶ τῆς τῶν ἀποστόλων κατηγό‐</w:t>
      </w:r>
    </w:p>
    <w:p>
      <w:r>
        <w:rPr>
          <w:rFonts w:ascii="Courier New" w:hAnsi="Courier New"/>
          <w:color w:val="555555"/>
          <w:sz w:val="20"/>
        </w:rPr>
        <w:t>[5]</w:t>
      </w:r>
    </w:p>
    <w:p>
      <w:r>
        <w:rPr>
          <w:rFonts w:ascii="Gentium Plus" w:hAnsi="Gentium Plus"/>
          <w:sz w:val="24"/>
        </w:rPr>
        <w:t>ρουν ἀπαιδευσίας, βαρβάρους ἀποκαλοῦντες, τὸ γλαφυρὸν τῆς εὐεπείας οὐκ ἔχοντας· καὶ τὸ γεραίρειν δὲ τοὺς μάρτυρας κατα‐ γέλαστον ἔφασκον, καὶ λίαν ἀνόητον τὸ πειρᾶσθαι τοὺς ζῶντας παρὰ τῶν τεθνεώτων ὠφέλειαν πορίζεσθαι· προσετίθεσαν δὲ καὶ</w:t>
      </w:r>
    </w:p>
    <w:p>
      <w:r>
        <w:rPr>
          <w:rFonts w:ascii="Courier New" w:hAnsi="Courier New"/>
          <w:color w:val="555555"/>
          <w:sz w:val="20"/>
        </w:rPr>
        <w:t>[p 2]</w:t>
      </w:r>
    </w:p>
    <w:p>
      <w:r>
        <w:rPr>
          <w:rFonts w:ascii="Gentium Plus" w:hAnsi="Gentium Plus"/>
          <w:sz w:val="24"/>
        </w:rPr>
        <w:t>ἕτερα ἄττα παραπλήσια τούτοις, ἃ διδάξει τὸ ξύγγραμμα. Ἐγὼ δὲ πρὸς μὲν ἐκείνους ἅπερ ἐχρῆν διεξῆλθον, τὰ κατηγορήματα διαλύων· ἀνόσιον δὲ ᾠήθην καὶ δυσσεβὲς παριδεῖν τοὺς ἁπλοῖς ἤθεσι κεχρημένους ὑπ’ ἐκείνων ἀπατωμένους καὶ μὴ ξυγγράψαι</w:t>
      </w:r>
    </w:p>
    <w:p>
      <w:r>
        <w:rPr>
          <w:rFonts w:ascii="Courier New" w:hAnsi="Courier New"/>
          <w:color w:val="555555"/>
          <w:sz w:val="20"/>
        </w:rPr>
        <w:t>[p 3]</w:t>
      </w:r>
    </w:p>
    <w:p>
      <w:r>
        <w:rPr>
          <w:rFonts w:ascii="Gentium Plus" w:hAnsi="Gentium Plus"/>
          <w:sz w:val="24"/>
        </w:rPr>
        <w:t>καὶ διελέγξαι τῶν κατηγορημάτων τὸ μάταιον. Καὶ διεῖλον μὲν εἰς δυοκαίδεκα διαλέξεις τὴν πραγματείαν, τὸν ἀνειμένον δὲ χαρακτῆρα τοῖς λόγοις ἐντέθεικα· τῇ διδασκαλίᾳ γὰρ εἶναι τοῦ‐ τον ὑπείληφα πρόσφορον, ἄλλως τε καὶ ταῖς Πλάτωνος καὶ τῶν</w:t>
      </w:r>
    </w:p>
    <w:p>
      <w:r>
        <w:rPr>
          <w:rFonts w:ascii="Courier New" w:hAnsi="Courier New"/>
          <w:color w:val="555555"/>
          <w:sz w:val="20"/>
        </w:rPr>
        <w:t>[5]</w:t>
      </w:r>
    </w:p>
    <w:p>
      <w:r>
        <w:rPr>
          <w:rFonts w:ascii="Gentium Plus" w:hAnsi="Gentium Plus"/>
          <w:sz w:val="24"/>
        </w:rPr>
        <w:t>ἄλλων φιλοσόφων χρώμενον μαρτυρίαις ἔδει καὶ τοὺς λόγους μὴ παντάπασιν ἀπᾴδοντας ξυναρμόσαι, ἀλλ’ ἔχοντάς τινα πρὸς ἐκεί‐</w:t>
      </w:r>
    </w:p>
    <w:p>
      <w:r>
        <w:rPr>
          <w:rFonts w:ascii="Courier New" w:hAnsi="Courier New"/>
          <w:color w:val="555555"/>
          <w:sz w:val="20"/>
        </w:rPr>
        <w:t>[p 4]</w:t>
      </w:r>
    </w:p>
    <w:p>
      <w:r>
        <w:rPr>
          <w:rFonts w:ascii="Gentium Plus" w:hAnsi="Gentium Plus"/>
          <w:sz w:val="24"/>
        </w:rPr>
        <w:t>Ἡ δὲ πρώτη διάλεξις τὴν ὑπὲρ τῆς πίστεως καὶ τῆς τῶν ἀποστόλων ἀπαιδευσίας ἀπολογίαν ποιεῖται, ἐκ τῶν Ἑλληνικῶν φιλοσόφων τὰς ἀποδείξεις προσφέρουσα.</w:t>
      </w:r>
    </w:p>
    <w:p>
      <w:r>
        <w:rPr>
          <w:rFonts w:ascii="Courier New" w:hAnsi="Courier New"/>
          <w:color w:val="555555"/>
          <w:sz w:val="20"/>
        </w:rPr>
        <w:t>[p 5]</w:t>
      </w:r>
    </w:p>
    <w:p>
      <w:r>
        <w:rPr>
          <w:rFonts w:ascii="Gentium Plus" w:hAnsi="Gentium Plus"/>
          <w:sz w:val="24"/>
        </w:rPr>
        <w:t>Ἡ δὲ δευτέρα τῶν παρ’ Ἕλλησιν ὀνομαστοτάτων σοφῶν καὶ τῶν μετ’ ἐκείνους φιλοσόφων ἐπικληθέντων τὰς περὶ τῆς τῶν ὅλων ἀρχῆς ἀπαριθμεῖται δόξας· καὶ Μωϋσοῦ τοῦ πάντων ἐκεί‐ νων πρεσβυτάτου τὴν ἀληθῆ θεολογίαν ἐκ παραλλήλου τιθεῖσα,</w:t>
      </w:r>
    </w:p>
    <w:p>
      <w:r>
        <w:rPr>
          <w:rFonts w:ascii="Courier New" w:hAnsi="Courier New"/>
          <w:color w:val="555555"/>
          <w:sz w:val="20"/>
        </w:rPr>
        <w:t>[5]</w:t>
      </w:r>
    </w:p>
    <w:p>
      <w:r>
        <w:rPr>
          <w:rFonts w:ascii="Gentium Plus" w:hAnsi="Gentium Plus"/>
          <w:sz w:val="24"/>
        </w:rPr>
        <w:t>τὴν μὲν ἐκείνων διελέγχει ψευδολογίαν, τῆς δὲ τούτου διδασκα‐ λίας ἀστράπτουσαν δείκνυσι τὴν ἀλήθειαν.</w:t>
      </w:r>
    </w:p>
    <w:p>
      <w:r>
        <w:rPr>
          <w:rFonts w:ascii="Courier New" w:hAnsi="Courier New"/>
          <w:color w:val="555555"/>
          <w:sz w:val="20"/>
        </w:rPr>
        <w:t>[p 6]</w:t>
      </w:r>
    </w:p>
    <w:p>
      <w:r>
        <w:rPr>
          <w:rFonts w:ascii="Gentium Plus" w:hAnsi="Gentium Plus"/>
          <w:sz w:val="24"/>
        </w:rPr>
        <w:t>Ἡ δὲ τρίτη διδάσκει, τίνα μὲν περὶ τῶν δευτέρων παρ’ Ἕλλησι καλουμένων θεῶν παρ’ ἐκείνοις μεμυθολόγηται, τίνα δὲ περὶ τῶν ἀσωμάτων, κτιστῶν δὲ φύσεων ἡμᾶς ἡ θεία διδάσκει γραφή, ὥστε πάλιν τῇ παρεξετάσει καὶ τῶν παρ’ ἡμῖν θρησκευο‐</w:t>
      </w:r>
    </w:p>
    <w:p>
      <w:r>
        <w:rPr>
          <w:rFonts w:ascii="Courier New" w:hAnsi="Courier New"/>
          <w:color w:val="555555"/>
          <w:sz w:val="20"/>
        </w:rPr>
        <w:t>[5]</w:t>
      </w:r>
    </w:p>
    <w:p>
      <w:r>
        <w:rPr>
          <w:rFonts w:ascii="Gentium Plus" w:hAnsi="Gentium Plus"/>
          <w:sz w:val="24"/>
        </w:rPr>
        <w:t>μένων δειχθῆναι τὸ ἀξιέπαινον καὶ τῶν μυσαρῶν ἐκείνων μύθων τὸ δυσειδὲς καὶ δυσῶδες διελεγχθῆναι.</w:t>
      </w:r>
    </w:p>
    <w:p>
      <w:r>
        <w:rPr>
          <w:rFonts w:ascii="Courier New" w:hAnsi="Courier New"/>
          <w:color w:val="555555"/>
          <w:sz w:val="20"/>
        </w:rPr>
        <w:t>[p 7]</w:t>
      </w:r>
    </w:p>
    <w:p>
      <w:r>
        <w:rPr>
          <w:rFonts w:ascii="Gentium Plus" w:hAnsi="Gentium Plus"/>
          <w:sz w:val="24"/>
        </w:rPr>
        <w:t>Ἡ δὲ τετάρτη περὶ τῆς ὕλης καὶ τοῦ κόσμου τὴν ὑπόθεσιν ἔχει καὶ δείκνυσι τὴν ἡμετέραν κοσμογένειαν πολλῷ τῆς Πλά‐ τωνος καὶ τῶν ἄλλων πρεπωδεστέραν.</w:t>
      </w:r>
    </w:p>
    <w:p>
      <w:r>
        <w:rPr>
          <w:rFonts w:ascii="Courier New" w:hAnsi="Courier New"/>
          <w:color w:val="555555"/>
          <w:sz w:val="20"/>
        </w:rPr>
        <w:t>[p 8]</w:t>
      </w:r>
    </w:p>
    <w:p>
      <w:r>
        <w:rPr>
          <w:rFonts w:ascii="Gentium Plus" w:hAnsi="Gentium Plus"/>
          <w:sz w:val="24"/>
        </w:rPr>
        <w:t>Περὶ δὲ τῆς τοῦ ἀνθρώπου φύσεως ἡ πέμπτη δέδεκται τὸν ἀγῶνα, καὶ τὰς Ἑλληνικὰς δόξας καὶ τὰς Χριστιανικὰς ἐπιδεικ‐ νῦσα καὶ ὅσον φωτὸς καὶ σκότους διδάσκουσα τὸ διάφορον.</w:t>
      </w:r>
    </w:p>
    <w:p>
      <w:r>
        <w:rPr>
          <w:rFonts w:ascii="Courier New" w:hAnsi="Courier New"/>
          <w:color w:val="555555"/>
          <w:sz w:val="20"/>
        </w:rPr>
        <w:t>[p 9]</w:t>
      </w:r>
    </w:p>
    <w:p>
      <w:r>
        <w:rPr>
          <w:rFonts w:ascii="Gentium Plus" w:hAnsi="Gentium Plus"/>
          <w:sz w:val="24"/>
        </w:rPr>
        <w:t>Τὴν ἕκτην δὲ τάξιν ὁ περὶ τῆς προνοίας ἔλαχε λόγος. Ἔδει γὰρ τοῖς περὶ Θεοῦ καὶ τοῖς ὑπὸ Θεοῦ γεγενημένοις τοῦτον ἀκο‐ λουθῆσαι τὸν λόγον, διελέγχοντα Διαγόρου μὲν τὸ ἄθεον, Ἐπι‐ κούρου δὲ τὸ βλάσφημον, τῆς Ἀριστοτέλους δὲ προνοίας τὸ</w:t>
      </w:r>
    </w:p>
    <w:p>
      <w:r>
        <w:rPr>
          <w:rFonts w:ascii="Courier New" w:hAnsi="Courier New"/>
          <w:color w:val="555555"/>
          <w:sz w:val="20"/>
        </w:rPr>
        <w:t>[5]</w:t>
      </w:r>
    </w:p>
    <w:p>
      <w:r>
        <w:rPr>
          <w:rFonts w:ascii="Gentium Plus" w:hAnsi="Gentium Plus"/>
          <w:sz w:val="24"/>
        </w:rPr>
        <w:t>σμικρολόγον, ἐπαινοῦντα δὲ Πλάτωνος καὶ Πλωτίνου καὶ τῶν ἄλλων, ὅσοι τούτων εἰσὶν ὁμογνώμονες, τὰ περὶ τῆς προνοίας διδάγματα· καὶ φυσικοῖς δὲ λογισμοῖς ἐπιδείκνυσι ταύτην ἐν τῇ κτίσει θεωρουμένην καὶ ἐν ἑκάστῳ τῶν θεόθεν γινομένων προ‐ φαινομένην.</w:t>
      </w:r>
    </w:p>
    <w:p>
      <w:r>
        <w:rPr>
          <w:rFonts w:ascii="Courier New" w:hAnsi="Courier New"/>
          <w:color w:val="555555"/>
          <w:sz w:val="20"/>
        </w:rPr>
        <w:t>[p 10]</w:t>
      </w:r>
    </w:p>
    <w:p>
      <w:r>
        <w:rPr>
          <w:rFonts w:ascii="Gentium Plus" w:hAnsi="Gentium Plus"/>
          <w:sz w:val="24"/>
        </w:rPr>
        <w:t>Ἐπειδὴ δὲ καὶ τῶν θυσιῶν ἔδει δεῖξαι τὸ περιττόν, ἡ ἑβδόμη διάλεξις τοῦτον περιέχει τὸν λόγον, φιλοσόφοις μὲν λόγοις τῶν θυσιῶν τῶν Ἑλληνικῶν κατηγοροῦσα, προφητικοῖς δὲ τὸ νηπιῶ‐ δες τῆς Ἰουδαίων νομοθεσίας ἐπιδεικνῦσα.</w:t>
      </w:r>
    </w:p>
    <w:p>
      <w:r>
        <w:rPr>
          <w:rFonts w:ascii="Courier New" w:hAnsi="Courier New"/>
          <w:color w:val="555555"/>
          <w:sz w:val="20"/>
        </w:rPr>
        <w:t>[p 11]</w:t>
      </w:r>
    </w:p>
    <w:p>
      <w:r>
        <w:rPr>
          <w:rFonts w:ascii="Gentium Plus" w:hAnsi="Gentium Plus"/>
          <w:sz w:val="24"/>
        </w:rPr>
        <w:t>Τὴν δὲ κατὰ τῶν τοὺς νικηφόρους μάρτυρας γεραιρόντων κατηγορίαν, καὶ μέντοι καὶ τὴν ἀπολογίαν, ἡ ὀγδόη περιέχει, ταῖς τῶν φιλοσόφων καὶ ξυγγραφέων, καὶ μέντοι καὶ ποιητῶν μαρτυρίαις χρωμένη καὶ ἐπιδεικνῦσα, ὡς Ἕλληνες οὐ μόνον</w:t>
      </w:r>
    </w:p>
    <w:p>
      <w:r>
        <w:rPr>
          <w:rFonts w:ascii="Courier New" w:hAnsi="Courier New"/>
          <w:color w:val="555555"/>
          <w:sz w:val="20"/>
        </w:rPr>
        <w:t>[5]</w:t>
      </w:r>
    </w:p>
    <w:p>
      <w:r>
        <w:rPr>
          <w:rFonts w:ascii="Gentium Plus" w:hAnsi="Gentium Plus"/>
          <w:sz w:val="24"/>
        </w:rPr>
        <w:t>χοαῖς, ἀλλὰ καὶ θυσίαις τοὺς τεθνεῶτας ἐτίμων, τοὺς μὲν θεούς, τοὺς δὲ ἡμιθέους, τοὺς δὲ ἥρωας ὀνομάζοντες, καὶ τούτων τοὺς πλείστους ἀκολασίᾳ ξυνεζηκότας.</w:t>
      </w:r>
    </w:p>
    <w:p>
      <w:r>
        <w:rPr>
          <w:rFonts w:ascii="Courier New" w:hAnsi="Courier New"/>
          <w:color w:val="555555"/>
          <w:sz w:val="20"/>
        </w:rPr>
        <w:t>[p 12]</w:t>
      </w:r>
    </w:p>
    <w:p>
      <w:r>
        <w:rPr>
          <w:rFonts w:ascii="Gentium Plus" w:hAnsi="Gentium Plus"/>
          <w:sz w:val="24"/>
        </w:rPr>
        <w:t>Προύργου δὲ ᾠήθην καὶ τοῖς παρ’ Ἕλλησιν ὀνομαστοτάτοις γεγενημένοις νομοθέταις τοὺς ἡμετέρους παρεξετάσαι, τοὺς ἁλιέας λέγω καὶ τὸν σκυτοτόμον καὶ τοὺς τελώνας, καὶ δεῖξαι πάλιν ἐκ ξυγκρίσεως τὸ διάφορον, καὶ ὡς ἐκεῖνοι μὲν οἱ νόμοι</w:t>
      </w:r>
    </w:p>
    <w:p>
      <w:r>
        <w:rPr>
          <w:rFonts w:ascii="Courier New" w:hAnsi="Courier New"/>
          <w:color w:val="555555"/>
          <w:sz w:val="20"/>
        </w:rPr>
        <w:t>[5]</w:t>
      </w:r>
    </w:p>
    <w:p>
      <w:r>
        <w:rPr>
          <w:rFonts w:ascii="Gentium Plus" w:hAnsi="Gentium Plus"/>
          <w:sz w:val="24"/>
        </w:rPr>
        <w:t>μετὰ τῶν τεθεικότων τῷ τῆς λήθης παρεδόθησαν ζόφῳ, οἱ δὲ τῶν ἁλιέων ἀνθοῦσιν οὐ μόνον παρ’ Ἕλλησι καὶ Ῥωμαίοις, ἀλλὰ καὶ παρὰ Σκύθαις καὶ Σαυρομάταις καὶ Πέρσαις καὶ τοῖς ἄλλοις βαρ‐ βάροις. Ταύτην δὲ τὴν παρεξέτασιν ἡ ἐνάτη περιέχει διάλεξις.</w:t>
      </w:r>
    </w:p>
    <w:p>
      <w:r>
        <w:rPr>
          <w:rFonts w:ascii="Courier New" w:hAnsi="Courier New"/>
          <w:color w:val="555555"/>
          <w:sz w:val="20"/>
        </w:rPr>
        <w:t>[p 13]</w:t>
      </w:r>
    </w:p>
    <w:p>
      <w:r>
        <w:rPr>
          <w:rFonts w:ascii="Gentium Plus" w:hAnsi="Gentium Plus"/>
          <w:sz w:val="24"/>
        </w:rPr>
        <w:t>Ἡ δὲ δεκάτη διδάσκει, ὁποῖα μὲν οἱ θεῖοι χρησμοὶ προηγό‐ ρευσαν, καὶ ὡς Θεῷ πρέποντα καὶ τοῖς εὖ φρονοῦσι τῶν ἀνθρώ‐ πων ἁρμόττοντα, τίνα δὲ ὁ Πύθιος καὶ ὁ Δωδωναῖος καὶ οἱ ἄλλοι τῶν Ἑλλήνων ψευδομάντεις προειπόντες ἐφωράθησαν μὲν ψευδό‐</w:t>
      </w:r>
    </w:p>
    <w:p>
      <w:r>
        <w:rPr>
          <w:rFonts w:ascii="Courier New" w:hAnsi="Courier New"/>
          <w:color w:val="555555"/>
          <w:sz w:val="20"/>
        </w:rPr>
        <w:t>[5]</w:t>
      </w:r>
    </w:p>
    <w:p>
      <w:r>
        <w:rPr>
          <w:rFonts w:ascii="Gentium Plus" w:hAnsi="Gentium Plus"/>
          <w:sz w:val="24"/>
        </w:rPr>
        <w:t>μενοι καὶ τῶν ἐσομένων οὐδὲν προγινώσκοντες, τοιαῦτα δὲ τεθε‐ σπικότες, ὁποῖα οὐδὲ τῶν ἐπιεικῶν τις ἀνθρώπων ἠνέσχετο ἂν εἰσηγήσασθαι,</w:t>
      </w:r>
    </w:p>
    <w:p>
      <w:r>
        <w:rPr>
          <w:rFonts w:ascii="Courier New" w:hAnsi="Courier New"/>
          <w:color w:val="555555"/>
          <w:sz w:val="20"/>
        </w:rPr>
        <w:t>[p 14]</w:t>
      </w:r>
    </w:p>
    <w:p>
      <w:r>
        <w:rPr>
          <w:rFonts w:ascii="Gentium Plus" w:hAnsi="Gentium Plus"/>
          <w:sz w:val="24"/>
        </w:rPr>
        <w:t>Ἐπειδὴ δὲ καὶ περὶ τέλους καὶ κρίσεως ἔδει γνῶναι τοὺς ἀγνοοῦντας, τίνα μὲν ἡμεῖς, τίνα δὲ ἐκεῖνοι διδάσκουσι, ταύτην ἡ πρώτη καὶ δεκάτη διάλεξις τοῖς ἐντυχεῖν βουλομένοις τὴν διδασκαλίαν προσφέρει.</w:t>
      </w:r>
    </w:p>
    <w:p>
      <w:r>
        <w:rPr>
          <w:rFonts w:ascii="Courier New" w:hAnsi="Courier New"/>
          <w:color w:val="555555"/>
          <w:sz w:val="20"/>
        </w:rPr>
        <w:t>[p 15]</w:t>
      </w:r>
    </w:p>
    <w:p>
      <w:r>
        <w:rPr>
          <w:rFonts w:ascii="Gentium Plus" w:hAnsi="Gentium Plus"/>
          <w:sz w:val="24"/>
        </w:rPr>
        <w:t>Ἀλλὰ γὰρ καὶ τῆς πρακτικῆς ἀρετῆς ἐπιδείκνυμι τὸ διάφορον, ἐπειδὴ μάλα καὶ τὴν Ἑλληνικὴν ξυμμορίαν ἐπὶ τοῖς πάλαι γεγενημένοις φιλοσόφοις βρενθυομένην ὁρῶ καὶ τὸν ἐκείνων βίον αἴρειν τοῖς λόγοις ἐπιχειροῦντας. Ἐπιδείξει τοίνυν ἡ δευ‐</w:t>
      </w:r>
    </w:p>
    <w:p>
      <w:r>
        <w:rPr>
          <w:rFonts w:ascii="Courier New" w:hAnsi="Courier New"/>
          <w:color w:val="555555"/>
          <w:sz w:val="20"/>
        </w:rPr>
        <w:t>[5]</w:t>
      </w:r>
    </w:p>
    <w:p>
      <w:r>
        <w:rPr>
          <w:rFonts w:ascii="Gentium Plus" w:hAnsi="Gentium Plus"/>
          <w:sz w:val="24"/>
        </w:rPr>
        <w:t>τέρα καὶ δεκάτη διάλεξις, ὡς ὁ ἐκείνων μὲν βίος οὐ μόνον φιλοσόφων, ἀλλὰ καὶ ἀνδραπόδων ἐπαινουμένων ἀνάξιος, ὁ δὲ τῶν ἀποστόλων καὶ τῶν ἐκείνοις ἑπομένων τῆς φύσεως τῆς ἀνθρωπίνης ὑπέρτερος καὶ τοῖς σωμάτων ἀπηλλαγμένοις καὶ τὸν οὐρανὸν περιπολοῦσι προσόμοιος.</w:t>
      </w:r>
    </w:p>
    <w:p>
      <w:r>
        <w:rPr>
          <w:rFonts w:ascii="Courier New" w:hAnsi="Courier New"/>
          <w:color w:val="555555"/>
          <w:sz w:val="20"/>
        </w:rPr>
        <w:t>[p 16]</w:t>
      </w:r>
    </w:p>
    <w:p>
      <w:r>
        <w:rPr>
          <w:rFonts w:ascii="Gentium Plus" w:hAnsi="Gentium Plus"/>
          <w:sz w:val="24"/>
        </w:rPr>
        <w:t>Ὄνομα δὲ τῷ βιβλίῳ Ἑλληνικῶν θεραπευτικὴ παθη‐ μάτων ἢ Εὐαγγελικῆς ἀληθείας ἐξ Ἑλληνικῆς φιλο‐ σοφίας ἐπίγνωσις.</w:t>
      </w:r>
    </w:p>
    <w:p>
      <w:r>
        <w:rPr>
          <w:rFonts w:ascii="Courier New" w:hAnsi="Courier New"/>
          <w:color w:val="555555"/>
          <w:sz w:val="20"/>
        </w:rPr>
        <w:t>[p 17]</w:t>
      </w:r>
    </w:p>
    <w:p>
      <w:r>
        <w:rPr>
          <w:rFonts w:ascii="Gentium Plus" w:hAnsi="Gentium Plus"/>
          <w:sz w:val="24"/>
        </w:rPr>
        <w:t>Ἐγὼ μὲν οὖν τῆς τε τῶν νοσούντων ἕνεκα θεραπείας καὶ τῆς τῶν ὑγιαινόντων προμηθούμενος ὠφελείας τοῦτον ἀνεδεξάμην τὸν πόνον· τοὺς δὲ τοῖς ἀλλοτρίοις ἐντυγχάνοντας πόνοις παρα‐ καλῶ, εἰ μὲν ἅπαντα εὖ ἔχει τὰ γεγραμμένα, τὸν τούτων ἀνυ‐</w:t>
      </w:r>
    </w:p>
    <w:p>
      <w:r>
        <w:rPr>
          <w:rFonts w:ascii="Courier New" w:hAnsi="Courier New"/>
          <w:color w:val="555555"/>
          <w:sz w:val="20"/>
        </w:rPr>
        <w:t>[5]</w:t>
      </w:r>
    </w:p>
    <w:p>
      <w:r>
        <w:rPr>
          <w:rFonts w:ascii="Gentium Plus" w:hAnsi="Gentium Plus"/>
          <w:sz w:val="24"/>
        </w:rPr>
        <w:t>μνῆσαι δοτῆρα καὶ τοῖς πεπονηκόσι προσευχὰς ἀντιδοῦναι· εἰ δέ τινα ἐλλείπει, μὴ πάντων ὁμοῦ τούτων εἵνεκα καταγνῶναι, ἀλλ’</w:t>
      </w:r>
    </w:p>
    <w:p>
      <w:pPr>
        <w:jc w:val="center"/>
      </w:pPr>
      <w:r>
        <w:rPr>
          <w:rFonts w:ascii="Gentium Plus" w:hAnsi="Gentium Plus"/>
          <w:b/>
          <w:sz w:val="24"/>
        </w:rPr>
        <w:t>ΠΕΡΙ ΠΙΣΤΕΩΣ.</w:t>
      </w:r>
    </w:p>
    <w:p>
      <w:r>
        <w:rPr>
          <w:rFonts w:ascii="Courier New" w:hAnsi="Courier New"/>
          <w:color w:val="555555"/>
          <w:sz w:val="20"/>
        </w:rPr>
        <w:t>[1 . 1]</w:t>
      </w:r>
    </w:p>
    <w:p>
      <w:r>
        <w:rPr>
          <w:rFonts w:ascii="Gentium Plus" w:hAnsi="Gentium Plus"/>
          <w:sz w:val="24"/>
        </w:rPr>
        <w:t>Ἰατρικὴ θεραπεία ἔστι μέν που καὶ σώματος, ἔστι δ’ ἄρα καὶ ψυχῆς· καὶ γὰρ δὴ καὶ ταύτῃ κἀκείνῳ συχνὰ προσγίνεται πάθη,</w:t>
      </w:r>
    </w:p>
    <w:p>
      <w:r>
        <w:rPr>
          <w:rFonts w:ascii="Courier New" w:hAnsi="Courier New"/>
          <w:color w:val="555555"/>
          <w:sz w:val="20"/>
        </w:rPr>
        <w:t>[1 . 2]</w:t>
      </w:r>
    </w:p>
    <w:p>
      <w:r>
        <w:rPr>
          <w:rFonts w:ascii="Gentium Plus" w:hAnsi="Gentium Plus"/>
          <w:sz w:val="24"/>
        </w:rPr>
        <w:t>ἀλλὰ τῷ μὲν ἀκούσια, τῇ δέ, ὡς ἐπίπαν, αὐθαίρετα. Τοῦτο οὖν εὖ εἰδώς, οἷα δὴ πάνσοφος ὁ Θεὸς καὶ ψυχῶν καὶ σωμάτων καὶ τῶν ὅλων δημιουργός, ἑκατέρᾳ φύσει προσένειμεν ἁρμόδια φάρ‐ μακα, καὶ μέντοι καὶ ἰατροὺς ἐπέστησε, τοὺς μὲν ταύτην, τοὺς</w:t>
      </w:r>
    </w:p>
    <w:p>
      <w:r>
        <w:rPr>
          <w:rFonts w:ascii="Courier New" w:hAnsi="Courier New"/>
          <w:color w:val="555555"/>
          <w:sz w:val="20"/>
        </w:rPr>
        <w:t>[5]</w:t>
      </w:r>
    </w:p>
    <w:p>
      <w:r>
        <w:rPr>
          <w:rFonts w:ascii="Gentium Plus" w:hAnsi="Gentium Plus"/>
          <w:sz w:val="24"/>
        </w:rPr>
        <w:t>δὲ ἐκείνην ἐκπαιδεύσας τὴν ἐπιστήμην, καὶ στρατηγεῖν καὶ ἀρι‐</w:t>
      </w:r>
    </w:p>
    <w:p>
      <w:r>
        <w:rPr>
          <w:rFonts w:ascii="Courier New" w:hAnsi="Courier New"/>
          <w:color w:val="555555"/>
          <w:sz w:val="20"/>
        </w:rPr>
        <w:t>[1 . 3]</w:t>
      </w:r>
    </w:p>
    <w:p>
      <w:r>
        <w:rPr>
          <w:rFonts w:ascii="Gentium Plus" w:hAnsi="Gentium Plus"/>
          <w:sz w:val="24"/>
        </w:rPr>
        <w:t>στεύειν κατὰ τῶν νοσημάτων ἐκέλευσεν. Ἀλλ’ οἱ μὲν τὸ σῶμα οὐκ εὖ διακείμενοι καὶ τὴν νόσον δυσχεραίνουσι καὶ ὑγείας ἱμεί‐ ρονται καὶ τοῖς ἰατροῖς εἴκουσιν, οὐ μόνον ἤπια προσφέρουσι φάρ‐ μακα, ἀλλὰ κἂν τέμνωσι, κἂν καίωσι, κἂν λιμώττειν κελεύωσι,</w:t>
      </w:r>
    </w:p>
    <w:p>
      <w:r>
        <w:rPr>
          <w:rFonts w:ascii="Courier New" w:hAnsi="Courier New"/>
          <w:color w:val="555555"/>
          <w:sz w:val="20"/>
        </w:rPr>
        <w:t>[5]</w:t>
      </w:r>
    </w:p>
    <w:p>
      <w:r>
        <w:rPr>
          <w:rFonts w:ascii="Gentium Plus" w:hAnsi="Gentium Plus"/>
          <w:sz w:val="24"/>
        </w:rPr>
        <w:t>κἂν πικρῶν τινων καὶ ἀηδῶν μεστὰς προσφέρωσι κύλικας· καὶ διὰ τοιαύτης ἀνιαρᾶς ἐπιμελείας τὴν ὑγείαν καρπούμενοι, μισθὸν τοῖς οὕτως ἀκουμένοις ὀρέγουσι, καὶ τὴν θεραπείαν δεχόμενοι τὴν τῶν φαρμάκων οὐ περιεργάζονται σκευασίαν· τὴν γάρ τοι</w:t>
      </w:r>
    </w:p>
    <w:p>
      <w:r>
        <w:rPr>
          <w:rFonts w:ascii="Courier New" w:hAnsi="Courier New"/>
          <w:color w:val="555555"/>
          <w:sz w:val="20"/>
        </w:rPr>
        <w:t>[1 . 4]</w:t>
      </w:r>
    </w:p>
    <w:p>
      <w:r>
        <w:rPr>
          <w:rFonts w:ascii="Gentium Plus" w:hAnsi="Gentium Plus"/>
          <w:sz w:val="24"/>
        </w:rPr>
        <w:t>σωτηρίαν ποθοῦσιν, οὐ τὸν ταύτης τρόπον ἀνερευνῶσιν. Οἱ δὲ τῆς ἀπιστίας τὴν λώβην εἰσδεδεγμένοι οὐ μόνον ἀγνοοῦσι τὴν παγχάλεπον νόσον, ἀλλὰ καὶ τῆς ἄκρας εὐκληρίας ἀπολαύειν ὑπολαμβάνουσιν· ἢν δέ τις τῶν ταῦτα θεραπεύειν ἐπισταμένων</w:t>
      </w:r>
    </w:p>
    <w:p>
      <w:r>
        <w:rPr>
          <w:rFonts w:ascii="Courier New" w:hAnsi="Courier New"/>
          <w:color w:val="555555"/>
          <w:sz w:val="20"/>
        </w:rPr>
        <w:t>[5]</w:t>
      </w:r>
    </w:p>
    <w:p>
      <w:r>
        <w:rPr>
          <w:rFonts w:ascii="Gentium Plus" w:hAnsi="Gentium Plus"/>
          <w:sz w:val="24"/>
        </w:rPr>
        <w:t>ἀλεξίκακον φάρμακον τῷ πάθει προσενεγκεῖν ἐθελήσῃ, ἀποπηδῶ‐ σιν αὐτίκα, καθάπερ οἱ φρενίτιδι κατεχόμενοι νόσῳ καὶ τὴν σφίσι προσφερομένην ἀποσείονται θεραπείαν καὶ τὴν ἰατρείαν ὡς ἀρρω‐</w:t>
      </w:r>
    </w:p>
    <w:p>
      <w:r>
        <w:rPr>
          <w:rFonts w:ascii="Courier New" w:hAnsi="Courier New"/>
          <w:color w:val="555555"/>
          <w:sz w:val="20"/>
        </w:rPr>
        <w:t>[1 . 5]</w:t>
      </w:r>
    </w:p>
    <w:p>
      <w:r>
        <w:rPr>
          <w:rFonts w:ascii="Gentium Plus" w:hAnsi="Gentium Plus"/>
          <w:sz w:val="24"/>
        </w:rPr>
        <w:t>στίαν ἀποδιδράσκουσιν. Χρὴ μέντοι τοὺς ταύτην μετιόντας τὴν ἐπιστήμην καὶ χαλεπαίνοντας φέρειν καὶ λοιδορουμένων ἀνέ‐ χεσθαι, κἂν πὺξ παίωσι, κἂν λακτίζωσι, τοιαῦτα γὰρ δὴ ἄττα πλημμελοῦσιν οἱ παραπαίοντες· καὶ οὐ δυσχεραίνουσι τούτων</w:t>
      </w:r>
    </w:p>
    <w:p>
      <w:r>
        <w:rPr>
          <w:rFonts w:ascii="Courier New" w:hAnsi="Courier New"/>
          <w:color w:val="555555"/>
          <w:sz w:val="20"/>
        </w:rPr>
        <w:t>[5]</w:t>
      </w:r>
    </w:p>
    <w:p>
      <w:r>
        <w:rPr>
          <w:rFonts w:ascii="Gentium Plus" w:hAnsi="Gentium Plus"/>
          <w:sz w:val="24"/>
        </w:rPr>
        <w:t>γινομένων οἱ ἰατροί, ἀλλὰ καὶ δεσμὰ προσφέρουσι καὶ καταιονῶσι βίᾳ τὰς κεφαλὰς καὶ πᾶσαν μηχανὴν ἐπινοοῦσιν, ὥστε τὸ πάθος ἐξελάσαι καὶ τὴν προτέραν τῶν μορίων ἁρμονίαν ἀποδοῦναι τῷ</w:t>
      </w:r>
    </w:p>
    <w:p>
      <w:r>
        <w:rPr>
          <w:rFonts w:ascii="Courier New" w:hAnsi="Courier New"/>
          <w:color w:val="555555"/>
          <w:sz w:val="20"/>
        </w:rPr>
        <w:t>[1 . 6]</w:t>
      </w:r>
    </w:p>
    <w:p>
      <w:r>
        <w:rPr>
          <w:rFonts w:ascii="Gentium Plus" w:hAnsi="Gentium Plus"/>
          <w:sz w:val="24"/>
        </w:rPr>
        <w:t>ὅλῳ. Τοῦτο δὴ καὶ ἡμῖν ποιητέον, καὶ τῶν οὕτω διακειμένων ἐπιμελητέον εἰς δύναμιν. Εἰ γὰρ καὶ ὀλίγοι λίαν εἰσὶν οἱ τῷ πάθει δεδουλωμένοι καὶ ἐοίκασιν ὑποστάθμῃ τινὶ παχείᾳ τῶν τοῦ διυλιστῆρος οὐ διϊκνουμένῃ πόρων διὰ παχύτητα, ἀλλ’ οὖν οὐκ</w:t>
      </w:r>
    </w:p>
    <w:p>
      <w:r>
        <w:rPr>
          <w:rFonts w:ascii="Courier New" w:hAnsi="Courier New"/>
          <w:color w:val="555555"/>
          <w:sz w:val="20"/>
        </w:rPr>
        <w:t>[5]</w:t>
      </w:r>
    </w:p>
    <w:p>
      <w:r>
        <w:rPr>
          <w:rFonts w:ascii="Gentium Plus" w:hAnsi="Gentium Plus"/>
          <w:sz w:val="24"/>
        </w:rPr>
        <w:t>ἀμελητέον αὐτῶν οὐδὲ παροπτέον φθειρομένους ὑπὸ τοῦ πάθους, ἀλλὰ πάντα πόρον ἐξευρητέον, ὥστε τὴν ἐπικειμένην αὐτοῖς ὁμί‐ χλην ἀποσκεδάσαι καὶ τοῦ νοεροῦ φωτὸς ἐπιδεῖξαι τὴν αἴγλην. Οὐδεὶς γὰρ φιλόπονος γεωργὸς τὰς μὲν πολλὰς ἀκάνθας ἐκτέ‐</w:t>
      </w:r>
    </w:p>
    <w:p>
      <w:r>
        <w:rPr>
          <w:rFonts w:ascii="Courier New" w:hAnsi="Courier New"/>
          <w:color w:val="555555"/>
          <w:sz w:val="20"/>
        </w:rPr>
        <w:t>[1 . 7]</w:t>
      </w:r>
    </w:p>
    <w:p>
      <w:r>
        <w:rPr>
          <w:rFonts w:ascii="Gentium Plus" w:hAnsi="Gentium Plus"/>
          <w:sz w:val="24"/>
        </w:rPr>
        <w:t>μνει, τὰς δὲ ὀλίγας ἐᾷ, ἀλλὰ κἂν δύο εὕρῃ, κἂν μίαν, πρόρρι‐ ζον ἀνασπᾷ καὶ καθαρὸν ἀποφαίνει τὸ λήϊον. Πολλῷ δὴ οὖν μᾶλλον τοῦτο ποιητέον ἡμῖν· οὐ γὰρ ἐκτέμνειν, ἀλλὰ μεταβάλ‐ λειν τὰς ἀκάνθας ὁ τῆς ἡμετέρας γεωργίας παρακελεύεται</w:t>
      </w:r>
    </w:p>
    <w:p>
      <w:r>
        <w:rPr>
          <w:rFonts w:ascii="Courier New" w:hAnsi="Courier New"/>
          <w:color w:val="555555"/>
          <w:sz w:val="20"/>
        </w:rPr>
        <w:t>[1 . 8]</w:t>
      </w:r>
    </w:p>
    <w:p>
      <w:r>
        <w:rPr>
          <w:rFonts w:ascii="Gentium Plus" w:hAnsi="Gentium Plus"/>
          <w:sz w:val="24"/>
        </w:rPr>
        <w:t>νόμος. Φέρε τοίνυν καὶ ὡς ἀκάνθαις τὴν γεωργικὴν προσενέγκω‐ μεν δίκελλαν καὶ τῇ μακέλλῃ τοῦ λόγου τὰς τῶν ἀκοῶν ἀνευρύ‐ νωμεν αὔλακας, ἵνα μηδὲν τῶν ἐν μέσῳ κειμένων κωλυμάτων ἐπίσχῃ τῆς ἀρδείας τὸ ῥεῖθρον· καὶ μὲν δὴ καὶ ὡς ἀρρωστοῦντας</w:t>
      </w:r>
    </w:p>
    <w:p>
      <w:r>
        <w:rPr>
          <w:rFonts w:ascii="Courier New" w:hAnsi="Courier New"/>
          <w:color w:val="555555"/>
          <w:sz w:val="20"/>
        </w:rPr>
        <w:t>[5]</w:t>
      </w:r>
    </w:p>
    <w:p>
      <w:r>
        <w:rPr>
          <w:rFonts w:ascii="Gentium Plus" w:hAnsi="Gentium Plus"/>
          <w:sz w:val="24"/>
        </w:rPr>
        <w:t>καταιονήσωμεν καὶ τὰ σωτήρια καὶ παιώνια προσενέγκωμεν φάρμακα.</w:t>
      </w:r>
    </w:p>
    <w:p>
      <w:r>
        <w:rPr>
          <w:rFonts w:ascii="Courier New" w:hAnsi="Courier New"/>
          <w:color w:val="555555"/>
          <w:sz w:val="20"/>
        </w:rPr>
        <w:t>[1 . 9]</w:t>
      </w:r>
    </w:p>
    <w:p>
      <w:r>
        <w:rPr>
          <w:rFonts w:ascii="Gentium Plus" w:hAnsi="Gentium Plus"/>
          <w:sz w:val="24"/>
        </w:rPr>
        <w:t>Πρῶτον δέ γε τῶν ἄλλων τὸ τῆς οἰήσεως ἰατρεύσωμεν πά‐ θος. Καὶ γὰρ δή τινες αὐτῶν, ποιητικῶν καὶ ῥητορικῶν λόγων μετεσχηκότες, τινὲς δὲ καὶ τῆς Πλάτωνος εὐεπείας ἀπογευσά‐</w:t>
      </w:r>
    </w:p>
    <w:p>
      <w:r>
        <w:rPr>
          <w:rFonts w:ascii="Courier New" w:hAnsi="Courier New"/>
          <w:color w:val="555555"/>
          <w:sz w:val="20"/>
        </w:rPr>
        <w:t>[5]</w:t>
      </w:r>
    </w:p>
    <w:p>
      <w:r>
        <w:rPr>
          <w:rFonts w:ascii="Gentium Plus" w:hAnsi="Gentium Plus"/>
          <w:sz w:val="24"/>
        </w:rPr>
        <w:t>λιεπημένῃ φράσει κεκομψευμένων, οὐκ ἀξιοῦσι δὲ παρ’ ἀνδρῶν</w:t>
      </w:r>
    </w:p>
    <w:p>
      <w:r>
        <w:rPr>
          <w:rFonts w:ascii="Courier New" w:hAnsi="Courier New"/>
          <w:color w:val="555555"/>
          <w:sz w:val="20"/>
        </w:rPr>
        <w:t>[1 . 10]</w:t>
      </w:r>
    </w:p>
    <w:p>
      <w:r>
        <w:rPr>
          <w:rFonts w:ascii="Gentium Plus" w:hAnsi="Gentium Plus"/>
          <w:sz w:val="24"/>
        </w:rPr>
        <w:t>ἁλιέων μαθεῖν τὴν τοῦ ὄντος ἀλήθειαν. Καὶ τέχνης μὲν ἑκάστης δρεπόμενοι τοὺς καρπούς, τὰς τῶν τεχνιτῶν οὐ περιεργάζονται γλώττας· οὐδὲ γὰρ Ἀττικοὺς εἶναι τοὺς σκυτοτόμους ἀπαιτοῦσιν ἢ τοὺς χαλκέας ἢ τοὺς τέκτονας ἢ τοὺς ζωγράφους ἢ τοὺς ναυ‐</w:t>
      </w:r>
    </w:p>
    <w:p>
      <w:r>
        <w:rPr>
          <w:rFonts w:ascii="Courier New" w:hAnsi="Courier New"/>
          <w:color w:val="555555"/>
          <w:sz w:val="20"/>
        </w:rPr>
        <w:t>[5]</w:t>
      </w:r>
    </w:p>
    <w:p>
      <w:r>
        <w:rPr>
          <w:rFonts w:ascii="Gentium Plus" w:hAnsi="Gentium Plus"/>
          <w:sz w:val="24"/>
        </w:rPr>
        <w:t>πηγοὺς ἢ τοὺς κυβερνήτας, ἀλλὰ κἂν Σκύθαι ὦσι, κἂν Σαυρο‐ μάται, κἂν Ἴβηρες, κἂν Αἰγύπτιοι, μεθ’ ἡδονῆς ἀπολαύουσι τῶν τεχνῶν, μόνην ἀπαιτοῦντες τὴν τούτων ἀκρίβειαν, τὴν δὲ τῶν</w:t>
      </w:r>
    </w:p>
    <w:p>
      <w:r>
        <w:rPr>
          <w:rFonts w:ascii="Courier New" w:hAnsi="Courier New"/>
          <w:color w:val="555555"/>
          <w:sz w:val="20"/>
        </w:rPr>
        <w:t>[1 . 11]</w:t>
      </w:r>
    </w:p>
    <w:p>
      <w:r>
        <w:rPr>
          <w:rFonts w:ascii="Gentium Plus" w:hAnsi="Gentium Plus"/>
          <w:sz w:val="24"/>
        </w:rPr>
        <w:t>ἐθνῶν διαφορὰν ἥκιστα δυσχεραίνουσιν. Καὶ κιθαριστοῦ μὲν ἀκούοντες, τῶν κρουμάτων μόνον ἀπαιτοῦσι τὴν ἁρμονίαν, οὐ μὴν εἰ Ἕλλην ἐστὶν ἢ βάρβαρος ἐπιζητοῦσι μαθεῖν· μόνην δ’ ἄρα τῆς ἀληθείας τὴν μάθησιν ἀπεριέργως λαβεῖν οὐκ ἐθέλου‐</w:t>
      </w:r>
    </w:p>
    <w:p>
      <w:r>
        <w:rPr>
          <w:rFonts w:ascii="Courier New" w:hAnsi="Courier New"/>
          <w:color w:val="555555"/>
          <w:sz w:val="20"/>
        </w:rPr>
        <w:t>[5]</w:t>
      </w:r>
    </w:p>
    <w:p>
      <w:r>
        <w:rPr>
          <w:rFonts w:ascii="Gentium Plus" w:hAnsi="Gentium Plus"/>
          <w:sz w:val="24"/>
        </w:rPr>
        <w:t>σιν, ἀλλ’ ἀτιμίαν ὑπολαμβάνουσιν, εἰ βάρβαρος αὐτοὺς ταύτην τὴν γλῶτταν παιδεύοι· καὶ τοῦτον ἔχουσι τὸν τύφον ἄνδρες οὐδ’ εἰς ἄκρον τῆς Ἑλληνικῆς φιλοσοφίας ἐληλακότες, ἀλλ’ ὀλίγων τινῶν, τὸ δὴ λεγόμενον, ἄκροις χείλεσι γεγευμένοι καὶ σμικρὰ ἄττα ἔνθεν κἀκεῖθεν ἠρανισμένοι.</w:t>
      </w:r>
    </w:p>
    <w:p>
      <w:r>
        <w:rPr>
          <w:rFonts w:ascii="Courier New" w:hAnsi="Courier New"/>
          <w:color w:val="555555"/>
          <w:sz w:val="20"/>
        </w:rPr>
        <w:t>[1 . 12]</w:t>
      </w:r>
    </w:p>
    <w:p>
      <w:r>
        <w:rPr>
          <w:rFonts w:ascii="Gentium Plus" w:hAnsi="Gentium Plus"/>
          <w:sz w:val="24"/>
        </w:rPr>
        <w:t>Οἱ δὲ τῶν Ἑλληνικῶν φιλοσόφων περιφανέστατοι, ὧν ἡ μνήμη παρὰ τοῖς ἐλλογίμοις μέχρι καὶ τήμερον πολυθρύλητος, Φερε‐ κύδης ὁ Σύριος καὶ Πυθαγόρας ὁ Σάμιος καὶ Θαλῆς ὁ Μιλήσιος καὶ Σόλων ὁ Ἀθηναῖος, καὶ μέντοι καὶ Πλάτων ἐκεῖνος, ὁ</w:t>
      </w:r>
    </w:p>
    <w:p>
      <w:r>
        <w:rPr>
          <w:rFonts w:ascii="Courier New" w:hAnsi="Courier New"/>
          <w:color w:val="555555"/>
          <w:sz w:val="20"/>
        </w:rPr>
        <w:t>[5]</w:t>
      </w:r>
    </w:p>
    <w:p>
      <w:r>
        <w:rPr>
          <w:rFonts w:ascii="Gentium Plus" w:hAnsi="Gentium Plus"/>
          <w:sz w:val="24"/>
        </w:rPr>
        <w:t>Ἀρίστωνος μὲν υἱός, Σωκράτους δὲ φοιτητής, εὐστομίᾳ δὲ πάν‐ τας ἀποκρύψας, οὐκ ὤκνησαν ἕνεκα τοῦ τἀληθὲς ἐξευρεῖν καὶ Αἴγυπτον περινοστῆσαι καὶ Θήβας τὰς Αἰγυπτίας καὶ Σικελίαν καὶ Ἰταλίαν, καὶ ταῦτα οὐ μιᾶς βασιλείας τάδε τὸ τηνικαῦτα</w:t>
      </w:r>
    </w:p>
    <w:p>
      <w:r>
        <w:rPr>
          <w:rFonts w:ascii="Courier New" w:hAnsi="Courier New"/>
          <w:color w:val="555555"/>
          <w:sz w:val="20"/>
        </w:rPr>
        <w:t>[10]</w:t>
      </w:r>
    </w:p>
    <w:p>
      <w:r>
        <w:rPr>
          <w:rFonts w:ascii="Gentium Plus" w:hAnsi="Gentium Plus"/>
          <w:sz w:val="24"/>
        </w:rPr>
        <w:t>σιν οὐσῶν, διαφόρων δὲ νόμων· αἱ μὲν γὰρ δημοκρατίαν, αἱ δὲ</w:t>
      </w:r>
    </w:p>
    <w:p>
      <w:r>
        <w:rPr>
          <w:rFonts w:ascii="Courier New" w:hAnsi="Courier New"/>
          <w:color w:val="555555"/>
          <w:sz w:val="20"/>
        </w:rPr>
        <w:t>[1 . 13]</w:t>
      </w:r>
    </w:p>
    <w:p>
      <w:r>
        <w:rPr>
          <w:rFonts w:ascii="Gentium Plus" w:hAnsi="Gentium Plus"/>
          <w:sz w:val="24"/>
        </w:rPr>
        <w:t>ὀλιγαρχίαν ἠσπάζοντο, καὶ οἱ μὲν ἐτυραννοῦντο, οἱ δὲ ἐννόμως ἐβασιλεύοντο. Ἀλλ’ ὅμως οὐδὲν αὐτοὺς τούτων ἐπέσχε τῶν κωλυ‐ μάτων παρὰ βαρβάρους ἀνθρώπους δραμεῖν καὶ μαθεῖν παρ’ αὐτῶν, ἅπερ αὐτοὺς ἄμεινον γινώσκειν ἑαυτῶν ὑπελάμβανον.</w:t>
      </w:r>
    </w:p>
    <w:p>
      <w:r>
        <w:rPr>
          <w:rFonts w:ascii="Courier New" w:hAnsi="Courier New"/>
          <w:color w:val="555555"/>
          <w:sz w:val="20"/>
        </w:rPr>
        <w:t>[1 . 14]</w:t>
      </w:r>
    </w:p>
    <w:p>
      <w:r>
        <w:rPr>
          <w:rFonts w:ascii="Gentium Plus" w:hAnsi="Gentium Plus"/>
          <w:sz w:val="24"/>
        </w:rPr>
        <w:t>Φασὶ δὲ αὐτοὺς ἐν Αἰγύπτῳ οὐ μόνον παρ’ Αἰγυπτίων, ἀλλὰ καὶ παρ’ Ἑβραίων τὰ περὶ τοῦ ὄντος διδαχθῆναι Θεοῦ. Καὶ ταῦτα διδάσκει μὲν Πλούταρχος ὁ Βοιώτιος, διδάσκει δὲ καὶ Πορφύριος ὁ κατὰ τῆς ἀληθείας λυττήσας, καὶ μέντοι καὶ Νουμήνιος ὁ</w:t>
      </w:r>
    </w:p>
    <w:p>
      <w:r>
        <w:rPr>
          <w:rFonts w:ascii="Courier New" w:hAnsi="Courier New"/>
          <w:color w:val="555555"/>
          <w:sz w:val="20"/>
        </w:rPr>
        <w:t>[1 . 15]</w:t>
      </w:r>
    </w:p>
    <w:p>
      <w:r>
        <w:rPr>
          <w:rFonts w:ascii="Gentium Plus" w:hAnsi="Gentium Plus"/>
          <w:sz w:val="24"/>
        </w:rPr>
        <w:t>Πυθαγόρειος καὶ ἕτεροι πλεῖστοι. Φασὶ δὲ τὸν Πυθαγόραν καὶ περιτομῆς ἀνασχέσθαι, τοῦτο παρ’ Αἰγυπτίων μεμαθηκότα· Αἰγύπτιοι δὲ παρ’ Ἑβραίων τόνδε τὸν νόμον παρέλαβον. Ἁβραὰμ γὰρ τοῦ πατριάρχου παρὰ τοῦ Θεοῦ τῶν ὅλων τῆς περιτομῆς</w:t>
      </w:r>
    </w:p>
    <w:p>
      <w:r>
        <w:rPr>
          <w:rFonts w:ascii="Courier New" w:hAnsi="Courier New"/>
          <w:color w:val="555555"/>
          <w:sz w:val="20"/>
        </w:rPr>
        <w:t>[5]</w:t>
      </w:r>
    </w:p>
    <w:p>
      <w:r>
        <w:rPr>
          <w:rFonts w:ascii="Gentium Plus" w:hAnsi="Gentium Plus"/>
          <w:sz w:val="24"/>
        </w:rPr>
        <w:t>δεξαμένου τὴν ἐντολήν, ἐφύλαξε μὲν ταύτην τὸ γένος· ᾤκησε δ’ ἐπὶ πλεῖστον τὴν Αἴγυπτον, ἐζήλωσαν δὲ τοὺς Ἑβραίους</w:t>
      </w:r>
    </w:p>
    <w:p>
      <w:r>
        <w:rPr>
          <w:rFonts w:ascii="Courier New" w:hAnsi="Courier New"/>
          <w:color w:val="555555"/>
          <w:sz w:val="20"/>
        </w:rPr>
        <w:t>[1 . 16]</w:t>
      </w:r>
    </w:p>
    <w:p>
      <w:r>
        <w:rPr>
          <w:rFonts w:ascii="Gentium Plus" w:hAnsi="Gentium Plus"/>
          <w:sz w:val="24"/>
        </w:rPr>
        <w:t>Αἰγύπτιοι. Ὅτι δὲ οὐκ ἦν πάλαι νόμος Αἰγυπτίοις περιτέμνειν τὰ βρέφη, ἡ τοῦ Φαραὼ θυγάτηρ ἀξιόχρεως μάρτυς· τῇ γὰρ ὄχθῃ τοῦ ποταμοῦ προσερριμμένον εὑροῦσα τὸν Μωϋσῆν, εὐθύς τε τὴν περιτομὴν εἶδε καὶ τὸ γένος ἐπέγνω καὶ τῶν Ἑβραίων</w:t>
      </w:r>
    </w:p>
    <w:p>
      <w:r>
        <w:rPr>
          <w:rFonts w:ascii="Courier New" w:hAnsi="Courier New"/>
          <w:color w:val="555555"/>
          <w:sz w:val="20"/>
        </w:rPr>
        <w:t>[5]</w:t>
      </w:r>
    </w:p>
    <w:p>
      <w:r>
        <w:rPr>
          <w:rFonts w:ascii="Gentium Plus" w:hAnsi="Gentium Plus"/>
          <w:sz w:val="24"/>
        </w:rPr>
        <w:t>ἔκγονον τὸ βρέφος ὠνόμασεν.</w:t>
      </w:r>
    </w:p>
    <w:p>
      <w:r>
        <w:rPr>
          <w:rFonts w:ascii="Courier New" w:hAnsi="Courier New"/>
          <w:color w:val="555555"/>
          <w:sz w:val="20"/>
        </w:rPr>
        <w:t>[1 . 17]</w:t>
      </w:r>
    </w:p>
    <w:p>
      <w:r>
        <w:rPr>
          <w:rFonts w:ascii="Gentium Plus" w:hAnsi="Gentium Plus"/>
          <w:sz w:val="24"/>
        </w:rPr>
        <w:t>Οἱ μὲν οὖν διὰ πάσης ἐληλυθότες παιδείας τοσοῦτον ἔρωτα εἶχον φιλομαθείας, ὡς καὶ πολέμων καὶ πελαγῶν μεγίστων κατα‐ φρονῆσαι καὶ βαρβάροις ἀνδράσι φοιτῆσαι καὶ πανταχόθεν ξυλλέ‐ ξαι ὅπερ ἀναγκαῖον ἐνόμισαν· Σωκράτης δὲ ὁ Σωφρονίσκου, τῶν</w:t>
      </w:r>
    </w:p>
    <w:p>
      <w:r>
        <w:rPr>
          <w:rFonts w:ascii="Courier New" w:hAnsi="Courier New"/>
          <w:color w:val="555555"/>
          <w:sz w:val="20"/>
        </w:rPr>
        <w:t>[5]</w:t>
      </w:r>
    </w:p>
    <w:p>
      <w:r>
        <w:rPr>
          <w:rFonts w:ascii="Gentium Plus" w:hAnsi="Gentium Plus"/>
          <w:sz w:val="24"/>
        </w:rPr>
        <w:t>φιλοσόφων ὁ ἄριστος, οὐδὲ παρὰ γυναικῶν μαθεῖν τι χρήσιμον ὑπέλαβε φιλοσοφίας ἀνάξιον· τῷ τοι καὶ τὴν Διοτίμαν οὐκ ἠρυ‐</w:t>
      </w:r>
    </w:p>
    <w:p>
      <w:r>
        <w:rPr>
          <w:rFonts w:ascii="Courier New" w:hAnsi="Courier New"/>
          <w:color w:val="555555"/>
          <w:sz w:val="20"/>
        </w:rPr>
        <w:t>[1 . 18]</w:t>
      </w:r>
    </w:p>
    <w:p>
      <w:r>
        <w:rPr>
          <w:rFonts w:ascii="Gentium Plus" w:hAnsi="Gentium Plus"/>
          <w:sz w:val="24"/>
        </w:rPr>
        <w:t>σίαν διετέλει θαμίζων. Τούτων δέ γε οἱ πλεῖστοι μὲν οὐδὲ τὴν Μῆνιν ἴσασι τὴν Ἀχιλλέως, ἐξ ἧς ἄρχεσθαι τῶν ἐλλογίμων μαθημάτων εἴωθε τὰ μειράκια· οἱ δέ, ὀλίγα μὲν παρὰ ποιητῶν, ὀλίγα δὲ παρὰ ῥητόρων ἐρανισάμενοι, τῶν δέ γε φιλοσόφων</w:t>
      </w:r>
    </w:p>
    <w:p>
      <w:r>
        <w:rPr>
          <w:rFonts w:ascii="Courier New" w:hAnsi="Courier New"/>
          <w:color w:val="555555"/>
          <w:sz w:val="20"/>
        </w:rPr>
        <w:t>[5]</w:t>
      </w:r>
    </w:p>
    <w:p>
      <w:r>
        <w:rPr>
          <w:rFonts w:ascii="Gentium Plus" w:hAnsi="Gentium Plus"/>
          <w:sz w:val="24"/>
        </w:rPr>
        <w:t>οὐδὲ αὐτὰς τὰς προσηγορίας μεμαθηκότες, πλὴν δυοῖν ἢ τριῶν τῶν ἐπισήμων, βάρβαρον μὲν τὴν θείαν γραφὴν ὀνομάζουσι, μα‐ θεῖν δὲ τἀληθὲς παρ’ αὐτῆς αἰσχρὸν ὑπειλήφασιν. Ἐξ ἀγνοίας</w:t>
      </w:r>
    </w:p>
    <w:p>
      <w:r>
        <w:rPr>
          <w:rFonts w:ascii="Courier New" w:hAnsi="Courier New"/>
          <w:color w:val="555555"/>
          <w:sz w:val="20"/>
        </w:rPr>
        <w:t>[1 . 19]</w:t>
      </w:r>
    </w:p>
    <w:p>
      <w:r>
        <w:rPr>
          <w:rFonts w:ascii="Gentium Plus" w:hAnsi="Gentium Plus"/>
          <w:sz w:val="24"/>
        </w:rPr>
        <w:t>δὲ αὐτοῖς τὸ τῆς ἀλαζονείας ἐπιγίνεται πάθημα. Εἰ γὰρ τὰς Ἑλληνικὰς ἀνεγνώκεσαν ἱστορίας, ἔγνωσαν ἂν δήπουθεν, ὡς καὶ τὰς περιφανεῖς ἐπιστήμας καὶ τῶν τεχνῶν τὰς πλείστας παρὰ βαρβάρων ἐπαιδεύθησαν Ἕλληνες. Γεωμετρίαν μὲν γὰρ καὶ</w:t>
      </w:r>
    </w:p>
    <w:p>
      <w:r>
        <w:rPr>
          <w:rFonts w:ascii="Courier New" w:hAnsi="Courier New"/>
          <w:color w:val="555555"/>
          <w:sz w:val="20"/>
        </w:rPr>
        <w:t>[5]</w:t>
      </w:r>
    </w:p>
    <w:p>
      <w:r>
        <w:rPr>
          <w:rFonts w:ascii="Gentium Plus" w:hAnsi="Gentium Plus"/>
          <w:sz w:val="24"/>
        </w:rPr>
        <w:t>ἀστρονομίαν Αἰγυπτίους πρώτους εὑρηκέναι φασίν· ἀστρολογία δὲ καὶ γενεθλιαλογία Χαλδαίων εὕρημα λέγεται· Ἄραβες δὲ καὶ Φρύγες οἰωνοσκοπικὴν ἐπενόησαν πρῶτοι· ὅτι δὲ καὶ ἡ σάλ‐</w:t>
      </w:r>
    </w:p>
    <w:p>
      <w:r>
        <w:rPr>
          <w:rFonts w:ascii="Courier New" w:hAnsi="Courier New"/>
          <w:color w:val="555555"/>
          <w:sz w:val="20"/>
        </w:rPr>
        <w:t>[1 . 20]</w:t>
      </w:r>
    </w:p>
    <w:p>
      <w:r>
        <w:rPr>
          <w:rFonts w:ascii="Gentium Plus" w:hAnsi="Gentium Plus"/>
          <w:sz w:val="24"/>
        </w:rPr>
        <w:t>πιγξ Τυρρηνῶν ἐστιν ἔργον, καὶ αὐλοὶ Φρυγῶν, διδάσκουσι μὲν αἱ τραγῳδίαι, διδάσκουσι δὲ μετὰ τούτων αἱ ἱστορίαι. Καὶ τὰ γράμματα δέ γε Φοίνικας εὑρηκέναι λογοποιοῦσιν οἱ Ἕλληνες, καὶ τὸν Κάδμον ταῦτα πρῶτον εἰς τὴν Ἑλλάδα κομίσαι· ἰατρικῆς</w:t>
      </w:r>
    </w:p>
    <w:p>
      <w:r>
        <w:rPr>
          <w:rFonts w:ascii="Courier New" w:hAnsi="Courier New"/>
          <w:color w:val="555555"/>
          <w:sz w:val="20"/>
        </w:rPr>
        <w:t>[5]</w:t>
      </w:r>
    </w:p>
    <w:p>
      <w:r>
        <w:rPr>
          <w:rFonts w:ascii="Gentium Plus" w:hAnsi="Gentium Plus"/>
          <w:sz w:val="24"/>
        </w:rPr>
        <w:t>δὲ ἄρξαι τὸν Ἄπιν φασὶ τὸν Αἰγύπτιον, εἶτα τὸν Ἀσκληπιὸν αὐξῆσαι τὴν τέχνην· σκάφος δὲ πρῶτον ἐν Λιβύῃ ναυπηγηθῆναι</w:t>
      </w:r>
    </w:p>
    <w:p>
      <w:r>
        <w:rPr>
          <w:rFonts w:ascii="Courier New" w:hAnsi="Courier New"/>
          <w:color w:val="555555"/>
          <w:sz w:val="20"/>
        </w:rPr>
        <w:t>[1 . 21]</w:t>
      </w:r>
    </w:p>
    <w:p>
      <w:r>
        <w:rPr>
          <w:rFonts w:ascii="Gentium Plus" w:hAnsi="Gentium Plus"/>
          <w:sz w:val="24"/>
        </w:rPr>
        <w:t>λέγουσιν. Ὅτι δὲ καὶ τῶν Διονυσίων καὶ τῶν Παναθηναίων, καὶ μέντοι καὶ τῶν Θεσμοφορίων καὶ τῶν Ἐλευσινίων τὰς τελετὰς Ὀρφεύς, ἀνὴρ Ὀδρύσης, εἰς τὰς Ἀθήνας ἐκόμισε καὶ εἰς Αἴγυπτον ἀφικόμενος τὰ τῆς Ἴσιδος καὶ τοῦ Ὀσίριδος</w:t>
      </w:r>
    </w:p>
    <w:p>
      <w:r>
        <w:rPr>
          <w:rFonts w:ascii="Courier New" w:hAnsi="Courier New"/>
          <w:color w:val="555555"/>
          <w:sz w:val="20"/>
        </w:rPr>
        <w:t>[5]</w:t>
      </w:r>
    </w:p>
    <w:p>
      <w:r>
        <w:rPr>
          <w:rFonts w:ascii="Gentium Plus" w:hAnsi="Gentium Plus"/>
          <w:sz w:val="24"/>
        </w:rPr>
        <w:t>εἰς τὰ τῆς Δηοῦς καὶ τοῦ Διονύσου μετατέθεικεν ὄργια, διδάσκει μὲν Πλούταρχος ὁ ἐκ Χαιρωνείας τῆς Βοιωτίας, διδάσκει δὲ καὶ ὁ Σικελιώτης Διόδωρος, μέμνηται δὲ καὶ Δημοσθένης ὁ ῥήτωρ καί φησι τὸν Ὀρφέα τὰς ἁγιωτάτας αὐτοῖς τελετὰς κατα‐</w:t>
      </w:r>
    </w:p>
    <w:p>
      <w:r>
        <w:rPr>
          <w:rFonts w:ascii="Courier New" w:hAnsi="Courier New"/>
          <w:color w:val="555555"/>
          <w:sz w:val="20"/>
        </w:rPr>
        <w:t>[1 . 22]</w:t>
      </w:r>
    </w:p>
    <w:p>
      <w:r>
        <w:rPr>
          <w:rFonts w:ascii="Gentium Plus" w:hAnsi="Gentium Plus"/>
          <w:sz w:val="24"/>
        </w:rPr>
        <w:t>δεῖξαι. Ὅτι δὲ καὶ τὰ τῆς Ῥέας ἢ τῆς Κυβέλης ἢ τῆς Βριμοῦς (ἢ ὅπως ἂν ἐθέλητε, ὀνομάζετε· πολλὴ γὰρ εὐπορία παρ’ ὑμῖν ὀνομάτων, οὐχ ὑποκειμένων πραγμάτων)—ἀλλ’ ὅμως ὅτι καὶ ταύτης τὰς ἑορτὰς καὶ τὰ ἐν αὐταῖς τελούμενα ἀπὸ Φρυγίας εἰς</w:t>
      </w:r>
    </w:p>
    <w:p>
      <w:r>
        <w:rPr>
          <w:rFonts w:ascii="Courier New" w:hAnsi="Courier New"/>
          <w:color w:val="555555"/>
          <w:sz w:val="20"/>
        </w:rPr>
        <w:t>[5]</w:t>
      </w:r>
    </w:p>
    <w:p>
      <w:r>
        <w:rPr>
          <w:rFonts w:ascii="Gentium Plus" w:hAnsi="Gentium Plus"/>
          <w:sz w:val="24"/>
        </w:rPr>
        <w:t>τὴν Ἑλλάδα μετεκόμισαν Ἕλληνες, οἱ προκληθέντες ἤδη</w:t>
      </w:r>
    </w:p>
    <w:p>
      <w:r>
        <w:rPr>
          <w:rFonts w:ascii="Courier New" w:hAnsi="Courier New"/>
          <w:color w:val="555555"/>
          <w:sz w:val="20"/>
        </w:rPr>
        <w:t>[1 . 23]</w:t>
      </w:r>
    </w:p>
    <w:p>
      <w:r>
        <w:rPr>
          <w:rFonts w:ascii="Gentium Plus" w:hAnsi="Gentium Plus"/>
          <w:sz w:val="24"/>
        </w:rPr>
        <w:t>μάρτυρες διαρρήδην διδάσκουσιν. Εἰ δὲ καὶ τὰς τέχνας καὶ τὰς ἐπιστήμας καὶ τῶν δαιμόνων τὰς τελετὰς καὶ τὰ πρῶτα στοιχεῖα παρὰ βαρβάρων ἐδιδάχθησαν Ἕλληνες καὶ ἐπὶ τοῖς διδασκάλοις ἁβρύνονται, τί δήποτε ὑμεῖς, οὐδὲ ξυνιέναι τὰ ὑπ’ ἐκείνων ξυγγε‐</w:t>
      </w:r>
    </w:p>
    <w:p>
      <w:r>
        <w:rPr>
          <w:rFonts w:ascii="Courier New" w:hAnsi="Courier New"/>
          <w:color w:val="555555"/>
          <w:sz w:val="20"/>
        </w:rPr>
        <w:t>[5]</w:t>
      </w:r>
    </w:p>
    <w:p>
      <w:r>
        <w:rPr>
          <w:rFonts w:ascii="Gentium Plus" w:hAnsi="Gentium Plus"/>
          <w:sz w:val="24"/>
        </w:rPr>
        <w:t>γραμμένα δυνάμενοι, παραιτεῖσθε μαθεῖν τὴν ἀλήθειαν παρ’</w:t>
      </w:r>
    </w:p>
    <w:p>
      <w:r>
        <w:rPr>
          <w:rFonts w:ascii="Courier New" w:hAnsi="Courier New"/>
          <w:color w:val="555555"/>
          <w:sz w:val="20"/>
        </w:rPr>
        <w:t>[1 . 24]</w:t>
      </w:r>
    </w:p>
    <w:p>
      <w:r>
        <w:rPr>
          <w:rFonts w:ascii="Gentium Plus" w:hAnsi="Gentium Plus"/>
          <w:sz w:val="24"/>
        </w:rPr>
        <w:t>ἀνδρῶν θεόσδοτον σοφίαν εἰσδεξαμένων; Εἰ δέ, ὅτι οὐκ ἐκ τῆς Ἑλλάδος ἐβλάστησαν, τὰς ἀκοὰς αὐτοῖς ὑπέχειν οὐ βούλεσθε, ὥρα ὑμῖν μήτε Θαλῆν ὀνομάζειν σοφὸν μήτε Πυθαγόραν φιλόσο‐ φον μήτε Φερεκύδην τὸν ἐκείνου διδάσκαλον. Ὁ μὲν γὰρ Φερε‐</w:t>
      </w:r>
    </w:p>
    <w:p>
      <w:r>
        <w:rPr>
          <w:rFonts w:ascii="Courier New" w:hAnsi="Courier New"/>
          <w:color w:val="555555"/>
          <w:sz w:val="20"/>
        </w:rPr>
        <w:t>[5]</w:t>
      </w:r>
    </w:p>
    <w:p>
      <w:r>
        <w:rPr>
          <w:rFonts w:ascii="Gentium Plus" w:hAnsi="Gentium Plus"/>
          <w:sz w:val="24"/>
        </w:rPr>
        <w:t>κύδης Σύριος ἦν, οὐκ Ἀθηναῖος οὐδὲ Σπαρτιάτης οὐδέ γε</w:t>
      </w:r>
    </w:p>
    <w:p>
      <w:r>
        <w:rPr>
          <w:rFonts w:ascii="Courier New" w:hAnsi="Courier New"/>
          <w:color w:val="555555"/>
          <w:sz w:val="20"/>
        </w:rPr>
        <w:t>[10]</w:t>
      </w:r>
    </w:p>
    <w:p>
      <w:r>
        <w:rPr>
          <w:rFonts w:ascii="Gentium Plus" w:hAnsi="Gentium Plus"/>
          <w:sz w:val="24"/>
        </w:rPr>
        <w:t>τέλης Σταγειρίτης ἦν, Σινωπεὺς δὲ ὁ Διογένης, καὶ Ἀλκμὰν ὁ Πειρίθου Κροτωνιάτης, ὃν πρῶτόν φασι περὶ φύσεως ξυγγράψαι λόγον· Ἀκραγαντῖνος δὲ ὁ Ἐμπεδοκλῆς, Σικελικὴ δὲ αὕτη πόλις.</w:t>
      </w:r>
    </w:p>
    <w:p>
      <w:r>
        <w:rPr>
          <w:rFonts w:ascii="Courier New" w:hAnsi="Courier New"/>
          <w:color w:val="555555"/>
          <w:sz w:val="20"/>
        </w:rPr>
        <w:t>[1 . 25]</w:t>
      </w:r>
    </w:p>
    <w:p>
      <w:r>
        <w:rPr>
          <w:rFonts w:ascii="Gentium Plus" w:hAnsi="Gentium Plus"/>
          <w:sz w:val="24"/>
        </w:rPr>
        <w:t>Εἰ δὲ ἄρα τοῦτό φατε, ὡς ἔξω μὲν τῆς Ἑλλάδος καὶ ἔφυσαν οἵδε οἱ ἄνδρες καὶ ἐτράφησαν, τὴν δέ γε Ἑλληνικὴν ἠσκήθησαν γλῶτταν, πρῶτον μὲν ὁμολογεῖτε καὶ ἐν ἄλλοις ἔθνεσιν ἄνδρας γεγενῆσθαι σοφούς· καὶ γὰρ δὴ καὶ Ζάμολξιν τὸν Θρᾷκα καὶ</w:t>
      </w:r>
    </w:p>
    <w:p>
      <w:r>
        <w:rPr>
          <w:rFonts w:ascii="Courier New" w:hAnsi="Courier New"/>
          <w:color w:val="555555"/>
          <w:sz w:val="20"/>
        </w:rPr>
        <w:t>[5]</w:t>
      </w:r>
    </w:p>
    <w:p>
      <w:r>
        <w:rPr>
          <w:rFonts w:ascii="Gentium Plus" w:hAnsi="Gentium Plus"/>
          <w:sz w:val="24"/>
        </w:rPr>
        <w:t>Ἀνάχαρσιν τὸν Σκύθην ἐπὶ σοφίᾳ θαυμάζετε, καὶ τῶν Βραχμά‐ νων πολὺ παρ’ ὑμῖν τὸ κλέος· Ἰνδοὶ δὲ οὗτοι, οὐχ Ἕλληνες.</w:t>
      </w:r>
    </w:p>
    <w:p>
      <w:r>
        <w:rPr>
          <w:rFonts w:ascii="Courier New" w:hAnsi="Courier New"/>
          <w:color w:val="555555"/>
          <w:sz w:val="20"/>
        </w:rPr>
        <w:t>[1 . 26]</w:t>
      </w:r>
    </w:p>
    <w:p>
      <w:r>
        <w:rPr>
          <w:rFonts w:ascii="Gentium Plus" w:hAnsi="Gentium Plus"/>
          <w:sz w:val="24"/>
        </w:rPr>
        <w:t>Ἔπειτα δὲ καὶ ἑτέρωθεν ἐξελέγχεσθε οὐκ ὀρθῶς προτιθέντες τῆς ἀληθείας τὴν εὐέπειαν, τὸν γάρ τοι Σωφρονίσκου Σωκράτην</w:t>
      </w:r>
    </w:p>
    <w:p>
      <w:r>
        <w:rPr>
          <w:rFonts w:ascii="Courier New" w:hAnsi="Courier New"/>
          <w:color w:val="555555"/>
          <w:sz w:val="20"/>
        </w:rPr>
        <w:t>[1 . 27]</w:t>
      </w:r>
    </w:p>
    <w:p>
      <w:r>
        <w:rPr>
          <w:rFonts w:ascii="Gentium Plus" w:hAnsi="Gentium Plus"/>
          <w:sz w:val="24"/>
        </w:rPr>
        <w:t>στον δὲ τὴν πατρῴαν μετελήλυθε τέχνην. Καὶ τοῦτο πολλοὶ μὲν εἰρήκασι καὶ ἄλλοι, καὶ ὁ Πορφύριος δὲ ἐν τῷ τρίτῳ τῆς Φιλο‐ σόφου τοῦτο ἱστορίας ξυνέγραψεν· ἔφη δὲ οὕτως· «Λέγωμεν περὶ τοῦ Σωκράτους τὰ καὶ παρὰ τοῖς ἄλλοις μνήμης κατηξιω‐</w:t>
      </w:r>
    </w:p>
    <w:p>
      <w:r>
        <w:rPr>
          <w:rFonts w:ascii="Courier New" w:hAnsi="Courier New"/>
          <w:color w:val="555555"/>
          <w:sz w:val="20"/>
        </w:rPr>
        <w:t>[5]</w:t>
      </w:r>
    </w:p>
    <w:p>
      <w:r>
        <w:rPr>
          <w:rFonts w:ascii="Gentium Plus" w:hAnsi="Gentium Plus"/>
          <w:sz w:val="24"/>
        </w:rPr>
        <w:t>μένα, τὰ μὲν πρὸς ἔπαινον αὐτοῦ καὶ ψόγον πολλαχῶς ὑπὸ τῶν λογίων ἀνδρῶν μεμυθευμένα ἐπ’ ὀλίγον φυλοκρινοῦντες, καταλι‐ πόντες δὲ ἀνεξέταστον τὸ εἴτε αὐτὸς εἰργάσατο ξὺν τῷ πατρὶ τὴν λιθοκοπικὴν τέχνην, εἴτε ὁ πατὴρ αὐτοῦ μόνος. Οὐδὲν γὰρ ἐνέ‐ κοπτεν αὐτῷ τοῦτο πρὸς σοφίαν πρὸς ὀλίγον χρόνον ἐργασθέν.</w:t>
      </w:r>
    </w:p>
    <w:p>
      <w:r>
        <w:rPr>
          <w:rFonts w:ascii="Courier New" w:hAnsi="Courier New"/>
          <w:color w:val="555555"/>
          <w:sz w:val="20"/>
        </w:rPr>
        <w:t>[10]</w:t>
      </w:r>
    </w:p>
    <w:p>
      <w:r>
        <w:rPr>
          <w:rFonts w:ascii="Gentium Plus" w:hAnsi="Gentium Plus"/>
          <w:sz w:val="24"/>
        </w:rPr>
        <w:t>Εἰ δὲ δὴ ἑρμογλύφος ἦν, καὶ μᾶλλον· καθάριος γὰρ ἡ τέχνη καὶ</w:t>
      </w:r>
    </w:p>
    <w:p>
      <w:r>
        <w:rPr>
          <w:rFonts w:ascii="Courier New" w:hAnsi="Courier New"/>
          <w:color w:val="555555"/>
          <w:sz w:val="20"/>
        </w:rPr>
        <w:t>[1 . 28]</w:t>
      </w:r>
    </w:p>
    <w:p>
      <w:r>
        <w:rPr>
          <w:rFonts w:ascii="Gentium Plus" w:hAnsi="Gentium Plus"/>
          <w:sz w:val="24"/>
        </w:rPr>
        <w:t>οὐ πρὸς ὀνείδους·» Καὶ τὰ ἑξῆς δὲ τῆς αὐτῆς ἔχεται διανοίας· εἰσάγει γάρ τινας λέγοντας λιθουργικῇ τέχνῃ τὸν Σωκράτην χρησάμενον. Ἀλλ’ ἴσως τὴν μὲν πρώτην ἡλικίαν λιθουργῶν διετέλεσεν, ὕστερον δέ, λόγων ποιητικῶν καὶ ῥητορικῶν ἐρασθείς,</w:t>
      </w:r>
    </w:p>
    <w:p>
      <w:r>
        <w:rPr>
          <w:rFonts w:ascii="Courier New" w:hAnsi="Courier New"/>
          <w:color w:val="555555"/>
          <w:sz w:val="20"/>
        </w:rPr>
        <w:t>[1 . 29]</w:t>
      </w:r>
    </w:p>
    <w:p>
      <w:r>
        <w:rPr>
          <w:rFonts w:ascii="Gentium Plus" w:hAnsi="Gentium Plus"/>
          <w:sz w:val="24"/>
        </w:rPr>
        <w:t>παιδείας μετέλαχεν. Ἀλλ’ οὐδὲ τοῦτο ἔστιν εἰπεῖν· πᾶν γὰρ τοὐναντίον εἶπεν ὁ Πορφύριος· λέγει δὲ οὕτως· «Εἶναι δὲ αὐτὸν πρὸς οὐδὲν μὲν ἀφυῆ, ἀπαίδευτον δὲ περὶ πάντα, ὡς ἁπλῶς εἰπεῖν· σχεδὸν γὰρ οὐδὲ γράμματα πάνυ τι ἐπίστασθαι, ἀλλ’</w:t>
      </w:r>
    </w:p>
    <w:p>
      <w:r>
        <w:rPr>
          <w:rFonts w:ascii="Courier New" w:hAnsi="Courier New"/>
          <w:color w:val="555555"/>
          <w:sz w:val="20"/>
        </w:rPr>
        <w:t>[5]</w:t>
      </w:r>
    </w:p>
    <w:p>
      <w:r>
        <w:rPr>
          <w:rFonts w:ascii="Gentium Plus" w:hAnsi="Gentium Plus"/>
          <w:sz w:val="24"/>
        </w:rPr>
        <w:t>εἶναι γελοῖον, ὁπότε τι δέοι ἢ γράψαι ἢ ἀναγνῶναι, βατταρίζοντα</w:t>
      </w:r>
    </w:p>
    <w:p>
      <w:r>
        <w:rPr>
          <w:rFonts w:ascii="Courier New" w:hAnsi="Courier New"/>
          <w:color w:val="555555"/>
          <w:sz w:val="20"/>
        </w:rPr>
        <w:t>[1 . 30]</w:t>
      </w:r>
    </w:p>
    <w:p>
      <w:r>
        <w:rPr>
          <w:rFonts w:ascii="Gentium Plus" w:hAnsi="Gentium Plus"/>
          <w:sz w:val="24"/>
        </w:rPr>
        <w:t>ὥσπερ τὰ παιδία.» Καὶ ὁ Πλάτων δὲ αὐτὸν ἐν Ἀπολογίᾳ τοιάδε τέθεικε λέγοντα· «Οὐ μέντοι νὴ Δία, ὦ ἄνδρες Ἀθη‐ ναῖοι, κεκαλλιεπημένους γε λόγους, ὥσπερ οἱ τούτων ῥήμασί τε καὶ ὀνόμασιν οὐδὲ κεκοσμημένους, ἀλλ’ ἀκούσεσθε εἰκῇ λεγόμενα</w:t>
      </w:r>
    </w:p>
    <w:p>
      <w:r>
        <w:rPr>
          <w:rFonts w:ascii="Courier New" w:hAnsi="Courier New"/>
          <w:color w:val="555555"/>
          <w:sz w:val="20"/>
        </w:rPr>
        <w:t>[5]</w:t>
      </w:r>
    </w:p>
    <w:p>
      <w:r>
        <w:rPr>
          <w:rFonts w:ascii="Gentium Plus" w:hAnsi="Gentium Plus"/>
          <w:sz w:val="24"/>
        </w:rPr>
        <w:t>τοῖς ἐπιτυχοῦσιν ὀνόμασιν.» Καὶ μετ’ ὀλίγα δὲ ταῦτα πάλιν προστέθεικεν· «Καὶ δὴ καὶ νῦν ὑμῶν τοῦτο δέομαι δίκαιον, ὥς γέ μοι δοκῶ, τὸν σκοπὸν τῆς λέξεως ἐᾶν—ἴσως μὲν γὰρ χείρων, ἴσως δὲ βελτίων ἂν εἴη—αὐτὸ δὲ τοῦτο σκοπεῖν καὶ τούτῳ τὸν</w:t>
      </w:r>
    </w:p>
    <w:p>
      <w:r>
        <w:rPr>
          <w:rFonts w:ascii="Courier New" w:hAnsi="Courier New"/>
          <w:color w:val="555555"/>
          <w:sz w:val="20"/>
        </w:rPr>
        <w:t>[1 . 31]</w:t>
      </w:r>
    </w:p>
    <w:p>
      <w:r>
        <w:rPr>
          <w:rFonts w:ascii="Gentium Plus" w:hAnsi="Gentium Plus"/>
          <w:sz w:val="24"/>
        </w:rPr>
        <w:t>νοῦν προσέχειν, εἰ δίκαια λέγω.» Ἀλλ’ ὅμως καὶ ἀμαθῆ γε γλῶτταν καὶ ἀπαίδευτον ἐσχηκώς, οὐ μόνον τῶν ἄλλων ἁπάντων, ἀλλὰ καὶ Πλάτωνος τοῦ ἅπαντας Ἕλληνας εὐεπείᾳ νενικηκότος αἰδοῦς ἀξιώτερος ἦν. Καὶ τοῦτο οὐδ’ ἂν αὐτὸς ὁ Ἀρίστωνος ἀρνη‐</w:t>
      </w:r>
    </w:p>
    <w:p>
      <w:r>
        <w:rPr>
          <w:rFonts w:ascii="Courier New" w:hAnsi="Courier New"/>
          <w:color w:val="555555"/>
          <w:sz w:val="20"/>
        </w:rPr>
        <w:t>[5]</w:t>
      </w:r>
    </w:p>
    <w:p>
      <w:r>
        <w:rPr>
          <w:rFonts w:ascii="Gentium Plus" w:hAnsi="Gentium Plus"/>
          <w:sz w:val="24"/>
        </w:rPr>
        <w:t>θείη. Πῶς γάρ, ὅ γε πάντας ὅσους ὤδινε λόγους ἐκείνῳ προσα‐ ναθείς τε καὶ προσαρμόσας καὶ τῆς ἐκείνου διανοίας ἐκγόνους εἶναι παρασκευάσας νομίζεσθαι; Ὅτι δὲ καὶ οὗτος, ὁ ἅπαντας</w:t>
      </w:r>
    </w:p>
    <w:p>
      <w:r>
        <w:rPr>
          <w:rFonts w:ascii="Courier New" w:hAnsi="Courier New"/>
          <w:color w:val="555555"/>
          <w:sz w:val="20"/>
        </w:rPr>
        <w:t>[1 . 32]</w:t>
      </w:r>
    </w:p>
    <w:p>
      <w:r>
        <w:rPr>
          <w:rFonts w:ascii="Gentium Plus" w:hAnsi="Gentium Plus"/>
          <w:sz w:val="24"/>
        </w:rPr>
        <w:t>ἀνθρώπους καὶ οὐ τοὺς ἄλλους Ἕλληνας μόνον, ἀλλὰ καὶ αὐτοὺς Ἀθηναίους εὐγλωττίᾳ καὶ ὀνομάτων κάλλει πάμπαν ἀποκρύψας, μὴ τῇ κομψείᾳ τῶν λόγων, ἀλλὰ τῇ τῶν ἐνθυμημάτων ἁρμονίᾳ προσέχειν παρεγγυᾷ, ἀκούσατε αὐτοῦ διαρρήδην ἐν τῷ Πολιτικῷ</w:t>
      </w:r>
    </w:p>
    <w:p>
      <w:r>
        <w:rPr>
          <w:rFonts w:ascii="Courier New" w:hAnsi="Courier New"/>
          <w:color w:val="555555"/>
          <w:sz w:val="20"/>
        </w:rPr>
        <w:t>[5]</w:t>
      </w:r>
    </w:p>
    <w:p>
      <w:r>
        <w:rPr>
          <w:rFonts w:ascii="Gentium Plus" w:hAnsi="Gentium Plus"/>
          <w:sz w:val="24"/>
        </w:rPr>
        <w:t>λέγοντος· «Κἂν διαφυλάξῃς τὸ μὴ σπουδάζειν ἐπὶ τοῖς ὀνόμασι,</w:t>
      </w:r>
    </w:p>
    <w:p>
      <w:r>
        <w:rPr>
          <w:rFonts w:ascii="Courier New" w:hAnsi="Courier New"/>
          <w:color w:val="555555"/>
          <w:sz w:val="20"/>
        </w:rPr>
        <w:t>[1 . 33]</w:t>
      </w:r>
    </w:p>
    <w:p>
      <w:r>
        <w:rPr>
          <w:rFonts w:ascii="Gentium Plus" w:hAnsi="Gentium Plus"/>
          <w:sz w:val="24"/>
        </w:rPr>
        <w:t>πλουσιώτερος εἰς τὸ γῆρας ἀναφανήσῃ φρονήσεως.» Ἀκούσατε δὲ καὶ ἐν τῷ πέμπτῳ τῆς Πολιτείας οἷά φησιν· «Τούτους οὖν ἅπαντας καὶ τοὺς ἄλλους τοιούτων τινῶν μαθηματικοὺς καὶ τοὺς τῶν τεχνυδρίων φιλοσόφους θήσομεν; Οὐδαμῶς, εἶπον, ἀλλ’</w:t>
      </w:r>
    </w:p>
    <w:p>
      <w:r>
        <w:rPr>
          <w:rFonts w:ascii="Courier New" w:hAnsi="Courier New"/>
          <w:color w:val="555555"/>
          <w:sz w:val="20"/>
        </w:rPr>
        <w:t>[5]</w:t>
      </w:r>
    </w:p>
    <w:p>
      <w:r>
        <w:rPr>
          <w:rFonts w:ascii="Gentium Plus" w:hAnsi="Gentium Plus"/>
          <w:sz w:val="24"/>
        </w:rPr>
        <w:t>ὁμοίους φιλοσόφοις. Τοὺς δ’ ἀληθινούς, ἔφη, τίνας λέγεις; Τοὺς</w:t>
      </w:r>
    </w:p>
    <w:p>
      <w:r>
        <w:rPr>
          <w:rFonts w:ascii="Courier New" w:hAnsi="Courier New"/>
          <w:color w:val="555555"/>
          <w:sz w:val="20"/>
        </w:rPr>
        <w:t>[1 . 34]</w:t>
      </w:r>
    </w:p>
    <w:p>
      <w:r>
        <w:rPr>
          <w:rFonts w:ascii="Gentium Plus" w:hAnsi="Gentium Plus"/>
          <w:sz w:val="24"/>
        </w:rPr>
        <w:t>μης καὶ τῆς ἀληθείας.» Ἀκούσατε, ὦ ἄνδρες, τοῦ φιλοσόφου τοὺς μὲν τῆς μουσικῆς καὶ τῆς γεωμετρίας καὶ τῶν ἄλλων τῶν τοιούτων ἐπιστήμονας οὐ φιλοσόφους, ἀλλ’ ὁμοίους φιλοσόφοις προσαγορεύσαντος, τοὺς δὲ τῆς ἀληθείας διδασκάλους ἀληθινοὺς</w:t>
      </w:r>
    </w:p>
    <w:p>
      <w:r>
        <w:rPr>
          <w:rFonts w:ascii="Courier New" w:hAnsi="Courier New"/>
          <w:color w:val="555555"/>
          <w:sz w:val="20"/>
        </w:rPr>
        <w:t>[1 . 35]</w:t>
      </w:r>
    </w:p>
    <w:p>
      <w:r>
        <w:rPr>
          <w:rFonts w:ascii="Gentium Plus" w:hAnsi="Gentium Plus"/>
          <w:sz w:val="24"/>
        </w:rPr>
        <w:t>ὄντως ὀνομάσαντος φιλοσόφους· καὶ ἐν τῷ τρίτῳ δὲ τῶν Νόμων ταῦτά φησιν· «Τοῦτο μὲν τοίνυν οὕτω κείσθω δεδογμένον καὶ λεγόμενον, ὡς τοῖς ταῦτα ἀμαθαίνουσι τῶν πολιτῶν οὐδὲν ἐπι‐ τρεπτέον ἀρχῆς ἐχόμενον καὶ ὡς ἀγνοοῦσιν ὀνειδιστέον, κἂν πάνυ</w:t>
      </w:r>
    </w:p>
    <w:p>
      <w:r>
        <w:rPr>
          <w:rFonts w:ascii="Courier New" w:hAnsi="Courier New"/>
          <w:color w:val="555555"/>
          <w:sz w:val="20"/>
        </w:rPr>
        <w:t>[5]</w:t>
      </w:r>
    </w:p>
    <w:p>
      <w:r>
        <w:rPr>
          <w:rFonts w:ascii="Gentium Plus" w:hAnsi="Gentium Plus"/>
          <w:sz w:val="24"/>
        </w:rPr>
        <w:t>λογιστικοὶ ὦσι καὶ πάντα κομψὰ καὶ ὅσα πρὸς αὔξην τῆς ψυχῆς πεφυκότα διαπεπονημένοι ἅπαντα· τοὺς δὲ τοὐναντίον ἔχοντας, τούτους ὡς σοφούς τε προσρητέον, κἄν, τὸ λεγόμενον, μήτε γράμματα μήτε νεῖν ἐπίστωνται, καὶ τὰς ἀρχὰς ἐγχειριστέον ὡς ἔμφροσιν.»</w:t>
      </w:r>
    </w:p>
    <w:p>
      <w:r>
        <w:rPr>
          <w:rFonts w:ascii="Courier New" w:hAnsi="Courier New"/>
          <w:color w:val="555555"/>
          <w:sz w:val="20"/>
        </w:rPr>
        <w:t>[1 . 36]</w:t>
      </w:r>
    </w:p>
    <w:p>
      <w:r>
        <w:rPr>
          <w:rFonts w:ascii="Gentium Plus" w:hAnsi="Gentium Plus"/>
          <w:sz w:val="24"/>
        </w:rPr>
        <w:t>Πῶς ἄν τις ἀληθέστερόν τε καὶ σαφέστερον τὴν νῦν δὴ κατέ‐</w:t>
      </w:r>
    </w:p>
    <w:p>
      <w:r>
        <w:rPr>
          <w:rFonts w:ascii="Courier New" w:hAnsi="Courier New"/>
          <w:color w:val="555555"/>
          <w:sz w:val="20"/>
        </w:rPr>
        <w:t>[5]</w:t>
      </w:r>
    </w:p>
    <w:p>
      <w:r>
        <w:rPr>
          <w:rFonts w:ascii="Gentium Plus" w:hAnsi="Gentium Plus"/>
          <w:sz w:val="24"/>
        </w:rPr>
        <w:t>μηδὲ τὰ πρῶτα στοιχεῖα γινώσκοιεν, ὀνομάζει σοφούς· τοὺς δὲ διὰ πάσης ἐληλυθότας παιδείας, ἀληθείας δὲ καὶ δικαιοσύνης τὴν ἐπιστήμην οὐκ ἔχοντας, ἀποκρίνει καὶ ἐξελαύνει καὶ ἄρχειν οὐκ</w:t>
      </w:r>
    </w:p>
    <w:p>
      <w:r>
        <w:rPr>
          <w:rFonts w:ascii="Courier New" w:hAnsi="Courier New"/>
          <w:color w:val="555555"/>
          <w:sz w:val="20"/>
        </w:rPr>
        <w:t>[1 . 37]</w:t>
      </w:r>
    </w:p>
    <w:p>
      <w:r>
        <w:rPr>
          <w:rFonts w:ascii="Gentium Plus" w:hAnsi="Gentium Plus"/>
          <w:sz w:val="24"/>
        </w:rPr>
        <w:t>ἐπιτρέπει. Καὶ μέντοι κἀν τῷ Θεαιτήτῳ τοὺς μετεωρολέσχας διαβάλλων ὧδε λέγει· «Ὥσπερ καὶ Θαλῆν ἀστρονομοῦντα, ὦ Θεόδωρε, καὶ ἄνω βλέποντα, πεσόντα εἰς φρέαρ, Θρᾷττά τις ἐμμελὴς καὶ χαρίεσσα θεραπαινὶς ἀποσκῶψαι λέγεται ὡς τὰ μὲν</w:t>
      </w:r>
    </w:p>
    <w:p>
      <w:r>
        <w:rPr>
          <w:rFonts w:ascii="Courier New" w:hAnsi="Courier New"/>
          <w:color w:val="555555"/>
          <w:sz w:val="20"/>
        </w:rPr>
        <w:t>[5]</w:t>
      </w:r>
    </w:p>
    <w:p>
      <w:r>
        <w:rPr>
          <w:rFonts w:ascii="Gentium Plus" w:hAnsi="Gentium Plus"/>
          <w:sz w:val="24"/>
        </w:rPr>
        <w:t>ἐν οὐρανῷ προθυμοῖτο εἰδέναι, τὰ δ’ ὄπισθεν αὐτοῦ καὶ παρὰ</w:t>
      </w:r>
    </w:p>
    <w:p>
      <w:r>
        <w:rPr>
          <w:rFonts w:ascii="Courier New" w:hAnsi="Courier New"/>
          <w:color w:val="555555"/>
          <w:sz w:val="20"/>
        </w:rPr>
        <w:t>[1 . 38]</w:t>
      </w:r>
    </w:p>
    <w:p>
      <w:r>
        <w:rPr>
          <w:rFonts w:ascii="Gentium Plus" w:hAnsi="Gentium Plus"/>
          <w:sz w:val="24"/>
        </w:rPr>
        <w:t>πόδας λανθάνοι αὐτόν.» Καὶ αὖθις ἐν τῷ αὐτῷ διαλόγῳ· «Ἄγροικον δέ τινα καὶ ἀπαίδευτον ὑπὸ ἀσχολίας οὐδὲν ἧττον τῶν νομέων τὸν τοιοῦτον ἀναγκαῖον γίνεσθαι, σηκὸν ἐν ὄρει τὸ τεῖχος περιβαλλόμενον. Γῆς δὲ ὅταν μυρία πλέθρα ἢ εἴ τι</w:t>
      </w:r>
    </w:p>
    <w:p>
      <w:r>
        <w:rPr>
          <w:rFonts w:ascii="Courier New" w:hAnsi="Courier New"/>
          <w:color w:val="555555"/>
          <w:sz w:val="20"/>
        </w:rPr>
        <w:t>[5]</w:t>
      </w:r>
    </w:p>
    <w:p>
      <w:r>
        <w:rPr>
          <w:rFonts w:ascii="Gentium Plus" w:hAnsi="Gentium Plus"/>
          <w:sz w:val="24"/>
        </w:rPr>
        <w:t>πλέον ἀκούσῃ ὥς τις ἄρα κεκτημένος θαυμαστὰ πλήθη κέκτηται, πάντα σμικρὰ δοκεῖ ἀκούειν εἰς ἅπασαν εἰωθὼς τὴν γῆν βλέ‐</w:t>
      </w:r>
    </w:p>
    <w:p>
      <w:r>
        <w:rPr>
          <w:rFonts w:ascii="Courier New" w:hAnsi="Courier New"/>
          <w:color w:val="555555"/>
          <w:sz w:val="20"/>
        </w:rPr>
        <w:t>[1 . 39]</w:t>
      </w:r>
    </w:p>
    <w:p>
      <w:r>
        <w:rPr>
          <w:rFonts w:ascii="Gentium Plus" w:hAnsi="Gentium Plus"/>
          <w:sz w:val="24"/>
        </w:rPr>
        <w:t>πειν.» Πρὸς δὲ τούτοις ἐπιλέγει καὶ ταῦτα· «Ἡ μὲν γὰρ τούτου γνῶσίς τε καὶ ἀρετὴ ἀληθινή, ἡ δὲ ἄγνοια καὶ κακία ἐναργής· αἱ δὲ ἄλλαι δεινότητες δοκοῦσαι καὶ σοφίαι γίνεσθαι ἐν μὲν πολιτείαις καὶ δυναστείαις γινόμεναι φορτικαί, ἐν δὲ τέχναις</w:t>
      </w:r>
    </w:p>
    <w:p>
      <w:r>
        <w:rPr>
          <w:rFonts w:ascii="Courier New" w:hAnsi="Courier New"/>
          <w:color w:val="555555"/>
          <w:sz w:val="20"/>
        </w:rPr>
        <w:t>[1 . 40]</w:t>
      </w:r>
    </w:p>
    <w:p>
      <w:r>
        <w:rPr>
          <w:rFonts w:ascii="Gentium Plus" w:hAnsi="Gentium Plus"/>
          <w:sz w:val="24"/>
        </w:rPr>
        <w:t>βάναυσοι.» Οὕτως ἄρα ᾔδεσαν ἀκριβῶς καὶ οἱ πᾶσαν λόγων ἰδέαν μεμαθηκότες, ὁπόσον ἡ ἀλήθεια ῥημάτων τε καὶ ὀνομάτων τιμαλφεστέρα, καὶ ὡς οὐδὲν ταύτην λωβᾶται τῆς τοιαύτης κομψείας ἡ ἄγνοια.</w:t>
      </w:r>
    </w:p>
    <w:p>
      <w:r>
        <w:rPr>
          <w:rFonts w:ascii="Courier New" w:hAnsi="Courier New"/>
          <w:color w:val="555555"/>
          <w:sz w:val="20"/>
        </w:rPr>
        <w:t>[1 . 41]</w:t>
      </w:r>
    </w:p>
    <w:p>
      <w:r>
        <w:rPr>
          <w:rFonts w:ascii="Gentium Plus" w:hAnsi="Gentium Plus"/>
          <w:sz w:val="24"/>
        </w:rPr>
        <w:t>Ἀνθ’ ὅτου δὴ οὖν, ὦ φίλοι ἄνδρες, τῆς ἀποστολικῆς διδα‐ σκαλίας τὴν μὲν διάνοιαν καταμαθεῖν οὐκ ἐθέλετε, τὸ δὲ βαρβα‐ ρόφωνον ὀνειδίζετε μόνον, καὶ ταῦτα τῶν ὑμετέρων ἐπαΐοντες φιλοσόφων, ὡς Ἕλληνες μὲν τῆς ἀληθείας ἀπεπλανήθησαν,</w:t>
      </w:r>
    </w:p>
    <w:p>
      <w:r>
        <w:rPr>
          <w:rFonts w:ascii="Courier New" w:hAnsi="Courier New"/>
          <w:color w:val="555555"/>
          <w:sz w:val="20"/>
        </w:rPr>
        <w:t>[1 . 42]</w:t>
      </w:r>
    </w:p>
    <w:p>
      <w:r>
        <w:rPr>
          <w:rFonts w:ascii="Gentium Plus" w:hAnsi="Gentium Plus"/>
          <w:sz w:val="24"/>
        </w:rPr>
        <w:t>βάρβαροι δὲ μᾶλλον ταύτην ἐξεῦρον; Καὶ γὰρ Πορφύριος ἐκεῖ‐</w:t>
      </w:r>
    </w:p>
    <w:p>
      <w:r>
        <w:rPr>
          <w:rFonts w:ascii="Courier New" w:hAnsi="Courier New"/>
          <w:color w:val="555555"/>
          <w:sz w:val="20"/>
        </w:rPr>
        <w:t>[5]</w:t>
      </w:r>
    </w:p>
    <w:p>
      <w:r>
        <w:rPr>
          <w:rFonts w:ascii="Gentium Plus" w:hAnsi="Gentium Plus"/>
          <w:sz w:val="24"/>
        </w:rPr>
        <w:t>βάρβαροι μὲν ἐξεῦρον, Ἕλληνες δὲ ἀπεπλανήθησαν· οἱ δὲ κρα‐ τοῦντες ἤδη καὶ διέφθειραν· τὴν δὲ εὕρεσιν ὁ θεὸς Αἰγυπτίοις ἐμαρτύρησε, Φοίνιξί τε καὶ Χαλδαίοις, Λυδοῖς τε καὶ Ἑβραίοις.»</w:t>
      </w:r>
    </w:p>
    <w:p>
      <w:r>
        <w:rPr>
          <w:rFonts w:ascii="Courier New" w:hAnsi="Courier New"/>
          <w:color w:val="555555"/>
          <w:sz w:val="20"/>
        </w:rPr>
        <w:t>[1 . 43]</w:t>
      </w:r>
    </w:p>
    <w:p>
      <w:r>
        <w:rPr>
          <w:rFonts w:ascii="Gentium Plus" w:hAnsi="Gentium Plus"/>
          <w:sz w:val="24"/>
        </w:rPr>
        <w:t>Εἰ δὲ καὶ ὁ πάντων ἡμῖν ἔχθιστος κατηγορεῖ μὲν Ἑλλήνων ὡς πλάνῃ δεδουλευκότων, Ἑβραίοις δὲ καὶ Φοίνιξι καὶ Αἰγυπτίοις καὶ Χαλδαίοις μαρτυρεῖ τὴν ἀλήθειαν, καὶ ταῦτα τὸν Ἀπόλλω ἔφησεν ἀνελεῖν, τί δήποτε μὴ πείθεσθε μὲν τῷ φιλοσόφῳ, δέχεσθε</w:t>
      </w:r>
    </w:p>
    <w:p>
      <w:r>
        <w:rPr>
          <w:rFonts w:ascii="Courier New" w:hAnsi="Courier New"/>
          <w:color w:val="555555"/>
          <w:sz w:val="20"/>
        </w:rPr>
        <w:t>[5]</w:t>
      </w:r>
    </w:p>
    <w:p>
      <w:r>
        <w:rPr>
          <w:rFonts w:ascii="Gentium Plus" w:hAnsi="Gentium Plus"/>
          <w:sz w:val="24"/>
        </w:rPr>
        <w:t>δὲ τοῦ Δελφικοῦ τρίποδος τὸν χρησμὸν καὶ τὰς ἀκοὰς τοῖς Ἑβραίων προφήταις καὶ ἀποστόλοις ὑπέχετε; καὶ γὰρ ὁ Πύθιος</w:t>
      </w:r>
    </w:p>
    <w:p>
      <w:r>
        <w:rPr>
          <w:rFonts w:ascii="Courier New" w:hAnsi="Courier New"/>
          <w:color w:val="555555"/>
          <w:sz w:val="20"/>
        </w:rPr>
        <w:t>[1 . 44]</w:t>
      </w:r>
    </w:p>
    <w:p>
      <w:r>
        <w:rPr>
          <w:rFonts w:ascii="Gentium Plus" w:hAnsi="Gentium Plus"/>
          <w:sz w:val="24"/>
        </w:rPr>
        <w:t>τούτους εὑρετὰς ἀληθείας ὠνόμασεν. Εἰ δὲ καὶ Αἰγυπτίους καὶ Χαλδαίους καὶ Φοίνικας τούτοις ξυνέζευξεν, ἰστέον ὡς καὶ Φοί‐ νικες, πρόσχωροι τούτων ὄντες καὶ ἀγχιτέρμονες, παρὰ τούτων ἔμαθον, εἴπερ ἔμαθον, τὴν ἀλήθειαν· καὶ μέντοι καὶ Αἰγύπτιοι</w:t>
      </w:r>
    </w:p>
    <w:p>
      <w:r>
        <w:rPr>
          <w:rFonts w:ascii="Courier New" w:hAnsi="Courier New"/>
          <w:color w:val="555555"/>
          <w:sz w:val="20"/>
        </w:rPr>
        <w:t>[5]</w:t>
      </w:r>
    </w:p>
    <w:p>
      <w:r>
        <w:rPr>
          <w:rFonts w:ascii="Gentium Plus" w:hAnsi="Gentium Plus"/>
          <w:sz w:val="24"/>
        </w:rPr>
        <w:t>πλεῖστον ὅσον τῆς τούτων μετοικίας ἀπώναντο, συχνὸν γὰρ</w:t>
      </w:r>
    </w:p>
    <w:p>
      <w:r>
        <w:rPr>
          <w:rFonts w:ascii="Courier New" w:hAnsi="Courier New"/>
          <w:color w:val="555555"/>
          <w:sz w:val="20"/>
        </w:rPr>
        <w:t>[1 . 45]</w:t>
      </w:r>
    </w:p>
    <w:p>
      <w:r>
        <w:rPr>
          <w:rFonts w:ascii="Gentium Plus" w:hAnsi="Gentium Plus"/>
          <w:sz w:val="24"/>
        </w:rPr>
        <w:t>ᾤκησαν χρόνον Ἑβραῖοι τὴν Αἴγυπτον· καὶ Χαλδαῖοι δὲ ὡσαύ‐ τως ἐκ τούτων μεγίστην ὠφέλειαν ἐδρέψαντο, ἀνδραποδίσαντες γὰρ αὐτοὺς εἰς Βαβυλῶνα κατῴκισαν· εἶτα ἐκ τῶν αὐτόθι γεγε‐ νημένων θαυμάτων περί τε τὴν κάμινον καὶ τοὺς λέοντας ἀξιο‐</w:t>
      </w:r>
    </w:p>
    <w:p>
      <w:r>
        <w:rPr>
          <w:rFonts w:ascii="Courier New" w:hAnsi="Courier New"/>
          <w:color w:val="555555"/>
          <w:sz w:val="20"/>
        </w:rPr>
        <w:t>[1 . 46]</w:t>
      </w:r>
    </w:p>
    <w:p>
      <w:r>
        <w:rPr>
          <w:rFonts w:ascii="Gentium Plus" w:hAnsi="Gentium Plus"/>
          <w:sz w:val="24"/>
        </w:rPr>
        <w:t>χρέους εἶναι διδασκάλους ἀληθείας ὑπέλαβον. Καὶ Κύρος δὲ ὁ</w:t>
      </w:r>
    </w:p>
    <w:p>
      <w:r>
        <w:rPr>
          <w:rFonts w:ascii="Courier New" w:hAnsi="Courier New"/>
          <w:color w:val="555555"/>
          <w:sz w:val="20"/>
        </w:rPr>
        <w:t>[5]</w:t>
      </w:r>
    </w:p>
    <w:p>
      <w:r>
        <w:rPr>
          <w:rFonts w:ascii="Gentium Plus" w:hAnsi="Gentium Plus"/>
          <w:sz w:val="24"/>
        </w:rPr>
        <w:t>ἐκείνου μεμάθηκεν. Ὅτι μὲν οὖν Ἑβραίοις ἀλήθειαν καὶ ὁ Πύθιος ἐμαρτύρησε,</w:t>
      </w:r>
    </w:p>
    <w:p>
      <w:r>
        <w:rPr>
          <w:rFonts w:ascii="Courier New" w:hAnsi="Courier New"/>
          <w:color w:val="555555"/>
          <w:sz w:val="20"/>
        </w:rPr>
        <w:t>[1 . 47]</w:t>
      </w:r>
    </w:p>
    <w:p>
      <w:r>
        <w:rPr>
          <w:rFonts w:ascii="Gentium Plus" w:hAnsi="Gentium Plus"/>
          <w:sz w:val="24"/>
        </w:rPr>
        <w:t>καὶ ὁ Πορφύριος ἀπεμνημόνευσε τοῦ χρησμοῦ, ἀπόχρη δηλῶσαι καὶ ταῦτα· ὅτι δὲ τῶν παρ’ Ἕλλησι φιλοσόφων πλείστην ἄγνοιαν οὗτος πάλιν κατηγορεῖ, ἀκούσατε οἷά φησιν ἐν οἷς Πρὸς Βοηθὸν</w:t>
      </w:r>
    </w:p>
    <w:p>
      <w:r>
        <w:rPr>
          <w:rFonts w:ascii="Courier New" w:hAnsi="Courier New"/>
          <w:color w:val="555555"/>
          <w:sz w:val="20"/>
        </w:rPr>
        <w:t>[1 . 48]</w:t>
      </w:r>
    </w:p>
    <w:p>
      <w:r>
        <w:rPr>
          <w:rFonts w:ascii="Gentium Plus" w:hAnsi="Gentium Plus"/>
          <w:sz w:val="24"/>
        </w:rPr>
        <w:t>περὶ ψυχῆς ἔγραψεν· λέγει δὲ πρὸς πολλοῖς ἑτέροις καὶ ταῦτα· «Τίς γὰρ λόγος τῶν ἐν φιλοσοφίᾳ οὐκ ἀμφισβητήσιμος;» Καὶ πρὸς Ἀνεβὼ δὲ τὸν Αἰγύπτιον τοιαῦτα γέγραφεν· «Ἄρξομαι δὲ τῆς πρὸς σὲ φιλίας ἀπὸ θεῶν καὶ δαιμόνων ἀγαθῶν τῶν τε</w:t>
      </w:r>
    </w:p>
    <w:p>
      <w:r>
        <w:rPr>
          <w:rFonts w:ascii="Courier New" w:hAnsi="Courier New"/>
          <w:color w:val="555555"/>
          <w:sz w:val="20"/>
        </w:rPr>
        <w:t>[5]</w:t>
      </w:r>
    </w:p>
    <w:p>
      <w:r>
        <w:rPr>
          <w:rFonts w:ascii="Gentium Plus" w:hAnsi="Gentium Plus"/>
          <w:sz w:val="24"/>
        </w:rPr>
        <w:t>τούτοις ξυγγενῶν φιλοσοφημάτων· περὶ ὧν εἴρηται μὲν πλεῖστα καὶ παρὰ τοῖς Ἑλλήνων φιλοσόφοις, εἴρηται δ’ ἐκ στοχασμοῦ τὸ πλέον τὰς ἀρχὰς ἔχοντα τῆς πίστεως.» Καὶ αὖθις μετ’ ὀλίγα· «Παρὰ μὲν γὰρ ἡμῖν λογομαχία τίς ἐστι πολλή, ἅτε ἐξ ἀνθρωπίνων λογισμῶν τοῦ ἀγαθοῦ εἰκαζομένου· οἷς δὲ μεμηχάνη‐</w:t>
      </w:r>
    </w:p>
    <w:p>
      <w:r>
        <w:rPr>
          <w:rFonts w:ascii="Courier New" w:hAnsi="Courier New"/>
          <w:color w:val="555555"/>
          <w:sz w:val="20"/>
        </w:rPr>
        <w:t>[10]</w:t>
      </w:r>
    </w:p>
    <w:p>
      <w:r>
        <w:rPr>
          <w:rFonts w:ascii="Gentium Plus" w:hAnsi="Gentium Plus"/>
          <w:sz w:val="24"/>
        </w:rPr>
        <w:t>ται πρὸς τὸ κρεῖττον ξυνουσία, ἀεὶ παρεῖται τὸ μέρος τοῦτο εἰς</w:t>
      </w:r>
    </w:p>
    <w:p>
      <w:r>
        <w:rPr>
          <w:rFonts w:ascii="Courier New" w:hAnsi="Courier New"/>
          <w:color w:val="555555"/>
          <w:sz w:val="20"/>
        </w:rPr>
        <w:t>[1 . 49]</w:t>
      </w:r>
    </w:p>
    <w:p>
      <w:r>
        <w:rPr>
          <w:rFonts w:ascii="Gentium Plus" w:hAnsi="Gentium Plus"/>
          <w:sz w:val="24"/>
        </w:rPr>
        <w:t>ἐξέτασιν.» Εἰ τοίνυν ἀμφισβητήσιμα μὲν τὰ τῶν φιλοσόφων δόγ‐ ματα—λογισμῶν γάρ ἐστιν ἀνθρωπίνων εὑρέματα—, ἔρις δὲ</w:t>
      </w:r>
    </w:p>
    <w:p>
      <w:r>
        <w:rPr>
          <w:rFonts w:ascii="Courier New" w:hAnsi="Courier New"/>
          <w:color w:val="555555"/>
          <w:sz w:val="20"/>
        </w:rPr>
        <w:t>[5]</w:t>
      </w:r>
    </w:p>
    <w:p>
      <w:r>
        <w:rPr>
          <w:rFonts w:ascii="Gentium Plus" w:hAnsi="Gentium Plus"/>
          <w:sz w:val="24"/>
        </w:rPr>
        <w:t>ρηκε, τοῦ δὴ χάριν, ὦ φιλότης, τῶν μὲν ἀνθρωπίνων καὶ ἀμφι‐ βόλων ἐξήρτησθε λόγων, τῶν δὲ θεοφιλῶν ἀνδρῶν οὐ προσίεσθε</w:t>
      </w:r>
    </w:p>
    <w:p>
      <w:r>
        <w:rPr>
          <w:rFonts w:ascii="Courier New" w:hAnsi="Courier New"/>
          <w:color w:val="555555"/>
          <w:sz w:val="20"/>
        </w:rPr>
        <w:t>[1 . 50]</w:t>
      </w:r>
    </w:p>
    <w:p>
      <w:r>
        <w:rPr>
          <w:rFonts w:ascii="Gentium Plus" w:hAnsi="Gentium Plus"/>
          <w:sz w:val="24"/>
        </w:rPr>
        <w:t>τὰ μαθήματα; Ὡς βαρβάρους μὲν γὰρ εἰ παραιτεῖσθε, ἐναντία ὑμῖν αὐτοῖς ἂν ποιοῖτε· πείθεσθε γὰρ καὶ Πυθαγόρᾳ, Τυρρηνῷ κατά τινας ὄντι, Τυρίῳ δὲ καθ’ ἑτέρους, καὶ τῷ Σταγειρίτῃ δὲ κέχρησθε διδασκάλῳ καὶ τὸν Σινωπέα θαυμάζετε καὶ τοὺς ἄλλους,</w:t>
      </w:r>
    </w:p>
    <w:p>
      <w:r>
        <w:rPr>
          <w:rFonts w:ascii="Courier New" w:hAnsi="Courier New"/>
          <w:color w:val="555555"/>
          <w:sz w:val="20"/>
        </w:rPr>
        <w:t>[5]</w:t>
      </w:r>
    </w:p>
    <w:p>
      <w:r>
        <w:rPr>
          <w:rFonts w:ascii="Gentium Plus" w:hAnsi="Gentium Plus"/>
          <w:sz w:val="24"/>
        </w:rPr>
        <w:t>οἳ πατρίδας οὐχ Ἑλληνικάς, ἀλλὰ βαρβάρους ἐσχήκασιν· ἀπε‐ δείξαμεν δὲ καὶ τὸν Σόλωνα καὶ τὸν Πλάτωνα πλεῖστα παρὰ</w:t>
      </w:r>
    </w:p>
    <w:p>
      <w:r>
        <w:rPr>
          <w:rFonts w:ascii="Courier New" w:hAnsi="Courier New"/>
          <w:color w:val="555555"/>
          <w:sz w:val="20"/>
        </w:rPr>
        <w:t>[1 . 51]</w:t>
      </w:r>
    </w:p>
    <w:p>
      <w:r>
        <w:rPr>
          <w:rFonts w:ascii="Gentium Plus" w:hAnsi="Gentium Plus"/>
          <w:sz w:val="24"/>
        </w:rPr>
        <w:t>βαρβάρων μεμαθηκότας· ἀκούομεν δὲ καὶ τοῦ Αἰγυπτίου ἱερέως πρὸς τὸν Σόλωνα λέγοντος—τοῦ Πλάτωνος δὲ καὶ ταῦτα ἐν τῷ Τιμαίῳ γεγραμμένα· «Ὦ Σόλων, Σόλων, Ἕλληνες ὑμεῖς ἀεὶ παῖδές ἐστε, γέρων δὲ Ἕλλην οὐδείς· οὐ γὰρ ἔχετε μάθημα</w:t>
      </w:r>
    </w:p>
    <w:p>
      <w:r>
        <w:rPr>
          <w:rFonts w:ascii="Courier New" w:hAnsi="Courier New"/>
          <w:color w:val="555555"/>
          <w:sz w:val="20"/>
        </w:rPr>
        <w:t>[1 . 52]</w:t>
      </w:r>
    </w:p>
    <w:p>
      <w:r>
        <w:rPr>
          <w:rFonts w:ascii="Gentium Plus" w:hAnsi="Gentium Plus"/>
          <w:sz w:val="24"/>
        </w:rPr>
        <w:t>χρόνῳ πολιόν.» Εἰ δὲ νεώτερα τὰ Ἑλλήνων μαθήματα, πρεσ‐ βύτατα δὲ καὶ παλαιότατα τὰ Ἑβραίων, ἔχει δὲ καὶ τὴν ἀλήθειαν ἐπανθοῦσαν τῷ χρόνῳ, προαιρετέα δηλονότι καὶ προκριτέα τῶν νέων καὶ ἀμφιβόλων, μᾶλλον δὲ ψευδῶν τε καὶ οὐ πιθανῶς</w:t>
      </w:r>
    </w:p>
    <w:p>
      <w:r>
        <w:rPr>
          <w:rFonts w:ascii="Courier New" w:hAnsi="Courier New"/>
          <w:color w:val="555555"/>
          <w:sz w:val="20"/>
        </w:rPr>
        <w:t>[1 . 53]</w:t>
      </w:r>
    </w:p>
    <w:p>
      <w:r>
        <w:rPr>
          <w:rFonts w:ascii="Gentium Plus" w:hAnsi="Gentium Plus"/>
          <w:sz w:val="24"/>
        </w:rPr>
        <w:t>πεπλασμένων. Ἀλλ’ οὐδὲ τὸ ἀπαίδευτον τῆς γλώττης ἱκανὸν</w:t>
      </w:r>
    </w:p>
    <w:p>
      <w:r>
        <w:rPr>
          <w:rFonts w:ascii="Courier New" w:hAnsi="Courier New"/>
          <w:color w:val="555555"/>
          <w:sz w:val="20"/>
        </w:rPr>
        <w:t>[5]</w:t>
      </w:r>
    </w:p>
    <w:p>
      <w:r>
        <w:rPr>
          <w:rFonts w:ascii="Gentium Plus" w:hAnsi="Gentium Plus"/>
          <w:sz w:val="24"/>
        </w:rPr>
        <w:t>ἀλήθειαν. Εἰ δὲ τοῦ τῆς πίστεως κατηγορεῖτε προσρήματος—ἤκουσα</w:t>
      </w:r>
    </w:p>
    <w:p>
      <w:r>
        <w:rPr>
          <w:rFonts w:ascii="Courier New" w:hAnsi="Courier New"/>
          <w:color w:val="555555"/>
          <w:sz w:val="20"/>
        </w:rPr>
        <w:t>[1 . 54]</w:t>
      </w:r>
    </w:p>
    <w:p>
      <w:r>
        <w:rPr>
          <w:rFonts w:ascii="Gentium Plus" w:hAnsi="Gentium Plus"/>
          <w:sz w:val="24"/>
        </w:rPr>
        <w:t>γὰρ ὑμῶν καὶ τοῦτο λεγόντων, ὡς ἡμεῖς γε ἀπόδειξιν μὲν οὐδεμίαν τῶν ἡμετέρων δογμάτων προσφέρομεν, πιστεύειν δὲ μόνον τοῖς μαθητευομένοις παρεγγυῶμεν—, μάλιστα μὲν ἄντικρυς τὴν ἡμετέραν συκοφαντεῖτε διδασκαλίαν· αὐτῶν γάρ τοι τῶν πραγμά‐</w:t>
      </w:r>
    </w:p>
    <w:p>
      <w:r>
        <w:rPr>
          <w:rFonts w:ascii="Courier New" w:hAnsi="Courier New"/>
          <w:color w:val="555555"/>
          <w:sz w:val="20"/>
        </w:rPr>
        <w:t>[5]</w:t>
      </w:r>
    </w:p>
    <w:p>
      <w:r>
        <w:rPr>
          <w:rFonts w:ascii="Gentium Plus" w:hAnsi="Gentium Plus"/>
          <w:sz w:val="24"/>
        </w:rPr>
        <w:t>των τὴν μαρτυρίαν ἡμεῖς τοῖς ἡμετέροις ξυναρμόττομεν λόγοις· πάλιν δ’ αὖ ὑμεῖς τοῖς ὑμετέροις βέβλησθε, κατὰ τὴν παροιμίαν,</w:t>
      </w:r>
    </w:p>
    <w:p>
      <w:r>
        <w:rPr>
          <w:rFonts w:ascii="Courier New" w:hAnsi="Courier New"/>
          <w:color w:val="555555"/>
          <w:sz w:val="20"/>
        </w:rPr>
        <w:t>[1 . 55]</w:t>
      </w:r>
    </w:p>
    <w:p>
      <w:r>
        <w:rPr>
          <w:rFonts w:ascii="Gentium Plus" w:hAnsi="Gentium Plus"/>
          <w:sz w:val="24"/>
        </w:rPr>
        <w:t>πτίλοις. Καὶ γὰρ ὁ Πυθαγόρας ἐκεῖνος ὁ πολυθρύλητος, ὁ Μνη‐ σάρχου μὲν υἱός, Φερεκύδου δὲ φοιτητής, ὁ τῆς Ἰταλικῆς αἱρέ‐ σεως ἡγησάμενος, νόμον ἐτεθείκει τοῖς φοιτηταῖς πενταετῆ χρόνον σιγὴν ἄγειν καὶ μόνον ὑπέχειν τῷ λόγῳ τὰς ἀκοάς, ἵνα</w:t>
      </w:r>
    </w:p>
    <w:p>
      <w:r>
        <w:rPr>
          <w:rFonts w:ascii="Courier New" w:hAnsi="Courier New"/>
          <w:color w:val="555555"/>
          <w:sz w:val="20"/>
        </w:rPr>
        <w:t>[5]</w:t>
      </w:r>
    </w:p>
    <w:p>
      <w:r>
        <w:rPr>
          <w:rFonts w:ascii="Gentium Plus" w:hAnsi="Gentium Plus"/>
          <w:sz w:val="24"/>
        </w:rPr>
        <w:t>ἀναμφισβητήτως καὶ ἀδηρίτως δέχωνται τὰ λεγόμενα, πιστεύ‐ οντες οὕτως ἔχειν καὶ μὴ πολυπραγμονοῦντες ὡς ἐνδοιάζοντες.</w:t>
      </w:r>
    </w:p>
    <w:p>
      <w:r>
        <w:rPr>
          <w:rFonts w:ascii="Courier New" w:hAnsi="Courier New"/>
          <w:color w:val="555555"/>
          <w:sz w:val="20"/>
        </w:rPr>
        <w:t>[1 . 56]</w:t>
      </w:r>
    </w:p>
    <w:p>
      <w:r>
        <w:rPr>
          <w:rFonts w:ascii="Gentium Plus" w:hAnsi="Gentium Plus"/>
          <w:sz w:val="24"/>
        </w:rPr>
        <w:t>Τῷ τοι καὶ οἱ ἐκεῖνον διαδεξάμενοι, εἴ τις ἀπῄτησε τῶν λεγο‐ μένων ἀπόδειξιν, «Αὐτὸς ἔφα» λέγειν εἰώθεσαν, πάσης ἀπο‐ δείξεως ἰσχυροτέραν καὶ εἶναι νομίζοντες καὶ ἔχειν κελεύοντες</w:t>
      </w:r>
    </w:p>
    <w:p>
      <w:r>
        <w:rPr>
          <w:rFonts w:ascii="Courier New" w:hAnsi="Courier New"/>
          <w:color w:val="555555"/>
          <w:sz w:val="20"/>
        </w:rPr>
        <w:t>[1 . 57]</w:t>
      </w:r>
    </w:p>
    <w:p>
      <w:r>
        <w:rPr>
          <w:rFonts w:ascii="Gentium Plus" w:hAnsi="Gentium Plus"/>
          <w:sz w:val="24"/>
        </w:rPr>
        <w:t>τὴν Πυθαγόρου φωνήν. Εἰ δ’ ἀποχρῆν εἰς πίστιν ἐνόμιζον καὶ</w:t>
      </w:r>
    </w:p>
    <w:p>
      <w:r>
        <w:rPr>
          <w:rFonts w:ascii="Courier New" w:hAnsi="Courier New"/>
          <w:color w:val="555555"/>
          <w:sz w:val="20"/>
        </w:rPr>
        <w:t>[5]</w:t>
      </w:r>
    </w:p>
    <w:p>
      <w:r>
        <w:rPr>
          <w:rFonts w:ascii="Gentium Plus" w:hAnsi="Gentium Plus"/>
          <w:sz w:val="24"/>
        </w:rPr>
        <w:t>τοῖς λεγομένοις καὶ μηδὲ τοσοῦτον ἀπονεῖμαι σέβας τῷ τῶν ὅλων Θεῷ, ὅσον τῷ Πυθαγόρᾳ προσένεμον οἱ τῆς ἐκείνου διδασκαλίας</w:t>
      </w:r>
    </w:p>
    <w:p>
      <w:r>
        <w:rPr>
          <w:rFonts w:ascii="Courier New" w:hAnsi="Courier New"/>
          <w:color w:val="555555"/>
          <w:sz w:val="20"/>
        </w:rPr>
        <w:t>[1 . 58]</w:t>
      </w:r>
    </w:p>
    <w:p>
      <w:r>
        <w:rPr>
          <w:rFonts w:ascii="Gentium Plus" w:hAnsi="Gentium Plus"/>
          <w:sz w:val="24"/>
        </w:rPr>
        <w:t>μετεσχηκότες; Πῶς δέ γε, ὦ φίλοι ἄνδρες, οὐ σχέτλιον, τὸν μὲν Πλάτωνα καὶ τοῖς ποιηταῖς ἀνενδοιάστως πιστεύειν παρεγγυᾶν, ἡμῖν δὲ χαλεπαίνειν ὑμᾶς, ὅτι δὴ τῷ Θεῷ διδάσκοντι παραινοῦμεν</w:t>
      </w:r>
    </w:p>
    <w:p>
      <w:r>
        <w:rPr>
          <w:rFonts w:ascii="Courier New" w:hAnsi="Courier New"/>
          <w:color w:val="555555"/>
          <w:sz w:val="20"/>
        </w:rPr>
        <w:t>[1 . 59]</w:t>
      </w:r>
    </w:p>
    <w:p>
      <w:r>
        <w:rPr>
          <w:rFonts w:ascii="Gentium Plus" w:hAnsi="Gentium Plus"/>
          <w:sz w:val="24"/>
        </w:rPr>
        <w:t>πιστεύειν; Ἢ οὐ Πλάτωνος ἐκεῖνα τὰ ῥήματα· «Περὶ δὲ τῶν ἄλλων δαιμόνων εἰπεῖν καὶ γνῶναι τὴν γένεσιν μεῖζον ἢ καθ’ ἡμᾶς· πιστευτέον δὲ τοῖς εἰρηκόσιν ἔμπροσθεν, ἐκγόνοις μὲν θεῶν οὖσιν, ὡς ἔφασαν, σαφῶς δέ πως τοὺς ἑαυτῶν προγόνους εἰδό‐</w:t>
      </w:r>
    </w:p>
    <w:p>
      <w:r>
        <w:rPr>
          <w:rFonts w:ascii="Courier New" w:hAnsi="Courier New"/>
          <w:color w:val="555555"/>
          <w:sz w:val="20"/>
        </w:rPr>
        <w:t>[5]</w:t>
      </w:r>
    </w:p>
    <w:p>
      <w:r>
        <w:rPr>
          <w:rFonts w:ascii="Gentium Plus" w:hAnsi="Gentium Plus"/>
          <w:sz w:val="24"/>
        </w:rPr>
        <w:t>των. Ἀδύνατον οὖν θεῶν παισὶν ἀπιστεῖν, καίπερ ἄνευ εἰκότων καὶ ἀναγκαίων ἀποδείξεων λέγουσιν, ἀλλ’ ὡς οἰκεῖα φασκόντων</w:t>
      </w:r>
    </w:p>
    <w:p>
      <w:r>
        <w:rPr>
          <w:rFonts w:ascii="Courier New" w:hAnsi="Courier New"/>
          <w:color w:val="555555"/>
          <w:sz w:val="20"/>
        </w:rPr>
        <w:t>[1 . 60]</w:t>
      </w:r>
    </w:p>
    <w:p>
      <w:r>
        <w:rPr>
          <w:rFonts w:ascii="Gentium Plus" w:hAnsi="Gentium Plus"/>
          <w:sz w:val="24"/>
        </w:rPr>
        <w:t>ἀπαγγέλλειν ἑπομένους τῷ νόμῳ πιστευτέον.» Ταῦτα ἐν τῷ Τιμαίῳ περὶ τῶν ποιητῶν ὁ Πλάτων εἴρηκε καὶ προσέταξεν Ὁμήρῳ καὶ Ἡσιόδῳ καὶ τοῖς ἄλλοις ποιηταῖς μυθολογοῦσι πιστεῦσαι καὶ οὐκ ᾐδέσθη φάναι, ὅτι ἄνευ εἰκότων καὶ ἀναγκαίων</w:t>
      </w:r>
    </w:p>
    <w:p>
      <w:r>
        <w:rPr>
          <w:rFonts w:ascii="Courier New" w:hAnsi="Courier New"/>
          <w:color w:val="555555"/>
          <w:sz w:val="20"/>
        </w:rPr>
        <w:t>[5]</w:t>
      </w:r>
    </w:p>
    <w:p>
      <w:r>
        <w:rPr>
          <w:rFonts w:ascii="Gentium Plus" w:hAnsi="Gentium Plus"/>
          <w:sz w:val="24"/>
        </w:rPr>
        <w:t>ἀποδείξεων λέγουσι, καὶ ταῦτα κωμῳδῶν ἀλλαχοῦ τὰ παρ’ ἐκείνων λεγόμενα, ὡς ἐν ἑτέρῳ δὴ χωρίῳ σαφῶς ἐπιδείξομεν.</w:t>
      </w:r>
    </w:p>
    <w:p>
      <w:r>
        <w:rPr>
          <w:rFonts w:ascii="Courier New" w:hAnsi="Courier New"/>
          <w:color w:val="555555"/>
          <w:sz w:val="20"/>
        </w:rPr>
        <w:t>[1 . 61]</w:t>
      </w:r>
    </w:p>
    <w:p>
      <w:r>
        <w:rPr>
          <w:rFonts w:ascii="Gentium Plus" w:hAnsi="Gentium Plus"/>
          <w:sz w:val="24"/>
        </w:rPr>
        <w:t>Εἰ δὲ τοῖς τοὺς λήρους ἐκείνους μυθολογοῦσι καὶ τοὺς αἰσχρο‐ τάτους διαπλάττουσι μύθους πιστεύειν ὁ Πλάτων παρακελεύεται</w:t>
      </w:r>
    </w:p>
    <w:p>
      <w:r>
        <w:rPr>
          <w:rFonts w:ascii="Courier New" w:hAnsi="Courier New"/>
          <w:color w:val="555555"/>
          <w:sz w:val="20"/>
        </w:rPr>
        <w:t>[5]</w:t>
      </w:r>
    </w:p>
    <w:p>
      <w:r>
        <w:rPr>
          <w:rFonts w:ascii="Gentium Plus" w:hAnsi="Gentium Plus"/>
          <w:sz w:val="24"/>
        </w:rPr>
        <w:t>πιστεῦσαι, αἰσχρὸν μὲν οὐδὲν οὐδὲ μυθῶδες οὐδὲ ἀπίθανον λέ‐ γουσι, θεοπρεπῆ δὲ ἅπαντα καὶ παναγῆ διδάσκουσι καὶ σωτήρια.</w:t>
      </w:r>
    </w:p>
    <w:p>
      <w:r>
        <w:rPr>
          <w:rFonts w:ascii="Courier New" w:hAnsi="Courier New"/>
          <w:color w:val="555555"/>
          <w:sz w:val="20"/>
        </w:rPr>
        <w:t>[1 . 62]</w:t>
      </w:r>
    </w:p>
    <w:p>
      <w:r>
        <w:rPr>
          <w:rFonts w:ascii="Gentium Plus" w:hAnsi="Gentium Plus"/>
          <w:sz w:val="24"/>
        </w:rPr>
        <w:t>Ὅτι δέ γε καὶ οἱ ταῖς δόξαις τῶν φιλοσόφων ἀκολουθήσαντες, πίστει χρώμενοι ποδηγῷ, οἱ μὲν τὰ τούτων, οἱ δὲ τὰ ἐκείνων ἠσπάσαντο, μάλα ἄν τις μάθοι ῥᾳδίως, τὰς τῶν δογμάτων δια‐</w:t>
      </w:r>
    </w:p>
    <w:p>
      <w:r>
        <w:rPr>
          <w:rFonts w:ascii="Courier New" w:hAnsi="Courier New"/>
          <w:color w:val="555555"/>
          <w:sz w:val="20"/>
        </w:rPr>
        <w:t>[1 . 63]</w:t>
      </w:r>
    </w:p>
    <w:p>
      <w:r>
        <w:rPr>
          <w:rFonts w:ascii="Gentium Plus" w:hAnsi="Gentium Plus"/>
          <w:sz w:val="24"/>
        </w:rPr>
        <w:t>φορὰς ἐξετάσας. Οἱ μὲν γὰρ ἀθάνατον ἔφασαν τὴν ψυχήν, οἱ δὲ θνητήν, οἱ δὲ μικτήν τινα ὡρίσαντο καὶ τὸ μὲν αὐτῆς θνητόν, τὸ δὲ ἀθάνατον ἔφασαν· καὶ τὰ ὁρώμενα οἱ μὲν ἀγένητα, οἱ δὲ γε‐ νητά, καὶ οἱ μὲν ἐκ γῆς, οἱ δὲ ἐξ ὕλης, οἱ δὲ ἐξ ἀτόμων ξυστῆ‐</w:t>
      </w:r>
    </w:p>
    <w:p>
      <w:r>
        <w:rPr>
          <w:rFonts w:ascii="Courier New" w:hAnsi="Courier New"/>
          <w:color w:val="555555"/>
          <w:sz w:val="20"/>
        </w:rPr>
        <w:t>[1 . 64]</w:t>
      </w:r>
    </w:p>
    <w:p>
      <w:r>
        <w:rPr>
          <w:rFonts w:ascii="Gentium Plus" w:hAnsi="Gentium Plus"/>
          <w:sz w:val="24"/>
        </w:rPr>
        <w:t>ναι· καὶ οἱ μὲν ἔμψυχον εἶναι τὸ πᾶν, οἱ δὲ ἄψυχον. Ἀλλ’ ὅμως καὶ διάφορα λέγοντες, ἔσχον καὶ οὗτοι κἀκεῖνοί τινας τοῖς παρὰ σφῶν λεγομένοις πιστεύοντας· οὐκ ἂν δὲ οἱ μὲν ταῦτα, οἱ δὲ ἐκεῖνα εὖ ἔχειν ὑπέλαβον, εἰ μή τις αὐτοὺς πίστις ἔπεισε δέξα‐</w:t>
      </w:r>
    </w:p>
    <w:p>
      <w:r>
        <w:rPr>
          <w:rFonts w:ascii="Courier New" w:hAnsi="Courier New"/>
          <w:color w:val="555555"/>
          <w:sz w:val="20"/>
        </w:rPr>
        <w:t>[1 . 65]</w:t>
      </w:r>
    </w:p>
    <w:p>
      <w:r>
        <w:rPr>
          <w:rFonts w:ascii="Gentium Plus" w:hAnsi="Gentium Plus"/>
          <w:sz w:val="24"/>
        </w:rPr>
        <w:t>σθαι τὰ λεγόμενα. Τῷ τοι καὶ ὁ Πλάτωνος Σωκράτης ἐν τῷ Γοργίᾳ, πολλὰ περὶ τῶν ἐν τῷ Ἅιδῃ κολαζομένων εἰπών, καὶ μέντοι καὶ περὶ τῶν ἀνακηρυττομένων ὡς εὐσεβῶν ἐπήγαγεν· «Ταῦτά ἐστιν, ὦ Καλλίκλεις, ἃ ἐγὼ ἀκηκοὼς πιστεύω ἀληθῆ</w:t>
      </w:r>
    </w:p>
    <w:p>
      <w:r>
        <w:rPr>
          <w:rFonts w:ascii="Courier New" w:hAnsi="Courier New"/>
          <w:color w:val="555555"/>
          <w:sz w:val="20"/>
        </w:rPr>
        <w:t>[1 . 66]</w:t>
      </w:r>
    </w:p>
    <w:p>
      <w:r>
        <w:rPr>
          <w:rFonts w:ascii="Gentium Plus" w:hAnsi="Gentium Plus"/>
          <w:sz w:val="24"/>
        </w:rPr>
        <w:t>εἶναι.» Καίτοι οὔτε δῆλα ἦν οὔτε ὁρώμενα πράγματα, ἀλλὰ τοὺς πλείστους τῶν ἀνθρώπων λανθάνοντα καὶ παρ’ ὀλίγων ὁμολογού‐ μενα· ἀλλ’ ὅμως ἔφη πιστεύειν ὡς ἀληθῆ ἐστι, καὶ τῆς πίστεως ἀπόδειξιν οὔτε αὐτὸς προσενήνοχεν, οὔτε οἱ ἀκούσαντες ἀπῃτή‐</w:t>
      </w:r>
    </w:p>
    <w:p>
      <w:r>
        <w:rPr>
          <w:rFonts w:ascii="Courier New" w:hAnsi="Courier New"/>
          <w:color w:val="555555"/>
          <w:sz w:val="20"/>
        </w:rPr>
        <w:t>[1 . 67]</w:t>
      </w:r>
    </w:p>
    <w:p>
      <w:r>
        <w:rPr>
          <w:rFonts w:ascii="Gentium Plus" w:hAnsi="Gentium Plus"/>
          <w:sz w:val="24"/>
        </w:rPr>
        <w:t>κασιν. Καὶ μέντοι κἀν τῷ πρώτῳ τῶν Νόμων ὁ Πλάτων τὸν περὶ τῆς πίστεως ἐβεβαίωσε λόγον· λέγει δὲ ὧδε· «Ὑμῖν γὰρ</w:t>
      </w:r>
    </w:p>
    <w:p>
      <w:r>
        <w:rPr>
          <w:rFonts w:ascii="Courier New" w:hAnsi="Courier New"/>
          <w:color w:val="555555"/>
          <w:sz w:val="20"/>
        </w:rPr>
        <w:t>[5]</w:t>
      </w:r>
    </w:p>
    <w:p>
      <w:r>
        <w:rPr>
          <w:rFonts w:ascii="Gentium Plus" w:hAnsi="Gentium Plus"/>
          <w:sz w:val="24"/>
        </w:rPr>
        <w:t>ἢ μὴ καλῶς ἔχει, μιᾷ δὲ φωνῇ καὶ ἐξ ἑνὸς στόματος πάντας</w:t>
      </w:r>
    </w:p>
    <w:p>
      <w:r>
        <w:rPr>
          <w:rFonts w:ascii="Courier New" w:hAnsi="Courier New"/>
          <w:color w:val="555555"/>
          <w:sz w:val="20"/>
        </w:rPr>
        <w:t>[1 . 68]</w:t>
      </w:r>
    </w:p>
    <w:p>
      <w:r>
        <w:rPr>
          <w:rFonts w:ascii="Gentium Plus" w:hAnsi="Gentium Plus"/>
          <w:sz w:val="24"/>
        </w:rPr>
        <w:t>ξυμφωνεῖν, ὡς πάντα καλῶς κεῖται.» Οὐδ’ ἐν τούτοις ἄρα ὁ Πλάτων περιεργάζεσθαι ξυγχωρεῖ, ἀλλὰ πιστῶς δέχεσθαι τὰ νομοθετούμενα καὶ μὴ πολυπραγμονεῖν, εἴτε εὖ ἔχει, εἴτε καὶ</w:t>
      </w:r>
    </w:p>
    <w:p>
      <w:r>
        <w:rPr>
          <w:rFonts w:ascii="Courier New" w:hAnsi="Courier New"/>
          <w:color w:val="555555"/>
          <w:sz w:val="20"/>
        </w:rPr>
        <w:t>[1 . 69]</w:t>
      </w:r>
    </w:p>
    <w:p>
      <w:r>
        <w:rPr>
          <w:rFonts w:ascii="Gentium Plus" w:hAnsi="Gentium Plus"/>
          <w:sz w:val="24"/>
        </w:rPr>
        <w:t>μή. Καὶ Θέογνις δὲ ὁ Σικελιώτης ποιητὴς τῆς πίστεως ἀναγο‐ ρεύει τὸν τρόφιμον καί φησιν· πιστὸς ἀνὴρ χρυσοῦ καὶ ἀργύρου ἀντερύσασθαι ἄξιος ἐν χαλεπῇ, Κύρνε, διχοστασίῃ.</w:t>
      </w:r>
    </w:p>
    <w:p>
      <w:r>
        <w:rPr>
          <w:rFonts w:ascii="Courier New" w:hAnsi="Courier New"/>
          <w:color w:val="555555"/>
          <w:sz w:val="20"/>
        </w:rPr>
        <w:t>[5]</w:t>
      </w:r>
    </w:p>
    <w:p>
      <w:r>
        <w:rPr>
          <w:rFonts w:ascii="Gentium Plus" w:hAnsi="Gentium Plus"/>
          <w:sz w:val="24"/>
        </w:rPr>
        <w:t>Εἰ δὲ τὸν ἐν στάσει πιστὸν χρυσοῦ καὶ ἀργύρου τιμιώτερον ἔφη, τίνος ἀντάξιον ἀποφήναιτο ἄν τις τὸν τοῖς θείοις λογίοις</w:t>
      </w:r>
    </w:p>
    <w:p>
      <w:r>
        <w:rPr>
          <w:rFonts w:ascii="Courier New" w:hAnsi="Courier New"/>
          <w:color w:val="555555"/>
          <w:sz w:val="20"/>
        </w:rPr>
        <w:t>[1 . 70]</w:t>
      </w:r>
    </w:p>
    <w:p>
      <w:r>
        <w:rPr>
          <w:rFonts w:ascii="Gentium Plus" w:hAnsi="Gentium Plus"/>
          <w:sz w:val="24"/>
        </w:rPr>
        <w:t>ἀναμφιβόλως πιστεύοντα; ἀλλὰ γὰρ ἀτεχνῶς οἶμαι ἁρμόττει τοῖς ὁμοίως ὑμῖν ἀντιλέγουσιν, ἅπερ Ἡράκλειτος ὁ Ἐφέσιος εἴρη‐ κεν· «Ἀξύνετοι ἀκούσαντες κωφοῖς ἐοίκασι· φάτις αὐτοῖσι μαρ‐ τυρεῖ, παρεόντας ἀπεῖναι·» Ξυμφωνεῖ δὲ τῷ Ἐφεσίῳ καὶ ὁ</w:t>
      </w:r>
    </w:p>
    <w:p>
      <w:r>
        <w:rPr>
          <w:rFonts w:ascii="Courier New" w:hAnsi="Courier New"/>
          <w:color w:val="555555"/>
          <w:sz w:val="20"/>
        </w:rPr>
        <w:t>[1 . 71]</w:t>
      </w:r>
    </w:p>
    <w:p>
      <w:r>
        <w:rPr>
          <w:rFonts w:ascii="Gentium Plus" w:hAnsi="Gentium Plus"/>
          <w:sz w:val="24"/>
        </w:rPr>
        <w:t>Ἀκραγαντῖνος Ἐμπεδοκλῆς λέγων ὡδί· ἀλλὰ κακοῖς μὲν κάρτα πέλει κρατέουσιν ἀπιστεῖν·</w:t>
      </w:r>
    </w:p>
    <w:p>
      <w:r>
        <w:rPr>
          <w:rFonts w:ascii="Courier New" w:hAnsi="Courier New"/>
          <w:color w:val="555555"/>
          <w:sz w:val="20"/>
        </w:rPr>
        <w:t>[5]</w:t>
      </w:r>
    </w:p>
    <w:p>
      <w:r>
        <w:rPr>
          <w:rFonts w:ascii="Gentium Plus" w:hAnsi="Gentium Plus"/>
          <w:sz w:val="24"/>
        </w:rPr>
        <w:t>ἄπιστοι· ἀξύνετοι δὲ οἱ αὐτοὶ καὶ ἐοικότες κωφοῖς κατὰ τὸν Ἡρά‐</w:t>
      </w:r>
    </w:p>
    <w:p>
      <w:r>
        <w:rPr>
          <w:rFonts w:ascii="Courier New" w:hAnsi="Courier New"/>
          <w:color w:val="555555"/>
          <w:sz w:val="20"/>
        </w:rPr>
        <w:t>[1 . 72]</w:t>
      </w:r>
    </w:p>
    <w:p>
      <w:r>
        <w:rPr>
          <w:rFonts w:ascii="Gentium Plus" w:hAnsi="Gentium Plus"/>
          <w:sz w:val="24"/>
        </w:rPr>
        <w:t>κλειτον. Ἀτὰρ δὴ καὶ Παρμενίδης ὁ Ἐλεάτης, ὁ τοῦ Κολοφω‐ νίου Ξενοφάνους ἑταῖρος, πίστει τοῖς νοητοῖς προσβάλλειν παρεγ‐ γυᾷ· φησὶ γάρ· λεῦσσε δ’ ὅμως ἀπεόντα, νόῳ παρεόντα βεβαίως.</w:t>
      </w:r>
    </w:p>
    <w:p>
      <w:r>
        <w:rPr>
          <w:rFonts w:ascii="Courier New" w:hAnsi="Courier New"/>
          <w:color w:val="555555"/>
          <w:sz w:val="20"/>
        </w:rPr>
        <w:t>[5]</w:t>
      </w:r>
    </w:p>
    <w:p>
      <w:r>
        <w:rPr>
          <w:rFonts w:ascii="Gentium Plus" w:hAnsi="Gentium Plus"/>
          <w:sz w:val="24"/>
        </w:rPr>
        <w:t>Νῷ γὰρ μόνῳ πελάζειν τοῖς νοητοῖς δυνατόν· δίχα δὲ πί‐</w:t>
      </w:r>
    </w:p>
    <w:p>
      <w:r>
        <w:rPr>
          <w:rFonts w:ascii="Courier New" w:hAnsi="Courier New"/>
          <w:color w:val="555555"/>
          <w:sz w:val="20"/>
        </w:rPr>
        <w:t>[1 . 73]</w:t>
      </w:r>
    </w:p>
    <w:p>
      <w:r>
        <w:rPr>
          <w:rFonts w:ascii="Gentium Plus" w:hAnsi="Gentium Plus"/>
          <w:sz w:val="24"/>
        </w:rPr>
        <w:t>στεως οὐδὲ ὁ νοῦς ὁρᾶν δύναται τὰ νοούμενα. Τοῦτο δὲ καὶ ὁ Σόλων αἰνίττεται· γνωμοσύνης δ’ ἀφανὲς χαλεπώτατόν ἐστι νοῆσαι μέτρον, ὃ δὴ πάντων πείρατα μοῦνον ἔχει.</w:t>
      </w:r>
    </w:p>
    <w:p>
      <w:r>
        <w:rPr>
          <w:rFonts w:ascii="Courier New" w:hAnsi="Courier New"/>
          <w:color w:val="555555"/>
          <w:sz w:val="20"/>
        </w:rPr>
        <w:t>[1 . 74]</w:t>
      </w:r>
    </w:p>
    <w:p>
      <w:r>
        <w:rPr>
          <w:rFonts w:ascii="Gentium Plus" w:hAnsi="Gentium Plus"/>
          <w:sz w:val="24"/>
        </w:rPr>
        <w:t>Εἰ δὲ νοῆσαι χαλεπώτατον, εἰπεῖν ἄρα πάμπαν ἀδύνατον. Καὶ ὁ Ἐμπεδοκλῆς δὲ περὶ τῶν ἀοράτων φησίν· οὐκ ἔστιν πελάσασθαι ὀφθαλμοῖσιν ἐφικτὸν ἡμετέροις ἢ χερσὶ λαβεῖν· ἥπερ τε μεγίστη</w:t>
      </w:r>
    </w:p>
    <w:p>
      <w:r>
        <w:rPr>
          <w:rFonts w:ascii="Courier New" w:hAnsi="Courier New"/>
          <w:color w:val="555555"/>
          <w:sz w:val="20"/>
        </w:rPr>
        <w:t>[5]</w:t>
      </w:r>
    </w:p>
    <w:p>
      <w:r>
        <w:rPr>
          <w:rFonts w:ascii="Gentium Plus" w:hAnsi="Gentium Plus"/>
          <w:sz w:val="24"/>
        </w:rPr>
        <w:t>πειθοῦς ἀνθρώποισιν ἁμαξιτὸς εἰς φρένα πίπτει.</w:t>
      </w:r>
    </w:p>
    <w:p>
      <w:r>
        <w:rPr>
          <w:rFonts w:ascii="Courier New" w:hAnsi="Courier New"/>
          <w:color w:val="555555"/>
          <w:sz w:val="20"/>
        </w:rPr>
        <w:t>[1 . 75]</w:t>
      </w:r>
    </w:p>
    <w:p>
      <w:r>
        <w:rPr>
          <w:rFonts w:ascii="Gentium Plus" w:hAnsi="Gentium Plus"/>
          <w:sz w:val="24"/>
        </w:rPr>
        <w:t>Καὶ Ἀντισθένης δέ, ὁ Σωκράτους μὲν φοιτητής, τῆς δὲ Κυ‐ νικῆς αἱρέσεως ἡγησάμενος, περὶ τοῦ Θεοῦ τῶν ὅλων βοᾷ·</w:t>
      </w:r>
    </w:p>
    <w:p>
      <w:r>
        <w:rPr>
          <w:rFonts w:ascii="Courier New" w:hAnsi="Courier New"/>
          <w:color w:val="555555"/>
          <w:sz w:val="20"/>
        </w:rPr>
        <w:t>[1 . 76]</w:t>
      </w:r>
    </w:p>
    <w:p>
      <w:r>
        <w:rPr>
          <w:rFonts w:ascii="Gentium Plus" w:hAnsi="Gentium Plus"/>
          <w:sz w:val="24"/>
        </w:rPr>
        <w:t>διόπερ αὐτὸν οὐδεὶς ἐκμαθεῖν ἐξ εἰκόνος δύναται.» Ἀναγκαία ἄρα ἡ πίστις τοῖς τὰ νοητὰ κατιδεῖν βουλομένοις, ἐπειδήπερ οὐδὲ εἰκόνα ἐξευρεῖν αὐτοῖς ξυμβαίνουσαν οἷόν τε. Καὶ Ξενοφῶν δὲ ὁ Ἀθηναῖος ὁ Σωκρατικός, ὁ Γρύλλου παῖς, ξυνῳδὰ τούτοις</w:t>
      </w:r>
    </w:p>
    <w:p>
      <w:r>
        <w:rPr>
          <w:rFonts w:ascii="Courier New" w:hAnsi="Courier New"/>
          <w:color w:val="555555"/>
          <w:sz w:val="20"/>
        </w:rPr>
        <w:t>[1 . 77]</w:t>
      </w:r>
    </w:p>
    <w:p>
      <w:r>
        <w:rPr>
          <w:rFonts w:ascii="Gentium Plus" w:hAnsi="Gentium Plus"/>
          <w:sz w:val="24"/>
        </w:rPr>
        <w:t>γέγραφεν· φησὶ γάρ· «Ὁ γοῦν πάντα σείων καὶ ἀτρεμίζων, ὡς μὲν μέγας τις καὶ δυνατός, φανερός· ὁποῖος δέ ἐστι μορφήν, ἀφανής.» Δεῖ δήπου πίστεως τοῖς τἀφανὲς ὀριγνωμένοις καταμα‐</w:t>
      </w:r>
    </w:p>
    <w:p>
      <w:r>
        <w:rPr>
          <w:rFonts w:ascii="Courier New" w:hAnsi="Courier New"/>
          <w:color w:val="555555"/>
          <w:sz w:val="20"/>
        </w:rPr>
        <w:t>[1 . 78]</w:t>
      </w:r>
    </w:p>
    <w:p>
      <w:r>
        <w:rPr>
          <w:rFonts w:ascii="Gentium Plus" w:hAnsi="Gentium Plus"/>
          <w:sz w:val="24"/>
        </w:rPr>
        <w:t>θεῖν. Ἀκούσαι δ’ ἄν τις καὶ Βακχυλίδου λέγοντος ἐν τοῖς Παιᾶσιν· οὐδὲ γὰρ ῥᾷστον ἀρρήτων ἐπέων πύλας ἐξευρεῖν.</w:t>
      </w:r>
    </w:p>
    <w:p>
      <w:r>
        <w:rPr>
          <w:rFonts w:ascii="Courier New" w:hAnsi="Courier New"/>
          <w:color w:val="555555"/>
          <w:sz w:val="20"/>
        </w:rPr>
        <w:t>[5]</w:t>
      </w:r>
    </w:p>
    <w:p>
      <w:r>
        <w:rPr>
          <w:rFonts w:ascii="Gentium Plus" w:hAnsi="Gentium Plus"/>
          <w:sz w:val="24"/>
        </w:rPr>
        <w:t>Χρεία τοίνυν ἡμῖν νοερῶν ὀμμάτων εἰς τὴν τῶν νοητῶν κατα‐ νόησιν, καὶ καθάπερ δεόμεθα τῶν τοῦ σώματος ὀφθαλμῶν εἰς τὴν θεωρίαν τῶν ὁρατῶν, οὕτω δήπου χρῄζομεν πίστεως εἰς τὴν</w:t>
      </w:r>
    </w:p>
    <w:p>
      <w:r>
        <w:rPr>
          <w:rFonts w:ascii="Courier New" w:hAnsi="Courier New"/>
          <w:color w:val="555555"/>
          <w:sz w:val="20"/>
        </w:rPr>
        <w:t>[1 . 79]</w:t>
      </w:r>
    </w:p>
    <w:p>
      <w:r>
        <w:rPr>
          <w:rFonts w:ascii="Gentium Plus" w:hAnsi="Gentium Plus"/>
          <w:sz w:val="24"/>
        </w:rPr>
        <w:t>ἐποπτείαν τῶν θείων. Ὅπερ γὰρ δή ἐστιν ὀφθαλμὸς ἐν σώματι, τοῦτο ἄρα πίστις ἐν διανοίᾳ· μᾶλλον δέ, ὥσπερ ὀφθαλμὸς δεῖται φωτὸς ἐπιδεικνύντος τὰ ὁρατά, οὕτω δὴ αὖ καὶ ὁ νοῦς δεῖται πίστεως ἐπιδεικνύσης τὰ θεῖα καὶ τὴν περὶ τούτων δόξαν φυλατ‐</w:t>
      </w:r>
    </w:p>
    <w:p>
      <w:r>
        <w:rPr>
          <w:rFonts w:ascii="Courier New" w:hAnsi="Courier New"/>
          <w:color w:val="555555"/>
          <w:sz w:val="20"/>
        </w:rPr>
        <w:t>[5]</w:t>
      </w:r>
    </w:p>
    <w:p>
      <w:r>
        <w:rPr>
          <w:rFonts w:ascii="Gentium Plus" w:hAnsi="Gentium Plus"/>
          <w:sz w:val="24"/>
        </w:rPr>
        <w:t>τούσης βεβαίαν.</w:t>
      </w:r>
    </w:p>
    <w:p>
      <w:r>
        <w:rPr>
          <w:rFonts w:ascii="Courier New" w:hAnsi="Courier New"/>
          <w:color w:val="555555"/>
          <w:sz w:val="20"/>
        </w:rPr>
        <w:t>[1 . 80]</w:t>
      </w:r>
    </w:p>
    <w:p>
      <w:r>
        <w:rPr>
          <w:rFonts w:ascii="Gentium Plus" w:hAnsi="Gentium Plus"/>
          <w:sz w:val="24"/>
        </w:rPr>
        <w:t>Τῶν δέ γε τὰ νοητὰ θεωρεῖν οὐ βουλομένων ἀκούσατε ὅπως</w:t>
      </w:r>
    </w:p>
    <w:p>
      <w:r>
        <w:rPr>
          <w:rFonts w:ascii="Courier New" w:hAnsi="Courier New"/>
          <w:color w:val="555555"/>
          <w:sz w:val="20"/>
        </w:rPr>
        <w:t>[5]</w:t>
      </w:r>
    </w:p>
    <w:p>
      <w:r>
        <w:rPr>
          <w:rFonts w:ascii="Gentium Plus" w:hAnsi="Gentium Plus"/>
          <w:sz w:val="24"/>
        </w:rPr>
        <w:t>ξεις δὲ καὶ γενέσεις καὶ πᾶν τὸ ἀόρατον οὐκ ἀποδεχόμενοι ὡς</w:t>
      </w:r>
    </w:p>
    <w:p>
      <w:r>
        <w:rPr>
          <w:rFonts w:ascii="Courier New" w:hAnsi="Courier New"/>
          <w:color w:val="555555"/>
          <w:sz w:val="20"/>
        </w:rPr>
        <w:t>[1 . 81]</w:t>
      </w:r>
    </w:p>
    <w:p>
      <w:r>
        <w:rPr>
          <w:rFonts w:ascii="Gentium Plus" w:hAnsi="Gentium Plus"/>
          <w:sz w:val="24"/>
        </w:rPr>
        <w:t>ἐν οὐσίας μέρει.» Ταύτης δὲ τῆς ξυμμορίας καὶ ὑμεῖς ἐστε· ἀλλὰ μὴ δυσχεράνητε τὸν ἔλεγχον· μόνοις γὰρ τοῖς ὁρατοῖς προστε‐ τήκατε καὶ τὰ χειρόκμητα ξόανα σέβοντες, τὴν περὶ τῆς τοῦ</w:t>
      </w:r>
    </w:p>
    <w:p>
      <w:r>
        <w:rPr>
          <w:rFonts w:ascii="Courier New" w:hAnsi="Courier New"/>
          <w:color w:val="555555"/>
          <w:sz w:val="20"/>
        </w:rPr>
        <w:t>[1 . 82]</w:t>
      </w:r>
    </w:p>
    <w:p>
      <w:r>
        <w:rPr>
          <w:rFonts w:ascii="Gentium Plus" w:hAnsi="Gentium Plus"/>
          <w:sz w:val="24"/>
        </w:rPr>
        <w:t>ἀοράτου φύσεως διδασκαλίαν οὐ δέχεσθε. Καὶ ἴσως τοῖς οὕτω διακειμένοις ἀνθρώποις Ἐπίχαρμος ὁ κωμικὸς τὸν ἴαμβον ἐκεῖ‐ νον προσήρμοσε· φύσεις ἀνθρώπων, ἀσκοὶ πεφυσημένοι.</w:t>
      </w:r>
    </w:p>
    <w:p>
      <w:r>
        <w:rPr>
          <w:rFonts w:ascii="Courier New" w:hAnsi="Courier New"/>
          <w:color w:val="555555"/>
          <w:sz w:val="20"/>
        </w:rPr>
        <w:t>[5]</w:t>
      </w:r>
    </w:p>
    <w:p>
      <w:r>
        <w:rPr>
          <w:rFonts w:ascii="Gentium Plus" w:hAnsi="Gentium Plus"/>
          <w:sz w:val="24"/>
        </w:rPr>
        <w:t>Ἀνδρῶν δέ γε σωφρονούντων ἴδιον μὴ προλήψει δουλεύειν μηδὲ ἔθεσι προσδεδέσθαι πατρῴοις, ἀλλὰ ζητεῖν τἀληθὲς καὶ τὸ</w:t>
      </w:r>
    </w:p>
    <w:p>
      <w:r>
        <w:rPr>
          <w:rFonts w:ascii="Courier New" w:hAnsi="Courier New"/>
          <w:color w:val="555555"/>
          <w:sz w:val="20"/>
        </w:rPr>
        <w:t>[1 . 83]</w:t>
      </w:r>
    </w:p>
    <w:p>
      <w:r>
        <w:rPr>
          <w:rFonts w:ascii="Gentium Plus" w:hAnsi="Gentium Plus"/>
          <w:sz w:val="24"/>
        </w:rPr>
        <w:t>χρήσιμον πανταχόθεν ξυλλέγειν. Ἢ οὐ τοιαῦτα καὶ Σωκράτης τῷ Κρίτωνι ἔλεγεν· «Ὡς ἐγώ, οὐ μόνον νῦν, ἀλλὰ καὶ ἀεὶ τοιοῦτος, οἷος τῶν ἐμῶν οὐδενὶ ἄλλῳ πείθεσθαι ἢ τῷ λόγῳ, ὃς ἄν μοι λογιζομένῳ βέλτιστος φαίνοιτο.» Δηλοῖ δὲ διὰ τούτων, ὡς</w:t>
      </w:r>
    </w:p>
    <w:p>
      <w:r>
        <w:rPr>
          <w:rFonts w:ascii="Courier New" w:hAnsi="Courier New"/>
          <w:color w:val="555555"/>
          <w:sz w:val="20"/>
        </w:rPr>
        <w:t>[5]</w:t>
      </w:r>
    </w:p>
    <w:p>
      <w:r>
        <w:rPr>
          <w:rFonts w:ascii="Gentium Plus" w:hAnsi="Gentium Plus"/>
          <w:sz w:val="24"/>
        </w:rPr>
        <w:t>λόγῳ χρώμενος ἐξευρεῖν ἐπόθει τὸ ξυμφέρον καὶ οὔ τι νόμον</w:t>
      </w:r>
    </w:p>
    <w:p>
      <w:r>
        <w:rPr>
          <w:rFonts w:ascii="Courier New" w:hAnsi="Courier New"/>
          <w:color w:val="555555"/>
          <w:sz w:val="20"/>
        </w:rPr>
        <w:t>[1 . 84]</w:t>
      </w:r>
    </w:p>
    <w:p>
      <w:r>
        <w:rPr>
          <w:rFonts w:ascii="Gentium Plus" w:hAnsi="Gentium Plus"/>
          <w:sz w:val="24"/>
        </w:rPr>
        <w:t>εἶχε τὸ τῇ προλήψει δουλεύειν. Οὕτω τὸν Ἀλκιβιάδην πείθει μαθεῖν τὴν τῆς γνώσεως οἴησιν πρότερον ἐξορίσας. Πρότερον μὲν</w:t>
      </w:r>
    </w:p>
    <w:p>
      <w:r>
        <w:rPr>
          <w:rFonts w:ascii="Courier New" w:hAnsi="Courier New"/>
          <w:color w:val="555555"/>
          <w:sz w:val="20"/>
        </w:rPr>
        <w:t>[5]</w:t>
      </w:r>
    </w:p>
    <w:p>
      <w:r>
        <w:rPr>
          <w:rFonts w:ascii="Gentium Plus" w:hAnsi="Gentium Plus"/>
          <w:sz w:val="24"/>
        </w:rPr>
        <w:t>σαις.» Ἐκείνου δ’ αὖ φάντος· «Εἶτα ζητῆσαί με οὐκ ἂν οἴει;»</w:t>
      </w:r>
    </w:p>
    <w:p>
      <w:r>
        <w:rPr>
          <w:rFonts w:ascii="Courier New" w:hAnsi="Courier New"/>
          <w:color w:val="555555"/>
          <w:sz w:val="20"/>
        </w:rPr>
        <w:t>[1 . 85]</w:t>
      </w:r>
    </w:p>
    <w:p>
      <w:r>
        <w:rPr>
          <w:rFonts w:ascii="Gentium Plus" w:hAnsi="Gentium Plus"/>
          <w:sz w:val="24"/>
        </w:rPr>
        <w:t>ὑπολαβὼν ἔφη· «Ἔγωγε, εἰ οἰηθείης γε μὴ εἰδέναι.» Ἀρχὴ ἄρα γνώσεως τῆς ἀγνοίας ἡ γνῶσις. Δεῖ δὲ πρὸς τούτῳ καὶ τὰ πονηρὰ μαθήματα τῆς ψυχῆς ἐξελάσαι, εἶθ’ οὕτως τὰ θεῖα προσδέξασθαι. Καὶ τοῦτο δὲ πάλιν ὁ Πλάτων ἐδίδαξεν εἰπών·</w:t>
      </w:r>
    </w:p>
    <w:p>
      <w:r>
        <w:rPr>
          <w:rFonts w:ascii="Courier New" w:hAnsi="Courier New"/>
          <w:color w:val="555555"/>
          <w:sz w:val="20"/>
        </w:rPr>
        <w:t>[5]</w:t>
      </w:r>
    </w:p>
    <w:p>
      <w:r>
        <w:rPr>
          <w:rFonts w:ascii="Gentium Plus" w:hAnsi="Gentium Plus"/>
          <w:sz w:val="24"/>
        </w:rPr>
        <w:t>«Οὐ καθαρῷ γὰρ καθαροῦ ἐφάπτεσθαι μὴ οὐ θεμιτὸν εἶναι.»</w:t>
      </w:r>
    </w:p>
    <w:p>
      <w:r>
        <w:rPr>
          <w:rFonts w:ascii="Courier New" w:hAnsi="Courier New"/>
          <w:color w:val="555555"/>
          <w:sz w:val="20"/>
        </w:rPr>
        <w:t>[1 . 86]</w:t>
      </w:r>
    </w:p>
    <w:p>
      <w:r>
        <w:rPr>
          <w:rFonts w:ascii="Gentium Plus" w:hAnsi="Gentium Plus"/>
          <w:sz w:val="24"/>
        </w:rPr>
        <w:t>Τοῦτο δὲ καὶ Ὀρφεύς φησιν· φθέγξομαι οἷς θέμις ἐστί, θύρας δ’ ἐπίθεσθε βέβηλοι. Ξυμφωνεῖ δὲ καὶ ὁ Εὐριπίδης βοῶν· ἄρρητ’ ἀβακχεύτοισιν εἰδέναι βροτῶν.</w:t>
      </w:r>
    </w:p>
    <w:p>
      <w:r>
        <w:rPr>
          <w:rFonts w:ascii="Courier New" w:hAnsi="Courier New"/>
          <w:color w:val="555555"/>
          <w:sz w:val="20"/>
        </w:rPr>
        <w:t>[5]</w:t>
      </w:r>
    </w:p>
    <w:p>
      <w:r>
        <w:rPr>
          <w:rFonts w:ascii="Gentium Plus" w:hAnsi="Gentium Plus"/>
          <w:sz w:val="24"/>
        </w:rPr>
        <w:t>Τοῖς γὰρ ἀμυήτοις πῶς ἄν τις προσενέγκοι τὰ θεῖα παιδεύ‐ ματα; πῶς δ’ ἂν μυηθείη τις, μὴ τῇ πίστει κρατύνας ἐν ἑαυτῷ τὰ παρὰ τῶν διδασκάλων προσφερόμενα δόγματα; Πῶς δ’ ἂν</w:t>
      </w:r>
    </w:p>
    <w:p>
      <w:r>
        <w:rPr>
          <w:rFonts w:ascii="Courier New" w:hAnsi="Courier New"/>
          <w:color w:val="555555"/>
          <w:sz w:val="20"/>
        </w:rPr>
        <w:t>[1 . 87]</w:t>
      </w:r>
    </w:p>
    <w:p>
      <w:r>
        <w:rPr>
          <w:rFonts w:ascii="Gentium Plus" w:hAnsi="Gentium Plus"/>
          <w:sz w:val="24"/>
        </w:rPr>
        <w:t>θέντα μαθήματα; Ἀληθὴς ἄρα ὁ τραγικὸς λόγος ἐκεῖνος, ὃν ἐν Φοινίσσαις εἴρηκεν Εὐριπίδης· ὁ δ’ ἄδικος λόγος νοσῶν ἐν [ἑ]αυτῷ φαρμάκων δεῖται σοφῶν.</w:t>
      </w:r>
    </w:p>
    <w:p>
      <w:r>
        <w:rPr>
          <w:rFonts w:ascii="Courier New" w:hAnsi="Courier New"/>
          <w:color w:val="555555"/>
          <w:sz w:val="20"/>
        </w:rPr>
        <w:t>[5]</w:t>
      </w:r>
    </w:p>
    <w:p>
      <w:r>
        <w:rPr>
          <w:rFonts w:ascii="Gentium Plus" w:hAnsi="Gentium Plus"/>
          <w:sz w:val="24"/>
        </w:rPr>
        <w:t>Ὅτι δὲ καὶ ξυνεργεῖ ὁ Θεὸς τοῖς ἀπολαῦσαι θεραπείας ἐφιε‐ μένοις, ὁ αὐτὸς τραγῳδοποιὸς ἔφη· τῷ δ’ αὖ πονοῦντι καὶ θεὸς ξυλλαμβάνει.</w:t>
      </w:r>
    </w:p>
    <w:p>
      <w:r>
        <w:rPr>
          <w:rFonts w:ascii="Courier New" w:hAnsi="Courier New"/>
          <w:color w:val="555555"/>
          <w:sz w:val="20"/>
        </w:rPr>
        <w:t>[1 . 88]</w:t>
      </w:r>
    </w:p>
    <w:p>
      <w:r>
        <w:rPr>
          <w:rFonts w:ascii="Gentium Plus" w:hAnsi="Gentium Plus"/>
          <w:sz w:val="24"/>
        </w:rPr>
        <w:t>Προυργιαίτατον ἄρα χρῆμα ἡ πίστις· κατὰ γὰρ δὴ τὸν Ἐπί‐ χαρμον, τὸν Πυθαγόρειον λέγω, νοῦς ὁρῇ, καὶ νοῦς ἀκούει, τἄλλα κωφὰ καὶ τυφλά. Καὶ ὁ Ἡράκλειτος δὲ πάλιν παρεγγυᾷ ξεναγεῖσθαι ὑπὸ τῆς</w:t>
      </w:r>
    </w:p>
    <w:p>
      <w:r>
        <w:rPr>
          <w:rFonts w:ascii="Courier New" w:hAnsi="Courier New"/>
          <w:color w:val="555555"/>
          <w:sz w:val="20"/>
        </w:rPr>
        <w:t>[5]</w:t>
      </w:r>
    </w:p>
    <w:p>
      <w:r>
        <w:rPr>
          <w:rFonts w:ascii="Gentium Plus" w:hAnsi="Gentium Plus"/>
          <w:sz w:val="24"/>
        </w:rPr>
        <w:t>πίστεως, οὕτω λέγων· «Ἐὰν μὴ ἐλπίζητε, ἀνέλπιστον οὐχ εὑρή‐ σετε, ἀνεξερεύνητον ἐὸν καὶ ἄπορον.» Καὶ πάλιν· «Χρυσὸν οἱ διζήμενοι γῆν πολλὴν ὀρύσσουσι καὶ εὑρίσκουσιν ὀλίγον.» Εἰ</w:t>
      </w:r>
    </w:p>
    <w:p>
      <w:r>
        <w:rPr>
          <w:rFonts w:ascii="Courier New" w:hAnsi="Courier New"/>
          <w:color w:val="555555"/>
          <w:sz w:val="20"/>
        </w:rPr>
        <w:t>[1 . 89]</w:t>
      </w:r>
    </w:p>
    <w:p>
      <w:r>
        <w:rPr>
          <w:rFonts w:ascii="Gentium Plus" w:hAnsi="Gentium Plus"/>
          <w:sz w:val="24"/>
        </w:rPr>
        <w:t>δὲ ἐκεῖνοι ὀλίγων ἕνεκα ψηγμάτων πλεῖστον ὅσον ὑπομένουσι πό‐ νον, καὶ μέντοι καὶ κίνδυνον, τίς οὕτως ἐστὶ τῶν θείων ἀνέρα‐ στος, ὡς τὴν περὶ τῆς ἀληθείας διαδρᾶναι διδασκαλίαν, μυριο‐</w:t>
      </w:r>
    </w:p>
    <w:p>
      <w:r>
        <w:rPr>
          <w:rFonts w:ascii="Courier New" w:hAnsi="Courier New"/>
          <w:color w:val="555555"/>
          <w:sz w:val="20"/>
        </w:rPr>
        <w:t>[1 . 90]</w:t>
      </w:r>
    </w:p>
    <w:p>
      <w:r>
        <w:rPr>
          <w:rFonts w:ascii="Gentium Plus" w:hAnsi="Gentium Plus"/>
          <w:sz w:val="24"/>
        </w:rPr>
        <w:t>Μηδεὶς τοίνυν, ὦ φίλοι, κατηγορείτω τῆς πίστεως. Καὶ γὰρ δὴ τὴν πίστιν Ἀριστοτέλης κριτήριον ἐπιστήμης ἐκάλεσεν· ὁ δέ γε Ἐπίκουρος πρόληψιν διανοίας αὐτὴν ἐκάλεσε· τὴν δὲ πρό‐</w:t>
      </w:r>
    </w:p>
    <w:p>
      <w:r>
        <w:rPr>
          <w:rFonts w:ascii="Courier New" w:hAnsi="Courier New"/>
          <w:color w:val="555555"/>
          <w:sz w:val="20"/>
        </w:rPr>
        <w:t>[1 . 91]</w:t>
      </w:r>
    </w:p>
    <w:p>
      <w:r>
        <w:rPr>
          <w:rFonts w:ascii="Gentium Plus" w:hAnsi="Gentium Plus"/>
          <w:sz w:val="24"/>
        </w:rPr>
        <w:t>ληψιν, προσλαβοῦσαν τὴν γνῶσιν, κατάληψιν γίνεσθαι. Κατὰ δὲ τὸν ἡμέτερον λόγον πίστις ἐστὶν ἑκούσιος τῆς ψυχῆς ξυγκα‐ τάθεσις, ἢ ἀφανοῦς πράγματος θεωρία, ἢ περὶ τὸ ὂν στάσις καὶ κατάληψις τῶν ἀοράτων τῇ φύσει ξύμμετρος, ἢ διάθεσις ἀναμφί‐</w:t>
      </w:r>
    </w:p>
    <w:p>
      <w:r>
        <w:rPr>
          <w:rFonts w:ascii="Courier New" w:hAnsi="Courier New"/>
          <w:color w:val="555555"/>
          <w:sz w:val="20"/>
        </w:rPr>
        <w:t>[1 . 92]</w:t>
      </w:r>
    </w:p>
    <w:p>
      <w:r>
        <w:rPr>
          <w:rFonts w:ascii="Gentium Plus" w:hAnsi="Gentium Plus"/>
          <w:sz w:val="24"/>
        </w:rPr>
        <w:t>βολος ἐν ταῖς ψυχαῖς τῶν κεκτημένων ἐνιδρυμένη. Δεῖται μέν‐ τοι ἡ πίστις τῆς γνώσεως, καθάπερ αὖ ἡ γνῶσις τῆς πίστεως· οὔτε γὰρ πίστις ἄνευ γνώσεως, οὔτε γνῶσις δίχα ἂν πίστεως γένοιτο· ἡγεῖται μέντοι τῆς γνώσεως ἡ πίστις, ἕπεται δὲ τῇ</w:t>
      </w:r>
    </w:p>
    <w:p>
      <w:r>
        <w:rPr>
          <w:rFonts w:ascii="Courier New" w:hAnsi="Courier New"/>
          <w:color w:val="555555"/>
          <w:sz w:val="20"/>
        </w:rPr>
        <w:t>[5]</w:t>
      </w:r>
    </w:p>
    <w:p>
      <w:r>
        <w:rPr>
          <w:rFonts w:ascii="Gentium Plus" w:hAnsi="Gentium Plus"/>
          <w:sz w:val="24"/>
        </w:rPr>
        <w:t>πίστει ἡ γνῶσις, ἔχεται δὲ τῆς γνώσεως ἡ ὁρμή, ἀκολουθεῖ δὲ</w:t>
      </w:r>
    </w:p>
    <w:p>
      <w:r>
        <w:rPr>
          <w:rFonts w:ascii="Courier New" w:hAnsi="Courier New"/>
          <w:color w:val="555555"/>
          <w:sz w:val="20"/>
        </w:rPr>
        <w:t>[1 . 93]</w:t>
      </w:r>
    </w:p>
    <w:p>
      <w:r>
        <w:rPr>
          <w:rFonts w:ascii="Gentium Plus" w:hAnsi="Gentium Plus"/>
          <w:sz w:val="24"/>
        </w:rPr>
        <w:t>ταύτῃ ἡ πρᾶξις· δεῖ γὰρ πιστεῦσαι πρῶτον, εἶτα μαθεῖν, γνόντα δὲ ὁρμῆσαι, ὁρμήσαντα δὲ πρᾶξαι. Οὐδὲ γὰρ τὰ πρῶτα στοιχεῖα μαθεῖν οἷόν τε μὴ τῷ γραμματιστῇ πεπιστευκότα, ὅτι τοιῶσδε χρὴ τὸ πρῶτον ὀνομάζειν καὶ τοιῶσδε τὸ δεύτερον, καὶ τἄλλα</w:t>
      </w:r>
    </w:p>
    <w:p>
      <w:r>
        <w:rPr>
          <w:rFonts w:ascii="Courier New" w:hAnsi="Courier New"/>
          <w:color w:val="555555"/>
          <w:sz w:val="20"/>
        </w:rPr>
        <w:t>[1 . 94]</w:t>
      </w:r>
    </w:p>
    <w:p>
      <w:r>
        <w:rPr>
          <w:rFonts w:ascii="Gentium Plus" w:hAnsi="Gentium Plus"/>
          <w:sz w:val="24"/>
        </w:rPr>
        <w:t>ὡσαύτως· εἰ γὰρ δὴ εὐθὺς ἀντείποι, φάσκων μὴ χρῆναι ἄλφα τὸ πρῶτον προσαγορεῦσαι, ἀλλ’ ἕτερον αὐτῷ ὄνομα ἐπιθεῖναι, οὐκ ἂν μάθοι τἀληθές, ἀλλ’ ἀνάγκη περιπλανᾶσθαι καὶ τὸ ψεῦδος ὑπολαμβάνειν ἀλήθειαν· εἰ δὲ πιστεύσας τῷ διδασκάλῳ, κατὰ</w:t>
      </w:r>
    </w:p>
    <w:p>
      <w:r>
        <w:rPr>
          <w:rFonts w:ascii="Courier New" w:hAnsi="Courier New"/>
          <w:color w:val="555555"/>
          <w:sz w:val="20"/>
        </w:rPr>
        <w:t>[5]</w:t>
      </w:r>
    </w:p>
    <w:p>
      <w:r>
        <w:rPr>
          <w:rFonts w:ascii="Gentium Plus" w:hAnsi="Gentium Plus"/>
          <w:sz w:val="24"/>
        </w:rPr>
        <w:t>τοὺς ἐκείνου νόμους τὰ μαθήματα δέξαιτο, ἕψεται ὅτι τάχιστα</w:t>
      </w:r>
    </w:p>
    <w:p>
      <w:r>
        <w:rPr>
          <w:rFonts w:ascii="Courier New" w:hAnsi="Courier New"/>
          <w:color w:val="555555"/>
          <w:sz w:val="20"/>
        </w:rPr>
        <w:t>[1 . 95]</w:t>
      </w:r>
    </w:p>
    <w:p>
      <w:r>
        <w:rPr>
          <w:rFonts w:ascii="Gentium Plus" w:hAnsi="Gentium Plus"/>
          <w:sz w:val="24"/>
        </w:rPr>
        <w:t>τῇ πίστει ἡ γνῶσις. Οὕτω καὶ τῷ γεωμέτρῃ προσήκει πιστεῦσαι διδάσκοντι εἶναι μέν τι σημεῖον, ὃ παντάπασίν ἐστιν ἀμερές, εἶναι δέ τι μῆκος εὔρους ἐστερημένον· τοῦτο δέ γε λόγῳ οὐδεὶς ἂν ἀποδείξαι ποτέ· εἰ γὰρ ἀφέλοι τοῦ μήκους τὸ εὖρος, ξυναφα‐</w:t>
      </w:r>
    </w:p>
    <w:p>
      <w:r>
        <w:rPr>
          <w:rFonts w:ascii="Courier New" w:hAnsi="Courier New"/>
          <w:color w:val="555555"/>
          <w:sz w:val="20"/>
        </w:rPr>
        <w:t>[5]</w:t>
      </w:r>
    </w:p>
    <w:p>
      <w:r>
        <w:rPr>
          <w:rFonts w:ascii="Gentium Plus" w:hAnsi="Gentium Plus"/>
          <w:sz w:val="24"/>
        </w:rPr>
        <w:t>νισθήσεται δήπουθεν τῷ πλάτει τὸ μῆκος· ἀλλ’ ὅμως οὕτω κελεύει νοεῖν ὁ γεωμέτρης, καὶ πείθεταί γε καὶ πιστεύει προχείρως ὁ</w:t>
      </w:r>
    </w:p>
    <w:p>
      <w:r>
        <w:rPr>
          <w:rFonts w:ascii="Courier New" w:hAnsi="Courier New"/>
          <w:color w:val="555555"/>
          <w:sz w:val="20"/>
        </w:rPr>
        <w:t>[1 . 96]</w:t>
      </w:r>
    </w:p>
    <w:p>
      <w:r>
        <w:rPr>
          <w:rFonts w:ascii="Gentium Plus" w:hAnsi="Gentium Plus"/>
          <w:sz w:val="24"/>
        </w:rPr>
        <w:t>τὰ γραμμικὰ σχήματα ἐκεῖνα μαθεῖν ὀριγνώμενος. Οὕτω τοῖς ἀστρονόμοις οἱ φοιτῶντες πιστεύουσι, καὶ τῶν ἄστρων τὸν ἀριθμὸν λέγουσι καὶ τὰ διαστήματα μετροῦσιν, οἷς ἀφεστήκασιν ἀλλήλων, καὶ πόσαις μυριάσι σταδίων τῆς γῆς ἀφέστηκεν ὁ ὁρώμενος οὐ‐</w:t>
      </w:r>
    </w:p>
    <w:p>
      <w:r>
        <w:rPr>
          <w:rFonts w:ascii="Courier New" w:hAnsi="Courier New"/>
          <w:color w:val="555555"/>
          <w:sz w:val="20"/>
        </w:rPr>
        <w:t>[5]</w:t>
      </w:r>
    </w:p>
    <w:p>
      <w:r>
        <w:rPr>
          <w:rFonts w:ascii="Gentium Plus" w:hAnsi="Gentium Plus"/>
          <w:sz w:val="24"/>
        </w:rPr>
        <w:t>ρανός· καὶ πολλῆς οὔσης ἐν τῷ μέτρῳ διαφωνίας, καὶ τῶν μὲν τετρακοσίας καὶ ἑβδομήκοντα σταδίων μυριάδας εἶναι λεγόντων, τῶν δὲ ἐλάττους, τῶν δὲ πολλῷ πλείους, ὅμως πείθονται οἱ φοι‐ τηταὶ τοῖς διδασκάλοις καὶ τοῖς παρ’ αὐτῶν λεγομένοις πι‐</w:t>
      </w:r>
    </w:p>
    <w:p>
      <w:r>
        <w:rPr>
          <w:rFonts w:ascii="Courier New" w:hAnsi="Courier New"/>
          <w:color w:val="555555"/>
          <w:sz w:val="20"/>
        </w:rPr>
        <w:t>[1 . 97]</w:t>
      </w:r>
    </w:p>
    <w:p>
      <w:r>
        <w:rPr>
          <w:rFonts w:ascii="Gentium Plus" w:hAnsi="Gentium Plus"/>
          <w:sz w:val="24"/>
        </w:rPr>
        <w:t>στεύουσιν. Καὶ αὖ πάλιν περὶ ἡλίου λογομαχία παρ’ ἐκείνοις πολλή. Ἀναξίμανδρος μὲν γὰρ καὶ Ἀναξιμένης ἑπτακαιει‐ κοσαπλασίονα τῆς γῆς τοῦτον ἔφασαν εἶναι, Ἀναξαγόρας δὲ Πελοποννήσου μείζονα, Ἡράκλειτος δὲ ὁ Ἐφέσιος ποδιαῖον.</w:t>
      </w:r>
    </w:p>
    <w:p>
      <w:r>
        <w:rPr>
          <w:rFonts w:ascii="Courier New" w:hAnsi="Courier New"/>
          <w:color w:val="555555"/>
          <w:sz w:val="20"/>
        </w:rPr>
        <w:t>[1 . 98]</w:t>
      </w:r>
    </w:p>
    <w:p>
      <w:r>
        <w:rPr>
          <w:rFonts w:ascii="Gentium Plus" w:hAnsi="Gentium Plus"/>
          <w:sz w:val="24"/>
        </w:rPr>
        <w:t>Τίς οὖν ἄρα ἀξίως τὴν τοιαύτην διαφωνίαν γελάσειεν; οὐδὲ γὰρ περὶ σμικροῦ τινος αὐτοῖς μέτρου γέγονεν ἡ διχόνοια, ἀλλὰ περὶ ἀπείρου, καὶ ὅσον οὐκ ἄν τις παραστήσαι τῷ λόγῳ. Τίς γὰρ ἅπασαν μέτρῳ ἂν περιλάβοι τὴν γῆν, εἶτα ἑπτάκις καὶ εἰκοσάκις</w:t>
      </w:r>
    </w:p>
    <w:p>
      <w:r>
        <w:rPr>
          <w:rFonts w:ascii="Courier New" w:hAnsi="Courier New"/>
          <w:color w:val="555555"/>
          <w:sz w:val="20"/>
        </w:rPr>
        <w:t>[5]</w:t>
      </w:r>
    </w:p>
    <w:p>
      <w:r>
        <w:rPr>
          <w:rFonts w:ascii="Gentium Plus" w:hAnsi="Gentium Plus"/>
          <w:sz w:val="24"/>
        </w:rPr>
        <w:t>πολυπλασιάσας τὸ μέτρον, ξυναγάγοι τῆς ψήφου τὸν λογισμὸν</w:t>
      </w:r>
    </w:p>
    <w:p>
      <w:r>
        <w:rPr>
          <w:rFonts w:ascii="Courier New" w:hAnsi="Courier New"/>
          <w:color w:val="555555"/>
          <w:sz w:val="20"/>
        </w:rPr>
        <w:t>[1 . 99]</w:t>
      </w:r>
    </w:p>
    <w:p>
      <w:r>
        <w:rPr>
          <w:rFonts w:ascii="Gentium Plus" w:hAnsi="Gentium Plus"/>
          <w:sz w:val="24"/>
        </w:rPr>
        <w:t>καὶ τοῦτον τῷ μέτρῳ τοῦ ἀνθρωπείου παραθείη ποδός; Ἀλλ’ ὅμως εἰσί τινες, οἱ μὲν τούτοις, οἱ δὲ ἐκείνοις τιθέμενοι· πι‐</w:t>
      </w:r>
    </w:p>
    <w:p>
      <w:r>
        <w:rPr>
          <w:rFonts w:ascii="Courier New" w:hAnsi="Courier New"/>
          <w:color w:val="555555"/>
          <w:sz w:val="20"/>
        </w:rPr>
        <w:t>[5]</w:t>
      </w:r>
    </w:p>
    <w:p>
      <w:r>
        <w:rPr>
          <w:rFonts w:ascii="Gentium Plus" w:hAnsi="Gentium Plus"/>
          <w:sz w:val="24"/>
        </w:rPr>
        <w:t>μόνης δὲ τῆς ἡμετέρας κατηγορεῖτε, τῶν μὲν τοιούτων μύθων καὶ λήρων ἀπηλλαγμένης, τὰ θεῖα δὲ καὶ νοητὰ νοητῶς δεχο‐ μένης;</w:t>
      </w:r>
    </w:p>
    <w:p>
      <w:r>
        <w:rPr>
          <w:rFonts w:ascii="Courier New" w:hAnsi="Courier New"/>
          <w:color w:val="555555"/>
          <w:sz w:val="20"/>
        </w:rPr>
        <w:t>[1 . 100]</w:t>
      </w:r>
    </w:p>
    <w:p>
      <w:r>
        <w:rPr>
          <w:rFonts w:ascii="Gentium Plus" w:hAnsi="Gentium Plus"/>
          <w:sz w:val="24"/>
        </w:rPr>
        <w:t>Πρὸς δὲ τοῖς εἰρημένοις καὶ τόδε σκοπήσωμεν, ὡς ἕκαστος τῶν ἀνθρώπων, τέχνην μαθεῖν ἐθέλων τινά, φοιτᾷ μὲν τῷ διδά‐ σκειν ἐπισταμένῳ, στέργει δὲ τὰ προσφερόμενα παρ’ ἐκείνου μαθή‐ ματα· καὶ ὁ μὲν σκυτοτόμος ἐπιδείκνυσιν, ὅπως δεῖ τὸν περιτομέα</w:t>
      </w:r>
    </w:p>
    <w:p>
      <w:r>
        <w:rPr>
          <w:rFonts w:ascii="Courier New" w:hAnsi="Courier New"/>
          <w:color w:val="555555"/>
          <w:sz w:val="20"/>
        </w:rPr>
        <w:t>[5]</w:t>
      </w:r>
    </w:p>
    <w:p>
      <w:r>
        <w:rPr>
          <w:rFonts w:ascii="Gentium Plus" w:hAnsi="Gentium Plus"/>
          <w:sz w:val="24"/>
        </w:rPr>
        <w:t>κατέχειν καὶ τὰ δέρματα διατέμνειν, καὶ μέντοι καὶ ξυρράπτειν καὶ τῷ καλόποδι προσαρμόττειν· ὁ δὲ πιστεύει τοῖς λεγομένοις καὶ οὐκ ἀντιλέγει διδάσκοντι· καὶ ὁ μὲν ἔχει τῶν γινομένων τὴν γνῶσιν, ὁ δὲ στέργει τὴν πίστιν, κατὰ βραχὺ δέ γε διὰ τῆς πί‐</w:t>
      </w:r>
    </w:p>
    <w:p>
      <w:r>
        <w:rPr>
          <w:rFonts w:ascii="Courier New" w:hAnsi="Courier New"/>
          <w:color w:val="555555"/>
          <w:sz w:val="20"/>
        </w:rPr>
        <w:t>[1 . 101]</w:t>
      </w:r>
    </w:p>
    <w:p>
      <w:r>
        <w:rPr>
          <w:rFonts w:ascii="Gentium Plus" w:hAnsi="Gentium Plus"/>
          <w:sz w:val="24"/>
        </w:rPr>
        <w:t>στεως προσλαμβάνει τὴν γνῶσιν. Οὕτω δὴ καὶ ὁ ναυπηγὸς ἐκπαι‐ δεύει τὸν μαθεῖν ὀριγνώμενον, πῶς μὲν χρὴ διατείνειν τὴν στάθμην, πῶς δὲ κινεῖν προσήκει τὸν πρίονα, πῶς δὲ τῷ σκε‐ πάρνῳ καὶ τῷ τερέτρῳ καὶ τῷ τρυπάνῳ κεχρῆσθαι· μανθάνει δὲ</w:t>
      </w:r>
    </w:p>
    <w:p>
      <w:r>
        <w:rPr>
          <w:rFonts w:ascii="Courier New" w:hAnsi="Courier New"/>
          <w:color w:val="555555"/>
          <w:sz w:val="20"/>
        </w:rPr>
        <w:t>[5]</w:t>
      </w:r>
    </w:p>
    <w:p>
      <w:r>
        <w:rPr>
          <w:rFonts w:ascii="Gentium Plus" w:hAnsi="Gentium Plus"/>
          <w:sz w:val="24"/>
        </w:rPr>
        <w:t>τούτων ἕκαστον ὁ φοιτῶν, πᾶν γε τὸ κελευόμενον δρῶν καὶ νόμους τοῦ διδασκάλου τοὺς λόγους ποιούμενος καὶ πιστεύων γε δι’ ἐκείνου</w:t>
      </w:r>
    </w:p>
    <w:p>
      <w:r>
        <w:rPr>
          <w:rFonts w:ascii="Courier New" w:hAnsi="Courier New"/>
          <w:color w:val="555555"/>
          <w:sz w:val="20"/>
        </w:rPr>
        <w:t>[1 . 102]</w:t>
      </w:r>
    </w:p>
    <w:p>
      <w:r>
        <w:rPr>
          <w:rFonts w:ascii="Gentium Plus" w:hAnsi="Gentium Plus"/>
          <w:sz w:val="24"/>
        </w:rPr>
        <w:t>κατορθώσειν τὴν τέχνην. Οὕτω καὶ ὁ ἰατρὸς οὐ μόνον ἐκπαιδεύει τὴν ἐπιστήμην, ἀλλὰ καὶ ἰατρεύει τοὺς κάμνοντας· καὶ αὐτὸς μὲν οἶδε τῆς ἰατρείας τὸν λόγον, ὁ δέ γε τῇ νόσῳ παλαίων τοῦτο μὲν οὐκ ἐπίσταται, τῆς νόσου δέ γε πιστεύει διὰ τῆς ἰατρικῆς</w:t>
      </w:r>
    </w:p>
    <w:p>
      <w:r>
        <w:rPr>
          <w:rFonts w:ascii="Courier New" w:hAnsi="Courier New"/>
          <w:color w:val="555555"/>
          <w:sz w:val="20"/>
        </w:rPr>
        <w:t>[1 . 103]</w:t>
      </w:r>
    </w:p>
    <w:p>
      <w:r>
        <w:rPr>
          <w:rFonts w:ascii="Gentium Plus" w:hAnsi="Gentium Plus"/>
          <w:sz w:val="24"/>
        </w:rPr>
        <w:t>ἀπαλλαγήσεσθαι τέχνης. Καὶ μέντοι καὶ τὸ σκάφος ἰθύνειν μόνοι γε ἴσασιν οἱ τὴν κυβερνητικὴν ἐπιστάμενοι τέχνην, οἱ δὲ πλω‐ τῆρες δι’ ἐκείνων πιστεύουσι τοῖς ποθουμένοις λιμέσι προσορμι‐</w:t>
      </w:r>
    </w:p>
    <w:p>
      <w:r>
        <w:rPr>
          <w:rFonts w:ascii="Courier New" w:hAnsi="Courier New"/>
          <w:color w:val="555555"/>
          <w:sz w:val="20"/>
        </w:rPr>
        <w:t>[1 . 104]</w:t>
      </w:r>
    </w:p>
    <w:p>
      <w:r>
        <w:rPr>
          <w:rFonts w:ascii="Gentium Plus" w:hAnsi="Gentium Plus"/>
          <w:sz w:val="24"/>
        </w:rPr>
        <w:t>σθήσεσθαι. Οὐκοῦν, ὦ φιλότης, κοινὸν μέν τι χρῆμα πάντων ἡ πίστις, καὶ τῶν μαθεῖν τινα τέχνην ἐφιεμένων καὶ τῶν πλεόντων καὶ γεωργούντων καὶ ἰατροῖς προσεδρευόντων· ἡ δὲ γνῶσις οὐ</w:t>
      </w:r>
    </w:p>
    <w:p>
      <w:r>
        <w:rPr>
          <w:rFonts w:ascii="Courier New" w:hAnsi="Courier New"/>
          <w:color w:val="555555"/>
          <w:sz w:val="20"/>
        </w:rPr>
        <w:t>[1 . 105]</w:t>
      </w:r>
    </w:p>
    <w:p>
      <w:r>
        <w:rPr>
          <w:rFonts w:ascii="Gentium Plus" w:hAnsi="Gentium Plus"/>
          <w:sz w:val="24"/>
        </w:rPr>
        <w:t>πάντων, ἀλλὰ μόνων τῶν τὰς τέχνας ἐπισταμένων. Αὐτίκα τοί‐ νυν ἢν ἐθελήσωμεν διαγνῶναι χρυσὸν δόκιμόν τε καὶ ἄπεφθον, οὐχ ἡμεῖς τῇ βασάνῳ τοῦτον προσφέρομεν, ἀλλὰ τὸν ἐπιστάμενον τὰ τοιαῦτα δοκιμάσαι κελεύομεν· ὁ δέ, ἢ τῇ λίθῳ προσφέρων ἢ</w:t>
      </w:r>
    </w:p>
    <w:p>
      <w:r>
        <w:rPr>
          <w:rFonts w:ascii="Courier New" w:hAnsi="Courier New"/>
          <w:color w:val="555555"/>
          <w:sz w:val="20"/>
        </w:rPr>
        <w:t>[5]</w:t>
      </w:r>
    </w:p>
    <w:p>
      <w:r>
        <w:rPr>
          <w:rFonts w:ascii="Gentium Plus" w:hAnsi="Gentium Plus"/>
          <w:sz w:val="24"/>
        </w:rPr>
        <w:t>τῷ πυρί, ἢ κίβδηλον ἢ δόκιμον ἀποφαίνει· οὕτω καὶ πολυτελεῖς ὠνούμενοι λίθους, οὐχ ἡμῖν αὐτοῖς τὴν τούτων διάγνωσιν ἐπιτρέ‐ πομεν, ἀλλ’ οἷς ὁ χρόνος καὶ ἡ πεῖρα τήνδε τὴν ἐπιστήμην ἐνέ‐</w:t>
      </w:r>
    </w:p>
    <w:p>
      <w:r>
        <w:rPr>
          <w:rFonts w:ascii="Courier New" w:hAnsi="Courier New"/>
          <w:color w:val="555555"/>
          <w:sz w:val="20"/>
        </w:rPr>
        <w:t>[1 . 106]</w:t>
      </w:r>
    </w:p>
    <w:p>
      <w:r>
        <w:rPr>
          <w:rFonts w:ascii="Gentium Plus" w:hAnsi="Gentium Plus"/>
          <w:sz w:val="24"/>
        </w:rPr>
        <w:t>θηκεν· καὶ τὴν σηρικὴν δὲ καὶ ποικίλην καὶ χρυσόπαστον ἐσθῆτα εἴ τις πρίασθαι βούλεται, τοῖς τῆς ὑφαντικῆς ἐπιστήμοσιν ἐπιτρέ‐ πει τὴν ἀξίαν τούτοις ἐπιθεῖναι τιμήν· καὶ μὲν δὴ καὶ ὁ σταθμὸν σκευῶν τινων χρυσῶν ἢ ἀργυρῶν ἢ νομισμάτων ἐθέλων μαθεῖν</w:t>
      </w:r>
    </w:p>
    <w:p>
      <w:r>
        <w:rPr>
          <w:rFonts w:ascii="Courier New" w:hAnsi="Courier New"/>
          <w:color w:val="555555"/>
          <w:sz w:val="20"/>
        </w:rPr>
        <w:t>[5]</w:t>
      </w:r>
    </w:p>
    <w:p>
      <w:r>
        <w:rPr>
          <w:rFonts w:ascii="Gentium Plus" w:hAnsi="Gentium Plus"/>
          <w:sz w:val="24"/>
        </w:rPr>
        <w:t>τῷ τὴν στατικὴν ἐπισταμένῳ τέχνην ταῦτα προσφέρει καὶ παρ’ ἐκείνου διδάσκεται τὸν σταθμὸν καὶ πιστεύει καὶ οὐκ ἀντιλέγει</w:t>
      </w:r>
    </w:p>
    <w:p>
      <w:r>
        <w:rPr>
          <w:rFonts w:ascii="Courier New" w:hAnsi="Courier New"/>
          <w:color w:val="555555"/>
          <w:sz w:val="20"/>
        </w:rPr>
        <w:t>[1 . 107]</w:t>
      </w:r>
    </w:p>
    <w:p>
      <w:r>
        <w:rPr>
          <w:rFonts w:ascii="Gentium Plus" w:hAnsi="Gentium Plus"/>
          <w:sz w:val="24"/>
        </w:rPr>
        <w:t>μηνύοντι. Οὔκουν ἁπάντων ἡ ἐπιστήμη, ἀλλὰ τῶν διδασκαλίᾳ καὶ χρόνῳ καὶ πείρᾳ ταύτην μεμαθηκότων. ἡ δέ γε πίστις ἁπάν‐ των ἐστὶ τῶν μαθεῖν τι προθυμουμένων. Ὑποβάθρα μέντοι καὶ κρηπὶς τῆς ἐπιστήμης ἡ πίστις· τὴν μὲν γὰρ πίστιν καὶ οἱ ὑμέ‐</w:t>
      </w:r>
    </w:p>
    <w:p>
      <w:r>
        <w:rPr>
          <w:rFonts w:ascii="Courier New" w:hAnsi="Courier New"/>
          <w:color w:val="555555"/>
          <w:sz w:val="20"/>
        </w:rPr>
        <w:t>[5]</w:t>
      </w:r>
    </w:p>
    <w:p>
      <w:r>
        <w:rPr>
          <w:rFonts w:ascii="Gentium Plus" w:hAnsi="Gentium Plus"/>
          <w:sz w:val="24"/>
        </w:rPr>
        <w:t>τεροι φιλόσοφοι ὡρίσαντο εἶναι ἐθελούσιον τῆς ψυχῆς ξυγκατάθε‐</w:t>
      </w:r>
    </w:p>
    <w:p>
      <w:r>
        <w:rPr>
          <w:rFonts w:ascii="Courier New" w:hAnsi="Courier New"/>
          <w:color w:val="555555"/>
          <w:sz w:val="20"/>
        </w:rPr>
        <w:t>[1 . 108]</w:t>
      </w:r>
    </w:p>
    <w:p>
      <w:r>
        <w:rPr>
          <w:rFonts w:ascii="Gentium Plus" w:hAnsi="Gentium Plus"/>
          <w:sz w:val="24"/>
        </w:rPr>
        <w:t>σιν, τὴν δὲ ἐπιστήμην ἕξιν ἀμετάπτωτον ὑπὸ λόγου. Ἄτοπον δὲ καὶ λίαν παγχάλεπον, τοὺς μὲν τέχνης ἁπάσης διδασκάλους ἔχειν τὴν ἐπιστήμην, τοὺς δὲ φοιτῶντας τὴν πίστιν, ἐπὶ μόνων δέ γε τῶν θείων παιδευμάτων ἀνατετράφθαι τὴν τάξιν, καὶ πρὸ</w:t>
      </w:r>
    </w:p>
    <w:p>
      <w:r>
        <w:rPr>
          <w:rFonts w:ascii="Courier New" w:hAnsi="Courier New"/>
          <w:color w:val="555555"/>
          <w:sz w:val="20"/>
        </w:rPr>
        <w:t>[5]</w:t>
      </w:r>
    </w:p>
    <w:p>
      <w:r>
        <w:rPr>
          <w:rFonts w:ascii="Gentium Plus" w:hAnsi="Gentium Plus"/>
          <w:sz w:val="24"/>
        </w:rPr>
        <w:t>τῆς πίστεως ἀπαιτεῖσθαι τὴν ἐπιστήμην· οὐχ ἥκιστα γὰρ ἐπὶ τῶν</w:t>
      </w:r>
    </w:p>
    <w:p>
      <w:r>
        <w:rPr>
          <w:rFonts w:ascii="Courier New" w:hAnsi="Courier New"/>
          <w:color w:val="555555"/>
          <w:sz w:val="20"/>
        </w:rPr>
        <w:t>[1 . 109]</w:t>
      </w:r>
    </w:p>
    <w:p>
      <w:r>
        <w:rPr>
          <w:rFonts w:ascii="Gentium Plus" w:hAnsi="Gentium Plus"/>
          <w:sz w:val="24"/>
        </w:rPr>
        <w:t>ἀοράτων τῶν τῆς πίστεως ὀμμάτων δεόμεθα. Τῷ τοι καὶ ὁ θεῖος ἀπόστολος διαρρήδην βοᾷ· «Πιστεῦσαι γὰρ δεῖ τὸν προσερχόμε‐ νον τῷ Θεῷ, ὅτι ἔστι καὶ τοῖς ἐκζητοῦσιν αὐτὸν μισθαποδότης γίνεται.» Διά τοι τοῦτο καὶ ἡμεῖς τοῖς προσιούσι καὶ τὰ θεῖα</w:t>
      </w:r>
    </w:p>
    <w:p>
      <w:r>
        <w:rPr>
          <w:rFonts w:ascii="Courier New" w:hAnsi="Courier New"/>
          <w:color w:val="555555"/>
          <w:sz w:val="20"/>
        </w:rPr>
        <w:t>[5]</w:t>
      </w:r>
    </w:p>
    <w:p>
      <w:r>
        <w:rPr>
          <w:rFonts w:ascii="Gentium Plus" w:hAnsi="Gentium Plus"/>
          <w:sz w:val="24"/>
        </w:rPr>
        <w:t>ποθοῦσι μαθεῖν πρὸ τῶν ἄλλων ἁπάντων τὴν τῆς πίστεως διδα‐ σκαλίαν προσφέρομεν, εἶτα τελουμένοις καὶ μυουμένοις δηλοῦμεν,</w:t>
      </w:r>
    </w:p>
    <w:p>
      <w:r>
        <w:rPr>
          <w:rFonts w:ascii="Courier New" w:hAnsi="Courier New"/>
          <w:color w:val="555555"/>
          <w:sz w:val="20"/>
        </w:rPr>
        <w:t>[1 . 110]</w:t>
      </w:r>
    </w:p>
    <w:p>
      <w:r>
        <w:rPr>
          <w:rFonts w:ascii="Gentium Plus" w:hAnsi="Gentium Plus"/>
          <w:sz w:val="24"/>
        </w:rPr>
        <w:t>τίνων ἐστὶν αἰνίγματα τὰ γινόμενα. Καὶ παρ’ ὑμῖν δέ γε ὡσαύ‐ τως τὸν ἱεροφαντικὸν οὐχ ἅπαντες ἴσασι λόγον, ἀλλ’ ὁ μὲν πολὺς ὅμιλος τὰ δρώμενα θεωρεῖ, οἱ δὲ προσαγορευόμενοι ἱερεῖς τὸν τῶν ὀργίων ἐπιτελοῦσι θεσμόν, ὁ δὲ ἱεροφάντης μόνος οἶδε τῶν γινο‐</w:t>
      </w:r>
    </w:p>
    <w:p>
      <w:r>
        <w:rPr>
          <w:rFonts w:ascii="Courier New" w:hAnsi="Courier New"/>
          <w:color w:val="555555"/>
          <w:sz w:val="20"/>
        </w:rPr>
        <w:t>[1 . 111]</w:t>
      </w:r>
    </w:p>
    <w:p>
      <w:r>
        <w:rPr>
          <w:rFonts w:ascii="Gentium Plus" w:hAnsi="Gentium Plus"/>
          <w:sz w:val="24"/>
        </w:rPr>
        <w:t>μένων τὸν λόγον, καὶ οἷς ἂν δοκιμάσῃ καταμηνύει. Καὶ ὅτι μὲν ὁ Πρίαπος Διονύσου καὶ τῆς Ἀφροδίτης υἱός, ἴσασι τῶν ταῦτα μεμυημένων τινές· ἀνθ’ ὅτου δὲ τούτων υἱὸς ὀνομάζεται, καὶ σμικρῷ γε ὄντι ἐντίθεται μόριον ἐντεταμένον καὶ μέγιστον, ὁ τῶν</w:t>
      </w:r>
    </w:p>
    <w:p>
      <w:r>
        <w:rPr>
          <w:rFonts w:ascii="Courier New" w:hAnsi="Courier New"/>
          <w:color w:val="555555"/>
          <w:sz w:val="20"/>
        </w:rPr>
        <w:t>[5]</w:t>
      </w:r>
    </w:p>
    <w:p>
      <w:r>
        <w:rPr>
          <w:rFonts w:ascii="Gentium Plus" w:hAnsi="Gentium Plus"/>
          <w:sz w:val="24"/>
        </w:rPr>
        <w:t>μυσαρῶν μυστηρίων ἱεροφάντης ἐπίσταται, καὶ εἴ τις ἕτερος τοῖς</w:t>
      </w:r>
    </w:p>
    <w:p>
      <w:r>
        <w:rPr>
          <w:rFonts w:ascii="Courier New" w:hAnsi="Courier New"/>
          <w:color w:val="555555"/>
          <w:sz w:val="20"/>
        </w:rPr>
        <w:t>[1 . 112]</w:t>
      </w:r>
    </w:p>
    <w:p>
      <w:r>
        <w:rPr>
          <w:rFonts w:ascii="Gentium Plus" w:hAnsi="Gentium Plus"/>
          <w:sz w:val="24"/>
        </w:rPr>
        <w:t>ἐναγέσι βιβλίοις ἐκείνοις ἐνέτυχεν. Τὴν γάρ τοι Ἀφροδίτην ἡδο‐ νὴν ὀνομάζοντες, τὸν δέ γε Διόνυσον μέθην προσαγορεύοντες, τὸ ἐξ ἀμφοτέρων τελούμενον ἐκάλεσαν Πρίαπον· ἡδονὴ γὰρ προσλα‐ βοῦσα μέθην τὴν τῶν παιδογόνων μορίων ἔντασιν ἀπεργάζεται.</w:t>
      </w:r>
    </w:p>
    <w:p>
      <w:r>
        <w:rPr>
          <w:rFonts w:ascii="Courier New" w:hAnsi="Courier New"/>
          <w:color w:val="555555"/>
          <w:sz w:val="20"/>
        </w:rPr>
        <w:t>[5]</w:t>
      </w:r>
    </w:p>
    <w:p>
      <w:r>
        <w:rPr>
          <w:rFonts w:ascii="Gentium Plus" w:hAnsi="Gentium Plus"/>
          <w:sz w:val="24"/>
        </w:rPr>
        <w:t>Οὕτω πάλιν τὸν τοῦ Διονύσου φαλλόν—τὸ δὲ ἀνδρεῖον οὕτω</w:t>
      </w:r>
    </w:p>
    <w:p>
      <w:r>
        <w:rPr>
          <w:rFonts w:ascii="Courier New" w:hAnsi="Courier New"/>
          <w:color w:val="555555"/>
          <w:sz w:val="20"/>
        </w:rPr>
        <w:t>[1 . 113]</w:t>
      </w:r>
    </w:p>
    <w:p>
      <w:r>
        <w:rPr>
          <w:rFonts w:ascii="Gentium Plus" w:hAnsi="Gentium Plus"/>
          <w:sz w:val="24"/>
        </w:rPr>
        <w:t>καλοῦσι μόριον οἱ τοῦ γέλωτος ποιηταί, καὶ ἐκαλεῖτό γε παρὰ τοῖς Ἕλλησι φαλλαγώγια ἡ τοῦ φαλλοῦ ἑορτή—προσεκύνουν μὲν τοῦτον καὶ κατεφίλουν οἱ ὀργιάζοντες ἅπαντες, τὸν δὲ λό‐ γον οὐκ ᾔδεσαν· ὁ δὲ καλούμενος ἱεροφάντης ᾔδει τὸν Ὄσιριν</w:t>
      </w:r>
    </w:p>
    <w:p>
      <w:r>
        <w:rPr>
          <w:rFonts w:ascii="Courier New" w:hAnsi="Courier New"/>
          <w:color w:val="555555"/>
          <w:sz w:val="20"/>
        </w:rPr>
        <w:t>[5]</w:t>
      </w:r>
    </w:p>
    <w:p>
      <w:r>
        <w:rPr>
          <w:rFonts w:ascii="Gentium Plus" w:hAnsi="Gentium Plus"/>
          <w:sz w:val="24"/>
        </w:rPr>
        <w:t>καὶ τὸν Τυφῶνα καὶ τὰ τοῦ Ὀσίριδος ὑπὸ τοῦ Τυφῶνος κατα‐ κοπτόμενα μέλη καὶ πανταχόσε διασπειρόμενα, τὴν δὲ Ἶσιν, τὴν τοῦ Ὀσίριδος ἀδελφήν, ταῦτα ξὺν πόνῳ ξυλλέγουσαν, μόνον δὲ τὸν φαλλὸν οὐχ εὑρίσκουσαν καὶ τούτου γε χάριν εἰκόνα τούτου κατασκευάζουσαν καὶ παρὰ πάντων προσκυνεῖσθαι κελεύουσαν—</w:t>
      </w:r>
    </w:p>
    <w:p>
      <w:r>
        <w:rPr>
          <w:rFonts w:ascii="Courier New" w:hAnsi="Courier New"/>
          <w:color w:val="555555"/>
          <w:sz w:val="20"/>
        </w:rPr>
        <w:t>[1 . 114]</w:t>
      </w:r>
    </w:p>
    <w:p>
      <w:r>
        <w:rPr>
          <w:rFonts w:ascii="Gentium Plus" w:hAnsi="Gentium Plus"/>
          <w:sz w:val="24"/>
        </w:rPr>
        <w:t>ταῦτα ἐκ τῆς Αἰγύπτου τὰ ὄργια μαθὼν ὁ Ὀδρύσης Ὀρφεὺς εἰς τὴν Ἑλλάδα μετήνεγκε καὶ τὴν τῶν Διονυσίων ἑορτὴν διε‐ σκεύασεν. Εἰ τοίνυν οὐδὲ τὰ δυσαγῆ ταῦτα καὶ βδελυρὰ ὄργια πᾶσίν ἐστι</w:t>
      </w:r>
    </w:p>
    <w:p>
      <w:r>
        <w:rPr>
          <w:rFonts w:ascii="Courier New" w:hAnsi="Courier New"/>
          <w:color w:val="555555"/>
          <w:sz w:val="20"/>
        </w:rPr>
        <w:t>[5]</w:t>
      </w:r>
    </w:p>
    <w:p>
      <w:r>
        <w:rPr>
          <w:rFonts w:ascii="Gentium Plus" w:hAnsi="Gentium Plus"/>
          <w:sz w:val="24"/>
        </w:rPr>
        <w:t>γνώριμα, μόνοι δὲ αὐτὰ ᾔδεσαν οἱ ἱεροφάνται καλούμενοι, μανία σαφὴς τῶν παναγῶν καὶ θείων μυστηρίων πρό γε τῆς πίστεως</w:t>
      </w:r>
    </w:p>
    <w:p>
      <w:r>
        <w:rPr>
          <w:rFonts w:ascii="Courier New" w:hAnsi="Courier New"/>
          <w:color w:val="555555"/>
          <w:sz w:val="20"/>
        </w:rPr>
        <w:t>[1 . 115]</w:t>
      </w:r>
    </w:p>
    <w:p>
      <w:r>
        <w:rPr>
          <w:rFonts w:ascii="Gentium Plus" w:hAnsi="Gentium Plus"/>
          <w:sz w:val="24"/>
        </w:rPr>
        <w:t>τὴν γνῶσιν ἐπιζητεῖν. Ἢ οὐδὲ Πινδάρῳ τῷ λυρικῷ πείθεσθε σαφῶς ἀπαγορεύοντι· μὴ πρὸς ἅπαντας ἀναρρῆ‐ ξαι τὸν ἀρχαῖον λόγον;</w:t>
      </w:r>
    </w:p>
    <w:p>
      <w:r>
        <w:rPr>
          <w:rFonts w:ascii="Courier New" w:hAnsi="Courier New"/>
          <w:color w:val="555555"/>
          <w:sz w:val="20"/>
        </w:rPr>
        <w:t>[5]</w:t>
      </w:r>
    </w:p>
    <w:p>
      <w:r>
        <w:rPr>
          <w:rFonts w:ascii="Gentium Plus" w:hAnsi="Gentium Plus"/>
          <w:sz w:val="24"/>
        </w:rPr>
        <w:t>Ταὐτὸ δὲ τοῦτο καὶ ὁ Πλάτων παρεγγυᾷ· «Εὐλαβοῦ» γάρ φησι «μήποτε ἐκπέσῃ ταῦτα εἰς ἀνθρώπους ἀπαιδεύτους· σχεδὸν γάρ, ὡς ἐμοὶ δοκεῖ, οὐκ ἔστι τούτων τοῖς πολλοῖς καταγελαστό‐ τερα ἀκούσματα, οὐδ’ αὖ πρὸς τοὺς εὐφυεῖς θαυμασιώτερά τε καὶ ἐνθουσιαστικώτερα. Πολλάκις δὲ λεγόμενα καὶ ἀεὶ ἀκουόμενα</w:t>
      </w:r>
    </w:p>
    <w:p>
      <w:r>
        <w:rPr>
          <w:rFonts w:ascii="Courier New" w:hAnsi="Courier New"/>
          <w:color w:val="555555"/>
          <w:sz w:val="20"/>
        </w:rPr>
        <w:t>[10]</w:t>
      </w:r>
    </w:p>
    <w:p>
      <w:r>
        <w:rPr>
          <w:rFonts w:ascii="Gentium Plus" w:hAnsi="Gentium Plus"/>
          <w:sz w:val="24"/>
        </w:rPr>
        <w:t>καὶ πολλὰ ἔτη μόλις ὥσπερ χρυσὸς ἐκκαθαίρεται μετὰ πολλῆς πραγματείας.» Ἠκούσατε δὲ καὶ ἐν τοῖς πρόσθεν εἰρηκότος Ὀρφέως· φθέγξομαι οἷς θέμις ἐστί, θύρας δ’ ἐπίθεσθε βέβηλοι.</w:t>
      </w:r>
    </w:p>
    <w:p>
      <w:r>
        <w:rPr>
          <w:rFonts w:ascii="Courier New" w:hAnsi="Courier New"/>
          <w:color w:val="555555"/>
          <w:sz w:val="20"/>
        </w:rPr>
        <w:t>[1 . 116]</w:t>
      </w:r>
    </w:p>
    <w:p>
      <w:r>
        <w:rPr>
          <w:rFonts w:ascii="Gentium Plus" w:hAnsi="Gentium Plus"/>
          <w:sz w:val="24"/>
        </w:rPr>
        <w:t>Τοιγαροῦν ἡγείσθω ἡ πίστις, καὶ ἕψεται ἡ γνῶσις· τοῖς γάρ</w:t>
      </w:r>
    </w:p>
    <w:p>
      <w:r>
        <w:rPr>
          <w:rFonts w:ascii="Courier New" w:hAnsi="Courier New"/>
          <w:color w:val="555555"/>
          <w:sz w:val="20"/>
        </w:rPr>
        <w:t>[1 . 117]</w:t>
      </w:r>
    </w:p>
    <w:p>
      <w:r>
        <w:rPr>
          <w:rFonts w:ascii="Gentium Plus" w:hAnsi="Gentium Plus"/>
          <w:sz w:val="24"/>
        </w:rPr>
        <w:t>σιουργεῖ τῆς ἀληθείας τὴν ἐπιστήμην· ὁ δέ γε ταύτην κεκτημέ‐ νος ὄλβιος καὶ τρισόλβιος. Καὶ τοῦτο δὲ ὁ Πλάτων ἐν τοῖς Νόμοις δεδήλωκεν· «Τὸν μέλλοντα» γάρ φησι «μακάριον καὶ εὐδαί‐ μονα ἔσεσθαι τῆς ἀληθείας εὐθὺς ἐξ ἀρχῆς εἶναι μέτοχον χρή,</w:t>
      </w:r>
    </w:p>
    <w:p>
      <w:r>
        <w:rPr>
          <w:rFonts w:ascii="Courier New" w:hAnsi="Courier New"/>
          <w:color w:val="555555"/>
          <w:sz w:val="20"/>
        </w:rPr>
        <w:t>[1 . 118]</w:t>
      </w:r>
    </w:p>
    <w:p>
      <w:r>
        <w:rPr>
          <w:rFonts w:ascii="Gentium Plus" w:hAnsi="Gentium Plus"/>
          <w:sz w:val="24"/>
        </w:rPr>
        <w:t>ἵν’ ὡς ἐπὶ πλεῖστον χρόνον ἀληθὴς ὢν διαβιῷ.» Τοῖς γὰρ δὴ με‐ τασχοῦσι τῆς ἀληθείας καὶ ταύτης ἀξίως βεβιωκόσιν οὐρανὸς εὐτρεπὴς καὶ τὰ τῶν ἀγγέλων ἐνδιαιτήματα· ὁ δὲ ταύτης ἔρημος καὶ ἀτέλεστος καὶ τῶν παναγῶν καὶ θείων ἀμύητος μυστηρίων</w:t>
      </w:r>
    </w:p>
    <w:p>
      <w:r>
        <w:rPr>
          <w:rFonts w:ascii="Courier New" w:hAnsi="Courier New"/>
          <w:color w:val="555555"/>
          <w:sz w:val="20"/>
        </w:rPr>
        <w:t>[5]</w:t>
      </w:r>
    </w:p>
    <w:p>
      <w:r>
        <w:rPr>
          <w:rFonts w:ascii="Gentium Plus" w:hAnsi="Gentium Plus"/>
          <w:sz w:val="24"/>
        </w:rPr>
        <w:t>ἔρημος μὲν τῶνδε τῶν ἀγαθῶν γενήσεται, κολαστηρίοις δὲ διη‐</w:t>
      </w:r>
    </w:p>
    <w:p>
      <w:r>
        <w:rPr>
          <w:rFonts w:ascii="Courier New" w:hAnsi="Courier New"/>
          <w:color w:val="555555"/>
          <w:sz w:val="20"/>
        </w:rPr>
        <w:t>[1 . 119]</w:t>
      </w:r>
    </w:p>
    <w:p>
      <w:r>
        <w:rPr>
          <w:rFonts w:ascii="Gentium Plus" w:hAnsi="Gentium Plus"/>
          <w:sz w:val="24"/>
        </w:rPr>
        <w:t>νεκέσι παραδοθήσεται. Καὶ τοῦτο αὖ πάλιν καὶ ὁ Πλάτων δεδή‐ λωκεν ἐν τῷ Φαίδωνι· τοὺς γὰρ τὰς τελετὰς αὐτοῖς παραδεδω‐ κότας εἰρηκέναι φησίν, ὅτι «ὃς ἂν ἀμύητος καὶ ἀτέλεστος εἰς Ἅιδου ἀφίκηται ἐν βορβόρῳ κείσεται, ὁ δὲ κεκαθαρμένος τε καὶ</w:t>
      </w:r>
    </w:p>
    <w:p>
      <w:r>
        <w:rPr>
          <w:rFonts w:ascii="Courier New" w:hAnsi="Courier New"/>
          <w:color w:val="555555"/>
          <w:sz w:val="20"/>
        </w:rPr>
        <w:t>[5]</w:t>
      </w:r>
    </w:p>
    <w:p>
      <w:r>
        <w:rPr>
          <w:rFonts w:ascii="Gentium Plus" w:hAnsi="Gentium Plus"/>
          <w:sz w:val="24"/>
        </w:rPr>
        <w:t>τετελεσμένος ἐκεῖσε ἀφικόμενος μετὰ θεῶν οἰκήσει.»</w:t>
      </w:r>
    </w:p>
    <w:p>
      <w:r>
        <w:rPr>
          <w:rFonts w:ascii="Courier New" w:hAnsi="Courier New"/>
          <w:color w:val="555555"/>
          <w:sz w:val="20"/>
        </w:rPr>
        <w:t>[1 . 120]</w:t>
      </w:r>
    </w:p>
    <w:p>
      <w:r>
        <w:rPr>
          <w:rFonts w:ascii="Gentium Plus" w:hAnsi="Gentium Plus"/>
          <w:sz w:val="24"/>
        </w:rPr>
        <w:t>Πείσθητε τοίνυν, ὦ φίλοι, τοῖς ὑμετέροις φιλοσόφοις, προτε‐ λοῦσιν ὑμᾶς καὶ τὰ ἡμέτερα προδιδάσκουσιν. Ἀτεχνῶς γὰρ ἐοίκασι τῶν ᾠδικῶν ὀρνίθων ἐκείνοις, οἳ τὴν μὲν ἀνθρωπείαν μιμοῦνται φωνήν, ἀγνοοῦσι δὲ τῶν λεγομένων τὸν νοῦν· παρα‐</w:t>
      </w:r>
    </w:p>
    <w:p>
      <w:r>
        <w:rPr>
          <w:rFonts w:ascii="Courier New" w:hAnsi="Courier New"/>
          <w:color w:val="555555"/>
          <w:sz w:val="20"/>
        </w:rPr>
        <w:t>[5]</w:t>
      </w:r>
    </w:p>
    <w:p>
      <w:r>
        <w:rPr>
          <w:rFonts w:ascii="Gentium Plus" w:hAnsi="Gentium Plus"/>
          <w:sz w:val="24"/>
        </w:rPr>
        <w:t>πλησίως γὰρ δὴ καὶ οὗτοι, περὶ θείων πραγμάτων διαλεγόμενοι,</w:t>
      </w:r>
    </w:p>
    <w:p>
      <w:r>
        <w:rPr>
          <w:rFonts w:ascii="Courier New" w:hAnsi="Courier New"/>
          <w:color w:val="555555"/>
          <w:sz w:val="20"/>
        </w:rPr>
        <w:t>[1 . 121]</w:t>
      </w:r>
    </w:p>
    <w:p>
      <w:r>
        <w:rPr>
          <w:rFonts w:ascii="Gentium Plus" w:hAnsi="Gentium Plus"/>
          <w:sz w:val="24"/>
        </w:rPr>
        <w:t>οὐκ ἔγνωσαν ὧνπερ ἔλεγον τὴν ἀλήθειαν. Ἔχουσι δὲ οἶμαι ἀμηγέπη ξυγγνώμην, οὔτε προφητικῆς δᾳδουχίας οὔτε ἀποστο‐ λικῆς ἀπολαύσαντες φωταγωγίας, μόνην δὲ τὴν φύσιν ποδηγὸν ἐσχηκότες, ἧς ὁ τῆς δυσσεβείας πλάνος τὰ θεοχάρακτα πάλαι</w:t>
      </w:r>
    </w:p>
    <w:p>
      <w:r>
        <w:rPr>
          <w:rFonts w:ascii="Courier New" w:hAnsi="Courier New"/>
          <w:color w:val="555555"/>
          <w:sz w:val="20"/>
        </w:rPr>
        <w:t>[5]</w:t>
      </w:r>
    </w:p>
    <w:p>
      <w:r>
        <w:rPr>
          <w:rFonts w:ascii="Gentium Plus" w:hAnsi="Gentium Plus"/>
          <w:sz w:val="24"/>
        </w:rPr>
        <w:t>διέφθειρε γράμματα· ἀνενεοῦτο δέ τινα ὅμως τούτων ὁ ποιητὴς καὶ πάμπαν ἐξίτηλα γενέσθαι οὐκ εἴα, τὴν οἰκείαν τοῖς ἀνθρώ‐</w:t>
      </w:r>
    </w:p>
    <w:p>
      <w:r>
        <w:rPr>
          <w:rFonts w:ascii="Courier New" w:hAnsi="Courier New"/>
          <w:color w:val="555555"/>
          <w:sz w:val="20"/>
        </w:rPr>
        <w:t>[1 . 122]</w:t>
      </w:r>
    </w:p>
    <w:p>
      <w:r>
        <w:rPr>
          <w:rFonts w:ascii="Gentium Plus" w:hAnsi="Gentium Plus"/>
          <w:sz w:val="24"/>
        </w:rPr>
        <w:t>ποις διὰ τῆς κτίσεως προμήθειαν ἐπιδεικνύμενος. Καὶ τοῦτο δεδήλωκεν ὁ θεῖος ἀπόστολος ἐν Λύστροις δημηγορήσας· πρὸς γὰρ αὖ πολλοῖς ἑτέροις καὶ τάδε εἴρηκεν· «Ὃς ἐν ταῖς παρῳ‐ χημέναις γενεαῖς εἴασε πάντα τὰ ἔθνη πορεύεσθαι ταῖς ὁδοῖς αὐτῶν·</w:t>
      </w:r>
    </w:p>
    <w:p>
      <w:r>
        <w:rPr>
          <w:rFonts w:ascii="Courier New" w:hAnsi="Courier New"/>
          <w:color w:val="555555"/>
          <w:sz w:val="20"/>
        </w:rPr>
        <w:t>[5]</w:t>
      </w:r>
    </w:p>
    <w:p>
      <w:r>
        <w:rPr>
          <w:rFonts w:ascii="Gentium Plus" w:hAnsi="Gentium Plus"/>
          <w:sz w:val="24"/>
        </w:rPr>
        <w:t>καίτοιγε οὐκ ἀμάρτυρον ἑαυτὸν ἀφῆκεν ἀγαθοποιῶν, οὐρανόθεν ὑμῖν ὑετοὺς διδοὺς καὶ καιροὺς καρποφόρους, ἐμπιπλῶν τροφῆς</w:t>
      </w:r>
    </w:p>
    <w:p>
      <w:r>
        <w:rPr>
          <w:rFonts w:ascii="Courier New" w:hAnsi="Courier New"/>
          <w:color w:val="555555"/>
          <w:sz w:val="20"/>
        </w:rPr>
        <w:t>[1 . 123]</w:t>
      </w:r>
    </w:p>
    <w:p>
      <w:r>
        <w:rPr>
          <w:rFonts w:ascii="Gentium Plus" w:hAnsi="Gentium Plus"/>
          <w:sz w:val="24"/>
        </w:rPr>
        <w:t>καὶ εὐφροσύνης τὰς καρδίας ὑμῶν.» Τὸ μὲν γὰρ Ἀβραμιαῖον γένος καὶ νόμον θεῖον ἐδέξατο καὶ προφητικῆς ἀπήλαυσε χάριτος· τὰ δέ γε ἄλλα ἔθνη διὰ τῆς φύσεως καὶ τῆς κτίσεως ἐποδήγει</w:t>
      </w:r>
    </w:p>
    <w:p>
      <w:r>
        <w:rPr>
          <w:rFonts w:ascii="Courier New" w:hAnsi="Courier New"/>
          <w:color w:val="555555"/>
          <w:sz w:val="20"/>
        </w:rPr>
        <w:t>[1 . 124]</w:t>
      </w:r>
    </w:p>
    <w:p>
      <w:r>
        <w:rPr>
          <w:rFonts w:ascii="Gentium Plus" w:hAnsi="Gentium Plus"/>
          <w:sz w:val="24"/>
        </w:rPr>
        <w:t>πρὸς θεοσέβειαν τῶν ὅλων ὁ πρύτανις. Καὶ καθάπερ τὸν ὑετὸν διαφερόντως μὲν τῇ γεωργουμένῃ γῇ τῆς τῶν ἀνθρώπων εἵνεκα χορηγίας ὁ μεγαλόδωρος ἐνίησιν, ἐκ περιουσίας δὲ καὶ φιλοτι‐ μίας κἀν ταῖς ἐρήμοις κἀν τοῖς ὄρεσιν ὕει—καὶ ἡ μὲν ἀρουμένη</w:t>
      </w:r>
    </w:p>
    <w:p>
      <w:r>
        <w:rPr>
          <w:rFonts w:ascii="Courier New" w:hAnsi="Courier New"/>
          <w:color w:val="555555"/>
          <w:sz w:val="20"/>
        </w:rPr>
        <w:t>[5]</w:t>
      </w:r>
    </w:p>
    <w:p>
      <w:r>
        <w:rPr>
          <w:rFonts w:ascii="Gentium Plus" w:hAnsi="Gentium Plus"/>
          <w:sz w:val="24"/>
        </w:rPr>
        <w:t>τοὺς ἡμέρους φύει καρπούς, ἡ δὲ ἀγεώργητος τοὺς ἀγρίους· ὁρῶ‐ μεν δὲ ἔστιν ὅτε καὶ ἐν μνήμασι καὶ ἐν τοίχοις φυομένας συκᾶς—,</w:t>
      </w:r>
    </w:p>
    <w:p>
      <w:r>
        <w:rPr>
          <w:rFonts w:ascii="Courier New" w:hAnsi="Courier New"/>
          <w:color w:val="555555"/>
          <w:sz w:val="20"/>
        </w:rPr>
        <w:t>[1 . 125]</w:t>
      </w:r>
    </w:p>
    <w:p>
      <w:r>
        <w:rPr>
          <w:rFonts w:ascii="Gentium Plus" w:hAnsi="Gentium Plus"/>
          <w:sz w:val="24"/>
        </w:rPr>
        <w:t>χμαις ὁ ὑετός. Ὅθεν πολλάκις καί τινα ἐδώδιμα φύουσι καὶ τοὺς τῶν γεωργουμένων μιμοῦνται καρπούς, ἐπίδηλα δὲ ὅμως ἐστίν, ὡς γεωργίας προφητικῆς οὐ τετύχηκε· τραχύτης γάρ τις αὐτοῖς ἀναμέμικται καὶ πικρότης· οἱ δέ γε διακρίνειν εἰδότες, τὸ χρει‐</w:t>
      </w:r>
    </w:p>
    <w:p>
      <w:r>
        <w:rPr>
          <w:rFonts w:ascii="Courier New" w:hAnsi="Courier New"/>
          <w:color w:val="555555"/>
          <w:sz w:val="20"/>
        </w:rPr>
        <w:t>[5]</w:t>
      </w:r>
    </w:p>
    <w:p>
      <w:r>
        <w:rPr>
          <w:rFonts w:ascii="Gentium Plus" w:hAnsi="Gentium Plus"/>
          <w:sz w:val="24"/>
        </w:rPr>
        <w:t>ῶδες καρπούμενοι, τὸ λοιπὸν χαίρειν ἐῶσι, καθάπερ οἱ τὰς ῥοδω‐ νιὰς τρυγῶντες καταλείπουσι μὲν τὰς ἀκάνθας, ξυλλέγουσι δὲ</w:t>
      </w:r>
    </w:p>
    <w:p>
      <w:r>
        <w:rPr>
          <w:rFonts w:ascii="Courier New" w:hAnsi="Courier New"/>
          <w:color w:val="555555"/>
          <w:sz w:val="20"/>
        </w:rPr>
        <w:t>[1 . 126]</w:t>
      </w:r>
    </w:p>
    <w:p>
      <w:r>
        <w:rPr>
          <w:rFonts w:ascii="Gentium Plus" w:hAnsi="Gentium Plus"/>
          <w:sz w:val="24"/>
        </w:rPr>
        <w:t>τὰς κάλυκας. Καὶ μὲν δὴ καὶ ταῖς μελίτταις οὗτος ὁ νόμος ἐμπέφυκεν· οὐ γλυκέσι γὰρ μόνοις, ἀλλὰ καὶ πικροῖς ἄνθεσιν ἐφιζάνουσαι, τὴν μὲν γλυκεῖαν ἀνιμῶνται ποιότητα, τὴν δὲ πικρὰν ἀποστρέφονται καὶ ἐκ διαφόρων ποιοτήτων, πικρῶν τε καὶ στρυ‐</w:t>
      </w:r>
    </w:p>
    <w:p>
      <w:r>
        <w:rPr>
          <w:rFonts w:ascii="Courier New" w:hAnsi="Courier New"/>
          <w:color w:val="555555"/>
          <w:sz w:val="20"/>
        </w:rPr>
        <w:t>[5]</w:t>
      </w:r>
    </w:p>
    <w:p>
      <w:r>
        <w:rPr>
          <w:rFonts w:ascii="Gentium Plus" w:hAnsi="Gentium Plus"/>
          <w:sz w:val="24"/>
        </w:rPr>
        <w:t>φνῶν καὶ αὐστηρῶν καὶ δριμέων, τὸ γλυκύτατον μέλι τοῖς ἀνθρώ‐</w:t>
      </w:r>
    </w:p>
    <w:p>
      <w:r>
        <w:rPr>
          <w:rFonts w:ascii="Courier New" w:hAnsi="Courier New"/>
          <w:color w:val="555555"/>
          <w:sz w:val="20"/>
        </w:rPr>
        <w:t>[1 . 127]</w:t>
      </w:r>
    </w:p>
    <w:p>
      <w:r>
        <w:rPr>
          <w:rFonts w:ascii="Gentium Plus" w:hAnsi="Gentium Plus"/>
          <w:sz w:val="24"/>
        </w:rPr>
        <w:t>ποις κατασκευάζουσιν· ταύτας δὴ καὶ ἡμεῖς μιμούμενοι, ἐκ τῶν πικρῶν ὑμῶν λειμώνων τὸ γλυκὺ τῆς ὠφελείας ὑμῖν κατασκευά‐ ζομεν μέλι. Καὶ ὥσπερ οἱ τὰ σώματα θεραπεύοντες ἐκ τῶν ἰοβόλων θηρίων ὀνησιφόρα κατασκευάζουσι φάρμακα, καὶ τῶν</w:t>
      </w:r>
    </w:p>
    <w:p>
      <w:r>
        <w:rPr>
          <w:rFonts w:ascii="Courier New" w:hAnsi="Courier New"/>
          <w:color w:val="555555"/>
          <w:sz w:val="20"/>
        </w:rPr>
        <w:t>[5]</w:t>
      </w:r>
    </w:p>
    <w:p>
      <w:r>
        <w:rPr>
          <w:rFonts w:ascii="Gentium Plus" w:hAnsi="Gentium Plus"/>
          <w:sz w:val="24"/>
        </w:rPr>
        <w:t>ἐχιδνῶν τὰ μὲν ἀποβάλλοντες, τὰ δὲ ἕψοντες, πολλὰς διὰ τού‐ των ἐξελαύνουσι νόσους, οὕτως καὶ ἡμεῖς, τὰ τῶν ὑμετέρων ποιητῶν καὶ ξυγγραφέων καὶ φιλοσόφων πονήματα μεταχειρισά‐ μενοι, τὰ μὲν ὡς δηλητήρια καταλείπομεν, τὰ δὲ τῇ τῆς διδα‐ σκαλίας ἐπιστήμῃ διασκευάσαντες, ἀλεξιφάρμακον ὑμῖν θεραπείαν</w:t>
      </w:r>
    </w:p>
    <w:p>
      <w:r>
        <w:rPr>
          <w:rFonts w:ascii="Courier New" w:hAnsi="Courier New"/>
          <w:color w:val="555555"/>
          <w:sz w:val="20"/>
        </w:rPr>
        <w:t>[10]</w:t>
      </w:r>
    </w:p>
    <w:p>
      <w:r>
        <w:rPr>
          <w:rFonts w:ascii="Gentium Plus" w:hAnsi="Gentium Plus"/>
          <w:sz w:val="24"/>
        </w:rPr>
        <w:t>προσφέρομεν· καὶ οὓς ἀντιπάλους ἡμῶν ὑπειλήφατε, τούτους τῶν ἡμετέρων λόγων ἀποφαίνομεν ξυνηγόρους καὶ τῆς πίστεως</w:t>
      </w:r>
    </w:p>
    <w:p>
      <w:r>
        <w:rPr>
          <w:rFonts w:ascii="Courier New" w:hAnsi="Courier New"/>
          <w:color w:val="555555"/>
          <w:sz w:val="20"/>
        </w:rPr>
        <w:t>[1 . 128]</w:t>
      </w:r>
    </w:p>
    <w:p>
      <w:r>
        <w:rPr>
          <w:rFonts w:ascii="Gentium Plus" w:hAnsi="Gentium Plus"/>
          <w:sz w:val="24"/>
        </w:rPr>
        <w:t>δείκνυμεν διδασκάλους. Οὕτω, ξὺν Θεῷ φάναι, καὶ τὴν ἄλλην ὑμῖν διδασκαλίαν προσοίσομεν. Ὑμεῖς δὲ μεμαθηκότες ὡς ἀναγκαῖον τὸ τῆς πίστεως χρῆμα, τὴν Πυθαγόρειον σιωπὴν ἀγα‐ πήσατε καὶ τὰς ἀκοὰς ἡσυχῇ τῷ λόγῳ παράσχετε, πιστῶς δεχό‐</w:t>
      </w:r>
    </w:p>
    <w:p>
      <w:r>
        <w:rPr>
          <w:rFonts w:ascii="Courier New" w:hAnsi="Courier New"/>
          <w:color w:val="555555"/>
          <w:sz w:val="20"/>
        </w:rPr>
        <w:t>[5]</w:t>
      </w:r>
    </w:p>
    <w:p>
      <w:r>
        <w:rPr>
          <w:rFonts w:ascii="Gentium Plus" w:hAnsi="Gentium Plus"/>
          <w:sz w:val="24"/>
        </w:rPr>
        <w:t>μενοι τὰ λεγόμενα· οὕτω γὰρ δὴ κατὰ βραχὺ δυνήσεσθε μαθεῖν</w:t>
      </w:r>
    </w:p>
    <w:p>
      <w:pPr>
        <w:jc w:val="center"/>
      </w:pPr>
      <w:r>
        <w:rPr>
          <w:rFonts w:ascii="Gentium Plus" w:hAnsi="Gentium Plus"/>
          <w:b/>
          <w:sz w:val="24"/>
        </w:rPr>
        <w:t>ΠΕΡΙ ΑΡΧΗΣ.</w:t>
      </w:r>
    </w:p>
    <w:p>
      <w:r>
        <w:rPr>
          <w:rFonts w:ascii="Courier New" w:hAnsi="Courier New"/>
          <w:color w:val="555555"/>
          <w:sz w:val="20"/>
        </w:rPr>
        <w:t>[2 . 1]</w:t>
      </w:r>
    </w:p>
    <w:p>
      <w:r>
        <w:rPr>
          <w:rFonts w:ascii="Gentium Plus" w:hAnsi="Gentium Plus"/>
          <w:sz w:val="24"/>
        </w:rPr>
        <w:t>Τὸ φῶς τὸ αἰσθητόν, καὶ τὸ ἄνωθεν φερόμενον καὶ τὸ κάτω παρ’ ἀνθρώπων ἐπινοούμενον, ἐπιδείκνυσι τοῖς ὁρῶσι, τί μὲν χρυσὸς καὶ τί ἄργυρος, τί δὲ χαλκὸς καὶ σίδηρος καὶ κασσίτε‐ ρος, καὶ τὰς ἄλλας ὕλας ὡσαύτως, καὶ μὲν δὴ καὶ χρωμάτων</w:t>
      </w:r>
    </w:p>
    <w:p>
      <w:r>
        <w:rPr>
          <w:rFonts w:ascii="Courier New" w:hAnsi="Courier New"/>
          <w:color w:val="555555"/>
          <w:sz w:val="20"/>
        </w:rPr>
        <w:t>[5]</w:t>
      </w:r>
    </w:p>
    <w:p>
      <w:r>
        <w:rPr>
          <w:rFonts w:ascii="Gentium Plus" w:hAnsi="Gentium Plus"/>
          <w:sz w:val="24"/>
        </w:rPr>
        <w:t>καὶ σχημάτων καὶ φυτῶν καὶ ζῴων διδάσκει διαφοράν, ἀλλ’ οἱ τὰς ὄψεις ἐρρωμένοι μόνοι τήνδε τὴν γνῶσιν δέχονται. Οἱ γὰρ δὴ τυφλώττοντες οὐδὲν ἀπὸ τῆς ἀκτῖνος ὀνίνανται· οὐδὲ γὰρ αὐτὴν</w:t>
      </w:r>
    </w:p>
    <w:p>
      <w:r>
        <w:rPr>
          <w:rFonts w:ascii="Courier New" w:hAnsi="Courier New"/>
          <w:color w:val="555555"/>
          <w:sz w:val="20"/>
        </w:rPr>
        <w:t>[2 . 2]</w:t>
      </w:r>
    </w:p>
    <w:p>
      <w:r>
        <w:rPr>
          <w:rFonts w:ascii="Gentium Plus" w:hAnsi="Gentium Plus"/>
          <w:sz w:val="24"/>
        </w:rPr>
        <w:t>τοῦ φωτὸς ὁρῶσι τὴν αἴγλην. Τούτοις ἐοίκασιν οἱ τὸ νοερὸν φῶς τῆς ἀληθείας ἰδεῖν οὐκ ἐθέλοντες, ἀλλ’ ἀσπασίως ἐν τῷ ζόφῳ τῆς ἀγνοίας διάγοντες, καθάπερ τῶν πτηνῶν τὰ νύκτωρ πετό‐ μενα, ἅπερ δὴ μάλα εἰκότως ἀπὸ τῆς νυκτὸς παρωνύμως προσ‐</w:t>
      </w:r>
    </w:p>
    <w:p>
      <w:r>
        <w:rPr>
          <w:rFonts w:ascii="Courier New" w:hAnsi="Courier New"/>
          <w:color w:val="555555"/>
          <w:sz w:val="20"/>
        </w:rPr>
        <w:t>[5]</w:t>
      </w:r>
    </w:p>
    <w:p>
      <w:r>
        <w:rPr>
          <w:rFonts w:ascii="Gentium Plus" w:hAnsi="Gentium Plus"/>
          <w:sz w:val="24"/>
        </w:rPr>
        <w:t>αγορεύονται· νυκτερίδες γάρ τοι καὶ νυκτικόρακες ἀποφυγγάνουσι μὲν τὸ φῶς ὡς πολέμιον, τὸ δὲ σκότος ἀσπάζονται ὡς σωτήριον.</w:t>
      </w:r>
    </w:p>
    <w:p>
      <w:r>
        <w:rPr>
          <w:rFonts w:ascii="Courier New" w:hAnsi="Courier New"/>
          <w:color w:val="555555"/>
          <w:sz w:val="20"/>
        </w:rPr>
        <w:t>[2 . 3]</w:t>
      </w:r>
    </w:p>
    <w:p>
      <w:r>
        <w:rPr>
          <w:rFonts w:ascii="Gentium Plus" w:hAnsi="Gentium Plus"/>
          <w:sz w:val="24"/>
        </w:rPr>
        <w:t>Τούτοις μὲν οὖν δή τις οὐκ ἂν νεμεσήσειε σωφρονῶν· ἡ γάρ τοι φύσις αὐτοῖς τὴν τοιάνδε ζωὴν ἐξ ἀρχῆς ἀπεκλήρωσεν· οἱ δ’ αὐθαιρέτως σφᾶς αὐτοὺς τῷ σκότῳ ξυζεύξαντες ποίας ἂν τύχοιεν εἰκότως ξυγγνώμης, μάλιστα τοῦ θείου φωτὸς ἅπασαν ἤπειρον</w:t>
      </w:r>
    </w:p>
    <w:p>
      <w:r>
        <w:rPr>
          <w:rFonts w:ascii="Courier New" w:hAnsi="Courier New"/>
          <w:color w:val="555555"/>
          <w:sz w:val="20"/>
        </w:rPr>
        <w:t>[5]</w:t>
      </w:r>
    </w:p>
    <w:p>
      <w:r>
        <w:rPr>
          <w:rFonts w:ascii="Gentium Plus" w:hAnsi="Gentium Plus"/>
          <w:sz w:val="24"/>
        </w:rPr>
        <w:t>καὶ νῆσον τῆς ἀκτῖνος πληρώσαντος καὶ αὐτὰ κατειληφότος τῆς</w:t>
      </w:r>
    </w:p>
    <w:p>
      <w:r>
        <w:rPr>
          <w:rFonts w:ascii="Courier New" w:hAnsi="Courier New"/>
          <w:color w:val="555555"/>
          <w:sz w:val="20"/>
        </w:rPr>
        <w:t>[2 . 4]</w:t>
      </w:r>
    </w:p>
    <w:p>
      <w:r>
        <w:rPr>
          <w:rFonts w:ascii="Gentium Plus" w:hAnsi="Gentium Plus"/>
          <w:sz w:val="24"/>
        </w:rPr>
        <w:t>οἰκουμένης τὰ τέρματα; οἱ μὲν γὰρ πρὸ τῆς θείας ἐπιφανείας τῇδε τῇ πάθῃ περιπεσόντες ἔχουσί τινα μετρίαν οὕτω πως παραί‐</w:t>
      </w:r>
    </w:p>
    <w:p>
      <w:r>
        <w:rPr>
          <w:rFonts w:ascii="Courier New" w:hAnsi="Courier New"/>
          <w:color w:val="555555"/>
          <w:sz w:val="20"/>
        </w:rPr>
        <w:t>[5]</w:t>
      </w:r>
    </w:p>
    <w:p>
      <w:r>
        <w:rPr>
          <w:rFonts w:ascii="Gentium Plus" w:hAnsi="Gentium Plus"/>
          <w:sz w:val="24"/>
        </w:rPr>
        <w:t>ἐπειδὴ δὲ οὗτος οὐ μόνον ἀνέτειλεν, ἀλλὰ καί, ποιητικῶς εἰπεῖν, μέσον οὐρανὸν ἀμφιβέβηκε, τίς ἀπολογίας ὑπολείπεται λόγος τοῖς νῦν ἐν μεσημβρίᾳ τυ‐ φλώττουσι καὶ τοὺς ὀφθαλμοὺς μύουσιν, ἵνα μὴ τοῦ φωτὸς</w:t>
      </w:r>
    </w:p>
    <w:p>
      <w:r>
        <w:rPr>
          <w:rFonts w:ascii="Courier New" w:hAnsi="Courier New"/>
          <w:color w:val="555555"/>
          <w:sz w:val="20"/>
        </w:rPr>
        <w:t>[2 . 5]</w:t>
      </w:r>
    </w:p>
    <w:p>
      <w:r>
        <w:rPr>
          <w:rFonts w:ascii="Gentium Plus" w:hAnsi="Gentium Plus"/>
          <w:sz w:val="24"/>
        </w:rPr>
        <w:t>ἀπολαύσωσιν; οὐκ ἐᾷ δὲ αὐτοὺς τὴν ἀχλὺν ἀποσκεδάσαι τῶν ὀφθαλμῶν τὸ τῆς οἰήσεως πάθος. Πάντων γὰρ ἄμεινον εἰδέναι νομίζουσι τὴν ἀλήθειαν, ἐπειδὴ τοῖς τῶν ἐλλογίμων ἀνδρῶν μα‐ θήμασιν ἐνετράφησαν, καὶ ξυνιδεῖν οὐκ ἐθέλουσιν, ὡς οἱ θαλάτ‐</w:t>
      </w:r>
    </w:p>
    <w:p>
      <w:r>
        <w:rPr>
          <w:rFonts w:ascii="Courier New" w:hAnsi="Courier New"/>
          <w:color w:val="555555"/>
          <w:sz w:val="20"/>
        </w:rPr>
        <w:t>[5]</w:t>
      </w:r>
    </w:p>
    <w:p>
      <w:r>
        <w:rPr>
          <w:rFonts w:ascii="Gentium Plus" w:hAnsi="Gentium Plus"/>
          <w:sz w:val="24"/>
        </w:rPr>
        <w:t>τιοι ἰχθύες ἐν ἅλμῃ μὲν τρέφονται ὅτι μάλιστα πλείστῃ, ἁλῶν δὲ</w:t>
      </w:r>
    </w:p>
    <w:p>
      <w:r>
        <w:rPr>
          <w:rFonts w:ascii="Courier New" w:hAnsi="Courier New"/>
          <w:color w:val="555555"/>
          <w:sz w:val="20"/>
        </w:rPr>
        <w:t>[2 . 6]</w:t>
      </w:r>
    </w:p>
    <w:p>
      <w:r>
        <w:rPr>
          <w:rFonts w:ascii="Gentium Plus" w:hAnsi="Gentium Plus"/>
          <w:sz w:val="24"/>
        </w:rPr>
        <w:t>ὅμως εἰς σκευασίαν προσδέονται. Οὐδὲ μὴν ἐκεῖνο ξυνορῶσιν, ὡς τῆς ἀληθείας οὐ πάντως ἡ εὐγλωττία διδάσκαλος· τί γὰρ τῆς Ὁμήρου ποιήσεως ἥδιον; τί δὲ τῆς εὐεπείας ἐκείνης γλυκύτε‐ ρον; ἀλλ’ ὅμως τοῦτον τῶν φιλοσόφων ὁ ἄριστος—ἐπέγνωτε δὲ</w:t>
      </w:r>
    </w:p>
    <w:p>
      <w:r>
        <w:rPr>
          <w:rFonts w:ascii="Courier New" w:hAnsi="Courier New"/>
          <w:color w:val="555555"/>
          <w:sz w:val="20"/>
        </w:rPr>
        <w:t>[5]</w:t>
      </w:r>
    </w:p>
    <w:p>
      <w:r>
        <w:rPr>
          <w:rFonts w:ascii="Gentium Plus" w:hAnsi="Gentium Plus"/>
          <w:sz w:val="24"/>
        </w:rPr>
        <w:t>δήπου τὸν Ἀρίστωνος, ὡς ἡγοῦμαι—μύρῳ γε ἀλείψας, καθά‐ περ αἱ γυναῖκες τὰς χελιδόνας, ἐκ τῆς ὑπ’ αὐτοῦ ξυντεθείσης ἀπ‐ έπεμψε πόλεως, ἀκολασίας καλέσας καὶ δυσσεβείας διδάσκαλον.</w:t>
      </w:r>
    </w:p>
    <w:p>
      <w:r>
        <w:rPr>
          <w:rFonts w:ascii="Courier New" w:hAnsi="Courier New"/>
          <w:color w:val="555555"/>
          <w:sz w:val="20"/>
        </w:rPr>
        <w:t>[2 . 7]</w:t>
      </w:r>
    </w:p>
    <w:p>
      <w:r>
        <w:rPr>
          <w:rFonts w:ascii="Gentium Plus" w:hAnsi="Gentium Plus"/>
          <w:sz w:val="24"/>
        </w:rPr>
        <w:t>«Βλασφημεῖν» γάρ φησιν «ἐκπαιδεύει τοὺς νέους καὶ πονηρὰς αὐτοῖς περὶ τῶν θεῶν ἐντίθησι δόξας καὶ ἁπαλοῖς ἔτι οὖσι μαθή‐ ματα πονηρὰ καὶ διεφθαρμένα ἐνίησιν.» Καὶ ἕτερα δὲ ἄττα κατη‐</w:t>
      </w:r>
    </w:p>
    <w:p>
      <w:r>
        <w:rPr>
          <w:rFonts w:ascii="Courier New" w:hAnsi="Courier New"/>
          <w:color w:val="555555"/>
          <w:sz w:val="20"/>
        </w:rPr>
        <w:t>[5]</w:t>
      </w:r>
    </w:p>
    <w:p>
      <w:r>
        <w:rPr>
          <w:rFonts w:ascii="Gentium Plus" w:hAnsi="Gentium Plus"/>
          <w:sz w:val="24"/>
        </w:rPr>
        <w:t>Οὔκουν ἅπας εὐγλωττίαν ἠσκημένος ἀξιόχρεως ἂν γένοιτο ἀλη‐ θείας διδάσκαλος.</w:t>
      </w:r>
    </w:p>
    <w:p>
      <w:r>
        <w:rPr>
          <w:rFonts w:ascii="Courier New" w:hAnsi="Courier New"/>
          <w:color w:val="555555"/>
          <w:sz w:val="20"/>
        </w:rPr>
        <w:t>[2 . 8]</w:t>
      </w:r>
    </w:p>
    <w:p>
      <w:r>
        <w:rPr>
          <w:rFonts w:ascii="Gentium Plus" w:hAnsi="Gentium Plus"/>
          <w:sz w:val="24"/>
        </w:rPr>
        <w:t>Εἰ δὲ δὴ τοὺς φιλοσόφους ἡμῖν προβάλλεσθε, εὖ ἴστε, ὡς καὶ οὗτοι πλάνον ὑπέμειναν πάμπολυν. Οὐ γὰρ δὴ μίαν ἅπαντες λεωφόρον ἐσχήκασιν οὐδὲ τοῖς τῶν προωδευκότων ἠκολούθησαν ἴχνεσιν, ἀλλ’ ἰδίαν ἕκαστος ἐτέμετο τρίβον καὶ μυρίας ἐπινενοή‐</w:t>
      </w:r>
    </w:p>
    <w:p>
      <w:r>
        <w:rPr>
          <w:rFonts w:ascii="Courier New" w:hAnsi="Courier New"/>
          <w:color w:val="555555"/>
          <w:sz w:val="20"/>
        </w:rPr>
        <w:t>[5]</w:t>
      </w:r>
    </w:p>
    <w:p>
      <w:r>
        <w:rPr>
          <w:rFonts w:ascii="Gentium Plus" w:hAnsi="Gentium Plus"/>
          <w:sz w:val="24"/>
        </w:rPr>
        <w:t>κασι [τρίβους]· πολυσχιδεῖς γάρ που τοῦ ψεύδους αἱ ἀτραποί·</w:t>
      </w:r>
    </w:p>
    <w:p>
      <w:r>
        <w:rPr>
          <w:rFonts w:ascii="Courier New" w:hAnsi="Courier New"/>
          <w:color w:val="555555"/>
          <w:sz w:val="20"/>
        </w:rPr>
        <w:t>[2 . 9]</w:t>
      </w:r>
    </w:p>
    <w:p>
      <w:r>
        <w:rPr>
          <w:rFonts w:ascii="Gentium Plus" w:hAnsi="Gentium Plus"/>
          <w:sz w:val="24"/>
        </w:rPr>
        <w:t>καὶ τοῦτο διαρρήδην αὐτίκα δὴ μάλα δειχθήσεται. Θαλῆς μὲν γάρ, τῶν ἑπτὰ καλουμένων σοφῶν ὁ πρεσβύτατος, ἀρχὴν πάν‐ των τὸ ὕδωρ ὑπέλαβεν, Ὁμήρῳ γε οἶμαι εἰρηκότι πιστεύσας· Ὠκεανόν τε θεῶν γένεσιν καὶ μητέρα Τηθύν.</w:t>
      </w:r>
    </w:p>
    <w:p>
      <w:r>
        <w:rPr>
          <w:rFonts w:ascii="Courier New" w:hAnsi="Courier New"/>
          <w:color w:val="555555"/>
          <w:sz w:val="20"/>
        </w:rPr>
        <w:t>[5]</w:t>
      </w:r>
    </w:p>
    <w:p>
      <w:r>
        <w:rPr>
          <w:rFonts w:ascii="Gentium Plus" w:hAnsi="Gentium Plus"/>
          <w:sz w:val="24"/>
        </w:rPr>
        <w:t>Ἀναξίμανδρος δέ, τοῦτον διαδεξάμενος, ἀρχὴν ἔφη τὸ ἄπει‐ ρον· Ἀναξιμένης δέ, ὁ τούτου διάδοχος, καὶ Διογένης ὁ Ἀπολ‐</w:t>
      </w:r>
    </w:p>
    <w:p>
      <w:r>
        <w:rPr>
          <w:rFonts w:ascii="Courier New" w:hAnsi="Courier New"/>
          <w:color w:val="555555"/>
          <w:sz w:val="20"/>
        </w:rPr>
        <w:t>[2 . 10]</w:t>
      </w:r>
    </w:p>
    <w:p>
      <w:r>
        <w:rPr>
          <w:rFonts w:ascii="Gentium Plus" w:hAnsi="Gentium Plus"/>
          <w:sz w:val="24"/>
        </w:rPr>
        <w:t>λωνιάτης τὸν ἀέρα ξυμφώνως ἀρχὴν προσηγορευσάτην· Ἵππα‐ σος δὲ ὁ Μεταποντῖνος καὶ Ἡράκλειτος ὁ Ἐφέσιος τῷ πυρὶ τὴν ἀρχὴν τῶν πάντων ἀπενειμάτην· ὁ δὲ Ἀκραγαντῖνος Ἐμπε‐ δοκλῆς τὰ στοιχεῖα ἔφη τὰ τέτταρα· Ξενοφάνης δὲ ὁ Κολοφώνιος</w:t>
      </w:r>
    </w:p>
    <w:p>
      <w:r>
        <w:rPr>
          <w:rFonts w:ascii="Courier New" w:hAnsi="Courier New"/>
          <w:color w:val="555555"/>
          <w:sz w:val="20"/>
        </w:rPr>
        <w:t>[5]</w:t>
      </w:r>
    </w:p>
    <w:p>
      <w:r>
        <w:rPr>
          <w:rFonts w:ascii="Gentium Plus" w:hAnsi="Gentium Plus"/>
          <w:sz w:val="24"/>
        </w:rPr>
        <w:t>τὸ πᾶν ἀΐδιον, ἐκ δὲ τῆς γῆς τὰ πάντα· καὶ Παρμενίδης δὲ ὁ τούτου ἑταῖρος ὁ Ἐλεάτης ὡσαύτως τόνδε τὸν λόγον ἐκράτυνε,</w:t>
      </w:r>
    </w:p>
    <w:p>
      <w:r>
        <w:rPr>
          <w:rFonts w:ascii="Courier New" w:hAnsi="Courier New"/>
          <w:color w:val="555555"/>
          <w:sz w:val="20"/>
        </w:rPr>
        <w:t>[2 . 11]</w:t>
      </w:r>
    </w:p>
    <w:p>
      <w:r>
        <w:rPr>
          <w:rFonts w:ascii="Gentium Plus" w:hAnsi="Gentium Plus"/>
          <w:sz w:val="24"/>
        </w:rPr>
        <w:t>ἐφικνεῖσθαι τοῦτο τῆς ἀληθείας· Δημόκριτος δὲ ὁ Ἀβδηρίτης ἄπειρον τὸ πᾶν εἴρηκε καὶ ἀγένητον· Ἐπίκουρος δὲ ὁ Νεοκλέους ὁ Ἀθηναῖος ἐκ τῶν ἀτόμων ἐξ ἀρχῆς ξυστῆναι τὸ πᾶν, εἶναι μέντοι ἄναρχον καὶ ἀΐδιον· καὶ Μητρόδωρος δὲ ὁ Χῖος καὶ Ζή‐</w:t>
      </w:r>
    </w:p>
    <w:p>
      <w:r>
        <w:rPr>
          <w:rFonts w:ascii="Courier New" w:hAnsi="Courier New"/>
          <w:color w:val="555555"/>
          <w:sz w:val="20"/>
        </w:rPr>
        <w:t>[5]</w:t>
      </w:r>
    </w:p>
    <w:p>
      <w:r>
        <w:rPr>
          <w:rFonts w:ascii="Gentium Plus" w:hAnsi="Gentium Plus"/>
          <w:sz w:val="24"/>
        </w:rPr>
        <w:t>νων ὁ Ἐλεάτης καὶ Διογένης ὁ Σμυρναῖος διαφόρους ἀρχὰς τῶν ὅλων ὑπέθεντο. Διά τοι τοῦτο καὶ Σωκράτης ὁ Σωφρονίσκου κωμῳδῶν αὐτοὺς διετέλει, ὅτι τὰ ἀνθρώποις οὐκ ἐφικτὰ εἰδέναι λίαν ἰσχυριζόμενοι, πρὸς ἀλλήλους ἀεὶ διεμάχοντο, καινῶν προσ‐ τατεύοντες καὶ ἐναντίων δογμάτων, ᾗ φησιν ὁ Ξενοφῶν ἐν τοῖς</w:t>
      </w:r>
    </w:p>
    <w:p>
      <w:r>
        <w:rPr>
          <w:rFonts w:ascii="Courier New" w:hAnsi="Courier New"/>
          <w:color w:val="555555"/>
          <w:sz w:val="20"/>
        </w:rPr>
        <w:t>[2 . 12]</w:t>
      </w:r>
    </w:p>
    <w:p>
      <w:r>
        <w:rPr>
          <w:rFonts w:ascii="Gentium Plus" w:hAnsi="Gentium Plus"/>
          <w:sz w:val="24"/>
        </w:rPr>
        <w:t>Ἀπομνημονεύμασιν. Καὶ ὁ Πλάτων δὲ αὐτὸν ἐν τῷ Φαίδωνι γέγραφε λέγοντα· «Ἐγὼ γάρ, ὦ Κέβης, νέος ὤν, ὑπερφυῶς ὡς ἐπεθύμησα ταυτησὶ τῆς σοφίας, ἣν δὴ καλοῦσι περὶ φύσεως ἱστορίαν. Ὑπερήφανον γάρ μοι ἐδόκει εἶναι εἰδέναι τὰς αἰτίας</w:t>
      </w:r>
    </w:p>
    <w:p>
      <w:r>
        <w:rPr>
          <w:rFonts w:ascii="Courier New" w:hAnsi="Courier New"/>
          <w:color w:val="555555"/>
          <w:sz w:val="20"/>
        </w:rPr>
        <w:t>[5]</w:t>
      </w:r>
    </w:p>
    <w:p>
      <w:r>
        <w:rPr>
          <w:rFonts w:ascii="Gentium Plus" w:hAnsi="Gentium Plus"/>
          <w:sz w:val="24"/>
        </w:rPr>
        <w:t>ἑκάστου, διὰ τί γίνεται ἕκαστον, καὶ διὰ τί ἀπόλλυται, καὶ διὰ τί</w:t>
      </w:r>
    </w:p>
    <w:p>
      <w:r>
        <w:rPr>
          <w:rFonts w:ascii="Courier New" w:hAnsi="Courier New"/>
          <w:color w:val="555555"/>
          <w:sz w:val="20"/>
        </w:rPr>
        <w:t>[2 . 13]</w:t>
      </w:r>
    </w:p>
    <w:p>
      <w:r>
        <w:rPr>
          <w:rFonts w:ascii="Gentium Plus" w:hAnsi="Gentium Plus"/>
          <w:sz w:val="24"/>
        </w:rPr>
        <w:t>ἔστιν.» Εἶτα πολλὰ τοιαῦτα διεξελθών, ἐπήγαγεν· «Τεκμήριον δέ σοι ἐρῶ ἱκανόν. Ἐγὼ γάρ, ἃ καὶ πρότερον σαφῶς ἠπιστάμην ὥς γε ἐμαυτῷ καὶ τοῖς ἄλλοις ἐδόκουν, ὑπὸ ταύτης τῆς σκέψεως οὕτω σφόδρα διετυφλώθην, ὥστ’ ἀπέμαθον καὶ ἃ πρὸ τοῦ ᾤμην</w:t>
      </w:r>
    </w:p>
    <w:p>
      <w:r>
        <w:rPr>
          <w:rFonts w:ascii="Courier New" w:hAnsi="Courier New"/>
          <w:color w:val="555555"/>
          <w:sz w:val="20"/>
        </w:rPr>
        <w:t>[2 . 14]</w:t>
      </w:r>
    </w:p>
    <w:p>
      <w:r>
        <w:rPr>
          <w:rFonts w:ascii="Gentium Plus" w:hAnsi="Gentium Plus"/>
          <w:sz w:val="24"/>
        </w:rPr>
        <w:t>εἰδέναι.» Καὶ αὖθις δέ, τῆς τῶν φιλοσόφων κατηγορῶν ἔριδος, τοιάδε ὁ Πλάτων ἐν τῷ Θεαιτήτῳ διέξεισιν· «Ἀλλ’ ἄν τινα ἔρῃ, ὥσπερ ἐκ φαρέτρας ῥηματίσκια αἰνιγμάτων ἀνασπῶντες πονοῦσι, καὶ ἂν τούτου ζητῇς λόγον λαβεῖν τί εἰρήκασιν, ἑτέρῳ</w:t>
      </w:r>
    </w:p>
    <w:p>
      <w:r>
        <w:rPr>
          <w:rFonts w:ascii="Courier New" w:hAnsi="Courier New"/>
          <w:color w:val="555555"/>
          <w:sz w:val="20"/>
        </w:rPr>
        <w:t>[5]</w:t>
      </w:r>
    </w:p>
    <w:p>
      <w:r>
        <w:rPr>
          <w:rFonts w:ascii="Gentium Plus" w:hAnsi="Gentium Plus"/>
          <w:sz w:val="24"/>
        </w:rPr>
        <w:t>πεπλήξῃ καινῶς μετωνομασμένῳ. Περανεῖς δὲ οὐδέποτε οὐδὲν πρὸς οὐδένα αὐτῶν· οὐδέ γε ἐκεῖνοι πρὸς ἀλλήλους, ἀλλ’ εὖ πάνυ φυλάξουσι τὸ μηδὲν βέβαιον ἐᾶν εἶναι, μήτε ἐν λόγῳ μήτε ἐν ταῖς αὑτῶν ψυχαῖς, ἡγούμενοι, ὡς ἐμοὶ δοκεῖ, αὐτὸ στάσι‐ μον εἶναι· τούτῳ δὲ πάνυ πολεμοῦσι καὶ καθόσον ἂν δύνωνται</w:t>
      </w:r>
    </w:p>
    <w:p>
      <w:r>
        <w:rPr>
          <w:rFonts w:ascii="Courier New" w:hAnsi="Courier New"/>
          <w:color w:val="555555"/>
          <w:sz w:val="20"/>
        </w:rPr>
        <w:t>[10]</w:t>
      </w:r>
    </w:p>
    <w:p>
      <w:r>
        <w:rPr>
          <w:rFonts w:ascii="Gentium Plus" w:hAnsi="Gentium Plus"/>
          <w:sz w:val="24"/>
        </w:rPr>
        <w:t>πανταχόθεν· Ἴσως, ὦ Θεόδωρε, τοὺς ἄνδρας μαχομένους ἑώρα‐ κας, εἰρηνεύουσι δὲ οὐ ξυγγέγονας· οὐ γάρ σοι ἑταῖροί εἰσιν· ἀλλ’ οἶμαι ταῦτα τοῖς μαθηταῖς ἐπὶ σχολῆς φράζουσιν, οὓς ἂν βούλωνται ὁμοίους αὐτοῖς ποιῆσαι. Ποίοις μαθηταῖς, ὦ δαι‐ μόνιε; οὐδὲ γίνεται τῶν τοιούτων ἕτερος ἑτέρου μαθητής, ἀλλ’</w:t>
      </w:r>
    </w:p>
    <w:p>
      <w:r>
        <w:rPr>
          <w:rFonts w:ascii="Courier New" w:hAnsi="Courier New"/>
          <w:color w:val="555555"/>
          <w:sz w:val="20"/>
        </w:rPr>
        <w:t>[15]</w:t>
      </w:r>
    </w:p>
    <w:p>
      <w:r>
        <w:rPr>
          <w:rFonts w:ascii="Gentium Plus" w:hAnsi="Gentium Plus"/>
          <w:sz w:val="24"/>
        </w:rPr>
        <w:t>αὐτόματοι ἀναφύονται ὁπόθεν ἂν τύχῃ ἕκαστος αὐτῶν ἐνθουσιά‐ σας, καὶ τὸν ἕτερον ὁ ἕτερος οὐδὲν ἡγεῖται εἰδέναι.» Καὶ μετ’</w:t>
      </w:r>
    </w:p>
    <w:p>
      <w:r>
        <w:rPr>
          <w:rFonts w:ascii="Courier New" w:hAnsi="Courier New"/>
          <w:color w:val="555555"/>
          <w:sz w:val="20"/>
        </w:rPr>
        <w:t>[2 . 15]</w:t>
      </w:r>
    </w:p>
    <w:p>
      <w:r>
        <w:rPr>
          <w:rFonts w:ascii="Gentium Plus" w:hAnsi="Gentium Plus"/>
          <w:sz w:val="24"/>
        </w:rPr>
        <w:t>ὀλίγα πάλιν· «Ὀλίγου δ’ ἐπελαθόμην, ὦ Θεόδωρε, ὅτι ἄλλοι αὖ τἀναντία τούτοις ἀπεφήναντο, οἷον</w:t>
      </w:r>
    </w:p>
    <w:p>
      <w:r>
        <w:rPr>
          <w:rFonts w:ascii="Courier New" w:hAnsi="Courier New"/>
          <w:color w:val="555555"/>
          <w:sz w:val="20"/>
        </w:rPr>
        <w:t>[2 . 16]</w:t>
      </w:r>
    </w:p>
    <w:p>
      <w:r>
        <w:rPr>
          <w:rFonts w:ascii="Gentium Plus" w:hAnsi="Gentium Plus"/>
          <w:sz w:val="24"/>
        </w:rPr>
        <w:t>τοις διϊσχυρίζονται.» Καὶ μέντοι κἀν τῷ Σοφιστῇ τὰ τοιαῦτα πάλιν αὐτῶν κατηγορεῖ, οὐκ ἀπόστολος οὐδέ γε προφήτης, ἀλλὰ τῶν φιλοσόφων ὁ πρῶτος, εἴτε Πλάτωνα τὸν Ἀρίστωνος ἐθέλοι τις λέγειν, εἴτε Σωκράτην τὸν Σωφρονίσκου· Σωκράτους μὲν</w:t>
      </w:r>
    </w:p>
    <w:p>
      <w:r>
        <w:rPr>
          <w:rFonts w:ascii="Courier New" w:hAnsi="Courier New"/>
          <w:color w:val="555555"/>
          <w:sz w:val="20"/>
        </w:rPr>
        <w:t>[2 . 17]</w:t>
      </w:r>
    </w:p>
    <w:p>
      <w:r>
        <w:rPr>
          <w:rFonts w:ascii="Gentium Plus" w:hAnsi="Gentium Plus"/>
          <w:sz w:val="24"/>
        </w:rPr>
        <w:t>γὰρ τὰ ἐνθυμήματα, Πλάτωνος δὲ τὰ ξυγγράμματα. Εἴτε δὲ οὗτος, εἴτε ἐκεῖνος, οὕτω φησίν· «Μῦθόν τινα ἕκαστος φαίνεταί μοι διηγεῖσθαι παισὶν ὡς οὖσιν ἡμῖν· ὁ μέν, ὡς τρία τὰ ὄντα· πολεμεῖ δὲ ἀλλήλοις ἐνίοτε αὐτῶν ἄττα πῃ, τοτὲ δὲ καὶ φίλα</w:t>
      </w:r>
    </w:p>
    <w:p>
      <w:r>
        <w:rPr>
          <w:rFonts w:ascii="Courier New" w:hAnsi="Courier New"/>
          <w:color w:val="555555"/>
          <w:sz w:val="20"/>
        </w:rPr>
        <w:t>[5]</w:t>
      </w:r>
    </w:p>
    <w:p>
      <w:r>
        <w:rPr>
          <w:rFonts w:ascii="Gentium Plus" w:hAnsi="Gentium Plus"/>
          <w:sz w:val="24"/>
        </w:rPr>
        <w:t>γινόμενα, γάμους τε καὶ τόκους καὶ τροφὴν ἐκγόνων παρέχεται· δύο δὲ ἕτερος εἰπών, ὑγρὸν καὶ ξηρόν, ἢ θερμὸν καὶ ψυχρόν, ξυνοικίζει τε αὐτὰ καὶ ἐκδίδωσιν. Τὸ δὲ παρ’ ἡμῖν Ἐλεατικὸν ἔθνος ἀπὸ Ξενοφάνους τε καὶ ἔτι πρόσθεν ἄρχεται, ὡς ἑνὸς ὄντος τῶν ἁπάντων καλουμένων διεξέρχεται τοὺς μύθους. Ἤδη δὲ</w:t>
      </w:r>
    </w:p>
    <w:p>
      <w:r>
        <w:rPr>
          <w:rFonts w:ascii="Courier New" w:hAnsi="Courier New"/>
          <w:color w:val="555555"/>
          <w:sz w:val="20"/>
        </w:rPr>
        <w:t>[10]</w:t>
      </w:r>
    </w:p>
    <w:p>
      <w:r>
        <w:rPr>
          <w:rFonts w:ascii="Gentium Plus" w:hAnsi="Gentium Plus"/>
          <w:sz w:val="24"/>
        </w:rPr>
        <w:t>καὶ Σικελικαί τινες Μοῦσαι ξυνενόησαν ὅτι ξυμπλέκειν ἀσφαλέ‐ στερον ἀμφότερα καὶ λέγειν ὡς τὸ ὂν πολλά τε καὶ ἕν ἐστιν, ἔχθρᾳ δὲ καὶ φιλίᾳ ξυνέχεται.» Καὶ τοιαῦτα ἄττα ἐφεξῆς εἰπών,</w:t>
      </w:r>
    </w:p>
    <w:p>
      <w:r>
        <w:rPr>
          <w:rFonts w:ascii="Courier New" w:hAnsi="Courier New"/>
          <w:color w:val="555555"/>
          <w:sz w:val="20"/>
        </w:rPr>
        <w:t>[2 . 18]</w:t>
      </w:r>
    </w:p>
    <w:p>
      <w:r>
        <w:rPr>
          <w:rFonts w:ascii="Gentium Plus" w:hAnsi="Gentium Plus"/>
          <w:sz w:val="24"/>
        </w:rPr>
        <w:t>ἐπάγει· «Καὶ μὴν ἔοικέ γε ἐν αὐτοῖς οἷον γιγαντομαχία τις εἶναι διὰ τὴν ἀμφισβήτησιν περὶ τῆς οὐσίας πρὸς ἀλλήλους. Πῶς; Οἱ μὲν εἰς γῆν ἐξ οὐρανοῦ καὶ περὶ τοῦ ἀοράτου πάντα ἕλκουσι, ταῖς χερσὶν ἀτεχνῶς πέτρας καὶ δρῦς λαβόντες. Τῶν</w:t>
      </w:r>
    </w:p>
    <w:p>
      <w:r>
        <w:rPr>
          <w:rFonts w:ascii="Courier New" w:hAnsi="Courier New"/>
          <w:color w:val="555555"/>
          <w:sz w:val="20"/>
        </w:rPr>
        <w:t>[5]</w:t>
      </w:r>
    </w:p>
    <w:p>
      <w:r>
        <w:rPr>
          <w:rFonts w:ascii="Gentium Plus" w:hAnsi="Gentium Plus"/>
          <w:sz w:val="24"/>
        </w:rPr>
        <w:t>γὰρ τοιούτων ἐφαπτόμενοι πάντων, σφόδρα διϊσχυρίζονται τοῦτο εἶναι μόνον, ὅπερ ἔχει προσβολὴν καὶ ἐπαφήν τινα, ταὐτὸν σῶμα καὶ οὐσίαν ὁριζόμενοι.»</w:t>
      </w:r>
    </w:p>
    <w:p>
      <w:r>
        <w:rPr>
          <w:rFonts w:ascii="Courier New" w:hAnsi="Courier New"/>
          <w:color w:val="555555"/>
          <w:sz w:val="20"/>
        </w:rPr>
        <w:t>[2 . 19]</w:t>
      </w:r>
    </w:p>
    <w:p>
      <w:r>
        <w:rPr>
          <w:rFonts w:ascii="Gentium Plus" w:hAnsi="Gentium Plus"/>
          <w:sz w:val="24"/>
        </w:rPr>
        <w:t>Ταῦτα οὐ Πέτρος ὁ ἡμέτερος οὐδὲ Παῦλος τῶν ὑμετέρων κατηγόρησε φιλοσόφων, ἀλλὰ Πλάτων ὁ εὐγλωττότατος καὶ Σωκράτης ὁ κατὰ τὴν Πυθίαν ἀνδρῶν ἁπάντων σοφώτατος· καὶ ἔφασαν αὐτοὺς διϊσχυρίζεσθαι, τοῦτο εἶναι μόνον, ὅπερ ἔχει προσ‐</w:t>
      </w:r>
    </w:p>
    <w:p>
      <w:r>
        <w:rPr>
          <w:rFonts w:ascii="Courier New" w:hAnsi="Courier New"/>
          <w:color w:val="555555"/>
          <w:sz w:val="20"/>
        </w:rPr>
        <w:t>[5]</w:t>
      </w:r>
    </w:p>
    <w:p>
      <w:r>
        <w:rPr>
          <w:rFonts w:ascii="Gentium Plus" w:hAnsi="Gentium Plus"/>
          <w:sz w:val="24"/>
        </w:rPr>
        <w:t>βολὴν καὶ ἐπαφήν τινα, καὶ ταὐτὸν σῶμα καὶ οὐσίαν ὁρίζεσθαι</w:t>
      </w:r>
    </w:p>
    <w:p>
      <w:r>
        <w:rPr>
          <w:rFonts w:ascii="Courier New" w:hAnsi="Courier New"/>
          <w:color w:val="555555"/>
          <w:sz w:val="20"/>
        </w:rPr>
        <w:t>[2 . 20]</w:t>
      </w:r>
    </w:p>
    <w:p>
      <w:r>
        <w:rPr>
          <w:rFonts w:ascii="Gentium Plus" w:hAnsi="Gentium Plus"/>
          <w:sz w:val="24"/>
        </w:rPr>
        <w:t>καὶ μηδὲν περαιτέρω τῶν ὁρωμένων φαντάζεσθαι. Πῶς οὖν ἄν τις τούτοις χρήσαιτο ποδηγοῖς τῆς ἀληθείας, τοσοῦτον δὴ καὶ τοιοῦ‐ τον ὑπομείνασι πλάνον καὶ ἐναντίας γε ὠδίνασι δόξας καὶ σφοδρὸν κατ’ ἀλλήλων ἀναρριπίσασι πόλεμον; καὶ Τίμων δὲ αὐτοὺς ὁ</w:t>
      </w:r>
    </w:p>
    <w:p>
      <w:r>
        <w:rPr>
          <w:rFonts w:ascii="Courier New" w:hAnsi="Courier New"/>
          <w:color w:val="555555"/>
          <w:sz w:val="20"/>
        </w:rPr>
        <w:t>[5]</w:t>
      </w:r>
    </w:p>
    <w:p>
      <w:r>
        <w:rPr>
          <w:rFonts w:ascii="Gentium Plus" w:hAnsi="Gentium Plus"/>
          <w:sz w:val="24"/>
        </w:rPr>
        <w:t>Φλιάσιος, ὁ Πύρρωνος ἑταῖρος, ἐν τοῖς σίλλοις ἐτραγῴδησεν· ἐγὼ δὲ ἐκ μάλα πολλῶν ὀλίγων μνησθήσομαι· σχέτλιοι ἄνθρωποι, κάκ’ ἐλέγχεα, γαστέρες οἶον, τοίων ἔκ τ’ ἐρίδων ἔκ τε στοχασμῶν πέπλησθε,</w:t>
      </w:r>
    </w:p>
    <w:p>
      <w:r>
        <w:rPr>
          <w:rFonts w:ascii="Courier New" w:hAnsi="Courier New"/>
          <w:color w:val="555555"/>
          <w:sz w:val="20"/>
        </w:rPr>
        <w:t>[2 . 21]</w:t>
      </w:r>
    </w:p>
    <w:p>
      <w:r>
        <w:rPr>
          <w:rFonts w:ascii="Gentium Plus" w:hAnsi="Gentium Plus"/>
          <w:sz w:val="24"/>
        </w:rPr>
        <w:t>Οὐ μόνον ἄρα ἡμεῖς τὸ τῆς οἰήσεως ἐπιπροσθεῖν ὑμῖν εἰρήκα‐ μεν πάθος· πάλαι γὰρ καὶ πρόπαλαι ταύτην ὁ Τίμων τῶν ὑμε‐ τέρων φιλοσόφων τὴν κατηγορίαν πεποίηται. Ἄλλο δέ ἐστιν εἰδέναι, καὶ ἄλλο τὸ οἴεσθαι εἰδέναι, μηδὲν ἐπιστάμενον. Πολλῷ</w:t>
      </w:r>
    </w:p>
    <w:p>
      <w:r>
        <w:rPr>
          <w:rFonts w:ascii="Courier New" w:hAnsi="Courier New"/>
          <w:color w:val="555555"/>
          <w:sz w:val="20"/>
        </w:rPr>
        <w:t>[5]</w:t>
      </w:r>
    </w:p>
    <w:p>
      <w:r>
        <w:rPr>
          <w:rFonts w:ascii="Gentium Plus" w:hAnsi="Gentium Plus"/>
          <w:sz w:val="24"/>
        </w:rPr>
        <w:t>γάρ τινι διαφέρουσιν, ὦ φιλότης, ἀλλήλοιν ἀλήθεια καὶ στοχα‐</w:t>
      </w:r>
    </w:p>
    <w:p>
      <w:r>
        <w:rPr>
          <w:rFonts w:ascii="Courier New" w:hAnsi="Courier New"/>
          <w:color w:val="555555"/>
          <w:sz w:val="20"/>
        </w:rPr>
        <w:t>[2 . 22]</w:t>
      </w:r>
    </w:p>
    <w:p>
      <w:r>
        <w:rPr>
          <w:rFonts w:ascii="Gentium Plus" w:hAnsi="Gentium Plus"/>
          <w:sz w:val="24"/>
        </w:rPr>
        <w:t>σμὸς ἀληθείας· ὁ μὲν γὰρ στοχασμὸς καὶ διαμαρτίας ἔχει πολλάς, ἡ δὲ ἀλήθεια ἐκπαιδεύειν οὐδὲν ἐναντίον ἀνέχεται. Τοιγαροῦν ἄλλως τις ἀληθείας πέρι τεκμαιρόμενος λέγει, καὶ ἄλλως αὐτὴ ἑαυτὴν ἑρμηνεύει· ἐπεὶ καὶ Ἀναξαγόρας ὁ Ἡγησιβούλου ὁ Κλα‐</w:t>
      </w:r>
    </w:p>
    <w:p>
      <w:r>
        <w:rPr>
          <w:rFonts w:ascii="Courier New" w:hAnsi="Courier New"/>
          <w:color w:val="555555"/>
          <w:sz w:val="20"/>
        </w:rPr>
        <w:t>[5]</w:t>
      </w:r>
    </w:p>
    <w:p>
      <w:r>
        <w:rPr>
          <w:rFonts w:ascii="Gentium Plus" w:hAnsi="Gentium Plus"/>
          <w:sz w:val="24"/>
        </w:rPr>
        <w:t>ζομένιος, τῶν πρὸ αὐτοῦ γεγενημένων φιλοσόφων οὐδὲν περαι‐ τέρω τῶν ὁρωμένων νενοηκότων, πρῶτος νοῦν ἔφησεν ἐφεστάναι τῷ κόσμῳ, καὶ τοῦτον εἰς τάξιν ἐκ τῆς ἀταξίας ἀγαγεῖν τὰ στοι‐ χεῖα· καὶ Πυθαγόρας δὲ ὁ Μνησάρχου ἀρχὴν τῶν πάντων ἔφησε τὴν μονάδα· κατὰ δὲ τὸν αὐτὸν χρόνον ἐγενέσθην Ἀναξαγόρας</w:t>
      </w:r>
    </w:p>
    <w:p>
      <w:r>
        <w:rPr>
          <w:rFonts w:ascii="Courier New" w:hAnsi="Courier New"/>
          <w:color w:val="555555"/>
          <w:sz w:val="20"/>
        </w:rPr>
        <w:t>[2 . 23]</w:t>
      </w:r>
    </w:p>
    <w:p>
      <w:r>
        <w:rPr>
          <w:rFonts w:ascii="Gentium Plus" w:hAnsi="Gentium Plus"/>
          <w:sz w:val="24"/>
        </w:rPr>
        <w:t>καὶ Πυθαγόρας. Ἀλλὰ τὴν Πυθαγόρου μὲν διατριβὴν ἡ γαμετὴ Θεανὼ διεδέξατο καὶ Τηλαύγης καὶ Μνήσαρχος οἱ τούτου παῖ‐ δες, Τηλαύγους δὲ Ἐμπεδοκλῆς ὁ Ἀκραγαντῖνος ἐγένετο φοι‐ τητής, τοῦ δ’ Ἀναξαγόρου Ἀρχέλαος, Ἀρχελάου δὲ Σωκράτης</w:t>
      </w:r>
    </w:p>
    <w:p>
      <w:r>
        <w:rPr>
          <w:rFonts w:ascii="Courier New" w:hAnsi="Courier New"/>
          <w:color w:val="555555"/>
          <w:sz w:val="20"/>
        </w:rPr>
        <w:t>[5]</w:t>
      </w:r>
    </w:p>
    <w:p>
      <w:r>
        <w:rPr>
          <w:rFonts w:ascii="Gentium Plus" w:hAnsi="Gentium Plus"/>
          <w:sz w:val="24"/>
        </w:rPr>
        <w:t>ὁ Ἀθηναῖος· καὶ Ἀναξαγόρας δὲ καὶ Πυθαγόρας εἰς Αἴγυπτον ἀφικόμενοι τοῖς Αἰγυπτίων καὶ Ἑβραίων αὐτόθι σοφοῖς ξυνεγε‐</w:t>
      </w:r>
    </w:p>
    <w:p>
      <w:r>
        <w:rPr>
          <w:rFonts w:ascii="Courier New" w:hAnsi="Courier New"/>
          <w:color w:val="555555"/>
          <w:sz w:val="20"/>
        </w:rPr>
        <w:t>[2 . 24]</w:t>
      </w:r>
    </w:p>
    <w:p>
      <w:r>
        <w:rPr>
          <w:rFonts w:ascii="Gentium Plus" w:hAnsi="Gentium Plus"/>
          <w:sz w:val="24"/>
        </w:rPr>
        <w:t>νέσθην καὶ τὴν περὶ τοῦ ὄντος ἠρανισάσθην γνῶσιν. Χρόνῳ δὲ ὕστερον καὶ ὁ Πλάτων τήνδε τὴν ἀποδημίαν ἐστείλατο· καὶ τοῦτο λέγει μὲν ἐν τοῖς Παραλλήλοις ὁ Πλούταρχος, λέγει δὲ καὶ Ξενοφῶν ὁ Γρύλλου, ἐν οἷς πρὸς τὸν Σωκρατικὸν Αἰσχίνην</w:t>
      </w:r>
    </w:p>
    <w:p>
      <w:r>
        <w:rPr>
          <w:rFonts w:ascii="Courier New" w:hAnsi="Courier New"/>
          <w:color w:val="555555"/>
          <w:sz w:val="20"/>
        </w:rPr>
        <w:t>[5]</w:t>
      </w:r>
    </w:p>
    <w:p>
      <w:r>
        <w:rPr>
          <w:rFonts w:ascii="Gentium Plus" w:hAnsi="Gentium Plus"/>
          <w:sz w:val="24"/>
        </w:rPr>
        <w:t>ἐπέστειλε· γράφει δὲ ὧδε· «Αἰγύπτου γὰρ ἠράσθησαν καὶ τῆς Πυθαγόρου τερατώδους σοφίας· ὧν τὸ περιττὸν καὶ μὴ μόνιμον ἐπὶ Σωκράτει διήλεγχεν ἔρως τυραννίδος, καὶ ἀντὶ διαίτης λιτῆς</w:t>
      </w:r>
    </w:p>
    <w:p>
      <w:r>
        <w:rPr>
          <w:rFonts w:ascii="Courier New" w:hAnsi="Courier New"/>
          <w:color w:val="555555"/>
          <w:sz w:val="20"/>
        </w:rPr>
        <w:t>[2 . 25]</w:t>
      </w:r>
    </w:p>
    <w:p>
      <w:r>
        <w:rPr>
          <w:rFonts w:ascii="Gentium Plus" w:hAnsi="Gentium Plus"/>
          <w:sz w:val="24"/>
        </w:rPr>
        <w:t>Σικελιῶτις γαστρὸς ἀμέτρου τράπεζα.» Τοιαῦτα περὶ τοῦ Πλά‐ τωνος ὁ Ξενοφῶν ἔγραψεν, ὅτι τῆς Σωκράτους διδασκαλίας ὑπερ‐ ιδών, τὴν τερατώδη Πυθαγόρου σοφίαν ἐζήλωσε καὶ Διονυσίῳ τῷ Σικελίας τυράννῳ ξυνῆν, Συρακουσίας ἀπολαύων χλιδῆς· ἔφη</w:t>
      </w:r>
    </w:p>
    <w:p>
      <w:r>
        <w:rPr>
          <w:rFonts w:ascii="Courier New" w:hAnsi="Courier New"/>
          <w:color w:val="555555"/>
          <w:sz w:val="20"/>
        </w:rPr>
        <w:t>[2 . 26]</w:t>
      </w:r>
    </w:p>
    <w:p>
      <w:r>
        <w:rPr>
          <w:rFonts w:ascii="Gentium Plus" w:hAnsi="Gentium Plus"/>
          <w:sz w:val="24"/>
        </w:rPr>
        <w:t>δὲ αὐτὸν καὶ τῆς Αἰγυπτίων ἐρασθῆναι σοφίας. Οὐκοῦν καὶ Πυ‐ θαγόρας καὶ Ἀναξαγόρας καὶ Πλάτων αἰνίγματά τινα περὶ τοῦ ὄντος παρ’ Αἰγυπτίων καὶ Ἑβραίων ξυνέλεξαν· τί δήποτ’ οὖν τούτοις μὲν οὐκ ἀκριβῶς τὰ θεῖα μεμαθηκόσι πιστεύετε, παρ’</w:t>
      </w:r>
    </w:p>
    <w:p>
      <w:r>
        <w:rPr>
          <w:rFonts w:ascii="Courier New" w:hAnsi="Courier New"/>
          <w:color w:val="555555"/>
          <w:sz w:val="20"/>
        </w:rPr>
        <w:t>[2 . 27]</w:t>
      </w:r>
    </w:p>
    <w:p>
      <w:r>
        <w:rPr>
          <w:rFonts w:ascii="Gentium Plus" w:hAnsi="Gentium Plus"/>
          <w:sz w:val="24"/>
        </w:rPr>
        <w:t>ὧν δὲ οὗτοι ταῦτά γε ἔμαθον, μαθεῖν οὐκ ἐθέλετε; Ὅτι γὰρ οἱ πρὸ τούτων γενόμενοι ποιηταὶ καὶ φιλόσοφοι πλέον τῶν ὁρωμέ‐ νων οὐδὲν ὑπέλαβον εἶναι, ὁ Πλάτων ἐν τῷ Κρατύλῳ δεδήλω‐ κεν· «Φαίνονται γάρ μοι» φησίν «οἱ πρῶτοι τῶν ἀνθρώπων</w:t>
      </w:r>
    </w:p>
    <w:p>
      <w:r>
        <w:rPr>
          <w:rFonts w:ascii="Courier New" w:hAnsi="Courier New"/>
          <w:color w:val="555555"/>
          <w:sz w:val="20"/>
        </w:rPr>
        <w:t>[5]</w:t>
      </w:r>
    </w:p>
    <w:p>
      <w:r>
        <w:rPr>
          <w:rFonts w:ascii="Gentium Plus" w:hAnsi="Gentium Plus"/>
          <w:sz w:val="24"/>
        </w:rPr>
        <w:t>περὶ τὴν Ἑλλάδα τούτους μόνους ἡγεῖσθαι θεούς, οὕσπερ νῦν οἱ πολλοὶ τῶν βαρβάρων, ἥλιον καὶ σελήνην καὶ γῆν καὶ ἄστρα καὶ οὐρανόν· ἅτε οὖν αὐτὰ ὁρῶντες ἰόντα δρόμῳ καὶ θέοντα, ἀπὸ ταύτης τῆς φύσεως, τῆς τοῦ θεῖν, θεοὺς αὐτοὺς ἐπονομάσαι.»</w:t>
      </w:r>
    </w:p>
    <w:p>
      <w:r>
        <w:rPr>
          <w:rFonts w:ascii="Courier New" w:hAnsi="Courier New"/>
          <w:color w:val="555555"/>
          <w:sz w:val="20"/>
        </w:rPr>
        <w:t>[2 . 28]</w:t>
      </w:r>
    </w:p>
    <w:p>
      <w:r>
        <w:rPr>
          <w:rFonts w:ascii="Gentium Plus" w:hAnsi="Gentium Plus"/>
          <w:sz w:val="24"/>
        </w:rPr>
        <w:t>Καὶ Ὅμηρος δὲ καὶ Ἡσίοδος παντάπασι τὸν τοῦ παντὸς ἠγνόη‐</w:t>
      </w:r>
    </w:p>
    <w:p>
      <w:r>
        <w:rPr>
          <w:rFonts w:ascii="Courier New" w:hAnsi="Courier New"/>
          <w:color w:val="555555"/>
          <w:sz w:val="20"/>
        </w:rPr>
        <w:t>[5]</w:t>
      </w:r>
    </w:p>
    <w:p>
      <w:r>
        <w:rPr>
          <w:rFonts w:ascii="Gentium Plus" w:hAnsi="Gentium Plus"/>
          <w:sz w:val="24"/>
        </w:rPr>
        <w:t>τοὺς ἀδελφούς, ἐκ δὲ Κρόνου καὶ Ῥέας τὸν Δία καὶ τὴν Ἥραν</w:t>
      </w:r>
    </w:p>
    <w:p>
      <w:r>
        <w:rPr>
          <w:rFonts w:ascii="Courier New" w:hAnsi="Courier New"/>
          <w:color w:val="555555"/>
          <w:sz w:val="20"/>
        </w:rPr>
        <w:t>[2 . 29]</w:t>
      </w:r>
    </w:p>
    <w:p>
      <w:r>
        <w:rPr>
          <w:rFonts w:ascii="Gentium Plus" w:hAnsi="Gentium Plus"/>
          <w:sz w:val="24"/>
        </w:rPr>
        <w:t>καὶ Ποσειδῶνα καὶ Πλούτωνα. Ὁ δὲ Ὅμηρος τὸν Ὠκεανόν φησι «θεῶν γένεσιν καὶ μητέρα Τηθύν·» καὶ ὃν θεῶν καὶ ἀνδρῶν ὀνομάζει πατέρα, ὡς ἐκ Κρόνου γεγενημένον, Κρονίδην ἀποκα‐ λεῖ. Πολλῷ οὖν ἄρα καὶ οὗτοι δεδουλεύκασι πλάνῳ. Ἀλλ’ ὅμως</w:t>
      </w:r>
    </w:p>
    <w:p>
      <w:r>
        <w:rPr>
          <w:rFonts w:ascii="Courier New" w:hAnsi="Courier New"/>
          <w:color w:val="555555"/>
          <w:sz w:val="20"/>
        </w:rPr>
        <w:t>[5]</w:t>
      </w:r>
    </w:p>
    <w:p>
      <w:r>
        <w:rPr>
          <w:rFonts w:ascii="Gentium Plus" w:hAnsi="Gentium Plus"/>
          <w:sz w:val="24"/>
        </w:rPr>
        <w:t>καὶ τοῦτο εὖ μάλα ὁ Πλάτων εἰδώς, πιστεύειν αὐτοῖς που παρ‐ εγγυᾷ τὰ τοιαῦτα μυθολογοῦσι, καὶ ἄνευ εἰκότων καὶ ἀληθῶν</w:t>
      </w:r>
    </w:p>
    <w:p>
      <w:r>
        <w:rPr>
          <w:rFonts w:ascii="Courier New" w:hAnsi="Courier New"/>
          <w:color w:val="555555"/>
          <w:sz w:val="20"/>
        </w:rPr>
        <w:t>[2 . 30]</w:t>
      </w:r>
    </w:p>
    <w:p>
      <w:r>
        <w:rPr>
          <w:rFonts w:ascii="Gentium Plus" w:hAnsi="Gentium Plus"/>
          <w:sz w:val="24"/>
        </w:rPr>
        <w:t>ἀποδείξεων λέγουσιν. Καὶ ἀλλαχοῦ δὲ ὁ Πλάτων φησίν· «Κοῦ‐ φον γάρ τι χρῆμα καὶ ἱερὸν ποιητὴς καὶ οὐχ οἷός τε ποιεῖν, πρὶν ἂν ἔνθεος καὶ ἔκφρων γένηται.» Ὁ δὲ Ὀδρύσης Ὀρφεύς, καὶ αὐτὸς εἰς Αἴγυπτον ἀφικόμενος, τὰ περὶ τοῦ ὄντος οὕτω πως</w:t>
      </w:r>
    </w:p>
    <w:p>
      <w:r>
        <w:rPr>
          <w:rFonts w:ascii="Courier New" w:hAnsi="Courier New"/>
          <w:color w:val="555555"/>
          <w:sz w:val="20"/>
        </w:rPr>
        <w:t>[5]</w:t>
      </w:r>
    </w:p>
    <w:p>
      <w:r>
        <w:rPr>
          <w:rFonts w:ascii="Gentium Plus" w:hAnsi="Gentium Plus"/>
          <w:sz w:val="24"/>
        </w:rPr>
        <w:t>μεμάθηκε καὶ βοᾷ· Εἷς ἔστ’ αὐτοτελής, αὐτοῦ δ’ ὑπὸ πάντα τελεῖται· ἐν δ’ αὐτοῖς αὐτὸς περινίσσεται, οὐδέ τις αὐτὸν εἰσοράᾳ θνητῶν, αὐτὸς δέ γε πάντας ὁρᾶται. Αὐτὸν δ’ οὐχ ὁρόω· περὶ γὰρ νέφος ἐστήρικται·</w:t>
      </w:r>
    </w:p>
    <w:p>
      <w:r>
        <w:rPr>
          <w:rFonts w:ascii="Courier New" w:hAnsi="Courier New"/>
          <w:color w:val="555555"/>
          <w:sz w:val="20"/>
        </w:rPr>
        <w:t>[10]</w:t>
      </w:r>
    </w:p>
    <w:p>
      <w:r>
        <w:rPr>
          <w:rFonts w:ascii="Gentium Plus" w:hAnsi="Gentium Plus"/>
          <w:sz w:val="24"/>
        </w:rPr>
        <w:t>πᾶσι γὰρ θνητοῖς θνηταὶ κόραι εἰσὶν ἐν ὄσσοις,</w:t>
      </w:r>
    </w:p>
    <w:p>
      <w:r>
        <w:rPr>
          <w:rFonts w:ascii="Courier New" w:hAnsi="Courier New"/>
          <w:color w:val="555555"/>
          <w:sz w:val="20"/>
        </w:rPr>
        <w:t>[2 . 31]</w:t>
      </w:r>
    </w:p>
    <w:p>
      <w:r>
        <w:rPr>
          <w:rFonts w:ascii="Gentium Plus" w:hAnsi="Gentium Plus"/>
          <w:sz w:val="24"/>
        </w:rPr>
        <w:t>Καὶ πάλιν· Αὐτὸς δ’ αὖ μέγαν αὖτις ἐπ’ οὐρανὸν ἐστήρικται χρυσέῳ ἐνὶ θρόνῳ, γαίη δ’ ὑπὸ ποσσὶ βέβηκε· χεῖρα δὲ δεξιτερὴν περὶ τέρμασιν Ὠκεανοῖο</w:t>
      </w:r>
    </w:p>
    <w:p>
      <w:r>
        <w:rPr>
          <w:rFonts w:ascii="Courier New" w:hAnsi="Courier New"/>
          <w:color w:val="555555"/>
          <w:sz w:val="20"/>
        </w:rPr>
        <w:t>[5]</w:t>
      </w:r>
    </w:p>
    <w:p>
      <w:r>
        <w:rPr>
          <w:rFonts w:ascii="Gentium Plus" w:hAnsi="Gentium Plus"/>
          <w:sz w:val="24"/>
        </w:rPr>
        <w:t>ἐκτέτακεν· ὀρέων δὲ τρέμει βάσις ἔνδοθι θυμῷ· οὐδὲ φέρειν δύναται κρατερὸν μένος· ἔστι δὲ πάντῃ αὐτὸς ἐπουράνιος καὶ ἐπὶ χθονὶ πάντα τελευτᾷ, ἀρχὴν αὐτὸς ἔχων καὶ μέσσον ἠδὲ τελευτήν.</w:t>
      </w:r>
    </w:p>
    <w:p>
      <w:r>
        <w:rPr>
          <w:rFonts w:ascii="Courier New" w:hAnsi="Courier New"/>
          <w:color w:val="555555"/>
          <w:sz w:val="20"/>
        </w:rPr>
        <w:t>[2 . 32]</w:t>
      </w:r>
    </w:p>
    <w:p>
      <w:r>
        <w:rPr>
          <w:rFonts w:ascii="Gentium Plus" w:hAnsi="Gentium Plus"/>
          <w:sz w:val="24"/>
        </w:rPr>
        <w:t>Ἀλλ’ ὅμως καὶ ταῦτα παρ’ Αἰγυπτίων μεμαθηκώς, οἳ παρ’ Ἑβραίων μαθήματά τινα τῆς ἀληθείας παρέλαβον, παρέμιξε τοῦ πλάνου τῇ θεολογίᾳ τινὰ καὶ τῶν Διονυσίων καὶ Θεσμοφορίων τὰ δυσαγῆ παραδέδωκεν ὄργια, καὶ οἷόν τινι μέλιτι περιχρίσας</w:t>
      </w:r>
    </w:p>
    <w:p>
      <w:r>
        <w:rPr>
          <w:rFonts w:ascii="Courier New" w:hAnsi="Courier New"/>
          <w:color w:val="555555"/>
          <w:sz w:val="20"/>
        </w:rPr>
        <w:t>[5]</w:t>
      </w:r>
    </w:p>
    <w:p>
      <w:r>
        <w:rPr>
          <w:rFonts w:ascii="Gentium Plus" w:hAnsi="Gentium Plus"/>
          <w:sz w:val="24"/>
        </w:rPr>
        <w:t>τὴν κύλικα, τὸ δηλητήριον πόμα τοῖς ἐξαπατωμένοις προσφέρει.</w:t>
      </w:r>
    </w:p>
    <w:p>
      <w:r>
        <w:rPr>
          <w:rFonts w:ascii="Courier New" w:hAnsi="Courier New"/>
          <w:color w:val="555555"/>
          <w:sz w:val="20"/>
        </w:rPr>
        <w:t>[2 . 33]</w:t>
      </w:r>
    </w:p>
    <w:p>
      <w:r>
        <w:rPr>
          <w:rFonts w:ascii="Gentium Plus" w:hAnsi="Gentium Plus"/>
          <w:sz w:val="24"/>
        </w:rPr>
        <w:t>Ταὐτὸ δὲ τοῦτο καὶ Πλάτων πεποίηκεν· ἀξιάγαστα γὰρ αὐτοῦ τῷ ὄντι τὰ περὶ τοῦ ὄντος ἐν τῷ Τιμαίῳ ξυγγεγραμμένα. Τίς γὰρ οὐκ ἂν ἀγασθείη λέγοντος ἀκούων; «Τί τὸ ὂν ἀεί, γένεσιν δὲ οὐκ ἔχον; καὶ τί τὸ γινόμενον μὲν ἀεί, ὂν δὲ οὐδέποτε; τὸ</w:t>
      </w:r>
    </w:p>
    <w:p>
      <w:r>
        <w:rPr>
          <w:rFonts w:ascii="Courier New" w:hAnsi="Courier New"/>
          <w:color w:val="555555"/>
          <w:sz w:val="20"/>
        </w:rPr>
        <w:t>[5]</w:t>
      </w:r>
    </w:p>
    <w:p>
      <w:r>
        <w:rPr>
          <w:rFonts w:ascii="Gentium Plus" w:hAnsi="Gentium Plus"/>
          <w:sz w:val="24"/>
        </w:rPr>
        <w:t>μὲν δὴ νοήσει μετὰ λόγου περιληπτὸν ἀεὶ κατὰ τὸ αὐτὸ ὄν, τὸ δὲ</w:t>
      </w:r>
    </w:p>
    <w:p>
      <w:r>
        <w:rPr>
          <w:rFonts w:ascii="Courier New" w:hAnsi="Courier New"/>
          <w:color w:val="555555"/>
          <w:sz w:val="20"/>
        </w:rPr>
        <w:t>[2 . 34]</w:t>
      </w:r>
    </w:p>
    <w:p>
      <w:r>
        <w:rPr>
          <w:rFonts w:ascii="Gentium Plus" w:hAnsi="Gentium Plus"/>
          <w:sz w:val="24"/>
        </w:rPr>
        <w:t>οὐδέποτε ὄν.» Προστίθησι δὲ καὶ τάδε τοῖς εἰρημένοις· «Ταῦτα γὰρ πάντα μέρος χρόνου, τὸ ἦν καὶ ἔσται, ἃ δὴ φέροντες λαν‐ θάνομεν ἐπὶ τὴν ἀΐδιον οὐσίαν οὐκ ὀρθῶς. Λέγομεν γὰρ δή, ὡς ἦν ἔστι τε καὶ ἔσται, τῇ δὲ τὸ ἔστι μόνον κατὰ τὸν ἀληθῆ λόγον</w:t>
      </w:r>
    </w:p>
    <w:p>
      <w:r>
        <w:rPr>
          <w:rFonts w:ascii="Courier New" w:hAnsi="Courier New"/>
          <w:color w:val="555555"/>
          <w:sz w:val="20"/>
        </w:rPr>
        <w:t>[5]</w:t>
      </w:r>
    </w:p>
    <w:p>
      <w:r>
        <w:rPr>
          <w:rFonts w:ascii="Gentium Plus" w:hAnsi="Gentium Plus"/>
          <w:sz w:val="24"/>
        </w:rPr>
        <w:t>προσήκει, τὸ δὲ ἦν καὶ τὸ ἔσται περὶ τὴν ἐν χρόνῳ γένεσιν οὖσαν πρέπει λέγεσθαι· τὸ δὲ ἀεὶ καὶ κατὰ τὰ αὐτὰ ἔχον ἀκινήτως</w:t>
      </w:r>
    </w:p>
    <w:p>
      <w:r>
        <w:rPr>
          <w:rFonts w:ascii="Courier New" w:hAnsi="Courier New"/>
          <w:color w:val="555555"/>
          <w:sz w:val="20"/>
        </w:rPr>
        <w:t>[2 . 35]</w:t>
      </w:r>
    </w:p>
    <w:p>
      <w:r>
        <w:rPr>
          <w:rFonts w:ascii="Gentium Plus" w:hAnsi="Gentium Plus"/>
          <w:sz w:val="24"/>
        </w:rPr>
        <w:t>οὔτε πρεσβύτερον οὔτε νεώτερον προσήκει γίνεσθαι.» Τίς οὖν οὕτω φιλαίτιος καὶ μεμψίμοιρος, ὡς νεμεσῆσαι τοῖς εἰρημένοις καὶ μὴ πᾶσαν αὐτοῖς προσμαρτυρῆσαι ἀλήθειαν; Τὸ γὰρ ὂν ἀεὶ γενέσεώς ἐστιν ἁπάσης ὑπέρτερον, τὸ δὲ γινόμενον, ἀλλοιώσεις</w:t>
      </w:r>
    </w:p>
    <w:p>
      <w:r>
        <w:rPr>
          <w:rFonts w:ascii="Courier New" w:hAnsi="Courier New"/>
          <w:color w:val="555555"/>
          <w:sz w:val="20"/>
        </w:rPr>
        <w:t>[5]</w:t>
      </w:r>
    </w:p>
    <w:p>
      <w:r>
        <w:rPr>
          <w:rFonts w:ascii="Gentium Plus" w:hAnsi="Gentium Plus"/>
          <w:sz w:val="24"/>
        </w:rPr>
        <w:t>παμπόλλους ἐπιδεχόμενον, εἰκότως ἔφη οὐδέποτε εἶναι· τὸ γάρ τοι ἔμβρυον, γενόμενον βρέφος, οὐκέτι ἄρα ἐστὶν ἔμβρυον, ἀλλὰ βρέφος, καὶ αὖ πάλιν τὸ βρέφος, παιδίον γενόμενον, οὐκέτι προσ‐ αγορεύεται βρέφος· οὕτω τὸ παιδίον τὴν τοῦ μειρακίου προσλα‐ βὸν ἡλικίαν, τοῦτο καλεῖται, ὅπερ ἐγένετο, καὶ ὅταν πάλιν εἰς</w:t>
      </w:r>
    </w:p>
    <w:p>
      <w:r>
        <w:rPr>
          <w:rFonts w:ascii="Courier New" w:hAnsi="Courier New"/>
          <w:color w:val="555555"/>
          <w:sz w:val="20"/>
        </w:rPr>
        <w:t>[10]</w:t>
      </w:r>
    </w:p>
    <w:p>
      <w:r>
        <w:rPr>
          <w:rFonts w:ascii="Gentium Plus" w:hAnsi="Gentium Plus"/>
          <w:sz w:val="24"/>
        </w:rPr>
        <w:t>ἄνδρας τελέσῃ, οὐκέτι μειράκιον, ἀλλ’ ἀνὴρ ὀνομάζεται, καὶ πρεσβύτης δὲ γεγονώς, τοῦτο αὖ πάλιν προσαγορεύεται, ὅπερ δὴ</w:t>
      </w:r>
    </w:p>
    <w:p>
      <w:r>
        <w:rPr>
          <w:rFonts w:ascii="Courier New" w:hAnsi="Courier New"/>
          <w:color w:val="555555"/>
          <w:sz w:val="20"/>
        </w:rPr>
        <w:t>[2 . 36]</w:t>
      </w:r>
    </w:p>
    <w:p>
      <w:r>
        <w:rPr>
          <w:rFonts w:ascii="Gentium Plus" w:hAnsi="Gentium Plus"/>
          <w:sz w:val="24"/>
        </w:rPr>
        <w:t>καὶ ἐγένετο. Εἰκότως οὖν ἄρα οὐκ ὄντα ὠνόμασε τὰ γινόμενά τε καὶ ἀλλοιούμενα. Καὶ τῷ Κρίτωνι δὲ διαλεγόμενος ὁ Σωκράτης ἕνα πάντων ὀπτῆρά φησιν· λέγει δὲ ταῦτα· «Καὶ δὴ καὶ περὶ τῶν δικαίων τε καὶ ἀδίκων καὶ αἰσχρῶν καὶ καλῶν καὶ κακῶν καὶ</w:t>
      </w:r>
    </w:p>
    <w:p>
      <w:r>
        <w:rPr>
          <w:rFonts w:ascii="Courier New" w:hAnsi="Courier New"/>
          <w:color w:val="555555"/>
          <w:sz w:val="20"/>
        </w:rPr>
        <w:t>[5]</w:t>
      </w:r>
    </w:p>
    <w:p>
      <w:r>
        <w:rPr>
          <w:rFonts w:ascii="Gentium Plus" w:hAnsi="Gentium Plus"/>
          <w:sz w:val="24"/>
        </w:rPr>
        <w:t>ἀγαθῶν, περὶ ὧν νῦν ἡ βουλὴ ἡμῖν ἐστι, πότερον τῇ τῶν πολλῶν δόξῃ δεῖ ἡμᾶς πείθεσθαι καὶ φοβεῖσθαι αὐτήν, ἢ τῇ τοῦ ἑνός, εἴ τίς ἐστιν ἐπαΐων, ὃν δεῖ καὶ αἰσχύνεσθαι καὶ φοβεῖσθαι μᾶλλον ἢ ξύμπαντας τοὺς ἄλλους; Ὧι εἰ μὴ ἀκολουθήσομεν, διαφθεροῦμεν ἐκεῖνο καὶ λωβησόμεθα, ὃ τῷ μὲν δικαίῳ βέλτιον ἐγίνετο, τῷ δὲ</w:t>
      </w:r>
    </w:p>
    <w:p>
      <w:r>
        <w:rPr>
          <w:rFonts w:ascii="Courier New" w:hAnsi="Courier New"/>
          <w:color w:val="555555"/>
          <w:sz w:val="20"/>
        </w:rPr>
        <w:t>[2 . 37]</w:t>
      </w:r>
    </w:p>
    <w:p>
      <w:r>
        <w:rPr>
          <w:rFonts w:ascii="Gentium Plus" w:hAnsi="Gentium Plus"/>
          <w:sz w:val="24"/>
        </w:rPr>
        <w:t>ἀδίκῳ ἀπώλλυτο.» Καὶ μετ’ ὀλίγα πάλιν· «Οὐκ ἄρα γε, ὦ βέλτιστε, πάνυ ἡμῖν οὕτω φροντιστέον τί ἐροῦσιν οἱ πολλοὶ ἡμᾶς, ἀλλ’ ὅ τι ὁ ἐπαΐων τῶν δικαίων καὶ ἀδίκων, ὁ εἷς καὶ αὐτὴν ἡ ἀλήθεια.»</w:t>
      </w:r>
    </w:p>
    <w:p>
      <w:r>
        <w:rPr>
          <w:rFonts w:ascii="Courier New" w:hAnsi="Courier New"/>
          <w:color w:val="555555"/>
          <w:sz w:val="20"/>
        </w:rPr>
        <w:t>[2 . 38]</w:t>
      </w:r>
    </w:p>
    <w:p>
      <w:r>
        <w:rPr>
          <w:rFonts w:ascii="Gentium Plus" w:hAnsi="Gentium Plus"/>
          <w:sz w:val="24"/>
        </w:rPr>
        <w:t>Ὁρᾶτε, ὦ ἄνδρες, ὅπως ἐν τούτοις ὁ Πλάτων καὶ ὁ Σωκρά‐ της τὸν τῶν οὐκ ὄντων θεῶν ἐξήλασεν ὁρμαθὸν καὶ μόνον τῶν ὅλων τὸν πρύτανιν αἰδεῖσθαι καὶ φοβεῖσθαι παρεκελεύσατο, διδά‐ σκων ὡς, εἴποτε πλειόνων ἐμνήσθη θεῶν, διὰ τὸν ἐξηπατημένον</w:t>
      </w:r>
    </w:p>
    <w:p>
      <w:r>
        <w:rPr>
          <w:rFonts w:ascii="Courier New" w:hAnsi="Courier New"/>
          <w:color w:val="555555"/>
          <w:sz w:val="20"/>
        </w:rPr>
        <w:t>[2 . 39]</w:t>
      </w:r>
    </w:p>
    <w:p>
      <w:r>
        <w:rPr>
          <w:rFonts w:ascii="Gentium Plus" w:hAnsi="Gentium Plus"/>
          <w:sz w:val="24"/>
        </w:rPr>
        <w:t>τῶν Ἀθηναίων ὅμιλον τοῦτο ποιῆσαι προσηναγκάσθη. Εἰ γὰρ δὴ καὶ ταῦτα δεδρακὼς ὁ Σωκράτης οὐ διέφυγε τὴν τοῦ κωνείου φιάλην, τί οὐκ ἂν ἔπαθεν, εἰ προφανῶς ἠρνήθη τὸν πολὺν ἐσμὸν τῶν θεῶν; καὶ τοῦτο δῆλον ὁ Πλάτων πεποίηκεν, ἐν οἷς πρὸς</w:t>
      </w:r>
    </w:p>
    <w:p>
      <w:r>
        <w:rPr>
          <w:rFonts w:ascii="Courier New" w:hAnsi="Courier New"/>
          <w:color w:val="555555"/>
          <w:sz w:val="20"/>
        </w:rPr>
        <w:t>[2 . 40]</w:t>
      </w:r>
    </w:p>
    <w:p>
      <w:r>
        <w:rPr>
          <w:rFonts w:ascii="Gentium Plus" w:hAnsi="Gentium Plus"/>
          <w:sz w:val="24"/>
        </w:rPr>
        <w:t>Διονύσιον ἔγραψεν. Πρὸς γὰρ αὖ πολλοῖς ἑτέροις καὶ ταῦτα προστέθεικεν· «Περὶ δὲ δὴ τοῦ ξυμβόλου τοῦ περὶ τὰς ἐπιστο‐ λάς, ὅσας τε ἐπιστέλλω σπουδῇ καὶ ὅσας μή, οἶμαι μέν σε με‐ μνῆσθαι, ὅμως δὲ νόει καὶ πρόσεχε τὸν νοῦν· πολλοὶ γὰρ, οἱ</w:t>
      </w:r>
    </w:p>
    <w:p>
      <w:r>
        <w:rPr>
          <w:rFonts w:ascii="Courier New" w:hAnsi="Courier New"/>
          <w:color w:val="555555"/>
          <w:sz w:val="20"/>
        </w:rPr>
        <w:t>[5]</w:t>
      </w:r>
    </w:p>
    <w:p>
      <w:r>
        <w:rPr>
          <w:rFonts w:ascii="Gentium Plus" w:hAnsi="Gentium Plus"/>
          <w:sz w:val="24"/>
        </w:rPr>
        <w:t>κελεύοντες γράφειν, οὓς οὐ ῥᾴδιον φανερῶς διωθεῖσθαι. Τῆς μὲν</w:t>
      </w:r>
    </w:p>
    <w:p>
      <w:r>
        <w:rPr>
          <w:rFonts w:ascii="Courier New" w:hAnsi="Courier New"/>
          <w:color w:val="555555"/>
          <w:sz w:val="20"/>
        </w:rPr>
        <w:t>[2 . 41]</w:t>
      </w:r>
    </w:p>
    <w:p>
      <w:r>
        <w:rPr>
          <w:rFonts w:ascii="Gentium Plus" w:hAnsi="Gentium Plus"/>
          <w:sz w:val="24"/>
        </w:rPr>
        <w:t>οὖν σπουδαίας ἐπιστολῆς θεὸς ἀρχή, θεοὶ δὲ τῆς ἧττον.» Πῶς ἄν</w:t>
      </w:r>
    </w:p>
    <w:p>
      <w:r>
        <w:rPr>
          <w:rFonts w:ascii="Courier New" w:hAnsi="Courier New"/>
          <w:color w:val="555555"/>
          <w:sz w:val="20"/>
        </w:rPr>
        <w:t>[5]</w:t>
      </w:r>
    </w:p>
    <w:p>
      <w:r>
        <w:rPr>
          <w:rFonts w:ascii="Gentium Plus" w:hAnsi="Gentium Plus"/>
          <w:sz w:val="24"/>
        </w:rPr>
        <w:t>τοῦ Θεοῦ τίθημι, τὰς ἐξηπατημένας προλήψεις τῶν πολιτῶν ὑφορώμενος· σπουδαίως γὰρ ἐπιστέλλων καὶ θαρρῶν τῷ τε κομί‐ ζοντι καὶ τῷ δεχομένῳ τὰ γράμματα, ἑνικῶς τὸν Θεὸν ὀνομάζω</w:t>
      </w:r>
    </w:p>
    <w:p>
      <w:r>
        <w:rPr>
          <w:rFonts w:ascii="Courier New" w:hAnsi="Courier New"/>
          <w:color w:val="555555"/>
          <w:sz w:val="20"/>
        </w:rPr>
        <w:t>[2 . 42]</w:t>
      </w:r>
    </w:p>
    <w:p>
      <w:r>
        <w:rPr>
          <w:rFonts w:ascii="Gentium Plus" w:hAnsi="Gentium Plus"/>
          <w:sz w:val="24"/>
        </w:rPr>
        <w:t>καὶ τοῦτον ἀρχὴν ποιοῦμαι τῶν λόγων. Καὶ ἑτέρωθι δὲ περὶ τοῦ ὄντος τοιάδε γέγραφεν· «Τὸν γὰρ πατέρα καὶ ποιητὴν τοῦδε τοῦ παντὸς εὑρεῖν τε ἔργον καὶ εὑρόντα εἰς πάντας ἐξειπεῖν ἀδύ‐ νατον· ῥητὸν γὰρ οὐδαμῶς ἐστιν ὡς ἄλλα μαθήματα.» Ἀλλ’ ὅ</w:t>
      </w:r>
    </w:p>
    <w:p>
      <w:r>
        <w:rPr>
          <w:rFonts w:ascii="Courier New" w:hAnsi="Courier New"/>
          <w:color w:val="555555"/>
          <w:sz w:val="20"/>
        </w:rPr>
        <w:t>[5]</w:t>
      </w:r>
    </w:p>
    <w:p>
      <w:r>
        <w:rPr>
          <w:rFonts w:ascii="Gentium Plus" w:hAnsi="Gentium Plus"/>
          <w:sz w:val="24"/>
        </w:rPr>
        <w:t>γε ἐν τούτοις ἀκριβῶς οὕτω θεολογήσας, ἐν ἄλλοις, ἢ τοὺς πολ‐ λοὺς ὀρρωδήσας ἢ τῷ ὄντι γε ἀγνοήσας, πολλῶν ἐποιήσατο μνήμην θεῶν καὶ πολλὴν ἐνεργάζεται τοῖς ἐντυγχάνουσι λώβην.</w:t>
      </w:r>
    </w:p>
    <w:p>
      <w:r>
        <w:rPr>
          <w:rFonts w:ascii="Courier New" w:hAnsi="Courier New"/>
          <w:color w:val="555555"/>
          <w:sz w:val="20"/>
        </w:rPr>
        <w:t>[2 . 43]</w:t>
      </w:r>
    </w:p>
    <w:p>
      <w:r>
        <w:rPr>
          <w:rFonts w:ascii="Gentium Plus" w:hAnsi="Gentium Plus"/>
          <w:sz w:val="24"/>
        </w:rPr>
        <w:t>Ἀνθ’ ὅτου δὴ οὖν, ὦ φίλοι, τὸ θολερὸν καὶ γεῶδες ἀρυόμεθα νᾶμα, καὶ μὴ τὴν πηγὴν ἐκείνην ζητοῦμεν τὴν διαυγῆ καὶ δια‐ φανῆ, ἐξ ἧς οὗτος λαβὼν τῆς θεολογίας τὰς ἀφορμάς, τὸ ἰλυῶδες αὐτοῖς καὶ γεῶδες ἀνέμιξεν; ἢ ἀγνοεῖτε, ὅτι Μωϋσῆς τῶν Ἰου‐</w:t>
      </w:r>
    </w:p>
    <w:p>
      <w:r>
        <w:rPr>
          <w:rFonts w:ascii="Courier New" w:hAnsi="Courier New"/>
          <w:color w:val="555555"/>
          <w:sz w:val="20"/>
        </w:rPr>
        <w:t>[5]</w:t>
      </w:r>
    </w:p>
    <w:p>
      <w:r>
        <w:rPr>
          <w:rFonts w:ascii="Gentium Plus" w:hAnsi="Gentium Plus"/>
          <w:sz w:val="24"/>
        </w:rPr>
        <w:t>δαίων ὁ νομοθέτης πάντων ἐστὶ τῶν ὑμετέρων ποιητῶν καὶ ξυγ‐ γραφέων καὶ φιλοσόφων πρεσβύτατος; Εἰ δ’ ἔτι καὶ νῦν ἐνδοιάζετε</w:t>
      </w:r>
    </w:p>
    <w:p>
      <w:r>
        <w:rPr>
          <w:rFonts w:ascii="Courier New" w:hAnsi="Courier New"/>
          <w:color w:val="555555"/>
          <w:sz w:val="20"/>
        </w:rPr>
        <w:t>[10]</w:t>
      </w:r>
    </w:p>
    <w:p>
      <w:r>
        <w:rPr>
          <w:rFonts w:ascii="Gentium Plus" w:hAnsi="Gentium Plus"/>
          <w:sz w:val="24"/>
        </w:rPr>
        <w:t>ταν. Ἀκούσατε οὖν αὐτοῦ ταῦτα λέγοντος, ἐν οἷς καθ’ ἡμῶν</w:t>
      </w:r>
    </w:p>
    <w:p>
      <w:r>
        <w:rPr>
          <w:rFonts w:ascii="Courier New" w:hAnsi="Courier New"/>
          <w:color w:val="555555"/>
          <w:sz w:val="20"/>
        </w:rPr>
        <w:t>[2 . 44]</w:t>
      </w:r>
    </w:p>
    <w:p>
      <w:r>
        <w:rPr>
          <w:rFonts w:ascii="Gentium Plus" w:hAnsi="Gentium Plus"/>
          <w:sz w:val="24"/>
        </w:rPr>
        <w:t>ξυγγέγραφεν· «Ἱστορεῖ δὲ τὰ περὶ Ἰουδαίων ἀληθέστατα, ὅτι καὶ τοῖς τόποις καὶ τοῖς ὀνόμασιν αὐτῶν τὰ ξυμφωνότατα, Σαγχωνιάθων ὁ Βηρύτιος, εἰληφὼς τὰ ὑπομνήματα παρὰ Ἱερομ‐ βάλου τοῦ ἱερέως τοῦ θεοῦ Ἰαώ, ὃς Ἀβεμβάλῳ τῷ βασιλεῖ</w:t>
      </w:r>
    </w:p>
    <w:p>
      <w:r>
        <w:rPr>
          <w:rFonts w:ascii="Courier New" w:hAnsi="Courier New"/>
          <w:color w:val="555555"/>
          <w:sz w:val="20"/>
        </w:rPr>
        <w:t>[5]</w:t>
      </w:r>
    </w:p>
    <w:p>
      <w:r>
        <w:rPr>
          <w:rFonts w:ascii="Gentium Plus" w:hAnsi="Gentium Plus"/>
          <w:sz w:val="24"/>
        </w:rPr>
        <w:t>Βηρυτίων τὴν ἱστορίαν ἀναθείς, ὑπ’ ἐκείνου καὶ τῶν κατ’ ἐκεῖνον</w:t>
      </w:r>
    </w:p>
    <w:p>
      <w:r>
        <w:rPr>
          <w:rFonts w:ascii="Courier New" w:hAnsi="Courier New"/>
          <w:color w:val="555555"/>
          <w:sz w:val="20"/>
        </w:rPr>
        <w:t>[2 . 45]</w:t>
      </w:r>
    </w:p>
    <w:p>
      <w:r>
        <w:rPr>
          <w:rFonts w:ascii="Gentium Plus" w:hAnsi="Gentium Plus"/>
          <w:sz w:val="24"/>
        </w:rPr>
        <w:t>ἐξεταστῶν τῆς ἀληθείας παρεδέχθη. Οἱ δὲ τούτων χρόνοι καὶ πρὸ τῶν Τρωϊκῶν πίπτουσι χρόνων καὶ σχεδὸν καὶ τοῖς Μωϋσέως πελάζουσιν, ὡς αἱ τῶν Φοινίκης βασιλέων μηνύουσι διαδοχαί. Σαγχωνιάθων δέ, ὁ κατὰ τὴν Φοινίκων διάλεκτον φιλαλήθης,</w:t>
      </w:r>
    </w:p>
    <w:p>
      <w:r>
        <w:rPr>
          <w:rFonts w:ascii="Courier New" w:hAnsi="Courier New"/>
          <w:color w:val="555555"/>
          <w:sz w:val="20"/>
        </w:rPr>
        <w:t>[5]</w:t>
      </w:r>
    </w:p>
    <w:p>
      <w:r>
        <w:rPr>
          <w:rFonts w:ascii="Gentium Plus" w:hAnsi="Gentium Plus"/>
          <w:sz w:val="24"/>
        </w:rPr>
        <w:t>πᾶσαν τὴν παλαιὰν ἱστορίαν ἐκ τῶν κατὰ πόλιν ὑπομνημάτων καὶ τῶν ἐν τοῖς ἱεροῖς γραφῶν ξυναγαγὼν καὶ ξυγγράψας, ἐπὶ Σεμι‐</w:t>
      </w:r>
    </w:p>
    <w:p>
      <w:r>
        <w:rPr>
          <w:rFonts w:ascii="Courier New" w:hAnsi="Courier New"/>
          <w:color w:val="555555"/>
          <w:sz w:val="20"/>
        </w:rPr>
        <w:t>[2 . 46]</w:t>
      </w:r>
    </w:p>
    <w:p>
      <w:r>
        <w:rPr>
          <w:rFonts w:ascii="Gentium Plus" w:hAnsi="Gentium Plus"/>
          <w:sz w:val="24"/>
        </w:rPr>
        <w:t>ράμεως γέγονε τῆς Ἀσσυρίων βασιλίδος.» Ἐντεῦθεν ἔστι σαφῶς</w:t>
      </w:r>
    </w:p>
    <w:p>
      <w:r>
        <w:rPr>
          <w:rFonts w:ascii="Courier New" w:hAnsi="Courier New"/>
          <w:color w:val="555555"/>
          <w:sz w:val="20"/>
        </w:rPr>
        <w:t>[5]</w:t>
      </w:r>
    </w:p>
    <w:p>
      <w:r>
        <w:rPr>
          <w:rFonts w:ascii="Gentium Plus" w:hAnsi="Gentium Plus"/>
          <w:sz w:val="24"/>
        </w:rPr>
        <w:t>Σαγχωνιάθων τὰ πολλῷ χρόνῳ πρεσβύτερα—, Μωϋσῆς δὲ Ἰουδαίων νομοθέτης ἐγένετο, πολλοῖς ἄρα ἔτεσι Σαγχωνιάθωνος</w:t>
      </w:r>
    </w:p>
    <w:p>
      <w:r>
        <w:rPr>
          <w:rFonts w:ascii="Courier New" w:hAnsi="Courier New"/>
          <w:color w:val="555555"/>
          <w:sz w:val="20"/>
        </w:rPr>
        <w:t>[2 . 47]</w:t>
      </w:r>
    </w:p>
    <w:p>
      <w:r>
        <w:rPr>
          <w:rFonts w:ascii="Gentium Plus" w:hAnsi="Gentium Plus"/>
          <w:sz w:val="24"/>
        </w:rPr>
        <w:t>πρεσβύτερος Μωϋσῆς. Ὅτι δὲ πλείοσιν ἢ χιλίοις ἔτεσιν ἡ Σεμί‐ ραμις τῶν Τρωϊκῶν πρεσβυτέρα, δηλοῦσι σαφῶς οἱ τοὺς χρόνους ξυντεθεικότες. Ἀλλὰ τὸ μὲν ἐξελέγχειν τὸν Πορφύριον ὡς ἠγνοηκότα τοὺς χρόνους οὐ τοῦ παρόντος καιροῦ· ἀπόχρη δέ μοι</w:t>
      </w:r>
    </w:p>
    <w:p>
      <w:r>
        <w:rPr>
          <w:rFonts w:ascii="Courier New" w:hAnsi="Courier New"/>
          <w:color w:val="555555"/>
          <w:sz w:val="20"/>
        </w:rPr>
        <w:t>[5]</w:t>
      </w:r>
    </w:p>
    <w:p>
      <w:r>
        <w:rPr>
          <w:rFonts w:ascii="Gentium Plus" w:hAnsi="Gentium Plus"/>
          <w:sz w:val="24"/>
        </w:rPr>
        <w:t>δηλῶσαι, πόσοις πρεσβύτερος ἔτεσι τῶν Τρωϊκῶν Μωϋσῆς· Ὅμη‐ ρος δὲ καὶ Ἡσίοδος μετὰ πολὺν χρόνον τῶν Τρωϊκῶν ἐγενέσθην· Ὀρφεὺς δέ, τῶν ποιητῶν ὁ πρῶτος, μιᾷ γενεᾷ πρεσβύτερος τῶν Τρωϊκῶν· Ἰάσονι γὰρ καὶ Πηλεῖ καὶ Τελαμῶνι καὶ Ἡρακλεῖ καὶ Διοσκούροις εἰς τὴν Κολχίδα ξυνέπλευσεν· Ἰάσονος δὲ</w:t>
      </w:r>
    </w:p>
    <w:p>
      <w:r>
        <w:rPr>
          <w:rFonts w:ascii="Courier New" w:hAnsi="Courier New"/>
          <w:color w:val="555555"/>
          <w:sz w:val="20"/>
        </w:rPr>
        <w:t>[2 . 48]</w:t>
      </w:r>
    </w:p>
    <w:p>
      <w:r>
        <w:rPr>
          <w:rFonts w:ascii="Gentium Plus" w:hAnsi="Gentium Plus"/>
          <w:sz w:val="24"/>
        </w:rPr>
        <w:t>Εὔνηός ἐστιν υἱός, ὁ τὸν οἶνον εἰς Τροίαν πέμπων τοῖς Ἀχαιοῖς, καὶ Τληπόλεμος Ἡρακλέους υἱός, ὃν ὁ Σαρπηδὼν ἐν τῷ πολέμῳ τῷ Τρωϊκῷ κατηκόντισε, καὶ ὁ Αἴας δὲ Τελαμῶνος υἱός, καὶ Ἀχιλλεὺς Πηλέως· Κάστορα δὲ καὶ Πολυδεύκην, τοὺς ἐπίκλην</w:t>
      </w:r>
    </w:p>
    <w:p>
      <w:r>
        <w:rPr>
          <w:rFonts w:ascii="Courier New" w:hAnsi="Courier New"/>
          <w:color w:val="555555"/>
          <w:sz w:val="20"/>
        </w:rPr>
        <w:t>[5]</w:t>
      </w:r>
    </w:p>
    <w:p>
      <w:r>
        <w:rPr>
          <w:rFonts w:ascii="Gentium Plus" w:hAnsi="Gentium Plus"/>
          <w:sz w:val="24"/>
        </w:rPr>
        <w:t>Διοσκούρους, ἰδεῖν ἀπὸ τοῦ τείχους ἡ Ἑλένη ποθήσασα, οἷα δὴ ἀδελφούς, εἶτα τοῦ ποθουμένου διαμαρτοῦσα πικρῶς ἀπωδύρατο,</w:t>
      </w:r>
    </w:p>
    <w:p>
      <w:r>
        <w:rPr>
          <w:rFonts w:ascii="Courier New" w:hAnsi="Courier New"/>
          <w:color w:val="555555"/>
          <w:sz w:val="20"/>
        </w:rPr>
        <w:t>[2 . 49]</w:t>
      </w:r>
    </w:p>
    <w:p>
      <w:r>
        <w:rPr>
          <w:rFonts w:ascii="Gentium Plus" w:hAnsi="Gentium Plus"/>
          <w:sz w:val="24"/>
        </w:rPr>
        <w:t>τεθνάναι τούτους ὑπολαβοῦσα. Ταῦτα δὲ οὐκ ἀδολεσχῶν διεξῆλθον, ἀλλὰ σαφῶς ἐπιδεῖξαι βουλόμενος, ὡς Ὀρφεὺς γενεᾷ μιᾷ πρε‐ σβύτερος ἐγεγόνει τῶν Τρωϊκῶν. Λῖνος δὲ καὶ Μουσαῖος ἀμφὶ τὰ Τρωϊκὰ ἐγενέσθην, καὶ Θάμυρις μετὰ τούτων, καὶ Φιλάμμων</w:t>
      </w:r>
    </w:p>
    <w:p>
      <w:r>
        <w:rPr>
          <w:rFonts w:ascii="Courier New" w:hAnsi="Courier New"/>
          <w:color w:val="555555"/>
          <w:sz w:val="20"/>
        </w:rPr>
        <w:t>[2 . 50]</w:t>
      </w:r>
    </w:p>
    <w:p>
      <w:r>
        <w:rPr>
          <w:rFonts w:ascii="Gentium Plus" w:hAnsi="Gentium Plus"/>
          <w:sz w:val="24"/>
        </w:rPr>
        <w:t>ὡσαύτως. εἰ τοίνυν τούτων μὲν κατὰ τὸν Πορφύριον ὁ Μωϋσῆς πλείοσιν ἢ χιλίοις πρεσβύτερος ἔτεσιν, οὗτοι δὲ παλαιότατοι τῶν</w:t>
      </w:r>
    </w:p>
    <w:p>
      <w:r>
        <w:rPr>
          <w:rFonts w:ascii="Courier New" w:hAnsi="Courier New"/>
          <w:color w:val="555555"/>
          <w:sz w:val="20"/>
        </w:rPr>
        <w:t>[5]</w:t>
      </w:r>
    </w:p>
    <w:p>
      <w:r>
        <w:rPr>
          <w:rFonts w:ascii="Gentium Plus" w:hAnsi="Gentium Plus"/>
          <w:sz w:val="24"/>
        </w:rPr>
        <w:t>σόφων πολλοῖς ἔτεσιν ἀρχαιότεροι, καὶ οἱ ἀμφὶ Θαλῆν τῶν μετ’ αὐτοὺς πεφιλοσοφηκότων—, τί δήποτε μὴ τούτους πάντας κατα‐ λιπόντες πρὸς Μωϋσέα τὸν τῆς θεολογίας ὠκεανὸν μεταβαίνομεν, «ἐξ οὗπερ», ποιητικῶς εἰπεῖν, «πάντες ποταμοὶ καὶ πᾶσα θά‐</w:t>
      </w:r>
    </w:p>
    <w:p>
      <w:r>
        <w:rPr>
          <w:rFonts w:ascii="Courier New" w:hAnsi="Courier New"/>
          <w:color w:val="555555"/>
          <w:sz w:val="20"/>
        </w:rPr>
        <w:t>[2 . 51]</w:t>
      </w:r>
    </w:p>
    <w:p>
      <w:r>
        <w:rPr>
          <w:rFonts w:ascii="Gentium Plus" w:hAnsi="Gentium Plus"/>
          <w:sz w:val="24"/>
        </w:rPr>
        <w:t>λασσα»; Καὶ γὰρ Ἀναξαγόρας καὶ Πυθαγόρας καὶ Πλάτων ὕστερον ἐκεῖθεν εἵλκυσαν σμικρὰ ἄττα τῆς ἀληθείας ἐναύσματα· καὶ ὁ Σωκράτης, Ἀναξαγόρᾳ καὶ Ἀρχελάῳ ξυγγεγονώς, παρ’ ἐκείνων μεμάθηκεν, ἃ περὶ τοῦ ὄντος ἐδίδαξε· Μωϋσῆς δὲ ὁ θειό‐</w:t>
      </w:r>
    </w:p>
    <w:p>
      <w:r>
        <w:rPr>
          <w:rFonts w:ascii="Courier New" w:hAnsi="Courier New"/>
          <w:color w:val="555555"/>
          <w:sz w:val="20"/>
        </w:rPr>
        <w:t>[5]</w:t>
      </w:r>
    </w:p>
    <w:p>
      <w:r>
        <w:rPr>
          <w:rFonts w:ascii="Gentium Plus" w:hAnsi="Gentium Plus"/>
          <w:sz w:val="24"/>
        </w:rPr>
        <w:t>τατος, οὐ λογισμοῖς ἀνθρωπίνοις ἑπόμενος καθάπερ οὗτοι, τὴν θεολογίαν ξυνέγραψεν, ἀλλ’ αὐτῆς ἐναργῶς τῆς τοῦ ὄντος ἐπα‐ κούσας φωνῆς· τῆς γάρ τοι νομοθεσίας ἀρξάμενος τῶν ὅλων ὁ ποιητὴς τὸν ἕνα σέβειν Θεὸν παρεγγύησεν· «Ἐγὼ γάρ εἰμι» ἔφη «Κύριος ὁ Θεός σου, ὁ ἐξαγαγών σε ἐκ γῆς Αἰγύπτου.»</w:t>
      </w:r>
    </w:p>
    <w:p>
      <w:r>
        <w:rPr>
          <w:rFonts w:ascii="Courier New" w:hAnsi="Courier New"/>
          <w:color w:val="555555"/>
          <w:sz w:val="20"/>
        </w:rPr>
        <w:t>[2 . 52]</w:t>
      </w:r>
    </w:p>
    <w:p>
      <w:r>
        <w:rPr>
          <w:rFonts w:ascii="Gentium Plus" w:hAnsi="Gentium Plus"/>
          <w:sz w:val="24"/>
        </w:rPr>
        <w:t>Καὶ τῆς ἔναγχος γεγενημένης ἀναμνήσας εὐεργεσίας, προσμεῖναι τῇ δουλείᾳ παρεκελεύσατο καὶ μὴ μερίσαι τὸ σέβας, ἀλλὰ τῷ ὄντι μόνῳ προσνεῖμαι. «Οὐκ ἔσονται γάρ σοι» ἔφη «θεοὶ ἕτεροι πλὴν ἐμοῦ». Εἶτα διδάσκει σαφῶς, ὡς οὐδὲν αὐτῷ τῶν ὁρωμένων</w:t>
      </w:r>
    </w:p>
    <w:p>
      <w:r>
        <w:rPr>
          <w:rFonts w:ascii="Courier New" w:hAnsi="Courier New"/>
          <w:color w:val="555555"/>
          <w:sz w:val="20"/>
        </w:rPr>
        <w:t>[5]</w:t>
      </w:r>
    </w:p>
    <w:p>
      <w:r>
        <w:rPr>
          <w:rFonts w:ascii="Gentium Plus" w:hAnsi="Gentium Plus"/>
          <w:sz w:val="24"/>
        </w:rPr>
        <w:t>προσέοικε, καὶ παντάπασιν ἀπαγορεύει μηδεμίαν εἰκόνα πρὸς μίμησίν τινος τῶν ὁρωμένων κατασκευάσαι καὶ νομίσαι τοῦτο</w:t>
      </w:r>
    </w:p>
    <w:p>
      <w:r>
        <w:rPr>
          <w:rFonts w:ascii="Courier New" w:hAnsi="Courier New"/>
          <w:color w:val="555555"/>
          <w:sz w:val="20"/>
        </w:rPr>
        <w:t>[2 . 53]</w:t>
      </w:r>
    </w:p>
    <w:p>
      <w:r>
        <w:rPr>
          <w:rFonts w:ascii="Gentium Plus" w:hAnsi="Gentium Plus"/>
          <w:sz w:val="24"/>
        </w:rPr>
        <w:t>δείκηλον εἶναι καὶ ἴνδαλμα τοῦ ἀοράτου Θεοῦ. «Οὐ ποιήσεις» γὰρ ἔφη «σαυτῷ εἴδωλον οὐδὲ παντὸς ὁμοίωμα, ὅσα ἐν τῷ οὐρανῷ</w:t>
      </w:r>
    </w:p>
    <w:p>
      <w:r>
        <w:rPr>
          <w:rFonts w:ascii="Courier New" w:hAnsi="Courier New"/>
          <w:color w:val="555555"/>
          <w:sz w:val="20"/>
        </w:rPr>
        <w:t>[5]</w:t>
      </w:r>
    </w:p>
    <w:p>
      <w:r>
        <w:rPr>
          <w:rFonts w:ascii="Gentium Plus" w:hAnsi="Gentium Plus"/>
          <w:sz w:val="24"/>
        </w:rPr>
        <w:t>εἰμι Κύριος ὁ Θεός σου.» Φωνῆς, φησίν, ἀκήκοας, εἶδος δὲ οὐχ ἑώρακας· μηδένα οὖν τύπον κατασκευάσῃς, οὗ τὸ ἀρχέτυπον οὐκ</w:t>
      </w:r>
    </w:p>
    <w:p>
      <w:r>
        <w:rPr>
          <w:rFonts w:ascii="Courier New" w:hAnsi="Courier New"/>
          <w:color w:val="555555"/>
          <w:sz w:val="20"/>
        </w:rPr>
        <w:t>[2 . 54]</w:t>
      </w:r>
    </w:p>
    <w:p>
      <w:r>
        <w:rPr>
          <w:rFonts w:ascii="Gentium Plus" w:hAnsi="Gentium Plus"/>
          <w:sz w:val="24"/>
        </w:rPr>
        <w:t>ἐπίστασαι. Καὶ ἑτέρωθι δέ, τοὺς ψευδωνύμους ἐξελέγχων θεοὺς καὶ τὸν Αἰγυπτίων ἐξορίζων πλάνον, ἔφη πρὸς αὐτούς· «Ἄκουε, Ἰσραήλ, Κύριος ὁ Θεός σου κύριος εἷς ἐστιν.»</w:t>
      </w:r>
    </w:p>
    <w:p>
      <w:r>
        <w:rPr>
          <w:rFonts w:ascii="Courier New" w:hAnsi="Courier New"/>
          <w:color w:val="555555"/>
          <w:sz w:val="20"/>
        </w:rPr>
        <w:t>[2 . 55]</w:t>
      </w:r>
    </w:p>
    <w:p>
      <w:r>
        <w:rPr>
          <w:rFonts w:ascii="Gentium Plus" w:hAnsi="Gentium Plus"/>
          <w:sz w:val="24"/>
        </w:rPr>
        <w:t>Ταύτην ἔχει τὴν διδασκαλίαν τὰ Μωϋσοῦ τοῦ μεγάλου ξυγ‐ γράμματα· ταύτην δὲ τὴν θεολογίαν καὶ ταῖς ἱστορίαις καὶ ταῖς νομοθεσίαις καὶ μὲν δὴ καὶ ταῖς προφητείαις ξυνέζευξε· καὶ πέντε βίβλους ξυγγράψας, τὴν μὲν τῶν πολλῶν καὶ νομιζομένων</w:t>
      </w:r>
    </w:p>
    <w:p>
      <w:r>
        <w:rPr>
          <w:rFonts w:ascii="Courier New" w:hAnsi="Courier New"/>
          <w:color w:val="555555"/>
          <w:sz w:val="20"/>
        </w:rPr>
        <w:t>[5]</w:t>
      </w:r>
    </w:p>
    <w:p>
      <w:r>
        <w:rPr>
          <w:rFonts w:ascii="Gentium Plus" w:hAnsi="Gentium Plus"/>
          <w:sz w:val="24"/>
        </w:rPr>
        <w:t>καὶ καλουμένων, οὐκ ὄντων δὲ θεῶν ἀπαγορεύει τιμήν, μόνῳ δὲ τὸ σέβας τῷ τῶν ἁπάντων κελεύει προσφέρειν δημιουργῷ. Ταῦτα καὶ Ἰησοῦς, ὁ τῆς ἐκείνου δημαγωγίας καὶ στρατηγίας διάδοχος, καὶ μέντοι καὶ ἅπας τῶν προφητῶν ὁ χορὸς καὶ παραινῶν καὶ</w:t>
      </w:r>
    </w:p>
    <w:p>
      <w:r>
        <w:rPr>
          <w:rFonts w:ascii="Courier New" w:hAnsi="Courier New"/>
          <w:color w:val="555555"/>
          <w:sz w:val="20"/>
        </w:rPr>
        <w:t>[2 . 56]</w:t>
      </w:r>
    </w:p>
    <w:p>
      <w:r>
        <w:rPr>
          <w:rFonts w:ascii="Gentium Plus" w:hAnsi="Gentium Plus"/>
          <w:sz w:val="24"/>
        </w:rPr>
        <w:t>νομοθετῶν διετέλεσεν. Ἀλλὰ γὰρ ἴσως εἴποιτε ἄν, ὡς οὐδὲ ὑμεῖς τόνδε τὸν νόμον ἀνέπαφον τετηρήκατε· τριάδα γάρ, οὐ μονάδα, πρεσβεύετε. Ἰουδαῖοι δέ, τοῖς Μωϋσοῦ καὶ τῶν προ‐ φητῶν ἐντρεφόμενοι λόγοις, τὸν μὲν ἕνα τιμῶσι, τῆς δὲ ὑμετέρας</w:t>
      </w:r>
    </w:p>
    <w:p>
      <w:r>
        <w:rPr>
          <w:rFonts w:ascii="Courier New" w:hAnsi="Courier New"/>
          <w:color w:val="555555"/>
          <w:sz w:val="20"/>
        </w:rPr>
        <w:t>[2 . 57]</w:t>
      </w:r>
    </w:p>
    <w:p>
      <w:r>
        <w:rPr>
          <w:rFonts w:ascii="Gentium Plus" w:hAnsi="Gentium Plus"/>
          <w:sz w:val="24"/>
        </w:rPr>
        <w:t>τριάδος κατηγοροῦσιν. Ἐγὼ δέ, ὦ φίλοι ἄνδρες, ὑμᾶς μὲν ξυγ‐ γνώμης εἶναι ἀξίους ὑπείληφα, τὴν θείαν οὐκ ἐπισταμένους γρα‐ φήν· Ἰουδαίων δὲ τὴν ἐσχάτην ἀμαθίαν ὀδύρομαι, ὅτι δὴ «αἰρό‐ μενοι», κατὰ τὸν προφήτην, «ἐκ κοιλίας» καὶ παιδευόμενοι ἐκ</w:t>
      </w:r>
    </w:p>
    <w:p>
      <w:r>
        <w:rPr>
          <w:rFonts w:ascii="Courier New" w:hAnsi="Courier New"/>
          <w:color w:val="555555"/>
          <w:sz w:val="20"/>
        </w:rPr>
        <w:t>[5]</w:t>
      </w:r>
    </w:p>
    <w:p>
      <w:r>
        <w:rPr>
          <w:rFonts w:ascii="Gentium Plus" w:hAnsi="Gentium Plus"/>
          <w:sz w:val="24"/>
        </w:rPr>
        <w:t>παιδίου μέχρι γήρως τὰ θεῖα, τὴν τῆς θεολογίας ἀγνοοῦσιν ἀλή‐</w:t>
      </w:r>
    </w:p>
    <w:p>
      <w:r>
        <w:rPr>
          <w:rFonts w:ascii="Courier New" w:hAnsi="Courier New"/>
          <w:color w:val="555555"/>
          <w:sz w:val="20"/>
        </w:rPr>
        <w:t>[2 . 58]</w:t>
      </w:r>
    </w:p>
    <w:p>
      <w:r>
        <w:rPr>
          <w:rFonts w:ascii="Gentium Plus" w:hAnsi="Gentium Plus"/>
          <w:sz w:val="24"/>
        </w:rPr>
        <w:t>θειαν. Ἐν Αἰγύπτῳ γὰρ αὐτοὺς πλεῖστον διατρίψαντας χρόνον καὶ τὴν πολύθεον τῶν Αἰγυπτίων μεμαθηκότας θρησκείαν, ὁ πάν‐ σοφος Κύριος οὐκ ἐναργῶς ἄγαν τὰ περὶ τῆς Τριάδος ἐξεπαί‐ δευσε δόγματα, ἵνα μὴ πρόφασιν πολυθεΐας λάβωσιν, εἰς τὸν τῶν</w:t>
      </w:r>
    </w:p>
    <w:p>
      <w:r>
        <w:rPr>
          <w:rFonts w:ascii="Courier New" w:hAnsi="Courier New"/>
          <w:color w:val="555555"/>
          <w:sz w:val="20"/>
        </w:rPr>
        <w:t>[5]</w:t>
      </w:r>
    </w:p>
    <w:p>
      <w:r>
        <w:rPr>
          <w:rFonts w:ascii="Gentium Plus" w:hAnsi="Gentium Plus"/>
          <w:sz w:val="24"/>
        </w:rPr>
        <w:t>Αἰγυπτίων ἐπιρρέποντες πλάνον· οὐ μὴν παντάπασι τὰ περὶ τῆς Τριάδος ἀπέκρυψε δόγματα τοῖς ὕστερον ἐσομένοις, τῆς ἐντε‐</w:t>
      </w:r>
    </w:p>
    <w:p>
      <w:r>
        <w:rPr>
          <w:rFonts w:ascii="Courier New" w:hAnsi="Courier New"/>
          <w:color w:val="555555"/>
          <w:sz w:val="20"/>
        </w:rPr>
        <w:t>[2 . 59]</w:t>
      </w:r>
    </w:p>
    <w:p>
      <w:r>
        <w:rPr>
          <w:rFonts w:ascii="Gentium Plus" w:hAnsi="Gentium Plus"/>
          <w:sz w:val="24"/>
        </w:rPr>
        <w:t>λεστέρας θεολογίας κατασπείρων τὰς ἀφορμάς. Διά τοι τοῦτο μοναδικῶς μὲν νομοθετεῖ, αἰνιγματωδῶς δὲ τὴν Τριάδα μηνύει. Τὸ γὰρ «ἄκουε, Ἰσραήλ, Κύριος ὁ Θεός σου κύριος εἷς ἐστιν» καὶ τὴν μονάδα διδάσκει καὶ τὴν τριάδα δηλοῖ· ἅπαξ γὰρ εἰπὼν</w:t>
      </w:r>
    </w:p>
    <w:p>
      <w:r>
        <w:rPr>
          <w:rFonts w:ascii="Courier New" w:hAnsi="Courier New"/>
          <w:color w:val="555555"/>
          <w:sz w:val="20"/>
        </w:rPr>
        <w:t>[5]</w:t>
      </w:r>
    </w:p>
    <w:p>
      <w:r>
        <w:rPr>
          <w:rFonts w:ascii="Gentium Plus" w:hAnsi="Gentium Plus"/>
          <w:sz w:val="24"/>
        </w:rPr>
        <w:t>τὸ «Θεός» καὶ δὶς τὸ «Κύριος» ὑπειπών, τῆς Τριάδος τὸν ἀριθμὸν παρεδήλωσεν, ἐπαγαγὼν δὲ τὸ «εἷς ἐστιν», καὶ τὴν πρόσφορον Ἰουδαίοις διδασκαλίαν προσήνεγκε καὶ τὸ ταὐτὸν τῆς</w:t>
      </w:r>
    </w:p>
    <w:p>
      <w:r>
        <w:rPr>
          <w:rFonts w:ascii="Courier New" w:hAnsi="Courier New"/>
          <w:color w:val="555555"/>
          <w:sz w:val="20"/>
        </w:rPr>
        <w:t>[2 . 60]</w:t>
      </w:r>
    </w:p>
    <w:p>
      <w:r>
        <w:rPr>
          <w:rFonts w:ascii="Gentium Plus" w:hAnsi="Gentium Plus"/>
          <w:sz w:val="24"/>
        </w:rPr>
        <w:t>θείας οὐσίας ἐμήνυσεν. Μία γὰρ τῆς ἁγίας Τριάδος καὶ οὐσία καὶ δύναμις καὶ μέντοι καὶ βούλησις· ταύτῃ τοι καὶ τῶν ἀοράτων δυνάμεων οἱ χοροὶ τῷ Θεῷ τὸν ὕμνον προσφέροντες, τρὶς μὲν τὸ «ἅγιος», ἅπαξ δὲ τὸ «Κύριος» λέγουσι, τῷ μὲν τῶν ἰδιοτήτων</w:t>
      </w:r>
    </w:p>
    <w:p>
      <w:r>
        <w:rPr>
          <w:rFonts w:ascii="Courier New" w:hAnsi="Courier New"/>
          <w:color w:val="555555"/>
          <w:sz w:val="20"/>
        </w:rPr>
        <w:t>[5]</w:t>
      </w:r>
    </w:p>
    <w:p>
      <w:r>
        <w:rPr>
          <w:rFonts w:ascii="Gentium Plus" w:hAnsi="Gentium Plus"/>
          <w:sz w:val="24"/>
        </w:rPr>
        <w:t>δηλοῦντες τὸν ἀριθμόν, τῷ δὲ τὸ κοινὸν τῆς δεσποτείας μηνύον‐</w:t>
      </w:r>
    </w:p>
    <w:p>
      <w:r>
        <w:rPr>
          <w:rFonts w:ascii="Courier New" w:hAnsi="Courier New"/>
          <w:color w:val="555555"/>
          <w:sz w:val="20"/>
        </w:rPr>
        <w:t>[2 . 61]</w:t>
      </w:r>
    </w:p>
    <w:p>
      <w:r>
        <w:rPr>
          <w:rFonts w:ascii="Gentium Plus" w:hAnsi="Gentium Plus"/>
          <w:sz w:val="24"/>
        </w:rPr>
        <w:t>τες. Ἀλλ’ ἐν τούτοις μὲν δι’ αἰνιγμάτων τὰ τῆς θείας Τριάδος δεδήλωται, ἐν ἑτέροις δέ γε σαφέστερον ταῦτα διδάσκουσιν οἱ θεσπέσιοι ἄνδρες. Μωϋσῆς μὲν γὰρ ὁ θειότατος, τὴν κοσμογένειαν ξυγγράφων, εἶτα τὴν τοῦ ἀνθρώπου διάπλασιν ἐξηγούμενος, ἔφη</w:t>
      </w:r>
    </w:p>
    <w:p>
      <w:r>
        <w:rPr>
          <w:rFonts w:ascii="Courier New" w:hAnsi="Courier New"/>
          <w:color w:val="555555"/>
          <w:sz w:val="20"/>
        </w:rPr>
        <w:t>[5]</w:t>
      </w:r>
    </w:p>
    <w:p>
      <w:r>
        <w:rPr>
          <w:rFonts w:ascii="Gentium Plus" w:hAnsi="Gentium Plus"/>
          <w:sz w:val="24"/>
        </w:rPr>
        <w:t>τὸν τοῦ παντὸς εἰρηκέναι δημιουργόν· «Ποιήσωμεν ἄνθρωπον</w:t>
      </w:r>
    </w:p>
    <w:p>
      <w:r>
        <w:rPr>
          <w:rFonts w:ascii="Courier New" w:hAnsi="Courier New"/>
          <w:color w:val="555555"/>
          <w:sz w:val="20"/>
        </w:rPr>
        <w:t>[2 . 62]</w:t>
      </w:r>
    </w:p>
    <w:p>
      <w:r>
        <w:rPr>
          <w:rFonts w:ascii="Gentium Plus" w:hAnsi="Gentium Plus"/>
          <w:sz w:val="24"/>
        </w:rPr>
        <w:t>κατ’ εἰκόνα ἡμετέραν καὶ καθ’ ὁμοίωσιν.» Εἶτα ἐπήγαγεν, ὡς «ἐποίησεν ὁ Θεὸς τὸν ἄνθρωπον, κατ’ εἰκόνα Θεοῦ ἐποίησεν αὐτόν». Καὶ Θεὸν ὠνόμασε τὸν πεποιηκότα τὸν ἄνθρωπον καὶ</w:t>
      </w:r>
    </w:p>
    <w:p>
      <w:r>
        <w:rPr>
          <w:rFonts w:ascii="Courier New" w:hAnsi="Courier New"/>
          <w:color w:val="555555"/>
          <w:sz w:val="20"/>
        </w:rPr>
        <w:t>[5]</w:t>
      </w:r>
    </w:p>
    <w:p>
      <w:r>
        <w:rPr>
          <w:rFonts w:ascii="Gentium Plus" w:hAnsi="Gentium Plus"/>
          <w:sz w:val="24"/>
        </w:rPr>
        <w:t>τούτου καὶ ἄλλο ἐκείνου τὸ εἶδος· μία γὰρ δὴ τῆς Τριάδος ἡ φύσις· τούτου γὰρ δὴ χάριν καὶ τὸν Θεὸν ἔφησεν εἰρηκέναι· «Ποιήσω‐</w:t>
      </w:r>
    </w:p>
    <w:p>
      <w:r>
        <w:rPr>
          <w:rFonts w:ascii="Courier New" w:hAnsi="Courier New"/>
          <w:color w:val="555555"/>
          <w:sz w:val="20"/>
        </w:rPr>
        <w:t>[2 . 63]</w:t>
      </w:r>
    </w:p>
    <w:p>
      <w:r>
        <w:rPr>
          <w:rFonts w:ascii="Gentium Plus" w:hAnsi="Gentium Plus"/>
          <w:sz w:val="24"/>
        </w:rPr>
        <w:t>μεν ἄνθρωπον κατ’ εἰκόνα ἡμετέραν καὶ καθ’ ὁμοίωσιν.» Καὶ ἐπήγαγε «κατ’ εἰκόνα Θεοῦ ἐποίησεν αὐτόν», ἵνα δείξῃ τὸ τῶν προσώπων διάφορον. Καὶ δὴ καὶ τῷ Νῶε περὶ κρεηφαγίας νομο‐ θετῶν καὶ τοῦ αἵματος ἀπαγορεύων τὴν ἐδωδήν, ἔφη τὸν τῶν</w:t>
      </w:r>
    </w:p>
    <w:p>
      <w:r>
        <w:rPr>
          <w:rFonts w:ascii="Courier New" w:hAnsi="Courier New"/>
          <w:color w:val="555555"/>
          <w:sz w:val="20"/>
        </w:rPr>
        <w:t>[5]</w:t>
      </w:r>
    </w:p>
    <w:p>
      <w:r>
        <w:rPr>
          <w:rFonts w:ascii="Gentium Plus" w:hAnsi="Gentium Plus"/>
          <w:sz w:val="24"/>
        </w:rPr>
        <w:t>ὅλων εἰρηκέναι Θεόν· «Ἔδεσθε πάντα ὡς λάχανα χόρτου· πλὴν κρέας ἐν αἵματι ψυχῆς οὐκ ἔδεσθε· καὶ γὰρ τὸ ὑμέτερον αἷμα ἐκζητήσω· ἐκ πάντων τῶν θηρίων ἐκζητήσω αὐτό, καὶ ἐκ χειρὸς ἀνθρώπου ἀδελφοῦ αὐτοῦ. Ὁ ἐκχέων αἷμα ἀνθρώπου, ἀντὶ τοῦ αἵματος αὐτοῦ ἐκχυθήσεται, ὅτι ἐν εἰκόνι Θεοῦ ἐποίησα τὸν ἄνθρω‐</w:t>
      </w:r>
    </w:p>
    <w:p>
      <w:r>
        <w:rPr>
          <w:rFonts w:ascii="Courier New" w:hAnsi="Courier New"/>
          <w:color w:val="555555"/>
          <w:sz w:val="20"/>
        </w:rPr>
        <w:t>[2 . 64]</w:t>
      </w:r>
    </w:p>
    <w:p>
      <w:r>
        <w:rPr>
          <w:rFonts w:ascii="Gentium Plus" w:hAnsi="Gentium Plus"/>
          <w:sz w:val="24"/>
        </w:rPr>
        <w:t>πον.» Καὶ οὐκ ἔφη «ἐν εἰκόνι ἐμαυτοῦ», ἀλλ’ «ἐν εἰκόνι Θεοῦ», τῶν προσώπων πάλιν δεικνὺς τὸ διάφορον. Καὶ ἡνίκα δὲ κατὰ ταὐτὸν ξυλλεγέντες οἱ κατὰ τοῦ πεποιηκότος λυττή‐ σαντες, τὸν πύργον ἐκεῖνον ᾠκοδόμουν τὸν μέγιστον, τῆς τῶν</w:t>
      </w:r>
    </w:p>
    <w:p>
      <w:r>
        <w:rPr>
          <w:rFonts w:ascii="Courier New" w:hAnsi="Courier New"/>
          <w:color w:val="555555"/>
          <w:sz w:val="20"/>
        </w:rPr>
        <w:t>[5]</w:t>
      </w:r>
    </w:p>
    <w:p>
      <w:r>
        <w:rPr>
          <w:rFonts w:ascii="Gentium Plus" w:hAnsi="Gentium Plus"/>
          <w:sz w:val="24"/>
        </w:rPr>
        <w:t>γλωττῶν ξυγχύσεως τὸν ἐπώνυμον, φάναι τὸν Θεὸν εἴρηκεν ὁ νομοθέτης· «Δεῦτε καὶ καταβάντες συγχέωμεν αὐτῶν τὰς γλώσ‐</w:t>
      </w:r>
    </w:p>
    <w:p>
      <w:r>
        <w:rPr>
          <w:rFonts w:ascii="Courier New" w:hAnsi="Courier New"/>
          <w:color w:val="555555"/>
          <w:sz w:val="20"/>
        </w:rPr>
        <w:t>[2 . 65]</w:t>
      </w:r>
    </w:p>
    <w:p>
      <w:r>
        <w:rPr>
          <w:rFonts w:ascii="Gentium Plus" w:hAnsi="Gentium Plus"/>
          <w:sz w:val="24"/>
        </w:rPr>
        <w:t>σας.» Καὶ τὸ μὲν «καταβάντες συγχέωμεν» δηλοῖ τὸ ὁμότιμον· οὐ γὰρ εἶπε «κατάβηθι» ἢ «καταβήτω», ὅπερ δὴ τοὶς ὑπη‐ κόοις καὶ προσταττομένοις ἁρμόττει, ἀλλὰ «καταβάντες συγχέω‐ μεν», ὃ σαφῶς δηλοῖ τὴν ἰσότητα· τὸ δὲ «δεῦτε» τὸν Υἱὸν καὶ</w:t>
      </w:r>
    </w:p>
    <w:p>
      <w:r>
        <w:rPr>
          <w:rFonts w:ascii="Courier New" w:hAnsi="Courier New"/>
          <w:color w:val="555555"/>
          <w:sz w:val="20"/>
        </w:rPr>
        <w:t>[2 . 66]</w:t>
      </w:r>
    </w:p>
    <w:p>
      <w:r>
        <w:rPr>
          <w:rFonts w:ascii="Gentium Plus" w:hAnsi="Gentium Plus"/>
          <w:sz w:val="24"/>
        </w:rPr>
        <w:t>τὸ Πνεῦμα σημαίνει, τῆς δημιουργίας τοὺς κοινωνούς. Ἐπειδὴ γὰρ καὶ διαπλάττων τὸν ἄνθρωπον ἔφη «ποιήσωμεν ἄνθρωπον</w:t>
      </w:r>
    </w:p>
    <w:p>
      <w:r>
        <w:rPr>
          <w:rFonts w:ascii="Courier New" w:hAnsi="Courier New"/>
          <w:color w:val="555555"/>
          <w:sz w:val="20"/>
        </w:rPr>
        <w:t>[2 . 67]</w:t>
      </w:r>
    </w:p>
    <w:p>
      <w:r>
        <w:rPr>
          <w:rFonts w:ascii="Gentium Plus" w:hAnsi="Gentium Plus"/>
          <w:sz w:val="24"/>
        </w:rPr>
        <w:t>Υἱὸν καὶ τὸ πανάγιον Πνεῦμα. Χρόνῳ δὲ ὕστερον πρηστῆρσι καὶ κεραυνοῖς ἀναλῶσαι τὰ Σόδομα βουληθεὶς καὶ τὰς ἀγχιτέρμονας πόλεις, τῆς ἀσεβείας καὶ παρανομίας τὰς κοινωνούς, δυάδα Κυ‐ ρίων ἡμῖν ἐπέδειξε, καί φησι Μωϋσῆς ὁ ταῦτα ξυγγεγραφώς·</w:t>
      </w:r>
    </w:p>
    <w:p>
      <w:r>
        <w:rPr>
          <w:rFonts w:ascii="Courier New" w:hAnsi="Courier New"/>
          <w:color w:val="555555"/>
          <w:sz w:val="20"/>
        </w:rPr>
        <w:t>[5]</w:t>
      </w:r>
    </w:p>
    <w:p>
      <w:r>
        <w:rPr>
          <w:rFonts w:ascii="Gentium Plus" w:hAnsi="Gentium Plus"/>
          <w:sz w:val="24"/>
        </w:rPr>
        <w:t>«Καὶ ἔβρεξε Κύριος παρὰ Κυρίου ἐπὶ Σόδομα καὶ Γόμορρα πῦρ</w:t>
      </w:r>
    </w:p>
    <w:p>
      <w:r>
        <w:rPr>
          <w:rFonts w:ascii="Courier New" w:hAnsi="Courier New"/>
          <w:color w:val="555555"/>
          <w:sz w:val="20"/>
        </w:rPr>
        <w:t>[2 . 68]</w:t>
      </w:r>
    </w:p>
    <w:p>
      <w:r>
        <w:rPr>
          <w:rFonts w:ascii="Gentium Plus" w:hAnsi="Gentium Plus"/>
          <w:sz w:val="24"/>
        </w:rPr>
        <w:t>καὶ θεῖον ἐκ τοῦ οὐρανοῦ.» Καὶ ἵνα μή τις ὑπολάβῃ, τοῦτον μόνον τὸν προφήτην τὰ περὶ τῆς θείας εἰρηκέναι Τριάδος, ἀκού‐ σατε, ὦ φιλότης, καὶ τοῦ θεσπεσίου βοῶντος Δαυίδ· «Τῷ λόγῳ Κυρίου οἱ οὐρανοὶ ἐστερεώθησαν, καὶ τῷ πνεύματι τοῦ στόματος</w:t>
      </w:r>
    </w:p>
    <w:p>
      <w:r>
        <w:rPr>
          <w:rFonts w:ascii="Courier New" w:hAnsi="Courier New"/>
          <w:color w:val="555555"/>
          <w:sz w:val="20"/>
        </w:rPr>
        <w:t>[5]</w:t>
      </w:r>
    </w:p>
    <w:p>
      <w:r>
        <w:rPr>
          <w:rFonts w:ascii="Gentium Plus" w:hAnsi="Gentium Plus"/>
          <w:sz w:val="24"/>
        </w:rPr>
        <w:t>αὐτοῦ πᾶσα ἡ δύναμις αὐτῶν.» Καὶ πάλιν· «Εἶπεν ὁ Κύριος τῷ Κυρίῳ μου· κάθου ἐκ δεξιῶν μου, ἕως ἂν θῶ τοὺς ἐχθρούς σου ὑποπόδιον τῶν ποδῶν σου.» Καὶ μετὰ βραχέα δὲ πρὸς τὸν αὐτὸν Κύριον ὁ τοῦ Κυρίου λέγει πατήρ· «Ἐκ γαστρὸς πρὸ ἑωσφόρου ἐγέννησά σε.» Καὶ ἐν ἑτέρῳ ψαλμῷ· «Ὁ θρόνος</w:t>
      </w:r>
    </w:p>
    <w:p>
      <w:r>
        <w:rPr>
          <w:rFonts w:ascii="Courier New" w:hAnsi="Courier New"/>
          <w:color w:val="555555"/>
          <w:sz w:val="20"/>
        </w:rPr>
        <w:t>[10]</w:t>
      </w:r>
    </w:p>
    <w:p>
      <w:r>
        <w:rPr>
          <w:rFonts w:ascii="Gentium Plus" w:hAnsi="Gentium Plus"/>
          <w:sz w:val="24"/>
        </w:rPr>
        <w:t>σου ὁ Θεὸς εἰς τὸν αἰῶνα τοῦ αἰῶνος· ῥάβδος εὐθύτητος ἡ ῥάβ‐ δος τῆς βασιλείας σου· ἠγάπησας δικαιοσύνην καὶ ἐμίσησας ἀνο‐ μίαν· διὰ τοῦτο ἔχρισέ σε ὁ Θεὸς ὁ Θεός σου ἔλαιον ἀγαλλιάσεως</w:t>
      </w:r>
    </w:p>
    <w:p>
      <w:r>
        <w:rPr>
          <w:rFonts w:ascii="Courier New" w:hAnsi="Courier New"/>
          <w:color w:val="555555"/>
          <w:sz w:val="20"/>
        </w:rPr>
        <w:t>[2 . 69]</w:t>
      </w:r>
    </w:p>
    <w:p>
      <w:r>
        <w:rPr>
          <w:rFonts w:ascii="Gentium Plus" w:hAnsi="Gentium Plus"/>
          <w:sz w:val="24"/>
        </w:rPr>
        <w:t>παρὰ τοὺς μετόχους σου.» Τὴν αὐτὴν δὲ ἡμῖν διδασκαλίαν καὶ Ἡσαΐας ὁ προφήτης καὶ Ἱερεμίας καὶ Ἰεζεκιὴλ καὶ Δανιὴλ καὶ Ζαχαρίας καὶ Μιχαίας καὶ ἅπας ὁ τούτων προσφέρει χορός· ἀλλὰ παρέλκον οἶμαι ταῦτα ὑμῖν ἐπιδεικνύναι μηδέπω προσενη‐</w:t>
      </w:r>
    </w:p>
    <w:p>
      <w:r>
        <w:rPr>
          <w:rFonts w:ascii="Courier New" w:hAnsi="Courier New"/>
          <w:color w:val="555555"/>
          <w:sz w:val="20"/>
        </w:rPr>
        <w:t>[5]</w:t>
      </w:r>
    </w:p>
    <w:p>
      <w:r>
        <w:rPr>
          <w:rFonts w:ascii="Gentium Plus" w:hAnsi="Gentium Plus"/>
          <w:sz w:val="24"/>
        </w:rPr>
        <w:t>νοχόσι τὴν ὁμολογίαν τῆς πίστεως.</w:t>
      </w:r>
    </w:p>
    <w:p>
      <w:r>
        <w:rPr>
          <w:rFonts w:ascii="Courier New" w:hAnsi="Courier New"/>
          <w:color w:val="555555"/>
          <w:sz w:val="20"/>
        </w:rPr>
        <w:t>[2 . 70]</w:t>
      </w:r>
    </w:p>
    <w:p>
      <w:r>
        <w:rPr>
          <w:rFonts w:ascii="Gentium Plus" w:hAnsi="Gentium Plus"/>
          <w:sz w:val="24"/>
        </w:rPr>
        <w:t>Ἐφ’ ἑτέραν τοίνυν μέθοδον διδασκαλίας τραπήσομαι καὶ δείξω τὸν Πλάτωνα καὶ τοὺς μετ’ ἐκεῖνον ἐκ τούτων μὲν τῶν θείων</w:t>
      </w:r>
    </w:p>
    <w:p>
      <w:r>
        <w:rPr>
          <w:rFonts w:ascii="Courier New" w:hAnsi="Courier New"/>
          <w:color w:val="555555"/>
          <w:sz w:val="20"/>
        </w:rPr>
        <w:t>[2 . 71]</w:t>
      </w:r>
    </w:p>
    <w:p>
      <w:r>
        <w:rPr>
          <w:rFonts w:ascii="Gentium Plus" w:hAnsi="Gentium Plus"/>
          <w:sz w:val="24"/>
        </w:rPr>
        <w:t>θεικότας ξυγγράμμασιν. Καὶ γὰρ ὁ Πλάτων, ἐν οἷς πρὸς Κορί‐ σκον ἐπέστειλε, καὶ τάδε προστέθεικεν· «Ἐπομνύντας σπουδῇ τε ἅμα μὴ ἀμούσῳ καὶ τῇ τῆς σπουδῆς ἀδελφῇ παιδιᾷ καὶ τὸν πάντων θεῶν ἡγεμόνα τῶν τε ὄντων καὶ τῶν μελλόντων τοῦ τε</w:t>
      </w:r>
    </w:p>
    <w:p>
      <w:r>
        <w:rPr>
          <w:rFonts w:ascii="Courier New" w:hAnsi="Courier New"/>
          <w:color w:val="555555"/>
          <w:sz w:val="20"/>
        </w:rPr>
        <w:t>[5]</w:t>
      </w:r>
    </w:p>
    <w:p>
      <w:r>
        <w:rPr>
          <w:rFonts w:ascii="Gentium Plus" w:hAnsi="Gentium Plus"/>
          <w:sz w:val="24"/>
        </w:rPr>
        <w:t>ἡγεμόνος καὶ αἰτίου πατέρα καὶ κύριον ἐπομνύντας, ὅν, ἐὰν ὀρθῶς φιλοσοφῆτε, εἴσεσθε.» Ταῦτα, ὦ φίλοι ἄνδρες, τοῦ Πλάτωνός</w:t>
      </w:r>
    </w:p>
    <w:p>
      <w:r>
        <w:rPr>
          <w:rFonts w:ascii="Courier New" w:hAnsi="Courier New"/>
          <w:color w:val="555555"/>
          <w:sz w:val="20"/>
        </w:rPr>
        <w:t>[2 . 72]</w:t>
      </w:r>
    </w:p>
    <w:p>
      <w:r>
        <w:rPr>
          <w:rFonts w:ascii="Gentium Plus" w:hAnsi="Gentium Plus"/>
          <w:sz w:val="24"/>
        </w:rPr>
        <w:t>ἐστι δόγματα. Ἀλλὰ τούτων τὰ μὲν ἀξιέπαινα καὶ τῆς ἀποστο‐ λικῆς καὶ προφητικῆς διδασκαλίας ἐχόμενα, τὰ δὲ τῆς Ἑλληνι‐</w:t>
      </w:r>
    </w:p>
    <w:p>
      <w:r>
        <w:rPr>
          <w:rFonts w:ascii="Courier New" w:hAnsi="Courier New"/>
          <w:color w:val="555555"/>
          <w:sz w:val="20"/>
        </w:rPr>
        <w:t>[2 . 73]</w:t>
      </w:r>
    </w:p>
    <w:p>
      <w:r>
        <w:rPr>
          <w:rFonts w:ascii="Gentium Plus" w:hAnsi="Gentium Plus"/>
          <w:sz w:val="24"/>
        </w:rPr>
        <w:t>κῆς μυθολογίας κυήματα. Τῷ μὲν γὰρ φάναι ἄλλον εἶναι τὸν τοῦ παντὸς ἡγεμόνα καὶ αἴτιον, ἄλλον δὲ τὸν τοῦ αἰτίου πατέρα, ἀτεχνῶς ἔδειξε τὴν ἀλήθειαν, ἐξ ἧς ἀρυσάμενος τοὺς οἰκείους διεκάλλυνε λόγους· τῷ δέ γε θεῶν αὐτὸν προσειπεῖν ἡγεμόνα,</w:t>
      </w:r>
    </w:p>
    <w:p>
      <w:r>
        <w:rPr>
          <w:rFonts w:ascii="Courier New" w:hAnsi="Courier New"/>
          <w:color w:val="555555"/>
          <w:sz w:val="20"/>
        </w:rPr>
        <w:t>[5]</w:t>
      </w:r>
    </w:p>
    <w:p>
      <w:r>
        <w:rPr>
          <w:rFonts w:ascii="Gentium Plus" w:hAnsi="Gentium Plus"/>
          <w:sz w:val="24"/>
        </w:rPr>
        <w:t>τῶν τε ὄντων καὶ τῶν μελλόντων, δυοῖν αἰνίττεται θάτερον, ἢ τῷ τῆς ἀγνοίας πάθει περιπεσεῖν τὸν φιλόσοφον, ἢ τοὺς ταύτην</w:t>
      </w:r>
    </w:p>
    <w:p>
      <w:r>
        <w:rPr>
          <w:rFonts w:ascii="Courier New" w:hAnsi="Courier New"/>
          <w:color w:val="555555"/>
          <w:sz w:val="20"/>
        </w:rPr>
        <w:t>[2 . 74]</w:t>
      </w:r>
    </w:p>
    <w:p>
      <w:r>
        <w:rPr>
          <w:rFonts w:ascii="Gentium Plus" w:hAnsi="Gentium Plus"/>
          <w:sz w:val="24"/>
        </w:rPr>
        <w:t>νοσοῦντας ὑποκρινόμενον ἀναμῖξαι τῇ ἀληθείᾳ τὸ ψεῦδος. Πρὸς δὲ τούτοις δείκνυσι τοὺς καλουμένους θεοὺς οὐ φύσει ὄντας θεούς·</w:t>
      </w:r>
    </w:p>
    <w:p>
      <w:r>
        <w:rPr>
          <w:rFonts w:ascii="Courier New" w:hAnsi="Courier New"/>
          <w:color w:val="555555"/>
          <w:sz w:val="20"/>
        </w:rPr>
        <w:t>[2 . 75]</w:t>
      </w:r>
    </w:p>
    <w:p>
      <w:r>
        <w:rPr>
          <w:rFonts w:ascii="Gentium Plus" w:hAnsi="Gentium Plus"/>
          <w:sz w:val="24"/>
        </w:rPr>
        <w:t>«Τῶν τε ὄντων θεῶν καὶ τῶν μελλόντων.» Πῶς δ’ ἂν εἴη τις θεὸς ὁ μηδέπω γενόμενος; πῶς δ’ ἂν τοῦ σεπτοτάτου μεταλάχοι ὀνόματος ὁ μηδέπω τὸ εἶναι λαβών; τὰ δὲ θεῖα λόγια τῶν γεγο‐</w:t>
      </w:r>
    </w:p>
    <w:p>
      <w:r>
        <w:rPr>
          <w:rFonts w:ascii="Courier New" w:hAnsi="Courier New"/>
          <w:color w:val="555555"/>
          <w:sz w:val="20"/>
        </w:rPr>
        <w:t>[2 . 76]</w:t>
      </w:r>
    </w:p>
    <w:p>
      <w:r>
        <w:rPr>
          <w:rFonts w:ascii="Gentium Plus" w:hAnsi="Gentium Plus"/>
          <w:sz w:val="24"/>
        </w:rPr>
        <w:t>νότων οὐδὲν φύσει προσαγορεύει θεόν. Ὀνόματος μὲν γὰρ ψιλοῦ μεταδέδωκε τοῖς δικάζειν πεπιστευμένοις, καὶ μέντοι καὶ τοῖς τὴν θείαν εἰκόνα ὡς οἷόν τε τετηρηκόσιν ἀκήρατον· φύσει δὲ Θεὸν τὸν ἀεὶ ὄντα καὶ κατὰ ταὐτὰ καὶ ὡσαύτως ἔχοντα μόνον εἴωθεν</w:t>
      </w:r>
    </w:p>
    <w:p>
      <w:r>
        <w:rPr>
          <w:rFonts w:ascii="Courier New" w:hAnsi="Courier New"/>
          <w:color w:val="555555"/>
          <w:sz w:val="20"/>
        </w:rPr>
        <w:t>[5]</w:t>
      </w:r>
    </w:p>
    <w:p>
      <w:r>
        <w:rPr>
          <w:rFonts w:ascii="Gentium Plus" w:hAnsi="Gentium Plus"/>
          <w:sz w:val="24"/>
        </w:rPr>
        <w:t>ὀνομάζειν. Ἀλλὰ τοῦτον εἰς ὕστερον τὸν λόγον φυλάξωμεν· νῦν δέ γε ἀρκέσει δηλῶσαι, ὡς ὁ φιλόσοφος οἶδε τὸν τοῦ παντὸς ἡγε‐</w:t>
      </w:r>
    </w:p>
    <w:p>
      <w:r>
        <w:rPr>
          <w:rFonts w:ascii="Courier New" w:hAnsi="Courier New"/>
          <w:color w:val="555555"/>
          <w:sz w:val="20"/>
        </w:rPr>
        <w:t>[2 . 77]</w:t>
      </w:r>
    </w:p>
    <w:p>
      <w:r>
        <w:rPr>
          <w:rFonts w:ascii="Gentium Plus" w:hAnsi="Gentium Plus"/>
          <w:sz w:val="24"/>
        </w:rPr>
        <w:t>μόνα καὶ αἴτιον καὶ τὸν τοῦ αἰτίου πατέρα· ἔστι δὲ αὐτοῦ ἀκοῦσαι κἀν τῇ Ἐπινομίδι λέγοντος· «Καὶ τιμὰς ἀποδιδῶμεν, μὴ τῷ μὲν ἐνιαυτόν, τῷ δὲ μῆνα, τῷ δὲ μηνός τινος μοῖραν τάττωμεν, μηδέ τινα χρόνον, ἐν ᾧ διεξέρχεται τὸν αὐτοῦ πόλον, ξυναποτε‐</w:t>
      </w:r>
    </w:p>
    <w:p>
      <w:r>
        <w:rPr>
          <w:rFonts w:ascii="Courier New" w:hAnsi="Courier New"/>
          <w:color w:val="555555"/>
          <w:sz w:val="20"/>
        </w:rPr>
        <w:t>[5]</w:t>
      </w:r>
    </w:p>
    <w:p>
      <w:r>
        <w:rPr>
          <w:rFonts w:ascii="Gentium Plus" w:hAnsi="Gentium Plus"/>
          <w:sz w:val="24"/>
        </w:rPr>
        <w:t>λῶν κόσμον, ὃν ἔταξε λόγος ὁ πάντων θειότατος· ὃν ὁ μὲν εὐδαί‐ μων πρῶτον μὲν ἐθαύμασεν, ἔπειτα ἔρωτα ἔσχε καταμαθεῖν, ὁπόσα ἐνῆν τῇ φύσει δυνατά.» Κἀν τούτοις τὸν λόγον ἔφησε τὰ</w:t>
      </w:r>
    </w:p>
    <w:p>
      <w:r>
        <w:rPr>
          <w:rFonts w:ascii="Courier New" w:hAnsi="Courier New"/>
          <w:color w:val="555555"/>
          <w:sz w:val="20"/>
        </w:rPr>
        <w:t>[2 . 78]</w:t>
      </w:r>
    </w:p>
    <w:p>
      <w:r>
        <w:rPr>
          <w:rFonts w:ascii="Gentium Plus" w:hAnsi="Gentium Plus"/>
          <w:sz w:val="24"/>
        </w:rPr>
        <w:t>πάντα διακοσμῆσαι, οὐ τὸν τοῦ λόγου πατέρα. Καὶ Διονυσίῳ δὲ γράφων τοιάδε φησίν· «Φραστέον δή σοι δι’ αἰνιγμάτων, ἵν’ ἄν τι δέλτος ἢ πόντου ἢ γῆς ἐν πτυχαῖς πάθῃ, ὁ ἀναγνοὺς μὴ γνῷ. Ὧδε γὰρ ἔχει. Περὶ τὸν πάντων βασιλέα πάντα ἐστί, καὶ ἐκείνου</w:t>
      </w:r>
    </w:p>
    <w:p>
      <w:r>
        <w:rPr>
          <w:rFonts w:ascii="Courier New" w:hAnsi="Courier New"/>
          <w:color w:val="555555"/>
          <w:sz w:val="20"/>
        </w:rPr>
        <w:t>[5]</w:t>
      </w:r>
    </w:p>
    <w:p>
      <w:r>
        <w:rPr>
          <w:rFonts w:ascii="Gentium Plus" w:hAnsi="Gentium Plus"/>
          <w:sz w:val="24"/>
        </w:rPr>
        <w:t>γε εἵνεκα πάντα, καὶ ἐκεῖνό γε αἴτιον πάντων καλῶν· δεύτερον δὲ περὶ τὰ δεύτερα, καὶ τρίτον περὶ τὰ τρίτα.»</w:t>
      </w:r>
    </w:p>
    <w:p>
      <w:r>
        <w:rPr>
          <w:rFonts w:ascii="Courier New" w:hAnsi="Courier New"/>
          <w:color w:val="555555"/>
          <w:sz w:val="20"/>
        </w:rPr>
        <w:t>[2 . 79]</w:t>
      </w:r>
    </w:p>
    <w:p>
      <w:r>
        <w:rPr>
          <w:rFonts w:ascii="Gentium Plus" w:hAnsi="Gentium Plus"/>
          <w:sz w:val="24"/>
        </w:rPr>
        <w:t>Ὁρᾶτε, πῶς ὀρρωδοῦντες καὶ δεδιότες τὰ τῆς ἀληθείας προσ‐ έφερον δόγματα καὶ αἰνιγματωδῶς, οὐ σαφῶς, ἐκήρυττον τὴν ἀλήθειαν, τὸν τῶν πολλῶν ὑφορώμενοι πλάνον; Τοῦτο δέ γε τὸ</w:t>
      </w:r>
    </w:p>
    <w:p>
      <w:r>
        <w:rPr>
          <w:rFonts w:ascii="Courier New" w:hAnsi="Courier New"/>
          <w:color w:val="555555"/>
          <w:sz w:val="20"/>
        </w:rPr>
        <w:t>[2 . 80]</w:t>
      </w:r>
    </w:p>
    <w:p>
      <w:r>
        <w:rPr>
          <w:rFonts w:ascii="Gentium Plus" w:hAnsi="Gentium Plus"/>
          <w:sz w:val="24"/>
        </w:rPr>
        <w:t>δέος κἀν τῷ Τιμαίῳ δεδήλωκεν· λέγει δὲ οὕτως· «Νῦν δὴ οὖν τὸ παρ’ ἡμῶν ὧδε ἐχέτω· τὴν μὲν οὖν πάντων εἴτε ἀρχὴν εἴτε ἀρχάς, εἴτε ὅπῃ δοκεῖ τούτων πέρι, τὸ νῦν οὐ ῥητέον· δι’ ἄλλο μὲν οὐδέν, διὰ δὲ τὸ χαλεπὸν εἶναι κατὰ τὸν παρόντα λόγον τῆς</w:t>
      </w:r>
    </w:p>
    <w:p>
      <w:r>
        <w:rPr>
          <w:rFonts w:ascii="Courier New" w:hAnsi="Courier New"/>
          <w:color w:val="555555"/>
          <w:sz w:val="20"/>
        </w:rPr>
        <w:t>[2 . 81]</w:t>
      </w:r>
    </w:p>
    <w:p>
      <w:r>
        <w:rPr>
          <w:rFonts w:ascii="Gentium Plus" w:hAnsi="Gentium Plus"/>
          <w:sz w:val="24"/>
        </w:rPr>
        <w:t>διεξόδου τὰ δοκοῦντα δηλῶσαι.» Καὶ Νουμήνιος δὲ ὁ Πυθαγό‐ ρειος, ἐν οἷς τὰ περὶ τἀγαθοῦ γέγραφε, σαφέστερον ταῦτα ἐδί‐ δαξε· φησὶ γάρ· «Οὔτε δημιουργεῖν ἐστι χρεὼν τὸν πρῶτον, καὶ τοῦ δημιουργοῦντος θεοῦ χρὴ εἶναι νομίζειν πατέρα τὸν πρῶτον</w:t>
      </w:r>
    </w:p>
    <w:p>
      <w:r>
        <w:rPr>
          <w:rFonts w:ascii="Courier New" w:hAnsi="Courier New"/>
          <w:color w:val="555555"/>
          <w:sz w:val="20"/>
        </w:rPr>
        <w:t>[5]</w:t>
      </w:r>
    </w:p>
    <w:p>
      <w:r>
        <w:rPr>
          <w:rFonts w:ascii="Gentium Plus" w:hAnsi="Gentium Plus"/>
          <w:sz w:val="24"/>
        </w:rPr>
        <w:t>θεόν.»</w:t>
      </w:r>
    </w:p>
    <w:p>
      <w:r>
        <w:rPr>
          <w:rFonts w:ascii="Courier New" w:hAnsi="Courier New"/>
          <w:color w:val="555555"/>
          <w:sz w:val="20"/>
        </w:rPr>
        <w:t>[2 . 82]</w:t>
      </w:r>
    </w:p>
    <w:p>
      <w:r>
        <w:rPr>
          <w:rFonts w:ascii="Gentium Plus" w:hAnsi="Gentium Plus"/>
          <w:sz w:val="24"/>
        </w:rPr>
        <w:t>Καὶ Πλωτῖνος δέ, ὁ τὴν Πλάτωνος φιλοσοφίαν ζηλώσας, περὶ τῶν τριῶν ἀρχικῶν ὑποστάσεων βιβλίον ξυνέγραψεν, ἐν ᾧ καὶ τάδε ἔφη· «Τί οὖν χρὴ περὶ τοῦ τελειοτάτου λέγειν; Οὐδὲν ἀπ’ αὐτοῦ, ἢ τὰ μέγιστα μετ’ αὐτόν· μέγιστα δὲ μετ’ αὐτὸν</w:t>
      </w:r>
    </w:p>
    <w:p>
      <w:r>
        <w:rPr>
          <w:rFonts w:ascii="Courier New" w:hAnsi="Courier New"/>
          <w:color w:val="555555"/>
          <w:sz w:val="20"/>
        </w:rPr>
        <w:t>[2 . 83]</w:t>
      </w:r>
    </w:p>
    <w:p>
      <w:r>
        <w:rPr>
          <w:rFonts w:ascii="Gentium Plus" w:hAnsi="Gentium Plus"/>
          <w:sz w:val="24"/>
        </w:rPr>
        <w:t>νοῦς καὶ δεύτερον, καὶ γὰρ ὁρᾷ ὁ νοῦς ἐκεῖνον.» Καὶ πάλιν· «Ποθεῖ δὲ πᾶν τὸ γεννῆσαν καὶ τοῦτο ἀγαπᾷ, καὶ μάλιστα ὅταν ὦσι μόνοι τὸ γεννῆσαν καὶ τὸ γεγεννημένον· ὅταν δὲ καὶ τὸ ἄριστον ᾖ τὸ γεγεννημένον, ἐξ ἀνάγκης ξύνεστιν αὐτῷ, ὡς τῇ</w:t>
      </w:r>
    </w:p>
    <w:p>
      <w:r>
        <w:rPr>
          <w:rFonts w:ascii="Courier New" w:hAnsi="Courier New"/>
          <w:color w:val="555555"/>
          <w:sz w:val="20"/>
        </w:rPr>
        <w:t>[5]</w:t>
      </w:r>
    </w:p>
    <w:p>
      <w:r>
        <w:rPr>
          <w:rFonts w:ascii="Gentium Plus" w:hAnsi="Gentium Plus"/>
          <w:sz w:val="24"/>
        </w:rPr>
        <w:t>ἑτερότητι μόνον κεχωρίσθαι. Εἰκόνα δὲ ἐκείνου εἶναι λέγομεν τὸν νοῦν· δεῖ γὰρ σαφέστερον λέγειν.»</w:t>
      </w:r>
    </w:p>
    <w:p>
      <w:r>
        <w:rPr>
          <w:rFonts w:ascii="Courier New" w:hAnsi="Courier New"/>
          <w:color w:val="555555"/>
          <w:sz w:val="20"/>
        </w:rPr>
        <w:t>[2 . 84]</w:t>
      </w:r>
    </w:p>
    <w:p>
      <w:r>
        <w:rPr>
          <w:rFonts w:ascii="Gentium Plus" w:hAnsi="Gentium Plus"/>
          <w:sz w:val="24"/>
        </w:rPr>
        <w:t>Καὶ ἕτερα δέ γε πλεῖστα εἴρηται καὶ τούτῳ καὶ Πλουτάρχῳ καὶ Νουμηνίῳ καὶ τοῖς ἄλλοις, ὅσοι τῆς τούτων ἦσαν ξυμμορίας. Μετὰ γὰρ δὴ τὴν τοῦ Σωτῆρος ἡμῶν ἐπιφάνειαν οὗτοι γενόμενοι, τῆς Χριστιανικῆς θεολογίας πολλὰ τοῖς οἰκείοις ἀνέμιξαν λόγοις.</w:t>
      </w:r>
    </w:p>
    <w:p>
      <w:r>
        <w:rPr>
          <w:rFonts w:ascii="Courier New" w:hAnsi="Courier New"/>
          <w:color w:val="555555"/>
          <w:sz w:val="20"/>
        </w:rPr>
        <w:t>[2 . 85]</w:t>
      </w:r>
    </w:p>
    <w:p>
      <w:r>
        <w:rPr>
          <w:rFonts w:ascii="Gentium Plus" w:hAnsi="Gentium Plus"/>
          <w:sz w:val="24"/>
        </w:rPr>
        <w:t>Αὐτίκα τοίνυν τὴν Πλάτωνος διάνοιαν ἀναπτύσσοντες, καὶ ὁ</w:t>
      </w:r>
    </w:p>
    <w:p>
      <w:r>
        <w:rPr>
          <w:rFonts w:ascii="Courier New" w:hAnsi="Courier New"/>
          <w:color w:val="555555"/>
          <w:sz w:val="20"/>
        </w:rPr>
        <w:t>[5]</w:t>
      </w:r>
    </w:p>
    <w:p>
      <w:r>
        <w:rPr>
          <w:rFonts w:ascii="Gentium Plus" w:hAnsi="Gentium Plus"/>
          <w:sz w:val="24"/>
        </w:rPr>
        <w:t>ἡμεῖς Υἱὸν καὶ Λόγον προσαγορεύομεν, τὴν δὲ τὰ πάντα ψυχοῦ‐ σαν καὶ ζωοποιοῦσαν δύναμιν Ψυχὴν καλοῦντα, ἣν Πνεῦμα ἅγιον</w:t>
      </w:r>
    </w:p>
    <w:p>
      <w:r>
        <w:rPr>
          <w:rFonts w:ascii="Courier New" w:hAnsi="Courier New"/>
          <w:color w:val="555555"/>
          <w:sz w:val="20"/>
        </w:rPr>
        <w:t>[2 . 86]</w:t>
      </w:r>
    </w:p>
    <w:p>
      <w:r>
        <w:rPr>
          <w:rFonts w:ascii="Gentium Plus" w:hAnsi="Gentium Plus"/>
          <w:sz w:val="24"/>
        </w:rPr>
        <w:t>οἱ θεῖοι προσαγορεύουσι λόγοι. Καὶ ταῦτα δέ, ὡς ἔφην, ἐκ τῆς τῶν Ἑβραίων φιλοσοφίας τε καὶ θεολογίας σεσύληται. Ὁ γὰρ δὴ ὑμνοποιὸς Δαυίδ, τὸ θεῖον ἀνακρουόμενος μέλος καὶ ὑπὸ τῆς θείας ἐνηχούμενος χάριτος, κέκραγε λέγων· «Τῷ λόγῳ Κυρίου</w:t>
      </w:r>
    </w:p>
    <w:p>
      <w:r>
        <w:rPr>
          <w:rFonts w:ascii="Courier New" w:hAnsi="Courier New"/>
          <w:color w:val="555555"/>
          <w:sz w:val="20"/>
        </w:rPr>
        <w:t>[5]</w:t>
      </w:r>
    </w:p>
    <w:p>
      <w:r>
        <w:rPr>
          <w:rFonts w:ascii="Gentium Plus" w:hAnsi="Gentium Plus"/>
          <w:sz w:val="24"/>
        </w:rPr>
        <w:t>οἱ οὐρανοὶ ἐστερεώθησαν, καὶ τῷ πνεύματι τοῦ στόματος αὐτοῦ</w:t>
      </w:r>
    </w:p>
    <w:p>
      <w:r>
        <w:rPr>
          <w:rFonts w:ascii="Courier New" w:hAnsi="Courier New"/>
          <w:color w:val="555555"/>
          <w:sz w:val="20"/>
        </w:rPr>
        <w:t>[2 . 87]</w:t>
      </w:r>
    </w:p>
    <w:p>
      <w:r>
        <w:rPr>
          <w:rFonts w:ascii="Gentium Plus" w:hAnsi="Gentium Plus"/>
          <w:sz w:val="24"/>
        </w:rPr>
        <w:t>πᾶσα ἡ δύναμις αὐτῶν.» Καὶ μὲν δὴ καὶ τῶν θείων εὐαγγελίων ὅ τε Πλούταρχος καὶ ὁ Πλωτῖνος ἐπήκουσαν. Δηλοῖ δὲ τοῦτο σαφῶς ὁ Ἀμέλιος, ὁ τῆς Πορφυρίου πρωτεύσας διατριβῆς· ὑπεράγαται</w:t>
      </w:r>
    </w:p>
    <w:p>
      <w:r>
        <w:rPr>
          <w:rFonts w:ascii="Courier New" w:hAnsi="Courier New"/>
          <w:color w:val="555555"/>
          <w:sz w:val="20"/>
        </w:rPr>
        <w:t>[2 . 88]</w:t>
      </w:r>
    </w:p>
    <w:p>
      <w:r>
        <w:rPr>
          <w:rFonts w:ascii="Gentium Plus" w:hAnsi="Gentium Plus"/>
          <w:sz w:val="24"/>
        </w:rPr>
        <w:t>γὰρ τὸ τῆς Ἰωάννου θεολογίας προοίμιον, οὑτωσὶ λέγων· «Καὶ οὗτος ἄρα ἦν ὁ λόγος, καθ’ ὃν ἀεὶ ὄντα τὰ γινόμενα ἐγίνετο, ὡς ἂν καὶ ὁ Ἡράκλειτος ἀξιώσειεν, καὶ νὴ Δία καὶ ὁ βάρβαρος ἀξιοῖ ἐν τῇ τῆς ἀρχῆς τάξει τε καὶ ἀξίᾳ καθεστηκότα πρὸς θεὸν</w:t>
      </w:r>
    </w:p>
    <w:p>
      <w:r>
        <w:rPr>
          <w:rFonts w:ascii="Courier New" w:hAnsi="Courier New"/>
          <w:color w:val="555555"/>
          <w:sz w:val="20"/>
        </w:rPr>
        <w:t>[5]</w:t>
      </w:r>
    </w:p>
    <w:p>
      <w:r>
        <w:rPr>
          <w:rFonts w:ascii="Gentium Plus" w:hAnsi="Gentium Plus"/>
          <w:sz w:val="24"/>
        </w:rPr>
        <w:t>εἶναι καὶ θεὸν εἶναι, δι’ οὗ πάντα ἁπλῶς γεγενῆσθαι, ἐν ᾧ τὸ γενόμενον ζῶν καὶ ζωὴν καὶ ὂν πεφυκέναι εἴς τε σῶμα πίπτειν καὶ σάρκα ἐνδυσάμενον φαντάζεσθαι ἄνθρωπον, μετὰ τοῦ καὶ τηνικαῦτα δεικνύειν τῆς φύσεως τὸ μεγαλεῖον, ἀμέλει καὶ ἀνα‐ λυθέντα πάλιν ἀποθεοῦσθαι καὶ θεὸν εἶναι, οἷος ἦν πρὸ τοῦ εἰς</w:t>
      </w:r>
    </w:p>
    <w:p>
      <w:r>
        <w:rPr>
          <w:rFonts w:ascii="Courier New" w:hAnsi="Courier New"/>
          <w:color w:val="555555"/>
          <w:sz w:val="20"/>
        </w:rPr>
        <w:t>[10]</w:t>
      </w:r>
    </w:p>
    <w:p>
      <w:r>
        <w:rPr>
          <w:rFonts w:ascii="Gentium Plus" w:hAnsi="Gentium Plus"/>
          <w:sz w:val="24"/>
        </w:rPr>
        <w:t>τὸ σῶμα καὶ τὴν σάρκα καὶ τὸν ἄνθρωπον καταχθῆναι.»</w:t>
      </w:r>
    </w:p>
    <w:p>
      <w:r>
        <w:rPr>
          <w:rFonts w:ascii="Courier New" w:hAnsi="Courier New"/>
          <w:color w:val="555555"/>
          <w:sz w:val="20"/>
        </w:rPr>
        <w:t>[2 . 89]</w:t>
      </w:r>
    </w:p>
    <w:p>
      <w:r>
        <w:rPr>
          <w:rFonts w:ascii="Gentium Plus" w:hAnsi="Gentium Plus"/>
          <w:sz w:val="24"/>
        </w:rPr>
        <w:t>Οὕτως ἄρα τὴν τοῦ βαρβάρου θεολογίαν τεθαύμακεν ὁ τῇ Πλάτωνος καὶ τῶν ἄλλων φιλοσόφων ἐντραφεὶς εὐεπείᾳ· καὶ ξυ‐</w:t>
      </w:r>
    </w:p>
    <w:p>
      <w:r>
        <w:rPr>
          <w:rFonts w:ascii="Courier New" w:hAnsi="Courier New"/>
          <w:color w:val="555555"/>
          <w:sz w:val="20"/>
        </w:rPr>
        <w:t>[5]</w:t>
      </w:r>
    </w:p>
    <w:p>
      <w:r>
        <w:rPr>
          <w:rFonts w:ascii="Gentium Plus" w:hAnsi="Gentium Plus"/>
          <w:sz w:val="24"/>
        </w:rPr>
        <w:t>αἴτιον ὑπάρχειν καὶ χορηγὸν καὶ τῆς τῶν ὅλων ἕνεκα σωτηρίας σαρκὶ μὲν ξυγκρύψαι τὸ μεγαλοπρεπὲς τῆς θεότητος, ἀποκαλύψαι δὲ ὅμως κἀν τῇ σμικρᾷ καὶ παχείᾳ νεφέλῃ τὴν πατρῴαν εὐγέ‐</w:t>
      </w:r>
    </w:p>
    <w:p>
      <w:r>
        <w:rPr>
          <w:rFonts w:ascii="Courier New" w:hAnsi="Courier New"/>
          <w:color w:val="555555"/>
          <w:sz w:val="20"/>
        </w:rPr>
        <w:t>[2 . 90]</w:t>
      </w:r>
    </w:p>
    <w:p>
      <w:r>
        <w:rPr>
          <w:rFonts w:ascii="Gentium Plus" w:hAnsi="Gentium Plus"/>
          <w:sz w:val="24"/>
        </w:rPr>
        <w:t>νειαν. Καὶ γὰρ ὁ θεσπέσιος εὐαγγελιστὴς εἰρηκὼς «καὶ ὁ λόγος σὰρξ ἐγένετο» καὶ δείξας τὸ τῆς θείας φύσεως ἀναλλοίωτον, ἐπήγαγε «καὶ ἐσκήνωσεν ἐν ἡμῖν» καὶ ἐδίδαξεν, ὡς καὶ σάρκα περικείμενος τὴν ἄρρητόν τε καὶ ἄφθαρτον ἠφίει τῆς θεότητος</w:t>
      </w:r>
    </w:p>
    <w:p>
      <w:r>
        <w:rPr>
          <w:rFonts w:ascii="Courier New" w:hAnsi="Courier New"/>
          <w:color w:val="555555"/>
          <w:sz w:val="20"/>
        </w:rPr>
        <w:t>[5]</w:t>
      </w:r>
    </w:p>
    <w:p>
      <w:r>
        <w:rPr>
          <w:rFonts w:ascii="Gentium Plus" w:hAnsi="Gentium Plus"/>
          <w:sz w:val="24"/>
        </w:rPr>
        <w:t>αἴγλην· «Ἐθεασάμεθα» γὰρ ἔφη «τὴν δόξαν αὐτοῦ, δόξαν ὡς μονογενοῦς παρὰ πατρός, πλήρης χάριτος καὶ ἀληθείας.» Οὐκ ἠμαύρωσε γὰρ αὐτοῦ τὰς τῆς θεότητος ἀκτῖνας ἡ περιβολὴ τῆς σαρκός, ἀλλὰ καὶ ταύτην ἀμπεχόμενος δῆλος ἦν, τίς τε ἦν, καὶ ἐκ τίνος ἐξέλαμψεν.</w:t>
      </w:r>
    </w:p>
    <w:p>
      <w:r>
        <w:rPr>
          <w:rFonts w:ascii="Courier New" w:hAnsi="Courier New"/>
          <w:color w:val="555555"/>
          <w:sz w:val="20"/>
        </w:rPr>
        <w:t>[2 . 91]</w:t>
      </w:r>
    </w:p>
    <w:p>
      <w:r>
        <w:rPr>
          <w:rFonts w:ascii="Gentium Plus" w:hAnsi="Gentium Plus"/>
          <w:sz w:val="24"/>
        </w:rPr>
        <w:t>Εἰ δὲ καὶ οἱ τῆς ἀληθείας ἀντίπαλοι οὕτω κομιδῇ θαυμάζουσι τὴν ἀλήθειαν, ὡς καὶ βραχέσι μορίοις ἐκεῖθεν σεσυλημένοις δια‐ καλλύνειν τὰ οἰκεῖα ξυγγράμματα, καὶ πολλῷ ψεύδει ταῦτα μιγνύμενα μὴ ἀμβλύνειν τὸ σφέτερον κάλλος, ἀλλὰ κἀν φορυτῷ</w:t>
      </w:r>
    </w:p>
    <w:p>
      <w:r>
        <w:rPr>
          <w:rFonts w:ascii="Courier New" w:hAnsi="Courier New"/>
          <w:color w:val="555555"/>
          <w:sz w:val="20"/>
        </w:rPr>
        <w:t>[5]</w:t>
      </w:r>
    </w:p>
    <w:p>
      <w:r>
        <w:rPr>
          <w:rFonts w:ascii="Gentium Plus" w:hAnsi="Gentium Plus"/>
          <w:sz w:val="24"/>
        </w:rPr>
        <w:t>κειμένους τοὺς μαργαρίτας ἀστράπτειν καὶ, κατὰ τὴν εὐαγ‐ γελικὴν διδασκαλίαν, «τὸ φῶς ἐν τῇ σκοτίᾳ φαίνειν καὶ ὑπὸ τῆς σκοτίας μὴ κρύπτεσθαι» ξυνιδεῖν εὐπετές, ὅπως ἐστὶν ἀξιέ‐ ραστα καὶ ἀξιάγαστα τὰ θεῖα μαθήματα, τοῦ ψεύδους κεχωρι‐</w:t>
      </w:r>
    </w:p>
    <w:p>
      <w:r>
        <w:rPr>
          <w:rFonts w:ascii="Courier New" w:hAnsi="Courier New"/>
          <w:color w:val="555555"/>
          <w:sz w:val="20"/>
        </w:rPr>
        <w:t>[2 . 92]</w:t>
      </w:r>
    </w:p>
    <w:p>
      <w:r>
        <w:rPr>
          <w:rFonts w:ascii="Gentium Plus" w:hAnsi="Gentium Plus"/>
          <w:sz w:val="24"/>
        </w:rPr>
        <w:t>σμένα. Πολλὴν γάρ που διαφορὰν ἔχει μαργαρίτης ἐν βορβόρῳ κείμενος καὶ ἐν διαδήματι λάμπων· καὶ μὲν δὴ καὶ τῶν δακτύλων αἱ σκυταλίδες ἀφηρμοσμέναι τε ἀλλήλων καὶ διεσκεδασμέναι, οὐ τὴν αὐτὴν ἔχουσιν εὐπρέπειάν τε καὶ χάριν καὶ χρείαν, ὅσην</w:t>
      </w:r>
    </w:p>
    <w:p>
      <w:r>
        <w:rPr>
          <w:rFonts w:ascii="Courier New" w:hAnsi="Courier New"/>
          <w:color w:val="555555"/>
          <w:sz w:val="20"/>
        </w:rPr>
        <w:t>[5]</w:t>
      </w:r>
    </w:p>
    <w:p>
      <w:r>
        <w:rPr>
          <w:rFonts w:ascii="Gentium Plus" w:hAnsi="Gentium Plus"/>
          <w:sz w:val="24"/>
        </w:rPr>
        <w:t>ξυμπεφυκυῖαί τε ἀλλήλαις καὶ ξυνηρμοσμέναι ἔχουσαί τε καὶ</w:t>
      </w:r>
    </w:p>
    <w:p>
      <w:r>
        <w:rPr>
          <w:rFonts w:ascii="Courier New" w:hAnsi="Courier New"/>
          <w:color w:val="555555"/>
          <w:sz w:val="20"/>
        </w:rPr>
        <w:t>[2 . 93]</w:t>
      </w:r>
    </w:p>
    <w:p>
      <w:r>
        <w:rPr>
          <w:rFonts w:ascii="Gentium Plus" w:hAnsi="Gentium Plus"/>
          <w:sz w:val="24"/>
        </w:rPr>
        <w:t>ἐπιτελοῦσαι ὁρῶνται. Ἀκήρατον τοίνυν καὶ ἀμιγὲς τῆς ἀληθείας</w:t>
      </w:r>
    </w:p>
    <w:p>
      <w:r>
        <w:rPr>
          <w:rFonts w:ascii="Courier New" w:hAnsi="Courier New"/>
          <w:color w:val="555555"/>
          <w:sz w:val="20"/>
        </w:rPr>
        <w:t>[2 . 94]</w:t>
      </w:r>
    </w:p>
    <w:p>
      <w:r>
        <w:rPr>
          <w:rFonts w:ascii="Gentium Plus" w:hAnsi="Gentium Plus"/>
          <w:sz w:val="24"/>
        </w:rPr>
        <w:t>κεχωρισμένον. Ἐναργέστερον δὲ τοῦτο καταμάθοι τις ἄν, τὴν Ἑλληνικὴν μυθολογίαν τῇ ἀποστολικῇ καὶ προφητικῇ διδασκαλίᾳ παρατιθεὶς καὶ ἐκ παραλλήλου θεώμενος τὸ διάφορον. Σαγχωνιάθων μὲν οὖν ὁ Βηρύτιος τὴν Φοινίκων θεολογίαν</w:t>
      </w:r>
    </w:p>
    <w:p>
      <w:r>
        <w:rPr>
          <w:rFonts w:ascii="Courier New" w:hAnsi="Courier New"/>
          <w:color w:val="555555"/>
          <w:sz w:val="20"/>
        </w:rPr>
        <w:t>[5]</w:t>
      </w:r>
    </w:p>
    <w:p>
      <w:r>
        <w:rPr>
          <w:rFonts w:ascii="Gentium Plus" w:hAnsi="Gentium Plus"/>
          <w:sz w:val="24"/>
        </w:rPr>
        <w:t>ξυνέγραψε· μετήνεγκε δὲ ταύτην εἰς τὴν Ἑλλάδα φωνὴν Φίλων, οὐχ ὁ Ἑβραῖος, ἀλλ’ ὁ Βύβλιος, τὸν δὲ Σαγχωνιάθωνα λίαν τε‐ θαύμακεν ὁ Πορφύριος· Μανεθὼς δὲ τὰ περὶ Ἴσιδος καὶ Ὀσίριδος καὶ Ἄπιδος καὶ Σαράπιδος καὶ τῶν ἄλλων θεῶν τῶν Αἰγυπτίων</w:t>
      </w:r>
    </w:p>
    <w:p>
      <w:r>
        <w:rPr>
          <w:rFonts w:ascii="Courier New" w:hAnsi="Courier New"/>
          <w:color w:val="555555"/>
          <w:sz w:val="20"/>
        </w:rPr>
        <w:t>[2 . 95]</w:t>
      </w:r>
    </w:p>
    <w:p>
      <w:r>
        <w:rPr>
          <w:rFonts w:ascii="Gentium Plus" w:hAnsi="Gentium Plus"/>
          <w:sz w:val="24"/>
        </w:rPr>
        <w:t>ἐμυθολόγησε· Διόδωρος δὲ ὁ Σικελιώτης κοσμογονίαν ξυνέγραψε· τὴν δὲ τοῦ Ἀσκραίου ποιητοῦ Θεογονίαν οἶδε καὶ τὰ μειράκια· ὁ δέ γε Ὀδρύσης Ὀρφεὺς τὰς Αἰγυπτίων τελετὰς τοὺς Ἕλλη‐ νας ἐξεπαίδευσε· Κάδμος δὲ τὰς Φοινίκων· Κορνοῦτος δὲ ὁ</w:t>
      </w:r>
    </w:p>
    <w:p>
      <w:r>
        <w:rPr>
          <w:rFonts w:ascii="Courier New" w:hAnsi="Courier New"/>
          <w:color w:val="555555"/>
          <w:sz w:val="20"/>
        </w:rPr>
        <w:t>[5]</w:t>
      </w:r>
    </w:p>
    <w:p>
      <w:r>
        <w:rPr>
          <w:rFonts w:ascii="Gentium Plus" w:hAnsi="Gentium Plus"/>
          <w:sz w:val="24"/>
        </w:rPr>
        <w:t>φιλόσοφος τὴν Ἑλληνικὴν θεολογίαν ξυντέθεικε· Πλούταρχος δὲ καὶ Ἀέτιος τὰς τῶν φιλοσόφων ἐκπαιδεύουσι δόξας· τὸν αὐτὸν δὲ καὶ ὁ Πορφύριος ἀνεδέξατο πόνον, τὸν ἑκάστου βίον ταῖς</w:t>
      </w:r>
    </w:p>
    <w:p>
      <w:r>
        <w:rPr>
          <w:rFonts w:ascii="Courier New" w:hAnsi="Courier New"/>
          <w:color w:val="555555"/>
          <w:sz w:val="20"/>
        </w:rPr>
        <w:t>[2 . 96]</w:t>
      </w:r>
    </w:p>
    <w:p>
      <w:r>
        <w:rPr>
          <w:rFonts w:ascii="Gentium Plus" w:hAnsi="Gentium Plus"/>
          <w:sz w:val="24"/>
        </w:rPr>
        <w:t>δόξαις προστεθεικώς. Τούτοις ὑμᾶς, ὦ ἄνδρες, ἀξιῶ τὰ ἡμέτερα παραθεῖναι καὶ μαθεῖν ὡς οὐ μόνον, κατὰ τὸν ποιητήν,</w:t>
      </w:r>
    </w:p>
    <w:p>
      <w:r>
        <w:rPr>
          <w:rFonts w:ascii="Courier New" w:hAnsi="Courier New"/>
          <w:color w:val="555555"/>
          <w:sz w:val="20"/>
        </w:rPr>
        <w:t>[5]</w:t>
      </w:r>
    </w:p>
    <w:p>
      <w:r>
        <w:rPr>
          <w:rFonts w:ascii="Gentium Plus" w:hAnsi="Gentium Plus"/>
          <w:sz w:val="24"/>
        </w:rPr>
        <w:t>δ’ αὐτοὺς θεῖναι παραιτοῦμαι τοὺς μύθους, ἵνα μὴ μέ τις ἀδο‐ λέσχην ὀνομάσῃ καὶ φλήναφον· ἐνίων δὲ καὶ μάλα ὀλίγων ἐν τῇ μετὰ τήνδε, ξὺν θεῷ φάναι, γραφησομένῃ διαλέξει μνησθήσομαι, ἵνα τῶν μυθολογουμένων περὶ τῶν καλουμένων θεῶν μὴ μόνον</w:t>
      </w:r>
    </w:p>
    <w:p>
      <w:r>
        <w:rPr>
          <w:rFonts w:ascii="Courier New" w:hAnsi="Courier New"/>
          <w:color w:val="555555"/>
          <w:sz w:val="20"/>
        </w:rPr>
        <w:t>[2 . 97]</w:t>
      </w:r>
    </w:p>
    <w:p>
      <w:r>
        <w:rPr>
          <w:rFonts w:ascii="Gentium Plus" w:hAnsi="Gentium Plus"/>
          <w:sz w:val="24"/>
        </w:rPr>
        <w:t>τὸ ἀπίθανον, ἀλλὰ καὶ τὸ ἀνόητον καὶ δυσαγὲς ἐπιδείξω. Εἰ δέ τῳ φίλον καὶ αὐτὴν διαγνῶναι τὴν ξύγκρισιν, εὑρήσει ταύτην ἐν τοῖς Εὐσεβίου τοῦ Παλαιστίνου ξυγγράμμασιν, Εὐαγγελικὴν δὲ προ‐ παρασκευὴν τόνδε τὸν πόνον ἐκεῖνος ὠνόμασεν· ἐγὼ δὲ ξυντόμως</w:t>
      </w:r>
    </w:p>
    <w:p>
      <w:r>
        <w:rPr>
          <w:rFonts w:ascii="Courier New" w:hAnsi="Courier New"/>
          <w:color w:val="555555"/>
          <w:sz w:val="20"/>
        </w:rPr>
        <w:t>[5]</w:t>
      </w:r>
    </w:p>
    <w:p>
      <w:r>
        <w:rPr>
          <w:rFonts w:ascii="Gentium Plus" w:hAnsi="Gentium Plus"/>
          <w:sz w:val="24"/>
        </w:rPr>
        <w:t>ἐρῶ, ὡς Αἰγύπτιοι καὶ Φοίνικες καὶ τῶν Ἑλλήνων οἱ ποιηταὶ καὶ φιλόσοφοι ἢ τὰ ὁρώμενα στοιχεῖα θεοὺς ὑπετόπασαν ἢ ἀνθρώπων τοὺς εὖ τι πεποιηκότας καὶ ἔν τισι πλεονεκτήμασι διαπρέψαντας</w:t>
      </w:r>
    </w:p>
    <w:p>
      <w:r>
        <w:rPr>
          <w:rFonts w:ascii="Courier New" w:hAnsi="Courier New"/>
          <w:color w:val="555555"/>
          <w:sz w:val="20"/>
        </w:rPr>
        <w:t>[2 . 98]</w:t>
      </w:r>
    </w:p>
    <w:p>
      <w:r>
        <w:rPr>
          <w:rFonts w:ascii="Gentium Plus" w:hAnsi="Gentium Plus"/>
          <w:sz w:val="24"/>
        </w:rPr>
        <w:t>θεοὺς ἀνηγόρευσαν καὶ τεθνεῶσι ναοὺς ἐδομήσαντο· ἡμεῖς δὲ τῶν μὲν ὁρωμένων θεολογοῦμεν οὐδέν, τῶν δὲ ἀνθρώπων τοὺς ἐν ἀρετῇ διαπρέψαντας ὡς ἀνθρώπους ἀρίστους γεραίρομεν, μόνον δὲ τὸν τῶν ὅλων προσκυνοῦμεν Θεὸν καὶ τὸν ἐκείνου γε Λόγον καὶ τὸ</w:t>
      </w:r>
    </w:p>
    <w:p>
      <w:r>
        <w:rPr>
          <w:rFonts w:ascii="Courier New" w:hAnsi="Courier New"/>
          <w:color w:val="555555"/>
          <w:sz w:val="20"/>
        </w:rPr>
        <w:t>[2 . 99]</w:t>
      </w:r>
    </w:p>
    <w:p>
      <w:r>
        <w:rPr>
          <w:rFonts w:ascii="Gentium Plus" w:hAnsi="Gentium Plus"/>
          <w:sz w:val="24"/>
        </w:rPr>
        <w:t>πανάγιον Πνεῦμα. Τὸν αὐτὸν δὲ καὶ Υἱὸν μονογενῆ καὶ Λόγον καὶ Ζωὴν καὶ Φῶς καὶ Ἀλήθειαν ὀνομάζομεν, καὶ ἄλλοις δὲ παμπόλλοις ὀνόμασι κεχρημένοι τὴν θείαν φύσιν ἀνυμνοῦμεν. Οὐ μόνον δὲ αὐτὴν ἀπὸ τῶν προσόντων ὀνομάζομεν, ἀλλὰ καὶ ἀπὸ</w:t>
      </w:r>
    </w:p>
    <w:p>
      <w:r>
        <w:rPr>
          <w:rFonts w:ascii="Courier New" w:hAnsi="Courier New"/>
          <w:color w:val="555555"/>
          <w:sz w:val="20"/>
        </w:rPr>
        <w:t>[2 . 100]</w:t>
      </w:r>
    </w:p>
    <w:p>
      <w:r>
        <w:rPr>
          <w:rFonts w:ascii="Gentium Plus" w:hAnsi="Gentium Plus"/>
          <w:sz w:val="24"/>
        </w:rPr>
        <w:t>τῶν μὴ προσόντων προσαγορεύομεν· ἄναρχον γὰρ καὶ ἄφθαρτον καὶ ἀθάνατον καὶ ἄπειρον καὶ ἀνώλεθρον ἀόρατόν τε καὶ ἀνείδεον καὶ ἀσχημάτιστον ἀπερίγραφόν τε καὶ ἀπερίληπτον καὶ ἀνέφικτον καλοῦμεν, ἀπό γε τῶν μὴ προσόντων τὰς προσηγορίας τιθέντες.</w:t>
      </w:r>
    </w:p>
    <w:p>
      <w:r>
        <w:rPr>
          <w:rFonts w:ascii="Courier New" w:hAnsi="Courier New"/>
          <w:color w:val="555555"/>
          <w:sz w:val="20"/>
        </w:rPr>
        <w:t>[2 . 101]</w:t>
      </w:r>
    </w:p>
    <w:p>
      <w:r>
        <w:rPr>
          <w:rFonts w:ascii="Gentium Plus" w:hAnsi="Gentium Plus"/>
          <w:sz w:val="24"/>
        </w:rPr>
        <w:t>Ἐπειδὴ γὰρ ὁρατὸς οὐκ ἔστιν, ἀόρατος ὀνομάζεται καὶ ἀθέατος, καὶ ὡς ὑπερβαίνων τοῦ νοῦ τὴν φαντασίαν, ἀνέφικτος δὴ καλεῖ‐</w:t>
      </w:r>
    </w:p>
    <w:p>
      <w:r>
        <w:rPr>
          <w:rFonts w:ascii="Courier New" w:hAnsi="Courier New"/>
          <w:color w:val="555555"/>
          <w:sz w:val="20"/>
        </w:rPr>
        <w:t>[2 . 102]</w:t>
      </w:r>
    </w:p>
    <w:p>
      <w:r>
        <w:rPr>
          <w:rFonts w:ascii="Gentium Plus" w:hAnsi="Gentium Plus"/>
          <w:sz w:val="24"/>
        </w:rPr>
        <w:t>τἄλλα δέ, ὅσα τούτοις ἔοικεν, ὧν ἡ θεία φύσις οὐκ ἔχει, τυγχάνει ὄντα δηλωτικά. Τὸ δέ γε ἀγαθὸς καὶ δίκαιος καὶ φῶς καὶ ζωὴ καὶ δημιουργὸς καὶ τῶν ὅλων πρύτανίς τε καὶ κυβερνήτης καὶ τὰ τούτοις προσόμοια, ὧν ἔχει τε καὶ ἐνεργεῖ, τὴν κτίσιν ἰθύνων καὶ</w:t>
      </w:r>
    </w:p>
    <w:p>
      <w:r>
        <w:rPr>
          <w:rFonts w:ascii="Courier New" w:hAnsi="Courier New"/>
          <w:color w:val="555555"/>
          <w:sz w:val="20"/>
        </w:rPr>
        <w:t>[2 . 103]</w:t>
      </w:r>
    </w:p>
    <w:p>
      <w:r>
        <w:rPr>
          <w:rFonts w:ascii="Gentium Plus" w:hAnsi="Gentium Plus"/>
          <w:sz w:val="24"/>
        </w:rPr>
        <w:t>τῶν ἀνθρώπων τὴν φύσιν εὐεργετῶν, ὑπάρχει σημαντικά. Οὕτως Υἱὸς ὀνομάζεται, ὡς ἐκ τοῦ Θεοῦ καὶ Πατρὸς γεγεννημένος, καὶ Λόγος, ὡς ἀχρόνως καὶ ἀπαθῶς προελθὼν καὶ μὴ μερίσας τὸν φύσαντα· καὶ αὖ πάλιν Ἀπαύγασμα δόξης, ὡς ξυναΐδιος</w:t>
      </w:r>
    </w:p>
    <w:p>
      <w:r>
        <w:rPr>
          <w:rFonts w:ascii="Courier New" w:hAnsi="Courier New"/>
          <w:color w:val="555555"/>
          <w:sz w:val="20"/>
        </w:rPr>
        <w:t>[5]</w:t>
      </w:r>
    </w:p>
    <w:p>
      <w:r>
        <w:rPr>
          <w:rFonts w:ascii="Gentium Plus" w:hAnsi="Gentium Plus"/>
          <w:sz w:val="24"/>
        </w:rPr>
        <w:t>ὢν τοῦ γεννήσαντος.</w:t>
      </w:r>
    </w:p>
    <w:p>
      <w:r>
        <w:rPr>
          <w:rFonts w:ascii="Courier New" w:hAnsi="Courier New"/>
          <w:color w:val="555555"/>
          <w:sz w:val="20"/>
        </w:rPr>
        <w:t>[2 . 104]</w:t>
      </w:r>
    </w:p>
    <w:p>
      <w:r>
        <w:rPr>
          <w:rFonts w:ascii="Gentium Plus" w:hAnsi="Gentium Plus"/>
          <w:sz w:val="24"/>
        </w:rPr>
        <w:t>Ἀλλὰ μὴ θορυβήσητε, καὶ ἐκ τοῦ Πατρὸς καὶ ξὺν τῷ Πατρὶ τὸν Λόγον ἀκούσαντες. Τῶν γὰρ ἀτοπωτάτων Πλάτωνος μὲν ἀνέχεσθαι καὶ αἴτιον τῆς ὕλης τὸν Θεὸν λέγοντος καὶ ξυναΐδιον τοῦ Θεοῦ τὴν ὕλην ἀποκαλοῦντος καὶ τὰς ἰδέας ἐκ τοῦ Θεοῦ καὶ</w:t>
      </w:r>
    </w:p>
    <w:p>
      <w:r>
        <w:rPr>
          <w:rFonts w:ascii="Courier New" w:hAnsi="Courier New"/>
          <w:color w:val="555555"/>
          <w:sz w:val="20"/>
        </w:rPr>
        <w:t>[5]</w:t>
      </w:r>
    </w:p>
    <w:p>
      <w:r>
        <w:rPr>
          <w:rFonts w:ascii="Gentium Plus" w:hAnsi="Gentium Plus"/>
          <w:sz w:val="24"/>
        </w:rPr>
        <w:t>ξὺν τῷ Θεῷ φάσκοντος εἶναι, τὸν δὲ τοῦ Θεοῦ Λόγον καὶ τὸ πανάγιον Πνεῦμα μὴ πείθεσθαι καὶ ἐκ τοῦ Θεοῦ φῦναι καὶ ξὺν</w:t>
      </w:r>
    </w:p>
    <w:p>
      <w:r>
        <w:rPr>
          <w:rFonts w:ascii="Courier New" w:hAnsi="Courier New"/>
          <w:color w:val="555555"/>
          <w:sz w:val="20"/>
        </w:rPr>
        <w:t>[2 . 105]</w:t>
      </w:r>
    </w:p>
    <w:p>
      <w:r>
        <w:rPr>
          <w:rFonts w:ascii="Gentium Plus" w:hAnsi="Gentium Plus"/>
          <w:sz w:val="24"/>
        </w:rPr>
        <w:t>τῷ Θεῷ εἶναι. Εἰ γὰρ τὴν ἑτεροφυᾶ καὶ ἑτερογενῆ καὶ ἀλλόφυλον ὕλην καὶ ἐκ τοῦ Θεοῦ καὶ ξὺν τῷ Θεῷ εἶναι ὁ φιλόσοφος ἔφη, πολλῷ δήπουθεν εὐλογώτερόν τε καὶ ἀληθέστερον ὑποληπτέον τὸν ἡμέτερον λόγον. Οὐ γὰρ ἑτεροφυᾶ τὸν Υἱόν, οὐδέ γε τὸ</w:t>
      </w:r>
    </w:p>
    <w:p>
      <w:r>
        <w:rPr>
          <w:rFonts w:ascii="Courier New" w:hAnsi="Courier New"/>
          <w:color w:val="555555"/>
          <w:sz w:val="20"/>
        </w:rPr>
        <w:t>[5]</w:t>
      </w:r>
    </w:p>
    <w:p>
      <w:r>
        <w:rPr>
          <w:rFonts w:ascii="Gentium Plus" w:hAnsi="Gentium Plus"/>
          <w:sz w:val="24"/>
        </w:rPr>
        <w:t>πανάγιον Πνεῦμα εἶναί φαμεν, ἀλλὰ μίαν εἶναι τῆς Τριάδος τὴν οὐσίαν κηρύττομεν.</w:t>
      </w:r>
    </w:p>
    <w:p>
      <w:r>
        <w:rPr>
          <w:rFonts w:ascii="Courier New" w:hAnsi="Courier New"/>
          <w:color w:val="555555"/>
          <w:sz w:val="20"/>
        </w:rPr>
        <w:t>[2 . 106]</w:t>
      </w:r>
    </w:p>
    <w:p>
      <w:r>
        <w:rPr>
          <w:rFonts w:ascii="Gentium Plus" w:hAnsi="Gentium Plus"/>
          <w:sz w:val="24"/>
        </w:rPr>
        <w:t>Εἰ δέ τις τῆς ὑπάρξεως τοῦ Υἱοῦ καὶ τοῦ ἁγίου Πνεύματος</w:t>
      </w:r>
    </w:p>
    <w:p>
      <w:r>
        <w:rPr>
          <w:rFonts w:ascii="Courier New" w:hAnsi="Courier New"/>
          <w:color w:val="555555"/>
          <w:sz w:val="20"/>
        </w:rPr>
        <w:t>[2 . 107]</w:t>
      </w:r>
    </w:p>
    <w:p>
      <w:r>
        <w:rPr>
          <w:rFonts w:ascii="Gentium Plus" w:hAnsi="Gentium Plus"/>
          <w:sz w:val="24"/>
        </w:rPr>
        <w:t>ἀκραιφνεῖ χωρητόν. Τὸ μὲν γὰρ ἐξ αἰτίου γενέσθαι τι ἢ γεννητὸν ἢ κτιστὸν δέξαιτ’ ἂν ῥᾳδίως ὁ λογισμός· τὸ δὲ εἶναί τι ἄτερ αἰτίου οὐδεὶς προσίεται λογισμός, εἰ μή πῃ ἄρα φανείη τῆς πί‐ στεως τὸ ἐχέγγυον. Εἰ δὲ πιστεύομεν εἶναί τι καὶ ἀγέννητον καὶ</w:t>
      </w:r>
    </w:p>
    <w:p>
      <w:r>
        <w:rPr>
          <w:rFonts w:ascii="Courier New" w:hAnsi="Courier New"/>
          <w:color w:val="555555"/>
          <w:sz w:val="20"/>
        </w:rPr>
        <w:t>[5]</w:t>
      </w:r>
    </w:p>
    <w:p>
      <w:r>
        <w:rPr>
          <w:rFonts w:ascii="Gentium Plus" w:hAnsi="Gentium Plus"/>
          <w:sz w:val="24"/>
        </w:rPr>
        <w:t>ἄναρχον καὶ ἀναίτιον, πιστευτέον ἄρα, ὡς ἐκ τούτου νοῦ γε ὄντος ἐγεννήθη ὁ Λόγος, καὶ προῆλθε τὸ Πνεῦμα τὸ ἅγιον.</w:t>
      </w:r>
    </w:p>
    <w:p>
      <w:r>
        <w:rPr>
          <w:rFonts w:ascii="Courier New" w:hAnsi="Courier New"/>
          <w:color w:val="555555"/>
          <w:sz w:val="20"/>
        </w:rPr>
        <w:t>[2 . 108]</w:t>
      </w:r>
    </w:p>
    <w:p>
      <w:r>
        <w:rPr>
          <w:rFonts w:ascii="Gentium Plus" w:hAnsi="Gentium Plus"/>
          <w:sz w:val="24"/>
        </w:rPr>
        <w:t>Ὅτι δὲ καὶ τῶν παλαιῶν τινες ἀγέννητον καλοῦσι τὸν τῶν ὅλων Θεόν, ἀκούσαι ἄν τις καὶ Τιμαίου τοῦ Λοκροῦ λέγοντος· «Μία ἀρχὰ πάντων ἐστὶν ἀγέννατος· εἰ γὰρ ἐγένετο, οὐκ ἂν ἦν ἔτι ἀρχά, ἀλλ’ ἐκείνα, ἐξ ἇς ἀρχὰ ἐγένετο.» Παρμενίδης δὲ ὁ</w:t>
      </w:r>
    </w:p>
    <w:p>
      <w:r>
        <w:rPr>
          <w:rFonts w:ascii="Courier New" w:hAnsi="Courier New"/>
          <w:color w:val="555555"/>
          <w:sz w:val="20"/>
        </w:rPr>
        <w:t>[5]</w:t>
      </w:r>
    </w:p>
    <w:p>
      <w:r>
        <w:rPr>
          <w:rFonts w:ascii="Gentium Plus" w:hAnsi="Gentium Plus"/>
          <w:sz w:val="24"/>
        </w:rPr>
        <w:t>Ἐλεάτης καὶ τὸν κόσμον ἀγέννητον εἶναι λέγων βοᾷ·</w:t>
      </w:r>
    </w:p>
    <w:p>
      <w:r>
        <w:rPr>
          <w:rFonts w:ascii="Courier New" w:hAnsi="Courier New"/>
          <w:color w:val="555555"/>
          <w:sz w:val="20"/>
        </w:rPr>
        <w:t>[10]</w:t>
      </w:r>
    </w:p>
    <w:p>
      <w:r>
        <w:rPr>
          <w:rFonts w:ascii="Gentium Plus" w:hAnsi="Gentium Plus"/>
          <w:sz w:val="24"/>
        </w:rPr>
        <w:t>Εἰ τοίνυν φαμὲν εἶναί τι ἀγέννητον καὶ ἀναίτιον, κατὰ μὲν τὸν</w:t>
      </w:r>
    </w:p>
    <w:p>
      <w:r>
        <w:rPr>
          <w:rFonts w:ascii="Courier New" w:hAnsi="Courier New"/>
          <w:color w:val="555555"/>
          <w:sz w:val="20"/>
        </w:rPr>
        <w:t>[2 . 109]</w:t>
      </w:r>
    </w:p>
    <w:p>
      <w:r>
        <w:rPr>
          <w:rFonts w:ascii="Gentium Plus" w:hAnsi="Gentium Plus"/>
          <w:sz w:val="24"/>
        </w:rPr>
        <w:t>Παρμενίδην τὸν κόσμον, κατὰ δὲ τὸν Πλάτωνα καὶ Τίμαιον τὸν Λοκρὸν καὶ Πλούταρχον καὶ ἡμᾶς αὐτοὺς τὸν τῶν ἁπάντων δημιουργόν, πολλῷ τούτου πιθανώτερον τὸ φάναι, ἐξ ἐκείνου γε τοῦ ἀγεννήτου φῦναι τὸν Λόγον καὶ τὸ πανάγιον Πνεῦμα, τὸν</w:t>
      </w:r>
    </w:p>
    <w:p>
      <w:r>
        <w:rPr>
          <w:rFonts w:ascii="Courier New" w:hAnsi="Courier New"/>
          <w:color w:val="555555"/>
          <w:sz w:val="20"/>
        </w:rPr>
        <w:t>[5]</w:t>
      </w:r>
    </w:p>
    <w:p>
      <w:r>
        <w:rPr>
          <w:rFonts w:ascii="Gentium Plus" w:hAnsi="Gentium Plus"/>
          <w:sz w:val="24"/>
        </w:rPr>
        <w:t>μέν, ὡς λόγον, ἐκ τοῦ νοῦ γεννώμενον, τὸ δέ, ὡς πνεῦμα, ἐκπο‐ ρευόμενον· ξυμπρόεισι γὰρ τῷ Λόγῳ τὸ Πνεῦμα, οὐ ξυγγεννώ‐</w:t>
      </w:r>
    </w:p>
    <w:p>
      <w:r>
        <w:rPr>
          <w:rFonts w:ascii="Courier New" w:hAnsi="Courier New"/>
          <w:color w:val="555555"/>
          <w:sz w:val="20"/>
        </w:rPr>
        <w:t>[2 . 110]</w:t>
      </w:r>
    </w:p>
    <w:p>
      <w:r>
        <w:rPr>
          <w:rFonts w:ascii="Gentium Plus" w:hAnsi="Gentium Plus"/>
          <w:sz w:val="24"/>
        </w:rPr>
        <w:t>μενον, ἀλλὰ ξυνὸν καὶ παρομαρτοῦν καὶ ἐκπορευόμενον. Ἀλλ’ οὔτε τὸ Πνεῦμα πνοήν τινα στόματος εἶναί φαμεν—ἀξύνθετον γὰρ τὸ θεῖον καὶ ἀσχημάτιστον—οὔτε τὸν Λόγον τοῦτον τὸν εἰς ἀέρα χεόμενον, ἀλλ’ ἐνούσιον Λόγον καὶ ἐνυπόστατον Πνεῦμα,</w:t>
      </w:r>
    </w:p>
    <w:p>
      <w:r>
        <w:rPr>
          <w:rFonts w:ascii="Courier New" w:hAnsi="Courier New"/>
          <w:color w:val="555555"/>
          <w:sz w:val="20"/>
        </w:rPr>
        <w:t>[5]</w:t>
      </w:r>
    </w:p>
    <w:p>
      <w:r>
        <w:rPr>
          <w:rFonts w:ascii="Gentium Plus" w:hAnsi="Gentium Plus"/>
          <w:sz w:val="24"/>
        </w:rPr>
        <w:t>καὶ ἐν τῷ Πατρὶ θεωρούμενα καὶ καθ’ ἑαυτὰ πιστευόμενα, καὶ ξυνημμένα καὶ διῃρημένα, τῷ μὲν ταὐτῷ τῆς φύσεως ἡνωμένα, τῇ δὲ τῶν ἰδιοτήτων διαφορᾷ διῃρημένα καὶ καθ’ ἑαυτὰ νοούμενα.</w:t>
      </w:r>
    </w:p>
    <w:p>
      <w:r>
        <w:rPr>
          <w:rFonts w:ascii="Courier New" w:hAnsi="Courier New"/>
          <w:color w:val="555555"/>
          <w:sz w:val="20"/>
        </w:rPr>
        <w:t>[2 . 111]</w:t>
      </w:r>
    </w:p>
    <w:p>
      <w:r>
        <w:rPr>
          <w:rFonts w:ascii="Gentium Plus" w:hAnsi="Gentium Plus"/>
          <w:sz w:val="24"/>
        </w:rPr>
        <w:t>Ταῦτα δὲ οὐκ ἔνεστι μαθεῖν ἀκριβῶς τὸν μὴ τοῖς θείοις ἐντε‐ τυχηκότα λογίοις καὶ τὸ τῆς γνώσεως φῶς παρὰ τῆς θείας ἐκδε‐</w:t>
      </w:r>
    </w:p>
    <w:p>
      <w:r>
        <w:rPr>
          <w:rFonts w:ascii="Courier New" w:hAnsi="Courier New"/>
          <w:color w:val="555555"/>
          <w:sz w:val="20"/>
        </w:rPr>
        <w:t>[2 . 112]</w:t>
      </w:r>
    </w:p>
    <w:p>
      <w:r>
        <w:rPr>
          <w:rFonts w:ascii="Gentium Plus" w:hAnsi="Gentium Plus"/>
          <w:sz w:val="24"/>
        </w:rPr>
        <w:t>Ἀναγνωστέον δὲ οὐ μόνον τὰ τῶν ἱερῶν ἀποστόλων μαθήματα, ἀλλὰ καὶ τὰ τῶν θείων προφητῶν θεσπίσματα· οὕτω γάρ τις καὶ τῆς παλαιᾶς καὶ τῆς καινῆς θεολογίας τὴν ξυμφωνίαν ὁρῶν, θαυμάσεται τὴν ἀλήθειαν καὶ φεύξεται μὲν Διαγόρου τοῦ Μιλη‐</w:t>
      </w:r>
    </w:p>
    <w:p>
      <w:r>
        <w:rPr>
          <w:rFonts w:ascii="Courier New" w:hAnsi="Courier New"/>
          <w:color w:val="555555"/>
          <w:sz w:val="20"/>
        </w:rPr>
        <w:t>[5]</w:t>
      </w:r>
    </w:p>
    <w:p>
      <w:r>
        <w:rPr>
          <w:rFonts w:ascii="Gentium Plus" w:hAnsi="Gentium Plus"/>
          <w:sz w:val="24"/>
        </w:rPr>
        <w:t>σίου καὶ τοῦ Κυρηναϊκοῦ Θεοδώρου καὶ Εὐημέρου τοῦ Τεγεάτου τὸ ἄθεον· τούτους γὰρ ὁ Πλούταρχος ἔφησε μηδένα νενομικέναι</w:t>
      </w:r>
    </w:p>
    <w:p>
      <w:r>
        <w:rPr>
          <w:rFonts w:ascii="Courier New" w:hAnsi="Courier New"/>
          <w:color w:val="555555"/>
          <w:sz w:val="20"/>
        </w:rPr>
        <w:t>[2 . 113]</w:t>
      </w:r>
    </w:p>
    <w:p>
      <w:r>
        <w:rPr>
          <w:rFonts w:ascii="Gentium Plus" w:hAnsi="Gentium Plus"/>
          <w:sz w:val="24"/>
        </w:rPr>
        <w:t>θεόν· φεύξεται δὲ καὶ τῶν Στωϊκῶν τὴν ἀπρεπῆ περὶ τοῦ θείου δόξαν· σωματοειδῆ γὰρ οὗτοι τὸν θεὸν ἔφασαν εἶναι· βδελύξεται δὲ καὶ Πρωταγόρου τοὺς ἀμφιβόλους περὶ τοῦ θεοῦ καὶ ἀπίστους λόγους· ἐκείνου γάρ ἐστι τὰ τοιάδε· «Περὶ μὲν οὖν τῶν θεῶν</w:t>
      </w:r>
    </w:p>
    <w:p>
      <w:r>
        <w:rPr>
          <w:rFonts w:ascii="Courier New" w:hAnsi="Courier New"/>
          <w:color w:val="555555"/>
          <w:sz w:val="20"/>
        </w:rPr>
        <w:t>[5]</w:t>
      </w:r>
    </w:p>
    <w:p>
      <w:r>
        <w:rPr>
          <w:rFonts w:ascii="Gentium Plus" w:hAnsi="Gentium Plus"/>
          <w:sz w:val="24"/>
        </w:rPr>
        <w:t>οὐκ οἶδα, οὔτε εἰ εἰσίν, οὔθ’ ὡς οὐκ εἰσίν, οὐθ’ ὁποῖοί τινες τὴν</w:t>
      </w:r>
    </w:p>
    <w:p>
      <w:r>
        <w:rPr>
          <w:rFonts w:ascii="Courier New" w:hAnsi="Courier New"/>
          <w:color w:val="555555"/>
          <w:sz w:val="20"/>
        </w:rPr>
        <w:t>[2 . 114]</w:t>
      </w:r>
    </w:p>
    <w:p>
      <w:r>
        <w:rPr>
          <w:rFonts w:ascii="Gentium Plus" w:hAnsi="Gentium Plus"/>
          <w:sz w:val="24"/>
        </w:rPr>
        <w:t>ἰδέαν εἰσίν.» Ἀποδράσει δὲ καὶ τῶν ἄλλων μυθολόγων τὸν πλά‐ νον· Πλάτωνος δὲ καὶ τῶν ἐκείνῳ παραπλησίων, ὅσα μὲν ἐκ τῶν θείων λογίων κεκλόφασιν, εὑρήσει τε καὶ θαυμάσεται, ὅσα δὲ τοῦ ψεύδους ἀνέμιξαν, ἀποξύσει καὶ καθάπερ φορυτὸν ἀπορρίψει</w:t>
      </w:r>
    </w:p>
    <w:p>
      <w:r>
        <w:rPr>
          <w:rFonts w:ascii="Courier New" w:hAnsi="Courier New"/>
          <w:color w:val="555555"/>
          <w:sz w:val="20"/>
        </w:rPr>
        <w:t>[5]</w:t>
      </w:r>
    </w:p>
    <w:p>
      <w:r>
        <w:rPr>
          <w:rFonts w:ascii="Gentium Plus" w:hAnsi="Gentium Plus"/>
          <w:sz w:val="24"/>
        </w:rPr>
        <w:t>καὶ τῶν τῆς ψυχῆς ἀπελάσει χωρίων, καὶ ὁρῶν τῆς κλοπῆς τὰ φώρια, τῷ Πυθαγορικῷ Νουμηνίῳ πιστεύσει λέγοντι· «Τί γάρ</w:t>
      </w:r>
    </w:p>
    <w:p>
      <w:r>
        <w:rPr>
          <w:rFonts w:ascii="Courier New" w:hAnsi="Courier New"/>
          <w:color w:val="555555"/>
          <w:sz w:val="20"/>
        </w:rPr>
        <w:t>[2 . 115]</w:t>
      </w:r>
    </w:p>
    <w:p>
      <w:r>
        <w:rPr>
          <w:rFonts w:ascii="Gentium Plus" w:hAnsi="Gentium Plus"/>
          <w:sz w:val="24"/>
        </w:rPr>
        <w:t>ἐστι Πλάτων ἢ Μωϋσῆς Ἀττικίζων;» Διὰ γὰρ δὴ τούτων ἀναφανδὸν ἔδειξεν ὁ Νουμήνιος, ὡς ὁπόσα Πλάτων εὐσεβῶς εἴρηκεν, ἐκ τῆς Μωϋσοῦ θεολογίας σεσύληκεν.</w:t>
      </w:r>
    </w:p>
    <w:p>
      <w:r>
        <w:rPr>
          <w:rFonts w:ascii="Courier New" w:hAnsi="Courier New"/>
          <w:color w:val="555555"/>
          <w:sz w:val="20"/>
        </w:rPr>
        <w:t>[2 . 116]</w:t>
      </w:r>
    </w:p>
    <w:p>
      <w:r>
        <w:rPr>
          <w:rFonts w:ascii="Gentium Plus" w:hAnsi="Gentium Plus"/>
          <w:sz w:val="24"/>
        </w:rPr>
        <w:t>Ὥρα δὴ οὖν, ὦ ἄνδρες, αὐτὴν ἀνιχνεῦσαι τῆς ἀληθείας τὴν ῥίζαν· καὶ καθάπερ οἱ τὴν χρυσῖτιν καὶ ἀργυρῖτιν μεταλλεύοντες γῆν, ὅταν μικρὰ ψήγματα εὕρωσιν, ἐκείνοις ἑπόμενοι πάσας διερευνῶσι τὰς φλέβας καὶ οὐ πρότερον παύονται διορύττοντες,</w:t>
      </w:r>
    </w:p>
    <w:p>
      <w:r>
        <w:rPr>
          <w:rFonts w:ascii="Courier New" w:hAnsi="Courier New"/>
          <w:color w:val="555555"/>
          <w:sz w:val="20"/>
        </w:rPr>
        <w:t>[5]</w:t>
      </w:r>
    </w:p>
    <w:p>
      <w:r>
        <w:rPr>
          <w:rFonts w:ascii="Gentium Plus" w:hAnsi="Gentium Plus"/>
          <w:sz w:val="24"/>
        </w:rPr>
        <w:t>ἕως ἂν εὕρωσι τοῦ χρυσοῦ τὸ πλῆθος, ἐξ οὗ διεσπάρη τὰ ψήγ‐ ματα, οὕτως ὑμᾶς δεῖ τῶν Ἀναξαγόρου καὶ Πυθαγόρου καὶ Πλάτωνος, καὶ μέντοι καὶ Νουμηνίου καὶ Πλουτάρχου καὶ Πλω‐ τίνου καὶ τῶν ἄλλων ἐπακούσαντας λόγων, ἐπιζητῆσαι τὴν πηγήν, ἐξ ἧς ὀλίγα ἄττα τῶν θείων ναμάτων ἀνιμησάμενοι οὗτοι τοὺς</w:t>
      </w:r>
    </w:p>
    <w:p>
      <w:r>
        <w:rPr>
          <w:rFonts w:ascii="Courier New" w:hAnsi="Courier New"/>
          <w:color w:val="555555"/>
          <w:sz w:val="20"/>
        </w:rPr>
        <w:t>[2 . 117]</w:t>
      </w:r>
    </w:p>
    <w:p>
      <w:r>
        <w:rPr>
          <w:rFonts w:ascii="Gentium Plus" w:hAnsi="Gentium Plus"/>
          <w:sz w:val="24"/>
        </w:rPr>
        <w:t>οἰκείους διεκόσμησαν λόγους, καὶ τὴν τούτων πενίαν καταλιπόν‐ τας ἀντιλαβεῖν τῆς σοφίας τὴν ἄβυσσον καὶ μαθεῖν ἀκριβῶς παρ’ ἐκείνης, τί μὲν ποιητής, τί δὲ ποίημα, καὶ τίς μὲν ἡ τῶν ἀορά‐ των δημιουργημάτων ἀξία, τίς δὲ τῶν ὁρωμένων ἡ χρεία. Τοῦτο</w:t>
      </w:r>
    </w:p>
    <w:p>
      <w:r>
        <w:rPr>
          <w:rFonts w:ascii="Courier New" w:hAnsi="Courier New"/>
          <w:color w:val="555555"/>
          <w:sz w:val="20"/>
        </w:rPr>
        <w:t>[5]</w:t>
      </w:r>
    </w:p>
    <w:p>
      <w:r>
        <w:rPr>
          <w:rFonts w:ascii="Gentium Plus" w:hAnsi="Gentium Plus"/>
          <w:sz w:val="24"/>
        </w:rPr>
        <w:t>γὰρ μεμαθηκότες, οὐκέτι τὸ θεῖον εἰς πολλὰ μερίσετε σέβας, ἀλλὰ τὸν ἀεὶ ὄντα καὶ ἀληθῶς ὄντα καὶ τοῖς οὖσι τὸ εἶναι διὰ μόνην ἀγαθότητα δωρησάμενον προσκυνήσετε, καὶ ἀντὶ πολεμίων καὶ δυσμενῶν οἰκεῖοι καὶ φίλοι γενήσεσθε, καὶ πολλῆς, ὡς ξυνή‐ θεις, ἀπολαύσεσθε παρρησίας· καὶ οἱ ποδηγῶν ἐπὶ τοῦ παρόντος</w:t>
      </w:r>
    </w:p>
    <w:p>
      <w:r>
        <w:rPr>
          <w:rFonts w:ascii="Courier New" w:hAnsi="Courier New"/>
          <w:color w:val="555555"/>
          <w:sz w:val="20"/>
        </w:rPr>
        <w:t>[10]</w:t>
      </w:r>
    </w:p>
    <w:p>
      <w:r>
        <w:rPr>
          <w:rFonts w:ascii="Gentium Plus" w:hAnsi="Gentium Plus"/>
          <w:sz w:val="24"/>
        </w:rPr>
        <w:t>δεόμενοι ἄλλους τῶν πλανωμένων πρὸς τὴν ἀλήθειαν ξεναγήσετε.</w:t>
      </w:r>
    </w:p>
    <w:p>
      <w:pPr>
        <w:jc w:val="center"/>
      </w:pPr>
      <w:r>
        <w:rPr>
          <w:rFonts w:ascii="Gentium Plus" w:hAnsi="Gentium Plus"/>
          <w:b/>
          <w:sz w:val="24"/>
        </w:rPr>
        <w:t>ΠΕΡΙ ΑΓΓΕΛΩΝ ΚΑΙ ΤΩΝ ΚΑΛΟΥΜΕΝΩΝ ΘΕΩΝ ΚΑΙ ΠΕΡΙ ΤΩΝ ΠΟΝΗΡΩΝ ΔΑΙΜΟΝΩΝ.</w:t>
      </w:r>
    </w:p>
    <w:p>
      <w:r>
        <w:rPr>
          <w:rFonts w:ascii="Courier New" w:hAnsi="Courier New"/>
          <w:color w:val="555555"/>
          <w:sz w:val="20"/>
        </w:rPr>
        <w:t>[3 . 1]</w:t>
      </w:r>
    </w:p>
    <w:p>
      <w:r>
        <w:rPr>
          <w:rFonts w:ascii="Gentium Plus" w:hAnsi="Gentium Plus"/>
          <w:sz w:val="24"/>
        </w:rPr>
        <w:t>Τῶν σωμάτων ἐκεῖνα θαυμάζειν εἰώθαμεν, ὅσα ἀρτιμελῆ τε καὶ ἄπηρα, καὶ ὃν ἐξ ἀρχῆς παρὰ τῆς φύσεως ἔλαχεν ἀριθμόν, σῶον ἔχει καὶ ἄρτιον· ὅσοις δὲ τούτων ἐνδεῖ τι ἢ πλεονάζει,</w:t>
      </w:r>
    </w:p>
    <w:p>
      <w:r>
        <w:rPr>
          <w:rFonts w:ascii="Courier New" w:hAnsi="Courier New"/>
          <w:color w:val="555555"/>
          <w:sz w:val="20"/>
        </w:rPr>
        <w:t>[3 . 2]</w:t>
      </w:r>
    </w:p>
    <w:p>
      <w:r>
        <w:rPr>
          <w:rFonts w:ascii="Gentium Plus" w:hAnsi="Gentium Plus"/>
          <w:sz w:val="24"/>
        </w:rPr>
        <w:t>ταῦτα τέρατα προσαγορεύειν εἰώθαμεν. Καὶ τῆς ἀναρχίας δὲ καὶ τῆς πολυαρχίας ὡς βλαβερῶν κατηγοροῦντες, τὴν μοναρχίαν θαυμάζομεν καὶ τὴν Ὁμηρικὴν ἐπαινοῦμεν γνώμην, ἣ τοῦτον εἰσηγεῖται τὸν νόμον·</w:t>
      </w:r>
    </w:p>
    <w:p>
      <w:r>
        <w:rPr>
          <w:rFonts w:ascii="Courier New" w:hAnsi="Courier New"/>
          <w:color w:val="555555"/>
          <w:sz w:val="20"/>
        </w:rPr>
        <w:t>[5]</w:t>
      </w:r>
    </w:p>
    <w:p>
      <w:r>
        <w:rPr>
          <w:rFonts w:ascii="Gentium Plus" w:hAnsi="Gentium Plus"/>
          <w:sz w:val="24"/>
        </w:rPr>
        <w:t>οὐκ ἀγαθὸν γάρ φησι πολυκοιρανίη, εἷς κοίρανος ἔστω, εἷς βασιλεύς.</w:t>
      </w:r>
    </w:p>
    <w:p>
      <w:r>
        <w:rPr>
          <w:rFonts w:ascii="Courier New" w:hAnsi="Courier New"/>
          <w:color w:val="555555"/>
          <w:sz w:val="20"/>
        </w:rPr>
        <w:t>[3 . 3]</w:t>
      </w:r>
    </w:p>
    <w:p>
      <w:r>
        <w:rPr>
          <w:rFonts w:ascii="Gentium Plus" w:hAnsi="Gentium Plus"/>
          <w:sz w:val="24"/>
        </w:rPr>
        <w:t>Ταῦτα δὲ οὐ τηνάλλως ἀδολεσχῶ, ἀλλ’ ἀπὸ τῶν ἀνθρωπίνων δεικνύναι τὰ θεῖα πειρώμενος καὶ ἀξιῶν ὑμᾶς, ὦ ἄνδρες, καὶ ἐπ’ ἐκείνων τόνδε διατηρῆσαι τὸν ὅρον καὶ ὑγιεῖς μὲν καὶ ἀρτίους ἀποκαλεῖν τοὺς τὴν ἀληθῆ θεολογίαν ἀσπαζομένους, ἣν καὶ ἡ</w:t>
      </w:r>
    </w:p>
    <w:p>
      <w:r>
        <w:rPr>
          <w:rFonts w:ascii="Courier New" w:hAnsi="Courier New"/>
          <w:color w:val="555555"/>
          <w:sz w:val="20"/>
        </w:rPr>
        <w:t>[5]</w:t>
      </w:r>
    </w:p>
    <w:p>
      <w:r>
        <w:rPr>
          <w:rFonts w:ascii="Gentium Plus" w:hAnsi="Gentium Plus"/>
          <w:sz w:val="24"/>
        </w:rPr>
        <w:t>φύσις ἐξ ἀρχῆς παραδέδωκε, καὶ τὰ θεῖα ὕστερον ἐκράτυνε λόγια, ἀναπήρους δ’ αὖ προσαγορεύειν μὴ μόνον ἐκείνους, οἳ οὐδένα θεὸν εἶναι νομίζουσιν, ἀλλὰ καὶ τούτους, οἳ εἰς πολλὰ τὸ θεῖον κατεμέρισαν σέβας καὶ τῷ δημιουργῷ τῶν ὅλων τὴν κτίσιν ξυν‐</w:t>
      </w:r>
    </w:p>
    <w:p>
      <w:r>
        <w:rPr>
          <w:rFonts w:ascii="Courier New" w:hAnsi="Courier New"/>
          <w:color w:val="555555"/>
          <w:sz w:val="20"/>
        </w:rPr>
        <w:t>[3 . 4]</w:t>
      </w:r>
    </w:p>
    <w:p>
      <w:r>
        <w:rPr>
          <w:rFonts w:ascii="Gentium Plus" w:hAnsi="Gentium Plus"/>
          <w:sz w:val="24"/>
        </w:rPr>
        <w:t>έταξαν. Οὔκουν μόνοι γε ἄθεοι Διαγόρας ὁ Μιλήσιος καὶ ὁ Κυρηναῖος Θεόδωρος καὶ Εὐήμερος ὁ Τεγεάτης καὶ οἱ τούτοις ἠκολουθηκότες, παντάπασι φάντες μὴ εἶναι θεούς, ὡς ὁ Πλού‐ ταρχος ἔφη, ἀλλὰ καὶ Ὅμηρος καὶ Ἡσίοδος καὶ αἱ τῶν φιλο‐</w:t>
      </w:r>
    </w:p>
    <w:p>
      <w:r>
        <w:rPr>
          <w:rFonts w:ascii="Courier New" w:hAnsi="Courier New"/>
          <w:color w:val="555555"/>
          <w:sz w:val="20"/>
        </w:rPr>
        <w:t>[5]</w:t>
      </w:r>
    </w:p>
    <w:p>
      <w:r>
        <w:rPr>
          <w:rFonts w:ascii="Gentium Plus" w:hAnsi="Gentium Plus"/>
          <w:sz w:val="24"/>
        </w:rPr>
        <w:t>σόφων ξυμμορίαι, παμπόλλους μὲν θεῶν μυθολογήσαντες ὁρμα‐ θούς, ἀνδραποδώδεις δέ τινας καὶ παθῶν ἀνθρωπίνων ἀποφήναντες</w:t>
      </w:r>
    </w:p>
    <w:p>
      <w:r>
        <w:rPr>
          <w:rFonts w:ascii="Courier New" w:hAnsi="Courier New"/>
          <w:color w:val="555555"/>
          <w:sz w:val="20"/>
        </w:rPr>
        <w:t>[3 . 5]</w:t>
      </w:r>
    </w:p>
    <w:p>
      <w:r>
        <w:rPr>
          <w:rFonts w:ascii="Gentium Plus" w:hAnsi="Gentium Plus"/>
          <w:sz w:val="24"/>
        </w:rPr>
        <w:t>δούλους. Εἰσὶ δὲ οἳ καὶ ἀνέδην τὰ αἴσχιστα πάθη, τὰ παρὰ σφῶν κατηγορούμενα, καὶ ὧν ἐπιμελῶς κρατεῖν τοῖς νέοις παρακε‐ λεύονται, θεούς τε ὠνόμασαν καὶ ὡς θεοῖς τὸ γέρας ἀπένειμαν.</w:t>
      </w:r>
    </w:p>
    <w:p>
      <w:r>
        <w:rPr>
          <w:rFonts w:ascii="Courier New" w:hAnsi="Courier New"/>
          <w:color w:val="555555"/>
          <w:sz w:val="20"/>
        </w:rPr>
        <w:t>[3 . 6]</w:t>
      </w:r>
    </w:p>
    <w:p>
      <w:r>
        <w:rPr>
          <w:rFonts w:ascii="Gentium Plus" w:hAnsi="Gentium Plus"/>
          <w:sz w:val="24"/>
        </w:rPr>
        <w:t>Ὡς δέ φησιν ὁ Σικελιώτης Διόδωρος, Αἰγύπτιοι τὸν ἥλιον καὶ τὴν σελήνην θεοὺς ὠνόμασαν πρῶτοι καὶ ἐκάλεσαν τὸν μὲν ἥλιον Ὄσιριν, τὴν δὲ σελήνην Ἶσιν· καὶ Φοίνικας δὲ ὡσαύτως παρ’ ἐκείνων τοῦτο μεμαθηκότας τὴν Αἰγυπτίων ζηλῶσαι θεο‐</w:t>
      </w:r>
    </w:p>
    <w:p>
      <w:r>
        <w:rPr>
          <w:rFonts w:ascii="Courier New" w:hAnsi="Courier New"/>
          <w:color w:val="555555"/>
          <w:sz w:val="20"/>
        </w:rPr>
        <w:t>[3 . 7]</w:t>
      </w:r>
    </w:p>
    <w:p>
      <w:r>
        <w:rPr>
          <w:rFonts w:ascii="Gentium Plus" w:hAnsi="Gentium Plus"/>
          <w:sz w:val="24"/>
        </w:rPr>
        <w:t>ποιΐαν. Ξυνομολογεῖ δὲ καὶ ὁ Πλάτων ἐν τῷ Κρατύλῳ, καὶ τοὺς Ἕλληνας τόνδε πρῶτον περὶ τῶν καλουμένων θεῶν τὸν πλάνον εἰσδέξασθαι, λέγει δὲ ὧδε· «Φαίνονταί μοι οἱ πρῶτοι τῶν ἀνθρώ‐ πων οἱ περὶ τὴν Ἑλλάδα τούτους μόνους ἡγεῖσθαι θεούς, οὕσπερ</w:t>
      </w:r>
    </w:p>
    <w:p>
      <w:r>
        <w:rPr>
          <w:rFonts w:ascii="Courier New" w:hAnsi="Courier New"/>
          <w:color w:val="555555"/>
          <w:sz w:val="20"/>
        </w:rPr>
        <w:t>[5]</w:t>
      </w:r>
    </w:p>
    <w:p>
      <w:r>
        <w:rPr>
          <w:rFonts w:ascii="Gentium Plus" w:hAnsi="Gentium Plus"/>
          <w:sz w:val="24"/>
        </w:rPr>
        <w:t>νῦν οἱ πολλοὶ τῶν βαρβάρων, ἥλιον καὶ σελήνην καὶ γῆν καὶ ἄστρα καὶ οὐρανόν· ἅτε οὖν αὐτὰ ὁρῶντες ἰόντα δρόμῳ καὶ θέοντα, ἀπὸ ταύτης τῆς φύσεως, τῆς τοῦ θεῖν, θεοὺς αὐτοὺς ἐπονομάσαι.»</w:t>
      </w:r>
    </w:p>
    <w:p>
      <w:r>
        <w:rPr>
          <w:rFonts w:ascii="Courier New" w:hAnsi="Courier New"/>
          <w:color w:val="555555"/>
          <w:sz w:val="20"/>
        </w:rPr>
        <w:t>[3 . 8]</w:t>
      </w:r>
    </w:p>
    <w:p>
      <w:r>
        <w:rPr>
          <w:rFonts w:ascii="Gentium Plus" w:hAnsi="Gentium Plus"/>
          <w:sz w:val="24"/>
        </w:rPr>
        <w:t>Ὁ μὲν οὖν πάνσοφος τῶν ὅλων δημιουργός, ἀνενδεὴς ὢν καὶ</w:t>
      </w:r>
    </w:p>
    <w:p>
      <w:r>
        <w:rPr>
          <w:rFonts w:ascii="Courier New" w:hAnsi="Courier New"/>
          <w:color w:val="555555"/>
          <w:sz w:val="20"/>
        </w:rPr>
        <w:t>[5]</w:t>
      </w:r>
    </w:p>
    <w:p>
      <w:r>
        <w:rPr>
          <w:rFonts w:ascii="Gentium Plus" w:hAnsi="Gentium Plus"/>
          <w:sz w:val="24"/>
        </w:rPr>
        <w:t>δὲ ὑπερέβη τῇ τῆς μεγαλουργίας φιλοτιμίᾳ τὴν χρεῖαν καὶ προσ‐</w:t>
      </w:r>
    </w:p>
    <w:p>
      <w:r>
        <w:rPr>
          <w:rFonts w:ascii="Courier New" w:hAnsi="Courier New"/>
          <w:color w:val="555555"/>
          <w:sz w:val="20"/>
        </w:rPr>
        <w:t>[3 . 9]</w:t>
      </w:r>
    </w:p>
    <w:p>
      <w:r>
        <w:rPr>
          <w:rFonts w:ascii="Gentium Plus" w:hAnsi="Gentium Plus"/>
          <w:sz w:val="24"/>
        </w:rPr>
        <w:t>φέρει διὰ τούτων αὐτοῖς παντοδαπῶν ἀπόλαυσιν ἀγαθῶν. Ἥλιος μὲν γὰρ ἀνίσχων καὶ τὴν ἡμέραν ποιῶν πρὸς ἐργασίαν διεγείρει τῶν ἀνθρώπων τὸ γένος· ἡ δὲ σελήνη, τοῦ μείζονος ὑποχωροῦν‐ τος φωστῆρος, τῆς νυκτὸς τὸ ζοφῶδες κεράννυσι καὶ οὔτε τοὺς</w:t>
      </w:r>
    </w:p>
    <w:p>
      <w:r>
        <w:rPr>
          <w:rFonts w:ascii="Courier New" w:hAnsi="Courier New"/>
          <w:color w:val="555555"/>
          <w:sz w:val="20"/>
        </w:rPr>
        <w:t>[5]</w:t>
      </w:r>
    </w:p>
    <w:p>
      <w:r>
        <w:rPr>
          <w:rFonts w:ascii="Gentium Plus" w:hAnsi="Gentium Plus"/>
          <w:sz w:val="24"/>
        </w:rPr>
        <w:t>διαναπαύεσθαι βουλομένους ἀλγύνει τῇ τοῦ φωτὸς περιουσίᾳ καὶ τοῖς ὁδοιπορεῖν ἢ δρᾶν ἄλλο τι βουλομένοις χορηγεῖ δᾳδουχίαν ἀρκοῦσαν· καὶ φθινούσης δὲ ταύτης, οἱ ἀστέρες τήνδε πληροῦσι</w:t>
      </w:r>
    </w:p>
    <w:p>
      <w:r>
        <w:rPr>
          <w:rFonts w:ascii="Courier New" w:hAnsi="Courier New"/>
          <w:color w:val="555555"/>
          <w:sz w:val="20"/>
        </w:rPr>
        <w:t>[3 . 10]</w:t>
      </w:r>
    </w:p>
    <w:p>
      <w:r>
        <w:rPr>
          <w:rFonts w:ascii="Gentium Plus" w:hAnsi="Gentium Plus"/>
          <w:sz w:val="24"/>
        </w:rPr>
        <w:t>τὴν χρείαν. Ὁ μὲν οὖν δημιουργός, ὡς ἔφην, τοσαύτην τῶν ἀνθρώπων πεποίηται προμήθειαν· οἱ δέ, τῶν μεγίστων τούτων δωρεῶν τετυχηκότες, ποδηγεῖσθαι δέον ἐκ τούτων καὶ τὸν τούτων δημιουργόν τε καὶ χορηγὸν ὡς μεγαλόδωρον ἀνυμνεῖν, τὸν μὲν</w:t>
      </w:r>
    </w:p>
    <w:p>
      <w:r>
        <w:rPr>
          <w:rFonts w:ascii="Courier New" w:hAnsi="Courier New"/>
          <w:color w:val="555555"/>
          <w:sz w:val="20"/>
        </w:rPr>
        <w:t>[5]</w:t>
      </w:r>
    </w:p>
    <w:p>
      <w:r>
        <w:rPr>
          <w:rFonts w:ascii="Gentium Plus" w:hAnsi="Gentium Plus"/>
          <w:sz w:val="24"/>
        </w:rPr>
        <w:t>ἀγέραστον εἴασαν, «ἐσεβάσθησαν δὲ καὶ ἐλάτρευσαν», ἀποστο‐ λικῶς εἰπεῖν, «τῇ κτίσει παρὰ τὸν κτίσαντα», καὶ τῶν δωρεῶν τό τε μέγεθος καὶ τὸ κάλλος ἀφορμὴν αὐτοῖς ἀχαριστίας προὐ‐ ξένησεν. Τὸν γὰρ δοτῆρα τούτων ἠγνόησαν καὶ τούτοις τὸ τῷ</w:t>
      </w:r>
    </w:p>
    <w:p>
      <w:r>
        <w:rPr>
          <w:rFonts w:ascii="Courier New" w:hAnsi="Courier New"/>
          <w:color w:val="555555"/>
          <w:sz w:val="20"/>
        </w:rPr>
        <w:t>[3 . 11]</w:t>
      </w:r>
    </w:p>
    <w:p>
      <w:r>
        <w:rPr>
          <w:rFonts w:ascii="Gentium Plus" w:hAnsi="Gentium Plus"/>
          <w:sz w:val="24"/>
        </w:rPr>
        <w:t>Θεῷ προσῆκον ἀπένειμαν σέβας. Καίτοι γε προορῶν, ἅτε δὴ πάνσοφος ὤν, ὁ δημιουργὸς τόνδε τῶν ἀνθρώπων τὸν πλάνον, πάθη τινὰ ξυνεκλήρωσε τοῖς στοιχείοις, ἵνα τὸ μὲν κάλλος αὐτῶν καὶ τὸ μέγεθος θαυμάζεσθαι παρασκευάζῃ τὸν ποιητήν, τὰ δέ</w:t>
      </w:r>
    </w:p>
    <w:p>
      <w:r>
        <w:rPr>
          <w:rFonts w:ascii="Courier New" w:hAnsi="Courier New"/>
          <w:color w:val="555555"/>
          <w:sz w:val="20"/>
        </w:rPr>
        <w:t>[5]</w:t>
      </w:r>
    </w:p>
    <w:p>
      <w:r>
        <w:rPr>
          <w:rFonts w:ascii="Gentium Plus" w:hAnsi="Gentium Plus"/>
          <w:sz w:val="24"/>
        </w:rPr>
        <w:t>γε ξυνεζευγμένα παθήματα κωλύῃ τὴν θείαν αὐτοῖς προσφέρειν</w:t>
      </w:r>
    </w:p>
    <w:p>
      <w:r>
        <w:rPr>
          <w:rFonts w:ascii="Courier New" w:hAnsi="Courier New"/>
          <w:color w:val="555555"/>
          <w:sz w:val="20"/>
        </w:rPr>
        <w:t>[3 . 12]</w:t>
      </w:r>
    </w:p>
    <w:p>
      <w:r>
        <w:rPr>
          <w:rFonts w:ascii="Gentium Plus" w:hAnsi="Gentium Plus"/>
          <w:sz w:val="24"/>
        </w:rPr>
        <w:t>προσκύνησιν. Αὐτίκα τοίνυν τὸν φανότατον ἥλιον καὶ τὴν σελήνην κρύπτει μὲν νέφη σμικρά, ὀμίχλη δὲ καὶ ἀχλὺς ἀμβλυτέρας αὐτοῖν τὰς ἀκτῖνας ποιεῖ, ἔστι δὲ ὅτε καὶ πάμπαν μεσούσης ἡμέρας, οὔτε νεφῶν ἐπιπροσθούντων οὔτε κεχυμένης ὁμίχλης,</w:t>
      </w:r>
    </w:p>
    <w:p>
      <w:r>
        <w:rPr>
          <w:rFonts w:ascii="Courier New" w:hAnsi="Courier New"/>
          <w:color w:val="555555"/>
          <w:sz w:val="20"/>
        </w:rPr>
        <w:t>[5]</w:t>
      </w:r>
    </w:p>
    <w:p>
      <w:r>
        <w:rPr>
          <w:rFonts w:ascii="Gentium Plus" w:hAnsi="Gentium Plus"/>
          <w:sz w:val="24"/>
        </w:rPr>
        <w:t>φροῦδον γίνεται τοῦ ἡλίου τὸ φῶς· ταὐτὸ δὲ τοῦτο καὶ τῇ σελήνῃ</w:t>
      </w:r>
    </w:p>
    <w:p>
      <w:r>
        <w:rPr>
          <w:rFonts w:ascii="Courier New" w:hAnsi="Courier New"/>
          <w:color w:val="555555"/>
          <w:sz w:val="20"/>
        </w:rPr>
        <w:t>[3 . 13]</w:t>
      </w:r>
    </w:p>
    <w:p>
      <w:r>
        <w:rPr>
          <w:rFonts w:ascii="Gentium Plus" w:hAnsi="Gentium Plus"/>
          <w:sz w:val="24"/>
        </w:rPr>
        <w:t>νύκτωρ τὸ πάθος προσγίνεται. Ἀτὰρ δὴ καὶ τόδε πάλιν ὁ σοφὸς</w:t>
      </w:r>
    </w:p>
    <w:p>
      <w:r>
        <w:rPr>
          <w:rFonts w:ascii="Courier New" w:hAnsi="Courier New"/>
          <w:color w:val="555555"/>
          <w:sz w:val="20"/>
        </w:rPr>
        <w:t>[5]</w:t>
      </w:r>
    </w:p>
    <w:p>
      <w:r>
        <w:rPr>
          <w:rFonts w:ascii="Gentium Plus" w:hAnsi="Gentium Plus"/>
          <w:sz w:val="24"/>
        </w:rPr>
        <w:t>σφοδροτέραν ἔστιν ὅτε παρασκευάζει προσβάλλειν τὴν ἀκτῖνα, ὡς ἀνιᾶσαι μὲν τῶν ἀνθρώπων τὰ σώματα καὶ τῶν ἄλλων γε ζῴων, διαφθεῖραι δὲ τῶν σπερμάτων καὶ τῶν φυτῶν τὰς ὠδῖνας, ἵνα μὴ ζωῆς τοῦτον ὑπολάβωμεν αἴτιον, ἀλλ’ ὑπουργὸν εἶναι πιστεύω‐</w:t>
      </w:r>
    </w:p>
    <w:p>
      <w:r>
        <w:rPr>
          <w:rFonts w:ascii="Courier New" w:hAnsi="Courier New"/>
          <w:color w:val="555555"/>
          <w:sz w:val="20"/>
        </w:rPr>
        <w:t>[3 . 14]</w:t>
      </w:r>
    </w:p>
    <w:p>
      <w:r>
        <w:rPr>
          <w:rFonts w:ascii="Gentium Plus" w:hAnsi="Gentium Plus"/>
          <w:sz w:val="24"/>
        </w:rPr>
        <w:t>μεν τοῦ θείου θελήματος. Καὶ μέντοι καὶ τὸν ἀέρα ζωῆς μὲν ἡμῖν ἀπέφηνε ξυνεργόν· τοῦτον γάρ τοι οὐ μόνον ἡμεῖς, ἀλλὰ καὶ τῶν ἀλόγων ἕκαστον ἀναπνέον διαζῇ, καὶ τῇ εἰσροῇ τὴν ἔμφυτον κεράννυσι θερμασίαν· ἀλλ’ ὅμως καὶ λοιμώδης ἐκ τοῦ</w:t>
      </w:r>
    </w:p>
    <w:p>
      <w:r>
        <w:rPr>
          <w:rFonts w:ascii="Courier New" w:hAnsi="Courier New"/>
          <w:color w:val="555555"/>
          <w:sz w:val="20"/>
        </w:rPr>
        <w:t>[5]</w:t>
      </w:r>
    </w:p>
    <w:p>
      <w:r>
        <w:rPr>
          <w:rFonts w:ascii="Gentium Plus" w:hAnsi="Gentium Plus"/>
          <w:sz w:val="24"/>
        </w:rPr>
        <w:t>ἀέρος ἐπιγίνεται νόσος, καὶ φθείρεται τὰ σώματα τῇ εὐκρασίᾳ τῇ τούτου τρεφόμενα, ὅπως ἂν μὴ καὶ τοῦτον θεὸν ὑπολάβωμεν, ἀλλὰ τρεπτὸν καὶ ἀλλοιωτὸν ὁρῶντες ἀποδράσωμεν τὴν προσκύ‐</w:t>
      </w:r>
    </w:p>
    <w:p>
      <w:r>
        <w:rPr>
          <w:rFonts w:ascii="Courier New" w:hAnsi="Courier New"/>
          <w:color w:val="555555"/>
          <w:sz w:val="20"/>
        </w:rPr>
        <w:t>[3 . 15]</w:t>
      </w:r>
    </w:p>
    <w:p>
      <w:r>
        <w:rPr>
          <w:rFonts w:ascii="Gentium Plus" w:hAnsi="Gentium Plus"/>
          <w:sz w:val="24"/>
        </w:rPr>
        <w:t>νησιν. Καὶ τὴν γῆν δὲ ὡσαύτως φερέσβιον μὲν καὶ πλουτοδότει‐ ραν καὶ μητέρα καὶ τιθήνην καὶ κοινὸν ἔδαφος ἀπέφηνεν ὁ δημι‐ ουργός· ἀλλ’ ὡς ἂν μὴ ταῦτα ὁρῶντες ἀποβουκοληθῶμεν καὶ θεοποιήσωμεν ὡς ἀγαθῶν χορηγόν, πολλὰ καὶ ταύτῃ καὶ διάφορα</w:t>
      </w:r>
    </w:p>
    <w:p>
      <w:r>
        <w:rPr>
          <w:rFonts w:ascii="Courier New" w:hAnsi="Courier New"/>
          <w:color w:val="555555"/>
          <w:sz w:val="20"/>
        </w:rPr>
        <w:t>[5]</w:t>
      </w:r>
    </w:p>
    <w:p>
      <w:r>
        <w:rPr>
          <w:rFonts w:ascii="Gentium Plus" w:hAnsi="Gentium Plus"/>
          <w:sz w:val="24"/>
        </w:rPr>
        <w:t>ξυνεκλήρωσε πάθη· καὶ γὰρ ψυχρότητος αὐτῇ καὶ θερμότητος ἀμετρία λυμαίνεται, καὶ πέρα τῆς χρείας ὑομένη διαλύεται καὶ διαφθείρει καὶ τὰ φυτὰ καὶ τὰ σπέρματα· καὶ αὖ πάλιν, τῶν νεφῶν κατὰ καιρὸν τὰς ὠδῖνας οὐ προχεόντων, διαυαίνεταί τε καὶ ἄκαρπος γίνεται· πολλάκις δὲ καὶ ψεκάδες οὐκ εἰς καιρὸν</w:t>
      </w:r>
    </w:p>
    <w:p>
      <w:r>
        <w:rPr>
          <w:rFonts w:ascii="Courier New" w:hAnsi="Courier New"/>
          <w:color w:val="555555"/>
          <w:sz w:val="20"/>
        </w:rPr>
        <w:t>[10]</w:t>
      </w:r>
    </w:p>
    <w:p>
      <w:r>
        <w:rPr>
          <w:rFonts w:ascii="Gentium Plus" w:hAnsi="Gentium Plus"/>
          <w:sz w:val="24"/>
        </w:rPr>
        <w:t>φερόμεναι σηπεδόνα ἐμποιοῦσι, καὶ κνώδαλα ἄττα καὶ θηρία</w:t>
      </w:r>
    </w:p>
    <w:p>
      <w:r>
        <w:rPr>
          <w:rFonts w:ascii="Courier New" w:hAnsi="Courier New"/>
          <w:color w:val="555555"/>
          <w:sz w:val="20"/>
        </w:rPr>
        <w:t>[3 . 16]</w:t>
      </w:r>
    </w:p>
    <w:p>
      <w:r>
        <w:rPr>
          <w:rFonts w:ascii="Gentium Plus" w:hAnsi="Gentium Plus"/>
          <w:sz w:val="24"/>
        </w:rPr>
        <w:t>τίκτειν ἐπὶ λύμῃ τῶν ἀνθρώπων βιάζεται. Τοιγαροῦν ταύτην ὁρῶντες τὴν ἀσθένειαν οἱ τὸν νοῦν ἐρρωμένοι, προσκυνεῖν ὡς θεὸν οὐκ ἀνέχονται, ἀλλὰ διά γε ταύτης καὶ τῶν ἐν αὐτῇ φυομέ‐ νων πρὸς τὸν ταύτης καὶ τὸν τούτων ποιητὴν ξεναγοῦνται καὶ διὰ</w:t>
      </w:r>
    </w:p>
    <w:p>
      <w:r>
        <w:rPr>
          <w:rFonts w:ascii="Courier New" w:hAnsi="Courier New"/>
          <w:color w:val="555555"/>
          <w:sz w:val="20"/>
        </w:rPr>
        <w:t>[5]</w:t>
      </w:r>
    </w:p>
    <w:p>
      <w:r>
        <w:rPr>
          <w:rFonts w:ascii="Gentium Plus" w:hAnsi="Gentium Plus"/>
          <w:sz w:val="24"/>
        </w:rPr>
        <w:t>τῶν ὁρωμένων πρὸς τὸν ἀόρατον ποδηγοῦνται. Ταύτῃ τοι μάλα σοφῶς ἄρα καὶ ἐπηβόλως ἔφη τις τῶν ἡμετέρων· «Ἐκ γὰρ μεγέ‐ θους καὶ καλλονῆς κτισμάτων ἀναλόγως ὁ γενεσιουργὸς αὐτῶν θεωρεῖται.» Οὐ γὰρ οἷα τὰ ποιήματα, τοιοῦτος ὁ ποιητής, οὐδὲ ἡλίκα ταῦτα, τηλικοῦτος ἐκεῖνος· τὰ μὲν γὰρ ὁρατὰ καὶ ἁπτὰ</w:t>
      </w:r>
    </w:p>
    <w:p>
      <w:r>
        <w:rPr>
          <w:rFonts w:ascii="Courier New" w:hAnsi="Courier New"/>
          <w:color w:val="555555"/>
          <w:sz w:val="20"/>
        </w:rPr>
        <w:t>[10]</w:t>
      </w:r>
    </w:p>
    <w:p>
      <w:r>
        <w:rPr>
          <w:rFonts w:ascii="Gentium Plus" w:hAnsi="Gentium Plus"/>
          <w:sz w:val="24"/>
        </w:rPr>
        <w:t>καὶ αἰσθητὰ καί τισι πάθεσι ξυνεζευγμένα, ὁ δὲ ἀναφὴς καὶ ἀόρατος ἀπαθής τε καὶ ἄφθαρτος καὶ περιγραφὴν οὐχ ὑπομένων</w:t>
      </w:r>
    </w:p>
    <w:p>
      <w:r>
        <w:rPr>
          <w:rFonts w:ascii="Courier New" w:hAnsi="Courier New"/>
          <w:color w:val="555555"/>
          <w:sz w:val="20"/>
        </w:rPr>
        <w:t>[3 . 17]</w:t>
      </w:r>
    </w:p>
    <w:p>
      <w:r>
        <w:rPr>
          <w:rFonts w:ascii="Gentium Plus" w:hAnsi="Gentium Plus"/>
          <w:sz w:val="24"/>
        </w:rPr>
        <w:t>ὥσπερ δὴ τὰ ποιήματα. Διὸ δὴ μάλα γε ἁρμοδίως τὸ «ἀναλόγως» τῷ λόγῳ προστέθεικεν. Ὅταν γὰρ ἴδωμεν τῶν οὐρανῶν τὰ κύτη καὶ τῆς γῆς τὸ εὖρος καὶ τῶν πελαγῶν τὰ μεγέθη καὶ τὴν ἡλίου λαμπρότητα καὶ τῆς σελήνης τὸ σέλας καὶ τἄλλα ὅσα</w:t>
      </w:r>
    </w:p>
    <w:p>
      <w:r>
        <w:rPr>
          <w:rFonts w:ascii="Courier New" w:hAnsi="Courier New"/>
          <w:color w:val="555555"/>
          <w:sz w:val="20"/>
        </w:rPr>
        <w:t>[5]</w:t>
      </w:r>
    </w:p>
    <w:p>
      <w:r>
        <w:rPr>
          <w:rFonts w:ascii="Gentium Plus" w:hAnsi="Gentium Plus"/>
          <w:sz w:val="24"/>
        </w:rPr>
        <w:t>ἐστὶν ὁρατά, οὐ τούτοις παρισοῦμεν τὸν ποιητήν, ἀλλ’ ἀπείρῳ τινὶ καὶ μεγέθει καὶ κάλλει κρείττονα τῶν ποιημάτων εἶναί φα‐</w:t>
      </w:r>
    </w:p>
    <w:p>
      <w:r>
        <w:rPr>
          <w:rFonts w:ascii="Courier New" w:hAnsi="Courier New"/>
          <w:color w:val="555555"/>
          <w:sz w:val="20"/>
        </w:rPr>
        <w:t>[3 . 18]</w:t>
      </w:r>
    </w:p>
    <w:p>
      <w:r>
        <w:rPr>
          <w:rFonts w:ascii="Gentium Plus" w:hAnsi="Gentium Plus"/>
          <w:sz w:val="24"/>
        </w:rPr>
        <w:t>μεν. Εἰκότως οὖν ἄρα ὁ σοφὸς ἐκεῖνος ἀνὴρ ἔφησεν· «Ἐκ γὰρ μεγέθους καὶ καλλονῆς κτισμάτων ἀναλόγως ὁ γενεσιουργὸς αὐτῶν θεωρεῖται.» Τοῦτον ἐμπεδοῖ τὸν λόγον καὶ ὁ θεῖος ἀπό‐ στολος, λέγων ὡδί· «Τὰ γὰρ ἀόρατα αὐτοῦ ἀπὸ κτίσεως κόσμου</w:t>
      </w:r>
    </w:p>
    <w:p>
      <w:r>
        <w:rPr>
          <w:rFonts w:ascii="Courier New" w:hAnsi="Courier New"/>
          <w:color w:val="555555"/>
          <w:sz w:val="20"/>
        </w:rPr>
        <w:t>[5]</w:t>
      </w:r>
    </w:p>
    <w:p>
      <w:r>
        <w:rPr>
          <w:rFonts w:ascii="Gentium Plus" w:hAnsi="Gentium Plus"/>
          <w:sz w:val="24"/>
        </w:rPr>
        <w:t>τοῖς ποιήμασι νοούμενα καθορᾶται, ἥ τε ἀΐδιος αὐτοῦ δύναμις</w:t>
      </w:r>
    </w:p>
    <w:p>
      <w:r>
        <w:rPr>
          <w:rFonts w:ascii="Courier New" w:hAnsi="Courier New"/>
          <w:color w:val="555555"/>
          <w:sz w:val="20"/>
        </w:rPr>
        <w:t>[3 . 19]</w:t>
      </w:r>
    </w:p>
    <w:p>
      <w:r>
        <w:rPr>
          <w:rFonts w:ascii="Gentium Plus" w:hAnsi="Gentium Plus"/>
          <w:sz w:val="24"/>
        </w:rPr>
        <w:t>καὶ θειότης.» Διὰ γὰρ δὴ τῶν ὁρωμένων τὸν ἀόρατον φανταζό‐ μεθα ποιητήν. Καὶ καθάπερ κιβωτὸν ἢ βάθρον ὁρῶντες, οὐ τέ‐ κτονα ταῦτα καλοῦμεν, ἀλλὰ τέκτονος ὀνομάζομεν ἔργα, καὶ σκάφος ἄριστα κατεσκευασμένον θεώμενοι, οὐ μόνον ἐκεῖνο θαυ‐</w:t>
      </w:r>
    </w:p>
    <w:p>
      <w:r>
        <w:rPr>
          <w:rFonts w:ascii="Courier New" w:hAnsi="Courier New"/>
          <w:color w:val="555555"/>
          <w:sz w:val="20"/>
        </w:rPr>
        <w:t>[5]</w:t>
      </w:r>
    </w:p>
    <w:p>
      <w:r>
        <w:rPr>
          <w:rFonts w:ascii="Gentium Plus" w:hAnsi="Gentium Plus"/>
          <w:sz w:val="24"/>
        </w:rPr>
        <w:t>μάζομεν, ἀλλὰ καὶ τὸν ναυπηγόν, ὅτι μάλιστα καὶ μὴ παρόντα, ἐπαινοῦμεν, κἂν ὅρμον ἴδωμεν ἢ ἄλλο τι περιδέραιον εὖ ἠσκημέ‐ νον, τῷ χρυσοχόῳ τὴν εὐφημίαν προσφέρομεν· οὕτω δὴ καὶ τῇ κτίσει τὼ ὀφθαλμὼ προσφέροντες, ἀγάμεθα μὲν ταύτης καὶ τὸ μέγεθος καὶ τὸ κάλλος καὶ τὴν ἀναβλύζουσαν χρείαν, καταλιπὼν</w:t>
      </w:r>
    </w:p>
    <w:p>
      <w:r>
        <w:rPr>
          <w:rFonts w:ascii="Courier New" w:hAnsi="Courier New"/>
          <w:color w:val="555555"/>
          <w:sz w:val="20"/>
        </w:rPr>
        <w:t>[10]</w:t>
      </w:r>
    </w:p>
    <w:p>
      <w:r>
        <w:rPr>
          <w:rFonts w:ascii="Gentium Plus" w:hAnsi="Gentium Plus"/>
          <w:sz w:val="24"/>
        </w:rPr>
        <w:t>δὲ ταῦτα ὁ νοῦς πρὸς ἐκεῖνόν γε τρέχει τὸν ταῦτα σοφῶς τεκτη‐</w:t>
      </w:r>
    </w:p>
    <w:p>
      <w:r>
        <w:rPr>
          <w:rFonts w:ascii="Courier New" w:hAnsi="Courier New"/>
          <w:color w:val="555555"/>
          <w:sz w:val="20"/>
        </w:rPr>
        <w:t>[3 . 20]</w:t>
      </w:r>
    </w:p>
    <w:p>
      <w:r>
        <w:rPr>
          <w:rFonts w:ascii="Gentium Plus" w:hAnsi="Gentium Plus"/>
          <w:sz w:val="24"/>
        </w:rPr>
        <w:t>νάμενον. Ἄριστα τοίνυν ὁ θεῖος ἀπόστολος εἴρηκεν· «Τὰ γὰρ ἀόρατα αὐτοῦ ἀπὸ κτίσεως κόσμου τοῖς ποιήμασι νοούμενα καθ‐ ορᾶται, ἥ τε ἀΐδιος αὐτοῦ δύναμις καὶ θειότης.» Εἶτα πάσης ἀναξίους εἶναι ξυγγνώμης φησὶ τοὺς τὴν μὲν κτίσιν τεθεαμένους,</w:t>
      </w:r>
    </w:p>
    <w:p>
      <w:r>
        <w:rPr>
          <w:rFonts w:ascii="Courier New" w:hAnsi="Courier New"/>
          <w:color w:val="555555"/>
          <w:sz w:val="20"/>
        </w:rPr>
        <w:t>[5]</w:t>
      </w:r>
    </w:p>
    <w:p>
      <w:r>
        <w:rPr>
          <w:rFonts w:ascii="Gentium Plus" w:hAnsi="Gentium Plus"/>
          <w:sz w:val="24"/>
        </w:rPr>
        <w:t>τὸν δὲ ταύτης οὐκ ἀγασθέντας δημιουργόν, ἀλλ’ αὐτῇ τὸ θεῖον</w:t>
      </w:r>
    </w:p>
    <w:p>
      <w:r>
        <w:rPr>
          <w:rFonts w:ascii="Courier New" w:hAnsi="Courier New"/>
          <w:color w:val="555555"/>
          <w:sz w:val="20"/>
        </w:rPr>
        <w:t>[3 . 21]</w:t>
      </w:r>
    </w:p>
    <w:p>
      <w:r>
        <w:rPr>
          <w:rFonts w:ascii="Gentium Plus" w:hAnsi="Gentium Plus"/>
          <w:sz w:val="24"/>
        </w:rPr>
        <w:t>ἀπονείμαντας σέβας· ὅθεν εἰκότως ἐπήγαγεν· «Εἰς τὸ εἶναι αὐ‐ τοὺς ἀναπολογήτους· διότι γνόντες τὸν Θεόν, οὐχ ὡς Θεὸν ἐδόξασαν ἢ ηὐχαρίστησαν, ἀλλ’ ἐματαιώθησαν ἐν τοῖς διαλογι‐ σμοῖς αὐτῶν, καὶ ἐσκοτίσθη ἡ ἀσύνετος αὐτῶν καρδία.» Αὔξων</w:t>
      </w:r>
    </w:p>
    <w:p>
      <w:r>
        <w:rPr>
          <w:rFonts w:ascii="Courier New" w:hAnsi="Courier New"/>
          <w:color w:val="555555"/>
          <w:sz w:val="20"/>
        </w:rPr>
        <w:t>[5]</w:t>
      </w:r>
    </w:p>
    <w:p>
      <w:r>
        <w:rPr>
          <w:rFonts w:ascii="Gentium Plus" w:hAnsi="Gentium Plus"/>
          <w:sz w:val="24"/>
        </w:rPr>
        <w:t>δὲ τὴν κατηγορίαν, καὶ τὴν οἴησιν αὐτῶν εἰς μέσον προτέθεικεν· «Φάσκοντες» γάρ φησιν «εἶναι σοφοί, ἐμωράνθησαν.» Λέγει δὲ καὶ τῆς ἀνοίας τὰ εἴδη· «Καὶ ἤλλαξαν τὴν δόξαν τοῦ ἀφθάρτου Θεοῦ ἐν ὁμοιώματι εἰκόνος φθαρτοῦ ἀνθρώπου.»</w:t>
      </w:r>
    </w:p>
    <w:p>
      <w:r>
        <w:rPr>
          <w:rFonts w:ascii="Courier New" w:hAnsi="Courier New"/>
          <w:color w:val="555555"/>
          <w:sz w:val="20"/>
        </w:rPr>
        <w:t>[3 . 22]</w:t>
      </w:r>
    </w:p>
    <w:p>
      <w:r>
        <w:rPr>
          <w:rFonts w:ascii="Gentium Plus" w:hAnsi="Gentium Plus"/>
          <w:sz w:val="24"/>
        </w:rPr>
        <w:t>Ἄφθαρτον γὰρ δὴ τὸν Θεὸν ὀνομάζοντες, τῶν φθειρομένων σωμάτων εἰκόνα κατασκευάσαντες—οὐ γὰρ δὴ τῆς ἀθανάτου ψυχῆς ἴσασι τὴν ἰδέαν—ταύτῃ τὸ θεῖον προσένειμαν σέβας. Καὶ οὐκ ἀπέχρησεν αὐτοῖς εἰς ἀσέβειαν ἡ τῆσδε τῆς ἀφροσύνης ἀπό‐</w:t>
      </w:r>
    </w:p>
    <w:p>
      <w:r>
        <w:rPr>
          <w:rFonts w:ascii="Courier New" w:hAnsi="Courier New"/>
          <w:color w:val="555555"/>
          <w:sz w:val="20"/>
        </w:rPr>
        <w:t>[5]</w:t>
      </w:r>
    </w:p>
    <w:p>
      <w:r>
        <w:rPr>
          <w:rFonts w:ascii="Gentium Plus" w:hAnsi="Gentium Plus"/>
          <w:sz w:val="24"/>
        </w:rPr>
        <w:t>νοια, ἀλλὰ καὶ πτηνῶν καὶ τετραπόδων καὶ ἑρπετῶν κατασκευά‐ σαντες δείκηλα, θεοὺς καὶ ταῦτα κεκλήκασι· καὶ ἅπερ ζῶντα κτείνουσιν ὡς ἰοβόλα τε καὶ ὀλέθρια, τούτων τὰς εἰκόνας θεοὺς σωτῆρας ὠνόμασαν.</w:t>
      </w:r>
    </w:p>
    <w:p>
      <w:r>
        <w:rPr>
          <w:rFonts w:ascii="Courier New" w:hAnsi="Courier New"/>
          <w:color w:val="555555"/>
          <w:sz w:val="20"/>
        </w:rPr>
        <w:t>[3 . 23]</w:t>
      </w:r>
    </w:p>
    <w:p>
      <w:r>
        <w:rPr>
          <w:rFonts w:ascii="Gentium Plus" w:hAnsi="Gentium Plus"/>
          <w:sz w:val="24"/>
        </w:rPr>
        <w:t>Ἀλλ’ ἐπανέλθωμεν ἐπ’ ἐκεῖνο, ὃ τούσδε ἡμῖν τοὺς λόγους γεγέννηκεν, ὅτι πρώτους θεοὺς ἐνόμισαν καὶ Αἰγύπτιοι καὶ Φοί‐ νικες καὶ μέντοι καὶ Ἕλληνες ἥλιον καὶ σελήνην καὶ γῆν καὶ ἄστρα καὶ τἄλλα στοιχεῖα· τοῦτο γὰρ δὴ καὶ ὁ Πλάτων καὶ ὁ</w:t>
      </w:r>
    </w:p>
    <w:p>
      <w:r>
        <w:rPr>
          <w:rFonts w:ascii="Courier New" w:hAnsi="Courier New"/>
          <w:color w:val="555555"/>
          <w:sz w:val="20"/>
        </w:rPr>
        <w:t>[5]</w:t>
      </w:r>
    </w:p>
    <w:p>
      <w:r>
        <w:rPr>
          <w:rFonts w:ascii="Gentium Plus" w:hAnsi="Gentium Plus"/>
          <w:sz w:val="24"/>
        </w:rPr>
        <w:t>Σικελιώτης Διόδωρος καὶ ὁ Χαιρωνεὺς ἐδίδαξε Πλούταρχος·</w:t>
      </w:r>
    </w:p>
    <w:p>
      <w:r>
        <w:rPr>
          <w:rFonts w:ascii="Courier New" w:hAnsi="Courier New"/>
          <w:color w:val="555555"/>
          <w:sz w:val="20"/>
        </w:rPr>
        <w:t>[3 . 24]</w:t>
      </w:r>
    </w:p>
    <w:p>
      <w:r>
        <w:rPr>
          <w:rFonts w:ascii="Gentium Plus" w:hAnsi="Gentium Plus"/>
          <w:sz w:val="24"/>
        </w:rPr>
        <w:t>χρόνῳ δὲ ὕστερον τοὺς εὖ τι δεδρακότας ἢ ἐν πολέμοις ἀνδραγα‐</w:t>
      </w:r>
    </w:p>
    <w:p>
      <w:r>
        <w:rPr>
          <w:rFonts w:ascii="Courier New" w:hAnsi="Courier New"/>
          <w:color w:val="555555"/>
          <w:sz w:val="20"/>
        </w:rPr>
        <w:t>[3 . 25]</w:t>
      </w:r>
    </w:p>
    <w:p>
      <w:r>
        <w:rPr>
          <w:rFonts w:ascii="Gentium Plus" w:hAnsi="Gentium Plus"/>
          <w:sz w:val="24"/>
        </w:rPr>
        <w:t>προσενηνοχότας ἐθεοποίησάν τε καὶ νεὼς τούτοις ἐδεΐμαντο. Καὶ γὰρ δὴ καὶ τὸν Κρόνον ἄνθρωπον εἶναι Σαγχωνιάθων ἔφησε καὶ γυναῖκα τὴν Ῥέαν τὴν ἐκείνου ὁμόζυγα καὶ τὸν Δία καὶ τὴν Ἥραν ἐκείνων γε παῖδας, εἶτα εὐεργεσιῶν τινων ἄρξαντας καὶ</w:t>
      </w:r>
    </w:p>
    <w:p>
      <w:r>
        <w:rPr>
          <w:rFonts w:ascii="Courier New" w:hAnsi="Courier New"/>
          <w:color w:val="555555"/>
          <w:sz w:val="20"/>
        </w:rPr>
        <w:t>[5]</w:t>
      </w:r>
    </w:p>
    <w:p>
      <w:r>
        <w:rPr>
          <w:rFonts w:ascii="Gentium Plus" w:hAnsi="Gentium Plus"/>
          <w:sz w:val="24"/>
        </w:rPr>
        <w:t>δεξαμένους τοῦ βίου τὸ τέλος, θείας παρὰ Φοινίκων ἀξιωθῆναι τιμῆς, καὶ θεοὺς ἀναγορευθῆναι καὶ βωμοῖς καὶ θυσίαις καὶ ἐτη‐</w:t>
      </w:r>
    </w:p>
    <w:p>
      <w:r>
        <w:rPr>
          <w:rFonts w:ascii="Courier New" w:hAnsi="Courier New"/>
          <w:color w:val="555555"/>
          <w:sz w:val="20"/>
        </w:rPr>
        <w:t>[3 . 26]</w:t>
      </w:r>
    </w:p>
    <w:p>
      <w:r>
        <w:rPr>
          <w:rFonts w:ascii="Gentium Plus" w:hAnsi="Gentium Plus"/>
          <w:sz w:val="24"/>
        </w:rPr>
        <w:t>σίοις τιμηθῆναι δημοθοινίαις. Καὶ Ἡρακλέα δέ, ὡς γενναῖόν τε καὶ ἀνδρεῖον, ἐθεοποίησαν Ἕλληνες, καὶ τὸν Ἀσκληπιόν, ὡς τῆς ἰατρικῆς ἐπιστήμης εὑρετὴν γεγενημένον, θεὸν τελευτήσαντα προσηγόρευσαν. Διὰ δὲ τὴν αὐτὴν αἰτίαν καὶ τὸν Ἄπιν Αἰγύπτιοι</w:t>
      </w:r>
    </w:p>
    <w:p>
      <w:r>
        <w:rPr>
          <w:rFonts w:ascii="Courier New" w:hAnsi="Courier New"/>
          <w:color w:val="555555"/>
          <w:sz w:val="20"/>
        </w:rPr>
        <w:t>[3 . 27]</w:t>
      </w:r>
    </w:p>
    <w:p>
      <w:r>
        <w:rPr>
          <w:rFonts w:ascii="Gentium Plus" w:hAnsi="Gentium Plus"/>
          <w:sz w:val="24"/>
        </w:rPr>
        <w:t>θείας προσηγορίας ἠξίωσαν. Καίτοι φασὶν Ἕλληνες τὸν μὲν Ἡρακλέα διὰ τὴν ξυμβᾶσαν ἐκ τῆς Δηϊανείρας ἐπιβουλὴν ἑαυ‐ τὸν καταπρῆσαι καὶ τοῦτον τὸν τρόπον καταλῦσαι τὸν βίον, τὸν δὲ Ἀσκληπιόν, ἄνθρωπον ὄντα καὶ πολλοὺς ἀνθρώπους διὰ τῆς</w:t>
      </w:r>
    </w:p>
    <w:p>
      <w:r>
        <w:rPr>
          <w:rFonts w:ascii="Courier New" w:hAnsi="Courier New"/>
          <w:color w:val="555555"/>
          <w:sz w:val="20"/>
        </w:rPr>
        <w:t>[5]</w:t>
      </w:r>
    </w:p>
    <w:p>
      <w:r>
        <w:rPr>
          <w:rFonts w:ascii="Gentium Plus" w:hAnsi="Gentium Plus"/>
          <w:sz w:val="24"/>
        </w:rPr>
        <w:t>ἰατρικῆς ἐπιστήμης παμπόλλων ἀπαλλάξαντα παθημάτων, κε‐</w:t>
      </w:r>
    </w:p>
    <w:p>
      <w:r>
        <w:rPr>
          <w:rFonts w:ascii="Courier New" w:hAnsi="Courier New"/>
          <w:color w:val="555555"/>
          <w:sz w:val="20"/>
        </w:rPr>
        <w:t>[3 . 28]</w:t>
      </w:r>
    </w:p>
    <w:p>
      <w:r>
        <w:rPr>
          <w:rFonts w:ascii="Gentium Plus" w:hAnsi="Gentium Plus"/>
          <w:sz w:val="24"/>
        </w:rPr>
        <w:t>ραυνῷ βληθῆναι ὑπὸ τοῦ Διὸς καὶ διαφθαρῆναι. Καὶ ταῦτα πρὸς ἑτέροις πολλοῖς ὁ Σικελιώτης Διόδωρος ἐν τῷ τετάρτῳ τῶν βιβλιοθηκῶν ξυνέγραψεν. Ἀλλ’ ὅμως οὐδὲν ἧττον Ἕλληνες, καὶ ταῦτα μεμαθηκότες, καὶ τὸν Ἡρακλέα καὶ τὸν Ἀσκληπιὸν</w:t>
      </w:r>
    </w:p>
    <w:p>
      <w:r>
        <w:rPr>
          <w:rFonts w:ascii="Courier New" w:hAnsi="Courier New"/>
          <w:color w:val="555555"/>
          <w:sz w:val="20"/>
        </w:rPr>
        <w:t>[5]</w:t>
      </w:r>
    </w:p>
    <w:p>
      <w:r>
        <w:rPr>
          <w:rFonts w:ascii="Gentium Plus" w:hAnsi="Gentium Plus"/>
          <w:sz w:val="24"/>
        </w:rPr>
        <w:t>θεοὺς ὀνομάζουσι, καὶ πρὸς τούτοις καὶ τοὺς Τυνδάρεω παῖδας Κάστορα καὶ Πολυδεύκην, οὓς Διοσκόρους προσαγορεύουσι, καίτοι οὐδὲ παλαιοτάτους ὄντας, ἀλλὰ τοῖς Ἀργοναύταις ξυμπλεύσαν‐</w:t>
      </w:r>
    </w:p>
    <w:p>
      <w:r>
        <w:rPr>
          <w:rFonts w:ascii="Courier New" w:hAnsi="Courier New"/>
          <w:color w:val="555555"/>
          <w:sz w:val="20"/>
        </w:rPr>
        <w:t>[3 . 29]</w:t>
      </w:r>
    </w:p>
    <w:p>
      <w:r>
        <w:rPr>
          <w:rFonts w:ascii="Gentium Plus" w:hAnsi="Gentium Plus"/>
          <w:sz w:val="24"/>
        </w:rPr>
        <w:t>τας. Καὶ γὰρ καὶ οὗτοι καὶ Ἡρακλῆς καὶ πρὸς τούτοις Ὀρφεύς,</w:t>
      </w:r>
    </w:p>
    <w:p>
      <w:r>
        <w:rPr>
          <w:rFonts w:ascii="Courier New" w:hAnsi="Courier New"/>
          <w:color w:val="555555"/>
          <w:sz w:val="20"/>
        </w:rPr>
        <w:t>[5]</w:t>
      </w:r>
    </w:p>
    <w:p>
      <w:r>
        <w:rPr>
          <w:rFonts w:ascii="Gentium Plus" w:hAnsi="Gentium Plus"/>
          <w:sz w:val="24"/>
        </w:rPr>
        <w:t>οὗτοί γε ἦσαν πρεσβύτεροι, ἐν τῇ πρὸ ταύτης ἀπεδείξαμεν δια‐</w:t>
      </w:r>
    </w:p>
    <w:p>
      <w:r>
        <w:rPr>
          <w:rFonts w:ascii="Courier New" w:hAnsi="Courier New"/>
          <w:color w:val="555555"/>
          <w:sz w:val="20"/>
        </w:rPr>
        <w:t>[3 . 30]</w:t>
      </w:r>
    </w:p>
    <w:p>
      <w:r>
        <w:rPr>
          <w:rFonts w:ascii="Gentium Plus" w:hAnsi="Gentium Plus"/>
          <w:sz w:val="24"/>
        </w:rPr>
        <w:t>λέξει. Καὶ τὸν Διόνυσον δέ, ὡς πρῶτον ἄμπελον πεφυτευκότα καὶ τὸν ταύτης καρπὸν ἀποθλίψαντα καὶ δείξαντα τοῦ οἴνου τὴν χρείαν, τῷ τῶν ἄλλων θεῶν ξυνέταξαν ὁρμαθῷ. Τὴν δέ γε Ἀφροδίτην, οὐδὲ εὐεργεσίας τινὸς ἄρξασαν, ἀλλὰ καὶ ἀκολασίας</w:t>
      </w:r>
    </w:p>
    <w:p>
      <w:r>
        <w:rPr>
          <w:rFonts w:ascii="Courier New" w:hAnsi="Courier New"/>
          <w:color w:val="555555"/>
          <w:sz w:val="20"/>
        </w:rPr>
        <w:t>[5]</w:t>
      </w:r>
    </w:p>
    <w:p>
      <w:r>
        <w:rPr>
          <w:rFonts w:ascii="Gentium Plus" w:hAnsi="Gentium Plus"/>
          <w:sz w:val="24"/>
        </w:rPr>
        <w:t>γεγενημένην διδάσκαλον—χαμαιτύπην γὰρ αὐτὴν καὶ ἑταίραν</w:t>
      </w:r>
    </w:p>
    <w:p>
      <w:r>
        <w:rPr>
          <w:rFonts w:ascii="Courier New" w:hAnsi="Courier New"/>
          <w:color w:val="555555"/>
          <w:sz w:val="20"/>
        </w:rPr>
        <w:t>[3 . 31]</w:t>
      </w:r>
    </w:p>
    <w:p>
      <w:r>
        <w:rPr>
          <w:rFonts w:ascii="Gentium Plus" w:hAnsi="Gentium Plus"/>
          <w:sz w:val="24"/>
        </w:rPr>
        <w:t>γεγενῆσθαί φασι καὶ ἐρωμένην Κινύρου—θεὰν ὠνομάκασιν. Καὶ θαυμαστὸν οὐδέν· οἱ γὰρ δὴ καὶ τοῖς ἰοβόλοις τῶν ἑρπετῶν τήνδε τὴν προσηγορίαν προσνείμαντες σχολῇ γ’ ἂν τὰς γυναῖκας τοῦδε τοῦ γέρως ἐστέρησαν. Καὶ μὲν δὴ καὶ τὸν Γανυμήδην, καθά</w:t>
      </w:r>
    </w:p>
    <w:p>
      <w:r>
        <w:rPr>
          <w:rFonts w:ascii="Courier New" w:hAnsi="Courier New"/>
          <w:color w:val="555555"/>
          <w:sz w:val="20"/>
        </w:rPr>
        <w:t>[5]</w:t>
      </w:r>
    </w:p>
    <w:p>
      <w:r>
        <w:rPr>
          <w:rFonts w:ascii="Gentium Plus" w:hAnsi="Gentium Plus"/>
          <w:sz w:val="24"/>
        </w:rPr>
        <w:t>φασιν οἱ ποιηταί, ... ἀνηρείψαντο θεοὶ Διῒ οἰνοχοεύειν. Καὶ τὴν Ἑλένην δέ, μετὰ τὴν πολυθρύλητον καὶ παμπόλλην μοιχείαν, τοῦ Μενέλεω χωρίσαντες, εἰς τὸν οὐρανόν, ᾗ φησιν</w:t>
      </w:r>
    </w:p>
    <w:p>
      <w:r>
        <w:rPr>
          <w:rFonts w:ascii="Courier New" w:hAnsi="Courier New"/>
          <w:color w:val="555555"/>
          <w:sz w:val="20"/>
        </w:rPr>
        <w:t>[3 . 32]</w:t>
      </w:r>
    </w:p>
    <w:p>
      <w:r>
        <w:rPr>
          <w:rFonts w:ascii="Gentium Plus" w:hAnsi="Gentium Plus"/>
          <w:sz w:val="24"/>
        </w:rPr>
        <w:t>Εὐριπίδης, ἀνήγαγον. Οὔκουν τοὺς ἀγαθόν τι δεδρακότας μόνον, ἀλλὰ καὶ τοὺς ἀσελγεστάτους ἄνδρας καὶ γυναῖκας ἐθεοποίησαν Ἕλληνες. Ταῦτα καὶ Ῥωμαῖοι παρὰ τούτων μεμαθηκότες, τοὺς σφετέρους βασιλέας μετὰ τὸ τέρμα τοῦ βίου θεοποιΐας ἠξίουν, καὶ</w:t>
      </w:r>
    </w:p>
    <w:p>
      <w:r>
        <w:rPr>
          <w:rFonts w:ascii="Courier New" w:hAnsi="Courier New"/>
          <w:color w:val="555555"/>
          <w:sz w:val="20"/>
        </w:rPr>
        <w:t>[5]</w:t>
      </w:r>
    </w:p>
    <w:p>
      <w:r>
        <w:rPr>
          <w:rFonts w:ascii="Gentium Plus" w:hAnsi="Gentium Plus"/>
          <w:sz w:val="24"/>
        </w:rPr>
        <w:t>οὐ μόνον τοὺς ἐννόμως γε βεβασιλευκότας καὶ τοῦ δικαίου πεφρον‐ τικότας, ἀλλὰ καὶ τοὺς τυραννικῶς τε καὶ ἀδίκως καὶ παρανόμως</w:t>
      </w:r>
    </w:p>
    <w:p>
      <w:r>
        <w:rPr>
          <w:rFonts w:ascii="Courier New" w:hAnsi="Courier New"/>
          <w:color w:val="555555"/>
          <w:sz w:val="20"/>
        </w:rPr>
        <w:t>[3 . 33]</w:t>
      </w:r>
    </w:p>
    <w:p>
      <w:r>
        <w:rPr>
          <w:rFonts w:ascii="Gentium Plus" w:hAnsi="Gentium Plus"/>
          <w:sz w:val="24"/>
        </w:rPr>
        <w:t>ἰθύναντας τὴν ἀρχήν. Καὶ γὰρ Νέρωνα, πᾶσαν ἰδέαν ἀκολασίας</w:t>
      </w:r>
    </w:p>
    <w:p>
      <w:r>
        <w:rPr>
          <w:rFonts w:ascii="Courier New" w:hAnsi="Courier New"/>
          <w:color w:val="555555"/>
          <w:sz w:val="20"/>
        </w:rPr>
        <w:t>[3 . 34]</w:t>
      </w:r>
    </w:p>
    <w:p>
      <w:r>
        <w:rPr>
          <w:rFonts w:ascii="Gentium Plus" w:hAnsi="Gentium Plus"/>
          <w:sz w:val="24"/>
        </w:rPr>
        <w:t>Τοῦτο δεύτερον οἱ ἄνθρωποι θεοποιΐας ἐπενόησαν εἶδος, τρίτον δὲ τοῖς μύθοις πεπιστευκότες τῶν ποιητῶν. Τούτοις δὲ καὶ ὁ Πλάτων ἐν τῷ Τιμαίῳ πιστεύειν παρεγγυᾷ· «Περὶ γὰρ τῶν ἄλλων δαιμόνων» φησίν «εἰπεῖν καὶ γνῶναι τὴν γένεσιν μεῖζον</w:t>
      </w:r>
    </w:p>
    <w:p>
      <w:r>
        <w:rPr>
          <w:rFonts w:ascii="Courier New" w:hAnsi="Courier New"/>
          <w:color w:val="555555"/>
          <w:sz w:val="20"/>
        </w:rPr>
        <w:t>[5]</w:t>
      </w:r>
    </w:p>
    <w:p>
      <w:r>
        <w:rPr>
          <w:rFonts w:ascii="Gentium Plus" w:hAnsi="Gentium Plus"/>
          <w:sz w:val="24"/>
        </w:rPr>
        <w:t>ἢ καθ’ ἡμᾶς, πιστευτέον δὲ τοῖς εἰρηκόσιν ἔμπροσθεν, ἐκγόνοις μὲν οὖσι θεῶν, ὡς αὐτοὶ ἔφασαν, σαφῶς δέ πως τοὺς ἑαυτῶν προγόνους εἰδότων· ἀδύνατον οὖν θεῶν παισὶν ἀπιστεῖν, καίπερ ἄνευ εἰκότων καὶ ἀναγκαίων ἀποδείξεων λέγουσιν, ἀλλ’ ὡς οἰκεῖα φασκόντων ἀπαγγέλλειν, ἑπομένους τῷ νόμῳ πιστευτέον.»</w:t>
      </w:r>
    </w:p>
    <w:p>
      <w:r>
        <w:rPr>
          <w:rFonts w:ascii="Courier New" w:hAnsi="Courier New"/>
          <w:color w:val="555555"/>
          <w:sz w:val="20"/>
        </w:rPr>
        <w:t>[3 . 35]</w:t>
      </w:r>
    </w:p>
    <w:p>
      <w:r>
        <w:rPr>
          <w:rFonts w:ascii="Gentium Plus" w:hAnsi="Gentium Plus"/>
          <w:sz w:val="24"/>
        </w:rPr>
        <w:t>Εἶτα τὸν Ἡσίοδον εἰς μέσον παράγει καὶ τὸ Χάος καὶ τὸν Ὠκεα‐ νὸν καὶ τὴν Τηθὺν καὶ τὸν Οὐρανὸν καὶ τὴν Γῆν καὶ τούτοιν τοὺς παῖδας, τὸν Κρόνον, τὴν Ῥέαν, τὸν Ἰαπετὸν καὶ τοὺς ἄλ‐ λους· καὶ αὖ πάλιν τοὺς ἐκ Κρόνου καὶ Ῥέας φύντας, τὸν Δία,</w:t>
      </w:r>
    </w:p>
    <w:p>
      <w:r>
        <w:rPr>
          <w:rFonts w:ascii="Courier New" w:hAnsi="Courier New"/>
          <w:color w:val="555555"/>
          <w:sz w:val="20"/>
        </w:rPr>
        <w:t>[3 . 36]</w:t>
      </w:r>
    </w:p>
    <w:p>
      <w:r>
        <w:rPr>
          <w:rFonts w:ascii="Gentium Plus" w:hAnsi="Gentium Plus"/>
          <w:sz w:val="24"/>
        </w:rPr>
        <w:t>τὴν Ἥραν, τὸν Ποσειδῶνα, τὸν Πλούτωνα. Καὶ οὐκ ἐρυθριᾷ ὁ φιλόσοφος πιστεύειν κελεύων τοῖς τὰ τοιαῦτα μυθολογοῦσι καὶ ἀκολάστους ἡμῖν θεοὺς καὶ πατραλοίας καὶ παιδοκτόνους εἰσ‐ άγουσιν. Ὅ τε γὰρ Κρόνος Οὐρανοῦ τοῦ πατρὸς ἐξέτεμε τὰ</w:t>
      </w:r>
    </w:p>
    <w:p>
      <w:r>
        <w:rPr>
          <w:rFonts w:ascii="Courier New" w:hAnsi="Courier New"/>
          <w:color w:val="555555"/>
          <w:sz w:val="20"/>
        </w:rPr>
        <w:t>[5]</w:t>
      </w:r>
    </w:p>
    <w:p>
      <w:r>
        <w:rPr>
          <w:rFonts w:ascii="Gentium Plus" w:hAnsi="Gentium Plus"/>
          <w:sz w:val="24"/>
        </w:rPr>
        <w:t>αἰδοῖα καὶ τοὺς τικτομένους αὐτῷ κατέπινε παῖδας, ὅ τε Ζεύς, τὸν πατέρα τὸν Κρόνον ἐξελάσας τῆς βασιλείας καὶ παραδοὺς</w:t>
      </w:r>
    </w:p>
    <w:p>
      <w:r>
        <w:rPr>
          <w:rFonts w:ascii="Courier New" w:hAnsi="Courier New"/>
          <w:color w:val="555555"/>
          <w:sz w:val="20"/>
        </w:rPr>
        <w:t>[3 . 37]</w:t>
      </w:r>
    </w:p>
    <w:p>
      <w:r>
        <w:rPr>
          <w:rFonts w:ascii="Gentium Plus" w:hAnsi="Gentium Plus"/>
          <w:sz w:val="24"/>
        </w:rPr>
        <w:t>τῷ Ταρτάρῳ, τύραννος ἀνεφάνη καὶ λίαν ἀκόλαστος· οὐ γὰρ δὴ</w:t>
      </w:r>
    </w:p>
    <w:p>
      <w:r>
        <w:rPr>
          <w:rFonts w:ascii="Courier New" w:hAnsi="Courier New"/>
          <w:color w:val="555555"/>
          <w:sz w:val="20"/>
        </w:rPr>
        <w:t>[5]</w:t>
      </w:r>
    </w:p>
    <w:p>
      <w:r>
        <w:rPr>
          <w:rFonts w:ascii="Gentium Plus" w:hAnsi="Gentium Plus"/>
          <w:sz w:val="24"/>
        </w:rPr>
        <w:t>σαφῶς ἐπιστάμενος, πιστεύειν τοῖς ποιηταῖς παρεγγύησε, καὶ ταῦτα ἄνευ εἰκότων καὶ ἀναγκαίων ἀποδείξεων λέγουσι, διὰ μό‐</w:t>
      </w:r>
    </w:p>
    <w:p>
      <w:r>
        <w:rPr>
          <w:rFonts w:ascii="Courier New" w:hAnsi="Courier New"/>
          <w:color w:val="555555"/>
          <w:sz w:val="20"/>
        </w:rPr>
        <w:t>[3 . 38]</w:t>
      </w:r>
    </w:p>
    <w:p>
      <w:r>
        <w:rPr>
          <w:rFonts w:ascii="Gentium Plus" w:hAnsi="Gentium Plus"/>
          <w:sz w:val="24"/>
        </w:rPr>
        <w:t>νον γε τὸν νόμον. Δῆλος οὖν ἐστι τὸν Ἀθηναίων ὅμιλον ὀρρω‐ δῶν καὶ τὸν ἐκεῖνον κατέχοντα πλάνον. Καὶ ὅτι γε τοῦτο ἀληθές, μάρτυς αὐτὸς, ὧδε λέγων ἐν Πολιτείᾳ· «Πρῶτον μέν, ἦν δ’ ἐγώ, τὸ μέγιστον καὶ περὶ τῶν μεγίστων ψεῦδος ὁ εἰπὼν οὐκ</w:t>
      </w:r>
    </w:p>
    <w:p>
      <w:r>
        <w:rPr>
          <w:rFonts w:ascii="Courier New" w:hAnsi="Courier New"/>
          <w:color w:val="555555"/>
          <w:sz w:val="20"/>
        </w:rPr>
        <w:t>[5]</w:t>
      </w:r>
    </w:p>
    <w:p>
      <w:r>
        <w:rPr>
          <w:rFonts w:ascii="Gentium Plus" w:hAnsi="Gentium Plus"/>
          <w:sz w:val="24"/>
        </w:rPr>
        <w:t>ἀληθῶς ἐψεύσατο, ὅτι Οὐρανός τε εἰργάσατο, ἅ φησι δρᾶσαι αὐτὸν Ἡσίοδος, ὅ τε αὖ Κρόνος ὡς ἐτιμωρήσατο αὐτόν. Ὅτι δὲ δὴ τὰ περὶ τοῦ Κρόνου ἔργα καὶ πάθη ὑπὸ τοῦ υἱέος, οὐδ’ ἂν εἰ ἦν ἀληθῆ, δεῖν ῥᾳδίως οὕτω λέγεσθαι πρὸς ἄφρονάς τε καὶ νέους, ἀλλὰ μάλιστα μὲν σιγᾶσθαι, εἰ δὲ ἀνάγκη τις ἦν λέγειν, δι’</w:t>
      </w:r>
    </w:p>
    <w:p>
      <w:r>
        <w:rPr>
          <w:rFonts w:ascii="Courier New" w:hAnsi="Courier New"/>
          <w:color w:val="555555"/>
          <w:sz w:val="20"/>
        </w:rPr>
        <w:t>[3 . 39]</w:t>
      </w:r>
    </w:p>
    <w:p>
      <w:r>
        <w:rPr>
          <w:rFonts w:ascii="Gentium Plus" w:hAnsi="Gentium Plus"/>
          <w:sz w:val="24"/>
        </w:rPr>
        <w:t>ἀπορρήτων ἀκούειν.» Καὶ αὖ πάλιν μετ’ ὀλίγα καὶ τάδε ἔφη· «Καὶ γάρ, ἦ δ’ ὅς, οἵ τε λόγοι χαλεποὶ καὶ οὐ λεκτέοι γε, ὦ Ἀδείμαντε, ἐν τῇ ἡμετέρᾳ πόλει· οὐδὲ λεκτέον νέῳ ἀκούοντι, ὡς</w:t>
      </w:r>
    </w:p>
    <w:p>
      <w:r>
        <w:rPr>
          <w:rFonts w:ascii="Courier New" w:hAnsi="Courier New"/>
          <w:color w:val="555555"/>
          <w:sz w:val="20"/>
        </w:rPr>
        <w:t>[5]</w:t>
      </w:r>
    </w:p>
    <w:p>
      <w:r>
        <w:rPr>
          <w:rFonts w:ascii="Gentium Plus" w:hAnsi="Gentium Plus"/>
          <w:sz w:val="24"/>
        </w:rPr>
        <w:t>πατέρα κολάζων παντὶ τρόπῳ, ἀλλὰ δρῴη ἂν ἅπερ θεῶν οἱ</w:t>
      </w:r>
    </w:p>
    <w:p>
      <w:r>
        <w:rPr>
          <w:rFonts w:ascii="Courier New" w:hAnsi="Courier New"/>
          <w:color w:val="555555"/>
          <w:sz w:val="20"/>
        </w:rPr>
        <w:t>[3 . 40]</w:t>
      </w:r>
    </w:p>
    <w:p>
      <w:r>
        <w:rPr>
          <w:rFonts w:ascii="Gentium Plus" w:hAnsi="Gentium Plus"/>
          <w:sz w:val="24"/>
        </w:rPr>
        <w:t>πρῶτοί τε καὶ μέγιστοι. Οὐδὲ αὐτῷ μοι δοκεῖ ἐπιτήδεια εἶναι λέγειν οὐδὲ ἄλλῳ, ἦν δ’ ἐγώ, τὸ παράπαν, ὡς οἱ θεοὶ θεοῖς πο‐ λεμοῦσι καὶ ἐπιβουλεύουσι καὶ μάχονται· οὔτε γὰρ ἀληθῆ οὔτε ξύμφορα· εἴ γε δεῖ ἡμῖν τοὺς μέλλοντας τὴν πόλιν φυλάττειν</w:t>
      </w:r>
    </w:p>
    <w:p>
      <w:r>
        <w:rPr>
          <w:rFonts w:ascii="Courier New" w:hAnsi="Courier New"/>
          <w:color w:val="555555"/>
          <w:sz w:val="20"/>
        </w:rPr>
        <w:t>[5]</w:t>
      </w:r>
    </w:p>
    <w:p>
      <w:r>
        <w:rPr>
          <w:rFonts w:ascii="Gentium Plus" w:hAnsi="Gentium Plus"/>
          <w:sz w:val="24"/>
        </w:rPr>
        <w:t>αἴσχιστον νομίζειν τὸ ῥᾳδίως ἀλλήλοις ἀπεχθάνεσθαι. Πολλοῦ γε δεῖ γιγαντομαχίας τε μυθολογητέον αὐτοῖς καὶ ὑφαντέον καὶ ἄλλας ἐπιβουλὰς παντοδαπὰς θεῶν τε καὶ ἡρώων πρὸς ξυγγενεῖς</w:t>
      </w:r>
    </w:p>
    <w:p>
      <w:r>
        <w:rPr>
          <w:rFonts w:ascii="Courier New" w:hAnsi="Courier New"/>
          <w:color w:val="555555"/>
          <w:sz w:val="20"/>
        </w:rPr>
        <w:t>[3 . 41]</w:t>
      </w:r>
    </w:p>
    <w:p>
      <w:r>
        <w:rPr>
          <w:rFonts w:ascii="Gentium Plus" w:hAnsi="Gentium Plus"/>
          <w:sz w:val="24"/>
        </w:rPr>
        <w:t>τε καὶ οἰκείους αὐτῶν.» Ἔπειτα νομοθετήσας, τίνα χρὴ προσ‐ φέρειν τοῖς νέοις μαθήματα, προστέθεικε καὶ ταῦτα· «Ἥρας δὲ δεσμοὺς ὑπὸ υἱέος καὶ Ἡφαίστου ῥίψεις ὑπὸ πατρός, μέλλοντος τῇ μητρὶ τυπτομένῃ ἀμύνειν, καὶ θεομαχίας, ὅσας Ὅμηρος πε‐</w:t>
      </w:r>
    </w:p>
    <w:p>
      <w:r>
        <w:rPr>
          <w:rFonts w:ascii="Courier New" w:hAnsi="Courier New"/>
          <w:color w:val="555555"/>
          <w:sz w:val="20"/>
        </w:rPr>
        <w:t>[5]</w:t>
      </w:r>
    </w:p>
    <w:p>
      <w:r>
        <w:rPr>
          <w:rFonts w:ascii="Gentium Plus" w:hAnsi="Gentium Plus"/>
          <w:sz w:val="24"/>
        </w:rPr>
        <w:t>ποίηκεν, οὐ παραδεκτέον εἰς τὴν πόλιν, οὔτε ἐν ὑπονοίαις οὔτε ἄνευ ὑπονοιῶν.»</w:t>
      </w:r>
    </w:p>
    <w:p>
      <w:r>
        <w:rPr>
          <w:rFonts w:ascii="Courier New" w:hAnsi="Courier New"/>
          <w:color w:val="555555"/>
          <w:sz w:val="20"/>
        </w:rPr>
        <w:t>[3 . 42]</w:t>
      </w:r>
    </w:p>
    <w:p>
      <w:r>
        <w:rPr>
          <w:rFonts w:ascii="Gentium Plus" w:hAnsi="Gentium Plus"/>
          <w:sz w:val="24"/>
        </w:rPr>
        <w:t>Ταῦτα ἐγὼ οἶμαι καὶ τοῖς πάμπαν λόγων ἀμυήτοις ἐπίδηλα εἶναι, ὡς ἄντικρυς ἐναντία τοῖς ἐν τῷ Τιμαίῳ γραφεῖσιν αὐτῷ. Ἐκεῖ γὰρ ἀδηρίτως τε καὶ ἀναμφισβητήτως τοῖς ποιηταῖς πι‐</w:t>
      </w:r>
    </w:p>
    <w:p>
      <w:r>
        <w:rPr>
          <w:rFonts w:ascii="Courier New" w:hAnsi="Courier New"/>
          <w:color w:val="555555"/>
          <w:sz w:val="20"/>
        </w:rPr>
        <w:t>[5]</w:t>
      </w:r>
    </w:p>
    <w:p>
      <w:r>
        <w:rPr>
          <w:rFonts w:ascii="Gentium Plus" w:hAnsi="Gentium Plus"/>
          <w:sz w:val="24"/>
        </w:rPr>
        <w:t>δείξεων λέγουσιν· ἐνταῦθα δὲ ἀνέδην αὐτοὺς ἐκωμῴδησεν, ὡς</w:t>
      </w:r>
    </w:p>
    <w:p>
      <w:r>
        <w:rPr>
          <w:rFonts w:ascii="Courier New" w:hAnsi="Courier New"/>
          <w:color w:val="555555"/>
          <w:sz w:val="20"/>
        </w:rPr>
        <w:t>[3 . 43]</w:t>
      </w:r>
    </w:p>
    <w:p>
      <w:r>
        <w:rPr>
          <w:rFonts w:ascii="Gentium Plus" w:hAnsi="Gentium Plus"/>
          <w:sz w:val="24"/>
        </w:rPr>
        <w:t>ψευδῆ ἄττα καὶ βλάσφημα διαπλάσαντας. Ταύτῃ τοι καὶ ἀλλη‐ γορεῖ τῶν θεῶν τὰ ὀνόματα καὶ τὴν τῶν μύθων αἰσχρότητα ξυ‐ σκιάζειν πειρᾶται. Τούτων δὲ τῶν λόγων ὁ Κρατύλος ἀνάπλεως· ἐν ἐκείνῳ γὰρ δὴ τῷ διαλόγῳ τὸν μὲν Κρόνον ποτὲ μὲν Κόρον</w:t>
      </w:r>
    </w:p>
    <w:p>
      <w:r>
        <w:rPr>
          <w:rFonts w:ascii="Courier New" w:hAnsi="Courier New"/>
          <w:color w:val="555555"/>
          <w:sz w:val="20"/>
        </w:rPr>
        <w:t>[5]</w:t>
      </w:r>
    </w:p>
    <w:p>
      <w:r>
        <w:rPr>
          <w:rFonts w:ascii="Gentium Plus" w:hAnsi="Gentium Plus"/>
          <w:sz w:val="24"/>
        </w:rPr>
        <w:t>ὡς τοῦ νοῦ λόγον ὠνόμασε, ποτὲ δὲ χρόνον, καὶ ῥοώδη φύσιν τὴν Ῥέαν καὶ ἀέρα τὴν Ἥραν· «Ὁ γὰρ πολλάκις» φησί «τῇ εὐθείᾳ τῆς Ἥρας χρησάμενος τὸν ἀέρα γε σαφῶς ἀντὶ τῆς</w:t>
      </w:r>
    </w:p>
    <w:p>
      <w:r>
        <w:rPr>
          <w:rFonts w:ascii="Courier New" w:hAnsi="Courier New"/>
          <w:color w:val="555555"/>
          <w:sz w:val="20"/>
        </w:rPr>
        <w:t>[3 . 44]</w:t>
      </w:r>
    </w:p>
    <w:p>
      <w:r>
        <w:rPr>
          <w:rFonts w:ascii="Gentium Plus" w:hAnsi="Gentium Plus"/>
          <w:sz w:val="24"/>
        </w:rPr>
        <w:t>Ἥρας ἐρεῖ.» Καὶ τὴν ὑγρὰν δὲ οὐσίαν Ποσειδῶνα ἐκάλεσεν, ὡς δέοντά τε καὶ δεσμοῦντα τῶν βαδιζόντων τοὺς πόδας καὶ προ‐ βαίνειν κωλύοντα. Δήμητρα δὲ τὴν γῆν καὶ αὐτὸς καὶ Ὀρφεὺς καὶ ἄλλοι προσονομάζουσιν, ὡς δὴ μητέρα οὖσαν καὶ τροφὸν τῶν</w:t>
      </w:r>
    </w:p>
    <w:p>
      <w:r>
        <w:rPr>
          <w:rFonts w:ascii="Courier New" w:hAnsi="Courier New"/>
          <w:color w:val="555555"/>
          <w:sz w:val="20"/>
        </w:rPr>
        <w:t>[5]</w:t>
      </w:r>
    </w:p>
    <w:p>
      <w:r>
        <w:rPr>
          <w:rFonts w:ascii="Gentium Plus" w:hAnsi="Gentium Plus"/>
          <w:sz w:val="24"/>
        </w:rPr>
        <w:t>ἐν αὐτῇ διαιτωμένων ἁπάντων. Καὶ Αἰγύπτιοι δὲ τὴν Ἶσιν καὶ τὸν Ὄσιριν ἥλιον εἶναι καὶ σελήνην φασί, Δία δὲ τὸ διὰ πάντων χωροῦν πνεῦμα, Ἥφαιστον δὲ τὸ πῦρ, Δήμητρα δὲ τὴν γῆν,</w:t>
      </w:r>
    </w:p>
    <w:p>
      <w:r>
        <w:rPr>
          <w:rFonts w:ascii="Courier New" w:hAnsi="Courier New"/>
          <w:color w:val="555555"/>
          <w:sz w:val="20"/>
        </w:rPr>
        <w:t>[3 . 45]</w:t>
      </w:r>
    </w:p>
    <w:p>
      <w:r>
        <w:rPr>
          <w:rFonts w:ascii="Gentium Plus" w:hAnsi="Gentium Plus"/>
          <w:sz w:val="24"/>
        </w:rPr>
        <w:t>τὴν δὲ ὑγρὰν οὐσίαν Ὠκεανόν. Ταῦτα δὲ καὶ ὁ Μανεθὼς καὶ ὁ Διόδωρος γράφει. Τῆς δὲ χθονίας δυνάμεως τὸ ἡγεμονικὸν Ἑστίαν ὠνόμασαν, Ῥέαν δὲ τὴν πετρώδη καὶ ὄρειον, Δήμητρα δὲ τὴν πεδινήν, τὴν δὲ φυτικὴν δύναμιν Διόνυσον προσηγό‐</w:t>
      </w:r>
    </w:p>
    <w:p>
      <w:r>
        <w:rPr>
          <w:rFonts w:ascii="Courier New" w:hAnsi="Courier New"/>
          <w:color w:val="555555"/>
          <w:sz w:val="20"/>
        </w:rPr>
        <w:t>[5]</w:t>
      </w:r>
    </w:p>
    <w:p>
      <w:r>
        <w:rPr>
          <w:rFonts w:ascii="Gentium Plus" w:hAnsi="Gentium Plus"/>
          <w:sz w:val="24"/>
        </w:rPr>
        <w:t>ρευσαν· τὴν δέ γε σελήνην, παρὰ τὸ σέλας ὀνομαζομένην, Ἄρτεμιν ὠνόμασαν, οἷον ἀερότεμιν, ἅτε δὴ διὰ τοῦ ἀέρος ἰοῦσαν</w:t>
      </w:r>
    </w:p>
    <w:p>
      <w:r>
        <w:rPr>
          <w:rFonts w:ascii="Courier New" w:hAnsi="Courier New"/>
          <w:color w:val="555555"/>
          <w:sz w:val="20"/>
        </w:rPr>
        <w:t>[3 . 46]</w:t>
      </w:r>
    </w:p>
    <w:p>
      <w:r>
        <w:rPr>
          <w:rFonts w:ascii="Gentium Plus" w:hAnsi="Gentium Plus"/>
          <w:sz w:val="24"/>
        </w:rPr>
        <w:t>καὶ τοῦτον τέμνουσαν. Ταύτῃ δὲ τὸν Ἄπιν, τὸν βοῦν δὴ λέγω,</w:t>
      </w:r>
    </w:p>
    <w:p>
      <w:r>
        <w:rPr>
          <w:rFonts w:ascii="Courier New" w:hAnsi="Courier New"/>
          <w:color w:val="555555"/>
          <w:sz w:val="20"/>
        </w:rPr>
        <w:t>[3 . 47]</w:t>
      </w:r>
    </w:p>
    <w:p>
      <w:r>
        <w:rPr>
          <w:rFonts w:ascii="Gentium Plus" w:hAnsi="Gentium Plus"/>
          <w:sz w:val="24"/>
        </w:rPr>
        <w:t>προσεδέξαντο πώποτε· καὶ μάρτυς ἀξιόχρεως ὁ Ἁλικαρνασεὺς Διονύσιος ἐν τῇ Ῥωμαϊκῇ ἀρχαιολογίᾳ τοιάδε περὶ Ῥωμαίων ξυγγράψας· «Οὔτε γὰρ Οὐρανὸς ἐκτεμνόμενος ὑπὸ τῶν ἑαυτοῦ παίδων παρὰ Ῥωμαίοις λέγεται, οὔτε Κρόνος ἀφανίζων τὰς</w:t>
      </w:r>
    </w:p>
    <w:p>
      <w:r>
        <w:rPr>
          <w:rFonts w:ascii="Courier New" w:hAnsi="Courier New"/>
          <w:color w:val="555555"/>
          <w:sz w:val="20"/>
        </w:rPr>
        <w:t>[5]</w:t>
      </w:r>
    </w:p>
    <w:p>
      <w:r>
        <w:rPr>
          <w:rFonts w:ascii="Gentium Plus" w:hAnsi="Gentium Plus"/>
          <w:sz w:val="24"/>
        </w:rPr>
        <w:t>ἑαυτοῦ γονάς, φόβῳ τῆς ἐξ αὐτῶν ἐπιθέσεως, οὔτε Ζεὺς κατα‐ λύων τὴν Κρόνου δυναστείαν καὶ κατακλείων ἐν τῷ δεσμωτηρίῳ τοῦ Ταρτάρου τὸν ἑαυτοῦ πατέρα.» Καὶ τὰς ἄλλας δὲ τῶν Ἑλλήνων ὁμοίως μυθολογίας τε καὶ τελετὰς λέγει παρὰ Ῥω‐ μαίων ἐκβάλλεσθαι.</w:t>
      </w:r>
    </w:p>
    <w:p>
      <w:r>
        <w:rPr>
          <w:rFonts w:ascii="Courier New" w:hAnsi="Courier New"/>
          <w:color w:val="555555"/>
          <w:sz w:val="20"/>
        </w:rPr>
        <w:t>[3 . 48]</w:t>
      </w:r>
    </w:p>
    <w:p>
      <w:r>
        <w:rPr>
          <w:rFonts w:ascii="Gentium Plus" w:hAnsi="Gentium Plus"/>
          <w:sz w:val="24"/>
        </w:rPr>
        <w:t>Τοῦτο τρίτον εἶδος ἐπινενοῆσθαι τοῖς Ἕλλησι θεοποιΐας εἰρή‐ καμεν· ἔστι δέ γε καὶ τέταρτον, ἐμβροντησίας καὶ παραπληξίας ἐσχάτης μεστόν. Ὃ γὰρ παθητικόν τε καὶ ἄλογον τῆς ψυχῆς ὀνομάζουσι μόριον, τοῦτο θεοποιοῦσιν, ὅπερ τῷ λογισμῷ δου‐</w:t>
      </w:r>
    </w:p>
    <w:p>
      <w:r>
        <w:rPr>
          <w:rFonts w:ascii="Courier New" w:hAnsi="Courier New"/>
          <w:color w:val="555555"/>
          <w:sz w:val="20"/>
        </w:rPr>
        <w:t>[3 . 49]</w:t>
      </w:r>
    </w:p>
    <w:p>
      <w:r>
        <w:rPr>
          <w:rFonts w:ascii="Gentium Plus" w:hAnsi="Gentium Plus"/>
          <w:sz w:val="24"/>
        </w:rPr>
        <w:t>λεύειν παρεγγυῶσιν. Καὶ τὴν μὲν ἐπιθυμίαν Ἀφροδίτην καλοῦσι καὶ Ἔρωτα, Ἄρεα δὲ τὸν θυμὸν ὀνομάζουσι, τὴν δὲ μέθην Διό‐ νυσον· καὶ τὴν μὲν κλοπὴν Ἑρμῆν, τὸν δὲ λογισμὸν Ἀθηνᾶν· καὶ αὖ πάλιν Ἥφαιστον τὰς τέχνας, ὡς πυρὶ ξυνεργῷ κεχρημέ‐</w:t>
      </w:r>
    </w:p>
    <w:p>
      <w:r>
        <w:rPr>
          <w:rFonts w:ascii="Courier New" w:hAnsi="Courier New"/>
          <w:color w:val="555555"/>
          <w:sz w:val="20"/>
        </w:rPr>
        <w:t>[5]</w:t>
      </w:r>
    </w:p>
    <w:p>
      <w:r>
        <w:rPr>
          <w:rFonts w:ascii="Gentium Plus" w:hAnsi="Gentium Plus"/>
          <w:sz w:val="24"/>
        </w:rPr>
        <w:t>νας. Καὶ οὐκ αἰσχύνονται τῆς μὲν ἀκολασίας κατηγοροῦντες καὶ τοὺς ταύτης ἐργάτας κολάζοντες, πάλιν δ’ αὖ ταύτην γεραί‐</w:t>
      </w:r>
    </w:p>
    <w:p>
      <w:r>
        <w:rPr>
          <w:rFonts w:ascii="Courier New" w:hAnsi="Courier New"/>
          <w:color w:val="555555"/>
          <w:sz w:val="20"/>
        </w:rPr>
        <w:t>[3 . 50]</w:t>
      </w:r>
    </w:p>
    <w:p>
      <w:r>
        <w:rPr>
          <w:rFonts w:ascii="Gentium Plus" w:hAnsi="Gentium Plus"/>
          <w:sz w:val="24"/>
        </w:rPr>
        <w:t>ροντες ὡς θεόν, καὶ νόμῳ μὲν τιμωροῦντες τοὺς ἑταιροῦντας καὶ τὰς πορνευομένας, τοὺς δὲ τὰς ἀλλοτρίας ἀποσυλῶντας εὐνὰς κατασφάττοντες, καὶ μέντοι καὶ τοὺς ἀνδροφόνους ἀνασκολοπί‐ ζοντες καὶ ἀποτυμπανίζοντες, τὰ δέ γε τούτων αἴτια τῶν</w:t>
      </w:r>
    </w:p>
    <w:p>
      <w:r>
        <w:rPr>
          <w:rFonts w:ascii="Courier New" w:hAnsi="Courier New"/>
          <w:color w:val="555555"/>
          <w:sz w:val="20"/>
        </w:rPr>
        <w:t>[5]</w:t>
      </w:r>
    </w:p>
    <w:p>
      <w:r>
        <w:rPr>
          <w:rFonts w:ascii="Gentium Plus" w:hAnsi="Gentium Plus"/>
          <w:sz w:val="24"/>
        </w:rPr>
        <w:t>ἁμαρτάδων, τὴν ἐπιθυμίαν καὶ τὸν θυμὸν καὶ τὴν μέθην, θεοὺς οὐρανίους προσαγορεύοντες καὶ θεῖον αὐτοῖς ἀπονέμοντες σέβας, καὶ τοὺς μὲν νόμους ἅπαντας διὰ τάδε τιθέντες τὰ πάθη, αὐτὰ δέ γε τὰ πάθη νόμῳ τιμᾶσθαι κελεύοντες, καὶ τὴν ἀρετὴν δι’ ἑτέρων μὲν λόγων θαυμάζοντες, ἐν δέ γε τούτοις ὡς περιττὴν</w:t>
      </w:r>
    </w:p>
    <w:p>
      <w:r>
        <w:rPr>
          <w:rFonts w:ascii="Courier New" w:hAnsi="Courier New"/>
          <w:color w:val="555555"/>
          <w:sz w:val="20"/>
        </w:rPr>
        <w:t>[3 . 51]</w:t>
      </w:r>
    </w:p>
    <w:p>
      <w:r>
        <w:rPr>
          <w:rFonts w:ascii="Gentium Plus" w:hAnsi="Gentium Plus"/>
          <w:sz w:val="24"/>
        </w:rPr>
        <w:t>ἐξελαύνοντες. Εἰ γὰρ δὴ κατὰ τὸν τούτων λόγον ἡ ἐπιθυμία θεός, ὁ ταύτῃ γε μὴ εἴκων παντάπασιν ἄθεος· καὶ εἰ ἡ μέθη αὖ πάλιν καὶ ὁ θυμὸς ὡσαύτως θεοί, ὁ τούτων ἄρα κρατῶν ἀντίθεος ἄντι‐ κρυς. Φευκτέον οὖν ἄρα τὴν ἀρετὴν ὡς ἐναντίαν οὖσαν θεοῖς, καὶ</w:t>
      </w:r>
    </w:p>
    <w:p>
      <w:r>
        <w:rPr>
          <w:rFonts w:ascii="Courier New" w:hAnsi="Courier New"/>
          <w:color w:val="555555"/>
          <w:sz w:val="20"/>
        </w:rPr>
        <w:t>[3 . 52]</w:t>
      </w:r>
    </w:p>
    <w:p>
      <w:r>
        <w:rPr>
          <w:rFonts w:ascii="Gentium Plus" w:hAnsi="Gentium Plus"/>
          <w:sz w:val="24"/>
        </w:rPr>
        <w:t>ἀσπαστέον τὴν ἀκρασίαν ὡς ὠνομασμένην θεόν. Ἀλλὰ ταῦτα καὶ τῶν ποιητικῶν μύθων ἐστὶ ληρωδέστερά τε καὶ βλαβερώτερα· καὶ τὸν καπνὸν κατὰ τὴν παροιμίαν, ὡς ἔοικε, φεύγοντες, εἰς αὐτὸ δὴ τὸ πῦρ ἐμπεπτώκαμεν· τοιοῦτος γὰρ τοῦ ψεύδους ὁ</w:t>
      </w:r>
    </w:p>
    <w:p>
      <w:r>
        <w:rPr>
          <w:rFonts w:ascii="Courier New" w:hAnsi="Courier New"/>
          <w:color w:val="555555"/>
          <w:sz w:val="20"/>
        </w:rPr>
        <w:t>[5]</w:t>
      </w:r>
    </w:p>
    <w:p>
      <w:r>
        <w:rPr>
          <w:rFonts w:ascii="Gentium Plus" w:hAnsi="Gentium Plus"/>
          <w:sz w:val="24"/>
        </w:rPr>
        <w:t>πλάνος· κἂν ταύτην τις διαφύγῃ τὴν ἀτραπόν, εἰς ἑτέραν ἐμπε‐</w:t>
      </w:r>
    </w:p>
    <w:p>
      <w:r>
        <w:rPr>
          <w:rFonts w:ascii="Courier New" w:hAnsi="Courier New"/>
          <w:color w:val="555555"/>
          <w:sz w:val="20"/>
        </w:rPr>
        <w:t>[3 . 53]</w:t>
      </w:r>
    </w:p>
    <w:p>
      <w:r>
        <w:rPr>
          <w:rFonts w:ascii="Gentium Plus" w:hAnsi="Gentium Plus"/>
          <w:sz w:val="24"/>
        </w:rPr>
        <w:t>σεῖται χαλεπωτέραν. Τοιοῦτον μὲν δὴ τῆς θεοποιΐας καὶ τὸ τέταρτον εἶδος. Αὐτίκα τοίνυν Ἀντισθένης, ὁ Σωκράτους ἑταῖρος καὶ Διογέ‐ νους διδάσκαλος, τὴν σωφροσύνην περὶ πλείστου ποιούμενος καὶ</w:t>
      </w:r>
    </w:p>
    <w:p>
      <w:r>
        <w:rPr>
          <w:rFonts w:ascii="Courier New" w:hAnsi="Courier New"/>
          <w:color w:val="555555"/>
          <w:sz w:val="20"/>
        </w:rPr>
        <w:t>[5]</w:t>
      </w:r>
    </w:p>
    <w:p>
      <w:r>
        <w:rPr>
          <w:rFonts w:ascii="Gentium Plus" w:hAnsi="Gentium Plus"/>
          <w:sz w:val="24"/>
        </w:rPr>
        <w:t>τὴν ἡδονὴν μυσαττόμενος, τοιάδε περὶ τῆς Ἀφροδίτης λέγεται φάναι· «Ἐγὼ δὲ τὴν Ἀφροδίτην κἂν κατατοξεύσαιμι, εἰ λάβοιμι, ὅτι πολλὰς ἡμῶν καλὰς κἀγαθὰς γυναῖκας διέφθειρεν.» Τὸν δέ γε ἔρωτα κακίαν ἐκάλει τῆς φύσεως, ἧς ἥττους ὄντες οἱ κακο‐ δαίμονες, θεὸν τὴν νόσον καλοῦσιν. Ταύτῃ τοι μανῆναι μᾶλλον</w:t>
      </w:r>
    </w:p>
    <w:p>
      <w:r>
        <w:rPr>
          <w:rFonts w:ascii="Courier New" w:hAnsi="Courier New"/>
          <w:color w:val="555555"/>
          <w:sz w:val="20"/>
        </w:rPr>
        <w:t>[10]</w:t>
      </w:r>
    </w:p>
    <w:p>
      <w:r>
        <w:rPr>
          <w:rFonts w:ascii="Gentium Plus" w:hAnsi="Gentium Plus"/>
          <w:sz w:val="24"/>
        </w:rPr>
        <w:t>ἢ ἡσθῆναι ᾑρεῖτο.</w:t>
      </w:r>
    </w:p>
    <w:p>
      <w:r>
        <w:rPr>
          <w:rFonts w:ascii="Courier New" w:hAnsi="Courier New"/>
          <w:color w:val="555555"/>
          <w:sz w:val="20"/>
        </w:rPr>
        <w:t>[3 . 54]</w:t>
      </w:r>
    </w:p>
    <w:p>
      <w:r>
        <w:rPr>
          <w:rFonts w:ascii="Gentium Plus" w:hAnsi="Gentium Plus"/>
          <w:sz w:val="24"/>
        </w:rPr>
        <w:t>Ὅτι δὲ καὶ κατὰ τὸν τῆς ἀλληγορίας διεφώνουν λόγον, ἴδοι τις ἂν ἀκριβῶς τοῖς τῶν φιλοσόφων ξυγγράμμασιν ἐντυχών.</w:t>
      </w:r>
    </w:p>
    <w:p>
      <w:r>
        <w:rPr>
          <w:rFonts w:ascii="Courier New" w:hAnsi="Courier New"/>
          <w:color w:val="555555"/>
          <w:sz w:val="20"/>
        </w:rPr>
        <w:t>[5]</w:t>
      </w:r>
    </w:p>
    <w:p>
      <w:r>
        <w:rPr>
          <w:rFonts w:ascii="Gentium Plus" w:hAnsi="Gentium Plus"/>
          <w:sz w:val="24"/>
        </w:rPr>
        <w:t>ἢ τὴν νύκτα, ἐν ᾗ οἷόν τινα λήθην ἡ διάνοια δέχεται. Ὁ δὲ Ὀρφεύς· γῆ φησι μήτηρ πάντων, Δημήτηρ πλουτοδότειρα.</w:t>
      </w:r>
    </w:p>
    <w:p>
      <w:r>
        <w:rPr>
          <w:rFonts w:ascii="Courier New" w:hAnsi="Courier New"/>
          <w:color w:val="555555"/>
          <w:sz w:val="20"/>
        </w:rPr>
        <w:t>[3 . 55]</w:t>
      </w:r>
    </w:p>
    <w:p>
      <w:r>
        <w:rPr>
          <w:rFonts w:ascii="Gentium Plus" w:hAnsi="Gentium Plus"/>
          <w:sz w:val="24"/>
        </w:rPr>
        <w:t>Ὅτι δέ γε καὶ τὰς ἀλλήλων θεολογίας ἀνέτρεπον, ὁ Πλάτων ἐν Ἐπινομίδι δηλοῖ, λέγων ὡδί· «Θεολογίαν τοίνυν καὶ ζῳογο‐ νίαν ἀναγκαῖον, ὡς ἔοικε, πρῶτον ἐμοί, κακῶς ἀπεικασάντων τῶν ἔμπροσθεν, βέλτιον ἀπεικάσαι κατὰ τὸν ὕστερον λόγον, ἀνα‐</w:t>
      </w:r>
    </w:p>
    <w:p>
      <w:r>
        <w:rPr>
          <w:rFonts w:ascii="Courier New" w:hAnsi="Courier New"/>
          <w:color w:val="555555"/>
          <w:sz w:val="20"/>
        </w:rPr>
        <w:t>[3 . 56]</w:t>
      </w:r>
    </w:p>
    <w:p>
      <w:r>
        <w:rPr>
          <w:rFonts w:ascii="Gentium Plus" w:hAnsi="Gentium Plus"/>
          <w:sz w:val="24"/>
        </w:rPr>
        <w:t>λαβόντα καὶ πρὸς τοὺς εὐσεβεῖς ἐληλυθότα λόγους.» Περὶ δέ γε τῶν θεοποιηθέντων ἀνθρώπων ὁ Πλούταρχος ἐν τῷ ξυγγράμματι τῷ Περὶ τῶν ἐκλελοιπότων χρηστηρίων ὧδέ φησιν· «Τὰ δὲ Γιγαντικά τε καὶ Τιτανικὰ παρ’ Ἕλλησιν ᾀδόμενα καὶ πολλαί</w:t>
      </w:r>
    </w:p>
    <w:p>
      <w:r>
        <w:rPr>
          <w:rFonts w:ascii="Courier New" w:hAnsi="Courier New"/>
          <w:color w:val="555555"/>
          <w:sz w:val="20"/>
        </w:rPr>
        <w:t>[5]</w:t>
      </w:r>
    </w:p>
    <w:p>
      <w:r>
        <w:rPr>
          <w:rFonts w:ascii="Gentium Plus" w:hAnsi="Gentium Plus"/>
          <w:sz w:val="24"/>
        </w:rPr>
        <w:t>τινες ἄθεσμοι πράξεις καὶ Τυφῶνος ἀντιτάξεις πρὸς Ἀπόλλωνα φυγαί τε Διονύσου καὶ πλάνη Δήμητρος οὐδὲν ἀπολείπουσι τῶν</w:t>
      </w:r>
    </w:p>
    <w:p>
      <w:r>
        <w:rPr>
          <w:rFonts w:ascii="Courier New" w:hAnsi="Courier New"/>
          <w:color w:val="555555"/>
          <w:sz w:val="20"/>
        </w:rPr>
        <w:t>[3 . 57]</w:t>
      </w:r>
    </w:p>
    <w:p>
      <w:r>
        <w:rPr>
          <w:rFonts w:ascii="Gentium Plus" w:hAnsi="Gentium Plus"/>
          <w:sz w:val="24"/>
        </w:rPr>
        <w:t>γουμένων ἀκούειν.» Καὶ πάλιν ὁ αὐτὸς καὶ τάδε φησίν· «Ἐπεὶ καὶ Σολύμους πυνθάνομαι τοὺς Λυκίων προσοίκους ἐν τοῖς μάλιστα τιμᾶν τὸν Κρόνον· ἐπειδὴ ἀποκτείνας τοὺς ἀρχηγέτας αὐτῶν, Ἄρσαλον καὶ Ἄρυον καὶ Τόσοβιν, ἔφυγε καὶ μετεχώ‐</w:t>
      </w:r>
    </w:p>
    <w:p>
      <w:r>
        <w:rPr>
          <w:rFonts w:ascii="Courier New" w:hAnsi="Courier New"/>
          <w:color w:val="555555"/>
          <w:sz w:val="20"/>
        </w:rPr>
        <w:t>[5]</w:t>
      </w:r>
    </w:p>
    <w:p>
      <w:r>
        <w:rPr>
          <w:rFonts w:ascii="Gentium Plus" w:hAnsi="Gentium Plus"/>
          <w:sz w:val="24"/>
        </w:rPr>
        <w:t>ρησεν ὁπουδήποτε—τοῦτο γὰρ οὐκ ἔχουσιν εἰπεῖν—ἐκεῖνον μὲν ἀμεληθῆναι, τοὺς δὲ περὶ Ἄρσαλον σκιρροὺς θεοὺς προσαγο‐ ρεῦσαι, καὶ τὰς κατάρας ἐπὶ τούτων ποιεῖσθαι ἰδίᾳ καὶ δημοσίᾳ</w:t>
      </w:r>
    </w:p>
    <w:p>
      <w:r>
        <w:rPr>
          <w:rFonts w:ascii="Courier New" w:hAnsi="Courier New"/>
          <w:color w:val="555555"/>
          <w:sz w:val="20"/>
        </w:rPr>
        <w:t>[3 . 58]</w:t>
      </w:r>
    </w:p>
    <w:p>
      <w:r>
        <w:rPr>
          <w:rFonts w:ascii="Gentium Plus" w:hAnsi="Gentium Plus"/>
          <w:sz w:val="24"/>
        </w:rPr>
        <w:t>Λυκίους.» Τοὺς δὲ Αἰγυπτίους φησὶν ὁ Πορφύριος ἐν τῇ Πρὸς Ἀνεβὼ τὸν Αἰγύπτιον ἐπιστολῇ ἄνθρωπον σέβειν ἐν Ἀνναβὶ κώμῃ καὶ τούτῳ θύειν ἐπὶ τῶν βωμῶν, εἶτα προσφέρειν αὐτῷ κατὰ καιρὸν τὴν οἰκείαν τροφήν.</w:t>
      </w:r>
    </w:p>
    <w:p>
      <w:r>
        <w:rPr>
          <w:rFonts w:ascii="Courier New" w:hAnsi="Courier New"/>
          <w:color w:val="555555"/>
          <w:sz w:val="20"/>
        </w:rPr>
        <w:t>[3 . 59]</w:t>
      </w:r>
    </w:p>
    <w:p>
      <w:r>
        <w:rPr>
          <w:rFonts w:ascii="Gentium Plus" w:hAnsi="Gentium Plus"/>
          <w:sz w:val="24"/>
        </w:rPr>
        <w:t>Ἀλλὰ γὰρ οὐδ’ ὁ τέταρτος αὐτοῖς ἀπέχρησε πλάνος, ἀλλὰ καὶ πέμπτον προσεπενόησαν καὶ τοὺς παμπονήρους ἐθεοποίησαν δαίμονας καὶ τὰς τῆς γοητείας παρ’ αὐτῶν μαγγανείας μεμαθη‐ κότες τελεταῖς αὐτοὺς καὶ θυσίαις ἐτίμησαν. Καὶ τοῦτο δεδήλω‐</w:t>
      </w:r>
    </w:p>
    <w:p>
      <w:r>
        <w:rPr>
          <w:rFonts w:ascii="Courier New" w:hAnsi="Courier New"/>
          <w:color w:val="555555"/>
          <w:sz w:val="20"/>
        </w:rPr>
        <w:t>[5]</w:t>
      </w:r>
    </w:p>
    <w:p>
      <w:r>
        <w:rPr>
          <w:rFonts w:ascii="Gentium Plus" w:hAnsi="Gentium Plus"/>
          <w:sz w:val="24"/>
        </w:rPr>
        <w:t>κεν ὁ Πορφύριος ἐν τῷ Περὶ τῆς ἐκ λογίων φιλοσοφίας ξυγγράμ‐</w:t>
      </w:r>
    </w:p>
    <w:p>
      <w:r>
        <w:rPr>
          <w:rFonts w:ascii="Courier New" w:hAnsi="Courier New"/>
          <w:color w:val="555555"/>
          <w:sz w:val="20"/>
        </w:rPr>
        <w:t>[3 . 60]</w:t>
      </w:r>
    </w:p>
    <w:p>
      <w:r>
        <w:rPr>
          <w:rFonts w:ascii="Gentium Plus" w:hAnsi="Gentium Plus"/>
          <w:sz w:val="24"/>
        </w:rPr>
        <w:t>ματι· ἐγὼ δὲ αὐτοῦ τὰ ῥήματα παραθήσομαι· «Διὰ μέντοι τῶν ἐναντίων καὶ ἡ πᾶσα χρεία ἐπιτελεῖται. Τούτοις γὰρ μάλιστα τὴν</w:t>
      </w:r>
    </w:p>
    <w:p>
      <w:r>
        <w:rPr>
          <w:rFonts w:ascii="Courier New" w:hAnsi="Courier New"/>
          <w:color w:val="555555"/>
          <w:sz w:val="20"/>
        </w:rPr>
        <w:t>[5]</w:t>
      </w:r>
    </w:p>
    <w:p>
      <w:r>
        <w:rPr>
          <w:rFonts w:ascii="Gentium Plus" w:hAnsi="Gentium Plus"/>
          <w:sz w:val="24"/>
        </w:rPr>
        <w:t>τῆς τερατουργίας καὶ διὰ τοῦ φίλτρα καὶ ἐρωτικὰ κατασκευάζειν οἱ κακοδαίμονες. Πᾶσα γὰρ καὶ πλούτων ἐλπὶς καὶ δόξης διὰ τούτων, καὶ μάλιστα ἡ ἀπάτη. Τὸ γὰρ ψεῦδος τούτοις οἰκεῖον· βούλονται γὰρ εἶναι θεοί· καὶ ἡ προεστῶσα αὐτῶν δύναμις δοκεῖ θεὸς εἶναι μέγιστος. Οὗτοι οἱ χαίροντες λοιβῇ τε κνίσῃ τε, δι’ ὧν</w:t>
      </w:r>
    </w:p>
    <w:p>
      <w:r>
        <w:rPr>
          <w:rFonts w:ascii="Courier New" w:hAnsi="Courier New"/>
          <w:color w:val="555555"/>
          <w:sz w:val="20"/>
        </w:rPr>
        <w:t>[3 . 61]</w:t>
      </w:r>
    </w:p>
    <w:p>
      <w:r>
        <w:rPr>
          <w:rFonts w:ascii="Gentium Plus" w:hAnsi="Gentium Plus"/>
          <w:sz w:val="24"/>
        </w:rPr>
        <w:t>αὐτῶν τὸ σωματικὸν καὶ πνευματικὸν πιαίνεται.» Εἰς καιρὸν δέ μοι προσήκει τοῖς τοῦ Πορφυρίου παραθεῖναι ῥητοῖς τοὺς τῶν Ὁμηρικῶν θεῶν λόγους· καὶ γὰρ ἐκεῖνοι τὴν λοιβὴν καὶ τὴν κνίσαν οἰκεῖον λάχος καλοῦσιν. Τοιγάρτοι ὁ Πορφύριος δῆλός</w:t>
      </w:r>
    </w:p>
    <w:p>
      <w:r>
        <w:rPr>
          <w:rFonts w:ascii="Courier New" w:hAnsi="Courier New"/>
          <w:color w:val="555555"/>
          <w:sz w:val="20"/>
        </w:rPr>
        <w:t>[5]</w:t>
      </w:r>
    </w:p>
    <w:p>
      <w:r>
        <w:rPr>
          <w:rFonts w:ascii="Gentium Plus" w:hAnsi="Gentium Plus"/>
          <w:sz w:val="24"/>
        </w:rPr>
        <w:t>ἐστι τοὺς ὑπὸ τοῦ ποιητοῦ θεοὺς καλουμένους πονηροὺς δαίμονας ὀνομάζων. Καὶ γὰρ ἐκεῖνος ἐκείνους, καὶ οὗτος τούτους λοιβῇ καὶ</w:t>
      </w:r>
    </w:p>
    <w:p>
      <w:r>
        <w:rPr>
          <w:rFonts w:ascii="Courier New" w:hAnsi="Courier New"/>
          <w:color w:val="555555"/>
          <w:sz w:val="20"/>
        </w:rPr>
        <w:t>[3 . 62]</w:t>
      </w:r>
    </w:p>
    <w:p>
      <w:r>
        <w:rPr>
          <w:rFonts w:ascii="Gentium Plus" w:hAnsi="Gentium Plus"/>
          <w:sz w:val="24"/>
        </w:rPr>
        <w:t>κνίσῃ χαίρειν ἀναφανδὸν ἰσχυρίσαντο. Ζητητέον μέντοι, τίνα προεστάναι τῶν πονηρῶν δαιμόνων δύναμιν ὁ Πορφύριος λέγει, ἣν ψευδομένην μέγιστον θεὸν ἑαυτὴν ἔφησεν ὀνομάζειν. Ἀλλὰ γὰρ οὐ δεῖ μοι πόνου πρὸς ζήτησιν· ἐν αὐτῷ γὰρ τῷ ξυγγράμματι</w:t>
      </w:r>
    </w:p>
    <w:p>
      <w:r>
        <w:rPr>
          <w:rFonts w:ascii="Courier New" w:hAnsi="Courier New"/>
          <w:color w:val="555555"/>
          <w:sz w:val="20"/>
        </w:rPr>
        <w:t>[5]</w:t>
      </w:r>
    </w:p>
    <w:p>
      <w:r>
        <w:rPr>
          <w:rFonts w:ascii="Gentium Plus" w:hAnsi="Gentium Plus"/>
          <w:sz w:val="24"/>
        </w:rPr>
        <w:t>καὶ ταῦτά φησιν· «Τοὺς δὲ πονηροὺς δαίμονας οὐκ εἰκῇ ὑπὸ τὸν Σάραπιν ὑποπτεύομεν, οὐδ’ ἐκ τῶν ξυμβόλων μόνον ἀναπειθό‐ μενοι, ἀλλ’ ὅτι τὰ μειλίγματα καὶ τὰ τούτων ἀποτρόπαια πρὸς τὸν Πλούτωνα γίνεται, ὡς ἐν τῷ πρώτῳ ἐδείκνυμεν. Ὁ αὐτὸς δὲ τῷ Πλούτωνι οὗτος ὁ θεός, καὶ διὰ τοῦτο μάλιστα δαιμόνων</w:t>
      </w:r>
    </w:p>
    <w:p>
      <w:r>
        <w:rPr>
          <w:rFonts w:ascii="Courier New" w:hAnsi="Courier New"/>
          <w:color w:val="555555"/>
          <w:sz w:val="20"/>
        </w:rPr>
        <w:t>[3 . 63]</w:t>
      </w:r>
    </w:p>
    <w:p>
      <w:r>
        <w:rPr>
          <w:rFonts w:ascii="Gentium Plus" w:hAnsi="Gentium Plus"/>
          <w:sz w:val="24"/>
        </w:rPr>
        <w:t>ἄρχων.» Πάλιν δ’ αὖ καὶ τάδε προστέθεικεν· «Μήποτε οὗτοί εἰσιν ὧν ἄρχει ὁ Σάραπις, καὶ τούτων ξύμβολον ὁ τρικάρανος κύων, τουτέστιν ὁ ἐν τοῖς τρισὶ στοιχείοις, ὕδατι, γῇ, ἀέρι, πονη‐ ρὸς δαίμων, οὓς καταπαύει ὁ θεὸς ἔχων ὑπὸ χεῖρα· ἄρχει δὲ</w:t>
      </w:r>
    </w:p>
    <w:p>
      <w:r>
        <w:rPr>
          <w:rFonts w:ascii="Courier New" w:hAnsi="Courier New"/>
          <w:color w:val="555555"/>
          <w:sz w:val="20"/>
        </w:rPr>
        <w:t>[5]</w:t>
      </w:r>
    </w:p>
    <w:p>
      <w:r>
        <w:rPr>
          <w:rFonts w:ascii="Gentium Plus" w:hAnsi="Gentium Plus"/>
          <w:sz w:val="24"/>
        </w:rPr>
        <w:t>αὐτῶν καὶ ἡ Ἑκάτη, ὡς ξυνέχουσα κατὰ τὸ τρίστοιχον.» Ταῦτα</w:t>
      </w:r>
    </w:p>
    <w:p>
      <w:r>
        <w:rPr>
          <w:rFonts w:ascii="Courier New" w:hAnsi="Courier New"/>
          <w:color w:val="555555"/>
          <w:sz w:val="20"/>
        </w:rPr>
        <w:t>[3 . 64]</w:t>
      </w:r>
    </w:p>
    <w:p>
      <w:r>
        <w:rPr>
          <w:rFonts w:ascii="Gentium Plus" w:hAnsi="Gentium Plus"/>
          <w:sz w:val="24"/>
        </w:rPr>
        <w:t>οὐ Μωϋσῆς ὁ νομοθέτης οὐδὲ Πέτρος ἢ Παῦλος ἢ Ἰωάννης οἱ τῆς ἀληθείας κήρυκες κατὰ τῶν πονηρῶν δαιμόνων ξυνέγραψαν, ἀλλὰ Πορφύριος ὁ τῆς ἀληθείας ἀντίπαλος· καὶ τὸν Πλούτωνα καὶ τὴν Ἑκάτην ἄρχοντας τῶν πονηρῶν δαιμόνων ὠνόμασε καὶ</w:t>
      </w:r>
    </w:p>
    <w:p>
      <w:r>
        <w:rPr>
          <w:rFonts w:ascii="Courier New" w:hAnsi="Courier New"/>
          <w:color w:val="555555"/>
          <w:sz w:val="20"/>
        </w:rPr>
        <w:t>[3 . 65]</w:t>
      </w:r>
    </w:p>
    <w:p>
      <w:r>
        <w:rPr>
          <w:rFonts w:ascii="Gentium Plus" w:hAnsi="Gentium Plus"/>
          <w:sz w:val="24"/>
        </w:rPr>
        <w:t>ψευδόμενον ἔφησε μέγιστον ἑαυτὸν ὀνομάσαι θεόν. Καὶ ἔοικεν ἀτεχνῶς τοῦτο τὸ θαῦμα τῷ τοῦ γενναίου Σαμψὼν προβλήματι· «Ἐκ στόματος ἐσθίοντος ἐξῆλθε βρῶσις, καὶ ἐξ ἰσχυροῦ γλυκύ.» Ταῦτα γὰρ δὴ κατὰ τοῦ ψεύδους ὑπὸ τοῦ ξυνηγόρου ξυνεγράφη</w:t>
      </w:r>
    </w:p>
    <w:p>
      <w:r>
        <w:rPr>
          <w:rFonts w:ascii="Courier New" w:hAnsi="Courier New"/>
          <w:color w:val="555555"/>
          <w:sz w:val="20"/>
        </w:rPr>
        <w:t>[5]</w:t>
      </w:r>
    </w:p>
    <w:p>
      <w:r>
        <w:rPr>
          <w:rFonts w:ascii="Gentium Plus" w:hAnsi="Gentium Plus"/>
          <w:sz w:val="24"/>
        </w:rPr>
        <w:t>τοῦ ψεύδους· καὶ ὁ τῆς ἀληθείας κατήγορος ἄκων ὤφθη τῆς ἀλη‐ θείας ξυνήγορος. Ὁ γὰρ τοῦ Βαλαὰμ τοῦ μάντεως τὴν γλῶτταν ἐπαράσασθαι βουλομένην εὐλογίαν ὠδῖναι καταναγκάσας, οὗτος δῆτα καὶ τοῦδε τὴν γλῶτταν κατὰ τῆς ἀληθείας λυττῶσαν καὶ</w:t>
      </w:r>
    </w:p>
    <w:p>
      <w:r>
        <w:rPr>
          <w:rFonts w:ascii="Courier New" w:hAnsi="Courier New"/>
          <w:color w:val="555555"/>
          <w:sz w:val="20"/>
        </w:rPr>
        <w:t>[3 . 66]</w:t>
      </w:r>
    </w:p>
    <w:p>
      <w:r>
        <w:rPr>
          <w:rFonts w:ascii="Gentium Plus" w:hAnsi="Gentium Plus"/>
          <w:sz w:val="24"/>
        </w:rPr>
        <w:t>ᾄττουσαν κατὰ τοῦ ψεύδους ἄκουσαν μετατέθεικεν. Οὐ μόνον δὲ τῇδε τοιούσδε λόγους ξυνέγραψεν, ἀλλὰ κἀν τῇ Πρὸς Ἀνεβὼ τὸν Αἰγύπτιον ἐπιστολῇ τὰ παραπλήσια τέθεικεν. Λέγει δὲ οὕτως περὶ τῶν θεῶν μὲν καλουμένων, πονηρῶν δὲ ὄντων δαιμόνων·</w:t>
      </w:r>
    </w:p>
    <w:p>
      <w:r>
        <w:rPr>
          <w:rFonts w:ascii="Courier New" w:hAnsi="Courier New"/>
          <w:color w:val="555555"/>
          <w:sz w:val="20"/>
        </w:rPr>
        <w:t>[5]</w:t>
      </w:r>
    </w:p>
    <w:p>
      <w:r>
        <w:rPr>
          <w:rFonts w:ascii="Gentium Plus" w:hAnsi="Gentium Plus"/>
          <w:sz w:val="24"/>
        </w:rPr>
        <w:t>«Πάνυ με θράττει, πῶς ὡς κρείττους παρακαλούμενοι ἐπιτάτ‐ τονται ὡς χείρους, καὶ δίκαιον εἶναι κατηγοροῦντες τὸν θεράποντα</w:t>
      </w:r>
    </w:p>
    <w:p>
      <w:r>
        <w:rPr>
          <w:rFonts w:ascii="Courier New" w:hAnsi="Courier New"/>
          <w:color w:val="555555"/>
          <w:sz w:val="20"/>
        </w:rPr>
        <w:t>[10]</w:t>
      </w:r>
    </w:p>
    <w:p>
      <w:r>
        <w:rPr>
          <w:rFonts w:ascii="Gentium Plus" w:hAnsi="Gentium Plus"/>
          <w:sz w:val="24"/>
        </w:rPr>
        <w:t>οὐκ ὀκνοῦσιν· ἀπὸ ἐμψύχων μὲν ἀποχῆς κελεύουσι δεῖν εἶναι τοὺς ὑποφήτας, ἵνα μὴ τοῖς ἀπὸ τῶν σωμάτων ἀτμοῖς χραίνωνται, αὐτοὶ δὲ ἀτμοῖς τοῖς ἀπὸ θυσιῶν μάλιστα δελεάζονται, καὶ νεκροῦ μὲν ἀθιγῆ δεῖν εἶναι τὸν ἐπόπτην, διὰ νεκρῶν δὲ ζῴων αἱ θεαγω‐</w:t>
      </w:r>
    </w:p>
    <w:p>
      <w:r>
        <w:rPr>
          <w:rFonts w:ascii="Courier New" w:hAnsi="Courier New"/>
          <w:color w:val="555555"/>
          <w:sz w:val="20"/>
        </w:rPr>
        <w:t>[3 . 67]</w:t>
      </w:r>
    </w:p>
    <w:p>
      <w:r>
        <w:rPr>
          <w:rFonts w:ascii="Gentium Plus" w:hAnsi="Gentium Plus"/>
          <w:sz w:val="24"/>
        </w:rPr>
        <w:t>γίαι ἐκτελοῦνται. Πολλῷ δὲ τούτων ἀλογώτερον τὸ μὴ δαίμονι, εἰ τύχοι, ἢ ψυχῇ τεθνεῶτος, αὐτῷ δὲ τῷ βασιλεῖ ἡλίῳ ἢ σελήνῃ ἤ τινι τῶν κατ’ οὐρανὸν ἄνθρωπον τῷ τυχόντι ὑποχείριον ἀπειλὰς προσφέροντα φοβεῖν, ψευδόμενον, ἵνα ἐκεῖνοι ἀληθεύσωσιν. Τὸ γὰρ</w:t>
      </w:r>
    </w:p>
    <w:p>
      <w:r>
        <w:rPr>
          <w:rFonts w:ascii="Courier New" w:hAnsi="Courier New"/>
          <w:color w:val="555555"/>
          <w:sz w:val="20"/>
        </w:rPr>
        <w:t>[5]</w:t>
      </w:r>
    </w:p>
    <w:p>
      <w:r>
        <w:rPr>
          <w:rFonts w:ascii="Gentium Plus" w:hAnsi="Gentium Plus"/>
          <w:sz w:val="24"/>
        </w:rPr>
        <w:t>λέγειν, ὅτι τὸν οὐρανὸν προσαράξει καὶ τὰ κρυπτὰ τῆς Ἴσιδος ἐκφανεῖ καὶ τὸ ἐν Ἀβύδῳ ἀπόρρητον δείξει καὶ τὴν βάριν στήσει καὶ τὰ μέλη τοῦ Ὀσίριδος διασκεδάσει τῷ Τυφῶνι, τίνα οὐχ ὑπερ‐ βολὴν ἐμπληξίας μὲν τῷ ἀπειλοῦντι, ἃ μήτε οἶδε μήτε δύναται, καταλείπει, ταπεινότητος δὲ τοῖς δεδοικόσιν οὕτω κενὸν φόβον καὶ</w:t>
      </w:r>
    </w:p>
    <w:p>
      <w:r>
        <w:rPr>
          <w:rFonts w:ascii="Courier New" w:hAnsi="Courier New"/>
          <w:color w:val="555555"/>
          <w:sz w:val="20"/>
        </w:rPr>
        <w:t>[3 . 68]</w:t>
      </w:r>
    </w:p>
    <w:p>
      <w:r>
        <w:rPr>
          <w:rFonts w:ascii="Gentium Plus" w:hAnsi="Gentium Plus"/>
          <w:sz w:val="24"/>
        </w:rPr>
        <w:t>πλάσματα, ὡς κομιδῇ παισὶν ἀνοήτοις; καίτοι καὶ Χαιρήμων ὁ ἱερογραμματεὺς γράφει, ὡς καὶ παρ’ Αἰγυπτίοις θρυλούμενα, καὶ ταῦτά φησι καὶ τὰ τοιαῦτα εἶναι βιαστικώτατα.» Πολλὰ δὲ καὶ ἄλλα προσθείς, ἐπήγαγε καὶ ταῦτα· «Περὶ δὲ εὐδαιμονίας</w:t>
      </w:r>
    </w:p>
    <w:p>
      <w:r>
        <w:rPr>
          <w:rFonts w:ascii="Courier New" w:hAnsi="Courier New"/>
          <w:color w:val="555555"/>
          <w:sz w:val="20"/>
        </w:rPr>
        <w:t>[5]</w:t>
      </w:r>
    </w:p>
    <w:p>
      <w:r>
        <w:rPr>
          <w:rFonts w:ascii="Gentium Plus" w:hAnsi="Gentium Plus"/>
          <w:sz w:val="24"/>
        </w:rPr>
        <w:t>οὐδὲν ἀσφαλὲς οὐδὲ ἐχέγγυον ἔχουσιν. Οὐκ ἦσαν οὖν ἄρα οὔτε θεοὶ οὔτε ἀγαθοὶ δαίμονες, ἀλλ’ ἢ ἐκεῖνος ὁ λεγόμενος πλάνος.»</w:t>
      </w:r>
    </w:p>
    <w:p>
      <w:r>
        <w:rPr>
          <w:rFonts w:ascii="Courier New" w:hAnsi="Courier New"/>
          <w:color w:val="555555"/>
          <w:sz w:val="20"/>
        </w:rPr>
        <w:t>[3 . 69]</w:t>
      </w:r>
    </w:p>
    <w:p>
      <w:r>
        <w:rPr>
          <w:rFonts w:ascii="Gentium Plus" w:hAnsi="Gentium Plus"/>
          <w:sz w:val="24"/>
        </w:rPr>
        <w:t>Τίς τῶν τὰ θεῖα πεπαιδευμένων καὶ τὸν πλάνον ἐκεῖνον μυσαττο‐ μένων ἐναργέστερον ἂν τῶν καλουμένων θεῶν τὸν πλάνον δι‐ ήλεγξεν; ἀναφανδὸν γὰρ τούτους ἔφησεν ὁ τῆς ἀληθείας ἀντίπα‐ λος μήτε θεοὺς μήτε ἀγαθοὺς δαίμονας εἶναι, ἀλλὰ τοῦ ψεύδους</w:t>
      </w:r>
    </w:p>
    <w:p>
      <w:r>
        <w:rPr>
          <w:rFonts w:ascii="Courier New" w:hAnsi="Courier New"/>
          <w:color w:val="555555"/>
          <w:sz w:val="20"/>
        </w:rPr>
        <w:t>[3 . 70]</w:t>
      </w:r>
    </w:p>
    <w:p>
      <w:r>
        <w:rPr>
          <w:rFonts w:ascii="Gentium Plus" w:hAnsi="Gentium Plus"/>
          <w:sz w:val="24"/>
        </w:rPr>
        <w:t>διδασκάλους καὶ πονηρίας πατέρας. Τούτους ὁ Πλάτων ἐν τῷ Τιμαίῳ οὐδὲ φύσει ἀθανάτους φησίν· τὸν γὰρ ποιητὴν εἰρηκέναι πρὸς αὐτοὺς λέγει· «Ἀθάνατοι μὲν οὐκ ἐστὲ οὐδ’ ἄλυτοι τὸ πάμπαν· οὔτι μὲν δὴ λυθήσεσθε, τῆς ἐμῆς βουλήσεως τυχόντες.»</w:t>
      </w:r>
    </w:p>
    <w:p>
      <w:r>
        <w:rPr>
          <w:rFonts w:ascii="Courier New" w:hAnsi="Courier New"/>
          <w:color w:val="555555"/>
          <w:sz w:val="20"/>
        </w:rPr>
        <w:t>[5]</w:t>
      </w:r>
    </w:p>
    <w:p>
      <w:r>
        <w:rPr>
          <w:rFonts w:ascii="Gentium Plus" w:hAnsi="Gentium Plus"/>
          <w:sz w:val="24"/>
        </w:rPr>
        <w:t>Καίτοι γε Ὁμήρῳ τἀναντία δοκεῖ· ἀθανάτους γὰρ αὐτοὺς παν‐ ταχῇ προσονομάζει· οὐ γὰρ σῖτόν φησιν ἔδους’, οὐ πίνους’ αἴθοπα οἶνον· τοὔνεκ’ ἀναίμονές εἰσι καὶ ἀθάνατοι καλέονται.</w:t>
      </w:r>
    </w:p>
    <w:p>
      <w:r>
        <w:rPr>
          <w:rFonts w:ascii="Courier New" w:hAnsi="Courier New"/>
          <w:color w:val="555555"/>
          <w:sz w:val="20"/>
        </w:rPr>
        <w:t>[3 . 71]</w:t>
      </w:r>
    </w:p>
    <w:p>
      <w:r>
        <w:rPr>
          <w:rFonts w:ascii="Gentium Plus" w:hAnsi="Gentium Plus"/>
          <w:sz w:val="24"/>
        </w:rPr>
        <w:t>Τοσαύτη παρὰ τοῖς ποιηταῖς καὶ φιλοσόφοις περὶ τῶν οὐκ</w:t>
      </w:r>
    </w:p>
    <w:p>
      <w:r>
        <w:rPr>
          <w:rFonts w:ascii="Courier New" w:hAnsi="Courier New"/>
          <w:color w:val="555555"/>
          <w:sz w:val="20"/>
        </w:rPr>
        <w:t>[5]</w:t>
      </w:r>
    </w:p>
    <w:p>
      <w:r>
        <w:rPr>
          <w:rFonts w:ascii="Gentium Plus" w:hAnsi="Gentium Plus"/>
          <w:sz w:val="24"/>
        </w:rPr>
        <w:t>διαγλύψαντες, θεοὺς προσηγόρευσαν τὰ χειρόκμητα εἴδωλα καὶ τὰ τῆς Φειδίου καὶ Πολυκλείτου καὶ Πραξιτέλους τέχνης ἀγάλ‐</w:t>
      </w:r>
    </w:p>
    <w:p>
      <w:r>
        <w:rPr>
          <w:rFonts w:ascii="Courier New" w:hAnsi="Courier New"/>
          <w:color w:val="555555"/>
          <w:sz w:val="20"/>
        </w:rPr>
        <w:t>[3 . 72]</w:t>
      </w:r>
    </w:p>
    <w:p>
      <w:r>
        <w:rPr>
          <w:rFonts w:ascii="Gentium Plus" w:hAnsi="Gentium Plus"/>
          <w:sz w:val="24"/>
        </w:rPr>
        <w:t>ματα τῆς θείας προσηγορίας ἠξιώσαν. Τούτου δὲ τοῦ πλάνου κατηγορῶν Ξενοφάνης ὁ Κολοφώνιος τοιάδε φησίν· ἀλλ’ οἱ βροτοὶ δοκοῦσι γεννᾶσθαι θεούς, καὶ ἴσην τ’ αἴσθησιν ἔχειν φωνήν τε δέμας τε.</w:t>
      </w:r>
    </w:p>
    <w:p>
      <w:r>
        <w:rPr>
          <w:rFonts w:ascii="Courier New" w:hAnsi="Courier New"/>
          <w:color w:val="555555"/>
          <w:sz w:val="20"/>
        </w:rPr>
        <w:t>[5]</w:t>
      </w:r>
    </w:p>
    <w:p>
      <w:r>
        <w:rPr>
          <w:rFonts w:ascii="Gentium Plus" w:hAnsi="Gentium Plus"/>
          <w:sz w:val="24"/>
        </w:rPr>
        <w:t>Καὶ πάλιν· ἀλλ’ εἴ τοι χεῖρας εἶχον βόες ἠὲ λέοντες ἢ γράψαι χείρεσσι καὶ ἔργα τελεῖν ἅπερ ἄνδρες, ἵπποι μέν θ’ ἵπποισι, βόες δέ τε βουσὶν ὁμοίας καὶ θεῶν ἰδέας ἔγραφον καὶ σώματ’ ἐποίουν</w:t>
      </w:r>
    </w:p>
    <w:p>
      <w:r>
        <w:rPr>
          <w:rFonts w:ascii="Courier New" w:hAnsi="Courier New"/>
          <w:color w:val="555555"/>
          <w:sz w:val="20"/>
        </w:rPr>
        <w:t>[10]</w:t>
      </w:r>
    </w:p>
    <w:p>
      <w:r>
        <w:rPr>
          <w:rFonts w:ascii="Gentium Plus" w:hAnsi="Gentium Plus"/>
          <w:sz w:val="24"/>
        </w:rPr>
        <w:t>τοιαῦθ’ οἷόνπερ καὐτοὶ δέμας εἶχον ὅμοιον.</w:t>
      </w:r>
    </w:p>
    <w:p>
      <w:r>
        <w:rPr>
          <w:rFonts w:ascii="Courier New" w:hAnsi="Courier New"/>
          <w:color w:val="555555"/>
          <w:sz w:val="20"/>
        </w:rPr>
        <w:t>[3 . 73]</w:t>
      </w:r>
    </w:p>
    <w:p>
      <w:r>
        <w:rPr>
          <w:rFonts w:ascii="Gentium Plus" w:hAnsi="Gentium Plus"/>
          <w:sz w:val="24"/>
        </w:rPr>
        <w:t>Εἶτα σαφέστερον κωμῳδῶν τήνδε τὴν ἐξαπάτην, ἀπὸ τοῦ χρώ‐ ματος τῶν εἰκόνων διελέγχει τὸ ψεῦδος. Τοὺς μὲν γὰρ Αἰθίοπας μέλανας καὶ σιμοὺς γράφειν ἔφησε τοὺς οἰκείους θεούς, ὁποῖοι δὴ καὶ αὐτοὶ πεφύκασι, τοὺς δέ γε Θρᾷκας γλαυκούς τε καὶ ἐρυθρούς,</w:t>
      </w:r>
    </w:p>
    <w:p>
      <w:r>
        <w:rPr>
          <w:rFonts w:ascii="Courier New" w:hAnsi="Courier New"/>
          <w:color w:val="555555"/>
          <w:sz w:val="20"/>
        </w:rPr>
        <w:t>[5]</w:t>
      </w:r>
    </w:p>
    <w:p>
      <w:r>
        <w:rPr>
          <w:rFonts w:ascii="Gentium Plus" w:hAnsi="Gentium Plus"/>
          <w:sz w:val="24"/>
        </w:rPr>
        <w:t>καὶ μέντοι καὶ Μήδους καὶ Πέρσας σφίσιν αὐτοῖς ἐοικότας, καὶ</w:t>
      </w:r>
    </w:p>
    <w:p>
      <w:r>
        <w:rPr>
          <w:rFonts w:ascii="Courier New" w:hAnsi="Courier New"/>
          <w:color w:val="555555"/>
          <w:sz w:val="20"/>
        </w:rPr>
        <w:t>[3 . 74]</w:t>
      </w:r>
    </w:p>
    <w:p>
      <w:r>
        <w:rPr>
          <w:rFonts w:ascii="Gentium Plus" w:hAnsi="Gentium Plus"/>
          <w:sz w:val="24"/>
        </w:rPr>
        <w:t>φήν. Ταῦτα ξυνορῶν καὶ Ζήνων ὁ Κιτιεὺς ἐν τῷ τῆς Πολιτείας ἀπαγορεύει βιβλίῳ καὶ ναοὺς οἰκοδομεῖν καὶ ἀγάλματα τεκταί‐ νειν· οὐδὲν γὰρ εἶναι τούτων φησὶ θεῶν ἄξιον κατασκεύασμα. Ὁ δέ γε Πλάτων οὐ πάμπαν ἀπηγόρευσε τοῦτο ποιεῖν, τὴν Ἀθη‐</w:t>
      </w:r>
    </w:p>
    <w:p>
      <w:r>
        <w:rPr>
          <w:rFonts w:ascii="Courier New" w:hAnsi="Courier New"/>
          <w:color w:val="555555"/>
          <w:sz w:val="20"/>
        </w:rPr>
        <w:t>[5]</w:t>
      </w:r>
    </w:p>
    <w:p>
      <w:r>
        <w:rPr>
          <w:rFonts w:ascii="Gentium Plus" w:hAnsi="Gentium Plus"/>
          <w:sz w:val="24"/>
        </w:rPr>
        <w:t>ναίων φιλοτησίαν, ὡς ἔοικεν, ὀρρωδήσας καὶ τὸ τῷ Σωκράτει</w:t>
      </w:r>
    </w:p>
    <w:p>
      <w:r>
        <w:rPr>
          <w:rFonts w:ascii="Courier New" w:hAnsi="Courier New"/>
          <w:color w:val="555555"/>
          <w:sz w:val="20"/>
        </w:rPr>
        <w:t>[3 . 75]</w:t>
      </w:r>
    </w:p>
    <w:p>
      <w:r>
        <w:rPr>
          <w:rFonts w:ascii="Gentium Plus" w:hAnsi="Gentium Plus"/>
          <w:sz w:val="24"/>
        </w:rPr>
        <w:t>προσενεχθὲν ὑφορώμενος κώνειον· σκώπτει δὲ ὅμως καὶ αὐτὸς τῆς ἀγαλματοποιΐας τὰ πλεῖστα καί φησιν· «Μηδεὶς οὖν ἕτερος ἱερὰ καθιερούτω θεοῖς· χρυσός τε καὶ ἄργυρος ἐν ἄλλαις τε πόλεσιν ἰδίᾳ καὶ ἐν ἱεροῖς ἐστιν ἐπίφθονον κτῆμα· ἐλέφας δέ,</w:t>
      </w:r>
    </w:p>
    <w:p>
      <w:r>
        <w:rPr>
          <w:rFonts w:ascii="Courier New" w:hAnsi="Courier New"/>
          <w:color w:val="555555"/>
          <w:sz w:val="20"/>
        </w:rPr>
        <w:t>[5]</w:t>
      </w:r>
    </w:p>
    <w:p>
      <w:r>
        <w:rPr>
          <w:rFonts w:ascii="Gentium Plus" w:hAnsi="Gentium Plus"/>
          <w:sz w:val="24"/>
        </w:rPr>
        <w:t>ἀπολελοιπότος ψυχὴν σώματος, οὐκ εὐαγὲς ἀνάθημα· σίδηρος δὲ καὶ χαλκὸς πολέμων ὄργανα· ξύλινα δέ, ὅ τι ἂν ἐθέλῃ τις,</w:t>
      </w:r>
    </w:p>
    <w:p>
      <w:r>
        <w:rPr>
          <w:rFonts w:ascii="Courier New" w:hAnsi="Courier New"/>
          <w:color w:val="555555"/>
          <w:sz w:val="20"/>
        </w:rPr>
        <w:t>[3 . 76]</w:t>
      </w:r>
    </w:p>
    <w:p>
      <w:r>
        <w:rPr>
          <w:rFonts w:ascii="Gentium Plus" w:hAnsi="Gentium Plus"/>
          <w:sz w:val="24"/>
        </w:rPr>
        <w:t>ἀνατιθέτω καὶ ἐκ λίθου πρὸς τὰ κοινὰ ἱερά.» Ὅτι δὲ τὸν Ἀθη‐ ναίων δεδιὼς δῆμον οὐ παντελῶς ἀπηγόρευσε τῶν ἀγαλμάτων τὴν ποίησιν, αὐτόθεν καταμαθεῖν εὐπετές. Πρῶτον μὲν γὰρ ἰδίᾳ κατασκευάζειν τινὰ θεῶν εἰκόνας ἐκώλυσεν, ἔπειτα δὲ τὸν χρυσὸν</w:t>
      </w:r>
    </w:p>
    <w:p>
      <w:r>
        <w:rPr>
          <w:rFonts w:ascii="Courier New" w:hAnsi="Courier New"/>
          <w:color w:val="555555"/>
          <w:sz w:val="20"/>
        </w:rPr>
        <w:t>[5]</w:t>
      </w:r>
    </w:p>
    <w:p>
      <w:r>
        <w:rPr>
          <w:rFonts w:ascii="Gentium Plus" w:hAnsi="Gentium Plus"/>
          <w:sz w:val="24"/>
        </w:rPr>
        <w:t>καὶ τὸν ἄργυρον, ὡς ἐπιφθόνους ὕλας καὶ εἰς ἱεροσυλίαν ἐρεθι‐ ζούσας, ἐξέβαλε· τὸν ἐλέφαντα δὲ δυσαγῆ προσηγόρευσεν· τὸν δέ γε χαλκὸν καὶ τὸν σίδηρον πολέμῳ προσήκειν ἔφησεν, οὐκ</w:t>
      </w:r>
    </w:p>
    <w:p>
      <w:r>
        <w:rPr>
          <w:rFonts w:ascii="Courier New" w:hAnsi="Courier New"/>
          <w:color w:val="555555"/>
          <w:sz w:val="20"/>
        </w:rPr>
        <w:t>[10]</w:t>
      </w:r>
    </w:p>
    <w:p>
      <w:r>
        <w:rPr>
          <w:rFonts w:ascii="Gentium Plus" w:hAnsi="Gentium Plus"/>
          <w:sz w:val="24"/>
        </w:rPr>
        <w:t>ἱκανὴν τοὺς ὁρῶντας μὴ θείαν νομίζειν μηδὲ σέβειν τὰ εὐτελῆ τε καὶ εὔωνα.</w:t>
      </w:r>
    </w:p>
    <w:p>
      <w:r>
        <w:rPr>
          <w:rFonts w:ascii="Courier New" w:hAnsi="Courier New"/>
          <w:color w:val="555555"/>
          <w:sz w:val="20"/>
        </w:rPr>
        <w:t>[3 . 77]</w:t>
      </w:r>
    </w:p>
    <w:p>
      <w:r>
        <w:rPr>
          <w:rFonts w:ascii="Gentium Plus" w:hAnsi="Gentium Plus"/>
          <w:sz w:val="24"/>
        </w:rPr>
        <w:t>Καὶ γὰρ ὁ τῶν ὅλων Θεὸς διὰ τοῦ προφήτου τὴν αὐτὴν κατη‐ γορίαν τῶν ταῦτα καὶ ποιούντων καὶ προσκυνούντων πεποίηται· «Ξύλον γάρ» φησιν «ἄσηπτον ἐκλέγεται τέκτων· καὶ σοφὸς ζητεῖ, πῶς στήσει αὐτῷ εἰκόνα, καὶ ἵνα μὴ σαλεύηται.» Οὐ γὰρ</w:t>
      </w:r>
    </w:p>
    <w:p>
      <w:r>
        <w:rPr>
          <w:rFonts w:ascii="Courier New" w:hAnsi="Courier New"/>
          <w:color w:val="555555"/>
          <w:sz w:val="20"/>
        </w:rPr>
        <w:t>[5]</w:t>
      </w:r>
    </w:p>
    <w:p>
      <w:r>
        <w:rPr>
          <w:rFonts w:ascii="Gentium Plus" w:hAnsi="Gentium Plus"/>
          <w:sz w:val="24"/>
        </w:rPr>
        <w:t>μόνον τῆς ὕλης ἀφαιρεῖται τὰ περιττὰ καὶ τῆς ἀνθρωπείας μορφῆς ἐκτυποῖ τὴν εἰκόνα καὶ τῶν μορίων εὖ μάλα ἕκαστον διαγλύφει, ἀλλὰ καὶ τῆς ἕδρας καὶ τῆς στάσεως ὅτι μάλιστα προμηθεῖται καὶ ὑπερείσμασί τισι καὶ ἥλοις τὴν στάσιν αὐτῷ πραγματεύεται, καὶ</w:t>
      </w:r>
    </w:p>
    <w:p>
      <w:r>
        <w:rPr>
          <w:rFonts w:ascii="Courier New" w:hAnsi="Courier New"/>
          <w:color w:val="555555"/>
          <w:sz w:val="20"/>
        </w:rPr>
        <w:t>[3 . 78]</w:t>
      </w:r>
    </w:p>
    <w:p>
      <w:r>
        <w:rPr>
          <w:rFonts w:ascii="Gentium Plus" w:hAnsi="Gentium Plus"/>
          <w:sz w:val="24"/>
        </w:rPr>
        <w:t>τὸ ἐξ ὕλης καὶ τέχνης ἐρανισθὲν θεὸς ὀνομάζεται. «Οὗ τὸ ἥμισυ αὐτοῦ» φησι «κατέκαυσεν ἐν πυρί, καὶ ὀπτήσας κρέας ἔφαγε καὶ εἶπεν· ἡδύ μοι, ὅτι ἐθερμάνθην καὶ εἶδον φῶς· τὸ δὲ ἥμισυ αὐτοῦ ἐποίησε γλυπτὸν καὶ προσκυνεῖ αὐτῷ καὶ προσεύχεται,</w:t>
      </w:r>
    </w:p>
    <w:p>
      <w:r>
        <w:rPr>
          <w:rFonts w:ascii="Courier New" w:hAnsi="Courier New"/>
          <w:color w:val="555555"/>
          <w:sz w:val="20"/>
        </w:rPr>
        <w:t>[5]</w:t>
      </w:r>
    </w:p>
    <w:p>
      <w:r>
        <w:rPr>
          <w:rFonts w:ascii="Gentium Plus" w:hAnsi="Gentium Plus"/>
          <w:sz w:val="24"/>
        </w:rPr>
        <w:t>λέγων· ἐξελοῦ με, ὅτι θεός μου εἶ σύ.» Οὕτω σαφῶς αὐτῶν κωμῳδήσας τὴν ἄνοιαν, ἐπήγαγεν· «Γνῶτε, ὅτι σποδὸς ἡ καρδία αὐτῶν, καὶ αὐτοὶ πλανῶνται.»</w:t>
      </w:r>
    </w:p>
    <w:p>
      <w:r>
        <w:rPr>
          <w:rFonts w:ascii="Courier New" w:hAnsi="Courier New"/>
          <w:color w:val="555555"/>
          <w:sz w:val="20"/>
        </w:rPr>
        <w:t>[3 . 79]</w:t>
      </w:r>
    </w:p>
    <w:p>
      <w:r>
        <w:rPr>
          <w:rFonts w:ascii="Gentium Plus" w:hAnsi="Gentium Plus"/>
          <w:sz w:val="24"/>
        </w:rPr>
        <w:t>Ἐγὼ δέ γε τῶν νῦν ἑλληνιζόντων ἐκπλήττομαι τὴν ἀναίδειαν. Αἰσχυνόμενοι γὰρ σωφρονοῦσαν τὴν οἰκουμένην καὶ τῆς προτέρας πλάνης ἀπηλλαγμένην, μύθους εἶναι ψευδεῖς λέγουσι τὰ παρὰ τῶν ποιητῶν περὶ τῶν θεῶν εἰρημένα καὶ οὐκ ἐρυθριῶσιν, ὑφ’</w:t>
      </w:r>
    </w:p>
    <w:p>
      <w:r>
        <w:rPr>
          <w:rFonts w:ascii="Courier New" w:hAnsi="Courier New"/>
          <w:color w:val="555555"/>
          <w:sz w:val="20"/>
        </w:rPr>
        <w:t>[5]</w:t>
      </w:r>
    </w:p>
    <w:p>
      <w:r>
        <w:rPr>
          <w:rFonts w:ascii="Gentium Plus" w:hAnsi="Gentium Plus"/>
          <w:sz w:val="24"/>
        </w:rPr>
        <w:t>ὧν δρῶσι, κατηγορούμενοι. Τὰ γὰρ δὴ κατὰ τοὺς μύθους κατε‐ σκευασμένα ξόανα προσκυνοῦσι· πάσης μὲν γὰρ ἑταίρας ἐπὶ τέ‐</w:t>
      </w:r>
    </w:p>
    <w:p>
      <w:r>
        <w:rPr>
          <w:rFonts w:ascii="Courier New" w:hAnsi="Courier New"/>
          <w:color w:val="555555"/>
          <w:sz w:val="20"/>
        </w:rPr>
        <w:t>[3 . 80]</w:t>
      </w:r>
    </w:p>
    <w:p>
      <w:r>
        <w:rPr>
          <w:rFonts w:ascii="Gentium Plus" w:hAnsi="Gentium Plus"/>
          <w:sz w:val="24"/>
        </w:rPr>
        <w:t>γους ἑστώσης ἀναιδέστερον τῆς Ἀφροδίτης τὸ σχῆμα. Τίς γάρ τοι χαμαιτύπην γυμνὴν ἐπ’ ἀγορᾶς ἄτερ χιτῶνος καὶ διαζώματος ἑστῶσαν ἐθεάσατο πώποτε; ἀλλὰ τὴν τούτων διδάσκαλον γυμνὴν καὶ οἱ ἀνδριαντοποιοὶ καὶ οἱ ἀγαλματογλύφοι κατασκευάζουσι καὶ</w:t>
      </w:r>
    </w:p>
    <w:p>
      <w:r>
        <w:rPr>
          <w:rFonts w:ascii="Courier New" w:hAnsi="Courier New"/>
          <w:color w:val="555555"/>
          <w:sz w:val="20"/>
        </w:rPr>
        <w:t>[5]</w:t>
      </w:r>
    </w:p>
    <w:p>
      <w:r>
        <w:rPr>
          <w:rFonts w:ascii="Gentium Plus" w:hAnsi="Gentium Plus"/>
          <w:sz w:val="24"/>
        </w:rPr>
        <w:t>οὐδὲ τῷ χιτωνίσκῳ καλύπτουσιν. Καὶ τὴν Εὐρώπην δὲ ἐπὶ τοῦ ταύρου καθημένην καὶ οἱ ζωγράφοι γράφουσι, καὶ οἱ χαλκοτύποι διαπλάττουσι, καὶ διαγλύφουσιν οἱ τῶν ἀγαλμάτων δημιουργοί· καὶ μέντοι καὶ ὁ Διόνυσος λυσιμελής τις καὶ γύννις ὑπὸ τούτων</w:t>
      </w:r>
    </w:p>
    <w:p>
      <w:r>
        <w:rPr>
          <w:rFonts w:ascii="Courier New" w:hAnsi="Courier New"/>
          <w:color w:val="555555"/>
          <w:sz w:val="20"/>
        </w:rPr>
        <w:t>[3 . 81]</w:t>
      </w:r>
    </w:p>
    <w:p>
      <w:r>
        <w:rPr>
          <w:rFonts w:ascii="Gentium Plus" w:hAnsi="Gentium Plus"/>
          <w:sz w:val="24"/>
        </w:rPr>
        <w:t>κατασκευάζεται· καὶ τὸν Πάνα δὲ καὶ τοὺς Σατύρους ἵπποις καὶ ὄνοις παραπλησίως ὀχείας ὀριγνωμένους καὶ θορνυμένους δη‐ μιουργοῦσιν· οὕτω καὶ τὸν Δία ἐν ἀετοῦ σχήματι κατὰ τοῦ Γανυ‐ μήδους λυττῶντα καὶ τῇ Λήδᾳ ἐν εἴδει κύκνου μιγνύμενον, καὶ</w:t>
      </w:r>
    </w:p>
    <w:p>
      <w:r>
        <w:rPr>
          <w:rFonts w:ascii="Courier New" w:hAnsi="Courier New"/>
          <w:color w:val="555555"/>
          <w:sz w:val="20"/>
        </w:rPr>
        <w:t>[5]</w:t>
      </w:r>
    </w:p>
    <w:p>
      <w:r>
        <w:rPr>
          <w:rFonts w:ascii="Gentium Plus" w:hAnsi="Gentium Plus"/>
          <w:sz w:val="24"/>
        </w:rPr>
        <w:t>μέντοι καὶ εἰς τὸν Δανάης κόλπον χρυσοῦ δίκην φερόμενον· καὶ τἄλλα δὲ ὡσαύτως κατὰ τὰς τῶν ποιητῶν ὑφηγήσεις διαμορφοῦ‐</w:t>
      </w:r>
    </w:p>
    <w:p>
      <w:r>
        <w:rPr>
          <w:rFonts w:ascii="Courier New" w:hAnsi="Courier New"/>
          <w:color w:val="555555"/>
          <w:sz w:val="20"/>
        </w:rPr>
        <w:t>[3 . 82]</w:t>
      </w:r>
    </w:p>
    <w:p>
      <w:r>
        <w:rPr>
          <w:rFonts w:ascii="Gentium Plus" w:hAnsi="Gentium Plus"/>
          <w:sz w:val="24"/>
        </w:rPr>
        <w:t>σιν οἱ τῶν ἀγαλμάτων δημιουργοί. Εἰ τοίνυν ψευδεῖς μύθους φατὲ διαπλάσαι τοὺς ποιητάς, τί δήποτε τῶν ἀνδριαντοποιῶν καὶ ἀγαλματογλύφων καὶ ζωγράφων ἀνέχεσθε, κρατυνόντων τῇ τέχνῃ τὸ ψεῦδος; ἀνθ’ ὅτου δὲ τοσοῦτο σέβας προσνέμετε τοῖς ὑπὸ τού‐</w:t>
      </w:r>
    </w:p>
    <w:p>
      <w:r>
        <w:rPr>
          <w:rFonts w:ascii="Courier New" w:hAnsi="Courier New"/>
          <w:color w:val="555555"/>
          <w:sz w:val="20"/>
        </w:rPr>
        <w:t>[3 . 83]</w:t>
      </w:r>
    </w:p>
    <w:p>
      <w:r>
        <w:rPr>
          <w:rFonts w:ascii="Gentium Plus" w:hAnsi="Gentium Plus"/>
          <w:sz w:val="24"/>
        </w:rPr>
        <w:t>των τεκταινομένοις ἀγάλμασιν; Ἔδει γάρ, εἴπερ ἀληθῆ ἄρα κατηγορεῖτε τῶν ποιητῶν, τὰ μὲν ἐκείνων ἐμπρῆσαι ποιήματα, νόμῳ δὲ τοὺς τεχνίτας κωλῦσαι καὶ προσαπειλῆσαί γε θάνατον, ὥστε μηδένα ποτὲ μηδαμῇ τοιαύτας κατασκευάζειν εἰκόνας, τὸν</w:t>
      </w:r>
    </w:p>
    <w:p>
      <w:r>
        <w:rPr>
          <w:rFonts w:ascii="Courier New" w:hAnsi="Courier New"/>
          <w:color w:val="555555"/>
          <w:sz w:val="20"/>
        </w:rPr>
        <w:t>[5]</w:t>
      </w:r>
    </w:p>
    <w:p>
      <w:r>
        <w:rPr>
          <w:rFonts w:ascii="Gentium Plus" w:hAnsi="Gentium Plus"/>
          <w:sz w:val="24"/>
        </w:rPr>
        <w:t>δὲ παρὰ τὸν νόμον τι δρῶντα ζημιοῦσθαι θανάτῳ. Ἐχρῆν δὲ καὶ τὰ ἐφ’ ὕβρει καὶ κωμῳδίᾳ τῶν καλουμένων θεῶν τεκταινόμενα</w:t>
      </w:r>
    </w:p>
    <w:p>
      <w:r>
        <w:rPr>
          <w:rFonts w:ascii="Courier New" w:hAnsi="Courier New"/>
          <w:color w:val="555555"/>
          <w:sz w:val="20"/>
        </w:rPr>
        <w:t>[3 . 84]</w:t>
      </w:r>
    </w:p>
    <w:p>
      <w:r>
        <w:rPr>
          <w:rFonts w:ascii="Gentium Plus" w:hAnsi="Gentium Plus"/>
          <w:sz w:val="24"/>
        </w:rPr>
        <w:t>περὶ τούτων παρὰ τῶν μύθων θρυλούμενα. Ἀλλὰ τούτων μὲν οὐδὲν πώποτε γεγένηται παρ’ ὑμῶν, τἀναντία δὲ τούτων δρώμενα ἔστιν ἰδεῖν, θαυμαζομένους μὲν τοὺς ποιητὰς ἐπὶ τοῖς ποιήμα‐ σιν, ἐπαινουμένους δὲ ἄγαν τοὺς ἀγαλματογλύφους καὶ ἀνδριαν‐</w:t>
      </w:r>
    </w:p>
    <w:p>
      <w:r>
        <w:rPr>
          <w:rFonts w:ascii="Courier New" w:hAnsi="Courier New"/>
          <w:color w:val="555555"/>
          <w:sz w:val="20"/>
        </w:rPr>
        <w:t>[5]</w:t>
      </w:r>
    </w:p>
    <w:p>
      <w:r>
        <w:rPr>
          <w:rFonts w:ascii="Gentium Plus" w:hAnsi="Gentium Plus"/>
          <w:sz w:val="24"/>
        </w:rPr>
        <w:t>τοποιοὺς καὶ ζωγράφους ἐπὶ τοῖς σφετέροις τεχνήμασι, προσκυ‐ νούμενα δὲ τὰ τῷ λόγῳ κατηγορούμενα ξόανα καὶ θυσίαις καὶ τελεταῖς γεραιρόμενα, καὶ τὸ σμικρὸν ἐκεῖνο ζῴδιον, τὸν Πρίαπον λέγω, μετὰ τοῦ μεγίστου καὶ τεταμένου μορίου τιμώμενον, καὶ τὸν τοῦ Διονύσου φαλλὸν ἐν τῇ φαλλαγωγίᾳ παρὰ τῶν ὀργια‐</w:t>
      </w:r>
    </w:p>
    <w:p>
      <w:r>
        <w:rPr>
          <w:rFonts w:ascii="Courier New" w:hAnsi="Courier New"/>
          <w:color w:val="555555"/>
          <w:sz w:val="20"/>
        </w:rPr>
        <w:t>[10]</w:t>
      </w:r>
    </w:p>
    <w:p>
      <w:r>
        <w:rPr>
          <w:rFonts w:ascii="Gentium Plus" w:hAnsi="Gentium Plus"/>
          <w:sz w:val="24"/>
        </w:rPr>
        <w:t>ζόντων προσκυνούμενον, καὶ τὸν κτένα τὸν γυναικεῖον—οὕτω δὲ τὸ γυναικεῖον ὀνομάζουσι μόριον—ἐν τοῖς Θεσμοφορίοις παρὰ τῶν τετελεσμένων γυναίων θείας τιμῆς ἀξιούμενον.</w:t>
      </w:r>
    </w:p>
    <w:p>
      <w:r>
        <w:rPr>
          <w:rFonts w:ascii="Courier New" w:hAnsi="Courier New"/>
          <w:color w:val="555555"/>
          <w:sz w:val="20"/>
        </w:rPr>
        <w:t>[3 . 85]</w:t>
      </w:r>
    </w:p>
    <w:p>
      <w:r>
        <w:rPr>
          <w:rFonts w:ascii="Gentium Plus" w:hAnsi="Gentium Plus"/>
          <w:sz w:val="24"/>
        </w:rPr>
        <w:t>Αἰγύπτιοι δὲ τοσοῦτον ταῖς αἰσχραῖς ἐδουλώθησαν ἡδοναῖς, ὡς καὶ τὸν τράγον διὰ τὴν περὶ τὰς μίξεις μανίαν ὀνομάσαι θεόν. Μενδήσιοι δὲ τοῦτον διαφερόντως τιμῶσιν. Καὶ τοῖς ἄλλοις δὲ ζῴοις αἱ ἄλλαι πόλεις θείας τιμὰς ἀφιέρωσαν· ἔσεβον γὰρ δὴ καὶ</w:t>
      </w:r>
    </w:p>
    <w:p>
      <w:r>
        <w:rPr>
          <w:rFonts w:ascii="Courier New" w:hAnsi="Courier New"/>
          <w:color w:val="555555"/>
          <w:sz w:val="20"/>
        </w:rPr>
        <w:t>[5]</w:t>
      </w:r>
    </w:p>
    <w:p>
      <w:r>
        <w:rPr>
          <w:rFonts w:ascii="Gentium Plus" w:hAnsi="Gentium Plus"/>
          <w:sz w:val="24"/>
        </w:rPr>
        <w:t>Μεμφῖται τὸν ταῦρον, καὶ Λυκοπολῖται τὸν λύκον, καὶ Λεοντο‐ πολῖται τὸν λέοντα, καὶ μέντοι καὶ Κυνοπολῖται τὸν κύνα, καὶ ἰχθύν τινα λάτον ὀνομαζόμενον τῆς Λατοῦς οἱ οἰκήτορες, καὶ</w:t>
      </w:r>
    </w:p>
    <w:p>
      <w:r>
        <w:rPr>
          <w:rFonts w:ascii="Courier New" w:hAnsi="Courier New"/>
          <w:color w:val="555555"/>
          <w:sz w:val="20"/>
        </w:rPr>
        <w:t>[10]</w:t>
      </w:r>
    </w:p>
    <w:p>
      <w:r>
        <w:rPr>
          <w:rFonts w:ascii="Gentium Plus" w:hAnsi="Gentium Plus"/>
          <w:sz w:val="24"/>
        </w:rPr>
        <w:t>ἐδωδήν· εἶτα, ὡς θεοῖς δῆθεν, τὰς θυσίας ἐπετέλουν καὶ τελευ‐ τήσαντα δὲ ταφῆς ἠξίουν πολυτελοῦς.</w:t>
      </w:r>
    </w:p>
    <w:p>
      <w:r>
        <w:rPr>
          <w:rFonts w:ascii="Courier New" w:hAnsi="Courier New"/>
          <w:color w:val="555555"/>
          <w:sz w:val="20"/>
        </w:rPr>
        <w:t>[3 . 86]</w:t>
      </w:r>
    </w:p>
    <w:p>
      <w:r>
        <w:rPr>
          <w:rFonts w:ascii="Gentium Plus" w:hAnsi="Gentium Plus"/>
          <w:sz w:val="24"/>
        </w:rPr>
        <w:t>Τοσαύτη πάλαι ποτὲ κατεῖχε πλάνη τὴν οἰκουμένην· ἀλλὰ ταύ‐ την ἄρδην ἠφάνισε καὶ πάμπαν ἐξήλασεν ὁ παρ’ ἡμῶν προσκυ‐ νούμενος καὶ παρ’ ὑμῶν ἀγνοούμενος, καὶ τὴν μεθύουσαν καὶ παραπαίουσαν τῶν ἀνθρώπων φύσιν σωφρονοῦσαν καὶ καθεστηκυῖαν</w:t>
      </w:r>
    </w:p>
    <w:p>
      <w:r>
        <w:rPr>
          <w:rFonts w:ascii="Courier New" w:hAnsi="Courier New"/>
          <w:color w:val="555555"/>
          <w:sz w:val="20"/>
        </w:rPr>
        <w:t>[5]</w:t>
      </w:r>
    </w:p>
    <w:p>
      <w:r>
        <w:rPr>
          <w:rFonts w:ascii="Gentium Plus" w:hAnsi="Gentium Plus"/>
          <w:sz w:val="24"/>
        </w:rPr>
        <w:t>ἀνέδειξεν. Ἀλλὰ γὰρ οἶμαι ὑμᾶς ἐρεῖν, ὡς καὶ ὑμεῖς ἀοράτους τινὰς</w:t>
      </w:r>
    </w:p>
    <w:p>
      <w:r>
        <w:rPr>
          <w:rFonts w:ascii="Courier New" w:hAnsi="Courier New"/>
          <w:color w:val="555555"/>
          <w:sz w:val="20"/>
        </w:rPr>
        <w:t>[3 . 87]</w:t>
      </w:r>
    </w:p>
    <w:p>
      <w:r>
        <w:rPr>
          <w:rFonts w:ascii="Gentium Plus" w:hAnsi="Gentium Plus"/>
          <w:sz w:val="24"/>
        </w:rPr>
        <w:t>δυνάμεις φατέ, οὓς καὶ Ἀγγέλους καὶ Ἀρχαγγέλους ὀνομάζετε καὶ προσαγορεύετε καὶ Ἀρχὰς καὶ Ἐξουσίας καὶ Κυριότητας καὶ Θρόνους· καὶ ἄλλας αὖ πάλιν κατὰ τὴν Ἑβραίων γλῶτταν Χερουβὶμ καὶ Σεραφὶμ ἴστε προσαγορευομένας. Ἀνθ’ ὅτου τοίνυν</w:t>
      </w:r>
    </w:p>
    <w:p>
      <w:r>
        <w:rPr>
          <w:rFonts w:ascii="Courier New" w:hAnsi="Courier New"/>
          <w:color w:val="555555"/>
          <w:sz w:val="20"/>
        </w:rPr>
        <w:t>[5]</w:t>
      </w:r>
    </w:p>
    <w:p>
      <w:r>
        <w:rPr>
          <w:rFonts w:ascii="Gentium Plus" w:hAnsi="Gentium Plus"/>
          <w:sz w:val="24"/>
        </w:rPr>
        <w:t>ἡμῖν νεμεσᾶτε, μετὰ τὸν ἀεὶ ὄντα καὶ ὡσαύτως καὶ κατὰ ταὐτὰ ἔχοντα δευτέρους τινὰς θεούς, καὶ κομιδῇ γε ἐκείνου ἀποδέοντας, νομίζουσί τε καὶ γεραίρουσιν;</w:t>
      </w:r>
    </w:p>
    <w:p>
      <w:r>
        <w:rPr>
          <w:rFonts w:ascii="Courier New" w:hAnsi="Courier New"/>
          <w:color w:val="555555"/>
          <w:sz w:val="20"/>
        </w:rPr>
        <w:t>[3 . 88]</w:t>
      </w:r>
    </w:p>
    <w:p>
      <w:r>
        <w:rPr>
          <w:rFonts w:ascii="Gentium Plus" w:hAnsi="Gentium Plus"/>
          <w:sz w:val="24"/>
        </w:rPr>
        <w:t>Ἐγὼ δὲ ὁμολογῶ μὲν τὴν θείαν ἡμᾶς διδάξαι γραφήν, εἶναι δή τινας ἀοράτους δυνάμεις, καὶ ὑμνούσας τὸν ποιητὴν καὶ ὑπουρ‐ γούσας αὐτοῦ τῷ θείῳ βουλήματι· οὐ μὴν θεοὺς τούτους ὀνομάζο‐ μεν οὐδὲ θεῖον αὐτοῖς ἀπονέμομεν σέβας οὐδὲ μερίζομεν εἰς τὸν</w:t>
      </w:r>
    </w:p>
    <w:p>
      <w:r>
        <w:rPr>
          <w:rFonts w:ascii="Courier New" w:hAnsi="Courier New"/>
          <w:color w:val="555555"/>
          <w:sz w:val="20"/>
        </w:rPr>
        <w:t>[5]</w:t>
      </w:r>
    </w:p>
    <w:p>
      <w:r>
        <w:rPr>
          <w:rFonts w:ascii="Gentium Plus" w:hAnsi="Gentium Plus"/>
          <w:sz w:val="24"/>
        </w:rPr>
        <w:t>ὄντα Θεὸν καὶ τούτους τὴν θείαν προσκύνησιν, ἀλλὰ τούτους</w:t>
      </w:r>
    </w:p>
    <w:p>
      <w:r>
        <w:rPr>
          <w:rFonts w:ascii="Courier New" w:hAnsi="Courier New"/>
          <w:color w:val="555555"/>
          <w:sz w:val="20"/>
        </w:rPr>
        <w:t>[3 . 89]</w:t>
      </w:r>
    </w:p>
    <w:p>
      <w:r>
        <w:rPr>
          <w:rFonts w:ascii="Gentium Plus" w:hAnsi="Gentium Plus"/>
          <w:sz w:val="24"/>
        </w:rPr>
        <w:t>τιμιωτέρους μὲν ἀνθρώπων, ὁμοδούλους δὲ εἶναί φαμεν. Καὶ οὐ διαιροῦμεν εἰς ἄρρεν καὶ θῆλυ τὴν ἀσώματον φύσιν· ταύτης γὰρ δὴ τῆς διαιρέσεως ἐνδεὴς τῶν ὑπὸ τῷ θανάτῳ τελούντων ἡ φύσις,</w:t>
      </w:r>
    </w:p>
    <w:p>
      <w:r>
        <w:rPr>
          <w:rFonts w:ascii="Courier New" w:hAnsi="Courier New"/>
          <w:color w:val="555555"/>
          <w:sz w:val="20"/>
        </w:rPr>
        <w:t>[5]</w:t>
      </w:r>
    </w:p>
    <w:p>
      <w:r>
        <w:rPr>
          <w:rFonts w:ascii="Gentium Plus" w:hAnsi="Gentium Plus"/>
          <w:sz w:val="24"/>
        </w:rPr>
        <w:t>παιδοποιΐας ἀντεισάγει τὸ δαπανώμενον· οἷον γάρ τινα ἐπισκευα‐ στὴν ἀθανασίαν ὁ ποιητὴς τῷ θνητῷ ζῴῳ τὴν παιδοποιΐαν ἐμηχα‐ νήσατο. Ταύτῃ τοι ἀναγκαία τοῖς θνητὴν ἔχουσι φύσιν ἡ τοῦ θήλεος χρεία, τοῖς δέ γε ἀθανάτοις γεγενημένοις τὸ θῆλυ γένος παντάπασι περιττόν· οὔτε γὰρ αὔξης προσδέονται, μείωσιν οὐ</w:t>
      </w:r>
    </w:p>
    <w:p>
      <w:r>
        <w:rPr>
          <w:rFonts w:ascii="Courier New" w:hAnsi="Courier New"/>
          <w:color w:val="555555"/>
          <w:sz w:val="20"/>
        </w:rPr>
        <w:t>[3 . 90]</w:t>
      </w:r>
    </w:p>
    <w:p>
      <w:r>
        <w:rPr>
          <w:rFonts w:ascii="Gentium Plus" w:hAnsi="Gentium Plus"/>
          <w:sz w:val="24"/>
        </w:rPr>
        <w:t>δεχόμενοι, οὔτε μίξεως, σωμάτων γε ὄντες ἐλεύθεροι. Μαρτυρεῖ δὲ τῷ λόγῳ καὶ τούτων κἀκείνων ἡ ποίησις. Τοὺς μὲν γὰρ δὴ ἀνθρώπους οὐ παμπόλλους εὐθὺς ἐδημιούργησεν ὁ Θεός, ἀλλ’ ἕνα ἄνδρα καὶ μίαν γυναῖκα διέπλασε καὶ διὰ τῆς τούτων κοινωνίας</w:t>
      </w:r>
    </w:p>
    <w:p>
      <w:r>
        <w:rPr>
          <w:rFonts w:ascii="Courier New" w:hAnsi="Courier New"/>
          <w:color w:val="555555"/>
          <w:sz w:val="20"/>
        </w:rPr>
        <w:t>[5]</w:t>
      </w:r>
    </w:p>
    <w:p>
      <w:r>
        <w:rPr>
          <w:rFonts w:ascii="Gentium Plus" w:hAnsi="Gentium Plus"/>
          <w:sz w:val="24"/>
        </w:rPr>
        <w:t>πᾶσαν γῆν καὶ θάλατταν τοῦδε τοῦ γένους ἐνέπλησε· τῶν ἀσωμά‐ των δὲ τὴν φύσιν οὐ κατὰ δύο πεποίηκεν, ἀλλ’ ἀθρόαν ἐδημιούρ‐ γησεν· ὅσας γάρ τοι εἶναι αὐτῶν ἐδοκίμασε μυριάδας, ἐξ ἀρχῆς</w:t>
      </w:r>
    </w:p>
    <w:p>
      <w:r>
        <w:rPr>
          <w:rFonts w:ascii="Courier New" w:hAnsi="Courier New"/>
          <w:color w:val="555555"/>
          <w:sz w:val="20"/>
        </w:rPr>
        <w:t>[3 . 91]</w:t>
      </w:r>
    </w:p>
    <w:p>
      <w:r>
        <w:rPr>
          <w:rFonts w:ascii="Gentium Plus" w:hAnsi="Gentium Plus"/>
          <w:sz w:val="24"/>
        </w:rPr>
        <w:t>ταύτας παρήγαγεν. Διά τοι τοῦτο περιττὴ τοῦ θήλεος ἐκείνοις ἡ χρῆσις, ὡς μὲν ἀθανάτοις αὔξης οὐ δεομένοις, ὡς ἀσωμάτοις δὲ μίξιν οὐ δεχομένοις. Τῷ τοι καὶ ἁγίους αὐτοὺς ὀνομάζομεν ὡς γήινον οὐδὲν ἔχοντας, ἀλλὰ τῶν περιγείων παθημάτων ἀπηλ‐</w:t>
      </w:r>
    </w:p>
    <w:p>
      <w:r>
        <w:rPr>
          <w:rFonts w:ascii="Courier New" w:hAnsi="Courier New"/>
          <w:color w:val="555555"/>
          <w:sz w:val="20"/>
        </w:rPr>
        <w:t>[5]</w:t>
      </w:r>
    </w:p>
    <w:p>
      <w:r>
        <w:rPr>
          <w:rFonts w:ascii="Gentium Plus" w:hAnsi="Gentium Plus"/>
          <w:sz w:val="24"/>
        </w:rPr>
        <w:t>λαγμένους, ἔργον δὲ ἔχοντας τὴν ἐν οὐρανῷ χορείαν καὶ τοῦ πεποιηκότος τὴν ὑμνῳδίαν, καὶ αὖ πάλιν τὰς ὑπουργίας, ἃς κελευ‐ όμενοι διακονοῦσι τῷ θείῳ βουλήματι, τῆς τῶν ἀνθρώπων εἵνεκα σωτηρίας παρὰ τοῦ Θεοῦ τῶν ὅλων στελλόμενοι. Τοῦτο γὰρ δήπου αὐτῶν πέρι καὶ ὁ θεῖος εἶπεν ἀπόστολος· «Οὐχὶ πάντες εἰσὶ</w:t>
      </w:r>
    </w:p>
    <w:p>
      <w:r>
        <w:rPr>
          <w:rFonts w:ascii="Courier New" w:hAnsi="Courier New"/>
          <w:color w:val="555555"/>
          <w:sz w:val="20"/>
        </w:rPr>
        <w:t>[10]</w:t>
      </w:r>
    </w:p>
    <w:p>
      <w:r>
        <w:rPr>
          <w:rFonts w:ascii="Gentium Plus" w:hAnsi="Gentium Plus"/>
          <w:sz w:val="24"/>
        </w:rPr>
        <w:t>λειτουργικὰ πνεύματα, εἰς διακονίαν ἀποστελλόμενα διὰ τοὺς</w:t>
      </w:r>
    </w:p>
    <w:p>
      <w:r>
        <w:rPr>
          <w:rFonts w:ascii="Courier New" w:hAnsi="Courier New"/>
          <w:color w:val="555555"/>
          <w:sz w:val="20"/>
        </w:rPr>
        <w:t>[3 . 92]</w:t>
      </w:r>
    </w:p>
    <w:p>
      <w:r>
        <w:rPr>
          <w:rFonts w:ascii="Gentium Plus" w:hAnsi="Gentium Plus"/>
          <w:sz w:val="24"/>
        </w:rPr>
        <w:t>μέλλοντας κληρονομεῖν σωτηρίαν;» Τὴν ἐκείνων μιμούμενοι πολιτείαν, ὅσοι τῶν ἀνθρώπων τὴν τοῦ Θεοῦ θεραπείαν ἠσπά‐ σαντο, ἔφυγον μὲν τῶν σωμάτων καὶ τὴν ἔννομον κοινωνίαν ὡς τῶν θείων ἀφέλκουσαν, κατέλιπον δὲ καὶ πατρίδα καὶ γένος, ἵνα</w:t>
      </w:r>
    </w:p>
    <w:p>
      <w:r>
        <w:rPr>
          <w:rFonts w:ascii="Courier New" w:hAnsi="Courier New"/>
          <w:color w:val="555555"/>
          <w:sz w:val="20"/>
        </w:rPr>
        <w:t>[5]</w:t>
      </w:r>
    </w:p>
    <w:p>
      <w:r>
        <w:rPr>
          <w:rFonts w:ascii="Gentium Plus" w:hAnsi="Gentium Plus"/>
          <w:sz w:val="24"/>
        </w:rPr>
        <w:t>πᾶσαν εἰς τὰ θεῖα μεταθῶσι τὴν μέριμναν, καὶ μηδεὶς τὸν νοῦν ἐπέχῃ δεσμός, εἰς οὐρανὸν ἀναπτῆναι καὶ τὸ ἀόρατον καὶ ἄρρητον</w:t>
      </w:r>
    </w:p>
    <w:p>
      <w:r>
        <w:rPr>
          <w:rFonts w:ascii="Courier New" w:hAnsi="Courier New"/>
          <w:color w:val="555555"/>
          <w:sz w:val="20"/>
        </w:rPr>
        <w:t>[3 . 93]</w:t>
      </w:r>
    </w:p>
    <w:p>
      <w:r>
        <w:rPr>
          <w:rFonts w:ascii="Gentium Plus" w:hAnsi="Gentium Plus"/>
          <w:sz w:val="24"/>
        </w:rPr>
        <w:t>τοῦ Θεοῦ κατοπτεῦσαι γλιχόμενον κάλλος. Τούτων πλήρεις καὶ πόλεις καὶ κῶμαι καὶ τῶν ὀρῶν αἱ ἀκρωνυχίαι καὶ φάραγγες. Καὶ οἱ μὲν κατὰ ξυμμορίας οἰκοῦντες δημιουργοῦσιν ἐν ταῖς ψυχαῖς τὰ τῆς φιλοσοφίας ἀγάλματα, οἱ δέ, κατὰ δύο καὶ τρεῖς διάγοντες,</w:t>
      </w:r>
    </w:p>
    <w:p>
      <w:r>
        <w:rPr>
          <w:rFonts w:ascii="Courier New" w:hAnsi="Courier New"/>
          <w:color w:val="555555"/>
          <w:sz w:val="20"/>
        </w:rPr>
        <w:t>[5]</w:t>
      </w:r>
    </w:p>
    <w:p>
      <w:r>
        <w:rPr>
          <w:rFonts w:ascii="Gentium Plus" w:hAnsi="Gentium Plus"/>
          <w:sz w:val="24"/>
        </w:rPr>
        <w:t>οἱ δὲ καὶ μόνοι καθειργμένοι καὶ τὼ ὀφθαλμὼ τῷ κάλλει τῶν ὁρω‐ μένων ἐπιτέρπεσθαι διακωλύοντες, σχολὴν τῷ νῷ παρέχουσιν</w:t>
      </w:r>
    </w:p>
    <w:p>
      <w:r>
        <w:rPr>
          <w:rFonts w:ascii="Courier New" w:hAnsi="Courier New"/>
          <w:color w:val="555555"/>
          <w:sz w:val="20"/>
        </w:rPr>
        <w:t>[3 . 94]</w:t>
      </w:r>
    </w:p>
    <w:p>
      <w:r>
        <w:rPr>
          <w:rFonts w:ascii="Gentium Plus" w:hAnsi="Gentium Plus"/>
          <w:sz w:val="24"/>
        </w:rPr>
        <w:t>ἐπεντρυφᾶν τῇ θεωρίᾳ τῶν νοητῶν. Εἰ δὲ οἱ σώμασι ξυνεζευγμένοι καὶ ὑπὸ πολλῶν καὶ παντοδαπῶν ἐνοχλούμενοι παθημάτων ἀσώ‐ ματον καὶ ὑψηλὴν καὶ οὐρανίοις πρέπουσαν ἀσπάζονται βιοτήν, τίς ἂν ἐκφράσαι λόγος τῶν ἀσωμάτων φύσεων τὴν ἀπαθῆ πολιτείαν</w:t>
      </w:r>
    </w:p>
    <w:p>
      <w:r>
        <w:rPr>
          <w:rFonts w:ascii="Courier New" w:hAnsi="Courier New"/>
          <w:color w:val="555555"/>
          <w:sz w:val="20"/>
        </w:rPr>
        <w:t>[5]</w:t>
      </w:r>
    </w:p>
    <w:p>
      <w:r>
        <w:rPr>
          <w:rFonts w:ascii="Gentium Plus" w:hAnsi="Gentium Plus"/>
          <w:sz w:val="24"/>
        </w:rPr>
        <w:t>καὶ φροντίδων ἀπηλλαγμένην;</w:t>
      </w:r>
    </w:p>
    <w:p>
      <w:r>
        <w:rPr>
          <w:rFonts w:ascii="Courier New" w:hAnsi="Courier New"/>
          <w:color w:val="555555"/>
          <w:sz w:val="20"/>
        </w:rPr>
        <w:t>[3 . 95]</w:t>
      </w:r>
    </w:p>
    <w:p>
      <w:r>
        <w:rPr>
          <w:rFonts w:ascii="Gentium Plus" w:hAnsi="Gentium Plus"/>
          <w:sz w:val="24"/>
        </w:rPr>
        <w:t>Ταύτην ἔχειν ἡμᾶς τὴν δόξαν περὶ τῶν ἀοράτων μέν, γενητῶν δὲ φύσεων τὰ θεῖα ἐξεπαίδευσε λόγια· ὑμεῖς δὲ τοσαύτην αὐ‐ τῶν ἀκολασίαν τε καὶ ἀκρασίαν κατηγορεῖτε καὶ παντοδαπὴν αἰσχρουργίαν, καὶ μέντοι καὶ ἔριν καὶ πολέμους καὶ τυραννίδα,</w:t>
      </w:r>
    </w:p>
    <w:p>
      <w:r>
        <w:rPr>
          <w:rFonts w:ascii="Courier New" w:hAnsi="Courier New"/>
          <w:color w:val="555555"/>
          <w:sz w:val="20"/>
        </w:rPr>
        <w:t>[5]</w:t>
      </w:r>
    </w:p>
    <w:p>
      <w:r>
        <w:rPr>
          <w:rFonts w:ascii="Gentium Plus" w:hAnsi="Gentium Plus"/>
          <w:sz w:val="24"/>
        </w:rPr>
        <w:t>ὡς μηδὲ τοῖς πονηροτάτοις τῶν ἀνθρώπων ἁρμόττειν τὰ ἐκείνων</w:t>
      </w:r>
    </w:p>
    <w:p>
      <w:r>
        <w:rPr>
          <w:rFonts w:ascii="Courier New" w:hAnsi="Courier New"/>
          <w:color w:val="555555"/>
          <w:sz w:val="20"/>
        </w:rPr>
        <w:t>[3 . 96]</w:t>
      </w:r>
    </w:p>
    <w:p>
      <w:r>
        <w:rPr>
          <w:rFonts w:ascii="Gentium Plus" w:hAnsi="Gentium Plus"/>
          <w:sz w:val="24"/>
        </w:rPr>
        <w:t>πέρι μυθολογούμενα. Οὐδὲ γὰρ οὐδ’ οἱ ἄγαν παμπόνηροι πάντα ἔχουσιν, ὅσα τοῦ πατρὸς τῶν θεῶν καὶ πάντων ὑπάτου τε καὶ μεγίστου κατηγορεῖτε. Οἱ μὲν γὰρ τῇ περὶ τοὺς νέους ἀκολασίᾳ δουλεύσαντες ἀλλοτρίους οὐ διώρυξαν γάμους, οἱ δὲ τῇδε τῇ</w:t>
      </w:r>
    </w:p>
    <w:p>
      <w:r>
        <w:rPr>
          <w:rFonts w:ascii="Courier New" w:hAnsi="Courier New"/>
          <w:color w:val="555555"/>
          <w:sz w:val="20"/>
        </w:rPr>
        <w:t>[5]</w:t>
      </w:r>
    </w:p>
    <w:p>
      <w:r>
        <w:rPr>
          <w:rFonts w:ascii="Gentium Plus" w:hAnsi="Gentium Plus"/>
          <w:sz w:val="24"/>
        </w:rPr>
        <w:t>πάθῃ περιπεσόντες τῶν οἰκειοτάτων ἐφείσαντο· εἰ δέ τις καὶ ἀδελφῆς ἔρωτι περιέπεσεν, ἀλλ’ οὐ κατὰ μητρός γε ἐλύττησεν οὐδ’ ἐπεμάνη τῇ θυγατρί, ἀλλ’ ᾐδέσθη τὴν φύσιν καὶ τὴν τῶν</w:t>
      </w:r>
    </w:p>
    <w:p>
      <w:r>
        <w:rPr>
          <w:rFonts w:ascii="Courier New" w:hAnsi="Courier New"/>
          <w:color w:val="555555"/>
          <w:sz w:val="20"/>
        </w:rPr>
        <w:t>[3 . 97]</w:t>
      </w:r>
    </w:p>
    <w:p>
      <w:r>
        <w:rPr>
          <w:rFonts w:ascii="Gentium Plus" w:hAnsi="Gentium Plus"/>
          <w:sz w:val="24"/>
        </w:rPr>
        <w:t>ἀλόγων οὐκ ἐζήλωσεν ἄνοιαν. Πέρσαι δὲ μόνοι τὰ τοιαῦτα δρῶσι, νόμῳ τινὶ παλαιῷ μυσαρωτάτῳ πειθόμενοι καὶ παρανομεῖν οὐχ</w:t>
      </w:r>
    </w:p>
    <w:p>
      <w:r>
        <w:rPr>
          <w:rFonts w:ascii="Courier New" w:hAnsi="Courier New"/>
          <w:color w:val="555555"/>
          <w:sz w:val="20"/>
        </w:rPr>
        <w:t>[5]</w:t>
      </w:r>
    </w:p>
    <w:p>
      <w:r>
        <w:rPr>
          <w:rFonts w:ascii="Gentium Plus" w:hAnsi="Gentium Plus"/>
          <w:sz w:val="24"/>
        </w:rPr>
        <w:t>τῇ δὲ Ῥέᾳ, ἣν καὶ Δηὼ καὶ Δήμητρα ὀνομάζουσι, μητρί γε οὔσῃ, μανικῶς ἐπεμίγη, καὶ τὴν Φερέφατταν ἐξ αὐτῆς παιδο‐ ποιησάμενος ξύνευνον ἔσχε καὶ γαμέτης ἐγένετο τῆς παιδός. Τὰ</w:t>
      </w:r>
    </w:p>
    <w:p>
      <w:r>
        <w:rPr>
          <w:rFonts w:ascii="Courier New" w:hAnsi="Courier New"/>
          <w:color w:val="555555"/>
          <w:sz w:val="20"/>
        </w:rPr>
        <w:t>[3 . 98]</w:t>
      </w:r>
    </w:p>
    <w:p>
      <w:r>
        <w:rPr>
          <w:rFonts w:ascii="Gentium Plus" w:hAnsi="Gentium Plus"/>
          <w:sz w:val="24"/>
        </w:rPr>
        <w:t>δὲ Γανυμήδους πέρι καὶ Λήδας καὶ Δανάης καὶ Σεμέλης καὶ Ἀλκμήνης καὶ τῶν ἄλλων τῶν παμπόλλων μυθολογούμενα καὶ λέγειν αἰσχύνομαι, καὶ περιττὸν οἶμαι ποιεῖν πρὸς εἰδότας τούσδε τοὺς μύθους διεξιὼν καὶ τὴν ποιητικὴν δυσοσμίαν ἀνακινῶν, ὧν</w:t>
      </w:r>
    </w:p>
    <w:p>
      <w:r>
        <w:rPr>
          <w:rFonts w:ascii="Courier New" w:hAnsi="Courier New"/>
          <w:color w:val="555555"/>
          <w:sz w:val="20"/>
        </w:rPr>
        <w:t>[5]</w:t>
      </w:r>
    </w:p>
    <w:p>
      <w:r>
        <w:rPr>
          <w:rFonts w:ascii="Gentium Plus" w:hAnsi="Gentium Plus"/>
          <w:sz w:val="24"/>
        </w:rPr>
        <w:t>τὴν μυθολογίαν αἰσχυνόμενοι μὲν ἀποκαλεῖτε ψευδῆ, πάλιν δ’ αὖ ὡς ἀληθῆ θεολογίαν ἀσπάζεσθε.</w:t>
      </w:r>
    </w:p>
    <w:p>
      <w:r>
        <w:rPr>
          <w:rFonts w:ascii="Courier New" w:hAnsi="Courier New"/>
          <w:color w:val="555555"/>
          <w:sz w:val="20"/>
        </w:rPr>
        <w:t>[3 . 99]</w:t>
      </w:r>
    </w:p>
    <w:p>
      <w:r>
        <w:rPr>
          <w:rFonts w:ascii="Gentium Plus" w:hAnsi="Gentium Plus"/>
          <w:sz w:val="24"/>
        </w:rPr>
        <w:t>Παράθετε τοιγαροῦν τὰ παρ’ ὑμῶν περὶ τῶν ἀσωμάτων μέν, γενητῶν δὲ φύσεων μυθολογούμενα τοῖς παρ’ ἡμῶν περὶ τῶν ἐπου‐ ρανίων δυνάμεων λεγομένοις, καὶ ἀθρήσατε τὸ διάφορον· καὶ λογισμῷ γε σώφρονι διακρίνατε, πότερα τούτοιν ταῖς ἀοράτοις</w:t>
      </w:r>
    </w:p>
    <w:p>
      <w:r>
        <w:rPr>
          <w:rFonts w:ascii="Courier New" w:hAnsi="Courier New"/>
          <w:color w:val="555555"/>
          <w:sz w:val="20"/>
        </w:rPr>
        <w:t>[5]</w:t>
      </w:r>
    </w:p>
    <w:p>
      <w:r>
        <w:rPr>
          <w:rFonts w:ascii="Gentium Plus" w:hAnsi="Gentium Plus"/>
          <w:sz w:val="24"/>
        </w:rPr>
        <w:t>οὐσίαις ἁρμοδιώτερα. Εὑρήσετε γάρ, ὀρθῇ γε ψήφῳ διαγινώσκειν ἐθέλοντες, οὐχ ἁγίοις ἀγγέλοις, ἀλλὰ δαίμοσι πρόσφορα παμπο‐ νήροις τὰ παρ’ ὑμῶν θρησκευόμενα.</w:t>
      </w:r>
    </w:p>
    <w:p>
      <w:r>
        <w:rPr>
          <w:rFonts w:ascii="Courier New" w:hAnsi="Courier New"/>
          <w:color w:val="555555"/>
          <w:sz w:val="20"/>
        </w:rPr>
        <w:t>[3 . 100]</w:t>
      </w:r>
    </w:p>
    <w:p>
      <w:r>
        <w:rPr>
          <w:rFonts w:ascii="Gentium Plus" w:hAnsi="Gentium Plus"/>
          <w:sz w:val="24"/>
        </w:rPr>
        <w:t>Ἐπειδὴ δὲ καὶ δαιμόνων ἐμνήσθην, προὔργου οἶμαι καὶ περὶ τούτων ἅ γε δοξάζομεν ἐπιδεῖξαι. Ἡμεῖς γὰρ τούτους καὶ τὸν τούτων γε ἄρχοντα, ὃν Σατανᾶν τὰ θεῖα προσαγορεύει λόγια—δηλοῖ δὲ τοὔνομα τὸν ἀποστάτην</w:t>
      </w:r>
    </w:p>
    <w:p>
      <w:r>
        <w:rPr>
          <w:rFonts w:ascii="Courier New" w:hAnsi="Courier New"/>
          <w:color w:val="555555"/>
          <w:sz w:val="20"/>
        </w:rPr>
        <w:t>[5]</w:t>
      </w:r>
    </w:p>
    <w:p>
      <w:r>
        <w:rPr>
          <w:rFonts w:ascii="Gentium Plus" w:hAnsi="Gentium Plus"/>
          <w:sz w:val="24"/>
        </w:rPr>
        <w:t>κατὰ τὴν Ἑβραίων φωνήν· καλεῖ δὲ αὐτὸν καὶ διάβολον, ὡς τὸν Θεὸν παρὰ τοῖς ἀνθρώποις συκοφαντοῦντα καὶ αὐτοῖς γε τοῖς</w:t>
      </w:r>
    </w:p>
    <w:p>
      <w:r>
        <w:rPr>
          <w:rFonts w:ascii="Courier New" w:hAnsi="Courier New"/>
          <w:color w:val="555555"/>
          <w:sz w:val="20"/>
        </w:rPr>
        <w:t>[3 . 101]</w:t>
      </w:r>
    </w:p>
    <w:p>
      <w:r>
        <w:rPr>
          <w:rFonts w:ascii="Gentium Plus" w:hAnsi="Gentium Plus"/>
          <w:sz w:val="24"/>
        </w:rPr>
        <w:t>ἀνθρώποις ἔριν πρὸς ἀλλήλους καὶ διαμάχην ἐμβάλλοντα—τού‐ τους ἡμεῖς οὐ πονηροὺς ἐξ ἀρχῆς παρὰ τοῦ Θεοῦ τῶν ὅλων δημιουργηθῆναί φαμεν οὐδὲ τοιάνδε φύσιν λαχεῖν, ἀλλὰ τῇ παρα‐ τροπῇ τῆς γνώμης ἀπὸ τῶν ἀμεινόνων εἰς τὰ χείρω μεταπεσεῖν</w:t>
      </w:r>
    </w:p>
    <w:p>
      <w:r>
        <w:rPr>
          <w:rFonts w:ascii="Courier New" w:hAnsi="Courier New"/>
          <w:color w:val="555555"/>
          <w:sz w:val="20"/>
        </w:rPr>
        <w:t>[5]</w:t>
      </w:r>
    </w:p>
    <w:p>
      <w:r>
        <w:rPr>
          <w:rFonts w:ascii="Gentium Plus" w:hAnsi="Gentium Plus"/>
          <w:sz w:val="24"/>
        </w:rPr>
        <w:t>καὶ τοῖς παρὰ τοῦ πεποιηκότος παρασχεθεῖσιν οὐκ ἀρκεσθέντας, ἀλλ’ ὀρεχθέντας μειζόνων εἰσδέξασθαι μὲν τοῦ τύφου τὸ πάθος, ἐκπεσεῖν δὲ καὶ τῆς ἀρχῆθεν δοθείσης γυμνωθῆναι τιμῆς, εἶτα κατὰ τῶν ἀνθρώπων, ὡς εἰκόνι θείᾳ τετιμημένων, λυττῆσαι καὶ τὸν κατ’ αὐτῶν ἀναδέξασθαι πόλεμον· τὸν δὲ ποιητήν, τῇ μὲν τῶν</w:t>
      </w:r>
    </w:p>
    <w:p>
      <w:r>
        <w:rPr>
          <w:rFonts w:ascii="Courier New" w:hAnsi="Courier New"/>
          <w:color w:val="555555"/>
          <w:sz w:val="20"/>
        </w:rPr>
        <w:t>[10]</w:t>
      </w:r>
    </w:p>
    <w:p>
      <w:r>
        <w:rPr>
          <w:rFonts w:ascii="Gentium Plus" w:hAnsi="Gentium Plus"/>
          <w:sz w:val="24"/>
        </w:rPr>
        <w:t>ἀγγέλων ἐπιστασίᾳ φρουρῆσαι τῶν ἀνθρώπων τὸ γένος, ὅπως μὴ βίᾳ καὶ τυραννίδι χρώμενος ὁ ἀοράτως ἐπιών, οὓς διὰ φθόνον ἐμίσησεν, ἀδεῶς διαφθείρῃ, τὴν δὲ ἀγωνιστικὴν οὐκέτι κωλῦσαι διαμάχην, ἵνα δείξῃ τοὺς ἀρίστους ἡ πάλη, καὶ γένωνται ἀνδρα‐</w:t>
      </w:r>
    </w:p>
    <w:p>
      <w:r>
        <w:rPr>
          <w:rFonts w:ascii="Courier New" w:hAnsi="Courier New"/>
          <w:color w:val="555555"/>
          <w:sz w:val="20"/>
        </w:rPr>
        <w:t>[3 . 102]</w:t>
      </w:r>
    </w:p>
    <w:p>
      <w:r>
        <w:rPr>
          <w:rFonts w:ascii="Gentium Plus" w:hAnsi="Gentium Plus"/>
          <w:sz w:val="24"/>
        </w:rPr>
        <w:t>γαθίας ἀρχέτυπα. Οὗ δὴ εἵνεκα τὴν βιαίαν ἐκείνου προσβολὴν διακωλύσας, τῇ τῶν ἀγγέλων φρουρᾷ τὴν τῶν λογισμῶν ξυνεχώ‐ ρησεν ἀγωνίαν, ὅπως τοὺς ἀξιονίκους ἀποφήνῃ τῶν στεφάνων ἀξίους, οὐκ αὐτὸς μὲν ἐκεῖνον εἰς ἀντιπάλου τάξιν ἀποκληρώσας,</w:t>
      </w:r>
    </w:p>
    <w:p>
      <w:r>
        <w:rPr>
          <w:rFonts w:ascii="Courier New" w:hAnsi="Courier New"/>
          <w:color w:val="555555"/>
          <w:sz w:val="20"/>
        </w:rPr>
        <w:t>[5]</w:t>
      </w:r>
    </w:p>
    <w:p>
      <w:r>
        <w:rPr>
          <w:rFonts w:ascii="Gentium Plus" w:hAnsi="Gentium Plus"/>
          <w:sz w:val="24"/>
        </w:rPr>
        <w:t>εἰς δέον δέ γε τῇ ἐκείνου πονηρίᾳ χρησάμενος, καθάπερ οἱ ἰατροὶ ταῖς ἐχίδναις εἰς νοσημάτων ἀπαλλαγήν.</w:t>
      </w:r>
    </w:p>
    <w:p>
      <w:r>
        <w:rPr>
          <w:rFonts w:ascii="Courier New" w:hAnsi="Courier New"/>
          <w:color w:val="555555"/>
          <w:sz w:val="20"/>
        </w:rPr>
        <w:t>[3 . 103]</w:t>
      </w:r>
    </w:p>
    <w:p>
      <w:r>
        <w:rPr>
          <w:rFonts w:ascii="Gentium Plus" w:hAnsi="Gentium Plus"/>
          <w:sz w:val="24"/>
        </w:rPr>
        <w:t>Ταῦτα μὲν οὖν ἡμεῖς τῆς ἐναντίας πέρι δοξάζειν δυνάμεως ἐδιδάχθημεν· ὁ δέ γε Πλάτων ὁποῖα καὶ περὶ τῶνδε πεφρόνηκε, ῥᾷστα γνοίη τις ἂν ἐντυχών, οἷς ἐκεῖνος ἔγραψεν ἐν τῷ δεκάτῳ</w:t>
      </w:r>
    </w:p>
    <w:p>
      <w:r>
        <w:rPr>
          <w:rFonts w:ascii="Courier New" w:hAnsi="Courier New"/>
          <w:color w:val="555555"/>
          <w:sz w:val="20"/>
        </w:rPr>
        <w:t>[5]</w:t>
      </w:r>
    </w:p>
    <w:p>
      <w:r>
        <w:rPr>
          <w:rFonts w:ascii="Gentium Plus" w:hAnsi="Gentium Plus"/>
          <w:sz w:val="24"/>
        </w:rPr>
        <w:t>κοῦσαν πᾶσι τοῖς πανταχῇ κινουμένοις λέγοντας, οὐ καὶ τὸν οὐρα‐ νὸν ἀνάγκη διοικεῖν φάναι; Τί μήν; Μίαν ἢ πλείους; Ἐγὼ ὑπὲρ σφῷν ἀποκρινοῦμαι. Δυοῖν μὲν οὖν γέ που ἐλάττω μὴ τιθῶμεν. Τῆς τε εὐεργέτιδος καὶ τῆς τἀναντία δυναμένης ἐξεργάσασθαι.»</w:t>
      </w:r>
    </w:p>
    <w:p>
      <w:r>
        <w:rPr>
          <w:rFonts w:ascii="Courier New" w:hAnsi="Courier New"/>
          <w:color w:val="555555"/>
          <w:sz w:val="20"/>
        </w:rPr>
        <w:t>[3 . 104]</w:t>
      </w:r>
    </w:p>
    <w:p>
      <w:r>
        <w:rPr>
          <w:rFonts w:ascii="Gentium Plus" w:hAnsi="Gentium Plus"/>
          <w:sz w:val="24"/>
        </w:rPr>
        <w:t>Τοιαῦτα μὲν οὖν ἐκεῖνος γέγραφεν· ὅσης δὲ ταῦτα ἀτοπίας μεστά, αὐτίκα δὴ καταμαθεῖν εὐπετές. Ψυχὴν γὰρ δὴ κέκληκε τὴν τὰ ὁρώμενα πάντα καὶ μέντοι καὶ τὰ ἀόρατα ἰθύνουσαν δύναμιν· ταύ‐ την δὲ οὐ μόνον τὴν γῆν, ἀλλὰ καὶ τὸν οὐρανὸν οἰκονομεῖν ἔφησεν.</w:t>
      </w:r>
    </w:p>
    <w:p>
      <w:r>
        <w:rPr>
          <w:rFonts w:ascii="Courier New" w:hAnsi="Courier New"/>
          <w:color w:val="555555"/>
          <w:sz w:val="20"/>
        </w:rPr>
        <w:t>[5]</w:t>
      </w:r>
    </w:p>
    <w:p>
      <w:r>
        <w:rPr>
          <w:rFonts w:ascii="Gentium Plus" w:hAnsi="Gentium Plus"/>
          <w:sz w:val="24"/>
        </w:rPr>
        <w:t>Εἶτα ἐρόμενος, εἰ μίαν ἢ πλείους χρὴ λέγειν, ἀπεκρίνατο, ὡς οὐ δεῖ λέγειν τῶν δύο ἐλάττους· καὶ τὴν μὲν ἐκάλεσεν εὐεργέτιν, τὴν δὲ τῶν ἐναντίων ἐργάτιν, καὶ τὴν ἴσην καὶ τῇ ἀγαθῇ καὶ τῇ πονηρᾷ προσεκλήρωσε δύναμιν· καὶ μέντοι καὶ τὸν οὐρανὸν οἰκονομεῖν ἔφησε τὴν τῆς κακίας δημιουργόν.</w:t>
      </w:r>
    </w:p>
    <w:p>
      <w:r>
        <w:rPr>
          <w:rFonts w:ascii="Courier New" w:hAnsi="Courier New"/>
          <w:color w:val="555555"/>
          <w:sz w:val="20"/>
        </w:rPr>
        <w:t>[3 . 105]</w:t>
      </w:r>
    </w:p>
    <w:p>
      <w:r>
        <w:rPr>
          <w:rFonts w:ascii="Gentium Plus" w:hAnsi="Gentium Plus"/>
          <w:sz w:val="24"/>
        </w:rPr>
        <w:t>Ἡμεῖς δὲ τὸ μὲν πανάγιον Πνεῦμα, ὃν καὶ Παράκλητον οἱ θεῖοι προσαγορεύουσι λόγοι, ἰθύνειν καὶ κυβερνᾶν καὶ ἁγιάζειν οὐ μόνον ἀγγέλους καὶ ἀρχαγγέλους καὶ τὰς ἄλλας τῶν ἐπουρανίων ξυμμορίας, ἀλλὰ καὶ τῶν ἀνθρώπων τοὺς εὐσεβεῖν προαιρουμέ‐</w:t>
      </w:r>
    </w:p>
    <w:p>
      <w:r>
        <w:rPr>
          <w:rFonts w:ascii="Courier New" w:hAnsi="Courier New"/>
          <w:color w:val="555555"/>
          <w:sz w:val="20"/>
        </w:rPr>
        <w:t>[5]</w:t>
      </w:r>
    </w:p>
    <w:p>
      <w:r>
        <w:rPr>
          <w:rFonts w:ascii="Gentium Plus" w:hAnsi="Gentium Plus"/>
          <w:sz w:val="24"/>
        </w:rPr>
        <w:t>νους καὶ τὰ θεῖα περὶ πολλοῦ ποιουμένους φαμέν· τοὺς δέ γε δαίμονας καὶ τὸν τούτων ἡγούμενον οὐ μόνον τῶν οὐρανίων ἁψί‐ δων ἐξεληλάσθαι, ἀλλὰ καὶ τοὺς τῆς ἀρετῆς ἀθλητὰς ὀρρωδεῖν καὶ δεδιέναι καὶ φεύγειν, μόνους δὲ ἔχειν ὑποχειρίους τοὺς αὐτο‐</w:t>
      </w:r>
    </w:p>
    <w:p>
      <w:r>
        <w:rPr>
          <w:rFonts w:ascii="Courier New" w:hAnsi="Courier New"/>
          <w:color w:val="555555"/>
          <w:sz w:val="20"/>
        </w:rPr>
        <w:t>[3 . 106]</w:t>
      </w:r>
    </w:p>
    <w:p>
      <w:r>
        <w:rPr>
          <w:rFonts w:ascii="Gentium Plus" w:hAnsi="Gentium Plus"/>
          <w:sz w:val="24"/>
        </w:rPr>
        <w:t>μόλους καὶ αὐθαιρέτως τὴν ἐκείνου δουλείαν ἀσπαζομένους. Ἐν μόνοις γὰρ τοῖς υἱοῖς τῆς ἀπειθείας ἐνεργεῖν αὐτὸν ὁ θεῖος ἀπό‐ στολος εἴρηκεν. Περὶ τούτου πάλιν ὁ Πλάτων καὶ ταῦτα εἴρηκεν ἐν τῷ Φαίδρῳ· «Ἔστι μὲν οὖν καὶ ἄλλα κακά, ἀλλά τις δαίμων</w:t>
      </w:r>
    </w:p>
    <w:p>
      <w:r>
        <w:rPr>
          <w:rFonts w:ascii="Courier New" w:hAnsi="Courier New"/>
          <w:color w:val="555555"/>
          <w:sz w:val="20"/>
        </w:rPr>
        <w:t>[5]</w:t>
      </w:r>
    </w:p>
    <w:p>
      <w:r>
        <w:rPr>
          <w:rFonts w:ascii="Gentium Plus" w:hAnsi="Gentium Plus"/>
          <w:sz w:val="24"/>
        </w:rPr>
        <w:t>ἀνέμιξε τοῖς πλείστοις ἐν τῷ παραυτίκα ἡδονήν.» Ταύτῃ γάρ τοι οἷον δελέατι κεχρημένος καὶ τὸ ἄγκιστρον τὸ ὀλέθριον κατα‐ κρύπτων, τοὺς μὲν εὐεξαπατήτους ἀποβουκολεῖ καὶ διόλλυσι τῶν ἀνθρώπων, οἱ δέ γε τὸν νοῦν ἐρρωμένοι προορῶσι τὰς πάγας καὶ ταύτας ὑπερπηδῶσιν.</w:t>
      </w:r>
    </w:p>
    <w:p>
      <w:r>
        <w:rPr>
          <w:rFonts w:ascii="Courier New" w:hAnsi="Courier New"/>
          <w:color w:val="555555"/>
          <w:sz w:val="20"/>
        </w:rPr>
        <w:t>[3 . 107]</w:t>
      </w:r>
    </w:p>
    <w:p>
      <w:r>
        <w:rPr>
          <w:rFonts w:ascii="Gentium Plus" w:hAnsi="Gentium Plus"/>
          <w:sz w:val="24"/>
        </w:rPr>
        <w:t>Ἀτὰρ οὖν καὶ τὰς περὶ τούτων δόξας ἐκ παραλλήλου θέντες, ἀθρήσατε, πότερα τούτων ἁρμοδιώτερα Θεῷ· τὸ τὸν ἀγαθὸν πονηρᾶς φύσεως φάναι δημιουργὸν καὶ τούτῳ μὴ μόνον τὴν γῆν, ἀλλὰ καὶ τὸν οὐρανὸν ἐγχειρίσαι καὶ ἐπιτρέψαι οἱ κυβερνᾶν, ᾗ</w:t>
      </w:r>
    </w:p>
    <w:p>
      <w:r>
        <w:rPr>
          <w:rFonts w:ascii="Courier New" w:hAnsi="Courier New"/>
          <w:color w:val="555555"/>
          <w:sz w:val="20"/>
        </w:rPr>
        <w:t>[5]</w:t>
      </w:r>
    </w:p>
    <w:p>
      <w:r>
        <w:rPr>
          <w:rFonts w:ascii="Gentium Plus" w:hAnsi="Gentium Plus"/>
          <w:sz w:val="24"/>
        </w:rPr>
        <w:t>βούλεται· ἢ τοὐναντίον εἰπεῖν, ὡς ἀναίτιος μὲν κακῶν παντά‐ πασιν ὁ Θεός, αἱρέσει δὲ γνώμης οἱ δαίμονες γεγένηνται πο‐</w:t>
      </w:r>
    </w:p>
    <w:p>
      <w:r>
        <w:rPr>
          <w:rFonts w:ascii="Courier New" w:hAnsi="Courier New"/>
          <w:color w:val="555555"/>
          <w:sz w:val="20"/>
        </w:rPr>
        <w:t>[3 . 108]</w:t>
      </w:r>
    </w:p>
    <w:p>
      <w:r>
        <w:rPr>
          <w:rFonts w:ascii="Gentium Plus" w:hAnsi="Gentium Plus"/>
          <w:sz w:val="24"/>
        </w:rPr>
        <w:t>νηροί, ὥσπερ δὴ καὶ τῶν ἀνθρώπων οἱ πλεῖστοι. Ἀλλὰ γὰρ οἶμαι καὶ ὑμᾶς ξυνομολογήσειν, ὡς ταῦτα ἐκείνων ἀμείνω τὰ δόγματα. Εἰ δὲ καὶ αὐτοῖς γε τοῖς θείοις λογίοις ἐντύχοιτε καὶ τὸν ἐκείνων σκοπὸν ἀκριβῶς καταμάθοιτε, σαφέστερον εἴσεσθε, πόσῳ τὰ θεό‐</w:t>
      </w:r>
    </w:p>
    <w:p>
      <w:r>
        <w:rPr>
          <w:rFonts w:ascii="Courier New" w:hAnsi="Courier New"/>
          <w:color w:val="555555"/>
          <w:sz w:val="20"/>
        </w:rPr>
        <w:t>[5]</w:t>
      </w:r>
    </w:p>
    <w:p>
      <w:r>
        <w:rPr>
          <w:rFonts w:ascii="Gentium Plus" w:hAnsi="Gentium Plus"/>
          <w:sz w:val="24"/>
        </w:rPr>
        <w:t>πνευστα λόγια τῶν ἀνθρωπίνων διενήνοχε λογισμῶν, καὶ ὁποῖα μὲν τὰ τοῦ θείου Πνεύματος δόγματα, ὁποῖα δὲ τὰ τῶν πονηρῶν</w:t>
      </w:r>
    </w:p>
    <w:p>
      <w:pPr>
        <w:jc w:val="center"/>
      </w:pPr>
      <w:r>
        <w:rPr>
          <w:rFonts w:ascii="Gentium Plus" w:hAnsi="Gentium Plus"/>
          <w:b/>
          <w:sz w:val="24"/>
        </w:rPr>
        <w:t>ΠΕΡΙ ΥΛΗΣ ΚΑΙ ΚΟΣΜΟΥ.</w:t>
      </w:r>
    </w:p>
    <w:p>
      <w:r>
        <w:rPr>
          <w:rFonts w:ascii="Courier New" w:hAnsi="Courier New"/>
          <w:color w:val="555555"/>
          <w:sz w:val="20"/>
        </w:rPr>
        <w:t>[4 . 1]</w:t>
      </w:r>
    </w:p>
    <w:p>
      <w:r>
        <w:rPr>
          <w:rFonts w:ascii="Gentium Plus" w:hAnsi="Gentium Plus"/>
          <w:sz w:val="24"/>
        </w:rPr>
        <w:t>Δημόκριτον τὸν Δαμασίππου τὸν Ἀβδηρίτην φασὶ παραπλη‐ σίαν εἶναι τῇ φύσει λέγειν τὴν ἀρίστην διδασκαλίαν· μεταμορφοῦν γὰρ δὴ ταύτην καὶ μεταρυθμίζειν πρὸς τὸ βέλτιον τὴν ψυχὴν καὶ τοὺς παλαιοὺς ἀνανεοῦσθαι χαρακτῆρας, οὓς ἐξ ἀρχῆς ἡ</w:t>
      </w:r>
    </w:p>
    <w:p>
      <w:r>
        <w:rPr>
          <w:rFonts w:ascii="Courier New" w:hAnsi="Courier New"/>
          <w:color w:val="555555"/>
          <w:sz w:val="20"/>
        </w:rPr>
        <w:t>[4 . 2]</w:t>
      </w:r>
    </w:p>
    <w:p>
      <w:r>
        <w:rPr>
          <w:rFonts w:ascii="Gentium Plus" w:hAnsi="Gentium Plus"/>
          <w:sz w:val="24"/>
        </w:rPr>
        <w:t>φύσις ἐνέθηκεν. Καὶ ἔγωγε μάλα τόνδε τὸν λόγον εὖ ἔχειν ὑπεί‐ ληφα. Καὶ γὰρ τὸν Σωκράτην τὸν Σωφρονίσκου φησὶν ὁ Πορφύ‐ ριος εἰς ἀκολασίαν, ἡνίκα νέος ἦν, ἀποκλίναντα, σπουδῇ καὶ διδαχῇ τούτους μὲν ἀφανίσαι τοὺς τύπους, τοὺς δὲ τῆς φιλοσο‐</w:t>
      </w:r>
    </w:p>
    <w:p>
      <w:r>
        <w:rPr>
          <w:rFonts w:ascii="Courier New" w:hAnsi="Courier New"/>
          <w:color w:val="555555"/>
          <w:sz w:val="20"/>
        </w:rPr>
        <w:t>[5]</w:t>
      </w:r>
    </w:p>
    <w:p>
      <w:r>
        <w:rPr>
          <w:rFonts w:ascii="Gentium Plus" w:hAnsi="Gentium Plus"/>
          <w:sz w:val="24"/>
        </w:rPr>
        <w:t>φίας ἐκμάξασθαι. Πολλὰ δέ που τοιαῦτα καὶ τὰ θεῖα ἡμᾶς ἐξεπαίδευσε λόγια. Καὶ γὰρ καὶ τελώνας ὁ Σωτὴρ ὁ ἡμέτερος πλεονεκτικὸν βίον ἀσπασαμένους καὶ ἄδικον καὶ χαμαιτύπην λαγνιστάτην καὶ παρανομώτατον λῃστὴν καὶ ἄλλους πολλοὺς πονηρίᾳ ξυνεζηκότας εἰσηγήσεσι καὶ παραινέσεσιν ἐκ μὲν τοῦ</w:t>
      </w:r>
    </w:p>
    <w:p>
      <w:r>
        <w:rPr>
          <w:rFonts w:ascii="Courier New" w:hAnsi="Courier New"/>
          <w:color w:val="555555"/>
          <w:sz w:val="20"/>
        </w:rPr>
        <w:t>[10]</w:t>
      </w:r>
    </w:p>
    <w:p>
      <w:r>
        <w:rPr>
          <w:rFonts w:ascii="Gentium Plus" w:hAnsi="Gentium Plus"/>
          <w:sz w:val="24"/>
        </w:rPr>
        <w:t>βαράθρου τῆς κακίας ἀνέσπασεν, ἀρετῆς δὲ τελεωτάτης ἀπέφηνεν</w:t>
      </w:r>
    </w:p>
    <w:p>
      <w:r>
        <w:rPr>
          <w:rFonts w:ascii="Courier New" w:hAnsi="Courier New"/>
          <w:color w:val="555555"/>
          <w:sz w:val="20"/>
        </w:rPr>
        <w:t>[4 . 3]</w:t>
      </w:r>
    </w:p>
    <w:p>
      <w:r>
        <w:rPr>
          <w:rFonts w:ascii="Gentium Plus" w:hAnsi="Gentium Plus"/>
          <w:sz w:val="24"/>
        </w:rPr>
        <w:t>ἐραστάς. Καὶ τί λέγω τρεῖς ἢ τέτταρας ἢ δέκα ἢ πεντεκαίδεκα; Πᾶσαν γάρ που τὴν οἰκουμένην οὕτω διακειμένην δι’ ἐκείνων γε τῶν ὀλίγων, οὓς αὐτὸς μετερύθμισεν, ἀθρόως μετέβαλε καὶ τὴν πάλαι τοῖς ἐξεστηκόσι καὶ παραπαίουσιν ἐοικυῖαν σωφρονοῦσαν</w:t>
      </w:r>
    </w:p>
    <w:p>
      <w:r>
        <w:rPr>
          <w:rFonts w:ascii="Courier New" w:hAnsi="Courier New"/>
          <w:color w:val="555555"/>
          <w:sz w:val="20"/>
        </w:rPr>
        <w:t>[5]</w:t>
      </w:r>
    </w:p>
    <w:p>
      <w:r>
        <w:rPr>
          <w:rFonts w:ascii="Gentium Plus" w:hAnsi="Gentium Plus"/>
          <w:sz w:val="24"/>
        </w:rPr>
        <w:t>ἀπέφηνεν. Τοῦτο σαφῶς εἰδότες ἡμεῖς τὴν σωτήριον ὑμῖν διδα‐</w:t>
      </w:r>
    </w:p>
    <w:p>
      <w:r>
        <w:rPr>
          <w:rFonts w:ascii="Courier New" w:hAnsi="Courier New"/>
          <w:color w:val="555555"/>
          <w:sz w:val="20"/>
        </w:rPr>
        <w:t>[4 . 4]</w:t>
      </w:r>
    </w:p>
    <w:p>
      <w:r>
        <w:rPr>
          <w:rFonts w:ascii="Gentium Plus" w:hAnsi="Gentium Plus"/>
          <w:sz w:val="24"/>
        </w:rPr>
        <w:t>Τρὶς δὲ ἤδη τοῦτο δεδράκαμεν, καὶ ὅπως ἀναγκαῖον καὶ χρήσι‐ μον τὸ τῆς πίστεως ἐπεδείξαμεν φάρμακον· τίνα τε χρὴ δοξάζειν τῆς οὐσίας πέρι τῆς θείας, καὶ ὁποῖα προσήκει φρονεῖν περὶ τῶν ἀοράτων μέν, γενητῶν δὲ φύσεων, ἐπεδείξαμεν, καὶ τὸ τῆς</w:t>
      </w:r>
    </w:p>
    <w:p>
      <w:r>
        <w:rPr>
          <w:rFonts w:ascii="Courier New" w:hAnsi="Courier New"/>
          <w:color w:val="555555"/>
          <w:sz w:val="20"/>
        </w:rPr>
        <w:t>[5]</w:t>
      </w:r>
    </w:p>
    <w:p>
      <w:r>
        <w:rPr>
          <w:rFonts w:ascii="Gentium Plus" w:hAnsi="Gentium Plus"/>
          <w:sz w:val="24"/>
        </w:rPr>
        <w:t>ποιητικῆς μυθολογίας ἀπογυμνώσαντες αἶσχος καὶ τὴν τερατώδη τῶν φιλοσόφων ἀλληγορίαν ἐλέγξαντες. Ἐπειδὴ δὲ καὶ τῆς ὁρατῆς πέρι κτίσεως οὔτε ἀληθῆ οὔτε μὴν ξυνῳδά γε ἀλλήλοις ἐδόξασαν, ἀλλ’ εἰς πολλὰς καθάπερ ἐν νυκτομαχίᾳ διεκρίθησαν μοίρας, ἀλλήλοις ὡς πολεμίοις ἀνέδην κεχρημένοι, προύργου</w:t>
      </w:r>
    </w:p>
    <w:p>
      <w:r>
        <w:rPr>
          <w:rFonts w:ascii="Courier New" w:hAnsi="Courier New"/>
          <w:color w:val="555555"/>
          <w:sz w:val="20"/>
        </w:rPr>
        <w:t>[10]</w:t>
      </w:r>
    </w:p>
    <w:p>
      <w:r>
        <w:rPr>
          <w:rFonts w:ascii="Gentium Plus" w:hAnsi="Gentium Plus"/>
          <w:sz w:val="24"/>
        </w:rPr>
        <w:t>οἶμαι καὶ τὰς τούτων ἐν μέσῳ προθεῖναι δόξας καὶ τῆς θείας γραφῆς παραθεῖναι τὰ δόγματα καὶ δεῖξαί γε ἄντικρυς, ὡς «λογισμοὶ ἀνθρώπων δειλοί, καὶ ἐπισφαλεῖς αἱ ἐπίνοιαι αὐτῶν», ᾗ σοφός τις ἡμέτερος εἴρηκεν.</w:t>
      </w:r>
    </w:p>
    <w:p>
      <w:r>
        <w:rPr>
          <w:rFonts w:ascii="Courier New" w:hAnsi="Courier New"/>
          <w:color w:val="555555"/>
          <w:sz w:val="20"/>
        </w:rPr>
        <w:t>[4 . 5]</w:t>
      </w:r>
    </w:p>
    <w:p>
      <w:r>
        <w:rPr>
          <w:rFonts w:ascii="Gentium Plus" w:hAnsi="Gentium Plus"/>
          <w:sz w:val="24"/>
        </w:rPr>
        <w:t>Ξενοφάνης μὲν οὖν ὁ Ὀρθομένους ὁ Κολοφώνιος, ὁ τῆς Ἐλεατικῆς αἱρέσεως ἡγησάμενος, ἓν εἶναι τὸ πᾶν ἔφησε, σφαι‐ ροειδὲς καὶ πεπερασμένον, οὐ γενητόν, ἀλλ’ ἀΐδιον καὶ πάμπαν ἀκίνητον· πάλιν δ’ αὖ τῶνδε τῶν λόγων ἐπιλαθόμενος, ἐκ τῆς</w:t>
      </w:r>
    </w:p>
    <w:p>
      <w:r>
        <w:rPr>
          <w:rFonts w:ascii="Courier New" w:hAnsi="Courier New"/>
          <w:color w:val="555555"/>
          <w:sz w:val="20"/>
        </w:rPr>
        <w:t>[5]</w:t>
      </w:r>
    </w:p>
    <w:p>
      <w:r>
        <w:rPr>
          <w:rFonts w:ascii="Gentium Plus" w:hAnsi="Gentium Plus"/>
          <w:sz w:val="24"/>
        </w:rPr>
        <w:t>γῆς φῦναι ἅπαντα εἴρηκεν. Αὐτοῦ γὰρ δὴ τόδε τὸ ἔπος ἐστίν· ἐκ γῆς γὰρ τάδε πάντα, καὶ εἰς γῆν πάντα τελευτᾷ.</w:t>
      </w:r>
    </w:p>
    <w:p>
      <w:r>
        <w:rPr>
          <w:rFonts w:ascii="Courier New" w:hAnsi="Courier New"/>
          <w:color w:val="555555"/>
          <w:sz w:val="20"/>
        </w:rPr>
        <w:t>[4 . 6]</w:t>
      </w:r>
    </w:p>
    <w:p>
      <w:r>
        <w:rPr>
          <w:rFonts w:ascii="Gentium Plus" w:hAnsi="Gentium Plus"/>
          <w:sz w:val="24"/>
        </w:rPr>
        <w:t>Ἀξύμφωνοι δὲ ἄντικρυς οἵδε οἱ λόγοι. Εἰ γὰρ ἀΐδιος ὁ κόσμος, καὶ ἄναρχος· εἰ δέ γε ἄναρχος, καὶ ἀναίτιος· εἰ δὲ ἀναίτιος, οὐκ</w:t>
      </w:r>
    </w:p>
    <w:p>
      <w:r>
        <w:rPr>
          <w:rFonts w:ascii="Courier New" w:hAnsi="Courier New"/>
          <w:color w:val="555555"/>
          <w:sz w:val="20"/>
        </w:rPr>
        <w:t>[4 . 7]</w:t>
      </w:r>
    </w:p>
    <w:p>
      <w:r>
        <w:rPr>
          <w:rFonts w:ascii="Gentium Plus" w:hAnsi="Gentium Plus"/>
          <w:sz w:val="24"/>
        </w:rPr>
        <w:t>οὐκ ἄρα ἀΐδιος. Καὶ Παρμενίδης δὲ ὁ Πύρρητος ὁ Ἐλεάτης, Ξενοφάνους ἑταῖρος γενόμενος, κατὰ μὲν τὸν πρῶτον λόγον ξύμφωνα τῷ διδασκάλῳ ξυγγέγραφεν· αὐτοῦ γὰρ δὴ τόδε τὸ ἔπος εἶναί φασιν·</w:t>
      </w:r>
    </w:p>
    <w:p>
      <w:r>
        <w:rPr>
          <w:rFonts w:ascii="Courier New" w:hAnsi="Courier New"/>
          <w:color w:val="555555"/>
          <w:sz w:val="20"/>
        </w:rPr>
        <w:t>[5]</w:t>
      </w:r>
    </w:p>
    <w:p>
      <w:r>
        <w:rPr>
          <w:rFonts w:ascii="Gentium Plus" w:hAnsi="Gentium Plus"/>
          <w:sz w:val="24"/>
        </w:rPr>
        <w:t>οὖλον μουνογενές τε καὶ ἀτρεμὲς ἠδ’ ἀγένητον. Αἴτιον δὲ τῶν ὅλων οὐ τὴν γῆν μόνον, καθάπερ ἐκεῖνος, ἀλλὰ</w:t>
      </w:r>
    </w:p>
    <w:p>
      <w:r>
        <w:rPr>
          <w:rFonts w:ascii="Courier New" w:hAnsi="Courier New"/>
          <w:color w:val="555555"/>
          <w:sz w:val="20"/>
        </w:rPr>
        <w:t>[4 . 8]</w:t>
      </w:r>
    </w:p>
    <w:p>
      <w:r>
        <w:rPr>
          <w:rFonts w:ascii="Gentium Plus" w:hAnsi="Gentium Plus"/>
          <w:sz w:val="24"/>
        </w:rPr>
        <w:t>καὶ τὸ πῦρ εἴρηκεν οὗτος. Μέλισσος δὲ ὁ Ἰθαγένους ὁ Μιλήσιος τούτου μὲν ἑταῖρος ἐγένετο, τὴν δὲ παραδοθεῖσαν διδασκαλίαν ἀκήρατον οὐκ ἐτήρησεν· ἄπειρον γὰρ οὗτος ἔφη τὸν κόσμον,</w:t>
      </w:r>
    </w:p>
    <w:p>
      <w:r>
        <w:rPr>
          <w:rFonts w:ascii="Courier New" w:hAnsi="Courier New"/>
          <w:color w:val="555555"/>
          <w:sz w:val="20"/>
        </w:rPr>
        <w:t>[4 . 9]</w:t>
      </w:r>
    </w:p>
    <w:p>
      <w:r>
        <w:rPr>
          <w:rFonts w:ascii="Gentium Plus" w:hAnsi="Gentium Plus"/>
          <w:sz w:val="24"/>
        </w:rPr>
        <w:t>ἐκείνων φάντων πεπερασμένον. Δημόκριτος δὲ ὁ Ἀβδηρίτης ὁ Δαμασίππου τὴν τοῦ κενοῦ καὶ τῶν ναστῶν πρῶτος ἐπεισήγαγε δόξαν· ταῦτα δὲ Μητρόδωρος ὁ Χῖος ἀδιαίρετα καὶ κενὸν προσ‐ ηγόρευσεν, ὥσπερ αὖ πάλιν Ἐπίκουρος ὁ Νεοκλέους ὁ</w:t>
      </w:r>
    </w:p>
    <w:p>
      <w:r>
        <w:rPr>
          <w:rFonts w:ascii="Courier New" w:hAnsi="Courier New"/>
          <w:color w:val="555555"/>
          <w:sz w:val="20"/>
        </w:rPr>
        <w:t>[5]</w:t>
      </w:r>
    </w:p>
    <w:p>
      <w:r>
        <w:rPr>
          <w:rFonts w:ascii="Gentium Plus" w:hAnsi="Gentium Plus"/>
          <w:sz w:val="24"/>
        </w:rPr>
        <w:t>Ἀθηναῖος, πέμπτῃ γενεᾷ μετὰ Δημόκριτον γεγονώς, τὰ ὑπ’ ἐκείνων ναστὰ καὶ ἀδιαίρετα δὴ κληθέντα ἄτομα προσηγό‐</w:t>
      </w:r>
    </w:p>
    <w:p>
      <w:r>
        <w:rPr>
          <w:rFonts w:ascii="Courier New" w:hAnsi="Courier New"/>
          <w:color w:val="555555"/>
          <w:sz w:val="20"/>
        </w:rPr>
        <w:t>[4 . 10]</w:t>
      </w:r>
    </w:p>
    <w:p>
      <w:r>
        <w:rPr>
          <w:rFonts w:ascii="Gentium Plus" w:hAnsi="Gentium Plus"/>
          <w:sz w:val="24"/>
        </w:rPr>
        <w:t>ρευσεν. Ἀδιαίρετον δὲ καὶ ἄτομον καὶ ναστὸν οἱ μὲν διὰ τὸ ἀπαθὲς ὠνομάσθαι φασίν, οἱ δὲ διὰ τὸ ἄγαν σμικρόν, ἅτε δὴ τομὴν καὶ διαίρεσιν δέξασθαι οὐ δυνάμενον. Καλοῦσι δὲ οὕτω τὰ</w:t>
      </w:r>
    </w:p>
    <w:p>
      <w:r>
        <w:rPr>
          <w:rFonts w:ascii="Courier New" w:hAnsi="Courier New"/>
          <w:color w:val="555555"/>
          <w:sz w:val="20"/>
        </w:rPr>
        <w:t>[5]</w:t>
      </w:r>
    </w:p>
    <w:p>
      <w:r>
        <w:rPr>
          <w:rFonts w:ascii="Gentium Plus" w:hAnsi="Gentium Plus"/>
          <w:sz w:val="24"/>
        </w:rPr>
        <w:t>γῶν εἰσβάλλων ὁ ἥλιος δείκνυσιν ἐν ἑαυτῷ ἄνω καὶ κάτω παλ‐</w:t>
      </w:r>
    </w:p>
    <w:p>
      <w:r>
        <w:rPr>
          <w:rFonts w:ascii="Courier New" w:hAnsi="Courier New"/>
          <w:color w:val="555555"/>
          <w:sz w:val="20"/>
        </w:rPr>
        <w:t>[4 . 11]</w:t>
      </w:r>
    </w:p>
    <w:p>
      <w:r>
        <w:rPr>
          <w:rFonts w:ascii="Gentium Plus" w:hAnsi="Gentium Plus"/>
          <w:sz w:val="24"/>
        </w:rPr>
        <w:t>λόμενα. Τούτοις καὶ Ἔκφαντος ὁ Συρακούσιος ὁ Πυθαγόρειος ἠκολούθησε. Πλάτων δὲ ὁ Ἀρίστωνος ἀρχὰς εἶναι τῶν ὅλων τὸν θεὸν καὶ τὴν ὕλην καὶ τὰς ἰδέας φησίν· Ἀριστοτέλης δὲ ὁ Σταγειρίτης ὁ Νικομάχου εἶδος καὶ ὕλην καὶ στέρησιν· στοιχεῖα</w:t>
      </w:r>
    </w:p>
    <w:p>
      <w:r>
        <w:rPr>
          <w:rFonts w:ascii="Courier New" w:hAnsi="Courier New"/>
          <w:color w:val="555555"/>
          <w:sz w:val="20"/>
        </w:rPr>
        <w:t>[5]</w:t>
      </w:r>
    </w:p>
    <w:p>
      <w:r>
        <w:rPr>
          <w:rFonts w:ascii="Gentium Plus" w:hAnsi="Gentium Plus"/>
          <w:sz w:val="24"/>
        </w:rPr>
        <w:t>δὲ οὐ τέσσαρα, ἀλλὰ πέντε· ἕτερον γὰρ εἶναι τὸ αἰθέριον εἴρη‐</w:t>
      </w:r>
    </w:p>
    <w:p>
      <w:r>
        <w:rPr>
          <w:rFonts w:ascii="Courier New" w:hAnsi="Courier New"/>
          <w:color w:val="555555"/>
          <w:sz w:val="20"/>
        </w:rPr>
        <w:t>[4 . 12]</w:t>
      </w:r>
    </w:p>
    <w:p>
      <w:r>
        <w:rPr>
          <w:rFonts w:ascii="Gentium Plus" w:hAnsi="Gentium Plus"/>
          <w:sz w:val="24"/>
        </w:rPr>
        <w:t>κεν, ἄτρεπτόν τε καὶ ἀμετάβλητον. Ξενοκράτης δὲ ὁ Χαλκηδό‐ νιος ἀέναον τὴν ὕλην, ἐξ ἧς ἅπαντα γέγονε, προσηγόρευσεν. Ζήνων δὲ ὁ Κιτιεὺς ὁ Μνασέου, ὁ Κράτητος φοιτητής, ὁ τῆς Στωϊκῆς ἄρξας αἱρέσεως, τὸν θεὸν καὶ τὴν ὕλην ἀρχὰς ἔφησεν</w:t>
      </w:r>
    </w:p>
    <w:p>
      <w:r>
        <w:rPr>
          <w:rFonts w:ascii="Courier New" w:hAnsi="Courier New"/>
          <w:color w:val="555555"/>
          <w:sz w:val="20"/>
        </w:rPr>
        <w:t>[5]</w:t>
      </w:r>
    </w:p>
    <w:p>
      <w:r>
        <w:rPr>
          <w:rFonts w:ascii="Gentium Plus" w:hAnsi="Gentium Plus"/>
          <w:sz w:val="24"/>
        </w:rPr>
        <w:t>εἶναι. Ἵππασος δὲ ὁ Μεταποντῖνος καὶ Ἡράκλειτος ὁ Βλόσωνος ὁ Ἐφέσιος ἓν εἶναι τὸ πᾶν, ἀκίνητον καὶ πεπερασμένον, ἀρχὴν δὲ τὸ πῦρ ἐσχηκέναι. Ὁ δὲ Ἀπολλωνιάτης Διογένης ἐκ τοῦ</w:t>
      </w:r>
    </w:p>
    <w:p>
      <w:r>
        <w:rPr>
          <w:rFonts w:ascii="Courier New" w:hAnsi="Courier New"/>
          <w:color w:val="555555"/>
          <w:sz w:val="20"/>
        </w:rPr>
        <w:t>[4 . 13]</w:t>
      </w:r>
    </w:p>
    <w:p>
      <w:r>
        <w:rPr>
          <w:rFonts w:ascii="Gentium Plus" w:hAnsi="Gentium Plus"/>
          <w:sz w:val="24"/>
        </w:rPr>
        <w:t>ἀέρος ἔφη ξυστῆναι τὸ πᾶν. Καὶ τὴν ὕλην δέ γε Θαλῆς μὲν καὶ Πυθαγόρας καὶ Ἀναξαγόρας καὶ Ἡράκλειτος καὶ ὁ τῶν Στωϊκῶν ὁρμαθὸς τρεπτὴν καὶ ἀλλοιωτὴν καὶ ῥευστὴν ἔφασαν εἶναι· Δη‐ μόκριτος δὲ καὶ Μητρόδωρος καὶ Ἐπίκουρος ἀπαθῆ τὰ ἄτομα</w:t>
      </w:r>
    </w:p>
    <w:p>
      <w:r>
        <w:rPr>
          <w:rFonts w:ascii="Courier New" w:hAnsi="Courier New"/>
          <w:color w:val="555555"/>
          <w:sz w:val="20"/>
        </w:rPr>
        <w:t>[5]</w:t>
      </w:r>
    </w:p>
    <w:p>
      <w:r>
        <w:rPr>
          <w:rFonts w:ascii="Gentium Plus" w:hAnsi="Gentium Plus"/>
          <w:sz w:val="24"/>
        </w:rPr>
        <w:t>καὶ τὸ κενὸν προσηγόρευσαν. Ὁ δέ γε Πλάτων σωματοειδῆ τὴν ὕλην ἔφησεν εἶναι καὶ ἄμορφον καὶ ἀνείδεον καὶ ἀσχημάτιστον καὶ ἄποιον παντελῶς. Ταῦτα γὰρ πάντα, φησίν, ὕστερον παρὰ</w:t>
      </w:r>
    </w:p>
    <w:p>
      <w:r>
        <w:rPr>
          <w:rFonts w:ascii="Courier New" w:hAnsi="Courier New"/>
          <w:color w:val="555555"/>
          <w:sz w:val="20"/>
        </w:rPr>
        <w:t>[4 . 14]</w:t>
      </w:r>
    </w:p>
    <w:p>
      <w:r>
        <w:rPr>
          <w:rFonts w:ascii="Gentium Plus" w:hAnsi="Gentium Plus"/>
          <w:sz w:val="24"/>
        </w:rPr>
        <w:t>κέκληκεν, οἱ Στωϊκοὶ δὲ σῶμα. Τὸ δὲ κενὸν οἱ περὶ Δημόκριτον τῶν ἀτόμων ὠνομάκασι τόπον, οἱ δὲ ἄλλοι ἅπαντες τοῦτόν γε ἄντικρυς κωμῳδοῦσι τὸν λόγον. Αὐτίκα τοίνυν Ἐμπεδοκλῆς οὕτω φησίν·</w:t>
      </w:r>
    </w:p>
    <w:p>
      <w:r>
        <w:rPr>
          <w:rFonts w:ascii="Courier New" w:hAnsi="Courier New"/>
          <w:color w:val="555555"/>
          <w:sz w:val="20"/>
        </w:rPr>
        <w:t>[5]</w:t>
      </w:r>
    </w:p>
    <w:p>
      <w:r>
        <w:rPr>
          <w:rFonts w:ascii="Gentium Plus" w:hAnsi="Gentium Plus"/>
          <w:sz w:val="24"/>
        </w:rPr>
        <w:t>οὐδέ τι τοῦ παντὸς κενεὸν πέλει οὐδὲ περιττόν.</w:t>
      </w:r>
    </w:p>
    <w:p>
      <w:r>
        <w:rPr>
          <w:rFonts w:ascii="Courier New" w:hAnsi="Courier New"/>
          <w:color w:val="555555"/>
          <w:sz w:val="20"/>
        </w:rPr>
        <w:t>[4 . 15]</w:t>
      </w:r>
    </w:p>
    <w:p>
      <w:r>
        <w:rPr>
          <w:rFonts w:ascii="Gentium Plus" w:hAnsi="Gentium Plus"/>
          <w:sz w:val="24"/>
        </w:rPr>
        <w:t>Οἱ δὲ Στωϊκοὶ ἐντὸς μὲν τοῦ παντὸς μηδὲν εἶναι κενόν, ἐκτὸς δὲ αὐτοῦ πάμπολύ τε καὶ ἄπειρον. Ὁ δὲ Στράτων ἔμπαλιν ἔξ‐ ωθεν μὲν μηδὲν εἶναι κενόν, ἔνδοθεν δὲ δυνατὸν εἶναι. Οὐ μόνον δὲ ἐν τούτοις διαφωνίᾳ γε πλείστῃ, ἀλλὰ κἀν τοῖς</w:t>
      </w:r>
    </w:p>
    <w:p>
      <w:r>
        <w:rPr>
          <w:rFonts w:ascii="Courier New" w:hAnsi="Courier New"/>
          <w:color w:val="555555"/>
          <w:sz w:val="20"/>
        </w:rPr>
        <w:t>[5]</w:t>
      </w:r>
    </w:p>
    <w:p>
      <w:r>
        <w:rPr>
          <w:rFonts w:ascii="Gentium Plus" w:hAnsi="Gentium Plus"/>
          <w:sz w:val="24"/>
        </w:rPr>
        <w:t>ἄλλοις ἐχρήσαντο. Καὶ γὰρ δὴ τὸν κόσμον Θαλῆς μὲν καὶ Πυθα‐ γόρας καὶ Ἀναξαγόρας καὶ Παρμενίδης καὶ Μέλισσος καὶ Ἡράκλειτος καὶ Πλάτων καὶ Ἀριστοτέλης καὶ Ζήνων ἕνα εἶναι ξυνωμολόγησαν· Ἀναξίμανδρος δὲ καὶ Ἀναξιμένης καὶ Ἀρχέ‐ λαος καὶ Ξενοφάνης καὶ Διογένης καὶ Λεύκιππος καὶ Δημόκρι‐</w:t>
      </w:r>
    </w:p>
    <w:p>
      <w:r>
        <w:rPr>
          <w:rFonts w:ascii="Courier New" w:hAnsi="Courier New"/>
          <w:color w:val="555555"/>
          <w:sz w:val="20"/>
        </w:rPr>
        <w:t>[4 . 16]</w:t>
      </w:r>
    </w:p>
    <w:p>
      <w:r>
        <w:rPr>
          <w:rFonts w:ascii="Gentium Plus" w:hAnsi="Gentium Plus"/>
          <w:sz w:val="24"/>
        </w:rPr>
        <w:t>τος καὶ Ἐπίκουρος πολλοὺς εἶναι καὶ ἀπείρους ἐδόξασαν. Καὶ οἱ μὲν σφαιροειδῆ τοῦτον εἶναι, οἱ δὲ ἑτεροειδῆ· καὶ οἱ μὲν μυλοει‐ δῶς, οἱ δὲ τροχοῦ δίκην περιδινεῖσθαι· καὶ οἱ μὲν ἔμψυχόν τε καὶ ἔμπνουν, οἱ δὲ παντάπασιν ἄψυχον· καὶ οἱ μὲν κατ’ ἐπίνοιαν γε‐</w:t>
      </w:r>
    </w:p>
    <w:p>
      <w:r>
        <w:rPr>
          <w:rFonts w:ascii="Courier New" w:hAnsi="Courier New"/>
          <w:color w:val="555555"/>
          <w:sz w:val="20"/>
        </w:rPr>
        <w:t>[5]</w:t>
      </w:r>
    </w:p>
    <w:p>
      <w:r>
        <w:rPr>
          <w:rFonts w:ascii="Gentium Plus" w:hAnsi="Gentium Plus"/>
          <w:sz w:val="24"/>
        </w:rPr>
        <w:t>νητόν, οὐ κατὰ χρόνον, οἱ δὲ ἀγένητον παντελῶς καὶ ἀναίτιον· καὶ οὗτοι μὲν φθαρτόν, ἐκεῖνοι δὲ ἄφθαρτον.</w:t>
      </w:r>
    </w:p>
    <w:p>
      <w:r>
        <w:rPr>
          <w:rFonts w:ascii="Courier New" w:hAnsi="Courier New"/>
          <w:color w:val="555555"/>
          <w:sz w:val="20"/>
        </w:rPr>
        <w:t>[4 . 17]</w:t>
      </w:r>
    </w:p>
    <w:p>
      <w:r>
        <w:rPr>
          <w:rFonts w:ascii="Gentium Plus" w:hAnsi="Gentium Plus"/>
          <w:sz w:val="24"/>
        </w:rPr>
        <w:t>Καὶ τοὺς ἀστέρας δὲ Θαλῆς μὲν γεώδεις καὶ ἐμπύρους ὠνό‐</w:t>
      </w:r>
    </w:p>
    <w:p>
      <w:r>
        <w:rPr>
          <w:rFonts w:ascii="Courier New" w:hAnsi="Courier New"/>
          <w:color w:val="555555"/>
          <w:sz w:val="20"/>
        </w:rPr>
        <w:t>[5]</w:t>
      </w:r>
    </w:p>
    <w:p>
      <w:r>
        <w:rPr>
          <w:rFonts w:ascii="Gentium Plus" w:hAnsi="Gentium Plus"/>
          <w:sz w:val="24"/>
        </w:rPr>
        <w:t>κρατύνει τὸν λόγον· ὁ δὲ Διογένης κισηροειδεῖς λέγει εἶναι τού‐ τους, διαπνοάς τινας ἔχοντας· ὁ δὲ Ἀναξίμανδρος ξυστήματα ἄττα τοῦ ἀέρος ἔφη, τροχοειδῶς πεπιλημένα, πυρὸς ἔμπλεα</w:t>
      </w:r>
    </w:p>
    <w:p>
      <w:r>
        <w:rPr>
          <w:rFonts w:ascii="Courier New" w:hAnsi="Courier New"/>
          <w:color w:val="555555"/>
          <w:sz w:val="20"/>
        </w:rPr>
        <w:t>[4 . 18]</w:t>
      </w:r>
    </w:p>
    <w:p>
      <w:r>
        <w:rPr>
          <w:rFonts w:ascii="Gentium Plus" w:hAnsi="Gentium Plus"/>
          <w:sz w:val="24"/>
        </w:rPr>
        <w:t>εἶναι, ἀπό τινων στομίων ἀφιέντα τὰς φλόγας. Διογένης δὲ καὶ ἐμπίπτειν εἰς τὴν γῆν τινας τούτων ἔφησε καὶ σβεννυμένους ἐλέγχεσθαι, ὅτι λίθων ἔχουσι φύσιν, καὶ μάρτυρι χρῆται τῷ ἐν Αἰγὸς ποταμοῖς πυροειδῶς κατενεχθέντι ποτέ. Ὁ δὲ Πλάτων ὡς</w:t>
      </w:r>
    </w:p>
    <w:p>
      <w:r>
        <w:rPr>
          <w:rFonts w:ascii="Courier New" w:hAnsi="Courier New"/>
          <w:color w:val="555555"/>
          <w:sz w:val="20"/>
        </w:rPr>
        <w:t>[5]</w:t>
      </w:r>
    </w:p>
    <w:p>
      <w:r>
        <w:rPr>
          <w:rFonts w:ascii="Gentium Plus" w:hAnsi="Gentium Plus"/>
          <w:sz w:val="24"/>
        </w:rPr>
        <w:t>ἐπίπαν μὲν τούτους ἐκ τοῦ πυρὸς ξυνεστάναι, μετέχειν δὲ καὶ τῶν ἄλλων στοιχείων φησίν. Ὁ δέ γε Ἀριστοτέλης τοῦ πέμπτου σώ‐</w:t>
      </w:r>
    </w:p>
    <w:p>
      <w:r>
        <w:rPr>
          <w:rFonts w:ascii="Courier New" w:hAnsi="Courier New"/>
          <w:color w:val="555555"/>
          <w:sz w:val="20"/>
        </w:rPr>
        <w:t>[4 . 19]</w:t>
      </w:r>
    </w:p>
    <w:p>
      <w:r>
        <w:rPr>
          <w:rFonts w:ascii="Gentium Plus" w:hAnsi="Gentium Plus"/>
          <w:sz w:val="24"/>
        </w:rPr>
        <w:t>ματος εἴρηκε ξυγγενεῖς. Ξενοφάνης δὲ ἐκ νεφῶν μὲν λέγει πεπυρωμένων ξυνίστασθαι, σβεννυμένους δὲ μεθ’ ἡμέραν νύκτωρ</w:t>
      </w:r>
    </w:p>
    <w:p>
      <w:r>
        <w:rPr>
          <w:rFonts w:ascii="Courier New" w:hAnsi="Courier New"/>
          <w:color w:val="555555"/>
          <w:sz w:val="20"/>
        </w:rPr>
        <w:t>[4 . 20]</w:t>
      </w:r>
    </w:p>
    <w:p>
      <w:r>
        <w:rPr>
          <w:rFonts w:ascii="Gentium Plus" w:hAnsi="Gentium Plus"/>
          <w:sz w:val="24"/>
        </w:rPr>
        <w:t>πάλιν ἀναζωπυρεῖσθαι, καθάπερ τοὺς ἄνθρακας. Ἡρακλείδης δὲ καὶ ἄλλοι τῶν Πυθαγορείων τινὲς ἕκαστον τῶν ἀστέρων κόσμον ὑπάρχειν φασί, γῆν περιέχοντα καὶ ἀέρα· καὶ οἱ μὲν σφαιροειδεῖς τούτους εἰρήκασι, κωνοειδεῖς δὲ Κλεάνθης ὁ Στωϊκός.</w:t>
      </w:r>
    </w:p>
    <w:p>
      <w:r>
        <w:rPr>
          <w:rFonts w:ascii="Courier New" w:hAnsi="Courier New"/>
          <w:color w:val="555555"/>
          <w:sz w:val="20"/>
        </w:rPr>
        <w:t>[4 . 21]</w:t>
      </w:r>
    </w:p>
    <w:p>
      <w:r>
        <w:rPr>
          <w:rFonts w:ascii="Gentium Plus" w:hAnsi="Gentium Plus"/>
          <w:sz w:val="24"/>
        </w:rPr>
        <w:t>Καὶ μέντοι καὶ τὸν ἥλιον καὶ τὴν σελήνην ὁ Ξενοφάνης νέφη εἶναι πεπυρωμένα φησίν· Ἀναξαγόρας δὲ καὶ Δημόκριτος καὶ Μητρόδωρος μύδρον ἢ πέτρον διάπυρον· Θαλῆς δὲ γεώδη, κιση‐ ροειδῆ δὲ Διογένης· ὁ δὲ Ἀριστοτέλης σφαῖραν εἶναι ἐκ τοῦ</w:t>
      </w:r>
    </w:p>
    <w:p>
      <w:r>
        <w:rPr>
          <w:rFonts w:ascii="Courier New" w:hAnsi="Courier New"/>
          <w:color w:val="555555"/>
          <w:sz w:val="20"/>
        </w:rPr>
        <w:t>[5]</w:t>
      </w:r>
    </w:p>
    <w:p>
      <w:r>
        <w:rPr>
          <w:rFonts w:ascii="Gentium Plus" w:hAnsi="Gentium Plus"/>
          <w:sz w:val="24"/>
        </w:rPr>
        <w:t>πέμπτου σώματος ξυνεστῶσαν· ὁ δὲ Πλάτων τὸ μὲν πλεῖστον ἔχειν ἐκ τοῦ πυρός, μετέχειν δὲ καὶ τῶν ἄλλων σωμάτων· Φιλό‐ λαος δὲ ὁ Πυθαγόρειος ὑαλοειδῆ, δεχόμενον μὲν τοῦ ἐν τῷ</w:t>
      </w:r>
    </w:p>
    <w:p>
      <w:r>
        <w:rPr>
          <w:rFonts w:ascii="Courier New" w:hAnsi="Courier New"/>
          <w:color w:val="555555"/>
          <w:sz w:val="20"/>
        </w:rPr>
        <w:t>[10]</w:t>
      </w:r>
    </w:p>
    <w:p>
      <w:r>
        <w:rPr>
          <w:rFonts w:ascii="Gentium Plus" w:hAnsi="Gentium Plus"/>
          <w:sz w:val="24"/>
        </w:rPr>
        <w:t>περὶ τούτου ἐδόξασαν, ἃ περιττὸν οἶμαι λέγειν, ἵνα μὴ τῆς αὐτῆς</w:t>
      </w:r>
    </w:p>
    <w:p>
      <w:r>
        <w:rPr>
          <w:rFonts w:ascii="Courier New" w:hAnsi="Courier New"/>
          <w:color w:val="555555"/>
          <w:sz w:val="20"/>
        </w:rPr>
        <w:t>[4 . 22]</w:t>
      </w:r>
    </w:p>
    <w:p>
      <w:r>
        <w:rPr>
          <w:rFonts w:ascii="Gentium Plus" w:hAnsi="Gentium Plus"/>
          <w:sz w:val="24"/>
        </w:rPr>
        <w:t>μεταλάχω τερθρείας. Καὶ μεγέθους δὲ πέρι καὶ σχήματος πολλὴ παρ’ αὐτοῖς διαμάχη· οἱ μὲν γὰρ αὐτὸν σφαιροειδῆ φασιν, οἱ δὲ σκαφοειδῆ, οἱ δὲ ἁρματιαίῳ τροχῷ παραπλήσιον· καὶ Ἀνα‐ ξίμανδρος μὲν ἑπτακαιεικοσαπλασίω τῆς γῆς τοῦτον ἔφησεν</w:t>
      </w:r>
    </w:p>
    <w:p>
      <w:r>
        <w:rPr>
          <w:rFonts w:ascii="Courier New" w:hAnsi="Courier New"/>
          <w:color w:val="555555"/>
          <w:sz w:val="20"/>
        </w:rPr>
        <w:t>[5]</w:t>
      </w:r>
    </w:p>
    <w:p>
      <w:r>
        <w:rPr>
          <w:rFonts w:ascii="Gentium Plus" w:hAnsi="Gentium Plus"/>
          <w:sz w:val="24"/>
        </w:rPr>
        <w:t>εἶναι, Ἐμπεδοκλῆς δὲ ἶσον τῇ γῇ, ὁ δὲ Ἀναξαγόρας Πελο‐</w:t>
      </w:r>
    </w:p>
    <w:p>
      <w:r>
        <w:rPr>
          <w:rFonts w:ascii="Courier New" w:hAnsi="Courier New"/>
          <w:color w:val="555555"/>
          <w:sz w:val="20"/>
        </w:rPr>
        <w:t>[4 . 23]</w:t>
      </w:r>
    </w:p>
    <w:p>
      <w:r>
        <w:rPr>
          <w:rFonts w:ascii="Gentium Plus" w:hAnsi="Gentium Plus"/>
          <w:sz w:val="24"/>
        </w:rPr>
        <w:t>ποννήσου μείζονα, Ἡράκλειτος δὲ ποδιαῖον. Καὶ περὶ σε‐ λήνης δὲ ὁμοίως ὑθλοῦσιν· γεώδη μὲν γὰρ αὐτὴν ὁ Θαλῆς φησιν, Ἀναξιμένης δὲ καὶ Παρμενίδης καὶ Ἡράκλειτος ἐκ μόνου ξυνεστάναι πυρός· Ἀναξαγόρας δὲ καὶ Δημόκριτος στε‐</w:t>
      </w:r>
    </w:p>
    <w:p>
      <w:r>
        <w:rPr>
          <w:rFonts w:ascii="Courier New" w:hAnsi="Courier New"/>
          <w:color w:val="555555"/>
          <w:sz w:val="20"/>
        </w:rPr>
        <w:t>[5]</w:t>
      </w:r>
    </w:p>
    <w:p>
      <w:r>
        <w:rPr>
          <w:rFonts w:ascii="Gentium Plus" w:hAnsi="Gentium Plus"/>
          <w:sz w:val="24"/>
        </w:rPr>
        <w:t>ρέωμα διάπυρον, ἔχον ἐν ἑαυτῷ πεδία καὶ ὄρη καὶ φάραγγας· ὁ δὲ Πυθαγόρας πετρῶδες σῶμα· Ἡρακλείδης δὲ γῆν ὀμίχλῃ περιεχομένην· καὶ οἱ μὲν μείζονα τῆς γῆς ἀποφαίνονται, οἱ δὲ ἰσόμετρον, οἱ δέ γε ἐλάττονα, ἄλλοι δὲ σπιθαμῆς ἔχειν διάμετρον.</w:t>
      </w:r>
    </w:p>
    <w:p>
      <w:r>
        <w:rPr>
          <w:rFonts w:ascii="Courier New" w:hAnsi="Courier New"/>
          <w:color w:val="555555"/>
          <w:sz w:val="20"/>
        </w:rPr>
        <w:t>[4 . 24]</w:t>
      </w:r>
    </w:p>
    <w:p>
      <w:r>
        <w:rPr>
          <w:rFonts w:ascii="Gentium Plus" w:hAnsi="Gentium Plus"/>
          <w:sz w:val="24"/>
        </w:rPr>
        <w:t>Καὶ τί δεῖ λέγειν, ὅσα ἐκεῖνοι σχημάτων πέρι καὶ ἐκλείψεων καὶ διαστημάτων μυθολογοῦσιν; οὐ γὰρ μόνον ὅσον ἀλλήλων δι‐ εστήκασι, λέγουσιν, ἀλλὰ καὶ ὅσον τῆς γῆς ἀφεστήκασι· καὶ τετρακοσίας ἀριθμοῦσι καὶ μέντοι καὶ πλείους σταδίων μυριάδας,</w:t>
      </w:r>
    </w:p>
    <w:p>
      <w:r>
        <w:rPr>
          <w:rFonts w:ascii="Courier New" w:hAnsi="Courier New"/>
          <w:color w:val="555555"/>
          <w:sz w:val="20"/>
        </w:rPr>
        <w:t>[5]</w:t>
      </w:r>
    </w:p>
    <w:p>
      <w:r>
        <w:rPr>
          <w:rFonts w:ascii="Gentium Plus" w:hAnsi="Gentium Plus"/>
          <w:sz w:val="24"/>
        </w:rPr>
        <w:t>τὰς μὲν ἀπὸ γῆς μέχρι σελήνης, τὰς δὲ ἐκεῖθεν μέχρις ἡλίου· καὶ οὐκ αἰσχύνονται τῆς μὲν θαλάττης ἀγνοοῦντες τὸ βάθος, ἔνθα καὶ ὁρμιὰν καθεῖναι δύνανται καὶ ἱμονιάν, τὸ δὲ τοῦ ἀέρος καὶ</w:t>
      </w:r>
    </w:p>
    <w:p>
      <w:r>
        <w:rPr>
          <w:rFonts w:ascii="Courier New" w:hAnsi="Courier New"/>
          <w:color w:val="555555"/>
          <w:sz w:val="20"/>
        </w:rPr>
        <w:t>[10]</w:t>
      </w:r>
    </w:p>
    <w:p>
      <w:r>
        <w:rPr>
          <w:rFonts w:ascii="Gentium Plus" w:hAnsi="Gentium Plus"/>
          <w:sz w:val="24"/>
        </w:rPr>
        <w:t>νέσεως ἐπαΐοντες· τὰ μηδὲν ὠφελοῦντα μὴ ζήτει μάτην.</w:t>
      </w:r>
    </w:p>
    <w:p>
      <w:r>
        <w:rPr>
          <w:rFonts w:ascii="Courier New" w:hAnsi="Courier New"/>
          <w:color w:val="555555"/>
          <w:sz w:val="20"/>
        </w:rPr>
        <w:t>[4 . 25]</w:t>
      </w:r>
    </w:p>
    <w:p>
      <w:r>
        <w:rPr>
          <w:rFonts w:ascii="Gentium Plus" w:hAnsi="Gentium Plus"/>
          <w:sz w:val="24"/>
        </w:rPr>
        <w:t>Τούτων δὲ ἕκαστον εἰ καὶ εὑρετὸν ἦν, ἀνόνητον παντάπασιν ἦν. Ἐπειδὴ δὲ καὶ ἀνέφικτος ἀνθρώποις ἡ εὕρεσις, ἀτεχνῶς ἐοίκασι τοῖς καθ’ ὕδατος γράφουσιν ἢ κοσκίνῳ ὕδωρ ἀντλοῦσιν. Καὶ οὗτοι γὰρ δὴ κἀκεῖνοι μάταιον ἀναδέχονται πόνον καὶ εἰς</w:t>
      </w:r>
    </w:p>
    <w:p>
      <w:r>
        <w:rPr>
          <w:rFonts w:ascii="Courier New" w:hAnsi="Courier New"/>
          <w:color w:val="555555"/>
          <w:sz w:val="20"/>
        </w:rPr>
        <w:t>[4 . 26]</w:t>
      </w:r>
    </w:p>
    <w:p>
      <w:r>
        <w:rPr>
          <w:rFonts w:ascii="Gentium Plus" w:hAnsi="Gentium Plus"/>
          <w:sz w:val="24"/>
        </w:rPr>
        <w:t>οὐδὲν δέον τὴν σχολὴν ἀναλίσκουσιν. Τοῦτο δὴ ξυνορῶν ὁ Σω‐ κράτης, μετεωρολόγοις καὶ φυσιολόγοις ἐρρῶσθαι φράσας, τὴν ἠθικὴν διδασκαλίαν ἠσπάσατο. Καὶ τοῦτο δεδήλωκεν ὁ Ξενοφῶν ἐν τοῖς Ἀπομνημονεύμασι, λέγων ὡδί· «Ὅλως δὲ καὶ τῶν</w:t>
      </w:r>
    </w:p>
    <w:p>
      <w:r>
        <w:rPr>
          <w:rFonts w:ascii="Courier New" w:hAnsi="Courier New"/>
          <w:color w:val="555555"/>
          <w:sz w:val="20"/>
        </w:rPr>
        <w:t>[5]</w:t>
      </w:r>
    </w:p>
    <w:p>
      <w:r>
        <w:rPr>
          <w:rFonts w:ascii="Gentium Plus" w:hAnsi="Gentium Plus"/>
          <w:sz w:val="24"/>
        </w:rPr>
        <w:t>οὐρανίων ἕκαστα, ἃ ὁ θεὸς μηχανᾶται, φροντιστὴν εἶναι τούτων ἀπέτρεπεν. Οὔτε γὰρ εὑρετὰ ἀνθρώποις αὐτὰ ἐνόμιζεν εἶναι, οὔτε χαρίζεσθαι θεοῖς ἡγεῖτο τὸν ζητοῦντα ταῦτα, ἃ ἐκεῖνοι σα‐ φηνίσαι οὐκ ἠβουλήθησαν· κινδυνεῦσαι δ’ ἂν καὶ παραφρονῆσαι τὸν ταῦτα μεριμνῶντα, οὐδὲν ἧττον ἢ Ἀναξαγόρας παρεφρόνησεν,</w:t>
      </w:r>
    </w:p>
    <w:p>
      <w:r>
        <w:rPr>
          <w:rFonts w:ascii="Courier New" w:hAnsi="Courier New"/>
          <w:color w:val="555555"/>
          <w:sz w:val="20"/>
        </w:rPr>
        <w:t>[10]</w:t>
      </w:r>
    </w:p>
    <w:p>
      <w:r>
        <w:rPr>
          <w:rFonts w:ascii="Gentium Plus" w:hAnsi="Gentium Plus"/>
          <w:sz w:val="24"/>
        </w:rPr>
        <w:t>ὁ μέγιστον φρονήσας ἐπὶ τῷ τὰς τῶν θεῶν μηχανὰς ἐξηγεῖσθαι.»</w:t>
      </w:r>
    </w:p>
    <w:p>
      <w:r>
        <w:rPr>
          <w:rFonts w:ascii="Courier New" w:hAnsi="Courier New"/>
          <w:color w:val="555555"/>
          <w:sz w:val="20"/>
        </w:rPr>
        <w:t>[4 . 27]</w:t>
      </w:r>
    </w:p>
    <w:p>
      <w:r>
        <w:rPr>
          <w:rFonts w:ascii="Gentium Plus" w:hAnsi="Gentium Plus"/>
          <w:sz w:val="24"/>
        </w:rPr>
        <w:t>Καὶ ταῦτα δ’ αὖ πάλιν ὁ αὐτὸς τοῦ αὐτοῦ πέρι γέγραφεν· «Οὐ‐</w:t>
      </w:r>
    </w:p>
    <w:p>
      <w:r>
        <w:rPr>
          <w:rFonts w:ascii="Courier New" w:hAnsi="Courier New"/>
          <w:color w:val="555555"/>
          <w:sz w:val="20"/>
        </w:rPr>
        <w:t>[5]</w:t>
      </w:r>
    </w:p>
    <w:p>
      <w:r>
        <w:rPr>
          <w:rFonts w:ascii="Gentium Plus" w:hAnsi="Gentium Plus"/>
          <w:sz w:val="24"/>
        </w:rPr>
        <w:t>ελέγετο, σκοπῶν ὅπως ὁ καλούμενος ὑπὸ τῶν σοφιστῶν κόσμος ἔχει, καὶ τίσιν ἀνάγκαις ἕκαστα γίνεται τῶν οὐρανίων, ἀλλὰ καὶ</w:t>
      </w:r>
    </w:p>
    <w:p>
      <w:r>
        <w:rPr>
          <w:rFonts w:ascii="Courier New" w:hAnsi="Courier New"/>
          <w:color w:val="555555"/>
          <w:sz w:val="20"/>
        </w:rPr>
        <w:t>[4 . 28]</w:t>
      </w:r>
    </w:p>
    <w:p>
      <w:r>
        <w:rPr>
          <w:rFonts w:ascii="Gentium Plus" w:hAnsi="Gentium Plus"/>
          <w:sz w:val="24"/>
        </w:rPr>
        <w:t>τοὺς φροντίζοντας τὰ τοιαῦτα μωραίνοντας ἀπεδείκνυεν. Καὶ πρῶ‐ τον μὲν αὐτῶν ἐσκόπει, πότερόν ποτε νομίσαντες ἱκανῶς ἤδη τὰ ἀνθρώπινα εἰδέναι, ἔρχονται ἐπὶ τὸ περὶ τῶν τοιούτων φροντίζειν, ἢ τὰ μὲν ἀνθρώπινα παρέντες, τὰ δαιμόνια δὲ σκοποῦντες,</w:t>
      </w:r>
    </w:p>
    <w:p>
      <w:r>
        <w:rPr>
          <w:rFonts w:ascii="Courier New" w:hAnsi="Courier New"/>
          <w:color w:val="555555"/>
          <w:sz w:val="20"/>
        </w:rPr>
        <w:t>[5]</w:t>
      </w:r>
    </w:p>
    <w:p>
      <w:r>
        <w:rPr>
          <w:rFonts w:ascii="Gentium Plus" w:hAnsi="Gentium Plus"/>
          <w:sz w:val="24"/>
        </w:rPr>
        <w:t>ἡγοῦνται τὰ προσήκοντα πράττειν. Ἐθαύμαζε δέ, εἰ μὴ φανερὸν αὐτοῖς ἐστιν, ὅτι ταῦτα οὐ δύνατόν ἐστιν ἀνθρώποις εὑρεῖν· ἐπεὶ καὶ τοὺς τὰ μέγιστα φρονοῦντας ἐπὶ τῷ περὶ τούτων λέγειν οὐ ταὐτὰ δοξάζειν ἀλλήλοις, ἀλλὰ τοῖς μαινομένοις ὁμοίως διακεῖ‐</w:t>
      </w:r>
    </w:p>
    <w:p>
      <w:r>
        <w:rPr>
          <w:rFonts w:ascii="Courier New" w:hAnsi="Courier New"/>
          <w:color w:val="555555"/>
          <w:sz w:val="20"/>
        </w:rPr>
        <w:t>[4 . 29]</w:t>
      </w:r>
    </w:p>
    <w:p>
      <w:r>
        <w:rPr>
          <w:rFonts w:ascii="Gentium Plus" w:hAnsi="Gentium Plus"/>
          <w:sz w:val="24"/>
        </w:rPr>
        <w:t>σθαι πρὸς ἀλλήλους· τῶν τε γὰρ μαινομένων τοὺς μὲν οὐδὲ τὰ δεινὰ δεδιέναι, τοὺς δὲ καὶ τὰ μὴ φοβερὰ φοβεῖσθαι· καὶ τοῖς μὲν οὐδ’ ἐν ὄχλῳ δοκεῖν αἰσχρὸν εἶναι λέγειν ἢ ποιεῖν ὁτιοῦν, τοῖς δ’ οὐδ’ ἐξιτητέον εἰς ἀνθρώπους εἶναι δοκεῖν· καὶ τοὺς μὲν</w:t>
      </w:r>
    </w:p>
    <w:p>
      <w:r>
        <w:rPr>
          <w:rFonts w:ascii="Courier New" w:hAnsi="Courier New"/>
          <w:color w:val="555555"/>
          <w:sz w:val="20"/>
        </w:rPr>
        <w:t>[5]</w:t>
      </w:r>
    </w:p>
    <w:p>
      <w:r>
        <w:rPr>
          <w:rFonts w:ascii="Gentium Plus" w:hAnsi="Gentium Plus"/>
          <w:sz w:val="24"/>
        </w:rPr>
        <w:t>οὔθ’ ἱερὸν οὔτε βωμὸν οὐδὲ ἄλλο τῶν θείων οὐδὲν τιμᾶν, τοὺς δὲ καὶ λίθους καὶ ξύλα τυγχάνοντα καὶ θηρία σέβεσθαι. Τῶν δὲ περὶ τῆς τῶν πάντων φύσεως μεριμνώντων τοῖς μὲν δοκεῖν ἓν μόνον τὸ ὂν εἶναι, τοῖς δὲ ἄπειρα τὸ πλῆθος, καὶ τοῖς μὲν ἀεὶ τὰ πάντα κινεῖσθαι, τοῖς δὲ οὐδὲν ἄν ποτε κινηθῆναι, καὶ τοῖς</w:t>
      </w:r>
    </w:p>
    <w:p>
      <w:r>
        <w:rPr>
          <w:rFonts w:ascii="Courier New" w:hAnsi="Courier New"/>
          <w:color w:val="555555"/>
          <w:sz w:val="20"/>
        </w:rPr>
        <w:t>[10]</w:t>
      </w:r>
    </w:p>
    <w:p>
      <w:r>
        <w:rPr>
          <w:rFonts w:ascii="Gentium Plus" w:hAnsi="Gentium Plus"/>
          <w:sz w:val="24"/>
        </w:rPr>
        <w:t>μὲν ἅπαντα γίνεσθαί τε καὶ ἀπόλλυσθαι, τοῖς δὲ οὔτ’ ἂν γενέσθαι</w:t>
      </w:r>
    </w:p>
    <w:p>
      <w:r>
        <w:rPr>
          <w:rFonts w:ascii="Courier New" w:hAnsi="Courier New"/>
          <w:color w:val="555555"/>
          <w:sz w:val="20"/>
        </w:rPr>
        <w:t>[4 . 30]</w:t>
      </w:r>
    </w:p>
    <w:p>
      <w:r>
        <w:rPr>
          <w:rFonts w:ascii="Gentium Plus" w:hAnsi="Gentium Plus"/>
          <w:sz w:val="24"/>
        </w:rPr>
        <w:t>ποτὲ οὐδὲν οὔτ’ ἀπολέσθαι.» Καὶ ἄλλα δὲ πολλὰ τοιαῦτα διέξ‐ εισι, τὴν πολλὴν ἐκείνων ἀδολεσχίαν ἐλέγχων. Ταῦτα τοὺς μετεωρολέσχας οὐδεὶς τῶν ἡμετέρων ἐγράψατο, ἀλλὰ Ξενοφῶν καὶ Σωκράτης, τῶν Ἑλλήνων οἱ ἄριστοι. Καὶ ῥᾷστον τῷ βουλο‐</w:t>
      </w:r>
    </w:p>
    <w:p>
      <w:r>
        <w:rPr>
          <w:rFonts w:ascii="Courier New" w:hAnsi="Courier New"/>
          <w:color w:val="555555"/>
          <w:sz w:val="20"/>
        </w:rPr>
        <w:t>[5]</w:t>
      </w:r>
    </w:p>
    <w:p>
      <w:r>
        <w:rPr>
          <w:rFonts w:ascii="Gentium Plus" w:hAnsi="Gentium Plus"/>
          <w:sz w:val="24"/>
        </w:rPr>
        <w:t>μένῳ τοῖς Ξενοφῶντος Ἀπομνημονεύμασιν ἐντυχεῖν καὶ γνῶναι σαφῶς, ὡς ταῦτά γε ἐκεῖνος περὶ τῶν πολυθρυλήτων φιλοσόφων γέγραφεν.</w:t>
      </w:r>
    </w:p>
    <w:p>
      <w:r>
        <w:rPr>
          <w:rFonts w:ascii="Courier New" w:hAnsi="Courier New"/>
          <w:color w:val="555555"/>
          <w:sz w:val="20"/>
        </w:rPr>
        <w:t>[4 . 31]</w:t>
      </w:r>
    </w:p>
    <w:p>
      <w:r>
        <w:rPr>
          <w:rFonts w:ascii="Gentium Plus" w:hAnsi="Gentium Plus"/>
          <w:sz w:val="24"/>
        </w:rPr>
        <w:t>Εἰ δέ τις οἴεται κἀμὲ συκοφαντῆσαι τοὺς ἄνδρας, τὴν παμπόλ‐ λην αὐτῶν διαφωνίαν ἐλέγξαντα, ἀναγνώτω μὲν Ἀετίου τὴν Περὶ ἀρεσκόντων ξυναγωγήν, ἀναγνώτω δὲ Πλουτάρχου τὴν Περὶ τῶν τοῖς φιλοσόφοις δοξάντων ἐπιτομήν· καὶ Πορφυρίου δὲ</w:t>
      </w:r>
    </w:p>
    <w:p>
      <w:r>
        <w:rPr>
          <w:rFonts w:ascii="Courier New" w:hAnsi="Courier New"/>
          <w:color w:val="555555"/>
          <w:sz w:val="20"/>
        </w:rPr>
        <w:t>[4 . 32]</w:t>
      </w:r>
    </w:p>
    <w:p>
      <w:r>
        <w:rPr>
          <w:rFonts w:ascii="Gentium Plus" w:hAnsi="Gentium Plus"/>
          <w:sz w:val="24"/>
        </w:rPr>
        <w:t>ἡ Φιλόσοφος ἱστορία πολλὰ τοιαῦτα διδάσκει. Ἀπόχρη δὲ καὶ τὰ Ξενοφῶντος, ὧν ἀρτίως ἐμνήσθημεν, μαρτυρῆσαι τοῖς παρ’ ἡμῶν εἰρημένοις ἀλήθειαν· μάλα γὰρ ἐκεῖνος καὶ τὴν πολλὴν αὐτῶν ἄγνοιαν καὶ ἣν πρὸς ἀλλήλους ἐσχήκασιν ἐκωμῴδησε</w:t>
      </w:r>
    </w:p>
    <w:p>
      <w:r>
        <w:rPr>
          <w:rFonts w:ascii="Courier New" w:hAnsi="Courier New"/>
          <w:color w:val="555555"/>
          <w:sz w:val="20"/>
        </w:rPr>
        <w:t>[5]</w:t>
      </w:r>
    </w:p>
    <w:p>
      <w:r>
        <w:rPr>
          <w:rFonts w:ascii="Gentium Plus" w:hAnsi="Gentium Plus"/>
          <w:sz w:val="24"/>
        </w:rPr>
        <w:t>διαμάχην. Ἐγὼ δὲ τοὺς μὲν ἄλλους ἅπαντας παραλείψω, Πλάτωνος δὲ τὰ μὲν ἐπαινέσομαι, τὰ δέ, ὡς οὐκ εὖ ἔχοντα, διελέγξω· ἐκεῖνα μὲν γὰρ αὐτοῦ λίαν ἐστὶν ἀξιέπαινα, ἅπερ ἐν</w:t>
      </w:r>
    </w:p>
    <w:p>
      <w:r>
        <w:rPr>
          <w:rFonts w:ascii="Courier New" w:hAnsi="Courier New"/>
          <w:color w:val="555555"/>
          <w:sz w:val="20"/>
        </w:rPr>
        <w:t>[4 . 33]</w:t>
      </w:r>
    </w:p>
    <w:p>
      <w:r>
        <w:rPr>
          <w:rFonts w:ascii="Gentium Plus" w:hAnsi="Gentium Plus"/>
          <w:sz w:val="24"/>
        </w:rPr>
        <w:t>τῷ Τιμαίῳ γέγραφε· «Λέγωμεν δὴ δι’ ἥντινα αἰτίαν γένεσιν καὶ τὸ πᾶν τόδε ὁ ξυνιστὰς ξυνεστήσατο.» Εἶτα ἐπήγαγε τὴν ἀρίστην ἐκείνην καὶ θαύματος ἀξίαν ἀπόκρισιν· «Ἀγαθὸς ἦν, ἀγαθῷ δὲ οὐδεὶς περὶ οὐδενὸς ἐγγίνεται φθόνος· τούτου δὲ ἐκτὸς</w:t>
      </w:r>
    </w:p>
    <w:p>
      <w:r>
        <w:rPr>
          <w:rFonts w:ascii="Courier New" w:hAnsi="Courier New"/>
          <w:color w:val="555555"/>
          <w:sz w:val="20"/>
        </w:rPr>
        <w:t>[5]</w:t>
      </w:r>
    </w:p>
    <w:p>
      <w:r>
        <w:rPr>
          <w:rFonts w:ascii="Gentium Plus" w:hAnsi="Gentium Plus"/>
          <w:sz w:val="24"/>
        </w:rPr>
        <w:t>ὤν, πάντα ὅτι μάλιστα ἐβουλήθη γενέσθαι παραπλήσια ἑαυτῷ.» Παραπλήσια δὲ οὐ κατὰ τὴν φύσιν εἴρηκεν, ἀλλὰ κατ’ αὐτό γε μόνον τὸ εἶναι. Ὥσπερ γὰρ αὐτός ἐστιν, οὕτως ἠβουλήθη καὶ τὰ μὴ ὄντα γενέσθαι τε καὶ εἶναι· ἀλλ’ αὐτὸς μὲν ἔστι, παρ’ οὐδενὸς τὸ εἶναι λαβών, τοῖς δὲ γενητοῖς αὐτὸς τὸ εἶναι δεδώ‐</w:t>
      </w:r>
    </w:p>
    <w:p>
      <w:r>
        <w:rPr>
          <w:rFonts w:ascii="Courier New" w:hAnsi="Courier New"/>
          <w:color w:val="555555"/>
          <w:sz w:val="20"/>
        </w:rPr>
        <w:t>[4 . 34]</w:t>
      </w:r>
    </w:p>
    <w:p>
      <w:r>
        <w:rPr>
          <w:rFonts w:ascii="Gentium Plus" w:hAnsi="Gentium Plus"/>
          <w:sz w:val="24"/>
        </w:rPr>
        <w:t>ρηται. Ξυγγενῆ δὲ τοῖς εἰρημένοις καὶ τάδε· «Οὐ γὰρ χρείας ἕνεκεν ὁ θεὸς πεποίηκε τὸν κόσμον, ἵνα τιμάς τε πρὸς ἀνθρώπων καὶ πρὸς θεῶν ἄλλων καὶ δαιμόνων καρποῖτο, οἷον πρόσοδόν τινα ἀπὸ τῆς γενέσεως ἀρνύμενος, παρὰ μὲν ἡμῶν καπνούς, παρὰ δὲ</w:t>
      </w:r>
    </w:p>
    <w:p>
      <w:r>
        <w:rPr>
          <w:rFonts w:ascii="Courier New" w:hAnsi="Courier New"/>
          <w:color w:val="555555"/>
          <w:sz w:val="20"/>
        </w:rPr>
        <w:t>[4 . 35]</w:t>
      </w:r>
    </w:p>
    <w:p>
      <w:r>
        <w:rPr>
          <w:rFonts w:ascii="Gentium Plus" w:hAnsi="Gentium Plus"/>
          <w:sz w:val="24"/>
        </w:rPr>
        <w:t>θεῶν καὶ δαιμόνων τὰς οἰκείας λειτουργίας.» Κἀνταῦθα πάλιν ἀνενδεῆ τὸν Θεὸν ἔφησεν εἶναι, καὶ δι’ ἀγαθότητά γε μόνην τὰ πάντα πεποιηκέναι· θεοὺς δὲ καὶ δαίμονας κέκληκεν, οὓς ἡμεῖς ἀγγέλους προσαγορεύομεν, καὶ τούτους γε λειτουργοὺς ἔφησεν</w:t>
      </w:r>
    </w:p>
    <w:p>
      <w:r>
        <w:rPr>
          <w:rFonts w:ascii="Courier New" w:hAnsi="Courier New"/>
          <w:color w:val="555555"/>
          <w:sz w:val="20"/>
        </w:rPr>
        <w:t>[4 . 36]</w:t>
      </w:r>
    </w:p>
    <w:p>
      <w:r>
        <w:rPr>
          <w:rFonts w:ascii="Gentium Plus" w:hAnsi="Gentium Plus"/>
          <w:sz w:val="24"/>
        </w:rPr>
        <w:t>εἶναι τοῦ τῶν ὅλων Θεοῦ. Ἀξιέπαινα δὲ κἀν τῇ Πολιτείᾳ ξυγ‐ γέγραφεν· «Τοῖς γενομένοις» γάρ φησι «μὴ μόνον τὸ γενέσθαι φάναι ὑπὸ τοῦ ἀγαθοῦ παρεῖναι, ἀλλὰ καὶ τὸ εἶναί τε καὶ τὴν</w:t>
      </w:r>
    </w:p>
    <w:p>
      <w:r>
        <w:rPr>
          <w:rFonts w:ascii="Courier New" w:hAnsi="Courier New"/>
          <w:color w:val="555555"/>
          <w:sz w:val="20"/>
        </w:rPr>
        <w:t>[5]</w:t>
      </w:r>
    </w:p>
    <w:p>
      <w:r>
        <w:rPr>
          <w:rFonts w:ascii="Gentium Plus" w:hAnsi="Gentium Plus"/>
          <w:sz w:val="24"/>
        </w:rPr>
        <w:t>ἀλλ’ ἐπέκεινα οὐσίας, πρεσβείᾳ καὶ δυνάμει ὑπερέχοντος.» Οὐ γάρ τοι μόνον, φησί, κοινὸν τὸ εἶδος αὐτοῖς, καθάπερ δὴ χαλκο‐ τύπος καὶ χρυσοχόος, ἐντέθεικεν, ἀλλὰ καὶ τὴν οὐσίαν αὐτοῖς ἐδημιούργησέ τε καὶ δέδωκεν, οὐ τὴν αὐτὴν ἔχων αὐτὸς τοῖς γεγονόσι φύσιν· ὑπὲρ οὐσίαν γάρ ἐστι καὶ οὐσίας ἐπέκεινα, οὐκ</w:t>
      </w:r>
    </w:p>
    <w:p>
      <w:r>
        <w:rPr>
          <w:rFonts w:ascii="Courier New" w:hAnsi="Courier New"/>
          <w:color w:val="555555"/>
          <w:sz w:val="20"/>
        </w:rPr>
        <w:t>[10]</w:t>
      </w:r>
    </w:p>
    <w:p>
      <w:r>
        <w:rPr>
          <w:rFonts w:ascii="Gentium Plus" w:hAnsi="Gentium Plus"/>
          <w:sz w:val="24"/>
        </w:rPr>
        <w:t>ἀϊδιότητί γε μόνῃ, ἀλλὰ καὶ δυνάμει τῶν ποιημάτων ὑπέρτερος</w:t>
      </w:r>
    </w:p>
    <w:p>
      <w:r>
        <w:rPr>
          <w:rFonts w:ascii="Courier New" w:hAnsi="Courier New"/>
          <w:color w:val="555555"/>
          <w:sz w:val="20"/>
        </w:rPr>
        <w:t>[4 . 37]</w:t>
      </w:r>
    </w:p>
    <w:p>
      <w:r>
        <w:rPr>
          <w:rFonts w:ascii="Gentium Plus" w:hAnsi="Gentium Plus"/>
          <w:sz w:val="24"/>
        </w:rPr>
        <w:t>ὤν. Σαφῶς δέ γε διὰ τούτων δεδήλωκεν, ὡς οὐκ ἐξ ὑποκειμένης ὕλης τὰ πάντα πεποίηκεν ὁ Θεός, ἀλλὰ μὴ ὄντα παρήγαγεν ὡς ἠθέλησεν. Ἀγαστὰ δὲ αὐτοῦ κἀκεῖνα καὶ θαύματος ἄξια· «Πό‐ τερον ἦν ἀεὶ γενέσεως ἀρχὴν ἔχων οὐδεμίαν, ἢ γέγονεν ἀπ’ ἀρχῆς</w:t>
      </w:r>
    </w:p>
    <w:p>
      <w:r>
        <w:rPr>
          <w:rFonts w:ascii="Courier New" w:hAnsi="Courier New"/>
          <w:color w:val="555555"/>
          <w:sz w:val="20"/>
        </w:rPr>
        <w:t>[5]</w:t>
      </w:r>
    </w:p>
    <w:p>
      <w:r>
        <w:rPr>
          <w:rFonts w:ascii="Gentium Plus" w:hAnsi="Gentium Plus"/>
          <w:sz w:val="24"/>
        </w:rPr>
        <w:t>τινος ἀρξάμενος;» Εἶτα ἀποκρίνεται καί φησι· «Γέγονεν.» Καὶ παρέχεται τὴν ἀπόδειξιν· «Ὁρατὸς γάρ» φησιν «ὤν, καὶ ἁπτός ἐστιν· ἁπτὸς δὲ ὤν, καὶ σῶμα ἔχει· πάντα δὲ τὰ τοιαῦτα αἰσθητά· τὰ δὲ αἰσθητὰ δόξῃ περιληπτὰ καὶ γενητὰ ἐφάνη. Τῷ δ’ αὖ γενομένῳ φαμὲν ὑπ’ αἰτίου τινὸς ἀναγκαῖον εἶναι γενέσθαι.»</w:t>
      </w:r>
    </w:p>
    <w:p>
      <w:r>
        <w:rPr>
          <w:rFonts w:ascii="Courier New" w:hAnsi="Courier New"/>
          <w:color w:val="555555"/>
          <w:sz w:val="20"/>
        </w:rPr>
        <w:t>[4 . 38]</w:t>
      </w:r>
    </w:p>
    <w:p>
      <w:r>
        <w:rPr>
          <w:rFonts w:ascii="Gentium Plus" w:hAnsi="Gentium Plus"/>
          <w:sz w:val="24"/>
        </w:rPr>
        <w:t>Ταῦτα περὶ τῶν γενητῶν εἰρηκώς, ἅπερ δεῖ φρονεῖν περὶ τοῦ πεποιηκότος, σοφώτατα ἐξεπαίδευσεν. Ἔφη γάρ· «Τὸν μὲν οὖν</w:t>
      </w:r>
    </w:p>
    <w:p>
      <w:r>
        <w:rPr>
          <w:rFonts w:ascii="Courier New" w:hAnsi="Courier New"/>
          <w:color w:val="555555"/>
          <w:sz w:val="20"/>
        </w:rPr>
        <w:t>[4 . 39]</w:t>
      </w:r>
    </w:p>
    <w:p>
      <w:r>
        <w:rPr>
          <w:rFonts w:ascii="Gentium Plus" w:hAnsi="Gentium Plus"/>
          <w:sz w:val="24"/>
        </w:rPr>
        <w:t>ὡς τὰ ἄλλα μαθήματα.» Δείκνυσι δὲ ἡμῖν καὶ τὸν τοῦ Θεοῦ Λόγον τὰ πάντα δημιουργοῦντα. Ἐκ γὰρ τῆς Ἑβραίων καὶ ταῦτα ἐδιδάχθη γραφῆς καὶ βοᾷ λέγων· «Ἐξ οὖν λόγου καὶ δια‐ νοίας θεοῦ πρὸς χρόνου γένεσιν, ἵνα γενήθῃ χρόνος, ἥλιος καὶ</w:t>
      </w:r>
    </w:p>
    <w:p>
      <w:r>
        <w:rPr>
          <w:rFonts w:ascii="Courier New" w:hAnsi="Courier New"/>
          <w:color w:val="555555"/>
          <w:sz w:val="20"/>
        </w:rPr>
        <w:t>[5]</w:t>
      </w:r>
    </w:p>
    <w:p>
      <w:r>
        <w:rPr>
          <w:rFonts w:ascii="Gentium Plus" w:hAnsi="Gentium Plus"/>
          <w:sz w:val="24"/>
        </w:rPr>
        <w:t>σελήνη καὶ πέντε ἄλλα ἄστρα, ἐπίκλην ἔχοντα πλάνητες, εἰς διορισμὸν καὶ φυλακὴν ἀριθμῶν χρόνου γέγονεν. Σώματα δὲ</w:t>
      </w:r>
    </w:p>
    <w:p>
      <w:r>
        <w:rPr>
          <w:rFonts w:ascii="Courier New" w:hAnsi="Courier New"/>
          <w:color w:val="555555"/>
          <w:sz w:val="20"/>
        </w:rPr>
        <w:t>[4 . 40]</w:t>
      </w:r>
    </w:p>
    <w:p>
      <w:r>
        <w:rPr>
          <w:rFonts w:ascii="Gentium Plus" w:hAnsi="Gentium Plus"/>
          <w:sz w:val="24"/>
        </w:rPr>
        <w:t>αὐτῶν ποιήσας ὁ θεὸς ἔθηκεν εἰς τὰς περιφοράς.» Ἐν τούτοις δὲ ἡμᾶς ἐδίδαξεν, ὡς οὐ μόνον διὰ τοῦ Λόγου τὴν κτίσιν πεποίηκεν ὁ Θεός, ἀλλ’ ὅτι καὶ ὁ ἥλιος καὶ ἡ σελήνη καὶ οἱ ἀστέρες σώματά τέ εἰσι γενητὰ καὶ παρὰ τοῦ Θεοῦ τὸ εἶναι εἰλή‐</w:t>
      </w:r>
    </w:p>
    <w:p>
      <w:r>
        <w:rPr>
          <w:rFonts w:ascii="Courier New" w:hAnsi="Courier New"/>
          <w:color w:val="555555"/>
          <w:sz w:val="20"/>
        </w:rPr>
        <w:t>[5]</w:t>
      </w:r>
    </w:p>
    <w:p>
      <w:r>
        <w:rPr>
          <w:rFonts w:ascii="Gentium Plus" w:hAnsi="Gentium Plus"/>
          <w:sz w:val="24"/>
        </w:rPr>
        <w:t>φασιν. Οὐδὲν δὲ τῶν τοιούτων, καὶ κατά γε τὸν τοῦ Πλάτωνος λόγον, Θεός· εἰς χρείαν γὰρ ἀνθρώπων γεγένηνται. Καὶ τοῦτό γε ἐν ταῖς Φοινίσσαις Εὐριπίδης δεδήλωκε, λέγων ὡδί· εἶθ’ ἥλιος μὲν νύξ τε δουλεύει βροτοῖς, σὺ δ’ οὐκ ἀνέξει δωμάτων ἔχειν ἴσον;</w:t>
      </w:r>
    </w:p>
    <w:p>
      <w:r>
        <w:rPr>
          <w:rFonts w:ascii="Courier New" w:hAnsi="Courier New"/>
          <w:color w:val="555555"/>
          <w:sz w:val="20"/>
        </w:rPr>
        <w:t>[4 . 41]</w:t>
      </w:r>
    </w:p>
    <w:p>
      <w:r>
        <w:rPr>
          <w:rFonts w:ascii="Gentium Plus" w:hAnsi="Gentium Plus"/>
          <w:sz w:val="24"/>
        </w:rPr>
        <w:t>Ἀλλ’ ὁ μὲν Εὐριπίδης τὸν ἥλιον καὶ τὴν σελήνην δουλεύειν ἔφη βροτοῖς· ὑμεῖς δὲ δουλεύειν τοῖς ὑμετέροις γε δούλοις ἀνέχεσθέ τε καὶ τὸ θεῖον αὐτοῖς ἀπονέμετε σέβας. Ἐγὼ δὲ αὖθις ἐπὶ τὸν Πλάτωνα μεταβήσομαι. Ἐπαινῶ γὰρ αὐτὸν καὶ περὶ τῆς</w:t>
      </w:r>
    </w:p>
    <w:p>
      <w:r>
        <w:rPr>
          <w:rFonts w:ascii="Courier New" w:hAnsi="Courier New"/>
          <w:color w:val="555555"/>
          <w:sz w:val="20"/>
        </w:rPr>
        <w:t>[4 . 42]</w:t>
      </w:r>
    </w:p>
    <w:p>
      <w:r>
        <w:rPr>
          <w:rFonts w:ascii="Gentium Plus" w:hAnsi="Gentium Plus"/>
          <w:sz w:val="24"/>
        </w:rPr>
        <w:t>τοῦ παντὸς ξυντελείας παραπλήσια ἡμῖν λέγοντα. Εἰπὼν γάρ· «Εἰ μὲν δὴ καλός ἐστιν ὅδε ὁ κόσμος ὅ τε δημιουργὸς ἀγαθός,</w:t>
      </w:r>
    </w:p>
    <w:p>
      <w:r>
        <w:rPr>
          <w:rFonts w:ascii="Courier New" w:hAnsi="Courier New"/>
          <w:color w:val="555555"/>
          <w:sz w:val="20"/>
        </w:rPr>
        <w:t>[5]</w:t>
      </w:r>
    </w:p>
    <w:p>
      <w:r>
        <w:rPr>
          <w:rFonts w:ascii="Gentium Plus" w:hAnsi="Gentium Plus"/>
          <w:sz w:val="24"/>
        </w:rPr>
        <w:t>ἄριστος τῶν αἰτίων», καὶ πάλιν ἐπαγαγών· «ξυνεστήσατο οὐρα‐ νὸν ὁρατὸν καὶ ἁπτόν», ἐπήγαγε μετ’ ὀλίγα· «Χρόνος οὖν μετ’ οὐρανοῦ γέγονεν, ἵν’ ἅμα γενηθέντες ἅμα καὶ λυθῶσιν, ἄν ποτε</w:t>
      </w:r>
    </w:p>
    <w:p>
      <w:r>
        <w:rPr>
          <w:rFonts w:ascii="Courier New" w:hAnsi="Courier New"/>
          <w:color w:val="555555"/>
          <w:sz w:val="20"/>
        </w:rPr>
        <w:t>[4 . 43]</w:t>
      </w:r>
    </w:p>
    <w:p>
      <w:r>
        <w:rPr>
          <w:rFonts w:ascii="Gentium Plus" w:hAnsi="Gentium Plus"/>
          <w:sz w:val="24"/>
        </w:rPr>
        <w:t>λύσις τις αὐτῶν γένηται.» Κἀν τῷ Πολιτικῷ δὲ τοιαῦτα ἔφη· «Τὸ κατὰ ταὐτὰ καὶ ὡσαύτως ἔχειν ἀεὶ καὶ ταὐτὸν εἶναι πάν‐ τως τοῖς θειοτάτοις προσήκει μόνοις, σώματος δὲ φύσις οὐ τῆς τοιαύτης τάξεως. Καὶ δὴ ὃν οὐρανὸν καὶ κόσμον ἐπωνομάκαμεν,</w:t>
      </w:r>
    </w:p>
    <w:p>
      <w:r>
        <w:rPr>
          <w:rFonts w:ascii="Courier New" w:hAnsi="Courier New"/>
          <w:color w:val="555555"/>
          <w:sz w:val="20"/>
        </w:rPr>
        <w:t>[5]</w:t>
      </w:r>
    </w:p>
    <w:p>
      <w:r>
        <w:rPr>
          <w:rFonts w:ascii="Gentium Plus" w:hAnsi="Gentium Plus"/>
          <w:sz w:val="24"/>
        </w:rPr>
        <w:t>πολλῶν μὲν καὶ μακαρίων παρὰ τοῦ πεποιηκότος μετείληφεν, ἀτὰρ οὖν δὴ κεκοινώνηκέ γε καὶ σώματος· ὅθεν αὐτῷ μεταβολῆς</w:t>
      </w:r>
    </w:p>
    <w:p>
      <w:r>
        <w:rPr>
          <w:rFonts w:ascii="Courier New" w:hAnsi="Courier New"/>
          <w:color w:val="555555"/>
          <w:sz w:val="20"/>
        </w:rPr>
        <w:t>[4 . 44]</w:t>
      </w:r>
    </w:p>
    <w:p>
      <w:r>
        <w:rPr>
          <w:rFonts w:ascii="Gentium Plus" w:hAnsi="Gentium Plus"/>
          <w:sz w:val="24"/>
        </w:rPr>
        <w:t>ἀμοίρῳ γενέσθαι διὰ παντὸς ἀδύνατον.» Αὐτοῦ δὲ πάλιν καὶ ταῦτα· «Τότε δὴ τοῦ παντὸς ὁ κυβερνήτης, οἷον πηδαλίων οἴακας ἀφέμενος, εἰς τὴν αὑτοῦ περιωπὴν ἀπέστη, τὸν δὲ κόσμον πάλιν ἀνέστρεφεν εἱμαρμένη τε καὶ ξύμφυτος ἐπιθυμία. Πάντες</w:t>
      </w:r>
    </w:p>
    <w:p>
      <w:r>
        <w:rPr>
          <w:rFonts w:ascii="Courier New" w:hAnsi="Courier New"/>
          <w:color w:val="555555"/>
          <w:sz w:val="20"/>
        </w:rPr>
        <w:t>[5]</w:t>
      </w:r>
    </w:p>
    <w:p>
      <w:r>
        <w:rPr>
          <w:rFonts w:ascii="Gentium Plus" w:hAnsi="Gentium Plus"/>
          <w:sz w:val="24"/>
        </w:rPr>
        <w:t>οὖν οἱ κατὰ τοὺς τόπους ξυνάρχοντες τῷ μεγίστῳ δαίμονι θεοί, γνόντες ἤδη τὸ γινόμενον, ἀφίεσαν αὖ τὰ μέρη τοῦ κόσμου τῆς ἑαυτῶν ἐπιμελείας· ὁ δὲ μεταστρεφόμενος καὶ ξυμβαλών, ἀρχῆς</w:t>
      </w:r>
    </w:p>
    <w:p>
      <w:r>
        <w:rPr>
          <w:rFonts w:ascii="Courier New" w:hAnsi="Courier New"/>
          <w:color w:val="555555"/>
          <w:sz w:val="20"/>
        </w:rPr>
        <w:t>[4 . 45]</w:t>
      </w:r>
    </w:p>
    <w:p>
      <w:r>
        <w:rPr>
          <w:rFonts w:ascii="Gentium Plus" w:hAnsi="Gentium Plus"/>
          <w:sz w:val="24"/>
        </w:rPr>
        <w:t>Ἐν δὲ τούτοις ξυμφέρεται μὲν ἡμῖν, ἐν οἷς τὴν τοῦ παντὸς μεταβολὴν ἔφησε, καὶ ὅτι τοῦ Θεοῦ καταλιπόντος τοὺς οἴακας, ἀφίστανται μὲν ὅσαι τῶν ἀοράτων δυνάμεων οἰκονομεῖν τινα μέρη τῆς κτίσεως ἐκελεύσθησαν, ὑπομένει δὲ τὴν ἀλλοίωσιν τὰ ὁρώ‐</w:t>
      </w:r>
    </w:p>
    <w:p>
      <w:r>
        <w:rPr>
          <w:rFonts w:ascii="Courier New" w:hAnsi="Courier New"/>
          <w:color w:val="555555"/>
          <w:sz w:val="20"/>
        </w:rPr>
        <w:t>[5]</w:t>
      </w:r>
    </w:p>
    <w:p>
      <w:r>
        <w:rPr>
          <w:rFonts w:ascii="Gentium Plus" w:hAnsi="Gentium Plus"/>
          <w:sz w:val="24"/>
        </w:rPr>
        <w:t>μενα· τὰ δέ γε ἄλλα ἐκ τοῦ τηνικάδε κατεσχηκότος ὑπομεμένηκε πλάνου, ὅτι τῆς ὕλης ἡ ξύμφυτος ἐπιθυμία τὸν κόσμον ἀνέστρεφε,</w:t>
      </w:r>
    </w:p>
    <w:p>
      <w:r>
        <w:rPr>
          <w:rFonts w:ascii="Courier New" w:hAnsi="Courier New"/>
          <w:color w:val="555555"/>
          <w:sz w:val="20"/>
        </w:rPr>
        <w:t>[4 . 46]</w:t>
      </w:r>
    </w:p>
    <w:p>
      <w:r>
        <w:rPr>
          <w:rFonts w:ascii="Gentium Plus" w:hAnsi="Gentium Plus"/>
          <w:sz w:val="24"/>
        </w:rPr>
        <w:t>κατά γε τὴν ξυγκληρωθεῖσαν ἐξ ἀρχῆς εἱμαρμένην. Ταῦτα γάρ ἐστιν ἅπερ ἐν τοῖς περὶ τῆς κτίσεως λόγοις τῷ φιλοσόφῳ μεμφό‐ μεθα· ξυνυπάρχειν γὰρ τῷ Θεῷ τὴν ὕλην καὶ οὗτος ἔφησε, καθὰ καὶ Πυθαγόρας καὶ Ἀριστοτέλης καὶ οἱ τῆς Ποικίλης ἐπώνυμοι.</w:t>
      </w:r>
    </w:p>
    <w:p>
      <w:r>
        <w:rPr>
          <w:rFonts w:ascii="Courier New" w:hAnsi="Courier New"/>
          <w:color w:val="555555"/>
          <w:sz w:val="20"/>
        </w:rPr>
        <w:t>[5]</w:t>
      </w:r>
    </w:p>
    <w:p>
      <w:r>
        <w:rPr>
          <w:rFonts w:ascii="Gentium Plus" w:hAnsi="Gentium Plus"/>
          <w:sz w:val="24"/>
        </w:rPr>
        <w:t>Καὶ τὴν ὕλην δὲ ἔστιν ὅτε πονηρὰν ὀνομάζει. Ἀκούομεν γὰρ αὐτοῦ περὶ τοῦ κόσμου λέγοντος· «Παρὰ μὲν τοῦ ξυνθέντος πάντα καλὰ κέκτηται· παρὰ δὲ τῆς ἔμπροσθεν ἕξεως, ὅσα χαλεπὰ καὶ ἄδικα ἐν οὐρανῷ γίνεται, ταῦτα ἐξ ἐκείνης αὐτός τε</w:t>
      </w:r>
    </w:p>
    <w:p>
      <w:r>
        <w:rPr>
          <w:rFonts w:ascii="Courier New" w:hAnsi="Courier New"/>
          <w:color w:val="555555"/>
          <w:sz w:val="20"/>
        </w:rPr>
        <w:t>[4 . 47]</w:t>
      </w:r>
    </w:p>
    <w:p>
      <w:r>
        <w:rPr>
          <w:rFonts w:ascii="Gentium Plus" w:hAnsi="Gentium Plus"/>
          <w:sz w:val="24"/>
        </w:rPr>
        <w:t>ἔχει καὶ τοῖς ζῴοις ἐναπεργάζεται.» Προστέθεικε δὲ καὶ ταῦτα· «Τούτων δὲ αὐτῶν τὸ σωματοειδὲς αἴτιον, τὸ τῆς πάλαι φύσεως ξύντροφον, ὅτι πολλῆς ἦν μετέχον ἀταξίας, πρὶν εἰς τὸν νῦν κόσμον ἀφικέσθαι.» Τούτοις νεμεσᾶν πάντα οἶμαι ἄνθρωπον,</w:t>
      </w:r>
    </w:p>
    <w:p>
      <w:r>
        <w:rPr>
          <w:rFonts w:ascii="Courier New" w:hAnsi="Courier New"/>
          <w:color w:val="555555"/>
          <w:sz w:val="20"/>
        </w:rPr>
        <w:t>[5]</w:t>
      </w:r>
    </w:p>
    <w:p>
      <w:r>
        <w:rPr>
          <w:rFonts w:ascii="Gentium Plus" w:hAnsi="Gentium Plus"/>
          <w:sz w:val="24"/>
        </w:rPr>
        <w:t>ὑγιᾶ γε τὸν νοῦν ἔχοντα. Διαβάλλει γὰρ ἄντικρυς τῆς ὕλης τὴν φύσιν· καὶ οὕτως αὐτῆς ἰσχυρὰν ἄγαν καὶ ἀήττητον λέγει τὴν κάκην, ὡς μηδὲ τὸν ποιητὴν δυνηθῆναι ταύτην ἐπὶ τὸ κρεῖττον μεταβαλεῖν. Διέμεινε γὰρ τῇ καχεξίᾳ χρωμένη· καὶ παρὰ τοῦ Θεοῦ δεξαμένη τὸ εἶδος, τὴν προτέραν οὐκ ἐξέβαλε πονηρίαν.</w:t>
      </w:r>
    </w:p>
    <w:p>
      <w:r>
        <w:rPr>
          <w:rFonts w:ascii="Courier New" w:hAnsi="Courier New"/>
          <w:color w:val="555555"/>
          <w:sz w:val="20"/>
        </w:rPr>
        <w:t>[10]</w:t>
      </w:r>
    </w:p>
    <w:p>
      <w:r>
        <w:rPr>
          <w:rFonts w:ascii="Gentium Plus" w:hAnsi="Gentium Plus"/>
          <w:sz w:val="24"/>
        </w:rPr>
        <w:t>Οὗ δὴ χάριν οὐ μόνον ἐν γῇ, ἀλλὰ καὶ ἐν οὐρανῷ τὰ χαλεπὰ</w:t>
      </w:r>
    </w:p>
    <w:p>
      <w:r>
        <w:rPr>
          <w:rFonts w:ascii="Courier New" w:hAnsi="Courier New"/>
          <w:color w:val="555555"/>
          <w:sz w:val="20"/>
        </w:rPr>
        <w:t>[4 . 48]</w:t>
      </w:r>
    </w:p>
    <w:p>
      <w:r>
        <w:rPr>
          <w:rFonts w:ascii="Gentium Plus" w:hAnsi="Gentium Plus"/>
          <w:sz w:val="24"/>
        </w:rPr>
        <w:t>καὶ ἄδικα δρᾷ καὶ τοῖς ζῴοις ἐναπεργάζεται. Ταῦτα τῶν ἤδη πρόσθεν εἰρημένων ἀνάξια καὶ τῆς ὑψηγορίας ἐκείνης καὶ θεολο‐ γίας ἀλλότρια καὶ τῶν χαμαιπετῶν τε καὶ περιγείων ἔκγονα λογισμῶν. Τὸ γὰρ δὴ φάναι κἀν τῷ οὐρανῷ διαμεῖναι τὴν ἀτα‐</w:t>
      </w:r>
    </w:p>
    <w:p>
      <w:r>
        <w:rPr>
          <w:rFonts w:ascii="Courier New" w:hAnsi="Courier New"/>
          <w:color w:val="555555"/>
          <w:sz w:val="20"/>
        </w:rPr>
        <w:t>[5]</w:t>
      </w:r>
    </w:p>
    <w:p>
      <w:r>
        <w:rPr>
          <w:rFonts w:ascii="Gentium Plus" w:hAnsi="Gentium Plus"/>
          <w:sz w:val="24"/>
        </w:rPr>
        <w:t>ξίαν, ὡς χαλεπά τινα καὶ ἐν αὐτῷ τολμᾶσθαι καὶ ἄδικα, τοπάζειν παρασκευάζει τὴν μὲν ὕλην ἰσχυροτάτην, ἀσθενῆ δὲ εἶναι τὸν ποιητήν. Καίτοι φησὶν αὐτὸν τὸν οὐρανὸν πρὸς τὸ νοητὸν δη‐</w:t>
      </w:r>
    </w:p>
    <w:p>
      <w:r>
        <w:rPr>
          <w:rFonts w:ascii="Courier New" w:hAnsi="Courier New"/>
          <w:color w:val="555555"/>
          <w:sz w:val="20"/>
        </w:rPr>
        <w:t>[4 . 49]</w:t>
      </w:r>
    </w:p>
    <w:p>
      <w:r>
        <w:rPr>
          <w:rFonts w:ascii="Gentium Plus" w:hAnsi="Gentium Plus"/>
          <w:sz w:val="24"/>
        </w:rPr>
        <w:t>μιουργῆσαι παράδειγμα. Λέγει δὲ οὕτως ἐν τῷ Τιμαίῳ· «Πό‐ τερον οὖν ὀρθῶς ἕνα οὐρανὸν εἰρήκαμεν, ἢ πολλοὺς καὶ ἀπείρους ἦν λέγειν ὀρθότερον; ἕνα, εἴπερ κατὰ τὸ παράδειγμα δεδη‐ μιουργημένος ἔσται.» Παράδειγμα δὲ οἶμαι λέγειν αὐτὸν ἢ</w:t>
      </w:r>
    </w:p>
    <w:p>
      <w:r>
        <w:rPr>
          <w:rFonts w:ascii="Courier New" w:hAnsi="Courier New"/>
          <w:color w:val="555555"/>
          <w:sz w:val="20"/>
        </w:rPr>
        <w:t>[5]</w:t>
      </w:r>
    </w:p>
    <w:p>
      <w:r>
        <w:rPr>
          <w:rFonts w:ascii="Gentium Plus" w:hAnsi="Gentium Plus"/>
          <w:sz w:val="24"/>
        </w:rPr>
        <w:t>τὸν Θεὸν ὡς ἕνα, ἢ τὴν ἰδέαν, ἣν ἔννοιαν εἶναι τοῦ Θεοῦ λέγει, ἢ τὸν νοητὸν οὐρανόν, ὃν ὑπέρτερον εἶναι τούτου ἡ θεία λέγει γραφή. Εἴτε δὲ τοῦτο εἴτε ἐκεῖνο λέγει παράδειγμα, ἥκιστά γε ἁρμόττει τῷ οὐρανῷ τῶν χαλεπῶν καὶ ἀδίκων ἡ πρᾶξις.</w:t>
      </w:r>
    </w:p>
    <w:p>
      <w:r>
        <w:rPr>
          <w:rFonts w:ascii="Courier New" w:hAnsi="Courier New"/>
          <w:color w:val="555555"/>
          <w:sz w:val="20"/>
        </w:rPr>
        <w:t>[4 . 50]</w:t>
      </w:r>
    </w:p>
    <w:p>
      <w:r>
        <w:rPr>
          <w:rFonts w:ascii="Gentium Plus" w:hAnsi="Gentium Plus"/>
          <w:sz w:val="24"/>
        </w:rPr>
        <w:t>Ἀλλὰ τῶν μὲν καλουμένων φιλοσόφων τοσαύτην ἔχει διαμάχην τὰ δόγματα· ὥρα δὲ λοιπὸν ἐπιδεῖξαι τῆς θείας γραφῆς τὴν εὐγένειαν καὶ τὴν τῆς κοσμογενείας ἀλήθειαν. Τοὺς μὲν γὰρ</w:t>
      </w:r>
    </w:p>
    <w:p>
      <w:r>
        <w:rPr>
          <w:rFonts w:ascii="Courier New" w:hAnsi="Courier New"/>
          <w:color w:val="555555"/>
          <w:sz w:val="20"/>
        </w:rPr>
        <w:t>[5]</w:t>
      </w:r>
    </w:p>
    <w:p>
      <w:r>
        <w:rPr>
          <w:rFonts w:ascii="Gentium Plus" w:hAnsi="Gentium Plus"/>
          <w:sz w:val="24"/>
        </w:rPr>
        <w:t>μιουργῆσαι δὲ τὰ ξύμπαντα ἔφησε τὸν Θεόν, οὐ καθάπερ οἰκο‐ δόμοι καὶ ναυπηγοὶ καὶ χαλκοτύποι καὶ χρυσοχόοι, καὶ μέντοι καὶ ὑφάνται καὶ σκυτοτόμοι καὶ οἱ ἄλλοι τεχνῖται τὰς ὕλας ἐρανι‐ ζόμενοι ταύτας εἰδοποιοῦσί τε καὶ διαγλύφουσι, καὶ τὰ ὄργανα παρ’ ἀλλήλων ἀντιλαμβάνοντες, ἀλλ’ ἅμα βουληθῆναί τε καὶ τὰ</w:t>
      </w:r>
    </w:p>
    <w:p>
      <w:r>
        <w:rPr>
          <w:rFonts w:ascii="Courier New" w:hAnsi="Courier New"/>
          <w:color w:val="555555"/>
          <w:sz w:val="20"/>
        </w:rPr>
        <w:t>[10]</w:t>
      </w:r>
    </w:p>
    <w:p>
      <w:r>
        <w:rPr>
          <w:rFonts w:ascii="Gentium Plus" w:hAnsi="Gentium Plus"/>
          <w:sz w:val="24"/>
        </w:rPr>
        <w:t>μηδαμῇ μηδαμῶς ὄντα παραγαγεῖν. Ἀπροσδεὴς γὰρ ὁ τῶν</w:t>
      </w:r>
    </w:p>
    <w:p>
      <w:r>
        <w:rPr>
          <w:rFonts w:ascii="Courier New" w:hAnsi="Courier New"/>
          <w:color w:val="555555"/>
          <w:sz w:val="20"/>
        </w:rPr>
        <w:t>[4 . 51]</w:t>
      </w:r>
    </w:p>
    <w:p>
      <w:r>
        <w:rPr>
          <w:rFonts w:ascii="Gentium Plus" w:hAnsi="Gentium Plus"/>
          <w:sz w:val="24"/>
        </w:rPr>
        <w:t>ὅλων Θεός· αἱ δὲ ἀνθρώπιναι τέχναι ἀλλήλων προσδέονται. Δεῖ‐ ται μὲν γὰρ ὁ κυβερνήτης τοῦ ναυπηγοῦ, δεῖται δὲ ὁ ναυπηγὸς καὶ ὑλοτόμου καὶ χαλκέως καὶ πιττουργοῦ καὶ στυππειοποιοῦ, δεῖται δέ γε καὶ ὁ δρυτόμος τοῦ φυτουργοῦ, καὶ αὖ πάλιν ὁ</w:t>
      </w:r>
    </w:p>
    <w:p>
      <w:r>
        <w:rPr>
          <w:rFonts w:ascii="Courier New" w:hAnsi="Courier New"/>
          <w:color w:val="555555"/>
          <w:sz w:val="20"/>
        </w:rPr>
        <w:t>[5]</w:t>
      </w:r>
    </w:p>
    <w:p>
      <w:r>
        <w:rPr>
          <w:rFonts w:ascii="Gentium Plus" w:hAnsi="Gentium Plus"/>
          <w:sz w:val="24"/>
        </w:rPr>
        <w:t>φυτουργὸς καὶ γῆς καὶ ἀρδείας καὶ φυτῶν καὶ σπερμάτων καὶ χαλκέως ἐργαζομένου σμινύην καὶ δίκελλαν, δεῖται δέ που καὶ ὁ χαλκεὺς οἰκοδόμου καὶ οἰκίσκον οἰκοδομοῦντος καὶ ξυναρμόζοντος τῷ ξύλῳ τὸν ἄκμονα καὶ ἐνείροντος τῷ ῥαιστῆρι τὸν στελεόν, καὶ πάντες δὲ ὁμοίως καὶ σκυτοτόμου καὶ ὑφάντου καὶ γηπόνου</w:t>
      </w:r>
    </w:p>
    <w:p>
      <w:r>
        <w:rPr>
          <w:rFonts w:ascii="Courier New" w:hAnsi="Courier New"/>
          <w:color w:val="555555"/>
          <w:sz w:val="20"/>
        </w:rPr>
        <w:t>[10]</w:t>
      </w:r>
    </w:p>
    <w:p>
      <w:r>
        <w:rPr>
          <w:rFonts w:ascii="Gentium Plus" w:hAnsi="Gentium Plus"/>
          <w:sz w:val="24"/>
        </w:rPr>
        <w:t>προσδέονται, ἵνα τὸ σῶμα καὶ τρέφωσι καὶ καλύπτωσι, κἀκεῖνοι δ’ αὖ πάλιν τῆς τούτου γε ἐξήρτηνται τέχνης, ἵν’ ἑκάστῳ τὰ</w:t>
      </w:r>
    </w:p>
    <w:p>
      <w:r>
        <w:rPr>
          <w:rFonts w:ascii="Courier New" w:hAnsi="Courier New"/>
          <w:color w:val="555555"/>
          <w:sz w:val="20"/>
        </w:rPr>
        <w:t>[4 . 52]</w:t>
      </w:r>
    </w:p>
    <w:p>
      <w:r>
        <w:rPr>
          <w:rFonts w:ascii="Gentium Plus" w:hAnsi="Gentium Plus"/>
          <w:sz w:val="24"/>
        </w:rPr>
        <w:t>ὄργανα παράσχῃ τὰ πρόσφορα. Ὁ δὲ τοῦ παντὸς ποιητὴς οὔτε ὀργάνων οὔτε ὕλης δεδέηται· ἀλλ’ ὅπερ ἐστὶ τοῖς ἄλλοις τεχνί‐ ταις καὶ ὕλη καὶ ὄργανα, καὶ μέντοι καὶ χρόνος καὶ πόνος καὶ ἐπιστήμη καὶ ἐπιμέλεια, τοῦτο τῷ Θεῷ τῶν ὅλων ἡ βούλησις·</w:t>
      </w:r>
    </w:p>
    <w:p>
      <w:r>
        <w:rPr>
          <w:rFonts w:ascii="Courier New" w:hAnsi="Courier New"/>
          <w:color w:val="555555"/>
          <w:sz w:val="20"/>
        </w:rPr>
        <w:t>[5]</w:t>
      </w:r>
    </w:p>
    <w:p>
      <w:r>
        <w:rPr>
          <w:rFonts w:ascii="Gentium Plus" w:hAnsi="Gentium Plus"/>
          <w:sz w:val="24"/>
        </w:rPr>
        <w:t>«Πάντα γάρ, ὅσα ἠθέλησεν, ὁ Κύριος ἐποίησεν ἐν τῷ οὐρανῷ καὶ ἐν τῇ γῇ, ἐν ταῖς θαλάσσαις καὶ ἐν πάσαις ταῖς ἀβύσσοις»,</w:t>
      </w:r>
    </w:p>
    <w:p>
      <w:r>
        <w:rPr>
          <w:rFonts w:ascii="Courier New" w:hAnsi="Courier New"/>
          <w:color w:val="555555"/>
          <w:sz w:val="20"/>
        </w:rPr>
        <w:t>[4 . 53]</w:t>
      </w:r>
    </w:p>
    <w:p>
      <w:r>
        <w:rPr>
          <w:rFonts w:ascii="Gentium Plus" w:hAnsi="Gentium Plus"/>
          <w:sz w:val="24"/>
        </w:rPr>
        <w:t>ᾗ φασιν οἱ ἱεροὶ λόγοι. Ἠθέλησε δὲ οὐχ ὅσα ἠδύνατο, ἀλλ’ ὅσαπερ ἀρκεῖν ἐδοκίμασεν. Ῥᾴδιον μὲν γὰρ ἦν αὐτῷ καὶ μυρίους καὶ δισμυρίους δημιουργῆσαι κόσμους, εἴπερ δὴ ἄρα τὸ βουλη‐ θῆναι ῥᾷστον ἁπάντων τῶν ποιητέων ἐστίν. Καὶ γὰρ ἡμῖν τὸ</w:t>
      </w:r>
    </w:p>
    <w:p>
      <w:r>
        <w:rPr>
          <w:rFonts w:ascii="Courier New" w:hAnsi="Courier New"/>
          <w:color w:val="555555"/>
          <w:sz w:val="20"/>
        </w:rPr>
        <w:t>[5]</w:t>
      </w:r>
    </w:p>
    <w:p>
      <w:r>
        <w:rPr>
          <w:rFonts w:ascii="Gentium Plus" w:hAnsi="Gentium Plus"/>
          <w:sz w:val="24"/>
        </w:rPr>
        <w:t>βουληθῆναι πάντων ἐστὶν εὐμαρέστατον, ἀλλ’ οὐ ξυμπαρομαρτεῖ</w:t>
      </w:r>
    </w:p>
    <w:p>
      <w:r>
        <w:rPr>
          <w:rFonts w:ascii="Courier New" w:hAnsi="Courier New"/>
          <w:color w:val="555555"/>
          <w:sz w:val="20"/>
        </w:rPr>
        <w:t>[4 . 54]</w:t>
      </w:r>
    </w:p>
    <w:p>
      <w:r>
        <w:rPr>
          <w:rFonts w:ascii="Gentium Plus" w:hAnsi="Gentium Plus"/>
          <w:sz w:val="24"/>
        </w:rPr>
        <w:t>μιούργησεν. Καὶ ἐπειδὴ τῶν γεγονότων τὰ μέν ἐστιν αἰσθητά, τὰ δὲ νοητά, καὶ τὰ μὲν ἐπίγεια, τὰ δὲ ὑπερουράνια, ἀναγκαίως καὶ ζῷα πεποίηκε τὰ μὲν αἰσθητά, τὰ δὲ νοητά· καὶ τοῖς μὲν νοη‐ τοῖς τὸν αἰθέρα καὶ τὸν οὐρανὸν ἀπεκλήρωσε, τοῖς δὲ αἰσθητοῖς</w:t>
      </w:r>
    </w:p>
    <w:p>
      <w:r>
        <w:rPr>
          <w:rFonts w:ascii="Courier New" w:hAnsi="Courier New"/>
          <w:color w:val="555555"/>
          <w:sz w:val="20"/>
        </w:rPr>
        <w:t>[4 . 55]</w:t>
      </w:r>
    </w:p>
    <w:p>
      <w:r>
        <w:rPr>
          <w:rFonts w:ascii="Gentium Plus" w:hAnsi="Gentium Plus"/>
          <w:sz w:val="24"/>
        </w:rPr>
        <w:t>τὴν γῆν δέδωκε καὶ τὴν θάλατταν ἐνδιαίτημα. Ἐπειδὴ δὲ τῶν νοητῶν τινες εἰς κακίαν ἀπέκλιναν, ἐξηλάθησαν εἰκότως τῶν οὐρανίων χώρων, καὶ τὴν ἐν τῷ ἀέρι καὶ τῇ γῇ διατριβὴν αὐτοῖς ἀπεκλήρωσεν, οὐχ ἵνα ἐπιτελῶσιν, ὅσαπερ ἂν τοῖς ἀνθρώποις</w:t>
      </w:r>
    </w:p>
    <w:p>
      <w:r>
        <w:rPr>
          <w:rFonts w:ascii="Courier New" w:hAnsi="Courier New"/>
          <w:color w:val="555555"/>
          <w:sz w:val="20"/>
        </w:rPr>
        <w:t>[5]</w:t>
      </w:r>
    </w:p>
    <w:p>
      <w:r>
        <w:rPr>
          <w:rFonts w:ascii="Gentium Plus" w:hAnsi="Gentium Plus"/>
          <w:sz w:val="24"/>
        </w:rPr>
        <w:t>ἐπιβουλεύειν ἐπιχειρῶσιν—ἐπέχει γὰρ δήπου τοῦτο ποιεῖν ἡ τῶν ἀγγέλων φρουρά—, ἀλλ’ ἵνα τῇ μεταστάσει μάθωσιν, ἡλίκων πρόξενος ἡ πονηρία κακῶν.</w:t>
      </w:r>
    </w:p>
    <w:p>
      <w:r>
        <w:rPr>
          <w:rFonts w:ascii="Courier New" w:hAnsi="Courier New"/>
          <w:color w:val="555555"/>
          <w:sz w:val="20"/>
        </w:rPr>
        <w:t>[4 . 56]</w:t>
      </w:r>
    </w:p>
    <w:p>
      <w:r>
        <w:rPr>
          <w:rFonts w:ascii="Gentium Plus" w:hAnsi="Gentium Plus"/>
          <w:sz w:val="24"/>
        </w:rPr>
        <w:t>Ἐπειδὴ δὲ διχῇ τὰ αἰσθητὰ διέκρινε γένη καὶ τὰ μὲν λογικὰ πεποίηκε, τὰ δὲ ἄλογα, ὑπέταξε τῷ λογικῷ ζῴῳ τῶν ἀλόγων τὴν φύσιν. Τυραννεῖ δὲ ὅμως τινὰ τούτων καὶ στασιάζει πρὸς τὴν ἀρχὴν καὶ ἐπιβουλεύειν πειρᾶται· ἐπειδὴ δὲ καὶ οἱ τούτων ἄρχον‐</w:t>
      </w:r>
    </w:p>
    <w:p>
      <w:r>
        <w:rPr>
          <w:rFonts w:ascii="Courier New" w:hAnsi="Courier New"/>
          <w:color w:val="555555"/>
          <w:sz w:val="20"/>
        </w:rPr>
        <w:t>[5]</w:t>
      </w:r>
    </w:p>
    <w:p>
      <w:r>
        <w:rPr>
          <w:rFonts w:ascii="Gentium Plus" w:hAnsi="Gentium Plus"/>
          <w:sz w:val="24"/>
        </w:rPr>
        <w:t>τες ταὐτὸ τοῦτο δρῶσι, καὶ λόγῳ τιμηθέντες κατὰ τοῦ πεποιηκότος λυττῶσι, διὰ δὴ τοῦτο καὶ αὐτοὶ στασιάζονται, ὅπως δι’ ὧν πάσχουσι μάθωσιν, ὡς σχέτλιον καὶ παμπόνηρον τὸ παραβαίνειν</w:t>
      </w:r>
    </w:p>
    <w:p>
      <w:r>
        <w:rPr>
          <w:rFonts w:ascii="Courier New" w:hAnsi="Courier New"/>
          <w:color w:val="555555"/>
          <w:sz w:val="20"/>
        </w:rPr>
        <w:t>[4 . 57]</w:t>
      </w:r>
    </w:p>
    <w:p>
      <w:r>
        <w:rPr>
          <w:rFonts w:ascii="Gentium Plus" w:hAnsi="Gentium Plus"/>
          <w:sz w:val="24"/>
        </w:rPr>
        <w:t>τὴν τάξιν καὶ τοὺς κειμένους ὅρους ἀδεῶς ὑπερβαίνειν. Τούτους δὲ τοὺς ὅρους ἔστιν ἰδεῖν τὰ ἄψυχα στοιχεῖα φυλάττοντα. Καὶ γὰρ ἡ θάλαττα ταῖς καταιγίσι ῥιπιζομένη καὶ κυκωμένη καὶ πρὸς τὴν χέρσον ὠθουμένη τὴν ψάμμον αἰσχύνεται καὶ τοὺς πεπηγότας</w:t>
      </w:r>
    </w:p>
    <w:p>
      <w:r>
        <w:rPr>
          <w:rFonts w:ascii="Courier New" w:hAnsi="Courier New"/>
          <w:color w:val="555555"/>
          <w:sz w:val="20"/>
        </w:rPr>
        <w:t>[5]</w:t>
      </w:r>
    </w:p>
    <w:p>
      <w:r>
        <w:rPr>
          <w:rFonts w:ascii="Gentium Plus" w:hAnsi="Gentium Plus"/>
          <w:sz w:val="24"/>
        </w:rPr>
        <w:t>ὅρους παρελθεῖν οὐκ ἀνέχεται· ἀλλά, καθάπερ ἵππος ὁρμῶν ἀνα‐</w:t>
      </w:r>
    </w:p>
    <w:p>
      <w:r>
        <w:rPr>
          <w:rFonts w:ascii="Courier New" w:hAnsi="Courier New"/>
          <w:color w:val="555555"/>
          <w:sz w:val="20"/>
        </w:rPr>
        <w:t>[4 . 58]</w:t>
      </w:r>
    </w:p>
    <w:p>
      <w:r>
        <w:rPr>
          <w:rFonts w:ascii="Gentium Plus" w:hAnsi="Gentium Plus"/>
          <w:sz w:val="24"/>
        </w:rPr>
        <w:t>μένη. Οὕτως οἱ ποταμοὶ τρέχουσιν ὥσπερ ἐτάχθησαν ἐξ ἀρχῆς, καὶ ἀναβλύζουσιν αἱ πηγαί, καὶ τὰ φρέατα χορηγεῖ τοῖς ἀνθρώποις τὴν χρείαν, καὶ αἱ τοῦ ἔτους ὧραι ἀλλήλας εὐρύθμως διαδέχονται,</w:t>
      </w:r>
    </w:p>
    <w:p>
      <w:r>
        <w:rPr>
          <w:rFonts w:ascii="Courier New" w:hAnsi="Courier New"/>
          <w:color w:val="555555"/>
          <w:sz w:val="20"/>
        </w:rPr>
        <w:t>[4 . 59]</w:t>
      </w:r>
    </w:p>
    <w:p>
      <w:r>
        <w:rPr>
          <w:rFonts w:ascii="Gentium Plus" w:hAnsi="Gentium Plus"/>
          <w:sz w:val="24"/>
        </w:rPr>
        <w:t>καὶ τὴν ἰσότητα τιμῶσαι τοῦ πλείονος οὐκ ἐφίενται. Τοῦτον τὸν νόμον καὶ ἡμέραι καὶ νύκτες διατηροῦσιν ἐνδελεχῶς, καὶ οὔτε μηκυνόμεναι μεγαλαυχοῦσιν οὔτε σμικρυνόμεναι δυσχεραίνουσιν, ἀλλὰ παρ’ ἀλλήλων τὸν χρόνον κιχρώμεναι πάλιν ἀναμφισβητή‐</w:t>
      </w:r>
    </w:p>
    <w:p>
      <w:r>
        <w:rPr>
          <w:rFonts w:ascii="Courier New" w:hAnsi="Courier New"/>
          <w:color w:val="555555"/>
          <w:sz w:val="20"/>
        </w:rPr>
        <w:t>[5]</w:t>
      </w:r>
    </w:p>
    <w:p>
      <w:r>
        <w:rPr>
          <w:rFonts w:ascii="Gentium Plus" w:hAnsi="Gentium Plus"/>
          <w:sz w:val="24"/>
        </w:rPr>
        <w:t>τως τὸ χρέος ἐκτίνουσιν, οὐ ζυγομαχοῦσαι πρὸς ἀλλήλας, ἀλλ’ ἔριδος δίχα καὶ παρέχουσαι καὶ λαμβάνουσαι.</w:t>
      </w:r>
    </w:p>
    <w:p>
      <w:r>
        <w:rPr>
          <w:rFonts w:ascii="Courier New" w:hAnsi="Courier New"/>
          <w:color w:val="555555"/>
          <w:sz w:val="20"/>
        </w:rPr>
        <w:t>[4 . 60]</w:t>
      </w:r>
    </w:p>
    <w:p>
      <w:r>
        <w:rPr>
          <w:rFonts w:ascii="Gentium Plus" w:hAnsi="Gentium Plus"/>
          <w:sz w:val="24"/>
        </w:rPr>
        <w:t>Κἀκεῖνα δὲ ὁμοίως τοῦ δημιουργοῦ τὴν σοφίαν ἐπιδεικνύει καὶ δύναμιν. Οὔτε γὰρ ἡ γῆ ἐν τοσαύταις δὴ χιλιάσιν ἐτῶν ἀρουμένη καὶ σπειρομένη καὶ φυτευομένη καὶ τρέφουσα τοὺς καρποὺς καὶ πατουμένη καὶ μεταλλευομένη καὶ ὑομένη καὶ νιφομένη καὶ φλεγο‐</w:t>
      </w:r>
    </w:p>
    <w:p>
      <w:r>
        <w:rPr>
          <w:rFonts w:ascii="Courier New" w:hAnsi="Courier New"/>
          <w:color w:val="555555"/>
          <w:sz w:val="20"/>
        </w:rPr>
        <w:t>[5]</w:t>
      </w:r>
    </w:p>
    <w:p>
      <w:r>
        <w:rPr>
          <w:rFonts w:ascii="Gentium Plus" w:hAnsi="Gentium Plus"/>
          <w:sz w:val="24"/>
        </w:rPr>
        <w:t>μένη, μείωσίν τινα πέπονθεν ἢ τοὺς καρποὺς ἐλάττους τοῖς γεωρ‐ γοῦσι προσφέρει, οὔτε ἡ θάλαττα, τῶν νεφῶν διηνεκῶς ἐκεῖθεν ἀνιμωμένων τῶν ὑδάτων τὴν φύσιν, καὶ τὸν ὑετὸν ὠδινόντων καὶ παρεχόντων τῇ γῇ, ἐλάττων ὤφθη πώποτε ἢ κοιλοτέρα ἐγένετο ἢ τὰς ἠϊόνας κατέλιπεν, ἃς πάλαι κατέκρυπτεν, οὔτε μὴν ηὐξήθη</w:t>
      </w:r>
    </w:p>
    <w:p>
      <w:r>
        <w:rPr>
          <w:rFonts w:ascii="Courier New" w:hAnsi="Courier New"/>
          <w:color w:val="555555"/>
          <w:sz w:val="20"/>
        </w:rPr>
        <w:t>[4 . 61]</w:t>
      </w:r>
    </w:p>
    <w:p>
      <w:r>
        <w:rPr>
          <w:rFonts w:ascii="Gentium Plus" w:hAnsi="Gentium Plus"/>
          <w:sz w:val="24"/>
        </w:rPr>
        <w:t>πάλιν, τοὺς πανταχόθεν εἰσρέοντας ποταμοὺς δεχομένη. Καὶ οὔτι λέγω, πόθεν δὴ ἄρα τῶν ποταμῶν τὰ ῥεύματα φέρεται—ἄρρητος γὰρ δή μοι πάμπαν καὶ οὗτος ὁ λόγος· ὅπως δὲ καὶ ὁ ἥλιος τὴν ὑγρὰν οὐσίαν πέφυκεν ἀναλίσκειν, εὐπετὲς μάλα τῷ βουλομένῳ</w:t>
      </w:r>
    </w:p>
    <w:p>
      <w:r>
        <w:rPr>
          <w:rFonts w:ascii="Courier New" w:hAnsi="Courier New"/>
          <w:color w:val="555555"/>
          <w:sz w:val="20"/>
        </w:rPr>
        <w:t>[5]</w:t>
      </w:r>
    </w:p>
    <w:p>
      <w:r>
        <w:rPr>
          <w:rFonts w:ascii="Gentium Plus" w:hAnsi="Gentium Plus"/>
          <w:sz w:val="24"/>
        </w:rPr>
        <w:t>καταμαθεῖν. Καὶ γὰρ δὴ ξηραίνει τὰ τέλματα καὶ τὰ τῶν ὑδάτων ἀναλίσκει ξυστήματα καὶ τὰ ἡμέτερα σώματα διαυαίνει, καὶ μέντοι</w:t>
      </w:r>
    </w:p>
    <w:p>
      <w:r>
        <w:rPr>
          <w:rFonts w:ascii="Courier New" w:hAnsi="Courier New"/>
          <w:color w:val="555555"/>
          <w:sz w:val="20"/>
        </w:rPr>
        <w:t>[4 . 62]</w:t>
      </w:r>
    </w:p>
    <w:p>
      <w:r>
        <w:rPr>
          <w:rFonts w:ascii="Gentium Plus" w:hAnsi="Gentium Plus"/>
          <w:sz w:val="24"/>
        </w:rPr>
        <w:t>νότια ἐπὶ τὰ βόρεια μέρη τρέχῃ καὶ τὸ θέρος ἐργάζηται. Διά τοι τοῦτο καὶ τὸν Νεϊλόν φασιν οὐ κατὰ τὸν αὐτὸν τοῖς ἄλλοις ποτα‐ μοῖς πλημμυρεῖν καιρόν, ἀλλὰ μεσοῦντος τοῦ θέρους ἐπικλύζειν τὴν Αἴγυπτον, ὡς τοῦ γε ἡλίου τὴν βορειοτέραν διαθέοντος ζώνην,</w:t>
      </w:r>
    </w:p>
    <w:p>
      <w:r>
        <w:rPr>
          <w:rFonts w:ascii="Courier New" w:hAnsi="Courier New"/>
          <w:color w:val="555555"/>
          <w:sz w:val="20"/>
        </w:rPr>
        <w:t>[5]</w:t>
      </w:r>
    </w:p>
    <w:p>
      <w:r>
        <w:rPr>
          <w:rFonts w:ascii="Gentium Plus" w:hAnsi="Gentium Plus"/>
          <w:sz w:val="24"/>
        </w:rPr>
        <w:t>καὶ τοῖς ἄλλοις μὲν ποταμοῖς ἐνοχλοῦντος, τούτου δέ γε πλεῖ‐ στον ἀπέχοντος. Εἰ δὲ καὶ ἄλλας αἰτίας τῆς τούτου γε πλημ‐ μύρας εἶναί φασί τινες, ἀλλ’ οὐκ ἔμοιγε ἁρμόττειν τόνδε νῦν τὸν λόγον ὑπείληφα. Καὶ γὰρ τοῖς ἄλλοις παρεγγυῶ τῆς μὲν θείας οἰκονομίας μὴ πολυπραγμονεῖν τὰς αἰτίας, θαυμάζειν δὲ τὰ γινό‐</w:t>
      </w:r>
    </w:p>
    <w:p>
      <w:r>
        <w:rPr>
          <w:rFonts w:ascii="Courier New" w:hAnsi="Courier New"/>
          <w:color w:val="555555"/>
          <w:sz w:val="20"/>
        </w:rPr>
        <w:t>[10]</w:t>
      </w:r>
    </w:p>
    <w:p>
      <w:r>
        <w:rPr>
          <w:rFonts w:ascii="Gentium Plus" w:hAnsi="Gentium Plus"/>
          <w:sz w:val="24"/>
        </w:rPr>
        <w:t>μενα καὶ τὸν ποιητὴν ἀνυμνεῖν.</w:t>
      </w:r>
    </w:p>
    <w:p>
      <w:r>
        <w:rPr>
          <w:rFonts w:ascii="Courier New" w:hAnsi="Courier New"/>
          <w:color w:val="555555"/>
          <w:sz w:val="20"/>
        </w:rPr>
        <w:t>[4 . 63]</w:t>
      </w:r>
    </w:p>
    <w:p>
      <w:r>
        <w:rPr>
          <w:rFonts w:ascii="Gentium Plus" w:hAnsi="Gentium Plus"/>
          <w:sz w:val="24"/>
        </w:rPr>
        <w:t>Διὸ δὴ καὶ ἔγωγε θαυμάζω καὶ τοῦ ἀέρος μὴ δαπανωμένην τὴν φύσιν, τοσούτων μὲν ἀνθρώπων, τοσούτων δὲ ἀλόγων ζῴων διαπνεόντων τοῦτον διηνεκῶς, τοσαύτης δὲ ἀκτῖνος καὶ οὕτως ἄγαν θερμῆς τοῦτον διαπερώσης, πρὸς δὲ τῷ ἡλίῳ καὶ τῆς σελήνης καὶ</w:t>
      </w:r>
    </w:p>
    <w:p>
      <w:r>
        <w:rPr>
          <w:rFonts w:ascii="Courier New" w:hAnsi="Courier New"/>
          <w:color w:val="555555"/>
          <w:sz w:val="20"/>
        </w:rPr>
        <w:t>[4 . 64]</w:t>
      </w:r>
    </w:p>
    <w:p>
      <w:r>
        <w:rPr>
          <w:rFonts w:ascii="Gentium Plus" w:hAnsi="Gentium Plus"/>
          <w:sz w:val="24"/>
        </w:rPr>
        <w:t>τῶν ἀστέρων ταὐτό γε τοῦτο ποιούντων. Ἀλλὰ γὰρ ὑπὲρ θαῦμα τὸ θαῦμα· καὶ κινδυνεύω γε λέγειν, ὡς οὐδὲ θαῦμα τὸ θαῦμα. Θεοῦ γὰρ δημιουργοῦντος, προσήκει θαυμάζειν μὲν ὡς ἥκιστα, ὑμνεῖν δὲ ὡς μάλιστα· πάντα γὰρ αὐτῷ ῥᾴδιον ποιεῖν, ὅσα γε αὐτῷ</w:t>
      </w:r>
    </w:p>
    <w:p>
      <w:r>
        <w:rPr>
          <w:rFonts w:ascii="Courier New" w:hAnsi="Courier New"/>
          <w:color w:val="555555"/>
          <w:sz w:val="20"/>
        </w:rPr>
        <w:t>[5]</w:t>
      </w:r>
    </w:p>
    <w:p>
      <w:r>
        <w:rPr>
          <w:rFonts w:ascii="Gentium Plus" w:hAnsi="Gentium Plus"/>
          <w:sz w:val="24"/>
        </w:rPr>
        <w:t>πρόσφορα. Ἐναπέθετο δὲ καὶ οἷς δεδημιούργηκεν, εἰς ὅσον ταῦτα ξυνεστάναι βούλεται χρόνον, δύναμιν ἀποχρῶσαν. Διά τοι τοῦτο καὶ ἡ γῆ μεμένηκεν, οἵαπερ ἐξ ἀρχῆς ἐγεγόνει, καὶ ἡ θάλαττα οὔτε σμικρύνεται οὔτε αὔξεται, καὶ ὁ ἀὴρ ἣν ἐξ ἀρχῆς ἔλαχε φύσιν, ἄσυλον διετήρησε, καὶ ὁ ἥλιος δὲ τήκειν οὐ δύναται καὶ</w:t>
      </w:r>
    </w:p>
    <w:p>
      <w:r>
        <w:rPr>
          <w:rFonts w:ascii="Courier New" w:hAnsi="Courier New"/>
          <w:color w:val="555555"/>
          <w:sz w:val="20"/>
        </w:rPr>
        <w:t>[10]</w:t>
      </w:r>
    </w:p>
    <w:p>
      <w:r>
        <w:rPr>
          <w:rFonts w:ascii="Gentium Plus" w:hAnsi="Gentium Plus"/>
          <w:sz w:val="24"/>
        </w:rPr>
        <w:t>διαλύειν, ὃ διαθέει στερέωμα, οὔτε μὴν τὸ στερέωμα, ὑγρὸν ὄν, θερμὸν ὄντα τὸν ἥλιον σβέννυσιν· ἕκαστον γάρ, ὃν ἐξ ἀρχῆς ἔλαχε, διεφύλαξε κλῆρον. Τὰς γὰρ ἐναντίας φύσεις ὑγροῦ καὶ ξηροῦ, καὶ αὖ πάλιν ψυχροῦ καὶ θερμοῦ, ξυνήγαγεν εἰς φιλίαν ὁ</w:t>
      </w:r>
    </w:p>
    <w:p>
      <w:r>
        <w:rPr>
          <w:rFonts w:ascii="Courier New" w:hAnsi="Courier New"/>
          <w:color w:val="555555"/>
          <w:sz w:val="20"/>
        </w:rPr>
        <w:t>[4 . 65]</w:t>
      </w:r>
    </w:p>
    <w:p>
      <w:r>
        <w:rPr>
          <w:rFonts w:ascii="Gentium Plus" w:hAnsi="Gentium Plus"/>
          <w:sz w:val="24"/>
        </w:rPr>
        <w:t>ποιητής. Ὅταν τοίνυν τούτων ἕκαστον ἴδωμεν, καὶ τὸν μὲν ἥλιον</w:t>
      </w:r>
    </w:p>
    <w:p>
      <w:r>
        <w:rPr>
          <w:rFonts w:ascii="Courier New" w:hAnsi="Courier New"/>
          <w:color w:val="555555"/>
          <w:sz w:val="20"/>
        </w:rPr>
        <w:t>[5]</w:t>
      </w:r>
    </w:p>
    <w:p>
      <w:r>
        <w:rPr>
          <w:rFonts w:ascii="Gentium Plus" w:hAnsi="Gentium Plus"/>
          <w:sz w:val="24"/>
        </w:rPr>
        <w:t>καιρὸν καὶ σπόρου σημαίνοντας καὶ τοῖς ναυτιλλομένοις χειμῶνα καὶ γαλήνην μηνύοντας, μὴ ταῦτά γε, ὦ φίλοι ἄνδρες, θεοποιή‐ σωμεν, ἀλλὰ τὸν τούτων ποιητὴν καὶ δημιουργὸν καὶ κυβερνήτην ἀνυμνήσωμεν καὶ διὰ τῶν ὁρωμένων πρὸς τὸν ἀόρατον ἐκδημή‐</w:t>
      </w:r>
    </w:p>
    <w:p>
      <w:r>
        <w:rPr>
          <w:rFonts w:ascii="Courier New" w:hAnsi="Courier New"/>
          <w:color w:val="555555"/>
          <w:sz w:val="20"/>
        </w:rPr>
        <w:t>[4 . 66]</w:t>
      </w:r>
    </w:p>
    <w:p>
      <w:r>
        <w:rPr>
          <w:rFonts w:ascii="Gentium Plus" w:hAnsi="Gentium Plus"/>
          <w:sz w:val="24"/>
        </w:rPr>
        <w:t>σωμεν. Ἀλλὰ γὰρ οὐκ ἐκδημίας ἡμῖν ἀλλὰ πίστεως χρεία· διὰ ταύτης γὰρ μόνης ἰδεῖν ἐκεῖνον δυνάμεθα. Ὅταν ἴδωμεν εἰς καιρὸν τὰς ὥρας μεταβαινούσας, καὶ τὸν ὑετὸν τῇ γῇ χορηγού‐ μενον, καὶ ταύτην φύουσαν καὶ τῇ πόᾳ καλυπτομένην, καὶ τὰ</w:t>
      </w:r>
    </w:p>
    <w:p>
      <w:r>
        <w:rPr>
          <w:rFonts w:ascii="Courier New" w:hAnsi="Courier New"/>
          <w:color w:val="555555"/>
          <w:sz w:val="20"/>
        </w:rPr>
        <w:t>[5]</w:t>
      </w:r>
    </w:p>
    <w:p>
      <w:r>
        <w:rPr>
          <w:rFonts w:ascii="Gentium Plus" w:hAnsi="Gentium Plus"/>
          <w:sz w:val="24"/>
        </w:rPr>
        <w:t>λήϊα κυμαίνοντα καὶ τοὺς λειμῶνας ἀνθοῦντας, καὶ κομῶντα τὰ ἄλση καὶ βρίθοντα τῷ καρπῷ, κινήσωμεν εἰς ὑμνῳδίαν τοῦ ταῦτα δεδωρημένου τὴν γλῶτταν, καὶ μήτε Νύμφας ὀρεστιάδας ἢ πηγαίας ἢ ποταμίας, μήτε τὰς Νηρέως θεοποιήσωμεν θυγατέρας, μήτε τῇ Δηοῖ τὸν ἴουλον ᾄσωμεν ἢ τὸν λιτυέρσαν, μὴ Διονύσῳ</w:t>
      </w:r>
    </w:p>
    <w:p>
      <w:r>
        <w:rPr>
          <w:rFonts w:ascii="Courier New" w:hAnsi="Courier New"/>
          <w:color w:val="555555"/>
          <w:sz w:val="20"/>
        </w:rPr>
        <w:t>[10]</w:t>
      </w:r>
    </w:p>
    <w:p>
      <w:r>
        <w:rPr>
          <w:rFonts w:ascii="Gentium Plus" w:hAnsi="Gentium Plus"/>
          <w:sz w:val="24"/>
        </w:rPr>
        <w:t>τὸν διθύραμβον, μὴ τῷ Πυθίῳ μάντει τὸν παιᾶνα, μὴ τῇ Ἀρτέμιδι τὸν οὔπιγγον· ἀλλὰ τῷ ποιητῇ τῶν ὅλων τὴν Δαυι‐ τικὴν προσενέγκωμεν μελῳδίαν καὶ μετ’ ἐκείνου βοήσωμεν· «Ὡς ἐμεγαλύνθη τὰ ἔργα σου, Κύριε· πάντα ἐν σοφίᾳ ἐποίη‐</w:t>
      </w:r>
    </w:p>
    <w:p>
      <w:r>
        <w:rPr>
          <w:rFonts w:ascii="Courier New" w:hAnsi="Courier New"/>
          <w:color w:val="555555"/>
          <w:sz w:val="20"/>
        </w:rPr>
        <w:t>[4 . 67]</w:t>
      </w:r>
    </w:p>
    <w:p>
      <w:r>
        <w:rPr>
          <w:rFonts w:ascii="Gentium Plus" w:hAnsi="Gentium Plus"/>
          <w:sz w:val="24"/>
        </w:rPr>
        <w:t>σας.» Ὅταν ᾠδικῶν ὀρνίθων ἀκούσωμεν ποικίλα γε ᾀδόντων ᾄσματα καὶ διάφορα, καὶ τεττίγων τερετιζόντων, ἐρρῶσθαι φράσαντες Σειρῆσι καὶ Μούσαις, τὸν πάνσοφον καὶ παναλκῆ Θεὸν προσκυνήσωμεν, τὸν καὶ τοῖς μικροῖς πτηνοῖς τοσαύτην</w:t>
      </w:r>
    </w:p>
    <w:p>
      <w:r>
        <w:rPr>
          <w:rFonts w:ascii="Courier New" w:hAnsi="Courier New"/>
          <w:color w:val="555555"/>
          <w:sz w:val="20"/>
        </w:rPr>
        <w:t>[5]</w:t>
      </w:r>
    </w:p>
    <w:p>
      <w:r>
        <w:rPr>
          <w:rFonts w:ascii="Gentium Plus" w:hAnsi="Gentium Plus"/>
          <w:sz w:val="24"/>
        </w:rPr>
        <w:t>μέλους δωρησάμενον ἁρμονίαν καὶ διὰ πάντων καὶ τρέφοντα καὶ τέρποντα καὶ καταθέλγοντα τῶν ἀνθρώπων τὸ γένος.</w:t>
      </w:r>
    </w:p>
    <w:p>
      <w:r>
        <w:rPr>
          <w:rFonts w:ascii="Courier New" w:hAnsi="Courier New"/>
          <w:color w:val="555555"/>
          <w:sz w:val="20"/>
        </w:rPr>
        <w:t>[4 . 68]</w:t>
      </w:r>
    </w:p>
    <w:p>
      <w:r>
        <w:rPr>
          <w:rFonts w:ascii="Gentium Plus" w:hAnsi="Gentium Plus"/>
          <w:sz w:val="24"/>
        </w:rPr>
        <w:t>Ταῦτα ταῖς τῶν φιλοσόφων, ὦ φίλοι ἄνδρες, παρεξετάσατε</w:t>
      </w:r>
    </w:p>
    <w:p>
      <w:r>
        <w:rPr>
          <w:rFonts w:ascii="Courier New" w:hAnsi="Courier New"/>
          <w:color w:val="555555"/>
          <w:sz w:val="20"/>
        </w:rPr>
        <w:t>[5]</w:t>
      </w:r>
    </w:p>
    <w:p>
      <w:r>
        <w:rPr>
          <w:rFonts w:ascii="Gentium Plus" w:hAnsi="Gentium Plus"/>
          <w:sz w:val="24"/>
        </w:rPr>
        <w:t>ἀτόμων καὶ τοῦ κενοῦ ξυναρμοσθῆναι, ἢ τὸ ὑπὸ Θεοῦ μέν, ἐκ δὲ τῆς ὕλης γενέσθαι, ἢ τούτων μὲν ἕκαστον περὶ Θεοῦ λέγειν ἀνόσιον, ἐκεῖνο δέ γε εἰκός τε καὶ ἀληθές, ὡς τῶν ὅλων ποιητὴς ὁ Θεός, οὐ τοῖς ἄλλοις τεχνίταις παραπλησίως ἐξ ὕλης τὰ πάντα δημιουργήσας, ἀλλ’ αὐτὸς τὰ πάντα μὴ ὄντα παραγαγὼν καὶ</w:t>
      </w:r>
    </w:p>
    <w:p>
      <w:r>
        <w:rPr>
          <w:rFonts w:ascii="Courier New" w:hAnsi="Courier New"/>
          <w:color w:val="555555"/>
          <w:sz w:val="20"/>
        </w:rPr>
        <w:t>[4 . 69]</w:t>
      </w:r>
    </w:p>
    <w:p>
      <w:r>
        <w:rPr>
          <w:rFonts w:ascii="Gentium Plus" w:hAnsi="Gentium Plus"/>
          <w:sz w:val="24"/>
        </w:rPr>
        <w:t>παρασχεῖν ἐθελήσας τοῖς μὴ οὖσι τὸ εἶναι. Ῥᾴδιον γὰρ αὐτῷ καὶ ἐκ μὴ ὄντων καὶ ἐξ ὄντων δημιουργεῖν· τοῦτο γὰρ δὴ καὶ πάλαι πεποίηκε καὶ καθ’ ἑκάστην, ὡς ἔπος εἰπεῖν, ἡμέραν ποιεῖ. Καὶ γὰρ ἐξ ὑποκειμένων σωμάτων διαπλάττει τῶν ζῴων τὰ</w:t>
      </w:r>
    </w:p>
    <w:p>
      <w:r>
        <w:rPr>
          <w:rFonts w:ascii="Courier New" w:hAnsi="Courier New"/>
          <w:color w:val="555555"/>
          <w:sz w:val="20"/>
        </w:rPr>
        <w:t>[5]</w:t>
      </w:r>
    </w:p>
    <w:p>
      <w:r>
        <w:rPr>
          <w:rFonts w:ascii="Gentium Plus" w:hAnsi="Gentium Plus"/>
          <w:sz w:val="24"/>
        </w:rPr>
        <w:t>σώματα καὶ ἐκ μὴ ὄντων δημιουργεῖ τὰς ψυχάς, οὐχ ἅπασι τοῖς ζῴοις, ἀλλὰ μόνοις ἀνθρώποις· καὶ διὰ τῶν πτηνῶν δημιουργεῖ τὰ πτηνὰ καὶ διὰ τῶν νηκτῶν τὰ νηκτὰ καὶ τῶν ἄλλων γενῶν</w:t>
      </w:r>
    </w:p>
    <w:p>
      <w:r>
        <w:rPr>
          <w:rFonts w:ascii="Courier New" w:hAnsi="Courier New"/>
          <w:color w:val="555555"/>
          <w:sz w:val="20"/>
        </w:rPr>
        <w:t>[4 . 70]</w:t>
      </w:r>
    </w:p>
    <w:p>
      <w:r>
        <w:rPr>
          <w:rFonts w:ascii="Gentium Plus" w:hAnsi="Gentium Plus"/>
          <w:sz w:val="24"/>
        </w:rPr>
        <w:t>ἕκαστον διὰ τῶν ὁμογενῶν διαπλάττει. Οὕτω δὴ καὶ τῆς γῆς τοὺς καρποὺς διὰ τῶν σπειρομένων καὶ φυτευομένων τοῖς ἀνθρώ‐ ποις προσφέρει· πάλαι δὲ ἡ γῆ καὶ ἄσπαρτος καὶ ἀνήροτος ἐβλάστησε πᾶσαν φυτῶν καὶ σπερμάτων ἰδέαν καὶ τῶν ἑρπετῶν</w:t>
      </w:r>
    </w:p>
    <w:p>
      <w:r>
        <w:rPr>
          <w:rFonts w:ascii="Courier New" w:hAnsi="Courier New"/>
          <w:color w:val="555555"/>
          <w:sz w:val="20"/>
        </w:rPr>
        <w:t>[5]</w:t>
      </w:r>
    </w:p>
    <w:p>
      <w:r>
        <w:rPr>
          <w:rFonts w:ascii="Gentium Plus" w:hAnsi="Gentium Plus"/>
          <w:sz w:val="24"/>
        </w:rPr>
        <w:t>καὶ τετραπόδων τὰ γένη· καὶ τῶν ὑδάτων ἡ φύσις ἔφυσεν, ὡς ἐκελεύσθη, καὶ τὰ τοῖς ὕδασιν ἐνδιαιτώμενα ζῷα καὶ τὰ τὸν ἀέρα</w:t>
      </w:r>
    </w:p>
    <w:p>
      <w:r>
        <w:rPr>
          <w:rFonts w:ascii="Courier New" w:hAnsi="Courier New"/>
          <w:color w:val="555555"/>
          <w:sz w:val="20"/>
        </w:rPr>
        <w:t>[4 . 71]</w:t>
      </w:r>
    </w:p>
    <w:p>
      <w:r>
        <w:rPr>
          <w:rFonts w:ascii="Gentium Plus" w:hAnsi="Gentium Plus"/>
          <w:sz w:val="24"/>
        </w:rPr>
        <w:t>διαπερᾶν πεφυκότα. Αὐτὴν μέντοι τὴν γῆν καὶ τὸν οὐρανὸν καὶ τὸν ἀέρα καὶ τῶν ὑδάτων τὴν φύσιν καὶ τὸ πῦρ καὶ τὸ φῶς οὐ τῇ ὕλῃ ἀναδοῦναι προσέταξεν, ἀλλὰ μὴ ὄντα παρήγαγεν, αὐτὸς καὶ φυτουργός· καὶ ναυπηγὸς τοῦ μεγίστου σκάφους τῆς κτίσεως</w:t>
      </w:r>
    </w:p>
    <w:p>
      <w:r>
        <w:rPr>
          <w:rFonts w:ascii="Courier New" w:hAnsi="Courier New"/>
          <w:color w:val="555555"/>
          <w:sz w:val="20"/>
        </w:rPr>
        <w:t>[5]</w:t>
      </w:r>
    </w:p>
    <w:p>
      <w:r>
        <w:rPr>
          <w:rFonts w:ascii="Gentium Plus" w:hAnsi="Gentium Plus"/>
          <w:sz w:val="24"/>
        </w:rPr>
        <w:t>γεγονώς, αὐτὸς καὶ κυβερνᾷ καὶ ἰθύνει, ὃ πανσόφως κατεσκεύασε</w:t>
      </w:r>
    </w:p>
    <w:p>
      <w:r>
        <w:rPr>
          <w:rFonts w:ascii="Courier New" w:hAnsi="Courier New"/>
          <w:color w:val="555555"/>
          <w:sz w:val="20"/>
        </w:rPr>
        <w:t>[4 . 72]</w:t>
      </w:r>
    </w:p>
    <w:p>
      <w:r>
        <w:rPr>
          <w:rFonts w:ascii="Gentium Plus" w:hAnsi="Gentium Plus"/>
          <w:sz w:val="24"/>
        </w:rPr>
        <w:t>σκάφος. Ταῦτα οὐ μόνον ἡμᾶς εὐαγγελισταὶ παιδεύουσι καὶ ἀπόστολοι, ἀλλὰ καὶ προφῆται καὶ τῶν προφητῶν ὁ κορυφαῖος</w:t>
      </w:r>
    </w:p>
    <w:p>
      <w:r>
        <w:rPr>
          <w:rFonts w:ascii="Courier New" w:hAnsi="Courier New"/>
          <w:color w:val="555555"/>
          <w:sz w:val="20"/>
        </w:rPr>
        <w:t>[5]</w:t>
      </w:r>
    </w:p>
    <w:p>
      <w:r>
        <w:rPr>
          <w:rFonts w:ascii="Gentium Plus" w:hAnsi="Gentium Plus"/>
          <w:sz w:val="24"/>
        </w:rPr>
        <w:t>Ἕκαστος γὰρ τούτων οὐ πολλούς, ἀλλὰ τὸν τοῦ παντὸς ἐθεο‐ λόγησε ποιητήν. Καὶ τοῦτο εἴσεσθε, εἰ τοῖς θείοις λογίοις ἐντύ‐ χοιτε.</w:t>
      </w:r>
    </w:p>
    <w:p>
      <w:r>
        <w:rPr>
          <w:rFonts w:ascii="Courier New" w:hAnsi="Courier New"/>
          <w:color w:val="555555"/>
          <w:sz w:val="20"/>
        </w:rPr>
        <w:t>[4 . 73]</w:t>
      </w:r>
    </w:p>
    <w:p>
      <w:r>
        <w:rPr>
          <w:rFonts w:ascii="Gentium Plus" w:hAnsi="Gentium Plus"/>
          <w:sz w:val="24"/>
        </w:rPr>
        <w:t>Ἐκ παραλλήλου τοίνυν μεμαθηκότες, ὅσον τῶν ἀνθρωπίνων ὑπέρκειται λογισμῶν τῆς θείας γραφῆς τὰ παιδεύματα, φύγετε μέν, ὦ φιλότης, τὸν πλάνον, ἀσπάζεσθε δὲ τὴν ἡλίου φανοτέραν ἀλήθειαν, ἵνα ὑπὸ ταύτης φωταγωγούμενοι καὶ τῶν θείων λο‐</w:t>
      </w:r>
    </w:p>
    <w:p>
      <w:r>
        <w:rPr>
          <w:rFonts w:ascii="Courier New" w:hAnsi="Courier New"/>
          <w:color w:val="555555"/>
          <w:sz w:val="20"/>
        </w:rPr>
        <w:t>[5]</w:t>
      </w:r>
    </w:p>
    <w:p>
      <w:r>
        <w:rPr>
          <w:rFonts w:ascii="Gentium Plus" w:hAnsi="Gentium Plus"/>
          <w:sz w:val="24"/>
        </w:rPr>
        <w:t>γίων τὸν νοῦν θεωρήσητε καὶ τοὺς τούτων διδασκάλους θαυ‐ μάσητε, καὶ «πεσόντες ἐπὶ πρόσωπον», ἀποστολικῶς εἰπεῖν, «προσκυνήσητε τῷ Θεῷ, λέγοντες ὅτι ὄντως ὁ Θεὸς ἐν ὑμῖν</w:t>
      </w:r>
    </w:p>
    <w:p>
      <w:pPr>
        <w:jc w:val="center"/>
      </w:pPr>
      <w:r>
        <w:rPr>
          <w:rFonts w:ascii="Gentium Plus" w:hAnsi="Gentium Plus"/>
          <w:b/>
          <w:sz w:val="24"/>
        </w:rPr>
        <w:t>ΠΕΡΙ ΦΥΣΕΩΣ ΑΝΘΡΩΠΟΥ.</w:t>
      </w:r>
    </w:p>
    <w:p>
      <w:r>
        <w:rPr>
          <w:rFonts w:ascii="Courier New" w:hAnsi="Courier New"/>
          <w:color w:val="555555"/>
          <w:sz w:val="20"/>
        </w:rPr>
        <w:t>[5 . 1]</w:t>
      </w:r>
    </w:p>
    <w:p>
      <w:r>
        <w:rPr>
          <w:rFonts w:ascii="Gentium Plus" w:hAnsi="Gentium Plus"/>
          <w:sz w:val="24"/>
        </w:rPr>
        <w:t>Ἔστι τις λίθου φύσις, ἣν μαγνῆτιν ὀνομάζουσιν, ἣ πᾶσαν ἐῶσα τὴν ἄλλην ὕλην ἀκίνητον, τὸν σίδηρον ἐφέλκεται μόνον· ἔστι δὲ ὅτε καὶ δείκνυσιν αἰωρούμενον, οὔτε κάτωθεν ὑπό τινος ἐρειδόμενον οὔτε ἄνωθεν φαινομένῳ τῳ ξυνδεδεμένον, ἀφανῶς</w:t>
      </w:r>
    </w:p>
    <w:p>
      <w:r>
        <w:rPr>
          <w:rFonts w:ascii="Courier New" w:hAnsi="Courier New"/>
          <w:color w:val="555555"/>
          <w:sz w:val="20"/>
        </w:rPr>
        <w:t>[5]</w:t>
      </w:r>
    </w:p>
    <w:p>
      <w:r>
        <w:rPr>
          <w:rFonts w:ascii="Gentium Plus" w:hAnsi="Gentium Plus"/>
          <w:sz w:val="24"/>
        </w:rPr>
        <w:t>δὲ τῆς ὑπερκειμένης ἐκείνης ἢ ὑπερφαινομένης ἐνεργείας ἐξηρτη‐</w:t>
      </w:r>
    </w:p>
    <w:p>
      <w:r>
        <w:rPr>
          <w:rFonts w:ascii="Courier New" w:hAnsi="Courier New"/>
          <w:color w:val="555555"/>
          <w:sz w:val="20"/>
        </w:rPr>
        <w:t>[5 . 2]</w:t>
      </w:r>
    </w:p>
    <w:p>
      <w:r>
        <w:rPr>
          <w:rFonts w:ascii="Gentium Plus" w:hAnsi="Gentium Plus"/>
          <w:sz w:val="24"/>
        </w:rPr>
        <w:t>μένον. Τοιόνδε τι γινόμενον ἐπὶ τῶν θείων λογίων ἴδοι τις ἄν. Πολλοὶ μὲν γὰρ δὴ τούτων, μᾶλλον δὲ ἅπαντες, ὡς ἔπος εἰπεῖν, ἐπαίουσιν ἄνθρωποι· οἱ δὲ τῆς πίστεως μόνοι θηρεύονται τρόφιμοι, οὔτε κάτωθεν ὑπό τινος εὐκληρίας ψυχαγωγούμενοι οὔτε ἄνωθεν</w:t>
      </w:r>
    </w:p>
    <w:p>
      <w:r>
        <w:rPr>
          <w:rFonts w:ascii="Courier New" w:hAnsi="Courier New"/>
          <w:color w:val="555555"/>
          <w:sz w:val="20"/>
        </w:rPr>
        <w:t>[5]</w:t>
      </w:r>
    </w:p>
    <w:p>
      <w:r>
        <w:rPr>
          <w:rFonts w:ascii="Gentium Plus" w:hAnsi="Gentium Plus"/>
          <w:sz w:val="24"/>
        </w:rPr>
        <w:t>ὁρωμένῳ τῳ ξυνδεδεμένοι, μόναις δὲ ταῖς ἀφανέσιν ἐλπίσι τὸν νοῦν ξυναρμόσαντες. Τῷ τοι καὶ ὁ θεῖος ἀπόστολος «τὸν περὶ τοῦ σταυροῦ λόγον τοῖς μὲν ἀπολλυμένοις εἶναι μωρίαν, τοῖς δὲ</w:t>
      </w:r>
    </w:p>
    <w:p>
      <w:r>
        <w:rPr>
          <w:rFonts w:ascii="Courier New" w:hAnsi="Courier New"/>
          <w:color w:val="555555"/>
          <w:sz w:val="20"/>
        </w:rPr>
        <w:t>[5 . 3]</w:t>
      </w:r>
    </w:p>
    <w:p>
      <w:r>
        <w:rPr>
          <w:rFonts w:ascii="Gentium Plus" w:hAnsi="Gentium Plus"/>
          <w:sz w:val="24"/>
        </w:rPr>
        <w:t>σωζομένοις Θεοῦ δύναμιν» ἔφησεν. Ἀλλ’ ἐκείνη μὲν ἡ λίθος ἰδιότητι φύσεως θέειν παρ’ αὐτὴν τὸν σίδηρον ἐκβιάζεται· τῶν δὲ θείων λογίων ἡ χάρις οὐκ αὐτὴ τοὺς μὲν προσίεται, τοὺς δὲ ἀποπέμπεται (πᾶσι γὰρ τοῖς ἐμφορεῖσθαι βουλομένοις προχέει τὰ</w:t>
      </w:r>
    </w:p>
    <w:p>
      <w:r>
        <w:rPr>
          <w:rFonts w:ascii="Courier New" w:hAnsi="Courier New"/>
          <w:color w:val="555555"/>
          <w:sz w:val="20"/>
        </w:rPr>
        <w:t>[5]</w:t>
      </w:r>
    </w:p>
    <w:p>
      <w:r>
        <w:rPr>
          <w:rFonts w:ascii="Gentium Plus" w:hAnsi="Gentium Plus"/>
          <w:sz w:val="24"/>
        </w:rPr>
        <w:t>νάματα), ἀλλὰ τὸ τῶν ἀκροωμένων αὐθαίρετον τοὺς μὲν προσάγει διψῶντας, τοὺς δὲ πόρρω ποιεῖ, τόνδε τὸν ἵμερον ἔχειν ἥκιστα</w:t>
      </w:r>
    </w:p>
    <w:p>
      <w:r>
        <w:rPr>
          <w:rFonts w:ascii="Courier New" w:hAnsi="Courier New"/>
          <w:color w:val="555555"/>
          <w:sz w:val="20"/>
        </w:rPr>
        <w:t>[5 . 4]</w:t>
      </w:r>
    </w:p>
    <w:p>
      <w:r>
        <w:rPr>
          <w:rFonts w:ascii="Gentium Plus" w:hAnsi="Gentium Plus"/>
          <w:sz w:val="24"/>
        </w:rPr>
        <w:t>βουλομένους. Ὁ δέ γε τῶν ψυχῶν ἰατρὸς τὴν τῶν οὐκ ἐθελόν‐ των ἀπολαύειν τῆς θεραπείας οὐ βιάζεται γνώμην· αὐτοκράτορα γὰρ καὶ αὐτεξούσιον τὴν λογικὴν φύσιν δημιουργήσας, παραινέ‐ σεσι μὲν καὶ νόμοις καὶ τῶν χειρόνων ἀποτρέπει καὶ ἐπὶ τὰ</w:t>
      </w:r>
    </w:p>
    <w:p>
      <w:r>
        <w:rPr>
          <w:rFonts w:ascii="Courier New" w:hAnsi="Courier New"/>
          <w:color w:val="555555"/>
          <w:sz w:val="20"/>
        </w:rPr>
        <w:t>[5]</w:t>
      </w:r>
    </w:p>
    <w:p>
      <w:r>
        <w:rPr>
          <w:rFonts w:ascii="Gentium Plus" w:hAnsi="Gentium Plus"/>
          <w:sz w:val="24"/>
        </w:rPr>
        <w:t>κρείττω προτρέπει, οὐκ ἀναγκάζει δὲ μὴ βουλομένην τῶν ἀμει‐</w:t>
      </w:r>
    </w:p>
    <w:p>
      <w:r>
        <w:rPr>
          <w:rFonts w:ascii="Courier New" w:hAnsi="Courier New"/>
          <w:color w:val="555555"/>
          <w:sz w:val="20"/>
        </w:rPr>
        <w:t>[5 . 5]</w:t>
      </w:r>
    </w:p>
    <w:p>
      <w:r>
        <w:rPr>
          <w:rFonts w:ascii="Gentium Plus" w:hAnsi="Gentium Plus"/>
          <w:sz w:val="24"/>
        </w:rPr>
        <w:t>Ταύτῃ τοι καὶ διὰ τῶν προφητῶν βοᾷ· «Ἐὰν θέλητε καὶ εἰσ‐ ακούσητέ μου, τὰ ἀγαθὰ τῆς γῆς φάγεσθε.» Καὶ αὖ πάλιν· «Δεῦτε τέκνα, ἀκούσατέ μου, φόβον Κυρίου διδάξω ὑμᾶς· τίς ἐστιν ἄνθρωπος ὁ θέλων ζωήν, ἀγαπῶν ἡμέρας ἰδεῖν ἀγαθάς;»</w:t>
      </w:r>
    </w:p>
    <w:p>
      <w:r>
        <w:rPr>
          <w:rFonts w:ascii="Courier New" w:hAnsi="Courier New"/>
          <w:color w:val="555555"/>
          <w:sz w:val="20"/>
        </w:rPr>
        <w:t>[5]</w:t>
      </w:r>
    </w:p>
    <w:p>
      <w:r>
        <w:rPr>
          <w:rFonts w:ascii="Gentium Plus" w:hAnsi="Gentium Plus"/>
          <w:sz w:val="24"/>
        </w:rPr>
        <w:t>Εἶτα τῶν χειρόνων ἀποτρέπων, ἐπιδείκνυσι τὸ πρακτέον· «Παῦ‐ σον τὴν γλῶσσάν σου ἀπὸ κακοῦ καὶ χείλη σου τοῦ μὴ λαλῆσαι δόλον· ἔκκλινον ἀπὸ κακοῦ καὶ ποίησον ἀγαθόν· ζήτησον εἰρήνην καὶ δίωξον αὐτήν.» Δῆλα δὲ τοῖς πειθομένοις ποιεῖ καὶ τῶν πόνων τὰ ἆθλα, ὅτι «ὀφθαλμοὶ Κυρίου ἐπὶ δικαίους, καὶ ὦτα</w:t>
      </w:r>
    </w:p>
    <w:p>
      <w:r>
        <w:rPr>
          <w:rFonts w:ascii="Courier New" w:hAnsi="Courier New"/>
          <w:color w:val="555555"/>
          <w:sz w:val="20"/>
        </w:rPr>
        <w:t>[5 . 6]</w:t>
      </w:r>
    </w:p>
    <w:p>
      <w:r>
        <w:rPr>
          <w:rFonts w:ascii="Gentium Plus" w:hAnsi="Gentium Plus"/>
          <w:sz w:val="24"/>
        </w:rPr>
        <w:t>αὐτοῦ εἰς δέησιν αὐτῶν». Ἐπειδὴ δὲ καὶ ὁ φόβος τοῖς παιδαγω‐ γουμένοις ἁρμόδιος, ἀναγκαίως καὶ ταῖς ἀπειλαῖς τοὺς ῥᾳστώνῃ ξυζῶντας δεδίττεται καί φησιν· «Πρόσωπον δὲ Κυρίου ἐπὶ ποιοῦντας κακά, τοῦ ἐξολεθρεῦσαι ἐκ γῆς τὸ μνημόσυνον αὐ‐</w:t>
      </w:r>
    </w:p>
    <w:p>
      <w:r>
        <w:rPr>
          <w:rFonts w:ascii="Courier New" w:hAnsi="Courier New"/>
          <w:color w:val="555555"/>
          <w:sz w:val="20"/>
        </w:rPr>
        <w:t>[5]</w:t>
      </w:r>
    </w:p>
    <w:p>
      <w:r>
        <w:rPr>
          <w:rFonts w:ascii="Gentium Plus" w:hAnsi="Gentium Plus"/>
          <w:sz w:val="24"/>
        </w:rPr>
        <w:t>τῶν.» Ὁ δὲ ταύτην προσενεγκὼν διὰ τοῦ προφήτου τὴν παραί‐ νεσιν ἐν τοῖς ἱεροῖς εὐαγγελίοις οὐκ ἄλλῳ τῳ χρώμενος ὑπουργῷ, ἀλλ’ αὐτὸς διὰ τῆς σαρκὸς φθεγγόμενος, ἣν ἀνέλαβεν, ἔλεγεν· «Εἴ τις διψᾷ, ἐρχέσθω πρός με καὶ πινέτω.» Καὶ πάλιν· «Δεῦτε πρός με πάντες οἱ κοπιῶντες καὶ πεφορτισμένοι, κἀγὼ</w:t>
      </w:r>
    </w:p>
    <w:p>
      <w:r>
        <w:rPr>
          <w:rFonts w:ascii="Courier New" w:hAnsi="Courier New"/>
          <w:color w:val="555555"/>
          <w:sz w:val="20"/>
        </w:rPr>
        <w:t>[5 . 7]</w:t>
      </w:r>
    </w:p>
    <w:p>
      <w:r>
        <w:rPr>
          <w:rFonts w:ascii="Gentium Plus" w:hAnsi="Gentium Plus"/>
          <w:sz w:val="24"/>
        </w:rPr>
        <w:t>ἀναπαύσω ὑμᾶς·» Καὶ ἄλλα δὲ μυρία εὕροι τις ἂν κἀν τοῖς θείοις εὐαγγελίοις κἀν τοῖς τῶν ἀποστόλων ξυγγράμμασι, δη‐ λοῦντα σαφῶς τῆς τῶν ἀνθρώπων φύσεως τὸ αὐθαίρετον. Οὗ δὴ χάριν κἀγὼ πέμπτην ὑμῖν, ὦ ἄνδρες, τήνδε προσφέρω παραί‐</w:t>
      </w:r>
    </w:p>
    <w:p>
      <w:r>
        <w:rPr>
          <w:rFonts w:ascii="Courier New" w:hAnsi="Courier New"/>
          <w:color w:val="555555"/>
          <w:sz w:val="20"/>
        </w:rPr>
        <w:t>[5]</w:t>
      </w:r>
    </w:p>
    <w:p>
      <w:r>
        <w:rPr>
          <w:rFonts w:ascii="Gentium Plus" w:hAnsi="Gentium Plus"/>
          <w:sz w:val="24"/>
        </w:rPr>
        <w:t>νεσιν· οὐκ ἀξιῶν μόνον, ἀλλὰ καὶ ἄγαν γε λιπαρῶν καὶ ποτνιώ‐</w:t>
      </w:r>
    </w:p>
    <w:p>
      <w:r>
        <w:rPr>
          <w:rFonts w:ascii="Courier New" w:hAnsi="Courier New"/>
          <w:color w:val="555555"/>
          <w:sz w:val="20"/>
        </w:rPr>
        <w:t>[10]</w:t>
      </w:r>
    </w:p>
    <w:p>
      <w:r>
        <w:rPr>
          <w:rFonts w:ascii="Gentium Plus" w:hAnsi="Gentium Plus"/>
          <w:sz w:val="24"/>
        </w:rPr>
        <w:t>προσέχειν δὲ ἀκριβῶς καὶ τῇ ἄλλῃ τοῦδε τοῦ ποιητοῦ γνώμῃ, ξυνῳδὰ φθεγγομένῃ· αἰεὶ δ’ ἀμβολιεργὸς ἀνὴρ ἄτῃσι παλαίει.</w:t>
      </w:r>
    </w:p>
    <w:p>
      <w:r>
        <w:rPr>
          <w:rFonts w:ascii="Courier New" w:hAnsi="Courier New"/>
          <w:color w:val="555555"/>
          <w:sz w:val="20"/>
        </w:rPr>
        <w:t>[5 . 8]</w:t>
      </w:r>
    </w:p>
    <w:p>
      <w:r>
        <w:rPr>
          <w:rFonts w:ascii="Gentium Plus" w:hAnsi="Gentium Plus"/>
          <w:sz w:val="24"/>
        </w:rPr>
        <w:t>Ἐπειδὴ τοίνυν τοῦ κόσμου πέρι καὶ τῆς ὕλης τίνα προσήκει φρονεῖν, μεμαθήκαμεν, καὶ ὅσον τὸ μέσον τῶν τε θείων καὶ τῶν φιλοσόφων δογμάτων, φέρε λοιπὸν ἐξετάσωμεν, τίνα περὶ τῆς τοῦ ἀνθρώπου φύσεως ἡ θεία γραφὴ φρονεῖν ἡμᾶς ἐξεπαίδευσεν,</w:t>
      </w:r>
    </w:p>
    <w:p>
      <w:r>
        <w:rPr>
          <w:rFonts w:ascii="Courier New" w:hAnsi="Courier New"/>
          <w:color w:val="555555"/>
          <w:sz w:val="20"/>
        </w:rPr>
        <w:t>[5]</w:t>
      </w:r>
    </w:p>
    <w:p>
      <w:r>
        <w:rPr>
          <w:rFonts w:ascii="Gentium Plus" w:hAnsi="Gentium Plus"/>
          <w:sz w:val="24"/>
        </w:rPr>
        <w:t>καὶ τίνα οἱ τῇ εὐεπείᾳ τοὺς λόγους καλλύνοντες καὶ ὀνομάτων</w:t>
      </w:r>
    </w:p>
    <w:p>
      <w:r>
        <w:rPr>
          <w:rFonts w:ascii="Courier New" w:hAnsi="Courier New"/>
          <w:color w:val="555555"/>
          <w:sz w:val="20"/>
        </w:rPr>
        <w:t>[5 . 9]</w:t>
      </w:r>
    </w:p>
    <w:p>
      <w:r>
        <w:rPr>
          <w:rFonts w:ascii="Gentium Plus" w:hAnsi="Gentium Plus"/>
          <w:sz w:val="24"/>
        </w:rPr>
        <w:t>ὥρᾳ καὶ ῥημάτων ἡβρυσμένων προσενεγκόντες τὸ ψεῦδος. Ὅσα μὲν οὖν ποιηταὶ περὶ τούτου μυθολογοῦσιν, ἐατέον ἐπὶ τοῦ πα‐ ρόντος, οὐ μύρῳ τούτους, κατὰ τὸν Πλάτωνα, χρίσαντας, ἀλλὰ τῇ φερομένῃ παρ’ αὐτῶν δυσοσμίᾳ τὰς αἰσθήσεις ἀποτειχίσαντας.</w:t>
      </w:r>
    </w:p>
    <w:p>
      <w:r>
        <w:rPr>
          <w:rFonts w:ascii="Courier New" w:hAnsi="Courier New"/>
          <w:color w:val="555555"/>
          <w:sz w:val="20"/>
        </w:rPr>
        <w:t>[5]</w:t>
      </w:r>
    </w:p>
    <w:p>
      <w:r>
        <w:rPr>
          <w:rFonts w:ascii="Gentium Plus" w:hAnsi="Gentium Plus"/>
          <w:sz w:val="24"/>
        </w:rPr>
        <w:t>Ἐκεῖνοι γὰρ οὐ μόνον γηγενεῖς, ἀλλὰ καὶ σπαρτοὺς ἀνθρώπους γεγενῆσθαί φασι καὶ ἐκ δρακοντείων ἀναφῦναι ὀδόντων. Ἃ δέ γε φιλόσοφοι θρυλοῦσι καὶ ξυγγραφεῖς, ταῦτα μόνα τῇ τῆς ἀληθείας</w:t>
      </w:r>
    </w:p>
    <w:p>
      <w:r>
        <w:rPr>
          <w:rFonts w:ascii="Courier New" w:hAnsi="Courier New"/>
          <w:color w:val="555555"/>
          <w:sz w:val="20"/>
        </w:rPr>
        <w:t>[5 . 10]</w:t>
      </w:r>
    </w:p>
    <w:p>
      <w:r>
        <w:rPr>
          <w:rFonts w:ascii="Gentium Plus" w:hAnsi="Gentium Plus"/>
          <w:sz w:val="24"/>
        </w:rPr>
        <w:t>παραθετέον διδασκαλίᾳ. Ῥητέον δέ γε πρὸ τῶν ἄλλων ἁπάντων, ὅσην περὶ τῆς τοῦδε τοῦ γένους ξυστάσεως ἔριν καὶ διαμάχην ἐσχήκασιν. Οἱ μὲν γὰρ ἀΐδιον εἶναι τῶν ἀνθρώπων τὴν φύσιν</w:t>
      </w:r>
    </w:p>
    <w:p>
      <w:r>
        <w:rPr>
          <w:rFonts w:ascii="Courier New" w:hAnsi="Courier New"/>
          <w:color w:val="555555"/>
          <w:sz w:val="20"/>
        </w:rPr>
        <w:t>[5]</w:t>
      </w:r>
    </w:p>
    <w:p>
      <w:r>
        <w:rPr>
          <w:rFonts w:ascii="Gentium Plus" w:hAnsi="Gentium Plus"/>
          <w:sz w:val="24"/>
        </w:rPr>
        <w:t>οἱ δὲ ἐν τῇ Ἀττικῇ πρῶτον φῦναι ἀνθρώπους, ἄλλοι δὲ ἐν Ἀρκαδίᾳ τοῦτο γενέσθαι πρῶτον, ἕτεροι δ’ αὖ πάλιν ἐν Αἰγύπτῳ καὶ ἄλλαις δὲ πόλεσι πολλὴ περὶ τούτου φιλοτιμία γεγένηται.</w:t>
      </w:r>
    </w:p>
    <w:p>
      <w:r>
        <w:rPr>
          <w:rFonts w:ascii="Courier New" w:hAnsi="Courier New"/>
          <w:color w:val="555555"/>
          <w:sz w:val="20"/>
        </w:rPr>
        <w:t>[5 . 11]</w:t>
      </w:r>
    </w:p>
    <w:p>
      <w:r>
        <w:rPr>
          <w:rFonts w:ascii="Gentium Plus" w:hAnsi="Gentium Plus"/>
          <w:sz w:val="24"/>
        </w:rPr>
        <w:t>Πρὸς δὲ τοῖς εἰρημένοις οἱ μὲν ὄλβιον τόδε τὸ ζῷον κεκλήκασιν, οἱ δὲ δείλαιον καὶ τρισάθλιον. Καὶ Ὅμηρος μὲν ἀκιδνὸν αὐτὸ καὶ ὀϊζυρὸν ὀνομάζει· Θέογνις δὲ ὁ Σικελιώτης ὁ Μεγαρόθεν βοᾷ·</w:t>
      </w:r>
    </w:p>
    <w:p>
      <w:r>
        <w:rPr>
          <w:rFonts w:ascii="Courier New" w:hAnsi="Courier New"/>
          <w:color w:val="555555"/>
          <w:sz w:val="20"/>
        </w:rPr>
        <w:t>[5]</w:t>
      </w:r>
    </w:p>
    <w:p>
      <w:r>
        <w:rPr>
          <w:rFonts w:ascii="Gentium Plus" w:hAnsi="Gentium Plus"/>
          <w:sz w:val="24"/>
        </w:rPr>
        <w:t>πάντων μὲν μὴ φῦναι ἐπιχθονίοισιν ἄριστον μηδ’ ἐσορᾶν αὐγὰς ὀξέος ἠελίου· φύντα δ’ ὅπως ὤκιστα πύλας Ἀΐδαο περῆσαι.</w:t>
      </w:r>
    </w:p>
    <w:p>
      <w:r>
        <w:rPr>
          <w:rFonts w:ascii="Courier New" w:hAnsi="Courier New"/>
          <w:color w:val="555555"/>
          <w:sz w:val="20"/>
        </w:rPr>
        <w:t>[5 . 12]</w:t>
      </w:r>
    </w:p>
    <w:p>
      <w:r>
        <w:rPr>
          <w:rFonts w:ascii="Gentium Plus" w:hAnsi="Gentium Plus"/>
          <w:sz w:val="24"/>
        </w:rPr>
        <w:t>Ξυνῳδὰ δὲ τούτοις καὶ τῆς Εὐριπίδου τραγῳδίας τὰ ἰαμβεῖα· ἐχρῆν γὰρ ἡμᾶς ξύλλογον ποιουμένους τὸν φύντα θρηνεῖν, εἰς ὅς’ ἔρχεται κακά, τὸν δ’ αὖ θανόντα καὶ πόνων πεπαυμένον</w:t>
      </w:r>
    </w:p>
    <w:p>
      <w:r>
        <w:rPr>
          <w:rFonts w:ascii="Courier New" w:hAnsi="Courier New"/>
          <w:color w:val="555555"/>
          <w:sz w:val="20"/>
        </w:rPr>
        <w:t>[5]</w:t>
      </w:r>
    </w:p>
    <w:p>
      <w:r>
        <w:rPr>
          <w:rFonts w:ascii="Gentium Plus" w:hAnsi="Gentium Plus"/>
          <w:sz w:val="24"/>
        </w:rPr>
        <w:t>χαίροντας εὐφημοῦντας ἐκπέμπειν δόμων. Καὶ Σόλωνα δὲ τὸν Ἀθηναῖον, τὸν νομοθέτην, Ἡρόδοτος εἰρηκέναι τῷ Κροίσῳ ἔφη· «Ὦ Κροῖσε, πᾶς ἄνθρωπός ἐστι</w:t>
      </w:r>
    </w:p>
    <w:p>
      <w:r>
        <w:rPr>
          <w:rFonts w:ascii="Courier New" w:hAnsi="Courier New"/>
          <w:color w:val="555555"/>
          <w:sz w:val="20"/>
        </w:rPr>
        <w:t>[5 . 13]</w:t>
      </w:r>
    </w:p>
    <w:p>
      <w:r>
        <w:rPr>
          <w:rFonts w:ascii="Gentium Plus" w:hAnsi="Gentium Plus"/>
          <w:sz w:val="24"/>
        </w:rPr>
        <w:t>ξυμφορή.» Πυθαγόρας δὲ καὶ Πλάτων δῆμόν τινα ψυχῶν ἀσω‐ μάτων εἰσάγουσι καὶ τὰς ἁμαρτάδι τινὶ περιπεσούσας τιμωρίας</w:t>
      </w:r>
    </w:p>
    <w:p>
      <w:r>
        <w:rPr>
          <w:rFonts w:ascii="Courier New" w:hAnsi="Courier New"/>
          <w:color w:val="555555"/>
          <w:sz w:val="20"/>
        </w:rPr>
        <w:t>[5 . 14]</w:t>
      </w:r>
    </w:p>
    <w:p>
      <w:r>
        <w:rPr>
          <w:rFonts w:ascii="Gentium Plus" w:hAnsi="Gentium Plus"/>
          <w:sz w:val="24"/>
        </w:rPr>
        <w:t>ψυχῆς οἱονεὶ τεθαμμένης. Ξύμφωνα δὲ τούτῳ καὶ Φιλόλαος ὁ Πυθαγόρειος ἔφη· λέγει δὲ ὧδε· «Μαρτυρέονται δὲ καὶ οἱ παλαιοὶ θεολόγοι τε καὶ μάντεις, ὡς διά τινας τιμωρίας ἁ ψυχὰ τῷ σώματι ξυνέζευκται καὶ καθάπερ ἐν σάματι τούτῳ τέθαπται.»</w:t>
      </w:r>
    </w:p>
    <w:p>
      <w:r>
        <w:rPr>
          <w:rFonts w:ascii="Courier New" w:hAnsi="Courier New"/>
          <w:color w:val="555555"/>
          <w:sz w:val="20"/>
        </w:rPr>
        <w:t>[5]</w:t>
      </w:r>
    </w:p>
    <w:p>
      <w:r>
        <w:rPr>
          <w:rFonts w:ascii="Gentium Plus" w:hAnsi="Gentium Plus"/>
          <w:sz w:val="24"/>
        </w:rPr>
        <w:t>Ἀλλὰ τῶνδε τῶν λόγων ὁ Πλάτων ἐπιλησθείς, τοὐναντίον ἐν τῷ τρίτῳ τῆς Πολιτείας παραδηλοῖ· ἐπιμελεῖσθαι γὰρ σώματος δεῖν φησι ψυχῆς ἕνεκα ἁρμονίας, δι’ οὗ βιοῦν τε ἔστι καὶ ὀρθῶς</w:t>
      </w:r>
    </w:p>
    <w:p>
      <w:r>
        <w:rPr>
          <w:rFonts w:ascii="Courier New" w:hAnsi="Courier New"/>
          <w:color w:val="555555"/>
          <w:sz w:val="20"/>
        </w:rPr>
        <w:t>[5 . 15]</w:t>
      </w:r>
    </w:p>
    <w:p>
      <w:r>
        <w:rPr>
          <w:rFonts w:ascii="Gentium Plus" w:hAnsi="Gentium Plus"/>
          <w:sz w:val="24"/>
        </w:rPr>
        <w:t>βιοῦν, καταγγέλλοντας τῆς ἀληθείας τὸ κήρυγμα. Εἰ δὲ διὰ τοῦ σώματος ἡ ψυχὴ βιοῖ τε καὶ ὀρθῶς βιοῖ, οὐκ ἄρα ἦν ποτε πρὸ τοῦ σώματος· εἰ δὲ ἦν πρό γε τοῦ σώματος, καὶ ἔζη δήπουθεν καὶ ἐβίου· ἀθάνατον γὰρ ἔχει φύσιν καὶ λογικήν. Εἰ δὲ ἦν μὲν</w:t>
      </w:r>
    </w:p>
    <w:p>
      <w:r>
        <w:rPr>
          <w:rFonts w:ascii="Courier New" w:hAnsi="Courier New"/>
          <w:color w:val="555555"/>
          <w:sz w:val="20"/>
        </w:rPr>
        <w:t>[5]</w:t>
      </w:r>
    </w:p>
    <w:p>
      <w:r>
        <w:rPr>
          <w:rFonts w:ascii="Gentium Plus" w:hAnsi="Gentium Plus"/>
          <w:sz w:val="24"/>
        </w:rPr>
        <w:t>πάλαι, οὐκ ὀρθῶς δὲ ἐβίου κεχωρισμένη τοῦ σώματος, ἐν τῷ σώματι δὲ γενομένη καὶ τοῦτο ἄριστα παιδοτριβήσασα, τὸν ὀρθὸν κατώρθωσε βίον, διὰ τοῦ σώματος ἄρα τετύχηκε τῶν ἀγαθῶν, ὧν πρὸ τοῦ σώματος οὐ μετέλαχεν. Ἀνθ’ ὅτου δὴ οὖν τεθάφθαι αὐτὴν ἐν τῷ σώματι καθάπερ ἐν σήματι ἔφη;</w:t>
      </w:r>
    </w:p>
    <w:p>
      <w:r>
        <w:rPr>
          <w:rFonts w:ascii="Courier New" w:hAnsi="Courier New"/>
          <w:color w:val="555555"/>
          <w:sz w:val="20"/>
        </w:rPr>
        <w:t>[10]</w:t>
      </w:r>
    </w:p>
    <w:p>
      <w:r>
        <w:rPr>
          <w:rFonts w:ascii="Gentium Plus" w:hAnsi="Gentium Plus"/>
          <w:sz w:val="24"/>
        </w:rPr>
        <w:t>Διὰ μὲν οὖν τούτων σαφῶς ἔγνωμεν, ὡς οὐ μόνον ἀλλήλοις,</w:t>
      </w:r>
    </w:p>
    <w:p>
      <w:r>
        <w:rPr>
          <w:rFonts w:ascii="Courier New" w:hAnsi="Courier New"/>
          <w:color w:val="555555"/>
          <w:sz w:val="20"/>
        </w:rPr>
        <w:t>[5 . 16]</w:t>
      </w:r>
    </w:p>
    <w:p>
      <w:r>
        <w:rPr>
          <w:rFonts w:ascii="Gentium Plus" w:hAnsi="Gentium Plus"/>
          <w:sz w:val="24"/>
        </w:rPr>
        <w:t>ἀλλὰ καὶ σφίσιν αὐτοῖς περὶ τῶν αὐτῶν ἐναντία γεγραφήκασιν· ἵνα δὲ τὴν πολλὴν αὐτῶν καταμάθωμεν ἔριν, φέρε πάλιν ἐπι‐ δείξωμεν, τίνα περὶ ψυχῆς οἱ πολυθρύλητοι τῶν φιλοσόφων ἐδό‐</w:t>
      </w:r>
    </w:p>
    <w:p>
      <w:r>
        <w:rPr>
          <w:rFonts w:ascii="Courier New" w:hAnsi="Courier New"/>
          <w:color w:val="555555"/>
          <w:sz w:val="20"/>
        </w:rPr>
        <w:t>[5]</w:t>
      </w:r>
    </w:p>
    <w:p>
      <w:r>
        <w:rPr>
          <w:rFonts w:ascii="Gentium Plus" w:hAnsi="Gentium Plus"/>
          <w:sz w:val="24"/>
        </w:rPr>
        <w:t>ξυνέηκε μάχεσθαι». Ἃ δέ γε ξὺν Θεῷ λέξω, ἐκ τῶν Πλου‐ τάρχῳ καὶ Πορφυρίῳ καὶ μέντοι καὶ Ἀετίῳ ξυγγεγραμμένων</w:t>
      </w:r>
    </w:p>
    <w:p>
      <w:r>
        <w:rPr>
          <w:rFonts w:ascii="Courier New" w:hAnsi="Courier New"/>
          <w:color w:val="555555"/>
          <w:sz w:val="20"/>
        </w:rPr>
        <w:t>[5 . 17]</w:t>
      </w:r>
    </w:p>
    <w:p>
      <w:r>
        <w:rPr>
          <w:rFonts w:ascii="Gentium Plus" w:hAnsi="Gentium Plus"/>
          <w:sz w:val="24"/>
        </w:rPr>
        <w:t>ἐρῶ. Θαλῆς τοίνυν κέκληκε τὴν ψυχὴν ἀκίνητον φύσιν· Ἀλκμὰν δὲ αὐτὴν αὐτοκίνητον εἴρηκεν· ὁ δέ γε Πυθαγόρας ἀριθμὸν ἑαυ‐ τὸν κινοῦντα· ξυνεφώνησε δὲ τῷ λόγῳ καὶ Ξενοκράτης· ὁ δὲ Πλάτων οὐσίαν νοητὴν ἐξ ἑαυτῆς κινητήν· ὁ δὲ Σταγειρίτης</w:t>
      </w:r>
    </w:p>
    <w:p>
      <w:r>
        <w:rPr>
          <w:rFonts w:ascii="Courier New" w:hAnsi="Courier New"/>
          <w:color w:val="555555"/>
          <w:sz w:val="20"/>
        </w:rPr>
        <w:t>[5]</w:t>
      </w:r>
    </w:p>
    <w:p>
      <w:r>
        <w:rPr>
          <w:rFonts w:ascii="Gentium Plus" w:hAnsi="Gentium Plus"/>
          <w:sz w:val="24"/>
        </w:rPr>
        <w:t>ἐντελέχειαν πρώτην σώματος φυσικοῦ ὀργανικοῦ, δυνάμει ζωὴν</w:t>
      </w:r>
    </w:p>
    <w:p>
      <w:r>
        <w:rPr>
          <w:rFonts w:ascii="Courier New" w:hAnsi="Courier New"/>
          <w:color w:val="555555"/>
          <w:sz w:val="20"/>
        </w:rPr>
        <w:t>[5 . 18]</w:t>
      </w:r>
    </w:p>
    <w:p>
      <w:r>
        <w:rPr>
          <w:rFonts w:ascii="Gentium Plus" w:hAnsi="Gentium Plus"/>
          <w:sz w:val="24"/>
        </w:rPr>
        <w:t>ἔχοντος· ἐντελέχειαν δὲ τὴν ἐνέργειαν κέκληκεν· Κλέαρχος δὲ τῶν τεττάρων εἶναι στοιχείων τὴν ἁρμονίαν· Ἀναξιμένης δὲ καὶ Ἀναξίμανδρος καὶ Ἀναξαγόρας καὶ Ἀρχέλαος ἀερώδη τῆς ψυχῆς τὴν φύσιν εἰρήκασιν. Οἱ δέ γε Στωϊκοὶ πνευματικήν,</w:t>
      </w:r>
    </w:p>
    <w:p>
      <w:r>
        <w:rPr>
          <w:rFonts w:ascii="Courier New" w:hAnsi="Courier New"/>
          <w:color w:val="555555"/>
          <w:sz w:val="20"/>
        </w:rPr>
        <w:t>[5]</w:t>
      </w:r>
    </w:p>
    <w:p>
      <w:r>
        <w:rPr>
          <w:rFonts w:ascii="Gentium Plus" w:hAnsi="Gentium Plus"/>
          <w:sz w:val="24"/>
        </w:rPr>
        <w:t>πλείστου μετέχουσαν τοῦ θερμοῦ. Παρμενίδης δὲ καὶ Ἵππασος καὶ Ἡράκλειτος πυρώδη ταύτην κεκλήκασιν· ὁ δὲ Ἡρακλείδης φωτοειδῆ· Ἐπίκουρος δὲ ὁ Νεοκλέους τεττάρων τινῶν ποιοτήτων κρᾶμα, πυρώδους καὶ ἀερώδους καὶ πνευματικοῦ καὶ τετάρτου τινὸς ἀκατονομάστου· ὁ δὲ Ἐμπεδοκλῆς μῖγμα ἐξ αἰθερώδους</w:t>
      </w:r>
    </w:p>
    <w:p>
      <w:r>
        <w:rPr>
          <w:rFonts w:ascii="Courier New" w:hAnsi="Courier New"/>
          <w:color w:val="555555"/>
          <w:sz w:val="20"/>
        </w:rPr>
        <w:t>[10]</w:t>
      </w:r>
    </w:p>
    <w:p>
      <w:r>
        <w:rPr>
          <w:rFonts w:ascii="Gentium Plus" w:hAnsi="Gentium Plus"/>
          <w:sz w:val="24"/>
        </w:rPr>
        <w:t>καὶ ἀερώδους οὐσίας. Κριτίας δὲ ἐξ αἵματος εἶπε καὶ ἐξ ὑγροῦ·</w:t>
      </w:r>
    </w:p>
    <w:p>
      <w:r>
        <w:rPr>
          <w:rFonts w:ascii="Courier New" w:hAnsi="Courier New"/>
          <w:color w:val="555555"/>
          <w:sz w:val="20"/>
        </w:rPr>
        <w:t>[5 . 19]</w:t>
      </w:r>
    </w:p>
    <w:p>
      <w:r>
        <w:rPr>
          <w:rFonts w:ascii="Gentium Plus" w:hAnsi="Gentium Plus"/>
          <w:sz w:val="24"/>
        </w:rPr>
        <w:t>καὶ ἄλλοι δ’ αὖ ἄλλα λεληρήκασιν ἐναντία. Καὶ μέντοι καὶ περὶ τὴν ταύτης διαίρεσιν πλείστη γε τούτοις γεγένηται διαμάχη. Πυθαγόρας μὲν γὰρ καὶ Πλάτων διμερῆ ταύτην εἰρήκασι, καὶ τὸ μὲν αὐτῆς εἶναι λογικόν, τὸ δὲ ἄλογον. Διχῇ δ’ αὖ πάλιν τὸ</w:t>
      </w:r>
    </w:p>
    <w:p>
      <w:r>
        <w:rPr>
          <w:rFonts w:ascii="Courier New" w:hAnsi="Courier New"/>
          <w:color w:val="555555"/>
          <w:sz w:val="20"/>
        </w:rPr>
        <w:t>[5]</w:t>
      </w:r>
    </w:p>
    <w:p>
      <w:r>
        <w:rPr>
          <w:rFonts w:ascii="Gentium Plus" w:hAnsi="Gentium Plus"/>
          <w:sz w:val="24"/>
        </w:rPr>
        <w:t>ἄλογον ἔτεμον, καὶ τὸ μὲν αὐτοῦ θυμικὸν εἶναι, τὸ δὲ ἐπιθυμη‐ τικόν. Ὁ δὲ Ξενοκράτης, καὶ ταῦτα τρίτος ἀπὸ Πλάτωνος ὤν —Σπευσίππου γὰρ τοῦ Πλάτωνος ἀδελφιδοῦ γεγένηται φοιτη‐ τής—τὸ μὲν αἰσθητικὸν εἶναι τῆς ψυχῆς ἔφη, τὸ δὲ λογικόν.</w:t>
      </w:r>
    </w:p>
    <w:p>
      <w:r>
        <w:rPr>
          <w:rFonts w:ascii="Courier New" w:hAnsi="Courier New"/>
          <w:color w:val="555555"/>
          <w:sz w:val="20"/>
        </w:rPr>
        <w:t>[5 . 20]</w:t>
      </w:r>
    </w:p>
    <w:p>
      <w:r>
        <w:rPr>
          <w:rFonts w:ascii="Gentium Plus" w:hAnsi="Gentium Plus"/>
          <w:sz w:val="24"/>
        </w:rPr>
        <w:t>Ὁ δὲ Νικομάχου πέντε εἶναι ταύτης ἔφησεν ἐνεργείας, τὴν ὀρε‐ κτικήν, τὴν θρεπτικήν, τὴν αἰσθητικήν, τὴν μεταβατικήν, τὴν δια‐ νοητικήν. Ἀλλ’ οὐδὲ τοῦτον οἱ Στωϊκοὶ τὸν ἀριθμὸν ἔστερξαν· ἐξ ὀκτὼ γὰρ μερῶν ἔφασαν τὴν ψυχὴν ξυνεστάναι, τῆς ὀπτικῆς</w:t>
      </w:r>
    </w:p>
    <w:p>
      <w:r>
        <w:rPr>
          <w:rFonts w:ascii="Courier New" w:hAnsi="Courier New"/>
          <w:color w:val="555555"/>
          <w:sz w:val="20"/>
        </w:rPr>
        <w:t>[5]</w:t>
      </w:r>
    </w:p>
    <w:p>
      <w:r>
        <w:rPr>
          <w:rFonts w:ascii="Gentium Plus" w:hAnsi="Gentium Plus"/>
          <w:sz w:val="24"/>
        </w:rPr>
        <w:t>αἰσθήσεως καὶ τῆς ἀκουστικῆς καὶ τῆς ὀσφρητικῆς καὶ τῆς γευ‐ στικῆς καὶ τῆς ἁπτικῆς· ἕκτον δὲ τὸ φωνητικὸν ἔφασαν καὶ τὸ σπερματικὸν ἕβδομον καὶ τὸ ἡγεμονοῦν ὄγδοον, ὑφ’ οὗ τούτων ἕκαστον ἐνεργεῖται. Εἶπον δὲ αὐτὴν καὶ ταῖς τοῦ πολύποδος</w:t>
      </w:r>
    </w:p>
    <w:p>
      <w:r>
        <w:rPr>
          <w:rFonts w:ascii="Courier New" w:hAnsi="Courier New"/>
          <w:color w:val="555555"/>
          <w:sz w:val="20"/>
        </w:rPr>
        <w:t>[5 . 21]</w:t>
      </w:r>
    </w:p>
    <w:p>
      <w:r>
        <w:rPr>
          <w:rFonts w:ascii="Gentium Plus" w:hAnsi="Gentium Plus"/>
          <w:sz w:val="24"/>
        </w:rPr>
        <w:t>ἐοικέναι πλεκτάναις. Οἱ δέ γε Πυθαγόρου διάδοχοι ἐκ πέντε στοιχείων τὸ σῶμα κραθῆναι φάντες—τοῖς γὰρ τέτταρσι ξυνέτα‐ ξαν τὸ αἰθέριον—ἰσαρίθμους εἶναι ἔφασαν ταύτῃ καὶ τῆς ψυχῆς τὰς δυνάμεις· καὶ ταύτας ὠνομάκασι νοῦν καὶ φρόνησιν καὶ ἐπιστή‐</w:t>
      </w:r>
    </w:p>
    <w:p>
      <w:r>
        <w:rPr>
          <w:rFonts w:ascii="Courier New" w:hAnsi="Courier New"/>
          <w:color w:val="555555"/>
          <w:sz w:val="20"/>
        </w:rPr>
        <w:t>[5 . 22]</w:t>
      </w:r>
    </w:p>
    <w:p>
      <w:r>
        <w:rPr>
          <w:rFonts w:ascii="Gentium Plus" w:hAnsi="Gentium Plus"/>
          <w:sz w:val="24"/>
        </w:rPr>
        <w:t>μην καὶ δόξαν καὶ αἴσθησιν. Ὅσα δὲ καὶ περὶ τῆς τοῦ ἡγεμονικοῦ χώρας διηνέχθησαν πρὸς ἀλλήλους, ῥᾴδιον διαγνῶναι. Ἱπποκρά‐ της μὲν γὰρ καὶ Δημόκριτος καὶ Πλάτων ἐν ἐγκεφάλῳ τοῦτο ἱδρῦσθαι εἰρήκασιν· ὁ δὲ Στράτων ἐν μεσοφρύῳ· Ἐρασίστρατος</w:t>
      </w:r>
    </w:p>
    <w:p>
      <w:r>
        <w:rPr>
          <w:rFonts w:ascii="Courier New" w:hAnsi="Courier New"/>
          <w:color w:val="555555"/>
          <w:sz w:val="20"/>
        </w:rPr>
        <w:t>[5]</w:t>
      </w:r>
    </w:p>
    <w:p>
      <w:r>
        <w:rPr>
          <w:rFonts w:ascii="Gentium Plus" w:hAnsi="Gentium Plus"/>
          <w:sz w:val="24"/>
        </w:rPr>
        <w:t>δὲ ὁ ἰατρὸς περὶ τὴν τοῦ ἐγκεφάλου μήνιγγα, ἣν ἐπικρανίδα λέγει· Ἡρόφιλος δὲ ἐν τῇ τοῦ ἐγκεφάλου κοιλίᾳ· Παρμενίδης</w:t>
      </w:r>
    </w:p>
    <w:p>
      <w:r>
        <w:rPr>
          <w:rFonts w:ascii="Courier New" w:hAnsi="Courier New"/>
          <w:color w:val="555555"/>
          <w:sz w:val="20"/>
        </w:rPr>
        <w:t>[10]</w:t>
      </w:r>
    </w:p>
    <w:p>
      <w:r>
        <w:rPr>
          <w:rFonts w:ascii="Gentium Plus" w:hAnsi="Gentium Plus"/>
          <w:sz w:val="24"/>
        </w:rPr>
        <w:t>καρδίας, οἱ δὲ ἐν τῷ αἵματι· καὶ οἱ μὲν ἐν τῷ περικαρδίῳ ὑμένι,</w:t>
      </w:r>
    </w:p>
    <w:p>
      <w:r>
        <w:rPr>
          <w:rFonts w:ascii="Courier New" w:hAnsi="Courier New"/>
          <w:color w:val="555555"/>
          <w:sz w:val="20"/>
        </w:rPr>
        <w:t>[5 . 23]</w:t>
      </w:r>
    </w:p>
    <w:p>
      <w:r>
        <w:rPr>
          <w:rFonts w:ascii="Gentium Plus" w:hAnsi="Gentium Plus"/>
          <w:sz w:val="24"/>
        </w:rPr>
        <w:t>οἱ δὲ ἐν τῷ διαφράγματι. Καὶ Πυθαγόρας μὲν καὶ Ἀναξαγόρας καὶ Διογένης καὶ Πλάτων καὶ Ἐμπεδοκλῆς καὶ Ξενοκράτης ἄφθαρτον εἶναι τὴν ψυχὴν ἀπεφήναντο· ὁ δὲ Ἡράκλειτος τὰς ἀπαλλαττομένας τοῦ σώματος εἰς τὴν τοῦ παντὸς ἀναχωρεῖν</w:t>
      </w:r>
    </w:p>
    <w:p>
      <w:r>
        <w:rPr>
          <w:rFonts w:ascii="Courier New" w:hAnsi="Courier New"/>
          <w:color w:val="555555"/>
          <w:sz w:val="20"/>
        </w:rPr>
        <w:t>[5]</w:t>
      </w:r>
    </w:p>
    <w:p>
      <w:r>
        <w:rPr>
          <w:rFonts w:ascii="Gentium Plus" w:hAnsi="Gentium Plus"/>
          <w:sz w:val="24"/>
        </w:rPr>
        <w:t>ψυχὴν ἔφησεν, οἷα δὴ ὁμογενῆ τε οὖσαν καὶ ὁμοούσιον. Οἱ δὲ Στωϊκοὶ τὰς χωριζομένας τῶν σωμάτων ψυχὰς διαρκεῖν μὲν καὶ καθ’ ἑαυτὰς ζῆν ἔφασαν, ἀλλὰ τὴν μὲν ἀσθενεστέραν ἐπ’ ὀλίγον,</w:t>
      </w:r>
    </w:p>
    <w:p>
      <w:r>
        <w:rPr>
          <w:rFonts w:ascii="Courier New" w:hAnsi="Courier New"/>
          <w:color w:val="555555"/>
          <w:sz w:val="20"/>
        </w:rPr>
        <w:t>[5 . 24]</w:t>
      </w:r>
    </w:p>
    <w:p>
      <w:r>
        <w:rPr>
          <w:rFonts w:ascii="Gentium Plus" w:hAnsi="Gentium Plus"/>
          <w:sz w:val="24"/>
        </w:rPr>
        <w:t>τὴν δὲ ἰσχυροτέραν μέχρι τῆς τοῦ παντὸς ἐκπυρώσεως. Δημό‐ κριτος δὲ καὶ Ἐπίκουρος καὶ Ἀριστοτέλης φθαρτὴν εἶναι ταύ‐ την ἀνέδην εἰρήκασι· Πλάτων δὲ καὶ Πυθαγόρας τὸ μὲν λογικὸν αὐτῆς ἄφθαρτον εἶναι, φθαρτὸν δὲ τὸ ἄλογον. Καὶ ὁ μὲν Πλά‐</w:t>
      </w:r>
    </w:p>
    <w:p>
      <w:r>
        <w:rPr>
          <w:rFonts w:ascii="Courier New" w:hAnsi="Courier New"/>
          <w:color w:val="555555"/>
          <w:sz w:val="20"/>
        </w:rPr>
        <w:t>[5]</w:t>
      </w:r>
    </w:p>
    <w:p>
      <w:r>
        <w:rPr>
          <w:rFonts w:ascii="Gentium Plus" w:hAnsi="Gentium Plus"/>
          <w:sz w:val="24"/>
        </w:rPr>
        <w:t>των καὶ τὰ φυτὰ κέκληκε, τοῦ τρίτου γε τῆς ψυχῆς εἴδους, τοῦ ἐπιθυμητικοῦ, μόνου μετέχοντα· ὁ δέ γε Ἀριστοτέλης ζῷα μὲν αὐτὰ εἰπεῖν οὐκ ἠνέσχετο—τὸ γὰρ δὴ τῆς αἰσθητικῆς μετέχον ψυχῆς τοῦτο καλεῖσθαι ζῷον ἠξίωσε—τῆς φυτικῆς μέντοι καὶ</w:t>
      </w:r>
    </w:p>
    <w:p>
      <w:r>
        <w:rPr>
          <w:rFonts w:ascii="Courier New" w:hAnsi="Courier New"/>
          <w:color w:val="555555"/>
          <w:sz w:val="20"/>
        </w:rPr>
        <w:t>[5 . 25]</w:t>
      </w:r>
    </w:p>
    <w:p>
      <w:r>
        <w:rPr>
          <w:rFonts w:ascii="Gentium Plus" w:hAnsi="Gentium Plus"/>
          <w:sz w:val="24"/>
        </w:rPr>
        <w:t>θρεπτικῆς ψυχῆς μετέχειν ὑπέλαβε τὰ φυτά. Ἀλλὰ τοῦτόν γε τὸν λόγον οἱ τῆς Ποικίλης οὐ προσεδέξαντο· τὴν γάρ τοι φυτικὴν δύναμιν καλεῖν ψυχὴν οὐκ ἠνέσχοντο. Ζήνων δὲ ὁ Κιτιεύς, ὁ τῆσδε τῆς αἱρέσεως ἡγησάμενος, τοιάδε περὶ ψυχῆς δοξάζειν τοὺς</w:t>
      </w:r>
    </w:p>
    <w:p>
      <w:r>
        <w:rPr>
          <w:rFonts w:ascii="Courier New" w:hAnsi="Courier New"/>
          <w:color w:val="555555"/>
          <w:sz w:val="20"/>
        </w:rPr>
        <w:t>[5]</w:t>
      </w:r>
    </w:p>
    <w:p>
      <w:r>
        <w:rPr>
          <w:rFonts w:ascii="Gentium Plus" w:hAnsi="Gentium Plus"/>
          <w:sz w:val="24"/>
        </w:rPr>
        <w:t>οἰκείους ἐδίδαξε φοιτητάς· τὸν γάρ τοι ἀνθρώπινον θορόν, ὑγρὸν ὄντα καὶ μετέχοντα πνεύματος, τῆς ψυχῆς ἔφησεν εἶναι μέρος τε καὶ ἀπόσπασμα καὶ τοῦ τῶν προγόνων σπέρματος κέρασμά τε καὶ μῖγμα, ἐξ ἁπάντων τῶν τῆς ψυχῆς μορίων ξυναθροισθέν. Οὗ δὴ</w:t>
      </w:r>
    </w:p>
    <w:p>
      <w:r>
        <w:rPr>
          <w:rFonts w:ascii="Courier New" w:hAnsi="Courier New"/>
          <w:color w:val="555555"/>
          <w:sz w:val="20"/>
        </w:rPr>
        <w:t>[5 . 26]</w:t>
      </w:r>
    </w:p>
    <w:p>
      <w:r>
        <w:rPr>
          <w:rFonts w:ascii="Gentium Plus" w:hAnsi="Gentium Plus"/>
          <w:sz w:val="24"/>
        </w:rPr>
        <w:t>χάριν αὐτὴν καὶ φθαρτὴν προσηγόρευσεν. Νουμήνιος δὲ ὁ Πυθα‐ γόρειος πρὸς τούτους ἀποτεινόμενος ἔφη· «Τὴν δὲ ψυχὴν γενη‐ τήν τε καὶ φθαρτὴν λέγουσιν, οὐκ εὐθὺς δὲ τοῦ σώματος ἀπαλ‐ λαγεῖσαν φθείρεσθαι, ἀλλ’ ἐπιμένειν τινὰς χρόνους καθ’ ἑαυτήν,</w:t>
      </w:r>
    </w:p>
    <w:p>
      <w:r>
        <w:rPr>
          <w:rFonts w:ascii="Courier New" w:hAnsi="Courier New"/>
          <w:color w:val="555555"/>
          <w:sz w:val="20"/>
        </w:rPr>
        <w:t>[5]</w:t>
      </w:r>
    </w:p>
    <w:p>
      <w:r>
        <w:rPr>
          <w:rFonts w:ascii="Gentium Plus" w:hAnsi="Gentium Plus"/>
          <w:sz w:val="24"/>
        </w:rPr>
        <w:t>τὴν μὲν τῶν σπουδαίων μέχρι τῆς εἰς πῦρ ἀναλύσεως τῶν</w:t>
      </w:r>
    </w:p>
    <w:p>
      <w:r>
        <w:rPr>
          <w:rFonts w:ascii="Courier New" w:hAnsi="Courier New"/>
          <w:color w:val="555555"/>
          <w:sz w:val="20"/>
        </w:rPr>
        <w:t>[5 . 27]</w:t>
      </w:r>
    </w:p>
    <w:p>
      <w:r>
        <w:rPr>
          <w:rFonts w:ascii="Gentium Plus" w:hAnsi="Gentium Plus"/>
          <w:sz w:val="24"/>
        </w:rPr>
        <w:t>πάντων, τὴν δὲ τῶν ἀφρόνων πρὸς ποιούς τινας χρόνους.» Καὶ ὁ Λογγῖνος δὲ αὐτῶν ἄντικρυς κατηγορεῖ, ὧδε γράψας· «Ζή‐ νωνι μὲν γὰρ καὶ Κλεάνθει νεμεσήσειεν ἄν τις δικαίως, οὕτω σφόδρα ὑβριστικῶς περὶ τῆς ψυχῆς διαλεχθεῖσιν. Ἄμφω γὰρ τοῦ</w:t>
      </w:r>
    </w:p>
    <w:p>
      <w:r>
        <w:rPr>
          <w:rFonts w:ascii="Courier New" w:hAnsi="Courier New"/>
          <w:color w:val="555555"/>
          <w:sz w:val="20"/>
        </w:rPr>
        <w:t>[5 . 28]</w:t>
      </w:r>
    </w:p>
    <w:p>
      <w:r>
        <w:rPr>
          <w:rFonts w:ascii="Gentium Plus" w:hAnsi="Gentium Plus"/>
          <w:sz w:val="24"/>
        </w:rPr>
        <w:t>στερεοῦ σώματος εἶναι τὴν ψυχὴν ἀναθυμίασιν ἔφασαν.» Ἄντι‐ κρυς δὲ τούτων ἐναντία τὰ Πυθαγόρᾳ καὶ Πλάτωνι δόξαντα· θείαν γὰρ δὴ μοῖραν τὸν νοῦν ἔφασαν εἶναι. Ξυμφωνεῖ δὲ καὶ ὁ Νικομάχου τῷδε τῷ λόγῳ, καίτοι θνητὴν εἶναι ἀποφηνάμενος</w:t>
      </w:r>
    </w:p>
    <w:p>
      <w:r>
        <w:rPr>
          <w:rFonts w:ascii="Courier New" w:hAnsi="Courier New"/>
          <w:color w:val="555555"/>
          <w:sz w:val="20"/>
        </w:rPr>
        <w:t>[5]</w:t>
      </w:r>
    </w:p>
    <w:p>
      <w:r>
        <w:rPr>
          <w:rFonts w:ascii="Gentium Plus" w:hAnsi="Gentium Plus"/>
          <w:sz w:val="24"/>
        </w:rPr>
        <w:t>τὴν ψυχήν· ἄλλο τι γὰρ εἶναι τὸν νοῦν παρὰ ταύτην ὑπέλαβεν. Καὶ οἱ περὶ Πλάτωνα δὲ καὶ Πυθαγόραν θύραθεν τοῦτον εἰσκρί‐ νεσθαι λέγουσιν. Πάλιν δ’ αὖ οἱ μὲν αὐτῶν αὐτοκράτορα τὸν νοῦν ἔφασαν εἶναι καὶ ἄγειν δύνασθαι, ᾗ ἂν ἐθέλῃ, τὰ πάθη· οἱ δὲ ἀνάγκης αὐτὸν καὶ εἱμαρμένης ἀπεφήναντο δοῦλον καὶ πρὸς</w:t>
      </w:r>
    </w:p>
    <w:p>
      <w:r>
        <w:rPr>
          <w:rFonts w:ascii="Courier New" w:hAnsi="Courier New"/>
          <w:color w:val="555555"/>
          <w:sz w:val="20"/>
        </w:rPr>
        <w:t>[10]</w:t>
      </w:r>
    </w:p>
    <w:p>
      <w:r>
        <w:rPr>
          <w:rFonts w:ascii="Gentium Plus" w:hAnsi="Gentium Plus"/>
          <w:sz w:val="24"/>
        </w:rPr>
        <w:t>τὰ τῶν Μοιρῶν ἄγεσθαι νήματα, καὶ τῆς τοῦ οὐρανοῦ περιδινή‐ σεως καὶ τῆς τῶν ἄστρων ξυνόδου τὰς τούτου πράξεις καὶ</w:t>
      </w:r>
    </w:p>
    <w:p>
      <w:r>
        <w:rPr>
          <w:rFonts w:ascii="Courier New" w:hAnsi="Courier New"/>
          <w:color w:val="555555"/>
          <w:sz w:val="20"/>
        </w:rPr>
        <w:t>[5 . 29]</w:t>
      </w:r>
    </w:p>
    <w:p>
      <w:r>
        <w:rPr>
          <w:rFonts w:ascii="Gentium Plus" w:hAnsi="Gentium Plus"/>
          <w:sz w:val="24"/>
        </w:rPr>
        <w:t>ἐνεργείας ἠρτῆσθαι. Ὁ δέ γε Πλάτων τὴν ἐναντίαν τούτοις περὶ ψυχῆς ἐξεπαίδευσε δόξαν· ἐλευθέραν γὰρ αὐτὴν εἶναι ἔφησε καὶ δέσποιναν τῶν ἐνοχλούντων παθῶν καὶ ἑκοῦσαν ἢ τῇδε ἢ ἐκεῖσε χωρεῖν καὶ ἐθελουσίως γε ἢ νικᾶν ἢ ἡττᾶσθαι. Καὶ τοῦτο</w:t>
      </w:r>
    </w:p>
    <w:p>
      <w:r>
        <w:rPr>
          <w:rFonts w:ascii="Courier New" w:hAnsi="Courier New"/>
          <w:color w:val="555555"/>
          <w:sz w:val="20"/>
        </w:rPr>
        <w:t>[5]</w:t>
      </w:r>
    </w:p>
    <w:p>
      <w:r>
        <w:rPr>
          <w:rFonts w:ascii="Gentium Plus" w:hAnsi="Gentium Plus"/>
          <w:sz w:val="24"/>
        </w:rPr>
        <w:t>σαφῶς ἐν τοῖς Νόμοις δεδήλωκε· λέγει δὲ οὕτως· «Κἀνταῦθα, ὦ ξένε, τὸ νικᾶν αὐτὸν ἑαυτὸν πασῶν νικῶν πρώτη καὶ ἀρίστη· τὸ δὲ ἡττᾶσθαι αὐτὸν ὑφ’ ἑαυτοῦ αἴσχιστόν τε καὶ κάκιστον· ταῦτα γὰρ ὡς πολέμου ἐν ἑκάστοις ἡμῶν ὄντος πρὸς ἡμᾶς αὐτοὺς ση‐</w:t>
      </w:r>
    </w:p>
    <w:p>
      <w:r>
        <w:rPr>
          <w:rFonts w:ascii="Courier New" w:hAnsi="Courier New"/>
          <w:color w:val="555555"/>
          <w:sz w:val="20"/>
        </w:rPr>
        <w:t>[5 . 30]</w:t>
      </w:r>
    </w:p>
    <w:p>
      <w:r>
        <w:rPr>
          <w:rFonts w:ascii="Gentium Plus" w:hAnsi="Gentium Plus"/>
          <w:sz w:val="24"/>
        </w:rPr>
        <w:t>μαίνει.» Καὶ αὖ πάλιν μετ’ ὀλίγα· «Τόδε δ’ ἴσμεν, ὅτι ταῦτα τὰ πάθη ἐν ἡμῖν οἷον νεῦρα ἢ σμήρινθοί τινες ἐνοῦσαι σπῶσί τε ἡμᾶς καὶ ἀλλήλαις ἀνθέλκουσιν ἐναντίαι γε οὖσαι ἐπ’ ἐναντίας πράξεις, οὗ δὴ διωρισμένη ἀρετὴ καὶ κακία κεῖται. Μίαν γάρ</w:t>
      </w:r>
    </w:p>
    <w:p>
      <w:r>
        <w:rPr>
          <w:rFonts w:ascii="Courier New" w:hAnsi="Courier New"/>
          <w:color w:val="555555"/>
          <w:sz w:val="20"/>
        </w:rPr>
        <w:t>[5]</w:t>
      </w:r>
    </w:p>
    <w:p>
      <w:r>
        <w:rPr>
          <w:rFonts w:ascii="Gentium Plus" w:hAnsi="Gentium Plus"/>
          <w:sz w:val="24"/>
        </w:rPr>
        <w:t>φησιν ὁ λόγος δεῖν τῶν ἕλξεων ξυνεπόμενον ἀεὶ καὶ μηδαμῇ ἀπολειπόμενον ἐκείνης, ἀνθέλκειν τοῖς ἄλλοις μετρίοις ἕκα‐</w:t>
      </w:r>
    </w:p>
    <w:p>
      <w:r>
        <w:rPr>
          <w:rFonts w:ascii="Courier New" w:hAnsi="Courier New"/>
          <w:color w:val="555555"/>
          <w:sz w:val="20"/>
        </w:rPr>
        <w:t>[5 . 31]</w:t>
      </w:r>
    </w:p>
    <w:p>
      <w:r>
        <w:rPr>
          <w:rFonts w:ascii="Gentium Plus" w:hAnsi="Gentium Plus"/>
          <w:sz w:val="24"/>
        </w:rPr>
        <w:t>στον· ταύτην δὲ εἶναι τὴν τοῦ λογισμοῦ ἀγωγήν.» Ἄντικρυς δὲ διὰ τούτων δεδήλωκεν, ὡς οὔτε φύσιν ἐλάχομεν πονηράν, καὶ κατ’ ἀνάγκην καὶ βίαν πλημμελοῦμεν οἱ ἄνθρωποι, οὔτε ὑπὸ τῶν τῆς Κλωθοῦς νημάτων ἀγόμεθα οὔτε μὴν ὑπὸ τῆς τῶν ἄστρων ξυνό‐</w:t>
      </w:r>
    </w:p>
    <w:p>
      <w:r>
        <w:rPr>
          <w:rFonts w:ascii="Courier New" w:hAnsi="Courier New"/>
          <w:color w:val="555555"/>
          <w:sz w:val="20"/>
        </w:rPr>
        <w:t>[5]</w:t>
      </w:r>
    </w:p>
    <w:p>
      <w:r>
        <w:rPr>
          <w:rFonts w:ascii="Gentium Plus" w:hAnsi="Gentium Plus"/>
          <w:sz w:val="24"/>
        </w:rPr>
        <w:t>δου πρὸς τὸ πρακτέον ὠθούμεθα· ἀλλ’ ἀγωνίζεται μὲν πρὸς ἑαυτὴν ἡ ψυχή, τοῦ δὲ νικᾶν ἔχει τὴν ἐξουσίαν, ἢν ἐθελήσῃ νεῦ‐ σαι πρὸς ἀρετήν· καὶ ἕλκει μὲν ἡ ἐπιθυμία πρὸς ἑαυτήν,</w:t>
      </w:r>
    </w:p>
    <w:p>
      <w:r>
        <w:rPr>
          <w:rFonts w:ascii="Courier New" w:hAnsi="Courier New"/>
          <w:color w:val="555555"/>
          <w:sz w:val="20"/>
        </w:rPr>
        <w:t>[5 . 32]</w:t>
      </w:r>
    </w:p>
    <w:p>
      <w:r>
        <w:rPr>
          <w:rFonts w:ascii="Gentium Plus" w:hAnsi="Gentium Plus"/>
          <w:sz w:val="24"/>
        </w:rPr>
        <w:t>τε καὶ σύρεσθαι. Ἐκράτυνε δὲ τόνδε τὸν λόγον κἀν τῷ δεκάτῳ τῶν Νόμων, ταῦτα εἰπών· «Τῆς δὲ γενέσεως τοῦ ποιοῦ τινος ἀφῆκε ταῖς βουλήσεσιν ἑκάστων ἡμῶν αὐτῶν τὰς αἰτίας· ὅπῃ γὰρ ἂν ἐπιθυμῇ, καὶ ὁποῖος ἂν ὢν τὴν ψυχήν, ταύτῃ σχεδὸν ἑκάστοτε</w:t>
      </w:r>
    </w:p>
    <w:p>
      <w:r>
        <w:rPr>
          <w:rFonts w:ascii="Courier New" w:hAnsi="Courier New"/>
          <w:color w:val="555555"/>
          <w:sz w:val="20"/>
        </w:rPr>
        <w:t>[5]</w:t>
      </w:r>
    </w:p>
    <w:p>
      <w:r>
        <w:rPr>
          <w:rFonts w:ascii="Gentium Plus" w:hAnsi="Gentium Plus"/>
          <w:sz w:val="24"/>
        </w:rPr>
        <w:t>καὶ τοιοῦτος ἡμῶν γίνεται ἅπας ὡς τὸ πολύ.» Καὶ μετὰ βραχέα δὲ καὶ ταῦτα προστέθεικεν· «Μείζω δὲ δὴ ψυχὴ κακίας καὶ ἀρε‐ τῆς ὁπόταν μεταλάβῃ διὰ τὴν αὑτῆς βούλησίν τε καὶ ὁμιλίαν γενομένην ἰσχυράν, ὁπόταν μὲν ἀρετῇ θείᾳ προσμίξασα γίνηται διαφερόντως τὰ τοιαῦτα, διαφέροντα καὶ μετέλαβε τόπον ἅγιον,</w:t>
      </w:r>
    </w:p>
    <w:p>
      <w:r>
        <w:rPr>
          <w:rFonts w:ascii="Courier New" w:hAnsi="Courier New"/>
          <w:color w:val="555555"/>
          <w:sz w:val="20"/>
        </w:rPr>
        <w:t>[10]</w:t>
      </w:r>
    </w:p>
    <w:p>
      <w:r>
        <w:rPr>
          <w:rFonts w:ascii="Gentium Plus" w:hAnsi="Gentium Plus"/>
          <w:sz w:val="24"/>
        </w:rPr>
        <w:t>ὅλη μετακοσμηθεῖσα εἰς ἀμείνω τινὰ τόπον ἕτερον· ὅταν δὲ</w:t>
      </w:r>
    </w:p>
    <w:p>
      <w:r>
        <w:rPr>
          <w:rFonts w:ascii="Courier New" w:hAnsi="Courier New"/>
          <w:color w:val="555555"/>
          <w:sz w:val="20"/>
        </w:rPr>
        <w:t>[5 . 33]</w:t>
      </w:r>
    </w:p>
    <w:p>
      <w:r>
        <w:rPr>
          <w:rFonts w:ascii="Gentium Plus" w:hAnsi="Gentium Plus"/>
          <w:sz w:val="24"/>
        </w:rPr>
        <w:t>τἀναντία, κατὰ τἀναντία μεθιδρύσατο τὸν αὑτῆς βίον.» Κἀν‐ ταῦθα παραπλησίως ἐδίδαξεν, ὡς τῇ βουλήσει τῆς ψυχῆς ἀπ‐ ένειμεν ὁ ποιητὴς τῶν κρειττόνων καὶ τῶν χειρόνων τὴν αἵρεσιν. Τὸ μὲν γὰρ τῆς γνώμης αὐθαίρετον τῇδε ῥέπειν ἢ ἐκεῖσε παρα‐</w:t>
      </w:r>
    </w:p>
    <w:p>
      <w:r>
        <w:rPr>
          <w:rFonts w:ascii="Courier New" w:hAnsi="Courier New"/>
          <w:color w:val="555555"/>
          <w:sz w:val="20"/>
        </w:rPr>
        <w:t>[5]</w:t>
      </w:r>
    </w:p>
    <w:p>
      <w:r>
        <w:rPr>
          <w:rFonts w:ascii="Gentium Plus" w:hAnsi="Gentium Plus"/>
          <w:sz w:val="24"/>
        </w:rPr>
        <w:t>σκευάζει, ἡ δὲ ὁμιλία καὶ τὸ ἔθος ἰσχυρὰν τὴν ἕξιν ἐργάζεται.</w:t>
      </w:r>
    </w:p>
    <w:p>
      <w:r>
        <w:rPr>
          <w:rFonts w:ascii="Courier New" w:hAnsi="Courier New"/>
          <w:color w:val="555555"/>
          <w:sz w:val="20"/>
        </w:rPr>
        <w:t>[5 . 34]</w:t>
      </w:r>
    </w:p>
    <w:p>
      <w:r>
        <w:rPr>
          <w:rFonts w:ascii="Gentium Plus" w:hAnsi="Gentium Plus"/>
          <w:sz w:val="24"/>
        </w:rPr>
        <w:t>ἀσπασαμένη, λαγχάνει πάλιν τὸν κατάλληλον χῶρον. Κἀν τῷ δευτέρῳ δὲ τῆς Πολιτείας ξυνῳδὰ τούτοις ξυνέγραψε· λέγει δὲ ταῦτα· «Οὐκοῦν ἀγαθὸς ὁ θεὸς τῷ ὄντι γε, καὶ λεκτέον οὕτω; — Τί μήν; — Οὐδὲν δὲ τῶν ἀγαθῶν βλαβερόν· ἦ γάρ; — Οὔ μοι</w:t>
      </w:r>
    </w:p>
    <w:p>
      <w:r>
        <w:rPr>
          <w:rFonts w:ascii="Courier New" w:hAnsi="Courier New"/>
          <w:color w:val="555555"/>
          <w:sz w:val="20"/>
        </w:rPr>
        <w:t>[5]</w:t>
      </w:r>
    </w:p>
    <w:p>
      <w:r>
        <w:rPr>
          <w:rFonts w:ascii="Gentium Plus" w:hAnsi="Gentium Plus"/>
          <w:sz w:val="24"/>
        </w:rPr>
        <w:t>δοκεῖ. — Ἆρα τὸ μὴ βλαβερὸν βλάπτει; — Οὐδαμῶς. — Ὃ δὲ μὴ βλάπτει κακόν τι ποιεῖ; — Οὐδαμῶς. — Οὐδ’ ἄν τινος εἴη κακοῦ αἴτιον; — Πῶς γάρ; — Τί δέ; ὠφέλιμον τὸ ἀγαθόν; — Ναί. — Αἴτιον ἄρα εὐπραγίας; — Ναί. — Οὐκ ἄρα γε πάντων αἴτιον τὸ ἀγαθόν, ἀλλὰ τῶν μὲν εὖ ἐχόντων πάντων, τῶν δὲ</w:t>
      </w:r>
    </w:p>
    <w:p>
      <w:r>
        <w:rPr>
          <w:rFonts w:ascii="Courier New" w:hAnsi="Courier New"/>
          <w:color w:val="555555"/>
          <w:sz w:val="20"/>
        </w:rPr>
        <w:t>[5 . 35]</w:t>
      </w:r>
    </w:p>
    <w:p>
      <w:r>
        <w:rPr>
          <w:rFonts w:ascii="Gentium Plus" w:hAnsi="Gentium Plus"/>
          <w:sz w:val="24"/>
        </w:rPr>
        <w:t>κακῶν ἀναίτιον. — Παντελῶς γε, ἔφη. — Οὐκ ἄρα, ἦν δ’ ἐγώ, ὁ θεός, ἐπεὶ ἀγαθός, πάντων ἂν εἴη αἴτιος, ὡς οἱ πολλοὶ λέ‐ γουσιν, ἀλλ’ ὀλίγων μὲν τοῖς ἀνθρώποις αἴτιος, πολλῶν δὲ ἀναί‐ τιος· πολὺ γὰρ ἐλάττω τὰ ἀγαθὰ τῶν κακῶν ἡμῖν, καὶ τῶν μὲν</w:t>
      </w:r>
    </w:p>
    <w:p>
      <w:r>
        <w:rPr>
          <w:rFonts w:ascii="Courier New" w:hAnsi="Courier New"/>
          <w:color w:val="555555"/>
          <w:sz w:val="20"/>
        </w:rPr>
        <w:t>[5]</w:t>
      </w:r>
    </w:p>
    <w:p>
      <w:r>
        <w:rPr>
          <w:rFonts w:ascii="Gentium Plus" w:hAnsi="Gentium Plus"/>
          <w:sz w:val="24"/>
        </w:rPr>
        <w:t>ἀγαθῶν οὐδένα ἄλλον αἰτιατέον, τῶν δὲ κακῶν ἄλλα ἄττα δεῖ ζητεῖν αἴτια, ἀλλ’ οὐ τὸν θεόν. — Ἀληθέστατα, ἔφη, δοκεῖς μοι</w:t>
      </w:r>
    </w:p>
    <w:p>
      <w:r>
        <w:rPr>
          <w:rFonts w:ascii="Courier New" w:hAnsi="Courier New"/>
          <w:color w:val="555555"/>
          <w:sz w:val="20"/>
        </w:rPr>
        <w:t>[10]</w:t>
      </w:r>
    </w:p>
    <w:p>
      <w:r>
        <w:rPr>
          <w:rFonts w:ascii="Gentium Plus" w:hAnsi="Gentium Plus"/>
          <w:sz w:val="24"/>
        </w:rPr>
        <w:t>πίθοι κατακείαται ἐν Διὸς οὔδει κηρῶν ἔμπλειοι, ὁ μὲν ἐσθλῶν, αὐτὰρ ὁ δειλῶν· καὶ ᾧ μὲν ἂν μίξας ὁ Ζεὺς ἀμφότερα δῷ, ἄλλοτε μέν τε κακῷ ὅ γε κύρεται, ἄλλοτε δ’ ἐσθλῷ.»</w:t>
      </w:r>
    </w:p>
    <w:p>
      <w:r>
        <w:rPr>
          <w:rFonts w:ascii="Courier New" w:hAnsi="Courier New"/>
          <w:color w:val="555555"/>
          <w:sz w:val="20"/>
        </w:rPr>
        <w:t>[5 . 36]</w:t>
      </w:r>
    </w:p>
    <w:p>
      <w:r>
        <w:rPr>
          <w:rFonts w:ascii="Gentium Plus" w:hAnsi="Gentium Plus"/>
          <w:sz w:val="24"/>
        </w:rPr>
        <w:t>Οὕτω δὲ καὶ τὰ ἄλλα τὰ τοιαῦτα καὶ Ὁμήρου καὶ Ἡσιόδου καὶ μέντοι καὶ Αἰσχύλου. Εἶτα ἐπάγει· «Κακῶν δὲ αἴτιον φάναι τὸν θεόν, ἀγαθὸν ὄντα, διαμαχητέον παντὶ τρόπῳ, μήτε τινὰ λέ‐ γειν ταῦτα ἐν τῇ ἑαυτοῦ πόλει, εἰ μέλλει εὐνομήσεσθαι, μήτε τινὰ</w:t>
      </w:r>
    </w:p>
    <w:p>
      <w:r>
        <w:rPr>
          <w:rFonts w:ascii="Courier New" w:hAnsi="Courier New"/>
          <w:color w:val="555555"/>
          <w:sz w:val="20"/>
        </w:rPr>
        <w:t>[5]</w:t>
      </w:r>
    </w:p>
    <w:p>
      <w:r>
        <w:rPr>
          <w:rFonts w:ascii="Gentium Plus" w:hAnsi="Gentium Plus"/>
          <w:sz w:val="24"/>
        </w:rPr>
        <w:t>ἀκούειν, μήτε νεώτερον μήτε πρεσβύτερον, μήτε ἐν μέτρῳ μήτε ἄνευ μέτρου μυθολογοῦντα, ὡς οὔτε ὅσια ἂν λεγόμενα, εἰ λέ‐ γοιτο, οὔτε ξύμφορα ἡμῖν οὔτε ξύμφωνα αὑτοῖς. Ξύμψηφός σού εἰμι, ἔφη, τούτου τοῦ νόμου, καί μοι ἀρέσκει. Οὗτος μέντοι, ἦν δ’ ἐγώ, εἷς ἂν εἴη τῶν περὶ θεοῦ νόμων τε καὶ τύπων, ἐν οἷς</w:t>
      </w:r>
    </w:p>
    <w:p>
      <w:r>
        <w:rPr>
          <w:rFonts w:ascii="Courier New" w:hAnsi="Courier New"/>
          <w:color w:val="555555"/>
          <w:sz w:val="20"/>
        </w:rPr>
        <w:t>[10]</w:t>
      </w:r>
    </w:p>
    <w:p>
      <w:r>
        <w:rPr>
          <w:rFonts w:ascii="Gentium Plus" w:hAnsi="Gentium Plus"/>
          <w:sz w:val="24"/>
        </w:rPr>
        <w:t>δεήσει τούς τε λέγοντας λέγειν καὶ τοὺς ποιοῦντας ποιεῖν, μὴ</w:t>
      </w:r>
    </w:p>
    <w:p>
      <w:r>
        <w:rPr>
          <w:rFonts w:ascii="Courier New" w:hAnsi="Courier New"/>
          <w:color w:val="555555"/>
          <w:sz w:val="20"/>
        </w:rPr>
        <w:t>[5 . 37]</w:t>
      </w:r>
    </w:p>
    <w:p>
      <w:r>
        <w:rPr>
          <w:rFonts w:ascii="Gentium Plus" w:hAnsi="Gentium Plus"/>
          <w:sz w:val="24"/>
        </w:rPr>
        <w:t>πάντων αἴτιον τὸν θεόν, ἀλλὰ τῶν ἀγαθῶν.» Ταῦτα καὶ περὶ τοῦ πεποιηκότος ἡμᾶς Θεοῦ καὶ περὶ ἡμῶν δέ γε αὐτῶν καὶ φρονεῖν καὶ δοξάζειν ὁ Πλάτων ἐδίδαξε καὶ τοὺς κακῶν αἴτιον εἶναι τὸν Θεὸν λέγοντας ἐξελαύνειν ἐκέλευσε· καὶ γὰρ ἀνόσιον</w:t>
      </w:r>
    </w:p>
    <w:p>
      <w:r>
        <w:rPr>
          <w:rFonts w:ascii="Courier New" w:hAnsi="Courier New"/>
          <w:color w:val="555555"/>
          <w:sz w:val="20"/>
        </w:rPr>
        <w:t>[5]</w:t>
      </w:r>
    </w:p>
    <w:p>
      <w:r>
        <w:rPr>
          <w:rFonts w:ascii="Gentium Plus" w:hAnsi="Gentium Plus"/>
          <w:sz w:val="24"/>
        </w:rPr>
        <w:t>εἶναι τόνδε τὸν λόγον φησὶ καὶ ἀξύμφορον ἡμῖν καὶ ἀξύμφωνον ἑαυτῷ. Εἰ γὰρ ἀγαθὸς ὁ Θεός, ὥσπερ οὖν ἀγαθός—κοινὸς γὰρ</w:t>
      </w:r>
    </w:p>
    <w:p>
      <w:r>
        <w:rPr>
          <w:rFonts w:ascii="Courier New" w:hAnsi="Courier New"/>
          <w:color w:val="555555"/>
          <w:sz w:val="20"/>
        </w:rPr>
        <w:t>[5 . 38]</w:t>
      </w:r>
    </w:p>
    <w:p>
      <w:r>
        <w:rPr>
          <w:rFonts w:ascii="Gentium Plus" w:hAnsi="Gentium Plus"/>
          <w:sz w:val="24"/>
        </w:rPr>
        <w:t>οὗτος ὁ λόγος—οὐκ ἄρα κακῶν αἴτιος ὁ ἀγαθὸς γένοιτ’ ἄν. Εἰ δὲ ἀναίτιος ὁ Θεὸς τῶν γινομένων κακῶν—κακὰ δὲ κυρίως ὀνομάζομεν οὐ τὰ παρὰ πολλῶν νομιζόμενα, πενίαν καὶ νόσον καὶ τἄλλα, ὅσα τούτοις ἐστὶ παραπλήσια, ἃς ξυμφορὰς ὀνομάζειν</w:t>
      </w:r>
    </w:p>
    <w:p>
      <w:r>
        <w:rPr>
          <w:rFonts w:ascii="Courier New" w:hAnsi="Courier New"/>
          <w:color w:val="555555"/>
          <w:sz w:val="20"/>
        </w:rPr>
        <w:t>[5]</w:t>
      </w:r>
    </w:p>
    <w:p>
      <w:r>
        <w:rPr>
          <w:rFonts w:ascii="Gentium Plus" w:hAnsi="Gentium Plus"/>
          <w:sz w:val="24"/>
        </w:rPr>
        <w:t>φίλον τισίν, ἀλλὰ κακίαν καὶ ἀκολασίαν, καὶ τὰς ἄλλας παρανο‐ μίας—ὑφ’ ἡμῶν δὲ ταῦτα τολμᾶται, ἡμεῖς ἄρα τούτων αἴτιοι, καὶ οὐχ ὁ τἀναντία νομοθετήσας Θεός· ταῦτα γὰρ ἡμᾶς φρονεῖν</w:t>
      </w:r>
    </w:p>
    <w:p>
      <w:r>
        <w:rPr>
          <w:rFonts w:ascii="Courier New" w:hAnsi="Courier New"/>
          <w:color w:val="555555"/>
          <w:sz w:val="20"/>
        </w:rPr>
        <w:t>[5 . 39]</w:t>
      </w:r>
    </w:p>
    <w:p>
      <w:r>
        <w:rPr>
          <w:rFonts w:ascii="Gentium Plus" w:hAnsi="Gentium Plus"/>
          <w:sz w:val="24"/>
        </w:rPr>
        <w:t>καὶ Σωκράτης καὶ Πλάτων ἐδίδαξαν. Οὗτοι καὶ τὸ λογικὸν τῆς ψυχῆς θεοειδὲς προσηγόρευσαν, καὶ ἔστιν ἀκοῦσαι Σωκράτους τῷ Ἀλκιβιάδῃ λέγοντος—καὶ ταῦτά γε ὁ Πλάτων ξυνέγραψεν—· «Ἔχομεν οὖν εἰπεῖν ὅ τι τῆς ψυχῆς ἐστι θειότατον ἢ τοῦτο περὶ</w:t>
      </w:r>
    </w:p>
    <w:p>
      <w:r>
        <w:rPr>
          <w:rFonts w:ascii="Courier New" w:hAnsi="Courier New"/>
          <w:color w:val="555555"/>
          <w:sz w:val="20"/>
        </w:rPr>
        <w:t>[5]</w:t>
      </w:r>
    </w:p>
    <w:p>
      <w:r>
        <w:rPr>
          <w:rFonts w:ascii="Gentium Plus" w:hAnsi="Gentium Plus"/>
          <w:sz w:val="24"/>
        </w:rPr>
        <w:t>ὃ εἰδέναι τε καὶ φρονεῖν ἔστιν; — Οὐκ ἔχομεν. — Τῷ θεῷ οὖν τοῦτο ἔοικεν αὐτῆς· καί τις εἰς τοῦτο βλέπων καὶ πᾶν τὸ θεῖον</w:t>
      </w:r>
    </w:p>
    <w:p>
      <w:r>
        <w:rPr>
          <w:rFonts w:ascii="Courier New" w:hAnsi="Courier New"/>
          <w:color w:val="555555"/>
          <w:sz w:val="20"/>
        </w:rPr>
        <w:t>[5 . 40]</w:t>
      </w:r>
    </w:p>
    <w:p>
      <w:r>
        <w:rPr>
          <w:rFonts w:ascii="Gentium Plus" w:hAnsi="Gentium Plus"/>
          <w:sz w:val="24"/>
        </w:rPr>
        <w:t>Παραπλήσια δὲ κἀν τῷ Φαίδωνι λέγει· «Θῶμεν γάρ, ἔφη, δύο εἴδη τῶν ὄντων, τὸ μὲν ὁρατόν, τὸ δὲ ἀειδές. — Θῶμεν, ἔφη. — Καὶ τὸ μὲν ἀειδὲς ἀεὶ καὶ κατὰ ταὐτὰ ἔχον, τὸ δὲ ὁρατὸν μηδέ‐ ποτε κατὰ ταὐτά; — Καὶ ταῦτα θῶμεν, ἔφη. — Φέρε δή, ἦ</w:t>
      </w:r>
    </w:p>
    <w:p>
      <w:r>
        <w:rPr>
          <w:rFonts w:ascii="Courier New" w:hAnsi="Courier New"/>
          <w:color w:val="555555"/>
          <w:sz w:val="20"/>
        </w:rPr>
        <w:t>[5]</w:t>
      </w:r>
    </w:p>
    <w:p>
      <w:r>
        <w:rPr>
          <w:rFonts w:ascii="Gentium Plus" w:hAnsi="Gentium Plus"/>
          <w:sz w:val="24"/>
        </w:rPr>
        <w:t>δ’ ὃς, ἄλλο τι ἡμῶν αὐτῶν τὸ μὲν σῶμά ἐστι, τὸ δὲ ψυχή; — Οὐ‐ δὲν ἄλλο, ἔφη. — Πότερον οὖν ὁμοιότερον τῷ εἴδει φαμὲν εἶναι καὶ ξυγγενέστερον τὸ σῶμα; — Παντί, ἔφη, τοῦτό γε δῆλον, ὅτι</w:t>
      </w:r>
    </w:p>
    <w:p>
      <w:r>
        <w:rPr>
          <w:rFonts w:ascii="Courier New" w:hAnsi="Courier New"/>
          <w:color w:val="555555"/>
          <w:sz w:val="20"/>
        </w:rPr>
        <w:t>[5 . 41]</w:t>
      </w:r>
    </w:p>
    <w:p>
      <w:r>
        <w:rPr>
          <w:rFonts w:ascii="Gentium Plus" w:hAnsi="Gentium Plus"/>
          <w:sz w:val="24"/>
        </w:rPr>
        <w:t>τῷ ὁρατῷ. — Τί δὲ ψυχή; ὁρατὸν ἢ ἀειδές; — Οὐχ ὑπὸ ἀνθρώ‐ πων γε, ὦ Σώκρατες, ἔφη. — Ἀλλὰ μὴν ἡμεῖς γε τὰ ὁρατὰ καὶ τὰ μὴ τῇ τῶν ἀνθρώπων φύσει ἐλέγομεν, ἢ ἄλλῃ τινὶ οἴει; — Τῇ τῶν ἀνθρώπων. — Τί οὖν περὶ ψυχῆς λέγομεν; ὁρατὸν ἢ</w:t>
      </w:r>
    </w:p>
    <w:p>
      <w:r>
        <w:rPr>
          <w:rFonts w:ascii="Courier New" w:hAnsi="Courier New"/>
          <w:color w:val="555555"/>
          <w:sz w:val="20"/>
        </w:rPr>
        <w:t>[5]</w:t>
      </w:r>
    </w:p>
    <w:p>
      <w:r>
        <w:rPr>
          <w:rFonts w:ascii="Gentium Plus" w:hAnsi="Gentium Plus"/>
          <w:sz w:val="24"/>
        </w:rPr>
        <w:t>ἀόρατον εἶναι; — Οὐχ ὁρατόν. — Ἀειδὲς ἄρα; — Ναί. — Ὁμοιότερον οὖν ἄρα ψυχὴ σώματός ἐστι τῷ ἀειδεῖ, τὸ δὲ σῶμα</w:t>
      </w:r>
    </w:p>
    <w:p>
      <w:r>
        <w:rPr>
          <w:rFonts w:ascii="Courier New" w:hAnsi="Courier New"/>
          <w:color w:val="555555"/>
          <w:sz w:val="20"/>
        </w:rPr>
        <w:t>[5 . 42]</w:t>
      </w:r>
    </w:p>
    <w:p>
      <w:r>
        <w:rPr>
          <w:rFonts w:ascii="Gentium Plus" w:hAnsi="Gentium Plus"/>
          <w:sz w:val="24"/>
        </w:rPr>
        <w:t>τῷ ὁρατῷ; — Πᾶσα ἀνάγκη, ὦ Σώκρατες.» Πολλὰ δὲ καὶ ἄλλα τοιαῦτα διεξελθών, ἐπήγαγεν· «Ποτέρῳ οὖν ἡ ψυχὴ ἔοι‐ κεν; — Δηλαδή, ὦ Σώκρατες, ὅτι ἡ μὲν ψυχὴ τῷ θείῳ, τὸ δὲ σῶμα τῷ θνητῷ.» Καὶ αὖ πάλιν μετ’ ὀλίγα· «Τί οὖν;</w:t>
      </w:r>
    </w:p>
    <w:p>
      <w:r>
        <w:rPr>
          <w:rFonts w:ascii="Courier New" w:hAnsi="Courier New"/>
          <w:color w:val="555555"/>
          <w:sz w:val="20"/>
        </w:rPr>
        <w:t>[5]</w:t>
      </w:r>
    </w:p>
    <w:p>
      <w:r>
        <w:rPr>
          <w:rFonts w:ascii="Gentium Plus" w:hAnsi="Gentium Plus"/>
          <w:sz w:val="24"/>
        </w:rPr>
        <w:t>Τούτων οὕτως ἐχόντων, ἆρα οὐχὶ σώματι μὲν ταχὺ διαλύεσθαι προσήκει, ψυχῇ δ’ αὖ τὸ παράπαν ἢ ἀδιαλύτῳ εἶναι ἢ ἐγγύς τι</w:t>
      </w:r>
    </w:p>
    <w:p>
      <w:r>
        <w:rPr>
          <w:rFonts w:ascii="Courier New" w:hAnsi="Courier New"/>
          <w:color w:val="555555"/>
          <w:sz w:val="20"/>
        </w:rPr>
        <w:t>[5 . 43]</w:t>
      </w:r>
    </w:p>
    <w:p>
      <w:r>
        <w:rPr>
          <w:rFonts w:ascii="Gentium Plus" w:hAnsi="Gentium Plus"/>
          <w:sz w:val="24"/>
        </w:rPr>
        <w:t>τούτων; — Πῶς γὰρ οὔ;» Εἶτα εἰπών, ὅπως τὸ σῶμα δια‐ λύεται, ἐπήγαγεν· «Ἡ δὲ ψυχὴ εἰς τὸ ἀειδὲς ἢ εἰς τοιοῦτον ἕτερον τόπον τινὰ οἰχομένη γενναῖον καὶ ἄριστον καὶ ἀειδῆ, εἰς Ἅιδου φοιτᾷ ὡς ἀληθῶς παρὰ τὸν ἀγαθὸν καὶ φρόνιμον θεόν, οὗ</w:t>
      </w:r>
    </w:p>
    <w:p>
      <w:r>
        <w:rPr>
          <w:rFonts w:ascii="Courier New" w:hAnsi="Courier New"/>
          <w:color w:val="555555"/>
          <w:sz w:val="20"/>
        </w:rPr>
        <w:t>[5]</w:t>
      </w:r>
    </w:p>
    <w:p>
      <w:r>
        <w:rPr>
          <w:rFonts w:ascii="Gentium Plus" w:hAnsi="Gentium Plus"/>
          <w:sz w:val="24"/>
        </w:rPr>
        <w:t>ἂν θεὸς ἐθέλῃ, αὐτίκα καὶ τῇ ἐμῇ ψυχῇ ἰτέον, αὕτη δὲ ἡμῖν ἡ τοιαύτη καὶ οὕτω πεφυκυῖα ἀπαλλαττομένη τοῦ σώματος εὐθὺς διαπεφύσηται καὶ ἀπόλωλεν, ὥς φασιν οἱ πολλοὶ ἄνθρωποι; Πολ‐ λοῦ γε δεῖ, ὦ φίλε Κέβης τε καὶ Σιμμία· ἀλλὰ πολλῷ μᾶλλον ὧδε ἔχει.» Καὶ τὰ ἑξῆς δὲ τῆς αὐτῆς ἔχεται διανοίας καὶ τὴν</w:t>
      </w:r>
    </w:p>
    <w:p>
      <w:r>
        <w:rPr>
          <w:rFonts w:ascii="Courier New" w:hAnsi="Courier New"/>
          <w:color w:val="555555"/>
          <w:sz w:val="20"/>
        </w:rPr>
        <w:t>[10]</w:t>
      </w:r>
    </w:p>
    <w:p>
      <w:r>
        <w:rPr>
          <w:rFonts w:ascii="Gentium Plus" w:hAnsi="Gentium Plus"/>
          <w:sz w:val="24"/>
        </w:rPr>
        <w:t>τῆς ψυχῆς ἀθανασίαν δείκνυσι διαρρήδην.</w:t>
      </w:r>
    </w:p>
    <w:p>
      <w:r>
        <w:rPr>
          <w:rFonts w:ascii="Courier New" w:hAnsi="Courier New"/>
          <w:color w:val="555555"/>
          <w:sz w:val="20"/>
        </w:rPr>
        <w:t>[5 . 44]</w:t>
      </w:r>
    </w:p>
    <w:p>
      <w:r>
        <w:rPr>
          <w:rFonts w:ascii="Gentium Plus" w:hAnsi="Gentium Plus"/>
          <w:sz w:val="24"/>
        </w:rPr>
        <w:t>Τοσαύτην καὶ ξυγγραφεῖς καὶ φιλόσοφοι καὶ ποιηταὶ καὶ ψυχῆς πέρι καὶ σώματος καὶ αὐτῆς γε τῆς τοῦ ἀνθρώπου ξυστάσεως πρὸς ἀλλήλους ἐσχήκασιν ἔριν καὶ διαμάχην, οἱ μὲν ταῦτα, οἱ δὲ ἐκεῖνα πρεσβεύοντες, οἱ δὲ τούτων τε κἀκείνων ἐναντίαν δόξαν</w:t>
      </w:r>
    </w:p>
    <w:p>
      <w:r>
        <w:rPr>
          <w:rFonts w:ascii="Courier New" w:hAnsi="Courier New"/>
          <w:color w:val="555555"/>
          <w:sz w:val="20"/>
        </w:rPr>
        <w:t>[5]</w:t>
      </w:r>
    </w:p>
    <w:p>
      <w:r>
        <w:rPr>
          <w:rFonts w:ascii="Gentium Plus" w:hAnsi="Gentium Plus"/>
          <w:sz w:val="24"/>
        </w:rPr>
        <w:t>ὠδίνοντες. Οὐ γὰρ τἀληθὲς μαθεῖν ἐπεθύμησαν, ἀλλὰ κενοδοξίᾳ καὶ φιλοτιμίᾳ δουλεύσαντες καινῶν εὑρεταὶ κληθῆναι δογμάτων</w:t>
      </w:r>
    </w:p>
    <w:p>
      <w:r>
        <w:rPr>
          <w:rFonts w:ascii="Courier New" w:hAnsi="Courier New"/>
          <w:color w:val="555555"/>
          <w:sz w:val="20"/>
        </w:rPr>
        <w:t>[5 . 45]</w:t>
      </w:r>
    </w:p>
    <w:p>
      <w:r>
        <w:rPr>
          <w:rFonts w:ascii="Gentium Plus" w:hAnsi="Gentium Plus"/>
          <w:sz w:val="24"/>
        </w:rPr>
        <w:t>ἐπεθύμησαν. Διὰ δὴ τοῦτο καὶ τὸν πολὺν ὑπομεμενήκασι πλάνον, τῶν ὕστερον ἐπιγενομένων ἀνατετροφότων τῶν πρεσβυτέρων τὰς</w:t>
      </w:r>
    </w:p>
    <w:p>
      <w:r>
        <w:rPr>
          <w:rFonts w:ascii="Courier New" w:hAnsi="Courier New"/>
          <w:color w:val="555555"/>
          <w:sz w:val="20"/>
        </w:rPr>
        <w:t>[5]</w:t>
      </w:r>
    </w:p>
    <w:p>
      <w:r>
        <w:rPr>
          <w:rFonts w:ascii="Gentium Plus" w:hAnsi="Gentium Plus"/>
          <w:sz w:val="24"/>
        </w:rPr>
        <w:t>Ἀναξιμάνδρου γε θάνατον ταὐτὸ τοῦτο πεποίηκε· καὶ Ἀναξαγό‐</w:t>
      </w:r>
    </w:p>
    <w:p>
      <w:r>
        <w:rPr>
          <w:rFonts w:ascii="Courier New" w:hAnsi="Courier New"/>
          <w:color w:val="555555"/>
          <w:sz w:val="20"/>
        </w:rPr>
        <w:t>[5 . 46]</w:t>
      </w:r>
    </w:p>
    <w:p>
      <w:r>
        <w:rPr>
          <w:rFonts w:ascii="Gentium Plus" w:hAnsi="Gentium Plus"/>
          <w:sz w:val="24"/>
        </w:rPr>
        <w:t>ρας δὲ ὡσαύτως. Ὁ δὲ Ἀριστοτέλης ἔτι ζῶντι τῷ Πλάτωνι προφανῶς ἀντετάξατο καὶ τὸν κατὰ τῆς Ἀκαδημίας ἀνεδέξατο πόλεμον καὶ οὔτε τὴν διδασκαλίαν ἐτίμησεν, ἧς φιλοτίμως ἀπ‐ έλαυσεν, οὔτε τοῦ πολυθρυλήτου ἀνδρὸς ᾐδέσθη τὸ κλέος οὔτε τὸ</w:t>
      </w:r>
    </w:p>
    <w:p>
      <w:r>
        <w:rPr>
          <w:rFonts w:ascii="Courier New" w:hAnsi="Courier New"/>
          <w:color w:val="555555"/>
          <w:sz w:val="20"/>
        </w:rPr>
        <w:t>[5]</w:t>
      </w:r>
    </w:p>
    <w:p>
      <w:r>
        <w:rPr>
          <w:rFonts w:ascii="Gentium Plus" w:hAnsi="Gentium Plus"/>
          <w:sz w:val="24"/>
        </w:rPr>
        <w:t>ἐν τοῖς λόγοις κράτος ἔδεισεν, ἀλλ’ ἀνέδην πρὸς αὐτὸν παρετά‐ ξατο, οὐκ ἀμείνοσιν ἐκείνων, ἀλλὰ πολλῷ γε χείροσι χρησάμε‐</w:t>
      </w:r>
    </w:p>
    <w:p>
      <w:r>
        <w:rPr>
          <w:rFonts w:ascii="Courier New" w:hAnsi="Courier New"/>
          <w:color w:val="555555"/>
          <w:sz w:val="20"/>
        </w:rPr>
        <w:t>[5 . 47]</w:t>
      </w:r>
    </w:p>
    <w:p>
      <w:r>
        <w:rPr>
          <w:rFonts w:ascii="Gentium Plus" w:hAnsi="Gentium Plus"/>
          <w:sz w:val="24"/>
        </w:rPr>
        <w:t>νος δόγμασιν. Καὶ γὰρ δὴ τὴν ψυχὴν ἐκείνου φάντος ἀθάνατον, οὗτος ἔφη θνητήν· καὶ τὸν Θεὸν εἰρηκότος ἐκείνου προμηθεῖσθαι τῶν πάντων, οὗτος τὴν γῆν, ὅσον ἧκεν εἰς λόγους, τῆς θείας κηδεμονίας ἐστέρησε· τὰ γὰρ δὴ μέχρι σελήνης ἰθύνειν ἔφη τὸν</w:t>
      </w:r>
    </w:p>
    <w:p>
      <w:r>
        <w:rPr>
          <w:rFonts w:ascii="Courier New" w:hAnsi="Courier New"/>
          <w:color w:val="555555"/>
          <w:sz w:val="20"/>
        </w:rPr>
        <w:t>[5]</w:t>
      </w:r>
    </w:p>
    <w:p>
      <w:r>
        <w:rPr>
          <w:rFonts w:ascii="Gentium Plus" w:hAnsi="Gentium Plus"/>
          <w:sz w:val="24"/>
        </w:rPr>
        <w:t>Θεόν, τὰ δέ γε ἄλλα ὑπὸ τὴν εἱμαρμένην τετάχθαι· καὶ ἄλλα δὲ πάμπολλα ἐνεόχμωσεν, ἃ λέγειν ἐπὶ τοῦ παρόντος παρέλκον</w:t>
      </w:r>
    </w:p>
    <w:p>
      <w:r>
        <w:rPr>
          <w:rFonts w:ascii="Courier New" w:hAnsi="Courier New"/>
          <w:color w:val="555555"/>
          <w:sz w:val="20"/>
        </w:rPr>
        <w:t>[5 . 48]</w:t>
      </w:r>
    </w:p>
    <w:p>
      <w:r>
        <w:rPr>
          <w:rFonts w:ascii="Gentium Plus" w:hAnsi="Gentium Plus"/>
          <w:sz w:val="24"/>
        </w:rPr>
        <w:t>ὑπείληφα. Ἐκεῖνοι μὲν οὖν τὰς ἀλλήλων εἰκότως καταλελύκασι δόξας· τὸ γὰρ δὴ ψεῦδος οὐ μόνον τῇ ἀληθείᾳ πολέμιον, ἀλλὰ καὶ αὐτὸ ἑαυτῷ· ἡ δέ γε ἀλήθειᾳ ξύμφωνος ἑαυτῇ καὶ μόνον</w:t>
      </w:r>
    </w:p>
    <w:p>
      <w:r>
        <w:rPr>
          <w:rFonts w:ascii="Courier New" w:hAnsi="Courier New"/>
          <w:color w:val="555555"/>
          <w:sz w:val="20"/>
        </w:rPr>
        <w:t>[5 . 49]</w:t>
      </w:r>
    </w:p>
    <w:p>
      <w:r>
        <w:rPr>
          <w:rFonts w:ascii="Gentium Plus" w:hAnsi="Gentium Plus"/>
          <w:sz w:val="24"/>
        </w:rPr>
        <w:t>ἔχουσα τὸ ψεῦδος πολέμιον. Αὐτίκα τοίνυν ἔστιν εὑρεῖν καὶ περὶ τῆς τοῦ ἀνθρώπου φύσεως καὶ Μωϋσέα τὸν νομοθέτην καὶ Δαυὶδ τὸν προφήτην καὶ τὸν γενναῖον Ἰὼβ καὶ Ἡσαΐαν καὶ Ἱερεμίαν καὶ ἅπαντα τὸν τῶν προφητῶν χορὸν καὶ Ματθαῖον καὶ Ἰωάν‐</w:t>
      </w:r>
    </w:p>
    <w:p>
      <w:r>
        <w:rPr>
          <w:rFonts w:ascii="Courier New" w:hAnsi="Courier New"/>
          <w:color w:val="555555"/>
          <w:sz w:val="20"/>
        </w:rPr>
        <w:t>[5]</w:t>
      </w:r>
    </w:p>
    <w:p>
      <w:r>
        <w:rPr>
          <w:rFonts w:ascii="Gentium Plus" w:hAnsi="Gentium Plus"/>
          <w:sz w:val="24"/>
        </w:rPr>
        <w:t>νην καὶ Λουκᾶν καὶ Μάρκον καὶ Πέτρον καὶ Παῦλον καὶ πάντα τῶν ἀποστόλων τὸν θίασον ξυνῳδὰ πάντας ἀνθρώπους διδάσκον‐</w:t>
      </w:r>
    </w:p>
    <w:p>
      <w:r>
        <w:rPr>
          <w:rFonts w:ascii="Courier New" w:hAnsi="Courier New"/>
          <w:color w:val="555555"/>
          <w:sz w:val="20"/>
        </w:rPr>
        <w:t>[5 . 50]</w:t>
      </w:r>
    </w:p>
    <w:p>
      <w:r>
        <w:rPr>
          <w:rFonts w:ascii="Gentium Plus" w:hAnsi="Gentium Plus"/>
          <w:sz w:val="24"/>
        </w:rPr>
        <w:t>τας. Οὐ γὰρ ἔστιν ἀκοῦσαι τῶν μὲν τούτους, τῶν δὲ ἐκείνους λεγόντων αὐτόχθονας, οὐδὲ τῶν μὲν θνητὴν ἀποφαινομένων, τῶν δὲ ἀθάνατον τὴν ψυχήν, οὐδὲ τούτων μὲν αὐτοκράτορα τῶν πα‐</w:t>
      </w:r>
    </w:p>
    <w:p>
      <w:r>
        <w:rPr>
          <w:rFonts w:ascii="Courier New" w:hAnsi="Courier New"/>
          <w:color w:val="555555"/>
          <w:sz w:val="20"/>
        </w:rPr>
        <w:t>[5]</w:t>
      </w:r>
    </w:p>
    <w:p>
      <w:r>
        <w:rPr>
          <w:rFonts w:ascii="Gentium Plus" w:hAnsi="Gentium Plus"/>
          <w:sz w:val="24"/>
        </w:rPr>
        <w:t>λον ὀνομαζόντων· ἅπαντες γὰρ ξυμφώνως διδάσκουσιν, ἀπὸ γῆς μὲν καὶ ὕδατος καὶ τῶν ἄλλων στοιχείων διαπλασθῆναι τὸ σῶμα, τὴν δὲ ψυχὴν οὐ προϋπάρχουσαν εἰς τοῦτο καταπεμφθῆναι, ἀλλὰ μετὰ τὴν τούτου δημιουργηθῆναι διάπλασιν· «Ἔπλασε» γάρ φησιν «ὁ Θεὸς τὸν ἄνθρωπον χοῦν ἀπὸ τῆς γῆς καὶ ἐνεφύσησεν</w:t>
      </w:r>
    </w:p>
    <w:p>
      <w:r>
        <w:rPr>
          <w:rFonts w:ascii="Courier New" w:hAnsi="Courier New"/>
          <w:color w:val="555555"/>
          <w:sz w:val="20"/>
        </w:rPr>
        <w:t>[10]</w:t>
      </w:r>
    </w:p>
    <w:p>
      <w:r>
        <w:rPr>
          <w:rFonts w:ascii="Gentium Plus" w:hAnsi="Gentium Plus"/>
          <w:sz w:val="24"/>
        </w:rPr>
        <w:t>εἰς τὸ πρόσωπον αὐτοῦ πνοὴν ζωῆς· καὶ ἐγένετο ὁ ἄνθρωπος εἰς</w:t>
      </w:r>
    </w:p>
    <w:p>
      <w:r>
        <w:rPr>
          <w:rFonts w:ascii="Courier New" w:hAnsi="Courier New"/>
          <w:color w:val="555555"/>
          <w:sz w:val="20"/>
        </w:rPr>
        <w:t>[5 . 51]</w:t>
      </w:r>
    </w:p>
    <w:p>
      <w:r>
        <w:rPr>
          <w:rFonts w:ascii="Gentium Plus" w:hAnsi="Gentium Plus"/>
          <w:sz w:val="24"/>
        </w:rPr>
        <w:t>ψυχὴν ζῶσαν.» Νοητέον δὲ τὸ ἐμφύσημα οὐκ ἐκροήν τινα πνεύ‐ ματος ἐκ στόματος γενομένην—ἀσώματον γὰρ δὴ τὸ θεῖον καὶ ἁπλοῦν καὶ ἀξύνθετον—ἀλλὰ τὴν φύσιν αὐτὴς τῆς ψυχῆς, ὅτι</w:t>
      </w:r>
    </w:p>
    <w:p>
      <w:r>
        <w:rPr>
          <w:rFonts w:ascii="Courier New" w:hAnsi="Courier New"/>
          <w:color w:val="555555"/>
          <w:sz w:val="20"/>
        </w:rPr>
        <w:t>[5 . 52]</w:t>
      </w:r>
    </w:p>
    <w:p>
      <w:r>
        <w:rPr>
          <w:rFonts w:ascii="Gentium Plus" w:hAnsi="Gentium Plus"/>
          <w:sz w:val="24"/>
        </w:rPr>
        <w:t>πνεῦμά ἐστι νοητόν τε καὶ λογικόν. Ταῦτα μὲν οὖν ὁ νομοθέτης ἐν τῇ κοσμογονίᾳ ξυνέγραψε· τὰ παραπλήσια δὲ κἀν τοῖς νόμοις διδάσκει. Περὶ γὰρ δὴ τῆς ἐγκύμονος τῆς ἔκ τινων πληγῶν ἀμβλωσκούσης διαλεγόμενος, διαμορφοῦσθαι πρότερον ἐν τῇ</w:t>
      </w:r>
    </w:p>
    <w:p>
      <w:r>
        <w:rPr>
          <w:rFonts w:ascii="Courier New" w:hAnsi="Courier New"/>
          <w:color w:val="555555"/>
          <w:sz w:val="20"/>
        </w:rPr>
        <w:t>[5]</w:t>
      </w:r>
    </w:p>
    <w:p>
      <w:r>
        <w:rPr>
          <w:rFonts w:ascii="Gentium Plus" w:hAnsi="Gentium Plus"/>
          <w:sz w:val="24"/>
        </w:rPr>
        <w:t>νηδύϊ λέγει τὸ βρέφος, εἶθ’ οὕτω ψυχοῦσθαι, οὐ θύραθέν ποθεν τῆς ψυχῆς εἰσκρινομένης, οὐδέ γε ἐκ τῆς γονῆς φυομένης, ἀλλὰ τῷ θείῳ ὅρῳ κατὰ τὸν ἐξ ἀρχῆς ἐντεθέντα ἐν τῇ φύσει νόμον</w:t>
      </w:r>
    </w:p>
    <w:p>
      <w:r>
        <w:rPr>
          <w:rFonts w:ascii="Courier New" w:hAnsi="Courier New"/>
          <w:color w:val="555555"/>
          <w:sz w:val="20"/>
        </w:rPr>
        <w:t>[5 . 53]</w:t>
      </w:r>
    </w:p>
    <w:p>
      <w:r>
        <w:rPr>
          <w:rFonts w:ascii="Gentium Plus" w:hAnsi="Gentium Plus"/>
          <w:sz w:val="24"/>
        </w:rPr>
        <w:t>δεχομένης τὴν γένεσιν. Τοῦτο καὶ ὁ γενναῖος Ἰὼβ ἐν τοῖς πολυ‐ θρυλήτοις ἀγῶσι πρὸς τὸν ἀγωνοθέτην καὶ ποιητὴν διαλεγόμενος ἔφη· «Μνήσθητι, ὅτι πηλόν με ἔπλασας, εἰς δὲ γῆν με πάλιν ἀποστρέφεις. Ἢ οὐχ ὥσπερ γάλα με ἤμελξας, ἔπηξας δέ με</w:t>
      </w:r>
    </w:p>
    <w:p>
      <w:r>
        <w:rPr>
          <w:rFonts w:ascii="Courier New" w:hAnsi="Courier New"/>
          <w:color w:val="555555"/>
          <w:sz w:val="20"/>
        </w:rPr>
        <w:t>[5]</w:t>
      </w:r>
    </w:p>
    <w:p>
      <w:r>
        <w:rPr>
          <w:rFonts w:ascii="Gentium Plus" w:hAnsi="Gentium Plus"/>
          <w:sz w:val="24"/>
        </w:rPr>
        <w:t>ἴσα τυρῷ; δέρμα καὶ κρέας ἐνέδυσάς με· ὀστέοις δὲ καὶ νεύροις ἔνειράς με· ζωὴν δὲ καὶ ἔλεον ἔθου παρ’ ἐμοί· ἡ δὲ ἐπισκοπή</w:t>
      </w:r>
    </w:p>
    <w:p>
      <w:r>
        <w:rPr>
          <w:rFonts w:ascii="Courier New" w:hAnsi="Courier New"/>
          <w:color w:val="555555"/>
          <w:sz w:val="20"/>
        </w:rPr>
        <w:t>[5 . 54]</w:t>
      </w:r>
    </w:p>
    <w:p>
      <w:r>
        <w:rPr>
          <w:rFonts w:ascii="Gentium Plus" w:hAnsi="Gentium Plus"/>
          <w:sz w:val="24"/>
        </w:rPr>
        <w:t>σου ἐφύλαττέ μου τὸ πνεῦμα.» Διὰ δὲ τούτων ἔδειξε μὲν τὴν γαμικὴν ὁμιλίαν, ἔδειξε δὲ τῆς παιδοποιΐας τὰς ἀφορμὰς καὶ τὸν σμικρὸν ἐκεῖνον θορὸν εἰς μυρίας ἰδέας μεταμορφούμενον καὶ τηνικαῦτα τὴν ψυχὴν δημιουργουμένην τε καὶ ξυναπτομένην τῷ</w:t>
      </w:r>
    </w:p>
    <w:p>
      <w:r>
        <w:rPr>
          <w:rFonts w:ascii="Courier New" w:hAnsi="Courier New"/>
          <w:color w:val="555555"/>
          <w:sz w:val="20"/>
        </w:rPr>
        <w:t>[5]</w:t>
      </w:r>
    </w:p>
    <w:p>
      <w:r>
        <w:rPr>
          <w:rFonts w:ascii="Gentium Plus" w:hAnsi="Gentium Plus"/>
          <w:sz w:val="24"/>
        </w:rPr>
        <w:t>σώματι, καὶ μέντοι καὶ μετὰ τὰς ὠδῖνας τὴν θείαν ἐπικουρίαν</w:t>
      </w:r>
    </w:p>
    <w:p>
      <w:r>
        <w:rPr>
          <w:rFonts w:ascii="Courier New" w:hAnsi="Courier New"/>
          <w:color w:val="555555"/>
          <w:sz w:val="20"/>
        </w:rPr>
        <w:t>[5 . 55]</w:t>
      </w:r>
    </w:p>
    <w:p>
      <w:r>
        <w:rPr>
          <w:rFonts w:ascii="Gentium Plus" w:hAnsi="Gentium Plus"/>
          <w:sz w:val="24"/>
        </w:rPr>
        <w:t>φρουροῦσαν καὶ κυβερνῶσαν. Βοᾷ δὲ καὶ ὁ θεσπέσιος Δαυίδ· «Αἱ χεῖρές σου ἐποίησάν με καὶ ἔπλασάν με· συνέτισόν με, καὶ μαθή‐ σομαι τὰς ἐντολάς σου.» Καὶ κατὰ ταὐτὸν καὶ τῆς ποιήσεως ἀναμιμνήσκει τὸν ποιητὴν καὶ τυχεῖν παρ’ αὐτοῦ ξυνέσεως ἱκε‐</w:t>
      </w:r>
    </w:p>
    <w:p>
      <w:r>
        <w:rPr>
          <w:rFonts w:ascii="Courier New" w:hAnsi="Courier New"/>
          <w:color w:val="555555"/>
          <w:sz w:val="20"/>
        </w:rPr>
        <w:t>[5]</w:t>
      </w:r>
    </w:p>
    <w:p>
      <w:r>
        <w:rPr>
          <w:rFonts w:ascii="Gentium Plus" w:hAnsi="Gentium Plus"/>
          <w:sz w:val="24"/>
        </w:rPr>
        <w:t>τεύει. Καὶ ἅπαντες δὲ οἱ προφῆται ξύμφωνα τούτοις τῆς ἀνθρω‐ πείας πέρι διδάσκουσι φύσεως. Ὡς ἂν δὲ μή τις ὑπολάβῃ ἄλλως μὲν Ἕλληνας φῦναι, ἄλλως δὲ Ῥωμαίους, καὶ Αἰγυπτίους ἑτέρως, καὶ Πέρσας καὶ Μασσαγέτας καὶ Σκύθας καὶ Σαυρο‐ μάτας ἄλλης οὐσίας μετειληχέναι, ἐδίδαξεν ὁ τὴν κοσμογονίαν</w:t>
      </w:r>
    </w:p>
    <w:p>
      <w:r>
        <w:rPr>
          <w:rFonts w:ascii="Courier New" w:hAnsi="Courier New"/>
          <w:color w:val="555555"/>
          <w:sz w:val="20"/>
        </w:rPr>
        <w:t>[10]</w:t>
      </w:r>
    </w:p>
    <w:p>
      <w:r>
        <w:rPr>
          <w:rFonts w:ascii="Gentium Plus" w:hAnsi="Gentium Plus"/>
          <w:sz w:val="24"/>
        </w:rPr>
        <w:t>ξυγγράψας τὴν ἡμετέραν, ὡς ἄνδρα ἕνα ἀπὸ γῆς ὁ ποιητὴς διαπλάσας καὶ ἐκ τῆς τούτου πλευρᾶς τὴν γυναῖκα δημιουργή‐ σας, ἐκ τῆς τούτοιν ὁμιλίας ἅπασαν τὴν οἰκουμένην ἀνθρώπων ἐπλήρωσε τῶν παίδων τῶν ἐκείνων καὶ τῶν ἐκγόνων κατὰ μέ‐</w:t>
      </w:r>
    </w:p>
    <w:p>
      <w:r>
        <w:rPr>
          <w:rFonts w:ascii="Courier New" w:hAnsi="Courier New"/>
          <w:color w:val="555555"/>
          <w:sz w:val="20"/>
        </w:rPr>
        <w:t>[5 . 56]</w:t>
      </w:r>
    </w:p>
    <w:p>
      <w:r>
        <w:rPr>
          <w:rFonts w:ascii="Gentium Plus" w:hAnsi="Gentium Plus"/>
          <w:sz w:val="24"/>
        </w:rPr>
        <w:t>ρος αὐξησάντων τὸ γένος. Ῥᾷστον μὲν γὰρ ἦν αὐτῷ προστάξαι καὶ αὐτίκα πᾶσαν γῆν καὶ θάλατταν τῶν οἰκητόρων ἐμπλῆσαι· ἀλλ’ ἵνα μὴ διαφόρους ὑπολάβωσιν εἶναι τῶν ἀνθρώπων τὰς φύσεις, ἐκ τοῦ ἑνὸς ἐκείνου ζεύγους τὰ μυρία φῦλα τῶν ἀνθρώ‐</w:t>
      </w:r>
    </w:p>
    <w:p>
      <w:r>
        <w:rPr>
          <w:rFonts w:ascii="Courier New" w:hAnsi="Courier New"/>
          <w:color w:val="555555"/>
          <w:sz w:val="20"/>
        </w:rPr>
        <w:t>[5]</w:t>
      </w:r>
    </w:p>
    <w:p>
      <w:r>
        <w:rPr>
          <w:rFonts w:ascii="Gentium Plus" w:hAnsi="Gentium Plus"/>
          <w:sz w:val="24"/>
        </w:rPr>
        <w:t>πων γενέσθαι ἐκέλευσεν. Ταύτῃ τοι καὶ τὴν γυναῖκα οὐχ ἑτέ‐ ρωθέν ποθεν διέπλασεν, ἀλλ’ ἐκ τοῦ ἀνδρὸς τὰς τῆς γενέσεως λαβὼν ἀφορμάς, ἵνα μηδὲ αὐτὴ φύσιν ἔχειν ἑτέραν ὑπολαμβά‐</w:t>
      </w:r>
    </w:p>
    <w:p>
      <w:r>
        <w:rPr>
          <w:rFonts w:ascii="Courier New" w:hAnsi="Courier New"/>
          <w:color w:val="555555"/>
          <w:sz w:val="20"/>
        </w:rPr>
        <w:t>[5 . 57]</w:t>
      </w:r>
    </w:p>
    <w:p>
      <w:r>
        <w:rPr>
          <w:rFonts w:ascii="Gentium Plus" w:hAnsi="Gentium Plus"/>
          <w:sz w:val="24"/>
        </w:rPr>
        <w:t>νουσα τὴν ἐναντίαν τοῖς ἀνδράσιν ὁδεύῃ. Διά τοι τοῦτο καὶ τοὺς αὐτοὺς νόμους καὶ ἀνδράσι προσφέρει καὶ γυναιξίν, ἐπειδήπερ ἐν τῷ τοῦ σώματος σχήματι καὶ οὐκ ἐν τῇ ψυχῇ τὸ διάφορον.</w:t>
      </w:r>
    </w:p>
    <w:p>
      <w:r>
        <w:rPr>
          <w:rFonts w:ascii="Courier New" w:hAnsi="Courier New"/>
          <w:color w:val="555555"/>
          <w:sz w:val="20"/>
        </w:rPr>
        <w:t>[5]</w:t>
      </w:r>
    </w:p>
    <w:p>
      <w:r>
        <w:rPr>
          <w:rFonts w:ascii="Gentium Plus" w:hAnsi="Gentium Plus"/>
          <w:sz w:val="24"/>
        </w:rPr>
        <w:t>πρακτέον ἐπισταμένη, καὶ τί μὲν φυγεῖν, τί δὲ μετελθεῖν, πα‐ ραπλησίως εἰδυῖα, ἔστι δὲ ὅτε καὶ τοῦ ἀνδρὸς ἄμεινον τὸ ξυνοί‐ σειν μέλλον εὑρίσκουσα καὶ ἀγαθὴ ξύμβουλος γινομένη· ὅθεν οὐ μόνον ἀνδράσιν, ἀλλὰ καὶ γυναιξὶν εἰσιτητὸν εἰς τοὺς θείους νεώς, καὶ τῶν θείων μυστηρίων μεταλαχεῖν οὐ τοῖς μὲν ὁ νόμος</w:t>
      </w:r>
    </w:p>
    <w:p>
      <w:r>
        <w:rPr>
          <w:rFonts w:ascii="Courier New" w:hAnsi="Courier New"/>
          <w:color w:val="555555"/>
          <w:sz w:val="20"/>
        </w:rPr>
        <w:t>[10]</w:t>
      </w:r>
    </w:p>
    <w:p>
      <w:r>
        <w:rPr>
          <w:rFonts w:ascii="Gentium Plus" w:hAnsi="Gentium Plus"/>
          <w:sz w:val="24"/>
        </w:rPr>
        <w:t>ἐπιτρέπει, τὰς δὲ κωλύει, ἀλλὰ καὶ ταύτας τελεῖσθαι καὶ μυστα‐ γωγεῖσθαι παραπλησίως ἐκείνοις παρακελεύεται, καὶ μέντοι καὶ τῆς ἀρετῆς τὰ ἆθλα καὶ ταύταις πρόκειται ὡς ἐκείνοις, ἐπειδὴ</w:t>
      </w:r>
    </w:p>
    <w:p>
      <w:r>
        <w:rPr>
          <w:rFonts w:ascii="Courier New" w:hAnsi="Courier New"/>
          <w:color w:val="555555"/>
          <w:sz w:val="20"/>
        </w:rPr>
        <w:t>[5 . 58]</w:t>
      </w:r>
    </w:p>
    <w:p>
      <w:r>
        <w:rPr>
          <w:rFonts w:ascii="Gentium Plus" w:hAnsi="Gentium Plus"/>
          <w:sz w:val="24"/>
        </w:rPr>
        <w:t>τῆς ἀρετῆς οἱ ἀγῶνες κοινοί. Οὐ μὴν οὐδὲ τῶν γλωττῶν τὸ διά‐ φορον τῇ φύσει λυμαίνεται· καὶ γὰρ καὶ ἐν Ἕλλησι καὶ ἐν βαρβά‐ ροις ἔστιν ἰδεῖν καὶ ἀρετῆς φροντιστὰς καὶ κακίας ἐργάτας. Τῷδε μέντοι καὶ Ἕλληνες ξυμφωνοῦσι τῷ λόγῳ. Καὶ γὰρ Ἀνάχαρσιν</w:t>
      </w:r>
    </w:p>
    <w:p>
      <w:r>
        <w:rPr>
          <w:rFonts w:ascii="Courier New" w:hAnsi="Courier New"/>
          <w:color w:val="555555"/>
          <w:sz w:val="20"/>
        </w:rPr>
        <w:t>[5]</w:t>
      </w:r>
    </w:p>
    <w:p>
      <w:r>
        <w:rPr>
          <w:rFonts w:ascii="Gentium Plus" w:hAnsi="Gentium Plus"/>
          <w:sz w:val="24"/>
        </w:rPr>
        <w:t>θαυμάζουσιν, ἄνδρα Σκύθην, οὐκ Ἀθηναῖον οὐδὲ Ἀργεῖον οὐδέ γε Κορίνθιον οὐδὲ Τεγεάτην ἢ Σπαρτιάτην, καὶ τοὺς Βραχμᾶνας ὑπεράγανται, Ἰνδοὺς ὄντας, οὐ Δωριέας οὐδὲ Αἰολέας οὐδέ γε Ἴωνας· ἐπαινοῦσι δὲ καὶ Αἰγυπτίους ὡς σοφωτάτους· πολλὰς</w:t>
      </w:r>
    </w:p>
    <w:p>
      <w:r>
        <w:rPr>
          <w:rFonts w:ascii="Courier New" w:hAnsi="Courier New"/>
          <w:color w:val="555555"/>
          <w:sz w:val="20"/>
        </w:rPr>
        <w:t>[5 . 59]</w:t>
      </w:r>
    </w:p>
    <w:p>
      <w:r>
        <w:rPr>
          <w:rFonts w:ascii="Gentium Plus" w:hAnsi="Gentium Plus"/>
          <w:sz w:val="24"/>
        </w:rPr>
        <w:t>γάρ τοι καὶ παρὰ τούτων ἔμαθον ἐπιστήμας. Οὔκουν ἡ τῶν γλωττῶν ἑτερότης πημαίνει τὴν φύσιν. Καὶ γὰρ τοὺς Ἱππη‐ μολγοὺς δικαιοτάτους ἐκάλεσεν Ὅμηρος· Θρᾳκικὸν δὲ τοῦτο τὸ</w:t>
      </w:r>
    </w:p>
    <w:p>
      <w:r>
        <w:rPr>
          <w:rFonts w:ascii="Courier New" w:hAnsi="Courier New"/>
          <w:color w:val="555555"/>
          <w:sz w:val="20"/>
        </w:rPr>
        <w:t>[5]</w:t>
      </w:r>
    </w:p>
    <w:p>
      <w:r>
        <w:rPr>
          <w:rFonts w:ascii="Gentium Plus" w:hAnsi="Gentium Plus"/>
          <w:sz w:val="24"/>
        </w:rPr>
        <w:t>Μῆδον μητρόθεν, ἐπὶ φρονήσει καὶ σωφροσύνῃ καὶ δικαιοσύνῃ καὶ</w:t>
      </w:r>
    </w:p>
    <w:p>
      <w:r>
        <w:rPr>
          <w:rFonts w:ascii="Courier New" w:hAnsi="Courier New"/>
          <w:color w:val="555555"/>
          <w:sz w:val="20"/>
        </w:rPr>
        <w:t>[5 . 60]</w:t>
      </w:r>
    </w:p>
    <w:p>
      <w:r>
        <w:rPr>
          <w:rFonts w:ascii="Gentium Plus" w:hAnsi="Gentium Plus"/>
          <w:sz w:val="24"/>
        </w:rPr>
        <w:t>ἀνδρείᾳ Ξενοφῶν ὁ Γρύλλου τεθαύμακεν. Τοιγάρτοι ξυνομολο‐ γοῦσι καὶ οἱ Ἕλληνες, καὶ παρὰ τοῖς βαρβάροις εἶναί τινα ἐπι‐ μέλειαν ἀρετῆς, καὶ μὴ κωλύειν τήνδε τὴν κτῆσιν τῆς φωνῆς τὸ διάφορον. Καὶ γὰρ ἅπαντες τῆς ἀληθείας οἱ κήρυκες, προφῆταί</w:t>
      </w:r>
    </w:p>
    <w:p>
      <w:r>
        <w:rPr>
          <w:rFonts w:ascii="Courier New" w:hAnsi="Courier New"/>
          <w:color w:val="555555"/>
          <w:sz w:val="20"/>
        </w:rPr>
        <w:t>[5]</w:t>
      </w:r>
    </w:p>
    <w:p>
      <w:r>
        <w:rPr>
          <w:rFonts w:ascii="Gentium Plus" w:hAnsi="Gentium Plus"/>
          <w:sz w:val="24"/>
        </w:rPr>
        <w:t>φημι καὶ ἀπόστολοι, τῆς μὲν Ἑλληνικῆς οὐ μετέλαχον εὐγλωτ‐ τίας, ἔμπλεοι δὲ τῆς ἀληθινῆς ὄντες σοφίας, πᾶσι τοῖς ἔθνεσι, καὶ Ἑλληνικοῖς καὶ βαρβαρικοῖς, τὴν θείαν διδασκαλίαν προσ‐ ήνεγκαν καὶ πᾶσαν γῆν καὶ θάλατταν τῶν ἀρετῆς πέρι καὶ εὐσεβείας</w:t>
      </w:r>
    </w:p>
    <w:p>
      <w:r>
        <w:rPr>
          <w:rFonts w:ascii="Courier New" w:hAnsi="Courier New"/>
          <w:color w:val="555555"/>
          <w:sz w:val="20"/>
        </w:rPr>
        <w:t>[5 . 61]</w:t>
      </w:r>
    </w:p>
    <w:p>
      <w:r>
        <w:rPr>
          <w:rFonts w:ascii="Gentium Plus" w:hAnsi="Gentium Plus"/>
          <w:sz w:val="24"/>
        </w:rPr>
        <w:t>ξυγγραμμάτων ἐνέπλησαν. Καὶ νῦν ἅπαντες τῶν φιλοσόφων τοὺς λήρους καταλιπόντες τοῖς τῶν ἁλιέων καὶ τελωνῶν ἐντρυφῶσι μαθήμασι καὶ τὰ τοῦ σκυτοτόμου ξυγγράμματα περιέπουσι· καὶ τῆς μὲν Ἰταλικῆς καὶ Ἰωνικῆς καὶ Ἐλεατικῆς ξυμμορίας</w:t>
      </w:r>
    </w:p>
    <w:p>
      <w:r>
        <w:rPr>
          <w:rFonts w:ascii="Courier New" w:hAnsi="Courier New"/>
          <w:color w:val="555555"/>
          <w:sz w:val="20"/>
        </w:rPr>
        <w:t>[5]</w:t>
      </w:r>
    </w:p>
    <w:p>
      <w:r>
        <w:rPr>
          <w:rFonts w:ascii="Gentium Plus" w:hAnsi="Gentium Plus"/>
          <w:sz w:val="24"/>
        </w:rPr>
        <w:t>οὐδὲ τὰς προσηγορίας ἐπίστανται—ἐξήλειψε γὰρ αὐτῶν ὁ χρό‐ νος τὴν μνήμην—τῶν δέ γε προφητῶν, πλείοσιν ἢ χιλίοις καὶ πεντακοσίοις ἔτεσι τούτων πρόσθεν γεγενημένων, τὰς προσηγο‐</w:t>
      </w:r>
    </w:p>
    <w:p>
      <w:r>
        <w:rPr>
          <w:rFonts w:ascii="Courier New" w:hAnsi="Courier New"/>
          <w:color w:val="555555"/>
          <w:sz w:val="20"/>
        </w:rPr>
        <w:t>[5 . 62]</w:t>
      </w:r>
    </w:p>
    <w:p>
      <w:r>
        <w:rPr>
          <w:rFonts w:ascii="Gentium Plus" w:hAnsi="Gentium Plus"/>
          <w:sz w:val="24"/>
        </w:rPr>
        <w:t>ρίας ἐν τῷ στόματι περιφέρουσιν. Καὶ μέντοι καὶ τοὺς ἔτι τού‐ των παλαιοτέρους, τὸν Ἁβραάμ φημι καὶ τοὺς τούτου παῖδας, καὶ τοὺς ἐκείνων ἀρχαιοτέρους, τὸν Ἄβελ, τὸν Ἐνώχ, τὸν Νῶε καὶ τοὺς ἄλλους, ὅσους ἀριδήλους ὁ ἀξιέπαινος ἀπέφηνε βίος·</w:t>
      </w:r>
    </w:p>
    <w:p>
      <w:r>
        <w:rPr>
          <w:rFonts w:ascii="Courier New" w:hAnsi="Courier New"/>
          <w:color w:val="555555"/>
          <w:sz w:val="20"/>
        </w:rPr>
        <w:t>[5]</w:t>
      </w:r>
    </w:p>
    <w:p>
      <w:r>
        <w:rPr>
          <w:rFonts w:ascii="Gentium Plus" w:hAnsi="Gentium Plus"/>
          <w:sz w:val="24"/>
        </w:rPr>
        <w:t>τῶν δὲ μετὰ τοὺς προφήτας γεγενημένων ἑπτὰ σοφῶν καὶ τῶν ἐκείνους διαδεξαμένων οὐδὲ οἱ τὴν Ἑλληνικὴν ἀσπαζόμενοι</w:t>
      </w:r>
    </w:p>
    <w:p>
      <w:r>
        <w:rPr>
          <w:rFonts w:ascii="Courier New" w:hAnsi="Courier New"/>
          <w:color w:val="555555"/>
          <w:sz w:val="20"/>
        </w:rPr>
        <w:t>[5 . 63]</w:t>
      </w:r>
    </w:p>
    <w:p>
      <w:r>
        <w:rPr>
          <w:rFonts w:ascii="Gentium Plus" w:hAnsi="Gentium Plus"/>
          <w:sz w:val="24"/>
        </w:rPr>
        <w:t>γλῶτταν ἴσασι τὰ ὀνόματα. Καὶ τί λέγω τοὺς νῦν; καὶ γὰρ τοῖς πάλαι πολλὴ περὶ τούτων ἀμφιλογία γεγένηται. Οἱ μὲν γὰρ τού‐ τοις Περίανδρον ξυντάττουσι τὸν Κορίνθιον, οἱ δὲ Ἐπιμενίδην τὸν Κρῆτα, οἱ δὲ Ἀκουσίλαον τὸν Ἀργεῖον, οἱ δὲ Ἀνάχαρσιν</w:t>
      </w:r>
    </w:p>
    <w:p>
      <w:r>
        <w:rPr>
          <w:rFonts w:ascii="Courier New" w:hAnsi="Courier New"/>
          <w:color w:val="555555"/>
          <w:sz w:val="20"/>
        </w:rPr>
        <w:t>[5]</w:t>
      </w:r>
    </w:p>
    <w:p>
      <w:r>
        <w:rPr>
          <w:rFonts w:ascii="Gentium Plus" w:hAnsi="Gentium Plus"/>
          <w:sz w:val="24"/>
        </w:rPr>
        <w:t>τὸν Σκύθην, ἄλλοι δὲ Φερεκύδην τὸν Σύριον, ὁ δέ γε Πλάτων</w:t>
      </w:r>
    </w:p>
    <w:p>
      <w:r>
        <w:rPr>
          <w:rFonts w:ascii="Courier New" w:hAnsi="Courier New"/>
          <w:color w:val="555555"/>
          <w:sz w:val="20"/>
        </w:rPr>
        <w:t>[5 . 64]</w:t>
      </w:r>
    </w:p>
    <w:p>
      <w:r>
        <w:rPr>
          <w:rFonts w:ascii="Gentium Plus" w:hAnsi="Gentium Plus"/>
          <w:sz w:val="24"/>
        </w:rPr>
        <w:t>Μύσωνα τὸν Χηνέα. Τούτους μὲν οὖν καὶ οἱ πέλας ὄντες ἠγνοή‐ κασι· τὸν δὲ Ματθαῖον καὶ τὸν Βαρθολομαῖον καὶ τὸν Ἰάκωβον, καὶ μέντοι καὶ τὸν Μωϋσέα καὶ τὸν Δαυὶδ καὶ τὸν Ἡσαΐαν καὶ τοὺς ἄλλους ἀποστόλους τε καὶ προφήτας οὕτως ἴσασιν ὡς τὰς</w:t>
      </w:r>
    </w:p>
    <w:p>
      <w:r>
        <w:rPr>
          <w:rFonts w:ascii="Courier New" w:hAnsi="Courier New"/>
          <w:color w:val="555555"/>
          <w:sz w:val="20"/>
        </w:rPr>
        <w:t>[5]</w:t>
      </w:r>
    </w:p>
    <w:p>
      <w:r>
        <w:rPr>
          <w:rFonts w:ascii="Gentium Plus" w:hAnsi="Gentium Plus"/>
          <w:sz w:val="24"/>
        </w:rPr>
        <w:t>τῶν παίδων προσηγορίας. Αὐτίκα τοίνυν καὶ κωμῳδοῦσιν ὡς βάρβαρα τὰ ὀνόματα· ἡμεῖς δὲ αὐτῶν τὴν ἐμπληξίαν ὀλοφυρόμεθα, ὅτι δὴ ὁρῶντες βαρβαροφώνους ἀνθρώπους τὴν Ἑλληνικὴν εὐγλωττίαν νενικηκότας, καὶ τοὺς κεκομψευμένους μύθους παν‐ τελῶς ἐξεληλαμένους, καὶ τοὺς ἁλιευτικοὺς σολοικισμοὺς τοὺς</w:t>
      </w:r>
    </w:p>
    <w:p>
      <w:r>
        <w:rPr>
          <w:rFonts w:ascii="Courier New" w:hAnsi="Courier New"/>
          <w:color w:val="555555"/>
          <w:sz w:val="20"/>
        </w:rPr>
        <w:t>[10]</w:t>
      </w:r>
    </w:p>
    <w:p>
      <w:r>
        <w:rPr>
          <w:rFonts w:ascii="Gentium Plus" w:hAnsi="Gentium Plus"/>
          <w:sz w:val="24"/>
        </w:rPr>
        <w:t>Ἀττικοὺς καταλελυκότας ξυλλογισμούς, οὐκ ἐρυθριῶσιν οὐδ’ ἐγκαλύπτονται, ἀλλ’ ἀνέδην ὑπερμαχοῦσι τῆς πλάνης, καὶ ταῦτα ὀλίγοι ὄντες καὶ ἀριθμηθῆναι ῥᾳδίως δυνάμενοι καὶ οὐδὲ τῆς Ἑλληνικῆς εὐστομίας μετέχοντες, ἀλλὰ τοσαῦτα, ὡς ἔπος εἰπεῖν, βαρβαρίζοντες ὅσα φθέγγονται, παίδευσιν δὲ ἄκραν καὶ</w:t>
      </w:r>
    </w:p>
    <w:p>
      <w:r>
        <w:rPr>
          <w:rFonts w:ascii="Courier New" w:hAnsi="Courier New"/>
          <w:color w:val="555555"/>
          <w:sz w:val="20"/>
        </w:rPr>
        <w:t>[15]</w:t>
      </w:r>
    </w:p>
    <w:p>
      <w:r>
        <w:rPr>
          <w:rFonts w:ascii="Gentium Plus" w:hAnsi="Gentium Plus"/>
          <w:sz w:val="24"/>
        </w:rPr>
        <w:t>λαμπρότητα λόγων ὑπολαμβάνοντες, εἰ ὀμνύντες εἴποιεν «Μὰ τοὺς θεούς» καὶ «Μὰ τὸν ἥλιον», καὶ τοιούτους τινὰς τοῖς</w:t>
      </w:r>
    </w:p>
    <w:p>
      <w:r>
        <w:rPr>
          <w:rFonts w:ascii="Courier New" w:hAnsi="Courier New"/>
          <w:color w:val="555555"/>
          <w:sz w:val="20"/>
        </w:rPr>
        <w:t>[5 . 65]</w:t>
      </w:r>
    </w:p>
    <w:p>
      <w:r>
        <w:rPr>
          <w:rFonts w:ascii="Gentium Plus" w:hAnsi="Gentium Plus"/>
          <w:sz w:val="24"/>
        </w:rPr>
        <w:t>λόγοις ἐπιπλάττοιεν ὅρκους. Εἰ δὲ οὐκ ἀληθῆ λέγω, εἴπατε, ὦ ἄνδρες, τίνα Ξενοφάνης ὁ Κολοφώνιος ἔσχε διάδοχον τῆς αἱρέ‐ σεως; τίνα δὲ Παρμενίδης ὁ Ἐλεάτης; τίνα Πρωταγόρας καὶ Μέλισσος; τίνα Πυθαγόρας ἢ Ἀναξαγόρας; τίνα Σπεύσιππος</w:t>
      </w:r>
    </w:p>
    <w:p>
      <w:r>
        <w:rPr>
          <w:rFonts w:ascii="Courier New" w:hAnsi="Courier New"/>
          <w:color w:val="555555"/>
          <w:sz w:val="20"/>
        </w:rPr>
        <w:t>[5]</w:t>
      </w:r>
    </w:p>
    <w:p>
      <w:r>
        <w:rPr>
          <w:rFonts w:ascii="Gentium Plus" w:hAnsi="Gentium Plus"/>
          <w:sz w:val="24"/>
        </w:rPr>
        <w:t>ἢ Ξενοκράτης; τίνα Ἀναξίμανδρος ἢ Ἀναξιμένης; τίνα Ἀρκε‐ σίλαος ἢ Φιλόλαος; τίνες τῆς Στωϊκῆς αἱρέσεως προστατεύου‐ σιν; τίνες τοῦ Σταγειρίτου τὴν διδασκαλίαν κρατύνουσιν; τίνες</w:t>
      </w:r>
    </w:p>
    <w:p>
      <w:r>
        <w:rPr>
          <w:rFonts w:ascii="Courier New" w:hAnsi="Courier New"/>
          <w:color w:val="555555"/>
          <w:sz w:val="20"/>
        </w:rPr>
        <w:t>[5 . 66]</w:t>
      </w:r>
    </w:p>
    <w:p>
      <w:r>
        <w:rPr>
          <w:rFonts w:ascii="Gentium Plus" w:hAnsi="Gentium Plus"/>
          <w:sz w:val="24"/>
        </w:rPr>
        <w:t>ξυγγραφεῖσαν πολιτείαν ἠσπάσαντο; Ἀλλὰ τούτων μὲν τῶν δογμάτων οὐδένα διδάσκαλον ἡμῖν ἐπιδεῖξαι δυνήσεσθε, ἡμεῖς δὲ τῶν ἀποστολικῶν καὶ προφητικῶν δογμάτων τὸ κράτος ἐναργῶς ἐπιδείκνυμεν· πᾶσα γὰρ ἡ ὑφήλιος τῶνδε τῶν λόγων ἀνάπλεως.</w:t>
      </w:r>
    </w:p>
    <w:p>
      <w:r>
        <w:rPr>
          <w:rFonts w:ascii="Courier New" w:hAnsi="Courier New"/>
          <w:color w:val="555555"/>
          <w:sz w:val="20"/>
        </w:rPr>
        <w:t>[5]</w:t>
      </w:r>
    </w:p>
    <w:p>
      <w:r>
        <w:rPr>
          <w:rFonts w:ascii="Gentium Plus" w:hAnsi="Gentium Plus"/>
          <w:sz w:val="24"/>
        </w:rPr>
        <w:t>Καὶ ἡ Ἑβραίων φωνὴ οὐ μόνον εἰς τὴν Ἑλλήνων μετεβλήθη, ἀλλὰ καὶ εἰς τὴν Ῥωμαίων καὶ Αἰγυπτίων καὶ Περσῶν καὶ Ἰνδῶν καὶ Ἀρμενίων καὶ Σκυθῶν καὶ Σαυροματῶν καὶ ξυλ‐ λήβδην εἰπεῖν εἰς ἁπάσας τὰς γλώττας, αἷς ἅπαντα τὰ ἔθνη</w:t>
      </w:r>
    </w:p>
    <w:p>
      <w:r>
        <w:rPr>
          <w:rFonts w:ascii="Courier New" w:hAnsi="Courier New"/>
          <w:color w:val="555555"/>
          <w:sz w:val="20"/>
        </w:rPr>
        <w:t>[5 . 67]</w:t>
      </w:r>
    </w:p>
    <w:p>
      <w:r>
        <w:rPr>
          <w:rFonts w:ascii="Gentium Plus" w:hAnsi="Gentium Plus"/>
          <w:sz w:val="24"/>
        </w:rPr>
        <w:t>κεχρημένα διατελεῖ. Καὶ ὁ μὲν σοφώτατος Πλάτων, περὶ τῆς ἀθανασίας τῆς ψυχῆς παμπόλλους λόγους διεξελθών, οὐδ’ Ἀρι‐ στοτέλην τὸν φοιτητὴν ἔπεισε τόνδε στέρξαι τὸν ὅρον· οἱ δὲ ἡμέτεροι ἁλιεῖς καὶ τελῶναι καὶ ὁ σκυτοτόμος καὶ Ἕλληνας</w:t>
      </w:r>
    </w:p>
    <w:p>
      <w:r>
        <w:rPr>
          <w:rFonts w:ascii="Courier New" w:hAnsi="Courier New"/>
          <w:color w:val="555555"/>
          <w:sz w:val="20"/>
        </w:rPr>
        <w:t>[5]</w:t>
      </w:r>
    </w:p>
    <w:p>
      <w:r>
        <w:rPr>
          <w:rFonts w:ascii="Gentium Plus" w:hAnsi="Gentium Plus"/>
          <w:sz w:val="24"/>
        </w:rPr>
        <w:t>ἔπεισαν καὶ Ῥωμαίους καὶ Αἰγυπτίους καὶ ἁπαξαπλῶς ἅπαν ἔθνος ἀνθρώπων, ὅτι καὶ ἀθάνατος ἡ ψυχὴ καὶ λόγῳ τετιμημένη καὶ κρατεῖν τῶν παθῶν δυναμένη καὶ ὀλιγωροῦσα, οὐ βιαζομένη, παραβαίνει τοὺς νόμους· καὶ αὖ πάλιν πρὸς τὸ βέλτιον νεύουσα, τῆς προτέρας ἀπαλλάττεται κακίας καὶ τοὺς θείους πάλιν ἀνα‐</w:t>
      </w:r>
    </w:p>
    <w:p>
      <w:r>
        <w:rPr>
          <w:rFonts w:ascii="Courier New" w:hAnsi="Courier New"/>
          <w:color w:val="555555"/>
          <w:sz w:val="20"/>
        </w:rPr>
        <w:t>[5 . 68]</w:t>
      </w:r>
    </w:p>
    <w:p>
      <w:r>
        <w:rPr>
          <w:rFonts w:ascii="Gentium Plus" w:hAnsi="Gentium Plus"/>
          <w:sz w:val="24"/>
        </w:rPr>
        <w:t>μάττεται χαρακτῆρας. Καὶ ἔστιν ἰδεῖν ταῦτα εἰδότας τὰ δόγματα οὐ μόνους γε τῆς ἐκκλησίας τοὺς διδασκάλους, ἀλλὰ καὶ σκυτο‐ τόμους καὶ χαλκοτύπους καὶ ταλασιουργοὺς καὶ τοὺς ἄλλους ἀποχειροβιώτους· καὶ γυναῖκας ὡσαύτως οὐ μόνον τὰς λόγων</w:t>
      </w:r>
    </w:p>
    <w:p>
      <w:r>
        <w:rPr>
          <w:rFonts w:ascii="Courier New" w:hAnsi="Courier New"/>
          <w:color w:val="555555"/>
          <w:sz w:val="20"/>
        </w:rPr>
        <w:t>[5]</w:t>
      </w:r>
    </w:p>
    <w:p>
      <w:r>
        <w:rPr>
          <w:rFonts w:ascii="Gentium Plus" w:hAnsi="Gentium Plus"/>
          <w:sz w:val="24"/>
        </w:rPr>
        <w:t>μετεσχηκυίας, ἀλλὰ καὶ χερνήτιδας καὶ ἀκεστρίας, καὶ μέντοι καὶ θεραπαίνας· καὶ οὐ μόνον ἀστοί, ἀλλὰ καὶ χωριτικοὶ τήνδε τὴν γνῶσιν ἐσχήκασι· καὶ ἔστιν εὑρεῖν καὶ σκαπανέας καὶ βοηλά‐ τας καὶ φυτουργοὺς καὶ περὶ τῆς θείας διαλεγομένους Τριάδος καὶ περὶ τῆς τῶν ὅλων δημιουργίας καὶ τὴν ἀνθρωπείαν φύσιν</w:t>
      </w:r>
    </w:p>
    <w:p>
      <w:r>
        <w:rPr>
          <w:rFonts w:ascii="Courier New" w:hAnsi="Courier New"/>
          <w:color w:val="555555"/>
          <w:sz w:val="20"/>
        </w:rPr>
        <w:t>[5 . 69]</w:t>
      </w:r>
    </w:p>
    <w:p>
      <w:r>
        <w:rPr>
          <w:rFonts w:ascii="Gentium Plus" w:hAnsi="Gentium Plus"/>
          <w:sz w:val="24"/>
        </w:rPr>
        <w:t>εἰδότας Ἀριστοτέλους πολλῷ μᾶλλον καὶ Πλάτωνος, καὶ μέντοι καὶ ἀρετῆς ἐπιμελουμένους καὶ κακίαν ἐκκλίνοντας καὶ τὰ κολα‐ στήρια δεδιότας τὰ προσδοκώμενα καὶ τὸ θεῖον δικαστήριον ἀνεν‐</w:t>
      </w:r>
    </w:p>
    <w:p>
      <w:r>
        <w:rPr>
          <w:rFonts w:ascii="Courier New" w:hAnsi="Courier New"/>
          <w:color w:val="555555"/>
          <w:sz w:val="20"/>
        </w:rPr>
        <w:t>[5]</w:t>
      </w:r>
    </w:p>
    <w:p>
      <w:r>
        <w:rPr>
          <w:rFonts w:ascii="Gentium Plus" w:hAnsi="Gentium Plus"/>
          <w:sz w:val="24"/>
        </w:rPr>
        <w:t>φιλοσοφοῦντας ζωῆς καὶ τῆς τῶν οὐρανῶν ἕνεκα βασιλείας πάντα πόνον ἀσπαστῶς αἱρουμένους, καὶ ταῦτα οὐ παρ’ ἄλλου του μεμαθηκότας, ἀλλὰ παρ’ ἐκείνων, οὓς ὑμεῖς βαρβαροφώνους ἀποκαλεῖτε· καὶ οὐδὲ Ἀναχάρσιδος ἐπαΐετε λέγοντος· «Ἐμοὶ</w:t>
      </w:r>
    </w:p>
    <w:p>
      <w:r>
        <w:rPr>
          <w:rFonts w:ascii="Courier New" w:hAnsi="Courier New"/>
          <w:color w:val="555555"/>
          <w:sz w:val="20"/>
        </w:rPr>
        <w:t>[5 . 70]</w:t>
      </w:r>
    </w:p>
    <w:p>
      <w:r>
        <w:rPr>
          <w:rFonts w:ascii="Gentium Plus" w:hAnsi="Gentium Plus"/>
          <w:sz w:val="24"/>
        </w:rPr>
        <w:t>πάντες Ἕλληνες σκυθίζουσιν.» Τοῦτο γὰρ ἀτεχνῶς ἔοικε τοῖς εἰρημένοις ὑπὸ τοῦ σκυτοτόμου τοῦ ἡμετέρου· «Ἐὰν γὰρ μὴ γνῶ τὴν δύναμιν τῆς φωνῆς, ἔσομαι τῷ λαλοῦντί μοι βάρβαρος, καὶ ὁ λαλῶν ἐν ἐμοὶ βάρβαρος.» Τῷ ὄντι γὰρ ὥσπερ τοῖς Ἕλ‐</w:t>
      </w:r>
    </w:p>
    <w:p>
      <w:r>
        <w:rPr>
          <w:rFonts w:ascii="Courier New" w:hAnsi="Courier New"/>
          <w:color w:val="555555"/>
          <w:sz w:val="20"/>
        </w:rPr>
        <w:t>[5]</w:t>
      </w:r>
    </w:p>
    <w:p>
      <w:r>
        <w:rPr>
          <w:rFonts w:ascii="Gentium Plus" w:hAnsi="Gentium Plus"/>
          <w:sz w:val="24"/>
        </w:rPr>
        <w:t>λησιν Ἰλλυριοὶ καὶ Παίονες καὶ Ταυλάντιοι καὶ Ἀτιντᾶνες βαρβαρίζειν δοκοῦσιν, οὕτως αὖ ἐκείνοις καὶ τοῖς ἄλλοις, ὅσοι τῆς Ἑλλάδος φωνῆς ἐπαΐειν οὐ δύνανται, ἡ Ἀτθὶς καὶ Δωρὶς</w:t>
      </w:r>
    </w:p>
    <w:p>
      <w:r>
        <w:rPr>
          <w:rFonts w:ascii="Courier New" w:hAnsi="Courier New"/>
          <w:color w:val="555555"/>
          <w:sz w:val="20"/>
        </w:rPr>
        <w:t>[5 . 71]</w:t>
      </w:r>
    </w:p>
    <w:p>
      <w:r>
        <w:rPr>
          <w:rFonts w:ascii="Gentium Plus" w:hAnsi="Gentium Plus"/>
          <w:sz w:val="24"/>
        </w:rPr>
        <w:t>καὶ Αἰολὶς καὶ Ἰὰς βάρβαροι εἶναι δοκοῦσιν. Ὅτι γὰρ τὴν αὐτὴν ἔχει πᾶσα γλῶττα διάνοιαν—μία γὰρ δὴ πάντων ἀνθρώ‐ πων ἡ φύσις—ἡ πεῖρα διδάσκαλος. Ἔστι γὰρ εὑρεῖν καὶ παρὰ τοῖς βαρβάροις καὶ τέχνας καὶ ἐπιστήμας καὶ τὰς ἐν πολέμοις</w:t>
      </w:r>
    </w:p>
    <w:p>
      <w:r>
        <w:rPr>
          <w:rFonts w:ascii="Courier New" w:hAnsi="Courier New"/>
          <w:color w:val="555555"/>
          <w:sz w:val="20"/>
        </w:rPr>
        <w:t>[5]</w:t>
      </w:r>
    </w:p>
    <w:p>
      <w:r>
        <w:rPr>
          <w:rFonts w:ascii="Gentium Plus" w:hAnsi="Gentium Plus"/>
          <w:sz w:val="24"/>
        </w:rPr>
        <w:t>ἀνδραγαθίας· ἔνιοι δὲ τούτων καὶ σοφώτερα Ἑλλήνων πολλάκις ἐξευρίσκουσι μηχανήματα καὶ λόχους ἀμείνους καὶ πανουργοτέ‐</w:t>
      </w:r>
    </w:p>
    <w:p>
      <w:r>
        <w:rPr>
          <w:rFonts w:ascii="Courier New" w:hAnsi="Courier New"/>
          <w:color w:val="555555"/>
          <w:sz w:val="20"/>
        </w:rPr>
        <w:t>[5 . 72]</w:t>
      </w:r>
    </w:p>
    <w:p>
      <w:r>
        <w:rPr>
          <w:rFonts w:ascii="Gentium Plus" w:hAnsi="Gentium Plus"/>
          <w:sz w:val="24"/>
        </w:rPr>
        <w:t>ρας ἐνέδρας. Εἰσὶ δὲ οἳ καὶ τὴν Ἑλλήνων εὐέπειαν βραχυλογίᾳ νικῶσιν. Τοῦτο γὰρ δὴ καὶ Πέρσαις μαρτυροῦσι καὶ οἱ παλαιοὶ ξυγγραφεῖς, καὶ εἴ τις νῦν πρεσβεύων ἢ στρατηγῶν ἢ ἐμπορίαν τινὰ μετιὼν αὐτοῖς ξυνεγένετο. Φασὶ γὰρ αὐτοὺς ὀξέως φωρᾶν</w:t>
      </w:r>
    </w:p>
    <w:p>
      <w:r>
        <w:rPr>
          <w:rFonts w:ascii="Courier New" w:hAnsi="Courier New"/>
          <w:color w:val="555555"/>
          <w:sz w:val="20"/>
        </w:rPr>
        <w:t>[5]</w:t>
      </w:r>
    </w:p>
    <w:p>
      <w:r>
        <w:rPr>
          <w:rFonts w:ascii="Gentium Plus" w:hAnsi="Gentium Plus"/>
          <w:sz w:val="24"/>
        </w:rPr>
        <w:t>τὰς τῶν λόγων κλοπὰς καὶ ὀλίγα φθεγγομένους τοὺς προσδιαλε‐</w:t>
      </w:r>
    </w:p>
    <w:p>
      <w:r>
        <w:rPr>
          <w:rFonts w:ascii="Courier New" w:hAnsi="Courier New"/>
          <w:color w:val="555555"/>
          <w:sz w:val="20"/>
        </w:rPr>
        <w:t>[10]</w:t>
      </w:r>
    </w:p>
    <w:p>
      <w:r>
        <w:rPr>
          <w:rFonts w:ascii="Gentium Plus" w:hAnsi="Gentium Plus"/>
          <w:sz w:val="24"/>
        </w:rPr>
        <w:t>καὶ Πλάτων τόδε τὸ εἶδος ἐπαιδευσάτην· οὔτε γὰρ ῥητορικοῖς οὔτε φιλοσόφοις ἐνετράφησαν λόγοις, ἀλλὰ μόνην ἔσχον τὴν φύσιν</w:t>
      </w:r>
    </w:p>
    <w:p>
      <w:r>
        <w:rPr>
          <w:rFonts w:ascii="Courier New" w:hAnsi="Courier New"/>
          <w:color w:val="555555"/>
          <w:sz w:val="20"/>
        </w:rPr>
        <w:t>[5 . 73]</w:t>
      </w:r>
    </w:p>
    <w:p>
      <w:r>
        <w:rPr>
          <w:rFonts w:ascii="Gentium Plus" w:hAnsi="Gentium Plus"/>
          <w:sz w:val="24"/>
        </w:rPr>
        <w:t>διδάσκαλον. Τοὺς δέ γε Ἰνδοὺς καὶ τούτων πολλῷ σοφωτέρους εἶναί φασιν. Καὶ οἱ Νομάδες δέ, οἱ ἡμέτεροι πρόσχωροι—τοὺς Ἰσμαηλίτας λέγω, τοὺς ἐν ταῖς ἐρήμοις βιοτεύοντας καὶ μηδὲν τῶν Ἑλληνικῶν ξυγγραμμάτων ἐπισταμένους—ἀγχινοίᾳ καὶ</w:t>
      </w:r>
    </w:p>
    <w:p>
      <w:r>
        <w:rPr>
          <w:rFonts w:ascii="Courier New" w:hAnsi="Courier New"/>
          <w:color w:val="555555"/>
          <w:sz w:val="20"/>
        </w:rPr>
        <w:t>[5]</w:t>
      </w:r>
    </w:p>
    <w:p>
      <w:r>
        <w:rPr>
          <w:rFonts w:ascii="Gentium Plus" w:hAnsi="Gentium Plus"/>
          <w:sz w:val="24"/>
        </w:rPr>
        <w:t>ξυνέσει κοσμοῦνται καὶ διάνοιαν ἔχουσι καὶ ξυνιδεῖν τἀληθὲς δυ‐</w:t>
      </w:r>
    </w:p>
    <w:p>
      <w:r>
        <w:rPr>
          <w:rFonts w:ascii="Courier New" w:hAnsi="Courier New"/>
          <w:color w:val="555555"/>
          <w:sz w:val="20"/>
        </w:rPr>
        <w:t>[5 . 74]</w:t>
      </w:r>
    </w:p>
    <w:p>
      <w:r>
        <w:rPr>
          <w:rFonts w:ascii="Gentium Plus" w:hAnsi="Gentium Plus"/>
          <w:sz w:val="24"/>
        </w:rPr>
        <w:t>ναμένην καὶ διελέγξαι τὸ ψεῦδος. Περὶ δὲ Αἰγυπτίων περιττὸν οἶμαι λέγειν· καὶ γὰρ αὐτοὶ τῶν φιλοσόφων οἱ πρῶτοι κρείττους εἶναι τούτους ἔφασαν τῶν ὀνομαστοτάτων γεγενημένων παρ’ Ἕλλησιν. Ῥωμαῖοι δὲ καὶ ποιητὰς ἔσχον καὶ ξυγγραφέας καὶ</w:t>
      </w:r>
    </w:p>
    <w:p>
      <w:r>
        <w:rPr>
          <w:rFonts w:ascii="Courier New" w:hAnsi="Courier New"/>
          <w:color w:val="555555"/>
          <w:sz w:val="20"/>
        </w:rPr>
        <w:t>[5]</w:t>
      </w:r>
    </w:p>
    <w:p>
      <w:r>
        <w:rPr>
          <w:rFonts w:ascii="Gentium Plus" w:hAnsi="Gentium Plus"/>
          <w:sz w:val="24"/>
        </w:rPr>
        <w:t>ῥήτορας· καί φασιν οἱ ταύτην γε κἀκείνην ἠσκημένοι τὴν γλῶτταν καὶ πυκνότερα τῶν Ἑλληνικῶν τὰ τούτων ἐνθυμήματα εἶναι καὶ</w:t>
      </w:r>
    </w:p>
    <w:p>
      <w:r>
        <w:rPr>
          <w:rFonts w:ascii="Courier New" w:hAnsi="Courier New"/>
          <w:color w:val="555555"/>
          <w:sz w:val="20"/>
        </w:rPr>
        <w:t>[5 . 75]</w:t>
      </w:r>
    </w:p>
    <w:p>
      <w:r>
        <w:rPr>
          <w:rFonts w:ascii="Gentium Plus" w:hAnsi="Gentium Plus"/>
          <w:sz w:val="24"/>
        </w:rPr>
        <w:t>ξυντομωτέρας τὰς γνώμας. Καὶ ταῦτα λέγω οὐ τὴν Ἑλλάδα σμικρύνων φωνήν, ἧς ἁμηγέπη μετέλαχον, οὐδὲ ἐναντία γε αὐτῇ ἐκτίνων τροφεῖα, ἀλλὰ τῶν ἐπὶ ταύτῃ μεγαλαυχουμένων ξυστέλ‐ λων τὴν γνάθον καὶ τὴν ὀφρὺν καταστέλλων καὶ διδάσκων μὴ</w:t>
      </w:r>
    </w:p>
    <w:p>
      <w:r>
        <w:rPr>
          <w:rFonts w:ascii="Courier New" w:hAnsi="Courier New"/>
          <w:color w:val="555555"/>
          <w:sz w:val="20"/>
        </w:rPr>
        <w:t>[5]</w:t>
      </w:r>
    </w:p>
    <w:p>
      <w:r>
        <w:rPr>
          <w:rFonts w:ascii="Gentium Plus" w:hAnsi="Gentium Plus"/>
          <w:sz w:val="24"/>
        </w:rPr>
        <w:t>κωμῳδεῖν γλῶτταν τῇ ἀληθείᾳ λαμπρυνομένην μηδέ γε βρενθύε‐ σθαι ἐπὶ λόγοις κομμωτικῇ τέχνῃ πεποικιλμένοις, τῆς δὲ ἀληθείας γεγυμνωμένοις, ἀλλὰ θαυμάζειν τοὺς τῆς ἀληθείας</w:t>
      </w:r>
    </w:p>
    <w:p>
      <w:r>
        <w:rPr>
          <w:rFonts w:ascii="Courier New" w:hAnsi="Courier New"/>
          <w:color w:val="555555"/>
          <w:sz w:val="20"/>
        </w:rPr>
        <w:t>[10]</w:t>
      </w:r>
    </w:p>
    <w:p>
      <w:r>
        <w:rPr>
          <w:rFonts w:ascii="Gentium Plus" w:hAnsi="Gentium Plus"/>
          <w:sz w:val="24"/>
        </w:rPr>
        <w:t>τῶν ἀλλοτρίων καὶ ἐπεισάκτων ἀνθέων ἥκιστα δεηθέντας.</w:t>
      </w:r>
    </w:p>
    <w:p>
      <w:r>
        <w:rPr>
          <w:rFonts w:ascii="Courier New" w:hAnsi="Courier New"/>
          <w:color w:val="555555"/>
          <w:sz w:val="20"/>
        </w:rPr>
        <w:t>[5 . 76]</w:t>
      </w:r>
    </w:p>
    <w:p>
      <w:r>
        <w:rPr>
          <w:rFonts w:ascii="Gentium Plus" w:hAnsi="Gentium Plus"/>
          <w:sz w:val="24"/>
        </w:rPr>
        <w:t>Παράθετε τοίνυν, ὦ φίλοι ἄνδρες, τῷ ὕθλῳ τῶν φιλοσόφων τὴν ἁπλῆν τῶν ἁλιέων διδασκαλίαν, καὶ ἀθρήσατε τὸ διάφορον· καὶ τὰς πολλὰς τῶν ὑμετέρων βίβλων ἀριθμήσαντες μυριάδας, τὴν τῶν λόγων ἀσθένειαν καταμάθετε. Οὐδεὶς γὰρ οὔτε τοῖς</w:t>
      </w:r>
    </w:p>
    <w:p>
      <w:r>
        <w:rPr>
          <w:rFonts w:ascii="Courier New" w:hAnsi="Courier New"/>
          <w:color w:val="555555"/>
          <w:sz w:val="20"/>
        </w:rPr>
        <w:t>[5]</w:t>
      </w:r>
    </w:p>
    <w:p>
      <w:r>
        <w:rPr>
          <w:rFonts w:ascii="Gentium Plus" w:hAnsi="Gentium Plus"/>
          <w:sz w:val="24"/>
        </w:rPr>
        <w:t>ποιητικοῖς μύθοις οὔτε ταῖς τῶν φιλοσόφων ἠκολούθησε δόξαις· τῶν δὲ θείων λογίων καὶ τὴν ξυντομίαν θαυμάσατε καὶ τὴν δύνα‐ μιν ἀνυμνήσατε καὶ μάθετε θείων δογμάτων ἀλήθειαν, σώματος θείαν διάπλασιν, ψυχῆς φύσιν ἀθάνατον καὶ τὸ ταύτης λογικὸν ἡγούμενον τῶν παθῶν καὶ τὰ πάθη ἀναγκαῖα τῇ φύσει καὶ</w:t>
      </w:r>
    </w:p>
    <w:p>
      <w:r>
        <w:rPr>
          <w:rFonts w:ascii="Courier New" w:hAnsi="Courier New"/>
          <w:color w:val="555555"/>
          <w:sz w:val="20"/>
        </w:rPr>
        <w:t>[5 . 77]</w:t>
      </w:r>
    </w:p>
    <w:p>
      <w:r>
        <w:rPr>
          <w:rFonts w:ascii="Gentium Plus" w:hAnsi="Gentium Plus"/>
          <w:sz w:val="24"/>
        </w:rPr>
        <w:t>χρήσιμα. Ἥ τε γὰρ ἐπιθυμία προυργιαιτάτη, καὶ ὁ θυμὸς ὡσαύ‐ τως, ὁ ταύτης ἀντίπαλος. Δι’ ἐκείνην μὲν γὰρ καὶ τῶν θείων ὀριγνώμεθα καὶ τῶν ὁρωμένων ὑπερορῶντες τὰ νοητὰ φανταζό‐ μεθα καὶ ἐπὶ γῆς βαδίζοντες τὸν ἐν οὐρανοῖς δεσπότην ἰδεῖν</w:t>
      </w:r>
    </w:p>
    <w:p>
      <w:r>
        <w:rPr>
          <w:rFonts w:ascii="Courier New" w:hAnsi="Courier New"/>
          <w:color w:val="555555"/>
          <w:sz w:val="20"/>
        </w:rPr>
        <w:t>[5]</w:t>
      </w:r>
    </w:p>
    <w:p>
      <w:r>
        <w:rPr>
          <w:rFonts w:ascii="Gentium Plus" w:hAnsi="Gentium Plus"/>
          <w:sz w:val="24"/>
        </w:rPr>
        <w:t>ἱμειρόμεθα καὶ ἀρετῆς ἐφιέμεθα, καὶ μέντοι καὶ διαζῶμεν καὶ ἐδωδῆς μεταλαγχάνομεν καὶ ποτῶν, καὶ πρὸς τούτοις αὔξεται</w:t>
      </w:r>
    </w:p>
    <w:p>
      <w:r>
        <w:rPr>
          <w:rFonts w:ascii="Courier New" w:hAnsi="Courier New"/>
          <w:color w:val="555555"/>
          <w:sz w:val="20"/>
        </w:rPr>
        <w:t>[5 . 78]</w:t>
      </w:r>
    </w:p>
    <w:p>
      <w:r>
        <w:rPr>
          <w:rFonts w:ascii="Gentium Plus" w:hAnsi="Gentium Plus"/>
          <w:sz w:val="24"/>
        </w:rPr>
        <w:t>διὰ τῆς ἐννόμου παιδοποιΐας τὸ γένος. Ὁ δέ γε θυμὸς ξυνεργὸς ἐδόθη τῷ λογισμῷ, ἵνα τῆς ἐπιθυμίας κωλύῃ τὴν ἀμετρίαν. Ἐπειδὴ γὰρ καὶ πέρα τῶν κειμένων ὅρων ᾄττειν ἐπιχειρεῖ, ξυνέζευξεν αὐτῇ οἷόν τινα πῶλον τὸν θυμὸν ὁ ποιητὴς ἀνθέλκοντα,</w:t>
      </w:r>
    </w:p>
    <w:p>
      <w:r>
        <w:rPr>
          <w:rFonts w:ascii="Courier New" w:hAnsi="Courier New"/>
          <w:color w:val="555555"/>
          <w:sz w:val="20"/>
        </w:rPr>
        <w:t>[5]</w:t>
      </w:r>
    </w:p>
    <w:p>
      <w:r>
        <w:rPr>
          <w:rFonts w:ascii="Gentium Plus" w:hAnsi="Gentium Plus"/>
          <w:sz w:val="24"/>
        </w:rPr>
        <w:t>ὅταν γε ἐκείνη πέρα τῆς χρείας προβαίνειν βιάζηται. Καὶ καθά‐ περ ἀντίπαλον μὲν τῷ ψυχρῷ τὸ θερμόν, κεραννύμενα δὲ ἀλλή‐ λοις κρᾶσιν ἀρίστην ἐργάζεται, οὕτως ἡ ἐπιθυμία καὶ ὁ θυμός,</w:t>
      </w:r>
    </w:p>
    <w:p>
      <w:r>
        <w:rPr>
          <w:rFonts w:ascii="Courier New" w:hAnsi="Courier New"/>
          <w:color w:val="555555"/>
          <w:sz w:val="20"/>
        </w:rPr>
        <w:t>[5 . 79]</w:t>
      </w:r>
    </w:p>
    <w:p>
      <w:r>
        <w:rPr>
          <w:rFonts w:ascii="Gentium Plus" w:hAnsi="Gentium Plus"/>
          <w:sz w:val="24"/>
        </w:rPr>
        <w:t>τὴν ἀρίστην ἀπεργάζεται κρᾶσιν. Ἔχει δὲ τῶν δρωμένων τὸ κράτος ὁ λογισμός, ὥστε καὶ ταύτην ἐπέχειν καὶ τοῦτον αὖ νύτ‐ τειν, ἢ τοῦτόν γε ἄγχειν καὶ διεγείρειν ἐκείνην. Καὶ γὰρ ἡ ἐπι‐ θυμία τοῦ θυμοῦ παύει τὴν ἀμετρίαν, καὶ ὁ θυμὸς αὖ πάλιν</w:t>
      </w:r>
    </w:p>
    <w:p>
      <w:r>
        <w:rPr>
          <w:rFonts w:ascii="Courier New" w:hAnsi="Courier New"/>
          <w:color w:val="555555"/>
          <w:sz w:val="20"/>
        </w:rPr>
        <w:t>[5]</w:t>
      </w:r>
    </w:p>
    <w:p>
      <w:r>
        <w:rPr>
          <w:rFonts w:ascii="Gentium Plus" w:hAnsi="Gentium Plus"/>
          <w:sz w:val="24"/>
        </w:rPr>
        <w:t>κολάζει τῆς ἐπιθυμίας τὴν ἀπληστίαν. Ταῦτα μὲν οὖν ἀποτελεῖ‐ ται, τοῦ λογισμοῦ τὰς ἡνίας ἐπιστημόνως κατέχοντος· ἢν δὲ οὗτος, ἢ τῷ χαλαρῷ καὶ λείῳ τῆς ἐπιθυμίας καταθελχθεὶς ἢ τῷ θυμῷ ᾄττοντι παρὰ καιρὸν ξυνεξορμήσας, χαυνοτέρας ἢ προσῆκε τὰς ἡνίας ἐάσῃ, οἱ μὲν ἀτάκτως καθάπερ ἵπποι θέουσιν ἐνδακόντες</w:t>
      </w:r>
    </w:p>
    <w:p>
      <w:r>
        <w:rPr>
          <w:rFonts w:ascii="Courier New" w:hAnsi="Courier New"/>
          <w:color w:val="555555"/>
          <w:sz w:val="20"/>
        </w:rPr>
        <w:t>[10]</w:t>
      </w:r>
    </w:p>
    <w:p>
      <w:r>
        <w:rPr>
          <w:rFonts w:ascii="Gentium Plus" w:hAnsi="Gentium Plus"/>
          <w:sz w:val="24"/>
        </w:rPr>
        <w:t>τὸν χαλινόν, ὁ δὲ συρόμενος φέρεται, καταγέλαστός τε καὶ ἐπ‐</w:t>
      </w:r>
    </w:p>
    <w:p>
      <w:r>
        <w:rPr>
          <w:rFonts w:ascii="Courier New" w:hAnsi="Courier New"/>
          <w:color w:val="555555"/>
          <w:sz w:val="20"/>
        </w:rPr>
        <w:t>[5 . 80]</w:t>
      </w:r>
    </w:p>
    <w:p>
      <w:r>
        <w:rPr>
          <w:rFonts w:ascii="Gentium Plus" w:hAnsi="Gentium Plus"/>
          <w:sz w:val="24"/>
        </w:rPr>
        <w:t>ονείδιστος τοῖς ὁρῶσι γινόμενος. Ταύτῃ τοι καὶ δίκας εἰσπράττεται, ὡς ἐθελοντὴς ὑπομείνας τὸ πάθος. Καὶ γάρ τοι καὶ οἱ ἀνθρώ‐ πειοι νόμοι τοὺς πλημμελοῦντας κολάζουσι, καὶ ὁ Θεὸς τοῖς ἁμαρτάνουσι τὸ ἄσβεστον ἠπείλησε πῦρ. Οὐκ ἂν δὲ οὔτε ὁ</w:t>
      </w:r>
    </w:p>
    <w:p>
      <w:r>
        <w:rPr>
          <w:rFonts w:ascii="Courier New" w:hAnsi="Courier New"/>
          <w:color w:val="555555"/>
          <w:sz w:val="20"/>
        </w:rPr>
        <w:t>[5]</w:t>
      </w:r>
    </w:p>
    <w:p>
      <w:r>
        <w:rPr>
          <w:rFonts w:ascii="Gentium Plus" w:hAnsi="Gentium Plus"/>
          <w:sz w:val="24"/>
        </w:rPr>
        <w:t>Θεός, ἀγαθός γε ὢν καὶ δίκαιος, ποινὴν τοὺς παράνομον βίον ἀσπαζομένους εἰσέπραξεν, εἴπερ ἄρα κατ’ ἀνάγκην ἡμάρτανον, οὔτε τῶν ἀνθρώπων οἱ σοφώτατοι τοιούτους ἂν ἔθεσαν νόμους, εἴπερ ᾔδεσαν οὐ γνώμῃ τὰ ἀνθρώπεια τελούμενα πλημμελήματα, οὔτε μὴν οἱ τὸ ἄρχειν λαχόντες τὰς ὠμοτάτας ἂν βασάνους τοῖς</w:t>
      </w:r>
    </w:p>
    <w:p>
      <w:r>
        <w:rPr>
          <w:rFonts w:ascii="Courier New" w:hAnsi="Courier New"/>
          <w:color w:val="555555"/>
          <w:sz w:val="20"/>
        </w:rPr>
        <w:t>[10]</w:t>
      </w:r>
    </w:p>
    <w:p>
      <w:r>
        <w:rPr>
          <w:rFonts w:ascii="Gentium Plus" w:hAnsi="Gentium Plus"/>
          <w:sz w:val="24"/>
        </w:rPr>
        <w:t>τὰ πονηρὰ τολμῶσι προσέφερον, εἴπερ ἐγνώκεσαν οὐχ αἱρέσει γνώμης, ἀλλ’ εἱμαρμένης ἢ φύσεως ἀνάγκῃ παραβαθέντας τοὺς νόμους. Εἰ δὲ ξυγγνώμην τοῖς πλημμελοῦσιν οὐ νέμουσι, διδά‐ σκουσιν ἄντικρυς, ὡς γνώμης ἔργον ἡ πονηρία.</w:t>
      </w:r>
    </w:p>
    <w:p>
      <w:r>
        <w:rPr>
          <w:rFonts w:ascii="Courier New" w:hAnsi="Courier New"/>
          <w:color w:val="555555"/>
          <w:sz w:val="20"/>
        </w:rPr>
        <w:t>[5 . 81]</w:t>
      </w:r>
    </w:p>
    <w:p>
      <w:r>
        <w:rPr>
          <w:rFonts w:ascii="Gentium Plus" w:hAnsi="Gentium Plus"/>
          <w:sz w:val="24"/>
        </w:rPr>
        <w:t>Ταῦτα καὶ περὶ τῆς τἀνθρώπου φύσεως φρονεῖν καὶ ἐδιδάχθημεν καὶ διδάσκομεν· καὶ ἀγάμεθα ὁρῶντες τὴν ἐν ἡμῖν φαινομένην τοῦ ποιητοῦ σοφίαν, τὰς διαφόρους τῶν αἰσθήσεων ἐνεργείας ἐξ</w:t>
      </w:r>
    </w:p>
    <w:p>
      <w:r>
        <w:rPr>
          <w:rFonts w:ascii="Courier New" w:hAnsi="Courier New"/>
          <w:color w:val="555555"/>
          <w:sz w:val="20"/>
        </w:rPr>
        <w:t>[5]</w:t>
      </w:r>
    </w:p>
    <w:p>
      <w:r>
        <w:rPr>
          <w:rFonts w:ascii="Gentium Plus" w:hAnsi="Gentium Plus"/>
          <w:sz w:val="24"/>
        </w:rPr>
        <w:t>προσφερούσας ἀντίληψιν, τὴν μὲν ὁράσεως, τὴν δὲ ἀκροάσεως, καὶ ἄλλην ὀσφρήσεως, καὶ ἑτέραν γεύσεως, καὶ ἄλλην ἁφῆς· καὶ αὖ πάλιν τῶν μορίων ἁπάντων τὴν χρείαν, καὶ τῶν φαινομένων καὶ τῶν κεκρυμμένων, καὶ τὴν μνήμην πάμπολλα καὶ διάφορα δεχομένην καὶ μὴ ξυγχέουσαν, ἀλλ’ ἀκήρατα ταῦτα διατηροῦσαν</w:t>
      </w:r>
    </w:p>
    <w:p>
      <w:r>
        <w:rPr>
          <w:rFonts w:ascii="Courier New" w:hAnsi="Courier New"/>
          <w:color w:val="555555"/>
          <w:sz w:val="20"/>
        </w:rPr>
        <w:t>[10]</w:t>
      </w:r>
    </w:p>
    <w:p>
      <w:r>
        <w:rPr>
          <w:rFonts w:ascii="Gentium Plus" w:hAnsi="Gentium Plus"/>
          <w:sz w:val="24"/>
        </w:rPr>
        <w:t>καὶ προφέρουσαν, ὁποῖά περ ἐδέξατο πάλαι καὶ πρόπαλαι, καὶ τὰς πολλὰς ἐπιστήμας οὐ λυμαινομένας ἀλλήλαις, ἀλλ’ ἑκάστην εἰς</w:t>
      </w:r>
    </w:p>
    <w:p>
      <w:r>
        <w:rPr>
          <w:rFonts w:ascii="Courier New" w:hAnsi="Courier New"/>
          <w:color w:val="555555"/>
          <w:sz w:val="20"/>
        </w:rPr>
        <w:t>[5 . 82]</w:t>
      </w:r>
    </w:p>
    <w:p>
      <w:r>
        <w:rPr>
          <w:rFonts w:ascii="Gentium Plus" w:hAnsi="Gentium Plus"/>
          <w:sz w:val="24"/>
        </w:rPr>
        <w:t>καιρὸν δεικνυμένην. Ὅταν δὲ ταῦτα καὶ τὰ τούτοις προσόμοια καταμάθωμεν, μετὰ τοῦ προφήτου βοῶμεν· «Ἐθαυμαστώθη ἡ γνῶσίς σου ἐξ ἐμοῦ, ἐκραταιώθη· οὐ μὴ δύνωμαι πρὸς αὐτήν.» Τίς γὰρ ἱκανὸς ἐξικέσθαι λόγος ἢ τῆς ἐν τῷ σώματι φαινομένης</w:t>
      </w:r>
    </w:p>
    <w:p>
      <w:r>
        <w:rPr>
          <w:rFonts w:ascii="Courier New" w:hAnsi="Courier New"/>
          <w:color w:val="555555"/>
          <w:sz w:val="20"/>
        </w:rPr>
        <w:t>[5]</w:t>
      </w:r>
    </w:p>
    <w:p>
      <w:r>
        <w:rPr>
          <w:rFonts w:ascii="Gentium Plus" w:hAnsi="Gentium Plus"/>
          <w:sz w:val="24"/>
        </w:rPr>
        <w:t>ἁρμονίας ἢ τῆς ἐν τῇ ψυχῇ θεωρουμένης σοφίας; πολλῶν γὰρ δὴ τούτων πέρι καὶ Ἱπποκράτει καὶ Γαληνῷ ξυγγραφέντων, καὶ μέντοι καὶ Πλάτωνι καὶ Ξενοφῶντι καὶ Ἀριστοτέλει καὶ Θεο‐ φράστῳ καὶ μυρίοις ἑτέροις, τῶν εἰρημένων πολλαπλάσια παρα‐ λέλειπται, τῶν ὑπὸ τῆς θείας γεγονότων σοφίας τῆς ἀνθρωπίνης</w:t>
      </w:r>
    </w:p>
    <w:p>
      <w:r>
        <w:rPr>
          <w:rFonts w:ascii="Courier New" w:hAnsi="Courier New"/>
          <w:color w:val="555555"/>
          <w:sz w:val="20"/>
        </w:rPr>
        <w:t>[10]</w:t>
      </w:r>
    </w:p>
    <w:p>
      <w:r>
        <w:rPr>
          <w:rFonts w:ascii="Gentium Plus" w:hAnsi="Gentium Plus"/>
          <w:sz w:val="24"/>
        </w:rPr>
        <w:t>διανοίας ἐφικέσθαι μὴ δυναμένης. Οὗ δὴ χάριν καὶ ὁ προφήτης ἐφ’ οἷς μὲν κατέλαβεν, ὕμνησεν, ἐφικέσθαι δὲ τῶν ἐν ἡμῖν θεω‐ ρουμένων ἁπάντων οὐ δυνηθείς, τὴν ἧτταν σαφῶς ὡμολόγησεν,</w:t>
      </w:r>
    </w:p>
    <w:p>
      <w:pPr>
        <w:jc w:val="center"/>
      </w:pPr>
      <w:r>
        <w:rPr>
          <w:rFonts w:ascii="Gentium Plus" w:hAnsi="Gentium Plus"/>
          <w:b/>
          <w:sz w:val="24"/>
        </w:rPr>
        <w:t>ΠΕΡΙ ΤΗΣ ΘΕΙΑΣ ΠΡΟΝΟΙΑΣ.</w:t>
      </w:r>
    </w:p>
    <w:p>
      <w:r>
        <w:rPr>
          <w:rFonts w:ascii="Courier New" w:hAnsi="Courier New"/>
          <w:color w:val="555555"/>
          <w:sz w:val="20"/>
        </w:rPr>
        <w:t>[6 . 1]</w:t>
      </w:r>
    </w:p>
    <w:p>
      <w:r>
        <w:rPr>
          <w:rFonts w:ascii="Gentium Plus" w:hAnsi="Gentium Plus"/>
          <w:sz w:val="24"/>
        </w:rPr>
        <w:t>Τῶν τὸν θαλάττιον βίον ἀσπαζομένων οἱ μὲν τὰς φορτίδας ἐρέττουσιν, οἱ δὲ ταύτας τοῖς οἴαξι διευθύνουσιν, καὶ μέντοι καὶ πᾶς ἁλιευτὴς ἐφ’ ἁλιάδος ὀχούμενος χαλᾷ δίκτυον καὶ θηρεύει τοὺς τῶν ὑδάτων τροφίμους, καὶ ἄλλος ἐπὶ πέτρας ἱδρυμένος</w:t>
      </w:r>
    </w:p>
    <w:p>
      <w:r>
        <w:rPr>
          <w:rFonts w:ascii="Courier New" w:hAnsi="Courier New"/>
          <w:color w:val="555555"/>
          <w:sz w:val="20"/>
        </w:rPr>
        <w:t>[5]</w:t>
      </w:r>
    </w:p>
    <w:p>
      <w:r>
        <w:rPr>
          <w:rFonts w:ascii="Gentium Plus" w:hAnsi="Gentium Plus"/>
          <w:sz w:val="24"/>
        </w:rPr>
        <w:t>καθίησιν ὁρμιὰν καὶ δελεάζων περιπείρει τῷ ἀγκίστρῳ τῶν ἰχθύων τινάς· εἰσὶ δὲ οἳ καὶ ναυαγίᾳ χρῶνται καὶ ὑποβρύχιοι γίνονται, ἢ ἐξ ἀβουλίας παρὰ καιρὸν ἀναχθέντες ἢ διὰ θράσος τῆς ζάλης</w:t>
      </w:r>
    </w:p>
    <w:p>
      <w:r>
        <w:rPr>
          <w:rFonts w:ascii="Courier New" w:hAnsi="Courier New"/>
          <w:color w:val="555555"/>
          <w:sz w:val="20"/>
        </w:rPr>
        <w:t>[6 . 2]</w:t>
      </w:r>
    </w:p>
    <w:p>
      <w:r>
        <w:rPr>
          <w:rFonts w:ascii="Gentium Plus" w:hAnsi="Gentium Plus"/>
          <w:sz w:val="24"/>
        </w:rPr>
        <w:t>κατατολμήσαντες. Ταῦτα δὲ οὐ τηνάλλως ὑθλῶν διεξῆλθον, ἀλλὰ τῶν τῇ κτίσει προσπταιόντων καὶ τῶν ἐν ταύτῃ πρυτανευομένων ἀνέδην κατηγορούντων ἐπιδεῖξαι τὴν ἄνοιαν διά τινος εἰκόνος πειρώμενος. Καὶ γὰρ τὴν κτίσιν οἱ μὲν ὁρῶσι καὶ τὸν ποιητὴν</w:t>
      </w:r>
    </w:p>
    <w:p>
      <w:r>
        <w:rPr>
          <w:rFonts w:ascii="Courier New" w:hAnsi="Courier New"/>
          <w:color w:val="555555"/>
          <w:sz w:val="20"/>
        </w:rPr>
        <w:t>[5]</w:t>
      </w:r>
    </w:p>
    <w:p>
      <w:r>
        <w:rPr>
          <w:rFonts w:ascii="Gentium Plus" w:hAnsi="Gentium Plus"/>
          <w:sz w:val="24"/>
        </w:rPr>
        <w:t>ἀνυμνοῦσιν, οἱ δὲ πλεῖον ἢ δεῖ θαυμάζοντες ἠλιθίως θεοποιοῦσι· καὶ οἱ μὲν τῶν γινομένων ἕκαστον ὑπεράγανται καὶ τὸν τῶν ὅλων ὁρῶσι κυβερνήτην ἄριστά γε ἰθύνοντα καὶ τὴν ἐπὶ τοῖς οἴαξι φαινομένην εὐφημοῦσι σοφίαν, οἱ δὲ τοῖς γινομένοις ἅπασι νε‐ μεσῶσι, καὶ τῶν δρωμένων αὐτοῖς οὐδὲν τὸ παράπαν ἀρέσκει,</w:t>
      </w:r>
    </w:p>
    <w:p>
      <w:r>
        <w:rPr>
          <w:rFonts w:ascii="Courier New" w:hAnsi="Courier New"/>
          <w:color w:val="555555"/>
          <w:sz w:val="20"/>
        </w:rPr>
        <w:t>[10]</w:t>
      </w:r>
    </w:p>
    <w:p>
      <w:r>
        <w:rPr>
          <w:rFonts w:ascii="Gentium Plus" w:hAnsi="Gentium Plus"/>
          <w:sz w:val="24"/>
        </w:rPr>
        <w:t>ἀλλὰ καὶ πλούτου κατηγοροῦσι καὶ κωμῳδοῦσι πενίαν καὶ μέμφον‐ ται νόσῳ καὶ τοὺς ὑγιαίνοντας δυσχεραίνουσι, καὶ ξυλλήβδην εἰπεῖν οὐδὲν αὐτοὺς ἥδει τῶν γινομένων, οὐκ εὐκληρία, οὐ δυσκληρία, ἀλλὰ καὶ τὴν εὐετηρίαν καὶ τὴν τῆς γῆς δυσκολαί‐ νουσιν ἀκαρπίαν, καὶ ὁμοίως αὐτοὺς ἀνιᾷ καὶ πολυπαιδία καὶ</w:t>
      </w:r>
    </w:p>
    <w:p>
      <w:r>
        <w:rPr>
          <w:rFonts w:ascii="Courier New" w:hAnsi="Courier New"/>
          <w:color w:val="555555"/>
          <w:sz w:val="20"/>
        </w:rPr>
        <w:t>[15]</w:t>
      </w:r>
    </w:p>
    <w:p>
      <w:r>
        <w:rPr>
          <w:rFonts w:ascii="Gentium Plus" w:hAnsi="Gentium Plus"/>
          <w:sz w:val="24"/>
        </w:rPr>
        <w:t>ἀπαιδία καὶ εἰρήνη καὶ πόλεμος.</w:t>
      </w:r>
    </w:p>
    <w:p>
      <w:r>
        <w:rPr>
          <w:rFonts w:ascii="Courier New" w:hAnsi="Courier New"/>
          <w:color w:val="555555"/>
          <w:sz w:val="20"/>
        </w:rPr>
        <w:t>[6 . 3]</w:t>
      </w:r>
    </w:p>
    <w:p>
      <w:r>
        <w:rPr>
          <w:rFonts w:ascii="Gentium Plus" w:hAnsi="Gentium Plus"/>
          <w:sz w:val="24"/>
        </w:rPr>
        <w:t>Οὗ δὴ εἵνεκα τῶν τῆς προνοίας πηδαλίων κατηγοροῦσι· μᾶλ‐ λον δὲ παντελῶς αὐτήν, ὅσον ἧκεν εἰς αὐτούς, ἐξελαύνουσι· καὶ εἱμαρμένην καὶ πεπρωμένην καὶ τύχην καὶ μοίρας εἰσάγουσι καὶ</w:t>
      </w:r>
    </w:p>
    <w:p>
      <w:r>
        <w:rPr>
          <w:rFonts w:ascii="Courier New" w:hAnsi="Courier New"/>
          <w:color w:val="555555"/>
          <w:sz w:val="20"/>
        </w:rPr>
        <w:t>[5]</w:t>
      </w:r>
    </w:p>
    <w:p>
      <w:r>
        <w:rPr>
          <w:rFonts w:ascii="Gentium Plus" w:hAnsi="Gentium Plus"/>
          <w:sz w:val="24"/>
        </w:rPr>
        <w:t>μην ποιεῖν καὶ τοὺς ἀνδροφόνους καὶ τοὺς τοιχωρύχους καὶ τῶν</w:t>
      </w:r>
    </w:p>
    <w:p>
      <w:r>
        <w:rPr>
          <w:rFonts w:ascii="Courier New" w:hAnsi="Courier New"/>
          <w:color w:val="555555"/>
          <w:sz w:val="20"/>
        </w:rPr>
        <w:t>[6 . 4]</w:t>
      </w:r>
    </w:p>
    <w:p>
      <w:r>
        <w:rPr>
          <w:rFonts w:ascii="Gentium Plus" w:hAnsi="Gentium Plus"/>
          <w:sz w:val="24"/>
        </w:rPr>
        <w:t>γάμων τοὺς ἐπιβούλους. Φέρε τοίνυν πάλιν τὰς Ἑλληνικὰς ἐξετάσωμεν δόξας, καὶ τοῖς ἀποστολικοῖς ταύτας καὶ προφητικοῖς παραθῶμεν δόγμασιν. Ἀλλὰ τοὺς μὲν ποιητὰς μετὰ τῶν δυσσε‐ βῶν καταλίπωμεν μύθων· καὶ γὰρ τούτων ὁ κορυφαῖος τὸν τῶν</w:t>
      </w:r>
    </w:p>
    <w:p>
      <w:r>
        <w:rPr>
          <w:rFonts w:ascii="Courier New" w:hAnsi="Courier New"/>
          <w:color w:val="555555"/>
          <w:sz w:val="20"/>
        </w:rPr>
        <w:t>[5]</w:t>
      </w:r>
    </w:p>
    <w:p>
      <w:r>
        <w:rPr>
          <w:rFonts w:ascii="Gentium Plus" w:hAnsi="Gentium Plus"/>
          <w:sz w:val="24"/>
        </w:rPr>
        <w:t>θεῶν κορυφαῖον ὀλοφυρόμενον δείκνυσιν, ὡς ἐπαμῦναι τῷ παιδὶ μὴ δυνάμενον, ἀλλὰ τῶν τῆς Κλωθοῦς νημάτων ἡττώμενον καὶ ἀναλῦσαι ταῦτα βουλόμενον μέν, ὑπὸ δὲ τῆς Ἀτρόπου καὶ τῆς Λαχέσεως κωλυόμενον καὶ τούτου χάριν ὀλοφυρόμενον καὶ κω‐</w:t>
      </w:r>
    </w:p>
    <w:p>
      <w:r>
        <w:rPr>
          <w:rFonts w:ascii="Courier New" w:hAnsi="Courier New"/>
          <w:color w:val="555555"/>
          <w:sz w:val="20"/>
        </w:rPr>
        <w:t>[6 . 5]</w:t>
      </w:r>
    </w:p>
    <w:p>
      <w:r>
        <w:rPr>
          <w:rFonts w:ascii="Gentium Plus" w:hAnsi="Gentium Plus"/>
          <w:sz w:val="24"/>
        </w:rPr>
        <w:t>κύοντα καὶ γόον πολὺν ἀναμιγνύντα τοῖς λόγοις. Οὗτος καὶ τὸν Ποσειδῶνα δέδειχε τίσασθαι μὲν βουλόμενον τῶν Κεφαλλήνων τὸν στρατηγόν, ὅτι τυφλὸν εἰργάσατο τὸν Πολύφημον, οὐ δυνά‐ μενον δὲ νικῆσαι τὴν εἱμαρμένην, ἐπειδήπερ εἵμαρτο τῷ Λαέρτου</w:t>
      </w:r>
    </w:p>
    <w:p>
      <w:r>
        <w:rPr>
          <w:rFonts w:ascii="Courier New" w:hAnsi="Courier New"/>
          <w:color w:val="555555"/>
          <w:sz w:val="20"/>
        </w:rPr>
        <w:t>[5]</w:t>
      </w:r>
    </w:p>
    <w:p>
      <w:r>
        <w:rPr>
          <w:rFonts w:ascii="Gentium Plus" w:hAnsi="Gentium Plus"/>
          <w:sz w:val="24"/>
        </w:rPr>
        <w:t>τὴν Ἰθάκην ἰδεῖν. Τούτους τοίνυν καταλιπόντες, τὸν τῶν φι‐ λοσόφων ἑσμὸν παραγάγωμεν.</w:t>
      </w:r>
    </w:p>
    <w:p>
      <w:r>
        <w:rPr>
          <w:rFonts w:ascii="Courier New" w:hAnsi="Courier New"/>
          <w:color w:val="555555"/>
          <w:sz w:val="20"/>
        </w:rPr>
        <w:t>[6 . 6]</w:t>
      </w:r>
    </w:p>
    <w:p>
      <w:r>
        <w:rPr>
          <w:rFonts w:ascii="Gentium Plus" w:hAnsi="Gentium Plus"/>
          <w:sz w:val="24"/>
        </w:rPr>
        <w:t>Τοὺς μὲν οὖν ἀμφὶ τὸν Διαγόραν φασὶν ἀθέους ἐπίκλην ὀνο‐ μασθῆναι διὰ τὸ πάμπαν ἀρνηθῆναι τὸ θεῖον· Πρωταγόραν δὲ ἀμφίβολον περί γε τούτων ἐσχηκέναι λέγουσι δόξαν· φάναι γὰρ αὐτὸν εἰρήκασιν οὐκ εἰδέναι, οὔτε εἴπερ εἰσὶ θεοί, οὔτε εἰ παν‐</w:t>
      </w:r>
    </w:p>
    <w:p>
      <w:r>
        <w:rPr>
          <w:rFonts w:ascii="Courier New" w:hAnsi="Courier New"/>
          <w:color w:val="555555"/>
          <w:sz w:val="20"/>
        </w:rPr>
        <w:t>[5]</w:t>
      </w:r>
    </w:p>
    <w:p>
      <w:r>
        <w:rPr>
          <w:rFonts w:ascii="Gentium Plus" w:hAnsi="Gentium Plus"/>
          <w:sz w:val="24"/>
        </w:rPr>
        <w:t>τάπασιν οὐκ εἰσίν. Ἐπίκουρος δὲ ὁ Νεοκλέους καὶ ἡ ἐκείνου ξυμμορία εἶναι μὲν ἔφασαν τὸν Θεόν, πρὸς αὑτὸν δὲ ἀπεστράφθαι</w:t>
      </w:r>
    </w:p>
    <w:p>
      <w:r>
        <w:rPr>
          <w:rFonts w:ascii="Courier New" w:hAnsi="Courier New"/>
          <w:color w:val="555555"/>
          <w:sz w:val="20"/>
        </w:rPr>
        <w:t>[6 . 7]</w:t>
      </w:r>
    </w:p>
    <w:p>
      <w:r>
        <w:rPr>
          <w:rFonts w:ascii="Gentium Plus" w:hAnsi="Gentium Plus"/>
          <w:sz w:val="24"/>
        </w:rPr>
        <w:t>καὶ μήτε ἔχειν πράγματα μήτε παρέχειν ἄλλοις ἐθέλειν. Ὁ δέ</w:t>
      </w:r>
    </w:p>
    <w:p>
      <w:r>
        <w:rPr>
          <w:rFonts w:ascii="Courier New" w:hAnsi="Courier New"/>
          <w:color w:val="555555"/>
          <w:sz w:val="20"/>
        </w:rPr>
        <w:t>[5]</w:t>
      </w:r>
    </w:p>
    <w:p>
      <w:r>
        <w:rPr>
          <w:rFonts w:ascii="Gentium Plus" w:hAnsi="Gentium Plus"/>
          <w:sz w:val="24"/>
        </w:rPr>
        <w:t>πλοῦτον καὶ πενίαν καὶ ὑγίειαν καὶ νόσον καὶ δουλείαν καὶ ἐλευ‐ θερίαν καὶ πόλεμον καὶ εἰρήνην διανέμειν ἀνθρώποις, ἀλλὰ καὶ</w:t>
      </w:r>
    </w:p>
    <w:p>
      <w:r>
        <w:rPr>
          <w:rFonts w:ascii="Courier New" w:hAnsi="Courier New"/>
          <w:color w:val="555555"/>
          <w:sz w:val="20"/>
        </w:rPr>
        <w:t>[6 . 8]</w:t>
      </w:r>
    </w:p>
    <w:p>
      <w:r>
        <w:rPr>
          <w:rFonts w:ascii="Gentium Plus" w:hAnsi="Gentium Plus"/>
          <w:sz w:val="24"/>
        </w:rPr>
        <w:t>ἀρετὴν καὶ κακίαν ἀποκληροῦν. Τούτων Οἰνόμαος ὁ Κυνικὸς ἐναργῶς κατηγόρησε, καὶ τὸν Πύθιον μάντιν, ὡς τὰ παραπλήσια χρησμῳδοῦντα, τοῖς κατηγορουμένοις ξυνέζευξε· καὶ τὸ μὲν ξύγγραμμα Φώραν γοήτων ὠνόμασε· λέγει δὲ ὧδε· «Ἀπόλωλε</w:t>
      </w:r>
    </w:p>
    <w:p>
      <w:r>
        <w:rPr>
          <w:rFonts w:ascii="Courier New" w:hAnsi="Courier New"/>
          <w:color w:val="555555"/>
          <w:sz w:val="20"/>
        </w:rPr>
        <w:t>[5]</w:t>
      </w:r>
    </w:p>
    <w:p>
      <w:r>
        <w:rPr>
          <w:rFonts w:ascii="Gentium Plus" w:hAnsi="Gentium Plus"/>
          <w:sz w:val="24"/>
        </w:rPr>
        <w:t>γάρ, τό γε ἐπὶ τοῖς σοφοῖς, ἐκ τοῦ ἀνθρωπείου βίου, ἀπόλωλεν, εἴτε οἴακά τις αὐτό, εἴτε ἕρμα, εἴτε κρηπῖδα ὀνομάζων χαίρει, τῆς ἡμετέρας ζωῆς ἡ ἐξουσία, ἣν ἡμεῖς μὲν αὐτοκράτορα τῶν ἀναγκαιοτάτων τιθέμεθα· Δημόκριτος δέ, εἰ μή τι ἠπάτημαι, καὶ Χρύσιππος, ὁ μὲν δοῦλον, ὁ δὲ ἡμίδουλον ἐπινοεῖ τὸ κάλλιστον</w:t>
      </w:r>
    </w:p>
    <w:p>
      <w:r>
        <w:rPr>
          <w:rFonts w:ascii="Courier New" w:hAnsi="Courier New"/>
          <w:color w:val="555555"/>
          <w:sz w:val="20"/>
        </w:rPr>
        <w:t>[10]</w:t>
      </w:r>
    </w:p>
    <w:p>
      <w:r>
        <w:rPr>
          <w:rFonts w:ascii="Gentium Plus" w:hAnsi="Gentium Plus"/>
          <w:sz w:val="24"/>
        </w:rPr>
        <w:t>τῶν ἀνθρωπίνων ἐπιδεῖξαι. Ἀλλὰ τούτων ὁ μὲν λόγος τοσοῦτος, ὅσον ἄν τις ἀξιῴη, ἄνθρωπος ὤν, ἀνθρώπους. Εἰ δὲ δὴ καὶ τὸ</w:t>
      </w:r>
    </w:p>
    <w:p>
      <w:r>
        <w:rPr>
          <w:rFonts w:ascii="Courier New" w:hAnsi="Courier New"/>
          <w:color w:val="555555"/>
          <w:sz w:val="20"/>
        </w:rPr>
        <w:t>[6 . 9]</w:t>
      </w:r>
    </w:p>
    <w:p>
      <w:r>
        <w:rPr>
          <w:rFonts w:ascii="Gentium Plus" w:hAnsi="Gentium Plus"/>
          <w:sz w:val="24"/>
        </w:rPr>
        <w:t>θεῖον ἡμῶν καταστρατεύεται, παπαί, οἷα πεισόμεθα.» Πολλὰ δὲ καὶ ἄλλα τοιαῦτα εἰπών, προστέθεικε καὶ ταῦτα· «Φέρε καὶ ἡμεῖς ἀνταγανακτήσωμεν. Τί δή ποτε; Ἔνθα ἂν ἡμῖν δοκῇ, ἔσται τοῦτο καὶ πιστότατον καὶ πρεσβύτατον· ἔνθα δ’ ἂν μὴ δοκῇ,</w:t>
      </w:r>
    </w:p>
    <w:p>
      <w:r>
        <w:rPr>
          <w:rFonts w:ascii="Courier New" w:hAnsi="Courier New"/>
          <w:color w:val="555555"/>
          <w:sz w:val="20"/>
        </w:rPr>
        <w:t>[5]</w:t>
      </w:r>
    </w:p>
    <w:p>
      <w:r>
        <w:rPr>
          <w:rFonts w:ascii="Gentium Plus" w:hAnsi="Gentium Plus"/>
          <w:sz w:val="24"/>
        </w:rPr>
        <w:t>ἐκεῖ καταδυναστεύει τι λεληθὸς αὐτοῦ, εἱμαρμένη καὶ πεπρωμένη, διάφορα ἑκάστῳ ἡμῶν ἔχουσα, τῷ μὲν ἐκ θεοῦ, τῷ δὲ ἐκ τῶν σμικρῶν ἐκείνων σωμάτων τῶν φερομένων ἄνω καὶ παλλομένων κάτω καὶ περιπλεκομένων καὶ διαλυομένων καὶ διϊσταμένων καὶ</w:t>
      </w:r>
    </w:p>
    <w:p>
      <w:r>
        <w:rPr>
          <w:rFonts w:ascii="Courier New" w:hAnsi="Courier New"/>
          <w:color w:val="555555"/>
          <w:sz w:val="20"/>
        </w:rPr>
        <w:t>[6 . 10]</w:t>
      </w:r>
    </w:p>
    <w:p>
      <w:r>
        <w:rPr>
          <w:rFonts w:ascii="Gentium Plus" w:hAnsi="Gentium Plus"/>
          <w:sz w:val="24"/>
        </w:rPr>
        <w:t>παρατιθεμένων ἐξ ἀνάγκης;» Καὶ αὖ πάλιν μετ’ ὀλίγα· «Τού‐ των δὲ εἵνεκα ταῦτα προσήνεγκα τῷ λόγῳ, ὅτι σε ἐκπέφευγεν, ὦ μάντι, ὧν κύριοί ἐσμεν ἡμεῖς· καὶ ὁ τὰ πάντα εἰδὼς ταῦτα οὔπω ἔγνως, ὧν τὰ πείσματα ἀνῆπται ἐκ τῆς ἡμετέρας βουλή‐</w:t>
      </w:r>
    </w:p>
    <w:p>
      <w:r>
        <w:rPr>
          <w:rFonts w:ascii="Courier New" w:hAnsi="Courier New"/>
          <w:color w:val="555555"/>
          <w:sz w:val="20"/>
        </w:rPr>
        <w:t>[5]</w:t>
      </w:r>
    </w:p>
    <w:p>
      <w:r>
        <w:rPr>
          <w:rFonts w:ascii="Gentium Plus" w:hAnsi="Gentium Plus"/>
          <w:sz w:val="24"/>
        </w:rPr>
        <w:t>σεως.»</w:t>
      </w:r>
    </w:p>
    <w:p>
      <w:r>
        <w:rPr>
          <w:rFonts w:ascii="Courier New" w:hAnsi="Courier New"/>
          <w:color w:val="555555"/>
          <w:sz w:val="20"/>
        </w:rPr>
        <w:t>[6 . 11]</w:t>
      </w:r>
    </w:p>
    <w:p>
      <w:r>
        <w:rPr>
          <w:rFonts w:ascii="Gentium Plus" w:hAnsi="Gentium Plus"/>
          <w:sz w:val="24"/>
        </w:rPr>
        <w:t>Ταῦτα ὁ Κυνικὸς κατὰ ταὐτὸν τοῦ Πυθίου καὶ Δημοκρίτου καὶ Χρυσίππου κατηγόρησεν, εἰκότως ἀγανακτῶν, ὅτι τοῦ ἡμετέ‐ ρου νοῦ τὴν ἐλευθέραν ἐξανδραποδίσαντες φύσιν, τῇ τῆς εἱμαρμέ‐ νης καὶ πεπρωμένης ἀνάγκῃ παρέδοσαν. Τὴν δὲ πεπρωμένην</w:t>
      </w:r>
    </w:p>
    <w:p>
      <w:r>
        <w:rPr>
          <w:rFonts w:ascii="Courier New" w:hAnsi="Courier New"/>
          <w:color w:val="555555"/>
          <w:sz w:val="20"/>
        </w:rPr>
        <w:t>[5]</w:t>
      </w:r>
    </w:p>
    <w:p>
      <w:r>
        <w:rPr>
          <w:rFonts w:ascii="Gentium Plus" w:hAnsi="Gentium Plus"/>
          <w:sz w:val="24"/>
        </w:rPr>
        <w:t>ὁ Χρύσιππος πεπερασμένην ἔφησεν εἶναι καὶ ξυντετελεσμένην διοίκησιν· τὴν δὲ εἱμαρμένην εἰρομένην τινά, εἴτε ἐκ Θεοῦ βουλήσεως, εἴτε ἐξ οἱασδήποτε αἰτίας· τὰς δὲ Μοίρας ὠνο‐ μάσθαι ἀπὸ τοῦ μεμερίσθαι καὶ κατανενεμῆσθαί τινα ἡμῶν ἑκάστῳ· οὕτω δὲ καὶ χρεὼν παρὰ τὸ χρέος εἰρῆσθαι, τὸ ἐπιβάλ‐</w:t>
      </w:r>
    </w:p>
    <w:p>
      <w:r>
        <w:rPr>
          <w:rFonts w:ascii="Courier New" w:hAnsi="Courier New"/>
          <w:color w:val="555555"/>
          <w:sz w:val="20"/>
        </w:rPr>
        <w:t>[6 . 12]</w:t>
      </w:r>
    </w:p>
    <w:p>
      <w:r>
        <w:rPr>
          <w:rFonts w:ascii="Gentium Plus" w:hAnsi="Gentium Plus"/>
          <w:sz w:val="24"/>
        </w:rPr>
        <w:t>λον καὶ καθῆκον κατὰ τὴν εἱμαρμένην. Τὸν δὲ ἀριθμὸν τῶν Μοιρῶν τοὺς τρεῖς χρόνους παραδηλοῦν, ἐν οἷς κυκλεῖται τὰ πάντα καὶ δι’ ὧν ἐπιτελεῖται· καὶ Λάχεσιν μὲν κεκλῆσθαι παρὰ τὸ λαγχάνειν ἑκάστῳ τὸ πεπρωμένον, Ἄτροπον δὲ κατὰ τὸ</w:t>
      </w:r>
    </w:p>
    <w:p>
      <w:r>
        <w:rPr>
          <w:rFonts w:ascii="Courier New" w:hAnsi="Courier New"/>
          <w:color w:val="555555"/>
          <w:sz w:val="20"/>
        </w:rPr>
        <w:t>[5]</w:t>
      </w:r>
    </w:p>
    <w:p>
      <w:r>
        <w:rPr>
          <w:rFonts w:ascii="Gentium Plus" w:hAnsi="Gentium Plus"/>
          <w:sz w:val="24"/>
        </w:rPr>
        <w:t>ἄτρεπτον καὶ ἀμετάθετον τοῦ μερισμοῦ, Κλωθὼ δὲ παρὰ τὸ ξυγκλώθεσθαι καὶ ξυνείρεσθαι τὰ πάντα, καὶ μίαν αὐτῶν τεταγμέ‐ νην εἶναι δόξαν. Τὴν δὲ Πρόνοιαν τοῦτο κεκλήκασι, διότι πρὸς τὸ χρήσιμον οἰκονομεῖ ἕκαστα· Ἀδράστειαν δὲ τὴν αὐτήν, ὅτι</w:t>
      </w:r>
    </w:p>
    <w:p>
      <w:r>
        <w:rPr>
          <w:rFonts w:ascii="Courier New" w:hAnsi="Courier New"/>
          <w:color w:val="555555"/>
          <w:sz w:val="20"/>
        </w:rPr>
        <w:t>[6 . 13]</w:t>
      </w:r>
    </w:p>
    <w:p>
      <w:r>
        <w:rPr>
          <w:rFonts w:ascii="Gentium Plus" w:hAnsi="Gentium Plus"/>
          <w:sz w:val="24"/>
        </w:rPr>
        <w:t>οὐδὲν αὐτὴν ἀποδιδράσκει. Οὐ μόνον δὲ οἱ ἀμφὶ τὸν Δημόκριτον καὶ Χρύσιππον καὶ Ἐπίκουρον πάντα κατ’ ἀνάγκην ἔφασαν γίνεσθαι, ἀνάγκην καλοῦντες τὴν εἱμαρμένην, ἀλλὰ καὶ Πυθα‐ γόρας ὁ πολυθρύλητος ἀνάγκην εἶπε περικεῖσθαι τῷ κόσμῳ. Ὁ</w:t>
      </w:r>
    </w:p>
    <w:p>
      <w:r>
        <w:rPr>
          <w:rFonts w:ascii="Courier New" w:hAnsi="Courier New"/>
          <w:color w:val="555555"/>
          <w:sz w:val="20"/>
        </w:rPr>
        <w:t>[5]</w:t>
      </w:r>
    </w:p>
    <w:p>
      <w:r>
        <w:rPr>
          <w:rFonts w:ascii="Gentium Plus" w:hAnsi="Gentium Plus"/>
          <w:sz w:val="24"/>
        </w:rPr>
        <w:t>δὲ Παρμενίδης τὴν ἀνάγκην καὶ Δαίμονα κέκληκε καὶ Δίκην καὶ Πρόνοιαν· καὶ ὁ Ἡράκλειτος δὲ πάντα καθ’ εἱμαρμένην εἴρηκε γίνεσθαι· ἀνάγκην δὲ τὴν εἱμαρμένην καὶ οὗτος ὠνόμασεν.</w:t>
      </w:r>
    </w:p>
    <w:p>
      <w:r>
        <w:rPr>
          <w:rFonts w:ascii="Courier New" w:hAnsi="Courier New"/>
          <w:color w:val="555555"/>
          <w:sz w:val="20"/>
        </w:rPr>
        <w:t>[6 . 14]</w:t>
      </w:r>
    </w:p>
    <w:p>
      <w:r>
        <w:rPr>
          <w:rFonts w:ascii="Gentium Plus" w:hAnsi="Gentium Plus"/>
          <w:sz w:val="24"/>
        </w:rPr>
        <w:t>Καὶ Χρύσιππος δὲ ὁ Στωϊκὸς μηδὲν διαφέρειν εἶπε τοῦ εἱμαρ‐ μένου τὸ κατηναγκασμένον, εἶναι δὲ τὴν εἱμαρμένην κίνησιν ἀΐδιον ξυνεχῆ καὶ τεταγμένην. Ζήνων δὲ ὁ Κιτιεὺς δύναμιν κέκληκε τὴν εἱμαρμένην κινητικὴν τῆς ὕλης, τὴν δὲ αὐτὴν καὶ</w:t>
      </w:r>
    </w:p>
    <w:p>
      <w:r>
        <w:rPr>
          <w:rFonts w:ascii="Courier New" w:hAnsi="Courier New"/>
          <w:color w:val="555555"/>
          <w:sz w:val="20"/>
        </w:rPr>
        <w:t>[5]</w:t>
      </w:r>
    </w:p>
    <w:p>
      <w:r>
        <w:rPr>
          <w:rFonts w:ascii="Gentium Plus" w:hAnsi="Gentium Plus"/>
          <w:sz w:val="24"/>
        </w:rPr>
        <w:t>Πρόνοιαν καὶ Φύσιν ὠνόμασεν. Οἱ δὲ τοῦτον διαδεξάμενοι τὴν εἱμαρμένην λόγον ἔφασαν εἶναι τῶν ἐν τῷ κόσμῳ προνοίᾳ διοικου‐ μένων, καὶ πάλιν ἐν ἑτέροις ξυγγράμμασιν εἱρμὸν αἰτιῶν τὴν</w:t>
      </w:r>
    </w:p>
    <w:p>
      <w:r>
        <w:rPr>
          <w:rFonts w:ascii="Courier New" w:hAnsi="Courier New"/>
          <w:color w:val="555555"/>
          <w:sz w:val="20"/>
        </w:rPr>
        <w:t>[6 . 15]</w:t>
      </w:r>
    </w:p>
    <w:p>
      <w:r>
        <w:rPr>
          <w:rFonts w:ascii="Gentium Plus" w:hAnsi="Gentium Plus"/>
          <w:sz w:val="24"/>
        </w:rPr>
        <w:t>εἱμαρμένην κεκλήκασιν. Καὶ τὴν τύχην δὲ ὡσαύτως οἱ μὲν θεὸν ὑπέλαβον καὶ ὡς θεὸν ἐσεβάσθησαν· ὁ δὲ Πλάτων αἰτίαν εἶναι εἶπε κατά τι ξυμβεβηκὸς γινομένην, καὶ πάλιν ξύμπτωμα φύσεως ἢ προαιρέσεως κέκληκεν. Καὶ ὁ Ἀριστοτέλης δὲ ὡσαύτως αἰτίαν</w:t>
      </w:r>
    </w:p>
    <w:p>
      <w:r>
        <w:rPr>
          <w:rFonts w:ascii="Courier New" w:hAnsi="Courier New"/>
          <w:color w:val="555555"/>
          <w:sz w:val="20"/>
        </w:rPr>
        <w:t>[5]</w:t>
      </w:r>
    </w:p>
    <w:p>
      <w:r>
        <w:rPr>
          <w:rFonts w:ascii="Gentium Plus" w:hAnsi="Gentium Plus"/>
          <w:sz w:val="24"/>
        </w:rPr>
        <w:t>ἔφη κατὰ ξυμβεβηκὸς ἐν τοῖς καθ’ ὁρμὴν ἕνεκέν τινος γινομένοις ἄδηλόν τε καὶ ἄστατον. Ἀναξαγόρας δὲ καὶ Δημόκριτος καὶ οἱ</w:t>
      </w:r>
    </w:p>
    <w:p>
      <w:r>
        <w:rPr>
          <w:rFonts w:ascii="Courier New" w:hAnsi="Courier New"/>
          <w:color w:val="555555"/>
          <w:sz w:val="20"/>
        </w:rPr>
        <w:t>[6 . 16]</w:t>
      </w:r>
    </w:p>
    <w:p>
      <w:r>
        <w:rPr>
          <w:rFonts w:ascii="Gentium Plus" w:hAnsi="Gentium Plus"/>
          <w:sz w:val="24"/>
        </w:rPr>
        <w:t>Φιλήμων δέ γε ὁ κωμικός, καὶ ταῦτα γέλωτος ὢν ποιητής, ἄντικρυς κατηγορεῖ τῶν θεὸν τὴν τύχην ὑπειληφότων καὶ διαρ‐ ρήδην βοᾷ· οὐκ ἔστιν ἡμῖν οὐδεμία Τύχη θεός·</w:t>
      </w:r>
    </w:p>
    <w:p>
      <w:r>
        <w:rPr>
          <w:rFonts w:ascii="Courier New" w:hAnsi="Courier New"/>
          <w:color w:val="555555"/>
          <w:sz w:val="20"/>
        </w:rPr>
        <w:t>[5]</w:t>
      </w:r>
    </w:p>
    <w:p>
      <w:r>
        <w:rPr>
          <w:rFonts w:ascii="Gentium Plus" w:hAnsi="Gentium Plus"/>
          <w:sz w:val="24"/>
        </w:rPr>
        <w:t>οὐκ ἔστιν, ἀλλὰ ταὐτόματον ὃ γίνεται, ὡς ἔτυχ’ ἑκάστῳ, προσαγορεύεται Τύχη. Οὗτος καὶ τοὺς οἰωνοῖς ἢ κληδόσι χρωμένους κωμῳδῶν ἔφη· ὅταν ἴδω φησί παρατηροῦντα, τίς ἔπταρεν, ἢ τίς ἐλάλησεν, ἢ τίς ἐστιν ὁ προϊών,</w:t>
      </w:r>
    </w:p>
    <w:p>
      <w:r>
        <w:rPr>
          <w:rFonts w:ascii="Courier New" w:hAnsi="Courier New"/>
          <w:color w:val="555555"/>
          <w:sz w:val="20"/>
        </w:rPr>
        <w:t>[10]</w:t>
      </w:r>
    </w:p>
    <w:p>
      <w:r>
        <w:rPr>
          <w:rFonts w:ascii="Gentium Plus" w:hAnsi="Gentium Plus"/>
          <w:sz w:val="24"/>
        </w:rPr>
        <w:t>ἀπολῶ σκοποῦντα τοῦτον εὐθὺς ἐν ἀγορᾷ. Αὑτῷ βαδίζει καὶ λαλεῖ καὶ πτάρνυται ἕκαστος ἡμῶν, οὐχὶ τοῖς ἐν τῇ πόλει. Τὰ πράγμαθ’ ὡς πέφυκεν, οὕτω γίνεται.</w:t>
      </w:r>
    </w:p>
    <w:p>
      <w:r>
        <w:rPr>
          <w:rFonts w:ascii="Courier New" w:hAnsi="Courier New"/>
          <w:color w:val="555555"/>
          <w:sz w:val="20"/>
        </w:rPr>
        <w:t>[6 . 17]</w:t>
      </w:r>
    </w:p>
    <w:p>
      <w:r>
        <w:rPr>
          <w:rFonts w:ascii="Gentium Plus" w:hAnsi="Gentium Plus"/>
          <w:sz w:val="24"/>
        </w:rPr>
        <w:t>Καὶ ὁ Μένανδρος δὲ ἐν Δεισιδαίμονι παραπλησίως τοὺς τὰ τοιαῦτα παρατηροῦντας γελᾷ, λέγων ὡδί· ἀγαθόν τι γένοιτό μοι, ὦ πολυτίμητοι θεοί. Ὑποδούμενος τὸν ἱμάντα τῆς δεξιᾶς</w:t>
      </w:r>
    </w:p>
    <w:p>
      <w:r>
        <w:rPr>
          <w:rFonts w:ascii="Courier New" w:hAnsi="Courier New"/>
          <w:color w:val="555555"/>
          <w:sz w:val="20"/>
        </w:rPr>
        <w:t>[5]</w:t>
      </w:r>
    </w:p>
    <w:p>
      <w:r>
        <w:rPr>
          <w:rFonts w:ascii="Gentium Plus" w:hAnsi="Gentium Plus"/>
          <w:sz w:val="24"/>
        </w:rPr>
        <w:t>ἐμβάδος διέρρηξ’. Εἰκότως, ὦ φλήναφε· σαπρὸς γὰρ ἦν· σὺ δὲ σμικρολόγος, οὐκ ἐθέλων καινὰς πρίασθαι.</w:t>
      </w:r>
    </w:p>
    <w:p>
      <w:r>
        <w:rPr>
          <w:rFonts w:ascii="Courier New" w:hAnsi="Courier New"/>
          <w:color w:val="555555"/>
          <w:sz w:val="20"/>
        </w:rPr>
        <w:t>[6 . 18]</w:t>
      </w:r>
    </w:p>
    <w:p>
      <w:r>
        <w:rPr>
          <w:rFonts w:ascii="Gentium Plus" w:hAnsi="Gentium Plus"/>
          <w:sz w:val="24"/>
        </w:rPr>
        <w:t>Οὕτως ᾔδεσαν καὶ οἱ τὸν ἐν γέλωτι καὶ θεάτροις ἀσπασάμενοι</w:t>
      </w:r>
    </w:p>
    <w:p>
      <w:r>
        <w:rPr>
          <w:rFonts w:ascii="Courier New" w:hAnsi="Courier New"/>
          <w:color w:val="555555"/>
          <w:sz w:val="20"/>
        </w:rPr>
        <w:t>[5]</w:t>
      </w:r>
    </w:p>
    <w:p>
      <w:r>
        <w:rPr>
          <w:rFonts w:ascii="Gentium Plus" w:hAnsi="Gentium Plus"/>
          <w:sz w:val="24"/>
        </w:rPr>
        <w:t>ἔκγονα· «Χαῖρε» εἶπεν «ἐπὶ τῷ σημείῳ, ὅτι πεινῶσα τὰ σὰ</w:t>
      </w:r>
    </w:p>
    <w:p>
      <w:r>
        <w:rPr>
          <w:rFonts w:ascii="Courier New" w:hAnsi="Courier New"/>
          <w:color w:val="555555"/>
          <w:sz w:val="20"/>
        </w:rPr>
        <w:t>[6 . 19]</w:t>
      </w:r>
    </w:p>
    <w:p>
      <w:r>
        <w:rPr>
          <w:rFonts w:ascii="Gentium Plus" w:hAnsi="Gentium Plus"/>
          <w:sz w:val="24"/>
        </w:rPr>
        <w:t>οὐ κατέφαγε τέκνα.» Ἔοικε δὲ τούτῳ καὶ τὸ παρὰ τοῦ Βίωνος εἰρημένον. Καὶ γὰρ ἐκεῖνος τὰ τοιάδε γελῶν· «Τί θαυμαστόν» ἔφη, «εἰ καὶ ὁ μῦς τὸν θύλακον διέτραγεν, οὐκ ἔχων ὅ τι φάγῃ; τοῦτο δὲ ἦν θαυμαστόν, εἰ, ὥσπερ Ἀρκεσίλαος παίζων ἐνεχεί‐</w:t>
      </w:r>
    </w:p>
    <w:p>
      <w:r>
        <w:rPr>
          <w:rFonts w:ascii="Courier New" w:hAnsi="Courier New"/>
          <w:color w:val="555555"/>
          <w:sz w:val="20"/>
        </w:rPr>
        <w:t>[6 . 20]</w:t>
      </w:r>
    </w:p>
    <w:p>
      <w:r>
        <w:rPr>
          <w:rFonts w:ascii="Gentium Plus" w:hAnsi="Gentium Plus"/>
          <w:sz w:val="24"/>
        </w:rPr>
        <w:t>ρει, τὸν μῦν ὁ θύλακος κατέφαγεν». Καὶ ὁ Διογένης δέ, ὄφεως ὑπέρῳ ἑαυτὸν ἐνειλήσαντος, καί τινος τοῦτο θαυμάσαντος καὶ τέρας εἶναι νομίσαντος· «Μὴ θαύμαζε» εἶπεν· «ἦν γὰρ παρα‐ δοξότερον, εἰ τὸ ὕπερον περὶ ὀρθῷ τῷ ὄφει κατειλημένον ἐθεάσω».</w:t>
      </w:r>
    </w:p>
    <w:p>
      <w:r>
        <w:rPr>
          <w:rFonts w:ascii="Courier New" w:hAnsi="Courier New"/>
          <w:color w:val="555555"/>
          <w:sz w:val="20"/>
        </w:rPr>
        <w:t>[5]</w:t>
      </w:r>
    </w:p>
    <w:p>
      <w:r>
        <w:rPr>
          <w:rFonts w:ascii="Gentium Plus" w:hAnsi="Gentium Plus"/>
          <w:sz w:val="24"/>
        </w:rPr>
        <w:t>Οὕτω πάλιν οὗτος αὐτὸς ἐν οἰκίᾳ τινὸς μοχθηροῦ ἐπιγεγραμ‐ μένον εὑρών· ὁ τοῦ Διὸς παῖς καλλίνικος Ἡρακλῆς ἐνθάδε κατοικεῖ· μηδὲν εἰσίτω κακόν. «Καὶ πῶς» ἔφη «ὁ κύριος εἰσελεύσεται τῆς οἰκίας;»</w:t>
      </w:r>
    </w:p>
    <w:p>
      <w:r>
        <w:rPr>
          <w:rFonts w:ascii="Courier New" w:hAnsi="Courier New"/>
          <w:color w:val="555555"/>
          <w:sz w:val="20"/>
        </w:rPr>
        <w:t>[6 . 21]</w:t>
      </w:r>
    </w:p>
    <w:p>
      <w:r>
        <w:rPr>
          <w:rFonts w:ascii="Gentium Plus" w:hAnsi="Gentium Plus"/>
          <w:sz w:val="24"/>
        </w:rPr>
        <w:t>Οὕτως ἐκωμῴδουν καὶ οἱ τῷ τῆς δεισιδαιμονίας πλάνῳ δεδου‐ λευκότες τοὺς οἰωνοὺς καὶ τὰς κληδόνας καὶ τὰ παρὰ τῶν πολλῶν ἔτι καὶ νῦν νομιζόμενα τέρατα· καὶ πτάρνυσθαι μὲν τοὺς πταί‐</w:t>
      </w:r>
    </w:p>
    <w:p>
      <w:r>
        <w:rPr>
          <w:rFonts w:ascii="Courier New" w:hAnsi="Courier New"/>
          <w:color w:val="555555"/>
          <w:sz w:val="20"/>
        </w:rPr>
        <w:t>[5]</w:t>
      </w:r>
    </w:p>
    <w:p>
      <w:r>
        <w:rPr>
          <w:rFonts w:ascii="Gentium Plus" w:hAnsi="Gentium Plus"/>
          <w:sz w:val="24"/>
        </w:rPr>
        <w:t>ὑπομένοντας πάθος· καὶ τοὺς διαλεγομένους οὐκ ἄλλοις τι προ‐ δηλοῦν, ἀλλὰ περὶ τῶν αὐτοῖς προκειμένων ποιεῖσθαι τοὺς λόγους· καὶ τὸν μῦν ὑπὸ τῆς πείνης ὠθούμενον διατρῆσαι τὸν θύλακον, οὐ χρησμόν τινα τῷ τοῦ θυλάκου δεσπότῃ προλέγοντα· καὶ τοῦ ὑποδήματος τοὺς δεσμοὺς ὡς παλαιοὺς διαρραγῆναι,</w:t>
      </w:r>
    </w:p>
    <w:p>
      <w:r>
        <w:rPr>
          <w:rFonts w:ascii="Courier New" w:hAnsi="Courier New"/>
          <w:color w:val="555555"/>
          <w:sz w:val="20"/>
        </w:rPr>
        <w:t>[10]</w:t>
      </w:r>
    </w:p>
    <w:p>
      <w:r>
        <w:rPr>
          <w:rFonts w:ascii="Gentium Plus" w:hAnsi="Gentium Plus"/>
          <w:sz w:val="24"/>
        </w:rPr>
        <w:t>οὐχ ὡς χρησμολόγους χαλεπόν τι προαγορεῦσαι.</w:t>
      </w:r>
    </w:p>
    <w:p>
      <w:r>
        <w:rPr>
          <w:rFonts w:ascii="Courier New" w:hAnsi="Courier New"/>
          <w:color w:val="555555"/>
          <w:sz w:val="20"/>
        </w:rPr>
        <w:t>[6 . 22]</w:t>
      </w:r>
    </w:p>
    <w:p>
      <w:r>
        <w:rPr>
          <w:rFonts w:ascii="Gentium Plus" w:hAnsi="Gentium Plus"/>
          <w:sz w:val="24"/>
        </w:rPr>
        <w:t>Ταῦτα σαφῶς ἐπιστάμενος καὶ Ἐπίχαρμος ὁ Πυθαγόρειος τού‐ των μὲν ἁπάντων κελεύει καταφρονεῖν, τὸν δὲ τῶν ὅλων ὀπτῆρα δεδιέναι παρεγγυᾷ· λέγει δὲ οὕτως· οὐδὲν διαφεύγει τὸ θεῖον· τοῦτο γινώσκειν σε δεῖ.</w:t>
      </w:r>
    </w:p>
    <w:p>
      <w:r>
        <w:rPr>
          <w:rFonts w:ascii="Courier New" w:hAnsi="Courier New"/>
          <w:color w:val="555555"/>
          <w:sz w:val="20"/>
        </w:rPr>
        <w:t>[5]</w:t>
      </w:r>
    </w:p>
    <w:p>
      <w:r>
        <w:rPr>
          <w:rFonts w:ascii="Gentium Plus" w:hAnsi="Gentium Plus"/>
          <w:sz w:val="24"/>
        </w:rPr>
        <w:t>Αὐτός ἐσθ’ ἁμῶν ἐπόπτης, ἀδυνατεῖ δ’ οὐδὲν θεῷ.</w:t>
      </w:r>
    </w:p>
    <w:p>
      <w:r>
        <w:rPr>
          <w:rFonts w:ascii="Courier New" w:hAnsi="Courier New"/>
          <w:color w:val="555555"/>
          <w:sz w:val="20"/>
        </w:rPr>
        <w:t>[6 . 23]</w:t>
      </w:r>
    </w:p>
    <w:p>
      <w:r>
        <w:rPr>
          <w:rFonts w:ascii="Gentium Plus" w:hAnsi="Gentium Plus"/>
          <w:sz w:val="24"/>
        </w:rPr>
        <w:t>Καὶ Δίφιλος δὲ ὁ κωμικός, ἀληθῆ φιλοσοφίαν τῇ κωμῳδίᾳ προσμίξας, τάδε φησίν· οἴει σὺ τοὺς θανόντας, ὦ Νικήρατε, τρυφῆς ἁπάσης μεταλαβόντας ἐν βίῳ,</w:t>
      </w:r>
    </w:p>
    <w:p>
      <w:r>
        <w:rPr>
          <w:rFonts w:ascii="Courier New" w:hAnsi="Courier New"/>
          <w:color w:val="555555"/>
          <w:sz w:val="20"/>
        </w:rPr>
        <w:t>[5]</w:t>
      </w:r>
    </w:p>
    <w:p>
      <w:r>
        <w:rPr>
          <w:rFonts w:ascii="Gentium Plus" w:hAnsi="Gentium Plus"/>
          <w:sz w:val="24"/>
        </w:rPr>
        <w:t>πεφευγέναι τὸ θεῖον ὡς λεληθότας; Ἔστιν Δίκης ὀφθαλμός, ὃς τὰ πάνθ’ ὁρᾷ. Καὶ δὴ καθ’ Ἅιδην δύο τρίβους νομίζομεν,</w:t>
      </w:r>
    </w:p>
    <w:p>
      <w:r>
        <w:rPr>
          <w:rFonts w:ascii="Courier New" w:hAnsi="Courier New"/>
          <w:color w:val="555555"/>
          <w:sz w:val="20"/>
        </w:rPr>
        <w:t>[10]</w:t>
      </w:r>
    </w:p>
    <w:p>
      <w:r>
        <w:rPr>
          <w:rFonts w:ascii="Gentium Plus" w:hAnsi="Gentium Plus"/>
          <w:sz w:val="24"/>
        </w:rPr>
        <w:t>μηδὲν πλανηθῇς· ἔστιν ἐν Ἅιδου κρίσις, ἥνπερ ποιήσει θεὸς ὁ πάντων δεσπότης.</w:t>
      </w:r>
    </w:p>
    <w:p>
      <w:r>
        <w:rPr>
          <w:rFonts w:ascii="Courier New" w:hAnsi="Courier New"/>
          <w:color w:val="555555"/>
          <w:sz w:val="20"/>
        </w:rPr>
        <w:t>[6 . 24]</w:t>
      </w:r>
    </w:p>
    <w:p>
      <w:r>
        <w:rPr>
          <w:rFonts w:ascii="Gentium Plus" w:hAnsi="Gentium Plus"/>
          <w:sz w:val="24"/>
        </w:rPr>
        <w:t>Ἐπειδὴ γὰρ οὐχ ἅπαντες οἱ πλημμελοῦντες τῇδε τίνουσι δίκην, οὔτε μὴν οἱ ἀξιόνικοι τῆς ἀρετῆς ἀθληταὶ τὰ τῶν ἀγώνων ἆθλα πάντες πρὸς ἀξίαν ἐνθάδε κομίζονται, μάλα εἰκότως οὗτος τὸν πάντα ἐφορῶντα ἐπέδειξεν ὀφθαλμὸν καὶ τὴν ἐσομένην</w:t>
      </w:r>
    </w:p>
    <w:p>
      <w:r>
        <w:rPr>
          <w:rFonts w:ascii="Courier New" w:hAnsi="Courier New"/>
          <w:color w:val="555555"/>
          <w:sz w:val="20"/>
        </w:rPr>
        <w:t>[5]</w:t>
      </w:r>
    </w:p>
    <w:p>
      <w:r>
        <w:rPr>
          <w:rFonts w:ascii="Gentium Plus" w:hAnsi="Gentium Plus"/>
          <w:sz w:val="24"/>
        </w:rPr>
        <w:t>προηγόρευσε κρίσιν, ἵνα κἀκεῖνα δειμαίνοντες καὶ τοῦτον ὁρᾶν πιστεύοντες, ἅπαντες τοὺς ἀξιεράστους τῆς ἀρετῆς ἀγῶνας ἀσπάσωνται καὶ μὴ δυσχεραίνωσι μὴ ὁρῶντες τῶν πόνων τἀπί‐</w:t>
      </w:r>
    </w:p>
    <w:p>
      <w:r>
        <w:rPr>
          <w:rFonts w:ascii="Courier New" w:hAnsi="Courier New"/>
          <w:color w:val="555555"/>
          <w:sz w:val="20"/>
        </w:rPr>
        <w:t>[6 . 25]</w:t>
      </w:r>
    </w:p>
    <w:p>
      <w:r>
        <w:rPr>
          <w:rFonts w:ascii="Gentium Plus" w:hAnsi="Gentium Plus"/>
          <w:sz w:val="24"/>
        </w:rPr>
        <w:t>χειρα. Καὶ Πίνδαρος δὲ ὁ Θηβαῖος, ἐρρῶσθαι φράσας εἱμαρμένῃ καὶ τύχῃ καὶ πεπρωμένῃ, τὴν παναλκῆ δύναμιν τοῦ Θεοῦ δι‐ δάσκει τοὺς ἀγνοοῦντας· θεῷ γάρ φησι δυνατὸν ἐκ μελαίνας</w:t>
      </w:r>
    </w:p>
    <w:p>
      <w:r>
        <w:rPr>
          <w:rFonts w:ascii="Courier New" w:hAnsi="Courier New"/>
          <w:color w:val="555555"/>
          <w:sz w:val="20"/>
        </w:rPr>
        <w:t>[5]</w:t>
      </w:r>
    </w:p>
    <w:p>
      <w:r>
        <w:rPr>
          <w:rFonts w:ascii="Gentium Plus" w:hAnsi="Gentium Plus"/>
          <w:sz w:val="24"/>
        </w:rPr>
        <w:t>νυκτὸς ἀμίαντον ὄρσαι φάος, κελαινεφεῖ δὲ σκότει</w:t>
      </w:r>
    </w:p>
    <w:p>
      <w:r>
        <w:rPr>
          <w:rFonts w:ascii="Courier New" w:hAnsi="Courier New"/>
          <w:color w:val="555555"/>
          <w:sz w:val="20"/>
        </w:rPr>
        <w:t>[6 . 26]</w:t>
      </w:r>
    </w:p>
    <w:p>
      <w:r>
        <w:rPr>
          <w:rFonts w:ascii="Gentium Plus" w:hAnsi="Gentium Plus"/>
          <w:sz w:val="24"/>
        </w:rPr>
        <w:t>Ὁ δέ γε Ἀρίστωνος σαφέστερον ἐπιδείκνυσιν ἡμῖν τῶν ὅλων τὸν πρύτανιν τῶν τοῦ παντὸς οἰάκων ἐπειλημμένον· λέγει δὲ ταῦτα ἐν τοῖς Νόμοις· «Ὁ μὲν δὴ θεός, ὡς καὶ ὁ παλαιὸς λόγος, ἀρχὴν καὶ τελευτὴν καὶ μέσα τῶν ὄντων ἁπάντων ἔχων, εὐθείᾳ</w:t>
      </w:r>
    </w:p>
    <w:p>
      <w:r>
        <w:rPr>
          <w:rFonts w:ascii="Courier New" w:hAnsi="Courier New"/>
          <w:color w:val="555555"/>
          <w:sz w:val="20"/>
        </w:rPr>
        <w:t>[5]</w:t>
      </w:r>
    </w:p>
    <w:p>
      <w:r>
        <w:rPr>
          <w:rFonts w:ascii="Gentium Plus" w:hAnsi="Gentium Plus"/>
          <w:sz w:val="24"/>
        </w:rPr>
        <w:t>περαίνει κατὰ φύσιν περιπορευόμενος· τῷ δὲ ἀεὶ ξυνέπεται Δίκη, τῶν ἀπολειπομένων τοῦ θείου νόμου τιμωρός, ἧς ὁ μὲν εὐδαιμο‐ νήσειν μέλλων ἐχόμενος ξυνέπεται ταπεινὸς καὶ κεκοσμημένος· ὁ δέ τις ἐξαρθεὶς ὑπὸ μεγαλαυχίας ἢ χρήμασιν ἐπαιρόμενος ἢ τιμαῖς ἢ καὶ σώματος εὐμορφίᾳ ἅμα νεότητι καὶ ἀνοίᾳ φλέγεται</w:t>
      </w:r>
    </w:p>
    <w:p>
      <w:r>
        <w:rPr>
          <w:rFonts w:ascii="Courier New" w:hAnsi="Courier New"/>
          <w:color w:val="555555"/>
          <w:sz w:val="20"/>
        </w:rPr>
        <w:t>[10]</w:t>
      </w:r>
    </w:p>
    <w:p>
      <w:r>
        <w:rPr>
          <w:rFonts w:ascii="Gentium Plus" w:hAnsi="Gentium Plus"/>
          <w:sz w:val="24"/>
        </w:rPr>
        <w:t>τὴν ψυχὴν μεθ’ ὕβρεως, ὡς δή γε οὔτε ἄρχοντος οὔτε αὖ ἡγε‐ μόνος δεόμενος, ἀλλὰ καὶ ἄλλοις ἱκανὸς ὢν ἡγεῖσθαι, καταλεί‐ πεται ἔρημος θεοῦ· καταλειφθεὶς δὲ καὶ ἔτι ἄλλους τοιούτους προσλαβών, σκιρτᾷ ταράττων πάντα ἅμα, καὶ πολλοῖς τισιν ἔδοξεν εἶναί τις, μετὰ δὲ χρόνον ὑποσχὼν τιμωρίαν οὐ μεμπτὴν</w:t>
      </w:r>
    </w:p>
    <w:p>
      <w:r>
        <w:rPr>
          <w:rFonts w:ascii="Courier New" w:hAnsi="Courier New"/>
          <w:color w:val="555555"/>
          <w:sz w:val="20"/>
        </w:rPr>
        <w:t>[15]</w:t>
      </w:r>
    </w:p>
    <w:p>
      <w:r>
        <w:rPr>
          <w:rFonts w:ascii="Gentium Plus" w:hAnsi="Gentium Plus"/>
          <w:sz w:val="24"/>
        </w:rPr>
        <w:t>τῇ δίκῃ, ἑαυτόν τε καὶ οἶκον καὶ πόλιν ἄρδην ἀνάστατον ἐποίη‐</w:t>
      </w:r>
    </w:p>
    <w:p>
      <w:r>
        <w:rPr>
          <w:rFonts w:ascii="Courier New" w:hAnsi="Courier New"/>
          <w:color w:val="555555"/>
          <w:sz w:val="20"/>
        </w:rPr>
        <w:t>[6 . 27]</w:t>
      </w:r>
    </w:p>
    <w:p>
      <w:r>
        <w:rPr>
          <w:rFonts w:ascii="Gentium Plus" w:hAnsi="Gentium Plus"/>
          <w:sz w:val="24"/>
        </w:rPr>
        <w:t>σεν.» Διὰ τούτων ὁ φιλόσοφος καὶ τὸν τοῦ παντὸς ἔδειξε κηδε‐ μόνα καὶ τὴν ἐπί τινων ἔσθ’ ὅπῃ μακροθυμίαν καὶ τὴν ἐντεῦθεν τοῖς ἀνοήτοις προσγινομένην λώβην καὶ τὴν εἰς ὕστερον αὐτοῖς</w:t>
      </w:r>
    </w:p>
    <w:p>
      <w:r>
        <w:rPr>
          <w:rFonts w:ascii="Courier New" w:hAnsi="Courier New"/>
          <w:color w:val="555555"/>
          <w:sz w:val="20"/>
        </w:rPr>
        <w:t>[6 . 28]</w:t>
      </w:r>
    </w:p>
    <w:p>
      <w:r>
        <w:rPr>
          <w:rFonts w:ascii="Gentium Plus" w:hAnsi="Gentium Plus"/>
          <w:sz w:val="24"/>
        </w:rPr>
        <w:t>ἐπιφερομένην πανωλεθρίαν. Ἐν δέ γε τῷ Γοργίᾳ καὶ τὰς τῆς τιμωρίας αἰτίας δηλοῖ, λέγων ὡδί· «Προσήκει δὲ παντὶ τῷ ἐν τιμωρίᾳ ὄντι, ὑπὸ ἄλλου ὀρθῶς τιμωρουμένῳ, ἢ βελτίονι γί‐ νεσθαι καὶ ὀνίνασθαι ἢ παράδειγμα ἄλλοις γίνεσθαι, ἵν’ ἐκεῖνοι</w:t>
      </w:r>
    </w:p>
    <w:p>
      <w:r>
        <w:rPr>
          <w:rFonts w:ascii="Courier New" w:hAnsi="Courier New"/>
          <w:color w:val="555555"/>
          <w:sz w:val="20"/>
        </w:rPr>
        <w:t>[5]</w:t>
      </w:r>
    </w:p>
    <w:p>
      <w:r>
        <w:rPr>
          <w:rFonts w:ascii="Gentium Plus" w:hAnsi="Gentium Plus"/>
          <w:sz w:val="24"/>
        </w:rPr>
        <w:t>ὁρῶντες πάσχοντα, ἃ ἂν πάσχῃ; φοβούμενοι βελτίους γίνωνται. Εἰσὶ δὲ οἱ μὲν ὠφελούμενοί τε καὶ δίκην διδόντες ὑπὸ θεῶν τε καὶ ἀνθρώπων οὗτοι, οἳ ἂν ἰάσιμα ἁμαρτήματα ἁμαρτάνωσιν. Ὅμως δὲ δι’ ἀλγηδόνων καὶ ὀδυνῶν γίνεται αὐτοῖς ἡ ὠφέλεια, καὶ ἐνθάδε καὶ ἐν Ἅιδου· οὐδὲ γὰρ οἷόν τε ἄλλως ἀδικίας ἀπαλ‐</w:t>
      </w:r>
    </w:p>
    <w:p>
      <w:r>
        <w:rPr>
          <w:rFonts w:ascii="Courier New" w:hAnsi="Courier New"/>
          <w:color w:val="555555"/>
          <w:sz w:val="20"/>
        </w:rPr>
        <w:t>[10]</w:t>
      </w:r>
    </w:p>
    <w:p>
      <w:r>
        <w:rPr>
          <w:rFonts w:ascii="Gentium Plus" w:hAnsi="Gentium Plus"/>
          <w:sz w:val="24"/>
        </w:rPr>
        <w:t>λάττεσθαι. Οἳ δ’ ἂν τὰ ἔσχατα ἀδικήσωσι καὶ διὰ τὰ τοιαῦτα ἀδικήματα ἀνίατοι γένωνται, ἐκ τούτων τὰ παραδείγματα γίνε‐ ται· καὶ οὗτοι αὐτοὶ μὲν οὐκέτι ὀνίνανται οὐδέν, ἅτε ἀνίατοι ὄντες, ἄλλοι δὲ ὀνίνανται, οἱ τούτους ὁρῶντες διὰ τὰς ἁμαρτίας τὰς μεγίστας καὶ ὀδυνηρότατα καὶ φοβερώτατα πάθη πάσχοντας</w:t>
      </w:r>
    </w:p>
    <w:p>
      <w:r>
        <w:rPr>
          <w:rFonts w:ascii="Courier New" w:hAnsi="Courier New"/>
          <w:color w:val="555555"/>
          <w:sz w:val="20"/>
        </w:rPr>
        <w:t>[15]</w:t>
      </w:r>
    </w:p>
    <w:p>
      <w:r>
        <w:rPr>
          <w:rFonts w:ascii="Gentium Plus" w:hAnsi="Gentium Plus"/>
          <w:sz w:val="24"/>
        </w:rPr>
        <w:t>καὶ τὸν ἀεὶ χρόνον ἀτεχνῶς παραδείγματα ἀνηρτημένους.»</w:t>
      </w:r>
    </w:p>
    <w:p>
      <w:r>
        <w:rPr>
          <w:rFonts w:ascii="Courier New" w:hAnsi="Courier New"/>
          <w:color w:val="555555"/>
          <w:sz w:val="20"/>
        </w:rPr>
        <w:t>[6 . 29]</w:t>
      </w:r>
    </w:p>
    <w:p>
      <w:r>
        <w:rPr>
          <w:rFonts w:ascii="Gentium Plus" w:hAnsi="Gentium Plus"/>
          <w:sz w:val="24"/>
        </w:rPr>
        <w:t>Ταῦτα δὲ ἔοικεν ὁ φιλόσοφος ἐκ τῶν θείων σεσυληκέναι λογίων. Ἤκουσε γὰρ πάντως, τίνα Μωϋσῆς ὁ θεσπέσιος εἰρηκέναι ξυ‐ νέγραψε τῷ Φαραῷ τὸν Θεόν, ὅτι «εἰς αὐτὸ τοῦτο ἐξήγειρά σε, ὅπως ἐνδείξωμαι ἐν σοὶ τὴν δύναμίν μου, καὶ ὅπως διαγγελῇ τὸ</w:t>
      </w:r>
    </w:p>
    <w:p>
      <w:r>
        <w:rPr>
          <w:rFonts w:ascii="Courier New" w:hAnsi="Courier New"/>
          <w:color w:val="555555"/>
          <w:sz w:val="20"/>
        </w:rPr>
        <w:t>[5]</w:t>
      </w:r>
    </w:p>
    <w:p>
      <w:r>
        <w:rPr>
          <w:rFonts w:ascii="Gentium Plus" w:hAnsi="Gentium Plus"/>
          <w:sz w:val="24"/>
        </w:rPr>
        <w:t>ὄνομά μου ἐν πάσῃ τῇ γῇ.» Παμπονήρῳ γάρ τοι γεγενημένῳ ἐκείνῳ παντοδαπὰς κολάσεις ἐπήνεγκεν ὁ Θεός, οὐχ ὥστε ἐκεῖνον ἀποφῆναι βελτίονα—ᾔδει γὰρ αὐτοῦ καὶ τὸν νοῦν ἀντίτυπον καὶ τὸ πάθος ἀνήκεστον—ἀλλ’ ὅπως τὰ περὶ ἐκείνου διηγήματα</w:t>
      </w:r>
    </w:p>
    <w:p>
      <w:r>
        <w:rPr>
          <w:rFonts w:ascii="Courier New" w:hAnsi="Courier New"/>
          <w:color w:val="555555"/>
          <w:sz w:val="20"/>
        </w:rPr>
        <w:t>[6 . 30]</w:t>
      </w:r>
    </w:p>
    <w:p>
      <w:r>
        <w:rPr>
          <w:rFonts w:ascii="Gentium Plus" w:hAnsi="Gentium Plus"/>
          <w:sz w:val="24"/>
        </w:rPr>
        <w:t>Καθάπερ γὰρ αἱ πόλεις τρέφουσι τοὺς δημίους, ὥστε τοὺς ἀνδροφόνους καὶ τοιχωρύχους καὶ τοὺς ἄλλα ἄττα παρανομοῦντας διὰ τούτων κολάζειν, οὐκ ἐπαινοῦσαι μὲν αὐτῶν, ἀλλὰ καὶ λίαν μισοῦσαι τὴν τοῦ βίου προαίρεσιν, ἀνεχόμεναι δὲ τῆς τούτων</w:t>
      </w:r>
    </w:p>
    <w:p>
      <w:r>
        <w:rPr>
          <w:rFonts w:ascii="Courier New" w:hAnsi="Courier New"/>
          <w:color w:val="555555"/>
          <w:sz w:val="20"/>
        </w:rPr>
        <w:t>[5]</w:t>
      </w:r>
    </w:p>
    <w:p>
      <w:r>
        <w:rPr>
          <w:rFonts w:ascii="Gentium Plus" w:hAnsi="Gentium Plus"/>
          <w:sz w:val="24"/>
        </w:rPr>
        <w:t>ὑπηρεσίας διὰ τὴν χρείαν, οὕτως ὁ τοῦ κόσμου πρύτανις, οἷα δημίους τινὰς γίνεσθαι ξυγχωρεῖ τοὺς τυράννους, ὥστε διὰ τούτων ποινὴν τοὺς ἀσεβοῦντας καὶ παρανομοῦντας εἰσπράττειν· ὕστερον δὲ καὶ τούτους αὐτοὺς παντελεῖ παραδίδωσι τιμωρίᾳ, ἐπειδήπερ οὐχ ὡς Θεῷ διακονοῦντες, ἀλλ’ οἰκείᾳ πονηρίᾳ δουλεύοντες τὰ</w:t>
      </w:r>
    </w:p>
    <w:p>
      <w:r>
        <w:rPr>
          <w:rFonts w:ascii="Courier New" w:hAnsi="Courier New"/>
          <w:color w:val="555555"/>
          <w:sz w:val="20"/>
        </w:rPr>
        <w:t>[6 . 31]</w:t>
      </w:r>
    </w:p>
    <w:p>
      <w:r>
        <w:rPr>
          <w:rFonts w:ascii="Gentium Plus" w:hAnsi="Gentium Plus"/>
          <w:sz w:val="24"/>
        </w:rPr>
        <w:t>δεινὰ ἐκεῖνα δεδράκασιν. Οὕτως ἡμαρτηκότα τὸν Ἰσραὴλ τῇ τῶν Ἀσσυρίων ὠμότητι παραδέδωκεν· ἐπειδὴ δὲ οὗτοι τῆς τιμωρίας οὐ διέγνωσαν τὸν σκοπόν, τηνικαῦτα καὶ τούτων καταλύσας τὴν δυναστείαν, ἑτέροις δουλεύειν ἠνάγκασεν. Καὶ ταῦτα Ἡσαΐας</w:t>
      </w:r>
    </w:p>
    <w:p>
      <w:r>
        <w:rPr>
          <w:rFonts w:ascii="Courier New" w:hAnsi="Courier New"/>
          <w:color w:val="555555"/>
          <w:sz w:val="20"/>
        </w:rPr>
        <w:t>[5]</w:t>
      </w:r>
    </w:p>
    <w:p>
      <w:r>
        <w:rPr>
          <w:rFonts w:ascii="Gentium Plus" w:hAnsi="Gentium Plus"/>
          <w:sz w:val="24"/>
        </w:rPr>
        <w:t>καὶ Ἰεζεκιὴλ καὶ πάντες οἱ προφῆται διαρρήδην διδάσκουσι· παρ’ ὧν, οἶμαι, ὁ Πλάτων τὰς ἀφορμὰς κεκλοφώς, ἔφη τοὺς ἀνιάτως</w:t>
      </w:r>
    </w:p>
    <w:p>
      <w:r>
        <w:rPr>
          <w:rFonts w:ascii="Courier New" w:hAnsi="Courier New"/>
          <w:color w:val="555555"/>
          <w:sz w:val="20"/>
        </w:rPr>
        <w:t>[6 . 32]</w:t>
      </w:r>
    </w:p>
    <w:p>
      <w:r>
        <w:rPr>
          <w:rFonts w:ascii="Gentium Plus" w:hAnsi="Gentium Plus"/>
          <w:sz w:val="24"/>
        </w:rPr>
        <w:t>διακειμένους εἰς ὠφέλειαν ἑτέρων παιδεύεσθαι. Κἀν τῷ Φιλήβῳ δὲ πάλιν τὸν περὶ τῆς προνοίας ἐκράτυνε λόγον· «Πάντες γάρ» φησι «ξυμφωνοῦσιν οἱ σοφοί, ὄντως ἑαυτοὺς σεμνύνοντες, ὡς νοῦς ἐστι βασιλεὺς ἡμῖν οὐρανοῦ τε καὶ γῆς· καὶ ἴσως εὖ λέγου‐</w:t>
      </w:r>
    </w:p>
    <w:p>
      <w:r>
        <w:rPr>
          <w:rFonts w:ascii="Courier New" w:hAnsi="Courier New"/>
          <w:color w:val="555555"/>
          <w:sz w:val="20"/>
        </w:rPr>
        <w:t>[5]</w:t>
      </w:r>
    </w:p>
    <w:p>
      <w:r>
        <w:rPr>
          <w:rFonts w:ascii="Gentium Plus" w:hAnsi="Gentium Plus"/>
          <w:sz w:val="24"/>
        </w:rPr>
        <w:t>σιν· διὰ σμικροτέρων δέ, εἰ βούλει, τὴν ἐπίσκεψιν αὐτοῦ τοῦ γέ‐ νους ποιησώμεθα.» Εἶτα ξυλλογισμοῖς παμπόλλοις χρησάμενος,</w:t>
      </w:r>
    </w:p>
    <w:p>
      <w:r>
        <w:rPr>
          <w:rFonts w:ascii="Courier New" w:hAnsi="Courier New"/>
          <w:color w:val="555555"/>
          <w:sz w:val="20"/>
        </w:rPr>
        <w:t>[10]</w:t>
      </w:r>
    </w:p>
    <w:p>
      <w:r>
        <w:rPr>
          <w:rFonts w:ascii="Gentium Plus" w:hAnsi="Gentium Plus"/>
          <w:sz w:val="24"/>
        </w:rPr>
        <w:t>ξυγκινδυνεύσωμεν καὶ μετασχῶμεν τοῦ ψόγου, ὅταν ἀνὴρ δεινὸς</w:t>
      </w:r>
    </w:p>
    <w:p>
      <w:r>
        <w:rPr>
          <w:rFonts w:ascii="Courier New" w:hAnsi="Courier New"/>
          <w:color w:val="555555"/>
          <w:sz w:val="20"/>
        </w:rPr>
        <w:t>[6 . 33]</w:t>
      </w:r>
    </w:p>
    <w:p>
      <w:r>
        <w:rPr>
          <w:rFonts w:ascii="Gentium Plus" w:hAnsi="Gentium Plus"/>
          <w:sz w:val="24"/>
        </w:rPr>
        <w:t>φῇ ταῦτα μὴ οὕτως, ἀλλ’ ἀτάκτως ἔχειν;» Καὶ ἑτέροις δὲ πλείστοις λόγοις χρησάμενος, καὶ ταῦτα προστέθεικεν· «Οὐκοῦν εἰ μὴ τοῦτο, μετ’ ἐκείνου τοῦ λόγου ἂν ἑπόμενοι βέλτιον λέγοι‐ μεν ὡς ἔστιν, ὃ πολλάκις εἰρήκαμεν, ἄπειρόν τε ἐν τῷ παντὶ</w:t>
      </w:r>
    </w:p>
    <w:p>
      <w:r>
        <w:rPr>
          <w:rFonts w:ascii="Courier New" w:hAnsi="Courier New"/>
          <w:color w:val="555555"/>
          <w:sz w:val="20"/>
        </w:rPr>
        <w:t>[5]</w:t>
      </w:r>
    </w:p>
    <w:p>
      <w:r>
        <w:rPr>
          <w:rFonts w:ascii="Gentium Plus" w:hAnsi="Gentium Plus"/>
          <w:sz w:val="24"/>
        </w:rPr>
        <w:t>πολύ, καὶ πέρας ἱκανόν, καί τις ἐπ’ αὐτοῖς αἰτία οὐ φαύλη, κο‐ σμοῦσά τε καὶ ξυνάπτουσα ἐνιαυτούς τε καὶ μῆνας καὶ ὥρας, σοφία καὶ νοῦς λεγομένη.» Καὶ ταῦτα δὲ ἐκ τῶν Ἑβραϊκῶν ναμάτων ἀρυσάμενος ἔχει. Ἐκεῖνα γὰρ διδάσκει σαφῶς, ὡς «ὁ Θεὸς τῇ σοφίᾳ ἐθεμελίωσε τὴν γῆν, ἡτοίμασε δὲ οὐρανοὺς ἐν φρονήσει»,</w:t>
      </w:r>
    </w:p>
    <w:p>
      <w:r>
        <w:rPr>
          <w:rFonts w:ascii="Courier New" w:hAnsi="Courier New"/>
          <w:color w:val="555555"/>
          <w:sz w:val="20"/>
        </w:rPr>
        <w:t>[10]</w:t>
      </w:r>
    </w:p>
    <w:p>
      <w:r>
        <w:rPr>
          <w:rFonts w:ascii="Gentium Plus" w:hAnsi="Gentium Plus"/>
          <w:sz w:val="24"/>
        </w:rPr>
        <w:t>καὶ τἄλλα τὰ τούτων ἀκόλουθα.</w:t>
      </w:r>
    </w:p>
    <w:p>
      <w:r>
        <w:rPr>
          <w:rFonts w:ascii="Courier New" w:hAnsi="Courier New"/>
          <w:color w:val="555555"/>
          <w:sz w:val="20"/>
        </w:rPr>
        <w:t>[6 . 34]</w:t>
      </w:r>
    </w:p>
    <w:p>
      <w:r>
        <w:rPr>
          <w:rFonts w:ascii="Gentium Plus" w:hAnsi="Gentium Plus"/>
          <w:sz w:val="24"/>
        </w:rPr>
        <w:t>Ἐν δέ γε τοῖς Νόμοις οὗτος αὐτὸς ὁ φιλόσοφος καὶ διαιρεῖ τῶν ἀγαθῶν τὴν φύσιν καὶ δείκνυσι τὰ μὲν ἀνθρώπινα, τὰ δὲ θεῖα· λέγει δὲ οὕτως· «Διττὰ δὲ ἀγαθά ἐστι, τὰ μὲν ἀνθρώπινα, τὰ δὲ θεῖα· ἤρτηται δὲ ἐκ τῶν θείων θάτερα, κἂν μὲν δέξηταί τις τὰ</w:t>
      </w:r>
    </w:p>
    <w:p>
      <w:r>
        <w:rPr>
          <w:rFonts w:ascii="Courier New" w:hAnsi="Courier New"/>
          <w:color w:val="555555"/>
          <w:sz w:val="20"/>
        </w:rPr>
        <w:t>[5]</w:t>
      </w:r>
    </w:p>
    <w:p>
      <w:r>
        <w:rPr>
          <w:rFonts w:ascii="Gentium Plus" w:hAnsi="Gentium Plus"/>
          <w:sz w:val="24"/>
        </w:rPr>
        <w:t>μείζονα, κτᾶται καὶ τὰ ἐλάττονα, εἰ δὲ μή, στέρεται ἀμφοῖν.</w:t>
      </w:r>
    </w:p>
    <w:p>
      <w:r>
        <w:rPr>
          <w:rFonts w:ascii="Courier New" w:hAnsi="Courier New"/>
          <w:color w:val="555555"/>
          <w:sz w:val="20"/>
        </w:rPr>
        <w:t>[10]</w:t>
      </w:r>
    </w:p>
    <w:p>
      <w:r>
        <w:rPr>
          <w:rFonts w:ascii="Gentium Plus" w:hAnsi="Gentium Plus"/>
          <w:sz w:val="24"/>
        </w:rPr>
        <w:t>μονοῦν ἐστιν ἀγαθῶν, ἡ φρόνησις, δεύτερον δὲ μετὰ νοῦ σώφρων ψυχῆς ἕξις, ἐκ δὲ τούτων μετ’ ἀνδρείας κραθέντων τρίτον ἂν εἴη δικαιοσύνη, τέταρτον δὲ ἀνδρεία. Ταῦτα δὲ πάντα ἐκείνων ἔμπροσθεν τέτακται φύσει, καὶ δὴ τῷ νομοθέτῃ τακτέον οὕτως. Μετὰ δὲ ταῦτα τὰς ἄλλας προστάξεις τοῖς πολίταις εἰς ταῦτα</w:t>
      </w:r>
    </w:p>
    <w:p>
      <w:r>
        <w:rPr>
          <w:rFonts w:ascii="Courier New" w:hAnsi="Courier New"/>
          <w:color w:val="555555"/>
          <w:sz w:val="20"/>
        </w:rPr>
        <w:t>[15]</w:t>
      </w:r>
    </w:p>
    <w:p>
      <w:r>
        <w:rPr>
          <w:rFonts w:ascii="Gentium Plus" w:hAnsi="Gentium Plus"/>
          <w:sz w:val="24"/>
        </w:rPr>
        <w:t>βλεπούσας αὐτοῖς εἶναι διακελευστέον, τούτων δὲ τὰ μὲν ἀνθρώ‐ πινα εἰς τὰ θεῖα, τὰ δὲ θεῖα εἰς τὸν ἡγεμόνα νοῦν ξύμπαντα</w:t>
      </w:r>
    </w:p>
    <w:p>
      <w:r>
        <w:rPr>
          <w:rFonts w:ascii="Courier New" w:hAnsi="Courier New"/>
          <w:color w:val="555555"/>
          <w:sz w:val="20"/>
        </w:rPr>
        <w:t>[6 . 35]</w:t>
      </w:r>
    </w:p>
    <w:p>
      <w:r>
        <w:rPr>
          <w:rFonts w:ascii="Gentium Plus" w:hAnsi="Gentium Plus"/>
          <w:sz w:val="24"/>
        </w:rPr>
        <w:t>βλέπει.» Εἶτα διδάσκει διὰ πλειόνων, ὡς φύσει μὲν ἀγαθὸν ἀρετὴ μόνη, τὰ δὲ ἄλλα ὁμωνύμως καλεῖται, ὀνόματος μόνου μετέχοντα. «Τὰ γὰρ ὑπὸ τῶν πολλῶν» φησι «λεγόμενα ἀγαθὰ οὐκ ὀρθῶς λέγεται. Λέγεται γάρ, ὡς ἄριστον μὲν ὑγιαίνειν,</w:t>
      </w:r>
    </w:p>
    <w:p>
      <w:r>
        <w:rPr>
          <w:rFonts w:ascii="Courier New" w:hAnsi="Courier New"/>
          <w:color w:val="555555"/>
          <w:sz w:val="20"/>
        </w:rPr>
        <w:t>[5]</w:t>
      </w:r>
    </w:p>
    <w:p>
      <w:r>
        <w:rPr>
          <w:rFonts w:ascii="Gentium Plus" w:hAnsi="Gentium Plus"/>
          <w:sz w:val="24"/>
        </w:rPr>
        <w:t>δεύτερον δὲ κάλλος, τρίτον δὲ πλοῦτος· καὶ ἕτερα δὲ μυρία ἀγαθὰ λέγεται· καὶ γὰρ ὀξὺ ὁρᾶν καὶ ἀκούειν καὶ πάντα ὅσα ἔχεται τῶν αἰσθήσεων εὐαισθήτως ἔχειν, ἔτι δὲ καὶ τὸ ποιεῖν τυραννοῦντα ὅ τι ἂν ἐπιθυμῇ, καὶ τὸ μὲν τέλος πάσης μακαριότητος εἰς τὸ πάντα ταῦτα κεκτημένον ἀθάνατον εἶναι γενόμενον ὅτι τάχιστα. Ὑμεῖς</w:t>
      </w:r>
    </w:p>
    <w:p>
      <w:r>
        <w:rPr>
          <w:rFonts w:ascii="Courier New" w:hAnsi="Courier New"/>
          <w:color w:val="555555"/>
          <w:sz w:val="20"/>
        </w:rPr>
        <w:t>[10]</w:t>
      </w:r>
    </w:p>
    <w:p>
      <w:r>
        <w:rPr>
          <w:rFonts w:ascii="Gentium Plus" w:hAnsi="Gentium Plus"/>
          <w:sz w:val="24"/>
        </w:rPr>
        <w:t>δὲ καὶ ἐγώ πῃ τάδε λέγομεν, ὡς ταῦτά ἐστι ξύμπαντα δικαίοις μὲν καὶ ὁσίοις ἀνδράσιν ἄριστα κτήματα, ἀδίκοις δὲ κάκιστα ξύμπαντα, ἀρξάμενα ἀπὸ τῆς ὑγιείας· καὶ δὴ καὶ τὸ ὁρᾶν καὶ τὸ ἀκούειν καὶ τὸ αἰσθάνεσθαι καὶ τὸ παράπαν ζῆν μέγιστον μὲν κα‐ κὸν τὸν ξύμπαντα χρόνον ἀθάνατον ὄντα, κεκτημένον πάντα τὰ</w:t>
      </w:r>
    </w:p>
    <w:p>
      <w:r>
        <w:rPr>
          <w:rFonts w:ascii="Courier New" w:hAnsi="Courier New"/>
          <w:color w:val="555555"/>
          <w:sz w:val="20"/>
        </w:rPr>
        <w:t>[15]</w:t>
      </w:r>
    </w:p>
    <w:p>
      <w:r>
        <w:rPr>
          <w:rFonts w:ascii="Gentium Plus" w:hAnsi="Gentium Plus"/>
          <w:sz w:val="24"/>
        </w:rPr>
        <w:t>λεγόμενα ἀγαθὰ πλὴν δικαιοσύνης τε καὶ ἀρετῆς ἁπάσης, ἔλαττον</w:t>
      </w:r>
    </w:p>
    <w:p>
      <w:r>
        <w:rPr>
          <w:rFonts w:ascii="Courier New" w:hAnsi="Courier New"/>
          <w:color w:val="555555"/>
          <w:sz w:val="20"/>
        </w:rPr>
        <w:t>[6 . 36]</w:t>
      </w:r>
    </w:p>
    <w:p>
      <w:r>
        <w:rPr>
          <w:rFonts w:ascii="Gentium Plus" w:hAnsi="Gentium Plus"/>
          <w:sz w:val="24"/>
        </w:rPr>
        <w:t>δέ, ὡς ἂν ὀλίγιστον ὁ τοιοῦτος χρόνον ἐπιζῴη.» Καὶ μετ’ ὀλίγα· «Ἐγὼ μὲν γὰρ λέγω σαφῶς τὰ μὲν κακὰ λεγόμενα ἀγαθὰ τοῖς δικαίοις εἶναι, τοῖς δὲ ἀδίκοις κακά· τὰ δὲ ἀγαθὰ τοῖς μὲν ἀγαθοῖς ἀγαθά, τοῖς δὲ κακοῖς κακά.»</w:t>
      </w:r>
    </w:p>
    <w:p>
      <w:r>
        <w:rPr>
          <w:rFonts w:ascii="Courier New" w:hAnsi="Courier New"/>
          <w:color w:val="555555"/>
          <w:sz w:val="20"/>
        </w:rPr>
        <w:t>[5]</w:t>
      </w:r>
    </w:p>
    <w:p>
      <w:r>
        <w:rPr>
          <w:rFonts w:ascii="Gentium Plus" w:hAnsi="Gentium Plus"/>
          <w:sz w:val="24"/>
        </w:rPr>
        <w:t>Κἀγὼ δὲ κομιδῇ τήνδε ἄγαμαι τὴν διαίρεσιν. Μέγιστον γὰρ ἀληθῶς ἀγαθὸν τό γε εἰδέναι, τί μὲν κυρίως ἀγαθόν, τί δὲ τοῦτο λέγεται μέν, γίνεται δὲ πῇ μὲν τοιοῦτο, πῇ δὲ τοὐναντίον, ὑπὸ τῶν ἢ εὖ καὶ καλῶς μετιόντων ἢ τὴν ἐναντίαν γνώμην ἀσπαζο‐</w:t>
      </w:r>
    </w:p>
    <w:p>
      <w:r>
        <w:rPr>
          <w:rFonts w:ascii="Courier New" w:hAnsi="Courier New"/>
          <w:color w:val="555555"/>
          <w:sz w:val="20"/>
        </w:rPr>
        <w:t>[6 . 37]</w:t>
      </w:r>
    </w:p>
    <w:p>
      <w:r>
        <w:rPr>
          <w:rFonts w:ascii="Gentium Plus" w:hAnsi="Gentium Plus"/>
          <w:sz w:val="24"/>
        </w:rPr>
        <w:t>μένων. Καὶ γὰρ ὑγίεια καὶ κάλλος καὶ ῥώμη σώματος, καὶ μέν‐ τοι καὶ πλοῦτος τοὺς μὲν ὤνησέ τε καὶ ἔδειξε τῶν κτημάτων ἀξίους, τοῖς δὲ ὄργανα πονηρίας καὶ ἀκρασίας ἐγένετο· σωφροσύνη δὲ καὶ δικαιοσύνη καὶ τἄλλα ὅσα τούτοις παραπλήσια, τῆς ψυχῆς</w:t>
      </w:r>
    </w:p>
    <w:p>
      <w:r>
        <w:rPr>
          <w:rFonts w:ascii="Courier New" w:hAnsi="Courier New"/>
          <w:color w:val="555555"/>
          <w:sz w:val="20"/>
        </w:rPr>
        <w:t>[5]</w:t>
      </w:r>
    </w:p>
    <w:p>
      <w:r>
        <w:rPr>
          <w:rFonts w:ascii="Gentium Plus" w:hAnsi="Gentium Plus"/>
          <w:sz w:val="24"/>
        </w:rPr>
        <w:t>ἐστι κτήματα, ἃ πᾶσίν ἐστι τοῖς ἔχουσιν ὀνησιφόρα καὶ οὐδένα σίνεται τῶν κεκτημένων, τοῖς δὲ τοιούτοις καὶ τὰ λεγόμενα ἀγαθὰ ξύμφορα κτήματα· δικαίων γὰρ καὶ σωφρόνων οἰκονόμων τυγχά‐ νει, τὰ δέ γε διὰ τούτων ἄριστα γινόμενα κάκιστα φαίνεται,</w:t>
      </w:r>
    </w:p>
    <w:p>
      <w:r>
        <w:rPr>
          <w:rFonts w:ascii="Courier New" w:hAnsi="Courier New"/>
          <w:color w:val="555555"/>
          <w:sz w:val="20"/>
        </w:rPr>
        <w:t>[10]</w:t>
      </w:r>
    </w:p>
    <w:p>
      <w:r>
        <w:rPr>
          <w:rFonts w:ascii="Gentium Plus" w:hAnsi="Gentium Plus"/>
          <w:sz w:val="24"/>
        </w:rPr>
        <w:t>καὶ ἀκούουσιν ὧν οὐ δεῖ, καὶ τὰς ἄλλας αἰσθήσεις εἰς ἀκολασίαν παιδεύουσιν.</w:t>
      </w:r>
    </w:p>
    <w:p>
      <w:r>
        <w:rPr>
          <w:rFonts w:ascii="Courier New" w:hAnsi="Courier New"/>
          <w:color w:val="555555"/>
          <w:sz w:val="20"/>
        </w:rPr>
        <w:t>[6 . 38]</w:t>
      </w:r>
    </w:p>
    <w:p>
      <w:r>
        <w:rPr>
          <w:rFonts w:ascii="Gentium Plus" w:hAnsi="Gentium Plus"/>
          <w:sz w:val="24"/>
        </w:rPr>
        <w:t>Μὴ τοίνυν, ὦ φίλοι ἄνδρες, ξυγχέωμεν τῶν πραγμάτων τὰς φύσεις, ἀλλὰ διαγνῶμεν, τί μὲν ἀληθῶς ἀγαθόν, τί δὲ κακόν, τί δέ γε τὴν μέσην τούτων κἀκείνων εἴληχε τάξιν· καὶ μὴ καλῶμεν εὐδαίμονας τοὺς πλουτοῦντας καὶ ῥωμαλέους καὶ δυναστείαν</w:t>
      </w:r>
    </w:p>
    <w:p>
      <w:r>
        <w:rPr>
          <w:rFonts w:ascii="Courier New" w:hAnsi="Courier New"/>
          <w:color w:val="555555"/>
          <w:sz w:val="20"/>
        </w:rPr>
        <w:t>[5]</w:t>
      </w:r>
    </w:p>
    <w:p>
      <w:r>
        <w:rPr>
          <w:rFonts w:ascii="Gentium Plus" w:hAnsi="Gentium Plus"/>
          <w:sz w:val="24"/>
        </w:rPr>
        <w:t>περιβεβλημένους τινά· κακοδαίμονας γὰρ ἀληθῶς καὶ τρισαθλίους προσαγορεύειν προσήκει τοὺς τούτων μὲν μετειληχότας, ὕλην δὲ</w:t>
      </w:r>
    </w:p>
    <w:p>
      <w:r>
        <w:rPr>
          <w:rFonts w:ascii="Courier New" w:hAnsi="Courier New"/>
          <w:color w:val="555555"/>
          <w:sz w:val="20"/>
        </w:rPr>
        <w:t>[6 . 39]</w:t>
      </w:r>
    </w:p>
    <w:p>
      <w:r>
        <w:rPr>
          <w:rFonts w:ascii="Gentium Plus" w:hAnsi="Gentium Plus"/>
          <w:sz w:val="24"/>
        </w:rPr>
        <w:t>ἀποφήναντας αὐτὰ κακίας καὶ πονηρίας. Ὅταν οὖν ἴδωμεν παμ‐ πόνηρον ἄνθρωπον πλούτῳ περιρεόμενον, μὴ τρισόλβιον ὀνομά‐ ζωμεν, ἀλλὰ δείλαιον, ὅτι τοῦ παρανόμως βιοῦν ἔχει πολλὰς ἀφορμάς· καὶ ὅταν ἕτερον ἐπιεικῆ εἶναι δοκοῦντα θεασώμεθα</w:t>
      </w:r>
    </w:p>
    <w:p>
      <w:r>
        <w:rPr>
          <w:rFonts w:ascii="Courier New" w:hAnsi="Courier New"/>
          <w:color w:val="555555"/>
          <w:sz w:val="20"/>
        </w:rPr>
        <w:t>[5]</w:t>
      </w:r>
    </w:p>
    <w:p>
      <w:r>
        <w:rPr>
          <w:rFonts w:ascii="Gentium Plus" w:hAnsi="Gentium Plus"/>
          <w:sz w:val="24"/>
        </w:rPr>
        <w:t>δυσκληρίᾳ τινὶ καὶ πενίᾳ ξυνεζευγμένον, μήτε ἄθλιον ὑπολάβωμεν</w:t>
      </w:r>
    </w:p>
    <w:p>
      <w:r>
        <w:rPr>
          <w:rFonts w:ascii="Courier New" w:hAnsi="Courier New"/>
          <w:color w:val="555555"/>
          <w:sz w:val="20"/>
        </w:rPr>
        <w:t>[6 . 40]</w:t>
      </w:r>
    </w:p>
    <w:p>
      <w:r>
        <w:rPr>
          <w:rFonts w:ascii="Gentium Plus" w:hAnsi="Gentium Plus"/>
          <w:sz w:val="24"/>
        </w:rPr>
        <w:t>μήτε ἄδικον τὴν τοῦ Θεοῦ προμήθειαν νομίσωμεν. Πρῶτον μὲν γὰρ οὐ πάντως τῷ ὄντι δίκαιος ὁ δοκῶν εἶναι δίκαιος· ἑτέρως γὰρ καὶ ταῦτα ὁρᾷ καὶ διακρίνει ὁ πάντα γε ὁρῶν ὀφθαλμός. Καὶ τοῦτο Σαμουὴλ τὸν προφήτην αὐτὸς ἐδίδαξεν ὁ τῶν ὅλων ὀπτήρ·</w:t>
      </w:r>
    </w:p>
    <w:p>
      <w:r>
        <w:rPr>
          <w:rFonts w:ascii="Courier New" w:hAnsi="Courier New"/>
          <w:color w:val="555555"/>
          <w:sz w:val="20"/>
        </w:rPr>
        <w:t>[5]</w:t>
      </w:r>
    </w:p>
    <w:p>
      <w:r>
        <w:rPr>
          <w:rFonts w:ascii="Gentium Plus" w:hAnsi="Gentium Plus"/>
          <w:sz w:val="24"/>
        </w:rPr>
        <w:t>«Οὐχ ὡς ἄνθρωπος» γάρ φησιν «ὁρᾷ, οὕτως ὁρᾷ ὁ Θεός·</w:t>
      </w:r>
    </w:p>
    <w:p>
      <w:r>
        <w:rPr>
          <w:rFonts w:ascii="Courier New" w:hAnsi="Courier New"/>
          <w:color w:val="555555"/>
          <w:sz w:val="20"/>
        </w:rPr>
        <w:t>[6 . 41]</w:t>
      </w:r>
    </w:p>
    <w:p>
      <w:r>
        <w:rPr>
          <w:rFonts w:ascii="Gentium Plus" w:hAnsi="Gentium Plus"/>
          <w:sz w:val="24"/>
        </w:rPr>
        <w:t>ἄνθρωπος μὲν γὰρ εἰς πρόσωπον, Θεὸς δὲ εἰς καρδίαν.» Ἵνα δὲ καὶ θῶμεν ἀληθῶς εἶναι δίκαιον τὸν δυσποτμίᾳ τινὶ κατεχό‐ μενον, ἐκεῖνό γε πᾶσιν ἐπίδηλον, ὡς οὐδεμίαν ἐκ τῆς δυσημερίας εἰσδέξεται βλάβην, φέρειν ὡς ἀρετῆς ἀθλητὴς πεπαιδευμένος τὰ</w:t>
      </w:r>
    </w:p>
    <w:p>
      <w:r>
        <w:rPr>
          <w:rFonts w:ascii="Courier New" w:hAnsi="Courier New"/>
          <w:color w:val="555555"/>
          <w:sz w:val="20"/>
        </w:rPr>
        <w:t>[5]</w:t>
      </w:r>
    </w:p>
    <w:p>
      <w:r>
        <w:rPr>
          <w:rFonts w:ascii="Gentium Plus" w:hAnsi="Gentium Plus"/>
          <w:sz w:val="24"/>
        </w:rPr>
        <w:t>δυσχερῆ. Ὥσπερ γὰρ οἱ πονηρίᾳ ξυζῶντες καὶ τὰ καλούμενα ἀγαθὰ πονηρίας ἀποφαίνουσιν ὄργανα, οὕτως οἱ τῆς ἀρετῆς ἐρῶν‐ τες καὶ τὰ κακὰ νομιζόμενα φιλοσοφίας τῆς ἀληθοῦς κατα‐ σκευάζουσιν ὕλας.</w:t>
      </w:r>
    </w:p>
    <w:p>
      <w:r>
        <w:rPr>
          <w:rFonts w:ascii="Courier New" w:hAnsi="Courier New"/>
          <w:color w:val="555555"/>
          <w:sz w:val="20"/>
        </w:rPr>
        <w:t>[6 . 42]</w:t>
      </w:r>
    </w:p>
    <w:p>
      <w:r>
        <w:rPr>
          <w:rFonts w:ascii="Gentium Plus" w:hAnsi="Gentium Plus"/>
          <w:sz w:val="24"/>
        </w:rPr>
        <w:t>Οὕτω δὴ τούτων ἕκαστον διακρίνοντες, οὔποτε τὸν Θεὸν ἄδικον ὀνομάσομεν, ἀλλὰ ξυνομολογήσομεν ὀρθῶς ἔχειν, ἅπερ ὁ Πλάτων</w:t>
      </w:r>
    </w:p>
    <w:p>
      <w:r>
        <w:rPr>
          <w:rFonts w:ascii="Courier New" w:hAnsi="Courier New"/>
          <w:color w:val="555555"/>
          <w:sz w:val="20"/>
        </w:rPr>
        <w:t>[5]</w:t>
      </w:r>
    </w:p>
    <w:p>
      <w:r>
        <w:rPr>
          <w:rFonts w:ascii="Gentium Plus" w:hAnsi="Gentium Plus"/>
          <w:sz w:val="24"/>
        </w:rPr>
        <w:t>ἢ ὃς ἂν ἡμῶν γένηται ὅτι δικαιότατος περὶ τούτου.» Πάλιν δὲ κἀν τῷ δεκάτῳ τῶν Νόμων ἰᾶσθαι πειρᾶται τοὺς τῆς θείας προ‐</w:t>
      </w:r>
    </w:p>
    <w:p>
      <w:r>
        <w:rPr>
          <w:rFonts w:ascii="Courier New" w:hAnsi="Courier New"/>
          <w:color w:val="555555"/>
          <w:sz w:val="20"/>
        </w:rPr>
        <w:t>[6 . 43]</w:t>
      </w:r>
    </w:p>
    <w:p>
      <w:r>
        <w:rPr>
          <w:rFonts w:ascii="Gentium Plus" w:hAnsi="Gentium Plus"/>
          <w:sz w:val="24"/>
        </w:rPr>
        <w:t>νοίας οὐ προσιεμένους τὸν λόγον· λέγει δὲ ταῦτα· «Τὸν δὲ ἡγού‐ μενον θεοὺς μὲν εἶναι, μὴ φροντίζειν δὲ τῶν ἀνθρωπίνων πραγμά‐ των, παραμυθητέον ὧδε· ὦ ἄριστε, δὴ φῶμεν, ὅτι μὲν ἡγῇ θεοὺς εἶναι, ξυγγένειά τις θεία πρὸς τὸ ξύμφυτόν σε ἄγει τιμᾶν καὶ</w:t>
      </w:r>
    </w:p>
    <w:p>
      <w:r>
        <w:rPr>
          <w:rFonts w:ascii="Courier New" w:hAnsi="Courier New"/>
          <w:color w:val="555555"/>
          <w:sz w:val="20"/>
        </w:rPr>
        <w:t>[5]</w:t>
      </w:r>
    </w:p>
    <w:p>
      <w:r>
        <w:rPr>
          <w:rFonts w:ascii="Gentium Plus" w:hAnsi="Gentium Plus"/>
          <w:sz w:val="24"/>
        </w:rPr>
        <w:t>νομίζειν εἶναι· κακῶν δ’ ἀνθρώπων καὶ ἀδίκων τύχαι, ἰδίᾳ καὶ δημοσίᾳ, ἀληθείᾳ μὲν οὐκ εὐδαίμονες, δόξῃ δὲ εὐδαιμονιζόμεναι</w:t>
      </w:r>
    </w:p>
    <w:p>
      <w:r>
        <w:rPr>
          <w:rFonts w:ascii="Courier New" w:hAnsi="Courier New"/>
          <w:color w:val="555555"/>
          <w:sz w:val="20"/>
        </w:rPr>
        <w:t>[6 . 44]</w:t>
      </w:r>
    </w:p>
    <w:p>
      <w:r>
        <w:rPr>
          <w:rFonts w:ascii="Gentium Plus" w:hAnsi="Gentium Plus"/>
          <w:sz w:val="24"/>
        </w:rPr>
        <w:t>σφόδρα ἀλλ’ οὐκ ἐμμελῶς, ἄγουσί σε πρὸς ἀσέβειαν.» Εἶτα διεξελθὼν τὴν νομιζομένην τῶν ἀδίκων εὐκληρίαν, ἐπιφέρει καὶ ταῦτα· «Ἀλλ’ οὐδὲν τάχα ἂν εἴη χαλεπὸν ἐνδείξασθαι τοῦτό γε, ὡς ἐπιμελεῖς σμικρῶν εἰσι θεοὶ οὐχ ἧττον, μᾶλλον δὲ ἢ τῶν</w:t>
      </w:r>
    </w:p>
    <w:p>
      <w:r>
        <w:rPr>
          <w:rFonts w:ascii="Courier New" w:hAnsi="Courier New"/>
          <w:color w:val="555555"/>
          <w:sz w:val="20"/>
        </w:rPr>
        <w:t>[5]</w:t>
      </w:r>
    </w:p>
    <w:p>
      <w:r>
        <w:rPr>
          <w:rFonts w:ascii="Gentium Plus" w:hAnsi="Gentium Plus"/>
          <w:sz w:val="24"/>
        </w:rPr>
        <w:t>μεγέθει διαφερόντων. Ἤκουε γάρ που καὶ παρῆν τοῖς νῦν δὴ</w:t>
      </w:r>
    </w:p>
    <w:p>
      <w:r>
        <w:rPr>
          <w:rFonts w:ascii="Courier New" w:hAnsi="Courier New"/>
          <w:color w:val="555555"/>
          <w:sz w:val="20"/>
        </w:rPr>
        <w:t>[6 . 45]</w:t>
      </w:r>
    </w:p>
    <w:p>
      <w:r>
        <w:rPr>
          <w:rFonts w:ascii="Gentium Plus" w:hAnsi="Gentium Plus"/>
          <w:sz w:val="24"/>
        </w:rPr>
        <w:t>μέλειαν, οἰκειοτάτην αὐτῶν οὖσαν, κέκτηνται.» Εἶτα ξυλλο‐ γισμοῖς κρατύνας τὸν λόγον ἐπήγαγεν· «Μὴ τοίνυν τὸν θεὸν ἀξιῶμέν ποτε θνητῶν δημιουργῶν φαυλότερον, οἳ τὰ προσήκοντα αὐτοῖς ἔργα, ὅσῳπερ ἂν ἀμείνους ὦσι, τοσούτῳ ἀκριβέστερα καὶ</w:t>
      </w:r>
    </w:p>
    <w:p>
      <w:r>
        <w:rPr>
          <w:rFonts w:ascii="Courier New" w:hAnsi="Courier New"/>
          <w:color w:val="555555"/>
          <w:sz w:val="20"/>
        </w:rPr>
        <w:t>[5]</w:t>
      </w:r>
    </w:p>
    <w:p>
      <w:r>
        <w:rPr>
          <w:rFonts w:ascii="Gentium Plus" w:hAnsi="Gentium Plus"/>
          <w:sz w:val="24"/>
        </w:rPr>
        <w:t>τελεώτερα μιᾷ τέχνῃ σμικρὰ καὶ μεγάλα ἀπεργάζονται· τὸν δὲ θεόν, ὄντα τε σοφόν, βουλόμενόν τε ἐπιμελεῖσθαι, δυνατὸν εἶναι, καὶ δυνάμενον μὲν ῥᾷον ἐπιμεληθῆναι, σμικρῶν δὲ ὄντων μηδαμῇ ἐπιμελεῖσθαι δυνατὸν εἶναι, καθάπερ ἀργὸν ἢ δειλόν τινα διὰ</w:t>
      </w:r>
    </w:p>
    <w:p>
      <w:r>
        <w:rPr>
          <w:rFonts w:ascii="Courier New" w:hAnsi="Courier New"/>
          <w:color w:val="555555"/>
          <w:sz w:val="20"/>
        </w:rPr>
        <w:t>[6 . 46]</w:t>
      </w:r>
    </w:p>
    <w:p>
      <w:r>
        <w:rPr>
          <w:rFonts w:ascii="Gentium Plus" w:hAnsi="Gentium Plus"/>
          <w:sz w:val="24"/>
        </w:rPr>
        <w:t>πόνους ῥᾳθυμοῦντα.» Ἔπειτα ἐπιφέρει· «Μηδαμῶς δόξαν τοιαύτην περὶ θεοῦ, ὦ ξένε, ἀποδεχώμεθα· οὐδαμῇ γὰρ οὔτε ὅσιον οὔτε ἀληθὲς τὸ διανόημα διανοοῖτ’ ἄν.» Καὶ πάλιν μετ’ ὀλίγα· «Πᾶς γὰρ ἰατρὸς καὶ πᾶς ἔντεχνος δημιουργὸς παντὸς μὲν</w:t>
      </w:r>
    </w:p>
    <w:p>
      <w:r>
        <w:rPr>
          <w:rFonts w:ascii="Courier New" w:hAnsi="Courier New"/>
          <w:color w:val="555555"/>
          <w:sz w:val="20"/>
        </w:rPr>
        <w:t>[5]</w:t>
      </w:r>
    </w:p>
    <w:p>
      <w:r>
        <w:rPr>
          <w:rFonts w:ascii="Gentium Plus" w:hAnsi="Gentium Plus"/>
          <w:sz w:val="24"/>
        </w:rPr>
        <w:t>ἕνεκα πάντα ἐργάζεται πρὸς τὸ κοινῇ ξυντεῖνον βέλτιον· μέρος μὲν εἵνεκεν ὅλου, καὶ οὐχ ὅλον εἵνεκεν μέρους ἀπεργάζεται· σὺ δ’ ἀγανακτεῖς, ἀγνοῶν ὅπῃ τὸ περὶ σὲ ἄριστον τῷ παντὶ ξυμβαί‐</w:t>
      </w:r>
    </w:p>
    <w:p>
      <w:r>
        <w:rPr>
          <w:rFonts w:ascii="Courier New" w:hAnsi="Courier New"/>
          <w:color w:val="555555"/>
          <w:sz w:val="20"/>
        </w:rPr>
        <w:t>[6 . 47]</w:t>
      </w:r>
    </w:p>
    <w:p>
      <w:r>
        <w:rPr>
          <w:rFonts w:ascii="Gentium Plus" w:hAnsi="Gentium Plus"/>
          <w:sz w:val="24"/>
        </w:rPr>
        <w:t>νει.» Καὶ μετὰ πλείστους λόγων ἑλιγμοὺς ἐπήγαγεν· «Ὁ αὐ‐ τὸς δὲ λόγος σοι καὶ περὶ ἐκείνων ἂν εἴη, τῶν οὓς σὺ κατιδὼν ἐκ σμικρῶν μεγάλους γεγονότας ἀνοσιουργήσαντας ἤ τι τοιοῦτο</w:t>
      </w:r>
    </w:p>
    <w:p>
      <w:r>
        <w:rPr>
          <w:rFonts w:ascii="Courier New" w:hAnsi="Courier New"/>
          <w:color w:val="555555"/>
          <w:sz w:val="20"/>
        </w:rPr>
        <w:t>[5]</w:t>
      </w:r>
    </w:p>
    <w:p>
      <w:r>
        <w:rPr>
          <w:rFonts w:ascii="Gentium Plus" w:hAnsi="Gentium Plus"/>
          <w:sz w:val="24"/>
        </w:rPr>
        <w:t>κατόπτροις αὐτῶν ταῖς πράξεσιν ἡγήσω καθεωρακέναι τὴν πάντων ἀμέλειαν θεῶν, οὐκ εἰδὼς αὐτῶν τὴν ξυντέλειαν, ὅπῃ πώποτε τῷ</w:t>
      </w:r>
    </w:p>
    <w:p>
      <w:r>
        <w:rPr>
          <w:rFonts w:ascii="Courier New" w:hAnsi="Courier New"/>
          <w:color w:val="555555"/>
          <w:sz w:val="20"/>
        </w:rPr>
        <w:t>[6 . 48]</w:t>
      </w:r>
    </w:p>
    <w:p>
      <w:r>
        <w:rPr>
          <w:rFonts w:ascii="Gentium Plus" w:hAnsi="Gentium Plus"/>
          <w:sz w:val="24"/>
        </w:rPr>
        <w:t>παντὶ ξυμβάλλεται.» Διὰ δὴ τούτων ἁπάντων καὶ τῆς προνοίας τὸ δίκαιον ἔδειξε, καὶ ὡς ἕκαστον τῶν γινομένων τῷ παντὶ καθέστηκε ξύμφορον. Οὐ γὰρ τοῦ σμικροτάτου γε μορίου χάριν τὸ ὅλον γεγένηται, ἀλλὰ τὰ μόρια ξυμπληροῖ τὴν τοῦ παντὸς</w:t>
      </w:r>
    </w:p>
    <w:p>
      <w:r>
        <w:rPr>
          <w:rFonts w:ascii="Courier New" w:hAnsi="Courier New"/>
          <w:color w:val="555555"/>
          <w:sz w:val="20"/>
        </w:rPr>
        <w:t>[5]</w:t>
      </w:r>
    </w:p>
    <w:p>
      <w:r>
        <w:rPr>
          <w:rFonts w:ascii="Gentium Plus" w:hAnsi="Gentium Plus"/>
          <w:sz w:val="24"/>
        </w:rPr>
        <w:t>ἁρμονίαν· οὐδὲ διὰ μίαν δακτύλου ἑνὸς σκυταλίδα ὅλον διεπλάσθη τὸ σῶμα, ἀλλὰ διὰ τὸ σῶμα καὶ οἱ δάκτυλοι καὶ αἱ τούτων ξυνηρμόσθησαν σκυταλίδες.</w:t>
      </w:r>
    </w:p>
    <w:p>
      <w:r>
        <w:rPr>
          <w:rFonts w:ascii="Courier New" w:hAnsi="Courier New"/>
          <w:color w:val="555555"/>
          <w:sz w:val="20"/>
        </w:rPr>
        <w:t>[6 . 49]</w:t>
      </w:r>
    </w:p>
    <w:p>
      <w:r>
        <w:rPr>
          <w:rFonts w:ascii="Gentium Plus" w:hAnsi="Gentium Plus"/>
          <w:sz w:val="24"/>
        </w:rPr>
        <w:t>Ἐπειδὴ τοίνυν θνητὴ μὲν γέγονε τῶν ἀνθρώπων ἡ φύσις, θνητὴ δὲ οὖσα πολλῶν ἐστιν ἐνδεής, καὶ γεωργίας καὶ φυτουργίας καὶ ναυτιλίας, καὶ μέντοι καὶ οἰκοδομικῆς καὶ χαλκευτικῆς καὶ ὑφαντικῆς καὶ σκυτοτομικῆς καὶ ναυπηγικῆς τέχνης καὶ τῶν</w:t>
      </w:r>
    </w:p>
    <w:p>
      <w:r>
        <w:rPr>
          <w:rFonts w:ascii="Courier New" w:hAnsi="Courier New"/>
          <w:color w:val="555555"/>
          <w:sz w:val="20"/>
        </w:rPr>
        <w:t>[5]</w:t>
      </w:r>
    </w:p>
    <w:p>
      <w:r>
        <w:rPr>
          <w:rFonts w:ascii="Gentium Plus" w:hAnsi="Gentium Plus"/>
          <w:sz w:val="24"/>
        </w:rPr>
        <w:t>ἄλλων ὅσαι ξυνεργοῦσι πρὸς τὴν ἀναγκαίαν τοῦ σώματος θερα‐ πείαν, μάλα γε εἰκότως ὁ τοῦ παντὸς κηδεμὼν τοῖς μὲν πενίαν, τοῖς δὲ ξυνεκλήρωσε πλοῦτον, ἵνα οἱ μὲν τὰς ὕλας παρέχωσιν,</w:t>
      </w:r>
    </w:p>
    <w:p>
      <w:r>
        <w:rPr>
          <w:rFonts w:ascii="Courier New" w:hAnsi="Courier New"/>
          <w:color w:val="555555"/>
          <w:sz w:val="20"/>
        </w:rPr>
        <w:t>[6 . 50]</w:t>
      </w:r>
    </w:p>
    <w:p>
      <w:r>
        <w:rPr>
          <w:rFonts w:ascii="Gentium Plus" w:hAnsi="Gentium Plus"/>
          <w:sz w:val="24"/>
        </w:rPr>
        <w:t>οἱ δὲ τὰς χεῖρας ἠσκημένας πρὸς τὰς τέχνας. Ἐξήρτησε δὲ τῆς πενίας διὰ τῆς χρείας τοὺς ἐπὶ πλούτῳ βρενθυομένους τῶν ὅλων ὁ πρύτανις. Δέονται γὰρ οὐκ ἀρτοποιῶν οὐδὲ ὀψοποιῶν μόνον καὶ οἰνοχόων, ἀλλὰ καὶ οἰκοδόμων καὶ γεωργῶν καὶ ταλασιουργῶν</w:t>
      </w:r>
    </w:p>
    <w:p>
      <w:r>
        <w:rPr>
          <w:rFonts w:ascii="Courier New" w:hAnsi="Courier New"/>
          <w:color w:val="555555"/>
          <w:sz w:val="20"/>
        </w:rPr>
        <w:t>[5]</w:t>
      </w:r>
    </w:p>
    <w:p>
      <w:r>
        <w:rPr>
          <w:rFonts w:ascii="Gentium Plus" w:hAnsi="Gentium Plus"/>
          <w:sz w:val="24"/>
        </w:rPr>
        <w:t>καὶ σκυτέων, οἱ δέ γε φιλότιμοι καὶ ζωγράφων καὶ πλαστουργῶν καὶ τῶν ἄλλων, οἳ περιφανεστέρας ἀποφαίνουσι τῶν πλουτούντων τὰς οἰκίας· δέονται δ’ αὖ πάλιν καὶ οἱ χειρώνακτες τῶν εὐπόρων καὶ χρήματα χορηγούντων καὶ ὠνουμένων τὰ παρ’ ἐκείνων δη‐</w:t>
      </w:r>
    </w:p>
    <w:p>
      <w:r>
        <w:rPr>
          <w:rFonts w:ascii="Courier New" w:hAnsi="Courier New"/>
          <w:color w:val="555555"/>
          <w:sz w:val="20"/>
        </w:rPr>
        <w:t>[6 . 51]</w:t>
      </w:r>
    </w:p>
    <w:p>
      <w:r>
        <w:rPr>
          <w:rFonts w:ascii="Gentium Plus" w:hAnsi="Gentium Plus"/>
          <w:sz w:val="24"/>
        </w:rPr>
        <w:t>μιουργούμενα. Οἱ δὲ τήνδε τὴν διαφορὰν δυσχεραίνοντες καὶ</w:t>
      </w:r>
    </w:p>
    <w:p>
      <w:r>
        <w:rPr>
          <w:rFonts w:ascii="Courier New" w:hAnsi="Courier New"/>
          <w:color w:val="555555"/>
          <w:sz w:val="20"/>
        </w:rPr>
        <w:t>[5]</w:t>
      </w:r>
    </w:p>
    <w:p>
      <w:r>
        <w:rPr>
          <w:rFonts w:ascii="Gentium Plus" w:hAnsi="Gentium Plus"/>
          <w:sz w:val="24"/>
        </w:rPr>
        <w:t>τῶν λυροποιῶν, καὶ μέντοι καὶ αὐτῶν γε τῶν μουσικῶν, ὅτι μὴ ἴσην ἀφιᾶσιν ἅπασαι ἠχὴν αἱ χορδαί, ἀλλ’ ἄλλην μὲν ἡ νήτη, ἄλλην δὲ ἡ ὑπάτη, καὶ ἡ μὲν ὀξεῖαν, ἡ δὲ βαρεῖαν, ἡ δὲ μέσον</w:t>
      </w:r>
    </w:p>
    <w:p>
      <w:r>
        <w:rPr>
          <w:rFonts w:ascii="Courier New" w:hAnsi="Courier New"/>
          <w:color w:val="555555"/>
          <w:sz w:val="20"/>
        </w:rPr>
        <w:t>[6 . 52]</w:t>
      </w:r>
    </w:p>
    <w:p>
      <w:r>
        <w:rPr>
          <w:rFonts w:ascii="Gentium Plus" w:hAnsi="Gentium Plus"/>
          <w:sz w:val="24"/>
        </w:rPr>
        <w:t>ἔχει τὸν φθόγγον. Νεμεσᾶν δὲ αὐτοὺς προσῆκε καὶ τοῖς γεωμέ‐ τραις, ὅτι οὐχ ἓν τοῖς τὴν γραμμικὴν μανθάνουσιν ἐπιστήμην ἐπιδεικνύουσι σχῆμα, ἀλλὰ τρίγωνα καὶ τετράγωνα καὶ μηνοειδῆ καὶ κύκλους καὶ τραπέζια καὶ ἄλλα ἄττα τῶν εἰρημένων πολ‐</w:t>
      </w:r>
    </w:p>
    <w:p>
      <w:r>
        <w:rPr>
          <w:rFonts w:ascii="Courier New" w:hAnsi="Courier New"/>
          <w:color w:val="555555"/>
          <w:sz w:val="20"/>
        </w:rPr>
        <w:t>[5]</w:t>
      </w:r>
    </w:p>
    <w:p>
      <w:r>
        <w:rPr>
          <w:rFonts w:ascii="Gentium Plus" w:hAnsi="Gentium Plus"/>
          <w:sz w:val="24"/>
        </w:rPr>
        <w:t>λαπλάσια. Ἐπιμεμφέσθωσαν δὲ καὶ τοῖς τὴν ἀριθμητικὴν διδά‐ σκουσιν ἐπιστήμην, ὅτι τῶν ἀριθμῶν οἱ μέν εἰσιν ἄρτιοι, οἱ δὲ περιττοί, οἱ δὲ ἀρτιοπέριττοι, οἱ δὲ περισσάρτιοι, καὶ οἱ μὲν κύβοι, οἱ δὲ κυβεπίκυβοι.</w:t>
      </w:r>
    </w:p>
    <w:p>
      <w:r>
        <w:rPr>
          <w:rFonts w:ascii="Courier New" w:hAnsi="Courier New"/>
          <w:color w:val="555555"/>
          <w:sz w:val="20"/>
        </w:rPr>
        <w:t>[6 . 53]</w:t>
      </w:r>
    </w:p>
    <w:p>
      <w:r>
        <w:rPr>
          <w:rFonts w:ascii="Gentium Plus" w:hAnsi="Gentium Plus"/>
          <w:sz w:val="24"/>
        </w:rPr>
        <w:t>Εἰ δὲ ἀναγκαῖαι καὶ τῶν ἀριθμῶν αἱ ἰδέαι καὶ τῶν σχημάτων τὸ ποικίλον καὶ τῶν χορδῶν τὸ διάφορον καὶ τὰ παντοδαπὰ τῶν χρωμάτων γένη, τί δήποτε δυσχεραίνετε, ὅτι μὴ πάντες Κροῖσοι καὶ Μῖδαι καὶ Δαρεῖοι γεγένησθε; οὐδὲν γὰρ ἕτερον βούλεσθε,</w:t>
      </w:r>
    </w:p>
    <w:p>
      <w:r>
        <w:rPr>
          <w:rFonts w:ascii="Courier New" w:hAnsi="Courier New"/>
          <w:color w:val="555555"/>
          <w:sz w:val="20"/>
        </w:rPr>
        <w:t>[5]</w:t>
      </w:r>
    </w:p>
    <w:p>
      <w:r>
        <w:rPr>
          <w:rFonts w:ascii="Gentium Plus" w:hAnsi="Gentium Plus"/>
          <w:sz w:val="24"/>
        </w:rPr>
        <w:t>τήνδε τὴν ἰσότητα ποθοῦντες, ἢ λιμῷ καὶ σπάνει τῶν ἀναγκαίων</w:t>
      </w:r>
    </w:p>
    <w:p>
      <w:r>
        <w:rPr>
          <w:rFonts w:ascii="Courier New" w:hAnsi="Courier New"/>
          <w:color w:val="555555"/>
          <w:sz w:val="20"/>
        </w:rPr>
        <w:t>[6 . 54]</w:t>
      </w:r>
    </w:p>
    <w:p>
      <w:r>
        <w:rPr>
          <w:rFonts w:ascii="Gentium Plus" w:hAnsi="Gentium Plus"/>
          <w:sz w:val="24"/>
        </w:rPr>
        <w:t>ἄρδην ἅπαν ἀφανισθῆναι τῶν ἀνθρώπων τὸ γένος. Τίς γὰρ ἠνέσχετο ἄν, ἰσοτιμίας πάντων μετειληχότων, τὸν ὑπὲρ τῆς τοῦ πέλας θεραπείας ἀναδέξασθαι πόνον ἢ ἀρόσαι γῆν καὶ σπεῖραι καὶ τοὺς ἀστάχυας ἀμῆσαι ἢ φυτεῦσαι καὶ τρυγῆσαι καὶ ἀποθλίψαι</w:t>
      </w:r>
    </w:p>
    <w:p>
      <w:r>
        <w:rPr>
          <w:rFonts w:ascii="Courier New" w:hAnsi="Courier New"/>
          <w:color w:val="555555"/>
          <w:sz w:val="20"/>
        </w:rPr>
        <w:t>[5]</w:t>
      </w:r>
    </w:p>
    <w:p>
      <w:r>
        <w:rPr>
          <w:rFonts w:ascii="Gentium Plus" w:hAnsi="Gentium Plus"/>
          <w:sz w:val="24"/>
        </w:rPr>
        <w:t>οἴνου καὶ ἐλαίας καρπόν; Ἄλλῳ δὲ διακονεῖν ἄλλον τῆς ὁμοτι‐ μίας οὐ ξυγχωρούσης, πῶς ἂν ἤρκεσεν ἕκαστος, βουκόλος ὁμοῦ καὶ αἰπόλος καὶ προβατεὺς καὶ συβώτης γινόμενος, καὶ μέντοι καὶ ὑφάντης καὶ σκυτοτόμος, καὶ οἰκοδόμος καὶ χαλκοτύπος, καὶ</w:t>
      </w:r>
    </w:p>
    <w:p>
      <w:r>
        <w:rPr>
          <w:rFonts w:ascii="Courier New" w:hAnsi="Courier New"/>
          <w:color w:val="555555"/>
          <w:sz w:val="20"/>
        </w:rPr>
        <w:t>[10]</w:t>
      </w:r>
    </w:p>
    <w:p>
      <w:r>
        <w:rPr>
          <w:rFonts w:ascii="Gentium Plus" w:hAnsi="Gentium Plus"/>
          <w:sz w:val="24"/>
        </w:rPr>
        <w:t>γὸς καὶ ναύτης καὶ κυβερνήτης; τούτων γὰρ ἁπάντων καὶ ἑτέρων γε πολλαπλασιόνων ἕκαστος ἐνδεής.</w:t>
      </w:r>
    </w:p>
    <w:p>
      <w:r>
        <w:rPr>
          <w:rFonts w:ascii="Courier New" w:hAnsi="Courier New"/>
          <w:color w:val="555555"/>
          <w:sz w:val="20"/>
        </w:rPr>
        <w:t>[6 . 55]</w:t>
      </w:r>
    </w:p>
    <w:p>
      <w:r>
        <w:rPr>
          <w:rFonts w:ascii="Gentium Plus" w:hAnsi="Gentium Plus"/>
          <w:sz w:val="24"/>
        </w:rPr>
        <w:t>Τί δήποτε τοίνυν οὐχ ὑμνεῖτε τὴν ἀρίστην διανομήν, ἀλλ’ ὑμεῖς μάλιστα χαλεπαίνετε, οἱ θεραπαινῶν καὶ οἰκετῶν, καὶ μέν‐ τοι καὶ γεωργῶν ἀπολαύοντες ὅτι μάλιστα πλείστων; Ὁ μὲν γὰρ γεωργὸς στέργει τὴν τάξιν ἣν ἔλαχε καὶ ὁ οἰκέτης ὡσαύτως καὶ</w:t>
      </w:r>
    </w:p>
    <w:p>
      <w:r>
        <w:rPr>
          <w:rFonts w:ascii="Courier New" w:hAnsi="Courier New"/>
          <w:color w:val="555555"/>
          <w:sz w:val="20"/>
        </w:rPr>
        <w:t>[5]</w:t>
      </w:r>
    </w:p>
    <w:p>
      <w:r>
        <w:rPr>
          <w:rFonts w:ascii="Gentium Plus" w:hAnsi="Gentium Plus"/>
          <w:sz w:val="24"/>
        </w:rPr>
        <w:t>μέντοι καὶ ὁ χειροτέχνης ἀγαπᾷ τὴν τέχνην καὶ τοὺς πόνους οἷς ξυγκεκλήρωται, ὑμεῖς δὲ τρυφῶντες καὶ ὑπερμαζῶντες καὶ διὰ τῆς ἑτέρων διακονίας παντοδαπῆς χλιδῆς ἀπολαύοντες, λόγοις</w:t>
      </w:r>
    </w:p>
    <w:p>
      <w:r>
        <w:rPr>
          <w:rFonts w:ascii="Courier New" w:hAnsi="Courier New"/>
          <w:color w:val="555555"/>
          <w:sz w:val="20"/>
        </w:rPr>
        <w:t>[6 . 56]</w:t>
      </w:r>
    </w:p>
    <w:p>
      <w:r>
        <w:rPr>
          <w:rFonts w:ascii="Gentium Plus" w:hAnsi="Gentium Plus"/>
          <w:sz w:val="24"/>
        </w:rPr>
        <w:t>βλασφήμοις τὸν τούτων κατατοξεύετε χορηγόν· τούτους δὲ τοὺς λόγους ὠδίνετε, ἀκρασίᾳ μὲν δουλεύειν αἱρούμενοι, πρόφασιν δὲ ἀπολογίας εὑρίσκειν ἡγούμενοι, πρῶτον μὲν τὸ μὴ τῇ θείᾳ προ‐ νοίᾳ κινεῖσθαι τῶν ὅλων τοὺς οἴακας, ἔπειτα δὲ τὸ νομίζειν ὑπὸ</w:t>
      </w:r>
    </w:p>
    <w:p>
      <w:r>
        <w:rPr>
          <w:rFonts w:ascii="Courier New" w:hAnsi="Courier New"/>
          <w:color w:val="555555"/>
          <w:sz w:val="20"/>
        </w:rPr>
        <w:t>[5]</w:t>
      </w:r>
    </w:p>
    <w:p>
      <w:r>
        <w:rPr>
          <w:rFonts w:ascii="Gentium Plus" w:hAnsi="Gentium Plus"/>
          <w:sz w:val="24"/>
        </w:rPr>
        <w:t>τὴν τῆς εἱμαρμένης ἀνάγκην οὐ μόνον τὸ σῶμα καὶ τὰ περὶ</w:t>
      </w:r>
    </w:p>
    <w:p>
      <w:r>
        <w:rPr>
          <w:rFonts w:ascii="Courier New" w:hAnsi="Courier New"/>
          <w:color w:val="555555"/>
          <w:sz w:val="20"/>
        </w:rPr>
        <w:t>[6 . 57]</w:t>
      </w:r>
    </w:p>
    <w:p>
      <w:r>
        <w:rPr>
          <w:rFonts w:ascii="Gentium Plus" w:hAnsi="Gentium Plus"/>
          <w:sz w:val="24"/>
        </w:rPr>
        <w:t>τοῦτο τελεῖν, ἀλλὰ καὶ αὐτὴν τὴν αἵρεσιν τῆς ψυχῆς. Ἀλλ’ ὁ Πλάτων τἀναντία διδάσκει, ὡς «ἀρετὴ ἀδέσποτον, ἣν τιμῶν τις καὶ ἀτιμάζων πλέον ἢ ἔλαττον ἕξει». Καὶ πάλιν· «Αἰτία ἑλομέ‐ νου, θεὸς ἀναίτιος· κακῶν γὰρ ὁ θεὸς οὔποτε αἴτιος.» Καὶ ἐν</w:t>
      </w:r>
    </w:p>
    <w:p>
      <w:r>
        <w:rPr>
          <w:rFonts w:ascii="Courier New" w:hAnsi="Courier New"/>
          <w:color w:val="555555"/>
          <w:sz w:val="20"/>
        </w:rPr>
        <w:t>[5]</w:t>
      </w:r>
    </w:p>
    <w:p>
      <w:r>
        <w:rPr>
          <w:rFonts w:ascii="Gentium Plus" w:hAnsi="Gentium Plus"/>
          <w:sz w:val="24"/>
        </w:rPr>
        <w:t>αὐτοῖς δὲ τοῖς χαλεποῖς κινδύνοις τὸν Σωκράτην δείκνυσιν ὁ Πλάτων φιλοσοφοῦντα καὶ προνοίας πέρι καὶ τοῦ μὴ δεδιέναι θάνατον· καὶ ταῦτα γὰρ ἐν τῇ Ἀπολογίᾳ τέθεικεν· «Ἀλλὰ καὶ ὑμᾶς χρή, ὦ ἄνδρες δικασταί, εὐέλπιδας εἶναι πρὸς θάνατον καὶ ἕν τι τοῦτο διανοεῖσθαι ἀληθές, ὅτι οὐκ ἔστιν ἀνδρὶ ἀγαθῷ κακὸν</w:t>
      </w:r>
    </w:p>
    <w:p>
      <w:r>
        <w:rPr>
          <w:rFonts w:ascii="Courier New" w:hAnsi="Courier New"/>
          <w:color w:val="555555"/>
          <w:sz w:val="20"/>
        </w:rPr>
        <w:t>[10]</w:t>
      </w:r>
    </w:p>
    <w:p>
      <w:r>
        <w:rPr>
          <w:rFonts w:ascii="Gentium Plus" w:hAnsi="Gentium Plus"/>
          <w:sz w:val="24"/>
        </w:rPr>
        <w:t>οὐδέν, οὔτε ζῶντι οὔτε τελευτήσαντι, οὐδὲ ἀμελεῖται ὑπὸ θεῶν</w:t>
      </w:r>
    </w:p>
    <w:p>
      <w:r>
        <w:rPr>
          <w:rFonts w:ascii="Courier New" w:hAnsi="Courier New"/>
          <w:color w:val="555555"/>
          <w:sz w:val="20"/>
        </w:rPr>
        <w:t>[6 . 58]</w:t>
      </w:r>
    </w:p>
    <w:p>
      <w:r>
        <w:rPr>
          <w:rFonts w:ascii="Gentium Plus" w:hAnsi="Gentium Plus"/>
          <w:sz w:val="24"/>
        </w:rPr>
        <w:t>Οὔκουν τῷ ὄντι κακὰ πενία καὶ νόσος καὶ δουλεία καὶ θάνατος, ἀλλὰ καλεῖται μὲν ὑπὸ τῶν ἀνοήτων κακά, ἀγαθὰ δὲ γίνεται τοῖς εὖ καὶ καλῶς κεχρημένοις. Ὅτι δὲ αὔξει τῶν ἀνθρώπων τὴν πονηρίαν τὸ μὴ πιστεύειν ἰθύνεσθαι προνοίᾳ τὰ ξύμπαντα, Ἀττι‐</w:t>
      </w:r>
    </w:p>
    <w:p>
      <w:r>
        <w:rPr>
          <w:rFonts w:ascii="Courier New" w:hAnsi="Courier New"/>
          <w:color w:val="555555"/>
          <w:sz w:val="20"/>
        </w:rPr>
        <w:t>[5]</w:t>
      </w:r>
    </w:p>
    <w:p>
      <w:r>
        <w:rPr>
          <w:rFonts w:ascii="Gentium Plus" w:hAnsi="Gentium Plus"/>
          <w:sz w:val="24"/>
        </w:rPr>
        <w:t>κὸς ὁ Πλατωνικὸς βοᾷ· «Ὥστε ἕτοιμόν τι χρῆμα πρὸς ἀδικίαν</w:t>
      </w:r>
    </w:p>
    <w:p>
      <w:r>
        <w:rPr>
          <w:rFonts w:ascii="Courier New" w:hAnsi="Courier New"/>
          <w:color w:val="555555"/>
          <w:sz w:val="20"/>
        </w:rPr>
        <w:t>[6 . 59]</w:t>
      </w:r>
    </w:p>
    <w:p>
      <w:r>
        <w:rPr>
          <w:rFonts w:ascii="Gentium Plus" w:hAnsi="Gentium Plus"/>
          <w:sz w:val="24"/>
        </w:rPr>
        <w:t>ἡ τῆς προνοίας ἀπόγνωσις.» Καὶ Πλωτῖνος δέ—περιφανὴς δὲ καὶ οὗτος ἐν φιλοσόφοις ξυγγράμμασι—τόδε τὸ προοίμιον τοῖς περὶ προνοίας ἐντέθεικε λόγοις· «Τὸ μὲν τῷ αὐτομάτῳ καὶ τύχῃ διδόναι τοῦδε τοῦ παντὸς τὴν αἰτίαν καὶ ξύστασιν ὡς ἄλογον καὶ</w:t>
      </w:r>
    </w:p>
    <w:p>
      <w:r>
        <w:rPr>
          <w:rFonts w:ascii="Courier New" w:hAnsi="Courier New"/>
          <w:color w:val="555555"/>
          <w:sz w:val="20"/>
        </w:rPr>
        <w:t>[5]</w:t>
      </w:r>
    </w:p>
    <w:p>
      <w:r>
        <w:rPr>
          <w:rFonts w:ascii="Gentium Plus" w:hAnsi="Gentium Plus"/>
          <w:sz w:val="24"/>
        </w:rPr>
        <w:t>ἀνδρὸς οὔτε νοῦν οὔτε αἴσθησιν κεκτημένου, δῆλόν που καὶ πρὸ ἔργου καὶ πολλοὶ καὶ ἱκανοὶ πρὸ τούτου καταβέβληνται δεικνύντες λόγοι.» Εἶτα πολλοὺς τοιούτους ἀνελίξας λόγους ἐπήγαγεν· «Οὕτω δὴ ἐξ ἑνὸς νοῦ καὶ τοῦ ἀπ’ αὐτοῦ λόγου ἀνέστη τόδε τὸ</w:t>
      </w:r>
    </w:p>
    <w:p>
      <w:r>
        <w:rPr>
          <w:rFonts w:ascii="Courier New" w:hAnsi="Courier New"/>
          <w:color w:val="555555"/>
          <w:sz w:val="20"/>
        </w:rPr>
        <w:t>[6 . 60]</w:t>
      </w:r>
    </w:p>
    <w:p>
      <w:r>
        <w:rPr>
          <w:rFonts w:ascii="Gentium Plus" w:hAnsi="Gentium Plus"/>
          <w:sz w:val="24"/>
        </w:rPr>
        <w:t>πᾶν καὶ διέστη.» Ταῦτα δὲ καὶ οὗτος ἐκ τῶν ἱερῶν λογίων σεσύ‐ ληκεν. Ἤκουσε γὰρ πάντως τῆς τῶν θείων εὐαγγελίων διδασκού‐ σης θεολογίας, ὡς «διὰ τοῦ λόγου πάντα ἐγένετο, καὶ χωρὶς αὐτοῦ ἐγένετο οὐδὲ ἕν.» Παμπόλλοις γὰρ ἔτεσιν οὗτός γε τῶν</w:t>
      </w:r>
    </w:p>
    <w:p>
      <w:r>
        <w:rPr>
          <w:rFonts w:ascii="Courier New" w:hAnsi="Courier New"/>
          <w:color w:val="555555"/>
          <w:sz w:val="20"/>
        </w:rPr>
        <w:t>[5]</w:t>
      </w:r>
    </w:p>
    <w:p>
      <w:r>
        <w:rPr>
          <w:rFonts w:ascii="Gentium Plus" w:hAnsi="Gentium Plus"/>
          <w:sz w:val="24"/>
        </w:rPr>
        <w:t>ἀποστόλων νεώτερος. Ἐκεῖνοι μὲν γὰρ ἐπὶ Τιβερίου Καίσαρος τῶν σωτηρίων ἥψαντο κηρυγμάτων, Τιβέριον δὲ διεδέξατο Γάϊος, ἐκεῖνον δὲ Κλαύδιος, εἶτα Νέρων καὶ Οὐεσπασιανὸς καὶ Τίτος καὶ Δομετιανὸς καὶ Νερούας καὶ Τραϊανὸς καὶ Ἀδριανὸς καὶ</w:t>
      </w:r>
    </w:p>
    <w:p>
      <w:r>
        <w:rPr>
          <w:rFonts w:ascii="Courier New" w:hAnsi="Courier New"/>
          <w:color w:val="555555"/>
          <w:sz w:val="20"/>
        </w:rPr>
        <w:t>[10]</w:t>
      </w:r>
    </w:p>
    <w:p>
      <w:r>
        <w:rPr>
          <w:rFonts w:ascii="Gentium Plus" w:hAnsi="Gentium Plus"/>
          <w:sz w:val="24"/>
        </w:rPr>
        <w:t>Ἀμμώνιος ὁ ἐπίκλην Σακκᾶς, τοὺς σάκκους καταλιπών, οἷς με‐ τέφερε τοὺς πυρούς, τὸν φιλόσοφον ἠσπάσατο βίον. Τούτῳ φοιτῆσαί φασιν Ὠριγένην τὸν ἡμέτερον, τῷ δὲ Πλωτῖνον τουτονί· τῆς δὲ</w:t>
      </w:r>
    </w:p>
    <w:p>
      <w:r>
        <w:rPr>
          <w:rFonts w:ascii="Courier New" w:hAnsi="Courier New"/>
          <w:color w:val="555555"/>
          <w:sz w:val="20"/>
        </w:rPr>
        <w:t>[6 . 61]</w:t>
      </w:r>
    </w:p>
    <w:p>
      <w:r>
        <w:rPr>
          <w:rFonts w:ascii="Gentium Plus" w:hAnsi="Gentium Plus"/>
          <w:sz w:val="24"/>
        </w:rPr>
        <w:t>Πλωτίνου διδασκαλίας τετύχηκεν ὁ Πορφύριος. Τὸν δὲ χρόνον οὐ τηνάλλως ἀδολεσχῶν ἐπεσημηνάμην, ἀλλὰ δεικνύς, ὡς οὐ μόνον τὰ τῶν Ἑβραίων οὗτος, καθάπερ ὁ Πλάτων, ἀλλὰ καὶ τὰ τῶν ἁλιέων καὶ τὰ τοῦ σκυτοτόμου παιδευθείς, μεμάθηκεν ἐκεῖθεν, ὡς</w:t>
      </w:r>
    </w:p>
    <w:p>
      <w:r>
        <w:rPr>
          <w:rFonts w:ascii="Courier New" w:hAnsi="Courier New"/>
          <w:color w:val="555555"/>
          <w:sz w:val="20"/>
        </w:rPr>
        <w:t>[5]</w:t>
      </w:r>
    </w:p>
    <w:p>
      <w:r>
        <w:rPr>
          <w:rFonts w:ascii="Gentium Plus" w:hAnsi="Gentium Plus"/>
          <w:sz w:val="24"/>
        </w:rPr>
        <w:t>ἐκ τοῦ νοῦ καὶ τοῦ ἀπ’ αὐτοῦ λόγου τὰ πάντα καὶ ξυνέστη καὶ διέστη καὶ τῆς προσηκούσης τετύχηκεν ἁρμονίας.</w:t>
      </w:r>
    </w:p>
    <w:p>
      <w:r>
        <w:rPr>
          <w:rFonts w:ascii="Courier New" w:hAnsi="Courier New"/>
          <w:color w:val="555555"/>
          <w:sz w:val="20"/>
        </w:rPr>
        <w:t>[6 . 62]</w:t>
      </w:r>
    </w:p>
    <w:p>
      <w:r>
        <w:rPr>
          <w:rFonts w:ascii="Gentium Plus" w:hAnsi="Gentium Plus"/>
          <w:sz w:val="24"/>
        </w:rPr>
        <w:t>Εἶτα τῶν διαβάλλειν τινὰ τῆς κτίσεως μόρια πειρωμένων διε‐ λέγχει τὴν ἄνοιαν, λέγων ὡδί· «Ὅλον γάρ τι ἐποίησε πάγκαλον καὶ αὔταρκες καὶ φίλον αὑτῷ καὶ τοῖς μέρεσι τοῖς αὑτοῦ, τοῖς τε κυριωτέροις καὶ τοῖς ἐλάττοσιν, ὡσαύτως προσφόροις. Ὁ τοίνυν</w:t>
      </w:r>
    </w:p>
    <w:p>
      <w:r>
        <w:rPr>
          <w:rFonts w:ascii="Courier New" w:hAnsi="Courier New"/>
          <w:color w:val="555555"/>
          <w:sz w:val="20"/>
        </w:rPr>
        <w:t>[5]</w:t>
      </w:r>
    </w:p>
    <w:p>
      <w:r>
        <w:rPr>
          <w:rFonts w:ascii="Gentium Plus" w:hAnsi="Gentium Plus"/>
          <w:sz w:val="24"/>
        </w:rPr>
        <w:t>ἐκ τῶν μερῶν τὸ ὅλον αἰτιώμενος ἄτοπος ἂν εἴη τῆς αἰτίας· τά τε γὰρ μέρη πρὸς αὐτὸ τὸ ὅλον δεῖ σκοπεῖν, εἰ ξύμφωνα καὶ ἁρμότ‐ τοντα ἐκείνῳ, τό τε ὅλον σκοπούμενον μὴ πρὸς μέρη ἄττα σμικρὰ βλέπειν· τοῦτο γὰρ οὐ τὸν κόσμον αἰτιωμένου, ἀλλά τινα τῶν αὐτοῦ χωρὶς λαβόντα, οἷον εἰ παντὸς ζῴου τρίχα ἢ τῶν χαμαὶ</w:t>
      </w:r>
    </w:p>
    <w:p>
      <w:r>
        <w:rPr>
          <w:rFonts w:ascii="Courier New" w:hAnsi="Courier New"/>
          <w:color w:val="555555"/>
          <w:sz w:val="20"/>
        </w:rPr>
        <w:t>[10]</w:t>
      </w:r>
    </w:p>
    <w:p>
      <w:r>
        <w:rPr>
          <w:rFonts w:ascii="Gentium Plus" w:hAnsi="Gentium Plus"/>
          <w:sz w:val="24"/>
        </w:rPr>
        <w:t>δακτύλων, ἀμελήσας τὸν πάντα ἄνθρωπον, δαιμονίαν τινὰ ὄψιν βλέπειν, ἢ νὴ Δία τὰ ἄλλα ζῷα ἀφεὶς τὸ εὐτελέστατον λαμβάνοι, ἢ τὸ ὅλον γένος παρείς, οἷον τὸ ἀνθρώπου, Θερσίτην εἰς μέσον</w:t>
      </w:r>
    </w:p>
    <w:p>
      <w:r>
        <w:rPr>
          <w:rFonts w:ascii="Courier New" w:hAnsi="Courier New"/>
          <w:color w:val="555555"/>
          <w:sz w:val="20"/>
        </w:rPr>
        <w:t>[15]</w:t>
      </w:r>
    </w:p>
    <w:p>
      <w:r>
        <w:rPr>
          <w:rFonts w:ascii="Gentium Plus" w:hAnsi="Gentium Plus"/>
          <w:sz w:val="24"/>
        </w:rPr>
        <w:t>κἀγὼ ἐκεῖθεν ἐγενόμην τέλειος ἐκ πάντων ζῴων καὶ ἱκανὸς ἐμαυτῷ καὶ αὐτάρκης οὐδενὸς δεόμενος, ὅτι πάντα ἐν ἐμοί, καὶ τὰ φυτὰ</w:t>
      </w:r>
    </w:p>
    <w:p>
      <w:r>
        <w:rPr>
          <w:rFonts w:ascii="Courier New" w:hAnsi="Courier New"/>
          <w:color w:val="555555"/>
          <w:sz w:val="20"/>
        </w:rPr>
        <w:t>[6 . 63]</w:t>
      </w:r>
    </w:p>
    <w:p>
      <w:r>
        <w:rPr>
          <w:rFonts w:ascii="Gentium Plus" w:hAnsi="Gentium Plus"/>
          <w:sz w:val="24"/>
        </w:rPr>
        <w:t>καὶ τὰ ζῷα καὶ ξυμπάντων τῶν γενητῶν ἡ φύσις.» Διὰ δὲ τούτων δεδήλωκεν ἑτέραν κλοπήν, ὧν σεσύληκεν. Ἀκηκοέναι γάρ μοι δοκεῖ τοῦ θεσπεσίου Δαυὶδ λέγοντος· «Οἱ οὐρανοὶ διηγοῦνται δόξαν Θεοῦ, ποίησιν δὲ χειρῶν αὐτοῦ ἀναγγέλλει τὸ στερέωμα.»</w:t>
      </w:r>
    </w:p>
    <w:p>
      <w:r>
        <w:rPr>
          <w:rFonts w:ascii="Courier New" w:hAnsi="Courier New"/>
          <w:color w:val="555555"/>
          <w:sz w:val="20"/>
        </w:rPr>
        <w:t>[5]</w:t>
      </w:r>
    </w:p>
    <w:p>
      <w:r>
        <w:rPr>
          <w:rFonts w:ascii="Gentium Plus" w:hAnsi="Gentium Plus"/>
          <w:sz w:val="24"/>
        </w:rPr>
        <w:t>Καὶ μετ’ ὀλίγα δὲ δείκνυσι τὸ τῶν γεγενημένων διάφορον, καί φησιν· «Τὰ μὲν τοῦ εἶναι μετέχειν δοκεῖ μόνον, τὰ δὲ τοῦ ζῆν, τὰ δὲ μᾶλλον ἐν τῷ αἰσθάνεσθαι, τὰ δὲ ἤδη λόγον ἔχει, τὰ δὲ πᾶσαν ζωήν. Οὐδὲ γὰρ τὰ ἴσα ἀπαιτεῖν δεῖ τοῖς μὴ ἴσοις· οὐδὲ γὰρ δακτύλων τὸ βλέπειν, ἀλλ’ ὀφθαλμῶν τοῦτο· δακτύλου δὲ</w:t>
      </w:r>
    </w:p>
    <w:p>
      <w:r>
        <w:rPr>
          <w:rFonts w:ascii="Courier New" w:hAnsi="Courier New"/>
          <w:color w:val="555555"/>
          <w:sz w:val="20"/>
        </w:rPr>
        <w:t>[6 . 64]</w:t>
      </w:r>
    </w:p>
    <w:p>
      <w:r>
        <w:rPr>
          <w:rFonts w:ascii="Gentium Plus" w:hAnsi="Gentium Plus"/>
          <w:sz w:val="24"/>
        </w:rPr>
        <w:t>ἄλλο, τὸ εἶναι οἶμαι δακτύλῳ καὶ τὸ αὑτοῦ ἔχειν.» Μετέχειν δὲ τοῦ εἶναι μόνον τοὺς λίθους ἔφη καὶ τὰ προσόμοια τούτοις, τὰ δέ γε φυτὰ μεταλαχεῖν καὶ τοῦ ζῆν, αἴσθησιν δ’ ἔχειν μετὰ τοῦ ζῆν τὰ ἄλογα εἴρηκε, λόγου δὲ μετειληχέναι τῶν ἀνθρώπων τὸ</w:t>
      </w:r>
    </w:p>
    <w:p>
      <w:r>
        <w:rPr>
          <w:rFonts w:ascii="Courier New" w:hAnsi="Courier New"/>
          <w:color w:val="555555"/>
          <w:sz w:val="20"/>
        </w:rPr>
        <w:t>[5]</w:t>
      </w:r>
    </w:p>
    <w:p>
      <w:r>
        <w:rPr>
          <w:rFonts w:ascii="Gentium Plus" w:hAnsi="Gentium Plus"/>
          <w:sz w:val="24"/>
        </w:rPr>
        <w:t>γένος, τελείαν δὲ ζωὴν ἔχειν τῶν ἀσωμάτων τὴν φύσιν, τούτοις δὲ ἐπήγαγεν· «Πῦρ δὲ εἰ ὑπὸ ὕδατος σβέννυται καὶ ἕτερον εἰ ὑπὸ πυρὸς φθείρεται, μὴ θαυμάσῃς· καὶ γὰρ εἰς τὸ εἶναι ἄλλος αὐτὰ ἤγαγεν.»</w:t>
      </w:r>
    </w:p>
    <w:p>
      <w:r>
        <w:rPr>
          <w:rFonts w:ascii="Courier New" w:hAnsi="Courier New"/>
          <w:color w:val="555555"/>
          <w:sz w:val="20"/>
        </w:rPr>
        <w:t>[6 . 65]</w:t>
      </w:r>
    </w:p>
    <w:p>
      <w:r>
        <w:rPr>
          <w:rFonts w:ascii="Gentium Plus" w:hAnsi="Gentium Plus"/>
          <w:sz w:val="24"/>
        </w:rPr>
        <w:t>Καὶ ἀρετῆς δὲ πέρι καὶ κακίας ἐν τῇ αὐτῇ διαλέξει τοιαῦτα διέξεισιν· «Πολλὰ δὲ καὶ ὑπ’ ἄλλων πάσχει καὶ ἀκόντων τῶν ποιούντων καὶ πρὸς ἄλλο ἱεμένων. Τὰ δὲ δι’ αὑτὰ ἔχοντα κίνησιν αὐτεξούσιον ζῷα ῥέποι ἂν ὁτὲ μὲν πρὸς τὰ βελτίω, ὁτὲ δὲ πρὸς</w:t>
      </w:r>
    </w:p>
    <w:p>
      <w:r>
        <w:rPr>
          <w:rFonts w:ascii="Courier New" w:hAnsi="Courier New"/>
          <w:color w:val="555555"/>
          <w:sz w:val="20"/>
        </w:rPr>
        <w:t>[5]</w:t>
      </w:r>
    </w:p>
    <w:p>
      <w:r>
        <w:rPr>
          <w:rFonts w:ascii="Gentium Plus" w:hAnsi="Gentium Plus"/>
          <w:sz w:val="24"/>
        </w:rPr>
        <w:t>τὰ χείρω· τὴν δὲ πρὸς τὰ χείρω τροπὴν παρ’ αὐτοῦ ζητεῖν, ἴσως οὐκ ἄξιον· ὀλίγη γὰρ κατ’ ἀρχὰς τροπὴ γενομένη προϊοῦσα αὕτη πλέον καὶ μεῖζον τὸ ἁμαρτανόμενον ἀεὶ ποιεῖ· καὶ σῶμα δὲ ξύνεστι καὶ ἐξ ἀνάγκης ἐπιθυμία· καὶ παροφθὲν τὸ πρῶτον καὶ τὸ ἐξαίφνης καὶ μὴ ἀναληφθὲν αὐτίκα, καὶ αἵρεσιν εἰς ὅ τις</w:t>
      </w:r>
    </w:p>
    <w:p>
      <w:r>
        <w:rPr>
          <w:rFonts w:ascii="Courier New" w:hAnsi="Courier New"/>
          <w:color w:val="555555"/>
          <w:sz w:val="20"/>
        </w:rPr>
        <w:t>[10]</w:t>
      </w:r>
    </w:p>
    <w:p>
      <w:r>
        <w:rPr>
          <w:rFonts w:ascii="Gentium Plus" w:hAnsi="Gentium Plus"/>
          <w:sz w:val="24"/>
        </w:rPr>
        <w:t>ἐξέπεσεν ἐνειργάσατο. Ἕπεταί γε μὴν δίκη· καὶ οὐκ ἄδικον τοιόνδε γενόμενον ἀκόλουθα πάσχειν τῇ διαθέσει, οὐδὲ ἀπαιτη‐ τέον τούτοις τὸ εὐδαιμονεῖν ὑπάρχειν, οἷς μὴ εἴργασται εὐδαιμο‐ νίας ἄξια. Οἱ δὲ ἀγαθοὶ μόνοι εὐδαίμονες· διὰ γὰρ τοῦτο καὶ θεοὶ εὐδαίμονες. Εἰ τοίνυν καὶ ψυχαῖς ἐν τῷδε τῷ παντὶ ἔξεστιν εὐδαι‐</w:t>
      </w:r>
    </w:p>
    <w:p>
      <w:r>
        <w:rPr>
          <w:rFonts w:ascii="Courier New" w:hAnsi="Courier New"/>
          <w:color w:val="555555"/>
          <w:sz w:val="20"/>
        </w:rPr>
        <w:t>[15]</w:t>
      </w:r>
    </w:p>
    <w:p>
      <w:r>
        <w:rPr>
          <w:rFonts w:ascii="Gentium Plus" w:hAnsi="Gentium Plus"/>
          <w:sz w:val="24"/>
        </w:rPr>
        <w:t>μονεῖν, εἴ τινες οὐκ εὐδαίμονες, οὐκ αἰτιατέον τὸ πᾶν, ἀλλὰ τὰς ἐκείνων ἀδυναμίας μὴ δυνηθείσας καλῶς ἐναγωνίσασθαι, οὗ δὴ ἆθλα ἀρετῆς πρόκειται· καὶ μὴ θείους δὲ γενομένους θεῖον βίον</w:t>
      </w:r>
    </w:p>
    <w:p>
      <w:r>
        <w:rPr>
          <w:rFonts w:ascii="Courier New" w:hAnsi="Courier New"/>
          <w:color w:val="555555"/>
          <w:sz w:val="20"/>
        </w:rPr>
        <w:t>[6 . 66]</w:t>
      </w:r>
    </w:p>
    <w:p>
      <w:r>
        <w:rPr>
          <w:rFonts w:ascii="Gentium Plus" w:hAnsi="Gentium Plus"/>
          <w:sz w:val="24"/>
        </w:rPr>
        <w:t>μὴ ἔχειν τί δεινόν;» Εἶτα καὶ τὰς δυσκληρίας ἀπαριθμεῖται καὶ λέγει ταύτας ἀναγκαίας εἶναι τοῖς ἁμαρτάνουσι· «Πενία γάρ» φησι «καὶ νόσοι τοῖς μὲν ἀγαθοῖς οὐδέν, τοῖς δὲ κακοῖς ξυμφορά, καὶ ἀνάγκη νοσεῖν σώματα ἔχουσιν· καὶ οὐκ ἀχρεῖα δὲ οὐδὲ ταῦτα</w:t>
      </w:r>
    </w:p>
    <w:p>
      <w:r>
        <w:rPr>
          <w:rFonts w:ascii="Courier New" w:hAnsi="Courier New"/>
          <w:color w:val="555555"/>
          <w:sz w:val="20"/>
        </w:rPr>
        <w:t>[6 . 67]</w:t>
      </w:r>
    </w:p>
    <w:p>
      <w:r>
        <w:rPr>
          <w:rFonts w:ascii="Gentium Plus" w:hAnsi="Gentium Plus"/>
          <w:sz w:val="24"/>
        </w:rPr>
        <w:t>παντάπασιν εἰς ξύνταξιν καὶ ξυμπλήρωσιν τοῦ ὅλου.» Ἔπειτα</w:t>
      </w:r>
    </w:p>
    <w:p>
      <w:r>
        <w:rPr>
          <w:rFonts w:ascii="Courier New" w:hAnsi="Courier New"/>
          <w:color w:val="555555"/>
          <w:sz w:val="20"/>
        </w:rPr>
        <w:t>[5]</w:t>
      </w:r>
    </w:p>
    <w:p>
      <w:r>
        <w:rPr>
          <w:rFonts w:ascii="Gentium Plus" w:hAnsi="Gentium Plus"/>
          <w:sz w:val="24"/>
        </w:rPr>
        <w:t>παρασχομένη. Καὶ γὰρ ἐγρηγορότας ἐποίησε καὶ νοῦν καὶ ξύνεσιν ἐγείρει πονηρίας ὁδοῖς ἀντιταττομένων, καὶ μανθάνειν δὲ ποιεῖ οἷον ἀγαθὸν ἀρετὴ παραθέσει κακῶν ὧν οἱ πονηροὶ ἔχουσιν. Καὶ οὐ γέγονε τὰ κακὰ διὰ ταῦτα, ἀλλ’ ὅτι χρῆται καὶ αὐτοῖς εἰς δέον, ἐπείπερ ἐγένετο, εἴρηται. Τοῦτο δὲ δυνάμεως μεγίστης,</w:t>
      </w:r>
    </w:p>
    <w:p>
      <w:r>
        <w:rPr>
          <w:rFonts w:ascii="Courier New" w:hAnsi="Courier New"/>
          <w:color w:val="555555"/>
          <w:sz w:val="20"/>
        </w:rPr>
        <w:t>[10]</w:t>
      </w:r>
    </w:p>
    <w:p>
      <w:r>
        <w:rPr>
          <w:rFonts w:ascii="Gentium Plus" w:hAnsi="Gentium Plus"/>
          <w:sz w:val="24"/>
        </w:rPr>
        <w:t>καλῶς καὶ τοῖς κακοῖς χρήσασθαι δύνασθαι καὶ τοῖς ἀμόρφοις γενομένοις εἰς ἑτέρας μορφὰς χρήσασθαι ἱκανὴν εἶναι. Ὅλως δὲ</w:t>
      </w:r>
    </w:p>
    <w:p>
      <w:r>
        <w:rPr>
          <w:rFonts w:ascii="Courier New" w:hAnsi="Courier New"/>
          <w:color w:val="555555"/>
          <w:sz w:val="20"/>
        </w:rPr>
        <w:t>[6 . 68]</w:t>
      </w:r>
    </w:p>
    <w:p>
      <w:r>
        <w:rPr>
          <w:rFonts w:ascii="Gentium Plus" w:hAnsi="Gentium Plus"/>
          <w:sz w:val="24"/>
        </w:rPr>
        <w:t>τὸ κακὸν ἔλλειψιν ἀγαθοῦ θετέον.» Καὶ μετὰ πολλοὺς δὲ τοιού‐ τους λόγους παραινεῖ μὴ ἀκριβῶς ἐν τῷ μικτῷ ζῴῳ μηδὲ ἀκραι‐ φνῶς τὸ ἀγαθὸν ἀπαιτεῖν, καί φησιν· «Πρῶτον τοίνυν λεκτέον ὡς τὸ καλὸν ἐν τῷ μικτῷ ζητοῦντας χρὴ μὴ πάντῃ ἀπαιτεῖν, ἀλλ’</w:t>
      </w:r>
    </w:p>
    <w:p>
      <w:r>
        <w:rPr>
          <w:rFonts w:ascii="Courier New" w:hAnsi="Courier New"/>
          <w:color w:val="555555"/>
          <w:sz w:val="20"/>
        </w:rPr>
        <w:t>[5]</w:t>
      </w:r>
    </w:p>
    <w:p>
      <w:r>
        <w:rPr>
          <w:rFonts w:ascii="Gentium Plus" w:hAnsi="Gentium Plus"/>
          <w:sz w:val="24"/>
        </w:rPr>
        <w:t>ὅσον τὸ καλῶς ἐν τῷ μικτῷ ἔχει, μηδὲ ἐν δευτέροις ζητεῖν τὰ πρῶτα, ἀλλ’ ἐπειδὴ καὶ σῶμα ἔχει, ξυγχωρεῖν καὶ παρὰ τούτου ἰέναι εἰς τὸ πᾶν, ἀπαιτεῖν δὲ παρὰ τοῦ λόγου, ὅσον ἠδύνατο δέ‐</w:t>
      </w:r>
    </w:p>
    <w:p>
      <w:r>
        <w:rPr>
          <w:rFonts w:ascii="Courier New" w:hAnsi="Courier New"/>
          <w:color w:val="555555"/>
          <w:sz w:val="20"/>
        </w:rPr>
        <w:t>[6 . 69]</w:t>
      </w:r>
    </w:p>
    <w:p>
      <w:r>
        <w:rPr>
          <w:rFonts w:ascii="Gentium Plus" w:hAnsi="Gentium Plus"/>
          <w:sz w:val="24"/>
        </w:rPr>
        <w:t>ξασθαι τὸ μῖγμα εἰ μηδὲν τούτῳ ἐλλείπει.» Εἶτα νεμεσᾷ τοῖς ἀγωνίζεσθαι μὲν ὑπὲρ ἀρετῆς μὴ βουλομένοις, σώζεσθαι δὲ ἀξιοῦσι παρὰ Θεοῦ, καί φησιν· «Νῦν δὲ οἱ μὲν ἄοπλοι, οἱ δὲ ὁπλισθέντες κρατοῦσιν, ἔνθα οὐ θεὸν ἔδει ὑπὲρ τῶν ἀπολέμων αὐτὸν μάχεσθαι·</w:t>
      </w:r>
    </w:p>
    <w:p>
      <w:r>
        <w:rPr>
          <w:rFonts w:ascii="Courier New" w:hAnsi="Courier New"/>
          <w:color w:val="555555"/>
          <w:sz w:val="20"/>
        </w:rPr>
        <w:t>[5]</w:t>
      </w:r>
    </w:p>
    <w:p>
      <w:r>
        <w:rPr>
          <w:rFonts w:ascii="Gentium Plus" w:hAnsi="Gentium Plus"/>
          <w:sz w:val="24"/>
        </w:rPr>
        <w:t>σώζεσθαι γὰρ ἐκ πολέμων φησὶ δεῖν ὁ νόμος ἀνδριζομένους, ἀλλ’</w:t>
      </w:r>
    </w:p>
    <w:p>
      <w:r>
        <w:rPr>
          <w:rFonts w:ascii="Courier New" w:hAnsi="Courier New"/>
          <w:color w:val="555555"/>
          <w:sz w:val="20"/>
        </w:rPr>
        <w:t>[10]</w:t>
      </w:r>
    </w:p>
    <w:p>
      <w:r>
        <w:rPr>
          <w:rFonts w:ascii="Gentium Plus" w:hAnsi="Gentium Plus"/>
          <w:sz w:val="24"/>
        </w:rPr>
        <w:t>πάντα τὰ κατὰ τὸν βίον γνώμῃ τῇ ἑαυτῶν πράττειν, κἂν μὴ ταύτῃ πράττωσιν ᾗ θεοῖς φίλα, σώζεσθαι δὲ μόνον παρὰ θεῶν οὐδὲ ταῦτα ποιήσαντας, δι’ ὧν κελεύουσι τούτους οἱ θεοὶ σώζεσθαι. Καὶ τοίνυν οἱ θάνατοι αὐτοῖς βελτίους ἢ τὸ οὕτω ζῶντας εἶναι, ὅπως ζῆν αὐτοὺς οὐκ ἐθέλουσιν οἱ ἐν τῷ παντὶ νόμοι· ὥστε τῶν ἐναντίων</w:t>
      </w:r>
    </w:p>
    <w:p>
      <w:r>
        <w:rPr>
          <w:rFonts w:ascii="Courier New" w:hAnsi="Courier New"/>
          <w:color w:val="555555"/>
          <w:sz w:val="20"/>
        </w:rPr>
        <w:t>[15]</w:t>
      </w:r>
    </w:p>
    <w:p>
      <w:r>
        <w:rPr>
          <w:rFonts w:ascii="Gentium Plus" w:hAnsi="Gentium Plus"/>
          <w:sz w:val="24"/>
        </w:rPr>
        <w:t>γινομένων, εἰρήνης ἐν ἀνοίαις καὶ κακίαις πάσαις φυλαττομένης, ἀτόπως ἂν ἔσχε τὰ προνοίας, ἐώσης κρατεῖν οὕτω τὰ χείρω. Ἄρχουσι δὲ οἱ κακοὶ ἀρχομένων ἀνανδρίᾳ· τοῦτο γὰρ δίκαιον, καὶ οὐκ ἐκεῖνο. Οὐ γὰρ δὴ οὕτω τὴν πρόνοιαν εἶναι δεῖ, ὥστε μηδὲν ἡμᾶς εἶναι· πάντα δὲ οὔσης προνοίας καὶ μόνης αὐτῆς</w:t>
      </w:r>
    </w:p>
    <w:p>
      <w:r>
        <w:rPr>
          <w:rFonts w:ascii="Courier New" w:hAnsi="Courier New"/>
          <w:color w:val="555555"/>
          <w:sz w:val="20"/>
        </w:rPr>
        <w:t>[20]</w:t>
      </w:r>
    </w:p>
    <w:p>
      <w:r>
        <w:rPr>
          <w:rFonts w:ascii="Gentium Plus" w:hAnsi="Gentium Plus"/>
          <w:sz w:val="24"/>
        </w:rPr>
        <w:t>οὐδ’ ἂν εἴη· τίνος γὰρ ἂν ἔτι εἴη; ἀλλὰ μόνον ἂν εἴη τὸ θεῖον.»</w:t>
      </w:r>
    </w:p>
    <w:p>
      <w:r>
        <w:rPr>
          <w:rFonts w:ascii="Courier New" w:hAnsi="Courier New"/>
          <w:color w:val="555555"/>
          <w:sz w:val="20"/>
        </w:rPr>
        <w:t>[6 . 70]</w:t>
      </w:r>
    </w:p>
    <w:p>
      <w:r>
        <w:rPr>
          <w:rFonts w:ascii="Gentium Plus" w:hAnsi="Gentium Plus"/>
          <w:sz w:val="24"/>
        </w:rPr>
        <w:t>Καὶ μετ’ ὀλίγα δὲ δείκνυσι τῶν ἀγαθῶν τὰ ἆθλα· «Τοῖς μὲν γὰρ ἀγαθοῖς» φησι «γενομένοις ἀγαθὸν βίον ἔσεσθαι καὶ κεῖσθαι καὶ εἰς ὕστερον· τοῖς δὲ κακοῖς τἀναντία. Κακοὺς δὲ γενομένους ἀξιοῦν ἄλλους αὐτῶν σωτῆρας εἶναι ἑαυτοὺς προεμένους οὐ θεμι‐</w:t>
      </w:r>
    </w:p>
    <w:p>
      <w:r>
        <w:rPr>
          <w:rFonts w:ascii="Courier New" w:hAnsi="Courier New"/>
          <w:color w:val="555555"/>
          <w:sz w:val="20"/>
        </w:rPr>
        <w:t>[6 . 71]</w:t>
      </w:r>
    </w:p>
    <w:p>
      <w:r>
        <w:rPr>
          <w:rFonts w:ascii="Gentium Plus" w:hAnsi="Gentium Plus"/>
          <w:sz w:val="24"/>
        </w:rPr>
        <w:t>τὸν εὐχὴν ποιουμένων.» Εἶτα καὶ περὶ τῶν ἄλλων ζῴων ὧδέ φησιν· «Ἐπεὶ καὶ τοῖς ἄλλοις ὅσα ἐλάττω ζῷα αὐτοῦ κόσμον</w:t>
      </w:r>
    </w:p>
    <w:p>
      <w:r>
        <w:rPr>
          <w:rFonts w:ascii="Courier New" w:hAnsi="Courier New"/>
          <w:color w:val="555555"/>
          <w:sz w:val="20"/>
        </w:rPr>
        <w:t>[5]</w:t>
      </w:r>
    </w:p>
    <w:p>
      <w:r>
        <w:rPr>
          <w:rFonts w:ascii="Gentium Plus" w:hAnsi="Gentium Plus"/>
          <w:sz w:val="24"/>
        </w:rPr>
        <w:t>νους. Ἀνάγκη δὲ καὶ ταῦτα εἶναι· καὶ αἱ μὲν πρόδηλοι παρ’ αὐτῶν ὠφέλειαι, τὰς δὲ οὐ φανερὰς ἀνεῦρε πολλὰς ὁ χρόνος, ὥστε μηδὲν αὐτῶν μάτην μηδὲ ἀνθρώποις εἶναι. Γελοῖον δὲ ὅτι καὶ ἄγρια πολλὰ αὐτῶν μέμφεσθαι, γινομένων καὶ ἀνθρώπων</w:t>
      </w:r>
    </w:p>
    <w:p>
      <w:r>
        <w:rPr>
          <w:rFonts w:ascii="Courier New" w:hAnsi="Courier New"/>
          <w:color w:val="555555"/>
          <w:sz w:val="20"/>
        </w:rPr>
        <w:t>[6 . 72]</w:t>
      </w:r>
    </w:p>
    <w:p>
      <w:r>
        <w:rPr>
          <w:rFonts w:ascii="Gentium Plus" w:hAnsi="Gentium Plus"/>
          <w:sz w:val="24"/>
        </w:rPr>
        <w:t>ἀγρίων.» Καὶ μεθ’ ἕτερα δὲ πλεῖστα καὶ ταῦτα ἔφη· «Ἡμεῖς δέ, ὥσπερ οἱ ἄπειροι γραφικῆς τέχνης αἰτιῶνται, ὡς οὐ καλὰ χρώματα πανταχοῦ, ὁ δὲ ἄρα τὰ προσήκοντα ἀπέδωκεν ἑκάστῳ τόπῳ, ἢ εἴ τις δρᾶμα μέμφοιτο, ὅτι μὴ πάντες ἥρωες ἐν</w:t>
      </w:r>
    </w:p>
    <w:p>
      <w:r>
        <w:rPr>
          <w:rFonts w:ascii="Courier New" w:hAnsi="Courier New"/>
          <w:color w:val="555555"/>
          <w:sz w:val="20"/>
        </w:rPr>
        <w:t>[5]</w:t>
      </w:r>
    </w:p>
    <w:p>
      <w:r>
        <w:rPr>
          <w:rFonts w:ascii="Gentium Plus" w:hAnsi="Gentium Plus"/>
          <w:sz w:val="24"/>
        </w:rPr>
        <w:t>αὐτῷ, ἀλλὰ καὶ οἰκέτης καί τις ἄγροικος καὶ φαύλως φθεγγόμε‐ νος· τὸ δὲ οὐ καλόν ἐστιν, εἴ τις τοὺς χείρους ἐξέλοι, καὶ ἐκ</w:t>
      </w:r>
    </w:p>
    <w:p>
      <w:r>
        <w:rPr>
          <w:rFonts w:ascii="Courier New" w:hAnsi="Courier New"/>
          <w:color w:val="555555"/>
          <w:sz w:val="20"/>
        </w:rPr>
        <w:t>[6 . 73]</w:t>
      </w:r>
    </w:p>
    <w:p>
      <w:r>
        <w:rPr>
          <w:rFonts w:ascii="Gentium Plus" w:hAnsi="Gentium Plus"/>
          <w:sz w:val="24"/>
        </w:rPr>
        <w:t>τούτων ξυμπληρούμενον.» Καὶ πᾶσα δὲ ἡ διάλεξις, καὶ ἡ προ‐ τέρα καὶ ἡ δευτέρα, τούτων τῶν λόγων ἀνάπλεως. Ἐγὼ δὲ τὸ μῆκος φεύγων τὰ πλείονα παραλείψω· καὶ Ξενοφῶντι τῷ Σω‐ κρατικῷ καὶ Ἐπικτήτῳ τῷ Στωϊκῷ καὶ ἄλλοις πλείοσι μάρτυσι</w:t>
      </w:r>
    </w:p>
    <w:p>
      <w:r>
        <w:rPr>
          <w:rFonts w:ascii="Courier New" w:hAnsi="Courier New"/>
          <w:color w:val="555555"/>
          <w:sz w:val="20"/>
        </w:rPr>
        <w:t>[5]</w:t>
      </w:r>
    </w:p>
    <w:p>
      <w:r>
        <w:rPr>
          <w:rFonts w:ascii="Gentium Plus" w:hAnsi="Gentium Plus"/>
          <w:sz w:val="24"/>
        </w:rPr>
        <w:t>δυνάμενος χρήσασθαι καὶ φυσικαῖς ἀποδείξεσιν οἷός τε ὢν δι‐ ελέγξαι τῶν ἀπιστούντων τῷδε τῷ λόγῳ τὴν ἄνοιαν, ἀποχρῆν οἶμαι τὰ ξυνειλεγμένα εἴς γε τὴν τῆς ἀληθείας βεβαίωσιν.</w:t>
      </w:r>
    </w:p>
    <w:p>
      <w:r>
        <w:rPr>
          <w:rFonts w:ascii="Courier New" w:hAnsi="Courier New"/>
          <w:color w:val="555555"/>
          <w:sz w:val="20"/>
        </w:rPr>
        <w:t>[6 . 74]</w:t>
      </w:r>
    </w:p>
    <w:p>
      <w:r>
        <w:rPr>
          <w:rFonts w:ascii="Gentium Plus" w:hAnsi="Gentium Plus"/>
          <w:sz w:val="24"/>
        </w:rPr>
        <w:t>Ἐκεῖνο δὲ μόνον τοῖς εἰρημένοις προύργου προσθεῖναι νενό‐ μικα, ὡς δήλου γε ὄντος, ὅτι προνοεῖ τῶν ὅλων ὁ ποιητής, ἄμα‐ χος δήπουθεν καὶ ἀναμφισβήτητος δέδεικται τῆς τοῦ Σωτῆρος</w:t>
      </w:r>
    </w:p>
    <w:p>
      <w:r>
        <w:rPr>
          <w:rFonts w:ascii="Courier New" w:hAnsi="Courier New"/>
          <w:color w:val="555555"/>
          <w:sz w:val="20"/>
        </w:rPr>
        <w:t>[5]</w:t>
      </w:r>
    </w:p>
    <w:p>
      <w:r>
        <w:rPr>
          <w:rFonts w:ascii="Gentium Plus" w:hAnsi="Gentium Plus"/>
          <w:sz w:val="24"/>
        </w:rPr>
        <w:t>τοῖς μὴ οὖσι τὸ εἶναι δωρησαμένῳ μὴ παριδεῖν διολλυμένην τῶν ἀνθρώπων τὴν φύσιν, ἧς ἕνεκεν τὰ ὁρώμενα κατεσκεύασεν ἅπαντα.</w:t>
      </w:r>
    </w:p>
    <w:p>
      <w:r>
        <w:rPr>
          <w:rFonts w:ascii="Courier New" w:hAnsi="Courier New"/>
          <w:color w:val="555555"/>
          <w:sz w:val="20"/>
        </w:rPr>
        <w:t>[6 . 75]</w:t>
      </w:r>
    </w:p>
    <w:p>
      <w:r>
        <w:rPr>
          <w:rFonts w:ascii="Gentium Plus" w:hAnsi="Gentium Plus"/>
          <w:sz w:val="24"/>
        </w:rPr>
        <w:t>Ἥ τε γὰρ γῆ τούτων ἐστὶν ἐνδιαίτημα, καὶ τὸν οὐρανὸν ὄροφον ἔχουσι· καὶ ἀὴρ καὶ θάλαττα καὶ ποταμοὶ καὶ πηγαὶ καὶ νεφῶν ὠδῖνες καὶ δρόσοι καὶ αὖραι, καὶ μέντοι καὶ φυτὰ κάρπιμά τε καὶ ἄκαρπα καὶ ζῷα χερσαῖά τε καὶ πτηνὰ καὶ νηκτὰ καὶ ἀμφίβια καὶ</w:t>
      </w:r>
    </w:p>
    <w:p>
      <w:r>
        <w:rPr>
          <w:rFonts w:ascii="Courier New" w:hAnsi="Courier New"/>
          <w:color w:val="555555"/>
          <w:sz w:val="20"/>
        </w:rPr>
        <w:t>[5]</w:t>
      </w:r>
    </w:p>
    <w:p>
      <w:r>
        <w:rPr>
          <w:rFonts w:ascii="Gentium Plus" w:hAnsi="Gentium Plus"/>
          <w:sz w:val="24"/>
        </w:rPr>
        <w:t>βοτανῶν γένη μυρία καὶ ὕλαι μεταλλικαὶ τῷ γένει τῶν ἀνθρώ‐</w:t>
      </w:r>
    </w:p>
    <w:p>
      <w:r>
        <w:rPr>
          <w:rFonts w:ascii="Courier New" w:hAnsi="Courier New"/>
          <w:color w:val="555555"/>
          <w:sz w:val="20"/>
        </w:rPr>
        <w:t>[6 . 76]</w:t>
      </w:r>
    </w:p>
    <w:p>
      <w:r>
        <w:rPr>
          <w:rFonts w:ascii="Gentium Plus" w:hAnsi="Gentium Plus"/>
          <w:sz w:val="24"/>
        </w:rPr>
        <w:t>πων τὴν χρείαν προσφέρουσιν. Καὶ μὲν δὴ καὶ ἥλιος καὶ σελήνη καὶ τῶν ἀστέρων τὸ πλῆθος, διχῇ τὸν χρόνον διελόντες, ἴσως αὐτὸν διενείμαντο· καὶ ὁ μὲν φωτίζει τὴν ἡμέραν καὶ πρὸς ἐργα‐ σίαν καλεῖ, ἡ δὲ μετὰ τῶν ἄστρων τὴν νυκτερινὴν ἔλαχε δᾳδου‐</w:t>
      </w:r>
    </w:p>
    <w:p>
      <w:r>
        <w:rPr>
          <w:rFonts w:ascii="Courier New" w:hAnsi="Courier New"/>
          <w:color w:val="555555"/>
          <w:sz w:val="20"/>
        </w:rPr>
        <w:t>[6 . 77]</w:t>
      </w:r>
    </w:p>
    <w:p>
      <w:r>
        <w:rPr>
          <w:rFonts w:ascii="Gentium Plus" w:hAnsi="Gentium Plus"/>
          <w:sz w:val="24"/>
        </w:rPr>
        <w:t>χίαν. Οὐ τοίνυν παριδεῖν ὁ τοῦ παντὸς Κύριος ὑπέλαβε δίκαιον τὸν οὗ χάριν ταῦτα πάντα ἐγένετο ὑπὸ τῆς ἁμαρτίας πολιορκού‐ μενον καὶ ὡς δορίληπτον τῷ θανάτῳ παραδιδόμενον, καὶ διὰ τοῦτο τὴν ἀνθρωπείαν ὑπέδυ μορφὴν καὶ τὴν ἀόρατον τῇ ὁρωμένῃ κα‐</w:t>
      </w:r>
    </w:p>
    <w:p>
      <w:r>
        <w:rPr>
          <w:rFonts w:ascii="Courier New" w:hAnsi="Courier New"/>
          <w:color w:val="555555"/>
          <w:sz w:val="20"/>
        </w:rPr>
        <w:t>[5]</w:t>
      </w:r>
    </w:p>
    <w:p>
      <w:r>
        <w:rPr>
          <w:rFonts w:ascii="Gentium Plus" w:hAnsi="Gentium Plus"/>
          <w:sz w:val="24"/>
        </w:rPr>
        <w:t>τεκάλυψε φύσιν, καὶ τήν τε ὁρωμένην ἀναμάρτητον διεφύλαξε</w:t>
      </w:r>
    </w:p>
    <w:p>
      <w:r>
        <w:rPr>
          <w:rFonts w:ascii="Courier New" w:hAnsi="Courier New"/>
          <w:color w:val="555555"/>
          <w:sz w:val="20"/>
        </w:rPr>
        <w:t>[6 . 78]</w:t>
      </w:r>
    </w:p>
    <w:p>
      <w:r>
        <w:rPr>
          <w:rFonts w:ascii="Gentium Plus" w:hAnsi="Gentium Plus"/>
          <w:sz w:val="24"/>
        </w:rPr>
        <w:t>καὶ τὴν κεκρυμμένην ἀκήρατον διετήρησεν· οὔτε γὰρ αὕτη τῶν τῆς σαρκὸς μετέλαχε παθημάτων, οὔτε ἡ σὰρξ τῶν τῆς ἁμαρτίας κηλίδων μετέσχηκεν. Ῥᾷστον μὲν γὰρ ἦν αὐτῷ καὶ δίχα τοῦ τῆς σαρκὸς προκαλύμματος πραγματεύσασθαι τῶν ἀνθρώπων τὴν</w:t>
      </w:r>
    </w:p>
    <w:p>
      <w:r>
        <w:rPr>
          <w:rFonts w:ascii="Courier New" w:hAnsi="Courier New"/>
          <w:color w:val="555555"/>
          <w:sz w:val="20"/>
        </w:rPr>
        <w:t>[5]</w:t>
      </w:r>
    </w:p>
    <w:p>
      <w:r>
        <w:rPr>
          <w:rFonts w:ascii="Gentium Plus" w:hAnsi="Gentium Plus"/>
          <w:sz w:val="24"/>
        </w:rPr>
        <w:t>σωτηρίαν καὶ βουλήσει μόνῃ καταλῦσαι τοῦ θανάτου τὴν δυνα‐ στείαν καὶ τὴν τούτου μητέρα, τὴν ἁμαρτίαν, φροῦδον παντελῶς ἀποφῆναι καὶ τὸν παμπόνηρον δαίμονα, τὸν ταύτην ὠδίναντα, ἐξελάσαι τῆς γῆς καὶ παραπέμψαι τῷ ζόφῳ, ᾧ γε μικρὸν ὕστερον αὐτὸν παραδώσειν ἠπείλησεν· ἀλλ’ οὐκ ἐβουλήθη τὴν ἐξουσίαν,</w:t>
      </w:r>
    </w:p>
    <w:p>
      <w:r>
        <w:rPr>
          <w:rFonts w:ascii="Courier New" w:hAnsi="Courier New"/>
          <w:color w:val="555555"/>
          <w:sz w:val="20"/>
        </w:rPr>
        <w:t>[6 . 79]</w:t>
      </w:r>
    </w:p>
    <w:p>
      <w:r>
        <w:rPr>
          <w:rFonts w:ascii="Gentium Plus" w:hAnsi="Gentium Plus"/>
          <w:sz w:val="24"/>
        </w:rPr>
        <w:t>ἀλλὰ τῆς προνοίας ἐπιδεῖξαι τὸ δίκαιον. Ὥσπερ γὰρ οὐρανόθεν διαλεχθῆναι τοῖς ἀνθρώποις δυνάμενος καὶ τοὺς ῥᾳστώνῃ ξυ‐ ζῶντας δεδίξασθαι, τοῦτο μὲν οὐ πεποίηκεν, εἰδὼς οὐ χωροῦσαν τοῦτο τῶν ἀνθρώπων τὴν φύσιν, ἀλλ’ ὀλιγάκις μὲν ἐπεφάνη,</w:t>
      </w:r>
    </w:p>
    <w:p>
      <w:r>
        <w:rPr>
          <w:rFonts w:ascii="Courier New" w:hAnsi="Courier New"/>
          <w:color w:val="555555"/>
          <w:sz w:val="20"/>
        </w:rPr>
        <w:t>[5]</w:t>
      </w:r>
    </w:p>
    <w:p>
      <w:r>
        <w:rPr>
          <w:rFonts w:ascii="Gentium Plus" w:hAnsi="Gentium Plus"/>
          <w:sz w:val="24"/>
        </w:rPr>
        <w:t>ξυμμέτρους τοῖς ὁρῶσι τὰς ἐπιφανείας ποιούμενος, ἀεὶ δὲ δι’</w:t>
      </w:r>
    </w:p>
    <w:p>
      <w:r>
        <w:rPr>
          <w:rFonts w:ascii="Courier New" w:hAnsi="Courier New"/>
          <w:color w:val="555555"/>
          <w:sz w:val="20"/>
        </w:rPr>
        <w:t>[10]</w:t>
      </w:r>
    </w:p>
    <w:p>
      <w:r>
        <w:rPr>
          <w:rFonts w:ascii="Gentium Plus" w:hAnsi="Gentium Plus"/>
          <w:sz w:val="24"/>
        </w:rPr>
        <w:t>ἐχρήσατο οὐδ’ οὐρανόθεν γεγωνοτάτην καὶ πᾶσιν ἀνθρώποις ξύμμετρον ἀφῆκε φωνήν, ἀλλ’ ἐν μήτρᾳ παρθενικῇ τὴν ἀνθρω‐ πείαν ἑαυτῷ περιπήξας σκηνήν, προῆλθεν ἐκεῖθεν ἄνθρωπος ὁρώμενος καὶ Θεὸς προσκυνούμενος, ἐκ μὲν τῆς τοῦ Πατρὸς οὐσίας πρὸ τῶν αἰώνων γεγεννημένος, ἐκ δὲ τῆς παρθένου λαβὼν</w:t>
      </w:r>
    </w:p>
    <w:p>
      <w:r>
        <w:rPr>
          <w:rFonts w:ascii="Courier New" w:hAnsi="Courier New"/>
          <w:color w:val="555555"/>
          <w:sz w:val="20"/>
        </w:rPr>
        <w:t>[6 . 80]</w:t>
      </w:r>
    </w:p>
    <w:p>
      <w:r>
        <w:rPr>
          <w:rFonts w:ascii="Gentium Plus" w:hAnsi="Gentium Plus"/>
          <w:sz w:val="24"/>
        </w:rPr>
        <w:t>τὸ φαινόμενον, πρόσφατος ὁ αὐτὸς καὶ αἰώνιος. Οὐ γὰρ ξυνέχεε τὰς φύσεις ἡ ἕνωσις οὐδὲ πεποίηκεν ὑπὸ χρόνον τῶν χρόνων τὸν ποιητὴν οὐδέ γε τὸ ἐν χρόνῳ γενόμενον ἀπέφηνε προαιώνιον, ἀλλ’ ἑκατέρα φύσις μεμένηκεν ἀκραιφνής, ἡ μὲν τῶν τῆς φύσεως</w:t>
      </w:r>
    </w:p>
    <w:p>
      <w:r>
        <w:rPr>
          <w:rFonts w:ascii="Courier New" w:hAnsi="Courier New"/>
          <w:color w:val="555555"/>
          <w:sz w:val="20"/>
        </w:rPr>
        <w:t>[5]</w:t>
      </w:r>
    </w:p>
    <w:p>
      <w:r>
        <w:rPr>
          <w:rFonts w:ascii="Gentium Plus" w:hAnsi="Gentium Plus"/>
          <w:sz w:val="24"/>
        </w:rPr>
        <w:t>παθημάτων ἀνεχομένη, πείνης λέγω καὶ δίψης, ὕπνου καὶ κόπου καὶ σταυροῦ καὶ θανάτου, ἡ δὲ ἐνεργοῦσα τὰ θεῖα καὶ ξυνήθως θαυματουργοῦσα, βαδίζειν ἐπὶ θαλάττης σώματος πόδας παρα‐ σκευάζουσα καὶ πέντε ἄρτους κόρῳ πολλῶν χιλιάδων ἐξαρκέσαι κελεύουσα καὶ τὸν τότε πρῶτον γενόμενον οἶνον δωρουμένη τῷ</w:t>
      </w:r>
    </w:p>
    <w:p>
      <w:r>
        <w:rPr>
          <w:rFonts w:ascii="Courier New" w:hAnsi="Courier New"/>
          <w:color w:val="555555"/>
          <w:sz w:val="20"/>
        </w:rPr>
        <w:t>[10]</w:t>
      </w:r>
    </w:p>
    <w:p>
      <w:r>
        <w:rPr>
          <w:rFonts w:ascii="Gentium Plus" w:hAnsi="Gentium Plus"/>
          <w:sz w:val="24"/>
        </w:rPr>
        <w:t>γάμῳ καὶ τὰ πεπηρωμένα θεραπεύουσα σώματα, καὶ οὓς μὲν ἡ φύσις ἐν τῇ μήτρᾳ διαπλάττουσα παρέλιπεν ὀφθαλμοὺς πηλῷ δημιουργοῦσα, λόγῳ δὲ τὰ παρειμένα μέλη σφίγγουσα καὶ τοὺς τάφους ἀνοίγουσα καὶ τοὺς κειμένους καλοῦσα καὶ τρέχειν παρα‐ σκευάζουσα καὶ τἄλλα ποιοῦσα, ὅσα αἱ τῶν θείων εὐαγγελίων</w:t>
      </w:r>
    </w:p>
    <w:p>
      <w:r>
        <w:rPr>
          <w:rFonts w:ascii="Courier New" w:hAnsi="Courier New"/>
          <w:color w:val="555555"/>
          <w:sz w:val="20"/>
        </w:rPr>
        <w:t>[15]</w:t>
      </w:r>
    </w:p>
    <w:p>
      <w:r>
        <w:rPr>
          <w:rFonts w:ascii="Gentium Plus" w:hAnsi="Gentium Plus"/>
          <w:sz w:val="24"/>
        </w:rPr>
        <w:t>ἱστορίαι διδάσκουσιν.</w:t>
      </w:r>
    </w:p>
    <w:p>
      <w:r>
        <w:rPr>
          <w:rFonts w:ascii="Courier New" w:hAnsi="Courier New"/>
          <w:color w:val="555555"/>
          <w:sz w:val="20"/>
        </w:rPr>
        <w:t>[6 . 81]</w:t>
      </w:r>
    </w:p>
    <w:p>
      <w:r>
        <w:rPr>
          <w:rFonts w:ascii="Gentium Plus" w:hAnsi="Gentium Plus"/>
          <w:sz w:val="24"/>
        </w:rPr>
        <w:t>Εἰ δὲ ταῦτα μὲν θαυμάζετε καὶ Θεῷ γε πρόσφορά φατε εἶναι,</w:t>
      </w:r>
    </w:p>
    <w:p>
      <w:r>
        <w:rPr>
          <w:rFonts w:ascii="Courier New" w:hAnsi="Courier New"/>
          <w:color w:val="555555"/>
          <w:sz w:val="20"/>
        </w:rPr>
        <w:t>[5]</w:t>
      </w:r>
    </w:p>
    <w:p>
      <w:r>
        <w:rPr>
          <w:rFonts w:ascii="Gentium Plus" w:hAnsi="Gentium Plus"/>
          <w:sz w:val="24"/>
        </w:rPr>
        <w:t>γινόμενα, ἀλλ’ ὑπολαμβάνειν ἄμεινον ἐκείνης τὸ πρακτέον εὑρίσκειν. Ἐγὼ δὲ καὶ τοῦτο εὖ οἶδα, ὡς εἰ καὶ ἕτερον ἐμηχανή‐ σατο θεραπείας τρόπον, κἀκείνῳ ἐνεμεσᾶτε ἂν δήπουθεν· δυσά‐ ρεστοι γὰρ ὑμεῖς καὶ σκώπτειν μόνον εἰδότες τὰ τῆς θείας οἰκο‐</w:t>
      </w:r>
    </w:p>
    <w:p>
      <w:r>
        <w:rPr>
          <w:rFonts w:ascii="Courier New" w:hAnsi="Courier New"/>
          <w:color w:val="555555"/>
          <w:sz w:val="20"/>
        </w:rPr>
        <w:t>[6 . 82]</w:t>
      </w:r>
    </w:p>
    <w:p>
      <w:r>
        <w:rPr>
          <w:rFonts w:ascii="Gentium Plus" w:hAnsi="Gentium Plus"/>
          <w:sz w:val="24"/>
        </w:rPr>
        <w:t>νομίας μυστήρια. Ἐπειδὴ δὲ τῆς σοφίας τὴν ἄβυσσον νικᾶν ταῖς ἐπινοίαις νεανιεύεσθε, δείξατε δὴ ὑμεῖς τῆς ἡμετέρας σωτηρίας ἀμείνονα μηχανήν. Ἀλλ’ οὐκ ἂν ἐπιδεῖξαι δυνήσαισθε. Τοσαύτῃ γὰρ ἐχρήσατο φιλανθρωπίας ὑπερβολῇ, ὡς ἀπιστεῖσθαι παρ’</w:t>
      </w:r>
    </w:p>
    <w:p>
      <w:r>
        <w:rPr>
          <w:rFonts w:ascii="Courier New" w:hAnsi="Courier New"/>
          <w:color w:val="555555"/>
          <w:sz w:val="20"/>
        </w:rPr>
        <w:t>[5]</w:t>
      </w:r>
    </w:p>
    <w:p>
      <w:r>
        <w:rPr>
          <w:rFonts w:ascii="Gentium Plus" w:hAnsi="Gentium Plus"/>
          <w:sz w:val="24"/>
        </w:rPr>
        <w:t>ὑμῶν καὶ τῶν παραπλησίων ὑμῖν, ὅτι δὴ ὁ μονογενὴς τοῦ Θεοῦ υἱός, ὁ πρὸ τῶν αἰώνων Θεὸς Λόγος, ὁ τῶν ὅλων δημιουργός, τὴν ἀνθρωπείαν φύσιν λαβὼν ἐνηνθρώπησε καὶ τὴν ἡμετέραν</w:t>
      </w:r>
    </w:p>
    <w:p>
      <w:r>
        <w:rPr>
          <w:rFonts w:ascii="Courier New" w:hAnsi="Courier New"/>
          <w:color w:val="555555"/>
          <w:sz w:val="20"/>
        </w:rPr>
        <w:t>[6 . 83]</w:t>
      </w:r>
    </w:p>
    <w:p>
      <w:r>
        <w:rPr>
          <w:rFonts w:ascii="Gentium Plus" w:hAnsi="Gentium Plus"/>
          <w:sz w:val="24"/>
        </w:rPr>
        <w:t>ἐπραγματεύσατο σωτηρίαν. Καίτοι καὶ τοὺς ἰατροὺς ἐκείνους θαυμάζετε, οἳ οὐκ ἄλλοις προσφέρειν τὴν θεραπείαν κελεύου‐ σιν, ἀλλ’ αὐτοὶ τῆς ἀμπεχόνης γυμνούμενοι καὶ τὸν χιτωνίσκον διαζωσάμενοι τὸν σίδηρον μεταχειρίζουσι καὶ τὴν τομὴν ἐπιφέρουσι</w:t>
      </w:r>
    </w:p>
    <w:p>
      <w:r>
        <w:rPr>
          <w:rFonts w:ascii="Courier New" w:hAnsi="Courier New"/>
          <w:color w:val="555555"/>
          <w:sz w:val="20"/>
        </w:rPr>
        <w:t>[5]</w:t>
      </w:r>
    </w:p>
    <w:p>
      <w:r>
        <w:rPr>
          <w:rFonts w:ascii="Gentium Plus" w:hAnsi="Gentium Plus"/>
          <w:sz w:val="24"/>
        </w:rPr>
        <w:t>καὶ δυσοσμίας ἀνέχονται καὶ τοῦ ἰχῶρος δέχονται τὰς ῥανίδας καὶ καταιονῶσι τῇ σπογγιᾷ καὶ τὰ φάρμακα ἐπιπάττουσι καὶ τἄλλα</w:t>
      </w:r>
    </w:p>
    <w:p>
      <w:r>
        <w:rPr>
          <w:rFonts w:ascii="Courier New" w:hAnsi="Courier New"/>
          <w:color w:val="555555"/>
          <w:sz w:val="20"/>
        </w:rPr>
        <w:t>[6 . 84]</w:t>
      </w:r>
    </w:p>
    <w:p>
      <w:r>
        <w:rPr>
          <w:rFonts w:ascii="Gentium Plus" w:hAnsi="Gentium Plus"/>
          <w:sz w:val="24"/>
        </w:rPr>
        <w:t>δρῶσιν, ὅσα τῆς ἰατρικῆς τέχνης ὁ νόμος διαγορεύει. Καὶ μέντοι καὶ τοὺς βασιλέας ἐκείνους θαυμάζειν τε καὶ εὐφημεῖν φίλον ὑμῖν, οὐ τοὺς ἐν τοῖς βασιλικοῖς τρεφομένους θαλάμοις καὶ χλι‐ δῆς παντοίας ἀπολαύοντας, ἀλλὰ τοὺς προκινδυνεύειν τῶν ὑπη‐</w:t>
      </w:r>
    </w:p>
    <w:p>
      <w:r>
        <w:rPr>
          <w:rFonts w:ascii="Courier New" w:hAnsi="Courier New"/>
          <w:color w:val="555555"/>
          <w:sz w:val="20"/>
        </w:rPr>
        <w:t>[5]</w:t>
      </w:r>
    </w:p>
    <w:p>
      <w:r>
        <w:rPr>
          <w:rFonts w:ascii="Gentium Plus" w:hAnsi="Gentium Plus"/>
          <w:sz w:val="24"/>
        </w:rPr>
        <w:t>κόων ἀνεχομένους καὶ στρατιωτικὴν περιβαλλομένους σκευὴν καὶ πρὸ τῆς φάλαγγος ἀριστεύοντας.</w:t>
      </w:r>
    </w:p>
    <w:p>
      <w:r>
        <w:rPr>
          <w:rFonts w:ascii="Courier New" w:hAnsi="Courier New"/>
          <w:color w:val="555555"/>
          <w:sz w:val="20"/>
        </w:rPr>
        <w:t>[6 . 85]</w:t>
      </w:r>
    </w:p>
    <w:p>
      <w:r>
        <w:rPr>
          <w:rFonts w:ascii="Gentium Plus" w:hAnsi="Gentium Plus"/>
          <w:sz w:val="24"/>
        </w:rPr>
        <w:t>Εἰ δέ φατε· τί δήποτε μὴ πάλαι τοῦτο δέδρακε τῶν ὅλων ὁ ποιητής; ἐπιμέμψασθε καὶ τοῖς ἰατροῖς, ὅτι ἔσχατα φυλάττουσι</w:t>
      </w:r>
    </w:p>
    <w:p>
      <w:r>
        <w:rPr>
          <w:rFonts w:ascii="Courier New" w:hAnsi="Courier New"/>
          <w:color w:val="555555"/>
          <w:sz w:val="20"/>
        </w:rPr>
        <w:t>[6 . 86]</w:t>
      </w:r>
    </w:p>
    <w:p>
      <w:r>
        <w:rPr>
          <w:rFonts w:ascii="Gentium Plus" w:hAnsi="Gentium Plus"/>
          <w:sz w:val="24"/>
        </w:rPr>
        <w:t>νοι, τὰ δυνατώτατα προσφέρουσιν ὕστατα. Τοῦτο δὴ καὶ ὁ πάν‐ σοφος πεποίηκε τῶν ἡμετέρων ψυχῶν ἰατρός. Πολλὰ γὰρ δὴ καὶ διάφορα προσενεγκὼν φάρμακα, διὰ μὲν τῆς κτίσεως καὶ τῆς φύσεως πᾶσιν ἀνθρώποις, διὰ δὲ νόμου καὶ προφητῶν Ἑβραίοις,</w:t>
      </w:r>
    </w:p>
    <w:p>
      <w:r>
        <w:rPr>
          <w:rFonts w:ascii="Courier New" w:hAnsi="Courier New"/>
          <w:color w:val="555555"/>
          <w:sz w:val="20"/>
        </w:rPr>
        <w:t>[5]</w:t>
      </w:r>
    </w:p>
    <w:p>
      <w:r>
        <w:rPr>
          <w:rFonts w:ascii="Gentium Plus" w:hAnsi="Gentium Plus"/>
          <w:sz w:val="24"/>
        </w:rPr>
        <w:t>ὕστερον τὸ παναλκὲς τοῦτο καὶ σωτήριον προσενήνοχε φάρμακον</w:t>
      </w:r>
    </w:p>
    <w:p>
      <w:r>
        <w:rPr>
          <w:rFonts w:ascii="Courier New" w:hAnsi="Courier New"/>
          <w:color w:val="555555"/>
          <w:sz w:val="20"/>
        </w:rPr>
        <w:t>[6 . 87]</w:t>
      </w:r>
    </w:p>
    <w:p>
      <w:r>
        <w:rPr>
          <w:rFonts w:ascii="Gentium Plus" w:hAnsi="Gentium Plus"/>
          <w:sz w:val="24"/>
        </w:rPr>
        <w:t>καὶ τὴν νόσον ἐξήλασεν. Καὶ μαρτυρεῖ τῷ λόγῳ τὰ πράγματα, γῆ καὶ θάλαττα τῆς προτέρας ἀγνοίας ἀπηλλαγμέναι, πεπαυμέ‐ νος τῶν εἰδώλων ὁ πλάνος, τῆς ἀγνοίας ὁ ζόφος ἐληλαμένος, τοῦ τῆς γνώσεως φωτὸς αἱ ἀκτῖνες τὴν οἰκουμένην ἐμπλήσασαι,</w:t>
      </w:r>
    </w:p>
    <w:p>
      <w:r>
        <w:rPr>
          <w:rFonts w:ascii="Courier New" w:hAnsi="Courier New"/>
          <w:color w:val="555555"/>
          <w:sz w:val="20"/>
        </w:rPr>
        <w:t>[5]</w:t>
      </w:r>
    </w:p>
    <w:p>
      <w:r>
        <w:rPr>
          <w:rFonts w:ascii="Gentium Plus" w:hAnsi="Gentium Plus"/>
          <w:sz w:val="24"/>
        </w:rPr>
        <w:t>Ἕλληνες καὶ Ῥωμαῖοι καὶ βάρβαροι τὸν ἐσταυρωμένον θεολο‐ γοῦντες καὶ τοῦ σταυροῦ τὸ σημεῖον γεραίροντες καὶ ἀντὶ τῶν πολλῶν καὶ ψευδωνύμων θεῶν τῇ Τριάδι λατρεύοντες, τὰ τῶν δαιμόνων τεμένη φροῦδα γεγενημένα, οἱ βωμοὶ τῶν εἰδώλων ἐκ βάθρων ἀνεσπασμένοι, ἐκκλησίαι περιφανεῖς πανταχῇ δεδομημέ‐</w:t>
      </w:r>
    </w:p>
    <w:p>
      <w:r>
        <w:rPr>
          <w:rFonts w:ascii="Courier New" w:hAnsi="Courier New"/>
          <w:color w:val="555555"/>
          <w:sz w:val="20"/>
        </w:rPr>
        <w:t>[10]</w:t>
      </w:r>
    </w:p>
    <w:p>
      <w:r>
        <w:rPr>
          <w:rFonts w:ascii="Gentium Plus" w:hAnsi="Gentium Plus"/>
          <w:sz w:val="24"/>
        </w:rPr>
        <w:t>ναι, ἐν πόλεσιν, ἐν κώμαις, ἐν ἀγροῖς, ἐν ἐσχατιαῖς σηκοὶ μαρτύ‐ ρων εἰς κάλλος ἐξειργασμένοι, ἀσκητῶν καταγωγαὶ τὰς τῶν ὀρέων κορυφὰς ἁγιάζουσαι καὶ τὰς ἀοικήτους ἐρήμους οἰκίζουσαι.</w:t>
      </w:r>
    </w:p>
    <w:p>
      <w:r>
        <w:rPr>
          <w:rFonts w:ascii="Courier New" w:hAnsi="Courier New"/>
          <w:color w:val="555555"/>
          <w:sz w:val="20"/>
        </w:rPr>
        <w:t>[6 . 88]</w:t>
      </w:r>
    </w:p>
    <w:p>
      <w:r>
        <w:rPr>
          <w:rFonts w:ascii="Gentium Plus" w:hAnsi="Gentium Plus"/>
          <w:sz w:val="24"/>
        </w:rPr>
        <w:t>Ταῦτα καὶ τὰ τούτοις ὅμοια τῆς τοῦ Σωτῆρος ἡμῶν οἰκονομίας τὸ θεοπρεπὲς ἐπιδείκνυσι, μαρτυροῦσι δὲ καὶ αἱ παλαιαὶ προ‐ φητεῖαι τοῖς εὐαγγελίοις ἀλήθειαν· Αἱ μὲν γὰρ τὴν τούτων ἔχουσι πρόρρησιν, τὰ δὲ τῆς προρρήσεως ἐπιδεικνύει τὸ τέλος.</w:t>
      </w:r>
    </w:p>
    <w:p>
      <w:r>
        <w:rPr>
          <w:rFonts w:ascii="Courier New" w:hAnsi="Courier New"/>
          <w:color w:val="555555"/>
          <w:sz w:val="20"/>
        </w:rPr>
        <w:t>[5]</w:t>
      </w:r>
    </w:p>
    <w:p>
      <w:r>
        <w:rPr>
          <w:rFonts w:ascii="Gentium Plus" w:hAnsi="Gentium Plus"/>
          <w:sz w:val="24"/>
        </w:rPr>
        <w:t>Καὶ οἱ μὲν προεῖπον τῆς παρθένου τὴν γέννησιν, οἱ δὲ διδάσκουσι τὴν τῆς προφητείας ἀλήθειαν· οἱ μὲν προεθέσπισαν τὸν σταυρόν, οἱ δὲ δεικνύουσι τὸν σταυρόν· οἱ μὲν προεῖπον τὰ θαύματα, οἱ</w:t>
      </w:r>
    </w:p>
    <w:p>
      <w:r>
        <w:rPr>
          <w:rFonts w:ascii="Courier New" w:hAnsi="Courier New"/>
          <w:color w:val="555555"/>
          <w:sz w:val="20"/>
        </w:rPr>
        <w:t>[6 . 89]</w:t>
      </w:r>
    </w:p>
    <w:p>
      <w:r>
        <w:rPr>
          <w:rFonts w:ascii="Gentium Plus" w:hAnsi="Gentium Plus"/>
          <w:sz w:val="24"/>
        </w:rPr>
        <w:t>δὲ ἱστοροῦσι τὰ θαύματα· οἱ μὲν ἐχρησμῴδησαν τῆς οἰκουμένης τὴν σωτηρίαν, ἡμεῖς δὲ τῶν χρησμῶν ἐκείνων θεωροῦμεν τὸ τέ‐</w:t>
      </w:r>
    </w:p>
    <w:p>
      <w:r>
        <w:rPr>
          <w:rFonts w:ascii="Courier New" w:hAnsi="Courier New"/>
          <w:color w:val="555555"/>
          <w:sz w:val="20"/>
        </w:rPr>
        <w:t>[5]</w:t>
      </w:r>
    </w:p>
    <w:p>
      <w:r>
        <w:rPr>
          <w:rFonts w:ascii="Gentium Plus" w:hAnsi="Gentium Plus"/>
          <w:sz w:val="24"/>
        </w:rPr>
        <w:t>καὶ τὴν δουλείαν ὁρῶμεν. Ἐγὼ δέ, εἰ μὴ τῷ μήκει τοῦ λόγου</w:t>
      </w:r>
    </w:p>
    <w:p>
      <w:r>
        <w:rPr>
          <w:rFonts w:ascii="Courier New" w:hAnsi="Courier New"/>
          <w:color w:val="555555"/>
          <w:sz w:val="20"/>
        </w:rPr>
        <w:t>[6 . 90]</w:t>
      </w:r>
    </w:p>
    <w:p>
      <w:r>
        <w:rPr>
          <w:rFonts w:ascii="Gentium Plus" w:hAnsi="Gentium Plus"/>
          <w:sz w:val="24"/>
        </w:rPr>
        <w:t>καὶ ὑμᾶς καὶ τοὺς εἰς ὕστερον ἐντευξομένους ἀποκναίσειν ἐτό‐ παζον, καὶ αὐτὰς ἂν ὑμῖν τῶν θεσπεσίων προφητῶν τὰς προρ‐ ρήσεις παρέθηκα, ἵνα ἀκριβέστερον διὰ τῶν πραγμάτων ἐμάθετε τὴν τῶν ῥημάτων ἀλήθειαν· ἐπειδὴ δὲ τοῦτό με ποιεῖν οὐκ ἐᾷ</w:t>
      </w:r>
    </w:p>
    <w:p>
      <w:r>
        <w:rPr>
          <w:rFonts w:ascii="Courier New" w:hAnsi="Courier New"/>
          <w:color w:val="555555"/>
          <w:sz w:val="20"/>
        </w:rPr>
        <w:t>[5]</w:t>
      </w:r>
    </w:p>
    <w:p>
      <w:r>
        <w:rPr>
          <w:rFonts w:ascii="Gentium Plus" w:hAnsi="Gentium Plus"/>
          <w:sz w:val="24"/>
        </w:rPr>
        <w:t>τῶν εἰρημένων τὸ πλῆθος, ἀξιῶ ὑμᾶς, ὦ ἄνδρες, καὶ ταῖς προ‐ φητείαις πιστεῦσαι καὶ τῶν πραγμάτων ἐπακοῦσαι βοώντων καὶ πεισθῆναι δέ γε Εὐριπίδῃ τῷ τραγῳδοποιῷ ἐν Οἰνομάῳ λέγοντι· τεκμαιρόμεσθα τοῖς παροῦσι τἀφανές, καὶ πάλιν ἐν Φοίνικι·</w:t>
      </w:r>
    </w:p>
    <w:p>
      <w:r>
        <w:rPr>
          <w:rFonts w:ascii="Courier New" w:hAnsi="Courier New"/>
          <w:color w:val="555555"/>
          <w:sz w:val="20"/>
        </w:rPr>
        <w:t>[10]</w:t>
      </w:r>
    </w:p>
    <w:p>
      <w:r>
        <w:rPr>
          <w:rFonts w:ascii="Gentium Plus" w:hAnsi="Gentium Plus"/>
          <w:sz w:val="24"/>
        </w:rPr>
        <w:t>τἀφανὲς τεκμηρίοισιν ἐοικότως ἁλίσκεται.</w:t>
      </w:r>
    </w:p>
    <w:p>
      <w:r>
        <w:rPr>
          <w:rFonts w:ascii="Courier New" w:hAnsi="Courier New"/>
          <w:color w:val="555555"/>
          <w:sz w:val="20"/>
        </w:rPr>
        <w:t>[6 . 91]</w:t>
      </w:r>
    </w:p>
    <w:p>
      <w:r>
        <w:rPr>
          <w:rFonts w:ascii="Gentium Plus" w:hAnsi="Gentium Plus"/>
          <w:sz w:val="24"/>
        </w:rPr>
        <w:t>Εἰ δὲ οὐκ ἀξιόχρεως ὑμῖν εἰς μαρτυρίαν τῆς τραγῳδίας ὁ ποιητής, Ὑπερίδου τοῦ ῥήτορος ἐπακούσατε λέγοντος· «Ἃ δ’ ἐστὶν ἀφανῆ, ἀνάγκη τοὺς διδάσκοντας τεκμηρίοις καὶ τοῖς εἰκόσι ζητεῖν.» Καὶ Ἰσοκράτης δέ—τῶν ἐνδόξων δὲ καὶ οὗτος ὁ ῥήτωρ</w:t>
      </w:r>
    </w:p>
    <w:p>
      <w:r>
        <w:rPr>
          <w:rFonts w:ascii="Courier New" w:hAnsi="Courier New"/>
          <w:color w:val="555555"/>
          <w:sz w:val="20"/>
        </w:rPr>
        <w:t>[5]</w:t>
      </w:r>
    </w:p>
    <w:p>
      <w:r>
        <w:rPr>
          <w:rFonts w:ascii="Gentium Plus" w:hAnsi="Gentium Plus"/>
          <w:sz w:val="24"/>
        </w:rPr>
        <w:t>—ξύμφωνα περὶ τούτου γέγραφεν· «Δεῖ» γάρ φησι «τὰ μέλ‐ λοντα τοῖς προγεγενημένοις τεκμαίρεσθαι». Ἀλλὰ γὰρ καὶ Ἀν‐ δοκίδης, εἷς δὲ τῶν δέκα καὶ οὗτος· «Χρή» φησι «τεκμηρίοις</w:t>
      </w:r>
    </w:p>
    <w:p>
      <w:r>
        <w:rPr>
          <w:rFonts w:ascii="Courier New" w:hAnsi="Courier New"/>
          <w:color w:val="555555"/>
          <w:sz w:val="20"/>
        </w:rPr>
        <w:t>[6 . 92]</w:t>
      </w:r>
    </w:p>
    <w:p>
      <w:r>
        <w:rPr>
          <w:rFonts w:ascii="Gentium Plus" w:hAnsi="Gentium Plus"/>
          <w:sz w:val="24"/>
        </w:rPr>
        <w:t>κεχρῆσθαι τοῖς προγεγενημένοις περὶ τῶν μελλόντων.» Ἐπειδὴ</w:t>
      </w:r>
    </w:p>
    <w:p>
      <w:r>
        <w:rPr>
          <w:rFonts w:ascii="Courier New" w:hAnsi="Courier New"/>
          <w:color w:val="555555"/>
          <w:sz w:val="20"/>
        </w:rPr>
        <w:t>[5]</w:t>
      </w:r>
    </w:p>
    <w:p>
      <w:r>
        <w:rPr>
          <w:rFonts w:ascii="Gentium Plus" w:hAnsi="Gentium Plus"/>
          <w:sz w:val="24"/>
        </w:rPr>
        <w:t>τὴν τοῦ Θεοῦ καὶ Σωτῆρος ἡμῶν ἐπιφάνειαν, καὶ τὸν περὶ τῆς οἰκονομίας ἀσπάσησθε λόγον καὶ τῆς ἀξιεράστου καὶ τριποθήτου</w:t>
      </w:r>
    </w:p>
    <w:p>
      <w:pPr>
        <w:jc w:val="center"/>
      </w:pPr>
      <w:r>
        <w:rPr>
          <w:rFonts w:ascii="Gentium Plus" w:hAnsi="Gentium Plus"/>
          <w:b/>
          <w:sz w:val="24"/>
        </w:rPr>
        <w:t>ΠΕΡΙ ΘΥΣΙΩΝ.</w:t>
      </w:r>
    </w:p>
    <w:p>
      <w:r>
        <w:rPr>
          <w:rFonts w:ascii="Courier New" w:hAnsi="Courier New"/>
          <w:color w:val="555555"/>
          <w:sz w:val="20"/>
        </w:rPr>
        <w:t>[7 . 1]</w:t>
      </w:r>
    </w:p>
    <w:p>
      <w:r>
        <w:rPr>
          <w:rFonts w:ascii="Gentium Plus" w:hAnsi="Gentium Plus"/>
          <w:sz w:val="24"/>
        </w:rPr>
        <w:t>Φιλοπαίγμονες ὡς ἐπίπαν καὶ φιλογέλωτες τῶν ἀνθρώπων οἱ πλεῖστοι· καὶ θυμήρης αὐτοῖς οὐχ ὁ σπουδαῖος καὶ ξύντονος, ἀλλ’ ὁ ὑγρὸς καὶ ἀνειμένος βίος. Ὅθεν δὴ καὶ ῥᾷστα κεκράτηκεν αὐτῶν ὁ παμπόνηρος δαίμων. Οὐ γάρ τοι τὴν ὄρθιον ἐκείνην</w:t>
      </w:r>
    </w:p>
    <w:p>
      <w:r>
        <w:rPr>
          <w:rFonts w:ascii="Courier New" w:hAnsi="Courier New"/>
          <w:color w:val="555555"/>
          <w:sz w:val="20"/>
        </w:rPr>
        <w:t>[5]</w:t>
      </w:r>
    </w:p>
    <w:p>
      <w:r>
        <w:rPr>
          <w:rFonts w:ascii="Gentium Plus" w:hAnsi="Gentium Plus"/>
          <w:sz w:val="24"/>
        </w:rPr>
        <w:t>καὶ στενὴν καὶ τραχεῖαν καὶ δύσπορον καὶ προσάντη βαίνειν ἐκέ‐ λευσεν, ἀλλὰ τὴν πρανῆ καὶ κατάντη καὶ λείαν καὶ εὔπορον.</w:t>
      </w:r>
    </w:p>
    <w:p>
      <w:r>
        <w:rPr>
          <w:rFonts w:ascii="Courier New" w:hAnsi="Courier New"/>
          <w:color w:val="555555"/>
          <w:sz w:val="20"/>
        </w:rPr>
        <w:t>[7 . 2]</w:t>
      </w:r>
    </w:p>
    <w:p>
      <w:r>
        <w:rPr>
          <w:rFonts w:ascii="Gentium Plus" w:hAnsi="Gentium Plus"/>
          <w:sz w:val="24"/>
        </w:rPr>
        <w:t>Οὐδὲ γὰρ σωφροσύνης αὐτοὺς καὶ δικαιοσύνης ἐπιμελεῖσθαι προσ‐ έταξεν, ἀλλ’ ἀκολασταίνειν αὐτοὺς ἀδεῶς καὶ ἀσελγαίνειν καὶ πᾶσαν τολμᾶν ἀνέδην παρανομίαν ἐπέτρεψεν. Τῷ τοι καὶ μάλα ῥᾳδίως τοὺς πλείστους ἐξηνδραπόδισεν. Τό τε γὰρ ἐπίπονον τῆς</w:t>
      </w:r>
    </w:p>
    <w:p>
      <w:r>
        <w:rPr>
          <w:rFonts w:ascii="Courier New" w:hAnsi="Courier New"/>
          <w:color w:val="555555"/>
          <w:sz w:val="20"/>
        </w:rPr>
        <w:t>[5]</w:t>
      </w:r>
    </w:p>
    <w:p>
      <w:r>
        <w:rPr>
          <w:rFonts w:ascii="Gentium Plus" w:hAnsi="Gentium Plus"/>
          <w:sz w:val="24"/>
        </w:rPr>
        <w:t>ἀρετῆς ἀποφυγγάνοντες καὶ τῶν θείων νόμων τοὺς ἱδρῶτας δια‐ διδράσκοντες, ηὐτομόλησαν εὐπετῶς πρὸς τὸν τὰ ῥᾷστα καὶ</w:t>
      </w:r>
    </w:p>
    <w:p>
      <w:r>
        <w:rPr>
          <w:rFonts w:ascii="Courier New" w:hAnsi="Courier New"/>
          <w:color w:val="555555"/>
          <w:sz w:val="20"/>
        </w:rPr>
        <w:t>[7 . 3]</w:t>
      </w:r>
    </w:p>
    <w:p>
      <w:r>
        <w:rPr>
          <w:rFonts w:ascii="Gentium Plus" w:hAnsi="Gentium Plus"/>
          <w:sz w:val="24"/>
        </w:rPr>
        <w:t>θυμήρη νομοθετοῦντα. Τόνδε δὴ οὖν τὸν τρόπον αὐτοὺς δουλω‐ σάμενος, πρῶτον μὲν τὰς περὶ τοῦ Θεοῦ τῶν ὅλων, ἃς ἡ φύσις αὐτοῖς ἐξ ἀρχῆς ἐνέγραψεν, ἐξήλειψε δόξας· ἔπειτα δὲ τὰ πονηρὰ τῶν ψευδωνύμων θεῶν ἐξεπαίδευσε δόγματα καὶ τὸν πολὺν τῶν</w:t>
      </w:r>
    </w:p>
    <w:p>
      <w:r>
        <w:rPr>
          <w:rFonts w:ascii="Courier New" w:hAnsi="Courier New"/>
          <w:color w:val="555555"/>
          <w:sz w:val="20"/>
        </w:rPr>
        <w:t>[5]</w:t>
      </w:r>
    </w:p>
    <w:p>
      <w:r>
        <w:rPr>
          <w:rFonts w:ascii="Gentium Plus" w:hAnsi="Gentium Plus"/>
          <w:sz w:val="24"/>
        </w:rPr>
        <w:t>οὐκ ὄντων ὅμιλον ἀντὶ τοῦ ὄντος ἐδίδαξε προσκυνεῖν, ταύτην ὑποβάθραν καὶ κρηπῖδα τῆς διεφθαρμένης προκαταβαλλόμενος</w:t>
      </w:r>
    </w:p>
    <w:p>
      <w:r>
        <w:rPr>
          <w:rFonts w:ascii="Courier New" w:hAnsi="Courier New"/>
          <w:color w:val="555555"/>
          <w:sz w:val="20"/>
        </w:rPr>
        <w:t>[7 . 4]</w:t>
      </w:r>
    </w:p>
    <w:p>
      <w:r>
        <w:rPr>
          <w:rFonts w:ascii="Gentium Plus" w:hAnsi="Gentium Plus"/>
          <w:sz w:val="24"/>
        </w:rPr>
        <w:t>βιοτῆς. Ἐπειδὴ γὰρ πλημμελοῦντες οἱ ἄνθρωποι δάκνονται</w:t>
      </w:r>
    </w:p>
    <w:p>
      <w:r>
        <w:rPr>
          <w:rFonts w:ascii="Courier New" w:hAnsi="Courier New"/>
          <w:color w:val="555555"/>
          <w:sz w:val="20"/>
        </w:rPr>
        <w:t>[5]</w:t>
      </w:r>
    </w:p>
    <w:p>
      <w:r>
        <w:rPr>
          <w:rFonts w:ascii="Gentium Plus" w:hAnsi="Gentium Plus"/>
          <w:sz w:val="24"/>
        </w:rPr>
        <w:t>καὶ τὸν μοιχείαν τολμῶντα, καὶ μέντοι καὶ τοιχωρύχον καὶ λωπο‐ δύτην καὶ τὸν προδότην καὶ τὸν ἄλλο τι τῶν ἀπειρημένων δρῶντα, —τοιόνδε φάρμακον αὐτοῖς ἀναλγησίας ὁ τῆς κακίας</w:t>
      </w:r>
    </w:p>
    <w:p>
      <w:r>
        <w:rPr>
          <w:rFonts w:ascii="Courier New" w:hAnsi="Courier New"/>
          <w:color w:val="555555"/>
          <w:sz w:val="20"/>
        </w:rPr>
        <w:t>[7 . 5]</w:t>
      </w:r>
    </w:p>
    <w:p>
      <w:r>
        <w:rPr>
          <w:rFonts w:ascii="Gentium Plus" w:hAnsi="Gentium Plus"/>
          <w:sz w:val="24"/>
        </w:rPr>
        <w:t>ἐμηχανήσατο σοφιστής. Περὶ γὰρ δὴ τῶν καλουμένων θεῶν πονηρὰς αὐτοὺς ἐξεπαίδευσε δόξας· ἀκολάστους γὰρ αὐτοὺς ἀπέ‐ φηνε καὶ λαγνιστάτους καὶ παιδοπίπας καὶ γάμων ἐπιβούλους καὶ πατραλοίας καὶ μητραλοίας καὶ μητράσι καὶ ἀδελφαῖς, καὶ μέντοι</w:t>
      </w:r>
    </w:p>
    <w:p>
      <w:r>
        <w:rPr>
          <w:rFonts w:ascii="Courier New" w:hAnsi="Courier New"/>
          <w:color w:val="555555"/>
          <w:sz w:val="20"/>
        </w:rPr>
        <w:t>[5]</w:t>
      </w:r>
    </w:p>
    <w:p>
      <w:r>
        <w:rPr>
          <w:rFonts w:ascii="Gentium Plus" w:hAnsi="Gentium Plus"/>
          <w:sz w:val="24"/>
        </w:rPr>
        <w:t>καὶ θυγατράσιν ἀνέδην μιγνυμένους καὶ τὰς εὐνὰς τὰς ἀλλήλων λῃστεύοντας καὶ ἁλισκομένους, καὶ παρὰ μὲν τῶν ἠδικημένων δεσμουμένους, παρὰ δὲ τῶν ἄλλων ἀνέδην γελωμένους, καὶ ταῦτα παρὰ μὲν τῶν οὐρανίων, ὡς αὐτοὶ λέγουσιν, ἐν οὐρανῷ τολμᾶσθαι καὶ γῇ, παρὰ δὲ τῶν ἐναλίων ἐν θαλάττῃ καὶ γῇ, παρὰ</w:t>
      </w:r>
    </w:p>
    <w:p>
      <w:r>
        <w:rPr>
          <w:rFonts w:ascii="Courier New" w:hAnsi="Courier New"/>
          <w:color w:val="555555"/>
          <w:sz w:val="20"/>
        </w:rPr>
        <w:t>[10]</w:t>
      </w:r>
    </w:p>
    <w:p>
      <w:r>
        <w:rPr>
          <w:rFonts w:ascii="Gentium Plus" w:hAnsi="Gentium Plus"/>
          <w:sz w:val="24"/>
        </w:rPr>
        <w:t>δὲ τῶν καλουμένων νυμφῶν ἐν ὄρεσι καὶ νάπαις καὶ φάραγξιν.</w:t>
      </w:r>
    </w:p>
    <w:p>
      <w:r>
        <w:rPr>
          <w:rFonts w:ascii="Courier New" w:hAnsi="Courier New"/>
          <w:color w:val="555555"/>
          <w:sz w:val="20"/>
        </w:rPr>
        <w:t>[7 . 6]</w:t>
      </w:r>
    </w:p>
    <w:p>
      <w:r>
        <w:rPr>
          <w:rFonts w:ascii="Gentium Plus" w:hAnsi="Gentium Plus"/>
          <w:sz w:val="24"/>
        </w:rPr>
        <w:t>Τούτους δὲ τοὺς αἰσχροτάτους καὶ βδελυρωτάτους μύθους οὐ μόνον ποιηταῖς, ἀλλὰ καὶ θεολόγοις καὶ φιλοσόφοις ἐνήχησε, ποικίλως μάλα κατασκευάζων τὸν πλάνον καὶ πλείοσι τῆς ἐξα‐ πάτης χρώμενος διδασκάλοις. Ἐπειδὴ δὲ οὐχ ἅπαντές εἰσι</w:t>
      </w:r>
    </w:p>
    <w:p>
      <w:r>
        <w:rPr>
          <w:rFonts w:ascii="Courier New" w:hAnsi="Courier New"/>
          <w:color w:val="555555"/>
          <w:sz w:val="20"/>
        </w:rPr>
        <w:t>[5]</w:t>
      </w:r>
    </w:p>
    <w:p>
      <w:r>
        <w:rPr>
          <w:rFonts w:ascii="Gentium Plus" w:hAnsi="Gentium Plus"/>
          <w:sz w:val="24"/>
        </w:rPr>
        <w:t>γραμμάτων ἐπιστήμονες οὐδέ γε ποιητικῶν καὶ φιλοσόφων λόγων μεταλαχεῖν ἱκανοί, ἕτερα ἄττα τοῖς ταῦτα μαθεῖν οὐ δυναμένοις</w:t>
      </w:r>
    </w:p>
    <w:p>
      <w:r>
        <w:rPr>
          <w:rFonts w:ascii="Courier New" w:hAnsi="Courier New"/>
          <w:color w:val="555555"/>
          <w:sz w:val="20"/>
        </w:rPr>
        <w:t>[7 . 7]</w:t>
      </w:r>
    </w:p>
    <w:p>
      <w:r>
        <w:rPr>
          <w:rFonts w:ascii="Gentium Plus" w:hAnsi="Gentium Plus"/>
          <w:sz w:val="24"/>
        </w:rPr>
        <w:t>κατεσκεύασε θήρατρα. Τοὺς γάρ τοι ζωγράφους καὶ χαλκοτύπους καὶ τοὺς τῶν λιθίνων καὶ ξυλίνων ἀγαλμάτων δημιουργοὺς τοιαύ‐ τας τῶν καλουμένων θεῶν γράφειν καὶ γλύφειν καὶ διαπλάττειν εἰκόνας ἐδίδαξεν, ὁποίας οἱ μυθολόγοι τοῖς λόγοις διέγραψαν,</w:t>
      </w:r>
    </w:p>
    <w:p>
      <w:r>
        <w:rPr>
          <w:rFonts w:ascii="Courier New" w:hAnsi="Courier New"/>
          <w:color w:val="555555"/>
          <w:sz w:val="20"/>
        </w:rPr>
        <w:t>[5]</w:t>
      </w:r>
    </w:p>
    <w:p>
      <w:r>
        <w:rPr>
          <w:rFonts w:ascii="Gentium Plus" w:hAnsi="Gentium Plus"/>
          <w:sz w:val="24"/>
        </w:rPr>
        <w:t>ἵνα ἔχωσιν ἀκολασίας ἀρχέτυπα καὶ τῆς ἐπαράτου διδασκαλίας μὴ διαμάρτωσιν οἱ λόγων μεταλαχεῖν οὐ δυνάμενοι· καὶ τῶνδε</w:t>
      </w:r>
    </w:p>
    <w:p>
      <w:r>
        <w:rPr>
          <w:rFonts w:ascii="Courier New" w:hAnsi="Courier New"/>
          <w:color w:val="555555"/>
          <w:sz w:val="20"/>
        </w:rPr>
        <w:t>[7 . 8]</w:t>
      </w:r>
    </w:p>
    <w:p>
      <w:r>
        <w:rPr>
          <w:rFonts w:ascii="Gentium Plus" w:hAnsi="Gentium Plus"/>
          <w:sz w:val="24"/>
        </w:rPr>
        <w:t>οἰκίας. Πανταχῇ γὰρ ἔστιν εὑρεῖν τοὺς καλουμένους θεοὺς ἐρῶν‐ τας καὶ λυττῶντας καὶ θορνυμένους, καὶ τὸν μὲν πατέρα τῶν θεῶν ἀετῷ καὶ ταύρῳ καὶ κύκνῳ προσεικασμένον καὶ τόνδε τὸν τρόπον ταῖς ἐρωμέναις μιγνύμενον, τὸν δὲ λόγιον Ἑρμῆν τρά‐</w:t>
      </w:r>
    </w:p>
    <w:p>
      <w:r>
        <w:rPr>
          <w:rFonts w:ascii="Courier New" w:hAnsi="Courier New"/>
          <w:color w:val="555555"/>
          <w:sz w:val="20"/>
        </w:rPr>
        <w:t>[5]</w:t>
      </w:r>
    </w:p>
    <w:p>
      <w:r>
        <w:rPr>
          <w:rFonts w:ascii="Gentium Plus" w:hAnsi="Gentium Plus"/>
          <w:sz w:val="24"/>
        </w:rPr>
        <w:t>γον γινόμενον καὶ τὸν τραγοσκελῆ καὶ αἰγόκερων Πάνα παιδο‐</w:t>
      </w:r>
    </w:p>
    <w:p>
      <w:r>
        <w:rPr>
          <w:rFonts w:ascii="Courier New" w:hAnsi="Courier New"/>
          <w:color w:val="555555"/>
          <w:sz w:val="20"/>
        </w:rPr>
        <w:t>[7 . 9]</w:t>
      </w:r>
    </w:p>
    <w:p>
      <w:r>
        <w:rPr>
          <w:rFonts w:ascii="Gentium Plus" w:hAnsi="Gentium Plus"/>
          <w:sz w:val="24"/>
        </w:rPr>
        <w:t>ποιοῦντα. Καὶ τί δεῖ λέγειν τοῦ Πυθίου τὸν ἔρωτα καὶ τῆς παρ‐ θένου τὴν σωφροσύνην καὶ τὴν τοῦ φυτοῦ λυσσώδη περιπλοκὴν καὶ τὴν τῆς Κόρης ὑπὸ τοῦ Πλούτωνος ἁρπαγὴν καὶ τῆς Δηοῦς τὸν πλάνον; ταῦτα γὰρ ἅπαντα καὶ ποιηταὶ μυθολογοῦσι καὶ θεολόγοι</w:t>
      </w:r>
    </w:p>
    <w:p>
      <w:r>
        <w:rPr>
          <w:rFonts w:ascii="Courier New" w:hAnsi="Courier New"/>
          <w:color w:val="555555"/>
          <w:sz w:val="20"/>
        </w:rPr>
        <w:t>[5]</w:t>
      </w:r>
    </w:p>
    <w:p>
      <w:r>
        <w:rPr>
          <w:rFonts w:ascii="Gentium Plus" w:hAnsi="Gentium Plus"/>
          <w:sz w:val="24"/>
        </w:rPr>
        <w:t>κρατύνουσι καὶ φιλόσοφοι σεμνολογοῦσι καὶ σεμνότητα μὲν αὐτοῖς τινα περιτιθέναι φιλονεικοῦσι, καταγελαστοτέραν δὲ τῶν μύθων ἀλληγορίαν προσφέρουσιν. Τούτοις καὶ ἑορτὰς καὶ πανηγύρεις</w:t>
      </w:r>
    </w:p>
    <w:p>
      <w:r>
        <w:rPr>
          <w:rFonts w:ascii="Courier New" w:hAnsi="Courier New"/>
          <w:color w:val="555555"/>
          <w:sz w:val="20"/>
        </w:rPr>
        <w:t>[7 . 10]</w:t>
      </w:r>
    </w:p>
    <w:p>
      <w:r>
        <w:rPr>
          <w:rFonts w:ascii="Gentium Plus" w:hAnsi="Gentium Plus"/>
          <w:sz w:val="24"/>
        </w:rPr>
        <w:t>καὶ δημοθοινίας ἐπιτελεῖν ὁ τῶν ἀνθρώπων ἀλάστωρ ἐνομοθέτησε· Πάνδια μὲν τῷ Διῒ καὶ Διάσια, καὶ Ἥραια τῇ Ἥρᾳ, καὶ τῇ Ἀθηνᾷ Παναθήναια, καὶ Διονύσῳ Διονύσια, καὶ Ἐλευσίνια καὶ Θεσμοφόρια τῇ Δηοῖ, καὶ Δήλια καὶ Πύθια τῷ Ἀπόλλωνι· καὶ</w:t>
      </w:r>
    </w:p>
    <w:p>
      <w:r>
        <w:rPr>
          <w:rFonts w:ascii="Courier New" w:hAnsi="Courier New"/>
          <w:color w:val="555555"/>
          <w:sz w:val="20"/>
        </w:rPr>
        <w:t>[5]</w:t>
      </w:r>
    </w:p>
    <w:p>
      <w:r>
        <w:rPr>
          <w:rFonts w:ascii="Gentium Plus" w:hAnsi="Gentium Plus"/>
          <w:sz w:val="24"/>
        </w:rPr>
        <w:t>τοῖς ἄλλοις δὲ ἅπασι—πολὺς γὰρ ὁ τούτων ὅμιλος—ἀπε‐ κλήρωσε πανηγύρεις, ἑκάστῳ τῶν δαιμόνων ἐκ τῆς προσηγορίας ὀνομάσας τὴν ἑορτήν, Ἕρμαια καὶ Κρόνια καὶ Ποσειδώνια καὶ Ἡράκλεια καὶ Ἀσκλήπια καὶ Ἀνάκια. Οὐ γάρ τοι μόνον τοῖς</w:t>
      </w:r>
    </w:p>
    <w:p>
      <w:r>
        <w:rPr>
          <w:rFonts w:ascii="Courier New" w:hAnsi="Courier New"/>
          <w:color w:val="555555"/>
          <w:sz w:val="20"/>
        </w:rPr>
        <w:t>[7 . 11]</w:t>
      </w:r>
    </w:p>
    <w:p>
      <w:r>
        <w:rPr>
          <w:rFonts w:ascii="Gentium Plus" w:hAnsi="Gentium Plus"/>
          <w:sz w:val="24"/>
        </w:rPr>
        <w:t>Ἐν δὲ ταύταις ταῖς ὁμηγύρεσι πᾶν εἶδος ἀκολασίας ἀδεῶς ἐτολμᾶτο. Καὶ γὰρ αἱ τελεταὶ καὶ τὰ ὄργια τὰ τούτων εἶχεν αἰνίγ‐ ματα, τὸν κτένα μὲν ἡ Ἐλευσίς, ἡ Φαλλαγωγία δὲ τὸν φαλλόν. Ἀτὰρ δὴ καὶ δίχα τῶν αἰνιγμάτων τὰ παρὰ τῶν ὀργιαστῶν δρώ‐</w:t>
      </w:r>
    </w:p>
    <w:p>
      <w:r>
        <w:rPr>
          <w:rFonts w:ascii="Courier New" w:hAnsi="Courier New"/>
          <w:color w:val="555555"/>
          <w:sz w:val="20"/>
        </w:rPr>
        <w:t>[7 . 12]</w:t>
      </w:r>
    </w:p>
    <w:p>
      <w:r>
        <w:rPr>
          <w:rFonts w:ascii="Gentium Plus" w:hAnsi="Gentium Plus"/>
          <w:sz w:val="24"/>
        </w:rPr>
        <w:t>μενα εἰς πᾶν εἶδος ἀσελγείας τοὺς ὁρῶντας ἠρέθιζεν. Τίς γὰρ τῶν ἄγαν λαγνιστάτων ἔνδον ἐν τῷ θαλάμῳ τετόλμηκε τοιαῦτα, ὁποῖα τῶν Σατύρων ὁ χορὸς ἠσέλγησε δημοσίᾳ πομπεύων, ἔχων ἐν μέσῳ τὸν Σιληνὸν καὶ τὸν Πάνα, τὸν μὲν ἐπιλυττῶντα ταῖς</w:t>
      </w:r>
    </w:p>
    <w:p>
      <w:r>
        <w:rPr>
          <w:rFonts w:ascii="Courier New" w:hAnsi="Courier New"/>
          <w:color w:val="555555"/>
          <w:sz w:val="20"/>
        </w:rPr>
        <w:t>[5]</w:t>
      </w:r>
    </w:p>
    <w:p>
      <w:r>
        <w:rPr>
          <w:rFonts w:ascii="Gentium Plus" w:hAnsi="Gentium Plus"/>
          <w:sz w:val="24"/>
        </w:rPr>
        <w:t>Βάκχαις, τὸν δὲ λελυμένον ὑπὸ τῆς μέθης, τὸν τοῦ θηλυδρίου</w:t>
      </w:r>
    </w:p>
    <w:p>
      <w:r>
        <w:rPr>
          <w:rFonts w:ascii="Courier New" w:hAnsi="Courier New"/>
          <w:color w:val="555555"/>
          <w:sz w:val="20"/>
        </w:rPr>
        <w:t>[7 . 13]</w:t>
      </w:r>
    </w:p>
    <w:p>
      <w:r>
        <w:rPr>
          <w:rFonts w:ascii="Gentium Plus" w:hAnsi="Gentium Plus"/>
          <w:sz w:val="24"/>
        </w:rPr>
        <w:t>παιδὸς παιδαγωγὸν καλούμενον; τούτοις ἑκατόμβας καὶ χιλιόμβας κατέθυον καὶ ποίμνια κατέσφαζον καὶ βουκόλια καὶ λιβανωτὸν προσέφερον καὶ οἶνον ἔσπενδον ὅτι μάλιστα πλεῖστον καὶ ἕτερα</w:t>
      </w:r>
    </w:p>
    <w:p>
      <w:r>
        <w:rPr>
          <w:rFonts w:ascii="Courier New" w:hAnsi="Courier New"/>
          <w:color w:val="555555"/>
          <w:sz w:val="20"/>
        </w:rPr>
        <w:t>[7 . 14]</w:t>
      </w:r>
    </w:p>
    <w:p>
      <w:r>
        <w:rPr>
          <w:rFonts w:ascii="Gentium Plus" w:hAnsi="Gentium Plus"/>
          <w:sz w:val="24"/>
        </w:rPr>
        <w:t>ἄττα, ἅπερ οἱ τούτων ἱεροφάνται προσέταττον. Σφόδρα γὰρ αὐτοὺς χαίρειν οἱ ποιηταί φασι τῇ λοιβῇ καὶ τῇ κνίσῃ καὶ τοῦτο ἔχειν γέρας αὐτοὺς εἰρηκέναι λέγουσι· διά τοι τοῦτο καὶ πρὸς τὰς τῶν Αἰθιόπων θυσίας ἀποδημεῖν καὶ τὸν Ἕκτορα πάσης</w:t>
      </w:r>
    </w:p>
    <w:p>
      <w:r>
        <w:rPr>
          <w:rFonts w:ascii="Courier New" w:hAnsi="Courier New"/>
          <w:color w:val="555555"/>
          <w:sz w:val="20"/>
        </w:rPr>
        <w:t>[5]</w:t>
      </w:r>
    </w:p>
    <w:p>
      <w:r>
        <w:rPr>
          <w:rFonts w:ascii="Gentium Plus" w:hAnsi="Gentium Plus"/>
          <w:sz w:val="24"/>
        </w:rPr>
        <w:t>ἀξιοῦν τημελείας, ὅτι δὴ οὔποτε αὐτῶν τὸν βωμὸν ἐνδεᾶ θυσίας κατέλιπεν. Καὶ ὁ Χρύσης δὲ τὸν Ἀπόλλω οὐ δικαιοσύνης καὶ σωφροσύνης, ἀλλὰ τῶν πιόνων ἀναμιμνήσκει μηρῶν καὶ τῶν αἰγῶν καὶ τῶν ταύρων καὶ τῶν στεμμάτων, οἷς που τὸν νεὼν κα‐</w:t>
      </w:r>
    </w:p>
    <w:p>
      <w:r>
        <w:rPr>
          <w:rFonts w:ascii="Courier New" w:hAnsi="Courier New"/>
          <w:color w:val="555555"/>
          <w:sz w:val="20"/>
        </w:rPr>
        <w:t>[7 . 15]</w:t>
      </w:r>
    </w:p>
    <w:p>
      <w:r>
        <w:rPr>
          <w:rFonts w:ascii="Gentium Plus" w:hAnsi="Gentium Plus"/>
          <w:sz w:val="24"/>
        </w:rPr>
        <w:t>τεκόσμησεν. Οὕτως αὐτοῖς ἥδιστος ἦν ὁ καπνὸς καὶ τῆς κνίσης ἡ δυσοσμία, καὶ ἀτεχνῶς τοῖς μαγείροις ἐῴκεσαν. Ἀλλὰ γὰρ οὐκ ὀρθῶς αὐτοὺς τοῖς ὀψοποιοῖς ἀπεικάσαμεν. Οὗτοι μὲν γὰρ τῶν ἄριστα ἐσκευασμένων καὶ ὀσφραίνονται καὶ ἀπογεύονται</w:t>
      </w:r>
    </w:p>
    <w:p>
      <w:r>
        <w:rPr>
          <w:rFonts w:ascii="Courier New" w:hAnsi="Courier New"/>
          <w:color w:val="555555"/>
          <w:sz w:val="20"/>
        </w:rPr>
        <w:t>[5]</w:t>
      </w:r>
    </w:p>
    <w:p>
      <w:r>
        <w:rPr>
          <w:rFonts w:ascii="Gentium Plus" w:hAnsi="Gentium Plus"/>
          <w:sz w:val="24"/>
        </w:rPr>
        <w:t>ὄψων, ἐκεῖνοι δὲ ὀστῶν ἐμπιπραμένων τὴν δυσοσμίαν ἐδέχοντο. Καὶ ἡμῶν μὲν ἕκαστος, εἰ βραχύ τι τούτων εἰς ἐσχάραν ἐμπέσοι,</w:t>
      </w:r>
    </w:p>
    <w:p>
      <w:r>
        <w:rPr>
          <w:rFonts w:ascii="Courier New" w:hAnsi="Courier New"/>
          <w:color w:val="555555"/>
          <w:sz w:val="20"/>
        </w:rPr>
        <w:t>[7 . 16]</w:t>
      </w:r>
    </w:p>
    <w:p>
      <w:r>
        <w:rPr>
          <w:rFonts w:ascii="Gentium Plus" w:hAnsi="Gentium Plus"/>
          <w:sz w:val="24"/>
        </w:rPr>
        <w:t>Ταῦτα δὲ τυχὸν καὶ αὐτοὶ περὶ τοῦ ὄντος Θεοῦ καὶ ἀεί γε ὄντος φάναι τολμήσουσιν, ἐπειδὴ τῶν μὲν περὶ θυσιῶν ἐν τῇ θείᾳ γραφῇ κειμένων ἐπαΐουσι νόμων, τὸν δὲ τοῦ νομοθέτου παντε‐ λῶς ἀγνοοῦσι σκοπόν. Ἐν γὰρ δὴ τῇ Αἰγύπτῳ πλεῖστον ὅσον</w:t>
      </w:r>
    </w:p>
    <w:p>
      <w:r>
        <w:rPr>
          <w:rFonts w:ascii="Courier New" w:hAnsi="Courier New"/>
          <w:color w:val="555555"/>
          <w:sz w:val="20"/>
        </w:rPr>
        <w:t>[5]</w:t>
      </w:r>
    </w:p>
    <w:p>
      <w:r>
        <w:rPr>
          <w:rFonts w:ascii="Gentium Plus" w:hAnsi="Gentium Plus"/>
          <w:sz w:val="24"/>
        </w:rPr>
        <w:t>τὸν Ἰσραὴλ διατρίψαντα χρόνον καὶ τὰ πονηρὰ τῶν ἐγχωρίων εἰσδεξάμενον ἔθη καὶ θύειν εἰδώλοις καὶ δαίμοσι παρ’ ἐκείνων μεμαθηκότα καὶ παίζειν καὶ χορεύειν καὶ ὀργάνοις μουσικοῖς ἐπιτέρπεσθαι, τούτων ἐν ἕξει γενόμενον ἐλευθερῶσαι θελήσας, θύειν μὲν ξυνεχώρησεν, ἀλλ’ οὐ πάντα θύειν, οὐδέ γε τοῖς ψευ‐</w:t>
      </w:r>
    </w:p>
    <w:p>
      <w:r>
        <w:rPr>
          <w:rFonts w:ascii="Courier New" w:hAnsi="Courier New"/>
          <w:color w:val="555555"/>
          <w:sz w:val="20"/>
        </w:rPr>
        <w:t>[10]</w:t>
      </w:r>
    </w:p>
    <w:p>
      <w:r>
        <w:rPr>
          <w:rFonts w:ascii="Gentium Plus" w:hAnsi="Gentium Plus"/>
          <w:sz w:val="24"/>
        </w:rPr>
        <w:t>δωνύμοις Αἰγυπτίων θεοῖς, ἀλλ’ αὐτῷ μόνῳ τοὺς Αἰγυπτίων προσφέρειν θεούς· ἐθεοποίουν γάρ τοι πάλαι ποτὲ καὶ τὸν βοῦν Αἰγύπτιοι καὶ τὸ πρόβατον καὶ τὴν αἶγα καὶ τὴν περιστερὰν καὶ τὴν τρυγόνα καὶ ἄλλα ἄττα τῶν οὐκ ἐδωδίμων, ἀλλ’ ἀκαθάρτων</w:t>
      </w:r>
    </w:p>
    <w:p>
      <w:r>
        <w:rPr>
          <w:rFonts w:ascii="Courier New" w:hAnsi="Courier New"/>
          <w:color w:val="555555"/>
          <w:sz w:val="20"/>
        </w:rPr>
        <w:t>[7 . 17]</w:t>
      </w:r>
    </w:p>
    <w:p>
      <w:r>
        <w:rPr>
          <w:rFonts w:ascii="Gentium Plus" w:hAnsi="Gentium Plus"/>
          <w:sz w:val="24"/>
        </w:rPr>
        <w:t>καλουμένων. Ἵνα τοίνυν μὴ δυσχεραίνωσιν, ὡς τῶν ἐθῶν ἐκεί‐ νων πάμπαν κεκωλυμένοι, τὸ μὲν τοῖς οὐκ οὖσι θεοῖς ἀπηγό‐ ρευσε θύειν, αὐτῷ δὲ θύειν ἐνομοθέτησε τὰ πρώην παρ’ αὐτῶν προσκυνούμενα, ἐκ μὲν τῶν χερσαίων τὴν αἶγα καὶ τὸν βοῦν</w:t>
      </w:r>
    </w:p>
    <w:p>
      <w:r>
        <w:rPr>
          <w:rFonts w:ascii="Courier New" w:hAnsi="Courier New"/>
          <w:color w:val="555555"/>
          <w:sz w:val="20"/>
        </w:rPr>
        <w:t>[5]</w:t>
      </w:r>
    </w:p>
    <w:p>
      <w:r>
        <w:rPr>
          <w:rFonts w:ascii="Gentium Plus" w:hAnsi="Gentium Plus"/>
          <w:sz w:val="24"/>
        </w:rPr>
        <w:t>καὶ τὸ πρόβατον, ἐκ δὲ τῶν πτηνῶν τὴν τρυγόνα καὶ τὴν περισ‐ τεράν· ἥμερα δὲ δήπου καὶ φιλάνθρωπα καὶ ταῦτα κἀκεῖνα τὰ</w:t>
      </w:r>
    </w:p>
    <w:p>
      <w:r>
        <w:rPr>
          <w:rFonts w:ascii="Courier New" w:hAnsi="Courier New"/>
          <w:color w:val="555555"/>
          <w:sz w:val="20"/>
        </w:rPr>
        <w:t>[7 . 18]</w:t>
      </w:r>
    </w:p>
    <w:p>
      <w:r>
        <w:rPr>
          <w:rFonts w:ascii="Gentium Plus" w:hAnsi="Gentium Plus"/>
          <w:sz w:val="24"/>
        </w:rPr>
        <w:t>ζῷα. Τόδε τὸ φάρμακον ὁ πάνσοφος ἰατρὸς τῇ Αἰγυπτίᾳ προσ‐ ενήνοχε νόσῳ, θύειν μὲν διὰ τὴν τῶν θυόντων ἀσθένειαν ξυγχω‐ ρήσας, τὰ δὲ σεβόμενα παρ’ αὐτῶν ἱερατεύειν κελεύσας, ἵνα τῷ</w:t>
      </w:r>
    </w:p>
    <w:p>
      <w:r>
        <w:rPr>
          <w:rFonts w:ascii="Courier New" w:hAnsi="Courier New"/>
          <w:color w:val="555555"/>
          <w:sz w:val="20"/>
        </w:rPr>
        <w:t>[7 . 19]</w:t>
      </w:r>
    </w:p>
    <w:p>
      <w:r>
        <w:rPr>
          <w:rFonts w:ascii="Gentium Plus" w:hAnsi="Gentium Plus"/>
          <w:sz w:val="24"/>
        </w:rPr>
        <w:t>θύειν μάθωσι μὴ θεοὺς νομίζειν τὰ ὡς ἱερεῖα θυόμενα. Διά τοι τοῦτο καὶ χοιρείων αὐτοὺς μεταλαγχάνειν κρεῶν διεκώλυσεν, ἐπειδὴ τούτων μόνων Αἰγύπτιοι μετελάμβανον, τῶν ἄλλων ὡς θεῶν ἀπεχόμενοι. Ἀκάθαρτα γὰρ νομίζειν ταῦτα νομοθετήσας,</w:t>
      </w:r>
    </w:p>
    <w:p>
      <w:r>
        <w:rPr>
          <w:rFonts w:ascii="Courier New" w:hAnsi="Courier New"/>
          <w:color w:val="555555"/>
          <w:sz w:val="20"/>
        </w:rPr>
        <w:t>[5]</w:t>
      </w:r>
    </w:p>
    <w:p>
      <w:r>
        <w:rPr>
          <w:rFonts w:ascii="Gentium Plus" w:hAnsi="Gentium Plus"/>
          <w:sz w:val="24"/>
        </w:rPr>
        <w:t>ἐσθίειν ἐκέλευσε τὰ θεοποιούμενα, ἵνα εὐκαταφρόνητα φαίνηται ὡς παρ’ αὐτῶν ἐσθιόμενα καὶ μὴ τὸ θεῖον σφετερίζηται σέβας.</w:t>
      </w:r>
    </w:p>
    <w:p>
      <w:r>
        <w:rPr>
          <w:rFonts w:ascii="Courier New" w:hAnsi="Courier New"/>
          <w:color w:val="555555"/>
          <w:sz w:val="20"/>
        </w:rPr>
        <w:t>[7 . 20]</w:t>
      </w:r>
    </w:p>
    <w:p>
      <w:r>
        <w:rPr>
          <w:rFonts w:ascii="Gentium Plus" w:hAnsi="Gentium Plus"/>
          <w:sz w:val="24"/>
        </w:rPr>
        <w:t>Δεισιδαίμονας γὰρ αὐτοὺς καὶ γαστριμάργους εἰδώς, πάθει πάθος ἀντέταξε καὶ τῇ δεισιδαιμονίᾳ τὴν γαστριμαργίαν ἀντέστησεν. Τῶν γάρ τοι ὑείων ὡς ἀκαθάρτων κελεύσας ἀπέχεσθαι, τῶν δέ γε ἄλλων ὡς καθαρῶν ἀπολαύειν νομοθετήσας, τῇ τῆς κρεη‐</w:t>
      </w:r>
    </w:p>
    <w:p>
      <w:r>
        <w:rPr>
          <w:rFonts w:ascii="Courier New" w:hAnsi="Courier New"/>
          <w:color w:val="555555"/>
          <w:sz w:val="20"/>
        </w:rPr>
        <w:t>[5]</w:t>
      </w:r>
    </w:p>
    <w:p>
      <w:r>
        <w:rPr>
          <w:rFonts w:ascii="Gentium Plus" w:hAnsi="Gentium Plus"/>
          <w:sz w:val="24"/>
        </w:rPr>
        <w:t>φαγίας ἐπιθυμίᾳ τῶν θεῶν νομιζομένων μεταλαβεῖν κατηνάγ‐ καζεν.</w:t>
      </w:r>
    </w:p>
    <w:p>
      <w:r>
        <w:rPr>
          <w:rFonts w:ascii="Courier New" w:hAnsi="Courier New"/>
          <w:color w:val="555555"/>
          <w:sz w:val="20"/>
        </w:rPr>
        <w:t>[7 . 21]</w:t>
      </w:r>
    </w:p>
    <w:p>
      <w:r>
        <w:rPr>
          <w:rFonts w:ascii="Gentium Plus" w:hAnsi="Gentium Plus"/>
          <w:sz w:val="24"/>
        </w:rPr>
        <w:t>Οὐ τοίνυν ἱερείων δεόμενος οὐδὲ κνίσης ὀριγνώμενος, θύειν προσέταξεν ὁ Θεός, ἀλλὰ τῶν ἀρρωστούντων θεραπεύων τὰ πάθη. Οὕτω δὴ καὶ τὰ τῶν εὐήχων ὀργάνων ἠνέσχετο, οὐ τῇ τούτων ἁρμονίᾳ τερπόμενος, ἀλλὰ κατὰ βραχὺ παύων τῶν εἰδώλων τὸν</w:t>
      </w:r>
    </w:p>
    <w:p>
      <w:r>
        <w:rPr>
          <w:rFonts w:ascii="Courier New" w:hAnsi="Courier New"/>
          <w:color w:val="555555"/>
          <w:sz w:val="20"/>
        </w:rPr>
        <w:t>[5]</w:t>
      </w:r>
    </w:p>
    <w:p>
      <w:r>
        <w:rPr>
          <w:rFonts w:ascii="Gentium Plus" w:hAnsi="Gentium Plus"/>
          <w:sz w:val="24"/>
        </w:rPr>
        <w:t>πλάνον. Εἰ γὰρ εὐθὺς τῆς Αἰγυπτίων ξυνουσίας ἀπαλλαγεῖσι τοὺς τελείους προσενηνόχει νόμους, πάντως ἂν ἀπεσκίρτησαν καὶ τὸν χαλινὸν ἀπωσάμενοι πρὸς τὸν πρότερον ἐπαλινδρόμησαν ὄλε‐ θρον. Εἰ γὰρ καὶ τούτων οὕτω πρυτανευθέντων, ἐπειράθησαν τοῦτο δρᾶσαι πολλάκις, τί οὐκ ἂν ἐτόλμησαν, εἰ τὴν εὐαγγελι‐</w:t>
      </w:r>
    </w:p>
    <w:p>
      <w:r>
        <w:rPr>
          <w:rFonts w:ascii="Courier New" w:hAnsi="Courier New"/>
          <w:color w:val="555555"/>
          <w:sz w:val="20"/>
        </w:rPr>
        <w:t>[10]</w:t>
      </w:r>
    </w:p>
    <w:p>
      <w:r>
        <w:rPr>
          <w:rFonts w:ascii="Gentium Plus" w:hAnsi="Gentium Plus"/>
          <w:sz w:val="24"/>
        </w:rPr>
        <w:t>κὴν αὐτοῖς εὐθὺς ἐξ ἀρχῆς φιλοσοφίαν ἐνομοθέτησεν; Ὅτι δὲ καὶ θυσιῶν καὶ μουσικῶν ὀργάνων ἀνενδεὴς ὁ Θεός,</w:t>
      </w:r>
    </w:p>
    <w:p>
      <w:r>
        <w:rPr>
          <w:rFonts w:ascii="Courier New" w:hAnsi="Courier New"/>
          <w:color w:val="555555"/>
          <w:sz w:val="20"/>
        </w:rPr>
        <w:t>[7 . 22]</w:t>
      </w:r>
    </w:p>
    <w:p>
      <w:r>
        <w:rPr>
          <w:rFonts w:ascii="Gentium Plus" w:hAnsi="Gentium Plus"/>
          <w:sz w:val="24"/>
        </w:rPr>
        <w:t>ἀκούσατε αὐτοῦ διὰ τῶν προφητῶν λέγοντος· «Οὐ δέξομαι ἐκ τοῦ οἴκου σου μόσχους, οὐδὲ ἐκ τῶν ποιμνίων σου χιμάρους.</w:t>
      </w:r>
    </w:p>
    <w:p>
      <w:r>
        <w:rPr>
          <w:rFonts w:ascii="Courier New" w:hAnsi="Courier New"/>
          <w:color w:val="555555"/>
          <w:sz w:val="20"/>
        </w:rPr>
        <w:t>[5]</w:t>
      </w:r>
    </w:p>
    <w:p>
      <w:r>
        <w:rPr>
          <w:rFonts w:ascii="Gentium Plus" w:hAnsi="Gentium Plus"/>
          <w:sz w:val="24"/>
        </w:rPr>
        <w:t>ἀγροῦ μετ’ ἐμοῦ ἐστιν.» Ἐν γὰρ δὴ τούτοις πάντα τὰ νενομο‐ θετημένα προσφέρειν ἐξέβαλεν, οὐ τὰ χερσαῖα μόνον ζῷα καὶ τὰ πτηνά, ἀλλὰ καὶ τὸν ἀποθλιβόμενον οἶνον καὶ τὸ μετὰ σεμιδάλεως</w:t>
      </w:r>
    </w:p>
    <w:p>
      <w:r>
        <w:rPr>
          <w:rFonts w:ascii="Courier New" w:hAnsi="Courier New"/>
          <w:color w:val="555555"/>
          <w:sz w:val="20"/>
        </w:rPr>
        <w:t>[7 . 23]</w:t>
      </w:r>
    </w:p>
    <w:p>
      <w:r>
        <w:rPr>
          <w:rFonts w:ascii="Gentium Plus" w:hAnsi="Gentium Plus"/>
          <w:sz w:val="24"/>
        </w:rPr>
        <w:t>καὶ ποπάνων προσφερόμενον ἔλαιον. Ὡραιότητα γὰρ ἀγροῦ ταῦτα δὴ προσηγόρευσε καὶ ἔδειξεν αὐτοῦ γε ὄντα καὶ ταῦτα κἀκεῖνα ποιήματα, ταύτῃ πῃ διδάσκων, ὡς ἡ θεία φύσις ἀνενδεής. Εἶτα μετά τινος εἰρωνείας χαριεστάτης καὶ πάσης ὠφελείας</w:t>
      </w:r>
    </w:p>
    <w:p>
      <w:r>
        <w:rPr>
          <w:rFonts w:ascii="Courier New" w:hAnsi="Courier New"/>
          <w:color w:val="555555"/>
          <w:sz w:val="20"/>
        </w:rPr>
        <w:t>[5]</w:t>
      </w:r>
    </w:p>
    <w:p>
      <w:r>
        <w:rPr>
          <w:rFonts w:ascii="Gentium Plus" w:hAnsi="Gentium Plus"/>
          <w:sz w:val="24"/>
        </w:rPr>
        <w:t>μεστῆς καὶ τὴν ἐκείνων ἄγνοιαν διελέγχει καὶ τὴν οἰκείαν ἐπι‐</w:t>
      </w:r>
    </w:p>
    <w:p>
      <w:r>
        <w:rPr>
          <w:rFonts w:ascii="Courier New" w:hAnsi="Courier New"/>
          <w:color w:val="555555"/>
          <w:sz w:val="20"/>
        </w:rPr>
        <w:t>[7 . 24]</w:t>
      </w:r>
    </w:p>
    <w:p>
      <w:r>
        <w:rPr>
          <w:rFonts w:ascii="Gentium Plus" w:hAnsi="Gentium Plus"/>
          <w:sz w:val="24"/>
        </w:rPr>
        <w:t>δείκνυσι δύναμιν· ἔφη γάρ· «Ἐὰν πεινάσω, οὐ μή σοι εἴπω· ἐμὴ γάρ ἐστιν ἡ οἰκουμένη καὶ τὸ πλήρωμα αὐτῆς,» Οὕτω διὰ τούτων καὶ τὴν δημιουργίαν καὶ τὴν δεσποτείαν ἐναργῶς ἐπιδεί‐ ξας, ἐκεῖνο τὸ εἰρωνικῶς ῥηθὲν ἐθεράπευσεν, εἰπών· «Μὴ φά‐</w:t>
      </w:r>
    </w:p>
    <w:p>
      <w:r>
        <w:rPr>
          <w:rFonts w:ascii="Courier New" w:hAnsi="Courier New"/>
          <w:color w:val="555555"/>
          <w:sz w:val="20"/>
        </w:rPr>
        <w:t>[5]</w:t>
      </w:r>
    </w:p>
    <w:p>
      <w:r>
        <w:rPr>
          <w:rFonts w:ascii="Gentium Plus" w:hAnsi="Gentium Plus"/>
          <w:sz w:val="24"/>
        </w:rPr>
        <w:t>γομαι κρέα ταύρων ἢ αἷμα τράγων πίομαι;» Καὶ διὰ πάντων περιττὰ δείξας τὰ θύματα καὶ τῆς θείας ἀνάξια φύσεως, καινόν τινα θυσίας ὑποτίθεται τρόπον, οὐ βωμὸν αἱματτούσης, ἀλλὰ γλώττῃ καὶ χείλεσι τελουμένης· «Θῦσον» γὰρ ἔφη «τῷ Θεῷ θυσίαν αἰνέσεως καὶ ἀπόδος τῷ ὑψίστῳ τὰς εὐχάς σου· καὶ ἐπικά‐</w:t>
      </w:r>
    </w:p>
    <w:p>
      <w:r>
        <w:rPr>
          <w:rFonts w:ascii="Courier New" w:hAnsi="Courier New"/>
          <w:color w:val="555555"/>
          <w:sz w:val="20"/>
        </w:rPr>
        <w:t>[10]</w:t>
      </w:r>
    </w:p>
    <w:p>
      <w:r>
        <w:rPr>
          <w:rFonts w:ascii="Gentium Plus" w:hAnsi="Gentium Plus"/>
          <w:sz w:val="24"/>
        </w:rPr>
        <w:t>λεσαί με ἐν ἡμέρᾳ θλίψεώς σου· καὶ ἐξελοῦμαί σε, καὶ δοξάσεις</w:t>
      </w:r>
    </w:p>
    <w:p>
      <w:r>
        <w:rPr>
          <w:rFonts w:ascii="Courier New" w:hAnsi="Courier New"/>
          <w:color w:val="555555"/>
          <w:sz w:val="20"/>
        </w:rPr>
        <w:t>[7 . 25]</w:t>
      </w:r>
    </w:p>
    <w:p>
      <w:r>
        <w:rPr>
          <w:rFonts w:ascii="Gentium Plus" w:hAnsi="Gentium Plus"/>
          <w:sz w:val="24"/>
        </w:rPr>
        <w:t>με». Ἀρκεῖ γὰρ αὐτῷ λόγος εὔλογός τε καὶ πρόσφορος ὑπὲρ πάντα τὰ ποίμνια καὶ αἰπόλια καὶ βουκόλια· καὶ τοῦτον δεχόμενος ἀμείβεται τοὺς προσφέροντας, ἐπικουρίαν ὀρέγων καὶ εἰς καιρὸν ἐπαμύνων καὶ τῶν λωβᾶσθαι πειρωμένων ἐλευθερῶν. Ταὐτὸ δὴ</w:t>
      </w:r>
    </w:p>
    <w:p>
      <w:r>
        <w:rPr>
          <w:rFonts w:ascii="Courier New" w:hAnsi="Courier New"/>
          <w:color w:val="555555"/>
          <w:sz w:val="20"/>
        </w:rPr>
        <w:t>[5]</w:t>
      </w:r>
    </w:p>
    <w:p>
      <w:r>
        <w:rPr>
          <w:rFonts w:ascii="Gentium Plus" w:hAnsi="Gentium Plus"/>
          <w:sz w:val="24"/>
        </w:rPr>
        <w:t>τοῦτο κἀν τῷ τέλει τῆς μελῳδίας προστέθεικεν· «Θυσία αἰνέ‐ σεως δοξάσει με· καὶ ἐκεῖ ὁδός, ᾗ δείξω αὐτῷ τὸ σωτήριον τοῦ</w:t>
      </w:r>
    </w:p>
    <w:p>
      <w:r>
        <w:rPr>
          <w:rFonts w:ascii="Courier New" w:hAnsi="Courier New"/>
          <w:color w:val="555555"/>
          <w:sz w:val="20"/>
        </w:rPr>
        <w:t>[7 . 26]</w:t>
      </w:r>
    </w:p>
    <w:p>
      <w:r>
        <w:rPr>
          <w:rFonts w:ascii="Gentium Plus" w:hAnsi="Gentium Plus"/>
          <w:sz w:val="24"/>
        </w:rPr>
        <w:t>Θεοῦ.» Οὐ γὰρ ἀπόχρη τὸ μόνον τὸν εὐεργέτην ὑμνεῖν· προσ‐ ήκει γὰρ καὶ τὴν ὁδὸν ἐκείνην ὁδεύειν, ἧς τὸ τέλος ἀληθῶς</w:t>
      </w:r>
    </w:p>
    <w:p>
      <w:r>
        <w:rPr>
          <w:rFonts w:ascii="Courier New" w:hAnsi="Courier New"/>
          <w:color w:val="555555"/>
          <w:sz w:val="20"/>
        </w:rPr>
        <w:t>[5]</w:t>
      </w:r>
    </w:p>
    <w:p>
      <w:r>
        <w:rPr>
          <w:rFonts w:ascii="Gentium Plus" w:hAnsi="Gentium Plus"/>
          <w:sz w:val="24"/>
        </w:rPr>
        <w:t>ὁλοκαυτώματα καὶ περὶ ἁμαρτίας οὐκ ἐζήτησας.» Κἀν ἄλλῃ δὲ μελῳδίᾳ τοῦτο παραδέδωκεν· «Αἰνέσω» γὰρ εἶπε «τὸ ὄνομα τοῦ Θεοῦ μου μετ’ ᾠδῆς· μεγαλυνῶ αὐτὸν ἐν αἰνέσει· καὶ ἀρέσει</w:t>
      </w:r>
    </w:p>
    <w:p>
      <w:r>
        <w:rPr>
          <w:rFonts w:ascii="Courier New" w:hAnsi="Courier New"/>
          <w:color w:val="555555"/>
          <w:sz w:val="20"/>
        </w:rPr>
        <w:t>[7 . 27]</w:t>
      </w:r>
    </w:p>
    <w:p>
      <w:r>
        <w:rPr>
          <w:rFonts w:ascii="Gentium Plus" w:hAnsi="Gentium Plus"/>
          <w:sz w:val="24"/>
        </w:rPr>
        <w:t>τῷ Θεῷ ὑπὲρ μόσχον νέον, κέρατα ἐκφέροντα καὶ ὁπλάς.» Ὡς ἂν δὲ μή τις ὑπολάβῃ ταῦτα μόνον τὸν Δαυὶδ γεγραφέναι, ἀκού‐ σατε, ὦ ἄνδρες, ὁποῖα καὶ διὰ τῆς τοῦ Ἡσαΐου φωνῆς αὐτὸς πάλιν εἴρηκεν ὁ Θεός· αὐτοῦ γὰρ δὴ ταῦτα τὰ ῥήματα· «Τί</w:t>
      </w:r>
    </w:p>
    <w:p>
      <w:r>
        <w:rPr>
          <w:rFonts w:ascii="Courier New" w:hAnsi="Courier New"/>
          <w:color w:val="555555"/>
          <w:sz w:val="20"/>
        </w:rPr>
        <w:t>[5]</w:t>
      </w:r>
    </w:p>
    <w:p>
      <w:r>
        <w:rPr>
          <w:rFonts w:ascii="Gentium Plus" w:hAnsi="Gentium Plus"/>
          <w:sz w:val="24"/>
        </w:rPr>
        <w:t>μοι πλῆθος τῶν θυσιῶν ὑμῶν; λέγει Κύριος. Πλήρης εἰμί· ὁλοκαυτώματα κριῶν καὶ στέαρ ἀρνῶν καὶ αἷμα ταύρων καὶ τρά‐ γων οὐ βούλομαι, οὐδ’ ἂν ἔρχησθε ὀφθῆναί μοι. Τίς γὰρ ἐξεζήτησε ταῦτα ἐκ τῶν χειρῶν ὑμῶν;» Ἄντικρυς δὲ διὰ τούτων δεδή‐</w:t>
      </w:r>
    </w:p>
    <w:p>
      <w:r>
        <w:rPr>
          <w:rFonts w:ascii="Courier New" w:hAnsi="Courier New"/>
          <w:color w:val="555555"/>
          <w:sz w:val="20"/>
        </w:rPr>
        <w:t>[7 . 28]</w:t>
      </w:r>
    </w:p>
    <w:p>
      <w:r>
        <w:rPr>
          <w:rFonts w:ascii="Gentium Plus" w:hAnsi="Gentium Plus"/>
          <w:sz w:val="24"/>
        </w:rPr>
        <w:t>λωκεν, ὡς οὐκ ἀναγκαίως ταῦτα νενομοθέτηκεν, ἀλλὰ τῇ ἐκείνων ξυγκατιὼν ἀσθενείᾳ. Τοῦτο γὰρ σημαίνει τὸ «Τίς ἐξεζήτησε ταῦτα ἐκ τῶν χειρῶν ὑμῶν;» Εἶτα ἐπήγαγεν· «Πατεῖν μου τὴν αὐλὴν οὐ προσθήσεσθε· ἐὰν γὰρ προσφέρητέ μοι σεμίδαλιν,</w:t>
      </w:r>
    </w:p>
    <w:p>
      <w:r>
        <w:rPr>
          <w:rFonts w:ascii="Courier New" w:hAnsi="Courier New"/>
          <w:color w:val="555555"/>
          <w:sz w:val="20"/>
        </w:rPr>
        <w:t>[5]</w:t>
      </w:r>
    </w:p>
    <w:p>
      <w:r>
        <w:rPr>
          <w:rFonts w:ascii="Gentium Plus" w:hAnsi="Gentium Plus"/>
          <w:sz w:val="24"/>
        </w:rPr>
        <w:t>μάταιον· θυμίαμα βδέλυγμά μοί ἐστι· τὰς νεομηνίας ὑμῶν καὶ τὰ σάββατα καὶ ἡμέραν μεγάλην οὐκ ἀνέχομαι· νηστείαν καὶ ἀργίαν καὶ τὰς ἑορτὰς ὑμῶν μισεῖ ἡ ψυχή μου. Ἐγενήθητέ μοι εἰς</w:t>
      </w:r>
    </w:p>
    <w:p>
      <w:r>
        <w:rPr>
          <w:rFonts w:ascii="Courier New" w:hAnsi="Courier New"/>
          <w:color w:val="555555"/>
          <w:sz w:val="20"/>
        </w:rPr>
        <w:t>[7 . 29]</w:t>
      </w:r>
    </w:p>
    <w:p>
      <w:r>
        <w:rPr>
          <w:rFonts w:ascii="Gentium Plus" w:hAnsi="Gentium Plus"/>
          <w:sz w:val="24"/>
        </w:rPr>
        <w:t>πλησμονήν.» Ἀτεχνῶς δὲ ταῦτα τῇ δαυιτικῇ ἔοικε μελῳδίᾳ. Κἀνταῦθα γὰρ παραπλησίως οὐ μόνον τοὺς ταύρους καὶ τοὺς τράγους καὶ τοὺς ἄρνας ἐξέβαλεν, ἀλλὰ καὶ τὴν σεμίδαλιν καὶ τῶν ἀρωμάτων τὴν εὐοσμίαν καὶ τῶν μεγάλων πανηγύρεων τὸν</w:t>
      </w:r>
    </w:p>
    <w:p>
      <w:r>
        <w:rPr>
          <w:rFonts w:ascii="Courier New" w:hAnsi="Courier New"/>
          <w:color w:val="555555"/>
          <w:sz w:val="20"/>
        </w:rPr>
        <w:t>[5]</w:t>
      </w:r>
    </w:p>
    <w:p>
      <w:r>
        <w:rPr>
          <w:rFonts w:ascii="Gentium Plus" w:hAnsi="Gentium Plus"/>
          <w:sz w:val="24"/>
        </w:rPr>
        <w:t>κατάλογον. Ὥσπερ δὲ διὰ τοῦ Δαυὶδ ἀπαγορεύσας τὰς τοιαύτας ἱερουργίας τὴν τῆς αἰνέσεως θυσίαν προσφέρειν ἐκέλευσεν, οὕτω κἀνταῦθα τούτων ἕκαστον ἐκβαλών, τὸ τῆς ἀφθαρσίας αὐτοῖς καὶ</w:t>
      </w:r>
    </w:p>
    <w:p>
      <w:r>
        <w:rPr>
          <w:rFonts w:ascii="Courier New" w:hAnsi="Courier New"/>
          <w:color w:val="555555"/>
          <w:sz w:val="20"/>
        </w:rPr>
        <w:t>[7 . 30]</w:t>
      </w:r>
    </w:p>
    <w:p>
      <w:r>
        <w:rPr>
          <w:rFonts w:ascii="Gentium Plus" w:hAnsi="Gentium Plus"/>
          <w:sz w:val="24"/>
        </w:rPr>
        <w:t>καθαροὶ γένεσθε.» Καὶ ἵνα μὴ νομίσωσι προστεταχέναι αὐτὸν τοῖς περιρραντηρίοις τοῖς ξυνήθεσι χρήσασθαι, ἀναγκαίως προσ‐ τέθεικεν· «Ἀφέλετε τὰς πονηρίας ὑμῶν ἀπὸ τῶν ψυχῶν ὑμῶν, ἀπέναντι τῶν ὀφθαλμῶν μου.» Τοῦτο δὲ σαφῶς τὴν τοῦ παναγίου</w:t>
      </w:r>
    </w:p>
    <w:p>
      <w:r>
        <w:rPr>
          <w:rFonts w:ascii="Courier New" w:hAnsi="Courier New"/>
          <w:color w:val="555555"/>
          <w:sz w:val="20"/>
        </w:rPr>
        <w:t>[5]</w:t>
      </w:r>
    </w:p>
    <w:p>
      <w:r>
        <w:rPr>
          <w:rFonts w:ascii="Gentium Plus" w:hAnsi="Gentium Plus"/>
          <w:sz w:val="24"/>
        </w:rPr>
        <w:t>βαπτίσματος αἰνίττεται δωρεάν. Κἀν τῷ μέσῳ δὲ τῆς προφητείας</w:t>
      </w:r>
    </w:p>
    <w:p>
      <w:r>
        <w:rPr>
          <w:rFonts w:ascii="Courier New" w:hAnsi="Courier New"/>
          <w:color w:val="555555"/>
          <w:sz w:val="20"/>
        </w:rPr>
        <w:t>[7 . 31]</w:t>
      </w:r>
    </w:p>
    <w:p>
      <w:r>
        <w:rPr>
          <w:rFonts w:ascii="Gentium Plus" w:hAnsi="Gentium Plus"/>
          <w:sz w:val="24"/>
        </w:rPr>
        <w:t>πάλιν ὁ τοῦ προφήτου Θεὸς διὰ τοῦ προφήτου φησίν· «Οὐ νῦν ἐκάλεσά σε, Ἰακώβ, οὐδὲ κοπιάσαι σε ἐποίησα, Ἰσραήλ. Οὐκ ἤνεγκάς μοι πρόβατα τῆς ὁλοκαρπώσεώς σου οὐδὲ ἐν ταῖς θυσίαις σου ἐδόξασάς με· οὐκ ἐδούλευσάς μοι ἐν δώροις, οὐδὲ</w:t>
      </w:r>
    </w:p>
    <w:p>
      <w:r>
        <w:rPr>
          <w:rFonts w:ascii="Courier New" w:hAnsi="Courier New"/>
          <w:color w:val="555555"/>
          <w:sz w:val="20"/>
        </w:rPr>
        <w:t>[5]</w:t>
      </w:r>
    </w:p>
    <w:p>
      <w:r>
        <w:rPr>
          <w:rFonts w:ascii="Gentium Plus" w:hAnsi="Gentium Plus"/>
          <w:sz w:val="24"/>
        </w:rPr>
        <w:t>ἔγκοπόν σε ἐποίησα ἐν λιβάνῳ; οὐδὲ ἐκτήσω μοι ἀργυρίου θυμίαμα, οὐδὲ στέαρ τῶν θυσιῶν σου ἐπεθύμησα, ἀλλ’ ἐν ταῖς ἁμαρτίαις</w:t>
      </w:r>
    </w:p>
    <w:p>
      <w:r>
        <w:rPr>
          <w:rFonts w:ascii="Courier New" w:hAnsi="Courier New"/>
          <w:color w:val="555555"/>
          <w:sz w:val="20"/>
        </w:rPr>
        <w:t>[7 . 32]</w:t>
      </w:r>
    </w:p>
    <w:p>
      <w:r>
        <w:rPr>
          <w:rFonts w:ascii="Gentium Plus" w:hAnsi="Gentium Plus"/>
          <w:sz w:val="24"/>
        </w:rPr>
        <w:t>σου καὶ ἐν ταῖς ἀδικίαις σου προέστην σου.» Οὕτω πάλιν δείξας ἀνόνητα τῆς νομικῆς ἱερουργίας τὰ εἴδη, ὑπισχνεῖται τῶν ἁμαρ‐ τημάτων τὴν ἄφεσιν, ἣν διὰ τοῦ παναγίου βαπτίσματος ἐδω‐ ρήσατο· «Ἐγώ εἰμι, ἐγώ εἰμι ὁ ἐξαλείφων τὰς ἀνομίας σου</w:t>
      </w:r>
    </w:p>
    <w:p>
      <w:r>
        <w:rPr>
          <w:rFonts w:ascii="Courier New" w:hAnsi="Courier New"/>
          <w:color w:val="555555"/>
          <w:sz w:val="20"/>
        </w:rPr>
        <w:t>[5]</w:t>
      </w:r>
    </w:p>
    <w:p>
      <w:r>
        <w:rPr>
          <w:rFonts w:ascii="Gentium Plus" w:hAnsi="Gentium Plus"/>
          <w:sz w:val="24"/>
        </w:rPr>
        <w:t>ἕνεκεν ἐμοῦ, καὶ τὰς ἁμαρτίας σου οὐ μὴ μνησθήσομαι.» Οὐ γὰρ δὴ δι’ ἔργων ἀξιεπαίνων, ἀλλὰ διὰ μόνης πίστεως τῶν</w:t>
      </w:r>
    </w:p>
    <w:p>
      <w:r>
        <w:rPr>
          <w:rFonts w:ascii="Courier New" w:hAnsi="Courier New"/>
          <w:color w:val="555555"/>
          <w:sz w:val="20"/>
        </w:rPr>
        <w:t>[7 . 33]</w:t>
      </w:r>
    </w:p>
    <w:p>
      <w:r>
        <w:rPr>
          <w:rFonts w:ascii="Gentium Plus" w:hAnsi="Gentium Plus"/>
          <w:sz w:val="24"/>
        </w:rPr>
        <w:t>μυστικῶν τετυχήκαμεν ἀγαθῶν. Τῷ τοι καὶ ὁ θεῖος ἀπόστολος κέκραγεν· «Χάριτί ἐστε σεσῳσμένοι· καὶ τοῦτο οὐκ ἐξ ὑμῶν, Θεοῦ τὸ δῶρον, ἵνα μή τις καυχήσηται.» Τοῦτο κἀνταῦθα δηλῶν, τὸ «ἕνεκεν ἐμοῦ» τέθεικεν. Ταῦτα καὶ διὰ Ἱερεμίου</w:t>
      </w:r>
    </w:p>
    <w:p>
      <w:r>
        <w:rPr>
          <w:rFonts w:ascii="Courier New" w:hAnsi="Courier New"/>
          <w:color w:val="555555"/>
          <w:sz w:val="20"/>
        </w:rPr>
        <w:t>[5]</w:t>
      </w:r>
    </w:p>
    <w:p>
      <w:r>
        <w:rPr>
          <w:rFonts w:ascii="Gentium Plus" w:hAnsi="Gentium Plus"/>
          <w:sz w:val="24"/>
        </w:rPr>
        <w:t>διαμαρτύρεται λέγων· «Τὰ ὁλοκαυτώματα ὑμῶν συναγάγετε μετὰ τῶν θυσιῶν ὑμῶν καὶ φάγετε κρέα. Ὅτι οὐκ ἐλάλησα πρὸς τοὺς πατέρας ὑμῶν οὐδὲ ἐνετειλάμην αὐτοῖς ἐν ἡμέρᾳ, ἐν ᾗ</w:t>
      </w:r>
    </w:p>
    <w:p>
      <w:r>
        <w:rPr>
          <w:rFonts w:ascii="Courier New" w:hAnsi="Courier New"/>
          <w:color w:val="555555"/>
          <w:sz w:val="20"/>
        </w:rPr>
        <w:t>[7 . 34]</w:t>
      </w:r>
    </w:p>
    <w:p>
      <w:r>
        <w:rPr>
          <w:rFonts w:ascii="Gentium Plus" w:hAnsi="Gentium Plus"/>
          <w:sz w:val="24"/>
        </w:rPr>
        <w:t>Ἃ γὰρ δὴ περὶ τούτων ἐν τῷ νόμῳ προσετετάχει, τῆς ἐκείνων ἦν ἀναισθησίας, οὐ τῆς αὐτοῦ χρείας τε καὶ βουλήσεως. Ταῦτα καὶ ἑτέρωθι λέγει· «Τὰ ὁλοκαυτώματα ὑμῶν οὐκ ἔστι δεκτά, καὶ αἱ θυσίαι ὑμῶν οὐχ ἥδυνάν μοι.» Καὶ αὖ πάλιν βοᾷ· «Ἀπόσ‐</w:t>
      </w:r>
    </w:p>
    <w:p>
      <w:r>
        <w:rPr>
          <w:rFonts w:ascii="Courier New" w:hAnsi="Courier New"/>
          <w:color w:val="555555"/>
          <w:sz w:val="20"/>
        </w:rPr>
        <w:t>[5]</w:t>
      </w:r>
    </w:p>
    <w:p>
      <w:r>
        <w:rPr>
          <w:rFonts w:ascii="Gentium Plus" w:hAnsi="Gentium Plus"/>
          <w:sz w:val="24"/>
        </w:rPr>
        <w:t>τησον ἀπ’ ἐμοῦ ἦχον ᾠδῶν σου, καὶ φωνῆς ὀργάνων σου οὐκ ἀκούσομαι.» Καὶ ἄλλα δὲ πάμπολλα τοιαῦτα ἔστιν εὑρεῖν,</w:t>
      </w:r>
    </w:p>
    <w:p>
      <w:r>
        <w:rPr>
          <w:rFonts w:ascii="Courier New" w:hAnsi="Courier New"/>
          <w:color w:val="555555"/>
          <w:sz w:val="20"/>
        </w:rPr>
        <w:t>[7 . 35]</w:t>
      </w:r>
    </w:p>
    <w:p>
      <w:r>
        <w:rPr>
          <w:rFonts w:ascii="Gentium Plus" w:hAnsi="Gentium Plus"/>
          <w:sz w:val="24"/>
        </w:rPr>
        <w:t>δηλοῦντα σαφῶς, ὡς οὐ δεόμενος θυσιῶν ὁ Θεὸς οὐδὲ καπνῷ καὶ κνίσῃ καὶ τοῖς μουσικοῖς ὀργάνοις ἐπιτερπόμενος ταῦτα τελεῖσθαι προσέταξεν, ἀλλὰ τῆς ἐκείνων προμηθούμενος ἰατρείας.</w:t>
      </w:r>
    </w:p>
    <w:p>
      <w:r>
        <w:rPr>
          <w:rFonts w:ascii="Courier New" w:hAnsi="Courier New"/>
          <w:color w:val="555555"/>
          <w:sz w:val="20"/>
        </w:rPr>
        <w:t>[7 . 36]</w:t>
      </w:r>
    </w:p>
    <w:p>
      <w:r>
        <w:rPr>
          <w:rFonts w:ascii="Gentium Plus" w:hAnsi="Gentium Plus"/>
          <w:sz w:val="24"/>
        </w:rPr>
        <w:t>Μὴ τοίνυν τῆς τῶν ὑμετέρων θυμάτων κατηγορίας ἀπολογίαν τὴν ἀντικατηγορίαν ἔχειν νομίζετε. Δῆλον γάρ τοι τὸν τοῦ νόμου σκοπὸν διὰ τῶν προφητῶν ὁ νομοθέτης πεποίηκεν. Τού‐ τοις ἀκριβῶς ἐντυχὼν ὁ Πορφύριος—μάλα γὰρ αὐτοῖς ἐνδιέ‐</w:t>
      </w:r>
    </w:p>
    <w:p>
      <w:r>
        <w:rPr>
          <w:rFonts w:ascii="Courier New" w:hAnsi="Courier New"/>
          <w:color w:val="555555"/>
          <w:sz w:val="20"/>
        </w:rPr>
        <w:t>[5]</w:t>
      </w:r>
    </w:p>
    <w:p>
      <w:r>
        <w:rPr>
          <w:rFonts w:ascii="Gentium Plus" w:hAnsi="Gentium Plus"/>
          <w:sz w:val="24"/>
        </w:rPr>
        <w:t>τριψε, τὴν καθ’ ἡμῶν τυρεύων γραφήν—, καὶ ἀλλότριον εὐσε‐ βείας καὶ αὐτὸς ἀποφαίνει τὸ θύειν, παραπλήσιόν τι τοῖς πιθήκοις</w:t>
      </w:r>
    </w:p>
    <w:p>
      <w:r>
        <w:rPr>
          <w:rFonts w:ascii="Courier New" w:hAnsi="Courier New"/>
          <w:color w:val="555555"/>
          <w:sz w:val="20"/>
        </w:rPr>
        <w:t>[7 . 37]</w:t>
      </w:r>
    </w:p>
    <w:p>
      <w:r>
        <w:rPr>
          <w:rFonts w:ascii="Gentium Plus" w:hAnsi="Gentium Plus"/>
          <w:sz w:val="24"/>
        </w:rPr>
        <w:t>καὶ δρῶν καὶ πάσχων. Καθάπερ γὰρ ἐκεῖνοι μιμοῦνται μὲν τὰ τῶν ἀνθρώπων ἐπιτηδεύματα, εἰς δέ γε τὴν τῶν ἀνθρώπων οὐ μεταβάλλονται φύσιν, ἀλλὰ μένουσι πίθηκοι, οὕτως οὗτος τὰ θεῖα λόγια κεκλοφὼς καὶ ἐνίων τὴν διάνοιαν τοῖς ξυγγράμμασιν ἐντε‐</w:t>
      </w:r>
    </w:p>
    <w:p>
      <w:r>
        <w:rPr>
          <w:rFonts w:ascii="Courier New" w:hAnsi="Courier New"/>
          <w:color w:val="555555"/>
          <w:sz w:val="20"/>
        </w:rPr>
        <w:t>[5]</w:t>
      </w:r>
    </w:p>
    <w:p>
      <w:r>
        <w:rPr>
          <w:rFonts w:ascii="Gentium Plus" w:hAnsi="Gentium Plus"/>
          <w:sz w:val="24"/>
        </w:rPr>
        <w:t>θεικὼς τοῖς οἰκείοις, μεταμαθεῖν οὐκ ἠθέλησε τὴν ἀλήθειαν, ἀλλὰ μεμένηκε πίθηκος, μᾶλλον δὲ κολοιός, ἀλλοτρίοις πτίλοις</w:t>
      </w:r>
    </w:p>
    <w:p>
      <w:r>
        <w:rPr>
          <w:rFonts w:ascii="Courier New" w:hAnsi="Courier New"/>
          <w:color w:val="555555"/>
          <w:sz w:val="20"/>
        </w:rPr>
        <w:t>[7 . 38]</w:t>
      </w:r>
    </w:p>
    <w:p>
      <w:r>
        <w:rPr>
          <w:rFonts w:ascii="Gentium Plus" w:hAnsi="Gentium Plus"/>
          <w:sz w:val="24"/>
        </w:rPr>
        <w:t>καλλυνόμενος. Οὗτος περὶ τοῦ δεῖν ἐμψύχων ἀπέχεσθαι πολλοὺς λόγους ξυγγεγραφώς, εἰσήγαγε τὸν Θεόφραστον λέγοντα, ὅτι</w:t>
      </w:r>
    </w:p>
    <w:p>
      <w:r>
        <w:rPr>
          <w:rFonts w:ascii="Courier New" w:hAnsi="Courier New"/>
          <w:color w:val="555555"/>
          <w:sz w:val="20"/>
        </w:rPr>
        <w:t>[5]</w:t>
      </w:r>
    </w:p>
    <w:p>
      <w:r>
        <w:rPr>
          <w:rFonts w:ascii="Gentium Plus" w:hAnsi="Gentium Plus"/>
          <w:sz w:val="24"/>
        </w:rPr>
        <w:t>ἀράμενοι κατέκαον», ταύτῃ τοὺς φαινομένους οὐρανίους θεοὺς</w:t>
      </w:r>
    </w:p>
    <w:p>
      <w:r>
        <w:rPr>
          <w:rFonts w:ascii="Courier New" w:hAnsi="Courier New"/>
          <w:color w:val="555555"/>
          <w:sz w:val="20"/>
        </w:rPr>
        <w:t>[7 . 39]</w:t>
      </w:r>
    </w:p>
    <w:p>
      <w:r>
        <w:rPr>
          <w:rFonts w:ascii="Gentium Plus" w:hAnsi="Gentium Plus"/>
          <w:sz w:val="24"/>
        </w:rPr>
        <w:t>τῇ θυσίᾳ δεξιούμενοι. Εἶτα πολλὰ ἄττα τοιαῦτα διεξελθών, ἐπήγαγεν· «Πόρρω δὲ τῶν περὶ τὰς θυσίας ἀπαρχῶν τοῖς ἀνθρώποις προϊουσῶν παρανομίας, ἡ τῶν δεινοτάτων θυμάτων παράληψις ἐπεισήχθη ὠμότητος πλήρης, ὡς δοκεῖν τὰς πρότερον</w:t>
      </w:r>
    </w:p>
    <w:p>
      <w:r>
        <w:rPr>
          <w:rFonts w:ascii="Courier New" w:hAnsi="Courier New"/>
          <w:color w:val="555555"/>
          <w:sz w:val="20"/>
        </w:rPr>
        <w:t>[5]</w:t>
      </w:r>
    </w:p>
    <w:p>
      <w:r>
        <w:rPr>
          <w:rFonts w:ascii="Gentium Plus" w:hAnsi="Gentium Plus"/>
          <w:sz w:val="24"/>
        </w:rPr>
        <w:t>λεχθείσας καθ’ ἡμῶν ἀρὰς νῦν τέλος εἰληφέναι, σφαξάντων τῶν</w:t>
      </w:r>
    </w:p>
    <w:p>
      <w:r>
        <w:rPr>
          <w:rFonts w:ascii="Courier New" w:hAnsi="Courier New"/>
          <w:color w:val="555555"/>
          <w:sz w:val="20"/>
        </w:rPr>
        <w:t>[7 . 40]</w:t>
      </w:r>
    </w:p>
    <w:p>
      <w:r>
        <w:rPr>
          <w:rFonts w:ascii="Gentium Plus" w:hAnsi="Gentium Plus"/>
          <w:sz w:val="24"/>
        </w:rPr>
        <w:t>ἀνθρώπων καὶ τοὺς βωμοὺς αἱμαξάντων.» Εἶτα πολλοὺς λόγους διεξελθών, ἔφη μὴ χρῆναι θεοὺς ὑπολαμβάνειν τοὺς ταῖς διὰ ζῴων θυσίαις χαίροντας· εἶναι γὰρ ἀδικώτατον τὸ ζῳοθυτεῖν καὶ ἀνόσιον καὶ μυσαρὸν καὶ βλαβερὸν καὶ διὰ τοῦτο μηδὲ θεοῖς προσ‐</w:t>
      </w:r>
    </w:p>
    <w:p>
      <w:r>
        <w:rPr>
          <w:rFonts w:ascii="Courier New" w:hAnsi="Courier New"/>
          <w:color w:val="555555"/>
          <w:sz w:val="20"/>
        </w:rPr>
        <w:t>[5]</w:t>
      </w:r>
    </w:p>
    <w:p>
      <w:r>
        <w:rPr>
          <w:rFonts w:ascii="Gentium Plus" w:hAnsi="Gentium Plus"/>
          <w:sz w:val="24"/>
        </w:rPr>
        <w:t>φιλές. Προστέθεικε δὲ καὶ ταῦτα· «Εἰκότως ὁ Θεόφραστος ἀπα‐ γορεύει μὴ θύειν τὰ ἔμψυχα τοὺς τῷ ὄντι εὐσεβεῖν ἐθέλοντας,</w:t>
      </w:r>
    </w:p>
    <w:p>
      <w:r>
        <w:rPr>
          <w:rFonts w:ascii="Courier New" w:hAnsi="Courier New"/>
          <w:color w:val="555555"/>
          <w:sz w:val="20"/>
        </w:rPr>
        <w:t>[7 . 41]</w:t>
      </w:r>
    </w:p>
    <w:p>
      <w:r>
        <w:rPr>
          <w:rFonts w:ascii="Gentium Plus" w:hAnsi="Gentium Plus"/>
          <w:sz w:val="24"/>
        </w:rPr>
        <w:t>χρώμενος καὶ τοιαύταις ἄλλαις αἰτίαις.» Εἶτα δείκνυσι, τίνα θύειν προσήκει, καί φησιν· «Καὶ μὴν θύειν δεῖ ἐκεῖνα, ἃ θύοντες οὐδένα πημανοῦμεν· οὐδὲν γὰρ ὡς τὸ θύειν ἀβλαβὲς εἶναι χρὴ πᾶσιν.» Καὶ αὖ πάλιν· «Ἀφεκτέον ἄρα τῶν ζῴων ἐν</w:t>
      </w:r>
    </w:p>
    <w:p>
      <w:r>
        <w:rPr>
          <w:rFonts w:ascii="Courier New" w:hAnsi="Courier New"/>
          <w:color w:val="555555"/>
          <w:sz w:val="20"/>
        </w:rPr>
        <w:t>[5]</w:t>
      </w:r>
    </w:p>
    <w:p>
      <w:r>
        <w:rPr>
          <w:rFonts w:ascii="Gentium Plus" w:hAnsi="Gentium Plus"/>
          <w:sz w:val="24"/>
        </w:rPr>
        <w:t>ταῖς θυσίαις.» Ἀναμιμνήσκει δὲ καὶ τῶν πάλαι τολμηθεισῶν</w:t>
      </w:r>
    </w:p>
    <w:p>
      <w:r>
        <w:rPr>
          <w:rFonts w:ascii="Courier New" w:hAnsi="Courier New"/>
          <w:color w:val="555555"/>
          <w:sz w:val="20"/>
        </w:rPr>
        <w:t>[7 . 42]</w:t>
      </w:r>
    </w:p>
    <w:p>
      <w:r>
        <w:rPr>
          <w:rFonts w:ascii="Gentium Plus" w:hAnsi="Gentium Plus"/>
          <w:sz w:val="24"/>
        </w:rPr>
        <w:t>κατακριθέντων μέχρι τῶν Κρονίων ξυνεῖχον.» Εἶτα λέγει, ὡς καὶ ἐν Σαλαμῖνι τῆς Κύπρου ἄνθρωπος ἐθύετο τῇ Ἀγραύλῳ τῇ Κέκροπος, καὶ ἐν Ἡλιουπόλει τῆς Αἰγύπτου ἄνθρωποι κα‐ τεσφάζοντο τρεῖς καθ’ ἑκάστην ἡμέραν. Καὶ Λακεδαιμονίους δέ</w:t>
      </w:r>
    </w:p>
    <w:p>
      <w:r>
        <w:rPr>
          <w:rFonts w:ascii="Courier New" w:hAnsi="Courier New"/>
          <w:color w:val="555555"/>
          <w:sz w:val="20"/>
        </w:rPr>
        <w:t>[5]</w:t>
      </w:r>
    </w:p>
    <w:p>
      <w:r>
        <w:rPr>
          <w:rFonts w:ascii="Gentium Plus" w:hAnsi="Gentium Plus"/>
          <w:sz w:val="24"/>
        </w:rPr>
        <w:t>φησι τῷ Ἄρει θύειν ἄνθρωπον, καὶ ἐν Λαοδικείᾳ δὲ τῆς Συρίας καὶ ἐν Καρχηδόνι τῆς Λιβύης τοιαύτας πάλαι θυσίας προσε‐ νεχθῆναι, καὶ τοὺς Ἕλληνας εἰς πόλεμον ἐξιόντας ἀνθρωποθυ‐</w:t>
      </w:r>
    </w:p>
    <w:p>
      <w:r>
        <w:rPr>
          <w:rFonts w:ascii="Courier New" w:hAnsi="Courier New"/>
          <w:color w:val="555555"/>
          <w:sz w:val="20"/>
        </w:rPr>
        <w:t>[7 . 43]</w:t>
      </w:r>
    </w:p>
    <w:p>
      <w:r>
        <w:rPr>
          <w:rFonts w:ascii="Gentium Plus" w:hAnsi="Gentium Plus"/>
          <w:sz w:val="24"/>
        </w:rPr>
        <w:t>τεῖν, καὶ ἄλλα δὲ πάμπολλα τοιαῦτα διέξεισιν. Καὶ Φίλων δὲ ὁ ἱστοριογράφος φησὶν Ἀριστομένη τὸν Μεσσήνιον τῷ Ἰθωμήτῃ Διῒ τριακοσίους ἀποσφάξαι. Καὶ ὁ Πλούταρχος δὲ ξυνῳδὰ τού‐ τοις ἱστόρησε, καὶ ἕτεροι ξυγγραφεῖς πολλὰ τοιαῦτα ξυνέγραψαν·</w:t>
      </w:r>
    </w:p>
    <w:p>
      <w:r>
        <w:rPr>
          <w:rFonts w:ascii="Courier New" w:hAnsi="Courier New"/>
          <w:color w:val="555555"/>
          <w:sz w:val="20"/>
        </w:rPr>
        <w:t>[5]</w:t>
      </w:r>
    </w:p>
    <w:p>
      <w:r>
        <w:rPr>
          <w:rFonts w:ascii="Gentium Plus" w:hAnsi="Gentium Plus"/>
          <w:sz w:val="24"/>
        </w:rPr>
        <w:t>καὶ τραγῳδοποιοὶ τοιάσδε ξυμφορὰς ἐτραγῴδησαν, Μενοικέως μὲν ἐν Θήβαις, Κόδρου δὲ ἐν Ἀθήναις καὶ τῶν Λεὼ θυγατέρων.</w:t>
      </w:r>
    </w:p>
    <w:p>
      <w:r>
        <w:rPr>
          <w:rFonts w:ascii="Courier New" w:hAnsi="Courier New"/>
          <w:color w:val="555555"/>
          <w:sz w:val="20"/>
        </w:rPr>
        <w:t>[7 . 44]</w:t>
      </w:r>
    </w:p>
    <w:p>
      <w:r>
        <w:rPr>
          <w:rFonts w:ascii="Gentium Plus" w:hAnsi="Gentium Plus"/>
          <w:sz w:val="24"/>
        </w:rPr>
        <w:t>Καὶ ῥᾴδιον ἐντυχεῖν τῷ βουλομένῳ ταῖς παλαιαῖς ἱστορίαις καὶ γνῶναι, ὡς τῶν καλουμένων θεῶν ταῦτα κελευόντων ἐθύετο. Ὁ δέ γε ποιητὴς καὶ δεσπότης πανταχῇ τῆς τοιαύτης παρανομίας κατηγορεῖ, καὶ διὰ τοῦ Δαυὶδ μὲν βοᾷ· «Καὶ ἔθυσαν τοὺς υἱοὺς</w:t>
      </w:r>
    </w:p>
    <w:p>
      <w:r>
        <w:rPr>
          <w:rFonts w:ascii="Courier New" w:hAnsi="Courier New"/>
          <w:color w:val="555555"/>
          <w:sz w:val="20"/>
        </w:rPr>
        <w:t>[5]</w:t>
      </w:r>
    </w:p>
    <w:p>
      <w:r>
        <w:rPr>
          <w:rFonts w:ascii="Gentium Plus" w:hAnsi="Gentium Plus"/>
          <w:sz w:val="24"/>
        </w:rPr>
        <w:t>αὐτῶν καὶ τὰς θυγατέρας αὐτῶν τοῖς δαιμονίοις· καὶ ἐξέχεαν αἷμα ἀθῷον, αἷμα υἱῶν αὐτῶν καὶ θυγατέρων, ὧν ἔθυσαν τοῖς γλυπτοῖς Χαναάν», διὰ δὲ τοῦ προφήτου Ἰεζεκιὴλ πάλιν ἐπι‐ μεμφόμενος λέγει· «Καὶ ἔλαβες τοὺς υἱούς σου καὶ τὰς θυγα‐ τέρας σου, ἃς ἐγέννησάς μοι, καὶ προσήγαγες αὐτοὺς τοῖς</w:t>
      </w:r>
    </w:p>
    <w:p>
      <w:r>
        <w:rPr>
          <w:rFonts w:ascii="Courier New" w:hAnsi="Courier New"/>
          <w:color w:val="555555"/>
          <w:sz w:val="20"/>
        </w:rPr>
        <w:t>[10]</w:t>
      </w:r>
    </w:p>
    <w:p>
      <w:r>
        <w:rPr>
          <w:rFonts w:ascii="Gentium Plus" w:hAnsi="Gentium Plus"/>
          <w:sz w:val="24"/>
        </w:rPr>
        <w:t>ἐρασταῖς σου. Τοῦτο ὑπὲρ πᾶσαν τὴν πορνείαν σου.»</w:t>
      </w:r>
    </w:p>
    <w:p>
      <w:r>
        <w:rPr>
          <w:rFonts w:ascii="Courier New" w:hAnsi="Courier New"/>
          <w:color w:val="555555"/>
          <w:sz w:val="20"/>
        </w:rPr>
        <w:t>[7 . 45]</w:t>
      </w:r>
    </w:p>
    <w:p>
      <w:r>
        <w:rPr>
          <w:rFonts w:ascii="Gentium Plus" w:hAnsi="Gentium Plus"/>
          <w:sz w:val="24"/>
        </w:rPr>
        <w:t>Ταῦτα μὲν οὖν πάλαι παρ’ Ἑλλήνων καὶ Ῥωμαίων καὶ Αἰγυπτίων, καὶ μέντοι καὶ Ἑβραίων καὶ τῶν ἄλλων ἐτολμᾶτο βαρβάρων· μετὰ δὲ τὴν τοῦ Θεοῦ καὶ Σωτῆρος ἡμῶν ἐπιφάνειαν ἐκεῖνα μὲν ἔσβεσται ἅπαντα, οἱ δὲ θεῖοι τῶν εὐαγγελίων πολιτεύ‐</w:t>
      </w:r>
    </w:p>
    <w:p>
      <w:r>
        <w:rPr>
          <w:rFonts w:ascii="Courier New" w:hAnsi="Courier New"/>
          <w:color w:val="555555"/>
          <w:sz w:val="20"/>
        </w:rPr>
        <w:t>[7 . 46]</w:t>
      </w:r>
    </w:p>
    <w:p>
      <w:r>
        <w:rPr>
          <w:rFonts w:ascii="Gentium Plus" w:hAnsi="Gentium Plus"/>
          <w:sz w:val="24"/>
        </w:rPr>
        <w:t>ονται νόμοι. Ἐκείνας τραγῳδῶν τὰς μιαιφονίας Σοφοκλῆς ὁ Ἀθηναῖος ἄριστα μὲν ἐθεολόγησεν, ἄγαν δὲ σοφῶς ἐκωμῴδησε τὰ τῶν δαιμόνων ἀγάλματα καὶ τῶν θυσιῶν τὰς παρανόμους σφαγάς· λέγει δὲ οὕτως·</w:t>
      </w:r>
    </w:p>
    <w:p>
      <w:r>
        <w:rPr>
          <w:rFonts w:ascii="Courier New" w:hAnsi="Courier New"/>
          <w:color w:val="555555"/>
          <w:sz w:val="20"/>
        </w:rPr>
        <w:t>[5]</w:t>
      </w:r>
    </w:p>
    <w:p>
      <w:r>
        <w:rPr>
          <w:rFonts w:ascii="Gentium Plus" w:hAnsi="Gentium Plus"/>
          <w:sz w:val="24"/>
        </w:rPr>
        <w:t>εἷς ταῖς ἀληθείαισιν, εἷς ἐστιν θεός, ὃς οὐρανόν τ’ ἔτευξε καὶ γαῖαν μακρὴν πόντου τε χαροπὸν οἶδμα κἀνέμων βίας. Θνητοὶ δὲ πολλοὶ καρδίαν πλανώμενοι ἱδρυσάμεσθα πημάτων παραψυχήν,</w:t>
      </w:r>
    </w:p>
    <w:p>
      <w:r>
        <w:rPr>
          <w:rFonts w:ascii="Courier New" w:hAnsi="Courier New"/>
          <w:color w:val="555555"/>
          <w:sz w:val="20"/>
        </w:rPr>
        <w:t>[10]</w:t>
      </w:r>
    </w:p>
    <w:p>
      <w:r>
        <w:rPr>
          <w:rFonts w:ascii="Gentium Plus" w:hAnsi="Gentium Plus"/>
          <w:sz w:val="24"/>
        </w:rPr>
        <w:t>θεῶν ἀγάλματ’ ἐκ λίθων ἢ χαλκέων</w:t>
      </w:r>
    </w:p>
    <w:p>
      <w:r>
        <w:rPr>
          <w:rFonts w:ascii="Courier New" w:hAnsi="Courier New"/>
          <w:color w:val="555555"/>
          <w:sz w:val="20"/>
        </w:rPr>
        <w:t>[7 . 47]</w:t>
      </w:r>
    </w:p>
    <w:p>
      <w:r>
        <w:rPr>
          <w:rFonts w:ascii="Gentium Plus" w:hAnsi="Gentium Plus"/>
          <w:sz w:val="24"/>
        </w:rPr>
        <w:t>Τοιγάρτοι οὐ μόνον ἡμεῖς, ἀλλὰ καὶ οἱ ὑμέτεροι ποιηταὶ καὶ ξυγγραφεῖς καὶ φιλόσοφοι ταῦτα γελῶσιν, ἃ θεῖα νομίζετε. Ἐγὼ δὲ οἶμαι καὶ Σωκράτην τὸν Σωφρονίσκου τὸν ἀλεκτρυόνα θῦσαι κελεύειν, ἵνα τὴν κατ’ αὐτοῦ γεγενημένην διελέγξῃ γραφήν·</w:t>
      </w:r>
    </w:p>
    <w:p>
      <w:r>
        <w:rPr>
          <w:rFonts w:ascii="Courier New" w:hAnsi="Courier New"/>
          <w:color w:val="555555"/>
          <w:sz w:val="20"/>
        </w:rPr>
        <w:t>[5]</w:t>
      </w:r>
    </w:p>
    <w:p>
      <w:r>
        <w:rPr>
          <w:rFonts w:ascii="Gentium Plus" w:hAnsi="Gentium Plus"/>
          <w:sz w:val="24"/>
        </w:rPr>
        <w:t>ἐγραψάτην γὰρ αὐτὸν Ἄνυτός τε καὶ Μέλητος, ὡς εἶναι θεοὺς οὐ νομίζοντα. Ὅτι γὰρ ἀνενδεὲς τὸ θεῖον ἠπίστατο, σαφῶς ἐν</w:t>
      </w:r>
    </w:p>
    <w:p>
      <w:r>
        <w:rPr>
          <w:rFonts w:ascii="Courier New" w:hAnsi="Courier New"/>
          <w:color w:val="555555"/>
          <w:sz w:val="20"/>
        </w:rPr>
        <w:t>[7 . 48]</w:t>
      </w:r>
    </w:p>
    <w:p>
      <w:r>
        <w:rPr>
          <w:rFonts w:ascii="Gentium Plus" w:hAnsi="Gentium Plus"/>
          <w:sz w:val="24"/>
        </w:rPr>
        <w:t>ἑτέροις δεδήλωκεν. Αὐτοῦ γὰρ δὴ καὶ ταῦτα, εἴπερ δὴ ἄρα ὁ Πλάτων τὰ ἐκείνου ξυνέγραψε δόγματα· «Οὐ γὰρ χρείας ἕνεκα ὁ θεὸς πεποίηκε τὸν κόσμον, ἵνα τιμάς τε πρὸς ἀνθρώπων καὶ πρὸς θεῶν ἄλλων καὶ δαιμόνων καρποῖτο, οἷον πρόσοδόν τινα</w:t>
      </w:r>
    </w:p>
    <w:p>
      <w:r>
        <w:rPr>
          <w:rFonts w:ascii="Courier New" w:hAnsi="Courier New"/>
          <w:color w:val="555555"/>
          <w:sz w:val="20"/>
        </w:rPr>
        <w:t>[5]</w:t>
      </w:r>
    </w:p>
    <w:p>
      <w:r>
        <w:rPr>
          <w:rFonts w:ascii="Gentium Plus" w:hAnsi="Gentium Plus"/>
          <w:sz w:val="24"/>
        </w:rPr>
        <w:t>ἀπὸ τῆς γενέσεως ἀρνύμενος, παρὰ μὲν ἡμῶν καπνούς, παρὰ δὲ θεῶν καὶ δαιμόνων οἰκείας λειτουργίας.» Ἄντικρυς δὲ διὰ τού‐ των δεδήλωκεν, ὡς οὐδενὸς μὲν δεῖται τὸ θεῖον, καπνοῦ δὲ πλέον οὐδὲν ἔχουσιν αἱ τοιαῦται θυσίαι, καὶ καπνοῦ δυσοσμίας μεστοῦ.</w:t>
      </w:r>
    </w:p>
    <w:p>
      <w:r>
        <w:rPr>
          <w:rFonts w:ascii="Courier New" w:hAnsi="Courier New"/>
          <w:color w:val="555555"/>
          <w:sz w:val="20"/>
        </w:rPr>
        <w:t>[7 . 49]</w:t>
      </w:r>
    </w:p>
    <w:p>
      <w:r>
        <w:rPr>
          <w:rFonts w:ascii="Gentium Plus" w:hAnsi="Gentium Plus"/>
          <w:sz w:val="24"/>
        </w:rPr>
        <w:t>Ταῦτα δὴ οὖν καὶ παρὰ τῶν ὑμετέρων διδασκάλων μεμαθη‐ κότες καὶ παρὰ τῶν θείων λογίων, παρ’ ὧν ταῦτα σεσύληται, τὴν διδασκαλίαν κρατύναντες, τὰ μὲν ὀψοποιοῖς καὶ κρεοπώλαις ἁρμόττοντα μισήσατε θύματα, τὴν δὲ τῆς αἰνέσεως θυσίαν τῷ</w:t>
      </w:r>
    </w:p>
    <w:p>
      <w:r>
        <w:rPr>
          <w:rFonts w:ascii="Courier New" w:hAnsi="Courier New"/>
          <w:color w:val="555555"/>
          <w:sz w:val="20"/>
        </w:rPr>
        <w:t>[5]</w:t>
      </w:r>
    </w:p>
    <w:p>
      <w:r>
        <w:rPr>
          <w:rFonts w:ascii="Gentium Plus" w:hAnsi="Gentium Plus"/>
          <w:sz w:val="24"/>
        </w:rPr>
        <w:t>ποιητῇ προσενέγκατε. Πειθέτω δὲ ὑμᾶς τοῦτο ποιεῖν, μὴ τῶν βασιλευόντων οἱ νόμοι μηδὲ τῆς τιμωρίας τὸ δέος, ἀλλὰ τῆς</w:t>
      </w:r>
    </w:p>
    <w:p>
      <w:pPr>
        <w:jc w:val="center"/>
      </w:pPr>
      <w:r>
        <w:rPr>
          <w:rFonts w:ascii="Gentium Plus" w:hAnsi="Gentium Plus"/>
          <w:b/>
          <w:sz w:val="24"/>
        </w:rPr>
        <w:t>ΠΕΡΙ ΤΗΣ ΤΩΝ ΜΑΡΤΥΡΩΝ ΤΙΜΗΣ.</w:t>
      </w:r>
    </w:p>
    <w:p>
      <w:r>
        <w:rPr>
          <w:rFonts w:ascii="Courier New" w:hAnsi="Courier New"/>
          <w:color w:val="555555"/>
          <w:sz w:val="20"/>
        </w:rPr>
        <w:t>[8 . 1]</w:t>
      </w:r>
    </w:p>
    <w:p>
      <w:r>
        <w:rPr>
          <w:rFonts w:ascii="Gentium Plus" w:hAnsi="Gentium Plus"/>
          <w:sz w:val="24"/>
        </w:rPr>
        <w:t>Πυθαγόραν ἐκεῖνον, οὗ κλέος εὐρὺ παρ’ ὑμῖν, εἰρηκέναι φασὶν οἱ τὰ ἐκείνου ξυγγεγραφότες, ὡς χρὴ τῶν Σειρήνων προτιθέναι τὰς Μούσας. Ἐγὼ δέ, εἰ μὲν ἁπλοῖς ἐκεῖνος καὶ διαφανέσιν εἰώθει κεχρῆσθαι λόγοις, ὥσπερ δὴ καὶ ἄλλοι τῶν φιλοσόφων</w:t>
      </w:r>
    </w:p>
    <w:p>
      <w:r>
        <w:rPr>
          <w:rFonts w:ascii="Courier New" w:hAnsi="Courier New"/>
          <w:color w:val="555555"/>
          <w:sz w:val="20"/>
        </w:rPr>
        <w:t>[5]</w:t>
      </w:r>
    </w:p>
    <w:p>
      <w:r>
        <w:rPr>
          <w:rFonts w:ascii="Gentium Plus" w:hAnsi="Gentium Plus"/>
          <w:sz w:val="24"/>
        </w:rPr>
        <w:t>τινές, ἔφην ἂν αὐτὸν ὡς ἡδίω τὴν τῶν Μουσῶν προκεκρικέναι φωνήν· ἐπειδὴ δὲ αἰνιγματώδεις οἱ ἐκείνου γε λόγοι καὶ ὕφαλοι —ξυμβολικῶς γάρ τοι τὰς παραινέσεις προσέφερε· τοιοῦτο γὰρ δὴ τὸ «μαχαίρῃ πῦρ μὴ σκαλεύειν» καὶ «ἐπὶ χοίνικος μὴ καθῆσθαι» καὶ «μελάνουρον μὴ ἐσθίειν» καὶ «ζυγὸν μὴ ὑπερ‐</w:t>
      </w:r>
    </w:p>
    <w:p>
      <w:r>
        <w:rPr>
          <w:rFonts w:ascii="Courier New" w:hAnsi="Courier New"/>
          <w:color w:val="555555"/>
          <w:sz w:val="20"/>
        </w:rPr>
        <w:t>[10]</w:t>
      </w:r>
    </w:p>
    <w:p>
      <w:r>
        <w:rPr>
          <w:rFonts w:ascii="Gentium Plus" w:hAnsi="Gentium Plus"/>
          <w:sz w:val="24"/>
        </w:rPr>
        <w:t>βαίνειν» καὶ τἄλλα τὰ τούτοις ξυντεταγμένα—, οἶμαι αὐτὸν Σειρῆσι μὲν ἀπεικάσαι τοὺς κεκομψευμένους καὶ κατεγλωττισμέ‐ νους λόγους, Μούσαις δὲ τοὺς ἐπείσακτον μὲν οὐδὲν ἔχοντας, γυμνὸν δὲ τῆς ἀληθείας τὸ κάλλος ἐπιδεικνύντας. Ὅσῳ γὰρ ἡ παρὰ τῆς φύσεως ὥρα τῆς ὑπὸ κομμωτικῆς τέχνης διεσκευασμέ‐</w:t>
      </w:r>
    </w:p>
    <w:p>
      <w:r>
        <w:rPr>
          <w:rFonts w:ascii="Courier New" w:hAnsi="Courier New"/>
          <w:color w:val="555555"/>
          <w:sz w:val="20"/>
        </w:rPr>
        <w:t>[15]</w:t>
      </w:r>
    </w:p>
    <w:p>
      <w:r>
        <w:rPr>
          <w:rFonts w:ascii="Gentium Plus" w:hAnsi="Gentium Plus"/>
          <w:sz w:val="24"/>
        </w:rPr>
        <w:t>νης ἀμείνων, τοσούτῳ κρείττων τῆς τῶν λόγων εὐεπείας τε καὶ</w:t>
      </w:r>
    </w:p>
    <w:p>
      <w:r>
        <w:rPr>
          <w:rFonts w:ascii="Courier New" w:hAnsi="Courier New"/>
          <w:color w:val="555555"/>
          <w:sz w:val="20"/>
        </w:rPr>
        <w:t>[8 . 2]</w:t>
      </w:r>
    </w:p>
    <w:p>
      <w:r>
        <w:rPr>
          <w:rFonts w:ascii="Gentium Plus" w:hAnsi="Gentium Plus"/>
          <w:sz w:val="24"/>
        </w:rPr>
        <w:t>δεινότητος ἡ τῆς ἀληθείας εὐπρέπεια. Πιστευτέον οὖν ἄρα, ὦ ἄνδρες, εἰ καὶ μὴ ἄλλῳ, τῷ γοῦν πολυθρυλήτῳ φιλοσόφῳ ταῦτα νομοθετοῦντι, καὶ τὰ θεῖα λόγια μὴ παροπτέα νομίζειν, ὅτι δὴ</w:t>
      </w:r>
    </w:p>
    <w:p>
      <w:r>
        <w:rPr>
          <w:rFonts w:ascii="Courier New" w:hAnsi="Courier New"/>
          <w:color w:val="555555"/>
          <w:sz w:val="20"/>
        </w:rPr>
        <w:t>[5]</w:t>
      </w:r>
    </w:p>
    <w:p>
      <w:r>
        <w:rPr>
          <w:rFonts w:ascii="Gentium Plus" w:hAnsi="Gentium Plus"/>
          <w:sz w:val="24"/>
        </w:rPr>
        <w:t>ἡμῖν προσφέρουσι καὶ ἀποστίλβον τῆς ἀληθείας τὸ κάλλος. Εὐ‐ πετὲς μὲν γὰρ ἦν καὶ μάλα ῥᾴδιον τῇ τῆς σοφίας πηγῇ, ἣ καὶ δυσσεβέσιν ἀνθρώποις τὴν καλουμένην εὐστομίαν δεδώρηται, καὶ Πλάτωνος εὐγλωττοτέρους καὶ δεινοτέρους Δημοσθένους καὶ ὄγκῳ τὸν Ὀλόρου κατακρύπτοντας καὶ τὸν Νικομάχου καὶ</w:t>
      </w:r>
    </w:p>
    <w:p>
      <w:r>
        <w:rPr>
          <w:rFonts w:ascii="Courier New" w:hAnsi="Courier New"/>
          <w:color w:val="555555"/>
          <w:sz w:val="20"/>
        </w:rPr>
        <w:t>[10]</w:t>
      </w:r>
    </w:p>
    <w:p>
      <w:r>
        <w:rPr>
          <w:rFonts w:ascii="Gentium Plus" w:hAnsi="Gentium Plus"/>
          <w:sz w:val="24"/>
        </w:rPr>
        <w:t>Χρύσιππον τοῖς τῶν ξυλλογισμῶν ἀλύτοις δεσμοῖς ἀποφῆναι τῆς</w:t>
      </w:r>
    </w:p>
    <w:p>
      <w:r>
        <w:rPr>
          <w:rFonts w:ascii="Courier New" w:hAnsi="Courier New"/>
          <w:color w:val="555555"/>
          <w:sz w:val="20"/>
        </w:rPr>
        <w:t>[8 . 3]</w:t>
      </w:r>
    </w:p>
    <w:p>
      <w:r>
        <w:rPr>
          <w:rFonts w:ascii="Gentium Plus" w:hAnsi="Gentium Plus"/>
          <w:sz w:val="24"/>
        </w:rPr>
        <w:t>ἀληθείας τοὺς κήρυκας. Ἀλλ’ οὐκ ἐβουλήθη πέντε ἢ δέκα ἢ πεντεκαίδεκα ἢ ἑκατὸν ἢ δὶς τοσούτους τῶν σωτηρίων ἀπολαῦσαι ναμάτων, ἀλλὰ πάντας ἀνθρώπους, καὶ Ἕλληνας καὶ βαρβάρους, καὶ τοὺς λόγοις ἐντεθραμμένους καὶ τοὺς λόγων οὐ γεγευμένους,</w:t>
      </w:r>
    </w:p>
    <w:p>
      <w:r>
        <w:rPr>
          <w:rFonts w:ascii="Courier New" w:hAnsi="Courier New"/>
          <w:color w:val="555555"/>
          <w:sz w:val="20"/>
        </w:rPr>
        <w:t>[5]</w:t>
      </w:r>
    </w:p>
    <w:p>
      <w:r>
        <w:rPr>
          <w:rFonts w:ascii="Gentium Plus" w:hAnsi="Gentium Plus"/>
          <w:sz w:val="24"/>
        </w:rPr>
        <w:t>καὶ σκυτέας καὶ ὑφάντας καὶ χαλκοτύπους καὶ τοὺς ἄλλους, ὅσοι τὰς τέχνας μεταχειρίζουσι, καὶ πρὸς τούτοις καὶ οἰκέτας καὶ προσαίτας καὶ γηπόνους καὶ ἀλσοκόμους καὶ γυναῖκας ὡσαύ‐ τως, τάς τε πλούτῳ περιρρεομένας καὶ τὰς πόνῳ ξυνεζευγμένας</w:t>
      </w:r>
    </w:p>
    <w:p>
      <w:r>
        <w:rPr>
          <w:rFonts w:ascii="Courier New" w:hAnsi="Courier New"/>
          <w:color w:val="555555"/>
          <w:sz w:val="20"/>
        </w:rPr>
        <w:t>[8 . 4]</w:t>
      </w:r>
    </w:p>
    <w:p>
      <w:r>
        <w:rPr>
          <w:rFonts w:ascii="Gentium Plus" w:hAnsi="Gentium Plus"/>
          <w:sz w:val="24"/>
        </w:rPr>
        <w:t>καὶ ἐκ χειρῶν βιοτεύειν ἠναγκασμένας. Τούτου δὴ εἵνεκα ἁλιεῦσι καὶ τελώναις καὶ σκυτοτόμῳ χρησάμενος ὑπουργοῖς, προσενήνοχε τοῖς ἀνθρώποις τὰ σωτήρια καὶ θεῖα μαθήματα, τὰς μὲν γλώττας αὐτῶν, ἃς ἐξ ἀρχῆς ἔλαχον, οὐκ ἀμείψας, τὰ δέ γε διειδῆ καὶ</w:t>
      </w:r>
    </w:p>
    <w:p>
      <w:r>
        <w:rPr>
          <w:rFonts w:ascii="Courier New" w:hAnsi="Courier New"/>
          <w:color w:val="555555"/>
          <w:sz w:val="20"/>
        </w:rPr>
        <w:t>[5]</w:t>
      </w:r>
    </w:p>
    <w:p>
      <w:r>
        <w:rPr>
          <w:rFonts w:ascii="Gentium Plus" w:hAnsi="Gentium Plus"/>
          <w:sz w:val="24"/>
        </w:rPr>
        <w:t>διαυγῆ τῆς σοφίας νάματα διὰ τούτων προχέας· παραπλήσιον ποιῶν, ὥσπερ ἂν εἴ τις ἑστιάτωρ οἶνον ἀνθοσμίαν καὶ εὐώδη καὶ ἄριστον προσενέγκοι τοῖς δαιτυμόσι, κύλιξι καὶ φιάλαις ἐγχέας οὐκ ἠσκημέναις εἰς κάλλος, ἀλλ’ οἵ γε διψῶντες ἐπεμφοροῦνται τοῦ νάματος, οὐκ εἰς τὰς κύλικας ἀφορῶντες, ἀλλὰ τὸν οἶνον</w:t>
      </w:r>
    </w:p>
    <w:p>
      <w:r>
        <w:rPr>
          <w:rFonts w:ascii="Courier New" w:hAnsi="Courier New"/>
          <w:color w:val="555555"/>
          <w:sz w:val="20"/>
        </w:rPr>
        <w:t>[10]</w:t>
      </w:r>
    </w:p>
    <w:p>
      <w:r>
        <w:rPr>
          <w:rFonts w:ascii="Gentium Plus" w:hAnsi="Gentium Plus"/>
          <w:sz w:val="24"/>
        </w:rPr>
        <w:t>θαυμάζοντες.</w:t>
      </w:r>
    </w:p>
    <w:p>
      <w:r>
        <w:rPr>
          <w:rFonts w:ascii="Courier New" w:hAnsi="Courier New"/>
          <w:color w:val="555555"/>
          <w:sz w:val="20"/>
        </w:rPr>
        <w:t>[8 . 5]</w:t>
      </w:r>
    </w:p>
    <w:p>
      <w:r>
        <w:rPr>
          <w:rFonts w:ascii="Gentium Plus" w:hAnsi="Gentium Plus"/>
          <w:sz w:val="24"/>
        </w:rPr>
        <w:t>Τοῦτο πάντες ἄνθρωποι δρῶντες διατελοῦσι· καὶ τῶν θείων ἀπολαύοντες ῥείθρων, οὐ μόνον οὐ κωμῳδοῦσι τῶν ἀποστόλων τὰς γλώττας, ἀλλὰ καὶ ἄγαν θαυμάζουσιν, ὅτι δὴ λόγων στωμύ‐ λων ὄντες ἀμύητοι, καὶ οἱ μὲν ἁλιεύειν παιδόθεν μεμαθηκότες,</w:t>
      </w:r>
    </w:p>
    <w:p>
      <w:r>
        <w:rPr>
          <w:rFonts w:ascii="Courier New" w:hAnsi="Courier New"/>
          <w:color w:val="555555"/>
          <w:sz w:val="20"/>
        </w:rPr>
        <w:t>[5]</w:t>
      </w:r>
    </w:p>
    <w:p>
      <w:r>
        <w:rPr>
          <w:rFonts w:ascii="Gentium Plus" w:hAnsi="Gentium Plus"/>
          <w:sz w:val="24"/>
        </w:rPr>
        <w:t>οἱ δὲ τελωνικοῖς ἐργαστηρίοις προσηδρευκότες, ἄλλοι δὲ σκυτο‐ τομικὴν μεταχειρίσαντες τέχνην, ἀπεφάνθησαν ἐξαίφνης θείων λόγων διάκονοι καὶ δωρεῶν ἐπουρανίων διανομεῖς, καὶ σωτῆρες ἀλεξίκακοι καὶ φωστῆρες φανότατοι, οὐχ ἓν ἔθνος φωτίζοντες,</w:t>
      </w:r>
    </w:p>
    <w:p>
      <w:r>
        <w:rPr>
          <w:rFonts w:ascii="Courier New" w:hAnsi="Courier New"/>
          <w:color w:val="555555"/>
          <w:sz w:val="20"/>
        </w:rPr>
        <w:t>[8 . 6]</w:t>
      </w:r>
    </w:p>
    <w:p>
      <w:r>
        <w:rPr>
          <w:rFonts w:ascii="Gentium Plus" w:hAnsi="Gentium Plus"/>
          <w:sz w:val="24"/>
        </w:rPr>
        <w:t>ἀλλ’ ὅσαπερ ὁ ὁρώμενος ἥλιος. Ἄγανται δὲ διαφερόντως ἅπαντες καὶ θαυμάζουσιν, ὅτι δὴ καὶ τεθνεῶτες ἐπιτελοῦσιν, ἅπερ δὴ καὶ περιόντες εἰώθεσαν ἐνεργεῖν, μᾶλλον δὲ πολλῷ μείζονα καὶ λαμπρότερα τὰ μετὰ τὴν ἐντεῦθεν ἐκδημίαν παρ’ ἐκείνων τελού‐</w:t>
      </w:r>
    </w:p>
    <w:p>
      <w:r>
        <w:rPr>
          <w:rFonts w:ascii="Courier New" w:hAnsi="Courier New"/>
          <w:color w:val="555555"/>
          <w:sz w:val="20"/>
        </w:rPr>
        <w:t>[5]</w:t>
      </w:r>
    </w:p>
    <w:p>
      <w:r>
        <w:rPr>
          <w:rFonts w:ascii="Gentium Plus" w:hAnsi="Gentium Plus"/>
          <w:sz w:val="24"/>
        </w:rPr>
        <w:t>μενα. Ἡνίκα μὲν γὰρ μετὰ τῶν σωμάτων ἐπολιτεύοντο, νῦν μὲν παρὰ τούτους, νῦν δὲ παρ’ ἐκείνους ἐφοίτων, καὶ ἄλλοτε μὲν Ῥωμαίοις, ἄλλοτε δὲ Ἱσπανοῖς ἢ Κελτοῖς διελέγοντο· ἐπειδὴ δὲ πρὸς ἐκεῖνον ἐξεδήμησαν, ὑφ’ οὗ κατεπέμφθησαν, ἅπαντες αὐτῶν ἐνδελεχῶς ἀπολαύουσιν, οὐ μόνον Ῥωμαῖοι, καὶ ὅσοι γε</w:t>
      </w:r>
    </w:p>
    <w:p>
      <w:r>
        <w:rPr>
          <w:rFonts w:ascii="Courier New" w:hAnsi="Courier New"/>
          <w:color w:val="555555"/>
          <w:sz w:val="20"/>
        </w:rPr>
        <w:t>[10]</w:t>
      </w:r>
    </w:p>
    <w:p>
      <w:r>
        <w:rPr>
          <w:rFonts w:ascii="Gentium Plus" w:hAnsi="Gentium Plus"/>
          <w:sz w:val="24"/>
        </w:rPr>
        <w:t>τὸν τούτων ἀγαπῶσι ζυγὸν καὶ ὑπὸ τούτων ἰθύνονται, ἀλλὰ καὶ Πέρσαι καὶ Σκύθαι καὶ Μασσαγέται καὶ Σαυρομάται καὶ Ἰνδοὶ καὶ Αἰθίοπες, καὶ ξυλλήβδην εἰπεῖν ἅπαντα τῆς οἰκουμένης τὰ</w:t>
      </w:r>
    </w:p>
    <w:p>
      <w:r>
        <w:rPr>
          <w:rFonts w:ascii="Courier New" w:hAnsi="Courier New"/>
          <w:color w:val="555555"/>
          <w:sz w:val="20"/>
        </w:rPr>
        <w:t>[8 . 7]</w:t>
      </w:r>
    </w:p>
    <w:p>
      <w:r>
        <w:rPr>
          <w:rFonts w:ascii="Gentium Plus" w:hAnsi="Gentium Plus"/>
          <w:sz w:val="24"/>
        </w:rPr>
        <w:t>τέρματα. Τὰ γὰρ δὴ τούτων ξυγγράμματα, ἁπλᾶ γε ὄντα καὶ τῆς Ἑλληνικῆς γεγυμνωμένα λαμπρότητος, καὶ μὲν δὴ καὶ σμικρὰ καὶ ὀλίγα, πᾶσιν ἀνθρώποις ἐστὶν ἀξιέραστα, πλὴν ὑμῶν καὶ εἴ τις ὑμῖν παραπλησίως τὴν τῆς ἀπιστίας κατακεχυμένην</w:t>
      </w:r>
    </w:p>
    <w:p>
      <w:r>
        <w:rPr>
          <w:rFonts w:ascii="Courier New" w:hAnsi="Courier New"/>
          <w:color w:val="555555"/>
          <w:sz w:val="20"/>
        </w:rPr>
        <w:t>[5]</w:t>
      </w:r>
    </w:p>
    <w:p>
      <w:r>
        <w:rPr>
          <w:rFonts w:ascii="Gentium Plus" w:hAnsi="Gentium Plus"/>
          <w:sz w:val="24"/>
        </w:rPr>
        <w:t>ἔχων ἀχλύν, ἰδεῖν οὐκ ἐθέλει τῆς ἀληθείας τὴν αἴγλην. Οὐ μόνον δὲ τῆς Ἑλληνικῆς ταῦτα κομψείας γεγύμνωται, ἀλλὰ καὶ τῶν πραγμάτων, ὧν πέρι διδάσκει, τὴν φύσιν οὐ σεμνήν τινα ἔχει καὶ περιφανῆ καὶ περίβλεπτον.</w:t>
      </w:r>
    </w:p>
    <w:p>
      <w:r>
        <w:rPr>
          <w:rFonts w:ascii="Courier New" w:hAnsi="Courier New"/>
          <w:color w:val="555555"/>
          <w:sz w:val="20"/>
        </w:rPr>
        <w:t>[8 . 8]</w:t>
      </w:r>
    </w:p>
    <w:p>
      <w:r>
        <w:rPr>
          <w:rFonts w:ascii="Gentium Plus" w:hAnsi="Gentium Plus"/>
          <w:sz w:val="24"/>
        </w:rPr>
        <w:t>Οὐ γὰρ ὁρωμένην τινὰ τοῖς θιασώταις ἐπιδείκνυσι βασιλείαν, ἁλουργίδι κοσμουμένην καὶ στεφάνῳ λαμπρυνομένην καὶ τῷ τῶν ἀσπιδηφόρων καὶ δορυφόρων καὶ πλήθει καὶ μεγέθει σεμνυνο‐ μένην καὶ τόσην ἔχουσαν στρατιὰν καὶ στρατηγοὺς ἀριστεύειν</w:t>
      </w:r>
    </w:p>
    <w:p>
      <w:r>
        <w:rPr>
          <w:rFonts w:ascii="Courier New" w:hAnsi="Courier New"/>
          <w:color w:val="555555"/>
          <w:sz w:val="20"/>
        </w:rPr>
        <w:t>[5]</w:t>
      </w:r>
    </w:p>
    <w:p>
      <w:r>
        <w:rPr>
          <w:rFonts w:ascii="Gentium Plus" w:hAnsi="Gentium Plus"/>
          <w:sz w:val="24"/>
        </w:rPr>
        <w:t>ἐν πολέμοις δεδιδαγμένους καὶ τἄλλα, ὅσα πολυθρυλήτους τοὺς κεκτημένους ποιεῖ, ἀλλὰ σπήλαιον καὶ φάτνην καὶ παρθένον</w:t>
      </w:r>
    </w:p>
    <w:p>
      <w:r>
        <w:rPr>
          <w:rFonts w:ascii="Courier New" w:hAnsi="Courier New"/>
          <w:color w:val="555555"/>
          <w:sz w:val="20"/>
        </w:rPr>
        <w:t>[10]</w:t>
      </w:r>
    </w:p>
    <w:p>
      <w:r>
        <w:rPr>
          <w:rFonts w:ascii="Gentium Plus" w:hAnsi="Gentium Plus"/>
          <w:sz w:val="24"/>
        </w:rPr>
        <w:t>καὶ πεῖναν καὶ δίψος καὶ τὸν ἐξ ὁδοιπορίας πόνον καὶ μετὰ ταῦτα τὸ παρὰ πάντων ᾀδόμενον πάθος, τὰς ἐπὶ κόρρης πληγάς, τὰς κατὰ νώτου μάστιγας, τὸ ἰκρίον, τοὺς ἥλους, τὴν χολήν, τὸ ὄξος,</w:t>
      </w:r>
    </w:p>
    <w:p>
      <w:r>
        <w:rPr>
          <w:rFonts w:ascii="Courier New" w:hAnsi="Courier New"/>
          <w:color w:val="555555"/>
          <w:sz w:val="20"/>
        </w:rPr>
        <w:t>[8 . 9]</w:t>
      </w:r>
    </w:p>
    <w:p>
      <w:r>
        <w:rPr>
          <w:rFonts w:ascii="Gentium Plus" w:hAnsi="Gentium Plus"/>
          <w:sz w:val="24"/>
        </w:rPr>
        <w:t>τὸν θάνατον. Ἀλλ’ ὅμως ταῦτα καὶ τὰ τοιαῦτα διηγούμενα τῶν ἀποστόλων τὰ ξυγγράμματα ἔπεισεν ἅπαντας ἀνθρώπους, ὅτι υἱὸς τοῦ Θεοῦ καὶ Θεὸς προαιώνιος καὶ τῶν ἁπάντων ποιητὴς καὶ δημιουργὸς ὁ τὴν ἀνθρωπείαν ὑποδὺς φύσιν καὶ διὰ ταύτης τὴν</w:t>
      </w:r>
    </w:p>
    <w:p>
      <w:r>
        <w:rPr>
          <w:rFonts w:ascii="Courier New" w:hAnsi="Courier New"/>
          <w:color w:val="555555"/>
          <w:sz w:val="20"/>
        </w:rPr>
        <w:t>[5]</w:t>
      </w:r>
    </w:p>
    <w:p>
      <w:r>
        <w:rPr>
          <w:rFonts w:ascii="Gentium Plus" w:hAnsi="Gentium Plus"/>
          <w:sz w:val="24"/>
        </w:rPr>
        <w:t>τῶν ἀνθρώπων πραγματευσάμενος σωτηρίαν. Καὶ οὐχ ἁπλῶς ἔπεισεν, ἀλλὰ τοσαύτην γε πίστιν τοῖς πλείστοις ἐντέθεικεν, ὡς ἥδιστα τὸν ὑπὲρ τῶνδε τῶν δογμάτων καταδέξασθαι θάνατον καὶ τοῖς ἀρνηθῆναι κελεύουσιν ἥκιστα μὲν προέσθαι τὰς γλώττας, προτεῖναι δὲ τὰ νῶτα τοῖς ἐθέλουσι μαστιγοῦν καὶ λαμπάσι καὶ</w:t>
      </w:r>
    </w:p>
    <w:p>
      <w:r>
        <w:rPr>
          <w:rFonts w:ascii="Courier New" w:hAnsi="Courier New"/>
          <w:color w:val="555555"/>
          <w:sz w:val="20"/>
        </w:rPr>
        <w:t>[10]</w:t>
      </w:r>
    </w:p>
    <w:p>
      <w:r>
        <w:rPr>
          <w:rFonts w:ascii="Gentium Plus" w:hAnsi="Gentium Plus"/>
          <w:sz w:val="24"/>
        </w:rPr>
        <w:t>ὄνυξι τὰς πλευρὰς καὶ τοὺς αὐχένας ὑποθεῖναι τοῖς ξίφεσι καὶ ἀποτυμπανισθῆναι προθύμως καὶ ἀνασκινδυλευθῆναι, καὶ μέντοι καὶ ἐμπρησθῆναι καὶ θῆρας ἀγρίους ἰδεῖν θοινωμένους τὰ σώματα.</w:t>
      </w:r>
    </w:p>
    <w:p>
      <w:r>
        <w:rPr>
          <w:rFonts w:ascii="Courier New" w:hAnsi="Courier New"/>
          <w:color w:val="555555"/>
          <w:sz w:val="20"/>
        </w:rPr>
        <w:t>[8 . 10]</w:t>
      </w:r>
    </w:p>
    <w:p>
      <w:r>
        <w:rPr>
          <w:rFonts w:ascii="Gentium Plus" w:hAnsi="Gentium Plus"/>
          <w:sz w:val="24"/>
        </w:rPr>
        <w:t>Τῷ τοι καὶ ἄσβεστον αὐτοῖς ὁ ἀγωνοθέτης ἐδωρήσατο κλέος καὶ μνήμην νικῶσαν τοῦ χρόνου τὴν φύσιν· μαραίνειν γὰρ δὴ οὗτος ἅπαντα πεφυκώς, τὴν τούτων ἀμάραντον διετήρησε δόξαν. Καὶ αἱ μὲν γενναῖαι τῶν νικηφόρων ψυχαὶ περιπολοῦσι τὸν οὐρα‐</w:t>
      </w:r>
    </w:p>
    <w:p>
      <w:r>
        <w:rPr>
          <w:rFonts w:ascii="Courier New" w:hAnsi="Courier New"/>
          <w:color w:val="555555"/>
          <w:sz w:val="20"/>
        </w:rPr>
        <w:t>[5]</w:t>
      </w:r>
    </w:p>
    <w:p>
      <w:r>
        <w:rPr>
          <w:rFonts w:ascii="Gentium Plus" w:hAnsi="Gentium Plus"/>
          <w:sz w:val="24"/>
        </w:rPr>
        <w:t>νόν, τοῖς ἀσωμάτων χοροῖς ξυγχορεύουσαι· τὰ δὲ σώματα οὐχ εἷς ἑνὸς ἑκάστου κατακρύπτει τάφος, ἀλλὰ πόλεις καὶ κῶμαι ταῦτα διανειμάμεναι σωτῆρας καὶ ψυχῶν καὶ σωμάτων καὶ</w:t>
      </w:r>
    </w:p>
    <w:p>
      <w:r>
        <w:rPr>
          <w:rFonts w:ascii="Courier New" w:hAnsi="Courier New"/>
          <w:color w:val="555555"/>
          <w:sz w:val="20"/>
        </w:rPr>
        <w:t>[8 . 11]</w:t>
      </w:r>
    </w:p>
    <w:p>
      <w:r>
        <w:rPr>
          <w:rFonts w:ascii="Gentium Plus" w:hAnsi="Gentium Plus"/>
          <w:sz w:val="24"/>
        </w:rPr>
        <w:t>τὰς θείας κομίζονται δωρεάς. Καὶ μερισθέντος τοῦ σώματος, ἀμέριστος ἡ χάρις μεμένηκεν, καὶ τὸ σμικρὸν ἐκεῖνο καὶ βραχύ‐ τατον λείψανον τὴν ἴσην ἔχει δύναμιν τῷ μηδαμῇ μηδαμῶς διανεμηθέντι μάρτυρι· ἡ γὰρ ἐπανθοῦσα χάρις διανέμει τὰ δῶρα,</w:t>
      </w:r>
    </w:p>
    <w:p>
      <w:r>
        <w:rPr>
          <w:rFonts w:ascii="Courier New" w:hAnsi="Courier New"/>
          <w:color w:val="555555"/>
          <w:sz w:val="20"/>
        </w:rPr>
        <w:t>[5]</w:t>
      </w:r>
    </w:p>
    <w:p>
      <w:r>
        <w:rPr>
          <w:rFonts w:ascii="Gentium Plus" w:hAnsi="Gentium Plus"/>
          <w:sz w:val="24"/>
        </w:rPr>
        <w:t>τῇ πίστει τῶν προσιόντων τὴν φιλοτιμίαν μετροῦσα. Ὑμᾶς δὲ οὐδὲ ταῦτα πείθει τὸν τούτων ὑμνῆσαι Θεόν, ἀλλὰ γελᾶτε καὶ κωμῳδεῖτε τὸ τούτοις παρὰ πάντων προσφερόμενον γέρας καὶ μύσος ὑπολαμβάνετε τὸ πελάζειν τοῖς τάφοις.</w:t>
      </w:r>
    </w:p>
    <w:p>
      <w:r>
        <w:rPr>
          <w:rFonts w:ascii="Courier New" w:hAnsi="Courier New"/>
          <w:color w:val="555555"/>
          <w:sz w:val="20"/>
        </w:rPr>
        <w:t>[8 . 12]</w:t>
      </w:r>
    </w:p>
    <w:p>
      <w:r>
        <w:rPr>
          <w:rFonts w:ascii="Gentium Plus" w:hAnsi="Gentium Plus"/>
          <w:sz w:val="24"/>
        </w:rPr>
        <w:t>Εἰ δὲ καὶ πάντες ἄνθρωποι τούτοις προσέπταιον, ἀλλ’ οὖν Ἕλληνας μόνους νεμεσᾶν τοῖς οὕτω δρωμένοις οὐκ ἔδει· τούτων γάρ τοι αἱ χοαὶ καὶ τὰ ἐναγίσματα καὶ οἱ ἥρωες καὶ οἱ ἡμίθεοι καὶ οἱ θεοποιούμενοι ἄνθρωποι. Καὶ γὰρ τὸν Ἡρακλέα,</w:t>
      </w:r>
    </w:p>
    <w:p>
      <w:r>
        <w:rPr>
          <w:rFonts w:ascii="Courier New" w:hAnsi="Courier New"/>
          <w:color w:val="555555"/>
          <w:sz w:val="20"/>
        </w:rPr>
        <w:t>[5]</w:t>
      </w:r>
    </w:p>
    <w:p>
      <w:r>
        <w:rPr>
          <w:rFonts w:ascii="Gentium Plus" w:hAnsi="Gentium Plus"/>
          <w:sz w:val="24"/>
        </w:rPr>
        <w:t>ἄνθρωπον γεγονότα καὶ Ἀλκμήνης παῖδα καὶ Ἀμφιτρύωνος, καὶ θεὸν ἀπέφηναν, ὡς ἐνόμισαν, καὶ τοῖς ἄλλοις θεοῖς ξυνηρίθμησαν.</w:t>
      </w:r>
    </w:p>
    <w:p>
      <w:r>
        <w:rPr>
          <w:rFonts w:ascii="Courier New" w:hAnsi="Courier New"/>
          <w:color w:val="555555"/>
          <w:sz w:val="20"/>
        </w:rPr>
        <w:t>[8 . 13]</w:t>
      </w:r>
    </w:p>
    <w:p>
      <w:r>
        <w:rPr>
          <w:rFonts w:ascii="Gentium Plus" w:hAnsi="Gentium Plus"/>
          <w:sz w:val="24"/>
        </w:rPr>
        <w:t>Ὅτι δὲ καὶ ὁ Πλάτων Ἀμφιτρύωνος αὐτὸν οἶδεν υἱὸν καὶ οὐ τοῦ Διός, ἀκούσατε δὴ αὐτοῦ ἐν τῷ Θεαιτήτῳ λέγοντος· «Ἀλλ’</w:t>
      </w:r>
    </w:p>
    <w:p>
      <w:r>
        <w:rPr>
          <w:rFonts w:ascii="Courier New" w:hAnsi="Courier New"/>
          <w:color w:val="555555"/>
          <w:sz w:val="20"/>
        </w:rPr>
        <w:t>[5]</w:t>
      </w:r>
    </w:p>
    <w:p>
      <w:r>
        <w:rPr>
          <w:rFonts w:ascii="Gentium Plus" w:hAnsi="Gentium Plus"/>
          <w:sz w:val="24"/>
        </w:rPr>
        <w:t>νεσθαι τῆς σμικρολογίας, ὅτι δὲ Ἀμφιτρύωνος εἰς τὸ ἄνω πέμπτος καὶ εἰκοστὸς ἦν, οἵα ξυνέβαινεν αὐτῷ τύχη, καὶ ὁ πεντηκοστὸς ἀπ’ αὐτοῦ, γελᾷ οὐ δυναμένων λογίζεσθαί τε καὶ χαυνότητος</w:t>
      </w:r>
    </w:p>
    <w:p>
      <w:r>
        <w:rPr>
          <w:rFonts w:ascii="Courier New" w:hAnsi="Courier New"/>
          <w:color w:val="555555"/>
          <w:sz w:val="20"/>
        </w:rPr>
        <w:t>[8 . 14]</w:t>
      </w:r>
    </w:p>
    <w:p>
      <w:r>
        <w:rPr>
          <w:rFonts w:ascii="Gentium Plus" w:hAnsi="Gentium Plus"/>
          <w:sz w:val="24"/>
        </w:rPr>
        <w:t>ἀνοήτου ψυχῆς ἀπαλλάττεσθαι.» Καὶ Ἰσοκράτης δὲ ὁ ῥήτωρ ὧδέ φησιν· «Ζεὺς γὰρ Ἡρακλέα καὶ Τάνταλον γεννήσας, ὡς οἱ μῦθοι λέγουσι, καὶ πάντες πιστεύουσιν.» Οὕτως ἐγέλων οἱ ξυνορᾶν ἱκανοὶ τὰ παρὰ τῶν ἄλλων μυθολογούμενα· ἀλλ’ ὅμως</w:t>
      </w:r>
    </w:p>
    <w:p>
      <w:r>
        <w:rPr>
          <w:rFonts w:ascii="Courier New" w:hAnsi="Courier New"/>
          <w:color w:val="555555"/>
          <w:sz w:val="20"/>
        </w:rPr>
        <w:t>[5]</w:t>
      </w:r>
    </w:p>
    <w:p>
      <w:r>
        <w:rPr>
          <w:rFonts w:ascii="Gentium Plus" w:hAnsi="Gentium Plus"/>
          <w:sz w:val="24"/>
        </w:rPr>
        <w:t>ἀνθρώπῳ γε ὄντι καὶ Εὐρυσθεῖ δουλεύειν ἠναγκασμένῳ, καὶ νεὼς ἐδείμαντο καὶ βωμοὺς ἐδομήσαντο καὶ θυσίαις ἐτίμησαν καὶ ἑορτὰς ἀπεκλήρωσαν, οὐ Σπαρτιάται μόνοι καὶ Ἀθηναῖοι, ἀλλὰ καὶ</w:t>
      </w:r>
    </w:p>
    <w:p>
      <w:r>
        <w:rPr>
          <w:rFonts w:ascii="Courier New" w:hAnsi="Courier New"/>
          <w:color w:val="555555"/>
          <w:sz w:val="20"/>
        </w:rPr>
        <w:t>[8 . 15]</w:t>
      </w:r>
    </w:p>
    <w:p>
      <w:r>
        <w:rPr>
          <w:rFonts w:ascii="Gentium Plus" w:hAnsi="Gentium Plus"/>
          <w:sz w:val="24"/>
        </w:rPr>
        <w:t>ξύμπασα ἡ Ἑλλὰς καὶ τῆς Εὐρώπης τὰ πλεῖστα. Διέβη δὲ καὶ εἰς τὴν Ἀσίαν τῆς ἐξαπάτης ἡ νόσος· καὶ γὰρ καὶ ἐν Τύρῳ καὶ ἐν ἄλλαις πόλεσι παμπόλλους καὶ μεγίστους αὐτῷ σηκοὺς ᾠκο‐ δόμησαν. Καὶ οὐ μόνον ἐτησίους ἀπένειμαν πανηγύρεις, ἀλλὰ καὶ</w:t>
      </w:r>
    </w:p>
    <w:p>
      <w:r>
        <w:rPr>
          <w:rFonts w:ascii="Courier New" w:hAnsi="Courier New"/>
          <w:color w:val="555555"/>
          <w:sz w:val="20"/>
        </w:rPr>
        <w:t>[5]</w:t>
      </w:r>
    </w:p>
    <w:p>
      <w:r>
        <w:rPr>
          <w:rFonts w:ascii="Gentium Plus" w:hAnsi="Gentium Plus"/>
          <w:sz w:val="24"/>
        </w:rPr>
        <w:t>τετραετηρικοῖς ἀγῶσιν ἐτίμησαν, καὶ ταῦτά γε ἄνδρα εἰδότες, καὶ ἄνδρα οὐ σώφρονα οὐδὲ φιλοσοφίαν ἠγαπηκότα, ἀλλ’ ἀκολα‐</w:t>
      </w:r>
    </w:p>
    <w:p>
      <w:r>
        <w:rPr>
          <w:rFonts w:ascii="Courier New" w:hAnsi="Courier New"/>
          <w:color w:val="555555"/>
          <w:sz w:val="20"/>
        </w:rPr>
        <w:t>[8 . 16]</w:t>
      </w:r>
    </w:p>
    <w:p>
      <w:r>
        <w:rPr>
          <w:rFonts w:ascii="Gentium Plus" w:hAnsi="Gentium Plus"/>
          <w:sz w:val="24"/>
        </w:rPr>
        <w:t>σίᾳ καὶ λαγνείᾳ ξυνεζηκότα. Ἵνα γὰρ τὴν ἄλλην αὐτοῦ πᾶσαν ἀκρασίαν παρῶ, φασὶν αὐτὸν ἐν μιᾷ νυκτὶ πεντήκοντα μιγῆναι παρθένοις, τὸν τρίτον καὶ δέκατον ἴσως ἀγωνισάμενον ἆθλον·</w:t>
      </w:r>
    </w:p>
    <w:p>
      <w:r>
        <w:rPr>
          <w:rFonts w:ascii="Courier New" w:hAnsi="Courier New"/>
          <w:color w:val="555555"/>
          <w:sz w:val="20"/>
        </w:rPr>
        <w:t>[5]</w:t>
      </w:r>
    </w:p>
    <w:p>
      <w:r>
        <w:rPr>
          <w:rFonts w:ascii="Gentium Plus" w:hAnsi="Gentium Plus"/>
          <w:sz w:val="24"/>
        </w:rPr>
        <w:t>Καὶ μέντοι καὶ τοῦ βίου τὸ τέλος διὰ τοιαύτην ἀκρασίαν πρὸ τῆς ὥρας ὑπέμεινεν. Ὁμόζυγα γὰρ ἔχων τὴν Δηϊάνειραν, ξυνήφθη μὲν ἄλλῃ δι’ ἔρωτα, ὑπὸ δὲ τῆς προτέρας παρὰ γνώμην ἐπεβου‐</w:t>
      </w:r>
    </w:p>
    <w:p>
      <w:r>
        <w:rPr>
          <w:rFonts w:ascii="Courier New" w:hAnsi="Courier New"/>
          <w:color w:val="555555"/>
          <w:sz w:val="20"/>
        </w:rPr>
        <w:t>[8 . 17]</w:t>
      </w:r>
    </w:p>
    <w:p>
      <w:r>
        <w:rPr>
          <w:rFonts w:ascii="Gentium Plus" w:hAnsi="Gentium Plus"/>
          <w:sz w:val="24"/>
        </w:rPr>
        <w:t>λεύθη· ἐρωτικὸν γὰρ αὕτη κατασκευάσασα φάρμακον καὶ χρίσασα τοῦ ἀνδρὸς τὸν χιτῶνα, πέπομφεν ᾐτηκότι, καὶ ἤλπισέ γε ἀγρεύ‐ σειν πρὸς ἑαυτήν, διήμαρτε δὲ ὧν ἤλπισεν· ἐκθερμῆναν γὰρ ἐκεῖνο τὸ φάρμακον τοῦ Ἡρακλέους τὸ σῶμα παγχαλέπῳ περιέ‐</w:t>
      </w:r>
    </w:p>
    <w:p>
      <w:r>
        <w:rPr>
          <w:rFonts w:ascii="Courier New" w:hAnsi="Courier New"/>
          <w:color w:val="555555"/>
          <w:sz w:val="20"/>
        </w:rPr>
        <w:t>[5]</w:t>
      </w:r>
    </w:p>
    <w:p>
      <w:r>
        <w:rPr>
          <w:rFonts w:ascii="Gentium Plus" w:hAnsi="Gentium Plus"/>
          <w:sz w:val="24"/>
        </w:rPr>
        <w:t>βαλε νόσῳ· ὁ δὲ ἀλγυνόμενος καὶ μὴ φέρων τὸ πάθος, πυρὰν νήσας καὶ ἑαυτόν γε καταθείς, τοῦ βίου τὸ τέλος ἐδέξατο ἄξιόν γε, οὐ γὰρ 〈ἄξια〉 τῆς θεοποιΐας τὰ τοῦ παρ’ ὑμῶν θεο‐</w:t>
      </w:r>
    </w:p>
    <w:p>
      <w:r>
        <w:rPr>
          <w:rFonts w:ascii="Courier New" w:hAnsi="Courier New"/>
          <w:color w:val="555555"/>
          <w:sz w:val="20"/>
        </w:rPr>
        <w:t>[8 . 18]</w:t>
      </w:r>
    </w:p>
    <w:p>
      <w:r>
        <w:rPr>
          <w:rFonts w:ascii="Gentium Plus" w:hAnsi="Gentium Plus"/>
          <w:sz w:val="24"/>
        </w:rPr>
        <w:t>ποιηθέντος ἐπιτηδεύματα. Ἀλλ’ ὅμως καὶ ταῦτα εἰδότες—ταῦτα γὰρ τὰ παλαιὰ διδάσκει ξυγγράμματα—, οὐδὲν ἧττον κἀκεῖνον σωτῆρα ἐκάλουν καὶ ἀλεξίκακον προσηγόρευον καὶ τὸ «Ἡράκλεις ἄναξ» τοῖς λόγοις προσέπλαττον· καὶ ὑμεῖς δὲ ὡσαύτως τοῖς</w:t>
      </w:r>
    </w:p>
    <w:p>
      <w:r>
        <w:rPr>
          <w:rFonts w:ascii="Courier New" w:hAnsi="Courier New"/>
          <w:color w:val="555555"/>
          <w:sz w:val="20"/>
        </w:rPr>
        <w:t>[5]</w:t>
      </w:r>
    </w:p>
    <w:p>
      <w:r>
        <w:rPr>
          <w:rFonts w:ascii="Gentium Plus" w:hAnsi="Gentium Plus"/>
          <w:sz w:val="24"/>
        </w:rPr>
        <w:t>τοιούτοις σεμνύνεσθε λόγοις, ἀποχρῆν εἰς παιδείας ἡγούμενοι περιφάνειαν τὸ τὰ τοιαῦτα ἐπιλέγειν ῥηματίσκια.</w:t>
      </w:r>
    </w:p>
    <w:p>
      <w:r>
        <w:rPr>
          <w:rFonts w:ascii="Courier New" w:hAnsi="Courier New"/>
          <w:color w:val="555555"/>
          <w:sz w:val="20"/>
        </w:rPr>
        <w:t>[8 . 19]</w:t>
      </w:r>
    </w:p>
    <w:p>
      <w:r>
        <w:rPr>
          <w:rFonts w:ascii="Gentium Plus" w:hAnsi="Gentium Plus"/>
          <w:sz w:val="24"/>
        </w:rPr>
        <w:t>Καὶ τὸν Ἀσκληπιὸν δέ φησιν Ἀπολλόδωρος κατὰ μέν τινας Ἀρσινόης εἶναι υἱόν, κατὰ δὲ ἄλλους Κορωνίδος, λάθρα μὲν Ἀπόλλωνι ξυνελθεῖν βιασθείσης, κυησάσης δὲ καὶ τεκούσης καὶ ἐκθεμένης τὸ βρέφος, τοῦτο δὲ κυνηγέτας τινὰς εὑρηκότας ὑπὸ</w:t>
      </w:r>
    </w:p>
    <w:p>
      <w:r>
        <w:rPr>
          <w:rFonts w:ascii="Courier New" w:hAnsi="Courier New"/>
          <w:color w:val="555555"/>
          <w:sz w:val="20"/>
        </w:rPr>
        <w:t>[5]</w:t>
      </w:r>
    </w:p>
    <w:p>
      <w:r>
        <w:rPr>
          <w:rFonts w:ascii="Gentium Plus" w:hAnsi="Gentium Plus"/>
          <w:sz w:val="24"/>
        </w:rPr>
        <w:t>κυνὸς τρεφόμενον λαβεῖν καὶ κομίσαι λέγει Χείρωνι τῷ Κεν‐ ταύρῳ, εἶτα ἐκεῖ τραφῆναί τε καὶ ἀσκηθῆναι τὴν ἰατρικὴν ἐπισ‐ τήμην, ἐν Τρίκκῃ δὲ πρῶτον καὶ Ἐπιδαύρῳ δοῦναι πεῖραν τῆς</w:t>
      </w:r>
    </w:p>
    <w:p>
      <w:r>
        <w:rPr>
          <w:rFonts w:ascii="Courier New" w:hAnsi="Courier New"/>
          <w:color w:val="555555"/>
          <w:sz w:val="20"/>
        </w:rPr>
        <w:t>[8 . 20]</w:t>
      </w:r>
    </w:p>
    <w:p>
      <w:r>
        <w:rPr>
          <w:rFonts w:ascii="Gentium Plus" w:hAnsi="Gentium Plus"/>
          <w:sz w:val="24"/>
        </w:rPr>
        <w:t>τέχνης. Οὕτω δὲ ἄκρως, φησίν, ἐπαιδεύθη καὶ μάλα γε σπου‐</w:t>
      </w:r>
    </w:p>
    <w:p>
      <w:r>
        <w:rPr>
          <w:rFonts w:ascii="Courier New" w:hAnsi="Courier New"/>
          <w:color w:val="555555"/>
          <w:sz w:val="20"/>
        </w:rPr>
        <w:t>[5]</w:t>
      </w:r>
    </w:p>
    <w:p>
      <w:r>
        <w:rPr>
          <w:rFonts w:ascii="Gentium Plus" w:hAnsi="Gentium Plus"/>
          <w:sz w:val="24"/>
        </w:rPr>
        <w:t>καὶ ἄνθρωπος ἦν, οὐδὲ τοῖς ἄλλοις ἀνθρώποις παραπλησίως τραφείς, ἀλλὰ καὶ παρὰ κυνὸς τῆς πρώτης ἀπολαύσας τροφῆς καὶ τῷ τῶν θηρευόντων οἴκτῳ διασωθείς, καὶ οὐκ ἐκ θείας σοφίας καὶ ἐπιστήμης τὸ ἰατρεύειν ἔχων, ἀλλὰ παρὰ Χείρωνος τήνδε</w:t>
      </w:r>
    </w:p>
    <w:p>
      <w:r>
        <w:rPr>
          <w:rFonts w:ascii="Courier New" w:hAnsi="Courier New"/>
          <w:color w:val="555555"/>
          <w:sz w:val="20"/>
        </w:rPr>
        <w:t>[8 . 21]</w:t>
      </w:r>
    </w:p>
    <w:p>
      <w:r>
        <w:rPr>
          <w:rFonts w:ascii="Gentium Plus" w:hAnsi="Gentium Plus"/>
          <w:sz w:val="24"/>
        </w:rPr>
        <w:t>τὴν τέχνην ἐκπαιδευθείς. Οὗτος δὲ ὁ Χείρων καὶ Ἀχιλλέως ἐγένετο παιδευτής. Ὅθεν δῆλον ὅτι κατὰ τὸν χρόνον τὸν αὐτὸν ἐγενέσθην, ἢ μικρῷ τινι οὗτος Ἀχιλλέως πρεσβύτερος, ἐπειδήπερ καὶ τοῖς Ἀργοναύταις ξυνέπλευσε, καὶ ὁ τούτου γε παῖς ὁ</w:t>
      </w:r>
    </w:p>
    <w:p>
      <w:r>
        <w:rPr>
          <w:rFonts w:ascii="Courier New" w:hAnsi="Courier New"/>
          <w:color w:val="555555"/>
          <w:sz w:val="20"/>
        </w:rPr>
        <w:t>[5]</w:t>
      </w:r>
    </w:p>
    <w:p>
      <w:r>
        <w:rPr>
          <w:rFonts w:ascii="Gentium Plus" w:hAnsi="Gentium Plus"/>
          <w:sz w:val="24"/>
        </w:rPr>
        <w:t>Μαχάων ξυνεπολέμησεν Ἀχιλλεῖ. Καὶ ὁ κεραυνὸς δέ γε καὶ ὁ</w:t>
      </w:r>
    </w:p>
    <w:p>
      <w:r>
        <w:rPr>
          <w:rFonts w:ascii="Courier New" w:hAnsi="Courier New"/>
          <w:color w:val="555555"/>
          <w:sz w:val="20"/>
        </w:rPr>
        <w:t>[8 . 22]</w:t>
      </w:r>
    </w:p>
    <w:p>
      <w:r>
        <w:rPr>
          <w:rFonts w:ascii="Gentium Plus" w:hAnsi="Gentium Plus"/>
          <w:sz w:val="24"/>
        </w:rPr>
        <w:t>γενόμενος ἐμπρησμὸς δηλοῖ τῆς φύσεως τὸ ἐπίκηρον. Ἀλλὰ καὶ οὕτω γε φύντα, ὡς εἴρηται, καὶ σωθέντα γε καὶ τραφέντα καὶ ἐμπρησθέντα, τοῖς ἄλλοις θεοῖς κατέλεξαν καὶ τεμένη γε καθω‐ σίωσαν καὶ καθιέρωσαν βωμούς, καὶ λοιβῇ καὶ κνίσῃ, πάλαι μὲν</w:t>
      </w:r>
    </w:p>
    <w:p>
      <w:r>
        <w:rPr>
          <w:rFonts w:ascii="Courier New" w:hAnsi="Courier New"/>
          <w:color w:val="555555"/>
          <w:sz w:val="20"/>
        </w:rPr>
        <w:t>[5]</w:t>
      </w:r>
    </w:p>
    <w:p>
      <w:r>
        <w:rPr>
          <w:rFonts w:ascii="Gentium Plus" w:hAnsi="Gentium Plus"/>
          <w:sz w:val="24"/>
        </w:rPr>
        <w:t>προφανῶς, νῦν δὲ ἴσως ἐν παραβύστῳ, γεραίρετε καὶ τὰ τούτου ἀγάλματα θείας ἀξιοῦτε τιμῆς καὶ τὸν ἐνειλημένον αὐτῷ θαυμάζετε δράκοντα καὶ ξύμβολον εἶναι τῆς ἰατρικῆς φατε, ὅτι καθάπερ ἐκεῖνος ἀποδύεται τὸ γῆρας, οὕτως ἡ ἰατρικὴ τῶν νόσων ἐλευθε‐</w:t>
      </w:r>
    </w:p>
    <w:p>
      <w:r>
        <w:rPr>
          <w:rFonts w:ascii="Courier New" w:hAnsi="Courier New"/>
          <w:color w:val="555555"/>
          <w:sz w:val="20"/>
        </w:rPr>
        <w:t>[8 . 23]</w:t>
      </w:r>
    </w:p>
    <w:p>
      <w:r>
        <w:rPr>
          <w:rFonts w:ascii="Gentium Plus" w:hAnsi="Gentium Plus"/>
          <w:sz w:val="24"/>
        </w:rPr>
        <w:t>ροῖ. Ὅτι δὲ ἐπὶ τῶν Ὁμήρου χρόνων οὐδέπω οὗτος τῆς θεοποιΐας ἐτετυχήκει, μάρτυς ὁ ποιητής, οὐ τὸν Ἀσκληπιόν, ἀλλὰ τὸν Παιήονα δείξας τὰ τοῦ Ἄρεως θεραπεύσαντα τραύματα· δεῖ</w:t>
      </w:r>
    </w:p>
    <w:p>
      <w:r>
        <w:rPr>
          <w:rFonts w:ascii="Courier New" w:hAnsi="Courier New"/>
          <w:color w:val="555555"/>
          <w:sz w:val="20"/>
        </w:rPr>
        <w:t>[5]</w:t>
      </w:r>
    </w:p>
    <w:p>
      <w:r>
        <w:rPr>
          <w:rFonts w:ascii="Gentium Plus" w:hAnsi="Gentium Plus"/>
          <w:sz w:val="24"/>
        </w:rPr>
        <w:t>Καὶ τὸν Μαχάονα δὲ οὐ θεοῦ λέγει υἱὸν οὐδέ γε ἡμιθέου, ἀλλ’ ἰατροῦ· ἔφη γάρ· φῶτ’ Ἀσκληπιοῦ υἱὸν ἀμύμονος ἰητῆρος.</w:t>
      </w:r>
    </w:p>
    <w:p>
      <w:r>
        <w:rPr>
          <w:rFonts w:ascii="Courier New" w:hAnsi="Courier New"/>
          <w:color w:val="555555"/>
          <w:sz w:val="20"/>
        </w:rPr>
        <w:t>[8 . 24]</w:t>
      </w:r>
    </w:p>
    <w:p>
      <w:r>
        <w:rPr>
          <w:rFonts w:ascii="Gentium Plus" w:hAnsi="Gentium Plus"/>
          <w:sz w:val="24"/>
        </w:rPr>
        <w:t>Καὶ τὸν Διόνυσον δὲ Σεμέλης υἱὸν γεγενῆσθαι καὶ Ὅμηρος ἔφη καὶ Εὐριπίδης καὶ ἄλλοι γε πλεῖστοι· Σεμέλη δὲ Κάδμου θυγάτηρ. Ἀλλ’ ὅμως καὶ οὗτος θείας ἠξιώθη τιμῆς, καὶ ταῦτα γύννις ὢν καὶ θηλυδρίας καὶ ἀνδρόγυνος· καὶ γὰρ τοῖς ἐπικου‐</w:t>
      </w:r>
    </w:p>
    <w:p>
      <w:r>
        <w:rPr>
          <w:rFonts w:ascii="Courier New" w:hAnsi="Courier New"/>
          <w:color w:val="555555"/>
          <w:sz w:val="20"/>
        </w:rPr>
        <w:t>[5]</w:t>
      </w:r>
    </w:p>
    <w:p>
      <w:r>
        <w:rPr>
          <w:rFonts w:ascii="Gentium Plus" w:hAnsi="Gentium Plus"/>
          <w:sz w:val="24"/>
        </w:rPr>
        <w:t>ροῦσι μισθὸν ὑπέσχετο δώσειν οὐ χρυσὸν ἢ ἄργυρον, ἀλλὰ τὴν ὕβριν τοῦ σώματος· καὶ οὕτως περὶ τὴν βδελυρὰν ἐκείνην ὑπόσ‐ χεσιν ἐγένετο φιλαλήθης, ὡς τῶν βεβοηθηκότων τετελευτηκότων πρὶν ἢ δέξασθαι τὸν πολυάρατον ἐκεῖνον μισθόν, ἑτέρως ἐπι‐ νοῆσαι τὴν τῆς ἐπαγγελίας ἐκπλήρωσιν. Καὶ σιωπῶ τὸ σύκινον</w:t>
      </w:r>
    </w:p>
    <w:p>
      <w:r>
        <w:rPr>
          <w:rFonts w:ascii="Courier New" w:hAnsi="Courier New"/>
          <w:color w:val="555555"/>
          <w:sz w:val="20"/>
        </w:rPr>
        <w:t>[10]</w:t>
      </w:r>
    </w:p>
    <w:p>
      <w:r>
        <w:rPr>
          <w:rFonts w:ascii="Gentium Plus" w:hAnsi="Gentium Plus"/>
          <w:sz w:val="24"/>
        </w:rPr>
        <w:t>πέος καὶ τὰ ἐπὶ τούτῳ τελούμενα· αἰσχύνομαι γὰρ λέγειν, ἐφ’ οἷς ἐπανηγύριζον Ἕλληνες.</w:t>
      </w:r>
    </w:p>
    <w:p>
      <w:r>
        <w:rPr>
          <w:rFonts w:ascii="Courier New" w:hAnsi="Courier New"/>
          <w:color w:val="555555"/>
          <w:sz w:val="20"/>
        </w:rPr>
        <w:t>[8 . 25]</w:t>
      </w:r>
    </w:p>
    <w:p>
      <w:r>
        <w:rPr>
          <w:rFonts w:ascii="Gentium Plus" w:hAnsi="Gentium Plus"/>
          <w:sz w:val="24"/>
        </w:rPr>
        <w:t>Καὶ μέντοι καὶ τοὺς Τυνδαρίδας θεοὺς ἐκάλεσαν Ἕλληνες καὶ Διοσκούρους ὠνόμασαν καὶ Ἐφεστίους καὶ Ἄνακας· καὶ τεμενῶν οὐκ ἐν Σπάρτῃ μόνον, ἀλλὰ καὶ Ἀθήνησι τούτους ἠξίωσαν. Καὶ τούτοιν μέμνηται Δημοσθένης ὁ ῥήτωρ, οὑτωσὶ</w:t>
      </w:r>
    </w:p>
    <w:p>
      <w:r>
        <w:rPr>
          <w:rFonts w:ascii="Courier New" w:hAnsi="Courier New"/>
          <w:color w:val="555555"/>
          <w:sz w:val="20"/>
        </w:rPr>
        <w:t>[8 . 26]</w:t>
      </w:r>
    </w:p>
    <w:p>
      <w:r>
        <w:rPr>
          <w:rFonts w:ascii="Gentium Plus" w:hAnsi="Gentium Plus"/>
          <w:sz w:val="24"/>
        </w:rPr>
        <w:t>λέγων· «Ἐν τῷ πανδοκείῳ τῷ πρὸ τοῦ Διοσκορείου.» Καὶ τὸ Λεωκόριον δὲ τῶν Λεὼ θυγατέρων ἐστὶν ἱερόν. Καὶ ἄλλους δέ γε παμπόλλους ἀθλίους καὶ τρισαθλίους ἐθεοποίησαν ἀνθρωπίσ‐</w:t>
      </w:r>
    </w:p>
    <w:p>
      <w:r>
        <w:rPr>
          <w:rFonts w:ascii="Courier New" w:hAnsi="Courier New"/>
          <w:color w:val="555555"/>
          <w:sz w:val="20"/>
        </w:rPr>
        <w:t>[5]</w:t>
      </w:r>
    </w:p>
    <w:p>
      <w:r>
        <w:rPr>
          <w:rFonts w:ascii="Gentium Plus" w:hAnsi="Gentium Plus"/>
          <w:sz w:val="24"/>
        </w:rPr>
        <w:t>Κλεομήδη τὸν Ἀστυπαλαιέα τὸν πύκτην θείου γέρως ἀπολαύειν ἐκέλευσε καὶ τόνδε ἀνεῖλε τὸν χρησμὸν ἡ Πυθία· ὕστατος ἡρώων Κλεομήδης Ἀστυπαλαιεύς, ὃν θυσίαις τιμᾶσθ’ ὡς οὐκέτι θνητὸν ἐόντα.</w:t>
      </w:r>
    </w:p>
    <w:p>
      <w:r>
        <w:rPr>
          <w:rFonts w:ascii="Courier New" w:hAnsi="Courier New"/>
          <w:color w:val="555555"/>
          <w:sz w:val="20"/>
        </w:rPr>
        <w:t>[8 . 27]</w:t>
      </w:r>
    </w:p>
    <w:p>
      <w:r>
        <w:rPr>
          <w:rFonts w:ascii="Gentium Plus" w:hAnsi="Gentium Plus"/>
          <w:sz w:val="24"/>
        </w:rPr>
        <w:t>Ἵνα δὲ γνῶτε καὶ ὑμεῖς, ὧν δὴ εἵνεκα τῷ Διῒ καὶ τοῖς ἄλλοις ξυνετάχθη καὶ οὗτος, ἐγὼ τὰ περὶ τοῦδε ἐρῶ διηγήματα. Οὗτος τὸν ἀνταγωνιστὴν μιᾷ πατάξας πληγῇ, ἀνέῳξε μὲν αὐτοῦ τὴν πλευράν, ἐμβαλὼν δὲ εἴσω τὴν χεῖρα τῶν ἐγκάτων ἐλάβετο, εἶτα</w:t>
      </w:r>
    </w:p>
    <w:p>
      <w:r>
        <w:rPr>
          <w:rFonts w:ascii="Courier New" w:hAnsi="Courier New"/>
          <w:color w:val="555555"/>
          <w:sz w:val="20"/>
        </w:rPr>
        <w:t>[5]</w:t>
      </w:r>
    </w:p>
    <w:p>
      <w:r>
        <w:rPr>
          <w:rFonts w:ascii="Gentium Plus" w:hAnsi="Gentium Plus"/>
          <w:sz w:val="24"/>
        </w:rPr>
        <w:t>τῶν ἀθλοθετῶν διὰ τὴν τῆς ὠμότητος χαλεπηνάντων ὑπερβολὴν καὶ τίμημα ἐπιθέντων, ἀνεχώρησε μὲν βαρυθυμῶν, παριὼν δὲ διὰ τῆς ἀγορᾶς, ἕνα τῶν ἐρειδόντων τὸν ὄροφον ἐφελκυσάμενος κίονα, ξυμμορίαν μειρακίων κατέχωσεν, ἣν τῷ διδασκάλῳ προσεδρεύειν</w:t>
      </w:r>
    </w:p>
    <w:p>
      <w:r>
        <w:rPr>
          <w:rFonts w:ascii="Courier New" w:hAnsi="Courier New"/>
          <w:color w:val="555555"/>
          <w:sz w:val="20"/>
        </w:rPr>
        <w:t>[8 . 28]</w:t>
      </w:r>
    </w:p>
    <w:p>
      <w:r>
        <w:rPr>
          <w:rFonts w:ascii="Gentium Plus" w:hAnsi="Gentium Plus"/>
          <w:sz w:val="24"/>
        </w:rPr>
        <w:t>αὐτόθι ξυνέβαινεν. Τούτων αὐτὸν εἵνεκα τῶν κατορθωμάτων ὁ Πύθιος ξυνέταξε τοῖς θεοῖς. Καὶ Ἀδριανὸν δὲ τὸν Ῥωμαίων βασιλέα φασὶν Ἀντίνοον, παιδικὰ γενόμενον αὐτοῦ, θεὸν ἀναγο‐ ρεῦσαι καὶ νεὼν οἰκοδομῆσαι καὶ θείας ἀξιοῦσθαι παρὰ τῶν</w:t>
      </w:r>
    </w:p>
    <w:p>
      <w:r>
        <w:rPr>
          <w:rFonts w:ascii="Courier New" w:hAnsi="Courier New"/>
          <w:color w:val="555555"/>
          <w:sz w:val="20"/>
        </w:rPr>
        <w:t>[5]</w:t>
      </w:r>
    </w:p>
    <w:p>
      <w:r>
        <w:rPr>
          <w:rFonts w:ascii="Gentium Plus" w:hAnsi="Gentium Plus"/>
          <w:sz w:val="24"/>
        </w:rPr>
        <w:t>ὑπηκόων προστάξαι τιμῆς. Καὶ τὰ Ὑακίνθια δὲ οἱ Σπαρτιάται ἑορτὴν μεγίστην καὶ δημοθοινίαν ἐνόμιζον.</w:t>
      </w:r>
    </w:p>
    <w:p>
      <w:r>
        <w:rPr>
          <w:rFonts w:ascii="Courier New" w:hAnsi="Courier New"/>
          <w:color w:val="555555"/>
          <w:sz w:val="20"/>
        </w:rPr>
        <w:t>[8 . 29]</w:t>
      </w:r>
    </w:p>
    <w:p>
      <w:r>
        <w:rPr>
          <w:rFonts w:ascii="Gentium Plus" w:hAnsi="Gentium Plus"/>
          <w:sz w:val="24"/>
        </w:rPr>
        <w:t>Τί δήποτε τοίνυν οἱ τοσούτους νεκροὺς ὠνομακότες θεοὺς νε‐ μεσᾶτε ἡμῖν, οὐ θεοποιοῦσιν, ἀλλὰ τιμῶσι τοὺς μάρτυρας, ὡς</w:t>
      </w:r>
    </w:p>
    <w:p>
      <w:r>
        <w:rPr>
          <w:rFonts w:ascii="Courier New" w:hAnsi="Courier New"/>
          <w:color w:val="555555"/>
          <w:sz w:val="20"/>
        </w:rPr>
        <w:t>[8 . 30]</w:t>
      </w:r>
    </w:p>
    <w:p>
      <w:r>
        <w:rPr>
          <w:rFonts w:ascii="Gentium Plus" w:hAnsi="Gentium Plus"/>
          <w:sz w:val="24"/>
        </w:rPr>
        <w:t>πελάζοντα; ἀνοίας γὰρ ταῦτα καὶ ἀμαθίας ἐσχάτης. Καὶ γὰρ Ἀθήνησιν, ὡς Ἀντίοχος ἐν τῇ ἐνάτῃ γέγραφεν ἱστορίᾳ, ἄνω γε ἐν τῇ ἀκροπόλει Κέκροπός ἐστι τάφος παρὰ τὴν Πολιοῦχον αὐτήν· καὶ ἐν Λαρίσσῃ τῇ γε Θετταλικῇ πάλιν ἐν τῷ ναῷ τῆς</w:t>
      </w:r>
    </w:p>
    <w:p>
      <w:r>
        <w:rPr>
          <w:rFonts w:ascii="Courier New" w:hAnsi="Courier New"/>
          <w:color w:val="555555"/>
          <w:sz w:val="20"/>
        </w:rPr>
        <w:t>[5]</w:t>
      </w:r>
    </w:p>
    <w:p>
      <w:r>
        <w:rPr>
          <w:rFonts w:ascii="Gentium Plus" w:hAnsi="Gentium Plus"/>
          <w:sz w:val="24"/>
        </w:rPr>
        <w:t>Ἀθηνᾶς τὸν Ἀκρίσιον τεθάφθαι φησίν· ἐν δὲ Μιλήτῳ τὸν Κλεό‐ μαχον ἐν τῷ Διδύμῳ κεῖσθαι εἴρηκε Λέανδρος· τὴν δὲ Λυκο‐ φρόνην ἐν τῷ ἱερῷ τῆς Ἀρτέμιδος ἐν Μαγνησίᾳ ταφῆναι Ζήνων ὁ Μύνδιος ἔφη· τὸν ἐν Τελμισσῷ δὲ βωμὸν τοῦ Ἀπόλλωνος μνῆμα εἶναι Τελμισσέως τοῦ μάντεως ἱστοροῦσιν. Ἀλλ’ ὅμως οὔτε οἱ</w:t>
      </w:r>
    </w:p>
    <w:p>
      <w:r>
        <w:rPr>
          <w:rFonts w:ascii="Courier New" w:hAnsi="Courier New"/>
          <w:color w:val="555555"/>
          <w:sz w:val="20"/>
        </w:rPr>
        <w:t>[10]</w:t>
      </w:r>
    </w:p>
    <w:p>
      <w:r>
        <w:rPr>
          <w:rFonts w:ascii="Gentium Plus" w:hAnsi="Gentium Plus"/>
          <w:sz w:val="24"/>
        </w:rPr>
        <w:t>τηνικάδε θάψαντες μιαίνειν ὑπέλαβον τοὺς βωμούς, οὔτε οἱ ὕστε‐ ρον θύοντες ἄγους ἐκεῖθεν μεταλαγχάνειν ἐνόμιζον. Τοπάζετε</w:t>
      </w:r>
    </w:p>
    <w:p>
      <w:r>
        <w:rPr>
          <w:rFonts w:ascii="Courier New" w:hAnsi="Courier New"/>
          <w:color w:val="555555"/>
          <w:sz w:val="20"/>
        </w:rPr>
        <w:t>[8 . 31]</w:t>
      </w:r>
    </w:p>
    <w:p>
      <w:r>
        <w:rPr>
          <w:rFonts w:ascii="Gentium Plus" w:hAnsi="Gentium Plus"/>
          <w:sz w:val="24"/>
        </w:rPr>
        <w:t>δὲ τοῦτο μόνοι ὑμεῖς, οἱ δὲ παλαιοὶ τούτων οὐδὲν ὑπελάμβανον. Καὶ γὰρ δὴ καὶ Ὅμηρος δείκνυσιν ἐν τοῖς ἔπεσι τὸν Ἀχιλλέα τὸν Πηλέως, τὸν Αἰακίδην, τὸν ἐκ Θέτιδος, τὸν ἐκ Διὸς καθ’ ὑμᾶς, περιπτυσσόμενον νεκρὸν τοῦ Πατρόκλου τὸ σῶμα, καὶ</w:t>
      </w:r>
    </w:p>
    <w:p>
      <w:r>
        <w:rPr>
          <w:rFonts w:ascii="Courier New" w:hAnsi="Courier New"/>
          <w:color w:val="555555"/>
          <w:sz w:val="20"/>
        </w:rPr>
        <w:t>[5]</w:t>
      </w:r>
    </w:p>
    <w:p>
      <w:r>
        <w:rPr>
          <w:rFonts w:ascii="Gentium Plus" w:hAnsi="Gentium Plus"/>
          <w:sz w:val="24"/>
        </w:rPr>
        <w:t>ἡνίκα τοῦτο τῇ πυρᾷ προσέφερον οἱ Μυρμιδόνες, τὴν κεφαλὴν φέροντα, εἶτα τὴν πυρὰν κατασβεννύντα καὶ τὰ ὀστᾶ γε ξυλλέ‐ γοντα καὶ ταῦτα ἐν χρυσῇ φιάλῃ τιθέντα καὶ ἔνδον εἰς τὴν σκη‐</w:t>
      </w:r>
    </w:p>
    <w:p>
      <w:r>
        <w:rPr>
          <w:rFonts w:ascii="Courier New" w:hAnsi="Courier New"/>
          <w:color w:val="555555"/>
          <w:sz w:val="20"/>
        </w:rPr>
        <w:t>[8 . 32]</w:t>
      </w:r>
    </w:p>
    <w:p>
      <w:r>
        <w:rPr>
          <w:rFonts w:ascii="Gentium Plus" w:hAnsi="Gentium Plus"/>
          <w:sz w:val="24"/>
        </w:rPr>
        <w:t>νὴν κομίζοντα τὴν αὑτοῦ. Καὶ ὁ Θουκυδίδης τῶν ἐν τῷ Πελοπον‐ νησιακῷ πολέμῳ τετελευτηκότων διηγεῖται τὸ γέρας, καὶ ὅπως μὲν τὰ εὑρεθέντα σώματα τῶν προσηκόντων ἕκαστος ἠξίου ταφῆς, ἡλίκην δὲ τοῖς ἥκιστα εὑρεθεῖσιν ἐμηχανῶντο τιμήν, κυπαρισσίνας</w:t>
      </w:r>
    </w:p>
    <w:p>
      <w:r>
        <w:rPr>
          <w:rFonts w:ascii="Courier New" w:hAnsi="Courier New"/>
          <w:color w:val="555555"/>
          <w:sz w:val="20"/>
        </w:rPr>
        <w:t>[5]</w:t>
      </w:r>
    </w:p>
    <w:p>
      <w:r>
        <w:rPr>
          <w:rFonts w:ascii="Gentium Plus" w:hAnsi="Gentium Plus"/>
          <w:sz w:val="24"/>
        </w:rPr>
        <w:t>μὲν κατασκευάζοντες λάρνακας, κοινῇ δὲ πάντες, οἱ μὲν ἡγού‐ μενοι τούτων, οἱ δὲ ἑπόμενοι καὶ παρεπόμενοι, καὶ τάφον κατασ‐ κευάζοντες μέγιστον τοῖς ὑπὸ οἰωνῶν ἢ κυνῶν ἢ θώων δαπανη‐ θεῖσιν. Οὕτω καὶ τῶν ἐν Μαραθῶνι παραταξαμένων τοὺς τετελευτηκότας ἐτίμησαν.</w:t>
      </w:r>
    </w:p>
    <w:p>
      <w:r>
        <w:rPr>
          <w:rFonts w:ascii="Courier New" w:hAnsi="Courier New"/>
          <w:color w:val="555555"/>
          <w:sz w:val="20"/>
        </w:rPr>
        <w:t>[8 . 33]</w:t>
      </w:r>
    </w:p>
    <w:p>
      <w:r>
        <w:rPr>
          <w:rFonts w:ascii="Gentium Plus" w:hAnsi="Gentium Plus"/>
          <w:sz w:val="24"/>
        </w:rPr>
        <w:t>Ὅτι δὲ καὶ χοὰς τοῖς τεθνεῶσι προσέφερον, ἴστε μὲν καὶ ὑμεῖς οἱ νύκτωρ ταύτας παρὰ τοὺς νόμους τολμῶντες· μαρτυρεῖ δὲ καὶ Ὅμηρος τὸν Λαέρτου δεικνὺς κατά γε τὰς ὑποθημοσύνας τῆς Κίρκης καὶ τὸν βόθρον ὀρύξαντα καὶ τὰς χοὰς ἐπιτετελεκότα</w:t>
      </w:r>
    </w:p>
    <w:p>
      <w:r>
        <w:rPr>
          <w:rFonts w:ascii="Courier New" w:hAnsi="Courier New"/>
          <w:color w:val="555555"/>
          <w:sz w:val="20"/>
        </w:rPr>
        <w:t>[5]</w:t>
      </w:r>
    </w:p>
    <w:p>
      <w:r>
        <w:rPr>
          <w:rFonts w:ascii="Gentium Plus" w:hAnsi="Gentium Plus"/>
          <w:sz w:val="24"/>
        </w:rPr>
        <w:t>καὶ ταῦτά γε διηγούμενον τῷ Ἀλκινόῳ· ἐγὼ γάρ φησιν ἄορ ὀξὺ ἐρυσσάμενος παρὰ μηροῦ βόθρον ὄρυξ’ ὅσσον τε πυγούσιον ἔνθα καὶ ἔνθα· ἀμφ’ αὐτῷ δὲ χοὴν χεόμην πᾶσιν νεκύεσσι, πρῶτα μελικρήτῳ, μετέπειτα δὲ ἡδέι οἴνῳ,</w:t>
      </w:r>
    </w:p>
    <w:p>
      <w:r>
        <w:rPr>
          <w:rFonts w:ascii="Courier New" w:hAnsi="Courier New"/>
          <w:color w:val="555555"/>
          <w:sz w:val="20"/>
        </w:rPr>
        <w:t>[10]</w:t>
      </w:r>
    </w:p>
    <w:p>
      <w:r>
        <w:rPr>
          <w:rFonts w:ascii="Gentium Plus" w:hAnsi="Gentium Plus"/>
          <w:sz w:val="24"/>
        </w:rPr>
        <w:t>τὸ τρίτον αὖθ’ ὕδατι· ἐπὶ δ’ ἄλφιτα λευκὰ πάλυνα, πολλὰ δὲ γουνούμην νεκύων ἀμενηνὰ κάρηνα, ἐλθὼν εἰς Ἰθάκην στεῖραν βοῦν, ἥ τις ἀρίστη, ῥέξειν ἐν μεγάροισι πυρήν τ’ ἐμπλησέμεν ἐσθλῶν, Τειρεσίῃ δ’ ἀπάνευθεν ὄιν ἱερευσέμεν οἴῳ</w:t>
      </w:r>
    </w:p>
    <w:p>
      <w:r>
        <w:rPr>
          <w:rFonts w:ascii="Courier New" w:hAnsi="Courier New"/>
          <w:color w:val="555555"/>
          <w:sz w:val="20"/>
        </w:rPr>
        <w:t>[15]</w:t>
      </w:r>
    </w:p>
    <w:p>
      <w:r>
        <w:rPr>
          <w:rFonts w:ascii="Gentium Plus" w:hAnsi="Gentium Plus"/>
          <w:sz w:val="24"/>
        </w:rPr>
        <w:t>παμμέλαν’, ὃς μήλοισι μεταπρέπει ἡμετέροισιν. Τοὺς δ’ ἐπεὶ εὐχωλῇσι λιτῇσί τε, ἔθνεα νεκρῶν, ἐλλισάμην, τὰ δὲ μῆλα λαβὼν ἀπεδειροτόμησα ἐς βόθρον· ῥέε δ’ αἷμα κελαινεφές· αἱ δ’ ἀγέροντο ψυχαὶ ὑπὲξ Ἐρέβευς νεκύων κατατεθνηώτων.</w:t>
      </w:r>
    </w:p>
    <w:p>
      <w:r>
        <w:rPr>
          <w:rFonts w:ascii="Courier New" w:hAnsi="Courier New"/>
          <w:color w:val="555555"/>
          <w:sz w:val="20"/>
        </w:rPr>
        <w:t>[8 . 34]</w:t>
      </w:r>
    </w:p>
    <w:p>
      <w:r>
        <w:rPr>
          <w:rFonts w:ascii="Gentium Plus" w:hAnsi="Gentium Plus"/>
          <w:sz w:val="24"/>
        </w:rPr>
        <w:t>Εἶτα ἐξηγεῖται, ὅπως ὁ τῶν ψυχῶν ξυνέθεεν ὅμιλος καὶ μετα‐ λαβεῖν ἠπείγετο τῶν χοῶν. Καὶ τί λέγω τὸν ποιητήν; Ἀριστο‐ κλῆς γὰρ ὁ Περιπατητικὸς Λύκωνα φάναι τὸν Πυθαγορικὸν ἔφη, ὡς Ἀριστοτέλης ὁ Νικομάχου θυσίαν τετελευτηκυίᾳ τῇ γυναικὶ</w:t>
      </w:r>
    </w:p>
    <w:p>
      <w:r>
        <w:rPr>
          <w:rFonts w:ascii="Courier New" w:hAnsi="Courier New"/>
          <w:color w:val="555555"/>
          <w:sz w:val="20"/>
        </w:rPr>
        <w:t>[5]</w:t>
      </w:r>
    </w:p>
    <w:p>
      <w:r>
        <w:rPr>
          <w:rFonts w:ascii="Gentium Plus" w:hAnsi="Gentium Plus"/>
          <w:sz w:val="24"/>
        </w:rPr>
        <w:t>τοιαύτην εἰώθει προσφέρειν, ὁποίαν Ἀθηναῖοι τῇ Δήμητρι. Ἡμεῖς δέ, ὦ ἄνδρες, οὔτε θυσίας, οὔτε μὴν χοὰς τοῖς μάρτυσιν ἀπονέ‐ μομεν, ἀλλ’ ὡς θείους καὶ θεοφιλεῖς γεραίρομεν ἄνδρας. Οὕτω γὰρ τοῦ πεποιηκότος καὶ σεσωκότος ἠράσθησαν, ὡς τὴν ὑπὲρ αὐτοῦ σφαγὴν ὑπολαβεῖν ἀξιέραστον.</w:t>
      </w:r>
    </w:p>
    <w:p>
      <w:r>
        <w:rPr>
          <w:rFonts w:ascii="Courier New" w:hAnsi="Courier New"/>
          <w:color w:val="555555"/>
          <w:sz w:val="20"/>
        </w:rPr>
        <w:t>[10]</w:t>
      </w:r>
    </w:p>
    <w:p>
      <w:r>
        <w:rPr>
          <w:rFonts w:ascii="Gentium Plus" w:hAnsi="Gentium Plus"/>
          <w:sz w:val="24"/>
        </w:rPr>
        <w:t>Εἰ δὲ ἀναισθήτως αὐτοὺς ἔχειν τῶν γινομένων νομίζετε καὶ</w:t>
      </w:r>
    </w:p>
    <w:p>
      <w:r>
        <w:rPr>
          <w:rFonts w:ascii="Courier New" w:hAnsi="Courier New"/>
          <w:color w:val="555555"/>
          <w:sz w:val="20"/>
        </w:rPr>
        <w:t>[8 . 35]</w:t>
      </w:r>
    </w:p>
    <w:p>
      <w:r>
        <w:rPr>
          <w:rFonts w:ascii="Gentium Plus" w:hAnsi="Gentium Plus"/>
          <w:sz w:val="24"/>
        </w:rPr>
        <w:t>μὴ θείας τινὸς καὶ τρισολβίας ὄντως λήξεως ἀπολαῦσαι, Πίνδα‐</w:t>
      </w:r>
    </w:p>
    <w:p>
      <w:r>
        <w:rPr>
          <w:rFonts w:ascii="Courier New" w:hAnsi="Courier New"/>
          <w:color w:val="555555"/>
          <w:sz w:val="20"/>
        </w:rPr>
        <w:t>[8 . 36]</w:t>
      </w:r>
    </w:p>
    <w:p>
      <w:r>
        <w:rPr>
          <w:rFonts w:ascii="Gentium Plus" w:hAnsi="Gentium Plus"/>
          <w:sz w:val="24"/>
        </w:rPr>
        <w:t>Εἰ δὲ τῶν εὐσεβῶς βεβιωκότων οὐρανὸς ἐνδιαίτημα, ταύτην ἔχουσι τὴν λῆξιν οἱ μάρτυρες· τούτων γὰρ οὐδὲν εὐσεβέστερον· καὶ Ἐμπεδοκλῆς δὲ ὁ Ἀκραγαντῖνος οὕτω φησίν· εἰς δὲ τέλος μάντεις τε καὶ ὑμνοπόλοι καὶ ἰητροὶ</w:t>
      </w:r>
    </w:p>
    <w:p>
      <w:r>
        <w:rPr>
          <w:rFonts w:ascii="Courier New" w:hAnsi="Courier New"/>
          <w:color w:val="555555"/>
          <w:sz w:val="20"/>
        </w:rPr>
        <w:t>[5]</w:t>
      </w:r>
    </w:p>
    <w:p>
      <w:r>
        <w:rPr>
          <w:rFonts w:ascii="Gentium Plus" w:hAnsi="Gentium Plus"/>
          <w:sz w:val="24"/>
        </w:rPr>
        <w:t>καὶ πρόμοι ἀνθρώποισιν ἐπιχθονίοισι πέλονται· ἔνθεν ἀναβλαστοῦσι θεοὶ τιμῇσι φέριστοι.</w:t>
      </w:r>
    </w:p>
    <w:p>
      <w:r>
        <w:rPr>
          <w:rFonts w:ascii="Courier New" w:hAnsi="Courier New"/>
          <w:color w:val="555555"/>
          <w:sz w:val="20"/>
        </w:rPr>
        <w:t>[8 . 37]</w:t>
      </w:r>
    </w:p>
    <w:p>
      <w:r>
        <w:rPr>
          <w:rFonts w:ascii="Gentium Plus" w:hAnsi="Gentium Plus"/>
          <w:sz w:val="24"/>
        </w:rPr>
        <w:t>Εἰ δὲ μάντεις καὶ ἰατροὺς τοσαύτης ἔφησεν ἐκεῖνος ἀξιοῦσθαι τιμῆς, τί ἂν εἴποι τις περὶ τῶν τοσαύτην ἐπιδειξαμένων ὑπὲρ εὐσεβείας ἀνδρείαν, οἷς τοὖργον οὐ μόνον ἀνδρείαν, ἀλλὰ καὶ δικαιοσύνην καὶ σωφροσύνην καὶ σοφίαν καὶ φρόνησιν μαρτυρεῖ;</w:t>
      </w:r>
    </w:p>
    <w:p>
      <w:r>
        <w:rPr>
          <w:rFonts w:ascii="Courier New" w:hAnsi="Courier New"/>
          <w:color w:val="555555"/>
          <w:sz w:val="20"/>
        </w:rPr>
        <w:t>[5]</w:t>
      </w:r>
    </w:p>
    <w:p>
      <w:r>
        <w:rPr>
          <w:rFonts w:ascii="Gentium Plus" w:hAnsi="Gentium Plus"/>
          <w:sz w:val="24"/>
        </w:rPr>
        <w:t>τί γὰρ σωφρονέστερον τῶν οὐκ ἀνασχομένων ἐκείνων ἐκστῆναι, ἅπερ ἐξ ἀρχῆς εὖ ἔχειν ὑπέλαβον; τί δὲ δικαιότερον τῶν τὰς θείας εὐεργεσίας ἀμειψαμένων σφαγῇ καὶ τὰ σώματα ἐκδεδωκότων</w:t>
      </w:r>
    </w:p>
    <w:p>
      <w:r>
        <w:rPr>
          <w:rFonts w:ascii="Courier New" w:hAnsi="Courier New"/>
          <w:color w:val="555555"/>
          <w:sz w:val="20"/>
        </w:rPr>
        <w:t>[8 . 38]</w:t>
      </w:r>
    </w:p>
    <w:p>
      <w:r>
        <w:rPr>
          <w:rFonts w:ascii="Gentium Plus" w:hAnsi="Gentium Plus"/>
          <w:sz w:val="24"/>
        </w:rPr>
        <w:t>ὑπὲρ τοῦ τὸ σῶμα παραδεδωκότος σταυρῷ; τί δὲ φρονιμώτερον ἢ σοφώτερον τῶν οὕτω ταῦτα βουλευσαμένων καὶ τῶν μὲν τῇδε καταπεφρονηκότων, ὡς βέβαιον οὐδὲν ἐχόντων καὶ μόνιμον, ἐρα‐ σθέντων δὲ ἐκείνων, ἃ λόγος ἑρμηνεύειν οὐ δύναται; τί δὲ</w:t>
      </w:r>
    </w:p>
    <w:p>
      <w:r>
        <w:rPr>
          <w:rFonts w:ascii="Courier New" w:hAnsi="Courier New"/>
          <w:color w:val="555555"/>
          <w:sz w:val="20"/>
        </w:rPr>
        <w:t>[5]</w:t>
      </w:r>
    </w:p>
    <w:p>
      <w:r>
        <w:rPr>
          <w:rFonts w:ascii="Gentium Plus" w:hAnsi="Gentium Plus"/>
          <w:sz w:val="24"/>
        </w:rPr>
        <w:t>ἀνδρικώτερον τῶν ἀνταγωνισαμένων πρὸς πολλὰ παθήματα καὶ διάφορα καὶ τοὺς κολάζοντας νενικηκότων τῇ καρτερίᾳ τῆς γνώ‐</w:t>
      </w:r>
    </w:p>
    <w:p>
      <w:r>
        <w:rPr>
          <w:rFonts w:ascii="Courier New" w:hAnsi="Courier New"/>
          <w:color w:val="555555"/>
          <w:sz w:val="20"/>
        </w:rPr>
        <w:t>[8 . 39]</w:t>
      </w:r>
    </w:p>
    <w:p>
      <w:r>
        <w:rPr>
          <w:rFonts w:ascii="Gentium Plus" w:hAnsi="Gentium Plus"/>
          <w:sz w:val="24"/>
        </w:rPr>
        <w:t>μης; Τοιγάρτοι οὗτοί γέ εἰσιν ἀτεχνῶς πρόμοι ἀνθρώπων καὶ πρόμαχοι καὶ ἐπίκουροι καὶ τῶν κακῶν ἀποτρόπαιοι, τὰς ὑπὸ</w:t>
      </w:r>
    </w:p>
    <w:p>
      <w:r>
        <w:rPr>
          <w:rFonts w:ascii="Courier New" w:hAnsi="Courier New"/>
          <w:color w:val="555555"/>
          <w:sz w:val="20"/>
        </w:rPr>
        <w:t>[5]</w:t>
      </w:r>
    </w:p>
    <w:p>
      <w:r>
        <w:rPr>
          <w:rFonts w:ascii="Gentium Plus" w:hAnsi="Gentium Plus"/>
          <w:sz w:val="24"/>
        </w:rPr>
        <w:t>ἀξίους ὑπολαμβάνει τιμῆς· «Ἀρηϊφάτους» γάρ φησιν «οἱ θεοὶ τιμῶσι καὶ ἄνθρωποι», καὶ πάλιν· «μόνοι γὰρ μείζονες μείζο‐</w:t>
      </w:r>
    </w:p>
    <w:p>
      <w:r>
        <w:rPr>
          <w:rFonts w:ascii="Courier New" w:hAnsi="Courier New"/>
          <w:color w:val="555555"/>
          <w:sz w:val="20"/>
        </w:rPr>
        <w:t>[8 . 40]</w:t>
      </w:r>
    </w:p>
    <w:p>
      <w:r>
        <w:rPr>
          <w:rFonts w:ascii="Gentium Plus" w:hAnsi="Gentium Plus"/>
          <w:sz w:val="24"/>
        </w:rPr>
        <w:t>νος μοίρας λαγχάνουσιν». Ἀλλὰ τόνδε τὸν λόγον ἔγωγε οὐ προσίεμαι· πλεῖστοι γὰρ δὴ παμπόνηρον ἀσπασάμενοι βίον τὸν βίαιον ὑπέμειναν θάνατον. Εἰ τοίνυν τοὺς ἀρηϊφάτους ἅπαντας προσήκει τιμᾶν, ὥρα ὑμῖν καὶ τοῖς Οἰδίπου παισὶ τόδε ἀπονεῖμαι</w:t>
      </w:r>
    </w:p>
    <w:p>
      <w:r>
        <w:rPr>
          <w:rFonts w:ascii="Courier New" w:hAnsi="Courier New"/>
          <w:color w:val="555555"/>
          <w:sz w:val="20"/>
        </w:rPr>
        <w:t>[5]</w:t>
      </w:r>
    </w:p>
    <w:p>
      <w:r>
        <w:rPr>
          <w:rFonts w:ascii="Gentium Plus" w:hAnsi="Gentium Plus"/>
          <w:sz w:val="24"/>
        </w:rPr>
        <w:t>τὸ γέρας, οἳ τὸν πατέρα μὲν κατέλιπον ἀτημέλητον, ἕνεκα δὲ τυραννίδος κατ’ ἀλλήλων λυττήσαντες τῷ ἀλλήλων αἵματι τὰς</w:t>
      </w:r>
    </w:p>
    <w:p>
      <w:r>
        <w:rPr>
          <w:rFonts w:ascii="Courier New" w:hAnsi="Courier New"/>
          <w:color w:val="555555"/>
          <w:sz w:val="20"/>
        </w:rPr>
        <w:t>[8 . 41]</w:t>
      </w:r>
    </w:p>
    <w:p>
      <w:r>
        <w:rPr>
          <w:rFonts w:ascii="Gentium Plus" w:hAnsi="Gentium Plus"/>
          <w:sz w:val="24"/>
        </w:rPr>
        <w:t>οἰκείας ἐφοίνιξαν δεξιάς· τιμητέον δ’ ἄρα καὶ τοὺς Πεισιστρατί‐ δας ὑπὸ Ἁρμοδίου καὶ Ἀριστογείτονος ἐνδίκως ἀναιρεθέντας. Ἀλλὰ τοὐναντίον ἔδρασαν Ἀθηναῖοι· τοὺς γὰρ ἀνελόντας χαλ‐ καῖς εἰκόσιν ἐτίμησαν καὶ τῷ γένει τῷ τούτων ἀτέλειαν ἐδωρή‐</w:t>
      </w:r>
    </w:p>
    <w:p>
      <w:r>
        <w:rPr>
          <w:rFonts w:ascii="Courier New" w:hAnsi="Courier New"/>
          <w:color w:val="555555"/>
          <w:sz w:val="20"/>
        </w:rPr>
        <w:t>[5]</w:t>
      </w:r>
    </w:p>
    <w:p>
      <w:r>
        <w:rPr>
          <w:rFonts w:ascii="Gentium Plus" w:hAnsi="Gentium Plus"/>
          <w:sz w:val="24"/>
        </w:rPr>
        <w:t>σαντο. Οὔκουν πάντας ἀρηϊφάτους κατὰ τὸν Ἡράκλειτον τιμητέον, ἀλλ’ ἐκείνους, οἳ τὸν ὑπὲρ τῆς εὐσεβείας ἀσπασίως κατεδέξαντο θάνατον· ἐκεῖνοι γὰρ ἀληθῶς, κατά γε τοῦτον αὐτόν, μόνοι μεί‐ ζονες. Οὗ δὴ εἵνεκα καὶ μείζονος ἀπολαύουσι μοίρας, καὶ νῦν τὸ</w:t>
      </w:r>
    </w:p>
    <w:p>
      <w:r>
        <w:rPr>
          <w:rFonts w:ascii="Courier New" w:hAnsi="Courier New"/>
          <w:color w:val="555555"/>
          <w:sz w:val="20"/>
        </w:rPr>
        <w:t>[10]</w:t>
      </w:r>
    </w:p>
    <w:p>
      <w:r>
        <w:rPr>
          <w:rFonts w:ascii="Gentium Plus" w:hAnsi="Gentium Plus"/>
          <w:sz w:val="24"/>
        </w:rPr>
        <w:t>στεφάνους προσμένοντες. Ἐκεῖνο δὲ τοῦ Ἡρακλείτου μάλα θαυμάζω, ὅτι «μένει τοὺς ἀνθρώπους ἀποθνῄσκοντας, ὅσα οὐκ ἔλπονται οὐδὲ δοκέουσιν».</w:t>
      </w:r>
    </w:p>
    <w:p>
      <w:r>
        <w:rPr>
          <w:rFonts w:ascii="Courier New" w:hAnsi="Courier New"/>
          <w:color w:val="555555"/>
          <w:sz w:val="20"/>
        </w:rPr>
        <w:t>[8 . 42]</w:t>
      </w:r>
    </w:p>
    <w:p>
      <w:r>
        <w:rPr>
          <w:rFonts w:ascii="Gentium Plus" w:hAnsi="Gentium Plus"/>
          <w:sz w:val="24"/>
        </w:rPr>
        <w:t>Ὅτι δὲ καὶ θείας λήξεως ἀπολαύουσιν αἱ τῶν ὁσίων ψυχαί, καὶ ὁ Πλάτων δεδήλωκεν ἐν τῷ Φαίδωνι, λέγων ὡδί· «Οἳ δὲ δὴ ἂν δόξωσι διαφερόντως πρὸς τὸ ὁσίως βιῶναι προκεκρίσθαι, οὗτοί εἰσιν οἱ τῶνδε μὲν τῶν ἐν τῇ γῇ ἀπαλλαττόμενοι ὥσπερ δεσμω‐</w:t>
      </w:r>
    </w:p>
    <w:p>
      <w:r>
        <w:rPr>
          <w:rFonts w:ascii="Courier New" w:hAnsi="Courier New"/>
          <w:color w:val="555555"/>
          <w:sz w:val="20"/>
        </w:rPr>
        <w:t>[5]</w:t>
      </w:r>
    </w:p>
    <w:p>
      <w:r>
        <w:rPr>
          <w:rFonts w:ascii="Gentium Plus" w:hAnsi="Gentium Plus"/>
          <w:sz w:val="24"/>
        </w:rPr>
        <w:t>τηρίου, ἄνω δὲ εἰς καθαρὰν οἴκησιν ἀφικνούμενοι.» Προστέθεικε δὲ μετ’ ὀλίγα καὶ ταῦτα· «Καὶ εἰς οἰκήσεις ἔτι τούτων καλλίους ἀφικνοῦνται, ἃς οὔτε ῥᾴδιον δηλῶσαι, οὔτε ὁ χρόνος ἱκανὸς ἐν</w:t>
      </w:r>
    </w:p>
    <w:p>
      <w:r>
        <w:rPr>
          <w:rFonts w:ascii="Courier New" w:hAnsi="Courier New"/>
          <w:color w:val="555555"/>
          <w:sz w:val="20"/>
        </w:rPr>
        <w:t>[8 . 43]</w:t>
      </w:r>
    </w:p>
    <w:p>
      <w:r>
        <w:rPr>
          <w:rFonts w:ascii="Gentium Plus" w:hAnsi="Gentium Plus"/>
          <w:sz w:val="24"/>
        </w:rPr>
        <w:t>τῷ παρόντι.» Ἵνα δὲ μή τις τούτων ἀκούσας καὶ τῆς θείας ἐκείνης διαγωγῆς ἐρασθείς, εὐαγὲς ὑπολάβοι τὸ βίᾳ τινὶ καὶ ἀνάγκῃ ἑαυτὸν ἐντεῦθεν ἐξαγαγεῖν, ἀναγκαίως ἐπήγαγεν· «Οὐ δεῖ δ’ ἑαυτὸν ἐκ ταύτης λύειν οὐδὲ ἀποδιδράσκειν» καὶ ξυνελόντι</w:t>
      </w:r>
    </w:p>
    <w:p>
      <w:r>
        <w:rPr>
          <w:rFonts w:ascii="Courier New" w:hAnsi="Courier New"/>
          <w:color w:val="555555"/>
          <w:sz w:val="20"/>
        </w:rPr>
        <w:t>[8 . 44]</w:t>
      </w:r>
    </w:p>
    <w:p>
      <w:r>
        <w:rPr>
          <w:rFonts w:ascii="Gentium Plus" w:hAnsi="Gentium Plus"/>
          <w:sz w:val="24"/>
        </w:rPr>
        <w:t>εἰπεῖν κακὴν λογίζεσθαι τὴν ὕλην. Λέγει δὲ καί, ὡς αὐτὴ</w:t>
      </w:r>
    </w:p>
    <w:p>
      <w:r>
        <w:rPr>
          <w:rFonts w:ascii="Courier New" w:hAnsi="Courier New"/>
          <w:color w:val="555555"/>
          <w:sz w:val="20"/>
        </w:rPr>
        <w:t>[5]</w:t>
      </w:r>
    </w:p>
    <w:p>
      <w:r>
        <w:rPr>
          <w:rFonts w:ascii="Gentium Plus" w:hAnsi="Gentium Plus"/>
          <w:sz w:val="24"/>
        </w:rPr>
        <w:t>εἰς τὸ τῆς ἐλπίδος τέλος ἀφικομένην, ἄλλου βίου ἀϊδίου ἀρχὴν</w:t>
      </w:r>
    </w:p>
    <w:p>
      <w:r>
        <w:rPr>
          <w:rFonts w:ascii="Courier New" w:hAnsi="Courier New"/>
          <w:color w:val="555555"/>
          <w:sz w:val="20"/>
        </w:rPr>
        <w:t>[8 . 45]</w:t>
      </w:r>
    </w:p>
    <w:p>
      <w:r>
        <w:rPr>
          <w:rFonts w:ascii="Gentium Plus" w:hAnsi="Gentium Plus"/>
          <w:sz w:val="24"/>
        </w:rPr>
        <w:t>λαμβάνουσαν. Καὶ αὖθις ἐν τῷ αὐτῷ διαλόγῳ φησίν· «μετ’ ἀγαθῆς μὲν ἐλπίδος» τὰς καλὰς ψυχὰς ἐνθένδε ἀπιέναι· οἱ πονηροὶ δὲ ζῶσί, φησί, «μετὰ κακῆς ἐλπίδος.» Οὗτος καὶ τὴν φιλοσοφίαν θανάτου μελέτην ἐκάλεσε· «Κινδυνεύουσι γάρ» φησιν</w:t>
      </w:r>
    </w:p>
    <w:p>
      <w:r>
        <w:rPr>
          <w:rFonts w:ascii="Courier New" w:hAnsi="Courier New"/>
          <w:color w:val="555555"/>
          <w:sz w:val="20"/>
        </w:rPr>
        <w:t>[5]</w:t>
      </w:r>
    </w:p>
    <w:p>
      <w:r>
        <w:rPr>
          <w:rFonts w:ascii="Gentium Plus" w:hAnsi="Gentium Plus"/>
          <w:sz w:val="24"/>
        </w:rPr>
        <w:t>«ὅσοι τυγχάνουσιν ὀρθῶς ἁπτόμενοι φιλοσοφίας λεληθέναι τοὺς ἄλλους, ὅτι οὐδὲν ἄλλο αὐτοὶ ἐπιτηδεύουσιν ἢ ἀποθνῄσκειν καὶ</w:t>
      </w:r>
    </w:p>
    <w:p>
      <w:r>
        <w:rPr>
          <w:rFonts w:ascii="Courier New" w:hAnsi="Courier New"/>
          <w:color w:val="555555"/>
          <w:sz w:val="20"/>
        </w:rPr>
        <w:t>[8 . 46]</w:t>
      </w:r>
    </w:p>
    <w:p>
      <w:r>
        <w:rPr>
          <w:rFonts w:ascii="Gentium Plus" w:hAnsi="Gentium Plus"/>
          <w:sz w:val="24"/>
        </w:rPr>
        <w:t>τεθνάναι.» Ταῦτα μὲν οὖν ἅπαντα ἐν τῷ Φαίδωνι γέγραφεν· ἐν δὲ τῷ δεκάτῳ τῆς Πολιτείας οὕτω φησίν· «Τῶν δὲ δὴ ἀποθα‐ νόντων ἐπὶ στρατείας, ὃς ἂν εὐδοκιμήσας τελευτήσῃ, ἆρ’ οὐ πρῶτον μὲν τοῦ χρυσοῦ γένους εἶναι φήσομεν; — Πάντων μά‐</w:t>
      </w:r>
    </w:p>
    <w:p>
      <w:r>
        <w:rPr>
          <w:rFonts w:ascii="Courier New" w:hAnsi="Courier New"/>
          <w:color w:val="555555"/>
          <w:sz w:val="20"/>
        </w:rPr>
        <w:t>[5]</w:t>
      </w:r>
    </w:p>
    <w:p>
      <w:r>
        <w:rPr>
          <w:rFonts w:ascii="Gentium Plus" w:hAnsi="Gentium Plus"/>
          <w:sz w:val="24"/>
        </w:rPr>
        <w:t>λιστα.» Καὶ μετ’ ὀλίγα· «Τί δέ; οὐ μέλλομεν τὸν λοιπὸν χρόνον, ὡς δαίμονας γεγονότας, οὕτω θεραπεύειν τε καὶ προσ‐ κυνεῖν αὐτῶν τὰς θήκας; τὰ αὐτὰ δὲ νομιοῦμεν, ὅταν τις γήρᾳ ἤ τινι ἄλλῳ τρόπῳ τελευτήσῃ τῶν ὅσοι ἂν διαφερόντως ἐν τῷ</w:t>
      </w:r>
    </w:p>
    <w:p>
      <w:r>
        <w:rPr>
          <w:rFonts w:ascii="Courier New" w:hAnsi="Courier New"/>
          <w:color w:val="555555"/>
          <w:sz w:val="20"/>
        </w:rPr>
        <w:t>[8 . 47]</w:t>
      </w:r>
    </w:p>
    <w:p>
      <w:r>
        <w:rPr>
          <w:rFonts w:ascii="Gentium Plus" w:hAnsi="Gentium Plus"/>
          <w:sz w:val="24"/>
        </w:rPr>
        <w:t>βίῳ ἀγαθοὶ κριθῶσιν.» Κἀν τῷ Κρατύλῳ δὲ τόνδε τὸν λόγον διεύρυνεν· ἐπαινεῖ γὰρ τὸν Ἡσίοδον καὶ τοὺς ἄλλους γε ποιητὰς εἰρηκότας· «ὡς ἐπειδάν τις ἀγαθὸς ὢν τελευτήσῃ, μεγάλην μοῖραν καὶ τιμὴν ἐκεῖ ἔχει, καὶ γίνεται δαίμων κατὰ τὴν τῆς φρονήσεως</w:t>
      </w:r>
    </w:p>
    <w:p>
      <w:r>
        <w:rPr>
          <w:rFonts w:ascii="Courier New" w:hAnsi="Courier New"/>
          <w:color w:val="555555"/>
          <w:sz w:val="20"/>
        </w:rPr>
        <w:t>[5]</w:t>
      </w:r>
    </w:p>
    <w:p>
      <w:r>
        <w:rPr>
          <w:rFonts w:ascii="Gentium Plus" w:hAnsi="Gentium Plus"/>
          <w:sz w:val="24"/>
        </w:rPr>
        <w:t>ἐπωνυμίαν· ταύτῃ οὖν τίθεμαι κἀγὼ τὸν δαήμονα ἄνδρα.» Ὁ δέ γε Ἡσίοδος περὶ τοῦ χρυσοῦ γένους ταῦτα ἔφη· αὐτὰρ ἐπειδὴ τοῦτο γένος κατὰ μοῖρ’ ἐκάλυψεν, οἱ μὲν δαίμονες ἁγνοὶ ἐπιχθόνιοι καλέονται, ἐσθλοί, ἀλεξίκακοι, φύλακες θνητῶν ἀνθρώπων.</w:t>
      </w:r>
    </w:p>
    <w:p>
      <w:r>
        <w:rPr>
          <w:rFonts w:ascii="Courier New" w:hAnsi="Courier New"/>
          <w:color w:val="555555"/>
          <w:sz w:val="20"/>
        </w:rPr>
        <w:t>[8 . 48]</w:t>
      </w:r>
    </w:p>
    <w:p>
      <w:r>
        <w:rPr>
          <w:rFonts w:ascii="Gentium Plus" w:hAnsi="Gentium Plus"/>
          <w:sz w:val="24"/>
        </w:rPr>
        <w:t>Εἰ τοίνυν καὶ ὁ ποιητὴς καὶ ἐσθλοὺς καὶ ἀλεξικάκους καὶ φύλακας θνητῶν ἀνθρώπων τοὺς ἄριστα βεβιωκότας, εἶτα τελευ‐ τήσαντας, προσηγόρευσεν, ἐκράτυνε δὲ τοῦ ποιητοῦ τὸν λόγον τῶν φιλοσόφων ὁ ἄριστος καὶ χρῆναι ἔφη καὶ θεραπεύειν τούτων</w:t>
      </w:r>
    </w:p>
    <w:p>
      <w:r>
        <w:rPr>
          <w:rFonts w:ascii="Courier New" w:hAnsi="Courier New"/>
          <w:color w:val="555555"/>
          <w:sz w:val="20"/>
        </w:rPr>
        <w:t>[5]</w:t>
      </w:r>
    </w:p>
    <w:p>
      <w:r>
        <w:rPr>
          <w:rFonts w:ascii="Gentium Plus" w:hAnsi="Gentium Plus"/>
          <w:sz w:val="24"/>
        </w:rPr>
        <w:t>καὶ προσκυνεῖν τὰς θήκας, τί δήποτε μέμφεσθε τοῖς παρ’ ἡμῶν γινομένοις, ὦ βέλτιστοι; Τοὺς γὰρ ἐν εὐσεβείᾳ λάμψαντας καὶ ὑπὲρ ταύτης τὴν σφαγὴν δεξαμένους, ἀλεξικάκους ἡμεῖς καὶ ἰατροὺς ὀνομάζομεν, οὐ δαίμονας καλοῦντες—μὴ οὕτω λυττή‐ σαιμεν—ἀλλὰ Θεῷ φίλους καὶ εὔνους θεράποντας, παρρησίᾳ</w:t>
      </w:r>
    </w:p>
    <w:p>
      <w:r>
        <w:rPr>
          <w:rFonts w:ascii="Courier New" w:hAnsi="Courier New"/>
          <w:color w:val="555555"/>
          <w:sz w:val="20"/>
        </w:rPr>
        <w:t>[10]</w:t>
      </w:r>
    </w:p>
    <w:p>
      <w:r>
        <w:rPr>
          <w:rFonts w:ascii="Gentium Plus" w:hAnsi="Gentium Plus"/>
          <w:sz w:val="24"/>
        </w:rPr>
        <w:t>χρωμένους καὶ τῶν ἀγαθῶν ἡμῖν ἐπαγγέλλοντας τὴν φοράν.</w:t>
      </w:r>
    </w:p>
    <w:p>
      <w:r>
        <w:rPr>
          <w:rFonts w:ascii="Courier New" w:hAnsi="Courier New"/>
          <w:color w:val="555555"/>
          <w:sz w:val="20"/>
        </w:rPr>
        <w:t>[8 . 49]</w:t>
      </w:r>
    </w:p>
    <w:p>
      <w:r>
        <w:rPr>
          <w:rFonts w:ascii="Gentium Plus" w:hAnsi="Gentium Plus"/>
          <w:sz w:val="24"/>
        </w:rPr>
        <w:t>Τοῦτο γὰρ δὴ καὶ τῶν φιλοσόφων ὁ κορυφαῖος ἐν τῇ Ἐπινομίδι</w:t>
      </w:r>
    </w:p>
    <w:p>
      <w:r>
        <w:rPr>
          <w:rFonts w:ascii="Courier New" w:hAnsi="Courier New"/>
          <w:color w:val="555555"/>
          <w:sz w:val="20"/>
        </w:rPr>
        <w:t>[5]</w:t>
      </w:r>
    </w:p>
    <w:p>
      <w:r>
        <w:rPr>
          <w:rFonts w:ascii="Gentium Plus" w:hAnsi="Gentium Plus"/>
          <w:sz w:val="24"/>
        </w:rPr>
        <w:t>ἁπάντων.» Ἀτεχνῶς δέ γε τοῦτο ἔοικε τοῖς ὑπὸ τῆς θείας εἰρη‐ μένοις γραφῆς· «Μὴ μακαρίσῃς ἄνδρα πρὸ τελευτῆς αὐτοῦ» καὶ «φῶς δικαίοις διαπαντός», καὶ «ψυχαὶ δικαίων ἐν χειρὶ Θεοῦ» καὶ τὰ τούτοις προσόμοια.</w:t>
      </w:r>
    </w:p>
    <w:p>
      <w:r>
        <w:rPr>
          <w:rFonts w:ascii="Courier New" w:hAnsi="Courier New"/>
          <w:color w:val="555555"/>
          <w:sz w:val="20"/>
        </w:rPr>
        <w:t>[8 . 50]</w:t>
      </w:r>
    </w:p>
    <w:p>
      <w:r>
        <w:rPr>
          <w:rFonts w:ascii="Gentium Plus" w:hAnsi="Gentium Plus"/>
          <w:sz w:val="24"/>
        </w:rPr>
        <w:t>Ὅτι δὲ τοῖς δικαίοις ὕβρεις καὶ λοιδορίας καὶ αἰκίας καὶ μάστιγας κατὰ τὸν παρόντα βίον ξυνεκλήρωσε τῶν ὅλων ὁ πρύ‐ τανις, καὶ ὁ Πλάτων ἐν τῇ Πολιτείᾳ ξυγγέγραφεν· «Οὕτω» γάρ φησι «διακείμενος ὁ δίκαιος αἰκισθήσεται, στρεβλωθήσεται,</w:t>
      </w:r>
    </w:p>
    <w:p>
      <w:r>
        <w:rPr>
          <w:rFonts w:ascii="Courier New" w:hAnsi="Courier New"/>
          <w:color w:val="555555"/>
          <w:sz w:val="20"/>
        </w:rPr>
        <w:t>[5]</w:t>
      </w:r>
    </w:p>
    <w:p>
      <w:r>
        <w:rPr>
          <w:rFonts w:ascii="Gentium Plus" w:hAnsi="Gentium Plus"/>
          <w:sz w:val="24"/>
        </w:rPr>
        <w:t>δεθήσεται, ἐκκοπήσεται τὼ ὀφθαλμώ, τελευτῶν πάντα κακὰ παθὼν ἀνασκινδυλευθήσεται.» Οὐκοῦν τρισάθλιοι μὲν οἱ ταῦτα ποι‐ οῦντες, τρισόλβιοι δὲ οἱ πάσχοντες;</w:t>
      </w:r>
    </w:p>
    <w:p>
      <w:r>
        <w:rPr>
          <w:rFonts w:ascii="Courier New" w:hAnsi="Courier New"/>
          <w:color w:val="555555"/>
          <w:sz w:val="20"/>
        </w:rPr>
        <w:t>[8 . 51]</w:t>
      </w:r>
    </w:p>
    <w:p>
      <w:r>
        <w:rPr>
          <w:rFonts w:ascii="Gentium Plus" w:hAnsi="Gentium Plus"/>
          <w:sz w:val="24"/>
        </w:rPr>
        <w:t>Ὅτι δὲ καὶ ἐπιμελεῖσθαι τῶν ἀνθρωπείων δύνανται πραγμά‐ των αἱ τῶν ὁσίων ψυχαὶ καὶ τοῦ σώματος ἐκτὸς γενόμεναι, ὁ Πλάτων καὶ τοῦτο ἐν τῷ ἑνδεκάτῳ τῶν Νόμων ἐδίδαξε· λέγει δὲ οὕτως· «Εἴς τινα γὰρ οὖν μοι καιρὸν φαινόμεθα τοὺς ἔμπροσθεν</w:t>
      </w:r>
    </w:p>
    <w:p>
      <w:r>
        <w:rPr>
          <w:rFonts w:ascii="Courier New" w:hAnsi="Courier New"/>
          <w:color w:val="555555"/>
          <w:sz w:val="20"/>
        </w:rPr>
        <w:t>[5]</w:t>
      </w:r>
    </w:p>
    <w:p>
      <w:r>
        <w:rPr>
          <w:rFonts w:ascii="Gentium Plus" w:hAnsi="Gentium Plus"/>
          <w:sz w:val="24"/>
        </w:rPr>
        <w:t>λόγους διεξελθεῖν, ὡς ἄρα αἱ τῶν τελευτησάντων ψυχαὶ δύναμιν</w:t>
      </w:r>
    </w:p>
    <w:p>
      <w:r>
        <w:rPr>
          <w:rFonts w:ascii="Courier New" w:hAnsi="Courier New"/>
          <w:color w:val="555555"/>
          <w:sz w:val="20"/>
        </w:rPr>
        <w:t>[8 . 52]</w:t>
      </w:r>
    </w:p>
    <w:p>
      <w:r>
        <w:rPr>
          <w:rFonts w:ascii="Gentium Plus" w:hAnsi="Gentium Plus"/>
          <w:sz w:val="24"/>
        </w:rPr>
        <w:t>τοῖς νομοθετοῦσι ταῦθ’ οὕτως ἔχειν.» Ἀλλ’ ὁ μὲν φιλόσοφος κελεύει καὶ ταῖς φήμαις πιστεύειν· ὑμεῖς δὲ οὐ μόνον ἡμῖν ἀπισ‐ τεῖτε καὶ τῆς τῶν πραγμάτων βοώσης ἀληθείας ἐπαΐειν οὐ βού‐ λεσθε, ἀλλ’ οὐδὲ τῷ ὑμετέρῳ φιλοσόφῳ πιστεύειν ἐθέλετε</w:t>
      </w:r>
    </w:p>
    <w:p>
      <w:r>
        <w:rPr>
          <w:rFonts w:ascii="Courier New" w:hAnsi="Courier New"/>
          <w:color w:val="555555"/>
          <w:sz w:val="20"/>
        </w:rPr>
        <w:t>[5]</w:t>
      </w:r>
    </w:p>
    <w:p>
      <w:r>
        <w:rPr>
          <w:rFonts w:ascii="Gentium Plus" w:hAnsi="Gentium Plus"/>
          <w:sz w:val="24"/>
        </w:rPr>
        <w:t>ἄντικρυς λέγοντι, ὡς αἱ τῶν ὁσίων ψυχαὶ τῶν σωμάτων ἀπαλ‐ λαγεῖσαι τῶν κατ’ ἀνθρώπους ἐπιμελοῦνται πραγμάτων. Τῷ δὲ οὕτως ἁρμόττει τοῦδε τοῦ γέρως τυχεῖν, ὡς τοῖς ἠγαπηκόσι μὲν ἐκθύμως τὰ θεῖα, μεμενηκόσι δὲ μέχρι τέλους οἷς ἐξ ἀρχῆς προ‐ είλοντο καὶ τὴν τάξιν ἐν ᾗ σφᾶς ἔταξαν οὐκ ἀνασχομένοις κατα‐</w:t>
      </w:r>
    </w:p>
    <w:p>
      <w:r>
        <w:rPr>
          <w:rFonts w:ascii="Courier New" w:hAnsi="Courier New"/>
          <w:color w:val="555555"/>
          <w:sz w:val="20"/>
        </w:rPr>
        <w:t>[8 . 53]</w:t>
      </w:r>
    </w:p>
    <w:p>
      <w:r>
        <w:rPr>
          <w:rFonts w:ascii="Gentium Plus" w:hAnsi="Gentium Plus"/>
          <w:sz w:val="24"/>
        </w:rPr>
        <w:t>λιπεῖν; Τοῦτον δέ γε καὶ ὁ Πλάτων ἐν τῇ Ἀπολογίᾳ κρατύνει τὸν λόγον· φησὶ δὲ οὕτως· «Οὕτω γὰρ ἔχει, ὦ ἄνδρες Ἀθηναῖοι, τῇ ἀληθείᾳ· οὗ ἄν τις ἑαυτὸν τάξῃ, ἡγησάμενος βέλτιστον εἶναι, ἢ ὑπ’ ἄρχοντος ταχθῇ, ἐνταῦθα δεῖ, ὡς ἐμοὶ δοκεῖ, μένοντα</w:t>
      </w:r>
    </w:p>
    <w:p>
      <w:r>
        <w:rPr>
          <w:rFonts w:ascii="Courier New" w:hAnsi="Courier New"/>
          <w:color w:val="555555"/>
          <w:sz w:val="20"/>
        </w:rPr>
        <w:t>[5]</w:t>
      </w:r>
    </w:p>
    <w:p>
      <w:r>
        <w:rPr>
          <w:rFonts w:ascii="Gentium Plus" w:hAnsi="Gentium Plus"/>
          <w:sz w:val="24"/>
        </w:rPr>
        <w:t>κινδυνεύειν, μηδὲν ὑπολογιζόμενον μήτε θάνατον μήτε ἄλλο</w:t>
      </w:r>
    </w:p>
    <w:p>
      <w:r>
        <w:rPr>
          <w:rFonts w:ascii="Courier New" w:hAnsi="Courier New"/>
          <w:color w:val="555555"/>
          <w:sz w:val="20"/>
        </w:rPr>
        <w:t>[8 . 54]</w:t>
      </w:r>
    </w:p>
    <w:p>
      <w:r>
        <w:rPr>
          <w:rFonts w:ascii="Gentium Plus" w:hAnsi="Gentium Plus"/>
          <w:sz w:val="24"/>
        </w:rPr>
        <w:t>μηδὲν πρὸ τοῦ αἰσχροῦ.» Καὶ πάλιν μετ’ ὀλίγα· «Τὸ γάρ τοι θάνατον δεδιέναι, ὦ ἄνδρες, οὐδὲν ἄλλο ἐστὶν ἢ δοκεῖν σοφὸν εἶναι, μὴ ὄντα.» Καὶ αὖθις μετὰ βραχέα· «Πρὸ γοῦν τῶν</w:t>
      </w:r>
    </w:p>
    <w:p>
      <w:r>
        <w:rPr>
          <w:rFonts w:ascii="Courier New" w:hAnsi="Courier New"/>
          <w:color w:val="555555"/>
          <w:sz w:val="20"/>
        </w:rPr>
        <w:t>[5]</w:t>
      </w:r>
    </w:p>
    <w:p>
      <w:r>
        <w:rPr>
          <w:rFonts w:ascii="Gentium Plus" w:hAnsi="Gentium Plus"/>
          <w:sz w:val="24"/>
        </w:rPr>
        <w:t>τυγχάνει, οὐ φοβηθήσομαι οὐδὲ φεύξομαι.» Καὶ πάλιν· «Τά τε γὰρ ἄλλα εὐδαιμονέστεροί εἰσιν οἱ ἐκεῖ τῶν ἐνθάδε, καὶ ἤδη καὶ</w:t>
      </w:r>
    </w:p>
    <w:p>
      <w:r>
        <w:rPr>
          <w:rFonts w:ascii="Courier New" w:hAnsi="Courier New"/>
          <w:color w:val="555555"/>
          <w:sz w:val="20"/>
        </w:rPr>
        <w:t>[8 . 55]</w:t>
      </w:r>
    </w:p>
    <w:p>
      <w:r>
        <w:rPr>
          <w:rFonts w:ascii="Gentium Plus" w:hAnsi="Gentium Plus"/>
          <w:sz w:val="24"/>
        </w:rPr>
        <w:t>τὸν λοιπὸν χρόνον ἀθάνατοί εἰσιν.» Αὐτοῦ δέ, ὦ φίλοι ἄνδρες, καὶ ταῦτα· «Ἐμὲ γὰρ οὐδὲν βλάψειεν ἂν οὔτε Μέλητος οὔτε Ἄνυτος. Οὐδὲ γὰρ ἂν δύναιντο· οὐ γὰρ οἶμαι θεμιτὸν εἶναι βελτίονι ἀνδρὶ ὑπὸ χείρονος βλάπτεσθαι. Ἀποκτείνειε μέντ’ ἂν</w:t>
      </w:r>
    </w:p>
    <w:p>
      <w:r>
        <w:rPr>
          <w:rFonts w:ascii="Courier New" w:hAnsi="Courier New"/>
          <w:color w:val="555555"/>
          <w:sz w:val="20"/>
        </w:rPr>
        <w:t>[5]</w:t>
      </w:r>
    </w:p>
    <w:p>
      <w:r>
        <w:rPr>
          <w:rFonts w:ascii="Gentium Plus" w:hAnsi="Gentium Plus"/>
          <w:sz w:val="24"/>
        </w:rPr>
        <w:t>ἴσως ἢ ἐξελάσειεν ἢ ἀτιμάσειεν· ἀλλὰ ταῦτα οὗτος μὲν ἴσως οἴεται εἶναι καὶ ἄλλος τίς που μεγάλα κακά· ἐγὼ δὲ οὐκ οἶμαι, ἀλλὰ πολὺ μᾶλλον ποιεῖν ἃ οὗτος νυνὶ ποιεῖ, ἄνδρα ἀδίκως ἐπι‐ χειρῶν ἀποκτιννύναι.»</w:t>
      </w:r>
    </w:p>
    <w:p>
      <w:r>
        <w:rPr>
          <w:rFonts w:ascii="Courier New" w:hAnsi="Courier New"/>
          <w:color w:val="555555"/>
          <w:sz w:val="20"/>
        </w:rPr>
        <w:t>[8 . 56]</w:t>
      </w:r>
    </w:p>
    <w:p>
      <w:r>
        <w:rPr>
          <w:rFonts w:ascii="Gentium Plus" w:hAnsi="Gentium Plus"/>
          <w:sz w:val="24"/>
        </w:rPr>
        <w:t>Τοιαῦτα μὲν οὖν ὁ Σωκράτης καὶ ἐν αὐτῷ γε τῷ ἀγῶνι πεφι‐ λοσόφηκεν, ὡς ὁ Πλάτων μεμαρτύρηκεν, ἀλλ’ ὅμως τῆς τῶν μαρτύρων τιμῆς οὐ τετύχηκεν· οὔτε γὰρ σηκὸν ἐκείνῳ ἐδείμαντο οὔτε τέμενος ἀφιέρωσαν οὔτε πανήγυριν ἀπεκλήρωσαν οἱ τῶν</w:t>
      </w:r>
    </w:p>
    <w:p>
      <w:r>
        <w:rPr>
          <w:rFonts w:ascii="Courier New" w:hAnsi="Courier New"/>
          <w:color w:val="555555"/>
          <w:sz w:val="20"/>
        </w:rPr>
        <w:t>[5]</w:t>
      </w:r>
    </w:p>
    <w:p>
      <w:r>
        <w:rPr>
          <w:rFonts w:ascii="Gentium Plus" w:hAnsi="Gentium Plus"/>
          <w:sz w:val="24"/>
        </w:rPr>
        <w:t>ἐκείνου λόγων μετειληχότες, ἀλλὰ καὶ σοφὸν γενόμενον καὶ ἀνδρεῖον, ἀγέραστον εἴασαν, καίτοι ἄδικόν γε κἀκεῖνος ὑπομεμε‐ νήκει σφαγήν. Ἀλλ’ οὐκ ἀρίστην γε εἶχε καὶ ἀκραιφνῆ τὴν εὐσέβειαν· ἀνεμέμικτο γὰρ αὐτῇ τοῦ τηνικάδε κατεσχηκότος πλά‐</w:t>
      </w:r>
    </w:p>
    <w:p>
      <w:r>
        <w:rPr>
          <w:rFonts w:ascii="Courier New" w:hAnsi="Courier New"/>
          <w:color w:val="555555"/>
          <w:sz w:val="20"/>
        </w:rPr>
        <w:t>[8 . 57]</w:t>
      </w:r>
    </w:p>
    <w:p>
      <w:r>
        <w:rPr>
          <w:rFonts w:ascii="Gentium Plus" w:hAnsi="Gentium Plus"/>
          <w:sz w:val="24"/>
        </w:rPr>
        <w:t>νου πολλά. Ὅθεν δὴ οὐδὲ τῆς μετὰ τὴν τελευτὴν ἠξιώθη τιμῆς· οὐδέ γε Ἀνάξαρχος ἐκεῖνος, ὃς ὑπέροις πτισσόμενος σιδηροῖς ἔλεγεν, ὥς φασι, «πτίσσε, πτίσσε τὸν Ἀναξάρχου θύλακον· Ἀνάξαρχον γὰρ οὐ πτίσσεις», οὐδὲ Ζήνων ὁ Ἐλεάτης, ὃς</w:t>
      </w:r>
    </w:p>
    <w:p>
      <w:r>
        <w:rPr>
          <w:rFonts w:ascii="Courier New" w:hAnsi="Courier New"/>
          <w:color w:val="555555"/>
          <w:sz w:val="20"/>
        </w:rPr>
        <w:t>[5]</w:t>
      </w:r>
    </w:p>
    <w:p>
      <w:r>
        <w:rPr>
          <w:rFonts w:ascii="Gentium Plus" w:hAnsi="Gentium Plus"/>
          <w:sz w:val="24"/>
        </w:rPr>
        <w:t>ἀναγκαζόμενος κατειπεῖν τι τῶν ἀπορρήτων, ἀντέσχε πρὸς τὰς βασάνους οὐδὲν ἐξομολογούμενος· ὡς δέ φησιν Ἐρατοσθένης ἐν τοῖς Περὶ ἀγαθῶν καὶ κακῶν, δείσας οὗτος, μὴ τῇ τῶν παθῶν ὑπερβολῇ βιασθεὶς ἐξείπῃ τι τῶν ξυγκειμένων καὶ τοὺς στασιώτας μηνύσῃ, τὴν γλῶτταν τοῖς ὀδοῦσι τεμὼν προσέπτυσε τῷ τυράννῳ.</w:t>
      </w:r>
    </w:p>
    <w:p>
      <w:r>
        <w:rPr>
          <w:rFonts w:ascii="Courier New" w:hAnsi="Courier New"/>
          <w:color w:val="555555"/>
          <w:sz w:val="20"/>
        </w:rPr>
        <w:t>[8 . 58]</w:t>
      </w:r>
    </w:p>
    <w:p>
      <w:r>
        <w:rPr>
          <w:rFonts w:ascii="Gentium Plus" w:hAnsi="Gentium Plus"/>
          <w:sz w:val="24"/>
        </w:rPr>
        <w:t>Ταὐτὸ δὲ τοῦτο καὶ Θεόδοτόν φασι ποιῆσαι τὸν Πυθαγόρειον καὶ Παῦλον τὸν Λακύδου γνώριμον, ὡς ὁ Περγαμηνὸς Τιμόθεος ἐν τῷ Περὶ τῆς τῶν φιλοσόφων ἀνδρείας ξυνέγραψε· ξυμμαρτυρεῖ δὲ τούτῳ καὶ Ἀχαϊκὸς ἐν τοῖς Ἠθικοῖς.</w:t>
      </w:r>
    </w:p>
    <w:p>
      <w:r>
        <w:rPr>
          <w:rFonts w:ascii="Courier New" w:hAnsi="Courier New"/>
          <w:color w:val="555555"/>
          <w:sz w:val="20"/>
        </w:rPr>
        <w:t>[5]</w:t>
      </w:r>
    </w:p>
    <w:p>
      <w:r>
        <w:rPr>
          <w:rFonts w:ascii="Gentium Plus" w:hAnsi="Gentium Plus"/>
          <w:sz w:val="24"/>
        </w:rPr>
        <w:t>Ἀλλ’ ὅμως τούτων οὐδεὶς τῆς τῶν μαρτύρων ἠξιώθη τιμῆς·</w:t>
      </w:r>
    </w:p>
    <w:p>
      <w:r>
        <w:rPr>
          <w:rFonts w:ascii="Courier New" w:hAnsi="Courier New"/>
          <w:color w:val="555555"/>
          <w:sz w:val="20"/>
        </w:rPr>
        <w:t>[8 . 59]</w:t>
      </w:r>
    </w:p>
    <w:p>
      <w:r>
        <w:rPr>
          <w:rFonts w:ascii="Gentium Plus" w:hAnsi="Gentium Plus"/>
          <w:sz w:val="24"/>
        </w:rPr>
        <w:t>οὐδὲ μὴν ἐκεῖνοι οἱ τὰ λαμπρὰ καὶ πολυθρύλητα στήσαντες τρό‐ παια, οὐ Μιλτιάδης, οὐ Κίμων, οὐ Περικλῆς, οὐ Θεμιστοκλῆς, οὐκ Ἀριστείδης ὁ Λυσιμάχου· καίτοι οὗτος οὐκ ἀνδρεῖος μόνον, ἀλλὰ καὶ δίκαιος ἐνενόμιστο· ἀλλ’ ὅμως οὔτε οὗτος οὔτε Βρασί‐</w:t>
      </w:r>
    </w:p>
    <w:p>
      <w:r>
        <w:rPr>
          <w:rFonts w:ascii="Courier New" w:hAnsi="Courier New"/>
          <w:color w:val="555555"/>
          <w:sz w:val="20"/>
        </w:rPr>
        <w:t>[5]</w:t>
      </w:r>
    </w:p>
    <w:p>
      <w:r>
        <w:rPr>
          <w:rFonts w:ascii="Gentium Plus" w:hAnsi="Gentium Plus"/>
          <w:sz w:val="24"/>
        </w:rPr>
        <w:t>δας ὁ Σπαρτιάτης, οὐκ Ἀγησίλαος, οὐ Λύσανδρος ὁ τὴν δυνασ‐ τείαν καταλύσας τῶν Ἀθηναίων, οὐ Πελοπίδας ὁ Βοιωτάρχης,</w:t>
      </w:r>
    </w:p>
    <w:p>
      <w:r>
        <w:rPr>
          <w:rFonts w:ascii="Courier New" w:hAnsi="Courier New"/>
          <w:color w:val="555555"/>
          <w:sz w:val="20"/>
        </w:rPr>
        <w:t>[10]</w:t>
      </w:r>
    </w:p>
    <w:p>
      <w:r>
        <w:rPr>
          <w:rFonts w:ascii="Gentium Plus" w:hAnsi="Gentium Plus"/>
          <w:sz w:val="24"/>
        </w:rPr>
        <w:t>ὁ Κάτων, ὁ Σύλλας, ὁ Μάριος, ὁ Πομπήϊος, ὁ Καῖσαρ αὐτός.</w:t>
      </w:r>
    </w:p>
    <w:p>
      <w:r>
        <w:rPr>
          <w:rFonts w:ascii="Courier New" w:hAnsi="Courier New"/>
          <w:color w:val="555555"/>
          <w:sz w:val="20"/>
        </w:rPr>
        <w:t>[8 . 60]</w:t>
      </w:r>
    </w:p>
    <w:p>
      <w:r>
        <w:rPr>
          <w:rFonts w:ascii="Gentium Plus" w:hAnsi="Gentium Plus"/>
          <w:sz w:val="24"/>
        </w:rPr>
        <w:t>Τούτων γὰρ ἕκαστος ἐν μὲν ταῖς στρατηγίαις καὶ ταῖς ἐν πολέ‐ μοις ἀνδραγαθίαις διέπρεψε, τοῦ δὲ τῶν μαρτύρων οὐ μετέλαχε γέρως. Καὶ τί λέγω τοὺς στρατηγούς; οὐδὲ γὰρ οἱ τῆς οἰκουμένης</w:t>
      </w:r>
    </w:p>
    <w:p>
      <w:r>
        <w:rPr>
          <w:rFonts w:ascii="Courier New" w:hAnsi="Courier New"/>
          <w:color w:val="555555"/>
          <w:sz w:val="20"/>
        </w:rPr>
        <w:t>[5]</w:t>
      </w:r>
    </w:p>
    <w:p>
      <w:r>
        <w:rPr>
          <w:rFonts w:ascii="Gentium Plus" w:hAnsi="Gentium Plus"/>
          <w:sz w:val="24"/>
        </w:rPr>
        <w:t>βεβασιλευκότες ταύτης ἀπέλαυσαν τῆς τιμῆς, οὐ Κῦρος, οὐ Δαρεῖος, οὐ Ξέρξης, οὐκ Ἀλέξανδρος ὁ Φιλίππου—τοὺς γὰρ ἐπισήμους καταλέγω μόνους—, οὐκ Αὔγουστος, οὐκ Οὐεσπα‐ σιανός, οὐ Τραϊανός, οὐκ Ἀδριανός, οὐκ Ἀντωνῖνος· ἀλλ’ οὗτοι πάντες ζῶντες μὲν ἦσαν περίβλεπτοι καὶ τοὺς βαρβάρους ἐνίκων</w:t>
      </w:r>
    </w:p>
    <w:p>
      <w:r>
        <w:rPr>
          <w:rFonts w:ascii="Courier New" w:hAnsi="Courier New"/>
          <w:color w:val="555555"/>
          <w:sz w:val="20"/>
        </w:rPr>
        <w:t>[10]</w:t>
      </w:r>
    </w:p>
    <w:p>
      <w:r>
        <w:rPr>
          <w:rFonts w:ascii="Gentium Plus" w:hAnsi="Gentium Plus"/>
          <w:sz w:val="24"/>
        </w:rPr>
        <w:t>καὶ μετὰ τὰς νίκας πομπὰς ἐπετέλουν καὶ ἑορτάς, ἐπειδὴ δὲ</w:t>
      </w:r>
    </w:p>
    <w:p>
      <w:r>
        <w:rPr>
          <w:rFonts w:ascii="Courier New" w:hAnsi="Courier New"/>
          <w:color w:val="555555"/>
          <w:sz w:val="20"/>
        </w:rPr>
        <w:t>[8 . 61]</w:t>
      </w:r>
    </w:p>
    <w:p>
      <w:r>
        <w:rPr>
          <w:rFonts w:ascii="Gentium Plus" w:hAnsi="Gentium Plus"/>
          <w:sz w:val="24"/>
        </w:rPr>
        <w:t>ἐτελεύτησαν, οὐδὲν τῶν πολλῶν διαφέρουσιν· οὔτε γὰρ τάφους ἔχουσιν ἐπισήμους οὔτε δημοθοινίαις ἐτησίοις γεραίρονται. Τίς γὰρ δὴ οἶδε τὸν Ξέρξου γε τάφον ἢ τὸν Δαρείου; τίς δὲ τὸν Ἀλεξάνδρου, τοῦ τοσούτων ἐθνῶν ἐν ὀλιγίστῳ γε χρόνῳ κρα‐</w:t>
      </w:r>
    </w:p>
    <w:p>
      <w:r>
        <w:rPr>
          <w:rFonts w:ascii="Courier New" w:hAnsi="Courier New"/>
          <w:color w:val="555555"/>
          <w:sz w:val="20"/>
        </w:rPr>
        <w:t>[5]</w:t>
      </w:r>
    </w:p>
    <w:p>
      <w:r>
        <w:rPr>
          <w:rFonts w:ascii="Gentium Plus" w:hAnsi="Gentium Plus"/>
          <w:sz w:val="24"/>
        </w:rPr>
        <w:t>τήσαντος; Καὶ τί λέγω τοὺς παλαιούς; οὐδὲ γὰρ τὸ Αὐγούστου σῆμα δῆλόν ἐστιν ἢ τῶν ἄλλων, ὅσοι μετὰ τοῦτον τὴν Ῥωμαίων ἰθύναντες βασιλείαν ἠγνόησαν τὸν ταύτης δοτῆρα καὶ χορηγόν, μόνων δὲ τῶν εὐσεβῶν βασιλέων οἱ τάφοι δῆλοι καὶ γνώριμοι, οἱ</w:t>
      </w:r>
    </w:p>
    <w:p>
      <w:r>
        <w:rPr>
          <w:rFonts w:ascii="Courier New" w:hAnsi="Courier New"/>
          <w:color w:val="555555"/>
          <w:sz w:val="20"/>
        </w:rPr>
        <w:t>[10]</w:t>
      </w:r>
    </w:p>
    <w:p>
      <w:r>
        <w:rPr>
          <w:rFonts w:ascii="Gentium Plus" w:hAnsi="Gentium Plus"/>
          <w:sz w:val="24"/>
        </w:rPr>
        <w:t>δὲ οὐδὲ σμικρᾶς ἀπολαύουσιν· οὐ μόνον γὰρ τῆς βασιλικῆς ἀπεστέρηνται, ἀλλὰ καὶ ἧς οἱ τῶν ἰδιωτῶν μετεσχήκασιν.</w:t>
      </w:r>
    </w:p>
    <w:p>
      <w:r>
        <w:rPr>
          <w:rFonts w:ascii="Courier New" w:hAnsi="Courier New"/>
          <w:color w:val="555555"/>
          <w:sz w:val="20"/>
        </w:rPr>
        <w:t>[8 . 62]</w:t>
      </w:r>
    </w:p>
    <w:p>
      <w:r>
        <w:rPr>
          <w:rFonts w:ascii="Gentium Plus" w:hAnsi="Gentium Plus"/>
          <w:sz w:val="24"/>
        </w:rPr>
        <w:t>Καίτοι τινὲς τῶν ἀνοήτων καὶ θεοὺς σφᾶς ἀνηγόρευσαν καὶ νεὼς ἑαυτοῖς ἐδομήσαντο. Καὶ γὰρ Ἀντίοχος ἐπεκλήθη θεός, καὶ Γάϊος ὁ Τιβερίου διάδοχος, καὶ Οὐεσπασιανὸς καὶ Ἀδρια‐ νὸς μεγίστους ἑαυτοῖς νεὼς ᾠκοδόμησαν, ἀλλὰ ξὺν τῇ ζωῇ καὶ</w:t>
      </w:r>
    </w:p>
    <w:p>
      <w:r>
        <w:rPr>
          <w:rFonts w:ascii="Courier New" w:hAnsi="Courier New"/>
          <w:color w:val="555555"/>
          <w:sz w:val="20"/>
        </w:rPr>
        <w:t>[5]</w:t>
      </w:r>
    </w:p>
    <w:p>
      <w:r>
        <w:rPr>
          <w:rFonts w:ascii="Gentium Plus" w:hAnsi="Gentium Plus"/>
          <w:sz w:val="24"/>
        </w:rPr>
        <w:t>τὴν δυσσεβῆ τιμὴν ἀφῃρέθησαν. Οἱ δὲ τῶν καλλινίκων μαρτύρων σηκοὶ λαμπροὶ καὶ περίβλεπτοι καὶ μεγέθει διαπρεπεῖς καὶ παν‐</w:t>
      </w:r>
    </w:p>
    <w:p>
      <w:r>
        <w:rPr>
          <w:rFonts w:ascii="Courier New" w:hAnsi="Courier New"/>
          <w:color w:val="555555"/>
          <w:sz w:val="20"/>
        </w:rPr>
        <w:t>[8 . 63]</w:t>
      </w:r>
    </w:p>
    <w:p>
      <w:r>
        <w:rPr>
          <w:rFonts w:ascii="Gentium Plus" w:hAnsi="Gentium Plus"/>
          <w:sz w:val="24"/>
        </w:rPr>
        <w:t>τοδαπῶς πεποικιλμένοι καὶ κάλλους ἀφιέντες μαρμαρυγάς. Εἰς δὲ τούτους οὐχ ἅπαξ ἢ δίς γε τοῦ ἔτους ἢ πεντάκις φοιτῶμεν, ἀλλὰ πολλάκις μὲν πανηγύρεις ἐπιτελοῦμεν, πολλάκις δὲ ἡμέ‐ ρας ἑκάστης τῷ τούτων δεσπότῃ τοὺς ὕμνους προσφέρομεν. Καὶ</w:t>
      </w:r>
    </w:p>
    <w:p>
      <w:r>
        <w:rPr>
          <w:rFonts w:ascii="Courier New" w:hAnsi="Courier New"/>
          <w:color w:val="555555"/>
          <w:sz w:val="20"/>
        </w:rPr>
        <w:t>[5]</w:t>
      </w:r>
    </w:p>
    <w:p>
      <w:r>
        <w:rPr>
          <w:rFonts w:ascii="Gentium Plus" w:hAnsi="Gentium Plus"/>
          <w:sz w:val="24"/>
        </w:rPr>
        <w:t>οἱ μὲν ὑγιαίνοντες αἰτοῦσι τῆς ὑγείας τὴν φυλακήν, οἱ δέ τινι νόσῳ παλαίοντες τὴν τῶν παθημάτων ἀπαλλαγήν· αἰτοῦσι δὲ καὶ ἄγονοι παῖδας, καὶ στέριφαι παρακαλοῦσι γενέσθαι μητέρες, καὶ οἱ τῆσδε τῆς δωρεᾶς ἀπολαύσαντες ἀξιοῦσιν ἄρτια σφίσι φυλαχθῆ‐ ναι τὰ δῶρα· καὶ οἱ μὲν εἴς τινα ἀποδημίαν στελλόμενοι λιπα‐</w:t>
      </w:r>
    </w:p>
    <w:p>
      <w:r>
        <w:rPr>
          <w:rFonts w:ascii="Courier New" w:hAnsi="Courier New"/>
          <w:color w:val="555555"/>
          <w:sz w:val="20"/>
        </w:rPr>
        <w:t>[10]</w:t>
      </w:r>
    </w:p>
    <w:p>
      <w:r>
        <w:rPr>
          <w:rFonts w:ascii="Gentium Plus" w:hAnsi="Gentium Plus"/>
          <w:sz w:val="24"/>
        </w:rPr>
        <w:t>ροῦσι τούτους ξυνοδοιπόρους γενέσθαι καὶ τῆς ὁδοῦ ἡγεμόνας· οἱ δὲ τῆς ἐπανόδου τετυχηκότες τὴν τῆς χάριτος ὁμολογίαν προσ‐ φέρουσιν, οὐχ ὡς θεοῖς αὐτοῖς προσιόντες, ἀλλ’ ὡς θείους ἀνθρώπους ἀντιβολοῦντες καὶ γενέσθαι πρεσβευτὰς ὑπὲρ σφῶν</w:t>
      </w:r>
    </w:p>
    <w:p>
      <w:r>
        <w:rPr>
          <w:rFonts w:ascii="Courier New" w:hAnsi="Courier New"/>
          <w:color w:val="555555"/>
          <w:sz w:val="20"/>
        </w:rPr>
        <w:t>[8 . 64]</w:t>
      </w:r>
    </w:p>
    <w:p>
      <w:r>
        <w:rPr>
          <w:rFonts w:ascii="Gentium Plus" w:hAnsi="Gentium Plus"/>
          <w:sz w:val="24"/>
        </w:rPr>
        <w:t>παρακαλοῦντες. Ὅτι δὲ τυγχάνουσιν ὧνπερ αἰτοῦσιν οἱ πιστῶς ἐπαγγέλλοντες, ἀναφανδὸν μαρτυρεῖ τὰ τούτων ἀναθήματα τὴν ἰατρείαν δηλοῦντα. Οἱ μὲν γὰρ ὀφθαλμῶν, οἱ δὲ ποδῶν, ἄλλοι δὲ χειρῶν προσφέρουσιν ἐκτυπώματα· καὶ οἱ μὲν ἐκ χρυσοῦ, οἱ</w:t>
      </w:r>
    </w:p>
    <w:p>
      <w:r>
        <w:rPr>
          <w:rFonts w:ascii="Courier New" w:hAnsi="Courier New"/>
          <w:color w:val="555555"/>
          <w:sz w:val="20"/>
        </w:rPr>
        <w:t>[5]</w:t>
      </w:r>
    </w:p>
    <w:p>
      <w:r>
        <w:rPr>
          <w:rFonts w:ascii="Gentium Plus" w:hAnsi="Gentium Plus"/>
          <w:sz w:val="24"/>
        </w:rPr>
        <w:t>δὲ ἐξ ὕλης πεποιημένα. Δέχεται γὰρ ὁ τούτων δεσπότης καὶ τὰ</w:t>
      </w:r>
    </w:p>
    <w:p>
      <w:r>
        <w:rPr>
          <w:rFonts w:ascii="Courier New" w:hAnsi="Courier New"/>
          <w:color w:val="555555"/>
          <w:sz w:val="20"/>
        </w:rPr>
        <w:t>[8 . 65]</w:t>
      </w:r>
    </w:p>
    <w:p>
      <w:r>
        <w:rPr>
          <w:rFonts w:ascii="Gentium Plus" w:hAnsi="Gentium Plus"/>
          <w:sz w:val="24"/>
        </w:rPr>
        <w:t>ἧς ἀνετέθη μνημεῖα παρὰ τῶν ἀρτίων γεγενημένων. Ταῦτα δὲ κηρύττει τῶν κειμένων τὴν δύναμιν· ἡ δὲ τούτων δύναμις τὸν τούτων Θεὸν ἀληθινὸν ἀποφαίνει Θεόν. Ἐξετάσωμεν γάρ, τίνες καὶ πόθεν οἱ ταύτης ἀξιωθέντες τῆς</w:t>
      </w:r>
    </w:p>
    <w:p>
      <w:r>
        <w:rPr>
          <w:rFonts w:ascii="Courier New" w:hAnsi="Courier New"/>
          <w:color w:val="555555"/>
          <w:sz w:val="20"/>
        </w:rPr>
        <w:t>[5]</w:t>
      </w:r>
    </w:p>
    <w:p>
      <w:r>
        <w:rPr>
          <w:rFonts w:ascii="Gentium Plus" w:hAnsi="Gentium Plus"/>
          <w:sz w:val="24"/>
        </w:rPr>
        <w:t>χάριτος. Ἆρά τινες ἐπίσημοι καὶ περιφανεῖς ἢ γένους αὐχοῦντες λαμπρότητα ἢ τοῖς τοῦ πλούτου περιρρεόμενοι ῥεύμασιν ἢ ἐκ</w:t>
      </w:r>
    </w:p>
    <w:p>
      <w:r>
        <w:rPr>
          <w:rFonts w:ascii="Courier New" w:hAnsi="Courier New"/>
          <w:color w:val="555555"/>
          <w:sz w:val="20"/>
        </w:rPr>
        <w:t>[8 . 66]</w:t>
      </w:r>
    </w:p>
    <w:p>
      <w:r>
        <w:rPr>
          <w:rFonts w:ascii="Gentium Plus" w:hAnsi="Gentium Plus"/>
          <w:sz w:val="24"/>
        </w:rPr>
        <w:t>δυναστείας τινὸς γενόμενοι γνώριμοι; Οὐδαμῶς, ὦ ἄνδρες. Τού‐ των γὰρ οὐδενὸς μετεσχήκασιν, ἀλλ’ ἰδιῶται ἦσαν ἢ στρατιῶται, τινὲς δὲ αὐτῶν καὶ οἰκέται γεγένηνται καὶ θεραπαινίδες, ἐν ἀσθε‐ νέσι δ’ ἄγαν σώμασι γενναίως ἀγωνισάμεναι· καὶ αἱ μὲν σωφρό‐</w:t>
      </w:r>
    </w:p>
    <w:p>
      <w:r>
        <w:rPr>
          <w:rFonts w:ascii="Courier New" w:hAnsi="Courier New"/>
          <w:color w:val="555555"/>
          <w:sz w:val="20"/>
        </w:rPr>
        <w:t>[5]</w:t>
      </w:r>
    </w:p>
    <w:p>
      <w:r>
        <w:rPr>
          <w:rFonts w:ascii="Gentium Plus" w:hAnsi="Gentium Plus"/>
          <w:sz w:val="24"/>
        </w:rPr>
        <w:t>νως ἕλκουσαι τὸν τοῦ γάμου ζυγόν, αἱ δὲ τί γάμος οὐκ ἐπιστά‐ μεναι. Ἀκούω δὲ ἔγωγέ τινας καὶ τῇ σκηνῇ ξυντραφέντας καὶ ἐξαπίνης τοῖς ἀγωνισταῖς ξυνταχθέντας καὶ ἀξιονίκους γεγενημέ‐ νους καὶ τῶν στεφάνων τετυχηκότας καὶ μετὰ τὴν ἀνάρρησιν σφόδρα δεδιττομένους τοὺς δαίμονας, οἷς ἦσαν ὑποχείριοι πάλαι·</w:t>
      </w:r>
    </w:p>
    <w:p>
      <w:r>
        <w:rPr>
          <w:rFonts w:ascii="Courier New" w:hAnsi="Courier New"/>
          <w:color w:val="555555"/>
          <w:sz w:val="20"/>
        </w:rPr>
        <w:t>[10]</w:t>
      </w:r>
    </w:p>
    <w:p>
      <w:r>
        <w:rPr>
          <w:rFonts w:ascii="Gentium Plus" w:hAnsi="Gentium Plus"/>
          <w:sz w:val="24"/>
        </w:rPr>
        <w:t>πολλοὶ δὲ καὶ ἱερεῖς καὶ νεωκόροι τὰ κατὰ τῆς ἀσεβείας ἀνέστη‐</w:t>
      </w:r>
    </w:p>
    <w:p>
      <w:r>
        <w:rPr>
          <w:rFonts w:ascii="Courier New" w:hAnsi="Courier New"/>
          <w:color w:val="555555"/>
          <w:sz w:val="20"/>
        </w:rPr>
        <w:t>[8 . 67]</w:t>
      </w:r>
    </w:p>
    <w:p>
      <w:r>
        <w:rPr>
          <w:rFonts w:ascii="Gentium Plus" w:hAnsi="Gentium Plus"/>
          <w:sz w:val="24"/>
        </w:rPr>
        <w:t>σαν τρόπαια. Ἐκ τοιούτων ἀνδρῶν καὶ γυναικῶν ξυνέστησαν οἱ τῶν μαρτύρων χοροί. Καὶ φιλόσοφοι μὲν καὶ ῥήτορες παραδέ‐ δονται λήθῃ, καὶ βασιλέων καὶ στρατηγῶν οὐδὲ τὰς προσηγορίας γινώσκουσιν οἱ πολλοί, τὰς δὲ τῶν μαρτύρων προσηγορίας μᾶλ‐</w:t>
      </w:r>
    </w:p>
    <w:p>
      <w:r>
        <w:rPr>
          <w:rFonts w:ascii="Courier New" w:hAnsi="Courier New"/>
          <w:color w:val="555555"/>
          <w:sz w:val="20"/>
        </w:rPr>
        <w:t>[5]</w:t>
      </w:r>
    </w:p>
    <w:p>
      <w:r>
        <w:rPr>
          <w:rFonts w:ascii="Gentium Plus" w:hAnsi="Gentium Plus"/>
          <w:sz w:val="24"/>
        </w:rPr>
        <w:t>λον ἴσασιν ἅπαντες ἢ τὰ τῶν φιλτάτων ὀνόματα· καὶ τοῖς παισὶ δὲ τὰς τούτων προσηγορίας ἐπιτιθέναι σπουδάζουσιν, ἀσφάλειαν</w:t>
      </w:r>
    </w:p>
    <w:p>
      <w:r>
        <w:rPr>
          <w:rFonts w:ascii="Courier New" w:hAnsi="Courier New"/>
          <w:color w:val="555555"/>
          <w:sz w:val="20"/>
        </w:rPr>
        <w:t>[8 . 68]</w:t>
      </w:r>
    </w:p>
    <w:p>
      <w:r>
        <w:rPr>
          <w:rFonts w:ascii="Gentium Plus" w:hAnsi="Gentium Plus"/>
          <w:sz w:val="24"/>
        </w:rPr>
        <w:t>Καὶ τί λέγω φιλοσόφους καὶ βασιλέας καὶ στρατηγούς; καὶ γὰρ αὐτῶν τῶν καλουμένων θεῶν τὴν μνήμην ἐκ τῆς τῶν ἀνθρώπων ἐξήλειψαν διανοίας. Τὰ μὲν γὰρ ἐκείνων οὕτω παντελῶς διελύθη τεμένη, ὡς μηδὲ τῶν σχημάτων διαμεῖναι τὸ εἶδος, μηδὲ τῶν</w:t>
      </w:r>
    </w:p>
    <w:p>
      <w:r>
        <w:rPr>
          <w:rFonts w:ascii="Courier New" w:hAnsi="Courier New"/>
          <w:color w:val="555555"/>
          <w:sz w:val="20"/>
        </w:rPr>
        <w:t>[5]</w:t>
      </w:r>
    </w:p>
    <w:p>
      <w:r>
        <w:rPr>
          <w:rFonts w:ascii="Gentium Plus" w:hAnsi="Gentium Plus"/>
          <w:sz w:val="24"/>
        </w:rPr>
        <w:t>βωμῶν τὸν τύπον τοὺς νῦν ἀνθρώπους ἐπίστασθαι, αἱ δὲ τούτων</w:t>
      </w:r>
    </w:p>
    <w:p>
      <w:r>
        <w:rPr>
          <w:rFonts w:ascii="Courier New" w:hAnsi="Courier New"/>
          <w:color w:val="555555"/>
          <w:sz w:val="20"/>
        </w:rPr>
        <w:t>[8 . 69]</w:t>
      </w:r>
    </w:p>
    <w:p>
      <w:r>
        <w:rPr>
          <w:rFonts w:ascii="Gentium Plus" w:hAnsi="Gentium Plus"/>
          <w:sz w:val="24"/>
        </w:rPr>
        <w:t>ὕλαι καθωσιώθησαν τοῖς τῶν μαρτύρων σηκοῖς. Τοὺς γὰρ οἰκείους νεκροὺς ὁ δεσπότης ἀντεισῆξε τοῖς ὑμετέροις θεοῖς, καὶ τοὺς μὲν φρούδους ἀπέφηνε, τούτοις δὲ τὸ ἐκείνων ἀπένειμε γέρας. Ἀντὶ γὰρ δὴ τῶν Πανδίων καὶ Διασίων καὶ Διονυσίων καὶ τῶν</w:t>
      </w:r>
    </w:p>
    <w:p>
      <w:r>
        <w:rPr>
          <w:rFonts w:ascii="Courier New" w:hAnsi="Courier New"/>
          <w:color w:val="555555"/>
          <w:sz w:val="20"/>
        </w:rPr>
        <w:t>[5]</w:t>
      </w:r>
    </w:p>
    <w:p>
      <w:r>
        <w:rPr>
          <w:rFonts w:ascii="Gentium Plus" w:hAnsi="Gentium Plus"/>
          <w:sz w:val="24"/>
        </w:rPr>
        <w:t>ἄλλων ὑμῶν ἑορτῶν Πέτρου καὶ Παύλου καὶ Θωμᾶ καὶ Σεργίου καὶ Μαρκέλλου καὶ Λεοντίου καὶ Ἀντωνίνου καὶ Μαυρικίου καὶ τῶν ἄλλων μαρτύρων ἐπιτελοῦνται δημοθοινίαι· καὶ ἀντὶ τῆς πάλαι πομπείας καὶ αἰσχρουργίας καὶ αἰσχρορημοσύνης σώφρονες ἑορτάζονται πανηγύρεις, οὐ μέθην ἔχουσαι καὶ κῶμον καὶ γέλωτα,</w:t>
      </w:r>
    </w:p>
    <w:p>
      <w:r>
        <w:rPr>
          <w:rFonts w:ascii="Courier New" w:hAnsi="Courier New"/>
          <w:color w:val="555555"/>
          <w:sz w:val="20"/>
        </w:rPr>
        <w:t>[10]</w:t>
      </w:r>
    </w:p>
    <w:p>
      <w:r>
        <w:rPr>
          <w:rFonts w:ascii="Gentium Plus" w:hAnsi="Gentium Plus"/>
          <w:sz w:val="24"/>
        </w:rPr>
        <w:t>ἀλλ’ ὕμνους θείους καὶ ἱερῶν λογίων ἀκρόασιν καὶ προσευχὴν ἀξιεπαίνοις κοσμουμένην δακρύοις.</w:t>
      </w:r>
    </w:p>
    <w:p>
      <w:r>
        <w:rPr>
          <w:rFonts w:ascii="Courier New" w:hAnsi="Courier New"/>
          <w:color w:val="555555"/>
          <w:sz w:val="20"/>
        </w:rPr>
        <w:t>[8 . 70]</w:t>
      </w:r>
    </w:p>
    <w:p>
      <w:r>
        <w:rPr>
          <w:rFonts w:ascii="Gentium Plus" w:hAnsi="Gentium Plus"/>
          <w:sz w:val="24"/>
        </w:rPr>
        <w:t>Ὁρῶντες τοίνυν τῆς τῶν μαρτύρων τιμῆς τὸ ὠφέλιμον, φεύγετε, ὦ φίλοι, τῶν δαιμόνων τὸν πλάνον· καὶ τούτοις φωσ‐ τῆρσι καὶ ποδηγοῖς κεχρημένοι, τὴν πρὸς τὸν Θεὸν ἄγουσαν πορείαν ὁδεύσατε, ἵνα τῆς τούτων χορείας ἐν τοῖς ἀνωλέθροις</w:t>
      </w:r>
    </w:p>
    <w:p>
      <w:r>
        <w:rPr>
          <w:rFonts w:ascii="Courier New" w:hAnsi="Courier New"/>
          <w:color w:val="555555"/>
          <w:sz w:val="20"/>
        </w:rPr>
        <w:t>[5]</w:t>
      </w:r>
    </w:p>
    <w:p>
      <w:r>
        <w:rPr>
          <w:rFonts w:ascii="Gentium Plus" w:hAnsi="Gentium Plus"/>
          <w:sz w:val="24"/>
        </w:rPr>
        <w:t>αἰῶσι μετάσχητε.</w:t>
      </w:r>
    </w:p>
    <w:p>
      <w:pPr>
        <w:jc w:val="center"/>
      </w:pPr>
      <w:r>
        <w:rPr>
          <w:rFonts w:ascii="Gentium Plus" w:hAnsi="Gentium Plus"/>
          <w:b/>
          <w:sz w:val="24"/>
        </w:rPr>
        <w:t>ΠΕΡΙ ΝΟΜΩΝ.</w:t>
      </w:r>
    </w:p>
    <w:p>
      <w:r>
        <w:rPr>
          <w:rFonts w:ascii="Courier New" w:hAnsi="Courier New"/>
          <w:color w:val="555555"/>
          <w:sz w:val="20"/>
        </w:rPr>
        <w:t>[9 . 1]</w:t>
      </w:r>
    </w:p>
    <w:p>
      <w:r>
        <w:rPr>
          <w:rFonts w:ascii="Gentium Plus" w:hAnsi="Gentium Plus"/>
          <w:sz w:val="24"/>
        </w:rPr>
        <w:t>Ὑμεῖς μέν, ὦ ἄνδρες, κεκαλλιεπημένων ποθεῖτε λόγων ἀκούειν καὶ τούτοις κατακηλεῖσθαι ζητεῖτε· οὗ δ’ ἂν τούτους μὴ εὕροιτε, γελᾶτε καὶ κωμῳδεῖτε καὶ τὰς ἀκοὰς βύετε καὶ τῶν</w:t>
      </w:r>
    </w:p>
    <w:p>
      <w:r>
        <w:rPr>
          <w:rFonts w:ascii="Courier New" w:hAnsi="Courier New"/>
          <w:color w:val="555555"/>
          <w:sz w:val="20"/>
        </w:rPr>
        <w:t>[9 . 2]</w:t>
      </w:r>
    </w:p>
    <w:p>
      <w:r>
        <w:rPr>
          <w:rFonts w:ascii="Gentium Plus" w:hAnsi="Gentium Plus"/>
          <w:sz w:val="24"/>
        </w:rPr>
        <w:t>λεγομένων ἐπαΐειν οὐ βούλεσθε. Ἔδει δὲ ξυνιδεῖν, ὡς τὰ πολλὰ τῶν ἄγαν τιμιωτάτων ἐν ἐλύτροις εὐτελέσι καλύπτεται. Καὶ γὰρ τὸν πολυτελῆ μαργαρίτην καὶ τοῖς πλουτοῦσι τριπόθητον εὐκα‐ ταφρόνητον ὄστρεον καὶ τίκτει καὶ τρέφει, καὶ μέντοι καὶ κατα‐</w:t>
      </w:r>
    </w:p>
    <w:p>
      <w:r>
        <w:rPr>
          <w:rFonts w:ascii="Courier New" w:hAnsi="Courier New"/>
          <w:color w:val="555555"/>
          <w:sz w:val="20"/>
        </w:rPr>
        <w:t>[5]</w:t>
      </w:r>
    </w:p>
    <w:p>
      <w:r>
        <w:rPr>
          <w:rFonts w:ascii="Gentium Plus" w:hAnsi="Gentium Plus"/>
          <w:sz w:val="24"/>
        </w:rPr>
        <w:t>κρύπτει· οἱ δὲ τοῦτον ὠνούμενοι, χρυσίον διδόντες ὅτι μάλιστα</w:t>
      </w:r>
    </w:p>
    <w:p>
      <w:r>
        <w:rPr>
          <w:rFonts w:ascii="Courier New" w:hAnsi="Courier New"/>
          <w:color w:val="555555"/>
          <w:sz w:val="20"/>
        </w:rPr>
        <w:t>[9 . 3]</w:t>
      </w:r>
    </w:p>
    <w:p>
      <w:r>
        <w:rPr>
          <w:rFonts w:ascii="Gentium Plus" w:hAnsi="Gentium Plus"/>
          <w:sz w:val="24"/>
        </w:rPr>
        <w:t>πλεῖστον, χαίρειν ἐῶσι τὸ ὄστρεον. Καὶ τοῖς διαυγέσι δὲ λιθι‐ δίοις ἐκείνοις, ἃ τὴν βασιλικὴν διακοσμεῖ κεφαλήν, ἑτέρα λίθου φύσις ἔξωθεν περίκειται παντάπασιν ἄχρηστος· οἱ δὲ τοῦ τοιοῦδε κόσμου δημιουργοί, τοῦτο τὸ περιττόν τε καὶ ἄχρηστον περι‐</w:t>
      </w:r>
    </w:p>
    <w:p>
      <w:r>
        <w:rPr>
          <w:rFonts w:ascii="Courier New" w:hAnsi="Courier New"/>
          <w:color w:val="555555"/>
          <w:sz w:val="20"/>
        </w:rPr>
        <w:t>[5]</w:t>
      </w:r>
    </w:p>
    <w:p>
      <w:r>
        <w:rPr>
          <w:rFonts w:ascii="Gentium Plus" w:hAnsi="Gentium Plus"/>
          <w:sz w:val="24"/>
        </w:rPr>
        <w:t>κόπτοντές τε καὶ ἀποξύοντες, τῶν διαφανῶν λίθων ἐκείνων γυμ‐</w:t>
      </w:r>
    </w:p>
    <w:p>
      <w:r>
        <w:rPr>
          <w:rFonts w:ascii="Courier New" w:hAnsi="Courier New"/>
          <w:color w:val="555555"/>
          <w:sz w:val="20"/>
        </w:rPr>
        <w:t>[9 . 4]</w:t>
      </w:r>
    </w:p>
    <w:p>
      <w:r>
        <w:rPr>
          <w:rFonts w:ascii="Gentium Plus" w:hAnsi="Gentium Plus"/>
          <w:sz w:val="24"/>
        </w:rPr>
        <w:t>νοῦσι τὸ κάλλος. Καὶ τὸν χρυσὸν δὲ τὸν τοῖς πολλοῖς ἀξιέραστον, καὶ μέντοι καὶ τὸν ἄργυρον καὶ τὸν χαλκὸν καὶ τὸν σίδηρον ψάμμος καὶ γῆ ξυγκαλύπτουσιν· ἀλλ’ οἱ τὰς χρυσίτιδας καὶ ἀργυρίτιδας διερευνώμενοι φλέβας διορύττουσι μὲν τὰ μέταλλα,</w:t>
      </w:r>
    </w:p>
    <w:p>
      <w:r>
        <w:rPr>
          <w:rFonts w:ascii="Courier New" w:hAnsi="Courier New"/>
          <w:color w:val="555555"/>
          <w:sz w:val="20"/>
        </w:rPr>
        <w:t>[5]</w:t>
      </w:r>
    </w:p>
    <w:p>
      <w:r>
        <w:rPr>
          <w:rFonts w:ascii="Gentium Plus" w:hAnsi="Gentium Plus"/>
          <w:sz w:val="24"/>
        </w:rPr>
        <w:t>ξυλλέγουσι δὲ τὰ ψήγματα. Καὶ ἐπίσημον δὲ γενόμενον τὸν χρυσὸν καὶ τὸν βασιλικὸν δεξάμενον χαρακτῆρα οὐ χρυσὸς ἔξω‐</w:t>
      </w:r>
    </w:p>
    <w:p>
      <w:r>
        <w:rPr>
          <w:rFonts w:ascii="Courier New" w:hAnsi="Courier New"/>
          <w:color w:val="555555"/>
          <w:sz w:val="20"/>
        </w:rPr>
        <w:t>[9 . 5]</w:t>
      </w:r>
    </w:p>
    <w:p>
      <w:r>
        <w:rPr>
          <w:rFonts w:ascii="Gentium Plus" w:hAnsi="Gentium Plus"/>
          <w:sz w:val="24"/>
        </w:rPr>
        <w:t>θεν, ἀλλ’ ἢ σκύτιναι ἢ ξύλιναι φυλάττουσι θῆκαι. Εἰκότως οὖν ἄρα καὶ τὴν ἀληθῆ περὶ τῶν θείων καὶ τῶν ἀνθρωπίνων δόξαν οὐ λαμπροί τινες καὶ ὄγκον ἔχοντες, ἀλλ’ ἁπλοῖ καὶ πεζοὶ καὶ πᾶσι γνώριμοι κηρύττουσι λόγοι, καὶ τὸν μέγαν καὶ ἄρρητον</w:t>
      </w:r>
    </w:p>
    <w:p>
      <w:r>
        <w:rPr>
          <w:rFonts w:ascii="Courier New" w:hAnsi="Courier New"/>
          <w:color w:val="555555"/>
          <w:sz w:val="20"/>
        </w:rPr>
        <w:t>[9 . 6]</w:t>
      </w:r>
    </w:p>
    <w:p>
      <w:r>
        <w:rPr>
          <w:rFonts w:ascii="Gentium Plus" w:hAnsi="Gentium Plus"/>
          <w:sz w:val="24"/>
        </w:rPr>
        <w:t>θησαυρὸν εὐτελεῖς ἄγαν φέρουσι θῆκαι. Ὅσην δέ γε οὗτοι ῥώμην καὶ δύναμιν ἔχουσι, ῥᾷστα ἄν τις ξυνίδοι, τοὺς Ἑλλήνων καὶ Ῥωμαίων νομοθέτας παραγαγὼν καὶ τούτοις τοὺς ἡμετέρους ἁλιέας καὶ τελώνας παρεξετάσας. Εὑρήσει γὰρ τοὺς μὲν οὐδὲ</w:t>
      </w:r>
    </w:p>
    <w:p>
      <w:r>
        <w:rPr>
          <w:rFonts w:ascii="Courier New" w:hAnsi="Courier New"/>
          <w:color w:val="555555"/>
          <w:sz w:val="20"/>
        </w:rPr>
        <w:t>[5]</w:t>
      </w:r>
    </w:p>
    <w:p>
      <w:r>
        <w:rPr>
          <w:rFonts w:ascii="Gentium Plus" w:hAnsi="Gentium Plus"/>
          <w:sz w:val="24"/>
        </w:rPr>
        <w:t>τοὺς ὁμόρους πείσαντας κατὰ τοὺς σφῶν πολιτεύεσθαι νόμους, τοὺς δὲ Γαλιλαίους οὐ μόνον Ῥωμαίους πεπεικότας καὶ Ἕλλη‐ νας, ἀλλὰ καὶ πάντα τῶν βαρβάρων τὰ φῦλα τὴν εὐαγγελικὴν νομοθεσίαν ἀσπάσασθαι.</w:t>
      </w:r>
    </w:p>
    <w:p>
      <w:r>
        <w:rPr>
          <w:rFonts w:ascii="Courier New" w:hAnsi="Courier New"/>
          <w:color w:val="555555"/>
          <w:sz w:val="20"/>
        </w:rPr>
        <w:t>[9 . 7]</w:t>
      </w:r>
    </w:p>
    <w:p>
      <w:r>
        <w:rPr>
          <w:rFonts w:ascii="Gentium Plus" w:hAnsi="Gentium Plus"/>
          <w:sz w:val="24"/>
        </w:rPr>
        <w:t>Καὶ Μίνως μέν, ὃς αὐχεῖ κατὰ τὸν μῦθον πατέρα τὸν Δία, καὶ παρὰ τὸ ἐκείνου γε ἄντρον, ὡς μυθολογοῦσι, φοιτήσας τὰς τῶν νόμων ἔλαβεν ἀφορμάς, Κρητῶν μὲν νομοθέτης ἐγένετο, οὐκ ἔπεισε δὲ οὔτε Σικελιώτας οὔτε Καρχηδονίους οὔτε μὴν τοὺς</w:t>
      </w:r>
    </w:p>
    <w:p>
      <w:r>
        <w:rPr>
          <w:rFonts w:ascii="Courier New" w:hAnsi="Courier New"/>
          <w:color w:val="555555"/>
          <w:sz w:val="20"/>
        </w:rPr>
        <w:t>[5]</w:t>
      </w:r>
    </w:p>
    <w:p>
      <w:r>
        <w:rPr>
          <w:rFonts w:ascii="Gentium Plus" w:hAnsi="Gentium Plus"/>
          <w:sz w:val="24"/>
        </w:rPr>
        <w:t>Ἕλληνας κατὰ τοὺς αὐτοῦ πολιτεύεσθαι νόμους, ἀλλὰ μόνην τὴν νῆσον ἐκείνην, ἧς ἐβασίλευε, στέρξαι τοὺς νόμους ἠνάγκασε, καὶ οὐδὲ τούτους τὸν ἀεὶ χρόνον· ἐπειδὴ γὰρ Ῥωμαῖοι τῆς οἰκου‐ μένης ἐκράτησαν, κατὰ τοὺς τούτων καὶ οὗτοι πολιτεύονται</w:t>
      </w:r>
    </w:p>
    <w:p>
      <w:r>
        <w:rPr>
          <w:rFonts w:ascii="Courier New" w:hAnsi="Courier New"/>
          <w:color w:val="555555"/>
          <w:sz w:val="20"/>
        </w:rPr>
        <w:t>[9 . 8]</w:t>
      </w:r>
    </w:p>
    <w:p>
      <w:r>
        <w:rPr>
          <w:rFonts w:ascii="Gentium Plus" w:hAnsi="Gentium Plus"/>
          <w:sz w:val="24"/>
        </w:rPr>
        <w:t>νόμους. Πάλιν τὸν Χαρώνδαν πρῶτον Ἰταλίας καὶ Σικελίας νομοθέτην γεγενῆσθαί φασιν· ἀλλ’ οὐδὲ οὗτος Τυρρηνοὺς ἔπεισεν ἢ Κελτοὺς ἢ Ἴβηρας ἢ Κελτίβηρας, καὶ ταῦτα ὁμόρους γε ὄντας καὶ ἀγχιτέρμονας, τοὺς ὑπ’ αὐτοῦ τεθέντας καταδέξασθαι</w:t>
      </w:r>
    </w:p>
    <w:p>
      <w:r>
        <w:rPr>
          <w:rFonts w:ascii="Courier New" w:hAnsi="Courier New"/>
          <w:color w:val="555555"/>
          <w:sz w:val="20"/>
        </w:rPr>
        <w:t>[5]</w:t>
      </w:r>
    </w:p>
    <w:p>
      <w:r>
        <w:rPr>
          <w:rFonts w:ascii="Gentium Plus" w:hAnsi="Gentium Plus"/>
          <w:sz w:val="24"/>
        </w:rPr>
        <w:t>νόμους. Καὶ τί λέγω τοὺς ὁμόρους; οὐδὲ γὰρ οἱ τηνικάδε τού‐ τους θαυμάσαντες καὶ στέρξαντες κατὰ τούτους νῦν βιοτεύουσι· τὸν γάρ τοι τῶν Ῥωμαϊκῶν νόμων ὑπῆλθον καὶ οὗτοι ζυγόν.</w:t>
      </w:r>
    </w:p>
    <w:p>
      <w:r>
        <w:rPr>
          <w:rFonts w:ascii="Courier New" w:hAnsi="Courier New"/>
          <w:color w:val="555555"/>
          <w:sz w:val="20"/>
        </w:rPr>
        <w:t>[9 . 9]</w:t>
      </w:r>
    </w:p>
    <w:p>
      <w:r>
        <w:rPr>
          <w:rFonts w:ascii="Gentium Plus" w:hAnsi="Gentium Plus"/>
          <w:sz w:val="24"/>
        </w:rPr>
        <w:t>Ζάλευκος δὲ Λοκροῖς τέθεικε νόμους, παρά γε τῆς Ἀθηνᾶς τὴν τούτων ἐπιστήμην δεξάμενος, ᾗ φασιν οἱ τοὺς μύθους διαπλάττειν</w:t>
      </w:r>
    </w:p>
    <w:p>
      <w:r>
        <w:rPr>
          <w:rFonts w:ascii="Courier New" w:hAnsi="Courier New"/>
          <w:color w:val="555555"/>
          <w:sz w:val="20"/>
        </w:rPr>
        <w:t>[9 . 10]</w:t>
      </w:r>
    </w:p>
    <w:p>
      <w:r>
        <w:rPr>
          <w:rFonts w:ascii="Gentium Plus" w:hAnsi="Gentium Plus"/>
          <w:sz w:val="24"/>
        </w:rPr>
        <w:t>οἰκοῦντες, ἀλλ’ ἀστυγείτονες ὄντες. Τὸν δὲ Λυκοῦργον λέγου‐ σιν οἱ σεμνολογεῖν τοὺς τοῦδε νόμους σπουδάζοντες εἰς Δελφοὺς μὲν ἀφικέσθαι παρὰ τὸν Πύθιον, ἐμπνευσθῆναι δὲ παρ’ ἐκείνου καὶ θεῖναι Λακεδαιμονίοις τοὺς νόμους. Λέγουσι δὲ καὶ τὸν</w:t>
      </w:r>
    </w:p>
    <w:p>
      <w:r>
        <w:rPr>
          <w:rFonts w:ascii="Courier New" w:hAnsi="Courier New"/>
          <w:color w:val="555555"/>
          <w:sz w:val="20"/>
        </w:rPr>
        <w:t>[5]</w:t>
      </w:r>
    </w:p>
    <w:p>
      <w:r>
        <w:rPr>
          <w:rFonts w:ascii="Gentium Plus" w:hAnsi="Gentium Plus"/>
          <w:sz w:val="24"/>
        </w:rPr>
        <w:t>χρησμόν, ὃν τοῦδε πέρι ὁ Πύθιος ἔχρησεν· ἔστι δὲ οὗτος· ἥκεις, ὦ Λυκόεργε, ἐμὸν ποτὶ πίονα νηὸν Ζηνὶ φίλος καὶ πᾶσιν Ὀλύμπια δώματ’ ἔχουσιν; δίζω ἤ σε θεὸν μαντεύσομαι ἢ ἄνθρωπον· ἀλλ’ ἔτι καὶ μᾶλλον θεὸν ἔλπομαι, ὦ Λυκόεργε.</w:t>
      </w:r>
    </w:p>
    <w:p>
      <w:r>
        <w:rPr>
          <w:rFonts w:ascii="Courier New" w:hAnsi="Courier New"/>
          <w:color w:val="555555"/>
          <w:sz w:val="20"/>
        </w:rPr>
        <w:t>[10]</w:t>
      </w:r>
    </w:p>
    <w:p>
      <w:r>
        <w:rPr>
          <w:rFonts w:ascii="Gentium Plus" w:hAnsi="Gentium Plus"/>
          <w:sz w:val="24"/>
        </w:rPr>
        <w:t>Ἥκεις εὐνομίην διζήμενος· αὐτὰρ ἐγώ τοι δώσω.</w:t>
      </w:r>
    </w:p>
    <w:p>
      <w:r>
        <w:rPr>
          <w:rFonts w:ascii="Courier New" w:hAnsi="Courier New"/>
          <w:color w:val="555555"/>
          <w:sz w:val="20"/>
        </w:rPr>
        <w:t>[9 . 11]</w:t>
      </w:r>
    </w:p>
    <w:p>
      <w:r>
        <w:rPr>
          <w:rFonts w:ascii="Gentium Plus" w:hAnsi="Gentium Plus"/>
          <w:sz w:val="24"/>
        </w:rPr>
        <w:t>Τοιοῦτος μὲν δὴ οὗτος καὶ ὁ περὶ τούτου χρησμός. Ἀλλ’ οὔτε τὸ πολὺ τοῦ νομοθέτου κλέος οὔτε τῆς Σπάρτης ἡ περι‐ φάνεια οὔτε ὁ τοῦ Πυθίου χρησμὸς ἠνάγκασεν Ἀργείους ἢ Τεγεάτας ἢ Μαντινεῖς ἢ Κορινθίους, μάλα πλησίον οἰκοῦντας,</w:t>
      </w:r>
    </w:p>
    <w:p>
      <w:r>
        <w:rPr>
          <w:rFonts w:ascii="Courier New" w:hAnsi="Courier New"/>
          <w:color w:val="555555"/>
          <w:sz w:val="20"/>
        </w:rPr>
        <w:t>[5]</w:t>
      </w:r>
    </w:p>
    <w:p>
      <w:r>
        <w:rPr>
          <w:rFonts w:ascii="Gentium Plus" w:hAnsi="Gentium Plus"/>
          <w:sz w:val="24"/>
        </w:rPr>
        <w:t>τὴν Λακεδαιμονίων καταδέξασθαι πολιτείαν. Καὶ τί λέγω τοὺς ἄλλους; Φλιάσιοι γὰρ πόλισμα μὲν οἰκοῦσι σμικρόν, ἀεὶ δὲ τὴν Λακεδαιμονίων ἡγεμονίαν ἠγάπησαν καὶ τούτων ἦσαν ὑπόσπον‐ δοι, ἀλλ’ ἤγοντο μὲν ὑπ’ ἐκείνων καὶ ξυνεπολέμουν ἀεί, τοῖς δὲ</w:t>
      </w:r>
    </w:p>
    <w:p>
      <w:r>
        <w:rPr>
          <w:rFonts w:ascii="Courier New" w:hAnsi="Courier New"/>
          <w:color w:val="555555"/>
          <w:sz w:val="20"/>
        </w:rPr>
        <w:t>[9 . 12]</w:t>
      </w:r>
    </w:p>
    <w:p>
      <w:r>
        <w:rPr>
          <w:rFonts w:ascii="Gentium Plus" w:hAnsi="Gentium Plus"/>
          <w:sz w:val="24"/>
        </w:rPr>
        <w:t>ἐκείνων οὐκ ἐχρήσαντο νόμοις. Καὶ ἵνα τοὺς ἄλλους νομοθέτας παρῶ, Ἄπιν τὸν Ἀργείων καὶ Μνήσωνα τὸν Φωκέων καὶ τὸν Κυρηναίων Δημώνακτα καὶ Παγώνδην τὸν Ἀχαιῶν καὶ τὸν Κνιδίων Ἀρχίαν καὶ Εὔδοξον τὸν Μιλησίων καὶ Φιλόλαον τὸν</w:t>
      </w:r>
    </w:p>
    <w:p>
      <w:r>
        <w:rPr>
          <w:rFonts w:ascii="Courier New" w:hAnsi="Courier New"/>
          <w:color w:val="555555"/>
          <w:sz w:val="20"/>
        </w:rPr>
        <w:t>[5]</w:t>
      </w:r>
    </w:p>
    <w:p>
      <w:r>
        <w:rPr>
          <w:rFonts w:ascii="Gentium Plus" w:hAnsi="Gentium Plus"/>
          <w:sz w:val="24"/>
        </w:rPr>
        <w:t>Θηβαίων καὶ Πιττακὸν τὸν Μιτυληναίων καὶ Νέστορα τὸν Πυ‐ λίων, οὗ τοὺς λόγους μέλιτος γλυκυτέρους ἐκάλεσεν Ὅμηρος, ἵνα τούτους καὶ τοὺς τῶν ἄλλων ἐθνῶν νομοθέτας παρῶ, Σόλων ὁ πολυθρύλητος καὶ Δράκων καὶ Κλεισθένης νομοθέται Ἀθηναίων ἐγένοντο. Ἀλλ’ οὔτε Μεγαρέας οὔτε Εὐβοέας οὔτε</w:t>
      </w:r>
    </w:p>
    <w:p>
      <w:r>
        <w:rPr>
          <w:rFonts w:ascii="Courier New" w:hAnsi="Courier New"/>
          <w:color w:val="555555"/>
          <w:sz w:val="20"/>
        </w:rPr>
        <w:t>[10]</w:t>
      </w:r>
    </w:p>
    <w:p>
      <w:r>
        <w:rPr>
          <w:rFonts w:ascii="Gentium Plus" w:hAnsi="Gentium Plus"/>
          <w:sz w:val="24"/>
        </w:rPr>
        <w:t>Θηβαίους, ὁμόρους γε ὄντας καὶ ἄγαν πλησιοχώρους, τοῖς τοῦ Σόλωνος ἢ τοῦ Δράκοντος ἢ τοῦ Κλεισθένους ὑπακοῦσαι νόμοις ἔπεισαν Ἀθηναῖοι. Καὶ αὐτοὶ δὲ Ἀθηναῖοι τούτοις ἐρρῶσθαι</w:t>
      </w:r>
    </w:p>
    <w:p>
      <w:r>
        <w:rPr>
          <w:rFonts w:ascii="Courier New" w:hAnsi="Courier New"/>
          <w:color w:val="555555"/>
          <w:sz w:val="20"/>
        </w:rPr>
        <w:t>[9 . 13]</w:t>
      </w:r>
    </w:p>
    <w:p>
      <w:r>
        <w:rPr>
          <w:rFonts w:ascii="Gentium Plus" w:hAnsi="Gentium Plus"/>
          <w:sz w:val="24"/>
        </w:rPr>
        <w:t>φράσαντες, καὶ μέντοι καὶ Λακεδαιμόνιοι καὶ Λοκροὶ καὶ Θηβαῖοι καὶ οἱ ἄλλοι δὲ Ἕλληνες κατὰ τοὺς Ῥωμαίων πολιτεύονται νόμους. Καὶ Ῥωμαῖοι δὲ τοὺς παρ’ Ἕλλησι καὶ βαρβάροις ξυν‐</w:t>
      </w:r>
    </w:p>
    <w:p>
      <w:r>
        <w:rPr>
          <w:rFonts w:ascii="Courier New" w:hAnsi="Courier New"/>
          <w:color w:val="555555"/>
          <w:sz w:val="20"/>
        </w:rPr>
        <w:t>[5]</w:t>
      </w:r>
    </w:p>
    <w:p>
      <w:r>
        <w:rPr>
          <w:rFonts w:ascii="Gentium Plus" w:hAnsi="Gentium Plus"/>
          <w:sz w:val="24"/>
        </w:rPr>
        <w:t>αθροίσαντες νόμους καὶ τοὺς ἄριστα κεῖσθαι δόξαντας παρ’ ἑκάστου νομοθέτου λαβόντες, ὅσαπερ ἔθνη τὸν τούτων ὑπεισῆλθε ζυγόν, δουλεύειν τοῖσδε τοῖς νόμοις ἠνάγκασαν, τοὺς δὲ παρ’ αὐτῶν οὐ βουληθέντας ἰθύνεσθαι οὔτε ἔπεισαν οὔτε ἠνάγκασαν τὴν</w:t>
      </w:r>
    </w:p>
    <w:p>
      <w:r>
        <w:rPr>
          <w:rFonts w:ascii="Courier New" w:hAnsi="Courier New"/>
          <w:color w:val="555555"/>
          <w:sz w:val="20"/>
        </w:rPr>
        <w:t>[9 . 14]</w:t>
      </w:r>
    </w:p>
    <w:p>
      <w:r>
        <w:rPr>
          <w:rFonts w:ascii="Gentium Plus" w:hAnsi="Gentium Plus"/>
          <w:sz w:val="24"/>
        </w:rPr>
        <w:t>σφῶν πολιτείαν ἀσπάσασθαι. Πολλοὶ δὲ καὶ τὸν τῆς δουλείας δεξάμενοι χαλινόν, βιοτεύειν κατὰ τοὺς τούτων οὐκ ἀνέχονται νόμους. Οὔτε γὰρ Αἰθίοπες οἱ Θηβῶν τῶν Αἰγυπτίων ὁμοτέρ‐</w:t>
      </w:r>
    </w:p>
    <w:p>
      <w:r>
        <w:rPr>
          <w:rFonts w:ascii="Courier New" w:hAnsi="Courier New"/>
          <w:color w:val="555555"/>
          <w:sz w:val="20"/>
        </w:rPr>
        <w:t>[5]</w:t>
      </w:r>
    </w:p>
    <w:p>
      <w:r>
        <w:rPr>
          <w:rFonts w:ascii="Gentium Plus" w:hAnsi="Gentium Plus"/>
          <w:sz w:val="24"/>
        </w:rPr>
        <w:t>Σάννοι, οὐκ Ἀβασγοί, οὐχ οἱ ἄλλοι βάρβαροι, ὅσοι τὴν Ῥω‐ μαίων ἀσπάζονται δεσποτείαν, κατὰ τοὺς Ῥωμαίων νόμους τὰ πρὸς ἀλλήλους ποιοῦνται ξυμβόλαια.</w:t>
      </w:r>
    </w:p>
    <w:p>
      <w:r>
        <w:rPr>
          <w:rFonts w:ascii="Courier New" w:hAnsi="Courier New"/>
          <w:color w:val="555555"/>
          <w:sz w:val="20"/>
        </w:rPr>
        <w:t>[9 . 15]</w:t>
      </w:r>
    </w:p>
    <w:p>
      <w:r>
        <w:rPr>
          <w:rFonts w:ascii="Gentium Plus" w:hAnsi="Gentium Plus"/>
          <w:sz w:val="24"/>
        </w:rPr>
        <w:t>Οἱ δὲ ἡμέτεροι ἁλιεῖς καὶ οἱ τελῶναι καὶ ὁ σκυτοτόμος ἅπα‐ σιν ἀνθρώποις τοὺς εὐαγγελικοὺς προσενηνόχασι νόμους. Καὶ οὐ μόνον Ῥωμαίους καὶ τοὺς ὑπὸ τούτοις τελοῦντας, ἀλλὰ καὶ τὰ Σκυθικὰ καὶ τὰ Σαυροματικὰ ἔθνη καὶ Ἰνδοὺς καὶ Αἰθίοπας καὶ</w:t>
      </w:r>
    </w:p>
    <w:p>
      <w:r>
        <w:rPr>
          <w:rFonts w:ascii="Courier New" w:hAnsi="Courier New"/>
          <w:color w:val="555555"/>
          <w:sz w:val="20"/>
        </w:rPr>
        <w:t>[5]</w:t>
      </w:r>
    </w:p>
    <w:p>
      <w:r>
        <w:rPr>
          <w:rFonts w:ascii="Gentium Plus" w:hAnsi="Gentium Plus"/>
          <w:sz w:val="24"/>
        </w:rPr>
        <w:t>Πέρσας καὶ Σῆρας καὶ Ὑρκανοὺς καὶ Βακτριανοὺς καὶ Βρεττα‐ νοὺς καὶ Κίμβρους καὶ Γερμανοὺς καὶ ἁπαξαπλῶς πᾶν ἔθνος καὶ γένος ἀνθρώπων δέξασθαι τοῦ σταυρωθέντος τοὺς νόμους ἀνέπει‐ σαν, οὐχ ὅπλοις χρησάμενοι καὶ πολλαῖς μυριάσι λογάδων οὐδὲ τῇ τῆς Περσικῆς ὠμότητος χρώμενοι βίᾳ, ἀλλὰ πείθοντες καὶ</w:t>
      </w:r>
    </w:p>
    <w:p>
      <w:r>
        <w:rPr>
          <w:rFonts w:ascii="Courier New" w:hAnsi="Courier New"/>
          <w:color w:val="555555"/>
          <w:sz w:val="20"/>
        </w:rPr>
        <w:t>[9 . 16]</w:t>
      </w:r>
    </w:p>
    <w:p>
      <w:r>
        <w:rPr>
          <w:rFonts w:ascii="Gentium Plus" w:hAnsi="Gentium Plus"/>
          <w:sz w:val="24"/>
        </w:rPr>
        <w:t>δεικνύντες ὀνησιφόρους τοὺς νόμους, καὶ οὐδὲ δίχα κινδύνων τοῦτο ποιοῦντες, ἀλλὰ πολλὰς μὲν κατὰ πόλιν ὑπομένοντες πα‐ ροινίας, πολλὰς δὲ καὶ παρὰ τῶν τυχόντων δεχόμενοι μάστιγας καὶ στρεβλούμενοι καὶ καθειργνύμενοι καὶ πᾶσαν ἰδέαν κολαστη‐</w:t>
      </w:r>
    </w:p>
    <w:p>
      <w:r>
        <w:rPr>
          <w:rFonts w:ascii="Courier New" w:hAnsi="Courier New"/>
          <w:color w:val="555555"/>
          <w:sz w:val="20"/>
        </w:rPr>
        <w:t>[5]</w:t>
      </w:r>
    </w:p>
    <w:p>
      <w:r>
        <w:rPr>
          <w:rFonts w:ascii="Gentium Plus" w:hAnsi="Gentium Plus"/>
          <w:sz w:val="24"/>
        </w:rPr>
        <w:t>ρίων δεχόμενοι. Εὐεργέτας γάρ τοι ὄντας καὶ σωτῆρας καὶ ἰατρούς, ὡς ἐπιβούλους καὶ πολεμίους οἱ μὲν ἐξήλαυνον, οἱ δὲ καὶ κατέλευον, οἱ δὲ πέδαις καὶ ποδοκάκαις ἐδέσμουν, καὶ τοὺς μὲν αὐτῶν ἀπετυμπάνισαν, τοὺς δὲ ἀνεσκολόπισαν, τοὺς δὲ θηρίοις παρέδοσαν. Ἀλλὰ τοὺς μὲν νομοθέτας κατηκόντισαν, τὸ δὲ τῶν</w:t>
      </w:r>
    </w:p>
    <w:p>
      <w:r>
        <w:rPr>
          <w:rFonts w:ascii="Courier New" w:hAnsi="Courier New"/>
          <w:color w:val="555555"/>
          <w:sz w:val="20"/>
        </w:rPr>
        <w:t>[10]</w:t>
      </w:r>
    </w:p>
    <w:p>
      <w:r>
        <w:rPr>
          <w:rFonts w:ascii="Gentium Plus" w:hAnsi="Gentium Plus"/>
          <w:sz w:val="24"/>
        </w:rPr>
        <w:t>νόμων οὐ κατέλυσαν κράτος· πολλῷ γὰρ ἰσχυρότεροι μετὰ τὴν ἐκείνων ἀπεφάνθησαν τελευτήν.</w:t>
      </w:r>
    </w:p>
    <w:p>
      <w:r>
        <w:rPr>
          <w:rFonts w:ascii="Courier New" w:hAnsi="Courier New"/>
          <w:color w:val="555555"/>
          <w:sz w:val="20"/>
        </w:rPr>
        <w:t>[9 . 17]</w:t>
      </w:r>
    </w:p>
    <w:p>
      <w:r>
        <w:rPr>
          <w:rFonts w:ascii="Gentium Plus" w:hAnsi="Gentium Plus"/>
          <w:sz w:val="24"/>
        </w:rPr>
        <w:t>Πρὸς γάρ τοι Πέρσας καὶ Σκύθας καὶ τἄλλα βάρβαρα ἔθνη</w:t>
      </w:r>
    </w:p>
    <w:p>
      <w:r>
        <w:rPr>
          <w:rFonts w:ascii="Courier New" w:hAnsi="Courier New"/>
          <w:color w:val="555555"/>
          <w:sz w:val="20"/>
        </w:rPr>
        <w:t>[5]</w:t>
      </w:r>
    </w:p>
    <w:p>
      <w:r>
        <w:rPr>
          <w:rFonts w:ascii="Gentium Plus" w:hAnsi="Gentium Plus"/>
          <w:sz w:val="24"/>
        </w:rPr>
        <w:t>κινήσαντες, ὥστε τῶν ἁλιέων καὶ τοῦ σκυτοτόμου καταλῦσαι τὴν μνήμην, λαμπροτέραν αὐτὴν καὶ περιφανεστέραν ἀπέφηναν· καὶ τοὺς μὲν Λυκούργου καὶ Σόλωνος καὶ Ζαλεύκου καὶ Χαρώνδου καὶ Μίνωος καὶ τῶν ἄλλων νομοθετῶν ἀργεῖν προσέταξαν νόμους, καὶ ἀντεῖπε τῶν ὑπ’ ἐκείνοις πολιτευσαμένων οὐδείς, ἀλλ’ ὁ</w:t>
      </w:r>
    </w:p>
    <w:p>
      <w:r>
        <w:rPr>
          <w:rFonts w:ascii="Courier New" w:hAnsi="Courier New"/>
          <w:color w:val="555555"/>
          <w:sz w:val="20"/>
        </w:rPr>
        <w:t>[10]</w:t>
      </w:r>
    </w:p>
    <w:p>
      <w:r>
        <w:rPr>
          <w:rFonts w:ascii="Gentium Plus" w:hAnsi="Gentium Plus"/>
          <w:sz w:val="24"/>
        </w:rPr>
        <w:t>λόγος ἐγένετο νόμος· καὶ ἀπέσβη μὲν τῶν πολυθρυλήτων νομο‐ θετῶν ἡ μνήμη, οἱ δὲ Ῥωμαίων νόμοι τὰς τῶν Ἑλλήνων ἰθύνουσι πόλεις. Καὶ ἀργεῖ μὲν παρ’ Ἀθηναίοις ὁ Ἄρειος</w:t>
      </w:r>
    </w:p>
    <w:p>
      <w:r>
        <w:rPr>
          <w:rFonts w:ascii="Courier New" w:hAnsi="Courier New"/>
          <w:color w:val="555555"/>
          <w:sz w:val="20"/>
        </w:rPr>
        <w:t>[9 . 18]</w:t>
      </w:r>
    </w:p>
    <w:p>
      <w:r>
        <w:rPr>
          <w:rFonts w:ascii="Gentium Plus" w:hAnsi="Gentium Plus"/>
          <w:sz w:val="24"/>
        </w:rPr>
        <w:t>πάγος καὶ ἡ Ἡλιαία καὶ τὸ ἐπὶ Δελφινίῳ δικαστήριον καὶ ἡ τῶν πεντακοσίων βουλὴ καὶ οἱ ἕνδεκα καὶ οἱ θεσμοθέται καὶ ὁ πολέ‐ μαρχος καὶ ὁ τοῦ ἐνιαυτοῦ ἄρχων—ὀνόματα ἄλλως ἐστὶν ὀλί‐ γοις κομιδῇ γνώριμα τοῖς ἀναγινώσκειν ἐθέλουσι τὰ τοῖς πάλαι</w:t>
      </w:r>
    </w:p>
    <w:p>
      <w:r>
        <w:rPr>
          <w:rFonts w:ascii="Courier New" w:hAnsi="Courier New"/>
          <w:color w:val="555555"/>
          <w:sz w:val="20"/>
        </w:rPr>
        <w:t>[5]</w:t>
      </w:r>
    </w:p>
    <w:p>
      <w:r>
        <w:rPr>
          <w:rFonts w:ascii="Gentium Plus" w:hAnsi="Gentium Plus"/>
          <w:sz w:val="24"/>
        </w:rPr>
        <w:t>ξυγγεγραμμένα· παρὰ δὲ Λακεδαιμονίοις ξενηλασίαν οὐκ ἔστιν ἰδεῖν οὐδὲ τὴν τῶν εἱλώτων δουλείαν οὐδὲ τοὺς νεοδαμώδεις οὐδὲ τὴν ἐκ τῶν Λυκούργου νόμων τῆς παιδεραστίας ἄδειαν οὐδὲ τὰς</w:t>
      </w:r>
    </w:p>
    <w:p>
      <w:r>
        <w:rPr>
          <w:rFonts w:ascii="Courier New" w:hAnsi="Courier New"/>
          <w:color w:val="555555"/>
          <w:sz w:val="20"/>
        </w:rPr>
        <w:t>[9 . 19]</w:t>
      </w:r>
    </w:p>
    <w:p>
      <w:r>
        <w:rPr>
          <w:rFonts w:ascii="Gentium Plus" w:hAnsi="Gentium Plus"/>
          <w:sz w:val="24"/>
        </w:rPr>
        <w:t>ἐννόμους εἰς τοὺς γάμους παρανομίας. Ὁ γάρ τοι Λυκοῦργος, τῶν νομοθετῶν ὁ ἄριστος, ὡς δοκεῖ τοῖς τῶν Ἑλλήνων σοφοῖς, διηγόρευσεν ἐν τοῖς νόμοις, ὡς οἱ τὴν Λακεδαιμονίων πολιτείαν ξυγγεγραφότες φασίν, ἐξεῖναι καὶ ἀνδράσι καὶ γυναιξὶν ἤδη δεξα‐</w:t>
      </w:r>
    </w:p>
    <w:p>
      <w:r>
        <w:rPr>
          <w:rFonts w:ascii="Courier New" w:hAnsi="Courier New"/>
          <w:color w:val="555555"/>
          <w:sz w:val="20"/>
        </w:rPr>
        <w:t>[5]</w:t>
      </w:r>
    </w:p>
    <w:p>
      <w:r>
        <w:rPr>
          <w:rFonts w:ascii="Gentium Plus" w:hAnsi="Gentium Plus"/>
          <w:sz w:val="24"/>
        </w:rPr>
        <w:t>μένοις τὸν τοῦ γάμου ζυγόν, ταῖς μὲν ἐξ ἄλλων ἀνδρῶν, τοῖς δὲ ἐκ γυναικῶν ἑτέροις ἀνδράσι ξυνεζευγμένων ποιεῖσθαι παῖδας ἀδεῶς μιγνυμένοις· καὶ τούτους τεθαύμακε τοὺς νόμους ὁ Πλά‐ των, καὶ τὴν ὑπ’ αὐτοῦ διαπλασθεῖσαν πόλιν κατὰ τούτους προσέ‐</w:t>
      </w:r>
    </w:p>
    <w:p>
      <w:r>
        <w:rPr>
          <w:rFonts w:ascii="Courier New" w:hAnsi="Courier New"/>
          <w:color w:val="555555"/>
          <w:sz w:val="20"/>
        </w:rPr>
        <w:t>[9 . 20]</w:t>
      </w:r>
    </w:p>
    <w:p>
      <w:r>
        <w:rPr>
          <w:rFonts w:ascii="Gentium Plus" w:hAnsi="Gentium Plus"/>
          <w:sz w:val="24"/>
        </w:rPr>
        <w:t>ταξε πολιτεύεσθαι. Ἀλλὰ τὸν φιλόσοφον, ὡς φιλόσοφον καὶ τῶν νομοθετῶν εἶναι σεμνυνόμενον ἄριστον, φυλάξωμεν ἔσχατον, νῦν</w:t>
      </w:r>
    </w:p>
    <w:p>
      <w:r>
        <w:rPr>
          <w:rFonts w:ascii="Courier New" w:hAnsi="Courier New"/>
          <w:color w:val="555555"/>
          <w:sz w:val="20"/>
        </w:rPr>
        <w:t>[5]</w:t>
      </w:r>
    </w:p>
    <w:p>
      <w:r>
        <w:rPr>
          <w:rFonts w:ascii="Gentium Plus" w:hAnsi="Gentium Plus"/>
          <w:sz w:val="24"/>
        </w:rPr>
        <w:t>προσέταξαν οἱ Ῥωμαῖοι τούτους ἀργεῖν καὶ τοὺς σφετέρους κρατεῖν, καὶ διελύθη τῶν Λυκούργου τὸ ἄμαχον κράτος· τῶν δὲ ἁλιέων καὶ τελωνῶν καὶ τοῦ σκηνορράφου τοὺς νόμους οὐ Γάϊος ἴσχυσεν, οὐ Κλαύδιος καταλῦσαι, οὐ Νέρων ὁ μετ’ ἐκείνους, καὶ ταῦτα δύο τῶν νομοθετῶν τοὺς ἀρίστους κατακοντίσας—καὶ γὰρ</w:t>
      </w:r>
    </w:p>
    <w:p>
      <w:r>
        <w:rPr>
          <w:rFonts w:ascii="Courier New" w:hAnsi="Courier New"/>
          <w:color w:val="555555"/>
          <w:sz w:val="20"/>
        </w:rPr>
        <w:t>[9 . 21]</w:t>
      </w:r>
    </w:p>
    <w:p>
      <w:r>
        <w:rPr>
          <w:rFonts w:ascii="Gentium Plus" w:hAnsi="Gentium Plus"/>
          <w:sz w:val="24"/>
        </w:rPr>
        <w:t>τὸν Πέτρον ἐκεῖνος καὶ τὸν Παῦλον ἀνεῖλεν, ἀλλ’ οὐ ξυνανεῖλε τοῖς νομοθέταις τοὺς νόμους—οὐκ Οὐεσπασιανός, οὐ Τίτος, οὐ Δομετιανός, καὶ ταῦτα πολλοῖς κατ’ αὐτῶν καὶ παντοδαποῖς χρησάμενος μηχανήμασι· πολλοὺς γὰρ δὴ τούτους ἀσπαζομένους</w:t>
      </w:r>
    </w:p>
    <w:p>
      <w:r>
        <w:rPr>
          <w:rFonts w:ascii="Courier New" w:hAnsi="Courier New"/>
          <w:color w:val="555555"/>
          <w:sz w:val="20"/>
        </w:rPr>
        <w:t>[5]</w:t>
      </w:r>
    </w:p>
    <w:p>
      <w:r>
        <w:rPr>
          <w:rFonts w:ascii="Gentium Plus" w:hAnsi="Gentium Plus"/>
          <w:sz w:val="24"/>
        </w:rPr>
        <w:t>τῷ θανάτῳ παρέπεμψε, παντοδαπαῖς κολαστηρίων ἰδέαις χρησά‐ μενος. Καὶ Τραϊανὸς δὲ καὶ Ἀδριανὸς σφόδρα κατὰ τῶνδε τῶν νόμων παρεταξάτην· ἀλλὰ τὴν μὲν Περσῶν ὁ Τραϊανὸς δυναστείαν κατέλυσε καὶ Ἀρμενίους τῷ Ῥωμαίων ὑπέταξε χαλινῷ καὶ μέντοι καὶ τὰ Σκυθικὰ ἔθνη τοῖς σκήπτροις ὑποκύπτειν ἠνάγκασε·</w:t>
      </w:r>
    </w:p>
    <w:p>
      <w:r>
        <w:rPr>
          <w:rFonts w:ascii="Courier New" w:hAnsi="Courier New"/>
          <w:color w:val="555555"/>
          <w:sz w:val="20"/>
        </w:rPr>
        <w:t>[10]</w:t>
      </w:r>
    </w:p>
    <w:p>
      <w:r>
        <w:rPr>
          <w:rFonts w:ascii="Gentium Plus" w:hAnsi="Gentium Plus"/>
          <w:sz w:val="24"/>
        </w:rPr>
        <w:t>τὴν δὲ τῶν ἁλιέων καὶ τοῦ σκυτοτόμου καταλῦσαι νομοθεσίαν οὐκ</w:t>
      </w:r>
    </w:p>
    <w:p>
      <w:r>
        <w:rPr>
          <w:rFonts w:ascii="Courier New" w:hAnsi="Courier New"/>
          <w:color w:val="555555"/>
          <w:sz w:val="20"/>
        </w:rPr>
        <w:t>[9 . 22]</w:t>
      </w:r>
    </w:p>
    <w:p>
      <w:r>
        <w:rPr>
          <w:rFonts w:ascii="Gentium Plus" w:hAnsi="Gentium Plus"/>
          <w:sz w:val="24"/>
        </w:rPr>
        <w:t>ἴσχυσεν. Καὶ Ἀδριανὸς τῶν μὲν τὸν Ἰησοῦν ἐσταυρωκότων ἄρδην τὴν πόλιν κατέλυσε, τοὺς δὲ τούτῳ πεπιστευκότας ἀφεῖναι</w:t>
      </w:r>
    </w:p>
    <w:p>
      <w:r>
        <w:rPr>
          <w:rFonts w:ascii="Courier New" w:hAnsi="Courier New"/>
          <w:color w:val="555555"/>
          <w:sz w:val="20"/>
        </w:rPr>
        <w:t>[5]</w:t>
      </w:r>
    </w:p>
    <w:p>
      <w:r>
        <w:rPr>
          <w:rFonts w:ascii="Gentium Plus" w:hAnsi="Gentium Plus"/>
          <w:sz w:val="24"/>
        </w:rPr>
        <w:t>βαρβάρων τρόπαια ἐστησάτην καὶ αὐτόνομον βίον ἀσπαζομένοις τὸν τῆς δυναστείας ἐπιτεθεικάτην ζυγόν· τοὺς δὲ τοῦ σωτηρίου σταυροῦ τὸν ζυγὸν φέρειν ἠγαπηκότας οὔτε ἐπεισάτην οὔτε ἠναγκασάτην καταλιπεῖν ὃν ἠγάπησαν, καὶ ταῦτα πολλαῖς μὲν ἀπειλαῖς δεδιξάμενοι, παμπόλλαις δὲ τιμωρίαις χρησάμενοι.</w:t>
      </w:r>
    </w:p>
    <w:p>
      <w:r>
        <w:rPr>
          <w:rFonts w:ascii="Courier New" w:hAnsi="Courier New"/>
          <w:color w:val="555555"/>
          <w:sz w:val="20"/>
        </w:rPr>
        <w:t>[9 . 23]</w:t>
      </w:r>
    </w:p>
    <w:p>
      <w:r>
        <w:rPr>
          <w:rFonts w:ascii="Gentium Plus" w:hAnsi="Gentium Plus"/>
          <w:sz w:val="24"/>
        </w:rPr>
        <w:t>Καὶ ἵνα Κόμοδον καταλίπω καὶ Μαξιμιανὸν καὶ τοὺς ἄλλους ἅπαντας τοὺς ἄχρις Αὐρηλιανοῦ καὶ Κάρου καὶ Καρίνου βεβασι‐ λευκότας, τίς ἀγνοεῖ τὴν Διοκλητιανοῦ καὶ Μαξιμιανοῦ καὶ Μαξεντίου καὶ Μαξιμίνου καὶ Λικινίου κατὰ τῆς εὐσεβείας μα‐</w:t>
      </w:r>
    </w:p>
    <w:p>
      <w:r>
        <w:rPr>
          <w:rFonts w:ascii="Courier New" w:hAnsi="Courier New"/>
          <w:color w:val="555555"/>
          <w:sz w:val="20"/>
        </w:rPr>
        <w:t>[5]</w:t>
      </w:r>
    </w:p>
    <w:p>
      <w:r>
        <w:rPr>
          <w:rFonts w:ascii="Gentium Plus" w:hAnsi="Gentium Plus"/>
          <w:sz w:val="24"/>
        </w:rPr>
        <w:t>νίαν; οὐ γὰρ καθ’ ἕνα γε οὗτοι οὐδὲ κατὰ δύο ἢ τρεῖς τοὺς τῷ Χριστῷ πεπιστευκότας, ἀλλ’ ἀγεληδὸν κατηκόντιζον καὶ κατὰ</w:t>
      </w:r>
    </w:p>
    <w:p>
      <w:r>
        <w:rPr>
          <w:rFonts w:ascii="Courier New" w:hAnsi="Courier New"/>
          <w:color w:val="555555"/>
          <w:sz w:val="20"/>
        </w:rPr>
        <w:t>[9 . 24]</w:t>
      </w:r>
    </w:p>
    <w:p>
      <w:r>
        <w:rPr>
          <w:rFonts w:ascii="Gentium Plus" w:hAnsi="Gentium Plus"/>
          <w:sz w:val="24"/>
        </w:rPr>
        <w:t>χιλίους καὶ μυρίους ἀνῄρουν. Ἐν δέ τισι πόλεσι καὶ τὰς ἐκκλησίας ἀνδρῶν καὶ γυναικῶν καὶ παίδων πεπληρωμένας ἐνέπρησαν· καὶ κατ’ αὐτήν γε τὴν τοῦ σωτηρίου πάθους ἡμέραν, ἐν ᾗ καὶ τοῦ πάθους καὶ τῆς δεσποτικῆς ἀναστάσεως τὴν μνήμην πανηγυ‐</w:t>
      </w:r>
    </w:p>
    <w:p>
      <w:r>
        <w:rPr>
          <w:rFonts w:ascii="Courier New" w:hAnsi="Courier New"/>
          <w:color w:val="555555"/>
          <w:sz w:val="20"/>
        </w:rPr>
        <w:t>[5]</w:t>
      </w:r>
    </w:p>
    <w:p>
      <w:r>
        <w:rPr>
          <w:rFonts w:ascii="Gentium Plus" w:hAnsi="Gentium Plus"/>
          <w:sz w:val="24"/>
        </w:rPr>
        <w:t>ρίζομεν, ἁπάσας τὰς ἐν τῇ Ῥωμαίων ἡγεμονίᾳ κατέλυσαν ἐκκλησίας.</w:t>
      </w:r>
    </w:p>
    <w:p>
      <w:r>
        <w:rPr>
          <w:rFonts w:ascii="Courier New" w:hAnsi="Courier New"/>
          <w:color w:val="555555"/>
          <w:sz w:val="20"/>
        </w:rPr>
        <w:t>[9 . 25]</w:t>
      </w:r>
    </w:p>
    <w:p>
      <w:r>
        <w:rPr>
          <w:rFonts w:ascii="Gentium Plus" w:hAnsi="Gentium Plus"/>
          <w:sz w:val="24"/>
        </w:rPr>
        <w:t>Ἀλλὰ τὰς μὲν τῶν λίθων ἁρμονίας διέλυσαν, τὴν δὲ τῶν ψυχῶν εὐσέβειαν οὐ κατέλυσαν. Ὁποῖα δὲ κατὰ Χριστιανῶν κἀν τῇ Ἰουλιανοῦ τετόλμηται βασιλείᾳ, ἴσασι μὲν οἱ γεγηρακότες, ἀκηκόαμεν δὲ καὶ ἡμεῖς διηγουμένων τῶν τὴν τραγῳδίαν ἐκείνην</w:t>
      </w:r>
    </w:p>
    <w:p>
      <w:r>
        <w:rPr>
          <w:rFonts w:ascii="Courier New" w:hAnsi="Courier New"/>
          <w:color w:val="555555"/>
          <w:sz w:val="20"/>
        </w:rPr>
        <w:t>[5]</w:t>
      </w:r>
    </w:p>
    <w:p>
      <w:r>
        <w:rPr>
          <w:rFonts w:ascii="Gentium Plus" w:hAnsi="Gentium Plus"/>
          <w:sz w:val="24"/>
        </w:rPr>
        <w:t>ἑωρακότων· ἀλλ’ οὗτοι ἅπαντες, τοσοῦτοί γε ὄντες καὶ τοσαύτην</w:t>
      </w:r>
    </w:p>
    <w:p>
      <w:r>
        <w:rPr>
          <w:rFonts w:ascii="Courier New" w:hAnsi="Courier New"/>
          <w:color w:val="555555"/>
          <w:sz w:val="20"/>
        </w:rPr>
        <w:t>[9 . 26]</w:t>
      </w:r>
    </w:p>
    <w:p>
      <w:r>
        <w:rPr>
          <w:rFonts w:ascii="Gentium Plus" w:hAnsi="Gentium Plus"/>
          <w:sz w:val="24"/>
        </w:rPr>
        <w:t>οὐκ ἐκράτησαν. Καὶ τί λέγω ἄνδρας τε καὶ γυναῖκας; οὐδὲ γὰρ μειρακίων τὰ πρῶτα στοιχεῖα πεπαιδευμένων τὰς περὶ τοῦ Θεοῦ καὶ Σωτῆρος ἡμῶν ἐκβαλεῖν ἠδυνήθησαν δόξας· καὶ κορυβαν‐ τιῶντες καὶ λυττῶντες καὶ τεχνάσμασι καὶ σοφίσμασι κεχρημένοι</w:t>
      </w:r>
    </w:p>
    <w:p>
      <w:r>
        <w:rPr>
          <w:rFonts w:ascii="Courier New" w:hAnsi="Courier New"/>
          <w:color w:val="555555"/>
          <w:sz w:val="20"/>
        </w:rPr>
        <w:t>[5]</w:t>
      </w:r>
    </w:p>
    <w:p>
      <w:r>
        <w:rPr>
          <w:rFonts w:ascii="Gentium Plus" w:hAnsi="Gentium Plus"/>
          <w:sz w:val="24"/>
        </w:rPr>
        <w:t>μυρίοις, τοὺς τῶν ἁλιέων οὐ κατέλυσαν νόμους, ἀλλ’ ἰσχυροτέ‐ ρους πολλῷ πολεμοῦντες ἀπέφηναν καὶ ἀτεχνῶς ἐῴκεσαν τοῖς σβεννύναι μὲν ἐθέλουσι φλόγα, ἔλαιον δὲ ταύτῃ προσφέρουσι καὶ</w:t>
      </w:r>
    </w:p>
    <w:p>
      <w:r>
        <w:rPr>
          <w:rFonts w:ascii="Courier New" w:hAnsi="Courier New"/>
          <w:color w:val="555555"/>
          <w:sz w:val="20"/>
        </w:rPr>
        <w:t>[9 . 27]</w:t>
      </w:r>
    </w:p>
    <w:p>
      <w:r>
        <w:rPr>
          <w:rFonts w:ascii="Gentium Plus" w:hAnsi="Gentium Plus"/>
          <w:sz w:val="24"/>
        </w:rPr>
        <w:t>σφοδροτέραν ἐργαζομένοις. Καὶ γὰρ δὴ καὶ οὗτοι τῷ κατὰ τῆς εὐσεβείας πολέμῳ κατάδηλον εἰργάσαντο τῆς ἀληθείας τὸ κράτος. Καὶ καθάπερ πάλαι τὴν βάτον ἐκείνην καῖον τὸ πῦρ οὐ κατέ‐ καιεν, οὕτως τοὺς πολεμουμένους τὰ τῶν πολεμούντων οὐκ</w:t>
      </w:r>
    </w:p>
    <w:p>
      <w:r>
        <w:rPr>
          <w:rFonts w:ascii="Courier New" w:hAnsi="Courier New"/>
          <w:color w:val="555555"/>
          <w:sz w:val="20"/>
        </w:rPr>
        <w:t>[5]</w:t>
      </w:r>
    </w:p>
    <w:p>
      <w:r>
        <w:rPr>
          <w:rFonts w:ascii="Gentium Plus" w:hAnsi="Gentium Plus"/>
          <w:sz w:val="24"/>
        </w:rPr>
        <w:t>ἀνήλισκε βέλη· ἀλλ’ ὥσπερ τῶν δρυτόμων τὰ δένδρα τεμνόντων, πολλῷ πλείους τῶν τεμνομένων ἐκ τῶν ῥιζῶν παραφυάδες βλαστάνουσιν, οὕτω δὴ τηνικαῦτα τῶν εὐσεβῶν ἀναιρουμένων, πολλαπλάσιοι τῇ τῶν εὐαγγελίων διδασκαλίᾳ προσῄεσαν, καὶ τὸ αἷμα τῶν ἐκτμηθέντων ἀρδεία τοῖς νεοφύτοις ἐγίνετο.</w:t>
      </w:r>
    </w:p>
    <w:p>
      <w:r>
        <w:rPr>
          <w:rFonts w:ascii="Courier New" w:hAnsi="Courier New"/>
          <w:color w:val="555555"/>
          <w:sz w:val="20"/>
        </w:rPr>
        <w:t>[9 . 28]</w:t>
      </w:r>
    </w:p>
    <w:p>
      <w:r>
        <w:rPr>
          <w:rFonts w:ascii="Gentium Plus" w:hAnsi="Gentium Plus"/>
          <w:sz w:val="24"/>
        </w:rPr>
        <w:t>Καὶ μαρτυρεῖ τὰ ὁρώμενα· μυριοπλάσιοι γὰρ τῶν πάλαι πε‐ πιστευκότων οἱ νῦν τῷ τῆς πίστεως ὀνόματι καλλυνόμενοι. Τῶν γὰρ πολεμίων οἱ παῖδες, τὴν τῶν πατέρων βδελυξάμενοι λύτταν, εἰς τὴν τῶν πολεμουμένων μετέβησαν φάλαγγα· καὶ φροῦδα μὲν</w:t>
      </w:r>
    </w:p>
    <w:p>
      <w:r>
        <w:rPr>
          <w:rFonts w:ascii="Courier New" w:hAnsi="Courier New"/>
          <w:color w:val="555555"/>
          <w:sz w:val="20"/>
        </w:rPr>
        <w:t>[5]</w:t>
      </w:r>
    </w:p>
    <w:p>
      <w:r>
        <w:rPr>
          <w:rFonts w:ascii="Gentium Plus" w:hAnsi="Gentium Plus"/>
          <w:sz w:val="24"/>
        </w:rPr>
        <w:t>τὰ τῶν Ἑλλήνων καὶ παντελεῖ παραδέδοται λήθῃ, τέθηλε δὲ τὰ τῶν ἁλιέων, καὶ ὁ παρὰ τούτων κηρυττόμενος Θεὸς εἶναι τῶν ὅλων πεπίστευται. Καὶ τῶν ταῦτα φρονούντων πλήρεις</w:t>
      </w:r>
    </w:p>
    <w:p>
      <w:r>
        <w:rPr>
          <w:rFonts w:ascii="Courier New" w:hAnsi="Courier New"/>
          <w:color w:val="555555"/>
          <w:sz w:val="20"/>
        </w:rPr>
        <w:t>[9 . 29]</w:t>
      </w:r>
    </w:p>
    <w:p>
      <w:r>
        <w:rPr>
          <w:rFonts w:ascii="Gentium Plus" w:hAnsi="Gentium Plus"/>
          <w:sz w:val="24"/>
        </w:rPr>
        <w:t>μὲν αἱ πόλεις, πλήρεις δὲ αἱ κῶμαι, ἐλεύθερα δὲ τοῦ πλάνου</w:t>
      </w:r>
    </w:p>
    <w:p>
      <w:r>
        <w:rPr>
          <w:rFonts w:ascii="Courier New" w:hAnsi="Courier New"/>
          <w:color w:val="555555"/>
          <w:sz w:val="20"/>
        </w:rPr>
        <w:t>[9 . 30]</w:t>
      </w:r>
    </w:p>
    <w:p>
      <w:r>
        <w:rPr>
          <w:rFonts w:ascii="Gentium Plus" w:hAnsi="Gentium Plus"/>
          <w:sz w:val="24"/>
        </w:rPr>
        <w:t>Εἰ δέ τις ὑπείληφε τὴν τῶν βασιλέων εὐσέβειαν κρατῦναι τῶν ἁλιέων τὰ δόγματα, καὶ ταύτῃ δείκνυσι τὴν τουτωνὶ τῶν δογμά‐ των ἰσχύν. Οὐ γὰρ ἂν καὶ νόμων παλαιῶν κατεφρόνησαν καὶ ξυγγραμμάτων ἀρχαίων καὶ ἔθους μακροῦ καὶ πατρῴων δογμά‐</w:t>
      </w:r>
    </w:p>
    <w:p>
      <w:r>
        <w:rPr>
          <w:rFonts w:ascii="Courier New" w:hAnsi="Courier New"/>
          <w:color w:val="555555"/>
          <w:sz w:val="20"/>
        </w:rPr>
        <w:t>[5]</w:t>
      </w:r>
    </w:p>
    <w:p>
      <w:r>
        <w:rPr>
          <w:rFonts w:ascii="Gentium Plus" w:hAnsi="Gentium Plus"/>
          <w:sz w:val="24"/>
        </w:rPr>
        <w:t>των, εἰ μὴ τῶν μὲν ἐθαύμασαν τὴν ἀλήθειαν, τῶν δὲ τὸ μυθῶδες</w:t>
      </w:r>
    </w:p>
    <w:p>
      <w:r>
        <w:rPr>
          <w:rFonts w:ascii="Courier New" w:hAnsi="Courier New"/>
          <w:color w:val="555555"/>
          <w:sz w:val="20"/>
        </w:rPr>
        <w:t>[9 . 31]</w:t>
      </w:r>
    </w:p>
    <w:p>
      <w:r>
        <w:rPr>
          <w:rFonts w:ascii="Gentium Plus" w:hAnsi="Gentium Plus"/>
          <w:sz w:val="24"/>
        </w:rPr>
        <w:t>ἐμίσησαν. Τί δήποτε δὲ μὴ τοὺς παλαιοὺς τῆς ἐκκλησίας ἐνθυ‐ μεῖσθε πολέμους; εὐπετῶς γὰρ μάλα ταύτην διαλύσετε δι’ ἐκεί‐ νων τὴν δόξαν. Εἰ γὰρ τοσοῦτοι βασιλεῖς καὶ τηλικοῦτοι, κατὰ τῆς εὐσεβείας παντὶ σθένει παραταξάμενοι καὶ μηχανὰς προσ‐</w:t>
      </w:r>
    </w:p>
    <w:p>
      <w:r>
        <w:rPr>
          <w:rFonts w:ascii="Courier New" w:hAnsi="Courier New"/>
          <w:color w:val="555555"/>
          <w:sz w:val="20"/>
        </w:rPr>
        <w:t>[5]</w:t>
      </w:r>
    </w:p>
    <w:p>
      <w:r>
        <w:rPr>
          <w:rFonts w:ascii="Gentium Plus" w:hAnsi="Gentium Plus"/>
          <w:sz w:val="24"/>
        </w:rPr>
        <w:t>ενεγκόντες παντοδαπάς, οὐδὲ βραχὺν τοῖς ταύτης περιβόλοις ἐνειργάσαντο κλόνον, ἠλίθιος ἄρα καὶ παντελῶς ἔμπληκτος ὁ μὴ θείαν ὑπολαμβάνων τῶν ἁλιέων τὴν δύναμιν, ἀλλ’ ἐκ βασιλικῆς ταύτην ηὐξῆσθαι δυναστείας νομίζων.</w:t>
      </w:r>
    </w:p>
    <w:p>
      <w:r>
        <w:rPr>
          <w:rFonts w:ascii="Courier New" w:hAnsi="Courier New"/>
          <w:color w:val="555555"/>
          <w:sz w:val="20"/>
        </w:rPr>
        <w:t>[9 . 32]</w:t>
      </w:r>
    </w:p>
    <w:p>
      <w:r>
        <w:rPr>
          <w:rFonts w:ascii="Gentium Plus" w:hAnsi="Gentium Plus"/>
          <w:sz w:val="24"/>
        </w:rPr>
        <w:t>Ἵνα δὲ τοῦτο ὑμῖν ἐκδηλότερον γένηται, τὰ παρὰ Περσῶν νῦν τολμώμενα καταμάθετε. Ποῖον γάρ τοι εἶδος σφαγῆς κατὰ τῶν εὐσεβούντων οὐκ ἐπινενόηται τούτοις; οὐκ ἐκδοραί, οὐκ ἐκτομαὶ χειρῶν καὶ ποδῶν, καὶ ὤτων καὶ ῥινῶν κολοβώσεις, καὶ δεσμοὶ</w:t>
      </w:r>
    </w:p>
    <w:p>
      <w:r>
        <w:rPr>
          <w:rFonts w:ascii="Courier New" w:hAnsi="Courier New"/>
          <w:color w:val="555555"/>
          <w:sz w:val="20"/>
        </w:rPr>
        <w:t>[5]</w:t>
      </w:r>
    </w:p>
    <w:p>
      <w:r>
        <w:rPr>
          <w:rFonts w:ascii="Gentium Plus" w:hAnsi="Gentium Plus"/>
          <w:sz w:val="24"/>
        </w:rPr>
        <w:t>πρὸς ὑπερβολὴν ὀδύνης ἐξευρημένοι, καὶ ὀρύγματα κεχριμένα μὲν εἰς ἀκρίβειαν, μυῶν δὲ τῶν μεγίστων ἀνάπλεα τοὺς δεδεμέ‐ νους θοιναζομένων; ἀλλ’ ὅμως τοσαύτας καὶ τούτων πολλαπλα‐ σίας κατὰ τῶν εὐσεβούντων τιμωρίας ἐξευρηκότες, αἰκίζονται μὲν καὶ κολοβοῦσι τὰ σώματα καὶ παντάπασι διαφθείρουσι, τὸν δέ γε</w:t>
      </w:r>
    </w:p>
    <w:p>
      <w:r>
        <w:rPr>
          <w:rFonts w:ascii="Courier New" w:hAnsi="Courier New"/>
          <w:color w:val="555555"/>
          <w:sz w:val="20"/>
        </w:rPr>
        <w:t>[9 . 33]</w:t>
      </w:r>
    </w:p>
    <w:p>
      <w:r>
        <w:rPr>
          <w:rFonts w:ascii="Gentium Plus" w:hAnsi="Gentium Plus"/>
          <w:sz w:val="24"/>
        </w:rPr>
        <w:t>τῆς πίστεως οὐ λῃστεύουσι θησαυρόν. Καὶ τοῖς μὲν ἄλλοις</w:t>
      </w:r>
    </w:p>
    <w:p>
      <w:r>
        <w:rPr>
          <w:rFonts w:ascii="Courier New" w:hAnsi="Courier New"/>
          <w:color w:val="555555"/>
          <w:sz w:val="20"/>
        </w:rPr>
        <w:t>[5]</w:t>
      </w:r>
    </w:p>
    <w:p>
      <w:r>
        <w:rPr>
          <w:rFonts w:ascii="Gentium Plus" w:hAnsi="Gentium Plus"/>
          <w:sz w:val="24"/>
        </w:rPr>
        <w:t>Ἀλλὰ κατὰ τοὺς Ζαράδου πάλαι Πέρσαι πολιτευόμενοι νόμους καὶ μητράσι καὶ ἀδελφαῖς ἀδεῶς καὶ μέντοι καὶ θυγατράσι μιγ‐ νύμενοι καὶ νόμον ἔννομον τὴν παρανομίαν νομίζοντες, ἐπειδὴ τῆς τῶν ἁλιέων νομοθεσίας ἐπήκουσαν, τοὺς μὲν Ζαράδου νόμους ὡς παρανομίαν ἐπάτησαν, τὴν εὐαγγελικὴν δὲ σωφροσύνην</w:t>
      </w:r>
    </w:p>
    <w:p>
      <w:r>
        <w:rPr>
          <w:rFonts w:ascii="Courier New" w:hAnsi="Courier New"/>
          <w:color w:val="555555"/>
          <w:sz w:val="20"/>
        </w:rPr>
        <w:t>[10]</w:t>
      </w:r>
    </w:p>
    <w:p>
      <w:r>
        <w:rPr>
          <w:rFonts w:ascii="Gentium Plus" w:hAnsi="Gentium Plus"/>
          <w:sz w:val="24"/>
        </w:rPr>
        <w:t>ἠγάπησαν· καὶ κυσὶ καὶ οἰωνοῖς τοὺς νεκροὺς προτιθέναι παρ’ ἐκείνου μεμαθηκότες, νῦν τοῦτο δρᾶν οἱ πιστεύσαντες οὐκ ἀνέχονται, ἀλλὰ τῇ γῇ κατακρύπτουσι καὶ τῶν τοῦτο δρᾶν ἀπα‐ γορευόντων οὐ φροντίζουσι νόμων οὐδὲ πεφρίκασι τὴν τῶν κολα‐ ζόντων ὠμότητα· πλέον γάρ που δεδοίκασι τὸ τοῦ Χριστοῦ</w:t>
      </w:r>
    </w:p>
    <w:p>
      <w:r>
        <w:rPr>
          <w:rFonts w:ascii="Courier New" w:hAnsi="Courier New"/>
          <w:color w:val="555555"/>
          <w:sz w:val="20"/>
        </w:rPr>
        <w:t>[15]</w:t>
      </w:r>
    </w:p>
    <w:p>
      <w:r>
        <w:rPr>
          <w:rFonts w:ascii="Gentium Plus" w:hAnsi="Gentium Plus"/>
          <w:sz w:val="24"/>
        </w:rPr>
        <w:t>δικαστήριον· καὶ τὰ ὁρώμενα γελῶντες ὀνειροπολοῦσι τὰ μὴ φαινόμενα καὶ δειμαίνουσιν. Καὶ τούσδε τοὺς νόμους παρ’ ἀνδρῶν</w:t>
      </w:r>
    </w:p>
    <w:p>
      <w:r>
        <w:rPr>
          <w:rFonts w:ascii="Courier New" w:hAnsi="Courier New"/>
          <w:color w:val="555555"/>
          <w:sz w:val="20"/>
        </w:rPr>
        <w:t>[9 . 34]</w:t>
      </w:r>
    </w:p>
    <w:p>
      <w:r>
        <w:rPr>
          <w:rFonts w:ascii="Gentium Plus" w:hAnsi="Gentium Plus"/>
          <w:sz w:val="24"/>
        </w:rPr>
        <w:t>Γαλιλαίων ἐδέξαντο· καὶ τὴν μὲν Ῥωμαίων δυναστείαν οὐκ ἔδεισαν, τῇ δὲ τοῦ σταυρωθέντος ὑπετάγησαν βασιλείᾳ· καὶ κατὰ μὲν τοὺς Ῥωμαίων πολιτεύεσθαι νόμους οὔτε Αὔγουστος αὐτοὺς κατηνάγκασεν οὔτε Τραϊανός, ὁ τὴν ἐκείνων καταλύσας ἀρχήν,</w:t>
      </w:r>
    </w:p>
    <w:p>
      <w:r>
        <w:rPr>
          <w:rFonts w:ascii="Courier New" w:hAnsi="Courier New"/>
          <w:color w:val="555555"/>
          <w:sz w:val="20"/>
        </w:rPr>
        <w:t>[5]</w:t>
      </w:r>
    </w:p>
    <w:p>
      <w:r>
        <w:rPr>
          <w:rFonts w:ascii="Gentium Plus" w:hAnsi="Gentium Plus"/>
          <w:sz w:val="24"/>
        </w:rPr>
        <w:t>τὰ δὲ Πέτρου καὶ Παύλου καὶ Ἰωάννου καὶ Ματθαίου καὶ Λουκᾶ καὶ Μάρκου ξυγγράμματα ὡς οὐρανόθεν κομισθέντα γεραίρουσι, καὶ οἱ ἰθαγενεῖς τοῖς τῶν ξένων καὶ ἐπηλύδων ὑπετάγησαν νόμοις.</w:t>
      </w:r>
    </w:p>
    <w:p>
      <w:r>
        <w:rPr>
          <w:rFonts w:ascii="Courier New" w:hAnsi="Courier New"/>
          <w:color w:val="555555"/>
          <w:sz w:val="20"/>
        </w:rPr>
        <w:t>[9 . 35]</w:t>
      </w:r>
    </w:p>
    <w:p>
      <w:r>
        <w:rPr>
          <w:rFonts w:ascii="Gentium Plus" w:hAnsi="Gentium Plus"/>
          <w:sz w:val="24"/>
        </w:rPr>
        <w:t>Καὶ Μασσαγέται δέ, τρισαθλίους ἡγούμενοι πάλαι τοὺς ἄλλως πως καὶ μὴ διὰ σφαγῆς τελευτῶντας καὶ τούτου εἵνεκα τοὺς γεγηρακότας θύειν καὶ θοινᾶσθαι ποιησάμενοι νόμον, ἐπειδὴ τῶν ἁλιευτικῶν καὶ σκυτοτομικῶν ἐπήκουσαν νόμων, ἐβδελύξαντο τὴν</w:t>
      </w:r>
    </w:p>
    <w:p>
      <w:r>
        <w:rPr>
          <w:rFonts w:ascii="Courier New" w:hAnsi="Courier New"/>
          <w:color w:val="555555"/>
          <w:sz w:val="20"/>
        </w:rPr>
        <w:t>[9 . 36]</w:t>
      </w:r>
    </w:p>
    <w:p>
      <w:r>
        <w:rPr>
          <w:rFonts w:ascii="Gentium Plus" w:hAnsi="Gentium Plus"/>
          <w:sz w:val="24"/>
        </w:rPr>
        <w:t>μυσαρὰν ταύτην ἐδωδὴν καὶ σφαγήν. Καὶ Τιβαρηνοὶ τοὺς πρεσβύ‐</w:t>
      </w:r>
    </w:p>
    <w:p>
      <w:r>
        <w:rPr>
          <w:rFonts w:ascii="Courier New" w:hAnsi="Courier New"/>
          <w:color w:val="555555"/>
          <w:sz w:val="20"/>
        </w:rPr>
        <w:t>[5]</w:t>
      </w:r>
    </w:p>
    <w:p>
      <w:r>
        <w:rPr>
          <w:rFonts w:ascii="Gentium Plus" w:hAnsi="Gentium Plus"/>
          <w:sz w:val="24"/>
        </w:rPr>
        <w:t>τεθνεώτων ἐκτρέφουσι σώμασιν, οὔτε Σκύθαι τοῖς τετελευτηκόσι ξυγκατορύττουσι ζῶντας, οὓς ἠγάπων ἐκεῖνοι. Τοσαύτην εἰργά‐ σαντο μεταβολὴν τῶν ἐθνῶν τῶν ἁλιέων οἱ νόμοι.</w:t>
      </w:r>
    </w:p>
    <w:p>
      <w:r>
        <w:rPr>
          <w:rFonts w:ascii="Courier New" w:hAnsi="Courier New"/>
          <w:color w:val="555555"/>
          <w:sz w:val="20"/>
        </w:rPr>
        <w:t>[9 . 37]</w:t>
      </w:r>
    </w:p>
    <w:p>
      <w:r>
        <w:rPr>
          <w:rFonts w:ascii="Gentium Plus" w:hAnsi="Gentium Plus"/>
          <w:sz w:val="24"/>
        </w:rPr>
        <w:t>Καὶ οὗτοι μὲν καὶ τὰ βάρβαρα ἔθνη κατὰ τοὺς σφῶν ἔπεισαν πολιτεύεσθαι νόμους· Πλάτων δὲ τῶν φιλοσόφων ὁ ἄριστος, νό‐ μους γεγραφώς, οὐδὲ Ἀθηναίους ἔπεισε τοὺς οἰκείους πολίτας κατὰ τὰς τούτων ὑποθήκας τὴν πολιτείαν ῥυθμίσαι. Καὶ μάλα γε</w:t>
      </w:r>
    </w:p>
    <w:p>
      <w:r>
        <w:rPr>
          <w:rFonts w:ascii="Courier New" w:hAnsi="Courier New"/>
          <w:color w:val="555555"/>
          <w:sz w:val="20"/>
        </w:rPr>
        <w:t>[9 . 38]</w:t>
      </w:r>
    </w:p>
    <w:p>
      <w:r>
        <w:rPr>
          <w:rFonts w:ascii="Gentium Plus" w:hAnsi="Gentium Plus"/>
          <w:sz w:val="24"/>
        </w:rPr>
        <w:t>εἰκότως· μάλα γάρ εἰσι καταγέλαστοι. Καὶ ἵνα μή τις ὑπολάβῃ με συκοφαντεῖν τὸν φιλόσοφον, ἀκούσατε, ὦ ἄνδρες, ὧν ἐκεῖνος νενομοθέτηκεν. Κελεύσας γὰρ καὶ τὰς γυναῖκας, οὐ μόνον τὰς νέας, ἀλλὰ καὶ τὰς γεγηρακυίας, γυμνάζεσθαι, εἶτα γελῶντας</w:t>
      </w:r>
    </w:p>
    <w:p>
      <w:r>
        <w:rPr>
          <w:rFonts w:ascii="Courier New" w:hAnsi="Courier New"/>
          <w:color w:val="555555"/>
          <w:sz w:val="20"/>
        </w:rPr>
        <w:t>[5]</w:t>
      </w:r>
    </w:p>
    <w:p>
      <w:r>
        <w:rPr>
          <w:rFonts w:ascii="Gentium Plus" w:hAnsi="Gentium Plus"/>
          <w:sz w:val="24"/>
        </w:rPr>
        <w:t>τοὺς προσδιαλεγομένους ἰδών, ὑπολαβὼν ἔφη· «Ὁ δὲ γελῶν ἀνὴρ ἐπὶ γυμναῖς ταῖς γυναιξὶ τοῦ βελτίστου ἕνεκα γυμναζομέ‐ ναις, ἀτελῆ τοῦ γελοίου σοφίας δρεπόμενος καρπόν, οὐδὲ οἶδεν,</w:t>
      </w:r>
    </w:p>
    <w:p>
      <w:r>
        <w:rPr>
          <w:rFonts w:ascii="Courier New" w:hAnsi="Courier New"/>
          <w:color w:val="555555"/>
          <w:sz w:val="20"/>
        </w:rPr>
        <w:t>[9 . 39]</w:t>
      </w:r>
    </w:p>
    <w:p>
      <w:r>
        <w:rPr>
          <w:rFonts w:ascii="Gentium Plus" w:hAnsi="Gentium Plus"/>
          <w:sz w:val="24"/>
        </w:rPr>
        <w:t>ὡς ἔοικεν, ἐφ’ ᾧ γελᾷ.» Καὶ πάλιν· «Ταὐτὰ δὲ καὶ περὶ θηλειῶν ὁ ἐμὸς λόγος ἂν εἴποι πάντα, ὅσαπερ καὶ περὶ τῶν ἀρρέ‐ νων, ἴσα καὶ τὰς θηλείας ἀσκεῖν δεῖν. Καὶ οὐδὲν φοβηθεὶς εἴ‐ ποιμ’ ἂν τοῦτον τὸν λόγον οὔτε ἱππικῆς οὔτε γυμναστικῆς, ὡς</w:t>
      </w:r>
    </w:p>
    <w:p>
      <w:r>
        <w:rPr>
          <w:rFonts w:ascii="Courier New" w:hAnsi="Courier New"/>
          <w:color w:val="555555"/>
          <w:sz w:val="20"/>
        </w:rPr>
        <w:t>[5]</w:t>
      </w:r>
    </w:p>
    <w:p>
      <w:r>
        <w:rPr>
          <w:rFonts w:ascii="Gentium Plus" w:hAnsi="Gentium Plus"/>
          <w:sz w:val="24"/>
        </w:rPr>
        <w:t>ἀνδράσι μὲν πρέπον ἂν εἴη, γυναιξὶ δ’ αὖ οὐκ ἂν πρέπον.» Καὶ τίς οὐκ ἂν εἰκότως τούτων ἀκούων γελάσειεν; ἡ μὲν γὰρ φύσις ἀπένειμεν ἑκατέρῳ γένει τὰ πρόσφορα, γυναιξὶ μὲν ταλασίαν,</w:t>
      </w:r>
    </w:p>
    <w:p>
      <w:r>
        <w:rPr>
          <w:rFonts w:ascii="Courier New" w:hAnsi="Courier New"/>
          <w:color w:val="555555"/>
          <w:sz w:val="20"/>
        </w:rPr>
        <w:t>[9 . 40]</w:t>
      </w:r>
    </w:p>
    <w:p>
      <w:r>
        <w:rPr>
          <w:rFonts w:ascii="Gentium Plus" w:hAnsi="Gentium Plus"/>
          <w:sz w:val="24"/>
        </w:rPr>
        <w:t>ἀνδράσι δὲ γεωργίαν καὶ πολεμικὴν ἐμπειρίαν. Ταύτῃ γάρ που τῇ διαιρέσει καὶ Ὅμηρος κέχρηται· πεποίηκε γὰρ ἐν τοῖς ἔπεσι τῇ Ἀνδρομάχῃ τὸν Ἕκτορα λέγοντα· ἀλλ’ εἰς οἶκον ἰοῦσα τὰ σαυτῆς ἔργα κόμιζε,</w:t>
      </w:r>
    </w:p>
    <w:p>
      <w:r>
        <w:rPr>
          <w:rFonts w:ascii="Courier New" w:hAnsi="Courier New"/>
          <w:color w:val="555555"/>
          <w:sz w:val="20"/>
        </w:rPr>
        <w:t>[5]</w:t>
      </w:r>
    </w:p>
    <w:p>
      <w:r>
        <w:rPr>
          <w:rFonts w:ascii="Gentium Plus" w:hAnsi="Gentium Plus"/>
          <w:sz w:val="24"/>
        </w:rPr>
        <w:t>ἱστόν τ’ ἠλακάτην τ’ ἠδ’ ἀμφιπόλοισι κέλευε ἔργον ἐποίχεσθαι· πόλεμος δ’ ἄνδρεσσι μελήσει. Ὁ δὲ φιλόσοφος οὐδὲ τὴν τῶν ποιητῶν διέγνω διαίρεσιν, ἀλλὰ καὶ γυμνάζεσθαι τὰς γυναῖκας γυμνὰς καὶ ἱππεύειν ἐκέλευσεν. Καὶ τὰ ἑξῆς δὲ ξυνομολογεῖ τοῖς προτέροις· λέγει γὰρ οὕτως·</w:t>
      </w:r>
    </w:p>
    <w:p>
      <w:r>
        <w:rPr>
          <w:rFonts w:ascii="Courier New" w:hAnsi="Courier New"/>
          <w:color w:val="555555"/>
          <w:sz w:val="20"/>
        </w:rPr>
        <w:t>[9 . 41]</w:t>
      </w:r>
    </w:p>
    <w:p>
      <w:r>
        <w:rPr>
          <w:rFonts w:ascii="Gentium Plus" w:hAnsi="Gentium Plus"/>
          <w:sz w:val="24"/>
        </w:rPr>
        <w:t>«Τὴν δὲ τοῦ τῶν γάμων χρόνου ξυμμετρίαν δικαστὴς σκοπῶν κρινέτω, γυμνοὺς μὲν τοὺς ἄρρενας, γυμνὰς δὲ ὀμφαλοῦ μέχρι θεώμενος τὰς γυναῖκας.» Ὁ δὲ ταῦτα νομοθετῶν οὐδὲ τῶν τῆς Κανδαύλου γυναικὸς λόγων ἐμνήσθη. Ἐκείνη γάρ τοι, τοῦ</w:t>
      </w:r>
    </w:p>
    <w:p>
      <w:r>
        <w:rPr>
          <w:rFonts w:ascii="Courier New" w:hAnsi="Courier New"/>
          <w:color w:val="555555"/>
          <w:sz w:val="20"/>
        </w:rPr>
        <w:t>[5]</w:t>
      </w:r>
    </w:p>
    <w:p>
      <w:r>
        <w:rPr>
          <w:rFonts w:ascii="Gentium Plus" w:hAnsi="Gentium Plus"/>
          <w:sz w:val="24"/>
        </w:rPr>
        <w:t>ἀνδρὸς γυμνὸν οἱ δεῖξαι τὸ σῶμα κελεύσαντος, μάλα ἔφη σωφρό‐ νως, ὅτι «ἀποδυομένη τὸν κιθῶνα ξυναποδύεται καὶ τὴν αἰδῶ ἡ</w:t>
      </w:r>
    </w:p>
    <w:p>
      <w:r>
        <w:rPr>
          <w:rFonts w:ascii="Courier New" w:hAnsi="Courier New"/>
          <w:color w:val="555555"/>
          <w:sz w:val="20"/>
        </w:rPr>
        <w:t>[9 . 42]</w:t>
      </w:r>
    </w:p>
    <w:p>
      <w:r>
        <w:rPr>
          <w:rFonts w:ascii="Gentium Plus" w:hAnsi="Gentium Plus"/>
          <w:sz w:val="24"/>
        </w:rPr>
        <w:t>γυνή». Τοιγαροῦν ὁ φιλόσοφος τὰς νυμφευομένας γυμνοῖ τῆς αἰδοῦς καὶ ἀναίδειαν ἐκδιδάσκει. Κἀν τῷ δεκάτῳ δὲ τῶν Νόμων τὰ παραπλήσια γέγραφεν· «Τῆς γὰρ τοιαύτης» φησί «σπουδῆς</w:t>
      </w:r>
    </w:p>
    <w:p>
      <w:r>
        <w:rPr>
          <w:rFonts w:ascii="Courier New" w:hAnsi="Courier New"/>
          <w:color w:val="555555"/>
          <w:sz w:val="20"/>
        </w:rPr>
        <w:t>[5]</w:t>
      </w:r>
    </w:p>
    <w:p>
      <w:r>
        <w:rPr>
          <w:rFonts w:ascii="Gentium Plus" w:hAnsi="Gentium Plus"/>
          <w:sz w:val="24"/>
        </w:rPr>
        <w:t>σας, κόρους τε καὶ κόρας, καὶ ἅμα δὴ θεωροῦντας καὶ θεωρου‐ μένους, μετὰ λόγου τε καὶ ἡλικίας τινὸς ἐχούσας ἐοικυίας προ‐ φάσεις, γυμνούς τε καὶ γυμνάς, μέχρι περ αἰδοῦς σώφρονος</w:t>
      </w:r>
    </w:p>
    <w:p>
      <w:r>
        <w:rPr>
          <w:rFonts w:ascii="Courier New" w:hAnsi="Courier New"/>
          <w:color w:val="555555"/>
          <w:sz w:val="20"/>
        </w:rPr>
        <w:t>[9 . 43]</w:t>
      </w:r>
    </w:p>
    <w:p>
      <w:r>
        <w:rPr>
          <w:rFonts w:ascii="Gentium Plus" w:hAnsi="Gentium Plus"/>
          <w:sz w:val="24"/>
        </w:rPr>
        <w:t>ἑκάστων.» Ἐγὼ δὲ τὴν μὲν ἐντεῦθεν φυομένην λώβην ὁρῶ, κέρδος δὲ οὐδὲν ξὺν ταύτῃ φυόμενον. Οὐ γάρ που μόνον εἰς ἀναίδειαν ἐπαιδοτριβοῦντο γυμνούμεναι καὶ γυμνοὺς ἄνδρας θεώμεναι, ἀλλὰ καὶ πολλὰς ἀλλήλοις ἀφορμὰς προὐξένουν ἀκο‐</w:t>
      </w:r>
    </w:p>
    <w:p>
      <w:r>
        <w:rPr>
          <w:rFonts w:ascii="Courier New" w:hAnsi="Courier New"/>
          <w:color w:val="555555"/>
          <w:sz w:val="20"/>
        </w:rPr>
        <w:t>[5]</w:t>
      </w:r>
    </w:p>
    <w:p>
      <w:r>
        <w:rPr>
          <w:rFonts w:ascii="Gentium Plus" w:hAnsi="Gentium Plus"/>
          <w:sz w:val="24"/>
        </w:rPr>
        <w:t>λασίας. Τῶν γὰρ δὴ γυμνῶν σωμάτων ἡ θεωρία καὶ τοὺς ἄνδρας καὶ τὰς γυναῖκας εἰς ἔρωτας ἐκτόπους ἠρέθιζεν.</w:t>
      </w:r>
    </w:p>
    <w:p>
      <w:r>
        <w:rPr>
          <w:rFonts w:ascii="Courier New" w:hAnsi="Courier New"/>
          <w:color w:val="555555"/>
          <w:sz w:val="20"/>
        </w:rPr>
        <w:t>[9 . 44]</w:t>
      </w:r>
    </w:p>
    <w:p>
      <w:r>
        <w:rPr>
          <w:rFonts w:ascii="Gentium Plus" w:hAnsi="Gentium Plus"/>
          <w:sz w:val="24"/>
        </w:rPr>
        <w:t>Ἀλλ’ ἵνα μὴ παντελῶς τὴν ἐκ τῶνδε τῶν νόμων φυομένην ἀπογυμνοῦντες βλάβην λοιδορεῖσθαι τῷ φιλοσόφῳ δόξωμεν, οὐκ ἐλέγχειν, ἐπὶ τοὺς παγκάλους τῶν γάμων μεταβῶμεν νόμους, μετρίους τοὺς ἐλέγχους ποιούμενοι. Ἀκούσωμεν τοίνυν ἐν Πολι‐</w:t>
      </w:r>
    </w:p>
    <w:p>
      <w:r>
        <w:rPr>
          <w:rFonts w:ascii="Courier New" w:hAnsi="Courier New"/>
          <w:color w:val="555555"/>
          <w:sz w:val="20"/>
        </w:rPr>
        <w:t>[5]</w:t>
      </w:r>
    </w:p>
    <w:p>
      <w:r>
        <w:rPr>
          <w:rFonts w:ascii="Gentium Plus" w:hAnsi="Gentium Plus"/>
          <w:sz w:val="24"/>
        </w:rPr>
        <w:t>τείᾳ λέγοντος· «Ἀνδρῶν τούτων ἁπάντων πάσας εἶναι γυναῖκας κοινάς, ἰδίᾳ δὲ μηδεμίαν μηδενὶ ξυνοικεῖν· καὶ τοὺς παῖδας αὖ κοινούς, καὶ μήτε γονέα ἔκγονον εἰδέναι τὸν αὑτοῦ, μήτε παῖδα</w:t>
      </w:r>
    </w:p>
    <w:p>
      <w:r>
        <w:rPr>
          <w:rFonts w:ascii="Courier New" w:hAnsi="Courier New"/>
          <w:color w:val="555555"/>
          <w:sz w:val="20"/>
        </w:rPr>
        <w:t>[9 . 45]</w:t>
      </w:r>
    </w:p>
    <w:p>
      <w:r>
        <w:rPr>
          <w:rFonts w:ascii="Gentium Plus" w:hAnsi="Gentium Plus"/>
          <w:sz w:val="24"/>
        </w:rPr>
        <w:t>γονέα.» Εἶτα ἐπιξυνάπτει· «Εἷς μὲν τοίνυν, ἦν δ’ ἐγώ, νομο‐ θέτης αὐτοῖς ὥσπερ τοὺς ἄνδρας, οὕτως καὶ τὰς γυναῖκας</w:t>
      </w:r>
    </w:p>
    <w:p>
      <w:r>
        <w:rPr>
          <w:rFonts w:ascii="Courier New" w:hAnsi="Courier New"/>
          <w:color w:val="555555"/>
          <w:sz w:val="20"/>
        </w:rPr>
        <w:t>[5]</w:t>
      </w:r>
    </w:p>
    <w:p>
      <w:r>
        <w:rPr>
          <w:rFonts w:ascii="Gentium Plus" w:hAnsi="Gentium Plus"/>
          <w:sz w:val="24"/>
        </w:rPr>
        <w:t>τοιοῦτο κεκτημένου, ὁμοῦ δὴ ἔσονται, ὁμοῦ δ’ ἀναμεμιγμένων καὶ ἐν γυμνασίοις καὶ ἐν τῇ ἄλλῃ τροφῇ, ὑπ’ ἀνάγκης, οἶμαι, τῆς ἐμφύτου ἄξονται πρὸς τὴν ἀλλήλων μῖξιν· ἢ οὐκ ἀναγκαῖά σοι δοκῶ λέγειν; —Οὐ γεωμετρικαῖς γε, ἦ δ’ ὅς, ἀλλ’ ἐρωτικαῖς ἀνάγκαις, αἳ κινδυνεύουσιν ἐκείνων δριμύτεραι εἶναι πρὸς τὸ</w:t>
      </w:r>
    </w:p>
    <w:p>
      <w:r>
        <w:rPr>
          <w:rFonts w:ascii="Courier New" w:hAnsi="Courier New"/>
          <w:color w:val="555555"/>
          <w:sz w:val="20"/>
        </w:rPr>
        <w:t>[9 . 46]</w:t>
      </w:r>
    </w:p>
    <w:p>
      <w:r>
        <w:rPr>
          <w:rFonts w:ascii="Gentium Plus" w:hAnsi="Gentium Plus"/>
          <w:sz w:val="24"/>
        </w:rPr>
        <w:t>πείθειν καὶ ἕλκειν τὸν πολὺν λεών.» Ὅτι μὲν οὖν ὁ φιλόσοφος κοινὰς εἶναι τὰς γυναῖκας ἐκέλευσε, μακρῶν οὐ δεῖ λόγων εἰς ἔλεγχον. Αὐτὸς γὰρ δὴ διαρρήδην νενομοθέτηκε καὶ τῆς κοινῆς ξυνουσίας τὴν ἀνάγκην ἐπινενόηκεν. Κοινῇ γάρ, ἔφη, οἰκοῦντες</w:t>
      </w:r>
    </w:p>
    <w:p>
      <w:r>
        <w:rPr>
          <w:rFonts w:ascii="Courier New" w:hAnsi="Courier New"/>
          <w:color w:val="555555"/>
          <w:sz w:val="20"/>
        </w:rPr>
        <w:t>[5]</w:t>
      </w:r>
    </w:p>
    <w:p>
      <w:r>
        <w:rPr>
          <w:rFonts w:ascii="Gentium Plus" w:hAnsi="Gentium Plus"/>
          <w:sz w:val="24"/>
        </w:rPr>
        <w:t>καὶ κοινῇ ἑστιώμενοι καὶ γυμναζόμενοι, ὑπὸ τῆς ἐμφύτου ἐπιθυ‐ μίας πρὸς τὴν ἀλλήλων μῖξιν ὠθήσονται. Καὶ τοῦτο δὴ κοινοὺς τοὺς τικτομένους ἀποφαίνει, ἀδεῶς ἑκάστου ταῖς προστυχούσαις ὁμιλούντων καὶ οἰκεῖά γε νομιζόντων τὰ ὑπὸ τούτων τικτόμενα.</w:t>
      </w:r>
    </w:p>
    <w:p>
      <w:r>
        <w:rPr>
          <w:rFonts w:ascii="Courier New" w:hAnsi="Courier New"/>
          <w:color w:val="555555"/>
          <w:sz w:val="20"/>
        </w:rPr>
        <w:t>[9 . 47]</w:t>
      </w:r>
    </w:p>
    <w:p>
      <w:r>
        <w:rPr>
          <w:rFonts w:ascii="Gentium Plus" w:hAnsi="Gentium Plus"/>
          <w:sz w:val="24"/>
        </w:rPr>
        <w:t>Τοῦτό τοι νενοηκὼς ὁ προσδιαλεγόμενος, τοῦ Σωκράτους εἰρηκό‐ τος· «Ἢ οὐκ ἀναγκαῖά σοι δοκῶ λέγειν;» ἐπήγαγεν· «Οὐ γεωμετρικαῖς γε, ἀλλ’ ἐρωτικαῖς ἀνάγκαις, αἳ κινδυνεύουσιν ἐκείνων δριμύτεραι εἶναι πρὸς τὸ πείθειν καὶ ἕλκειν τὸν πολὺν</w:t>
      </w:r>
    </w:p>
    <w:p>
      <w:r>
        <w:rPr>
          <w:rFonts w:ascii="Courier New" w:hAnsi="Courier New"/>
          <w:color w:val="555555"/>
          <w:sz w:val="20"/>
        </w:rPr>
        <w:t>[5]</w:t>
      </w:r>
    </w:p>
    <w:p>
      <w:r>
        <w:rPr>
          <w:rFonts w:ascii="Gentium Plus" w:hAnsi="Gentium Plus"/>
          <w:sz w:val="24"/>
        </w:rPr>
        <w:t>λεών.»</w:t>
      </w:r>
    </w:p>
    <w:p>
      <w:r>
        <w:rPr>
          <w:rFonts w:ascii="Courier New" w:hAnsi="Courier New"/>
          <w:color w:val="555555"/>
          <w:sz w:val="20"/>
        </w:rPr>
        <w:t>[9 . 48]</w:t>
      </w:r>
    </w:p>
    <w:p>
      <w:r>
        <w:rPr>
          <w:rFonts w:ascii="Gentium Plus" w:hAnsi="Gentium Plus"/>
          <w:sz w:val="24"/>
        </w:rPr>
        <w:t>Ἐγὼ δὲ τῶν νῦν τὰ Πλάτωνος ἑρμηνεύειν ἐθελόντων, μᾶλλον δὲ παρερμηνεύειν πειρωμένων, θαυμάζω τὴν ἀναίδειαν· φασὶ γὰρ αὐτὸν μὴ ξυνουσίαν νομοθετῆσαι κοινήν, ἀλλὰ φιλικὴν κοινωνίαν,</w:t>
      </w:r>
    </w:p>
    <w:p>
      <w:r>
        <w:rPr>
          <w:rFonts w:ascii="Courier New" w:hAnsi="Courier New"/>
          <w:color w:val="555555"/>
          <w:sz w:val="20"/>
        </w:rPr>
        <w:t>[5]</w:t>
      </w:r>
    </w:p>
    <w:p>
      <w:r>
        <w:rPr>
          <w:rFonts w:ascii="Gentium Plus" w:hAnsi="Gentium Plus"/>
          <w:sz w:val="24"/>
        </w:rPr>
        <w:t>γυμνασίων κοινωνοῦντες ἀλλήλοις, ὑπ’ ἀνάγκης καὶ τῆς ἐμφύ‐</w:t>
      </w:r>
    </w:p>
    <w:p>
      <w:r>
        <w:rPr>
          <w:rFonts w:ascii="Courier New" w:hAnsi="Courier New"/>
          <w:color w:val="555555"/>
          <w:sz w:val="20"/>
        </w:rPr>
        <w:t>[9 . 49]</w:t>
      </w:r>
    </w:p>
    <w:p>
      <w:r>
        <w:rPr>
          <w:rFonts w:ascii="Gentium Plus" w:hAnsi="Gentium Plus"/>
          <w:sz w:val="24"/>
        </w:rPr>
        <w:t>του ἐπιθυμίας ἄξονται πρὸς τὴν ἀλλήλων μῖξιν.» Ἀλλ’ ἴσως ἐρυθριῶντες ἐπὶ τοῖς καταγελάστοις τοῦ φιλοσόφου νόμοις, ξυγ‐ καλύπτειν πειρῶνται τοῦ διδασκάλου τὴν ἁμαρτάδα· ἀλλ’ ἔδει γε τῶν ἐκείνου λόγων ἀναμνησθῆναι, ὅτι φίλος μὲν ὁ ἀνὴρ, φίλη</w:t>
      </w:r>
    </w:p>
    <w:p>
      <w:r>
        <w:rPr>
          <w:rFonts w:ascii="Courier New" w:hAnsi="Courier New"/>
          <w:color w:val="555555"/>
          <w:sz w:val="20"/>
        </w:rPr>
        <w:t>[5]</w:t>
      </w:r>
    </w:p>
    <w:p>
      <w:r>
        <w:rPr>
          <w:rFonts w:ascii="Gentium Plus" w:hAnsi="Gentium Plus"/>
          <w:sz w:val="24"/>
        </w:rPr>
        <w:t>δὲ ἡ ἀλήθεια· ἀμφοῖν δὲ ὄντοιν φίλοιν, φίλτερον ἡ ἀλήθεια.</w:t>
      </w:r>
    </w:p>
    <w:p>
      <w:r>
        <w:rPr>
          <w:rFonts w:ascii="Courier New" w:hAnsi="Courier New"/>
          <w:color w:val="555555"/>
          <w:sz w:val="20"/>
        </w:rPr>
        <w:t>[9 . 50]</w:t>
      </w:r>
    </w:p>
    <w:p>
      <w:r>
        <w:rPr>
          <w:rFonts w:ascii="Gentium Plus" w:hAnsi="Gentium Plus"/>
          <w:sz w:val="24"/>
        </w:rPr>
        <w:t>Ἀτὰρ οὖν καὶ τῶν ἄλλων ἐπακούσωμεν νόμων· αὐτοῦ γὰρ δὴ καὶ οὗτοι· «Γυναικὶ μέν, ἦν δ’ ἐγώ, ἀρξαμένῃ ἀπὸ εἰκοσέτιδος τίκτειν τῇ πόλει· ἀνδρὶ δ’ ἐπειδὰν τὴν ὀξυτάτην δρόμου ἀκμὴν παρῇ, τὸ ἀπὸ τούτου γεννᾶν τῇ πόλει μέχρι πεντεκαιπεντηκον‐</w:t>
      </w:r>
    </w:p>
    <w:p>
      <w:r>
        <w:rPr>
          <w:rFonts w:ascii="Courier New" w:hAnsi="Courier New"/>
          <w:color w:val="555555"/>
          <w:sz w:val="20"/>
        </w:rPr>
        <w:t>[5]</w:t>
      </w:r>
    </w:p>
    <w:p>
      <w:r>
        <w:rPr>
          <w:rFonts w:ascii="Gentium Plus" w:hAnsi="Gentium Plus"/>
          <w:sz w:val="24"/>
        </w:rPr>
        <w:t>ταετοῦς.» Ἀλλὰ ταῦτα μὲν οὐ μάλα δήλην ἔχει τὴν βλάβην, τὰ δὲ ἑξῆς οὐ γέλωτος, ἀλλὰ καὶ θρήνων ἄξια καὶ πυρὸς τοὺς</w:t>
      </w:r>
    </w:p>
    <w:p>
      <w:r>
        <w:rPr>
          <w:rFonts w:ascii="Courier New" w:hAnsi="Courier New"/>
          <w:color w:val="555555"/>
          <w:sz w:val="20"/>
        </w:rPr>
        <w:t>[9 . 51]</w:t>
      </w:r>
    </w:p>
    <w:p>
      <w:r>
        <w:rPr>
          <w:rFonts w:ascii="Gentium Plus" w:hAnsi="Gentium Plus"/>
          <w:sz w:val="24"/>
        </w:rPr>
        <w:t>παγκάλους ἀναλίσκοντος νόμους· λέγει γὰρ ταῦτα· «Ὅταν δὲ αἱ γυναῖκες οἵ τε ἄνδρες τοῦ γεννᾶν ἐκβῶσι τὴν ἡλικίαν, ἀφήσομέν που ἐλευθέρους αὐτοὺς ξυγγίνεσθαι, ὡς ἂν ἐθέλωσι .., διακελευ‐</w:t>
      </w:r>
    </w:p>
    <w:p>
      <w:r>
        <w:rPr>
          <w:rFonts w:ascii="Courier New" w:hAnsi="Courier New"/>
          <w:color w:val="555555"/>
          <w:sz w:val="20"/>
        </w:rPr>
        <w:t>[5]</w:t>
      </w:r>
    </w:p>
    <w:p>
      <w:r>
        <w:rPr>
          <w:rFonts w:ascii="Gentium Plus" w:hAnsi="Gentium Plus"/>
          <w:sz w:val="24"/>
        </w:rPr>
        <w:t>ἐὰν δέ τις βιάσηται, οὕτω τιθέναι, ὡς οὐκ οὔσης τροφῆς τῷ</w:t>
      </w:r>
    </w:p>
    <w:p>
      <w:r>
        <w:rPr>
          <w:rFonts w:ascii="Courier New" w:hAnsi="Courier New"/>
          <w:color w:val="555555"/>
          <w:sz w:val="20"/>
        </w:rPr>
        <w:t>[9 . 52]</w:t>
      </w:r>
    </w:p>
    <w:p>
      <w:r>
        <w:rPr>
          <w:rFonts w:ascii="Gentium Plus" w:hAnsi="Gentium Plus"/>
          <w:sz w:val="24"/>
        </w:rPr>
        <w:t>τοιούτῳ.» Τίς Ἔχετος ἢ Φάλαρις τοιαῦτα νενομοθέτηκε; τίς δὲ τοιαύτας μιαιφονίας, ὡς ἔννομά γε δρῶν, τετόλμηκε πώποτε; διακελευσάμενος γὰρ μὴ ἐκφέρειν εἰς φῶς, ἀμβλωθριδίοις δήπου διαφθείρειν φαρμάκοις τὰ βρέφη παρεγγυᾷ, τὰ δέ γε τοῦ δηλη‐</w:t>
      </w:r>
    </w:p>
    <w:p>
      <w:r>
        <w:rPr>
          <w:rFonts w:ascii="Courier New" w:hAnsi="Courier New"/>
          <w:color w:val="555555"/>
          <w:sz w:val="20"/>
        </w:rPr>
        <w:t>[5]</w:t>
      </w:r>
    </w:p>
    <w:p>
      <w:r>
        <w:rPr>
          <w:rFonts w:ascii="Gentium Plus" w:hAnsi="Gentium Plus"/>
          <w:sz w:val="24"/>
        </w:rPr>
        <w:t>τηρίου φαρμάκου περιγενόμενα καὶ τικτόμενα οὕτω τιθέναι, ὡς μηδὲ τῆς τυχούσης ἀπολαῦσαι κηδεμονίας, ἀλλ’ ἢ λιμῷ ἢ κρυμῷ διαφθαρῆναι ἢ θηρίων γενέσθαι βοράν. Ποίαν ταῦτα ὠμότητος ὑπερβολὴν καταλείπει;</w:t>
      </w:r>
    </w:p>
    <w:p>
      <w:r>
        <w:rPr>
          <w:rFonts w:ascii="Courier New" w:hAnsi="Courier New"/>
          <w:color w:val="555555"/>
          <w:sz w:val="20"/>
        </w:rPr>
        <w:t>[9 . 53]</w:t>
      </w:r>
    </w:p>
    <w:p>
      <w:r>
        <w:rPr>
          <w:rFonts w:ascii="Gentium Plus" w:hAnsi="Gentium Plus"/>
          <w:sz w:val="24"/>
        </w:rPr>
        <w:t>Τοιαῦτα μὲν δὴ περὶ γάμου καὶ παιδοποιΐας νενομοθέτηκεν· ὁποῖα δὲ καὶ περὶ τῆς ἄλλης ἀκολασίας διέξεισιν, εὐπετὲς τῷ βουλομένῳ καταμαθεῖν. Τοὺς γὰρ τὴν παρὰ φύσιν ἀσέλγειαν ἀσπαζομένους καὶ τῇδε μακαρίους ὑπείληφε καὶ ἐκδημήσαντας</w:t>
      </w:r>
    </w:p>
    <w:p>
      <w:r>
        <w:rPr>
          <w:rFonts w:ascii="Courier New" w:hAnsi="Courier New"/>
          <w:color w:val="555555"/>
          <w:sz w:val="20"/>
        </w:rPr>
        <w:t>[5]</w:t>
      </w:r>
    </w:p>
    <w:p>
      <w:r>
        <w:rPr>
          <w:rFonts w:ascii="Gentium Plus" w:hAnsi="Gentium Plus"/>
          <w:sz w:val="24"/>
        </w:rPr>
        <w:t>ἐντεῦθεν εὐδαίμονας ἔσεσθαι εἴρηκεν· «Οὐ μικρὸν» γάρ φησιν «ἆθλον τῆς ἐρωτικῆς φέρονται. Εἰς γὰρ σκότον καὶ τὴν ὑπὸ</w:t>
      </w:r>
    </w:p>
    <w:p>
      <w:r>
        <w:rPr>
          <w:rFonts w:ascii="Courier New" w:hAnsi="Courier New"/>
          <w:color w:val="555555"/>
          <w:sz w:val="20"/>
        </w:rPr>
        <w:t>[10]</w:t>
      </w:r>
    </w:p>
    <w:p>
      <w:r>
        <w:rPr>
          <w:rFonts w:ascii="Gentium Plus" w:hAnsi="Gentium Plus"/>
          <w:sz w:val="24"/>
        </w:rPr>
        <w:t>Τούτοις δὲ ἐπιλέγει ταῦτα· «Ὦ παῖ, καὶ οὕτω σοι θεία δωρήσε‐</w:t>
      </w:r>
    </w:p>
    <w:p>
      <w:r>
        <w:rPr>
          <w:rFonts w:ascii="Courier New" w:hAnsi="Courier New"/>
          <w:color w:val="555555"/>
          <w:sz w:val="20"/>
        </w:rPr>
        <w:t>[9 . 54]</w:t>
      </w:r>
    </w:p>
    <w:p>
      <w:r>
        <w:rPr>
          <w:rFonts w:ascii="Gentium Plus" w:hAnsi="Gentium Plus"/>
          <w:sz w:val="24"/>
        </w:rPr>
        <w:t>ται ἡ παρ’ ἐραστοῦ φιλία.» Καὶ ταῦτα οὐ περὶ τῶν σωφρόνως, ἀλλὰ περὶ τῶν ἀκολάστως ἐρώντων ἔφη· καὶ ῥᾴδιον ἐκ τῶν ἐκείνου διαλόγων ταῦτα μαθεῖν. Τοιοῦτον δὲ νόμον οὔτε Νέρων ὁ Ῥωμαίων αἰσχρότατος βασιλεὺς οὔτε Σαρδανάπαλος ὁ Ἀσσύ‐</w:t>
      </w:r>
    </w:p>
    <w:p>
      <w:r>
        <w:rPr>
          <w:rFonts w:ascii="Courier New" w:hAnsi="Courier New"/>
          <w:color w:val="555555"/>
          <w:sz w:val="20"/>
        </w:rPr>
        <w:t>[5]</w:t>
      </w:r>
    </w:p>
    <w:p>
      <w:r>
        <w:rPr>
          <w:rFonts w:ascii="Gentium Plus" w:hAnsi="Gentium Plus"/>
          <w:sz w:val="24"/>
        </w:rPr>
        <w:t>ριος, ὁ ἐν ἡδοναῖς καὶ τρυφαῖς διαβόητος, οὔτε ἔγραψεν οὔτε ἐπῄνεσε πώποτε. Ἐγὼ γὰρ οἶμαι καὶ τοὺς λίαν ταῖς ἡδυπαθείαις δουλεύοντας οὐκ ἐπαινεῖν τὸ πάθος, ἀλλὰ δουλεύειν τῷ χρόνῳ,</w:t>
      </w:r>
    </w:p>
    <w:p>
      <w:r>
        <w:rPr>
          <w:rFonts w:ascii="Courier New" w:hAnsi="Courier New"/>
          <w:color w:val="555555"/>
          <w:sz w:val="20"/>
        </w:rPr>
        <w:t>[9 . 55]</w:t>
      </w:r>
    </w:p>
    <w:p>
      <w:r>
        <w:rPr>
          <w:rFonts w:ascii="Gentium Plus" w:hAnsi="Gentium Plus"/>
          <w:sz w:val="24"/>
        </w:rPr>
        <w:t>τὸ ἔθος ἕξιν ἐργασαμένους. Καὶ τί δεῖ λέγειν, ὅσα καὶ περὶ φόνων παρανόμως ἐνομοθέτησεν; Ἀθῷον μὲν γὰρ εἶναι κελεύει τὸν τὸν ἴδιον ἀναιροῦντα οἰκέτην, τὸν δὲ θυμῷ τὸν ἀλλότριον σφάττοντα τὴν τιμὴν μόνην ἐκτίνειν, τὸν δὲ θυμῷ τὸν ἐλεύθερον</w:t>
      </w:r>
    </w:p>
    <w:p>
      <w:r>
        <w:rPr>
          <w:rFonts w:ascii="Courier New" w:hAnsi="Courier New"/>
          <w:color w:val="555555"/>
          <w:sz w:val="20"/>
        </w:rPr>
        <w:t>[5]</w:t>
      </w:r>
    </w:p>
    <w:p>
      <w:r>
        <w:rPr>
          <w:rFonts w:ascii="Gentium Plus" w:hAnsi="Gentium Plus"/>
          <w:sz w:val="24"/>
        </w:rPr>
        <w:t>κτείναντα δύο μόνα φεύγειν ἔτη διαγορεύει, τὸν δὲ καὶ μετ’ ἐπι‐ βουλῆς ἀνελόντα τρία ἔτη προστάττει φεύγειν, τὸν δέ γε καὶ μετὰ τὴν φυγὴν τὰ αὐτὰ δεδρακότα ἀειφυγίᾳ ζημιοῖ μόνῃ. Παραπλήσια δὲ καὶ πατράσι παῖδας ἀνελοῦσι καὶ παισὶ πατέρας ἀπεκτονόσι καὶ ἀνδράσι γυναῖκας καὶ γυναιξὶν ἄνδρας νενομο‐</w:t>
      </w:r>
    </w:p>
    <w:p>
      <w:r>
        <w:rPr>
          <w:rFonts w:ascii="Courier New" w:hAnsi="Courier New"/>
          <w:color w:val="555555"/>
          <w:sz w:val="20"/>
        </w:rPr>
        <w:t>[10]</w:t>
      </w:r>
    </w:p>
    <w:p>
      <w:r>
        <w:rPr>
          <w:rFonts w:ascii="Gentium Plus" w:hAnsi="Gentium Plus"/>
          <w:sz w:val="24"/>
        </w:rPr>
        <w:t>θέτηκεν.</w:t>
      </w:r>
    </w:p>
    <w:p>
      <w:r>
        <w:rPr>
          <w:rFonts w:ascii="Courier New" w:hAnsi="Courier New"/>
          <w:color w:val="555555"/>
          <w:sz w:val="20"/>
        </w:rPr>
        <w:t>[9 . 56]</w:t>
      </w:r>
    </w:p>
    <w:p>
      <w:r>
        <w:rPr>
          <w:rFonts w:ascii="Gentium Plus" w:hAnsi="Gentium Plus"/>
          <w:sz w:val="24"/>
        </w:rPr>
        <w:t>Ἀλλ’ ὁ μὲν φιλόσοφος τοιούσδε νόμους ξυνέγραψε καὶ οὐδένα πέπεικεν ἀνθρώπων, οὐ πολίτην, οὐ ξένον, οὐκ ἀστόν, οὐ χωρι‐</w:t>
      </w:r>
    </w:p>
    <w:p>
      <w:r>
        <w:rPr>
          <w:rFonts w:ascii="Courier New" w:hAnsi="Courier New"/>
          <w:color w:val="555555"/>
          <w:sz w:val="20"/>
        </w:rPr>
        <w:t>[5]</w:t>
      </w:r>
    </w:p>
    <w:p>
      <w:r>
        <w:rPr>
          <w:rFonts w:ascii="Gentium Plus" w:hAnsi="Gentium Plus"/>
          <w:sz w:val="24"/>
        </w:rPr>
        <w:t>θραμμένον, οὐ λόγων ἀμύητον, κατὰ τούσδε βιῶναι τοὺς νόμους.</w:t>
      </w:r>
    </w:p>
    <w:p>
      <w:r>
        <w:rPr>
          <w:rFonts w:ascii="Courier New" w:hAnsi="Courier New"/>
          <w:color w:val="555555"/>
          <w:sz w:val="20"/>
        </w:rPr>
        <w:t>[9 . 57]</w:t>
      </w:r>
    </w:p>
    <w:p>
      <w:r>
        <w:rPr>
          <w:rFonts w:ascii="Gentium Plus" w:hAnsi="Gentium Plus"/>
          <w:sz w:val="24"/>
        </w:rPr>
        <w:t>Ἐγὼ δὲ λοιπόν, οὓς οἱ ἁλιεῖς καὶ οἱ τελῶναι καὶ ὁ σκυτοτόμος ἅπασιν ἀνθρώποις προσήνεγκαν, ἀναγνώσομαι νόμους. Ὑμεῖς δὲ τούτους κἀκείνους ἐκ παραλλήλου θέντες, τὰς θεοπρεπεῖς τούτων ἀκτῖνας θαυμάσατε.</w:t>
      </w:r>
    </w:p>
    <w:p>
      <w:r>
        <w:rPr>
          <w:rFonts w:ascii="Courier New" w:hAnsi="Courier New"/>
          <w:color w:val="555555"/>
          <w:sz w:val="20"/>
        </w:rPr>
        <w:t>[5]</w:t>
      </w:r>
    </w:p>
    <w:p>
      <w:r>
        <w:rPr>
          <w:rFonts w:ascii="Gentium Plus" w:hAnsi="Gentium Plus"/>
          <w:sz w:val="24"/>
        </w:rPr>
        <w:t>Ὁ μὲν οὖν φιλόσοφος καὶ τὴν ἀκόλαστον παιδεραστίαν ἐθαύ‐ μασε καὶ τὰ τρισόλβια ταύτης ἐπιδέδειχεν ἆθλα· ὁ δὲ Σωτὴρ ὁ ἡμέτερος οὐ μόνον τὴν ἀκόλαστον πρᾶξιν, ἀλλὰ καὶ τὴν ὄψιν τὴν τοιαύτην κολάζει· «Ὁ ἐμβλέψας» γὰρ ἔφη «γυναικὶ πρὸς τὸ ἐπιθυμῆσαι αὐτῆς, ἤδη ἐμοίχευσεν αὐτὴν ἐν τῇ καρδίᾳ αὑτοῦ.»</w:t>
      </w:r>
    </w:p>
    <w:p>
      <w:r>
        <w:rPr>
          <w:rFonts w:ascii="Courier New" w:hAnsi="Courier New"/>
          <w:color w:val="555555"/>
          <w:sz w:val="20"/>
        </w:rPr>
        <w:t>[9 . 58]</w:t>
      </w:r>
    </w:p>
    <w:p>
      <w:r>
        <w:rPr>
          <w:rFonts w:ascii="Gentium Plus" w:hAnsi="Gentium Plus"/>
          <w:sz w:val="24"/>
        </w:rPr>
        <w:t>Καὶ ὁ μὲν ἀδεῶς καὶ ταῖς ἀλλοτρίαις κοινωνεῖν ἐνομοθέτησε γυναιξίν· ὁ δὲ τῆς φύσεως ποιητής, ἐπειδὴ καὶ δημιουργῶν τῶν ἀνθρώπων τὴν φύσιν ἕνα ἐξ ἀρχῆς ἄνδρα καὶ μίαν γυναῖκα διέπλασε, καὶ τὸ διαλύειν ἀπαγορεύει τὸν γάμον, μίαν δὲ μόνην</w:t>
      </w:r>
    </w:p>
    <w:p>
      <w:r>
        <w:rPr>
          <w:rFonts w:ascii="Courier New" w:hAnsi="Courier New"/>
          <w:color w:val="555555"/>
          <w:sz w:val="20"/>
        </w:rPr>
        <w:t>[5]</w:t>
      </w:r>
    </w:p>
    <w:p>
      <w:r>
        <w:rPr>
          <w:rFonts w:ascii="Gentium Plus" w:hAnsi="Gentium Plus"/>
          <w:sz w:val="24"/>
        </w:rPr>
        <w:t>ἀφορμὴν διαλύσεως ἔδωκε, τὴν ἀληθῶς διασπῶσαν τὴν ζεύγλην· «Πᾶς» γάρ φησιν «ὁ ἀπολύων τὴν γυναῖκα αὐτοῦ, παρεκτὸς</w:t>
      </w:r>
    </w:p>
    <w:p>
      <w:r>
        <w:rPr>
          <w:rFonts w:ascii="Courier New" w:hAnsi="Courier New"/>
          <w:color w:val="555555"/>
          <w:sz w:val="20"/>
        </w:rPr>
        <w:t>[9 . 59]</w:t>
      </w:r>
    </w:p>
    <w:p>
      <w:r>
        <w:rPr>
          <w:rFonts w:ascii="Gentium Plus" w:hAnsi="Gentium Plus"/>
          <w:sz w:val="24"/>
        </w:rPr>
        <w:t>γαμῶν μοιχᾶται.» Διὰ δὲ τούτων πάντα φέρειν κελεύει τὰ τῆς γυναικὸς ἐλαττώματα, κἂν λάλος ᾖ, κἂν μέθυσος, κἂν εἰς λοιδο‐ ρίαν προχειροτάτη· εἰ δὲ τοῦ γάμου παραλύσει τοὺς νόμους καὶ πρὸς ἕτερον ἴδοι, τηνικαῦτα λύειν κελεύει τὴν ζεύγλην. Τοιαῦτα</w:t>
      </w:r>
    </w:p>
    <w:p>
      <w:r>
        <w:rPr>
          <w:rFonts w:ascii="Courier New" w:hAnsi="Courier New"/>
          <w:color w:val="555555"/>
          <w:sz w:val="20"/>
        </w:rPr>
        <w:t>[9 . 60]</w:t>
      </w:r>
    </w:p>
    <w:p>
      <w:r>
        <w:rPr>
          <w:rFonts w:ascii="Gentium Plus" w:hAnsi="Gentium Plus"/>
          <w:sz w:val="24"/>
        </w:rPr>
        <w:t>δὲ πάλιν καὶ διὰ τοῦ σκυτοτόμου νενομοθέτηκε· καὶ Κορινθίοις ἐπιστέλλων ἐκεῖνος πᾶσιν ἀνθρώποις τοὺς νόμους προσήνεγκεν· «Καλὸν» γὰρ ἔφη «γυναικὸς μὴ ἅπτεσθαι· διὰ δὲ τὰς πορνείας ἕκαστος τὴν ἑαυτοῦ γυναῖκα ἐχέτω, καὶ ἑκάστη τὸν ἴδιον ἄνδρα</w:t>
      </w:r>
    </w:p>
    <w:p>
      <w:r>
        <w:rPr>
          <w:rFonts w:ascii="Courier New" w:hAnsi="Courier New"/>
          <w:color w:val="555555"/>
          <w:sz w:val="20"/>
        </w:rPr>
        <w:t>[5]</w:t>
      </w:r>
    </w:p>
    <w:p>
      <w:r>
        <w:rPr>
          <w:rFonts w:ascii="Gentium Plus" w:hAnsi="Gentium Plus"/>
          <w:sz w:val="24"/>
        </w:rPr>
        <w:t>ἐχέτω.» Ὁρᾶτε, ὅσον τῶν τοῦ φιλοσόφου καὶ τῶν τοῦ σκυτοτό‐ μου νόμων ἐστὶ τὸ διάφορον; Οὗτος μὲν γὰρ καὶ ἑκάστῃ γυναικὶ τὸν ἴδιον ἄνδρα ἔχειν καὶ ἑκάστῳ ἀνδρὶ τὴν ἰδίαν γυναῖκα προσέταξεν· ἐκεῖνος δὲ τῶν ἀνδρῶν ἁπάντων ἁπάσας εἶναι τὰς γυναῖκας κοινάς.</w:t>
      </w:r>
    </w:p>
    <w:p>
      <w:r>
        <w:rPr>
          <w:rFonts w:ascii="Courier New" w:hAnsi="Courier New"/>
          <w:color w:val="555555"/>
          <w:sz w:val="20"/>
        </w:rPr>
        <w:t>[9 . 61]</w:t>
      </w:r>
    </w:p>
    <w:p>
      <w:r>
        <w:rPr>
          <w:rFonts w:ascii="Gentium Plus" w:hAnsi="Gentium Plus"/>
          <w:sz w:val="24"/>
        </w:rPr>
        <w:t>Καὶ περὶ ἐγκρατείας δὲ νόμους τιθείς, οὔτε τῇ γυναικὶ ξυγχωρεῖ τὴν τοῦ ἀνδρὸς ὁμιλίαν φυγεῖν, ἐκείνου τοῦτο μὴ στέργοντος, οὔτε τὸν ἄνδρα, μὴ ξυμφωνούσης τῆς γυναικός· «Ἡ γυνὴ» γάρ φησι «τοῦ ἰδίου σώματος οὐκ ἐξουσιάζει, ἀλλ’ ὁ ἀνήρ· ὁμοίως</w:t>
      </w:r>
    </w:p>
    <w:p>
      <w:r>
        <w:rPr>
          <w:rFonts w:ascii="Courier New" w:hAnsi="Courier New"/>
          <w:color w:val="555555"/>
          <w:sz w:val="20"/>
        </w:rPr>
        <w:t>[5]</w:t>
      </w:r>
    </w:p>
    <w:p>
      <w:r>
        <w:rPr>
          <w:rFonts w:ascii="Gentium Plus" w:hAnsi="Gentium Plus"/>
          <w:sz w:val="24"/>
        </w:rPr>
        <w:t>δὲ καὶ ὁ ἀνὴρ τοῦ ἰδίου σώματος οὐκ ἐξουσιάζει, ἀλλ’ ἡ γυνή· μὴ ἀποστερεῖτε ἀλλήλους, εἰ μή τι ἂν ἐκ συμφώνου.» Στέρεσθαι γὰρ ὑπολαμβάνει τῆς ἐξουσίας ὁ παρὰ γνώμην μετιὼν τὴν</w:t>
      </w:r>
    </w:p>
    <w:p>
      <w:r>
        <w:rPr>
          <w:rFonts w:ascii="Courier New" w:hAnsi="Courier New"/>
          <w:color w:val="555555"/>
          <w:sz w:val="20"/>
        </w:rPr>
        <w:t>[9 . 62]</w:t>
      </w:r>
    </w:p>
    <w:p>
      <w:r>
        <w:rPr>
          <w:rFonts w:ascii="Gentium Plus" w:hAnsi="Gentium Plus"/>
          <w:sz w:val="24"/>
        </w:rPr>
        <w:t>ἐγκράτειαν. Εἶτα κατ’ ὀλίγον ἐπὶ τὰ τέλεια ποδηγῶν ἐπήγαγεν· «Πρὸς καιρόν, ἵνα σχολάσητε τῇ νηστείᾳ καὶ τῇ προσευχῇ, καὶ πάλιν ἐπὶ τὸ αὐτὸ συνέρχησθε.» Οὕτω δὲ μετρήσας τῇ φύσει τοὺς νόμους, λέγει καὶ τὴν αἰτίαν· «Ἵνα μὴ πειράζῃ ὑμᾶς ὁ</w:t>
      </w:r>
    </w:p>
    <w:p>
      <w:r>
        <w:rPr>
          <w:rFonts w:ascii="Courier New" w:hAnsi="Courier New"/>
          <w:color w:val="555555"/>
          <w:sz w:val="20"/>
        </w:rPr>
        <w:t>[5]</w:t>
      </w:r>
    </w:p>
    <w:p>
      <w:r>
        <w:rPr>
          <w:rFonts w:ascii="Gentium Plus" w:hAnsi="Gentium Plus"/>
          <w:sz w:val="24"/>
        </w:rPr>
        <w:t>Σατανᾶς.» Καὶ διδάσκων, ὡς παρ’ ἡμῶν ἐκεῖνος λαμβάνει τὰς</w:t>
      </w:r>
    </w:p>
    <w:p>
      <w:r>
        <w:rPr>
          <w:rFonts w:ascii="Courier New" w:hAnsi="Courier New"/>
          <w:color w:val="555555"/>
          <w:sz w:val="20"/>
        </w:rPr>
        <w:t>[9 . 63]</w:t>
      </w:r>
    </w:p>
    <w:p>
      <w:r>
        <w:rPr>
          <w:rFonts w:ascii="Gentium Plus" w:hAnsi="Gentium Plus"/>
          <w:sz w:val="24"/>
        </w:rPr>
        <w:t>ἀφορμάς, ἐπήγαγεν· «Διὰ τὴν ἀκρασίαν ὑμῶν.» Καὶ περὶ</w:t>
      </w:r>
    </w:p>
    <w:p>
      <w:r>
        <w:rPr>
          <w:rFonts w:ascii="Courier New" w:hAnsi="Courier New"/>
          <w:color w:val="555555"/>
          <w:sz w:val="20"/>
        </w:rPr>
        <w:t>[5]</w:t>
      </w:r>
    </w:p>
    <w:p>
      <w:r>
        <w:rPr>
          <w:rFonts w:ascii="Gentium Plus" w:hAnsi="Gentium Plus"/>
          <w:sz w:val="24"/>
        </w:rPr>
        <w:t>τοῦ κόσμου, πῶς ἀρέσῃ τῇ γυναικί.» Ταὐτὰ δὲ καὶ περὶ γυναι‐ κῶν ἔφη, διδάσκων, ὡς ἡ παρθενία προξενεῖ βίον φροντίδων ἐλεύθερον.</w:t>
      </w:r>
    </w:p>
    <w:p>
      <w:r>
        <w:rPr>
          <w:rFonts w:ascii="Courier New" w:hAnsi="Courier New"/>
          <w:color w:val="555555"/>
          <w:sz w:val="20"/>
        </w:rPr>
        <w:t>[9 . 64]</w:t>
      </w:r>
    </w:p>
    <w:p>
      <w:r>
        <w:rPr>
          <w:rFonts w:ascii="Gentium Plus" w:hAnsi="Gentium Plus"/>
          <w:sz w:val="24"/>
        </w:rPr>
        <w:t>Θαυμάσατε, ὦ ἄνδρες, τοῦ σκυτοτόμου τὴν γλῶτταν καὶ τὸν διὰ ταύτης φθεγξάμενον προσκυνήσατε. Εἰ δὲ βούλεσθε, καὶ τοὺς φονικοὺς καταμάθετε νόμους. Ὁ μὲν γὰρ φιλόσοφος οὐδὲ τὸν ἀπεκτονότα πατέρα τὴν ἴσην ὑποσχεῖν τιμωρίαν ἐκέλευσεν, ὁ δὲ</w:t>
      </w:r>
    </w:p>
    <w:p>
      <w:r>
        <w:rPr>
          <w:rFonts w:ascii="Courier New" w:hAnsi="Courier New"/>
          <w:color w:val="555555"/>
          <w:sz w:val="20"/>
        </w:rPr>
        <w:t>[5]</w:t>
      </w:r>
    </w:p>
    <w:p>
      <w:r>
        <w:rPr>
          <w:rFonts w:ascii="Gentium Plus" w:hAnsi="Gentium Plus"/>
          <w:sz w:val="24"/>
        </w:rPr>
        <w:t>Σωτὴρ ὁ ἡμέτερος καὶ λοιδορίαν κολάζει παρὰ καιρὸν γινομένην καὶ θυμὸν ἀδίκως κινούμενον· «Πᾶς» γὰρ ἔφη «ὁ ὀργιζόμενος τῷ ἀδελφῷ αὐτοῦ εἰκῇ ἔνοχος ἔσται τῇ κρίσει· ὃς δ’ ἂν εἴπῃ ῥακά, ἔνοχος ἔσται τῷ συνεδρίῳ· ὃς δ’ ἂν εἴπῃ μωρέ, ἔνοχος ἔσται εἰς</w:t>
      </w:r>
    </w:p>
    <w:p>
      <w:r>
        <w:rPr>
          <w:rFonts w:ascii="Courier New" w:hAnsi="Courier New"/>
          <w:color w:val="555555"/>
          <w:sz w:val="20"/>
        </w:rPr>
        <w:t>[9 . 65]</w:t>
      </w:r>
    </w:p>
    <w:p>
      <w:r>
        <w:rPr>
          <w:rFonts w:ascii="Gentium Plus" w:hAnsi="Gentium Plus"/>
          <w:sz w:val="24"/>
        </w:rPr>
        <w:t>τὴν γέενναν τοῦ πυρός.» Καὶ λόγων δὲ ἀργῶν εὐθύνας ἀπαιτήσειν ἠπείλησεν. Καὶ οὐ μόνον τοὺς φίλους εὐεργετεῖν, ἀλλὰ καὶ τοὺς ἐχθροὺς ἐκέλευσεν εὖ ποιεῖν· «Ἀγαπᾶτε» γὰρ ἔφη «τοὺς ἐχθροὺς ὑμῶν καὶ εὔχεσθε ὑπὲρ τῶν διωκόντων ὑμᾶς.» Εἶτα</w:t>
      </w:r>
    </w:p>
    <w:p>
      <w:r>
        <w:rPr>
          <w:rFonts w:ascii="Courier New" w:hAnsi="Courier New"/>
          <w:color w:val="555555"/>
          <w:sz w:val="20"/>
        </w:rPr>
        <w:t>[5]</w:t>
      </w:r>
    </w:p>
    <w:p>
      <w:r>
        <w:rPr>
          <w:rFonts w:ascii="Gentium Plus" w:hAnsi="Gentium Plus"/>
          <w:sz w:val="24"/>
        </w:rPr>
        <w:t>καὶ δείκνυσιν ἆθλον τὴν τῶν ἀγωνιζομένων ὑπερβαῖνον ἀξίαν· ἔφη γάρ· «Ἵνα γένησθε υἱοὶ τοῦ πατρὸς ὑμῶν τοῦ ἐν οὐρανοῖς· ὅτι ἀνατέλλει τὸν ἥλιον αὐτοῦ ἐπὶ πονηροὺς καὶ ἀγαθοὺς καὶ</w:t>
      </w:r>
    </w:p>
    <w:p>
      <w:r>
        <w:rPr>
          <w:rFonts w:ascii="Courier New" w:hAnsi="Courier New"/>
          <w:color w:val="555555"/>
          <w:sz w:val="20"/>
        </w:rPr>
        <w:t>[9 . 66]</w:t>
      </w:r>
    </w:p>
    <w:p>
      <w:r>
        <w:rPr>
          <w:rFonts w:ascii="Gentium Plus" w:hAnsi="Gentium Plus"/>
          <w:sz w:val="24"/>
        </w:rPr>
        <w:t>βρέχει ἐπὶ δικαίους καὶ ἀδίκους.» Καὶ περὶ ὅρκων δὲ νόμους τιθείς, καὶ αὐτοὺς ἀπαγορεύει τοὺς ὅρκους, ἀποχρῆν λέγων τὸ</w:t>
      </w:r>
    </w:p>
    <w:p>
      <w:r>
        <w:rPr>
          <w:rFonts w:ascii="Courier New" w:hAnsi="Courier New"/>
          <w:color w:val="555555"/>
          <w:sz w:val="20"/>
        </w:rPr>
        <w:t>[5]</w:t>
      </w:r>
    </w:p>
    <w:p>
      <w:r>
        <w:rPr>
          <w:rFonts w:ascii="Gentium Plus" w:hAnsi="Gentium Plus"/>
          <w:sz w:val="24"/>
        </w:rPr>
        <w:t>«μὴ ἀποτάξηται πᾶσι τοῖς ὑπάρχουσιν αὐτοῦ, οὐ δύναταί μου εἶναι μαθητής.» Ἀλλ’ ὅμως καὶ οὕτως ἀκριβῆ πολιτείαν νομο‐ θετῶν, οὐδέν τι τερπνὸν κατὰ τόνδε τὸν βίον ἢ θυμῆρες δώσειν ὑπέσχετο, ἀλλὰ πενίαν καὶ ταλαιπωρίαν καὶ λοιδορίας καὶ μάστι‐ γας καὶ διαφόρους σφαγάς· «Ἐν τῷ κόσμῳ» γὰρ ἔφη «θλίψιν</w:t>
      </w:r>
    </w:p>
    <w:p>
      <w:r>
        <w:rPr>
          <w:rFonts w:ascii="Courier New" w:hAnsi="Courier New"/>
          <w:color w:val="555555"/>
          <w:sz w:val="20"/>
        </w:rPr>
        <w:t>[10]</w:t>
      </w:r>
    </w:p>
    <w:p>
      <w:r>
        <w:rPr>
          <w:rFonts w:ascii="Gentium Plus" w:hAnsi="Gentium Plus"/>
          <w:sz w:val="24"/>
        </w:rPr>
        <w:t>ἔχετε» καί· «Μακάριοί ἐστε, ὅταν ὀνειδίσωσιν ὑμᾶς καὶ διώξωσι καὶ εἴπωσι πᾶν πονηρὸν ῥῆμα καθ’ ὑμῶν ψευδόμενοι ἕνεκεν ἐμοῦ· χαίρετε καὶ ἀγαλλιᾶσθε, ὅτι ὁ μισθὸς ὑμῶν πολὺς ἐν τοῖς</w:t>
      </w:r>
    </w:p>
    <w:p>
      <w:r>
        <w:rPr>
          <w:rFonts w:ascii="Courier New" w:hAnsi="Courier New"/>
          <w:color w:val="555555"/>
          <w:sz w:val="20"/>
        </w:rPr>
        <w:t>[9 . 67]</w:t>
      </w:r>
    </w:p>
    <w:p>
      <w:r>
        <w:rPr>
          <w:rFonts w:ascii="Gentium Plus" w:hAnsi="Gentium Plus"/>
          <w:sz w:val="24"/>
        </w:rPr>
        <w:t>οὐρανοῖς.» Καὶ τοὺς μὲν πόνους καὶ κινδύνους ἐπέδειξε, τὰ δὲ βραβεῖα καὶ τοὺς στεφάνους μετὰ τοῦ βίου τὸ τέλος ἀποδώσειν ὑπέσχετο. Καὶ ἐν ἑτέρῳ δὲ χωρίῳ φησίν· «Εἰ ἐμὲ ἐδίωξαν, καὶ ὑμᾶς διώξουσιν· εἰ τὸν ἐμὸν λόγον ἐτήρησαν, καὶ τὸν ὑμέτερον</w:t>
      </w:r>
    </w:p>
    <w:p>
      <w:r>
        <w:rPr>
          <w:rFonts w:ascii="Courier New" w:hAnsi="Courier New"/>
          <w:color w:val="555555"/>
          <w:sz w:val="20"/>
        </w:rPr>
        <w:t>[5]</w:t>
      </w:r>
    </w:p>
    <w:p>
      <w:r>
        <w:rPr>
          <w:rFonts w:ascii="Gentium Plus" w:hAnsi="Gentium Plus"/>
          <w:sz w:val="24"/>
        </w:rPr>
        <w:t>τηρήσουσιν.» Καὶ πάλιν· «Εἰ τὸν οἰκοδεσπότην Βεελζεβοὺλ ἐπεκάλεσαν, πόσῳ μᾶλλον τοὺς οἰκιακοὺς αὐτοῦ.»</w:t>
      </w:r>
    </w:p>
    <w:p>
      <w:r>
        <w:rPr>
          <w:rFonts w:ascii="Courier New" w:hAnsi="Courier New"/>
          <w:color w:val="555555"/>
          <w:sz w:val="20"/>
        </w:rPr>
        <w:t>[9 . 68]</w:t>
      </w:r>
    </w:p>
    <w:p>
      <w:r>
        <w:rPr>
          <w:rFonts w:ascii="Gentium Plus" w:hAnsi="Gentium Plus"/>
          <w:sz w:val="24"/>
        </w:rPr>
        <w:t>Οἱ μὲν δὴ νόμοι τοιοῦτοι· ἄξιον δὲ ἀληθῶς καὶ τοὺς θεσπε‐ σίους ἄνδρας ἐκείνους θαυμάσαι καὶ τοὺς ἐκείνοις πεπιστευκότας. Τοιῶνδε γὰρ λόγων ἀκούοντες καὶ οὔτε πλοῦτον οὔτε δυναστείαν οὔτε σώματος ῥώμην παρὰ τοῦ κεκληκότος δεξάμενοι, ἀλλὰ</w:t>
      </w:r>
    </w:p>
    <w:p>
      <w:r>
        <w:rPr>
          <w:rFonts w:ascii="Courier New" w:hAnsi="Courier New"/>
          <w:color w:val="555555"/>
          <w:sz w:val="20"/>
        </w:rPr>
        <w:t>[5]</w:t>
      </w:r>
    </w:p>
    <w:p>
      <w:r>
        <w:rPr>
          <w:rFonts w:ascii="Gentium Plus" w:hAnsi="Gentium Plus"/>
          <w:sz w:val="24"/>
        </w:rPr>
        <w:t>μακραῖς καὶ ταύταις οὐ φαινομέναις ἐπαγγελίαις πεπιστευκότες, καὶ τοὺς πόνους ἠσπάσαντο καὶ τῶν κινδύνων ἠνέσχοντο καὶ τὴν οἰκουμένην περινοστήσαντες τοῖς ἔθνεσι προσήνεγκαν τὰ μαθή‐</w:t>
      </w:r>
    </w:p>
    <w:p>
      <w:r>
        <w:rPr>
          <w:rFonts w:ascii="Courier New" w:hAnsi="Courier New"/>
          <w:color w:val="555555"/>
          <w:sz w:val="20"/>
        </w:rPr>
        <w:t>[9 . 69]</w:t>
      </w:r>
    </w:p>
    <w:p>
      <w:r>
        <w:rPr>
          <w:rFonts w:ascii="Gentium Plus" w:hAnsi="Gentium Plus"/>
          <w:sz w:val="24"/>
        </w:rPr>
        <w:t>ματα. Οὐδὲν δὲ ἧττον καὶ τοὺς δεξαμένους εὐφημῆσαι προσήκει, ὅτι παρὰ τοῖς κήρυξιν οὐδὲν περιφανὲς ὁρῶντες οὐδὲ περίβλεπτον,</w:t>
      </w:r>
    </w:p>
    <w:p>
      <w:r>
        <w:rPr>
          <w:rFonts w:ascii="Courier New" w:hAnsi="Courier New"/>
          <w:color w:val="555555"/>
          <w:sz w:val="20"/>
        </w:rPr>
        <w:t>[5]</w:t>
      </w:r>
    </w:p>
    <w:p>
      <w:r>
        <w:rPr>
          <w:rFonts w:ascii="Gentium Plus" w:hAnsi="Gentium Plus"/>
          <w:sz w:val="24"/>
        </w:rPr>
        <w:t>ταύτην εἶχον, οἵ γε καὶ τὸ μεριμνᾶν περὶ τῆς αὔριον νόμῳ κεκω‐ λυμένοι; —οὐ μόνον τοῖς λεγομένοις ἐπίστευσαν, ἀλλὰ καὶ τῶν παρ’ αὐτοῖς πολιτευομένων κατεφρόνησαν νόμων καὶ τῶν ἐθῶν τῶν πατρῴων ἐξέστησαν καὶ μετὰ κινδύνων καὶ αὐτοὶ τὸν λοιπὸν ἐβίωσαν χρόνον, ὁμοίως μὲν τοῖς διδασκάλοις κηρύττοντες,</w:t>
      </w:r>
    </w:p>
    <w:p>
      <w:r>
        <w:rPr>
          <w:rFonts w:ascii="Courier New" w:hAnsi="Courier New"/>
          <w:color w:val="555555"/>
          <w:sz w:val="20"/>
        </w:rPr>
        <w:t>[10]</w:t>
      </w:r>
    </w:p>
    <w:p>
      <w:r>
        <w:rPr>
          <w:rFonts w:ascii="Gentium Plus" w:hAnsi="Gentium Plus"/>
          <w:sz w:val="24"/>
        </w:rPr>
        <w:t>ὁμοίως δὲ παροινούμενοι καὶ προπηλακιζόμενοι καὶ διὰ τῶν ἴσων</w:t>
      </w:r>
    </w:p>
    <w:p>
      <w:r>
        <w:rPr>
          <w:rFonts w:ascii="Courier New" w:hAnsi="Courier New"/>
          <w:color w:val="555555"/>
          <w:sz w:val="20"/>
        </w:rPr>
        <w:t>[9 . 70]</w:t>
      </w:r>
    </w:p>
    <w:p>
      <w:r>
        <w:rPr>
          <w:rFonts w:ascii="Gentium Plus" w:hAnsi="Gentium Plus"/>
          <w:sz w:val="24"/>
        </w:rPr>
        <w:t>κλυδωνίων ὁδεύοντες. Τοσοῦτο δὲ σέβας τῶν μέχρι θανάτου κεκινδυνευκότων καὶ εἶχον ἐκεῖνοι, καὶ μὲν δὴ καὶ ἔχουσιν ἅπαντες, ὡς τὰς ἐκείνων γε θήκας θησαυροὺς ὑπολαμβάνειν ἀγαθῶν παντοδαπῶν χορηγούς.</w:t>
      </w:r>
    </w:p>
    <w:p>
      <w:r>
        <w:rPr>
          <w:rFonts w:ascii="Courier New" w:hAnsi="Courier New"/>
          <w:color w:val="555555"/>
          <w:sz w:val="20"/>
        </w:rPr>
        <w:t>[9 . 71]</w:t>
      </w:r>
    </w:p>
    <w:p>
      <w:r>
        <w:rPr>
          <w:rFonts w:ascii="Gentium Plus" w:hAnsi="Gentium Plus"/>
          <w:sz w:val="24"/>
        </w:rPr>
        <w:t>Ἀθρήσατε δὴ οὖν, ὦ ἄνδρες, τῶνδε τῶν νόμων τὴν δύναμιν. Τούτους γὰρ καὶ Ῥωμαῖοι καὶ Πέρσαι καὶ οἱ τῆς τούτων ἡγε‐ μονίας ἔξω τελοῦντες καταλῦσαι λίαν ἐσπουδακότες, τὴν μὲν οἰκείαν ἀσθένειαν ἔδειξαν, τὴν δὲ τούτων ἰσχὺν ἐκδηλοτέραν</w:t>
      </w:r>
    </w:p>
    <w:p>
      <w:r>
        <w:rPr>
          <w:rFonts w:ascii="Courier New" w:hAnsi="Courier New"/>
          <w:color w:val="555555"/>
          <w:sz w:val="20"/>
        </w:rPr>
        <w:t>[5]</w:t>
      </w:r>
    </w:p>
    <w:p>
      <w:r>
        <w:rPr>
          <w:rFonts w:ascii="Gentium Plus" w:hAnsi="Gentium Plus"/>
          <w:sz w:val="24"/>
        </w:rPr>
        <w:t>ἀπέφηναν. Τοῖς δὲ Λυκούργου καὶ Σόλωνος οὐδεὶς ἐπολέμησε νόμοις, ἀλλ’ αὐτόματοι κατελύθησαν. Καὶ οὔτε ὁ Πύθιος οὔτε</w:t>
      </w:r>
    </w:p>
    <w:p>
      <w:r>
        <w:rPr>
          <w:rFonts w:ascii="Courier New" w:hAnsi="Courier New"/>
          <w:color w:val="555555"/>
          <w:sz w:val="20"/>
        </w:rPr>
        <w:t>[9 . 72]</w:t>
      </w:r>
    </w:p>
    <w:p>
      <w:r>
        <w:rPr>
          <w:rFonts w:ascii="Gentium Plus" w:hAnsi="Gentium Plus"/>
          <w:sz w:val="24"/>
        </w:rPr>
        <w:t>ἡ Πολιὰς τοὺς ὑπὸ σφῶν τεθέντας ἐκράτυναν νόμους, εὐθὺς δέ γε Ῥωμαίων προστεταχότων ἐσβέσθησαν. Δειξάτω τις ὑμῶν, ὦ ἄνδρες, ἕνα γοῦν Σπαρτιάτην ὑπὲρ τῶν Λυκούργου νόμων ἀπο‐ θανεῖν ἀνασχόμενον, ἢ ἕνα Ἀθηναῖον ὑπὲρ τῶν Σόλωνος, ἢ ὑπὲρ</w:t>
      </w:r>
    </w:p>
    <w:p>
      <w:r>
        <w:rPr>
          <w:rFonts w:ascii="Courier New" w:hAnsi="Courier New"/>
          <w:color w:val="555555"/>
          <w:sz w:val="20"/>
        </w:rPr>
        <w:t>[5]</w:t>
      </w:r>
    </w:p>
    <w:p>
      <w:r>
        <w:rPr>
          <w:rFonts w:ascii="Gentium Plus" w:hAnsi="Gentium Plus"/>
          <w:sz w:val="24"/>
        </w:rPr>
        <w:t>τῶν Ζαλεύκου Λοκρόν, ἢ Κρῆτα ὑπὲρ τῶν Μίνωος· ἀλλ’ οὐκ ἄν τις ὑμῶν τοῦτό γε δείξειεν· ἡμεῖς δὲ δείκνυμεν ὑπὲρ τῶν ἁλιευτικῶν καὶ σκυτοτομικῶν νόμων πολλὰς καὶ ἀνδρῶν καὶ γυναικῶν ἀνασχομένας ἀποθανεῖν μυριάδας· καὶ μάρτυρες οἱ τῶν μαρτύρων σηκοὶ παὶ πόλεις λαμπρύνοντες καὶ χώρας φαιδρύ‐</w:t>
      </w:r>
    </w:p>
    <w:p>
      <w:r>
        <w:rPr>
          <w:rFonts w:ascii="Courier New" w:hAnsi="Courier New"/>
          <w:color w:val="555555"/>
          <w:sz w:val="20"/>
        </w:rPr>
        <w:t>[10]</w:t>
      </w:r>
    </w:p>
    <w:p>
      <w:r>
        <w:rPr>
          <w:rFonts w:ascii="Gentium Plus" w:hAnsi="Gentium Plus"/>
          <w:sz w:val="24"/>
        </w:rPr>
        <w:t>νοντες καὶ ξένοις ὁμοῦ καὶ ἐγχωρίοις τὴν ὠφέλειαν προσφέροντες.</w:t>
      </w:r>
    </w:p>
    <w:p>
      <w:r>
        <w:rPr>
          <w:rFonts w:ascii="Courier New" w:hAnsi="Courier New"/>
          <w:color w:val="555555"/>
          <w:sz w:val="20"/>
        </w:rPr>
        <w:t>[9 . 73]</w:t>
      </w:r>
    </w:p>
    <w:p>
      <w:r>
        <w:rPr>
          <w:rFonts w:ascii="Gentium Plus" w:hAnsi="Gentium Plus"/>
          <w:sz w:val="24"/>
        </w:rPr>
        <w:t>Ἐπειδὴ τοίνυν καὶ τῶν νόμων καὶ τῶν νομοθετῶν κατάδηλον ἐκ ξυγκρίσεως γεγένηται τὸ διάφορον, καὶ τὰ μὲν ὤφθη λογισμῶν</w:t>
      </w:r>
    </w:p>
    <w:p>
      <w:r>
        <w:rPr>
          <w:rFonts w:ascii="Courier New" w:hAnsi="Courier New"/>
          <w:color w:val="555555"/>
          <w:sz w:val="20"/>
        </w:rPr>
        <w:t>[5]</w:t>
      </w:r>
    </w:p>
    <w:p>
      <w:r>
        <w:rPr>
          <w:rFonts w:ascii="Gentium Plus" w:hAnsi="Gentium Plus"/>
          <w:sz w:val="24"/>
        </w:rPr>
        <w:t>μὴ ἀτιμάσητε χορηγόν. Εἴσεσθε δὲ αὐτῶν τὸ θεοπρεπὲς ἀκρι‐ βέστερον, εἰ τούτοις ἐντύχητε τὴν πονηρὰν τῶν ψυχῶν ἐξελά‐</w:t>
      </w:r>
    </w:p>
    <w:p>
      <w:pPr>
        <w:jc w:val="center"/>
      </w:pPr>
      <w:r>
        <w:rPr>
          <w:rFonts w:ascii="Gentium Plus" w:hAnsi="Gentium Plus"/>
          <w:b/>
          <w:sz w:val="24"/>
        </w:rPr>
        <w:t>ΠΕΡΙ ΧΡΗΣΜΩΝ ΑΛΗΘΩΝ ΤΕ ΚΑΙ ΨΕΥΔΩΝ.</w:t>
      </w:r>
    </w:p>
    <w:p>
      <w:r>
        <w:rPr>
          <w:rFonts w:ascii="Courier New" w:hAnsi="Courier New"/>
          <w:color w:val="555555"/>
          <w:sz w:val="20"/>
        </w:rPr>
        <w:t>[10 . 1]</w:t>
      </w:r>
    </w:p>
    <w:p>
      <w:r>
        <w:rPr>
          <w:rFonts w:ascii="Gentium Plus" w:hAnsi="Gentium Plus"/>
          <w:sz w:val="24"/>
        </w:rPr>
        <w:t>Οἱ τυραννίδος ἐρῶντες τὴν οὐδαμόθεν αὐτοῖς προσήκουσαν ἁρπάζουσι δυναστείαν, ἀλλὰ τὸ μὲν τῆς βασιλείας περιτίθενται σχῆμα, τὴν ἁλουργίδα, τὸν στέφανον, τὸν θρόνον, τὸ ζεῦγος, τοὺς δορυφόρους, τὸν δὲ βασιλικὸν ζηλοῦν οὐκ ἐθέλουσι τρόπον.</w:t>
      </w:r>
    </w:p>
    <w:p>
      <w:r>
        <w:rPr>
          <w:rFonts w:ascii="Courier New" w:hAnsi="Courier New"/>
          <w:color w:val="555555"/>
          <w:sz w:val="20"/>
        </w:rPr>
        <w:t>[5]</w:t>
      </w:r>
    </w:p>
    <w:p>
      <w:r>
        <w:rPr>
          <w:rFonts w:ascii="Gentium Plus" w:hAnsi="Gentium Plus"/>
          <w:sz w:val="24"/>
        </w:rPr>
        <w:t>Οὐ γὰρ ἤπιοι ποθοῦσι καλεῖσθαι πατέρες, ἀλλὰ δεσπόται πικροί, οὐδὲ κηδεμόνες φιλάνθρωποι, ἀλλ’ ἡγεμόνες παγχάλεποι. Τῷ τοι πολλάκις μὲν αὐτοὺς οἱ ἔννομοι καταλύουσι βασιλεῖς, τοὺς ὑπ’ αὐτῶν παρανομουμένους οἰκτείροντες, πολλάκις δὲ καὶ στρα‐ τιῶται καὶ δῆμοι γυμνοῦσι τῆς δυναστείας, τὸ θράσος οὐ φέρον‐</w:t>
      </w:r>
    </w:p>
    <w:p>
      <w:r>
        <w:rPr>
          <w:rFonts w:ascii="Courier New" w:hAnsi="Courier New"/>
          <w:color w:val="555555"/>
          <w:sz w:val="20"/>
        </w:rPr>
        <w:t>[10 . 2]</w:t>
      </w:r>
    </w:p>
    <w:p>
      <w:r>
        <w:rPr>
          <w:rFonts w:ascii="Gentium Plus" w:hAnsi="Gentium Plus"/>
          <w:sz w:val="24"/>
        </w:rPr>
        <w:t>τες. Τοῦτο καὶ δεδράκασι καὶ πεπόνθασιν οἱ παμπόνηροι δαίμο‐ νες. Τὴν γὰρ δὴ τάξιν καταλιπόντες, ἣν ἔλαχον, καὶ τὴν ἡμερωτάτην τοῦ πεποιηκότος ἀποδράσαντες δεσποτείαν, ἥρπασαν μὲν τὴν τυραννίδα, τὸ δὲ θεῖον ὄνομα σεσυληκότες, θεοὺς σφᾶς</w:t>
      </w:r>
    </w:p>
    <w:p>
      <w:r>
        <w:rPr>
          <w:rFonts w:ascii="Courier New" w:hAnsi="Courier New"/>
          <w:color w:val="555555"/>
          <w:sz w:val="20"/>
        </w:rPr>
        <w:t>[5]</w:t>
      </w:r>
    </w:p>
    <w:p>
      <w:r>
        <w:rPr>
          <w:rFonts w:ascii="Gentium Plus" w:hAnsi="Gentium Plus"/>
          <w:sz w:val="24"/>
        </w:rPr>
        <w:t>αὐτοὺς προσηγόρευσαν καὶ τὸ θεῖον σέβας σφίσι προσφέρειν τῶν ἀνθρώπων τοὺς ἀνοήτους ἀνέπεισαν· εἶτα κρατῦναι τὴν δυναστείαν σπουδάζοντες, καὶ προγινώσκειν τὰ μέλλοντα καὶ προλέγειν ἐνεανιεύσαντο, ταύτῃ μάλιστα τοὺς εὐαλώτους ἀνθρώπους παρακ‐</w:t>
      </w:r>
    </w:p>
    <w:p>
      <w:r>
        <w:rPr>
          <w:rFonts w:ascii="Courier New" w:hAnsi="Courier New"/>
          <w:color w:val="555555"/>
          <w:sz w:val="20"/>
        </w:rPr>
        <w:t>[10 . 3]</w:t>
      </w:r>
    </w:p>
    <w:p>
      <w:r>
        <w:rPr>
          <w:rFonts w:ascii="Gentium Plus" w:hAnsi="Gentium Plus"/>
          <w:sz w:val="24"/>
        </w:rPr>
        <w:t>ρουόμενοι. Διά τοι τοῦτο πανταχοῦ γῆς τὰ τῆς ἀπάτης κατε‐ σκεύασαν ἐργαστήρια καὶ τὰς μαντικὰς ἐπενόησαν μαγγανείας,</w:t>
      </w:r>
    </w:p>
    <w:p>
      <w:r>
        <w:rPr>
          <w:rFonts w:ascii="Courier New" w:hAnsi="Courier New"/>
          <w:color w:val="555555"/>
          <w:sz w:val="20"/>
        </w:rPr>
        <w:t>[5]</w:t>
      </w:r>
    </w:p>
    <w:p>
      <w:r>
        <w:rPr>
          <w:rFonts w:ascii="Gentium Plus" w:hAnsi="Gentium Plus"/>
          <w:sz w:val="24"/>
        </w:rPr>
        <w:t>δρῦν καὶ τὸ Δωδωναῖον χαλκεῖον καὶ τὸν Κιρραῖον τρίποδα καὶ τὸν Θεσπρώτιον λέβητα, καὶ ἐν Λιβύῃ μὲν τὸ μαντεῖον τὸ Ἄμ‐ μωνος, ἐν δέ γε Δωδώνῃ τὸ τοῦ Διός, ἐν δὲ Βραγχίδαις καὶ Δήλῳ καὶ Δελφοῖς καὶ Κολοφῶνι τοῦ Κλαρίου καὶ Πυθίου καὶ Δηλίου καὶ Διδυμαίου, καὶ ἐν Λεβαδίᾳ μὲν Τροφωνίου, ἐν</w:t>
      </w:r>
    </w:p>
    <w:p>
      <w:r>
        <w:rPr>
          <w:rFonts w:ascii="Courier New" w:hAnsi="Courier New"/>
          <w:color w:val="555555"/>
          <w:sz w:val="20"/>
        </w:rPr>
        <w:t>[10]</w:t>
      </w:r>
    </w:p>
    <w:p>
      <w:r>
        <w:rPr>
          <w:rFonts w:ascii="Gentium Plus" w:hAnsi="Gentium Plus"/>
          <w:sz w:val="24"/>
        </w:rPr>
        <w:t>Ὠρωπῷ δὲ Ἀμφιάρεω, ἐν δὲ τῇ Τυρρηνῶν καὶ Χαλδαίων τῆς νεκυομαντείας τὰ ζοφώτατα ἄντρα, καὶ ἀλλαχοῦ μὲν Ἀμ‐ φιλόχου, ἀλλαχοῦ δὲ Γλαύκου καὶ ἑτέρωθι Μόψου καὶ ἄλλων τινῶν δυσωνύμων ἀνθρώπων.</w:t>
      </w:r>
    </w:p>
    <w:p>
      <w:r>
        <w:rPr>
          <w:rFonts w:ascii="Courier New" w:hAnsi="Courier New"/>
          <w:color w:val="555555"/>
          <w:sz w:val="20"/>
        </w:rPr>
        <w:t>[10 . 4]</w:t>
      </w:r>
    </w:p>
    <w:p>
      <w:r>
        <w:rPr>
          <w:rFonts w:ascii="Gentium Plus" w:hAnsi="Gentium Plus"/>
          <w:sz w:val="24"/>
        </w:rPr>
        <w:t>Ὅτι δὲ παμπονήρων ἦν δαιμόνων ταῦτα χρηστήρια τὴν θείαν προσηγορίαν σεσυληκότων, ἱκανὴ μὲν τεκμηριῶσαι καὶ ἡ νῦν αὐτοῖς ἐπικειμένη σιγή. Μετὰ γὰρ δὴ τὴν τοῦ Σωτῆρος ἡμῶν ἐπιφάνειαν ἀπέδρασαν οἱ τήνδε τὴν ἐξαπάτην τοῖς ἀνθρώποις προσ‐</w:t>
      </w:r>
    </w:p>
    <w:p>
      <w:r>
        <w:rPr>
          <w:rFonts w:ascii="Courier New" w:hAnsi="Courier New"/>
          <w:color w:val="555555"/>
          <w:sz w:val="20"/>
        </w:rPr>
        <w:t>[10 . 5]</w:t>
      </w:r>
    </w:p>
    <w:p>
      <w:r>
        <w:rPr>
          <w:rFonts w:ascii="Gentium Plus" w:hAnsi="Gentium Plus"/>
          <w:sz w:val="24"/>
        </w:rPr>
        <w:t>φέροντες, τοῦ θείου φωτὸς οὐκ ἐνεγκόντες τὴν αἴγλην. Μαρτυ‐ ρεῖ δὲ διαρρήδην καὶ Πλούταρχος ὁ Χαιρωνεύς, ἀνὴρ οὐχ Ἑβραῖος, ἀλλ’ Ἕλλην καὶ τὸ γένος καὶ τὴν γλῶτταν, καὶ μέν‐ τοι καὶ ταῖς Ἑλληνικαῖς δόξαις δεδουλωμένος καὶ τὸν τῶν</w:t>
      </w:r>
    </w:p>
    <w:p>
      <w:r>
        <w:rPr>
          <w:rFonts w:ascii="Courier New" w:hAnsi="Courier New"/>
          <w:color w:val="555555"/>
          <w:sz w:val="20"/>
        </w:rPr>
        <w:t>[5]</w:t>
      </w:r>
    </w:p>
    <w:p>
      <w:r>
        <w:rPr>
          <w:rFonts w:ascii="Gentium Plus" w:hAnsi="Gentium Plus"/>
          <w:sz w:val="24"/>
        </w:rPr>
        <w:t>χρηστηρίων ἀκριβῶς ἐπιστάμενος πλάνον. Οὐ πόρρω γάρ που τῆς Χαιρωνείας Δελφοὶ καὶ Λεβαδία καὶ Ὠρωπός, ἀλλ’ ὅμοροί τε καὶ πλησιόχωροι. Οὗτος πολλὰ μὲν καὶ ἄλλα ξυνέγραψε— πολυμαθὴς γὰρ ὁ ἀνὴρ καὶ μάλα πολύπειρος—, ξυνέγραψε δὲ καὶ περὶ τῶν μαντειῶν τινα καὶ τόδε τὸ ξύγγραμμα Περὶ τῶν</w:t>
      </w:r>
    </w:p>
    <w:p>
      <w:r>
        <w:rPr>
          <w:rFonts w:ascii="Courier New" w:hAnsi="Courier New"/>
          <w:color w:val="555555"/>
          <w:sz w:val="20"/>
        </w:rPr>
        <w:t>[10]</w:t>
      </w:r>
    </w:p>
    <w:p>
      <w:r>
        <w:rPr>
          <w:rFonts w:ascii="Gentium Plus" w:hAnsi="Gentium Plus"/>
          <w:sz w:val="24"/>
        </w:rPr>
        <w:t>ἐκλελοιπότων χρηστηρίων ἐκάλεσεν· ἐν τοίνυν τούτῳ πρὸς πολ‐</w:t>
      </w:r>
    </w:p>
    <w:p>
      <w:r>
        <w:rPr>
          <w:rFonts w:ascii="Courier New" w:hAnsi="Courier New"/>
          <w:color w:val="555555"/>
          <w:sz w:val="20"/>
        </w:rPr>
        <w:t>[10 . 6]</w:t>
      </w:r>
    </w:p>
    <w:p>
      <w:r>
        <w:rPr>
          <w:rFonts w:ascii="Gentium Plus" w:hAnsi="Gentium Plus"/>
          <w:sz w:val="24"/>
        </w:rPr>
        <w:t>λοῖς ἄλλοις καὶ ταῦτα ἔφη· «Τὸ μὲν οὖν ἐφεστάναι τοῖς χρη‐ στηρίοις μὴ θεοὺς οἷς ἀπηλλάχθαι τῶν περὶ γῆν προσῆκόν ἐστιν, ἀλλὰ δαίμονας ὑπηρέτας θεῶν, οὐ δοκεῖ μοι κακῶς ἀξιοῦσθαι· τὸ δὲ τοῖς δαίμοσι τούτοις μονονουχὶ δραχμὴν λαμβάνοντας ἐκ τῶν</w:t>
      </w:r>
    </w:p>
    <w:p>
      <w:r>
        <w:rPr>
          <w:rFonts w:ascii="Courier New" w:hAnsi="Courier New"/>
          <w:color w:val="555555"/>
          <w:sz w:val="20"/>
        </w:rPr>
        <w:t>[5]</w:t>
      </w:r>
    </w:p>
    <w:p>
      <w:r>
        <w:rPr>
          <w:rFonts w:ascii="Gentium Plus" w:hAnsi="Gentium Plus"/>
          <w:sz w:val="24"/>
        </w:rPr>
        <w:t>ἐπῶν τῶν Ἐμπεδοκλέους ἁμαρτίας καὶ ἄτας καὶ πλάνας ἐπιφέρειν, τελευτῶντας δὲ καὶ θανάτους ὥσπερ ἀνθρώπων ὑποτίθεσθαι,</w:t>
      </w:r>
    </w:p>
    <w:p>
      <w:r>
        <w:rPr>
          <w:rFonts w:ascii="Courier New" w:hAnsi="Courier New"/>
          <w:color w:val="555555"/>
          <w:sz w:val="20"/>
        </w:rPr>
        <w:t>[10 . 7]</w:t>
      </w:r>
    </w:p>
    <w:p>
      <w:r>
        <w:rPr>
          <w:rFonts w:ascii="Gentium Plus" w:hAnsi="Gentium Plus"/>
          <w:sz w:val="24"/>
        </w:rPr>
        <w:t>θρασύτερον ἡγοῦμαι καὶ βαρβαρικώτερον.» Ταῦτα οὐ προφήτης ἡμέτερος οὐδ’ ἀπόστολος εἴρηκεν, οὐδέ τις ἄλλος τῶν ἐκείνοις πεπιστευκότων καὶ τὰ ἐκείνων δοξάζειν ἐσπουδακότων, ἀλλ’ ἀνὴρ πᾶσαν μὲν ἠσκημένος παιδείαν, τῇ δὲ παλαιᾷ τῶν φιλοσόφων</w:t>
      </w:r>
    </w:p>
    <w:p>
      <w:r>
        <w:rPr>
          <w:rFonts w:ascii="Courier New" w:hAnsi="Courier New"/>
          <w:color w:val="555555"/>
          <w:sz w:val="20"/>
        </w:rPr>
        <w:t>[5]</w:t>
      </w:r>
    </w:p>
    <w:p>
      <w:r>
        <w:rPr>
          <w:rFonts w:ascii="Gentium Plus" w:hAnsi="Gentium Plus"/>
          <w:sz w:val="24"/>
        </w:rPr>
        <w:t>ἐξαπάτῃ δουλεύων· οὗτος ἔφη, πρῶτον μέν, οὐκ εἶναι τοὺς χρῶν‐ τας θεούς, ἀλλὰ δαίμονας, ἔπειτα δέ, τοὺς τούτων νεωκόρους καὶ ὑπὸ τούτων κατειλημμένους καὶ ἀναβεβακχευμένους ἐπὶ μι‐ σθῷ χρησμολογεῖν, προλέγειν δὲ οὐδὲν ἀληθές, ἀλλὰ καὶ περὶ τούτων, ὧν τὸν ἀτμὸν καὶ τὴν ἐπίπνοιαν ἔχειν νεανιεύονται,</w:t>
      </w:r>
    </w:p>
    <w:p>
      <w:r>
        <w:rPr>
          <w:rFonts w:ascii="Courier New" w:hAnsi="Courier New"/>
          <w:color w:val="555555"/>
          <w:sz w:val="20"/>
        </w:rPr>
        <w:t>[10]</w:t>
      </w:r>
    </w:p>
    <w:p>
      <w:r>
        <w:rPr>
          <w:rFonts w:ascii="Gentium Plus" w:hAnsi="Gentium Plus"/>
          <w:sz w:val="24"/>
        </w:rPr>
        <w:t>πολλὰ δεινὰ καὶ χαλεπὰ προαγγέλλειν, οὐ μόνον ἄτας καὶ πλά‐</w:t>
      </w:r>
    </w:p>
    <w:p>
      <w:r>
        <w:rPr>
          <w:rFonts w:ascii="Courier New" w:hAnsi="Courier New"/>
          <w:color w:val="555555"/>
          <w:sz w:val="20"/>
        </w:rPr>
        <w:t>[10 . 8]</w:t>
      </w:r>
    </w:p>
    <w:p>
      <w:r>
        <w:rPr>
          <w:rFonts w:ascii="Gentium Plus" w:hAnsi="Gentium Plus"/>
          <w:sz w:val="24"/>
        </w:rPr>
        <w:t>πεδοκλέους συλῶντας ποιήσεως. Καὶ τὰ ἑξῆς δὲ τὴν αὐτὴν ἔχει διάνοιαν· λέγει γάρ· «Καὶ περὶ μὲν τῶν μυστικῶν, ἐν οἷς τὰς μεγίστας ἐμφάσεις λαβεῖν ἔστι τῆς περὶ δαιμόνων ἀληθείας, εὔστομά μοι κείσθω, καθ’ Ἡρόδοτον· ἑορτὰς δὲ καὶ θυσίας,</w:t>
      </w:r>
    </w:p>
    <w:p>
      <w:r>
        <w:rPr>
          <w:rFonts w:ascii="Courier New" w:hAnsi="Courier New"/>
          <w:color w:val="555555"/>
          <w:sz w:val="20"/>
        </w:rPr>
        <w:t>[5]</w:t>
      </w:r>
    </w:p>
    <w:p>
      <w:r>
        <w:rPr>
          <w:rFonts w:ascii="Gentium Plus" w:hAnsi="Gentium Plus"/>
          <w:sz w:val="24"/>
        </w:rPr>
        <w:t>ὥσπερ ἡμέρας ἀποφράδας καὶ σκυθρωπάς, ἐν αἷς ὠμοφαγίαι καὶ διασπασμοί, νηστεῖαί τε καὶ κοπετοί, πολλαχοῦ δὲ πάλιν αἰσχρο‐ λογίαι πρὸς ἱεροῖς, μανίαι τε ἄλλαι ὀρινομένων ῥιψαύχενι σὺν κλόνῳ, θεῶν μὲν οὐδενί, δαιμόνων δὲ πονηρῶν ἀποτροπῆς ἕνεκα φή‐</w:t>
      </w:r>
    </w:p>
    <w:p>
      <w:r>
        <w:rPr>
          <w:rFonts w:ascii="Courier New" w:hAnsi="Courier New"/>
          <w:color w:val="555555"/>
          <w:sz w:val="20"/>
        </w:rPr>
        <w:t>[10]</w:t>
      </w:r>
    </w:p>
    <w:p>
      <w:r>
        <w:rPr>
          <w:rFonts w:ascii="Gentium Plus" w:hAnsi="Gentium Plus"/>
          <w:sz w:val="24"/>
        </w:rPr>
        <w:t>σαιμ’ ἂν ἐπιτελεῖσθαι, παραμυθίας τῆς παλαιᾶς ποιουμένους</w:t>
      </w:r>
    </w:p>
    <w:p>
      <w:r>
        <w:rPr>
          <w:rFonts w:ascii="Courier New" w:hAnsi="Courier New"/>
          <w:color w:val="555555"/>
          <w:sz w:val="20"/>
        </w:rPr>
        <w:t>[10 . 9]</w:t>
      </w:r>
    </w:p>
    <w:p>
      <w:r>
        <w:rPr>
          <w:rFonts w:ascii="Gentium Plus" w:hAnsi="Gentium Plus"/>
          <w:sz w:val="24"/>
        </w:rPr>
        <w:t>ἀνθρωποθυσίας.» Ἐν μὲν οὖν τοῖς ἔμπροσθεν ἐξητασμένοις ἔφη μὴ εἶναι τὰ μαντεῖα θεῶν, ἀλλὰ δαιμόνων· ἐνταῦθα δὲ τούτους καὶ πονηροὺς προσηγόρευσε, τεκμηρίοις ἐναργεστάτοις τοῖς ὑπ’ αὐτῶν δρωμένοις χρησάμενος. Τίνι γάρ που προσήκουσιν ὠμο‐</w:t>
      </w:r>
    </w:p>
    <w:p>
      <w:r>
        <w:rPr>
          <w:rFonts w:ascii="Courier New" w:hAnsi="Courier New"/>
          <w:color w:val="555555"/>
          <w:sz w:val="20"/>
        </w:rPr>
        <w:t>[5]</w:t>
      </w:r>
    </w:p>
    <w:p>
      <w:r>
        <w:rPr>
          <w:rFonts w:ascii="Gentium Plus" w:hAnsi="Gentium Plus"/>
          <w:sz w:val="24"/>
        </w:rPr>
        <w:t>φαγίαι καὶ διασπασμοὶ αἰσχρορημοσύναι τε καὶ αἰσχρουργίαι καὶ</w:t>
      </w:r>
    </w:p>
    <w:p>
      <w:r>
        <w:rPr>
          <w:rFonts w:ascii="Courier New" w:hAnsi="Courier New"/>
          <w:color w:val="555555"/>
          <w:sz w:val="20"/>
        </w:rPr>
        <w:t>[10]</w:t>
      </w:r>
    </w:p>
    <w:p>
      <w:r>
        <w:rPr>
          <w:rFonts w:ascii="Gentium Plus" w:hAnsi="Gentium Plus"/>
          <w:sz w:val="24"/>
        </w:rPr>
        <w:t>ἀνδροφονίαν ἐκείνην καὶ μιαιφονίαν τὴν αὐτοῖς ἀξιέραστον καὶ παυσαμένους τοῦ μύσους, τὰς διαμαστιγώσεις καὶ ὠμοφαγίας καὶ</w:t>
      </w:r>
    </w:p>
    <w:p>
      <w:r>
        <w:rPr>
          <w:rFonts w:ascii="Courier New" w:hAnsi="Courier New"/>
          <w:color w:val="555555"/>
          <w:sz w:val="20"/>
        </w:rPr>
        <w:t>[10 . 10]</w:t>
      </w:r>
    </w:p>
    <w:p>
      <w:r>
        <w:rPr>
          <w:rFonts w:ascii="Gentium Plus" w:hAnsi="Gentium Plus"/>
          <w:sz w:val="24"/>
        </w:rPr>
        <w:t>τὰς ἄλλας ἐπενόησαν τελετάς. Καὶ ταῦτα δὲ τοῖς εἰρημένοις προστέθεικεν· «Παυσαμένου δὲ τοῦ Ἀμμωνίου, μᾶλλον, ἔφην ἐγώ, περὶ τοῦ μαντείου δίελθε ἡμῖν, ὦ Κλεόμβροτε· μεγάλη γὰρ ἡ παλαιὰ δόξα τῆς ἐκεῖ θειότητος, τὰ δὲ νῦν ἔοικεν ἀπομα‐</w:t>
      </w:r>
    </w:p>
    <w:p>
      <w:r>
        <w:rPr>
          <w:rFonts w:ascii="Courier New" w:hAnsi="Courier New"/>
          <w:color w:val="555555"/>
          <w:sz w:val="20"/>
        </w:rPr>
        <w:t>[5]</w:t>
      </w:r>
    </w:p>
    <w:p>
      <w:r>
        <w:rPr>
          <w:rFonts w:ascii="Gentium Plus" w:hAnsi="Gentium Plus"/>
          <w:sz w:val="24"/>
        </w:rPr>
        <w:t>ραίνεσθαι. Τοῦ δὲ Κλεομβρότου σιγῶντος καὶ κάτω βλέποντος, ὁ Δημήτριος οὐδὲν ἔφη δεῖν περὶ τῶν ἐκεῖ πυνθάνεσθαι καὶ διαπορεῖν, τὴν ἐνταῦθα τῶν χρηστηρίων ἀμαύρωσιν, μᾶλλον δὲ πλὴν ἑνὸς ἢ δυοῖν ἁπάντων ἔκλειψιν ὁρῶντας.»</w:t>
      </w:r>
    </w:p>
    <w:p>
      <w:r>
        <w:rPr>
          <w:rFonts w:ascii="Courier New" w:hAnsi="Courier New"/>
          <w:color w:val="555555"/>
          <w:sz w:val="20"/>
        </w:rPr>
        <w:t>[10 . 11]</w:t>
      </w:r>
    </w:p>
    <w:p>
      <w:r>
        <w:rPr>
          <w:rFonts w:ascii="Gentium Plus" w:hAnsi="Gentium Plus"/>
          <w:sz w:val="24"/>
        </w:rPr>
        <w:t>Ταῦτα μετὰ τὴν τοῦ Θεοῦ καὶ Σωτῆρος ἡμῶν ἐπιφάνειαν ὁ Πλούταρχος ἔγραψεν· τοιγάρτοι ὁ χρόνος δηλοῖ τῆς τῶν χρη‐ στηρίων ἐκλείψεως τὴν αἰτίαν. Καὶ ὁ Πορφύριος δὲ ἐν τῷ Περὶ τῆς ἐκ λογίων φιλοσοφίας καὶ ταῦτα ἔφη· «Ἀλλ’ ἤδη καὶ τὴν</w:t>
      </w:r>
    </w:p>
    <w:p>
      <w:r>
        <w:rPr>
          <w:rFonts w:ascii="Courier New" w:hAnsi="Courier New"/>
          <w:color w:val="555555"/>
          <w:sz w:val="20"/>
        </w:rPr>
        <w:t>[5]</w:t>
      </w:r>
    </w:p>
    <w:p>
      <w:r>
        <w:rPr>
          <w:rFonts w:ascii="Gentium Plus" w:hAnsi="Gentium Plus"/>
          <w:sz w:val="24"/>
        </w:rPr>
        <w:t>γνῶσιν τῆς φορᾶς τὴν ἀκριβῆ καὶ τὰς ἐκ τούτων διηγήσεις ἀκατα‐ λήπτους εἶναι ἀνθρώποις, καὶ οὐ μόνον τούτοις, ἀλλὰ καί τισι τῶν δαιμόνων· ὅθεν καὶ ψεύδονται περὶ πολλῶν ἐρωτηθέντες.»</w:t>
      </w:r>
    </w:p>
    <w:p>
      <w:r>
        <w:rPr>
          <w:rFonts w:ascii="Courier New" w:hAnsi="Courier New"/>
          <w:color w:val="555555"/>
          <w:sz w:val="20"/>
        </w:rPr>
        <w:t>[10 . 12]</w:t>
      </w:r>
    </w:p>
    <w:p>
      <w:r>
        <w:rPr>
          <w:rFonts w:ascii="Gentium Plus" w:hAnsi="Gentium Plus"/>
          <w:sz w:val="24"/>
        </w:rPr>
        <w:t>Οὐκοῦν, ὦ ἄνδρες, ἐπειδήπερ ἡμῖν περὶ τῶν ὑμετέρων χρηστη‐</w:t>
      </w:r>
    </w:p>
    <w:p>
      <w:r>
        <w:rPr>
          <w:rFonts w:ascii="Courier New" w:hAnsi="Courier New"/>
          <w:color w:val="555555"/>
          <w:sz w:val="20"/>
        </w:rPr>
        <w:t>[5]</w:t>
      </w:r>
    </w:p>
    <w:p>
      <w:r>
        <w:rPr>
          <w:rFonts w:ascii="Gentium Plus" w:hAnsi="Gentium Plus"/>
          <w:sz w:val="24"/>
        </w:rPr>
        <w:t>ψεύδεσθαι εἴρηκε τοὺς τοῖς καλουμένοις μαντείοις προσεδρεύον‐</w:t>
      </w:r>
    </w:p>
    <w:p>
      <w:r>
        <w:rPr>
          <w:rFonts w:ascii="Courier New" w:hAnsi="Courier New"/>
          <w:color w:val="555555"/>
          <w:sz w:val="20"/>
        </w:rPr>
        <w:t>[10 . 13]</w:t>
      </w:r>
    </w:p>
    <w:p>
      <w:r>
        <w:rPr>
          <w:rFonts w:ascii="Gentium Plus" w:hAnsi="Gentium Plus"/>
          <w:sz w:val="24"/>
        </w:rPr>
        <w:t>τας δαίμονας. Ὅτι δὲ τοὺς αὐτοὺς καὶ θεοὺς ὀνομάζει καὶ ἀστρολογίαν μᾶλλον αὐτοῖς ἢ θείαν πρόγνωσιν μαρτυρεῖ, ἐν αὐτῷ δεδήλωκε τῷ ξυγγράμματι· λέγει δὲ ταῦτα· «Ἃ γὰρ λέγουσιν οἱ θεοί, εἴπερ τὰ μεμοιραμένα γινώσκοντες λέγουσιν,</w:t>
      </w:r>
    </w:p>
    <w:p>
      <w:r>
        <w:rPr>
          <w:rFonts w:ascii="Courier New" w:hAnsi="Courier New"/>
          <w:color w:val="555555"/>
          <w:sz w:val="20"/>
        </w:rPr>
        <w:t>[5]</w:t>
      </w:r>
    </w:p>
    <w:p>
      <w:r>
        <w:rPr>
          <w:rFonts w:ascii="Gentium Plus" w:hAnsi="Gentium Plus"/>
          <w:sz w:val="24"/>
        </w:rPr>
        <w:t>ἀπὸ τῆς τῶν ἄστρων φορᾶς δηλοῦσι· καὶ τοῦτο σχεδὸν πάντες ἐξέφηναν οἱ ἀψευδεῖς τῶν θεῶν.»</w:t>
      </w:r>
    </w:p>
    <w:p>
      <w:r>
        <w:rPr>
          <w:rFonts w:ascii="Courier New" w:hAnsi="Courier New"/>
          <w:color w:val="555555"/>
          <w:sz w:val="20"/>
        </w:rPr>
        <w:t>[10 . 14]</w:t>
      </w:r>
    </w:p>
    <w:p>
      <w:r>
        <w:rPr>
          <w:rFonts w:ascii="Gentium Plus" w:hAnsi="Gentium Plus"/>
          <w:sz w:val="24"/>
        </w:rPr>
        <w:t>Ἀλλ’ οὓς ἐνταῦθα θεοὺς προσηγόρευσε, πάλιν ἔφη μὴ εἶναι θεοὺς ἐν τούτῳ γε καὶ οὐκ ἐν ἄλλῳ τῳ ξυγγράμματι· τοῦ γάρ τοι Ἀπόλλωνος τεθεικὼς τὸν χρησμόν, ὃς διδάσκει, πῶς χρὴ τοῖς ἐπιχθονίοις, πῶς δὲ τοῖς ὑποχθονίοις θύειν θεοῖς, καὶ πῶς</w:t>
      </w:r>
    </w:p>
    <w:p>
      <w:r>
        <w:rPr>
          <w:rFonts w:ascii="Courier New" w:hAnsi="Courier New"/>
          <w:color w:val="555555"/>
          <w:sz w:val="20"/>
        </w:rPr>
        <w:t>[5]</w:t>
      </w:r>
    </w:p>
    <w:p>
      <w:r>
        <w:rPr>
          <w:rFonts w:ascii="Gentium Plus" w:hAnsi="Gentium Plus"/>
          <w:sz w:val="24"/>
        </w:rPr>
        <w:t>μὲν τοῖς ἐναλίοις, πῶς δὲ τοῖς ἐπουρανίοις καὶ αἰθερίοις, διελέγ‐</w:t>
      </w:r>
    </w:p>
    <w:p>
      <w:r>
        <w:rPr>
          <w:rFonts w:ascii="Courier New" w:hAnsi="Courier New"/>
          <w:color w:val="555555"/>
          <w:sz w:val="20"/>
        </w:rPr>
        <w:t>[10 . 15]</w:t>
      </w:r>
    </w:p>
    <w:p>
      <w:r>
        <w:rPr>
          <w:rFonts w:ascii="Gentium Plus" w:hAnsi="Gentium Plus"/>
          <w:sz w:val="24"/>
        </w:rPr>
        <w:t>χει τοῦτον ὡς οὐκ εὖ ἔχοντα τὸν χρησμόν, μὴ χρῆναι φάσκων θεοὺς ὑπολαμβάνειν τοὺς ταῖς διὰ ζῴων θυσίαις χαίροντας· εἶναι γὰρ πάντων ἀδικώτατον τὸ ζῳοθυτεῖν καὶ ἀνόσιον καὶ μυσαρὸν καὶ βλαβερὸν καὶ διὰ τοῦτο μηδὲ θεοῖς προσφιλές.</w:t>
      </w:r>
    </w:p>
    <w:p>
      <w:r>
        <w:rPr>
          <w:rFonts w:ascii="Courier New" w:hAnsi="Courier New"/>
          <w:color w:val="555555"/>
          <w:sz w:val="20"/>
        </w:rPr>
        <w:t>[5]</w:t>
      </w:r>
    </w:p>
    <w:p>
      <w:r>
        <w:rPr>
          <w:rFonts w:ascii="Gentium Plus" w:hAnsi="Gentium Plus"/>
          <w:sz w:val="24"/>
        </w:rPr>
        <w:t>Εἶτα τὸν Θεόφραστον εἰσάγει λέγοντα, ὡς θεοῖς οὐχ ἁρμόζουσιν, ἀλλὰ δαίμοσιν, αἱ διὰ ζῴων θυσίαι. Κωμῳδεῖ δὲ καὶ τὰς τῶν παλαιῶν ἀνθρωποθυσίας καὶ διηγεῖται παμπόλλας παρὰ πολλῶν</w:t>
      </w:r>
    </w:p>
    <w:p>
      <w:r>
        <w:rPr>
          <w:rFonts w:ascii="Courier New" w:hAnsi="Courier New"/>
          <w:color w:val="555555"/>
          <w:sz w:val="20"/>
        </w:rPr>
        <w:t>[10 . 16]</w:t>
      </w:r>
    </w:p>
    <w:p>
      <w:r>
        <w:rPr>
          <w:rFonts w:ascii="Gentium Plus" w:hAnsi="Gentium Plus"/>
          <w:sz w:val="24"/>
        </w:rPr>
        <w:t>γεγενημένας. Ἔπειτα διδάξας, ὡς οἱ πονηροὶ ταύτας τελεῖσθαι ἐκέλευον δαίμονες, ἐπήγαγεν· «Διὸ συνετὸς ἀνὴρ καὶ σώφρων</w:t>
      </w:r>
    </w:p>
    <w:p>
      <w:r>
        <w:rPr>
          <w:rFonts w:ascii="Courier New" w:hAnsi="Courier New"/>
          <w:color w:val="555555"/>
          <w:sz w:val="20"/>
        </w:rPr>
        <w:t>[10 . 17]</w:t>
      </w:r>
    </w:p>
    <w:p>
      <w:r>
        <w:rPr>
          <w:rFonts w:ascii="Gentium Plus" w:hAnsi="Gentium Plus"/>
          <w:sz w:val="24"/>
        </w:rPr>
        <w:t>τοίως· καθαρᾷ γὰρ ψυχῇ οὐκ ἐπιτίθενται.» Ἀλλ’ ὁ Πύθιος τἀναντία τῷ Πορφυρίῳ νομοθετεῖ· κελεύει γὰρ τῷ χρησμὸν ἐξαι‐ τοῦντι λύτρα τινὰ δοῦναι τῷ πονηρῷ δαίμονι, χοὰς καὶ πυρὴν καὶ αἷμα κελαινὸν καὶ οἶνον παμμέλανα· καὶ τοιαῦτα ἄττα προσ‐</w:t>
      </w:r>
    </w:p>
    <w:p>
      <w:r>
        <w:rPr>
          <w:rFonts w:ascii="Courier New" w:hAnsi="Courier New"/>
          <w:color w:val="555555"/>
          <w:sz w:val="20"/>
        </w:rPr>
        <w:t>[5]</w:t>
      </w:r>
    </w:p>
    <w:p>
      <w:r>
        <w:rPr>
          <w:rFonts w:ascii="Gentium Plus" w:hAnsi="Gentium Plus"/>
          <w:sz w:val="24"/>
        </w:rPr>
        <w:t>θείς, καὶ τὴν εὐχήν, ἣν δεῖ θύοντα προσενεγκεῖν, ἐξεπαίδευσεν· δαῖμον ἀλιτρονόων ψυχῶν διάδημα λελογχὼς ἠερίων ὑπένερθε μυχῶν, χθονίων δ’ ἐφύπερθεν. Καὶ ταῦτα δὲ ὁ Πορφύριος ἐν αὐτῷ γε τῷ ξυγγράμματι τέ‐ θεικε, τοῦτον διελέγχων ὡς οὐκ ὄντα θεόν, τὸν δὲ οἰκεῖον κρα‐</w:t>
      </w:r>
    </w:p>
    <w:p>
      <w:r>
        <w:rPr>
          <w:rFonts w:ascii="Courier New" w:hAnsi="Courier New"/>
          <w:color w:val="555555"/>
          <w:sz w:val="20"/>
        </w:rPr>
        <w:t>[10 . 18]</w:t>
      </w:r>
    </w:p>
    <w:p>
      <w:r>
        <w:rPr>
          <w:rFonts w:ascii="Gentium Plus" w:hAnsi="Gentium Plus"/>
          <w:sz w:val="24"/>
        </w:rPr>
        <w:t>τύνων λόγον, ὡς οὐκ εἰσὶ θεοὶ ταῖς θυσίαις οἱ χαίροντες. Ἵνα δὲ μή τις ὑπολάβῃ ταῦτα ψευδῶς αὐτὸν διαπλάττειν, ὅρκον προτέ‐ θεικε τοῦ ξυγγράμματος· «Τοὺς θεοὺς» γὰρ ἔφη «διαμαρτύ‐ ρομαι, ὡς οὐδὲν οὔτε προστέθεικα οὔτε ἀφεῖλον τῶν χρησθέντων</w:t>
      </w:r>
    </w:p>
    <w:p>
      <w:r>
        <w:rPr>
          <w:rFonts w:ascii="Courier New" w:hAnsi="Courier New"/>
          <w:color w:val="555555"/>
          <w:sz w:val="20"/>
        </w:rPr>
        <w:t>[5]</w:t>
      </w:r>
    </w:p>
    <w:p>
      <w:r>
        <w:rPr>
          <w:rFonts w:ascii="Gentium Plus" w:hAnsi="Gentium Plus"/>
          <w:sz w:val="24"/>
        </w:rPr>
        <w:t>νοημάτων εἰ μή τι λέξιν ἡμαρτημένην διώρθωσα ἢ πρὸς τὸ σαφέσ‐ τερον μεταβέβληκα ἢ τὸ μέτρον ἐλλεῖπον ἀνεπλήρωσα.» Διὰ δὲ τούτων καὶ ἀμαθίαν τοῦ Πυθίου κατηγορεῖ. Οὐ γὰρ μόνον τὰς ἡμαρτημένας διώρθωσε λέξεις καὶ σαφεῖς τὰς ἀμφιβόλους ἀπέ‐ φηνεν, ἀλλὰ καὶ τῶν ἐπῶν τὴν χωλότητα ἰάσατο, ἣν ὁ Πύθιος</w:t>
      </w:r>
    </w:p>
    <w:p>
      <w:r>
        <w:rPr>
          <w:rFonts w:ascii="Courier New" w:hAnsi="Courier New"/>
          <w:color w:val="555555"/>
          <w:sz w:val="20"/>
        </w:rPr>
        <w:t>[10]</w:t>
      </w:r>
    </w:p>
    <w:p>
      <w:r>
        <w:rPr>
          <w:rFonts w:ascii="Gentium Plus" w:hAnsi="Gentium Plus"/>
          <w:sz w:val="24"/>
        </w:rPr>
        <w:t>διὰ τῶν ὑποφητῶν ἀπεφθέγξατο.</w:t>
      </w:r>
    </w:p>
    <w:p>
      <w:r>
        <w:rPr>
          <w:rFonts w:ascii="Courier New" w:hAnsi="Courier New"/>
          <w:color w:val="555555"/>
          <w:sz w:val="20"/>
        </w:rPr>
        <w:t>[10 . 19]</w:t>
      </w:r>
    </w:p>
    <w:p>
      <w:r>
        <w:rPr>
          <w:rFonts w:ascii="Gentium Plus" w:hAnsi="Gentium Plus"/>
          <w:sz w:val="24"/>
        </w:rPr>
        <w:t>Καὶ Διογενιανὸς δὲ τῶν χρησμολόγων θεῶν διελέγχει τὸ ψεῦ‐</w:t>
      </w:r>
    </w:p>
    <w:p>
      <w:r>
        <w:rPr>
          <w:rFonts w:ascii="Courier New" w:hAnsi="Courier New"/>
          <w:color w:val="555555"/>
          <w:sz w:val="20"/>
        </w:rPr>
        <w:t>[5]</w:t>
      </w:r>
    </w:p>
    <w:p>
      <w:r>
        <w:rPr>
          <w:rFonts w:ascii="Gentium Plus" w:hAnsi="Gentium Plus"/>
          <w:sz w:val="24"/>
        </w:rPr>
        <w:t>Καὶ μετ’ ὀλίγα· «Νῦν δὲ τοσοῦτον τοῖς εἰρημένοις προσθήσω,</w:t>
      </w:r>
    </w:p>
    <w:p>
      <w:r>
        <w:rPr>
          <w:rFonts w:ascii="Courier New" w:hAnsi="Courier New"/>
          <w:color w:val="555555"/>
          <w:sz w:val="20"/>
        </w:rPr>
        <w:t>[10 . 20]</w:t>
      </w:r>
    </w:p>
    <w:p>
      <w:r>
        <w:rPr>
          <w:rFonts w:ascii="Gentium Plus" w:hAnsi="Gentium Plus"/>
          <w:sz w:val="24"/>
        </w:rPr>
        <w:t>ὅτι μάλιστα μὲν τὸ ἀληθεύειν ποτὲ τοὺς καλουμένους μάντεις ἐν ταῖς προαγορεύσεσιν οὐκ ἐπιστήμης, ἀλλὰ τυχικῆς αἰτίας ἔργον ἂν εἴη. Οὐ γὰρ τὸ μηδέποτε τοῦ προκειμένου τυγχάνειν, ἀλλὰ τὸ μὴ πάντοτε μηδ’ ὡς ἐπὶ πλεῖστον μηδ’ ὡς ἐξ ἐπιστήμης,</w:t>
      </w:r>
    </w:p>
    <w:p>
      <w:r>
        <w:rPr>
          <w:rFonts w:ascii="Courier New" w:hAnsi="Courier New"/>
          <w:color w:val="555555"/>
          <w:sz w:val="20"/>
        </w:rPr>
        <w:t>[5]</w:t>
      </w:r>
    </w:p>
    <w:p>
      <w:r>
        <w:rPr>
          <w:rFonts w:ascii="Gentium Plus" w:hAnsi="Gentium Plus"/>
          <w:sz w:val="24"/>
        </w:rPr>
        <w:t>ὅταν τις καί ποτε τυγχάνῃ, τύχης ἔργον καλεῖν προειλήφαμεν οἱ διειληφότες τὰς ὑφ’ ἕκαστον ὄνομα τεταγμένας ἐναργεῖς ἐννοίας ἑαυτῶν.»</w:t>
      </w:r>
    </w:p>
    <w:p>
      <w:r>
        <w:rPr>
          <w:rFonts w:ascii="Courier New" w:hAnsi="Courier New"/>
          <w:color w:val="555555"/>
          <w:sz w:val="20"/>
        </w:rPr>
        <w:t>[10 . 21]</w:t>
      </w:r>
    </w:p>
    <w:p>
      <w:r>
        <w:rPr>
          <w:rFonts w:ascii="Gentium Plus" w:hAnsi="Gentium Plus"/>
          <w:sz w:val="24"/>
        </w:rPr>
        <w:t>Ὅτι δὲ καὶ ἀναγκαζομένους ὑπ’ ἀνθρώπων καὶ τοὺς χρησμο‐ λόγους θεοὺς προλέγειν φησὶν ὁ Πορφύριος, ἃ προλέγουσιν, εὐπετὲς τῷ βουλομένῳ μαθεῖν ἐξ ἐκείνου αὐτοῦ τοῦ ξυγγράμμα‐ τος, ὃ Περὶ τῆς ἐκ λογίων φιλοσοφίας ἐπέγραψε· καὶ αὐτὰς γὰρ</w:t>
      </w:r>
    </w:p>
    <w:p>
      <w:r>
        <w:rPr>
          <w:rFonts w:ascii="Courier New" w:hAnsi="Courier New"/>
          <w:color w:val="555555"/>
          <w:sz w:val="20"/>
        </w:rPr>
        <w:t>[10 . 22]</w:t>
      </w:r>
    </w:p>
    <w:p>
      <w:r>
        <w:rPr>
          <w:rFonts w:ascii="Gentium Plus" w:hAnsi="Gentium Plus"/>
          <w:sz w:val="24"/>
        </w:rPr>
        <w:t>ἐκεῖνος παρέθηκε τῶν θεῶν τὰς φωνάς. Λέγει γὰρ τὴν Ἑκάτην παρ’ αὐτοῦ κληθεῖσαν εἰπεῖν· ἤλυθον εἰσαΐουσα τεῆς πολυφράδμονος εὐχῆς, ἣν θνητῶν φύσις εὗρε θεῶν ὑποθημοσύνῃσιν</w:t>
      </w:r>
    </w:p>
    <w:p>
      <w:r>
        <w:rPr>
          <w:rFonts w:ascii="Courier New" w:hAnsi="Courier New"/>
          <w:color w:val="555555"/>
          <w:sz w:val="20"/>
        </w:rPr>
        <w:t>[5]</w:t>
      </w:r>
    </w:p>
    <w:p>
      <w:r>
        <w:rPr>
          <w:rFonts w:ascii="Gentium Plus" w:hAnsi="Gentium Plus"/>
          <w:sz w:val="24"/>
        </w:rPr>
        <w:t>Καὶ πάλιν αἰτιωμένη τὸν κεκληκότα· τίνος, φησί, χατίζων,</w:t>
      </w:r>
    </w:p>
    <w:p>
      <w:r>
        <w:rPr>
          <w:rFonts w:ascii="Courier New" w:hAnsi="Courier New"/>
          <w:color w:val="555555"/>
          <w:sz w:val="20"/>
        </w:rPr>
        <w:t>[10]</w:t>
      </w:r>
    </w:p>
    <w:p>
      <w:r>
        <w:rPr>
          <w:rFonts w:ascii="Gentium Plus" w:hAnsi="Gentium Plus"/>
          <w:sz w:val="24"/>
        </w:rPr>
        <w:t>Καὶ πάλιν· λύετε λοιπὸν ἄνακτα· βροτὸς θεὸν οὐκέτι χωρεῖ.</w:t>
      </w:r>
    </w:p>
    <w:p>
      <w:r>
        <w:rPr>
          <w:rFonts w:ascii="Courier New" w:hAnsi="Courier New"/>
          <w:color w:val="555555"/>
          <w:sz w:val="20"/>
        </w:rPr>
        <w:t>[10 . 23]</w:t>
      </w:r>
    </w:p>
    <w:p>
      <w:r>
        <w:rPr>
          <w:rFonts w:ascii="Gentium Plus" w:hAnsi="Gentium Plus"/>
          <w:sz w:val="24"/>
        </w:rPr>
        <w:t>Διὰ δὲ τούτων δεδήλωκεν ὁ Πορφύριος, καὶ αὐτοὶ δὲ οὗτοι οἱ τὸ θεῖον ὄνομα κεκλοφότες, ὡς δυνατώτεραι αὐτῶν αἱ τῶν ἀν‐ θρώπων ἐπίνοιαι καὶ αἱ μεμηχανημέναι ἀνάγκαι. Καὶ γὰρ ἄνωθεν αὐτοὺς καθέλκουσι καὶ κάτω δεσμοῦσι· καὶ ἀναχωρεῖν οὐκ</w:t>
      </w:r>
    </w:p>
    <w:p>
      <w:r>
        <w:rPr>
          <w:rFonts w:ascii="Courier New" w:hAnsi="Courier New"/>
          <w:color w:val="555555"/>
          <w:sz w:val="20"/>
        </w:rPr>
        <w:t>[5]</w:t>
      </w:r>
    </w:p>
    <w:p>
      <w:r>
        <w:rPr>
          <w:rFonts w:ascii="Gentium Plus" w:hAnsi="Gentium Plus"/>
          <w:sz w:val="24"/>
        </w:rPr>
        <w:t>ἰσχύουσι, πρὶν ἂν οἱ ἄνθρωποι λύσωσιν. Καὶ ἄλλα δὲ μυρία τοιαῦτα ἔστιν εὑρεῖν παρὰ τῷδε τῷ ξυγγραφεῖ τὴν ἀσθένειαν αὐτῶν διελέγχοντα.</w:t>
      </w:r>
    </w:p>
    <w:p>
      <w:r>
        <w:rPr>
          <w:rFonts w:ascii="Courier New" w:hAnsi="Courier New"/>
          <w:color w:val="555555"/>
          <w:sz w:val="20"/>
        </w:rPr>
        <w:t>[10 . 24]</w:t>
      </w:r>
    </w:p>
    <w:p>
      <w:r>
        <w:rPr>
          <w:rFonts w:ascii="Gentium Plus" w:hAnsi="Gentium Plus"/>
          <w:sz w:val="24"/>
        </w:rPr>
        <w:t>Ὅσης δὲ αὐτῶν καὶ λώβης μεστὰ τὰ μαντεύματα, τούτοις ἄν τις ἐντυχὼν καταμάθοι ῥᾳδίως. Λιμοῦ γάρ ποτε Ἀθηναίοις ἐνσκήψαντος, ἔχρησεν ὁ Πύθιος μὴ πρότερον τοῦτον παύσασθαι, πρὶν ἂν ἑπτὰ παρθένους Ἀθηναῖοι καὶ τοσούτους ἠϊθέους σφά‐</w:t>
      </w:r>
    </w:p>
    <w:p>
      <w:r>
        <w:rPr>
          <w:rFonts w:ascii="Courier New" w:hAnsi="Courier New"/>
          <w:color w:val="555555"/>
          <w:sz w:val="20"/>
        </w:rPr>
        <w:t>[10 . 25]</w:t>
      </w:r>
    </w:p>
    <w:p>
      <w:r>
        <w:rPr>
          <w:rFonts w:ascii="Gentium Plus" w:hAnsi="Gentium Plus"/>
          <w:sz w:val="24"/>
        </w:rPr>
        <w:t>ξωσι τῷ Μίνωϊ. Καὶ τῶν χρησμῶν δὲ τὸ λοξὸν πολλοῖς ὀλέθρους προὐξένησεν. Καὶ γὰρ Ἀριστόμαχος, οὐ νενοηκὼς τὴν «στε‐ νύγρην,» τὸν μὲν πορθμὸν καὶ τὰς τριήρεις κατέλιπε, διὰ δὲ τοῦ ἰσθμοῦ προσβαλὼν τὸν βίον κατέλυσεν. Ἔδει δὲ τὸν χρησμο‐</w:t>
      </w:r>
    </w:p>
    <w:p>
      <w:r>
        <w:rPr>
          <w:rFonts w:ascii="Courier New" w:hAnsi="Courier New"/>
          <w:color w:val="555555"/>
          <w:sz w:val="20"/>
        </w:rPr>
        <w:t>[5]</w:t>
      </w:r>
    </w:p>
    <w:p>
      <w:r>
        <w:rPr>
          <w:rFonts w:ascii="Gentium Plus" w:hAnsi="Gentium Plus"/>
          <w:sz w:val="24"/>
        </w:rPr>
        <w:t>λόγον μὴ ζόφῳ τὸν χρησμὸν ξυγκαλύψαι, εἴπερ ἄρα τὸ ἐσόμε‐</w:t>
      </w:r>
    </w:p>
    <w:p>
      <w:r>
        <w:rPr>
          <w:rFonts w:ascii="Courier New" w:hAnsi="Courier New"/>
          <w:color w:val="555555"/>
          <w:sz w:val="20"/>
        </w:rPr>
        <w:t>[10 . 26]</w:t>
      </w:r>
    </w:p>
    <w:p>
      <w:r>
        <w:rPr>
          <w:rFonts w:ascii="Gentium Plus" w:hAnsi="Gentium Plus"/>
          <w:sz w:val="24"/>
        </w:rPr>
        <w:t>ἵνα μὴ τὸ ψεῦδος εὐφώρατον γένηται. Ταὐτὸ δὲ τοῦτο καὶ τῷ Κροίσῳ προὐξένησε τὴν ξυμφοράν· Κροῖσος, γὰρ ἔφη, Ἅλυν διαβὰς μεγάλην ἀρχὴν καταλύσει. Ποτέραν δέ, οὐ δεδήλωκεν, ἤτοι τὴν οἰκείαν ἢ τὴν τῶν πολε‐</w:t>
      </w:r>
    </w:p>
    <w:p>
      <w:r>
        <w:rPr>
          <w:rFonts w:ascii="Courier New" w:hAnsi="Courier New"/>
          <w:color w:val="555555"/>
          <w:sz w:val="20"/>
        </w:rPr>
        <w:t>[5]</w:t>
      </w:r>
    </w:p>
    <w:p>
      <w:r>
        <w:rPr>
          <w:rFonts w:ascii="Gentium Plus" w:hAnsi="Gentium Plus"/>
          <w:sz w:val="24"/>
        </w:rPr>
        <w:t>μίων, ἵνα καὶ ἡττηθεὶς καὶ νικήσας μὴ κατηγορήσῃ τοῦ μάντεως. Καὶ ταῦτα ὁ Πύθιος δέδρακε πολυτάλαντα παρ’ ἐκείνου δεξάμε‐ νος δῶρα. Δυοῖν τοίνυν θάτερον, ἢ ἀλαζών ἐστιν ἢ ἀχάριστος· ἢ γὰρ ἃ μὴ οἶδεν εἰδέναι βρενθύεται, ἢ ἐπιστάμενος ἑκών γε</w:t>
      </w:r>
    </w:p>
    <w:p>
      <w:r>
        <w:rPr>
          <w:rFonts w:ascii="Courier New" w:hAnsi="Courier New"/>
          <w:color w:val="555555"/>
          <w:sz w:val="20"/>
        </w:rPr>
        <w:t>[10 . 27]</w:t>
      </w:r>
    </w:p>
    <w:p>
      <w:r>
        <w:rPr>
          <w:rFonts w:ascii="Gentium Plus" w:hAnsi="Gentium Plus"/>
          <w:sz w:val="24"/>
        </w:rPr>
        <w:t>ἀδικεῖ τοὺς θεραπεύειν ἐσπουδακότας. [Παραπλήσιον δέ τι δέ‐ δρακε καὶ ἐπὶ Ἰουλιανοῦ τὴν ὁρμὴν ἔχοντος κατὰ τῶν Ἀσσυρίων· «Νῦν» γὰρ ἔφη «πάντες ὡρμήθημεν θεοὶ παρὰ Θηρὶ ποταμῷ νίκης τρόπαια κομίσασθαι; τούτων ἐγὼ ἡγεμονεύσω, θοῦρος</w:t>
      </w:r>
    </w:p>
    <w:p>
      <w:r>
        <w:rPr>
          <w:rFonts w:ascii="Courier New" w:hAnsi="Courier New"/>
          <w:color w:val="555555"/>
          <w:sz w:val="20"/>
        </w:rPr>
        <w:t>[10 . 28]</w:t>
      </w:r>
    </w:p>
    <w:p>
      <w:r>
        <w:rPr>
          <w:rFonts w:ascii="Gentium Plus" w:hAnsi="Gentium Plus"/>
          <w:sz w:val="24"/>
        </w:rPr>
        <w:t>πολεμόκλονος Ἄρης.»] Προσόμοιον δέ τι καὶ ἐπὶ Ἀθηναίων πεποίηκεν. Τοῦ γὰρ δὴ Ξέρξου μετὰ πολλῶν μυριάδων ἐπιστρα‐ τεύσαντος, ἔδραμον μὲν παρ’ αὐτὸν τῶν Ἀθηναίων οἱ θεωροί· ὁ δὲ τῶν χρησμῶν οὕτως ἤρξατο·</w:t>
      </w:r>
    </w:p>
    <w:p>
      <w:r>
        <w:rPr>
          <w:rFonts w:ascii="Courier New" w:hAnsi="Courier New"/>
          <w:color w:val="555555"/>
          <w:sz w:val="20"/>
        </w:rPr>
        <w:t>[5]</w:t>
      </w:r>
    </w:p>
    <w:p>
      <w:r>
        <w:rPr>
          <w:rFonts w:ascii="Gentium Plus" w:hAnsi="Gentium Plus"/>
          <w:sz w:val="24"/>
        </w:rPr>
        <w:t>ὦ μέλεοι, τί κάθησθε;</w:t>
      </w:r>
    </w:p>
    <w:p>
      <w:r>
        <w:rPr>
          <w:rFonts w:ascii="Courier New" w:hAnsi="Courier New"/>
          <w:color w:val="555555"/>
          <w:sz w:val="20"/>
        </w:rPr>
        <w:t>[10 . 29]</w:t>
      </w:r>
    </w:p>
    <w:p>
      <w:r>
        <w:rPr>
          <w:rFonts w:ascii="Gentium Plus" w:hAnsi="Gentium Plus"/>
          <w:sz w:val="24"/>
        </w:rPr>
        <w:t>τοῦτο δὲ διαρρήδην αὐτοῦ διελέγχει τὴν ἄγνοιαν. Εἰ γὰρ ἀληθῶς προεγνώκει τὴν νίκην, οὐ μελέους ἂν αὐτοὺς δήπουθεν, ἀλλὰ τρισολβίους ἐκάλεσε· διακοσίας γάρ τοι πρὸς ταῖς χιλίαις τριήρεις καὶ τριακοσίας ἀνδρῶν ἐνίκησαν μυριάδας. Νικηφόροι</w:t>
      </w:r>
    </w:p>
    <w:p>
      <w:r>
        <w:rPr>
          <w:rFonts w:ascii="Courier New" w:hAnsi="Courier New"/>
          <w:color w:val="555555"/>
          <w:sz w:val="20"/>
        </w:rPr>
        <w:t>[5]</w:t>
      </w:r>
    </w:p>
    <w:p>
      <w:r>
        <w:rPr>
          <w:rFonts w:ascii="Gentium Plus" w:hAnsi="Gentium Plus"/>
          <w:sz w:val="24"/>
        </w:rPr>
        <w:t>τοίνυν καὶ λίαν ὀνομαστότατοι, ἀλλ’ οὐ μέλεοι καὶ τρισάθλιοι, οἱ</w:t>
      </w:r>
    </w:p>
    <w:p>
      <w:r>
        <w:rPr>
          <w:rFonts w:ascii="Courier New" w:hAnsi="Courier New"/>
          <w:color w:val="555555"/>
          <w:sz w:val="20"/>
        </w:rPr>
        <w:t>[10 . 30]</w:t>
      </w:r>
    </w:p>
    <w:p>
      <w:r>
        <w:rPr>
          <w:rFonts w:ascii="Gentium Plus" w:hAnsi="Gentium Plus"/>
          <w:sz w:val="24"/>
        </w:rPr>
        <w:t>ἀοίδιμον καὶ πολυθρύλητον ἀναστήσαντες τρόπαιον. Εἶτα φυγὴν αὐτοῖς παρεγγύησε, τὴν τῆς πολιούχου προμηνύσας ἀσθένειαν· οὐ δύναται γὰρ ἔφη Παλλὰς Δί’ Ὀλύμπιον ἐξιλάσασθαι, λισσομένη πολλοῖσι λόγοις.</w:t>
      </w:r>
    </w:p>
    <w:p>
      <w:r>
        <w:rPr>
          <w:rFonts w:ascii="Courier New" w:hAnsi="Courier New"/>
          <w:color w:val="555555"/>
          <w:sz w:val="20"/>
        </w:rPr>
        <w:t>[5]</w:t>
      </w:r>
    </w:p>
    <w:p>
      <w:r>
        <w:rPr>
          <w:rFonts w:ascii="Gentium Plus" w:hAnsi="Gentium Plus"/>
          <w:sz w:val="24"/>
        </w:rPr>
        <w:t>Τούτῳ δὲ ἄντικρυς ἐναντίον τὸ ἐφεξῆς. Εἰπὼν γάρ, ὡς ὁ Ζεὺς οὐ πείθεται ποτνιωμένῃ τῇ Ἀθηνᾷ, ὥσπερ μεταμεληθεὶς ἔφη πάλιν· τεῖχος Τριτογενεῖ ξύλινον διδοῖ εὐρύοπα Ζεύς.</w:t>
      </w:r>
    </w:p>
    <w:p>
      <w:r>
        <w:rPr>
          <w:rFonts w:ascii="Courier New" w:hAnsi="Courier New"/>
          <w:color w:val="555555"/>
          <w:sz w:val="20"/>
        </w:rPr>
        <w:t>[10 . 31]</w:t>
      </w:r>
    </w:p>
    <w:p>
      <w:r>
        <w:rPr>
          <w:rFonts w:ascii="Gentium Plus" w:hAnsi="Gentium Plus"/>
          <w:sz w:val="24"/>
        </w:rPr>
        <w:t>Καὶ τοῖς ἐπὶ ξυροῦ ἀκμῆς ἔχουσι τὰς ἐλπίδας οὐκ ἐπέδειξε ξυντόμως σαφῆ τινα πορείας ὁδόν· ἀλλὰ τὴν οἰκείαν ἀμαθίαν τῷ τῶν χρησμῶν ξυνεσκίασεν ἀμφιβόλῳ, τοῦ ψεύδους τὰ φώρια δει‐</w:t>
      </w:r>
    </w:p>
    <w:p>
      <w:r>
        <w:rPr>
          <w:rFonts w:ascii="Courier New" w:hAnsi="Courier New"/>
          <w:color w:val="555555"/>
          <w:sz w:val="20"/>
        </w:rPr>
        <w:t>[10 . 32]</w:t>
      </w:r>
    </w:p>
    <w:p>
      <w:r>
        <w:rPr>
          <w:rFonts w:ascii="Gentium Plus" w:hAnsi="Gentium Plus"/>
          <w:sz w:val="24"/>
        </w:rPr>
        <w:t>μαίνων. Παραπλήσιον δὲ καὶ αὐτὸ τοῦ χρησμοῦ τὸ τέλος· ὦ θεία Σαλαμίς, ἀπολεῖς δὲ σὺ τέκνα γυναικῶν, ἤ που σκιδναμένης Δημήτερος ἢ συνιούσης. Ἠγνόει γάρ που, ὡς ἔδειξε, τοὺς τεθνηξομένους, εἴτε Πέρσαι</w:t>
      </w:r>
    </w:p>
    <w:p>
      <w:r>
        <w:rPr>
          <w:rFonts w:ascii="Courier New" w:hAnsi="Courier New"/>
          <w:color w:val="555555"/>
          <w:sz w:val="20"/>
        </w:rPr>
        <w:t>[5]</w:t>
      </w:r>
    </w:p>
    <w:p>
      <w:r>
        <w:rPr>
          <w:rFonts w:ascii="Gentium Plus" w:hAnsi="Gentium Plus"/>
          <w:sz w:val="24"/>
        </w:rPr>
        <w:t>εἶεν, εἴτε Ἀθηναῖοι. Διὰ τοῦτο γυναικῶν ἐμνήσθη μόνων, τὸ δὲ τούτων ἔθνος ἐσίγησεν· καὶ τὸ «σκιδναμένης δὲ Δημήτερος ἢ συνιούσης» ἀγνοοῦντός ἐστι παντελῶς τὸν τῆς νίκης καιρόν.</w:t>
      </w:r>
    </w:p>
    <w:p>
      <w:r>
        <w:rPr>
          <w:rFonts w:ascii="Courier New" w:hAnsi="Courier New"/>
          <w:color w:val="555555"/>
          <w:sz w:val="20"/>
        </w:rPr>
        <w:t>[10]</w:t>
      </w:r>
    </w:p>
    <w:p>
      <w:r>
        <w:rPr>
          <w:rFonts w:ascii="Gentium Plus" w:hAnsi="Gentium Plus"/>
          <w:sz w:val="24"/>
        </w:rPr>
        <w:t>ψεῦδος· οὐ μὴν καὶ μελέους τοὺς Ἀθηναίους, ἀλλ’ εὐδαίμονας</w:t>
      </w:r>
    </w:p>
    <w:p>
      <w:r>
        <w:rPr>
          <w:rFonts w:ascii="Courier New" w:hAnsi="Courier New"/>
          <w:color w:val="555555"/>
          <w:sz w:val="20"/>
        </w:rPr>
        <w:t>[10 . 33]</w:t>
      </w:r>
    </w:p>
    <w:p>
      <w:r>
        <w:rPr>
          <w:rFonts w:ascii="Gentium Plus" w:hAnsi="Gentium Plus"/>
          <w:sz w:val="24"/>
        </w:rPr>
        <w:t>ἔδειξεν. Λακεδαιμονίοις δὲ καὶ Κνιδίοις οἱ τούτου χρησμοὶ τοῖς μὲν ἧτταν, τοῖς δὲ δουλείαν προὐξένησαν. Λυκούργῳ δὲ τῷ νομοθέτῃ τοὺς ὠμοτάτους ἐκείνους καὶ αἰσχροτάτους νόμους δεδωκέναι φιλοτιμεῖται. Εἰς γὰρ Δελφοὺς ἀφικομένῳ ταῦτα</w:t>
      </w:r>
    </w:p>
    <w:p>
      <w:r>
        <w:rPr>
          <w:rFonts w:ascii="Courier New" w:hAnsi="Courier New"/>
          <w:color w:val="555555"/>
          <w:sz w:val="20"/>
        </w:rPr>
        <w:t>[5]</w:t>
      </w:r>
    </w:p>
    <w:p>
      <w:r>
        <w:rPr>
          <w:rFonts w:ascii="Gentium Plus" w:hAnsi="Gentium Plus"/>
          <w:sz w:val="24"/>
        </w:rPr>
        <w:t>ἔφη· ἥκεις, ὦ Λυκόεργε, ἐμὸν ποτὶ πίονα νηόν, Ζηνὶ φίλος καὶ πᾶσιν Ὀλύμπια δώματ’ ἔχουσιν. Δίζω ἤ σε θεὸν μαντεύσομαι ἢ ἄνθρωπον· ἀλλ’ ἔτι καὶ μᾶλλον θεὸν ἔλπομαι, ὦ Λυκόεργε.</w:t>
      </w:r>
    </w:p>
    <w:p>
      <w:r>
        <w:rPr>
          <w:rFonts w:ascii="Courier New" w:hAnsi="Courier New"/>
          <w:color w:val="555555"/>
          <w:sz w:val="20"/>
        </w:rPr>
        <w:t>[10]</w:t>
      </w:r>
    </w:p>
    <w:p>
      <w:r>
        <w:rPr>
          <w:rFonts w:ascii="Gentium Plus" w:hAnsi="Gentium Plus"/>
          <w:sz w:val="24"/>
        </w:rPr>
        <w:t>ἥκεις εὐνομίην διζήμενος· αὐτὰρ ἐγώ τοι δώσω.</w:t>
      </w:r>
    </w:p>
    <w:p>
      <w:r>
        <w:rPr>
          <w:rFonts w:ascii="Courier New" w:hAnsi="Courier New"/>
          <w:color w:val="555555"/>
          <w:sz w:val="20"/>
        </w:rPr>
        <w:t>[10 . 34]</w:t>
      </w:r>
    </w:p>
    <w:p>
      <w:r>
        <w:rPr>
          <w:rFonts w:ascii="Gentium Plus" w:hAnsi="Gentium Plus"/>
          <w:sz w:val="24"/>
        </w:rPr>
        <w:t>Ὁποίους δὲ οὗτος τέθεικε νόμους, ἐν τῇ πρὸ ταύτης δεδηλώκα‐ μεν διαλέξει. Ξενηλασίας γὰρ ἐνομοθέτησε καὶ παίδων ἔρωτας ἀκολάστους καὶ γυναικῶν ὁμιλίας ἀθέσμους, καὶ τοὺς γαμηλίους ἀνατέτραφε νόμους. Ἀλλ’ ὁ σοφώτατος καὶ μουσικώτατος μάντις</w:t>
      </w:r>
    </w:p>
    <w:p>
      <w:r>
        <w:rPr>
          <w:rFonts w:ascii="Courier New" w:hAnsi="Courier New"/>
          <w:color w:val="555555"/>
          <w:sz w:val="20"/>
        </w:rPr>
        <w:t>[5]</w:t>
      </w:r>
    </w:p>
    <w:p>
      <w:r>
        <w:rPr>
          <w:rFonts w:ascii="Gentium Plus" w:hAnsi="Gentium Plus"/>
          <w:sz w:val="24"/>
        </w:rPr>
        <w:t>αὐτὸς ἔφη τούτους δεδωκέναι τοὺς νόμους καὶ θεὸν καλεῖ τὸν ταῦτα νομοθετήσαντα καὶ ἀγνοεῖν ὁμολογεῖ, πότερον χρὴ θεὸν αὐτὸν καλεῖν ἢ ἄνθρωπον· καὶ τὸ τιμιώτερον δοῦναι θελήσας, οὐ</w:t>
      </w:r>
    </w:p>
    <w:p>
      <w:r>
        <w:rPr>
          <w:rFonts w:ascii="Courier New" w:hAnsi="Courier New"/>
          <w:color w:val="555555"/>
          <w:sz w:val="20"/>
        </w:rPr>
        <w:t>[10 . 35]</w:t>
      </w:r>
    </w:p>
    <w:p>
      <w:r>
        <w:rPr>
          <w:rFonts w:ascii="Gentium Plus" w:hAnsi="Gentium Plus"/>
          <w:sz w:val="24"/>
        </w:rPr>
        <w:t>δέδωκεν ὡς θεός, ἀλλ’ «ἔλπομαι» εἶπεν ὡς ἄνθρωπος. Οὗτος καὶ τὰς Λακεδαιμονίων ἐπαινεῖ γυναῖκας ἀδεῶς οἷς ἂν ἐθέλωσι</w:t>
      </w:r>
    </w:p>
    <w:p>
      <w:r>
        <w:rPr>
          <w:rFonts w:ascii="Courier New" w:hAnsi="Courier New"/>
          <w:color w:val="555555"/>
          <w:sz w:val="20"/>
        </w:rPr>
        <w:t>[5]</w:t>
      </w:r>
    </w:p>
    <w:p>
      <w:r>
        <w:rPr>
          <w:rFonts w:ascii="Gentium Plus" w:hAnsi="Gentium Plus"/>
          <w:sz w:val="24"/>
        </w:rPr>
        <w:t>ἵπποι Θρηΐκιαι, Λακεδαιμόνιαι δὲ γυναῖκες, ἄνδρες δ’ οἳ πίνουσιν ὕδωρ καλῆς Ἀρεθούσης.</w:t>
      </w:r>
    </w:p>
    <w:p>
      <w:r>
        <w:rPr>
          <w:rFonts w:ascii="Courier New" w:hAnsi="Courier New"/>
          <w:color w:val="555555"/>
          <w:sz w:val="20"/>
        </w:rPr>
        <w:t>[10 . 36]</w:t>
      </w:r>
    </w:p>
    <w:p>
      <w:r>
        <w:rPr>
          <w:rFonts w:ascii="Gentium Plus" w:hAnsi="Gentium Plus"/>
          <w:sz w:val="24"/>
        </w:rPr>
        <w:t>Οὗτος καὶ τὸν Ἀρχίλοχον, αἰσχρότατον γενόμενον ποιητήν, ἀοίδιμον προσηγόρευσε καὶ ἀθάνατον· καὶ πρὸς τὸν τοῦδε ἔφη πατέρα· ἀθάνατός σοι παῖς καὶ ἀοίδιμος, ὦ Τελεσίκλεις,</w:t>
      </w:r>
    </w:p>
    <w:p>
      <w:r>
        <w:rPr>
          <w:rFonts w:ascii="Courier New" w:hAnsi="Courier New"/>
          <w:color w:val="555555"/>
          <w:sz w:val="20"/>
        </w:rPr>
        <w:t>[5]</w:t>
      </w:r>
    </w:p>
    <w:p>
      <w:r>
        <w:rPr>
          <w:rFonts w:ascii="Gentium Plus" w:hAnsi="Gentium Plus"/>
          <w:sz w:val="24"/>
        </w:rPr>
        <w:t>ἔσσετ’ ἐν ἀνθρώποις.</w:t>
      </w:r>
    </w:p>
    <w:p>
      <w:r>
        <w:rPr>
          <w:rFonts w:ascii="Courier New" w:hAnsi="Courier New"/>
          <w:color w:val="555555"/>
          <w:sz w:val="20"/>
        </w:rPr>
        <w:t>[10 . 37]</w:t>
      </w:r>
    </w:p>
    <w:p>
      <w:r>
        <w:rPr>
          <w:rFonts w:ascii="Gentium Plus" w:hAnsi="Gentium Plus"/>
          <w:sz w:val="24"/>
        </w:rPr>
        <w:t>Καὶ τῷ Ὁμήρῳ ἔφη· «Ὄλβιε καὶ δύσδαιμον,» τὸ μὲν διὰ τὴν ἐπιγενομένην τυφλότητα, τὸ δὲ διὰ τὴν ποίησιν, ἣν κατὰ πάντα εὖ ἔχειν ὑπέλαβε· δι’ ἣν αὐτὸν ὁ Πλάτων μύρῳ κατὰ τὰς χελιδόνας ἀλείψας, τῆς ὑπ’ αὐτοῦ ξυντεθείσης ἀπέπεμψε πόλεως.</w:t>
      </w:r>
    </w:p>
    <w:p>
      <w:r>
        <w:rPr>
          <w:rFonts w:ascii="Courier New" w:hAnsi="Courier New"/>
          <w:color w:val="555555"/>
          <w:sz w:val="20"/>
        </w:rPr>
        <w:t>[10 . 38]</w:t>
      </w:r>
    </w:p>
    <w:p>
      <w:r>
        <w:rPr>
          <w:rFonts w:ascii="Gentium Plus" w:hAnsi="Gentium Plus"/>
          <w:sz w:val="24"/>
        </w:rPr>
        <w:t>Οὗτος καὶ Κλεομήδη τὸν πύκτην θείας ἐκέλευσεν ἀξιοῦσθαι τιμῆς· ὕστατος ἡρώων, φησί, Κλεομήδης Ἀστυπαλαιεύς, ὃν θυσίαις τιμᾶσθ’ ὡς οὐκέτι θνητὸν ἐόντα.</w:t>
      </w:r>
    </w:p>
    <w:p>
      <w:r>
        <w:rPr>
          <w:rFonts w:ascii="Courier New" w:hAnsi="Courier New"/>
          <w:color w:val="555555"/>
          <w:sz w:val="20"/>
        </w:rPr>
        <w:t>[5]</w:t>
      </w:r>
    </w:p>
    <w:p>
      <w:r>
        <w:rPr>
          <w:rFonts w:ascii="Gentium Plus" w:hAnsi="Gentium Plus"/>
          <w:sz w:val="24"/>
        </w:rPr>
        <w:t>Ὅσας δὲ οὗτος μιαιφονίας τετόλμηκεν, ἤδη πρόσθεν εἰρήκαμεν.</w:t>
      </w:r>
    </w:p>
    <w:p>
      <w:r>
        <w:rPr>
          <w:rFonts w:ascii="Courier New" w:hAnsi="Courier New"/>
          <w:color w:val="555555"/>
          <w:sz w:val="20"/>
        </w:rPr>
        <w:t>[10 . 39]</w:t>
      </w:r>
    </w:p>
    <w:p>
      <w:r>
        <w:rPr>
          <w:rFonts w:ascii="Gentium Plus" w:hAnsi="Gentium Plus"/>
          <w:sz w:val="24"/>
        </w:rPr>
        <w:t>Καὶ Μηθυμναίοις δὲ τοῦτον ἔδωκε τὸν χρησμόν· ἀλλά κε Μηθύμνης ναέταις πολὺ λώϊον ἔσται, φαλληνὸν τιμῶσι Διωνύσοιο κάρηνον. Καὶ οὐκ ἐρυθριᾷ τῶν θεῶν ὁ σοφώτατος, ὃν Φοῖβον οἱ ποιηταὶ</w:t>
      </w:r>
    </w:p>
    <w:p>
      <w:r>
        <w:rPr>
          <w:rFonts w:ascii="Courier New" w:hAnsi="Courier New"/>
          <w:color w:val="555555"/>
          <w:sz w:val="20"/>
        </w:rPr>
        <w:t>[5]</w:t>
      </w:r>
    </w:p>
    <w:p>
      <w:r>
        <w:rPr>
          <w:rFonts w:ascii="Gentium Plus" w:hAnsi="Gentium Plus"/>
          <w:sz w:val="24"/>
        </w:rPr>
        <w:t>προσωνόμαζον, ὡς δὴ ἁγνὸν καὶ ἀμίαντον, τοῦ Διονύσου τὸ ἀκρο‐</w:t>
      </w:r>
    </w:p>
    <w:p>
      <w:r>
        <w:rPr>
          <w:rFonts w:ascii="Courier New" w:hAnsi="Courier New"/>
          <w:color w:val="555555"/>
          <w:sz w:val="20"/>
        </w:rPr>
        <w:t>[10 . 40]</w:t>
      </w:r>
    </w:p>
    <w:p>
      <w:r>
        <w:rPr>
          <w:rFonts w:ascii="Gentium Plus" w:hAnsi="Gentium Plus"/>
          <w:sz w:val="24"/>
        </w:rPr>
        <w:t>πόσθιον τιμᾶσθαι χρησμῳδήσας. Οὗτος ἐμπιπραμένῳ μὲν οὐκ ἐπήμυνε τῷ οἰκείῳ νεῷ, ἔφη δὲ τοῦτον παρὰ τῶν Μοιρῶν εἰλη‐ φέναι τὸν κλῆρον καὶ μονῳδίαν ᾖσε, τὸ πάθος ὀλοφυρόμενος. Ἐγὼ δὲ ταύτης τὸ τέλος ἐρῶ·</w:t>
      </w:r>
    </w:p>
    <w:p>
      <w:r>
        <w:rPr>
          <w:rFonts w:ascii="Courier New" w:hAnsi="Courier New"/>
          <w:color w:val="555555"/>
          <w:sz w:val="20"/>
        </w:rPr>
        <w:t>[5]</w:t>
      </w:r>
    </w:p>
    <w:p>
      <w:r>
        <w:rPr>
          <w:rFonts w:ascii="Gentium Plus" w:hAnsi="Gentium Plus"/>
          <w:sz w:val="24"/>
        </w:rPr>
        <w:t>τέτλαθι Μοιράων ἀμετάτροπα δήνεα θυμῷ· ταῖσι γὰρ οὐρανίδαο Διὸς κατένευσε κάρηνον, ὅττι κε δινήσωσι, μένειν ἀσάλευτον, ἀτράκτοις. Αἶσα γὰρ ἦν δολιχοῖσι χρόνοις περικαλλέα σηκὸν πυρσῶν αἰώρῃσι διιπετέεσσι δαμῆναι.</w:t>
      </w:r>
    </w:p>
    <w:p>
      <w:r>
        <w:rPr>
          <w:rFonts w:ascii="Courier New" w:hAnsi="Courier New"/>
          <w:color w:val="555555"/>
          <w:sz w:val="20"/>
        </w:rPr>
        <w:t>[10 . 41]</w:t>
      </w:r>
    </w:p>
    <w:p>
      <w:r>
        <w:rPr>
          <w:rFonts w:ascii="Gentium Plus" w:hAnsi="Gentium Plus"/>
          <w:sz w:val="24"/>
        </w:rPr>
        <w:t>Καὶ ἕτερα δὲ μυρία ἔστιν εὑρεῖν ἐν τοῖς τούτου χρησμοῖς καταγέλαστα. Ξυνήγαγε δὲ τούτους οὐ μόνον ὁ Πορφύριος ἐν τοῖς Περὶ τῆς ἐκ λογίων φιλοσοφίας, ἀλλὰ καὶ ὁ κυνικὸς Οἰνό‐</w:t>
      </w:r>
    </w:p>
    <w:p>
      <w:r>
        <w:rPr>
          <w:rFonts w:ascii="Courier New" w:hAnsi="Courier New"/>
          <w:color w:val="555555"/>
          <w:sz w:val="20"/>
        </w:rPr>
        <w:t>[10 . 42]</w:t>
      </w:r>
    </w:p>
    <w:p>
      <w:r>
        <w:rPr>
          <w:rFonts w:ascii="Gentium Plus" w:hAnsi="Gentium Plus"/>
          <w:sz w:val="24"/>
        </w:rPr>
        <w:t>Οἰνομάου δὲ καὶ Πορφυρίου καὶ Πλουτάρχου καὶ Διογενιανοῦ καὶ τῶν ἄλλων ὑμῶν ἕνεκα ἐπεμνήσθην, ἐπειδήπερ ὑμῖν τὰ ὑμέτερα λέγοντές εἰσιν ἀξιόχρεοι· ἡμῖν δὲ ἀρκεῖ τῶν πραγμάτων ἡ μαρτυρία, γεγωνοτάτῃ κεχρημένη φωνῇ καὶ τὸ τῶν χρηστη‐</w:t>
      </w:r>
    </w:p>
    <w:p>
      <w:r>
        <w:rPr>
          <w:rFonts w:ascii="Courier New" w:hAnsi="Courier New"/>
          <w:color w:val="555555"/>
          <w:sz w:val="20"/>
        </w:rPr>
        <w:t>[10 . 43]</w:t>
      </w:r>
    </w:p>
    <w:p>
      <w:r>
        <w:rPr>
          <w:rFonts w:ascii="Gentium Plus" w:hAnsi="Gentium Plus"/>
          <w:sz w:val="24"/>
        </w:rPr>
        <w:t>ρίων διελέγχουσα ψεῦδος. Πρὸ μὲν γὰρ δὴ τῆς τοῦ Σωτῆρος ἡμῶν ἐπιφανείας, οἷόν πού τινος ζόφου τὴν οἰκουμένην κατέχον‐ τος, καθάπερ τινὲς λῃσταὶ καὶ λωποδύται, οἱ τῶν ἀνθρώπων ἀλάσ‐ τορες, οἱ παμπόνηροι δαίμονες, καὶ λόχοις ἐχρῶντο καὶ πάγαις καὶ</w:t>
      </w:r>
    </w:p>
    <w:p>
      <w:r>
        <w:rPr>
          <w:rFonts w:ascii="Courier New" w:hAnsi="Courier New"/>
          <w:color w:val="555555"/>
          <w:sz w:val="20"/>
        </w:rPr>
        <w:t>[5]</w:t>
      </w:r>
    </w:p>
    <w:p>
      <w:r>
        <w:rPr>
          <w:rFonts w:ascii="Gentium Plus" w:hAnsi="Gentium Plus"/>
          <w:sz w:val="24"/>
        </w:rPr>
        <w:t>ἄρκυσι παντοδαπαῖς, ἀγρεύοντες τῶν ἀνθρώπων τὴν φύσιν· ἐπειδὴ δὲ ἀνέσχε τῆς ἀληθείας τὸ φῶς, ἐδραπέτευσαν ἅπαντες καὶ τοὺς</w:t>
      </w:r>
    </w:p>
    <w:p>
      <w:r>
        <w:rPr>
          <w:rFonts w:ascii="Courier New" w:hAnsi="Courier New"/>
          <w:color w:val="555555"/>
          <w:sz w:val="20"/>
        </w:rPr>
        <w:t>[10 . 44]</w:t>
      </w:r>
    </w:p>
    <w:p>
      <w:r>
        <w:rPr>
          <w:rFonts w:ascii="Gentium Plus" w:hAnsi="Gentium Plus"/>
          <w:sz w:val="24"/>
        </w:rPr>
        <w:t>οἰκείους κατέλιπον χηραμούς. Τῷ τοι ἐβόων αὐτίκα φανέντος· «Ἔα· τί ἡμῖν καὶ σοί, υἱὲ τοῦ Θεοῦ; ἦλθες ὧδε πρὸ καιροῦ βασανίσαι ἡμᾶς.» Καὶ ἕτεροι δὲ πάλιν ὥρκουν αὐτόν, ἵνα μὴ αὐτοὺς εἰς τὴν ἄβυσσον πέμψῃ. Ἐν δὲ Φιλίπποις τὸ πνεῦμα</w:t>
      </w:r>
    </w:p>
    <w:p>
      <w:r>
        <w:rPr>
          <w:rFonts w:ascii="Courier New" w:hAnsi="Courier New"/>
          <w:color w:val="555555"/>
          <w:sz w:val="20"/>
        </w:rPr>
        <w:t>[5]</w:t>
      </w:r>
    </w:p>
    <w:p>
      <w:r>
        <w:rPr>
          <w:rFonts w:ascii="Gentium Plus" w:hAnsi="Gentium Plus"/>
          <w:sz w:val="24"/>
        </w:rPr>
        <w:t>τοῦ Πύθωνος περὶ τῶν ἀποστόλων ἐβόα· «Οὗτοι οἱ ἄνθρωποι δοῦλοι τοῦ Θεοῦ τοῦ ὑψίστου εἰσίν, οἵ τινες καταγγέλλουσιν</w:t>
      </w:r>
    </w:p>
    <w:p>
      <w:r>
        <w:rPr>
          <w:rFonts w:ascii="Courier New" w:hAnsi="Courier New"/>
          <w:color w:val="555555"/>
          <w:sz w:val="20"/>
        </w:rPr>
        <w:t>[10 . 45]</w:t>
      </w:r>
    </w:p>
    <w:p>
      <w:r>
        <w:rPr>
          <w:rFonts w:ascii="Gentium Plus" w:hAnsi="Gentium Plus"/>
          <w:sz w:val="24"/>
        </w:rPr>
        <w:t>ὑμῖν ὁδὸν σωτηρίας.» Θεασάμενοι τοίνυν πανταχοῦ διατρέχον τῆς ἀληθείας τὸ κήρυγμα, καθάπερ στρατιῶται φυγάδες πολλὰ δεινὰ καὶ παράνομα δεδρακότες, εἶτα τῆς τοῦ βασιλέως αἰσθόμε‐ νοι παρουσίας, ἀπέδρασαν καὶ γυμνὰς τὰς ἐνέδρας κατέλιπον.</w:t>
      </w:r>
    </w:p>
    <w:p>
      <w:r>
        <w:rPr>
          <w:rFonts w:ascii="Courier New" w:hAnsi="Courier New"/>
          <w:color w:val="555555"/>
          <w:sz w:val="20"/>
        </w:rPr>
        <w:t>[10 . 46]</w:t>
      </w:r>
    </w:p>
    <w:p>
      <w:r>
        <w:rPr>
          <w:rFonts w:ascii="Gentium Plus" w:hAnsi="Gentium Plus"/>
          <w:sz w:val="24"/>
        </w:rPr>
        <w:t>Ὁ δὲ τῶν ὅλων παμβασιλεὺς τὰ τούτων κατέλυσεν ὁρμητήρια· καὶ οὔτε τῆς Κασταλίας προαγορεύει τὸ ὕδωρ, οὔτε Κολοφῶνος ἡ πηγὴ προθεσπίζει, οὐχ ὁ Θεσπρώτιος λέβης μαντεύεται, οὐχ</w:t>
      </w:r>
    </w:p>
    <w:p>
      <w:r>
        <w:rPr>
          <w:rFonts w:ascii="Courier New" w:hAnsi="Courier New"/>
          <w:color w:val="555555"/>
          <w:sz w:val="20"/>
        </w:rPr>
        <w:t>[5]</w:t>
      </w:r>
    </w:p>
    <w:p>
      <w:r>
        <w:rPr>
          <w:rFonts w:ascii="Gentium Plus" w:hAnsi="Gentium Plus"/>
          <w:sz w:val="24"/>
        </w:rPr>
        <w:t>ἀδολεσχεῖ, οὐχ ἡ πολυθρύλητος φθέγγεται δρῦς, ἀλλὰ σιγᾷ μὲν ὁ Δωδωναῖος, σιγᾷ δὲ ὁ Κολοφώνιος καὶ Δήλιος καὶ Πύθιος καὶ Κλάριος καὶ Διδυμαῖος καὶ ἡ Λεβαδία καὶ ὁ Τροφώνιος καὶ ὁ Ἀμφίλοχος καὶ ὁ Ἀμφιάραος καὶ ὁ Ἄμμων καὶ ἡ τῶν Χαλδαίων</w:t>
      </w:r>
    </w:p>
    <w:p>
      <w:r>
        <w:rPr>
          <w:rFonts w:ascii="Courier New" w:hAnsi="Courier New"/>
          <w:color w:val="555555"/>
          <w:sz w:val="20"/>
        </w:rPr>
        <w:t>[10 . 47]</w:t>
      </w:r>
    </w:p>
    <w:p>
      <w:r>
        <w:rPr>
          <w:rFonts w:ascii="Gentium Plus" w:hAnsi="Gentium Plus"/>
          <w:sz w:val="24"/>
        </w:rPr>
        <w:t>καὶ Τυρρηνῶν νεκυία. Σιγᾶν γὰρ αὐτοῖς ἐκέλευσεν ὁ ἐπιτιμῶν ἀβύσσῳ, κατὰ τὸν προφήτην, καὶ ξηραίνων αὐτήν, ὁ λέγων τῇ ἀβύσσῳ· «Ἐρημωθήσῃ, καὶ τοὺς ποταμούς σου ξηρανῶ.» Καὶ ὁ Δαφναῖος Ἀπόλλων, τὸν ἡμέτερον παρασκευάσας μετατεθῆναι</w:t>
      </w:r>
    </w:p>
    <w:p>
      <w:r>
        <w:rPr>
          <w:rFonts w:ascii="Courier New" w:hAnsi="Courier New"/>
          <w:color w:val="555555"/>
          <w:sz w:val="20"/>
        </w:rPr>
        <w:t>[10 . 48]</w:t>
      </w:r>
    </w:p>
    <w:p>
      <w:r>
        <w:rPr>
          <w:rFonts w:ascii="Gentium Plus" w:hAnsi="Gentium Plus"/>
          <w:sz w:val="24"/>
        </w:rPr>
        <w:t>νεκρόν, οὐρανόθεν ἐδέξατο τὸν σκηπτόν. Οὐ γὰρ εἴα προλέγειν αὐτὸν καὶ ξυνήθως ἀποβουκολεῖν τοὺς ἀνθρώπους τοῦ σταυρωθέν‐ τος ὁ μάρτυς, ἀλλὰ καθάπερ ὁ μέγας Παῦλος τῷ τοῦ Πύθωνος ἐπετίμησε πνεύματι, οὕτως ἡ τοῦ μάρτυρος κόνις τὸ τοῦ μάν‐</w:t>
      </w:r>
    </w:p>
    <w:p>
      <w:r>
        <w:rPr>
          <w:rFonts w:ascii="Courier New" w:hAnsi="Courier New"/>
          <w:color w:val="555555"/>
          <w:sz w:val="20"/>
        </w:rPr>
        <w:t>[5]</w:t>
      </w:r>
    </w:p>
    <w:p>
      <w:r>
        <w:rPr>
          <w:rFonts w:ascii="Gentium Plus" w:hAnsi="Gentium Plus"/>
          <w:sz w:val="24"/>
        </w:rPr>
        <w:t>τεως ἐχαλίνωσε ψεῦδος.</w:t>
      </w:r>
    </w:p>
    <w:p>
      <w:r>
        <w:rPr>
          <w:rFonts w:ascii="Courier New" w:hAnsi="Courier New"/>
          <w:color w:val="555555"/>
          <w:sz w:val="20"/>
        </w:rPr>
        <w:t>[10 . 49]</w:t>
      </w:r>
    </w:p>
    <w:p>
      <w:r>
        <w:rPr>
          <w:rFonts w:ascii="Gentium Plus" w:hAnsi="Gentium Plus"/>
          <w:sz w:val="24"/>
        </w:rPr>
        <w:t>Ὁποῖοι μὲν οὖν τῶν ὑμετέρων θεῶν οἱ χρησμοί, παρὰ τῶν ὑμετέρων μεμαθήκατε φιλοσόφων· ὁποῖα δὲ ὁ τῶν ὅλων προλέγει Θεός, καὶ ὅπως βιωφελῆ καὶ ὀνησιφόρα καὶ τῆς ἀληθείας ἀφιέντα τὴν αἴγλην, ἔξεστι τῷ βουλομένῳ καταμαθεῖν ἀκριβῶς, τοῖς</w:t>
      </w:r>
    </w:p>
    <w:p>
      <w:r>
        <w:rPr>
          <w:rFonts w:ascii="Courier New" w:hAnsi="Courier New"/>
          <w:color w:val="555555"/>
          <w:sz w:val="20"/>
        </w:rPr>
        <w:t>[5]</w:t>
      </w:r>
    </w:p>
    <w:p>
      <w:r>
        <w:rPr>
          <w:rFonts w:ascii="Gentium Plus" w:hAnsi="Gentium Plus"/>
          <w:sz w:val="24"/>
        </w:rPr>
        <w:t>θείοις ἐντετυχηκότι λόγοις. Ἐγὼ δέ γε ὀλίγων τινῶν ἀπομνη‐ μονεύσω προρρήσεων, ἵνα καὶ ἐκ παραλλήλου τὸ διάφορον δείξω. Πρώτας μέντοι ἐκείνας ἐρῶ, αἳ τὴν τῶν εἰδώλων κατάλυσιν</w:t>
      </w:r>
    </w:p>
    <w:p>
      <w:r>
        <w:rPr>
          <w:rFonts w:ascii="Courier New" w:hAnsi="Courier New"/>
          <w:color w:val="555555"/>
          <w:sz w:val="20"/>
        </w:rPr>
        <w:t>[10 . 50]</w:t>
      </w:r>
    </w:p>
    <w:p>
      <w:r>
        <w:rPr>
          <w:rFonts w:ascii="Gentium Plus" w:hAnsi="Gentium Plus"/>
          <w:sz w:val="24"/>
        </w:rPr>
        <w:t>προηγόρευσαν. Ἀκούσατε τοίνυν Ἡσαΐου τοῦ προφήτου λέγον‐</w:t>
      </w:r>
    </w:p>
    <w:p>
      <w:r>
        <w:rPr>
          <w:rFonts w:ascii="Courier New" w:hAnsi="Courier New"/>
          <w:color w:val="555555"/>
          <w:sz w:val="20"/>
        </w:rPr>
        <w:t>[5]</w:t>
      </w:r>
    </w:p>
    <w:p>
      <w:r>
        <w:rPr>
          <w:rFonts w:ascii="Gentium Plus" w:hAnsi="Gentium Plus"/>
          <w:sz w:val="24"/>
        </w:rPr>
        <w:t>πορεύσονται λαοὶ πολλοὶ καὶ ἐροῦσι· δεῦτε καὶ ἀναβῶμεν εἰς τὸ ὄρος Κυρίου καὶ εἰς τὸν οἶκον τοῦ Θεοῦ Ἰακώβ, καὶ ἀναγγελεῖ ἡμῖν τὴν ὁδὸν αὐτοῦ· καὶ πορευσόμεθα ἐν αὐτῇ. Ἐκ γὰρ Σιὼν ἐξελεύσεται νόμος καὶ λόγος Κυρίου ἐξ Ἱερουσαλήμ, καὶ κρινεῖ ἀνὰ μέσον τῶν ἐθνῶν καὶ ἐλέγξει λαὸν πολύν, καὶ συγκόψουσι</w:t>
      </w:r>
    </w:p>
    <w:p>
      <w:r>
        <w:rPr>
          <w:rFonts w:ascii="Courier New" w:hAnsi="Courier New"/>
          <w:color w:val="555555"/>
          <w:sz w:val="20"/>
        </w:rPr>
        <w:t>[10]</w:t>
      </w:r>
    </w:p>
    <w:p>
      <w:r>
        <w:rPr>
          <w:rFonts w:ascii="Gentium Plus" w:hAnsi="Gentium Plus"/>
          <w:sz w:val="24"/>
        </w:rPr>
        <w:t>τὰς μαχαίρας αὐτῶν εἰς ἄροτρα, καὶ τὰς ζιβύνας αὐτῶν εἰς δρέ‐ πανα· καὶ οὐ λήψεται ἔθνος ἐπ’ ἔθνος μάχαιραν, καὶ οὐ μὴ μάθωσιν</w:t>
      </w:r>
    </w:p>
    <w:p>
      <w:r>
        <w:rPr>
          <w:rFonts w:ascii="Courier New" w:hAnsi="Courier New"/>
          <w:color w:val="555555"/>
          <w:sz w:val="20"/>
        </w:rPr>
        <w:t>[10 . 51]</w:t>
      </w:r>
    </w:p>
    <w:p>
      <w:r>
        <w:rPr>
          <w:rFonts w:ascii="Gentium Plus" w:hAnsi="Gentium Plus"/>
          <w:sz w:val="24"/>
        </w:rPr>
        <w:t>ἔτι πολεμεῖν.» Ὁποῖα μὲν οὖν ἐχρησμῴδησεν ὁ προφήτης, ἠκού‐ σατε, πρὸς δὲ τῆς ἀληθείας εἴπατε, εἴ τι λοξὸν ὑμῖν ἐν τούτοις ἢ ἀμφίβολον κατεφάνη· ἀλλ’ οἶδα, ὡς οὐκ ἐρεῖτε· τῶν γάρ τοι πραγμάτων ὑφορᾶσθε τὴν μαρτυρίαν· ὁρᾶτε γὰρ ἐναργῶς τὸ τῆς</w:t>
      </w:r>
    </w:p>
    <w:p>
      <w:r>
        <w:rPr>
          <w:rFonts w:ascii="Courier New" w:hAnsi="Courier New"/>
          <w:color w:val="555555"/>
          <w:sz w:val="20"/>
        </w:rPr>
        <w:t>[10 . 52]</w:t>
      </w:r>
    </w:p>
    <w:p>
      <w:r>
        <w:rPr>
          <w:rFonts w:ascii="Gentium Plus" w:hAnsi="Gentium Plus"/>
          <w:sz w:val="24"/>
        </w:rPr>
        <w:t>προρρήσεως τέλος. Ἢ οὐχ ὁρᾶτε τῆς ἐκκλησίας τὸ ὕψος καὶ ἅπαν‐ τας ὑποκύπτοντας καὶ ταύτῃ τὸ σέβας προσφέροντας, καὶ τοὺς μὲν πλείστους ἐθελοντάς, τοὺς δὲ ἀντιλέγοντας καὶ παρὰ γνώμην δουλεύοντας; οὐχ ὁρᾶτε τῶν ὀρέων τὰς κορυφὰς τοῦ ὑμετέρου</w:t>
      </w:r>
    </w:p>
    <w:p>
      <w:r>
        <w:rPr>
          <w:rFonts w:ascii="Courier New" w:hAnsi="Courier New"/>
          <w:color w:val="555555"/>
          <w:sz w:val="20"/>
        </w:rPr>
        <w:t>[5]</w:t>
      </w:r>
    </w:p>
    <w:p>
      <w:r>
        <w:rPr>
          <w:rFonts w:ascii="Gentium Plus" w:hAnsi="Gentium Plus"/>
          <w:sz w:val="24"/>
        </w:rPr>
        <w:t>μύσους ἀπηλλαγμένας καὶ ταῖς τῶν ἀσκητῶν καταγωγαῖς κοσμου‐ μένας καὶ πάντας πανταχόθεν ξυρρέοντας καὶ τὸν ἐν τῇ Σιὼν ἐπιφανέντα λόγον θεολογοῦντας καὶ τὸν ἐκ τῆς Σιὼν ἀναβλύ‐ σαντα νόμον ἀσπαζομένους, καὶ τοὺς μὲν πολέμους πεπαυμέ‐ νους, ἀντὶ δὲ τῶν πολεμικῶν ὅπλων τὰ τῆς γεωργικῆς μετα‐</w:t>
      </w:r>
    </w:p>
    <w:p>
      <w:r>
        <w:rPr>
          <w:rFonts w:ascii="Courier New" w:hAnsi="Courier New"/>
          <w:color w:val="555555"/>
          <w:sz w:val="20"/>
        </w:rPr>
        <w:t>[10 . 53]</w:t>
      </w:r>
    </w:p>
    <w:p>
      <w:r>
        <w:rPr>
          <w:rFonts w:ascii="Gentium Plus" w:hAnsi="Gentium Plus"/>
          <w:sz w:val="24"/>
        </w:rPr>
        <w:t>χειρίζοντας ὄργανα; ἢ οὐκ ἴστε, ὡς ὁπηνίκα ταῦτα ὁ προφήτης ἐθέσπιζεν, ἄλλος μὲν τῆς Ἱερουσαλὴμ ἐβασίλευεν, ἄλλος δὲ τῆς Σαμαρείας, καὶ ἄλλος Ἰδουμαίων, καὶ Μωαβιτῶν ἕτερος, καὶ αὖ πάλιν ἄλλος Ἀμμανιτῶν; καὶ Ἄραβες δὲ καὶ Μαδιη‐</w:t>
      </w:r>
    </w:p>
    <w:p>
      <w:r>
        <w:rPr>
          <w:rFonts w:ascii="Courier New" w:hAnsi="Courier New"/>
          <w:color w:val="555555"/>
          <w:sz w:val="20"/>
        </w:rPr>
        <w:t>[5]</w:t>
      </w:r>
    </w:p>
    <w:p>
      <w:r>
        <w:rPr>
          <w:rFonts w:ascii="Gentium Plus" w:hAnsi="Gentium Plus"/>
          <w:sz w:val="24"/>
        </w:rPr>
        <w:t>ναῖοι καὶ Ἀμαληκίται ὑπ’ ἄλλοις ἡγεμόσιν ἐτέλουν· καὶ Γάζα</w:t>
      </w:r>
    </w:p>
    <w:p>
      <w:r>
        <w:rPr>
          <w:rFonts w:ascii="Courier New" w:hAnsi="Courier New"/>
          <w:color w:val="555555"/>
          <w:sz w:val="20"/>
        </w:rPr>
        <w:t>[10 . 54]</w:t>
      </w:r>
    </w:p>
    <w:p>
      <w:r>
        <w:rPr>
          <w:rFonts w:ascii="Gentium Plus" w:hAnsi="Gentium Plus"/>
          <w:sz w:val="24"/>
        </w:rPr>
        <w:t>κατὰ πόλεις, ἀλλὰ καὶ κατὰ κώμας ἐβασιλεύοντο. Εὐθὺς δὲ τοῦ Σωτῆρος ἡμῶν κατὰ σάρκα τεχθέντος, Αὔγουστος Καῖσαρ ἁπάν‐ των ἐκράτησε, καὶ καταλύσας τὰς ἐθναρχίας καὶ μερικὰς βασι‐ λείας τοῖς Ῥωμαίων ἅπαντας ὑπέταξεν οἴαξιν. Ταῦτα προορῶν</w:t>
      </w:r>
    </w:p>
    <w:p>
      <w:r>
        <w:rPr>
          <w:rFonts w:ascii="Courier New" w:hAnsi="Courier New"/>
          <w:color w:val="555555"/>
          <w:sz w:val="20"/>
        </w:rPr>
        <w:t>[5]</w:t>
      </w:r>
    </w:p>
    <w:p>
      <w:r>
        <w:rPr>
          <w:rFonts w:ascii="Gentium Plus" w:hAnsi="Gentium Plus"/>
          <w:sz w:val="24"/>
        </w:rPr>
        <w:t>ὁ προφήτης τὰ προειρημένα τεθέσπικε καὶ μετ’ ὀλίγα τὴν τῶν</w:t>
      </w:r>
    </w:p>
    <w:p>
      <w:r>
        <w:rPr>
          <w:rFonts w:ascii="Courier New" w:hAnsi="Courier New"/>
          <w:color w:val="555555"/>
          <w:sz w:val="20"/>
        </w:rPr>
        <w:t>[10 . 55]</w:t>
      </w:r>
    </w:p>
    <w:p>
      <w:r>
        <w:rPr>
          <w:rFonts w:ascii="Gentium Plus" w:hAnsi="Gentium Plus"/>
          <w:sz w:val="24"/>
        </w:rPr>
        <w:t>χειροποιήτων εἰδώλων κατάλυσιν ἐτραγῴδησεν· «Πάντα» γάρ φησι «τὰ χειροποίητα κατακρύψουσιν, εἰσενέγκαντες εἰς τὰ σπή‐ λαια καὶ εἰς τὰς σχισμὰς τῶν πετρῶν καὶ εἰς τὰς τρώγλας τῆς γῆς, ἀπὸ προσώπου τοῦ φόβου Κυρίου καὶ ἀπὸ τῆς δόξης τῆς</w:t>
      </w:r>
    </w:p>
    <w:p>
      <w:r>
        <w:rPr>
          <w:rFonts w:ascii="Courier New" w:hAnsi="Courier New"/>
          <w:color w:val="555555"/>
          <w:sz w:val="20"/>
        </w:rPr>
        <w:t>[5]</w:t>
      </w:r>
    </w:p>
    <w:p>
      <w:r>
        <w:rPr>
          <w:rFonts w:ascii="Gentium Plus" w:hAnsi="Gentium Plus"/>
          <w:sz w:val="24"/>
        </w:rPr>
        <w:t>ἰσχύος αὐτοῦ, ὅταν ἀναστῇ θραῦσαι τὴν γῆν. Τῇ γὰρ ἡμέρᾳ ἐκείνῃ ἐκβαλεῖ ἄνθρωπος τὰ βδελύγματα αὐτοῦ τὰ ἀργυρᾶ καὶ τὰ χρυσᾶ, ἃ ἐποίησαν ἑαυτοῖς εἰς τὸ προσκυνεῖν τοῖς ματαίοις καὶ ταῖς νυκτερίσι, τοῦ εἰσελθεῖν εἰς τὰς τρώγλας τῆς στερεᾶς πέτρας καὶ εἰς τὰ σχίσματα τῶν πετρῶν, ἀπὸ προσώπου τοῦ</w:t>
      </w:r>
    </w:p>
    <w:p>
      <w:r>
        <w:rPr>
          <w:rFonts w:ascii="Courier New" w:hAnsi="Courier New"/>
          <w:color w:val="555555"/>
          <w:sz w:val="20"/>
        </w:rPr>
        <w:t>[10]</w:t>
      </w:r>
    </w:p>
    <w:p>
      <w:r>
        <w:rPr>
          <w:rFonts w:ascii="Gentium Plus" w:hAnsi="Gentium Plus"/>
          <w:sz w:val="24"/>
        </w:rPr>
        <w:t>φόβου Κυρίου καὶ ἀπὸ τῆς δόξης τῆς ἰσχύος αὐτοῦ, ὅταν ἀναστῇ θραῦσαι τὴν γῆν.»</w:t>
      </w:r>
    </w:p>
    <w:p>
      <w:r>
        <w:rPr>
          <w:rFonts w:ascii="Courier New" w:hAnsi="Courier New"/>
          <w:color w:val="555555"/>
          <w:sz w:val="20"/>
        </w:rPr>
        <w:t>[10 . 56]</w:t>
      </w:r>
    </w:p>
    <w:p>
      <w:r>
        <w:rPr>
          <w:rFonts w:ascii="Gentium Plus" w:hAnsi="Gentium Plus"/>
          <w:sz w:val="24"/>
        </w:rPr>
        <w:t>Ταύτης δὲ τῆς προφητείας τὴν ἑρμηνείαν οὐχ ἡμᾶς προσήκει ποιήσασθαι, ἀλλ’ ὑμᾶς θαυμάσαι τοῦ χρησμοῦ τὴν ἀλήθειαν καὶ</w:t>
      </w:r>
    </w:p>
    <w:p>
      <w:r>
        <w:rPr>
          <w:rFonts w:ascii="Courier New" w:hAnsi="Courier New"/>
          <w:color w:val="555555"/>
          <w:sz w:val="20"/>
        </w:rPr>
        <w:t>[10 . 57]</w:t>
      </w:r>
    </w:p>
    <w:p>
      <w:r>
        <w:rPr>
          <w:rFonts w:ascii="Gentium Plus" w:hAnsi="Gentium Plus"/>
          <w:sz w:val="24"/>
        </w:rPr>
        <w:t>ξυνομολογῆσαι τὰ παρ’ ὑμῶν πολλάκις γεγενημένα. Ἀλλὰ μὴ ἐρυθριάσητε, ὦ ἄνδρες· αἰδεῖσθαι γὰρ οὐ τὴν ὁμολογίαν τῆς ἁμαρ‐ τίας, ἀλλὰ τὴν πρᾶξιν προσήκει. Εἰ δὲ ὑμεῖς λέγειν οὐ βούλε‐ σθε, ἀλλ’ οὖν ἴσασιν ἅπαντες αὐτόπται γενόμενοι τῶν ἐν τῇ γῇ</w:t>
      </w:r>
    </w:p>
    <w:p>
      <w:r>
        <w:rPr>
          <w:rFonts w:ascii="Courier New" w:hAnsi="Courier New"/>
          <w:color w:val="555555"/>
          <w:sz w:val="20"/>
        </w:rPr>
        <w:t>[5]</w:t>
      </w:r>
    </w:p>
    <w:p>
      <w:r>
        <w:rPr>
          <w:rFonts w:ascii="Gentium Plus" w:hAnsi="Gentium Plus"/>
          <w:sz w:val="24"/>
        </w:rPr>
        <w:t>πολλάκις καταχωσθέντων θεῶν καὶ ὑπὸ τῶν εὐσεβεῖν δεδιδαγμέ‐</w:t>
      </w:r>
    </w:p>
    <w:p>
      <w:r>
        <w:rPr>
          <w:rFonts w:ascii="Courier New" w:hAnsi="Courier New"/>
          <w:color w:val="555555"/>
          <w:sz w:val="20"/>
        </w:rPr>
        <w:t>[10 . 58]</w:t>
      </w:r>
    </w:p>
    <w:p>
      <w:r>
        <w:rPr>
          <w:rFonts w:ascii="Gentium Plus" w:hAnsi="Gentium Plus"/>
          <w:sz w:val="24"/>
        </w:rPr>
        <w:t>νων ἀνασπασθέντων ἐκεῖθεν καὶ δήλων γεγενημένων. Οἱ μὲν γὰρ</w:t>
      </w:r>
    </w:p>
    <w:p>
      <w:r>
        <w:rPr>
          <w:rFonts w:ascii="Courier New" w:hAnsi="Courier New"/>
          <w:color w:val="555555"/>
          <w:sz w:val="20"/>
        </w:rPr>
        <w:t>[5]</w:t>
      </w:r>
    </w:p>
    <w:p>
      <w:r>
        <w:rPr>
          <w:rFonts w:ascii="Gentium Plus" w:hAnsi="Gentium Plus"/>
          <w:sz w:val="24"/>
        </w:rPr>
        <w:t>γυναικῶν καὶ μειρακίων κωμῳδεῖσθαι τοὺς καλουμένους θεούς. Τὰ μὲν γὰρ ἑρπετῶν ἦν, τὰ δὲ τετραπόδων ἰνδάλματα· ἤδη δὲ καὶ νυκτερίδων καὶ μυιῶν εἰκάσματα προσεκύνησαν. Καὶ αὐτὰ μὲν ἀναιροῦσι τὰ ζῷα, τοὺς ὄφεις λέγω καὶ τοὺς σκορπίους καὶ τὰς μυίας καὶ νυκτερίδας, τὰ δὲ τούτων ἐθεοποίουν μιμήματα.</w:t>
      </w:r>
    </w:p>
    <w:p>
      <w:r>
        <w:rPr>
          <w:rFonts w:ascii="Courier New" w:hAnsi="Courier New"/>
          <w:color w:val="555555"/>
          <w:sz w:val="20"/>
        </w:rPr>
        <w:t>[10 . 59]</w:t>
      </w:r>
    </w:p>
    <w:p>
      <w:r>
        <w:rPr>
          <w:rFonts w:ascii="Gentium Plus" w:hAnsi="Gentium Plus"/>
          <w:sz w:val="24"/>
        </w:rPr>
        <w:t>Ἀλλὰ τούτων πέρι πολλοὺς ἤδη διεξήλθομεν λόγους· τῶν ἄλλων οὖν χρησμῶν καταμάθωμεν τὴν ἀλήθειαν. Τοῦ δὲ αὐτοῦ προφήτου καὶ ταῦτα τὰ ῥήματα· «Τάδε λέγει Κύριος ὁ Θεὸς Ἰσραήλ· τῇ ἡμέρᾳ ἐκείνῃ πεποιθὼς ἔσται ἄνθρωπος ἐπὶ τῷ</w:t>
      </w:r>
    </w:p>
    <w:p>
      <w:r>
        <w:rPr>
          <w:rFonts w:ascii="Courier New" w:hAnsi="Courier New"/>
          <w:color w:val="555555"/>
          <w:sz w:val="20"/>
        </w:rPr>
        <w:t>[5]</w:t>
      </w:r>
    </w:p>
    <w:p>
      <w:r>
        <w:rPr>
          <w:rFonts w:ascii="Gentium Plus" w:hAnsi="Gentium Plus"/>
          <w:sz w:val="24"/>
        </w:rPr>
        <w:t>ποιήσαντι αὐτόν· οἱ δὲ ὀφθαλμοὶ αὐτοῦ εἰς τὸν ἅγιον τοῦ Ἰσραὴλ ἐμβλέψονται. Καὶ οὐ μὴ πεποιθότες ὦσιν ἐπὶ τοῖς βωμοῖς οὐδὲ ἐπὶ τοῖς ἔργοις τῶν χειρῶν αὐτῶν, ἃ ἐποίησαν οἱ δάκτυλοι αὐτῶν. Καὶ οὐκέτι ὄψονται τὰ δένδρα οὐδὲ τὰ βδελύγματα αὐτῶν.»</w:t>
      </w:r>
    </w:p>
    <w:p>
      <w:r>
        <w:rPr>
          <w:rFonts w:ascii="Courier New" w:hAnsi="Courier New"/>
          <w:color w:val="555555"/>
          <w:sz w:val="20"/>
        </w:rPr>
        <w:t>[10 . 60]</w:t>
      </w:r>
    </w:p>
    <w:p>
      <w:r>
        <w:rPr>
          <w:rFonts w:ascii="Gentium Plus" w:hAnsi="Gentium Plus"/>
          <w:sz w:val="24"/>
        </w:rPr>
        <w:t>Ταῦτα πρὸ πλειόνων ἢ χιλίων ἐτῶν τῆς Κωνσταντίνου βασιλείας προηγόρευσεν ὁ προφήτης, μεθ’ ἣν τὰ τῶν δαιμόνων κατελύθη τεμένη. Ἀλλὰ καὶ πόρρωθεν ὁ θεοφόρος ἀνὴρ ὡς παρὼν ἑώρα</w:t>
      </w:r>
    </w:p>
    <w:p>
      <w:r>
        <w:rPr>
          <w:rFonts w:ascii="Courier New" w:hAnsi="Courier New"/>
          <w:color w:val="555555"/>
          <w:sz w:val="20"/>
        </w:rPr>
        <w:t>[5]</w:t>
      </w:r>
    </w:p>
    <w:p>
      <w:r>
        <w:rPr>
          <w:rFonts w:ascii="Gentium Plus" w:hAnsi="Gentium Plus"/>
          <w:sz w:val="24"/>
        </w:rPr>
        <w:t>καὶ ὁ Πύθιος οὐδὲ τὰ μετὰ τρεῖς ἐσόμενα μῆνας προειπάτην, ὡς ἔμελλεν ἔσεσθαι, ἀλλὰ τῇδε κἀκεῖσε κλινομένους ἐδιδότην</w:t>
      </w:r>
    </w:p>
    <w:p>
      <w:r>
        <w:rPr>
          <w:rFonts w:ascii="Courier New" w:hAnsi="Courier New"/>
          <w:color w:val="555555"/>
          <w:sz w:val="20"/>
        </w:rPr>
        <w:t>[10 . 61]</w:t>
      </w:r>
    </w:p>
    <w:p>
      <w:r>
        <w:rPr>
          <w:rFonts w:ascii="Gentium Plus" w:hAnsi="Gentium Plus"/>
          <w:sz w:val="24"/>
        </w:rPr>
        <w:t>χρησμούς. Ἀκούσατε δὲ καὶ τῶν ἑξῆς· «Ἐπιστράφητε οἱ τὴν βαθεῖαν βουλὴν βουλευόμενοι καὶ ἄνομον υἱοὶ Ἰσραήλ, ὅτι τῇ ἡμέρᾳ ἐκείνῃ ἀφελοῦνται οἱ ἄνθρωποι τὰ χειροποίητα αὐτῶν τὰ ἀργυρᾶ καὶ τὰ χρυσᾶ, ἃ ἐποίησαν αἱ χεῖρες αὐτῶν.» Καὶ πάλιν·</w:t>
      </w:r>
    </w:p>
    <w:p>
      <w:r>
        <w:rPr>
          <w:rFonts w:ascii="Courier New" w:hAnsi="Courier New"/>
          <w:color w:val="555555"/>
          <w:sz w:val="20"/>
        </w:rPr>
        <w:t>[5]</w:t>
      </w:r>
    </w:p>
    <w:p>
      <w:r>
        <w:rPr>
          <w:rFonts w:ascii="Gentium Plus" w:hAnsi="Gentium Plus"/>
          <w:sz w:val="24"/>
        </w:rPr>
        <w:t>«Ἐγὼ Θεὸς πρῶτος· καὶ εἰς τὰ ἐπερχόμενα ἐγώ εἰμι. Εἴδοσαν ἔθνη καὶ ἐφοβήθησαν· τὰ ἄκρα τῆς γῆς ἐξέστησαν· ἤγγισαν καὶ ἦλθον, ἅμα κρίνων ἕκαστος τῷ πλησίον βοηθῆσαι καὶ τῷ ἀδελφῷ. Καὶ ἐρεῖ· ἴσχυσεν ἀνὴρ τέκτων καὶ χαλκεὺς τύπτων σφύρᾳ, ἅμα ἐλαύνων. Ποτὲ μὲν ἐρεῖ· σύμβλημα καλόν ἐστιν· ἰσχύρωσαν</w:t>
      </w:r>
    </w:p>
    <w:p>
      <w:r>
        <w:rPr>
          <w:rFonts w:ascii="Courier New" w:hAnsi="Courier New"/>
          <w:color w:val="555555"/>
          <w:sz w:val="20"/>
        </w:rPr>
        <w:t>[10 . 62]</w:t>
      </w:r>
    </w:p>
    <w:p>
      <w:r>
        <w:rPr>
          <w:rFonts w:ascii="Gentium Plus" w:hAnsi="Gentium Plus"/>
          <w:sz w:val="24"/>
        </w:rPr>
        <w:t>αὐτὸ ἐν ἥλοις· θήσουσιν αὐτό, καὶ οὐ κινηθήσεται.» Οὔτε γὰρ στῆναι μὴ καθηλωμένα δύναται οὔτε βαδίζειν μὴ παρ’ ἄλλων φερόμενα. Καὶ αὖθις· «Ἰακὼβ ὁ παῖς μου· ἀντιλήψομαι αὐτοῦ. Ἰσραὴλ ὁ ἐκλεκτός μου· προσεδέξατο αὐτὸν ἡ ψυχή μου. Ἔδωκα</w:t>
      </w:r>
    </w:p>
    <w:p>
      <w:r>
        <w:rPr>
          <w:rFonts w:ascii="Courier New" w:hAnsi="Courier New"/>
          <w:color w:val="555555"/>
          <w:sz w:val="20"/>
        </w:rPr>
        <w:t>[5]</w:t>
      </w:r>
    </w:p>
    <w:p>
      <w:r>
        <w:rPr>
          <w:rFonts w:ascii="Gentium Plus" w:hAnsi="Gentium Plus"/>
          <w:sz w:val="24"/>
        </w:rPr>
        <w:t>τὸ πνεῦμά μου ἐπ’ αὐτόν· κρίσιν τοῖς ἔθνεσιν ἐξοίσει· οὐ κε‐ κράξεται οὐδὲ ἀνήσει, οὐδὲ ἀκουσθήσεται ἔξω ἡ φωνὴ αὐτοῦ· κάλαμον τεθλασμένον οὐ κατεάξει καὶ λίνον καπνιζόμενον οὐ σβέσει, ἀλλ’ εἰς ἀλήθειαν ἐξοίσει κρίσιν· ἀναλάμψει καὶ οὐ θραυσθήσεται, ἕως ἂν θῇ ἐπὶ τῆς γῆς κρίσιν· καὶ ἐπὶ τῷ ὀνόματι</w:t>
      </w:r>
    </w:p>
    <w:p>
      <w:r>
        <w:rPr>
          <w:rFonts w:ascii="Courier New" w:hAnsi="Courier New"/>
          <w:color w:val="555555"/>
          <w:sz w:val="20"/>
        </w:rPr>
        <w:t>[10]</w:t>
      </w:r>
    </w:p>
    <w:p>
      <w:r>
        <w:rPr>
          <w:rFonts w:ascii="Gentium Plus" w:hAnsi="Gentium Plus"/>
          <w:sz w:val="24"/>
        </w:rPr>
        <w:t>αὐτοῦ ἔθνη ἐλπιοῦσιν. Οὕτως λέγει Κύριος ὁ Θεὸς Ἰσραήλ, ὁ ποιήσας τὸν οὐρανὸν καὶ πήξας αὐτόν, ὁ στερεώσας τὴν γῆν καὶ τὰ ἐν αὐτῇ καὶ διδοὺς πνοὴν τῷ λαῷ τῷ ἐπ’ αὐτῆς καὶ πνεῦμα τοῖς πατοῦσιν αὐτήν. Ἐγὼ Κύριος ὁ Θεὸς ἐκάλεσά σε</w:t>
      </w:r>
    </w:p>
    <w:p>
      <w:r>
        <w:rPr>
          <w:rFonts w:ascii="Courier New" w:hAnsi="Courier New"/>
          <w:color w:val="555555"/>
          <w:sz w:val="20"/>
        </w:rPr>
        <w:t>[15]</w:t>
      </w:r>
    </w:p>
    <w:p>
      <w:r>
        <w:rPr>
          <w:rFonts w:ascii="Gentium Plus" w:hAnsi="Gentium Plus"/>
          <w:sz w:val="24"/>
        </w:rPr>
        <w:t>ἔδωκά σε εἰς διαθήκην γένους, εἰς φῶς ἐθνῶν, ἀνοῖξαι ὀφθαλμοὺς τυφλῶν, ἐξαγαγεῖν ἐκ δεσμῶν δεδεμένους καὶ ἐξ οἴκου φυλακῆς καθημένους ἐν σκότει. Ἐγὼ Κύριος ὁ Θεός· τοῦτό μοί ἐστιν ὄνομα. Τὴν δόξαν μου ἑτέρῳ οὐ δώσω οὐδὲ τὰς ἀρετάς μου τοῖς γλυπτοῖς.»</w:t>
      </w:r>
    </w:p>
    <w:p>
      <w:r>
        <w:rPr>
          <w:rFonts w:ascii="Courier New" w:hAnsi="Courier New"/>
          <w:color w:val="555555"/>
          <w:sz w:val="20"/>
        </w:rPr>
        <w:t>[10 . 63]</w:t>
      </w:r>
    </w:p>
    <w:p>
      <w:r>
        <w:rPr>
          <w:rFonts w:ascii="Gentium Plus" w:hAnsi="Gentium Plus"/>
          <w:sz w:val="24"/>
        </w:rPr>
        <w:t>Ταῦτα ὁ τῶν ὅλων Θεὸς πρὸς τὸν δεσπότην Χριστὸν ὡς πρὸς ἄνθρωπον ἔφη, ἀπὸ τῆς ὁρωμένης φύσεως Ἰακὼβ αὐτὸν καὶ Ἰσραὴλ ὀνομάσας· ἐξ ἐκείνου γὰρ δὴ κατὰ σάρκα τοῦ γένους ἀνέτειλε· καὶ ἔδειξεν αὐτοῦ σαφῶς τὴν πραότητα καὶ τὴν μακρο‐</w:t>
      </w:r>
    </w:p>
    <w:p>
      <w:r>
        <w:rPr>
          <w:rFonts w:ascii="Courier New" w:hAnsi="Courier New"/>
          <w:color w:val="555555"/>
          <w:sz w:val="20"/>
        </w:rPr>
        <w:t>[5]</w:t>
      </w:r>
    </w:p>
    <w:p>
      <w:r>
        <w:rPr>
          <w:rFonts w:ascii="Gentium Plus" w:hAnsi="Gentium Plus"/>
          <w:sz w:val="24"/>
        </w:rPr>
        <w:t>θυμίαν, ᾗ παροινούμενος παρ’ Ἰουδαίων ἐχρήσατο. Τοῦτον εἰς διαθήκην ἔφη δοθῆναι τοῦ γένους· καὶ γὰρ τοῖς πατριάρχαις καὶ</w:t>
      </w:r>
    </w:p>
    <w:p>
      <w:r>
        <w:rPr>
          <w:rFonts w:ascii="Courier New" w:hAnsi="Courier New"/>
          <w:color w:val="555555"/>
          <w:sz w:val="20"/>
        </w:rPr>
        <w:t>[10 . 64]</w:t>
      </w:r>
    </w:p>
    <w:p>
      <w:r>
        <w:rPr>
          <w:rFonts w:ascii="Gentium Plus" w:hAnsi="Gentium Plus"/>
          <w:sz w:val="24"/>
        </w:rPr>
        <w:t>αὐτοῖς Ἰουδαίοις τὴν δι’ αὐτοῦ σωτηρίαν ὑπέσχετο. Ἔφη δὲ αὐτὸν καὶ εἰς φῶς ἐθνῶν ἀνατεῖλαι, ὥστε τῶν τυφλῶν ἀνοῖξαι τοὺς ὀφθαλμοὺς καὶ τῶν πεπεδημένων τὰ δεσμὰ διαρρῆξαι καὶ τοὺς ἐν τῷ ζόφῳ τῆς ἀγνοίας ὡς ἐν εἱρκτῇ καθημένους ἐλευθε‐</w:t>
      </w:r>
    </w:p>
    <w:p>
      <w:r>
        <w:rPr>
          <w:rFonts w:ascii="Courier New" w:hAnsi="Courier New"/>
          <w:color w:val="555555"/>
          <w:sz w:val="20"/>
        </w:rPr>
        <w:t>[5]</w:t>
      </w:r>
    </w:p>
    <w:p>
      <w:r>
        <w:rPr>
          <w:rFonts w:ascii="Gentium Plus" w:hAnsi="Gentium Plus"/>
          <w:sz w:val="24"/>
        </w:rPr>
        <w:t>ρῶσαι τοῦ σκότους. Τυφλοὺς δὲ καὶ πεπεδημένους καὶ ἐν σκότει καθημένους τοὺς τῆς ἀγνοίας τὴν ἀχλὺν περικειμένους ἐκάλεσε</w:t>
      </w:r>
    </w:p>
    <w:p>
      <w:r>
        <w:rPr>
          <w:rFonts w:ascii="Courier New" w:hAnsi="Courier New"/>
          <w:color w:val="555555"/>
          <w:sz w:val="20"/>
        </w:rPr>
        <w:t>[10 . 65]</w:t>
      </w:r>
    </w:p>
    <w:p>
      <w:r>
        <w:rPr>
          <w:rFonts w:ascii="Gentium Plus" w:hAnsi="Gentium Plus"/>
          <w:sz w:val="24"/>
        </w:rPr>
        <w:t>καὶ τοὺς ταῖς σειραῖς τῆς ἁμαρτίας πεπεδημένους. Ὅτι δὲ τοὺς τῷ πλάνῳ τῆς δεισιδαιμονίας δεδουλωμένους οὕτως ὠνόμασε, μαρτυρεῖ τὰ ἑξῆς· «Ἐγὼ» γὰρ ἔφη «Κύριος ὁ Θεός· τοῦτό μοί ἐστιν ὄνομα. Τὴν δόξαν μου ἑτέρῳ οὐ δώσω οὐδὲ τὰς ἀρετάς</w:t>
      </w:r>
    </w:p>
    <w:p>
      <w:r>
        <w:rPr>
          <w:rFonts w:ascii="Courier New" w:hAnsi="Courier New"/>
          <w:color w:val="555555"/>
          <w:sz w:val="20"/>
        </w:rPr>
        <w:t>[5]</w:t>
      </w:r>
    </w:p>
    <w:p>
      <w:r>
        <w:rPr>
          <w:rFonts w:ascii="Gentium Plus" w:hAnsi="Gentium Plus"/>
          <w:sz w:val="24"/>
        </w:rPr>
        <w:t>μου τοῖς γλυπτοῖς.» Ἅμα τε γὰρ ἐπεφάνη καὶ τῆς προσηγο‐ ρίας αὐτοὺς ἐγύμνωσεν, ἣν ἁρπάσαντες ἑαυτοῖς περιέθεσαν, καὶ μετ’ ὀλίγα δὲ ταῦτα πάλιν ἔφη· «Κύριος ὁ Θεὸς τῶν δυνάμεων ἐξελεύσεται συντρίψαι πόλεμον καὶ ἐπεγεῖραι ζῆλον καὶ βοήσεται ἐπὶ τοὺς ἐχθροὺς αὐτοῦ μετ’ ἰσχύος.» Ἔπειτα διδάσκει, τί</w:t>
      </w:r>
    </w:p>
    <w:p>
      <w:r>
        <w:rPr>
          <w:rFonts w:ascii="Courier New" w:hAnsi="Courier New"/>
          <w:color w:val="555555"/>
          <w:sz w:val="20"/>
        </w:rPr>
        <w:t>[10]</w:t>
      </w:r>
    </w:p>
    <w:p>
      <w:r>
        <w:rPr>
          <w:rFonts w:ascii="Gentium Plus" w:hAnsi="Gentium Plus"/>
          <w:sz w:val="24"/>
        </w:rPr>
        <w:t>δήποτε μὴ πάλαι τοῦτο πεποίηκε, καί φησιν· «Ἐσιώπησα ἀπ’</w:t>
      </w:r>
    </w:p>
    <w:p>
      <w:r>
        <w:rPr>
          <w:rFonts w:ascii="Courier New" w:hAnsi="Courier New"/>
          <w:color w:val="555555"/>
          <w:sz w:val="20"/>
        </w:rPr>
        <w:t>[10 . 66]</w:t>
      </w:r>
    </w:p>
    <w:p>
      <w:r>
        <w:rPr>
          <w:rFonts w:ascii="Gentium Plus" w:hAnsi="Gentium Plus"/>
          <w:sz w:val="24"/>
        </w:rPr>
        <w:t>τίκτουσα· ἐκφανῶ καὶ ἐκστήσω καὶ ξηρανῶ ἅμα.» Κἀκεῖνα δὲ μακροθυμίας, καὶ ταῦτα φιλανθρωπίας· μακροθυμῶν γὰρ ἐξ ἀρχῆς οὐκ ἐκόλασεν. Εἶτα φειδοῖ χρησάμενος τοὺς πλανωμένους ἐκάλεσε καὶ τοὺς πλανῶντας ἐσκέδασεν· «Ἐκστήσω» γάρ φησι</w:t>
      </w:r>
    </w:p>
    <w:p>
      <w:r>
        <w:rPr>
          <w:rFonts w:ascii="Courier New" w:hAnsi="Courier New"/>
          <w:color w:val="555555"/>
          <w:sz w:val="20"/>
        </w:rPr>
        <w:t>[5]</w:t>
      </w:r>
    </w:p>
    <w:p>
      <w:r>
        <w:rPr>
          <w:rFonts w:ascii="Gentium Plus" w:hAnsi="Gentium Plus"/>
          <w:sz w:val="24"/>
        </w:rPr>
        <w:t>«καὶ ξηρανῶ ἅμα· ἐρημώσω ὄρη καὶ βουνοὺς καὶ θήσω ποτα‐</w:t>
      </w:r>
    </w:p>
    <w:p>
      <w:r>
        <w:rPr>
          <w:rFonts w:ascii="Courier New" w:hAnsi="Courier New"/>
          <w:color w:val="555555"/>
          <w:sz w:val="20"/>
        </w:rPr>
        <w:t>[10 . 67]</w:t>
      </w:r>
    </w:p>
    <w:p>
      <w:r>
        <w:rPr>
          <w:rFonts w:ascii="Gentium Plus" w:hAnsi="Gentium Plus"/>
          <w:sz w:val="24"/>
        </w:rPr>
        <w:t>μοὺς εἰς νήσους καὶ ἕλη ξηρανῶ.» Διὰ δὲ τούτων τὰ ἐν τούτοις τεμένη τῶν εἰδώλων ἐμήνυσεν, ἅπερ ἐπιφανεὶς καταλέλυκε καὶ δίκην ἕλους ἐξήρανεν· «Καὶ ἄξω τυφλοὺς ἐν ὁδῷ, ᾗ οὐκ ἔγνω‐ σαν· καὶ τρίβους, ἃς οὐκ ᾔδεισαν, ποιήσω πατῆσαι αὐτούς.»</w:t>
      </w:r>
    </w:p>
    <w:p>
      <w:r>
        <w:rPr>
          <w:rFonts w:ascii="Courier New" w:hAnsi="Courier New"/>
          <w:color w:val="555555"/>
          <w:sz w:val="20"/>
        </w:rPr>
        <w:t>[5]</w:t>
      </w:r>
    </w:p>
    <w:p>
      <w:r>
        <w:rPr>
          <w:rFonts w:ascii="Gentium Plus" w:hAnsi="Gentium Plus"/>
          <w:sz w:val="24"/>
        </w:rPr>
        <w:t>Ἠγνόουν γὰρ οἱ πάλαι πλανώμενοι τὴν τῆς ἀληθείας ὁδόν· ξενα‐ γοὺς δὲ καὶ ποδηγοὺς καὶ μέντοι καὶ φωταγωγοὺς ἐσχηκότες τοὺς ἀποστόλους, κατέλιπον μὲν τοῦ πλάνου τὰς τρίβους, ἐπέγνωσαν</w:t>
      </w:r>
    </w:p>
    <w:p>
      <w:r>
        <w:rPr>
          <w:rFonts w:ascii="Courier New" w:hAnsi="Courier New"/>
          <w:color w:val="555555"/>
          <w:sz w:val="20"/>
        </w:rPr>
        <w:t>[10 . 68]</w:t>
      </w:r>
    </w:p>
    <w:p>
      <w:r>
        <w:rPr>
          <w:rFonts w:ascii="Gentium Plus" w:hAnsi="Gentium Plus"/>
          <w:sz w:val="24"/>
        </w:rPr>
        <w:t>δὲ τὴν τῆς ἀληθείας ὁδόν. «Ποιήσω αὐτοῖς τὸ σκότος εἰς φῶς, καὶ τὰ σκολιὰ εἰς εὐθεῖαν.» Ἀντὶ γὰρ δὴ τοῦ προτέρου σκότους τοῦ νοεροῦ φωτὸς ἀπολαύουσι, καὶ τὰς διεστραμμένας καταλιπόν‐ τες ὁδοὺς τὴν εὐθεῖαν ὁδεύουσιν. Εἶτα ὡς ἔτι πλανωμένοις</w:t>
      </w:r>
    </w:p>
    <w:p>
      <w:r>
        <w:rPr>
          <w:rFonts w:ascii="Courier New" w:hAnsi="Courier New"/>
          <w:color w:val="555555"/>
          <w:sz w:val="20"/>
        </w:rPr>
        <w:t>[5]</w:t>
      </w:r>
    </w:p>
    <w:p>
      <w:r>
        <w:rPr>
          <w:rFonts w:ascii="Gentium Plus" w:hAnsi="Gentium Plus"/>
          <w:sz w:val="24"/>
        </w:rPr>
        <w:t>ἐπιτιμᾷ· «Αἰσχύνθητε αἰσχύνην, οἱ πεποιθότες ἐπὶ τοῖς γλυπ‐ τοῖς, οἱ λέγοντες τοῖς χωνευτοῖς· ὑμεῖς ἐστε θεοὶ ἡμῶν.» Καὶ μετ’ ὀλίγα· «Ἰδοὺ ἐγὼ ποιῶ καινά, ἃ νῦν ἀνατελεῖ, καὶ γνώσεσθε αὐτά· καὶ ποιήσω ἐν τῇ ἐρήμῳ ὁδὸν καὶ ἐν τῇ ἀνύδρῳ ποταμούς, ... ποτίσαι τὸ γένος μου τὸ ἐκλεκτόν, τὸν λαόν μου, ὃν περιε‐</w:t>
      </w:r>
    </w:p>
    <w:p>
      <w:r>
        <w:rPr>
          <w:rFonts w:ascii="Courier New" w:hAnsi="Courier New"/>
          <w:color w:val="555555"/>
          <w:sz w:val="20"/>
        </w:rPr>
        <w:t>[10]</w:t>
      </w:r>
    </w:p>
    <w:p>
      <w:r>
        <w:rPr>
          <w:rFonts w:ascii="Gentium Plus" w:hAnsi="Gentium Plus"/>
          <w:sz w:val="24"/>
        </w:rPr>
        <w:t>ποιησάμην, τὰς ἀρετάς μου διηγεῖσθαι.» Γένος δὲ νῦν αὐτοῦ τοὺς πεπιστευκότας προσηγόρευσεν, ὧν ὠνομάσθη πρωτότοκος</w:t>
      </w:r>
    </w:p>
    <w:p>
      <w:r>
        <w:rPr>
          <w:rFonts w:ascii="Courier New" w:hAnsi="Courier New"/>
          <w:color w:val="555555"/>
          <w:sz w:val="20"/>
        </w:rPr>
        <w:t>[10 . 69]</w:t>
      </w:r>
    </w:p>
    <w:p>
      <w:r>
        <w:rPr>
          <w:rFonts w:ascii="Gentium Plus" w:hAnsi="Gentium Plus"/>
          <w:sz w:val="24"/>
        </w:rPr>
        <w:t>Ὅτι δὲ περὶ τῶν ἐθνῶν ταῦτα ἔφη, τὰ ἑπόμενα μαρτυρεῖ· «Ἀκούσατε, αἱ νῆσοι, καὶ προσέχετε, ἔθνη· διὰ χρόνου πολλοῦ στῆτε, λέγει Κύριος.» Ὅτι δὲ τούτων οὐδὲν Ἰουδαίοις ἁρμόττει, καὶ τὸ τῶν νήσων ὄνομα καὶ τὸ τῶν ἐθνῶν μαρτυρεῖ. Καὶ πάλιν</w:t>
      </w:r>
    </w:p>
    <w:p>
      <w:r>
        <w:rPr>
          <w:rFonts w:ascii="Courier New" w:hAnsi="Courier New"/>
          <w:color w:val="555555"/>
          <w:sz w:val="20"/>
        </w:rPr>
        <w:t>[5]</w:t>
      </w:r>
    </w:p>
    <w:p>
      <w:r>
        <w:rPr>
          <w:rFonts w:ascii="Gentium Plus" w:hAnsi="Gentium Plus"/>
          <w:sz w:val="24"/>
        </w:rPr>
        <w:t>«Ἀκούσατέ μου, λαός μου· καὶ οἱ βασιλεῖς πρός με ἐνωτίσασθε· ὅτι νόμος παρ’ ἐμοῦ ἐξελεύσεται, καὶ ἡ κρίσις μου εἰς φῶς ἐθνῶν· ἐγγίζει ταχὺ ἡ δικαιοσύνη μου, καὶ ἐξελεύσεται ὡς φῶς τὸ σωτήριόν μου· ἐμὲ νῆσοι ὑπομενοῦσι, καὶ εἰς τὸν βραχίονά μου</w:t>
      </w:r>
    </w:p>
    <w:p>
      <w:r>
        <w:rPr>
          <w:rFonts w:ascii="Courier New" w:hAnsi="Courier New"/>
          <w:color w:val="555555"/>
          <w:sz w:val="20"/>
        </w:rPr>
        <w:t>[10 . 70]</w:t>
      </w:r>
    </w:p>
    <w:p>
      <w:r>
        <w:rPr>
          <w:rFonts w:ascii="Gentium Plus" w:hAnsi="Gentium Plus"/>
          <w:sz w:val="24"/>
        </w:rPr>
        <w:t>ἔθνη ἐλπιοῦσιν.» Διὰ δὲ τούτων ἁπάντων τὴν τῶν ἐθνῶν ἐχρησμῴ‐ δησε σωτηρίαν καὶ τὸν εὐαγγελικὸν νόμον καὶ τὸ τῆς γνώσεως φῶς, ὃ διὰ τῶν ἱερῶν ἀποστόλων πᾶσιν ἀνθρώποις προσήνεγκεν. Βρα‐ χίονα μέντοι οὐ σωματικὸν ὠνόμασε μόριον—ἁπλῆ γάρ τοι ἡ</w:t>
      </w:r>
    </w:p>
    <w:p>
      <w:r>
        <w:rPr>
          <w:rFonts w:ascii="Courier New" w:hAnsi="Courier New"/>
          <w:color w:val="555555"/>
          <w:sz w:val="20"/>
        </w:rPr>
        <w:t>[5]</w:t>
      </w:r>
    </w:p>
    <w:p>
      <w:r>
        <w:rPr>
          <w:rFonts w:ascii="Gentium Plus" w:hAnsi="Gentium Plus"/>
          <w:sz w:val="24"/>
        </w:rPr>
        <w:t>θεία φύσις καὶ ἐλευθέρα ξυνθέσεως—, ἀλλὰ τροπικῶς δεδήλωκε τὴν ἰσχύν. Ἐπειδὴ γὰρ διὰ τῶν χειρῶν καὶ οἱ πολεμοῦντες παρατάττονται, καὶ οἱ γεωργοῦντες ἐργάζονται, καὶ μέντοι καὶ οἱ ἄλλην τινὰ μεταχειρίζοντες τέχνην, εἰκότως διὰ τοῦ βραχίονος παρεδήλωσε τὴν ἰσχύν, ᾗ θαρροῦντες βοῶμεν· «Οὐ φοβηθήσομαι</w:t>
      </w:r>
    </w:p>
    <w:p>
      <w:r>
        <w:rPr>
          <w:rFonts w:ascii="Courier New" w:hAnsi="Courier New"/>
          <w:color w:val="555555"/>
          <w:sz w:val="20"/>
        </w:rPr>
        <w:t>[10 . 71]</w:t>
      </w:r>
    </w:p>
    <w:p>
      <w:r>
        <w:rPr>
          <w:rFonts w:ascii="Gentium Plus" w:hAnsi="Gentium Plus"/>
          <w:sz w:val="24"/>
        </w:rPr>
        <w:t>κακά, ὅτι σὺ μετ’ ἐμοῦ εἶ.» Καὶ αὖθις βοᾷ· «Ἰδοὺ μαρτύριον ἐν ἔθνεσι δέδωκα αὐτόν, ἄρχοντα καὶ προστάσσοντα ἔθνεσιν. Ἰδοὺ ἔθνη, ἃ οὐκ οἴδασί σε, ἐπικαλέσονταί σε· λαοί, οἳ οὐκ ἐπίστανταί σε, ἐπὶ σὲ καταφεύξονται ἕνεκεν Κυρίου τοῦ Θεοῦ</w:t>
      </w:r>
    </w:p>
    <w:p>
      <w:r>
        <w:rPr>
          <w:rFonts w:ascii="Courier New" w:hAnsi="Courier New"/>
          <w:color w:val="555555"/>
          <w:sz w:val="20"/>
        </w:rPr>
        <w:t>[5]</w:t>
      </w:r>
    </w:p>
    <w:p>
      <w:r>
        <w:rPr>
          <w:rFonts w:ascii="Gentium Plus" w:hAnsi="Gentium Plus"/>
          <w:sz w:val="24"/>
        </w:rPr>
        <w:t>σου καὶ τοῦ ἁγίου Ἰσραήλ, ὅτι ἐδόξασέ σε.» Ὁρῶντες τοίνυν βασιλεύοντα τῆς οἰκουμένης τὸν δεσπότην Χριστὸν καὶ πάντα τὰ ἔθνη τούτου τὴν δεσποτείαν ἀσμένως ὑμνολογοῦντα, καὶ νοήσατε</w:t>
      </w:r>
    </w:p>
    <w:p>
      <w:r>
        <w:rPr>
          <w:rFonts w:ascii="Courier New" w:hAnsi="Courier New"/>
          <w:color w:val="555555"/>
          <w:sz w:val="20"/>
        </w:rPr>
        <w:t>[10 . 72]</w:t>
      </w:r>
    </w:p>
    <w:p>
      <w:r>
        <w:rPr>
          <w:rFonts w:ascii="Gentium Plus" w:hAnsi="Gentium Plus"/>
          <w:sz w:val="24"/>
        </w:rPr>
        <w:t>τὴν προφητείαν καὶ θαυμάσατε τὴν ἀλήθειαν. Ἀκούσατε δὲ καὶ τῶν ἑξῆς· «Καὶ φοβηθήσονται οἱ ἀπὸ δυσμῶν τὸ ὄνομα Κυρίου, καὶ οἱ ἀπὸ ἀνατολῶν ἡλίου τὸ ὄνομα αὐτοῦ τὸ ἔνδοξον.» Καὶ πάλιν· «Ἐμφανὴς ἐγενόμην τοῖς ἐμὲ μὴ ἐπερωτῶσιν· εὑρέθην</w:t>
      </w:r>
    </w:p>
    <w:p>
      <w:r>
        <w:rPr>
          <w:rFonts w:ascii="Courier New" w:hAnsi="Courier New"/>
          <w:color w:val="555555"/>
          <w:sz w:val="20"/>
        </w:rPr>
        <w:t>[5]</w:t>
      </w:r>
    </w:p>
    <w:p>
      <w:r>
        <w:rPr>
          <w:rFonts w:ascii="Gentium Plus" w:hAnsi="Gentium Plus"/>
          <w:sz w:val="24"/>
        </w:rPr>
        <w:t>τοῖς ἐμὲ μὴ ζητοῦσιν. Εἶπον· ἰδού εἰμι, ἰδού εἰμι, ἔθνη, οἳ οὐκ ἐκάλεσαν τὸ ὄνομά μου.» Καὶ πᾶσα δὲ ἡ προφητεία τῶνδε τῶν λόγων ἀνάπλεως.</w:t>
      </w:r>
    </w:p>
    <w:p>
      <w:r>
        <w:rPr>
          <w:rFonts w:ascii="Courier New" w:hAnsi="Courier New"/>
          <w:color w:val="555555"/>
          <w:sz w:val="20"/>
        </w:rPr>
        <w:t>[10 . 73]</w:t>
      </w:r>
    </w:p>
    <w:p>
      <w:r>
        <w:rPr>
          <w:rFonts w:ascii="Gentium Plus" w:hAnsi="Gentium Plus"/>
          <w:sz w:val="24"/>
        </w:rPr>
        <w:t>Ἀλλ’ ἵνα καὶ τοὺς ἄλλους προφήτας ξυνῳδὰ προθεσπίσαντας δείξωμεν, ἀκούσατε Ἱερεμίου βοῶντος· «Ἐν τῷ καιρῷ ἐκείνῳ καλέσουσι τὴν Ἱερουσαλὴμ Θρόνος Κυρίου· καὶ συναχθήσεται εἰς αὐτὴν πάντα τὰ ἔθνη, καὶ οὐ πορεύσονται ὀπίσω τῶν ἐνθυμη‐</w:t>
      </w:r>
    </w:p>
    <w:p>
      <w:r>
        <w:rPr>
          <w:rFonts w:ascii="Courier New" w:hAnsi="Courier New"/>
          <w:color w:val="555555"/>
          <w:sz w:val="20"/>
        </w:rPr>
        <w:t>[10 . 74]</w:t>
      </w:r>
    </w:p>
    <w:p>
      <w:r>
        <w:rPr>
          <w:rFonts w:ascii="Gentium Plus" w:hAnsi="Gentium Plus"/>
          <w:sz w:val="24"/>
        </w:rPr>
        <w:t>μάτων τῆς καρδίας αὐτῶν τῆς πονηρᾶς.» Ἀθρήσατε, ὦ ἄνδρες, τῶν ῥημάτων τὴν ξυμφωνίαν καὶ βλέπετε πάντας πανταχόθεν ἀνθρώπους εἰς ἐκείνην τὴν πόλιν ξυντρέχοντας, ἣ τὸ δεσποτικὸν καὶ σωτήριον ἐδέξατο πάθος, καὶ τὴν μὲν τῶν εἰδώλων ἐξαπάτην</w:t>
      </w:r>
    </w:p>
    <w:p>
      <w:r>
        <w:rPr>
          <w:rFonts w:ascii="Courier New" w:hAnsi="Courier New"/>
          <w:color w:val="555555"/>
          <w:sz w:val="20"/>
        </w:rPr>
        <w:t>[5]</w:t>
      </w:r>
    </w:p>
    <w:p>
      <w:r>
        <w:rPr>
          <w:rFonts w:ascii="Gentium Plus" w:hAnsi="Gentium Plus"/>
          <w:sz w:val="24"/>
        </w:rPr>
        <w:t>βδελυττομένους, τῷ ἐσταυρωμένῳ δὲ τὸ ἐκείνων σέβας προσφέ‐</w:t>
      </w:r>
    </w:p>
    <w:p>
      <w:r>
        <w:rPr>
          <w:rFonts w:ascii="Courier New" w:hAnsi="Courier New"/>
          <w:color w:val="555555"/>
          <w:sz w:val="20"/>
        </w:rPr>
        <w:t>[10 . 75]</w:t>
      </w:r>
    </w:p>
    <w:p>
      <w:r>
        <w:rPr>
          <w:rFonts w:ascii="Gentium Plus" w:hAnsi="Gentium Plus"/>
          <w:sz w:val="24"/>
        </w:rPr>
        <w:t>ροντας. Τοῦ δὲ αὐτοῦ προφήτου καὶ ταῦτα· «Τάδε λέγει Κύριος· στῆτε ἐπὶ ταῖς ὁδοῖς καὶ ἴδετε· ἐκζητήσατε τρίβους Κυρίου αἰω‐ νίας, καὶ ἴδετε, ποία ἐστὶν ἡ ὁδὸς ἡ ἀγαθή, καὶ βαδίσατε ἐν</w:t>
      </w:r>
    </w:p>
    <w:p>
      <w:r>
        <w:rPr>
          <w:rFonts w:ascii="Courier New" w:hAnsi="Courier New"/>
          <w:color w:val="555555"/>
          <w:sz w:val="20"/>
        </w:rPr>
        <w:t>[5]</w:t>
      </w:r>
    </w:p>
    <w:p>
      <w:r>
        <w:rPr>
          <w:rFonts w:ascii="Gentium Plus" w:hAnsi="Gentium Plus"/>
          <w:sz w:val="24"/>
        </w:rPr>
        <w:t>πορευσόμεθα. Καθέστακα ἐφ’ ὑμᾶς σκοπούς· ἀκούσατε τῆς φωνῆς τῆς σάλπιγγος. Καὶ εἶπον· οὐκ ἀκουσόμεθα. Διὰ τοῦτο ἤκουσε τὰ ἔθνη καὶ οἱ ποιμαίνοντες τὰ πρόβατα ἐν αὐτοῖς.»</w:t>
      </w:r>
    </w:p>
    <w:p>
      <w:r>
        <w:rPr>
          <w:rFonts w:ascii="Courier New" w:hAnsi="Courier New"/>
          <w:color w:val="555555"/>
          <w:sz w:val="20"/>
        </w:rPr>
        <w:t>[10 . 76]</w:t>
      </w:r>
    </w:p>
    <w:p>
      <w:r>
        <w:rPr>
          <w:rFonts w:ascii="Gentium Plus" w:hAnsi="Gentium Plus"/>
          <w:sz w:val="24"/>
        </w:rPr>
        <w:t>Πρώτοις μὲν γὰρ Ἰουδαίοις προσηνέχθη καὶ παρὰ τῶν προφη‐ τῶν καὶ παρὰ τῶν ἀποστόλων τὰ θεῖα κηρύγματα· ἐπειδὴ δὲ ἀντεῖπον ἐκεῖνοι, πᾶσιν ἐδωρήθη τοῖς ἔθνεσι τὰ θεόσδοτα δῶρα· καὶ καλεῖ μὲν «ὁδοὺς» ὁ τοῦ προφήτου Θεὸς τοὺς παλαιοὺς</w:t>
      </w:r>
    </w:p>
    <w:p>
      <w:r>
        <w:rPr>
          <w:rFonts w:ascii="Courier New" w:hAnsi="Courier New"/>
          <w:color w:val="555555"/>
          <w:sz w:val="20"/>
        </w:rPr>
        <w:t>[5]</w:t>
      </w:r>
    </w:p>
    <w:p>
      <w:r>
        <w:rPr>
          <w:rFonts w:ascii="Gentium Plus" w:hAnsi="Gentium Plus"/>
          <w:sz w:val="24"/>
        </w:rPr>
        <w:t>προφήτας, «ὁδὸν» δὲ «ἀγαθὴν» αὐτὸν τὸν Σωτῆρα καὶ Κύ‐</w:t>
      </w:r>
    </w:p>
    <w:p>
      <w:r>
        <w:rPr>
          <w:rFonts w:ascii="Courier New" w:hAnsi="Courier New"/>
          <w:color w:val="555555"/>
          <w:sz w:val="20"/>
        </w:rPr>
        <w:t>[10 . 77]</w:t>
      </w:r>
    </w:p>
    <w:p>
      <w:r>
        <w:rPr>
          <w:rFonts w:ascii="Gentium Plus" w:hAnsi="Gentium Plus"/>
          <w:sz w:val="24"/>
        </w:rPr>
        <w:t>ριον. Καθάπερ γὰρ εἰς τὴν βασίλειον λεωφόρον αἱ ἀπὸ τῶν κωμῶν καὶ τῶν ἀγρῶν εἰσβάλλουσιν ἀτραποί, οὕτως ἅπαντες οἱ προφῆται ταύτην τοῖς πιστεύειν ἐθέλουσιν ὑπεδείκνυον τὴν ὁδόν· καὶ αὐτὸς δὲ ὁ δεσπότης ἐν τοῖς ἱεροῖς εὐαγγελίοις βοᾷ· «Ἐγώ</w:t>
      </w:r>
    </w:p>
    <w:p>
      <w:r>
        <w:rPr>
          <w:rFonts w:ascii="Courier New" w:hAnsi="Courier New"/>
          <w:color w:val="555555"/>
          <w:sz w:val="20"/>
        </w:rPr>
        <w:t>[5]</w:t>
      </w:r>
    </w:p>
    <w:p>
      <w:r>
        <w:rPr>
          <w:rFonts w:ascii="Gentium Plus" w:hAnsi="Gentium Plus"/>
          <w:sz w:val="24"/>
        </w:rPr>
        <w:t>εἰμι ἡ ὁδὸς καὶ ἡ ζωὴ καὶ ἡ ἀλήθεια.» Παραινεῖ τοίνυν Ἰου‐ δαίοις τὰ τῶν προφητῶν ἀναγνῶναι θεσπίσματα καὶ ζητῆσαι τὸ</w:t>
      </w:r>
    </w:p>
    <w:p>
      <w:r>
        <w:rPr>
          <w:rFonts w:ascii="Courier New" w:hAnsi="Courier New"/>
          <w:color w:val="555555"/>
          <w:sz w:val="20"/>
        </w:rPr>
        <w:t>[10 . 78]</w:t>
      </w:r>
    </w:p>
    <w:p>
      <w:r>
        <w:rPr>
          <w:rFonts w:ascii="Gentium Plus" w:hAnsi="Gentium Plus"/>
          <w:sz w:val="24"/>
        </w:rPr>
        <w:t>θεσπιζόμενον. Ἐπειδὴ δὲ ἀντεῖπον ταῖς προφητείαις, τὴν ἀπο‐ στολικὴν προσενήνοχε σάλπιγγα. Ἐπειδὴ δὲ πάλιν εἶπον· «Οὐκ ἀκουσόμεθα», βοῶσι πρὸς αὐτοὺς οἱ θεῖοι ἄνδρες, ὡς ὁ Λουκᾶς ἐν ταῖς Πράξεσιν ἱστορεῖ· «Ὑμῖν ἦν ἀναγκαῖον πρῶ‐</w:t>
      </w:r>
    </w:p>
    <w:p>
      <w:r>
        <w:rPr>
          <w:rFonts w:ascii="Courier New" w:hAnsi="Courier New"/>
          <w:color w:val="555555"/>
          <w:sz w:val="20"/>
        </w:rPr>
        <w:t>[5]</w:t>
      </w:r>
    </w:p>
    <w:p>
      <w:r>
        <w:rPr>
          <w:rFonts w:ascii="Gentium Plus" w:hAnsi="Gentium Plus"/>
          <w:sz w:val="24"/>
        </w:rPr>
        <w:t>τον λαλῆσαι τὸν λόγον τοῦ Θεοῦ· ἐπειδὴ δὲ ἀναξίους ἑαυτοὺς κρίνετε τῆς αἰωνίου ζωῆς, καθαροὶ ἡμεῖς ἀπὸ τοῦ νῦν εἰς τὰ</w:t>
      </w:r>
    </w:p>
    <w:p>
      <w:r>
        <w:rPr>
          <w:rFonts w:ascii="Courier New" w:hAnsi="Courier New"/>
          <w:color w:val="555555"/>
          <w:sz w:val="20"/>
        </w:rPr>
        <w:t>[10 . 79]</w:t>
      </w:r>
    </w:p>
    <w:p>
      <w:r>
        <w:rPr>
          <w:rFonts w:ascii="Gentium Plus" w:hAnsi="Gentium Plus"/>
          <w:sz w:val="24"/>
        </w:rPr>
        <w:t>ἔθνη πορευσόμεθα.» Πάλιν μέντοι ὁ προφήτης τῶν ἐθνῶν τὴν σωτηρίαν θεσπίζει καὶ πρὸς τὸν τῶν ὅλων βοᾷ Θεόν· «Κύριε ἰσχύς μου καὶ βοήθειά μου καὶ καταφυγή μου ἐν ἡμέρᾳ κακῶν,</w:t>
      </w:r>
    </w:p>
    <w:p>
      <w:r>
        <w:rPr>
          <w:rFonts w:ascii="Courier New" w:hAnsi="Courier New"/>
          <w:color w:val="555555"/>
          <w:sz w:val="20"/>
        </w:rPr>
        <w:t>[5]</w:t>
      </w:r>
    </w:p>
    <w:p>
      <w:r>
        <w:rPr>
          <w:rFonts w:ascii="Gentium Plus" w:hAnsi="Gentium Plus"/>
          <w:sz w:val="24"/>
        </w:rPr>
        <w:t>ψευδῆ ἐκτήσαντο οἱ πατέρες ἡμῶν εἴδωλα, καὶ οὐκ ἦν ἐν αὐτοῖς ὠφέλεια, εἰ ποιήσει ἑαυτῷ ἄνθρωπος θεούς, καὶ οὗτοι οὐκ εἰσὶ</w:t>
      </w:r>
    </w:p>
    <w:p>
      <w:r>
        <w:rPr>
          <w:rFonts w:ascii="Courier New" w:hAnsi="Courier New"/>
          <w:color w:val="555555"/>
          <w:sz w:val="20"/>
        </w:rPr>
        <w:t>[10 . 80]</w:t>
      </w:r>
    </w:p>
    <w:p>
      <w:r>
        <w:rPr>
          <w:rFonts w:ascii="Gentium Plus" w:hAnsi="Gentium Plus"/>
          <w:sz w:val="24"/>
        </w:rPr>
        <w:t>θεοί.» Τί τούτων ἐναργέστερον τῶν ῥημάτων; Ὡς γὰρ παρὼν ὁ προφήτης καὶ θεώμενος τὴν τῆς οἰκουμένης μεταβολὴν καὶ τῆς τῶν ἐθνῶν μεταμελείας ἀκούων, καὶ κωμῳδούντων ἐπαΐων τὴν τῶν εἰδώλων ἀσθένειαν, οὕτω ξυνέγραψε τὸν χρησμόν.</w:t>
      </w:r>
    </w:p>
    <w:p>
      <w:r>
        <w:rPr>
          <w:rFonts w:ascii="Courier New" w:hAnsi="Courier New"/>
          <w:color w:val="555555"/>
          <w:sz w:val="20"/>
        </w:rPr>
        <w:t>[10 . 81]</w:t>
      </w:r>
    </w:p>
    <w:p>
      <w:r>
        <w:rPr>
          <w:rFonts w:ascii="Gentium Plus" w:hAnsi="Gentium Plus"/>
          <w:sz w:val="24"/>
        </w:rPr>
        <w:t>Καὶ Ἀμὼς δὲ ὁ προφήτης οὐ μόνον τὴν τῶν ἐθνῶν σωτηρίαν, ἀλλὰ καὶ τὴν Ἰουδαίων προλέγει διασποράν, μᾶλλον δὲ διὰ τῆς ἐκείνου γλώττης αὐτὸς ὁ τῶν ὅλων Θεός· «Ἰδοὺ» γάρ φησιν «ἐγὼ ἐντέλλομαι καὶ λικμήσω ἐν πᾶσι τοῖς ἔθνεσι τὸν οἶκον</w:t>
      </w:r>
    </w:p>
    <w:p>
      <w:r>
        <w:rPr>
          <w:rFonts w:ascii="Courier New" w:hAnsi="Courier New"/>
          <w:color w:val="555555"/>
          <w:sz w:val="20"/>
        </w:rPr>
        <w:t>[10 . 82]</w:t>
      </w:r>
    </w:p>
    <w:p>
      <w:r>
        <w:rPr>
          <w:rFonts w:ascii="Gentium Plus" w:hAnsi="Gentium Plus"/>
          <w:sz w:val="24"/>
        </w:rPr>
        <w:t>Ἰσραήλ, ὃν τρόπον λικμᾶται ἐν τῷ λικμῷ.» Καὶ μετ’ ὀλίγα· «Τῇ ἡμέρᾳ ἐκείνῃ ἀναστήσω τὴν σκηνὴν Δαυὶδ τὴν πεπτωκυῖαν καὶ ἀνοικοδομήσω τὰ πεπτωκότα αὐτῆς καὶ τὰ κατεσκαμμένα αὐτῆς ἀναστήσω καὶ ἀνοικοδομήσω αὐτὴν καθὼς αἱ ἡμέραι τοῦ</w:t>
      </w:r>
    </w:p>
    <w:p>
      <w:r>
        <w:rPr>
          <w:rFonts w:ascii="Courier New" w:hAnsi="Courier New"/>
          <w:color w:val="555555"/>
          <w:sz w:val="20"/>
        </w:rPr>
        <w:t>[5]</w:t>
      </w:r>
    </w:p>
    <w:p>
      <w:r>
        <w:rPr>
          <w:rFonts w:ascii="Gentium Plus" w:hAnsi="Gentium Plus"/>
          <w:sz w:val="24"/>
        </w:rPr>
        <w:t>αἰῶνος, ὅπως ἂν ἐκζητήσωσί με οἱ κατάλοιποι τῶν ἀνθρώπων καὶ πάντα τὰ ἔθνη, ἐφ’ οὓς ἐπικέκληται τὸ ὄνομά μου ἐπ’ αὐτούς,</w:t>
      </w:r>
    </w:p>
    <w:p>
      <w:r>
        <w:rPr>
          <w:rFonts w:ascii="Courier New" w:hAnsi="Courier New"/>
          <w:color w:val="555555"/>
          <w:sz w:val="20"/>
        </w:rPr>
        <w:t>[10 . 83]</w:t>
      </w:r>
    </w:p>
    <w:p>
      <w:r>
        <w:rPr>
          <w:rFonts w:ascii="Gentium Plus" w:hAnsi="Gentium Plus"/>
          <w:sz w:val="24"/>
        </w:rPr>
        <w:t>λέγει Κύριος ὁ ποιῶν ταῦτα πάντα.» Εἰ δέ τις βούλεται μαθεῖν, τίς ἡ σκηνή, ἀκουσάτω τοῦ θεσπεσίου Ἰωάννου λέγον‐ τος· «Καὶ ὁ Λόγος σὰρξ ἐγένετο καὶ ἐσκήνωσεν ἐν ἡμῖν, καὶ ἐθεασάμεθα τὴν δόξαν αὐτοῦ, δόξαν ὡς μονογενοῦς παρὰ Πατ‐</w:t>
      </w:r>
    </w:p>
    <w:p>
      <w:r>
        <w:rPr>
          <w:rFonts w:ascii="Courier New" w:hAnsi="Courier New"/>
          <w:color w:val="555555"/>
          <w:sz w:val="20"/>
        </w:rPr>
        <w:t>[5]</w:t>
      </w:r>
    </w:p>
    <w:p>
      <w:r>
        <w:rPr>
          <w:rFonts w:ascii="Gentium Plus" w:hAnsi="Gentium Plus"/>
          <w:sz w:val="24"/>
        </w:rPr>
        <w:t>ρός· πλήρης χάριτος καὶ ἀληθείας.»</w:t>
      </w:r>
    </w:p>
    <w:p>
      <w:r>
        <w:rPr>
          <w:rFonts w:ascii="Courier New" w:hAnsi="Courier New"/>
          <w:color w:val="555555"/>
          <w:sz w:val="20"/>
        </w:rPr>
        <w:t>[10 . 84]</w:t>
      </w:r>
    </w:p>
    <w:p>
      <w:r>
        <w:rPr>
          <w:rFonts w:ascii="Gentium Plus" w:hAnsi="Gentium Plus"/>
          <w:sz w:val="24"/>
        </w:rPr>
        <w:t>Βοᾷ δὲ καὶ Σοφονίας· «Ἐπιφανήσεται Κύριος ἐπ’ αὐτοὺς καὶ ἐξολοθρεύσει πάντας τοὺς θεοὺς τῆς γῆς· καὶ προσκυνήσουσιν</w:t>
      </w:r>
    </w:p>
    <w:p>
      <w:r>
        <w:rPr>
          <w:rFonts w:ascii="Courier New" w:hAnsi="Courier New"/>
          <w:color w:val="555555"/>
          <w:sz w:val="20"/>
        </w:rPr>
        <w:t>[5]</w:t>
      </w:r>
    </w:p>
    <w:p>
      <w:r>
        <w:rPr>
          <w:rFonts w:ascii="Gentium Plus" w:hAnsi="Gentium Plus"/>
          <w:sz w:val="24"/>
        </w:rPr>
        <w:t>χειν ἐκέλευσεν, ἀναγκαίως προστέθεικεν, ὡς τῶν καλουμένων θεῶν ἀφανῶν γενομένων, τὸν ἀληθινὸν ἕκαστος προσκυνήσει Θεόν, οὐκ εἰς ἐκείνην τρέχειν τὴν πόλιν ἀναγκαζόμενος, ἀλλ’ ἐν ταῖς οἰκίαις καὶ πόλεσι καὶ κώμαις καὶ ἀγροῖς τὸ σέβας προσ‐</w:t>
      </w:r>
    </w:p>
    <w:p>
      <w:r>
        <w:rPr>
          <w:rFonts w:ascii="Courier New" w:hAnsi="Courier New"/>
          <w:color w:val="555555"/>
          <w:sz w:val="20"/>
        </w:rPr>
        <w:t>[10 . 85]</w:t>
      </w:r>
    </w:p>
    <w:p>
      <w:r>
        <w:rPr>
          <w:rFonts w:ascii="Gentium Plus" w:hAnsi="Gentium Plus"/>
          <w:sz w:val="24"/>
        </w:rPr>
        <w:t>φέροντες. Καὶ μετ’ ὀλίγα δὲ πάλιν φησίν· «Τότε μεταστρέψω ἐπὶ λαοὺς γλῶσσαν εἰς γενεὰν αὐτοῖς, τοῦ ἐπικαλεῖσθαι πάντας τὸ ὄνομα Κυρίου, τοῦ δουλεύειν αὐτῷ ὑπὸ ζυγὸν ἕνα· ἐκ περάτων ποταμῶν Αἰθιοπίας οἴσουσι θυσίας μοι.» Τὴν γὰρ δὴ μίαν τῶν</w:t>
      </w:r>
    </w:p>
    <w:p>
      <w:r>
        <w:rPr>
          <w:rFonts w:ascii="Courier New" w:hAnsi="Courier New"/>
          <w:color w:val="555555"/>
          <w:sz w:val="20"/>
        </w:rPr>
        <w:t>[5]</w:t>
      </w:r>
    </w:p>
    <w:p>
      <w:r>
        <w:rPr>
          <w:rFonts w:ascii="Gentium Plus" w:hAnsi="Gentium Plus"/>
          <w:sz w:val="24"/>
        </w:rPr>
        <w:t>ἀποστόλων γλῶτταν, Γαλιλαίαν οὖσαν, εἰς τὰς ἁπάντων τῶν ἐθνῶν κατεμέρισε γλώττας καὶ προσενήνοχεν ἅπασι τὴν σωτήριον</w:t>
      </w:r>
    </w:p>
    <w:p>
      <w:r>
        <w:rPr>
          <w:rFonts w:ascii="Courier New" w:hAnsi="Courier New"/>
          <w:color w:val="555555"/>
          <w:sz w:val="20"/>
        </w:rPr>
        <w:t>[10 . 86]</w:t>
      </w:r>
    </w:p>
    <w:p>
      <w:r>
        <w:rPr>
          <w:rFonts w:ascii="Gentium Plus" w:hAnsi="Gentium Plus"/>
          <w:sz w:val="24"/>
        </w:rPr>
        <w:t>κλῆσιν. Καὶ μέντοι καὶ διὰ Ζαχαρίου ξύμφωνα προθεσπίζει· «Τέρπου καὶ εὐφραίνου, θύγατερ Σιών· διότι ἰδοὺ ἐγὼ ἔρχομαι καὶ κατασκηνώσω ἐν μέσῳ σου, λέγει Κύριος· καὶ καταφεύξονται ἔθνη πολλὰ ἐπὶ τὸν Κύριον ἐν τῇ ἡμέρᾳ ἐκείνῃ καὶ ἔσονται αὐτῷ</w:t>
      </w:r>
    </w:p>
    <w:p>
      <w:r>
        <w:rPr>
          <w:rFonts w:ascii="Courier New" w:hAnsi="Courier New"/>
          <w:color w:val="555555"/>
          <w:sz w:val="20"/>
        </w:rPr>
        <w:t>[5]</w:t>
      </w:r>
    </w:p>
    <w:p>
      <w:r>
        <w:rPr>
          <w:rFonts w:ascii="Gentium Plus" w:hAnsi="Gentium Plus"/>
          <w:sz w:val="24"/>
        </w:rPr>
        <w:t>εἰς λαόν· καὶ κατασκηνώσω ἐν μέσῳ σου· καὶ γνώσῃ, ὅτι Κύριος</w:t>
      </w:r>
    </w:p>
    <w:p>
      <w:r>
        <w:rPr>
          <w:rFonts w:ascii="Courier New" w:hAnsi="Courier New"/>
          <w:color w:val="555555"/>
          <w:sz w:val="20"/>
        </w:rPr>
        <w:t>[10 . 87]</w:t>
      </w:r>
    </w:p>
    <w:p>
      <w:r>
        <w:rPr>
          <w:rFonts w:ascii="Gentium Plus" w:hAnsi="Gentium Plus"/>
          <w:sz w:val="24"/>
        </w:rPr>
        <w:t>παντοκράτωρ ἀπέσταλκέ με πρὸς σέ.» Ἐν δὲ τούτοις ὁ Μονο‐ γενὴς καὶ τὸ οἰκεῖον καὶ τὸ τοῦ Πατρὸς ἐπέδειξε πρόσωπον. Ἀπεστάλθαι δὲ εἴρηκεν, ἐπειδήπερ οὐχ ὡς Θεός, ἀλλ’ ὡς ἄνθ‐ ρωπος ἐπεφάνη· πρέπει δὲ αὐτῷ τὴν ὑπὲρ τῶν ἀνθρώπων δικαιο‐</w:t>
      </w:r>
    </w:p>
    <w:p>
      <w:r>
        <w:rPr>
          <w:rFonts w:ascii="Courier New" w:hAnsi="Courier New"/>
          <w:color w:val="555555"/>
          <w:sz w:val="20"/>
        </w:rPr>
        <w:t>[5]</w:t>
      </w:r>
    </w:p>
    <w:p>
      <w:r>
        <w:rPr>
          <w:rFonts w:ascii="Gentium Plus" w:hAnsi="Gentium Plus"/>
          <w:sz w:val="24"/>
        </w:rPr>
        <w:t>σύνην παραγενομένῳ πληρῶσαι καὶ δεῖξαι τὴν ἐπαινουμένην</w:t>
      </w:r>
    </w:p>
    <w:p>
      <w:r>
        <w:rPr>
          <w:rFonts w:ascii="Courier New" w:hAnsi="Courier New"/>
          <w:color w:val="555555"/>
          <w:sz w:val="20"/>
        </w:rPr>
        <w:t>[10 . 88]</w:t>
      </w:r>
    </w:p>
    <w:p>
      <w:r>
        <w:rPr>
          <w:rFonts w:ascii="Gentium Plus" w:hAnsi="Gentium Plus"/>
          <w:sz w:val="24"/>
        </w:rPr>
        <w:t>ὑπακοήν. Καὶ πάλιν· «Χαῖρε σφόδρα, θύγατερ Σιών· κήρυσσε, θύγατερ Ἱερουσαλήμ· ἰδοὺ ὁ βασιλεύς σου ἔρχεταί σοι δίκαιος καὶ σώζων, αὐτὸς πραῢς καὶ ἐπιβεβηκὼς ἐπὶ ὑποζύγιον καὶ πῶλον νέον. Καὶ ἐξολοθρεύσει ἅρματα ἐξ Ἐφραῒμ καὶ ἵππον ἐξ</w:t>
      </w:r>
    </w:p>
    <w:p>
      <w:r>
        <w:rPr>
          <w:rFonts w:ascii="Courier New" w:hAnsi="Courier New"/>
          <w:color w:val="555555"/>
          <w:sz w:val="20"/>
        </w:rPr>
        <w:t>[5]</w:t>
      </w:r>
    </w:p>
    <w:p>
      <w:r>
        <w:rPr>
          <w:rFonts w:ascii="Gentium Plus" w:hAnsi="Gentium Plus"/>
          <w:sz w:val="24"/>
        </w:rPr>
        <w:t>Ἱερουσαλήμ· καὶ ἐξολοθρευθήσεται τόξον πολεμικόν· καὶ πλῆ‐ θος καὶ εἰρήνη ἐξ ἐθνῶν· καὶ κατάρξει ἀπὸ θαλάσσης ἕως θαλάσ‐</w:t>
      </w:r>
    </w:p>
    <w:p>
      <w:r>
        <w:rPr>
          <w:rFonts w:ascii="Courier New" w:hAnsi="Courier New"/>
          <w:color w:val="555555"/>
          <w:sz w:val="20"/>
        </w:rPr>
        <w:t>[10 . 89]</w:t>
      </w:r>
    </w:p>
    <w:p>
      <w:r>
        <w:rPr>
          <w:rFonts w:ascii="Gentium Plus" w:hAnsi="Gentium Plus"/>
          <w:sz w:val="24"/>
        </w:rPr>
        <w:t>σης καὶ ἀπὸ ποταμῶν ἕως διεκβολῶν γῆς.» Καὶ μετὰ πλεῖστα· «Καὶ ἔσται Κύριος εἰς βασιλέα ἐπὶ πᾶσαν τὴν γῆν· ἐν τῇ ἡμέρᾳ ἐκείνῃ ἔσται Κύριος εἷς, καὶ τὸ ὄνομα αὐτοῦ ἕν, κυκλοῦν πᾶσαν τὴν γῆν καὶ τὴν ἔρημον.»</w:t>
      </w:r>
    </w:p>
    <w:p>
      <w:r>
        <w:rPr>
          <w:rFonts w:ascii="Courier New" w:hAnsi="Courier New"/>
          <w:color w:val="555555"/>
          <w:sz w:val="20"/>
        </w:rPr>
        <w:t>[5]</w:t>
      </w:r>
    </w:p>
    <w:p>
      <w:r>
        <w:rPr>
          <w:rFonts w:ascii="Gentium Plus" w:hAnsi="Gentium Plus"/>
          <w:sz w:val="24"/>
        </w:rPr>
        <w:t>Τί τούτων, ὦ ἄνδρες, ξυνεσκιασμένον ἢ σαφηνείας δεόμενον; ποῖον δὲ τῶν εἰρημένων οὐκ ἔχει βοῶσαν τῶν πραγμάτων τὴν</w:t>
      </w:r>
    </w:p>
    <w:p>
      <w:r>
        <w:rPr>
          <w:rFonts w:ascii="Courier New" w:hAnsi="Courier New"/>
          <w:color w:val="555555"/>
          <w:sz w:val="20"/>
        </w:rPr>
        <w:t>[10 . 90]</w:t>
      </w:r>
    </w:p>
    <w:p>
      <w:r>
        <w:rPr>
          <w:rFonts w:ascii="Gentium Plus" w:hAnsi="Gentium Plus"/>
          <w:sz w:val="24"/>
        </w:rPr>
        <w:t>μαρτυρίαν; Ἀκούσατε δὴ καὶ διὰ Μαλαχίου τοῦ Θεοῦ τῶν ὅλων πρὸς τὸν Ἰσραὴλ λέγοντος· «Οὐκ ἔστι μοι θέλημα ἐν ὑμῖν, λέγει Κύριος· καὶ θυσίαν οὐ προσδέξομαι ἐκ τῶν χειρῶν ὑμῶν· διότι ἀπὸ ἀνατολῶν ἡλίου καὶ ἕως δυσμῶν τὸ ὄνομά μου δεδόξα‐</w:t>
      </w:r>
    </w:p>
    <w:p>
      <w:r>
        <w:rPr>
          <w:rFonts w:ascii="Courier New" w:hAnsi="Courier New"/>
          <w:color w:val="555555"/>
          <w:sz w:val="20"/>
        </w:rPr>
        <w:t>[5]</w:t>
      </w:r>
    </w:p>
    <w:p>
      <w:r>
        <w:rPr>
          <w:rFonts w:ascii="Gentium Plus" w:hAnsi="Gentium Plus"/>
          <w:sz w:val="24"/>
        </w:rPr>
        <w:t>σται ἐν τοῖς ἔθνεσι· καὶ ἐν παντὶ τόπῳ θυμίαμα προσφέρεται τῷ ὀνόματί μου καὶ θυσία καθαρά. Διότι μέγα τὸ ὄνομά μου ἐν τοῖς ἔθνεσι, λέγει Κύριος παντοκράτωρ· ὑμεῖς δὲ βεβηλοῦτε</w:t>
      </w:r>
    </w:p>
    <w:p>
      <w:r>
        <w:rPr>
          <w:rFonts w:ascii="Courier New" w:hAnsi="Courier New"/>
          <w:color w:val="555555"/>
          <w:sz w:val="20"/>
        </w:rPr>
        <w:t>[10 . 91]</w:t>
      </w:r>
    </w:p>
    <w:p>
      <w:r>
        <w:rPr>
          <w:rFonts w:ascii="Gentium Plus" w:hAnsi="Gentium Plus"/>
          <w:sz w:val="24"/>
        </w:rPr>
        <w:t>αὐτό.» Παράθετε, ὦ φιλότης, τοὺς λόγους τοῖς πράγμασι καὶ βλέπετε καὶ τὴν Ἰουδαίων ἀντιλογίαν καὶ τὴν τῶν ἐθνῶν ὁμολο‐ γίαν καὶ τὴν πανταχῇ γῆς καὶ θαλάττης προσφερομένην θυσίαν τῷ Θεῷ τῶν ὅλων πνευματικήν, καὶ ὑμνήσατε τὸν οὕτως ἐναργῶς</w:t>
      </w:r>
    </w:p>
    <w:p>
      <w:r>
        <w:rPr>
          <w:rFonts w:ascii="Courier New" w:hAnsi="Courier New"/>
          <w:color w:val="555555"/>
          <w:sz w:val="20"/>
        </w:rPr>
        <w:t>[5]</w:t>
      </w:r>
    </w:p>
    <w:p>
      <w:r>
        <w:rPr>
          <w:rFonts w:ascii="Gentium Plus" w:hAnsi="Gentium Plus"/>
          <w:sz w:val="24"/>
        </w:rPr>
        <w:t>ταῦτα προαγορεύσαντα.</w:t>
      </w:r>
    </w:p>
    <w:p>
      <w:r>
        <w:rPr>
          <w:rFonts w:ascii="Courier New" w:hAnsi="Courier New"/>
          <w:color w:val="555555"/>
          <w:sz w:val="20"/>
        </w:rPr>
        <w:t>[10 . 92]</w:t>
      </w:r>
    </w:p>
    <w:p>
      <w:r>
        <w:rPr>
          <w:rFonts w:ascii="Gentium Plus" w:hAnsi="Gentium Plus"/>
          <w:sz w:val="24"/>
        </w:rPr>
        <w:t>Εἰ δὲ βούλεσθε, καὶ τοῦ Δανιὴλ καὶ τοῦ Ἰεζεκιὴλ καὶ τοῦ Ἰωὴλ καὶ Μιχαίου καὶ Ωσηὲ τῶν ἄλλων προφητῶν ἀνάγ‐ νωτε τὰ θεσπίσματα. Ἅπαντες γάρ τοι τὴν τῶν ἐθνῶν προαγο‐ ρεύουσι σωτηρίαν· καὶ μέντοι καὶ πρὸς τὸν πατριάρχην Ἁβραὰμ</w:t>
      </w:r>
    </w:p>
    <w:p>
      <w:r>
        <w:rPr>
          <w:rFonts w:ascii="Courier New" w:hAnsi="Courier New"/>
          <w:color w:val="555555"/>
          <w:sz w:val="20"/>
        </w:rPr>
        <w:t>[5]</w:t>
      </w:r>
    </w:p>
    <w:p>
      <w:r>
        <w:rPr>
          <w:rFonts w:ascii="Gentium Plus" w:hAnsi="Gentium Plus"/>
          <w:sz w:val="24"/>
        </w:rPr>
        <w:t>τὰς ξυνθήκας ποιούμενος, διὰ τοῦ σπέρματος αὐτοῦ δώσειν τοῖς</w:t>
      </w:r>
    </w:p>
    <w:p>
      <w:r>
        <w:rPr>
          <w:rFonts w:ascii="Courier New" w:hAnsi="Courier New"/>
          <w:color w:val="555555"/>
          <w:sz w:val="20"/>
        </w:rPr>
        <w:t>[10 . 93]</w:t>
      </w:r>
    </w:p>
    <w:p>
      <w:r>
        <w:rPr>
          <w:rFonts w:ascii="Gentium Plus" w:hAnsi="Gentium Plus"/>
          <w:sz w:val="24"/>
        </w:rPr>
        <w:t>γῆς.» Καὶ ταύτην αὐτῷ οὐχ ἅπαξ, ἀλλὰ καὶ πολλάκις δέδωκε τὴν ὑπόσχεσιν· καὶ μέντοι καὶ μετὰ τὴν ἐκείνου τελευτὴν τὴν αὐτὴν παρέσχε καὶ τῷ Ἰσαὰκ εὐλογίαν, καὶ μετ’ ἐκεῖνον πάλιν τῷ Ἰακώβ. Ἐπειδὴ γὰρ ἐκ τοῦ σπέρματος ἐκείνων τὴν ἀνθρωπείαν</w:t>
      </w:r>
    </w:p>
    <w:p>
      <w:r>
        <w:rPr>
          <w:rFonts w:ascii="Courier New" w:hAnsi="Courier New"/>
          <w:color w:val="555555"/>
          <w:sz w:val="20"/>
        </w:rPr>
        <w:t>[5]</w:t>
      </w:r>
    </w:p>
    <w:p>
      <w:r>
        <w:rPr>
          <w:rFonts w:ascii="Gentium Plus" w:hAnsi="Gentium Plus"/>
          <w:sz w:val="24"/>
        </w:rPr>
        <w:t>φύσιν λαβὼν ὁ Μονογενὴς ἐνηνθρώπησεν, ἐνανθρωπήσας δὲ καὶ τὴν οἰκονομίαν τελέσας εἰς ἅπασαν τὴν οἰκουμένην τοὺς ἀπο‐ στόλους ἐξέπεμψε καὶ προσέταξε μαθητεῦσαι πάντα τὰ ἔθνη εἰς τὸ ὄνομα τοῦ Πατρὸς καὶ τοῦ Υἱοῦ καὶ τοῦ ἁγίου Πνεύματος, πιστεύσαντα δὲ τὰ ἔθνη τῆς σωτηρίας ἀπέλαυσεν, εἰκότως ἄρα</w:t>
      </w:r>
    </w:p>
    <w:p>
      <w:r>
        <w:rPr>
          <w:rFonts w:ascii="Courier New" w:hAnsi="Courier New"/>
          <w:color w:val="555555"/>
          <w:sz w:val="20"/>
        </w:rPr>
        <w:t>[10]</w:t>
      </w:r>
    </w:p>
    <w:p>
      <w:r>
        <w:rPr>
          <w:rFonts w:ascii="Gentium Plus" w:hAnsi="Gentium Plus"/>
          <w:sz w:val="24"/>
        </w:rPr>
        <w:t>καὶ τῷ Ἁβραὰμ καὶ τοῖς ἐξ ἐκείνου τήνδε παρέσχε τὴν εὐλογίαν, καὶ αὐτοῖς δῆλα ποιῶν τὰ ἐσόμενα καὶ τὸ μέγεθος τοῦ γέρως ἐπιδεικνὺς καὶ τοὺς τῶν θείων ἐπαΐοντας λογίων τῇ τῆς σωτη‐ ρίας ἐλπίδι ψυχαγωγῶν.</w:t>
      </w:r>
    </w:p>
    <w:p>
      <w:r>
        <w:rPr>
          <w:rFonts w:ascii="Courier New" w:hAnsi="Courier New"/>
          <w:color w:val="555555"/>
          <w:sz w:val="20"/>
        </w:rPr>
        <w:t>[10 . 94]</w:t>
      </w:r>
    </w:p>
    <w:p>
      <w:r>
        <w:rPr>
          <w:rFonts w:ascii="Gentium Plus" w:hAnsi="Gentium Plus"/>
          <w:sz w:val="24"/>
        </w:rPr>
        <w:t>Καὶ Ἰακὼβ δὲ ὁ πατριάρχης, εὐλογῶν τὸν Ἰούδαν, τῆς τῶν ἐθνῶν ἐμνημόνευσεν εὐλογίας· «Οὐκ ἐκλείψει» γὰρ ἔφη «ἄρχων ἐξ Ἰούδα καὶ ἡγούμενος ἐκ τῶν μηρῶν αὐτοῦ, ἕως ἂν ἔλθῃ ὃ ἀπόκειται· καὶ αὐτὸς προσδοκία ἐθνῶν.» Καὶ ὁ Μωϋσῆς</w:t>
      </w:r>
    </w:p>
    <w:p>
      <w:r>
        <w:rPr>
          <w:rFonts w:ascii="Courier New" w:hAnsi="Courier New"/>
          <w:color w:val="555555"/>
          <w:sz w:val="20"/>
        </w:rPr>
        <w:t>[5]</w:t>
      </w:r>
    </w:p>
    <w:p>
      <w:r>
        <w:rPr>
          <w:rFonts w:ascii="Gentium Plus" w:hAnsi="Gentium Plus"/>
          <w:sz w:val="24"/>
        </w:rPr>
        <w:t>δὲ ὁ μέγας βοᾷ· «Εὐφράνθητε ἔθνη μετὰ τοῦ λαοῦ αὐτοῦ.»</w:t>
      </w:r>
    </w:p>
    <w:p>
      <w:r>
        <w:rPr>
          <w:rFonts w:ascii="Courier New" w:hAnsi="Courier New"/>
          <w:color w:val="555555"/>
          <w:sz w:val="20"/>
        </w:rPr>
        <w:t>[10 . 95]</w:t>
      </w:r>
    </w:p>
    <w:p>
      <w:r>
        <w:rPr>
          <w:rFonts w:ascii="Gentium Plus" w:hAnsi="Gentium Plus"/>
          <w:sz w:val="24"/>
        </w:rPr>
        <w:t>Τὰς δὲ τοῦ θεσπεσίου Δαυὶδ προφητείας τίς ἂν ῥᾳδίως ξυλλέ‐ ξειεν; ἐν μὲν γὰρ τῷ δευτέρῳ ψαλμῷ τὸ τοῦ Σωτῆρος πρόσω‐ πον ἀνειληφὼς λέγει· «Κύριος εἶπε πρός με· υἱός μου εἶ σύ· ἐγὼ σήμερον γεγέννηκά σε· αἴτησαι παρ’ ἐμοῦ, καὶ δώσω σοι</w:t>
      </w:r>
    </w:p>
    <w:p>
      <w:r>
        <w:rPr>
          <w:rFonts w:ascii="Courier New" w:hAnsi="Courier New"/>
          <w:color w:val="555555"/>
          <w:sz w:val="20"/>
        </w:rPr>
        <w:t>[5]</w:t>
      </w:r>
    </w:p>
    <w:p>
      <w:r>
        <w:rPr>
          <w:rFonts w:ascii="Gentium Plus" w:hAnsi="Gentium Plus"/>
          <w:sz w:val="24"/>
        </w:rPr>
        <w:t>ἔθνη τὴν κληρονομίαν σου, καὶ τὴν κατάσχεσίν σου τὰ πέρατα τῆς γῆς.» Ἐν δὲ τῷ ὀγδόῳ φησίν· «Κύριε ὁ Κύριος ἡμῶν, ὡς θαυμαστὸν τὸ ὄνομά σου ἐν πάσῃ τῇ γῇ, ὅτι ἐπήρθη ἡ μεγα‐ λοπρέπειά σου ὑπεράνω τῶν οὐρανῶν. Ἐκ στόματος νηπίων καὶ</w:t>
      </w:r>
    </w:p>
    <w:p>
      <w:r>
        <w:rPr>
          <w:rFonts w:ascii="Courier New" w:hAnsi="Courier New"/>
          <w:color w:val="555555"/>
          <w:sz w:val="20"/>
        </w:rPr>
        <w:t>[10 . 96]</w:t>
      </w:r>
    </w:p>
    <w:p>
      <w:r>
        <w:rPr>
          <w:rFonts w:ascii="Gentium Plus" w:hAnsi="Gentium Plus"/>
          <w:sz w:val="24"/>
        </w:rPr>
        <w:t>θηλαζόντων κατηρτίσω αἶνον.» Ὁρῶμεν δὲ ταῦτα καθ’ ἑκά‐ στην τελούμενα. Ἐν δὲ τῷ ἐνάτῳ πάλιν πρὸς τὸν τῶν ὅλων λέγει Θεόν· «Ἀνάστηθι Κύριε· μὴ κραταιούσθω ἄνθρωπος· κριθήτωσαν ἔθνη ἐνώπιόν σου· κατάστησον Κύριε νομοθέτην ἐπ’</w:t>
      </w:r>
    </w:p>
    <w:p>
      <w:r>
        <w:rPr>
          <w:rFonts w:ascii="Courier New" w:hAnsi="Courier New"/>
          <w:color w:val="555555"/>
          <w:sz w:val="20"/>
        </w:rPr>
        <w:t>[5]</w:t>
      </w:r>
    </w:p>
    <w:p>
      <w:r>
        <w:rPr>
          <w:rFonts w:ascii="Gentium Plus" w:hAnsi="Gentium Plus"/>
          <w:sz w:val="24"/>
        </w:rPr>
        <w:t>αὐτούς· γνώτωσαν ἔθνη, ὅτι ἄνθρωποί εἰσιν.» Ἐπειδὴ γὰρ εἰς ἀλογίαν ἐσχάτην ἐξέπεσε τῶν ἀνθρώπων τὸ γένος, ἀναγκαίως αὐτοῖς δοθῆναι νομοθέτην αἰτεῖ, ὥστε καὶ τὴν φύσιν ἐπιγνῶναι</w:t>
      </w:r>
    </w:p>
    <w:p>
      <w:r>
        <w:rPr>
          <w:rFonts w:ascii="Courier New" w:hAnsi="Courier New"/>
          <w:color w:val="555555"/>
          <w:sz w:val="20"/>
        </w:rPr>
        <w:t>[10 . 97]</w:t>
      </w:r>
    </w:p>
    <w:p>
      <w:r>
        <w:rPr>
          <w:rFonts w:ascii="Gentium Plus" w:hAnsi="Gentium Plus"/>
          <w:sz w:val="24"/>
        </w:rPr>
        <w:t>καὶ τῆς θηριωδίας ἀπαλλαγῆναι. Ἐν δὲ τῷ πρώτῳ καὶ εἰκοστῷ· «Μνησθήσονται καὶ ἐπιστραφήσονται πρὸς Κύριον πάντα τὰ πέρατα τῆς γῆς, καὶ προσκυνήσουσιν ἐνώπιον αὐτοῦ πᾶσαι αἱ πατριαὶ τῶν ἐθνῶν· ὅτι τοῦ Κυρίου ἡ βασιλεία, καὶ αὐτὸς</w:t>
      </w:r>
    </w:p>
    <w:p>
      <w:r>
        <w:rPr>
          <w:rFonts w:ascii="Courier New" w:hAnsi="Courier New"/>
          <w:color w:val="555555"/>
          <w:sz w:val="20"/>
        </w:rPr>
        <w:t>[5]</w:t>
      </w:r>
    </w:p>
    <w:p>
      <w:r>
        <w:rPr>
          <w:rFonts w:ascii="Gentium Plus" w:hAnsi="Gentium Plus"/>
          <w:sz w:val="24"/>
        </w:rPr>
        <w:t>δεσπόζει τῶν ἐθνῶν.» Καὶ τὰ ἑξῆς δὲ τὴν αὐτὴν ἔχει διάνοιαν· προλέγει γὰρ τὸν ἐξ ἁπάντων τῶν ἐθνῶν νέον λαόν.</w:t>
      </w:r>
    </w:p>
    <w:p>
      <w:r>
        <w:rPr>
          <w:rFonts w:ascii="Courier New" w:hAnsi="Courier New"/>
          <w:color w:val="555555"/>
          <w:sz w:val="20"/>
        </w:rPr>
        <w:t>[10 . 98]</w:t>
      </w:r>
    </w:p>
    <w:p>
      <w:r>
        <w:rPr>
          <w:rFonts w:ascii="Gentium Plus" w:hAnsi="Gentium Plus"/>
          <w:sz w:val="24"/>
        </w:rPr>
        <w:t>Καὶ ἵνα τὰ πλείονα παραλίπω, ἀκούσατε αὐτοῦ ἐν τῷ τεττα‐ ρακοστῷ καὶ τετάρτῳ ψαλμῷ λέγοντος· «Ἀντὶ τῶν πατέρων σου ἐγεννήθησαν οἱ υἱοί σου· καταστήσεις αὐτοὺς ἄρχοντας ἐπὶ πᾶσαν τὴν γῆν.» Καὶ πάλιν ἐν τῷ πέμπτῳ καὶ τετταρακοστῷ·</w:t>
      </w:r>
    </w:p>
    <w:p>
      <w:r>
        <w:rPr>
          <w:rFonts w:ascii="Courier New" w:hAnsi="Courier New"/>
          <w:color w:val="555555"/>
          <w:sz w:val="20"/>
        </w:rPr>
        <w:t>[5]</w:t>
      </w:r>
    </w:p>
    <w:p>
      <w:r>
        <w:rPr>
          <w:rFonts w:ascii="Gentium Plus" w:hAnsi="Gentium Plus"/>
          <w:sz w:val="24"/>
        </w:rPr>
        <w:t>«Σχολάσατε καὶ γνῶτε, ὅτι ἐγώ εἰμι ὁ Θεός· ὑψωθήσομαι ἐν</w:t>
      </w:r>
    </w:p>
    <w:p>
      <w:r>
        <w:rPr>
          <w:rFonts w:ascii="Courier New" w:hAnsi="Courier New"/>
          <w:color w:val="555555"/>
          <w:sz w:val="20"/>
        </w:rPr>
        <w:t>[10 . 99]</w:t>
      </w:r>
    </w:p>
    <w:p>
      <w:r>
        <w:rPr>
          <w:rFonts w:ascii="Gentium Plus" w:hAnsi="Gentium Plus"/>
          <w:sz w:val="24"/>
        </w:rPr>
        <w:t>τοῖς ἔθνεσιν· ὑψωθήσομαι ἐν τῇ γῇ.» Ὁ δὲ μετὰ τοῦτον τὴν τῶν ἐθνῶν προαγορεύει σωτηρίαν· «Πάντα» γάρ φησι «τὰ ἔθνη κροτήσατε χεῖρας· ἀλαλάξατε τῷ Θεῷ ἐν φωνῇ ἀγαλλιά‐ σεως· ὅτι Κύριος ὕψιστος φοβερός, βασιλεὺς μέγας ἐπὶ πᾶσαν τὴν</w:t>
      </w:r>
    </w:p>
    <w:p>
      <w:r>
        <w:rPr>
          <w:rFonts w:ascii="Courier New" w:hAnsi="Courier New"/>
          <w:color w:val="555555"/>
          <w:sz w:val="20"/>
        </w:rPr>
        <w:t>[10 . 100]</w:t>
      </w:r>
    </w:p>
    <w:p>
      <w:r>
        <w:rPr>
          <w:rFonts w:ascii="Gentium Plus" w:hAnsi="Gentium Plus"/>
          <w:sz w:val="24"/>
        </w:rPr>
        <w:t>γῆν.» Καὶ ὁ ἕβδομος δὲ καὶ ὁ ὄγδοος, καὶ μέντοι καὶ ὁ ἔνατος καὶ πάντες, ὡς ἔπος εἰπεῖν, οἱ ψαλμοὶ τὴν τῆς οἰκουμένης με‐ ταβολὴν προθεσπίζουσι καὶ τὴν τῶν ἐθνῶν προκηρύττουσι κλῆσιν καὶ πίστιν, καὶ πρός γε τούτοις τοῦ Θεοῦ καὶ Σωτῆρος ἡμῶν</w:t>
      </w:r>
    </w:p>
    <w:p>
      <w:r>
        <w:rPr>
          <w:rFonts w:ascii="Courier New" w:hAnsi="Courier New"/>
          <w:color w:val="555555"/>
          <w:sz w:val="20"/>
        </w:rPr>
        <w:t>[5]</w:t>
      </w:r>
    </w:p>
    <w:p>
      <w:r>
        <w:rPr>
          <w:rFonts w:ascii="Gentium Plus" w:hAnsi="Gentium Plus"/>
          <w:sz w:val="24"/>
        </w:rPr>
        <w:t>τὴν προαιώνιον ὕπαρξιν, τὴν ἐκ τοῦ Πατρὸς γέννησιν, τὸν ἐκ παρθένου τόκον, τὰ θαύματα, τὰ παθήματα, τῶν Ἰουδαίων τὴν ἀπιστίαν, τὴν ἐκ νεκρῶν ἀνάστασιν, τὴν εἰς οὐρανοὺς ἀνάβασιν, τὴν τοῦ Πνεύματος ἐπιφοίτησιν, τὸν εἰς ἅπασαν γῆν καὶ θάλατταν τῶν ἀποστόλων δρόμον.</w:t>
      </w:r>
    </w:p>
    <w:p>
      <w:r>
        <w:rPr>
          <w:rFonts w:ascii="Courier New" w:hAnsi="Courier New"/>
          <w:color w:val="555555"/>
          <w:sz w:val="20"/>
        </w:rPr>
        <w:t>[10 . 101]</w:t>
      </w:r>
    </w:p>
    <w:p>
      <w:r>
        <w:rPr>
          <w:rFonts w:ascii="Gentium Plus" w:hAnsi="Gentium Plus"/>
          <w:sz w:val="24"/>
        </w:rPr>
        <w:t>Καὶ μὲν δὴ καὶ οἱ ἄλλοι προφῆται ταῦτα προλέγουσιν ἅπαντες. Ἐγὼ δὲ πάσας ξυναγαγεῖν τὰς προρρήσεις πάρεργον ὑπείληφα· πολλῶν γὰρ ἂν ἐδεήθην βιβλίων, καὶ πάσας γράφων καὶ περὶ ἑκάστης δέ γε τὰ πρόσφορα λέγων. Ἀρκεῖ δὲ ὑμῖν, ἂν ἐθέλητε,</w:t>
      </w:r>
    </w:p>
    <w:p>
      <w:r>
        <w:rPr>
          <w:rFonts w:ascii="Courier New" w:hAnsi="Courier New"/>
          <w:color w:val="555555"/>
          <w:sz w:val="20"/>
        </w:rPr>
        <w:t>[5]</w:t>
      </w:r>
    </w:p>
    <w:p>
      <w:r>
        <w:rPr>
          <w:rFonts w:ascii="Gentium Plus" w:hAnsi="Gentium Plus"/>
          <w:sz w:val="24"/>
        </w:rPr>
        <w:t>καὶ τῶν ἄλλων, ἐξ ὧν ἀκηκόατε, τὴν ἀλήθειαν διαγνῶναι. Σαφεῖς γὰρ αὗται καὶ ἀληθεῖς καὶ οἷόν τινες ἐναργεῖς εἰσι τῶν</w:t>
      </w:r>
    </w:p>
    <w:p>
      <w:r>
        <w:rPr>
          <w:rFonts w:ascii="Courier New" w:hAnsi="Courier New"/>
          <w:color w:val="555555"/>
          <w:sz w:val="20"/>
        </w:rPr>
        <w:t>[10 . 102]</w:t>
      </w:r>
    </w:p>
    <w:p>
      <w:r>
        <w:rPr>
          <w:rFonts w:ascii="Gentium Plus" w:hAnsi="Gentium Plus"/>
          <w:sz w:val="24"/>
        </w:rPr>
        <w:t>πραγμάτων εἰκόνες. Ὥσπερ τοίνυν τῶν ἀρίστων ζωγράφων τὴν τέχνην ῥᾷον ἄν τις καταμάθοι, τῷ ἀληθινῷ καὶ ἀρχετύπῳ χαρα‐ κτῆρι παρατιθεὶς τὴν εἰκόνα, οὕτω χρὴ καὶ ὑμᾶς καθάπερ ἰδέαν τινὰ τὴν προφητείαν ὑπὸ τοῦ σοφωτάτου προδιαγραφεῖσαν ζωγρά‐</w:t>
      </w:r>
    </w:p>
    <w:p>
      <w:r>
        <w:rPr>
          <w:rFonts w:ascii="Courier New" w:hAnsi="Courier New"/>
          <w:color w:val="555555"/>
          <w:sz w:val="20"/>
        </w:rPr>
        <w:t>[5]</w:t>
      </w:r>
    </w:p>
    <w:p>
      <w:r>
        <w:rPr>
          <w:rFonts w:ascii="Gentium Plus" w:hAnsi="Gentium Plus"/>
          <w:sz w:val="24"/>
        </w:rPr>
        <w:t>φου παραθεῖναι τοῖς πράγμασιν ἤδη λαβοῦσι τὸ πέρας καὶ τὸ τῆς</w:t>
      </w:r>
    </w:p>
    <w:p>
      <w:r>
        <w:rPr>
          <w:rFonts w:ascii="Courier New" w:hAnsi="Courier New"/>
          <w:color w:val="555555"/>
          <w:sz w:val="20"/>
        </w:rPr>
        <w:t>[10 . 103]</w:t>
      </w:r>
    </w:p>
    <w:p>
      <w:r>
        <w:rPr>
          <w:rFonts w:ascii="Gentium Plus" w:hAnsi="Gentium Plus"/>
          <w:sz w:val="24"/>
        </w:rPr>
        <w:t>ὁμοιότητος θεάσασθαι ἀπαράλλακτον. Πάλαι μὲν γάρ, πρὶν δέ‐ ξηται τὸ πέρας ἡ προφητεία, εἶχέ τινα πόνον τὸ πεῖσαι τοὺς τηνι‐ καῦτα ἀνθρώπους, ὡς ἀληθῆ τὰ θεσπίσματα· ἐπειδὴ δὲ τὰ πάλαι</w:t>
      </w:r>
    </w:p>
    <w:p>
      <w:r>
        <w:rPr>
          <w:rFonts w:ascii="Courier New" w:hAnsi="Courier New"/>
          <w:color w:val="555555"/>
          <w:sz w:val="20"/>
        </w:rPr>
        <w:t>[5]</w:t>
      </w:r>
    </w:p>
    <w:p>
      <w:r>
        <w:rPr>
          <w:rFonts w:ascii="Gentium Plus" w:hAnsi="Gentium Plus"/>
          <w:sz w:val="24"/>
        </w:rPr>
        <w:t>ῥήματα ἐκεῖνα γενόμενα πράγματα, οὐ δεῖ πόνων ἡμῖν εἰς τὸ πεῖσαι τὰς ἀκοάς. Ἔχουσι γὰρ αὗται μαρτυροῦντα τὰ ὄμματα· καὶ περιττὸς ἡμῖν Ἡρόδοτος λέγων, ὅτι «τὰ ὦτα ὑπάρχει ἀνθρώποις ἀπιστότερα ἐόντα ὀφθαλμῶν,» Ὁρῶσι γάρ που οἱ ὀφθαλμοί, ἅπερ ἀκούει τὰ ὦτα.</w:t>
      </w:r>
    </w:p>
    <w:p>
      <w:r>
        <w:rPr>
          <w:rFonts w:ascii="Courier New" w:hAnsi="Courier New"/>
          <w:color w:val="555555"/>
          <w:sz w:val="20"/>
        </w:rPr>
        <w:t>[10 . 104]</w:t>
      </w:r>
    </w:p>
    <w:p>
      <w:r>
        <w:rPr>
          <w:rFonts w:ascii="Gentium Plus" w:hAnsi="Gentium Plus"/>
          <w:sz w:val="24"/>
        </w:rPr>
        <w:t>Ἐπειδὴ τοίνυν καὶ ὀλίγων προφητειῶν ἐπηκούσατε καὶ τὴν τῶν πραγμάτων ἑωράκατε μαρτυρίαν, παράθετε, ὦ ἄνδρες, τοῖς ὑμετέ‐ ροις χρησμοῖς τῶν προφητῶν τὰ θεσπίσματα καὶ βοήσατε μετὰ τοῦ ἀποστόλου· «Τίς κοινωνία φωτὶ πρὸς σκότος; τίς δὲ συμφώνη‐</w:t>
      </w:r>
    </w:p>
    <w:p>
      <w:r>
        <w:rPr>
          <w:rFonts w:ascii="Courier New" w:hAnsi="Courier New"/>
          <w:color w:val="555555"/>
          <w:sz w:val="20"/>
        </w:rPr>
        <w:t>[5]</w:t>
      </w:r>
    </w:p>
    <w:p>
      <w:r>
        <w:rPr>
          <w:rFonts w:ascii="Gentium Plus" w:hAnsi="Gentium Plus"/>
          <w:sz w:val="24"/>
        </w:rPr>
        <w:t>σις Χριστοῦ πρὸς Βελίαρ, ἢ τίς μερὶς πιστῷ μετὰ ἀπίστου; τίς</w:t>
      </w:r>
    </w:p>
    <w:p>
      <w:r>
        <w:rPr>
          <w:rFonts w:ascii="Courier New" w:hAnsi="Courier New"/>
          <w:color w:val="555555"/>
          <w:sz w:val="20"/>
        </w:rPr>
        <w:t>[10 . 105]</w:t>
      </w:r>
    </w:p>
    <w:p>
      <w:r>
        <w:rPr>
          <w:rFonts w:ascii="Gentium Plus" w:hAnsi="Gentium Plus"/>
          <w:sz w:val="24"/>
        </w:rPr>
        <w:t>δὲ συγκατάθεσις ναῷ Θεοῦ μετὰ εἰδώλων;» Ναοὶ μὲν γὰρ τοῦ Θεοῦ τῶν προφητῶν οἱ χοροί· εἴδωλα δὲ κωφά, τὰ παρὰ τῶν ἐθνῶν προσκυνηθέντα, περὶ ὧν τὸ θεῖον πνεῦμά φησιν· «Τὰ εἴδωλα τῶν ἐθνῶν ἀργύριον καὶ χρυσίον, ἔργα χειρῶν</w:t>
      </w:r>
    </w:p>
    <w:p>
      <w:r>
        <w:rPr>
          <w:rFonts w:ascii="Courier New" w:hAnsi="Courier New"/>
          <w:color w:val="555555"/>
          <w:sz w:val="20"/>
        </w:rPr>
        <w:t>[5]</w:t>
      </w:r>
    </w:p>
    <w:p>
      <w:r>
        <w:rPr>
          <w:rFonts w:ascii="Gentium Plus" w:hAnsi="Gentium Plus"/>
          <w:sz w:val="24"/>
        </w:rPr>
        <w:t>ἀνθρώπων· στόμα ἔχουσι καὶ οὐ λαλήσουσιν· ὀφθαλμοὺς ἔχουσι καὶ οὐκ ὄψονται· ὦτα ἔχουσι καὶ οὐκ ἀκούσονται· ῥῖνας ἔχουσι καὶ οὐκ ὀσφρανθήσονται· χεῖρας ἔχουσι καὶ οὐ ψηλαφήσουσι· πόδας ἔχουσι καὶ οὐ περιπατήσουσιν· οὐ φωνήσουσιν ἐν τῷ λάρυγγι αὐτῶν· οὐδὲ γὰρ ἔστι πνεῦμα ἐν τῷ στόματι αὐτῶν.</w:t>
      </w:r>
    </w:p>
    <w:p>
      <w:r>
        <w:rPr>
          <w:rFonts w:ascii="Courier New" w:hAnsi="Courier New"/>
          <w:color w:val="555555"/>
          <w:sz w:val="20"/>
        </w:rPr>
        <w:t>[10]</w:t>
      </w:r>
    </w:p>
    <w:p>
      <w:r>
        <w:rPr>
          <w:rFonts w:ascii="Gentium Plus" w:hAnsi="Gentium Plus"/>
          <w:sz w:val="24"/>
        </w:rPr>
        <w:t>Ὅμοιοι αὐτοῖς γένοιντο οἱ ποιοῦντες αὐτὰ καὶ πάντες οἱ πεποι‐ θότες ἐπ’ αὐτοῖς.» Ὑμᾶς δὲ γένοιτο μαθεῖν τὴν ἀλήθειαν καὶ</w:t>
      </w:r>
    </w:p>
    <w:p>
      <w:pPr>
        <w:jc w:val="center"/>
      </w:pPr>
      <w:r>
        <w:rPr>
          <w:rFonts w:ascii="Gentium Plus" w:hAnsi="Gentium Plus"/>
          <w:b/>
          <w:sz w:val="24"/>
        </w:rPr>
        <w:t>ΠΕΡΙ ΤΕΛΟΥΣ ΚΑΙ ΚΡΙΣΕΩΣ.</w:t>
      </w:r>
    </w:p>
    <w:p>
      <w:r>
        <w:rPr>
          <w:rFonts w:ascii="Courier New" w:hAnsi="Courier New"/>
          <w:color w:val="555555"/>
          <w:sz w:val="20"/>
        </w:rPr>
        <w:t>[11 . 1]</w:t>
      </w:r>
    </w:p>
    <w:p>
      <w:r>
        <w:rPr>
          <w:rFonts w:ascii="Gentium Plus" w:hAnsi="Gentium Plus"/>
          <w:sz w:val="24"/>
        </w:rPr>
        <w:t>Ἀρίστιππον ἐκεῖνον ἴσως, ὦ ἄνδρες, ἀκούετε, τὸν Ἀριστίππου τοῦ Σωκράτους ἑταίρου θυγατριδοῦν. Οὗτος τῇ μητρὶ φιλοσο‐ φούσῃ ξυνών, φιλοσοφίας ὡς πλεῖστον μετείληχεν. Ἔλαχε δὲ καὶ ὄνομα ξυντεθὲν ἐκ τοῦ πράγματος· μητροδίδακτον γὰρ</w:t>
      </w:r>
    </w:p>
    <w:p>
      <w:r>
        <w:rPr>
          <w:rFonts w:ascii="Courier New" w:hAnsi="Courier New"/>
          <w:color w:val="555555"/>
          <w:sz w:val="20"/>
        </w:rPr>
        <w:t>[11 . 2]</w:t>
      </w:r>
    </w:p>
    <w:p>
      <w:r>
        <w:rPr>
          <w:rFonts w:ascii="Gentium Plus" w:hAnsi="Gentium Plus"/>
          <w:sz w:val="24"/>
        </w:rPr>
        <w:t>αὐτὸν ὠνόμαζον ἅπαντες. Ἀλλ’ ἐκείνῳ μὲν ἤρκεσεν εἰς μετου‐ σίαν φιλοσοφίας καὶ μόνα τῆς μητρὸς τὰ παιδεύματα· ὑμεῖς δέ, καὶ προφητῶν τοσούτων καὶ ἀποστόλων ἀκούοντες, καὶ μέντοι καὶ τῶν μετ’ ἐκείνους ἐν διδασκαλίᾳ λαμψάντων, μαθεῖν οὐ βού‐</w:t>
      </w:r>
    </w:p>
    <w:p>
      <w:r>
        <w:rPr>
          <w:rFonts w:ascii="Courier New" w:hAnsi="Courier New"/>
          <w:color w:val="555555"/>
          <w:sz w:val="20"/>
        </w:rPr>
        <w:t>[5]</w:t>
      </w:r>
    </w:p>
    <w:p>
      <w:r>
        <w:rPr>
          <w:rFonts w:ascii="Gentium Plus" w:hAnsi="Gentium Plus"/>
          <w:sz w:val="24"/>
        </w:rPr>
        <w:t>λεσθε τὴν ἀλήθειαν. Τοῦτο δὲ ὑμῖν ξυμβαίνει τὸ πάθος, ἐπείπερ</w:t>
      </w:r>
    </w:p>
    <w:p>
      <w:r>
        <w:rPr>
          <w:rFonts w:ascii="Courier New" w:hAnsi="Courier New"/>
          <w:color w:val="555555"/>
          <w:sz w:val="20"/>
        </w:rPr>
        <w:t>[11 . 3]</w:t>
      </w:r>
    </w:p>
    <w:p>
      <w:r>
        <w:rPr>
          <w:rFonts w:ascii="Gentium Plus" w:hAnsi="Gentium Plus"/>
          <w:sz w:val="24"/>
        </w:rPr>
        <w:t>ἀνόνητα τυχὸν ταυτὶ νομίζετε τὰ μαθήματα. Οὐ γὰρ Συρακου‐ σίαν χλιδὴν οὐδέ γε ἀνειμένον καὶ ἁβροδίαιτον ἐπαγγέλλεται βίον οὐδὲ τὸν πολυάρατον πλοῦτον καὶ τῶν ἐκείνου ῥευμάτων τὸν εὔριπον, ἀλλ’ ἱδρῶτας καὶ πόνους καὶ πολιτείαν πολύμοχθον.</w:t>
      </w:r>
    </w:p>
    <w:p>
      <w:r>
        <w:rPr>
          <w:rFonts w:ascii="Courier New" w:hAnsi="Courier New"/>
          <w:color w:val="555555"/>
          <w:sz w:val="20"/>
        </w:rPr>
        <w:t>[11 . 4]</w:t>
      </w:r>
    </w:p>
    <w:p>
      <w:r>
        <w:rPr>
          <w:rFonts w:ascii="Gentium Plus" w:hAnsi="Gentium Plus"/>
          <w:sz w:val="24"/>
        </w:rPr>
        <w:t>Ταῦτα γὰρ ὑμῖν κατάδηλα, τὸ δέ γε τούτων τέλος ἀθέατον· μόνα γάρ που εἰωθότες τὰ ὁρώμενα βλέπειν, ἰδεῖν οὐ δύνασθε τῶν ἀοράτων τὴν φύσιν· τοὺς ὀφθαλμοὺς γὰρ ἐκείνους οὐκ ἔχετε,</w:t>
      </w:r>
    </w:p>
    <w:p>
      <w:r>
        <w:rPr>
          <w:rFonts w:ascii="Courier New" w:hAnsi="Courier New"/>
          <w:color w:val="555555"/>
          <w:sz w:val="20"/>
        </w:rPr>
        <w:t>[11 . 5]</w:t>
      </w:r>
    </w:p>
    <w:p>
      <w:r>
        <w:rPr>
          <w:rFonts w:ascii="Gentium Plus" w:hAnsi="Gentium Plus"/>
          <w:sz w:val="24"/>
        </w:rPr>
        <w:t>ὧν ἡ πίστις δημιουργός. Ἐγὼ δὲ ὑμῖν, ὡς ἔμοιγε δυνατὸν καὶ ὑμῖν χωρητόν, δηλώσω καὶ ταῦτα, τῇ τῶν θείων λογίων πάλιν χρώμενος δᾳδουχίᾳ. Προύργου δὲ οἶμαι δεῖξαι καὶ νῦν ἐκ παραλ‐ λήλου τῶν φιλοσόφων τὰς δόξας καὶ τῶν θείων εὐαγγελίων τὰ</w:t>
      </w:r>
    </w:p>
    <w:p>
      <w:r>
        <w:rPr>
          <w:rFonts w:ascii="Courier New" w:hAnsi="Courier New"/>
          <w:color w:val="555555"/>
          <w:sz w:val="20"/>
        </w:rPr>
        <w:t>[5]</w:t>
      </w:r>
    </w:p>
    <w:p>
      <w:r>
        <w:rPr>
          <w:rFonts w:ascii="Gentium Plus" w:hAnsi="Gentium Plus"/>
          <w:sz w:val="24"/>
        </w:rPr>
        <w:t>δόγματα, ἵνα γνῶτε, τί μὲν ἐκεῖνοι τέλος ὡρίσαντο, τί δὲ οἱ</w:t>
      </w:r>
    </w:p>
    <w:p>
      <w:r>
        <w:rPr>
          <w:rFonts w:ascii="Courier New" w:hAnsi="Courier New"/>
          <w:color w:val="555555"/>
          <w:sz w:val="20"/>
        </w:rPr>
        <w:t>[11 . 6]</w:t>
      </w:r>
    </w:p>
    <w:p>
      <w:r>
        <w:rPr>
          <w:rFonts w:ascii="Gentium Plus" w:hAnsi="Gentium Plus"/>
          <w:sz w:val="24"/>
        </w:rPr>
        <w:t>Ὁ μὲν οὖν Ἐπίκουρος τὸ ἥδιστα ζῆν ὡρίσατο τέλος· τέλεον γὰρ ἀγαθὸν μόνην ἡγεῖτο τὴν ἡδονήν. Δημόκριτος δὲ ὁ Ἀβδη‐ ρίτης, ὁ τῶν τούτου δογμάτων πατήρ, ἀντὶ τῆς ἡδονῆς τὴν εὐθυμίαν τέθεικεν, ὀνομάτων, οὐ δογμάτων ἐναλλαγὴν ποιησά‐</w:t>
      </w:r>
    </w:p>
    <w:p>
      <w:r>
        <w:rPr>
          <w:rFonts w:ascii="Courier New" w:hAnsi="Courier New"/>
          <w:color w:val="555555"/>
          <w:sz w:val="20"/>
        </w:rPr>
        <w:t>[11 . 7]</w:t>
      </w:r>
    </w:p>
    <w:p>
      <w:r>
        <w:rPr>
          <w:rFonts w:ascii="Gentium Plus" w:hAnsi="Gentium Plus"/>
          <w:sz w:val="24"/>
        </w:rPr>
        <w:t>μενος. Καὶ Ἡράκλειτος δὲ ὁ Ἐφέσιος τὴν μὲν προσηγορίαν μετέβαλε, τὴν δὲ διάνοιαν καταλέλοιπεν· ἀντὶ γὰρ τῆς ἡδονῆς εὐαρέστησιν τέθεικεν. Ἔχει δέ τινα καὶ ἑτέραν ἔμφασιν οὗτος ὁ ὅρος· ἀορίστως γὰρ τὴν εὐαρέστησιν τέθεικε, τὸ δὲ αὐτῆς ποιὸν</w:t>
      </w:r>
    </w:p>
    <w:p>
      <w:r>
        <w:rPr>
          <w:rFonts w:ascii="Courier New" w:hAnsi="Courier New"/>
          <w:color w:val="555555"/>
          <w:sz w:val="20"/>
        </w:rPr>
        <w:t>[5]</w:t>
      </w:r>
    </w:p>
    <w:p>
      <w:r>
        <w:rPr>
          <w:rFonts w:ascii="Gentium Plus" w:hAnsi="Gentium Plus"/>
          <w:sz w:val="24"/>
        </w:rPr>
        <w:t>οὐ δεδήλωκεν. Διάφοροι δὲ τῶν ἀνθρώπων αἱ γνῶμαι· τοὺς μὲν γὰρ ἀρέσκει σωφροσύνη, τοὺς δὲ ἡ ταύτης ἐναντία κάκη· καὶ τοὺς μὲν ἀκρασία, τοὺς δὲ ἐγκράτεια· καὶ τούτους μὲν ἄδικος καὶ πλεονεκτικὸς βίος, ἐκείνους δὲ δίκαιος. Τὸ τοίνυν ἑκάστῳ ἀρέσκον, ἡδύ τε καὶ ἀξιέραστον, οὗτος ὡρίσατο τέλος, ἀντὶ τῆς</w:t>
      </w:r>
    </w:p>
    <w:p>
      <w:r>
        <w:rPr>
          <w:rFonts w:ascii="Courier New" w:hAnsi="Courier New"/>
          <w:color w:val="555555"/>
          <w:sz w:val="20"/>
        </w:rPr>
        <w:t>[11 . 8]</w:t>
      </w:r>
    </w:p>
    <w:p>
      <w:r>
        <w:rPr>
          <w:rFonts w:ascii="Gentium Plus" w:hAnsi="Gentium Plus"/>
          <w:sz w:val="24"/>
        </w:rPr>
        <w:t>ἡδονῆς τὴν εὐαρέστησιν τεθεικώς. Ὁ δὲ πολυθρύλητος Πυθα‐ γόρας τὴν τελεωτάτην τῶν ἀριθμῶν ἐπιστήμην ἔσχατον ὑπέλαβεν ἀγαθόν· ὁ Ἑκαταῖος δὲ τὴν αὐτάρκειαν, ὁ δὲ Ἀντισθένης τὴν ἀτυφίαν, Ἀναξαγόρας δὲ ὁ Κλαζομένιος τὴν θεωρίαν τοῦ βίου</w:t>
      </w:r>
    </w:p>
    <w:p>
      <w:r>
        <w:rPr>
          <w:rFonts w:ascii="Courier New" w:hAnsi="Courier New"/>
          <w:color w:val="555555"/>
          <w:sz w:val="20"/>
        </w:rPr>
        <w:t>[5]</w:t>
      </w:r>
    </w:p>
    <w:p>
      <w:r>
        <w:rPr>
          <w:rFonts w:ascii="Gentium Plus" w:hAnsi="Gentium Plus"/>
          <w:sz w:val="24"/>
        </w:rPr>
        <w:t>καὶ τὴν ἀπὸ ταύτης ἐλευθερίαν, φιλοσόφῳ δὴ πρέποντα ὁρισάμε‐ νος ὅρον. Μέγιστον γὰρ ἀληθῶς ἀγαθὸν τὸ ξυνιδεῖν τῶν πραγ‐ μάτων τὴν φύσιν καὶ τῶν ῥεόντων καταφρονῆσαι καὶ τὴν ψυχὴν</w:t>
      </w:r>
    </w:p>
    <w:p>
      <w:r>
        <w:rPr>
          <w:rFonts w:ascii="Courier New" w:hAnsi="Courier New"/>
          <w:color w:val="555555"/>
          <w:sz w:val="20"/>
        </w:rPr>
        <w:t>[11 . 9]</w:t>
      </w:r>
    </w:p>
    <w:p>
      <w:r>
        <w:rPr>
          <w:rFonts w:ascii="Gentium Plus" w:hAnsi="Gentium Plus"/>
          <w:sz w:val="24"/>
        </w:rPr>
        <w:t>ἀδούλωτον καὶ ἐλευθέραν διατηρῆσαι. Πλάτων δὲ ὁ Ἀρίστωνος τῇ μεγαλονοίᾳ τοῦ ὅρου καὶ τοῦτον ἀπέκρυψε· τὸ γὰρ «ὁμοιωθῆ‐ ναι τῷ θεῷ κατὰ τὸ δυνατὸν» τέλος ὡρίσατο ἀγαθῶν. Ἀξιέπαι‐ νος μὲν οὖν καὶ ἡ περὶ τὴν μίμησιν τῶν θείων παραίνεσις· ἡ δὲ</w:t>
      </w:r>
    </w:p>
    <w:p>
      <w:r>
        <w:rPr>
          <w:rFonts w:ascii="Courier New" w:hAnsi="Courier New"/>
          <w:color w:val="555555"/>
          <w:sz w:val="20"/>
        </w:rPr>
        <w:t>[5]</w:t>
      </w:r>
    </w:p>
    <w:p>
      <w:r>
        <w:rPr>
          <w:rFonts w:ascii="Gentium Plus" w:hAnsi="Gentium Plus"/>
          <w:sz w:val="24"/>
        </w:rPr>
        <w:t>τοῦ «κατὰ τὸ δυνατὸν» προσθήκη ἀξιαγαστότερον τὸν ὅρον ἀπέφηνεν· οὐ γὰρ κατὰ πάντα δυνατὸν ὁμοιωθῆναι Θεῷ. Πῶς γὰρ ἄν τις ὁρατὸς ὢν ὁμοιωθείη τῷ ἀοράτῳ, καὶ βραχὺς ὢν καὶ τόπῳ σμικρῷ περιγεγραμμένος τῷ ἀπεριγράφῳ καὶ τὴν κτίσιν ξυνέχοντι, καὶ αὖ πάλιν τῷ αἰωνίῳ πρόσφατος ὤν, καὶ τῷ τὰ</w:t>
      </w:r>
    </w:p>
    <w:p>
      <w:r>
        <w:rPr>
          <w:rFonts w:ascii="Courier New" w:hAnsi="Courier New"/>
          <w:color w:val="555555"/>
          <w:sz w:val="20"/>
        </w:rPr>
        <w:t>[10]</w:t>
      </w:r>
    </w:p>
    <w:p>
      <w:r>
        <w:rPr>
          <w:rFonts w:ascii="Gentium Plus" w:hAnsi="Gentium Plus"/>
          <w:sz w:val="24"/>
        </w:rPr>
        <w:t>πάντα τεκτηναμένῳ μηδὲ πηχυαῖον οὐρανὸν δημιουργῆσαι δυνά‐</w:t>
      </w:r>
    </w:p>
    <w:p>
      <w:r>
        <w:rPr>
          <w:rFonts w:ascii="Courier New" w:hAnsi="Courier New"/>
          <w:color w:val="555555"/>
          <w:sz w:val="20"/>
        </w:rPr>
        <w:t>[11 . 10]</w:t>
      </w:r>
    </w:p>
    <w:p>
      <w:r>
        <w:rPr>
          <w:rFonts w:ascii="Gentium Plus" w:hAnsi="Gentium Plus"/>
          <w:sz w:val="24"/>
        </w:rPr>
        <w:t>μενος; Τοιγάρτοι οὔτε τὴν φύσιν ἐκείνην οὔτε τὴν δύναμιν οὔτε μὴν τὴν σοφίαν μιμήσασθαι δυνατόν· τοῦ ἀγαθοῦ μέντοι καὶ δικαίου καὶ ἡμέρου καὶ φιλανθρώπου τύπους ἀμηγέπη τινὰς ἐκμά‐ ξασθαι οἷόν τε. Καὶ γὰρ ὁ δεσπότης Χριστὸς ταύτην τοῖς τελειό‐</w:t>
      </w:r>
    </w:p>
    <w:p>
      <w:r>
        <w:rPr>
          <w:rFonts w:ascii="Courier New" w:hAnsi="Courier New"/>
          <w:color w:val="555555"/>
          <w:sz w:val="20"/>
        </w:rPr>
        <w:t>[5]</w:t>
      </w:r>
    </w:p>
    <w:p>
      <w:r>
        <w:rPr>
          <w:rFonts w:ascii="Gentium Plus" w:hAnsi="Gentium Plus"/>
          <w:sz w:val="24"/>
        </w:rPr>
        <w:t>τητος ἐφιεμένοις τὴν μίμησιν προὔθηκε· «Γίνεσθε» γάρ φησιν «οἰκτίρμονες, καθὼς καὶ ὁ πατὴρ ὑμῶν ὁ οὐράνιος οἰκτίρμων ἐστίν· ὅτι ἀνατέλλει τὸν ἥλιον αὐτοῦ ἐπὶ πονηροὺς καὶ ἀγαθοὺς</w:t>
      </w:r>
    </w:p>
    <w:p>
      <w:r>
        <w:rPr>
          <w:rFonts w:ascii="Courier New" w:hAnsi="Courier New"/>
          <w:color w:val="555555"/>
          <w:sz w:val="20"/>
        </w:rPr>
        <w:t>[11 . 11]</w:t>
      </w:r>
    </w:p>
    <w:p>
      <w:r>
        <w:rPr>
          <w:rFonts w:ascii="Gentium Plus" w:hAnsi="Gentium Plus"/>
          <w:sz w:val="24"/>
        </w:rPr>
        <w:t>καὶ βρέχει ἐπὶ δικαίους καὶ ἀδίκους.» Καὶ ὁ τοῦ Πλάτωνος δὲ διδάσκαλος, ὁ Σωφρονίσκου Σωκράτης, οὐ τὸν πλούτῳ περιρ‐ ρεόμενον καὶ ἐξ οὐρίων φερόμενον, ἀλλὰ τὸν δικαιοσύνῃ κοσμού‐</w:t>
      </w:r>
    </w:p>
    <w:p>
      <w:r>
        <w:rPr>
          <w:rFonts w:ascii="Courier New" w:hAnsi="Courier New"/>
          <w:color w:val="555555"/>
          <w:sz w:val="20"/>
        </w:rPr>
        <w:t>[5]</w:t>
      </w:r>
    </w:p>
    <w:p>
      <w:r>
        <w:rPr>
          <w:rFonts w:ascii="Gentium Plus" w:hAnsi="Gentium Plus"/>
          <w:sz w:val="24"/>
        </w:rPr>
        <w:t>ξυμφέρον τοῦ δικαίου χωρίζοντας· μόνον γὰρ εἶναι ξυμφέρον τὸ</w:t>
      </w:r>
    </w:p>
    <w:p>
      <w:r>
        <w:rPr>
          <w:rFonts w:ascii="Courier New" w:hAnsi="Courier New"/>
          <w:color w:val="555555"/>
          <w:sz w:val="20"/>
        </w:rPr>
        <w:t>[11 . 12]</w:t>
      </w:r>
    </w:p>
    <w:p>
      <w:r>
        <w:rPr>
          <w:rFonts w:ascii="Gentium Plus" w:hAnsi="Gentium Plus"/>
          <w:sz w:val="24"/>
        </w:rPr>
        <w:t>δίκαιον ἔλεγεν. Οἱ δέ γε ῥήτορες τούτων ἐπαΐειν τῶν λόγων οὐκ ἤθελον· ἄλλο γάρ τι παρὰ τὸ ξυμφέρον εἶναι τὸ δίκαιον ἔλεγον, ἀξύμφορον ταύτῃ πῃ τὸ ξυμφέρον δεικνύντες· ἄδικον γὰρ δήπου‐ θεν τὸ τοῦ δικαίου κεχωρισμένον· τὸ δέ γε ἄδικον βλαβερόν· τὸ</w:t>
      </w:r>
    </w:p>
    <w:p>
      <w:r>
        <w:rPr>
          <w:rFonts w:ascii="Courier New" w:hAnsi="Courier New"/>
          <w:color w:val="555555"/>
          <w:sz w:val="20"/>
        </w:rPr>
        <w:t>[11 . 13]</w:t>
      </w:r>
    </w:p>
    <w:p>
      <w:r>
        <w:rPr>
          <w:rFonts w:ascii="Gentium Plus" w:hAnsi="Gentium Plus"/>
          <w:sz w:val="24"/>
        </w:rPr>
        <w:t>δὲ βλαβερὸν οὐκ ἂν εἰκότως κληθείη ξυμφέρον. Ὁ μὲν οὖν Πλάτων καὶ Σωκράτης καὶ ξύμφωνα ἐφάτην καὶ ἀξιέπαινα· Ἀριστοτέλης δέ, τῆς Πλάτωνος διδασκαλίας μεταλαχών, τούτων οὐκ ἀπώνατο τῶν δογμάτων, ἀλλὰ ξυμπληροῦσθαι τὴν εὐδαιμο‐</w:t>
      </w:r>
    </w:p>
    <w:p>
      <w:r>
        <w:rPr>
          <w:rFonts w:ascii="Courier New" w:hAnsi="Courier New"/>
          <w:color w:val="555555"/>
          <w:sz w:val="20"/>
        </w:rPr>
        <w:t>[5]</w:t>
      </w:r>
    </w:p>
    <w:p>
      <w:r>
        <w:rPr>
          <w:rFonts w:ascii="Gentium Plus" w:hAnsi="Gentium Plus"/>
          <w:sz w:val="24"/>
        </w:rPr>
        <w:t>νίαν ἐκ τριγενείας ἔφη, ἐκ τῶν κατὰ ψυχήν, ἐκ τῶν κατὰ σῶμα, ἐκ τῶν ἐκτός· χρῆναι γὰρ τὸν εὐδαίμονα ἔλεγε μὴ μόνον ἀρετῇ κοσμεῖσθαι, ἀλλὰ καὶ ῥώμην ἔχειν καὶ ὥρᾳ λάμπειν καὶ πλούτῳ περιρρεῖσθαι· τὸν δέ τινος τούτων ἐστερημένον ἥκιστα καλεῖσθαι</w:t>
      </w:r>
    </w:p>
    <w:p>
      <w:r>
        <w:rPr>
          <w:rFonts w:ascii="Courier New" w:hAnsi="Courier New"/>
          <w:color w:val="555555"/>
          <w:sz w:val="20"/>
        </w:rPr>
        <w:t>[11 . 14]</w:t>
      </w:r>
    </w:p>
    <w:p>
      <w:r>
        <w:rPr>
          <w:rFonts w:ascii="Gentium Plus" w:hAnsi="Gentium Plus"/>
          <w:sz w:val="24"/>
        </w:rPr>
        <w:t>εὐδαίμονα. Μᾶλλον δὲ οὗτος, ὡς ἔοικεν, ἠκολούθησε Σιμωνίδῃ τῷ ποιητῇ· ἐκεῖνος γὰρ ἔφη· «Ὑγιαίνειν μὲν ἄριστον ἀνδρί· δεύτερον δὲ φυὰν καλὸν γενέσθαι· τρίτον δὲ πλουτεῖν ἀδόλως.» Καὶ Θέογνις δὲ τὴν πενίαν φεύγειν παρεγγυᾷ καί φησιν·</w:t>
      </w:r>
    </w:p>
    <w:p>
      <w:r>
        <w:rPr>
          <w:rFonts w:ascii="Courier New" w:hAnsi="Courier New"/>
          <w:color w:val="555555"/>
          <w:sz w:val="20"/>
        </w:rPr>
        <w:t>[5]</w:t>
      </w:r>
    </w:p>
    <w:p>
      <w:r>
        <w:rPr>
          <w:rFonts w:ascii="Gentium Plus" w:hAnsi="Gentium Plus"/>
          <w:sz w:val="24"/>
        </w:rPr>
        <w:t>χρὴ πενίην φεύγοντα καὶ ἐς μεγακήτεα πόντον ῥιπτεῖν καὶ πετρῶν, Κύρνε, κατ’ ἠλιβάτων.</w:t>
      </w:r>
    </w:p>
    <w:p>
      <w:r>
        <w:rPr>
          <w:rFonts w:ascii="Courier New" w:hAnsi="Courier New"/>
          <w:color w:val="555555"/>
          <w:sz w:val="20"/>
        </w:rPr>
        <w:t>[11 . 15]</w:t>
      </w:r>
    </w:p>
    <w:p>
      <w:r>
        <w:rPr>
          <w:rFonts w:ascii="Gentium Plus" w:hAnsi="Gentium Plus"/>
          <w:sz w:val="24"/>
        </w:rPr>
        <w:t>Οἱ δὲ στωϊκοὶ ἐναντία τούτοις ἄντικρυς ἐψηφίσαντο. Τὸ γὰρ</w:t>
      </w:r>
    </w:p>
    <w:p>
      <w:r>
        <w:rPr>
          <w:rFonts w:ascii="Courier New" w:hAnsi="Courier New"/>
          <w:color w:val="555555"/>
          <w:sz w:val="20"/>
        </w:rPr>
        <w:t>[5]</w:t>
      </w:r>
    </w:p>
    <w:p>
      <w:r>
        <w:rPr>
          <w:rFonts w:ascii="Gentium Plus" w:hAnsi="Gentium Plus"/>
          <w:sz w:val="24"/>
        </w:rPr>
        <w:t>κακίαν παρὰ γνώμην ἡ νόσος καθέλκει· ἀδιάφορα γὰρ ταῦτα ἔλε‐ γον εἶναι. Ἐκεῖνο δέ γε αὐτῶν κομιδῇ τολμηρόν· ἀνθρώπου γάρ</w:t>
      </w:r>
    </w:p>
    <w:p>
      <w:r>
        <w:rPr>
          <w:rFonts w:ascii="Courier New" w:hAnsi="Courier New"/>
          <w:color w:val="555555"/>
          <w:sz w:val="20"/>
        </w:rPr>
        <w:t>[11 . 16]</w:t>
      </w:r>
    </w:p>
    <w:p>
      <w:r>
        <w:rPr>
          <w:rFonts w:ascii="Gentium Plus" w:hAnsi="Gentium Plus"/>
          <w:sz w:val="24"/>
        </w:rPr>
        <w:t>τοι καὶ θεοῦ τὴν αὐτὴν ἔλεγον ἀρετήν. Ἐπίκουρος δέ, τὴν ἐναν‐ τίαν τούτοις ὁδεύσας, τὸ μήτε πεινῆν μήτε διψῆν εὐδαιμονίαν ὡρίσατο, καὶ τούτων τὸν ἀπολαύοντα ἔλεγε κἂν Διῒ πατρὶ μάχεσθαι· οὕτως αὐτὸν τὸ φιλήδονον ἐπαιδοτρίβησεν εἰς ἀσέβειαν.</w:t>
      </w:r>
    </w:p>
    <w:p>
      <w:r>
        <w:rPr>
          <w:rFonts w:ascii="Courier New" w:hAnsi="Courier New"/>
          <w:color w:val="555555"/>
          <w:sz w:val="20"/>
        </w:rPr>
        <w:t>[5]</w:t>
      </w:r>
    </w:p>
    <w:p>
      <w:r>
        <w:rPr>
          <w:rFonts w:ascii="Gentium Plus" w:hAnsi="Gentium Plus"/>
          <w:sz w:val="24"/>
        </w:rPr>
        <w:t>Μὴ γὰρ δή τις μόνον ἴδῃ τὸ παρ’ αὐτοῦ κωμῳδούμενον ὄνομα, τὸν Δία λέγω· τὸν γὰρ δὴ τῶν ὅλων Θεὸν οὕτω νοῶν ἐκεῖνος</w:t>
      </w:r>
    </w:p>
    <w:p>
      <w:r>
        <w:rPr>
          <w:rFonts w:ascii="Courier New" w:hAnsi="Courier New"/>
          <w:color w:val="555555"/>
          <w:sz w:val="20"/>
        </w:rPr>
        <w:t>[11 . 17]</w:t>
      </w:r>
    </w:p>
    <w:p>
      <w:r>
        <w:rPr>
          <w:rFonts w:ascii="Gentium Plus" w:hAnsi="Gentium Plus"/>
          <w:sz w:val="24"/>
        </w:rPr>
        <w:t>τὴν βλασφημίαν ἐτόλμησεν. Τοῦτο δὲ πέπονθεν ὁ τρισάθλιος, τῷ αὐτομάτῳ καὶ τοῖς ἀτόμοις πιστεύων καὶ ἀνηγεμόνευτα εἶναι καὶ ἀτημέλητα τὰ πάντα ἡγούμενος καὶ τῶν βεβιωμένων οὐ προσμένων ἐξέτασιν, ἀλλὰ μέχρι τῶν τάφων εἶναι νομίζων τῶν</w:t>
      </w:r>
    </w:p>
    <w:p>
      <w:r>
        <w:rPr>
          <w:rFonts w:ascii="Courier New" w:hAnsi="Courier New"/>
          <w:color w:val="555555"/>
          <w:sz w:val="20"/>
        </w:rPr>
        <w:t>[5]</w:t>
      </w:r>
    </w:p>
    <w:p>
      <w:r>
        <w:rPr>
          <w:rFonts w:ascii="Gentium Plus" w:hAnsi="Gentium Plus"/>
          <w:sz w:val="24"/>
        </w:rPr>
        <w:t>ἀνθρώπων τὴν ξύστασιν.</w:t>
      </w:r>
    </w:p>
    <w:p>
      <w:r>
        <w:rPr>
          <w:rFonts w:ascii="Courier New" w:hAnsi="Courier New"/>
          <w:color w:val="555555"/>
          <w:sz w:val="20"/>
        </w:rPr>
        <w:t>[11 . 18]</w:t>
      </w:r>
    </w:p>
    <w:p>
      <w:r>
        <w:rPr>
          <w:rFonts w:ascii="Gentium Plus" w:hAnsi="Gentium Plus"/>
          <w:sz w:val="24"/>
        </w:rPr>
        <w:t>Ὁ δὲ Πλάτων καὶ τὰ δικαστήρια τὰ ἐκεῖ καὶ τὰ κολαστήρια δείκνυσι καί φησιν ἐν τῷ δεκάτῳ τῆς Πολιτείας· «Ἐνταῦθα δὴ ἄνδρες ἄγριοι, διάπυροι ἰδεῖν, παρεστῶτες καὶ καταμανθάνοντες τὸ φθέγμα, τοὺς μὲν ἰδίᾳ παραλαμβάνοντες ἦγον, τὸν δὲ Ἀρι‐</w:t>
      </w:r>
    </w:p>
    <w:p>
      <w:r>
        <w:rPr>
          <w:rFonts w:ascii="Courier New" w:hAnsi="Courier New"/>
          <w:color w:val="555555"/>
          <w:sz w:val="20"/>
        </w:rPr>
        <w:t>[5]</w:t>
      </w:r>
    </w:p>
    <w:p>
      <w:r>
        <w:rPr>
          <w:rFonts w:ascii="Gentium Plus" w:hAnsi="Gentium Plus"/>
          <w:sz w:val="24"/>
        </w:rPr>
        <w:t>δαῖον καὶ ἄλλους, ξυμποδίσαντες χεῖράς τε καὶ πόδας καὶ</w:t>
      </w:r>
    </w:p>
    <w:p>
      <w:r>
        <w:rPr>
          <w:rFonts w:ascii="Courier New" w:hAnsi="Courier New"/>
          <w:color w:val="555555"/>
          <w:sz w:val="20"/>
        </w:rPr>
        <w:t>[11 . 19]</w:t>
      </w:r>
    </w:p>
    <w:p>
      <w:r>
        <w:rPr>
          <w:rFonts w:ascii="Gentium Plus" w:hAnsi="Gentium Plus"/>
          <w:sz w:val="24"/>
        </w:rPr>
        <w:t>ἐκτός, ἐπ’ ἀσπαλάθων κνάπτοντες.» Κἀν τῷ Φαίδωνι δὲ τὰ παραπλήσια λέγει· «Τρίτος» γάρ φησι «ποταμὸς τούτων κατὰ μέσον ἐκβάλλει, καὶ ἐγγὺς τῆς ἐκβολῆς ἐκπίπτει εἰς τόπον μέγαν πυρὶ πολλῷ καιόμενον καὶ λίμνην ποιεῖ μείζω τῆς παρ’</w:t>
      </w:r>
    </w:p>
    <w:p>
      <w:r>
        <w:rPr>
          <w:rFonts w:ascii="Courier New" w:hAnsi="Courier New"/>
          <w:color w:val="555555"/>
          <w:sz w:val="20"/>
        </w:rPr>
        <w:t>[5]</w:t>
      </w:r>
    </w:p>
    <w:p>
      <w:r>
        <w:rPr>
          <w:rFonts w:ascii="Gentium Plus" w:hAnsi="Gentium Plus"/>
          <w:sz w:val="24"/>
        </w:rPr>
        <w:t>ἡμῖν θαλάττης, ζέουσαν ὕδατος καὶ πηλοῦ. Ἐντεῦθεν δὲ χωρεῖ κύκλῳ θολερὸς καὶ πηλώδης· περιελιττόμενος δέ, ἄλλοσέ τε ἀφικνεῖται καὶ παρ’ ἔσχατα τῆς Ἀχερουσίας λίμνης καὶ οὐ ξυμ‐ μίγνυται τῷ ὕδατι· περιελιχθεὶς δὲ πολλάκις ὑπὸ γῆν, ἐμβάλλει</w:t>
      </w:r>
    </w:p>
    <w:p>
      <w:r>
        <w:rPr>
          <w:rFonts w:ascii="Courier New" w:hAnsi="Courier New"/>
          <w:color w:val="555555"/>
          <w:sz w:val="20"/>
        </w:rPr>
        <w:t>[11 . 20]</w:t>
      </w:r>
    </w:p>
    <w:p>
      <w:r>
        <w:rPr>
          <w:rFonts w:ascii="Gentium Plus" w:hAnsi="Gentium Plus"/>
          <w:sz w:val="24"/>
        </w:rPr>
        <w:t>κατωτέρω τοῦ Ταρτάρου. Οὗτος δέ ἐστιν, ὃν ἐπονομάζουσι Πυριφλεγέθοντα· οὗ καὶ οἱ ῥύακες ἀποσπάσματα ἀναφυσῶσιν, ὅπου ἂν τύχωσι τῆς γῆς. Τούτου δ’ αὖ κατάντικρυ ὁ τέταρτος ἐκπίπτει εἰς τόπον δεινόν τε καὶ ἄγριον. Λέγεται δὲ χρῶμα ἔχειν</w:t>
      </w:r>
    </w:p>
    <w:p>
      <w:r>
        <w:rPr>
          <w:rFonts w:ascii="Courier New" w:hAnsi="Courier New"/>
          <w:color w:val="555555"/>
          <w:sz w:val="20"/>
        </w:rPr>
        <w:t>[5]</w:t>
      </w:r>
    </w:p>
    <w:p>
      <w:r>
        <w:rPr>
          <w:rFonts w:ascii="Gentium Plus" w:hAnsi="Gentium Plus"/>
          <w:sz w:val="24"/>
        </w:rPr>
        <w:t>ὅλον οἷον ὁ κυανός· ὃν δὴ ἐπονομάζουσι Στύγιον· καὶ τὴν λίμνην ποιεῖ ὁ ποταμὸς ἐμβάλλων Στύγα. Ὁ δὲ ἐμπεσὼν ἐνταῦθα καί τινας δυνάμεις λαβὼν ἐν τῷ ὕδατι, δὺς κατὰ τῆς</w:t>
      </w:r>
    </w:p>
    <w:p>
      <w:r>
        <w:rPr>
          <w:rFonts w:ascii="Courier New" w:hAnsi="Courier New"/>
          <w:color w:val="555555"/>
          <w:sz w:val="20"/>
        </w:rPr>
        <w:t>[10]</w:t>
      </w:r>
    </w:p>
    <w:p>
      <w:r>
        <w:rPr>
          <w:rFonts w:ascii="Gentium Plus" w:hAnsi="Gentium Plus"/>
          <w:sz w:val="24"/>
        </w:rPr>
        <w:t>τὸ ταύτης ὕδωρ οὐδενὶ μίγνυται, ἀλλὰ καὶ οὗτος κύκλῳ περιελθὼν ἐμβάλλει εἰς τὸν Τάρταρον ἐναντίος τῷ Πυριφλε‐ γέθοντι.»</w:t>
      </w:r>
    </w:p>
    <w:p>
      <w:r>
        <w:rPr>
          <w:rFonts w:ascii="Courier New" w:hAnsi="Courier New"/>
          <w:color w:val="555555"/>
          <w:sz w:val="20"/>
        </w:rPr>
        <w:t>[11 . 21]</w:t>
      </w:r>
    </w:p>
    <w:p>
      <w:r>
        <w:rPr>
          <w:rFonts w:ascii="Gentium Plus" w:hAnsi="Gentium Plus"/>
          <w:sz w:val="24"/>
        </w:rPr>
        <w:t>Καὶ ἵνα μὴ πάντα λέγων μακροτέραν ἐργάσωμαι τὴν διάλεξιν, ῥᾴδιον, ὦ ἄνδρες, ἐντυχεῖν τῷδε τῷ διαλόγῳ καὶ γνῶναι σαφῶς, ὅπως καὶ τὸ δικαστήριον ἐπιδείκνυσι καὶ τῶν τὰ σμικρὰ ἡμαρτη‐ κότων τὰ ξύμμετρα ἐπιτίμια καὶ τῶν τὰ μεγάλα καὶ πλεῖστα</w:t>
      </w:r>
    </w:p>
    <w:p>
      <w:r>
        <w:rPr>
          <w:rFonts w:ascii="Courier New" w:hAnsi="Courier New"/>
          <w:color w:val="555555"/>
          <w:sz w:val="20"/>
        </w:rPr>
        <w:t>[5]</w:t>
      </w:r>
    </w:p>
    <w:p>
      <w:r>
        <w:rPr>
          <w:rFonts w:ascii="Gentium Plus" w:hAnsi="Gentium Plus"/>
          <w:sz w:val="24"/>
        </w:rPr>
        <w:t>ἠσεβηκότων τὰς ἀνηκέστους κολάσεις. Ὀλίγων δέ πῄ τινων ἀπομνημονεύσω κἀγώ· λέγει δὲ οὕτως· «Οἳ δ’ ἂν δόξωσιν</w:t>
      </w:r>
    </w:p>
    <w:p>
      <w:r>
        <w:rPr>
          <w:rFonts w:ascii="Courier New" w:hAnsi="Courier New"/>
          <w:color w:val="555555"/>
          <w:sz w:val="20"/>
        </w:rPr>
        <w:t>[11 . 22]</w:t>
      </w:r>
    </w:p>
    <w:p>
      <w:r>
        <w:rPr>
          <w:rFonts w:ascii="Gentium Plus" w:hAnsi="Gentium Plus"/>
          <w:sz w:val="24"/>
        </w:rPr>
        <w:t>ἀνηκέστως ἔχειν διὰ τὰ μεγέθη τῶν ἁμαρτημάτων, ἢ ἱεροσυλίας πολλὰς καὶ μεγάλας ἢ φόνους πολλοὺς καὶ ἀδίκους καὶ παρανό‐ μους ἐξειργασμένοι ἢ ἄλλα, ὅσα τυγχάνει τοιαῦτα ὄντα, τούτους δὲ ἡ προσήκουσα μοῖρα ῥίπτει εἰς τὸν Τάρταρον, ὅθεν οὔποτ’</w:t>
      </w:r>
    </w:p>
    <w:p>
      <w:r>
        <w:rPr>
          <w:rFonts w:ascii="Courier New" w:hAnsi="Courier New"/>
          <w:color w:val="555555"/>
          <w:sz w:val="20"/>
        </w:rPr>
        <w:t>[5]</w:t>
      </w:r>
    </w:p>
    <w:p>
      <w:r>
        <w:rPr>
          <w:rFonts w:ascii="Gentium Plus" w:hAnsi="Gentium Plus"/>
          <w:sz w:val="24"/>
        </w:rPr>
        <w:t>ἐκβαίνουσιν. Οἳ δ’ ἂν ἰατὰ μέν, μεγάλα δὲ δόξωσιν ἡμαρτηκέναι ἁμαρτήματα, οἷον πρὸς πατέρα ἢ πρὸς μητέρα ὑπ’ ὀργῆς βίαιόν τι πράξαντες, καὶ μεταμέλον αὐτοῖς τὸν ἄλλον βίον βιῶσιν, ἢ ἀνδροφόνοι ἢ τοιούτῳ τινὶ ἄλλῳ τρόπῳ γένωνται, τούτους δεῖ</w:t>
      </w:r>
    </w:p>
    <w:p>
      <w:r>
        <w:rPr>
          <w:rFonts w:ascii="Courier New" w:hAnsi="Courier New"/>
          <w:color w:val="555555"/>
          <w:sz w:val="20"/>
        </w:rPr>
        <w:t>[10]</w:t>
      </w:r>
    </w:p>
    <w:p>
      <w:r>
        <w:rPr>
          <w:rFonts w:ascii="Gentium Plus" w:hAnsi="Gentium Plus"/>
          <w:sz w:val="24"/>
        </w:rPr>
        <w:t>αυτὸν ἐκεῖ γενομένους ἐκβάλλει τὸ κῦμα, τοὺς μὲν ἀνδροφόνους κατὰ τὸν Κωκυτόν, τοὺς δὲ πατραλοίας κατὰ τὸν Πυριφλεγέ‐</w:t>
      </w:r>
    </w:p>
    <w:p>
      <w:r>
        <w:rPr>
          <w:rFonts w:ascii="Courier New" w:hAnsi="Courier New"/>
          <w:color w:val="555555"/>
          <w:sz w:val="20"/>
        </w:rPr>
        <w:t>[11 . 23]</w:t>
      </w:r>
    </w:p>
    <w:p>
      <w:r>
        <w:rPr>
          <w:rFonts w:ascii="Gentium Plus" w:hAnsi="Gentium Plus"/>
          <w:sz w:val="24"/>
        </w:rPr>
        <w:t>θοντα.» Εἶτα διδάσκει, ὅπως βοῶσί τε καὶ ἱκετεύουσι τοὺς ἠδικημένους δοῦναι σφίσι ξυγγνώμην· ἔπειτα ἐκείνων ἀνανευόντων, ὅπως εἰς τὴν λίμνην αὖθις ἀναπεμπόμενοι τὰς αὐτὰς ὑπομένουσι τιμωρίας. Οὕτω δὴ τὰ κολαστήρια δείξας, παραδηλοῖ καὶ τῶν</w:t>
      </w:r>
    </w:p>
    <w:p>
      <w:r>
        <w:rPr>
          <w:rFonts w:ascii="Courier New" w:hAnsi="Courier New"/>
          <w:color w:val="555555"/>
          <w:sz w:val="20"/>
        </w:rPr>
        <w:t>[11 . 24]</w:t>
      </w:r>
    </w:p>
    <w:p>
      <w:r>
        <w:rPr>
          <w:rFonts w:ascii="Gentium Plus" w:hAnsi="Gentium Plus"/>
          <w:sz w:val="24"/>
        </w:rPr>
        <w:t>εὖ βεβιωκότων τοὺς χώρους, ὧδέ πῃ λέγων· «Οἳ δ’ ἂν δόξωσι διαφερόντως πρὸς τὸ ὁσίως διαβιῶναι προκεκρίσθαι, οὗτοί εἰσιν οἱ τῶνδε μὲν τῶν τόπων τῶν ἐν τῇ γῇ ἐλευθερούμενοι καὶ ἀπαλ‐ λαττόμενοι ὥσπερ δεσμωτηρίων, ἄνω δὲ εἰς τὴν καθαρὰν οἴκησιν</w:t>
      </w:r>
    </w:p>
    <w:p>
      <w:r>
        <w:rPr>
          <w:rFonts w:ascii="Courier New" w:hAnsi="Courier New"/>
          <w:color w:val="555555"/>
          <w:sz w:val="20"/>
        </w:rPr>
        <w:t>[5]</w:t>
      </w:r>
    </w:p>
    <w:p>
      <w:r>
        <w:rPr>
          <w:rFonts w:ascii="Gentium Plus" w:hAnsi="Gentium Plus"/>
          <w:sz w:val="24"/>
        </w:rPr>
        <w:t>ἀφικνούμενοι καὶ ἐπὶ τῆς γῆς οἰκιζόμενοι. Τούτων δὲ αὐτῶν οἱ φιλοσοφίᾳ ἱκανῶς καθηράμενοι ἄνευ τε καμάτων ζῶσι τὸ παράπαν εἰς τὸν ἔπειτα χρόνον καὶ εἰς οἰκήσεις ἔτι τούτων καλλίους ἀφικνοῦνται, ἃς οὔτε ῥᾴδιον δηλῶσαι, οὔτε ὁ χρόνος ἱκανὸς ἐν τῷ παρόντι· ἀλλὰ τούτων δὴ εἵνεκα χρή, ὧν διεληλύθαμεν, ὦ</w:t>
      </w:r>
    </w:p>
    <w:p>
      <w:r>
        <w:rPr>
          <w:rFonts w:ascii="Courier New" w:hAnsi="Courier New"/>
          <w:color w:val="555555"/>
          <w:sz w:val="20"/>
        </w:rPr>
        <w:t>[10]</w:t>
      </w:r>
    </w:p>
    <w:p>
      <w:r>
        <w:rPr>
          <w:rFonts w:ascii="Gentium Plus" w:hAnsi="Gentium Plus"/>
          <w:sz w:val="24"/>
        </w:rPr>
        <w:t>Σιμμία, πᾶν ποιεῖν, ὥστε ἀρετῆς καὶ φρονήσεως μετασχεῖν.</w:t>
      </w:r>
    </w:p>
    <w:p>
      <w:r>
        <w:rPr>
          <w:rFonts w:ascii="Courier New" w:hAnsi="Courier New"/>
          <w:color w:val="555555"/>
          <w:sz w:val="20"/>
        </w:rPr>
        <w:t>[11 . 25]</w:t>
      </w:r>
    </w:p>
    <w:p>
      <w:r>
        <w:rPr>
          <w:rFonts w:ascii="Gentium Plus" w:hAnsi="Gentium Plus"/>
          <w:sz w:val="24"/>
        </w:rPr>
        <w:t>Καλὸν γὰρ τὸ ἆθλον, καὶ ἡ ἐλπὶς μεγάλη.» Κἀν τῷ Γοργίᾳ</w:t>
      </w:r>
    </w:p>
    <w:p>
      <w:r>
        <w:rPr>
          <w:rFonts w:ascii="Courier New" w:hAnsi="Courier New"/>
          <w:color w:val="555555"/>
          <w:sz w:val="20"/>
        </w:rPr>
        <w:t>[5]</w:t>
      </w:r>
    </w:p>
    <w:p>
      <w:r>
        <w:rPr>
          <w:rFonts w:ascii="Gentium Plus" w:hAnsi="Gentium Plus"/>
          <w:sz w:val="24"/>
        </w:rPr>
        <w:t>δικαίως τὸν βίον διεληλυθότα καὶ ὁσίως, ἐπειδὰν τελευτήσῃ, εἰς μακάρων νήσους ἀπιόντα οἰκεῖν ἐν πάσῃ εὐδαιμονίᾳ ἐκτὸς κακῶν· τὸν δὲ ἀδίκως καὶ ἀθέως εἰς τὸ τῆς κρίσεώς τε καὶ δίκης δεσμω‐</w:t>
      </w:r>
    </w:p>
    <w:p>
      <w:r>
        <w:rPr>
          <w:rFonts w:ascii="Courier New" w:hAnsi="Courier New"/>
          <w:color w:val="555555"/>
          <w:sz w:val="20"/>
        </w:rPr>
        <w:t>[11 . 26]</w:t>
      </w:r>
    </w:p>
    <w:p>
      <w:r>
        <w:rPr>
          <w:rFonts w:ascii="Gentium Plus" w:hAnsi="Gentium Plus"/>
          <w:sz w:val="24"/>
        </w:rPr>
        <w:t>τήριον, ὃ δὴ Τάρταρον καλοῦσιν, ἰέναι.» Καὶ αὖθις· «Ἔπειτα γυμνοὺς κριτέον ἁπάντων τούτων· τεθνεῶτας γὰρ δεῖ κρίνεσθαι· καὶ τὸν κριτὴν δεῖ γυμνὸν εἶναι τεθνεῶτα, αὐτῇ τῇ ψυχῇ αὐτὴν τὴν ψυχὴν θεωροῦντα ἐξαίφνης ἀποθανόντος ἑκάστου, ἔρημον</w:t>
      </w:r>
    </w:p>
    <w:p>
      <w:r>
        <w:rPr>
          <w:rFonts w:ascii="Courier New" w:hAnsi="Courier New"/>
          <w:color w:val="555555"/>
          <w:sz w:val="20"/>
        </w:rPr>
        <w:t>[5]</w:t>
      </w:r>
    </w:p>
    <w:p>
      <w:r>
        <w:rPr>
          <w:rFonts w:ascii="Gentium Plus" w:hAnsi="Gentium Plus"/>
          <w:sz w:val="24"/>
        </w:rPr>
        <w:t>πάντων ξυγγενῶν, καταλιπόντα ἐπὶ γῆς πάντα ἐκεῖνον τὸν κόσμον, ἵνα δικαία ἡ κρίσις ᾖ.»</w:t>
      </w:r>
    </w:p>
    <w:p>
      <w:r>
        <w:rPr>
          <w:rFonts w:ascii="Courier New" w:hAnsi="Courier New"/>
          <w:color w:val="555555"/>
          <w:sz w:val="20"/>
        </w:rPr>
        <w:t>[11 . 27]</w:t>
      </w:r>
    </w:p>
    <w:p>
      <w:r>
        <w:rPr>
          <w:rFonts w:ascii="Gentium Plus" w:hAnsi="Gentium Plus"/>
          <w:sz w:val="24"/>
        </w:rPr>
        <w:t>Οὕτως ἀκριβῶς ὁ Πλάτων ἐπίστευεν εἶναι τὰ ἐν Ἅιδου κρι‐ τήρια. Ἐντυχὼν γὰρ Ἑβραίοις ἐν Αἰγύπτῳ, τῶν προφητικῶν πάντως λογίων ἐπήκουσε καὶ τὸν τοῦ πυρὸς ἔμαθε ποταμόν, ὃν ὁ θεσπέσιος ἐθεάσατο Δανιήλ, καὶ τοὺς Ἡσαΐου τοῦ θειοτάτου</w:t>
      </w:r>
    </w:p>
    <w:p>
      <w:r>
        <w:rPr>
          <w:rFonts w:ascii="Courier New" w:hAnsi="Courier New"/>
          <w:color w:val="555555"/>
          <w:sz w:val="20"/>
        </w:rPr>
        <w:t>[5]</w:t>
      </w:r>
    </w:p>
    <w:p>
      <w:r>
        <w:rPr>
          <w:rFonts w:ascii="Gentium Plus" w:hAnsi="Gentium Plus"/>
          <w:sz w:val="24"/>
        </w:rPr>
        <w:t>κατέμαθε λόγους. Ἐκεῖνος γάρ που περὶ τῶν κολαζομένων φησίν· «Ὁ σκώληξ αὐτῶν οὐ τελευτήσει, καὶ τὸ πῦρ αὐτῶν οὐ σβεσθήσεται.» Καὶ πάλιν· «Τίς ἀναγγελεῖ ἡμῖν, ὅτι πῦρ</w:t>
      </w:r>
    </w:p>
    <w:p>
      <w:r>
        <w:rPr>
          <w:rFonts w:ascii="Courier New" w:hAnsi="Courier New"/>
          <w:color w:val="555555"/>
          <w:sz w:val="20"/>
        </w:rPr>
        <w:t>[11 . 28]</w:t>
      </w:r>
    </w:p>
    <w:p>
      <w:r>
        <w:rPr>
          <w:rFonts w:ascii="Gentium Plus" w:hAnsi="Gentium Plus"/>
          <w:sz w:val="24"/>
        </w:rPr>
        <w:t>καίεται; τίς ἀναγγελεῖ ἡμῖν τὸν τόπον τὸν αἰώνιον;» Καὶ ἄλλα δὲ τοιαῦτα πλεῖστα ἔστι παρὰ τοῖς προφήταις εὑρεῖν. Ὁ δὲ φιλόσοφος τὰ μὲν ἐκεῖθεν λαβών, τὰ δὲ ἐκ τῶν Ἑλληνικῶν</w:t>
      </w:r>
    </w:p>
    <w:p>
      <w:r>
        <w:rPr>
          <w:rFonts w:ascii="Courier New" w:hAnsi="Courier New"/>
          <w:color w:val="555555"/>
          <w:sz w:val="20"/>
        </w:rPr>
        <w:t>[5]</w:t>
      </w:r>
    </w:p>
    <w:p>
      <w:r>
        <w:rPr>
          <w:rFonts w:ascii="Gentium Plus" w:hAnsi="Gentium Plus"/>
          <w:sz w:val="24"/>
        </w:rPr>
        <w:t>ἐφεξῆς δὲ τὴν αὐτὴν ἔχει διάνοιαν· «Τῶν» γάρ φησι «δικα‐ στῶν, ὅπερ ἔλεγον, πρῶτον μὲν ὁ Ῥαδάμανθυς ἐκεῖνος, ἂν τοιοῦ‐ τόν τινα λάβῃ, ἄλλο μὲν περὶ αὐτοῦ οὐκ οἶδεν οὐδέν, οὔτε ὅστις οὔτε ὧντινων, ὅτι δὲ πονηρός τις· καὶ τοῦτο κατιδὼν ἀπέπεμψεν εἰς τὸν Τάρταρον, ἐπισημαινόμενος, ἐάν τε ἰάσιμος, ἐάν τε ἀνίατος</w:t>
      </w:r>
    </w:p>
    <w:p>
      <w:r>
        <w:rPr>
          <w:rFonts w:ascii="Courier New" w:hAnsi="Courier New"/>
          <w:color w:val="555555"/>
          <w:sz w:val="20"/>
        </w:rPr>
        <w:t>[10]</w:t>
      </w:r>
    </w:p>
    <w:p>
      <w:r>
        <w:rPr>
          <w:rFonts w:ascii="Gentium Plus" w:hAnsi="Gentium Plus"/>
          <w:sz w:val="24"/>
        </w:rPr>
        <w:t>εἶναι δοκῇ· ὁ δὲ ἐκεῖσε ἀφικόμενος τὰ προσήκοντα πάσχει. Ἐνίοτε δέ, Ἕλληνος ἰδὼν ὁσίως βεβιωκυῖαν καὶ μετὰ ἀληθείας, ἀνδρὸς ἰδιώτου ἢ ἄλλου τινός, μάλιστα μέν, ὡς ἔγωγέ φημι, ὦ Καλ‐ λίκλεις, φιλοσόφου τὰ αὑτοῦ πράξαντος καὶ οὐ πολυπραγμονήσαν‐ τος ἐν τῷ βίῳ, ἠγάσθη τε καὶ εἰς μακάρων νήσους ἀπέπεμψεν.»</w:t>
      </w:r>
    </w:p>
    <w:p>
      <w:r>
        <w:rPr>
          <w:rFonts w:ascii="Courier New" w:hAnsi="Courier New"/>
          <w:color w:val="555555"/>
          <w:sz w:val="20"/>
        </w:rPr>
        <w:t>[11 . 29]</w:t>
      </w:r>
    </w:p>
    <w:p>
      <w:r>
        <w:rPr>
          <w:rFonts w:ascii="Gentium Plus" w:hAnsi="Gentium Plus"/>
          <w:sz w:val="24"/>
        </w:rPr>
        <w:t>Καὶ μετὰ βραχέα ἐπήγαγεν· «Ἐγὼ μέν, ὦ Καλλίκλεις, ὑπὸ τούτων τῶν λόγων πέπεισμαι καὶ σκοπῶ, ὅπως ἀποφανοῦμαι τῷ κριτῇ ὡς ὑγιεστάτην τὴν ψυχήν. Χαίρειν οὖν ἐάσας τὰς τιμὰς τῶν πολλῶν ἀνθρώπων, τὴν ἀλήθειαν ἀσκῶν πειράσομαι τῷ ὄντι,</w:t>
      </w:r>
    </w:p>
    <w:p>
      <w:r>
        <w:rPr>
          <w:rFonts w:ascii="Courier New" w:hAnsi="Courier New"/>
          <w:color w:val="555555"/>
          <w:sz w:val="20"/>
        </w:rPr>
        <w:t>[5]</w:t>
      </w:r>
    </w:p>
    <w:p>
      <w:r>
        <w:rPr>
          <w:rFonts w:ascii="Gentium Plus" w:hAnsi="Gentium Plus"/>
          <w:sz w:val="24"/>
        </w:rPr>
        <w:t>ὡς ἂν δύνωμαι, βέλτιστος ὤν, καὶ ζῆν, καὶ ἐπειδὰν ἀποθνῄσκω, ἀποθνῄσκειν. Παρακαλῶ δὲ καὶ τοὺς ἄλλους ἅπαντας ἀνθρώπους, καθ’ ὅσον δύναμαι· καὶ δὴ σὲ ἀντιπαρακαλῶ ἐπὶ τοῦτον τὸν βίον,</w:t>
      </w:r>
    </w:p>
    <w:p>
      <w:r>
        <w:rPr>
          <w:rFonts w:ascii="Courier New" w:hAnsi="Courier New"/>
          <w:color w:val="555555"/>
          <w:sz w:val="20"/>
        </w:rPr>
        <w:t>[11 . 30]</w:t>
      </w:r>
    </w:p>
    <w:p>
      <w:r>
        <w:rPr>
          <w:rFonts w:ascii="Gentium Plus" w:hAnsi="Gentium Plus"/>
          <w:sz w:val="24"/>
        </w:rPr>
        <w:t>ἡ δίκη σοι ᾖ καὶ ἡ κρίσις, ἣν νῦν ἔλεγον. Ἀλλ’ ἐλθὼν παρὰ τὸν δικαστὴν ἐκεῖνον, τὸν τῆς Αἰγίνης υἱόν, ἐπειδάν σε ἐπιλαβόμενος ἐκεῖνος ἄγῃ, χασμήσει καὶ ἰλιγγιάσεις οὐδὲν ἧττον ἢ ἐγὼ ἐνθάδε καὶ σὺ ἐκεῖ· καί σε ἴσως τυπτήσει καὶ ἐπὶ κόρρης ἀτίμως καὶ</w:t>
      </w:r>
    </w:p>
    <w:p>
      <w:r>
        <w:rPr>
          <w:rFonts w:ascii="Courier New" w:hAnsi="Courier New"/>
          <w:color w:val="555555"/>
          <w:sz w:val="20"/>
        </w:rPr>
        <w:t>[5]</w:t>
      </w:r>
    </w:p>
    <w:p>
      <w:r>
        <w:rPr>
          <w:rFonts w:ascii="Gentium Plus" w:hAnsi="Gentium Plus"/>
          <w:sz w:val="24"/>
        </w:rPr>
        <w:t>πάντως προπηλακιεῖ. Τάχα δ’ οὖν ταυτὶ μῦθός σοι δοκεῖ λέ‐ γεσθαι, ὥσπερ ὑπὸ γραός, καὶ καταφρονήσεις αὐτῶν· καὶ οὐδέν γ’ ἂν ἦν θαυμαστὸν καταφρονεῖν τούτων, εἰ ἐπιζητοῦντες εἴχομεν τούτων βελτίω καὶ ἀληθέστερα εὑρεῖν· νῦν δὲ ὁρᾷς, ὅτι τρεῖς ὄντες ὑμεῖς, οἵπερ σοφώτατοί ἐστε τῶν Ἑλλήνων, σύ τε καὶ</w:t>
      </w:r>
    </w:p>
    <w:p>
      <w:r>
        <w:rPr>
          <w:rFonts w:ascii="Courier New" w:hAnsi="Courier New"/>
          <w:color w:val="555555"/>
          <w:sz w:val="20"/>
        </w:rPr>
        <w:t>[10]</w:t>
      </w:r>
    </w:p>
    <w:p>
      <w:r>
        <w:rPr>
          <w:rFonts w:ascii="Gentium Plus" w:hAnsi="Gentium Plus"/>
          <w:sz w:val="24"/>
        </w:rPr>
        <w:t>Πῶλος καὶ Γοργίας, οὐκ ἔχετε ἀποδεῖξαι, ὡς χρὴ ἄλλον τινὰ βίον ζῆν ἢ τοῦτον, ὅσπερ ἐκεῖσε φαίνεται ξυμφέρων.»</w:t>
      </w:r>
    </w:p>
    <w:p>
      <w:r>
        <w:rPr>
          <w:rFonts w:ascii="Courier New" w:hAnsi="Courier New"/>
          <w:color w:val="555555"/>
          <w:sz w:val="20"/>
        </w:rPr>
        <w:t>[11 . 31]</w:t>
      </w:r>
    </w:p>
    <w:p>
      <w:r>
        <w:rPr>
          <w:rFonts w:ascii="Gentium Plus" w:hAnsi="Gentium Plus"/>
          <w:sz w:val="24"/>
        </w:rPr>
        <w:t>Τοιαῦτα κἀν τῷδε τῷ διαλόγῳ καὶ περὶ τῶν αὐτόθι διεξῆλθε καὶ σοφῶς μάλα παρῄνεσεν ἐπιμεληθῆναι τούτων, ἃ τῶν ἐκεῖ κολαστηρίων ἐλευθεροῖ. Κἀν τῷ Κρίτωνι δὲ τοὺς νόμους εἰσάγει λέγοντας τῷ Σωκράτει· «Ἀλλ’ ὦ Σώκρατες, πειθόμενος ἡμῖν</w:t>
      </w:r>
    </w:p>
    <w:p>
      <w:r>
        <w:rPr>
          <w:rFonts w:ascii="Courier New" w:hAnsi="Courier New"/>
          <w:color w:val="555555"/>
          <w:sz w:val="20"/>
        </w:rPr>
        <w:t>[5]</w:t>
      </w:r>
    </w:p>
    <w:p>
      <w:r>
        <w:rPr>
          <w:rFonts w:ascii="Gentium Plus" w:hAnsi="Gentium Plus"/>
          <w:sz w:val="24"/>
        </w:rPr>
        <w:t>τοῖς σοῖς τροφεῦσι, μήτε παῖδας περὶ πλείονος ποιοῦ μήτε τὸ ζῆν μήτε ἄλλο μηδὲν πρὸ τοῦ δικαίου, ἵνα εἰς Ἅιδου ἐλθὼν ἔχῃς</w:t>
      </w:r>
    </w:p>
    <w:p>
      <w:r>
        <w:rPr>
          <w:rFonts w:ascii="Courier New" w:hAnsi="Courier New"/>
          <w:color w:val="555555"/>
          <w:sz w:val="20"/>
        </w:rPr>
        <w:t>[11 . 32]</w:t>
      </w:r>
    </w:p>
    <w:p>
      <w:r>
        <w:rPr>
          <w:rFonts w:ascii="Gentium Plus" w:hAnsi="Gentium Plus"/>
          <w:sz w:val="24"/>
        </w:rPr>
        <w:t>ταῦτα πάντα ἀπολογήσασθαι τοῖς ἐκεῖ ἄρχουσιν.» Ἐν δὲ τῇ</w:t>
      </w:r>
    </w:p>
    <w:p>
      <w:r>
        <w:rPr>
          <w:rFonts w:ascii="Courier New" w:hAnsi="Courier New"/>
          <w:color w:val="555555"/>
          <w:sz w:val="20"/>
        </w:rPr>
        <w:t>[5]</w:t>
      </w:r>
    </w:p>
    <w:p>
      <w:r>
        <w:rPr>
          <w:rFonts w:ascii="Gentium Plus" w:hAnsi="Gentium Plus"/>
          <w:sz w:val="24"/>
        </w:rPr>
        <w:t>μηδὲ αἴσθησιν μηδεμίαν μηδενὸς ἔχειν τὸν τεθνεῶτα· ἢ καὶ κατὰ τὰ λεγόμενα μεταβολή τις τυγχάνει οὖσα καὶ μετοίκησις τῆς ψυχῆς τοῦ τόπου τοῦ ἐνθένδε εἰς ἄλλον.»</w:t>
      </w:r>
    </w:p>
    <w:p>
      <w:r>
        <w:rPr>
          <w:rFonts w:ascii="Courier New" w:hAnsi="Courier New"/>
          <w:color w:val="555555"/>
          <w:sz w:val="20"/>
        </w:rPr>
        <w:t>[11 . 33]</w:t>
      </w:r>
    </w:p>
    <w:p>
      <w:r>
        <w:rPr>
          <w:rFonts w:ascii="Gentium Plus" w:hAnsi="Gentium Plus"/>
          <w:sz w:val="24"/>
        </w:rPr>
        <w:t>Ἀλλὰ ταῦτα μὲν αὐτοῦ ἐπαινετέον, εἰ καί τινα ἐπιμιξίαν ἔχει τῶν νόθων δογμάτων, τὸν Ῥαδάμανθυν καὶ τὸν Μίνω καὶ τὰς μακάρων νήσους, καὶ μέντοι καὶ τὸ μόνας κολάζεσθαι τὰς ψυχὰς τῶν σωμάτων κεχωρισμένας. Ταῦτα γάρ που τῶν τῆς ἀληθείας</w:t>
      </w:r>
    </w:p>
    <w:p>
      <w:r>
        <w:rPr>
          <w:rFonts w:ascii="Courier New" w:hAnsi="Courier New"/>
          <w:color w:val="555555"/>
          <w:sz w:val="20"/>
        </w:rPr>
        <w:t>[5]</w:t>
      </w:r>
    </w:p>
    <w:p>
      <w:r>
        <w:rPr>
          <w:rFonts w:ascii="Gentium Plus" w:hAnsi="Gentium Plus"/>
          <w:sz w:val="24"/>
        </w:rPr>
        <w:t>δογμάτων ἀλλότρια· ἔχει δέ τινα σμικρὰν ἀμηγέπη ξυγγνώμην,</w:t>
      </w:r>
    </w:p>
    <w:p>
      <w:r>
        <w:rPr>
          <w:rFonts w:ascii="Courier New" w:hAnsi="Courier New"/>
          <w:color w:val="555555"/>
          <w:sz w:val="20"/>
        </w:rPr>
        <w:t>[11 . 34]</w:t>
      </w:r>
    </w:p>
    <w:p>
      <w:r>
        <w:rPr>
          <w:rFonts w:ascii="Gentium Plus" w:hAnsi="Gentium Plus"/>
          <w:sz w:val="24"/>
        </w:rPr>
        <w:t>τῆς ἀποστολικῆς διδασκαλίας οὐ μετασχών. Τὰς δὲ μετενσωμα‐ τώσεις, ἃς ἐκ τῶν Πυθαγόρου δογμάτων ἐκεῖνος ὑφείλετο, παν‐ τάπασιν, ὦ ἄνδρες, φευκτέον. Κομιδῇ γάρ τοι ἐκεῖνα τὰ δόγματα καταγέλαστα. Περὶ γὰρ δὴ τῶν ψυχῶν τῶν εἰς τὰ σώματα</w:t>
      </w:r>
    </w:p>
    <w:p>
      <w:r>
        <w:rPr>
          <w:rFonts w:ascii="Courier New" w:hAnsi="Courier New"/>
          <w:color w:val="555555"/>
          <w:sz w:val="20"/>
        </w:rPr>
        <w:t>[5]</w:t>
      </w:r>
    </w:p>
    <w:p>
      <w:r>
        <w:rPr>
          <w:rFonts w:ascii="Gentium Plus" w:hAnsi="Gentium Plus"/>
          <w:sz w:val="24"/>
        </w:rPr>
        <w:t>καταπεμπομένων ἐν τῷ Φαίδωνι ἔφη, ὡς ἐνδοῦνται αὗται, ὥσπερ εἰκός, εἰς τὰ τοιαῦτα ἤθη, οἷα ἄττα ἂν καὶ μεμελετηκυῖαι τυγ‐</w:t>
      </w:r>
    </w:p>
    <w:p>
      <w:r>
        <w:rPr>
          <w:rFonts w:ascii="Courier New" w:hAnsi="Courier New"/>
          <w:color w:val="555555"/>
          <w:sz w:val="20"/>
        </w:rPr>
        <w:t>[11 . 35]</w:t>
      </w:r>
    </w:p>
    <w:p>
      <w:r>
        <w:rPr>
          <w:rFonts w:ascii="Gentium Plus" w:hAnsi="Gentium Plus"/>
          <w:sz w:val="24"/>
        </w:rPr>
        <w:t>χάνωσιν ἐν τῷδε τῷ βίῳ· «Τὰ ποῖα δὴ ταῦτα λέγεις, ὦ Σώκρατες; — Οἷον τοὺς μὲν γαστριμάργους τε καὶ ὕβρεις καὶ φιλοποσίας μεμελετηκότας καὶ μὴ διευλαβουμένους εἰς τὰ τῶν</w:t>
      </w:r>
    </w:p>
    <w:p>
      <w:r>
        <w:rPr>
          <w:rFonts w:ascii="Courier New" w:hAnsi="Courier New"/>
          <w:color w:val="555555"/>
          <w:sz w:val="20"/>
        </w:rPr>
        <w:t>[5]</w:t>
      </w:r>
    </w:p>
    <w:p>
      <w:r>
        <w:rPr>
          <w:rFonts w:ascii="Gentium Plus" w:hAnsi="Gentium Plus"/>
          <w:sz w:val="24"/>
        </w:rPr>
        <w:t>εἰκὸς λέγεις. — Τοὺς δὲ ἀδικίας καὶ τυραννίδας καὶ ἁρπαγὰς προτετιμηκότας εἰς τὰ τῶν λύκων τε καὶ ἱεράκων καὶ ἰκτίνων γένη· ἢ ποῖ ἂν ἄλλοσε φαῖμεν τὰς τοιαύτας ἰέναι; — Ἀμέλει,</w:t>
      </w:r>
    </w:p>
    <w:p>
      <w:r>
        <w:rPr>
          <w:rFonts w:ascii="Courier New" w:hAnsi="Courier New"/>
          <w:color w:val="555555"/>
          <w:sz w:val="20"/>
        </w:rPr>
        <w:t>[11 . 36]</w:t>
      </w:r>
    </w:p>
    <w:p>
      <w:r>
        <w:rPr>
          <w:rFonts w:ascii="Gentium Plus" w:hAnsi="Gentium Plus"/>
          <w:sz w:val="24"/>
        </w:rPr>
        <w:t>ἔφη ὁ Κέβης, εἰς τὰ τοιαῦτα.» Καὶ ἵνα μὴ πάντα λέγων μηκύνω, ἔστιν εὑρεῖν αὐτὸν λέγοντα τῶν τὴν πολιτικὴν ἀρετὴν ἠσκηκότων τὰς ψυχὰς εἰς μελίττας μετενσωματουμένας καὶ σφῆκας καὶ μύρμηκας καὶ εἴς γε τὸ ἀνθρώπειον γένος. Ταῦτα δὲ</w:t>
      </w:r>
    </w:p>
    <w:p>
      <w:r>
        <w:rPr>
          <w:rFonts w:ascii="Courier New" w:hAnsi="Courier New"/>
          <w:color w:val="555555"/>
          <w:sz w:val="20"/>
        </w:rPr>
        <w:t>[5]</w:t>
      </w:r>
    </w:p>
    <w:p>
      <w:r>
        <w:rPr>
          <w:rFonts w:ascii="Gentium Plus" w:hAnsi="Gentium Plus"/>
          <w:sz w:val="24"/>
        </w:rPr>
        <w:t>οὐ μόνον γέλωτος ἄξια, ἀλλὰ καὶ οἷς ἤδη εἴρηκεν ἄντικρυς</w:t>
      </w:r>
    </w:p>
    <w:p>
      <w:r>
        <w:rPr>
          <w:rFonts w:ascii="Courier New" w:hAnsi="Courier New"/>
          <w:color w:val="555555"/>
          <w:sz w:val="20"/>
        </w:rPr>
        <w:t>[11 . 37]</w:t>
      </w:r>
    </w:p>
    <w:p>
      <w:r>
        <w:rPr>
          <w:rFonts w:ascii="Gentium Plus" w:hAnsi="Gentium Plus"/>
          <w:sz w:val="24"/>
        </w:rPr>
        <w:t>ἐναντία. Ἐν ἐκείνοις μὲν γὰρ ἔφη κολάζεσθαι τὰς ψυχάς, τὰς μὲν εἰς τὸν Ἀχέροντα καὶ εἰς τὴν Ἀχερουσίαν λίμνην, τὰς δὲ εἰς τὴν Στύγα καὶ Κωκυτὸν καὶ Πυριφλεγέθοντα βαλλομένας· καὶ τοὺς μὲν ἀνίατα ἐπταικότας ἐν τῷ Ταρτάρῳ τοῖς τοῦ Πυρι‐</w:t>
      </w:r>
    </w:p>
    <w:p>
      <w:r>
        <w:rPr>
          <w:rFonts w:ascii="Courier New" w:hAnsi="Courier New"/>
          <w:color w:val="555555"/>
          <w:sz w:val="20"/>
        </w:rPr>
        <w:t>[5]</w:t>
      </w:r>
    </w:p>
    <w:p>
      <w:r>
        <w:rPr>
          <w:rFonts w:ascii="Gentium Plus" w:hAnsi="Gentium Plus"/>
          <w:sz w:val="24"/>
        </w:rPr>
        <w:t>φλεγέθοντος ἀεὶ ξυμπεριφέρεσθαι ῥεύμασι, τοὺς δέ γ’ ἰάσιμα πλημμελήσαντας, φερομένους ὑπὸ τοῦ κύματος, ἀντιβολεῖν τοὺς ὑπὸ σφῶν ἠδικημένους, ἐπὶ τῆς ὄχθης φαινομένους, καὶ πάλιν ὑπὸ τοῦ κύματος εἰς τὴν λίμνην ἀπάγεσθαι· ἐνταῦθα δὲ τοὺς μὲν ταῖς ἡδυπαθείαις δεδουλευκότας ὄνους γίνεσθαι ἔφη, τοὺς δὲ</w:t>
      </w:r>
    </w:p>
    <w:p>
      <w:r>
        <w:rPr>
          <w:rFonts w:ascii="Courier New" w:hAnsi="Courier New"/>
          <w:color w:val="555555"/>
          <w:sz w:val="20"/>
        </w:rPr>
        <w:t>[10]</w:t>
      </w:r>
    </w:p>
    <w:p>
      <w:r>
        <w:rPr>
          <w:rFonts w:ascii="Gentium Plus" w:hAnsi="Gentium Plus"/>
          <w:sz w:val="24"/>
        </w:rPr>
        <w:t>τυραννικὸν καὶ ἁρπακτικὸν βίον ἠγαπηκότας εἰς τὰ τῶν λύκων τε καὶ ἱεράκων καὶ ἰκτίνων εἰσάγεσθαι σώματα, τοὺς δέ γε τὴν πολι‐ τικὴν ἀσκήσαντας ἀρετὴν τρισολβίων ἀπολαύειν ἄθλων, σφῆκας γινομένους καὶ μελίττας καὶ μύρμηκας· τοιαῦτα γὰρ τοῖς ἀρετῆς ἐπιμελουμένοις ὁ φιλόσοφος ἀπένειμε γέρα.</w:t>
      </w:r>
    </w:p>
    <w:p>
      <w:r>
        <w:rPr>
          <w:rFonts w:ascii="Courier New" w:hAnsi="Courier New"/>
          <w:color w:val="555555"/>
          <w:sz w:val="20"/>
        </w:rPr>
        <w:t>[11 . 38]</w:t>
      </w:r>
    </w:p>
    <w:p>
      <w:r>
        <w:rPr>
          <w:rFonts w:ascii="Gentium Plus" w:hAnsi="Gentium Plus"/>
          <w:sz w:val="24"/>
        </w:rPr>
        <w:t>Καὶ ταῦτα δὲ ἄντικρυς ἐναντία· ἐν μὲν γὰρ τοῖς πρόσθεν εἰρημένοις εἰς μακάρων αὐτοὺς ἀπέπεμψε νήσους, τὰς δὲ τῶν φιλοσόφων οἰκήσεις οὐδὲ λόγῳ ῥητὰς ἔφησεν εἶναι· ἐνταῦθα δὲ</w:t>
      </w:r>
    </w:p>
    <w:p>
      <w:r>
        <w:rPr>
          <w:rFonts w:ascii="Courier New" w:hAnsi="Courier New"/>
          <w:color w:val="555555"/>
          <w:sz w:val="20"/>
        </w:rPr>
        <w:t>[5]</w:t>
      </w:r>
    </w:p>
    <w:p>
      <w:r>
        <w:rPr>
          <w:rFonts w:ascii="Gentium Plus" w:hAnsi="Gentium Plus"/>
          <w:sz w:val="24"/>
        </w:rPr>
        <w:t>καὶ τοὺς ἐν τῷ προτέρῳ βίῳ μηδὲν ἠδικηκότας ἆθλον ἔφη λαμ‐</w:t>
      </w:r>
    </w:p>
    <w:p>
      <w:r>
        <w:rPr>
          <w:rFonts w:ascii="Courier New" w:hAnsi="Courier New"/>
          <w:color w:val="555555"/>
          <w:sz w:val="20"/>
        </w:rPr>
        <w:t>[11 . 39]</w:t>
      </w:r>
    </w:p>
    <w:p>
      <w:r>
        <w:rPr>
          <w:rFonts w:ascii="Gentium Plus" w:hAnsi="Gentium Plus"/>
          <w:sz w:val="24"/>
        </w:rPr>
        <w:t>βάνειν τὸ ἀδικεῖν καὶ λωβᾶσθαι τοῖς ἄλλοις. Καὶ γὰρ καὶ σφῆκες καὶ μέλιτται πλήττειν τῷ κέντρῳ πεφύκασι, καὶ μύρμηκες συλῶσι τὰ λήϊα καὶ τοῖς γηπόνοις ξυνδιανέμονται τοὺς καρπούς, ἥκιστα κεκοινωνηκότες τῶν πόνων· καὶ οἱ σφῆκες δὲ τοῖς φυτουρ‐</w:t>
      </w:r>
    </w:p>
    <w:p>
      <w:r>
        <w:rPr>
          <w:rFonts w:ascii="Courier New" w:hAnsi="Courier New"/>
          <w:color w:val="555555"/>
          <w:sz w:val="20"/>
        </w:rPr>
        <w:t>[5]</w:t>
      </w:r>
    </w:p>
    <w:p>
      <w:r>
        <w:rPr>
          <w:rFonts w:ascii="Gentium Plus" w:hAnsi="Gentium Plus"/>
          <w:sz w:val="24"/>
        </w:rPr>
        <w:t>γοῖς πολεμοῦσι, τὸν τῶν φυτῶν καρπὸν διαφθείροντες· τοῦτο δὲ ἀμηγέπη καὶ αἱ μέλιτται δρῶσιν. Ἀλλὰ τούτων οὐδὲν ξυνεῖδε τῶν φιλοσόφων ὁ ἄριστος, ἀλλ’ εἰς μόνον ἐπεῖδε τοῦ πρώτου γε ταῦτα εἰρηκότος τὸ κλέος.</w:t>
      </w:r>
    </w:p>
    <w:p>
      <w:r>
        <w:rPr>
          <w:rFonts w:ascii="Courier New" w:hAnsi="Courier New"/>
          <w:color w:val="555555"/>
          <w:sz w:val="20"/>
        </w:rPr>
        <w:t>[11 . 40]</w:t>
      </w:r>
    </w:p>
    <w:p>
      <w:r>
        <w:rPr>
          <w:rFonts w:ascii="Gentium Plus" w:hAnsi="Gentium Plus"/>
          <w:sz w:val="24"/>
        </w:rPr>
        <w:t>Καὶ ἑτέρωθι δὲ τοιαῦτα ἄττα μυθολογεῖ καί φησιν· «Εἰς μὲν γὰρ τὸ ὅθεν ἥκει ψυχὴ ἑκάστη, οὐκ ἀφικνεῖται ἐτῶν μυρίων. Οὐ γὰρ πτεροῦται πρὸ τοσούτου χρόνου, πλὴν ἡ τοῦ φιλοσοφήσαντος ἀδόλως ἢ παιδεραστήσαντος μετὰ φιλοσοφίας. Αὗται δὲ τρίτῃ</w:t>
      </w:r>
    </w:p>
    <w:p>
      <w:r>
        <w:rPr>
          <w:rFonts w:ascii="Courier New" w:hAnsi="Courier New"/>
          <w:color w:val="555555"/>
          <w:sz w:val="20"/>
        </w:rPr>
        <w:t>[5]</w:t>
      </w:r>
    </w:p>
    <w:p>
      <w:r>
        <w:rPr>
          <w:rFonts w:ascii="Gentium Plus" w:hAnsi="Gentium Plus"/>
          <w:sz w:val="24"/>
        </w:rPr>
        <w:t>περιόδῳ τῇ χιλιετίᾳ ἐῶνται· τρὶς δὲ ἐφεξῆς τὸν βίον τοῦτον οὕτω πτερωθεῖσαι, τῷ χιλιοστῷ ἔτει ἀπέρχονται. Αἱ δὲ ἄλλαι, ὅταν τὸν πρῶτον βίον τελευτήσωσι, κρίσεως ἔτυχον· κριθεῖσαι δέ, αἱ μὲν εἰς τὰ ὑπὸ γῆς δικαιωτήρια ἐλθοῦσαι, δίκην τίνουσιν· αἱ δὲ εἰς τοῦ οὐρανοῦ τινα τόπον ὑπὸ τῆς δίκης κουφισθεῖσαι, διάγουσιν</w:t>
      </w:r>
    </w:p>
    <w:p>
      <w:r>
        <w:rPr>
          <w:rFonts w:ascii="Courier New" w:hAnsi="Courier New"/>
          <w:color w:val="555555"/>
          <w:sz w:val="20"/>
        </w:rPr>
        <w:t>[11 . 41]</w:t>
      </w:r>
    </w:p>
    <w:p>
      <w:r>
        <w:rPr>
          <w:rFonts w:ascii="Gentium Plus" w:hAnsi="Gentium Plus"/>
          <w:sz w:val="24"/>
        </w:rPr>
        <w:t>ἀξίως οὗ ἐν ἀνθρώπου εἴδει ἐβίωσαν βίου.» Καὶ τούτων δὲ τὴν ἀτοπίαν τῶν λόγων καταμαθεῖν εὐπετές. Τίς γάρ που αὐτὸν τὰς τῶν ἐτῶν ἐδίδαξε μυριάδας, καὶ ὅτι μυρίων διεληλυθότων ἐτῶν, τότε τῶν ψυχῶν ἑκάστη εἰς ἴδιον ἐπανέρχεται χῶρον; τὰ δὲ</w:t>
      </w:r>
    </w:p>
    <w:p>
      <w:r>
        <w:rPr>
          <w:rFonts w:ascii="Courier New" w:hAnsi="Courier New"/>
          <w:color w:val="555555"/>
          <w:sz w:val="20"/>
        </w:rPr>
        <w:t>[5]</w:t>
      </w:r>
    </w:p>
    <w:p>
      <w:r>
        <w:rPr>
          <w:rFonts w:ascii="Gentium Plus" w:hAnsi="Gentium Plus"/>
          <w:sz w:val="24"/>
        </w:rPr>
        <w:t>μεταξὺ τούτων οὐδὲ τοῖς ἄγαν ἀσελγεστάτοις ἥρμοττε λέγειν— ἤπου γε φιλοσόφῳ; Τοῖς γὰρ τὴν ἀκραιφνῆ φιλοσοφίαν κατωρθω‐ κόσι τοὺς ἀκολάστους καὶ παιδεράστας ξυνέζευξε, καὶ τούτους κἀκείνους τῶν αὐτῶν ἄθλων ἔφησεν ἀπολαύσεσθαι.</w:t>
      </w:r>
    </w:p>
    <w:p>
      <w:r>
        <w:rPr>
          <w:rFonts w:ascii="Courier New" w:hAnsi="Courier New"/>
          <w:color w:val="555555"/>
          <w:sz w:val="20"/>
        </w:rPr>
        <w:t>[11 . 42]</w:t>
      </w:r>
    </w:p>
    <w:p>
      <w:r>
        <w:rPr>
          <w:rFonts w:ascii="Gentium Plus" w:hAnsi="Gentium Plus"/>
          <w:sz w:val="24"/>
        </w:rPr>
        <w:t>Ἀλλὰ τούτων πάλιν τῶν λόγων ἐπιλαθόμενος—τὸν γὰρ οὐρανὸν ταῖς τοιαύταις ψυχαῖς ἀπεκλήρωσεν—, ἐν τῇ Πολιτείᾳ τὴν Ὀρφέως ψυχὴν κύκνειον ἔφη σῶμα λαχεῖν, καὶ ἀετὸν μὲν ἔφη γενέσθαι τὸν Ἀγαμέμνονα, λέοντα δὲ τὸν Αἴαντα, ἀθλητὴν</w:t>
      </w:r>
    </w:p>
    <w:p>
      <w:r>
        <w:rPr>
          <w:rFonts w:ascii="Courier New" w:hAnsi="Courier New"/>
          <w:color w:val="555555"/>
          <w:sz w:val="20"/>
        </w:rPr>
        <w:t>[5]</w:t>
      </w:r>
    </w:p>
    <w:p>
      <w:r>
        <w:rPr>
          <w:rFonts w:ascii="Gentium Plus" w:hAnsi="Gentium Plus"/>
          <w:sz w:val="24"/>
        </w:rPr>
        <w:t>δὲ τὴν Ἀταλάντην, καὶ πίθηκον τὸν Θερσίτην, οὐκ οἶδα ὅτου χάριν τήνδε τῶν δογμάτων τὴν ἀλογίαν ἐνθεῖναι τοῖς λόγοις κατα‐ δεξάμενος· δῆλος μέντοι ἐστὶ παίζων μᾶλλον ἢ σπουδάζων ἐν οἷς τὰς μετενσωματώσεις διέξεισι· πολλαχοῦ γὰρ τὰ ἐν Ἅιδου κο‐ λαστήρια δείκνυσιν. Ἐγὼ δ’ εἰς ταῦτα τρέψομαι πάλιν, ἵνα μὴ</w:t>
      </w:r>
    </w:p>
    <w:p>
      <w:r>
        <w:rPr>
          <w:rFonts w:ascii="Courier New" w:hAnsi="Courier New"/>
          <w:color w:val="555555"/>
          <w:sz w:val="20"/>
        </w:rPr>
        <w:t>[11 . 43]</w:t>
      </w:r>
    </w:p>
    <w:p>
      <w:r>
        <w:rPr>
          <w:rFonts w:ascii="Gentium Plus" w:hAnsi="Gentium Plus"/>
          <w:sz w:val="24"/>
        </w:rPr>
        <w:t>ἐπ’ ἐκείνων δὴ τῶν γελοίων τὸν φιλόσοφον καταλείπω λόγων. Ἀκούσατε τοίνυν αὐτοῦ λέγοντος· «Ἀλλ’ οὐ μέντοι σοι, ἦν δ’ ἐγώ, Ἀλκίνου γε ἀπόλογον ἐρῶ, ἀλλ’ ἀλκίμου μὲν ἀνδρός, Ἠρὸς τοῦ Ἀρμενίου, τὸ γένος δὲ Παμφύλου· ὃς ἐν τῷ πολέμῳ</w:t>
      </w:r>
    </w:p>
    <w:p>
      <w:r>
        <w:rPr>
          <w:rFonts w:ascii="Courier New" w:hAnsi="Courier New"/>
          <w:color w:val="555555"/>
          <w:sz w:val="20"/>
        </w:rPr>
        <w:t>[5]</w:t>
      </w:r>
    </w:p>
    <w:p>
      <w:r>
        <w:rPr>
          <w:rFonts w:ascii="Gentium Plus" w:hAnsi="Gentium Plus"/>
          <w:sz w:val="24"/>
        </w:rPr>
        <w:t>τελευτήσας, ἀναιρεθέντων δεκαταίων νεκρῶν ἤδη διεφθαρμένων,</w:t>
      </w:r>
    </w:p>
    <w:p>
      <w:r>
        <w:rPr>
          <w:rFonts w:ascii="Courier New" w:hAnsi="Courier New"/>
          <w:color w:val="555555"/>
          <w:sz w:val="20"/>
        </w:rPr>
        <w:t>[11 . 44]</w:t>
      </w:r>
    </w:p>
    <w:p>
      <w:r>
        <w:rPr>
          <w:rFonts w:ascii="Gentium Plus" w:hAnsi="Gentium Plus"/>
          <w:sz w:val="24"/>
        </w:rPr>
        <w:t>ἐκεῖ εἶδεν. Ἔφη δέ, ἐπειδὴ οἱ ἐκβῆναι τὴν ψυχήν, πορεύεσθαι ἤδη μετὰ πολλῶν, καὶ ἀφικνεῖσθαι σφᾶς εἰς τόπον τινὰ δαιμόνιον, ἐν ᾧ τῆς τε γῆς εἶναι δύο χάσματα ἐχόμενα ἀλλήλοιν, καὶ τοῦ οὐρανοῦ αὖ ἐν τῷ ἄνω ἄλλα καταντικρύ· δικαστὰς δὲ μεταξὺ τού‐</w:t>
      </w:r>
    </w:p>
    <w:p>
      <w:r>
        <w:rPr>
          <w:rFonts w:ascii="Courier New" w:hAnsi="Courier New"/>
          <w:color w:val="555555"/>
          <w:sz w:val="20"/>
        </w:rPr>
        <w:t>[5]</w:t>
      </w:r>
    </w:p>
    <w:p>
      <w:r>
        <w:rPr>
          <w:rFonts w:ascii="Gentium Plus" w:hAnsi="Gentium Plus"/>
          <w:sz w:val="24"/>
        </w:rPr>
        <w:t>των καθῆσθαι, οὕς, ἐπειδὰν δικάσαιεν, τοὺς μὲν δικαίους κελεύειν πορεύεσθαι τὴν εἰς δεξιάν τε καὶ ἄνω διὰ τοῦ οὐρανοῦ, σημεῖα περιρράψαντας τῶν δεδικασμένων ἐν τῷ πρόσθεν, τοὺς δὲ ἀδίκους τὴν εἰς ἀριστεράν τε καὶ κάτω, ἔχοντας καὶ τούτους ἐν τῷ ὄπισθεν σημεῖον ἁπάντων, ὧν ἔπραξαν. Αὐτοῦ δὲ προσελθόντος,</w:t>
      </w:r>
    </w:p>
    <w:p>
      <w:r>
        <w:rPr>
          <w:rFonts w:ascii="Courier New" w:hAnsi="Courier New"/>
          <w:color w:val="555555"/>
          <w:sz w:val="20"/>
        </w:rPr>
        <w:t>[10]</w:t>
      </w:r>
    </w:p>
    <w:p>
      <w:r>
        <w:rPr>
          <w:rFonts w:ascii="Gentium Plus" w:hAnsi="Gentium Plus"/>
          <w:sz w:val="24"/>
        </w:rPr>
        <w:t>εἰπεῖν, ὅτι δέοι αὐτὸν ἄγγελον ἀνθρώποις γενέσθαι τῶν ἐκεῖ, καὶ διακελεύεσθαι διακούειν τε καὶ θεᾶσθαι πάντα τὰ ἐν τῷ τόπῳ.»</w:t>
      </w:r>
    </w:p>
    <w:p>
      <w:r>
        <w:rPr>
          <w:rFonts w:ascii="Courier New" w:hAnsi="Courier New"/>
          <w:color w:val="555555"/>
          <w:sz w:val="20"/>
        </w:rPr>
        <w:t>[11 . 45]</w:t>
      </w:r>
    </w:p>
    <w:p>
      <w:r>
        <w:rPr>
          <w:rFonts w:ascii="Gentium Plus" w:hAnsi="Gentium Plus"/>
          <w:sz w:val="24"/>
        </w:rPr>
        <w:t>Οὗτοι ἀληθῶς ἄξιοι τῆς φιλοσοφίας οἱ λόγοι. Οὐ γὰρ εἰς ἀλό‐ γων σώματα καταπέμπουσι τὰς ψυχάς, ἀλλ’ εἰς οὐρανὸν μὲν τὰς εὖ βεβιωκυίας, κάτω δὲ εἰς Ἅιδου τὰς τἀναντία προελομένας. Δῆλος τοίνυν ἐστίν, ὡς ἐκεῖνα μὲν παίζων, ταῦτα δὲ λέγει</w:t>
      </w:r>
    </w:p>
    <w:p>
      <w:r>
        <w:rPr>
          <w:rFonts w:ascii="Courier New" w:hAnsi="Courier New"/>
          <w:color w:val="555555"/>
          <w:sz w:val="20"/>
        </w:rPr>
        <w:t>[5]</w:t>
      </w:r>
    </w:p>
    <w:p>
      <w:r>
        <w:rPr>
          <w:rFonts w:ascii="Gentium Plus" w:hAnsi="Gentium Plus"/>
          <w:sz w:val="24"/>
        </w:rPr>
        <w:t>σπουδάζων.</w:t>
      </w:r>
    </w:p>
    <w:p>
      <w:r>
        <w:rPr>
          <w:rFonts w:ascii="Courier New" w:hAnsi="Courier New"/>
          <w:color w:val="555555"/>
          <w:sz w:val="20"/>
        </w:rPr>
        <w:t>[11 . 46]</w:t>
      </w:r>
    </w:p>
    <w:p>
      <w:r>
        <w:rPr>
          <w:rFonts w:ascii="Gentium Plus" w:hAnsi="Gentium Plus"/>
          <w:sz w:val="24"/>
        </w:rPr>
        <w:t>Καὶ μέντοι καὶ ὁ Πλούταρχος, ἐν οἷς Περὶ ψυχῆς ἔγραψε,</w:t>
      </w:r>
    </w:p>
    <w:p>
      <w:r>
        <w:rPr>
          <w:rFonts w:ascii="Courier New" w:hAnsi="Courier New"/>
          <w:color w:val="555555"/>
          <w:sz w:val="20"/>
        </w:rPr>
        <w:t>[5]</w:t>
      </w:r>
    </w:p>
    <w:p>
      <w:r>
        <w:rPr>
          <w:rFonts w:ascii="Gentium Plus" w:hAnsi="Gentium Plus"/>
          <w:sz w:val="24"/>
        </w:rPr>
        <w:t>διηγουμένῳ. Ὡς γὰρ ἀβιώτως ἔχειν ἐδόκει τοῖς ἰατροῖς, ἀνε‐ νεχθεὶς μικρὸν ἔκ τινος οὐ βιαίου καταφορᾶς, ἄλλο μὲν οὔτε ἔπραξεν οὔτε εἶπε παρακινητικόν, ἔλεγε δὲ τεθνάναι καὶ πάλιν ἀφεῖσθαι καὶ μὴ τεθνήξεσθαι τὸ παράπαν ὑπὸ τῆς ἀρρωστίας ἐκείνης, ἀλλὰ καὶ κακῶς ἀκηκοέναι τοὺς ἀγαγόντας αὐτὸν ὑπὸ</w:t>
      </w:r>
    </w:p>
    <w:p>
      <w:r>
        <w:rPr>
          <w:rFonts w:ascii="Courier New" w:hAnsi="Courier New"/>
          <w:color w:val="555555"/>
          <w:sz w:val="20"/>
        </w:rPr>
        <w:t>[10]</w:t>
      </w:r>
    </w:p>
    <w:p>
      <w:r>
        <w:rPr>
          <w:rFonts w:ascii="Gentium Plus" w:hAnsi="Gentium Plus"/>
          <w:sz w:val="24"/>
        </w:rPr>
        <w:t>τοῦ κυρίου· πεμφθέντας γὰρ ἐπὶ Νικανδᾶν, αὐτὸν ἥκειν ἀντ’ ἐκείνου κομίζοντας· ὁ δὲ Νικανδᾶς ἦν σκυτοτόμος.» Λέγει δὲ καὶ ὡς, τοῦ Νικανδᾶ τελευτήσαντος, παραυτίκα ὁ Ἄντυλλος ἐρρώσθη.</w:t>
      </w:r>
    </w:p>
    <w:p>
      <w:r>
        <w:rPr>
          <w:rFonts w:ascii="Courier New" w:hAnsi="Courier New"/>
          <w:color w:val="555555"/>
          <w:sz w:val="20"/>
        </w:rPr>
        <w:t>[11 . 47]</w:t>
      </w:r>
    </w:p>
    <w:p>
      <w:r>
        <w:rPr>
          <w:rFonts w:ascii="Gentium Plus" w:hAnsi="Gentium Plus"/>
          <w:sz w:val="24"/>
        </w:rPr>
        <w:t>Ὁποῖα μὲν οὖν τῶν φιλοσόφων τὰ δόγματα, καὶ ὡς οἱ μὲν αὐτῶν τῇ γαστρὶ τὴν εὐδαιμονίαν ἐμέτρησαν, οἱ δὲ καὶ τελειοτέ‐ ρων ἥψαντο λόγων, καὶ οἱ μὲν μέχρι τῶν τάφων ἐνόμισαν εἶναι τῶν ἀνθρώπων τὸν βίον, οἱ δὲ καὶ τὰς τῶν βεβιωμένων ὠνειροπό‐</w:t>
      </w:r>
    </w:p>
    <w:p>
      <w:r>
        <w:rPr>
          <w:rFonts w:ascii="Courier New" w:hAnsi="Courier New"/>
          <w:color w:val="555555"/>
          <w:sz w:val="20"/>
        </w:rPr>
        <w:t>[5]</w:t>
      </w:r>
    </w:p>
    <w:p>
      <w:r>
        <w:rPr>
          <w:rFonts w:ascii="Gentium Plus" w:hAnsi="Gentium Plus"/>
          <w:sz w:val="24"/>
        </w:rPr>
        <w:t>λησαν ἀντιδόσεις καὶ ὑπέδειξαν, ὡς ἐνῆν τῷ λόγῳ, τὰ φρίκης γέμοντα κολαστήρια, οὐδὲ ταῦτα τῶν μύθων καταλελοιπότες ἐλεύθερα, δι’ ὧν εἰρήκαμεν, μεμαθήκατε. Ὥρα δὲ λοιπὸν ὑμᾶς</w:t>
      </w:r>
    </w:p>
    <w:p>
      <w:r>
        <w:rPr>
          <w:rFonts w:ascii="Courier New" w:hAnsi="Courier New"/>
          <w:color w:val="555555"/>
          <w:sz w:val="20"/>
        </w:rPr>
        <w:t>[11 . 48]</w:t>
      </w:r>
    </w:p>
    <w:p>
      <w:r>
        <w:rPr>
          <w:rFonts w:ascii="Gentium Plus" w:hAnsi="Gentium Plus"/>
          <w:sz w:val="24"/>
        </w:rPr>
        <w:t>καὶ τὰ θεοπρεπῆ τῶν ἱερῶν εὐαγγελίων δόγματα θεωρῆσαι.</w:t>
      </w:r>
    </w:p>
    <w:p>
      <w:r>
        <w:rPr>
          <w:rFonts w:ascii="Courier New" w:hAnsi="Courier New"/>
          <w:color w:val="555555"/>
          <w:sz w:val="20"/>
        </w:rPr>
        <w:t>[5]</w:t>
      </w:r>
    </w:p>
    <w:p>
      <w:r>
        <w:rPr>
          <w:rFonts w:ascii="Gentium Plus" w:hAnsi="Gentium Plus"/>
          <w:sz w:val="24"/>
        </w:rPr>
        <w:t>διακοσμούμενον βίον· «Μακάριοι» γάρ φησιν «οἱ ἄμωμοι ἐν ὁδῷ, οἱ πορευόμενοι ἐν νόμῳ Κυρίου· μακάριοι οἱ ἐξερευνῶντες</w:t>
      </w:r>
    </w:p>
    <w:p>
      <w:r>
        <w:rPr>
          <w:rFonts w:ascii="Courier New" w:hAnsi="Courier New"/>
          <w:color w:val="555555"/>
          <w:sz w:val="20"/>
        </w:rPr>
        <w:t>[11 . 49]</w:t>
      </w:r>
    </w:p>
    <w:p>
      <w:r>
        <w:rPr>
          <w:rFonts w:ascii="Gentium Plus" w:hAnsi="Gentium Plus"/>
          <w:sz w:val="24"/>
        </w:rPr>
        <w:t>τὰ μαρτύρια αὐτοῦ· ἐν ὅλῃ καρδίᾳ ἐκζητήσουσιν αὐτόν.» Τοῦτο δὲ κἀν τοῖς θείοις εὐαγγελίοις ὁ τῶν ὅλων Σωτὴρ ἐξεπαίδευσεν. Μακαρίζει γὰρ οὐ τοὺς πλουτοῦντας καὶ τρυφῶντας καὶ κατὰ ῥοῦν φερομένους, ἀλλὰ τοὺς πτωχοὺς τῷ πνεύματι καὶ τοὺς</w:t>
      </w:r>
    </w:p>
    <w:p>
      <w:r>
        <w:rPr>
          <w:rFonts w:ascii="Courier New" w:hAnsi="Courier New"/>
          <w:color w:val="555555"/>
          <w:sz w:val="20"/>
        </w:rPr>
        <w:t>[5]</w:t>
      </w:r>
    </w:p>
    <w:p>
      <w:r>
        <w:rPr>
          <w:rFonts w:ascii="Gentium Plus" w:hAnsi="Gentium Plus"/>
          <w:sz w:val="24"/>
        </w:rPr>
        <w:t>πραεῖς καὶ τοὺς ἐλεήμονας καὶ τοὺς πεινῶντας καὶ διψῶντας τὴν δικαιοσύνην καὶ τοὺς ὑπὲρ ἀγαθοῦ τινος κακῶς πάσχειν ἀνεχομέ‐ νους, καὶ τοῖς ταῦτα καὶ τὰ τοιαῦτα κατορθοῦσιν ὑπισχνεῖται τῶν</w:t>
      </w:r>
    </w:p>
    <w:p>
      <w:r>
        <w:rPr>
          <w:rFonts w:ascii="Courier New" w:hAnsi="Courier New"/>
          <w:color w:val="555555"/>
          <w:sz w:val="20"/>
        </w:rPr>
        <w:t>[11 . 50]</w:t>
      </w:r>
    </w:p>
    <w:p>
      <w:r>
        <w:rPr>
          <w:rFonts w:ascii="Gentium Plus" w:hAnsi="Gentium Plus"/>
          <w:sz w:val="24"/>
        </w:rPr>
        <w:t>οὐρανῶν τὴν βασιλείαν. Προύργου δὲ οἶμαι καὶ αὐτοὺς ὑμῖν τοὺς ἐν εὐφημίας εἴδει γραφέντας ἀναγνῶναι νόμους· «Μακά‐ ριοι οἱ πτωχοὶ τῷ πνεύματι, ὅτι αὐτῶν ἐστιν ἡ βασιλεία τῶν οὐρανῶν. Μακάριοι οἱ πραεῖς, ὅτι αὐτοὶ κληρονομήσουσι τὴν</w:t>
      </w:r>
    </w:p>
    <w:p>
      <w:r>
        <w:rPr>
          <w:rFonts w:ascii="Courier New" w:hAnsi="Courier New"/>
          <w:color w:val="555555"/>
          <w:sz w:val="20"/>
        </w:rPr>
        <w:t>[5]</w:t>
      </w:r>
    </w:p>
    <w:p>
      <w:r>
        <w:rPr>
          <w:rFonts w:ascii="Gentium Plus" w:hAnsi="Gentium Plus"/>
          <w:sz w:val="24"/>
        </w:rPr>
        <w:t>γῆν. Μακάριοι οἱ πεινῶντες καὶ διψῶντες τὴν δικαιοσύνην, ὅτι αὐτοὶ χορτασθήσονται. Μακάριοι οἱ ἐλεήμονες, ὅτι αὐτοὶ ἐλεηθή‐ σονται. Μακάριοι οἱ καθαροὶ τῇ καρδίᾳ, ὅτι αὐτοὶ τὸν Θεὸν ὄψονται. Μακάριοι οἱ εἰρηνοποιοί, ὅτι αὐτοὶ υἱοὶ Θεοῦ κληθή‐ σονται. Μακάριοι οἱ δεδιωγμένοι ἕνεκεν δικαιοσύνης, ὅτι αὐτῶν</w:t>
      </w:r>
    </w:p>
    <w:p>
      <w:r>
        <w:rPr>
          <w:rFonts w:ascii="Courier New" w:hAnsi="Courier New"/>
          <w:color w:val="555555"/>
          <w:sz w:val="20"/>
        </w:rPr>
        <w:t>[11 . 51]</w:t>
      </w:r>
    </w:p>
    <w:p>
      <w:r>
        <w:rPr>
          <w:rFonts w:ascii="Gentium Plus" w:hAnsi="Gentium Plus"/>
          <w:sz w:val="24"/>
        </w:rPr>
        <w:t>ἐστιν ἡ βασιλεία τῶν οὐρανῶν.» Καὶ τἄλλα δέ, ὦ ἄνδρες, τὴν αὐτὴν ἔχει διάνοιαν· ἀλλ’ ἀρκεῖ καὶ ταῦτα δηλῶσαι τὸν τοῦ νομοθέτου σκοπόν, καὶ πρὸς ποῖον ἡμᾶς ἀφορᾶν ἐδίδαξε τέλος. Οὔτε γὰρ πλοῦτον καραδοκεῖν ἐκέλευσεν οὔτε σώματος ὥραν καὶ</w:t>
      </w:r>
    </w:p>
    <w:p>
      <w:r>
        <w:rPr>
          <w:rFonts w:ascii="Courier New" w:hAnsi="Courier New"/>
          <w:color w:val="555555"/>
          <w:sz w:val="20"/>
        </w:rPr>
        <w:t>[5]</w:t>
      </w:r>
    </w:p>
    <w:p>
      <w:r>
        <w:rPr>
          <w:rFonts w:ascii="Gentium Plus" w:hAnsi="Gentium Plus"/>
          <w:sz w:val="24"/>
        </w:rPr>
        <w:t>ὑγείαν, ἀλλὰ τῆς ἀρετῆς τοὺς ἱδρῶτας καὶ τοὺς ὑπὲρ ταύτης</w:t>
      </w:r>
    </w:p>
    <w:p>
      <w:r>
        <w:rPr>
          <w:rFonts w:ascii="Courier New" w:hAnsi="Courier New"/>
          <w:color w:val="555555"/>
          <w:sz w:val="20"/>
        </w:rPr>
        <w:t>[11 . 52]</w:t>
      </w:r>
    </w:p>
    <w:p>
      <w:r>
        <w:rPr>
          <w:rFonts w:ascii="Gentium Plus" w:hAnsi="Gentium Plus"/>
          <w:sz w:val="24"/>
        </w:rPr>
        <w:t>κινδύνους καὶ τὰ μέγιστα αὐτῆς ἆθλα καὶ ἄρρητα. Τίς γὰρ ἱκα‐</w:t>
      </w:r>
    </w:p>
    <w:p>
      <w:r>
        <w:rPr>
          <w:rFonts w:ascii="Courier New" w:hAnsi="Courier New"/>
          <w:color w:val="555555"/>
          <w:sz w:val="20"/>
        </w:rPr>
        <w:t>[5]</w:t>
      </w:r>
    </w:p>
    <w:p>
      <w:r>
        <w:rPr>
          <w:rFonts w:ascii="Gentium Plus" w:hAnsi="Gentium Plus"/>
          <w:sz w:val="24"/>
        </w:rPr>
        <w:t>καὶ οὖς οὐκ ἤκουσε, καὶ ἐπὶ καρδίαν ἀνθρώπου οὐκ ἀνέβη, ἃ ἡτοίμασεν ὁ Θεὸς τοῖς ἀγαπῶσιν αὐτόν.» Εἰ δὲ ὁ τούτων αὐτό‐ πτης οὐκ ἴσχυσεν εἰπεῖν, ἅπερ ἰδεῖν ἠξιώθη, σχολῇ γ’ ἂν ἄλλος</w:t>
      </w:r>
    </w:p>
    <w:p>
      <w:r>
        <w:rPr>
          <w:rFonts w:ascii="Courier New" w:hAnsi="Courier New"/>
          <w:color w:val="555555"/>
          <w:sz w:val="20"/>
        </w:rPr>
        <w:t>[11 . 53]</w:t>
      </w:r>
    </w:p>
    <w:p>
      <w:r>
        <w:rPr>
          <w:rFonts w:ascii="Gentium Plus" w:hAnsi="Gentium Plus"/>
          <w:sz w:val="24"/>
        </w:rPr>
        <w:t>τῶν ἀφράστων κατατολμήσοι. Ὅτι δὲ καὶ οὗτος τέλος ὡρίσατο τῶν ἀγαθῶν τὴν ζωὴν τὴν αἰώνιον, ἀκούσατε αὐτοῦ Ῥωμαίοις γράφοντος· «Ὅτε γὰρ ἦτε δοῦλοι τῆς ἁμαρτίας, ἐλεύθεροι ἦτε τῇ δικαιοσύνῃ. Τίνα οὖν καρπὸν εἴχετε τότε, ἐφ’ οἷς νῦν ἐπαι‐</w:t>
      </w:r>
    </w:p>
    <w:p>
      <w:r>
        <w:rPr>
          <w:rFonts w:ascii="Courier New" w:hAnsi="Courier New"/>
          <w:color w:val="555555"/>
          <w:sz w:val="20"/>
        </w:rPr>
        <w:t>[5]</w:t>
      </w:r>
    </w:p>
    <w:p>
      <w:r>
        <w:rPr>
          <w:rFonts w:ascii="Gentium Plus" w:hAnsi="Gentium Plus"/>
          <w:sz w:val="24"/>
        </w:rPr>
        <w:t>σχύνεσθε; Τὸ μὲν γὰρ τέλος ἐκείνων θάνατος· νυνὶ δέ, ἐλευθε‐ ρωθέντες ἀπὸ τῆς ἁμαρτίας, δουλωθέντες δὲ τῷ Θεῷ, ἔχετε τὸν καρπὸν ὑμῶν εἰς ἁγιασμόν, τὸ δὲ τέλος ζωὴν αἰώνιον. Τὰ γὰρ ὀψώνια τῆς ἁμαρτίας θάνατος· τὸ δὲ χάρισμα τοῦ Θεοῦ ζωὴ αἰώνιος ἐν Χριστῷ Ἰησοῦ τῷ κυρίῳ ἡμῶν.» Ἀρκεῖ μέν, φησί,</w:t>
      </w:r>
    </w:p>
    <w:p>
      <w:r>
        <w:rPr>
          <w:rFonts w:ascii="Courier New" w:hAnsi="Courier New"/>
          <w:color w:val="555555"/>
          <w:sz w:val="20"/>
        </w:rPr>
        <w:t>[11 . 54]</w:t>
      </w:r>
    </w:p>
    <w:p>
      <w:r>
        <w:rPr>
          <w:rFonts w:ascii="Gentium Plus" w:hAnsi="Gentium Plus"/>
          <w:sz w:val="24"/>
        </w:rPr>
        <w:t>καὶ αὐτὴ καθ’ ἑαυτὴν ἡ τῆς ἐλευθερίας δωρεὰ τὸν τῆς εὐσεβείας ὑμῖν ἐπιδεῖξαι καρπόν, ἐκ φιλοτιμίας δὲ ὅμως ὁ φιλόδωρος καὶ μεγαλόδωρος Κύριος καὶ τὴν αἰώνιον ὑμῖν δωρεῖται ζωήν, ἵνα ἁμαρτίας καὶ δικαιοσύνης τὸ διάφορον καταμάθητε. Ἡ μὲν γὰρ</w:t>
      </w:r>
    </w:p>
    <w:p>
      <w:r>
        <w:rPr>
          <w:rFonts w:ascii="Courier New" w:hAnsi="Courier New"/>
          <w:color w:val="555555"/>
          <w:sz w:val="20"/>
        </w:rPr>
        <w:t>[11 . 55]</w:t>
      </w:r>
    </w:p>
    <w:p>
      <w:r>
        <w:rPr>
          <w:rFonts w:ascii="Gentium Plus" w:hAnsi="Gentium Plus"/>
          <w:sz w:val="24"/>
        </w:rPr>
        <w:t>τέλος ἔσχε τὸν θάνατον, ἡ δὲ τὴν ζωὴν τὴν αἰώνιον. Εἶτα μετὰ πλεῖστα καὶ τὸ μέγιστον ἐπιδείκνυσι τῶν δωρεῶν· «Ὅσοι γάρ» φησι «πνεύματι Θεοῦ ἄγονται, οὗτοί εἰσιν υἱοὶ Θεοῦ· οὐ γὰρ ἐλάβετε πνεῦμα δουλείας πάλιν εἰς φόβον, ἀλλ’ ἐλάβετε πνεῦμα</w:t>
      </w:r>
    </w:p>
    <w:p>
      <w:r>
        <w:rPr>
          <w:rFonts w:ascii="Courier New" w:hAnsi="Courier New"/>
          <w:color w:val="555555"/>
          <w:sz w:val="20"/>
        </w:rPr>
        <w:t>[5]</w:t>
      </w:r>
    </w:p>
    <w:p>
      <w:r>
        <w:rPr>
          <w:rFonts w:ascii="Gentium Plus" w:hAnsi="Gentium Plus"/>
          <w:sz w:val="24"/>
        </w:rPr>
        <w:t>υἱοθεσίας, ἐν ᾧ κράζομεν Ἀββᾶ ὁ πατήρ· αὐτὸ τὸ πνεῦμα συμ‐ μαρτυρεῖ τῷ πνεύματι ἡμῶν, ὅτι ἐσμὲν τέκνα Θεοῦ. Εἰ δὲ τέκνα, καὶ κληρονόμοι· κληρονόμοι μὲν Θεοῦ, συγκληρονόμοι δὲ</w:t>
      </w:r>
    </w:p>
    <w:p>
      <w:r>
        <w:rPr>
          <w:rFonts w:ascii="Courier New" w:hAnsi="Courier New"/>
          <w:color w:val="555555"/>
          <w:sz w:val="20"/>
        </w:rPr>
        <w:t>[11 . 56]</w:t>
      </w:r>
    </w:p>
    <w:p>
      <w:r>
        <w:rPr>
          <w:rFonts w:ascii="Gentium Plus" w:hAnsi="Gentium Plus"/>
          <w:sz w:val="24"/>
        </w:rPr>
        <w:t>Χριστοῦ, εἴπερ συμπάσχομεν, ἵνα καὶ συνδοξασθῶμεν.» Καὶ Γαλάταις δὲ ἐπιστέλλων τὰ παραπλήσια ἔφη· «Ὥστε οὐκέτι εἶ δοῦλος, ἀλλὰ υἱός· εἰ δὲ υἱός, καὶ κληρονόμος Θεοῦ διὰ Χρισ‐ τοῦ.» Καὶ Τιμοθέῳ δὲ τὴν αὐτὴν διάνοιαν γέγραφεν· «Πιστὸς</w:t>
      </w:r>
    </w:p>
    <w:p>
      <w:r>
        <w:rPr>
          <w:rFonts w:ascii="Courier New" w:hAnsi="Courier New"/>
          <w:color w:val="555555"/>
          <w:sz w:val="20"/>
        </w:rPr>
        <w:t>[5]</w:t>
      </w:r>
    </w:p>
    <w:p>
      <w:r>
        <w:rPr>
          <w:rFonts w:ascii="Gentium Plus" w:hAnsi="Gentium Plus"/>
          <w:sz w:val="24"/>
        </w:rPr>
        <w:t>ὁ λόγος· εἰ γὰρ συναπεθάνομεν, καὶ συζήσομεν· εἰ ὑπομένομεν,</w:t>
      </w:r>
    </w:p>
    <w:p>
      <w:r>
        <w:rPr>
          <w:rFonts w:ascii="Courier New" w:hAnsi="Courier New"/>
          <w:color w:val="555555"/>
          <w:sz w:val="20"/>
        </w:rPr>
        <w:t>[11 . 57]</w:t>
      </w:r>
    </w:p>
    <w:p>
      <w:r>
        <w:rPr>
          <w:rFonts w:ascii="Gentium Plus" w:hAnsi="Gentium Plus"/>
          <w:sz w:val="24"/>
        </w:rPr>
        <w:t>καὶ συμβασιλεύσομεν.» Καὶ ἄλλην δὲ γράψας αὐτῷ ἐπιστολήν, καὶ ταῦτα ἐντέθεικεν· «Ἐγὼ γὰρ ἤδη σπένδομαι· καὶ ὁ καιρὸς τῆς ἀναλύσεώς μου ἐφέστηκεν. Τὸν καλὸν ἀγῶνα ἠγώνισμαι, τὸν δρόμον τετέλεκα, τὴν πίστιν τετήρηκα· λοιπὸν ἀπόκειταί μοι ὁ</w:t>
      </w:r>
    </w:p>
    <w:p>
      <w:r>
        <w:rPr>
          <w:rFonts w:ascii="Courier New" w:hAnsi="Courier New"/>
          <w:color w:val="555555"/>
          <w:sz w:val="20"/>
        </w:rPr>
        <w:t>[5]</w:t>
      </w:r>
    </w:p>
    <w:p>
      <w:r>
        <w:rPr>
          <w:rFonts w:ascii="Gentium Plus" w:hAnsi="Gentium Plus"/>
          <w:sz w:val="24"/>
        </w:rPr>
        <w:t>τῆς δικαιοσύνης στέφανος, ὃν ἀποδώσει μοι ὁ Κύριος ἐν ἐκείνῃ τῇ ἡμέρᾳ ὁ δίκαιος κριτής, οὐ μόνον δὲ ἐμοί, ἀλλὰ καὶ πᾶσι τοῖς ἠγαπηκόσι τὴν ἐπιφάνειαν αὐτοῦ.»</w:t>
      </w:r>
    </w:p>
    <w:p>
      <w:r>
        <w:rPr>
          <w:rFonts w:ascii="Courier New" w:hAnsi="Courier New"/>
          <w:color w:val="555555"/>
          <w:sz w:val="20"/>
        </w:rPr>
        <w:t>[11 . 58]</w:t>
      </w:r>
    </w:p>
    <w:p>
      <w:r>
        <w:rPr>
          <w:rFonts w:ascii="Gentium Plus" w:hAnsi="Gentium Plus"/>
          <w:sz w:val="24"/>
        </w:rPr>
        <w:t>Οὗτος καὶ περὶ τῆς τῶν σωμάτων ἀναστάσεως καὶ Κορινθίοις καὶ Θεσσαλονικεῦσι καὶ Φιλιππησίοις καὶ πολλοῖς ἄλλοις ἐπέ‐ στειλεν. Καὶ νῦν μέν, φησί, «σπείρεται ἐν φθορᾷ, ἐγείρεται ἐν ἀφθαρσίᾳ· σπείρεται ἐν ἀτιμίᾳ, ἐγείρεται ἐν δόξῃ· σπείρεται</w:t>
      </w:r>
    </w:p>
    <w:p>
      <w:r>
        <w:rPr>
          <w:rFonts w:ascii="Courier New" w:hAnsi="Courier New"/>
          <w:color w:val="555555"/>
          <w:sz w:val="20"/>
        </w:rPr>
        <w:t>[5]</w:t>
      </w:r>
    </w:p>
    <w:p>
      <w:r>
        <w:rPr>
          <w:rFonts w:ascii="Gentium Plus" w:hAnsi="Gentium Plus"/>
          <w:sz w:val="24"/>
        </w:rPr>
        <w:t>ἐν ἀσθενείᾳ, ἐγείρεται ἐν δυνάμει· σπείρεται σῶμα ψυχικόν, ἐγεί‐</w:t>
      </w:r>
    </w:p>
    <w:p>
      <w:r>
        <w:rPr>
          <w:rFonts w:ascii="Courier New" w:hAnsi="Courier New"/>
          <w:color w:val="555555"/>
          <w:sz w:val="20"/>
        </w:rPr>
        <w:t>[11 . 59]</w:t>
      </w:r>
    </w:p>
    <w:p>
      <w:r>
        <w:rPr>
          <w:rFonts w:ascii="Gentium Plus" w:hAnsi="Gentium Plus"/>
          <w:sz w:val="24"/>
        </w:rPr>
        <w:t>ρεται σῶμα πνευματικόν.» Αὖθις δέ· «Σαλπίσει γάρ, καὶ οἱ νεκροὶ ἐγερθήσονται ἄφθαρτοι, καὶ ἡμεῖς ἀλλαγησόμεθα· δεῖ γὰρ τὸ φθαρτὸν τοῦτο ἐνδύσασθαι ἀφθαρσίαν, καὶ τὸ θνητὸν τοῦτο ἐνδύσασθαι ἀθανασίαν.» Καὶ πάλιν· «Ἡμῶν δὲ τὸ πολίτευμα ἐν</w:t>
      </w:r>
    </w:p>
    <w:p>
      <w:r>
        <w:rPr>
          <w:rFonts w:ascii="Courier New" w:hAnsi="Courier New"/>
          <w:color w:val="555555"/>
          <w:sz w:val="20"/>
        </w:rPr>
        <w:t>[5]</w:t>
      </w:r>
    </w:p>
    <w:p>
      <w:r>
        <w:rPr>
          <w:rFonts w:ascii="Gentium Plus" w:hAnsi="Gentium Plus"/>
          <w:sz w:val="24"/>
        </w:rPr>
        <w:t>οὐρανοῖς ὑπάρχει· ἐξ οὗ καὶ σωτῆρα ἀπεκδεχόμεθα κύριον Ἰησοῦν, ὃς μετασχηματίσει τὸ σῶμα τῆς ταπεινώσεως ἡμῶν εἰς</w:t>
      </w:r>
    </w:p>
    <w:p>
      <w:r>
        <w:rPr>
          <w:rFonts w:ascii="Courier New" w:hAnsi="Courier New"/>
          <w:color w:val="555555"/>
          <w:sz w:val="20"/>
        </w:rPr>
        <w:t>[11 . 60]</w:t>
      </w:r>
    </w:p>
    <w:p>
      <w:r>
        <w:rPr>
          <w:rFonts w:ascii="Gentium Plus" w:hAnsi="Gentium Plus"/>
          <w:sz w:val="24"/>
        </w:rPr>
        <w:t>Καὶ αὐτὸς δὲ ὁ Κύριος πρὸς τοὺς Ἰουδαίους ἔφη· «Ὅτι υἱὸς ἀνθρώπου ἐστί, μὴ θαυμάζετε τοῦτο· ὅτι ἔρχεται ὥρα, ἐν ᾗ πάντες οἱ ἐν τοῖς μνημείοις ἀκούσονται τῆς φωνῆς αὐτοῦ, καὶ ἐκπορεύσονται οἱ τὰ ἀγαθὰ ποιήσαντες εἰς ἀνάστασιν ζωῆς, οἱ</w:t>
      </w:r>
    </w:p>
    <w:p>
      <w:r>
        <w:rPr>
          <w:rFonts w:ascii="Courier New" w:hAnsi="Courier New"/>
          <w:color w:val="555555"/>
          <w:sz w:val="20"/>
        </w:rPr>
        <w:t>[11 . 61]</w:t>
      </w:r>
    </w:p>
    <w:p>
      <w:r>
        <w:rPr>
          <w:rFonts w:ascii="Gentium Plus" w:hAnsi="Gentium Plus"/>
          <w:sz w:val="24"/>
        </w:rPr>
        <w:t>δὲ τὰ φαῦλα πράξαντες εἰς ἀνάστασιν κρίσεως.» Καὶ πάλιν, τὰ περὶ τοῦ κοινοῦ διηγούμενος τέλους, καὶ ταῦτα προστέθεικεν· «Εὐθέως δὲ μετὰ τὴν θλίψιν τῶν ἡμερῶν ἐκείνων ὁ ἥλιος σκο‐ τισθήσεται, καὶ ἡ σελήνη οὐ δώσει τὸ φέγγος αὐτῆς, καὶ οἱ</w:t>
      </w:r>
    </w:p>
    <w:p>
      <w:r>
        <w:rPr>
          <w:rFonts w:ascii="Courier New" w:hAnsi="Courier New"/>
          <w:color w:val="555555"/>
          <w:sz w:val="20"/>
        </w:rPr>
        <w:t>[5]</w:t>
      </w:r>
    </w:p>
    <w:p>
      <w:r>
        <w:rPr>
          <w:rFonts w:ascii="Gentium Plus" w:hAnsi="Gentium Plus"/>
          <w:sz w:val="24"/>
        </w:rPr>
        <w:t>ἀστέρες πεσοῦνται ἀπὸ τοῦ οὐρανοῦ, καὶ αἱ δυνάμεις τῶν οὐρα‐ νῶν σαλευθήσονται· καὶ τότε φανήσεται τὸ σημεῖον τοῦ υἱοῦ τοῦ ἀνθρώπου ἐν τῷ οὐρανῷ· καὶ τότε κόψονται πᾶσαι αἱ φυλαὶ τῆς γῆς.» Διὰ δὲ τούτων δηλοῖ τῶν ἠπιστηκότων τὸν θρῆνον. Εἶτα</w:t>
      </w:r>
    </w:p>
    <w:p>
      <w:r>
        <w:rPr>
          <w:rFonts w:ascii="Courier New" w:hAnsi="Courier New"/>
          <w:color w:val="555555"/>
          <w:sz w:val="20"/>
        </w:rPr>
        <w:t>[11 . 62]</w:t>
      </w:r>
    </w:p>
    <w:p>
      <w:r>
        <w:rPr>
          <w:rFonts w:ascii="Gentium Plus" w:hAnsi="Gentium Plus"/>
          <w:sz w:val="24"/>
        </w:rPr>
        <w:t>τὴν περὶ τῶν παρθένων παραβολὴν εἰπών, καὶ ὡς αἱ μὲν εἰσῆλθον εἰς τὸν νυμφῶνα φέρουσαι τὰς λαμπάδας, αἱ δὲ μωραὶ τῆς παστά‐ δος ἀπεστερήθησαν, ἐπειδήπερ αἱ λαμπάδες ἐσβέσθησαν, προσθεὶς δὲ καὶ τὰ τῶν ταλάντων καὶ τῶν οἰκετῶν τῶν σπουδαίων καὶ τοῦ</w:t>
      </w:r>
    </w:p>
    <w:p>
      <w:r>
        <w:rPr>
          <w:rFonts w:ascii="Courier New" w:hAnsi="Courier New"/>
          <w:color w:val="555555"/>
          <w:sz w:val="20"/>
        </w:rPr>
        <w:t>[5]</w:t>
      </w:r>
    </w:p>
    <w:p>
      <w:r>
        <w:rPr>
          <w:rFonts w:ascii="Gentium Plus" w:hAnsi="Gentium Plus"/>
          <w:sz w:val="24"/>
        </w:rPr>
        <w:t>ἀργοῦ τοῦ τὸ τάλαντον κατακρύψαντος καὶ τῷ ἐξωτάτῳ σκότει</w:t>
      </w:r>
    </w:p>
    <w:p>
      <w:r>
        <w:rPr>
          <w:rFonts w:ascii="Courier New" w:hAnsi="Courier New"/>
          <w:color w:val="555555"/>
          <w:sz w:val="20"/>
        </w:rPr>
        <w:t>[11 . 63]</w:t>
      </w:r>
    </w:p>
    <w:p>
      <w:r>
        <w:rPr>
          <w:rFonts w:ascii="Gentium Plus" w:hAnsi="Gentium Plus"/>
          <w:sz w:val="24"/>
        </w:rPr>
        <w:t>παραπεμφθέντος, ἐπήγαγεν· «Ὅταν δὲ ἔλθῃ ὁ υἱὸς τοῦ ἀνθρώ‐ που ἐν τῇ δόξῃ αὐτοῦ, καὶ πάντες οἱ ἅγιοι ἄγγελοι αὐτοῦ μετ’ αὐτοῦ, τότε καθήσεται ἐπὶ θρόνου δόξης αὐτοῦ, καὶ συναχθήσονται ἔμπροσθεν αὐτοῦ πάντα τὰ ἔθνη. Καὶ ἀφορίσει αὐτοὺς ἀπ’ ἀλλή‐</w:t>
      </w:r>
    </w:p>
    <w:p>
      <w:r>
        <w:rPr>
          <w:rFonts w:ascii="Courier New" w:hAnsi="Courier New"/>
          <w:color w:val="555555"/>
          <w:sz w:val="20"/>
        </w:rPr>
        <w:t>[5]</w:t>
      </w:r>
    </w:p>
    <w:p>
      <w:r>
        <w:rPr>
          <w:rFonts w:ascii="Gentium Plus" w:hAnsi="Gentium Plus"/>
          <w:sz w:val="24"/>
        </w:rPr>
        <w:t>λων, ὥσπερ ὁ ποιμὴν ἀφορίζει τὰ πρόβατα ἀπὸ τῶν ἐρίφων· καὶ στήσει τὰ μὲν πρόβατα ἐκ δεξιῶν αὐτοῦ, τὰ δὲ ἐρίφια ἐξ εὐωνύ‐ μων. Τότε ἐρεῖ ὁ βασιλεὺς τοῖς ἐκ δεξιῶν αὐτοῦ· δεῦτε οἱ εὐλο‐ γημένοι τοῦ πατρός μου, κληρονομήσατε τὴν ἡτοιμασμένην ὑμῖν βασιλείαν ἀπὸ καταβολῆς κόσμου· ἐπείνασα γάρ, καὶ ἐδώκατέ μοι</w:t>
      </w:r>
    </w:p>
    <w:p>
      <w:r>
        <w:rPr>
          <w:rFonts w:ascii="Courier New" w:hAnsi="Courier New"/>
          <w:color w:val="555555"/>
          <w:sz w:val="20"/>
        </w:rPr>
        <w:t>[10]</w:t>
      </w:r>
    </w:p>
    <w:p>
      <w:r>
        <w:rPr>
          <w:rFonts w:ascii="Gentium Plus" w:hAnsi="Gentium Plus"/>
          <w:sz w:val="24"/>
        </w:rPr>
        <w:t>φαγεῖν· ἐδίψησα, καὶ ἐποτίσατέ με· ξένος ἤμην, καὶ συνηγάγετέ</w:t>
      </w:r>
    </w:p>
    <w:p>
      <w:r>
        <w:rPr>
          <w:rFonts w:ascii="Courier New" w:hAnsi="Courier New"/>
          <w:color w:val="555555"/>
          <w:sz w:val="20"/>
        </w:rPr>
        <w:t>[11 . 64]</w:t>
      </w:r>
    </w:p>
    <w:p>
      <w:r>
        <w:rPr>
          <w:rFonts w:ascii="Gentium Plus" w:hAnsi="Gentium Plus"/>
          <w:sz w:val="24"/>
        </w:rPr>
        <w:t>ἐν φυλακῇ ἤμην, καὶ ἤλθετε πρός με.» Ἐκείνων δὲ φάντων μηδέν τι τούτων πώποτε δεδρακέναι—ἴδιον γὰρ τὸ μετριάζειν τῶν τῆς ἀρετῆς ἀθλητῶν καὶ κατακρύπτειν τὸν πλοῦτον— «ἐρεῖ» φησι «πρὸς αὐτοὺς ὁ βασιλεύς· ἀμὴν λέγω ὑμῖν, ἐφ’</w:t>
      </w:r>
    </w:p>
    <w:p>
      <w:r>
        <w:rPr>
          <w:rFonts w:ascii="Courier New" w:hAnsi="Courier New"/>
          <w:color w:val="555555"/>
          <w:sz w:val="20"/>
        </w:rPr>
        <w:t>[5]</w:t>
      </w:r>
    </w:p>
    <w:p>
      <w:r>
        <w:rPr>
          <w:rFonts w:ascii="Gentium Plus" w:hAnsi="Gentium Plus"/>
          <w:sz w:val="24"/>
        </w:rPr>
        <w:t>ὅσον ἐποιήσατε ἑνὶ τούτων τῶν ἀδελφῶν μου τῶν ἐλαχίστων τῶν πιστευόντων εἰς ἐμέ, ἐμοὶ ἐποιήσατε.» Οὕτω τούτους ἀνακηρύ‐ ξας καὶ δεδωκὼς τὰ γέρα τῶν πόνων, «ἐρεῖ» φησι «καὶ τοῖς ἐξ εὐωνύμων· πορεύεσθε ἀπ’ ἐμοῦ οἱ κατηραμένοι εἰς τὸ πῦρ τὸ αἰώνιον τὸ ἡτοιμασμένον τῷ διαβόλῳ καὶ τοῖς ἀγγέλοις αὐτοῦ.»</w:t>
      </w:r>
    </w:p>
    <w:p>
      <w:r>
        <w:rPr>
          <w:rFonts w:ascii="Courier New" w:hAnsi="Courier New"/>
          <w:color w:val="555555"/>
          <w:sz w:val="20"/>
        </w:rPr>
        <w:t>[11 . 65]</w:t>
      </w:r>
    </w:p>
    <w:p>
      <w:r>
        <w:rPr>
          <w:rFonts w:ascii="Gentium Plus" w:hAnsi="Gentium Plus"/>
          <w:sz w:val="24"/>
        </w:rPr>
        <w:t>Δήλας δὲ καὶ τούτοις τῶν τιμωριῶν τὰς αἰτίας ποιεῖ· οὐδεὶς γὰρ ἔδρασεν ἐκείνων, ἃ τῶν δικαίων ἐπετέλεσεν ὁ χορός, καὶ οὐδὲ τὴν ἐσχάτην ἐκείνων ζηλοῦσιν εὐλάβειαν. Ἐκεῖνοι μὲν γάρ, πάντα ἐκεῖνα πεποιηκότες, ἠρνήθησαν· οὗτοι δέ, καὶ μὴ δεδρα‐</w:t>
      </w:r>
    </w:p>
    <w:p>
      <w:r>
        <w:rPr>
          <w:rFonts w:ascii="Courier New" w:hAnsi="Courier New"/>
          <w:color w:val="555555"/>
          <w:sz w:val="20"/>
        </w:rPr>
        <w:t>[5]</w:t>
      </w:r>
    </w:p>
    <w:p>
      <w:r>
        <w:rPr>
          <w:rFonts w:ascii="Gentium Plus" w:hAnsi="Gentium Plus"/>
          <w:sz w:val="24"/>
        </w:rPr>
        <w:t>κότες, πεποιηκέναι φασίν· ἀλλὰ καὶ τὸν ἔλεγχον δέξονται καὶ τῇ τιμωρίᾳ παραδοθήσονται.</w:t>
      </w:r>
    </w:p>
    <w:p>
      <w:r>
        <w:rPr>
          <w:rFonts w:ascii="Courier New" w:hAnsi="Courier New"/>
          <w:color w:val="555555"/>
          <w:sz w:val="20"/>
        </w:rPr>
        <w:t>[11 . 66]</w:t>
      </w:r>
    </w:p>
    <w:p>
      <w:r>
        <w:rPr>
          <w:rFonts w:ascii="Gentium Plus" w:hAnsi="Gentium Plus"/>
          <w:sz w:val="24"/>
        </w:rPr>
        <w:t>Ταῦτα, ὦ ἄνδρες, παραβάλετε τοῖς ἐπαινουμένοις τοῦ Πλά‐ τωνος λόγοις. Ὁ γάρ τοι ἄλλος λῆρος καὶ τοῦδε καὶ τῶν ἄλλων τοῦ σκότους ἐκείνου γε ἄξιος· ἃ δέ γε καὶ ἡμεῖς ἐπῃνέσαμεν,</w:t>
      </w:r>
    </w:p>
    <w:p>
      <w:r>
        <w:rPr>
          <w:rFonts w:ascii="Courier New" w:hAnsi="Courier New"/>
          <w:color w:val="555555"/>
          <w:sz w:val="20"/>
        </w:rPr>
        <w:t>[11 . 67]</w:t>
      </w:r>
    </w:p>
    <w:p>
      <w:r>
        <w:rPr>
          <w:rFonts w:ascii="Gentium Plus" w:hAnsi="Gentium Plus"/>
          <w:sz w:val="24"/>
        </w:rPr>
        <w:t>ἔχει τινὰ πρὸς ταῦτα ξυγγένειαν. Τὰς γάρ τοι κολάσεις καὶ τὰς τῶν ἀγαθῶν ἀντιδόσεις κἀκεῖνος εἶναι ξυνωμολόγησε, καὶ τὰ θεῖα ἐπέδειξε λόγια, καὶ τὰ καινὰ καὶ τὰ παλαιά· δικαστὰς δὲ ἐκεῖνος μὲν ἑτέρους εἰσήγαγε, τὸν Αἰακὸν καὶ τὸν Μίνω καὶ τὸν Ῥαδά‐</w:t>
      </w:r>
    </w:p>
    <w:p>
      <w:r>
        <w:rPr>
          <w:rFonts w:ascii="Courier New" w:hAnsi="Courier New"/>
          <w:color w:val="555555"/>
          <w:sz w:val="20"/>
        </w:rPr>
        <w:t>[5]</w:t>
      </w:r>
    </w:p>
    <w:p>
      <w:r>
        <w:rPr>
          <w:rFonts w:ascii="Gentium Plus" w:hAnsi="Gentium Plus"/>
          <w:sz w:val="24"/>
        </w:rPr>
        <w:t>μανθυν, ἄνδρας οὐδὲ πάντα ἐπαινουμένους, τοῦ δὲ Μίνω καὶ πολλὰ ἄττα κατηγοροῦσί τινες· ἡμεῖς δὲ προσμένομεν δικαστὴν τὸν ἡμέτερον ποιητήν, τὸν καὶ τὴν φύσιν, ἣν ἔπλασεν, ἀκριβῶς</w:t>
      </w:r>
    </w:p>
    <w:p>
      <w:r>
        <w:rPr>
          <w:rFonts w:ascii="Courier New" w:hAnsi="Courier New"/>
          <w:color w:val="555555"/>
          <w:sz w:val="20"/>
        </w:rPr>
        <w:t>[11 . 68]</w:t>
      </w:r>
    </w:p>
    <w:p>
      <w:r>
        <w:rPr>
          <w:rFonts w:ascii="Gentium Plus" w:hAnsi="Gentium Plus"/>
          <w:sz w:val="24"/>
        </w:rPr>
        <w:t>δὲ τὴν τῆς ἡμετέρας φύσεως στολὴν περικείμενος· ἀόρατος γὰρ ἡ τῆς θεότητος φύσις. Τῷ τοι καὶ υἱὸν ἀνθρώπου ἑαυτὸν προση‐ γόρευσεν, ἐπειδὴ ταύτην οἱ κρινόμενοι θεωροῦσι τὴν φύσιν. Διὸ δὴ καὶ ὁ θεῖος ἀπόστολος ἐν Ἀθηναίοις δημηγορῶν οὕτως ἔφη·</w:t>
      </w:r>
    </w:p>
    <w:p>
      <w:r>
        <w:rPr>
          <w:rFonts w:ascii="Courier New" w:hAnsi="Courier New"/>
          <w:color w:val="555555"/>
          <w:sz w:val="20"/>
        </w:rPr>
        <w:t>[5]</w:t>
      </w:r>
    </w:p>
    <w:p>
      <w:r>
        <w:rPr>
          <w:rFonts w:ascii="Gentium Plus" w:hAnsi="Gentium Plus"/>
          <w:sz w:val="24"/>
        </w:rPr>
        <w:t>«Τοὺς μὲν οὖν χρόνους τῆς ἀγνοίας ὑπεριδὼν ὁ Θεὸς τὰ νῦν παραγγέλλει πᾶσι πανταχοῦ μετανοεῖν, καθότι ἔστησεν ἡμέραν, ἐν ᾗ μέλλει κρίνειν τὴν οἰκουμένην ἐν δικαιοσύνῃ, ἐν ἀνδρί, ᾧ ὥρισε, πίστιν παρασχὼν πᾶσιν, ἀναστήσας αὐτὸν ἐκ νεκρῶν.»</w:t>
      </w:r>
    </w:p>
    <w:p>
      <w:r>
        <w:rPr>
          <w:rFonts w:ascii="Courier New" w:hAnsi="Courier New"/>
          <w:color w:val="555555"/>
          <w:sz w:val="20"/>
        </w:rPr>
        <w:t>[11 . 69]</w:t>
      </w:r>
    </w:p>
    <w:p>
      <w:r>
        <w:rPr>
          <w:rFonts w:ascii="Gentium Plus" w:hAnsi="Gentium Plus"/>
          <w:sz w:val="24"/>
        </w:rPr>
        <w:t>Εἰ δέ τις ἀπιστεῖ τοῖς λεγομένοις καὶ λῆρον ἡγεῖται τῶν ἀποστόλων τὰ ῥήματα, τῇδε μαθέτω τὴν τούτων ἀλήθειαν. Πολλὰ περὶ τοῦ μέλλοντος βίου καὶ ὁ δεσπότης Χριστὸς καὶ οἱ τούτου γε κήρυκες προηγόρευσαν· ἐθέσπισαν δὲ καὶ ἄλλα ἄττα, ἐκείνῳ</w:t>
      </w:r>
    </w:p>
    <w:p>
      <w:r>
        <w:rPr>
          <w:rFonts w:ascii="Courier New" w:hAnsi="Courier New"/>
          <w:color w:val="555555"/>
          <w:sz w:val="20"/>
        </w:rPr>
        <w:t>[5]</w:t>
      </w:r>
    </w:p>
    <w:p>
      <w:r>
        <w:rPr>
          <w:rFonts w:ascii="Gentium Plus" w:hAnsi="Gentium Plus"/>
          <w:sz w:val="24"/>
        </w:rPr>
        <w:t>μὲν οὐδαμῶς, τῷδε δὲ τῷ βίῳ προσήκοντα. Ἐξετάσατε τοίνυν, ὦ ἄνδρες, τὰς τοῦδε πέρι γεγενημένας προρρήσεις· κἂν εὕρητε ἀληθεῖς καὶ τοῖς πράγμασιν ἐναργῶς ξυμβαινούσας, δέξασθε</w:t>
      </w:r>
    </w:p>
    <w:p>
      <w:r>
        <w:rPr>
          <w:rFonts w:ascii="Courier New" w:hAnsi="Courier New"/>
          <w:color w:val="555555"/>
          <w:sz w:val="20"/>
        </w:rPr>
        <w:t>[11 . 70]</w:t>
      </w:r>
    </w:p>
    <w:p>
      <w:r>
        <w:rPr>
          <w:rFonts w:ascii="Gentium Plus" w:hAnsi="Gentium Plus"/>
          <w:sz w:val="24"/>
        </w:rPr>
        <w:t>ἀδηρίτως ἐκεῖνα τὰ περὶ τῶν μελλόντων τεθεσπισμένα. Τοῦτο δὲ ὧδέ πῃ διασκεπτέον· τὴν τῶν Ἱεροσολύμων ὁ δεσπότης Χριστὸς προεῖπε πολιορκίαν, καὶ ὡς ὁ νεὼς ἐκεῖνος ὁ περιβόητος ἄρδην καταλυθήσεται, καὶ ὡς εἰς ἅπασαν τὴν οἰκουμένην τὸ τῶν ἐσταυ‐</w:t>
      </w:r>
    </w:p>
    <w:p>
      <w:r>
        <w:rPr>
          <w:rFonts w:ascii="Courier New" w:hAnsi="Courier New"/>
          <w:color w:val="555555"/>
          <w:sz w:val="20"/>
        </w:rPr>
        <w:t>[5]</w:t>
      </w:r>
    </w:p>
    <w:p>
      <w:r>
        <w:rPr>
          <w:rFonts w:ascii="Gentium Plus" w:hAnsi="Gentium Plus"/>
          <w:sz w:val="24"/>
        </w:rPr>
        <w:t>ρωκότων αὐτὸν κατασπαρήσεται γένος. Ἴδωμεν τοίνυν, εἰ μὴ τὸ</w:t>
      </w:r>
    </w:p>
    <w:p>
      <w:r>
        <w:rPr>
          <w:rFonts w:ascii="Courier New" w:hAnsi="Courier New"/>
          <w:color w:val="555555"/>
          <w:sz w:val="20"/>
        </w:rPr>
        <w:t>[11 . 71]</w:t>
      </w:r>
    </w:p>
    <w:p>
      <w:r>
        <w:rPr>
          <w:rFonts w:ascii="Gentium Plus" w:hAnsi="Gentium Plus"/>
          <w:sz w:val="24"/>
        </w:rPr>
        <w:t>πέρας ὁ λόγος ἐδέξατο. Καὶ περὶ μὲν Ἰουδαίων οὐκ οἶμαι ὑμᾶς ἀμφισβητήσειν· ἐκείνης τε γὰρ τῆς πόλεως ἐξελήλανται καὶ τῆς οἰκουμένης γεγένηνται μέτοικοι· τοῦ νεὼ δὲ καὶ τὴν ἐρημίαν καὶ</w:t>
      </w:r>
    </w:p>
    <w:p>
      <w:r>
        <w:rPr>
          <w:rFonts w:ascii="Courier New" w:hAnsi="Courier New"/>
          <w:color w:val="555555"/>
          <w:sz w:val="20"/>
        </w:rPr>
        <w:t>[5]</w:t>
      </w:r>
    </w:p>
    <w:p>
      <w:r>
        <w:rPr>
          <w:rFonts w:ascii="Gentium Plus" w:hAnsi="Gentium Plus"/>
          <w:sz w:val="24"/>
        </w:rPr>
        <w:t>γήσατε, οἱ δὲ λοιποὶ τοῖς διηγουμένοις πιστεύσατε. Αὐτόπτης γάρ που κἀγὼ τῆς ἐρημίας ἐκείνης γεγένημαι, καὶ τὴν πρόρρησιν, ἣν ταῖς ἀκοαῖς ἐδεξάμην, ἐθεασάμην τοῖς ὀφθαλμοῖς καὶ τὴν ἀλήθειαν ὕμνησά τε καὶ προσεκύνησα.</w:t>
      </w:r>
    </w:p>
    <w:p>
      <w:r>
        <w:rPr>
          <w:rFonts w:ascii="Courier New" w:hAnsi="Courier New"/>
          <w:color w:val="555555"/>
          <w:sz w:val="20"/>
        </w:rPr>
        <w:t>[11 . 72]</w:t>
      </w:r>
    </w:p>
    <w:p>
      <w:r>
        <w:rPr>
          <w:rFonts w:ascii="Gentium Plus" w:hAnsi="Gentium Plus"/>
          <w:sz w:val="24"/>
        </w:rPr>
        <w:t>Ὅτι μὲν οὖν ἀψευδὴς οὗτος ὁ λόγος, τὰ πράγματα βοᾷ, μεγίστῃ κεχρημένα φωνῇ· ἐπιζητήσωμεν δὲ καὶ ἄλλης προφητείας τὸ πέρας. Προεῖπε τοῖς ἀποστόλοις ὁ δεσπότης Χριστὸς τοὺς ἀγῶνας καὶ τοὺς κινδύνους, οὓς ἔμελλον πείσεσθαι, καὶ τοῖς</w:t>
      </w:r>
    </w:p>
    <w:p>
      <w:r>
        <w:rPr>
          <w:rFonts w:ascii="Courier New" w:hAnsi="Courier New"/>
          <w:color w:val="555555"/>
          <w:sz w:val="20"/>
        </w:rPr>
        <w:t>[11 . 73]</w:t>
      </w:r>
    </w:p>
    <w:p>
      <w:r>
        <w:rPr>
          <w:rFonts w:ascii="Gentium Plus" w:hAnsi="Gentium Plus"/>
          <w:sz w:val="24"/>
        </w:rPr>
        <w:t>ἔθνεσι καὶ Ἰουδαίοις τὴν διδασκαλίαν προσφέροντες· «Ἰδοὺ» γὰρ ἔφη πρὸς αὐτοὺς «ἀποστέλλω ὑμᾶς ὡς πρόβατα ἐν μέσῳ λύκων.» Καὶ πάλιν· «Παραδώσουσιν ὑμᾶς εἰς συνέδρια, καὶ ἐν ταῖς συναγωγαῖς αὐτῶν μαστιγώσουσιν ὑμᾶς, καὶ ἐπὶ ἡγεμόνας</w:t>
      </w:r>
    </w:p>
    <w:p>
      <w:r>
        <w:rPr>
          <w:rFonts w:ascii="Courier New" w:hAnsi="Courier New"/>
          <w:color w:val="555555"/>
          <w:sz w:val="20"/>
        </w:rPr>
        <w:t>[5]</w:t>
      </w:r>
    </w:p>
    <w:p>
      <w:r>
        <w:rPr>
          <w:rFonts w:ascii="Gentium Plus" w:hAnsi="Gentium Plus"/>
          <w:sz w:val="24"/>
        </w:rPr>
        <w:t>καὶ βασιλεῖς ἀχθήσεσθε ἕνεκεν ἐμοῦ εἰς μαρτύριον αὐτοῖς καὶ τοῖς ἔθνεσιν.» Καὶ μετ’ ὀλίγα· «Παραδώσει ἀδελφὸς ἀδελφὸν εἰς θάνατον, καὶ πατὴρ τέκνα· καὶ ἐπαναστήσεται τέκνα ἐπὶ γονεῖς καὶ θανατώσουσιν αὐτούς· καὶ ἔσεσθε μισούμενοι ὑπὸ πάν‐ των διὰ τὸ ὄνομά μου. Ὁ δὲ ὑπομείνας εἰς τέλος, οὗτος σωθή‐</w:t>
      </w:r>
    </w:p>
    <w:p>
      <w:r>
        <w:rPr>
          <w:rFonts w:ascii="Courier New" w:hAnsi="Courier New"/>
          <w:color w:val="555555"/>
          <w:sz w:val="20"/>
        </w:rPr>
        <w:t>[11 . 74]</w:t>
      </w:r>
    </w:p>
    <w:p>
      <w:r>
        <w:rPr>
          <w:rFonts w:ascii="Gentium Plus" w:hAnsi="Gentium Plus"/>
          <w:sz w:val="24"/>
        </w:rPr>
        <w:t>σεται.» Καὶ αὖθις· «Εἰ τὸν οἰκοδεσπότην Βεελζεβοὺλ ἐπεκάλε‐ σαν, πόσῳ μᾶλλον τοὺς οἰκειακοὺς αὐτοῦ;» Καὶ πάλιν· «Μὴ νομίσητε, ὅτι ἦλθον βαλεῖν εἰρήνην ἐπὶ τὴν γῆν. Οὐκ ἦλθον βαλεῖν εἰρήνην, ἀλλὰ μάχαιραν. Ἦλθον γὰρ διχάσαι ἄνθρωπον</w:t>
      </w:r>
    </w:p>
    <w:p>
      <w:r>
        <w:rPr>
          <w:rFonts w:ascii="Courier New" w:hAnsi="Courier New"/>
          <w:color w:val="555555"/>
          <w:sz w:val="20"/>
        </w:rPr>
        <w:t>[5]</w:t>
      </w:r>
    </w:p>
    <w:p>
      <w:r>
        <w:rPr>
          <w:rFonts w:ascii="Gentium Plus" w:hAnsi="Gentium Plus"/>
          <w:sz w:val="24"/>
        </w:rPr>
        <w:t>κατὰ τοῦ πατρὸς αὐτοῦ καὶ θυγατέρα κατὰ τῆς μητρὸς αὐτῆς καὶ νύμφην κατὰ τῆς πενθερᾶς αὐτῆς· καὶ ἐχθροὶ τοῦ ἀνθρώπου οἱ οἰκειακοὶ αὐτοῦ.»</w:t>
      </w:r>
    </w:p>
    <w:p>
      <w:r>
        <w:rPr>
          <w:rFonts w:ascii="Courier New" w:hAnsi="Courier New"/>
          <w:color w:val="555555"/>
          <w:sz w:val="20"/>
        </w:rPr>
        <w:t>[11 . 75]</w:t>
      </w:r>
    </w:p>
    <w:p>
      <w:r>
        <w:rPr>
          <w:rFonts w:ascii="Gentium Plus" w:hAnsi="Gentium Plus"/>
          <w:sz w:val="24"/>
        </w:rPr>
        <w:t>Τούτων ἕκαστον, ὦ φιλότης, ἔργῳ πεπληρωμένον ἔστιν ἰδεῖν.</w:t>
      </w:r>
    </w:p>
    <w:p>
      <w:r>
        <w:rPr>
          <w:rFonts w:ascii="Courier New" w:hAnsi="Courier New"/>
          <w:color w:val="555555"/>
          <w:sz w:val="20"/>
        </w:rPr>
        <w:t>[5]</w:t>
      </w:r>
    </w:p>
    <w:p>
      <w:r>
        <w:rPr>
          <w:rFonts w:ascii="Gentium Plus" w:hAnsi="Gentium Plus"/>
          <w:sz w:val="24"/>
        </w:rPr>
        <w:t>καὶ θαλάττης ἀστράπτουσαι καὶ τῶν θείων προρρήσεων κηρύτ‐ τουσαι τὴν ἀλήθειαν· Οὐ γὰρ δὴ μόνον τοὺς κινδύνους, ἀλλὰ καὶ</w:t>
      </w:r>
    </w:p>
    <w:p>
      <w:r>
        <w:rPr>
          <w:rFonts w:ascii="Courier New" w:hAnsi="Courier New"/>
          <w:color w:val="555555"/>
          <w:sz w:val="20"/>
        </w:rPr>
        <w:t>[11 . 76]</w:t>
      </w:r>
    </w:p>
    <w:p>
      <w:r>
        <w:rPr>
          <w:rFonts w:ascii="Gentium Plus" w:hAnsi="Gentium Plus"/>
          <w:sz w:val="24"/>
        </w:rPr>
        <w:t>τὴν νίκην αὐτοῖς προηγόρευσεν. «Ἐπὶ ταύτῃ» γὰρ ἔφη «τῇ πέτρᾳ οἰκοδομήσω μου τὴν ἐκκλησίαν, καὶ πύλαι Ἅιδου οὐ κα‐ τισχύσουσιν αὐτῆς.» Ἔστι δὲ ἰδεῖν καὶ κατὰ τὴν πρόρρησιν μεμερισμένας τὰς οἰκίας· ἢ γὰρ οἱ ἄνδρες ὑπὸ τῆς πίστεως</w:t>
      </w:r>
    </w:p>
    <w:p>
      <w:r>
        <w:rPr>
          <w:rFonts w:ascii="Courier New" w:hAnsi="Courier New"/>
          <w:color w:val="555555"/>
          <w:sz w:val="20"/>
        </w:rPr>
        <w:t>[5]</w:t>
      </w:r>
    </w:p>
    <w:p>
      <w:r>
        <w:rPr>
          <w:rFonts w:ascii="Gentium Plus" w:hAnsi="Gentium Plus"/>
          <w:sz w:val="24"/>
        </w:rPr>
        <w:t>ζωγρηθέντες ἀπιστούσαις ἔτι ταῖς γυναιξὶ διαμάχονται, ἢ αἱ γυναῖκες τὸν τῆς εὐσεβείας δεξάμεναι ζυγὸν ἀλωμένους ἔτι τοὺς ἄνδρας σαγηνεύειν σπουδάζουσιν. Καὶ ἡ ἀναγκαία διαίρεσις ἕνω‐ σιν ἀξιέπαινον πραγματεύεται.</w:t>
      </w:r>
    </w:p>
    <w:p>
      <w:r>
        <w:rPr>
          <w:rFonts w:ascii="Courier New" w:hAnsi="Courier New"/>
          <w:color w:val="555555"/>
          <w:sz w:val="20"/>
        </w:rPr>
        <w:t>[11 . 77]</w:t>
      </w:r>
    </w:p>
    <w:p>
      <w:r>
        <w:rPr>
          <w:rFonts w:ascii="Gentium Plus" w:hAnsi="Gentium Plus"/>
          <w:sz w:val="24"/>
        </w:rPr>
        <w:t>Καὶ ἵνα τὰς ἄλλας καταλίπω προρρήσεις, γυνή τις ἀλά‐ βαστρον μύρου τοῖς ἁγίοις αὐτοῦ ποσὶ προσενήνοχεν. Ταύτης τὴν πίστιν ἀποδεχόμενος πρὸς τὸν τῶν μαθητῶν ἔφη χορόν· «Ἀμὴν λέγω ὑμῖν, ὅτι ὅπου ἂν κηρυχθῇ τὸ εὐαγγέλιον τοῦτο</w:t>
      </w:r>
    </w:p>
    <w:p>
      <w:r>
        <w:rPr>
          <w:rFonts w:ascii="Courier New" w:hAnsi="Courier New"/>
          <w:color w:val="555555"/>
          <w:sz w:val="20"/>
        </w:rPr>
        <w:t>[5]</w:t>
      </w:r>
    </w:p>
    <w:p>
      <w:r>
        <w:rPr>
          <w:rFonts w:ascii="Gentium Plus" w:hAnsi="Gentium Plus"/>
          <w:sz w:val="24"/>
        </w:rPr>
        <w:t>τῆς βασιλείας, κηρυχθήσεται καὶ ὃ ἐποίησεν ἡ γυνὴ αὕτη εἰς μαρτύριον αὐτῆς.» Ταύτην δὲ τὴν πρόρρησιν καὶ νῦν ἐστι περα‐ τουμένην ἰδεῖν· πανταχοῦ γὰρ γῆς καὶ θαλάττης καὶ τὸ εὐαγγέ‐ λιον τὸ θεῖον ἀναγινώσκεται, καὶ τῆς γυναικὸς ἡ πίστις ἀνακη‐ ρύττεται.</w:t>
      </w:r>
    </w:p>
    <w:p>
      <w:r>
        <w:rPr>
          <w:rFonts w:ascii="Courier New" w:hAnsi="Courier New"/>
          <w:color w:val="555555"/>
          <w:sz w:val="20"/>
        </w:rPr>
        <w:t>[11 . 78]</w:t>
      </w:r>
    </w:p>
    <w:p>
      <w:r>
        <w:rPr>
          <w:rFonts w:ascii="Gentium Plus" w:hAnsi="Gentium Plus"/>
          <w:sz w:val="24"/>
        </w:rPr>
        <w:t>Ἐπειδὴ τοίνυν καὶ ταῦτα προεῖπεν ὁ δεσπότης καὶ τὰ ἐν ἐκείνῳ γε τῷ βίῳ γενησόμενα προηγόρευσεν, ὁρῶμεν δὲ ἀναφαν‐ δὸν τὴν τούτων ἀλήθειαν, ἀναμφισβητήτως κἀκεῖνα δεξώμεθα, ἀπὸ τῶν ἤδη γεγενημένων ποδηγούμενοι πρὸς ἐκεῖνα καὶ κεχρη‐</w:t>
      </w:r>
    </w:p>
    <w:p>
      <w:r>
        <w:rPr>
          <w:rFonts w:ascii="Courier New" w:hAnsi="Courier New"/>
          <w:color w:val="555555"/>
          <w:sz w:val="20"/>
        </w:rPr>
        <w:t>[11 . 79]</w:t>
      </w:r>
    </w:p>
    <w:p>
      <w:r>
        <w:rPr>
          <w:rFonts w:ascii="Gentium Plus" w:hAnsi="Gentium Plus"/>
          <w:sz w:val="24"/>
        </w:rPr>
        <w:t>μένοι τούτοις τεκμηρίοις ἐκείνων. Τούτου γὰρ δὴ εἵνεκα καὶ</w:t>
      </w:r>
    </w:p>
    <w:p>
      <w:r>
        <w:rPr>
          <w:rFonts w:ascii="Courier New" w:hAnsi="Courier New"/>
          <w:color w:val="555555"/>
          <w:sz w:val="20"/>
        </w:rPr>
        <w:t>[5]</w:t>
      </w:r>
    </w:p>
    <w:p>
      <w:r>
        <w:rPr>
          <w:rFonts w:ascii="Gentium Plus" w:hAnsi="Gentium Plus"/>
          <w:sz w:val="24"/>
        </w:rPr>
        <w:t>περιφάνειαν, ἀλλὰ καὶ τοῖς ἄριστα τετελευτηκόσι πλεῖστον ξυνε‐ κλήρωσε σέβας, ἵνα δι’ ὧν οὐχ ὑπέσχετο μέν, ἔδωκε δέ, πιστεύ‐</w:t>
      </w:r>
    </w:p>
    <w:p>
      <w:r>
        <w:rPr>
          <w:rFonts w:ascii="Courier New" w:hAnsi="Courier New"/>
          <w:color w:val="555555"/>
          <w:sz w:val="20"/>
        </w:rPr>
        <w:t>[11 . 80]</w:t>
      </w:r>
    </w:p>
    <w:p>
      <w:r>
        <w:rPr>
          <w:rFonts w:ascii="Gentium Plus" w:hAnsi="Gentium Plus"/>
          <w:sz w:val="24"/>
        </w:rPr>
        <w:t>σωμεν οἷς ὑπέσχετο. Ὁ γάρ τοι τὰ ταῖς ξυνθήκαις οὐκ ἐγκείμενα δωρησάμενος καὶ φιλοτιμίᾳ τὰς ὑποσχέσεις ὑπερβαλὼν δώσει πάντως, ἅπερ ὑπέσχετο, καὶ ἃ τοῖς ἀγωνιζομένοις ἐπέδειξεν ἆθλα. Σχέτλιον γὰρ τοὺς μὲν γυμνασιάρχους παρέχειν τοῖς</w:t>
      </w:r>
    </w:p>
    <w:p>
      <w:r>
        <w:rPr>
          <w:rFonts w:ascii="Courier New" w:hAnsi="Courier New"/>
          <w:color w:val="555555"/>
          <w:sz w:val="20"/>
        </w:rPr>
        <w:t>[5]</w:t>
      </w:r>
    </w:p>
    <w:p>
      <w:r>
        <w:rPr>
          <w:rFonts w:ascii="Gentium Plus" w:hAnsi="Gentium Plus"/>
          <w:sz w:val="24"/>
        </w:rPr>
        <w:t>ἀθληταῖς τὸν ὑπεσχημένον μισθόν, καὶ τοὺς ἐπί τῴ τινας μισθου‐ μένους μετὰ τὸν πόνον πληροῦν τὰ ξυγκείμενα, τὸν δὲ τῶν ὅλων δημιουργόν, ὃς δι’ ἀγαθότητα μόνην καὶ τοῖς μὴ οὖσι τὸ εἶναι παρέσχε καὶ τὸ τῆς οἰκονομίας μυστήριον ἐπετέλεσε καὶ τοῖς οὐχ ὁρῶσι τὸ φῶς τὸ τῆς θεογνωσίας ἐχαρίσατο φῶς, τοῦτον</w:t>
      </w:r>
    </w:p>
    <w:p>
      <w:r>
        <w:rPr>
          <w:rFonts w:ascii="Courier New" w:hAnsi="Courier New"/>
          <w:color w:val="555555"/>
          <w:sz w:val="20"/>
        </w:rPr>
        <w:t>[10]</w:t>
      </w:r>
    </w:p>
    <w:p>
      <w:r>
        <w:rPr>
          <w:rFonts w:ascii="Gentium Plus" w:hAnsi="Gentium Plus"/>
          <w:sz w:val="24"/>
        </w:rPr>
        <w:t>φάναι τὰς οἰκείας μὴ πληρώσειν ἐπαγγελίας.</w:t>
      </w:r>
    </w:p>
    <w:p>
      <w:r>
        <w:rPr>
          <w:rFonts w:ascii="Courier New" w:hAnsi="Courier New"/>
          <w:color w:val="555555"/>
          <w:sz w:val="20"/>
        </w:rPr>
        <w:t>[11 . 81]</w:t>
      </w:r>
    </w:p>
    <w:p>
      <w:r>
        <w:rPr>
          <w:rFonts w:ascii="Gentium Plus" w:hAnsi="Gentium Plus"/>
          <w:sz w:val="24"/>
        </w:rPr>
        <w:t>Εἰ δὲ ἀληθής, ὥσπερ οὖν ἀληθής—θεία γάρ—ἡ ὑπόσχεσις, οὐκ ἀνόνητα, ὦ φίλοι ἄνδρες, τὰ τῆς θείας διδασκαλίας μαθή‐ ματα. Οὐρανῶν γὰρ βασιλείαν καὶ ζωὴν τέλος οὐ δεχομένην καὶ φῶς νοερὸν καὶ τὴν μετὰ τῶν ἀσωμάτων χορείαν τοῖς πειθομένοις</w:t>
      </w:r>
    </w:p>
    <w:p>
      <w:r>
        <w:rPr>
          <w:rFonts w:ascii="Courier New" w:hAnsi="Courier New"/>
          <w:color w:val="555555"/>
          <w:sz w:val="20"/>
        </w:rPr>
        <w:t>[5]</w:t>
      </w:r>
    </w:p>
    <w:p>
      <w:r>
        <w:rPr>
          <w:rFonts w:ascii="Gentium Plus" w:hAnsi="Gentium Plus"/>
          <w:sz w:val="24"/>
        </w:rPr>
        <w:t>ὑπέσχετο, ὥσπερ αὖ κόλασιν αἰώνιον τοῖς ἀπιστοῦσιν ἠπείλησε·</w:t>
      </w:r>
    </w:p>
    <w:p>
      <w:r>
        <w:rPr>
          <w:rFonts w:ascii="Courier New" w:hAnsi="Courier New"/>
          <w:color w:val="555555"/>
          <w:sz w:val="20"/>
        </w:rPr>
        <w:t>[11 . 82]</w:t>
      </w:r>
    </w:p>
    <w:p>
      <w:r>
        <w:rPr>
          <w:rFonts w:ascii="Gentium Plus" w:hAnsi="Gentium Plus"/>
          <w:sz w:val="24"/>
        </w:rPr>
        <w:t>τοῦτο γὰρ δὴ κἀν τῇ παραβολῇ τῶν ζιζανίων δεδήλωκεν. Ταύτην γὰρ ἑρμηνεύσας ἐπήγαγεν· «Οὕτως ἔσται ἐν τῇ συντελείᾳ τοῦ αἰῶνος τούτου· ἀποστελεῖ ὁ υἱὸς τοῦ ἀνθρώπου τοὺς ἀγγέλους αὐτοῦ, καὶ συνάξουσιν ἐκ τῆς βασιλείας αὐτοῦ πάντα τὰ σκάνδαλα</w:t>
      </w:r>
    </w:p>
    <w:p>
      <w:r>
        <w:rPr>
          <w:rFonts w:ascii="Courier New" w:hAnsi="Courier New"/>
          <w:color w:val="555555"/>
          <w:sz w:val="20"/>
        </w:rPr>
        <w:t>[5]</w:t>
      </w:r>
    </w:p>
    <w:p>
      <w:r>
        <w:rPr>
          <w:rFonts w:ascii="Gentium Plus" w:hAnsi="Gentium Plus"/>
          <w:sz w:val="24"/>
        </w:rPr>
        <w:t>καὶ τοὺς ποιοῦντας τὴν ἀνομίαν, καὶ βαλοῦσιν αὐτοὺς εἰς τὴν κάμινον τοῦ πυρός· ἐκεῖ ἔσται ὁ κλαυθμὸς καὶ ὁ βρυγμὸς τῶν</w:t>
      </w:r>
    </w:p>
    <w:p>
      <w:r>
        <w:rPr>
          <w:rFonts w:ascii="Courier New" w:hAnsi="Courier New"/>
          <w:color w:val="555555"/>
          <w:sz w:val="20"/>
        </w:rPr>
        <w:t>[11 . 83]</w:t>
      </w:r>
    </w:p>
    <w:p>
      <w:r>
        <w:rPr>
          <w:rFonts w:ascii="Gentium Plus" w:hAnsi="Gentium Plus"/>
          <w:sz w:val="24"/>
        </w:rPr>
        <w:t>Ταῦτα καὶ ἡμεῖς ὑμῖν, ὦ φίλοι ἄνδρες, παραινοῦντές φαμεν. Οὐ γὰρ δὴ ἄκοντας τὰς θείας λαβεῖν ἀναγκάζομεν δωρεάς, ἀλλὰ παρακαλοῦντες καὶ λιπαροῦντες καὶ τὸ μέγεθος τούτων ἐπιδεικνύντες. Διά τοι τοῦτο καὶ τὴν δεσποτικὴν ταύτην καὶ</w:t>
      </w:r>
    </w:p>
    <w:p>
      <w:r>
        <w:rPr>
          <w:rFonts w:ascii="Courier New" w:hAnsi="Courier New"/>
          <w:color w:val="555555"/>
          <w:sz w:val="20"/>
        </w:rPr>
        <w:t>[5]</w:t>
      </w:r>
    </w:p>
    <w:p>
      <w:r>
        <w:rPr>
          <w:rFonts w:ascii="Gentium Plus" w:hAnsi="Gentium Plus"/>
          <w:sz w:val="24"/>
        </w:rPr>
        <w:t>θαυμασίαν ἐπιλέγομεν ῥῆσιν· «Ὁ ἔχων ὦτα ἀκούειν ἀκουέτω.»</w:t>
      </w:r>
    </w:p>
    <w:p>
      <w:pPr>
        <w:jc w:val="center"/>
      </w:pPr>
      <w:r>
        <w:rPr>
          <w:rFonts w:ascii="Gentium Plus" w:hAnsi="Gentium Plus"/>
          <w:b/>
          <w:sz w:val="24"/>
        </w:rPr>
        <w:t>ΠΕΡΙ ΠΡΑΚΤΙΚΗΣ ΑΡΕΤΗΣ.</w:t>
      </w:r>
    </w:p>
    <w:p>
      <w:r>
        <w:rPr>
          <w:rFonts w:ascii="Courier New" w:hAnsi="Courier New"/>
          <w:color w:val="555555"/>
          <w:sz w:val="20"/>
        </w:rPr>
        <w:t>[12 . 1]</w:t>
      </w:r>
    </w:p>
    <w:p>
      <w:r>
        <w:rPr>
          <w:rFonts w:ascii="Gentium Plus" w:hAnsi="Gentium Plus"/>
          <w:sz w:val="24"/>
        </w:rPr>
        <w:t>Τὰ δένδρα φέρουσι μὲν αἱ ῥίζαι καὶ τρέφουσι, κοσμοῦσι δὲ οἱ κλάδοι καὶ τὰ φύλλα καὶ ὁ μεταξὺ τούτων ᾐωρημένος καρπός. Εἰ γὰρ δή τις ἐκτέμνοι τοὺς κλάδους καὶ ψιλώσοι τὴν κόμην, ἄχρηστα γίνεται καὶ γυμνοῦται τῆς εὐπρεπείας, καὶ περιττὴ παντελῶς ἡ</w:t>
      </w:r>
    </w:p>
    <w:p>
      <w:r>
        <w:rPr>
          <w:rFonts w:ascii="Courier New" w:hAnsi="Courier New"/>
          <w:color w:val="555555"/>
          <w:sz w:val="20"/>
        </w:rPr>
        <w:t>[12 . 2]</w:t>
      </w:r>
    </w:p>
    <w:p>
      <w:r>
        <w:rPr>
          <w:rFonts w:ascii="Gentium Plus" w:hAnsi="Gentium Plus"/>
          <w:sz w:val="24"/>
        </w:rPr>
        <w:t>τῶν ῥιζῶν ἀποφαίνεται βάσις. Καὶ τὸ σῶμα δὲ ὡσαύτως δεῖται μὲν ὀφθαλμῶν ὁρώντων καὶ τὰς ἄλλας ποδηγούντων αἰσθήσεις, δεῖται δὲ καὶ ποδῶν μεταβαινόντων καὶ τὸ σῶμα φερόντων καὶ χειρῶν ἐργαζομένων καὶ τοῖς μορίοις ἅπασι καὶ τροφὴν καὶ</w:t>
      </w:r>
    </w:p>
    <w:p>
      <w:r>
        <w:rPr>
          <w:rFonts w:ascii="Courier New" w:hAnsi="Courier New"/>
          <w:color w:val="555555"/>
          <w:sz w:val="20"/>
        </w:rPr>
        <w:t>[12 . 3]</w:t>
      </w:r>
    </w:p>
    <w:p>
      <w:r>
        <w:rPr>
          <w:rFonts w:ascii="Gentium Plus" w:hAnsi="Gentium Plus"/>
          <w:sz w:val="24"/>
        </w:rPr>
        <w:t>πόσιν καὶ τὴν ἄλλην χρείαν ποριζουσῶν. Καὶ μέντοι καὶ χιτῶνας καὶ χλαίνας καὶ ἐφεστρίδας καὶ ξυλλήβδην ἅπαντα τὰ ἐσθήματα οὐ μόνοι ποιοῦσιν οἱ στήμονες· χρεία γάρ που καὶ κρόκης ἐνυ‐</w:t>
      </w:r>
    </w:p>
    <w:p>
      <w:r>
        <w:rPr>
          <w:rFonts w:ascii="Courier New" w:hAnsi="Courier New"/>
          <w:color w:val="555555"/>
          <w:sz w:val="20"/>
        </w:rPr>
        <w:t>[12 . 4]</w:t>
      </w:r>
    </w:p>
    <w:p>
      <w:r>
        <w:rPr>
          <w:rFonts w:ascii="Gentium Plus" w:hAnsi="Gentium Plus"/>
          <w:sz w:val="24"/>
        </w:rPr>
        <w:t>φαινομένης καὶ ξυναρμοζομένης τοῖς στήμοσιν. Τί δήποτε ταῦτα διεξῆλθον; Οὐ τὸν ὕθλον, ὦ ἄνδρες, στέργων, ἀλλὰ διὰ τῶνδε τῶν εἰκόνων τῆς τελεωτάτης φιλοσοφίας τὰς ὕλας ἐπιδεικνύς. Μέγιστον μὲν γὰρ ἀληθῶς καὶ παμμέγεθες ἀγαθὸν τῶν θείων ἡ</w:t>
      </w:r>
    </w:p>
    <w:p>
      <w:r>
        <w:rPr>
          <w:rFonts w:ascii="Courier New" w:hAnsi="Courier New"/>
          <w:color w:val="555555"/>
          <w:sz w:val="20"/>
        </w:rPr>
        <w:t>[5]</w:t>
      </w:r>
    </w:p>
    <w:p>
      <w:r>
        <w:rPr>
          <w:rFonts w:ascii="Gentium Plus" w:hAnsi="Gentium Plus"/>
          <w:sz w:val="24"/>
        </w:rPr>
        <w:t>γνῶσις, ἀλλ’ οὐκ ἀπόχρη τέλειον ἀποφῆναι τὸν ταύτης ἀξιού‐</w:t>
      </w:r>
    </w:p>
    <w:p>
      <w:r>
        <w:rPr>
          <w:rFonts w:ascii="Courier New" w:hAnsi="Courier New"/>
          <w:color w:val="555555"/>
          <w:sz w:val="20"/>
        </w:rPr>
        <w:t>[12 . 5]</w:t>
      </w:r>
    </w:p>
    <w:p>
      <w:r>
        <w:rPr>
          <w:rFonts w:ascii="Gentium Plus" w:hAnsi="Gentium Plus"/>
          <w:sz w:val="24"/>
        </w:rPr>
        <w:t>μενον. Δεῖ γάρ που τὴν ἀγαθὴν πρᾶξιν ξυναφθῆναι τῇ γνώσει. Ὅπερ γάρ ἐστι δένδρῳ ῥίζα καὶ ὀφθαλμὸς σώματι καὶ οἱ στήμονες τοῖς ὑφάσμασι, τοῦτο ταῖς ψυχαῖς τῆς ἀληθείας ἡ γνῶσις καὶ ἡ βεβαία γίνεται πίστις. Χρὴ δὲ οὐ μόνον εἰδέναι,</w:t>
      </w:r>
    </w:p>
    <w:p>
      <w:r>
        <w:rPr>
          <w:rFonts w:ascii="Courier New" w:hAnsi="Courier New"/>
          <w:color w:val="555555"/>
          <w:sz w:val="20"/>
        </w:rPr>
        <w:t>[12 . 6]</w:t>
      </w:r>
    </w:p>
    <w:p>
      <w:r>
        <w:rPr>
          <w:rFonts w:ascii="Gentium Plus" w:hAnsi="Gentium Plus"/>
          <w:sz w:val="24"/>
        </w:rPr>
        <w:t>τί προσήκει περὶ τοῦ θείου δοξάζειν, ἀλλὰ καὶ κατὰ τοὺς ἐκείνου</w:t>
      </w:r>
    </w:p>
    <w:p>
      <w:r>
        <w:rPr>
          <w:rFonts w:ascii="Courier New" w:hAnsi="Courier New"/>
          <w:color w:val="555555"/>
          <w:sz w:val="20"/>
        </w:rPr>
        <w:t>[5]</w:t>
      </w:r>
    </w:p>
    <w:p>
      <w:r>
        <w:rPr>
          <w:rFonts w:ascii="Gentium Plus" w:hAnsi="Gentium Plus"/>
          <w:sz w:val="24"/>
        </w:rPr>
        <w:t>μιμητὰς σφᾶς αὐτοὺς τῶν διδασκάλων τοῖς ἔργοις δεικνύωσιν, οὕτω δεῖ καὶ τῆς εὐσεβείας τοὺς ἐραστὰς μὴ μόνον θεολογίαν καὶ φυσιολογίαν παιδεύεσθαι, ἀλλὰ καὶ τοὺς τῆς πρακτικῆς ἀρε‐ τῆς ἐκπαιδεύεσθαι νόμους καὶ τούτους φυλάττειν εἰς δύναμιν καὶ πρὸς τούτους πειρᾶσθαι τῆς ψυχῆς ἐκτυποῦν καὶ διασκευάζειν τὸ</w:t>
      </w:r>
    </w:p>
    <w:p>
      <w:r>
        <w:rPr>
          <w:rFonts w:ascii="Courier New" w:hAnsi="Courier New"/>
          <w:color w:val="555555"/>
          <w:sz w:val="20"/>
        </w:rPr>
        <w:t>[10]</w:t>
      </w:r>
    </w:p>
    <w:p>
      <w:r>
        <w:rPr>
          <w:rFonts w:ascii="Gentium Plus" w:hAnsi="Gentium Plus"/>
          <w:sz w:val="24"/>
        </w:rPr>
        <w:t>εἶδος.</w:t>
      </w:r>
    </w:p>
    <w:p>
      <w:r>
        <w:rPr>
          <w:rFonts w:ascii="Courier New" w:hAnsi="Courier New"/>
          <w:color w:val="555555"/>
          <w:sz w:val="20"/>
        </w:rPr>
        <w:t>[12 . 7]</w:t>
      </w:r>
    </w:p>
    <w:p>
      <w:r>
        <w:rPr>
          <w:rFonts w:ascii="Gentium Plus" w:hAnsi="Gentium Plus"/>
          <w:sz w:val="24"/>
        </w:rPr>
        <w:t>Ὁ γὰρ δὴ οὕτω ῥυθμίζων τε καὶ διαμορφῶν τὴν ψυχὴν οὐ μόνον τῶν θείων νόμων τοὺς χαρακτῆρας ἐκμάττεται, ἀλλὰ καὶ αὐτοῦ γε τοῦ νομοθέτου ζῶσά τις εἰκὼν καὶ λογικὴ γίνεται. Τοῦτό τοι διδάσκων καὶ ὁ μέγας κῆρυξ τῆς ἀληθείας βοᾷ·</w:t>
      </w:r>
    </w:p>
    <w:p>
      <w:r>
        <w:rPr>
          <w:rFonts w:ascii="Courier New" w:hAnsi="Courier New"/>
          <w:color w:val="555555"/>
          <w:sz w:val="20"/>
        </w:rPr>
        <w:t>[5]</w:t>
      </w:r>
    </w:p>
    <w:p>
      <w:r>
        <w:rPr>
          <w:rFonts w:ascii="Gentium Plus" w:hAnsi="Gentium Plus"/>
          <w:sz w:val="24"/>
        </w:rPr>
        <w:t>«Γίνεσθε οὖν μιμηταὶ τοῦ Θεοῦ.» Καὶ μέντοι καὶ ὁ τούτου δεσπότης παραινεῖ λέγων· «Γίνεσθε μιμηταὶ τοῦ πατρὸς ὑμῶν τοῦ ἐν οὐρανοῖς.» Καὶ πάλιν· «Γίνεσθε τέλειοι, καθὼς ὁ πατὴρ</w:t>
      </w:r>
    </w:p>
    <w:p>
      <w:r>
        <w:rPr>
          <w:rFonts w:ascii="Courier New" w:hAnsi="Courier New"/>
          <w:color w:val="555555"/>
          <w:sz w:val="20"/>
        </w:rPr>
        <w:t>[12 . 8]</w:t>
      </w:r>
    </w:p>
    <w:p>
      <w:r>
        <w:rPr>
          <w:rFonts w:ascii="Gentium Plus" w:hAnsi="Gentium Plus"/>
          <w:sz w:val="24"/>
        </w:rPr>
        <w:t>ὑμῶν ὁ οὐράνιος τέλειός ἐστιν.» Μιμεῖται δέ, ὡς ἔνεστι, τὸν τῶν ὅλων Θεὸν ὁ ποθῶν ἐκεῖνα καὶ ἐχθραίνων ὁμοίως, ἅπερ καὶ αὐτὸς ὁ δεσπότης ἐχθραίνει τε καὶ φιλεῖ. Τίνα δὲ αὐτῷ δυσμενῆ, καὶ τίνα αὖ προσφιλῆ, διαρρήδην οἱ θεῖοι διδάσκουσι</w:t>
      </w:r>
    </w:p>
    <w:p>
      <w:r>
        <w:rPr>
          <w:rFonts w:ascii="Courier New" w:hAnsi="Courier New"/>
          <w:color w:val="555555"/>
          <w:sz w:val="20"/>
        </w:rPr>
        <w:t>[12 . 9]</w:t>
      </w:r>
    </w:p>
    <w:p>
      <w:r>
        <w:rPr>
          <w:rFonts w:ascii="Gentium Plus" w:hAnsi="Gentium Plus"/>
          <w:sz w:val="24"/>
        </w:rPr>
        <w:t>νόμοι. Ἀκούομεν γὰρ τοῦ θεσπεσίου βοῶντος Δαυίδ· «Ὅτι οὐχὶ Θεὸς θέλων ἀνομίαν σὺ εἶ, οὐδὲ παροικήσει σοι πονηρευόμενος, οὐδὲ διαμενοῦσι παράνομοι κατέναντι τῶν ὀφθαλμῶν σου· ἐμίση‐ σας, Κύριε, πάντας τοὺς ἐργαζομένους τὴν ἀνομίαν· ἀπολεῖς</w:t>
      </w:r>
    </w:p>
    <w:p>
      <w:r>
        <w:rPr>
          <w:rFonts w:ascii="Courier New" w:hAnsi="Courier New"/>
          <w:color w:val="555555"/>
          <w:sz w:val="20"/>
        </w:rPr>
        <w:t>[5]</w:t>
      </w:r>
    </w:p>
    <w:p>
      <w:r>
        <w:rPr>
          <w:rFonts w:ascii="Gentium Plus" w:hAnsi="Gentium Plus"/>
          <w:sz w:val="24"/>
        </w:rPr>
        <w:t>πάντας τοὺς λαλοῦντας τὸ ψεῦδος. Ἄνδρα αἱμάτων καὶ δόλιον</w:t>
      </w:r>
    </w:p>
    <w:p>
      <w:r>
        <w:rPr>
          <w:rFonts w:ascii="Courier New" w:hAnsi="Courier New"/>
          <w:color w:val="555555"/>
          <w:sz w:val="20"/>
        </w:rPr>
        <w:t>[12 . 10]</w:t>
      </w:r>
    </w:p>
    <w:p>
      <w:r>
        <w:rPr>
          <w:rFonts w:ascii="Gentium Plus" w:hAnsi="Gentium Plus"/>
          <w:sz w:val="24"/>
        </w:rPr>
        <w:t>βδελύσσεται Κύριος.» Ἐν τούτοις δὲ ἡμῖν ἐπιδείξας τὴν τοῦ νομοθέτου διάθεσιν, ἐν ἑτέρᾳ μελῳδίᾳ πρόσωπον εἰσήγαγε τούσδε τοὺς χαρακτήρας ἀκριβῶς ἐκμαξάμενον καὶ τῷ νομοθέτῃ προ‐ σευχόμενον καὶ λέγοντα· «Διεπορευόμην ἐν ἀκακίᾳ καρδίας μου</w:t>
      </w:r>
    </w:p>
    <w:p>
      <w:r>
        <w:rPr>
          <w:rFonts w:ascii="Courier New" w:hAnsi="Courier New"/>
          <w:color w:val="555555"/>
          <w:sz w:val="20"/>
        </w:rPr>
        <w:t>[5]</w:t>
      </w:r>
    </w:p>
    <w:p>
      <w:r>
        <w:rPr>
          <w:rFonts w:ascii="Gentium Plus" w:hAnsi="Gentium Plus"/>
          <w:sz w:val="24"/>
        </w:rPr>
        <w:t>ἐν μέσῳ τοῦ οἴκου μου· οὐ προετιθέμην πρὸ ὀφθαλμῶν μου πρᾶγμα παράνομον. Ποιοῦντας παραβάσεις ἐμίσησα. Οὐκ ἐκολ‐ λήθη μοι καρδία σκαμβή· ἐκκλίνοντος ἀπ’ ἐμοῦ τοῦ πονηροῦ, οὐκ ἐγίνωσκον. Τὸν καταλαλοῦντα λάθρᾳ τοῦ πλησίον αὐτοῦ, τοῦτον ἐξεδίωκον· ὑπερηφάνῳ ὀφθαλμῷ καὶ ἀπλήστῳ καρδίᾳ,</w:t>
      </w:r>
    </w:p>
    <w:p>
      <w:r>
        <w:rPr>
          <w:rFonts w:ascii="Courier New" w:hAnsi="Courier New"/>
          <w:color w:val="555555"/>
          <w:sz w:val="20"/>
        </w:rPr>
        <w:t>[10]</w:t>
      </w:r>
    </w:p>
    <w:p>
      <w:r>
        <w:rPr>
          <w:rFonts w:ascii="Gentium Plus" w:hAnsi="Gentium Plus"/>
          <w:sz w:val="24"/>
        </w:rPr>
        <w:t>τούτῳ οὐ συνήσθιον. Οἱ ὀφθαλμοί μου ἐπὶ τοὺς πιστοὺς τῆς γῆς, τοῦ συγκαθῆσθαι αὐτοὺς μετ’ ἐμοῦ· πορευόμενος ἐν ὁδῷ ἀμώμῳ οὗτός μοι ἐλειτούργει· οὐ κατῴκει ἐν μέσῳ τῆς οἰκίας μου ποιῶν ὑπερηφανίαν. Λαλῶν ἄδικα οὐ κατεύθυνεν ἐνώπιον τῶν ὀφθαλμῶν μου.»</w:t>
      </w:r>
    </w:p>
    <w:p>
      <w:r>
        <w:rPr>
          <w:rFonts w:ascii="Courier New" w:hAnsi="Courier New"/>
          <w:color w:val="555555"/>
          <w:sz w:val="20"/>
        </w:rPr>
        <w:t>[12 . 11]</w:t>
      </w:r>
    </w:p>
    <w:p>
      <w:r>
        <w:rPr>
          <w:rFonts w:ascii="Gentium Plus" w:hAnsi="Gentium Plus"/>
          <w:sz w:val="24"/>
        </w:rPr>
        <w:t>Διὰ δὲ τούτων οὐ μόνον ἡμᾶς ἐδίδαξεν, ὅτι μιμήσασθαι δυνα‐ τὸν τὸν παναλκῆ καὶ πάνσοφον Κύριον, ἀλλὰ καὶ αὐτὸν ἡμῖν ὑπέδειξε τὸν τῆς μιμήσεως τρόπον. Οὐ γάρ τοι οὐρανὸν ἡμᾶς καὶ γῆν καὶ ἥλιον καὶ σελήνην καὶ τἄλλα δημιουργεῖν ἐκέλευσεν</w:t>
      </w:r>
    </w:p>
    <w:p>
      <w:r>
        <w:rPr>
          <w:rFonts w:ascii="Courier New" w:hAnsi="Courier New"/>
          <w:color w:val="555555"/>
          <w:sz w:val="20"/>
        </w:rPr>
        <w:t>[5]</w:t>
      </w:r>
    </w:p>
    <w:p>
      <w:r>
        <w:rPr>
          <w:rFonts w:ascii="Gentium Plus" w:hAnsi="Gentium Plus"/>
          <w:sz w:val="24"/>
        </w:rPr>
        <w:t>οὐδὲ ἁπλῆν ἔχειν καὶ ἀπερίγραφον φύσιν, ἀλλὰ μόνον ἐχθραίνειν, ἅπερ ἐκεῖνος μεμίσηκε, καὶ φιλεῖν, ἅπερ δὴ μάλα πεφίληκεν. Ταύτην κατορθώσας τὴν ἀρετὴν ὁ προφήτης πρὸς τὸν δεσπότην</w:t>
      </w:r>
    </w:p>
    <w:p>
      <w:r>
        <w:rPr>
          <w:rFonts w:ascii="Courier New" w:hAnsi="Courier New"/>
          <w:color w:val="555555"/>
          <w:sz w:val="20"/>
        </w:rPr>
        <w:t>[12 . 12]</w:t>
      </w:r>
    </w:p>
    <w:p>
      <w:r>
        <w:rPr>
          <w:rFonts w:ascii="Gentium Plus" w:hAnsi="Gentium Plus"/>
          <w:sz w:val="24"/>
        </w:rPr>
        <w:t>ξὺν παρρησίᾳ βοᾷ· «Ἐμοὶ δὲ λίαν ἐτιμήθησαν οἱ φίλοι σου, ὁ Θεός· λίαν ἐκραταιώθησαν αἱ ἀρχαὶ αὐτῶν.» Καὶ μετ’ ὀλίγα· «Οὐχὶ τοὺς μισοῦντάς σε, Κύριε, ἐμίσησα καὶ ἐπὶ τοῖς ἐχθροῖς σου ἐξετηκόμην; τέλειον μῖσος ἐμίσουν αὐτούς· εἰς ἐχθροὺς</w:t>
      </w:r>
    </w:p>
    <w:p>
      <w:r>
        <w:rPr>
          <w:rFonts w:ascii="Courier New" w:hAnsi="Courier New"/>
          <w:color w:val="555555"/>
          <w:sz w:val="20"/>
        </w:rPr>
        <w:t>[5]</w:t>
      </w:r>
    </w:p>
    <w:p>
      <w:r>
        <w:rPr>
          <w:rFonts w:ascii="Gentium Plus" w:hAnsi="Gentium Plus"/>
          <w:sz w:val="24"/>
        </w:rPr>
        <w:t>ἐγένοντό μοι.» Καὶ πάλιν· «Ἄνδρες αἱμάτων, ἐκκλίνατε ἀπ’</w:t>
      </w:r>
    </w:p>
    <w:p>
      <w:r>
        <w:rPr>
          <w:rFonts w:ascii="Courier New" w:hAnsi="Courier New"/>
          <w:color w:val="555555"/>
          <w:sz w:val="20"/>
        </w:rPr>
        <w:t>[10]</w:t>
      </w:r>
    </w:p>
    <w:p>
      <w:r>
        <w:rPr>
          <w:rFonts w:ascii="Gentium Plus" w:hAnsi="Gentium Plus"/>
          <w:sz w:val="24"/>
        </w:rPr>
        <w:t>ἐστιν.» Καί· «Ὡς γλυκέα τῷ λάρυγγί μου τὰ λόγιά σου· ὑπὲρ</w:t>
      </w:r>
    </w:p>
    <w:p>
      <w:r>
        <w:rPr>
          <w:rFonts w:ascii="Courier New" w:hAnsi="Courier New"/>
          <w:color w:val="555555"/>
          <w:sz w:val="20"/>
        </w:rPr>
        <w:t>[12 . 13]</w:t>
      </w:r>
    </w:p>
    <w:p>
      <w:r>
        <w:rPr>
          <w:rFonts w:ascii="Gentium Plus" w:hAnsi="Gentium Plus"/>
          <w:sz w:val="24"/>
        </w:rPr>
        <w:t>μέλι καὶ κηρίον τῷ στόματί μου.» Καὶ ἕτερα δὲ τῶν εἰρημένων πολλαπλάσια εὕροι τις ἂν ἐν τῇδε τῇ μελῳδίᾳ· ἔμπλεως γὰρ ἡ προφητεία τῆς τοιαύτης διδασκαλίας. Καὶ Μωϋσῆς δὲ ὁ νομοθέτης δείκνυσιν ἐν τοῖς νόμοις, τί μὲν</w:t>
      </w:r>
    </w:p>
    <w:p>
      <w:r>
        <w:rPr>
          <w:rFonts w:ascii="Courier New" w:hAnsi="Courier New"/>
          <w:color w:val="555555"/>
          <w:sz w:val="20"/>
        </w:rPr>
        <w:t>[5]</w:t>
      </w:r>
    </w:p>
    <w:p>
      <w:r>
        <w:rPr>
          <w:rFonts w:ascii="Gentium Plus" w:hAnsi="Gentium Plus"/>
          <w:sz w:val="24"/>
        </w:rPr>
        <w:t>ἀρέσκει τῷ τῶν ὅλων Θεῷ, τί δ’ αὖ πάλιν ἐχθραίνει. Καὶ μέντοι καὶ Ἡσαΐας καὶ Ἱερεμίας καὶ Ἰεζεκιὴλ καὶ Δανιὴλ καὶ πᾶς ὁ τῶν προφητῶν χορὸς ταύτην ἡμᾶς τὴν διαφορὰν ἐξεπαίδευσεν.</w:t>
      </w:r>
    </w:p>
    <w:p>
      <w:r>
        <w:rPr>
          <w:rFonts w:ascii="Courier New" w:hAnsi="Courier New"/>
          <w:color w:val="555555"/>
          <w:sz w:val="20"/>
        </w:rPr>
        <w:t>[12 . 14]</w:t>
      </w:r>
    </w:p>
    <w:p>
      <w:r>
        <w:rPr>
          <w:rFonts w:ascii="Gentium Plus" w:hAnsi="Gentium Plus"/>
          <w:sz w:val="24"/>
        </w:rPr>
        <w:t>Καὶ αὐτὸς δὲ ὁ τούτων Θεὸς ἐν τοῖς εὐαγγελίοις ἔφη· «Οὐ πᾶς ὁ λέγων μοι Κύριε Κύριε εἰσελεύσεται εἰς τὴν βασιλείαν τοῦ Θεοῦ, ἀλλ’ ὁ ποιῶν τὸ θέλημα τοῦ πατρός μου τοῦ ἐν οὐρανοῖς.» Καὶ πάλιν· «Ὁ ποιήσας καὶ διδάξας μέγας κληθήσεται ἐν τῇ</w:t>
      </w:r>
    </w:p>
    <w:p>
      <w:r>
        <w:rPr>
          <w:rFonts w:ascii="Courier New" w:hAnsi="Courier New"/>
          <w:color w:val="555555"/>
          <w:sz w:val="20"/>
        </w:rPr>
        <w:t>[5]</w:t>
      </w:r>
    </w:p>
    <w:p>
      <w:r>
        <w:rPr>
          <w:rFonts w:ascii="Gentium Plus" w:hAnsi="Gentium Plus"/>
          <w:sz w:val="24"/>
        </w:rPr>
        <w:t>βασιλείᾳ τῶν οὐρανῶν.» Καὶ πάλιν· «Ὁ ἀγαπῶν με τὰς ἐντο‐</w:t>
      </w:r>
    </w:p>
    <w:p>
      <w:r>
        <w:rPr>
          <w:rFonts w:ascii="Courier New" w:hAnsi="Courier New"/>
          <w:color w:val="555555"/>
          <w:sz w:val="20"/>
        </w:rPr>
        <w:t>[12 . 15]</w:t>
      </w:r>
    </w:p>
    <w:p>
      <w:r>
        <w:rPr>
          <w:rFonts w:ascii="Gentium Plus" w:hAnsi="Gentium Plus"/>
          <w:sz w:val="24"/>
        </w:rPr>
        <w:t>λάς μου πληρώσει.» Καὶ μέντοι κἀν τῇ παραβολῇ τῶν ταλάντων ἔδειξεν, ὡς οὐ μόνον ὧν δέδωκεν ἀπαιτήσει τὸν ἀριθμόν, ἀλλὰ καὶ τὴν ἐργασίαν εἰσπράξεται· καὶ τὸν ταύτην οὐκ ἔχοντα γυμνώ‐ σας τῆς χάριτος, τῷ ζόφῳ παραδώσει πεπεδημένον. Καὶ τὰς</w:t>
      </w:r>
    </w:p>
    <w:p>
      <w:r>
        <w:rPr>
          <w:rFonts w:ascii="Courier New" w:hAnsi="Courier New"/>
          <w:color w:val="555555"/>
          <w:sz w:val="20"/>
        </w:rPr>
        <w:t>[5]</w:t>
      </w:r>
    </w:p>
    <w:p>
      <w:r>
        <w:rPr>
          <w:rFonts w:ascii="Gentium Plus" w:hAnsi="Gentium Plus"/>
          <w:sz w:val="24"/>
        </w:rPr>
        <w:t>παρθένους δὲ τὰς ἀρκοῦν οὐκ ἐσχηκυίας τὸ ἔλαιον ἔξω τοῦ</w:t>
      </w:r>
    </w:p>
    <w:p>
      <w:r>
        <w:rPr>
          <w:rFonts w:ascii="Courier New" w:hAnsi="Courier New"/>
          <w:color w:val="555555"/>
          <w:sz w:val="20"/>
        </w:rPr>
        <w:t>[10]</w:t>
      </w:r>
    </w:p>
    <w:p>
      <w:r>
        <w:rPr>
          <w:rFonts w:ascii="Gentium Plus" w:hAnsi="Gentium Plus"/>
          <w:sz w:val="24"/>
        </w:rPr>
        <w:t>φιλοτιμίαν ἀπολαύσας τῆς κλήσεως οὐκ ἤμειψε τὴν στολήν,</w:t>
      </w:r>
    </w:p>
    <w:p>
      <w:r>
        <w:rPr>
          <w:rFonts w:ascii="Courier New" w:hAnsi="Courier New"/>
          <w:color w:val="555555"/>
          <w:sz w:val="20"/>
        </w:rPr>
        <w:t>[12 . 16]</w:t>
      </w:r>
    </w:p>
    <w:p>
      <w:r>
        <w:rPr>
          <w:rFonts w:ascii="Gentium Plus" w:hAnsi="Gentium Plus"/>
          <w:sz w:val="24"/>
        </w:rPr>
        <w:t>ἔπαθεν, ἅπερ ἔπαθεν. Διὰ τοῦτο καὶ ὁ θεῖος ἀπόστολος κέκραγε λέγων· «Ἑκουσίως γὰρ ἁμαρτανόντων ἡμῶν μετὰ τὸ λαβεῖν τὴν ἐπίγνωσιν τῆς ἀληθείας, οὐκέτι περὶ ἁμαρτίας ἀπολείπεται θυσία, φοβερὰ δέ τις ἐκδοχὴ κρίσεως καὶ πυρὸς ζῆλος ἐσθίειν</w:t>
      </w:r>
    </w:p>
    <w:p>
      <w:r>
        <w:rPr>
          <w:rFonts w:ascii="Courier New" w:hAnsi="Courier New"/>
          <w:color w:val="555555"/>
          <w:sz w:val="20"/>
        </w:rPr>
        <w:t>[12 . 17]</w:t>
      </w:r>
    </w:p>
    <w:p>
      <w:r>
        <w:rPr>
          <w:rFonts w:ascii="Gentium Plus" w:hAnsi="Gentium Plus"/>
          <w:sz w:val="24"/>
        </w:rPr>
        <w:t>μέλλοντος τοὺς ὑπεναντίους.» Εἶτα ἐκ παραδείγματος τόνδε κρατύνει τὸν λόγον· «Ἀθετήσας τις νόμον Μωϋσέως χωρὶς οἰκτιρμῶν ἐπὶ δυσὶν ἢ τρισὶ μάρτυσιν ἀποθνῄσκει. Πόσῳ δοκεῖτε χείρονος ἀξιωθήσεται τιμωρίας ὁ τὸν υἱὸν τοῦ Θεοῦ καταπατήσας</w:t>
      </w:r>
    </w:p>
    <w:p>
      <w:r>
        <w:rPr>
          <w:rFonts w:ascii="Courier New" w:hAnsi="Courier New"/>
          <w:color w:val="555555"/>
          <w:sz w:val="20"/>
        </w:rPr>
        <w:t>[5]</w:t>
      </w:r>
    </w:p>
    <w:p>
      <w:r>
        <w:rPr>
          <w:rFonts w:ascii="Gentium Plus" w:hAnsi="Gentium Plus"/>
          <w:sz w:val="24"/>
        </w:rPr>
        <w:t>καὶ τὸ αἷμα τῆς διαθήκης κοινὸν ἡγησάμενος, ἐν ᾧ ἡγιάσθη, καὶ τὸ πνεῦμα τῆς χάριτος ἐνυβρίσας; οἴδαμεν γὰρ τὸν εἰπόντα· ἐμοὶ ἐκδίκησις, ἐγὼ ἀνταποδώσω, λέγει Κύριος. Καὶ πάλιν·</w:t>
      </w:r>
    </w:p>
    <w:p>
      <w:r>
        <w:rPr>
          <w:rFonts w:ascii="Courier New" w:hAnsi="Courier New"/>
          <w:color w:val="555555"/>
          <w:sz w:val="20"/>
        </w:rPr>
        <w:t>[12 . 18]</w:t>
      </w:r>
    </w:p>
    <w:p>
      <w:r>
        <w:rPr>
          <w:rFonts w:ascii="Gentium Plus" w:hAnsi="Gentium Plus"/>
          <w:sz w:val="24"/>
        </w:rPr>
        <w:t>Κρινεῖ Κύριος τὸν λαὸν αὐτοῦ.» Εἶτα τοὺς ῥᾳστώνῃ ξυζῶντας δεδίττεται καί φησιν· «Φοβερὸν τὸ ἐμπεσεῖν εἰς χεῖρας Θεοῦ ζῶντος.» Καὶ ἑτέρωθι βοᾷ· «Πάντες γὰρ παραστησόμεθα τῷ βήματι τοῦ Χριστοῦ, ἵνα κομίσηται ἕκαστος τὰ διὰ τοῦ σώματος</w:t>
      </w:r>
    </w:p>
    <w:p>
      <w:r>
        <w:rPr>
          <w:rFonts w:ascii="Courier New" w:hAnsi="Courier New"/>
          <w:color w:val="555555"/>
          <w:sz w:val="20"/>
        </w:rPr>
        <w:t>[5]</w:t>
      </w:r>
    </w:p>
    <w:p>
      <w:r>
        <w:rPr>
          <w:rFonts w:ascii="Gentium Plus" w:hAnsi="Gentium Plus"/>
          <w:sz w:val="24"/>
        </w:rPr>
        <w:t>πρὸς ἃ ἔπραξεν, εἴτε ἀγαθὸν εἴτε κακόν.»</w:t>
      </w:r>
    </w:p>
    <w:p>
      <w:r>
        <w:rPr>
          <w:rFonts w:ascii="Courier New" w:hAnsi="Courier New"/>
          <w:color w:val="555555"/>
          <w:sz w:val="20"/>
        </w:rPr>
        <w:t>[12 . 19]</w:t>
      </w:r>
    </w:p>
    <w:p>
      <w:r>
        <w:rPr>
          <w:rFonts w:ascii="Gentium Plus" w:hAnsi="Gentium Plus"/>
          <w:sz w:val="24"/>
        </w:rPr>
        <w:t>Ὅτι μὲν οὖν δεῖται ἡ γνῶσις τῆς πρακτικῆς ἀρετῆς, ἱκανὰ καὶ ταῦτα δηλῶσαι· ἴδωμεν δέ, τίνα καὶ τῶνδε πέρι τοῖς Ἑλλή‐</w:t>
      </w:r>
    </w:p>
    <w:p>
      <w:r>
        <w:rPr>
          <w:rFonts w:ascii="Courier New" w:hAnsi="Courier New"/>
          <w:color w:val="555555"/>
          <w:sz w:val="20"/>
        </w:rPr>
        <w:t>[5]</w:t>
      </w:r>
    </w:p>
    <w:p>
      <w:r>
        <w:rPr>
          <w:rFonts w:ascii="Gentium Plus" w:hAnsi="Gentium Plus"/>
          <w:sz w:val="24"/>
        </w:rPr>
        <w:t>τῷ λόγῳ· καὶ γὰρ ἐν τοῖς Νόμοις οὕτω φησίν· «Τὸν οὖν τῷ θεῷ προσφιλῆ γενησόμενον, εἰς δύναμιν ὅτι μάλιστα καὶ ἑαυτὸν τοιοῦτον ἀναγκαῖον γίνεσθαι· καὶ κατὰ τοῦτον τὸν τρόπον ὁ μὲν σώφρων ἡμῶν θεῷ φίλος· ὅμοιος γάρ· ὁ δὲ μὴ σώφρων ἀνόμοιός</w:t>
      </w:r>
    </w:p>
    <w:p>
      <w:r>
        <w:rPr>
          <w:rFonts w:ascii="Courier New" w:hAnsi="Courier New"/>
          <w:color w:val="555555"/>
          <w:sz w:val="20"/>
        </w:rPr>
        <w:t>[12 . 20]</w:t>
      </w:r>
    </w:p>
    <w:p>
      <w:r>
        <w:rPr>
          <w:rFonts w:ascii="Gentium Plus" w:hAnsi="Gentium Plus"/>
          <w:sz w:val="24"/>
        </w:rPr>
        <w:t>τε καὶ διάφορος.» Οὐδὲν τοίνυν ἀλλοῖον οὐδὲ οὗτος εἴρηκεν, ἀλλὰ ξυνομολογεῖ καὶ αὐτός, ὡς δυνατόν, ἐν ταῖς περὶ τἀγαθοῦ διαθέσεσι τὸν πεποιηκότα μιμεῖσθαι Θεόν· ἐνταῦθα μέντοι σώφρονα οὐ τὸν ἡδονῶν ἐκάλεσε κρείττονα, ἀλλὰ τὸν σῶον καὶ ἄρτιον τὸ</w:t>
      </w:r>
    </w:p>
    <w:p>
      <w:r>
        <w:rPr>
          <w:rFonts w:ascii="Courier New" w:hAnsi="Courier New"/>
          <w:color w:val="555555"/>
          <w:sz w:val="20"/>
        </w:rPr>
        <w:t>[12 . 21]</w:t>
      </w:r>
    </w:p>
    <w:p>
      <w:r>
        <w:rPr>
          <w:rFonts w:ascii="Gentium Plus" w:hAnsi="Gentium Plus"/>
          <w:sz w:val="24"/>
        </w:rPr>
        <w:t>λογικὸν διασώσαντα. Παραπλήσια δὲ κἀν τῷ Θεαιτήτῳ ξυγγέγρα‐ φεν· ἔφη γάρ· «Ἀλλ’ οὔτε ἀπόλλυσθαι τὰ κακὰ δυνατόν, ὦ Θεόδωρε—ὑπεναντίον γάρ τι τῷ ἀγαθῷ ἀεὶ εἶναι ἀνάγκη—, οὔτε ἐν θεοῖς αὐτὰ ἱδρῦσθαι, τὴν δὲ θνητὴν φύσιν καὶ τόνδε τὸν</w:t>
      </w:r>
    </w:p>
    <w:p>
      <w:r>
        <w:rPr>
          <w:rFonts w:ascii="Courier New" w:hAnsi="Courier New"/>
          <w:color w:val="555555"/>
          <w:sz w:val="20"/>
        </w:rPr>
        <w:t>[5]</w:t>
      </w:r>
    </w:p>
    <w:p>
      <w:r>
        <w:rPr>
          <w:rFonts w:ascii="Gentium Plus" w:hAnsi="Gentium Plus"/>
          <w:sz w:val="24"/>
        </w:rPr>
        <w:t>τόπον περιπολεῖ ἐξ ἀνάγκης· διὸ καὶ πειρᾶσθαι χρὴ ἐνθένδε ἐκεῖσε φεύγειν ὅτι τάχιστα. Φυγὴ δὲ ὁμοίωσις θεῷ κατὰ τὸ δυνατόν· ὁμοίωσις δὲ δίκαιον καὶ ὅσιον μετὰ φρονήσεως γενέ‐ σθαι.»</w:t>
      </w:r>
    </w:p>
    <w:p>
      <w:r>
        <w:rPr>
          <w:rFonts w:ascii="Courier New" w:hAnsi="Courier New"/>
          <w:color w:val="555555"/>
          <w:sz w:val="20"/>
        </w:rPr>
        <w:t>[12 . 22]</w:t>
      </w:r>
    </w:p>
    <w:p>
      <w:r>
        <w:rPr>
          <w:rFonts w:ascii="Gentium Plus" w:hAnsi="Gentium Plus"/>
          <w:sz w:val="24"/>
        </w:rPr>
        <w:t>Μάλα δὲ καὶ σαφῶς καὶ σοφῶς ἐν τούτοις τὸν τῆς μιμήσεως ἐξεπαίδευσε τρόπον. Πρῶτον μὲν γὰρ φυγεῖν τὰ τῇδε ἐκέλευσεν, οὐκ ἔξω τῆς γῆς γινόμενον, ἀλλὰ τῶν περιγείων πραγμάτων</w:t>
      </w:r>
    </w:p>
    <w:p>
      <w:r>
        <w:rPr>
          <w:rFonts w:ascii="Courier New" w:hAnsi="Courier New"/>
          <w:color w:val="555555"/>
          <w:sz w:val="20"/>
        </w:rPr>
        <w:t>[5]</w:t>
      </w:r>
    </w:p>
    <w:p>
      <w:r>
        <w:rPr>
          <w:rFonts w:ascii="Gentium Plus" w:hAnsi="Gentium Plus"/>
          <w:sz w:val="24"/>
        </w:rPr>
        <w:t>γὴν» γάρ φησιν «ἐκάλεσα τὴν πρὸς τὸ θεῖον ὁμοίωσιν.»</w:t>
      </w:r>
    </w:p>
    <w:p>
      <w:r>
        <w:rPr>
          <w:rFonts w:ascii="Courier New" w:hAnsi="Courier New"/>
          <w:color w:val="555555"/>
          <w:sz w:val="20"/>
        </w:rPr>
        <w:t>[12 . 23]</w:t>
      </w:r>
    </w:p>
    <w:p>
      <w:r>
        <w:rPr>
          <w:rFonts w:ascii="Gentium Plus" w:hAnsi="Gentium Plus"/>
          <w:sz w:val="24"/>
        </w:rPr>
        <w:t>Ἀξιέπαινος δὲ καὶ ἡ προσθήκη· οὐ γὰρ ἁπλῶς ὁμοιωθῆναι νενομοθέτηκεν, ἀλλ’ ὡς ἀνθρώποις ἐστὶ δυνατόν. Εἶτα τὸ τῆς ὁμοιώσεως ἐπέδειξεν εἶδος· «Ὁμοίωσιν» γάρ φησι «προσηγό‐ ρευσα τὸ ὅσιον καὶ δίκαιον γενέσθαι μετὰ φρονήσεως.» Καὶ αὕτη</w:t>
      </w:r>
    </w:p>
    <w:p>
      <w:r>
        <w:rPr>
          <w:rFonts w:ascii="Courier New" w:hAnsi="Courier New"/>
          <w:color w:val="555555"/>
          <w:sz w:val="20"/>
        </w:rPr>
        <w:t>[5]</w:t>
      </w:r>
    </w:p>
    <w:p>
      <w:r>
        <w:rPr>
          <w:rFonts w:ascii="Gentium Plus" w:hAnsi="Gentium Plus"/>
          <w:sz w:val="24"/>
        </w:rPr>
        <w:t>δὲ ἀξιάγαστος ἡ προσθήκη. Εἰσὶ γὰρ δή τινες πλείστην μὲν τοῦ δικαίου φροντίδα ποιούμενοι, σκαιότητι δὲ τῷ τοῦ κατορθώματος</w:t>
      </w:r>
    </w:p>
    <w:p>
      <w:r>
        <w:rPr>
          <w:rFonts w:ascii="Courier New" w:hAnsi="Courier New"/>
          <w:color w:val="555555"/>
          <w:sz w:val="20"/>
        </w:rPr>
        <w:t>[12 . 24]</w:t>
      </w:r>
    </w:p>
    <w:p>
      <w:r>
        <w:rPr>
          <w:rFonts w:ascii="Gentium Plus" w:hAnsi="Gentium Plus"/>
          <w:sz w:val="24"/>
        </w:rPr>
        <w:t>λυμαινόμενοι κάλλει. Ἔπειτα διὰ πλειόνων ἐν αὐτῷ γε τῷ διαλόγῳ τὴν τελειότητα διδάσκει τῆς ἀρετῆς, ὧδέ πῃ γράφων· «Λέγωμεν δὴ περὶ τῶν κορυφαίων. Τί γὰρ ἄν τις τοὺς παρα‐ νόμως ἐν φιλοσοφίᾳ διατρίβοντας λέγοι; οὗτοι δέ που οὔτε εἰς</w:t>
      </w:r>
    </w:p>
    <w:p>
      <w:r>
        <w:rPr>
          <w:rFonts w:ascii="Courier New" w:hAnsi="Courier New"/>
          <w:color w:val="555555"/>
          <w:sz w:val="20"/>
        </w:rPr>
        <w:t>[5]</w:t>
      </w:r>
    </w:p>
    <w:p>
      <w:r>
        <w:rPr>
          <w:rFonts w:ascii="Gentium Plus" w:hAnsi="Gentium Plus"/>
          <w:sz w:val="24"/>
        </w:rPr>
        <w:t>ἀγορὰν ἴσασι τὴν ὁδόν, οὔτε ὅπου δικαστήριον ἢ βουλευτήριον ἤ τι κοινὸν ἄλλο τῆς πόλεως συνέδριον· νόμους δὲ καὶ ψηφίσματα λεγόμενα ἢ γραφόμενα οὔτε ὁρῶσιν οὔτε ἀκούουσιν· σπουδαὶ</w:t>
      </w:r>
    </w:p>
    <w:p>
      <w:r>
        <w:rPr>
          <w:rFonts w:ascii="Courier New" w:hAnsi="Courier New"/>
          <w:color w:val="555555"/>
          <w:sz w:val="20"/>
        </w:rPr>
        <w:t>[10]</w:t>
      </w:r>
    </w:p>
    <w:p>
      <w:r>
        <w:rPr>
          <w:rFonts w:ascii="Gentium Plus" w:hAnsi="Gentium Plus"/>
          <w:sz w:val="24"/>
        </w:rPr>
        <w:t>κακῶς τις γέγονεν ἐν πόλει, ἤ τί τῳ κακόν ἐστιν ἐκ προγόνων γεγονὸς πρὸς ἀνδρῶν ἢ γυναικῶν, μᾶλλον αὐτὸν λέληθεν ἢ τῆς</w:t>
      </w:r>
    </w:p>
    <w:p>
      <w:r>
        <w:rPr>
          <w:rFonts w:ascii="Courier New" w:hAnsi="Courier New"/>
          <w:color w:val="555555"/>
          <w:sz w:val="20"/>
        </w:rPr>
        <w:t>[12 . 25]</w:t>
      </w:r>
    </w:p>
    <w:p>
      <w:r>
        <w:rPr>
          <w:rFonts w:ascii="Gentium Plus" w:hAnsi="Gentium Plus"/>
          <w:sz w:val="24"/>
        </w:rPr>
        <w:t>θαλάττης οἱ λεγόμενοι χόες. Καὶ ταῦτα πάντα οὐδ’ ὅτι οὐκ οἶδεν, οἶδεν· οὐδὲ γὰρ αὐτῶν ἀπέχεται τοῦ εὐδοκιμεῖν χάριν, τῷ ὄντι δὲ τὸ σῶμα μόνον ἐν τῇ πόλει κεῖται αὐτοῦ καὶ ἐπιδημεῖ, ἡ δὲ διάνοια, ταῦτα πάντα ἡγησαμένη σμικρὰ καὶ ὡς οὐδὲν ἀτιμά‐</w:t>
      </w:r>
    </w:p>
    <w:p>
      <w:r>
        <w:rPr>
          <w:rFonts w:ascii="Courier New" w:hAnsi="Courier New"/>
          <w:color w:val="555555"/>
          <w:sz w:val="20"/>
        </w:rPr>
        <w:t>[5]</w:t>
      </w:r>
    </w:p>
    <w:p>
      <w:r>
        <w:rPr>
          <w:rFonts w:ascii="Gentium Plus" w:hAnsi="Gentium Plus"/>
          <w:sz w:val="24"/>
        </w:rPr>
        <w:t>σασα, πανταχῇ πέταται, κατὰ Πίνδαρον, «τά τε γῆς ὑπένερθεν» καὶ τὰ ἐπίπεδα γεωμετροῦσα «οὐρανοῦ τε ὕπερ» ἀστρονομοῦσα, καὶ πᾶσαν πάντῃ φύσιν διερευνωμένη.»</w:t>
      </w:r>
    </w:p>
    <w:p>
      <w:r>
        <w:rPr>
          <w:rFonts w:ascii="Courier New" w:hAnsi="Courier New"/>
          <w:color w:val="555555"/>
          <w:sz w:val="20"/>
        </w:rPr>
        <w:t>[12 . 26]</w:t>
      </w:r>
    </w:p>
    <w:p>
      <w:r>
        <w:rPr>
          <w:rFonts w:ascii="Gentium Plus" w:hAnsi="Gentium Plus"/>
          <w:sz w:val="24"/>
        </w:rPr>
        <w:t>Ἐν δὲ τούτοις ὁ Πλάτων τὴν τῶν ἡμετέρων φιλοσόφων ἐζω‐ γράφησε πολιτείαν· οὐ γὰρ δή τις παρ’ ἐκείνοις τοιοῦτος ἐγένετο. Ὁ μὲν γὰρ Σωκράτης, τῶν φιλοσόφων ὁ κορυφαῖος, κἀν τοῖς γυμνασίοις κἀν τοῖς ἐργαστηρίοις διαλεγόμενος διετέλει· καὶ</w:t>
      </w:r>
    </w:p>
    <w:p>
      <w:r>
        <w:rPr>
          <w:rFonts w:ascii="Courier New" w:hAnsi="Courier New"/>
          <w:color w:val="555555"/>
          <w:sz w:val="20"/>
        </w:rPr>
        <w:t>[5]</w:t>
      </w:r>
    </w:p>
    <w:p>
      <w:r>
        <w:rPr>
          <w:rFonts w:ascii="Gentium Plus" w:hAnsi="Gentium Plus"/>
          <w:sz w:val="24"/>
        </w:rPr>
        <w:t>ποτὲ μὲν ἐν ἄστει διέτριβε, ποτὲ δὲ εἰς Πειραιᾶ κατιὼν τὰς πομπὰς ἐθεώρει· καὶ τοῖς ὁπλίταις δὲ ξυνταττόμενος καὶ ἐν Ποτιδαίᾳ καὶ ἐν Δηλίῳ παρετάττετο· καὶ μέντοι καὶ εἰς ξυσσίτια ἀπιὼν ἠνείχετο καὶ Ἀριστοφάνους κωμῳδοῦντος καὶ Ἀλκιβιάδου κωμάζοντος—τοῦτο γὰρ διδάσκει τοῦ Πλάτωνος τὸ Ξυμπό‐</w:t>
      </w:r>
    </w:p>
    <w:p>
      <w:r>
        <w:rPr>
          <w:rFonts w:ascii="Courier New" w:hAnsi="Courier New"/>
          <w:color w:val="555555"/>
          <w:sz w:val="20"/>
        </w:rPr>
        <w:t>[12 . 27]</w:t>
      </w:r>
    </w:p>
    <w:p>
      <w:r>
        <w:rPr>
          <w:rFonts w:ascii="Gentium Plus" w:hAnsi="Gentium Plus"/>
          <w:sz w:val="24"/>
        </w:rPr>
        <w:t>σιον—καὶ εἰς θέατρον ἀναβαίνων ξυνεθεᾶτο τῷ δήμῳ. Ἥκιστα τοίνυν αὐτῷ προσήκει τὰ παρὰ Πλάτωνος εἰρημένα. Εἰ δὲ τούτῳ οὐ προσῆκε, σχολῇ γ’ ἂν ἄλλῳ τῳ ἁρμόσειεν. Οἱ δὲ τῆς εὐαγγελικῆς ἐρασθέντες φιλοσοφίας πόρρωθεν τῶν</w:t>
      </w:r>
    </w:p>
    <w:p>
      <w:r>
        <w:rPr>
          <w:rFonts w:ascii="Courier New" w:hAnsi="Courier New"/>
          <w:color w:val="555555"/>
          <w:sz w:val="20"/>
        </w:rPr>
        <w:t>[5]</w:t>
      </w:r>
    </w:p>
    <w:p>
      <w:r>
        <w:rPr>
          <w:rFonts w:ascii="Gentium Plus" w:hAnsi="Gentium Plus"/>
          <w:sz w:val="24"/>
        </w:rPr>
        <w:t>πολιτικῶν θορύβων γεγένηνται· τὰς δὲ τῶν ὀρῶν ἀκρωνυχίας κατειληφότες ἢ τὸν ἐν ἐρήμοις χωρίοις ἀγαπήσαντες βίον, τῇ θεωρίᾳ τῶν θείων καὶ τῷ ταύτῃ ξυνηρμοσμένῳ σφᾶς αὐτοὺς ἀπεκλήρωσαν βίῳ, οὐ γυναικῶν καὶ παίδων καὶ κτημάτων ἐπι‐ μελούμενοι, ἀλλὰ τὰς ψυχὰς κατά γε τὸν κανόνα τῶν θείων</w:t>
      </w:r>
    </w:p>
    <w:p>
      <w:r>
        <w:rPr>
          <w:rFonts w:ascii="Courier New" w:hAnsi="Courier New"/>
          <w:color w:val="555555"/>
          <w:sz w:val="20"/>
        </w:rPr>
        <w:t>[10]</w:t>
      </w:r>
    </w:p>
    <w:p>
      <w:r>
        <w:rPr>
          <w:rFonts w:ascii="Gentium Plus" w:hAnsi="Gentium Plus"/>
          <w:sz w:val="24"/>
        </w:rPr>
        <w:t>διευθύνοντες νόμων καὶ οἷόν τινες ἄριστοι ζωγράφοι πρὸς τὰ ἀρχέτυπα τῆς ἀρετῆς τὰς νοερὰς αὐτῶν ζωγραφοῦντες εἰκόνας.</w:t>
      </w:r>
    </w:p>
    <w:p>
      <w:r>
        <w:rPr>
          <w:rFonts w:ascii="Courier New" w:hAnsi="Courier New"/>
          <w:color w:val="555555"/>
          <w:sz w:val="20"/>
        </w:rPr>
        <w:t>[12 . 28]</w:t>
      </w:r>
    </w:p>
    <w:p>
      <w:r>
        <w:rPr>
          <w:rFonts w:ascii="Gentium Plus" w:hAnsi="Gentium Plus"/>
          <w:sz w:val="24"/>
        </w:rPr>
        <w:t>Ὅτι γὰρ δὴ τούτοις ἁρμόττει τὰ παρὰ Πλάτωνος εἰρημένα, μάρτυς αὐτὸς μετὰ πλεῖστα εἰπών· «Ἄγροικον δὲ καὶ ἀπαίδευ‐ τον ὑπ’ ἀσχολίας οὐδὲν ἧττον τῶν νομέων τὸν τοιοῦτον ἀναγκαῖον</w:t>
      </w:r>
    </w:p>
    <w:p>
      <w:r>
        <w:rPr>
          <w:rFonts w:ascii="Courier New" w:hAnsi="Courier New"/>
          <w:color w:val="555555"/>
          <w:sz w:val="20"/>
        </w:rPr>
        <w:t>[5]</w:t>
      </w:r>
    </w:p>
    <w:p>
      <w:r>
        <w:rPr>
          <w:rFonts w:ascii="Gentium Plus" w:hAnsi="Gentium Plus"/>
          <w:sz w:val="24"/>
        </w:rPr>
        <w:t>μυρία πλέθρα ἢ εἴ τι πλέον ἀκούσῃ ὥς τις ἄρα κεκτημένος θαυ‐ μαστὰ πλήθη κέκτηται, πάνυ σμικρὰ δοκεῖ ἀκούειν εἰς ἅπασαν εἰωθὼς τὴν γῆν βλέπειν.»</w:t>
      </w:r>
    </w:p>
    <w:p>
      <w:r>
        <w:rPr>
          <w:rFonts w:ascii="Courier New" w:hAnsi="Courier New"/>
          <w:color w:val="555555"/>
          <w:sz w:val="20"/>
        </w:rPr>
        <w:t>[12 . 29]</w:t>
      </w:r>
    </w:p>
    <w:p>
      <w:r>
        <w:rPr>
          <w:rFonts w:ascii="Gentium Plus" w:hAnsi="Gentium Plus"/>
          <w:sz w:val="24"/>
        </w:rPr>
        <w:t>Ὅτι δὲ τῶν παρ’ Ἕλλησι πεφιλοσοφηκότων οὐδεὶς ἐν ὄρει σηκὸν δειμάμενος ᾤκησεν, ἱκανὰ μὲν καὶ τὰ παλαιὰ δηλῶσαι ξυγγράμματα, μαρτυρεῖτε δὲ καὶ ὑμεῖς, τοῖς τοῦτον μετιοῦσι νεμεσῶντες τὸν βίον. Ἀλλ’ ὁ Πλάτων τοῦτον εἴρηκεν ἀξιαγα‐</w:t>
      </w:r>
    </w:p>
    <w:p>
      <w:r>
        <w:rPr>
          <w:rFonts w:ascii="Courier New" w:hAnsi="Courier New"/>
          <w:color w:val="555555"/>
          <w:sz w:val="20"/>
        </w:rPr>
        <w:t>[12 . 30]</w:t>
      </w:r>
    </w:p>
    <w:p>
      <w:r>
        <w:rPr>
          <w:rFonts w:ascii="Gentium Plus" w:hAnsi="Gentium Plus"/>
          <w:sz w:val="24"/>
        </w:rPr>
        <w:t>στότατον εἶναι· ξύμφωνα δὲ κἀν τῷ δευτέρῳ τῆς Πολιτείας ἔφη· «Τὸν γὰρ τοιοῦτόν» φησι «θέντες, τὸν δίκαιον αὖ παρ’ αὐτὸν ἱστῶμεν τῷ λόγῳ, ἄνδρα ἁπλοῦν καὶ γενναῖον, κατ’ Αἰσχύλον, οὐ δοκεῖν, ἀλλ’ εἶναι ἀγαθὸν ἐθέλοντα. Ἀφαιρετέον δὲ τὸ δοκεῖν·</w:t>
      </w:r>
    </w:p>
    <w:p>
      <w:r>
        <w:rPr>
          <w:rFonts w:ascii="Courier New" w:hAnsi="Courier New"/>
          <w:color w:val="555555"/>
          <w:sz w:val="20"/>
        </w:rPr>
        <w:t>[5]</w:t>
      </w:r>
    </w:p>
    <w:p>
      <w:r>
        <w:rPr>
          <w:rFonts w:ascii="Gentium Plus" w:hAnsi="Gentium Plus"/>
          <w:sz w:val="24"/>
        </w:rPr>
        <w:t>εἰ γὰρ δόξαι δίκαιος εἶναι, ἔσονται αὐτῷ τιμαὶ καὶ δωρεαί, δο‐ κοῦντι τοιούτῳ εἶναι· ἄδηλον οὖν, εἴτε τοῦ δικαίου εἴτε τῶν</w:t>
      </w:r>
    </w:p>
    <w:p>
      <w:r>
        <w:rPr>
          <w:rFonts w:ascii="Courier New" w:hAnsi="Courier New"/>
          <w:color w:val="555555"/>
          <w:sz w:val="20"/>
        </w:rPr>
        <w:t>[12 . 31]</w:t>
      </w:r>
    </w:p>
    <w:p>
      <w:r>
        <w:rPr>
          <w:rFonts w:ascii="Gentium Plus" w:hAnsi="Gentium Plus"/>
          <w:sz w:val="24"/>
        </w:rPr>
        <w:t>δωρεῶν καὶ τιμῶν ἕνεκα τοιοῦτος εἴη. Γυμνωτέος δὴ πάντων πλὴν δικαιοσύνης, καὶ ποιητέος ἐναντίως διακείμενος τῷ προ‐ τέρῳ. Μηδὲν γὰρ ἔχων, δόξαν ἐχέτω μεγίστην ἀδικίας, ἵνα βεβασανισμένος ᾖ εἰς δικαιοσύνην, τῷ μὴ τίθεσθαι ὑπὸ κακοδοξίας</w:t>
      </w:r>
    </w:p>
    <w:p>
      <w:r>
        <w:rPr>
          <w:rFonts w:ascii="Courier New" w:hAnsi="Courier New"/>
          <w:color w:val="555555"/>
          <w:sz w:val="20"/>
        </w:rPr>
        <w:t>[5]</w:t>
      </w:r>
    </w:p>
    <w:p>
      <w:r>
        <w:rPr>
          <w:rFonts w:ascii="Gentium Plus" w:hAnsi="Gentium Plus"/>
          <w:sz w:val="24"/>
        </w:rPr>
        <w:t>καὶ τῶν ἀπ’ αὐτῆς γινομένων· ἀλλ’ ἔστω ἀμετάστατος μέχρι θανάτου, δοκῶν εἶναι ἄδικος διὰ βίου.»</w:t>
      </w:r>
    </w:p>
    <w:p>
      <w:r>
        <w:rPr>
          <w:rFonts w:ascii="Courier New" w:hAnsi="Courier New"/>
          <w:color w:val="555555"/>
          <w:sz w:val="20"/>
        </w:rPr>
        <w:t>[12 . 32]</w:t>
      </w:r>
    </w:p>
    <w:p>
      <w:r>
        <w:rPr>
          <w:rFonts w:ascii="Gentium Plus" w:hAnsi="Gentium Plus"/>
          <w:sz w:val="24"/>
        </w:rPr>
        <w:t>Καὶ ταῦτα δὲ ὡσαύτως τοῖς ἡμετέροις ἁρμόττει τῆς ἀρετῆς ἀθληταῖς. Οὐ γὰρ Ἀντισθένει καὶ Διογένει καὶ Κράτητι παρα‐ πλησίως κενῆς ἕνεκα δόξης, ἀλλ’ αὐτοῦ γε εἵνεκα τοῦ καλοῦ δρῶσιν, ἃ δρῶσιν. Διὸ δὴ καὶ πόλεων καὶ κωμῶν πόρρω διά‐</w:t>
      </w:r>
    </w:p>
    <w:p>
      <w:r>
        <w:rPr>
          <w:rFonts w:ascii="Courier New" w:hAnsi="Courier New"/>
          <w:color w:val="555555"/>
          <w:sz w:val="20"/>
        </w:rPr>
        <w:t>[5]</w:t>
      </w:r>
    </w:p>
    <w:p>
      <w:r>
        <w:rPr>
          <w:rFonts w:ascii="Gentium Plus" w:hAnsi="Gentium Plus"/>
          <w:sz w:val="24"/>
        </w:rPr>
        <w:t>γουσι, τὴν ἀρετὴν κατακρύπτοντες καὶ μόνῳ γε τῷ ταύτης ἀγω‐ νοθέτῃ δεικνύντες.</w:t>
      </w:r>
    </w:p>
    <w:p>
      <w:r>
        <w:rPr>
          <w:rFonts w:ascii="Courier New" w:hAnsi="Courier New"/>
          <w:color w:val="555555"/>
          <w:sz w:val="20"/>
        </w:rPr>
        <w:t>[12 . 33]</w:t>
      </w:r>
    </w:p>
    <w:p>
      <w:r>
        <w:rPr>
          <w:rFonts w:ascii="Gentium Plus" w:hAnsi="Gentium Plus"/>
          <w:sz w:val="24"/>
        </w:rPr>
        <w:t>Ἀλλ’ ὑμεῖς τοὺς μὲν οὕτως ἀγωνιζομένους οὔτε θεωρεῖν οὔτε θαυμάζειν ἐθέλετε. Εἰ δέ τινας ἴδοιτε τὸ μὲν πρόσχημα τοῦτο περικειμένους, οὐ πάντα δὲ ξυνομολογοῦντα τῷ σχήματι βίον ἀσπαζομένους, εὐθὺς εἰς λοιδορίαν κινεῖτε τὴν γλῶτταν.</w:t>
      </w:r>
    </w:p>
    <w:p>
      <w:r>
        <w:rPr>
          <w:rFonts w:ascii="Courier New" w:hAnsi="Courier New"/>
          <w:color w:val="555555"/>
          <w:sz w:val="20"/>
        </w:rPr>
        <w:t>[5]</w:t>
      </w:r>
    </w:p>
    <w:p>
      <w:r>
        <w:rPr>
          <w:rFonts w:ascii="Gentium Plus" w:hAnsi="Gentium Plus"/>
          <w:sz w:val="24"/>
        </w:rPr>
        <w:t>Καὶ εἰ μὲν ἐκείνους ἐβάλλετε μόνους, εἶχεν ἄν τινα τὸ γινόμενον λόγον· ἐπειδὴ δὲ μετ’ ἐκείνων καὶ τοὺς ἄντικρυς ἐναντίως διακει‐ μένους ἐκείνοις καὶ ἀληθῶς φιλοσοφοῦντας κωμῳδεῖν πειρᾶσθε καὶ διασύρειν, τὸν ἀδικώτατον ὑμῶν δῆλον ποιεῖτε σκοπόν. Οὐ γὰρ τοῖς πονηροῖς ἀπεχθάνεσθε, ἀλλὰ τὸν ἀξιέπαινον διαβάλλετε</w:t>
      </w:r>
    </w:p>
    <w:p>
      <w:r>
        <w:rPr>
          <w:rFonts w:ascii="Courier New" w:hAnsi="Courier New"/>
          <w:color w:val="555555"/>
          <w:sz w:val="20"/>
        </w:rPr>
        <w:t>[10]</w:t>
      </w:r>
    </w:p>
    <w:p>
      <w:r>
        <w:rPr>
          <w:rFonts w:ascii="Gentium Plus" w:hAnsi="Gentium Plus"/>
          <w:sz w:val="24"/>
        </w:rPr>
        <w:t>βίον, ὅμοιον ποιοῦντες, ὥσπερ ἂν εἴ τις πίθηκον ἰδὼν μιμούμενον ἄνθρωπον, δι’ ἐκείνην τὴν μίμησιν καὶ τῶν ἀνθρώπων μισήσοι τὴν φύσιν.</w:t>
      </w:r>
    </w:p>
    <w:p>
      <w:r>
        <w:rPr>
          <w:rFonts w:ascii="Courier New" w:hAnsi="Courier New"/>
          <w:color w:val="555555"/>
          <w:sz w:val="20"/>
        </w:rPr>
        <w:t>[12 . 34]</w:t>
      </w:r>
    </w:p>
    <w:p>
      <w:r>
        <w:rPr>
          <w:rFonts w:ascii="Gentium Plus" w:hAnsi="Gentium Plus"/>
          <w:sz w:val="24"/>
        </w:rPr>
        <w:t>Ταύτης δέ τοι τῆς γνώμης οὐκ ἐγὼ μόνος, ἀλλὰ καὶ Πλάτων κατηγορεῖ· ἐν γάρ τοι τῷ Θεαιτήτῳ φησίν· «Σκεψώμεθα δέ πῃ τῇδε. Φέρ’, εἴ τις αἰγῶν τροφήν, καὶ τὸ ζῷον αὐτὸ κτῆμα ὡς καλόν ἐστιν, ἐπαινοῖ, ἄλλος δέ τις ἑωρακὼς αἶγας χωρὶς νεμο‐</w:t>
      </w:r>
    </w:p>
    <w:p>
      <w:r>
        <w:rPr>
          <w:rFonts w:ascii="Courier New" w:hAnsi="Courier New"/>
          <w:color w:val="555555"/>
          <w:sz w:val="20"/>
        </w:rPr>
        <w:t>[5]</w:t>
      </w:r>
    </w:p>
    <w:p>
      <w:r>
        <w:rPr>
          <w:rFonts w:ascii="Gentium Plus" w:hAnsi="Gentium Plus"/>
          <w:sz w:val="24"/>
        </w:rPr>
        <w:t>μένας αἰπόλου ἐν ἐργασίμοις χωρίοις δρώσας κακὰ διαψέγοι, καὶ πᾶν θρέμμα ἄναρχον ἢ μετὰ κακῶν ἀρχόντων ἰδὼν οὕτω μέμφοιτο, τὸν τοιοῦτον ψόγον ἡγούμεθα ὑγιὲς ἄν ποτε ψέξαι καὶ</w:t>
      </w:r>
    </w:p>
    <w:p>
      <w:r>
        <w:rPr>
          <w:rFonts w:ascii="Courier New" w:hAnsi="Courier New"/>
          <w:color w:val="555555"/>
          <w:sz w:val="20"/>
        </w:rPr>
        <w:t>[12 . 35]</w:t>
      </w:r>
    </w:p>
    <w:p>
      <w:r>
        <w:rPr>
          <w:rFonts w:ascii="Gentium Plus" w:hAnsi="Gentium Plus"/>
          <w:sz w:val="24"/>
        </w:rPr>
        <w:t>ὁτιοῦν; — Καὶ πῶς;» Ταῦτα τοῦ Πλάτωνος, ὦ ἄνδρες, οὐκ ἐμὰ τὰ ῥήματα. Ἐδίδαξε δὲ μὴ ἅπαντα σκώπτειν τὰ θρέμματα διὰ τὰ κακῶς ὑπὸ κακῶν ἀρχόντων ἀγόμενα ἢ ἄρχοντος πάμπαν ἐστερημένα. Καὶ ἀλλαχοῦ δὲ πάλιν διαρρήδην διδάσκει, ὡς φιλο‐</w:t>
      </w:r>
    </w:p>
    <w:p>
      <w:r>
        <w:rPr>
          <w:rFonts w:ascii="Courier New" w:hAnsi="Courier New"/>
          <w:color w:val="555555"/>
          <w:sz w:val="20"/>
        </w:rPr>
        <w:t>[5]</w:t>
      </w:r>
    </w:p>
    <w:p>
      <w:r>
        <w:rPr>
          <w:rFonts w:ascii="Gentium Plus" w:hAnsi="Gentium Plus"/>
          <w:sz w:val="24"/>
        </w:rPr>
        <w:t>σόφων πλῆθος ἀδύνατον γενέσθαι· ναρθηκοφόροι μὲν γὰρ πολλοί, φησί, βάκχοι δέ τε παῦροι. Τοῦτο δὲ καὶ ὁ δεσπότης ἔφη Χριστός· «Πολλοὶ» γὰρ εἶπε</w:t>
      </w:r>
    </w:p>
    <w:p>
      <w:r>
        <w:rPr>
          <w:rFonts w:ascii="Courier New" w:hAnsi="Courier New"/>
          <w:color w:val="555555"/>
          <w:sz w:val="20"/>
        </w:rPr>
        <w:t>[12 . 36]</w:t>
      </w:r>
    </w:p>
    <w:p>
      <w:r>
        <w:rPr>
          <w:rFonts w:ascii="Gentium Plus" w:hAnsi="Gentium Plus"/>
          <w:sz w:val="24"/>
        </w:rPr>
        <w:t>«κλητοί, ὀλίγοι δὲ ἐκλεκτοί». Ξυνῳδὰ δὲ τούτοις ὁ Πλάτων κἀν τῇ Ἐπινομίδι φησίν· «Οὔ φημι εἶναι ἀνθρώποις δυνατὸν μακαρίοις τε καὶ εὐδαίμοσι γενέσθαι πλὴν ὀλίγων, μέχρι περ ἂν ζῶμεν, τοῦτο διορίζομαι· καλὴ δὲ ἐλπὶς τελευτήσαντι τυχεῖν</w:t>
      </w:r>
    </w:p>
    <w:p>
      <w:r>
        <w:rPr>
          <w:rFonts w:ascii="Courier New" w:hAnsi="Courier New"/>
          <w:color w:val="555555"/>
          <w:sz w:val="20"/>
        </w:rPr>
        <w:t>[5]</w:t>
      </w:r>
    </w:p>
    <w:p>
      <w:r>
        <w:rPr>
          <w:rFonts w:ascii="Gentium Plus" w:hAnsi="Gentium Plus"/>
          <w:sz w:val="24"/>
        </w:rPr>
        <w:t>ἁπάντων.»</w:t>
      </w:r>
    </w:p>
    <w:p>
      <w:r>
        <w:rPr>
          <w:rFonts w:ascii="Courier New" w:hAnsi="Courier New"/>
          <w:color w:val="555555"/>
          <w:sz w:val="20"/>
        </w:rPr>
        <w:t>[12 . 37]</w:t>
      </w:r>
    </w:p>
    <w:p>
      <w:r>
        <w:rPr>
          <w:rFonts w:ascii="Gentium Plus" w:hAnsi="Gentium Plus"/>
          <w:sz w:val="24"/>
        </w:rPr>
        <w:t>Τί δήποτε τοίνυν χαλεπαίνετε, παρ’ ἡμῖν ὁρῶντές τινας ψευ‐ δομένους, ὃν ἐπαγγέλλονται βίον; ἀνθ’ ὅτου δὲ μὴ θαυμάζετε τοὺς τὸν ὑπερφυᾶ βίον ἠγαπηκότας καὶ ἐν σώματι μὲν ἀγωνι‐ ζομένους, τὴν ἀσώματον δὲ πολιτείαν ἐζηλωκότας; Πᾶν γὰρ</w:t>
      </w:r>
    </w:p>
    <w:p>
      <w:r>
        <w:rPr>
          <w:rFonts w:ascii="Courier New" w:hAnsi="Courier New"/>
          <w:color w:val="555555"/>
          <w:sz w:val="20"/>
        </w:rPr>
        <w:t>[5]</w:t>
      </w:r>
    </w:p>
    <w:p>
      <w:r>
        <w:rPr>
          <w:rFonts w:ascii="Gentium Plus" w:hAnsi="Gentium Plus"/>
          <w:sz w:val="24"/>
        </w:rPr>
        <w:t>τοὐναντίον ἔδει ποιεῖν· τοὺς μὲν ἄγαν θαυμάζειν ὡς ὑπεραλλο‐</w:t>
      </w:r>
    </w:p>
    <w:p>
      <w:r>
        <w:rPr>
          <w:rFonts w:ascii="Courier New" w:hAnsi="Courier New"/>
          <w:color w:val="555555"/>
          <w:sz w:val="20"/>
        </w:rPr>
        <w:t>[12 . 38]</w:t>
      </w:r>
    </w:p>
    <w:p>
      <w:r>
        <w:rPr>
          <w:rFonts w:ascii="Gentium Plus" w:hAnsi="Gentium Plus"/>
          <w:sz w:val="24"/>
        </w:rPr>
        <w:t>ὡς ὑπὸ τῶν ἐμφύτων κατασυρομένοις παθῶν. Ὅτι γὰρ δὴ ταῦτα παγχάλεπα, ἴστε καὶ ὑμεῖς· «Οὐ γὰρ ἐκ δρυός», κατὰ τὸν ποιητικὸν λόγον, «ἢ ἀπὸ πεύκης» γεγένησθε. Δεδήλωκε δὲ τοῦτο καὶ ὁ Πλάτων ἐν τῷ τῆς Πολιτείας πρώτῳ διαλόγῳ, τὸν</w:t>
      </w:r>
    </w:p>
    <w:p>
      <w:r>
        <w:rPr>
          <w:rFonts w:ascii="Courier New" w:hAnsi="Courier New"/>
          <w:color w:val="555555"/>
          <w:sz w:val="20"/>
        </w:rPr>
        <w:t>[5]</w:t>
      </w:r>
    </w:p>
    <w:p>
      <w:r>
        <w:rPr>
          <w:rFonts w:ascii="Gentium Plus" w:hAnsi="Gentium Plus"/>
          <w:sz w:val="24"/>
        </w:rPr>
        <w:t>Κέφαλον εἰσαγαγὼν τῷ Σωκράτει διαλεγόμενον καὶ λέγοντα· «Εὖ ἴσθι, ὅτι ἔμοιγε ὅσον αἱ ἄλλαι αἱ κατὰ τὸ σῶμα ἡδοναὶ ἀπομαραίνονται, τοσοῦτον αὔξονται αἱ περὶ τοὺς λόγους ἐπιθυμίαι</w:t>
      </w:r>
    </w:p>
    <w:p>
      <w:r>
        <w:rPr>
          <w:rFonts w:ascii="Courier New" w:hAnsi="Courier New"/>
          <w:color w:val="555555"/>
          <w:sz w:val="20"/>
        </w:rPr>
        <w:t>[12 . 39]</w:t>
      </w:r>
    </w:p>
    <w:p>
      <w:r>
        <w:rPr>
          <w:rFonts w:ascii="Gentium Plus" w:hAnsi="Gentium Plus"/>
          <w:sz w:val="24"/>
        </w:rPr>
        <w:t>τε καὶ ἡδοναί.» Εἶτα πυθομένου τοῦ Σωκράτους, εἰ ἔτι τὸ τῶν ἡδονῶν ἐπανίσταται πάθος, ὑπολαβὼν ἔφη· «Εὐφήμει ἄνθρωπε· ἀσμενέστατα μέντοι αὐτὰ ἀπέφυγον, ὥσπερ λυττῶντά τινα καὶ ἄγριον δεσπότην ἀποφυγών.» Ἐνταῦθα μὲν οὖν περὶ τῆς αἰσχρᾶς</w:t>
      </w:r>
    </w:p>
    <w:p>
      <w:r>
        <w:rPr>
          <w:rFonts w:ascii="Courier New" w:hAnsi="Courier New"/>
          <w:color w:val="555555"/>
          <w:sz w:val="20"/>
        </w:rPr>
        <w:t>[5]</w:t>
      </w:r>
    </w:p>
    <w:p>
      <w:r>
        <w:rPr>
          <w:rFonts w:ascii="Gentium Plus" w:hAnsi="Gentium Plus"/>
          <w:sz w:val="24"/>
        </w:rPr>
        <w:t>ἡδονῆς τοιαῦτα διεξελήλυθεν· ἐν δὲ τῷ Γοργίᾳ περὶ δικαιοσύνης</w:t>
      </w:r>
    </w:p>
    <w:p>
      <w:r>
        <w:rPr>
          <w:rFonts w:ascii="Courier New" w:hAnsi="Courier New"/>
          <w:color w:val="555555"/>
          <w:sz w:val="20"/>
        </w:rPr>
        <w:t>[12 . 40]</w:t>
      </w:r>
    </w:p>
    <w:p>
      <w:r>
        <w:rPr>
          <w:rFonts w:ascii="Gentium Plus" w:hAnsi="Gentium Plus"/>
          <w:sz w:val="24"/>
        </w:rPr>
        <w:t>καὶ ἀδικίας ὧδέ φησιν· «Χαλεπὸν γάρ, ὦ Καλλίκλεις, καὶ πολλοῦ ἐπαίνου ἄξιον, ἐν μεγάλῃ ἐξουσίᾳ γενόμενον τοῦ ἀδικεῖν, δικαίως διαβιῶναι· ὀλίγοι δὲ γίνονται οἱ τοιοῦτοι. Ἐπεὶ καὶ ἐνθάδε καὶ ἄλλοθι γεγόνασιν, οἶμαι δὲ ἔσονται καλοὶ καὶ ἀγαθοὶ</w:t>
      </w:r>
    </w:p>
    <w:p>
      <w:r>
        <w:rPr>
          <w:rFonts w:ascii="Courier New" w:hAnsi="Courier New"/>
          <w:color w:val="555555"/>
          <w:sz w:val="20"/>
        </w:rPr>
        <w:t>[5]</w:t>
      </w:r>
    </w:p>
    <w:p>
      <w:r>
        <w:rPr>
          <w:rFonts w:ascii="Gentium Plus" w:hAnsi="Gentium Plus"/>
          <w:sz w:val="24"/>
        </w:rPr>
        <w:t>ταύτην τὴν ἀρετήν, ἤν τοι δικαίως διαχειρίζωσιν, ἃ ἄν τις ἐπι‐</w:t>
      </w:r>
    </w:p>
    <w:p>
      <w:r>
        <w:rPr>
          <w:rFonts w:ascii="Courier New" w:hAnsi="Courier New"/>
          <w:color w:val="555555"/>
          <w:sz w:val="20"/>
        </w:rPr>
        <w:t>[12 . 41]</w:t>
      </w:r>
    </w:p>
    <w:p>
      <w:r>
        <w:rPr>
          <w:rFonts w:ascii="Gentium Plus" w:hAnsi="Gentium Plus"/>
          <w:sz w:val="24"/>
        </w:rPr>
        <w:t>τρέπῃ.» Καὶ αὖ πάλιν· «Ἀλλ’ ἐν τοσούτοις λόγοις πολλῶν ἐλεγχομένων, μόνος οὗτος ἠρεμεῖ ὁ λόγος, ὡς εὐλαβητέον ἐστὶ</w:t>
      </w:r>
    </w:p>
    <w:p>
      <w:r>
        <w:rPr>
          <w:rFonts w:ascii="Courier New" w:hAnsi="Courier New"/>
          <w:color w:val="555555"/>
          <w:sz w:val="20"/>
        </w:rPr>
        <w:t>[12 . 42]</w:t>
      </w:r>
    </w:p>
    <w:p>
      <w:r>
        <w:rPr>
          <w:rFonts w:ascii="Gentium Plus" w:hAnsi="Gentium Plus"/>
          <w:sz w:val="24"/>
        </w:rPr>
        <w:t>ἰδίᾳ καὶ δημοσίᾳ.» Καὶ τούτους δὲ πάλιν τοὺς λόγους ὁ Σωκρά‐ της τῷ Κρίτωνι προσενήνοχε· μετὰ γὰρ πολλοὺς ἑτέρους καὶ τάδε προστέθεικεν· «Οὐδαμῶς ἄρα δεῖ ἀδικεῖν. — Οὐδὲ ἀδι‐ κούμενον ἄρα ἀνταδικεῖν, ὡς οἱ πολλοὶ οἴονται, ἐπειδήπερ οὐδα‐</w:t>
      </w:r>
    </w:p>
    <w:p>
      <w:r>
        <w:rPr>
          <w:rFonts w:ascii="Courier New" w:hAnsi="Courier New"/>
          <w:color w:val="555555"/>
          <w:sz w:val="20"/>
        </w:rPr>
        <w:t>[5]</w:t>
      </w:r>
    </w:p>
    <w:p>
      <w:r>
        <w:rPr>
          <w:rFonts w:ascii="Gentium Plus" w:hAnsi="Gentium Plus"/>
          <w:sz w:val="24"/>
        </w:rPr>
        <w:t>μῶς δεῖ ἀδικεῖν. — Τί δὲ δή; κακουργεῖν δεῖ, ὦ Κρίτων, ἢ οὔ; — Οὐ δεῖ δήπου, ὦ Σώκρατες. — Δεῖ δὲ ἀντικακουργεῖν κακῶς πάσχοντα, ὡς οἱ πολλοί φασι; δίκαιον ἢ οὐ δίκαιον; — Οὐδαμῶς. — Τὸ γάρ που κακὸν ποιεῖν ἀνθρώποις τοῦ ἀδικεῖν οὐδὲν διαφέρει. — Καλῶς λέγεις. — Οὔτε οὖν ἄρα ἀνταδικεῖν</w:t>
      </w:r>
    </w:p>
    <w:p>
      <w:r>
        <w:rPr>
          <w:rFonts w:ascii="Courier New" w:hAnsi="Courier New"/>
          <w:color w:val="555555"/>
          <w:sz w:val="20"/>
        </w:rPr>
        <w:t>[10]</w:t>
      </w:r>
    </w:p>
    <w:p>
      <w:r>
        <w:rPr>
          <w:rFonts w:ascii="Gentium Plus" w:hAnsi="Gentium Plus"/>
          <w:sz w:val="24"/>
        </w:rPr>
        <w:t>δεῖ οὔτε κακῶς ποιεῖν οὐδένα ἀνθρώπων, οὐδ’ ἂν ὁτιοῦν πάσχῃ τις ὑπ’ αὐτῶν.» Τοιαύτην μὲν οὖν ἀδικίας πέρι καὶ δικαιοσύνης Σωκράτης καὶ</w:t>
      </w:r>
    </w:p>
    <w:p>
      <w:r>
        <w:rPr>
          <w:rFonts w:ascii="Courier New" w:hAnsi="Courier New"/>
          <w:color w:val="555555"/>
          <w:sz w:val="20"/>
        </w:rPr>
        <w:t>[12 . 43]</w:t>
      </w:r>
    </w:p>
    <w:p>
      <w:r>
        <w:rPr>
          <w:rFonts w:ascii="Gentium Plus" w:hAnsi="Gentium Plus"/>
          <w:sz w:val="24"/>
        </w:rPr>
        <w:t>Πλάτων διδασκαλίαν ἐποιησάτην, ἀξιέπαινον ἀληθῶς καὶ λογικὴν καὶ τῇ φύσει τῇ ἀνθρωπίνῃ ξυμβαίνουσαν· τὰ γὰρ ἠθικὰ μαθή‐ ματα πάντας ἀνθρώπους ἡ φύσις ἐπαίδευσεν. Διαπλάσας γάρ τοι τῶν ἀνθρώπων τὸ γένος ὁ ποιητὴς ἐντέθεικε τῇ φύσει τὴν τῶν</w:t>
      </w:r>
    </w:p>
    <w:p>
      <w:r>
        <w:rPr>
          <w:rFonts w:ascii="Courier New" w:hAnsi="Courier New"/>
          <w:color w:val="555555"/>
          <w:sz w:val="20"/>
        </w:rPr>
        <w:t>[5]</w:t>
      </w:r>
    </w:p>
    <w:p>
      <w:r>
        <w:rPr>
          <w:rFonts w:ascii="Gentium Plus" w:hAnsi="Gentium Plus"/>
          <w:sz w:val="24"/>
        </w:rPr>
        <w:t>ἀγαθῶν καὶ τὴν τῶν ἐναντίων διάγνωσιν. Ὅθεν οὐ μόνον Σω‐ κράτης καὶ Πλάτων καὶ Ἀριστείδης ὁ Λυσιμάχου καὶ ἄλλοι τινὲς τῶν Ἑλλήνων τὸν ἄδικον ἐβδελύξαντο βίον, ἀλλὰ καὶ τῶν βαρ‐ βάρων πολλοί.</w:t>
      </w:r>
    </w:p>
    <w:p>
      <w:r>
        <w:rPr>
          <w:rFonts w:ascii="Courier New" w:hAnsi="Courier New"/>
          <w:color w:val="555555"/>
          <w:sz w:val="20"/>
        </w:rPr>
        <w:t>[12 . 44]</w:t>
      </w:r>
    </w:p>
    <w:p>
      <w:r>
        <w:rPr>
          <w:rFonts w:ascii="Gentium Plus" w:hAnsi="Gentium Plus"/>
          <w:sz w:val="24"/>
        </w:rPr>
        <w:t>Καὶ γὰρ Ἑλλάνικος ἐν ταῖς ἱστορίαις ἔφη τοὺς Ὑπερβορέους</w:t>
      </w:r>
    </w:p>
    <w:p>
      <w:r>
        <w:rPr>
          <w:rFonts w:ascii="Courier New" w:hAnsi="Courier New"/>
          <w:color w:val="555555"/>
          <w:sz w:val="20"/>
        </w:rPr>
        <w:t>[12 . 45]</w:t>
      </w:r>
    </w:p>
    <w:p>
      <w:r>
        <w:rPr>
          <w:rFonts w:ascii="Gentium Plus" w:hAnsi="Gentium Plus"/>
          <w:sz w:val="24"/>
        </w:rPr>
        <w:t>καλύπτοντας. Καὶ Ἀνάχαρσιν δὲ τὸν Σκύθην φιλόσοφον γεγε‐ νῆσθαί φασιν· οὕτως δὲ αὐτὸν ὁ τῆς φιλοσοφίας ἐπυρπόλησεν ἔρως, ὡς ὀνομαστότατον γενέσθαι καὶ παρὰ πᾶσιν ἀοίδιμον. Οὐ γὰρ μόνον ἐγρηγορὼς πρὸς τὰ τῆς ψυχῆς ἠγωνίζετο πάθη, ἀλλὰ</w:t>
      </w:r>
    </w:p>
    <w:p>
      <w:r>
        <w:rPr>
          <w:rFonts w:ascii="Courier New" w:hAnsi="Courier New"/>
          <w:color w:val="555555"/>
          <w:sz w:val="20"/>
        </w:rPr>
        <w:t>[5]</w:t>
      </w:r>
    </w:p>
    <w:p>
      <w:r>
        <w:rPr>
          <w:rFonts w:ascii="Gentium Plus" w:hAnsi="Gentium Plus"/>
          <w:sz w:val="24"/>
        </w:rPr>
        <w:t>καὶ καθεύδων τὰ τῆς ἐγκρατείας παρεδήλου σημεῖα· εἰώθει γὰρ τῇ μὲν λαιᾷ τὰ αἰδοῖα κατέχειν, τῇ δεξιᾷ δὲ τὰ χείλη ξυνέχειν, ταύτῃ πῃ δηλῶν, ὡς πολλῷ μείζων ἐστὶν ἡ ἀγωνία τῆς γλώττης</w:t>
      </w:r>
    </w:p>
    <w:p>
      <w:r>
        <w:rPr>
          <w:rFonts w:ascii="Courier New" w:hAnsi="Courier New"/>
          <w:color w:val="555555"/>
          <w:sz w:val="20"/>
        </w:rPr>
        <w:t>[12 . 46]</w:t>
      </w:r>
    </w:p>
    <w:p>
      <w:r>
        <w:rPr>
          <w:rFonts w:ascii="Gentium Plus" w:hAnsi="Gentium Plus"/>
          <w:sz w:val="24"/>
        </w:rPr>
        <w:t>καὶ μείζονος ἐπικουρίας εἰς ἀσφάλειαν δεῖται. Καὶ Χείρωνα δὲ τὸν Κένταυρον Ἕρμιππός φησιν ὁ Βηρύτιος δικαιοσύνης γενέσθαι διδάσκαλον, καὶ Ὅμηρος δὲ αὐτὸν «δικαιότατον τῶν Κενταύ‐ ρων» ἐκάλεσεν.</w:t>
      </w:r>
    </w:p>
    <w:p>
      <w:r>
        <w:rPr>
          <w:rFonts w:ascii="Courier New" w:hAnsi="Courier New"/>
          <w:color w:val="555555"/>
          <w:sz w:val="20"/>
        </w:rPr>
        <w:t>[5]</w:t>
      </w:r>
    </w:p>
    <w:p>
      <w:r>
        <w:rPr>
          <w:rFonts w:ascii="Gentium Plus" w:hAnsi="Gentium Plus"/>
          <w:sz w:val="24"/>
        </w:rPr>
        <w:t>Οὐ τοίνυν μάλα προσήκει θαυμάζειν οὔτε Ἡσίοδον, τραχεῖαν λέγοντα τῆς ἀρετῆς τὴν ὁδὸν καὶ προσάντη καὶ δύσβατον, οὔτε Σιμωνίδην «τὰν ἀρετὰν» εἰρηκότα «ναίειν δυσβάτοις ἐπὶ</w:t>
      </w:r>
    </w:p>
    <w:p>
      <w:r>
        <w:rPr>
          <w:rFonts w:ascii="Courier New" w:hAnsi="Courier New"/>
          <w:color w:val="555555"/>
          <w:sz w:val="20"/>
        </w:rPr>
        <w:t>[12 . 47]</w:t>
      </w:r>
    </w:p>
    <w:p>
      <w:r>
        <w:rPr>
          <w:rFonts w:ascii="Gentium Plus" w:hAnsi="Gentium Plus"/>
          <w:sz w:val="24"/>
        </w:rPr>
        <w:t>πέτραις.» Ἃ γὰρ δὴ τῷ Χείρωνι καὶ τοῖς Ἱππημολγοῖς προσ‐ εμαρτύρησεν Ὅμηρος, καὶ ἅπερ Ἀνάχαρσις ἔργῳ μετῆλθεν ὁ</w:t>
      </w:r>
    </w:p>
    <w:p>
      <w:r>
        <w:rPr>
          <w:rFonts w:ascii="Courier New" w:hAnsi="Courier New"/>
          <w:color w:val="555555"/>
          <w:sz w:val="20"/>
        </w:rPr>
        <w:t>[5]</w:t>
      </w:r>
    </w:p>
    <w:p>
      <w:r>
        <w:rPr>
          <w:rFonts w:ascii="Gentium Plus" w:hAnsi="Gentium Plus"/>
          <w:sz w:val="24"/>
        </w:rPr>
        <w:t>ἥδεσθαι τὸ μαίνεσθαι κρεῖττον εἴρηκεν εἶναι· διὸ καὶ παραινεῖ</w:t>
      </w:r>
    </w:p>
    <w:p>
      <w:r>
        <w:rPr>
          <w:rFonts w:ascii="Courier New" w:hAnsi="Courier New"/>
          <w:color w:val="555555"/>
          <w:sz w:val="20"/>
        </w:rPr>
        <w:t>[12 . 48]</w:t>
      </w:r>
    </w:p>
    <w:p>
      <w:r>
        <w:rPr>
          <w:rFonts w:ascii="Gentium Plus" w:hAnsi="Gentium Plus"/>
          <w:sz w:val="24"/>
        </w:rPr>
        <w:t>τοῖς γνωρίμοις μηδὲ δάκτυλον ἐκτεῖναί ποτε εἵνεκα ἡδονῆς. Τῆς τούτου διδασκαλίας τετύχηκε Διογένης ὁ Σινωπεύς, λόγῳ μὲν καὶ αὐτὸς τὴν φιλοσοφίαν ζηλώσας, ἡδονῆς δὲ δοῦλος γενόμενος καὶ δημοσίᾳ ταῖς ἑταίραις μιγνύμενος καὶ κάκιστον τοῖς θεωμέ‐</w:t>
      </w:r>
    </w:p>
    <w:p>
      <w:r>
        <w:rPr>
          <w:rFonts w:ascii="Courier New" w:hAnsi="Courier New"/>
          <w:color w:val="555555"/>
          <w:sz w:val="20"/>
        </w:rPr>
        <w:t>[5]</w:t>
      </w:r>
    </w:p>
    <w:p>
      <w:r>
        <w:rPr>
          <w:rFonts w:ascii="Gentium Plus" w:hAnsi="Gentium Plus"/>
          <w:sz w:val="24"/>
        </w:rPr>
        <w:t>νοις προσφέρων παράδειγμα· φασὶ δὲ αὐτόν, μεμψαμένου τινὸς τὸ γινόμενον καὶ εἰρηκότος· «Τί ποιεῖς, ὦ Διόγενες;» φάναι ἐκεῖνον, τῇ ξυνήθει λοιδορίᾳ χρησάμενον· «Ὦ κάθαρμα, εἰ</w:t>
      </w:r>
    </w:p>
    <w:p>
      <w:r>
        <w:rPr>
          <w:rFonts w:ascii="Courier New" w:hAnsi="Courier New"/>
          <w:color w:val="555555"/>
          <w:sz w:val="20"/>
        </w:rPr>
        <w:t>[12 . 49]</w:t>
      </w:r>
    </w:p>
    <w:p>
      <w:r>
        <w:rPr>
          <w:rFonts w:ascii="Gentium Plus" w:hAnsi="Gentium Plus"/>
          <w:sz w:val="24"/>
        </w:rPr>
        <w:t>ἐπιτύχοιμι, ἄνθρωπον.» Οὕτως ἀνέδην ἐλάγνευεν. Τούτου Κρά‐ της ὁ Θηβαῖος τὸν βίον ἐζήλωσε καὶ πολλαῖς μὲν εὐφημίαις τὴν ἀρετὴν ἐστεφάνωσεν· αὐτοῦ γὰρ δὴ ὅδε ὁ λόγος· ἡδονῇ ἀνδραποδώδει ἀδούλωτοι καὶ ἄκαμπτοι</w:t>
      </w:r>
    </w:p>
    <w:p>
      <w:r>
        <w:rPr>
          <w:rFonts w:ascii="Courier New" w:hAnsi="Courier New"/>
          <w:color w:val="555555"/>
          <w:sz w:val="20"/>
        </w:rPr>
        <w:t>[5]</w:t>
      </w:r>
    </w:p>
    <w:p>
      <w:r>
        <w:rPr>
          <w:rFonts w:ascii="Gentium Plus" w:hAnsi="Gentium Plus"/>
          <w:sz w:val="24"/>
        </w:rPr>
        <w:t>ἀθάνατον βασιλείαν ἐλευθερίαν τ’ ἀγαπῶσιν. Οὗτος εἰώθει λέγειν, τῆς εἰς τὰ ἀφροδίσια ὁρμῆς κατάπλασμα λιμὸν εἶναι, εἰ δὲ μή, βρόχον. Ἀλλὰ τοῦ πάθους ἐπαναστάντος, Ἱππαρχίαν τὴν Μαρωνεῖτιν δημοσίᾳ ἔγημε καὶ τὰ κυνογάμια ἐν τῇ Ποικίλῃ ἐτέλεσεν, ἐρρῶσθαι πολλὰ φράσας τῇ ὑψηγορίᾳ</w:t>
      </w:r>
    </w:p>
    <w:p>
      <w:r>
        <w:rPr>
          <w:rFonts w:ascii="Courier New" w:hAnsi="Courier New"/>
          <w:color w:val="555555"/>
          <w:sz w:val="20"/>
        </w:rPr>
        <w:t>[12 . 50]</w:t>
      </w:r>
    </w:p>
    <w:p>
      <w:r>
        <w:rPr>
          <w:rFonts w:ascii="Gentium Plus" w:hAnsi="Gentium Plus"/>
          <w:sz w:val="24"/>
        </w:rPr>
        <w:t>τῶν λόγων. Καὶ Ἀρίστιππος δὲ ὁ Κυρηναϊκός, ὀνειδιζόμενος, ὅτι δὴ θαμὰ ξυνεγίνετο τῇ ἑταίρᾳ τῇ Κορινθίᾳ, «ἔχω» ἔλεγε</w:t>
      </w:r>
    </w:p>
    <w:p>
      <w:r>
        <w:rPr>
          <w:rFonts w:ascii="Courier New" w:hAnsi="Courier New"/>
          <w:color w:val="555555"/>
          <w:sz w:val="20"/>
        </w:rPr>
        <w:t>[5]</w:t>
      </w:r>
    </w:p>
    <w:p>
      <w:r>
        <w:rPr>
          <w:rFonts w:ascii="Gentium Plus" w:hAnsi="Gentium Plus"/>
          <w:sz w:val="24"/>
        </w:rPr>
        <w:t>νήν· καὶ ταῦτα αὐτῶν οὐκ ἄλλοι κατηγοροῦσιν, ἀλλ’ αὐτοὶ περὶ</w:t>
      </w:r>
    </w:p>
    <w:p>
      <w:r>
        <w:rPr>
          <w:rFonts w:ascii="Courier New" w:hAnsi="Courier New"/>
          <w:color w:val="555555"/>
          <w:sz w:val="20"/>
        </w:rPr>
        <w:t>[12 . 51]</w:t>
      </w:r>
    </w:p>
    <w:p>
      <w:r>
        <w:rPr>
          <w:rFonts w:ascii="Gentium Plus" w:hAnsi="Gentium Plus"/>
          <w:sz w:val="24"/>
        </w:rPr>
        <w:t>τοῦ σφῶν διδασκάλου ξυγγράφουσιν. Ἀριστοκλῆς γάρ που ὁ Περιπατητικὸς Λύκωνα ἔφη τὸν Πυθαγόρειον περὶ Ἀριστοτέλους φάναι, ὅτι ἐν ἐλαίῳ θερμῷ λουόμενος τοῦτο ὕστερον ἀπεδίδοτο· καὶ ἡνίκα δὲ εἰς Χαλκίδα ἀπῄει, τοὺς τελώνας ἔφη διερευνωμέ‐</w:t>
      </w:r>
    </w:p>
    <w:p>
      <w:r>
        <w:rPr>
          <w:rFonts w:ascii="Courier New" w:hAnsi="Courier New"/>
          <w:color w:val="555555"/>
          <w:sz w:val="20"/>
        </w:rPr>
        <w:t>[5]</w:t>
      </w:r>
    </w:p>
    <w:p>
      <w:r>
        <w:rPr>
          <w:rFonts w:ascii="Gentium Plus" w:hAnsi="Gentium Plus"/>
          <w:sz w:val="24"/>
        </w:rPr>
        <w:t>νους τὸ πλοῖον εὑρεῖν 〈ἐν〉 αὐτῷ λοπάδια χαλκᾶ τέτταρα καὶ ἑβδομήκοντα· ἄλλους δέ τινας εἰρηκέναι, τριακοσίας ἐσχηκέναι</w:t>
      </w:r>
    </w:p>
    <w:p>
      <w:r>
        <w:rPr>
          <w:rFonts w:ascii="Courier New" w:hAnsi="Courier New"/>
          <w:color w:val="555555"/>
          <w:sz w:val="20"/>
        </w:rPr>
        <w:t>[12 . 52]</w:t>
      </w:r>
    </w:p>
    <w:p>
      <w:r>
        <w:rPr>
          <w:rFonts w:ascii="Gentium Plus" w:hAnsi="Gentium Plus"/>
          <w:sz w:val="24"/>
        </w:rPr>
        <w:t>λοπάδας. Καὶ οἶμαι αὐτοὺς μὴ παντάπασι ψεύδεσθαι· ἐν τούτοις γὰρ δὴ ἐκεῖνος τὴν εὐδαιμονίαν ὡρίζετο. Εἰώθει γὰρ λέγειν, οὐκ ἄλλως εὐδαίμονά τινα γίνεσθαι ἢ διὰ τῆς τοῦ σώματος εὐπα‐ θείας καὶ τῆς τῶν ἐκτὸς περιουσίας, ὧν ἄνευ μηδὲν τὴν ἀρετὴν</w:t>
      </w:r>
    </w:p>
    <w:p>
      <w:r>
        <w:rPr>
          <w:rFonts w:ascii="Courier New" w:hAnsi="Courier New"/>
          <w:color w:val="555555"/>
          <w:sz w:val="20"/>
        </w:rPr>
        <w:t>[5]</w:t>
      </w:r>
    </w:p>
    <w:p>
      <w:r>
        <w:rPr>
          <w:rFonts w:ascii="Gentium Plus" w:hAnsi="Gentium Plus"/>
          <w:sz w:val="24"/>
        </w:rPr>
        <w:t>ὠφελεῖν. Καὶ τοῦτο δὴ σαφῶς Ἀττικὸς ὁ Πλατωνικός, ἐν οἷς πρὸς Ἀριστοτέλην γράφει, δεδήλωκεν. Τὰ τοίνυν κατ’ αὐτοῦ λεγόμενα βεβαιοῦσιν οἱ λόγοι.</w:t>
      </w:r>
    </w:p>
    <w:p>
      <w:r>
        <w:rPr>
          <w:rFonts w:ascii="Courier New" w:hAnsi="Courier New"/>
          <w:color w:val="555555"/>
          <w:sz w:val="20"/>
        </w:rPr>
        <w:t>[12 . 53]</w:t>
      </w:r>
    </w:p>
    <w:p>
      <w:r>
        <w:rPr>
          <w:rFonts w:ascii="Gentium Plus" w:hAnsi="Gentium Plus"/>
          <w:sz w:val="24"/>
        </w:rPr>
        <w:t>Ὁ δὲ Πλάτων ἄντικρυς ἐναντία διδάσκει. Ἐν γὰρ τῷ τρίτῳ τῆς Πολιτείας ἐπιμελεῖσθαι κελεύει τοῦ σώματος ψυχῆς εἵνεκα ἁρμονίας, δι’ οὗ βιοῦν τε ἔστι καὶ ὀρθῶς βιοῦν, καταγγέλλοντας</w:t>
      </w:r>
    </w:p>
    <w:p>
      <w:r>
        <w:rPr>
          <w:rFonts w:ascii="Courier New" w:hAnsi="Courier New"/>
          <w:color w:val="555555"/>
          <w:sz w:val="20"/>
        </w:rPr>
        <w:t>[12 . 54]</w:t>
      </w:r>
    </w:p>
    <w:p>
      <w:r>
        <w:rPr>
          <w:rFonts w:ascii="Gentium Plus" w:hAnsi="Gentium Plus"/>
          <w:sz w:val="24"/>
        </w:rPr>
        <w:t>τῆς ἀληθείας τὸ κήρυγμα. Τοῦτο καὶ ὁ θεῖος ἀπόστολος παραι‐ νεῖ λέγων· «Ἡ νὺξ προέκοψεν, ἡ δὲ ἡμέρα ἤγγικεν. Ἀποθώ‐</w:t>
      </w:r>
    </w:p>
    <w:p>
      <w:r>
        <w:rPr>
          <w:rFonts w:ascii="Courier New" w:hAnsi="Courier New"/>
          <w:color w:val="555555"/>
          <w:sz w:val="20"/>
        </w:rPr>
        <w:t>[5]</w:t>
      </w:r>
    </w:p>
    <w:p>
      <w:r>
        <w:rPr>
          <w:rFonts w:ascii="Gentium Plus" w:hAnsi="Gentium Plus"/>
          <w:sz w:val="24"/>
        </w:rPr>
        <w:t>μέθαις, μὴ κοίταις καὶ ἀσελγείαις, μὴ ἔριδι καὶ ζήλῳ· ἀλλ’ ἐνδύσασθε τὸν κύριον Ἰησοῦν Χριστὸν καὶ τῆς σαρκὸς πρόνοιαν</w:t>
      </w:r>
    </w:p>
    <w:p>
      <w:r>
        <w:rPr>
          <w:rFonts w:ascii="Courier New" w:hAnsi="Courier New"/>
          <w:color w:val="555555"/>
          <w:sz w:val="20"/>
        </w:rPr>
        <w:t>[12 . 55]</w:t>
      </w:r>
    </w:p>
    <w:p>
      <w:r>
        <w:rPr>
          <w:rFonts w:ascii="Gentium Plus" w:hAnsi="Gentium Plus"/>
          <w:sz w:val="24"/>
        </w:rPr>
        <w:t>μὴ ποιεῖσθε εἰς ἐπιθυμίας.» Οὐ γὰρ τοσαύτην αὐτῷ προσφέρειν δεῖ θεραπείαν, ὥστε κατασκιρτᾶν τῆς ψυχῆς, ἀλλ’ ἵνα ὑπουργῇ καὶ ξυνεργῇ καὶ τοῖς ἐκείνης ἕπηται νεύμασιν. Ξυμπεφώνηκε τοίνυν ἐν τούτοις ὁ Πλάτων τοῖς ἡμετέροις, τὴν ἀναγκαίαν ἐπι‐</w:t>
      </w:r>
    </w:p>
    <w:p>
      <w:r>
        <w:rPr>
          <w:rFonts w:ascii="Courier New" w:hAnsi="Courier New"/>
          <w:color w:val="555555"/>
          <w:sz w:val="20"/>
        </w:rPr>
        <w:t>[5]</w:t>
      </w:r>
    </w:p>
    <w:p>
      <w:r>
        <w:rPr>
          <w:rFonts w:ascii="Gentium Plus" w:hAnsi="Gentium Plus"/>
          <w:sz w:val="24"/>
        </w:rPr>
        <w:t>μέλειαν ποιεῖσθαι παρεγγυήσας τοῦ σώματος. Ἐπέδειξε δὲ καί,</w:t>
      </w:r>
    </w:p>
    <w:p>
      <w:r>
        <w:rPr>
          <w:rFonts w:ascii="Courier New" w:hAnsi="Courier New"/>
          <w:color w:val="555555"/>
          <w:sz w:val="20"/>
        </w:rPr>
        <w:t>[12 . 56]</w:t>
      </w:r>
    </w:p>
    <w:p>
      <w:r>
        <w:rPr>
          <w:rFonts w:ascii="Gentium Plus" w:hAnsi="Gentium Plus"/>
          <w:sz w:val="24"/>
        </w:rPr>
        <w:t>ὅπως ἄρχεταί τε καὶ αὔξεται τῆς ἐπιθυμίας τὸ πάθος· «Ἡμεῖς» γὰρ ἔφη «λέξοιμεν ἂν ἴσως οὐκ ἀτόπως, ὅτι ἄρχει μὲν ἔρωτος ὅρασις, αὔξει δὲ τὸ πάθος ἐλπίς, τρέφει δὲ μνήμη, τηρεῖ δὲ ξυνήθεια.» Τοῦτο δὲ αὐτὸ καὶ περὶ τῆς ἀρετῆς εἴρηκεν· «Παν‐</w:t>
      </w:r>
    </w:p>
    <w:p>
      <w:r>
        <w:rPr>
          <w:rFonts w:ascii="Courier New" w:hAnsi="Courier New"/>
          <w:color w:val="555555"/>
          <w:sz w:val="20"/>
        </w:rPr>
        <w:t>[5]</w:t>
      </w:r>
    </w:p>
    <w:p>
      <w:r>
        <w:rPr>
          <w:rFonts w:ascii="Gentium Plus" w:hAnsi="Gentium Plus"/>
          <w:sz w:val="24"/>
        </w:rPr>
        <w:t>τὸς γὰρ» ἔφη «φυτοῦ ἡ πρώτη βλάστη, καλῶς ὀρθωθεῖσα πρὸς ἀρετὴν τῆς ἑαυτοῦ φύσεως, κυριωτάτη τέλος ἐπιθεῖναι τὸ πρόσ‐ φορον.» Καὶ Σωκράτης δὲ φυλάττεσθαι ἐκέλευσε τὰ ἀναπείθοντα μὴ</w:t>
      </w:r>
    </w:p>
    <w:p>
      <w:r>
        <w:rPr>
          <w:rFonts w:ascii="Courier New" w:hAnsi="Courier New"/>
          <w:color w:val="555555"/>
          <w:sz w:val="20"/>
        </w:rPr>
        <w:t>[12 . 57]</w:t>
      </w:r>
    </w:p>
    <w:p>
      <w:r>
        <w:rPr>
          <w:rFonts w:ascii="Gentium Plus" w:hAnsi="Gentium Plus"/>
          <w:sz w:val="24"/>
        </w:rPr>
        <w:t>πεινῶντας ἐσθίειν καὶ μὴ διψῶντας πίνειν, καὶ τὰ βλέμματα καὶ τὰ φιλήματα τῶν καλῶν, ὡς χαλεπώτερον σκορπίων καὶ φαλαγ‐</w:t>
      </w:r>
    </w:p>
    <w:p>
      <w:r>
        <w:rPr>
          <w:rFonts w:ascii="Courier New" w:hAnsi="Courier New"/>
          <w:color w:val="555555"/>
          <w:sz w:val="20"/>
        </w:rPr>
        <w:t>[12 . 58]</w:t>
      </w:r>
    </w:p>
    <w:p>
      <w:r>
        <w:rPr>
          <w:rFonts w:ascii="Gentium Plus" w:hAnsi="Gentium Plus"/>
          <w:sz w:val="24"/>
        </w:rPr>
        <w:t>γίων ἰὸν ἐνιέναι πεφυκότα. Ἀλλὰ ταῦτα ῥήματα ἦν ἄλλως ἔργων γεγυμνωμένα. Εἰς γὰρ δὴ τὰ γυμνάσια τῶν νέων εἵνεκα καὶ καλῶν εἰώθει φοιτᾶν καὶ τοὺς ὀφθαλμοὺς εἱστία τῇ κακῇ θεωρίᾳ.</w:t>
      </w:r>
    </w:p>
    <w:p>
      <w:r>
        <w:rPr>
          <w:rFonts w:ascii="Courier New" w:hAnsi="Courier New"/>
          <w:color w:val="555555"/>
          <w:sz w:val="20"/>
        </w:rPr>
        <w:t>[12 . 59]</w:t>
      </w:r>
    </w:p>
    <w:p>
      <w:r>
        <w:rPr>
          <w:rFonts w:ascii="Gentium Plus" w:hAnsi="Gentium Plus"/>
          <w:sz w:val="24"/>
        </w:rPr>
        <w:t>δης καὶ ἄλλοι πολλοὶ διάλογοι τοιαῦτα ἔχοντες διηγήματα. Ἃ δὲ Ἀλκιβιάδης ἐν τῷ Ξυμποσίῳ περὶ Σωκράτους ἔφη, Πλάτων μὲν ἔγραψεν, ἐγὼ δὲ φειδοῖ τοῦ Σωκράτους εἰπεῖν οὐκ ἀνέξομαι· τοσαύτην ἔχουσιν ἀτοπίαν καὶ παροινίαν Σωκράτους καὶ λώβην</w:t>
      </w:r>
    </w:p>
    <w:p>
      <w:r>
        <w:rPr>
          <w:rFonts w:ascii="Courier New" w:hAnsi="Courier New"/>
          <w:color w:val="555555"/>
          <w:sz w:val="20"/>
        </w:rPr>
        <w:t>[5]</w:t>
      </w:r>
    </w:p>
    <w:p>
      <w:r>
        <w:rPr>
          <w:rFonts w:ascii="Gentium Plus" w:hAnsi="Gentium Plus"/>
          <w:sz w:val="24"/>
        </w:rPr>
        <w:t>τοῖς ὀξυρρόποις περὶ τὸ πταίειν ἐκεῖνοι οἱ λόγοι ἐν ἐκείνῳ τῷ</w:t>
      </w:r>
    </w:p>
    <w:p>
      <w:r>
        <w:rPr>
          <w:rFonts w:ascii="Courier New" w:hAnsi="Courier New"/>
          <w:color w:val="555555"/>
          <w:sz w:val="20"/>
        </w:rPr>
        <w:t>[12 . 60]</w:t>
      </w:r>
    </w:p>
    <w:p>
      <w:r>
        <w:rPr>
          <w:rFonts w:ascii="Gentium Plus" w:hAnsi="Gentium Plus"/>
          <w:sz w:val="24"/>
        </w:rPr>
        <w:t>διαλόγῳ. Καὶ ἑσπερίσαι αὐτὸν καὶ διανυκτερεῦσαι πίνοντα ἔφη, καὶ τῶν ἄλλων ἀπειρηκότων ἤδη καὶ τὸν ὕπνον ἀσπασαμένων, ἐγρηγορότα μεῖναι πίνοντα καὶ μεταξὺ διαλεγόμενον, ὀνησιφόρον μὲν οὐδέν, ἃ δὲ Ἀλκιβιάδῃ καὶ Ἀριστοφάνει καὶ τοῖς ἄλλοις</w:t>
      </w:r>
    </w:p>
    <w:p>
      <w:r>
        <w:rPr>
          <w:rFonts w:ascii="Courier New" w:hAnsi="Courier New"/>
          <w:color w:val="555555"/>
          <w:sz w:val="20"/>
        </w:rPr>
        <w:t>[5]</w:t>
      </w:r>
    </w:p>
    <w:p>
      <w:r>
        <w:rPr>
          <w:rFonts w:ascii="Gentium Plus" w:hAnsi="Gentium Plus"/>
          <w:sz w:val="24"/>
        </w:rPr>
        <w:t>ἥρμοττε κωμασταῖς.</w:t>
      </w:r>
    </w:p>
    <w:p>
      <w:r>
        <w:rPr>
          <w:rFonts w:ascii="Courier New" w:hAnsi="Courier New"/>
          <w:color w:val="555555"/>
          <w:sz w:val="20"/>
        </w:rPr>
        <w:t>[12 . 61]</w:t>
      </w:r>
    </w:p>
    <w:p>
      <w:r>
        <w:rPr>
          <w:rFonts w:ascii="Gentium Plus" w:hAnsi="Gentium Plus"/>
          <w:sz w:val="24"/>
        </w:rPr>
        <w:t>Καὶ ὁ Πορφύριος δέ, τὴν Φιλόσοφον ἱστορίαν ξυγγράψας, πρῶτον μὲν αὐτὸν ἀκρόχολον καὶ εὐόργητον εἴρηκε γεγενῆσθαι, Ἀριστοξένῳ μάρτυρι κεχρημένος τὸν Σωκράτους βίον ξυγ‐</w:t>
      </w:r>
    </w:p>
    <w:p>
      <w:r>
        <w:rPr>
          <w:rFonts w:ascii="Courier New" w:hAnsi="Courier New"/>
          <w:color w:val="555555"/>
          <w:sz w:val="20"/>
        </w:rPr>
        <w:t>[12 . 62]</w:t>
      </w:r>
    </w:p>
    <w:p>
      <w:r>
        <w:rPr>
          <w:rFonts w:ascii="Gentium Plus" w:hAnsi="Gentium Plus"/>
          <w:sz w:val="24"/>
        </w:rPr>
        <w:t>γεγραφότι. Ἔφη γὰρ μηδενὶ ἑτέρῳ ἐντετυχηκέναι πιθανωτέρῳ ἐκείνου· τοιαύτην εἶναι τήν τε φωνὴν καὶ τὸ στόμα καὶ τὸ ἐπι‐ φαινόμενον ἦθος καὶ πρὸς ἅπασι δὲ τοῖς εἰρημένοις τὴν τοῦ</w:t>
      </w:r>
    </w:p>
    <w:p>
      <w:r>
        <w:rPr>
          <w:rFonts w:ascii="Courier New" w:hAnsi="Courier New"/>
          <w:color w:val="555555"/>
          <w:sz w:val="20"/>
        </w:rPr>
        <w:t>[12 . 63]</w:t>
      </w:r>
    </w:p>
    <w:p>
      <w:r>
        <w:rPr>
          <w:rFonts w:ascii="Gentium Plus" w:hAnsi="Gentium Plus"/>
          <w:sz w:val="24"/>
        </w:rPr>
        <w:t>εἴδους ἰδιότητα. Γίνεσθαι δὲ τοῦτο, ὅτε μὴ ὀργίζοιτο· ὅτε δὲ ληφθείη ὑπὸ τοῦ πάθους τούτου, δεινὴν εἶναι τὴν ἀσχημοσύνην· οὐδενὸς γὰρ οὔτε ὀνόματος ἀπέχεσθαι οὔτε τοῦ πράγματος. Καὶ ἄλλα δὲ τοιαῦτα διεξελθών, δείκνυσιν αὐτὸν καὶ ταῖς ἡδυπαθείαις</w:t>
      </w:r>
    </w:p>
    <w:p>
      <w:r>
        <w:rPr>
          <w:rFonts w:ascii="Courier New" w:hAnsi="Courier New"/>
          <w:color w:val="555555"/>
          <w:sz w:val="20"/>
        </w:rPr>
        <w:t>[12 . 64]</w:t>
      </w:r>
    </w:p>
    <w:p>
      <w:r>
        <w:rPr>
          <w:rFonts w:ascii="Gentium Plus" w:hAnsi="Gentium Plus"/>
          <w:sz w:val="24"/>
        </w:rPr>
        <w:t>δεδουλωμένον· λέγει δὲ οὕτως· «Πρὸς δὲ τὴν τῶν ἀφροδισίων χρῆσιν σφοδρότερον μὲν εἶναι, ἀδικίαν δὲ μὴ προσεῖναι· ἢ γὰρ ταῖς γαμεταῖς ἢ ταῖς κοιναῖς χρῆσθαι μόναις. Δύο δὲ σχεῖν γυ‐ ναῖκας ἅμα, Ξανθίππην μὲν πολῖτιν καὶ κοινοτέραν πως, Μυρτὼ</w:t>
      </w:r>
    </w:p>
    <w:p>
      <w:r>
        <w:rPr>
          <w:rFonts w:ascii="Courier New" w:hAnsi="Courier New"/>
          <w:color w:val="555555"/>
          <w:sz w:val="20"/>
        </w:rPr>
        <w:t>[5]</w:t>
      </w:r>
    </w:p>
    <w:p>
      <w:r>
        <w:rPr>
          <w:rFonts w:ascii="Gentium Plus" w:hAnsi="Gentium Plus"/>
          <w:sz w:val="24"/>
        </w:rPr>
        <w:t>δὲ Ἀριστείδου θυγατριδῆν τοῦ Λυσιμάχου. Καὶ τὴν μὲν Ξανθίπ‐ πην προσπλακεῖσαν λαβεῖν, ἐξ ἧς ὁ Λαμπροκλῆς ἐγένετο· τὴν</w:t>
      </w:r>
    </w:p>
    <w:p>
      <w:r>
        <w:rPr>
          <w:rFonts w:ascii="Courier New" w:hAnsi="Courier New"/>
          <w:color w:val="555555"/>
          <w:sz w:val="20"/>
        </w:rPr>
        <w:t>[12 . 65]</w:t>
      </w:r>
    </w:p>
    <w:p>
      <w:r>
        <w:rPr>
          <w:rFonts w:ascii="Gentium Plus" w:hAnsi="Gentium Plus"/>
          <w:sz w:val="24"/>
        </w:rPr>
        <w:t>Αὗται δὲ ξυνάπτουσαι μάχην πρὸς ἀλλήλας, ἐπειδὰν παύσαιντο, ἐπὶ τὸν Σωκράτην ὥρμων, διὰ τὸ μηδέποτε αὐτὰς μαχομένας διακωλύειν, γελᾶν δὲ καὶ ἀλλήλαις καὶ αὐτῷ μαχομένας ὁρῶντα. Εἶναι δέ φησιν αὐτὸν ἐν ταῖς ὁμιλίαις ἐνίοτε φιλαπεχθήμονα καὶ</w:t>
      </w:r>
    </w:p>
    <w:p>
      <w:r>
        <w:rPr>
          <w:rFonts w:ascii="Courier New" w:hAnsi="Courier New"/>
          <w:color w:val="555555"/>
          <w:sz w:val="20"/>
        </w:rPr>
        <w:t>[5]</w:t>
      </w:r>
    </w:p>
    <w:p>
      <w:r>
        <w:rPr>
          <w:rFonts w:ascii="Gentium Plus" w:hAnsi="Gentium Plus"/>
          <w:sz w:val="24"/>
        </w:rPr>
        <w:t>λοίδορον καὶ ὑβριστικόν.» Καὶ ταῦτα δὲ περὶ τοῦ Σωκράτους ὁ Πορφύριος ἔφη· «Ἐλέ‐</w:t>
      </w:r>
    </w:p>
    <w:p>
      <w:r>
        <w:rPr>
          <w:rFonts w:ascii="Courier New" w:hAnsi="Courier New"/>
          <w:color w:val="555555"/>
          <w:sz w:val="20"/>
        </w:rPr>
        <w:t>[12 . 66]</w:t>
      </w:r>
    </w:p>
    <w:p>
      <w:r>
        <w:rPr>
          <w:rFonts w:ascii="Gentium Plus" w:hAnsi="Gentium Plus"/>
          <w:sz w:val="24"/>
        </w:rPr>
        <w:t>γετο δὲ περὶ αὐτοῦ, ὡς ἄρα παῖς ὢν οὐκ εὖ βιώσειεν οὐδὲ εὐτάκτως. Πρῶτον μὲν γάρ φασιν αὐτὸν τῷ πατρὶ διατελέσαι ἀπειθοῦντα, καὶ ὁπότε κελεύσειεν αὐτὸν λαβόντα τὰ ὄργανα τὰ περὶ τὴν τέχνην ἀπαντᾶν ὁπουδήποτε, ὀλιγωρήσαντα τοῦ προστάγ‐</w:t>
      </w:r>
    </w:p>
    <w:p>
      <w:r>
        <w:rPr>
          <w:rFonts w:ascii="Courier New" w:hAnsi="Courier New"/>
          <w:color w:val="555555"/>
          <w:sz w:val="20"/>
        </w:rPr>
        <w:t>[12 . 67]</w:t>
      </w:r>
    </w:p>
    <w:p>
      <w:r>
        <w:rPr>
          <w:rFonts w:ascii="Gentium Plus" w:hAnsi="Gentium Plus"/>
          <w:sz w:val="24"/>
        </w:rPr>
        <w:t>ματος περιτρέχειν αὐτόν, ὅπου ποτὲ δόξειεν. Ἤδη δὲ περὶ τὰ ἑπτακαίδεκα ἔτη προσελθεῖν αὐτῷ Ἀρχέλαον τὸν Ἀναξαγόρου μαθητήν, φάσκοντα ἐραστὴν εἶναι· τὸν δὲ Σωκράτην οὐκ ἀπώ‐ σασθαι τὴν ἔντευξίν τε καὶ ὁμιλίαν τὴν πρὸς τὸν Ἀρχέλαον,</w:t>
      </w:r>
    </w:p>
    <w:p>
      <w:r>
        <w:rPr>
          <w:rFonts w:ascii="Courier New" w:hAnsi="Courier New"/>
          <w:color w:val="555555"/>
          <w:sz w:val="20"/>
        </w:rPr>
        <w:t>[5]</w:t>
      </w:r>
    </w:p>
    <w:p>
      <w:r>
        <w:rPr>
          <w:rFonts w:ascii="Gentium Plus" w:hAnsi="Gentium Plus"/>
          <w:sz w:val="24"/>
        </w:rPr>
        <w:t>ἀλλὰ γενέσθαι παρ’ αὐτῷ ἔτη συχνά· καὶ οὕτως ὑπὸ τοῦ Ἀρχε‐</w:t>
      </w:r>
    </w:p>
    <w:p>
      <w:r>
        <w:rPr>
          <w:rFonts w:ascii="Courier New" w:hAnsi="Courier New"/>
          <w:color w:val="555555"/>
          <w:sz w:val="20"/>
        </w:rPr>
        <w:t>[12 . 68]</w:t>
      </w:r>
    </w:p>
    <w:p>
      <w:r>
        <w:rPr>
          <w:rFonts w:ascii="Gentium Plus" w:hAnsi="Gentium Plus"/>
          <w:sz w:val="24"/>
        </w:rPr>
        <w:t>λάου προτραπῆναι ἐπὶ τὰ φιλόσοφα.» Εἶτα μετ’ ὀλίγα· «Ἦν δὲ καὶ τῶν ἐπιτιμωμένων καὶ τάδε Σωκράτει, ὅτι εἰς τοὺς ὄχλους εἰσωθεῖτο καὶ τὰς διατριβὰς ἐποιεῖτο πρὸς ταῖς τραπέζαις καὶ πρὸς τοῖς ἑρμαῖς.» Ταῦτα περὶ Σωκράτους ὁ Πορφύριος ἔφη καὶ</w:t>
      </w:r>
    </w:p>
    <w:p>
      <w:r>
        <w:rPr>
          <w:rFonts w:ascii="Courier New" w:hAnsi="Courier New"/>
          <w:color w:val="555555"/>
          <w:sz w:val="20"/>
        </w:rPr>
        <w:t>[5]</w:t>
      </w:r>
    </w:p>
    <w:p>
      <w:r>
        <w:rPr>
          <w:rFonts w:ascii="Gentium Plus" w:hAnsi="Gentium Plus"/>
          <w:sz w:val="24"/>
        </w:rPr>
        <w:t>ἄλλα ἄττα, ἃ ἑκὼν εἶναι παρέλιπον· ἐξ ὧν καταμαθεῖν ἔξεστιν, ὡς λόγοις ἐπῄνουν ἐκεῖνοι τὴν ἀρετήν, ἠσπάζοντο δὲ τὴν ἡδονὴν</w:t>
      </w:r>
    </w:p>
    <w:p>
      <w:r>
        <w:rPr>
          <w:rFonts w:ascii="Courier New" w:hAnsi="Courier New"/>
          <w:color w:val="555555"/>
          <w:sz w:val="20"/>
        </w:rPr>
        <w:t>[12 . 69]</w:t>
      </w:r>
    </w:p>
    <w:p>
      <w:r>
        <w:rPr>
          <w:rFonts w:ascii="Gentium Plus" w:hAnsi="Gentium Plus"/>
          <w:sz w:val="24"/>
        </w:rPr>
        <w:t>καὶ τοῖς πάθεσι δουλεύειν ἠνείχοντο. Εἰ γὰρ δὴ κατὰ τὸν Πορ‐ φύριον καὶ περὶ τὰ ἀφροδίσια ὁρμητικῶς εἶχε καὶ δύο γυναιξὶ κατὰ ταὐτὸν ὁμιλῶν οὐκ ἐλάμβανε κόρον, ἀλλὰ καὶ ταῖς κοιναῖς ἀνέ‐ δην ἐχρῆτο καὶ τῶν ἐν ταῖς παλαίστραις γυμνουμένων νέων κατὰ</w:t>
      </w:r>
    </w:p>
    <w:p>
      <w:r>
        <w:rPr>
          <w:rFonts w:ascii="Courier New" w:hAnsi="Courier New"/>
          <w:color w:val="555555"/>
          <w:sz w:val="20"/>
        </w:rPr>
        <w:t>[5]</w:t>
      </w:r>
    </w:p>
    <w:p>
      <w:r>
        <w:rPr>
          <w:rFonts w:ascii="Gentium Plus" w:hAnsi="Gentium Plus"/>
          <w:sz w:val="24"/>
        </w:rPr>
        <w:t>τὸν Πλάτωνα τὴν θέαν ἠσπάζετο καὶ δυσόργητος ἦν καὶ μόγις ᾄττοντα κατέχειν ἠδύνατο τὸν θυμὸν καὶ λοίδορον εἶχε τὴν γλῶτ‐</w:t>
      </w:r>
    </w:p>
    <w:p>
      <w:r>
        <w:rPr>
          <w:rFonts w:ascii="Courier New" w:hAnsi="Courier New"/>
          <w:color w:val="555555"/>
          <w:sz w:val="20"/>
        </w:rPr>
        <w:t>[12 . 70]</w:t>
      </w:r>
    </w:p>
    <w:p>
      <w:r>
        <w:rPr>
          <w:rFonts w:ascii="Gentium Plus" w:hAnsi="Gentium Plus"/>
          <w:sz w:val="24"/>
        </w:rPr>
        <w:t>Ὅτι δὲ καὶ Πλάτωνος κατηγοροῦσι τῶν παλαιῶν τινες ὡς πολλὰ πεποιηκότος φιλοσοφίας ἀνάξια, ἀκούσατε Ξενοφῶντος λέγοντος ἐν τῇ πρὸς Αἰσχίνην ἐπιστολῇ· «Αἰγύπτου γὰρ ἠράσ‐ θησαν καὶ τῆς Πυθαγόρου τερατώδους σοφίας· ὧν τὸ περιττὸν</w:t>
      </w:r>
    </w:p>
    <w:p>
      <w:r>
        <w:rPr>
          <w:rFonts w:ascii="Courier New" w:hAnsi="Courier New"/>
          <w:color w:val="555555"/>
          <w:sz w:val="20"/>
        </w:rPr>
        <w:t>[5]</w:t>
      </w:r>
    </w:p>
    <w:p>
      <w:r>
        <w:rPr>
          <w:rFonts w:ascii="Gentium Plus" w:hAnsi="Gentium Plus"/>
          <w:sz w:val="24"/>
        </w:rPr>
        <w:t>καὶ μὴ μόνιμον ἐπὶ Σωκράτει διήλεγχεν ἔρως τυραννίδος, καὶ</w:t>
      </w:r>
    </w:p>
    <w:p>
      <w:r>
        <w:rPr>
          <w:rFonts w:ascii="Courier New" w:hAnsi="Courier New"/>
          <w:color w:val="555555"/>
          <w:sz w:val="20"/>
        </w:rPr>
        <w:t>[12 . 71]</w:t>
      </w:r>
    </w:p>
    <w:p>
      <w:r>
        <w:rPr>
          <w:rFonts w:ascii="Gentium Plus" w:hAnsi="Gentium Plus"/>
          <w:sz w:val="24"/>
        </w:rPr>
        <w:t>ἀντὶ διαίτης λιτῆς Σικελιῶτις γαστρὸς τράπεζα.» Αἰνίττεται δὲ διὰ τούτων τὴν μετὰ Διονυσίου τοῦ τυράννου ἐν Σικελίᾳ δια‐ τριβήν. Τὰς γὰρ Ἀθήνας καταλιπὼν ἐκείνῳ ξυνῆν, Συρακουσίας ἀπολαύων χλιδῆς, καὶ μετὰ τὴν ἐκείνου τελευτὴν τῷ ἐκείνου</w:t>
      </w:r>
    </w:p>
    <w:p>
      <w:r>
        <w:rPr>
          <w:rFonts w:ascii="Courier New" w:hAnsi="Courier New"/>
          <w:color w:val="555555"/>
          <w:sz w:val="20"/>
        </w:rPr>
        <w:t>[5]</w:t>
      </w:r>
    </w:p>
    <w:p>
      <w:r>
        <w:rPr>
          <w:rFonts w:ascii="Gentium Plus" w:hAnsi="Gentium Plus"/>
          <w:sz w:val="24"/>
        </w:rPr>
        <w:t>παιδί. Τοσοῦτον δὲ παραινῶν τὸν τύραννον ὤνησεν, ὡς καὶ δεθῆναι κἀν ταῖς λιθοτομίαις εἱρχθῆναι· ὕστερον δὲ αὐτὸν καὶ ὡς ἀνδράποδον ἀπέδοτο βάρβαρον. Καὶ ὁ Πλούταρχος δέ φησιν ἔλαιον αὐτὸν εἰς τὴν Αἴγυπτον ἐμπορίας χάριν μετακομίσαι.</w:t>
      </w:r>
    </w:p>
    <w:p>
      <w:r>
        <w:rPr>
          <w:rFonts w:ascii="Courier New" w:hAnsi="Courier New"/>
          <w:color w:val="555555"/>
          <w:sz w:val="20"/>
        </w:rPr>
        <w:t>[12 . 72]</w:t>
      </w:r>
    </w:p>
    <w:p>
      <w:r>
        <w:rPr>
          <w:rFonts w:ascii="Gentium Plus" w:hAnsi="Gentium Plus"/>
          <w:sz w:val="24"/>
        </w:rPr>
        <w:t>Ἀλλ’ ὅμως καὶ τῶν τοιούτων ψόγων ἀκούοντες, θαυμάζομεν αὐτοῦ τὰ καλῶς εἰρημένα καὶ τὴν ἐκ τούτων ὠφέλειαν καὶ ὑμᾶς ἀξιοῦμεν ξυλλέγειν.</w:t>
      </w:r>
    </w:p>
    <w:p>
      <w:r>
        <w:rPr>
          <w:rFonts w:ascii="Courier New" w:hAnsi="Courier New"/>
          <w:color w:val="555555"/>
          <w:sz w:val="20"/>
        </w:rPr>
        <w:t>[12 . 73]</w:t>
      </w:r>
    </w:p>
    <w:p>
      <w:r>
        <w:rPr>
          <w:rFonts w:ascii="Gentium Plus" w:hAnsi="Gentium Plus"/>
          <w:sz w:val="24"/>
        </w:rPr>
        <w:t>Καὶ γὰρ δὴ καὶ γυναῖκας γεγενῆσθαι παρ’ Ἕλλησιν ἀξιεπαί‐ νους ἀκούομεν. Λυσιδίκη μὲν γάρ, ὥς φασιν, ἐλοῦτο μηδὲ τὸν</w:t>
      </w:r>
    </w:p>
    <w:p>
      <w:r>
        <w:rPr>
          <w:rFonts w:ascii="Courier New" w:hAnsi="Courier New"/>
          <w:color w:val="555555"/>
          <w:sz w:val="20"/>
        </w:rPr>
        <w:t>[5]</w:t>
      </w:r>
    </w:p>
    <w:p>
      <w:r>
        <w:rPr>
          <w:rFonts w:ascii="Gentium Plus" w:hAnsi="Gentium Plus"/>
          <w:sz w:val="24"/>
        </w:rPr>
        <w:t>λυπτόμενον ἐγυμνοῦτο τοῦ σώματος, ἀναστέλλουσα κατ’ ὀλίγον τὸν χιτῶνα· καὶ αὖ πάλιν ἀνιοῦσα παραπλησίως ἠμπίσχετο. Θεανὼ δὲ ἡ Πυθαγορική, ἀποβλέψαντός τινος εἰς αὐτὴν καὶ εἰπόντος· «Καλὸς ὁ πῆχυς», «ἀλλ’ οὐ δημόσιος» ἀπεκρίνατο. Ἐρωτηθεῖσα δὲ πάλιν· «Ποσταία γυνὴ ἀπὸ ἀνδρὸς εἰς τὸ</w:t>
      </w:r>
    </w:p>
    <w:p>
      <w:r>
        <w:rPr>
          <w:rFonts w:ascii="Courier New" w:hAnsi="Courier New"/>
          <w:color w:val="555555"/>
          <w:sz w:val="20"/>
        </w:rPr>
        <w:t>[10]</w:t>
      </w:r>
    </w:p>
    <w:p>
      <w:r>
        <w:rPr>
          <w:rFonts w:ascii="Gentium Plus" w:hAnsi="Gentium Plus"/>
          <w:sz w:val="24"/>
        </w:rPr>
        <w:t>Θεσμοφόριον κάτεισιν;» «Ἀπὸ μὲν τοῦ ἰδίου παραχρῆμα» ἔφη, «ἀπὸ δὲ τοῦ ἀλλοτρίου, οὐδέποτε.»</w:t>
      </w:r>
    </w:p>
    <w:p>
      <w:r>
        <w:rPr>
          <w:rFonts w:ascii="Courier New" w:hAnsi="Courier New"/>
          <w:color w:val="555555"/>
          <w:sz w:val="20"/>
        </w:rPr>
        <w:t>[12 . 74]</w:t>
      </w:r>
    </w:p>
    <w:p>
      <w:r>
        <w:rPr>
          <w:rFonts w:ascii="Gentium Plus" w:hAnsi="Gentium Plus"/>
          <w:sz w:val="24"/>
        </w:rPr>
        <w:t>Ταῦτα καὶ ὅσα τοιαῦτα καὶ ἐπαινοῦμεν καὶ φιλοσοφίας εἶναι ἄξιά φαμεν. Καὶ ἀποδεχόμεθα τὸν Πλάτωνα τοῖς ἀγαθοῖς τὸν γάμον ξυντάξαντα καὶ ἀθανασίας ἐπίνοιαν καὶ διαμονὴν τοῦ γέ‐ νους καλέσαντα· Δημοκρίτῳ δὲ καὶ Ἐπικούρῳ λίαν μεμφόμεθα,</w:t>
      </w:r>
    </w:p>
    <w:p>
      <w:r>
        <w:rPr>
          <w:rFonts w:ascii="Courier New" w:hAnsi="Courier New"/>
          <w:color w:val="555555"/>
          <w:sz w:val="20"/>
        </w:rPr>
        <w:t>[5]</w:t>
      </w:r>
    </w:p>
    <w:p>
      <w:r>
        <w:rPr>
          <w:rFonts w:ascii="Gentium Plus" w:hAnsi="Gentium Plus"/>
          <w:sz w:val="24"/>
        </w:rPr>
        <w:t>παραιτεῖσθαι καὶ τὸν γάμον καὶ τὴν παιδογονίαν κελεύουσιν. Τὴν γάρ τοι ἡδονὴν ὁρισάμενοι τέλος, τὰ φροντίδας ἔχοντα καί τινας</w:t>
      </w:r>
    </w:p>
    <w:p>
      <w:r>
        <w:rPr>
          <w:rFonts w:ascii="Courier New" w:hAnsi="Courier New"/>
          <w:color w:val="555555"/>
          <w:sz w:val="20"/>
        </w:rPr>
        <w:t>[12 . 75]</w:t>
      </w:r>
    </w:p>
    <w:p>
      <w:r>
        <w:rPr>
          <w:rFonts w:ascii="Gentium Plus" w:hAnsi="Gentium Plus"/>
          <w:sz w:val="24"/>
        </w:rPr>
        <w:t>ἀηδίας παντελῶς ἀπεκήρυξαν. Οἱ δὲ τῆς Ποικίλης μέσην τινὰ ὁδὸν ὥδευσαν· τοῖς γὰρ ἀδιαφόροις τὸν γάμον καὶ τὴν παιδογο‐ νίαν ξυνέζευξαν. Οἱ δὲ θεῖοι λόγοι τὴν μὲν διὰ φιλοσοφίαν ἐπι‐ νοουμένην ἁγνείαν ὑμνοῦσιν, ὡς βίον προξενοῦσαν φροντίδων</w:t>
      </w:r>
    </w:p>
    <w:p>
      <w:r>
        <w:rPr>
          <w:rFonts w:ascii="Courier New" w:hAnsi="Courier New"/>
          <w:color w:val="555555"/>
          <w:sz w:val="20"/>
        </w:rPr>
        <w:t>[5]</w:t>
      </w:r>
    </w:p>
    <w:p>
      <w:r>
        <w:rPr>
          <w:rFonts w:ascii="Gentium Plus" w:hAnsi="Gentium Plus"/>
          <w:sz w:val="24"/>
        </w:rPr>
        <w:t>ἐλεύθερον· τὸν δὲ σώφρονα γάμον νομοθετοῦσιν, ὡς καὶ τὸ γένος αὔξοντα καὶ λαγνείας τοὺς σωφρονεῖν βουλομένους ἐλευθεροῦντα· πορνείας δὲ καὶ τῆς ἄλλης ἀκολασίας ὡς συώδους κατηγοροῦσιν·</w:t>
      </w:r>
    </w:p>
    <w:p>
      <w:r>
        <w:rPr>
          <w:rFonts w:ascii="Courier New" w:hAnsi="Courier New"/>
          <w:color w:val="555555"/>
          <w:sz w:val="20"/>
        </w:rPr>
        <w:t>[12 . 76]</w:t>
      </w:r>
    </w:p>
    <w:p>
      <w:r>
        <w:rPr>
          <w:rFonts w:ascii="Gentium Plus" w:hAnsi="Gentium Plus"/>
          <w:sz w:val="24"/>
        </w:rPr>
        <w:t>«Τίμιος γὰρ ὁ γάμος ἐν πᾶσι, καὶ ἡ κοίτη ἀμίαντος» φησὶν ὁ θεῖος ἀπόστολος· «πόρνους δὲ καὶ μοιχοὺς κρινεῖ ὁ Θεός.» Καὶ πάλιν· «Λέγω δὲ τοῖς ἀγάμοις καὶ ταῖς χήραις· καλὸν αὐτοῖς ἐστιν, ἐὰν μείνωσιν ὡς κἀγώ· εἰ δὲ οὐκ ἐγκρατεύονται,</w:t>
      </w:r>
    </w:p>
    <w:p>
      <w:r>
        <w:rPr>
          <w:rFonts w:ascii="Courier New" w:hAnsi="Courier New"/>
          <w:color w:val="555555"/>
          <w:sz w:val="20"/>
        </w:rPr>
        <w:t>[5]</w:t>
      </w:r>
    </w:p>
    <w:p>
      <w:r>
        <w:rPr>
          <w:rFonts w:ascii="Gentium Plus" w:hAnsi="Gentium Plus"/>
          <w:sz w:val="24"/>
        </w:rPr>
        <w:t>γαμησάτωσαν.» Καὶ ἑτέρωθι· «Πορνεία δὲ καὶ ἀκαθαρσία μηδὲ ὀνομαζέσθω ἐν ὑμῖν, καθὼς πρέπει ἁγίοις.» Καὶ ἀλλαχοῦ·</w:t>
      </w:r>
    </w:p>
    <w:p>
      <w:r>
        <w:rPr>
          <w:rFonts w:ascii="Courier New" w:hAnsi="Courier New"/>
          <w:color w:val="555555"/>
          <w:sz w:val="20"/>
        </w:rPr>
        <w:t>[12 . 77]</w:t>
      </w:r>
    </w:p>
    <w:p>
      <w:r>
        <w:rPr>
          <w:rFonts w:ascii="Gentium Plus" w:hAnsi="Gentium Plus"/>
          <w:sz w:val="24"/>
        </w:rPr>
        <w:t>«Μή τις πόρνος ἢ βέβηλος ὡς Ἡσαῦ.» Οἱ μὲν οὖν ἡμέτεροι διδάσκαλοι τὸν λογικοῖς πρέποντα διεθεσμοθέτησαν βίον· οἱ δὲ τῶν φιλοσόφων ἄριστοι καὶ αὐτοὶ ταῖς ἡδοναῖς ἐδουλώθησαν καὶ νόμους ἔγραψαν ἀκολασίαν διδάσκοντας· τοιοῦτοι γὰρ οἱ περὶ</w:t>
      </w:r>
    </w:p>
    <w:p>
      <w:r>
        <w:rPr>
          <w:rFonts w:ascii="Courier New" w:hAnsi="Courier New"/>
          <w:color w:val="555555"/>
          <w:sz w:val="20"/>
        </w:rPr>
        <w:t>[5]</w:t>
      </w:r>
    </w:p>
    <w:p>
      <w:r>
        <w:rPr>
          <w:rFonts w:ascii="Gentium Plus" w:hAnsi="Gentium Plus"/>
          <w:sz w:val="24"/>
        </w:rPr>
        <w:t>γάμων καὶ παιδεραστίας τοῦ Πλάτωνος νόμοι. Καὶ μέντοι καὶ περὶ φιλίας Ἱππόδαμος ὁ Πυθαγόρειος οὕτω γέγραφεν· «Ἁ μὲν ἐξ ἐπιστάμας θεῶν, ἁ δὲ ἐκ παροχᾶς ἀνθρώπων, ἁ δὲ ἐξ ἁδονᾶς ζῴων.»</w:t>
      </w:r>
    </w:p>
    <w:p>
      <w:r>
        <w:rPr>
          <w:rFonts w:ascii="Courier New" w:hAnsi="Courier New"/>
          <w:color w:val="555555"/>
          <w:sz w:val="20"/>
        </w:rPr>
        <w:t>[12 . 78]</w:t>
      </w:r>
    </w:p>
    <w:p>
      <w:r>
        <w:rPr>
          <w:rFonts w:ascii="Gentium Plus" w:hAnsi="Gentium Plus"/>
          <w:sz w:val="24"/>
        </w:rPr>
        <w:t>Ὁ δὲ δεσπότης Χριστὸς ἐν τοῖς ἱεροῖς εὐαγγελίοις φησίν· «Μείζονα ταύτης ἀγάπην οὐδεὶς δύναται δεῖξαι, ἵνα τις θῇ τὴν ψυχὴν αὐτοῦ ὑπὲρ τῶν φίλων αὐτοῦ.» Τὰ τελεώτατα δὲ ἐκπαι‐</w:t>
      </w:r>
    </w:p>
    <w:p>
      <w:r>
        <w:rPr>
          <w:rFonts w:ascii="Courier New" w:hAnsi="Courier New"/>
          <w:color w:val="555555"/>
          <w:sz w:val="20"/>
        </w:rPr>
        <w:t>[5]</w:t>
      </w:r>
    </w:p>
    <w:p>
      <w:r>
        <w:rPr>
          <w:rFonts w:ascii="Gentium Plus" w:hAnsi="Gentium Plus"/>
          <w:sz w:val="24"/>
        </w:rPr>
        <w:t>ρειον ἐκπαιδευθεὶς τετρακτὺν τὴν ἀνθρωπίνην φιλίαν ἐκ παροχῆς</w:t>
      </w:r>
    </w:p>
    <w:p>
      <w:r>
        <w:rPr>
          <w:rFonts w:ascii="Courier New" w:hAnsi="Courier New"/>
          <w:color w:val="555555"/>
          <w:sz w:val="20"/>
        </w:rPr>
        <w:t>[12 . 79]</w:t>
      </w:r>
    </w:p>
    <w:p>
      <w:r>
        <w:rPr>
          <w:rFonts w:ascii="Gentium Plus" w:hAnsi="Gentium Plus"/>
          <w:sz w:val="24"/>
        </w:rPr>
        <w:t>ὡρίσατο κατορθοῦσθαι. Οὐ μόνον δὲ ἀπᾴδων ὅδε ὁ λόγος, ἀλλὰ καὶ πάμπαν ἀξύστατος. Πολλοὺς γὰρ ἐχθρῶν εὐεργέτας γεγε‐ νημένους εὑρίσκομεν· πολλοὺς δὲ εὖ μὲν παρά τινων πεπονθότας, ἀχαρίστους δὲ μάλα περὶ τοὺς εὐεργέτας γεγενημένους. Οὐ</w:t>
      </w:r>
    </w:p>
    <w:p>
      <w:r>
        <w:rPr>
          <w:rFonts w:ascii="Courier New" w:hAnsi="Courier New"/>
          <w:color w:val="555555"/>
          <w:sz w:val="20"/>
        </w:rPr>
        <w:t>[5]</w:t>
      </w:r>
    </w:p>
    <w:p>
      <w:r>
        <w:rPr>
          <w:rFonts w:ascii="Gentium Plus" w:hAnsi="Gentium Plus"/>
          <w:sz w:val="24"/>
        </w:rPr>
        <w:t>τοίνυν παροχῆς ἔκγονος ἡ φιλία, ἀλλὰ καρπὸς φιλίας ἡ παροχή.</w:t>
      </w:r>
    </w:p>
    <w:p>
      <w:r>
        <w:rPr>
          <w:rFonts w:ascii="Courier New" w:hAnsi="Courier New"/>
          <w:color w:val="555555"/>
          <w:sz w:val="20"/>
        </w:rPr>
        <w:t>[12 . 80]</w:t>
      </w:r>
    </w:p>
    <w:p>
      <w:r>
        <w:rPr>
          <w:rFonts w:ascii="Gentium Plus" w:hAnsi="Gentium Plus"/>
          <w:sz w:val="24"/>
        </w:rPr>
        <w:t>Ταῦτα πάλιν, ὦ ἄνδρες, παρεξετάσαντες καὶ γνόντες, ὅσον θείων καὶ ἀνθρωπίνων τὸ μέσον, δι’ ἐκείνων, οἷον δή τινων στοι‐ χείων, ἐπὶ τὴν τούτων ὁδεύσατε τελειότητα καὶ «μὴ προφα‐ σίζεσθε προφάσεις ἐν ἁμαρτίαις», ᾗ φησιν ἡ μελῳδία τοῦ Πνεύ‐</w:t>
      </w:r>
    </w:p>
    <w:p>
      <w:r>
        <w:rPr>
          <w:rFonts w:ascii="Courier New" w:hAnsi="Courier New"/>
          <w:color w:val="555555"/>
          <w:sz w:val="20"/>
        </w:rPr>
        <w:t>[12 . 81]</w:t>
      </w:r>
    </w:p>
    <w:p>
      <w:r>
        <w:rPr>
          <w:rFonts w:ascii="Gentium Plus" w:hAnsi="Gentium Plus"/>
          <w:sz w:val="24"/>
        </w:rPr>
        <w:t>ματος. Ὅταν γὰρ τοὺς εὐαγγελικοὺς ἐπιδείξωμεν νόμους πολλῷ τῆς Ἑλληνικῆς φιλοσοφίας ὄντας ὑψηλοτέρους, τηνικαῦτα ὑμεῖς τοὺς μὲν νόμους ἐπαινεῖτε, τοὺς δὲ τούτους παραβαίνοντας ἀδεῶς εἰς μέσον προφέρετε καὶ δι’ ἐκείνων πειρᾶσθε διαβάλλειν τοὺς</w:t>
      </w:r>
    </w:p>
    <w:p>
      <w:r>
        <w:rPr>
          <w:rFonts w:ascii="Courier New" w:hAnsi="Courier New"/>
          <w:color w:val="555555"/>
          <w:sz w:val="20"/>
        </w:rPr>
        <w:t>[12 . 82]</w:t>
      </w:r>
    </w:p>
    <w:p>
      <w:r>
        <w:rPr>
          <w:rFonts w:ascii="Gentium Plus" w:hAnsi="Gentium Plus"/>
          <w:sz w:val="24"/>
        </w:rPr>
        <w:t>νόμους. Ἔδει δὲ ψέγειν μὲν ἐκείνους, ἀλλὰ μὴ τῶν νόμων κατη‐ γορεῖν. Οὐδὲ γὰρ διὰ τὰς φαύλας ἀμπέλους φεύγομεν τὰς ἀρίσ‐ τας, οὐδὲ διὰ τὰς πικρὰς ἀμυγδάλας καὶ τὰς γλυκείας ἀποστρε‐ φόμεθα, οὐδὲ διὰ τὸν ὑπόχαλκον χρυσὸν καὶ τὸν ἀκίβδηλον δια‐</w:t>
      </w:r>
    </w:p>
    <w:p>
      <w:r>
        <w:rPr>
          <w:rFonts w:ascii="Courier New" w:hAnsi="Courier New"/>
          <w:color w:val="555555"/>
          <w:sz w:val="20"/>
        </w:rPr>
        <w:t>[5]</w:t>
      </w:r>
    </w:p>
    <w:p>
      <w:r>
        <w:rPr>
          <w:rFonts w:ascii="Gentium Plus" w:hAnsi="Gentium Plus"/>
          <w:sz w:val="24"/>
        </w:rPr>
        <w:t>βάλλομεν, οὐδὲ διὰ τὴν ἐψευσμένην πορφύραν καὶ τὴν ἀληθινὴν σκώπτομεν, οὐδὲ τῶν ἀμαθῶν ἕνεκα ζωγράφων καὶ τῶν ἐντέχνων κατηγοροῦμεν, οὐδὲ διὰ τοὺς πονηροὺς ἀνθρώπους καὶ τοὺς σπουδαίους μισοῦμεν, οὐδὲ ἤν τινα εὕρωμεν ἀνεπιστήμονα ἰατρόν, ἤδη καὶ τὴν ἰατρικὴν ἀπαγορεύομεν τέχνην, ἀλλὰ καὶ τῶν ζω‐</w:t>
      </w:r>
    </w:p>
    <w:p>
      <w:r>
        <w:rPr>
          <w:rFonts w:ascii="Courier New" w:hAnsi="Courier New"/>
          <w:color w:val="555555"/>
          <w:sz w:val="20"/>
        </w:rPr>
        <w:t>[10]</w:t>
      </w:r>
    </w:p>
    <w:p>
      <w:r>
        <w:rPr>
          <w:rFonts w:ascii="Gentium Plus" w:hAnsi="Gentium Plus"/>
          <w:sz w:val="24"/>
        </w:rPr>
        <w:t>γράφων καὶ τῶν ἰατρῶν, καὶ μέντοι καὶ τῶν σκυτοτόμων καὶ τῶν χαλκοτύπων καὶ τῶν χρυσοχόων τοὺς μὲν ἀρίστους θαυμάζομεν,</w:t>
      </w:r>
    </w:p>
    <w:p>
      <w:r>
        <w:rPr>
          <w:rFonts w:ascii="Courier New" w:hAnsi="Courier New"/>
          <w:color w:val="555555"/>
          <w:sz w:val="20"/>
        </w:rPr>
        <w:t>[12 . 83]</w:t>
      </w:r>
    </w:p>
    <w:p>
      <w:r>
        <w:rPr>
          <w:rFonts w:ascii="Gentium Plus" w:hAnsi="Gentium Plus"/>
          <w:sz w:val="24"/>
        </w:rPr>
        <w:t>ἀνεχόμεθα. Τῶν γὰρ ἀτοπωτάτων διὰ τοὺς τυφλώττοντας τοὺς ὀφθαλμοὺς καὶ αὐτὴν τὴν ὀπτικὴν αἴσθησιν διαψέγειν ὡς ἄχρηστον, καὶ διὰ τοὺς τὴν γλῶτταν πεπεδημένους τῶν τῆς φωνῆς ὀργάνων ὡς</w:t>
      </w:r>
    </w:p>
    <w:p>
      <w:r>
        <w:rPr>
          <w:rFonts w:ascii="Courier New" w:hAnsi="Courier New"/>
          <w:color w:val="555555"/>
          <w:sz w:val="20"/>
        </w:rPr>
        <w:t>[5]</w:t>
      </w:r>
    </w:p>
    <w:p>
      <w:r>
        <w:rPr>
          <w:rFonts w:ascii="Gentium Plus" w:hAnsi="Gentium Plus"/>
          <w:sz w:val="24"/>
        </w:rPr>
        <w:t>οὐκ ἀναγκαίων κατηγορεῖν, καὶ διὰ τὰ βεβυσμένα ὦτα τὴν ἀκουστικὴν αἴσθησιν περιττὴν ὀνομάζειν.</w:t>
      </w:r>
    </w:p>
    <w:p>
      <w:r>
        <w:rPr>
          <w:rFonts w:ascii="Courier New" w:hAnsi="Courier New"/>
          <w:color w:val="555555"/>
          <w:sz w:val="20"/>
        </w:rPr>
        <w:t>[12 . 84]</w:t>
      </w:r>
    </w:p>
    <w:p>
      <w:r>
        <w:rPr>
          <w:rFonts w:ascii="Gentium Plus" w:hAnsi="Gentium Plus"/>
          <w:sz w:val="24"/>
        </w:rPr>
        <w:t>Οὕτω τοίνυν ἀληθῶς σχέτλιόν τε καὶ ἄδικον τῶν τοὺς νόμους παραβαινόντων εἵνεκα καὶ αὐτῶν τῶν νόμων κατηγορεῖν καὶ τῶν τούτους φυλάττειν ἐσπουδακότων. Οὐδὲ γὰρ εἴ τις τέκτων κατὰ λόγον μὲν εὐθύνοι τὴν στάθμην, παρὰ λόγον δὲ τῷ σκεπάρνῳ</w:t>
      </w:r>
    </w:p>
    <w:p>
      <w:r>
        <w:rPr>
          <w:rFonts w:ascii="Courier New" w:hAnsi="Courier New"/>
          <w:color w:val="555555"/>
          <w:sz w:val="20"/>
        </w:rPr>
        <w:t>[5]</w:t>
      </w:r>
    </w:p>
    <w:p>
      <w:r>
        <w:rPr>
          <w:rFonts w:ascii="Gentium Plus" w:hAnsi="Gentium Plus"/>
          <w:sz w:val="24"/>
        </w:rPr>
        <w:t>χρώμενος διαφθείροι τὰ σημεῖα τοῦ μέλανος, ἢ περαιτέρω ταύ‐ της τῶν ἔνδον ἀφαιρούμενος ἢ περιττὰ ἔξωθεν καταλείπων, τὴν στάθμην αἰτιατέον, ἣ τὸ εὐθὲς ἐπιδείκνυσι· τῆς γάρ τοι τοῦ</w:t>
      </w:r>
    </w:p>
    <w:p>
      <w:r>
        <w:rPr>
          <w:rFonts w:ascii="Courier New" w:hAnsi="Courier New"/>
          <w:color w:val="555555"/>
          <w:sz w:val="20"/>
        </w:rPr>
        <w:t>[12 . 85]</w:t>
      </w:r>
    </w:p>
    <w:p>
      <w:r>
        <w:rPr>
          <w:rFonts w:ascii="Gentium Plus" w:hAnsi="Gentium Plus"/>
          <w:sz w:val="24"/>
        </w:rPr>
        <w:t>τέκτονος ἀμαθίας ἡ ἁμαρτία. Οὐκοῦν οἱ νόμοι στάθμης τινὸς καὶ κανόνος καὶ γνώμονος ἐπέχουσι τάξιν· τῶν δὲ τούτοις χρω‐ μένων οἱ μὲν ἄριστα τὸν οἰκεῖον διευθύνουσι βίον, οἱ δὲ τὰ ῥᾷστα ἀντὶ τῶν βελτίστων προαιρούμενοι ἔξω τῆς τούτων εὐθύτητος</w:t>
      </w:r>
    </w:p>
    <w:p>
      <w:r>
        <w:rPr>
          <w:rFonts w:ascii="Courier New" w:hAnsi="Courier New"/>
          <w:color w:val="555555"/>
          <w:sz w:val="20"/>
        </w:rPr>
        <w:t>[5]</w:t>
      </w:r>
    </w:p>
    <w:p>
      <w:r>
        <w:rPr>
          <w:rFonts w:ascii="Gentium Plus" w:hAnsi="Gentium Plus"/>
          <w:sz w:val="24"/>
        </w:rPr>
        <w:t>βαίνουσιν. Τοιγάρτοι τούτων μὲν κατηγορητέον, τοὺς δὲ νόμους ἐπαινετέον.</w:t>
      </w:r>
    </w:p>
    <w:p>
      <w:r>
        <w:rPr>
          <w:rFonts w:ascii="Courier New" w:hAnsi="Courier New"/>
          <w:color w:val="555555"/>
          <w:sz w:val="20"/>
        </w:rPr>
        <w:t>[12 . 86]</w:t>
      </w:r>
    </w:p>
    <w:p>
      <w:r>
        <w:rPr>
          <w:rFonts w:ascii="Gentium Plus" w:hAnsi="Gentium Plus"/>
          <w:sz w:val="24"/>
        </w:rPr>
        <w:t>Οὐδὲ γὰρ εἴ τις ἄριστος ἰατρὸς ἐπιτάξοι τῷ κάμνοντι τῶν μὲν μεταλαβεῖν, τῶν δὲ μὴ μετασχεῖν παντελῶς, εἶτα ἐκεῖνος, ὀλίγον τῶν ἰατρικῶν ὑποθηκῶν φροντίσας, τῆς θεραπείας προτιμ‐ ήσοι τὴν ἡδονὴν καὶ τὰ ἀπειρημένα φαγὼν ἢ πιὼν αὐξήσοι τὴν</w:t>
      </w:r>
    </w:p>
    <w:p>
      <w:r>
        <w:rPr>
          <w:rFonts w:ascii="Courier New" w:hAnsi="Courier New"/>
          <w:color w:val="555555"/>
          <w:sz w:val="20"/>
        </w:rPr>
        <w:t>[5]</w:t>
      </w:r>
    </w:p>
    <w:p>
      <w:r>
        <w:rPr>
          <w:rFonts w:ascii="Gentium Plus" w:hAnsi="Gentium Plus"/>
          <w:sz w:val="24"/>
        </w:rPr>
        <w:t>νόσον, τὸν ἰατρὸν ὡς ἐπίβουλον αἰτιώμεθα. Ἐκ γὰρ δὴ τῆς τοῦ κάμνοντος ἀκρασίας, οὐκ ἐκ τῆς τοῦ ξυμβουλεύσαντος προ‐</w:t>
      </w:r>
    </w:p>
    <w:p>
      <w:r>
        <w:rPr>
          <w:rFonts w:ascii="Courier New" w:hAnsi="Courier New"/>
          <w:color w:val="555555"/>
          <w:sz w:val="20"/>
        </w:rPr>
        <w:t>[12 . 87]</w:t>
      </w:r>
    </w:p>
    <w:p>
      <w:r>
        <w:rPr>
          <w:rFonts w:ascii="Gentium Plus" w:hAnsi="Gentium Plus"/>
          <w:sz w:val="24"/>
        </w:rPr>
        <w:t>Ταῦτα τοίνυν ξυλλογισάμενοι καὶ ὅσα τούτοις προσόμοια, τὸν μὲν τῶν σωτηρίων νόμων νομοθέτην ὑμνήσατε, αὐτῶν δὲ τῶν νόμων θαυμάσατε τὸ βιωφελὲς καὶ ὀνήσιμον· καὶ οἷον θεωροί τινες τῶν ἀξιεπαίνων ἀγώνων γινόμενοι, τοὺς μὲν τούτων ἀνα‐</w:t>
      </w:r>
    </w:p>
    <w:p>
      <w:r>
        <w:rPr>
          <w:rFonts w:ascii="Courier New" w:hAnsi="Courier New"/>
          <w:color w:val="555555"/>
          <w:sz w:val="20"/>
        </w:rPr>
        <w:t>[5]</w:t>
      </w:r>
    </w:p>
    <w:p>
      <w:r>
        <w:rPr>
          <w:rFonts w:ascii="Gentium Plus" w:hAnsi="Gentium Plus"/>
          <w:sz w:val="24"/>
        </w:rPr>
        <w:t>κηρύξατε φύλακας, κατὰ δὲ τῶν παραβεβηκότων μὴ τὴν ἴσην</w:t>
      </w:r>
    </w:p>
    <w:p>
      <w:r>
        <w:rPr>
          <w:rFonts w:ascii="Courier New" w:hAnsi="Courier New"/>
          <w:color w:val="555555"/>
          <w:sz w:val="20"/>
        </w:rPr>
        <w:t>[12 . 88]</w:t>
      </w:r>
    </w:p>
    <w:p>
      <w:r>
        <w:rPr>
          <w:rFonts w:ascii="Gentium Plus" w:hAnsi="Gentium Plus"/>
          <w:sz w:val="24"/>
        </w:rPr>
        <w:t>ἐξενέγκητε ψῆφον. Οὐ γὰρ ἴσῳ γε σκοπῷ παραβαίνουσιν ἅπαντες. Πολλὰ γὰρ δὴ καὶ παρὰ γνώμην πλημμελοῦμεν οἱ ἄνθρωποι· καὶ ταῦτα καὶ αὐτοί γε οἱ νόμοι καλοῦσιν ἀκούσια. Καὶ γὰρ δὴ κατὰ κυνός τις ἢ ἄλλου του λίθον ἀκοντίσας, τοῦ μὲν διήμαρτεν,</w:t>
      </w:r>
    </w:p>
    <w:p>
      <w:r>
        <w:rPr>
          <w:rFonts w:ascii="Courier New" w:hAnsi="Courier New"/>
          <w:color w:val="555555"/>
          <w:sz w:val="20"/>
        </w:rPr>
        <w:t>[5]</w:t>
      </w:r>
    </w:p>
    <w:p>
      <w:r>
        <w:rPr>
          <w:rFonts w:ascii="Gentium Plus" w:hAnsi="Gentium Plus"/>
          <w:sz w:val="24"/>
        </w:rPr>
        <w:t>ἄνθρωπον δὲ κατέκτεινε· τοιαῦτα γὰρ δὴ πάθη καὶ Ἡρόδοτος</w:t>
      </w:r>
    </w:p>
    <w:p>
      <w:r>
        <w:rPr>
          <w:rFonts w:ascii="Courier New" w:hAnsi="Courier New"/>
          <w:color w:val="555555"/>
          <w:sz w:val="20"/>
        </w:rPr>
        <w:t>[12 . 89]</w:t>
      </w:r>
    </w:p>
    <w:p>
      <w:r>
        <w:rPr>
          <w:rFonts w:ascii="Gentium Plus" w:hAnsi="Gentium Plus"/>
          <w:sz w:val="24"/>
        </w:rPr>
        <w:t>ᾄδει. Πολλάκις δέ τις πέλεκυν ἔχων καὶ ξύλα τέμνων κατά τινος παριόντος ἄκων ἠκόντισε τὸν σίδηρον. Τούτοις καὶ τοῖς τοιούτοις, ὡς ἀκουσίοις, ξυγγνώμην οἱ νόμοι προσνέμουσιν. Καὶ τὰ ἑκούσια δὲ οὐ σμικρὰν ἔχει διαφοράν. Οὐδὲ γὰρ ἴσον ὑπό</w:t>
      </w:r>
    </w:p>
    <w:p>
      <w:r>
        <w:rPr>
          <w:rFonts w:ascii="Courier New" w:hAnsi="Courier New"/>
          <w:color w:val="555555"/>
          <w:sz w:val="20"/>
        </w:rPr>
        <w:t>[5]</w:t>
      </w:r>
    </w:p>
    <w:p>
      <w:r>
        <w:rPr>
          <w:rFonts w:ascii="Gentium Plus" w:hAnsi="Gentium Plus"/>
          <w:sz w:val="24"/>
        </w:rPr>
        <w:t>τινος ὀργῆς καὶ θυμοῦ τινα παροξυνόμενον πατάξαι τὸν πέλας καὶ παραπέμψαι τῷ θανάτῳ, οὐ τοῦτο προβουλευσάμενον οὐδὲ ἐπὶ τούτῳ γε παίσαντα, καὶ τὸ ἐξ ἐπιβουλῆς καὶ λόχου καὶ προ‐ νοίας τυρεῦσαι τὸν θάνατον· τὸ μὲν γὰρ ἦν ἀκρασίας θυμοῦ, τὸ δὲ πονηρίας ἐσχάτης· καὶ τὸ μὲν οὐχ ὅλον, τὸ δὲ ὅλον τῆς γνώ‐</w:t>
      </w:r>
    </w:p>
    <w:p>
      <w:r>
        <w:rPr>
          <w:rFonts w:ascii="Courier New" w:hAnsi="Courier New"/>
          <w:color w:val="555555"/>
          <w:sz w:val="20"/>
        </w:rPr>
        <w:t>[12 . 90]</w:t>
      </w:r>
    </w:p>
    <w:p>
      <w:r>
        <w:rPr>
          <w:rFonts w:ascii="Gentium Plus" w:hAnsi="Gentium Plus"/>
          <w:sz w:val="24"/>
        </w:rPr>
        <w:t>μης. Οὕτω καὶ ταῖς τῆς ἡδυπαθείας οὐχ ἅπαντες ὁμοίως οἱ ἄν‐ θρωποι περιπίπτουσιν ἁμαρτίαις· ἀλλ’ οἱ μὲν ἥκιστα περιεργα‐ ζόμενοι τὰ εὐπρεπῆ τῶν σωμάτων περιπείρονται, ἔσθ’ ὅπῃ δὲ καὶ ὁρῶσιν ἐξαπίνης καὶ καταδουλοῦνται τῷ πάθει, τοῦ λογισμοῦ τῆς</w:t>
      </w:r>
    </w:p>
    <w:p>
      <w:r>
        <w:rPr>
          <w:rFonts w:ascii="Courier New" w:hAnsi="Courier New"/>
          <w:color w:val="555555"/>
          <w:sz w:val="20"/>
        </w:rPr>
        <w:t>[5]</w:t>
      </w:r>
    </w:p>
    <w:p>
      <w:r>
        <w:rPr>
          <w:rFonts w:ascii="Gentium Plus" w:hAnsi="Gentium Plus"/>
          <w:sz w:val="24"/>
        </w:rPr>
        <w:t>ἡγεμονίας ἐξισταμένου· οἱ δὲ βίον ἔχουσι τὸ τῇ τοιᾷδε θεωρίᾳ</w:t>
      </w:r>
    </w:p>
    <w:p>
      <w:r>
        <w:rPr>
          <w:rFonts w:ascii="Courier New" w:hAnsi="Courier New"/>
          <w:color w:val="555555"/>
          <w:sz w:val="20"/>
        </w:rPr>
        <w:t>[12 . 91]</w:t>
      </w:r>
    </w:p>
    <w:p>
      <w:r>
        <w:rPr>
          <w:rFonts w:ascii="Gentium Plus" w:hAnsi="Gentium Plus"/>
          <w:sz w:val="24"/>
        </w:rPr>
        <w:t>τοὺς ὀφθαλμοὺς ἑστιᾶν. Καὶ οἱ μὲν οὐδὲ σιτίων οὐδὲ ποτῶν ἀπο‐</w:t>
      </w:r>
    </w:p>
    <w:p>
      <w:r>
        <w:rPr>
          <w:rFonts w:ascii="Courier New" w:hAnsi="Courier New"/>
          <w:color w:val="555555"/>
          <w:sz w:val="20"/>
        </w:rPr>
        <w:t>[5]</w:t>
      </w:r>
    </w:p>
    <w:p>
      <w:r>
        <w:rPr>
          <w:rFonts w:ascii="Gentium Plus" w:hAnsi="Gentium Plus"/>
          <w:sz w:val="24"/>
        </w:rPr>
        <w:t>παντοδαπαῖς ἐπινοίαις, καὶ μέντοι καὶ σβεννυμένων ἀσχάλλουσιν.</w:t>
      </w:r>
    </w:p>
    <w:p>
      <w:r>
        <w:rPr>
          <w:rFonts w:ascii="Courier New" w:hAnsi="Courier New"/>
          <w:color w:val="555555"/>
          <w:sz w:val="20"/>
        </w:rPr>
        <w:t>[12 . 92]</w:t>
      </w:r>
    </w:p>
    <w:p>
      <w:r>
        <w:rPr>
          <w:rFonts w:ascii="Gentium Plus" w:hAnsi="Gentium Plus"/>
          <w:sz w:val="24"/>
        </w:rPr>
        <w:t>Ἐπειδὴ τοίνυν τοσαύτη τῶν παρανομούντων διαφορά, οὐ χρεὼν ἅπασι χαλεπαίνειν ὁμοίως, ἀλλὰ τοὺς μὲν προδήλως τὸν συώδη βίον ἀσπαζομένους μυσάττεσθαι, τοῖς δὲ ἄλλοις καὶ ξυμβου‐ λεύειν καὶ παραινεῖν καὶ χεῖρα ὀρέγειν καὶ θεραπεύειν ἐπιμελῶς</w:t>
      </w:r>
    </w:p>
    <w:p>
      <w:r>
        <w:rPr>
          <w:rFonts w:ascii="Courier New" w:hAnsi="Courier New"/>
          <w:color w:val="555555"/>
          <w:sz w:val="20"/>
        </w:rPr>
        <w:t>[5]</w:t>
      </w:r>
    </w:p>
    <w:p>
      <w:r>
        <w:rPr>
          <w:rFonts w:ascii="Gentium Plus" w:hAnsi="Gentium Plus"/>
          <w:sz w:val="24"/>
        </w:rPr>
        <w:t>καὶ προσφέρειν τῆς ὑγιείας τὰ φάρμακα· ἐκείνους δέ, ἤν τοι ἐπι‐ μένωσι θηριωδῶς βιοτεύοντες, καὶ περιόντας θρηνήσωμεν καὶ</w:t>
      </w:r>
    </w:p>
    <w:p>
      <w:r>
        <w:rPr>
          <w:rFonts w:ascii="Courier New" w:hAnsi="Courier New"/>
          <w:color w:val="555555"/>
          <w:sz w:val="20"/>
        </w:rPr>
        <w:t>[12 . 93]</w:t>
      </w:r>
    </w:p>
    <w:p>
      <w:r>
        <w:rPr>
          <w:rFonts w:ascii="Gentium Plus" w:hAnsi="Gentium Plus"/>
          <w:sz w:val="24"/>
        </w:rPr>
        <w:t>ἀποθανοῦσι τὸ Σαρδαναπάλου ἐπίγραμμα προσενέγκωμεν. Τῷ γὰρ δὴ ἐκείνου ἐπεγέγραπτο τάφῳ· Τόσς’ ἔχω ὅσς’ ἔφαγον καὶ ἐφύβρισα καὶ μετ’ ἔρωτος τέρπν’ ἔπαθον, τὰ δὲ πολλὰ καὶ ὄλβια πάντα λέλειπται,</w:t>
      </w:r>
    </w:p>
    <w:p>
      <w:r>
        <w:rPr>
          <w:rFonts w:ascii="Courier New" w:hAnsi="Courier New"/>
          <w:color w:val="555555"/>
          <w:sz w:val="20"/>
        </w:rPr>
        <w:t>[5]</w:t>
      </w:r>
    </w:p>
    <w:p>
      <w:r>
        <w:rPr>
          <w:rFonts w:ascii="Gentium Plus" w:hAnsi="Gentium Plus"/>
          <w:sz w:val="24"/>
        </w:rPr>
        <w:t>καὶ γὰρ ἐγὼ σποδός εἰμι, Νίνου μεγάλης βασιλεύσας.</w:t>
      </w:r>
    </w:p>
    <w:p>
      <w:r>
        <w:rPr>
          <w:rFonts w:ascii="Courier New" w:hAnsi="Courier New"/>
          <w:color w:val="555555"/>
          <w:sz w:val="20"/>
        </w:rPr>
        <w:t>[12 . 94]</w:t>
      </w:r>
    </w:p>
    <w:p>
      <w:r>
        <w:rPr>
          <w:rFonts w:ascii="Gentium Plus" w:hAnsi="Gentium Plus"/>
          <w:sz w:val="24"/>
        </w:rPr>
        <w:t>Ἀλλὰ γὰρ καὶ τοῦτο ψευδῶς οἱ γεγραφότες ἐπέγραψαν. Οὐ γὰρ ἔχει ὁ τελευτήσας, ἅπερ ἔφαγε καὶ ἔπιεν, ἀλλ’ εἰς τὴν δυσ‐ ώδη φθορὰν ἐκεῖνα κεχώρηκεν· ἔχει δὲ μόνον τοῦ παρανόμου βίου τὴν δυσοσμίαν, ἣ διηνεκῶς τὴν ψυχὴν ἀλγύνει καὶ ἀνιᾷ,</w:t>
      </w:r>
    </w:p>
    <w:p>
      <w:r>
        <w:rPr>
          <w:rFonts w:ascii="Courier New" w:hAnsi="Courier New"/>
          <w:color w:val="555555"/>
          <w:sz w:val="20"/>
        </w:rPr>
        <w:t>[5]</w:t>
      </w:r>
    </w:p>
    <w:p>
      <w:r>
        <w:rPr>
          <w:rFonts w:ascii="Gentium Plus" w:hAnsi="Gentium Plus"/>
          <w:sz w:val="24"/>
        </w:rPr>
        <w:t>ξυνειδυῖαν ἑαυτῇ τὰ κάκιστα καὶ μεμνημένην ὧν παρανόμως εἰργάσατο.</w:t>
      </w:r>
    </w:p>
    <w:p>
      <w:r>
        <w:rPr>
          <w:rFonts w:ascii="Courier New" w:hAnsi="Courier New"/>
          <w:color w:val="555555"/>
          <w:sz w:val="20"/>
        </w:rPr>
        <w:t>[12 . 95]</w:t>
      </w:r>
    </w:p>
    <w:p>
      <w:r>
        <w:rPr>
          <w:rFonts w:ascii="Gentium Plus" w:hAnsi="Gentium Plus"/>
          <w:sz w:val="24"/>
        </w:rPr>
        <w:t>Ταύτην ὑμῖν, ὦ ἄνδρες, δευτέραν καὶ δεκάτην διάλεξιν προσ‐ ενήνοχα, καὶ ἐπέδειξα, τίνα μὲν περὶ Θεοῦ καὶ ὕλης καὶ κτίσεως, καὶ μέντοι καὶ ἀρετῆς καὶ κακίας τοῖς τῶν Ἑλλήνων ἔδοξε φιλο‐ σόφοις, καὶ τίνα ἡμᾶς οἱ θεῖοι ἐξεπαίδευσαν λόγοι, καὶ ὡς</w:t>
      </w:r>
    </w:p>
    <w:p>
      <w:r>
        <w:rPr>
          <w:rFonts w:ascii="Courier New" w:hAnsi="Courier New"/>
          <w:color w:val="555555"/>
          <w:sz w:val="20"/>
        </w:rPr>
        <w:t>[5]</w:t>
      </w:r>
    </w:p>
    <w:p>
      <w:r>
        <w:rPr>
          <w:rFonts w:ascii="Gentium Plus" w:hAnsi="Gentium Plus"/>
          <w:sz w:val="24"/>
        </w:rPr>
        <w:t>ἔσβεσται μὲν τὰ ἐκείνων ἅπαντα καὶ παραδέδοται τῷ ζόφῳ τῆς λήθης, ἀνθεῖ δὲ ταῦτα καὶ τέθηλε καὶ πολλὰς ἔχει καθ’ ἑκάστην καὶ πόλιν καὶ χώραν ἀκροατῶν μυριάδας καὶ διδασκάλους, τὴν μὲν Πλατωνικὴν εὐέπειαν οὐκ ἔχοντας, τὴν δὲ τῆς ἀληθείας ἰατρείαν προσφέροντας· καὶ τῶν μὲν ψευδωνύμων θεῶν τὸν πλά‐</w:t>
      </w:r>
    </w:p>
    <w:p>
      <w:r>
        <w:rPr>
          <w:rFonts w:ascii="Courier New" w:hAnsi="Courier New"/>
          <w:color w:val="555555"/>
          <w:sz w:val="20"/>
        </w:rPr>
        <w:t>[10]</w:t>
      </w:r>
    </w:p>
    <w:p>
      <w:r>
        <w:rPr>
          <w:rFonts w:ascii="Gentium Plus" w:hAnsi="Gentium Plus"/>
          <w:sz w:val="24"/>
        </w:rPr>
        <w:t>νον ἐληλαμένον, τοῦ δὲ ἡμετέρου Σωτῆρος τὰ δόγματα κηρυτ‐</w:t>
      </w:r>
    </w:p>
    <w:p>
      <w:r>
        <w:rPr>
          <w:rFonts w:ascii="Courier New" w:hAnsi="Courier New"/>
          <w:color w:val="555555"/>
          <w:sz w:val="20"/>
        </w:rPr>
        <w:t>[12 . 96]</w:t>
      </w:r>
    </w:p>
    <w:p>
      <w:r>
        <w:rPr>
          <w:rFonts w:ascii="Gentium Plus" w:hAnsi="Gentium Plus"/>
          <w:sz w:val="24"/>
        </w:rPr>
        <w:t>τόμενα. Τοῦτο γὰρ δὴ καὶ ὁ Πορφύριος, ἐν οἷς καθ’ ἡμῶν ξυνέγραψεν, εἴρηκεν· «Νυνὶ δέ» φησι «θαυμάζουσιν, εἰ τοσού‐ των ἐτῶν κατείληφε νόσος τὴν πόλιν, Ἀσκληπιοῦ μὲν ἐπιδημίας καὶ τῶν ἄλλων θεῶν οὐκέτι οὔσης· Ἰησοῦ γὰρ τιμωμένου, οὐ‐</w:t>
      </w:r>
    </w:p>
    <w:p>
      <w:r>
        <w:rPr>
          <w:rFonts w:ascii="Courier New" w:hAnsi="Courier New"/>
          <w:color w:val="555555"/>
          <w:sz w:val="20"/>
        </w:rPr>
        <w:t>[12 . 97]</w:t>
      </w:r>
    </w:p>
    <w:p>
      <w:r>
        <w:rPr>
          <w:rFonts w:ascii="Gentium Plus" w:hAnsi="Gentium Plus"/>
          <w:sz w:val="24"/>
        </w:rPr>
        <w:t>δεμιᾶς δημοσίας τις θεῶν ὠφελείας ᾔσθετο.» Ταῦτα ὁ πάντων ἡμῖν ἔχθιστος Πορφύριος εἴρηκε, καὶ ἀναφανδὸν ὡμολόγησεν, ὡς πιστευόμενος ὁ Ἰησοῦς φρούδους ἀπέφηνε τοὺς θεούς, καὶ μετὰ τὸν σταυρὸν καὶ τὸ σωτήριον πάθος οὐκέτι φενακίζει τοὺς</w:t>
      </w:r>
    </w:p>
    <w:p>
      <w:r>
        <w:rPr>
          <w:rFonts w:ascii="Courier New" w:hAnsi="Courier New"/>
          <w:color w:val="555555"/>
          <w:sz w:val="20"/>
        </w:rPr>
        <w:t>[5]</w:t>
      </w:r>
    </w:p>
    <w:p>
      <w:r>
        <w:rPr>
          <w:rFonts w:ascii="Gentium Plus" w:hAnsi="Gentium Plus"/>
          <w:sz w:val="24"/>
        </w:rPr>
        <w:t>ἀνθρώπους Ἀσκληπιός, οὐδὲ ἄλλος τις τῶν καλουμένων θεῶν. Ἅπαντα γὰρ αὐτῶν τὸν ὁρμαθόν, οἷόν τινας νυκτερίδας, τῷ σκότῳ παρέπεμψεν ἀνατεῖλαν τὸ φῶς.</w:t>
      </w:r>
    </w:p>
    <w:p>
      <w:r>
        <w:rPr>
          <w:rFonts w:ascii="Courier New" w:hAnsi="Courier New"/>
          <w:color w:val="555555"/>
          <w:sz w:val="20"/>
        </w:rPr>
        <w:t>[12 . 98]</w:t>
      </w:r>
    </w:p>
    <w:p>
      <w:r>
        <w:rPr>
          <w:rFonts w:ascii="Gentium Plus" w:hAnsi="Gentium Plus"/>
          <w:sz w:val="24"/>
        </w:rPr>
        <w:t>Ταύτης καὶ ὑμᾶς τῆς ἀκτῖνος μεταλαχεῖν ἀξιῶ. Τοῦδε γὰρ χάριν καὶ τὸν πόνον ἀνεδεξάμην, καὶ οἷόν τινας βοτάνας παντα‐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