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i/>
          <w:color w:val="666666"/>
          <w:sz w:val="28"/>
        </w:rPr>
        <w:t>by Timocles B Comic Poet</w:t>
      </w:r>
    </w:p>
    <w:p/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Ἑρμῆc δ’ [ὁ] Μ〈α〉ί〈α〉c ταῦτα cυνδιακτο〈ρ〉εῖ, ἂν ἦι π[ρ]όθυμ〈ο〉c. — καταβέβηκεν ἄcμενοc, χαριζόμενοc γὰρ Ἀρ[ι]cτομήδηι τῶι καλῷ, ἵνα μηκέτ’ αὐτὸν ὁ Σάτυ[ρ]οc κλέπτην λέγηι.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Μ[α]ρcύαν δὲ τὸν φ[ί]λαυλον Αὐτοκλέα δεδαρμέν[ο]ν γυμνὸν ἑcτάναι καμίνωι προcπεπατταλευμένον, Τηρέα τ’ Ἀριcτομήδην. — διὰ τί Τηρέα λέγειc; — διότι τηρ[ε]ῖν δεῖ παρόντοc τοῦδε τὰ cκεύη cφόδρα,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εἰ δὲ μή, Πρόκνη γενήcῃ, κνώμενοc τὸ κρανίον, ἂν ἀπολέcηιc. — ψυχρόν. — ἀλλὰ πρὸc θεῶν ἐπί[c]χετε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  <w:t>θεὸc μὲν δηλαδὴ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