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Τραγικὰ Ἀδέσποτα</w:t>
      </w:r>
      <w:r>
        <w:br/>
      </w:r>
      <w:r>
        <w:rPr>
          <w:i/>
          <w:color w:val="666666"/>
          <w:sz w:val="28"/>
        </w:rPr>
        <w:t xml:space="preserve">by Tragica Adespota </w:t>
      </w:r>
    </w:p>
    <w:p/>
    <w:p>
      <w:r>
        <w:rPr>
          <w:rFonts w:ascii="Courier New" w:hAnsi="Courier New"/>
          <w:color w:val="555555"/>
          <w:sz w:val="20"/>
        </w:rPr>
        <w:t>[1 (tit)]</w:t>
      </w:r>
    </w:p>
    <w:p>
      <w:r>
        <w:rPr>
          <w:rFonts w:ascii="Gentium Plus" w:hAnsi="Gentium Plus"/>
          <w:sz w:val="24"/>
        </w:rPr>
        <w:t>ΑΓΑ[ΜΕΜΝΩΝ?</w:t>
      </w:r>
    </w:p>
    <w:p>
      <w:r>
        <w:rPr>
          <w:rFonts w:ascii="Courier New" w:hAnsi="Courier New"/>
          <w:color w:val="555555"/>
          <w:sz w:val="20"/>
        </w:rPr>
        <w:t>[1a (tit1)]</w:t>
      </w:r>
    </w:p>
    <w:p>
      <w:r>
        <w:rPr>
          <w:rFonts w:ascii="Gentium Plus" w:hAnsi="Gentium Plus"/>
          <w:sz w:val="24"/>
        </w:rPr>
        <w:t>ΑΘΑΜΑΣ</w:t>
      </w:r>
    </w:p>
    <w:p>
      <w:r>
        <w:rPr>
          <w:rFonts w:ascii="Courier New" w:hAnsi="Courier New"/>
          <w:color w:val="555555"/>
          <w:sz w:val="20"/>
        </w:rPr>
        <w:t>[1]</w:t>
      </w:r>
    </w:p>
    <w:p>
      <w:r>
        <w:rPr>
          <w:rFonts w:ascii="Gentium Plus" w:hAnsi="Gentium Plus"/>
          <w:sz w:val="24"/>
        </w:rPr>
        <w:t>βρυαζούσης λέαιν’ ὥς</w:t>
      </w:r>
    </w:p>
    <w:p>
      <w:r>
        <w:rPr>
          <w:rFonts w:ascii="Courier New" w:hAnsi="Courier New"/>
          <w:color w:val="555555"/>
          <w:sz w:val="20"/>
        </w:rPr>
        <w:t>[tit2]</w:t>
      </w:r>
    </w:p>
    <w:p>
      <w:r>
        <w:rPr>
          <w:rFonts w:ascii="Gentium Plus" w:hAnsi="Gentium Plus"/>
          <w:sz w:val="24"/>
        </w:rPr>
        <w:t>ΑΙΑΣ?</w:t>
      </w:r>
    </w:p>
    <w:p>
      <w:r>
        <w:rPr>
          <w:rFonts w:ascii="Courier New" w:hAnsi="Courier New"/>
          <w:color w:val="555555"/>
          <w:sz w:val="20"/>
        </w:rPr>
        <w:t>[tit3]</w:t>
      </w:r>
    </w:p>
    <w:p>
      <w:r>
        <w:rPr>
          <w:rFonts w:ascii="Gentium Plus" w:hAnsi="Gentium Plus"/>
          <w:sz w:val="24"/>
        </w:rPr>
        <w:t>ΑΙΑΣ ΛΟΚΡΟΣ?</w:t>
      </w:r>
    </w:p>
    <w:p>
      <w:r>
        <w:rPr>
          <w:rFonts w:ascii="Courier New" w:hAnsi="Courier New"/>
          <w:color w:val="555555"/>
          <w:sz w:val="20"/>
        </w:rPr>
        <w:t>[tit4]</w:t>
      </w:r>
    </w:p>
    <w:p>
      <w:r>
        <w:rPr>
          <w:rFonts w:ascii="Gentium Plus" w:hAnsi="Gentium Plus"/>
          <w:sz w:val="24"/>
        </w:rPr>
        <w:t>ΑΙΓΙΣΘΟΣ</w:t>
      </w:r>
    </w:p>
    <w:p>
      <w:r>
        <w:rPr>
          <w:rFonts w:ascii="Courier New" w:hAnsi="Courier New"/>
          <w:color w:val="555555"/>
          <w:sz w:val="20"/>
        </w:rPr>
        <w:t>[1b (tit)]</w:t>
      </w:r>
    </w:p>
    <w:p>
      <w:r>
        <w:rPr>
          <w:rFonts w:ascii="Gentium Plus" w:hAnsi="Gentium Plus"/>
          <w:sz w:val="24"/>
        </w:rPr>
        <w:t>ΑΛΕΙΤΗΣ</w:t>
      </w:r>
    </w:p>
    <w:p>
      <w:r>
        <w:rPr>
          <w:rFonts w:ascii="Courier New" w:hAnsi="Courier New"/>
          <w:color w:val="555555"/>
          <w:sz w:val="20"/>
        </w:rPr>
        <w:t>[1b,a]</w:t>
      </w:r>
    </w:p>
    <w:p>
      <w:r>
        <w:rPr>
          <w:rFonts w:ascii="Gentium Plus" w:hAnsi="Gentium Plus"/>
          <w:sz w:val="24"/>
        </w:rPr>
        <w:t>ψυχὴ γὰρ εὔνους καὶ φρονοῦσα τοὔνδικον κρείσσων σοφιστοῦ παντός ἐστιν εὑρέτις</w:t>
      </w:r>
    </w:p>
    <w:p>
      <w:r>
        <w:rPr>
          <w:rFonts w:ascii="Courier New" w:hAnsi="Courier New"/>
          <w:color w:val="555555"/>
          <w:sz w:val="20"/>
        </w:rPr>
        <w:t>[1b,b (3)]</w:t>
      </w:r>
    </w:p>
    <w:p>
      <w:r>
        <w:rPr>
          <w:rFonts w:ascii="Gentium Plus" w:hAnsi="Gentium Plus"/>
          <w:sz w:val="24"/>
        </w:rPr>
        <w:t>βραχεῖ λόγῳ δὲ πολλὰ πρόσκειται σοφά</w:t>
      </w:r>
    </w:p>
    <w:p>
      <w:r>
        <w:rPr>
          <w:rFonts w:ascii="Courier New" w:hAnsi="Courier New"/>
          <w:color w:val="555555"/>
          <w:sz w:val="20"/>
        </w:rPr>
        <w:t>[1b,c (4)]</w:t>
      </w:r>
    </w:p>
    <w:p>
      <w:r>
        <w:rPr>
          <w:rFonts w:ascii="Gentium Plus" w:hAnsi="Gentium Plus"/>
          <w:sz w:val="24"/>
        </w:rPr>
        <w:t>ἀνὴρ γὰρ ὅστις ἥδεται λέγων ἀεί,</w:t>
      </w:r>
    </w:p>
    <w:p>
      <w:r>
        <w:rPr>
          <w:rFonts w:ascii="Courier New" w:hAnsi="Courier New"/>
          <w:color w:val="555555"/>
          <w:sz w:val="20"/>
        </w:rPr>
        <w:t>[5]</w:t>
      </w:r>
    </w:p>
    <w:p>
      <w:r>
        <w:rPr>
          <w:rFonts w:ascii="Gentium Plus" w:hAnsi="Gentium Plus"/>
          <w:sz w:val="24"/>
        </w:rPr>
        <w:t>λέληθεν αὑτὸν τοῖς ξυνοῦσιν ὢν βαρύς</w:t>
      </w:r>
    </w:p>
    <w:p>
      <w:r>
        <w:rPr>
          <w:rFonts w:ascii="Courier New" w:hAnsi="Courier New"/>
          <w:color w:val="555555"/>
          <w:sz w:val="20"/>
        </w:rPr>
        <w:t>[1b,d (6)]</w:t>
      </w:r>
    </w:p>
    <w:p>
      <w:r>
        <w:rPr>
          <w:rFonts w:ascii="Gentium Plus" w:hAnsi="Gentium Plus"/>
          <w:sz w:val="24"/>
        </w:rPr>
        <w:t>ἀλλ’ εἴπερ εἶ γενναῖος, ὡς αὐτὸς λέγεις, σήμαιν’ ὅτου τ’ εἶ χὠπόθεν· τὸ γὰρ καλῶς</w:t>
      </w:r>
    </w:p>
    <w:p>
      <w:r>
        <w:rPr>
          <w:rFonts w:ascii="Courier New" w:hAnsi="Courier New"/>
          <w:color w:val="555555"/>
          <w:sz w:val="20"/>
        </w:rPr>
        <w:t>[1b,e (9)]</w:t>
      </w:r>
    </w:p>
    <w:p>
      <w:r>
        <w:rPr>
          <w:rFonts w:ascii="Gentium Plus" w:hAnsi="Gentium Plus"/>
          <w:sz w:val="24"/>
        </w:rPr>
        <w:t>ἀλλ’ ἀξίως ἔλεξας οὐδὲ μὲν πικρῶς·</w:t>
      </w:r>
    </w:p>
    <w:p>
      <w:r>
        <w:rPr>
          <w:rFonts w:ascii="Courier New" w:hAnsi="Courier New"/>
          <w:color w:val="555555"/>
          <w:sz w:val="20"/>
        </w:rPr>
        <w:t>[10]</w:t>
      </w:r>
    </w:p>
    <w:p>
      <w:r>
        <w:rPr>
          <w:rFonts w:ascii="Gentium Plus" w:hAnsi="Gentium Plus"/>
          <w:sz w:val="24"/>
        </w:rPr>
        <w:t>γένος γὰρ εἰς ἔλεγχον ἐξιὸν καλόν εὔκλειαν ἂν κτήσαιτο μᾶλλον ἢ ψόγον</w:t>
      </w:r>
    </w:p>
    <w:p>
      <w:r>
        <w:rPr>
          <w:rFonts w:ascii="Courier New" w:hAnsi="Courier New"/>
          <w:color w:val="555555"/>
          <w:sz w:val="20"/>
        </w:rPr>
        <w:t>[1b,f (12)]</w:t>
      </w:r>
    </w:p>
    <w:p>
      <w:r>
        <w:rPr>
          <w:rFonts w:ascii="Gentium Plus" w:hAnsi="Gentium Plus"/>
          <w:sz w:val="24"/>
        </w:rPr>
        <w:t>τίς δή ποτ’ ὄλβον ἢ μέγαν θείη βροτῶν ἢ σμικρὸν ἢ τὸν μηδαμοῦ τιμώμενον; οὐ γάρ ποτ’ αὐτῶν οὐδὲν ἐν ταὐτῷ μένει</w:t>
      </w:r>
    </w:p>
    <w:p>
      <w:r>
        <w:rPr>
          <w:rFonts w:ascii="Courier New" w:hAnsi="Courier New"/>
          <w:color w:val="555555"/>
          <w:sz w:val="20"/>
        </w:rPr>
        <w:t>[1b,g (15)]</w:t>
      </w:r>
    </w:p>
    <w:p>
      <w:r>
        <w:rPr>
          <w:rFonts w:ascii="Gentium Plus" w:hAnsi="Gentium Plus"/>
          <w:sz w:val="24"/>
        </w:rPr>
        <w:t>δεινόν γε τοὺς μὲν δυσσεβεῖς κακῶν 〈τ’〉 ἄπο βλαστόντας εἶτα τούσδε μὲν πράσσειν καλῶς, τοὺς δ’ ὄντας ἐσθλοὺς ἔκ τε γενναίων ἅμα γεγῶτας εἶτα δυστυχεῖς πεφυκέναι. οὐ χρῆν τάδ’ οὕτω δαίμονας θνητῶν πέρι</w:t>
      </w:r>
    </w:p>
    <w:p>
      <w:r>
        <w:rPr>
          <w:rFonts w:ascii="Courier New" w:hAnsi="Courier New"/>
          <w:color w:val="555555"/>
          <w:sz w:val="20"/>
        </w:rPr>
        <w:t>[20]</w:t>
      </w:r>
    </w:p>
    <w:p>
      <w:r>
        <w:rPr>
          <w:rFonts w:ascii="Gentium Plus" w:hAnsi="Gentium Plus"/>
          <w:sz w:val="24"/>
        </w:rPr>
        <w:t>πράσσειν· ἐχρῆν γὰρ τοὺς μὲν εὐσεβεῖς βροτῶν ἔχειν τι κέρδος ἐμφανὲς θεῶν πάρα, τοὺς δ’ ὄντας ἀδίκους τούσδε τὴν ἐναντίαν δίκην κακῶν τιμωρὸν ἐμφανῆ τίνειν· κοὐδεὶς ἂν οὕτως εὐτύχει κακὸς γεγώς</w:t>
      </w:r>
    </w:p>
    <w:p>
      <w:r>
        <w:rPr>
          <w:rFonts w:ascii="Courier New" w:hAnsi="Courier New"/>
          <w:color w:val="555555"/>
          <w:sz w:val="20"/>
        </w:rPr>
        <w:t>[1c (tit1)]</w:t>
      </w:r>
    </w:p>
    <w:p>
      <w:r>
        <w:rPr>
          <w:rFonts w:ascii="Gentium Plus" w:hAnsi="Gentium Plus"/>
          <w:sz w:val="24"/>
        </w:rPr>
        <w:t>ΑΜΥΜΩΝΗ ΣΑΤΥΡΙΚΗ</w:t>
      </w:r>
    </w:p>
    <w:p>
      <w:r>
        <w:rPr>
          <w:rFonts w:ascii="Courier New" w:hAnsi="Courier New"/>
          <w:color w:val="555555"/>
          <w:sz w:val="20"/>
        </w:rPr>
        <w:t>[tit2]</w:t>
      </w:r>
    </w:p>
    <w:p>
      <w:r>
        <w:rPr>
          <w:rFonts w:ascii="Gentium Plus" w:hAnsi="Gentium Plus"/>
          <w:sz w:val="24"/>
        </w:rPr>
        <w:t>ΑΜΦΙΑΡΕΩΣ?</w:t>
      </w:r>
    </w:p>
    <w:p>
      <w:r>
        <w:rPr>
          <w:rFonts w:ascii="Courier New" w:hAnsi="Courier New"/>
          <w:color w:val="555555"/>
          <w:sz w:val="20"/>
        </w:rPr>
        <w:t>[1d (tit1)]</w:t>
      </w:r>
    </w:p>
    <w:p>
      <w:r>
        <w:rPr>
          <w:rFonts w:ascii="Gentium Plus" w:hAnsi="Gentium Plus"/>
          <w:sz w:val="24"/>
        </w:rPr>
        <w:t>ΑΝΑ]ΚΛΗΣΙΣ ΜΟΡΜΟ[ΛΥΚΗΣ</w:t>
      </w:r>
    </w:p>
    <w:p>
      <w:r>
        <w:rPr>
          <w:rFonts w:ascii="Courier New" w:hAnsi="Courier New"/>
          <w:color w:val="555555"/>
          <w:sz w:val="20"/>
        </w:rPr>
        <w:t>[tit2]</w:t>
      </w:r>
    </w:p>
    <w:p>
      <w:r>
        <w:rPr>
          <w:rFonts w:ascii="Gentium Plus" w:hAnsi="Gentium Plus"/>
          <w:sz w:val="24"/>
        </w:rPr>
        <w:t>ΑΝΔΡΟΜΑΧΗ?</w:t>
      </w:r>
    </w:p>
    <w:p>
      <w:r>
        <w:rPr>
          <w:rFonts w:ascii="Courier New" w:hAnsi="Courier New"/>
          <w:color w:val="555555"/>
          <w:sz w:val="20"/>
        </w:rPr>
        <w:t>[1e (tit1)]</w:t>
      </w:r>
    </w:p>
    <w:p>
      <w:r>
        <w:rPr>
          <w:rFonts w:ascii="Gentium Plus" w:hAnsi="Gentium Plus"/>
          <w:sz w:val="24"/>
        </w:rPr>
        <w:t>ΑΠΟΠΛΟΥΣ</w:t>
      </w:r>
    </w:p>
    <w:p>
      <w:r>
        <w:rPr>
          <w:rFonts w:ascii="Courier New" w:hAnsi="Courier New"/>
          <w:color w:val="555555"/>
          <w:sz w:val="20"/>
        </w:rPr>
        <w:t>[tit2]</w:t>
      </w:r>
    </w:p>
    <w:p>
      <w:r>
        <w:rPr>
          <w:rFonts w:ascii="Gentium Plus" w:hAnsi="Gentium Plus"/>
          <w:sz w:val="24"/>
        </w:rPr>
        <w:t>ΑΡΓΩ ΣΑΤΥΡΙΚΗ</w:t>
      </w:r>
    </w:p>
    <w:p>
      <w:r>
        <w:rPr>
          <w:rFonts w:ascii="Courier New" w:hAnsi="Courier New"/>
          <w:color w:val="555555"/>
          <w:sz w:val="20"/>
        </w:rPr>
        <w:t>[1f (tit1)]</w:t>
      </w:r>
    </w:p>
    <w:p>
      <w:r>
        <w:rPr>
          <w:rFonts w:ascii="Gentium Plus" w:hAnsi="Gentium Plus"/>
          <w:sz w:val="24"/>
        </w:rPr>
        <w:t>ΑΤΛΑΣ ΣΑΤΥΡΙΚΟΣ</w:t>
      </w:r>
    </w:p>
    <w:p>
      <w:r>
        <w:rPr>
          <w:rFonts w:ascii="Courier New" w:hAnsi="Courier New"/>
          <w:color w:val="555555"/>
          <w:sz w:val="20"/>
        </w:rPr>
        <w:t>[tit2]</w:t>
      </w:r>
    </w:p>
    <w:p>
      <w:r>
        <w:rPr>
          <w:rFonts w:ascii="Gentium Plus" w:hAnsi="Gentium Plus"/>
          <w:sz w:val="24"/>
        </w:rPr>
        <w:t>ΒΑΚΧΑΙ?</w:t>
      </w:r>
    </w:p>
    <w:p>
      <w:r>
        <w:rPr>
          <w:rFonts w:ascii="Courier New" w:hAnsi="Courier New"/>
          <w:color w:val="555555"/>
          <w:sz w:val="20"/>
        </w:rPr>
        <w:t>[tit3]</w:t>
      </w:r>
    </w:p>
    <w:p>
      <w:r>
        <w:rPr>
          <w:rFonts w:ascii="Gentium Plus" w:hAnsi="Gentium Plus"/>
          <w:sz w:val="24"/>
        </w:rPr>
        <w:t>ΓΥΓΗΣ</w:t>
      </w:r>
    </w:p>
    <w:p>
      <w:r>
        <w:rPr>
          <w:rFonts w:ascii="Courier New" w:hAnsi="Courier New"/>
          <w:color w:val="555555"/>
          <w:sz w:val="20"/>
        </w:rPr>
        <w:t>[1g (tit)]</w:t>
      </w:r>
    </w:p>
    <w:p>
      <w:r>
        <w:rPr>
          <w:rFonts w:ascii="Gentium Plus" w:hAnsi="Gentium Plus"/>
          <w:sz w:val="24"/>
        </w:rPr>
        <w:t>ΕΙΡ[</w:t>
      </w:r>
    </w:p>
    <w:p>
      <w:r>
        <w:rPr>
          <w:rFonts w:ascii="Courier New" w:hAnsi="Courier New"/>
          <w:color w:val="555555"/>
          <w:sz w:val="20"/>
        </w:rPr>
        <w:t>[1h (tit1)]</w:t>
      </w:r>
    </w:p>
    <w:p>
      <w:r>
        <w:rPr>
          <w:rFonts w:ascii="Gentium Plus" w:hAnsi="Gentium Plus"/>
          <w:sz w:val="24"/>
        </w:rPr>
        <w:t>ΕΚΑ[ΒΗ</w:t>
      </w:r>
    </w:p>
    <w:p>
      <w:r>
        <w:rPr>
          <w:rFonts w:ascii="Courier New" w:hAnsi="Courier New"/>
          <w:color w:val="555555"/>
          <w:sz w:val="20"/>
        </w:rPr>
        <w:t>[tit2]</w:t>
      </w:r>
    </w:p>
    <w:p>
      <w:r>
        <w:rPr>
          <w:rFonts w:ascii="Gentium Plus" w:hAnsi="Gentium Plus"/>
          <w:sz w:val="24"/>
        </w:rPr>
        <w:t>ΕΚΤΩΡ?</w:t>
      </w:r>
    </w:p>
    <w:p>
      <w:r>
        <w:rPr>
          <w:rFonts w:ascii="Courier New" w:hAnsi="Courier New"/>
          <w:color w:val="555555"/>
          <w:sz w:val="20"/>
        </w:rPr>
        <w:t>[1i (tit)]</w:t>
      </w:r>
    </w:p>
    <w:p>
      <w:r>
        <w:rPr>
          <w:rFonts w:ascii="Gentium Plus" w:hAnsi="Gentium Plus"/>
          <w:sz w:val="24"/>
        </w:rPr>
        <w:t>ΕΛΛΗ</w:t>
      </w:r>
    </w:p>
    <w:p>
      <w:r>
        <w:rPr>
          <w:rFonts w:ascii="Courier New" w:hAnsi="Courier New"/>
          <w:color w:val="555555"/>
          <w:sz w:val="20"/>
        </w:rPr>
        <w:t>[2,3 (tit1)]</w:t>
      </w:r>
    </w:p>
    <w:p>
      <w:r>
        <w:rPr>
          <w:rFonts w:ascii="Gentium Plus" w:hAnsi="Gentium Plus"/>
          <w:sz w:val="24"/>
        </w:rPr>
        <w:t>ΕΠΙΓΟΝΟΙ</w:t>
      </w:r>
    </w:p>
    <w:p>
      <w:r>
        <w:rPr>
          <w:rFonts w:ascii="Courier New" w:hAnsi="Courier New"/>
          <w:color w:val="555555"/>
          <w:sz w:val="20"/>
        </w:rPr>
        <w:t>[tit2]</w:t>
      </w:r>
    </w:p>
    <w:p>
      <w:r>
        <w:rPr>
          <w:rFonts w:ascii="Gentium Plus" w:hAnsi="Gentium Plus"/>
          <w:sz w:val="24"/>
        </w:rPr>
        <w:t>ΕΠΤΑ ΕΠΙ ΘΗΒΑΣ vel ΦΟΙΝΙΣΣΑΙ?</w:t>
      </w:r>
    </w:p>
    <w:p>
      <w:r>
        <w:rPr>
          <w:rFonts w:ascii="Courier New" w:hAnsi="Courier New"/>
          <w:color w:val="555555"/>
          <w:sz w:val="20"/>
        </w:rPr>
        <w:t>[1]</w:t>
      </w:r>
    </w:p>
    <w:p>
      <w:r>
        <w:rPr>
          <w:rFonts w:ascii="Gentium Plus" w:hAnsi="Gentium Plus"/>
          <w:sz w:val="24"/>
        </w:rPr>
        <w:t>= Soph. F **185—6</w:t>
      </w:r>
    </w:p>
    <w:p>
      <w:r>
        <w:rPr>
          <w:rFonts w:ascii="Courier New" w:hAnsi="Courier New"/>
          <w:color w:val="555555"/>
          <w:sz w:val="20"/>
        </w:rPr>
        <w:t>[3a (tit)]</w:t>
      </w:r>
    </w:p>
    <w:p>
      <w:r>
        <w:rPr>
          <w:rFonts w:ascii="Gentium Plus" w:hAnsi="Gentium Plus"/>
          <w:sz w:val="24"/>
        </w:rPr>
        <w:t>ΕΡΙΦΥΛΗ vel ΑΜΦΙΑΡΕΩΣ?</w:t>
      </w:r>
    </w:p>
    <w:p>
      <w:r>
        <w:rPr>
          <w:rFonts w:ascii="Courier New" w:hAnsi="Courier New"/>
          <w:color w:val="555555"/>
          <w:sz w:val="20"/>
        </w:rPr>
        <w:t>[3b (tit)]</w:t>
      </w:r>
    </w:p>
    <w:p>
      <w:r>
        <w:rPr>
          <w:rFonts w:ascii="Gentium Plus" w:hAnsi="Gentium Plus"/>
          <w:sz w:val="24"/>
        </w:rPr>
        <w:t>ΕΡΜΗΣ ΣΑΤΥΡΙΚΟΣ</w:t>
      </w:r>
    </w:p>
    <w:p>
      <w:r>
        <w:rPr>
          <w:rFonts w:ascii="Courier New" w:hAnsi="Courier New"/>
          <w:color w:val="555555"/>
          <w:sz w:val="20"/>
        </w:rPr>
        <w:t>[3c (tit1)]</w:t>
      </w:r>
    </w:p>
    <w:p>
      <w:r>
        <w:rPr>
          <w:rFonts w:ascii="Gentium Plus" w:hAnsi="Gentium Plus"/>
          <w:sz w:val="24"/>
        </w:rPr>
        <w:t>ΗΛΙΟΣ ΣΑΤΥΡΙΚΟΣ?</w:t>
      </w:r>
    </w:p>
    <w:p>
      <w:r>
        <w:rPr>
          <w:rFonts w:ascii="Courier New" w:hAnsi="Courier New"/>
          <w:color w:val="555555"/>
          <w:sz w:val="20"/>
        </w:rPr>
        <w:t>[tit2]</w:t>
      </w:r>
    </w:p>
    <w:p>
      <w:r>
        <w:rPr>
          <w:rFonts w:ascii="Gentium Plus" w:hAnsi="Gentium Plus"/>
          <w:sz w:val="24"/>
        </w:rPr>
        <w:t>ΗΡΑΚΛΗΣ (ΟΙΤΑΙΟΣ)?</w:t>
      </w:r>
    </w:p>
    <w:p>
      <w:r>
        <w:rPr>
          <w:rFonts w:ascii="Courier New" w:hAnsi="Courier New"/>
          <w:color w:val="555555"/>
          <w:sz w:val="20"/>
        </w:rPr>
        <w:t>[3d (tit)]</w:t>
      </w:r>
    </w:p>
    <w:p>
      <w:r>
        <w:rPr>
          <w:rFonts w:ascii="Gentium Plus" w:hAnsi="Gentium Plus"/>
          <w:sz w:val="24"/>
        </w:rPr>
        <w:t>ΗΡΑΚΛΗΣ ΣΑΤΥΡΙΚΟΣ?</w:t>
      </w:r>
    </w:p>
    <w:p>
      <w:r>
        <w:rPr>
          <w:rFonts w:ascii="Courier New" w:hAnsi="Courier New"/>
          <w:color w:val="555555"/>
          <w:sz w:val="20"/>
        </w:rPr>
        <w:t>[3e* (tit)]</w:t>
      </w:r>
    </w:p>
    <w:p>
      <w:r>
        <w:rPr>
          <w:rFonts w:ascii="Gentium Plus" w:hAnsi="Gentium Plus"/>
          <w:sz w:val="24"/>
        </w:rPr>
        <w:t>ΗΡΙΓΟΝΗ?</w:t>
      </w:r>
    </w:p>
    <w:p>
      <w:r>
        <w:rPr>
          <w:rFonts w:ascii="Courier New" w:hAnsi="Courier New"/>
          <w:color w:val="555555"/>
          <w:sz w:val="20"/>
        </w:rPr>
        <w:t>[3f (tit1)]</w:t>
      </w:r>
    </w:p>
    <w:p>
      <w:r>
        <w:rPr>
          <w:rFonts w:ascii="Gentium Plus" w:hAnsi="Gentium Plus"/>
          <w:sz w:val="24"/>
        </w:rPr>
        <w:t>ΗΦΑΙΣΤΟΣ ΣΑΤΥΡΙΚΟΣ?</w:t>
      </w:r>
    </w:p>
    <w:p>
      <w:r>
        <w:rPr>
          <w:rFonts w:ascii="Courier New" w:hAnsi="Courier New"/>
          <w:color w:val="555555"/>
          <w:sz w:val="20"/>
        </w:rPr>
        <w:t>[tit2]</w:t>
      </w:r>
    </w:p>
    <w:p>
      <w:r>
        <w:rPr>
          <w:rFonts w:ascii="Gentium Plus" w:hAnsi="Gentium Plus"/>
          <w:sz w:val="24"/>
        </w:rPr>
        <w:t>ΙΒΗΡΕΣ</w:t>
      </w:r>
    </w:p>
    <w:p>
      <w:r>
        <w:rPr>
          <w:rFonts w:ascii="Courier New" w:hAnsi="Courier New"/>
          <w:color w:val="555555"/>
          <w:sz w:val="20"/>
        </w:rPr>
        <w:t>[5 (tit)]</w:t>
      </w:r>
    </w:p>
    <w:p>
      <w:r>
        <w:rPr>
          <w:rFonts w:ascii="Gentium Plus" w:hAnsi="Gentium Plus"/>
          <w:sz w:val="24"/>
        </w:rPr>
        <w:t>ΙΞΙΩΝ</w:t>
      </w:r>
    </w:p>
    <w:p>
      <w:r>
        <w:rPr>
          <w:rFonts w:ascii="Courier New" w:hAnsi="Courier New"/>
          <w:color w:val="555555"/>
          <w:sz w:val="20"/>
        </w:rPr>
        <w:t>[1]</w:t>
      </w:r>
    </w:p>
    <w:p>
      <w:r>
        <w:rPr>
          <w:rFonts w:ascii="Gentium Plus" w:hAnsi="Gentium Plus"/>
          <w:sz w:val="24"/>
        </w:rPr>
        <w:t>ἐχθρὸς μὲν ἁνήρ, ἀλλὰ τὴν δίκην σέβω</w:t>
      </w:r>
    </w:p>
    <w:p>
      <w:r>
        <w:rPr>
          <w:rFonts w:ascii="Courier New" w:hAnsi="Courier New"/>
          <w:color w:val="555555"/>
          <w:sz w:val="20"/>
        </w:rPr>
        <w:t>[5a (tit1)]</w:t>
      </w:r>
    </w:p>
    <w:p>
      <w:r>
        <w:rPr>
          <w:rFonts w:ascii="Gentium Plus" w:hAnsi="Gentium Plus"/>
          <w:sz w:val="24"/>
        </w:rPr>
        <w:t>ΙΡΙΣ ΣΑΤΥΡΙΚΗ?</w:t>
      </w:r>
    </w:p>
    <w:p>
      <w:r>
        <w:rPr>
          <w:rFonts w:ascii="Courier New" w:hAnsi="Courier New"/>
          <w:color w:val="555555"/>
          <w:sz w:val="20"/>
        </w:rPr>
        <w:t>[tit2]</w:t>
      </w:r>
    </w:p>
    <w:p>
      <w:r>
        <w:rPr>
          <w:rFonts w:ascii="Gentium Plus" w:hAnsi="Gentium Plus"/>
          <w:sz w:val="24"/>
        </w:rPr>
        <w:t>ΙΦΙΓΕΝΕΙΑ?</w:t>
      </w:r>
    </w:p>
    <w:p>
      <w:r>
        <w:rPr>
          <w:rFonts w:ascii="Courier New" w:hAnsi="Courier New"/>
          <w:color w:val="555555"/>
          <w:sz w:val="20"/>
        </w:rPr>
        <w:t>[5b (tit)]</w:t>
      </w:r>
    </w:p>
    <w:p>
      <w:r>
        <w:rPr>
          <w:rFonts w:ascii="Gentium Plus" w:hAnsi="Gentium Plus"/>
          <w:sz w:val="24"/>
        </w:rPr>
        <w:t>ΙΩ ΣΑΤΥΡΙΚΗ?</w:t>
      </w:r>
    </w:p>
    <w:p>
      <w:r>
        <w:rPr>
          <w:rFonts w:ascii="Courier New" w:hAnsi="Courier New"/>
          <w:color w:val="555555"/>
          <w:sz w:val="20"/>
        </w:rPr>
        <w:t>[5c* (tit)]</w:t>
      </w:r>
    </w:p>
    <w:p>
      <w:r>
        <w:rPr>
          <w:rFonts w:ascii="Gentium Plus" w:hAnsi="Gentium Plus"/>
          <w:sz w:val="24"/>
        </w:rPr>
        <w:t>ΚΑΣΣΑΝΔΡΑ</w:t>
      </w:r>
    </w:p>
    <w:p>
      <w:r>
        <w:rPr>
          <w:rFonts w:ascii="Courier New" w:hAnsi="Courier New"/>
          <w:color w:val="555555"/>
          <w:sz w:val="20"/>
        </w:rPr>
        <w:t>[1]</w:t>
      </w:r>
    </w:p>
    <w:p>
      <w:r>
        <w:rPr>
          <w:rFonts w:ascii="Gentium Plus" w:hAnsi="Gentium Plus"/>
          <w:sz w:val="24"/>
        </w:rPr>
        <w:t>ἐπαγωγή</w:t>
      </w:r>
    </w:p>
    <w:p>
      <w:r>
        <w:rPr>
          <w:rFonts w:ascii="Courier New" w:hAnsi="Courier New"/>
          <w:color w:val="555555"/>
          <w:sz w:val="20"/>
        </w:rPr>
        <w:t>[5d (tit)]</w:t>
      </w:r>
    </w:p>
    <w:p>
      <w:r>
        <w:rPr>
          <w:rFonts w:ascii="Gentium Plus" w:hAnsi="Gentium Plus"/>
          <w:sz w:val="24"/>
        </w:rPr>
        <w:t>ΚΙΝΥΡΑΣ</w:t>
      </w:r>
    </w:p>
    <w:p>
      <w:r>
        <w:rPr>
          <w:rFonts w:ascii="Courier New" w:hAnsi="Courier New"/>
          <w:color w:val="555555"/>
          <w:sz w:val="20"/>
        </w:rPr>
        <w:t>[5e (tit1)]</w:t>
      </w:r>
    </w:p>
    <w:p>
      <w:r>
        <w:rPr>
          <w:rFonts w:ascii="Gentium Plus" w:hAnsi="Gentium Plus"/>
          <w:sz w:val="24"/>
        </w:rPr>
        <w:t>ΚΡΟΙΣΟΣ?</w:t>
      </w:r>
    </w:p>
    <w:p>
      <w:r>
        <w:rPr>
          <w:rFonts w:ascii="Courier New" w:hAnsi="Courier New"/>
          <w:color w:val="555555"/>
          <w:sz w:val="20"/>
        </w:rPr>
        <w:t>[tit2]</w:t>
      </w:r>
    </w:p>
    <w:p>
      <w:r>
        <w:rPr>
          <w:rFonts w:ascii="Gentium Plus" w:hAnsi="Gentium Plus"/>
          <w:sz w:val="24"/>
        </w:rPr>
        <w:t>ΚΩΦΟΙ</w:t>
      </w:r>
    </w:p>
    <w:p>
      <w:r>
        <w:rPr>
          <w:rFonts w:ascii="Courier New" w:hAnsi="Courier New"/>
          <w:color w:val="555555"/>
          <w:sz w:val="20"/>
        </w:rPr>
        <w:t>[5f (tit)]</w:t>
      </w:r>
    </w:p>
    <w:p>
      <w:r>
        <w:rPr>
          <w:rFonts w:ascii="Gentium Plus" w:hAnsi="Gentium Plus"/>
          <w:sz w:val="24"/>
        </w:rPr>
        <w:t>ΛΟΚΡΙΔΕΣ?</w:t>
      </w:r>
    </w:p>
    <w:p>
      <w:r>
        <w:rPr>
          <w:rFonts w:ascii="Courier New" w:hAnsi="Courier New"/>
          <w:color w:val="555555"/>
          <w:sz w:val="20"/>
        </w:rPr>
        <w:t>[5g (tit1)]</w:t>
      </w:r>
    </w:p>
    <w:p>
      <w:r>
        <w:rPr>
          <w:rFonts w:ascii="Gentium Plus" w:hAnsi="Gentium Plus"/>
          <w:sz w:val="24"/>
        </w:rPr>
        <w:t>——]ΟΥ</w:t>
      </w:r>
    </w:p>
    <w:p>
      <w:r>
        <w:rPr>
          <w:rFonts w:ascii="Courier New" w:hAnsi="Courier New"/>
          <w:color w:val="555555"/>
          <w:sz w:val="20"/>
        </w:rPr>
        <w:t>[tit2]</w:t>
      </w:r>
    </w:p>
    <w:p>
      <w:r>
        <w:rPr>
          <w:rFonts w:ascii="Gentium Plus" w:hAnsi="Gentium Plus"/>
          <w:sz w:val="24"/>
        </w:rPr>
        <w:t>ΜΑΘΗΤΑΙ ΣΑΤΥΡΟΙ</w:t>
      </w:r>
    </w:p>
    <w:p>
      <w:r>
        <w:rPr>
          <w:rFonts w:ascii="Courier New" w:hAnsi="Courier New"/>
          <w:color w:val="555555"/>
          <w:sz w:val="20"/>
        </w:rPr>
        <w:t>[5h (tit1)]</w:t>
      </w:r>
    </w:p>
    <w:p>
      <w:r>
        <w:rPr>
          <w:rFonts w:ascii="Gentium Plus" w:hAnsi="Gentium Plus"/>
          <w:sz w:val="24"/>
        </w:rPr>
        <w:t>ΜΕΛΑΝΙΠΠΟΣ vel ΜΕΡΟΨ?</w:t>
      </w:r>
    </w:p>
    <w:p>
      <w:r>
        <w:rPr>
          <w:rFonts w:ascii="Courier New" w:hAnsi="Courier New"/>
          <w:color w:val="555555"/>
          <w:sz w:val="20"/>
        </w:rPr>
        <w:t>[tit2]</w:t>
      </w:r>
    </w:p>
    <w:p>
      <w:r>
        <w:rPr>
          <w:rFonts w:ascii="Gentium Plus" w:hAnsi="Gentium Plus"/>
          <w:sz w:val="24"/>
        </w:rPr>
        <w:t>ΜΕΛΕΑΓΡΟΣ?</w:t>
      </w:r>
    </w:p>
    <w:p>
      <w:r>
        <w:rPr>
          <w:rFonts w:ascii="Courier New" w:hAnsi="Courier New"/>
          <w:color w:val="555555"/>
          <w:sz w:val="20"/>
        </w:rPr>
        <w:t>[tit3]</w:t>
      </w:r>
    </w:p>
    <w:p>
      <w:r>
        <w:rPr>
          <w:rFonts w:ascii="Gentium Plus" w:hAnsi="Gentium Plus"/>
          <w:sz w:val="24"/>
        </w:rPr>
        <w:t>ΜΕΡΟΨ?</w:t>
      </w:r>
    </w:p>
    <w:p>
      <w:r>
        <w:rPr>
          <w:rFonts w:ascii="Courier New" w:hAnsi="Courier New"/>
          <w:color w:val="555555"/>
          <w:sz w:val="20"/>
        </w:rPr>
        <w:t>[tit4]</w:t>
      </w:r>
    </w:p>
    <w:p>
      <w:r>
        <w:rPr>
          <w:rFonts w:ascii="Gentium Plus" w:hAnsi="Gentium Plus"/>
          <w:sz w:val="24"/>
        </w:rPr>
        <w:t>ΜΗΔΕΙΑ</w:t>
      </w:r>
    </w:p>
    <w:p>
      <w:r>
        <w:rPr>
          <w:rFonts w:ascii="Courier New" w:hAnsi="Courier New"/>
          <w:color w:val="555555"/>
          <w:sz w:val="20"/>
        </w:rPr>
        <w:t>[6a (tit1)]</w:t>
      </w:r>
    </w:p>
    <w:p>
      <w:r>
        <w:rPr>
          <w:rFonts w:ascii="Gentium Plus" w:hAnsi="Gentium Plus"/>
          <w:sz w:val="24"/>
        </w:rPr>
        <w:t>ΜΗΔΕΙΑ</w:t>
      </w:r>
    </w:p>
    <w:p>
      <w:r>
        <w:rPr>
          <w:rFonts w:ascii="Courier New" w:hAnsi="Courier New"/>
          <w:color w:val="555555"/>
          <w:sz w:val="20"/>
        </w:rPr>
        <w:t>[tit2]</w:t>
      </w:r>
    </w:p>
    <w:p>
      <w:r>
        <w:rPr>
          <w:rFonts w:ascii="Gentium Plus" w:hAnsi="Gentium Plus"/>
          <w:sz w:val="24"/>
        </w:rPr>
        <w:t>ΜΥ[ΣΟΙ?</w:t>
      </w:r>
    </w:p>
    <w:p>
      <w:r>
        <w:rPr>
          <w:rFonts w:ascii="Courier New" w:hAnsi="Courier New"/>
          <w:color w:val="555555"/>
          <w:sz w:val="20"/>
        </w:rPr>
        <w:t>[6b (tit)]</w:t>
      </w:r>
    </w:p>
    <w:p>
      <w:r>
        <w:rPr>
          <w:rFonts w:ascii="Gentium Plus" w:hAnsi="Gentium Plus"/>
          <w:sz w:val="24"/>
        </w:rPr>
        <w:t>ΝΕΟΠΤΟΛΕΜΟΣ</w:t>
      </w:r>
    </w:p>
    <w:p>
      <w:r>
        <w:rPr>
          <w:rFonts w:ascii="Courier New" w:hAnsi="Courier New"/>
          <w:color w:val="555555"/>
          <w:sz w:val="20"/>
        </w:rPr>
        <w:t>[1]</w:t>
      </w:r>
    </w:p>
    <w:p>
      <w:r>
        <w:rPr>
          <w:rFonts w:ascii="Gentium Plus" w:hAnsi="Gentium Plus"/>
          <w:sz w:val="24"/>
        </w:rPr>
        <w:t>δεινοὶ γὰρ ἀνδρὶ πάντες ἐσμὲν εὐκλεεῖ ζῶντι φθονῆσαι, κατθανόντα δ’ αἰνέσαι</w:t>
      </w:r>
    </w:p>
    <w:p>
      <w:r>
        <w:rPr>
          <w:rFonts w:ascii="Courier New" w:hAnsi="Courier New"/>
          <w:color w:val="555555"/>
          <w:sz w:val="20"/>
        </w:rPr>
        <w:t>[7 (tit)]</w:t>
      </w:r>
    </w:p>
    <w:p>
      <w:r>
        <w:rPr>
          <w:rFonts w:ascii="Gentium Plus" w:hAnsi="Gentium Plus"/>
          <w:sz w:val="24"/>
        </w:rPr>
        <w:t>ΝΙΟΒΗ</w:t>
      </w:r>
    </w:p>
    <w:p>
      <w:r>
        <w:rPr>
          <w:rFonts w:ascii="Courier New" w:hAnsi="Courier New"/>
          <w:color w:val="555555"/>
          <w:sz w:val="20"/>
        </w:rPr>
        <w:t>[1]</w:t>
      </w:r>
    </w:p>
    <w:p>
      <w:r>
        <w:rPr>
          <w:rFonts w:ascii="Gentium Plus" w:hAnsi="Gentium Plus"/>
          <w:sz w:val="24"/>
        </w:rPr>
        <w:t>(ΤΡΟΦΟΣ)</w:t>
      </w:r>
    </w:p>
    <w:p>
      <w:r>
        <w:rPr>
          <w:rFonts w:ascii="Courier New" w:hAnsi="Courier New"/>
          <w:color w:val="555555"/>
          <w:sz w:val="20"/>
        </w:rPr>
        <w:t>[1]</w:t>
      </w:r>
    </w:p>
    <w:p>
      <w:r>
        <w:rPr>
          <w:rFonts w:ascii="Gentium Plus" w:hAnsi="Gentium Plus"/>
          <w:sz w:val="24"/>
        </w:rPr>
        <w:t>λεπτοσπαθήτων χλανιδίων ἐρειπίοις θάλπουσα καὶ ψύχουσα καὶ πόνῳ πόνον ἐκ νυκτὸς ἀλλάσσουσα τὸν καθ’ ἡμέραν</w:t>
      </w:r>
    </w:p>
    <w:p>
      <w:r>
        <w:rPr>
          <w:rFonts w:ascii="Courier New" w:hAnsi="Courier New"/>
          <w:color w:val="555555"/>
          <w:sz w:val="20"/>
        </w:rPr>
        <w:t>[7a (tit)]</w:t>
      </w:r>
    </w:p>
    <w:p>
      <w:r>
        <w:rPr>
          <w:rFonts w:ascii="Gentium Plus" w:hAnsi="Gentium Plus"/>
          <w:sz w:val="24"/>
        </w:rPr>
        <w:t>ΟΔΥΣΣΕΥΣ</w:t>
      </w:r>
    </w:p>
    <w:p>
      <w:r>
        <w:rPr>
          <w:rFonts w:ascii="Courier New" w:hAnsi="Courier New"/>
          <w:color w:val="555555"/>
          <w:sz w:val="20"/>
        </w:rPr>
        <w:t>[7b (tit)]</w:t>
      </w:r>
    </w:p>
    <w:p>
      <w:r>
        <w:rPr>
          <w:rFonts w:ascii="Gentium Plus" w:hAnsi="Gentium Plus"/>
          <w:sz w:val="24"/>
        </w:rPr>
        <w:t>ΟΔΥΣΣΕΥΣ ΨΕΥΔΑΓΓΕΛΟΣ</w:t>
      </w:r>
    </w:p>
    <w:p>
      <w:r>
        <w:rPr>
          <w:rFonts w:ascii="Courier New" w:hAnsi="Courier New"/>
          <w:color w:val="555555"/>
          <w:sz w:val="20"/>
        </w:rPr>
        <w:t>[8 (tit)]</w:t>
      </w:r>
    </w:p>
    <w:p>
      <w:r>
        <w:rPr>
          <w:rFonts w:ascii="Gentium Plus" w:hAnsi="Gentium Plus"/>
          <w:sz w:val="24"/>
        </w:rPr>
        <w:t>ΟΙΔΙΠΟΥΣ</w:t>
      </w:r>
    </w:p>
    <w:p>
      <w:r>
        <w:rPr>
          <w:rFonts w:ascii="Courier New" w:hAnsi="Courier New"/>
          <w:color w:val="555555"/>
          <w:sz w:val="20"/>
        </w:rPr>
        <w:t>[1]</w:t>
      </w:r>
    </w:p>
    <w:p>
      <w:r>
        <w:rPr>
          <w:rFonts w:ascii="Gentium Plus" w:hAnsi="Gentium Plus"/>
          <w:sz w:val="24"/>
        </w:rPr>
        <w:t>οἰκτρῶς θανεῖν μ’ ἄνωγε σύγγαμος πατήρ</w:t>
      </w:r>
    </w:p>
    <w:p>
      <w:r>
        <w:rPr>
          <w:rFonts w:ascii="Courier New" w:hAnsi="Courier New"/>
          <w:color w:val="555555"/>
          <w:sz w:val="20"/>
        </w:rPr>
        <w:t>[8a (tit1)]</w:t>
      </w:r>
    </w:p>
    <w:p>
      <w:r>
        <w:rPr>
          <w:rFonts w:ascii="Gentium Plus" w:hAnsi="Gentium Plus"/>
          <w:sz w:val="24"/>
        </w:rPr>
        <w:t>ΟΙΔΙΠΟΥΣ</w:t>
      </w:r>
    </w:p>
    <w:p>
      <w:r>
        <w:rPr>
          <w:rFonts w:ascii="Courier New" w:hAnsi="Courier New"/>
          <w:color w:val="555555"/>
          <w:sz w:val="20"/>
        </w:rPr>
        <w:t>[tit2]</w:t>
      </w:r>
    </w:p>
    <w:p>
      <w:r>
        <w:rPr>
          <w:rFonts w:ascii="Gentium Plus" w:hAnsi="Gentium Plus"/>
          <w:sz w:val="24"/>
        </w:rPr>
        <w:t>ΟΙΝΕΥΣ?</w:t>
      </w:r>
    </w:p>
    <w:p>
      <w:r>
        <w:rPr>
          <w:rFonts w:ascii="Courier New" w:hAnsi="Courier New"/>
          <w:color w:val="555555"/>
          <w:sz w:val="20"/>
        </w:rPr>
        <w:t>[8b (tit)]</w:t>
      </w:r>
    </w:p>
    <w:p>
      <w:r>
        <w:rPr>
          <w:rFonts w:ascii="Gentium Plus" w:hAnsi="Gentium Plus"/>
          <w:sz w:val="24"/>
        </w:rPr>
        <w:t>ΟΙΝΟΠΙΩΝ</w:t>
      </w:r>
    </w:p>
    <w:p>
      <w:r>
        <w:rPr>
          <w:rFonts w:ascii="Courier New" w:hAnsi="Courier New"/>
          <w:color w:val="555555"/>
          <w:sz w:val="20"/>
        </w:rPr>
        <w:t>[8bb* (tit)]</w:t>
      </w:r>
    </w:p>
    <w:p>
      <w:r>
        <w:rPr>
          <w:rFonts w:ascii="Gentium Plus" w:hAnsi="Gentium Plus"/>
          <w:sz w:val="24"/>
        </w:rPr>
        <w:t>ΟΡΕΣΤΕΙΑ</w:t>
      </w:r>
    </w:p>
    <w:p>
      <w:r>
        <w:rPr>
          <w:rFonts w:ascii="Courier New" w:hAnsi="Courier New"/>
          <w:color w:val="555555"/>
          <w:sz w:val="20"/>
        </w:rPr>
        <w:t>[8c (tit)]</w:t>
      </w:r>
    </w:p>
    <w:p>
      <w:r>
        <w:rPr>
          <w:rFonts w:ascii="Gentium Plus" w:hAnsi="Gentium Plus"/>
          <w:sz w:val="24"/>
        </w:rPr>
        <w:t>ΟΡΕ]ΣΤΗΣ?</w:t>
      </w:r>
    </w:p>
    <w:p>
      <w:r>
        <w:rPr>
          <w:rFonts w:ascii="Courier New" w:hAnsi="Courier New"/>
          <w:color w:val="555555"/>
          <w:sz w:val="20"/>
        </w:rPr>
        <w:t>[8d (tit)]</w:t>
      </w:r>
    </w:p>
    <w:p>
      <w:r>
        <w:rPr>
          <w:rFonts w:ascii="Gentium Plus" w:hAnsi="Gentium Plus"/>
          <w:sz w:val="24"/>
        </w:rPr>
        <w:t>ΟΡΦΕΥΣ?</w:t>
      </w:r>
    </w:p>
    <w:p>
      <w:r>
        <w:rPr>
          <w:rFonts w:ascii="Courier New" w:hAnsi="Courier New"/>
          <w:color w:val="555555"/>
          <w:sz w:val="20"/>
        </w:rPr>
        <w:t>[8e (tit1)]</w:t>
      </w:r>
    </w:p>
    <w:p>
      <w:r>
        <w:rPr>
          <w:rFonts w:ascii="Gentium Plus" w:hAnsi="Gentium Plus"/>
          <w:sz w:val="24"/>
        </w:rPr>
        <w:t>ΠΑΡΘΕΝΟΠΑΙΟΣ?</w:t>
      </w:r>
    </w:p>
    <w:p>
      <w:r>
        <w:rPr>
          <w:rFonts w:ascii="Courier New" w:hAnsi="Courier New"/>
          <w:color w:val="555555"/>
          <w:sz w:val="20"/>
        </w:rPr>
        <w:t>[tit2]</w:t>
      </w:r>
    </w:p>
    <w:p>
      <w:r>
        <w:rPr>
          <w:rFonts w:ascii="Gentium Plus" w:hAnsi="Gentium Plus"/>
          <w:sz w:val="24"/>
        </w:rPr>
        <w:t>ΠΕΙΡΙΘΟΥΣ?</w:t>
      </w:r>
    </w:p>
    <w:p>
      <w:r>
        <w:rPr>
          <w:rFonts w:ascii="Courier New" w:hAnsi="Courier New"/>
          <w:color w:val="555555"/>
          <w:sz w:val="20"/>
        </w:rPr>
        <w:t>[8f (tit)]</w:t>
      </w:r>
    </w:p>
    <w:p>
      <w:r>
        <w:rPr>
          <w:rFonts w:ascii="Gentium Plus" w:hAnsi="Gentium Plus"/>
          <w:sz w:val="24"/>
        </w:rPr>
        <w:t>ΠΕΡΣΑΙ</w:t>
      </w:r>
    </w:p>
    <w:p>
      <w:r>
        <w:rPr>
          <w:rFonts w:ascii="Courier New" w:hAnsi="Courier New"/>
          <w:color w:val="555555"/>
          <w:sz w:val="20"/>
        </w:rPr>
        <w:t>[8g (tit)]</w:t>
      </w:r>
    </w:p>
    <w:p>
      <w:r>
        <w:rPr>
          <w:rFonts w:ascii="Gentium Plus" w:hAnsi="Gentium Plus"/>
          <w:sz w:val="24"/>
        </w:rPr>
        <w:t>ΠΕΡΣΕΥΣ ΣΑΤΥΡΙΚΟΣ?</w:t>
      </w:r>
    </w:p>
    <w:p>
      <w:r>
        <w:rPr>
          <w:rFonts w:ascii="Courier New" w:hAnsi="Courier New"/>
          <w:color w:val="555555"/>
          <w:sz w:val="20"/>
        </w:rPr>
        <w:t>[8h (tit)]</w:t>
      </w:r>
    </w:p>
    <w:p>
      <w:r>
        <w:rPr>
          <w:rFonts w:ascii="Gentium Plus" w:hAnsi="Gentium Plus"/>
          <w:sz w:val="24"/>
        </w:rPr>
        <w:t>ΠΕΡΣΕΦΟΝΗ ΣΑΤΥΡΙΚΗ?</w:t>
      </w:r>
    </w:p>
    <w:p>
      <w:r>
        <w:rPr>
          <w:rFonts w:ascii="Courier New" w:hAnsi="Courier New"/>
          <w:color w:val="555555"/>
          <w:sz w:val="20"/>
        </w:rPr>
        <w:t>[8i* (tit1)]</w:t>
      </w:r>
    </w:p>
    <w:p>
      <w:r>
        <w:rPr>
          <w:rFonts w:ascii="Gentium Plus" w:hAnsi="Gentium Plus"/>
          <w:sz w:val="24"/>
        </w:rPr>
        <w:t>ΠΡΟΜΗΘΕΥΣ ΣΑΤΥΡΙΚΟΣ?</w:t>
      </w:r>
    </w:p>
    <w:p>
      <w:r>
        <w:rPr>
          <w:rFonts w:ascii="Courier New" w:hAnsi="Courier New"/>
          <w:color w:val="555555"/>
          <w:sz w:val="20"/>
        </w:rPr>
        <w:t>[tit2]</w:t>
      </w:r>
    </w:p>
    <w:p>
      <w:r>
        <w:rPr>
          <w:rFonts w:ascii="Gentium Plus" w:hAnsi="Gentium Plus"/>
          <w:sz w:val="24"/>
        </w:rPr>
        <w:t>ΙΘΑΣ vel ΙΘΑΞ</w:t>
      </w:r>
    </w:p>
    <w:p>
      <w:r>
        <w:rPr>
          <w:rFonts w:ascii="Courier New" w:hAnsi="Courier New"/>
          <w:color w:val="555555"/>
          <w:sz w:val="20"/>
        </w:rPr>
        <w:t>[8ii* (tit)]</w:t>
      </w:r>
    </w:p>
    <w:p>
      <w:r>
        <w:rPr>
          <w:rFonts w:ascii="Gentium Plus" w:hAnsi="Gentium Plus"/>
          <w:sz w:val="24"/>
        </w:rPr>
        <w:t>ΠΡΟΜΗΘΕΥΣ ΣΑΤΥΡΙΚΟΣ?</w:t>
      </w:r>
    </w:p>
    <w:p>
      <w:r>
        <w:rPr>
          <w:rFonts w:ascii="Courier New" w:hAnsi="Courier New"/>
          <w:color w:val="555555"/>
          <w:sz w:val="20"/>
        </w:rPr>
        <w:t>[8k (tit)]</w:t>
      </w:r>
    </w:p>
    <w:p>
      <w:r>
        <w:rPr>
          <w:rFonts w:ascii="Gentium Plus" w:hAnsi="Gentium Plus"/>
          <w:sz w:val="24"/>
        </w:rPr>
        <w:t>ΠΤΩΧΕΙΑ</w:t>
      </w:r>
    </w:p>
    <w:p>
      <w:r>
        <w:rPr>
          <w:rFonts w:ascii="Courier New" w:hAnsi="Courier New"/>
          <w:color w:val="555555"/>
          <w:sz w:val="20"/>
        </w:rPr>
        <w:t>[8l* (tit)]</w:t>
      </w:r>
    </w:p>
    <w:p>
      <w:r>
        <w:rPr>
          <w:rFonts w:ascii="Gentium Plus" w:hAnsi="Gentium Plus"/>
          <w:sz w:val="24"/>
        </w:rPr>
        <w:t>ΡΗΣΟΣ</w:t>
      </w:r>
    </w:p>
    <w:p>
      <w:r>
        <w:rPr>
          <w:rFonts w:ascii="Courier New" w:hAnsi="Courier New"/>
          <w:color w:val="555555"/>
          <w:sz w:val="20"/>
        </w:rPr>
        <w:t>[1]</w:t>
      </w:r>
    </w:p>
    <w:p>
      <w:r>
        <w:rPr>
          <w:rFonts w:ascii="Gentium Plus" w:hAnsi="Gentium Plus"/>
          <w:sz w:val="24"/>
        </w:rPr>
        <w:t>〈ΗΡΑ〉 ὦ τοῦ μεγίστου Ζηνὸς ἄλκιμον τέκος Παλλάς, τί δρῶμεν; οὐκ ἐχρῆν ἡμᾶς ἔτι μέλλειν Ἀχαιῶν ὠφελεῖν στρατεύματα. νῦν γὰρ κακῶς πράσσουσιν ἐν μάχῃ δορός,</w:t>
      </w:r>
    </w:p>
    <w:p>
      <w:r>
        <w:rPr>
          <w:rFonts w:ascii="Courier New" w:hAnsi="Courier New"/>
          <w:color w:val="555555"/>
          <w:sz w:val="20"/>
        </w:rPr>
        <w:t>[5]</w:t>
      </w:r>
    </w:p>
    <w:p>
      <w:r>
        <w:rPr>
          <w:rFonts w:ascii="Gentium Plus" w:hAnsi="Gentium Plus"/>
          <w:sz w:val="24"/>
        </w:rPr>
        <w:t>λόγχῃ βιαίως Ἕκτορος στροβούμενοι. ἐμοὶ γὰρ οὐδέν ἐστιν ἄλγιον βάρος, ἐξ οὗ γ’ ἔκρινε Κύπριν Ἀλέξανδρος θεάν κάλλει προήκειν τῆς ἐμῆς εὐμορφίας καὶ σῆς, Ἀθηνᾶ, φιλτάτης ἐμοὶ θεῶν,</w:t>
      </w:r>
    </w:p>
    <w:p>
      <w:r>
        <w:rPr>
          <w:rFonts w:ascii="Courier New" w:hAnsi="Courier New"/>
          <w:color w:val="555555"/>
          <w:sz w:val="20"/>
        </w:rPr>
        <w:t>[10]</w:t>
      </w:r>
    </w:p>
    <w:p>
      <w:r>
        <w:rPr>
          <w:rFonts w:ascii="Gentium Plus" w:hAnsi="Gentium Plus"/>
          <w:sz w:val="24"/>
        </w:rPr>
        <w:t>εἰ μὴ κατασκαφεῖσαν ὄψομαι πόλιν Πριάμου, βίᾳ πρόρριζον ἐκτετριμμένην</w:t>
      </w:r>
    </w:p>
    <w:p>
      <w:r>
        <w:rPr>
          <w:rFonts w:ascii="Courier New" w:hAnsi="Courier New"/>
          <w:color w:val="555555"/>
          <w:sz w:val="20"/>
        </w:rPr>
        <w:t>[8m (tit)]</w:t>
      </w:r>
    </w:p>
    <w:p>
      <w:r>
        <w:rPr>
          <w:rFonts w:ascii="Gentium Plus" w:hAnsi="Gentium Plus"/>
          <w:sz w:val="24"/>
        </w:rPr>
        <w:t>ΣΚΥΛΛΑ</w:t>
      </w:r>
    </w:p>
    <w:p>
      <w:r>
        <w:rPr>
          <w:rFonts w:ascii="Courier New" w:hAnsi="Courier New"/>
          <w:color w:val="555555"/>
          <w:sz w:val="20"/>
        </w:rPr>
        <w:t>[9 (tit)]</w:t>
      </w:r>
    </w:p>
    <w:p>
      <w:r>
        <w:rPr>
          <w:rFonts w:ascii="Gentium Plus" w:hAnsi="Gentium Plus"/>
          <w:sz w:val="24"/>
        </w:rPr>
        <w:t>ΣΦΙΓΞ ΣΑΤΥΡΙΚΗ</w:t>
      </w:r>
    </w:p>
    <w:p>
      <w:r>
        <w:rPr>
          <w:rFonts w:ascii="Courier New" w:hAnsi="Courier New"/>
          <w:color w:val="555555"/>
          <w:sz w:val="20"/>
        </w:rPr>
        <w:t>[9a (tit)]</w:t>
      </w:r>
    </w:p>
    <w:p>
      <w:r>
        <w:rPr>
          <w:rFonts w:ascii="Gentium Plus" w:hAnsi="Gentium Plus"/>
          <w:sz w:val="24"/>
        </w:rPr>
        <w:t>ΤΗΛΕΦΟΣ ΣΑΤΥΡΙΚΟΣ</w:t>
      </w:r>
    </w:p>
    <w:p>
      <w:r>
        <w:rPr>
          <w:rFonts w:ascii="Courier New" w:hAnsi="Courier New"/>
          <w:color w:val="555555"/>
          <w:sz w:val="20"/>
        </w:rPr>
        <w:t>[9b (tit)]</w:t>
      </w:r>
    </w:p>
    <w:p>
      <w:r>
        <w:rPr>
          <w:rFonts w:ascii="Gentium Plus" w:hAnsi="Gentium Plus"/>
          <w:sz w:val="24"/>
        </w:rPr>
        <w:t>ΤΙ[</w:t>
      </w:r>
    </w:p>
    <w:p>
      <w:r>
        <w:rPr>
          <w:rFonts w:ascii="Courier New" w:hAnsi="Courier New"/>
          <w:color w:val="555555"/>
          <w:sz w:val="20"/>
        </w:rPr>
        <w:t>[9c (tit)]</w:t>
      </w:r>
    </w:p>
    <w:p>
      <w:r>
        <w:rPr>
          <w:rFonts w:ascii="Gentium Plus" w:hAnsi="Gentium Plus"/>
          <w:sz w:val="24"/>
        </w:rPr>
        <w:t>ΤΡΙΠΤΟΛΕΜΟΣ ΣΑΤΥΡΙΚΟΣ?</w:t>
      </w:r>
    </w:p>
    <w:p>
      <w:r>
        <w:rPr>
          <w:rFonts w:ascii="Courier New" w:hAnsi="Courier New"/>
          <w:color w:val="555555"/>
          <w:sz w:val="20"/>
        </w:rPr>
        <w:t>[9d (tit1)]</w:t>
      </w:r>
    </w:p>
    <w:p>
      <w:r>
        <w:rPr>
          <w:rFonts w:ascii="Gentium Plus" w:hAnsi="Gentium Plus"/>
          <w:sz w:val="24"/>
        </w:rPr>
        <w:t>ΤΥΡΩ</w:t>
      </w:r>
    </w:p>
    <w:p>
      <w:r>
        <w:rPr>
          <w:rFonts w:ascii="Courier New" w:hAnsi="Courier New"/>
          <w:color w:val="555555"/>
          <w:sz w:val="20"/>
        </w:rPr>
        <w:t>[tit2]</w:t>
      </w:r>
    </w:p>
    <w:p>
      <w:r>
        <w:rPr>
          <w:rFonts w:ascii="Gentium Plus" w:hAnsi="Gentium Plus"/>
          <w:sz w:val="24"/>
        </w:rPr>
        <w:t>ΤΥΡΩ?</w:t>
      </w:r>
    </w:p>
    <w:p>
      <w:r>
        <w:rPr>
          <w:rFonts w:ascii="Courier New" w:hAnsi="Courier New"/>
          <w:color w:val="555555"/>
          <w:sz w:val="20"/>
        </w:rPr>
        <w:t>[tit3]</w:t>
      </w:r>
    </w:p>
    <w:p>
      <w:r>
        <w:rPr>
          <w:rFonts w:ascii="Gentium Plus" w:hAnsi="Gentium Plus"/>
          <w:sz w:val="24"/>
        </w:rPr>
        <w:t>ΥΛΑΣ?</w:t>
      </w:r>
    </w:p>
    <w:p>
      <w:r>
        <w:rPr>
          <w:rFonts w:ascii="Courier New" w:hAnsi="Courier New"/>
          <w:color w:val="555555"/>
          <w:sz w:val="20"/>
        </w:rPr>
        <w:t>[tit4]</w:t>
      </w:r>
    </w:p>
    <w:p>
      <w:r>
        <w:rPr>
          <w:rFonts w:ascii="Gentium Plus" w:hAnsi="Gentium Plus"/>
          <w:sz w:val="24"/>
        </w:rPr>
        <w:t>ΦΙΛΟΚΤΗΤΗΣ?</w:t>
      </w:r>
    </w:p>
    <w:p>
      <w:r>
        <w:rPr>
          <w:rFonts w:ascii="Courier New" w:hAnsi="Courier New"/>
          <w:color w:val="555555"/>
          <w:sz w:val="20"/>
        </w:rPr>
        <w:t>[10 (tit)]</w:t>
      </w:r>
    </w:p>
    <w:p>
      <w:r>
        <w:rPr>
          <w:rFonts w:ascii="Gentium Plus" w:hAnsi="Gentium Plus"/>
          <w:sz w:val="24"/>
        </w:rPr>
        <w:t>ΦΙΛΟΚΤΗΤΗΣ ΣΑΤΥΡΙΚΟΣ?</w:t>
      </w:r>
    </w:p>
    <w:p>
      <w:r>
        <w:rPr>
          <w:rFonts w:ascii="Courier New" w:hAnsi="Courier New"/>
          <w:color w:val="555555"/>
          <w:sz w:val="20"/>
        </w:rPr>
        <w:t>[1]</w:t>
      </w:r>
    </w:p>
    <w:p>
      <w:r>
        <w:rPr>
          <w:rFonts w:ascii="Gentium Plus" w:hAnsi="Gentium Plus"/>
          <w:sz w:val="24"/>
        </w:rPr>
        <w:t>τίς δ’ ἄν σε νύμφη, τίς δὲ παρθένος νέα δέξαιτ’ ἄν; εὖ γοῦν ὡς γαμεῖν ἔχεις, τάλας</w:t>
      </w:r>
    </w:p>
    <w:p>
      <w:r>
        <w:rPr>
          <w:rFonts w:ascii="Courier New" w:hAnsi="Courier New"/>
          <w:color w:val="555555"/>
          <w:sz w:val="20"/>
        </w:rPr>
        <w:t>[10a (tit1)]</w:t>
      </w:r>
    </w:p>
    <w:p>
      <w:r>
        <w:rPr>
          <w:rFonts w:ascii="Gentium Plus" w:hAnsi="Gentium Plus"/>
          <w:sz w:val="24"/>
        </w:rPr>
        <w:t>ΦΙΝΕΙΔΑΙ</w:t>
      </w:r>
    </w:p>
    <w:p>
      <w:r>
        <w:rPr>
          <w:rFonts w:ascii="Courier New" w:hAnsi="Courier New"/>
          <w:color w:val="555555"/>
          <w:sz w:val="20"/>
        </w:rPr>
        <w:t>[tit2]</w:t>
      </w:r>
    </w:p>
    <w:p>
      <w:r>
        <w:rPr>
          <w:rFonts w:ascii="Gentium Plus" w:hAnsi="Gentium Plus"/>
          <w:sz w:val="24"/>
        </w:rPr>
        <w:t>ΦΟΙΝΙΣΣΑΙ?</w:t>
      </w:r>
    </w:p>
    <w:p>
      <w:r>
        <w:rPr>
          <w:rFonts w:ascii="Courier New" w:hAnsi="Courier New"/>
          <w:color w:val="555555"/>
          <w:sz w:val="20"/>
        </w:rPr>
        <w:t>[10b (tit)]</w:t>
      </w:r>
    </w:p>
    <w:p>
      <w:r>
        <w:rPr>
          <w:rFonts w:ascii="Gentium Plus" w:hAnsi="Gentium Plus"/>
          <w:sz w:val="24"/>
        </w:rPr>
        <w:t>ΦΟΡΚΙΔΕΣ ΣΑΤΥΡΟΙ</w:t>
      </w:r>
    </w:p>
    <w:p>
      <w:r>
        <w:rPr>
          <w:rFonts w:ascii="Courier New" w:hAnsi="Courier New"/>
          <w:color w:val="555555"/>
          <w:sz w:val="20"/>
        </w:rPr>
        <w:t>[10c (tit)]</w:t>
      </w:r>
    </w:p>
    <w:p>
      <w:r>
        <w:rPr>
          <w:rFonts w:ascii="Gentium Plus" w:hAnsi="Gentium Plus"/>
          <w:sz w:val="24"/>
        </w:rPr>
        <w:t>ΧΡΥΣΗΣ</w:t>
      </w:r>
    </w:p>
    <w:p>
      <w:r>
        <w:rPr>
          <w:rFonts w:ascii="Courier New" w:hAnsi="Courier New"/>
          <w:color w:val="555555"/>
          <w:sz w:val="20"/>
        </w:rPr>
        <w:t>[10d* (tit)]</w:t>
      </w:r>
    </w:p>
    <w:p>
      <w:r>
        <w:rPr>
          <w:rFonts w:ascii="Gentium Plus" w:hAnsi="Gentium Plus"/>
          <w:sz w:val="24"/>
        </w:rPr>
        <w:t>ΧΡΥΣΙΠΠΟΣ</w:t>
      </w:r>
    </w:p>
    <w:p>
      <w:r>
        <w:rPr>
          <w:rFonts w:ascii="Courier New" w:hAnsi="Courier New"/>
          <w:color w:val="555555"/>
          <w:sz w:val="20"/>
        </w:rPr>
        <w:t>[11 (tit)]</w:t>
      </w:r>
    </w:p>
    <w:p>
      <w:r>
        <w:rPr>
          <w:rFonts w:ascii="Gentium Plus" w:hAnsi="Gentium Plus"/>
          <w:sz w:val="24"/>
        </w:rPr>
        <w:t>ΩΡΑΙ</w:t>
      </w:r>
    </w:p>
    <w:p>
      <w:r>
        <w:rPr>
          <w:rFonts w:ascii="Courier New" w:hAnsi="Courier New"/>
          <w:color w:val="555555"/>
          <w:sz w:val="20"/>
        </w:rPr>
        <w:t>[1]</w:t>
      </w:r>
    </w:p>
    <w:p>
      <w:r>
        <w:rPr>
          <w:rFonts w:ascii="Gentium Plus" w:hAnsi="Gentium Plus"/>
          <w:sz w:val="24"/>
        </w:rPr>
        <w:t>πᾶν εὐμαρὲς θεοῖσι κοὐδαμῇ μακράν</w:t>
      </w:r>
    </w:p>
    <w:p>
      <w:r>
        <w:rPr>
          <w:rFonts w:ascii="Courier New" w:hAnsi="Courier New"/>
          <w:color w:val="555555"/>
          <w:sz w:val="20"/>
        </w:rPr>
        <w:t>[12a*]</w:t>
      </w:r>
    </w:p>
    <w:p>
      <w:r>
        <w:rPr>
          <w:rFonts w:ascii="Gentium Plus" w:hAnsi="Gentium Plus"/>
          <w:sz w:val="24"/>
        </w:rPr>
        <w:t>πηγῆς ἐγκύμονι μαζῷ</w:t>
      </w:r>
    </w:p>
    <w:p>
      <w:r>
        <w:rPr>
          <w:rFonts w:ascii="Courier New" w:hAnsi="Courier New"/>
          <w:color w:val="555555"/>
          <w:sz w:val="20"/>
        </w:rPr>
        <w:t>[13a*]</w:t>
      </w:r>
    </w:p>
    <w:p>
      <w:r>
        <w:rPr>
          <w:rFonts w:ascii="Gentium Plus" w:hAnsi="Gentium Plus"/>
          <w:sz w:val="24"/>
        </w:rPr>
        <w:t>×–⏑–×–⏑ ὠκίστη δραμεῖν</w:t>
      </w:r>
    </w:p>
    <w:p>
      <w:r>
        <w:rPr>
          <w:rFonts w:ascii="Courier New" w:hAnsi="Courier New"/>
          <w:color w:val="555555"/>
          <w:sz w:val="20"/>
        </w:rPr>
        <w:t>[14]</w:t>
      </w:r>
    </w:p>
    <w:p>
      <w:r>
        <w:rPr>
          <w:rFonts w:ascii="Gentium Plus" w:hAnsi="Gentium Plus"/>
          <w:sz w:val="24"/>
        </w:rPr>
        <w:t>ΔΙΟΣΚΟΡΟΙ</w:t>
      </w:r>
    </w:p>
    <w:p>
      <w:r>
        <w:rPr>
          <w:rFonts w:ascii="Courier New" w:hAnsi="Courier New"/>
          <w:color w:val="555555"/>
          <w:sz w:val="20"/>
        </w:rPr>
        <w:t>[1]</w:t>
      </w:r>
    </w:p>
    <w:p>
      <w:r>
        <w:rPr>
          <w:rFonts w:ascii="Gentium Plus" w:hAnsi="Gentium Plus"/>
          <w:sz w:val="24"/>
        </w:rPr>
        <w:t>σωτῆρες †ἔνθα† κἀγαθοὶ παραστάται</w:t>
      </w:r>
    </w:p>
    <w:p>
      <w:r>
        <w:rPr>
          <w:rFonts w:ascii="Courier New" w:hAnsi="Courier New"/>
          <w:color w:val="555555"/>
          <w:sz w:val="20"/>
        </w:rPr>
        <w:t>[14a]</w:t>
      </w:r>
    </w:p>
    <w:p>
      <w:r>
        <w:rPr>
          <w:rFonts w:ascii="Gentium Plus" w:hAnsi="Gentium Plus"/>
          <w:sz w:val="24"/>
        </w:rPr>
        <w:t>ᾄσσουσα δ’ ἐξέλαμπεν ἀστραπῆς δίκην</w:t>
      </w:r>
    </w:p>
    <w:p>
      <w:r>
        <w:rPr>
          <w:rFonts w:ascii="Courier New" w:hAnsi="Courier New"/>
          <w:color w:val="555555"/>
          <w:sz w:val="20"/>
        </w:rPr>
        <w:t>[14b]</w:t>
      </w:r>
    </w:p>
    <w:p>
      <w:r>
        <w:rPr>
          <w:rFonts w:ascii="Gentium Plus" w:hAnsi="Gentium Plus"/>
          <w:sz w:val="24"/>
        </w:rPr>
        <w:t>Ποινὰς ἐλαύνειν ×– κολάζειν δᾳσὶν ἡμμέναις ⏑–</w:t>
      </w:r>
    </w:p>
    <w:p>
      <w:r>
        <w:rPr>
          <w:rFonts w:ascii="Courier New" w:hAnsi="Courier New"/>
          <w:color w:val="555555"/>
          <w:sz w:val="20"/>
        </w:rPr>
        <w:t>[14c]</w:t>
      </w:r>
    </w:p>
    <w:p>
      <w:r>
        <w:rPr>
          <w:rFonts w:ascii="Gentium Plus" w:hAnsi="Gentium Plus"/>
          <w:sz w:val="24"/>
        </w:rPr>
        <w:t>εἰ χρὴ τὰ λοιπὰ τῇ πόλει καλῶς ἔχειν</w:t>
      </w:r>
    </w:p>
    <w:p>
      <w:r>
        <w:rPr>
          <w:rFonts w:ascii="Courier New" w:hAnsi="Courier New"/>
          <w:color w:val="555555"/>
          <w:sz w:val="20"/>
        </w:rPr>
        <w:t>[16*]</w:t>
      </w:r>
    </w:p>
    <w:p>
      <w:r>
        <w:rPr>
          <w:rFonts w:ascii="Gentium Plus" w:hAnsi="Gentium Plus"/>
          <w:sz w:val="24"/>
        </w:rPr>
        <w:t>μάτην ἀδήλους ἐλπίδας καραδοκῶν</w:t>
      </w:r>
    </w:p>
    <w:p>
      <w:r>
        <w:rPr>
          <w:rFonts w:ascii="Courier New" w:hAnsi="Courier New"/>
          <w:color w:val="555555"/>
          <w:sz w:val="20"/>
        </w:rPr>
        <w:t>[17*]</w:t>
      </w:r>
    </w:p>
    <w:p>
      <w:r>
        <w:rPr>
          <w:rFonts w:ascii="Gentium Plus" w:hAnsi="Gentium Plus"/>
          <w:sz w:val="24"/>
        </w:rPr>
        <w:t>ὦ δαῖμον ὅς μ’ εἴληχας, ὡς πονηρὸς εἶ</w:t>
      </w:r>
    </w:p>
    <w:p>
      <w:r>
        <w:rPr>
          <w:rFonts w:ascii="Courier New" w:hAnsi="Courier New"/>
          <w:color w:val="555555"/>
          <w:sz w:val="20"/>
        </w:rPr>
        <w:t>[18]</w:t>
      </w:r>
    </w:p>
    <w:p>
      <w:r>
        <w:rPr>
          <w:rFonts w:ascii="Gentium Plus" w:hAnsi="Gentium Plus"/>
          <w:sz w:val="24"/>
        </w:rPr>
        <w:t>σιγῶ· σιωπὴ δ’ ἐστὶ τοῦ θυμοῦ τροφή</w:t>
      </w:r>
    </w:p>
    <w:p>
      <w:r>
        <w:rPr>
          <w:rFonts w:ascii="Courier New" w:hAnsi="Courier New"/>
          <w:color w:val="555555"/>
          <w:sz w:val="20"/>
        </w:rPr>
        <w:t>[20]</w:t>
      </w:r>
    </w:p>
    <w:p>
      <w:r>
        <w:rPr>
          <w:rFonts w:ascii="Gentium Plus" w:hAnsi="Gentium Plus"/>
          <w:sz w:val="24"/>
        </w:rPr>
        <w:t>×–⏑–× ἐν βροτοῖς αὐδώμενος</w:t>
      </w:r>
    </w:p>
    <w:p>
      <w:r>
        <w:rPr>
          <w:rFonts w:ascii="Courier New" w:hAnsi="Courier New"/>
          <w:color w:val="555555"/>
          <w:sz w:val="20"/>
        </w:rPr>
        <w:t>[21]</w:t>
      </w:r>
    </w:p>
    <w:p>
      <w:r>
        <w:rPr>
          <w:rFonts w:ascii="Gentium Plus" w:hAnsi="Gentium Plus"/>
          <w:sz w:val="24"/>
        </w:rPr>
        <w:t>οὐδεὶς φιλοπότης ἐστὶν ἄνθρωπος κακός· ὁ γὰρ διμάτωρ Βρόμιος οὐ χαίρει συνών</w:t>
      </w:r>
    </w:p>
    <w:p>
      <w:r>
        <w:rPr>
          <w:rFonts w:ascii="Courier New" w:hAnsi="Courier New"/>
          <w:color w:val="555555"/>
          <w:sz w:val="20"/>
        </w:rPr>
        <w:t>[21a*]</w:t>
      </w:r>
    </w:p>
    <w:p>
      <w:r>
        <w:rPr>
          <w:rFonts w:ascii="Gentium Plus" w:hAnsi="Gentium Plus"/>
          <w:sz w:val="24"/>
        </w:rPr>
        <w:t>Τμᾶρες ὅσοι ναίουσ[ι π]έλας \</w:t>
      </w:r>
    </w:p>
    <w:p>
      <w:r>
        <w:rPr>
          <w:rFonts w:ascii="Courier New" w:hAnsi="Courier New"/>
          <w:color w:val="555555"/>
          <w:sz w:val="20"/>
        </w:rPr>
        <w:t>[26]</w:t>
      </w:r>
    </w:p>
    <w:p>
      <w:r>
        <w:rPr>
          <w:rFonts w:ascii="Gentium Plus" w:hAnsi="Gentium Plus"/>
          <w:sz w:val="24"/>
        </w:rPr>
        <w:t>καὶ γὰρ τὸν ἄλλον ὧδε θνητοῖσιν νόμον ὄψῃ διαιρῶν· οὐδὲν ὂν πάντῃ καλόν οὐδ’ αἰσχρόν, ἀλλὰ ταὔτ’ ἐποίησεν λαβών ὁ καιρὸς αἰσχρὰ καὶ διαλλάξας καλά</w:t>
      </w:r>
    </w:p>
    <w:p>
      <w:r>
        <w:rPr>
          <w:rFonts w:ascii="Courier New" w:hAnsi="Courier New"/>
          <w:color w:val="555555"/>
          <w:sz w:val="20"/>
        </w:rPr>
        <w:t>[27a]</w:t>
      </w:r>
    </w:p>
    <w:p>
      <w:r>
        <w:rPr>
          <w:rFonts w:ascii="Gentium Plus" w:hAnsi="Gentium Plus"/>
          <w:sz w:val="24"/>
        </w:rPr>
        <w:t>ὥρισα</w:t>
      </w:r>
    </w:p>
    <w:p>
      <w:r>
        <w:rPr>
          <w:rFonts w:ascii="Courier New" w:hAnsi="Courier New"/>
          <w:color w:val="555555"/>
          <w:sz w:val="20"/>
        </w:rPr>
        <w:t>[33]</w:t>
      </w:r>
    </w:p>
    <w:p>
      <w:r>
        <w:rPr>
          <w:rFonts w:ascii="Gentium Plus" w:hAnsi="Gentium Plus"/>
          <w:sz w:val="24"/>
        </w:rPr>
        <w:t>×–⏑–×– πυρὸς δ’ ἐξ ὀμμάτων ἔλαμπεν αἴγλην</w:t>
      </w:r>
    </w:p>
    <w:p>
      <w:r>
        <w:rPr>
          <w:rFonts w:ascii="Courier New" w:hAnsi="Courier New"/>
          <w:color w:val="555555"/>
          <w:sz w:val="20"/>
        </w:rPr>
        <w:t>[34a]</w:t>
      </w:r>
    </w:p>
    <w:p>
      <w:r>
        <w:rPr>
          <w:rFonts w:ascii="Gentium Plus" w:hAnsi="Gentium Plus"/>
          <w:sz w:val="24"/>
        </w:rPr>
        <w:t>×–⏑ νύκτωρ καὶ μεθ’ ἡμέραν ⏑–</w:t>
      </w:r>
    </w:p>
    <w:p>
      <w:r>
        <w:rPr>
          <w:rFonts w:ascii="Courier New" w:hAnsi="Courier New"/>
          <w:color w:val="555555"/>
          <w:sz w:val="20"/>
        </w:rPr>
        <w:t>[34b]</w:t>
      </w:r>
    </w:p>
    <w:p>
      <w:r>
        <w:rPr>
          <w:rFonts w:ascii="Gentium Plus" w:hAnsi="Gentium Plus"/>
          <w:sz w:val="24"/>
        </w:rPr>
        <w:t>πῶς ἡ γυνή ς’ ὕβριζε;</w:t>
      </w:r>
    </w:p>
    <w:p>
      <w:r>
        <w:rPr>
          <w:rFonts w:ascii="Courier New" w:hAnsi="Courier New"/>
          <w:color w:val="555555"/>
          <w:sz w:val="20"/>
        </w:rPr>
        <w:t>[34c]</w:t>
      </w:r>
    </w:p>
    <w:p>
      <w:r>
        <w:rPr>
          <w:rFonts w:ascii="Gentium Plus" w:hAnsi="Gentium Plus"/>
          <w:sz w:val="24"/>
        </w:rPr>
        <w:t>×–θεός τίς ς’ ἠλέησε</w:t>
      </w:r>
    </w:p>
    <w:p>
      <w:r>
        <w:rPr>
          <w:rFonts w:ascii="Courier New" w:hAnsi="Courier New"/>
          <w:color w:val="555555"/>
          <w:sz w:val="20"/>
        </w:rPr>
        <w:t>[34e*]</w:t>
      </w:r>
    </w:p>
    <w:p>
      <w:r>
        <w:rPr>
          <w:rFonts w:ascii="Gentium Plus" w:hAnsi="Gentium Plus"/>
          <w:sz w:val="24"/>
        </w:rPr>
        <w:t>ὅδ’ ἐγὼ Χίρων</w:t>
      </w:r>
    </w:p>
    <w:p>
      <w:r>
        <w:rPr>
          <w:rFonts w:ascii="Courier New" w:hAnsi="Courier New"/>
          <w:color w:val="555555"/>
          <w:sz w:val="20"/>
        </w:rPr>
        <w:t>[35]</w:t>
      </w:r>
    </w:p>
    <w:p>
      <w:r>
        <w:rPr>
          <w:rFonts w:ascii="Gentium Plus" w:hAnsi="Gentium Plus"/>
          <w:sz w:val="24"/>
        </w:rPr>
        <w:t>ἤτοι στρατεύσεις ἢ μένων ἔσῃ κακός</w:t>
      </w:r>
    </w:p>
    <w:p>
      <w:r>
        <w:rPr>
          <w:rFonts w:ascii="Courier New" w:hAnsi="Courier New"/>
          <w:color w:val="555555"/>
          <w:sz w:val="20"/>
        </w:rPr>
        <w:t>[36]</w:t>
      </w:r>
    </w:p>
    <w:p>
      <w:r>
        <w:rPr>
          <w:rFonts w:ascii="Gentium Plus" w:hAnsi="Gentium Plus"/>
          <w:sz w:val="24"/>
        </w:rPr>
        <w:t>×–⏑–× [μ]αίνεται δ’ ὅστις βροτῶν</w:t>
      </w:r>
    </w:p>
    <w:p>
      <w:r>
        <w:rPr>
          <w:rFonts w:ascii="Courier New" w:hAnsi="Courier New"/>
          <w:color w:val="555555"/>
          <w:sz w:val="20"/>
        </w:rPr>
        <w:t>[37]</w:t>
      </w:r>
    </w:p>
    <w:p>
      <w:r>
        <w:rPr>
          <w:rFonts w:ascii="Gentium Plus" w:hAnsi="Gentium Plus"/>
          <w:sz w:val="24"/>
        </w:rPr>
        <w:t>[κ]ακοῦ γὰρ ἀνδρός ἐστι τοὺς καινοὺς φίλους τιμᾶν, ἀτιμάζειν δὲ τοὺς παλαιτέρους</w:t>
      </w:r>
    </w:p>
    <w:p>
      <w:r>
        <w:rPr>
          <w:rFonts w:ascii="Courier New" w:hAnsi="Courier New"/>
          <w:color w:val="555555"/>
          <w:sz w:val="20"/>
        </w:rPr>
        <w:t>[37a]</w:t>
      </w:r>
    </w:p>
    <w:p>
      <w:r>
        <w:rPr>
          <w:rFonts w:ascii="Gentium Plus" w:hAnsi="Gentium Plus"/>
          <w:sz w:val="24"/>
        </w:rPr>
        <w:t>×– τὸ χρυσόμαλλον Αἰήτου δέρος</w:t>
      </w:r>
    </w:p>
    <w:p>
      <w:r>
        <w:rPr>
          <w:rFonts w:ascii="Courier New" w:hAnsi="Courier New"/>
          <w:color w:val="555555"/>
          <w:sz w:val="20"/>
        </w:rPr>
        <w:t>[37b*]</w:t>
      </w:r>
    </w:p>
    <w:p>
      <w:r>
        <w:rPr>
          <w:rFonts w:ascii="Gentium Plus" w:hAnsi="Gentium Plus"/>
          <w:sz w:val="24"/>
        </w:rPr>
        <w:t>×–⏑–× οἷον αὖ τὸ δεύτερον ἡμῖν ἔσεισεν</w:t>
      </w:r>
    </w:p>
    <w:p>
      <w:r>
        <w:rPr>
          <w:rFonts w:ascii="Courier New" w:hAnsi="Courier New"/>
          <w:color w:val="555555"/>
          <w:sz w:val="20"/>
        </w:rPr>
        <w:t>[38*]</w:t>
      </w:r>
    </w:p>
    <w:p>
      <w:r>
        <w:rPr>
          <w:rFonts w:ascii="Gentium Plus" w:hAnsi="Gentium Plus"/>
          <w:sz w:val="24"/>
        </w:rPr>
        <w:t>ὦ Ἡράκλεις</w:t>
      </w:r>
    </w:p>
    <w:p>
      <w:r>
        <w:rPr>
          <w:rFonts w:ascii="Courier New" w:hAnsi="Courier New"/>
          <w:color w:val="555555"/>
          <w:sz w:val="20"/>
        </w:rPr>
        <w:t>[39]</w:t>
      </w:r>
    </w:p>
    <w:p>
      <w:r>
        <w:rPr>
          <w:rFonts w:ascii="Gentium Plus" w:hAnsi="Gentium Plus"/>
          <w:sz w:val="24"/>
        </w:rPr>
        <w:t>ἔφορος οἰάκων</w:t>
      </w:r>
    </w:p>
    <w:p>
      <w:r>
        <w:rPr>
          <w:rFonts w:ascii="Courier New" w:hAnsi="Courier New"/>
          <w:color w:val="555555"/>
          <w:sz w:val="20"/>
        </w:rPr>
        <w:t>[40]</w:t>
      </w:r>
    </w:p>
    <w:p>
      <w:r>
        <w:rPr>
          <w:rFonts w:ascii="Gentium Plus" w:hAnsi="Gentium Plus"/>
          <w:sz w:val="24"/>
        </w:rPr>
        <w:t>φίλων γὰρ ἄρξεις μὴ κρατῶν ὅσον θέλεις</w:t>
      </w:r>
    </w:p>
    <w:p>
      <w:r>
        <w:rPr>
          <w:rFonts w:ascii="Courier New" w:hAnsi="Courier New"/>
          <w:color w:val="555555"/>
          <w:sz w:val="20"/>
        </w:rPr>
        <w:t>[40a]</w:t>
      </w:r>
    </w:p>
    <w:p>
      <w:r>
        <w:rPr>
          <w:rFonts w:ascii="Gentium Plus" w:hAnsi="Gentium Plus"/>
          <w:sz w:val="24"/>
        </w:rPr>
        <w:t>×–⏑–× οὐδὲ τῶν βοσκημάτων οὐδὲν διέφερον</w:t>
      </w:r>
    </w:p>
    <w:p>
      <w:r>
        <w:rPr>
          <w:rFonts w:ascii="Courier New" w:hAnsi="Courier New"/>
          <w:color w:val="555555"/>
          <w:sz w:val="20"/>
        </w:rPr>
        <w:t>[40b*]</w:t>
      </w:r>
    </w:p>
    <w:p>
      <w:r>
        <w:rPr>
          <w:rFonts w:ascii="Gentium Plus" w:hAnsi="Gentium Plus"/>
          <w:sz w:val="24"/>
        </w:rPr>
        <w:t>Ἀνδρομάχη ὑδροφοροῦσα</w:t>
      </w:r>
    </w:p>
    <w:p>
      <w:r>
        <w:rPr>
          <w:rFonts w:ascii="Courier New" w:hAnsi="Courier New"/>
          <w:color w:val="555555"/>
          <w:sz w:val="20"/>
        </w:rPr>
        <w:t>[41]</w:t>
      </w:r>
    </w:p>
    <w:p>
      <w:r>
        <w:rPr>
          <w:rFonts w:ascii="Gentium Plus" w:hAnsi="Gentium Plus"/>
          <w:sz w:val="24"/>
        </w:rPr>
        <w:t>στυγῶν μὲν ἄστυ, τὸν δ’ ἐμὸν δῆμον ποθῶν</w:t>
      </w:r>
    </w:p>
    <w:p>
      <w:r>
        <w:rPr>
          <w:rFonts w:ascii="Courier New" w:hAnsi="Courier New"/>
          <w:color w:val="555555"/>
          <w:sz w:val="20"/>
        </w:rPr>
        <w:t>[42*]</w:t>
      </w:r>
    </w:p>
    <w:p>
      <w:r>
        <w:rPr>
          <w:rFonts w:ascii="Gentium Plus" w:hAnsi="Gentium Plus"/>
          <w:sz w:val="24"/>
        </w:rPr>
        <w:t>×–⏑–× δυσπινῆ πεπλώματα</w:t>
      </w:r>
    </w:p>
    <w:p>
      <w:r>
        <w:rPr>
          <w:rFonts w:ascii="Courier New" w:hAnsi="Courier New"/>
          <w:color w:val="555555"/>
          <w:sz w:val="20"/>
        </w:rPr>
        <w:t>[43*]</w:t>
      </w:r>
    </w:p>
    <w:p>
      <w:r>
        <w:rPr>
          <w:rFonts w:ascii="Gentium Plus" w:hAnsi="Gentium Plus"/>
          <w:sz w:val="24"/>
        </w:rPr>
        <w:t>ὦ Ζεῦ πανόπτα</w:t>
      </w:r>
    </w:p>
    <w:p>
      <w:r>
        <w:rPr>
          <w:rFonts w:ascii="Courier New" w:hAnsi="Courier New"/>
          <w:color w:val="555555"/>
          <w:sz w:val="20"/>
        </w:rPr>
        <w:t>[45*]</w:t>
      </w:r>
    </w:p>
    <w:p>
      <w:r>
        <w:rPr>
          <w:rFonts w:ascii="Gentium Plus" w:hAnsi="Gentium Plus"/>
          <w:sz w:val="24"/>
        </w:rPr>
        <w:t>ὦ κλεινὸν ὄμμα, νῦν πανύστατόν ς’ ἰδών λείπω, φάος γε τοὐμόν· οὐκέτ’ εἰμ’ ἐγώ</w:t>
      </w:r>
    </w:p>
    <w:p>
      <w:r>
        <w:rPr>
          <w:rFonts w:ascii="Courier New" w:hAnsi="Courier New"/>
          <w:color w:val="555555"/>
          <w:sz w:val="20"/>
        </w:rPr>
        <w:t>[46]</w:t>
      </w:r>
    </w:p>
    <w:p>
      <w:r>
        <w:rPr>
          <w:rFonts w:ascii="Gentium Plus" w:hAnsi="Gentium Plus"/>
          <w:sz w:val="24"/>
        </w:rPr>
        <w:t>τί δῆτα χεῖρες οὐκ ἂν ἐργασαίατο;</w:t>
      </w:r>
    </w:p>
    <w:p>
      <w:r>
        <w:rPr>
          <w:rFonts w:ascii="Courier New" w:hAnsi="Courier New"/>
          <w:color w:val="555555"/>
          <w:sz w:val="20"/>
        </w:rPr>
        <w:t>[47*]</w:t>
      </w:r>
    </w:p>
    <w:p>
      <w:r>
        <w:rPr>
          <w:rFonts w:ascii="Gentium Plus" w:hAnsi="Gentium Plus"/>
          <w:sz w:val="24"/>
        </w:rPr>
        <w:t>ὡς ἐγγὺς ἤδη δαίμονος πεδαρσίου δίνης πτερωτὸς φθόγγος ἐξακούεται</w:t>
      </w:r>
    </w:p>
    <w:p>
      <w:r>
        <w:rPr>
          <w:rFonts w:ascii="Courier New" w:hAnsi="Courier New"/>
          <w:color w:val="555555"/>
          <w:sz w:val="20"/>
        </w:rPr>
        <w:t>[48]</w:t>
      </w:r>
    </w:p>
    <w:p>
      <w:r>
        <w:rPr>
          <w:rFonts w:ascii="Gentium Plus" w:hAnsi="Gentium Plus"/>
          <w:sz w:val="24"/>
        </w:rPr>
        <w:t>ὦ μῶρε μῶρε, μὴ θεῶν κίνει φρένας</w:t>
      </w:r>
    </w:p>
    <w:p>
      <w:r>
        <w:rPr>
          <w:rFonts w:ascii="Courier New" w:hAnsi="Courier New"/>
          <w:color w:val="555555"/>
          <w:sz w:val="20"/>
        </w:rPr>
        <w:t>[51]</w:t>
      </w:r>
    </w:p>
    <w:p>
      <w:r>
        <w:rPr>
          <w:rFonts w:ascii="Gentium Plus" w:hAnsi="Gentium Plus"/>
          <w:sz w:val="24"/>
        </w:rPr>
        <w:t>×– γυναικῶν θηλύφρων ξυνουσία</w:t>
      </w:r>
    </w:p>
    <w:p>
      <w:r>
        <w:rPr>
          <w:rFonts w:ascii="Courier New" w:hAnsi="Courier New"/>
          <w:color w:val="555555"/>
          <w:sz w:val="20"/>
        </w:rPr>
        <w:t>[51a*]</w:t>
      </w:r>
    </w:p>
    <w:p>
      <w:r>
        <w:rPr>
          <w:rFonts w:ascii="Gentium Plus" w:hAnsi="Gentium Plus"/>
          <w:sz w:val="24"/>
        </w:rPr>
        <w:t>οὐκ οἶδα· δεινὸν δ’ ἐστὶν ἡ μὴ ’μπειρία</w:t>
      </w:r>
    </w:p>
    <w:p>
      <w:r>
        <w:rPr>
          <w:rFonts w:ascii="Courier New" w:hAnsi="Courier New"/>
          <w:color w:val="555555"/>
          <w:sz w:val="20"/>
        </w:rPr>
        <w:t>[53*]</w:t>
      </w:r>
    </w:p>
    <w:p>
      <w:r>
        <w:rPr>
          <w:rFonts w:ascii="Gentium Plus" w:hAnsi="Gentium Plus"/>
          <w:sz w:val="24"/>
        </w:rPr>
        <w:t>ξυναυλίαν ×–⏑ Οὐλύμπου νόμον</w:t>
      </w:r>
    </w:p>
    <w:p>
      <w:r>
        <w:rPr>
          <w:rFonts w:ascii="Courier New" w:hAnsi="Courier New"/>
          <w:color w:val="555555"/>
          <w:sz w:val="20"/>
        </w:rPr>
        <w:t>[55*]</w:t>
      </w:r>
    </w:p>
    <w:p>
      <w:r>
        <w:rPr>
          <w:rFonts w:ascii="Gentium Plus" w:hAnsi="Gentium Plus"/>
          <w:sz w:val="24"/>
        </w:rPr>
        <w:t>λεπτή τις ἐλπίς ἐστ’ ἐφ’ ἧς ὀχούμεθα</w:t>
      </w:r>
    </w:p>
    <w:p>
      <w:r>
        <w:rPr>
          <w:rFonts w:ascii="Courier New" w:hAnsi="Courier New"/>
          <w:color w:val="555555"/>
          <w:sz w:val="20"/>
        </w:rPr>
        <w:t>[56*]</w:t>
      </w:r>
    </w:p>
    <w:p>
      <w:r>
        <w:rPr>
          <w:rFonts w:ascii="Gentium Plus" w:hAnsi="Gentium Plus"/>
          <w:sz w:val="24"/>
        </w:rPr>
        <w:t>Ἑλλάνιε Ζεῦ, σὸν τὸ νικητήριον</w:t>
      </w:r>
    </w:p>
    <w:p>
      <w:r>
        <w:rPr>
          <w:rFonts w:ascii="Courier New" w:hAnsi="Courier New"/>
          <w:color w:val="555555"/>
          <w:sz w:val="20"/>
        </w:rPr>
        <w:t>[56a*]</w:t>
      </w:r>
    </w:p>
    <w:p>
      <w:r>
        <w:rPr>
          <w:rFonts w:ascii="Gentium Plus" w:hAnsi="Gentium Plus"/>
          <w:sz w:val="24"/>
        </w:rPr>
        <w:t>? ὦ φίλτατος σὺ καὶ μόνος τούτων ἀνήρ</w:t>
      </w:r>
    </w:p>
    <w:p>
      <w:r>
        <w:rPr>
          <w:rFonts w:ascii="Courier New" w:hAnsi="Courier New"/>
          <w:color w:val="555555"/>
          <w:sz w:val="20"/>
        </w:rPr>
        <w:t>[57*]</w:t>
      </w:r>
    </w:p>
    <w:p>
      <w:r>
        <w:rPr>
          <w:rFonts w:ascii="Gentium Plus" w:hAnsi="Gentium Plus"/>
          <w:sz w:val="24"/>
        </w:rPr>
        <w:t>τί μοι σκυθρωπὸς ἐξελήλυθας δόμων;</w:t>
      </w:r>
    </w:p>
    <w:p>
      <w:r>
        <w:rPr>
          <w:rFonts w:ascii="Courier New" w:hAnsi="Courier New"/>
          <w:color w:val="555555"/>
          <w:sz w:val="20"/>
        </w:rPr>
        <w:t>[59*]</w:t>
      </w:r>
    </w:p>
    <w:p>
      <w:r>
        <w:rPr>
          <w:rFonts w:ascii="Gentium Plus" w:hAnsi="Gentium Plus"/>
          <w:sz w:val="24"/>
        </w:rPr>
        <w:t>ναὶ ναί, καταιδέσθητι πατρῷον Δία</w:t>
      </w:r>
    </w:p>
    <w:p>
      <w:r>
        <w:rPr>
          <w:rFonts w:ascii="Courier New" w:hAnsi="Courier New"/>
          <w:color w:val="555555"/>
          <w:sz w:val="20"/>
        </w:rPr>
        <w:t>[60]</w:t>
      </w:r>
    </w:p>
    <w:p>
      <w:r>
        <w:rPr>
          <w:rFonts w:ascii="Gentium Plus" w:hAnsi="Gentium Plus"/>
          <w:sz w:val="24"/>
        </w:rPr>
        <w:t>τί δ’ ἢν ἐς ὑγρὸν πόντιον πέσῃ βάθος;</w:t>
      </w:r>
    </w:p>
    <w:p>
      <w:r>
        <w:rPr>
          <w:rFonts w:ascii="Courier New" w:hAnsi="Courier New"/>
          <w:color w:val="555555"/>
          <w:sz w:val="20"/>
        </w:rPr>
        <w:t>[61*]</w:t>
      </w:r>
    </w:p>
    <w:p>
      <w:r>
        <w:rPr>
          <w:rFonts w:ascii="Gentium Plus" w:hAnsi="Gentium Plus"/>
          <w:sz w:val="24"/>
        </w:rPr>
        <w:t>ὃς θεσπιῳδεῖ τρίποδος ἐκ χρυσηλάτου</w:t>
      </w:r>
    </w:p>
    <w:p>
      <w:r>
        <w:rPr>
          <w:rFonts w:ascii="Courier New" w:hAnsi="Courier New"/>
          <w:color w:val="555555"/>
          <w:sz w:val="20"/>
        </w:rPr>
        <w:t>[61a*]</w:t>
      </w:r>
    </w:p>
    <w:p>
      <w:r>
        <w:rPr>
          <w:rFonts w:ascii="Gentium Plus" w:hAnsi="Gentium Plus"/>
          <w:sz w:val="24"/>
        </w:rPr>
        <w:t>τί δῆτα Φοῖβος ἔλακεν ἐκ τῶν στεμμάτων;</w:t>
      </w:r>
    </w:p>
    <w:p>
      <w:r>
        <w:rPr>
          <w:rFonts w:ascii="Courier New" w:hAnsi="Courier New"/>
          <w:color w:val="555555"/>
          <w:sz w:val="20"/>
        </w:rPr>
        <w:t>[61b*]</w:t>
      </w:r>
    </w:p>
    <w:p>
      <w:r>
        <w:rPr>
          <w:rFonts w:ascii="Gentium Plus" w:hAnsi="Gentium Plus"/>
          <w:sz w:val="24"/>
        </w:rPr>
        <w:t>τῆς συμφορᾶς ταύτης σε παύσειν, ἧς ἔχεις ×–⏑–</w:t>
      </w:r>
    </w:p>
    <w:p>
      <w:r>
        <w:rPr>
          <w:rFonts w:ascii="Courier New" w:hAnsi="Courier New"/>
          <w:color w:val="555555"/>
          <w:sz w:val="20"/>
        </w:rPr>
        <w:t>[61c*]</w:t>
      </w:r>
    </w:p>
    <w:p>
      <w:r>
        <w:rPr>
          <w:rFonts w:ascii="Gentium Plus" w:hAnsi="Gentium Plus"/>
          <w:sz w:val="24"/>
        </w:rPr>
        <w:t>Πυθικὴν σείσας δάφνην</w:t>
      </w:r>
    </w:p>
    <w:p>
      <w:r>
        <w:rPr>
          <w:rFonts w:ascii="Courier New" w:hAnsi="Courier New"/>
          <w:color w:val="555555"/>
          <w:sz w:val="20"/>
        </w:rPr>
        <w:t>[63*]</w:t>
      </w:r>
    </w:p>
    <w:p>
      <w:r>
        <w:rPr>
          <w:rFonts w:ascii="Gentium Plus" w:hAnsi="Gentium Plus"/>
          <w:sz w:val="24"/>
        </w:rPr>
        <w:t>ποθεῖς τὸν οὐ παρόντα καὶ μάτην καλεῖς</w:t>
      </w:r>
    </w:p>
    <w:p>
      <w:r>
        <w:rPr>
          <w:rFonts w:ascii="Courier New" w:hAnsi="Courier New"/>
          <w:color w:val="555555"/>
          <w:sz w:val="20"/>
        </w:rPr>
        <w:t>[63a*]</w:t>
      </w:r>
    </w:p>
    <w:p>
      <w:r>
        <w:rPr>
          <w:rFonts w:ascii="Gentium Plus" w:hAnsi="Gentium Plus"/>
          <w:sz w:val="24"/>
        </w:rPr>
        <w:t>οὐ γὰρ δόλου νῦν ἔργον, ἀλλ’ ἁπλῶν τρόπων</w:t>
      </w:r>
    </w:p>
    <w:p>
      <w:r>
        <w:rPr>
          <w:rFonts w:ascii="Courier New" w:hAnsi="Courier New"/>
          <w:color w:val="555555"/>
          <w:sz w:val="20"/>
        </w:rPr>
        <w:t>[67*]</w:t>
      </w:r>
    </w:p>
    <w:p>
      <w:r>
        <w:rPr>
          <w:rFonts w:ascii="Gentium Plus" w:hAnsi="Gentium Plus"/>
          <w:sz w:val="24"/>
        </w:rPr>
        <w:t>×–⏑–× στρέψον ἀνταυγεῖς κόρας</w:t>
      </w:r>
    </w:p>
    <w:p>
      <w:r>
        <w:rPr>
          <w:rFonts w:ascii="Courier New" w:hAnsi="Courier New"/>
          <w:color w:val="555555"/>
          <w:sz w:val="20"/>
        </w:rPr>
        <w:t>[67a*]</w:t>
      </w:r>
    </w:p>
    <w:p>
      <w:r>
        <w:rPr>
          <w:rFonts w:ascii="Gentium Plus" w:hAnsi="Gentium Plus"/>
          <w:sz w:val="24"/>
        </w:rPr>
        <w:t>ἐχθρῶν παρ’ ἀνδρῶν δυσμενῆ ×–⏑–</w:t>
      </w:r>
    </w:p>
    <w:p>
      <w:r>
        <w:rPr>
          <w:rFonts w:ascii="Courier New" w:hAnsi="Courier New"/>
          <w:color w:val="555555"/>
          <w:sz w:val="20"/>
        </w:rPr>
        <w:t>[69*]</w:t>
      </w:r>
    </w:p>
    <w:p>
      <w:r>
        <w:rPr>
          <w:rFonts w:ascii="Gentium Plus" w:hAnsi="Gentium Plus"/>
          <w:sz w:val="24"/>
        </w:rPr>
        <w:t>ἄγ’ ὦ μεγαλώνυμα τέκνα τοῦ θαλασσίου 〈θεοῦ〉</w:t>
      </w:r>
    </w:p>
    <w:p>
      <w:r>
        <w:rPr>
          <w:rFonts w:ascii="Courier New" w:hAnsi="Courier New"/>
          <w:color w:val="555555"/>
          <w:sz w:val="20"/>
        </w:rPr>
        <w:t>[70]</w:t>
      </w:r>
    </w:p>
    <w:p>
      <w:r>
        <w:rPr>
          <w:rFonts w:ascii="Gentium Plus" w:hAnsi="Gentium Plus"/>
          <w:sz w:val="24"/>
        </w:rPr>
        <w:t>νόσῳ βιασθεὶς ἢ φίλων ἀχηνίᾳ;</w:t>
      </w:r>
    </w:p>
    <w:p>
      <w:r>
        <w:rPr>
          <w:rFonts w:ascii="Courier New" w:hAnsi="Courier New"/>
          <w:color w:val="555555"/>
          <w:sz w:val="20"/>
        </w:rPr>
        <w:t>[70a*]</w:t>
      </w:r>
    </w:p>
    <w:p>
      <w:r>
        <w:rPr>
          <w:rFonts w:ascii="Gentium Plus" w:hAnsi="Gentium Plus"/>
          <w:sz w:val="24"/>
        </w:rPr>
        <w:t>ΑΜΦΙΑΡΕΩΣ</w:t>
      </w:r>
    </w:p>
    <w:p>
      <w:r>
        <w:rPr>
          <w:rFonts w:ascii="Courier New" w:hAnsi="Courier New"/>
          <w:color w:val="555555"/>
          <w:sz w:val="20"/>
        </w:rPr>
        <w:t>[1]</w:t>
      </w:r>
    </w:p>
    <w:p>
      <w:r>
        <w:rPr>
          <w:rFonts w:ascii="Gentium Plus" w:hAnsi="Gentium Plus"/>
          <w:sz w:val="24"/>
        </w:rPr>
        <w:t>ἀλλ’ ὦ θύγατερ, ἔλεξ’, Ἰασοῖ, πρευμενής</w:t>
      </w:r>
    </w:p>
    <w:p>
      <w:r>
        <w:rPr>
          <w:rFonts w:ascii="Courier New" w:hAnsi="Courier New"/>
          <w:color w:val="555555"/>
          <w:sz w:val="20"/>
        </w:rPr>
        <w:t>[71]</w:t>
      </w:r>
    </w:p>
    <w:p>
      <w:r>
        <w:rPr>
          <w:rFonts w:ascii="Gentium Plus" w:hAnsi="Gentium Plus"/>
          <w:sz w:val="24"/>
        </w:rPr>
        <w:t>μαρτύρομαι δὲ Ζηνὸς ἑρκείου ⏑–</w:t>
      </w:r>
    </w:p>
    <w:p>
      <w:r>
        <w:rPr>
          <w:rFonts w:ascii="Courier New" w:hAnsi="Courier New"/>
          <w:color w:val="555555"/>
          <w:sz w:val="20"/>
        </w:rPr>
        <w:t>[73*]</w:t>
      </w:r>
    </w:p>
    <w:p>
      <w:r>
        <w:rPr>
          <w:rFonts w:ascii="Gentium Plus" w:hAnsi="Gentium Plus"/>
          <w:sz w:val="24"/>
        </w:rPr>
        <w:t>ἄκων κτενῶ σε, τέκνον</w:t>
      </w:r>
    </w:p>
    <w:p>
      <w:r>
        <w:rPr>
          <w:rFonts w:ascii="Courier New" w:hAnsi="Courier New"/>
          <w:color w:val="555555"/>
          <w:sz w:val="20"/>
        </w:rPr>
        <w:t>[75a*]</w:t>
      </w:r>
    </w:p>
    <w:p>
      <w:r>
        <w:rPr>
          <w:rFonts w:ascii="Gentium Plus" w:hAnsi="Gentium Plus"/>
          <w:sz w:val="24"/>
        </w:rPr>
        <w:t>οὐδεὶς ἑκὼν πονηρὸς οὐδ’ ἄκων μάκαρ</w:t>
      </w:r>
    </w:p>
    <w:p>
      <w:r>
        <w:rPr>
          <w:rFonts w:ascii="Courier New" w:hAnsi="Courier New"/>
          <w:color w:val="555555"/>
          <w:sz w:val="20"/>
        </w:rPr>
        <w:t>[76*]</w:t>
      </w:r>
    </w:p>
    <w:p>
      <w:r>
        <w:rPr>
          <w:rFonts w:ascii="Gentium Plus" w:hAnsi="Gentium Plus"/>
          <w:sz w:val="24"/>
        </w:rPr>
        <w:t>ἅλις ἐγὼ δυστυχῶν</w:t>
      </w:r>
    </w:p>
    <w:p>
      <w:r>
        <w:rPr>
          <w:rFonts w:ascii="Courier New" w:hAnsi="Courier New"/>
          <w:color w:val="555555"/>
          <w:sz w:val="20"/>
        </w:rPr>
        <w:t>[76a]</w:t>
      </w:r>
    </w:p>
    <w:p>
      <w:r>
        <w:rPr>
          <w:rFonts w:ascii="Gentium Plus" w:hAnsi="Gentium Plus"/>
          <w:sz w:val="24"/>
        </w:rPr>
        <w:t>ἄνθρωπον ὄντα δεῖ φρονεῖν ἀνθρώπινα</w:t>
      </w:r>
    </w:p>
    <w:p>
      <w:r>
        <w:rPr>
          <w:rFonts w:ascii="Courier New" w:hAnsi="Courier New"/>
          <w:color w:val="555555"/>
          <w:sz w:val="20"/>
        </w:rPr>
        <w:t>[77*]</w:t>
      </w:r>
    </w:p>
    <w:p>
      <w:r>
        <w:rPr>
          <w:rFonts w:ascii="Gentium Plus" w:hAnsi="Gentium Plus"/>
          <w:sz w:val="24"/>
        </w:rPr>
        <w:t>×–⏑–× μόχθος οἱ τηλοῦ φίλοι</w:t>
      </w:r>
    </w:p>
    <w:p>
      <w:r>
        <w:rPr>
          <w:rFonts w:ascii="Courier New" w:hAnsi="Courier New"/>
          <w:color w:val="555555"/>
          <w:sz w:val="20"/>
        </w:rPr>
        <w:t>[78]</w:t>
      </w:r>
    </w:p>
    <w:p>
      <w:r>
        <w:rPr>
          <w:rFonts w:ascii="Gentium Plus" w:hAnsi="Gentium Plus"/>
          <w:sz w:val="24"/>
        </w:rPr>
        <w:t>οἵ τοι πέρᾳ στέρξαντες οἵδε καὶ πέρᾳ</w:t>
      </w:r>
    </w:p>
    <w:p>
      <w:r>
        <w:rPr>
          <w:rFonts w:ascii="Courier New" w:hAnsi="Courier New"/>
          <w:color w:val="555555"/>
          <w:sz w:val="20"/>
        </w:rPr>
        <w:t>[79]</w:t>
      </w:r>
    </w:p>
    <w:p>
      <w:r>
        <w:rPr>
          <w:rFonts w:ascii="Gentium Plus" w:hAnsi="Gentium Plus"/>
          <w:sz w:val="24"/>
        </w:rPr>
        <w:t>ἀθάνατον ὀργὴν μὴ φύλασσε θνητὸς ὤν</w:t>
      </w:r>
    </w:p>
    <w:p>
      <w:r>
        <w:rPr>
          <w:rFonts w:ascii="Courier New" w:hAnsi="Courier New"/>
          <w:color w:val="555555"/>
          <w:sz w:val="20"/>
        </w:rPr>
        <w:t>[80]</w:t>
      </w:r>
    </w:p>
    <w:p>
      <w:r>
        <w:rPr>
          <w:rFonts w:ascii="Gentium Plus" w:hAnsi="Gentium Plus"/>
          <w:sz w:val="24"/>
        </w:rPr>
        <w:t>εἴπερ γὰρ οὐδὲ τοῖς κακῶς δεδρακόσιν ἀκουσίως δίκαιον εἰς ὀργὴν πεσεῖν, οὐδ’ ἢν ἀναγκασθείς τις εὖ δράσῃ τινά, προσῆκον εἶναι τῷδ’ ὀφείλεσθαι χάριν</w:t>
      </w:r>
    </w:p>
    <w:p>
      <w:r>
        <w:rPr>
          <w:rFonts w:ascii="Courier New" w:hAnsi="Courier New"/>
          <w:color w:val="555555"/>
          <w:sz w:val="20"/>
        </w:rPr>
        <w:t>[81]</w:t>
      </w:r>
    </w:p>
    <w:p>
      <w:r>
        <w:rPr>
          <w:rFonts w:ascii="Gentium Plus" w:hAnsi="Gentium Plus"/>
          <w:sz w:val="24"/>
        </w:rPr>
        <w:t>καὶ σὸς μὲν οἰκτρὸς παῖδας ἀπολέσας πατήρ·</w:t>
      </w:r>
    </w:p>
    <w:p>
      <w:r>
        <w:rPr>
          <w:rFonts w:ascii="Courier New" w:hAnsi="Courier New"/>
          <w:color w:val="555555"/>
          <w:sz w:val="20"/>
        </w:rPr>
        <w:t>[82]</w:t>
      </w:r>
    </w:p>
    <w:p>
      <w:r>
        <w:rPr>
          <w:rFonts w:ascii="Gentium Plus" w:hAnsi="Gentium Plus"/>
          <w:sz w:val="24"/>
        </w:rPr>
        <w:t>πολλοῖς ὁ δαίμων οὐ κατ’ εὔνοιαν φέρων μεγάλα δίδωσιν εὐτυχήματ’, ἀλλ’ ἵνα τὰς συμφορὰς λάβωσιν ἐπιφανεστέρας</w:t>
      </w:r>
    </w:p>
    <w:p>
      <w:r>
        <w:rPr>
          <w:rFonts w:ascii="Courier New" w:hAnsi="Courier New"/>
          <w:color w:val="555555"/>
          <w:sz w:val="20"/>
        </w:rPr>
        <w:t>[83]</w:t>
      </w:r>
    </w:p>
    <w:p>
      <w:r>
        <w:rPr>
          <w:rFonts w:ascii="Gentium Plus" w:hAnsi="Gentium Plus"/>
          <w:sz w:val="24"/>
        </w:rPr>
        <w:t>λιμένας εἰς Ἀχαϊκούς</w:t>
      </w:r>
    </w:p>
    <w:p>
      <w:r>
        <w:rPr>
          <w:rFonts w:ascii="Courier New" w:hAnsi="Courier New"/>
          <w:color w:val="555555"/>
          <w:sz w:val="20"/>
        </w:rPr>
        <w:t>[83a*]</w:t>
      </w:r>
    </w:p>
    <w:p>
      <w:r>
        <w:rPr>
          <w:rFonts w:ascii="Gentium Plus" w:hAnsi="Gentium Plus"/>
          <w:sz w:val="24"/>
        </w:rPr>
        <w:t>ἄχορδον (μέλος)</w:t>
      </w:r>
    </w:p>
    <w:p>
      <w:r>
        <w:rPr>
          <w:rFonts w:ascii="Courier New" w:hAnsi="Courier New"/>
          <w:color w:val="555555"/>
          <w:sz w:val="20"/>
        </w:rPr>
        <w:t>[83b*]</w:t>
      </w:r>
    </w:p>
    <w:p>
      <w:r>
        <w:rPr>
          <w:rFonts w:ascii="Gentium Plus" w:hAnsi="Gentium Plus"/>
          <w:sz w:val="24"/>
        </w:rPr>
        <w:t>ἄλυρον μέλος</w:t>
      </w:r>
    </w:p>
    <w:p>
      <w:r>
        <w:rPr>
          <w:rFonts w:ascii="Courier New" w:hAnsi="Courier New"/>
          <w:color w:val="555555"/>
          <w:sz w:val="20"/>
        </w:rPr>
        <w:t>[84a]</w:t>
      </w:r>
    </w:p>
    <w:p>
      <w:r>
        <w:rPr>
          <w:rFonts w:ascii="Gentium Plus" w:hAnsi="Gentium Plus"/>
          <w:sz w:val="24"/>
        </w:rPr>
        <w:t>δυσμαὶ βίου</w:t>
      </w:r>
    </w:p>
    <w:p>
      <w:r>
        <w:rPr>
          <w:rFonts w:ascii="Courier New" w:hAnsi="Courier New"/>
          <w:color w:val="555555"/>
          <w:sz w:val="20"/>
        </w:rPr>
        <w:t>[85]</w:t>
      </w:r>
    </w:p>
    <w:p>
      <w:r>
        <w:rPr>
          <w:rFonts w:ascii="Gentium Plus" w:hAnsi="Gentium Plus"/>
          <w:sz w:val="24"/>
        </w:rPr>
        <w:t>σπείρων θεοκτίσταν φλόγα</w:t>
      </w:r>
    </w:p>
    <w:p>
      <w:r>
        <w:rPr>
          <w:rFonts w:ascii="Courier New" w:hAnsi="Courier New"/>
          <w:color w:val="555555"/>
          <w:sz w:val="20"/>
        </w:rPr>
        <w:t>[86]</w:t>
      </w:r>
    </w:p>
    <w:p>
      <w:r>
        <w:rPr>
          <w:rFonts w:ascii="Gentium Plus" w:hAnsi="Gentium Plus"/>
          <w:sz w:val="24"/>
        </w:rPr>
        <w:t>Ἀχιλλέως πέρι</w:t>
      </w:r>
    </w:p>
    <w:p>
      <w:r>
        <w:rPr>
          <w:rFonts w:ascii="Courier New" w:hAnsi="Courier New"/>
          <w:color w:val="555555"/>
          <w:sz w:val="20"/>
        </w:rPr>
        <w:t>[87]</w:t>
      </w:r>
    </w:p>
    <w:p>
      <w:r>
        <w:rPr>
          <w:rFonts w:ascii="Gentium Plus" w:hAnsi="Gentium Plus"/>
          <w:sz w:val="24"/>
        </w:rPr>
        <w:t>στέψατε δώματα</w:t>
      </w:r>
    </w:p>
    <w:p>
      <w:r>
        <w:rPr>
          <w:rFonts w:ascii="Courier New" w:hAnsi="Courier New"/>
          <w:color w:val="555555"/>
          <w:sz w:val="20"/>
        </w:rPr>
        <w:t>[88]</w:t>
      </w:r>
    </w:p>
    <w:p>
      <w:r>
        <w:rPr>
          <w:rFonts w:ascii="Gentium Plus" w:hAnsi="Gentium Plus"/>
          <w:sz w:val="24"/>
        </w:rPr>
        <w:t>οὐ κατθανεῖν γὰρ δεινόν, ἀλλ’ αἰσχρῶς θανεῖν</w:t>
      </w:r>
    </w:p>
    <w:p>
      <w:r>
        <w:rPr>
          <w:rFonts w:ascii="Courier New" w:hAnsi="Courier New"/>
          <w:color w:val="555555"/>
          <w:sz w:val="20"/>
        </w:rPr>
        <w:t>[88a]</w:t>
      </w:r>
    </w:p>
    <w:p>
      <w:r>
        <w:rPr>
          <w:rFonts w:ascii="Gentium Plus" w:hAnsi="Gentium Plus"/>
          <w:sz w:val="24"/>
        </w:rPr>
        <w:t>οὐκ ἔστι δ’ ἐν σοὶ πόλεος ἡγεμὼν ἀνήρ</w:t>
      </w:r>
    </w:p>
    <w:p>
      <w:r>
        <w:rPr>
          <w:rFonts w:ascii="Courier New" w:hAnsi="Courier New"/>
          <w:color w:val="555555"/>
          <w:sz w:val="20"/>
        </w:rPr>
        <w:t>[89]</w:t>
      </w:r>
    </w:p>
    <w:p>
      <w:r>
        <w:rPr>
          <w:rFonts w:ascii="Gentium Plus" w:hAnsi="Gentium Plus"/>
          <w:sz w:val="24"/>
        </w:rPr>
        <w:t>καὶ τὴν μὲν ἐξηντλοῦμεν, ἡ δ’ ἐπεισρέει</w:t>
      </w:r>
    </w:p>
    <w:p>
      <w:r>
        <w:rPr>
          <w:rFonts w:ascii="Courier New" w:hAnsi="Courier New"/>
          <w:color w:val="555555"/>
          <w:sz w:val="20"/>
        </w:rPr>
        <w:t>[89a]</w:t>
      </w:r>
    </w:p>
    <w:p>
      <w:r>
        <w:rPr>
          <w:rFonts w:ascii="Gentium Plus" w:hAnsi="Gentium Plus"/>
          <w:sz w:val="24"/>
        </w:rPr>
        <w:t>×–⏑– εὔσημος ἀστέρων χορός</w:t>
      </w:r>
    </w:p>
    <w:p>
      <w:r>
        <w:rPr>
          <w:rFonts w:ascii="Courier New" w:hAnsi="Courier New"/>
          <w:color w:val="555555"/>
          <w:sz w:val="20"/>
        </w:rPr>
        <w:t>[90]</w:t>
      </w:r>
    </w:p>
    <w:p>
      <w:r>
        <w:rPr>
          <w:rFonts w:ascii="Gentium Plus" w:hAnsi="Gentium Plus"/>
          <w:sz w:val="24"/>
        </w:rPr>
        <w:t>ἀλλὰ ξενῶνας οἶγε καὶ ῥᾶνον δόμους στρῶσόν τε κοίτας καὶ πυρὸς φλέξον μένος, κρατῆρά τ’ αἴρου καὶ τὸν ἥδιστον κέρα</w:t>
      </w:r>
    </w:p>
    <w:p>
      <w:r>
        <w:rPr>
          <w:rFonts w:ascii="Courier New" w:hAnsi="Courier New"/>
          <w:color w:val="555555"/>
          <w:sz w:val="20"/>
        </w:rPr>
        <w:t>[91]</w:t>
      </w:r>
    </w:p>
    <w:p>
      <w:r>
        <w:rPr>
          <w:rFonts w:ascii="Gentium Plus" w:hAnsi="Gentium Plus"/>
          <w:sz w:val="24"/>
        </w:rPr>
        <w:t>ἀπόλωλα· πέπλων μ’ ὤλεσαν περιπτυχαί</w:t>
      </w:r>
    </w:p>
    <w:p>
      <w:r>
        <w:rPr>
          <w:rFonts w:ascii="Courier New" w:hAnsi="Courier New"/>
          <w:color w:val="555555"/>
          <w:sz w:val="20"/>
        </w:rPr>
        <w:t>[91a*]</w:t>
      </w:r>
    </w:p>
    <w:p>
      <w:r>
        <w:rPr>
          <w:rFonts w:ascii="Gentium Plus" w:hAnsi="Gentium Plus"/>
          <w:sz w:val="24"/>
        </w:rPr>
        <w:t>τῶν Ἑλλήνων πολὺ πρῶτοι</w:t>
      </w:r>
    </w:p>
    <w:p>
      <w:r>
        <w:rPr>
          <w:rFonts w:ascii="Courier New" w:hAnsi="Courier New"/>
          <w:color w:val="555555"/>
          <w:sz w:val="20"/>
        </w:rPr>
        <w:t>[92]</w:t>
      </w:r>
    </w:p>
    <w:p>
      <w:r>
        <w:rPr>
          <w:rFonts w:ascii="Gentium Plus" w:hAnsi="Gentium Plus"/>
          <w:sz w:val="24"/>
        </w:rPr>
        <w:t>κακός σε δαίμων καὶ κακὴ τύχη λάβοι</w:t>
      </w:r>
    </w:p>
    <w:p>
      <w:r>
        <w:rPr>
          <w:rFonts w:ascii="Courier New" w:hAnsi="Courier New"/>
          <w:color w:val="555555"/>
          <w:sz w:val="20"/>
        </w:rPr>
        <w:t>[92a*]</w:t>
      </w:r>
    </w:p>
    <w:p>
      <w:r>
        <w:rPr>
          <w:rFonts w:ascii="Gentium Plus" w:hAnsi="Gentium Plus"/>
          <w:sz w:val="24"/>
        </w:rPr>
        <w:t>χαριτογλωσσεῖν ἡμᾶς θέμις 〈‐〉</w:t>
      </w:r>
    </w:p>
    <w:p>
      <w:r>
        <w:rPr>
          <w:rFonts w:ascii="Courier New" w:hAnsi="Courier New"/>
          <w:color w:val="555555"/>
          <w:sz w:val="20"/>
        </w:rPr>
        <w:t>[93]</w:t>
      </w:r>
    </w:p>
    <w:p>
      <w:r>
        <w:rPr>
          <w:rFonts w:ascii="Gentium Plus" w:hAnsi="Gentium Plus"/>
          <w:sz w:val="24"/>
        </w:rPr>
        <w:t>μέλη πάραυλα κἀκρότητα κύμβαλα</w:t>
      </w:r>
    </w:p>
    <w:p>
      <w:r>
        <w:rPr>
          <w:rFonts w:ascii="Courier New" w:hAnsi="Courier New"/>
          <w:color w:val="555555"/>
          <w:sz w:val="20"/>
        </w:rPr>
        <w:t>[95]</w:t>
      </w:r>
    </w:p>
    <w:p>
      <w:r>
        <w:rPr>
          <w:rFonts w:ascii="Gentium Plus" w:hAnsi="Gentium Plus"/>
          <w:sz w:val="24"/>
        </w:rPr>
        <w:t>πᾶσιν δὲ θνητοῖς βούλομαι παραινέσαι τοὐφήμερον ζῆν ἡδέως· ὁ γὰρ θανών τὸ μηδέν ἐστι καὶ σκιὰ κατὰ χθονός·</w:t>
      </w:r>
    </w:p>
    <w:p>
      <w:r>
        <w:rPr>
          <w:rFonts w:ascii="Courier New" w:hAnsi="Courier New"/>
          <w:color w:val="555555"/>
          <w:sz w:val="20"/>
        </w:rPr>
        <w:t>[96]</w:t>
      </w:r>
    </w:p>
    <w:p>
      <w:r>
        <w:rPr>
          <w:rFonts w:ascii="Gentium Plus" w:hAnsi="Gentium Plus"/>
          <w:sz w:val="24"/>
        </w:rPr>
        <w:t>ἴσχειν κελεύω χεῖρα διψῶσαν φόνου</w:t>
      </w:r>
    </w:p>
    <w:p>
      <w:r>
        <w:rPr>
          <w:rFonts w:ascii="Courier New" w:hAnsi="Courier New"/>
          <w:color w:val="555555"/>
          <w:sz w:val="20"/>
        </w:rPr>
        <w:t>[97]</w:t>
      </w:r>
    </w:p>
    <w:p>
      <w:r>
        <w:rPr>
          <w:rFonts w:ascii="Gentium Plus" w:hAnsi="Gentium Plus"/>
          <w:sz w:val="24"/>
        </w:rPr>
        <w:t>λαβὼν ἀριστόνικον ἐν μάχῃ κράτος</w:t>
      </w:r>
    </w:p>
    <w:p>
      <w:r>
        <w:rPr>
          <w:rFonts w:ascii="Courier New" w:hAnsi="Courier New"/>
          <w:color w:val="555555"/>
          <w:sz w:val="20"/>
        </w:rPr>
        <w:t>[99]</w:t>
      </w:r>
    </w:p>
    <w:p>
      <w:r>
        <w:rPr>
          <w:rFonts w:ascii="Gentium Plus" w:hAnsi="Gentium Plus"/>
          <w:sz w:val="24"/>
        </w:rPr>
        <w:t>πῶς οὖν τάδ’ εἰσορῶντες ἢ θεῶν γένος εἶναι λέγωμεν ἢ νόμοισι χρώμεθα;</w:t>
      </w:r>
    </w:p>
    <w:p>
      <w:r>
        <w:rPr>
          <w:rFonts w:ascii="Courier New" w:hAnsi="Courier New"/>
          <w:color w:val="555555"/>
          <w:sz w:val="20"/>
        </w:rPr>
        <w:t>[100,101]</w:t>
      </w:r>
    </w:p>
    <w:p>
      <w:r>
        <w:rPr>
          <w:rFonts w:ascii="Gentium Plus" w:hAnsi="Gentium Plus"/>
          <w:sz w:val="24"/>
        </w:rPr>
        <w:t>πόντου πλάνητες Λευκοθέαν ἐπώνυμον,</w:t>
      </w:r>
    </w:p>
    <w:p>
      <w:r>
        <w:rPr>
          <w:rFonts w:ascii="Courier New" w:hAnsi="Courier New"/>
          <w:color w:val="555555"/>
          <w:sz w:val="20"/>
        </w:rPr>
        <w:t>[102a*]</w:t>
      </w:r>
    </w:p>
    <w:p>
      <w:r>
        <w:rPr>
          <w:rFonts w:ascii="Gentium Plus" w:hAnsi="Gentium Plus"/>
          <w:sz w:val="24"/>
        </w:rPr>
        <w:t>τάχ’ ὡς ἔοικεν ἡ φρενῶν ἐναλλαγή</w:t>
      </w:r>
    </w:p>
    <w:p>
      <w:r>
        <w:rPr>
          <w:rFonts w:ascii="Courier New" w:hAnsi="Courier New"/>
          <w:color w:val="555555"/>
          <w:sz w:val="20"/>
        </w:rPr>
        <w:t>[103a]</w:t>
      </w:r>
    </w:p>
    <w:p>
      <w:r>
        <w:rPr>
          <w:rFonts w:ascii="Gentium Plus" w:hAnsi="Gentium Plus"/>
          <w:sz w:val="24"/>
        </w:rPr>
        <w:t>τοῖς εὐποροῦσι κἂν ⏑–×– ἀπῇ, τοῖς πενομένοις δὲ καὶ παροῦσα λανθάνει</w:t>
      </w:r>
    </w:p>
    <w:p>
      <w:r>
        <w:rPr>
          <w:rFonts w:ascii="Courier New" w:hAnsi="Courier New"/>
          <w:color w:val="555555"/>
          <w:sz w:val="20"/>
        </w:rPr>
        <w:t>[103b]</w:t>
      </w:r>
    </w:p>
    <w:p>
      <w:r>
        <w:rPr>
          <w:rFonts w:ascii="Gentium Plus" w:hAnsi="Gentium Plus"/>
          <w:sz w:val="24"/>
        </w:rPr>
        <w:t>οὐκ οἶδ’ ὅπως χρὴ [τὸν] σαφῶς κατειδότα [τ]ῆς Ἡρακλείας φροντίδος κατηγορεῖν</w:t>
      </w:r>
    </w:p>
    <w:p>
      <w:r>
        <w:rPr>
          <w:rFonts w:ascii="Courier New" w:hAnsi="Courier New"/>
          <w:color w:val="555555"/>
          <w:sz w:val="20"/>
        </w:rPr>
        <w:t>[103c]</w:t>
      </w:r>
    </w:p>
    <w:p>
      <w:r>
        <w:rPr>
          <w:rFonts w:ascii="Gentium Plus" w:hAnsi="Gentium Plus"/>
          <w:sz w:val="24"/>
        </w:rPr>
        <w:t>οὐκ οἶδα· τἀληθὲς γὰρ ἀσφαλὲς φράσαι</w:t>
      </w:r>
    </w:p>
    <w:p>
      <w:r>
        <w:rPr>
          <w:rFonts w:ascii="Courier New" w:hAnsi="Courier New"/>
          <w:color w:val="555555"/>
          <w:sz w:val="20"/>
        </w:rPr>
        <w:t>[103d]</w:t>
      </w:r>
    </w:p>
    <w:p>
      <w:r>
        <w:rPr>
          <w:rFonts w:ascii="Gentium Plus" w:hAnsi="Gentium Plus"/>
          <w:sz w:val="24"/>
        </w:rPr>
        <w:t>οὐκ ἀξιῶ μικῶν σε, μεγάλα δ’ οὐκ ἔχω</w:t>
      </w:r>
    </w:p>
    <w:p>
      <w:r>
        <w:rPr>
          <w:rFonts w:ascii="Courier New" w:hAnsi="Courier New"/>
          <w:color w:val="555555"/>
          <w:sz w:val="20"/>
        </w:rPr>
        <w:t>[105]</w:t>
      </w:r>
    </w:p>
    <w:p>
      <w:r>
        <w:rPr>
          <w:rFonts w:ascii="Gentium Plus" w:hAnsi="Gentium Plus"/>
          <w:sz w:val="24"/>
        </w:rPr>
        <w:t>ἄλλοις ἐπ’ ἐσθλοῖς τόνδ’ ἀπωθοῦνται ψόγον</w:t>
      </w:r>
    </w:p>
    <w:p>
      <w:r>
        <w:rPr>
          <w:rFonts w:ascii="Courier New" w:hAnsi="Courier New"/>
          <w:color w:val="555555"/>
          <w:sz w:val="20"/>
        </w:rPr>
        <w:t>[107a*]</w:t>
      </w:r>
    </w:p>
    <w:p>
      <w:r>
        <w:rPr>
          <w:rFonts w:ascii="Gentium Plus" w:hAnsi="Gentium Plus"/>
          <w:sz w:val="24"/>
        </w:rPr>
        <w:t>ὀλίγῳ ποδὶ ἐφαπτόμενοι τῆς γῆς</w:t>
      </w:r>
    </w:p>
    <w:p>
      <w:r>
        <w:rPr>
          <w:rFonts w:ascii="Courier New" w:hAnsi="Courier New"/>
          <w:color w:val="555555"/>
          <w:sz w:val="20"/>
        </w:rPr>
        <w:t>[107b*]</w:t>
      </w:r>
    </w:p>
    <w:p>
      <w:r>
        <w:rPr>
          <w:rFonts w:ascii="Gentium Plus" w:hAnsi="Gentium Plus"/>
          <w:sz w:val="24"/>
        </w:rPr>
        <w:t>χθὼν πόντου τε βένθη {καὶ} ἀέρος 〈τ’〉 ἀμέτρητον εὖρος</w:t>
      </w:r>
    </w:p>
    <w:p>
      <w:r>
        <w:rPr>
          <w:rFonts w:ascii="Courier New" w:hAnsi="Courier New"/>
          <w:color w:val="555555"/>
          <w:sz w:val="20"/>
        </w:rPr>
        <w:t>[108*]</w:t>
      </w:r>
    </w:p>
    <w:p>
      <w:r>
        <w:rPr>
          <w:rFonts w:ascii="Gentium Plus" w:hAnsi="Gentium Plus"/>
          <w:sz w:val="24"/>
        </w:rPr>
        <w:t>ἄπερρε· μή μοι στέφανον ἀμφιθῇς κάρᾳ</w:t>
      </w:r>
    </w:p>
    <w:p>
      <w:r>
        <w:rPr>
          <w:rFonts w:ascii="Courier New" w:hAnsi="Courier New"/>
          <w:color w:val="555555"/>
          <w:sz w:val="20"/>
        </w:rPr>
        <w:t>[109*]</w:t>
      </w:r>
    </w:p>
    <w:p>
      <w:r>
        <w:rPr>
          <w:rFonts w:ascii="Gentium Plus" w:hAnsi="Gentium Plus"/>
          <w:sz w:val="24"/>
        </w:rPr>
        <w:t>Μιλησία σμάραγδος, ἐμπόλημα τιμηέστατον</w:t>
      </w:r>
    </w:p>
    <w:p>
      <w:r>
        <w:rPr>
          <w:rFonts w:ascii="Courier New" w:hAnsi="Courier New"/>
          <w:color w:val="555555"/>
          <w:sz w:val="20"/>
        </w:rPr>
        <w:t>[109a]</w:t>
      </w:r>
    </w:p>
    <w:p>
      <w:r>
        <w:rPr>
          <w:rFonts w:ascii="Gentium Plus" w:hAnsi="Gentium Plus"/>
          <w:sz w:val="24"/>
        </w:rPr>
        <w:t>ἐμοὶ μὲν οὐδ’ ὁ πᾶς ἂν ἀρκέσαι χρόνος</w:t>
      </w:r>
    </w:p>
    <w:p>
      <w:r>
        <w:rPr>
          <w:rFonts w:ascii="Courier New" w:hAnsi="Courier New"/>
          <w:color w:val="555555"/>
          <w:sz w:val="20"/>
        </w:rPr>
        <w:t>[109b*]</w:t>
      </w:r>
    </w:p>
    <w:p>
      <w:r>
        <w:rPr>
          <w:rFonts w:ascii="Gentium Plus" w:hAnsi="Gentium Plus"/>
          <w:sz w:val="24"/>
        </w:rPr>
        <w:t>× γήϊνοι γῆς ὄντες ἐργάται ⏑–</w:t>
      </w:r>
    </w:p>
    <w:p>
      <w:r>
        <w:rPr>
          <w:rFonts w:ascii="Courier New" w:hAnsi="Courier New"/>
          <w:color w:val="555555"/>
          <w:sz w:val="20"/>
        </w:rPr>
        <w:t>[109c*]</w:t>
      </w:r>
    </w:p>
    <w:p>
      <w:r>
        <w:rPr>
          <w:rFonts w:ascii="Gentium Plus" w:hAnsi="Gentium Plus"/>
          <w:sz w:val="24"/>
        </w:rPr>
        <w:t>μαλθακὴν ἐμάλαξε σάρκα</w:t>
      </w:r>
    </w:p>
    <w:p>
      <w:r>
        <w:rPr>
          <w:rFonts w:ascii="Courier New" w:hAnsi="Courier New"/>
          <w:color w:val="555555"/>
          <w:sz w:val="20"/>
        </w:rPr>
        <w:t>[109d*]</w:t>
      </w:r>
    </w:p>
    <w:p>
      <w:r>
        <w:rPr>
          <w:rFonts w:ascii="Gentium Plus" w:hAnsi="Gentium Plus"/>
          <w:sz w:val="24"/>
        </w:rPr>
        <w:t>μεγαλόκλονος</w:t>
      </w:r>
    </w:p>
    <w:p>
      <w:r>
        <w:rPr>
          <w:rFonts w:ascii="Courier New" w:hAnsi="Courier New"/>
          <w:color w:val="555555"/>
          <w:sz w:val="20"/>
        </w:rPr>
        <w:t>[110]</w:t>
      </w:r>
    </w:p>
    <w:p>
      <w:r>
        <w:rPr>
          <w:rFonts w:ascii="Gentium Plus" w:hAnsi="Gentium Plus"/>
          <w:sz w:val="24"/>
        </w:rPr>
        <w:t>ΑΙΑΣ· οὐκ ἦν ἄρ’ οὐδὲν πῆμ’ ἐλευθέρου δάκνον ψυχὴν ὁμοίως ἀνδρὸς ὡς ἀτιμία. οὑγὼ πέπονθα καί με †συμφοροῦσα† βαθεῖα κηλὶς ἐκ βυθῶν ἀναστρέφει</w:t>
      </w:r>
    </w:p>
    <w:p>
      <w:r>
        <w:rPr>
          <w:rFonts w:ascii="Courier New" w:hAnsi="Courier New"/>
          <w:color w:val="555555"/>
          <w:sz w:val="20"/>
        </w:rPr>
        <w:t>[5]</w:t>
      </w:r>
    </w:p>
    <w:p>
      <w:r>
        <w:rPr>
          <w:rFonts w:ascii="Gentium Plus" w:hAnsi="Gentium Plus"/>
          <w:sz w:val="24"/>
        </w:rPr>
        <w:t>λύσσης πικροῖς κέντροισιν ἠρεθισμένον</w:t>
      </w:r>
    </w:p>
    <w:p>
      <w:r>
        <w:rPr>
          <w:rFonts w:ascii="Courier New" w:hAnsi="Courier New"/>
          <w:color w:val="555555"/>
          <w:sz w:val="20"/>
        </w:rPr>
        <w:t>[110a*]</w:t>
      </w:r>
    </w:p>
    <w:p>
      <w:r>
        <w:rPr>
          <w:rFonts w:ascii="Gentium Plus" w:hAnsi="Gentium Plus"/>
          <w:sz w:val="24"/>
        </w:rPr>
        <w:t>οὗτοι γάρ, οὗτοι καὶ διὰ σπλάγχνων ἔσω</w:t>
      </w:r>
    </w:p>
    <w:p>
      <w:r>
        <w:rPr>
          <w:rFonts w:ascii="Courier New" w:hAnsi="Courier New"/>
          <w:color w:val="555555"/>
          <w:sz w:val="20"/>
        </w:rPr>
        <w:t>[114*]</w:t>
      </w:r>
    </w:p>
    <w:p>
      <w:r>
        <w:rPr>
          <w:rFonts w:ascii="Gentium Plus" w:hAnsi="Gentium Plus"/>
          <w:sz w:val="24"/>
        </w:rPr>
        <w:t>ἃ δ’ ἐκπυθέσθαι τῆς ἐμῆς χρῄζεις φρενός, οὔτ’ ἂν καταίθων οὔτε κρατὸς ἐξ ἄκρου δεινοὺς καθιεὶς πρίονας εἰς ἄκρους πόδας πύθοι’ ἄν, οὐδ’ εἰ δεσμὰ πάντα προσβάλοις</w:t>
      </w:r>
    </w:p>
    <w:p>
      <w:r>
        <w:rPr>
          <w:rFonts w:ascii="Courier New" w:hAnsi="Courier New"/>
          <w:color w:val="555555"/>
          <w:sz w:val="20"/>
        </w:rPr>
        <w:t>[115]</w:t>
      </w:r>
    </w:p>
    <w:p>
      <w:r>
        <w:rPr>
          <w:rFonts w:ascii="Gentium Plus" w:hAnsi="Gentium Plus"/>
          <w:sz w:val="24"/>
        </w:rPr>
        <w:t>τοῦ σώματος γὰρ οὕνεχ’ οἱ πολλοὶ πόνοι, τοῦδ’ οὕνεχ’ οἶκον στεγανὸν ἐξηυρήκαμεν λευκόν τ’ ὀρύσσειν ἄργυρον σπείρειν τε γῆν, τά τ’ ἄλλ’ ὅς’ ἡμεῖς †ὀνόμασι† γιγνώσκομεν</w:t>
      </w:r>
    </w:p>
    <w:p>
      <w:r>
        <w:rPr>
          <w:rFonts w:ascii="Courier New" w:hAnsi="Courier New"/>
          <w:color w:val="555555"/>
          <w:sz w:val="20"/>
        </w:rPr>
        <w:t>[117]</w:t>
      </w:r>
    </w:p>
    <w:p>
      <w:r>
        <w:rPr>
          <w:rFonts w:ascii="Gentium Plus" w:hAnsi="Gentium Plus"/>
          <w:sz w:val="24"/>
        </w:rPr>
        <w:t>ἄγαλμα θεῖον καὶ θεῷ προσεμφερές</w:t>
      </w:r>
    </w:p>
    <w:p>
      <w:r>
        <w:rPr>
          <w:rFonts w:ascii="Courier New" w:hAnsi="Courier New"/>
          <w:color w:val="555555"/>
          <w:sz w:val="20"/>
        </w:rPr>
        <w:t>[118a*]</w:t>
      </w:r>
    </w:p>
    <w:p>
      <w:r>
        <w:rPr>
          <w:rFonts w:ascii="Gentium Plus" w:hAnsi="Gentium Plus"/>
          <w:sz w:val="24"/>
        </w:rPr>
        <w:t>×– ἐγώ σε προσκυνήσω, βάρβαρε;</w:t>
      </w:r>
    </w:p>
    <w:p>
      <w:r>
        <w:rPr>
          <w:rFonts w:ascii="Courier New" w:hAnsi="Courier New"/>
          <w:color w:val="555555"/>
          <w:sz w:val="20"/>
        </w:rPr>
        <w:t>[118b*]</w:t>
      </w:r>
    </w:p>
    <w:p>
      <w:r>
        <w:rPr>
          <w:rFonts w:ascii="Gentium Plus" w:hAnsi="Gentium Plus"/>
          <w:sz w:val="24"/>
        </w:rPr>
        <w:t>ὦ παντὸς ἔργου καὶ θεηγόρου λόγου</w:t>
      </w:r>
    </w:p>
    <w:p>
      <w:r>
        <w:rPr>
          <w:rFonts w:ascii="Courier New" w:hAnsi="Courier New"/>
          <w:color w:val="555555"/>
          <w:sz w:val="20"/>
        </w:rPr>
        <w:t>[120a*]</w:t>
      </w:r>
    </w:p>
    <w:p>
      <w:r>
        <w:rPr>
          <w:rFonts w:ascii="Gentium Plus" w:hAnsi="Gentium Plus"/>
          <w:sz w:val="24"/>
        </w:rPr>
        <w:t>ἀπλανῆ τρίβον</w:t>
      </w:r>
    </w:p>
    <w:p>
      <w:r>
        <w:rPr>
          <w:rFonts w:ascii="Courier New" w:hAnsi="Courier New"/>
          <w:color w:val="555555"/>
          <w:sz w:val="20"/>
        </w:rPr>
        <w:t>[120b*]</w:t>
      </w:r>
    </w:p>
    <w:p>
      <w:r>
        <w:rPr>
          <w:rFonts w:ascii="Gentium Plus" w:hAnsi="Gentium Plus"/>
          <w:sz w:val="24"/>
        </w:rPr>
        <w:t>ταμίαν νότου</w:t>
      </w:r>
    </w:p>
    <w:p>
      <w:r>
        <w:rPr>
          <w:rFonts w:ascii="Courier New" w:hAnsi="Courier New"/>
          <w:color w:val="555555"/>
          <w:sz w:val="20"/>
        </w:rPr>
        <w:t>[122]</w:t>
      </w:r>
    </w:p>
    <w:p>
      <w:r>
        <w:rPr>
          <w:rFonts w:ascii="Gentium Plus" w:hAnsi="Gentium Plus"/>
          <w:sz w:val="24"/>
        </w:rPr>
        <w:t>κακαγγελεῖν μὲν ἴσθι μὴ θέλοντά με</w:t>
      </w:r>
    </w:p>
    <w:p>
      <w:r>
        <w:rPr>
          <w:rFonts w:ascii="Courier New" w:hAnsi="Courier New"/>
          <w:color w:val="555555"/>
          <w:sz w:val="20"/>
        </w:rPr>
        <w:t>[123a]</w:t>
      </w:r>
    </w:p>
    <w:p>
      <w:r>
        <w:rPr>
          <w:rFonts w:ascii="Gentium Plus" w:hAnsi="Gentium Plus"/>
          <w:sz w:val="24"/>
        </w:rPr>
        <w:t>μὰ γῆν, μὰ κρήνας, μὰ ποταμούς, μὰ νάματα</w:t>
      </w:r>
    </w:p>
    <w:p>
      <w:r>
        <w:rPr>
          <w:rFonts w:ascii="Courier New" w:hAnsi="Courier New"/>
          <w:color w:val="555555"/>
          <w:sz w:val="20"/>
        </w:rPr>
        <w:t>[123b]</w:t>
      </w:r>
    </w:p>
    <w:p>
      <w:r>
        <w:rPr>
          <w:rFonts w:ascii="Gentium Plus" w:hAnsi="Gentium Plus"/>
          <w:sz w:val="24"/>
        </w:rPr>
        <w:t>σμικροῖς τὰ μεγάλα 〈–⏑〉 πῶς ἕλοι τις ἄν πόνοισιν; ἀμαθὲς καὶ τὸ βούλεσθαι τάδε</w:t>
      </w:r>
    </w:p>
    <w:p>
      <w:r>
        <w:rPr>
          <w:rFonts w:ascii="Courier New" w:hAnsi="Courier New"/>
          <w:color w:val="555555"/>
          <w:sz w:val="20"/>
        </w:rPr>
        <w:t>[123c*]</w:t>
      </w:r>
    </w:p>
    <w:p>
      <w:r>
        <w:rPr>
          <w:rFonts w:ascii="Gentium Plus" w:hAnsi="Gentium Plus"/>
          <w:sz w:val="24"/>
        </w:rPr>
        <w:t>τοῦτ’ ἔστ’ ἐκεῖνο τὸ ποτὸν 〈–⏑〉 ἄφθονον</w:t>
      </w:r>
    </w:p>
    <w:p>
      <w:r>
        <w:rPr>
          <w:rFonts w:ascii="Courier New" w:hAnsi="Courier New"/>
          <w:color w:val="555555"/>
          <w:sz w:val="20"/>
        </w:rPr>
        <w:t>[124*]</w:t>
      </w:r>
    </w:p>
    <w:p>
      <w:r>
        <w:rPr>
          <w:rFonts w:ascii="Gentium Plus" w:hAnsi="Gentium Plus"/>
          <w:sz w:val="24"/>
        </w:rPr>
        <w:t>σοφὴ μὲν ἤμην, ἀλλὰ πάντ’ οὐκ εὐτυχής</w:t>
      </w:r>
    </w:p>
    <w:p>
      <w:r>
        <w:rPr>
          <w:rFonts w:ascii="Courier New" w:hAnsi="Courier New"/>
          <w:color w:val="555555"/>
          <w:sz w:val="20"/>
        </w:rPr>
        <w:t>[125*]</w:t>
      </w:r>
    </w:p>
    <w:p>
      <w:r>
        <w:rPr>
          <w:rFonts w:ascii="Gentium Plus" w:hAnsi="Gentium Plus"/>
          <w:sz w:val="24"/>
        </w:rPr>
        <w:t>×–⏑ αἰσχρὰ κερδανεῖ θεάματα</w:t>
      </w:r>
    </w:p>
    <w:p>
      <w:r>
        <w:rPr>
          <w:rFonts w:ascii="Courier New" w:hAnsi="Courier New"/>
          <w:color w:val="555555"/>
          <w:sz w:val="20"/>
        </w:rPr>
        <w:t>[126]</w:t>
      </w:r>
    </w:p>
    <w:p>
      <w:r>
        <w:rPr>
          <w:rFonts w:ascii="Gentium Plus" w:hAnsi="Gentium Plus"/>
          <w:sz w:val="24"/>
        </w:rPr>
        <w:t>ΗΡΑΚΛΗΣ· ποῖ μεταστρέφεσθ’, ὦ κακοί κἀνάξιοι τῆς ἐμῆς σπορᾶς, Αἰτωλίδος ἀγάλματα μητρός;</w:t>
      </w:r>
    </w:p>
    <w:p>
      <w:r>
        <w:rPr>
          <w:rFonts w:ascii="Courier New" w:hAnsi="Courier New"/>
          <w:color w:val="555555"/>
          <w:sz w:val="20"/>
        </w:rPr>
        <w:t>[126a]</w:t>
      </w:r>
    </w:p>
    <w:p>
      <w:r>
        <w:rPr>
          <w:rFonts w:ascii="Gentium Plus" w:hAnsi="Gentium Plus"/>
          <w:sz w:val="24"/>
        </w:rPr>
        <w:t>χαλκέων περιβόλων ἐφρούρησαν εἱρκταῖς</w:t>
      </w:r>
    </w:p>
    <w:p>
      <w:r>
        <w:rPr>
          <w:rFonts w:ascii="Courier New" w:hAnsi="Courier New"/>
          <w:color w:val="555555"/>
          <w:sz w:val="20"/>
        </w:rPr>
        <w:t>[127]</w:t>
      </w:r>
    </w:p>
    <w:p>
      <w:r>
        <w:rPr>
          <w:rFonts w:ascii="Gentium Plus" w:hAnsi="Gentium Plus"/>
          <w:sz w:val="24"/>
        </w:rPr>
        <w:t>φρονεῖτέ νυν αἰθέρος ὑψηλότερον καὶ μεγάλων πεδίων ἀρούρας, φρονεῖθ’ ὑπερβαλλόμενοι †δόμων† δόμους, ἀφροσύνᾳ</w:t>
      </w:r>
    </w:p>
    <w:p>
      <w:r>
        <w:rPr>
          <w:rFonts w:ascii="Courier New" w:hAnsi="Courier New"/>
          <w:color w:val="555555"/>
          <w:sz w:val="20"/>
        </w:rPr>
        <w:t>[5]</w:t>
      </w:r>
    </w:p>
    <w:p>
      <w:r>
        <w:rPr>
          <w:rFonts w:ascii="Gentium Plus" w:hAnsi="Gentium Plus"/>
          <w:sz w:val="24"/>
        </w:rPr>
        <w:t>πρόσω βιοτὰν τεκμαιρόμενοι. ὁ δ’ ἀμφιβάλλει ταχύπους κέλευθον ἕρπων σκοτίαν, ἄφνω δ’ ἄφαντος προσέβα μακρὰς ἀφαιρούμενος ἐλ‐</w:t>
      </w:r>
    </w:p>
    <w:p>
      <w:r>
        <w:rPr>
          <w:rFonts w:ascii="Courier New" w:hAnsi="Courier New"/>
          <w:color w:val="555555"/>
          <w:sz w:val="20"/>
        </w:rPr>
        <w:t>[10]</w:t>
      </w:r>
    </w:p>
    <w:p>
      <w:r>
        <w:rPr>
          <w:rFonts w:ascii="Gentium Plus" w:hAnsi="Gentium Plus"/>
          <w:sz w:val="24"/>
        </w:rPr>
        <w:t>πίδας θνατῶν πολύμοχθος Ἅιδας</w:t>
      </w:r>
    </w:p>
    <w:p>
      <w:r>
        <w:rPr>
          <w:rFonts w:ascii="Courier New" w:hAnsi="Courier New"/>
          <w:color w:val="555555"/>
          <w:sz w:val="20"/>
        </w:rPr>
        <w:t>[128]</w:t>
      </w:r>
    </w:p>
    <w:p>
      <w:r>
        <w:rPr>
          <w:rFonts w:ascii="Gentium Plus" w:hAnsi="Gentium Plus"/>
          <w:sz w:val="24"/>
        </w:rPr>
        <w:t>Κόρινθος ἄστρον οὐκ ἄσημον Ἑλλάδος</w:t>
      </w:r>
    </w:p>
    <w:p>
      <w:r>
        <w:rPr>
          <w:rFonts w:ascii="Courier New" w:hAnsi="Courier New"/>
          <w:color w:val="555555"/>
          <w:sz w:val="20"/>
        </w:rPr>
        <w:t>[129]</w:t>
      </w:r>
    </w:p>
    <w:p>
      <w:r>
        <w:rPr>
          <w:rFonts w:ascii="Gentium Plus" w:hAnsi="Gentium Plus"/>
          <w:sz w:val="24"/>
        </w:rPr>
        <w:t>ὦ χρυσέ, βλάστημα χθονός, οἷον ἔρωτα βροτοῖσι φλέγεις, πάντων κράτιστε, πάντων τύραννε. πολεμοῦσι δ’ Ἄρ͜εω͜ς</w:t>
      </w:r>
    </w:p>
    <w:p>
      <w:r>
        <w:rPr>
          <w:rFonts w:ascii="Courier New" w:hAnsi="Courier New"/>
          <w:color w:val="555555"/>
          <w:sz w:val="20"/>
        </w:rPr>
        <w:t>[5]</w:t>
      </w:r>
    </w:p>
    <w:p>
      <w:r>
        <w:rPr>
          <w:rFonts w:ascii="Gentium Plus" w:hAnsi="Gentium Plus"/>
          <w:sz w:val="24"/>
        </w:rPr>
        <w:t>κρείσσον’ ἔχων δύναμιν πάντα θέλγεις· ἐπὶ γὰρ Ὀρφείαις μὲν ᾠδαῖς εἵπετο δένδρεα καὶ θηρῶν ἀνόητα γένη, σοὶ δὲ καὶ χθὼν πᾶσα καὶ πόντος καὶ ὁ παμμήστωρ Ἄρης</w:t>
      </w:r>
    </w:p>
    <w:p>
      <w:r>
        <w:rPr>
          <w:rFonts w:ascii="Courier New" w:hAnsi="Courier New"/>
          <w:color w:val="555555"/>
          <w:sz w:val="20"/>
        </w:rPr>
        <w:t>[130]</w:t>
      </w:r>
    </w:p>
    <w:p>
      <w:r>
        <w:rPr>
          <w:rFonts w:ascii="Gentium Plus" w:hAnsi="Gentium Plus"/>
          <w:sz w:val="24"/>
        </w:rPr>
        <w:t>πότνια σοφία, σύ μοι ἅνδανε·</w:t>
      </w:r>
    </w:p>
    <w:p>
      <w:r>
        <w:rPr>
          <w:rFonts w:ascii="Courier New" w:hAnsi="Courier New"/>
          <w:color w:val="555555"/>
          <w:sz w:val="20"/>
        </w:rPr>
        <w:t>[5]</w:t>
      </w:r>
    </w:p>
    <w:p>
      <w:r>
        <w:rPr>
          <w:rFonts w:ascii="Gentium Plus" w:hAnsi="Gentium Plus"/>
          <w:sz w:val="24"/>
        </w:rPr>
        <w:t>Διὸς ἀπωτάτω κεῖται καλὸς θησαυρὸς ὅτῳ προσέβα</w:t>
      </w:r>
    </w:p>
    <w:p>
      <w:r>
        <w:rPr>
          <w:rFonts w:ascii="Courier New" w:hAnsi="Courier New"/>
          <w:color w:val="555555"/>
          <w:sz w:val="20"/>
        </w:rPr>
        <w:t>[137*]</w:t>
      </w:r>
    </w:p>
    <w:p>
      <w:r>
        <w:rPr>
          <w:rFonts w:ascii="Gentium Plus" w:hAnsi="Gentium Plus"/>
          <w:sz w:val="24"/>
        </w:rPr>
        <w:t>ποίαν δῆθ’ ὁρμάσω, ταύταν ἢ κείναν, κείναν ἢ ταύταν;</w:t>
      </w:r>
    </w:p>
    <w:p>
      <w:r>
        <w:rPr>
          <w:rFonts w:ascii="Courier New" w:hAnsi="Courier New"/>
          <w:color w:val="555555"/>
          <w:sz w:val="20"/>
        </w:rPr>
        <w:t>[138]</w:t>
      </w:r>
    </w:p>
    <w:p>
      <w:r>
        <w:rPr>
          <w:rFonts w:ascii="Gentium Plus" w:hAnsi="Gentium Plus"/>
          <w:sz w:val="24"/>
        </w:rPr>
        <w:t>ἐπεὶ σχολὴ πάρεστι, παῖ Μενοιτίου</w:t>
      </w:r>
    </w:p>
    <w:p>
      <w:r>
        <w:rPr>
          <w:rFonts w:ascii="Courier New" w:hAnsi="Courier New"/>
          <w:color w:val="555555"/>
          <w:sz w:val="20"/>
        </w:rPr>
        <w:t>[144a]</w:t>
      </w:r>
    </w:p>
    <w:p>
      <w:r>
        <w:rPr>
          <w:rFonts w:ascii="Gentium Plus" w:hAnsi="Gentium Plus"/>
          <w:sz w:val="24"/>
        </w:rPr>
        <w:t>πτερωτὸν οἶστρον ἄφετος ἐν μορφῇ βοός</w:t>
      </w:r>
    </w:p>
    <w:p>
      <w:r>
        <w:rPr>
          <w:rFonts w:ascii="Courier New" w:hAnsi="Courier New"/>
          <w:color w:val="555555"/>
          <w:sz w:val="20"/>
        </w:rPr>
        <w:t>[145]</w:t>
      </w:r>
    </w:p>
    <w:p>
      <w:r>
        <w:rPr>
          <w:rFonts w:ascii="Gentium Plus" w:hAnsi="Gentium Plus"/>
          <w:sz w:val="24"/>
        </w:rPr>
        <w:t>ὦ τόνδ’ ἐποπτεύουσα καὶ κεκτημένη Βραυρῶνος ἱεροῦ θεοφιλέστατον τόπον, Λητοῦς Διός τε τοξόδαμνε παρθένε</w:t>
      </w:r>
    </w:p>
    <w:p>
      <w:r>
        <w:rPr>
          <w:rFonts w:ascii="Courier New" w:hAnsi="Courier New"/>
          <w:color w:val="555555"/>
          <w:sz w:val="20"/>
        </w:rPr>
        <w:t>[145a*]</w:t>
      </w:r>
    </w:p>
    <w:p>
      <w:r>
        <w:rPr>
          <w:rFonts w:ascii="Gentium Plus" w:hAnsi="Gentium Plus"/>
          <w:sz w:val="24"/>
        </w:rPr>
        <w:t>ἀλλ’ ἀντόμεθα πρὸς Ζηνὸς Ὀλυμπίου</w:t>
      </w:r>
    </w:p>
    <w:p>
      <w:r>
        <w:rPr>
          <w:rFonts w:ascii="Courier New" w:hAnsi="Courier New"/>
          <w:color w:val="555555"/>
          <w:sz w:val="20"/>
        </w:rPr>
        <w:t>[145b]</w:t>
      </w:r>
    </w:p>
    <w:p>
      <w:r>
        <w:rPr>
          <w:rFonts w:ascii="Gentium Plus" w:hAnsi="Gentium Plus"/>
          <w:sz w:val="24"/>
        </w:rPr>
        <w:t>ἄραρε γὰρ 〈×〉 ὅρκος ἐκ θεῶν μέγας</w:t>
      </w:r>
    </w:p>
    <w:p>
      <w:r>
        <w:rPr>
          <w:rFonts w:ascii="Courier New" w:hAnsi="Courier New"/>
          <w:color w:val="555555"/>
          <w:sz w:val="20"/>
        </w:rPr>
        <w:t>[145c]</w:t>
      </w:r>
    </w:p>
    <w:p>
      <w:r>
        <w:rPr>
          <w:rFonts w:ascii="Gentium Plus" w:hAnsi="Gentium Plus"/>
          <w:sz w:val="24"/>
        </w:rPr>
        <w:t>ἀντίον δορὸς ὀρνύμενος Ἀχιλλέως</w:t>
      </w:r>
    </w:p>
    <w:p>
      <w:r>
        <w:rPr>
          <w:rFonts w:ascii="Courier New" w:hAnsi="Courier New"/>
          <w:color w:val="555555"/>
          <w:sz w:val="20"/>
        </w:rPr>
        <w:t>[146a]</w:t>
      </w:r>
    </w:p>
    <w:p>
      <w:r>
        <w:rPr>
          <w:rFonts w:ascii="Gentium Plus" w:hAnsi="Gentium Plus"/>
          <w:sz w:val="24"/>
        </w:rPr>
        <w:t>ὦ πᾶσιν ἀρχὴ καὶ πέρας κακῶν ὄφις, σύ τ’ ὦ βαρὺν τίκτουσα θησαυρὸν κακῶν πλάνη, τυφλοῦ ποδηγὲ ἀγνοίας βίου, χαίρουσα θρήνοις καὶ στενάγμασι βροτῶν,</w:t>
      </w:r>
    </w:p>
    <w:p>
      <w:r>
        <w:rPr>
          <w:rFonts w:ascii="Courier New" w:hAnsi="Courier New"/>
          <w:color w:val="555555"/>
          <w:sz w:val="20"/>
        </w:rPr>
        <w:t>[5]</w:t>
      </w:r>
    </w:p>
    <w:p>
      <w:r>
        <w:rPr>
          <w:rFonts w:ascii="Gentium Plus" w:hAnsi="Gentium Plus"/>
          <w:sz w:val="24"/>
        </w:rPr>
        <w:t>ὑμεῖς ἀθέσμους εἰς ὕβρεις ὁμοσπόρων τὰς μισαδέλφους ὁπλίσαντες ὠλένας Κάϊν μολῦναι φοινίῳ πρῶτον λύθρῳ ἐπείσατον γῆν, καὶ τὸν ἐξ ἀκηράτων πεσεῖν αἰώνων πρωτόπλαστον ἐς χθόνα</w:t>
      </w:r>
    </w:p>
    <w:p>
      <w:r>
        <w:rPr>
          <w:rFonts w:ascii="Courier New" w:hAnsi="Courier New"/>
          <w:color w:val="555555"/>
          <w:sz w:val="20"/>
        </w:rPr>
        <w:t>[10]</w:t>
      </w:r>
    </w:p>
    <w:p>
      <w:r>
        <w:rPr>
          <w:rFonts w:ascii="Gentium Plus" w:hAnsi="Gentium Plus"/>
          <w:sz w:val="24"/>
        </w:rPr>
        <w:t>ὑμεῖς ἐτεκτήνασθε</w:t>
      </w:r>
    </w:p>
    <w:p>
      <w:r>
        <w:rPr>
          <w:rFonts w:ascii="Courier New" w:hAnsi="Courier New"/>
          <w:color w:val="555555"/>
          <w:sz w:val="20"/>
        </w:rPr>
        <w:t>[146b*]</w:t>
      </w:r>
    </w:p>
    <w:p>
      <w:r>
        <w:rPr>
          <w:rFonts w:ascii="Gentium Plus" w:hAnsi="Gentium Plus"/>
          <w:sz w:val="24"/>
        </w:rPr>
        <w:t>οὗτος πατὴρ τῆς παιδός; εἰ γὰρ ὤφελεν</w:t>
      </w:r>
    </w:p>
    <w:p>
      <w:r>
        <w:rPr>
          <w:rFonts w:ascii="Courier New" w:hAnsi="Courier New"/>
          <w:color w:val="555555"/>
          <w:sz w:val="20"/>
        </w:rPr>
        <w:t>[147]</w:t>
      </w:r>
    </w:p>
    <w:p>
      <w:r>
        <w:rPr>
          <w:rFonts w:ascii="Gentium Plus" w:hAnsi="Gentium Plus"/>
          <w:sz w:val="24"/>
        </w:rPr>
        <w:t>×–⏑–×–⏑ ἀκταῖνον μένος</w:t>
      </w:r>
    </w:p>
    <w:p>
      <w:r>
        <w:rPr>
          <w:rFonts w:ascii="Courier New" w:hAnsi="Courier New"/>
          <w:color w:val="555555"/>
          <w:sz w:val="20"/>
        </w:rPr>
        <w:t>[148]</w:t>
      </w:r>
    </w:p>
    <w:p>
      <w:r>
        <w:rPr>
          <w:rFonts w:ascii="Gentium Plus" w:hAnsi="Gentium Plus"/>
          <w:sz w:val="24"/>
        </w:rPr>
        <w:t>ἦ γὰρ βέβηκε χεῖρας ἀρτάμων φυγών;</w:t>
      </w:r>
    </w:p>
    <w:p>
      <w:r>
        <w:rPr>
          <w:rFonts w:ascii="Courier New" w:hAnsi="Courier New"/>
          <w:color w:val="555555"/>
          <w:sz w:val="20"/>
        </w:rPr>
        <w:t>[149]</w:t>
      </w:r>
    </w:p>
    <w:p>
      <w:r>
        <w:rPr>
          <w:rFonts w:ascii="Gentium Plus" w:hAnsi="Gentium Plus"/>
          <w:sz w:val="24"/>
        </w:rPr>
        <w:t>ὕδωρ δὲ πίνει, τὸν δὲ Βίβλινον στυγεῖ</w:t>
      </w:r>
    </w:p>
    <w:p>
      <w:r>
        <w:rPr>
          <w:rFonts w:ascii="Courier New" w:hAnsi="Courier New"/>
          <w:color w:val="555555"/>
          <w:sz w:val="20"/>
        </w:rPr>
        <w:t>[150*]</w:t>
      </w:r>
    </w:p>
    <w:p>
      <w:r>
        <w:rPr>
          <w:rFonts w:ascii="Gentium Plus" w:hAnsi="Gentium Plus"/>
          <w:sz w:val="24"/>
        </w:rPr>
        <w:t>δίφρου τέτυκται βλῶσις, εὔζυγον τέρας</w:t>
      </w:r>
    </w:p>
    <w:p>
      <w:r>
        <w:rPr>
          <w:rFonts w:ascii="Courier New" w:hAnsi="Courier New"/>
          <w:color w:val="555555"/>
          <w:sz w:val="20"/>
        </w:rPr>
        <w:t>[151]</w:t>
      </w:r>
    </w:p>
    <w:p>
      <w:r>
        <w:rPr>
          <w:rFonts w:ascii="Gentium Plus" w:hAnsi="Gentium Plus"/>
          <w:sz w:val="24"/>
        </w:rPr>
        <w:t>ὦ Ζεῦ, γενέσθαι τῆσδέ μ’ ἐξάντη νόσου</w:t>
      </w:r>
    </w:p>
    <w:p>
      <w:r>
        <w:rPr>
          <w:rFonts w:ascii="Courier New" w:hAnsi="Courier New"/>
          <w:color w:val="555555"/>
          <w:sz w:val="20"/>
        </w:rPr>
        <w:t>[151a]</w:t>
      </w:r>
    </w:p>
    <w:p>
      <w:r>
        <w:rPr>
          <w:rFonts w:ascii="Gentium Plus" w:hAnsi="Gentium Plus"/>
          <w:sz w:val="24"/>
        </w:rPr>
        <w:t>τὸν σὸν κατέκταν παῖδα</w:t>
      </w:r>
    </w:p>
    <w:p>
      <w:r>
        <w:rPr>
          <w:rFonts w:ascii="Courier New" w:hAnsi="Courier New"/>
          <w:color w:val="555555"/>
          <w:sz w:val="20"/>
        </w:rPr>
        <w:t>[152a]</w:t>
      </w:r>
    </w:p>
    <w:p>
      <w:r>
        <w:rPr>
          <w:rFonts w:ascii="Gentium Plus" w:hAnsi="Gentium Plus"/>
          <w:sz w:val="24"/>
        </w:rPr>
        <w:t>μισῶ παρ’ ἐχθρῶν θῶπας εὐειδεῖς λόγους</w:t>
      </w:r>
    </w:p>
    <w:p>
      <w:r>
        <w:rPr>
          <w:rFonts w:ascii="Courier New" w:hAnsi="Courier New"/>
          <w:color w:val="555555"/>
          <w:sz w:val="20"/>
        </w:rPr>
        <w:t>[153]</w:t>
      </w:r>
    </w:p>
    <w:p>
      <w:r>
        <w:rPr>
          <w:rFonts w:ascii="Gentium Plus" w:hAnsi="Gentium Plus"/>
          <w:sz w:val="24"/>
        </w:rPr>
        <w:t>Χρυσεὺς δ’ ὁ μάντις</w:t>
      </w:r>
    </w:p>
    <w:p>
      <w:r>
        <w:rPr>
          <w:rFonts w:ascii="Courier New" w:hAnsi="Courier New"/>
          <w:color w:val="555555"/>
          <w:sz w:val="20"/>
        </w:rPr>
        <w:t>[155]</w:t>
      </w:r>
    </w:p>
    <w:p>
      <w:r>
        <w:rPr>
          <w:rFonts w:ascii="Gentium Plus" w:hAnsi="Gentium Plus"/>
          <w:sz w:val="24"/>
        </w:rPr>
        <w:t>φυγὰς γένοιτο μηδὲν οἴκοθεν λαβών</w:t>
      </w:r>
    </w:p>
    <w:p>
      <w:r>
        <w:rPr>
          <w:rFonts w:ascii="Courier New" w:hAnsi="Courier New"/>
          <w:color w:val="555555"/>
          <w:sz w:val="20"/>
        </w:rPr>
        <w:t>[158*]</w:t>
      </w:r>
    </w:p>
    <w:p>
      <w:r>
        <w:rPr>
          <w:rFonts w:ascii="Gentium Plus" w:hAnsi="Gentium Plus"/>
          <w:sz w:val="24"/>
        </w:rPr>
        <w:t>ἐπεὶ δ’ ὁ λαμπρὸς ἐξέλαμψεν ἥλιος</w:t>
      </w:r>
    </w:p>
    <w:p>
      <w:r>
        <w:rPr>
          <w:rFonts w:ascii="Courier New" w:hAnsi="Courier New"/>
          <w:color w:val="555555"/>
          <w:sz w:val="20"/>
        </w:rPr>
        <w:t>[159]</w:t>
      </w:r>
    </w:p>
    <w:p>
      <w:r>
        <w:rPr>
          <w:rFonts w:ascii="Gentium Plus" w:hAnsi="Gentium Plus"/>
          <w:sz w:val="24"/>
        </w:rPr>
        <w:t>ἀνὴρ ἐς οὐδὲν χρεῖος</w:t>
      </w:r>
    </w:p>
    <w:p>
      <w:r>
        <w:rPr>
          <w:rFonts w:ascii="Courier New" w:hAnsi="Courier New"/>
          <w:color w:val="555555"/>
          <w:sz w:val="20"/>
        </w:rPr>
        <w:t>[160]</w:t>
      </w:r>
    </w:p>
    <w:p>
      <w:r>
        <w:rPr>
          <w:rFonts w:ascii="Gentium Plus" w:hAnsi="Gentium Plus"/>
          <w:sz w:val="24"/>
        </w:rPr>
        <w:t>×–⏑– πανοῦχον ἅψαντες φλόγα</w:t>
      </w:r>
    </w:p>
    <w:p>
      <w:r>
        <w:rPr>
          <w:rFonts w:ascii="Courier New" w:hAnsi="Courier New"/>
          <w:color w:val="555555"/>
          <w:sz w:val="20"/>
        </w:rPr>
        <w:t>[160a]</w:t>
      </w:r>
    </w:p>
    <w:p>
      <w:r>
        <w:rPr>
          <w:rFonts w:ascii="Gentium Plus" w:hAnsi="Gentium Plus"/>
          <w:sz w:val="24"/>
        </w:rPr>
        <w:t>πόθεν τὸ φῖτυ; τί τὸ γένος; τίς ἡ σπορά;</w:t>
      </w:r>
    </w:p>
    <w:p>
      <w:r>
        <w:rPr>
          <w:rFonts w:ascii="Courier New" w:hAnsi="Courier New"/>
          <w:color w:val="555555"/>
          <w:sz w:val="20"/>
        </w:rPr>
        <w:t>[161]</w:t>
      </w:r>
    </w:p>
    <w:p>
      <w:r>
        <w:rPr>
          <w:rFonts w:ascii="Gentium Plus" w:hAnsi="Gentium Plus"/>
          <w:sz w:val="24"/>
        </w:rPr>
        <w:t>χρόαν δὲ τὴν σὴν ἥλιος λάμπων φλογί</w:t>
      </w:r>
    </w:p>
    <w:p>
      <w:r>
        <w:rPr>
          <w:rFonts w:ascii="Courier New" w:hAnsi="Courier New"/>
          <w:color w:val="555555"/>
          <w:sz w:val="20"/>
        </w:rPr>
        <w:t>[162]</w:t>
      </w:r>
    </w:p>
    <w:p>
      <w:r>
        <w:rPr>
          <w:rFonts w:ascii="Gentium Plus" w:hAnsi="Gentium Plus"/>
          <w:sz w:val="24"/>
        </w:rPr>
        <w:t>Κίλιξ δὲ χώρα καὶ Σύρων ἐπιστροφαί</w:t>
      </w:r>
    </w:p>
    <w:p>
      <w:r>
        <w:rPr>
          <w:rFonts w:ascii="Courier New" w:hAnsi="Courier New"/>
          <w:color w:val="555555"/>
          <w:sz w:val="20"/>
        </w:rPr>
        <w:t>[163]</w:t>
      </w:r>
    </w:p>
    <w:p>
      <w:r>
        <w:rPr>
          <w:rFonts w:ascii="Gentium Plus" w:hAnsi="Gentium Plus"/>
          <w:sz w:val="24"/>
        </w:rPr>
        <w:t>ἄτρυτος ἐν πόνοις</w:t>
      </w:r>
    </w:p>
    <w:p>
      <w:r>
        <w:rPr>
          <w:rFonts w:ascii="Courier New" w:hAnsi="Courier New"/>
          <w:color w:val="555555"/>
          <w:sz w:val="20"/>
        </w:rPr>
        <w:t>[163a]</w:t>
      </w:r>
    </w:p>
    <w:p>
      <w:r>
        <w:rPr>
          <w:rFonts w:ascii="Gentium Plus" w:hAnsi="Gentium Plus"/>
          <w:sz w:val="24"/>
        </w:rPr>
        <w:t>ἕξιππα καὶ τέθριππα καὶ ξυνωρίδας</w:t>
      </w:r>
    </w:p>
    <w:p>
      <w:r>
        <w:rPr>
          <w:rFonts w:ascii="Courier New" w:hAnsi="Courier New"/>
          <w:color w:val="555555"/>
          <w:sz w:val="20"/>
        </w:rPr>
        <w:t>[164]</w:t>
      </w:r>
    </w:p>
    <w:p>
      <w:r>
        <w:rPr>
          <w:rFonts w:ascii="Gentium Plus" w:hAnsi="Gentium Plus"/>
          <w:sz w:val="24"/>
        </w:rPr>
        <w:t>ὃς τόνδ’ ἔχεις τὸν σηκόν, ἵλεως γενοῦ</w:t>
      </w:r>
    </w:p>
    <w:p>
      <w:r>
        <w:rPr>
          <w:rFonts w:ascii="Courier New" w:hAnsi="Courier New"/>
          <w:color w:val="555555"/>
          <w:sz w:val="20"/>
        </w:rPr>
        <w:t>[165]</w:t>
      </w:r>
    </w:p>
    <w:p>
      <w:r>
        <w:rPr>
          <w:rFonts w:ascii="Gentium Plus" w:hAnsi="Gentium Plus"/>
          <w:sz w:val="24"/>
        </w:rPr>
        <w:t>ἡ δὲ προυκαλεῖτό με</w:t>
      </w:r>
    </w:p>
    <w:p>
      <w:r>
        <w:rPr>
          <w:rFonts w:ascii="Courier New" w:hAnsi="Courier New"/>
          <w:color w:val="555555"/>
          <w:sz w:val="20"/>
        </w:rPr>
        <w:t>[166]</w:t>
      </w:r>
    </w:p>
    <w:p>
      <w:r>
        <w:rPr>
          <w:rFonts w:ascii="Gentium Plus" w:hAnsi="Gentium Plus"/>
          <w:sz w:val="24"/>
        </w:rPr>
        <w:t>μικρόν γ’ ἔλεξας βασιλικοῦ σηκὸν τάφου· διπλάσιος ἔστω. τοῦ καλοῦ δὲ μὴ σφαλείς δίπλαζ’ ἕκαστον κῶλον ἐν τάχει τάφου</w:t>
      </w:r>
    </w:p>
    <w:p>
      <w:r>
        <w:rPr>
          <w:rFonts w:ascii="Courier New" w:hAnsi="Courier New"/>
          <w:color w:val="555555"/>
          <w:sz w:val="20"/>
        </w:rPr>
        <w:t>[167]</w:t>
      </w:r>
    </w:p>
    <w:p>
      <w:r>
        <w:rPr>
          <w:rFonts w:ascii="Gentium Plus" w:hAnsi="Gentium Plus"/>
          <w:sz w:val="24"/>
        </w:rPr>
        <w:t>τῶν εὐτυχούντων ἀνταγωνιστὴς φθόνος</w:t>
      </w:r>
    </w:p>
    <w:p>
      <w:r>
        <w:rPr>
          <w:rFonts w:ascii="Courier New" w:hAnsi="Courier New"/>
          <w:color w:val="555555"/>
          <w:sz w:val="20"/>
        </w:rPr>
        <w:t>[167a]</w:t>
      </w:r>
    </w:p>
    <w:p>
      <w:r>
        <w:rPr>
          <w:rFonts w:ascii="Gentium Plus" w:hAnsi="Gentium Plus"/>
          <w:sz w:val="24"/>
        </w:rPr>
        <w:t>φοιτᾷ γὰρ ἐπ’ οἶδμά τε πό[ντο]υ γᾶν τε καὶ λειμῶνας εὐ‐ φύλλους διαπε..α.[.].ο̣ιον ὕδωρ</w:t>
      </w:r>
    </w:p>
    <w:p>
      <w:r>
        <w:rPr>
          <w:rFonts w:ascii="Courier New" w:hAnsi="Courier New"/>
          <w:color w:val="555555"/>
          <w:sz w:val="20"/>
        </w:rPr>
        <w:t>[167b]</w:t>
      </w:r>
    </w:p>
    <w:p>
      <w:r>
        <w:rPr>
          <w:rFonts w:ascii="Gentium Plus" w:hAnsi="Gentium Plus"/>
          <w:sz w:val="24"/>
        </w:rPr>
        <w:t>εἷς μοῦν[ος] ἀνθρώποις θεὸς̣ [....]το κοιν[άν] ἁλίο[υ] μοῖραν φυλάττων τάνδε</w:t>
      </w:r>
    </w:p>
    <w:p>
      <w:r>
        <w:rPr>
          <w:rFonts w:ascii="Courier New" w:hAnsi="Courier New"/>
          <w:color w:val="555555"/>
          <w:sz w:val="20"/>
        </w:rPr>
        <w:t>[167c]</w:t>
      </w:r>
    </w:p>
    <w:p>
      <w:r>
        <w:rPr>
          <w:rFonts w:ascii="Gentium Plus" w:hAnsi="Gentium Plus"/>
          <w:sz w:val="24"/>
        </w:rPr>
        <w:t>×–⏑ μῶρος δ’ ὅστις ἀνθρώπων πόλιν, κείναν σεβίζειν μοῦνον ἐλπίζει καλοῖς</w:t>
      </w:r>
    </w:p>
    <w:p>
      <w:r>
        <w:rPr>
          <w:rFonts w:ascii="Courier New" w:hAnsi="Courier New"/>
          <w:color w:val="555555"/>
          <w:sz w:val="20"/>
        </w:rPr>
        <w:t>[2]</w:t>
      </w:r>
    </w:p>
    <w:p>
      <w:r>
        <w:rPr>
          <w:rFonts w:ascii="Gentium Plus" w:hAnsi="Gentium Plus"/>
          <w:sz w:val="24"/>
        </w:rPr>
        <w:t>*** εἰσὶν γάρ, εἰσὶν ἀξιοπάμονες ἄλλαι κ̣αὶ μέλονται</w:t>
      </w:r>
    </w:p>
    <w:p>
      <w:r>
        <w:rPr>
          <w:rFonts w:ascii="Courier New" w:hAnsi="Courier New"/>
          <w:color w:val="555555"/>
          <w:sz w:val="20"/>
        </w:rPr>
        <w:t>[5]</w:t>
      </w:r>
    </w:p>
    <w:p>
      <w:r>
        <w:rPr>
          <w:rFonts w:ascii="Gentium Plus" w:hAnsi="Gentium Plus"/>
          <w:sz w:val="24"/>
        </w:rPr>
        <w:t>πρός τινος, ἢ Διὸς ἢ γλαυκᾶς Ἀθάνας</w:t>
      </w:r>
    </w:p>
    <w:p>
      <w:r>
        <w:rPr>
          <w:rFonts w:ascii="Courier New" w:hAnsi="Courier New"/>
          <w:color w:val="555555"/>
          <w:sz w:val="20"/>
        </w:rPr>
        <w:t>[168]</w:t>
      </w:r>
    </w:p>
    <w:p>
      <w:r>
        <w:rPr>
          <w:rFonts w:ascii="Gentium Plus" w:hAnsi="Gentium Plus"/>
          <w:sz w:val="24"/>
        </w:rPr>
        <w:t>θ͜εὸ͜ς οὐ〈χὶ〉 ληπτός· εἰ δὲ ληπτός, οὐ θεός</w:t>
      </w:r>
    </w:p>
    <w:p>
      <w:r>
        <w:rPr>
          <w:rFonts w:ascii="Courier New" w:hAnsi="Courier New"/>
          <w:color w:val="555555"/>
          <w:sz w:val="20"/>
        </w:rPr>
        <w:t>[170*]</w:t>
      </w:r>
    </w:p>
    <w:p>
      <w:r>
        <w:rPr>
          <w:rFonts w:ascii="Gentium Plus" w:hAnsi="Gentium Plus"/>
          <w:sz w:val="24"/>
        </w:rPr>
        <w:t>σιγᾶν γε μέντοι πολλὰ πολλαχοῦ καλόν</w:t>
      </w:r>
    </w:p>
    <w:p>
      <w:r>
        <w:rPr>
          <w:rFonts w:ascii="Courier New" w:hAnsi="Courier New"/>
          <w:color w:val="555555"/>
          <w:sz w:val="20"/>
        </w:rPr>
        <w:t>[171*]</w:t>
      </w:r>
    </w:p>
    <w:p>
      <w:r>
        <w:rPr>
          <w:rFonts w:ascii="Gentium Plus" w:hAnsi="Gentium Plus"/>
          <w:sz w:val="24"/>
        </w:rPr>
        <w:t>τὴν εὐγένειαν, ἢν θέλῃς ἀνασκοπεῖν, ἐν τοῖς καλῶς φρονοῦσιν εὑρήσεις βροτῶν</w:t>
      </w:r>
    </w:p>
    <w:p>
      <w:r>
        <w:rPr>
          <w:rFonts w:ascii="Courier New" w:hAnsi="Courier New"/>
          <w:color w:val="555555"/>
          <w:sz w:val="20"/>
        </w:rPr>
        <w:t>[172*]</w:t>
      </w:r>
    </w:p>
    <w:p>
      <w:r>
        <w:rPr>
          <w:rFonts w:ascii="Gentium Plus" w:hAnsi="Gentium Plus"/>
          <w:sz w:val="24"/>
        </w:rPr>
        <w:t>τοῦ λαμβάνειν γὰρ πάντες ἡσσῶνται βροτοί</w:t>
      </w:r>
    </w:p>
    <w:p>
      <w:r>
        <w:rPr>
          <w:rFonts w:ascii="Courier New" w:hAnsi="Courier New"/>
          <w:color w:val="555555"/>
          <w:sz w:val="20"/>
        </w:rPr>
        <w:t>[173*]</w:t>
      </w:r>
    </w:p>
    <w:p>
      <w:r>
        <w:rPr>
          <w:rFonts w:ascii="Gentium Plus" w:hAnsi="Gentium Plus"/>
          <w:sz w:val="24"/>
        </w:rPr>
        <w:t>οὐκ ἔστιν ἐπιτήδευμα χρησιμώτερον τῆς πραότητος</w:t>
      </w:r>
    </w:p>
    <w:p>
      <w:r>
        <w:rPr>
          <w:rFonts w:ascii="Courier New" w:hAnsi="Courier New"/>
          <w:color w:val="555555"/>
          <w:sz w:val="20"/>
        </w:rPr>
        <w:t>[174]</w:t>
      </w:r>
    </w:p>
    <w:p>
      <w:r>
        <w:rPr>
          <w:rFonts w:ascii="Gentium Plus" w:hAnsi="Gentium Plus"/>
          <w:sz w:val="24"/>
        </w:rPr>
        <w:t>〈ΕΛΕΝΗ?〉 εἴθ’ ὤφελεν τὸ κάλλος ὅ με διώλεσεν κακῶς ὀλέσθαι</w:t>
      </w:r>
    </w:p>
    <w:p>
      <w:r>
        <w:rPr>
          <w:rFonts w:ascii="Courier New" w:hAnsi="Courier New"/>
          <w:color w:val="555555"/>
          <w:sz w:val="20"/>
        </w:rPr>
        <w:t>[175]</w:t>
      </w:r>
    </w:p>
    <w:p>
      <w:r>
        <w:rPr>
          <w:rFonts w:ascii="Gentium Plus" w:hAnsi="Gentium Plus"/>
          <w:sz w:val="24"/>
        </w:rPr>
        <w:t>ὁ θυμὸς αὐτὸν τῶν φρενῶν ἐξῇρ’ ἄνω</w:t>
      </w:r>
    </w:p>
    <w:p>
      <w:r>
        <w:rPr>
          <w:rFonts w:ascii="Courier New" w:hAnsi="Courier New"/>
          <w:color w:val="555555"/>
          <w:sz w:val="20"/>
        </w:rPr>
        <w:t>[176]</w:t>
      </w:r>
    </w:p>
    <w:p>
      <w:r>
        <w:rPr>
          <w:rFonts w:ascii="Gentium Plus" w:hAnsi="Gentium Plus"/>
          <w:sz w:val="24"/>
        </w:rPr>
        <w:t>πηδῶν δ’ ὁ θυμὸς ἔνδοθεν μαντεύεται</w:t>
      </w:r>
    </w:p>
    <w:p>
      <w:r>
        <w:rPr>
          <w:rFonts w:ascii="Courier New" w:hAnsi="Courier New"/>
          <w:color w:val="555555"/>
          <w:sz w:val="20"/>
        </w:rPr>
        <w:t>[177]</w:t>
      </w:r>
    </w:p>
    <w:p>
      <w:r>
        <w:rPr>
          <w:rFonts w:ascii="Gentium Plus" w:hAnsi="Gentium Plus"/>
          <w:sz w:val="24"/>
        </w:rPr>
        <w:t>σὺ μὲν βάδιζε τὰς ἐπ’ Ἰνάχου ῥοάς, σὺ δ’ ἀμφὶ Θήβας στεῖχε τὰς Καδμηί〈δ〉ας</w:t>
      </w:r>
    </w:p>
    <w:p>
      <w:r>
        <w:rPr>
          <w:rFonts w:ascii="Courier New" w:hAnsi="Courier New"/>
          <w:color w:val="555555"/>
          <w:sz w:val="20"/>
        </w:rPr>
        <w:t>[178]</w:t>
      </w:r>
    </w:p>
    <w:p>
      <w:r>
        <w:rPr>
          <w:rFonts w:ascii="Gentium Plus" w:hAnsi="Gentium Plus"/>
          <w:sz w:val="24"/>
        </w:rPr>
        <w:t>εἰ μή σε Λητὼ καλλίπαις ἐγείνατο</w:t>
      </w:r>
    </w:p>
    <w:p>
      <w:r>
        <w:rPr>
          <w:rFonts w:ascii="Courier New" w:hAnsi="Courier New"/>
          <w:color w:val="555555"/>
          <w:sz w:val="20"/>
        </w:rPr>
        <w:t>[181]</w:t>
      </w:r>
    </w:p>
    <w:p>
      <w:r>
        <w:rPr>
          <w:rFonts w:ascii="Gentium Plus" w:hAnsi="Gentium Plus"/>
          <w:sz w:val="24"/>
        </w:rPr>
        <w:t>ἔα με κερδαίνοντα κεκλῆσθαι κακόν· κρεῖσσον γὰρ ἢ σέβοντα τοὺς θεῶν νόμους</w:t>
      </w:r>
    </w:p>
    <w:p>
      <w:r>
        <w:rPr>
          <w:rFonts w:ascii="Courier New" w:hAnsi="Courier New"/>
          <w:color w:val="555555"/>
          <w:sz w:val="20"/>
        </w:rPr>
        <w:t>[182a]</w:t>
      </w:r>
    </w:p>
    <w:p>
      <w:r>
        <w:rPr>
          <w:rFonts w:ascii="Gentium Plus" w:hAnsi="Gentium Plus"/>
          <w:sz w:val="24"/>
        </w:rPr>
        <w:t>ὀπισθόπους δίκη</w:t>
      </w:r>
    </w:p>
    <w:p>
      <w:r>
        <w:rPr>
          <w:rFonts w:ascii="Courier New" w:hAnsi="Courier New"/>
          <w:color w:val="555555"/>
          <w:sz w:val="20"/>
        </w:rPr>
        <w:t>[183]</w:t>
      </w:r>
    </w:p>
    <w:p>
      <w:r>
        <w:rPr>
          <w:rFonts w:ascii="Gentium Plus" w:hAnsi="Gentium Plus"/>
          <w:sz w:val="24"/>
        </w:rPr>
        <w:t>οὗτος μὲν οὖν μοι δεῦρ’ ἀεὶ τείνει λόγος</w:t>
      </w:r>
    </w:p>
    <w:p>
      <w:r>
        <w:rPr>
          <w:rFonts w:ascii="Courier New" w:hAnsi="Courier New"/>
          <w:color w:val="555555"/>
          <w:sz w:val="20"/>
        </w:rPr>
        <w:t>[184,185]</w:t>
      </w:r>
    </w:p>
    <w:p>
      <w:r>
        <w:rPr>
          <w:rFonts w:ascii="Gentium Plus" w:hAnsi="Gentium Plus"/>
          <w:sz w:val="24"/>
        </w:rPr>
        <w:t>κλύειν μαίεται</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[185a*]</w:t>
      </w:r>
    </w:p>
    <w:p>
      <w:r>
        <w:rPr>
          <w:rFonts w:ascii="Gentium Plus" w:hAnsi="Gentium Plus"/>
          <w:sz w:val="24"/>
        </w:rPr>
        <w:t>Πάν, Πελασγικὸν Ἄργος ἐμβατεύων</w:t>
      </w:r>
    </w:p>
    <w:p>
      <w:r>
        <w:rPr>
          <w:rFonts w:ascii="Courier New" w:hAnsi="Courier New"/>
          <w:color w:val="555555"/>
          <w:sz w:val="20"/>
        </w:rPr>
        <w:t>[186]</w:t>
      </w:r>
    </w:p>
    <w:p>
      <w:r>
        <w:rPr>
          <w:rFonts w:ascii="Gentium Plus" w:hAnsi="Gentium Plus"/>
          <w:sz w:val="24"/>
        </w:rPr>
        <w:t>πλήρει γὰρ ὄγκῳ γαστρὸς αὔξεται Κύπρις</w:t>
      </w:r>
    </w:p>
    <w:p>
      <w:r>
        <w:rPr>
          <w:rFonts w:ascii="Courier New" w:hAnsi="Courier New"/>
          <w:color w:val="555555"/>
          <w:sz w:val="20"/>
        </w:rPr>
        <w:t>[188]</w:t>
      </w:r>
    </w:p>
    <w:p>
      <w:r>
        <w:rPr>
          <w:rFonts w:ascii="Gentium Plus" w:hAnsi="Gentium Plus"/>
          <w:sz w:val="24"/>
        </w:rPr>
        <w:t>ὦ Ζεῦ, γένοιτο καταβαλεῖν τὸν σῦν ἐμέ</w:t>
      </w:r>
    </w:p>
    <w:p>
      <w:r>
        <w:rPr>
          <w:rFonts w:ascii="Courier New" w:hAnsi="Courier New"/>
          <w:color w:val="555555"/>
          <w:sz w:val="20"/>
        </w:rPr>
        <w:t>[188a*]</w:t>
      </w:r>
    </w:p>
    <w:p>
      <w:r>
        <w:rPr>
          <w:rFonts w:ascii="Gentium Plus" w:hAnsi="Gentium Plus"/>
          <w:sz w:val="24"/>
        </w:rPr>
        <w:t>τόξων τε πλήθει</w:t>
      </w:r>
    </w:p>
    <w:p>
      <w:r>
        <w:rPr>
          <w:rFonts w:ascii="Courier New" w:hAnsi="Courier New"/>
          <w:color w:val="555555"/>
          <w:sz w:val="20"/>
        </w:rPr>
        <w:t>[188b*]</w:t>
      </w:r>
    </w:p>
    <w:p>
      <w:r>
        <w:rPr>
          <w:rFonts w:ascii="Gentium Plus" w:hAnsi="Gentium Plus"/>
          <w:sz w:val="24"/>
        </w:rPr>
        <w:t>λαγβατὰ ὅρκια</w:t>
      </w:r>
    </w:p>
    <w:p>
      <w:r>
        <w:rPr>
          <w:rFonts w:ascii="Courier New" w:hAnsi="Courier New"/>
          <w:color w:val="555555"/>
          <w:sz w:val="20"/>
        </w:rPr>
        <w:t>[188c*]</w:t>
      </w:r>
    </w:p>
    <w:p>
      <w:r>
        <w:rPr>
          <w:rFonts w:ascii="Gentium Plus" w:hAnsi="Gentium Plus"/>
          <w:sz w:val="24"/>
        </w:rPr>
        <w:t>Αἴσωνος υἱὸς Κρηθέως ἀφ’ αἵματος</w:t>
      </w:r>
    </w:p>
    <w:p>
      <w:r>
        <w:rPr>
          <w:rFonts w:ascii="Courier New" w:hAnsi="Courier New"/>
          <w:color w:val="555555"/>
          <w:sz w:val="20"/>
        </w:rPr>
        <w:t>[189*]</w:t>
      </w:r>
    </w:p>
    <w:p>
      <w:r>
        <w:rPr>
          <w:rFonts w:ascii="Gentium Plus" w:hAnsi="Gentium Plus"/>
          <w:sz w:val="24"/>
        </w:rPr>
        <w:t>νεοσσιὰν τέκνων</w:t>
      </w:r>
    </w:p>
    <w:p>
      <w:r>
        <w:rPr>
          <w:rFonts w:ascii="Courier New" w:hAnsi="Courier New"/>
          <w:color w:val="555555"/>
          <w:sz w:val="20"/>
        </w:rPr>
        <w:t>[190*]</w:t>
      </w:r>
    </w:p>
    <w:p>
      <w:r>
        <w:rPr>
          <w:rFonts w:ascii="Gentium Plus" w:hAnsi="Gentium Plus"/>
          <w:sz w:val="24"/>
        </w:rPr>
        <w:t>Αἴαντε δ’ ὁρμήσαντες ἐκ ξυνωρίδος</w:t>
      </w:r>
    </w:p>
    <w:p>
      <w:r>
        <w:rPr>
          <w:rFonts w:ascii="Courier New" w:hAnsi="Courier New"/>
          <w:color w:val="555555"/>
          <w:sz w:val="20"/>
        </w:rPr>
        <w:t>[191*]</w:t>
      </w:r>
    </w:p>
    <w:p>
      <w:r>
        <w:rPr>
          <w:rFonts w:ascii="Gentium Plus" w:hAnsi="Gentium Plus"/>
          <w:sz w:val="24"/>
        </w:rPr>
        <w:t>ἦλθε〈ν〉 δὲ λαοὶ μυρίοι πρὸς ᾐόνα</w:t>
      </w:r>
    </w:p>
    <w:p>
      <w:r>
        <w:rPr>
          <w:rFonts w:ascii="Courier New" w:hAnsi="Courier New"/>
          <w:color w:val="555555"/>
          <w:sz w:val="20"/>
        </w:rPr>
        <w:t>[192*]</w:t>
      </w:r>
    </w:p>
    <w:p>
      <w:r>
        <w:rPr>
          <w:rFonts w:ascii="Gentium Plus" w:hAnsi="Gentium Plus"/>
          <w:sz w:val="24"/>
        </w:rPr>
        <w:t>χεῖρας δὲ Τρώων ὅπλ’ ἔδωκαν Ἑλλάδος</w:t>
      </w:r>
    </w:p>
    <w:p>
      <w:r>
        <w:rPr>
          <w:rFonts w:ascii="Courier New" w:hAnsi="Courier New"/>
          <w:color w:val="555555"/>
          <w:sz w:val="20"/>
        </w:rPr>
        <w:t>[193*]</w:t>
      </w:r>
    </w:p>
    <w:p>
      <w:r>
        <w:rPr>
          <w:rFonts w:ascii="Gentium Plus" w:hAnsi="Gentium Plus"/>
          <w:sz w:val="24"/>
        </w:rPr>
        <w:t>τιμᾶν Μακεδόνων οὕνεκ’ εὐανδρησίας</w:t>
      </w:r>
    </w:p>
    <w:p>
      <w:r>
        <w:rPr>
          <w:rFonts w:ascii="Courier New" w:hAnsi="Courier New"/>
          <w:color w:val="555555"/>
          <w:sz w:val="20"/>
        </w:rPr>
        <w:t>[194*]</w:t>
      </w:r>
    </w:p>
    <w:p>
      <w:r>
        <w:rPr>
          <w:rFonts w:ascii="Gentium Plus" w:hAnsi="Gentium Plus"/>
          <w:sz w:val="24"/>
        </w:rPr>
        <w:t>ἐγάμησεν Ἑλένη τὸν θεοῖς στυγούμενον</w:t>
      </w:r>
    </w:p>
    <w:p>
      <w:r>
        <w:rPr>
          <w:rFonts w:ascii="Courier New" w:hAnsi="Courier New"/>
          <w:color w:val="555555"/>
          <w:sz w:val="20"/>
        </w:rPr>
        <w:t>[195*]</w:t>
      </w:r>
    </w:p>
    <w:p>
      <w:r>
        <w:rPr>
          <w:rFonts w:ascii="Gentium Plus" w:hAnsi="Gentium Plus"/>
          <w:sz w:val="24"/>
        </w:rPr>
        <w:t>γαμεῖ δ’ ὁ μὲν δὴ Τυνδάρεω κόρην μίαν</w:t>
      </w:r>
    </w:p>
    <w:p>
      <w:r>
        <w:rPr>
          <w:rFonts w:ascii="Courier New" w:hAnsi="Courier New"/>
          <w:color w:val="555555"/>
          <w:sz w:val="20"/>
        </w:rPr>
        <w:t>[196*]</w:t>
      </w:r>
    </w:p>
    <w:p>
      <w:r>
        <w:rPr>
          <w:rFonts w:ascii="Gentium Plus" w:hAnsi="Gentium Plus"/>
          <w:sz w:val="24"/>
        </w:rPr>
        <w:t>αὐλῶνά θ’ ἣν ἄρδουσι</w:t>
      </w:r>
    </w:p>
    <w:p>
      <w:r>
        <w:rPr>
          <w:rFonts w:ascii="Courier New" w:hAnsi="Courier New"/>
          <w:color w:val="555555"/>
          <w:sz w:val="20"/>
        </w:rPr>
        <w:t>[197*]</w:t>
      </w:r>
    </w:p>
    <w:p>
      <w:r>
        <w:rPr>
          <w:rFonts w:ascii="Gentium Plus" w:hAnsi="Gentium Plus"/>
          <w:sz w:val="24"/>
        </w:rPr>
        <w:t>τοίων γὰρ ἀνδρῶν σπέρμ’ ἔδωκεν Ἑλλάδος</w:t>
      </w:r>
    </w:p>
    <w:p>
      <w:r>
        <w:rPr>
          <w:rFonts w:ascii="Courier New" w:hAnsi="Courier New"/>
          <w:color w:val="555555"/>
          <w:sz w:val="20"/>
        </w:rPr>
        <w:t>[197b]</w:t>
      </w:r>
    </w:p>
    <w:p>
      <w:r>
        <w:rPr>
          <w:rFonts w:ascii="Gentium Plus" w:hAnsi="Gentium Plus"/>
          <w:sz w:val="24"/>
        </w:rPr>
        <w:t>Ἄπολλον Ἀγρεῦ</w:t>
      </w:r>
    </w:p>
    <w:p>
      <w:r>
        <w:rPr>
          <w:rFonts w:ascii="Courier New" w:hAnsi="Courier New"/>
          <w:color w:val="555555"/>
          <w:sz w:val="20"/>
        </w:rPr>
        <w:t>[197c*]</w:t>
      </w:r>
    </w:p>
    <w:p>
      <w:r>
        <w:rPr>
          <w:rFonts w:ascii="Gentium Plus" w:hAnsi="Gentium Plus"/>
          <w:sz w:val="24"/>
        </w:rPr>
        <w:t>ἀεινεφὴς τύφλωσις</w:t>
      </w:r>
    </w:p>
    <w:p>
      <w:r>
        <w:rPr>
          <w:rFonts w:ascii="Courier New" w:hAnsi="Courier New"/>
          <w:color w:val="555555"/>
          <w:sz w:val="20"/>
        </w:rPr>
        <w:t>[197d*]</w:t>
      </w:r>
    </w:p>
    <w:p>
      <w:r>
        <w:rPr>
          <w:rFonts w:ascii="Gentium Plus" w:hAnsi="Gentium Plus"/>
          <w:sz w:val="24"/>
        </w:rPr>
        <w:t>ἀεροκέλαδοι πιτυοκάμπται</w:t>
      </w:r>
    </w:p>
    <w:p>
      <w:r>
        <w:rPr>
          <w:rFonts w:ascii="Courier New" w:hAnsi="Courier New"/>
          <w:color w:val="555555"/>
          <w:sz w:val="20"/>
        </w:rPr>
        <w:t>[198a*]</w:t>
      </w:r>
    </w:p>
    <w:p>
      <w:r>
        <w:rPr>
          <w:rFonts w:ascii="Gentium Plus" w:hAnsi="Gentium Plus"/>
          <w:sz w:val="24"/>
        </w:rPr>
        <w:t>ἄμφω μὲν ἤστην τὴν ὁδὸν ποιουμένω</w:t>
      </w:r>
    </w:p>
    <w:p>
      <w:r>
        <w:rPr>
          <w:rFonts w:ascii="Courier New" w:hAnsi="Courier New"/>
          <w:color w:val="555555"/>
          <w:sz w:val="20"/>
        </w:rPr>
        <w:t>[199]</w:t>
      </w:r>
    </w:p>
    <w:p>
      <w:r>
        <w:rPr>
          <w:rFonts w:ascii="Gentium Plus" w:hAnsi="Gentium Plus"/>
          <w:sz w:val="24"/>
        </w:rPr>
        <w:t>ἀργῆν ἔπεφνεν</w:t>
      </w:r>
    </w:p>
    <w:p>
      <w:r>
        <w:rPr>
          <w:rFonts w:ascii="Courier New" w:hAnsi="Courier New"/>
          <w:color w:val="555555"/>
          <w:sz w:val="20"/>
        </w:rPr>
        <w:t>[200]</w:t>
      </w:r>
    </w:p>
    <w:p>
      <w:r>
        <w:rPr>
          <w:rFonts w:ascii="Gentium Plus" w:hAnsi="Gentium Plus"/>
          <w:sz w:val="24"/>
        </w:rPr>
        <w:t>ἄσειρος ἵππος</w:t>
      </w:r>
    </w:p>
    <w:p>
      <w:r>
        <w:rPr>
          <w:rFonts w:ascii="Courier New" w:hAnsi="Courier New"/>
          <w:color w:val="555555"/>
          <w:sz w:val="20"/>
        </w:rPr>
        <w:t>[201]</w:t>
      </w:r>
    </w:p>
    <w:p>
      <w:r>
        <w:rPr>
          <w:rFonts w:ascii="Gentium Plus" w:hAnsi="Gentium Plus"/>
          <w:sz w:val="24"/>
        </w:rPr>
        <w:t>αὐτόχθον’ ἑστίαν</w:t>
      </w:r>
    </w:p>
    <w:p>
      <w:r>
        <w:rPr>
          <w:rFonts w:ascii="Courier New" w:hAnsi="Courier New"/>
          <w:color w:val="555555"/>
          <w:sz w:val="20"/>
        </w:rPr>
        <w:t>[201a]</w:t>
      </w:r>
    </w:p>
    <w:p>
      <w:r>
        <w:rPr>
          <w:rFonts w:ascii="Gentium Plus" w:hAnsi="Gentium Plus"/>
          <w:sz w:val="24"/>
        </w:rPr>
        <w:t>ἀφάρμακον χρῶμα</w:t>
      </w:r>
    </w:p>
    <w:p>
      <w:r>
        <w:rPr>
          <w:rFonts w:ascii="Courier New" w:hAnsi="Courier New"/>
          <w:color w:val="555555"/>
          <w:sz w:val="20"/>
        </w:rPr>
        <w:t>[202]</w:t>
      </w:r>
    </w:p>
    <w:p>
      <w:r>
        <w:rPr>
          <w:rFonts w:ascii="Gentium Plus" w:hAnsi="Gentium Plus"/>
          <w:sz w:val="24"/>
        </w:rPr>
        <w:t>Ἀχίλλειον πλάκα</w:t>
      </w:r>
    </w:p>
    <w:p>
      <w:r>
        <w:rPr>
          <w:rFonts w:ascii="Courier New" w:hAnsi="Courier New"/>
          <w:color w:val="555555"/>
          <w:sz w:val="20"/>
        </w:rPr>
        <w:t>[203]</w:t>
      </w:r>
    </w:p>
    <w:p>
      <w:r>
        <w:rPr>
          <w:rFonts w:ascii="Gentium Plus" w:hAnsi="Gentium Plus"/>
          <w:sz w:val="24"/>
        </w:rPr>
        <w:t>βαθυρρίζου πέτρας</w:t>
      </w:r>
    </w:p>
    <w:p>
      <w:r>
        <w:rPr>
          <w:rFonts w:ascii="Courier New" w:hAnsi="Courier New"/>
          <w:color w:val="555555"/>
          <w:sz w:val="20"/>
        </w:rPr>
        <w:t>[204]</w:t>
      </w:r>
    </w:p>
    <w:p>
      <w:r>
        <w:rPr>
          <w:rFonts w:ascii="Gentium Plus" w:hAnsi="Gentium Plus"/>
          <w:sz w:val="24"/>
        </w:rPr>
        <w:t>Βάκχου Διώνης</w:t>
      </w:r>
    </w:p>
    <w:p>
      <w:r>
        <w:rPr>
          <w:rFonts w:ascii="Courier New" w:hAnsi="Courier New"/>
          <w:color w:val="555555"/>
          <w:sz w:val="20"/>
        </w:rPr>
        <w:t>[204a]</w:t>
      </w:r>
    </w:p>
    <w:p>
      <w:r>
        <w:rPr>
          <w:rFonts w:ascii="Gentium Plus" w:hAnsi="Gentium Plus"/>
          <w:sz w:val="24"/>
        </w:rPr>
        <w:t>βᾶριν †ακέδα†</w:t>
      </w:r>
    </w:p>
    <w:p>
      <w:r>
        <w:rPr>
          <w:rFonts w:ascii="Courier New" w:hAnsi="Courier New"/>
          <w:color w:val="555555"/>
          <w:sz w:val="20"/>
        </w:rPr>
        <w:t>[206]</w:t>
      </w:r>
    </w:p>
    <w:p>
      <w:r>
        <w:rPr>
          <w:rFonts w:ascii="Gentium Plus" w:hAnsi="Gentium Plus"/>
          <w:sz w:val="24"/>
        </w:rPr>
        <w:t>δεσπότην κεκαρμένοι</w:t>
      </w:r>
    </w:p>
    <w:p>
      <w:r>
        <w:rPr>
          <w:rFonts w:ascii="Courier New" w:hAnsi="Courier New"/>
          <w:color w:val="555555"/>
          <w:sz w:val="20"/>
        </w:rPr>
        <w:t>[207a]</w:t>
      </w:r>
    </w:p>
    <w:p>
      <w:r>
        <w:rPr>
          <w:rFonts w:ascii="Gentium Plus" w:hAnsi="Gentium Plus"/>
          <w:sz w:val="24"/>
        </w:rPr>
        <w:t>ἐκ λάρνακος</w:t>
      </w:r>
    </w:p>
    <w:p>
      <w:r>
        <w:rPr>
          <w:rFonts w:ascii="Courier New" w:hAnsi="Courier New"/>
          <w:color w:val="555555"/>
          <w:sz w:val="20"/>
        </w:rPr>
        <w:t>[208]</w:t>
      </w:r>
    </w:p>
    <w:p>
      <w:r>
        <w:rPr>
          <w:rFonts w:ascii="Gentium Plus" w:hAnsi="Gentium Plus"/>
          <w:sz w:val="24"/>
        </w:rPr>
        <w:t>×–⏑–× ἐμπεδὴς 〈δὲ〉 γαμόρος 〈ἔ〉μαρψεν Ἅιδης</w:t>
      </w:r>
    </w:p>
    <w:p>
      <w:r>
        <w:rPr>
          <w:rFonts w:ascii="Courier New" w:hAnsi="Courier New"/>
          <w:color w:val="555555"/>
          <w:sz w:val="20"/>
        </w:rPr>
        <w:t>[210a*]</w:t>
      </w:r>
    </w:p>
    <w:p>
      <w:r>
        <w:rPr>
          <w:rFonts w:ascii="Gentium Plus" w:hAnsi="Gentium Plus"/>
          <w:sz w:val="24"/>
        </w:rPr>
        <w:t>×–⏑– οἱ δ’ ἀ〈μ〉φινίσονται Νέδαν</w:t>
      </w:r>
    </w:p>
    <w:p>
      <w:r>
        <w:rPr>
          <w:rFonts w:ascii="Courier New" w:hAnsi="Courier New"/>
          <w:color w:val="555555"/>
          <w:sz w:val="20"/>
        </w:rPr>
        <w:t>[211*]</w:t>
      </w:r>
    </w:p>
    <w:p>
      <w:r>
        <w:rPr>
          <w:rFonts w:ascii="Gentium Plus" w:hAnsi="Gentium Plus"/>
          <w:sz w:val="24"/>
        </w:rPr>
        <w:t>ἐς μέσον συνῄεσαν</w:t>
      </w:r>
    </w:p>
    <w:p>
      <w:r>
        <w:rPr>
          <w:rFonts w:ascii="Courier New" w:hAnsi="Courier New"/>
          <w:color w:val="555555"/>
          <w:sz w:val="20"/>
        </w:rPr>
        <w:t>[213]</w:t>
      </w:r>
    </w:p>
    <w:p>
      <w:r>
        <w:rPr>
          <w:rFonts w:ascii="Gentium Plus" w:hAnsi="Gentium Plus"/>
          <w:sz w:val="24"/>
        </w:rPr>
        <w:t>εὔπλουτον κανοῦν</w:t>
      </w:r>
    </w:p>
    <w:p>
      <w:r>
        <w:rPr>
          <w:rFonts w:ascii="Courier New" w:hAnsi="Courier New"/>
          <w:color w:val="555555"/>
          <w:sz w:val="20"/>
        </w:rPr>
        <w:t>[213a]</w:t>
      </w:r>
    </w:p>
    <w:p>
      <w:r>
        <w:rPr>
          <w:rFonts w:ascii="Gentium Plus" w:hAnsi="Gentium Plus"/>
          <w:sz w:val="24"/>
        </w:rPr>
        <w:t>θαλάμων ἄνασσα</w:t>
      </w:r>
    </w:p>
    <w:p>
      <w:r>
        <w:rPr>
          <w:rFonts w:ascii="Courier New" w:hAnsi="Courier New"/>
          <w:color w:val="555555"/>
          <w:sz w:val="20"/>
        </w:rPr>
        <w:t>[214*]</w:t>
      </w:r>
    </w:p>
    <w:p>
      <w:r>
        <w:rPr>
          <w:rFonts w:ascii="Gentium Plus" w:hAnsi="Gentium Plus"/>
          <w:sz w:val="24"/>
        </w:rPr>
        <w:t>ἱππικὴ βάσις</w:t>
      </w:r>
    </w:p>
    <w:p>
      <w:r>
        <w:rPr>
          <w:rFonts w:ascii="Courier New" w:hAnsi="Courier New"/>
          <w:color w:val="555555"/>
          <w:sz w:val="20"/>
        </w:rPr>
        <w:t>[215]</w:t>
      </w:r>
    </w:p>
    <w:p>
      <w:r>
        <w:rPr>
          <w:rFonts w:ascii="Gentium Plus" w:hAnsi="Gentium Plus"/>
          <w:sz w:val="24"/>
        </w:rPr>
        <w:t>θώμιγγα νευρῶν ἱππικὴν</w:t>
      </w:r>
    </w:p>
    <w:p>
      <w:r>
        <w:rPr>
          <w:rFonts w:ascii="Courier New" w:hAnsi="Courier New"/>
          <w:color w:val="555555"/>
          <w:sz w:val="20"/>
        </w:rPr>
        <w:t>[216]</w:t>
      </w:r>
    </w:p>
    <w:p>
      <w:r>
        <w:rPr>
          <w:rFonts w:ascii="Gentium Plus" w:hAnsi="Gentium Plus"/>
          <w:sz w:val="24"/>
        </w:rPr>
        <w:t>? ×– καταῖθυξ ὄμβρος</w:t>
      </w:r>
    </w:p>
    <w:p>
      <w:r>
        <w:rPr>
          <w:rFonts w:ascii="Courier New" w:hAnsi="Courier New"/>
          <w:color w:val="555555"/>
          <w:sz w:val="20"/>
        </w:rPr>
        <w:t>[218]</w:t>
      </w:r>
    </w:p>
    <w:p>
      <w:r>
        <w:rPr>
          <w:rFonts w:ascii="Gentium Plus" w:hAnsi="Gentium Plus"/>
          <w:sz w:val="24"/>
        </w:rPr>
        <w:t>καταλλαγὴν δορός</w:t>
      </w:r>
    </w:p>
    <w:p>
      <w:r>
        <w:rPr>
          <w:rFonts w:ascii="Courier New" w:hAnsi="Courier New"/>
          <w:color w:val="555555"/>
          <w:sz w:val="20"/>
        </w:rPr>
        <w:t>[219*]</w:t>
      </w:r>
    </w:p>
    <w:p>
      <w:r>
        <w:rPr>
          <w:rFonts w:ascii="Gentium Plus" w:hAnsi="Gentium Plus"/>
          <w:sz w:val="24"/>
        </w:rPr>
        <w:t>κενῶν φάους</w:t>
      </w:r>
    </w:p>
    <w:p>
      <w:r>
        <w:rPr>
          <w:rFonts w:ascii="Courier New" w:hAnsi="Courier New"/>
          <w:color w:val="555555"/>
          <w:sz w:val="20"/>
        </w:rPr>
        <w:t>[220*]</w:t>
      </w:r>
    </w:p>
    <w:p>
      <w:r>
        <w:rPr>
          <w:rFonts w:ascii="Gentium Plus" w:hAnsi="Gentium Plus"/>
          <w:sz w:val="24"/>
        </w:rPr>
        <w:t>κεχήλευμαι πόδας</w:t>
      </w:r>
    </w:p>
    <w:p>
      <w:r>
        <w:rPr>
          <w:rFonts w:ascii="Courier New" w:hAnsi="Courier New"/>
          <w:color w:val="555555"/>
          <w:sz w:val="20"/>
        </w:rPr>
        <w:t>[221]</w:t>
      </w:r>
    </w:p>
    <w:p>
      <w:r>
        <w:rPr>
          <w:rFonts w:ascii="Gentium Plus" w:hAnsi="Gentium Plus"/>
          <w:sz w:val="24"/>
        </w:rPr>
        <w:t>Κιμμερὶς θεά</w:t>
      </w:r>
    </w:p>
    <w:p>
      <w:r>
        <w:rPr>
          <w:rFonts w:ascii="Courier New" w:hAnsi="Courier New"/>
          <w:color w:val="555555"/>
          <w:sz w:val="20"/>
        </w:rPr>
        <w:t>[222]</w:t>
      </w:r>
    </w:p>
    <w:p>
      <w:r>
        <w:rPr>
          <w:rFonts w:ascii="Gentium Plus" w:hAnsi="Gentium Plus"/>
          <w:sz w:val="24"/>
        </w:rPr>
        <w:t>κλῃδοῦχος γυνή</w:t>
      </w:r>
    </w:p>
    <w:p>
      <w:r>
        <w:rPr>
          <w:rFonts w:ascii="Courier New" w:hAnsi="Courier New"/>
          <w:color w:val="555555"/>
          <w:sz w:val="20"/>
        </w:rPr>
        <w:t>[223*]</w:t>
      </w:r>
    </w:p>
    <w:p>
      <w:r>
        <w:rPr>
          <w:rFonts w:ascii="Gentium Plus" w:hAnsi="Gentium Plus"/>
          <w:sz w:val="24"/>
        </w:rPr>
        <w:t>κλύετ’ οἰμωγῆς</w:t>
      </w:r>
    </w:p>
    <w:p>
      <w:r>
        <w:rPr>
          <w:rFonts w:ascii="Courier New" w:hAnsi="Courier New"/>
          <w:color w:val="555555"/>
          <w:sz w:val="20"/>
        </w:rPr>
        <w:t>[224]</w:t>
      </w:r>
    </w:p>
    <w:p>
      <w:r>
        <w:rPr>
          <w:rFonts w:ascii="Gentium Plus" w:hAnsi="Gentium Plus"/>
          <w:sz w:val="24"/>
        </w:rPr>
        <w:t>κνάπτειν κελεύω γλῶσσαν</w:t>
      </w:r>
    </w:p>
    <w:p>
      <w:r>
        <w:rPr>
          <w:rFonts w:ascii="Courier New" w:hAnsi="Courier New"/>
          <w:color w:val="555555"/>
          <w:sz w:val="20"/>
        </w:rPr>
        <w:t>[225]</w:t>
      </w:r>
    </w:p>
    <w:p>
      <w:r>
        <w:rPr>
          <w:rFonts w:ascii="Gentium Plus" w:hAnsi="Gentium Plus"/>
          <w:sz w:val="24"/>
        </w:rPr>
        <w:t>Κνώσια κῶλα</w:t>
      </w:r>
    </w:p>
    <w:p>
      <w:r>
        <w:rPr>
          <w:rFonts w:ascii="Courier New" w:hAnsi="Courier New"/>
          <w:color w:val="555555"/>
          <w:sz w:val="20"/>
        </w:rPr>
        <w:t>[226]</w:t>
      </w:r>
    </w:p>
    <w:p>
      <w:r>
        <w:rPr>
          <w:rFonts w:ascii="Gentium Plus" w:hAnsi="Gentium Plus"/>
          <w:sz w:val="24"/>
        </w:rPr>
        <w:t>οὔτ’ εἶπον οὐδὲ〈ν〉 πρὸς 〈σὲ〉 κῦρον, ὦ γύναι</w:t>
      </w:r>
    </w:p>
    <w:p>
      <w:r>
        <w:rPr>
          <w:rFonts w:ascii="Courier New" w:hAnsi="Courier New"/>
          <w:color w:val="555555"/>
          <w:sz w:val="20"/>
        </w:rPr>
        <w:t>[226a]</w:t>
      </w:r>
    </w:p>
    <w:p>
      <w:r>
        <w:rPr>
          <w:rFonts w:ascii="Gentium Plus" w:hAnsi="Gentium Plus"/>
          <w:sz w:val="24"/>
        </w:rPr>
        <w:t>πισσοκώνητον μόρον</w:t>
      </w:r>
    </w:p>
    <w:p>
      <w:r>
        <w:rPr>
          <w:rFonts w:ascii="Courier New" w:hAnsi="Courier New"/>
          <w:color w:val="555555"/>
          <w:sz w:val="20"/>
        </w:rPr>
        <w:t>[227]</w:t>
      </w:r>
    </w:p>
    <w:p>
      <w:r>
        <w:rPr>
          <w:rFonts w:ascii="Gentium Plus" w:hAnsi="Gentium Plus"/>
          <w:sz w:val="24"/>
        </w:rPr>
        <w:t>λαιθάργῳ ποδί</w:t>
      </w:r>
    </w:p>
    <w:p>
      <w:r>
        <w:rPr>
          <w:rFonts w:ascii="Courier New" w:hAnsi="Courier New"/>
          <w:color w:val="555555"/>
          <w:sz w:val="20"/>
        </w:rPr>
        <w:t>[228]</w:t>
      </w:r>
    </w:p>
    <w:p>
      <w:r>
        <w:rPr>
          <w:rFonts w:ascii="Gentium Plus" w:hAnsi="Gentium Plus"/>
          <w:sz w:val="24"/>
        </w:rPr>
        <w:t>λακὶς χθονός</w:t>
      </w:r>
    </w:p>
    <w:p>
      <w:r>
        <w:rPr>
          <w:rFonts w:ascii="Courier New" w:hAnsi="Courier New"/>
          <w:color w:val="555555"/>
          <w:sz w:val="20"/>
        </w:rPr>
        <w:t>[228a*]</w:t>
      </w:r>
    </w:p>
    <w:p>
      <w:r>
        <w:rPr>
          <w:rFonts w:ascii="Gentium Plus" w:hAnsi="Gentium Plus"/>
          <w:sz w:val="24"/>
        </w:rPr>
        <w:t>λάσκουσι κύνες</w:t>
      </w:r>
    </w:p>
    <w:p>
      <w:r>
        <w:rPr>
          <w:rFonts w:ascii="Courier New" w:hAnsi="Courier New"/>
          <w:color w:val="555555"/>
          <w:sz w:val="20"/>
        </w:rPr>
        <w:t>[228b]</w:t>
      </w:r>
    </w:p>
    <w:p>
      <w:r>
        <w:rPr>
          <w:rFonts w:ascii="Gentium Plus" w:hAnsi="Gentium Plus"/>
          <w:sz w:val="24"/>
        </w:rPr>
        <w:t>λεκτρίτῃ θρόνῳ</w:t>
      </w:r>
    </w:p>
    <w:p>
      <w:r>
        <w:rPr>
          <w:rFonts w:ascii="Courier New" w:hAnsi="Courier New"/>
          <w:color w:val="555555"/>
          <w:sz w:val="20"/>
        </w:rPr>
        <w:t>[228c]</w:t>
      </w:r>
    </w:p>
    <w:p>
      <w:r>
        <w:rPr>
          <w:rFonts w:ascii="Gentium Plus" w:hAnsi="Gentium Plus"/>
          <w:sz w:val="24"/>
        </w:rPr>
        <w:t>λεόντειος πόρος</w:t>
      </w:r>
    </w:p>
    <w:p>
      <w:r>
        <w:rPr>
          <w:rFonts w:ascii="Courier New" w:hAnsi="Courier New"/>
          <w:color w:val="555555"/>
          <w:sz w:val="20"/>
        </w:rPr>
        <w:t>[230]</w:t>
      </w:r>
    </w:p>
    <w:p>
      <w:r>
        <w:rPr>
          <w:rFonts w:ascii="Gentium Plus" w:hAnsi="Gentium Plus"/>
          <w:sz w:val="24"/>
        </w:rPr>
        <w:t>〈? ὅπλον〉 λεοντόκρανον</w:t>
      </w:r>
    </w:p>
    <w:p>
      <w:r>
        <w:rPr>
          <w:rFonts w:ascii="Courier New" w:hAnsi="Courier New"/>
          <w:color w:val="555555"/>
          <w:sz w:val="20"/>
        </w:rPr>
        <w:t>[231*]</w:t>
      </w:r>
    </w:p>
    <w:p>
      <w:r>
        <w:rPr>
          <w:rFonts w:ascii="Gentium Plus" w:hAnsi="Gentium Plus"/>
          <w:sz w:val="24"/>
        </w:rPr>
        <w:t>λεπάργου βοός</w:t>
      </w:r>
    </w:p>
    <w:p>
      <w:r>
        <w:rPr>
          <w:rFonts w:ascii="Courier New" w:hAnsi="Courier New"/>
          <w:color w:val="555555"/>
          <w:sz w:val="20"/>
        </w:rPr>
        <w:t>[232]</w:t>
      </w:r>
    </w:p>
    <w:p>
      <w:r>
        <w:rPr>
          <w:rFonts w:ascii="Gentium Plus" w:hAnsi="Gentium Plus"/>
          <w:sz w:val="24"/>
        </w:rPr>
        <w:t>λιβρὸν σέλας</w:t>
      </w:r>
    </w:p>
    <w:p>
      <w:r>
        <w:rPr>
          <w:rFonts w:ascii="Courier New" w:hAnsi="Courier New"/>
          <w:color w:val="555555"/>
          <w:sz w:val="20"/>
        </w:rPr>
        <w:t>[233]</w:t>
      </w:r>
    </w:p>
    <w:p>
      <w:r>
        <w:rPr>
          <w:rFonts w:ascii="Gentium Plus" w:hAnsi="Gentium Plus"/>
          <w:sz w:val="24"/>
        </w:rPr>
        <w:t>Λίβυς τ’ ἀηδών</w:t>
      </w:r>
    </w:p>
    <w:p>
      <w:r>
        <w:rPr>
          <w:rFonts w:ascii="Courier New" w:hAnsi="Courier New"/>
          <w:color w:val="555555"/>
          <w:sz w:val="20"/>
        </w:rPr>
        <w:t>[234]</w:t>
      </w:r>
    </w:p>
    <w:p>
      <w:r>
        <w:rPr>
          <w:rFonts w:ascii="Gentium Plus" w:hAnsi="Gentium Plus"/>
          <w:sz w:val="24"/>
        </w:rPr>
        <w:t>λιτῆρα θαλ〈λ〉όν</w:t>
      </w:r>
    </w:p>
    <w:p>
      <w:r>
        <w:rPr>
          <w:rFonts w:ascii="Courier New" w:hAnsi="Courier New"/>
          <w:color w:val="555555"/>
          <w:sz w:val="20"/>
        </w:rPr>
        <w:t>[234a*]</w:t>
      </w:r>
    </w:p>
    <w:p>
      <w:r>
        <w:rPr>
          <w:rFonts w:ascii="Gentium Plus" w:hAnsi="Gentium Plus"/>
          <w:sz w:val="24"/>
        </w:rPr>
        <w:t>Λυδίῳ νόμῳ</w:t>
      </w:r>
    </w:p>
    <w:p>
      <w:r>
        <w:rPr>
          <w:rFonts w:ascii="Courier New" w:hAnsi="Courier New"/>
          <w:color w:val="555555"/>
          <w:sz w:val="20"/>
        </w:rPr>
        <w:t>[235]</w:t>
      </w:r>
    </w:p>
    <w:p>
      <w:r>
        <w:rPr>
          <w:rFonts w:ascii="Gentium Plus" w:hAnsi="Gentium Plus"/>
          <w:sz w:val="24"/>
        </w:rPr>
        <w:t>λύθρον ˈ μαστιγόφορον</w:t>
      </w:r>
    </w:p>
    <w:p>
      <w:r>
        <w:rPr>
          <w:rFonts w:ascii="Courier New" w:hAnsi="Courier New"/>
          <w:color w:val="555555"/>
          <w:sz w:val="20"/>
        </w:rPr>
        <w:t>[236]</w:t>
      </w:r>
    </w:p>
    <w:p>
      <w:r>
        <w:rPr>
          <w:rFonts w:ascii="Gentium Plus" w:hAnsi="Gentium Plus"/>
          <w:sz w:val="24"/>
        </w:rPr>
        <w:t>? × λωτοβοσκὸν φῦλον</w:t>
      </w:r>
    </w:p>
    <w:p>
      <w:r>
        <w:rPr>
          <w:rFonts w:ascii="Courier New" w:hAnsi="Courier New"/>
          <w:color w:val="555555"/>
          <w:sz w:val="20"/>
        </w:rPr>
        <w:t>[237]</w:t>
      </w:r>
    </w:p>
    <w:p>
      <w:r>
        <w:rPr>
          <w:rFonts w:ascii="Gentium Plus" w:hAnsi="Gentium Plus"/>
          <w:sz w:val="24"/>
        </w:rPr>
        <w:t>μέγ’ ἀχήσεται</w:t>
      </w:r>
    </w:p>
    <w:p>
      <w:r>
        <w:rPr>
          <w:rFonts w:ascii="Courier New" w:hAnsi="Courier New"/>
          <w:color w:val="555555"/>
          <w:sz w:val="20"/>
        </w:rPr>
        <w:t>[238]</w:t>
      </w:r>
    </w:p>
    <w:p>
      <w:r>
        <w:rPr>
          <w:rFonts w:ascii="Gentium Plus" w:hAnsi="Gentium Plus"/>
          <w:sz w:val="24"/>
        </w:rPr>
        <w:t>ὡς οἰνοπλῆγες 〈–〉 μεθυστάδες γάμων</w:t>
      </w:r>
    </w:p>
    <w:p>
      <w:r>
        <w:rPr>
          <w:rFonts w:ascii="Courier New" w:hAnsi="Courier New"/>
          <w:color w:val="555555"/>
          <w:sz w:val="20"/>
        </w:rPr>
        <w:t>[239]</w:t>
      </w:r>
    </w:p>
    <w:p>
      <w:r>
        <w:rPr>
          <w:rFonts w:ascii="Gentium Plus" w:hAnsi="Gentium Plus"/>
          <w:sz w:val="24"/>
        </w:rPr>
        <w:t>μονοστραβὴς ὄχος</w:t>
      </w:r>
    </w:p>
    <w:p>
      <w:r>
        <w:rPr>
          <w:rFonts w:ascii="Courier New" w:hAnsi="Courier New"/>
          <w:color w:val="555555"/>
          <w:sz w:val="20"/>
        </w:rPr>
        <w:t>[239a]</w:t>
      </w:r>
    </w:p>
    <w:p>
      <w:r>
        <w:rPr>
          <w:rFonts w:ascii="Gentium Plus" w:hAnsi="Gentium Plus"/>
          <w:sz w:val="24"/>
        </w:rPr>
        <w:t>ναυκληρώσιμοι</w:t>
      </w:r>
    </w:p>
    <w:p>
      <w:r>
        <w:rPr>
          <w:rFonts w:ascii="Courier New" w:hAnsi="Courier New"/>
          <w:color w:val="555555"/>
          <w:sz w:val="20"/>
        </w:rPr>
        <w:t>[239b*]</w:t>
      </w:r>
    </w:p>
    <w:p>
      <w:r>
        <w:rPr>
          <w:rFonts w:ascii="Gentium Plus" w:hAnsi="Gentium Plus"/>
          <w:sz w:val="24"/>
        </w:rPr>
        <w:t>Νεμεάδες πύλαι</w:t>
      </w:r>
    </w:p>
    <w:p>
      <w:r>
        <w:rPr>
          <w:rFonts w:ascii="Courier New" w:hAnsi="Courier New"/>
          <w:color w:val="555555"/>
          <w:sz w:val="20"/>
        </w:rPr>
        <w:t>[240]</w:t>
      </w:r>
    </w:p>
    <w:p>
      <w:r>
        <w:rPr>
          <w:rFonts w:ascii="Gentium Plus" w:hAnsi="Gentium Plus"/>
          <w:sz w:val="24"/>
        </w:rPr>
        <w:t>νεόφθιτος κόρη</w:t>
      </w:r>
    </w:p>
    <w:p>
      <w:r>
        <w:rPr>
          <w:rFonts w:ascii="Courier New" w:hAnsi="Courier New"/>
          <w:color w:val="555555"/>
          <w:sz w:val="20"/>
        </w:rPr>
        <w:t>[242a*]</w:t>
      </w:r>
    </w:p>
    <w:p>
      <w:r>
        <w:rPr>
          <w:rFonts w:ascii="Gentium Plus" w:hAnsi="Gentium Plus"/>
          <w:sz w:val="24"/>
        </w:rPr>
        <w:t>οἰο〈σ〉φάγῳ ... σιδήρῳ</w:t>
      </w:r>
    </w:p>
    <w:p>
      <w:r>
        <w:rPr>
          <w:rFonts w:ascii="Courier New" w:hAnsi="Courier New"/>
          <w:color w:val="555555"/>
          <w:sz w:val="20"/>
        </w:rPr>
        <w:t>[244]</w:t>
      </w:r>
    </w:p>
    <w:p>
      <w:r>
        <w:rPr>
          <w:rFonts w:ascii="Gentium Plus" w:hAnsi="Gentium Plus"/>
          <w:sz w:val="24"/>
        </w:rPr>
        <w:t>ὀρείοις ποσί</w:t>
      </w:r>
    </w:p>
    <w:p>
      <w:r>
        <w:rPr>
          <w:rFonts w:ascii="Courier New" w:hAnsi="Courier New"/>
          <w:color w:val="555555"/>
          <w:sz w:val="20"/>
        </w:rPr>
        <w:t>[245]</w:t>
      </w:r>
    </w:p>
    <w:p>
      <w:r>
        <w:rPr>
          <w:rFonts w:ascii="Gentium Plus" w:hAnsi="Gentium Plus"/>
          <w:sz w:val="24"/>
        </w:rPr>
        <w:t>ὀρσίπους βοή</w:t>
      </w:r>
    </w:p>
    <w:p>
      <w:r>
        <w:rPr>
          <w:rFonts w:ascii="Courier New" w:hAnsi="Courier New"/>
          <w:color w:val="555555"/>
          <w:sz w:val="20"/>
        </w:rPr>
        <w:t>[246]</w:t>
      </w:r>
    </w:p>
    <w:p>
      <w:r>
        <w:rPr>
          <w:rFonts w:ascii="Gentium Plus" w:hAnsi="Gentium Plus"/>
          <w:sz w:val="24"/>
        </w:rPr>
        <w:t>ὁσίους θαλάμους</w:t>
      </w:r>
    </w:p>
    <w:p>
      <w:r>
        <w:rPr>
          <w:rFonts w:ascii="Courier New" w:hAnsi="Courier New"/>
          <w:color w:val="555555"/>
          <w:sz w:val="20"/>
        </w:rPr>
        <w:t>[247]</w:t>
      </w:r>
    </w:p>
    <w:p>
      <w:r>
        <w:rPr>
          <w:rFonts w:ascii="Gentium Plus" w:hAnsi="Gentium Plus"/>
          <w:sz w:val="24"/>
        </w:rPr>
        <w:t>ὄτοβος ἅλιμος</w:t>
      </w:r>
    </w:p>
    <w:p>
      <w:r>
        <w:rPr>
          <w:rFonts w:ascii="Courier New" w:hAnsi="Courier New"/>
          <w:color w:val="555555"/>
          <w:sz w:val="20"/>
        </w:rPr>
        <w:t>[248*]</w:t>
      </w:r>
    </w:p>
    <w:p>
      <w:r>
        <w:rPr>
          <w:rFonts w:ascii="Gentium Plus" w:hAnsi="Gentium Plus"/>
          <w:sz w:val="24"/>
        </w:rPr>
        <w:t>οὐκ ἄμοιρος ἦν</w:t>
      </w:r>
    </w:p>
    <w:p>
      <w:r>
        <w:rPr>
          <w:rFonts w:ascii="Courier New" w:hAnsi="Courier New"/>
          <w:color w:val="555555"/>
          <w:sz w:val="20"/>
        </w:rPr>
        <w:t>[250]</w:t>
      </w:r>
    </w:p>
    <w:p>
      <w:r>
        <w:rPr>
          <w:rFonts w:ascii="Gentium Plus" w:hAnsi="Gentium Plus"/>
          <w:sz w:val="24"/>
        </w:rPr>
        <w:t>×– ὀχᾶσθαι ... οὐ βαρυσκελῆ ποεῖ</w:t>
      </w:r>
    </w:p>
    <w:p>
      <w:r>
        <w:rPr>
          <w:rFonts w:ascii="Courier New" w:hAnsi="Courier New"/>
          <w:color w:val="555555"/>
          <w:sz w:val="20"/>
        </w:rPr>
        <w:t>[251]</w:t>
      </w:r>
    </w:p>
    <w:p>
      <w:r>
        <w:rPr>
          <w:rFonts w:ascii="Gentium Plus" w:hAnsi="Gentium Plus"/>
          <w:sz w:val="24"/>
        </w:rPr>
        <w:t>ὀχεία ποντία</w:t>
      </w:r>
    </w:p>
    <w:p>
      <w:r>
        <w:rPr>
          <w:rFonts w:ascii="Courier New" w:hAnsi="Courier New"/>
          <w:color w:val="555555"/>
          <w:sz w:val="20"/>
        </w:rPr>
        <w:t>[252]</w:t>
      </w:r>
    </w:p>
    <w:p>
      <w:r>
        <w:rPr>
          <w:rFonts w:ascii="Gentium Plus" w:hAnsi="Gentium Plus"/>
          <w:sz w:val="24"/>
        </w:rPr>
        <w:t>παμβῶτις †τύχη† ˈ ἐλπίς</w:t>
      </w:r>
    </w:p>
    <w:p>
      <w:r>
        <w:rPr>
          <w:rFonts w:ascii="Courier New" w:hAnsi="Courier New"/>
          <w:color w:val="555555"/>
          <w:sz w:val="20"/>
        </w:rPr>
        <w:t>[253]</w:t>
      </w:r>
    </w:p>
    <w:p>
      <w:r>
        <w:rPr>
          <w:rFonts w:ascii="Gentium Plus" w:hAnsi="Gentium Plus"/>
          <w:sz w:val="24"/>
        </w:rPr>
        <w:t>παρεμβάλοιτο κλῆρον</w:t>
      </w:r>
    </w:p>
    <w:p>
      <w:r>
        <w:rPr>
          <w:rFonts w:ascii="Courier New" w:hAnsi="Courier New"/>
          <w:color w:val="555555"/>
          <w:sz w:val="20"/>
        </w:rPr>
        <w:t>[254]</w:t>
      </w:r>
    </w:p>
    <w:p>
      <w:r>
        <w:rPr>
          <w:rFonts w:ascii="Gentium Plus" w:hAnsi="Gentium Plus"/>
          <w:sz w:val="24"/>
        </w:rPr>
        <w:t>περισπερχοῦς βοῆς</w:t>
      </w:r>
    </w:p>
    <w:p>
      <w:r>
        <w:rPr>
          <w:rFonts w:ascii="Courier New" w:hAnsi="Courier New"/>
          <w:color w:val="555555"/>
          <w:sz w:val="20"/>
        </w:rPr>
        <w:t>[255]</w:t>
      </w:r>
    </w:p>
    <w:p>
      <w:r>
        <w:rPr>
          <w:rFonts w:ascii="Gentium Plus" w:hAnsi="Gentium Plus"/>
          <w:sz w:val="24"/>
        </w:rPr>
        <w:t>πηκτὸς θάνατος</w:t>
      </w:r>
    </w:p>
    <w:p>
      <w:r>
        <w:rPr>
          <w:rFonts w:ascii="Courier New" w:hAnsi="Courier New"/>
          <w:color w:val="555555"/>
          <w:sz w:val="20"/>
        </w:rPr>
        <w:t>[256]</w:t>
      </w:r>
    </w:p>
    <w:p>
      <w:r>
        <w:rPr>
          <w:rFonts w:ascii="Gentium Plus" w:hAnsi="Gentium Plus"/>
          <w:sz w:val="24"/>
        </w:rPr>
        <w:t>Ποιναῖς ἐφικταῖς</w:t>
      </w:r>
    </w:p>
    <w:p>
      <w:r>
        <w:rPr>
          <w:rFonts w:ascii="Courier New" w:hAnsi="Courier New"/>
          <w:color w:val="555555"/>
          <w:sz w:val="20"/>
        </w:rPr>
        <w:t>[257]</w:t>
      </w:r>
    </w:p>
    <w:p>
      <w:r>
        <w:rPr>
          <w:rFonts w:ascii="Gentium Plus" w:hAnsi="Gentium Plus"/>
          <w:sz w:val="24"/>
        </w:rPr>
        <w:t>πολλὴ φαρέτρα</w:t>
      </w:r>
    </w:p>
    <w:p>
      <w:r>
        <w:rPr>
          <w:rFonts w:ascii="Courier New" w:hAnsi="Courier New"/>
          <w:color w:val="555555"/>
          <w:sz w:val="20"/>
        </w:rPr>
        <w:t>[258]</w:t>
      </w:r>
    </w:p>
    <w:p>
      <w:r>
        <w:rPr>
          <w:rFonts w:ascii="Gentium Plus" w:hAnsi="Gentium Plus"/>
          <w:sz w:val="24"/>
        </w:rPr>
        <w:t>πόντια ῥάκη</w:t>
      </w:r>
    </w:p>
    <w:p>
      <w:r>
        <w:rPr>
          <w:rFonts w:ascii="Courier New" w:hAnsi="Courier New"/>
          <w:color w:val="555555"/>
          <w:sz w:val="20"/>
        </w:rPr>
        <w:t>[259]</w:t>
      </w:r>
    </w:p>
    <w:p>
      <w:r>
        <w:rPr>
          <w:rFonts w:ascii="Gentium Plus" w:hAnsi="Gentium Plus"/>
          <w:sz w:val="24"/>
        </w:rPr>
        <w:t>πρέμνον ἑστίας</w:t>
      </w:r>
    </w:p>
    <w:p>
      <w:r>
        <w:rPr>
          <w:rFonts w:ascii="Courier New" w:hAnsi="Courier New"/>
          <w:color w:val="555555"/>
          <w:sz w:val="20"/>
        </w:rPr>
        <w:t>[260]</w:t>
      </w:r>
    </w:p>
    <w:p>
      <w:r>
        <w:rPr>
          <w:rFonts w:ascii="Gentium Plus" w:hAnsi="Gentium Plus"/>
          <w:sz w:val="24"/>
        </w:rPr>
        <w:t>×– προσαιθρίζουσα πόμπιμον φλόγα</w:t>
      </w:r>
    </w:p>
    <w:p>
      <w:r>
        <w:rPr>
          <w:rFonts w:ascii="Courier New" w:hAnsi="Courier New"/>
          <w:color w:val="555555"/>
          <w:sz w:val="20"/>
        </w:rPr>
        <w:t>[261]</w:t>
      </w:r>
    </w:p>
    <w:p>
      <w:r>
        <w:rPr>
          <w:rFonts w:ascii="Gentium Plus" w:hAnsi="Gentium Plus"/>
          <w:sz w:val="24"/>
        </w:rPr>
        <w:t>〈νοτὶσ〉 προσαυρίζουσα χερσαίᾳ τροχῇ</w:t>
      </w:r>
    </w:p>
    <w:p>
      <w:r>
        <w:rPr>
          <w:rFonts w:ascii="Courier New" w:hAnsi="Courier New"/>
          <w:color w:val="555555"/>
          <w:sz w:val="20"/>
        </w:rPr>
        <w:t>[262]</w:t>
      </w:r>
    </w:p>
    <w:p>
      <w:r>
        <w:rPr>
          <w:rFonts w:ascii="Gentium Plus" w:hAnsi="Gentium Plus"/>
          <w:sz w:val="24"/>
        </w:rPr>
        <w:t>Πυθίων ἀνακτόρων</w:t>
      </w:r>
    </w:p>
    <w:p>
      <w:r>
        <w:rPr>
          <w:rFonts w:ascii="Courier New" w:hAnsi="Courier New"/>
          <w:color w:val="555555"/>
          <w:sz w:val="20"/>
        </w:rPr>
        <w:t>[262a*]</w:t>
      </w:r>
    </w:p>
    <w:p>
      <w:r>
        <w:rPr>
          <w:rFonts w:ascii="Gentium Plus" w:hAnsi="Gentium Plus"/>
          <w:sz w:val="24"/>
        </w:rPr>
        <w:t>ῥυσίοισιν ἐν ταφαῖς</w:t>
      </w:r>
    </w:p>
    <w:p>
      <w:r>
        <w:rPr>
          <w:rFonts w:ascii="Courier New" w:hAnsi="Courier New"/>
          <w:color w:val="555555"/>
          <w:sz w:val="20"/>
        </w:rPr>
        <w:t>[263]</w:t>
      </w:r>
    </w:p>
    <w:p>
      <w:r>
        <w:rPr>
          <w:rFonts w:ascii="Gentium Plus" w:hAnsi="Gentium Plus"/>
          <w:sz w:val="24"/>
        </w:rPr>
        <w:t>σαρκήρη στάχυν</w:t>
      </w:r>
    </w:p>
    <w:p>
      <w:r>
        <w:rPr>
          <w:rFonts w:ascii="Courier New" w:hAnsi="Courier New"/>
          <w:color w:val="555555"/>
          <w:sz w:val="20"/>
        </w:rPr>
        <w:t>[264]</w:t>
      </w:r>
    </w:p>
    <w:p>
      <w:r>
        <w:rPr>
          <w:rFonts w:ascii="Gentium Plus" w:hAnsi="Gentium Plus"/>
          <w:sz w:val="24"/>
        </w:rPr>
        <w:t>? × σαυροβριθὲς ἔγχος</w:t>
      </w:r>
    </w:p>
    <w:p>
      <w:r>
        <w:rPr>
          <w:rFonts w:ascii="Courier New" w:hAnsi="Courier New"/>
          <w:color w:val="555555"/>
          <w:sz w:val="20"/>
        </w:rPr>
        <w:t>[265]</w:t>
      </w:r>
    </w:p>
    <w:p>
      <w:r>
        <w:rPr>
          <w:rFonts w:ascii="Gentium Plus" w:hAnsi="Gentium Plus"/>
          <w:sz w:val="24"/>
        </w:rPr>
        <w:t>σηματίζονται πέδον</w:t>
      </w:r>
    </w:p>
    <w:p>
      <w:r>
        <w:rPr>
          <w:rFonts w:ascii="Courier New" w:hAnsi="Courier New"/>
          <w:color w:val="555555"/>
          <w:sz w:val="20"/>
        </w:rPr>
        <w:t>[266]</w:t>
      </w:r>
    </w:p>
    <w:p>
      <w:r>
        <w:rPr>
          <w:rFonts w:ascii="Gentium Plus" w:hAnsi="Gentium Plus"/>
          <w:sz w:val="24"/>
        </w:rPr>
        <w:t>τετραέλικτον ἅλμαν</w:t>
      </w:r>
    </w:p>
    <w:p>
      <w:r>
        <w:rPr>
          <w:rFonts w:ascii="Courier New" w:hAnsi="Courier New"/>
          <w:color w:val="555555"/>
          <w:sz w:val="20"/>
        </w:rPr>
        <w:t>[267]</w:t>
      </w:r>
    </w:p>
    <w:p>
      <w:r>
        <w:rPr>
          <w:rFonts w:ascii="Gentium Plus" w:hAnsi="Gentium Plus"/>
          <w:sz w:val="24"/>
        </w:rPr>
        <w:t>τέχνης γὰρ οὐχ ἥμαρτες</w:t>
      </w:r>
    </w:p>
    <w:p>
      <w:r>
        <w:rPr>
          <w:rFonts w:ascii="Courier New" w:hAnsi="Courier New"/>
          <w:color w:val="555555"/>
          <w:sz w:val="20"/>
        </w:rPr>
        <w:t>[268*]</w:t>
      </w:r>
    </w:p>
    <w:p>
      <w:r>
        <w:rPr>
          <w:rFonts w:ascii="Gentium Plus" w:hAnsi="Gentium Plus"/>
          <w:sz w:val="24"/>
        </w:rPr>
        <w:t>τίεσκε μύθους</w:t>
      </w:r>
    </w:p>
    <w:p>
      <w:r>
        <w:rPr>
          <w:rFonts w:ascii="Courier New" w:hAnsi="Courier New"/>
          <w:color w:val="555555"/>
          <w:sz w:val="20"/>
        </w:rPr>
        <w:t>[269a]</w:t>
      </w:r>
    </w:p>
    <w:p>
      <w:r>
        <w:rPr>
          <w:rFonts w:ascii="Gentium Plus" w:hAnsi="Gentium Plus"/>
          <w:sz w:val="24"/>
        </w:rPr>
        <w:t>Τιρύνθιον πλίνθε〈υ〉μα</w:t>
      </w:r>
    </w:p>
    <w:p>
      <w:r>
        <w:rPr>
          <w:rFonts w:ascii="Courier New" w:hAnsi="Courier New"/>
          <w:color w:val="555555"/>
          <w:sz w:val="20"/>
        </w:rPr>
        <w:t>[269b]</w:t>
      </w:r>
    </w:p>
    <w:p>
      <w:r>
        <w:rPr>
          <w:rFonts w:ascii="Gentium Plus" w:hAnsi="Gentium Plus"/>
          <w:sz w:val="24"/>
        </w:rPr>
        <w:t>Κυκλώπων ἕδος</w:t>
      </w:r>
    </w:p>
    <w:p>
      <w:r>
        <w:rPr>
          <w:rFonts w:ascii="Courier New" w:hAnsi="Courier New"/>
          <w:color w:val="555555"/>
          <w:sz w:val="20"/>
        </w:rPr>
        <w:t>[270]</w:t>
      </w:r>
    </w:p>
    <w:p>
      <w:r>
        <w:rPr>
          <w:rFonts w:ascii="Gentium Plus" w:hAnsi="Gentium Plus"/>
          <w:sz w:val="24"/>
        </w:rPr>
        <w:t>τραπεζίτην Πάριν</w:t>
      </w:r>
    </w:p>
    <w:p>
      <w:r>
        <w:rPr>
          <w:rFonts w:ascii="Courier New" w:hAnsi="Courier New"/>
          <w:color w:val="555555"/>
          <w:sz w:val="20"/>
        </w:rPr>
        <w:t>[271]</w:t>
      </w:r>
    </w:p>
    <w:p>
      <w:r>
        <w:rPr>
          <w:rFonts w:ascii="Gentium Plus" w:hAnsi="Gentium Plus"/>
          <w:sz w:val="24"/>
        </w:rPr>
        <w:t>φοινικελίκτην καὶ λόγων ἀλαζόνα</w:t>
      </w:r>
    </w:p>
    <w:p>
      <w:r>
        <w:rPr>
          <w:rFonts w:ascii="Courier New" w:hAnsi="Courier New"/>
          <w:color w:val="555555"/>
          <w:sz w:val="20"/>
        </w:rPr>
        <w:t>[272]</w:t>
      </w:r>
    </w:p>
    <w:p>
      <w:r>
        <w:rPr>
          <w:rFonts w:ascii="Gentium Plus" w:hAnsi="Gentium Plus"/>
          <w:sz w:val="24"/>
        </w:rPr>
        <w:t>χαλκόδοντας στόλους</w:t>
      </w:r>
    </w:p>
    <w:p>
      <w:r>
        <w:rPr>
          <w:rFonts w:ascii="Courier New" w:hAnsi="Courier New"/>
          <w:color w:val="555555"/>
          <w:sz w:val="20"/>
        </w:rPr>
        <w:t>[273]</w:t>
      </w:r>
    </w:p>
    <w:p>
      <w:r>
        <w:rPr>
          <w:rFonts w:ascii="Gentium Plus" w:hAnsi="Gentium Plus"/>
          <w:sz w:val="24"/>
        </w:rPr>
        <w:t>χθονίαν λώβαν</w:t>
      </w:r>
    </w:p>
    <w:p>
      <w:r>
        <w:rPr>
          <w:rFonts w:ascii="Courier New" w:hAnsi="Courier New"/>
          <w:color w:val="555555"/>
          <w:sz w:val="20"/>
        </w:rPr>
        <w:t>[274]</w:t>
      </w:r>
    </w:p>
    <w:p>
      <w:r>
        <w:rPr>
          <w:rFonts w:ascii="Gentium Plus" w:hAnsi="Gentium Plus"/>
          <w:sz w:val="24"/>
        </w:rPr>
        <w:t>χθονίους Ἰναχίδας</w:t>
      </w:r>
    </w:p>
    <w:p>
      <w:r>
        <w:rPr>
          <w:rFonts w:ascii="Courier New" w:hAnsi="Courier New"/>
          <w:color w:val="555555"/>
          <w:sz w:val="20"/>
        </w:rPr>
        <w:t>[275]</w:t>
      </w:r>
    </w:p>
    <w:p>
      <w:r>
        <w:rPr>
          <w:rFonts w:ascii="Gentium Plus" w:hAnsi="Gentium Plus"/>
          <w:sz w:val="24"/>
        </w:rPr>
        <w:t>× χρωματισθεὶς εὐθὺς ἐξ εὐνῆς φόνῳ</w:t>
      </w:r>
    </w:p>
    <w:p>
      <w:r>
        <w:rPr>
          <w:rFonts w:ascii="Courier New" w:hAnsi="Courier New"/>
          <w:color w:val="555555"/>
          <w:sz w:val="20"/>
        </w:rPr>
        <w:t>[276]</w:t>
      </w:r>
    </w:p>
    <w:p>
      <w:r>
        <w:rPr>
          <w:rFonts w:ascii="Gentium Plus" w:hAnsi="Gentium Plus"/>
          <w:sz w:val="24"/>
        </w:rPr>
        <w:t>χυτλὸς δὲ κρατὸς ὄγκος εὔσκιος παρῆν</w:t>
      </w:r>
    </w:p>
    <w:p>
      <w:r>
        <w:rPr>
          <w:rFonts w:ascii="Courier New" w:hAnsi="Courier New"/>
          <w:color w:val="555555"/>
          <w:sz w:val="20"/>
        </w:rPr>
        <w:t>[278]</w:t>
      </w:r>
    </w:p>
    <w:p>
      <w:r>
        <w:rPr>
          <w:rFonts w:ascii="Gentium Plus" w:hAnsi="Gentium Plus"/>
          <w:sz w:val="24"/>
        </w:rPr>
        <w:t>ὥσπερ ὀφθαλμὸς Διός</w:t>
      </w:r>
    </w:p>
    <w:p>
      <w:r>
        <w:rPr>
          <w:rFonts w:ascii="Courier New" w:hAnsi="Courier New"/>
          <w:color w:val="555555"/>
          <w:sz w:val="20"/>
        </w:rPr>
        <w:t>[279a*]</w:t>
      </w:r>
    </w:p>
    <w:p>
      <w:r>
        <w:rPr>
          <w:rFonts w:ascii="Gentium Plus" w:hAnsi="Gentium Plus"/>
          <w:sz w:val="24"/>
        </w:rPr>
        <w:t>†μία μία χαρεις·† καὶ κάτω θεοὺς ἔχεις</w:t>
      </w:r>
    </w:p>
    <w:p>
      <w:r>
        <w:rPr>
          <w:rFonts w:ascii="Courier New" w:hAnsi="Courier New"/>
          <w:color w:val="555555"/>
          <w:sz w:val="20"/>
        </w:rPr>
        <w:t>[279b*]</w:t>
      </w:r>
    </w:p>
    <w:p>
      <w:r>
        <w:rPr>
          <w:rFonts w:ascii="Gentium Plus" w:hAnsi="Gentium Plus"/>
          <w:sz w:val="24"/>
        </w:rPr>
        <w:t>ἐν τοῖς ἱεροῖς τοῖς παχυδένδροις ἄλσεσι ––</w:t>
      </w:r>
    </w:p>
    <w:p>
      <w:r>
        <w:rPr>
          <w:rFonts w:ascii="Courier New" w:hAnsi="Courier New"/>
          <w:color w:val="555555"/>
          <w:sz w:val="20"/>
        </w:rPr>
        <w:t>[279c*]</w:t>
      </w:r>
    </w:p>
    <w:p>
      <w:r>
        <w:rPr>
          <w:rFonts w:ascii="Gentium Plus" w:hAnsi="Gentium Plus"/>
          <w:sz w:val="24"/>
        </w:rPr>
        <w:t>πτερῷ πορεύσιμος</w:t>
      </w:r>
    </w:p>
    <w:p>
      <w:r>
        <w:rPr>
          <w:rFonts w:ascii="Courier New" w:hAnsi="Courier New"/>
          <w:color w:val="555555"/>
          <w:sz w:val="20"/>
        </w:rPr>
        <w:t>[279d*]</w:t>
      </w:r>
    </w:p>
    <w:p>
      <w:r>
        <w:rPr>
          <w:rFonts w:ascii="Gentium Plus" w:hAnsi="Gentium Plus"/>
          <w:sz w:val="24"/>
        </w:rPr>
        <w:t>ὁρᾷ τε δεινὰ θιγγάνει τ’ ἀηδόνων</w:t>
      </w:r>
    </w:p>
    <w:p>
      <w:r>
        <w:rPr>
          <w:rFonts w:ascii="Courier New" w:hAnsi="Courier New"/>
          <w:color w:val="555555"/>
          <w:sz w:val="20"/>
        </w:rPr>
        <w:t>[279e*]</w:t>
      </w:r>
    </w:p>
    <w:p>
      <w:r>
        <w:rPr>
          <w:rFonts w:ascii="Gentium Plus" w:hAnsi="Gentium Plus"/>
          <w:sz w:val="24"/>
        </w:rPr>
        <w:t>καλὸν Διὸς φῶς</w:t>
      </w:r>
    </w:p>
    <w:p>
      <w:r>
        <w:rPr>
          <w:rFonts w:ascii="Courier New" w:hAnsi="Courier New"/>
          <w:color w:val="555555"/>
          <w:sz w:val="20"/>
        </w:rPr>
        <w:t>[279f*]</w:t>
      </w:r>
    </w:p>
    <w:p>
      <w:r>
        <w:rPr>
          <w:rFonts w:ascii="Gentium Plus" w:hAnsi="Gentium Plus"/>
          <w:sz w:val="24"/>
        </w:rPr>
        <w:t>Διὸς κεραυνόν, ὅπλον α[</w:t>
      </w:r>
    </w:p>
    <w:p>
      <w:r>
        <w:rPr>
          <w:rFonts w:ascii="Courier New" w:hAnsi="Courier New"/>
          <w:color w:val="555555"/>
          <w:sz w:val="20"/>
        </w:rPr>
        <w:t>[1]</w:t>
      </w:r>
    </w:p>
    <w:p>
      <w:r>
        <w:rPr>
          <w:rFonts w:ascii="Gentium Plus" w:hAnsi="Gentium Plus"/>
          <w:sz w:val="24"/>
        </w:rPr>
        <w:t>*** ἔπος δ’ ἐφώνη⸤σεν τόδ⸤ε 〈?</w:t>
      </w:r>
    </w:p>
    <w:p>
      <w:r>
        <w:rPr>
          <w:rFonts w:ascii="Courier New" w:hAnsi="Courier New"/>
          <w:color w:val="555555"/>
          <w:sz w:val="20"/>
        </w:rPr>
        <w:t>[2]</w:t>
      </w:r>
    </w:p>
    <w:p>
      <w:r>
        <w:rPr>
          <w:rFonts w:ascii="Gentium Plus" w:hAnsi="Gentium Plus"/>
          <w:sz w:val="24"/>
        </w:rPr>
        <w:t>*** ἐπεὶ λιπόντες τὰς ἱερὰς Χίω〈ν</w:t>
      </w:r>
    </w:p>
    <w:p>
      <w:r>
        <w:rPr>
          <w:rFonts w:ascii="Courier New" w:hAnsi="Courier New"/>
          <w:color w:val="555555"/>
          <w:sz w:val="20"/>
        </w:rPr>
        <w:t>[279g]</w:t>
      </w:r>
    </w:p>
    <w:p>
      <w:r>
        <w:rPr>
          <w:rFonts w:ascii="Gentium Plus" w:hAnsi="Gentium Plus"/>
          <w:sz w:val="24"/>
        </w:rPr>
        <w:t>×–⏑–×] πολεμικωτέρα θεός</w:t>
      </w:r>
    </w:p>
    <w:p>
      <w:r>
        <w:rPr>
          <w:rFonts w:ascii="Courier New" w:hAnsi="Courier New"/>
          <w:color w:val="555555"/>
          <w:sz w:val="20"/>
        </w:rPr>
        <w:t>[1]</w:t>
      </w:r>
    </w:p>
    <w:p>
      <w:r>
        <w:rPr>
          <w:rFonts w:ascii="Gentium Plus" w:hAnsi="Gentium Plus"/>
          <w:sz w:val="24"/>
        </w:rPr>
        <w:t>*** αυτη γ.λ..κωλυσι αυτη δείματα</w:t>
      </w:r>
    </w:p>
    <w:p>
      <w:r>
        <w:rPr>
          <w:rFonts w:ascii="Courier New" w:hAnsi="Courier New"/>
          <w:color w:val="555555"/>
          <w:sz w:val="20"/>
        </w:rPr>
        <w:t>[2]</w:t>
      </w:r>
    </w:p>
    <w:p>
      <w:r>
        <w:rPr>
          <w:rFonts w:ascii="Gentium Plus" w:hAnsi="Gentium Plus"/>
          <w:sz w:val="24"/>
        </w:rPr>
        <w:t>*** ἀλλ’ οὔτε μ[ε]ί[ζ]ω κόμπον ἐξοίσω λόγων οὔτ’ ἐνδέοντα τῆς ἀληθείας ἐγώ</w:t>
      </w:r>
    </w:p>
    <w:p>
      <w:r>
        <w:rPr>
          <w:rFonts w:ascii="Courier New" w:hAnsi="Courier New"/>
          <w:color w:val="555555"/>
          <w:sz w:val="20"/>
        </w:rPr>
        <w:t>[4]</w:t>
      </w:r>
    </w:p>
    <w:p>
      <w:r>
        <w:rPr>
          <w:rFonts w:ascii="Gentium Plus" w:hAnsi="Gentium Plus"/>
          <w:sz w:val="24"/>
        </w:rPr>
        <w:t>***</w:t>
      </w:r>
    </w:p>
    <w:p>
      <w:r>
        <w:rPr>
          <w:rFonts w:ascii="Courier New" w:hAnsi="Courier New"/>
          <w:color w:val="555555"/>
          <w:sz w:val="20"/>
        </w:rPr>
        <w:t>[5]</w:t>
      </w:r>
    </w:p>
    <w:p>
      <w:r>
        <w:rPr>
          <w:rFonts w:ascii="Gentium Plus" w:hAnsi="Gentium Plus"/>
          <w:sz w:val="24"/>
        </w:rPr>
        <w:t>ἐπεὶ γὰρ ἔξω α.λολους σκηνωμάτων</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[9]</w:t>
      </w:r>
    </w:p>
    <w:p>
      <w:r>
        <w:rPr>
          <w:rFonts w:ascii="Gentium Plus" w:hAnsi="Gentium Plus"/>
          <w:sz w:val="24"/>
        </w:rPr>
        <w:t>[]υ· τὸν καθ’ αὑτὸν τύμβον .ς..υνει δόμος</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[10]</w:t>
      </w:r>
    </w:p>
    <w:p>
      <w:r>
        <w:rPr>
          <w:rFonts w:ascii="Gentium Plus" w:hAnsi="Gentium Plus"/>
          <w:sz w:val="24"/>
        </w:rPr>
        <w:t>⏔]ων ἀκοῶν ˈ ἀλλὰ τόδ’ έξω</w:t>
      </w:r>
    </w:p>
    <w:p>
      <w:r>
        <w:rPr>
          <w:rFonts w:ascii="Courier New" w:hAnsi="Courier New"/>
          <w:color w:val="555555"/>
          <w:sz w:val="20"/>
        </w:rPr>
        <w:t>[10]</w:t>
      </w:r>
    </w:p>
    <w:p>
      <w:r>
        <w:rPr>
          <w:rFonts w:ascii="Gentium Plus" w:hAnsi="Gentium Plus"/>
          <w:sz w:val="24"/>
        </w:rPr>
        <w:t>*** ×–⏑–× συμ]φορὰ θεήλατον</w:t>
      </w:r>
    </w:p>
    <w:p>
      <w:r>
        <w:rPr>
          <w:rFonts w:ascii="Courier New" w:hAnsi="Courier New"/>
          <w:color w:val="555555"/>
          <w:sz w:val="20"/>
        </w:rPr>
        <w:t>[279h]</w:t>
      </w:r>
    </w:p>
    <w:p>
      <w:r>
        <w:rPr>
          <w:rFonts w:ascii="Gentium Plus" w:hAnsi="Gentium Plus"/>
          <w:sz w:val="24"/>
        </w:rPr>
        <w:t>βραχὺς ὁ βίος, μακρὸν δέ</w:t>
      </w:r>
    </w:p>
    <w:p>
      <w:r>
        <w:rPr>
          <w:rFonts w:ascii="Courier New" w:hAnsi="Courier New"/>
          <w:color w:val="555555"/>
          <w:sz w:val="20"/>
        </w:rPr>
        <w:t>[279i*]</w:t>
      </w:r>
    </w:p>
    <w:p>
      <w:r>
        <w:rPr>
          <w:rFonts w:ascii="Gentium Plus" w:hAnsi="Gentium Plus"/>
          <w:sz w:val="24"/>
        </w:rPr>
        <w:t>μάτην, Προμηθεῦ, ἔνατον ἀπολέσας γένος</w:t>
      </w:r>
    </w:p>
    <w:p>
      <w:r>
        <w:rPr>
          <w:rFonts w:ascii="Courier New" w:hAnsi="Courier New"/>
          <w:color w:val="555555"/>
          <w:sz w:val="20"/>
        </w:rPr>
        <w:t>[279k*]</w:t>
      </w:r>
    </w:p>
    <w:p>
      <w:r>
        <w:rPr>
          <w:rFonts w:ascii="Gentium Plus" w:hAnsi="Gentium Plus"/>
          <w:sz w:val="24"/>
        </w:rPr>
        <w:t>φιλ. δ’ ἐμαυτὴν †πιστευσας† ἀπωλόμην</w:t>
      </w:r>
    </w:p>
    <w:p>
      <w:r>
        <w:rPr>
          <w:rFonts w:ascii="Courier New" w:hAnsi="Courier New"/>
          <w:color w:val="555555"/>
          <w:sz w:val="20"/>
        </w:rPr>
        <w:t>[279u*]</w:t>
      </w:r>
    </w:p>
    <w:p>
      <w:r>
        <w:rPr>
          <w:rFonts w:ascii="Gentium Plus" w:hAnsi="Gentium Plus"/>
          <w:sz w:val="24"/>
        </w:rPr>
        <w:t>παλίμπους τύχη</w:t>
      </w:r>
    </w:p>
    <w:p>
      <w:r>
        <w:rPr>
          <w:rFonts w:ascii="Courier New" w:hAnsi="Courier New"/>
          <w:color w:val="555555"/>
          <w:sz w:val="20"/>
        </w:rPr>
        <w:t>[281*]</w:t>
      </w:r>
    </w:p>
    <w:p>
      <w:r>
        <w:rPr>
          <w:rFonts w:ascii="Gentium Plus" w:hAnsi="Gentium Plus"/>
          <w:sz w:val="24"/>
        </w:rPr>
        <w:t>ἐν γῆς φίλης ὄχθοισι κρυφθῆναι καλόν</w:t>
      </w:r>
    </w:p>
    <w:p>
      <w:r>
        <w:rPr>
          <w:rFonts w:ascii="Courier New" w:hAnsi="Courier New"/>
          <w:color w:val="555555"/>
          <w:sz w:val="20"/>
        </w:rPr>
        <w:t>[282]</w:t>
      </w:r>
    </w:p>
    <w:p>
      <w:r>
        <w:rPr>
          <w:rFonts w:ascii="Gentium Plus" w:hAnsi="Gentium Plus"/>
          <w:sz w:val="24"/>
        </w:rPr>
        <w:t>ἔξεστ’ ἐρωτᾶν πότνιά ς’ ἢ σιγὴν ἔχω;</w:t>
      </w:r>
    </w:p>
    <w:p>
      <w:r>
        <w:rPr>
          <w:rFonts w:ascii="Courier New" w:hAnsi="Courier New"/>
          <w:color w:val="555555"/>
          <w:sz w:val="20"/>
        </w:rPr>
        <w:t>[283]</w:t>
      </w:r>
    </w:p>
    <w:p>
      <w:r>
        <w:rPr>
          <w:rFonts w:ascii="Gentium Plus" w:hAnsi="Gentium Plus"/>
          <w:sz w:val="24"/>
        </w:rPr>
        <w:t>γύναι, τί μοι τραχεῖα κοὐκ εἰθισμένως λαλεῖς;</w:t>
      </w:r>
    </w:p>
    <w:p>
      <w:r>
        <w:rPr>
          <w:rFonts w:ascii="Courier New" w:hAnsi="Courier New"/>
          <w:color w:val="555555"/>
          <w:sz w:val="20"/>
        </w:rPr>
        <w:t>[285]</w:t>
      </w:r>
    </w:p>
    <w:p>
      <w:r>
        <w:rPr>
          <w:rFonts w:ascii="Gentium Plus" w:hAnsi="Gentium Plus"/>
          <w:sz w:val="24"/>
        </w:rPr>
        <w:t>τάδ’ ἔστ’ ὀνείρων νερτέρων φαντάσματα</w:t>
      </w:r>
    </w:p>
    <w:p>
      <w:r>
        <w:rPr>
          <w:rFonts w:ascii="Courier New" w:hAnsi="Courier New"/>
          <w:color w:val="555555"/>
          <w:sz w:val="20"/>
        </w:rPr>
        <w:t>[286]</w:t>
      </w:r>
    </w:p>
    <w:p>
      <w:r>
        <w:rPr>
          <w:rFonts w:ascii="Gentium Plus" w:hAnsi="Gentium Plus"/>
          <w:sz w:val="24"/>
        </w:rPr>
        <w:t>ὡς Πριαμίδαισιν ἐμφερὴς ὁ βουκόλος</w:t>
      </w:r>
    </w:p>
    <w:p>
      <w:r>
        <w:rPr>
          <w:rFonts w:ascii="Courier New" w:hAnsi="Courier New"/>
          <w:color w:val="555555"/>
          <w:sz w:val="20"/>
        </w:rPr>
        <w:t>[288]</w:t>
      </w:r>
    </w:p>
    <w:p>
      <w:r>
        <w:rPr>
          <w:rFonts w:ascii="Gentium Plus" w:hAnsi="Gentium Plus"/>
          <w:sz w:val="24"/>
        </w:rPr>
        <w:t>οὐ μνημονεύω· μὴ λίαν μ’ ἡγοῦ σοφόν</w:t>
      </w:r>
    </w:p>
    <w:p>
      <w:r>
        <w:rPr>
          <w:rFonts w:ascii="Courier New" w:hAnsi="Courier New"/>
          <w:color w:val="555555"/>
          <w:sz w:val="20"/>
        </w:rPr>
        <w:t>[289]</w:t>
      </w:r>
    </w:p>
    <w:p>
      <w:r>
        <w:rPr>
          <w:rFonts w:ascii="Gentium Plus" w:hAnsi="Gentium Plus"/>
          <w:sz w:val="24"/>
        </w:rPr>
        <w:t>ἐξῆλθον Ἕκτορές τε καὶ Σαρπηδόνες</w:t>
      </w:r>
    </w:p>
    <w:p>
      <w:r>
        <w:rPr>
          <w:rFonts w:ascii="Courier New" w:hAnsi="Courier New"/>
          <w:color w:val="555555"/>
          <w:sz w:val="20"/>
        </w:rPr>
        <w:t>[290a]</w:t>
      </w:r>
    </w:p>
    <w:p>
      <w:r>
        <w:rPr>
          <w:rFonts w:ascii="Gentium Plus" w:hAnsi="Gentium Plus"/>
          <w:sz w:val="24"/>
        </w:rPr>
        <w:t>? ⏔ ἔλιπον γᾶν, βαίνω δ’ ἐς Ὄλυμπον ⏑–– ‖?</w:t>
      </w:r>
    </w:p>
    <w:p>
      <w:r>
        <w:rPr>
          <w:rFonts w:ascii="Courier New" w:hAnsi="Courier New"/>
          <w:color w:val="555555"/>
          <w:sz w:val="20"/>
        </w:rPr>
        <w:t>[291]</w:t>
      </w:r>
    </w:p>
    <w:p>
      <w:r>
        <w:rPr>
          <w:rFonts w:ascii="Gentium Plus" w:hAnsi="Gentium Plus"/>
          <w:sz w:val="24"/>
        </w:rPr>
        <w:t>λακιστὸν ἐν πέτραισιν εὑρέσθαι μόρον</w:t>
      </w:r>
    </w:p>
    <w:p>
      <w:r>
        <w:rPr>
          <w:rFonts w:ascii="Courier New" w:hAnsi="Courier New"/>
          <w:color w:val="555555"/>
          <w:sz w:val="20"/>
        </w:rPr>
        <w:t>[291a]</w:t>
      </w:r>
    </w:p>
    <w:p>
      <w:r>
        <w:rPr>
          <w:rFonts w:ascii="Gentium Plus" w:hAnsi="Gentium Plus"/>
          <w:sz w:val="24"/>
        </w:rPr>
        <w:t>×–⏑ πολλὰ πολλάκις δινουμένη</w:t>
      </w:r>
    </w:p>
    <w:p>
      <w:r>
        <w:rPr>
          <w:rFonts w:ascii="Courier New" w:hAnsi="Courier New"/>
          <w:color w:val="555555"/>
          <w:sz w:val="20"/>
        </w:rPr>
        <w:t>[292]</w:t>
      </w:r>
    </w:p>
    <w:p>
      <w:r>
        <w:rPr>
          <w:rFonts w:ascii="Gentium Plus" w:hAnsi="Gentium Plus"/>
          <w:sz w:val="24"/>
        </w:rPr>
        <w:t>χαῖρ’, ὦ δυνάστα τῆσδε γῆς Τιρυνθίας</w:t>
      </w:r>
    </w:p>
    <w:p>
      <w:r>
        <w:rPr>
          <w:rFonts w:ascii="Courier New" w:hAnsi="Courier New"/>
          <w:color w:val="555555"/>
          <w:sz w:val="20"/>
        </w:rPr>
        <w:t>[293]</w:t>
      </w:r>
    </w:p>
    <w:p>
      <w:r>
        <w:rPr>
          <w:rFonts w:ascii="Gentium Plus" w:hAnsi="Gentium Plus"/>
          <w:sz w:val="24"/>
        </w:rPr>
        <w:t>οὐκ οἶσθ’, ἐπεί τοι κἂν ἐκώκυες μέγα</w:t>
      </w:r>
    </w:p>
    <w:p>
      <w:r>
        <w:rPr>
          <w:rFonts w:ascii="Courier New" w:hAnsi="Courier New"/>
          <w:color w:val="555555"/>
          <w:sz w:val="20"/>
        </w:rPr>
        <w:t>[294]</w:t>
      </w:r>
    </w:p>
    <w:p>
      <w:r>
        <w:rPr>
          <w:rFonts w:ascii="Gentium Plus" w:hAnsi="Gentium Plus"/>
          <w:sz w:val="24"/>
        </w:rPr>
        <w:t>χρυσὸς γάρ ἐστιν ὃς βροτῶν ἔχει κράτη</w:t>
      </w:r>
    </w:p>
    <w:p>
      <w:r>
        <w:rPr>
          <w:rFonts w:ascii="Courier New" w:hAnsi="Courier New"/>
          <w:color w:val="555555"/>
          <w:sz w:val="20"/>
        </w:rPr>
        <w:t>[295]</w:t>
      </w:r>
    </w:p>
    <w:p>
      <w:r>
        <w:rPr>
          <w:rFonts w:ascii="Gentium Plus" w:hAnsi="Gentium Plus"/>
          <w:sz w:val="24"/>
        </w:rPr>
        <w:t>δεινόν γε τὴν μὲν μυῖαν ἀλκίμῳ σθένει πηδᾶν ἐπ’ ἀνδρῶν σώμαθ’, ὡς πλησθῇ φόνου, ἄνδρας δ’ ὁπλίτας πολέμιον ταρβεῖν δόρυ</w:t>
      </w:r>
    </w:p>
    <w:p>
      <w:r>
        <w:rPr>
          <w:rFonts w:ascii="Courier New" w:hAnsi="Courier New"/>
          <w:color w:val="555555"/>
          <w:sz w:val="20"/>
        </w:rPr>
        <w:t>[295a]</w:t>
      </w:r>
    </w:p>
    <w:p>
      <w:r>
        <w:rPr>
          <w:rFonts w:ascii="Gentium Plus" w:hAnsi="Gentium Plus"/>
          <w:sz w:val="24"/>
        </w:rPr>
        <w:t>γλυκὺς ὀδοὺς ὁ τοῦ πόθου</w:t>
      </w:r>
    </w:p>
    <w:p>
      <w:r>
        <w:rPr>
          <w:rFonts w:ascii="Courier New" w:hAnsi="Courier New"/>
          <w:color w:val="555555"/>
          <w:sz w:val="20"/>
        </w:rPr>
        <w:t>[296]</w:t>
      </w:r>
    </w:p>
    <w:p>
      <w:r>
        <w:rPr>
          <w:rFonts w:ascii="Gentium Plus" w:hAnsi="Gentium Plus"/>
          <w:sz w:val="24"/>
        </w:rPr>
        <w:t>ὅταν γὰρ ὀργὴ δαιμόνων βλάπτῃ τινά, τοῦτ’ αὐτὸ πρῶτον, ἐξ〈αφ〉αιρεῖται φρενῶν τὸν νοῦν τὸν ἐσθλόν· εἰς δὲ τὴν χείρω τρέπει</w:t>
      </w:r>
    </w:p>
    <w:p>
      <w:r>
        <w:rPr>
          <w:rFonts w:ascii="Courier New" w:hAnsi="Courier New"/>
          <w:color w:val="555555"/>
          <w:sz w:val="20"/>
        </w:rPr>
        <w:t>[297]</w:t>
      </w:r>
    </w:p>
    <w:p>
      <w:r>
        <w:rPr>
          <w:rFonts w:ascii="Gentium Plus" w:hAnsi="Gentium Plus"/>
          <w:sz w:val="24"/>
        </w:rPr>
        <w:t>οὐδ’ ἀγρία γὰρ ὄρνις, ἢν πλάσῃ δόμον, ἄλλην νεοσσοὺς ἠξίωσεν ἐντεκεῖν</w:t>
      </w:r>
    </w:p>
    <w:p>
      <w:r>
        <w:rPr>
          <w:rFonts w:ascii="Courier New" w:hAnsi="Courier New"/>
          <w:color w:val="555555"/>
          <w:sz w:val="20"/>
        </w:rPr>
        <w:t>[302a*]</w:t>
      </w:r>
    </w:p>
    <w:p>
      <w:r>
        <w:rPr>
          <w:rFonts w:ascii="Gentium Plus" w:hAnsi="Gentium Plus"/>
          <w:sz w:val="24"/>
        </w:rPr>
        <w:t>οὐχ ὁρᾷς ὑπερηφάνως μοι τὴν θυγατέρα χρωμένην;</w:t>
      </w:r>
    </w:p>
    <w:p>
      <w:r>
        <w:rPr>
          <w:rFonts w:ascii="Courier New" w:hAnsi="Courier New"/>
          <w:color w:val="555555"/>
          <w:sz w:val="20"/>
        </w:rPr>
        <w:t>[2]</w:t>
      </w:r>
    </w:p>
    <w:p>
      <w:r>
        <w:rPr>
          <w:rFonts w:ascii="Gentium Plus" w:hAnsi="Gentium Plus"/>
          <w:sz w:val="24"/>
        </w:rPr>
        <w:t>*** τὸν μηδὲν ὠφέλημα, τὸν ὑπὸ τὰς στέγας τὸ κοῖλον Ἄργος δωρεὰν θέλοντ’ ἔχειν;</w:t>
      </w:r>
    </w:p>
    <w:p>
      <w:r>
        <w:rPr>
          <w:rFonts w:ascii="Courier New" w:hAnsi="Courier New"/>
          <w:color w:val="555555"/>
          <w:sz w:val="20"/>
        </w:rPr>
        <w:t>[302b]</w:t>
      </w:r>
    </w:p>
    <w:p>
      <w:r>
        <w:rPr>
          <w:rFonts w:ascii="Gentium Plus" w:hAnsi="Gentium Plus"/>
          <w:sz w:val="24"/>
        </w:rPr>
        <w:t>θεῶν βοηθῶν καὶ τύχης δεῖται ⏑–</w:t>
      </w:r>
    </w:p>
    <w:p>
      <w:r>
        <w:rPr>
          <w:rFonts w:ascii="Courier New" w:hAnsi="Courier New"/>
          <w:color w:val="555555"/>
          <w:sz w:val="20"/>
        </w:rPr>
        <w:t>[302c*]</w:t>
      </w:r>
    </w:p>
    <w:p>
      <w:r>
        <w:rPr>
          <w:rFonts w:ascii="Gentium Plus" w:hAnsi="Gentium Plus"/>
          <w:sz w:val="24"/>
        </w:rPr>
        <w:t>μὴ συνεπιθρηνεῖν, μὴ σφύζειν</w:t>
      </w:r>
    </w:p>
    <w:p>
      <w:r>
        <w:rPr>
          <w:rFonts w:ascii="Courier New" w:hAnsi="Courier New"/>
          <w:color w:val="555555"/>
          <w:sz w:val="20"/>
        </w:rPr>
        <w:t>[303]</w:t>
      </w:r>
    </w:p>
    <w:p>
      <w:r>
        <w:rPr>
          <w:rFonts w:ascii="Gentium Plus" w:hAnsi="Gentium Plus"/>
          <w:sz w:val="24"/>
        </w:rPr>
        <w:t>θεόθεν δὲ πνέοντ’ οὖρον ἀνάγκη τλῆναι καμάτοις ἀνοδύρτοις</w:t>
      </w:r>
    </w:p>
    <w:p>
      <w:r>
        <w:rPr>
          <w:rFonts w:ascii="Courier New" w:hAnsi="Courier New"/>
          <w:color w:val="555555"/>
          <w:sz w:val="20"/>
        </w:rPr>
        <w:t>[304]</w:t>
      </w:r>
    </w:p>
    <w:p>
      <w:r>
        <w:rPr>
          <w:rFonts w:ascii="Gentium Plus" w:hAnsi="Gentium Plus"/>
          <w:sz w:val="24"/>
        </w:rPr>
        <w:t>δοῦλος πέφυκας, οὐ μέτεστί σοι λόγου</w:t>
      </w:r>
    </w:p>
    <w:p>
      <w:r>
        <w:rPr>
          <w:rFonts w:ascii="Courier New" w:hAnsi="Courier New"/>
          <w:color w:val="555555"/>
          <w:sz w:val="20"/>
        </w:rPr>
        <w:t>[305*]</w:t>
      </w:r>
    </w:p>
    <w:p>
      <w:r>
        <w:rPr>
          <w:rFonts w:ascii="Gentium Plus" w:hAnsi="Gentium Plus"/>
          <w:sz w:val="24"/>
        </w:rPr>
        <w:t>ἀγαθὴν τιθήνην καὶ τροφὸν γνώμης νέας</w:t>
      </w:r>
    </w:p>
    <w:p>
      <w:r>
        <w:rPr>
          <w:rFonts w:ascii="Courier New" w:hAnsi="Courier New"/>
          <w:color w:val="555555"/>
          <w:sz w:val="20"/>
        </w:rPr>
        <w:t>[305a]</w:t>
      </w:r>
    </w:p>
    <w:p>
      <w:r>
        <w:rPr>
          <w:rFonts w:ascii="Gentium Plus" w:hAnsi="Gentium Plus"/>
          <w:sz w:val="24"/>
        </w:rPr>
        <w:t>×– ὄλοιτο κεῖνος ἐξ ἀνδρῶν ⏑–</w:t>
      </w:r>
    </w:p>
    <w:p>
      <w:r>
        <w:rPr>
          <w:rFonts w:ascii="Courier New" w:hAnsi="Courier New"/>
          <w:color w:val="555555"/>
          <w:sz w:val="20"/>
        </w:rPr>
        <w:t>[306*]</w:t>
      </w:r>
    </w:p>
    <w:p>
      <w:r>
        <w:rPr>
          <w:rFonts w:ascii="Gentium Plus" w:hAnsi="Gentium Plus"/>
          <w:sz w:val="24"/>
        </w:rPr>
        <w:t>οὐκ ἂν γένοιτ’ ἐρῶντος ἀθλιώτερον</w:t>
      </w:r>
    </w:p>
    <w:p>
      <w:r>
        <w:rPr>
          <w:rFonts w:ascii="Courier New" w:hAnsi="Courier New"/>
          <w:color w:val="555555"/>
          <w:sz w:val="20"/>
        </w:rPr>
        <w:t>[307a]</w:t>
      </w:r>
    </w:p>
    <w:p>
      <w:r>
        <w:rPr>
          <w:rFonts w:ascii="Gentium Plus" w:hAnsi="Gentium Plus"/>
          <w:sz w:val="24"/>
        </w:rPr>
        <w:t>ὦ δαῖ]μον, ὃν βα[...]ν[ ...]..[.]αρα[ ἄνθρωπος· ὑπ̣[</w:t>
      </w:r>
    </w:p>
    <w:p>
      <w:r>
        <w:rPr>
          <w:rFonts w:ascii="Courier New" w:hAnsi="Courier New"/>
          <w:color w:val="555555"/>
          <w:sz w:val="20"/>
        </w:rPr>
        <w:t>[3]</w:t>
      </w:r>
    </w:p>
    <w:p>
      <w:r>
        <w:rPr>
          <w:rFonts w:ascii="Gentium Plus" w:hAnsi="Gentium Plus"/>
          <w:sz w:val="24"/>
        </w:rPr>
        <w:t>*** ἀπροσδοκήτου πράγμα[τος] κ̣α̣ὶ α̣[</w:t>
      </w:r>
    </w:p>
    <w:p>
      <w:r>
        <w:rPr>
          <w:rFonts w:ascii="Courier New" w:hAnsi="Courier New"/>
          <w:color w:val="555555"/>
          <w:sz w:val="20"/>
        </w:rPr>
        <w:t>[307b]</w:t>
      </w:r>
    </w:p>
    <w:p>
      <w:r>
        <w:rPr>
          <w:rFonts w:ascii="Gentium Plus" w:hAnsi="Gentium Plus"/>
          <w:sz w:val="24"/>
        </w:rPr>
        <w:t>εἰ δ’ ἐπὶ τοῖς αὐτοῖς νόμοις ἐφ’ οἷσπερ ἡμεῖς ἔσπασας τὸν ἀέρα</w:t>
      </w:r>
    </w:p>
    <w:p>
      <w:r>
        <w:rPr>
          <w:rFonts w:ascii="Courier New" w:hAnsi="Courier New"/>
          <w:color w:val="555555"/>
          <w:sz w:val="20"/>
        </w:rPr>
        <w:t>[323*]</w:t>
      </w:r>
    </w:p>
    <w:p>
      <w:r>
        <w:rPr>
          <w:rFonts w:ascii="Gentium Plus" w:hAnsi="Gentium Plus"/>
          <w:sz w:val="24"/>
        </w:rPr>
        <w:t>δεινὸς σοφιστής, τῶν ἀγυμνάστων σφαγεύς</w:t>
      </w:r>
    </w:p>
    <w:p>
      <w:r>
        <w:rPr>
          <w:rFonts w:ascii="Courier New" w:hAnsi="Courier New"/>
          <w:color w:val="555555"/>
          <w:sz w:val="20"/>
        </w:rPr>
        <w:t>[323a*]</w:t>
      </w:r>
    </w:p>
    <w:p>
      <w:r>
        <w:rPr>
          <w:rFonts w:ascii="Gentium Plus" w:hAnsi="Gentium Plus"/>
          <w:sz w:val="24"/>
        </w:rPr>
        <w:t>ἴσασι〈ν〉 Ἀργείων 〈⏑〉 οἱ πεπληγμένοι</w:t>
      </w:r>
    </w:p>
    <w:p>
      <w:r>
        <w:rPr>
          <w:rFonts w:ascii="Courier New" w:hAnsi="Courier New"/>
          <w:color w:val="555555"/>
          <w:sz w:val="20"/>
        </w:rPr>
        <w:t>[323h*]</w:t>
      </w:r>
    </w:p>
    <w:p>
      <w:r>
        <w:rPr>
          <w:rFonts w:ascii="Gentium Plus" w:hAnsi="Gentium Plus"/>
          <w:sz w:val="24"/>
        </w:rPr>
        <w:t>τρωθεὶς ἀκάνθῃ τρυγόνος θαλασσίας</w:t>
      </w:r>
    </w:p>
    <w:p>
      <w:r>
        <w:rPr>
          <w:rFonts w:ascii="Courier New" w:hAnsi="Courier New"/>
          <w:color w:val="555555"/>
          <w:sz w:val="20"/>
        </w:rPr>
        <w:t>[324*]</w:t>
      </w:r>
    </w:p>
    <w:p>
      <w:r>
        <w:rPr>
          <w:rFonts w:ascii="Gentium Plus" w:hAnsi="Gentium Plus"/>
          <w:sz w:val="24"/>
        </w:rPr>
        <w:t>πολλῷ δὲ κρεῖσσόν ἐστι μὴ δεδοικότα παθεῖν τὸ μέλλον δεινὸν ἢ δεδοικότα</w:t>
      </w:r>
    </w:p>
    <w:p>
      <w:r>
        <w:rPr>
          <w:rFonts w:ascii="Courier New" w:hAnsi="Courier New"/>
          <w:color w:val="555555"/>
          <w:sz w:val="20"/>
        </w:rPr>
        <w:t>[325*]</w:t>
      </w:r>
    </w:p>
    <w:p>
      <w:r>
        <w:rPr>
          <w:rFonts w:ascii="Gentium Plus" w:hAnsi="Gentium Plus"/>
          <w:sz w:val="24"/>
        </w:rPr>
        <w:t>πάσης μὲν ὠμότητος ἀνάπλεων φόνον, παντὸς δὲ θανάτου δυσποτμώτερον μόρον</w:t>
      </w:r>
    </w:p>
    <w:p>
      <w:r>
        <w:rPr>
          <w:rFonts w:ascii="Courier New" w:hAnsi="Courier New"/>
          <w:color w:val="555555"/>
          <w:sz w:val="20"/>
        </w:rPr>
        <w:t>[326]</w:t>
      </w:r>
    </w:p>
    <w:p>
      <w:r>
        <w:rPr>
          <w:rFonts w:ascii="Gentium Plus" w:hAnsi="Gentium Plus"/>
          <w:sz w:val="24"/>
        </w:rPr>
        <w:t>οὐ γὰρ μετεῖναι τῶν νόμων δούλοις ἔφυ</w:t>
      </w:r>
    </w:p>
    <w:p>
      <w:r>
        <w:rPr>
          <w:rFonts w:ascii="Courier New" w:hAnsi="Courier New"/>
          <w:color w:val="555555"/>
          <w:sz w:val="20"/>
        </w:rPr>
        <w:t>[327]</w:t>
      </w:r>
    </w:p>
    <w:p>
      <w:r>
        <w:rPr>
          <w:rFonts w:ascii="Gentium Plus" w:hAnsi="Gentium Plus"/>
          <w:sz w:val="24"/>
        </w:rPr>
        <w:t>ἐγὼ δ’ ἐμαυτοῦ καὶ κλύειν ἐπίσταμαι ἄρχειν θ’ ὁμοίως, τἀρετῇ σταθμώμενος τὰ πάντα</w:t>
      </w:r>
    </w:p>
    <w:p>
      <w:r>
        <w:rPr>
          <w:rFonts w:ascii="Courier New" w:hAnsi="Courier New"/>
          <w:color w:val="555555"/>
          <w:sz w:val="20"/>
        </w:rPr>
        <w:t>[327a]</w:t>
      </w:r>
    </w:p>
    <w:p>
      <w:r>
        <w:rPr>
          <w:rFonts w:ascii="Gentium Plus" w:hAnsi="Gentium Plus"/>
          <w:sz w:val="24"/>
        </w:rPr>
        <w:t>τό τοι γενόμενον κατθανεῖν ὀφείλεται</w:t>
      </w:r>
    </w:p>
    <w:p>
      <w:r>
        <w:rPr>
          <w:rFonts w:ascii="Courier New" w:hAnsi="Courier New"/>
          <w:color w:val="555555"/>
          <w:sz w:val="20"/>
        </w:rPr>
        <w:t>[327b]</w:t>
      </w:r>
    </w:p>
    <w:p>
      <w:r>
        <w:rPr>
          <w:rFonts w:ascii="Gentium Plus" w:hAnsi="Gentium Plus"/>
          <w:sz w:val="24"/>
        </w:rPr>
        <w:t>παιδοφόνται</w:t>
      </w:r>
    </w:p>
    <w:p>
      <w:r>
        <w:rPr>
          <w:rFonts w:ascii="Courier New" w:hAnsi="Courier New"/>
          <w:color w:val="555555"/>
          <w:sz w:val="20"/>
        </w:rPr>
        <w:t>[327c (tit1)]</w:t>
      </w:r>
    </w:p>
    <w:p>
      <w:r>
        <w:rPr>
          <w:rFonts w:ascii="Gentium Plus" w:hAnsi="Gentium Plus"/>
          <w:sz w:val="24"/>
        </w:rPr>
        <w:t>ΑΙΓΙΣΘΟΣ (Soph. fr. 26 Pears.)</w:t>
      </w:r>
    </w:p>
    <w:p>
      <w:r>
        <w:rPr>
          <w:rFonts w:ascii="Courier New" w:hAnsi="Courier New"/>
          <w:color w:val="555555"/>
          <w:sz w:val="20"/>
        </w:rPr>
        <w:t>[tit2]</w:t>
      </w:r>
    </w:p>
    <w:p>
      <w:r>
        <w:rPr>
          <w:rFonts w:ascii="Gentium Plus" w:hAnsi="Gentium Plus"/>
          <w:sz w:val="24"/>
        </w:rPr>
        <w:t>ΜΥ[ΣΟΙ (Eur. p. 531 Nck.2)</w:t>
      </w:r>
    </w:p>
    <w:p>
      <w:r>
        <w:rPr>
          <w:rFonts w:ascii="Courier New" w:hAnsi="Courier New"/>
          <w:color w:val="555555"/>
          <w:sz w:val="20"/>
        </w:rPr>
        <w:t>[tit3]</w:t>
      </w:r>
    </w:p>
    <w:p>
      <w:r>
        <w:rPr>
          <w:rFonts w:ascii="Gentium Plus" w:hAnsi="Gentium Plus"/>
          <w:sz w:val="24"/>
        </w:rPr>
        <w:t>ΟΙ[ΝΕΥΣ (Soph. fr. 470 Pears.)</w:t>
      </w:r>
    </w:p>
    <w:p>
      <w:r>
        <w:rPr>
          <w:rFonts w:ascii="Courier New" w:hAnsi="Courier New"/>
          <w:color w:val="555555"/>
          <w:sz w:val="20"/>
        </w:rPr>
        <w:t>[1]</w:t>
      </w:r>
    </w:p>
    <w:p>
      <w:r>
        <w:rPr>
          <w:rFonts w:ascii="Gentium Plus" w:hAnsi="Gentium Plus"/>
          <w:sz w:val="24"/>
        </w:rPr>
        <w:t>ἡλιωπός</w:t>
      </w:r>
    </w:p>
    <w:p>
      <w:r>
        <w:rPr>
          <w:rFonts w:ascii="Courier New" w:hAnsi="Courier New"/>
          <w:color w:val="555555"/>
          <w:sz w:val="20"/>
        </w:rPr>
        <w:t>[327d]</w:t>
      </w:r>
    </w:p>
    <w:p>
      <w:r>
        <w:rPr>
          <w:rFonts w:ascii="Gentium Plus" w:hAnsi="Gentium Plus"/>
          <w:sz w:val="24"/>
        </w:rPr>
        <w:t>×– [κε]ραυνοῦν πυ[ρι]βόλους μέλ̣[λω] πλάκας</w:t>
      </w:r>
    </w:p>
    <w:p>
      <w:r>
        <w:rPr>
          <w:rFonts w:ascii="Courier New" w:hAnsi="Courier New"/>
          <w:color w:val="555555"/>
          <w:sz w:val="20"/>
        </w:rPr>
        <w:t>[327e]</w:t>
      </w:r>
    </w:p>
    <w:p>
      <w:r>
        <w:rPr>
          <w:rFonts w:ascii="Gentium Plus" w:hAnsi="Gentium Plus"/>
          <w:sz w:val="24"/>
        </w:rPr>
        <w:t>ῥ]ύεντα νά[ματα</w:t>
      </w:r>
    </w:p>
    <w:p>
      <w:r>
        <w:rPr>
          <w:rFonts w:ascii="Courier New" w:hAnsi="Courier New"/>
          <w:color w:val="555555"/>
          <w:sz w:val="20"/>
        </w:rPr>
        <w:t>[327f]</w:t>
      </w:r>
    </w:p>
    <w:p>
      <w:r>
        <w:rPr>
          <w:rFonts w:ascii="Gentium Plus" w:hAnsi="Gentium Plus"/>
          <w:sz w:val="24"/>
        </w:rPr>
        <w:t>ἔξω βέβηκε κ[ρατὸς] ὀφθαλμοῦ [κ]ύκλ̣[ος ὡς] ἡμιόπτο[υ] μ[–⏑–×] ἰχθύ[ος κα]λῶς τε θερμανθέντος</w:t>
      </w:r>
    </w:p>
    <w:p>
      <w:r>
        <w:rPr>
          <w:rFonts w:ascii="Courier New" w:hAnsi="Courier New"/>
          <w:color w:val="555555"/>
          <w:sz w:val="20"/>
        </w:rPr>
        <w:t>[327g]</w:t>
      </w:r>
    </w:p>
    <w:p>
      <w:r>
        <w:rPr>
          <w:rFonts w:ascii="Gentium Plus" w:hAnsi="Gentium Plus"/>
          <w:sz w:val="24"/>
        </w:rPr>
        <w:t>σπιν]θῆρες Ἁφαίστου σταλαγμοί</w:t>
      </w:r>
    </w:p>
    <w:p>
      <w:r>
        <w:rPr>
          <w:rFonts w:ascii="Courier New" w:hAnsi="Courier New"/>
          <w:color w:val="555555"/>
          <w:sz w:val="20"/>
        </w:rPr>
        <w:t>[327h]</w:t>
      </w:r>
    </w:p>
    <w:p>
      <w:r>
        <w:rPr>
          <w:rFonts w:ascii="Gentium Plus" w:hAnsi="Gentium Plus"/>
          <w:sz w:val="24"/>
        </w:rPr>
        <w:t>ἐν 〈 〉 ἡμέρας βραχεῖ μέρει</w:t>
      </w:r>
    </w:p>
    <w:p>
      <w:r>
        <w:rPr>
          <w:rFonts w:ascii="Courier New" w:hAnsi="Courier New"/>
          <w:color w:val="555555"/>
          <w:sz w:val="20"/>
        </w:rPr>
        <w:t>[327i]</w:t>
      </w:r>
    </w:p>
    <w:p>
      <w:r>
        <w:rPr>
          <w:rFonts w:ascii="Gentium Plus" w:hAnsi="Gentium Plus"/>
          <w:sz w:val="24"/>
        </w:rPr>
        <w:t>ἀ̣εὶ τε[........] θεὸς ποιεῖν</w:t>
      </w:r>
    </w:p>
    <w:p>
      <w:r>
        <w:rPr>
          <w:rFonts w:ascii="Courier New" w:hAnsi="Courier New"/>
          <w:color w:val="555555"/>
          <w:sz w:val="20"/>
        </w:rPr>
        <w:t>[327s]</w:t>
      </w:r>
    </w:p>
    <w:p>
      <w:r>
        <w:rPr>
          <w:rFonts w:ascii="Gentium Plus" w:hAnsi="Gentium Plus"/>
          <w:sz w:val="24"/>
        </w:rPr>
        <w:t>χαμαί, γυναικῶν ἔργον ἐκ 〈θεοῦ〉 μέγα</w:t>
      </w:r>
    </w:p>
    <w:p>
      <w:r>
        <w:rPr>
          <w:rFonts w:ascii="Courier New" w:hAnsi="Courier New"/>
          <w:color w:val="555555"/>
          <w:sz w:val="20"/>
        </w:rPr>
        <w:t>[328c]</w:t>
      </w:r>
    </w:p>
    <w:p>
      <w:r>
        <w:rPr>
          <w:rFonts w:ascii="Gentium Plus" w:hAnsi="Gentium Plus"/>
          <w:sz w:val="24"/>
        </w:rPr>
        <w:t>αἱμόφθορος θέσπις</w:t>
      </w:r>
    </w:p>
    <w:p>
      <w:r>
        <w:rPr>
          <w:rFonts w:ascii="Courier New" w:hAnsi="Courier New"/>
          <w:color w:val="555555"/>
          <w:sz w:val="20"/>
        </w:rPr>
        <w:t>[328d]</w:t>
      </w:r>
    </w:p>
    <w:p>
      <w:r>
        <w:rPr>
          <w:rFonts w:ascii="Gentium Plus" w:hAnsi="Gentium Plus"/>
          <w:sz w:val="24"/>
        </w:rPr>
        <w:t>ὦ δέσποτ’ Ἀμφιάραε, πολυτίμητ’ ἄναξ</w:t>
      </w:r>
    </w:p>
    <w:p>
      <w:r>
        <w:rPr>
          <w:rFonts w:ascii="Courier New" w:hAnsi="Courier New"/>
          <w:color w:val="555555"/>
          <w:sz w:val="20"/>
        </w:rPr>
        <w:t>[328e]</w:t>
      </w:r>
    </w:p>
    <w:p>
      <w:r>
        <w:rPr>
          <w:rFonts w:ascii="Gentium Plus" w:hAnsi="Gentium Plus"/>
          <w:sz w:val="24"/>
        </w:rPr>
        <w:t>ἀτερπὲς ἔργον</w:t>
      </w:r>
    </w:p>
    <w:p>
      <w:r>
        <w:rPr>
          <w:rFonts w:ascii="Courier New" w:hAnsi="Courier New"/>
          <w:color w:val="555555"/>
          <w:sz w:val="20"/>
        </w:rPr>
        <w:t>[328f]</w:t>
      </w:r>
    </w:p>
    <w:p>
      <w:r>
        <w:rPr>
          <w:rFonts w:ascii="Gentium Plus" w:hAnsi="Gentium Plus"/>
          <w:sz w:val="24"/>
        </w:rPr>
        <w:t>ἄτρυτον λῆμα</w:t>
      </w:r>
    </w:p>
    <w:p>
      <w:r>
        <w:rPr>
          <w:rFonts w:ascii="Courier New" w:hAnsi="Courier New"/>
          <w:color w:val="555555"/>
          <w:sz w:val="20"/>
        </w:rPr>
        <w:t>[328g]</w:t>
      </w:r>
    </w:p>
    <w:p>
      <w:r>
        <w:rPr>
          <w:rFonts w:ascii="Gentium Plus" w:hAnsi="Gentium Plus"/>
          <w:sz w:val="24"/>
        </w:rPr>
        <w:t>ἄφιμος ἵππος</w:t>
      </w:r>
    </w:p>
    <w:p>
      <w:r>
        <w:rPr>
          <w:rFonts w:ascii="Courier New" w:hAnsi="Courier New"/>
          <w:color w:val="555555"/>
          <w:sz w:val="20"/>
        </w:rPr>
        <w:t>[328h]</w:t>
      </w:r>
    </w:p>
    <w:p>
      <w:r>
        <w:rPr>
          <w:rFonts w:ascii="Gentium Plus" w:hAnsi="Gentium Plus"/>
          <w:sz w:val="24"/>
        </w:rPr>
        <w:t>γνώσῃ δὲ τέχνην τὴν ἐμὴν ἐτητύμως ἀψευδόμαντιν οὖσαν</w:t>
      </w:r>
    </w:p>
    <w:p>
      <w:r>
        <w:rPr>
          <w:rFonts w:ascii="Courier New" w:hAnsi="Courier New"/>
          <w:color w:val="555555"/>
          <w:sz w:val="20"/>
        </w:rPr>
        <w:t>[328i]</w:t>
      </w:r>
    </w:p>
    <w:p>
      <w:r>
        <w:rPr>
          <w:rFonts w:ascii="Gentium Plus" w:hAnsi="Gentium Plus"/>
          <w:sz w:val="24"/>
        </w:rPr>
        <w:t>τὸν πλησσόμενον</w:t>
      </w:r>
    </w:p>
    <w:p>
      <w:r>
        <w:rPr>
          <w:rFonts w:ascii="Courier New" w:hAnsi="Courier New"/>
          <w:color w:val="555555"/>
          <w:sz w:val="20"/>
        </w:rPr>
        <w:t>[328k]</w:t>
      </w:r>
    </w:p>
    <w:p>
      <w:r>
        <w:rPr>
          <w:rFonts w:ascii="Gentium Plus" w:hAnsi="Gentium Plus"/>
          <w:sz w:val="24"/>
        </w:rPr>
        <w:t>ἐμβριθῆ νοῦν</w:t>
      </w:r>
    </w:p>
    <w:p>
      <w:r>
        <w:rPr>
          <w:rFonts w:ascii="Courier New" w:hAnsi="Courier New"/>
          <w:color w:val="555555"/>
          <w:sz w:val="20"/>
        </w:rPr>
        <w:t>[328l]</w:t>
      </w:r>
    </w:p>
    <w:p>
      <w:r>
        <w:rPr>
          <w:rFonts w:ascii="Gentium Plus" w:hAnsi="Gentium Plus"/>
          <w:sz w:val="24"/>
        </w:rPr>
        <w:t>? –⏑ ἐξέλεψε μήτηρ</w:t>
      </w:r>
    </w:p>
    <w:p>
      <w:r>
        <w:rPr>
          <w:rFonts w:ascii="Courier New" w:hAnsi="Courier New"/>
          <w:color w:val="555555"/>
          <w:sz w:val="20"/>
        </w:rPr>
        <w:t>[328m]</w:t>
      </w:r>
    </w:p>
    <w:p>
      <w:r>
        <w:rPr>
          <w:rFonts w:ascii="Gentium Plus" w:hAnsi="Gentium Plus"/>
          <w:sz w:val="24"/>
        </w:rPr>
        <w:t>×– ἔοικα βοῦς ἐπὶ σφαγὴν μολεῖν</w:t>
      </w:r>
    </w:p>
    <w:p>
      <w:r>
        <w:rPr>
          <w:rFonts w:ascii="Courier New" w:hAnsi="Courier New"/>
          <w:color w:val="555555"/>
          <w:sz w:val="20"/>
        </w:rPr>
        <w:t>[329]</w:t>
      </w:r>
    </w:p>
    <w:p>
      <w:r>
        <w:rPr>
          <w:rFonts w:ascii="Gentium Plus" w:hAnsi="Gentium Plus"/>
          <w:sz w:val="24"/>
        </w:rPr>
        <w:t>μηδὲ σὺ ζήτει {τι} πυθέσθαι</w:t>
      </w:r>
    </w:p>
    <w:p>
      <w:r>
        <w:rPr>
          <w:rFonts w:ascii="Courier New" w:hAnsi="Courier New"/>
          <w:color w:val="555555"/>
          <w:sz w:val="20"/>
        </w:rPr>
        <w:t>[331]</w:t>
      </w:r>
    </w:p>
    <w:p>
      <w:r>
        <w:rPr>
          <w:rFonts w:ascii="Gentium Plus" w:hAnsi="Gentium Plus"/>
          <w:sz w:val="24"/>
        </w:rPr>
        <w:t>οὐκ ἂν δύναιο γαστρὶ πενθῆσαι νεκρόν</w:t>
      </w:r>
    </w:p>
    <w:p>
      <w:r>
        <w:rPr>
          <w:rFonts w:ascii="Courier New" w:hAnsi="Courier New"/>
          <w:color w:val="555555"/>
          <w:sz w:val="20"/>
        </w:rPr>
        <w:t>[332]</w:t>
      </w:r>
    </w:p>
    <w:p>
      <w:r>
        <w:rPr>
          <w:rFonts w:ascii="Gentium Plus" w:hAnsi="Gentium Plus"/>
          <w:sz w:val="24"/>
        </w:rPr>
        <w:t>ἄνδρες Ἑλλήνων ἄριστοι</w:t>
      </w:r>
    </w:p>
    <w:p>
      <w:r>
        <w:rPr>
          <w:rFonts w:ascii="Courier New" w:hAnsi="Courier New"/>
          <w:color w:val="555555"/>
          <w:sz w:val="20"/>
        </w:rPr>
        <w:t>[333]</w:t>
      </w:r>
    </w:p>
    <w:p>
      <w:r>
        <w:rPr>
          <w:rFonts w:ascii="Gentium Plus" w:hAnsi="Gentium Plus"/>
          <w:sz w:val="24"/>
        </w:rPr>
        <w:t>περισφάτως ἔχων</w:t>
      </w:r>
    </w:p>
    <w:p>
      <w:r>
        <w:rPr>
          <w:rFonts w:ascii="Courier New" w:hAnsi="Courier New"/>
          <w:color w:val="555555"/>
          <w:sz w:val="20"/>
        </w:rPr>
        <w:t>[333a*]</w:t>
      </w:r>
    </w:p>
    <w:p>
      <w:r>
        <w:rPr>
          <w:rFonts w:ascii="Gentium Plus" w:hAnsi="Gentium Plus"/>
          <w:sz w:val="24"/>
        </w:rPr>
        <w:t>ταχυβάμονας ὅρκους</w:t>
      </w:r>
    </w:p>
    <w:p>
      <w:r>
        <w:rPr>
          <w:rFonts w:ascii="Courier New" w:hAnsi="Courier New"/>
          <w:color w:val="555555"/>
          <w:sz w:val="20"/>
        </w:rPr>
        <w:t>[334]</w:t>
      </w:r>
    </w:p>
    <w:p>
      <w:r>
        <w:rPr>
          <w:rFonts w:ascii="Gentium Plus" w:hAnsi="Gentium Plus"/>
          <w:sz w:val="24"/>
        </w:rPr>
        <w:t>τὴν ἐμὴν κάμνεις νόσον</w:t>
      </w:r>
    </w:p>
    <w:p>
      <w:r>
        <w:rPr>
          <w:rFonts w:ascii="Courier New" w:hAnsi="Courier New"/>
          <w:color w:val="555555"/>
          <w:sz w:val="20"/>
        </w:rPr>
        <w:t>[335]</w:t>
      </w:r>
    </w:p>
    <w:p>
      <w:r>
        <w:rPr>
          <w:rFonts w:ascii="Gentium Plus" w:hAnsi="Gentium Plus"/>
          <w:sz w:val="24"/>
        </w:rPr>
        <w:t>τυφλῶν ὀνείρων</w:t>
      </w:r>
    </w:p>
    <w:p>
      <w:r>
        <w:rPr>
          <w:rFonts w:ascii="Courier New" w:hAnsi="Courier New"/>
          <w:color w:val="555555"/>
          <w:sz w:val="20"/>
        </w:rPr>
        <w:t>[336]</w:t>
      </w:r>
    </w:p>
    <w:p>
      <w:r>
        <w:rPr>
          <w:rFonts w:ascii="Gentium Plus" w:hAnsi="Gentium Plus"/>
          <w:sz w:val="24"/>
        </w:rPr>
        <w:t>ἀκύματος δὲ πορθμὸς ἐν φρίκῃ γελᾷ</w:t>
      </w:r>
    </w:p>
    <w:p>
      <w:r>
        <w:rPr>
          <w:rFonts w:ascii="Courier New" w:hAnsi="Courier New"/>
          <w:color w:val="555555"/>
          <w:sz w:val="20"/>
        </w:rPr>
        <w:t>[336a]</w:t>
      </w:r>
    </w:p>
    <w:p>
      <w:r>
        <w:rPr>
          <w:rFonts w:ascii="Gentium Plus" w:hAnsi="Gentium Plus"/>
          <w:sz w:val="24"/>
        </w:rPr>
        <w:t>ἄψοφον 〈 〉 ἔχειν στόμα</w:t>
      </w:r>
    </w:p>
    <w:p>
      <w:r>
        <w:rPr>
          <w:rFonts w:ascii="Courier New" w:hAnsi="Courier New"/>
          <w:color w:val="555555"/>
          <w:sz w:val="20"/>
        </w:rPr>
        <w:t>[336b]</w:t>
      </w:r>
    </w:p>
    <w:p>
      <w:r>
        <w:rPr>
          <w:rFonts w:ascii="Gentium Plus" w:hAnsi="Gentium Plus"/>
          <w:sz w:val="24"/>
        </w:rPr>
        <w:t>ἀνίερος τύχη</w:t>
      </w:r>
    </w:p>
    <w:p>
      <w:r>
        <w:rPr>
          <w:rFonts w:ascii="Courier New" w:hAnsi="Courier New"/>
          <w:color w:val="555555"/>
          <w:sz w:val="20"/>
        </w:rPr>
        <w:t>[337]</w:t>
      </w:r>
    </w:p>
    <w:p>
      <w:r>
        <w:rPr>
          <w:rFonts w:ascii="Gentium Plus" w:hAnsi="Gentium Plus"/>
          <w:sz w:val="24"/>
        </w:rPr>
        <w:t>ἄψυχον ἄνδρα λαμβάνειν συνέμπορον</w:t>
      </w:r>
    </w:p>
    <w:p>
      <w:r>
        <w:rPr>
          <w:rFonts w:ascii="Courier New" w:hAnsi="Courier New"/>
          <w:color w:val="555555"/>
          <w:sz w:val="20"/>
        </w:rPr>
        <w:t>[337a*]</w:t>
      </w:r>
    </w:p>
    <w:p>
      <w:r>
        <w:rPr>
          <w:rFonts w:ascii="Gentium Plus" w:hAnsi="Gentium Plus"/>
          <w:sz w:val="24"/>
        </w:rPr>
        <w:t>δημεχθής</w:t>
      </w:r>
    </w:p>
    <w:p>
      <w:r>
        <w:rPr>
          <w:rFonts w:ascii="Courier New" w:hAnsi="Courier New"/>
          <w:color w:val="555555"/>
          <w:sz w:val="20"/>
        </w:rPr>
        <w:t>[338]</w:t>
      </w:r>
    </w:p>
    <w:p>
      <w:r>
        <w:rPr>
          <w:rFonts w:ascii="Gentium Plus" w:hAnsi="Gentium Plus"/>
          <w:sz w:val="24"/>
        </w:rPr>
        <w:t>δισχιδὴς ὁδός</w:t>
      </w:r>
    </w:p>
    <w:p>
      <w:r>
        <w:rPr>
          <w:rFonts w:ascii="Courier New" w:hAnsi="Courier New"/>
          <w:color w:val="555555"/>
          <w:sz w:val="20"/>
        </w:rPr>
        <w:t>[339]</w:t>
      </w:r>
    </w:p>
    <w:p>
      <w:r>
        <w:rPr>
          <w:rFonts w:ascii="Gentium Plus" w:hAnsi="Gentium Plus"/>
          <w:sz w:val="24"/>
        </w:rPr>
        <w:t>δυσμάραντον κακόν</w:t>
      </w:r>
    </w:p>
    <w:p>
      <w:r>
        <w:rPr>
          <w:rFonts w:ascii="Courier New" w:hAnsi="Courier New"/>
          <w:color w:val="555555"/>
          <w:sz w:val="20"/>
        </w:rPr>
        <w:t>[339a]</w:t>
      </w:r>
    </w:p>
    <w:p>
      <w:r>
        <w:rPr>
          <w:rFonts w:ascii="Gentium Plus" w:hAnsi="Gentium Plus"/>
          <w:sz w:val="24"/>
        </w:rPr>
        <w:t>δυσπρόσωπα ὄμματα</w:t>
      </w:r>
    </w:p>
    <w:p>
      <w:r>
        <w:rPr>
          <w:rFonts w:ascii="Courier New" w:hAnsi="Courier New"/>
          <w:color w:val="555555"/>
          <w:sz w:val="20"/>
        </w:rPr>
        <w:t>[340]</w:t>
      </w:r>
    </w:p>
    <w:p>
      <w:r>
        <w:rPr>
          <w:rFonts w:ascii="Gentium Plus" w:hAnsi="Gentium Plus"/>
          <w:sz w:val="24"/>
        </w:rPr>
        <w:t>δυσήλιον θέρος</w:t>
      </w:r>
    </w:p>
    <w:p>
      <w:r>
        <w:rPr>
          <w:rFonts w:ascii="Courier New" w:hAnsi="Courier New"/>
          <w:color w:val="555555"/>
          <w:sz w:val="20"/>
        </w:rPr>
        <w:t>[340a*]</w:t>
      </w:r>
    </w:p>
    <w:p>
      <w:r>
        <w:rPr>
          <w:rFonts w:ascii="Gentium Plus" w:hAnsi="Gentium Plus"/>
          <w:sz w:val="24"/>
        </w:rPr>
        <w:t>δημοφανὲς πρᾶγμα</w:t>
      </w:r>
    </w:p>
    <w:p>
      <w:r>
        <w:rPr>
          <w:rFonts w:ascii="Courier New" w:hAnsi="Courier New"/>
          <w:color w:val="555555"/>
          <w:sz w:val="20"/>
        </w:rPr>
        <w:t>[341]</w:t>
      </w:r>
    </w:p>
    <w:p>
      <w:r>
        <w:rPr>
          <w:rFonts w:ascii="Gentium Plus" w:hAnsi="Gentium Plus"/>
          <w:sz w:val="24"/>
        </w:rPr>
        <w:t>διχόρροπος γνώμη</w:t>
      </w:r>
    </w:p>
    <w:p>
      <w:r>
        <w:rPr>
          <w:rFonts w:ascii="Courier New" w:hAnsi="Courier New"/>
          <w:color w:val="555555"/>
          <w:sz w:val="20"/>
        </w:rPr>
        <w:t>[342*]</w:t>
      </w:r>
    </w:p>
    <w:p>
      <w:r>
        <w:rPr>
          <w:rFonts w:ascii="Gentium Plus" w:hAnsi="Gentium Plus"/>
          <w:sz w:val="24"/>
        </w:rPr>
        <w:t>ἐλαφρὸν παραινεῖν 〈τῷ〉 κακῶς πεπραγότι</w:t>
      </w:r>
    </w:p>
    <w:p>
      <w:r>
        <w:rPr>
          <w:rFonts w:ascii="Courier New" w:hAnsi="Courier New"/>
          <w:color w:val="555555"/>
          <w:sz w:val="20"/>
        </w:rPr>
        <w:t>[343]</w:t>
      </w:r>
    </w:p>
    <w:p>
      <w:r>
        <w:rPr>
          <w:rFonts w:ascii="Gentium Plus" w:hAnsi="Gentium Plus"/>
          <w:sz w:val="24"/>
        </w:rPr>
        <w:t>εὔορνις τύχη</w:t>
      </w:r>
    </w:p>
    <w:p>
      <w:r>
        <w:rPr>
          <w:rFonts w:ascii="Courier New" w:hAnsi="Courier New"/>
          <w:color w:val="555555"/>
          <w:sz w:val="20"/>
        </w:rPr>
        <w:t>[343a*]</w:t>
      </w:r>
    </w:p>
    <w:p>
      <w:r>
        <w:rPr>
          <w:rFonts w:ascii="Gentium Plus" w:hAnsi="Gentium Plus"/>
          <w:sz w:val="24"/>
        </w:rPr>
        <w:t>λόγοις πιαίνειν</w:t>
      </w:r>
    </w:p>
    <w:p>
      <w:r>
        <w:rPr>
          <w:rFonts w:ascii="Courier New" w:hAnsi="Courier New"/>
          <w:color w:val="555555"/>
          <w:sz w:val="20"/>
        </w:rPr>
        <w:t>[344*]</w:t>
      </w:r>
    </w:p>
    <w:p>
      <w:r>
        <w:rPr>
          <w:rFonts w:ascii="Gentium Plus" w:hAnsi="Gentium Plus"/>
          <w:sz w:val="24"/>
        </w:rPr>
        <w:t>οὐδὲν κακὸν 〈×〉 ῥᾳδίως ἀπόλλυται</w:t>
      </w:r>
    </w:p>
    <w:p>
      <w:r>
        <w:rPr>
          <w:rFonts w:ascii="Courier New" w:hAnsi="Courier New"/>
          <w:color w:val="555555"/>
          <w:sz w:val="20"/>
        </w:rPr>
        <w:t>[345]</w:t>
      </w:r>
    </w:p>
    <w:p>
      <w:r>
        <w:rPr>
          <w:rFonts w:ascii="Gentium Plus" w:hAnsi="Gentium Plus"/>
          <w:sz w:val="24"/>
        </w:rPr>
        <w:t>σκοτεινὸς ὀργήν</w:t>
      </w:r>
    </w:p>
    <w:p>
      <w:r>
        <w:rPr>
          <w:rFonts w:ascii="Courier New" w:hAnsi="Courier New"/>
          <w:color w:val="555555"/>
          <w:sz w:val="20"/>
        </w:rPr>
        <w:t>[346*]</w:t>
      </w:r>
    </w:p>
    <w:p>
      <w:r>
        <w:rPr>
          <w:rFonts w:ascii="Gentium Plus" w:hAnsi="Gentium Plus"/>
          <w:sz w:val="24"/>
        </w:rPr>
        <w:t>χωρὶς γὰρ οἰκοῦς’ ἁρεταὶ τῶν ἡδονῶν</w:t>
      </w:r>
    </w:p>
    <w:p>
      <w:r>
        <w:rPr>
          <w:rFonts w:ascii="Courier New" w:hAnsi="Courier New"/>
          <w:color w:val="555555"/>
          <w:sz w:val="20"/>
        </w:rPr>
        <w:t>[346a]</w:t>
      </w:r>
    </w:p>
    <w:p>
      <w:r>
        <w:rPr>
          <w:rFonts w:ascii="Gentium Plus" w:hAnsi="Gentium Plus"/>
          <w:sz w:val="24"/>
        </w:rPr>
        <w:t>ὁ βάρβαρος δὲ τῷ λόγῳ καὶ τῷ τρόπῳ</w:t>
      </w:r>
    </w:p>
    <w:p>
      <w:r>
        <w:rPr>
          <w:rFonts w:ascii="Courier New" w:hAnsi="Courier New"/>
          <w:color w:val="555555"/>
          <w:sz w:val="20"/>
        </w:rPr>
        <w:t>[346b]</w:t>
      </w:r>
    </w:p>
    <w:p>
      <w:r>
        <w:rPr>
          <w:rFonts w:ascii="Gentium Plus" w:hAnsi="Gentium Plus"/>
          <w:sz w:val="24"/>
        </w:rPr>
        <w:t>χαλκῷ διελέσθαι τὰ πατρῷα τοὺς ὑεῖς</w:t>
      </w:r>
    </w:p>
    <w:p>
      <w:r>
        <w:rPr>
          <w:rFonts w:ascii="Courier New" w:hAnsi="Courier New"/>
          <w:color w:val="555555"/>
          <w:sz w:val="20"/>
        </w:rPr>
        <w:t>[346c]</w:t>
      </w:r>
    </w:p>
    <w:p>
      <w:r>
        <w:rPr>
          <w:rFonts w:ascii="Gentium Plus" w:hAnsi="Gentium Plus"/>
          <w:sz w:val="24"/>
        </w:rPr>
        <w:t>τοιοῦτος ὢν τύραννος οἰκήσεις μόνος</w:t>
      </w:r>
    </w:p>
    <w:p>
      <w:r>
        <w:rPr>
          <w:rFonts w:ascii="Courier New" w:hAnsi="Courier New"/>
          <w:color w:val="555555"/>
          <w:sz w:val="20"/>
        </w:rPr>
        <w:t>[347]</w:t>
      </w:r>
    </w:p>
    <w:p>
      <w:r>
        <w:rPr>
          <w:rFonts w:ascii="Gentium Plus" w:hAnsi="Gentium Plus"/>
          <w:sz w:val="24"/>
        </w:rPr>
        <w:t>φίλων ἔρημος, ὦ τάλας, ἀπόλλυμαι</w:t>
      </w:r>
    </w:p>
    <w:p>
      <w:r>
        <w:rPr>
          <w:rFonts w:ascii="Courier New" w:hAnsi="Courier New"/>
          <w:color w:val="555555"/>
          <w:sz w:val="20"/>
        </w:rPr>
        <w:t>[347a]</w:t>
      </w:r>
    </w:p>
    <w:p>
      <w:r>
        <w:rPr>
          <w:rFonts w:ascii="Gentium Plus" w:hAnsi="Gentium Plus"/>
          <w:sz w:val="24"/>
        </w:rPr>
        <w:t>τοῖς νοῦν ἔχουσιν οὐ κακῶς ἔχειν δοκεῖ</w:t>
      </w:r>
    </w:p>
    <w:p>
      <w:r>
        <w:rPr>
          <w:rFonts w:ascii="Courier New" w:hAnsi="Courier New"/>
          <w:color w:val="555555"/>
          <w:sz w:val="20"/>
        </w:rPr>
        <w:t>[348a*]</w:t>
      </w:r>
    </w:p>
    <w:p>
      <w:r>
        <w:rPr>
          <w:rFonts w:ascii="Gentium Plus" w:hAnsi="Gentium Plus"/>
          <w:sz w:val="24"/>
        </w:rPr>
        <w:t>πολλάκις ἄρα εἷς φρονῶν μυρίων μὴ φρονούντων κρείττων ἐστίν</w:t>
      </w:r>
    </w:p>
    <w:p>
      <w:r>
        <w:rPr>
          <w:rFonts w:ascii="Courier New" w:hAnsi="Courier New"/>
          <w:color w:val="555555"/>
          <w:sz w:val="20"/>
        </w:rPr>
        <w:t>[348b*]</w:t>
      </w:r>
    </w:p>
    <w:p>
      <w:r>
        <w:rPr>
          <w:rFonts w:ascii="Gentium Plus" w:hAnsi="Gentium Plus"/>
          <w:sz w:val="24"/>
        </w:rPr>
        <w:t>τὴν εἱμαρμένην οὐδ’ ἂν εἷς ἐκφύγοι</w:t>
      </w:r>
    </w:p>
    <w:p>
      <w:r>
        <w:rPr>
          <w:rFonts w:ascii="Courier New" w:hAnsi="Courier New"/>
          <w:color w:val="555555"/>
          <w:sz w:val="20"/>
        </w:rPr>
        <w:t>[348c]</w:t>
      </w:r>
    </w:p>
    <w:p>
      <w:r>
        <w:rPr>
          <w:rFonts w:ascii="Gentium Plus" w:hAnsi="Gentium Plus"/>
          <w:sz w:val="24"/>
        </w:rPr>
        <w:t>οὔτ’ ἀκούομεν ἀκριβὲς οὐδὲν οὔθ’ ὁρῶμεν</w:t>
      </w:r>
    </w:p>
    <w:p>
      <w:r>
        <w:rPr>
          <w:rFonts w:ascii="Courier New" w:hAnsi="Courier New"/>
          <w:color w:val="555555"/>
          <w:sz w:val="20"/>
        </w:rPr>
        <w:t>[348d]</w:t>
      </w:r>
    </w:p>
    <w:p>
      <w:r>
        <w:rPr>
          <w:rFonts w:ascii="Gentium Plus" w:hAnsi="Gentium Plus"/>
          <w:sz w:val="24"/>
        </w:rPr>
        <w:t>ἐμὲ δὲ νῦν ἤδη καλεῖ ... ἡ εἱμαρμένη</w:t>
      </w:r>
    </w:p>
    <w:p>
      <w:r>
        <w:rPr>
          <w:rFonts w:ascii="Courier New" w:hAnsi="Courier New"/>
          <w:color w:val="555555"/>
          <w:sz w:val="20"/>
        </w:rPr>
        <w:t>[348e]</w:t>
      </w:r>
    </w:p>
    <w:p>
      <w:r>
        <w:rPr>
          <w:rFonts w:ascii="Gentium Plus" w:hAnsi="Gentium Plus"/>
          <w:sz w:val="24"/>
        </w:rPr>
        <w:t>ἐκπεσὼν οἰχήσεται</w:t>
      </w:r>
    </w:p>
    <w:p>
      <w:r>
        <w:rPr>
          <w:rFonts w:ascii="Courier New" w:hAnsi="Courier New"/>
          <w:color w:val="555555"/>
          <w:sz w:val="20"/>
        </w:rPr>
        <w:t>[348f*]</w:t>
      </w:r>
    </w:p>
    <w:p>
      <w:r>
        <w:rPr>
          <w:rFonts w:ascii="Gentium Plus" w:hAnsi="Gentium Plus"/>
          <w:sz w:val="24"/>
        </w:rPr>
        <w:t>μὴ τήν γε πρώτην χάριν ἀπαρνηθεὶς γένῃ, τοσόνδε δ’ ἡμῖν φράζε</w:t>
      </w:r>
    </w:p>
    <w:p>
      <w:r>
        <w:rPr>
          <w:rFonts w:ascii="Courier New" w:hAnsi="Courier New"/>
          <w:color w:val="555555"/>
          <w:sz w:val="20"/>
        </w:rPr>
        <w:t>[348g]</w:t>
      </w:r>
    </w:p>
    <w:p>
      <w:r>
        <w:rPr>
          <w:rFonts w:ascii="Gentium Plus" w:hAnsi="Gentium Plus"/>
          <w:sz w:val="24"/>
        </w:rPr>
        <w:t>× Ζεὺς κυβερνᾶν θ͜εῶ͜ν τε κἀνθρώπων ⏑–</w:t>
      </w:r>
    </w:p>
    <w:p>
      <w:r>
        <w:rPr>
          <w:rFonts w:ascii="Courier New" w:hAnsi="Courier New"/>
          <w:color w:val="555555"/>
          <w:sz w:val="20"/>
        </w:rPr>
        <w:t>[348h]</w:t>
      </w:r>
    </w:p>
    <w:p>
      <w:r>
        <w:rPr>
          <w:rFonts w:ascii="Gentium Plus" w:hAnsi="Gentium Plus"/>
          <w:sz w:val="24"/>
        </w:rPr>
        <w:t>×–⏑– οὔτ’ ἦλθεν οὔθ’ ἥξει ποτέ</w:t>
      </w:r>
    </w:p>
    <w:p>
      <w:r>
        <w:rPr>
          <w:rFonts w:ascii="Courier New" w:hAnsi="Courier New"/>
          <w:color w:val="555555"/>
          <w:sz w:val="20"/>
        </w:rPr>
        <w:t>[349]</w:t>
      </w:r>
    </w:p>
    <w:p>
      <w:r>
        <w:rPr>
          <w:rFonts w:ascii="Gentium Plus" w:hAnsi="Gentium Plus"/>
          <w:sz w:val="24"/>
        </w:rPr>
        <w:t>ὦ μηχάνημα λυγκὸς αἰολώτερον</w:t>
      </w:r>
    </w:p>
    <w:p>
      <w:r>
        <w:rPr>
          <w:rFonts w:ascii="Courier New" w:hAnsi="Courier New"/>
          <w:color w:val="555555"/>
          <w:sz w:val="20"/>
        </w:rPr>
        <w:t>[351]</w:t>
      </w:r>
    </w:p>
    <w:p>
      <w:r>
        <w:rPr>
          <w:rFonts w:ascii="Gentium Plus" w:hAnsi="Gentium Plus"/>
          <w:sz w:val="24"/>
        </w:rPr>
        <w:t>ὦ Ζεῦ, τίς εἶναί φησι σοῦ σοφώτερος;</w:t>
      </w:r>
    </w:p>
    <w:p>
      <w:r>
        <w:rPr>
          <w:rFonts w:ascii="Courier New" w:hAnsi="Courier New"/>
          <w:color w:val="555555"/>
          <w:sz w:val="20"/>
        </w:rPr>
        <w:t>[352]</w:t>
      </w:r>
    </w:p>
    <w:p>
      <w:r>
        <w:rPr>
          <w:rFonts w:ascii="Gentium Plus" w:hAnsi="Gentium Plus"/>
          <w:sz w:val="24"/>
        </w:rPr>
        <w:t>εἱμαρμένον δὲ τῶν κακῶν βουλευμάτων κακὰς ἀμοιβάς ἐστι καρποῦσθαι βροτοῖς</w:t>
      </w:r>
    </w:p>
    <w:p>
      <w:r>
        <w:rPr>
          <w:rFonts w:ascii="Courier New" w:hAnsi="Courier New"/>
          <w:color w:val="555555"/>
          <w:sz w:val="20"/>
        </w:rPr>
        <w:t>[353]</w:t>
      </w:r>
    </w:p>
    <w:p>
      <w:r>
        <w:rPr>
          <w:rFonts w:ascii="Gentium Plus" w:hAnsi="Gentium Plus"/>
          <w:sz w:val="24"/>
        </w:rPr>
        <w:t>Ζεὺς γὰρ τὰ μὲν τοιαῦτα φροντίζει βροτῶν, τὰ μικρὰ δ’ ἄλλοις δαίμοσιν παρεὶς ἐᾷ</w:t>
      </w:r>
    </w:p>
    <w:p>
      <w:r>
        <w:rPr>
          <w:rFonts w:ascii="Courier New" w:hAnsi="Courier New"/>
          <w:color w:val="555555"/>
          <w:sz w:val="20"/>
        </w:rPr>
        <w:t>[354]</w:t>
      </w:r>
    </w:p>
    <w:p>
      <w:r>
        <w:rPr>
          <w:rFonts w:ascii="Gentium Plus" w:hAnsi="Gentium Plus"/>
          <w:sz w:val="24"/>
        </w:rPr>
        <w:t>τόδ’ ἐστὶ τὸ ζηλωτὸν ἀνθρώποις, ὅτῳ</w:t>
      </w:r>
    </w:p>
    <w:p>
      <w:r>
        <w:rPr>
          <w:rFonts w:ascii="Courier New" w:hAnsi="Courier New"/>
          <w:color w:val="555555"/>
          <w:sz w:val="20"/>
        </w:rPr>
        <w:t>[355]</w:t>
      </w:r>
    </w:p>
    <w:p>
      <w:r>
        <w:rPr>
          <w:rFonts w:ascii="Gentium Plus" w:hAnsi="Gentium Plus"/>
          <w:sz w:val="24"/>
        </w:rPr>
        <w:t>〈Α.〉 πρὸς θῆλυ νεύει μᾶλλον ἢ ἐπὶ τἄρσενα; 〈Β.〉 ὅπου προσῇ τὸ κάλλος, ἀμφιδέξιος</w:t>
      </w:r>
    </w:p>
    <w:p>
      <w:r>
        <w:rPr>
          <w:rFonts w:ascii="Courier New" w:hAnsi="Courier New"/>
          <w:color w:val="555555"/>
          <w:sz w:val="20"/>
        </w:rPr>
        <w:t>[356]</w:t>
      </w:r>
    </w:p>
    <w:p>
      <w:r>
        <w:rPr>
          <w:rFonts w:ascii="Gentium Plus" w:hAnsi="Gentium Plus"/>
          <w:sz w:val="24"/>
        </w:rPr>
        <w:t>φόβος τὰ θεῖα τοῖσι σώφροσιν βροτῶν</w:t>
      </w:r>
    </w:p>
    <w:p>
      <w:r>
        <w:rPr>
          <w:rFonts w:ascii="Courier New" w:hAnsi="Courier New"/>
          <w:color w:val="555555"/>
          <w:sz w:val="20"/>
        </w:rPr>
        <w:t>[357]</w:t>
      </w:r>
    </w:p>
    <w:p>
      <w:r>
        <w:rPr>
          <w:rFonts w:ascii="Gentium Plus" w:hAnsi="Gentium Plus"/>
          <w:sz w:val="24"/>
        </w:rPr>
        <w:t>τῆς δειλίας γὰρ αἰσχρὰ γίγνεται τέκνα</w:t>
      </w:r>
    </w:p>
    <w:p>
      <w:r>
        <w:rPr>
          <w:rFonts w:ascii="Courier New" w:hAnsi="Courier New"/>
          <w:color w:val="555555"/>
          <w:sz w:val="20"/>
        </w:rPr>
        <w:t>[359]</w:t>
      </w:r>
    </w:p>
    <w:p>
      <w:r>
        <w:rPr>
          <w:rFonts w:ascii="Gentium Plus" w:hAnsi="Gentium Plus"/>
          <w:sz w:val="24"/>
        </w:rPr>
        <w:t>ἰὼ τυραννὶ βαρβάρων ἀνδρῶν φίλη</w:t>
      </w:r>
    </w:p>
    <w:p>
      <w:r>
        <w:rPr>
          <w:rFonts w:ascii="Courier New" w:hAnsi="Courier New"/>
          <w:color w:val="555555"/>
          <w:sz w:val="20"/>
        </w:rPr>
        <w:t>[360]</w:t>
      </w:r>
    </w:p>
    <w:p>
      <w:r>
        <w:rPr>
          <w:rFonts w:ascii="Gentium Plus" w:hAnsi="Gentium Plus"/>
          <w:sz w:val="24"/>
        </w:rPr>
        <w:t>ἡ βροτῶν τ’ εὐπραξία τῶν τἀλάχιστα γίγνεται λυπουμένων</w:t>
      </w:r>
    </w:p>
    <w:p>
      <w:r>
        <w:rPr>
          <w:rFonts w:ascii="Courier New" w:hAnsi="Courier New"/>
          <w:color w:val="555555"/>
          <w:sz w:val="20"/>
        </w:rPr>
        <w:t>[361]</w:t>
      </w:r>
    </w:p>
    <w:p>
      <w:r>
        <w:rPr>
          <w:rFonts w:ascii="Gentium Plus" w:hAnsi="Gentium Plus"/>
          <w:sz w:val="24"/>
        </w:rPr>
        <w:t>κινοῦσα χορδὰς τὰς ἀκινήτους φρενῶν</w:t>
      </w:r>
    </w:p>
    <w:p>
      <w:r>
        <w:rPr>
          <w:rFonts w:ascii="Courier New" w:hAnsi="Courier New"/>
          <w:color w:val="555555"/>
          <w:sz w:val="20"/>
        </w:rPr>
        <w:t>[363]</w:t>
      </w:r>
    </w:p>
    <w:p>
      <w:r>
        <w:rPr>
          <w:rFonts w:ascii="Gentium Plus" w:hAnsi="Gentium Plus"/>
          <w:sz w:val="24"/>
        </w:rPr>
        <w:t>οὐ παῖς Ἀχιλλ͜έω͜ς, ἀλλ’ ἐκεῖνος αὐτὸς εἶ</w:t>
      </w:r>
    </w:p>
    <w:p>
      <w:r>
        <w:rPr>
          <w:rFonts w:ascii="Courier New" w:hAnsi="Courier New"/>
          <w:color w:val="555555"/>
          <w:sz w:val="20"/>
        </w:rPr>
        <w:t>[365]</w:t>
      </w:r>
    </w:p>
    <w:p>
      <w:r>
        <w:rPr>
          <w:rFonts w:ascii="Gentium Plus" w:hAnsi="Gentium Plus"/>
          <w:sz w:val="24"/>
        </w:rPr>
        <w:t>σύνθημ’ ἐρωτῶν, ἄλλο μαστεύων χρέος</w:t>
      </w:r>
    </w:p>
    <w:p>
      <w:r>
        <w:rPr>
          <w:rFonts w:ascii="Courier New" w:hAnsi="Courier New"/>
          <w:color w:val="555555"/>
          <w:sz w:val="20"/>
        </w:rPr>
        <w:t>[365a]</w:t>
      </w:r>
    </w:p>
    <w:p>
      <w:r>
        <w:rPr>
          <w:rFonts w:ascii="Gentium Plus" w:hAnsi="Gentium Plus"/>
          <w:sz w:val="24"/>
        </w:rPr>
        <w:t>λισσάδα πέτραν φιλοκέρτομον ὣς παρανηχομένους</w:t>
      </w:r>
    </w:p>
    <w:p>
      <w:r>
        <w:rPr>
          <w:rFonts w:ascii="Courier New" w:hAnsi="Courier New"/>
          <w:color w:val="555555"/>
          <w:sz w:val="20"/>
        </w:rPr>
        <w:t>[366]</w:t>
      </w:r>
    </w:p>
    <w:p>
      <w:r>
        <w:rPr>
          <w:rFonts w:ascii="Gentium Plus" w:hAnsi="Gentium Plus"/>
          <w:sz w:val="24"/>
        </w:rPr>
        <w:t>αὐτός τε πράσσων εὖ τίθησιν εἰς μέσον τοῦ δυστυχοῦς τε λαγχάνων οὐκ ἄχθεται</w:t>
      </w:r>
    </w:p>
    <w:p>
      <w:r>
        <w:rPr>
          <w:rFonts w:ascii="Courier New" w:hAnsi="Courier New"/>
          <w:color w:val="555555"/>
          <w:sz w:val="20"/>
        </w:rPr>
        <w:t>[367]</w:t>
      </w:r>
    </w:p>
    <w:p>
      <w:r>
        <w:rPr>
          <w:rFonts w:ascii="Gentium Plus" w:hAnsi="Gentium Plus"/>
          <w:sz w:val="24"/>
        </w:rPr>
        <w:t>ἀλλ’ ἓν διδοῦσα πάντα μαλθάσσει τάδε</w:t>
      </w:r>
    </w:p>
    <w:p>
      <w:r>
        <w:rPr>
          <w:rFonts w:ascii="Courier New" w:hAnsi="Courier New"/>
          <w:color w:val="555555"/>
          <w:sz w:val="20"/>
        </w:rPr>
        <w:t>[368*]</w:t>
      </w:r>
    </w:p>
    <w:p>
      <w:r>
        <w:rPr>
          <w:rFonts w:ascii="Gentium Plus" w:hAnsi="Gentium Plus"/>
          <w:sz w:val="24"/>
        </w:rPr>
        <w:t>τό τοι χρεὼν οὐκ ἔστι μὴ χρεὼν ποεῖν</w:t>
      </w:r>
    </w:p>
    <w:p>
      <w:r>
        <w:rPr>
          <w:rFonts w:ascii="Courier New" w:hAnsi="Courier New"/>
          <w:color w:val="555555"/>
          <w:sz w:val="20"/>
        </w:rPr>
        <w:t>[368a]</w:t>
      </w:r>
    </w:p>
    <w:p>
      <w:r>
        <w:rPr>
          <w:rFonts w:ascii="Gentium Plus" w:hAnsi="Gentium Plus"/>
          <w:sz w:val="24"/>
        </w:rPr>
        <w:t>τροχοῦ περιστείχοντος ἄλλοθ’ ἁτέρα ἁψὶς ὕπερθε γίγνετ’, ἄλλοθ’ ἁτέρα</w:t>
      </w:r>
    </w:p>
    <w:p>
      <w:r>
        <w:rPr>
          <w:rFonts w:ascii="Courier New" w:hAnsi="Courier New"/>
          <w:color w:val="555555"/>
          <w:sz w:val="20"/>
        </w:rPr>
        <w:t>[369]</w:t>
      </w:r>
    </w:p>
    <w:p>
      <w:r>
        <w:rPr>
          <w:rFonts w:ascii="Gentium Plus" w:hAnsi="Gentium Plus"/>
          <w:sz w:val="24"/>
        </w:rPr>
        <w:t>λιμὴν Ἀίδας ἀνιᾶν</w:t>
      </w:r>
    </w:p>
    <w:p>
      <w:r>
        <w:rPr>
          <w:rFonts w:ascii="Courier New" w:hAnsi="Courier New"/>
          <w:color w:val="555555"/>
          <w:sz w:val="20"/>
        </w:rPr>
        <w:t>[369a]</w:t>
      </w:r>
    </w:p>
    <w:p>
      <w:r>
        <w:rPr>
          <w:rFonts w:ascii="Gentium Plus" w:hAnsi="Gentium Plus"/>
          <w:sz w:val="24"/>
        </w:rPr>
        <w:t>ὦ θάνατε παιάν, 〈–⏑ ?〉 ἰατρὸς μόλοις</w:t>
      </w:r>
    </w:p>
    <w:p>
      <w:r>
        <w:rPr>
          <w:rFonts w:ascii="Courier New" w:hAnsi="Courier New"/>
          <w:color w:val="555555"/>
          <w:sz w:val="20"/>
        </w:rPr>
        <w:t>[370]</w:t>
      </w:r>
    </w:p>
    <w:p>
      <w:r>
        <w:rPr>
          <w:rFonts w:ascii="Gentium Plus" w:hAnsi="Gentium Plus"/>
          <w:sz w:val="24"/>
        </w:rPr>
        <w:t>Ἅιδην δ’ ἔχων βοηθὸν οὐ τρέμω σκιάς</w:t>
      </w:r>
    </w:p>
    <w:p>
      <w:r>
        <w:rPr>
          <w:rFonts w:ascii="Courier New" w:hAnsi="Courier New"/>
          <w:color w:val="555555"/>
          <w:sz w:val="20"/>
        </w:rPr>
        <w:t>[371]</w:t>
      </w:r>
    </w:p>
    <w:p>
      <w:r>
        <w:rPr>
          <w:rFonts w:ascii="Gentium Plus" w:hAnsi="Gentium Plus"/>
          <w:sz w:val="24"/>
        </w:rPr>
        <w:t>μηδεὶς φοβείσθω θάνατον ἀπόλυσιν πόνων</w:t>
      </w:r>
    </w:p>
    <w:p>
      <w:r>
        <w:rPr>
          <w:rFonts w:ascii="Courier New" w:hAnsi="Courier New"/>
          <w:color w:val="555555"/>
          <w:sz w:val="20"/>
        </w:rPr>
        <w:t>[372*]</w:t>
      </w:r>
    </w:p>
    <w:p>
      <w:r>
        <w:rPr>
          <w:rFonts w:ascii="Gentium Plus" w:hAnsi="Gentium Plus"/>
          <w:sz w:val="24"/>
        </w:rPr>
        <w:t>ποῦ γὰρ τὰ σεμνὰ κεῖνα, ποῦ δὲ Λυδίης μέγας δυνάστης Κροῖσος, ἢ Ξέρξης βαρύν ζεύξας θαλάσσης αὐχέν’ Ἑλλησποντίας;</w:t>
      </w:r>
    </w:p>
    <w:p>
      <w:r>
        <w:rPr>
          <w:rFonts w:ascii="Courier New" w:hAnsi="Courier New"/>
          <w:color w:val="555555"/>
          <w:sz w:val="20"/>
        </w:rPr>
        <w:t>[375]</w:t>
      </w:r>
    </w:p>
    <w:p>
      <w:r>
        <w:rPr>
          <w:rFonts w:ascii="Gentium Plus" w:hAnsi="Gentium Plus"/>
          <w:sz w:val="24"/>
        </w:rPr>
        <w:t>〈ΧΟΡΟΣ〉 ἀλλ’ εἴ ς’ ἔνυπνον φάντασμα φοβεῖ χθονίας θ’ Ἑκάτης κῶμον ἐδέξω</w:t>
      </w:r>
    </w:p>
    <w:p>
      <w:r>
        <w:rPr>
          <w:rFonts w:ascii="Courier New" w:hAnsi="Courier New"/>
          <w:color w:val="555555"/>
          <w:sz w:val="20"/>
        </w:rPr>
        <w:t>[376]</w:t>
      </w:r>
    </w:p>
    <w:p>
      <w:r>
        <w:rPr>
          <w:rFonts w:ascii="Gentium Plus" w:hAnsi="Gentium Plus"/>
          <w:sz w:val="24"/>
        </w:rPr>
        <w:t>δεινή τις ἀνδρὶ καὶ γυναικὶ συμφορά δούλοις γενέσθαι δεσπότας τε δυσχερεῖς λαβεῖν</w:t>
      </w:r>
    </w:p>
    <w:p>
      <w:r>
        <w:rPr>
          <w:rFonts w:ascii="Courier New" w:hAnsi="Courier New"/>
          <w:color w:val="555555"/>
          <w:sz w:val="20"/>
        </w:rPr>
        <w:t>[378a*]</w:t>
      </w:r>
    </w:p>
    <w:p>
      <w:r>
        <w:rPr>
          <w:rFonts w:ascii="Gentium Plus" w:hAnsi="Gentium Plus"/>
          <w:sz w:val="24"/>
        </w:rPr>
        <w:t>πτεροῖς ἐλαφρίζουσα κούφοισιν δέμας ἀκρώνυχον καθεῖς’ ὑπὲρ σφαίρας ἴχνος</w:t>
      </w:r>
    </w:p>
    <w:p>
      <w:r>
        <w:rPr>
          <w:rFonts w:ascii="Courier New" w:hAnsi="Courier New"/>
          <w:color w:val="555555"/>
          <w:sz w:val="20"/>
        </w:rPr>
        <w:t>[379]</w:t>
      </w:r>
    </w:p>
    <w:p>
      <w:r>
        <w:rPr>
          <w:rFonts w:ascii="Gentium Plus" w:hAnsi="Gentium Plus"/>
          <w:sz w:val="24"/>
        </w:rPr>
        <w:t>εἴκει γὰρ ἤδη θυμὸς οὐδ’ ἔτ’ ἀντέχει</w:t>
      </w:r>
    </w:p>
    <w:p>
      <w:r>
        <w:rPr>
          <w:rFonts w:ascii="Courier New" w:hAnsi="Courier New"/>
          <w:color w:val="555555"/>
          <w:sz w:val="20"/>
        </w:rPr>
        <w:t>[380]</w:t>
      </w:r>
    </w:p>
    <w:p>
      <w:r>
        <w:rPr>
          <w:rFonts w:ascii="Gentium Plus" w:hAnsi="Gentium Plus"/>
          <w:sz w:val="24"/>
        </w:rPr>
        <w:t>ναῦς ὥς τις ἐκ μὲν γῆς ἀνήρτηται βρόχοις, πνεῖ δ’ οὖρος, ἡμῖν δ’ οὐ κρατεῖ τὰ πείσματα</w:t>
      </w:r>
    </w:p>
    <w:p>
      <w:r>
        <w:rPr>
          <w:rFonts w:ascii="Courier New" w:hAnsi="Courier New"/>
          <w:color w:val="555555"/>
          <w:sz w:val="20"/>
        </w:rPr>
        <w:t>[381]</w:t>
      </w:r>
    </w:p>
    <w:p>
      <w:r>
        <w:rPr>
          <w:rFonts w:ascii="Gentium Plus" w:hAnsi="Gentium Plus"/>
          <w:sz w:val="24"/>
        </w:rPr>
        <w:t>οὔτοι πρέπει τὸ σχῆμα· τοὺς αὐλοὺς μέθες καὶ θὦπλα λάζευ καὶ γνάθους εὐθημόνει</w:t>
      </w:r>
    </w:p>
    <w:p>
      <w:r>
        <w:rPr>
          <w:rFonts w:ascii="Courier New" w:hAnsi="Courier New"/>
          <w:color w:val="555555"/>
          <w:sz w:val="20"/>
        </w:rPr>
        <w:t>[382]</w:t>
      </w:r>
    </w:p>
    <w:p>
      <w:r>
        <w:rPr>
          <w:rFonts w:ascii="Gentium Plus" w:hAnsi="Gentium Plus"/>
          <w:sz w:val="24"/>
        </w:rPr>
        <w:t>ἄνδρ’ ἠδίκησας· ἄνδρ’ ἀνεκτέον τόδε;</w:t>
      </w:r>
    </w:p>
    <w:p>
      <w:r>
        <w:rPr>
          <w:rFonts w:ascii="Courier New" w:hAnsi="Courier New"/>
          <w:color w:val="555555"/>
          <w:sz w:val="20"/>
        </w:rPr>
        <w:t>[383]</w:t>
      </w:r>
    </w:p>
    <w:p>
      <w:r>
        <w:rPr>
          <w:rFonts w:ascii="Gentium Plus" w:hAnsi="Gentium Plus"/>
          <w:sz w:val="24"/>
        </w:rPr>
        <w:t>καὶ γὰρ κάπρον φριξαύχεν’ οὐ μόνον γυνή, παῖς δ’ ἂν νεογνὸς χειρὶ προσκνήθων νέᾳ</w:t>
      </w:r>
    </w:p>
    <w:p>
      <w:r>
        <w:rPr>
          <w:rFonts w:ascii="Courier New" w:hAnsi="Courier New"/>
          <w:color w:val="555555"/>
          <w:sz w:val="20"/>
        </w:rPr>
        <w:t>[384]</w:t>
      </w:r>
    </w:p>
    <w:p>
      <w:r>
        <w:rPr>
          <w:rFonts w:ascii="Gentium Plus" w:hAnsi="Gentium Plus"/>
          <w:sz w:val="24"/>
        </w:rPr>
        <w:t>φίλων γε μέντοι χρῆσις ἡ πρὸς αἵματος μόνη κακοῦ ῥέοντος ὠφελεῖν φιλεῖ</w:t>
      </w:r>
    </w:p>
    <w:p>
      <w:r>
        <w:rPr>
          <w:rFonts w:ascii="Courier New" w:hAnsi="Courier New"/>
          <w:color w:val="555555"/>
          <w:sz w:val="20"/>
        </w:rPr>
        <w:t>[384a]</w:t>
      </w:r>
    </w:p>
    <w:p>
      <w:r>
        <w:rPr>
          <w:rFonts w:ascii="Gentium Plus" w:hAnsi="Gentium Plus"/>
          <w:sz w:val="24"/>
        </w:rPr>
        <w:t>–⏑ Ἀσκραίῳ Διί Λυδίων καρπῶν ἀπαρχὰς</w:t>
      </w:r>
    </w:p>
    <w:p>
      <w:r>
        <w:rPr>
          <w:rFonts w:ascii="Courier New" w:hAnsi="Courier New"/>
          <w:color w:val="555555"/>
          <w:sz w:val="20"/>
        </w:rPr>
        <w:t>[386]</w:t>
      </w:r>
    </w:p>
    <w:p>
      <w:r>
        <w:rPr>
          <w:rFonts w:ascii="Gentium Plus" w:hAnsi="Gentium Plus"/>
          <w:sz w:val="24"/>
        </w:rPr>
        <w:t>οἴμοι, τὸ κακὸν τῆς εὐτυχίας ὡς μᾶλλον ἐς οὖς φέρεται θνητῶν</w:t>
      </w:r>
    </w:p>
    <w:p>
      <w:r>
        <w:rPr>
          <w:rFonts w:ascii="Courier New" w:hAnsi="Courier New"/>
          <w:color w:val="555555"/>
          <w:sz w:val="20"/>
        </w:rPr>
        <w:t>[388]</w:t>
      </w:r>
    </w:p>
    <w:p>
      <w:r>
        <w:rPr>
          <w:rFonts w:ascii="Gentium Plus" w:hAnsi="Gentium Plus"/>
          <w:sz w:val="24"/>
        </w:rPr>
        <w:t>ὄλοιο θνητῶν ἐκλέγων τὰς συμφοράς</w:t>
      </w:r>
    </w:p>
    <w:p>
      <w:r>
        <w:rPr>
          <w:rFonts w:ascii="Courier New" w:hAnsi="Courier New"/>
          <w:color w:val="555555"/>
          <w:sz w:val="20"/>
        </w:rPr>
        <w:t>[391]</w:t>
      </w:r>
    </w:p>
    <w:p>
      <w:r>
        <w:rPr>
          <w:rFonts w:ascii="Gentium Plus" w:hAnsi="Gentium Plus"/>
          <w:sz w:val="24"/>
        </w:rPr>
        <w:t>θύννος βολαῖος πέλαγος ὣς διαστροβεῖ</w:t>
      </w:r>
    </w:p>
    <w:p>
      <w:r>
        <w:rPr>
          <w:rFonts w:ascii="Courier New" w:hAnsi="Courier New"/>
          <w:color w:val="555555"/>
          <w:sz w:val="20"/>
        </w:rPr>
        <w:t>[392]</w:t>
      </w:r>
    </w:p>
    <w:p>
      <w:r>
        <w:rPr>
          <w:rFonts w:ascii="Gentium Plus" w:hAnsi="Gentium Plus"/>
          <w:sz w:val="24"/>
        </w:rPr>
        <w:t>ΗΡΑΚΛΗΣ· Ἀργεῖος ἢ Θηβαῖος· οὐ γὰρ εὔχομαι μιᾶς· ἅπας μοι πύργος Ἑλλήνων πατρίς</w:t>
      </w:r>
    </w:p>
    <w:p>
      <w:r>
        <w:rPr>
          <w:rFonts w:ascii="Courier New" w:hAnsi="Courier New"/>
          <w:color w:val="555555"/>
          <w:sz w:val="20"/>
        </w:rPr>
        <w:t>[393*]</w:t>
      </w:r>
    </w:p>
    <w:p>
      <w:r>
        <w:rPr>
          <w:rFonts w:ascii="Gentium Plus" w:hAnsi="Gentium Plus"/>
          <w:sz w:val="24"/>
        </w:rPr>
        <w:t>σκληρὰν ἄκαρπον καὶ φυτεύεσθαι κακήν</w:t>
      </w:r>
    </w:p>
    <w:p>
      <w:r>
        <w:rPr>
          <w:rFonts w:ascii="Courier New" w:hAnsi="Courier New"/>
          <w:color w:val="555555"/>
          <w:sz w:val="20"/>
        </w:rPr>
        <w:t>[397]</w:t>
      </w:r>
    </w:p>
    <w:p>
      <w:r>
        <w:rPr>
          <w:rFonts w:ascii="Gentium Plus" w:hAnsi="Gentium Plus"/>
          <w:sz w:val="24"/>
        </w:rPr>
        <w:t>λήγει δὲ Κύπρις θαλίαι τε νέων</w:t>
      </w:r>
    </w:p>
    <w:p>
      <w:r>
        <w:rPr>
          <w:rFonts w:ascii="Courier New" w:hAnsi="Courier New"/>
          <w:color w:val="555555"/>
          <w:sz w:val="20"/>
        </w:rPr>
        <w:t>[398]</w:t>
      </w:r>
    </w:p>
    <w:p>
      <w:r>
        <w:rPr>
          <w:rFonts w:ascii="Gentium Plus" w:hAnsi="Gentium Plus"/>
          <w:sz w:val="24"/>
        </w:rPr>
        <w:t>〈ὦ〉 γλῶσσα, μέτριον εἴ τι κομπάσαι θέλεις, ἔξειπε</w:t>
      </w:r>
    </w:p>
    <w:p>
      <w:r>
        <w:rPr>
          <w:rFonts w:ascii="Courier New" w:hAnsi="Courier New"/>
          <w:color w:val="555555"/>
          <w:sz w:val="20"/>
        </w:rPr>
        <w:t>[399]</w:t>
      </w:r>
    </w:p>
    <w:p>
      <w:r>
        <w:rPr>
          <w:rFonts w:ascii="Gentium Plus" w:hAnsi="Gentium Plus"/>
          <w:sz w:val="24"/>
        </w:rPr>
        <w:t>τὸν παῖδά μοι τόνδ’ ἀξίως Ἡρακλέους ἡμῶν τε θρέψαι</w:t>
      </w:r>
    </w:p>
    <w:p>
      <w:r>
        <w:rPr>
          <w:rFonts w:ascii="Courier New" w:hAnsi="Courier New"/>
          <w:color w:val="555555"/>
          <w:sz w:val="20"/>
        </w:rPr>
        <w:t>[400]</w:t>
      </w:r>
    </w:p>
    <w:p>
      <w:r>
        <w:rPr>
          <w:rFonts w:ascii="Gentium Plus" w:hAnsi="Gentium Plus"/>
          <w:sz w:val="24"/>
        </w:rPr>
        <w:t>ἐγένοντο, τοῦ μὲν Ἡρακλῆς, τοῦ δ’ Ἴφικλος</w:t>
      </w:r>
    </w:p>
    <w:p>
      <w:r>
        <w:rPr>
          <w:rFonts w:ascii="Courier New" w:hAnsi="Courier New"/>
          <w:color w:val="555555"/>
          <w:sz w:val="20"/>
        </w:rPr>
        <w:t>[401]</w:t>
      </w:r>
    </w:p>
    <w:p>
      <w:r>
        <w:rPr>
          <w:rFonts w:ascii="Gentium Plus" w:hAnsi="Gentium Plus"/>
          <w:sz w:val="24"/>
        </w:rPr>
        <w:t>μισεῖς· ἐγὼ δὲ ῥᾳδίως μισήσομαι πρὸς κέρδος ἕλκων τὴν ἐμὴν ἀτιμίαν</w:t>
      </w:r>
    </w:p>
    <w:p>
      <w:r>
        <w:rPr>
          <w:rFonts w:ascii="Courier New" w:hAnsi="Courier New"/>
          <w:color w:val="555555"/>
          <w:sz w:val="20"/>
        </w:rPr>
        <w:t>[402]</w:t>
      </w:r>
    </w:p>
    <w:p>
      <w:r>
        <w:rPr>
          <w:rFonts w:ascii="Gentium Plus" w:hAnsi="Gentium Plus"/>
          <w:sz w:val="24"/>
        </w:rPr>
        <w:t>βίᾳ δ’ ἔπραξας χάριτας ἢ πείσας κόρην;</w:t>
      </w:r>
    </w:p>
    <w:p>
      <w:r>
        <w:rPr>
          <w:rFonts w:ascii="Courier New" w:hAnsi="Courier New"/>
          <w:color w:val="555555"/>
          <w:sz w:val="20"/>
        </w:rPr>
        <w:t>[404]</w:t>
      </w:r>
    </w:p>
    <w:p>
      <w:r>
        <w:rPr>
          <w:rFonts w:ascii="Gentium Plus" w:hAnsi="Gentium Plus"/>
          <w:sz w:val="24"/>
        </w:rPr>
        <w:t>τόδ’ ἐξοπλίζει τοὔπος Ἀργεῖον λεών</w:t>
      </w:r>
    </w:p>
    <w:p>
      <w:r>
        <w:rPr>
          <w:rFonts w:ascii="Courier New" w:hAnsi="Courier New"/>
          <w:color w:val="555555"/>
          <w:sz w:val="20"/>
        </w:rPr>
        <w:t>[405]</w:t>
      </w:r>
    </w:p>
    <w:p>
      <w:r>
        <w:rPr>
          <w:rFonts w:ascii="Gentium Plus" w:hAnsi="Gentium Plus"/>
          <w:sz w:val="24"/>
        </w:rPr>
        <w:t>〈ΘΑΝΑΤΟΣ·〉 οὐ γάρ με Νὺξ ἔτικτε δεσπότην λύρας, οὐ μάντιν οὐδ’ ἰατρόν, ἀλλὰ †θνητὸν ἅμα† ψυχαῖς</w:t>
      </w:r>
    </w:p>
    <w:p>
      <w:r>
        <w:rPr>
          <w:rFonts w:ascii="Courier New" w:hAnsi="Courier New"/>
          <w:color w:val="555555"/>
          <w:sz w:val="20"/>
        </w:rPr>
        <w:t>[406]</w:t>
      </w:r>
    </w:p>
    <w:p>
      <w:r>
        <w:rPr>
          <w:rFonts w:ascii="Gentium Plus" w:hAnsi="Gentium Plus"/>
          <w:sz w:val="24"/>
        </w:rPr>
        <w:t>τί[ς καλλί]καρπον θύρσον ἀνασείει θεῶν;</w:t>
      </w:r>
    </w:p>
    <w:p>
      <w:r>
        <w:rPr>
          <w:rFonts w:ascii="Courier New" w:hAnsi="Courier New"/>
          <w:color w:val="555555"/>
          <w:sz w:val="20"/>
        </w:rPr>
        <w:t>[407]</w:t>
      </w:r>
    </w:p>
    <w:p>
      <w:r>
        <w:rPr>
          <w:rFonts w:ascii="Gentium Plus" w:hAnsi="Gentium Plus"/>
          <w:sz w:val="24"/>
        </w:rPr>
        <w:t>ἐφέσπερον δαίουσα λαμπτῆρος σέλας</w:t>
      </w:r>
    </w:p>
    <w:p>
      <w:r>
        <w:rPr>
          <w:rFonts w:ascii="Courier New" w:hAnsi="Courier New"/>
          <w:color w:val="555555"/>
          <w:sz w:val="20"/>
        </w:rPr>
        <w:t>[408]</w:t>
      </w:r>
    </w:p>
    <w:p>
      <w:r>
        <w:rPr>
          <w:rFonts w:ascii="Gentium Plus" w:hAnsi="Gentium Plus"/>
          <w:sz w:val="24"/>
        </w:rPr>
        <w:t>πῦρ καὶ θάλασσαν καὶ πνοὰς τὰς αἰθέρος</w:t>
      </w:r>
    </w:p>
    <w:p>
      <w:r>
        <w:rPr>
          <w:rFonts w:ascii="Courier New" w:hAnsi="Courier New"/>
          <w:color w:val="555555"/>
          <w:sz w:val="20"/>
        </w:rPr>
        <w:t>[408a]</w:t>
      </w:r>
    </w:p>
    <w:p>
      <w:r>
        <w:rPr>
          <w:rFonts w:ascii="Gentium Plus" w:hAnsi="Gentium Plus"/>
          <w:sz w:val="24"/>
        </w:rPr>
        <w:t>ἔπτηξ’ ἀλέκτωρ δοῦλον ὣς κλίνας πτερόν</w:t>
      </w:r>
    </w:p>
    <w:p>
      <w:r>
        <w:rPr>
          <w:rFonts w:ascii="Courier New" w:hAnsi="Courier New"/>
          <w:color w:val="555555"/>
          <w:sz w:val="20"/>
        </w:rPr>
        <w:t>[409]</w:t>
      </w:r>
    </w:p>
    <w:p>
      <w:r>
        <w:rPr>
          <w:rFonts w:ascii="Gentium Plus" w:hAnsi="Gentium Plus"/>
          <w:sz w:val="24"/>
        </w:rPr>
        <w:t>ὕβρις τάδ’, οὐχὶ Κύπρις ἐξεργάζεται</w:t>
      </w:r>
    </w:p>
    <w:p>
      <w:r>
        <w:rPr>
          <w:rFonts w:ascii="Courier New" w:hAnsi="Courier New"/>
          <w:color w:val="555555"/>
          <w:sz w:val="20"/>
        </w:rPr>
        <w:t>[410]</w:t>
      </w:r>
    </w:p>
    <w:p>
      <w:r>
        <w:rPr>
          <w:rFonts w:ascii="Gentium Plus" w:hAnsi="Gentium Plus"/>
          <w:sz w:val="24"/>
        </w:rPr>
        <w:t>πολλοῦ σε θνητοῖς ἄξιον τίκτει πατήρ</w:t>
      </w:r>
    </w:p>
    <w:p>
      <w:r>
        <w:rPr>
          <w:rFonts w:ascii="Courier New" w:hAnsi="Courier New"/>
          <w:color w:val="555555"/>
          <w:sz w:val="20"/>
        </w:rPr>
        <w:t>[410a]</w:t>
      </w:r>
    </w:p>
    <w:p>
      <w:r>
        <w:rPr>
          <w:rFonts w:ascii="Gentium Plus" w:hAnsi="Gentium Plus"/>
          <w:sz w:val="24"/>
        </w:rPr>
        <w:t>καὶ μή τι παυσώμεσθα δρῶντες εὖ βροτούς</w:t>
      </w:r>
    </w:p>
    <w:p>
      <w:r>
        <w:rPr>
          <w:rFonts w:ascii="Courier New" w:hAnsi="Courier New"/>
          <w:color w:val="555555"/>
          <w:sz w:val="20"/>
        </w:rPr>
        <w:t>[412]</w:t>
      </w:r>
    </w:p>
    <w:p>
      <w:r>
        <w:rPr>
          <w:rFonts w:ascii="Gentium Plus" w:hAnsi="Gentium Plus"/>
          <w:sz w:val="24"/>
        </w:rPr>
        <w:t>δεινὸς κολαστὴς πέλεκυς αὐχένος τομεύς</w:t>
      </w:r>
    </w:p>
    <w:p>
      <w:r>
        <w:rPr>
          <w:rFonts w:ascii="Courier New" w:hAnsi="Courier New"/>
          <w:color w:val="555555"/>
          <w:sz w:val="20"/>
        </w:rPr>
        <w:t>[413]</w:t>
      </w:r>
    </w:p>
    <w:p>
      <w:r>
        <w:rPr>
          <w:rFonts w:ascii="Gentium Plus" w:hAnsi="Gentium Plus"/>
          <w:sz w:val="24"/>
        </w:rPr>
        <w:t>μικρὸν δὲ ποδὸς χαλάσαι μεγάλῃ κύματος ἀλκῇ</w:t>
      </w:r>
    </w:p>
    <w:p>
      <w:r>
        <w:rPr>
          <w:rFonts w:ascii="Courier New" w:hAnsi="Courier New"/>
          <w:color w:val="555555"/>
          <w:sz w:val="20"/>
        </w:rPr>
        <w:t>[415]</w:t>
      </w:r>
    </w:p>
    <w:p>
      <w:r>
        <w:rPr>
          <w:rFonts w:ascii="Gentium Plus" w:hAnsi="Gentium Plus"/>
          <w:sz w:val="24"/>
        </w:rPr>
        <w:t>στείχει πολίταις ὄμμ’ ἔχων ἰδεῖν πικρόν</w:t>
      </w:r>
    </w:p>
    <w:p>
      <w:r>
        <w:rPr>
          <w:rFonts w:ascii="Courier New" w:hAnsi="Courier New"/>
          <w:color w:val="555555"/>
          <w:sz w:val="20"/>
        </w:rPr>
        <w:t>[415a*]</w:t>
      </w:r>
    </w:p>
    <w:p>
      <w:r>
        <w:rPr>
          <w:rFonts w:ascii="Gentium Plus" w:hAnsi="Gentium Plus"/>
          <w:sz w:val="24"/>
        </w:rPr>
        <w:t>πολλοῖς μὲν ἐνάλου, ὀρείου δὲ πολλοῖς ἄγρας ἀκροθινίοις ἀγλαΐσας</w:t>
      </w:r>
    </w:p>
    <w:p>
      <w:r>
        <w:rPr>
          <w:rFonts w:ascii="Courier New" w:hAnsi="Courier New"/>
          <w:color w:val="555555"/>
          <w:sz w:val="20"/>
        </w:rPr>
        <w:t>[416]</w:t>
      </w:r>
    </w:p>
    <w:p>
      <w:r>
        <w:rPr>
          <w:rFonts w:ascii="Gentium Plus" w:hAnsi="Gentium Plus"/>
          <w:sz w:val="24"/>
        </w:rPr>
        <w:t>×– κραταιῷ περιβαλὼν βραχίονι</w:t>
      </w:r>
    </w:p>
    <w:p>
      <w:r>
        <w:rPr>
          <w:rFonts w:ascii="Courier New" w:hAnsi="Courier New"/>
          <w:color w:val="555555"/>
          <w:sz w:val="20"/>
        </w:rPr>
        <w:t>[416a*]</w:t>
      </w:r>
    </w:p>
    <w:p>
      <w:r>
        <w:rPr>
          <w:rFonts w:ascii="Gentium Plus" w:hAnsi="Gentium Plus"/>
          <w:sz w:val="24"/>
        </w:rPr>
        <w:t>στῆναι μὲν οὐ θέμις οὐδὲ παύσασθαι φορᾶς</w:t>
      </w:r>
    </w:p>
    <w:p>
      <w:r>
        <w:rPr>
          <w:rFonts w:ascii="Courier New" w:hAnsi="Courier New"/>
          <w:color w:val="555555"/>
          <w:sz w:val="20"/>
        </w:rPr>
        <w:t>[416b]</w:t>
      </w:r>
    </w:p>
    <w:p>
      <w:r>
        <w:rPr>
          <w:rFonts w:ascii="Gentium Plus" w:hAnsi="Gentium Plus"/>
          <w:sz w:val="24"/>
        </w:rPr>
        <w:t>φλοιὸς ἐβρώθη ξύλου ***</w:t>
      </w:r>
    </w:p>
    <w:p>
      <w:r>
        <w:rPr>
          <w:rFonts w:ascii="Courier New" w:hAnsi="Courier New"/>
          <w:color w:val="555555"/>
          <w:sz w:val="20"/>
        </w:rPr>
        <w:t>[2]</w:t>
      </w:r>
    </w:p>
    <w:p>
      <w:r>
        <w:rPr>
          <w:rFonts w:ascii="Gentium Plus" w:hAnsi="Gentium Plus"/>
          <w:sz w:val="24"/>
        </w:rPr>
        <w:t>ἄγρωστιν εὑρεῖν βλαστάνουσαν ἢ φλεώ</w:t>
      </w:r>
    </w:p>
    <w:p>
      <w:r>
        <w:rPr>
          <w:rFonts w:ascii="Courier New" w:hAnsi="Courier New"/>
          <w:color w:val="555555"/>
          <w:sz w:val="20"/>
        </w:rPr>
        <w:t>[418a*]</w:t>
      </w:r>
    </w:p>
    <w:p>
      <w:r>
        <w:rPr>
          <w:rFonts w:ascii="Gentium Plus" w:hAnsi="Gentium Plus"/>
          <w:sz w:val="24"/>
        </w:rPr>
        <w:t>ὡς γῇ προσέξων {τὸ} σῶμα</w:t>
      </w:r>
    </w:p>
    <w:p>
      <w:r>
        <w:rPr>
          <w:rFonts w:ascii="Courier New" w:hAnsi="Courier New"/>
          <w:color w:val="555555"/>
          <w:sz w:val="20"/>
        </w:rPr>
        <w:t>[419]</w:t>
      </w:r>
    </w:p>
    <w:p>
      <w:r>
        <w:rPr>
          <w:rFonts w:ascii="Gentium Plus" w:hAnsi="Gentium Plus"/>
          <w:sz w:val="24"/>
        </w:rPr>
        <w:t>Κρητικοὺς αὐλοὺς θανοῦσι κῶλα ποικίλης νεβροῦ</w:t>
      </w:r>
    </w:p>
    <w:p>
      <w:r>
        <w:rPr>
          <w:rFonts w:ascii="Courier New" w:hAnsi="Courier New"/>
          <w:color w:val="555555"/>
          <w:sz w:val="20"/>
        </w:rPr>
        <w:t>[420]</w:t>
      </w:r>
    </w:p>
    <w:p>
      <w:r>
        <w:rPr>
          <w:rFonts w:ascii="Gentium Plus" w:hAnsi="Gentium Plus"/>
          <w:sz w:val="24"/>
        </w:rPr>
        <w:t>σύμμικτον ὥστε γλεῦκος αὐλητήριον</w:t>
      </w:r>
    </w:p>
    <w:p>
      <w:r>
        <w:rPr>
          <w:rFonts w:ascii="Courier New" w:hAnsi="Courier New"/>
          <w:color w:val="555555"/>
          <w:sz w:val="20"/>
        </w:rPr>
        <w:t>[421*]</w:t>
      </w:r>
    </w:p>
    <w:p>
      <w:r>
        <w:rPr>
          <w:rFonts w:ascii="Gentium Plus" w:hAnsi="Gentium Plus"/>
          <w:sz w:val="24"/>
        </w:rPr>
        <w:t>ἔστιν Δίκης ὀφθαλμός, ὃς τὰ πάνθ’ ὁρᾷ</w:t>
      </w:r>
    </w:p>
    <w:p>
      <w:r>
        <w:rPr>
          <w:rFonts w:ascii="Courier New" w:hAnsi="Courier New"/>
          <w:color w:val="555555"/>
          <w:sz w:val="20"/>
        </w:rPr>
        <w:t>[422]</w:t>
      </w:r>
    </w:p>
    <w:p>
      <w:r>
        <w:rPr>
          <w:rFonts w:ascii="Gentium Plus" w:hAnsi="Gentium Plus"/>
          <w:sz w:val="24"/>
        </w:rPr>
        <w:t>σοφοὶ σοφοὺς σῴζουσιν, ἢν ὦσιν σοφοί</w:t>
      </w:r>
    </w:p>
    <w:p>
      <w:r>
        <w:rPr>
          <w:rFonts w:ascii="Courier New" w:hAnsi="Courier New"/>
          <w:color w:val="555555"/>
          <w:sz w:val="20"/>
        </w:rPr>
        <w:t>[423]</w:t>
      </w:r>
    </w:p>
    <w:p>
      <w:r>
        <w:rPr>
          <w:rFonts w:ascii="Gentium Plus" w:hAnsi="Gentium Plus"/>
          <w:sz w:val="24"/>
        </w:rPr>
        <w:t>ἄδοξον, ἄκραν γλῶσσαν ἠκονημένον</w:t>
      </w:r>
    </w:p>
    <w:p>
      <w:r>
        <w:rPr>
          <w:rFonts w:ascii="Courier New" w:hAnsi="Courier New"/>
          <w:color w:val="555555"/>
          <w:sz w:val="20"/>
        </w:rPr>
        <w:t>[424]</w:t>
      </w:r>
    </w:p>
    <w:p>
      <w:r>
        <w:rPr>
          <w:rFonts w:ascii="Gentium Plus" w:hAnsi="Gentium Plus"/>
          <w:sz w:val="24"/>
        </w:rPr>
        <w:t>ἁγνὸν εἰς σηκὸν θεοῦ</w:t>
      </w:r>
    </w:p>
    <w:p>
      <w:r>
        <w:rPr>
          <w:rFonts w:ascii="Courier New" w:hAnsi="Courier New"/>
          <w:color w:val="555555"/>
          <w:sz w:val="20"/>
        </w:rPr>
        <w:t>[425]</w:t>
      </w:r>
    </w:p>
    <w:p>
      <w:r>
        <w:rPr>
          <w:rFonts w:ascii="Gentium Plus" w:hAnsi="Gentium Plus"/>
          <w:sz w:val="24"/>
        </w:rPr>
        <w:t>×–⏑ ἔργων μυστικῶν προφάντιδες</w:t>
      </w:r>
    </w:p>
    <w:p>
      <w:r>
        <w:rPr>
          <w:rFonts w:ascii="Courier New" w:hAnsi="Courier New"/>
          <w:color w:val="555555"/>
          <w:sz w:val="20"/>
        </w:rPr>
        <w:t>[426]</w:t>
      </w:r>
    </w:p>
    <w:p>
      <w:r>
        <w:rPr>
          <w:rFonts w:ascii="Gentium Plus" w:hAnsi="Gentium Plus"/>
          <w:sz w:val="24"/>
        </w:rPr>
        <w:t>ῥινηλάτην κύνα</w:t>
      </w:r>
    </w:p>
    <w:p>
      <w:r>
        <w:rPr>
          <w:rFonts w:ascii="Courier New" w:hAnsi="Courier New"/>
          <w:color w:val="555555"/>
          <w:sz w:val="20"/>
        </w:rPr>
        <w:t>[427*]</w:t>
      </w:r>
    </w:p>
    <w:p>
      <w:r>
        <w:rPr>
          <w:rFonts w:ascii="Gentium Plus" w:hAnsi="Gentium Plus"/>
          <w:sz w:val="24"/>
        </w:rPr>
        <w:t>στηρίγματ’ οἴκου</w:t>
      </w:r>
    </w:p>
    <w:p>
      <w:r>
        <w:rPr>
          <w:rFonts w:ascii="Courier New" w:hAnsi="Courier New"/>
          <w:color w:val="555555"/>
          <w:sz w:val="20"/>
        </w:rPr>
        <w:t>[428*]</w:t>
      </w:r>
    </w:p>
    <w:p>
      <w:r>
        <w:rPr>
          <w:rFonts w:ascii="Gentium Plus" w:hAnsi="Gentium Plus"/>
          <w:sz w:val="24"/>
        </w:rPr>
        <w:t>χωρίτης λεώς</w:t>
      </w:r>
    </w:p>
    <w:p>
      <w:r>
        <w:rPr>
          <w:rFonts w:ascii="Courier New" w:hAnsi="Courier New"/>
          <w:color w:val="555555"/>
          <w:sz w:val="20"/>
        </w:rPr>
        <w:t>[429]</w:t>
      </w:r>
    </w:p>
    <w:p>
      <w:r>
        <w:rPr>
          <w:rFonts w:ascii="Gentium Plus" w:hAnsi="Gentium Plus"/>
          <w:sz w:val="24"/>
        </w:rPr>
        <w:t>ἀπτέρῳ τάχει</w:t>
      </w:r>
    </w:p>
    <w:p>
      <w:r>
        <w:rPr>
          <w:rFonts w:ascii="Courier New" w:hAnsi="Courier New"/>
          <w:color w:val="555555"/>
          <w:sz w:val="20"/>
        </w:rPr>
        <w:t>[430a]</w:t>
      </w:r>
    </w:p>
    <w:p>
      <w:r>
        <w:rPr>
          <w:rFonts w:ascii="Gentium Plus" w:hAnsi="Gentium Plus"/>
          <w:sz w:val="24"/>
        </w:rPr>
        <w:t>γένοιτο παῦλα τῶν ἐνεστώτων κακῶν</w:t>
      </w:r>
    </w:p>
    <w:p>
      <w:r>
        <w:rPr>
          <w:rFonts w:ascii="Courier New" w:hAnsi="Courier New"/>
          <w:color w:val="555555"/>
          <w:sz w:val="20"/>
        </w:rPr>
        <w:t>[430b]</w:t>
      </w:r>
    </w:p>
    <w:p>
      <w:r>
        <w:rPr>
          <w:rFonts w:ascii="Gentium Plus" w:hAnsi="Gentium Plus"/>
          <w:sz w:val="24"/>
        </w:rPr>
        <w:t>ἀναδρομὴ γένοιτο, κοὐ σφαλούμεθα</w:t>
      </w:r>
    </w:p>
    <w:p>
      <w:r>
        <w:rPr>
          <w:rFonts w:ascii="Courier New" w:hAnsi="Courier New"/>
          <w:color w:val="555555"/>
          <w:sz w:val="20"/>
        </w:rPr>
        <w:t>[432a*]</w:t>
      </w:r>
    </w:p>
    <w:p>
      <w:r>
        <w:rPr>
          <w:rFonts w:ascii="Gentium Plus" w:hAnsi="Gentium Plus"/>
          <w:sz w:val="24"/>
        </w:rPr>
        <w:t>πύργους εἴκοσι μιᾷ στολῇ, πεζοῖς μὲν ἕνδεκα, ναυσὶ δὲ δυώδεκα</w:t>
      </w:r>
    </w:p>
    <w:p>
      <w:r>
        <w:rPr>
          <w:rFonts w:ascii="Courier New" w:hAnsi="Courier New"/>
          <w:color w:val="555555"/>
          <w:sz w:val="20"/>
        </w:rPr>
        <w:t>[433*]</w:t>
      </w:r>
    </w:p>
    <w:p>
      <w:r>
        <w:rPr>
          <w:rFonts w:ascii="Gentium Plus" w:hAnsi="Gentium Plus"/>
          <w:sz w:val="24"/>
        </w:rPr>
        <w:t>ἢν καλὰς ἀρχὰς λάβῃ,</w:t>
      </w:r>
    </w:p>
    <w:p>
      <w:r>
        <w:rPr>
          <w:rFonts w:ascii="Courier New" w:hAnsi="Courier New"/>
          <w:color w:val="555555"/>
          <w:sz w:val="20"/>
        </w:rPr>
        <w:t>[438a*]</w:t>
      </w:r>
    </w:p>
    <w:p>
      <w:r>
        <w:rPr>
          <w:rFonts w:ascii="Gentium Plus" w:hAnsi="Gentium Plus"/>
          <w:sz w:val="24"/>
        </w:rPr>
        <w:t>κυρταύχενα</w:t>
      </w:r>
    </w:p>
    <w:p>
      <w:r>
        <w:rPr>
          <w:rFonts w:ascii="Courier New" w:hAnsi="Courier New"/>
          <w:color w:val="555555"/>
          <w:sz w:val="20"/>
        </w:rPr>
        <w:t>[439*]</w:t>
      </w:r>
    </w:p>
    <w:p>
      <w:r>
        <w:rPr>
          <w:rFonts w:ascii="Gentium Plus" w:hAnsi="Gentium Plus"/>
          <w:sz w:val="24"/>
        </w:rPr>
        <w:t>πρὸς μάντιν οὐδεὶς εὐτυχὴς ἀπέρχεται</w:t>
      </w:r>
    </w:p>
    <w:p>
      <w:r>
        <w:rPr>
          <w:rFonts w:ascii="Courier New" w:hAnsi="Courier New"/>
          <w:color w:val="555555"/>
          <w:sz w:val="20"/>
        </w:rPr>
        <w:t>[440a*]</w:t>
      </w:r>
    </w:p>
    <w:p>
      <w:r>
        <w:rPr>
          <w:rFonts w:ascii="Gentium Plus" w:hAnsi="Gentium Plus"/>
          <w:sz w:val="24"/>
        </w:rPr>
        <w:t>Ἔρως μέθη ζῆλός τε καὶ δαίμων ἴσα</w:t>
      </w:r>
    </w:p>
    <w:p>
      <w:r>
        <w:rPr>
          <w:rFonts w:ascii="Courier New" w:hAnsi="Courier New"/>
          <w:color w:val="555555"/>
          <w:sz w:val="20"/>
        </w:rPr>
        <w:t>[440b*]</w:t>
      </w:r>
    </w:p>
    <w:p>
      <w:r>
        <w:rPr>
          <w:rFonts w:ascii="Gentium Plus" w:hAnsi="Gentium Plus"/>
          <w:sz w:val="24"/>
        </w:rPr>
        <w:t>ἃ δεῖ γενέσθαι, ταῦτα καὶ γενήσεται</w:t>
      </w:r>
    </w:p>
    <w:p>
      <w:r>
        <w:rPr>
          <w:rFonts w:ascii="Courier New" w:hAnsi="Courier New"/>
          <w:color w:val="555555"/>
          <w:sz w:val="20"/>
        </w:rPr>
        <w:t>[441*]</w:t>
      </w:r>
    </w:p>
    <w:p>
      <w:r>
        <w:rPr>
          <w:rFonts w:ascii="Gentium Plus" w:hAnsi="Gentium Plus"/>
          <w:sz w:val="24"/>
        </w:rPr>
        <w:t>τοῖς δευσοποιοῖς φαρμάκοις ξανθίζεται</w:t>
      </w:r>
    </w:p>
    <w:p>
      <w:r>
        <w:rPr>
          <w:rFonts w:ascii="Courier New" w:hAnsi="Courier New"/>
          <w:color w:val="555555"/>
          <w:sz w:val="20"/>
        </w:rPr>
        <w:t>[442]</w:t>
      </w:r>
    </w:p>
    <w:p>
      <w:r>
        <w:rPr>
          <w:rFonts w:ascii="Gentium Plus" w:hAnsi="Gentium Plus"/>
          <w:sz w:val="24"/>
        </w:rPr>
        <w:t>χρημάτων τε γάργαρα</w:t>
      </w:r>
    </w:p>
    <w:p>
      <w:r>
        <w:rPr>
          <w:rFonts w:ascii="Courier New" w:hAnsi="Courier New"/>
          <w:color w:val="555555"/>
          <w:sz w:val="20"/>
        </w:rPr>
        <w:t>[443a*]</w:t>
      </w:r>
    </w:p>
    <w:p>
      <w:r>
        <w:rPr>
          <w:rFonts w:ascii="Gentium Plus" w:hAnsi="Gentium Plus"/>
          <w:sz w:val="24"/>
        </w:rPr>
        <w:t>πασῶν δ’ ἀρίστη γαῖα Μεσσήνη ’λάχεν, εὔδενδρος, ὡς οὐδείς τις Ἑλλάδος χθονός</w:t>
      </w:r>
    </w:p>
    <w:p>
      <w:r>
        <w:rPr>
          <w:rFonts w:ascii="Courier New" w:hAnsi="Courier New"/>
          <w:color w:val="555555"/>
          <w:sz w:val="20"/>
        </w:rPr>
        <w:t>[443b*]</w:t>
      </w:r>
    </w:p>
    <w:p>
      <w:r>
        <w:rPr>
          <w:rFonts w:ascii="Gentium Plus" w:hAnsi="Gentium Plus"/>
          <w:sz w:val="24"/>
        </w:rPr>
        <w:t>ἵππων κυβερνητῆρες</w:t>
      </w:r>
    </w:p>
    <w:p>
      <w:r>
        <w:rPr>
          <w:rFonts w:ascii="Courier New" w:hAnsi="Courier New"/>
          <w:color w:val="555555"/>
          <w:sz w:val="20"/>
        </w:rPr>
        <w:t>[443c*]</w:t>
      </w:r>
    </w:p>
    <w:p>
      <w:r>
        <w:rPr>
          <w:rFonts w:ascii="Gentium Plus" w:hAnsi="Gentium Plus"/>
          <w:sz w:val="24"/>
        </w:rPr>
        <w:t>Ἀγαμέμνονος πέρι</w:t>
      </w:r>
    </w:p>
    <w:p>
      <w:r>
        <w:rPr>
          <w:rFonts w:ascii="Courier New" w:hAnsi="Courier New"/>
          <w:color w:val="555555"/>
          <w:sz w:val="20"/>
        </w:rPr>
        <w:t>[443d*]</w:t>
      </w:r>
    </w:p>
    <w:p>
      <w:r>
        <w:rPr>
          <w:rFonts w:ascii="Gentium Plus" w:hAnsi="Gentium Plus"/>
          <w:sz w:val="24"/>
        </w:rPr>
        <w:t>ἔνδον γένοιτο</w:t>
      </w:r>
    </w:p>
    <w:p>
      <w:r>
        <w:rPr>
          <w:rFonts w:ascii="Courier New" w:hAnsi="Courier New"/>
          <w:color w:val="555555"/>
          <w:sz w:val="20"/>
        </w:rPr>
        <w:t>[445*]</w:t>
      </w:r>
    </w:p>
    <w:p>
      <w:r>
        <w:rPr>
          <w:rFonts w:ascii="Gentium Plus" w:hAnsi="Gentium Plus"/>
          <w:sz w:val="24"/>
        </w:rPr>
        <w:t>ἐν πρώτοις ἄγω</w:t>
      </w:r>
    </w:p>
    <w:p>
      <w:r>
        <w:rPr>
          <w:rFonts w:ascii="Courier New" w:hAnsi="Courier New"/>
          <w:color w:val="555555"/>
          <w:sz w:val="20"/>
        </w:rPr>
        <w:t>[445a*]</w:t>
      </w:r>
    </w:p>
    <w:p>
      <w:r>
        <w:rPr>
          <w:rFonts w:ascii="Gentium Plus" w:hAnsi="Gentium Plus"/>
          <w:sz w:val="24"/>
        </w:rPr>
        <w:t>ἠδ’ ἄγκος ὑψίκρημνον ὄρεσι περίδρομον</w:t>
      </w:r>
    </w:p>
    <w:p>
      <w:r>
        <w:rPr>
          <w:rFonts w:ascii="Courier New" w:hAnsi="Courier New"/>
          <w:color w:val="555555"/>
          <w:sz w:val="20"/>
        </w:rPr>
        <w:t>[447]</w:t>
      </w:r>
    </w:p>
    <w:p>
      <w:r>
        <w:rPr>
          <w:rFonts w:ascii="Gentium Plus" w:hAnsi="Gentium Plus"/>
          <w:sz w:val="24"/>
        </w:rPr>
        <w:t>ὡς αἰσχρόν ἐστι †μὴ καλῶν† ἀπ’ ὀμμάτων κλᾶον πρόσωπον καὶ δακρυρροοῦν ὁρᾶν</w:t>
      </w:r>
    </w:p>
    <w:p>
      <w:r>
        <w:rPr>
          <w:rFonts w:ascii="Courier New" w:hAnsi="Courier New"/>
          <w:color w:val="555555"/>
          <w:sz w:val="20"/>
        </w:rPr>
        <w:t>[448]</w:t>
      </w:r>
    </w:p>
    <w:p>
      <w:r>
        <w:rPr>
          <w:rFonts w:ascii="Gentium Plus" w:hAnsi="Gentium Plus"/>
          <w:sz w:val="24"/>
        </w:rPr>
        <w:t>θεὸς †γὰρ† ἐπὶ σμικροῖσ〈ιν〉 οὐ θερμαίνεται, ἀλλ’ ὡς λέβης τις μείζονος δεῖται πυρός</w:t>
      </w:r>
    </w:p>
    <w:p>
      <w:r>
        <w:rPr>
          <w:rFonts w:ascii="Courier New" w:hAnsi="Courier New"/>
          <w:color w:val="555555"/>
          <w:sz w:val="20"/>
        </w:rPr>
        <w:t>[449*]</w:t>
      </w:r>
    </w:p>
    <w:p>
      <w:r>
        <w:rPr>
          <w:rFonts w:ascii="Gentium Plus" w:hAnsi="Gentium Plus"/>
          <w:sz w:val="24"/>
        </w:rPr>
        <w:t>ὅ τοι θρασὺς πρὸς ἔργον ἐκ πολλοῦ κακός</w:t>
      </w:r>
    </w:p>
    <w:p>
      <w:r>
        <w:rPr>
          <w:rFonts w:ascii="Courier New" w:hAnsi="Courier New"/>
          <w:color w:val="555555"/>
          <w:sz w:val="20"/>
        </w:rPr>
        <w:t>[450]</w:t>
      </w:r>
    </w:p>
    <w:p>
      <w:r>
        <w:rPr>
          <w:rFonts w:ascii="Gentium Plus" w:hAnsi="Gentium Plus"/>
          <w:sz w:val="24"/>
        </w:rPr>
        <w:t>τραύματ’ ἐξόπισθ’ ἔχων</w:t>
      </w:r>
    </w:p>
    <w:p>
      <w:r>
        <w:rPr>
          <w:rFonts w:ascii="Courier New" w:hAnsi="Courier New"/>
          <w:color w:val="555555"/>
          <w:sz w:val="20"/>
        </w:rPr>
        <w:t>[450a]</w:t>
      </w:r>
    </w:p>
    <w:p>
      <w:r>
        <w:rPr>
          <w:rFonts w:ascii="Gentium Plus" w:hAnsi="Gentium Plus"/>
          <w:sz w:val="24"/>
        </w:rPr>
        <w:t>ὠκυάλοις ποδῶν ἀναρρήγμασιν</w:t>
      </w:r>
    </w:p>
    <w:p>
      <w:r>
        <w:rPr>
          <w:rFonts w:ascii="Courier New" w:hAnsi="Courier New"/>
          <w:color w:val="555555"/>
          <w:sz w:val="20"/>
        </w:rPr>
        <w:t>[451]</w:t>
      </w:r>
    </w:p>
    <w:p>
      <w:r>
        <w:rPr>
          <w:rFonts w:ascii="Gentium Plus" w:hAnsi="Gentium Plus"/>
          <w:sz w:val="24"/>
        </w:rPr>
        <w:t>ἄνθρωπον ἦθος</w:t>
      </w:r>
    </w:p>
    <w:p>
      <w:r>
        <w:rPr>
          <w:rFonts w:ascii="Courier New" w:hAnsi="Courier New"/>
          <w:color w:val="555555"/>
          <w:sz w:val="20"/>
        </w:rPr>
        <w:t>[452]</w:t>
      </w:r>
    </w:p>
    <w:p>
      <w:r>
        <w:rPr>
          <w:rFonts w:ascii="Gentium Plus" w:hAnsi="Gentium Plus"/>
          <w:sz w:val="24"/>
        </w:rPr>
        <w:t>ἥλιος, ὅτου δι’ αὐγῆς πάντα βλαστάνει βροτοῖς</w:t>
      </w:r>
    </w:p>
    <w:p>
      <w:r>
        <w:rPr>
          <w:rFonts w:ascii="Courier New" w:hAnsi="Courier New"/>
          <w:color w:val="555555"/>
          <w:sz w:val="20"/>
        </w:rPr>
        <w:t>[453]</w:t>
      </w:r>
    </w:p>
    <w:p>
      <w:r>
        <w:rPr>
          <w:rFonts w:ascii="Gentium Plus" w:hAnsi="Gentium Plus"/>
          <w:sz w:val="24"/>
        </w:rPr>
        <w:t>καὶ παιδὶ καὶ γέροντι προσφέρων τρόπους</w:t>
      </w:r>
    </w:p>
    <w:p>
      <w:r>
        <w:rPr>
          <w:rFonts w:ascii="Courier New" w:hAnsi="Courier New"/>
          <w:color w:val="555555"/>
          <w:sz w:val="20"/>
        </w:rPr>
        <w:t>[453a*]</w:t>
      </w:r>
    </w:p>
    <w:p>
      <w:r>
        <w:rPr>
          <w:rFonts w:ascii="Gentium Plus" w:hAnsi="Gentium Plus"/>
          <w:sz w:val="24"/>
        </w:rPr>
        <w:t>[] ἢ τιμᾶν χάριν ἢ [–⏑–× τὴν] ἀλήθειαν πάρα</w:t>
      </w:r>
    </w:p>
    <w:p>
      <w:r>
        <w:rPr>
          <w:rFonts w:ascii="Courier New" w:hAnsi="Courier New"/>
          <w:color w:val="555555"/>
          <w:sz w:val="20"/>
        </w:rPr>
        <w:t>[453b*]</w:t>
      </w:r>
    </w:p>
    <w:p>
      <w:r>
        <w:rPr>
          <w:rFonts w:ascii="Gentium Plus" w:hAnsi="Gentium Plus"/>
          <w:sz w:val="24"/>
        </w:rPr>
        <w:t>τὰ λανθάνοντα [–⏑–×–] μόνος</w:t>
      </w:r>
    </w:p>
    <w:p>
      <w:r>
        <w:rPr>
          <w:rFonts w:ascii="Courier New" w:hAnsi="Courier New"/>
          <w:color w:val="555555"/>
          <w:sz w:val="20"/>
        </w:rPr>
        <w:t>[454]</w:t>
      </w:r>
    </w:p>
    <w:p>
      <w:r>
        <w:rPr>
          <w:rFonts w:ascii="Gentium Plus" w:hAnsi="Gentium Plus"/>
          <w:sz w:val="24"/>
        </w:rPr>
        <w:t>σφαγὰς δὲ Δαναοῦ παρθένων Λυγκεὺς φυγών</w:t>
      </w:r>
    </w:p>
    <w:p>
      <w:r>
        <w:rPr>
          <w:rFonts w:ascii="Courier New" w:hAnsi="Courier New"/>
          <w:color w:val="555555"/>
          <w:sz w:val="20"/>
        </w:rPr>
        <w:t>[455]</w:t>
      </w:r>
    </w:p>
    <w:p>
      <w:r>
        <w:rPr>
          <w:rFonts w:ascii="Gentium Plus" w:hAnsi="Gentium Plus"/>
          <w:sz w:val="24"/>
        </w:rPr>
        <w:t>ὅταν δ’ ὁ δαίμων ἀνδρὶ πορσύνῃ κακά, τὸν νοῦν ἔβλαψε πρῶτον ᾧ βουλεύεται</w:t>
      </w:r>
    </w:p>
    <w:p>
      <w:r>
        <w:rPr>
          <w:rFonts w:ascii="Courier New" w:hAnsi="Courier New"/>
          <w:color w:val="555555"/>
          <w:sz w:val="20"/>
        </w:rPr>
        <w:t>[456*]</w:t>
      </w:r>
    </w:p>
    <w:p>
      <w:r>
        <w:rPr>
          <w:rFonts w:ascii="Gentium Plus" w:hAnsi="Gentium Plus"/>
          <w:sz w:val="24"/>
        </w:rPr>
        <w:t>μόνος οὐ δέχεται γλυκερᾶς μέρος ἐλπίδος</w:t>
      </w:r>
    </w:p>
    <w:p>
      <w:r>
        <w:rPr>
          <w:rFonts w:ascii="Courier New" w:hAnsi="Courier New"/>
          <w:color w:val="555555"/>
          <w:sz w:val="20"/>
        </w:rPr>
        <w:t>[457*]</w:t>
      </w:r>
    </w:p>
    <w:p>
      <w:r>
        <w:rPr>
          <w:rFonts w:ascii="Gentium Plus" w:hAnsi="Gentium Plus"/>
          <w:sz w:val="24"/>
        </w:rPr>
        <w:t>〈×–〉 λαλεῖν δεῖ μηδὲ μηκύνειν λόγον</w:t>
      </w:r>
    </w:p>
    <w:p>
      <w:r>
        <w:rPr>
          <w:rFonts w:ascii="Courier New" w:hAnsi="Courier New"/>
          <w:color w:val="555555"/>
          <w:sz w:val="20"/>
        </w:rPr>
        <w:t>[458]</w:t>
      </w:r>
    </w:p>
    <w:p>
      <w:r>
        <w:rPr>
          <w:rFonts w:ascii="Gentium Plus" w:hAnsi="Gentium Plus"/>
          <w:sz w:val="24"/>
        </w:rPr>
        <w:t>〈ΕΤΕΟΚΛΗΣ〉 vel 〈ΠΟΛΥΝΕΙΚΗΣ〉</w:t>
      </w:r>
    </w:p>
    <w:p>
      <w:r>
        <w:rPr>
          <w:rFonts w:ascii="Courier New" w:hAnsi="Courier New"/>
          <w:color w:val="555555"/>
          <w:sz w:val="20"/>
        </w:rPr>
        <w:t>[1]</w:t>
      </w:r>
    </w:p>
    <w:p>
      <w:r>
        <w:rPr>
          <w:rFonts w:ascii="Gentium Plus" w:hAnsi="Gentium Plus"/>
          <w:sz w:val="24"/>
        </w:rPr>
        <w:t>†ἀεὶ δ’ ὁρῶντί τ’ ὀξὺ καὶ τυφλὸς ἦν† θυσίας {γὰρ} ἀπαρχὴν γέρας ἐπέμπομεν πατρί περισσὸν ἀρνῶν ὦμον, ἔκκριτον κρέας. τὸ δή γε συγκόψαντες, οὐ μεμνημένοι,</w:t>
      </w:r>
    </w:p>
    <w:p>
      <w:r>
        <w:rPr>
          <w:rFonts w:ascii="Courier New" w:hAnsi="Courier New"/>
          <w:color w:val="555555"/>
          <w:sz w:val="20"/>
        </w:rPr>
        <w:t>[5]</w:t>
      </w:r>
    </w:p>
    <w:p>
      <w:r>
        <w:rPr>
          <w:rFonts w:ascii="Gentium Plus" w:hAnsi="Gentium Plus"/>
          <w:sz w:val="24"/>
        </w:rPr>
        <w:t>λήσειν δοκοῦντες, ἀντὶ τοῦ κεκομμένου ἐπέμψαμεν βόειον· ὁ δὲ λαβὼν χερί ἔγνω ’παφήσας εἶπέ τ’ ἐκ θυμοῦ τάδε· ‘τίς μοι τόδ’ †ἀντόμοιον† μισητὸν κρέας πέμπων; γέλωτα δή με ποιοῦνται κόροι</w:t>
      </w:r>
    </w:p>
    <w:p>
      <w:r>
        <w:rPr>
          <w:rFonts w:ascii="Courier New" w:hAnsi="Courier New"/>
          <w:color w:val="555555"/>
          <w:sz w:val="20"/>
        </w:rPr>
        <w:t>[10]</w:t>
      </w:r>
    </w:p>
    <w:p>
      <w:r>
        <w:rPr>
          <w:rFonts w:ascii="Gentium Plus" w:hAnsi="Gentium Plus"/>
          <w:sz w:val="24"/>
        </w:rPr>
        <w:t>θύοντες, ὕβρει „τυφλός· οὔ τι γνώσεται“, οὕτω λέγοντες. ὦ θεοί, μαρτύρομαι ἐγὼ τάδ’ ὑμᾶς καὶ κατεύχομαι κακά αὐτοῖσιν ἀντὶ τῶνδε δὶς τόσα σχεθεῖν. χαλκῷ δὲ μαρμαίροντες ἀλλήλων χρόα</w:t>
      </w:r>
    </w:p>
    <w:p>
      <w:r>
        <w:rPr>
          <w:rFonts w:ascii="Courier New" w:hAnsi="Courier New"/>
          <w:color w:val="555555"/>
          <w:sz w:val="20"/>
        </w:rPr>
        <w:t>[15]</w:t>
      </w:r>
    </w:p>
    <w:p>
      <w:r>
        <w:rPr>
          <w:rFonts w:ascii="Gentium Plus" w:hAnsi="Gentium Plus"/>
          <w:sz w:val="24"/>
        </w:rPr>
        <w:t>σφάζοιεν ἀμφὶ †κτήμασι βασιλικοῖς†</w:t>
      </w:r>
    </w:p>
    <w:p>
      <w:r>
        <w:rPr>
          <w:rFonts w:ascii="Courier New" w:hAnsi="Courier New"/>
          <w:color w:val="555555"/>
          <w:sz w:val="20"/>
        </w:rPr>
        <w:t>[460]</w:t>
      </w:r>
    </w:p>
    <w:p>
      <w:r>
        <w:rPr>
          <w:rFonts w:ascii="Gentium Plus" w:hAnsi="Gentium Plus"/>
          <w:sz w:val="24"/>
        </w:rPr>
        <w:t>καὶ τοῦτο τοὔπος ἐστὶν ἀνδρὸς ἔμφρονος, ὅταν καλῶς πράσσῃ τις, ἐλπίζειν κακά</w:t>
      </w:r>
    </w:p>
    <w:p>
      <w:r>
        <w:rPr>
          <w:rFonts w:ascii="Courier New" w:hAnsi="Courier New"/>
          <w:color w:val="555555"/>
          <w:sz w:val="20"/>
        </w:rPr>
        <w:t>[460a]</w:t>
      </w:r>
    </w:p>
    <w:p>
      <w:r>
        <w:rPr>
          <w:rFonts w:ascii="Gentium Plus" w:hAnsi="Gentium Plus"/>
          <w:sz w:val="24"/>
        </w:rPr>
        <w:t>ὁ γὰρ τύραννος</w:t>
      </w:r>
    </w:p>
    <w:p>
      <w:r>
        <w:rPr>
          <w:rFonts w:ascii="Courier New" w:hAnsi="Courier New"/>
          <w:color w:val="555555"/>
          <w:sz w:val="20"/>
        </w:rPr>
        <w:t>[462]</w:t>
      </w:r>
    </w:p>
    <w:p>
      <w:r>
        <w:rPr>
          <w:rFonts w:ascii="Gentium Plus" w:hAnsi="Gentium Plus"/>
          <w:sz w:val="24"/>
        </w:rPr>
        <w:t>δεινόν γε ταὐτὸν τοῖς μὲν ἁνδάνειν βροτῶν, τοῖς δ’ ἔχθος εἶναι</w:t>
      </w:r>
    </w:p>
    <w:p>
      <w:r>
        <w:rPr>
          <w:rFonts w:ascii="Courier New" w:hAnsi="Courier New"/>
          <w:color w:val="555555"/>
          <w:sz w:val="20"/>
        </w:rPr>
        <w:t>[463]</w:t>
      </w:r>
    </w:p>
    <w:p>
      <w:r>
        <w:rPr>
          <w:rFonts w:ascii="Gentium Plus" w:hAnsi="Gentium Plus"/>
          <w:sz w:val="24"/>
        </w:rPr>
        <w:t>σωτῆρες εὐσέλμων νεῶν</w:t>
      </w:r>
    </w:p>
    <w:p>
      <w:r>
        <w:rPr>
          <w:rFonts w:ascii="Courier New" w:hAnsi="Courier New"/>
          <w:color w:val="555555"/>
          <w:sz w:val="20"/>
        </w:rPr>
        <w:t>[464]</w:t>
      </w:r>
    </w:p>
    <w:p>
      <w:r>
        <w:rPr>
          <w:rFonts w:ascii="Gentium Plus" w:hAnsi="Gentium Plus"/>
          <w:sz w:val="24"/>
        </w:rPr>
        <w:t>κάλλιστα μουσῶν φθέγγεται πλουτῶν ἀνήρ</w:t>
      </w:r>
    </w:p>
    <w:p>
      <w:r>
        <w:rPr>
          <w:rFonts w:ascii="Courier New" w:hAnsi="Courier New"/>
          <w:color w:val="555555"/>
          <w:sz w:val="20"/>
        </w:rPr>
        <w:t>[464a*]</w:t>
      </w:r>
    </w:p>
    <w:p>
      <w:r>
        <w:rPr>
          <w:rFonts w:ascii="Gentium Plus" w:hAnsi="Gentium Plus"/>
          <w:sz w:val="24"/>
        </w:rPr>
        <w:t>λυπουμένων παρηγόρημα</w:t>
      </w:r>
    </w:p>
    <w:p>
      <w:r>
        <w:rPr>
          <w:rFonts w:ascii="Courier New" w:hAnsi="Courier New"/>
          <w:color w:val="555555"/>
          <w:sz w:val="20"/>
        </w:rPr>
        <w:t>[465]</w:t>
      </w:r>
    </w:p>
    <w:p>
      <w:r>
        <w:rPr>
          <w:rFonts w:ascii="Gentium Plus" w:hAnsi="Gentium Plus"/>
          <w:sz w:val="24"/>
        </w:rPr>
        <w:t>τολμῶ κατειπεῖν, μήποτ’ οὐκ εἰσὶν θεοί· κακοὶ γὰρ εὐτυχοῦντες ἐκπλήσσουσί με</w:t>
      </w:r>
    </w:p>
    <w:p>
      <w:r>
        <w:rPr>
          <w:rFonts w:ascii="Courier New" w:hAnsi="Courier New"/>
          <w:color w:val="555555"/>
          <w:sz w:val="20"/>
        </w:rPr>
        <w:t>[466]</w:t>
      </w:r>
    </w:p>
    <w:p>
      <w:r>
        <w:rPr>
          <w:rFonts w:ascii="Gentium Plus" w:hAnsi="Gentium Plus"/>
          <w:sz w:val="24"/>
        </w:rPr>
        <w:t>σημεῖα γάρ τοι ταῦτα γίγνεσθαι φιλεῖ, ὅταν τι ναοῖς ἐγκατασκήψῃ μύσος</w:t>
      </w:r>
    </w:p>
    <w:p>
      <w:r>
        <w:rPr>
          <w:rFonts w:ascii="Courier New" w:hAnsi="Courier New"/>
          <w:color w:val="555555"/>
          <w:sz w:val="20"/>
        </w:rPr>
        <w:t>[467]</w:t>
      </w:r>
    </w:p>
    <w:p>
      <w:r>
        <w:rPr>
          <w:rFonts w:ascii="Gentium Plus" w:hAnsi="Gentium Plus"/>
          <w:sz w:val="24"/>
        </w:rPr>
        <w:t>Ἀκτῖτις πέτρα</w:t>
      </w:r>
    </w:p>
    <w:p>
      <w:r>
        <w:rPr>
          <w:rFonts w:ascii="Courier New" w:hAnsi="Courier New"/>
          <w:color w:val="555555"/>
          <w:sz w:val="20"/>
        </w:rPr>
        <w:t>[468]</w:t>
      </w:r>
    </w:p>
    <w:p>
      <w:r>
        <w:rPr>
          <w:rFonts w:ascii="Gentium Plus" w:hAnsi="Gentium Plus"/>
          <w:sz w:val="24"/>
        </w:rPr>
        <w:t>Βαρκαῖον αἶπος</w:t>
      </w:r>
    </w:p>
    <w:p>
      <w:r>
        <w:rPr>
          <w:rFonts w:ascii="Courier New" w:hAnsi="Courier New"/>
          <w:color w:val="555555"/>
          <w:sz w:val="20"/>
        </w:rPr>
        <w:t>[469]</w:t>
      </w:r>
    </w:p>
    <w:p>
      <w:r>
        <w:rPr>
          <w:rFonts w:ascii="Gentium Plus" w:hAnsi="Gentium Plus"/>
          <w:sz w:val="24"/>
        </w:rPr>
        <w:t>Φασιανὸν νάπος</w:t>
      </w:r>
    </w:p>
    <w:p>
      <w:r>
        <w:rPr>
          <w:rFonts w:ascii="Courier New" w:hAnsi="Courier New"/>
          <w:color w:val="555555"/>
          <w:sz w:val="20"/>
        </w:rPr>
        <w:t>[471]</w:t>
      </w:r>
    </w:p>
    <w:p>
      <w:r>
        <w:rPr>
          <w:rFonts w:ascii="Gentium Plus" w:hAnsi="Gentium Plus"/>
          <w:sz w:val="24"/>
        </w:rPr>
        <w:t>ὁ γὰρ θεὸς μέγιστος ἀνθρώποις νόμος</w:t>
      </w:r>
    </w:p>
    <w:p>
      <w:r>
        <w:rPr>
          <w:rFonts w:ascii="Courier New" w:hAnsi="Courier New"/>
          <w:color w:val="555555"/>
          <w:sz w:val="20"/>
        </w:rPr>
        <w:t>[473]</w:t>
      </w:r>
    </w:p>
    <w:p>
      <w:r>
        <w:rPr>
          <w:rFonts w:ascii="Gentium Plus" w:hAnsi="Gentium Plus"/>
          <w:sz w:val="24"/>
        </w:rPr>
        <w:t>θεοῦ θέλοντος †μετὰ† πάντα γίγνεται</w:t>
      </w:r>
    </w:p>
    <w:p>
      <w:r>
        <w:rPr>
          <w:rFonts w:ascii="Courier New" w:hAnsi="Courier New"/>
          <w:color w:val="555555"/>
          <w:sz w:val="20"/>
        </w:rPr>
        <w:t>[474]</w:t>
      </w:r>
    </w:p>
    <w:p>
      <w:r>
        <w:rPr>
          <w:rFonts w:ascii="Gentium Plus" w:hAnsi="Gentium Plus"/>
          <w:sz w:val="24"/>
        </w:rPr>
        <w:t>τί δ’ οὐ γένοιτ’ ἂν θεοῦ †ἐφιέντος τύχῃ;</w:t>
      </w:r>
    </w:p>
    <w:p>
      <w:r>
        <w:rPr>
          <w:rFonts w:ascii="Courier New" w:hAnsi="Courier New"/>
          <w:color w:val="555555"/>
          <w:sz w:val="20"/>
        </w:rPr>
        <w:t>[475]</w:t>
      </w:r>
    </w:p>
    <w:p>
      <w:r>
        <w:rPr>
          <w:rFonts w:ascii="Gentium Plus" w:hAnsi="Gentium Plus"/>
          <w:sz w:val="24"/>
        </w:rPr>
        <w:t>γεννᾷ τὸ θεῖον εὐτυχῆ δωρήματα</w:t>
      </w:r>
    </w:p>
    <w:p>
      <w:r>
        <w:rPr>
          <w:rFonts w:ascii="Courier New" w:hAnsi="Courier New"/>
          <w:color w:val="555555"/>
          <w:sz w:val="20"/>
        </w:rPr>
        <w:t>[476]</w:t>
      </w:r>
    </w:p>
    <w:p>
      <w:r>
        <w:rPr>
          <w:rFonts w:ascii="Gentium Plus" w:hAnsi="Gentium Plus"/>
          <w:sz w:val="24"/>
        </w:rPr>
        <w:t>Ζεὺς ἔσθ’ ὁ πέμπων τὴν ἐφήμερον τροφήν</w:t>
      </w:r>
    </w:p>
    <w:p>
      <w:r>
        <w:rPr>
          <w:rFonts w:ascii="Courier New" w:hAnsi="Courier New"/>
          <w:color w:val="555555"/>
          <w:sz w:val="20"/>
        </w:rPr>
        <w:t>[477]</w:t>
      </w:r>
    </w:p>
    <w:p>
      <w:r>
        <w:rPr>
          <w:rFonts w:ascii="Gentium Plus" w:hAnsi="Gentium Plus"/>
          <w:sz w:val="24"/>
        </w:rPr>
        <w:t>ἄνευ θεοῦ γὰρ οὐδὲ εἷς ἀνὴρ σθένει</w:t>
      </w:r>
    </w:p>
    <w:p>
      <w:r>
        <w:rPr>
          <w:rFonts w:ascii="Courier New" w:hAnsi="Courier New"/>
          <w:color w:val="555555"/>
          <w:sz w:val="20"/>
        </w:rPr>
        <w:t>[478]</w:t>
      </w:r>
    </w:p>
    <w:p>
      <w:r>
        <w:rPr>
          <w:rFonts w:ascii="Gentium Plus" w:hAnsi="Gentium Plus"/>
          <w:sz w:val="24"/>
        </w:rPr>
        <w:t>θείᾳ προνοίᾳ πάντ’ ἐγέννησεν φύσις</w:t>
      </w:r>
    </w:p>
    <w:p>
      <w:r>
        <w:rPr>
          <w:rFonts w:ascii="Courier New" w:hAnsi="Courier New"/>
          <w:color w:val="555555"/>
          <w:sz w:val="20"/>
        </w:rPr>
        <w:t>[479]</w:t>
      </w:r>
    </w:p>
    <w:p>
      <w:r>
        <w:rPr>
          <w:rFonts w:ascii="Gentium Plus" w:hAnsi="Gentium Plus"/>
          <w:sz w:val="24"/>
        </w:rPr>
        <w:t>θεὸς νόμος πέφυκεν ἐν βροτοῖς μέγας</w:t>
      </w:r>
    </w:p>
    <w:p>
      <w:r>
        <w:rPr>
          <w:rFonts w:ascii="Courier New" w:hAnsi="Courier New"/>
          <w:color w:val="555555"/>
          <w:sz w:val="20"/>
        </w:rPr>
        <w:t>[480]</w:t>
      </w:r>
    </w:p>
    <w:p>
      <w:r>
        <w:rPr>
          <w:rFonts w:ascii="Gentium Plus" w:hAnsi="Gentium Plus"/>
          <w:sz w:val="24"/>
        </w:rPr>
        <w:t>πάντῃ πάρεστι πάντα τε βλέπει θεός</w:t>
      </w:r>
    </w:p>
    <w:p>
      <w:r>
        <w:rPr>
          <w:rFonts w:ascii="Courier New" w:hAnsi="Courier New"/>
          <w:color w:val="555555"/>
          <w:sz w:val="20"/>
        </w:rPr>
        <w:t>[481]</w:t>
      </w:r>
    </w:p>
    <w:p>
      <w:r>
        <w:rPr>
          <w:rFonts w:ascii="Gentium Plus" w:hAnsi="Gentium Plus"/>
          <w:sz w:val="24"/>
        </w:rPr>
        <w:t>θνητοῖσιν ἀνθρώποισι καταφυγὴ θεοί, καὶ τἀμπλακήματ’ ἔρχεται θεοὺς ἔπι· ὅθεν λαβόντες οἱ κακῶς πεπραγότες σωτηρίαν ἀπῆλθον ἐκ δυσπραξίας</w:t>
      </w:r>
    </w:p>
    <w:p>
      <w:r>
        <w:rPr>
          <w:rFonts w:ascii="Courier New" w:hAnsi="Courier New"/>
          <w:color w:val="555555"/>
          <w:sz w:val="20"/>
        </w:rPr>
        <w:t>[482]</w:t>
      </w:r>
    </w:p>
    <w:p>
      <w:r>
        <w:rPr>
          <w:rFonts w:ascii="Gentium Plus" w:hAnsi="Gentium Plus"/>
          <w:sz w:val="24"/>
        </w:rPr>
        <w:t>νῦν οὐκέτι μοι δίχα θυμός, ἀλλὰ †σαφὴς† ὅτι πάντα βροτοῖς Ζεὺς ἐπικάρσια τέμνει, καθελὼν μὲν δοκέοντ’,</w:t>
      </w:r>
    </w:p>
    <w:p>
      <w:r>
        <w:rPr>
          <w:rFonts w:ascii="Courier New" w:hAnsi="Courier New"/>
          <w:color w:val="555555"/>
          <w:sz w:val="20"/>
        </w:rPr>
        <w:t>[5]</w:t>
      </w:r>
    </w:p>
    <w:p>
      <w:r>
        <w:rPr>
          <w:rFonts w:ascii="Gentium Plus" w:hAnsi="Gentium Plus"/>
          <w:sz w:val="24"/>
        </w:rPr>
        <w:t>ἀδόκητον δ’ ἐξαείρων</w:t>
      </w:r>
    </w:p>
    <w:p>
      <w:r>
        <w:rPr>
          <w:rFonts w:ascii="Courier New" w:hAnsi="Courier New"/>
          <w:color w:val="555555"/>
          <w:sz w:val="20"/>
        </w:rPr>
        <w:t>[483]</w:t>
      </w:r>
    </w:p>
    <w:p>
      <w:r>
        <w:rPr>
          <w:rFonts w:ascii="Gentium Plus" w:hAnsi="Gentium Plus"/>
          <w:sz w:val="24"/>
        </w:rPr>
        <w:t>ὁρῶ γὰρ χρόνῳ δίκαν πάντ’ ἄγουσαν εἰς φῶς βροτοῖς</w:t>
      </w:r>
    </w:p>
    <w:p>
      <w:r>
        <w:rPr>
          <w:rFonts w:ascii="Courier New" w:hAnsi="Courier New"/>
          <w:color w:val="555555"/>
          <w:sz w:val="20"/>
        </w:rPr>
        <w:t>[484]</w:t>
      </w:r>
    </w:p>
    <w:p>
      <w:r>
        <w:rPr>
          <w:rFonts w:ascii="Gentium Plus" w:hAnsi="Gentium Plus"/>
          <w:sz w:val="24"/>
        </w:rPr>
        <w:t>φθείρει γὰρ ἡ πρόνοια τὴν ἀβουλίαν</w:t>
      </w:r>
    </w:p>
    <w:p>
      <w:r>
        <w:rPr>
          <w:rFonts w:ascii="Courier New" w:hAnsi="Courier New"/>
          <w:color w:val="555555"/>
          <w:sz w:val="20"/>
        </w:rPr>
        <w:t>[485]</w:t>
      </w:r>
    </w:p>
    <w:p>
      <w:r>
        <w:rPr>
          <w:rFonts w:ascii="Gentium Plus" w:hAnsi="Gentium Plus"/>
          <w:sz w:val="24"/>
        </w:rPr>
        <w:t>οὐχ εὕδει Διός ὀφθαλμός, ἐγγὺς δ’ ἐστὶ καίπερ ὢν πρόσω</w:t>
      </w:r>
    </w:p>
    <w:p>
      <w:r>
        <w:rPr>
          <w:rFonts w:ascii="Courier New" w:hAnsi="Courier New"/>
          <w:color w:val="555555"/>
          <w:sz w:val="20"/>
        </w:rPr>
        <w:t>[486]</w:t>
      </w:r>
    </w:p>
    <w:p>
      <w:r>
        <w:rPr>
          <w:rFonts w:ascii="Gentium Plus" w:hAnsi="Gentium Plus"/>
          <w:sz w:val="24"/>
        </w:rPr>
        <w:t>οὐ γάρ τις οὐδὲ χρημάτων ὑπεργέμων νόμον μιαίνων ἀσφαλῶς γηράσεται, ἀλλ’ ἡμέρας ἢ νυκτὸς ἡ Δίκη ποτέ</w:t>
      </w:r>
    </w:p>
    <w:p>
      <w:r>
        <w:rPr>
          <w:rFonts w:ascii="Courier New" w:hAnsi="Courier New"/>
          <w:color w:val="555555"/>
          <w:sz w:val="20"/>
        </w:rPr>
        <w:t>[487]</w:t>
      </w:r>
    </w:p>
    <w:p>
      <w:r>
        <w:rPr>
          <w:rFonts w:ascii="Gentium Plus" w:hAnsi="Gentium Plus"/>
          <w:sz w:val="24"/>
        </w:rPr>
        <w:t>τὸ μὴ δίκαιον ἔργον οὐ λήθει θεούς</w:t>
      </w:r>
    </w:p>
    <w:p>
      <w:r>
        <w:rPr>
          <w:rFonts w:ascii="Courier New" w:hAnsi="Courier New"/>
          <w:color w:val="555555"/>
          <w:sz w:val="20"/>
        </w:rPr>
        <w:t>[488]</w:t>
      </w:r>
    </w:p>
    <w:p>
      <w:r>
        <w:rPr>
          <w:rFonts w:ascii="Gentium Plus" w:hAnsi="Gentium Plus"/>
          <w:sz w:val="24"/>
        </w:rPr>
        <w:t>δαίμων βροτοῖσι πόλλ’ ἀνευρίσκει κακά</w:t>
      </w:r>
    </w:p>
    <w:p>
      <w:r>
        <w:rPr>
          <w:rFonts w:ascii="Courier New" w:hAnsi="Courier New"/>
          <w:color w:val="555555"/>
          <w:sz w:val="20"/>
        </w:rPr>
        <w:t>[489]</w:t>
      </w:r>
    </w:p>
    <w:p>
      <w:r>
        <w:rPr>
          <w:rFonts w:ascii="Gentium Plus" w:hAnsi="Gentium Plus"/>
          <w:sz w:val="24"/>
        </w:rPr>
        <w:t>λύπας μὲν ἀνθρώποισιν, ὦ γύναι, θεοί τοῖσι〈ν〉 διδοῦσιν οὓς ἂν ἐχθαίρως’, ἐπεί οὔ σφιν πονηρόν ἐστιν</w:t>
      </w:r>
    </w:p>
    <w:p>
      <w:r>
        <w:rPr>
          <w:rFonts w:ascii="Courier New" w:hAnsi="Courier New"/>
          <w:color w:val="555555"/>
          <w:sz w:val="20"/>
        </w:rPr>
        <w:t>[490]</w:t>
      </w:r>
    </w:p>
    <w:p>
      <w:r>
        <w:rPr>
          <w:rFonts w:ascii="Gentium Plus" w:hAnsi="Gentium Plus"/>
          <w:sz w:val="24"/>
        </w:rPr>
        <w:t>τιμωρίαν ἔτεισεν ὧν ἦρξε〈ν〉 κακῶν</w:t>
      </w:r>
    </w:p>
    <w:p>
      <w:r>
        <w:rPr>
          <w:rFonts w:ascii="Courier New" w:hAnsi="Courier New"/>
          <w:color w:val="555555"/>
          <w:sz w:val="20"/>
        </w:rPr>
        <w:t>[491]</w:t>
      </w:r>
    </w:p>
    <w:p>
      <w:r>
        <w:rPr>
          <w:rFonts w:ascii="Gentium Plus" w:hAnsi="Gentium Plus"/>
          <w:sz w:val="24"/>
        </w:rPr>
        <w:t>ὀξὺς θεῶν ὀφθαλμὸς εἰς τὰ πάντ’ ἰδεῖν</w:t>
      </w:r>
    </w:p>
    <w:p>
      <w:r>
        <w:rPr>
          <w:rFonts w:ascii="Courier New" w:hAnsi="Courier New"/>
          <w:color w:val="555555"/>
          <w:sz w:val="20"/>
        </w:rPr>
        <w:t>[492]</w:t>
      </w:r>
    </w:p>
    <w:p>
      <w:r>
        <w:rPr>
          <w:rFonts w:ascii="Gentium Plus" w:hAnsi="Gentium Plus"/>
          <w:sz w:val="24"/>
        </w:rPr>
        <w:t>ἔσθ’, ὡς ἔοικεν, ἔστιν οὐχ ὁρώμενον τοῖς ζῶσιν ἡμῖν οὐδὲ προσδοκώμενον</w:t>
      </w:r>
    </w:p>
    <w:p>
      <w:r>
        <w:rPr>
          <w:rFonts w:ascii="Courier New" w:hAnsi="Courier New"/>
          <w:color w:val="555555"/>
          <w:sz w:val="20"/>
        </w:rPr>
        <w:t>[493]</w:t>
      </w:r>
    </w:p>
    <w:p>
      <w:r>
        <w:rPr>
          <w:rFonts w:ascii="Gentium Plus" w:hAnsi="Gentium Plus"/>
          <w:sz w:val="24"/>
        </w:rPr>
        <w:t>ὁρᾷς Δίκην ἄναυδον οὐχ ὁρωμένην εὕδοντι καὶ στείχοντι καὶ καθημένῳ· ἑξῆς δ’ ὀπαδεῖ δόχμιον, ἄλλοθ’ ὕστερον</w:t>
      </w:r>
    </w:p>
    <w:p>
      <w:r>
        <w:rPr>
          <w:rFonts w:ascii="Courier New" w:hAnsi="Courier New"/>
          <w:color w:val="555555"/>
          <w:sz w:val="20"/>
        </w:rPr>
        <w:t>[494]</w:t>
      </w:r>
    </w:p>
    <w:p>
      <w:r>
        <w:rPr>
          <w:rFonts w:ascii="Gentium Plus" w:hAnsi="Gentium Plus"/>
          <w:sz w:val="24"/>
        </w:rPr>
        <w:t>οὐδεὶς παρανομῶν πρὸς θεοὺς ἐχέγγυος</w:t>
      </w:r>
    </w:p>
    <w:p>
      <w:r>
        <w:rPr>
          <w:rFonts w:ascii="Courier New" w:hAnsi="Courier New"/>
          <w:color w:val="555555"/>
          <w:sz w:val="20"/>
        </w:rPr>
        <w:t>[495]</w:t>
      </w:r>
    </w:p>
    <w:p>
      <w:r>
        <w:rPr>
          <w:rFonts w:ascii="Gentium Plus" w:hAnsi="Gentium Plus"/>
          <w:sz w:val="24"/>
        </w:rPr>
        <w:t>μόνη ’στὶν ἀπαραίτητος ἀνθρώποις Δίκη</w:t>
      </w:r>
    </w:p>
    <w:p>
      <w:r>
        <w:rPr>
          <w:rFonts w:ascii="Courier New" w:hAnsi="Courier New"/>
          <w:color w:val="555555"/>
          <w:sz w:val="20"/>
        </w:rPr>
        <w:t>[496]</w:t>
      </w:r>
    </w:p>
    <w:p>
      <w:r>
        <w:rPr>
          <w:rFonts w:ascii="Gentium Plus" w:hAnsi="Gentium Plus"/>
          <w:sz w:val="24"/>
        </w:rPr>
        <w:t>μὴ μουσοποίει πρὸς τὸ νηπιώτερον· πόρρω γὰρ ἑστὼς ὁ θεὸς ἐγγύθεν κλύει</w:t>
      </w:r>
    </w:p>
    <w:p>
      <w:r>
        <w:rPr>
          <w:rFonts w:ascii="Courier New" w:hAnsi="Courier New"/>
          <w:color w:val="555555"/>
          <w:sz w:val="20"/>
        </w:rPr>
        <w:t>[497]</w:t>
      </w:r>
    </w:p>
    <w:p>
      <w:r>
        <w:rPr>
          <w:rFonts w:ascii="Gentium Plus" w:hAnsi="Gentium Plus"/>
          <w:sz w:val="24"/>
        </w:rPr>
        <w:t>ὅστις λέγει †κακὰν† φρονῶν σιγῇ στένει</w:t>
      </w:r>
    </w:p>
    <w:p>
      <w:r>
        <w:rPr>
          <w:rFonts w:ascii="Courier New" w:hAnsi="Courier New"/>
          <w:color w:val="555555"/>
          <w:sz w:val="20"/>
        </w:rPr>
        <w:t>[498]</w:t>
      </w:r>
    </w:p>
    <w:p>
      <w:r>
        <w:rPr>
          <w:rFonts w:ascii="Gentium Plus" w:hAnsi="Gentium Plus"/>
          <w:sz w:val="24"/>
        </w:rPr>
        <w:t>ἄγει τὸ θεῖον τοὺς κακοὺς πρὸς τὴν δίκην</w:t>
      </w:r>
    </w:p>
    <w:p>
      <w:r>
        <w:rPr>
          <w:rFonts w:ascii="Courier New" w:hAnsi="Courier New"/>
          <w:color w:val="555555"/>
          <w:sz w:val="20"/>
        </w:rPr>
        <w:t>[499]</w:t>
      </w:r>
    </w:p>
    <w:p>
      <w:r>
        <w:rPr>
          <w:rFonts w:ascii="Gentium Plus" w:hAnsi="Gentium Plus"/>
          <w:sz w:val="24"/>
        </w:rPr>
        <w:t>τὸ δὲ θεῶν κράτος μέγα κατ’ ἀνθρώπους· ἄφρονες δ’ ὁπόσοι τὸ δίκαιον ἄγους’ ὑπὸ τᾶς ἀδίκου βιοτᾶς ἀφανές· μέγα γὰρ ὄμμα δαιμόνων, οἷς τίνους’</w:t>
      </w:r>
    </w:p>
    <w:p>
      <w:r>
        <w:rPr>
          <w:rFonts w:ascii="Courier New" w:hAnsi="Courier New"/>
          <w:color w:val="555555"/>
          <w:sz w:val="20"/>
        </w:rPr>
        <w:t>[5]</w:t>
      </w:r>
    </w:p>
    <w:p>
      <w:r>
        <w:rPr>
          <w:rFonts w:ascii="Gentium Plus" w:hAnsi="Gentium Plus"/>
          <w:sz w:val="24"/>
        </w:rPr>
        <w:t>ἀμοιβὰς κακῶν</w:t>
      </w:r>
    </w:p>
    <w:p>
      <w:r>
        <w:rPr>
          <w:rFonts w:ascii="Courier New" w:hAnsi="Courier New"/>
          <w:color w:val="555555"/>
          <w:sz w:val="20"/>
        </w:rPr>
        <w:t>[500]</w:t>
      </w:r>
    </w:p>
    <w:p>
      <w:r>
        <w:rPr>
          <w:rFonts w:ascii="Gentium Plus" w:hAnsi="Gentium Plus"/>
          <w:sz w:val="24"/>
        </w:rPr>
        <w:t>Δίκας δ’ ἐξέλαμψε θεῖον φάος</w:t>
      </w:r>
    </w:p>
    <w:p>
      <w:r>
        <w:rPr>
          <w:rFonts w:ascii="Courier New" w:hAnsi="Courier New"/>
          <w:color w:val="555555"/>
          <w:sz w:val="20"/>
        </w:rPr>
        <w:t>[501]</w:t>
      </w:r>
    </w:p>
    <w:p>
      <w:r>
        <w:rPr>
          <w:rFonts w:ascii="Gentium Plus" w:hAnsi="Gentium Plus"/>
          <w:sz w:val="24"/>
        </w:rPr>
        <w:t>Ὁσίᾳ δ’ Ἀνάγκη πολεμιωτάτη θεός</w:t>
      </w:r>
    </w:p>
    <w:p>
      <w:r>
        <w:rPr>
          <w:rFonts w:ascii="Courier New" w:hAnsi="Courier New"/>
          <w:color w:val="555555"/>
          <w:sz w:val="20"/>
        </w:rPr>
        <w:t>[502]</w:t>
      </w:r>
    </w:p>
    <w:p>
      <w:r>
        <w:rPr>
          <w:rFonts w:ascii="Gentium Plus" w:hAnsi="Gentium Plus"/>
          <w:sz w:val="24"/>
        </w:rPr>
        <w:t>οὐδεὶς ἀνάγκης μεῖζον ἰσχύει νόμος</w:t>
      </w:r>
    </w:p>
    <w:p>
      <w:r>
        <w:rPr>
          <w:rFonts w:ascii="Courier New" w:hAnsi="Courier New"/>
          <w:color w:val="555555"/>
          <w:sz w:val="20"/>
        </w:rPr>
        <w:t>[503]</w:t>
      </w:r>
    </w:p>
    <w:p>
      <w:r>
        <w:rPr>
          <w:rFonts w:ascii="Gentium Plus" w:hAnsi="Gentium Plus"/>
          <w:sz w:val="24"/>
        </w:rPr>
        <w:t>μόνη γὰρ ἐν θεοῖσιν οὐ δεσπόζεται Μοῖρ’ οὐδ’ ἐν ἀνθρώποισιν, ἀλλ’ αὐτὴ κρατεῖ</w:t>
      </w:r>
    </w:p>
    <w:p>
      <w:r>
        <w:rPr>
          <w:rFonts w:ascii="Courier New" w:hAnsi="Courier New"/>
          <w:color w:val="555555"/>
          <w:sz w:val="20"/>
        </w:rPr>
        <w:t>[504]</w:t>
      </w:r>
    </w:p>
    <w:p>
      <w:r>
        <w:rPr>
          <w:rFonts w:ascii="Gentium Plus" w:hAnsi="Gentium Plus"/>
          <w:sz w:val="24"/>
        </w:rPr>
        <w:t>ὦ Μοῖρα κεδνῶν καὶ κακῶν κυνηγέτι</w:t>
      </w:r>
    </w:p>
    <w:p>
      <w:r>
        <w:rPr>
          <w:rFonts w:ascii="Courier New" w:hAnsi="Courier New"/>
          <w:color w:val="555555"/>
          <w:sz w:val="20"/>
        </w:rPr>
        <w:t>[506*]</w:t>
      </w:r>
    </w:p>
    <w:p>
      <w:r>
        <w:rPr>
          <w:rFonts w:ascii="Gentium Plus" w:hAnsi="Gentium Plus"/>
          <w:sz w:val="24"/>
        </w:rPr>
        <w:t>πάντων τύραννος ἡ τύχη ’στὶ τῶν θεῶν, τὰ δ’ ἄλλ’ ὀνόματα ταῦτα πρόσκειται μάτην· μόνη διοικεῖν γοῦν ἅπαντα βούλεται</w:t>
      </w:r>
    </w:p>
    <w:p>
      <w:r>
        <w:rPr>
          <w:rFonts w:ascii="Courier New" w:hAnsi="Courier New"/>
          <w:color w:val="555555"/>
          <w:sz w:val="20"/>
        </w:rPr>
        <w:t>[507]</w:t>
      </w:r>
    </w:p>
    <w:p>
      <w:r>
        <w:rPr>
          <w:rFonts w:ascii="Gentium Plus" w:hAnsi="Gentium Plus"/>
          <w:sz w:val="24"/>
        </w:rPr>
        <w:t>ὦ δέσποτ’, ἀλλ’ ἔξεστι τοῖς σοφοῖς βροτῶν χρόνῳ σκοπεῖσθαι τῆς ἀληθείας πέρι</w:t>
      </w:r>
    </w:p>
    <w:p>
      <w:r>
        <w:rPr>
          <w:rFonts w:ascii="Courier New" w:hAnsi="Courier New"/>
          <w:color w:val="555555"/>
          <w:sz w:val="20"/>
        </w:rPr>
        <w:t>[508]</w:t>
      </w:r>
    </w:p>
    <w:p>
      <w:r>
        <w:rPr>
          <w:rFonts w:ascii="Gentium Plus" w:hAnsi="Gentium Plus"/>
          <w:sz w:val="24"/>
        </w:rPr>
        <w:t>μετὰ τὴν σκιὰν τάχιστα γηράσκει χρόνος</w:t>
      </w:r>
    </w:p>
    <w:p>
      <w:r>
        <w:rPr>
          <w:rFonts w:ascii="Courier New" w:hAnsi="Courier New"/>
          <w:color w:val="555555"/>
          <w:sz w:val="20"/>
        </w:rPr>
        <w:t>[509]</w:t>
      </w:r>
    </w:p>
    <w:p>
      <w:r>
        <w:rPr>
          <w:rFonts w:ascii="Gentium Plus" w:hAnsi="Gentium Plus"/>
          <w:sz w:val="24"/>
        </w:rPr>
        <w:t>χρόνος αὖ χρόνος ἁ κραταιά τε χρησμοσύνα βίου πόλλ’ ἀνευρίσκει σοφὰ μαιομένοις</w:t>
      </w:r>
    </w:p>
    <w:p>
      <w:r>
        <w:rPr>
          <w:rFonts w:ascii="Courier New" w:hAnsi="Courier New"/>
          <w:color w:val="555555"/>
          <w:sz w:val="20"/>
        </w:rPr>
        <w:t>[510]</w:t>
      </w:r>
    </w:p>
    <w:p>
      <w:r>
        <w:rPr>
          <w:rFonts w:ascii="Gentium Plus" w:hAnsi="Gentium Plus"/>
          <w:sz w:val="24"/>
        </w:rPr>
        <w:t>οὐκ ἔστι πράσσοντάς τι μοχθηρὸν λαθεῖν· ὀξὺ βλέπει γὰρ ὁ χρόνος, ὃς τὰ πάνθ’ ὁρᾷ</w:t>
      </w:r>
    </w:p>
    <w:p>
      <w:r>
        <w:rPr>
          <w:rFonts w:ascii="Courier New" w:hAnsi="Courier New"/>
          <w:color w:val="555555"/>
          <w:sz w:val="20"/>
        </w:rPr>
        <w:t>[511]</w:t>
      </w:r>
    </w:p>
    <w:p>
      <w:r>
        <w:rPr>
          <w:rFonts w:ascii="Gentium Plus" w:hAnsi="Gentium Plus"/>
          <w:sz w:val="24"/>
        </w:rPr>
        <w:t>χρόνος τὰ κρυπτὰ πάντα †εἰς φάος† ἄγει</w:t>
      </w:r>
    </w:p>
    <w:p>
      <w:r>
        <w:rPr>
          <w:rFonts w:ascii="Courier New" w:hAnsi="Courier New"/>
          <w:color w:val="555555"/>
          <w:sz w:val="20"/>
        </w:rPr>
        <w:t>[512]</w:t>
      </w:r>
    </w:p>
    <w:p>
      <w:r>
        <w:rPr>
          <w:rFonts w:ascii="Gentium Plus" w:hAnsi="Gentium Plus"/>
          <w:sz w:val="24"/>
        </w:rPr>
        <w:t>ἀλλὰ ταῦτα μὲν χρόνος δείξει· μόνος γάρ ἐστιν ἀνθρώπων κριτής</w:t>
      </w:r>
    </w:p>
    <w:p>
      <w:r>
        <w:rPr>
          <w:rFonts w:ascii="Courier New" w:hAnsi="Courier New"/>
          <w:color w:val="555555"/>
          <w:sz w:val="20"/>
        </w:rPr>
        <w:t>[513]</w:t>
      </w:r>
    </w:p>
    <w:p>
      <w:r>
        <w:rPr>
          <w:rFonts w:ascii="Gentium Plus" w:hAnsi="Gentium Plus"/>
          <w:sz w:val="24"/>
        </w:rPr>
        <w:t>ἐμοῦ θανόντος γαῖα μιχθήτω πυρί·</w:t>
      </w:r>
    </w:p>
    <w:p>
      <w:r>
        <w:rPr>
          <w:rFonts w:ascii="Courier New" w:hAnsi="Courier New"/>
          <w:color w:val="555555"/>
          <w:sz w:val="20"/>
        </w:rPr>
        <w:t>[514]</w:t>
      </w:r>
    </w:p>
    <w:p>
      <w:r>
        <w:rPr>
          <w:rFonts w:ascii="Gentium Plus" w:hAnsi="Gentium Plus"/>
          <w:sz w:val="24"/>
        </w:rPr>
        <w:t>τῷ λόγῳ μὲν εὖ διέρχῃ πάντα, τῷ δ’ ἔργῳ κακῶς</w:t>
      </w:r>
    </w:p>
    <w:p>
      <w:r>
        <w:rPr>
          <w:rFonts w:ascii="Courier New" w:hAnsi="Courier New"/>
          <w:color w:val="555555"/>
          <w:sz w:val="20"/>
        </w:rPr>
        <w:t>[515a]</w:t>
      </w:r>
    </w:p>
    <w:p>
      <w:r>
        <w:rPr>
          <w:rFonts w:ascii="Gentium Plus" w:hAnsi="Gentium Plus"/>
          <w:sz w:val="24"/>
        </w:rPr>
        <w:t>ἐπεὶ πέπρακται πᾶν τὸ τοῦ θεοῦ καλῶς, χωρῶμεν ἤδη, παῖδες, εἰς τὰ τῶν σοφῶν διδασκαλεῖα μουσικῆς· παιδεύματα προσλαμβάνειν δὲ δεῖ καθ’ ἡμέραν ἀεί,</w:t>
      </w:r>
    </w:p>
    <w:p>
      <w:r>
        <w:rPr>
          <w:rFonts w:ascii="Courier New" w:hAnsi="Courier New"/>
          <w:color w:val="555555"/>
          <w:sz w:val="20"/>
        </w:rPr>
        <w:t>[5]</w:t>
      </w:r>
    </w:p>
    <w:p>
      <w:r>
        <w:rPr>
          <w:rFonts w:ascii="Gentium Plus" w:hAnsi="Gentium Plus"/>
          <w:sz w:val="24"/>
        </w:rPr>
        <w:t>ἕως ἂν ἐξῇ μανθάνειν βελτίονα. παῖς δ’ ὢν κακὸν μὲν δρᾶν τι προῖκ’ ἐπίσταται, αὐτὸς παρ’ αὑτοῦ μανθάνων ἄνευ πόνου· τὰ χρηστὰ δ’ οὐδ’ ἢν τὸν διδάσκαλον λάβῃ ἐμνημόνευσεν, ἀλλὰ κέκτηται μόλις.</w:t>
      </w:r>
    </w:p>
    <w:p>
      <w:r>
        <w:rPr>
          <w:rFonts w:ascii="Courier New" w:hAnsi="Courier New"/>
          <w:color w:val="555555"/>
          <w:sz w:val="20"/>
        </w:rPr>
        <w:t>[10]</w:t>
      </w:r>
    </w:p>
    <w:p>
      <w:r>
        <w:rPr>
          <w:rFonts w:ascii="Gentium Plus" w:hAnsi="Gentium Plus"/>
          <w:sz w:val="24"/>
        </w:rPr>
        <w:t>ταῦτ’ οὖν φυλαξώμε〈σ〉θα καὶ μοχθητέον, ὦ παῖδες, ὡς ἂν μήτ’ ἀπαιδεύτων βροτῶν</w:t>
      </w:r>
    </w:p>
    <w:p>
      <w:r>
        <w:rPr>
          <w:rFonts w:ascii="Courier New" w:hAnsi="Courier New"/>
          <w:color w:val="555555"/>
          <w:sz w:val="20"/>
        </w:rPr>
        <w:t>[516a]</w:t>
      </w:r>
    </w:p>
    <w:p>
      <w:r>
        <w:rPr>
          <w:rFonts w:ascii="Gentium Plus" w:hAnsi="Gentium Plus"/>
          <w:sz w:val="24"/>
        </w:rPr>
        <w:t>ἀεί τι βούλου χρήσιμον προσμανθάνειν</w:t>
      </w:r>
    </w:p>
    <w:p>
      <w:r>
        <w:rPr>
          <w:rFonts w:ascii="Courier New" w:hAnsi="Courier New"/>
          <w:color w:val="555555"/>
          <w:sz w:val="20"/>
        </w:rPr>
        <w:t>[517]</w:t>
      </w:r>
    </w:p>
    <w:p>
      <w:r>
        <w:rPr>
          <w:rFonts w:ascii="Gentium Plus" w:hAnsi="Gentium Plus"/>
          <w:sz w:val="24"/>
        </w:rPr>
        <w:t>ἃ δεῖ παρὼν φρόντιζε, μὴ παρὼν ἀπῇς</w:t>
      </w:r>
    </w:p>
    <w:p>
      <w:r>
        <w:rPr>
          <w:rFonts w:ascii="Courier New" w:hAnsi="Courier New"/>
          <w:color w:val="555555"/>
          <w:sz w:val="20"/>
        </w:rPr>
        <w:t>[518]</w:t>
      </w:r>
    </w:p>
    <w:p>
      <w:r>
        <w:rPr>
          <w:rFonts w:ascii="Gentium Plus" w:hAnsi="Gentium Plus"/>
          <w:sz w:val="24"/>
        </w:rPr>
        <w:t>οὐχ ὡς νομίζεις, τὸ φρονεῖν εἶπας κακῶς</w:t>
      </w:r>
    </w:p>
    <w:p>
      <w:r>
        <w:rPr>
          <w:rFonts w:ascii="Courier New" w:hAnsi="Courier New"/>
          <w:color w:val="555555"/>
          <w:sz w:val="20"/>
        </w:rPr>
        <w:t>[519]</w:t>
      </w:r>
    </w:p>
    <w:p>
      <w:r>
        <w:rPr>
          <w:rFonts w:ascii="Gentium Plus" w:hAnsi="Gentium Plus"/>
          <w:sz w:val="24"/>
        </w:rPr>
        <w:t>οὐ χρὴ ποδώκη τὸν τρόπον λίαν φορεῖν</w:t>
      </w:r>
    </w:p>
    <w:p>
      <w:r>
        <w:rPr>
          <w:rFonts w:ascii="Courier New" w:hAnsi="Courier New"/>
          <w:color w:val="555555"/>
          <w:sz w:val="20"/>
        </w:rPr>
        <w:t>[520*]</w:t>
      </w:r>
    </w:p>
    <w:p>
      <w:r>
        <w:rPr>
          <w:rFonts w:ascii="Gentium Plus" w:hAnsi="Gentium Plus"/>
          <w:sz w:val="24"/>
        </w:rPr>
        <w:t>ἔμβα πορθμίδος ἔρυμα</w:t>
      </w:r>
    </w:p>
    <w:p>
      <w:r>
        <w:rPr>
          <w:rFonts w:ascii="Courier New" w:hAnsi="Courier New"/>
          <w:color w:val="555555"/>
          <w:sz w:val="20"/>
        </w:rPr>
        <w:t>[521]</w:t>
      </w:r>
    </w:p>
    <w:p>
      <w:r>
        <w:rPr>
          <w:rFonts w:ascii="Gentium Plus" w:hAnsi="Gentium Plus"/>
          <w:sz w:val="24"/>
        </w:rPr>
        <w:t>θάλλουσα λυπῇ τοὺς ἄγαν ὑπέρφρονας</w:t>
      </w:r>
    </w:p>
    <w:p>
      <w:r>
        <w:rPr>
          <w:rFonts w:ascii="Courier New" w:hAnsi="Courier New"/>
          <w:color w:val="555555"/>
          <w:sz w:val="20"/>
        </w:rPr>
        <w:t>[523]</w:t>
      </w:r>
    </w:p>
    <w:p>
      <w:r>
        <w:rPr>
          <w:rFonts w:ascii="Gentium Plus" w:hAnsi="Gentium Plus"/>
          <w:sz w:val="24"/>
        </w:rPr>
        <w:t>πόλλ’ ἐστὶν ὀργῆς ἐξ ἀπαιδεύτου κακά</w:t>
      </w:r>
    </w:p>
    <w:p>
      <w:r>
        <w:rPr>
          <w:rFonts w:ascii="Courier New" w:hAnsi="Courier New"/>
          <w:color w:val="555555"/>
          <w:sz w:val="20"/>
        </w:rPr>
        <w:t>[525a*]</w:t>
      </w:r>
    </w:p>
    <w:p>
      <w:r>
        <w:rPr>
          <w:rFonts w:ascii="Gentium Plus" w:hAnsi="Gentium Plus"/>
          <w:sz w:val="24"/>
        </w:rPr>
        <w:t>ὡς οὐδὲν ἂν βίαιον ἐξ ἀνδρὸς πάθοι</w:t>
      </w:r>
    </w:p>
    <w:p>
      <w:r>
        <w:rPr>
          <w:rFonts w:ascii="Courier New" w:hAnsi="Courier New"/>
          <w:color w:val="555555"/>
          <w:sz w:val="20"/>
        </w:rPr>
        <w:t>[526]</w:t>
      </w:r>
    </w:p>
    <w:p>
      <w:r>
        <w:rPr>
          <w:rFonts w:ascii="Gentium Plus" w:hAnsi="Gentium Plus"/>
          <w:sz w:val="24"/>
        </w:rPr>
        <w:t>ἅπανθ’ ὁ τοῦ ζητοῦντος εὑρίσκει πόνος</w:t>
      </w:r>
    </w:p>
    <w:p>
      <w:r>
        <w:rPr>
          <w:rFonts w:ascii="Courier New" w:hAnsi="Courier New"/>
          <w:color w:val="555555"/>
          <w:sz w:val="20"/>
        </w:rPr>
        <w:t>[527]</w:t>
      </w:r>
    </w:p>
    <w:p>
      <w:r>
        <w:rPr>
          <w:rFonts w:ascii="Gentium Plus" w:hAnsi="Gentium Plus"/>
          <w:sz w:val="24"/>
        </w:rPr>
        <w:t>θεὸς δὲ τοῖς ἀργοῦσιν οὐ παρίσταται</w:t>
      </w:r>
    </w:p>
    <w:p>
      <w:r>
        <w:rPr>
          <w:rFonts w:ascii="Courier New" w:hAnsi="Courier New"/>
          <w:color w:val="555555"/>
          <w:sz w:val="20"/>
        </w:rPr>
        <w:t>[528]</w:t>
      </w:r>
    </w:p>
    <w:p>
      <w:r>
        <w:rPr>
          <w:rFonts w:ascii="Gentium Plus" w:hAnsi="Gentium Plus"/>
          <w:sz w:val="24"/>
        </w:rPr>
        <w:t>κακὴ γὰρ αἰδώς, ἔνθα τἀναιδὲς κρατεῖ</w:t>
      </w:r>
    </w:p>
    <w:p>
      <w:r>
        <w:rPr>
          <w:rFonts w:ascii="Courier New" w:hAnsi="Courier New"/>
          <w:color w:val="555555"/>
          <w:sz w:val="20"/>
        </w:rPr>
        <w:t>[529]</w:t>
      </w:r>
    </w:p>
    <w:p>
      <w:r>
        <w:rPr>
          <w:rFonts w:ascii="Gentium Plus" w:hAnsi="Gentium Plus"/>
          <w:sz w:val="24"/>
        </w:rPr>
        <w:t>αἰσχρόν γ’ ὅταν τις †ἐπὶ γλώσσῃ φυείς† γλώσσῃ ματαίους ἐξακοντίσῃ λόγους</w:t>
      </w:r>
    </w:p>
    <w:p>
      <w:r>
        <w:rPr>
          <w:rFonts w:ascii="Courier New" w:hAnsi="Courier New"/>
          <w:color w:val="555555"/>
          <w:sz w:val="20"/>
        </w:rPr>
        <w:t>[530]</w:t>
      </w:r>
    </w:p>
    <w:p>
      <w:r>
        <w:rPr>
          <w:rFonts w:ascii="Gentium Plus" w:hAnsi="Gentium Plus"/>
          <w:sz w:val="24"/>
        </w:rPr>
        <w:t>ἀεὶ τὰ σεμνὰ πάντα κέκτηται φθόνον</w:t>
      </w:r>
    </w:p>
    <w:p>
      <w:r>
        <w:rPr>
          <w:rFonts w:ascii="Courier New" w:hAnsi="Courier New"/>
          <w:color w:val="555555"/>
          <w:sz w:val="20"/>
        </w:rPr>
        <w:t>[531]</w:t>
      </w:r>
    </w:p>
    <w:p>
      <w:r>
        <w:rPr>
          <w:rFonts w:ascii="Gentium Plus" w:hAnsi="Gentium Plus"/>
          <w:sz w:val="24"/>
        </w:rPr>
        <w:t>ἅπαν τὸ λίαν συνετόν ἐστ’ ἐπίφθονον</w:t>
      </w:r>
    </w:p>
    <w:p>
      <w:r>
        <w:rPr>
          <w:rFonts w:ascii="Courier New" w:hAnsi="Courier New"/>
          <w:color w:val="555555"/>
          <w:sz w:val="20"/>
        </w:rPr>
        <w:t>[532]</w:t>
      </w:r>
    </w:p>
    <w:p>
      <w:r>
        <w:rPr>
          <w:rFonts w:ascii="Gentium Plus" w:hAnsi="Gentium Plus"/>
          <w:sz w:val="24"/>
        </w:rPr>
        <w:t>ἀδικώτατον πρᾶγμ’ ἐστὶ τῶν πάντων φθόνος</w:t>
      </w:r>
    </w:p>
    <w:p>
      <w:r>
        <w:rPr>
          <w:rFonts w:ascii="Courier New" w:hAnsi="Courier New"/>
          <w:color w:val="555555"/>
          <w:sz w:val="20"/>
        </w:rPr>
        <w:t>[533*]</w:t>
      </w:r>
    </w:p>
    <w:p>
      <w:r>
        <w:rPr>
          <w:rFonts w:ascii="Gentium Plus" w:hAnsi="Gentium Plus"/>
          <w:sz w:val="24"/>
        </w:rPr>
        <w:t>εἰσίν τινες νῦν οὓς τὸ βασκαίνειν τρέφει</w:t>
      </w:r>
    </w:p>
    <w:p>
      <w:r>
        <w:rPr>
          <w:rFonts w:ascii="Courier New" w:hAnsi="Courier New"/>
          <w:color w:val="555555"/>
          <w:sz w:val="20"/>
        </w:rPr>
        <w:t>[534]</w:t>
      </w:r>
    </w:p>
    <w:p>
      <w:r>
        <w:rPr>
          <w:rFonts w:ascii="Gentium Plus" w:hAnsi="Gentium Plus"/>
          <w:sz w:val="24"/>
        </w:rPr>
        <w:t>οὐδεὶς ἂν εἴποι κεῖνον ἀνθρώπων κακῶς, οὐδ’ εἰ Φθόνου γένοιτο δυσμενέστερος</w:t>
      </w:r>
    </w:p>
    <w:p>
      <w:r>
        <w:rPr>
          <w:rFonts w:ascii="Courier New" w:hAnsi="Courier New"/>
          <w:color w:val="555555"/>
          <w:sz w:val="20"/>
        </w:rPr>
        <w:t>[535]</w:t>
      </w:r>
    </w:p>
    <w:p>
      <w:r>
        <w:rPr>
          <w:rFonts w:ascii="Gentium Plus" w:hAnsi="Gentium Plus"/>
          <w:sz w:val="24"/>
        </w:rPr>
        <w:t>χρὴ δ’ ἢ λέγειν τι χρηστὸν ἢ λέγουσιν εὖ μὴ δυσμεναίνειν τῷ φθόνῳ νικώμενον</w:t>
      </w:r>
    </w:p>
    <w:p>
      <w:r>
        <w:rPr>
          <w:rFonts w:ascii="Courier New" w:hAnsi="Courier New"/>
          <w:color w:val="555555"/>
          <w:sz w:val="20"/>
        </w:rPr>
        <w:t>[536]</w:t>
      </w:r>
    </w:p>
    <w:p>
      <w:r>
        <w:rPr>
          <w:rFonts w:ascii="Gentium Plus" w:hAnsi="Gentium Plus"/>
          <w:sz w:val="24"/>
        </w:rPr>
        <w:t>μέτοικε σύ 〈οὐ〉δ’ ἐγγενὴς ὢν τήνδε δουλώσας ἔχεις</w:t>
      </w:r>
    </w:p>
    <w:p>
      <w:r>
        <w:rPr>
          <w:rFonts w:ascii="Courier New" w:hAnsi="Courier New"/>
          <w:color w:val="555555"/>
          <w:sz w:val="20"/>
        </w:rPr>
        <w:t>[537]</w:t>
      </w:r>
    </w:p>
    <w:p>
      <w:r>
        <w:rPr>
          <w:rFonts w:ascii="Gentium Plus" w:hAnsi="Gentium Plus"/>
          <w:sz w:val="24"/>
        </w:rPr>
        <w:t>κρεῖττόν τ’ ἀμύνειν· κατθανεῖν γὰρ εὐκλεῶς</w:t>
      </w:r>
    </w:p>
    <w:p>
      <w:r>
        <w:rPr>
          <w:rFonts w:ascii="Courier New" w:hAnsi="Courier New"/>
          <w:color w:val="555555"/>
          <w:sz w:val="20"/>
        </w:rPr>
        <w:t>[539]</w:t>
      </w:r>
    </w:p>
    <w:p>
      <w:r>
        <w:rPr>
          <w:rFonts w:ascii="Gentium Plus" w:hAnsi="Gentium Plus"/>
          <w:sz w:val="24"/>
        </w:rPr>
        <w:t>γνῶμαι γὰρ ἔργων τῶν ἐν ἀνθρώποις τροφοί</w:t>
      </w:r>
    </w:p>
    <w:p>
      <w:r>
        <w:rPr>
          <w:rFonts w:ascii="Courier New" w:hAnsi="Courier New"/>
          <w:color w:val="555555"/>
          <w:sz w:val="20"/>
        </w:rPr>
        <w:t>[540]</w:t>
      </w:r>
    </w:p>
    <w:p>
      <w:r>
        <w:rPr>
          <w:rFonts w:ascii="Gentium Plus" w:hAnsi="Gentium Plus"/>
          <w:sz w:val="24"/>
        </w:rPr>
        <w:t>βουλαὶ τάδ’ ἐξέπραξαν, οὐ χερῶν σθένος</w:t>
      </w:r>
    </w:p>
    <w:p>
      <w:r>
        <w:rPr>
          <w:rFonts w:ascii="Courier New" w:hAnsi="Courier New"/>
          <w:color w:val="555555"/>
          <w:sz w:val="20"/>
        </w:rPr>
        <w:t>[543]</w:t>
      </w:r>
    </w:p>
    <w:p>
      <w:r>
        <w:rPr>
          <w:rFonts w:ascii="Gentium Plus" w:hAnsi="Gentium Plus"/>
          <w:sz w:val="24"/>
        </w:rPr>
        <w:t>οὐκ ἐν γυναικὶ φύεται πιστὴ χάρις</w:t>
      </w:r>
    </w:p>
    <w:p>
      <w:r>
        <w:rPr>
          <w:rFonts w:ascii="Courier New" w:hAnsi="Courier New"/>
          <w:color w:val="555555"/>
          <w:sz w:val="20"/>
        </w:rPr>
        <w:t>[544]</w:t>
      </w:r>
    </w:p>
    <w:p>
      <w:r>
        <w:rPr>
          <w:rFonts w:ascii="Gentium Plus" w:hAnsi="Gentium Plus"/>
          <w:sz w:val="24"/>
        </w:rPr>
        <w:t>τοῦ γὰρ πατρὸς κρατεῖν μὲν αἰσχύνην φέρει,</w:t>
      </w:r>
    </w:p>
    <w:p>
      <w:r>
        <w:rPr>
          <w:rFonts w:ascii="Courier New" w:hAnsi="Courier New"/>
          <w:color w:val="555555"/>
          <w:sz w:val="20"/>
        </w:rPr>
        <w:t>[546a]</w:t>
      </w:r>
    </w:p>
    <w:p>
      <w:r>
        <w:rPr>
          <w:rFonts w:ascii="Gentium Plus" w:hAnsi="Gentium Plus"/>
          <w:sz w:val="24"/>
        </w:rPr>
        <w:t>τοῖς εὐπλοοῦσιν ἀντιπνεύσας’ ἡ τύχη ἅπαντα συγχεῖ, κᾆτα ναυαγεῖν ποιεῖ</w:t>
      </w:r>
    </w:p>
    <w:p>
      <w:r>
        <w:rPr>
          <w:rFonts w:ascii="Courier New" w:hAnsi="Courier New"/>
          <w:color w:val="555555"/>
          <w:sz w:val="20"/>
        </w:rPr>
        <w:t>[548]</w:t>
      </w:r>
    </w:p>
    <w:p>
      <w:r>
        <w:rPr>
          <w:rFonts w:ascii="Gentium Plus" w:hAnsi="Gentium Plus"/>
          <w:sz w:val="24"/>
        </w:rPr>
        <w:t>σὺ δ’, ὦ τεκοῦσα, μή τι σήν λιβάσι κατάσπενδε †ας† παρηίδα</w:t>
      </w:r>
    </w:p>
    <w:p>
      <w:r>
        <w:rPr>
          <w:rFonts w:ascii="Courier New" w:hAnsi="Courier New"/>
          <w:color w:val="555555"/>
          <w:sz w:val="20"/>
        </w:rPr>
        <w:t>[549]</w:t>
      </w:r>
    </w:p>
    <w:p>
      <w:r>
        <w:rPr>
          <w:rFonts w:ascii="Gentium Plus" w:hAnsi="Gentium Plus"/>
          <w:sz w:val="24"/>
        </w:rPr>
        <w:t>γέροντι δ’ οὐχ οἷόν τε μηκύνειν χρόνον</w:t>
      </w:r>
    </w:p>
    <w:p>
      <w:r>
        <w:rPr>
          <w:rFonts w:ascii="Courier New" w:hAnsi="Courier New"/>
          <w:color w:val="555555"/>
          <w:sz w:val="20"/>
        </w:rPr>
        <w:t>[551]</w:t>
      </w:r>
    </w:p>
    <w:p>
      <w:r>
        <w:rPr>
          <w:rFonts w:ascii="Gentium Plus" w:hAnsi="Gentium Plus"/>
          <w:sz w:val="24"/>
        </w:rPr>
        <w:t>×– πολύς τοι μόχθος ἐν μακρῷ χρόνῳ</w:t>
      </w:r>
    </w:p>
    <w:p>
      <w:r>
        <w:rPr>
          <w:rFonts w:ascii="Courier New" w:hAnsi="Courier New"/>
          <w:color w:val="555555"/>
          <w:sz w:val="20"/>
        </w:rPr>
        <w:t>[552]</w:t>
      </w:r>
    </w:p>
    <w:p>
      <w:r>
        <w:rPr>
          <w:rFonts w:ascii="Gentium Plus" w:hAnsi="Gentium Plus"/>
          <w:sz w:val="24"/>
        </w:rPr>
        <w:t>ἐσθλοῦ γὰρ ἀνδρὸς γῆρας εὐπροσήγορον</w:t>
      </w:r>
    </w:p>
    <w:p>
      <w:r>
        <w:rPr>
          <w:rFonts w:ascii="Courier New" w:hAnsi="Courier New"/>
          <w:color w:val="555555"/>
          <w:sz w:val="20"/>
        </w:rPr>
        <w:t>[553]</w:t>
      </w:r>
    </w:p>
    <w:p>
      <w:r>
        <w:rPr>
          <w:rFonts w:ascii="Gentium Plus" w:hAnsi="Gentium Plus"/>
          <w:sz w:val="24"/>
        </w:rPr>
        <w:t>ἔχω· τὸ γὰρ πρᾶγμ’ αὐτό μοι καλῶς ἔχον καλοὺς παρασχεῖν τοὺς λόγους δυνήσεται</w:t>
      </w:r>
    </w:p>
    <w:p>
      <w:r>
        <w:rPr>
          <w:rFonts w:ascii="Courier New" w:hAnsi="Courier New"/>
          <w:color w:val="555555"/>
          <w:sz w:val="20"/>
        </w:rPr>
        <w:t>[556]</w:t>
      </w:r>
    </w:p>
    <w:p>
      <w:r>
        <w:rPr>
          <w:rFonts w:ascii="Gentium Plus" w:hAnsi="Gentium Plus"/>
          <w:sz w:val="24"/>
        </w:rPr>
        <w:t>αἰδὼς ἀπώλες’ αὐτόν, ἐρρέτω, κακή· πολλὴν γὰρ αὐτὴν δειλὸς ὢν ἐκτήσατο</w:t>
      </w:r>
    </w:p>
    <w:p>
      <w:r>
        <w:rPr>
          <w:rFonts w:ascii="Courier New" w:hAnsi="Courier New"/>
          <w:color w:val="555555"/>
          <w:sz w:val="20"/>
        </w:rPr>
        <w:t>[557]</w:t>
      </w:r>
    </w:p>
    <w:p>
      <w:r>
        <w:rPr>
          <w:rFonts w:ascii="Gentium Plus" w:hAnsi="Gentium Plus"/>
          <w:sz w:val="24"/>
        </w:rPr>
        <w:t>τοῖς γὰρ κακῶς πράσσουσιν οἱ σεμνοὶ λόγοι κόσμον μὲν ἂν δοίησαν· ἡ δ’ εὐπραξία ξὺν τοῖς ἀναισχύντοισιν ὥρισται βροτῶν</w:t>
      </w:r>
    </w:p>
    <w:p>
      <w:r>
        <w:rPr>
          <w:rFonts w:ascii="Courier New" w:hAnsi="Courier New"/>
          <w:color w:val="555555"/>
          <w:sz w:val="20"/>
        </w:rPr>
        <w:t>[558]</w:t>
      </w:r>
    </w:p>
    <w:p>
      <w:r>
        <w:rPr>
          <w:rFonts w:ascii="Gentium Plus" w:hAnsi="Gentium Plus"/>
          <w:sz w:val="24"/>
        </w:rPr>
        <w:t>ὦ παῖ, τὸ δεῖσθαι τῶν πέλας θνητοῖς μέγα</w:t>
      </w:r>
    </w:p>
    <w:p>
      <w:r>
        <w:rPr>
          <w:rFonts w:ascii="Courier New" w:hAnsi="Courier New"/>
          <w:color w:val="555555"/>
          <w:sz w:val="20"/>
        </w:rPr>
        <w:t>[559]</w:t>
      </w:r>
    </w:p>
    <w:p>
      <w:r>
        <w:rPr>
          <w:rFonts w:ascii="Gentium Plus" w:hAnsi="Gentium Plus"/>
          <w:sz w:val="24"/>
        </w:rPr>
        <w:t>εἰς Φᾶσιν, ἔνθα ναυσὶν ἔσχατος δρόμος</w:t>
      </w:r>
    </w:p>
    <w:p>
      <w:r>
        <w:rPr>
          <w:rFonts w:ascii="Courier New" w:hAnsi="Courier New"/>
          <w:color w:val="555555"/>
          <w:sz w:val="20"/>
        </w:rPr>
        <w:t>[560]</w:t>
      </w:r>
    </w:p>
    <w:p>
      <w:r>
        <w:rPr>
          <w:rFonts w:ascii="Gentium Plus" w:hAnsi="Gentium Plus"/>
          <w:sz w:val="24"/>
        </w:rPr>
        <w:t>ΤΗΛΕΦΟΣ· χωρὶς τὰ Μυσῶν καὶ Φρυγῶν ὁρίσματα</w:t>
      </w:r>
    </w:p>
    <w:p>
      <w:r>
        <w:rPr>
          <w:rFonts w:ascii="Courier New" w:hAnsi="Courier New"/>
          <w:color w:val="555555"/>
          <w:sz w:val="20"/>
        </w:rPr>
        <w:t>[561]</w:t>
      </w:r>
    </w:p>
    <w:p>
      <w:r>
        <w:rPr>
          <w:rFonts w:ascii="Gentium Plus" w:hAnsi="Gentium Plus"/>
          <w:sz w:val="24"/>
        </w:rPr>
        <w:t>ᾗ μήποτ’, ὦ παῖ Ζηνός, ἐς ταὐτὸ〈ν〉 μόλῃς</w:t>
      </w:r>
    </w:p>
    <w:p>
      <w:r>
        <w:rPr>
          <w:rFonts w:ascii="Courier New" w:hAnsi="Courier New"/>
          <w:color w:val="555555"/>
          <w:sz w:val="20"/>
        </w:rPr>
        <w:t>[562]</w:t>
      </w:r>
    </w:p>
    <w:p>
      <w:r>
        <w:rPr>
          <w:rFonts w:ascii="Gentium Plus" w:hAnsi="Gentium Plus"/>
          <w:sz w:val="24"/>
        </w:rPr>
        <w:t>γλώσσαργον ἦθος</w:t>
      </w:r>
    </w:p>
    <w:p>
      <w:r>
        <w:rPr>
          <w:rFonts w:ascii="Courier New" w:hAnsi="Courier New"/>
          <w:color w:val="555555"/>
          <w:sz w:val="20"/>
        </w:rPr>
        <w:t>[562a]</w:t>
      </w:r>
    </w:p>
    <w:p>
      <w:r>
        <w:rPr>
          <w:rFonts w:ascii="Gentium Plus" w:hAnsi="Gentium Plus"/>
          <w:sz w:val="24"/>
        </w:rPr>
        <w:t>εὐφημία γὰρ εὐκολώτατος πόνων</w:t>
      </w:r>
    </w:p>
    <w:p>
      <w:r>
        <w:rPr>
          <w:rFonts w:ascii="Courier New" w:hAnsi="Courier New"/>
          <w:color w:val="555555"/>
          <w:sz w:val="20"/>
        </w:rPr>
        <w:t>[563]</w:t>
      </w:r>
    </w:p>
    <w:p>
      <w:r>
        <w:rPr>
          <w:rFonts w:ascii="Gentium Plus" w:hAnsi="Gentium Plus"/>
          <w:sz w:val="24"/>
        </w:rPr>
        <w:t>Ἰνάχειον ἄστυ</w:t>
      </w:r>
    </w:p>
    <w:p>
      <w:r>
        <w:rPr>
          <w:rFonts w:ascii="Courier New" w:hAnsi="Courier New"/>
          <w:color w:val="555555"/>
          <w:sz w:val="20"/>
        </w:rPr>
        <w:t>[564a]</w:t>
      </w:r>
    </w:p>
    <w:p>
      <w:r>
        <w:rPr>
          <w:rFonts w:ascii="Gentium Plus" w:hAnsi="Gentium Plus"/>
          <w:sz w:val="24"/>
        </w:rPr>
        <w:t>εὐεργετῆσαι γὰρ τὸ σῶμ’ οὐ βούλομαι</w:t>
      </w:r>
    </w:p>
    <w:p>
      <w:r>
        <w:rPr>
          <w:rFonts w:ascii="Courier New" w:hAnsi="Courier New"/>
          <w:color w:val="555555"/>
          <w:sz w:val="20"/>
        </w:rPr>
        <w:t>[564b]</w:t>
      </w:r>
    </w:p>
    <w:p>
      <w:r>
        <w:rPr>
          <w:rFonts w:ascii="Gentium Plus" w:hAnsi="Gentium Plus"/>
          <w:sz w:val="24"/>
        </w:rPr>
        <w:t>ποῦ γῆς πέφευγεν;</w:t>
      </w:r>
    </w:p>
    <w:p>
      <w:r>
        <w:rPr>
          <w:rFonts w:ascii="Courier New" w:hAnsi="Courier New"/>
          <w:color w:val="555555"/>
          <w:sz w:val="20"/>
        </w:rPr>
        <w:t>[564c]</w:t>
      </w:r>
    </w:p>
    <w:p>
      <w:r>
        <w:rPr>
          <w:rFonts w:ascii="Gentium Plus" w:hAnsi="Gentium Plus"/>
          <w:sz w:val="24"/>
        </w:rPr>
        <w:t>ἐγὼ δὲ φεύγω γῆν πρὸ γῆς φοβούμενος τὸν ἄγριον 〈 〉 δεσπότην, ᾧ μᾶλλον ἵππων ἢ 〈⏑〉 ἀνθρώπων μέλει</w:t>
      </w:r>
    </w:p>
    <w:p>
      <w:r>
        <w:rPr>
          <w:rFonts w:ascii="Courier New" w:hAnsi="Courier New"/>
          <w:color w:val="555555"/>
          <w:sz w:val="20"/>
        </w:rPr>
        <w:t>[564d]</w:t>
      </w:r>
    </w:p>
    <w:p>
      <w:r>
        <w:rPr>
          <w:rFonts w:ascii="Gentium Plus" w:hAnsi="Gentium Plus"/>
          <w:sz w:val="24"/>
        </w:rPr>
        <w:t>ὦ πλεῖον †ἴλως† αἱμύλης ἀλώπεκος</w:t>
      </w:r>
    </w:p>
    <w:p>
      <w:r>
        <w:rPr>
          <w:rFonts w:ascii="Courier New" w:hAnsi="Courier New"/>
          <w:color w:val="555555"/>
          <w:sz w:val="20"/>
        </w:rPr>
        <w:t>[564e]</w:t>
      </w:r>
    </w:p>
    <w:p>
      <w:r>
        <w:rPr>
          <w:rFonts w:ascii="Gentium Plus" w:hAnsi="Gentium Plus"/>
          <w:sz w:val="24"/>
        </w:rPr>
        <w:t>δεινὸν κακοῦ παρόντος ἀρρωδεῖν βροτόν</w:t>
      </w:r>
    </w:p>
    <w:p>
      <w:r>
        <w:rPr>
          <w:rFonts w:ascii="Courier New" w:hAnsi="Courier New"/>
          <w:color w:val="555555"/>
          <w:sz w:val="20"/>
        </w:rPr>
        <w:t>[564f]</w:t>
      </w:r>
    </w:p>
    <w:p>
      <w:r>
        <w:rPr>
          <w:rFonts w:ascii="Gentium Plus" w:hAnsi="Gentium Plus"/>
          <w:sz w:val="24"/>
        </w:rPr>
        <w:t>τὸ μὲν μέλειν οὐκ ἦν, τὸ μεταμέλειν δ’ ἐνῆν</w:t>
      </w:r>
    </w:p>
    <w:p>
      <w:r>
        <w:rPr>
          <w:rFonts w:ascii="Courier New" w:hAnsi="Courier New"/>
          <w:color w:val="555555"/>
          <w:sz w:val="20"/>
        </w:rPr>
        <w:t>[565]</w:t>
      </w:r>
    </w:p>
    <w:p>
      <w:r>
        <w:rPr>
          <w:rFonts w:ascii="Gentium Plus" w:hAnsi="Gentium Plus"/>
          <w:sz w:val="24"/>
        </w:rPr>
        <w:t>αὔρα, θεῶν ὄχημα τιμιώτατον</w:t>
      </w:r>
    </w:p>
    <w:p>
      <w:r>
        <w:rPr>
          <w:rFonts w:ascii="Courier New" w:hAnsi="Courier New"/>
          <w:color w:val="555555"/>
          <w:sz w:val="20"/>
        </w:rPr>
        <w:t>[566]</w:t>
      </w:r>
    </w:p>
    <w:p>
      <w:r>
        <w:rPr>
          <w:rFonts w:ascii="Gentium Plus" w:hAnsi="Gentium Plus"/>
          <w:sz w:val="24"/>
        </w:rPr>
        <w:t>πάντας σοφὸς νοῦς ἐξ ἀμηχάνων ἄγει καὶ πάντα κηλεῖ, κἂν ἀπώμοτός τις ᾖ</w:t>
      </w:r>
    </w:p>
    <w:p>
      <w:r>
        <w:rPr>
          <w:rFonts w:ascii="Courier New" w:hAnsi="Courier New"/>
          <w:color w:val="555555"/>
          <w:sz w:val="20"/>
        </w:rPr>
        <w:t>[566a]</w:t>
      </w:r>
    </w:p>
    <w:p>
      <w:r>
        <w:rPr>
          <w:rFonts w:ascii="Gentium Plus" w:hAnsi="Gentium Plus"/>
          <w:sz w:val="24"/>
        </w:rPr>
        <w:t>ῥᾷον γένηται καὶ βιῷ</w:t>
      </w:r>
    </w:p>
    <w:p>
      <w:r>
        <w:rPr>
          <w:rFonts w:ascii="Courier New" w:hAnsi="Courier New"/>
          <w:color w:val="555555"/>
          <w:sz w:val="20"/>
        </w:rPr>
        <w:t>[566c]</w:t>
      </w:r>
    </w:p>
    <w:p>
      <w:r>
        <w:rPr>
          <w:rFonts w:ascii="Gentium Plus" w:hAnsi="Gentium Plus"/>
          <w:sz w:val="24"/>
        </w:rPr>
        <w:t>μάντιδος πρὸ Πυθίας</w:t>
      </w:r>
    </w:p>
    <w:p>
      <w:r>
        <w:rPr>
          <w:rFonts w:ascii="Courier New" w:hAnsi="Courier New"/>
          <w:color w:val="555555"/>
          <w:sz w:val="20"/>
        </w:rPr>
        <w:t>[566d]</w:t>
      </w:r>
    </w:p>
    <w:p>
      <w:r>
        <w:rPr>
          <w:rFonts w:ascii="Gentium Plus" w:hAnsi="Gentium Plus"/>
          <w:sz w:val="24"/>
        </w:rPr>
        <w:t>φοίνικι λίνῳ</w:t>
      </w:r>
    </w:p>
    <w:p>
      <w:r>
        <w:rPr>
          <w:rFonts w:ascii="Courier New" w:hAnsi="Courier New"/>
          <w:color w:val="555555"/>
          <w:sz w:val="20"/>
        </w:rPr>
        <w:t>[566e*]</w:t>
      </w:r>
    </w:p>
    <w:p>
      <w:r>
        <w:rPr>
          <w:rFonts w:ascii="Gentium Plus" w:hAnsi="Gentium Plus"/>
          <w:sz w:val="24"/>
        </w:rPr>
        <w:t>ἕως οὗ〈 〉 αὐγάσῃ τὸ φῶς</w:t>
      </w:r>
    </w:p>
    <w:p>
      <w:r>
        <w:rPr>
          <w:rFonts w:ascii="Courier New" w:hAnsi="Courier New"/>
          <w:color w:val="555555"/>
          <w:sz w:val="20"/>
        </w:rPr>
        <w:t>[566f]</w:t>
      </w:r>
    </w:p>
    <w:p>
      <w:r>
        <w:rPr>
          <w:rFonts w:ascii="Gentium Plus" w:hAnsi="Gentium Plus"/>
          <w:sz w:val="24"/>
        </w:rPr>
        <w:t>δάκˈρεϊ χειμαινομένῳ</w:t>
      </w:r>
    </w:p>
    <w:p>
      <w:r>
        <w:rPr>
          <w:rFonts w:ascii="Courier New" w:hAnsi="Courier New"/>
          <w:color w:val="555555"/>
          <w:sz w:val="20"/>
        </w:rPr>
        <w:t>[566g]</w:t>
      </w:r>
    </w:p>
    <w:p>
      <w:r>
        <w:rPr>
          <w:rFonts w:ascii="Gentium Plus" w:hAnsi="Gentium Plus"/>
          <w:sz w:val="24"/>
        </w:rPr>
        <w:t>αἴθωνι βελέμνῳ</w:t>
      </w:r>
    </w:p>
    <w:p>
      <w:r>
        <w:rPr>
          <w:rFonts w:ascii="Courier New" w:hAnsi="Courier New"/>
          <w:color w:val="555555"/>
          <w:sz w:val="20"/>
        </w:rPr>
        <w:t>[566h]</w:t>
      </w:r>
    </w:p>
    <w:p>
      <w:r>
        <w:rPr>
          <w:rFonts w:ascii="Gentium Plus" w:hAnsi="Gentium Plus"/>
          <w:sz w:val="24"/>
        </w:rPr>
        <w:t>γέροντι βάκτρῳ</w:t>
      </w:r>
    </w:p>
    <w:p>
      <w:r>
        <w:rPr>
          <w:rFonts w:ascii="Courier New" w:hAnsi="Courier New"/>
          <w:color w:val="555555"/>
          <w:sz w:val="20"/>
        </w:rPr>
        <w:t>[566i]</w:t>
      </w:r>
    </w:p>
    <w:p>
      <w:r>
        <w:rPr>
          <w:rFonts w:ascii="Gentium Plus" w:hAnsi="Gentium Plus"/>
          <w:sz w:val="24"/>
        </w:rPr>
        <w:t>ἐθάδων ἐδεσμάτων</w:t>
      </w:r>
    </w:p>
    <w:p>
      <w:r>
        <w:rPr>
          <w:rFonts w:ascii="Courier New" w:hAnsi="Courier New"/>
          <w:color w:val="555555"/>
          <w:sz w:val="20"/>
        </w:rPr>
        <w:t>[566k*]</w:t>
      </w:r>
    </w:p>
    <w:p>
      <w:r>
        <w:rPr>
          <w:rFonts w:ascii="Gentium Plus" w:hAnsi="Gentium Plus"/>
          <w:sz w:val="24"/>
        </w:rPr>
        <w:t>ἱπποτᾶ〈ν〉 φηρῶν</w:t>
      </w:r>
    </w:p>
    <w:p>
      <w:r>
        <w:rPr>
          <w:rFonts w:ascii="Courier New" w:hAnsi="Courier New"/>
          <w:color w:val="555555"/>
          <w:sz w:val="20"/>
        </w:rPr>
        <w:t>[567*]</w:t>
      </w:r>
    </w:p>
    <w:p>
      <w:r>
        <w:rPr>
          <w:rFonts w:ascii="Gentium Plus" w:hAnsi="Gentium Plus"/>
          <w:sz w:val="24"/>
        </w:rPr>
        <w:t>ὅρκων ἐρῶσιν οὐδὲν εὐχερέστερον</w:t>
      </w:r>
    </w:p>
    <w:p>
      <w:r>
        <w:rPr>
          <w:rFonts w:ascii="Courier New" w:hAnsi="Courier New"/>
          <w:color w:val="555555"/>
          <w:sz w:val="20"/>
        </w:rPr>
        <w:t>[568*]</w:t>
      </w:r>
    </w:p>
    <w:p>
      <w:r>
        <w:rPr>
          <w:rFonts w:ascii="Gentium Plus" w:hAnsi="Gentium Plus"/>
          <w:sz w:val="24"/>
        </w:rPr>
        <w:t>κλύδωνα σαυτῷ προσφέρεις αὐθαίρετον</w:t>
      </w:r>
    </w:p>
    <w:p>
      <w:r>
        <w:rPr>
          <w:rFonts w:ascii="Courier New" w:hAnsi="Courier New"/>
          <w:color w:val="555555"/>
          <w:sz w:val="20"/>
        </w:rPr>
        <w:t>[569]</w:t>
      </w:r>
    </w:p>
    <w:p>
      <w:r>
        <w:rPr>
          <w:rFonts w:ascii="Gentium Plus" w:hAnsi="Gentium Plus"/>
          <w:sz w:val="24"/>
        </w:rPr>
        <w:t>Τεῦκρος δὲ τόξων χρώμενος φειδωλίᾳ ὑπὲρ τάφρου πηδῶντας ἔστησε〈ν〉 Φρύγας</w:t>
      </w:r>
    </w:p>
    <w:p>
      <w:r>
        <w:rPr>
          <w:rFonts w:ascii="Courier New" w:hAnsi="Courier New"/>
          <w:color w:val="555555"/>
          <w:sz w:val="20"/>
        </w:rPr>
        <w:t>[570]</w:t>
      </w:r>
    </w:p>
    <w:p>
      <w:r>
        <w:rPr>
          <w:rFonts w:ascii="Gentium Plus" w:hAnsi="Gentium Plus"/>
          <w:sz w:val="24"/>
        </w:rPr>
        <w:t>Οἶνός μ’ ἔπεισε δαιμόνων ὑπέρτατος</w:t>
      </w:r>
    </w:p>
    <w:p>
      <w:r>
        <w:rPr>
          <w:rFonts w:ascii="Courier New" w:hAnsi="Courier New"/>
          <w:color w:val="555555"/>
          <w:sz w:val="20"/>
        </w:rPr>
        <w:t>[571*]</w:t>
      </w:r>
    </w:p>
    <w:p>
      <w:r>
        <w:rPr>
          <w:rFonts w:ascii="Gentium Plus" w:hAnsi="Gentium Plus"/>
          <w:sz w:val="24"/>
        </w:rPr>
        <w:t>παρ’ οὐδενὸς γὰρ οὐδὲν ἡρμηνεύμεθα</w:t>
      </w:r>
    </w:p>
    <w:p>
      <w:r>
        <w:rPr>
          <w:rFonts w:ascii="Courier New" w:hAnsi="Courier New"/>
          <w:color w:val="555555"/>
          <w:sz w:val="20"/>
        </w:rPr>
        <w:t>[572*]</w:t>
      </w:r>
    </w:p>
    <w:p>
      <w:r>
        <w:rPr>
          <w:rFonts w:ascii="Gentium Plus" w:hAnsi="Gentium Plus"/>
          <w:sz w:val="24"/>
        </w:rPr>
        <w:t>τοῖς καιρίοις γὰρ δεῖ λέγειν τὰ 〈καίρια〉</w:t>
      </w:r>
    </w:p>
    <w:p>
      <w:r>
        <w:rPr>
          <w:rFonts w:ascii="Courier New" w:hAnsi="Courier New"/>
          <w:color w:val="555555"/>
          <w:sz w:val="20"/>
        </w:rPr>
        <w:t>[572a*]</w:t>
      </w:r>
    </w:p>
    <w:p>
      <w:r>
        <w:rPr>
          <w:rFonts w:ascii="Gentium Plus" w:hAnsi="Gentium Plus"/>
          <w:sz w:val="24"/>
        </w:rPr>
        <w:t>οὐ συμπαρέστης, οὐ σύνεργος εὑρέθης</w:t>
      </w:r>
    </w:p>
    <w:p>
      <w:r>
        <w:rPr>
          <w:rFonts w:ascii="Courier New" w:hAnsi="Courier New"/>
          <w:color w:val="555555"/>
          <w:sz w:val="20"/>
        </w:rPr>
        <w:t>[572b*]</w:t>
      </w:r>
    </w:p>
    <w:p>
      <w:r>
        <w:rPr>
          <w:rFonts w:ascii="Gentium Plus" w:hAnsi="Gentium Plus"/>
          <w:sz w:val="24"/>
        </w:rPr>
        <w:t>†κέαρ πεπονημένον ἀρετῆς†</w:t>
      </w:r>
    </w:p>
    <w:p>
      <w:r>
        <w:rPr>
          <w:rFonts w:ascii="Courier New" w:hAnsi="Courier New"/>
          <w:color w:val="555555"/>
          <w:sz w:val="20"/>
        </w:rPr>
        <w:t>[573*]</w:t>
      </w:r>
    </w:p>
    <w:p>
      <w:r>
        <w:rPr>
          <w:rFonts w:ascii="Gentium Plus" w:hAnsi="Gentium Plus"/>
          <w:sz w:val="24"/>
        </w:rPr>
        <w:t>ὅστις καθ’ ἑτέρου δόλια μηχανεύεται,</w:t>
      </w:r>
    </w:p>
    <w:p>
      <w:r>
        <w:rPr>
          <w:rFonts w:ascii="Courier New" w:hAnsi="Courier New"/>
          <w:color w:val="555555"/>
          <w:sz w:val="20"/>
        </w:rPr>
        <w:t>[579]</w:t>
      </w:r>
    </w:p>
    <w:p>
      <w:r>
        <w:rPr>
          <w:rFonts w:ascii="Gentium Plus" w:hAnsi="Gentium Plus"/>
          <w:sz w:val="24"/>
        </w:rPr>
        <w:t>εἰς ἀσθενοῦντας ἀσθενῶν ἐλήλυθας</w:t>
      </w:r>
    </w:p>
    <w:p>
      <w:r>
        <w:rPr>
          <w:rFonts w:ascii="Courier New" w:hAnsi="Courier New"/>
          <w:color w:val="555555"/>
          <w:sz w:val="20"/>
        </w:rPr>
        <w:t>[580]</w:t>
      </w:r>
    </w:p>
    <w:p>
      <w:r>
        <w:rPr>
          <w:rFonts w:ascii="Gentium Plus" w:hAnsi="Gentium Plus"/>
          <w:sz w:val="24"/>
        </w:rPr>
        <w:t>κουρήτων στόμα</w:t>
      </w:r>
    </w:p>
    <w:p>
      <w:r>
        <w:rPr>
          <w:rFonts w:ascii="Courier New" w:hAnsi="Courier New"/>
          <w:color w:val="555555"/>
          <w:sz w:val="20"/>
        </w:rPr>
        <w:t>[581]</w:t>
      </w:r>
    </w:p>
    <w:p>
      <w:r>
        <w:rPr>
          <w:rFonts w:ascii="Gentium Plus" w:hAnsi="Gentium Plus"/>
          <w:sz w:val="24"/>
        </w:rPr>
        <w:t>φόνου πτερόν</w:t>
      </w:r>
    </w:p>
    <w:p>
      <w:r>
        <w:rPr>
          <w:rFonts w:ascii="Courier New" w:hAnsi="Courier New"/>
          <w:color w:val="555555"/>
          <w:sz w:val="20"/>
        </w:rPr>
        <w:t>[581a]</w:t>
      </w:r>
    </w:p>
    <w:p>
      <w:r>
        <w:rPr>
          <w:rFonts w:ascii="Gentium Plus" w:hAnsi="Gentium Plus"/>
          <w:sz w:val="24"/>
        </w:rPr>
        <w:t>κεῖται δ’ ὁ τλήμων</w:t>
      </w:r>
    </w:p>
    <w:p>
      <w:r>
        <w:rPr>
          <w:rFonts w:ascii="Courier New" w:hAnsi="Courier New"/>
          <w:color w:val="555555"/>
          <w:sz w:val="20"/>
        </w:rPr>
        <w:t>[583a]</w:t>
      </w:r>
    </w:p>
    <w:p>
      <w:r>
        <w:rPr>
          <w:rFonts w:ascii="Gentium Plus" w:hAnsi="Gentium Plus"/>
          <w:sz w:val="24"/>
        </w:rPr>
        <w:t>ἀγαί</w:t>
      </w:r>
    </w:p>
    <w:p>
      <w:r>
        <w:rPr>
          <w:rFonts w:ascii="Courier New" w:hAnsi="Courier New"/>
          <w:color w:val="555555"/>
          <w:sz w:val="20"/>
        </w:rPr>
        <w:t>[585]</w:t>
      </w:r>
    </w:p>
    <w:p>
      <w:r>
        <w:rPr>
          <w:rFonts w:ascii="Gentium Plus" w:hAnsi="Gentium Plus"/>
          <w:sz w:val="24"/>
        </w:rPr>
        <w:t>ἀλεκτορίς</w:t>
      </w:r>
    </w:p>
    <w:p>
      <w:r>
        <w:rPr>
          <w:rFonts w:ascii="Courier New" w:hAnsi="Courier New"/>
          <w:color w:val="555555"/>
          <w:sz w:val="20"/>
        </w:rPr>
        <w:t>[585a]</w:t>
      </w:r>
    </w:p>
    <w:p>
      <w:r>
        <w:rPr>
          <w:rFonts w:ascii="Gentium Plus" w:hAnsi="Gentium Plus"/>
          <w:sz w:val="24"/>
        </w:rPr>
        <w:t>ἀλκηστής</w:t>
      </w:r>
    </w:p>
    <w:p>
      <w:r>
        <w:rPr>
          <w:rFonts w:ascii="Courier New" w:hAnsi="Courier New"/>
          <w:color w:val="555555"/>
          <w:sz w:val="20"/>
        </w:rPr>
        <w:t>[585b]</w:t>
      </w:r>
    </w:p>
    <w:p>
      <w:r>
        <w:rPr>
          <w:rFonts w:ascii="Gentium Plus" w:hAnsi="Gentium Plus"/>
          <w:sz w:val="24"/>
        </w:rPr>
        <w:t>ἀμυντής</w:t>
      </w:r>
    </w:p>
    <w:p>
      <w:r>
        <w:rPr>
          <w:rFonts w:ascii="Courier New" w:hAnsi="Courier New"/>
          <w:color w:val="555555"/>
          <w:sz w:val="20"/>
        </w:rPr>
        <w:t>[586a]</w:t>
      </w:r>
    </w:p>
    <w:p>
      <w:r>
        <w:rPr>
          <w:rFonts w:ascii="Gentium Plus" w:hAnsi="Gentium Plus"/>
          <w:sz w:val="24"/>
        </w:rPr>
        <w:t>ἀμφίκρανον</w:t>
      </w:r>
    </w:p>
    <w:p>
      <w:r>
        <w:rPr>
          <w:rFonts w:ascii="Courier New" w:hAnsi="Courier New"/>
          <w:color w:val="555555"/>
          <w:sz w:val="20"/>
        </w:rPr>
        <w:t>[587]</w:t>
      </w:r>
    </w:p>
    <w:p>
      <w:r>
        <w:rPr>
          <w:rFonts w:ascii="Gentium Plus" w:hAnsi="Gentium Plus"/>
          <w:sz w:val="24"/>
        </w:rPr>
        <w:t>ἀπαυλία</w:t>
      </w:r>
    </w:p>
    <w:p>
      <w:r>
        <w:rPr>
          <w:rFonts w:ascii="Courier New" w:hAnsi="Courier New"/>
          <w:color w:val="555555"/>
          <w:sz w:val="20"/>
        </w:rPr>
        <w:t>[587b]</w:t>
      </w:r>
    </w:p>
    <w:p>
      <w:r>
        <w:rPr>
          <w:rFonts w:ascii="Gentium Plus" w:hAnsi="Gentium Plus"/>
          <w:sz w:val="24"/>
        </w:rPr>
        <w:t>βούπρῳρον</w:t>
      </w:r>
    </w:p>
    <w:p>
      <w:r>
        <w:rPr>
          <w:rFonts w:ascii="Courier New" w:hAnsi="Courier New"/>
          <w:color w:val="555555"/>
          <w:sz w:val="20"/>
        </w:rPr>
        <w:t>[587c]</w:t>
      </w:r>
    </w:p>
    <w:p>
      <w:r>
        <w:rPr>
          <w:rFonts w:ascii="Gentium Plus" w:hAnsi="Gentium Plus"/>
          <w:sz w:val="24"/>
        </w:rPr>
        <w:t>ἐπιτάξ</w:t>
      </w:r>
    </w:p>
    <w:p>
      <w:r>
        <w:rPr>
          <w:rFonts w:ascii="Courier New" w:hAnsi="Courier New"/>
          <w:color w:val="555555"/>
          <w:sz w:val="20"/>
        </w:rPr>
        <w:t>[588]</w:t>
      </w:r>
    </w:p>
    <w:p>
      <w:r>
        <w:rPr>
          <w:rFonts w:ascii="Gentium Plus" w:hAnsi="Gentium Plus"/>
          <w:sz w:val="24"/>
        </w:rPr>
        <w:t>ἐριούνης</w:t>
      </w:r>
    </w:p>
    <w:p>
      <w:r>
        <w:rPr>
          <w:rFonts w:ascii="Courier New" w:hAnsi="Courier New"/>
          <w:color w:val="555555"/>
          <w:sz w:val="20"/>
        </w:rPr>
        <w:t>[589]</w:t>
      </w:r>
    </w:p>
    <w:p>
      <w:r>
        <w:rPr>
          <w:rFonts w:ascii="Gentium Plus" w:hAnsi="Gentium Plus"/>
          <w:sz w:val="24"/>
        </w:rPr>
        <w:t>εὐναία</w:t>
      </w:r>
    </w:p>
    <w:p>
      <w:r>
        <w:rPr>
          <w:rFonts w:ascii="Courier New" w:hAnsi="Courier New"/>
          <w:color w:val="555555"/>
          <w:sz w:val="20"/>
        </w:rPr>
        <w:t>[590]</w:t>
      </w:r>
    </w:p>
    <w:p>
      <w:r>
        <w:rPr>
          <w:rFonts w:ascii="Gentium Plus" w:hAnsi="Gentium Plus"/>
          <w:sz w:val="24"/>
        </w:rPr>
        <w:t>Ἥρυλλος</w:t>
      </w:r>
    </w:p>
    <w:p>
      <w:r>
        <w:rPr>
          <w:rFonts w:ascii="Courier New" w:hAnsi="Courier New"/>
          <w:color w:val="555555"/>
          <w:sz w:val="20"/>
        </w:rPr>
        <w:t>[590a]</w:t>
      </w:r>
    </w:p>
    <w:p>
      <w:r>
        <w:rPr>
          <w:rFonts w:ascii="Gentium Plus" w:hAnsi="Gentium Plus"/>
          <w:sz w:val="24"/>
        </w:rPr>
        <w:t>ἡφαιστόδαπτα</w:t>
      </w:r>
    </w:p>
    <w:p>
      <w:r>
        <w:rPr>
          <w:rFonts w:ascii="Courier New" w:hAnsi="Courier New"/>
          <w:color w:val="555555"/>
          <w:sz w:val="20"/>
        </w:rPr>
        <w:t>[590b]</w:t>
      </w:r>
    </w:p>
    <w:p>
      <w:r>
        <w:rPr>
          <w:rFonts w:ascii="Gentium Plus" w:hAnsi="Gentium Plus"/>
          <w:sz w:val="24"/>
        </w:rPr>
        <w:t>θεωρίδες</w:t>
      </w:r>
    </w:p>
    <w:p>
      <w:r>
        <w:rPr>
          <w:rFonts w:ascii="Courier New" w:hAnsi="Courier New"/>
          <w:color w:val="555555"/>
          <w:sz w:val="20"/>
        </w:rPr>
        <w:t>[591]</w:t>
      </w:r>
    </w:p>
    <w:p>
      <w:r>
        <w:rPr>
          <w:rFonts w:ascii="Gentium Plus" w:hAnsi="Gentium Plus"/>
          <w:sz w:val="24"/>
        </w:rPr>
        <w:t>καθηγητής</w:t>
      </w:r>
    </w:p>
    <w:p>
      <w:r>
        <w:rPr>
          <w:rFonts w:ascii="Courier New" w:hAnsi="Courier New"/>
          <w:color w:val="555555"/>
          <w:sz w:val="20"/>
        </w:rPr>
        <w:t>[591a]</w:t>
      </w:r>
    </w:p>
    <w:p>
      <w:r>
        <w:rPr>
          <w:rFonts w:ascii="Gentium Plus" w:hAnsi="Gentium Plus"/>
          <w:sz w:val="24"/>
        </w:rPr>
        <w:t>καῦστις</w:t>
      </w:r>
    </w:p>
    <w:p>
      <w:r>
        <w:rPr>
          <w:rFonts w:ascii="Courier New" w:hAnsi="Courier New"/>
          <w:color w:val="555555"/>
          <w:sz w:val="20"/>
        </w:rPr>
        <w:t>[591b*]</w:t>
      </w:r>
    </w:p>
    <w:p>
      <w:r>
        <w:rPr>
          <w:rFonts w:ascii="Gentium Plus" w:hAnsi="Gentium Plus"/>
          <w:sz w:val="24"/>
        </w:rPr>
        <w:t>λικνοστεφεῖ</w:t>
      </w:r>
    </w:p>
    <w:p>
      <w:r>
        <w:rPr>
          <w:rFonts w:ascii="Courier New" w:hAnsi="Courier New"/>
          <w:color w:val="555555"/>
          <w:sz w:val="20"/>
        </w:rPr>
        <w:t>[591c]</w:t>
      </w:r>
    </w:p>
    <w:p>
      <w:r>
        <w:rPr>
          <w:rFonts w:ascii="Gentium Plus" w:hAnsi="Gentium Plus"/>
          <w:sz w:val="24"/>
        </w:rPr>
        <w:t>λωπιστός</w:t>
      </w:r>
    </w:p>
    <w:p>
      <w:r>
        <w:rPr>
          <w:rFonts w:ascii="Courier New" w:hAnsi="Courier New"/>
          <w:color w:val="555555"/>
          <w:sz w:val="20"/>
        </w:rPr>
        <w:t>[592]</w:t>
      </w:r>
    </w:p>
    <w:p>
      <w:r>
        <w:rPr>
          <w:rFonts w:ascii="Gentium Plus" w:hAnsi="Gentium Plus"/>
          <w:sz w:val="24"/>
        </w:rPr>
        <w:t>μαγείαν</w:t>
      </w:r>
    </w:p>
    <w:p>
      <w:r>
        <w:rPr>
          <w:rFonts w:ascii="Courier New" w:hAnsi="Courier New"/>
          <w:color w:val="555555"/>
          <w:sz w:val="20"/>
        </w:rPr>
        <w:t>[592a]</w:t>
      </w:r>
    </w:p>
    <w:p>
      <w:r>
        <w:rPr>
          <w:rFonts w:ascii="Gentium Plus" w:hAnsi="Gentium Plus"/>
          <w:sz w:val="24"/>
        </w:rPr>
        <w:t>μαδαγένειον</w:t>
      </w:r>
    </w:p>
    <w:p>
      <w:r>
        <w:rPr>
          <w:rFonts w:ascii="Courier New" w:hAnsi="Courier New"/>
          <w:color w:val="555555"/>
          <w:sz w:val="20"/>
        </w:rPr>
        <w:t>[593]</w:t>
      </w:r>
    </w:p>
    <w:p>
      <w:r>
        <w:rPr>
          <w:rFonts w:ascii="Gentium Plus" w:hAnsi="Gentium Plus"/>
          <w:sz w:val="24"/>
        </w:rPr>
        <w:t>μαίμακον</w:t>
      </w:r>
    </w:p>
    <w:p>
      <w:r>
        <w:rPr>
          <w:rFonts w:ascii="Courier New" w:hAnsi="Courier New"/>
          <w:color w:val="555555"/>
          <w:sz w:val="20"/>
        </w:rPr>
        <w:t>[593a]</w:t>
      </w:r>
    </w:p>
    <w:p>
      <w:r>
        <w:rPr>
          <w:rFonts w:ascii="Gentium Plus" w:hAnsi="Gentium Plus"/>
          <w:sz w:val="24"/>
        </w:rPr>
        <w:t>μασχαλίσματα</w:t>
      </w:r>
    </w:p>
    <w:p>
      <w:r>
        <w:rPr>
          <w:rFonts w:ascii="Courier New" w:hAnsi="Courier New"/>
          <w:color w:val="555555"/>
          <w:sz w:val="20"/>
        </w:rPr>
        <w:t>[593b*]</w:t>
      </w:r>
    </w:p>
    <w:p>
      <w:r>
        <w:rPr>
          <w:rFonts w:ascii="Gentium Plus" w:hAnsi="Gentium Plus"/>
          <w:sz w:val="24"/>
        </w:rPr>
        <w:t>μοιρολογχεῖν</w:t>
      </w:r>
    </w:p>
    <w:p>
      <w:r>
        <w:rPr>
          <w:rFonts w:ascii="Courier New" w:hAnsi="Courier New"/>
          <w:color w:val="555555"/>
          <w:sz w:val="20"/>
        </w:rPr>
        <w:t>[593c]</w:t>
      </w:r>
    </w:p>
    <w:p>
      <w:r>
        <w:rPr>
          <w:rFonts w:ascii="Gentium Plus" w:hAnsi="Gentium Plus"/>
          <w:sz w:val="24"/>
        </w:rPr>
        <w:t>νεηλάτης</w:t>
      </w:r>
    </w:p>
    <w:p>
      <w:r>
        <w:rPr>
          <w:rFonts w:ascii="Courier New" w:hAnsi="Courier New"/>
          <w:color w:val="555555"/>
          <w:sz w:val="20"/>
        </w:rPr>
        <w:t>[594]</w:t>
      </w:r>
    </w:p>
    <w:p>
      <w:r>
        <w:rPr>
          <w:rFonts w:ascii="Gentium Plus" w:hAnsi="Gentium Plus"/>
          <w:sz w:val="24"/>
        </w:rPr>
        <w:t>οἰκοδέγμων</w:t>
      </w:r>
    </w:p>
    <w:p>
      <w:r>
        <w:rPr>
          <w:rFonts w:ascii="Courier New" w:hAnsi="Courier New"/>
          <w:color w:val="555555"/>
          <w:sz w:val="20"/>
        </w:rPr>
        <w:t>[594a]</w:t>
      </w:r>
    </w:p>
    <w:p>
      <w:r>
        <w:rPr>
          <w:rFonts w:ascii="Gentium Plus" w:hAnsi="Gentium Plus"/>
          <w:sz w:val="24"/>
        </w:rPr>
        <w:t>ὄμπνιος λειμών</w:t>
      </w:r>
    </w:p>
    <w:p>
      <w:r>
        <w:rPr>
          <w:rFonts w:ascii="Courier New" w:hAnsi="Courier New"/>
          <w:color w:val="555555"/>
          <w:sz w:val="20"/>
        </w:rPr>
        <w:t>[594b]</w:t>
      </w:r>
    </w:p>
    <w:p>
      <w:r>
        <w:rPr>
          <w:rFonts w:ascii="Gentium Plus" w:hAnsi="Gentium Plus"/>
          <w:sz w:val="24"/>
        </w:rPr>
        <w:t>ὀροτύπους</w:t>
      </w:r>
    </w:p>
    <w:p>
      <w:r>
        <w:rPr>
          <w:rFonts w:ascii="Courier New" w:hAnsi="Courier New"/>
          <w:color w:val="555555"/>
          <w:sz w:val="20"/>
        </w:rPr>
        <w:t>[594c]</w:t>
      </w:r>
    </w:p>
    <w:p>
      <w:r>
        <w:rPr>
          <w:rFonts w:ascii="Gentium Plus" w:hAnsi="Gentium Plus"/>
          <w:sz w:val="24"/>
        </w:rPr>
        <w:t>ὄσσος</w:t>
      </w:r>
    </w:p>
    <w:p>
      <w:r>
        <w:rPr>
          <w:rFonts w:ascii="Courier New" w:hAnsi="Courier New"/>
          <w:color w:val="555555"/>
          <w:sz w:val="20"/>
        </w:rPr>
        <w:t>[595]</w:t>
      </w:r>
    </w:p>
    <w:p>
      <w:r>
        <w:rPr>
          <w:rFonts w:ascii="Gentium Plus" w:hAnsi="Gentium Plus"/>
          <w:sz w:val="24"/>
        </w:rPr>
        <w:t>πέλλη</w:t>
      </w:r>
    </w:p>
    <w:p>
      <w:r>
        <w:rPr>
          <w:rFonts w:ascii="Courier New" w:hAnsi="Courier New"/>
          <w:color w:val="555555"/>
          <w:sz w:val="20"/>
        </w:rPr>
        <w:t>[596]</w:t>
      </w:r>
    </w:p>
    <w:p>
      <w:r>
        <w:rPr>
          <w:rFonts w:ascii="Gentium Plus" w:hAnsi="Gentium Plus"/>
          <w:sz w:val="24"/>
        </w:rPr>
        <w:t>περίστασις</w:t>
      </w:r>
    </w:p>
    <w:p>
      <w:r>
        <w:rPr>
          <w:rFonts w:ascii="Courier New" w:hAnsi="Courier New"/>
          <w:color w:val="555555"/>
          <w:sz w:val="20"/>
        </w:rPr>
        <w:t>[597]</w:t>
      </w:r>
    </w:p>
    <w:p>
      <w:r>
        <w:rPr>
          <w:rFonts w:ascii="Gentium Plus" w:hAnsi="Gentium Plus"/>
          <w:sz w:val="24"/>
        </w:rPr>
        <w:t>πολυβέλεμνοι</w:t>
      </w:r>
    </w:p>
    <w:p>
      <w:r>
        <w:rPr>
          <w:rFonts w:ascii="Courier New" w:hAnsi="Courier New"/>
          <w:color w:val="555555"/>
          <w:sz w:val="20"/>
        </w:rPr>
        <w:t>[599]</w:t>
      </w:r>
    </w:p>
    <w:p>
      <w:r>
        <w:rPr>
          <w:rFonts w:ascii="Gentium Plus" w:hAnsi="Gentium Plus"/>
          <w:sz w:val="24"/>
        </w:rPr>
        <w:t>ταλαπείριος</w:t>
      </w:r>
    </w:p>
    <w:p>
      <w:r>
        <w:rPr>
          <w:rFonts w:ascii="Courier New" w:hAnsi="Courier New"/>
          <w:color w:val="555555"/>
          <w:sz w:val="20"/>
        </w:rPr>
        <w:t>[601]</w:t>
      </w:r>
    </w:p>
    <w:p>
      <w:r>
        <w:rPr>
          <w:rFonts w:ascii="Gentium Plus" w:hAnsi="Gentium Plus"/>
          <w:sz w:val="24"/>
        </w:rPr>
        <w:t>χορταιοβάμων</w:t>
      </w:r>
    </w:p>
    <w:p>
      <w:r>
        <w:rPr>
          <w:rFonts w:ascii="Courier New" w:hAnsi="Courier New"/>
          <w:color w:val="555555"/>
          <w:sz w:val="20"/>
        </w:rPr>
        <w:t>[602]</w:t>
      </w:r>
    </w:p>
    <w:p>
      <w:r>
        <w:rPr>
          <w:rFonts w:ascii="Gentium Plus" w:hAnsi="Gentium Plus"/>
          <w:sz w:val="24"/>
        </w:rPr>
        <w:t>ψυχορροφεῖν</w:t>
      </w:r>
    </w:p>
    <w:p>
      <w:r>
        <w:rPr>
          <w:rFonts w:ascii="Courier New" w:hAnsi="Courier New"/>
          <w:color w:val="555555"/>
          <w:sz w:val="20"/>
        </w:rPr>
        <w:t>[602a]</w:t>
      </w:r>
    </w:p>
    <w:p>
      <w:r>
        <w:rPr>
          <w:rFonts w:ascii="Gentium Plus" w:hAnsi="Gentium Plus"/>
          <w:sz w:val="24"/>
        </w:rPr>
        <w:t>ψυχορ〈ρ〉όφους</w:t>
      </w:r>
    </w:p>
    <w:p>
      <w:r>
        <w:rPr>
          <w:rFonts w:ascii="Courier New" w:hAnsi="Courier New"/>
          <w:color w:val="555555"/>
          <w:sz w:val="20"/>
        </w:rPr>
        <w:t>[617]</w:t>
      </w:r>
    </w:p>
    <w:p>
      <w:r>
        <w:rPr>
          <w:rFonts w:ascii="Gentium Plus" w:hAnsi="Gentium Plus"/>
          <w:sz w:val="24"/>
        </w:rPr>
        <w:t>χώριζε θνητῶν τὸν θεὸν καὶ μὴ δόκει ὅμοιον ἑαυτῷ σάρκινον καθεστάναι. οὐκ οἶσθα δ’ αὐτόν· ποτὲ μὲν ὡς πῦρ φαίνεται ἄπλατος ὁρμῇ, ποτὲ δ’ ὕδωρ, ποτὲ γνόφος·</w:t>
      </w:r>
    </w:p>
    <w:p>
      <w:r>
        <w:rPr>
          <w:rFonts w:ascii="Courier New" w:hAnsi="Courier New"/>
          <w:color w:val="555555"/>
          <w:sz w:val="20"/>
        </w:rPr>
        <w:t>[5]</w:t>
      </w:r>
    </w:p>
    <w:p>
      <w:r>
        <w:rPr>
          <w:rFonts w:ascii="Gentium Plus" w:hAnsi="Gentium Plus"/>
          <w:sz w:val="24"/>
        </w:rPr>
        <w:t>καὶ θηρσὶν αὐτὸς γίνεται παρεμφερής, ἀνέμῳ νεφέλῃ τε καὶ ἀστραπῇ, βροντῇ, βροχῇ. ὑπηρετεῖ δ’ αὐτῷ θάλασσα καὶ πέτραι</w:t>
      </w:r>
    </w:p>
    <w:p>
      <w:r>
        <w:rPr>
          <w:rFonts w:ascii="Courier New" w:hAnsi="Courier New"/>
          <w:color w:val="555555"/>
          <w:sz w:val="20"/>
        </w:rPr>
        <w:t>[10]</w:t>
      </w:r>
    </w:p>
    <w:p>
      <w:r>
        <w:rPr>
          <w:rFonts w:ascii="Gentium Plus" w:hAnsi="Gentium Plus"/>
          <w:sz w:val="24"/>
        </w:rPr>
        <w:t>βυθὸς θαλάσσης καὶ ὀρέων ὕψος μέγα, ἐπὰν ἐπιβλέψῃ γοργὸν ὄμμα δεσπότου. πάντα δυνατὴ γὰρ δόξα ὑψίστου θεοῦ</w:t>
      </w:r>
    </w:p>
    <w:p>
      <w:r>
        <w:rPr>
          <w:rFonts w:ascii="Courier New" w:hAnsi="Courier New"/>
          <w:color w:val="555555"/>
          <w:sz w:val="20"/>
        </w:rPr>
        <w:t>[618]</w:t>
      </w:r>
    </w:p>
    <w:p>
      <w:r>
        <w:rPr>
          <w:rFonts w:ascii="Gentium Plus" w:hAnsi="Gentium Plus"/>
          <w:sz w:val="24"/>
        </w:rPr>
        <w:t>εἷς ταῖς ἀληθείαισιν, εἷς ἐστὶν θεός, ὃς οὐρανόν τ’ ἔτευξε καὶ γαῖαν μακράν πόντου τε χαροπὸν οἶδμα καὶ ἀνέμων βίας. θνητοὶ δὲ πολλοὶ καρδίᾳ πλανώμενοι</w:t>
      </w:r>
    </w:p>
    <w:p>
      <w:r>
        <w:rPr>
          <w:rFonts w:ascii="Courier New" w:hAnsi="Courier New"/>
          <w:color w:val="555555"/>
          <w:sz w:val="20"/>
        </w:rPr>
        <w:t>[5]</w:t>
      </w:r>
    </w:p>
    <w:p>
      <w:r>
        <w:rPr>
          <w:rFonts w:ascii="Gentium Plus" w:hAnsi="Gentium Plus"/>
          <w:sz w:val="24"/>
        </w:rPr>
        <w:t>ἱδρυσάμεσθα πημάτων παραψυχήν</w:t>
      </w:r>
    </w:p>
    <w:p>
      <w:r>
        <w:rPr>
          <w:rFonts w:ascii="Courier New" w:hAnsi="Courier New"/>
          <w:color w:val="555555"/>
          <w:sz w:val="20"/>
        </w:rPr>
        <w:t>[619]</w:t>
      </w:r>
    </w:p>
    <w:p>
      <w:r>
        <w:rPr>
          <w:rFonts w:ascii="Gentium Plus" w:hAnsi="Gentium Plus"/>
          <w:sz w:val="24"/>
        </w:rPr>
        <w:t>τὴν τοῦδε γάρ τοι Ζεὺς ἔγημε μητέρα οὐ χρυσόμορφος οὐδ’ ἐπημφιεσμένος πτίλον κύκνειον, ὡς κόρην Πλευρωνίαν ὑπημβρύωσεν, ἀλλ’ ὁλοσχερὴς ἀνήρ</w:t>
      </w:r>
    </w:p>
    <w:p>
      <w:r>
        <w:rPr>
          <w:rFonts w:ascii="Courier New" w:hAnsi="Courier New"/>
          <w:color w:val="555555"/>
          <w:sz w:val="20"/>
        </w:rPr>
        <w:t>[4]</w:t>
      </w:r>
    </w:p>
    <w:p>
      <w:r>
        <w:rPr>
          <w:rFonts w:ascii="Gentium Plus" w:hAnsi="Gentium Plus"/>
          <w:sz w:val="24"/>
        </w:rPr>
        <w:t>***</w:t>
      </w:r>
    </w:p>
    <w:p>
      <w:r>
        <w:rPr>
          <w:rFonts w:ascii="Courier New" w:hAnsi="Courier New"/>
          <w:color w:val="555555"/>
          <w:sz w:val="20"/>
        </w:rPr>
        <w:t>[5]</w:t>
      </w:r>
    </w:p>
    <w:p>
      <w:r>
        <w:rPr>
          <w:rFonts w:ascii="Gentium Plus" w:hAnsi="Gentium Plus"/>
          <w:sz w:val="24"/>
        </w:rPr>
        <w:t>ταχὺς δὲ βαθμοῖς νυμφικοῖς ἐπεστάθη ὁ μοιχός</w:t>
      </w:r>
    </w:p>
    <w:p>
      <w:r>
        <w:rPr>
          <w:rFonts w:ascii="Courier New" w:hAnsi="Courier New"/>
          <w:color w:val="555555"/>
          <w:sz w:val="20"/>
        </w:rPr>
        <w:t>[6]</w:t>
      </w:r>
    </w:p>
    <w:p>
      <w:r>
        <w:rPr>
          <w:rFonts w:ascii="Gentium Plus" w:hAnsi="Gentium Plus"/>
          <w:sz w:val="24"/>
        </w:rPr>
        <w:t>*** ὁ δ’ οὔτε δαιτὸς οὔτε χέρνιβος θιγών πρὸς λέκτρον ᾔει καρδίαν ὠδαγμένος· ὅλην δ’ ἐκείνην εὐφρόνην ἐθόρνυτο</w:t>
      </w:r>
    </w:p>
    <w:p>
      <w:r>
        <w:rPr>
          <w:rFonts w:ascii="Courier New" w:hAnsi="Courier New"/>
          <w:color w:val="555555"/>
          <w:sz w:val="20"/>
        </w:rPr>
        <w:t>[620]</w:t>
      </w:r>
    </w:p>
    <w:p>
      <w:r>
        <w:rPr>
          <w:rFonts w:ascii="Gentium Plus" w:hAnsi="Gentium Plus"/>
          <w:sz w:val="24"/>
        </w:rPr>
        <w:t>ἔσται γὰρ ἔσται κεῖνος αἰῶνος χρόνος, ὅταν πυρὸς γέμοντα θησαυρὸν σχάσῃ χρυσωπὸς αἰθήρ· ἡ δὲ βοσκηθεῖσα φλόξ ἅπαντα τἀπίγεια καὶ μετάρσια</w:t>
      </w:r>
    </w:p>
    <w:p>
      <w:r>
        <w:rPr>
          <w:rFonts w:ascii="Courier New" w:hAnsi="Courier New"/>
          <w:color w:val="555555"/>
          <w:sz w:val="20"/>
        </w:rPr>
        <w:t>[5]</w:t>
      </w:r>
    </w:p>
    <w:p>
      <w:r>
        <w:rPr>
          <w:rFonts w:ascii="Gentium Plus" w:hAnsi="Gentium Plus"/>
          <w:sz w:val="24"/>
        </w:rPr>
        <w:t>φλέξει μανεῖσα</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[10]</w:t>
      </w:r>
    </w:p>
    <w:p>
      <w:r>
        <w:rPr>
          <w:rFonts w:ascii="Gentium Plus" w:hAnsi="Gentium Plus"/>
          <w:sz w:val="24"/>
        </w:rPr>
        <w:t>κἄπειτα σώσει πάνθ’ ἃ πρόσθ’ ἀπώλεσεν</w:t>
      </w:r>
    </w:p>
    <w:p>
      <w:r>
        <w:rPr>
          <w:rFonts w:ascii="Courier New" w:hAnsi="Courier New"/>
          <w:color w:val="555555"/>
          <w:sz w:val="20"/>
        </w:rPr>
        <w:t>[621]</w:t>
      </w:r>
    </w:p>
    <w:p>
      <w:r>
        <w:rPr>
          <w:rFonts w:ascii="Gentium Plus" w:hAnsi="Gentium Plus"/>
          <w:sz w:val="24"/>
        </w:rPr>
        <w:t>οὐδὲ θεοῖσι αὐθαίρετα πάντα πέλονται νόσφι Διός· κεῖνος γὰρ ἔχει τέλος ἠδὲ καὶ ἀρχήν</w:t>
      </w:r>
    </w:p>
    <w:p>
      <w:r>
        <w:rPr>
          <w:rFonts w:ascii="Courier New" w:hAnsi="Courier New"/>
          <w:color w:val="555555"/>
          <w:sz w:val="20"/>
        </w:rPr>
        <w:t>[622]</w:t>
      </w:r>
    </w:p>
    <w:p>
      <w:r>
        <w:rPr>
          <w:rFonts w:ascii="Gentium Plus" w:hAnsi="Gentium Plus"/>
          <w:sz w:val="24"/>
        </w:rPr>
        <w:t>θεὸν δὲ ποῖον, εἰπέ μοι, νοητέον;</w:t>
      </w:r>
    </w:p>
    <w:p>
      <w:r>
        <w:rPr>
          <w:rFonts w:ascii="Courier New" w:hAnsi="Courier New"/>
          <w:color w:val="555555"/>
          <w:sz w:val="20"/>
        </w:rPr>
        <w:t>[623]</w:t>
      </w:r>
    </w:p>
    <w:p>
      <w:r>
        <w:rPr>
          <w:rFonts w:ascii="Gentium Plus" w:hAnsi="Gentium Plus"/>
          <w:sz w:val="24"/>
        </w:rPr>
        <w:t>ποῖος δ’ ἂν οἶκος τεκτόνων πλασθεὶς ὕπο δέμας τὸ θεῖον περιβάλοι τοίχων πτυχαῖς;</w:t>
      </w:r>
    </w:p>
    <w:p>
      <w:r>
        <w:rPr>
          <w:rFonts w:ascii="Courier New" w:hAnsi="Courier New"/>
          <w:color w:val="555555"/>
          <w:sz w:val="20"/>
        </w:rPr>
        <w:t>[624]</w:t>
      </w:r>
    </w:p>
    <w:p>
      <w:r>
        <w:rPr>
          <w:rFonts w:ascii="Gentium Plus" w:hAnsi="Gentium Plus"/>
          <w:sz w:val="24"/>
        </w:rPr>
        <w:t>ὁρᾶθ’ ὅσοι νομίζετ’ οὐκ εἶναι θεόν, δὶς ἐξαμαρτάνοντες οὐκ εὐγνωμόνως; ἔστιν γὰρ ἔστιν. εἰ δέ τις πράσσει καλῶς κακὸς πεφυκώς, τὸν χρόνον κερδαινέτω·</w:t>
      </w:r>
    </w:p>
    <w:p>
      <w:r>
        <w:rPr>
          <w:rFonts w:ascii="Courier New" w:hAnsi="Courier New"/>
          <w:color w:val="555555"/>
          <w:sz w:val="20"/>
        </w:rPr>
        <w:t>[5]</w:t>
      </w:r>
    </w:p>
    <w:p>
      <w:r>
        <w:rPr>
          <w:rFonts w:ascii="Gentium Plus" w:hAnsi="Gentium Plus"/>
          <w:sz w:val="24"/>
        </w:rPr>
        <w:t>χρόνῳ γὰρ οὗτος ὕστερον δώσει δίκην</w:t>
      </w:r>
    </w:p>
    <w:p>
      <w:r>
        <w:rPr>
          <w:rFonts w:ascii="Courier New" w:hAnsi="Courier New"/>
          <w:color w:val="555555"/>
          <w:sz w:val="20"/>
        </w:rPr>
        <w:t>[625 (tit)]</w:t>
      </w:r>
    </w:p>
    <w:p>
      <w:r>
        <w:rPr>
          <w:rFonts w:ascii="Gentium Plus" w:hAnsi="Gentium Plus"/>
          <w:sz w:val="24"/>
        </w:rPr>
        <w:t>ΟΙΝΕΥΣ vel ΜΕΛΕΑΓΡΟΣ?</w:t>
      </w:r>
    </w:p>
    <w:p>
      <w:pPr>
        <w:jc w:val="center"/>
      </w:pPr>
      <w:r>
        <w:rPr>
          <w:rFonts w:ascii="Gentium Plus" w:hAnsi="Gentium Plus"/>
          <w:b/>
          <w:sz w:val="24"/>
        </w:rPr>
        <w:t>frr. a + d + c</w:t>
      </w:r>
    </w:p>
    <w:p>
      <w:r>
        <w:rPr>
          <w:rFonts w:ascii="Courier New" w:hAnsi="Courier New"/>
          <w:color w:val="555555"/>
          <w:sz w:val="20"/>
        </w:rPr>
        <w:t>[1]</w:t>
      </w:r>
    </w:p>
    <w:p>
      <w:r>
        <w:rPr>
          <w:rFonts w:ascii="Gentium Plus" w:hAnsi="Gentium Plus"/>
          <w:sz w:val="24"/>
        </w:rPr>
        <w:t>×– σί]δηρον μη̣[⏑–×]τες φόνωι</w:t>
      </w:r>
    </w:p>
    <w:p>
      <w:r>
        <w:rPr>
          <w:rFonts w:ascii="Courier New" w:hAnsi="Courier New"/>
          <w:color w:val="555555"/>
          <w:sz w:val="20"/>
        </w:rPr>
        <w:t>[5]</w:t>
      </w:r>
    </w:p>
    <w:p>
      <w:r>
        <w:rPr>
          <w:rFonts w:ascii="Gentium Plus" w:hAnsi="Gentium Plus"/>
          <w:sz w:val="24"/>
        </w:rPr>
        <w:t>×– αδ]ελφ[ω]ι Μελ[ε]άγρωι δ[ωρ]ήματα ὅ]π̣ω̣ς [γ]ένητ\|αι κἀποπληρωθῆι τά̣φος, τύχηι δ’ ἀγώ\|νων τῶν κεκαλλιστευμ̣[ένω]ν ὥσπερ τυρ[ά]ν\|νοις ἀνδράσιν̣ [×–⏑– χοροῦ μ\|έ[λος</w:t>
      </w:r>
    </w:p>
    <w:p>
      <w:r>
        <w:rPr>
          <w:rFonts w:ascii="Courier New" w:hAnsi="Courier New"/>
          <w:color w:val="555555"/>
          <w:sz w:val="20"/>
        </w:rPr>
        <w:t>[10]</w:t>
      </w:r>
    </w:p>
    <w:p>
      <w:r>
        <w:rPr>
          <w:rFonts w:ascii="Gentium Plus" w:hAnsi="Gentium Plus"/>
          <w:sz w:val="24"/>
        </w:rPr>
        <w:t>ὅσον ταραγμ[ὸ]ν̣ [–⏑– δυ]σπρ̣α̣ξίας ψυχαῖσιν ἐμ[×–⏑]{ν} τλημόνων βροτῶ[ν· ἐγὼ γὰρ̣ [εἶδ]ον̣ [–⏑–]ν τεθνη̣κότ̣α σ̣τ̣..τε.[ ]ων ζώντων φίλων τ̣ίς ἐστι ..[ ] ε̣ὔ̣νους ἐμοί;</w:t>
      </w:r>
    </w:p>
    <w:p>
      <w:r>
        <w:rPr>
          <w:rFonts w:ascii="Courier New" w:hAnsi="Courier New"/>
          <w:color w:val="555555"/>
          <w:sz w:val="20"/>
        </w:rPr>
        <w:t>[15]</w:t>
      </w:r>
    </w:p>
    <w:p>
      <w:r>
        <w:rPr>
          <w:rFonts w:ascii="Gentium Plus" w:hAnsi="Gentium Plus"/>
          <w:sz w:val="24"/>
        </w:rPr>
        <w:t>ὀ]χλεῖ.[ ].οι̣ πλήρης δ’ ὅταν ..]ο̣ς̣ θυ[ ]μονης [] κ̣ακοῖς []ος βλέπει []ος</w:t>
      </w:r>
    </w:p>
    <w:p>
      <w:r>
        <w:rPr>
          <w:rFonts w:ascii="Courier New" w:hAnsi="Courier New"/>
          <w:color w:val="555555"/>
          <w:sz w:val="20"/>
        </w:rPr>
        <w:t>[19]</w:t>
      </w:r>
    </w:p>
    <w:p>
      <w:r>
        <w:rPr>
          <w:rFonts w:ascii="Gentium Plus" w:hAnsi="Gentium Plus"/>
          <w:sz w:val="24"/>
        </w:rPr>
        <w:t>...</w:t>
      </w:r>
    </w:p>
    <w:p>
      <w:r>
        <w:rPr>
          <w:rFonts w:ascii="Courier New" w:hAnsi="Courier New"/>
          <w:color w:val="555555"/>
          <w:sz w:val="20"/>
        </w:rPr>
        <w:t>[19]</w:t>
      </w:r>
    </w:p>
    <w:p>
      <w:r>
        <w:rPr>
          <w:rFonts w:ascii="Gentium Plus" w:hAnsi="Gentium Plus"/>
          <w:sz w:val="24"/>
        </w:rPr>
        <w:t>quot vss. desint incertum</w:t>
      </w:r>
    </w:p>
    <w:p>
      <w:r>
        <w:rPr>
          <w:rFonts w:ascii="Courier New" w:hAnsi="Courier New"/>
          <w:color w:val="555555"/>
          <w:sz w:val="20"/>
        </w:rPr>
        <w:t>[20]</w:t>
      </w:r>
    </w:p>
    <w:p>
      <w:r>
        <w:rPr>
          <w:rFonts w:ascii="Gentium Plus" w:hAnsi="Gentium Plus"/>
          <w:sz w:val="24"/>
        </w:rPr>
        <w:t>τί ποτ’ ἄρ’ ἀκοῦσαι προ[ ὡς ἐκπεπλη[ εἶἑν· τιν̣[ ὅσον τάχος κ̣[ φε[..]νε[</w:t>
      </w:r>
    </w:p>
    <w:p>
      <w:r>
        <w:rPr>
          <w:rFonts w:ascii="Courier New" w:hAnsi="Courier New"/>
          <w:color w:val="555555"/>
          <w:sz w:val="20"/>
        </w:rPr>
        <w:t>[25]</w:t>
      </w:r>
    </w:p>
    <w:p>
      <w:r>
        <w:rPr>
          <w:rFonts w:ascii="Gentium Plus" w:hAnsi="Gentium Plus"/>
          <w:sz w:val="24"/>
        </w:rPr>
        <w:t>⸏[ ⸏[ τινα.[</w:t>
      </w:r>
    </w:p>
    <w:p>
      <w:r>
        <w:rPr>
          <w:rFonts w:ascii="Courier New" w:hAnsi="Courier New"/>
          <w:color w:val="555555"/>
          <w:sz w:val="20"/>
        </w:rPr>
        <w:t>[27]</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[28]</w:t>
      </w:r>
    </w:p>
    <w:p>
      <w:r>
        <w:rPr>
          <w:rFonts w:ascii="Gentium Plus" w:hAnsi="Gentium Plus"/>
          <w:sz w:val="24"/>
        </w:rPr>
        <w:t>...</w:t>
      </w:r>
    </w:p>
    <w:p>
      <w:r>
        <w:rPr>
          <w:rFonts w:ascii="Courier New" w:hAnsi="Courier New"/>
          <w:color w:val="555555"/>
          <w:sz w:val="20"/>
        </w:rPr>
        <w:t>[28]</w:t>
      </w:r>
    </w:p>
    <w:p>
      <w:r>
        <w:rPr>
          <w:rFonts w:ascii="Gentium Plus" w:hAnsi="Gentium Plus"/>
          <w:sz w:val="24"/>
        </w:rPr>
        <w:t>⸏ἀθῶιος ὢν .[.].[...]π[ ⸏οὐ μανθάνω σ̣ου τ[ὸ]ν̣ λόγο̣[ν</w:t>
      </w:r>
    </w:p>
    <w:p>
      <w:r>
        <w:rPr>
          <w:rFonts w:ascii="Courier New" w:hAnsi="Courier New"/>
          <w:color w:val="555555"/>
          <w:sz w:val="20"/>
        </w:rPr>
        <w:t>[30]</w:t>
      </w:r>
    </w:p>
    <w:p>
      <w:r>
        <w:rPr>
          <w:rFonts w:ascii="Gentium Plus" w:hAnsi="Gentium Plus"/>
          <w:sz w:val="24"/>
        </w:rPr>
        <w:t>ἀλλ’ ὡς συνήσεις ῥαιδίως ἐγὼ φ[ράσω. ἐπεὶ γὰρ ἦλ[θ..]..[ ].[ εὐχῆι προχ̣[</w:t>
      </w:r>
    </w:p>
    <w:p>
      <w:pPr>
        <w:jc w:val="center"/>
      </w:pPr>
      <w:r>
        <w:rPr>
          <w:rFonts w:ascii="Gentium Plus" w:hAnsi="Gentium Plus"/>
          <w:b/>
          <w:sz w:val="24"/>
        </w:rPr>
        <w:t>fr. e</w:t>
      </w:r>
    </w:p>
    <w:p>
      <w:r>
        <w:rPr>
          <w:rFonts w:ascii="Courier New" w:hAnsi="Courier New"/>
          <w:color w:val="555555"/>
          <w:sz w:val="20"/>
        </w:rPr>
        <w:t>[33]</w:t>
      </w:r>
    </w:p>
    <w:p>
      <w:r>
        <w:rPr>
          <w:rFonts w:ascii="Gentium Plus" w:hAnsi="Gentium Plus"/>
          <w:sz w:val="24"/>
        </w:rPr>
        <w:t>...</w:t>
      </w:r>
    </w:p>
    <w:p>
      <w:r>
        <w:rPr>
          <w:rFonts w:ascii="Courier New" w:hAnsi="Courier New"/>
          <w:color w:val="555555"/>
          <w:sz w:val="20"/>
        </w:rPr>
        <w:t>[33]</w:t>
      </w:r>
    </w:p>
    <w:p>
      <w:r>
        <w:rPr>
          <w:rFonts w:ascii="Gentium Plus" w:hAnsi="Gentium Plus"/>
          <w:sz w:val="24"/>
        </w:rPr>
        <w:t>[ ]ι̣α̣[.]απ[ [ ]ες</w:t>
      </w:r>
    </w:p>
    <w:p>
      <w:r>
        <w:rPr>
          <w:rFonts w:ascii="Courier New" w:hAnsi="Courier New"/>
          <w:color w:val="555555"/>
          <w:sz w:val="20"/>
        </w:rPr>
        <w:t>[35]</w:t>
      </w:r>
    </w:p>
    <w:p>
      <w:r>
        <w:rPr>
          <w:rFonts w:ascii="Gentium Plus" w:hAnsi="Gentium Plus"/>
          <w:sz w:val="24"/>
        </w:rPr>
        <w:t>[]εται χρόνοις [ ]ς γεγώς [τ]υγχάνει [ ]ε̣ται̣σ̣ι̣ν̣ου[</w:t>
      </w:r>
    </w:p>
    <w:p>
      <w:r>
        <w:rPr>
          <w:rFonts w:ascii="Courier New" w:hAnsi="Courier New"/>
          <w:color w:val="555555"/>
          <w:sz w:val="20"/>
        </w:rPr>
        <w:t>[38]</w:t>
      </w:r>
    </w:p>
    <w:p>
      <w:r>
        <w:rPr>
          <w:rFonts w:ascii="Gentium Plus" w:hAnsi="Gentium Plus"/>
          <w:sz w:val="24"/>
        </w:rPr>
        <w:t>...</w:t>
      </w:r>
    </w:p>
    <w:p>
      <w:pPr>
        <w:jc w:val="center"/>
      </w:pPr>
      <w:r>
        <w:rPr>
          <w:rFonts w:ascii="Gentium Plus" w:hAnsi="Gentium Plus"/>
          <w:b/>
          <w:sz w:val="24"/>
        </w:rPr>
        <w:t>fr. f</w:t>
      </w:r>
    </w:p>
    <w:p>
      <w:r>
        <w:rPr>
          <w:rFonts w:ascii="Courier New" w:hAnsi="Courier New"/>
          <w:color w:val="555555"/>
          <w:sz w:val="20"/>
        </w:rPr>
        <w:t>[39]</w:t>
      </w:r>
    </w:p>
    <w:p>
      <w:r>
        <w:rPr>
          <w:rFonts w:ascii="Gentium Plus" w:hAnsi="Gentium Plus"/>
          <w:sz w:val="24"/>
        </w:rPr>
        <w:t>...</w:t>
      </w:r>
    </w:p>
    <w:p>
      <w:r>
        <w:rPr>
          <w:rFonts w:ascii="Courier New" w:hAnsi="Courier New"/>
          <w:color w:val="555555"/>
          <w:sz w:val="20"/>
        </w:rPr>
        <w:t>[39]</w:t>
      </w:r>
    </w:p>
    <w:p>
      <w:r>
        <w:rPr>
          <w:rFonts w:ascii="Gentium Plus" w:hAnsi="Gentium Plus"/>
          <w:sz w:val="24"/>
        </w:rPr>
        <w:t>[]ι̣ν..[</w:t>
      </w:r>
    </w:p>
    <w:p>
      <w:r>
        <w:rPr>
          <w:rFonts w:ascii="Courier New" w:hAnsi="Courier New"/>
          <w:color w:val="555555"/>
          <w:sz w:val="20"/>
        </w:rPr>
        <w:t>[40]</w:t>
      </w:r>
    </w:p>
    <w:p>
      <w:r>
        <w:rPr>
          <w:rFonts w:ascii="Gentium Plus" w:hAnsi="Gentium Plus"/>
          <w:sz w:val="24"/>
        </w:rPr>
        <w:t>[ ]ησση.[ [ β]ουλομ̣[ [ ].[.]υ̣[</w:t>
      </w:r>
    </w:p>
    <w:p>
      <w:r>
        <w:rPr>
          <w:rFonts w:ascii="Courier New" w:hAnsi="Courier New"/>
          <w:color w:val="555555"/>
          <w:sz w:val="20"/>
        </w:rPr>
        <w:t>[42]</w:t>
      </w:r>
    </w:p>
    <w:p>
      <w:r>
        <w:rPr>
          <w:rFonts w:ascii="Gentium Plus" w:hAnsi="Gentium Plus"/>
          <w:sz w:val="24"/>
        </w:rPr>
        <w:t>...</w:t>
      </w:r>
    </w:p>
    <w:p>
      <w:pPr>
        <w:jc w:val="center"/>
      </w:pPr>
      <w:r>
        <w:rPr>
          <w:rFonts w:ascii="Gentium Plus" w:hAnsi="Gentium Plus"/>
          <w:b/>
          <w:sz w:val="24"/>
        </w:rPr>
        <w:t>fr. g</w:t>
      </w:r>
    </w:p>
    <w:p>
      <w:r>
        <w:rPr>
          <w:rFonts w:ascii="Courier New" w:hAnsi="Courier New"/>
          <w:color w:val="555555"/>
          <w:sz w:val="20"/>
        </w:rPr>
        <w:t>[43]</w:t>
      </w:r>
    </w:p>
    <w:p>
      <w:r>
        <w:rPr>
          <w:rFonts w:ascii="Gentium Plus" w:hAnsi="Gentium Plus"/>
          <w:sz w:val="24"/>
        </w:rPr>
        <w:t>...</w:t>
      </w:r>
    </w:p>
    <w:p>
      <w:r>
        <w:rPr>
          <w:rFonts w:ascii="Courier New" w:hAnsi="Courier New"/>
          <w:color w:val="555555"/>
          <w:sz w:val="20"/>
        </w:rPr>
        <w:t>[43]</w:t>
      </w:r>
    </w:p>
    <w:p>
      <w:r>
        <w:rPr>
          <w:rFonts w:ascii="Gentium Plus" w:hAnsi="Gentium Plus"/>
          <w:sz w:val="24"/>
        </w:rPr>
        <w:t>[ ].[...]α̣γο̣ντα γὰρ̣ [⏑–</w:t>
      </w:r>
    </w:p>
    <w:p>
      <w:r>
        <w:rPr>
          <w:rFonts w:ascii="Courier New" w:hAnsi="Courier New"/>
          <w:color w:val="555555"/>
          <w:sz w:val="20"/>
        </w:rPr>
        <w:t>[45]</w:t>
      </w:r>
    </w:p>
    <w:p>
      <w:r>
        <w:rPr>
          <w:rFonts w:ascii="Gentium Plus" w:hAnsi="Gentium Plus"/>
          <w:sz w:val="24"/>
        </w:rPr>
        <w:t>×–⏑–×] ἄ̣νδρες ὦ φρενοβλαβεῖ̣[ς ×–⏑–]ειρουσιν ὡς κακὸν μέ[γα ×–⏑–×] ἐμπολῶσιν ἡδονῆς ×–⏑–×]ι πρός σε δεξιᾶς χερ[ός []σ̣τ̣[ ]λ̣[</w:t>
      </w:r>
    </w:p>
    <w:p>
      <w:r>
        <w:rPr>
          <w:rFonts w:ascii="Courier New" w:hAnsi="Courier New"/>
          <w:color w:val="555555"/>
          <w:sz w:val="20"/>
        </w:rPr>
        <w:t>[49]</w:t>
      </w:r>
    </w:p>
    <w:p>
      <w:r>
        <w:rPr>
          <w:rFonts w:ascii="Gentium Plus" w:hAnsi="Gentium Plus"/>
          <w:sz w:val="24"/>
        </w:rPr>
        <w:t>...</w:t>
      </w:r>
    </w:p>
    <w:p>
      <w:pPr>
        <w:jc w:val="center"/>
      </w:pPr>
      <w:r>
        <w:rPr>
          <w:rFonts w:ascii="Gentium Plus" w:hAnsi="Gentium Plus"/>
          <w:b/>
          <w:sz w:val="24"/>
        </w:rPr>
        <w:t>fr. h</w:t>
      </w:r>
    </w:p>
    <w:p>
      <w:r>
        <w:rPr>
          <w:rFonts w:ascii="Courier New" w:hAnsi="Courier New"/>
          <w:color w:val="555555"/>
          <w:sz w:val="20"/>
        </w:rPr>
        <w:t>[625 (50)]</w:t>
      </w:r>
    </w:p>
    <w:p>
      <w:r>
        <w:rPr>
          <w:rFonts w:ascii="Gentium Plus" w:hAnsi="Gentium Plus"/>
          <w:sz w:val="24"/>
        </w:rPr>
        <w:t>[]με τλημ[ []ημελ̣[ [].[.]γ̣α̣.[</w:t>
      </w:r>
    </w:p>
    <w:p>
      <w:r>
        <w:rPr>
          <w:rFonts w:ascii="Courier New" w:hAnsi="Courier New"/>
          <w:color w:val="555555"/>
          <w:sz w:val="20"/>
        </w:rPr>
        <w:t>[52]</w:t>
      </w:r>
    </w:p>
    <w:p>
      <w:r>
        <w:rPr>
          <w:rFonts w:ascii="Gentium Plus" w:hAnsi="Gentium Plus"/>
          <w:sz w:val="24"/>
        </w:rPr>
        <w:t>...</w:t>
      </w:r>
    </w:p>
    <w:p>
      <w:pPr>
        <w:jc w:val="center"/>
      </w:pPr>
      <w:r>
        <w:rPr>
          <w:rFonts w:ascii="Gentium Plus" w:hAnsi="Gentium Plus"/>
          <w:b/>
          <w:sz w:val="24"/>
        </w:rPr>
        <w:t>fr. i</w:t>
      </w:r>
    </w:p>
    <w:p>
      <w:r>
        <w:rPr>
          <w:rFonts w:ascii="Courier New" w:hAnsi="Courier New"/>
          <w:color w:val="555555"/>
          <w:sz w:val="20"/>
        </w:rPr>
        <w:t>[53]</w:t>
      </w:r>
    </w:p>
    <w:p>
      <w:r>
        <w:rPr>
          <w:rFonts w:ascii="Gentium Plus" w:hAnsi="Gentium Plus"/>
          <w:sz w:val="24"/>
        </w:rPr>
        <w:t>...</w:t>
      </w:r>
    </w:p>
    <w:p>
      <w:r>
        <w:rPr>
          <w:rFonts w:ascii="Courier New" w:hAnsi="Courier New"/>
          <w:color w:val="555555"/>
          <w:sz w:val="20"/>
        </w:rPr>
        <w:t>[53]</w:t>
      </w:r>
    </w:p>
    <w:p>
      <w:r>
        <w:rPr>
          <w:rFonts w:ascii="Gentium Plus" w:hAnsi="Gentium Plus"/>
          <w:sz w:val="24"/>
        </w:rPr>
        <w:t>vestigia 3 vss.?</w:t>
      </w:r>
    </w:p>
    <w:p>
      <w:r>
        <w:rPr>
          <w:rFonts w:ascii="Courier New" w:hAnsi="Courier New"/>
          <w:color w:val="555555"/>
          <w:sz w:val="20"/>
        </w:rPr>
        <w:t>[53]</w:t>
      </w:r>
    </w:p>
    <w:p>
      <w:r>
        <w:rPr>
          <w:rFonts w:ascii="Gentium Plus" w:hAnsi="Gentium Plus"/>
          <w:sz w:val="24"/>
        </w:rPr>
        <w:t>[ ]α[ [ ]σ̣ς̣....</w:t>
      </w:r>
    </w:p>
    <w:p>
      <w:r>
        <w:rPr>
          <w:rFonts w:ascii="Courier New" w:hAnsi="Courier New"/>
          <w:color w:val="555555"/>
          <w:sz w:val="20"/>
        </w:rPr>
        <w:t>[55]</w:t>
      </w:r>
    </w:p>
    <w:p>
      <w:r>
        <w:rPr>
          <w:rFonts w:ascii="Gentium Plus" w:hAnsi="Gentium Plus"/>
          <w:sz w:val="24"/>
        </w:rPr>
        <w:t>[ ]ι̣ κλύων [ μέ]γα σθένει [ ]λ̣ε [ ]α̣ [ βο]ύ̣λεται</w:t>
      </w:r>
    </w:p>
    <w:p>
      <w:r>
        <w:rPr>
          <w:rFonts w:ascii="Courier New" w:hAnsi="Courier New"/>
          <w:color w:val="555555"/>
          <w:sz w:val="20"/>
        </w:rPr>
        <w:t>[60]</w:t>
      </w:r>
    </w:p>
    <w:p>
      <w:r>
        <w:rPr>
          <w:rFonts w:ascii="Gentium Plus" w:hAnsi="Gentium Plus"/>
          <w:sz w:val="24"/>
        </w:rPr>
        <w:t>[ ]. ἀνά]κ̣τορον [ ].όμην [ ]...[</w:t>
      </w:r>
    </w:p>
    <w:p>
      <w:r>
        <w:rPr>
          <w:rFonts w:ascii="Courier New" w:hAnsi="Courier New"/>
          <w:color w:val="555555"/>
          <w:sz w:val="20"/>
        </w:rPr>
        <w:t>[63]</w:t>
      </w:r>
    </w:p>
    <w:p>
      <w:r>
        <w:rPr>
          <w:rFonts w:ascii="Gentium Plus" w:hAnsi="Gentium Plus"/>
          <w:sz w:val="24"/>
        </w:rPr>
        <w:t>... ...</w:t>
      </w:r>
    </w:p>
    <w:p>
      <w:r>
        <w:rPr>
          <w:rFonts w:ascii="Courier New" w:hAnsi="Courier New"/>
          <w:color w:val="555555"/>
          <w:sz w:val="20"/>
        </w:rPr>
        <w:t>[64]</w:t>
      </w:r>
    </w:p>
    <w:p>
      <w:r>
        <w:rPr>
          <w:rFonts w:ascii="Gentium Plus" w:hAnsi="Gentium Plus"/>
          <w:sz w:val="24"/>
        </w:rPr>
        <w:t>..[</w:t>
      </w:r>
    </w:p>
    <w:p>
      <w:r>
        <w:rPr>
          <w:rFonts w:ascii="Courier New" w:hAnsi="Courier New"/>
          <w:color w:val="555555"/>
          <w:sz w:val="20"/>
        </w:rPr>
        <w:t>[65]</w:t>
      </w:r>
    </w:p>
    <w:p>
      <w:r>
        <w:rPr>
          <w:rFonts w:ascii="Gentium Plus" w:hAnsi="Gentium Plus"/>
          <w:sz w:val="24"/>
        </w:rPr>
        <w:t>κα.[ ν̣.[ τι̣[ [ τλ̣[</w:t>
      </w:r>
    </w:p>
    <w:p>
      <w:r>
        <w:rPr>
          <w:rFonts w:ascii="Courier New" w:hAnsi="Courier New"/>
          <w:color w:val="555555"/>
          <w:sz w:val="20"/>
        </w:rPr>
        <w:t>[70]</w:t>
      </w:r>
    </w:p>
    <w:p>
      <w:r>
        <w:rPr>
          <w:rFonts w:ascii="Gentium Plus" w:hAnsi="Gentium Plus"/>
          <w:sz w:val="24"/>
        </w:rPr>
        <w:t>τιν̣[</w:t>
      </w:r>
    </w:p>
    <w:p>
      <w:r>
        <w:rPr>
          <w:rFonts w:ascii="Courier New" w:hAnsi="Courier New"/>
          <w:color w:val="555555"/>
          <w:sz w:val="20"/>
        </w:rPr>
        <w:t>[70]</w:t>
      </w:r>
    </w:p>
    <w:p>
      <w:r>
        <w:rPr>
          <w:rFonts w:ascii="Gentium Plus" w:hAnsi="Gentium Plus"/>
          <w:sz w:val="24"/>
        </w:rPr>
        <w:t>...</w:t>
      </w:r>
    </w:p>
    <w:p>
      <w:r>
        <w:rPr>
          <w:rFonts w:ascii="Courier New" w:hAnsi="Courier New"/>
          <w:color w:val="555555"/>
          <w:sz w:val="20"/>
        </w:rPr>
        <w:t>[626 (tit)]</w:t>
      </w:r>
    </w:p>
    <w:p>
      <w:r>
        <w:rPr>
          <w:rFonts w:ascii="Gentium Plus" w:hAnsi="Gentium Plus"/>
          <w:sz w:val="24"/>
        </w:rPr>
        <w:t>ΤΥΡΩ?</w:t>
      </w:r>
    </w:p>
    <w:p>
      <w:pPr>
        <w:jc w:val="center"/>
      </w:pPr>
      <w:r>
        <w:rPr>
          <w:rFonts w:ascii="Gentium Plus" w:hAnsi="Gentium Plus"/>
          <w:b/>
          <w:sz w:val="24"/>
        </w:rPr>
        <w:t>frr. a—c</w:t>
      </w:r>
    </w:p>
    <w:p>
      <w:r>
        <w:rPr>
          <w:rFonts w:ascii="Courier New" w:hAnsi="Courier New"/>
          <w:color w:val="555555"/>
          <w:sz w:val="20"/>
        </w:rPr>
        <w:t>[1]</w:t>
      </w:r>
    </w:p>
    <w:p>
      <w:r>
        <w:rPr>
          <w:rFonts w:ascii="Gentium Plus" w:hAnsi="Gentium Plus"/>
          <w:sz w:val="24"/>
        </w:rPr>
        <w:t>[ἱσ]τ̣ο̣ρεῖς []ε̣ χρῶμ’ ἅπαν []</w:t>
      </w:r>
    </w:p>
    <w:p>
      <w:r>
        <w:rPr>
          <w:rFonts w:ascii="Courier New" w:hAnsi="Courier New"/>
          <w:color w:val="555555"/>
          <w:sz w:val="20"/>
        </w:rPr>
        <w:t>[4-7]</w:t>
      </w:r>
    </w:p>
    <w:p>
      <w:r>
        <w:rPr>
          <w:rFonts w:ascii="Gentium Plus" w:hAnsi="Gentium Plus"/>
          <w:sz w:val="24"/>
        </w:rPr>
        <w:t>4 vss. desunt</w:t>
      </w:r>
    </w:p>
    <w:p>
      <w:r>
        <w:rPr>
          <w:rFonts w:ascii="Courier New" w:hAnsi="Courier New"/>
          <w:color w:val="555555"/>
          <w:sz w:val="20"/>
        </w:rPr>
        <w:t>[8]</w:t>
      </w:r>
    </w:p>
    <w:p>
      <w:r>
        <w:rPr>
          <w:rFonts w:ascii="Gentium Plus" w:hAnsi="Gentium Plus"/>
          <w:sz w:val="24"/>
        </w:rPr>
        <w:t>[ ]σ̣ωσαν[</w:t>
      </w:r>
    </w:p>
    <w:p>
      <w:r>
        <w:rPr>
          <w:rFonts w:ascii="Courier New" w:hAnsi="Courier New"/>
          <w:color w:val="555555"/>
          <w:sz w:val="20"/>
        </w:rPr>
        <w:t>[10]</w:t>
      </w:r>
    </w:p>
    <w:p>
      <w:r>
        <w:rPr>
          <w:rFonts w:ascii="Gentium Plus" w:hAnsi="Gentium Plus"/>
          <w:sz w:val="24"/>
        </w:rPr>
        <w:t>×–⏑– ]μεν οὐδ’ ἂν εἷς ἔλθοι πέλας [ ].υσ̣του δέμας [ ].υ̣ π̣ό̣τ̣μος [] [ []π̣ων[</w:t>
      </w:r>
    </w:p>
    <w:p>
      <w:r>
        <w:rPr>
          <w:rFonts w:ascii="Courier New" w:hAnsi="Courier New"/>
          <w:color w:val="555555"/>
          <w:sz w:val="20"/>
        </w:rPr>
        <w:t>[15]</w:t>
      </w:r>
    </w:p>
    <w:p>
      <w:r>
        <w:rPr>
          <w:rFonts w:ascii="Gentium Plus" w:hAnsi="Gentium Plus"/>
          <w:sz w:val="24"/>
        </w:rPr>
        <w:t>[] πάθος [].μενον [ ] π̣[ο]ρσυνῶ</w:t>
      </w:r>
    </w:p>
    <w:p>
      <w:r>
        <w:rPr>
          <w:rFonts w:ascii="Courier New" w:hAnsi="Courier New"/>
          <w:color w:val="555555"/>
          <w:sz w:val="20"/>
        </w:rPr>
        <w:t>[17]</w:t>
      </w:r>
    </w:p>
    <w:p>
      <w:r>
        <w:rPr>
          <w:rFonts w:ascii="Gentium Plus" w:hAnsi="Gentium Plus"/>
          <w:sz w:val="24"/>
        </w:rPr>
        <w:t>...</w:t>
      </w:r>
    </w:p>
    <w:p>
      <w:r>
        <w:rPr>
          <w:rFonts w:ascii="Courier New" w:hAnsi="Courier New"/>
          <w:color w:val="555555"/>
          <w:sz w:val="20"/>
        </w:rPr>
        <w:t>[17]</w:t>
      </w:r>
    </w:p>
    <w:p>
      <w:r>
        <w:rPr>
          <w:rFonts w:ascii="Gentium Plus" w:hAnsi="Gentium Plus"/>
          <w:sz w:val="24"/>
        </w:rPr>
        <w:t>quot vss. desint incertum [ca. 13 ll. ]τ̣ου χάριν φοβου.[.]..[ [ca. 8 ll. ]λλοισο̣υσε.[..] τ̣ε̣ταγμ[έ]ν̣α̣</w:t>
      </w:r>
    </w:p>
    <w:p>
      <w:r>
        <w:rPr>
          <w:rFonts w:ascii="Courier New" w:hAnsi="Courier New"/>
          <w:color w:val="555555"/>
          <w:sz w:val="20"/>
        </w:rPr>
        <w:t>[20]</w:t>
      </w:r>
    </w:p>
    <w:p>
      <w:r>
        <w:rPr>
          <w:rFonts w:ascii="Gentium Plus" w:hAnsi="Gentium Plus"/>
          <w:sz w:val="24"/>
        </w:rPr>
        <w:t>ἄ̣π̣οιν\ ὁρᾶις γ̣’ ἄρ’, ἆ δέσπο[ινα, ca. 8 ll. ].ματα στείχει̣ν ὀτρυν.[ ca. 15 ll. ] ×]ρ̣ει θυρῶνος ει.[]τ̣ ca. 16 ll. ] ἀ̣μφοῖν ἀ̣κ̣ο̣ῦσαι τ.[ ca. 12 ll. ]ε̣ν.[</w:t>
      </w:r>
    </w:p>
    <w:p>
      <w:r>
        <w:rPr>
          <w:rFonts w:ascii="Courier New" w:hAnsi="Courier New"/>
          <w:color w:val="555555"/>
          <w:sz w:val="20"/>
        </w:rPr>
        <w:t>[25]</w:t>
      </w:r>
    </w:p>
    <w:p>
      <w:r>
        <w:rPr>
          <w:rFonts w:ascii="Gentium Plus" w:hAnsi="Gentium Plus"/>
          <w:sz w:val="24"/>
        </w:rPr>
        <w:t>τὴν ἐντὸς οἴκων .[].ς.[ ca. 9 ll. ] εὔνους δὲ καὶ τάσδ’ εἰσορᾶις πε̣ν̣[θητρί]ας· ὁρῶ τ̣[......]δ̣α.... μήτε πήματι</w:t>
      </w:r>
    </w:p>
    <w:p>
      <w:r>
        <w:rPr>
          <w:rFonts w:ascii="Courier New" w:hAnsi="Courier New"/>
          <w:color w:val="555555"/>
          <w:sz w:val="20"/>
        </w:rPr>
        <w:t>[30]</w:t>
      </w:r>
    </w:p>
    <w:p>
      <w:r>
        <w:rPr>
          <w:rFonts w:ascii="Gentium Plus" w:hAnsi="Gentium Plus"/>
          <w:sz w:val="24"/>
        </w:rPr>
        <w:t>[ ca. 17 ll. ].τε κ̣αὶ κακο̣.[ καιν.[ ca. 10 ll. ].ον ὡς τὸ σὸν̣ [⏑– εἰ καὶ θανεῖν χρὴ π̣ρ̣ῶ̣τον ἐκ̣π̣ρά̣[ξ–⏑– ×–⏑]δ̣οιτ[..]ν̣τ’ αὐτὸν εὖ φερ̣ο̣ν̣[⏑– [ ]...μ̣η κ̣ενοῦ χ[</w:t>
      </w:r>
    </w:p>
    <w:p>
      <w:r>
        <w:rPr>
          <w:rFonts w:ascii="Courier New" w:hAnsi="Courier New"/>
          <w:color w:val="555555"/>
          <w:sz w:val="20"/>
        </w:rPr>
        <w:t>[34]</w:t>
      </w:r>
    </w:p>
    <w:p>
      <w:r>
        <w:rPr>
          <w:rFonts w:ascii="Gentium Plus" w:hAnsi="Gentium Plus"/>
          <w:sz w:val="24"/>
        </w:rPr>
        <w:t>...</w:t>
      </w:r>
    </w:p>
    <w:p>
      <w:pPr>
        <w:jc w:val="center"/>
      </w:pPr>
      <w:r>
        <w:rPr>
          <w:rFonts w:ascii="Gentium Plus" w:hAnsi="Gentium Plus"/>
          <w:b/>
          <w:sz w:val="24"/>
        </w:rPr>
        <w:t>fr. d</w:t>
      </w:r>
    </w:p>
    <w:p>
      <w:r>
        <w:rPr>
          <w:rFonts w:ascii="Courier New" w:hAnsi="Courier New"/>
          <w:color w:val="555555"/>
          <w:sz w:val="20"/>
        </w:rPr>
        <w:t>[35]</w:t>
      </w:r>
    </w:p>
    <w:p>
      <w:r>
        <w:rPr>
          <w:rFonts w:ascii="Gentium Plus" w:hAnsi="Gentium Plus"/>
          <w:sz w:val="24"/>
        </w:rPr>
        <w:t>...</w:t>
      </w:r>
    </w:p>
    <w:p>
      <w:r>
        <w:rPr>
          <w:rFonts w:ascii="Courier New" w:hAnsi="Courier New"/>
          <w:color w:val="555555"/>
          <w:sz w:val="20"/>
        </w:rPr>
        <w:t>[35]</w:t>
      </w:r>
    </w:p>
    <w:p>
      <w:r>
        <w:rPr>
          <w:rFonts w:ascii="Gentium Plus" w:hAnsi="Gentium Plus"/>
          <w:sz w:val="24"/>
        </w:rPr>
        <w:t>..]ρ̣.ν̣δ[ ...].ως χαρίζ̣ει̣ τ̣ῆ̣ς π̣[......]..[ φό]β̣ος τις αὐτὴν δεῖμά τ’ ἔννυχον πλανᾶι ca. 8 ll. ]...εν̣ τῶιδε κοινωνεῖ τά̣δ̣ε ca. 10 ll. καλ]λίρουν ἐπ’ Ἀλφειοῦ πόρον</w:t>
      </w:r>
    </w:p>
    <w:p>
      <w:r>
        <w:rPr>
          <w:rFonts w:ascii="Courier New" w:hAnsi="Courier New"/>
          <w:color w:val="555555"/>
          <w:sz w:val="20"/>
        </w:rPr>
        <w:t>[40]</w:t>
      </w:r>
    </w:p>
    <w:p>
      <w:r>
        <w:rPr>
          <w:rFonts w:ascii="Gentium Plus" w:hAnsi="Gentium Plus"/>
          <w:sz w:val="24"/>
        </w:rPr>
        <w:t>[]..γ̣άνος</w:t>
      </w:r>
    </w:p>
    <w:p>
      <w:r>
        <w:rPr>
          <w:rFonts w:ascii="Courier New" w:hAnsi="Courier New"/>
          <w:color w:val="555555"/>
          <w:sz w:val="20"/>
        </w:rPr>
        <w:t>[40]</w:t>
      </w:r>
    </w:p>
    <w:p>
      <w:r>
        <w:rPr>
          <w:rFonts w:ascii="Gentium Plus" w:hAnsi="Gentium Plus"/>
          <w:sz w:val="24"/>
        </w:rPr>
        <w:t>... ...</w:t>
      </w:r>
    </w:p>
    <w:p>
      <w:r>
        <w:rPr>
          <w:rFonts w:ascii="Courier New" w:hAnsi="Courier New"/>
          <w:color w:val="555555"/>
          <w:sz w:val="20"/>
        </w:rPr>
        <w:t>[41]</w:t>
      </w:r>
    </w:p>
    <w:p>
      <w:r>
        <w:rPr>
          <w:rFonts w:ascii="Gentium Plus" w:hAnsi="Gentium Plus"/>
          <w:sz w:val="24"/>
        </w:rPr>
        <w:t>λίαν γὰρ̣ ης.[ /ἀλλ’ ἐκ κακῶν ..[ ἀλλ’ ὦ τέκνον [..]..[</w:t>
      </w:r>
    </w:p>
    <w:p>
      <w:r>
        <w:rPr>
          <w:rFonts w:ascii="Courier New" w:hAnsi="Courier New"/>
          <w:color w:val="555555"/>
          <w:sz w:val="20"/>
        </w:rPr>
        <w:t>[45]</w:t>
      </w:r>
    </w:p>
    <w:p>
      <w:r>
        <w:rPr>
          <w:rFonts w:ascii="Gentium Plus" w:hAnsi="Gentium Plus"/>
          <w:sz w:val="24"/>
        </w:rPr>
        <w:t>[ ]..... δεσπο[</w:t>
      </w:r>
    </w:p>
    <w:p>
      <w:r>
        <w:rPr>
          <w:rFonts w:ascii="Courier New" w:hAnsi="Courier New"/>
          <w:color w:val="555555"/>
          <w:sz w:val="20"/>
        </w:rPr>
        <w:t>[45]</w:t>
      </w:r>
    </w:p>
    <w:p>
      <w:r>
        <w:rPr>
          <w:rFonts w:ascii="Gentium Plus" w:hAnsi="Gentium Plus"/>
          <w:sz w:val="24"/>
        </w:rPr>
        <w:t>...</w:t>
      </w:r>
    </w:p>
    <w:p>
      <w:pPr>
        <w:jc w:val="center"/>
      </w:pPr>
      <w:r>
        <w:rPr>
          <w:rFonts w:ascii="Gentium Plus" w:hAnsi="Gentium Plus"/>
          <w:b/>
          <w:sz w:val="24"/>
        </w:rPr>
        <w:t>fr. e</w:t>
      </w:r>
    </w:p>
    <w:p>
      <w:r>
        <w:rPr>
          <w:rFonts w:ascii="Courier New" w:hAnsi="Courier New"/>
          <w:color w:val="555555"/>
          <w:sz w:val="20"/>
        </w:rPr>
        <w:t>[46]</w:t>
      </w:r>
    </w:p>
    <w:p>
      <w:r>
        <w:rPr>
          <w:rFonts w:ascii="Gentium Plus" w:hAnsi="Gentium Plus"/>
          <w:sz w:val="24"/>
        </w:rPr>
        <w:t>...</w:t>
      </w:r>
    </w:p>
    <w:p>
      <w:r>
        <w:rPr>
          <w:rFonts w:ascii="Courier New" w:hAnsi="Courier New"/>
          <w:color w:val="555555"/>
          <w:sz w:val="20"/>
        </w:rPr>
        <w:t>[46]</w:t>
      </w:r>
    </w:p>
    <w:p>
      <w:r>
        <w:rPr>
          <w:rFonts w:ascii="Gentium Plus" w:hAnsi="Gentium Plus"/>
          <w:sz w:val="24"/>
        </w:rPr>
        <w:t>[].ικ.[ []κα καὶ σὺ γνη̣σ̣ι̣[ [ ] ἄ̣γαν ὀδυρμα[ [ ]θων τρύχει .[</w:t>
      </w:r>
    </w:p>
    <w:p>
      <w:r>
        <w:rPr>
          <w:rFonts w:ascii="Courier New" w:hAnsi="Courier New"/>
          <w:color w:val="555555"/>
          <w:sz w:val="20"/>
        </w:rPr>
        <w:t>[626 (50)]</w:t>
      </w:r>
    </w:p>
    <w:p>
      <w:r>
        <w:rPr>
          <w:rFonts w:ascii="Gentium Plus" w:hAnsi="Gentium Plus"/>
          <w:sz w:val="24"/>
        </w:rPr>
        <w:t>[ ].οτ̣[..]...[</w:t>
      </w:r>
    </w:p>
    <w:p>
      <w:r>
        <w:rPr>
          <w:rFonts w:ascii="Courier New" w:hAnsi="Courier New"/>
          <w:color w:val="555555"/>
          <w:sz w:val="20"/>
        </w:rPr>
        <w:t>[626 (50)]</w:t>
      </w:r>
    </w:p>
    <w:p>
      <w:r>
        <w:rPr>
          <w:rFonts w:ascii="Gentium Plus" w:hAnsi="Gentium Plus"/>
          <w:sz w:val="24"/>
        </w:rPr>
        <w:t>...</w:t>
      </w:r>
    </w:p>
    <w:p>
      <w:pPr>
        <w:jc w:val="center"/>
      </w:pPr>
      <w:r>
        <w:rPr>
          <w:rFonts w:ascii="Gentium Plus" w:hAnsi="Gentium Plus"/>
          <w:b/>
          <w:sz w:val="24"/>
        </w:rPr>
        <w:t>fr. f</w:t>
      </w:r>
    </w:p>
    <w:p>
      <w:r>
        <w:rPr>
          <w:rFonts w:ascii="Courier New" w:hAnsi="Courier New"/>
          <w:color w:val="555555"/>
          <w:sz w:val="20"/>
        </w:rPr>
        <w:t>[51]</w:t>
      </w:r>
    </w:p>
    <w:p>
      <w:r>
        <w:rPr>
          <w:rFonts w:ascii="Gentium Plus" w:hAnsi="Gentium Plus"/>
          <w:sz w:val="24"/>
        </w:rPr>
        <w:t>...</w:t>
      </w:r>
    </w:p>
    <w:p>
      <w:r>
        <w:rPr>
          <w:rFonts w:ascii="Courier New" w:hAnsi="Courier New"/>
          <w:color w:val="555555"/>
          <w:sz w:val="20"/>
        </w:rPr>
        <w:t>[51]</w:t>
      </w:r>
    </w:p>
    <w:p>
      <w:r>
        <w:rPr>
          <w:rFonts w:ascii="Gentium Plus" w:hAnsi="Gentium Plus"/>
          <w:sz w:val="24"/>
        </w:rPr>
        <w:t>... ...]..ωσιν αἱ μετοι̣[ ..].. ἀρωγὸν πατέρα λίσσομα[ι μολεῖν ἄν]α̣κτα πόντου μητρὶ τη̣σ̣τε.[ ..]..τα παῖδας εἴ̣περ̣ [.]χ̣[</w:t>
      </w:r>
    </w:p>
    <w:p>
      <w:r>
        <w:rPr>
          <w:rFonts w:ascii="Courier New" w:hAnsi="Courier New"/>
          <w:color w:val="555555"/>
          <w:sz w:val="20"/>
        </w:rPr>
        <w:t>[54]</w:t>
      </w:r>
    </w:p>
    <w:p>
      <w:r>
        <w:rPr>
          <w:rFonts w:ascii="Gentium Plus" w:hAnsi="Gentium Plus"/>
          <w:sz w:val="24"/>
        </w:rPr>
        <w:t>...</w:t>
      </w:r>
    </w:p>
    <w:p>
      <w:pPr>
        <w:jc w:val="center"/>
      </w:pPr>
      <w:r>
        <w:rPr>
          <w:rFonts w:ascii="Gentium Plus" w:hAnsi="Gentium Plus"/>
          <w:b/>
          <w:sz w:val="24"/>
        </w:rPr>
        <w:t>fr. g</w:t>
      </w:r>
    </w:p>
    <w:p>
      <w:r>
        <w:rPr>
          <w:rFonts w:ascii="Courier New" w:hAnsi="Courier New"/>
          <w:color w:val="555555"/>
          <w:sz w:val="20"/>
        </w:rPr>
        <w:t>[55]</w:t>
      </w:r>
    </w:p>
    <w:p>
      <w:r>
        <w:rPr>
          <w:rFonts w:ascii="Gentium Plus" w:hAnsi="Gentium Plus"/>
          <w:sz w:val="24"/>
        </w:rPr>
        <w:t>...</w:t>
      </w:r>
    </w:p>
    <w:p>
      <w:r>
        <w:rPr>
          <w:rFonts w:ascii="Courier New" w:hAnsi="Courier New"/>
          <w:color w:val="555555"/>
          <w:sz w:val="20"/>
        </w:rPr>
        <w:t>[55]</w:t>
      </w:r>
    </w:p>
    <w:p>
      <w:r>
        <w:rPr>
          <w:rFonts w:ascii="Gentium Plus" w:hAnsi="Gentium Plus"/>
          <w:sz w:val="24"/>
        </w:rPr>
        <w:t>.[.......]..ε̣τ̣ο̣ς̣ ο̣ὐ̣κ̣ ἐνεσ[ τιδ..[.]....ετενδει̣σ̣ε κυρι̣..[ []ἑλικ̣τὸ[ς] ..[...βόσ]τρυχος [ νέ̣α πρ̣ο̣ς̣.[ ετ...[</w:t>
      </w:r>
    </w:p>
    <w:p>
      <w:r>
        <w:rPr>
          <w:rFonts w:ascii="Courier New" w:hAnsi="Courier New"/>
          <w:color w:val="555555"/>
          <w:sz w:val="20"/>
        </w:rPr>
        <w:t>[59]</w:t>
      </w:r>
    </w:p>
    <w:p>
      <w:r>
        <w:rPr>
          <w:rFonts w:ascii="Gentium Plus" w:hAnsi="Gentium Plus"/>
          <w:sz w:val="24"/>
        </w:rPr>
        <w:t>...</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 ο̣ἶμον ὥρισα̣[ς] πόν[ων [ ]οιδε τοὺς αὐθαιρέτ[ους [ ].ε κινδύνους ἄρα [ ]ς ἤθληται μάτην</w:t>
      </w:r>
    </w:p>
    <w:p>
      <w:r>
        <w:rPr>
          <w:rFonts w:ascii="Courier New" w:hAnsi="Courier New"/>
          <w:color w:val="555555"/>
          <w:sz w:val="20"/>
        </w:rPr>
        <w:t>[5]</w:t>
      </w:r>
    </w:p>
    <w:p>
      <w:r>
        <w:rPr>
          <w:rFonts w:ascii="Gentium Plus" w:hAnsi="Gentium Plus"/>
          <w:sz w:val="24"/>
        </w:rPr>
        <w:t>[ ]π̣ας δετ[.]. Ἀχιλλέω̣[ς [ ].α̣των ἐλέ̣γχεται [ ]νοκ[ [ ]έψευστα̣[ι ⏑– [ ]ας ὑ̣περ[⏑–</w:t>
      </w:r>
    </w:p>
    <w:p>
      <w:r>
        <w:rPr>
          <w:rFonts w:ascii="Courier New" w:hAnsi="Courier New"/>
          <w:color w:val="555555"/>
          <w:sz w:val="20"/>
        </w:rPr>
        <w:t>[10]</w:t>
      </w:r>
    </w:p>
    <w:p>
      <w:r>
        <w:rPr>
          <w:rFonts w:ascii="Gentium Plus" w:hAnsi="Gentium Plus"/>
          <w:sz w:val="24"/>
        </w:rPr>
        <w:t>[ ] κ̣ηδεύεις.[ (⏑) – [ ]ησδε ἐπι[ [ ]α συγγαμο̣[ [ ] οὐχ ἁπλοῦ̣[⏑– [ ]ε̣νους ὑ̣π̣ε̣[ρ ⏑–</w:t>
      </w:r>
    </w:p>
    <w:p>
      <w:r>
        <w:rPr>
          <w:rFonts w:ascii="Courier New" w:hAnsi="Courier New"/>
          <w:color w:val="555555"/>
          <w:sz w:val="20"/>
        </w:rPr>
        <w:t>[15]</w:t>
      </w:r>
    </w:p>
    <w:p>
      <w:r>
        <w:rPr>
          <w:rFonts w:ascii="Gentium Plus" w:hAnsi="Gentium Plus"/>
          <w:sz w:val="24"/>
        </w:rPr>
        <w:t>[ ]ωνταγεσ̣[ [ ]τος οἰκτισ[–⏑– [ ]τ̣αμεσθ’ ὑπ̣[–⏑– [ μν]ῆ̣μα λάϊν̣[ον ⏑– [ ]σδ’ ἀφιδρυ[–⏑–</w:t>
      </w:r>
    </w:p>
    <w:p>
      <w:r>
        <w:rPr>
          <w:rFonts w:ascii="Courier New" w:hAnsi="Courier New"/>
          <w:color w:val="555555"/>
          <w:sz w:val="20"/>
        </w:rPr>
        <w:t>[20]</w:t>
      </w:r>
    </w:p>
    <w:p>
      <w:r>
        <w:rPr>
          <w:rFonts w:ascii="Gentium Plus" w:hAnsi="Gentium Plus"/>
          <w:sz w:val="24"/>
        </w:rPr>
        <w:t>[ ]α̣ντα προὐ.[×–⏑– [ τ]ἀ̣πιτύμβι[(α) –⏑–</w:t>
      </w:r>
    </w:p>
    <w:p>
      <w:r>
        <w:rPr>
          <w:rFonts w:ascii="Courier New" w:hAnsi="Courier New"/>
          <w:color w:val="555555"/>
          <w:sz w:val="20"/>
        </w:rPr>
        <w:t>[25]</w:t>
      </w:r>
    </w:p>
    <w:p>
      <w:r>
        <w:rPr>
          <w:rFonts w:ascii="Gentium Plus" w:hAnsi="Gentium Plus"/>
          <w:sz w:val="24"/>
        </w:rPr>
        <w:t>[ ]γ̣α[]ρο[ [ ].ν̣ους.[ [ ]των ε..[ [ ].ειλισσω[⏑– [ ]..[</w:t>
      </w:r>
    </w:p>
    <w:p>
      <w:r>
        <w:rPr>
          <w:rFonts w:ascii="Courier New" w:hAnsi="Courier New"/>
          <w:color w:val="555555"/>
          <w:sz w:val="20"/>
        </w:rPr>
        <w:t>[29]</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[30]</w:t>
      </w:r>
    </w:p>
    <w:p>
      <w:r>
        <w:rPr>
          <w:rFonts w:ascii="Gentium Plus" w:hAnsi="Gentium Plus"/>
          <w:sz w:val="24"/>
        </w:rPr>
        <w:t>...</w:t>
      </w:r>
    </w:p>
    <w:p>
      <w:r>
        <w:rPr>
          <w:rFonts w:ascii="Courier New" w:hAnsi="Courier New"/>
          <w:color w:val="555555"/>
          <w:sz w:val="20"/>
        </w:rPr>
        <w:t>[30]</w:t>
      </w:r>
    </w:p>
    <w:p>
      <w:r>
        <w:rPr>
          <w:rFonts w:ascii="Gentium Plus" w:hAnsi="Gentium Plus"/>
          <w:sz w:val="24"/>
        </w:rPr>
        <w:t>[ ]......[ ×– νο]μίζειν ἴ̣σ̣α .[⏑–×–⏑– ×– ὁ]μ̣οίως ὡς ἐμ[–×–⏑– ×–⏑ ].ε̣ι̣α̣ς̣ ειπα̣[...]..[ ×–⏑–].οι τἀξ ἐ̣μο̣[ῦ σ]υ̣νάπ[τεται</w:t>
      </w:r>
    </w:p>
    <w:p>
      <w:r>
        <w:rPr>
          <w:rFonts w:ascii="Courier New" w:hAnsi="Courier New"/>
          <w:color w:val="555555"/>
          <w:sz w:val="20"/>
        </w:rPr>
        <w:t>[35]</w:t>
      </w:r>
    </w:p>
    <w:p>
      <w:r>
        <w:rPr>
          <w:rFonts w:ascii="Gentium Plus" w:hAnsi="Gentium Plus"/>
          <w:sz w:val="24"/>
        </w:rPr>
        <w:t>×–⏑ ]τ̣ο̣ι̣ς̣ ἄπωθ̣εν̣ ἀ̣ν̣τειπ̣[–⏑– ×–⏑– ]τ̣ης ἐκγόνο̣ις ἐψευ̣[σμέ]ν̣[– ×–⏑ ]α̣ντα τασδε δαιμόνω̣[ν ⏑– ×–⏑ ]ιπεις συμφοραῖς δ[×–⏑– ×–⏑–].ξ̣ων ἐστὶν ὧι πεπρ̣[–⏑–</w:t>
      </w:r>
    </w:p>
    <w:p>
      <w:r>
        <w:rPr>
          <w:rFonts w:ascii="Courier New" w:hAnsi="Courier New"/>
          <w:color w:val="555555"/>
          <w:sz w:val="20"/>
        </w:rPr>
        <w:t>[40]</w:t>
      </w:r>
    </w:p>
    <w:p>
      <w:r>
        <w:rPr>
          <w:rFonts w:ascii="Gentium Plus" w:hAnsi="Gentium Plus"/>
          <w:sz w:val="24"/>
        </w:rPr>
        <w:t>×–⏑]..χ̣ε̣ι περγάμων κατ̣[–⏑– ×–⏑–×]ν κρυπτὸ̣ς̣ α̣..τ̣.[ ×–⏑– ]ν ἔβλαστε μ̣[–×–⏑–] [ ]...[</w:t>
      </w:r>
    </w:p>
    <w:p>
      <w:r>
        <w:rPr>
          <w:rFonts w:ascii="Courier New" w:hAnsi="Courier New"/>
          <w:color w:val="555555"/>
          <w:sz w:val="20"/>
        </w:rPr>
        <w:t>[43]</w:t>
      </w:r>
    </w:p>
    <w:p>
      <w:r>
        <w:rPr>
          <w:rFonts w:ascii="Gentium Plus" w:hAnsi="Gentium Plus"/>
          <w:sz w:val="24"/>
        </w:rPr>
        <w:t>...</w:t>
      </w:r>
    </w:p>
    <w:p>
      <w:pPr>
        <w:jc w:val="center"/>
      </w:pPr>
      <w:r>
        <w:rPr>
          <w:rFonts w:ascii="Gentium Plus" w:hAnsi="Gentium Plus"/>
          <w:b/>
          <w:sz w:val="24"/>
        </w:rPr>
        <w:t>fr. c</w:t>
      </w:r>
    </w:p>
    <w:p>
      <w:r>
        <w:rPr>
          <w:rFonts w:ascii="Courier New" w:hAnsi="Courier New"/>
          <w:color w:val="555555"/>
          <w:sz w:val="20"/>
        </w:rPr>
        <w:t>[44]</w:t>
      </w:r>
    </w:p>
    <w:p>
      <w:r>
        <w:rPr>
          <w:rFonts w:ascii="Gentium Plus" w:hAnsi="Gentium Plus"/>
          <w:sz w:val="24"/>
        </w:rPr>
        <w:t>...</w:t>
      </w:r>
    </w:p>
    <w:p>
      <w:r>
        <w:rPr>
          <w:rFonts w:ascii="Courier New" w:hAnsi="Courier New"/>
          <w:color w:val="555555"/>
          <w:sz w:val="20"/>
        </w:rPr>
        <w:t>[44]</w:t>
      </w:r>
    </w:p>
    <w:p>
      <w:r>
        <w:rPr>
          <w:rFonts w:ascii="Gentium Plus" w:hAnsi="Gentium Plus"/>
          <w:sz w:val="24"/>
        </w:rPr>
        <w:t>[ ].[</w:t>
      </w:r>
    </w:p>
    <w:p>
      <w:r>
        <w:rPr>
          <w:rFonts w:ascii="Courier New" w:hAnsi="Courier New"/>
          <w:color w:val="555555"/>
          <w:sz w:val="20"/>
        </w:rPr>
        <w:t>[45]</w:t>
      </w:r>
    </w:p>
    <w:p>
      <w:r>
        <w:rPr>
          <w:rFonts w:ascii="Gentium Plus" w:hAnsi="Gentium Plus"/>
          <w:sz w:val="24"/>
        </w:rPr>
        <w:t>[ ].ε̣ριμ̣[ [ ]ν̣χρη[ [ ]μεμη[ [ ]τε̣οπ[ [ ]δεθυμ̣[</w:t>
      </w:r>
    </w:p>
    <w:p>
      <w:r>
        <w:rPr>
          <w:rFonts w:ascii="Courier New" w:hAnsi="Courier New"/>
          <w:color w:val="555555"/>
          <w:sz w:val="20"/>
        </w:rPr>
        <w:t>[627 (50)]</w:t>
      </w:r>
    </w:p>
    <w:p>
      <w:r>
        <w:rPr>
          <w:rFonts w:ascii="Gentium Plus" w:hAnsi="Gentium Plus"/>
          <w:sz w:val="24"/>
        </w:rPr>
        <w:t>[ ]στινα̣[ [ ]ρηξ[ [ ]μ̣α̣ρ[ [ ]α̣τ̣[ [].ο̣ν̣[</w:t>
      </w:r>
    </w:p>
    <w:p>
      <w:r>
        <w:rPr>
          <w:rFonts w:ascii="Courier New" w:hAnsi="Courier New"/>
          <w:color w:val="555555"/>
          <w:sz w:val="20"/>
        </w:rPr>
        <w:t>[54]</w:t>
      </w:r>
    </w:p>
    <w:p>
      <w:r>
        <w:rPr>
          <w:rFonts w:ascii="Gentium Plus" w:hAnsi="Gentium Plus"/>
          <w:sz w:val="24"/>
        </w:rPr>
        <w:t>...</w:t>
      </w:r>
    </w:p>
    <w:p>
      <w:pPr>
        <w:jc w:val="center"/>
      </w:pPr>
      <w:r>
        <w:rPr>
          <w:rFonts w:ascii="Gentium Plus" w:hAnsi="Gentium Plus"/>
          <w:b/>
          <w:sz w:val="24"/>
        </w:rPr>
        <w:t>fr. d</w:t>
      </w:r>
    </w:p>
    <w:p>
      <w:r>
        <w:rPr>
          <w:rFonts w:ascii="Courier New" w:hAnsi="Courier New"/>
          <w:color w:val="555555"/>
          <w:sz w:val="20"/>
        </w:rPr>
        <w:t>[55]</w:t>
      </w:r>
    </w:p>
    <w:p>
      <w:r>
        <w:rPr>
          <w:rFonts w:ascii="Gentium Plus" w:hAnsi="Gentium Plus"/>
          <w:sz w:val="24"/>
        </w:rPr>
        <w:t>...</w:t>
      </w:r>
    </w:p>
    <w:p>
      <w:r>
        <w:rPr>
          <w:rFonts w:ascii="Courier New" w:hAnsi="Courier New"/>
          <w:color w:val="555555"/>
          <w:sz w:val="20"/>
        </w:rPr>
        <w:t>[55]</w:t>
      </w:r>
    </w:p>
    <w:p>
      <w:r>
        <w:rPr>
          <w:rFonts w:ascii="Gentium Plus" w:hAnsi="Gentium Plus"/>
          <w:sz w:val="24"/>
        </w:rPr>
        <w:t>[]τε.[ [].α̣ξ[ []ν̣ε̣υ̣[ []αλλ[ [] περι[</w:t>
      </w:r>
    </w:p>
    <w:p>
      <w:r>
        <w:rPr>
          <w:rFonts w:ascii="Courier New" w:hAnsi="Courier New"/>
          <w:color w:val="555555"/>
          <w:sz w:val="20"/>
        </w:rPr>
        <w:t>[60]</w:t>
      </w:r>
    </w:p>
    <w:p>
      <w:r>
        <w:rPr>
          <w:rFonts w:ascii="Gentium Plus" w:hAnsi="Gentium Plus"/>
          <w:sz w:val="24"/>
        </w:rPr>
        <w:t>[].π̣[ []ρ̣α̣β̣α̣[</w:t>
      </w:r>
    </w:p>
    <w:p>
      <w:r>
        <w:rPr>
          <w:rFonts w:ascii="Courier New" w:hAnsi="Courier New"/>
          <w:color w:val="555555"/>
          <w:sz w:val="20"/>
        </w:rPr>
        <w:t>[61]</w:t>
      </w:r>
    </w:p>
    <w:p>
      <w:r>
        <w:rPr>
          <w:rFonts w:ascii="Gentium Plus" w:hAnsi="Gentium Plus"/>
          <w:sz w:val="24"/>
        </w:rPr>
        <w:t>...</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 ο̣ὐ̣κ̣ ἐ̣μ̣[ ×–⏑–].ωι Ζεὺς α[–×–⏑– [ ] πάροιθεν ο̣....[ [ ] ἀ̣π̣ο̣τρέψειε τα.[</w:t>
      </w:r>
    </w:p>
    <w:p>
      <w:r>
        <w:rPr>
          <w:rFonts w:ascii="Courier New" w:hAnsi="Courier New"/>
          <w:color w:val="555555"/>
          <w:sz w:val="20"/>
        </w:rPr>
        <w:t>[5]</w:t>
      </w:r>
    </w:p>
    <w:p>
      <w:r>
        <w:rPr>
          <w:rFonts w:ascii="Gentium Plus" w:hAnsi="Gentium Plus"/>
          <w:sz w:val="24"/>
        </w:rPr>
        <w:t>[ ].ο̣.[.].ι̣ας ὑπερλ.[</w:t>
      </w:r>
    </w:p>
    <w:p>
      <w:r>
        <w:rPr>
          <w:rFonts w:ascii="Courier New" w:hAnsi="Courier New"/>
          <w:color w:val="555555"/>
          <w:sz w:val="20"/>
        </w:rPr>
        <w:t>[10]</w:t>
      </w:r>
    </w:p>
    <w:p>
      <w:r>
        <w:rPr>
          <w:rFonts w:ascii="Gentium Plus" w:hAnsi="Gentium Plus"/>
          <w:sz w:val="24"/>
        </w:rPr>
        <w:t>[ ]. καὶ τ̣ὸ̣ν ἡβη̣[ [ ]..τοτ̣[</w:t>
      </w:r>
    </w:p>
    <w:p>
      <w:r>
        <w:rPr>
          <w:rFonts w:ascii="Courier New" w:hAnsi="Courier New"/>
          <w:color w:val="555555"/>
          <w:sz w:val="20"/>
        </w:rPr>
        <w:t>[11]</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[12]</w:t>
      </w:r>
    </w:p>
    <w:p>
      <w:r>
        <w:rPr>
          <w:rFonts w:ascii="Gentium Plus" w:hAnsi="Gentium Plus"/>
          <w:sz w:val="24"/>
        </w:rPr>
        <w:t>...</w:t>
      </w:r>
    </w:p>
    <w:p>
      <w:r>
        <w:rPr>
          <w:rFonts w:ascii="Courier New" w:hAnsi="Courier New"/>
          <w:color w:val="555555"/>
          <w:sz w:val="20"/>
        </w:rPr>
        <w:t>[12]</w:t>
      </w:r>
    </w:p>
    <w:p>
      <w:r>
        <w:rPr>
          <w:rFonts w:ascii="Gentium Plus" w:hAnsi="Gentium Plus"/>
          <w:sz w:val="24"/>
        </w:rPr>
        <w:t>[ ]...τω[ ×–⏑–]κεν ἐγγ[⏑–×–⏑– [ ].ενθα..[</w:t>
      </w:r>
    </w:p>
    <w:p>
      <w:r>
        <w:rPr>
          <w:rFonts w:ascii="Courier New" w:hAnsi="Courier New"/>
          <w:color w:val="555555"/>
          <w:sz w:val="20"/>
        </w:rPr>
        <w:t>[15]</w:t>
      </w:r>
    </w:p>
    <w:p>
      <w:r>
        <w:rPr>
          <w:rFonts w:ascii="Gentium Plus" w:hAnsi="Gentium Plus"/>
          <w:sz w:val="24"/>
        </w:rPr>
        <w:t>[ ]οχθος ου[ [ ] μάστιγος [ [ ].ο̣ι πα[ [ ]τ̣ουδ[ [ ]υ̣ε̣σο.[</w:t>
      </w:r>
    </w:p>
    <w:p>
      <w:r>
        <w:rPr>
          <w:rFonts w:ascii="Courier New" w:hAnsi="Courier New"/>
          <w:color w:val="555555"/>
          <w:sz w:val="20"/>
        </w:rPr>
        <w:t>[20]</w:t>
      </w:r>
    </w:p>
    <w:p>
      <w:r>
        <w:rPr>
          <w:rFonts w:ascii="Gentium Plus" w:hAnsi="Gentium Plus"/>
          <w:sz w:val="24"/>
        </w:rPr>
        <w:t>[ ]ηδε[</w:t>
      </w:r>
    </w:p>
    <w:p>
      <w:r>
        <w:rPr>
          <w:rFonts w:ascii="Courier New" w:hAnsi="Courier New"/>
          <w:color w:val="555555"/>
          <w:sz w:val="20"/>
        </w:rPr>
        <w:t>[20]</w:t>
      </w:r>
    </w:p>
    <w:p>
      <w:r>
        <w:rPr>
          <w:rFonts w:ascii="Gentium Plus" w:hAnsi="Gentium Plus"/>
          <w:sz w:val="24"/>
        </w:rPr>
        <w:t>...</w:t>
      </w:r>
    </w:p>
    <w:p>
      <w:r>
        <w:rPr>
          <w:rFonts w:ascii="Courier New" w:hAnsi="Courier New"/>
          <w:color w:val="555555"/>
          <w:sz w:val="20"/>
        </w:rPr>
        <w:t>[629]</w:t>
      </w:r>
    </w:p>
    <w:p>
      <w:r>
        <w:rPr>
          <w:rFonts w:ascii="Gentium Plus" w:hAnsi="Gentium Plus"/>
          <w:sz w:val="24"/>
        </w:rPr>
        <w:t>...</w:t>
      </w:r>
    </w:p>
    <w:p>
      <w:r>
        <w:rPr>
          <w:rFonts w:ascii="Courier New" w:hAnsi="Courier New"/>
          <w:color w:val="555555"/>
          <w:sz w:val="20"/>
        </w:rPr>
        <w:t>[1]</w:t>
      </w:r>
    </w:p>
    <w:p>
      <w:r>
        <w:rPr>
          <w:rFonts w:ascii="Gentium Plus" w:hAnsi="Gentium Plus"/>
          <w:sz w:val="24"/>
        </w:rPr>
        <w:t>[ ].οργ[......(.)].α̣ν[ [].ρο.. μ̣αλακῆι̣ σ̣υνωι̣δά</w:t>
      </w:r>
    </w:p>
    <w:p>
      <w:r>
        <w:rPr>
          <w:rFonts w:ascii="Courier New" w:hAnsi="Courier New"/>
          <w:color w:val="555555"/>
          <w:sz w:val="20"/>
        </w:rPr>
        <w:t>[5]</w:t>
      </w:r>
    </w:p>
    <w:p>
      <w:r>
        <w:rPr>
          <w:rFonts w:ascii="Gentium Plus" w:hAnsi="Gentium Plus"/>
          <w:sz w:val="24"/>
        </w:rPr>
        <w:t>⏔]ης αὐλὸς ˈ κελαδεῖ Φρύγι̣[ος ˈ [ ]. ˈ χ̣ορ̣ὸν ἐγκύκλιον ˈ νομίμως [ ]......α̣χ̣ί̣η̣ π̣α̣λ̣άμας [ ]..... κ̣ροτάλων ἱέ̣τω [ ]. ˈ τύμπανον ἰ̣ά̣χε̣[ι ˈ</w:t>
      </w:r>
    </w:p>
    <w:p>
      <w:r>
        <w:rPr>
          <w:rFonts w:ascii="Courier New" w:hAnsi="Courier New"/>
          <w:color w:val="555555"/>
          <w:sz w:val="20"/>
        </w:rPr>
        <w:t>[10]</w:t>
      </w:r>
    </w:p>
    <w:p>
      <w:r>
        <w:rPr>
          <w:rFonts w:ascii="Gentium Plus" w:hAnsi="Gentium Plus"/>
          <w:sz w:val="24"/>
        </w:rPr>
        <w:t>[ ⏔ ἐ]μβαίνει ˈ ποσὶν̣ ἀ̣θανάτοις ˈ [].[.]ο̣σιην θ’ ὑποπ̣[.].σετε παρθενι̣κάς</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]λ̣ωτον εσα[</w:t>
      </w:r>
    </w:p>
    <w:p>
      <w:r>
        <w:rPr>
          <w:rFonts w:ascii="Courier New" w:hAnsi="Courier New"/>
          <w:color w:val="555555"/>
          <w:sz w:val="20"/>
        </w:rPr>
        <w:t>[5]</w:t>
      </w:r>
    </w:p>
    <w:p>
      <w:r>
        <w:rPr>
          <w:rFonts w:ascii="Gentium Plus" w:hAnsi="Gentium Plus"/>
          <w:sz w:val="24"/>
        </w:rPr>
        <w:t>[ ]ε̣ιας πεδ̣[ [ ]ικνει [ vac. [ ]ς̣ Πενθε[</w:t>
      </w:r>
    </w:p>
    <w:p>
      <w:r>
        <w:rPr>
          <w:rFonts w:ascii="Courier New" w:hAnsi="Courier New"/>
          <w:color w:val="555555"/>
          <w:sz w:val="20"/>
        </w:rPr>
        <w:t>[8]</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[9]</w:t>
      </w:r>
    </w:p>
    <w:p>
      <w:r>
        <w:rPr>
          <w:rFonts w:ascii="Gentium Plus" w:hAnsi="Gentium Plus"/>
          <w:sz w:val="24"/>
        </w:rPr>
        <w:t>vestigia</w:t>
      </w:r>
    </w:p>
    <w:p>
      <w:r>
        <w:rPr>
          <w:rFonts w:ascii="Courier New" w:hAnsi="Courier New"/>
          <w:color w:val="555555"/>
          <w:sz w:val="20"/>
        </w:rPr>
        <w:t>[10]</w:t>
      </w:r>
    </w:p>
    <w:p>
      <w:r>
        <w:rPr>
          <w:rFonts w:ascii="Gentium Plus" w:hAnsi="Gentium Plus"/>
          <w:sz w:val="24"/>
        </w:rPr>
        <w:t>[ ]ν στρατὸν [ [ ]αι τὴν γῆν [ [ ]ερως ἑλ̣ὼ̣ν̣ [ [ ] πύλαι δ’ ἡμῖ[ν</w:t>
      </w:r>
    </w:p>
    <w:p>
      <w:r>
        <w:rPr>
          <w:rFonts w:ascii="Courier New" w:hAnsi="Courier New"/>
          <w:color w:val="555555"/>
          <w:sz w:val="20"/>
        </w:rPr>
        <w:t>[13]</w:t>
      </w:r>
    </w:p>
    <w:p>
      <w:r>
        <w:rPr>
          <w:rFonts w:ascii="Gentium Plus" w:hAnsi="Gentium Plus"/>
          <w:sz w:val="24"/>
        </w:rPr>
        <w:t>...</w:t>
      </w:r>
    </w:p>
    <w:p>
      <w:pPr>
        <w:jc w:val="center"/>
      </w:pPr>
      <w:r>
        <w:rPr>
          <w:rFonts w:ascii="Gentium Plus" w:hAnsi="Gentium Plus"/>
          <w:b/>
          <w:sz w:val="24"/>
        </w:rPr>
        <w:t>fr. c</w:t>
      </w:r>
    </w:p>
    <w:p>
      <w:r>
        <w:rPr>
          <w:rFonts w:ascii="Courier New" w:hAnsi="Courier New"/>
          <w:color w:val="555555"/>
          <w:sz w:val="20"/>
        </w:rPr>
        <w:t>[14]</w:t>
      </w:r>
    </w:p>
    <w:p>
      <w:r>
        <w:rPr>
          <w:rFonts w:ascii="Gentium Plus" w:hAnsi="Gentium Plus"/>
          <w:sz w:val="24"/>
        </w:rPr>
        <w:t>vestigia 8 fere vss.</w:t>
      </w:r>
    </w:p>
    <w:p>
      <w:pPr>
        <w:jc w:val="center"/>
      </w:pPr>
      <w:r>
        <w:rPr>
          <w:rFonts w:ascii="Gentium Plus" w:hAnsi="Gentium Plus"/>
          <w:b/>
          <w:sz w:val="24"/>
        </w:rPr>
        <w:t>fr. 1</w:t>
      </w:r>
    </w:p>
    <w:p>
      <w:r>
        <w:rPr>
          <w:rFonts w:ascii="Courier New" w:hAnsi="Courier New"/>
          <w:color w:val="555555"/>
          <w:sz w:val="20"/>
        </w:rPr>
        <w:t>[1]</w:t>
      </w:r>
    </w:p>
    <w:p>
      <w:r>
        <w:rPr>
          <w:rFonts w:ascii="Gentium Plus" w:hAnsi="Gentium Plus"/>
          <w:sz w:val="24"/>
        </w:rPr>
        <w:t>[ ]βλέψας ἐπεί [ ]ει κακουργίας</w:t>
      </w:r>
    </w:p>
    <w:p>
      <w:r>
        <w:rPr>
          <w:rFonts w:ascii="Courier New" w:hAnsi="Courier New"/>
          <w:color w:val="555555"/>
          <w:sz w:val="20"/>
        </w:rPr>
        <w:t>[5]</w:t>
      </w:r>
    </w:p>
    <w:p>
      <w:r>
        <w:rPr>
          <w:rFonts w:ascii="Gentium Plus" w:hAnsi="Gentium Plus"/>
          <w:sz w:val="24"/>
        </w:rPr>
        <w:t>[ ]ε̣ι̣ν [ ].σ̣τρας κόρην [ ] κακῶς [ ]ως deest 1 vs.</w:t>
      </w:r>
    </w:p>
    <w:p>
      <w:r>
        <w:rPr>
          <w:rFonts w:ascii="Courier New" w:hAnsi="Courier New"/>
          <w:color w:val="555555"/>
          <w:sz w:val="20"/>
        </w:rPr>
        <w:t>[10]</w:t>
      </w:r>
    </w:p>
    <w:p>
      <w:r>
        <w:rPr>
          <w:rFonts w:ascii="Gentium Plus" w:hAnsi="Gentium Plus"/>
          <w:sz w:val="24"/>
        </w:rPr>
        <w:t>[ ].[.].. [ ]ρας θανεῖν [ ]ε̣λων [ ] γένος [ ]λ̣ητον τέφραν</w:t>
      </w:r>
    </w:p>
    <w:p>
      <w:r>
        <w:rPr>
          <w:rFonts w:ascii="Courier New" w:hAnsi="Courier New"/>
          <w:color w:val="555555"/>
          <w:sz w:val="20"/>
        </w:rPr>
        <w:t>[15]</w:t>
      </w:r>
    </w:p>
    <w:p>
      <w:r>
        <w:rPr>
          <w:rFonts w:ascii="Gentium Plus" w:hAnsi="Gentium Plus"/>
          <w:sz w:val="24"/>
        </w:rPr>
        <w:t>[ ]ενοι [ σ]υ̣ν̣α̣ρμόσας deest 1 vs. [ ].ς [ ]ν</w:t>
      </w:r>
    </w:p>
    <w:p>
      <w:r>
        <w:rPr>
          <w:rFonts w:ascii="Courier New" w:hAnsi="Courier New"/>
          <w:color w:val="555555"/>
          <w:sz w:val="20"/>
        </w:rPr>
        <w:t>[19]</w:t>
      </w:r>
    </w:p>
    <w:p>
      <w:r>
        <w:rPr>
          <w:rFonts w:ascii="Gentium Plus" w:hAnsi="Gentium Plus"/>
          <w:sz w:val="24"/>
        </w:rPr>
        <w:t>...</w:t>
      </w:r>
    </w:p>
    <w:p>
      <w:r>
        <w:rPr>
          <w:rFonts w:ascii="Courier New" w:hAnsi="Courier New"/>
          <w:color w:val="555555"/>
          <w:sz w:val="20"/>
        </w:rPr>
        <w:t>[20]</w:t>
      </w:r>
    </w:p>
    <w:p>
      <w:r>
        <w:rPr>
          <w:rFonts w:ascii="Gentium Plus" w:hAnsi="Gentium Plus"/>
          <w:sz w:val="24"/>
        </w:rPr>
        <w:t>ἀσυλλογι̣σ̣[τ εἰ δὴ μολ[</w:t>
      </w:r>
    </w:p>
    <w:p>
      <w:r>
        <w:rPr>
          <w:rFonts w:ascii="Courier New" w:hAnsi="Courier New"/>
          <w:color w:val="555555"/>
          <w:sz w:val="20"/>
        </w:rPr>
        <w:t>[25]</w:t>
      </w:r>
    </w:p>
    <w:p>
      <w:r>
        <w:rPr>
          <w:rFonts w:ascii="Gentium Plus" w:hAnsi="Gentium Plus"/>
          <w:sz w:val="24"/>
        </w:rPr>
        <w:t>⸏ὡστε[ ⸏θετ̣[</w:t>
      </w:r>
    </w:p>
    <w:p>
      <w:r>
        <w:rPr>
          <w:rFonts w:ascii="Courier New" w:hAnsi="Courier New"/>
          <w:color w:val="555555"/>
          <w:sz w:val="20"/>
        </w:rPr>
        <w:t>[26]</w:t>
      </w:r>
    </w:p>
    <w:p>
      <w:r>
        <w:rPr>
          <w:rFonts w:ascii="Gentium Plus" w:hAnsi="Gentium Plus"/>
          <w:sz w:val="24"/>
        </w:rPr>
        <w:t>spat. 4 vss. vac. ⸏μοσ̣[ μο̣.[ π[</w:t>
      </w:r>
    </w:p>
    <w:p>
      <w:r>
        <w:rPr>
          <w:rFonts w:ascii="Courier New" w:hAnsi="Courier New"/>
          <w:color w:val="555555"/>
          <w:sz w:val="20"/>
        </w:rPr>
        <w:t>[30]</w:t>
      </w:r>
    </w:p>
    <w:p>
      <w:r>
        <w:rPr>
          <w:rFonts w:ascii="Gentium Plus" w:hAnsi="Gentium Plus"/>
          <w:sz w:val="24"/>
        </w:rPr>
        <w:t>επ[ ⸏ἐστ̣ω̣[ Β επ[ εκτ[ .η[</w:t>
      </w:r>
    </w:p>
    <w:p>
      <w:r>
        <w:rPr>
          <w:rFonts w:ascii="Courier New" w:hAnsi="Courier New"/>
          <w:color w:val="555555"/>
          <w:sz w:val="20"/>
        </w:rPr>
        <w:t>[34]</w:t>
      </w:r>
    </w:p>
    <w:p>
      <w:r>
        <w:rPr>
          <w:rFonts w:ascii="Gentium Plus" w:hAnsi="Gentium Plus"/>
          <w:sz w:val="24"/>
        </w:rPr>
        <w:t>...</w:t>
      </w:r>
    </w:p>
    <w:p>
      <w:pPr>
        <w:jc w:val="center"/>
      </w:pPr>
      <w:r>
        <w:rPr>
          <w:rFonts w:ascii="Gentium Plus" w:hAnsi="Gentium Plus"/>
          <w:b/>
          <w:sz w:val="24"/>
        </w:rPr>
        <w:t>fr. 2</w:t>
      </w:r>
    </w:p>
    <w:p>
      <w:r>
        <w:rPr>
          <w:rFonts w:ascii="Courier New" w:hAnsi="Courier New"/>
          <w:color w:val="555555"/>
          <w:sz w:val="20"/>
        </w:rPr>
        <w:t>[35]</w:t>
      </w:r>
    </w:p>
    <w:p>
      <w:r>
        <w:rPr>
          <w:rFonts w:ascii="Gentium Plus" w:hAnsi="Gentium Plus"/>
          <w:sz w:val="24"/>
        </w:rPr>
        <w:t>vest. incerta</w:t>
      </w:r>
    </w:p>
    <w:p>
      <w:r>
        <w:rPr>
          <w:rFonts w:ascii="Courier New" w:hAnsi="Courier New"/>
          <w:color w:val="555555"/>
          <w:sz w:val="20"/>
        </w:rPr>
        <w:t>[35]</w:t>
      </w:r>
    </w:p>
    <w:p>
      <w:r>
        <w:rPr>
          <w:rFonts w:ascii="Gentium Plus" w:hAnsi="Gentium Plus"/>
          <w:sz w:val="24"/>
        </w:rPr>
        <w:t>...</w:t>
      </w:r>
    </w:p>
    <w:p>
      <w:r>
        <w:rPr>
          <w:rFonts w:ascii="Courier New" w:hAnsi="Courier New"/>
          <w:color w:val="555555"/>
          <w:sz w:val="20"/>
        </w:rPr>
        <w:t>[35]</w:t>
      </w:r>
    </w:p>
    <w:p>
      <w:r>
        <w:rPr>
          <w:rFonts w:ascii="Gentium Plus" w:hAnsi="Gentium Plus"/>
          <w:sz w:val="24"/>
        </w:rPr>
        <w:t>⸏.ιηι.[ νόμος .[ ἥρωες ..[ τοῖς ὀρφα̣[ν ἐξ ὧν ς.[</w:t>
      </w:r>
    </w:p>
    <w:p>
      <w:r>
        <w:rPr>
          <w:rFonts w:ascii="Courier New" w:hAnsi="Courier New"/>
          <w:color w:val="555555"/>
          <w:sz w:val="20"/>
        </w:rPr>
        <w:t>[40]</w:t>
      </w:r>
    </w:p>
    <w:p>
      <w:r>
        <w:rPr>
          <w:rFonts w:ascii="Gentium Plus" w:hAnsi="Gentium Plus"/>
          <w:sz w:val="24"/>
        </w:rPr>
        <w:t>μηθεὶς τ[ [.].[.].ε̣π̣η̣[</w:t>
      </w:r>
    </w:p>
    <w:p>
      <w:r>
        <w:rPr>
          <w:rFonts w:ascii="Courier New" w:hAnsi="Courier New"/>
          <w:color w:val="555555"/>
          <w:sz w:val="20"/>
        </w:rPr>
        <w:t>[41]</w:t>
      </w:r>
    </w:p>
    <w:p>
      <w:r>
        <w:rPr>
          <w:rFonts w:ascii="Gentium Plus" w:hAnsi="Gentium Plus"/>
          <w:sz w:val="24"/>
        </w:rPr>
        <w:t>...</w:t>
      </w:r>
    </w:p>
    <w:p>
      <w:pPr>
        <w:jc w:val="center"/>
      </w:pPr>
      <w:r>
        <w:rPr>
          <w:rFonts w:ascii="Gentium Plus" w:hAnsi="Gentium Plus"/>
          <w:b/>
          <w:sz w:val="24"/>
        </w:rPr>
        <w:t>frr. a—c</w:t>
      </w:r>
    </w:p>
    <w:p>
      <w:r>
        <w:rPr>
          <w:rFonts w:ascii="Courier New" w:hAnsi="Courier New"/>
          <w:color w:val="555555"/>
          <w:sz w:val="20"/>
        </w:rPr>
        <w:t>[1]</w:t>
      </w:r>
    </w:p>
    <w:p>
      <w:r>
        <w:rPr>
          <w:rFonts w:ascii="Gentium Plus" w:hAnsi="Gentium Plus"/>
          <w:sz w:val="24"/>
        </w:rPr>
        <w:t>[]σβολην []..τ̣ο̣ []νόμους []π̣ολας</w:t>
      </w:r>
    </w:p>
    <w:p>
      <w:r>
        <w:rPr>
          <w:rFonts w:ascii="Courier New" w:hAnsi="Courier New"/>
          <w:color w:val="555555"/>
          <w:sz w:val="20"/>
        </w:rPr>
        <w:t>[5]</w:t>
      </w:r>
    </w:p>
    <w:p>
      <w:r>
        <w:rPr>
          <w:rFonts w:ascii="Gentium Plus" w:hAnsi="Gentium Plus"/>
          <w:sz w:val="24"/>
        </w:rPr>
        <w:t>[ ].αισ̣θ̣α̣.. [ ] ⎫ [ ] ⎪ vestigia [ ] ⎬ incerta [ ] ⎭</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[10]</w:t>
      </w:r>
    </w:p>
    <w:p>
      <w:r>
        <w:rPr>
          <w:rFonts w:ascii="Gentium Plus" w:hAnsi="Gentium Plus"/>
          <w:sz w:val="24"/>
        </w:rPr>
        <w:t>fr. b ...</w:t>
      </w:r>
    </w:p>
    <w:p>
      <w:r>
        <w:rPr>
          <w:rFonts w:ascii="Courier New" w:hAnsi="Courier New"/>
          <w:color w:val="555555"/>
          <w:sz w:val="20"/>
        </w:rPr>
        <w:t>[10]</w:t>
      </w:r>
    </w:p>
    <w:p>
      <w:r>
        <w:rPr>
          <w:rFonts w:ascii="Gentium Plus" w:hAnsi="Gentium Plus"/>
          <w:sz w:val="24"/>
        </w:rPr>
        <w:t>[ ]νεο̣[ [ ]..ω̣.κ.[..].[ [ ] vestigia 9 fere Il. []μ̣ου̣δ̣ε.. [ ].ο̣ς̣ δ̣αλ̣...[.]...</w:t>
      </w:r>
    </w:p>
    <w:p>
      <w:r>
        <w:rPr>
          <w:rFonts w:ascii="Courier New" w:hAnsi="Courier New"/>
          <w:color w:val="555555"/>
          <w:sz w:val="20"/>
        </w:rPr>
        <w:t>[14]</w:t>
      </w:r>
    </w:p>
    <w:p>
      <w:r>
        <w:rPr>
          <w:rFonts w:ascii="Gentium Plus" w:hAnsi="Gentium Plus"/>
          <w:sz w:val="24"/>
        </w:rPr>
        <w:t>...</w:t>
      </w:r>
    </w:p>
    <w:p>
      <w:r>
        <w:rPr>
          <w:rFonts w:ascii="Courier New" w:hAnsi="Courier New"/>
          <w:color w:val="555555"/>
          <w:sz w:val="20"/>
        </w:rPr>
        <w:t>[14]</w:t>
      </w:r>
    </w:p>
    <w:p>
      <w:r>
        <w:rPr>
          <w:rFonts w:ascii="Gentium Plus" w:hAnsi="Gentium Plus"/>
          <w:sz w:val="24"/>
        </w:rPr>
        <w:t>fr. c ...</w:t>
      </w:r>
    </w:p>
    <w:p>
      <w:r>
        <w:rPr>
          <w:rFonts w:ascii="Courier New" w:hAnsi="Courier New"/>
          <w:color w:val="555555"/>
          <w:sz w:val="20"/>
        </w:rPr>
        <w:t>[15]</w:t>
      </w:r>
    </w:p>
    <w:p>
      <w:r>
        <w:rPr>
          <w:rFonts w:ascii="Gentium Plus" w:hAnsi="Gentium Plus"/>
          <w:sz w:val="24"/>
        </w:rPr>
        <w:t>[]...ε̣ι̣ν [ ]ψ̣α̣σ̣α̣ [ ] [ ] [ ]ν</w:t>
      </w:r>
    </w:p>
    <w:p>
      <w:r>
        <w:rPr>
          <w:rFonts w:ascii="Courier New" w:hAnsi="Courier New"/>
          <w:color w:val="555555"/>
          <w:sz w:val="20"/>
        </w:rPr>
        <w:t>[20]</w:t>
      </w:r>
    </w:p>
    <w:p>
      <w:r>
        <w:rPr>
          <w:rFonts w:ascii="Gentium Plus" w:hAnsi="Gentium Plus"/>
          <w:sz w:val="24"/>
        </w:rPr>
        <w:t>[ ] ⸏ποῖος κυ.[ ⸏σ̣κε̣ῦος τι̣[ ⸏πέραινε β̣[ ⸏...(.)υ̣.[.]..[</w:t>
      </w:r>
    </w:p>
    <w:p>
      <w:r>
        <w:rPr>
          <w:rFonts w:ascii="Courier New" w:hAnsi="Courier New"/>
          <w:color w:val="555555"/>
          <w:sz w:val="20"/>
        </w:rPr>
        <w:t>[25]</w:t>
      </w:r>
    </w:p>
    <w:p>
      <w:r>
        <w:rPr>
          <w:rFonts w:ascii="Gentium Plus" w:hAnsi="Gentium Plus"/>
          <w:sz w:val="24"/>
        </w:rPr>
        <w:t>ο.ψ..[...(.)]δ̣[ ⸏δ̣α̣μα[..].α̣σ̣τ̣ι̣[ προσ[.]..η̣ ψυ̣[ δίκαιον εἰπεῖν̣ [ ...[.]...[.]..[</w:t>
      </w:r>
    </w:p>
    <w:p>
      <w:r>
        <w:rPr>
          <w:rFonts w:ascii="Courier New" w:hAnsi="Courier New"/>
          <w:color w:val="555555"/>
          <w:sz w:val="20"/>
        </w:rPr>
        <w:t>[29]</w:t>
      </w:r>
    </w:p>
    <w:p>
      <w:r>
        <w:rPr>
          <w:rFonts w:ascii="Gentium Plus" w:hAnsi="Gentium Plus"/>
          <w:sz w:val="24"/>
        </w:rPr>
        <w:t>...</w:t>
      </w:r>
    </w:p>
    <w:p>
      <w:r>
        <w:rPr>
          <w:rFonts w:ascii="Courier New" w:hAnsi="Courier New"/>
          <w:color w:val="555555"/>
          <w:sz w:val="20"/>
        </w:rPr>
        <w:t>[30]</w:t>
      </w:r>
    </w:p>
    <w:p>
      <w:r>
        <w:rPr>
          <w:rFonts w:ascii="Gentium Plus" w:hAnsi="Gentium Plus"/>
          <w:sz w:val="24"/>
        </w:rPr>
        <w:t>...</w:t>
      </w:r>
    </w:p>
    <w:p>
      <w:r>
        <w:rPr>
          <w:rFonts w:ascii="Courier New" w:hAnsi="Courier New"/>
          <w:color w:val="555555"/>
          <w:sz w:val="20"/>
        </w:rPr>
        <w:t>[30]</w:t>
      </w:r>
    </w:p>
    <w:p>
      <w:r>
        <w:rPr>
          <w:rFonts w:ascii="Gentium Plus" w:hAnsi="Gentium Plus"/>
          <w:sz w:val="24"/>
        </w:rPr>
        <w:t>εὑρεῖν ἐμαυ̣[τ διαρκέσαι μ̣[ υ̣[...].[</w:t>
      </w:r>
    </w:p>
    <w:p>
      <w:r>
        <w:rPr>
          <w:rFonts w:ascii="Courier New" w:hAnsi="Courier New"/>
          <w:color w:val="555555"/>
          <w:sz w:val="20"/>
        </w:rPr>
        <w:t>[32]</w:t>
      </w:r>
    </w:p>
    <w:p>
      <w:r>
        <w:rPr>
          <w:rFonts w:ascii="Gentium Plus" w:hAnsi="Gentium Plus"/>
          <w:sz w:val="24"/>
        </w:rPr>
        <w:t>... ...</w:t>
      </w:r>
    </w:p>
    <w:p>
      <w:r>
        <w:rPr>
          <w:rFonts w:ascii="Courier New" w:hAnsi="Courier New"/>
          <w:color w:val="555555"/>
          <w:sz w:val="20"/>
        </w:rPr>
        <w:t>[33]</w:t>
      </w:r>
    </w:p>
    <w:p>
      <w:r>
        <w:rPr>
          <w:rFonts w:ascii="Gentium Plus" w:hAnsi="Gentium Plus"/>
          <w:sz w:val="24"/>
        </w:rPr>
        <w:t>.[..]....α̣[ κ̣η̣μ..τι̣..[</w:t>
      </w:r>
    </w:p>
    <w:p>
      <w:r>
        <w:rPr>
          <w:rFonts w:ascii="Courier New" w:hAnsi="Courier New"/>
          <w:color w:val="555555"/>
          <w:sz w:val="20"/>
        </w:rPr>
        <w:t>[35]</w:t>
      </w:r>
    </w:p>
    <w:p>
      <w:r>
        <w:rPr>
          <w:rFonts w:ascii="Gentium Plus" w:hAnsi="Gentium Plus"/>
          <w:sz w:val="24"/>
        </w:rPr>
        <w:t>.[.]τ̣[...]τι̣σ̣[ .μ̣ε̣γ̣...[].[ ...ε....α..[</w:t>
      </w:r>
    </w:p>
    <w:p>
      <w:pPr>
        <w:jc w:val="center"/>
      </w:pPr>
      <w:r>
        <w:rPr>
          <w:rFonts w:ascii="Gentium Plus" w:hAnsi="Gentium Plus"/>
          <w:b/>
          <w:sz w:val="24"/>
        </w:rPr>
        <w:t>fr. d</w:t>
      </w:r>
    </w:p>
    <w:p>
      <w:r>
        <w:rPr>
          <w:rFonts w:ascii="Courier New" w:hAnsi="Courier New"/>
          <w:color w:val="555555"/>
          <w:sz w:val="20"/>
        </w:rPr>
        <w:t>[39]</w:t>
      </w:r>
    </w:p>
    <w:p>
      <w:r>
        <w:rPr>
          <w:rFonts w:ascii="Gentium Plus" w:hAnsi="Gentium Plus"/>
          <w:sz w:val="24"/>
        </w:rPr>
        <w:t>sub margine vestigia incerta 10 versuum; dispiciuntur:</w:t>
      </w:r>
    </w:p>
    <w:p>
      <w:r>
        <w:rPr>
          <w:rFonts w:ascii="Courier New" w:hAnsi="Courier New"/>
          <w:color w:val="555555"/>
          <w:sz w:val="20"/>
        </w:rPr>
        <w:t>[40]</w:t>
      </w:r>
    </w:p>
    <w:p>
      <w:r>
        <w:rPr>
          <w:rFonts w:ascii="Gentium Plus" w:hAnsi="Gentium Plus"/>
          <w:sz w:val="24"/>
        </w:rPr>
        <w:t>[] (ca. 14 ll.) α̣γαθ[ [] (ca. 13 ll.) λ̣λ̣α̣σει̣[ [] (ca. 12 ll.) η̣γ̣ε̣π̣τ̣[</w:t>
      </w:r>
    </w:p>
    <w:p>
      <w:r>
        <w:rPr>
          <w:rFonts w:ascii="Courier New" w:hAnsi="Courier New"/>
          <w:color w:val="555555"/>
          <w:sz w:val="20"/>
        </w:rPr>
        <w:t>[42]</w:t>
      </w:r>
    </w:p>
    <w:p>
      <w:r>
        <w:rPr>
          <w:rFonts w:ascii="Gentium Plus" w:hAnsi="Gentium Plus"/>
          <w:sz w:val="24"/>
        </w:rPr>
        <w:t>...</w:t>
      </w:r>
    </w:p>
    <w:p>
      <w:r>
        <w:rPr>
          <w:rFonts w:ascii="Courier New" w:hAnsi="Courier New"/>
          <w:color w:val="555555"/>
          <w:sz w:val="20"/>
        </w:rPr>
        <w:t>[631b (1a)]</w:t>
      </w:r>
    </w:p>
    <w:p>
      <w:r>
        <w:rPr>
          <w:rFonts w:ascii="Gentium Plus" w:hAnsi="Gentium Plus"/>
          <w:sz w:val="24"/>
        </w:rPr>
        <w:t>fr. a</w:t>
      </w:r>
    </w:p>
    <w:p>
      <w:r>
        <w:rPr>
          <w:rFonts w:ascii="Courier New" w:hAnsi="Courier New"/>
          <w:color w:val="555555"/>
          <w:sz w:val="20"/>
        </w:rPr>
        <w:t>[1]</w:t>
      </w:r>
    </w:p>
    <w:p>
      <w:r>
        <w:rPr>
          <w:rFonts w:ascii="Gentium Plus" w:hAnsi="Gentium Plus"/>
          <w:sz w:val="24"/>
        </w:rPr>
        <w:t>[]π̣οισι με̣...[ []..ει̣....[ [].ο̣πασδ̣ε.[</w:t>
      </w:r>
    </w:p>
    <w:p>
      <w:r>
        <w:rPr>
          <w:rFonts w:ascii="Courier New" w:hAnsi="Courier New"/>
          <w:color w:val="555555"/>
          <w:sz w:val="20"/>
        </w:rPr>
        <w:t>[5]</w:t>
      </w:r>
    </w:p>
    <w:p>
      <w:r>
        <w:rPr>
          <w:rFonts w:ascii="Gentium Plus" w:hAnsi="Gentium Plus"/>
          <w:sz w:val="24"/>
        </w:rPr>
        <w:t>[]α̣νθρ...[ []πι̣σερω.[ []τιμ.φ̣ησ[ []..η̣κ̣ειτ[ [ ]......[</w:t>
      </w:r>
    </w:p>
    <w:p>
      <w:r>
        <w:rPr>
          <w:rFonts w:ascii="Courier New" w:hAnsi="Courier New"/>
          <w:color w:val="555555"/>
          <w:sz w:val="20"/>
        </w:rPr>
        <w:t>[10]</w:t>
      </w:r>
    </w:p>
    <w:p>
      <w:r>
        <w:rPr>
          <w:rFonts w:ascii="Gentium Plus" w:hAnsi="Gentium Plus"/>
          <w:sz w:val="24"/>
        </w:rPr>
        <w:t>[ ]..α̣..(.)[ [].ζ̣α̣ν̣τ̣α̣.[ []ωμον...[ []κ̣αγ̣ν̣...[ []..[.]..[</w:t>
      </w:r>
    </w:p>
    <w:p>
      <w:r>
        <w:rPr>
          <w:rFonts w:ascii="Courier New" w:hAnsi="Courier New"/>
          <w:color w:val="555555"/>
          <w:sz w:val="20"/>
        </w:rPr>
        <w:t>[14]</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[15]</w:t>
      </w:r>
    </w:p>
    <w:p>
      <w:r>
        <w:rPr>
          <w:rFonts w:ascii="Gentium Plus" w:hAnsi="Gentium Plus"/>
          <w:sz w:val="24"/>
        </w:rPr>
        <w:t>[ ]...σλαβ.[ τα]ῦτα οὖν [] π̣ρέπε̣[ι [..]γ̣ά̣ρ̣ τι τοι̣[ό]νδε οτ.[ [..].ι̣ω̣τον ε̣..ι̣αισ̣ιν ε̣τ̣[ ἀλ]λὰ̣ ὦ διοικῶν τὰς βρο[τῶν ×–⏑–</w:t>
      </w:r>
    </w:p>
    <w:p>
      <w:r>
        <w:rPr>
          <w:rFonts w:ascii="Courier New" w:hAnsi="Courier New"/>
          <w:color w:val="555555"/>
          <w:sz w:val="20"/>
        </w:rPr>
        <w:t>[20]</w:t>
      </w:r>
    </w:p>
    <w:p>
      <w:r>
        <w:rPr>
          <w:rFonts w:ascii="Gentium Plus" w:hAnsi="Gentium Plus"/>
          <w:sz w:val="24"/>
        </w:rPr>
        <w:t>εἴ]τ̣ε οὖν ἔχ[ε]ις τι σῶμα [ [..]........τ.. πν̣ευμ̣[ εἴ]τ̣ε οἶστρος ἢ κερα[υνὸς εἴ]σελθε π̣ρ̣ᾶος τασδ̣[ αἰ]σ̣χρὸν δὲ μηθὲν ἐρ̣..[</w:t>
      </w:r>
    </w:p>
    <w:p>
      <w:r>
        <w:rPr>
          <w:rFonts w:ascii="Courier New" w:hAnsi="Courier New"/>
          <w:color w:val="555555"/>
          <w:sz w:val="20"/>
        </w:rPr>
        <w:t>[25]</w:t>
      </w:r>
    </w:p>
    <w:p>
      <w:r>
        <w:rPr>
          <w:rFonts w:ascii="Gentium Plus" w:hAnsi="Gentium Plus"/>
          <w:sz w:val="24"/>
        </w:rPr>
        <w:t>[..]ι̣σ̣ην γ’ ἔγωγε Θεσσα̣[λ</w:t>
      </w:r>
    </w:p>
    <w:p>
      <w:r>
        <w:rPr>
          <w:rFonts w:ascii="Courier New" w:hAnsi="Courier New"/>
          <w:color w:val="555555"/>
          <w:sz w:val="20"/>
        </w:rPr>
        <w:t>[28]</w:t>
      </w:r>
    </w:p>
    <w:p>
      <w:r>
        <w:rPr>
          <w:rFonts w:ascii="Gentium Plus" w:hAnsi="Gentium Plus"/>
          <w:sz w:val="24"/>
        </w:rPr>
        <w:t>...</w:t>
      </w:r>
    </w:p>
    <w:p>
      <w:pPr>
        <w:jc w:val="center"/>
      </w:pPr>
      <w:r>
        <w:rPr>
          <w:rFonts w:ascii="Gentium Plus" w:hAnsi="Gentium Plus"/>
          <w:b/>
          <w:sz w:val="24"/>
        </w:rPr>
        <w:t>fr. c</w:t>
      </w:r>
    </w:p>
    <w:p>
      <w:r>
        <w:rPr>
          <w:rFonts w:ascii="Courier New" w:hAnsi="Courier New"/>
          <w:color w:val="555555"/>
          <w:sz w:val="20"/>
        </w:rPr>
        <w:t>[29]</w:t>
      </w:r>
    </w:p>
    <w:p>
      <w:r>
        <w:rPr>
          <w:rFonts w:ascii="Gentium Plus" w:hAnsi="Gentium Plus"/>
          <w:sz w:val="24"/>
        </w:rPr>
        <w:t>...</w:t>
      </w:r>
    </w:p>
    <w:p>
      <w:r>
        <w:rPr>
          <w:rFonts w:ascii="Courier New" w:hAnsi="Courier New"/>
          <w:color w:val="555555"/>
          <w:sz w:val="20"/>
        </w:rPr>
        <w:t>[29]</w:t>
      </w:r>
    </w:p>
    <w:p>
      <w:r>
        <w:rPr>
          <w:rFonts w:ascii="Gentium Plus" w:hAnsi="Gentium Plus"/>
          <w:sz w:val="24"/>
        </w:rPr>
        <w:t>[ ]...[</w:t>
      </w:r>
    </w:p>
    <w:p>
      <w:r>
        <w:rPr>
          <w:rFonts w:ascii="Courier New" w:hAnsi="Courier New"/>
          <w:color w:val="555555"/>
          <w:sz w:val="20"/>
        </w:rPr>
        <w:t>[30]</w:t>
      </w:r>
    </w:p>
    <w:p>
      <w:r>
        <w:rPr>
          <w:rFonts w:ascii="Gentium Plus" w:hAnsi="Gentium Plus"/>
          <w:sz w:val="24"/>
        </w:rPr>
        <w:t>... ]ν̣α...[ [ ]ε̣ς.[ ]α γάρ [ ]λ̣α̣...[ ]. σώφρονα [].υσανπ̣[ ] πολύν τινα</w:t>
      </w:r>
    </w:p>
    <w:p>
      <w:r>
        <w:rPr>
          <w:rFonts w:ascii="Courier New" w:hAnsi="Courier New"/>
          <w:color w:val="555555"/>
          <w:sz w:val="20"/>
        </w:rPr>
        <w:t>[631c]</w:t>
      </w:r>
    </w:p>
    <w:p>
      <w:r>
        <w:rPr>
          <w:rFonts w:ascii="Gentium Plus" w:hAnsi="Gentium Plus"/>
          <w:sz w:val="24"/>
        </w:rPr>
        <w:t>...</w:t>
      </w:r>
    </w:p>
    <w:p>
      <w:r>
        <w:rPr>
          <w:rFonts w:ascii="Courier New" w:hAnsi="Courier New"/>
          <w:color w:val="555555"/>
          <w:sz w:val="20"/>
        </w:rPr>
        <w:t>[1]</w:t>
      </w:r>
    </w:p>
    <w:p>
      <w:r>
        <w:rPr>
          <w:rFonts w:ascii="Gentium Plus" w:hAnsi="Gentium Plus"/>
          <w:sz w:val="24"/>
        </w:rPr>
        <w:t>[ ]η̣ς ⟦.⟧ ῥα̣ι̣δ[ι [ ]τις συμ[ [ ]μ̣παντ̣[ [ ].ν ἐκπο[</w:t>
      </w:r>
    </w:p>
    <w:p>
      <w:r>
        <w:rPr>
          <w:rFonts w:ascii="Courier New" w:hAnsi="Courier New"/>
          <w:color w:val="555555"/>
          <w:sz w:val="20"/>
        </w:rPr>
        <w:t>[5]</w:t>
      </w:r>
    </w:p>
    <w:p>
      <w:r>
        <w:rPr>
          <w:rFonts w:ascii="Gentium Plus" w:hAnsi="Gentium Plus"/>
          <w:sz w:val="24"/>
        </w:rPr>
        <w:t>[].ς προσεκ[ []ν̣αυστολ̣[ []θ̣εσφατο[</w:t>
      </w:r>
    </w:p>
    <w:p>
      <w:r>
        <w:rPr>
          <w:rFonts w:ascii="Courier New" w:hAnsi="Courier New"/>
          <w:color w:val="555555"/>
          <w:sz w:val="20"/>
        </w:rPr>
        <w:t>[7]</w:t>
      </w:r>
    </w:p>
    <w:p>
      <w:r>
        <w:rPr>
          <w:rFonts w:ascii="Gentium Plus" w:hAnsi="Gentium Plus"/>
          <w:sz w:val="24"/>
        </w:rPr>
        <w:t>...</w:t>
      </w:r>
    </w:p>
    <w:p>
      <w:r>
        <w:rPr>
          <w:rFonts w:ascii="Courier New" w:hAnsi="Courier New"/>
          <w:color w:val="555555"/>
          <w:sz w:val="20"/>
        </w:rPr>
        <w:t>[632 (tit)]</w:t>
      </w:r>
    </w:p>
    <w:p>
      <w:r>
        <w:rPr>
          <w:rFonts w:ascii="Gentium Plus" w:hAnsi="Gentium Plus"/>
          <w:sz w:val="24"/>
        </w:rPr>
        <w:t>ΜΕΛΕΑΓΡΟΣ?</w:t>
      </w:r>
    </w:p>
    <w:p>
      <w:r>
        <w:rPr>
          <w:rFonts w:ascii="Courier New" w:hAnsi="Courier New"/>
          <w:color w:val="555555"/>
          <w:sz w:val="20"/>
        </w:rPr>
        <w:t>[1]</w:t>
      </w:r>
    </w:p>
    <w:p>
      <w:r>
        <w:rPr>
          <w:rFonts w:ascii="Gentium Plus" w:hAnsi="Gentium Plus"/>
          <w:sz w:val="24"/>
        </w:rPr>
        <w:t>×–⏑–×–] τόδ’ αἰτιώμενος [ ]ν· κεῖν[ο] δ’ εἰδέναι θέλω [ ].ν̣ ἀγρίου δέρος; (Β) [ ]α̣, δέσπ[ο]τ’, εἰδέναι</w:t>
      </w:r>
    </w:p>
    <w:p>
      <w:r>
        <w:rPr>
          <w:rFonts w:ascii="Courier New" w:hAnsi="Courier New"/>
          <w:color w:val="555555"/>
          <w:sz w:val="20"/>
        </w:rPr>
        <w:t>[5]</w:t>
      </w:r>
    </w:p>
    <w:p>
      <w:r>
        <w:rPr>
          <w:rFonts w:ascii="Gentium Plus" w:hAnsi="Gentium Plus"/>
          <w:sz w:val="24"/>
        </w:rPr>
        <w:t>[ ] χ̣ρήιζω δόμοις· (Α) [] εἰπεῖν ἔχεις</w:t>
      </w:r>
    </w:p>
    <w:p>
      <w:r>
        <w:rPr>
          <w:rFonts w:ascii="Courier New" w:hAnsi="Courier New"/>
          <w:color w:val="555555"/>
          <w:sz w:val="20"/>
        </w:rPr>
        <w:t>[7-8]</w:t>
      </w:r>
    </w:p>
    <w:p>
      <w:r>
        <w:rPr>
          <w:rFonts w:ascii="Gentium Plus" w:hAnsi="Gentium Plus"/>
          <w:sz w:val="24"/>
        </w:rPr>
        <w:t>desunt lineae 2</w:t>
      </w:r>
    </w:p>
    <w:p>
      <w:r>
        <w:rPr>
          <w:rFonts w:ascii="Courier New" w:hAnsi="Courier New"/>
          <w:color w:val="555555"/>
          <w:sz w:val="20"/>
        </w:rPr>
        <w:t>[9]</w:t>
      </w:r>
    </w:p>
    <w:p>
      <w:r>
        <w:rPr>
          <w:rFonts w:ascii="Gentium Plus" w:hAnsi="Gentium Plus"/>
          <w:sz w:val="24"/>
        </w:rPr>
        <w:t>(Β) []ί̣νεται</w:t>
      </w:r>
    </w:p>
    <w:p>
      <w:r>
        <w:rPr>
          <w:rFonts w:ascii="Courier New" w:hAnsi="Courier New"/>
          <w:color w:val="555555"/>
          <w:sz w:val="20"/>
        </w:rPr>
        <w:t>[10]</w:t>
      </w:r>
    </w:p>
    <w:p>
      <w:r>
        <w:rPr>
          <w:rFonts w:ascii="Gentium Plus" w:hAnsi="Gentium Plus"/>
          <w:sz w:val="24"/>
        </w:rPr>
        <w:t>[]. αὖ [] []λαβεῖν [ δ]εδεγμένη· (Α) [ ] Ἀταλάντη, γέρον;</w:t>
      </w:r>
    </w:p>
    <w:p>
      <w:r>
        <w:rPr>
          <w:rFonts w:ascii="Courier New" w:hAnsi="Courier New"/>
          <w:color w:val="555555"/>
          <w:sz w:val="20"/>
        </w:rPr>
        <w:t>[15]</w:t>
      </w:r>
    </w:p>
    <w:p>
      <w:r>
        <w:rPr>
          <w:rFonts w:ascii="Gentium Plus" w:hAnsi="Gentium Plus"/>
          <w:sz w:val="24"/>
        </w:rPr>
        <w:t>(Β) [ κεῖ]ν’ οὔπω πάλαι [ ]ο̣υ τινος [].α̣θα̣ι []ης ......].σειται σ̣υν̣[</w:t>
      </w:r>
    </w:p>
    <w:p>
      <w:r>
        <w:rPr>
          <w:rFonts w:ascii="Courier New" w:hAnsi="Courier New"/>
          <w:color w:val="555555"/>
          <w:sz w:val="20"/>
        </w:rPr>
        <w:t>[20]</w:t>
      </w:r>
    </w:p>
    <w:p>
      <w:r>
        <w:rPr>
          <w:rFonts w:ascii="Gentium Plus" w:hAnsi="Gentium Plus"/>
          <w:sz w:val="24"/>
        </w:rPr>
        <w:t>τ̣[......]κ[..].αις.[ ευ[.....]ειη μᾶλλον .[ το[....] γ̣ερόντω̣ν δεσ̣[..].[ [ ]ος κέντρ’ αντι..[ [ ].ρητοιστε.[</w:t>
      </w:r>
    </w:p>
    <w:p>
      <w:r>
        <w:rPr>
          <w:rFonts w:ascii="Courier New" w:hAnsi="Courier New"/>
          <w:color w:val="555555"/>
          <w:sz w:val="20"/>
        </w:rPr>
        <w:t>[25]</w:t>
      </w:r>
    </w:p>
    <w:p>
      <w:r>
        <w:rPr>
          <w:rFonts w:ascii="Gentium Plus" w:hAnsi="Gentium Plus"/>
          <w:sz w:val="24"/>
        </w:rPr>
        <w:t>[ ]δ̣ιώκειν τοὺς ε....[</w:t>
      </w:r>
    </w:p>
    <w:p>
      <w:r>
        <w:rPr>
          <w:rFonts w:ascii="Courier New" w:hAnsi="Courier New"/>
          <w:color w:val="555555"/>
          <w:sz w:val="20"/>
        </w:rPr>
        <w:t>[30]</w:t>
      </w:r>
    </w:p>
    <w:p>
      <w:r>
        <w:rPr>
          <w:rFonts w:ascii="Gentium Plus" w:hAnsi="Gentium Plus"/>
          <w:sz w:val="24"/>
        </w:rPr>
        <w:t>χρὴ χρ[...]νοισι και[ ὁρᾶν τ[ὰ] πάνταοι.[ ..λ̣α] ]ναμ̣[ [ ]τ̣ων̣[ ὅτ’ ἐχθρ[</w:t>
      </w:r>
    </w:p>
    <w:p>
      <w:r>
        <w:rPr>
          <w:rFonts w:ascii="Courier New" w:hAnsi="Courier New"/>
          <w:color w:val="555555"/>
          <w:sz w:val="20"/>
        </w:rPr>
        <w:t>[35]</w:t>
      </w:r>
    </w:p>
    <w:p>
      <w:r>
        <w:rPr>
          <w:rFonts w:ascii="Gentium Plus" w:hAnsi="Gentium Plus"/>
          <w:sz w:val="24"/>
        </w:rPr>
        <w:t>ἀλλ’ ερ.[ ἐγὼ δ’ ἀπ̣[ μολὼν ἐπ̣[</w:t>
      </w:r>
    </w:p>
    <w:p>
      <w:r>
        <w:rPr>
          <w:rFonts w:ascii="Courier New" w:hAnsi="Courier New"/>
          <w:color w:val="555555"/>
          <w:sz w:val="20"/>
        </w:rPr>
        <w:t>[633]</w:t>
      </w:r>
    </w:p>
    <w:p>
      <w:r>
        <w:rPr>
          <w:rFonts w:ascii="Gentium Plus" w:hAnsi="Gentium Plus"/>
          <w:sz w:val="24"/>
        </w:rPr>
        <w:t>...</w:t>
      </w:r>
    </w:p>
    <w:p>
      <w:r>
        <w:rPr>
          <w:rFonts w:ascii="Courier New" w:hAnsi="Courier New"/>
          <w:color w:val="555555"/>
          <w:sz w:val="20"/>
        </w:rPr>
        <w:t>[1]</w:t>
      </w:r>
    </w:p>
    <w:p>
      <w:r>
        <w:rPr>
          <w:rFonts w:ascii="Gentium Plus" w:hAnsi="Gentium Plus"/>
          <w:sz w:val="24"/>
        </w:rPr>
        <w:t>[ ]κ̣αι̣[ [ ]φ̣[ [ ]...[ ×–⏑–×–⏑]ωι π̣ρ̣ά̣ξει.[⏑–</w:t>
      </w:r>
    </w:p>
    <w:p>
      <w:r>
        <w:rPr>
          <w:rFonts w:ascii="Courier New" w:hAnsi="Courier New"/>
          <w:color w:val="555555"/>
          <w:sz w:val="20"/>
        </w:rPr>
        <w:t>[5]</w:t>
      </w:r>
    </w:p>
    <w:p>
      <w:r>
        <w:rPr>
          <w:rFonts w:ascii="Gentium Plus" w:hAnsi="Gentium Plus"/>
          <w:sz w:val="24"/>
        </w:rPr>
        <w:t>[ ]ωτα πολλα[ [ ]πονη μο̣νοσ[</w:t>
      </w:r>
    </w:p>
    <w:p>
      <w:r>
        <w:rPr>
          <w:rFonts w:ascii="Courier New" w:hAnsi="Courier New"/>
          <w:color w:val="555555"/>
          <w:sz w:val="20"/>
        </w:rPr>
        <w:t>[10]</w:t>
      </w:r>
    </w:p>
    <w:p>
      <w:r>
        <w:rPr>
          <w:rFonts w:ascii="Gentium Plus" w:hAnsi="Gentium Plus"/>
          <w:sz w:val="24"/>
        </w:rPr>
        <w:t>[]. πρᾶγμα κα̣[ []α π̣ρομη.[ [ ].η μηθεν[ []ε̣ισ̣ι̣ χρήσιμ̣[ο]ς̣ .[ []ο̣ι̣τι μὴ πειρω[</w:t>
      </w:r>
    </w:p>
    <w:p>
      <w:r>
        <w:rPr>
          <w:rFonts w:ascii="Courier New" w:hAnsi="Courier New"/>
          <w:color w:val="555555"/>
          <w:sz w:val="20"/>
        </w:rPr>
        <w:t>[15]</w:t>
      </w:r>
    </w:p>
    <w:p>
      <w:r>
        <w:rPr>
          <w:rFonts w:ascii="Gentium Plus" w:hAnsi="Gentium Plus"/>
          <w:sz w:val="24"/>
        </w:rPr>
        <w:t>[ ]ς ἢ κακοῦ μι[ [ ].ν ἐν μνήμ[ηι [] πολλάκις γὰρ .[ [ ]αλλον ἐγκαλ̣[ [ ] εὐφήμως θυ̣[</w:t>
      </w:r>
    </w:p>
    <w:p>
      <w:r>
        <w:rPr>
          <w:rFonts w:ascii="Courier New" w:hAnsi="Courier New"/>
          <w:color w:val="555555"/>
          <w:sz w:val="20"/>
        </w:rPr>
        <w:t>[20]</w:t>
      </w:r>
    </w:p>
    <w:p>
      <w:r>
        <w:rPr>
          <w:rFonts w:ascii="Gentium Plus" w:hAnsi="Gentium Plus"/>
          <w:sz w:val="24"/>
        </w:rPr>
        <w:t>[]ινως τι̣μ̣ῆ̣ς̣ ν̣[</w:t>
      </w:r>
    </w:p>
    <w:p>
      <w:r>
        <w:rPr>
          <w:rFonts w:ascii="Courier New" w:hAnsi="Courier New"/>
          <w:color w:val="555555"/>
          <w:sz w:val="20"/>
        </w:rPr>
        <w:t>[634]</w:t>
      </w:r>
    </w:p>
    <w:p>
      <w:r>
        <w:rPr>
          <w:rFonts w:ascii="Gentium Plus" w:hAnsi="Gentium Plus"/>
          <w:sz w:val="24"/>
        </w:rPr>
        <w:t>...</w:t>
      </w:r>
    </w:p>
    <w:p>
      <w:r>
        <w:rPr>
          <w:rFonts w:ascii="Courier New" w:hAnsi="Courier New"/>
          <w:color w:val="555555"/>
          <w:sz w:val="20"/>
        </w:rPr>
        <w:t>[1]</w:t>
      </w:r>
    </w:p>
    <w:p>
      <w:r>
        <w:rPr>
          <w:rFonts w:ascii="Gentium Plus" w:hAnsi="Gentium Plus"/>
          <w:sz w:val="24"/>
        </w:rPr>
        <w:t>×–⏑–×]υσε τὸν δυσώνυμον [ ] δ’ ἐμφανῆ παιδὸς μόρον</w:t>
      </w:r>
    </w:p>
    <w:p>
      <w:r>
        <w:rPr>
          <w:rFonts w:ascii="Courier New" w:hAnsi="Courier New"/>
          <w:color w:val="555555"/>
          <w:sz w:val="20"/>
        </w:rPr>
        <w:t>[5]</w:t>
      </w:r>
    </w:p>
    <w:p>
      <w:r>
        <w:rPr>
          <w:rFonts w:ascii="Gentium Plus" w:hAnsi="Gentium Plus"/>
          <w:sz w:val="24"/>
        </w:rPr>
        <w:t>[ σ]αφῶς ποινὰς ὅπως [ ἐ]κλέγοιεν ἄ[ν [ ]ει.οις....[ [ ]ος ταυτ[ [ ].π.[</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[634a]</w:t>
      </w:r>
    </w:p>
    <w:p>
      <w:r>
        <w:rPr>
          <w:rFonts w:ascii="Gentium Plus" w:hAnsi="Gentium Plus"/>
          <w:sz w:val="24"/>
        </w:rPr>
        <w:t>...</w:t>
      </w:r>
    </w:p>
    <w:p>
      <w:r>
        <w:rPr>
          <w:rFonts w:ascii="Courier New" w:hAnsi="Courier New"/>
          <w:color w:val="555555"/>
          <w:sz w:val="20"/>
        </w:rPr>
        <w:t>[1]</w:t>
      </w:r>
    </w:p>
    <w:p>
      <w:r>
        <w:rPr>
          <w:rFonts w:ascii="Gentium Plus" w:hAnsi="Gentium Plus"/>
          <w:sz w:val="24"/>
        </w:rPr>
        <w:t>[ ].[ [ ].[ [ ].(.)φης θέμιν [ ]...τ̣η δίκην</w:t>
      </w:r>
    </w:p>
    <w:p>
      <w:r>
        <w:rPr>
          <w:rFonts w:ascii="Courier New" w:hAnsi="Courier New"/>
          <w:color w:val="555555"/>
          <w:sz w:val="20"/>
        </w:rPr>
        <w:t>[5]</w:t>
      </w:r>
    </w:p>
    <w:p>
      <w:r>
        <w:rPr>
          <w:rFonts w:ascii="Gentium Plus" w:hAnsi="Gentium Plus"/>
          <w:sz w:val="24"/>
        </w:rPr>
        <w:t>[]..κατθανών [ ]...δ̣ροι..[.]. [ ]..[.]..λ̣ηνο[..]</w:t>
      </w:r>
    </w:p>
    <w:p>
      <w:r>
        <w:rPr>
          <w:rFonts w:ascii="Courier New" w:hAnsi="Courier New"/>
          <w:color w:val="555555"/>
          <w:sz w:val="20"/>
        </w:rPr>
        <w:t>[7]</w:t>
      </w:r>
    </w:p>
    <w:p>
      <w:r>
        <w:rPr>
          <w:rFonts w:ascii="Gentium Plus" w:hAnsi="Gentium Plus"/>
          <w:sz w:val="24"/>
        </w:rPr>
        <w:t>... ...</w:t>
      </w:r>
    </w:p>
    <w:p>
      <w:r>
        <w:rPr>
          <w:rFonts w:ascii="Courier New" w:hAnsi="Courier New"/>
          <w:color w:val="555555"/>
          <w:sz w:val="20"/>
        </w:rPr>
        <w:t>[8]</w:t>
      </w:r>
    </w:p>
    <w:p>
      <w:r>
        <w:rPr>
          <w:rFonts w:ascii="Gentium Plus" w:hAnsi="Gentium Plus"/>
          <w:sz w:val="24"/>
        </w:rPr>
        <w:t>.[ ⸏νω̣.[</w:t>
      </w:r>
    </w:p>
    <w:p>
      <w:r>
        <w:rPr>
          <w:rFonts w:ascii="Courier New" w:hAnsi="Courier New"/>
          <w:color w:val="555555"/>
          <w:sz w:val="20"/>
        </w:rPr>
        <w:t>[10]</w:t>
      </w:r>
    </w:p>
    <w:p>
      <w:r>
        <w:rPr>
          <w:rFonts w:ascii="Gentium Plus" w:hAnsi="Gentium Plus"/>
          <w:sz w:val="24"/>
        </w:rPr>
        <w:t>οἱοι̣[ ....[ λ̣εχ[</w:t>
      </w:r>
    </w:p>
    <w:p>
      <w:r>
        <w:rPr>
          <w:rFonts w:ascii="Courier New" w:hAnsi="Courier New"/>
          <w:color w:val="555555"/>
          <w:sz w:val="20"/>
        </w:rPr>
        <w:t>[12]</w:t>
      </w:r>
    </w:p>
    <w:p>
      <w:r>
        <w:rPr>
          <w:rFonts w:ascii="Gentium Plus" w:hAnsi="Gentium Plus"/>
          <w:sz w:val="24"/>
        </w:rPr>
        <w:t>...</w:t>
      </w:r>
    </w:p>
    <w:p>
      <w:r>
        <w:rPr>
          <w:rFonts w:ascii="Courier New" w:hAnsi="Courier New"/>
          <w:color w:val="555555"/>
          <w:sz w:val="20"/>
        </w:rPr>
        <w:t>[634b*]</w:t>
      </w:r>
    </w:p>
    <w:p>
      <w:r>
        <w:rPr>
          <w:rFonts w:ascii="Gentium Plus" w:hAnsi="Gentium Plus"/>
          <w:sz w:val="24"/>
        </w:rPr>
        <w:t>...</w:t>
      </w:r>
    </w:p>
    <w:p>
      <w:r>
        <w:rPr>
          <w:rFonts w:ascii="Courier New" w:hAnsi="Courier New"/>
          <w:color w:val="555555"/>
          <w:sz w:val="20"/>
        </w:rPr>
        <w:t>[1]</w:t>
      </w:r>
    </w:p>
    <w:p>
      <w:r>
        <w:rPr>
          <w:rFonts w:ascii="Gentium Plus" w:hAnsi="Gentium Plus"/>
          <w:sz w:val="24"/>
        </w:rPr>
        <w:t>[ ].[ [ ]σουδει[ [].εριπ̣[</w:t>
      </w:r>
    </w:p>
    <w:p>
      <w:r>
        <w:rPr>
          <w:rFonts w:ascii="Courier New" w:hAnsi="Courier New"/>
          <w:color w:val="555555"/>
          <w:sz w:val="20"/>
        </w:rPr>
        <w:t>[5]</w:t>
      </w:r>
    </w:p>
    <w:p>
      <w:r>
        <w:rPr>
          <w:rFonts w:ascii="Gentium Plus" w:hAnsi="Gentium Plus"/>
          <w:sz w:val="24"/>
        </w:rPr>
        <w:t>[ ]η̣δε προσσε[ [ ]δ̣ο̣λον δὲ κουμ̣[ [ ]..ξ̣.ωο βίος τε̣[ [ ]ο̣ι̣ς̣ ἀλώπηξ κ̣[ [ Κύ]πριδος δεμ[</w:t>
      </w:r>
    </w:p>
    <w:p>
      <w:r>
        <w:rPr>
          <w:rFonts w:ascii="Courier New" w:hAnsi="Courier New"/>
          <w:color w:val="555555"/>
          <w:sz w:val="20"/>
        </w:rPr>
        <w:t>[10]</w:t>
      </w:r>
    </w:p>
    <w:p>
      <w:r>
        <w:rPr>
          <w:rFonts w:ascii="Gentium Plus" w:hAnsi="Gentium Plus"/>
          <w:sz w:val="24"/>
        </w:rPr>
        <w:t>[ ]ωσι καινὸν κ[ πε]ρ̣ιβλέπει δὲ ν̣[ [ ]....κυβιστη κα̣[ [ ].....[</w:t>
      </w:r>
    </w:p>
    <w:p>
      <w:r>
        <w:rPr>
          <w:rFonts w:ascii="Courier New" w:hAnsi="Courier New"/>
          <w:color w:val="555555"/>
          <w:sz w:val="20"/>
        </w:rPr>
        <w:t>[13]</w:t>
      </w:r>
    </w:p>
    <w:p>
      <w:r>
        <w:rPr>
          <w:rFonts w:ascii="Gentium Plus" w:hAnsi="Gentium Plus"/>
          <w:sz w:val="24"/>
        </w:rPr>
        <w:t>...</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γ̣[ ι̣τ̣.[ τεθ̣[ κτ[</w:t>
      </w:r>
    </w:p>
    <w:p>
      <w:r>
        <w:rPr>
          <w:rFonts w:ascii="Courier New" w:hAnsi="Courier New"/>
          <w:color w:val="555555"/>
          <w:sz w:val="20"/>
        </w:rPr>
        <w:t>[5]</w:t>
      </w:r>
    </w:p>
    <w:p>
      <w:r>
        <w:rPr>
          <w:rFonts w:ascii="Gentium Plus" w:hAnsi="Gentium Plus"/>
          <w:sz w:val="24"/>
        </w:rPr>
        <w:t>τιτ[ ομω[ ⸏καλη[ ⸏η̣τ̣α[ ...]</w:t>
      </w:r>
    </w:p>
    <w:p>
      <w:r>
        <w:rPr>
          <w:rFonts w:ascii="Courier New" w:hAnsi="Courier New"/>
          <w:color w:val="555555"/>
          <w:sz w:val="20"/>
        </w:rPr>
        <w:t>[10]</w:t>
      </w:r>
    </w:p>
    <w:p>
      <w:r>
        <w:rPr>
          <w:rFonts w:ascii="Gentium Plus" w:hAnsi="Gentium Plus"/>
          <w:sz w:val="24"/>
        </w:rPr>
        <w:t>η̣[.].[ ⸏τυγγ[αν πλεον̣[ ⸏η̣θ̣...[ ⸏βεβᾶσ̣[ι</w:t>
      </w:r>
    </w:p>
    <w:p>
      <w:r>
        <w:rPr>
          <w:rFonts w:ascii="Courier New" w:hAnsi="Courier New"/>
          <w:color w:val="555555"/>
          <w:sz w:val="20"/>
        </w:rPr>
        <w:t>[15]</w:t>
      </w:r>
    </w:p>
    <w:p>
      <w:r>
        <w:rPr>
          <w:rFonts w:ascii="Gentium Plus" w:hAnsi="Gentium Plus"/>
          <w:sz w:val="24"/>
        </w:rPr>
        <w:t>⸏ἐλασ[ ⸏ἀμφω[</w:t>
      </w:r>
    </w:p>
    <w:p>
      <w:pPr>
        <w:jc w:val="center"/>
      </w:pPr>
      <w:r>
        <w:rPr>
          <w:rFonts w:ascii="Gentium Plus" w:hAnsi="Gentium Plus"/>
          <w:b/>
          <w:sz w:val="24"/>
        </w:rPr>
        <w:t>fr. b</w:t>
      </w:r>
    </w:p>
    <w:p>
      <w:r>
        <w:rPr>
          <w:rFonts w:ascii="Courier New" w:hAnsi="Courier New"/>
          <w:color w:val="555555"/>
          <w:sz w:val="20"/>
        </w:rPr>
        <w:t>[19]</w:t>
      </w:r>
    </w:p>
    <w:p>
      <w:r>
        <w:rPr>
          <w:rFonts w:ascii="Gentium Plus" w:hAnsi="Gentium Plus"/>
          <w:sz w:val="24"/>
        </w:rPr>
        <w:t>[]</w:t>
      </w:r>
    </w:p>
    <w:p>
      <w:r>
        <w:rPr>
          <w:rFonts w:ascii="Courier New" w:hAnsi="Courier New"/>
          <w:color w:val="555555"/>
          <w:sz w:val="20"/>
        </w:rPr>
        <w:t>[20]</w:t>
      </w:r>
    </w:p>
    <w:p>
      <w:r>
        <w:rPr>
          <w:rFonts w:ascii="Gentium Plus" w:hAnsi="Gentium Plus"/>
          <w:sz w:val="24"/>
        </w:rPr>
        <w:t>[] []α</w:t>
      </w:r>
    </w:p>
    <w:p>
      <w:r>
        <w:rPr>
          <w:rFonts w:ascii="Courier New" w:hAnsi="Courier New"/>
          <w:color w:val="555555"/>
          <w:sz w:val="20"/>
        </w:rPr>
        <w:t>[21]</w:t>
      </w:r>
    </w:p>
    <w:p>
      <w:r>
        <w:rPr>
          <w:rFonts w:ascii="Gentium Plus" w:hAnsi="Gentium Plus"/>
          <w:sz w:val="24"/>
        </w:rPr>
        <w:t>... ηυπ̣[ ἐλασσ[ ⸏ταση̣[</w:t>
      </w:r>
    </w:p>
    <w:p>
      <w:r>
        <w:rPr>
          <w:rFonts w:ascii="Courier New" w:hAnsi="Courier New"/>
          <w:color w:val="555555"/>
          <w:sz w:val="20"/>
        </w:rPr>
        <w:t>[25]</w:t>
      </w:r>
    </w:p>
    <w:p>
      <w:r>
        <w:rPr>
          <w:rFonts w:ascii="Gentium Plus" w:hAnsi="Gentium Plus"/>
          <w:sz w:val="24"/>
        </w:rPr>
        <w:t>τ̣α̣τ̣[</w:t>
      </w:r>
    </w:p>
    <w:p>
      <w:r>
        <w:rPr>
          <w:rFonts w:ascii="Courier New" w:hAnsi="Courier New"/>
          <w:color w:val="555555"/>
          <w:sz w:val="20"/>
        </w:rPr>
        <w:t>[25]</w:t>
      </w:r>
    </w:p>
    <w:p>
      <w:r>
        <w:rPr>
          <w:rFonts w:ascii="Gentium Plus" w:hAnsi="Gentium Plus"/>
          <w:sz w:val="24"/>
        </w:rPr>
        <w:t>...</w:t>
      </w:r>
    </w:p>
    <w:p>
      <w:pPr>
        <w:jc w:val="center"/>
      </w:pPr>
      <w:r>
        <w:rPr>
          <w:rFonts w:ascii="Gentium Plus" w:hAnsi="Gentium Plus"/>
          <w:b/>
          <w:sz w:val="24"/>
        </w:rPr>
        <w:t>fr. c</w:t>
      </w:r>
    </w:p>
    <w:p>
      <w:r>
        <w:rPr>
          <w:rFonts w:ascii="Courier New" w:hAnsi="Courier New"/>
          <w:color w:val="555555"/>
          <w:sz w:val="20"/>
        </w:rPr>
        <w:t>[26]</w:t>
      </w:r>
    </w:p>
    <w:p>
      <w:r>
        <w:rPr>
          <w:rFonts w:ascii="Gentium Plus" w:hAnsi="Gentium Plus"/>
          <w:sz w:val="24"/>
        </w:rPr>
        <w:t>...</w:t>
      </w:r>
    </w:p>
    <w:p>
      <w:r>
        <w:rPr>
          <w:rFonts w:ascii="Courier New" w:hAnsi="Courier New"/>
          <w:color w:val="555555"/>
          <w:sz w:val="20"/>
        </w:rPr>
        <w:t>[26]</w:t>
      </w:r>
    </w:p>
    <w:p>
      <w:r>
        <w:rPr>
          <w:rFonts w:ascii="Gentium Plus" w:hAnsi="Gentium Plus"/>
          <w:sz w:val="24"/>
        </w:rPr>
        <w:t>[].[ [ ]αχθ̣ε̣[ [ ].αλε̣γ̣[ [ ]αγγελο[</w:t>
      </w:r>
    </w:p>
    <w:p>
      <w:r>
        <w:rPr>
          <w:rFonts w:ascii="Courier New" w:hAnsi="Courier New"/>
          <w:color w:val="555555"/>
          <w:sz w:val="20"/>
        </w:rPr>
        <w:t>[30]</w:t>
      </w:r>
    </w:p>
    <w:p>
      <w:r>
        <w:rPr>
          <w:rFonts w:ascii="Gentium Plus" w:hAnsi="Gentium Plus"/>
          <w:sz w:val="24"/>
        </w:rPr>
        <w:t>[ ]γ̣αρ ουτ[ [].[...]κε̣[ [ ]νω̣νη[</w:t>
      </w:r>
    </w:p>
    <w:p>
      <w:r>
        <w:rPr>
          <w:rFonts w:ascii="Courier New" w:hAnsi="Courier New"/>
          <w:color w:val="555555"/>
          <w:sz w:val="20"/>
        </w:rPr>
        <w:t>[32]</w:t>
      </w:r>
    </w:p>
    <w:p>
      <w:r>
        <w:rPr>
          <w:rFonts w:ascii="Gentium Plus" w:hAnsi="Gentium Plus"/>
          <w:sz w:val="24"/>
        </w:rPr>
        <w:t>...</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[].ο̣ν̣[.]α̣[....]..[ [ ]..[......].α̣χει̣[ []....[....]ν π̣ο̣ν̣ω̣[ [].τ..[...]κο̣ν̣θ’ ἅλα̣</w:t>
      </w:r>
    </w:p>
    <w:p>
      <w:r>
        <w:rPr>
          <w:rFonts w:ascii="Courier New" w:hAnsi="Courier New"/>
          <w:color w:val="555555"/>
          <w:sz w:val="20"/>
        </w:rPr>
        <w:t>[5]</w:t>
      </w:r>
    </w:p>
    <w:p>
      <w:r>
        <w:rPr>
          <w:rFonts w:ascii="Gentium Plus" w:hAnsi="Gentium Plus"/>
          <w:sz w:val="24"/>
        </w:rPr>
        <w:t>[ ].[.....]ποιεῖ λ̣ήθην̣ [⏑– [ ].λ̣ω̣ς̣ λ̣ε.[.]ι [ ]..ο̣......[.]η̣[ [ ].[.]ε̣θ̣υ̣...ε̣ι̣[ [ ]..ε̣θ̣....λε̣ν̣η̣.[</w:t>
      </w:r>
    </w:p>
    <w:p>
      <w:r>
        <w:rPr>
          <w:rFonts w:ascii="Courier New" w:hAnsi="Courier New"/>
          <w:color w:val="555555"/>
          <w:sz w:val="20"/>
        </w:rPr>
        <w:t>[10]</w:t>
      </w:r>
    </w:p>
    <w:p>
      <w:r>
        <w:rPr>
          <w:rFonts w:ascii="Gentium Plus" w:hAnsi="Gentium Plus"/>
          <w:sz w:val="24"/>
        </w:rPr>
        <w:t>[ ].ο̣..[..].ε̣....α̣ν̣[</w:t>
      </w:r>
    </w:p>
    <w:p>
      <w:r>
        <w:rPr>
          <w:rFonts w:ascii="Courier New" w:hAnsi="Courier New"/>
          <w:color w:val="555555"/>
          <w:sz w:val="20"/>
        </w:rPr>
        <w:t>[15]</w:t>
      </w:r>
    </w:p>
    <w:p>
      <w:r>
        <w:rPr>
          <w:rFonts w:ascii="Gentium Plus" w:hAnsi="Gentium Plus"/>
          <w:sz w:val="24"/>
        </w:rPr>
        <w:t>[ ].. τεταγμέ̣νην̣ α[– [ ] γ̣ὰ̣ρ̣ ο̣ὖν πορεύε̣ται [ ]. ὑ̣β̣ρίζοντας̣ ...μ̣[ [ ].μ̣ι̣αι μετέρχεται [ ].......ε̣π̣..[</w:t>
      </w:r>
    </w:p>
    <w:p>
      <w:r>
        <w:rPr>
          <w:rFonts w:ascii="Courier New" w:hAnsi="Courier New"/>
          <w:color w:val="555555"/>
          <w:sz w:val="20"/>
        </w:rPr>
        <w:t>[19]</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[20]</w:t>
      </w:r>
    </w:p>
    <w:p>
      <w:r>
        <w:rPr>
          <w:rFonts w:ascii="Gentium Plus" w:hAnsi="Gentium Plus"/>
          <w:sz w:val="24"/>
        </w:rPr>
        <w:t>...</w:t>
      </w:r>
    </w:p>
    <w:p>
      <w:r>
        <w:rPr>
          <w:rFonts w:ascii="Courier New" w:hAnsi="Courier New"/>
          <w:color w:val="555555"/>
          <w:sz w:val="20"/>
        </w:rPr>
        <w:t>[20]</w:t>
      </w:r>
    </w:p>
    <w:p>
      <w:r>
        <w:rPr>
          <w:rFonts w:ascii="Gentium Plus" w:hAnsi="Gentium Plus"/>
          <w:sz w:val="24"/>
        </w:rPr>
        <w:t>[ ].[..].ικης κ̣[ ×–]. ἐχώρει δ̣.[ ×–] λ̣ό̣γοισιν̣ [ ×–].δ’ ἐμῆς̣ λ̣[ ×–]τ̣ονα[</w:t>
      </w:r>
    </w:p>
    <w:p>
      <w:r>
        <w:rPr>
          <w:rFonts w:ascii="Courier New" w:hAnsi="Courier New"/>
          <w:color w:val="555555"/>
          <w:sz w:val="20"/>
        </w:rPr>
        <w:t>[24]</w:t>
      </w:r>
    </w:p>
    <w:p>
      <w:r>
        <w:rPr>
          <w:rFonts w:ascii="Gentium Plus" w:hAnsi="Gentium Plus"/>
          <w:sz w:val="24"/>
        </w:rPr>
        <w:t>...</w:t>
      </w:r>
    </w:p>
    <w:p>
      <w:r>
        <w:rPr>
          <w:rFonts w:ascii="Courier New" w:hAnsi="Courier New"/>
          <w:color w:val="555555"/>
          <w:sz w:val="20"/>
        </w:rPr>
        <w:t>[636a*]</w:t>
      </w:r>
    </w:p>
    <w:p>
      <w:r>
        <w:rPr>
          <w:rFonts w:ascii="Gentium Plus" w:hAnsi="Gentium Plus"/>
          <w:sz w:val="24"/>
        </w:rPr>
        <w:t>[ ]...η..... [ ]...σ̣ν̣.... [ ].έχουσαι̣ τω̣..ν [ ]μ παῖς κλεο̣</w:t>
      </w:r>
    </w:p>
    <w:p>
      <w:r>
        <w:rPr>
          <w:rFonts w:ascii="Courier New" w:hAnsi="Courier New"/>
          <w:color w:val="555555"/>
          <w:sz w:val="20"/>
        </w:rPr>
        <w:t>[5]</w:t>
      </w:r>
    </w:p>
    <w:p>
      <w:r>
        <w:rPr>
          <w:rFonts w:ascii="Gentium Plus" w:hAnsi="Gentium Plus"/>
          <w:sz w:val="24"/>
        </w:rPr>
        <w:t>[ ]πευω....</w:t>
      </w:r>
    </w:p>
    <w:p>
      <w:r>
        <w:rPr>
          <w:rFonts w:ascii="Courier New" w:hAnsi="Courier New"/>
          <w:color w:val="555555"/>
          <w:sz w:val="20"/>
        </w:rPr>
        <w:t>[10]</w:t>
      </w:r>
    </w:p>
    <w:p>
      <w:r>
        <w:rPr>
          <w:rFonts w:ascii="Gentium Plus" w:hAnsi="Gentium Plus"/>
          <w:sz w:val="24"/>
        </w:rPr>
        <w:t>[ ]μ̣οι νυ̣μ̣φίος ἄλλος [ ]. Δηΐ̣φοβος λ...(.)η̣ς̣ [ ]..τ̣αι δεινα..[]... [ ]...τ̣οις Πριάμου παῖς̣ []π̣ι̣α...τ.(.)κομε Λήδα</w:t>
      </w:r>
    </w:p>
    <w:p>
      <w:r>
        <w:rPr>
          <w:rFonts w:ascii="Courier New" w:hAnsi="Courier New"/>
          <w:color w:val="555555"/>
          <w:sz w:val="20"/>
        </w:rPr>
        <w:t>[15]</w:t>
      </w:r>
    </w:p>
    <w:p>
      <w:r>
        <w:rPr>
          <w:rFonts w:ascii="Gentium Plus" w:hAnsi="Gentium Plus"/>
          <w:sz w:val="24"/>
        </w:rPr>
        <w:t>[ ]π̣ρὶν σὴν̣ γ̣ο̣ν̣[ [ ]π̣αν̣ λ̣άβ̣ετε [] ca. 7 ll. [ ].κυνα̣τα̣ [] ca. 7 ll. [ ].α̣ λάβε[τ]ε̣ κυ []........[ ]....[</w:t>
      </w:r>
    </w:p>
    <w:p>
      <w:r>
        <w:rPr>
          <w:rFonts w:ascii="Courier New" w:hAnsi="Courier New"/>
          <w:color w:val="555555"/>
          <w:sz w:val="20"/>
        </w:rPr>
        <w:t>[20]</w:t>
      </w:r>
    </w:p>
    <w:p>
      <w:r>
        <w:rPr>
          <w:rFonts w:ascii="Gentium Plus" w:hAnsi="Gentium Plus"/>
          <w:sz w:val="24"/>
        </w:rPr>
        <w:t>[]αγετε τ̣..ε̣.τ̣[ [ ]κουριδι̣ο̣[ [ ].υω.[ [ ].[</w:t>
      </w:r>
    </w:p>
    <w:p>
      <w:r>
        <w:rPr>
          <w:rFonts w:ascii="Courier New" w:hAnsi="Courier New"/>
          <w:color w:val="555555"/>
          <w:sz w:val="20"/>
        </w:rPr>
        <w:t>[23]</w:t>
      </w:r>
    </w:p>
    <w:p>
      <w:r>
        <w:rPr>
          <w:rFonts w:ascii="Gentium Plus" w:hAnsi="Gentium Plus"/>
          <w:sz w:val="24"/>
        </w:rPr>
        <w:t>...</w:t>
      </w:r>
    </w:p>
    <w:p>
      <w:r>
        <w:rPr>
          <w:rFonts w:ascii="Courier New" w:hAnsi="Courier New"/>
          <w:color w:val="555555"/>
          <w:sz w:val="20"/>
        </w:rPr>
        <w:t>[637 (tit)]</w:t>
      </w:r>
    </w:p>
    <w:p>
      <w:r>
        <w:rPr>
          <w:rFonts w:ascii="Gentium Plus" w:hAnsi="Gentium Plus"/>
          <w:sz w:val="24"/>
        </w:rPr>
        <w:t>ΑΙΑΣ ΛΟΚΡΟΣ?</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 ἀρῶ γυναῖκα̣ [–⏑–×–⏑– παῖς ἦλθ’ Ὑραια̣[ μᾶλλον δο̣π̣ν̣[.]..[</w:t>
      </w:r>
    </w:p>
    <w:p>
      <w:r>
        <w:rPr>
          <w:rFonts w:ascii="Courier New" w:hAnsi="Courier New"/>
          <w:color w:val="555555"/>
          <w:sz w:val="20"/>
        </w:rPr>
        <w:t>[5]</w:t>
      </w:r>
    </w:p>
    <w:p>
      <w:r>
        <w:rPr>
          <w:rFonts w:ascii="Gentium Plus" w:hAnsi="Gentium Plus"/>
          <w:sz w:val="24"/>
        </w:rPr>
        <w:t>ὁ δ’ αὐτὸς ἤδη τ[ πῶς ἐστάλημε̣[ Κάλχας ἐ̣μαντ[ευ</w:t>
      </w:r>
    </w:p>
    <w:p>
      <w:r>
        <w:rPr>
          <w:rFonts w:ascii="Courier New" w:hAnsi="Courier New"/>
          <w:color w:val="555555"/>
          <w:sz w:val="20"/>
        </w:rPr>
        <w:t>[10]</w:t>
      </w:r>
    </w:p>
    <w:p>
      <w:r>
        <w:rPr>
          <w:rFonts w:ascii="Gentium Plus" w:hAnsi="Gentium Plus"/>
          <w:sz w:val="24"/>
        </w:rPr>
        <w:t>καὐλεῖν ἕτοιμος κα[ Ἀγάμεμνον· οὐ γὰρ ο̣[ κίνδυνος ἡμῖν οὔτ̣[ ὅπως ἀπλοία{ι}ς ἧι κ[ ⸏λήξαντες εἰς γῆν [</w:t>
      </w:r>
    </w:p>
    <w:p>
      <w:r>
        <w:rPr>
          <w:rFonts w:ascii="Courier New" w:hAnsi="Courier New"/>
          <w:color w:val="555555"/>
          <w:sz w:val="20"/>
        </w:rPr>
        <w:t>[15]</w:t>
      </w:r>
    </w:p>
    <w:p>
      <w:r>
        <w:rPr>
          <w:rFonts w:ascii="Gentium Plus" w:hAnsi="Gentium Plus"/>
          <w:sz w:val="24"/>
        </w:rPr>
        <w:t>(ΑΓ.) ἀλλ’ εἰσακούσει· φη[ μηνίματ’· εἰ δ’ ἀνα[ καὶ τὸν Λοκρῶν ἀρ.[ ...].τ̣α χρῆναι καλ̣[</w:t>
      </w:r>
    </w:p>
    <w:p>
      <w:r>
        <w:rPr>
          <w:rFonts w:ascii="Courier New" w:hAnsi="Courier New"/>
          <w:color w:val="555555"/>
          <w:sz w:val="20"/>
        </w:rPr>
        <w:t>[18]</w:t>
      </w:r>
    </w:p>
    <w:p>
      <w:r>
        <w:rPr>
          <w:rFonts w:ascii="Gentium Plus" w:hAnsi="Gentium Plus"/>
          <w:sz w:val="24"/>
        </w:rPr>
        <w:t>...</w:t>
      </w:r>
    </w:p>
    <w:p>
      <w:r>
        <w:rPr>
          <w:rFonts w:ascii="Courier New" w:hAnsi="Courier New"/>
          <w:color w:val="555555"/>
          <w:sz w:val="20"/>
        </w:rPr>
        <w:t>[638*]</w:t>
      </w:r>
    </w:p>
    <w:p>
      <w:r>
        <w:rPr>
          <w:rFonts w:ascii="Gentium Plus" w:hAnsi="Gentium Plus"/>
          <w:sz w:val="24"/>
        </w:rPr>
        <w:t>[ ]ε̣των μεῖζον ἢ φρο[ [ ]ν ἐπὶ τοῦτ’ οἰκωμε[</w:t>
      </w:r>
    </w:p>
    <w:p>
      <w:r>
        <w:rPr>
          <w:rFonts w:ascii="Courier New" w:hAnsi="Courier New"/>
          <w:color w:val="555555"/>
          <w:sz w:val="20"/>
        </w:rPr>
        <w:t>[5]</w:t>
      </w:r>
    </w:p>
    <w:p>
      <w:r>
        <w:rPr>
          <w:rFonts w:ascii="Gentium Plus" w:hAnsi="Gentium Plus"/>
          <w:sz w:val="24"/>
        </w:rPr>
        <w:t>[ παρ]απέτασμα μηχαν[ῆς [ ]ς ὥς τ’ εἰπεῖν ὀκνεῖ[ [ ]ο̣ς ὥς τ’ αἰσχύνετ̣[αι [ ]ν̣ τοῖς θύρασι δεῖ κ.[ [ ]. κακῶς πρασ̣σ̣ο̣ν̣τ̣α̣οσ̣[</w:t>
      </w:r>
    </w:p>
    <w:p>
      <w:r>
        <w:rPr>
          <w:rFonts w:ascii="Courier New" w:hAnsi="Courier New"/>
          <w:color w:val="555555"/>
          <w:sz w:val="20"/>
        </w:rPr>
        <w:t>[10]</w:t>
      </w:r>
    </w:p>
    <w:p>
      <w:r>
        <w:rPr>
          <w:rFonts w:ascii="Gentium Plus" w:hAnsi="Gentium Plus"/>
          <w:sz w:val="24"/>
        </w:rPr>
        <w:t>[ ]ν τις ἄλλοθεν κακῶς̣ [ θα]υμάσαντ’ ἀνιστορεῖ[ [ κ]α̣ὶ̣ δάμαρτα καὶ τέκνα [ ]ος̣, ἀλλὰ τἀγάθ’ ἡμέρα [ ]εοι σφάλλει μία·</w:t>
      </w:r>
    </w:p>
    <w:p>
      <w:r>
        <w:rPr>
          <w:rFonts w:ascii="Courier New" w:hAnsi="Courier New"/>
          <w:color w:val="555555"/>
          <w:sz w:val="20"/>
        </w:rPr>
        <w:t>[15]</w:t>
      </w:r>
    </w:p>
    <w:p>
      <w:r>
        <w:rPr>
          <w:rFonts w:ascii="Gentium Plus" w:hAnsi="Gentium Plus"/>
          <w:sz w:val="24"/>
        </w:rPr>
        <w:t>[ ὦ] ξέν’, ἠδίκηκέ σε [ ἐ]χθρός· οἱ δὲ χρώμενοι [ ] π̣ῆμα κίβδηλος φίλος· [ ] τις ἠδίκηκέ σε [ ]...ν ἀνθρώπων τινά</w:t>
      </w:r>
    </w:p>
    <w:p>
      <w:r>
        <w:rPr>
          <w:rFonts w:ascii="Courier New" w:hAnsi="Courier New"/>
          <w:color w:val="555555"/>
          <w:sz w:val="20"/>
        </w:rPr>
        <w:t>[20]</w:t>
      </w:r>
    </w:p>
    <w:p>
      <w:r>
        <w:rPr>
          <w:rFonts w:ascii="Gentium Plus" w:hAnsi="Gentium Plus"/>
          <w:sz w:val="24"/>
        </w:rPr>
        <w:t>[ ]ε̣ς καὶ δοκῶν εἶναι φίλος []σ̣ε χρώμενος φαύλοις φίλοις</w:t>
      </w:r>
    </w:p>
    <w:p>
      <w:r>
        <w:rPr>
          <w:rFonts w:ascii="Courier New" w:hAnsi="Courier New"/>
          <w:color w:val="555555"/>
          <w:sz w:val="20"/>
        </w:rPr>
        <w:t>[639]</w:t>
      </w:r>
    </w:p>
    <w:p>
      <w:r>
        <w:rPr>
          <w:rFonts w:ascii="Gentium Plus" w:hAnsi="Gentium Plus"/>
          <w:sz w:val="24"/>
        </w:rPr>
        <w:t>×–⏑ θν]ητοῖς δαιμόνων βουλεύμ̣[ατα</w:t>
      </w:r>
    </w:p>
    <w:p>
      <w:r>
        <w:rPr>
          <w:rFonts w:ascii="Courier New" w:hAnsi="Courier New"/>
          <w:color w:val="555555"/>
          <w:sz w:val="20"/>
        </w:rPr>
        <w:t>[5]</w:t>
      </w:r>
    </w:p>
    <w:p>
      <w:r>
        <w:rPr>
          <w:rFonts w:ascii="Gentium Plus" w:hAnsi="Gentium Plus"/>
          <w:sz w:val="24"/>
        </w:rPr>
        <w:t>[ ]ασε̣ι̣ς πασαγ̣[...].....[ [ ]μ̣ιν· ἐκ δὲ τ̣ῶ̣ν̣ ε̣ἰ̣ρ̣η̣[μένων οἶ]σθα καὶ τὸ κύριον τέλο[ς [ ]ις γὰρ λόγου̣ς̣ πάντα̣ς̣ [⏑– [ ]κ̣α̣ι̣τ̣αθειλ̣ε̣.μ̣.....[</w:t>
      </w:r>
    </w:p>
    <w:p>
      <w:r>
        <w:rPr>
          <w:rFonts w:ascii="Courier New" w:hAnsi="Courier New"/>
          <w:color w:val="555555"/>
          <w:sz w:val="20"/>
        </w:rPr>
        <w:t>[10]</w:t>
      </w:r>
    </w:p>
    <w:p>
      <w:r>
        <w:rPr>
          <w:rFonts w:ascii="Gentium Plus" w:hAnsi="Gentium Plus"/>
          <w:sz w:val="24"/>
        </w:rPr>
        <w:t>[ ]..ω̣..σ̣σ̣α...[ [ ]έστατος βροτῶν [ ]....ε̣μ. κυρεῖν [ ]...σ̣ης βαρύς [ ]...ε̣ρω̣ς σθένος</w:t>
      </w:r>
    </w:p>
    <w:p>
      <w:r>
        <w:rPr>
          <w:rFonts w:ascii="Courier New" w:hAnsi="Courier New"/>
          <w:color w:val="555555"/>
          <w:sz w:val="20"/>
        </w:rPr>
        <w:t>[15]</w:t>
      </w:r>
    </w:p>
    <w:p>
      <w:r>
        <w:rPr>
          <w:rFonts w:ascii="Gentium Plus" w:hAnsi="Gentium Plus"/>
          <w:sz w:val="24"/>
        </w:rPr>
        <w:t>[ ]με̣νοντε̣ δή [ ἐ]λειπόμην πον̣ο̣.. [ ]τ̣ορο̣υ̣ν π̣άντας νομ̣[ [ ].οις με.(.)λωμενη[ [ ]..[...]ς ἐγί〈γ〉νετο</w:t>
      </w:r>
    </w:p>
    <w:p>
      <w:r>
        <w:rPr>
          <w:rFonts w:ascii="Courier New" w:hAnsi="Courier New"/>
          <w:color w:val="555555"/>
          <w:sz w:val="20"/>
        </w:rPr>
        <w:t>[20]</w:t>
      </w:r>
    </w:p>
    <w:p>
      <w:r>
        <w:rPr>
          <w:rFonts w:ascii="Gentium Plus" w:hAnsi="Gentium Plus"/>
          <w:sz w:val="24"/>
        </w:rPr>
        <w:t>[ ]με̣νος γόου [ ]...[....]μασιν [ ] ἐ̣σ̣τηρίζ̣ετο [ ]ν̣ ὄρθιον πάγον [ ]ενους ὅθεν σκοπάς</w:t>
      </w:r>
    </w:p>
    <w:p>
      <w:r>
        <w:rPr>
          <w:rFonts w:ascii="Courier New" w:hAnsi="Courier New"/>
          <w:color w:val="555555"/>
          <w:sz w:val="20"/>
        </w:rPr>
        <w:t>[25]</w:t>
      </w:r>
    </w:p>
    <w:p>
      <w:r>
        <w:rPr>
          <w:rFonts w:ascii="Gentium Plus" w:hAnsi="Gentium Plus"/>
          <w:sz w:val="24"/>
        </w:rPr>
        <w:t>[ πο]λυρραφῆ</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[]η̣σ̣ισ̣α̣.[ [ ].[ []α.ή̣λ̣[ι]ο̣ν̣[ []ν ἕρμ’ ἱσ̣τ̣η̣[</w:t>
      </w:r>
    </w:p>
    <w:p>
      <w:r>
        <w:rPr>
          <w:rFonts w:ascii="Courier New" w:hAnsi="Courier New"/>
          <w:color w:val="555555"/>
          <w:sz w:val="20"/>
        </w:rPr>
        <w:t>[5]</w:t>
      </w:r>
    </w:p>
    <w:p>
      <w:r>
        <w:rPr>
          <w:rFonts w:ascii="Gentium Plus" w:hAnsi="Gentium Plus"/>
          <w:sz w:val="24"/>
        </w:rPr>
        <w:t>[]ν ἀφθιτο̣[ []κηνω̣.[ []..ου̣σαν[ [ ]ε̣ργ̣α[</w:t>
      </w:r>
    </w:p>
    <w:p>
      <w:r>
        <w:rPr>
          <w:rFonts w:ascii="Courier New" w:hAnsi="Courier New"/>
          <w:color w:val="555555"/>
          <w:sz w:val="20"/>
        </w:rPr>
        <w:t>[8]</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[9]</w:t>
      </w:r>
    </w:p>
    <w:p>
      <w:r>
        <w:rPr>
          <w:rFonts w:ascii="Gentium Plus" w:hAnsi="Gentium Plus"/>
          <w:sz w:val="24"/>
        </w:rPr>
        <w:t>[ ].[</w:t>
      </w:r>
    </w:p>
    <w:p>
      <w:r>
        <w:rPr>
          <w:rFonts w:ascii="Courier New" w:hAnsi="Courier New"/>
          <w:color w:val="555555"/>
          <w:sz w:val="20"/>
        </w:rPr>
        <w:t>[10]</w:t>
      </w:r>
    </w:p>
    <w:p>
      <w:r>
        <w:rPr>
          <w:rFonts w:ascii="Gentium Plus" w:hAnsi="Gentium Plus"/>
          <w:sz w:val="24"/>
        </w:rPr>
        <w:t>[ ]π̣ι̣ε[ [].βροτ[ [ ].εσ[</w:t>
      </w:r>
    </w:p>
    <w:p>
      <w:r>
        <w:rPr>
          <w:rFonts w:ascii="Courier New" w:hAnsi="Courier New"/>
          <w:color w:val="555555"/>
          <w:sz w:val="20"/>
        </w:rPr>
        <w:t>[12]</w:t>
      </w:r>
    </w:p>
    <w:p>
      <w:r>
        <w:rPr>
          <w:rFonts w:ascii="Gentium Plus" w:hAnsi="Gentium Plus"/>
          <w:sz w:val="24"/>
        </w:rPr>
        <w:t>...</w:t>
      </w:r>
    </w:p>
    <w:p>
      <w:r>
        <w:rPr>
          <w:rFonts w:ascii="Courier New" w:hAnsi="Courier New"/>
          <w:color w:val="555555"/>
          <w:sz w:val="20"/>
        </w:rPr>
        <w:t>[641]</w:t>
      </w:r>
    </w:p>
    <w:p>
      <w:r>
        <w:rPr>
          <w:rFonts w:ascii="Gentium Plus" w:hAnsi="Gentium Plus"/>
          <w:sz w:val="24"/>
        </w:rPr>
        <w:t>4—5 ll. μ]ετερχ̣[ c. 6 ll. ]το λυπ[ 6—7 ll. ]σις πα[ 6—8 ll. ]ωσ[</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[10]</w:t>
      </w:r>
    </w:p>
    <w:p>
      <w:r>
        <w:rPr>
          <w:rFonts w:ascii="Gentium Plus" w:hAnsi="Gentium Plus"/>
          <w:sz w:val="24"/>
        </w:rPr>
        <w:t>(Α) ⸏οἴμοι· πρὸς ἄλλων καὶ τοδ̣[ (Β) ⸏οὕτως ἔχει ταῦθ’ ὡσπ̣[ (Α) ⸏πότερον δὲ παρέλυς’ ητ[ (Β) ⸏ἡ παρθέ̣[νος (Α) ⸏ὦ τλῆμον, ἐθεμι̣[</w:t>
      </w:r>
    </w:p>
    <w:p>
      <w:r>
        <w:rPr>
          <w:rFonts w:ascii="Courier New" w:hAnsi="Courier New"/>
          <w:color w:val="555555"/>
          <w:sz w:val="20"/>
        </w:rPr>
        <w:t>[15]</w:t>
      </w:r>
    </w:p>
    <w:p>
      <w:r>
        <w:rPr>
          <w:rFonts w:ascii="Gentium Plus" w:hAnsi="Gentium Plus"/>
          <w:sz w:val="24"/>
        </w:rPr>
        <w:t>(Β) ⸏[..].. μ̣[ε]λ̣αίνηι λ[ (Α) μη[τ]έ̣ρα φονεύσας τοτε̣[ c. 5 ll.]αν ὑπορ̣η̣τ̣η̣] c. 4 ll.]μ̣α̣θ’ ἡ̣μ̣ῶν ε.[ 4—5 ll.]ε̣τοισα̣ν.[</w:t>
      </w:r>
    </w:p>
    <w:p>
      <w:r>
        <w:rPr>
          <w:rFonts w:ascii="Courier New" w:hAnsi="Courier New"/>
          <w:color w:val="555555"/>
          <w:sz w:val="20"/>
        </w:rPr>
        <w:t>[20]</w:t>
      </w:r>
    </w:p>
    <w:p>
      <w:r>
        <w:rPr>
          <w:rFonts w:ascii="Gentium Plus" w:hAnsi="Gentium Plus"/>
          <w:sz w:val="24"/>
        </w:rPr>
        <w:t>5—6 ll. ]νω νιν η̣.[ c. 6 ll. ]γὰρ ητις.[ 6—7 ll. ].σαυτησ[ c. 9 ll. ]ετοντα[ c. 8 ll. ].ι τύμβου .[</w:t>
      </w:r>
    </w:p>
    <w:p>
      <w:r>
        <w:rPr>
          <w:rFonts w:ascii="Courier New" w:hAnsi="Courier New"/>
          <w:color w:val="555555"/>
          <w:sz w:val="20"/>
        </w:rPr>
        <w:t>[25]</w:t>
      </w:r>
    </w:p>
    <w:p>
      <w:r>
        <w:rPr>
          <w:rFonts w:ascii="Gentium Plus" w:hAnsi="Gentium Plus"/>
          <w:sz w:val="24"/>
        </w:rPr>
        <w:t>c. 9 ll. ]π̣αις.[ c. 10 ll. ].[.].[ 8—9 ll. ].ρων σε̣.[</w:t>
      </w:r>
    </w:p>
    <w:p>
      <w:r>
        <w:rPr>
          <w:rFonts w:ascii="Courier New" w:hAnsi="Courier New"/>
          <w:color w:val="555555"/>
          <w:sz w:val="20"/>
        </w:rPr>
        <w:t>[642]</w:t>
      </w:r>
    </w:p>
    <w:p>
      <w:r>
        <w:rPr>
          <w:rFonts w:ascii="Gentium Plus" w:hAnsi="Gentium Plus"/>
          <w:sz w:val="24"/>
        </w:rPr>
        <w:t>[ ]..........[ [ ]..........[ [ ] [ ].....</w:t>
      </w:r>
    </w:p>
    <w:p>
      <w:r>
        <w:rPr>
          <w:rFonts w:ascii="Courier New" w:hAnsi="Courier New"/>
          <w:color w:val="555555"/>
          <w:sz w:val="20"/>
        </w:rPr>
        <w:t>[5]</w:t>
      </w:r>
    </w:p>
    <w:p>
      <w:r>
        <w:rPr>
          <w:rFonts w:ascii="Gentium Plus" w:hAnsi="Gentium Plus"/>
          <w:sz w:val="24"/>
        </w:rPr>
        <w:t>[ ]...(.)μ̣ι̣τον· [ ].ς ἀντ̣ολάς· ×–⏑–×–⏑– σ]οφ̣ὸς γόνος [ ]ον δυοῖν [ έ]στρωσε̣ν χθον̣ί̣·</w:t>
      </w:r>
    </w:p>
    <w:p>
      <w:r>
        <w:rPr>
          <w:rFonts w:ascii="Courier New" w:hAnsi="Courier New"/>
          <w:color w:val="555555"/>
          <w:sz w:val="20"/>
        </w:rPr>
        <w:t>[10]</w:t>
      </w:r>
    </w:p>
    <w:p>
      <w:r>
        <w:rPr>
          <w:rFonts w:ascii="Gentium Plus" w:hAnsi="Gentium Plus"/>
          <w:sz w:val="24"/>
        </w:rPr>
        <w:t>[ ]ωπημάτων [ ]κακῶν [ ] γ̣έ̣ν̣ος [ ]σ̣τεον []βεβώς</w:t>
      </w:r>
    </w:p>
    <w:p>
      <w:r>
        <w:rPr>
          <w:rFonts w:ascii="Courier New" w:hAnsi="Courier New"/>
          <w:color w:val="555555"/>
          <w:sz w:val="20"/>
        </w:rPr>
        <w:t>[15]</w:t>
      </w:r>
    </w:p>
    <w:p>
      <w:r>
        <w:rPr>
          <w:rFonts w:ascii="Gentium Plus" w:hAnsi="Gentium Plus"/>
          <w:sz w:val="24"/>
        </w:rPr>
        <w:t>[]τρον</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[643]</w:t>
      </w:r>
    </w:p>
    <w:p>
      <w:r>
        <w:rPr>
          <w:rFonts w:ascii="Gentium Plus" w:hAnsi="Gentium Plus"/>
          <w:sz w:val="24"/>
        </w:rPr>
        <w:t>...</w:t>
      </w:r>
    </w:p>
    <w:p>
      <w:r>
        <w:rPr>
          <w:rFonts w:ascii="Courier New" w:hAnsi="Courier New"/>
          <w:color w:val="555555"/>
          <w:sz w:val="20"/>
        </w:rPr>
        <w:t>[1]</w:t>
      </w:r>
    </w:p>
    <w:p>
      <w:r>
        <w:rPr>
          <w:rFonts w:ascii="Gentium Plus" w:hAnsi="Gentium Plus"/>
          <w:sz w:val="24"/>
        </w:rPr>
        <w:t>ι̣[ .[</w:t>
      </w:r>
    </w:p>
    <w:p>
      <w:r>
        <w:rPr>
          <w:rFonts w:ascii="Courier New" w:hAnsi="Courier New"/>
          <w:color w:val="555555"/>
          <w:sz w:val="20"/>
        </w:rPr>
        <w:t>[5]</w:t>
      </w:r>
    </w:p>
    <w:p>
      <w:r>
        <w:rPr>
          <w:rFonts w:ascii="Gentium Plus" w:hAnsi="Gentium Plus"/>
          <w:sz w:val="24"/>
        </w:rPr>
        <w:t>η[ ω[ θ[ κ[ θ[</w:t>
      </w:r>
    </w:p>
    <w:p>
      <w:r>
        <w:rPr>
          <w:rFonts w:ascii="Courier New" w:hAnsi="Courier New"/>
          <w:color w:val="555555"/>
          <w:sz w:val="20"/>
        </w:rPr>
        <w:t>[10]</w:t>
      </w:r>
    </w:p>
    <w:p>
      <w:r>
        <w:rPr>
          <w:rFonts w:ascii="Gentium Plus" w:hAnsi="Gentium Plus"/>
          <w:sz w:val="24"/>
        </w:rPr>
        <w:t>γε̣[ ου̣[ ἐμ[ το̣[ κα[</w:t>
      </w:r>
    </w:p>
    <w:p>
      <w:r>
        <w:rPr>
          <w:rFonts w:ascii="Courier New" w:hAnsi="Courier New"/>
          <w:color w:val="555555"/>
          <w:sz w:val="20"/>
        </w:rPr>
        <w:t>[14]</w:t>
      </w:r>
    </w:p>
    <w:p>
      <w:r>
        <w:rPr>
          <w:rFonts w:ascii="Gentium Plus" w:hAnsi="Gentium Plus"/>
          <w:sz w:val="24"/>
        </w:rPr>
        <w:t>...</w:t>
      </w:r>
    </w:p>
    <w:p>
      <w:r>
        <w:rPr>
          <w:rFonts w:ascii="Courier New" w:hAnsi="Courier New"/>
          <w:color w:val="555555"/>
          <w:sz w:val="20"/>
        </w:rPr>
        <w:t>[644 (tit)]</w:t>
      </w:r>
    </w:p>
    <w:p>
      <w:r>
        <w:rPr>
          <w:rFonts w:ascii="Gentium Plus" w:hAnsi="Gentium Plus"/>
          <w:sz w:val="24"/>
        </w:rPr>
        <w:t>ΑΝΔΡΟΜΑΧΗ?</w:t>
      </w:r>
    </w:p>
    <w:p>
      <w:r>
        <w:rPr>
          <w:rFonts w:ascii="Courier New" w:hAnsi="Courier New"/>
          <w:color w:val="555555"/>
          <w:sz w:val="20"/>
        </w:rPr>
        <w:t>[1]</w:t>
      </w:r>
    </w:p>
    <w:p>
      <w:r>
        <w:rPr>
          <w:rFonts w:ascii="Gentium Plus" w:hAnsi="Gentium Plus"/>
          <w:sz w:val="24"/>
        </w:rPr>
        <w:t>[ ]ταφον [ ].ις [ ](.).αις [ ].ομοις</w:t>
      </w:r>
    </w:p>
    <w:p>
      <w:r>
        <w:rPr>
          <w:rFonts w:ascii="Courier New" w:hAnsi="Courier New"/>
          <w:color w:val="555555"/>
          <w:sz w:val="20"/>
        </w:rPr>
        <w:t>[5]</w:t>
      </w:r>
    </w:p>
    <w:p>
      <w:r>
        <w:rPr>
          <w:rFonts w:ascii="Gentium Plus" w:hAnsi="Gentium Plus"/>
          <w:sz w:val="24"/>
        </w:rPr>
        <w:t>×–⏑–×–⏑–] χ̣ώρας ἄπο []σηι []ς γύναι [] []υ̣ π̣ά̣λ̣ιν</w:t>
      </w:r>
    </w:p>
    <w:p>
      <w:r>
        <w:rPr>
          <w:rFonts w:ascii="Courier New" w:hAnsi="Courier New"/>
          <w:color w:val="555555"/>
          <w:sz w:val="20"/>
        </w:rPr>
        <w:t>[10]</w:t>
      </w:r>
    </w:p>
    <w:p>
      <w:r>
        <w:rPr>
          <w:rFonts w:ascii="Gentium Plus" w:hAnsi="Gentium Plus"/>
          <w:sz w:val="24"/>
        </w:rPr>
        <w:t>[]..α []του []μαι []πη [].ς λιτάς:</w:t>
      </w:r>
    </w:p>
    <w:p>
      <w:r>
        <w:rPr>
          <w:rFonts w:ascii="Courier New" w:hAnsi="Courier New"/>
          <w:color w:val="555555"/>
          <w:sz w:val="20"/>
        </w:rPr>
        <w:t>[15]</w:t>
      </w:r>
    </w:p>
    <w:p>
      <w:r>
        <w:rPr>
          <w:rFonts w:ascii="Gentium Plus" w:hAnsi="Gentium Plus"/>
          <w:sz w:val="24"/>
        </w:rPr>
        <w:t>[]εμοι [] χ̣οάς [].οτου [].οι []ς</w:t>
      </w:r>
    </w:p>
    <w:p>
      <w:r>
        <w:rPr>
          <w:rFonts w:ascii="Courier New" w:hAnsi="Courier New"/>
          <w:color w:val="555555"/>
          <w:sz w:val="20"/>
        </w:rPr>
        <w:t>[20]</w:t>
      </w:r>
    </w:p>
    <w:p>
      <w:r>
        <w:rPr>
          <w:rFonts w:ascii="Gentium Plus" w:hAnsi="Gentium Plus"/>
          <w:sz w:val="24"/>
        </w:rPr>
        <w:t>[⏑⏑–⏑⏑– ˈ ⏑⏑–⏑⏑– ˈ] μόνον, ἀλλ’ ε\|[(⏑)–ˈ⏑⏑–⏑⏑–ˈ ⏑⏑–(⏑) τέ]κ̣νων ὄνο\|μ’ ἥδιστον καὶ δῶμα φίλον το[(⏑)–⏑⏑–\|] τὸ δ’ ἴσον καὶ ἐμοί ποτε νυμφίδ[ιον</w:t>
      </w:r>
    </w:p>
    <w:p>
      <w:r>
        <w:rPr>
          <w:rFonts w:ascii="Courier New" w:hAnsi="Courier New"/>
          <w:color w:val="555555"/>
          <w:sz w:val="20"/>
        </w:rPr>
        <w:t>[25]</w:t>
      </w:r>
    </w:p>
    <w:p>
      <w:r>
        <w:rPr>
          <w:rFonts w:ascii="Gentium Plus" w:hAnsi="Gentium Plus"/>
          <w:sz w:val="24"/>
        </w:rPr>
        <w:t>λέχος \ φθόνος ἢ βλαβερὰ .[⏑⏑––\|] τί γὰρ ἡ τλήμων πάθος οὐκ ἀν̣[τλῶ ˈ?\|]</w:t>
      </w:r>
    </w:p>
    <w:p>
      <w:r>
        <w:rPr>
          <w:rFonts w:ascii="Courier New" w:hAnsi="Courier New"/>
          <w:color w:val="555555"/>
          <w:sz w:val="20"/>
        </w:rPr>
        <w:t>[30]</w:t>
      </w:r>
    </w:p>
    <w:p>
      <w:r>
        <w:rPr>
          <w:rFonts w:ascii="Gentium Plus" w:hAnsi="Gentium Plus"/>
          <w:sz w:val="24"/>
        </w:rPr>
        <w:t>.[⏑⏑–⏑⏑–\ σέθεν, Ἕκτορ, [⏑–ˈ⏑⏑–⏑\|] πάτρ̣αι καὶ ἐμοὶ μέγα φῶς· ἅμα σ[οὶ ⏑⏑–\|] ὄ̣λετ’ ὄλβος· τα[ ca. 12 ll. ]ρα.[ca. 6 ll.\|]</w:t>
      </w:r>
    </w:p>
    <w:p>
      <w:r>
        <w:rPr>
          <w:rFonts w:ascii="Courier New" w:hAnsi="Courier New"/>
          <w:color w:val="555555"/>
          <w:sz w:val="20"/>
        </w:rPr>
        <w:t>[35]</w:t>
      </w:r>
    </w:p>
    <w:p>
      <w:r>
        <w:rPr>
          <w:rFonts w:ascii="Gentium Plus" w:hAnsi="Gentium Plus"/>
          <w:sz w:val="24"/>
        </w:rPr>
        <w:t>[κ]τεάνων τε δ[ ca. 12 ll. ]με[ca. 5 ll.\ θάλαμόν τ’ ὀ̣[λο]ῶι πυρὶ δ̣α̣[ιόμ]εν[ον καὶ \|] πρίν ποτε δ[ὴ] μ̣ακαριστότατον Π[ριάμου \|] μέλαθρον [στε]φάνας θ’ ἱερὰς χθ̣ο̣[νὸς Ἰδαίας \|], διὰ δ’ οὐχ ὅ[σιον]</w:t>
      </w:r>
    </w:p>
    <w:p>
      <w:r>
        <w:rPr>
          <w:rFonts w:ascii="Courier New" w:hAnsi="Courier New"/>
          <w:color w:val="555555"/>
          <w:sz w:val="20"/>
        </w:rPr>
        <w:t>[40]</w:t>
      </w:r>
    </w:p>
    <w:p>
      <w:r>
        <w:rPr>
          <w:rFonts w:ascii="Gentium Plus" w:hAnsi="Gentium Plus"/>
          <w:sz w:val="24"/>
        </w:rPr>
        <w:t>λέχος αἰνογάμου .[⏑⏑–\ ἀδ[όκ]η̣τα κόραις καὶ ἀ...[α \|] κλύειν ἅμ[α Τρ]ωϊάσιν δέμνι’ Ἀχαιῶ̣[ν ⏑⏑–\|] παρὰ ναυσὶ[..]χούσαις· ἀλλ’ ἐπιτ[––\|] τύμβοισι μ.[.(.)]ην</w:t>
      </w:r>
    </w:p>
    <w:p>
      <w:r>
        <w:rPr>
          <w:rFonts w:ascii="Courier New" w:hAnsi="Courier New"/>
          <w:color w:val="555555"/>
          <w:sz w:val="20"/>
        </w:rPr>
        <w:t>[45]</w:t>
      </w:r>
    </w:p>
    <w:p>
      <w:r>
        <w:rPr>
          <w:rFonts w:ascii="Gentium Plus" w:hAnsi="Gentium Plus"/>
          <w:sz w:val="24"/>
        </w:rPr>
        <w:t>τὰς σὰς θρηνεῖν [⏑⏑–\ [...].νε τέκνον, στεῖχε .[(⏑)⏔–\|] βάσιν εὐθύν[ω]ν μετὰ μητρὸς ὁ̣μ[οῦ τῆς \|] γειναμένη[ς· π]οῖ μ’ ὦ φιλί̣[α]</w:t>
      </w:r>
    </w:p>
    <w:p>
      <w:r>
        <w:rPr>
          <w:rFonts w:ascii="Courier New" w:hAnsi="Courier New"/>
          <w:color w:val="555555"/>
          <w:sz w:val="20"/>
        </w:rPr>
        <w:t>[645]</w:t>
      </w:r>
    </w:p>
    <w:p>
      <w:r>
        <w:rPr>
          <w:rFonts w:ascii="Gentium Plus" w:hAnsi="Gentium Plus"/>
          <w:sz w:val="24"/>
        </w:rPr>
        <w:t>κεῖσαι [..τ]εκν̣[..] δυσμεν̣[.] δεσε̣[ λυπαι̣[..]ν̣ α̣ἰκ̣[ε]ίαισι πρ[ὸς χά]ρ̣ι̣ν̣ βλεπ[ †καιστηραστεξης† τοῦ Πανελλήνων ..[ Καπανεὺ[ς ....(.)] ποτ’ ἐν Θήβα̣[ισ]ι ταῖς ἑπτ[αστόμοις</w:t>
      </w:r>
    </w:p>
    <w:p>
      <w:r>
        <w:rPr>
          <w:rFonts w:ascii="Courier New" w:hAnsi="Courier New"/>
          <w:color w:val="555555"/>
          <w:sz w:val="20"/>
        </w:rPr>
        <w:t>[5]</w:t>
      </w:r>
    </w:p>
    <w:p>
      <w:r>
        <w:rPr>
          <w:rFonts w:ascii="Gentium Plus" w:hAnsi="Gentium Plus"/>
          <w:sz w:val="24"/>
        </w:rPr>
        <w:t>Ζην̣ὸς βέλει μ̣ν̣[η]σθέντος α̣[...]..[ βροτ[ο]ῖσι †δειταις† σεμνὸς [ συνώ̣λετ̣’ α̣..ι̣ας Διὸς θ̣.[</w:t>
      </w:r>
    </w:p>
    <w:p>
      <w:r>
        <w:rPr>
          <w:rFonts w:ascii="Courier New" w:hAnsi="Courier New"/>
          <w:color w:val="555555"/>
          <w:sz w:val="20"/>
        </w:rPr>
        <w:t>[10]</w:t>
      </w:r>
    </w:p>
    <w:p>
      <w:r>
        <w:rPr>
          <w:rFonts w:ascii="Gentium Plus" w:hAnsi="Gentium Plus"/>
          <w:sz w:val="24"/>
        </w:rPr>
        <w:t>πέπλου †δε̣σπειραισα† κα̣ι.[ [.]υντατ̣οι̣τ̣α̣ι̣ς τούς τε δ̣ευ̣τ̣[ [ ἀ]ν̣δροβλῆσι † δενο̣[ [ ]οι̣ ζ̣υγοῦ ...[]δι.[ [ ]ε̣ν ...ε̣ν̣ δόμοισιν αρ.[...]ο̣γ̣η̣[</w:t>
      </w:r>
    </w:p>
    <w:p>
      <w:r>
        <w:rPr>
          <w:rFonts w:ascii="Courier New" w:hAnsi="Courier New"/>
          <w:color w:val="555555"/>
          <w:sz w:val="20"/>
        </w:rPr>
        <w:t>[15]</w:t>
      </w:r>
    </w:p>
    <w:p>
      <w:r>
        <w:rPr>
          <w:rFonts w:ascii="Gentium Plus" w:hAnsi="Gentium Plus"/>
          <w:sz w:val="24"/>
        </w:rPr>
        <w:t>[ ]υν̣αι.(.). ε̣ὖ πρέπ̣[ [ ].γ̣ε[.]θλη πίστιν [ [ ]υδ[.]...ηνέσχετ̣[ [ ].[ ]τ̣ην συνν̣[</w:t>
      </w:r>
    </w:p>
    <w:p>
      <w:r>
        <w:rPr>
          <w:rFonts w:ascii="Courier New" w:hAnsi="Courier New"/>
          <w:color w:val="555555"/>
          <w:sz w:val="20"/>
        </w:rPr>
        <w:t>[646]</w:t>
      </w:r>
    </w:p>
    <w:p>
      <w:r>
        <w:rPr>
          <w:rFonts w:ascii="Gentium Plus" w:hAnsi="Gentium Plus"/>
          <w:sz w:val="24"/>
        </w:rPr>
        <w:t>...</w:t>
      </w:r>
    </w:p>
    <w:p>
      <w:r>
        <w:rPr>
          <w:rFonts w:ascii="Courier New" w:hAnsi="Courier New"/>
          <w:color w:val="555555"/>
          <w:sz w:val="20"/>
        </w:rPr>
        <w:t>[1]</w:t>
      </w:r>
    </w:p>
    <w:p>
      <w:r>
        <w:rPr>
          <w:rFonts w:ascii="Gentium Plus" w:hAnsi="Gentium Plus"/>
          <w:sz w:val="24"/>
        </w:rPr>
        <w:t>×–⏑–×–⏑ πλ]ο̣ῦτον δ’ ἡ τύχη</w:t>
      </w:r>
    </w:p>
    <w:p>
      <w:r>
        <w:rPr>
          <w:rFonts w:ascii="Courier New" w:hAnsi="Courier New"/>
          <w:color w:val="555555"/>
          <w:sz w:val="20"/>
        </w:rPr>
        <w:t>[5]</w:t>
      </w:r>
    </w:p>
    <w:p>
      <w:r>
        <w:rPr>
          <w:rFonts w:ascii="Gentium Plus" w:hAnsi="Gentium Plus"/>
          <w:sz w:val="24"/>
        </w:rPr>
        <w:t>[ ]γ̣οναπορ[.]ς..... [ ]ό̣τητα νο̣υθ̣ε̣τ̣εῖ [ ].αγηκότι [ ]. εὐδαιμονεῖ· [ ]ηγεῖται κοσμί̣ως</w:t>
      </w:r>
    </w:p>
    <w:p>
      <w:r>
        <w:rPr>
          <w:rFonts w:ascii="Courier New" w:hAnsi="Courier New"/>
          <w:color w:val="555555"/>
          <w:sz w:val="20"/>
        </w:rPr>
        <w:t>[10]</w:t>
      </w:r>
    </w:p>
    <w:p>
      <w:r>
        <w:rPr>
          <w:rFonts w:ascii="Gentium Plus" w:hAnsi="Gentium Plus"/>
          <w:sz w:val="24"/>
        </w:rPr>
        <w:t>[ ]. Μακηδόνων παῖδες [ ].φια λαχόντες [ κλ]ε̣ι̣νῆς ἔρυ̣μα πάτρας [ ]..λ̣ην β[...].[..].[..]ρ̣ιπειδ. [ ]ερ......[ ]αχ.αδιν</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[15]</w:t>
      </w:r>
    </w:p>
    <w:p>
      <w:r>
        <w:rPr>
          <w:rFonts w:ascii="Gentium Plus" w:hAnsi="Gentium Plus"/>
          <w:sz w:val="24"/>
        </w:rPr>
        <w:t>quot vss. desint incertum ...</w:t>
      </w:r>
    </w:p>
    <w:p>
      <w:r>
        <w:rPr>
          <w:rFonts w:ascii="Courier New" w:hAnsi="Courier New"/>
          <w:color w:val="555555"/>
          <w:sz w:val="20"/>
        </w:rPr>
        <w:t>[16]</w:t>
      </w:r>
    </w:p>
    <w:p>
      <w:r>
        <w:rPr>
          <w:rFonts w:ascii="Gentium Plus" w:hAnsi="Gentium Plus"/>
          <w:sz w:val="24"/>
        </w:rPr>
        <w:t>..[ .[</w:t>
      </w:r>
    </w:p>
    <w:p>
      <w:r>
        <w:rPr>
          <w:rFonts w:ascii="Courier New" w:hAnsi="Courier New"/>
          <w:color w:val="555555"/>
          <w:sz w:val="20"/>
        </w:rPr>
        <w:t>[20]</w:t>
      </w:r>
    </w:p>
    <w:p>
      <w:r>
        <w:rPr>
          <w:rFonts w:ascii="Gentium Plus" w:hAnsi="Gentium Plus"/>
          <w:sz w:val="24"/>
        </w:rPr>
        <w:t>ν.[ κ.[ μ.[ σω[ σα[</w:t>
      </w:r>
    </w:p>
    <w:p>
      <w:r>
        <w:rPr>
          <w:rFonts w:ascii="Courier New" w:hAnsi="Courier New"/>
          <w:color w:val="555555"/>
          <w:sz w:val="20"/>
        </w:rPr>
        <w:t>[25]</w:t>
      </w:r>
    </w:p>
    <w:p>
      <w:r>
        <w:rPr>
          <w:rFonts w:ascii="Gentium Plus" w:hAnsi="Gentium Plus"/>
          <w:sz w:val="24"/>
        </w:rPr>
        <w:t>/[ τ.[ ε̣π̣[ ..[ .[</w:t>
      </w:r>
    </w:p>
    <w:p>
      <w:r>
        <w:rPr>
          <w:rFonts w:ascii="Courier New" w:hAnsi="Courier New"/>
          <w:color w:val="555555"/>
          <w:sz w:val="20"/>
        </w:rPr>
        <w:t>[29]</w:t>
      </w:r>
    </w:p>
    <w:p>
      <w:r>
        <w:rPr>
          <w:rFonts w:ascii="Gentium Plus" w:hAnsi="Gentium Plus"/>
          <w:sz w:val="24"/>
        </w:rPr>
        <w:t>...</w:t>
      </w:r>
    </w:p>
    <w:p>
      <w:r>
        <w:rPr>
          <w:rFonts w:ascii="Courier New" w:hAnsi="Courier New"/>
          <w:color w:val="555555"/>
          <w:sz w:val="20"/>
        </w:rPr>
        <w:t>[646a* (tit)]</w:t>
      </w:r>
    </w:p>
    <w:p>
      <w:r>
        <w:rPr>
          <w:rFonts w:ascii="Gentium Plus" w:hAnsi="Gentium Plus"/>
          <w:sz w:val="24"/>
        </w:rPr>
        <w:t>ΣΑΤΥΡΟΙ?</w:t>
      </w:r>
    </w:p>
    <w:p>
      <w:pPr>
        <w:jc w:val="center"/>
      </w:pPr>
      <w:r>
        <w:rPr>
          <w:rFonts w:ascii="Gentium Plus" w:hAnsi="Gentium Plus"/>
          <w:b/>
          <w:sz w:val="24"/>
        </w:rPr>
        <w:t>fr. a, col 1</w:t>
      </w:r>
    </w:p>
    <w:p>
      <w:r>
        <w:rPr>
          <w:rFonts w:ascii="Courier New" w:hAnsi="Courier New"/>
          <w:color w:val="555555"/>
          <w:sz w:val="20"/>
        </w:rPr>
        <w:t>[1]</w:t>
      </w:r>
    </w:p>
    <w:p>
      <w:r>
        <w:rPr>
          <w:rFonts w:ascii="Gentium Plus" w:hAnsi="Gentium Plus"/>
          <w:sz w:val="24"/>
        </w:rPr>
        <w:t>[] [] [] []</w:t>
      </w:r>
    </w:p>
    <w:p>
      <w:r>
        <w:rPr>
          <w:rFonts w:ascii="Courier New" w:hAnsi="Courier New"/>
          <w:color w:val="555555"/>
          <w:sz w:val="20"/>
        </w:rPr>
        <w:t>[5]</w:t>
      </w:r>
    </w:p>
    <w:p>
      <w:r>
        <w:rPr>
          <w:rFonts w:ascii="Gentium Plus" w:hAnsi="Gentium Plus"/>
          <w:sz w:val="24"/>
        </w:rPr>
        <w:t>[] [] [] [] []</w:t>
      </w:r>
    </w:p>
    <w:p>
      <w:r>
        <w:rPr>
          <w:rFonts w:ascii="Courier New" w:hAnsi="Courier New"/>
          <w:color w:val="555555"/>
          <w:sz w:val="20"/>
        </w:rPr>
        <w:t>[10]</w:t>
      </w:r>
    </w:p>
    <w:p>
      <w:r>
        <w:rPr>
          <w:rFonts w:ascii="Gentium Plus" w:hAnsi="Gentium Plus"/>
          <w:sz w:val="24"/>
        </w:rPr>
        <w:t>[] [] [] [] []</w:t>
      </w:r>
    </w:p>
    <w:p>
      <w:r>
        <w:rPr>
          <w:rFonts w:ascii="Courier New" w:hAnsi="Courier New"/>
          <w:color w:val="555555"/>
          <w:sz w:val="20"/>
        </w:rPr>
        <w:t>[15]</w:t>
      </w:r>
    </w:p>
    <w:p>
      <w:r>
        <w:rPr>
          <w:rFonts w:ascii="Gentium Plus" w:hAnsi="Gentium Plus"/>
          <w:sz w:val="24"/>
        </w:rPr>
        <w:t>[] [] [] []</w:t>
      </w:r>
    </w:p>
    <w:p>
      <w:pPr>
        <w:jc w:val="center"/>
      </w:pPr>
      <w:r>
        <w:rPr>
          <w:rFonts w:ascii="Gentium Plus" w:hAnsi="Gentium Plus"/>
          <w:b/>
          <w:sz w:val="24"/>
        </w:rPr>
        <w:t>fr. a, col 2</w:t>
      </w:r>
    </w:p>
    <w:p>
      <w:r>
        <w:rPr>
          <w:rFonts w:ascii="Courier New" w:hAnsi="Courier New"/>
          <w:color w:val="555555"/>
          <w:sz w:val="20"/>
        </w:rPr>
        <w:t>[1]</w:t>
      </w:r>
    </w:p>
    <w:p>
      <w:r>
        <w:rPr>
          <w:rFonts w:ascii="Gentium Plus" w:hAnsi="Gentium Plus"/>
          <w:sz w:val="24"/>
        </w:rPr>
        <w:t>.[ ε̣[ .[ ε[</w:t>
      </w:r>
    </w:p>
    <w:p>
      <w:r>
        <w:rPr>
          <w:rFonts w:ascii="Courier New" w:hAnsi="Courier New"/>
          <w:color w:val="555555"/>
          <w:sz w:val="20"/>
        </w:rPr>
        <w:t>[5]</w:t>
      </w:r>
    </w:p>
    <w:p>
      <w:r>
        <w:rPr>
          <w:rFonts w:ascii="Gentium Plus" w:hAnsi="Gentium Plus"/>
          <w:sz w:val="24"/>
        </w:rPr>
        <w:t>⸏ο[ ε[ .[ ε̣[ γ̣[</w:t>
      </w:r>
    </w:p>
    <w:p>
      <w:r>
        <w:rPr>
          <w:rFonts w:ascii="Courier New" w:hAnsi="Courier New"/>
          <w:color w:val="555555"/>
          <w:sz w:val="20"/>
        </w:rPr>
        <w:t>[10]</w:t>
      </w:r>
    </w:p>
    <w:p>
      <w:r>
        <w:rPr>
          <w:rFonts w:ascii="Gentium Plus" w:hAnsi="Gentium Plus"/>
          <w:sz w:val="24"/>
        </w:rPr>
        <w:t>ζ[ .[ ⸏.[ .[ ο[</w:t>
      </w:r>
    </w:p>
    <w:p>
      <w:r>
        <w:rPr>
          <w:rFonts w:ascii="Courier New" w:hAnsi="Courier New"/>
          <w:color w:val="555555"/>
          <w:sz w:val="20"/>
        </w:rPr>
        <w:t>[15]</w:t>
      </w:r>
    </w:p>
    <w:p>
      <w:r>
        <w:rPr>
          <w:rFonts w:ascii="Gentium Plus" w:hAnsi="Gentium Plus"/>
          <w:sz w:val="24"/>
        </w:rPr>
        <w:t>ο[ σ[ .ο[ ⸏λυ̣[</w:t>
      </w:r>
    </w:p>
    <w:p>
      <w:pPr>
        <w:jc w:val="center"/>
      </w:pPr>
      <w:r>
        <w:rPr>
          <w:rFonts w:ascii="Gentium Plus" w:hAnsi="Gentium Plus"/>
          <w:b/>
          <w:sz w:val="24"/>
        </w:rPr>
        <w:t>fr. b</w:t>
      </w:r>
    </w:p>
    <w:p>
      <w:r>
        <w:rPr>
          <w:rFonts w:ascii="Courier New" w:hAnsi="Courier New"/>
          <w:color w:val="555555"/>
          <w:sz w:val="20"/>
        </w:rPr>
        <w:t>[20]</w:t>
      </w:r>
    </w:p>
    <w:p>
      <w:r>
        <w:rPr>
          <w:rFonts w:ascii="Gentium Plus" w:hAnsi="Gentium Plus"/>
          <w:sz w:val="24"/>
        </w:rPr>
        <w:t>[].υ̣λ̣ε̣....δ̣ησ[.]υ̣.θ̣ο̣γ̣γ̣...ει[.]....ω̣.[ ⏑⏑–⏑⏑––⏑ ]πεφευγὼς ἤθυρον ἐ̣γ̣ὼ̣ νέος ἄντρ̣οι̣[ς ⏑⏑–⏑⏑––– ]ουργὸς ἁπλοῦς .[.].....ς̣ ἀ̣μίαντ̣[ος ⏑⏑–⏑⏑–⏑⏑– ].οσισου̣, καρπὸν μὲν ἐμ̣ὸ̣ν τ̣ὸ̣ν ὄ̣ρειον ⏑⏑–⏑⏑–⏑⏑ ]α̣ι τὸ πάλαι θηρῶν ἐφόδοις ἀκομιστ[–</w:t>
      </w:r>
    </w:p>
    <w:p>
      <w:r>
        <w:rPr>
          <w:rFonts w:ascii="Courier New" w:hAnsi="Courier New"/>
          <w:color w:val="555555"/>
          <w:sz w:val="20"/>
        </w:rPr>
        <w:t>[25]</w:t>
      </w:r>
    </w:p>
    <w:p>
      <w:r>
        <w:rPr>
          <w:rFonts w:ascii="Gentium Plus" w:hAnsi="Gentium Plus"/>
          <w:sz w:val="24"/>
        </w:rPr>
        <w:t>⏑⏑–⏑⏑–⏑⏑ ]παιδεύσας ὥριον ἥβ̣ην ἐφύ〈λ〉αξ̣α ⏑⏑–⏑⏑– καρπὸ]ν ὀπώρας ἦρα βαθείας ἐπὶ ληνούς ⏑⏑–⏑⏑–⏑⏑ ]ν εἰς θνητοὺς ἀνέ̣φηνα ποτὸν Διονύ̣[σου ⏑⏑–⏑⏑–– ]σ̣ος ὁ μύστης οὔποτε λήγων ἐπια̣[– ⏑⏑–⏑⏑–⏑⏑– ]δε θεοῦ πρώτη π̣λοκάμους ἀνέδησε̣[</w:t>
      </w:r>
    </w:p>
    <w:p>
      <w:r>
        <w:rPr>
          <w:rFonts w:ascii="Courier New" w:hAnsi="Courier New"/>
          <w:color w:val="555555"/>
          <w:sz w:val="20"/>
        </w:rPr>
        <w:t>[30]</w:t>
      </w:r>
    </w:p>
    <w:p>
      <w:r>
        <w:rPr>
          <w:rFonts w:ascii="Gentium Plus" w:hAnsi="Gentium Plus"/>
          <w:sz w:val="24"/>
        </w:rPr>
        <w:t>⏑⏑–⏑⏑–⏑⏑ ]ω̣ν λήθη χάρισ̣ι̣ν̣ ξ̣είναις ἀνέλαμψ[ε ⏑⏑–⏑⏑––– ]αι θίασος τοιάδε [κο]μπεῖν ἐδιδάχθη[ ⏑⏑–⏑⏑–⏑⏑–⏑]. μέγας φησὶν ἀοιδὸς Σαλαμῖνος ⏑⏑–⏑⏑–⏑⏑ ]ης ταμίας, νῦν δ’ εἰς ἀπάτας κεκύλ[ισται ⏑⏑–⏑⏑ ]ας παῦρος ὑπουργῶν ταῖς ψευδομέ̣[ν –⏑⏑––</w:t>
      </w:r>
    </w:p>
    <w:p>
      <w:r>
        <w:rPr>
          <w:rFonts w:ascii="Courier New" w:hAnsi="Courier New"/>
          <w:color w:val="555555"/>
          <w:sz w:val="20"/>
        </w:rPr>
        <w:t>[35]</w:t>
      </w:r>
    </w:p>
    <w:p>
      <w:r>
        <w:rPr>
          <w:rFonts w:ascii="Gentium Plus" w:hAnsi="Gentium Plus"/>
          <w:sz w:val="24"/>
        </w:rPr>
        <w:t>⏑⏑–⏑⏑–– ]αραπέμψει τὸν ἀπ’ ὀθνείας ἐπὶ γ̣[αῖαν ⏑⏑–⏑⏑–⏑⏑ ]γνῶτε, θεαί, τραγικῶν ὃ̣ παρῶςι πο̣[ητ– ⏑⏑–⏑⏑–– ].ος ὁρίζει μὴ τὰ δικαίω̣ς καλὰ μ̣[––</w:t>
      </w:r>
    </w:p>
    <w:p>
      <w:pPr>
        <w:jc w:val="center"/>
      </w:pPr>
      <w:r>
        <w:rPr>
          <w:rFonts w:ascii="Gentium Plus" w:hAnsi="Gentium Plus"/>
          <w:b/>
          <w:sz w:val="24"/>
        </w:rPr>
        <w:t>fr. c</w:t>
      </w:r>
    </w:p>
    <w:p>
      <w:r>
        <w:rPr>
          <w:rFonts w:ascii="Courier New" w:hAnsi="Courier New"/>
          <w:color w:val="555555"/>
          <w:sz w:val="20"/>
        </w:rPr>
        <w:t>[39]</w:t>
      </w:r>
    </w:p>
    <w:p>
      <w:r>
        <w:rPr>
          <w:rFonts w:ascii="Gentium Plus" w:hAnsi="Gentium Plus"/>
          <w:sz w:val="24"/>
        </w:rPr>
        <w:t>...</w:t>
      </w:r>
    </w:p>
    <w:p>
      <w:r>
        <w:rPr>
          <w:rFonts w:ascii="Courier New" w:hAnsi="Courier New"/>
          <w:color w:val="555555"/>
          <w:sz w:val="20"/>
        </w:rPr>
        <w:t>[39]</w:t>
      </w:r>
    </w:p>
    <w:p>
      <w:r>
        <w:rPr>
          <w:rFonts w:ascii="Gentium Plus" w:hAnsi="Gentium Plus"/>
          <w:sz w:val="24"/>
        </w:rPr>
        <w:t>[].π[</w:t>
      </w:r>
    </w:p>
    <w:p>
      <w:r>
        <w:rPr>
          <w:rFonts w:ascii="Courier New" w:hAnsi="Courier New"/>
          <w:color w:val="555555"/>
          <w:sz w:val="20"/>
        </w:rPr>
        <w:t>[40]</w:t>
      </w:r>
    </w:p>
    <w:p>
      <w:r>
        <w:rPr>
          <w:rFonts w:ascii="Gentium Plus" w:hAnsi="Gentium Plus"/>
          <w:sz w:val="24"/>
        </w:rPr>
        <w:t>[]...[ []..[ []ς̣.[ [].κ̣[ []ε̣τ̣[</w:t>
      </w:r>
    </w:p>
    <w:p>
      <w:r>
        <w:rPr>
          <w:rFonts w:ascii="Courier New" w:hAnsi="Courier New"/>
          <w:color w:val="555555"/>
          <w:sz w:val="20"/>
        </w:rPr>
        <w:t>[45]</w:t>
      </w:r>
    </w:p>
    <w:p>
      <w:r>
        <w:rPr>
          <w:rFonts w:ascii="Gentium Plus" w:hAnsi="Gentium Plus"/>
          <w:sz w:val="24"/>
        </w:rPr>
        <w:t>[]..[</w:t>
      </w:r>
    </w:p>
    <w:p>
      <w:r>
        <w:rPr>
          <w:rFonts w:ascii="Courier New" w:hAnsi="Courier New"/>
          <w:color w:val="555555"/>
          <w:sz w:val="20"/>
        </w:rPr>
        <w:t>[45]</w:t>
      </w:r>
    </w:p>
    <w:p>
      <w:r>
        <w:rPr>
          <w:rFonts w:ascii="Gentium Plus" w:hAnsi="Gentium Plus"/>
          <w:sz w:val="24"/>
        </w:rPr>
        <w:t>...</w:t>
      </w:r>
    </w:p>
    <w:p>
      <w:r>
        <w:rPr>
          <w:rFonts w:ascii="Courier New" w:hAnsi="Courier New"/>
          <w:color w:val="555555"/>
          <w:sz w:val="20"/>
        </w:rPr>
        <w:t>[647*]</w:t>
      </w:r>
    </w:p>
    <w:p>
      <w:r>
        <w:rPr>
          <w:rFonts w:ascii="Gentium Plus" w:hAnsi="Gentium Plus"/>
          <w:sz w:val="24"/>
        </w:rPr>
        <w:t>...</w:t>
      </w:r>
    </w:p>
    <w:p>
      <w:r>
        <w:rPr>
          <w:rFonts w:ascii="Courier New" w:hAnsi="Courier New"/>
          <w:color w:val="555555"/>
          <w:sz w:val="20"/>
        </w:rPr>
        <w:t>[1]</w:t>
      </w:r>
    </w:p>
    <w:p>
      <w:r>
        <w:rPr>
          <w:rFonts w:ascii="Gentium Plus" w:hAnsi="Gentium Plus"/>
          <w:sz w:val="24"/>
        </w:rPr>
        <w:t>αμ.[ ουτ[ μὴ νε̣[ ἢ μηδ̣[</w:t>
      </w:r>
    </w:p>
    <w:p>
      <w:r>
        <w:rPr>
          <w:rFonts w:ascii="Courier New" w:hAnsi="Courier New"/>
          <w:color w:val="555555"/>
          <w:sz w:val="20"/>
        </w:rPr>
        <w:t>[5]</w:t>
      </w:r>
    </w:p>
    <w:p>
      <w:r>
        <w:rPr>
          <w:rFonts w:ascii="Gentium Plus" w:hAnsi="Gentium Plus"/>
          <w:sz w:val="24"/>
        </w:rPr>
        <w:t>μελο.[ .[ εὕροις ἂ[ν –×–⏑–×–⏑– ε.[ .ρυστα̣ιν[</w:t>
      </w:r>
    </w:p>
    <w:p>
      <w:r>
        <w:rPr>
          <w:rFonts w:ascii="Courier New" w:hAnsi="Courier New"/>
          <w:color w:val="555555"/>
          <w:sz w:val="20"/>
        </w:rPr>
        <w:t>[10]</w:t>
      </w:r>
    </w:p>
    <w:p>
      <w:r>
        <w:rPr>
          <w:rFonts w:ascii="Gentium Plus" w:hAnsi="Gentium Plus"/>
          <w:sz w:val="24"/>
        </w:rPr>
        <w:t>κιν̣ε̣ῖ̣ν π[ οὐ γὰρ .[ ἰατρός β̣λέπουσι γὰρ τ[×–⏑–×–⏑–</w:t>
      </w:r>
    </w:p>
    <w:p>
      <w:r>
        <w:rPr>
          <w:rFonts w:ascii="Courier New" w:hAnsi="Courier New"/>
          <w:color w:val="555555"/>
          <w:sz w:val="20"/>
        </w:rPr>
        <w:t>[648*]</w:t>
      </w:r>
    </w:p>
    <w:p>
      <w:r>
        <w:rPr>
          <w:rFonts w:ascii="Gentium Plus" w:hAnsi="Gentium Plus"/>
          <w:sz w:val="24"/>
        </w:rPr>
        <w:t>[ ]. πόλιν φε̣[ ×–⏑–×–⏑–] νεανίας [ ]ες γ̣’ ἐλευθερ̣[ [ ]υ̣κ̣ηδει γαρ̣[</w:t>
      </w:r>
    </w:p>
    <w:p>
      <w:r>
        <w:rPr>
          <w:rFonts w:ascii="Courier New" w:hAnsi="Courier New"/>
          <w:color w:val="555555"/>
          <w:sz w:val="20"/>
        </w:rPr>
        <w:t>[5]</w:t>
      </w:r>
    </w:p>
    <w:p>
      <w:r>
        <w:rPr>
          <w:rFonts w:ascii="Gentium Plus" w:hAnsi="Gentium Plus"/>
          <w:sz w:val="24"/>
        </w:rPr>
        <w:t>[ ]ε̣ι̣[....]α̣.[</w:t>
      </w:r>
    </w:p>
    <w:p>
      <w:r>
        <w:rPr>
          <w:rFonts w:ascii="Courier New" w:hAnsi="Courier New"/>
          <w:color w:val="555555"/>
          <w:sz w:val="20"/>
        </w:rPr>
        <w:t>[5]</w:t>
      </w:r>
    </w:p>
    <w:p>
      <w:r>
        <w:rPr>
          <w:rFonts w:ascii="Gentium Plus" w:hAnsi="Gentium Plus"/>
          <w:sz w:val="24"/>
        </w:rPr>
        <w:t>...</w:t>
      </w:r>
    </w:p>
    <w:p>
      <w:r>
        <w:rPr>
          <w:rFonts w:ascii="Courier New" w:hAnsi="Courier New"/>
          <w:color w:val="555555"/>
          <w:sz w:val="20"/>
        </w:rPr>
        <w:t>[649 (tit)]</w:t>
      </w:r>
    </w:p>
    <w:p>
      <w:r>
        <w:rPr>
          <w:rFonts w:ascii="Gentium Plus" w:hAnsi="Gentium Plus"/>
          <w:sz w:val="24"/>
        </w:rPr>
        <w:t>ΕΚΤΩΡ?</w:t>
      </w:r>
    </w:p>
    <w:p>
      <w:r>
        <w:rPr>
          <w:rFonts w:ascii="Courier New" w:hAnsi="Courier New"/>
          <w:color w:val="555555"/>
          <w:sz w:val="20"/>
        </w:rPr>
        <w:t>[1]</w:t>
      </w:r>
    </w:p>
    <w:p>
      <w:r>
        <w:rPr>
          <w:rFonts w:ascii="Gentium Plus" w:hAnsi="Gentium Plus"/>
          <w:sz w:val="24"/>
        </w:rPr>
        <w:t>ΠΡΙΑΜΟΣ</w:t>
      </w:r>
    </w:p>
    <w:p>
      <w:r>
        <w:rPr>
          <w:rFonts w:ascii="Courier New" w:hAnsi="Courier New"/>
          <w:color w:val="555555"/>
          <w:sz w:val="20"/>
        </w:rPr>
        <w:t>[1]</w:t>
      </w:r>
    </w:p>
    <w:p>
      <w:r>
        <w:rPr>
          <w:rFonts w:ascii="Gentium Plus" w:hAnsi="Gentium Plus"/>
          <w:sz w:val="24"/>
        </w:rPr>
        <w:t>θά̣ρ̣σησον, ὦ παῖ· μὴ κάμῃς· στῆσον πόδα, καὶ σαῖσι β[ο]υλαῖς προσδέχου τὰ κρείσσ̣[ονα·</w:t>
      </w:r>
    </w:p>
    <w:p>
      <w:r>
        <w:rPr>
          <w:rFonts w:ascii="Courier New" w:hAnsi="Courier New"/>
          <w:color w:val="555555"/>
          <w:sz w:val="20"/>
        </w:rPr>
        <w:t>[4]</w:t>
      </w:r>
    </w:p>
    <w:p>
      <w:r>
        <w:rPr>
          <w:rFonts w:ascii="Gentium Plus" w:hAnsi="Gentium Plus"/>
          <w:sz w:val="24"/>
        </w:rPr>
        <w:t>βέβληκε δεινὸν κάμακα [</w:t>
      </w:r>
    </w:p>
    <w:p>
      <w:r>
        <w:rPr>
          <w:rFonts w:ascii="Courier New" w:hAnsi="Courier New"/>
          <w:color w:val="555555"/>
          <w:sz w:val="20"/>
        </w:rPr>
        <w:t>[5]</w:t>
      </w:r>
    </w:p>
    <w:p>
      <w:r>
        <w:rPr>
          <w:rFonts w:ascii="Gentium Plus" w:hAnsi="Gentium Plus"/>
          <w:sz w:val="24"/>
        </w:rPr>
        <w:t>ΠΡ. ⸏τίς, τέκνον; φράσον· ΧΟΡΟΣ ὁ Πηλιώτης [ ΚΑ. ἀλλ’ ἠστόχησε〈ν〉· ΧΟ. εἶπας ὡς ἔχει[⏑– ΚΑ. Ἕκτωρ †δεδεμλει†· ΧΟ. δυστυχὴς ἀγω[ν ⏑– ΚΑ. ⸏ἴσως ἐδυστύχησεν[ ᾠδή</w:t>
      </w:r>
    </w:p>
    <w:p>
      <w:r>
        <w:rPr>
          <w:rFonts w:ascii="Courier New" w:hAnsi="Courier New"/>
          <w:color w:val="555555"/>
          <w:sz w:val="20"/>
        </w:rPr>
        <w:t>[10]</w:t>
      </w:r>
    </w:p>
    <w:p>
      <w:r>
        <w:rPr>
          <w:rFonts w:ascii="Gentium Plus" w:hAnsi="Gentium Plus"/>
          <w:sz w:val="24"/>
        </w:rPr>
        <w:t>⸏κοινὰ μέχρι νῦν νικῶμεν .[ ΔΗΙΦΟΒΟΣ</w:t>
      </w:r>
    </w:p>
    <w:p>
      <w:r>
        <w:rPr>
          <w:rFonts w:ascii="Courier New" w:hAnsi="Courier New"/>
          <w:color w:val="555555"/>
          <w:sz w:val="20"/>
        </w:rPr>
        <w:t>[11]</w:t>
      </w:r>
    </w:p>
    <w:p>
      <w:r>
        <w:rPr>
          <w:rFonts w:ascii="Gentium Plus" w:hAnsi="Gentium Plus"/>
          <w:sz w:val="24"/>
        </w:rPr>
        <w:t>τίς ἦχ[ο]ς ἡμᾶς ἐκ δόμων ἀνέκλαγε; [</w:t>
      </w:r>
    </w:p>
    <w:p>
      <w:r>
        <w:rPr>
          <w:rFonts w:ascii="Courier New" w:hAnsi="Courier New"/>
          <w:color w:val="555555"/>
          <w:sz w:val="20"/>
        </w:rPr>
        <w:t>[15]</w:t>
      </w:r>
    </w:p>
    <w:p>
      <w:r>
        <w:rPr>
          <w:rFonts w:ascii="Gentium Plus" w:hAnsi="Gentium Plus"/>
          <w:sz w:val="24"/>
        </w:rPr>
        <w:t>ᾠδή ΚΑ.] .[]... πρὸ πύργων ο̣ὐ̣κ̣[.]σε.[ ΔΗ. μ̣έ̣μ̣η̣ν̣α̣[ς] αὐτὴ καὶ παρεπλάγχθης φρένα[ ᾠδή ΚΑ.] οὐ παρε̣κ̣έ[λ]ευε̣ς̣; .[</w:t>
      </w:r>
    </w:p>
    <w:p>
      <w:r>
        <w:rPr>
          <w:rFonts w:ascii="Courier New" w:hAnsi="Courier New"/>
          <w:color w:val="555555"/>
          <w:sz w:val="20"/>
        </w:rPr>
        <w:t>[20]</w:t>
      </w:r>
    </w:p>
    <w:p>
      <w:r>
        <w:rPr>
          <w:rFonts w:ascii="Gentium Plus" w:hAnsi="Gentium Plus"/>
          <w:sz w:val="24"/>
        </w:rPr>
        <w:t>[ ]πατ̣...τ̣.....ατο̣[ ca. 9 ll.].[ [ ]ὃς ν̣ῦ̣[ν] .ε....ρο.ι̣οσ̣[ ᾠδή ΚΑ.] ν̣ε̣[ώ]τ̣ερόν μοι τ[ [ ] ἀκού[σ]α̣[τ’] ἄ̣[κ]ρ̣αν γῆρυν [–×–⏑–</w:t>
      </w:r>
    </w:p>
    <w:p>
      <w:r>
        <w:rPr>
          <w:rFonts w:ascii="Courier New" w:hAnsi="Courier New"/>
          <w:color w:val="555555"/>
          <w:sz w:val="20"/>
        </w:rPr>
        <w:t>[25]</w:t>
      </w:r>
    </w:p>
    <w:p>
      <w:r>
        <w:rPr>
          <w:rFonts w:ascii="Gentium Plus" w:hAnsi="Gentium Plus"/>
          <w:sz w:val="24"/>
        </w:rPr>
        <w:t>[ ] ἀκού[σ]α̣θ̣’· Ἕ̣κ̣τ̣ω̣ρ̣ ἐξόλωλ[.].[–⏑– ᾠδή ΚΑ.] [].[] ἄχ̣λ̣υς πόθ̣εν με[ [ ] ὄλω̣λ̣[..]...α̣ι̣ κα̣ὶ φάος̣ Τιτα̣[ν ⏑– [ ]...[.]..[.].δ. ν̣ῦ̣ν τὸ κλεινὸ̣[ν Ἴλιον</w:t>
      </w:r>
    </w:p>
    <w:p>
      <w:r>
        <w:rPr>
          <w:rFonts w:ascii="Courier New" w:hAnsi="Courier New"/>
          <w:color w:val="555555"/>
          <w:sz w:val="20"/>
        </w:rPr>
        <w:t>[30]</w:t>
      </w:r>
    </w:p>
    <w:p>
      <w:r>
        <w:rPr>
          <w:rFonts w:ascii="Gentium Plus" w:hAnsi="Gentium Plus"/>
          <w:sz w:val="24"/>
        </w:rPr>
        <w:t>[ ] τῆς σῆς̣ ἔ̣ρη̣[μ]ο̣ν̣ χειρὸς Ἑλλή[νων ⏑– [ ] ⸏βαλεῖ πρὸς οὖδας [ [ .]υν.[.].[.]τ̣υ̣χης ἐγώ [ [ .]λλ.[..]..α̣γ̣ρ̣[. σ]κ̣ῆπτ̣ρ[ [ ] [ᾠδή] [</w:t>
      </w:r>
    </w:p>
    <w:p>
      <w:r>
        <w:rPr>
          <w:rFonts w:ascii="Courier New" w:hAnsi="Courier New"/>
          <w:color w:val="555555"/>
          <w:sz w:val="20"/>
        </w:rPr>
        <w:t>[35]</w:t>
      </w:r>
    </w:p>
    <w:p>
      <w:r>
        <w:rPr>
          <w:rFonts w:ascii="Gentium Plus" w:hAnsi="Gentium Plus"/>
          <w:sz w:val="24"/>
        </w:rPr>
        <w:t>ΚΑ. ] ....[ca. 9 ll.]τ̣υ[</w:t>
      </w:r>
    </w:p>
    <w:p>
      <w:r>
        <w:rPr>
          <w:rFonts w:ascii="Courier New" w:hAnsi="Courier New"/>
          <w:color w:val="555555"/>
          <w:sz w:val="20"/>
        </w:rPr>
        <w:t>[650*]</w:t>
      </w:r>
    </w:p>
    <w:p>
      <w:r>
        <w:rPr>
          <w:rFonts w:ascii="Gentium Plus" w:hAnsi="Gentium Plus"/>
          <w:sz w:val="24"/>
        </w:rPr>
        <w:t>...</w:t>
      </w:r>
    </w:p>
    <w:p>
      <w:r>
        <w:rPr>
          <w:rFonts w:ascii="Courier New" w:hAnsi="Courier New"/>
          <w:color w:val="555555"/>
          <w:sz w:val="20"/>
        </w:rPr>
        <w:t>[1]</w:t>
      </w:r>
    </w:p>
    <w:p>
      <w:r>
        <w:rPr>
          <w:rFonts w:ascii="Gentium Plus" w:hAnsi="Gentium Plus"/>
          <w:sz w:val="24"/>
        </w:rPr>
        <w:t>..]ει πρὸς ἰσχυ̣[ ...]η̣ν βίαν τα[ ἀλ]λ’ οὐ καλὸν τὸν ἄδικ[ον –×–⏑– ..]ειν δὲ τὸν σφαλέντ̣[α</w:t>
      </w:r>
    </w:p>
    <w:p>
      <w:r>
        <w:rPr>
          <w:rFonts w:ascii="Courier New" w:hAnsi="Courier New"/>
          <w:color w:val="555555"/>
          <w:sz w:val="20"/>
        </w:rPr>
        <w:t>[5]</w:t>
      </w:r>
    </w:p>
    <w:p>
      <w:r>
        <w:rPr>
          <w:rFonts w:ascii="Gentium Plus" w:hAnsi="Gentium Plus"/>
          <w:sz w:val="24"/>
        </w:rPr>
        <w:t>...]δ’ ἵ̣μερός μ’ ὑπῆλθε[ ..].ι̣ν̣[]δ̣ω̣μ̣α̣σ̣υ̣..[</w:t>
      </w:r>
    </w:p>
    <w:p>
      <w:r>
        <w:rPr>
          <w:rFonts w:ascii="Courier New" w:hAnsi="Courier New"/>
          <w:color w:val="555555"/>
          <w:sz w:val="20"/>
        </w:rPr>
        <w:t>[6]</w:t>
      </w:r>
    </w:p>
    <w:p>
      <w:r>
        <w:rPr>
          <w:rFonts w:ascii="Gentium Plus" w:hAnsi="Gentium Plus"/>
          <w:sz w:val="24"/>
        </w:rPr>
        <w:t>...</w:t>
      </w:r>
    </w:p>
    <w:p>
      <w:r>
        <w:rPr>
          <w:rFonts w:ascii="Courier New" w:hAnsi="Courier New"/>
          <w:color w:val="555555"/>
          <w:sz w:val="20"/>
        </w:rPr>
        <w:t>[651]</w:t>
      </w:r>
    </w:p>
    <w:p>
      <w:r>
        <w:rPr>
          <w:rFonts w:ascii="Gentium Plus" w:hAnsi="Gentium Plus"/>
          <w:sz w:val="24"/>
        </w:rPr>
        <w:t>...</w:t>
      </w:r>
    </w:p>
    <w:p>
      <w:r>
        <w:rPr>
          <w:rFonts w:ascii="Courier New" w:hAnsi="Courier New"/>
          <w:color w:val="555555"/>
          <w:sz w:val="20"/>
        </w:rPr>
        <w:t>[1]</w:t>
      </w:r>
    </w:p>
    <w:p>
      <w:r>
        <w:rPr>
          <w:rFonts w:ascii="Gentium Plus" w:hAnsi="Gentium Plus"/>
          <w:sz w:val="24"/>
        </w:rPr>
        <w:t>[ ].[ ×–⏑–×]. τῆς Ἀχι̣[λλ×–⏑– [ ] ἐπὶ πρύμ̣[ν [ ]έναι τ[</w:t>
      </w:r>
    </w:p>
    <w:p>
      <w:r>
        <w:rPr>
          <w:rFonts w:ascii="Courier New" w:hAnsi="Courier New"/>
          <w:color w:val="555555"/>
          <w:sz w:val="20"/>
        </w:rPr>
        <w:t>[5]</w:t>
      </w:r>
    </w:p>
    <w:p>
      <w:r>
        <w:rPr>
          <w:rFonts w:ascii="Gentium Plus" w:hAnsi="Gentium Plus"/>
          <w:sz w:val="24"/>
        </w:rPr>
        <w:t>[ ]ν καὶ πο[</w:t>
      </w:r>
    </w:p>
    <w:p>
      <w:r>
        <w:rPr>
          <w:rFonts w:ascii="Courier New" w:hAnsi="Courier New"/>
          <w:color w:val="555555"/>
          <w:sz w:val="20"/>
        </w:rPr>
        <w:t>[652]</w:t>
      </w:r>
    </w:p>
    <w:p>
      <w:r>
        <w:rPr>
          <w:rFonts w:ascii="Gentium Plus" w:hAnsi="Gentium Plus"/>
          <w:sz w:val="24"/>
        </w:rPr>
        <w:t>...</w:t>
      </w:r>
    </w:p>
    <w:p>
      <w:r>
        <w:rPr>
          <w:rFonts w:ascii="Courier New" w:hAnsi="Courier New"/>
          <w:color w:val="555555"/>
          <w:sz w:val="20"/>
        </w:rPr>
        <w:t>[1]</w:t>
      </w:r>
    </w:p>
    <w:p>
      <w:r>
        <w:rPr>
          <w:rFonts w:ascii="Gentium Plus" w:hAnsi="Gentium Plus"/>
          <w:sz w:val="24"/>
        </w:rPr>
        <w:t>[ ]ς κρύφιον δὲ λέκτρον [] ἡμᾶς ὄμμα</w:t>
      </w:r>
    </w:p>
    <w:p>
      <w:r>
        <w:rPr>
          <w:rFonts w:ascii="Courier New" w:hAnsi="Courier New"/>
          <w:color w:val="555555"/>
          <w:sz w:val="20"/>
        </w:rPr>
        <w:t>[2]</w:t>
      </w:r>
    </w:p>
    <w:p>
      <w:r>
        <w:rPr>
          <w:rFonts w:ascii="Gentium Plus" w:hAnsi="Gentium Plus"/>
          <w:sz w:val="24"/>
        </w:rPr>
        <w:t>... δε̣[ δε[</w:t>
      </w:r>
    </w:p>
    <w:p>
      <w:r>
        <w:rPr>
          <w:rFonts w:ascii="Courier New" w:hAnsi="Courier New"/>
          <w:color w:val="555555"/>
          <w:sz w:val="20"/>
        </w:rPr>
        <w:t>[5]</w:t>
      </w:r>
    </w:p>
    <w:p>
      <w:r>
        <w:rPr>
          <w:rFonts w:ascii="Gentium Plus" w:hAnsi="Gentium Plus"/>
          <w:sz w:val="24"/>
        </w:rPr>
        <w:t>φυ[ σκ̣[ θη[ κ.[ ηλ.[</w:t>
      </w:r>
    </w:p>
    <w:p>
      <w:r>
        <w:rPr>
          <w:rFonts w:ascii="Courier New" w:hAnsi="Courier New"/>
          <w:color w:val="555555"/>
          <w:sz w:val="20"/>
        </w:rPr>
        <w:t>[10]</w:t>
      </w:r>
    </w:p>
    <w:p>
      <w:r>
        <w:rPr>
          <w:rFonts w:ascii="Gentium Plus" w:hAnsi="Gentium Plus"/>
          <w:sz w:val="24"/>
        </w:rPr>
        <w:t>κου[ πα.[</w:t>
      </w:r>
    </w:p>
    <w:p>
      <w:r>
        <w:rPr>
          <w:rFonts w:ascii="Courier New" w:hAnsi="Courier New"/>
          <w:color w:val="555555"/>
          <w:sz w:val="20"/>
        </w:rPr>
        <w:t>[11]</w:t>
      </w:r>
    </w:p>
    <w:p>
      <w:r>
        <w:rPr>
          <w:rFonts w:ascii="Gentium Plus" w:hAnsi="Gentium Plus"/>
          <w:sz w:val="24"/>
        </w:rPr>
        <w:t>...</w:t>
      </w:r>
    </w:p>
    <w:p>
      <w:r>
        <w:rPr>
          <w:rFonts w:ascii="Courier New" w:hAnsi="Courier New"/>
          <w:color w:val="555555"/>
          <w:sz w:val="20"/>
        </w:rPr>
        <w:t>[653 (tit)]</w:t>
      </w:r>
    </w:p>
    <w:p>
      <w:r>
        <w:rPr>
          <w:rFonts w:ascii="Gentium Plus" w:hAnsi="Gentium Plus"/>
          <w:sz w:val="24"/>
        </w:rPr>
        <w:t>ΗΡΑΚΛΗΣ?</w:t>
      </w:r>
    </w:p>
    <w:p>
      <w:r>
        <w:rPr>
          <w:rFonts w:ascii="Courier New" w:hAnsi="Courier New"/>
          <w:color w:val="555555"/>
          <w:sz w:val="20"/>
        </w:rPr>
        <w:t>[1]</w:t>
      </w:r>
    </w:p>
    <w:p>
      <w:r>
        <w:rPr>
          <w:rFonts w:ascii="Gentium Plus" w:hAnsi="Gentium Plus"/>
          <w:sz w:val="24"/>
        </w:rPr>
        <w:t>×–⏑–×–]ορω πεπραγμένω̣[ [ πε]φυρ̣μ̣ένος λύθρῳ</w:t>
      </w:r>
    </w:p>
    <w:p>
      <w:r>
        <w:rPr>
          <w:rFonts w:ascii="Courier New" w:hAnsi="Courier New"/>
          <w:color w:val="555555"/>
          <w:sz w:val="20"/>
        </w:rPr>
        <w:t>[5]</w:t>
      </w:r>
    </w:p>
    <w:p>
      <w:r>
        <w:rPr>
          <w:rFonts w:ascii="Gentium Plus" w:hAnsi="Gentium Plus"/>
          <w:sz w:val="24"/>
        </w:rPr>
        <w:t>[ ].ριν ἐσκυλευμένην [ ]ας κατ’ αὐχένων [ ]έχω κα̣[τ]ακˈρεμάς [ ]ματοστ[ό]μ̣ου σκέπας [ ] γουνάτων ῥυγὴν ἱείς</w:t>
      </w:r>
    </w:p>
    <w:p>
      <w:r>
        <w:rPr>
          <w:rFonts w:ascii="Courier New" w:hAnsi="Courier New"/>
          <w:color w:val="555555"/>
          <w:sz w:val="20"/>
        </w:rPr>
        <w:t>[10]</w:t>
      </w:r>
    </w:p>
    <w:p>
      <w:r>
        <w:rPr>
          <w:rFonts w:ascii="Gentium Plus" w:hAnsi="Gentium Plus"/>
          <w:sz w:val="24"/>
        </w:rPr>
        <w:t>[ ]†κ̣κε̣βαιν’ οὐδὲν μένος [ ]σεν Ἀνταῖος πάλιν [ ].ον ἐσκεπασμένος [ ]μα †γηγενεστερον [ ]ο̣ς ἄπˈλατος γίγας</w:t>
      </w:r>
    </w:p>
    <w:p>
      <w:r>
        <w:rPr>
          <w:rFonts w:ascii="Courier New" w:hAnsi="Courier New"/>
          <w:color w:val="555555"/>
          <w:sz w:val="20"/>
        </w:rPr>
        <w:t>[15]</w:t>
      </w:r>
    </w:p>
    <w:p>
      <w:r>
        <w:rPr>
          <w:rFonts w:ascii="Gentium Plus" w:hAnsi="Gentium Plus"/>
          <w:sz w:val="24"/>
        </w:rPr>
        <w:t>[ ]..εις δ’ ἐναντίας [ ]τονως ἐπείγεται [ ]εμ̣ου μενειμ̣ο̣σους [ ]σ̣ον εὐρ[εῖ]α̣ν̣ ῥάχιν [ ]τον ἀθλη̣τὴν μέγαν</w:t>
      </w:r>
    </w:p>
    <w:p>
      <w:r>
        <w:rPr>
          <w:rFonts w:ascii="Courier New" w:hAnsi="Courier New"/>
          <w:color w:val="555555"/>
          <w:sz w:val="20"/>
        </w:rPr>
        <w:t>[20]</w:t>
      </w:r>
    </w:p>
    <w:p>
      <w:r>
        <w:rPr>
          <w:rFonts w:ascii="Gentium Plus" w:hAnsi="Gentium Plus"/>
          <w:sz w:val="24"/>
        </w:rPr>
        <w:t>[ πά]ροιθε πειράσας [ ]λ̣ων ἐμ〈ο〉ῖς δεθείς [ και]ρίοις τοξεύμασιν [ ]ν Θρηικίων διώκομαι [ ]μα πῶς μ̣’ ἀ̣γηλατεῖ</w:t>
      </w:r>
    </w:p>
    <w:p>
      <w:r>
        <w:rPr>
          <w:rFonts w:ascii="Courier New" w:hAnsi="Courier New"/>
          <w:color w:val="555555"/>
          <w:sz w:val="20"/>
        </w:rPr>
        <w:t>[25]</w:t>
      </w:r>
    </w:p>
    <w:p>
      <w:r>
        <w:rPr>
          <w:rFonts w:ascii="Gentium Plus" w:hAnsi="Gentium Plus"/>
          <w:sz w:val="24"/>
        </w:rPr>
        <w:t>[ ]δεκάστομος φόνος [ Κερ]βέρου βοὴ φοβεῖ []ος [].ατα [ ]δ̣ον Προμηθέως</w:t>
      </w:r>
    </w:p>
    <w:p>
      <w:r>
        <w:rPr>
          <w:rFonts w:ascii="Courier New" w:hAnsi="Courier New"/>
          <w:color w:val="555555"/>
          <w:sz w:val="20"/>
        </w:rPr>
        <w:t>[30]</w:t>
      </w:r>
    </w:p>
    <w:p>
      <w:r>
        <w:rPr>
          <w:rFonts w:ascii="Gentium Plus" w:hAnsi="Gentium Plus"/>
          <w:sz w:val="24"/>
        </w:rPr>
        <w:t>[ ε]ὔροος ειλ̣[ ⸏οχω[ ἐ̣τυμ̣[</w:t>
      </w:r>
    </w:p>
    <w:p>
      <w:r>
        <w:rPr>
          <w:rFonts w:ascii="Courier New" w:hAnsi="Courier New"/>
          <w:color w:val="555555"/>
          <w:sz w:val="20"/>
        </w:rPr>
        <w:t>[35]</w:t>
      </w:r>
    </w:p>
    <w:p>
      <w:r>
        <w:rPr>
          <w:rFonts w:ascii="Gentium Plus" w:hAnsi="Gentium Plus"/>
          <w:sz w:val="24"/>
        </w:rPr>
        <w:t>τ̣ι̣π̣[ πε.[ μες̣.[ χευ[ πο̣ν̣[...].[</w:t>
      </w:r>
    </w:p>
    <w:p>
      <w:r>
        <w:rPr>
          <w:rFonts w:ascii="Courier New" w:hAnsi="Courier New"/>
          <w:color w:val="555555"/>
          <w:sz w:val="20"/>
        </w:rPr>
        <w:t>[40]</w:t>
      </w:r>
    </w:p>
    <w:p>
      <w:r>
        <w:rPr>
          <w:rFonts w:ascii="Gentium Plus" w:hAnsi="Gentium Plus"/>
          <w:sz w:val="24"/>
        </w:rPr>
        <w:t>τεύξῃ τιν’ Ἥρα .[ νυ[..].ρ καθ’ ἡμ.[ ποῖ ποῖ φύγωμεν̣ [ δ.β..καθηρα.[ ἐς αἰθέρ’ ἐλθω[</w:t>
      </w:r>
    </w:p>
    <w:p>
      <w:r>
        <w:rPr>
          <w:rFonts w:ascii="Courier New" w:hAnsi="Courier New"/>
          <w:color w:val="555555"/>
          <w:sz w:val="20"/>
        </w:rPr>
        <w:t>[45]</w:t>
      </w:r>
    </w:p>
    <w:p>
      <w:r>
        <w:rPr>
          <w:rFonts w:ascii="Gentium Plus" w:hAnsi="Gentium Plus"/>
          <w:sz w:val="24"/>
        </w:rPr>
        <w:t>Ἅ〈ι〉δη μ’ ὁδευ̣.[..]υ̣[ Ὄλυμπος ἡμῖν [ ....οι μεκραι.[ κεραύνιοι πρηστῆρ[ες ἔχοντες †ουφερεστε.[</w:t>
      </w:r>
    </w:p>
    <w:p>
      <w:r>
        <w:rPr>
          <w:rFonts w:ascii="Courier New" w:hAnsi="Courier New"/>
          <w:color w:val="555555"/>
          <w:sz w:val="20"/>
        </w:rPr>
        <w:t>[653 (50)]</w:t>
      </w:r>
    </w:p>
    <w:p>
      <w:r>
        <w:rPr>
          <w:rFonts w:ascii="Gentium Plus" w:hAnsi="Gentium Plus"/>
          <w:sz w:val="24"/>
        </w:rPr>
        <w:t>Ἥρα με πλ̣εῖον χαρμ[ ταῦτ’ ἦν ἃ μόχθοις μυ[ρίοις τοῦτ’ αἰθέρος κελευθο[ ἵ̣ν’ ἐλπίσας Ὄλυμπον [ ὃν οὐ λέοντες εἶδον [</w:t>
      </w:r>
    </w:p>
    <w:p>
      <w:r>
        <w:rPr>
          <w:rFonts w:ascii="Courier New" w:hAnsi="Courier New"/>
          <w:color w:val="555555"/>
          <w:sz w:val="20"/>
        </w:rPr>
        <w:t>[55]</w:t>
      </w:r>
    </w:p>
    <w:p>
      <w:r>
        <w:rPr>
          <w:rFonts w:ascii="Gentium Plus" w:hAnsi="Gentium Plus"/>
          <w:sz w:val="24"/>
        </w:rPr>
        <w:t>πα̣ί̣ζ̣[ο]ντες οὔτ’ ἀμει.[ γυνὴ καθεῖλε δυσκλ[ε γυνὴ τὸν Ἥρας ζῆλο[ν ἀ̣λλ’ ὦ πάτερ γεραιὲ [ λόγοι με φυν[</w:t>
      </w:r>
    </w:p>
    <w:p>
      <w:r>
        <w:rPr>
          <w:rFonts w:ascii="Courier New" w:hAnsi="Courier New"/>
          <w:color w:val="555555"/>
          <w:sz w:val="20"/>
        </w:rPr>
        <w:t>[60]</w:t>
      </w:r>
    </w:p>
    <w:p>
      <w:r>
        <w:rPr>
          <w:rFonts w:ascii="Gentium Plus" w:hAnsi="Gentium Plus"/>
          <w:sz w:val="24"/>
        </w:rPr>
        <w:t>δός μοι τὸ νωθρ[ὸν</w:t>
      </w:r>
    </w:p>
    <w:p>
      <w:r>
        <w:rPr>
          <w:rFonts w:ascii="Courier New" w:hAnsi="Courier New"/>
          <w:color w:val="555555"/>
          <w:sz w:val="20"/>
        </w:rPr>
        <w:t>[654 (tit)]</w:t>
      </w:r>
    </w:p>
    <w:p>
      <w:r>
        <w:rPr>
          <w:rFonts w:ascii="Gentium Plus" w:hAnsi="Gentium Plus"/>
          <w:sz w:val="24"/>
        </w:rPr>
        <w:t>ΦΙΛΟΚΤΗΤΗΣ (?)</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τὸν ζο̣.[ προσφ[</w:t>
      </w:r>
    </w:p>
    <w:p>
      <w:r>
        <w:rPr>
          <w:rFonts w:ascii="Courier New" w:hAnsi="Courier New"/>
          <w:color w:val="555555"/>
          <w:sz w:val="20"/>
        </w:rPr>
        <w:t>[5]</w:t>
      </w:r>
    </w:p>
    <w:p>
      <w:r>
        <w:rPr>
          <w:rFonts w:ascii="Gentium Plus" w:hAnsi="Gentium Plus"/>
          <w:sz w:val="24"/>
        </w:rPr>
        <w:t>φροντ[ί]δ̣ι̣ [–– ˈ ⏑⏑–⏑⏑– ˈ λύηι δὲ πόνω̣[ν ⏑⏑–⏑⏑–· ˈ εἰ δ’ ἀλίαστον [⏑⏑–⏑⏑– ˈ ἄλλης βουλῆ[ς ⏑⏑–⏑⏑– ˈ ⸏χρείαν ἥκει̣[ς ⏑⏑–– ˈ ˈ</w:t>
      </w:r>
    </w:p>
    <w:p>
      <w:r>
        <w:rPr>
          <w:rFonts w:ascii="Courier New" w:hAnsi="Courier New"/>
          <w:color w:val="555555"/>
          <w:sz w:val="20"/>
        </w:rPr>
        <w:t>[10]</w:t>
      </w:r>
    </w:p>
    <w:p>
      <w:r>
        <w:rPr>
          <w:rFonts w:ascii="Gentium Plus" w:hAnsi="Gentium Plus"/>
          <w:sz w:val="24"/>
        </w:rPr>
        <w:t>(ΦΙΛΟΚΤΗΤΗΣ?)</w:t>
      </w:r>
    </w:p>
    <w:p>
      <w:r>
        <w:rPr>
          <w:rFonts w:ascii="Courier New" w:hAnsi="Courier New"/>
          <w:color w:val="555555"/>
          <w:sz w:val="20"/>
        </w:rPr>
        <w:t>[10]</w:t>
      </w:r>
    </w:p>
    <w:p>
      <w:r>
        <w:rPr>
          <w:rFonts w:ascii="Gentium Plus" w:hAnsi="Gentium Plus"/>
          <w:sz w:val="24"/>
        </w:rPr>
        <w:t>ἄναξ π[ ποῦ κεκ[ σὸν ὄμ̣μ[α καί μο̣ι̣ [ Φ̣οίβου τῶ̣[</w:t>
      </w:r>
    </w:p>
    <w:p>
      <w:r>
        <w:rPr>
          <w:rFonts w:ascii="Courier New" w:hAnsi="Courier New"/>
          <w:color w:val="555555"/>
          <w:sz w:val="20"/>
        </w:rPr>
        <w:t>[15]</w:t>
      </w:r>
    </w:p>
    <w:p>
      <w:r>
        <w:rPr>
          <w:rFonts w:ascii="Gentium Plus" w:hAnsi="Gentium Plus"/>
          <w:sz w:val="24"/>
        </w:rPr>
        <w:t>χρησμῶ.[ καὶ Φρυγῶ[ν ⸐δορὶ χρὴ λα̣[</w:t>
      </w:r>
    </w:p>
    <w:p>
      <w:r>
        <w:rPr>
          <w:rFonts w:ascii="Courier New" w:hAnsi="Courier New"/>
          <w:color w:val="555555"/>
          <w:sz w:val="20"/>
        </w:rPr>
        <w:t>[20]</w:t>
      </w:r>
    </w:p>
    <w:p>
      <w:r>
        <w:rPr>
          <w:rFonts w:ascii="Gentium Plus" w:hAnsi="Gentium Plus"/>
          <w:sz w:val="24"/>
        </w:rPr>
        <w:t>×–] γὰρ οὐχ ο̣ἷόν̣ τ’ ἐρ[–×–⏑– [ ].σμεν̣[ [ ]η̣σ̣φα̣[ [ ]λ̣ω̣τ̣ασθ̣[ [ ]μενουδ[</w:t>
      </w:r>
    </w:p>
    <w:p>
      <w:r>
        <w:rPr>
          <w:rFonts w:ascii="Courier New" w:hAnsi="Courier New"/>
          <w:color w:val="555555"/>
          <w:sz w:val="20"/>
        </w:rPr>
        <w:t>[25]</w:t>
      </w:r>
    </w:p>
    <w:p>
      <w:r>
        <w:rPr>
          <w:rFonts w:ascii="Gentium Plus" w:hAnsi="Gentium Plus"/>
          <w:sz w:val="24"/>
        </w:rPr>
        <w:t>[ ]γ̣ξαι· συ.[ [ ]δη πᾶς· λυ̣[ [ ]· ηγεμ[</w:t>
      </w:r>
    </w:p>
    <w:p>
      <w:r>
        <w:rPr>
          <w:rFonts w:ascii="Courier New" w:hAnsi="Courier New"/>
          <w:color w:val="555555"/>
          <w:sz w:val="20"/>
        </w:rPr>
        <w:t>[655 (tit1)]</w:t>
      </w:r>
    </w:p>
    <w:p>
      <w:r>
        <w:rPr>
          <w:rFonts w:ascii="Gentium Plus" w:hAnsi="Gentium Plus"/>
          <w:sz w:val="24"/>
        </w:rPr>
        <w:t>ΑΤΛΑΣ</w:t>
      </w:r>
    </w:p>
    <w:p>
      <w:r>
        <w:rPr>
          <w:rFonts w:ascii="Courier New" w:hAnsi="Courier New"/>
          <w:color w:val="555555"/>
          <w:sz w:val="20"/>
        </w:rPr>
        <w:t>[tit2]</w:t>
      </w:r>
    </w:p>
    <w:p>
      <w:r>
        <w:rPr>
          <w:rFonts w:ascii="Gentium Plus" w:hAnsi="Gentium Plus"/>
          <w:sz w:val="24"/>
        </w:rPr>
        <w:t>(ΣΑΤΥΡΙΚΟΣ?)</w:t>
      </w:r>
    </w:p>
    <w:p>
      <w:r>
        <w:rPr>
          <w:rFonts w:ascii="Courier New" w:hAnsi="Courier New"/>
          <w:color w:val="555555"/>
          <w:sz w:val="20"/>
        </w:rPr>
        <w:t>[1]</w:t>
      </w:r>
    </w:p>
    <w:p>
      <w:r>
        <w:rPr>
          <w:rFonts w:ascii="Gentium Plus" w:hAnsi="Gentium Plus"/>
          <w:sz w:val="24"/>
        </w:rPr>
        <w:t>(ΑΤΛΑΣ)</w:t>
      </w:r>
    </w:p>
    <w:p>
      <w:r>
        <w:rPr>
          <w:rFonts w:ascii="Courier New" w:hAnsi="Courier New"/>
          <w:color w:val="555555"/>
          <w:sz w:val="20"/>
        </w:rPr>
        <w:t>[1]</w:t>
      </w:r>
    </w:p>
    <w:p>
      <w:r>
        <w:rPr>
          <w:rFonts w:ascii="Gentium Plus" w:hAnsi="Gentium Plus"/>
          <w:sz w:val="24"/>
        </w:rPr>
        <w:t>⸏μόχθων· ἐπ’ ἄτην δευτέρα̣[ν (ΗΡΑΚΛΗΣ)</w:t>
      </w:r>
    </w:p>
    <w:p>
      <w:r>
        <w:rPr>
          <w:rFonts w:ascii="Courier New" w:hAnsi="Courier New"/>
          <w:color w:val="555555"/>
          <w:sz w:val="20"/>
        </w:rPr>
        <w:t>[2]</w:t>
      </w:r>
    </w:p>
    <w:p>
      <w:r>
        <w:rPr>
          <w:rFonts w:ascii="Gentium Plus" w:hAnsi="Gentium Plus"/>
          <w:sz w:val="24"/>
        </w:rPr>
        <w:t>εἶτ’ οὐκ ἐπαιδῆι τὴν μεθ’ ὁρκ̣[ίων φάτιν ⸏αἴρων παλαιόν τ’ ἀφθίτων [ (ΑΤ.) μήλ̣ων ἐπώμνυν δεῦρ[(ο)</w:t>
      </w:r>
    </w:p>
    <w:p>
      <w:r>
        <w:rPr>
          <w:rFonts w:ascii="Courier New" w:hAnsi="Courier New"/>
          <w:color w:val="555555"/>
          <w:sz w:val="20"/>
        </w:rPr>
        <w:t>[5]</w:t>
      </w:r>
    </w:p>
    <w:p>
      <w:r>
        <w:rPr>
          <w:rFonts w:ascii="Gentium Plus" w:hAnsi="Gentium Plus"/>
          <w:sz w:val="24"/>
        </w:rPr>
        <w:t>ἰδού̣, φέρου τόνδ’· ἄλλο δ’ οὐ̣[ ὅρκοι διεῖπαν· οὔτε τόνδ[ ⸏νώτωι βαρύν μοι μόχθον [..].[.].[ (ΗΡ.) διηπάτημαι· τἆλλα δ’ εὐγενεῖ δόλ[ωι κλέπτων ἐπ’ ἄλλην πημάτων ἵξηι̣ .[</w:t>
      </w:r>
    </w:p>
    <w:p>
      <w:r>
        <w:rPr>
          <w:rFonts w:ascii="Courier New" w:hAnsi="Courier New"/>
          <w:color w:val="555555"/>
          <w:sz w:val="20"/>
        </w:rPr>
        <w:t>[10]</w:t>
      </w:r>
    </w:p>
    <w:p>
      <w:r>
        <w:rPr>
          <w:rFonts w:ascii="Gentium Plus" w:hAnsi="Gentium Plus"/>
          <w:sz w:val="24"/>
        </w:rPr>
        <w:t>μαρτύρομαι δὲ τὴν κατ’ οὐρανὸν Θέμιν ὁθούν[ε]χ’ εὑρὼν οὐ δίκαιον Ἡρακλεῖ Ἄτλαντα̣, κεἰ πέφυκεν ἀφθίτων ἄπο̣, μέτειμ[ι·] κ̣εἰ γὰρ θνητά μοι τὰ μητρό̣[θεν,</w:t>
      </w:r>
    </w:p>
    <w:p>
      <w:r>
        <w:rPr>
          <w:rFonts w:ascii="Courier New" w:hAnsi="Courier New"/>
          <w:color w:val="555555"/>
          <w:sz w:val="20"/>
        </w:rPr>
        <w:t>[15]</w:t>
      </w:r>
    </w:p>
    <w:p>
      <w:r>
        <w:rPr>
          <w:rFonts w:ascii="Gentium Plus" w:hAnsi="Gentium Plus"/>
          <w:sz w:val="24"/>
        </w:rPr>
        <w:t>(ΑΤ.) ἄλλων [τὸ] ταρβεῖν, οὐκ ἐμόν· ῥώμηι τε γ̣[άρ πρῶτόν με μήτηρ Γαῖα Τιτάνων τεκ̣[εῖν αὐχεῖ Κρόνου θ’ ὅμαιμον, ὧι ποτ’ εἴχομ̣[εν ⸏κοινὴν Ὀλύμπου τὴν ἄνω μοναρχίαν. (ΗΡ.) ἥ τοι πάρ[ε]δρον θ͜εῶ͜ν δρόμον κεκτ̣η̣μένη</w:t>
      </w:r>
    </w:p>
    <w:p>
      <w:r>
        <w:rPr>
          <w:rFonts w:ascii="Courier New" w:hAnsi="Courier New"/>
          <w:color w:val="555555"/>
          <w:sz w:val="20"/>
        </w:rPr>
        <w:t>[20]</w:t>
      </w:r>
    </w:p>
    <w:p>
      <w:r>
        <w:rPr>
          <w:rFonts w:ascii="Gentium Plus" w:hAnsi="Gentium Plus"/>
          <w:sz w:val="24"/>
        </w:rPr>
        <w:t>Δίκη̣ δέδο̣ρκεν ὀξύ, κἂν ἀπῆι μακ[ράν· κα]ὶ̣ δὴ τό[δ’] ἂ̣ν πρ̣ά̣ξαιμεν· ἢ π[ύ]γ̣αργο[ν ..(.)].[.]ναπ[.]λλων κοιράνων ὁρμωμε[ν ..]. τἀπὶ Φ[λ]έγραι γηγενῶν φρονήμ[ατα ....].λ[....]η· καὶ τὸν ἐγγελ̣ῶ̣ν̣τ’ ἐ[μοί</w:t>
      </w:r>
    </w:p>
    <w:p>
      <w:r>
        <w:rPr>
          <w:rFonts w:ascii="Courier New" w:hAnsi="Courier New"/>
          <w:color w:val="555555"/>
          <w:sz w:val="20"/>
        </w:rPr>
        <w:t>[25]</w:t>
      </w:r>
    </w:p>
    <w:p>
      <w:r>
        <w:rPr>
          <w:rFonts w:ascii="Gentium Plus" w:hAnsi="Gentium Plus"/>
          <w:sz w:val="24"/>
        </w:rPr>
        <w:t>[ έ]λθοιμ’· εἶτα δαιμ[ον [ ]ηρ λέλογχε· τ̣.[</w:t>
      </w:r>
    </w:p>
    <w:p>
      <w:r>
        <w:rPr>
          <w:rFonts w:ascii="Courier New" w:hAnsi="Courier New"/>
          <w:color w:val="555555"/>
          <w:sz w:val="20"/>
        </w:rPr>
        <w:t>[30]</w:t>
      </w:r>
    </w:p>
    <w:p>
      <w:r>
        <w:rPr>
          <w:rFonts w:ascii="Gentium Plus" w:hAnsi="Gentium Plus"/>
          <w:sz w:val="24"/>
        </w:rPr>
        <w:t>[ ].ανευγε.[ και̣[...]μ̣[..]νορ.[ ὅπου γὰρ ὧδεχ[ πέποιθεν ἀλκ[..].[ θυμὸν καθημ[...]χθ[</w:t>
      </w:r>
    </w:p>
    <w:p>
      <w:r>
        <w:rPr>
          <w:rFonts w:ascii="Courier New" w:hAnsi="Courier New"/>
          <w:color w:val="555555"/>
          <w:sz w:val="20"/>
        </w:rPr>
        <w:t>[35]</w:t>
      </w:r>
    </w:p>
    <w:p>
      <w:r>
        <w:rPr>
          <w:rFonts w:ascii="Gentium Plus" w:hAnsi="Gentium Plus"/>
          <w:sz w:val="24"/>
        </w:rPr>
        <w:t>ἐγὼ δὲ μοιρῶν [.]ν..[ ο̣ὕτω γε γραμμα̣[.]ων̣[ ἀρωγὸν εὕρω κ..τιδ[ φρούρημ’ [Ὀλ]ύμπ̣ου τη[ παῦλάν τιν’ ἥξειν π[</w:t>
      </w:r>
    </w:p>
    <w:p>
      <w:r>
        <w:rPr>
          <w:rFonts w:ascii="Courier New" w:hAnsi="Courier New"/>
          <w:color w:val="555555"/>
          <w:sz w:val="20"/>
        </w:rPr>
        <w:t>[40]</w:t>
      </w:r>
    </w:p>
    <w:p>
      <w:r>
        <w:rPr>
          <w:rFonts w:ascii="Gentium Plus" w:hAnsi="Gentium Plus"/>
          <w:sz w:val="24"/>
        </w:rPr>
        <w:t>ἀλλ’ εἶα· μήλων ἐξοχ[ δώρημα θνητῶν οὐκ[ φυγὴν δὲ μόχθων ων̣[ ⸏παίδων γὰρ οἶμαι π.[ ΗΡ. ὦ δαῖμον, εἰ χρὴ τὴν [</w:t>
      </w:r>
    </w:p>
    <w:p>
      <w:r>
        <w:rPr>
          <w:rFonts w:ascii="Courier New" w:hAnsi="Courier New"/>
          <w:color w:val="555555"/>
          <w:sz w:val="20"/>
        </w:rPr>
        <w:t>[45]</w:t>
      </w:r>
    </w:p>
    <w:p>
      <w:r>
        <w:rPr>
          <w:rFonts w:ascii="Gentium Plus" w:hAnsi="Gentium Plus"/>
          <w:sz w:val="24"/>
        </w:rPr>
        <w:t>⸏τάξιν μ’ Ὀλυμπο̣[ ΑΤ. οὕτω πατρώιων ἐλπ[ ⸏νεύων ἐπ’ ἄτην μᾶλ[λον</w:t>
      </w:r>
    </w:p>
    <w:p>
      <w:r>
        <w:rPr>
          <w:rFonts w:ascii="Courier New" w:hAnsi="Courier New"/>
          <w:color w:val="555555"/>
          <w:sz w:val="20"/>
        </w:rPr>
        <w:t>[655 (50)]</w:t>
      </w:r>
    </w:p>
    <w:p>
      <w:r>
        <w:rPr>
          <w:rFonts w:ascii="Gentium Plus" w:hAnsi="Gentium Plus"/>
          <w:sz w:val="24"/>
        </w:rPr>
        <w:t>(ΑΤ.) μὴ κάμνε μόχθον̣ κα[ ⸏παλαιόν, ἐξ οὗ τήνδεκ.[ (ΗΡ.) ἀλλ’ εἰ τόδ’ Ἥραι τερπνὸ̣[ν π̣α̣ρ’ οὐδὲν οὕτω τἀμὰ [ ἐκεῖ]νο δ’ ἡμῖν̣ λ[υ]πρ̣[ὸν</w:t>
      </w:r>
    </w:p>
    <w:p>
      <w:r>
        <w:rPr>
          <w:rFonts w:ascii="Courier New" w:hAnsi="Courier New"/>
          <w:color w:val="555555"/>
          <w:sz w:val="20"/>
        </w:rPr>
        <w:t>[55]</w:t>
      </w:r>
    </w:p>
    <w:p>
      <w:r>
        <w:rPr>
          <w:rFonts w:ascii="Gentium Plus" w:hAnsi="Gentium Plus"/>
          <w:sz w:val="24"/>
        </w:rPr>
        <w:t>... τ]όλμαν ἔργω[ν] τ̣ῶ̣[ν ...]δε κάμνων [ο]υ πυ[ ... ]μ̣ηι· πάρεργον τ̣ο̣ῦ̣[το ...].τα· ἔρημοι δ[ ...]νδ’ ἀρωγὸν̣ το..[</w:t>
      </w:r>
    </w:p>
    <w:p>
      <w:r>
        <w:rPr>
          <w:rFonts w:ascii="Courier New" w:hAnsi="Courier New"/>
          <w:color w:val="555555"/>
          <w:sz w:val="20"/>
        </w:rPr>
        <w:t>[60]</w:t>
      </w:r>
    </w:p>
    <w:p>
      <w:r>
        <w:rPr>
          <w:rFonts w:ascii="Gentium Plus" w:hAnsi="Gentium Plus"/>
          <w:sz w:val="24"/>
        </w:rPr>
        <w:t>τὸ]ν οὐ δίκαιον ο̣.[</w:t>
      </w:r>
    </w:p>
    <w:p>
      <w:r>
        <w:rPr>
          <w:rFonts w:ascii="Courier New" w:hAnsi="Courier New"/>
          <w:color w:val="555555"/>
          <w:sz w:val="20"/>
        </w:rPr>
        <w:t>[61?]</w:t>
      </w:r>
    </w:p>
    <w:p>
      <w:r>
        <w:rPr>
          <w:rFonts w:ascii="Gentium Plus" w:hAnsi="Gentium Plus"/>
          <w:sz w:val="24"/>
        </w:rPr>
        <w:t>[ ]</w:t>
      </w:r>
    </w:p>
    <w:p>
      <w:r>
        <w:rPr>
          <w:rFonts w:ascii="Courier New" w:hAnsi="Courier New"/>
          <w:color w:val="555555"/>
          <w:sz w:val="20"/>
        </w:rPr>
        <w:t>[62?]</w:t>
      </w:r>
    </w:p>
    <w:p>
      <w:r>
        <w:rPr>
          <w:rFonts w:ascii="Gentium Plus" w:hAnsi="Gentium Plus"/>
          <w:sz w:val="24"/>
        </w:rPr>
        <w:t>[ ]</w:t>
      </w:r>
    </w:p>
    <w:p>
      <w:r>
        <w:rPr>
          <w:rFonts w:ascii="Courier New" w:hAnsi="Courier New"/>
          <w:color w:val="555555"/>
          <w:sz w:val="20"/>
        </w:rPr>
        <w:t>[63?]</w:t>
      </w:r>
    </w:p>
    <w:p>
      <w:r>
        <w:rPr>
          <w:rFonts w:ascii="Gentium Plus" w:hAnsi="Gentium Plus"/>
          <w:sz w:val="24"/>
        </w:rPr>
        <w:t>[ ]αν</w:t>
      </w:r>
    </w:p>
    <w:p>
      <w:r>
        <w:rPr>
          <w:rFonts w:ascii="Courier New" w:hAnsi="Courier New"/>
          <w:color w:val="555555"/>
          <w:sz w:val="20"/>
        </w:rPr>
        <w:t>[64?]</w:t>
      </w:r>
    </w:p>
    <w:p>
      <w:r>
        <w:rPr>
          <w:rFonts w:ascii="Gentium Plus" w:hAnsi="Gentium Plus"/>
          <w:sz w:val="24"/>
        </w:rPr>
        <w:t>[ ].ι</w:t>
      </w:r>
    </w:p>
    <w:p>
      <w:r>
        <w:rPr>
          <w:rFonts w:ascii="Courier New" w:hAnsi="Courier New"/>
          <w:color w:val="555555"/>
          <w:sz w:val="20"/>
        </w:rPr>
        <w:t>[65?]</w:t>
      </w:r>
    </w:p>
    <w:p>
      <w:r>
        <w:rPr>
          <w:rFonts w:ascii="Gentium Plus" w:hAnsi="Gentium Plus"/>
          <w:sz w:val="24"/>
        </w:rPr>
        <w:t>[ ]</w:t>
      </w:r>
    </w:p>
    <w:p>
      <w:r>
        <w:rPr>
          <w:rFonts w:ascii="Courier New" w:hAnsi="Courier New"/>
          <w:color w:val="555555"/>
          <w:sz w:val="20"/>
        </w:rPr>
        <w:t>[66?]</w:t>
      </w:r>
    </w:p>
    <w:p>
      <w:r>
        <w:rPr>
          <w:rFonts w:ascii="Gentium Plus" w:hAnsi="Gentium Plus"/>
          <w:sz w:val="24"/>
        </w:rPr>
        <w:t>[ ]</w:t>
      </w:r>
    </w:p>
    <w:p>
      <w:r>
        <w:rPr>
          <w:rFonts w:ascii="Courier New" w:hAnsi="Courier New"/>
          <w:color w:val="555555"/>
          <w:sz w:val="20"/>
        </w:rPr>
        <w:t>[67?]</w:t>
      </w:r>
    </w:p>
    <w:p>
      <w:r>
        <w:rPr>
          <w:rFonts w:ascii="Gentium Plus" w:hAnsi="Gentium Plus"/>
          <w:sz w:val="24"/>
        </w:rPr>
        <w:t>[ ]υ</w:t>
      </w:r>
    </w:p>
    <w:p>
      <w:r>
        <w:rPr>
          <w:rFonts w:ascii="Courier New" w:hAnsi="Courier New"/>
          <w:color w:val="555555"/>
          <w:sz w:val="20"/>
        </w:rPr>
        <w:t>[68?]</w:t>
      </w:r>
    </w:p>
    <w:p>
      <w:r>
        <w:rPr>
          <w:rFonts w:ascii="Gentium Plus" w:hAnsi="Gentium Plus"/>
          <w:sz w:val="24"/>
        </w:rPr>
        <w:t>[ ].</w:t>
      </w:r>
    </w:p>
    <w:p>
      <w:r>
        <w:rPr>
          <w:rFonts w:ascii="Courier New" w:hAnsi="Courier New"/>
          <w:color w:val="555555"/>
          <w:sz w:val="20"/>
        </w:rPr>
        <w:t>[69?]</w:t>
      </w:r>
    </w:p>
    <w:p>
      <w:r>
        <w:rPr>
          <w:rFonts w:ascii="Gentium Plus" w:hAnsi="Gentium Plus"/>
          <w:sz w:val="24"/>
        </w:rPr>
        <w:t>[ ].ι̣δων</w:t>
      </w:r>
    </w:p>
    <w:p>
      <w:r>
        <w:rPr>
          <w:rFonts w:ascii="Courier New" w:hAnsi="Courier New"/>
          <w:color w:val="555555"/>
          <w:sz w:val="20"/>
        </w:rPr>
        <w:t>[70?]</w:t>
      </w:r>
    </w:p>
    <w:p>
      <w:r>
        <w:rPr>
          <w:rFonts w:ascii="Gentium Plus" w:hAnsi="Gentium Plus"/>
          <w:sz w:val="24"/>
        </w:rPr>
        <w:t>[ ]άφει·</w:t>
      </w:r>
    </w:p>
    <w:p>
      <w:r>
        <w:rPr>
          <w:rFonts w:ascii="Courier New" w:hAnsi="Courier New"/>
          <w:color w:val="555555"/>
          <w:sz w:val="20"/>
        </w:rPr>
        <w:t>[71?]</w:t>
      </w:r>
    </w:p>
    <w:p>
      <w:r>
        <w:rPr>
          <w:rFonts w:ascii="Gentium Plus" w:hAnsi="Gentium Plus"/>
          <w:sz w:val="24"/>
        </w:rPr>
        <w:t>[]..ε</w:t>
      </w:r>
    </w:p>
    <w:p>
      <w:r>
        <w:rPr>
          <w:rFonts w:ascii="Courier New" w:hAnsi="Courier New"/>
          <w:color w:val="555555"/>
          <w:sz w:val="20"/>
        </w:rPr>
        <w:t>[72?]</w:t>
      </w:r>
    </w:p>
    <w:p>
      <w:r>
        <w:rPr>
          <w:rFonts w:ascii="Gentium Plus" w:hAnsi="Gentium Plus"/>
          <w:sz w:val="24"/>
        </w:rPr>
        <w:t>[ ]ν</w:t>
      </w:r>
    </w:p>
    <w:p>
      <w:r>
        <w:rPr>
          <w:rFonts w:ascii="Courier New" w:hAnsi="Courier New"/>
          <w:color w:val="555555"/>
          <w:sz w:val="20"/>
        </w:rPr>
        <w:t>[73?]</w:t>
      </w:r>
    </w:p>
    <w:p>
      <w:r>
        <w:rPr>
          <w:rFonts w:ascii="Gentium Plus" w:hAnsi="Gentium Plus"/>
          <w:sz w:val="24"/>
        </w:rPr>
        <w:t>[ ]όνων</w:t>
      </w:r>
    </w:p>
    <w:p>
      <w:r>
        <w:rPr>
          <w:rFonts w:ascii="Courier New" w:hAnsi="Courier New"/>
          <w:color w:val="555555"/>
          <w:sz w:val="20"/>
        </w:rPr>
        <w:t>[74?]</w:t>
      </w:r>
    </w:p>
    <w:p>
      <w:r>
        <w:rPr>
          <w:rFonts w:ascii="Gentium Plus" w:hAnsi="Gentium Plus"/>
          <w:sz w:val="24"/>
        </w:rPr>
        <w:t>[ ]..</w:t>
      </w:r>
    </w:p>
    <w:p>
      <w:r>
        <w:rPr>
          <w:rFonts w:ascii="Courier New" w:hAnsi="Courier New"/>
          <w:color w:val="555555"/>
          <w:sz w:val="20"/>
        </w:rPr>
        <w:t>[75?]</w:t>
      </w:r>
    </w:p>
    <w:p>
      <w:r>
        <w:rPr>
          <w:rFonts w:ascii="Gentium Plus" w:hAnsi="Gentium Plus"/>
          <w:sz w:val="24"/>
        </w:rPr>
        <w:t>[ ]</w:t>
      </w:r>
    </w:p>
    <w:p>
      <w:r>
        <w:rPr>
          <w:rFonts w:ascii="Courier New" w:hAnsi="Courier New"/>
          <w:color w:val="555555"/>
          <w:sz w:val="20"/>
        </w:rPr>
        <w:t>[76?]</w:t>
      </w:r>
    </w:p>
    <w:p>
      <w:r>
        <w:rPr>
          <w:rFonts w:ascii="Gentium Plus" w:hAnsi="Gentium Plus"/>
          <w:sz w:val="24"/>
        </w:rPr>
        <w:t>[ ]..α</w:t>
      </w:r>
    </w:p>
    <w:p>
      <w:r>
        <w:rPr>
          <w:rFonts w:ascii="Courier New" w:hAnsi="Courier New"/>
          <w:color w:val="555555"/>
          <w:sz w:val="20"/>
        </w:rPr>
        <w:t>[77?]</w:t>
      </w:r>
    </w:p>
    <w:p>
      <w:r>
        <w:rPr>
          <w:rFonts w:ascii="Gentium Plus" w:hAnsi="Gentium Plus"/>
          <w:sz w:val="24"/>
        </w:rPr>
        <w:t>[ ]</w:t>
      </w:r>
    </w:p>
    <w:p>
      <w:r>
        <w:rPr>
          <w:rFonts w:ascii="Courier New" w:hAnsi="Courier New"/>
          <w:color w:val="555555"/>
          <w:sz w:val="20"/>
        </w:rPr>
        <w:t>[78?]</w:t>
      </w:r>
    </w:p>
    <w:p>
      <w:r>
        <w:rPr>
          <w:rFonts w:ascii="Gentium Plus" w:hAnsi="Gentium Plus"/>
          <w:sz w:val="24"/>
        </w:rPr>
        <w:t>[ ].</w:t>
      </w:r>
    </w:p>
    <w:p>
      <w:r>
        <w:rPr>
          <w:rFonts w:ascii="Courier New" w:hAnsi="Courier New"/>
          <w:color w:val="555555"/>
          <w:sz w:val="20"/>
        </w:rPr>
        <w:t>[79?]</w:t>
      </w:r>
    </w:p>
    <w:p>
      <w:r>
        <w:rPr>
          <w:rFonts w:ascii="Gentium Plus" w:hAnsi="Gentium Plus"/>
          <w:sz w:val="24"/>
        </w:rPr>
        <w:t>[ ]τ̣οδε</w:t>
      </w:r>
    </w:p>
    <w:p>
      <w:r>
        <w:rPr>
          <w:rFonts w:ascii="Courier New" w:hAnsi="Courier New"/>
          <w:color w:val="555555"/>
          <w:sz w:val="20"/>
        </w:rPr>
        <w:t>[80?]</w:t>
      </w:r>
    </w:p>
    <w:p>
      <w:r>
        <w:rPr>
          <w:rFonts w:ascii="Gentium Plus" w:hAnsi="Gentium Plus"/>
          <w:sz w:val="24"/>
        </w:rPr>
        <w:t>[ ]ραι·</w:t>
      </w:r>
    </w:p>
    <w:p>
      <w:r>
        <w:rPr>
          <w:rFonts w:ascii="Courier New" w:hAnsi="Courier New"/>
          <w:color w:val="555555"/>
          <w:sz w:val="20"/>
        </w:rPr>
        <w:t>[81?]</w:t>
      </w:r>
    </w:p>
    <w:p>
      <w:r>
        <w:rPr>
          <w:rFonts w:ascii="Gentium Plus" w:hAnsi="Gentium Plus"/>
          <w:sz w:val="24"/>
        </w:rPr>
        <w:t>[ ]ρ̣ιν</w:t>
      </w:r>
    </w:p>
    <w:p>
      <w:r>
        <w:rPr>
          <w:rFonts w:ascii="Courier New" w:hAnsi="Courier New"/>
          <w:color w:val="555555"/>
          <w:sz w:val="20"/>
        </w:rPr>
        <w:t>[82?]</w:t>
      </w:r>
    </w:p>
    <w:p>
      <w:r>
        <w:rPr>
          <w:rFonts w:ascii="Gentium Plus" w:hAnsi="Gentium Plus"/>
          <w:sz w:val="24"/>
        </w:rPr>
        <w:t>[ ].</w:t>
      </w:r>
    </w:p>
    <w:p>
      <w:r>
        <w:rPr>
          <w:rFonts w:ascii="Courier New" w:hAnsi="Courier New"/>
          <w:color w:val="555555"/>
          <w:sz w:val="20"/>
        </w:rPr>
        <w:t>[83?]</w:t>
      </w:r>
    </w:p>
    <w:p>
      <w:r>
        <w:rPr>
          <w:rFonts w:ascii="Gentium Plus" w:hAnsi="Gentium Plus"/>
          <w:sz w:val="24"/>
        </w:rPr>
        <w:t>[ ]</w:t>
      </w:r>
    </w:p>
    <w:p>
      <w:r>
        <w:rPr>
          <w:rFonts w:ascii="Courier New" w:hAnsi="Courier New"/>
          <w:color w:val="555555"/>
          <w:sz w:val="20"/>
        </w:rPr>
        <w:t>[84?]</w:t>
      </w:r>
    </w:p>
    <w:p>
      <w:r>
        <w:rPr>
          <w:rFonts w:ascii="Gentium Plus" w:hAnsi="Gentium Plus"/>
          <w:sz w:val="24"/>
        </w:rPr>
        <w:t>[ ]</w:t>
      </w:r>
    </w:p>
    <w:p>
      <w:r>
        <w:rPr>
          <w:rFonts w:ascii="Courier New" w:hAnsi="Courier New"/>
          <w:color w:val="555555"/>
          <w:sz w:val="20"/>
        </w:rPr>
        <w:t>[85?]</w:t>
      </w:r>
    </w:p>
    <w:p>
      <w:r>
        <w:rPr>
          <w:rFonts w:ascii="Gentium Plus" w:hAnsi="Gentium Plus"/>
          <w:sz w:val="24"/>
        </w:rPr>
        <w:t>[ ]ου</w:t>
      </w:r>
    </w:p>
    <w:p>
      <w:r>
        <w:rPr>
          <w:rFonts w:ascii="Courier New" w:hAnsi="Courier New"/>
          <w:color w:val="555555"/>
          <w:sz w:val="20"/>
        </w:rPr>
        <w:t>[86?]</w:t>
      </w:r>
    </w:p>
    <w:p>
      <w:r>
        <w:rPr>
          <w:rFonts w:ascii="Gentium Plus" w:hAnsi="Gentium Plus"/>
          <w:sz w:val="24"/>
        </w:rPr>
        <w:t>[ ]</w:t>
      </w:r>
    </w:p>
    <w:p>
      <w:r>
        <w:rPr>
          <w:rFonts w:ascii="Courier New" w:hAnsi="Courier New"/>
          <w:color w:val="555555"/>
          <w:sz w:val="20"/>
        </w:rPr>
        <w:t>[87?]</w:t>
      </w:r>
    </w:p>
    <w:p>
      <w:r>
        <w:rPr>
          <w:rFonts w:ascii="Gentium Plus" w:hAnsi="Gentium Plus"/>
          <w:sz w:val="24"/>
        </w:rPr>
        <w:t>[ ]</w:t>
      </w:r>
    </w:p>
    <w:p>
      <w:r>
        <w:rPr>
          <w:rFonts w:ascii="Courier New" w:hAnsi="Courier New"/>
          <w:color w:val="555555"/>
          <w:sz w:val="20"/>
        </w:rPr>
        <w:t>[88?]</w:t>
      </w:r>
    </w:p>
    <w:p>
      <w:r>
        <w:rPr>
          <w:rFonts w:ascii="Gentium Plus" w:hAnsi="Gentium Plus"/>
          <w:sz w:val="24"/>
        </w:rPr>
        <w:t>[ ]·</w:t>
      </w:r>
    </w:p>
    <w:p>
      <w:r>
        <w:rPr>
          <w:rFonts w:ascii="Courier New" w:hAnsi="Courier New"/>
          <w:color w:val="555555"/>
          <w:sz w:val="20"/>
        </w:rPr>
        <w:t>[89?]</w:t>
      </w:r>
    </w:p>
    <w:p>
      <w:r>
        <w:rPr>
          <w:rFonts w:ascii="Gentium Plus" w:hAnsi="Gentium Plus"/>
          <w:sz w:val="24"/>
        </w:rPr>
        <w:t>[ ]</w:t>
      </w:r>
    </w:p>
    <w:p>
      <w:r>
        <w:rPr>
          <w:rFonts w:ascii="Courier New" w:hAnsi="Courier New"/>
          <w:color w:val="555555"/>
          <w:sz w:val="20"/>
        </w:rPr>
        <w:t>[90?]</w:t>
      </w:r>
    </w:p>
    <w:p>
      <w:r>
        <w:rPr>
          <w:rFonts w:ascii="Gentium Plus" w:hAnsi="Gentium Plus"/>
          <w:sz w:val="24"/>
        </w:rPr>
        <w:t>[ ]</w:t>
      </w:r>
    </w:p>
    <w:p>
      <w:r>
        <w:rPr>
          <w:rFonts w:ascii="Courier New" w:hAnsi="Courier New"/>
          <w:color w:val="555555"/>
          <w:sz w:val="20"/>
        </w:rPr>
        <w:t>[91]</w:t>
      </w:r>
    </w:p>
    <w:p>
      <w:r>
        <w:rPr>
          <w:rFonts w:ascii="Gentium Plus" w:hAnsi="Gentium Plus"/>
          <w:sz w:val="24"/>
        </w:rPr>
        <w:t>desunt 25 vel 55 versus τ.[ desunt 4 versus</w:t>
      </w:r>
    </w:p>
    <w:p>
      <w:pPr>
        <w:jc w:val="center"/>
      </w:pPr>
      <w:r>
        <w:rPr>
          <w:rFonts w:ascii="Gentium Plus" w:hAnsi="Gentium Plus"/>
          <w:b/>
          <w:sz w:val="24"/>
        </w:rPr>
        <w:t>fragmenta incertae sedis</w:t>
      </w:r>
    </w:p>
    <w:p>
      <w:r>
        <w:rPr>
          <w:rFonts w:ascii="Courier New" w:hAnsi="Courier New"/>
          <w:color w:val="555555"/>
          <w:sz w:val="20"/>
        </w:rPr>
        <w:t>[t2]</w:t>
      </w:r>
    </w:p>
    <w:p>
      <w:r>
        <w:rPr>
          <w:rFonts w:ascii="Gentium Plus" w:hAnsi="Gentium Plus"/>
          <w:sz w:val="24"/>
        </w:rPr>
        <w:t>(v. ad 25—30)</w:t>
      </w:r>
    </w:p>
    <w:p>
      <w:pPr>
        <w:jc w:val="center"/>
      </w:pPr>
      <w:r>
        <w:rPr>
          <w:rFonts w:ascii="Gentium Plus" w:hAnsi="Gentium Plus"/>
          <w:b/>
          <w:sz w:val="24"/>
        </w:rPr>
        <w:t>fr. B</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κρα[ ἀειβο̣[ ὀρ̣γὴν [</w:t>
      </w:r>
    </w:p>
    <w:p>
      <w:r>
        <w:rPr>
          <w:rFonts w:ascii="Courier New" w:hAnsi="Courier New"/>
          <w:color w:val="555555"/>
          <w:sz w:val="20"/>
        </w:rPr>
        <w:t>[5]</w:t>
      </w:r>
    </w:p>
    <w:p>
      <w:r>
        <w:rPr>
          <w:rFonts w:ascii="Gentium Plus" w:hAnsi="Gentium Plus"/>
          <w:sz w:val="24"/>
        </w:rPr>
        <w:t>τ̣υ̣χει̣[</w:t>
      </w:r>
    </w:p>
    <w:p>
      <w:pPr>
        <w:jc w:val="center"/>
      </w:pPr>
      <w:r>
        <w:rPr>
          <w:rFonts w:ascii="Gentium Plus" w:hAnsi="Gentium Plus"/>
          <w:b/>
          <w:sz w:val="24"/>
        </w:rPr>
        <w:t>fr. C</w:t>
      </w:r>
    </w:p>
    <w:p>
      <w:r>
        <w:rPr>
          <w:rFonts w:ascii="Courier New" w:hAnsi="Courier New"/>
          <w:color w:val="555555"/>
          <w:sz w:val="20"/>
        </w:rPr>
        <w:t>[7]</w:t>
      </w:r>
    </w:p>
    <w:p>
      <w:r>
        <w:rPr>
          <w:rFonts w:ascii="Gentium Plus" w:hAnsi="Gentium Plus"/>
          <w:sz w:val="24"/>
        </w:rPr>
        <w:t>... [].αλλον[</w:t>
      </w:r>
    </w:p>
    <w:p>
      <w:r>
        <w:rPr>
          <w:rFonts w:ascii="Courier New" w:hAnsi="Courier New"/>
          <w:color w:val="555555"/>
          <w:sz w:val="20"/>
        </w:rPr>
        <w:t>[8]</w:t>
      </w:r>
    </w:p>
    <w:p>
      <w:r>
        <w:rPr>
          <w:rFonts w:ascii="Gentium Plus" w:hAnsi="Gentium Plus"/>
          <w:sz w:val="24"/>
        </w:rPr>
        <w:t>...</w:t>
      </w:r>
    </w:p>
    <w:p>
      <w:r>
        <w:rPr>
          <w:rFonts w:ascii="Courier New" w:hAnsi="Courier New"/>
          <w:color w:val="555555"/>
          <w:sz w:val="20"/>
        </w:rPr>
        <w:t>[656 (tit)]</w:t>
      </w:r>
    </w:p>
    <w:p>
      <w:r>
        <w:rPr>
          <w:rFonts w:ascii="Gentium Plus" w:hAnsi="Gentium Plus"/>
          <w:sz w:val="24"/>
        </w:rPr>
        <w:t>ΣΑΤΥΡΟΙ?</w:t>
      </w:r>
    </w:p>
    <w:p>
      <w:r>
        <w:rPr>
          <w:rFonts w:ascii="Courier New" w:hAnsi="Courier New"/>
          <w:color w:val="555555"/>
          <w:sz w:val="20"/>
        </w:rPr>
        <w:t>[1]</w:t>
      </w:r>
    </w:p>
    <w:p>
      <w:r>
        <w:rPr>
          <w:rFonts w:ascii="Gentium Plus" w:hAnsi="Gentium Plus"/>
          <w:sz w:val="24"/>
        </w:rPr>
        <w:t>×– ] ξυνεῖναι κ[–⏑–×–⏑]τηι· × ξύ]μμαχ̣ος δέ· κ[–⏑–×–⏑]αι × ]η φανεῖσθα̣ι̣ [ ×– ]σι καὶ μέγιστ̣[</w:t>
      </w:r>
    </w:p>
    <w:p>
      <w:r>
        <w:rPr>
          <w:rFonts w:ascii="Courier New" w:hAnsi="Courier New"/>
          <w:color w:val="555555"/>
          <w:sz w:val="20"/>
        </w:rPr>
        <w:t>[5]</w:t>
      </w:r>
    </w:p>
    <w:p>
      <w:r>
        <w:rPr>
          <w:rFonts w:ascii="Gentium Plus" w:hAnsi="Gentium Plus"/>
          <w:sz w:val="24"/>
        </w:rPr>
        <w:t>× Σ]παρτ[ι]ᾶτ̣ιν .[ × ]ην γαμηλέ[ ×– ] ὄχλος τύραν̣[ν</w:t>
      </w:r>
    </w:p>
    <w:p>
      <w:r>
        <w:rPr>
          <w:rFonts w:ascii="Courier New" w:hAnsi="Courier New"/>
          <w:color w:val="555555"/>
          <w:sz w:val="20"/>
        </w:rPr>
        <w:t>[10]</w:t>
      </w:r>
    </w:p>
    <w:p>
      <w:r>
        <w:rPr>
          <w:rFonts w:ascii="Gentium Plus" w:hAnsi="Gentium Plus"/>
          <w:sz w:val="24"/>
        </w:rPr>
        <w:t>ἄκουσ]αν ἢ θέλουσ̣[αν –×–⏑– ×– ].ν φρενῶν [ ×– ]αμεν ταδω[ × ο]ὐδεν[].κει κ.[ [ ]δε..(.)νουκ[</w:t>
      </w:r>
    </w:p>
    <w:p>
      <w:r>
        <w:rPr>
          <w:rFonts w:ascii="Courier New" w:hAnsi="Courier New"/>
          <w:color w:val="555555"/>
          <w:sz w:val="20"/>
        </w:rPr>
        <w:t>[15]</w:t>
      </w:r>
    </w:p>
    <w:p>
      <w:r>
        <w:rPr>
          <w:rFonts w:ascii="Gentium Plus" w:hAnsi="Gentium Plus"/>
          <w:sz w:val="24"/>
        </w:rPr>
        <w:t>×– ].απαντων [ × π]λοῦτος εἴη μα[ ×– ]γλυκεῖαν νυ[ ×– ]ν ἄκρηβον α[ ⸏×– ]ν κομίζειν .[</w:t>
      </w:r>
    </w:p>
    <w:p>
      <w:r>
        <w:rPr>
          <w:rFonts w:ascii="Courier New" w:hAnsi="Courier New"/>
          <w:color w:val="555555"/>
          <w:sz w:val="20"/>
        </w:rPr>
        <w:t>[20]</w:t>
      </w:r>
    </w:p>
    <w:p>
      <w:r>
        <w:rPr>
          <w:rFonts w:ascii="Gentium Plus" w:hAnsi="Gentium Plus"/>
          <w:sz w:val="24"/>
        </w:rPr>
        <w:t>[ ]⸏ὤιμοι .[ ×– ]ν μεσωσεχο[ ⸏×– ]...ε̣ι̣ μ̣υκτῆ[ρ [ ]⸏ἀποκτενε[ῖ × ]αστο̣ν ἧκα[</w:t>
      </w:r>
    </w:p>
    <w:p>
      <w:r>
        <w:rPr>
          <w:rFonts w:ascii="Courier New" w:hAnsi="Courier New"/>
          <w:color w:val="555555"/>
          <w:sz w:val="20"/>
        </w:rPr>
        <w:t>[25]</w:t>
      </w:r>
    </w:p>
    <w:p>
      <w:r>
        <w:rPr>
          <w:rFonts w:ascii="Gentium Plus" w:hAnsi="Gentium Plus"/>
          <w:sz w:val="24"/>
        </w:rPr>
        <w:t>[⸏ ].[.(.)].[.]χουσαν[ [ ] ⸏εὐδαιμον[</w:t>
      </w:r>
    </w:p>
    <w:p>
      <w:r>
        <w:rPr>
          <w:rFonts w:ascii="Courier New" w:hAnsi="Courier New"/>
          <w:color w:val="555555"/>
          <w:sz w:val="20"/>
        </w:rPr>
        <w:t>[30]</w:t>
      </w:r>
    </w:p>
    <w:p>
      <w:r>
        <w:rPr>
          <w:rFonts w:ascii="Gentium Plus" w:hAnsi="Gentium Plus"/>
          <w:sz w:val="24"/>
        </w:rPr>
        <w:t>κεχριμένη[ν οἶ]μαί σε β[ακκάρει ⏑– ⸏ἦ Λυδικὸν β[ρ]έ̣νθει[ο]ν ἡ.[×–⏑– ⸏ὅπω[ς] θ̣ε̣λ̣[.]..[ ο[ὐ]κουν ..ε[.]δ’ αν..[.]δ̣[.].[ .[..]ωνν[]..[]κ̣ατ̣αρ..σα̣[</w:t>
      </w:r>
    </w:p>
    <w:p>
      <w:r>
        <w:rPr>
          <w:rFonts w:ascii="Courier New" w:hAnsi="Courier New"/>
          <w:color w:val="555555"/>
          <w:sz w:val="20"/>
        </w:rPr>
        <w:t>[35]</w:t>
      </w:r>
    </w:p>
    <w:p>
      <w:r>
        <w:rPr>
          <w:rFonts w:ascii="Gentium Plus" w:hAnsi="Gentium Plus"/>
          <w:sz w:val="24"/>
        </w:rPr>
        <w:t>.[..]ασαν ἐ̣ν τ̣άπητι Σ̣αρδ[ιανικῶι ×– ].ε λε̣υ[ρ]ᾶι χειρὶ χα.[ [ ].ω̣ν..[...]ν̣οις ὕδασι.[ [ ]α̣..[].[ ]αι Ταραντε̣[ιν [ ]ο̣...[ ]ζώστοισι συμ̣[</w:t>
      </w:r>
    </w:p>
    <w:p>
      <w:r>
        <w:rPr>
          <w:rFonts w:ascii="Courier New" w:hAnsi="Courier New"/>
          <w:color w:val="555555"/>
          <w:sz w:val="20"/>
        </w:rPr>
        <w:t>[40]</w:t>
      </w:r>
    </w:p>
    <w:p>
      <w:r>
        <w:rPr>
          <w:rFonts w:ascii="Gentium Plus" w:hAnsi="Gentium Plus"/>
          <w:sz w:val="24"/>
        </w:rPr>
        <w:t>[ ]σσοῦ καὶ φ[.]λ[ [ ]ειν με̣νγ̣εν̣[ [ ]δά..[].δε.[ [ ].ν.[ [ ]ην[</w:t>
      </w:r>
    </w:p>
    <w:p>
      <w:r>
        <w:rPr>
          <w:rFonts w:ascii="Courier New" w:hAnsi="Courier New"/>
          <w:color w:val="555555"/>
          <w:sz w:val="20"/>
        </w:rPr>
        <w:t>[44]</w:t>
      </w:r>
    </w:p>
    <w:p>
      <w:r>
        <w:rPr>
          <w:rFonts w:ascii="Gentium Plus" w:hAnsi="Gentium Plus"/>
          <w:sz w:val="24"/>
        </w:rPr>
        <w:t>...</w:t>
      </w:r>
    </w:p>
    <w:p>
      <w:pPr>
        <w:jc w:val="center"/>
      </w:pPr>
      <w:r>
        <w:rPr>
          <w:rFonts w:ascii="Gentium Plus" w:hAnsi="Gentium Plus"/>
          <w:b/>
          <w:sz w:val="24"/>
        </w:rPr>
        <w:t>fr. 2 (b)...</w:t>
      </w:r>
    </w:p>
    <w:p>
      <w:r>
        <w:rPr>
          <w:rFonts w:ascii="Courier New" w:hAnsi="Courier New"/>
          <w:color w:val="555555"/>
          <w:sz w:val="20"/>
        </w:rPr>
        <w:t>[45]</w:t>
      </w:r>
    </w:p>
    <w:p>
      <w:r>
        <w:rPr>
          <w:rFonts w:ascii="Gentium Plus" w:hAnsi="Gentium Plus"/>
          <w:sz w:val="24"/>
        </w:rPr>
        <w:t>[ ]ν.[ [ ]..ρ[</w:t>
      </w:r>
    </w:p>
    <w:p>
      <w:r>
        <w:rPr>
          <w:rFonts w:ascii="Courier New" w:hAnsi="Courier New"/>
          <w:color w:val="555555"/>
          <w:sz w:val="20"/>
        </w:rPr>
        <w:t>[46]</w:t>
      </w:r>
    </w:p>
    <w:p>
      <w:r>
        <w:rPr>
          <w:rFonts w:ascii="Gentium Plus" w:hAnsi="Gentium Plus"/>
          <w:sz w:val="24"/>
        </w:rPr>
        <w:t>...</w:t>
      </w:r>
    </w:p>
    <w:p>
      <w:r>
        <w:rPr>
          <w:rFonts w:ascii="Courier New" w:hAnsi="Courier New"/>
          <w:color w:val="555555"/>
          <w:sz w:val="20"/>
        </w:rPr>
        <w:t>[657]</w:t>
      </w:r>
    </w:p>
    <w:p>
      <w:r>
        <w:rPr>
          <w:rFonts w:ascii="Gentium Plus" w:hAnsi="Gentium Plus"/>
          <w:sz w:val="24"/>
        </w:rPr>
        <w:t>...</w:t>
      </w:r>
    </w:p>
    <w:p>
      <w:r>
        <w:rPr>
          <w:rFonts w:ascii="Courier New" w:hAnsi="Courier New"/>
          <w:color w:val="555555"/>
          <w:sz w:val="20"/>
        </w:rPr>
        <w:t>[1]</w:t>
      </w:r>
    </w:p>
    <w:p>
      <w:r>
        <w:rPr>
          <w:rFonts w:ascii="Gentium Plus" w:hAnsi="Gentium Plus"/>
          <w:sz w:val="24"/>
        </w:rPr>
        <w:t>[ ]π̣[]τ̣[]ω̣[ [ ]μου τοιοῦτο[ [ ] τοῦτο προς...[ ×–⏑–×–⏑]ς ἐκ τοῦ σχήμ̣α̣[τος</w:t>
      </w:r>
    </w:p>
    <w:p>
      <w:r>
        <w:rPr>
          <w:rFonts w:ascii="Courier New" w:hAnsi="Courier New"/>
          <w:color w:val="555555"/>
          <w:sz w:val="20"/>
        </w:rPr>
        <w:t>[5]</w:t>
      </w:r>
    </w:p>
    <w:p>
      <w:r>
        <w:rPr>
          <w:rFonts w:ascii="Gentium Plus" w:hAnsi="Gentium Plus"/>
          <w:sz w:val="24"/>
        </w:rPr>
        <w:t>[ ]σερωντ[.]σσ[ [ ]αινωσου.[ [ ].. ἀγκάλην ς̣.[ [ ]ησο τεκνία [ [ ]....ο̣υ̣ν̣α̣γ̣ε̣[</w:t>
      </w:r>
    </w:p>
    <w:p>
      <w:r>
        <w:rPr>
          <w:rFonts w:ascii="Courier New" w:hAnsi="Courier New"/>
          <w:color w:val="555555"/>
          <w:sz w:val="20"/>
        </w:rPr>
        <w:t>[10]</w:t>
      </w:r>
    </w:p>
    <w:p>
      <w:r>
        <w:rPr>
          <w:rFonts w:ascii="Gentium Plus" w:hAnsi="Gentium Plus"/>
          <w:sz w:val="24"/>
        </w:rPr>
        <w:t>[ ]ε[ ] καὶ προσ[.]σ̣θ[ [ ]ν̣ο̣ν̣...τ̣ε̣ καί τιν’ η[ [ ]ος...[.]ης ἐν εἰδόσι[ν [ ]στ̣.....δισε......[</w:t>
      </w:r>
    </w:p>
    <w:p>
      <w:r>
        <w:rPr>
          <w:rFonts w:ascii="Courier New" w:hAnsi="Courier New"/>
          <w:color w:val="555555"/>
          <w:sz w:val="20"/>
        </w:rPr>
        <w:t>[15]</w:t>
      </w:r>
    </w:p>
    <w:p>
      <w:r>
        <w:rPr>
          <w:rFonts w:ascii="Gentium Plus" w:hAnsi="Gentium Plus"/>
          <w:sz w:val="24"/>
        </w:rPr>
        <w:t>[ ].[ ] εἰς ἄμεινον ου.οσ̣[ ×–⏑ τ]α̣ρ̣β̣εῖν̣ τ̣α̣ῖς θαλαττείαις [θεαῖς [ ].ατ’ ἐγγὺς ὕμνον̣ [.]σ̣τ̣η̣.[ [ ] π̣ρὸς μίμημα Νηρή[ι]δ̣[ων [ ]..κ̣την ἐς θεοὺς ὡπλ[ι</w:t>
      </w:r>
    </w:p>
    <w:p>
      <w:r>
        <w:rPr>
          <w:rFonts w:ascii="Courier New" w:hAnsi="Courier New"/>
          <w:color w:val="555555"/>
          <w:sz w:val="20"/>
        </w:rPr>
        <w:t>[20]</w:t>
      </w:r>
    </w:p>
    <w:p>
      <w:r>
        <w:rPr>
          <w:rFonts w:ascii="Gentium Plus" w:hAnsi="Gentium Plus"/>
          <w:sz w:val="24"/>
        </w:rPr>
        <w:t>[ ]..[.].ηιδ.[].ε̣κ̣....ν̣ο̣..[ [ ]—————[ [ ].αλε.[.]..κ̣α̣σ̣ρ̣[ [ ]ε̣χορε̣υ̣ε.[]..[ [ ]π..[.]ν[].....[</w:t>
      </w:r>
    </w:p>
    <w:p>
      <w:r>
        <w:rPr>
          <w:rFonts w:ascii="Courier New" w:hAnsi="Courier New"/>
          <w:color w:val="555555"/>
          <w:sz w:val="20"/>
        </w:rPr>
        <w:t>[25]</w:t>
      </w:r>
    </w:p>
    <w:p>
      <w:r>
        <w:rPr>
          <w:rFonts w:ascii="Gentium Plus" w:hAnsi="Gentium Plus"/>
          <w:sz w:val="24"/>
        </w:rPr>
        <w:t>[ ]λ̣α̣ις̣ ὕβρισεν.[ [ ].[..]..[ [ ].[ ]δι[ []τ̣[.].[ []α̣[</w:t>
      </w:r>
    </w:p>
    <w:p>
      <w:r>
        <w:rPr>
          <w:rFonts w:ascii="Courier New" w:hAnsi="Courier New"/>
          <w:color w:val="555555"/>
          <w:sz w:val="20"/>
        </w:rPr>
        <w:t>[29]</w:t>
      </w:r>
    </w:p>
    <w:p>
      <w:r>
        <w:rPr>
          <w:rFonts w:ascii="Gentium Plus" w:hAnsi="Gentium Plus"/>
          <w:sz w:val="24"/>
        </w:rPr>
        <w:t>...</w:t>
      </w:r>
    </w:p>
    <w:p>
      <w:r>
        <w:rPr>
          <w:rFonts w:ascii="Courier New" w:hAnsi="Courier New"/>
          <w:color w:val="555555"/>
          <w:sz w:val="20"/>
        </w:rPr>
        <w:t>[658 (tit)]</w:t>
      </w:r>
    </w:p>
    <w:p>
      <w:r>
        <w:rPr>
          <w:rFonts w:ascii="Gentium Plus" w:hAnsi="Gentium Plus"/>
          <w:sz w:val="24"/>
        </w:rPr>
        <w:t>ΠΕΙΡΙΘΟΥΣ?</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 ].[(.)]ρ.τευσεν ἡ Σπαρτῶν ἀρά· ×–⏑– ]. ἔδοξας ἀστεμφὴς κύων· ×–⏑– ]ος ἆθλος, οὐ θηρὸς πάλη· ×–⏑ ε]λθεῖν ἆθ̣[λ]ος ἀλκιμώτατ[ος·</w:t>
      </w:r>
    </w:p>
    <w:p>
      <w:r>
        <w:rPr>
          <w:rFonts w:ascii="Courier New" w:hAnsi="Courier New"/>
          <w:color w:val="555555"/>
          <w:sz w:val="20"/>
        </w:rPr>
        <w:t>[5]</w:t>
      </w:r>
    </w:p>
    <w:p>
      <w:r>
        <w:rPr>
          <w:rFonts w:ascii="Gentium Plus" w:hAnsi="Gentium Plus"/>
          <w:sz w:val="24"/>
        </w:rPr>
        <w:t>[ ] ἐ̣ξαναλώσω ςεπ[ [ θ]υ̣μὸς εὐτολμ..[ [ ]η γὰρ εξον̣[ [ ].(.)[].[.]αγη[ []ντα κοιραν̣[</w:t>
      </w:r>
    </w:p>
    <w:p>
      <w:r>
        <w:rPr>
          <w:rFonts w:ascii="Courier New" w:hAnsi="Courier New"/>
          <w:color w:val="555555"/>
          <w:sz w:val="20"/>
        </w:rPr>
        <w:t>[10]</w:t>
      </w:r>
    </w:p>
    <w:p>
      <w:r>
        <w:rPr>
          <w:rFonts w:ascii="Gentium Plus" w:hAnsi="Gentium Plus"/>
          <w:sz w:val="24"/>
        </w:rPr>
        <w:t>[π]ροσδοκῶν[ []ον ὀλλυ[ []λ.[</w:t>
      </w:r>
    </w:p>
    <w:p>
      <w:r>
        <w:rPr>
          <w:rFonts w:ascii="Courier New" w:hAnsi="Courier New"/>
          <w:color w:val="555555"/>
          <w:sz w:val="20"/>
        </w:rPr>
        <w:t>[12]</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[13]</w:t>
      </w:r>
    </w:p>
    <w:p>
      <w:r>
        <w:rPr>
          <w:rFonts w:ascii="Gentium Plus" w:hAnsi="Gentium Plus"/>
          <w:sz w:val="24"/>
        </w:rPr>
        <w:t>×–⏑(–)].ν σε χῶρος Ἡρακλεῖ μίγα</w:t>
      </w:r>
    </w:p>
    <w:p>
      <w:r>
        <w:rPr>
          <w:rFonts w:ascii="Courier New" w:hAnsi="Courier New"/>
          <w:color w:val="555555"/>
          <w:sz w:val="20"/>
        </w:rPr>
        <w:t>[15]</w:t>
      </w:r>
    </w:p>
    <w:p>
      <w:r>
        <w:rPr>
          <w:rFonts w:ascii="Gentium Plus" w:hAnsi="Gentium Plus"/>
          <w:sz w:val="24"/>
        </w:rPr>
        <w:t>×– ]υ̣..σ̣τεις· οὐ μεμοίραται ζόφο̣[ ×– ]πτος ἥρως· βήσεται χὐπὸ χθ[ονός ×– ἀ]ρ̣ωγὸς τῶν ἀν̣οστήτων ὅρ̣ων̣· φανήσε]ταί σοι γοργόνειον ὀμμάτων στρέφ]ων, ἀπειλαῖς δεινόν, οὐκ ὀλωλ̣[ό]το[ς·</w:t>
      </w:r>
    </w:p>
    <w:p>
      <w:r>
        <w:rPr>
          <w:rFonts w:ascii="Courier New" w:hAnsi="Courier New"/>
          <w:color w:val="555555"/>
          <w:sz w:val="20"/>
        </w:rPr>
        <w:t>[20]</w:t>
      </w:r>
    </w:p>
    <w:p>
      <w:r>
        <w:rPr>
          <w:rFonts w:ascii="Gentium Plus" w:hAnsi="Gentium Plus"/>
          <w:sz w:val="24"/>
        </w:rPr>
        <w:t>×– κρ]ατήσει τὸν ἐμὸν εὐ̣νέτην· ζόφο. [ ]ν̣τις εκκα...[ ca. 8 ll. ](.).. [ ]..ε̣ν̣ κευθμ̣ῶ̣ν̣ι̣ χ.[ca. 5 ll.]..η. [ ]τ̣α̣ vest. 15 fere ll. [ []....[</w:t>
      </w:r>
    </w:p>
    <w:p>
      <w:r>
        <w:rPr>
          <w:rFonts w:ascii="Courier New" w:hAnsi="Courier New"/>
          <w:color w:val="555555"/>
          <w:sz w:val="20"/>
        </w:rPr>
        <w:t>[24]</w:t>
      </w:r>
    </w:p>
    <w:p>
      <w:r>
        <w:rPr>
          <w:rFonts w:ascii="Gentium Plus" w:hAnsi="Gentium Plus"/>
          <w:sz w:val="24"/>
        </w:rPr>
        <w:t>...</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×–⏑–].α[.] καὶ τότ’ ἐξεγείρομ̣[αι [ ] ὀρθίας φρίκης ὕπο</w:t>
      </w:r>
    </w:p>
    <w:p>
      <w:r>
        <w:rPr>
          <w:rFonts w:ascii="Courier New" w:hAnsi="Courier New"/>
          <w:color w:val="555555"/>
          <w:sz w:val="20"/>
        </w:rPr>
        <w:t>[5]</w:t>
      </w:r>
    </w:p>
    <w:p>
      <w:r>
        <w:rPr>
          <w:rFonts w:ascii="Gentium Plus" w:hAnsi="Gentium Plus"/>
          <w:sz w:val="24"/>
        </w:rPr>
        <w:t>[ ]α̣π̣αισι κάρπιμοι †φιλει [ ]μος ἔκ τ’ ὀνειράτων [ ].μαπο.[...].ε̣τ̣αι [ ]..κεν̣[.....]ν σθέν̣ων [ ]...’ ἁρ[ ]..(.)[</w:t>
      </w:r>
    </w:p>
    <w:p>
      <w:r>
        <w:rPr>
          <w:rFonts w:ascii="Courier New" w:hAnsi="Courier New"/>
          <w:color w:val="555555"/>
          <w:sz w:val="20"/>
        </w:rPr>
        <w:t>[10]</w:t>
      </w:r>
    </w:p>
    <w:p>
      <w:r>
        <w:rPr>
          <w:rFonts w:ascii="Gentium Plus" w:hAnsi="Gentium Plus"/>
          <w:sz w:val="24"/>
        </w:rPr>
        <w:t>[ ]..[ ] [</w:t>
      </w:r>
    </w:p>
    <w:p>
      <w:r>
        <w:rPr>
          <w:rFonts w:ascii="Courier New" w:hAnsi="Courier New"/>
          <w:color w:val="555555"/>
          <w:sz w:val="20"/>
        </w:rPr>
        <w:t>[10]</w:t>
      </w:r>
    </w:p>
    <w:p>
      <w:r>
        <w:rPr>
          <w:rFonts w:ascii="Gentium Plus" w:hAnsi="Gentium Plus"/>
          <w:sz w:val="24"/>
        </w:rPr>
        <w:t>...</w:t>
      </w:r>
    </w:p>
    <w:p>
      <w:pPr>
        <w:jc w:val="center"/>
      </w:pPr>
      <w:r>
        <w:rPr>
          <w:rFonts w:ascii="Gentium Plus" w:hAnsi="Gentium Plus"/>
          <w:b/>
          <w:sz w:val="24"/>
        </w:rPr>
        <w:t>fr. b</w:t>
      </w:r>
    </w:p>
    <w:p>
      <w:r>
        <w:rPr>
          <w:rFonts w:ascii="Courier New" w:hAnsi="Courier New"/>
          <w:color w:val="555555"/>
          <w:sz w:val="20"/>
        </w:rPr>
        <w:t>[11]</w:t>
      </w:r>
    </w:p>
    <w:p>
      <w:r>
        <w:rPr>
          <w:rFonts w:ascii="Gentium Plus" w:hAnsi="Gentium Plus"/>
          <w:sz w:val="24"/>
        </w:rPr>
        <w:t>...</w:t>
      </w:r>
    </w:p>
    <w:p>
      <w:r>
        <w:rPr>
          <w:rFonts w:ascii="Courier New" w:hAnsi="Courier New"/>
          <w:color w:val="555555"/>
          <w:sz w:val="20"/>
        </w:rPr>
        <w:t>[11]</w:t>
      </w:r>
    </w:p>
    <w:p>
      <w:r>
        <w:rPr>
          <w:rFonts w:ascii="Gentium Plus" w:hAnsi="Gentium Plus"/>
          <w:sz w:val="24"/>
        </w:rPr>
        <w:t>[ ].[ ] [ [ ].ι̣.[..]ω̣ν[ ] [ [ ]ιδ’ ἐξ̣εφο̣[ ] [ [ ]γ̣ον̣ ἤνυτο[ν....] [</w:t>
      </w:r>
    </w:p>
    <w:p>
      <w:r>
        <w:rPr>
          <w:rFonts w:ascii="Courier New" w:hAnsi="Courier New"/>
          <w:color w:val="555555"/>
          <w:sz w:val="20"/>
        </w:rPr>
        <w:t>[15]</w:t>
      </w:r>
    </w:p>
    <w:p>
      <w:r>
        <w:rPr>
          <w:rFonts w:ascii="Gentium Plus" w:hAnsi="Gentium Plus"/>
          <w:sz w:val="24"/>
        </w:rPr>
        <w:t>[ ]πόδαιν[]..υλ̣ο̣ν· ×–⏑–×–]μος οὐριοστάτης [ ].α̣τ’· εὔκερως δὲ̣ β̣οῦς [ ] πρόσθιον γόνυ̣· [ ]όνου μητρὸς τέκνα</w:t>
      </w:r>
    </w:p>
    <w:p>
      <w:r>
        <w:rPr>
          <w:rFonts w:ascii="Courier New" w:hAnsi="Courier New"/>
          <w:color w:val="555555"/>
          <w:sz w:val="20"/>
        </w:rPr>
        <w:t>[20]</w:t>
      </w:r>
    </w:p>
    <w:p>
      <w:r>
        <w:rPr>
          <w:rFonts w:ascii="Gentium Plus" w:hAnsi="Gentium Plus"/>
          <w:sz w:val="24"/>
        </w:rPr>
        <w:t>[ ]· οὐκ ἔρ̣η̣μο̣ς̣ ἦ [ ]..πανήγυρις [ ]κ̣μα[</w:t>
      </w:r>
    </w:p>
    <w:p>
      <w:r>
        <w:rPr>
          <w:rFonts w:ascii="Courier New" w:hAnsi="Courier New"/>
          <w:color w:val="555555"/>
          <w:sz w:val="20"/>
        </w:rPr>
        <w:t>[22]</w:t>
      </w:r>
    </w:p>
    <w:p>
      <w:r>
        <w:rPr>
          <w:rFonts w:ascii="Gentium Plus" w:hAnsi="Gentium Plus"/>
          <w:sz w:val="24"/>
        </w:rPr>
        <w:t>...</w:t>
      </w:r>
    </w:p>
    <w:p>
      <w:pPr>
        <w:jc w:val="center"/>
      </w:pPr>
      <w:r>
        <w:rPr>
          <w:rFonts w:ascii="Gentium Plus" w:hAnsi="Gentium Plus"/>
          <w:b/>
          <w:sz w:val="24"/>
        </w:rPr>
        <w:t>fr. 1</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]ου̣σιν ἀνταμ[ [ ]ο̣υμαν ποτ’ ἀπ̣’ εὐγ̣[ [ ]τροφος ἤνυτε[ [ ἱ]μερτῆι χόλον</w:t>
      </w:r>
    </w:p>
    <w:p>
      <w:r>
        <w:rPr>
          <w:rFonts w:ascii="Courier New" w:hAnsi="Courier New"/>
          <w:color w:val="555555"/>
          <w:sz w:val="20"/>
        </w:rPr>
        <w:t>[5]</w:t>
      </w:r>
    </w:p>
    <w:p>
      <w:r>
        <w:rPr>
          <w:rFonts w:ascii="Gentium Plus" w:hAnsi="Gentium Plus"/>
          <w:sz w:val="24"/>
        </w:rPr>
        <w:t>[ ]λαδοστισι[.] ἀρχ̣[ [ ]α μελαμφαρέο[ς Πλο]ύ̣τωνος οἰκήτω̣[ρ [ ]υ̣σα τὸν μ[ [ ].ιας οδυ.[</w:t>
      </w:r>
    </w:p>
    <w:p>
      <w:r>
        <w:rPr>
          <w:rFonts w:ascii="Courier New" w:hAnsi="Courier New"/>
          <w:color w:val="555555"/>
          <w:sz w:val="20"/>
        </w:rPr>
        <w:t>[10]</w:t>
      </w:r>
    </w:p>
    <w:p>
      <w:r>
        <w:rPr>
          <w:rFonts w:ascii="Gentium Plus" w:hAnsi="Gentium Plus"/>
          <w:sz w:val="24"/>
        </w:rPr>
        <w:t>[ ].[..]ας</w:t>
      </w:r>
    </w:p>
    <w:p>
      <w:r>
        <w:rPr>
          <w:rFonts w:ascii="Courier New" w:hAnsi="Courier New"/>
          <w:color w:val="555555"/>
          <w:sz w:val="20"/>
        </w:rPr>
        <w:t>[10]</w:t>
      </w:r>
    </w:p>
    <w:p>
      <w:r>
        <w:rPr>
          <w:rFonts w:ascii="Gentium Plus" w:hAnsi="Gentium Plus"/>
          <w:sz w:val="24"/>
        </w:rPr>
        <w:t>...</w:t>
      </w:r>
    </w:p>
    <w:p>
      <w:pPr>
        <w:jc w:val="center"/>
      </w:pPr>
      <w:r>
        <w:rPr>
          <w:rFonts w:ascii="Gentium Plus" w:hAnsi="Gentium Plus"/>
          <w:b/>
          <w:sz w:val="24"/>
        </w:rPr>
        <w:t>fr. 2</w:t>
      </w:r>
    </w:p>
    <w:p>
      <w:r>
        <w:rPr>
          <w:rFonts w:ascii="Courier New" w:hAnsi="Courier New"/>
          <w:color w:val="555555"/>
          <w:sz w:val="20"/>
        </w:rPr>
        <w:t>[11]</w:t>
      </w:r>
    </w:p>
    <w:p>
      <w:r>
        <w:rPr>
          <w:rFonts w:ascii="Gentium Plus" w:hAnsi="Gentium Plus"/>
          <w:sz w:val="24"/>
        </w:rPr>
        <w:t>...</w:t>
      </w:r>
    </w:p>
    <w:p>
      <w:r>
        <w:rPr>
          <w:rFonts w:ascii="Courier New" w:hAnsi="Courier New"/>
          <w:color w:val="555555"/>
          <w:sz w:val="20"/>
        </w:rPr>
        <w:t>[11]</w:t>
      </w:r>
    </w:p>
    <w:p>
      <w:r>
        <w:rPr>
          <w:rFonts w:ascii="Gentium Plus" w:hAnsi="Gentium Plus"/>
          <w:sz w:val="24"/>
        </w:rPr>
        <w:t>[ ]γ̣ελει δι̣[ [] ὑ̣πὸ̣ σαρκ[ []τ̣ουργοισ̣[</w:t>
      </w:r>
    </w:p>
    <w:p>
      <w:r>
        <w:rPr>
          <w:rFonts w:ascii="Courier New" w:hAnsi="Courier New"/>
          <w:color w:val="555555"/>
          <w:sz w:val="20"/>
        </w:rPr>
        <w:t>[13]</w:t>
      </w:r>
    </w:p>
    <w:p>
      <w:r>
        <w:rPr>
          <w:rFonts w:ascii="Gentium Plus" w:hAnsi="Gentium Plus"/>
          <w:sz w:val="24"/>
        </w:rPr>
        <w:t>...</w:t>
      </w:r>
    </w:p>
    <w:p>
      <w:r>
        <w:rPr>
          <w:rFonts w:ascii="Courier New" w:hAnsi="Courier New"/>
          <w:color w:val="555555"/>
          <w:sz w:val="20"/>
        </w:rPr>
        <w:t>[661*]</w:t>
      </w:r>
    </w:p>
    <w:p>
      <w:r>
        <w:rPr>
          <w:rFonts w:ascii="Gentium Plus" w:hAnsi="Gentium Plus"/>
          <w:sz w:val="24"/>
        </w:rPr>
        <w:t>...</w:t>
      </w:r>
    </w:p>
    <w:p>
      <w:r>
        <w:rPr>
          <w:rFonts w:ascii="Courier New" w:hAnsi="Courier New"/>
          <w:color w:val="555555"/>
          <w:sz w:val="20"/>
        </w:rPr>
        <w:t>[1]</w:t>
      </w:r>
    </w:p>
    <w:p>
      <w:r>
        <w:rPr>
          <w:rFonts w:ascii="Gentium Plus" w:hAnsi="Gentium Plus"/>
          <w:sz w:val="24"/>
        </w:rPr>
        <w:t>[ ].[ ?–⏑–×– ἐ]πακτοῦ δ[..]ρον[–×–⏑– ? [ ]ους λαθόντες τησ̣[ [ ]σ̣αν χοὰς δὲ ποι̣[</w:t>
      </w:r>
    </w:p>
    <w:p>
      <w:r>
        <w:rPr>
          <w:rFonts w:ascii="Courier New" w:hAnsi="Courier New"/>
          <w:color w:val="555555"/>
          <w:sz w:val="20"/>
        </w:rPr>
        <w:t>[5]</w:t>
      </w:r>
    </w:p>
    <w:p>
      <w:r>
        <w:rPr>
          <w:rFonts w:ascii="Gentium Plus" w:hAnsi="Gentium Plus"/>
          <w:sz w:val="24"/>
        </w:rPr>
        <w:t>[ ].ασαντες· ἐζη̣[ [ ? (×)–⏑]νονθ’· ὁ γὰρ θεός [ ]α̣π̣υσεν λαβεῖν [ ].ρως ἔχον· [ ]κομεν οσ̣ε</w:t>
      </w:r>
    </w:p>
    <w:p>
      <w:r>
        <w:rPr>
          <w:rFonts w:ascii="Courier New" w:hAnsi="Courier New"/>
          <w:color w:val="555555"/>
          <w:sz w:val="20"/>
        </w:rPr>
        <w:t>[10]</w:t>
      </w:r>
    </w:p>
    <w:p>
      <w:r>
        <w:rPr>
          <w:rFonts w:ascii="Gentium Plus" w:hAnsi="Gentium Plus"/>
          <w:sz w:val="24"/>
        </w:rPr>
        <w:t>[ ]ν ἐπὶ πολέμωι [ ]ν· εἶναι γὰρ πρόσ[ω [ ]τ̣ε[.]ι̣ φιλίας []δεης.ε[.] []αυσ[</w:t>
      </w:r>
    </w:p>
    <w:p>
      <w:r>
        <w:rPr>
          <w:rFonts w:ascii="Courier New" w:hAnsi="Courier New"/>
          <w:color w:val="555555"/>
          <w:sz w:val="20"/>
        </w:rPr>
        <w:t>[14]</w:t>
      </w:r>
    </w:p>
    <w:p>
      <w:r>
        <w:rPr>
          <w:rFonts w:ascii="Gentium Plus" w:hAnsi="Gentium Plus"/>
          <w:sz w:val="24"/>
        </w:rPr>
        <w:t>...</w:t>
      </w:r>
    </w:p>
    <w:p>
      <w:r>
        <w:rPr>
          <w:rFonts w:ascii="Courier New" w:hAnsi="Courier New"/>
          <w:color w:val="555555"/>
          <w:sz w:val="20"/>
        </w:rPr>
        <w:t>[662]</w:t>
      </w:r>
    </w:p>
    <w:p>
      <w:r>
        <w:rPr>
          <w:rFonts w:ascii="Gentium Plus" w:hAnsi="Gentium Plus"/>
          <w:sz w:val="24"/>
        </w:rPr>
        <w:t>...</w:t>
      </w:r>
    </w:p>
    <w:p>
      <w:r>
        <w:rPr>
          <w:rFonts w:ascii="Courier New" w:hAnsi="Courier New"/>
          <w:color w:val="555555"/>
          <w:sz w:val="20"/>
        </w:rPr>
        <w:t>[1]</w:t>
      </w:r>
    </w:p>
    <w:p>
      <w:r>
        <w:rPr>
          <w:rFonts w:ascii="Gentium Plus" w:hAnsi="Gentium Plus"/>
          <w:sz w:val="24"/>
        </w:rPr>
        <w:t>[ ...[</w:t>
      </w:r>
    </w:p>
    <w:p>
      <w:r>
        <w:rPr>
          <w:rFonts w:ascii="Courier New" w:hAnsi="Courier New"/>
          <w:color w:val="555555"/>
          <w:sz w:val="20"/>
        </w:rPr>
        <w:t>[5]</w:t>
      </w:r>
    </w:p>
    <w:p>
      <w:r>
        <w:rPr>
          <w:rFonts w:ascii="Gentium Plus" w:hAnsi="Gentium Plus"/>
          <w:sz w:val="24"/>
        </w:rPr>
        <w:t>[ περ[ [ π̣λε[ [ ϊζει̣[ Χ̣(ορός) αἱ̣ γ̣υ̣ν̣α̣ῖ̣κες Ἀνδ[ρομ [ ὑπε[</w:t>
      </w:r>
    </w:p>
    <w:p>
      <w:r>
        <w:rPr>
          <w:rFonts w:ascii="Courier New" w:hAnsi="Courier New"/>
          <w:color w:val="555555"/>
          <w:sz w:val="20"/>
        </w:rPr>
        <w:t>[663 (tit)]</w:t>
      </w:r>
    </w:p>
    <w:p>
      <w:r>
        <w:rPr>
          <w:rFonts w:ascii="Gentium Plus" w:hAnsi="Gentium Plus"/>
          <w:sz w:val="24"/>
        </w:rPr>
        <w:t>ΙΦΙΓΕΝΕΙΑ?</w:t>
      </w:r>
    </w:p>
    <w:p>
      <w:r>
        <w:rPr>
          <w:rFonts w:ascii="Courier New" w:hAnsi="Courier New"/>
          <w:color w:val="555555"/>
          <w:sz w:val="20"/>
        </w:rPr>
        <w:t>[1]</w:t>
      </w:r>
    </w:p>
    <w:p>
      <w:r>
        <w:rPr>
          <w:rFonts w:ascii="Gentium Plus" w:hAnsi="Gentium Plus"/>
          <w:sz w:val="24"/>
        </w:rPr>
        <w:t>ἐκ προστροπαί[ων κέκρανται .[ θεοῖς ἀθέμιστο̣ς̣ [</w:t>
      </w:r>
    </w:p>
    <w:p>
      <w:r>
        <w:rPr>
          <w:rFonts w:ascii="Courier New" w:hAnsi="Courier New"/>
          <w:color w:val="555555"/>
          <w:sz w:val="20"/>
        </w:rPr>
        <w:t>[5]</w:t>
      </w:r>
    </w:p>
    <w:p>
      <w:r>
        <w:rPr>
          <w:rFonts w:ascii="Gentium Plus" w:hAnsi="Gentium Plus"/>
          <w:sz w:val="24"/>
        </w:rPr>
        <w:t>ὅπως ὄνησιν [ στέργεις γενο[ εἰπόντι μέν σοι παν̣[ γένοιθ’ ὅπως λ̣α̣[ οὐ γάρ σε τούτω[</w:t>
      </w:r>
    </w:p>
    <w:p>
      <w:r>
        <w:rPr>
          <w:rFonts w:ascii="Courier New" w:hAnsi="Courier New"/>
          <w:color w:val="555555"/>
          <w:sz w:val="20"/>
        </w:rPr>
        <w:t>[10]</w:t>
      </w:r>
    </w:p>
    <w:p>
      <w:r>
        <w:rPr>
          <w:rFonts w:ascii="Gentium Plus" w:hAnsi="Gentium Plus"/>
          <w:sz w:val="24"/>
        </w:rPr>
        <w:t>ψευδῆ δὲ πρεσβε[ ἐκ τῶν δ’ ἐπακτ[ῶν Ἑρμῆς σε πάντω̣[ν κ̣ή̣ρυκα κῆρυξ ε[ εἰπόντι δ’ εὖ γέν[οιτο</w:t>
      </w:r>
    </w:p>
    <w:p>
      <w:r>
        <w:rPr>
          <w:rFonts w:ascii="Courier New" w:hAnsi="Courier New"/>
          <w:color w:val="555555"/>
          <w:sz w:val="20"/>
        </w:rPr>
        <w:t>[15]</w:t>
      </w:r>
    </w:p>
    <w:p>
      <w:r>
        <w:rPr>
          <w:rFonts w:ascii="Gentium Plus" w:hAnsi="Gentium Plus"/>
          <w:sz w:val="24"/>
        </w:rPr>
        <w:t>ὅπως αν.....[ μ̣ή̣ τ̣ο̣ι νεκροῖς̣ .[ ὑμέναιον †αχαε̣[ μέλπωσιν· οσμη[ ...ω.. κ̣αὶ πρ.[</w:t>
      </w:r>
    </w:p>
    <w:p>
      <w:r>
        <w:rPr>
          <w:rFonts w:ascii="Courier New" w:hAnsi="Courier New"/>
          <w:color w:val="555555"/>
          <w:sz w:val="20"/>
        </w:rPr>
        <w:t>[20]</w:t>
      </w:r>
    </w:p>
    <w:p>
      <w:r>
        <w:rPr>
          <w:rFonts w:ascii="Gentium Plus" w:hAnsi="Gentium Plus"/>
          <w:sz w:val="24"/>
        </w:rPr>
        <w:t>ε̣ὐ̣θυμίαις πεμπ̣[ γαμή̣λιον πρασς.[ χωρὶς θανόντω[ν εἰ δ’ αὖ γαμεῖται μ̣[ ὡς ἀ̣νδρὶ δώσειν [</w:t>
      </w:r>
    </w:p>
    <w:p>
      <w:r>
        <w:rPr>
          <w:rFonts w:ascii="Courier New" w:hAnsi="Courier New"/>
          <w:color w:val="555555"/>
          <w:sz w:val="20"/>
        </w:rPr>
        <w:t>[25]</w:t>
      </w:r>
    </w:p>
    <w:p>
      <w:r>
        <w:rPr>
          <w:rFonts w:ascii="Gentium Plus" w:hAnsi="Gentium Plus"/>
          <w:sz w:val="24"/>
        </w:rPr>
        <w:t>μηδὲ σκυθισμὸς .[ κ̣ε̣ύθηι σιδήρωι κρ[ ..]ποιτ’ ονωντ.[ ..δ]άκρυα μηδε[</w:t>
      </w:r>
    </w:p>
    <w:p>
      <w:r>
        <w:rPr>
          <w:rFonts w:ascii="Courier New" w:hAnsi="Courier New"/>
          <w:color w:val="555555"/>
          <w:sz w:val="20"/>
        </w:rPr>
        <w:t>[664 (tit)]</w:t>
      </w:r>
    </w:p>
    <w:p>
      <w:r>
        <w:rPr>
          <w:rFonts w:ascii="Gentium Plus" w:hAnsi="Gentium Plus"/>
          <w:sz w:val="24"/>
        </w:rPr>
        <w:t>ΓΥΓΗΣ?</w:t>
      </w:r>
    </w:p>
    <w:p>
      <w:r>
        <w:rPr>
          <w:rFonts w:ascii="Courier New" w:hAnsi="Courier New"/>
          <w:color w:val="555555"/>
          <w:sz w:val="20"/>
        </w:rPr>
        <w:t>[1n]</w:t>
      </w:r>
    </w:p>
    <w:p>
      <w:r>
        <w:rPr>
          <w:rFonts w:ascii="Gentium Plus" w:hAnsi="Gentium Plus"/>
          <w:sz w:val="24"/>
        </w:rPr>
        <w:t>[τὰ τοῦ δράματος πρόσωπα·</w:t>
      </w:r>
    </w:p>
    <w:p>
      <w:r>
        <w:rPr>
          <w:rFonts w:ascii="Courier New" w:hAnsi="Courier New"/>
          <w:color w:val="555555"/>
          <w:sz w:val="20"/>
        </w:rPr>
        <w:t>[2n]</w:t>
      </w:r>
    </w:p>
    <w:p>
      <w:r>
        <w:rPr>
          <w:rFonts w:ascii="Gentium Plus" w:hAnsi="Gentium Plus"/>
          <w:sz w:val="24"/>
        </w:rPr>
        <w:t>ΚΑΝΔΑΥΛΗΣ</w:t>
      </w:r>
    </w:p>
    <w:p>
      <w:r>
        <w:rPr>
          <w:rFonts w:ascii="Courier New" w:hAnsi="Courier New"/>
          <w:color w:val="555555"/>
          <w:sz w:val="20"/>
        </w:rPr>
        <w:t>[3n]</w:t>
      </w:r>
    </w:p>
    <w:p>
      <w:r>
        <w:rPr>
          <w:rFonts w:ascii="Gentium Plus" w:hAnsi="Gentium Plus"/>
          <w:sz w:val="24"/>
        </w:rPr>
        <w:t>ΓΥΓΗΣ</w:t>
      </w:r>
    </w:p>
    <w:p>
      <w:r>
        <w:rPr>
          <w:rFonts w:ascii="Courier New" w:hAnsi="Courier New"/>
          <w:color w:val="555555"/>
          <w:sz w:val="20"/>
        </w:rPr>
        <w:t>[4n]</w:t>
      </w:r>
    </w:p>
    <w:p>
      <w:r>
        <w:rPr>
          <w:rFonts w:ascii="Gentium Plus" w:hAnsi="Gentium Plus"/>
          <w:sz w:val="24"/>
        </w:rPr>
        <w:t>ΒΑΣΙΛΕΙΑ (ΝΥΣΙΑ?)</w:t>
      </w:r>
    </w:p>
    <w:p>
      <w:r>
        <w:rPr>
          <w:rFonts w:ascii="Courier New" w:hAnsi="Courier New"/>
          <w:color w:val="555555"/>
          <w:sz w:val="20"/>
        </w:rPr>
        <w:t>[5n]</w:t>
      </w:r>
    </w:p>
    <w:p>
      <w:r>
        <w:rPr>
          <w:rFonts w:ascii="Gentium Plus" w:hAnsi="Gentium Plus"/>
          <w:sz w:val="24"/>
        </w:rPr>
        <w:t>————</w:t>
      </w:r>
    </w:p>
    <w:p>
      <w:r>
        <w:rPr>
          <w:rFonts w:ascii="Courier New" w:hAnsi="Courier New"/>
          <w:color w:val="555555"/>
          <w:sz w:val="20"/>
        </w:rPr>
        <w:t>[6n]</w:t>
      </w:r>
    </w:p>
    <w:p>
      <w:r>
        <w:rPr>
          <w:rFonts w:ascii="Gentium Plus" w:hAnsi="Gentium Plus"/>
          <w:sz w:val="24"/>
        </w:rPr>
        <w:t>ΧΟΡΟΣ (ΓΥΝΑΙΚΩΝ?)</w:t>
      </w:r>
    </w:p>
    <w:p>
      <w:r>
        <w:rPr>
          <w:rFonts w:ascii="Courier New" w:hAnsi="Courier New"/>
          <w:color w:val="555555"/>
          <w:sz w:val="20"/>
        </w:rPr>
        <w:t>[7n]</w:t>
      </w:r>
    </w:p>
    <w:p>
      <w:r>
        <w:rPr>
          <w:rFonts w:ascii="Gentium Plus" w:hAnsi="Gentium Plus"/>
          <w:sz w:val="24"/>
        </w:rPr>
        <w:t>ἡ σκηνὴ τοῦ δράματος ὑπόκειται ἐν Σάρδεσιν]</w:t>
      </w:r>
    </w:p>
    <w:p>
      <w:r>
        <w:rPr>
          <w:rFonts w:ascii="Courier New" w:hAnsi="Courier New"/>
          <w:color w:val="555555"/>
          <w:sz w:val="20"/>
        </w:rPr>
        <w:t>[1-2]</w:t>
      </w:r>
    </w:p>
    <w:p>
      <w:r>
        <w:rPr>
          <w:rFonts w:ascii="Gentium Plus" w:hAnsi="Gentium Plus"/>
          <w:sz w:val="24"/>
        </w:rPr>
        <w:t>desunt 2 ☩ incertum quot vss.</w:t>
      </w:r>
    </w:p>
    <w:p>
      <w:r>
        <w:rPr>
          <w:rFonts w:ascii="Courier New" w:hAnsi="Courier New"/>
          <w:color w:val="555555"/>
          <w:sz w:val="20"/>
        </w:rPr>
        <w:t>[3]</w:t>
      </w:r>
    </w:p>
    <w:p>
      <w:r>
        <w:rPr>
          <w:rFonts w:ascii="Gentium Plus" w:hAnsi="Gentium Plus"/>
          <w:sz w:val="24"/>
        </w:rPr>
        <w:t>[]..[ ].[ ] [ ].υγα..[ca. 7 ll. ]!</w:t>
      </w:r>
    </w:p>
    <w:p>
      <w:r>
        <w:rPr>
          <w:rFonts w:ascii="Courier New" w:hAnsi="Courier New"/>
          <w:color w:val="555555"/>
          <w:sz w:val="20"/>
        </w:rPr>
        <w:t>[5]</w:t>
      </w:r>
    </w:p>
    <w:p>
      <w:r>
        <w:rPr>
          <w:rFonts w:ascii="Gentium Plus" w:hAnsi="Gentium Plus"/>
          <w:sz w:val="24"/>
        </w:rPr>
        <w:t>[]..[.]υσμ....(.)η̣ []μ̣α γῆς [].ιρου σ̣τ̣εφ[ []ι̣ς̣ ἐγχωρίοις []. προσκυνῶ</w:t>
      </w:r>
    </w:p>
    <w:p>
      <w:r>
        <w:rPr>
          <w:rFonts w:ascii="Courier New" w:hAnsi="Courier New"/>
          <w:color w:val="555555"/>
          <w:sz w:val="20"/>
        </w:rPr>
        <w:t>[10]</w:t>
      </w:r>
    </w:p>
    <w:p>
      <w:r>
        <w:rPr>
          <w:rFonts w:ascii="Gentium Plus" w:hAnsi="Gentium Plus"/>
          <w:sz w:val="24"/>
        </w:rPr>
        <w:t>[]θ̣εσθαι τάδε(.) []. ἀμηχανῶ [].α καὶ πρὸ τοῦ []ν̣ λέξω τὸ πᾶν</w:t>
      </w:r>
    </w:p>
    <w:p>
      <w:r>
        <w:rPr>
          <w:rFonts w:ascii="Courier New" w:hAnsi="Courier New"/>
          <w:color w:val="555555"/>
          <w:sz w:val="20"/>
        </w:rPr>
        <w:t>[15]</w:t>
      </w:r>
    </w:p>
    <w:p>
      <w:r>
        <w:rPr>
          <w:rFonts w:ascii="Gentium Plus" w:hAnsi="Gentium Plus"/>
          <w:sz w:val="24"/>
        </w:rPr>
        <w:t>[] π̣ροέδραμεν []ι̣δωμοι λόγου [] ξ̣υνήλικας quot vss. desint incertum</w:t>
      </w:r>
    </w:p>
    <w:p>
      <w:r>
        <w:rPr>
          <w:rFonts w:ascii="Courier New" w:hAnsi="Courier New"/>
          <w:color w:val="555555"/>
          <w:sz w:val="20"/>
        </w:rPr>
        <w:t>[18]</w:t>
      </w:r>
    </w:p>
    <w:p>
      <w:r>
        <w:rPr>
          <w:rFonts w:ascii="Gentium Plus" w:hAnsi="Gentium Plus"/>
          <w:sz w:val="24"/>
        </w:rPr>
        <w:t>Γύ[γην γὰρ ὡ]ς̣ ἐ̣σ̣εῖδον, [ο]ὐκ εἴκασμά τι, ἔδε̣[ισα] μὴ φό̣νο̣υ τις ἔνδον ἦ〈ι〉 λ̣ό̣χ̣[ο]ς̣,</w:t>
      </w:r>
    </w:p>
    <w:p>
      <w:r>
        <w:rPr>
          <w:rFonts w:ascii="Courier New" w:hAnsi="Courier New"/>
          <w:color w:val="555555"/>
          <w:sz w:val="20"/>
        </w:rPr>
        <w:t>[20]</w:t>
      </w:r>
    </w:p>
    <w:p>
      <w:r>
        <w:rPr>
          <w:rFonts w:ascii="Gentium Plus" w:hAnsi="Gentium Plus"/>
          <w:sz w:val="24"/>
        </w:rPr>
        <w:t>ὁπ̣[οῖα] τἀπίχειρα ταῖς τυραννίσιν· ἐ̣[πε]ὶ δ’ ἔτ’ ἐγρήσσοντα Κανδαύλην ὁρῶ, τὸ δρασθὲν ἔγνων κα[ὶ] τίς ὁ δράσας ἀνήρ· ὡς δ’ ἀξυνήμων, καρδί[ας] κυκωμένης, καθεῖρξα σῖ[γα]...[...] αἰσχύν̣[ης] βοήν·</w:t>
      </w:r>
    </w:p>
    <w:p>
      <w:r>
        <w:rPr>
          <w:rFonts w:ascii="Courier New" w:hAnsi="Courier New"/>
          <w:color w:val="555555"/>
          <w:sz w:val="20"/>
        </w:rPr>
        <w:t>[25]</w:t>
      </w:r>
    </w:p>
    <w:p>
      <w:r>
        <w:rPr>
          <w:rFonts w:ascii="Gentium Plus" w:hAnsi="Gentium Plus"/>
          <w:sz w:val="24"/>
        </w:rPr>
        <w:t>ἐν δεμνίω[ι δὲ φρον]τ̣ίσιν στρωφωμένη〈ι〉 νὺξ ἦν ἀτέρ[μων ἐξ] ἀυπνία̣ς̣ ἐ̣μ̣οί· ἐπεὶ δ’ ἀνῆλ[θε παμ]φ̣αὴς Ἑωσφόρος τῆς πρωτοφεγ[γοῦς ἡ]μέρας πρ[ο]άγγελος, τὸν μὲν λέχους ἤγε̣ι̣ρ̣[α] κἀξεπεμψάμην</w:t>
      </w:r>
    </w:p>
    <w:p>
      <w:r>
        <w:rPr>
          <w:rFonts w:ascii="Courier New" w:hAnsi="Courier New"/>
          <w:color w:val="555555"/>
          <w:sz w:val="20"/>
        </w:rPr>
        <w:t>[30]</w:t>
      </w:r>
    </w:p>
    <w:p>
      <w:r>
        <w:rPr>
          <w:rFonts w:ascii="Gentium Plus" w:hAnsi="Gentium Plus"/>
          <w:sz w:val="24"/>
        </w:rPr>
        <w:t>λαοῖς θεμιστεύσοντα· μῦθος ἦν ἐμοί</w:t>
      </w:r>
    </w:p>
    <w:p>
      <w:r>
        <w:rPr>
          <w:rFonts w:ascii="Courier New" w:hAnsi="Courier New"/>
          <w:color w:val="555555"/>
          <w:sz w:val="20"/>
        </w:rPr>
        <w:t>[34]</w:t>
      </w:r>
    </w:p>
    <w:p>
      <w:r>
        <w:rPr>
          <w:rFonts w:ascii="Gentium Plus" w:hAnsi="Gentium Plus"/>
          <w:sz w:val="24"/>
        </w:rPr>
        <w:t>.ρ̣.[</w:t>
      </w:r>
    </w:p>
    <w:p>
      <w:r>
        <w:rPr>
          <w:rFonts w:ascii="Courier New" w:hAnsi="Courier New"/>
          <w:color w:val="555555"/>
          <w:sz w:val="20"/>
        </w:rPr>
        <w:t>[35]</w:t>
      </w:r>
    </w:p>
    <w:p>
      <w:r>
        <w:rPr>
          <w:rFonts w:ascii="Gentium Plus" w:hAnsi="Gentium Plus"/>
          <w:sz w:val="24"/>
        </w:rPr>
        <w:t>τί δη[ ἀλλ’ ε̣[ νε[ ωχ̣[ χρυσ̣[</w:t>
      </w:r>
    </w:p>
    <w:p>
      <w:r>
        <w:rPr>
          <w:rFonts w:ascii="Courier New" w:hAnsi="Courier New"/>
          <w:color w:val="555555"/>
          <w:sz w:val="20"/>
        </w:rPr>
        <w:t>[40]</w:t>
      </w:r>
    </w:p>
    <w:p>
      <w:r>
        <w:rPr>
          <w:rFonts w:ascii="Gentium Plus" w:hAnsi="Gentium Plus"/>
          <w:sz w:val="24"/>
        </w:rPr>
        <w:t>ε[ ⸏δρασα.[ (ΓΥ.) [.]ι̣μ̣ε̣ ..[ η...φ̣.[ θέλω δε̣φ̣[</w:t>
      </w:r>
    </w:p>
    <w:p>
      <w:r>
        <w:rPr>
          <w:rFonts w:ascii="Courier New" w:hAnsi="Courier New"/>
          <w:color w:val="555555"/>
          <w:sz w:val="20"/>
        </w:rPr>
        <w:t>[45]</w:t>
      </w:r>
    </w:p>
    <w:p>
      <w:r>
        <w:rPr>
          <w:rFonts w:ascii="Gentium Plus" w:hAnsi="Gentium Plus"/>
          <w:sz w:val="24"/>
        </w:rPr>
        <w:t>ἐμαῖς ανω̣[ (ΒΑ.) λέγοις ἂν ω̣[ (ΓΥ.) .υδωντι.ς</w:t>
      </w:r>
    </w:p>
    <w:p>
      <w:r>
        <w:rPr>
          <w:rFonts w:ascii="Courier New" w:hAnsi="Courier New"/>
          <w:color w:val="555555"/>
          <w:sz w:val="20"/>
        </w:rPr>
        <w:t>[47]</w:t>
      </w:r>
    </w:p>
    <w:p>
      <w:r>
        <w:rPr>
          <w:rFonts w:ascii="Gentium Plus" w:hAnsi="Gentium Plus"/>
          <w:sz w:val="24"/>
        </w:rPr>
        <w:t>...</w:t>
      </w:r>
    </w:p>
    <w:p>
      <w:r>
        <w:rPr>
          <w:rFonts w:ascii="Courier New" w:hAnsi="Courier New"/>
          <w:color w:val="555555"/>
          <w:sz w:val="20"/>
        </w:rPr>
        <w:t>[665 (tit1)]</w:t>
      </w:r>
    </w:p>
    <w:p>
      <w:r>
        <w:rPr>
          <w:rFonts w:ascii="Gentium Plus" w:hAnsi="Gentium Plus"/>
          <w:sz w:val="24"/>
        </w:rPr>
        <w:t>ΕΠΤΑ ΕΠΙ ΘΗΒΑΣ?</w:t>
      </w:r>
    </w:p>
    <w:p>
      <w:r>
        <w:rPr>
          <w:rFonts w:ascii="Courier New" w:hAnsi="Courier New"/>
          <w:color w:val="555555"/>
          <w:sz w:val="20"/>
        </w:rPr>
        <w:t>[tit2]</w:t>
      </w:r>
    </w:p>
    <w:p>
      <w:r>
        <w:rPr>
          <w:rFonts w:ascii="Gentium Plus" w:hAnsi="Gentium Plus"/>
          <w:sz w:val="24"/>
        </w:rPr>
        <w:t>vel</w:t>
      </w:r>
    </w:p>
    <w:p>
      <w:r>
        <w:rPr>
          <w:rFonts w:ascii="Courier New" w:hAnsi="Courier New"/>
          <w:color w:val="555555"/>
          <w:sz w:val="20"/>
        </w:rPr>
        <w:t>[tit3]</w:t>
      </w:r>
    </w:p>
    <w:p>
      <w:r>
        <w:rPr>
          <w:rFonts w:ascii="Gentium Plus" w:hAnsi="Gentium Plus"/>
          <w:sz w:val="24"/>
        </w:rPr>
        <w:t>ΦΟΙΝΙΣΣΑΙ?</w:t>
      </w:r>
    </w:p>
    <w:p>
      <w:r>
        <w:rPr>
          <w:rFonts w:ascii="Courier New" w:hAnsi="Courier New"/>
          <w:color w:val="555555"/>
          <w:sz w:val="20"/>
        </w:rPr>
        <w:t>[1]</w:t>
      </w:r>
    </w:p>
    <w:p>
      <w:r>
        <w:rPr>
          <w:rFonts w:ascii="Gentium Plus" w:hAnsi="Gentium Plus"/>
          <w:sz w:val="24"/>
        </w:rPr>
        <w:t>〈ΠΟΛΥΝΕΙΚΗΣ〉</w:t>
      </w:r>
    </w:p>
    <w:p>
      <w:r>
        <w:rPr>
          <w:rFonts w:ascii="Courier New" w:hAnsi="Courier New"/>
          <w:color w:val="555555"/>
          <w:sz w:val="20"/>
        </w:rPr>
        <w:t>[1]</w:t>
      </w:r>
    </w:p>
    <w:p>
      <w:r>
        <w:rPr>
          <w:rFonts w:ascii="Gentium Plus" w:hAnsi="Gentium Plus"/>
          <w:sz w:val="24"/>
        </w:rPr>
        <w:t>ο̣ὐ̣κ̣ ἀντερῶ̣ σοι· τ[ήνδε τὴ]ν ψ[υ]χὴν ἅπαξ</w:t>
      </w:r>
    </w:p>
    <w:p>
      <w:r>
        <w:rPr>
          <w:rFonts w:ascii="Courier New" w:hAnsi="Courier New"/>
          <w:color w:val="555555"/>
          <w:sz w:val="20"/>
        </w:rPr>
        <w:t>[4]</w:t>
      </w:r>
    </w:p>
    <w:p>
      <w:r>
        <w:rPr>
          <w:rFonts w:ascii="Gentium Plus" w:hAnsi="Gentium Plus"/>
          <w:sz w:val="24"/>
        </w:rPr>
        <w:t>μάλιστα· λέξον ‘ἐμμενῶ μητρὸς κρίσει‘·</w:t>
      </w:r>
    </w:p>
    <w:p>
      <w:r>
        <w:rPr>
          <w:rFonts w:ascii="Courier New" w:hAnsi="Courier New"/>
          <w:color w:val="555555"/>
          <w:sz w:val="20"/>
        </w:rPr>
        <w:t>[5]</w:t>
      </w:r>
    </w:p>
    <w:p>
      <w:r>
        <w:rPr>
          <w:rFonts w:ascii="Gentium Plus" w:hAnsi="Gentium Plus"/>
          <w:sz w:val="24"/>
        </w:rPr>
        <w:t>〈ΠΟ.〉 ἦ̣ μ̣ὴ̣ν φανεὶς πονηρὸς οὐδὲ ζῆν θέλω· ἀλλ’, Ἐτεόκλε〈ι〉ς, πίστευσον, οὐ φανήσομαι· σὲ δ’ ἐξελέγξω πάντοτ’ ἠδικηκότα· 〈ΕΤΕΟΚΛΗΣ〉</w:t>
      </w:r>
    </w:p>
    <w:p>
      <w:r>
        <w:rPr>
          <w:rFonts w:ascii="Courier New" w:hAnsi="Courier New"/>
          <w:color w:val="555555"/>
          <w:sz w:val="20"/>
        </w:rPr>
        <w:t>[8]</w:t>
      </w:r>
    </w:p>
    <w:p>
      <w:r>
        <w:rPr>
          <w:rFonts w:ascii="Gentium Plus" w:hAnsi="Gentium Plus"/>
          <w:sz w:val="24"/>
        </w:rPr>
        <w:t>Ἐτεοκλέης {δι}δοὺς σκῆπτρα συγγόνῳ φ[έρει]ν δειλὸς παρὰ βροτοῖς, εἰπέ μοι, νομίζεται;</w:t>
      </w:r>
    </w:p>
    <w:p>
      <w:r>
        <w:rPr>
          <w:rFonts w:ascii="Courier New" w:hAnsi="Courier New"/>
          <w:color w:val="555555"/>
          <w:sz w:val="20"/>
        </w:rPr>
        <w:t>[10]</w:t>
      </w:r>
    </w:p>
    <w:p>
      <w:r>
        <w:rPr>
          <w:rFonts w:ascii="Gentium Plus" w:hAnsi="Gentium Plus"/>
          <w:sz w:val="24"/>
        </w:rPr>
        <w:t>〈ΠΟ.〉 σὺ γὰρ οὐκ ἂν ἐδίδους μὴ στρατοὺς ἄγοντί μο̣[ι· 〈ΕΤ.〉 τὸ μὴ θέλειν σόν ἐστι, τὸ δὲ δοῦναι τύχης· 〈ΠΟ.〉 ἐμοὶ προσάπτεις ὧν σὺ δρᾷς τὰς αἰτίας· σὺ φέρειν γὰρ ἡμᾶς πολεμίου〈σ〉 ἠ[ν]άγκασας· εἰ γὰρ ἐμέρ[ι]ζες τὸ διάδημ’ ἄτερ μάχης,</w:t>
      </w:r>
    </w:p>
    <w:p>
      <w:r>
        <w:rPr>
          <w:rFonts w:ascii="Courier New" w:hAnsi="Courier New"/>
          <w:color w:val="555555"/>
          <w:sz w:val="20"/>
        </w:rPr>
        <w:t>[15]</w:t>
      </w:r>
    </w:p>
    <w:p>
      <w:r>
        <w:rPr>
          <w:rFonts w:ascii="Gentium Plus" w:hAnsi="Gentium Plus"/>
          <w:sz w:val="24"/>
        </w:rPr>
        <w:t>τίς ἦν {ἂν} ἀνάγκη τ̣ο̣ῦ̣ φέρειν στράτευμ’ ἐμέ; 〈ΕΤ.〉 κοινῇ πέφυκεν· ὥ[στ]ε μὴ κέλευέ μοι· 〈ΠΟ.〉 ἄλλοις τύραννος τ̣υ̣γ̣χάνεις, οὐ συγγόνῳ·</w:t>
      </w:r>
    </w:p>
    <w:p>
      <w:r>
        <w:rPr>
          <w:rFonts w:ascii="Courier New" w:hAnsi="Courier New"/>
          <w:color w:val="555555"/>
          <w:sz w:val="20"/>
        </w:rPr>
        <w:t>[20]</w:t>
      </w:r>
    </w:p>
    <w:p>
      <w:r>
        <w:rPr>
          <w:rFonts w:ascii="Gentium Plus" w:hAnsi="Gentium Plus"/>
          <w:sz w:val="24"/>
        </w:rPr>
        <w:t>ὅθεν ἐξ ἀνάγκης ....... λοιπὸν φράσω· γ̣α̣ί̣ας γὰρ αὐτὸς ἀκ[ˈλ]ε̣ῶ̣ς μ’ ἀπήλασεν Ἄ[ργ]ο̣υ̣ς̣ τ̣ε γῆ μοι συμμάχους παρέσχετο καὶ πλείον’ αὐτ̣ὸ̣ς̣ στρατὸν ἔχων ἐλήλυ[θα σ̣υ̣ν̣αν[</w:t>
      </w:r>
    </w:p>
    <w:p>
      <w:r>
        <w:rPr>
          <w:rFonts w:ascii="Courier New" w:hAnsi="Courier New"/>
          <w:color w:val="555555"/>
          <w:sz w:val="20"/>
        </w:rPr>
        <w:t>[25]</w:t>
      </w:r>
    </w:p>
    <w:p>
      <w:r>
        <w:rPr>
          <w:rFonts w:ascii="Gentium Plus" w:hAnsi="Gentium Plus"/>
          <w:sz w:val="24"/>
        </w:rPr>
        <w:t>τ̣οιγ̣ὰρ[ προσφ̣ε̣ρ̣[ ὃ παρεθέμην σοι, [μῆτερ 〈ΙΟ.〉 οὐδ’ εἰ Κύκλωπος εἶχον [ ψυχὴν ἄθελκτον ..[</w:t>
      </w:r>
    </w:p>
    <w:p>
      <w:r>
        <w:rPr>
          <w:rFonts w:ascii="Courier New" w:hAnsi="Courier New"/>
          <w:color w:val="555555"/>
          <w:sz w:val="20"/>
        </w:rPr>
        <w:t>[30]</w:t>
      </w:r>
    </w:p>
    <w:p>
      <w:r>
        <w:rPr>
          <w:rFonts w:ascii="Gentium Plus" w:hAnsi="Gentium Plus"/>
          <w:sz w:val="24"/>
        </w:rPr>
        <w:t>τί γὰρ τυραννεῖς, τί λι[ ἡλίκον ἐφ’ ὑμῖν̣ π[ 〈?ΕΤ.〉 κληθεὶς σύναιμος οὐκ ἐχ̣[ τὸ ῥῆμα τοῦτο διαφερο̣[ 〈?ΠΟ.〉 ἀδελφὸν ὄντα δεῖ με.[.]μο[</w:t>
      </w:r>
    </w:p>
    <w:p>
      <w:r>
        <w:rPr>
          <w:rFonts w:ascii="Courier New" w:hAnsi="Courier New"/>
          <w:color w:val="555555"/>
          <w:sz w:val="20"/>
        </w:rPr>
        <w:t>[34]</w:t>
      </w:r>
    </w:p>
    <w:p>
      <w:r>
        <w:rPr>
          <w:rFonts w:ascii="Gentium Plus" w:hAnsi="Gentium Plus"/>
          <w:sz w:val="24"/>
        </w:rPr>
        <w:t>vacat</w:t>
      </w:r>
    </w:p>
    <w:p>
      <w:r>
        <w:rPr>
          <w:rFonts w:ascii="Courier New" w:hAnsi="Courier New"/>
          <w:color w:val="555555"/>
          <w:sz w:val="20"/>
        </w:rPr>
        <w:t>[666]</w:t>
      </w:r>
    </w:p>
    <w:p>
      <w:r>
        <w:rPr>
          <w:rFonts w:ascii="Gentium Plus" w:hAnsi="Gentium Plus"/>
          <w:sz w:val="24"/>
        </w:rPr>
        <w:t>...</w:t>
      </w:r>
    </w:p>
    <w:p>
      <w:r>
        <w:rPr>
          <w:rFonts w:ascii="Courier New" w:hAnsi="Courier New"/>
          <w:color w:val="555555"/>
          <w:sz w:val="20"/>
        </w:rPr>
        <w:t>[1]</w:t>
      </w:r>
    </w:p>
    <w:p>
      <w:r>
        <w:rPr>
          <w:rFonts w:ascii="Gentium Plus" w:hAnsi="Gentium Plus"/>
          <w:sz w:val="24"/>
        </w:rPr>
        <w:t>[ ].[ [ ]ων ἐκειν̣[ [ ].ζειν· μα.[ ×–]ς̣ Ὀρέστην̣ [–⏑–×–⏑–</w:t>
      </w:r>
    </w:p>
    <w:p>
      <w:r>
        <w:rPr>
          <w:rFonts w:ascii="Courier New" w:hAnsi="Courier New"/>
          <w:color w:val="555555"/>
          <w:sz w:val="20"/>
        </w:rPr>
        <w:t>[5]</w:t>
      </w:r>
    </w:p>
    <w:p>
      <w:r>
        <w:rPr>
          <w:rFonts w:ascii="Gentium Plus" w:hAnsi="Gentium Plus"/>
          <w:sz w:val="24"/>
        </w:rPr>
        <w:t>[ ].ρος ην ε[ [ ]ροντες ἀλλήλ[ [ ]ησαν ημ[.]ν.[ [ ]οπους ὁδ’ ὅτι το[</w:t>
      </w:r>
    </w:p>
    <w:p>
      <w:r>
        <w:rPr>
          <w:rFonts w:ascii="Courier New" w:hAnsi="Courier New"/>
          <w:color w:val="555555"/>
          <w:sz w:val="20"/>
        </w:rPr>
        <w:t>[667]</w:t>
      </w:r>
    </w:p>
    <w:p>
      <w:r>
        <w:rPr>
          <w:rFonts w:ascii="Gentium Plus" w:hAnsi="Gentium Plus"/>
          <w:sz w:val="24"/>
        </w:rPr>
        <w:t>...</w:t>
      </w:r>
    </w:p>
    <w:p>
      <w:r>
        <w:rPr>
          <w:rFonts w:ascii="Courier New" w:hAnsi="Courier New"/>
          <w:color w:val="555555"/>
          <w:sz w:val="20"/>
        </w:rPr>
        <w:t>[1]</w:t>
      </w:r>
    </w:p>
    <w:p>
      <w:r>
        <w:rPr>
          <w:rFonts w:ascii="Gentium Plus" w:hAnsi="Gentium Plus"/>
          <w:sz w:val="24"/>
        </w:rPr>
        <w:t>π̣ε̣ίθου ν[....]δ̣’ οἰχο[ ὁμηλίκ[ω]ν̣ μετα[ ν̣έ̣ω̣ι̣ λ̣[..]ι̣κ.στι μ[ ⸏ἀπὸ φρεν̣[ὸ]ς αἰνη[</w:t>
      </w:r>
    </w:p>
    <w:p>
      <w:r>
        <w:rPr>
          <w:rFonts w:ascii="Courier New" w:hAnsi="Courier New"/>
          <w:color w:val="555555"/>
          <w:sz w:val="20"/>
        </w:rPr>
        <w:t>[5]</w:t>
      </w:r>
    </w:p>
    <w:p>
      <w:r>
        <w:rPr>
          <w:rFonts w:ascii="Gentium Plus" w:hAnsi="Gentium Plus"/>
          <w:sz w:val="24"/>
        </w:rPr>
        <w:t>ὅπερ παροῦσιν ὗμ[ιν –×–⏑– μά̣λιστ̣α̣ νῦν πεπ[ ὁ μὴ κ̣[.....]εορ[</w:t>
      </w:r>
    </w:p>
    <w:p>
      <w:r>
        <w:rPr>
          <w:rFonts w:ascii="Courier New" w:hAnsi="Courier New"/>
          <w:color w:val="555555"/>
          <w:sz w:val="20"/>
        </w:rPr>
        <w:t>[7]</w:t>
      </w:r>
    </w:p>
    <w:p>
      <w:r>
        <w:rPr>
          <w:rFonts w:ascii="Gentium Plus" w:hAnsi="Gentium Plus"/>
          <w:sz w:val="24"/>
        </w:rPr>
        <w:t>...</w:t>
      </w:r>
    </w:p>
    <w:p>
      <w:r>
        <w:rPr>
          <w:rFonts w:ascii="Courier New" w:hAnsi="Courier New"/>
          <w:color w:val="555555"/>
          <w:sz w:val="20"/>
        </w:rPr>
        <w:t>[668]</w:t>
      </w:r>
    </w:p>
    <w:p>
      <w:r>
        <w:rPr>
          <w:rFonts w:ascii="Gentium Plus" w:hAnsi="Gentium Plus"/>
          <w:sz w:val="24"/>
        </w:rPr>
        <w:t>...</w:t>
      </w:r>
    </w:p>
    <w:p>
      <w:r>
        <w:rPr>
          <w:rFonts w:ascii="Courier New" w:hAnsi="Courier New"/>
          <w:color w:val="555555"/>
          <w:sz w:val="20"/>
        </w:rPr>
        <w:t>[1]</w:t>
      </w:r>
    </w:p>
    <w:p>
      <w:r>
        <w:rPr>
          <w:rFonts w:ascii="Gentium Plus" w:hAnsi="Gentium Plus"/>
          <w:sz w:val="24"/>
        </w:rPr>
        <w:t>[ ].λ̣α̣ς.[</w:t>
      </w:r>
    </w:p>
    <w:p>
      <w:r>
        <w:rPr>
          <w:rFonts w:ascii="Courier New" w:hAnsi="Courier New"/>
          <w:color w:val="555555"/>
          <w:sz w:val="20"/>
        </w:rPr>
        <w:t>[5]</w:t>
      </w:r>
    </w:p>
    <w:p>
      <w:r>
        <w:rPr>
          <w:rFonts w:ascii="Gentium Plus" w:hAnsi="Gentium Plus"/>
          <w:sz w:val="24"/>
        </w:rPr>
        <w:t>×–⏑–].δ’ ἔβησαν Ἀργείων πρόμοι̣[ ×–⏑]ο̣υ τέμνουσαν ἁλμυρὸν πό̣[ρον ×–⏑–]πλουν δι’ ἕνα σύροντας στό̣λ̣ο̣[ν ×–⏑].δων σπεύδοντας ἐν βυθ̣[–⏑– ×– ](.). βαῖνε Λ͜αε͜ρτίου πρὸς δ̣ώμα̣[τα</w:t>
      </w:r>
    </w:p>
    <w:p>
      <w:r>
        <w:rPr>
          <w:rFonts w:ascii="Courier New" w:hAnsi="Courier New"/>
          <w:color w:val="555555"/>
          <w:sz w:val="20"/>
        </w:rPr>
        <w:t>[10]</w:t>
      </w:r>
    </w:p>
    <w:p>
      <w:r>
        <w:rPr>
          <w:rFonts w:ascii="Gentium Plus" w:hAnsi="Gentium Plus"/>
          <w:sz w:val="24"/>
        </w:rPr>
        <w:t>⸏ ]κα̣[].[..]ουτ̣ονη̣στης....(.) [ (ΑΓΓΕΛΟΣ)</w:t>
      </w:r>
    </w:p>
    <w:p>
      <w:r>
        <w:rPr>
          <w:rFonts w:ascii="Courier New" w:hAnsi="Courier New"/>
          <w:color w:val="555555"/>
          <w:sz w:val="20"/>
        </w:rPr>
        <w:t>[11]</w:t>
      </w:r>
    </w:p>
    <w:p>
      <w:r>
        <w:rPr>
          <w:rFonts w:ascii="Gentium Plus" w:hAnsi="Gentium Plus"/>
          <w:sz w:val="24"/>
        </w:rPr>
        <w:t>×– κρα]τ̣ύ̣νω̣ν̣ τ̣ῆ̣σ̣δε Νυσαίης χθον[ός ⸏×–⏑–]ι̣ον ὃν φέρω θέαν ἰδών: [ (ΒΑΣΙΛΕΥΣ)</w:t>
      </w:r>
    </w:p>
    <w:p>
      <w:r>
        <w:rPr>
          <w:rFonts w:ascii="Courier New" w:hAnsi="Courier New"/>
          <w:color w:val="555555"/>
          <w:sz w:val="20"/>
        </w:rPr>
        <w:t>[13]</w:t>
      </w:r>
    </w:p>
    <w:p>
      <w:r>
        <w:rPr>
          <w:rFonts w:ascii="Gentium Plus" w:hAnsi="Gentium Plus"/>
          <w:sz w:val="24"/>
        </w:rPr>
        <w:t>×–⏑–].αν, λάτρι, μὴ βραδυστομῶν̣ [ ⸏×–⏑] αἰεὶ δειλίαν̣ φέ̣ρει λόγος̣ [</w:t>
      </w:r>
    </w:p>
    <w:p>
      <w:r>
        <w:rPr>
          <w:rFonts w:ascii="Courier New" w:hAnsi="Courier New"/>
          <w:color w:val="555555"/>
          <w:sz w:val="20"/>
        </w:rPr>
        <w:t>[15]</w:t>
      </w:r>
    </w:p>
    <w:p>
      <w:r>
        <w:rPr>
          <w:rFonts w:ascii="Gentium Plus" w:hAnsi="Gentium Plus"/>
          <w:sz w:val="24"/>
        </w:rPr>
        <w:t>(ΑΓΓ.) ×–⏑–].νοπωλος ἤλα̣σ̣ε̣ν̣ στ̣[⏑– ×–⏑] φαιδρὰν ἡμέραν δειξ̣[–⏑– ×–⏑– ]εν ὕπνον †αϊξα̣ς̣ ἄφν[ω ×–⏑–]ο̣ι̣ν· ο̣ἱ̣ δ’ ἐς̣ ἔργα̣.η.(.)β.[ ×–⏑ ἄ]λ̣λο̣ς̣ ἄλλον .[.].α̣ιαν.[</w:t>
      </w:r>
    </w:p>
    <w:p>
      <w:r>
        <w:rPr>
          <w:rFonts w:ascii="Courier New" w:hAnsi="Courier New"/>
          <w:color w:val="555555"/>
          <w:sz w:val="20"/>
        </w:rPr>
        <w:t>[20]</w:t>
      </w:r>
    </w:p>
    <w:p>
      <w:r>
        <w:rPr>
          <w:rFonts w:ascii="Gentium Plus" w:hAnsi="Gentium Plus"/>
          <w:sz w:val="24"/>
        </w:rPr>
        <w:t>×–⏑]ο̣ι τὸ πρόσθε λα̣[....]πομ̣[ [ ] ἐκ κυνω̣[ [ ]ο̣υ Λυδο̣[ [ ]...[</w:t>
      </w:r>
    </w:p>
    <w:p>
      <w:r>
        <w:rPr>
          <w:rFonts w:ascii="Courier New" w:hAnsi="Courier New"/>
          <w:color w:val="555555"/>
          <w:sz w:val="20"/>
        </w:rPr>
        <w:t>[23]</w:t>
      </w:r>
    </w:p>
    <w:p>
      <w:r>
        <w:rPr>
          <w:rFonts w:ascii="Gentium Plus" w:hAnsi="Gentium Plus"/>
          <w:sz w:val="24"/>
        </w:rPr>
        <w:t>...</w:t>
      </w:r>
    </w:p>
    <w:p>
      <w:r>
        <w:rPr>
          <w:rFonts w:ascii="Courier New" w:hAnsi="Courier New"/>
          <w:color w:val="555555"/>
          <w:sz w:val="20"/>
        </w:rPr>
        <w:t>[669]</w:t>
      </w:r>
    </w:p>
    <w:p>
      <w:r>
        <w:rPr>
          <w:rFonts w:ascii="Gentium Plus" w:hAnsi="Gentium Plus"/>
          <w:sz w:val="24"/>
        </w:rPr>
        <w:t>...</w:t>
      </w:r>
    </w:p>
    <w:p>
      <w:r>
        <w:rPr>
          <w:rFonts w:ascii="Courier New" w:hAnsi="Courier New"/>
          <w:color w:val="555555"/>
          <w:sz w:val="20"/>
        </w:rPr>
        <w:t>[1]</w:t>
      </w:r>
    </w:p>
    <w:p>
      <w:r>
        <w:rPr>
          <w:rFonts w:ascii="Gentium Plus" w:hAnsi="Gentium Plus"/>
          <w:sz w:val="24"/>
        </w:rPr>
        <w:t>[]ω̣ν̣ []ην· []θέτωι· [ ]</w:t>
      </w:r>
    </w:p>
    <w:p>
      <w:r>
        <w:rPr>
          <w:rFonts w:ascii="Courier New" w:hAnsi="Courier New"/>
          <w:color w:val="555555"/>
          <w:sz w:val="20"/>
        </w:rPr>
        <w:t>[5]</w:t>
      </w:r>
    </w:p>
    <w:p>
      <w:r>
        <w:rPr>
          <w:rFonts w:ascii="Gentium Plus" w:hAnsi="Gentium Plus"/>
          <w:sz w:val="24"/>
        </w:rPr>
        <w:t>[ ] [ ]ν· [ ]ο̣ν·</w:t>
      </w:r>
    </w:p>
    <w:p>
      <w:r>
        <w:rPr>
          <w:rFonts w:ascii="Courier New" w:hAnsi="Courier New"/>
          <w:color w:val="555555"/>
          <w:sz w:val="20"/>
        </w:rPr>
        <w:t>[7]</w:t>
      </w:r>
    </w:p>
    <w:p>
      <w:r>
        <w:rPr>
          <w:rFonts w:ascii="Gentium Plus" w:hAnsi="Gentium Plus"/>
          <w:sz w:val="24"/>
        </w:rPr>
        <w:t>... ...</w:t>
      </w:r>
    </w:p>
    <w:p>
      <w:r>
        <w:rPr>
          <w:rFonts w:ascii="Courier New" w:hAnsi="Courier New"/>
          <w:color w:val="555555"/>
          <w:sz w:val="20"/>
        </w:rPr>
        <w:t>[8]</w:t>
      </w:r>
    </w:p>
    <w:p>
      <w:r>
        <w:rPr>
          <w:rFonts w:ascii="Gentium Plus" w:hAnsi="Gentium Plus"/>
          <w:sz w:val="24"/>
        </w:rPr>
        <w:t>ΜΕΝ[ σὺ μὲν τα[</w:t>
      </w:r>
    </w:p>
    <w:p>
      <w:r>
        <w:rPr>
          <w:rFonts w:ascii="Courier New" w:hAnsi="Courier New"/>
          <w:color w:val="555555"/>
          <w:sz w:val="20"/>
        </w:rPr>
        <w:t>[10]</w:t>
      </w:r>
    </w:p>
    <w:p>
      <w:r>
        <w:rPr>
          <w:rFonts w:ascii="Gentium Plus" w:hAnsi="Gentium Plus"/>
          <w:sz w:val="24"/>
        </w:rPr>
        <w:t>/κέντροισ[ αυ[.]ουμε[ ἐκ τῆς π[ ὅς νιν π[ σπάσας π̣[</w:t>
      </w:r>
    </w:p>
    <w:p>
      <w:r>
        <w:rPr>
          <w:rFonts w:ascii="Courier New" w:hAnsi="Courier New"/>
          <w:color w:val="555555"/>
          <w:sz w:val="20"/>
        </w:rPr>
        <w:t>[15]</w:t>
      </w:r>
    </w:p>
    <w:p>
      <w:r>
        <w:rPr>
          <w:rFonts w:ascii="Gentium Plus" w:hAnsi="Gentium Plus"/>
          <w:sz w:val="24"/>
        </w:rPr>
        <w:t>ἐχθρῶι πα[ σφάλος δ[ πάλ̣αι̣ τετ̣[</w:t>
      </w:r>
    </w:p>
    <w:p>
      <w:r>
        <w:rPr>
          <w:rFonts w:ascii="Courier New" w:hAnsi="Courier New"/>
          <w:color w:val="555555"/>
          <w:sz w:val="20"/>
        </w:rPr>
        <w:t>[17]</w:t>
      </w:r>
    </w:p>
    <w:p>
      <w:r>
        <w:rPr>
          <w:rFonts w:ascii="Gentium Plus" w:hAnsi="Gentium Plus"/>
          <w:sz w:val="24"/>
        </w:rPr>
        <w:t>...</w:t>
      </w:r>
    </w:p>
    <w:p>
      <w:r>
        <w:rPr>
          <w:rFonts w:ascii="Courier New" w:hAnsi="Courier New"/>
          <w:color w:val="555555"/>
          <w:sz w:val="20"/>
        </w:rPr>
        <w:t>[670]</w:t>
      </w:r>
    </w:p>
    <w:p>
      <w:r>
        <w:rPr>
          <w:rFonts w:ascii="Gentium Plus" w:hAnsi="Gentium Plus"/>
          <w:sz w:val="24"/>
        </w:rPr>
        <w:t>[ ]μ[ [ ]ν[.]ν.[.] [ ]ω[.] [ ]ων πέρας</w:t>
      </w:r>
    </w:p>
    <w:p>
      <w:r>
        <w:rPr>
          <w:rFonts w:ascii="Courier New" w:hAnsi="Courier New"/>
          <w:color w:val="555555"/>
          <w:sz w:val="20"/>
        </w:rPr>
        <w:t>[5]</w:t>
      </w:r>
    </w:p>
    <w:p>
      <w:r>
        <w:rPr>
          <w:rFonts w:ascii="Gentium Plus" w:hAnsi="Gentium Plus"/>
          <w:sz w:val="24"/>
        </w:rPr>
        <w:t>[ ]ω γ’ ἐμοῦ [ ]ες [ ]λιον [δ]υστυχῶ [ ]καλει</w:t>
      </w:r>
    </w:p>
    <w:p>
      <w:r>
        <w:rPr>
          <w:rFonts w:ascii="Courier New" w:hAnsi="Courier New"/>
          <w:color w:val="555555"/>
          <w:sz w:val="20"/>
        </w:rPr>
        <w:t>[10]</w:t>
      </w:r>
    </w:p>
    <w:p>
      <w:r>
        <w:rPr>
          <w:rFonts w:ascii="Gentium Plus" w:hAnsi="Gentium Plus"/>
          <w:sz w:val="24"/>
        </w:rPr>
        <w:t>[ ]ς̣ ἐρῶ [ ]σποτην [ ]νον ἄν [ ]ομαι [ ]ο̣ι</w:t>
      </w:r>
    </w:p>
    <w:p>
      <w:r>
        <w:rPr>
          <w:rFonts w:ascii="Courier New" w:hAnsi="Courier New"/>
          <w:color w:val="555555"/>
          <w:sz w:val="20"/>
        </w:rPr>
        <w:t>[15]</w:t>
      </w:r>
    </w:p>
    <w:p>
      <w:r>
        <w:rPr>
          <w:rFonts w:ascii="Gentium Plus" w:hAnsi="Gentium Plus"/>
          <w:sz w:val="24"/>
        </w:rPr>
        <w:t>[τ]υ̣χ̣ης [ ]όφρων</w:t>
      </w:r>
    </w:p>
    <w:p>
      <w:r>
        <w:rPr>
          <w:rFonts w:ascii="Courier New" w:hAnsi="Courier New"/>
          <w:color w:val="555555"/>
          <w:sz w:val="20"/>
        </w:rPr>
        <w:t>[16]</w:t>
      </w:r>
    </w:p>
    <w:p>
      <w:r>
        <w:rPr>
          <w:rFonts w:ascii="Gentium Plus" w:hAnsi="Gentium Plus"/>
          <w:sz w:val="24"/>
        </w:rPr>
        <w:t>... κ[ ω[ π̣[</w:t>
      </w:r>
    </w:p>
    <w:p>
      <w:r>
        <w:rPr>
          <w:rFonts w:ascii="Courier New" w:hAnsi="Courier New"/>
          <w:color w:val="555555"/>
          <w:sz w:val="20"/>
        </w:rPr>
        <w:t>[20]</w:t>
      </w:r>
    </w:p>
    <w:p>
      <w:r>
        <w:rPr>
          <w:rFonts w:ascii="Gentium Plus" w:hAnsi="Gentium Plus"/>
          <w:sz w:val="24"/>
        </w:rPr>
        <w:t>θ̣[ π̣[ ε[ μ[ σ[</w:t>
      </w:r>
    </w:p>
    <w:p>
      <w:r>
        <w:rPr>
          <w:rFonts w:ascii="Courier New" w:hAnsi="Courier New"/>
          <w:color w:val="555555"/>
          <w:sz w:val="20"/>
        </w:rPr>
        <w:t>[25]</w:t>
      </w:r>
    </w:p>
    <w:p>
      <w:r>
        <w:rPr>
          <w:rFonts w:ascii="Gentium Plus" w:hAnsi="Gentium Plus"/>
          <w:sz w:val="24"/>
        </w:rPr>
        <w:t>β[</w:t>
      </w:r>
    </w:p>
    <w:p>
      <w:r>
        <w:rPr>
          <w:rFonts w:ascii="Courier New" w:hAnsi="Courier New"/>
          <w:color w:val="555555"/>
          <w:sz w:val="20"/>
        </w:rPr>
        <w:t>[30]</w:t>
      </w:r>
    </w:p>
    <w:p>
      <w:r>
        <w:rPr>
          <w:rFonts w:ascii="Gentium Plus" w:hAnsi="Gentium Plus"/>
          <w:sz w:val="24"/>
        </w:rPr>
        <w:t>ἰχ[ν λε̣[</w:t>
      </w:r>
    </w:p>
    <w:p>
      <w:r>
        <w:rPr>
          <w:rFonts w:ascii="Courier New" w:hAnsi="Courier New"/>
          <w:color w:val="555555"/>
          <w:sz w:val="20"/>
        </w:rPr>
        <w:t>[671]</w:t>
      </w:r>
    </w:p>
    <w:p>
      <w:r>
        <w:rPr>
          <w:rFonts w:ascii="Gentium Plus" w:hAnsi="Gentium Plus"/>
          <w:sz w:val="24"/>
        </w:rPr>
        <w:t>[ ]α̣ι [ ]νεως ×–⏑–×–⏑–×]σθεὶς Διός [ ]φει</w:t>
      </w:r>
    </w:p>
    <w:p>
      <w:r>
        <w:rPr>
          <w:rFonts w:ascii="Courier New" w:hAnsi="Courier New"/>
          <w:color w:val="555555"/>
          <w:sz w:val="20"/>
        </w:rPr>
        <w:t>[5]</w:t>
      </w:r>
    </w:p>
    <w:p>
      <w:r>
        <w:rPr>
          <w:rFonts w:ascii="Gentium Plus" w:hAnsi="Gentium Plus"/>
          <w:sz w:val="24"/>
        </w:rPr>
        <w:t>[ ]ονος [ ]..ν τότε []η [ μο]ρ̣σ̣ί̣μοις [ ] μ̣ὴ̣ πάθῃς</w:t>
      </w:r>
    </w:p>
    <w:p>
      <w:r>
        <w:rPr>
          <w:rFonts w:ascii="Courier New" w:hAnsi="Courier New"/>
          <w:color w:val="555555"/>
          <w:sz w:val="20"/>
        </w:rPr>
        <w:t>[10]</w:t>
      </w:r>
    </w:p>
    <w:p>
      <w:r>
        <w:rPr>
          <w:rFonts w:ascii="Gentium Plus" w:hAnsi="Gentium Plus"/>
          <w:sz w:val="24"/>
        </w:rPr>
        <w:t>[ ].εμων [ ].ε [ ] [ ]ον γάμ̣ον [ ]θης</w:t>
      </w:r>
    </w:p>
    <w:p>
      <w:r>
        <w:rPr>
          <w:rFonts w:ascii="Courier New" w:hAnsi="Courier New"/>
          <w:color w:val="555555"/>
          <w:sz w:val="20"/>
        </w:rPr>
        <w:t>[15]</w:t>
      </w:r>
    </w:p>
    <w:p>
      <w:r>
        <w:rPr>
          <w:rFonts w:ascii="Gentium Plus" w:hAnsi="Gentium Plus"/>
          <w:sz w:val="24"/>
        </w:rPr>
        <w:t>[ ]ρων μίτους [ ]δ̣ϊδην [ ]ειν ὕδωρ [ ]μονη [ ]ποθούμενον</w:t>
      </w:r>
    </w:p>
    <w:p>
      <w:r>
        <w:rPr>
          <w:rFonts w:ascii="Courier New" w:hAnsi="Courier New"/>
          <w:color w:val="555555"/>
          <w:sz w:val="20"/>
        </w:rPr>
        <w:t>[20]</w:t>
      </w:r>
    </w:p>
    <w:p>
      <w:r>
        <w:rPr>
          <w:rFonts w:ascii="Gentium Plus" w:hAnsi="Gentium Plus"/>
          <w:sz w:val="24"/>
        </w:rPr>
        <w:t>[ ]νος σοφῆς [ μη]χάνου</w:t>
      </w:r>
    </w:p>
    <w:p>
      <w:r>
        <w:rPr>
          <w:rFonts w:ascii="Courier New" w:hAnsi="Courier New"/>
          <w:color w:val="555555"/>
          <w:sz w:val="20"/>
        </w:rPr>
        <w:t>[25]</w:t>
      </w:r>
    </w:p>
    <w:p>
      <w:r>
        <w:rPr>
          <w:rFonts w:ascii="Gentium Plus" w:hAnsi="Gentium Plus"/>
          <w:sz w:val="24"/>
        </w:rPr>
        <w:t>[ ]ενει ξίφει</w:t>
      </w:r>
    </w:p>
    <w:p>
      <w:r>
        <w:rPr>
          <w:rFonts w:ascii="Courier New" w:hAnsi="Courier New"/>
          <w:color w:val="555555"/>
          <w:sz w:val="20"/>
        </w:rPr>
        <w:t>[671a]</w:t>
      </w:r>
    </w:p>
    <w:p>
      <w:r>
        <w:rPr>
          <w:rFonts w:ascii="Gentium Plus" w:hAnsi="Gentium Plus"/>
          <w:sz w:val="24"/>
        </w:rPr>
        <w:t>...</w:t>
      </w:r>
    </w:p>
    <w:p>
      <w:r>
        <w:rPr>
          <w:rFonts w:ascii="Courier New" w:hAnsi="Courier New"/>
          <w:color w:val="555555"/>
          <w:sz w:val="20"/>
        </w:rPr>
        <w:t>[1]</w:t>
      </w:r>
    </w:p>
    <w:p>
      <w:r>
        <w:rPr>
          <w:rFonts w:ascii="Gentium Plus" w:hAnsi="Gentium Plus"/>
          <w:sz w:val="24"/>
        </w:rPr>
        <w:t>[ ]..[...]..[ ×– ].δε πράσσειν ε[ × ] ἄ̣ξιος γὰρ Ζεὺς̣ .[⏑–×–⏑– × ἀ]μφὶ Τροίαι λευκ.[</w:t>
      </w:r>
    </w:p>
    <w:p>
      <w:r>
        <w:rPr>
          <w:rFonts w:ascii="Courier New" w:hAnsi="Courier New"/>
          <w:color w:val="555555"/>
          <w:sz w:val="20"/>
        </w:rPr>
        <w:t>[5]</w:t>
      </w:r>
    </w:p>
    <w:p>
      <w:r>
        <w:rPr>
          <w:rFonts w:ascii="Gentium Plus" w:hAnsi="Gentium Plus"/>
          <w:sz w:val="24"/>
        </w:rPr>
        <w:t>×].ουμένη̣ δὲ καὶ το[</w:t>
      </w:r>
    </w:p>
    <w:p>
      <w:r>
        <w:rPr>
          <w:rFonts w:ascii="Courier New" w:hAnsi="Courier New"/>
          <w:color w:val="555555"/>
          <w:sz w:val="20"/>
        </w:rPr>
        <w:t>[672]</w:t>
      </w:r>
    </w:p>
    <w:p>
      <w:r>
        <w:rPr>
          <w:rFonts w:ascii="Gentium Plus" w:hAnsi="Gentium Plus"/>
          <w:sz w:val="24"/>
        </w:rPr>
        <w:t>...</w:t>
      </w:r>
    </w:p>
    <w:p>
      <w:r>
        <w:rPr>
          <w:rFonts w:ascii="Courier New" w:hAnsi="Courier New"/>
          <w:color w:val="555555"/>
          <w:sz w:val="20"/>
        </w:rPr>
        <w:t>[1]</w:t>
      </w:r>
    </w:p>
    <w:p>
      <w:r>
        <w:rPr>
          <w:rFonts w:ascii="Gentium Plus" w:hAnsi="Gentium Plus"/>
          <w:sz w:val="24"/>
        </w:rPr>
        <w:t>[]ι̣[..]. ? ×–⏑–×–⏑–×]ο̣ν γένους [ ]α [ ]ηρίαν</w:t>
      </w:r>
    </w:p>
    <w:p>
      <w:r>
        <w:rPr>
          <w:rFonts w:ascii="Courier New" w:hAnsi="Courier New"/>
          <w:color w:val="555555"/>
          <w:sz w:val="20"/>
        </w:rPr>
        <w:t>[5]</w:t>
      </w:r>
    </w:p>
    <w:p>
      <w:r>
        <w:rPr>
          <w:rFonts w:ascii="Gentium Plus" w:hAnsi="Gentium Plus"/>
          <w:sz w:val="24"/>
        </w:rPr>
        <w:t>[ ]ω̣ λόγοις [ ]α̣τεον [ ]μ̣ων̣ιων</w:t>
      </w:r>
    </w:p>
    <w:p>
      <w:r>
        <w:rPr>
          <w:rFonts w:ascii="Courier New" w:hAnsi="Courier New"/>
          <w:color w:val="555555"/>
          <w:sz w:val="20"/>
        </w:rPr>
        <w:t>[7]</w:t>
      </w:r>
    </w:p>
    <w:p>
      <w:r>
        <w:rPr>
          <w:rFonts w:ascii="Gentium Plus" w:hAnsi="Gentium Plus"/>
          <w:sz w:val="24"/>
        </w:rPr>
        <w:t>...</w:t>
      </w:r>
    </w:p>
    <w:p>
      <w:r>
        <w:rPr>
          <w:rFonts w:ascii="Courier New" w:hAnsi="Courier New"/>
          <w:color w:val="555555"/>
          <w:sz w:val="20"/>
        </w:rPr>
        <w:t>[673*]</w:t>
      </w:r>
    </w:p>
    <w:p>
      <w:r>
        <w:rPr>
          <w:rFonts w:ascii="Gentium Plus" w:hAnsi="Gentium Plus"/>
          <w:sz w:val="24"/>
        </w:rPr>
        <w:t>[ ]λωδία̣[ [ ] [ [ ]και λισ̣[ [ ].συ· ψι[</w:t>
      </w:r>
    </w:p>
    <w:p>
      <w:r>
        <w:rPr>
          <w:rFonts w:ascii="Courier New" w:hAnsi="Courier New"/>
          <w:color w:val="555555"/>
          <w:sz w:val="20"/>
        </w:rPr>
        <w:t>[5]</w:t>
      </w:r>
    </w:p>
    <w:p>
      <w:r>
        <w:rPr>
          <w:rFonts w:ascii="Gentium Plus" w:hAnsi="Gentium Plus"/>
          <w:sz w:val="24"/>
        </w:rPr>
        <w:t>[ ]τ̣οι πολ̣[ []κ̣αν κατ̣[ [].ησεισ[ [ ] [.]δέμ[</w:t>
      </w:r>
    </w:p>
    <w:p>
      <w:r>
        <w:rPr>
          <w:rFonts w:ascii="Courier New" w:hAnsi="Courier New"/>
          <w:color w:val="555555"/>
          <w:sz w:val="20"/>
        </w:rPr>
        <w:t>[8]</w:t>
      </w:r>
    </w:p>
    <w:p>
      <w:r>
        <w:rPr>
          <w:rFonts w:ascii="Gentium Plus" w:hAnsi="Gentium Plus"/>
          <w:sz w:val="24"/>
        </w:rPr>
        <w:t>...</w:t>
      </w:r>
    </w:p>
    <w:p>
      <w:r>
        <w:rPr>
          <w:rFonts w:ascii="Courier New" w:hAnsi="Courier New"/>
          <w:color w:val="555555"/>
          <w:sz w:val="20"/>
        </w:rPr>
        <w:t>[674*]</w:t>
      </w:r>
    </w:p>
    <w:p>
      <w:r>
        <w:rPr>
          <w:rFonts w:ascii="Gentium Plus" w:hAnsi="Gentium Plus"/>
          <w:sz w:val="24"/>
        </w:rPr>
        <w:t>...</w:t>
      </w:r>
    </w:p>
    <w:p>
      <w:r>
        <w:rPr>
          <w:rFonts w:ascii="Courier New" w:hAnsi="Courier New"/>
          <w:color w:val="555555"/>
          <w:sz w:val="20"/>
        </w:rPr>
        <w:t>[1]</w:t>
      </w:r>
    </w:p>
    <w:p>
      <w:r>
        <w:rPr>
          <w:rFonts w:ascii="Gentium Plus" w:hAnsi="Gentium Plus"/>
          <w:sz w:val="24"/>
        </w:rPr>
        <w:t>[ ].[ [ ]..ιαν[ [ ]εωι ζ̣ω[ [ ]ο̣ν ἐργ[</w:t>
      </w:r>
    </w:p>
    <w:p>
      <w:r>
        <w:rPr>
          <w:rFonts w:ascii="Courier New" w:hAnsi="Courier New"/>
          <w:color w:val="555555"/>
          <w:sz w:val="20"/>
        </w:rPr>
        <w:t>[5]</w:t>
      </w:r>
    </w:p>
    <w:p>
      <w:r>
        <w:rPr>
          <w:rFonts w:ascii="Gentium Plus" w:hAnsi="Gentium Plus"/>
          <w:sz w:val="24"/>
        </w:rPr>
        <w:t>[ ].ναπ̣ισ[ [] συμ̣π̣α[ [ ].αναμ̣[ [ ]λ̣εως γι[</w:t>
      </w:r>
    </w:p>
    <w:p>
      <w:r>
        <w:rPr>
          <w:rFonts w:ascii="Courier New" w:hAnsi="Courier New"/>
          <w:color w:val="555555"/>
          <w:sz w:val="20"/>
        </w:rPr>
        <w:t>[10]</w:t>
      </w:r>
    </w:p>
    <w:p>
      <w:r>
        <w:rPr>
          <w:rFonts w:ascii="Gentium Plus" w:hAnsi="Gentium Plus"/>
          <w:sz w:val="24"/>
        </w:rPr>
        <w:t>[ ]ξαι τιτ[ [ ].ειτα[ [ ].εθαυ[ [ ]δοκε[ [ ].[</w:t>
      </w:r>
    </w:p>
    <w:p>
      <w:r>
        <w:rPr>
          <w:rFonts w:ascii="Courier New" w:hAnsi="Courier New"/>
          <w:color w:val="555555"/>
          <w:sz w:val="20"/>
        </w:rPr>
        <w:t>[14]</w:t>
      </w:r>
    </w:p>
    <w:p>
      <w:r>
        <w:rPr>
          <w:rFonts w:ascii="Gentium Plus" w:hAnsi="Gentium Plus"/>
          <w:sz w:val="24"/>
        </w:rPr>
        <w:t>...</w:t>
      </w:r>
    </w:p>
    <w:p>
      <w:r>
        <w:rPr>
          <w:rFonts w:ascii="Courier New" w:hAnsi="Courier New"/>
          <w:color w:val="555555"/>
          <w:sz w:val="20"/>
        </w:rPr>
        <w:t>[675* (tit)]</w:t>
      </w:r>
    </w:p>
    <w:p>
      <w:r>
        <w:rPr>
          <w:rFonts w:ascii="Gentium Plus" w:hAnsi="Gentium Plus"/>
          <w:sz w:val="24"/>
        </w:rPr>
        <w:t>ΣΑΤΥΡΟΙ?</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κανθα.[ καὶ σιμος [ ὑπὲρ κεφ[αλ</w:t>
      </w:r>
    </w:p>
    <w:p>
      <w:r>
        <w:rPr>
          <w:rFonts w:ascii="Courier New" w:hAnsi="Courier New"/>
          <w:color w:val="555555"/>
          <w:sz w:val="20"/>
        </w:rPr>
        <w:t>[5]</w:t>
      </w:r>
    </w:p>
    <w:p>
      <w:r>
        <w:rPr>
          <w:rFonts w:ascii="Gentium Plus" w:hAnsi="Gentium Plus"/>
          <w:sz w:val="24"/>
        </w:rPr>
        <w:t>ἐγὼ Διὸς π[αῖς Φοῖβος βοη[ ἐγὼ δ’ ἀκου̣[ καὶ σοὶ μὲν α.[ ταύτην ἀπ....[</w:t>
      </w:r>
    </w:p>
    <w:p>
      <w:r>
        <w:rPr>
          <w:rFonts w:ascii="Courier New" w:hAnsi="Courier New"/>
          <w:color w:val="555555"/>
          <w:sz w:val="20"/>
        </w:rPr>
        <w:t>[10]</w:t>
      </w:r>
    </w:p>
    <w:p>
      <w:r>
        <w:rPr>
          <w:rFonts w:ascii="Gentium Plus" w:hAnsi="Gentium Plus"/>
          <w:sz w:val="24"/>
        </w:rPr>
        <w:t>εἰς δῶμ’ ἀπ’ ἀγρ[οῦ</w:t>
      </w:r>
    </w:p>
    <w:p>
      <w:r>
        <w:rPr>
          <w:rFonts w:ascii="Courier New" w:hAnsi="Courier New"/>
          <w:color w:val="555555"/>
          <w:sz w:val="20"/>
        </w:rPr>
        <w:t>[15]</w:t>
      </w:r>
    </w:p>
    <w:p>
      <w:r>
        <w:rPr>
          <w:rFonts w:ascii="Gentium Plus" w:hAnsi="Gentium Plus"/>
          <w:sz w:val="24"/>
        </w:rPr>
        <w:t>....]σ̣ανι̣[</w:t>
      </w:r>
    </w:p>
    <w:p>
      <w:r>
        <w:rPr>
          <w:rFonts w:ascii="Courier New" w:hAnsi="Courier New"/>
          <w:color w:val="555555"/>
          <w:sz w:val="20"/>
        </w:rPr>
        <w:t>[15]</w:t>
      </w:r>
    </w:p>
    <w:p>
      <w:r>
        <w:rPr>
          <w:rFonts w:ascii="Gentium Plus" w:hAnsi="Gentium Plus"/>
          <w:sz w:val="24"/>
        </w:rPr>
        <w:t>... ...</w:t>
      </w:r>
    </w:p>
    <w:p>
      <w:r>
        <w:rPr>
          <w:rFonts w:ascii="Courier New" w:hAnsi="Courier New"/>
          <w:color w:val="555555"/>
          <w:sz w:val="20"/>
        </w:rPr>
        <w:t>[16]</w:t>
      </w:r>
    </w:p>
    <w:p>
      <w:r>
        <w:rPr>
          <w:rFonts w:ascii="Gentium Plus" w:hAnsi="Gentium Plus"/>
          <w:sz w:val="24"/>
        </w:rPr>
        <w:t>[ ]..δ.[ [ ]ην κοιραν[ [ ] κ̣ύριο̣ς̣ [ ἐ]μ̣βαλεῖς</w:t>
      </w:r>
    </w:p>
    <w:p>
      <w:r>
        <w:rPr>
          <w:rFonts w:ascii="Courier New" w:hAnsi="Courier New"/>
          <w:color w:val="555555"/>
          <w:sz w:val="20"/>
        </w:rPr>
        <w:t>[20]</w:t>
      </w:r>
    </w:p>
    <w:p>
      <w:r>
        <w:rPr>
          <w:rFonts w:ascii="Gentium Plus" w:hAnsi="Gentium Plus"/>
          <w:sz w:val="24"/>
        </w:rPr>
        <w:t>[ ]. κάρα [ ἐ]φόδια [ὑπ]ε̣ρβολήν [ ]..ι [].ην λαμβάνω</w:t>
      </w:r>
    </w:p>
    <w:p>
      <w:r>
        <w:rPr>
          <w:rFonts w:ascii="Courier New" w:hAnsi="Courier New"/>
          <w:color w:val="555555"/>
          <w:sz w:val="20"/>
        </w:rPr>
        <w:t>[25]</w:t>
      </w:r>
    </w:p>
    <w:p>
      <w:r>
        <w:rPr>
          <w:rFonts w:ascii="Gentium Plus" w:hAnsi="Gentium Plus"/>
          <w:sz w:val="24"/>
        </w:rPr>
        <w:t>[]ω̣σιν φέρει.</w:t>
      </w:r>
    </w:p>
    <w:p>
      <w:r>
        <w:rPr>
          <w:rFonts w:ascii="Courier New" w:hAnsi="Courier New"/>
          <w:color w:val="555555"/>
          <w:sz w:val="20"/>
        </w:rPr>
        <w:t>[28]</w:t>
      </w:r>
    </w:p>
    <w:p>
      <w:r>
        <w:rPr>
          <w:rFonts w:ascii="Gentium Plus" w:hAnsi="Gentium Plus"/>
          <w:sz w:val="24"/>
        </w:rPr>
        <w:t>...</w:t>
      </w:r>
    </w:p>
    <w:p>
      <w:r>
        <w:rPr>
          <w:rFonts w:ascii="Courier New" w:hAnsi="Courier New"/>
          <w:color w:val="555555"/>
          <w:sz w:val="20"/>
        </w:rPr>
        <w:t>[676]</w:t>
      </w:r>
    </w:p>
    <w:p>
      <w:r>
        <w:rPr>
          <w:rFonts w:ascii="Gentium Plus" w:hAnsi="Gentium Plus"/>
          <w:sz w:val="24"/>
        </w:rPr>
        <w:t>×–⏑– μ]ά̣χηι τ’ ἐνικ̣[×–⏑– [ ]ντας ἤγαγεν[ [ ] ἡμέραις τοι[ [ ] ἐκ Πύλου [</w:t>
      </w:r>
    </w:p>
    <w:p>
      <w:r>
        <w:rPr>
          <w:rFonts w:ascii="Courier New" w:hAnsi="Courier New"/>
          <w:color w:val="555555"/>
          <w:sz w:val="20"/>
        </w:rPr>
        <w:t>[5]</w:t>
      </w:r>
    </w:p>
    <w:p>
      <w:r>
        <w:rPr>
          <w:rFonts w:ascii="Gentium Plus" w:hAnsi="Gentium Plus"/>
          <w:sz w:val="24"/>
        </w:rPr>
        <w:t>[ ὑ]πὸ τὴν γ̣ῆν̣ [ [ ]ρ̣ειαδηνηι̣[ [ ]ανέντων αν̣[ [ ]αρῶσιν ὑπὸ του̣[</w:t>
      </w:r>
    </w:p>
    <w:p>
      <w:r>
        <w:rPr>
          <w:rFonts w:ascii="Courier New" w:hAnsi="Courier New"/>
          <w:color w:val="555555"/>
          <w:sz w:val="20"/>
        </w:rPr>
        <w:t>[10]</w:t>
      </w:r>
    </w:p>
    <w:p>
      <w:r>
        <w:rPr>
          <w:rFonts w:ascii="Gentium Plus" w:hAnsi="Gentium Plus"/>
          <w:sz w:val="24"/>
        </w:rPr>
        <w:t>[ ]ο̣ιμετρ̣ος γ̣ο[ [ ]της ὡστ[ [ το]ῦτό σοι δοκε̣ῖ [ [ ἐκ]ήδετ’ Εὐβοίας [ [ ]ησάν τε καθα.[</w:t>
      </w:r>
    </w:p>
    <w:p>
      <w:r>
        <w:rPr>
          <w:rFonts w:ascii="Courier New" w:hAnsi="Courier New"/>
          <w:color w:val="555555"/>
          <w:sz w:val="20"/>
        </w:rPr>
        <w:t>[15]</w:t>
      </w:r>
    </w:p>
    <w:p>
      <w:r>
        <w:rPr>
          <w:rFonts w:ascii="Gentium Plus" w:hAnsi="Gentium Plus"/>
          <w:sz w:val="24"/>
        </w:rPr>
        <w:t>[ ]πεν τὸ περι[ [ ]αλλα[ [ Εὐ]β̣ο̣ι̣α̣[</w:t>
      </w:r>
    </w:p>
    <w:p>
      <w:r>
        <w:rPr>
          <w:rFonts w:ascii="Courier New" w:hAnsi="Courier New"/>
          <w:color w:val="555555"/>
          <w:sz w:val="20"/>
        </w:rPr>
        <w:t>[17]</w:t>
      </w:r>
    </w:p>
    <w:p>
      <w:r>
        <w:rPr>
          <w:rFonts w:ascii="Gentium Plus" w:hAnsi="Gentium Plus"/>
          <w:sz w:val="24"/>
        </w:rPr>
        <w:t>...</w:t>
      </w:r>
    </w:p>
    <w:p>
      <w:r>
        <w:rPr>
          <w:rFonts w:ascii="Courier New" w:hAnsi="Courier New"/>
          <w:color w:val="555555"/>
          <w:sz w:val="20"/>
        </w:rPr>
        <w:t>[677]</w:t>
      </w:r>
    </w:p>
    <w:p>
      <w:r>
        <w:rPr>
          <w:rFonts w:ascii="Gentium Plus" w:hAnsi="Gentium Plus"/>
          <w:sz w:val="24"/>
        </w:rPr>
        <w:t>...</w:t>
      </w:r>
    </w:p>
    <w:p>
      <w:r>
        <w:rPr>
          <w:rFonts w:ascii="Courier New" w:hAnsi="Courier New"/>
          <w:color w:val="555555"/>
          <w:sz w:val="20"/>
        </w:rPr>
        <w:t>[1]</w:t>
      </w:r>
    </w:p>
    <w:p>
      <w:r>
        <w:rPr>
          <w:rFonts w:ascii="Gentium Plus" w:hAnsi="Gentium Plus"/>
          <w:sz w:val="24"/>
        </w:rPr>
        <w:t>×–⏑–×–⏑–×–]ντ’ ἄπο· [ ]..[.].. [ ].(.) ἀντέχου· [ μ]υ̣ρ̣ίαν̣ μ...[</w:t>
      </w:r>
    </w:p>
    <w:p>
      <w:r>
        <w:rPr>
          <w:rFonts w:ascii="Courier New" w:hAnsi="Courier New"/>
          <w:color w:val="555555"/>
          <w:sz w:val="20"/>
        </w:rPr>
        <w:t>[5]</w:t>
      </w:r>
    </w:p>
    <w:p>
      <w:r>
        <w:rPr>
          <w:rFonts w:ascii="Gentium Plus" w:hAnsi="Gentium Plus"/>
          <w:sz w:val="24"/>
        </w:rPr>
        <w:t>[ ].δ̣ι̣α̣. [ ]ν ἄπληστον [– [ ].π.ι̣οσγεμ̣ο̣[ [ ]..[.]α̣πιν [ ]ν̣α[ι] μέλε̣[ι</w:t>
      </w:r>
    </w:p>
    <w:p>
      <w:r>
        <w:rPr>
          <w:rFonts w:ascii="Courier New" w:hAnsi="Courier New"/>
          <w:color w:val="555555"/>
          <w:sz w:val="20"/>
        </w:rPr>
        <w:t>[10]</w:t>
      </w:r>
    </w:p>
    <w:p>
      <w:r>
        <w:rPr>
          <w:rFonts w:ascii="Gentium Plus" w:hAnsi="Gentium Plus"/>
          <w:sz w:val="24"/>
        </w:rPr>
        <w:t>[ ]..ν̣υου̣[</w:t>
      </w:r>
    </w:p>
    <w:p>
      <w:r>
        <w:rPr>
          <w:rFonts w:ascii="Courier New" w:hAnsi="Courier New"/>
          <w:color w:val="555555"/>
          <w:sz w:val="20"/>
        </w:rPr>
        <w:t>[10]</w:t>
      </w:r>
    </w:p>
    <w:p>
      <w:r>
        <w:rPr>
          <w:rFonts w:ascii="Gentium Plus" w:hAnsi="Gentium Plus"/>
          <w:sz w:val="24"/>
        </w:rPr>
        <w:t>...</w:t>
      </w:r>
    </w:p>
    <w:p>
      <w:r>
        <w:rPr>
          <w:rFonts w:ascii="Courier New" w:hAnsi="Courier New"/>
          <w:color w:val="555555"/>
          <w:sz w:val="20"/>
        </w:rPr>
        <w:t>[678]</w:t>
      </w:r>
    </w:p>
    <w:p>
      <w:r>
        <w:rPr>
          <w:rFonts w:ascii="Gentium Plus" w:hAnsi="Gentium Plus"/>
          <w:sz w:val="24"/>
        </w:rPr>
        <w:t>[]σοι τάδ’ ἑτάρων ἱκέτιν αὐ [].. γονάτων ἔπι κατασπο̣– []δ̣ων</w:t>
      </w:r>
    </w:p>
    <w:p>
      <w:pPr>
        <w:jc w:val="center"/>
      </w:pPr>
      <w:r>
        <w:rPr>
          <w:rFonts w:ascii="Gentium Plus" w:hAnsi="Gentium Plus"/>
          <w:b/>
          <w:sz w:val="24"/>
        </w:rPr>
        <w:t>fr. a + b, r</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w:t>
      </w:r>
    </w:p>
    <w:p>
      <w:r>
        <w:rPr>
          <w:rFonts w:ascii="Courier New" w:hAnsi="Courier New"/>
          <w:color w:val="555555"/>
          <w:sz w:val="20"/>
        </w:rPr>
        <w:t>[5]</w:t>
      </w:r>
    </w:p>
    <w:p>
      <w:r>
        <w:rPr>
          <w:rFonts w:ascii="Gentium Plus" w:hAnsi="Gentium Plus"/>
          <w:sz w:val="24"/>
        </w:rPr>
        <w:t>[]εδηῆ μίγα̣[ []λ̣α̣ιδοφόρον [.....]..α[ []ο̣ις̣ϽϹ ταυτ[.]. βάθος ηζε..[ [ ]ι̣εναι θ̣υ̣γάτρες γαλαθ̣η̣[ [ π]αρθένοι ἑλκεσι̣[</w:t>
      </w:r>
    </w:p>
    <w:p>
      <w:r>
        <w:rPr>
          <w:rFonts w:ascii="Courier New" w:hAnsi="Courier New"/>
          <w:color w:val="555555"/>
          <w:sz w:val="20"/>
        </w:rPr>
        <w:t>[10]</w:t>
      </w:r>
    </w:p>
    <w:p>
      <w:r>
        <w:rPr>
          <w:rFonts w:ascii="Gentium Plus" w:hAnsi="Gentium Plus"/>
          <w:sz w:val="24"/>
        </w:rPr>
        <w:t>[ ].ι τροχαλὰ κε[</w:t>
      </w:r>
    </w:p>
    <w:p>
      <w:pPr>
        <w:jc w:val="center"/>
      </w:pPr>
      <w:r>
        <w:rPr>
          <w:rFonts w:ascii="Gentium Plus" w:hAnsi="Gentium Plus"/>
          <w:b/>
          <w:sz w:val="24"/>
        </w:rPr>
        <w:t>fr. a + b, v</w:t>
      </w:r>
    </w:p>
    <w:p>
      <w:r>
        <w:rPr>
          <w:rFonts w:ascii="Courier New" w:hAnsi="Courier New"/>
          <w:color w:val="555555"/>
          <w:sz w:val="20"/>
        </w:rPr>
        <w:t>[10tit]</w:t>
      </w:r>
    </w:p>
    <w:p>
      <w:r>
        <w:rPr>
          <w:rFonts w:ascii="Gentium Plus" w:hAnsi="Gentium Plus"/>
          <w:sz w:val="24"/>
        </w:rPr>
        <w:t>ΣΑΤΥΡΟΙ?</w:t>
      </w:r>
    </w:p>
    <w:p>
      <w:r>
        <w:rPr>
          <w:rFonts w:ascii="Courier New" w:hAnsi="Courier New"/>
          <w:color w:val="555555"/>
          <w:sz w:val="20"/>
        </w:rPr>
        <w:t>[11]</w:t>
      </w:r>
    </w:p>
    <w:p>
      <w:r>
        <w:rPr>
          <w:rFonts w:ascii="Gentium Plus" w:hAnsi="Gentium Plus"/>
          <w:sz w:val="24"/>
        </w:rPr>
        <w:t>[ ].σεν ἀγκάλισμα [ ]οι σύ με τὰν ἀ̣ρι– [ ].[ ]ποθω̣ν κορεῖ τις Ͻ [ ].ων̣[..(.)] κ̣όρ̣α̣κα̣ς ὅσοι καί σε</w:t>
      </w:r>
    </w:p>
    <w:p>
      <w:r>
        <w:rPr>
          <w:rFonts w:ascii="Courier New" w:hAnsi="Courier New"/>
          <w:color w:val="555555"/>
          <w:sz w:val="20"/>
        </w:rPr>
        <w:t>[15]</w:t>
      </w:r>
    </w:p>
    <w:p>
      <w:r>
        <w:rPr>
          <w:rFonts w:ascii="Gentium Plus" w:hAnsi="Gentium Plus"/>
          <w:sz w:val="24"/>
        </w:rPr>
        <w:t>[ ]π̣ολὺς πάν[των ψ]ο̣θοιὲ Ἀχα̣ι̣ῶ̣ν [ ]ο̣υ̣ν̣ με̣λ̣ι̣[..]..[ [δ]ρομίδος Ͻ α̣[..].[ [ ]αταωιθ....[ [ ]..ματας...[</w:t>
      </w:r>
    </w:p>
    <w:p>
      <w:r>
        <w:rPr>
          <w:rFonts w:ascii="Courier New" w:hAnsi="Courier New"/>
          <w:color w:val="555555"/>
          <w:sz w:val="20"/>
        </w:rPr>
        <w:t>[20]</w:t>
      </w:r>
    </w:p>
    <w:p>
      <w:r>
        <w:rPr>
          <w:rFonts w:ascii="Gentium Plus" w:hAnsi="Gentium Plus"/>
          <w:sz w:val="24"/>
        </w:rPr>
        <w:t>[ ]ο̣[..].νθεν[..]..[ [ ]τ̣αν κόραν̣ [.]...[ [π]εριχαρειεῖ [..]..[</w:t>
      </w:r>
    </w:p>
    <w:p>
      <w:r>
        <w:rPr>
          <w:rFonts w:ascii="Courier New" w:hAnsi="Courier New"/>
          <w:color w:val="555555"/>
          <w:sz w:val="20"/>
        </w:rPr>
        <w:t>[22]</w:t>
      </w:r>
    </w:p>
    <w:p>
      <w:r>
        <w:rPr>
          <w:rFonts w:ascii="Gentium Plus" w:hAnsi="Gentium Plus"/>
          <w:sz w:val="24"/>
        </w:rPr>
        <w:t>...</w:t>
      </w:r>
    </w:p>
    <w:p>
      <w:pPr>
        <w:jc w:val="center"/>
      </w:pPr>
      <w:r>
        <w:rPr>
          <w:rFonts w:ascii="Gentium Plus" w:hAnsi="Gentium Plus"/>
          <w:b/>
          <w:sz w:val="24"/>
        </w:rPr>
        <w:t>fr. c</w:t>
      </w:r>
    </w:p>
    <w:p>
      <w:r>
        <w:rPr>
          <w:rFonts w:ascii="Courier New" w:hAnsi="Courier New"/>
          <w:color w:val="555555"/>
          <w:sz w:val="20"/>
        </w:rPr>
        <w:t>[23]</w:t>
      </w:r>
    </w:p>
    <w:p>
      <w:r>
        <w:rPr>
          <w:rFonts w:ascii="Gentium Plus" w:hAnsi="Gentium Plus"/>
          <w:sz w:val="24"/>
        </w:rPr>
        <w:t>...</w:t>
      </w:r>
    </w:p>
    <w:p>
      <w:r>
        <w:rPr>
          <w:rFonts w:ascii="Courier New" w:hAnsi="Courier New"/>
          <w:color w:val="555555"/>
          <w:sz w:val="20"/>
        </w:rPr>
        <w:t>[23]</w:t>
      </w:r>
    </w:p>
    <w:p>
      <w:r>
        <w:rPr>
          <w:rFonts w:ascii="Gentium Plus" w:hAnsi="Gentium Plus"/>
          <w:sz w:val="24"/>
        </w:rPr>
        <w:t>γυῶ̣[ν</w:t>
      </w:r>
    </w:p>
    <w:p>
      <w:r>
        <w:rPr>
          <w:rFonts w:ascii="Courier New" w:hAnsi="Courier New"/>
          <w:color w:val="555555"/>
          <w:sz w:val="20"/>
        </w:rPr>
        <w:t>[25]</w:t>
      </w:r>
    </w:p>
    <w:p>
      <w:r>
        <w:rPr>
          <w:rFonts w:ascii="Gentium Plus" w:hAnsi="Gentium Plus"/>
          <w:sz w:val="24"/>
        </w:rPr>
        <w:t>τεν[ ωρτο̣[</w:t>
      </w:r>
    </w:p>
    <w:p>
      <w:r>
        <w:rPr>
          <w:rFonts w:ascii="Courier New" w:hAnsi="Courier New"/>
          <w:color w:val="555555"/>
          <w:sz w:val="20"/>
        </w:rPr>
        <w:t>[30]</w:t>
      </w:r>
    </w:p>
    <w:p>
      <w:r>
        <w:rPr>
          <w:rFonts w:ascii="Gentium Plus" w:hAnsi="Gentium Plus"/>
          <w:sz w:val="24"/>
        </w:rPr>
        <w:t>τις Γ[</w:t>
      </w:r>
    </w:p>
    <w:p>
      <w:r>
        <w:rPr>
          <w:rFonts w:ascii="Courier New" w:hAnsi="Courier New"/>
          <w:color w:val="555555"/>
          <w:sz w:val="20"/>
        </w:rPr>
        <w:t>[31]</w:t>
      </w:r>
    </w:p>
    <w:p>
      <w:r>
        <w:rPr>
          <w:rFonts w:ascii="Gentium Plus" w:hAnsi="Gentium Plus"/>
          <w:sz w:val="24"/>
        </w:rPr>
        <w:t>...</w:t>
      </w:r>
    </w:p>
    <w:p>
      <w:pPr>
        <w:jc w:val="center"/>
      </w:pPr>
      <w:r>
        <w:rPr>
          <w:rFonts w:ascii="Gentium Plus" w:hAnsi="Gentium Plus"/>
          <w:b/>
          <w:sz w:val="24"/>
        </w:rPr>
        <w:t>fr. d</w:t>
      </w:r>
    </w:p>
    <w:p>
      <w:r>
        <w:rPr>
          <w:rFonts w:ascii="Courier New" w:hAnsi="Courier New"/>
          <w:color w:val="555555"/>
          <w:sz w:val="20"/>
        </w:rPr>
        <w:t>[32]</w:t>
      </w:r>
    </w:p>
    <w:p>
      <w:r>
        <w:rPr>
          <w:rFonts w:ascii="Gentium Plus" w:hAnsi="Gentium Plus"/>
          <w:sz w:val="24"/>
        </w:rPr>
        <w:t>...</w:t>
      </w:r>
    </w:p>
    <w:p>
      <w:r>
        <w:rPr>
          <w:rFonts w:ascii="Courier New" w:hAnsi="Courier New"/>
          <w:color w:val="555555"/>
          <w:sz w:val="20"/>
        </w:rPr>
        <w:t>[32]</w:t>
      </w:r>
    </w:p>
    <w:p>
      <w:r>
        <w:rPr>
          <w:rFonts w:ascii="Gentium Plus" w:hAnsi="Gentium Plus"/>
          <w:sz w:val="24"/>
        </w:rPr>
        <w:t>[ ]..[ [ ]τα.[ [ ].....[</w:t>
      </w:r>
    </w:p>
    <w:p>
      <w:r>
        <w:rPr>
          <w:rFonts w:ascii="Courier New" w:hAnsi="Courier New"/>
          <w:color w:val="555555"/>
          <w:sz w:val="20"/>
        </w:rPr>
        <w:t>[35]</w:t>
      </w:r>
    </w:p>
    <w:p>
      <w:r>
        <w:rPr>
          <w:rFonts w:ascii="Gentium Plus" w:hAnsi="Gentium Plus"/>
          <w:sz w:val="24"/>
        </w:rPr>
        <w:t>[]ε̣ρος ἵ̣να[ []ν σπιλα[ [ ].λ̣ιν ε̣δ̣[ [ ].[</w:t>
      </w:r>
    </w:p>
    <w:p>
      <w:r>
        <w:rPr>
          <w:rFonts w:ascii="Courier New" w:hAnsi="Courier New"/>
          <w:color w:val="555555"/>
          <w:sz w:val="20"/>
        </w:rPr>
        <w:t>[38]</w:t>
      </w:r>
    </w:p>
    <w:p>
      <w:r>
        <w:rPr>
          <w:rFonts w:ascii="Gentium Plus" w:hAnsi="Gentium Plus"/>
          <w:sz w:val="24"/>
        </w:rPr>
        <w:t>...</w:t>
      </w:r>
    </w:p>
    <w:p>
      <w:pPr>
        <w:jc w:val="center"/>
      </w:pPr>
      <w:r>
        <w:rPr>
          <w:rFonts w:ascii="Gentium Plus" w:hAnsi="Gentium Plus"/>
          <w:b/>
          <w:sz w:val="24"/>
        </w:rPr>
        <w:t>fr. e</w:t>
      </w:r>
    </w:p>
    <w:p>
      <w:r>
        <w:rPr>
          <w:rFonts w:ascii="Courier New" w:hAnsi="Courier New"/>
          <w:color w:val="555555"/>
          <w:sz w:val="20"/>
        </w:rPr>
        <w:t>[39]</w:t>
      </w:r>
    </w:p>
    <w:p>
      <w:r>
        <w:rPr>
          <w:rFonts w:ascii="Gentium Plus" w:hAnsi="Gentium Plus"/>
          <w:sz w:val="24"/>
        </w:rPr>
        <w:t>[]σεν ὡς ἐφα[</w:t>
      </w:r>
    </w:p>
    <w:p>
      <w:r>
        <w:rPr>
          <w:rFonts w:ascii="Courier New" w:hAnsi="Courier New"/>
          <w:color w:val="555555"/>
          <w:sz w:val="20"/>
        </w:rPr>
        <w:t>[40]</w:t>
      </w:r>
    </w:p>
    <w:p>
      <w:r>
        <w:rPr>
          <w:rFonts w:ascii="Gentium Plus" w:hAnsi="Gentium Plus"/>
          <w:sz w:val="24"/>
        </w:rPr>
        <w:t>[]ς̣ ἄγκεσι κ[</w:t>
      </w:r>
    </w:p>
    <w:p>
      <w:r>
        <w:rPr>
          <w:rFonts w:ascii="Courier New" w:hAnsi="Courier New"/>
          <w:color w:val="555555"/>
          <w:sz w:val="20"/>
        </w:rPr>
        <w:t>[40]</w:t>
      </w:r>
    </w:p>
    <w:p>
      <w:r>
        <w:rPr>
          <w:rFonts w:ascii="Gentium Plus" w:hAnsi="Gentium Plus"/>
          <w:sz w:val="24"/>
        </w:rPr>
        <w:t>...</w:t>
      </w:r>
    </w:p>
    <w:p>
      <w:pPr>
        <w:jc w:val="center"/>
      </w:pPr>
      <w:r>
        <w:rPr>
          <w:rFonts w:ascii="Gentium Plus" w:hAnsi="Gentium Plus"/>
          <w:b/>
          <w:sz w:val="24"/>
        </w:rPr>
        <w:t>fr. f</w:t>
      </w:r>
    </w:p>
    <w:p>
      <w:r>
        <w:rPr>
          <w:rFonts w:ascii="Courier New" w:hAnsi="Courier New"/>
          <w:color w:val="555555"/>
          <w:sz w:val="20"/>
        </w:rPr>
        <w:t>[41]</w:t>
      </w:r>
    </w:p>
    <w:p>
      <w:r>
        <w:rPr>
          <w:rFonts w:ascii="Gentium Plus" w:hAnsi="Gentium Plus"/>
          <w:sz w:val="24"/>
        </w:rPr>
        <w:t>[]ρ̣ταις δα[ []κοιλοι[ ἐ]φ̣ημερο̣[ []ο̣υσα Ͻ γ[</w:t>
      </w:r>
    </w:p>
    <w:p>
      <w:r>
        <w:rPr>
          <w:rFonts w:ascii="Courier New" w:hAnsi="Courier New"/>
          <w:color w:val="555555"/>
          <w:sz w:val="20"/>
        </w:rPr>
        <w:t>[45]</w:t>
      </w:r>
    </w:p>
    <w:p>
      <w:r>
        <w:rPr>
          <w:rFonts w:ascii="Gentium Plus" w:hAnsi="Gentium Plus"/>
          <w:sz w:val="24"/>
        </w:rPr>
        <w:t>[].ανη[ [].ς να[</w:t>
      </w:r>
    </w:p>
    <w:p>
      <w:r>
        <w:rPr>
          <w:rFonts w:ascii="Courier New" w:hAnsi="Courier New"/>
          <w:color w:val="555555"/>
          <w:sz w:val="20"/>
        </w:rPr>
        <w:t>[46]</w:t>
      </w:r>
    </w:p>
    <w:p>
      <w:r>
        <w:rPr>
          <w:rFonts w:ascii="Gentium Plus" w:hAnsi="Gentium Plus"/>
          <w:sz w:val="24"/>
        </w:rPr>
        <w:t>...</w:t>
      </w:r>
    </w:p>
    <w:p>
      <w:r>
        <w:rPr>
          <w:rFonts w:ascii="Courier New" w:hAnsi="Courier New"/>
          <w:color w:val="555555"/>
          <w:sz w:val="20"/>
        </w:rPr>
        <w:t>[680a]</w:t>
      </w:r>
    </w:p>
    <w:p>
      <w:r>
        <w:rPr>
          <w:rFonts w:ascii="Gentium Plus" w:hAnsi="Gentium Plus"/>
          <w:sz w:val="24"/>
        </w:rPr>
        <w:t>(⏑⏑–) ⏑⏑–ˈ⏑⏑–⏑⏑– ⏑⏑–⏑⏑–⏑⏑]φα̣ιω· κτύπ̣ο̣ς ἀγ̣ρ̣[⏑⏑–ˈ⏑⏑\|–⏑⏑–</w:t>
      </w:r>
    </w:p>
    <w:p>
      <w:r>
        <w:rPr>
          <w:rFonts w:ascii="Courier New" w:hAnsi="Courier New"/>
          <w:color w:val="555555"/>
          <w:sz w:val="20"/>
        </w:rPr>
        <w:t>[5]</w:t>
      </w:r>
    </w:p>
    <w:p>
      <w:r>
        <w:rPr>
          <w:rFonts w:ascii="Gentium Plus" w:hAnsi="Gentium Plus"/>
          <w:sz w:val="24"/>
        </w:rPr>
        <w:t>ν̣έφος ελ.[⏑⏑–ˈ⏑⏑–\ ⏑⏑–⏑⏑–ˈ⏑⏑–]έ̣πεται φθιμένων φαντ[ά]σματ̣[⏑⸥–– ⏑⏑–\|⏑⏑–ˈ⏑⏑–⏑⏑– ⸤–].ιον ὑπ[ὸ] τροχὸν Ἰξίω[ν</w:t>
      </w:r>
    </w:p>
    <w:p>
      <w:r>
        <w:rPr>
          <w:rFonts w:ascii="Courier New" w:hAnsi="Courier New"/>
          <w:color w:val="555555"/>
          <w:sz w:val="20"/>
        </w:rPr>
        <w:t>[10]</w:t>
      </w:r>
    </w:p>
    <w:p>
      <w:r>
        <w:rPr>
          <w:rFonts w:ascii="Gentium Plus" w:hAnsi="Gentium Plus"/>
          <w:sz w:val="24"/>
        </w:rPr>
        <w:t>⏑⏑–⏑⏑–\ ⏑⏑–⏑⏑–ˈ⸤–]ν̣ ἐπὶ πο[τ]α̣μὸν Τάν̣[τ]α̣λ̣[ο]ς̣ [⏑⏑\|– ⏑⏑–⏑⏑–ˈ⏑⏑–(–)].σται φάσγανα κα̣τὰ̣ γ̣ῆ̣ς̣ ἔβαλον Φ̣ρ̣ύ̣γιαι</w:t>
      </w:r>
    </w:p>
    <w:p>
      <w:r>
        <w:rPr>
          <w:rFonts w:ascii="Courier New" w:hAnsi="Courier New"/>
          <w:color w:val="555555"/>
          <w:sz w:val="20"/>
        </w:rPr>
        <w:t>[15]</w:t>
      </w:r>
    </w:p>
    <w:p>
      <w:r>
        <w:rPr>
          <w:rFonts w:ascii="Gentium Plus" w:hAnsi="Gentium Plus"/>
          <w:sz w:val="24"/>
        </w:rPr>
        <w:t>τ̣α \ θάρσει, τλήμων Δη̣ϊδάμεια \ ?⏑⏑–⏑⏑–ˈ⏑⏑–]η̣μων· ἀνέβη δ’ ἐπὶ φέγγος Ἀχιλλεύς· καὶ γὰρ δειλαὶ Τρῳ\|[άδες ἔφυγον</w:t>
      </w:r>
    </w:p>
    <w:p>
      <w:r>
        <w:rPr>
          <w:rFonts w:ascii="Courier New" w:hAnsi="Courier New"/>
          <w:color w:val="555555"/>
          <w:sz w:val="20"/>
        </w:rPr>
        <w:t>[20]</w:t>
      </w:r>
    </w:p>
    <w:p>
      <w:r>
        <w:rPr>
          <w:rFonts w:ascii="Gentium Plus" w:hAnsi="Gentium Plus"/>
          <w:sz w:val="24"/>
        </w:rPr>
        <w:t>φάσγ]α̣να γυ̣μ̣νὰ πˈρολιποῦσαι·</w:t>
      </w:r>
    </w:p>
    <w:p>
      <w:r>
        <w:rPr>
          <w:rFonts w:ascii="Courier New" w:hAnsi="Courier New"/>
          <w:color w:val="555555"/>
          <w:sz w:val="20"/>
        </w:rPr>
        <w:t>[25]</w:t>
      </w:r>
    </w:p>
    <w:p>
      <w:r>
        <w:rPr>
          <w:rFonts w:ascii="Gentium Plus" w:hAnsi="Gentium Plus"/>
          <w:sz w:val="24"/>
        </w:rPr>
        <w:t>⏑⏑⸤–⏑⏑–]ς, δεσπότι̣, κατέδ[υ .....]..[..].σ̣τη\|(⏑⏑)–⏑⏑– ⏑⏑–⏑⏑–ˈ⏑⏑–]ιακ̣[.]ν σὺν ἐμοὶ [......(.)]..[⏑⏑–\ ⏑⏑–⏑⏑–ˈ⏑⏑–⏑⏑–</w:t>
      </w:r>
    </w:p>
    <w:p>
      <w:r>
        <w:rPr>
          <w:rFonts w:ascii="Courier New" w:hAnsi="Courier New"/>
          <w:color w:val="555555"/>
          <w:sz w:val="20"/>
        </w:rPr>
        <w:t>[30]</w:t>
      </w:r>
    </w:p>
    <w:p>
      <w:r>
        <w:rPr>
          <w:rFonts w:ascii="Gentium Plus" w:hAnsi="Gentium Plus"/>
          <w:sz w:val="24"/>
        </w:rPr>
        <w:t>Π]ύρρος̣ πελας.[ˈ⏑⏑–⏑⏑–\ ⏑⏑–⏑⏑– ⏑⏑–⏑⏑]ην ἀόρατον· αὐτὸς τυχὸν ἂ[ν] κα\|[⏑–⏑⏑– ⏑⏑–⏑⏑–ˈ⏑⏑–]ο̣ϊδα</w:t>
      </w:r>
    </w:p>
    <w:p>
      <w:r>
        <w:rPr>
          <w:rFonts w:ascii="Courier New" w:hAnsi="Courier New"/>
          <w:color w:val="555555"/>
          <w:sz w:val="20"/>
        </w:rPr>
        <w:t>[680b]</w:t>
      </w:r>
    </w:p>
    <w:p>
      <w:r>
        <w:rPr>
          <w:rFonts w:ascii="Gentium Plus" w:hAnsi="Gentium Plus"/>
          <w:sz w:val="24"/>
        </w:rPr>
        <w:t>ὦ Λῆμνε καὶ̣ κ̣ρα\ ×–⏑– Ἥφαι]σ̣τος, ἀναμείξας δ’ ὁμοῦ αδα\|[⏑–×–⏑–×–] τ̣έχνην καὶ πάντ̣α̣ τὰ στοιχεῖα \|[–×–⏑–</w:t>
      </w:r>
    </w:p>
    <w:p>
      <w:r>
        <w:rPr>
          <w:rFonts w:ascii="Courier New" w:hAnsi="Courier New"/>
          <w:color w:val="555555"/>
          <w:sz w:val="20"/>
        </w:rPr>
        <w:t>[5]</w:t>
      </w:r>
    </w:p>
    <w:p>
      <w:r>
        <w:rPr>
          <w:rFonts w:ascii="Gentium Plus" w:hAnsi="Gentium Plus"/>
          <w:sz w:val="24"/>
        </w:rPr>
        <w:t>×–⏑–×⏑] ἀ̣όρατ’ ἠργάζετο· ὅδ’ ἔστ’ Ἀχιλ\|[λε–⏑–×–⏑–</w:t>
      </w:r>
    </w:p>
    <w:p>
      <w:pPr>
        <w:jc w:val="center"/>
      </w:pPr>
      <w:r>
        <w:rPr>
          <w:rFonts w:ascii="Gentium Plus" w:hAnsi="Gentium Plus"/>
          <w:b/>
          <w:sz w:val="24"/>
        </w:rPr>
        <w:t>frustula b—m circumfracta</w:t>
      </w:r>
    </w:p>
    <w:p>
      <w:pPr>
        <w:jc w:val="center"/>
      </w:pPr>
      <w:r>
        <w:rPr>
          <w:rFonts w:ascii="Gentium Plus" w:hAnsi="Gentium Plus"/>
          <w:b/>
          <w:sz w:val="24"/>
        </w:rPr>
        <w:t>b</w:t>
      </w:r>
    </w:p>
    <w:p>
      <w:r>
        <w:rPr>
          <w:rFonts w:ascii="Courier New" w:hAnsi="Courier New"/>
          <w:color w:val="555555"/>
          <w:sz w:val="20"/>
        </w:rPr>
        <w:t>[1]</w:t>
      </w:r>
    </w:p>
    <w:p>
      <w:r>
        <w:rPr>
          <w:rFonts w:ascii="Gentium Plus" w:hAnsi="Gentium Plus"/>
          <w:sz w:val="24"/>
        </w:rPr>
        <w:t>[ ].ευελ̣[</w:t>
      </w:r>
    </w:p>
    <w:p>
      <w:pPr>
        <w:jc w:val="center"/>
      </w:pPr>
      <w:r>
        <w:rPr>
          <w:rFonts w:ascii="Gentium Plus" w:hAnsi="Gentium Plus"/>
          <w:b/>
          <w:sz w:val="24"/>
        </w:rPr>
        <w:t>c</w:t>
      </w:r>
    </w:p>
    <w:p>
      <w:r>
        <w:rPr>
          <w:rFonts w:ascii="Courier New" w:hAnsi="Courier New"/>
          <w:color w:val="555555"/>
          <w:sz w:val="20"/>
        </w:rPr>
        <w:t>[3]</w:t>
      </w:r>
    </w:p>
    <w:p>
      <w:r>
        <w:rPr>
          <w:rFonts w:ascii="Gentium Plus" w:hAnsi="Gentium Plus"/>
          <w:sz w:val="24"/>
        </w:rPr>
        <w:t>[ ].εινη[</w:t>
      </w:r>
    </w:p>
    <w:p>
      <w:pPr>
        <w:jc w:val="center"/>
      </w:pPr>
      <w:r>
        <w:rPr>
          <w:rFonts w:ascii="Gentium Plus" w:hAnsi="Gentium Plus"/>
          <w:b/>
          <w:sz w:val="24"/>
        </w:rPr>
        <w:t>d</w:t>
      </w:r>
    </w:p>
    <w:p>
      <w:r>
        <w:rPr>
          <w:rFonts w:ascii="Courier New" w:hAnsi="Courier New"/>
          <w:color w:val="555555"/>
          <w:sz w:val="20"/>
        </w:rPr>
        <w:t>[5]</w:t>
      </w:r>
    </w:p>
    <w:p>
      <w:r>
        <w:rPr>
          <w:rFonts w:ascii="Gentium Plus" w:hAnsi="Gentium Plus"/>
          <w:sz w:val="24"/>
        </w:rPr>
        <w:t>[]τις [</w:t>
      </w:r>
    </w:p>
    <w:p>
      <w:pPr>
        <w:jc w:val="center"/>
      </w:pPr>
      <w:r>
        <w:rPr>
          <w:rFonts w:ascii="Gentium Plus" w:hAnsi="Gentium Plus"/>
          <w:b/>
          <w:sz w:val="24"/>
        </w:rPr>
        <w:t>e</w:t>
      </w:r>
    </w:p>
    <w:p>
      <w:r>
        <w:rPr>
          <w:rFonts w:ascii="Courier New" w:hAnsi="Courier New"/>
          <w:color w:val="555555"/>
          <w:sz w:val="20"/>
        </w:rPr>
        <w:t>[7]</w:t>
      </w:r>
    </w:p>
    <w:p>
      <w:r>
        <w:rPr>
          <w:rFonts w:ascii="Gentium Plus" w:hAnsi="Gentium Plus"/>
          <w:sz w:val="24"/>
        </w:rPr>
        <w:t>[ ].[ [].ατρα[ [ ].σκια[</w:t>
      </w:r>
    </w:p>
    <w:p>
      <w:r>
        <w:rPr>
          <w:rFonts w:ascii="Courier New" w:hAnsi="Courier New"/>
          <w:color w:val="555555"/>
          <w:sz w:val="20"/>
        </w:rPr>
        <w:t>[10]</w:t>
      </w:r>
    </w:p>
    <w:p>
      <w:r>
        <w:rPr>
          <w:rFonts w:ascii="Gentium Plus" w:hAnsi="Gentium Plus"/>
          <w:sz w:val="24"/>
        </w:rPr>
        <w:t>[ ]ρωων̣[</w:t>
      </w:r>
    </w:p>
    <w:p>
      <w:pPr>
        <w:jc w:val="center"/>
      </w:pPr>
      <w:r>
        <w:rPr>
          <w:rFonts w:ascii="Gentium Plus" w:hAnsi="Gentium Plus"/>
          <w:b/>
          <w:sz w:val="24"/>
        </w:rPr>
        <w:t>f</w:t>
      </w:r>
    </w:p>
    <w:p>
      <w:r>
        <w:rPr>
          <w:rFonts w:ascii="Courier New" w:hAnsi="Courier New"/>
          <w:color w:val="555555"/>
          <w:sz w:val="20"/>
        </w:rPr>
        <w:t>[11]</w:t>
      </w:r>
    </w:p>
    <w:p>
      <w:r>
        <w:rPr>
          <w:rFonts w:ascii="Gentium Plus" w:hAnsi="Gentium Plus"/>
          <w:sz w:val="24"/>
        </w:rPr>
        <w:t>[]ε̣στο[ [τ]οιουτ[ [ ]ενη [</w:t>
      </w:r>
    </w:p>
    <w:p>
      <w:pPr>
        <w:jc w:val="center"/>
      </w:pPr>
      <w:r>
        <w:rPr>
          <w:rFonts w:ascii="Gentium Plus" w:hAnsi="Gentium Plus"/>
          <w:b/>
          <w:sz w:val="24"/>
        </w:rPr>
        <w:t>g</w:t>
      </w:r>
    </w:p>
    <w:p>
      <w:r>
        <w:rPr>
          <w:rFonts w:ascii="Courier New" w:hAnsi="Courier New"/>
          <w:color w:val="555555"/>
          <w:sz w:val="20"/>
        </w:rPr>
        <w:t>[15]</w:t>
      </w:r>
    </w:p>
    <w:p>
      <w:r>
        <w:rPr>
          <w:rFonts w:ascii="Gentium Plus" w:hAnsi="Gentium Plus"/>
          <w:sz w:val="24"/>
        </w:rPr>
        <w:t>[]να[</w:t>
      </w:r>
    </w:p>
    <w:p>
      <w:pPr>
        <w:jc w:val="center"/>
      </w:pPr>
      <w:r>
        <w:rPr>
          <w:rFonts w:ascii="Gentium Plus" w:hAnsi="Gentium Plus"/>
          <w:b/>
          <w:sz w:val="24"/>
        </w:rPr>
        <w:t>h</w:t>
      </w:r>
    </w:p>
    <w:p>
      <w:r>
        <w:rPr>
          <w:rFonts w:ascii="Courier New" w:hAnsi="Courier New"/>
          <w:color w:val="555555"/>
          <w:sz w:val="20"/>
        </w:rPr>
        <w:t>[16]</w:t>
      </w:r>
    </w:p>
    <w:p>
      <w:r>
        <w:rPr>
          <w:rFonts w:ascii="Gentium Plus" w:hAnsi="Gentium Plus"/>
          <w:sz w:val="24"/>
        </w:rPr>
        <w:t>[]χη[</w:t>
      </w:r>
    </w:p>
    <w:p>
      <w:pPr>
        <w:jc w:val="center"/>
      </w:pPr>
      <w:r>
        <w:rPr>
          <w:rFonts w:ascii="Gentium Plus" w:hAnsi="Gentium Plus"/>
          <w:b/>
          <w:sz w:val="24"/>
        </w:rPr>
        <w:t>i</w:t>
      </w:r>
    </w:p>
    <w:p>
      <w:r>
        <w:rPr>
          <w:rFonts w:ascii="Courier New" w:hAnsi="Courier New"/>
          <w:color w:val="555555"/>
          <w:sz w:val="20"/>
        </w:rPr>
        <w:t>[17]</w:t>
      </w:r>
    </w:p>
    <w:p>
      <w:r>
        <w:rPr>
          <w:rFonts w:ascii="Gentium Plus" w:hAnsi="Gentium Plus"/>
          <w:sz w:val="24"/>
        </w:rPr>
        <w:t>[].[</w:t>
      </w:r>
    </w:p>
    <w:p>
      <w:pPr>
        <w:jc w:val="center"/>
      </w:pPr>
      <w:r>
        <w:rPr>
          <w:rFonts w:ascii="Gentium Plus" w:hAnsi="Gentium Plus"/>
          <w:b/>
          <w:sz w:val="24"/>
        </w:rPr>
        <w:t>j</w:t>
      </w:r>
    </w:p>
    <w:p>
      <w:r>
        <w:rPr>
          <w:rFonts w:ascii="Courier New" w:hAnsi="Courier New"/>
          <w:color w:val="555555"/>
          <w:sz w:val="20"/>
        </w:rPr>
        <w:t>[19]</w:t>
      </w:r>
    </w:p>
    <w:p>
      <w:r>
        <w:rPr>
          <w:rFonts w:ascii="Gentium Plus" w:hAnsi="Gentium Plus"/>
          <w:sz w:val="24"/>
        </w:rPr>
        <w:t>[ ].[</w:t>
      </w:r>
    </w:p>
    <w:p>
      <w:r>
        <w:rPr>
          <w:rFonts w:ascii="Courier New" w:hAnsi="Courier New"/>
          <w:color w:val="555555"/>
          <w:sz w:val="20"/>
        </w:rPr>
        <w:t>[20]</w:t>
      </w:r>
    </w:p>
    <w:p>
      <w:r>
        <w:rPr>
          <w:rFonts w:ascii="Gentium Plus" w:hAnsi="Gentium Plus"/>
          <w:sz w:val="24"/>
        </w:rPr>
        <w:t>[]ον̣[</w:t>
      </w:r>
    </w:p>
    <w:p>
      <w:pPr>
        <w:jc w:val="center"/>
      </w:pPr>
      <w:r>
        <w:rPr>
          <w:rFonts w:ascii="Gentium Plus" w:hAnsi="Gentium Plus"/>
          <w:b/>
          <w:sz w:val="24"/>
        </w:rPr>
        <w:t>k</w:t>
      </w:r>
    </w:p>
    <w:p>
      <w:r>
        <w:rPr>
          <w:rFonts w:ascii="Courier New" w:hAnsi="Courier New"/>
          <w:color w:val="555555"/>
          <w:sz w:val="20"/>
        </w:rPr>
        <w:t>[21]</w:t>
      </w:r>
    </w:p>
    <w:p>
      <w:r>
        <w:rPr>
          <w:rFonts w:ascii="Gentium Plus" w:hAnsi="Gentium Plus"/>
          <w:sz w:val="24"/>
        </w:rPr>
        <w:t>[]..[</w:t>
      </w:r>
    </w:p>
    <w:p>
      <w:pPr>
        <w:jc w:val="center"/>
      </w:pPr>
      <w:r>
        <w:rPr>
          <w:rFonts w:ascii="Gentium Plus" w:hAnsi="Gentium Plus"/>
          <w:b/>
          <w:sz w:val="24"/>
        </w:rPr>
        <w:t>m</w:t>
      </w:r>
    </w:p>
    <w:p>
      <w:r>
        <w:rPr>
          <w:rFonts w:ascii="Courier New" w:hAnsi="Courier New"/>
          <w:color w:val="555555"/>
          <w:sz w:val="20"/>
        </w:rPr>
        <w:t>[23]</w:t>
      </w:r>
    </w:p>
    <w:p>
      <w:r>
        <w:rPr>
          <w:rFonts w:ascii="Gentium Plus" w:hAnsi="Gentium Plus"/>
          <w:sz w:val="24"/>
        </w:rPr>
        <w:t>[]λγιο̣ν̣[ [] [</w:t>
      </w:r>
    </w:p>
    <w:p>
      <w:r>
        <w:rPr>
          <w:rFonts w:ascii="Courier New" w:hAnsi="Courier New"/>
          <w:color w:val="555555"/>
          <w:sz w:val="20"/>
        </w:rPr>
        <w:t>[681 (tit)]</w:t>
      </w:r>
    </w:p>
    <w:p>
      <w:r>
        <w:rPr>
          <w:rFonts w:ascii="Gentium Plus" w:hAnsi="Gentium Plus"/>
          <w:sz w:val="24"/>
        </w:rPr>
        <w:t>ΣΑΤΥΡΟΙ?</w:t>
      </w:r>
    </w:p>
    <w:p>
      <w:r>
        <w:rPr>
          <w:rFonts w:ascii="Courier New" w:hAnsi="Courier New"/>
          <w:color w:val="555555"/>
          <w:sz w:val="20"/>
        </w:rPr>
        <w:t>[1]</w:t>
      </w:r>
    </w:p>
    <w:p>
      <w:r>
        <w:rPr>
          <w:rFonts w:ascii="Gentium Plus" w:hAnsi="Gentium Plus"/>
          <w:sz w:val="24"/>
        </w:rPr>
        <w:t>[]ε̣ρει φα– [].χρεις</w:t>
      </w:r>
    </w:p>
    <w:p>
      <w:r>
        <w:rPr>
          <w:rFonts w:ascii="Courier New" w:hAnsi="Courier New"/>
          <w:color w:val="555555"/>
          <w:sz w:val="20"/>
        </w:rPr>
        <w:t>[5]</w:t>
      </w:r>
    </w:p>
    <w:p>
      <w:r>
        <w:rPr>
          <w:rFonts w:ascii="Gentium Plus" w:hAnsi="Gentium Plus"/>
          <w:sz w:val="24"/>
        </w:rPr>
        <w:t>[]φαινε [].ομοις</w:t>
      </w:r>
    </w:p>
    <w:p>
      <w:r>
        <w:rPr>
          <w:rFonts w:ascii="Courier New" w:hAnsi="Courier New"/>
          <w:color w:val="555555"/>
          <w:sz w:val="20"/>
        </w:rPr>
        <w:t>[6]</w:t>
      </w:r>
    </w:p>
    <w:p>
      <w:r>
        <w:rPr>
          <w:rFonts w:ascii="Gentium Plus" w:hAnsi="Gentium Plus"/>
          <w:sz w:val="24"/>
        </w:rPr>
        <w:t>... ...</w:t>
      </w:r>
    </w:p>
    <w:p>
      <w:r>
        <w:rPr>
          <w:rFonts w:ascii="Courier New" w:hAnsi="Courier New"/>
          <w:color w:val="555555"/>
          <w:sz w:val="20"/>
        </w:rPr>
        <w:t>[7]</w:t>
      </w:r>
    </w:p>
    <w:p>
      <w:r>
        <w:rPr>
          <w:rFonts w:ascii="Gentium Plus" w:hAnsi="Gentium Plus"/>
          <w:sz w:val="24"/>
        </w:rPr>
        <w:t>..]ι̣ο...σ̣ο̣[ ca. 8 ll. ]η̣..η· ψαύω δὲ λ̣[ .]ν· ὁ δεμο[.].[..]....[.]α̣ις Ἄρεως Ὑμησ̣[ς μου μᾶλλο̣ν̣ ηὐτέκνης’ ἐγώ· σπευσο[</w:t>
      </w:r>
    </w:p>
    <w:p>
      <w:r>
        <w:rPr>
          <w:rFonts w:ascii="Courier New" w:hAnsi="Courier New"/>
          <w:color w:val="555555"/>
          <w:sz w:val="20"/>
        </w:rPr>
        <w:t>[10]</w:t>
      </w:r>
    </w:p>
    <w:p>
      <w:r>
        <w:rPr>
          <w:rFonts w:ascii="Gentium Plus" w:hAnsi="Gentium Plus"/>
          <w:sz w:val="24"/>
        </w:rPr>
        <w:t>ἀπαλλα[γὴν ἐμ]ῶν κακῶν· χορεύσατε .[ κ̣α̣ὶ μὴ .[.].[..].άθητε μνημονεύσατ[ε εἴ τις κατὰ στέγας θ̣ύρσος ἔτι λείπεται πυρὶ παι[ λάσσεται· ἤν, π̣[α]ῖδες α̣ἰ̣πόλων καὶ ....σο[ πης ποι[μένε]ς βουκόλοι μαινάδες ⟦δ̣ο̣⟧[</w:t>
      </w:r>
    </w:p>
    <w:p>
      <w:r>
        <w:rPr>
          <w:rFonts w:ascii="Courier New" w:hAnsi="Courier New"/>
          <w:color w:val="555555"/>
          <w:sz w:val="20"/>
        </w:rPr>
        <w:t>[14]</w:t>
      </w:r>
    </w:p>
    <w:p>
      <w:r>
        <w:rPr>
          <w:rFonts w:ascii="Gentium Plus" w:hAnsi="Gentium Plus"/>
          <w:sz w:val="24"/>
        </w:rPr>
        <w:t>vac.</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 ]ε̣[..].. ὦ̣ φ̣ίλτατ’ [ο]ἰ̣κετῶ̣[ν σὺ [ ]τ̣[.]. τίς εἶ ποτ’ ἢ τίνος ν̣ε̣ο.[..].. [ ].τ[..]τ̣ι̣ τάδε λέγει̣ς; πότ⟦α̣τ̣α̣⟧[..]..</w:t>
      </w:r>
    </w:p>
    <w:p>
      <w:r>
        <w:rPr>
          <w:rFonts w:ascii="Courier New" w:hAnsi="Courier New"/>
          <w:color w:val="555555"/>
          <w:sz w:val="20"/>
        </w:rPr>
        <w:t>[5]</w:t>
      </w:r>
    </w:p>
    <w:p>
      <w:r>
        <w:rPr>
          <w:rFonts w:ascii="Gentium Plus" w:hAnsi="Gentium Plus"/>
          <w:sz w:val="24"/>
        </w:rPr>
        <w:t>[ ] linea nudas notas musicas continens [ ]...... φίλτατε [ ] [ ].ο̣ισανω̣ [ ]ρ̣θ̣[....]ς̣ φράσον φρά– [ ]ω̣ν̣ ἐγένεθ’ ἡ σωτη̣ρία; τίς νοστ(..) [ ]γη.. δεῦρό μοι; ἐκ̣.[...]φανείσης</w:t>
      </w:r>
    </w:p>
    <w:p>
      <w:r>
        <w:rPr>
          <w:rFonts w:ascii="Courier New" w:hAnsi="Courier New"/>
          <w:color w:val="555555"/>
          <w:sz w:val="20"/>
        </w:rPr>
        <w:t>[10]</w:t>
      </w:r>
    </w:p>
    <w:p>
      <w:r>
        <w:rPr>
          <w:rFonts w:ascii="Gentium Plus" w:hAnsi="Gentium Plus"/>
          <w:sz w:val="24"/>
        </w:rPr>
        <w:t>[ ]λ̣ης· δίδαξον δί⟦.⟧δαξον ὡς τῶν ε̣υ̣. [ ]...· οὐκ ἔστ’ ἀέλπτου τέρψις [ ].[...]προσνυ̣ν[ [ ] ἄλλο δ’ αὖ μέ τι ἔσπευδ̣ε̣.[..].οσημα.[ [ ].ι / οὐκ ἂν εἰδείην τάδ[ε· π]αρόντα</w:t>
      </w:r>
    </w:p>
    <w:p>
      <w:r>
        <w:rPr>
          <w:rFonts w:ascii="Courier New" w:hAnsi="Courier New"/>
          <w:color w:val="555555"/>
          <w:sz w:val="20"/>
        </w:rPr>
        <w:t>[15]</w:t>
      </w:r>
    </w:p>
    <w:p>
      <w:r>
        <w:rPr>
          <w:rFonts w:ascii="Gentium Plus" w:hAnsi="Gentium Plus"/>
          <w:sz w:val="24"/>
        </w:rPr>
        <w:t>θά]μ̣βος ἐμποεῖ [ ].σ̣ω̣ν πεφασμένων [ ]τ̣ον Αἰγίσθου λέγ̣ε̣ι̣ς τω[..]..τα[..]να (..) [ ]σ̣κ...η / ποῖον φοβηθεὶς δεῖμα [</w:t>
      </w:r>
    </w:p>
    <w:p>
      <w:pPr>
        <w:jc w:val="center"/>
      </w:pPr>
      <w:r>
        <w:rPr>
          <w:rFonts w:ascii="Gentium Plus" w:hAnsi="Gentium Plus"/>
          <w:b/>
          <w:sz w:val="24"/>
        </w:rPr>
        <w:t>fr. b</w:t>
      </w:r>
    </w:p>
    <w:p>
      <w:r>
        <w:rPr>
          <w:rFonts w:ascii="Courier New" w:hAnsi="Courier New"/>
          <w:color w:val="555555"/>
          <w:sz w:val="20"/>
        </w:rPr>
        <w:t>[20]</w:t>
      </w:r>
    </w:p>
    <w:p>
      <w:r>
        <w:rPr>
          <w:rFonts w:ascii="Gentium Plus" w:hAnsi="Gentium Plus"/>
          <w:sz w:val="24"/>
        </w:rPr>
        <w:t>[]σ̣ι̣ωτι τιν’ ἐπιτο.[..]οι[ []α γνώμην π̣...[ [].νος σαφῶ̣ς τ̣ο̣.[ []ον πάρος κ[..].κονα̣[ [].η̣ τὸν κάκιστον .[</w:t>
      </w:r>
    </w:p>
    <w:p>
      <w:r>
        <w:rPr>
          <w:rFonts w:ascii="Courier New" w:hAnsi="Courier New"/>
          <w:color w:val="555555"/>
          <w:sz w:val="20"/>
        </w:rPr>
        <w:t>[25]</w:t>
      </w:r>
    </w:p>
    <w:p>
      <w:r>
        <w:rPr>
          <w:rFonts w:ascii="Gentium Plus" w:hAnsi="Gentium Plus"/>
          <w:sz w:val="24"/>
        </w:rPr>
        <w:t>[]ρ̣σ̣ων ἦλθε ποῖ γη̣[ []σα ταῦτα γὰρ ὁ̣ρ̣α[ [ ].[ ]...[</w:t>
      </w:r>
    </w:p>
    <w:p>
      <w:r>
        <w:rPr>
          <w:rFonts w:ascii="Courier New" w:hAnsi="Courier New"/>
          <w:color w:val="555555"/>
          <w:sz w:val="20"/>
        </w:rPr>
        <w:t>[27]</w:t>
      </w:r>
    </w:p>
    <w:p>
      <w:r>
        <w:rPr>
          <w:rFonts w:ascii="Gentium Plus" w:hAnsi="Gentium Plus"/>
          <w:sz w:val="24"/>
        </w:rPr>
        <w:t>...</w:t>
      </w:r>
    </w:p>
    <w:p>
      <w:r>
        <w:rPr>
          <w:rFonts w:ascii="Courier New" w:hAnsi="Courier New"/>
          <w:color w:val="555555"/>
          <w:sz w:val="20"/>
        </w:rPr>
        <w:t>[683 (tit)]</w:t>
      </w:r>
    </w:p>
    <w:p>
      <w:r>
        <w:rPr>
          <w:rFonts w:ascii="Gentium Plus" w:hAnsi="Gentium Plus"/>
          <w:sz w:val="24"/>
        </w:rPr>
        <w:t>ΑΙΑΣ?</w:t>
      </w:r>
    </w:p>
    <w:p>
      <w:r>
        <w:rPr>
          <w:rFonts w:ascii="Courier New" w:hAnsi="Courier New"/>
          <w:color w:val="555555"/>
          <w:sz w:val="20"/>
        </w:rPr>
        <w:t>[683a]</w:t>
      </w:r>
    </w:p>
    <w:p>
      <w:r>
        <w:rPr>
          <w:rFonts w:ascii="Gentium Plus" w:hAnsi="Gentium Plus"/>
          <w:sz w:val="24"/>
        </w:rPr>
        <w:t>ΧΟΡΟΣ</w:t>
      </w:r>
    </w:p>
    <w:p>
      <w:r>
        <w:rPr>
          <w:rFonts w:ascii="Courier New" w:hAnsi="Courier New"/>
          <w:color w:val="555555"/>
          <w:sz w:val="20"/>
        </w:rPr>
        <w:t>[1]</w:t>
      </w:r>
    </w:p>
    <w:p>
      <w:r>
        <w:rPr>
          <w:rFonts w:ascii="Gentium Plus" w:hAnsi="Gentium Plus"/>
          <w:sz w:val="24"/>
        </w:rPr>
        <w:t>αὐτοφόνῳ χερὶ καὶ φάσγανον γ̣[</w:t>
      </w:r>
    </w:p>
    <w:p>
      <w:r>
        <w:rPr>
          <w:rFonts w:ascii="Courier New" w:hAnsi="Courier New"/>
          <w:color w:val="555555"/>
          <w:sz w:val="20"/>
        </w:rPr>
        <w:t>[683b]</w:t>
      </w:r>
    </w:p>
    <w:p>
      <w:r>
        <w:rPr>
          <w:rFonts w:ascii="Gentium Plus" w:hAnsi="Gentium Plus"/>
          <w:sz w:val="24"/>
        </w:rPr>
        <w:t>αἷμα κατὰ χθονὸς ἀπο[</w:t>
      </w:r>
    </w:p>
    <w:p>
      <w:pPr>
        <w:jc w:val="center"/>
      </w:pPr>
      <w:r>
        <w:rPr>
          <w:rFonts w:ascii="Gentium Plus" w:hAnsi="Gentium Plus"/>
          <w:b/>
          <w:sz w:val="24"/>
        </w:rPr>
        <w:t>fr. 1</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]ε̣τρεαμεν[ [ ]εα δρυμῶν σ̣[ [ ]σω θεῷ ηχ[</w:t>
      </w:r>
    </w:p>
    <w:p>
      <w:r>
        <w:rPr>
          <w:rFonts w:ascii="Courier New" w:hAnsi="Courier New"/>
          <w:color w:val="555555"/>
          <w:sz w:val="20"/>
        </w:rPr>
        <w:t>[5]</w:t>
      </w:r>
    </w:p>
    <w:p>
      <w:r>
        <w:rPr>
          <w:rFonts w:ascii="Gentium Plus" w:hAnsi="Gentium Plus"/>
          <w:sz w:val="24"/>
        </w:rPr>
        <w:t>[ ]ρ̣η τέκνον ἐλθ.[ [ ]. τίνι ταυταλαλ̣ε.[ [ ]ρ̣ι σὺν ἐμοί τὸ θανε̣[ῖν [ τ]έκνον ἐμόν αι.[ [ ].λ̣λε βοή ἡ φθεγξ̣[</w:t>
      </w:r>
    </w:p>
    <w:p>
      <w:r>
        <w:rPr>
          <w:rFonts w:ascii="Courier New" w:hAnsi="Courier New"/>
          <w:color w:val="555555"/>
          <w:sz w:val="20"/>
        </w:rPr>
        <w:t>[10]</w:t>
      </w:r>
    </w:p>
    <w:p>
      <w:r>
        <w:rPr>
          <w:rFonts w:ascii="Gentium Plus" w:hAnsi="Gentium Plus"/>
          <w:sz w:val="24"/>
        </w:rPr>
        <w:t>[ ]τ̣ων φωνὴν τάχα.[ [ ] Τ̣ηρεύς [ [ ]απαις [ [ ] vacat [ ].κ̣.[.].απον[</w:t>
      </w:r>
    </w:p>
    <w:p>
      <w:r>
        <w:rPr>
          <w:rFonts w:ascii="Courier New" w:hAnsi="Courier New"/>
          <w:color w:val="555555"/>
          <w:sz w:val="20"/>
        </w:rPr>
        <w:t>[14]</w:t>
      </w:r>
    </w:p>
    <w:p>
      <w:r>
        <w:rPr>
          <w:rFonts w:ascii="Gentium Plus" w:hAnsi="Gentium Plus"/>
          <w:sz w:val="24"/>
        </w:rPr>
        <w:t>...</w:t>
      </w:r>
    </w:p>
    <w:p>
      <w:pPr>
        <w:jc w:val="center"/>
      </w:pPr>
      <w:r>
        <w:rPr>
          <w:rFonts w:ascii="Gentium Plus" w:hAnsi="Gentium Plus"/>
          <w:b/>
          <w:sz w:val="24"/>
        </w:rPr>
        <w:t>fr. 2</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[15]</w:t>
      </w:r>
    </w:p>
    <w:p>
      <w:r>
        <w:rPr>
          <w:rFonts w:ascii="Gentium Plus" w:hAnsi="Gentium Plus"/>
          <w:sz w:val="24"/>
        </w:rPr>
        <w:t>[ ].ι̣τ̣υ̣...[ [ ].[ ].υ̣.[ [] τ̣α̣ρβῶ [μ]εγαλ[ [ ] φαεθον[ [ ]κ̣ων τησε̣[</w:t>
      </w:r>
    </w:p>
    <w:p>
      <w:r>
        <w:rPr>
          <w:rFonts w:ascii="Courier New" w:hAnsi="Courier New"/>
          <w:color w:val="555555"/>
          <w:sz w:val="20"/>
        </w:rPr>
        <w:t>[20]</w:t>
      </w:r>
    </w:p>
    <w:p>
      <w:r>
        <w:rPr>
          <w:rFonts w:ascii="Gentium Plus" w:hAnsi="Gentium Plus"/>
          <w:sz w:val="24"/>
        </w:rPr>
        <w:t>[ ].[ [ ].το̣ φυτὸν [ [ ]..[</w:t>
      </w:r>
    </w:p>
    <w:p>
      <w:r>
        <w:rPr>
          <w:rFonts w:ascii="Courier New" w:hAnsi="Courier New"/>
          <w:color w:val="555555"/>
          <w:sz w:val="20"/>
        </w:rPr>
        <w:t>[25]</w:t>
      </w:r>
    </w:p>
    <w:p>
      <w:r>
        <w:rPr>
          <w:rFonts w:ascii="Gentium Plus" w:hAnsi="Gentium Plus"/>
          <w:sz w:val="24"/>
        </w:rPr>
        <w:t>[ ] Δη[ [ ] Σκῦρον .[⏑⏑– ˈ ... [ ] μόλε δηι̣.[⏑⏑– ˈ ... [ ] μετ̣ὰ τ̣ὴν χ̣[⏑⏑– ˈ ... [ ] ⸏τὸν Ἀχιλλ[⏑⏑– ˈ ...</w:t>
      </w:r>
    </w:p>
    <w:p>
      <w:r>
        <w:rPr>
          <w:rFonts w:ascii="Courier New" w:hAnsi="Courier New"/>
          <w:color w:val="555555"/>
          <w:sz w:val="20"/>
        </w:rPr>
        <w:t>[30]</w:t>
      </w:r>
    </w:p>
    <w:p>
      <w:r>
        <w:rPr>
          <w:rFonts w:ascii="Gentium Plus" w:hAnsi="Gentium Plus"/>
          <w:sz w:val="24"/>
        </w:rPr>
        <w:t>[ ]..νι[</w:t>
      </w:r>
    </w:p>
    <w:p>
      <w:r>
        <w:rPr>
          <w:rFonts w:ascii="Courier New" w:hAnsi="Courier New"/>
          <w:color w:val="555555"/>
          <w:sz w:val="20"/>
        </w:rPr>
        <w:t>[30]</w:t>
      </w:r>
    </w:p>
    <w:p>
      <w:r>
        <w:rPr>
          <w:rFonts w:ascii="Gentium Plus" w:hAnsi="Gentium Plus"/>
          <w:sz w:val="24"/>
        </w:rPr>
        <w:t>...</w:t>
      </w:r>
    </w:p>
    <w:p>
      <w:pPr>
        <w:jc w:val="center"/>
      </w:pPr>
      <w:r>
        <w:rPr>
          <w:rFonts w:ascii="Gentium Plus" w:hAnsi="Gentium Plus"/>
          <w:b/>
          <w:sz w:val="24"/>
        </w:rPr>
        <w:t>fr. 3</w:t>
      </w:r>
    </w:p>
    <w:p>
      <w:r>
        <w:rPr>
          <w:rFonts w:ascii="Courier New" w:hAnsi="Courier New"/>
          <w:color w:val="555555"/>
          <w:sz w:val="20"/>
        </w:rPr>
        <w:t>[31]</w:t>
      </w:r>
    </w:p>
    <w:p>
      <w:r>
        <w:rPr>
          <w:rFonts w:ascii="Gentium Plus" w:hAnsi="Gentium Plus"/>
          <w:sz w:val="24"/>
        </w:rPr>
        <w:t>...</w:t>
      </w:r>
    </w:p>
    <w:p>
      <w:r>
        <w:rPr>
          <w:rFonts w:ascii="Courier New" w:hAnsi="Courier New"/>
          <w:color w:val="555555"/>
          <w:sz w:val="20"/>
        </w:rPr>
        <w:t>[31]</w:t>
      </w:r>
    </w:p>
    <w:p>
      <w:r>
        <w:rPr>
          <w:rFonts w:ascii="Gentium Plus" w:hAnsi="Gentium Plus"/>
          <w:sz w:val="24"/>
        </w:rPr>
        <w:t>[ ]ς̣ ἀπώλεσεν διὰ γυναῖκα ἀπόλ]οι̣το Πάρις ἀπόλοιτο κρίσις</w:t>
      </w:r>
    </w:p>
    <w:p>
      <w:pPr>
        <w:jc w:val="center"/>
      </w:pPr>
      <w:r>
        <w:rPr>
          <w:rFonts w:ascii="Gentium Plus" w:hAnsi="Gentium Plus"/>
          <w:b/>
          <w:sz w:val="24"/>
        </w:rPr>
        <w:t>fr. 4</w:t>
      </w:r>
    </w:p>
    <w:p>
      <w:r>
        <w:rPr>
          <w:rFonts w:ascii="Courier New" w:hAnsi="Courier New"/>
          <w:color w:val="555555"/>
          <w:sz w:val="20"/>
        </w:rPr>
        <w:t>[33]</w:t>
      </w:r>
    </w:p>
    <w:p>
      <w:r>
        <w:rPr>
          <w:rFonts w:ascii="Gentium Plus" w:hAnsi="Gentium Plus"/>
          <w:sz w:val="24"/>
        </w:rPr>
        <w:t>...</w:t>
      </w:r>
    </w:p>
    <w:p>
      <w:r>
        <w:rPr>
          <w:rFonts w:ascii="Courier New" w:hAnsi="Courier New"/>
          <w:color w:val="555555"/>
          <w:sz w:val="20"/>
        </w:rPr>
        <w:t>[33]</w:t>
      </w:r>
    </w:p>
    <w:p>
      <w:r>
        <w:rPr>
          <w:rFonts w:ascii="Gentium Plus" w:hAnsi="Gentium Plus"/>
          <w:sz w:val="24"/>
        </w:rPr>
        <w:t>[ ].πν[.]...[ [] π̣ό̣σ̣α̣ σ̣ώ̣μ̣α̣τ̣α̣ πόσα πν̣εύμ̣[ατα</w:t>
      </w:r>
    </w:p>
    <w:p>
      <w:r>
        <w:rPr>
          <w:rFonts w:ascii="Courier New" w:hAnsi="Courier New"/>
          <w:color w:val="555555"/>
          <w:sz w:val="20"/>
        </w:rPr>
        <w:t>[35]</w:t>
      </w:r>
    </w:p>
    <w:p>
      <w:r>
        <w:rPr>
          <w:rFonts w:ascii="Gentium Plus" w:hAnsi="Gentium Plus"/>
          <w:sz w:val="24"/>
        </w:rPr>
        <w:t>[ ].ω̣ν̣...... Νηρεὺς νέκυσ[ι(ν)</w:t>
      </w:r>
    </w:p>
    <w:p>
      <w:r>
        <w:rPr>
          <w:rFonts w:ascii="Courier New" w:hAnsi="Courier New"/>
          <w:color w:val="555555"/>
          <w:sz w:val="20"/>
        </w:rPr>
        <w:t>[40]</w:t>
      </w:r>
    </w:p>
    <w:p>
      <w:r>
        <w:rPr>
          <w:rFonts w:ascii="Gentium Plus" w:hAnsi="Gentium Plus"/>
          <w:sz w:val="24"/>
        </w:rPr>
        <w:t>[ ]... σ̣υνε̣νήχετο τ̣ί τὸν χ̣[ [ ]... κ̣α̣τ̣ὰ πῦρ εἰδ.[ [ ].αυ̣τ̣ης Ἑλλ[ [ ].ο.εβοθ̣[ [ ].[</w:t>
      </w:r>
    </w:p>
    <w:p>
      <w:r>
        <w:rPr>
          <w:rFonts w:ascii="Courier New" w:hAnsi="Courier New"/>
          <w:color w:val="555555"/>
          <w:sz w:val="20"/>
        </w:rPr>
        <w:t>[44]</w:t>
      </w:r>
    </w:p>
    <w:p>
      <w:r>
        <w:rPr>
          <w:rFonts w:ascii="Gentium Plus" w:hAnsi="Gentium Plus"/>
          <w:sz w:val="24"/>
        </w:rPr>
        <w:t>...</w:t>
      </w:r>
    </w:p>
    <w:p>
      <w:pPr>
        <w:jc w:val="center"/>
      </w:pPr>
      <w:r>
        <w:rPr>
          <w:rFonts w:ascii="Gentium Plus" w:hAnsi="Gentium Plus"/>
          <w:b/>
          <w:sz w:val="24"/>
        </w:rPr>
        <w:t>fr. 3</w:t>
      </w:r>
    </w:p>
    <w:p>
      <w:r>
        <w:rPr>
          <w:rFonts w:ascii="Courier New" w:hAnsi="Courier New"/>
          <w:color w:val="555555"/>
          <w:sz w:val="20"/>
        </w:rPr>
        <w:t>[1]</w:t>
      </w:r>
    </w:p>
    <w:p>
      <w:r>
        <w:rPr>
          <w:rFonts w:ascii="Gentium Plus" w:hAnsi="Gentium Plus"/>
          <w:sz w:val="24"/>
        </w:rPr>
        <w:t>[]..ω̣ς ὦ γένος ὦ̣ Περσῶν [ []ω̣ πατρὸς ἀ̣θ̣λίου πε.[ [] βασ̣ιλέα̣ ἡ̣μ̣ῶ̣ν [ [].ν καταθρηνήσω̣ [</w:t>
      </w:r>
    </w:p>
    <w:p>
      <w:r>
        <w:rPr>
          <w:rFonts w:ascii="Courier New" w:hAnsi="Courier New"/>
          <w:color w:val="555555"/>
          <w:sz w:val="20"/>
        </w:rPr>
        <w:t>[5]</w:t>
      </w:r>
    </w:p>
    <w:p>
      <w:r>
        <w:rPr>
          <w:rFonts w:ascii="Gentium Plus" w:hAnsi="Gentium Plus"/>
          <w:sz w:val="24"/>
        </w:rPr>
        <w:t>[ ] vestigia [</w:t>
      </w:r>
    </w:p>
    <w:p>
      <w:r>
        <w:rPr>
          <w:rFonts w:ascii="Courier New" w:hAnsi="Courier New"/>
          <w:color w:val="555555"/>
          <w:sz w:val="20"/>
        </w:rPr>
        <w:t>[5]</w:t>
      </w:r>
    </w:p>
    <w:p>
      <w:r>
        <w:rPr>
          <w:rFonts w:ascii="Gentium Plus" w:hAnsi="Gentium Plus"/>
          <w:sz w:val="24"/>
        </w:rPr>
        <w:t>...</w:t>
      </w:r>
    </w:p>
    <w:p>
      <w:pPr>
        <w:jc w:val="center"/>
      </w:pPr>
      <w:r>
        <w:rPr>
          <w:rFonts w:ascii="Gentium Plus" w:hAnsi="Gentium Plus"/>
          <w:b/>
          <w:sz w:val="24"/>
        </w:rPr>
        <w:t>fr. 1</w:t>
      </w:r>
    </w:p>
    <w:p>
      <w:r>
        <w:rPr>
          <w:rFonts w:ascii="Courier New" w:hAnsi="Courier New"/>
          <w:color w:val="555555"/>
          <w:sz w:val="20"/>
        </w:rPr>
        <w:t>[6]</w:t>
      </w:r>
    </w:p>
    <w:p>
      <w:r>
        <w:rPr>
          <w:rFonts w:ascii="Gentium Plus" w:hAnsi="Gentium Plus"/>
          <w:sz w:val="24"/>
        </w:rPr>
        <w:t>...</w:t>
      </w:r>
    </w:p>
    <w:p>
      <w:r>
        <w:rPr>
          <w:rFonts w:ascii="Courier New" w:hAnsi="Courier New"/>
          <w:color w:val="555555"/>
          <w:sz w:val="20"/>
        </w:rPr>
        <w:t>[6]</w:t>
      </w:r>
    </w:p>
    <w:p>
      <w:r>
        <w:rPr>
          <w:rFonts w:ascii="Gentium Plus" w:hAnsi="Gentium Plus"/>
          <w:sz w:val="24"/>
        </w:rPr>
        <w:t>[]...τον Λυδ.[ []...δη̣ν νω[ []τ̣.υ̣...[ [].....ν̣ε[</w:t>
      </w:r>
    </w:p>
    <w:p>
      <w:r>
        <w:rPr>
          <w:rFonts w:ascii="Courier New" w:hAnsi="Courier New"/>
          <w:color w:val="555555"/>
          <w:sz w:val="20"/>
        </w:rPr>
        <w:t>[10]</w:t>
      </w:r>
    </w:p>
    <w:p>
      <w:r>
        <w:rPr>
          <w:rFonts w:ascii="Gentium Plus" w:hAnsi="Gentium Plus"/>
          <w:sz w:val="24"/>
        </w:rPr>
        <w:t>[].ν.λ̣ι̣δω̣ν[ [].π̣......[ [].ωι τὰ Λυδ[ [].ται̣ κων̣.[ []ωι.σ̣ινω[</w:t>
      </w:r>
    </w:p>
    <w:p>
      <w:r>
        <w:rPr>
          <w:rFonts w:ascii="Courier New" w:hAnsi="Courier New"/>
          <w:color w:val="555555"/>
          <w:sz w:val="20"/>
        </w:rPr>
        <w:t>[15]</w:t>
      </w:r>
    </w:p>
    <w:p>
      <w:r>
        <w:rPr>
          <w:rFonts w:ascii="Gentium Plus" w:hAnsi="Gentium Plus"/>
          <w:sz w:val="24"/>
        </w:rPr>
        <w:t>[ ]ρ.κτυπ[ [ ]χα̣ριν[</w:t>
      </w:r>
    </w:p>
    <w:p>
      <w:r>
        <w:rPr>
          <w:rFonts w:ascii="Courier New" w:hAnsi="Courier New"/>
          <w:color w:val="555555"/>
          <w:sz w:val="20"/>
        </w:rPr>
        <w:t>[686]</w:t>
      </w:r>
    </w:p>
    <w:p>
      <w:r>
        <w:rPr>
          <w:rFonts w:ascii="Gentium Plus" w:hAnsi="Gentium Plus"/>
          <w:sz w:val="24"/>
        </w:rPr>
        <w:t>...</w:t>
      </w:r>
    </w:p>
    <w:p>
      <w:r>
        <w:rPr>
          <w:rFonts w:ascii="Courier New" w:hAnsi="Courier New"/>
          <w:color w:val="555555"/>
          <w:sz w:val="20"/>
        </w:rPr>
        <w:t>[1]</w:t>
      </w:r>
    </w:p>
    <w:p>
      <w:r>
        <w:rPr>
          <w:rFonts w:ascii="Gentium Plus" w:hAnsi="Gentium Plus"/>
          <w:sz w:val="24"/>
        </w:rPr>
        <w:t>[ ἄγ]ετε θία̣σ̣[ον [ ].των νὺξ̣ [ [ ]οτης ποθεν[ [ ]ν παρ’ αὐτὰ κ̣αλ[</w:t>
      </w:r>
    </w:p>
    <w:p>
      <w:r>
        <w:rPr>
          <w:rFonts w:ascii="Courier New" w:hAnsi="Courier New"/>
          <w:color w:val="555555"/>
          <w:sz w:val="20"/>
        </w:rPr>
        <w:t>[5]</w:t>
      </w:r>
    </w:p>
    <w:p>
      <w:r>
        <w:rPr>
          <w:rFonts w:ascii="Gentium Plus" w:hAnsi="Gentium Plus"/>
          <w:sz w:val="24"/>
        </w:rPr>
        <w:t>[].ρ γὰρ οὐ κυρ〈ε〉ῖ συν[ [ ]ος ἐξέπε̣μ̣ψε[ [ ] ἔν̣δ[ον</w:t>
      </w:r>
    </w:p>
    <w:p>
      <w:r>
        <w:rPr>
          <w:rFonts w:ascii="Courier New" w:hAnsi="Courier New"/>
          <w:color w:val="555555"/>
          <w:sz w:val="20"/>
        </w:rPr>
        <w:t>[7]</w:t>
      </w:r>
    </w:p>
    <w:p>
      <w:r>
        <w:rPr>
          <w:rFonts w:ascii="Gentium Plus" w:hAnsi="Gentium Plus"/>
          <w:sz w:val="24"/>
        </w:rPr>
        <w:t>...</w:t>
      </w:r>
    </w:p>
    <w:p>
      <w:r>
        <w:rPr>
          <w:rFonts w:ascii="Courier New" w:hAnsi="Courier New"/>
          <w:color w:val="555555"/>
          <w:sz w:val="20"/>
        </w:rPr>
        <w:t>[687]</w:t>
      </w:r>
    </w:p>
    <w:p>
      <w:r>
        <w:rPr>
          <w:rFonts w:ascii="Gentium Plus" w:hAnsi="Gentium Plus"/>
          <w:sz w:val="24"/>
        </w:rPr>
        <w:t>...</w:t>
      </w:r>
    </w:p>
    <w:p>
      <w:r>
        <w:rPr>
          <w:rFonts w:ascii="Courier New" w:hAnsi="Courier New"/>
          <w:color w:val="555555"/>
          <w:sz w:val="20"/>
        </w:rPr>
        <w:t>[1]</w:t>
      </w:r>
    </w:p>
    <w:p>
      <w:r>
        <w:rPr>
          <w:rFonts w:ascii="Gentium Plus" w:hAnsi="Gentium Plus"/>
          <w:sz w:val="24"/>
        </w:rPr>
        <w:t>[ ]..[ [ ].ετ.[ [ ].ε̣υωντε̣[ [ ]ουμενα[</w:t>
      </w:r>
    </w:p>
    <w:p>
      <w:r>
        <w:rPr>
          <w:rFonts w:ascii="Courier New" w:hAnsi="Courier New"/>
          <w:color w:val="555555"/>
          <w:sz w:val="20"/>
        </w:rPr>
        <w:t>[5]</w:t>
      </w:r>
    </w:p>
    <w:p>
      <w:r>
        <w:rPr>
          <w:rFonts w:ascii="Gentium Plus" w:hAnsi="Gentium Plus"/>
          <w:sz w:val="24"/>
        </w:rPr>
        <w:t>[ ]ε̣υηι κακόν ×–⏑–×–⏑ ὥσ]π̣ερ εἰ κλύων [ γν]ώμης ἄτερ [ ]ηι μάχου [ ] ε̣ὖ̣ φρόνει</w:t>
      </w:r>
    </w:p>
    <w:p>
      <w:r>
        <w:rPr>
          <w:rFonts w:ascii="Courier New" w:hAnsi="Courier New"/>
          <w:color w:val="555555"/>
          <w:sz w:val="20"/>
        </w:rPr>
        <w:t>[10]</w:t>
      </w:r>
    </w:p>
    <w:p>
      <w:r>
        <w:rPr>
          <w:rFonts w:ascii="Gentium Plus" w:hAnsi="Gentium Plus"/>
          <w:sz w:val="24"/>
        </w:rPr>
        <w:t>[ ]..ν κακῶν [ φ]ρένας [ ]η̣ [ ].. [ ]...</w:t>
      </w:r>
    </w:p>
    <w:p>
      <w:r>
        <w:rPr>
          <w:rFonts w:ascii="Courier New" w:hAnsi="Courier New"/>
          <w:color w:val="555555"/>
          <w:sz w:val="20"/>
        </w:rPr>
        <w:t>[15]</w:t>
      </w:r>
    </w:p>
    <w:p>
      <w:r>
        <w:rPr>
          <w:rFonts w:ascii="Gentium Plus" w:hAnsi="Gentium Plus"/>
          <w:sz w:val="24"/>
        </w:rPr>
        <w:t>[ ]. [ ]...η̣ι [] []..</w:t>
      </w:r>
    </w:p>
    <w:p>
      <w:r>
        <w:rPr>
          <w:rFonts w:ascii="Courier New" w:hAnsi="Courier New"/>
          <w:color w:val="555555"/>
          <w:sz w:val="20"/>
        </w:rPr>
        <w:t>[18]</w:t>
      </w:r>
    </w:p>
    <w:p>
      <w:r>
        <w:rPr>
          <w:rFonts w:ascii="Gentium Plus" w:hAnsi="Gentium Plus"/>
          <w:sz w:val="24"/>
        </w:rPr>
        <w:t>...</w:t>
      </w:r>
    </w:p>
    <w:p>
      <w:r>
        <w:rPr>
          <w:rFonts w:ascii="Courier New" w:hAnsi="Courier New"/>
          <w:color w:val="555555"/>
          <w:sz w:val="20"/>
        </w:rPr>
        <w:t>[688]</w:t>
      </w:r>
    </w:p>
    <w:p>
      <w:r>
        <w:rPr>
          <w:rFonts w:ascii="Gentium Plus" w:hAnsi="Gentium Plus"/>
          <w:sz w:val="24"/>
        </w:rPr>
        <w:t>ἦμος γὰρ Ἠὼς λευκόπωλον̣ ἀντολήν ν]έαν ἔφ̣α̣[ιν]ε̣ν̣, ἀ̣σ̣τ̣έ̣ρ̣ων με[ταλ]λαγήν, ..]νημ̣[]ο̣ς̣</w:t>
      </w:r>
    </w:p>
    <w:p>
      <w:r>
        <w:rPr>
          <w:rFonts w:ascii="Courier New" w:hAnsi="Courier New"/>
          <w:color w:val="555555"/>
          <w:sz w:val="20"/>
        </w:rPr>
        <w:t>[3]</w:t>
      </w:r>
    </w:p>
    <w:p>
      <w:r>
        <w:rPr>
          <w:rFonts w:ascii="Gentium Plus" w:hAnsi="Gentium Plus"/>
          <w:sz w:val="24"/>
        </w:rPr>
        <w:t>...</w:t>
      </w:r>
    </w:p>
    <w:p>
      <w:r>
        <w:rPr>
          <w:rFonts w:ascii="Courier New" w:hAnsi="Courier New"/>
          <w:color w:val="555555"/>
          <w:sz w:val="20"/>
        </w:rPr>
        <w:t>[689]</w:t>
      </w:r>
    </w:p>
    <w:p>
      <w:r>
        <w:rPr>
          <w:rFonts w:ascii="Gentium Plus" w:hAnsi="Gentium Plus"/>
          <w:sz w:val="24"/>
        </w:rPr>
        <w:t>...</w:t>
      </w:r>
    </w:p>
    <w:p>
      <w:r>
        <w:rPr>
          <w:rFonts w:ascii="Courier New" w:hAnsi="Courier New"/>
          <w:color w:val="555555"/>
          <w:sz w:val="20"/>
        </w:rPr>
        <w:t>[1]</w:t>
      </w:r>
    </w:p>
    <w:p>
      <w:r>
        <w:rPr>
          <w:rFonts w:ascii="Gentium Plus" w:hAnsi="Gentium Plus"/>
          <w:sz w:val="24"/>
        </w:rPr>
        <w:t>ν̣....[ γ.[.]..[ σ̣[ ἵππουριν̣ [–×–⏑–×–⏑–</w:t>
      </w:r>
    </w:p>
    <w:p>
      <w:r>
        <w:rPr>
          <w:rFonts w:ascii="Courier New" w:hAnsi="Courier New"/>
          <w:color w:val="555555"/>
          <w:sz w:val="20"/>
        </w:rPr>
        <w:t>[5]</w:t>
      </w:r>
    </w:p>
    <w:p>
      <w:r>
        <w:rPr>
          <w:rFonts w:ascii="Gentium Plus" w:hAnsi="Gentium Plus"/>
          <w:sz w:val="24"/>
        </w:rPr>
        <w:t>κλειο[ ὁ δ’ ἐγγε[</w:t>
      </w:r>
    </w:p>
    <w:p>
      <w:r>
        <w:rPr>
          <w:rFonts w:ascii="Courier New" w:hAnsi="Courier New"/>
          <w:color w:val="555555"/>
          <w:sz w:val="20"/>
        </w:rPr>
        <w:t>[6]</w:t>
      </w:r>
    </w:p>
    <w:p>
      <w:r>
        <w:rPr>
          <w:rFonts w:ascii="Gentium Plus" w:hAnsi="Gentium Plus"/>
          <w:sz w:val="24"/>
        </w:rPr>
        <w:t>...</w:t>
      </w:r>
    </w:p>
    <w:p>
      <w:r>
        <w:rPr>
          <w:rFonts w:ascii="Courier New" w:hAnsi="Courier New"/>
          <w:color w:val="555555"/>
          <w:sz w:val="20"/>
        </w:rPr>
        <w:t>[690*]</w:t>
      </w:r>
    </w:p>
    <w:p>
      <w:r>
        <w:rPr>
          <w:rFonts w:ascii="Gentium Plus" w:hAnsi="Gentium Plus"/>
          <w:sz w:val="24"/>
        </w:rPr>
        <w:t>...</w:t>
      </w:r>
    </w:p>
    <w:p>
      <w:r>
        <w:rPr>
          <w:rFonts w:ascii="Courier New" w:hAnsi="Courier New"/>
          <w:color w:val="555555"/>
          <w:sz w:val="20"/>
        </w:rPr>
        <w:t>[1]</w:t>
      </w:r>
    </w:p>
    <w:p>
      <w:r>
        <w:rPr>
          <w:rFonts w:ascii="Gentium Plus" w:hAnsi="Gentium Plus"/>
          <w:sz w:val="24"/>
        </w:rPr>
        <w:t>[]..[ [ ].α̣φ̣[ ]δε [ ].[.]...[.].ε̣ι̣σ̣οι το̣.[...]ιον</w:t>
      </w:r>
    </w:p>
    <w:p>
      <w:r>
        <w:rPr>
          <w:rFonts w:ascii="Courier New" w:hAnsi="Courier New"/>
          <w:color w:val="555555"/>
          <w:sz w:val="20"/>
        </w:rPr>
        <w:t>[5]</w:t>
      </w:r>
    </w:p>
    <w:p>
      <w:r>
        <w:rPr>
          <w:rFonts w:ascii="Gentium Plus" w:hAnsi="Gentium Plus"/>
          <w:sz w:val="24"/>
        </w:rPr>
        <w:t>[]π̣αρ̣’ ἐμοῦ μέμφομαι οἱσ̣ιγηι̣..[ [ ]ν φρενεπαν καὶ ἄγαν τ̣αινεα̣.κ[ [ ]δει Βρομίωι· κόμποις δὲ χαι– []ς̣</w:t>
      </w:r>
    </w:p>
    <w:p>
      <w:r>
        <w:rPr>
          <w:rFonts w:ascii="Courier New" w:hAnsi="Courier New"/>
          <w:color w:val="555555"/>
          <w:sz w:val="20"/>
        </w:rPr>
        <w:t>[691*]</w:t>
      </w:r>
    </w:p>
    <w:p>
      <w:r>
        <w:rPr>
          <w:rFonts w:ascii="Gentium Plus" w:hAnsi="Gentium Plus"/>
          <w:sz w:val="24"/>
        </w:rPr>
        <w:t>...</w:t>
      </w:r>
    </w:p>
    <w:p>
      <w:r>
        <w:rPr>
          <w:rFonts w:ascii="Courier New" w:hAnsi="Courier New"/>
          <w:color w:val="555555"/>
          <w:sz w:val="20"/>
        </w:rPr>
        <w:t>[1]</w:t>
      </w:r>
    </w:p>
    <w:p>
      <w:r>
        <w:rPr>
          <w:rFonts w:ascii="Gentium Plus" w:hAnsi="Gentium Plus"/>
          <w:sz w:val="24"/>
        </w:rPr>
        <w:t>.[ [ .[.].[.].[...]..[.]π̣[ ο̣....[..]γ̣[.]τ̣ε[</w:t>
      </w:r>
    </w:p>
    <w:p>
      <w:r>
        <w:rPr>
          <w:rFonts w:ascii="Courier New" w:hAnsi="Courier New"/>
          <w:color w:val="555555"/>
          <w:sz w:val="20"/>
        </w:rPr>
        <w:t>[5]</w:t>
      </w:r>
    </w:p>
    <w:p>
      <w:r>
        <w:rPr>
          <w:rFonts w:ascii="Gentium Plus" w:hAnsi="Gentium Plus"/>
          <w:sz w:val="24"/>
        </w:rPr>
        <w:t>δαν̣..[..].μ̣η̣[.].[ οπ̣η̣σ̣τ̣[.]α̣ρ̣α̣δ̣..π̣ι̣[ προς ἀνθρώπω̣ν πρὶ̣ν̣ τ̣.....[....]α̣ι̣τ̣[ καιρὸν ι̣ο̣υ̣ωμητα .[...].[......]τ̣..[ γλῶσσα αρ.α̣ ἀνθρώπω̣ν̣ [.......]..μ̣....[</w:t>
      </w:r>
    </w:p>
    <w:p>
      <w:r>
        <w:rPr>
          <w:rFonts w:ascii="Courier New" w:hAnsi="Courier New"/>
          <w:color w:val="555555"/>
          <w:sz w:val="20"/>
        </w:rPr>
        <w:t>[10]</w:t>
      </w:r>
    </w:p>
    <w:p>
      <w:r>
        <w:rPr>
          <w:rFonts w:ascii="Gentium Plus" w:hAnsi="Gentium Plus"/>
          <w:sz w:val="24"/>
        </w:rPr>
        <w:t>ο̣ὐκ ἐπάνειμ̣ι πυθέ̣σ̣θαι̣ ζ[....]ν̣.η̣μ̣.π̣εμ̣ο̣[ ὀχετῶν οὐτάζει ς̣..ν.[.].........ι̣....α̣τον[ λόγοις ἵνα̣ η̣..ν̣ε...α[....] ἐπὶ τοῖς ἐ̣τύ̣[μο]ι̣ς̣ .μ̣ο̣[ σαι με..μ̣α̣ς̣ κ̣α̣.[.]κ̣[...].[.]ς̣ ὑψηλοὶ δόμοι πον..[ παρα̣[...].[..].ι̣.[......].μενων ἀνέμων ...[</w:t>
      </w:r>
    </w:p>
    <w:p>
      <w:r>
        <w:rPr>
          <w:rFonts w:ascii="Courier New" w:hAnsi="Courier New"/>
          <w:color w:val="555555"/>
          <w:sz w:val="20"/>
        </w:rPr>
        <w:t>[15]</w:t>
      </w:r>
    </w:p>
    <w:p>
      <w:r>
        <w:rPr>
          <w:rFonts w:ascii="Gentium Plus" w:hAnsi="Gentium Plus"/>
          <w:sz w:val="24"/>
        </w:rPr>
        <w:t>[.]η.[......]α̣[......]...ι̣αι δ̣’ ὄρνιθες̣ α̣υ̣.[ [.]...[.....].[.........]ειδε τ̣ιμα̣ς̣.....[ [ ἄ]κ̣οιτις θ̣αν̣ό̣ν̣τι̣.νοια[</w:t>
      </w:r>
    </w:p>
    <w:p>
      <w:r>
        <w:rPr>
          <w:rFonts w:ascii="Courier New" w:hAnsi="Courier New"/>
          <w:color w:val="555555"/>
          <w:sz w:val="20"/>
        </w:rPr>
        <w:t>[692*]</w:t>
      </w:r>
    </w:p>
    <w:p>
      <w:r>
        <w:rPr>
          <w:rFonts w:ascii="Gentium Plus" w:hAnsi="Gentium Plus"/>
          <w:sz w:val="24"/>
        </w:rPr>
        <w:t>[ ]μα πέτρηι ξ[ ]ν [ ]ν ἔβρεμεν μ[ ]α̣</w:t>
      </w:r>
    </w:p>
    <w:p>
      <w:r>
        <w:rPr>
          <w:rFonts w:ascii="Courier New" w:hAnsi="Courier New"/>
          <w:color w:val="555555"/>
          <w:sz w:val="20"/>
        </w:rPr>
        <w:t>[5]</w:t>
      </w:r>
    </w:p>
    <w:p>
      <w:r>
        <w:rPr>
          <w:rFonts w:ascii="Gentium Plus" w:hAnsi="Gentium Plus"/>
          <w:sz w:val="24"/>
        </w:rPr>
        <w:t>[ ]εθμ̣α̣[ ]ν̣ [ ]....[ ]. [ ].[..].[</w:t>
      </w:r>
    </w:p>
    <w:p>
      <w:r>
        <w:rPr>
          <w:rFonts w:ascii="Courier New" w:hAnsi="Courier New"/>
          <w:color w:val="555555"/>
          <w:sz w:val="20"/>
        </w:rPr>
        <w:t>[8-9]</w:t>
      </w:r>
    </w:p>
    <w:p>
      <w:r>
        <w:rPr>
          <w:rFonts w:ascii="Gentium Plus" w:hAnsi="Gentium Plus"/>
          <w:sz w:val="24"/>
        </w:rPr>
        <w:t>2 lin. desunt vel vacant</w:t>
      </w:r>
    </w:p>
    <w:p>
      <w:r>
        <w:rPr>
          <w:rFonts w:ascii="Courier New" w:hAnsi="Courier New"/>
          <w:color w:val="555555"/>
          <w:sz w:val="20"/>
        </w:rPr>
        <w:t>[10]</w:t>
      </w:r>
    </w:p>
    <w:p>
      <w:r>
        <w:rPr>
          <w:rFonts w:ascii="Gentium Plus" w:hAnsi="Gentium Plus"/>
          <w:sz w:val="24"/>
        </w:rPr>
        <w:t>[]ν̣αδεσα̣[.]υ̣ [ ]ι συνωρι‐ ζουσαι νυχ̣ί̣α̣ν κελ[.....]οναιταν [Ἑσ‐ περίδων χ[ο]ραγ[.].[] π̣[οτὶ νε]ότροφον [τρο‐ πάν, ἵνα τε νὺξ δ̣[ιαμε]ίβεται τὰ[ν φαεσ‐</w:t>
      </w:r>
    </w:p>
    <w:p>
      <w:r>
        <w:rPr>
          <w:rFonts w:ascii="Courier New" w:hAnsi="Courier New"/>
          <w:color w:val="555555"/>
          <w:sz w:val="20"/>
        </w:rPr>
        <w:t>[15]</w:t>
      </w:r>
    </w:p>
    <w:p>
      <w:r>
        <w:rPr>
          <w:rFonts w:ascii="Gentium Plus" w:hAnsi="Gentium Plus"/>
          <w:sz w:val="24"/>
        </w:rPr>
        <w:t>φόρον αἴγλαν ἑῶιον [ἀ]ν’ α̣ἰ̣θ̣έρα, φερ̣.[.. ἁ‐ μέριον φάος διὰ κύματος ἀερίου πτ[αμέ‐ να, ναύταις ποδαγ[ὸ]ς ὢν περας θυ[ τερ̣ γαν λ̣[.]τ̣ε̣σ̣[....] χρυσόθρον’ Εὐ[φρό‐ να κηρυ̣ξιν̣[.....]ιαν δι’ α[ἰ]γλάε[</w:t>
      </w:r>
    </w:p>
    <w:p>
      <w:r>
        <w:rPr>
          <w:rFonts w:ascii="Courier New" w:hAnsi="Courier New"/>
          <w:color w:val="555555"/>
          <w:sz w:val="20"/>
        </w:rPr>
        <w:t>[20]</w:t>
      </w:r>
    </w:p>
    <w:p>
      <w:r>
        <w:rPr>
          <w:rFonts w:ascii="Gentium Plus" w:hAnsi="Gentium Plus"/>
          <w:sz w:val="24"/>
        </w:rPr>
        <w:t>ητ̣α̣μενα̣ι̣[..]ε̣λ.....τ̣ω̣λ̣[.]γκα̣[ λοφ[ο]ρον λοχ̣[.].αν̣τ̣ι̣ π̣α̣ρθεν̣[</w:t>
      </w:r>
    </w:p>
    <w:p>
      <w:r>
        <w:rPr>
          <w:rFonts w:ascii="Courier New" w:hAnsi="Courier New"/>
          <w:color w:val="555555"/>
          <w:sz w:val="20"/>
        </w:rPr>
        <w:t>[693]</w:t>
      </w:r>
    </w:p>
    <w:p>
      <w:r>
        <w:rPr>
          <w:rFonts w:ascii="Gentium Plus" w:hAnsi="Gentium Plus"/>
          <w:sz w:val="24"/>
        </w:rPr>
        <w:t>...</w:t>
      </w:r>
    </w:p>
    <w:p>
      <w:r>
        <w:rPr>
          <w:rFonts w:ascii="Courier New" w:hAnsi="Courier New"/>
          <w:color w:val="555555"/>
          <w:sz w:val="20"/>
        </w:rPr>
        <w:t>[1]</w:t>
      </w:r>
    </w:p>
    <w:p>
      <w:r>
        <w:rPr>
          <w:rFonts w:ascii="Gentium Plus" w:hAnsi="Gentium Plus"/>
          <w:sz w:val="24"/>
        </w:rPr>
        <w:t>[ vest. 3 vss. ×–⏑–×–⏑–×].αις ἔφυς [ ]ος γέρων</w:t>
      </w:r>
    </w:p>
    <w:p>
      <w:r>
        <w:rPr>
          <w:rFonts w:ascii="Courier New" w:hAnsi="Courier New"/>
          <w:color w:val="555555"/>
          <w:sz w:val="20"/>
        </w:rPr>
        <w:t>[694*]</w:t>
      </w:r>
    </w:p>
    <w:p>
      <w:r>
        <w:rPr>
          <w:rFonts w:ascii="Gentium Plus" w:hAnsi="Gentium Plus"/>
          <w:sz w:val="24"/>
        </w:rPr>
        <w:t>[ ....μ[ γυνα̣[ι⏑–×–⏑–×–⏑– π[</w:t>
      </w:r>
    </w:p>
    <w:p>
      <w:r>
        <w:rPr>
          <w:rFonts w:ascii="Courier New" w:hAnsi="Courier New"/>
          <w:color w:val="555555"/>
          <w:sz w:val="20"/>
        </w:rPr>
        <w:t>[3]</w:t>
      </w:r>
    </w:p>
    <w:p>
      <w:r>
        <w:rPr>
          <w:rFonts w:ascii="Gentium Plus" w:hAnsi="Gentium Plus"/>
          <w:sz w:val="24"/>
        </w:rPr>
        <w:t>...</w:t>
      </w:r>
    </w:p>
    <w:p>
      <w:r>
        <w:rPr>
          <w:rFonts w:ascii="Courier New" w:hAnsi="Courier New"/>
          <w:color w:val="555555"/>
          <w:sz w:val="20"/>
        </w:rPr>
        <w:t>[695a]</w:t>
      </w:r>
    </w:p>
    <w:p>
      <w:r>
        <w:rPr>
          <w:rFonts w:ascii="Gentium Plus" w:hAnsi="Gentium Plus"/>
          <w:sz w:val="24"/>
        </w:rPr>
        <w:t>×–⏑–×–⏑–× εἰ]σάγει</w:t>
      </w:r>
    </w:p>
    <w:p>
      <w:r>
        <w:rPr>
          <w:rFonts w:ascii="Courier New" w:hAnsi="Courier New"/>
          <w:color w:val="555555"/>
          <w:sz w:val="20"/>
        </w:rPr>
        <w:t>[695b]</w:t>
      </w:r>
    </w:p>
    <w:p>
      <w:r>
        <w:rPr>
          <w:rFonts w:ascii="Gentium Plus" w:hAnsi="Gentium Plus"/>
          <w:sz w:val="24"/>
        </w:rPr>
        <w:t>×–⏑–×–⏑–] ἀναξίοις</w:t>
      </w:r>
    </w:p>
    <w:p>
      <w:r>
        <w:rPr>
          <w:rFonts w:ascii="Courier New" w:hAnsi="Courier New"/>
          <w:color w:val="555555"/>
          <w:sz w:val="20"/>
        </w:rPr>
        <w:t>[695c]</w:t>
      </w:r>
    </w:p>
    <w:p>
      <w:r>
        <w:rPr>
          <w:rFonts w:ascii="Gentium Plus" w:hAnsi="Gentium Plus"/>
          <w:sz w:val="24"/>
        </w:rPr>
        <w:t>×–⏑–×–]ες ὥσπερ Ἄρτεμις</w:t>
      </w:r>
    </w:p>
    <w:p>
      <w:r>
        <w:rPr>
          <w:rFonts w:ascii="Courier New" w:hAnsi="Courier New"/>
          <w:color w:val="555555"/>
          <w:sz w:val="20"/>
        </w:rPr>
        <w:t>[696*]</w:t>
      </w:r>
    </w:p>
    <w:p>
      <w:r>
        <w:rPr>
          <w:rFonts w:ascii="Gentium Plus" w:hAnsi="Gentium Plus"/>
          <w:sz w:val="24"/>
        </w:rPr>
        <w:t>(×–⏑–×–⏑) β̣α̣ρ̣β̣αρόστομε</w:t>
      </w:r>
    </w:p>
    <w:p>
      <w:r>
        <w:rPr>
          <w:rFonts w:ascii="Courier New" w:hAnsi="Courier New"/>
          <w:color w:val="555555"/>
          <w:sz w:val="20"/>
        </w:rPr>
        <w:t>[697]</w:t>
      </w:r>
    </w:p>
    <w:p>
      <w:r>
        <w:rPr>
          <w:rFonts w:ascii="Gentium Plus" w:hAnsi="Gentium Plus"/>
          <w:sz w:val="24"/>
        </w:rPr>
        <w:t>[ ]α̣σμ̣ο̣α̣.ν̣ ×–⏑–×–⏑–]ζητει τινα [ πε]πλευκότα [ ].... χρυσίον</w:t>
      </w:r>
    </w:p>
    <w:p>
      <w:r>
        <w:rPr>
          <w:rFonts w:ascii="Courier New" w:hAnsi="Courier New"/>
          <w:color w:val="555555"/>
          <w:sz w:val="20"/>
        </w:rPr>
        <w:t>[5]</w:t>
      </w:r>
    </w:p>
    <w:p>
      <w:r>
        <w:rPr>
          <w:rFonts w:ascii="Gentium Plus" w:hAnsi="Gentium Plus"/>
          <w:sz w:val="24"/>
        </w:rPr>
        <w:t>[ ]τ̣.ρ. [ ]ι̣κ.ας [ πα]ροιτάτωι [ ]χειν ἅλις [ ]..ρ̣ σοφοί</w:t>
      </w:r>
    </w:p>
    <w:p>
      <w:r>
        <w:rPr>
          <w:rFonts w:ascii="Courier New" w:hAnsi="Courier New"/>
          <w:color w:val="555555"/>
          <w:sz w:val="20"/>
        </w:rPr>
        <w:t>[9]</w:t>
      </w:r>
    </w:p>
    <w:p>
      <w:r>
        <w:rPr>
          <w:rFonts w:ascii="Gentium Plus" w:hAnsi="Gentium Plus"/>
          <w:sz w:val="24"/>
        </w:rPr>
        <w:t>...</w:t>
      </w:r>
    </w:p>
    <w:p>
      <w:r>
        <w:rPr>
          <w:rFonts w:ascii="Courier New" w:hAnsi="Courier New"/>
          <w:color w:val="555555"/>
          <w:sz w:val="20"/>
        </w:rPr>
        <w:t>[698]</w:t>
      </w:r>
    </w:p>
    <w:p>
      <w:r>
        <w:rPr>
          <w:rFonts w:ascii="Gentium Plus" w:hAnsi="Gentium Plus"/>
          <w:sz w:val="24"/>
        </w:rPr>
        <w:t>κ̣οσμει̣[ κ̣όσμ̣ος τα̣[–×–⏑–×–⏑– μαντευμ̣[α τὸ θεοφ...[</w:t>
      </w:r>
    </w:p>
    <w:p>
      <w:r>
        <w:rPr>
          <w:rFonts w:ascii="Courier New" w:hAnsi="Courier New"/>
          <w:color w:val="555555"/>
          <w:sz w:val="20"/>
        </w:rPr>
        <w:t>[5]</w:t>
      </w:r>
    </w:p>
    <w:p>
      <w:r>
        <w:rPr>
          <w:rFonts w:ascii="Gentium Plus" w:hAnsi="Gentium Plus"/>
          <w:sz w:val="24"/>
        </w:rPr>
        <w:t>λ........[ .μνητ̣...ε̣λ̣[ ..π̣αμ[ ..νυκ[</w:t>
      </w:r>
    </w:p>
    <w:p>
      <w:r>
        <w:rPr>
          <w:rFonts w:ascii="Courier New" w:hAnsi="Courier New"/>
          <w:color w:val="555555"/>
          <w:sz w:val="20"/>
        </w:rPr>
        <w:t>[8]</w:t>
      </w:r>
    </w:p>
    <w:p>
      <w:r>
        <w:rPr>
          <w:rFonts w:ascii="Gentium Plus" w:hAnsi="Gentium Plus"/>
          <w:sz w:val="24"/>
        </w:rPr>
        <w:t>...</w:t>
      </w:r>
    </w:p>
    <w:p>
      <w:r>
        <w:rPr>
          <w:rFonts w:ascii="Courier New" w:hAnsi="Courier New"/>
          <w:color w:val="555555"/>
          <w:sz w:val="20"/>
        </w:rPr>
        <w:t>[699*]</w:t>
      </w:r>
    </w:p>
    <w:p>
      <w:r>
        <w:rPr>
          <w:rFonts w:ascii="Gentium Plus" w:hAnsi="Gentium Plus"/>
          <w:sz w:val="24"/>
        </w:rPr>
        <w:t>×–⏑–×–⏑– χ]ρυσοπτε̣[ρ–</w:t>
      </w:r>
    </w:p>
    <w:p>
      <w:r>
        <w:rPr>
          <w:rFonts w:ascii="Courier New" w:hAnsi="Courier New"/>
          <w:color w:val="555555"/>
          <w:sz w:val="20"/>
        </w:rPr>
        <w:t>[699a*]</w:t>
      </w:r>
    </w:p>
    <w:p>
      <w:r>
        <w:rPr>
          <w:rFonts w:ascii="Gentium Plus" w:hAnsi="Gentium Plus"/>
          <w:sz w:val="24"/>
        </w:rPr>
        <w:t>ἐ̣ρ̣α̣σμιβώμ̣οις θύμασιν δωρουμένη̣· ἐπάξιον γὰρ μητρὶ̣ τοιούτων τέκνων †ωστοσαε̣ιστοσεκρ̣.εντοσδ...[.] τ̣ο̣ς̣</w:t>
      </w:r>
    </w:p>
    <w:p>
      <w:pPr>
        <w:jc w:val="center"/>
      </w:pPr>
      <w:r>
        <w:rPr>
          <w:rFonts w:ascii="Gentium Plus" w:hAnsi="Gentium Plus"/>
          <w:b/>
          <w:sz w:val="24"/>
        </w:rPr>
        <w:t>fr. a</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]ν̣η̣ρ̣ων̣ π̣αυ[ [ ]π̣ε τῶνδε †πιμωνος φόβων</w:t>
      </w:r>
    </w:p>
    <w:p>
      <w:r>
        <w:rPr>
          <w:rFonts w:ascii="Courier New" w:hAnsi="Courier New"/>
          <w:color w:val="555555"/>
          <w:sz w:val="20"/>
        </w:rPr>
        <w:t>[5]</w:t>
      </w:r>
    </w:p>
    <w:p>
      <w:r>
        <w:rPr>
          <w:rFonts w:ascii="Gentium Plus" w:hAnsi="Gentium Plus"/>
          <w:sz w:val="24"/>
        </w:rPr>
        <w:t>[ ἐκ]είνης οἶδα καὶ μάγους πάγας [ ] ὑ̣γρῶι κάλυβι κοιμηθήσεται [ ἔ]σ̣χον θάμβος· ἦ γὰρ †πνευμεθα</w:t>
      </w:r>
    </w:p>
    <w:p>
      <w:r>
        <w:rPr>
          <w:rFonts w:ascii="Courier New" w:hAnsi="Courier New"/>
          <w:color w:val="555555"/>
          <w:sz w:val="20"/>
        </w:rPr>
        <w:t>[10]</w:t>
      </w:r>
    </w:p>
    <w:p>
      <w:r>
        <w:rPr>
          <w:rFonts w:ascii="Gentium Plus" w:hAnsi="Gentium Plus"/>
          <w:sz w:val="24"/>
        </w:rPr>
        <w:t>[ ]ε̣ν̣ οἰκτρὰ συμφ̣ο̣ρὰ δάπτει φρένας [ ]ν ἔμολον ε̣[ἰς] ἑκουσίους μ[ά]χ̣ας [ ] Μοιρῶν ἀντ̣ι̣λ̣άζον[ται βρο]τοί ...</w:t>
      </w:r>
    </w:p>
    <w:p>
      <w:r>
        <w:rPr>
          <w:rFonts w:ascii="Courier New" w:hAnsi="Courier New"/>
          <w:color w:val="555555"/>
          <w:sz w:val="20"/>
        </w:rPr>
        <w:t>[13]</w:t>
      </w:r>
    </w:p>
    <w:p>
      <w:r>
        <w:rPr>
          <w:rFonts w:ascii="Gentium Plus" w:hAnsi="Gentium Plus"/>
          <w:sz w:val="24"/>
        </w:rPr>
        <w:t>.[.]ν̣[ [..]τ̣ε[</w:t>
      </w:r>
    </w:p>
    <w:p>
      <w:r>
        <w:rPr>
          <w:rFonts w:ascii="Courier New" w:hAnsi="Courier New"/>
          <w:color w:val="555555"/>
          <w:sz w:val="20"/>
        </w:rPr>
        <w:t>[15]</w:t>
      </w:r>
    </w:p>
    <w:p>
      <w:r>
        <w:rPr>
          <w:rFonts w:ascii="Gentium Plus" w:hAnsi="Gentium Plus"/>
          <w:sz w:val="24"/>
        </w:rPr>
        <w:t>.τ̣η[ [.]α̣ι̣π[ σ̣τ̣.[ η̣γ̣ο̣[</w:t>
      </w:r>
    </w:p>
    <w:p>
      <w:pPr>
        <w:jc w:val="center"/>
      </w:pPr>
      <w:r>
        <w:rPr>
          <w:rFonts w:ascii="Gentium Plus" w:hAnsi="Gentium Plus"/>
          <w:b/>
          <w:sz w:val="24"/>
        </w:rPr>
        <w:t>fr. b</w:t>
      </w:r>
    </w:p>
    <w:p>
      <w:r>
        <w:rPr>
          <w:rFonts w:ascii="Courier New" w:hAnsi="Courier New"/>
          <w:color w:val="555555"/>
          <w:sz w:val="20"/>
        </w:rPr>
        <w:t>[19]</w:t>
      </w:r>
    </w:p>
    <w:p>
      <w:r>
        <w:rPr>
          <w:rFonts w:ascii="Gentium Plus" w:hAnsi="Gentium Plus"/>
          <w:sz w:val="24"/>
        </w:rPr>
        <w:t>...</w:t>
      </w:r>
    </w:p>
    <w:p>
      <w:r>
        <w:rPr>
          <w:rFonts w:ascii="Courier New" w:hAnsi="Courier New"/>
          <w:color w:val="555555"/>
          <w:sz w:val="20"/>
        </w:rPr>
        <w:t>[19]</w:t>
      </w:r>
    </w:p>
    <w:p>
      <w:r>
        <w:rPr>
          <w:rFonts w:ascii="Gentium Plus" w:hAnsi="Gentium Plus"/>
          <w:sz w:val="24"/>
        </w:rPr>
        <w:t>[ ]...[ ].[[</w:t>
      </w:r>
    </w:p>
    <w:p>
      <w:r>
        <w:rPr>
          <w:rFonts w:ascii="Courier New" w:hAnsi="Courier New"/>
          <w:color w:val="555555"/>
          <w:sz w:val="20"/>
        </w:rPr>
        <w:t>[20]</w:t>
      </w:r>
    </w:p>
    <w:p>
      <w:r>
        <w:rPr>
          <w:rFonts w:ascii="Gentium Plus" w:hAnsi="Gentium Plus"/>
          <w:sz w:val="24"/>
        </w:rPr>
        <w:t>[ ]. ὠ̣ρ̣φανίσμεθα ×–⏑–× σκ]ῆ̣π〈τ〉ρα; ποῦ δόμων ἕδη; [ ]ν̣τομον σκηπτουχίαι [ ν]ῦν ἐρημίαι [ ].ντες· αἰανὴ̣[ν] λ̣έγω</w:t>
      </w:r>
    </w:p>
    <w:p>
      <w:r>
        <w:rPr>
          <w:rFonts w:ascii="Courier New" w:hAnsi="Courier New"/>
          <w:color w:val="555555"/>
          <w:sz w:val="20"/>
        </w:rPr>
        <w:t>[25]</w:t>
      </w:r>
    </w:p>
    <w:p>
      <w:r>
        <w:rPr>
          <w:rFonts w:ascii="Gentium Plus" w:hAnsi="Gentium Plus"/>
          <w:sz w:val="24"/>
        </w:rPr>
        <w:t>[ τετ]είχισμαι κακῶν [ σ]φ̣όδρ’ εὐτυχῆ κρατεῖν [ δυ]στυχής [ ]α̣ γὰρ τροχοῦ δ̣ίκ̣ην</w:t>
      </w:r>
    </w:p>
    <w:p>
      <w:r>
        <w:rPr>
          <w:rFonts w:ascii="Courier New" w:hAnsi="Courier New"/>
          <w:color w:val="555555"/>
          <w:sz w:val="20"/>
        </w:rPr>
        <w:t>[30]</w:t>
      </w:r>
    </w:p>
    <w:p>
      <w:r>
        <w:rPr>
          <w:rFonts w:ascii="Gentium Plus" w:hAnsi="Gentium Plus"/>
          <w:sz w:val="24"/>
        </w:rPr>
        <w:t>...</w:t>
      </w:r>
    </w:p>
    <w:p>
      <w:r>
        <w:rPr>
          <w:rFonts w:ascii="Courier New" w:hAnsi="Courier New"/>
          <w:color w:val="555555"/>
          <w:sz w:val="20"/>
        </w:rPr>
        <w:t>[30]</w:t>
      </w:r>
    </w:p>
    <w:p>
      <w:r>
        <w:rPr>
          <w:rFonts w:ascii="Gentium Plus" w:hAnsi="Gentium Plus"/>
          <w:sz w:val="24"/>
        </w:rPr>
        <w:t>π[.]η̣[ [..]ξ̣[ [ [ [</w:t>
      </w:r>
    </w:p>
    <w:p>
      <w:r>
        <w:rPr>
          <w:rFonts w:ascii="Courier New" w:hAnsi="Courier New"/>
          <w:color w:val="555555"/>
          <w:sz w:val="20"/>
        </w:rPr>
        <w:t>[35]</w:t>
      </w:r>
    </w:p>
    <w:p>
      <w:r>
        <w:rPr>
          <w:rFonts w:ascii="Gentium Plus" w:hAnsi="Gentium Plus"/>
          <w:sz w:val="24"/>
        </w:rPr>
        <w:t>[ υ̣[ η̣δ̣ι̣..[ ε̣σ̣ο̣λ̣.[ κεραυ[ν</w:t>
      </w:r>
    </w:p>
    <w:p>
      <w:r>
        <w:rPr>
          <w:rFonts w:ascii="Courier New" w:hAnsi="Courier New"/>
          <w:color w:val="555555"/>
          <w:sz w:val="20"/>
        </w:rPr>
        <w:t>[701 (tit)]</w:t>
      </w:r>
    </w:p>
    <w:p>
      <w:r>
        <w:rPr>
          <w:rFonts w:ascii="Gentium Plus" w:hAnsi="Gentium Plus"/>
          <w:sz w:val="24"/>
        </w:rPr>
        <w:t>ΜΗΔΕΙΑ?</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〈ΧΟ.?〉 παλ̣...ρ̣...λ̣α..[ δίχ’ ἀγαθ̣ῶν φυγὰς [ λέχη Θ[εσ]σ̣αλὸν αν.[ δα‐ κρύεται βρέφη μ[</w:t>
      </w:r>
    </w:p>
    <w:p>
      <w:r>
        <w:rPr>
          <w:rFonts w:ascii="Courier New" w:hAnsi="Courier New"/>
          <w:color w:val="555555"/>
          <w:sz w:val="20"/>
        </w:rPr>
        <w:t>[5]</w:t>
      </w:r>
    </w:p>
    <w:p>
      <w:r>
        <w:rPr>
          <w:rFonts w:ascii="Gentium Plus" w:hAnsi="Gentium Plus"/>
          <w:sz w:val="24"/>
        </w:rPr>
        <w:t>Σκυθίην ποτὲ γ̣[</w:t>
      </w:r>
    </w:p>
    <w:p>
      <w:r>
        <w:rPr>
          <w:rFonts w:ascii="Courier New" w:hAnsi="Courier New"/>
          <w:color w:val="555555"/>
          <w:sz w:val="20"/>
        </w:rPr>
        <w:t>[10]</w:t>
      </w:r>
    </w:p>
    <w:p>
      <w:r>
        <w:rPr>
          <w:rFonts w:ascii="Gentium Plus" w:hAnsi="Gentium Plus"/>
          <w:sz w:val="24"/>
        </w:rPr>
        <w:t>—⟦———[ ⟦τ̣ο̣δ̣ε̣.α̣τ̣μ̣α̣[ 〈ΜΗΔ.?〉 φεῦ μογερὰ προ[ .].[.]α̣ / ...π̣..[</w:t>
      </w:r>
    </w:p>
    <w:p>
      <w:r>
        <w:rPr>
          <w:rFonts w:ascii="Courier New" w:hAnsi="Courier New"/>
          <w:color w:val="555555"/>
          <w:sz w:val="20"/>
        </w:rPr>
        <w:t>[13]</w:t>
      </w:r>
    </w:p>
    <w:p>
      <w:r>
        <w:rPr>
          <w:rFonts w:ascii="Gentium Plus" w:hAnsi="Gentium Plus"/>
          <w:sz w:val="24"/>
        </w:rPr>
        <w:t>...</w:t>
      </w:r>
    </w:p>
    <w:p>
      <w:r>
        <w:rPr>
          <w:rFonts w:ascii="Courier New" w:hAnsi="Courier New"/>
          <w:color w:val="555555"/>
          <w:sz w:val="20"/>
        </w:rPr>
        <w:t>[702]</w:t>
      </w:r>
    </w:p>
    <w:p>
      <w:r>
        <w:rPr>
          <w:rFonts w:ascii="Gentium Plus" w:hAnsi="Gentium Plus"/>
          <w:sz w:val="24"/>
        </w:rPr>
        <w:t>ὦ γλῶσσα δυ̣[σπάλαισ]τ̣ο̣ν ἀνθ[ρ]ώ̣ποις \ ἥ̣[τις φιλ]ε̣ῖς τὰ φαῦλα κος\|μῆσαι κ[αλοῖς μύ]θοις, τὰ δ’ ἐσθλὰ \| †λε̣ξα̣ι̣.[.....].(.)νοι̣ς</w:t>
      </w:r>
    </w:p>
    <w:p>
      <w:r>
        <w:rPr>
          <w:rFonts w:ascii="Courier New" w:hAnsi="Courier New"/>
          <w:color w:val="555555"/>
          <w:sz w:val="20"/>
        </w:rPr>
        <w:t>[703*]</w:t>
      </w:r>
    </w:p>
    <w:p>
      <w:r>
        <w:rPr>
          <w:rFonts w:ascii="Gentium Plus" w:hAnsi="Gentium Plus"/>
          <w:sz w:val="24"/>
        </w:rPr>
        <w:t>×–⏑–×– ]νός ἐστιν ἡ χ[⏑– ×–] \| [....]..[ ]ν̣ κοι[ν]ός, οὐχὶ σοὶ μόν̣[ῳ· ×–] \| [ ].[..(.)] π̣επλάσμεθ’· ἐκ χρυσοῦ δ[ὲ τίς; \ ἀλλ’ ἐστὶν ἡμῶν μία πλάσις πάντ[ων] \| βροτῶν</w:t>
      </w:r>
    </w:p>
    <w:p>
      <w:r>
        <w:rPr>
          <w:rFonts w:ascii="Courier New" w:hAnsi="Courier New"/>
          <w:color w:val="555555"/>
          <w:sz w:val="20"/>
        </w:rPr>
        <w:t>[704*]</w:t>
      </w:r>
    </w:p>
    <w:p>
      <w:r>
        <w:rPr>
          <w:rFonts w:ascii="Gentium Plus" w:hAnsi="Gentium Plus"/>
          <w:sz w:val="24"/>
        </w:rPr>
        <w:t>[]π̣εφυκας ου []....ει δυστυχ– []vac.</w:t>
      </w:r>
    </w:p>
    <w:p>
      <w:r>
        <w:rPr>
          <w:rFonts w:ascii="Courier New" w:hAnsi="Courier New"/>
          <w:color w:val="555555"/>
          <w:sz w:val="20"/>
        </w:rPr>
        <w:t>[705a]</w:t>
      </w:r>
    </w:p>
    <w:p>
      <w:r>
        <w:rPr>
          <w:rFonts w:ascii="Gentium Plus" w:hAnsi="Gentium Plus"/>
          <w:sz w:val="24"/>
        </w:rPr>
        <w:t>×–⏑–×–⏑ π]ενθήρει στολῆ〈ι〉</w:t>
      </w:r>
    </w:p>
    <w:p>
      <w:r>
        <w:rPr>
          <w:rFonts w:ascii="Courier New" w:hAnsi="Courier New"/>
          <w:color w:val="555555"/>
          <w:sz w:val="20"/>
        </w:rPr>
        <w:t>[5]</w:t>
      </w:r>
    </w:p>
    <w:p>
      <w:r>
        <w:rPr>
          <w:rFonts w:ascii="Gentium Plus" w:hAnsi="Gentium Plus"/>
          <w:sz w:val="24"/>
        </w:rPr>
        <w:t>ὅπου θεοὺς ἔδαι\</w:t>
      </w:r>
    </w:p>
    <w:p>
      <w:r>
        <w:rPr>
          <w:rFonts w:ascii="Courier New" w:hAnsi="Courier New"/>
          <w:color w:val="555555"/>
          <w:sz w:val="20"/>
        </w:rPr>
        <w:t>[705b (6)]</w:t>
      </w:r>
    </w:p>
    <w:p>
      <w:r>
        <w:rPr>
          <w:rFonts w:ascii="Gentium Plus" w:hAnsi="Gentium Plus"/>
          <w:sz w:val="24"/>
        </w:rPr>
        <w:t>×–⏑–×–⏑]ς αἰωρῶν νέκυν παν \| [–⏑–×–⏑ Ἑ]λλησποντίαν καθεκ̣.[ \| ⏑–×–⏑– πε]φυρμένοι τότ’ ἐκ θαλά[ς\|σης –⏑–×–]μ̣ιας</w:t>
      </w:r>
    </w:p>
    <w:p>
      <w:r>
        <w:rPr>
          <w:rFonts w:ascii="Courier New" w:hAnsi="Courier New"/>
          <w:color w:val="555555"/>
          <w:sz w:val="20"/>
        </w:rPr>
        <w:t>[10]</w:t>
      </w:r>
    </w:p>
    <w:p>
      <w:r>
        <w:rPr>
          <w:rFonts w:ascii="Gentium Plus" w:hAnsi="Gentium Plus"/>
          <w:sz w:val="24"/>
        </w:rPr>
        <w:t>ἀλεύεται ἔνθα \ ἄμουσον ἀκτῆς \| [–⏑–×–]ν̣ μέλος·</w:t>
      </w:r>
    </w:p>
    <w:p>
      <w:r>
        <w:rPr>
          <w:rFonts w:ascii="Courier New" w:hAnsi="Courier New"/>
          <w:color w:val="555555"/>
          <w:sz w:val="20"/>
        </w:rPr>
        <w:t>[15]</w:t>
      </w:r>
    </w:p>
    <w:p>
      <w:r>
        <w:rPr>
          <w:rFonts w:ascii="Gentium Plus" w:hAnsi="Gentium Plus"/>
          <w:sz w:val="24"/>
        </w:rPr>
        <w:t>μυκηδὸν ἐκρότο[υν \ στ]έ̣νων ἀνοίξας κόλπο̣ν̣ [ \| –×–⏑– ×–⏑].ων θρηνω〈ι〉δὸν [–×– \| ⏑– ×–⏑–]ε χαλκέου φαντάζε[ται \ ×–⏑–×–⏑ ο]υς βροντῆς κτύπ[ους</w:t>
      </w:r>
    </w:p>
    <w:p>
      <w:r>
        <w:rPr>
          <w:rFonts w:ascii="Courier New" w:hAnsi="Courier New"/>
          <w:color w:val="555555"/>
          <w:sz w:val="20"/>
        </w:rPr>
        <w:t>[706*]</w:t>
      </w:r>
    </w:p>
    <w:p>
      <w:r>
        <w:rPr>
          <w:rFonts w:ascii="Gentium Plus" w:hAnsi="Gentium Plus"/>
          <w:sz w:val="24"/>
        </w:rPr>
        <w:t>...</w:t>
      </w:r>
    </w:p>
    <w:p>
      <w:r>
        <w:rPr>
          <w:rFonts w:ascii="Courier New" w:hAnsi="Courier New"/>
          <w:color w:val="555555"/>
          <w:sz w:val="20"/>
        </w:rPr>
        <w:t>[1]</w:t>
      </w:r>
    </w:p>
    <w:p>
      <w:r>
        <w:rPr>
          <w:rFonts w:ascii="Gentium Plus" w:hAnsi="Gentium Plus"/>
          <w:sz w:val="24"/>
        </w:rPr>
        <w:t>[ ].... [ ]..ν [ ]μενοις̣ [ ]ν̣ουσι δέ</w:t>
      </w:r>
    </w:p>
    <w:p>
      <w:r>
        <w:rPr>
          <w:rFonts w:ascii="Courier New" w:hAnsi="Courier New"/>
          <w:color w:val="555555"/>
          <w:sz w:val="20"/>
        </w:rPr>
        <w:t>[5]</w:t>
      </w:r>
    </w:p>
    <w:p>
      <w:r>
        <w:rPr>
          <w:rFonts w:ascii="Gentium Plus" w:hAnsi="Gentium Plus"/>
          <w:sz w:val="24"/>
        </w:rPr>
        <w:t>×–⏑–×–⏑–×]τ̣’ ἄθλιοι [] []ι̣.μ̣ο̣ν̣α []ι̣[....]ο̣[</w:t>
      </w:r>
    </w:p>
    <w:p>
      <w:r>
        <w:rPr>
          <w:rFonts w:ascii="Courier New" w:hAnsi="Courier New"/>
          <w:color w:val="555555"/>
          <w:sz w:val="20"/>
        </w:rPr>
        <w:t>[8]</w:t>
      </w:r>
    </w:p>
    <w:p>
      <w:r>
        <w:rPr>
          <w:rFonts w:ascii="Gentium Plus" w:hAnsi="Gentium Plus"/>
          <w:sz w:val="24"/>
        </w:rPr>
        <w:t>...</w:t>
      </w:r>
    </w:p>
    <w:p>
      <w:r>
        <w:rPr>
          <w:rFonts w:ascii="Courier New" w:hAnsi="Courier New"/>
          <w:color w:val="555555"/>
          <w:sz w:val="20"/>
        </w:rPr>
        <w:t>[707]</w:t>
      </w:r>
    </w:p>
    <w:p>
      <w:r>
        <w:rPr>
          <w:rFonts w:ascii="Gentium Plus" w:hAnsi="Gentium Plus"/>
          <w:sz w:val="24"/>
        </w:rPr>
        <w:t>ἄτερ δὲ χα̣λκ[οῦ –⏑–×–⏑–</w:t>
      </w:r>
    </w:p>
    <w:p>
      <w:r>
        <w:rPr>
          <w:rFonts w:ascii="Courier New" w:hAnsi="Courier New"/>
          <w:color w:val="555555"/>
          <w:sz w:val="20"/>
        </w:rPr>
        <w:t>[708]</w:t>
      </w:r>
    </w:p>
    <w:p>
      <w:r>
        <w:rPr>
          <w:rFonts w:ascii="Gentium Plus" w:hAnsi="Gentium Plus"/>
          <w:sz w:val="24"/>
        </w:rPr>
        <w:t>ὦ τοῦ τυράν[νου –⏑–×–⏑–</w:t>
      </w:r>
    </w:p>
    <w:p>
      <w:r>
        <w:rPr>
          <w:rFonts w:ascii="Courier New" w:hAnsi="Courier New"/>
          <w:color w:val="555555"/>
          <w:sz w:val="20"/>
        </w:rPr>
        <w:t>[709*]</w:t>
      </w:r>
    </w:p>
    <w:p>
      <w:r>
        <w:rPr>
          <w:rFonts w:ascii="Gentium Plus" w:hAnsi="Gentium Plus"/>
          <w:sz w:val="24"/>
        </w:rPr>
        <w:t>Ἐ]ν̣δυμίωνος παῖς κατήντης\</w:t>
      </w:r>
    </w:p>
    <w:p>
      <w:r>
        <w:rPr>
          <w:rFonts w:ascii="Courier New" w:hAnsi="Courier New"/>
          <w:color w:val="555555"/>
          <w:sz w:val="20"/>
        </w:rPr>
        <w:t>[710*]</w:t>
      </w:r>
    </w:p>
    <w:p>
      <w:r>
        <w:rPr>
          <w:rFonts w:ascii="Gentium Plus" w:hAnsi="Gentium Plus"/>
          <w:sz w:val="24"/>
        </w:rPr>
        <w:t>[Ζ]ε̣ύ̣ς σοι δίδωσι πρᾶξιν εὐτυχεστέραν· ..[ ] \| π̣ορεύου· πρᾶσσε κἀπιτύγχανε</w:t>
      </w:r>
    </w:p>
    <w:p>
      <w:r>
        <w:rPr>
          <w:rFonts w:ascii="Courier New" w:hAnsi="Courier New"/>
          <w:color w:val="555555"/>
          <w:sz w:val="20"/>
        </w:rPr>
        <w:t>[712*]</w:t>
      </w:r>
    </w:p>
    <w:p>
      <w:r>
        <w:rPr>
          <w:rFonts w:ascii="Gentium Plus" w:hAnsi="Gentium Plus"/>
          <w:sz w:val="24"/>
        </w:rPr>
        <w:t>...</w:t>
      </w:r>
    </w:p>
    <w:p>
      <w:r>
        <w:rPr>
          <w:rFonts w:ascii="Courier New" w:hAnsi="Courier New"/>
          <w:color w:val="555555"/>
          <w:sz w:val="20"/>
        </w:rPr>
        <w:t>[1]</w:t>
      </w:r>
    </w:p>
    <w:p>
      <w:r>
        <w:rPr>
          <w:rFonts w:ascii="Gentium Plus" w:hAnsi="Gentium Plus"/>
          <w:sz w:val="24"/>
        </w:rPr>
        <w:t>ἐπ̣ε̣ὶ̣ γ̣ὰ̣ρ ἔγνων δ.[.]...(.)[</w:t>
      </w:r>
    </w:p>
    <w:p>
      <w:r>
        <w:rPr>
          <w:rFonts w:ascii="Courier New" w:hAnsi="Courier New"/>
          <w:color w:val="555555"/>
          <w:sz w:val="20"/>
        </w:rPr>
        <w:t>[5]</w:t>
      </w:r>
    </w:p>
    <w:p>
      <w:r>
        <w:rPr>
          <w:rFonts w:ascii="Gentium Plus" w:hAnsi="Gentium Plus"/>
          <w:sz w:val="24"/>
        </w:rPr>
        <w:t>πιόντες οἶνον ὡς κακῶν ἀφε̣[ιμένοι ×–⏑–×]\| τῶν [ἐ]ν̣οικούντων γενῶν ×–⏑–×]\| εἰς ἕω τεῖναν δέμας σκίδν̣[αντο –×–⏑]\| πασιω[..]δων τῶν μὲν φυγ[–×–]\|μιου λ[×–]. πέρι</w:t>
      </w:r>
    </w:p>
    <w:p>
      <w:r>
        <w:rPr>
          <w:rFonts w:ascii="Courier New" w:hAnsi="Courier New"/>
          <w:color w:val="555555"/>
          <w:sz w:val="20"/>
        </w:rPr>
        <w:t>[10]</w:t>
      </w:r>
    </w:p>
    <w:p>
      <w:r>
        <w:rPr>
          <w:rFonts w:ascii="Gentium Plus" w:hAnsi="Gentium Plus"/>
          <w:sz w:val="24"/>
        </w:rPr>
        <w:t>εἰς εὐλάβειαν̣ [–⏑–] \ παθῶν δὲ δε̣ι̣ν̣[×–⏑–×–⏑–] \ τ[×– τ]ύ̣χης γὰρ πλεῖσ[τ]α̣ σ̣υ̣[×–⏑– ×–⏑–]\|.[×–⏑]δων κατάσκοποι</w:t>
      </w:r>
    </w:p>
    <w:p>
      <w:r>
        <w:rPr>
          <w:rFonts w:ascii="Courier New" w:hAnsi="Courier New"/>
          <w:color w:val="555555"/>
          <w:sz w:val="20"/>
        </w:rPr>
        <w:t>[713*]</w:t>
      </w:r>
    </w:p>
    <w:p>
      <w:r>
        <w:rPr>
          <w:rFonts w:ascii="Gentium Plus" w:hAnsi="Gentium Plus"/>
          <w:sz w:val="24"/>
        </w:rPr>
        <w:t>[]η καὶ γοερῶν σαβάνων ἀτρεκῶς [</w:t>
      </w:r>
    </w:p>
    <w:p>
      <w:r>
        <w:rPr>
          <w:rFonts w:ascii="Courier New" w:hAnsi="Courier New"/>
          <w:color w:val="555555"/>
          <w:sz w:val="20"/>
        </w:rPr>
        <w:t>[714]</w:t>
      </w:r>
    </w:p>
    <w:p>
      <w:r>
        <w:rPr>
          <w:rFonts w:ascii="Gentium Plus" w:hAnsi="Gentium Plus"/>
          <w:sz w:val="24"/>
        </w:rPr>
        <w:t>ἀγαθῶ]ν ἁπάντων εἰσὶ \ φαύλων \| [δὲ λωβ]η̣τῆρες ἐν βρ(αχεῖ) χρόνῳ</w:t>
      </w:r>
    </w:p>
    <w:p>
      <w:r>
        <w:rPr>
          <w:rFonts w:ascii="Courier New" w:hAnsi="Courier New"/>
          <w:color w:val="555555"/>
          <w:sz w:val="20"/>
        </w:rPr>
        <w:t>[715]</w:t>
      </w:r>
    </w:p>
    <w:p>
      <w:r>
        <w:rPr>
          <w:rFonts w:ascii="Gentium Plus" w:hAnsi="Gentium Plus"/>
          <w:sz w:val="24"/>
        </w:rPr>
        <w:t>×–⏑–×]ν δεξιὰν δει\ ×] κέρδος ἡδὺ καὶ σ̣ε\|[–×–⏑]σ̣ας, ὅπου βοταν\|[×–⏑–×] προ{σ}στάτην</w:t>
      </w:r>
    </w:p>
    <w:p>
      <w:r>
        <w:rPr>
          <w:rFonts w:ascii="Courier New" w:hAnsi="Courier New"/>
          <w:color w:val="555555"/>
          <w:sz w:val="20"/>
        </w:rPr>
        <w:t>[716* (1-3)]</w:t>
      </w:r>
    </w:p>
    <w:p>
      <w:r>
        <w:rPr>
          <w:rFonts w:ascii="Gentium Plus" w:hAnsi="Gentium Plus"/>
          <w:sz w:val="24"/>
        </w:rPr>
        <w:t>[ ]vest. 3 vss.</w:t>
      </w:r>
    </w:p>
    <w:p>
      <w:r>
        <w:rPr>
          <w:rFonts w:ascii="Courier New" w:hAnsi="Courier New"/>
          <w:color w:val="555555"/>
          <w:sz w:val="20"/>
        </w:rPr>
        <w:t>[4]</w:t>
      </w:r>
    </w:p>
    <w:p>
      <w:r>
        <w:rPr>
          <w:rFonts w:ascii="Gentium Plus" w:hAnsi="Gentium Plus"/>
          <w:sz w:val="24"/>
        </w:rPr>
        <w:t>[ ]—μένει̣</w:t>
      </w:r>
    </w:p>
    <w:p>
      <w:r>
        <w:rPr>
          <w:rFonts w:ascii="Courier New" w:hAnsi="Courier New"/>
          <w:color w:val="555555"/>
          <w:sz w:val="20"/>
        </w:rPr>
        <w:t>[5]</w:t>
      </w:r>
    </w:p>
    <w:p>
      <w:r>
        <w:rPr>
          <w:rFonts w:ascii="Gentium Plus" w:hAnsi="Gentium Plus"/>
          <w:sz w:val="24"/>
        </w:rPr>
        <w:t>[ ]. κ̣α̣ὶ̣ πλε[.] [ ]δ̣.. τέχν̣η̣ [ ]vest. 1 vs. [ ].. ἄφνω [ ]vest. 1 vs.</w:t>
      </w:r>
    </w:p>
    <w:p>
      <w:r>
        <w:rPr>
          <w:rFonts w:ascii="Courier New" w:hAnsi="Courier New"/>
          <w:color w:val="555555"/>
          <w:sz w:val="20"/>
        </w:rPr>
        <w:t>[10]</w:t>
      </w:r>
    </w:p>
    <w:p>
      <w:r>
        <w:rPr>
          <w:rFonts w:ascii="Gentium Plus" w:hAnsi="Gentium Plus"/>
          <w:sz w:val="24"/>
        </w:rPr>
        <w:t>[ ]τρέφει</w:t>
      </w:r>
    </w:p>
    <w:p>
      <w:r>
        <w:rPr>
          <w:rFonts w:ascii="Courier New" w:hAnsi="Courier New"/>
          <w:color w:val="555555"/>
          <w:sz w:val="20"/>
        </w:rPr>
        <w:t>[11-18]</w:t>
      </w:r>
    </w:p>
    <w:p>
      <w:r>
        <w:rPr>
          <w:rFonts w:ascii="Gentium Plus" w:hAnsi="Gentium Plus"/>
          <w:sz w:val="24"/>
        </w:rPr>
        <w:t>[ ]vest 8 vss.</w:t>
      </w:r>
    </w:p>
    <w:p>
      <w:r>
        <w:rPr>
          <w:rFonts w:ascii="Courier New" w:hAnsi="Courier New"/>
          <w:color w:val="555555"/>
          <w:sz w:val="20"/>
        </w:rPr>
        <w:t>[19]</w:t>
      </w:r>
    </w:p>
    <w:p>
      <w:r>
        <w:rPr>
          <w:rFonts w:ascii="Gentium Plus" w:hAnsi="Gentium Plus"/>
          <w:sz w:val="24"/>
        </w:rPr>
        <w:t>×–⏑–×–⏑–] Διὸς κόρην</w:t>
      </w:r>
    </w:p>
    <w:p>
      <w:r>
        <w:rPr>
          <w:rFonts w:ascii="Courier New" w:hAnsi="Courier New"/>
          <w:color w:val="555555"/>
          <w:sz w:val="20"/>
        </w:rPr>
        <w:t>[20]</w:t>
      </w:r>
    </w:p>
    <w:p>
      <w:r>
        <w:rPr>
          <w:rFonts w:ascii="Gentium Plus" w:hAnsi="Gentium Plus"/>
          <w:sz w:val="24"/>
        </w:rPr>
        <w:t>[ ].... [ ].</w:t>
      </w:r>
    </w:p>
    <w:p>
      <w:r>
        <w:rPr>
          <w:rFonts w:ascii="Courier New" w:hAnsi="Courier New"/>
          <w:color w:val="555555"/>
          <w:sz w:val="20"/>
        </w:rPr>
        <w:t>[717*]</w:t>
      </w:r>
    </w:p>
    <w:p>
      <w:r>
        <w:rPr>
          <w:rFonts w:ascii="Gentium Plus" w:hAnsi="Gentium Plus"/>
          <w:sz w:val="24"/>
        </w:rPr>
        <w:t>ὅστις νομίζει \ μά\|ταιός ἐστι· πάν\|τα γὰρ τὰ τοῦ βίο̣υ̣ \ οὐ διὰ φρόνη[σ]ιν \|, διὰ τύχην δὲ γίνεται</w:t>
      </w:r>
    </w:p>
    <w:p>
      <w:r>
        <w:rPr>
          <w:rFonts w:ascii="Courier New" w:hAnsi="Courier New"/>
          <w:color w:val="555555"/>
          <w:sz w:val="20"/>
        </w:rPr>
        <w:t>[718*]</w:t>
      </w:r>
    </w:p>
    <w:p>
      <w:r>
        <w:rPr>
          <w:rFonts w:ascii="Gentium Plus" w:hAnsi="Gentium Plus"/>
          <w:sz w:val="24"/>
        </w:rPr>
        <w:t>τυχεῖν ὅσων ἐρᾶτε</w:t>
      </w:r>
    </w:p>
    <w:p>
      <w:r>
        <w:rPr>
          <w:rFonts w:ascii="Courier New" w:hAnsi="Courier New"/>
          <w:color w:val="555555"/>
          <w:sz w:val="20"/>
        </w:rPr>
        <w:t>[719*]</w:t>
      </w:r>
    </w:p>
    <w:p>
      <w:r>
        <w:rPr>
          <w:rFonts w:ascii="Gentium Plus" w:hAnsi="Gentium Plus"/>
          <w:sz w:val="24"/>
        </w:rPr>
        <w:t>〈 〉τον οὐ σθένει</w:t>
      </w:r>
    </w:p>
    <w:p>
      <w:r>
        <w:rPr>
          <w:rFonts w:ascii="Courier New" w:hAnsi="Courier New"/>
          <w:color w:val="555555"/>
          <w:sz w:val="20"/>
        </w:rPr>
        <w:t>[720a]</w:t>
      </w:r>
    </w:p>
    <w:p>
      <w:r>
        <w:rPr>
          <w:rFonts w:ascii="Gentium Plus" w:hAnsi="Gentium Plus"/>
          <w:sz w:val="24"/>
        </w:rPr>
        <w:t>ὀπισθόποινος</w:t>
      </w:r>
    </w:p>
    <w:p>
      <w:r>
        <w:rPr>
          <w:rFonts w:ascii="Courier New" w:hAnsi="Courier New"/>
          <w:color w:val="555555"/>
          <w:sz w:val="20"/>
        </w:rPr>
        <w:t>[720b]</w:t>
      </w:r>
    </w:p>
    <w:p>
      <w:r>
        <w:rPr>
          <w:rFonts w:ascii="Gentium Plus" w:hAnsi="Gentium Plus"/>
          <w:sz w:val="24"/>
        </w:rPr>
        <w:t>δαιτόποινος</w:t>
      </w:r>
    </w:p>
    <w:p>
      <w:r>
        <w:rPr>
          <w:rFonts w:ascii="Courier New" w:hAnsi="Courier New"/>
          <w:color w:val="555555"/>
          <w:sz w:val="20"/>
        </w:rPr>
        <w:t>[720c]</w:t>
      </w:r>
    </w:p>
    <w:p>
      <w:r>
        <w:rPr>
          <w:rFonts w:ascii="Gentium Plus" w:hAnsi="Gentium Plus"/>
          <w:sz w:val="24"/>
        </w:rPr>
        <w:t>κ̣α̣μψίχειρ</w:t>
      </w:r>
    </w:p>
    <w:p>
      <w:r>
        <w:rPr>
          <w:rFonts w:ascii="Courier New" w:hAnsi="Courier New"/>
          <w:color w:val="555555"/>
          <w:sz w:val="20"/>
        </w:rPr>
        <w:t>[720d]</w:t>
      </w:r>
    </w:p>
    <w:p>
      <w:r>
        <w:rPr>
          <w:rFonts w:ascii="Gentium Plus" w:hAnsi="Gentium Plus"/>
          <w:sz w:val="24"/>
        </w:rPr>
        <w:t>κα̣μψίγουνος</w:t>
      </w:r>
    </w:p>
    <w:p>
      <w:r>
        <w:rPr>
          <w:rFonts w:ascii="Courier New" w:hAnsi="Courier New"/>
          <w:color w:val="555555"/>
          <w:sz w:val="20"/>
        </w:rPr>
        <w:t>[720e]</w:t>
      </w:r>
    </w:p>
    <w:p>
      <w:r>
        <w:rPr>
          <w:rFonts w:ascii="Gentium Plus" w:hAnsi="Gentium Plus"/>
          <w:sz w:val="24"/>
        </w:rPr>
        <w:t>φοινικόπρωιρος</w:t>
      </w:r>
    </w:p>
    <w:p>
      <w:r>
        <w:rPr>
          <w:rFonts w:ascii="Courier New" w:hAnsi="Courier New"/>
          <w:color w:val="555555"/>
          <w:sz w:val="20"/>
        </w:rPr>
        <w:t>[720f]</w:t>
      </w:r>
    </w:p>
    <w:p>
      <w:r>
        <w:rPr>
          <w:rFonts w:ascii="Gentium Plus" w:hAnsi="Gentium Plus"/>
          <w:sz w:val="24"/>
        </w:rPr>
        <w:t>ἁλιδόν[η]τον</w:t>
      </w:r>
    </w:p>
    <w:p>
      <w:r>
        <w:rPr>
          <w:rFonts w:ascii="Courier New" w:hAnsi="Courier New"/>
          <w:color w:val="555555"/>
          <w:sz w:val="20"/>
        </w:rPr>
        <w:t>[720g]</w:t>
      </w:r>
    </w:p>
    <w:p>
      <w:r>
        <w:rPr>
          <w:rFonts w:ascii="Gentium Plus" w:hAnsi="Gentium Plus"/>
          <w:sz w:val="24"/>
        </w:rPr>
        <w:t>σιδηροπέρσ̣ης</w:t>
      </w:r>
    </w:p>
    <w:p>
      <w:r>
        <w:rPr>
          <w:rFonts w:ascii="Courier New" w:hAnsi="Courier New"/>
          <w:color w:val="555555"/>
          <w:sz w:val="20"/>
        </w:rPr>
        <w:t>[720h]</w:t>
      </w:r>
    </w:p>
    <w:p>
      <w:r>
        <w:rPr>
          <w:rFonts w:ascii="Gentium Plus" w:hAnsi="Gentium Plus"/>
          <w:sz w:val="24"/>
        </w:rPr>
        <w:t>ξενοδάϊκ̣τ̣ος</w:t>
      </w:r>
    </w:p>
    <w:p>
      <w:r>
        <w:rPr>
          <w:rFonts w:ascii="Courier New" w:hAnsi="Courier New"/>
          <w:color w:val="555555"/>
          <w:sz w:val="20"/>
        </w:rPr>
        <w:t>[720i]</w:t>
      </w:r>
    </w:p>
    <w:p>
      <w:r>
        <w:rPr>
          <w:rFonts w:ascii="Gentium Plus" w:hAnsi="Gentium Plus"/>
          <w:sz w:val="24"/>
        </w:rPr>
        <w:t>δορίδαπ̣τ̣[ο]ς</w:t>
      </w:r>
    </w:p>
    <w:p>
      <w:r>
        <w:rPr>
          <w:rFonts w:ascii="Courier New" w:hAnsi="Courier New"/>
          <w:color w:val="555555"/>
          <w:sz w:val="20"/>
        </w:rPr>
        <w:t>[720k]</w:t>
      </w:r>
    </w:p>
    <w:p>
      <w:r>
        <w:rPr>
          <w:rFonts w:ascii="Gentium Plus" w:hAnsi="Gentium Plus"/>
          <w:sz w:val="24"/>
        </w:rPr>
        <w:t>σιδηροδ̣α̣ΐκτης</w:t>
      </w:r>
    </w:p>
    <w:p>
      <w:r>
        <w:rPr>
          <w:rFonts w:ascii="Courier New" w:hAnsi="Courier New"/>
          <w:color w:val="555555"/>
          <w:sz w:val="20"/>
        </w:rPr>
        <w:t>[721b (3)]</w:t>
      </w:r>
    </w:p>
    <w:p>
      <w:r>
        <w:rPr>
          <w:rFonts w:ascii="Gentium Plus" w:hAnsi="Gentium Plus"/>
          <w:sz w:val="24"/>
        </w:rPr>
        <w:t>οἵας θεὰς ε[–⏑–×]\</w:t>
      </w:r>
    </w:p>
    <w:p>
      <w:r>
        <w:rPr>
          <w:rFonts w:ascii="Courier New" w:hAnsi="Courier New"/>
          <w:color w:val="555555"/>
          <w:sz w:val="20"/>
        </w:rPr>
        <w:t>[721c (5)]</w:t>
      </w:r>
    </w:p>
    <w:p>
      <w:r>
        <w:rPr>
          <w:rFonts w:ascii="Gentium Plus" w:hAnsi="Gentium Plus"/>
          <w:sz w:val="24"/>
        </w:rPr>
        <w:t>⸤ὁρίζομαι⸥ [× \ τῶι νῦν̣ [⏑–×–⏑– \| .]τ[..]ν κύκλος Ἥρας Ἀθάν[ας τ’ –⏑–×] \| δου̣[.(.)].ι μήτ’ ὀργιαστὰς το[⏑–×–⏑] \| του[.</w:t>
      </w:r>
    </w:p>
    <w:p>
      <w:pPr>
        <w:jc w:val="center"/>
      </w:pPr>
      <w:r>
        <w:rPr>
          <w:rFonts w:ascii="Gentium Plus" w:hAnsi="Gentium Plus"/>
          <w:b/>
          <w:sz w:val="24"/>
        </w:rPr>
        <w:t>commentarius</w:t>
      </w:r>
    </w:p>
    <w:p>
      <w:r>
        <w:rPr>
          <w:rFonts w:ascii="Courier New" w:hAnsi="Courier New"/>
          <w:color w:val="555555"/>
          <w:sz w:val="20"/>
        </w:rPr>
        <w:t>[t2]</w:t>
      </w:r>
    </w:p>
    <w:p>
      <w:r>
        <w:rPr>
          <w:rFonts w:ascii="Gentium Plus" w:hAnsi="Gentium Plus"/>
          <w:sz w:val="24"/>
        </w:rPr>
        <w:t>fr. 1</w:t>
      </w:r>
    </w:p>
    <w:p>
      <w:r>
        <w:rPr>
          <w:rFonts w:ascii="Courier New" w:hAnsi="Courier New"/>
          <w:color w:val="555555"/>
          <w:sz w:val="20"/>
        </w:rPr>
        <w:t>[1]</w:t>
      </w:r>
    </w:p>
    <w:p>
      <w:r>
        <w:rPr>
          <w:rFonts w:ascii="Gentium Plus" w:hAnsi="Gentium Plus"/>
          <w:sz w:val="24"/>
        </w:rPr>
        <w:t>[ ]ο̣ητος [ ].την [ ]ν̣θει [ ]α̣σαμεν</w:t>
      </w:r>
    </w:p>
    <w:p>
      <w:r>
        <w:rPr>
          <w:rFonts w:ascii="Courier New" w:hAnsi="Courier New"/>
          <w:color w:val="555555"/>
          <w:sz w:val="20"/>
        </w:rPr>
        <w:t>[5]</w:t>
      </w:r>
    </w:p>
    <w:p>
      <w:r>
        <w:rPr>
          <w:rFonts w:ascii="Gentium Plus" w:hAnsi="Gentium Plus"/>
          <w:sz w:val="24"/>
        </w:rPr>
        <w:t>[ ]τ̣ον []..μος [ ] κ̣αὶ Ἀλκμα(ν) πε]ρ̣ὶ τοῦ γα– [ ο]ὐκ ἦνθεν</w:t>
      </w:r>
    </w:p>
    <w:p>
      <w:r>
        <w:rPr>
          <w:rFonts w:ascii="Courier New" w:hAnsi="Courier New"/>
          <w:color w:val="555555"/>
          <w:sz w:val="20"/>
        </w:rPr>
        <w:t>[10]</w:t>
      </w:r>
    </w:p>
    <w:p>
      <w:r>
        <w:rPr>
          <w:rFonts w:ascii="Gentium Plus" w:hAnsi="Gentium Plus"/>
          <w:sz w:val="24"/>
        </w:rPr>
        <w:t>[ ]ο̣ν ἀφιε̣[ [ ].σ̣τρα[</w:t>
      </w:r>
    </w:p>
    <w:p>
      <w:r>
        <w:rPr>
          <w:rFonts w:ascii="Courier New" w:hAnsi="Courier New"/>
          <w:color w:val="555555"/>
          <w:sz w:val="20"/>
        </w:rPr>
        <w:t>[11]</w:t>
      </w:r>
    </w:p>
    <w:p>
      <w:r>
        <w:rPr>
          <w:rFonts w:ascii="Gentium Plus" w:hAnsi="Gentium Plus"/>
          <w:sz w:val="24"/>
        </w:rPr>
        <w:t>...</w:t>
      </w:r>
    </w:p>
    <w:p>
      <w:r>
        <w:rPr>
          <w:rFonts w:ascii="Courier New" w:hAnsi="Courier New"/>
          <w:color w:val="555555"/>
          <w:sz w:val="20"/>
        </w:rPr>
        <w:t>[11]</w:t>
      </w:r>
    </w:p>
    <w:p>
      <w:r>
        <w:rPr>
          <w:rFonts w:ascii="Gentium Plus" w:hAnsi="Gentium Plus"/>
          <w:sz w:val="24"/>
        </w:rPr>
        <w:t>(21 lin. desunt) ...</w:t>
      </w:r>
    </w:p>
    <w:p>
      <w:r>
        <w:rPr>
          <w:rFonts w:ascii="Courier New" w:hAnsi="Courier New"/>
          <w:color w:val="555555"/>
          <w:sz w:val="20"/>
        </w:rPr>
        <w:t>[12]</w:t>
      </w:r>
    </w:p>
    <w:p>
      <w:r>
        <w:rPr>
          <w:rFonts w:ascii="Gentium Plus" w:hAnsi="Gentium Plus"/>
          <w:sz w:val="24"/>
        </w:rPr>
        <w:t>[ ].υ [].[.].[.].[.].η []του.[ ].</w:t>
      </w:r>
    </w:p>
    <w:p>
      <w:r>
        <w:rPr>
          <w:rFonts w:ascii="Courier New" w:hAnsi="Courier New"/>
          <w:color w:val="555555"/>
          <w:sz w:val="20"/>
        </w:rPr>
        <w:t>[15]</w:t>
      </w:r>
    </w:p>
    <w:p>
      <w:r>
        <w:rPr>
          <w:rFonts w:ascii="Gentium Plus" w:hAnsi="Gentium Plus"/>
          <w:sz w:val="24"/>
        </w:rPr>
        <w:t>[].οπου[.]α̣ι []φαρον ὑ– [].αιτην [ ].η..ους( ) [ ].ασπο–</w:t>
      </w:r>
    </w:p>
    <w:p>
      <w:r>
        <w:rPr>
          <w:rFonts w:ascii="Courier New" w:hAnsi="Courier New"/>
          <w:color w:val="555555"/>
          <w:sz w:val="20"/>
        </w:rPr>
        <w:t>[20]</w:t>
      </w:r>
    </w:p>
    <w:p>
      <w:r>
        <w:rPr>
          <w:rFonts w:ascii="Gentium Plus" w:hAnsi="Gentium Plus"/>
          <w:sz w:val="24"/>
        </w:rPr>
        <w:t>[ ]φ̣αρο̣υ̣ [ ].ιεβη [].ι κα̣ὶ̣ νῦν [].νμν[..].. []ν̣ι συμβ[</w:t>
      </w:r>
    </w:p>
    <w:p>
      <w:r>
        <w:rPr>
          <w:rFonts w:ascii="Courier New" w:hAnsi="Courier New"/>
          <w:color w:val="555555"/>
          <w:sz w:val="20"/>
        </w:rPr>
        <w:t>[25]</w:t>
      </w:r>
    </w:p>
    <w:p>
      <w:r>
        <w:rPr>
          <w:rFonts w:ascii="Gentium Plus" w:hAnsi="Gentium Plus"/>
          <w:sz w:val="24"/>
        </w:rPr>
        <w:t>[ ]υνηκτ̣[ [].τοις πε.[</w:t>
      </w:r>
    </w:p>
    <w:p>
      <w:r>
        <w:rPr>
          <w:rFonts w:ascii="Courier New" w:hAnsi="Courier New"/>
          <w:color w:val="555555"/>
          <w:sz w:val="20"/>
        </w:rPr>
        <w:t>[26]</w:t>
      </w:r>
    </w:p>
    <w:p>
      <w:r>
        <w:rPr>
          <w:rFonts w:ascii="Gentium Plus" w:hAnsi="Gentium Plus"/>
          <w:sz w:val="24"/>
        </w:rPr>
        <w:t>...</w:t>
      </w:r>
    </w:p>
    <w:p>
      <w:r>
        <w:rPr>
          <w:rFonts w:ascii="Courier New" w:hAnsi="Courier New"/>
          <w:color w:val="555555"/>
          <w:sz w:val="20"/>
        </w:rPr>
        <w:t>[26]</w:t>
      </w:r>
    </w:p>
    <w:p>
      <w:r>
        <w:rPr>
          <w:rFonts w:ascii="Gentium Plus" w:hAnsi="Gentium Plus"/>
          <w:sz w:val="24"/>
        </w:rPr>
        <w:t>(quot lin. desint incertum) ”... τό τ’ ἐγὼ⸥ \| καὶ Φοῖβος Ἀπόλλων ⸤ἥρωι Λαομέδοντι πολίσσαμεν⸥ \| ἀθλήσαντε” (Hom. Η 452—3) Ὅμ̣[ηρος].[c. 17 ll. τὸν] \| μὲν Ποσειδῶνά φησιν ἀ̣[περγάσασθαι τῶι Λαο]\|μέδοντι</w:t>
      </w:r>
    </w:p>
    <w:p>
      <w:r>
        <w:rPr>
          <w:rFonts w:ascii="Courier New" w:hAnsi="Courier New"/>
          <w:color w:val="555555"/>
          <w:sz w:val="20"/>
        </w:rPr>
        <w:t>[30]</w:t>
      </w:r>
    </w:p>
    <w:p>
      <w:r>
        <w:rPr>
          <w:rFonts w:ascii="Gentium Plus" w:hAnsi="Gentium Plus"/>
          <w:sz w:val="24"/>
        </w:rPr>
        <w:t>τὸ τεῖχος, τὸν δὲ [Ἀπόλλωνα βουκολῆ]\ γως τοῖς παρὰ τού]\|τωι φησὶν οὕτως· “μετὰ δὲ [ταῦτα ὁ Πρίαμος ἀνα]\|μιμ‐ νήισκει αὐτὸν τῆς ἀπὸ̣ [τῶν θεῶν μήνιος τοῖς] \| Τρωσίν, ὅτε Ποσειδῶνος μ̣[ὲν οἰ‐ κοδομήσαντος] \| τὸ τεῖχος περὶ Τροίαν, Ἀπόλλ[ωνος δὲ τοῖς ποιμνί]\|οις [ἐ‐ πι]στατήσα[ν]τος Λαομ[έδων οὐ μόνον οὐ]\|κ ἀ[πέδ]ω̣κεν αὐτο[ῖ]ς τὸν μι[σθόν,</w:t>
      </w:r>
    </w:p>
    <w:p>
      <w:r>
        <w:rPr>
          <w:rFonts w:ascii="Courier New" w:hAnsi="Courier New"/>
          <w:color w:val="555555"/>
          <w:sz w:val="20"/>
        </w:rPr>
        <w:t>[35]</w:t>
      </w:r>
    </w:p>
    <w:p>
      <w:r>
        <w:rPr>
          <w:rFonts w:ascii="Gentium Plus" w:hAnsi="Gentium Plus"/>
          <w:sz w:val="24"/>
        </w:rPr>
        <w:t>ἀλλὰ καὶ ἀπει]\ ἐπ’ ἀληθείας· Ἀσ̣[φάλ(ε)ιος μὲν γὰρ ἐπὶ Πο]\|σειδῶνος λέγεται καὶ Θεμ[ελι‐ οῦχος καὶ Γαιή\|οχος ο]ἵ τε σεισμοὶ τούτωι πρ[οσάπτονται, ὁ δὲ Ἀ\|π]όλλων</w:t>
      </w:r>
    </w:p>
    <w:p>
      <w:r>
        <w:rPr>
          <w:rFonts w:ascii="Courier New" w:hAnsi="Courier New"/>
          <w:color w:val="555555"/>
          <w:sz w:val="20"/>
        </w:rPr>
        <w:t>[40]</w:t>
      </w:r>
    </w:p>
    <w:p>
      <w:r>
        <w:rPr>
          <w:rFonts w:ascii="Gentium Plus" w:hAnsi="Gentium Plus"/>
          <w:sz w:val="24"/>
        </w:rPr>
        <w:t>ἂν δόξειεν .[c. 7 ll. τὴν \ τ]ῶι Λαομέδον[τ]ι τὸ κῆτος ἐπιπέμ[ψαι, τὸν δὲ Ἀ\|π]όλλωνα τοὺς διεργασαμέ‐ νους τ[ὸν τοῦ Λαοκόων\|τ]ος υἱὸν δράκοντας, γράφων ἐν τῆι .[ca. 8 ll.]\| τὸν τρόπον τοῦτον· “Ἶλος δ’ ἀφραδίη[ισι λόφον] \| περιδώμεεν Ἄτης,</w:t>
      </w:r>
    </w:p>
    <w:p>
      <w:r>
        <w:rPr>
          <w:rFonts w:ascii="Courier New" w:hAnsi="Courier New"/>
          <w:color w:val="555555"/>
          <w:sz w:val="20"/>
        </w:rPr>
        <w:t>[45]</w:t>
      </w:r>
    </w:p>
    <w:p>
      <w:r>
        <w:rPr>
          <w:rFonts w:ascii="Gentium Plus" w:hAnsi="Gentium Plus"/>
          <w:sz w:val="24"/>
        </w:rPr>
        <w:t>ὃς δὴ Λαομέδον[τι κακορ]\ ὃς πρῶτος ψυθί[οισι θεοὺς] \| ληίσσατο μύθοις, εὖτε Ποσειδάων [μὲν Ἀγαμ]\|μάδας ἀμφὶ κολώνας λαΐνεον πυ̣[ργ ca. 7 ll. \| κ]αρτύνατο χώ̣ρου, Φοῖβος δ’ ι[ca. 12 ll.]\| ...[.......].[...]</w:t>
      </w:r>
    </w:p>
    <w:p>
      <w:r>
        <w:rPr>
          <w:rFonts w:ascii="Courier New" w:hAnsi="Courier New"/>
          <w:color w:val="555555"/>
          <w:sz w:val="20"/>
        </w:rPr>
        <w:t>[721 (50)]</w:t>
      </w:r>
    </w:p>
    <w:p>
      <w:r>
        <w:rPr>
          <w:rFonts w:ascii="Gentium Plus" w:hAnsi="Gentium Plus"/>
          <w:sz w:val="24"/>
        </w:rPr>
        <w:t>.[......]π̣ον̣[τ ca. 7 ll. ἀ]\ πάντα δελ̣η[ca. 8 ll.]\| καταχνύεσκε δὲ λαούς, θηρείου δορ.[ca. 6 ll.]\|λος προκρίνατο πάσας, αὐτὰρ ὁ Θυμβρα[ῖος τοὺσ]\| ἃλς ἔθρεψε δράκοντας, Πόρκην κα[ὶ Χαρίβοι]\|αν, ὅτε προλιπόντε Καλύδνας</w:t>
      </w:r>
    </w:p>
    <w:p>
      <w:r>
        <w:rPr>
          <w:rFonts w:ascii="Courier New" w:hAnsi="Courier New"/>
          <w:color w:val="555555"/>
          <w:sz w:val="20"/>
        </w:rPr>
        <w:t>[55]</w:t>
      </w:r>
    </w:p>
    <w:p>
      <w:r>
        <w:rPr>
          <w:rFonts w:ascii="Gentium Plus" w:hAnsi="Gentium Plus"/>
          <w:sz w:val="24"/>
        </w:rPr>
        <w:t>υἱέ[α Λαοκόωντος] \ οἵας θεὰς ε[c. 10 ll. ]\|ρωι π̣ό̣λ̣[ε]ι̣ ἀφεῖτε μίσει τοῦ βοτηράρχ[ου c. 8 ll.]\ ρωι’ ἐ̣ν̣ καταχρήσει ἔφη ἀντὶ τοῦ π[c. 9 ll.] \| τὸ δὲ ‘ἀφεῖτε‘ ἀντὶ τοῦ προίε[τε· ὁρίζομαι c. 5 ll. \|.].νδε̣σ̣τον ξὺν ἡλίωι τῶι νῦν̣ [c. 13 ll.\| !]τ[..]ν κύκλος Ἥρας Ἀθάν[ας τ’ c. 12 ll. ] \| δου̣[.(.)].ι μήτ’ ὀργιαστὰς το[c. 13 ll.] \|</w:t>
      </w:r>
    </w:p>
    <w:p>
      <w:r>
        <w:rPr>
          <w:rFonts w:ascii="Courier New" w:hAnsi="Courier New"/>
          <w:color w:val="555555"/>
          <w:sz w:val="20"/>
        </w:rPr>
        <w:t>[60]</w:t>
      </w:r>
    </w:p>
    <w:p>
      <w:r>
        <w:rPr>
          <w:rFonts w:ascii="Gentium Plus" w:hAnsi="Gentium Plus"/>
          <w:sz w:val="24"/>
        </w:rPr>
        <w:t>του[.· ‘ὁ]ρίζομαι‘ ὅρον τίθε[μαι ca. 8 ll., ‘ὀργια]\ α[στάς· οἱ δὲ μύσται τοῦ Διο\|νύσο]υ κυρίως ἐλέγοντο ὀ[ργιασταί ca. 7 ll. \|.. .. δ]ιὰ τὸ ἐν ταῖς ὀργαῖς [ca. 14 ll. \|....τ]ε̣λεῖσθ̣αι· ἴσως δὲ κα[ὶ ca. 14 ll.\ ca. 12 ll.]τες ἐντατ.[ca. 16 ll. \| ca. 18 ll.]ρ̣α̣[</w:t>
      </w:r>
    </w:p>
    <w:p>
      <w:r>
        <w:rPr>
          <w:rFonts w:ascii="Courier New" w:hAnsi="Courier New"/>
          <w:color w:val="555555"/>
          <w:sz w:val="20"/>
        </w:rPr>
        <w:t>[63]</w:t>
      </w:r>
    </w:p>
    <w:p>
      <w:r>
        <w:rPr>
          <w:rFonts w:ascii="Gentium Plus" w:hAnsi="Gentium Plus"/>
          <w:sz w:val="24"/>
        </w:rPr>
        <w:t>....</w:t>
      </w:r>
    </w:p>
    <w:p>
      <w:pPr>
        <w:jc w:val="center"/>
      </w:pPr>
      <w:r>
        <w:rPr>
          <w:rFonts w:ascii="Gentium Plus" w:hAnsi="Gentium Plus"/>
          <w:b/>
          <w:sz w:val="24"/>
        </w:rPr>
        <w:t>fr. 2</w:t>
      </w:r>
    </w:p>
    <w:p>
      <w:r>
        <w:rPr>
          <w:rFonts w:ascii="Courier New" w:hAnsi="Courier New"/>
          <w:color w:val="555555"/>
          <w:sz w:val="20"/>
        </w:rPr>
        <w:t>[64]</w:t>
      </w:r>
    </w:p>
    <w:p>
      <w:r>
        <w:rPr>
          <w:rFonts w:ascii="Gentium Plus" w:hAnsi="Gentium Plus"/>
          <w:sz w:val="24"/>
        </w:rPr>
        <w:t>...</w:t>
      </w:r>
    </w:p>
    <w:p>
      <w:r>
        <w:rPr>
          <w:rFonts w:ascii="Courier New" w:hAnsi="Courier New"/>
          <w:color w:val="555555"/>
          <w:sz w:val="20"/>
        </w:rPr>
        <w:t>[64]</w:t>
      </w:r>
    </w:p>
    <w:p>
      <w:r>
        <w:rPr>
          <w:rFonts w:ascii="Gentium Plus" w:hAnsi="Gentium Plus"/>
          <w:sz w:val="24"/>
        </w:rPr>
        <w:t>[ ].δη.[</w:t>
      </w:r>
    </w:p>
    <w:p>
      <w:r>
        <w:rPr>
          <w:rFonts w:ascii="Courier New" w:hAnsi="Courier New"/>
          <w:color w:val="555555"/>
          <w:sz w:val="20"/>
        </w:rPr>
        <w:t>[65]</w:t>
      </w:r>
    </w:p>
    <w:p>
      <w:r>
        <w:rPr>
          <w:rFonts w:ascii="Gentium Plus" w:hAnsi="Gentium Plus"/>
          <w:sz w:val="24"/>
        </w:rPr>
        <w:t>[ λημ[ [ ]ημ̣[ [].παχ̣[ [].[ ]ο̣υ[</w:t>
      </w:r>
    </w:p>
    <w:p>
      <w:r>
        <w:rPr>
          <w:rFonts w:ascii="Courier New" w:hAnsi="Courier New"/>
          <w:color w:val="555555"/>
          <w:sz w:val="20"/>
        </w:rPr>
        <w:t>[68]</w:t>
      </w:r>
    </w:p>
    <w:p>
      <w:r>
        <w:rPr>
          <w:rFonts w:ascii="Gentium Plus" w:hAnsi="Gentium Plus"/>
          <w:sz w:val="24"/>
        </w:rPr>
        <w:t>...</w:t>
      </w:r>
    </w:p>
    <w:p>
      <w:r>
        <w:rPr>
          <w:rFonts w:ascii="Courier New" w:hAnsi="Courier New"/>
          <w:color w:val="555555"/>
          <w:sz w:val="20"/>
        </w:rPr>
        <w:t>[722a]</w:t>
      </w:r>
    </w:p>
    <w:p>
      <w:r>
        <w:rPr>
          <w:rFonts w:ascii="Gentium Plus" w:hAnsi="Gentium Plus"/>
          <w:sz w:val="24"/>
        </w:rPr>
        <w:t>σπέ̣νδε̣ι̣ν̣ δὲ̣ [ν]έκταρ· τοῦ \</w:t>
      </w:r>
    </w:p>
    <w:p>
      <w:r>
        <w:rPr>
          <w:rFonts w:ascii="Courier New" w:hAnsi="Courier New"/>
          <w:color w:val="555555"/>
          <w:sz w:val="20"/>
        </w:rPr>
        <w:t>[722b]</w:t>
      </w:r>
    </w:p>
    <w:p>
      <w:r>
        <w:rPr>
          <w:rFonts w:ascii="Gentium Plus" w:hAnsi="Gentium Plus"/>
          <w:sz w:val="24"/>
        </w:rPr>
        <w:t>†αν\</w:t>
      </w:r>
    </w:p>
    <w:p>
      <w:r>
        <w:rPr>
          <w:rFonts w:ascii="Courier New" w:hAnsi="Courier New"/>
          <w:color w:val="555555"/>
          <w:sz w:val="20"/>
        </w:rPr>
        <w:t>[722c]</w:t>
      </w:r>
    </w:p>
    <w:p>
      <w:r>
        <w:rPr>
          <w:rFonts w:ascii="Gentium Plus" w:hAnsi="Gentium Plus"/>
          <w:sz w:val="24"/>
        </w:rPr>
        <w:t>π̣λ̣ε̣[ ]\</w:t>
      </w:r>
    </w:p>
    <w:p>
      <w:r>
        <w:rPr>
          <w:rFonts w:ascii="Courier New" w:hAnsi="Courier New"/>
          <w:color w:val="555555"/>
          <w:sz w:val="20"/>
        </w:rPr>
        <w:t>[722]</w:t>
      </w:r>
    </w:p>
    <w:p>
      <w:r>
        <w:rPr>
          <w:rFonts w:ascii="Gentium Plus" w:hAnsi="Gentium Plus"/>
          <w:sz w:val="24"/>
        </w:rPr>
        <w:t>commentarius</w:t>
      </w:r>
    </w:p>
    <w:p>
      <w:r>
        <w:rPr>
          <w:rFonts w:ascii="Courier New" w:hAnsi="Courier New"/>
          <w:color w:val="555555"/>
          <w:sz w:val="20"/>
        </w:rPr>
        <w:t>[1]</w:t>
      </w:r>
    </w:p>
    <w:p>
      <w:r>
        <w:rPr>
          <w:rFonts w:ascii="Gentium Plus" w:hAnsi="Gentium Plus"/>
          <w:sz w:val="24"/>
        </w:rPr>
        <w:t>col. I ]α \ [τ]ῶι Πυρκα{ι}εῖ \| [Ναυπλίω]ι ὁ [Σ]οφοκλῆς· ε̣[ἰ Σο]φ̣ο̣κ̣[λ]έους τ̣ὸ δρᾶμα̣[· λέ\|]γει γὰρ Φ̣ι̣λό[σ]τ̣ρατος ἐν τῶ[ι] \| λγ̣ πε[ρ]ὶ τῶν Σοφοκλ[έους \| ⟦τὸ δρ[ᾶ]μ̣[α] λέγει⟧ κλοπῶ̣ν̣ ὅ\|τι οὐκ ἔσ̣τ̣ι Σοφοκλέους· \| σπέ̣νδε̣ι̣ν̣—χρεών· οὐδένα \| νοῦν</w:t>
      </w:r>
    </w:p>
    <w:p>
      <w:r>
        <w:rPr>
          <w:rFonts w:ascii="Courier New" w:hAnsi="Courier New"/>
          <w:color w:val="555555"/>
          <w:sz w:val="20"/>
        </w:rPr>
        <w:t>[5]</w:t>
      </w:r>
    </w:p>
    <w:p>
      <w:r>
        <w:rPr>
          <w:rFonts w:ascii="Gentium Plus" w:hAnsi="Gentium Plus"/>
          <w:sz w:val="24"/>
        </w:rPr>
        <w:t>ἔχει τ̣ὸ̣ ‘χρεών‘· ἄντικρυς \ αν\|δηρα—ταῦτα· ταῦ̣θ̣’ ἁν. ‖ col. III π̣λ̣ε̣[ca. 18 ll.] \| τον[ca. 18 ll.] \| ζε[</w:t>
      </w:r>
    </w:p>
    <w:p>
      <w:r>
        <w:rPr>
          <w:rFonts w:ascii="Courier New" w:hAnsi="Courier New"/>
          <w:color w:val="555555"/>
          <w:sz w:val="20"/>
        </w:rPr>
        <w:t>[723*]</w:t>
      </w:r>
    </w:p>
    <w:p>
      <w:r>
        <w:rPr>
          <w:rFonts w:ascii="Gentium Plus" w:hAnsi="Gentium Plus"/>
          <w:sz w:val="24"/>
        </w:rPr>
        <w:t>[ ]ε̈ε̈λμ̣α̣ι̣ ζοὴν ενι[ [ ]δ’ ἀληθέϊ χώρα[ [ ]η̈ θαλπας δέξατ’ .[ [ ].τ̣ερ̣ηνα.ν̣μ...[</w:t>
      </w:r>
    </w:p>
    <w:p>
      <w:r>
        <w:rPr>
          <w:rFonts w:ascii="Courier New" w:hAnsi="Courier New"/>
          <w:color w:val="555555"/>
          <w:sz w:val="20"/>
        </w:rPr>
        <w:t>[5]</w:t>
      </w:r>
    </w:p>
    <w:p>
      <w:r>
        <w:rPr>
          <w:rFonts w:ascii="Gentium Plus" w:hAnsi="Gentium Plus"/>
          <w:sz w:val="24"/>
        </w:rPr>
        <w:t>[ ].φοιϊ μέν, ἀπολ〈ε〉ίπ〈ε〉ι δὲ̣ [ [ ].οσφερε τὸ κτισι[ [ ]σπ〈ε〉ίρ〈ε〉ι γε μητέρα[ [ ]..[..]. ον θεο̣ὶ̣ ὁρι̣ζ̣[ []δ̣ο̣την δὲ γυν̣α̣ῖ̣κα̣[</w:t>
      </w:r>
    </w:p>
    <w:p>
      <w:r>
        <w:rPr>
          <w:rFonts w:ascii="Courier New" w:hAnsi="Courier New"/>
          <w:color w:val="555555"/>
          <w:sz w:val="20"/>
        </w:rPr>
        <w:t>[10]</w:t>
      </w:r>
    </w:p>
    <w:p>
      <w:r>
        <w:rPr>
          <w:rFonts w:ascii="Gentium Plus" w:hAnsi="Gentium Plus"/>
          <w:sz w:val="24"/>
        </w:rPr>
        <w:t>[ ].[...]ευμ.[..].[.].φ[ [].ουανεδε̣ζ̣υγην̣[ [ ]αρμένη ἔφη ξεν[ [ ]τ̣ηφα.(.)αυ..[ [ π]ρὸς καιρόν · ἔφ[η</w:t>
      </w:r>
    </w:p>
    <w:p>
      <w:r>
        <w:rPr>
          <w:rFonts w:ascii="Courier New" w:hAnsi="Courier New"/>
          <w:color w:val="555555"/>
          <w:sz w:val="20"/>
        </w:rPr>
        <w:t>[15]</w:t>
      </w:r>
    </w:p>
    <w:p>
      <w:r>
        <w:rPr>
          <w:rFonts w:ascii="Gentium Plus" w:hAnsi="Gentium Plus"/>
          <w:sz w:val="24"/>
        </w:rPr>
        <w:t>[ ]ς̣ οὐκ ὀλοησ[</w:t>
      </w:r>
    </w:p>
    <w:p>
      <w:r>
        <w:rPr>
          <w:rFonts w:ascii="Courier New" w:hAnsi="Courier New"/>
          <w:color w:val="555555"/>
          <w:sz w:val="20"/>
        </w:rPr>
        <w:t>[15]</w:t>
      </w:r>
    </w:p>
    <w:p>
      <w:r>
        <w:rPr>
          <w:rFonts w:ascii="Gentium Plus" w:hAnsi="Gentium Plus"/>
          <w:sz w:val="24"/>
        </w:rPr>
        <w:t>...</w:t>
      </w:r>
    </w:p>
    <w:p>
      <w:r>
        <w:rPr>
          <w:rFonts w:ascii="Courier New" w:hAnsi="Courier New"/>
          <w:color w:val="555555"/>
          <w:sz w:val="20"/>
        </w:rPr>
        <w:t>[724*]</w:t>
      </w:r>
    </w:p>
    <w:p>
      <w:r>
        <w:rPr>
          <w:rFonts w:ascii="Gentium Plus" w:hAnsi="Gentium Plus"/>
          <w:sz w:val="24"/>
        </w:rPr>
        <w:t>[]ον [ ] [ ]εμον [ ]εομαι</w:t>
      </w:r>
    </w:p>
    <w:p>
      <w:r>
        <w:rPr>
          <w:rFonts w:ascii="Courier New" w:hAnsi="Courier New"/>
          <w:color w:val="555555"/>
          <w:sz w:val="20"/>
        </w:rPr>
        <w:t>[5]</w:t>
      </w:r>
    </w:p>
    <w:p>
      <w:r>
        <w:rPr>
          <w:rFonts w:ascii="Gentium Plus" w:hAnsi="Gentium Plus"/>
          <w:sz w:val="24"/>
        </w:rPr>
        <w:t>[ ].νοα̣ [π]όλεμον [ ]ονησάσθω· [ τ]αχινοῖς [ φ]ροντίζεσ̣θ̣ε</w:t>
      </w:r>
    </w:p>
    <w:p>
      <w:r>
        <w:rPr>
          <w:rFonts w:ascii="Courier New" w:hAnsi="Courier New"/>
          <w:color w:val="555555"/>
          <w:sz w:val="20"/>
        </w:rPr>
        <w:t>[10]</w:t>
      </w:r>
    </w:p>
    <w:p>
      <w:r>
        <w:rPr>
          <w:rFonts w:ascii="Gentium Plus" w:hAnsi="Gentium Plus"/>
          <w:sz w:val="24"/>
        </w:rPr>
        <w:t>[ ].[..]νεικ̣..[ [ ]ιν αὖ †πασις [ ]της ἀσπίδος [ ]</w:t>
      </w:r>
    </w:p>
    <w:p>
      <w:r>
        <w:rPr>
          <w:rFonts w:ascii="Courier New" w:hAnsi="Courier New"/>
          <w:color w:val="555555"/>
          <w:sz w:val="20"/>
        </w:rPr>
        <w:t>[15]</w:t>
      </w:r>
    </w:p>
    <w:p>
      <w:r>
        <w:rPr>
          <w:rFonts w:ascii="Gentium Plus" w:hAnsi="Gentium Plus"/>
          <w:sz w:val="24"/>
        </w:rPr>
        <w:t>[]η̣ περὶ τὸν [].τουτέστιν</w:t>
      </w:r>
    </w:p>
    <w:p>
      <w:r>
        <w:rPr>
          <w:rFonts w:ascii="Courier New" w:hAnsi="Courier New"/>
          <w:color w:val="555555"/>
          <w:sz w:val="20"/>
        </w:rPr>
        <w:t>[17-24]</w:t>
      </w:r>
    </w:p>
    <w:p>
      <w:r>
        <w:rPr>
          <w:rFonts w:ascii="Gentium Plus" w:hAnsi="Gentium Plus"/>
          <w:sz w:val="24"/>
        </w:rPr>
        <w:t>vestigia 8 lin.</w:t>
      </w:r>
    </w:p>
    <w:p>
      <w:r>
        <w:rPr>
          <w:rFonts w:ascii="Courier New" w:hAnsi="Courier New"/>
          <w:color w:val="555555"/>
          <w:sz w:val="20"/>
        </w:rPr>
        <w:t>[25]</w:t>
      </w:r>
    </w:p>
    <w:p>
      <w:r>
        <w:rPr>
          <w:rFonts w:ascii="Gentium Plus" w:hAnsi="Gentium Plus"/>
          <w:sz w:val="24"/>
        </w:rPr>
        <w:t>[ ].ων [ ]μονην [ ]. παρὰ θα– [ ].ερω []β̣εβλημέ–</w:t>
      </w:r>
    </w:p>
    <w:p>
      <w:r>
        <w:rPr>
          <w:rFonts w:ascii="Courier New" w:hAnsi="Courier New"/>
          <w:color w:val="555555"/>
          <w:sz w:val="20"/>
        </w:rPr>
        <w:t>[30]</w:t>
      </w:r>
    </w:p>
    <w:p>
      <w:r>
        <w:rPr>
          <w:rFonts w:ascii="Gentium Plus" w:hAnsi="Gentium Plus"/>
          <w:sz w:val="24"/>
        </w:rPr>
        <w:t>[ ]ε̣ξέχοντι [ ]..ωι ἀφ’ οὗ [ ] [ ].σταντες []...το</w:t>
      </w:r>
    </w:p>
    <w:p>
      <w:r>
        <w:rPr>
          <w:rFonts w:ascii="Courier New" w:hAnsi="Courier New"/>
          <w:color w:val="555555"/>
          <w:sz w:val="20"/>
        </w:rPr>
        <w:t>[35]</w:t>
      </w:r>
    </w:p>
    <w:p>
      <w:r>
        <w:rPr>
          <w:rFonts w:ascii="Gentium Plus" w:hAnsi="Gentium Plus"/>
          <w:sz w:val="24"/>
        </w:rPr>
        <w:t>vestigia 4 lin.</w:t>
      </w:r>
    </w:p>
    <w:p>
      <w:r>
        <w:rPr>
          <w:rFonts w:ascii="Courier New" w:hAnsi="Courier New"/>
          <w:color w:val="555555"/>
          <w:sz w:val="20"/>
        </w:rPr>
        <w:t>[35]</w:t>
      </w:r>
    </w:p>
    <w:p>
      <w:r>
        <w:rPr>
          <w:rFonts w:ascii="Gentium Plus" w:hAnsi="Gentium Plus"/>
          <w:sz w:val="24"/>
        </w:rPr>
        <w:t>...</w:t>
      </w:r>
    </w:p>
    <w:p>
      <w:r>
        <w:rPr>
          <w:rFonts w:ascii="Courier New" w:hAnsi="Courier New"/>
          <w:color w:val="555555"/>
          <w:sz w:val="20"/>
        </w:rPr>
        <w:t>[725a*]</w:t>
      </w:r>
    </w:p>
    <w:p>
      <w:r>
        <w:rPr>
          <w:rFonts w:ascii="Gentium Plus" w:hAnsi="Gentium Plus"/>
          <w:sz w:val="24"/>
        </w:rPr>
        <w:t>[]ντα τὴν φ[υ]γὴν [⏑–</w:t>
      </w:r>
    </w:p>
    <w:p>
      <w:r>
        <w:rPr>
          <w:rFonts w:ascii="Courier New" w:hAnsi="Courier New"/>
          <w:color w:val="555555"/>
          <w:sz w:val="20"/>
        </w:rPr>
        <w:t>[725b*]</w:t>
      </w:r>
    </w:p>
    <w:p>
      <w:r>
        <w:rPr>
          <w:rFonts w:ascii="Gentium Plus" w:hAnsi="Gentium Plus"/>
          <w:sz w:val="24"/>
        </w:rPr>
        <w:t>σ]υντεμεῖν τ̣ο̣υ̣ς̣...ους. ἀπ[ὸ] στεφ[–</w:t>
      </w:r>
    </w:p>
    <w:p>
      <w:r>
        <w:rPr>
          <w:rFonts w:ascii="Courier New" w:hAnsi="Courier New"/>
          <w:color w:val="555555"/>
          <w:sz w:val="20"/>
        </w:rPr>
        <w:t>[725c*]</w:t>
      </w:r>
    </w:p>
    <w:p>
      <w:r>
        <w:rPr>
          <w:rFonts w:ascii="Gentium Plus" w:hAnsi="Gentium Plus"/>
          <w:sz w:val="24"/>
        </w:rPr>
        <w:t>ἀλλὰ φα[ί]νεται τ̣[⏑– [ ]α̣θαν[ατ...]ι π̣α̣[</w:t>
      </w:r>
    </w:p>
    <w:p>
      <w:r>
        <w:rPr>
          <w:rFonts w:ascii="Courier New" w:hAnsi="Courier New"/>
          <w:color w:val="555555"/>
          <w:sz w:val="20"/>
        </w:rPr>
        <w:t>[725*]</w:t>
      </w:r>
    </w:p>
    <w:p>
      <w:r>
        <w:rPr>
          <w:rFonts w:ascii="Gentium Plus" w:hAnsi="Gentium Plus"/>
          <w:sz w:val="24"/>
        </w:rPr>
        <w:t>testis</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]οὐκ ἀπ̣[..].αις αρ[ [ ]η̣ν ἐν ἀν[τισ]τροφ[ [ ]ο̣υς, ἀλλὰ .[..]τατην̣[ τῶ]ν στροφῶ[ν ἐ]χουσ̣[</w:t>
      </w:r>
    </w:p>
    <w:p>
      <w:r>
        <w:rPr>
          <w:rFonts w:ascii="Courier New" w:hAnsi="Courier New"/>
          <w:color w:val="555555"/>
          <w:sz w:val="20"/>
        </w:rPr>
        <w:t>[5]</w:t>
      </w:r>
    </w:p>
    <w:p>
      <w:r>
        <w:rPr>
          <w:rFonts w:ascii="Gentium Plus" w:hAnsi="Gentium Plus"/>
          <w:sz w:val="24"/>
        </w:rPr>
        <w:t>[ ]ντα τὴν φ[υ]γὴν [ [ ]...ωμεν[.]α̣ι̣σου.[ [ τ̣ο̣υ̣ς̣...ους.</w:t>
      </w:r>
    </w:p>
    <w:p>
      <w:r>
        <w:rPr>
          <w:rFonts w:ascii="Courier New" w:hAnsi="Courier New"/>
          <w:color w:val="555555"/>
          <w:sz w:val="20"/>
        </w:rPr>
        <w:t>[10]</w:t>
      </w:r>
    </w:p>
    <w:p>
      <w:r>
        <w:rPr>
          <w:rFonts w:ascii="Gentium Plus" w:hAnsi="Gentium Plus"/>
          <w:sz w:val="24"/>
        </w:rPr>
        <w:t>[ ]ειν δυά[κις].....[ [ τε]λειώσας τὴν στροφ[ὴν [ πα]ύ̣ει τὴν [ἀν]τιστροφ[ὴν [ ὧδ]ε̣· ἀλλὰ φα[ί]νεται τ̣[ [ ]α̣θαν[ατ...]ι π̣α̣[</w:t>
      </w:r>
    </w:p>
    <w:p>
      <w:r>
        <w:rPr>
          <w:rFonts w:ascii="Courier New" w:hAnsi="Courier New"/>
          <w:color w:val="555555"/>
          <w:sz w:val="20"/>
        </w:rPr>
        <w:t>[14]</w:t>
      </w:r>
    </w:p>
    <w:p>
      <w:r>
        <w:rPr>
          <w:rFonts w:ascii="Gentium Plus" w:hAnsi="Gentium Plus"/>
          <w:sz w:val="24"/>
        </w:rPr>
        <w:t>...</w:t>
      </w:r>
    </w:p>
    <w:p>
      <w:r>
        <w:rPr>
          <w:rFonts w:ascii="Courier New" w:hAnsi="Courier New"/>
          <w:color w:val="555555"/>
          <w:sz w:val="20"/>
        </w:rPr>
        <w:t>[726]</w:t>
      </w:r>
    </w:p>
    <w:p>
      <w:r>
        <w:rPr>
          <w:rFonts w:ascii="Gentium Plus" w:hAnsi="Gentium Plus"/>
          <w:sz w:val="24"/>
        </w:rPr>
        <w:t>ἱερώτατε κισσέ, τὸν Διόνυσ[ος τον τέκος, περί μοι κεφαλᾶ[ι ἐπέθηκα χαίρων ἐκ πολυβ̣[</w:t>
      </w:r>
    </w:p>
    <w:p>
      <w:pPr>
        <w:jc w:val="center"/>
      </w:pPr>
      <w:r>
        <w:rPr>
          <w:rFonts w:ascii="Gentium Plus" w:hAnsi="Gentium Plus"/>
          <w:b/>
          <w:sz w:val="24"/>
        </w:rPr>
        <w:t>DE POETA TRAGICO IGNOTO</w:t>
      </w:r>
    </w:p>
    <w:p>
      <w:r>
        <w:rPr>
          <w:rFonts w:ascii="Courier New" w:hAnsi="Courier New"/>
          <w:color w:val="555555"/>
          <w:sz w:val="20"/>
        </w:rPr>
        <w:t>[1]</w:t>
      </w:r>
    </w:p>
    <w:p>
      <w:r>
        <w:rPr>
          <w:rFonts w:ascii="Gentium Plus" w:hAnsi="Gentium Plus"/>
          <w:sz w:val="24"/>
        </w:rPr>
        <w:t>ἐγὼ δὲ καιν]ὴ̣ν ἐκπονῶ [τ]ραγῳδίαν, ὄγκος τέ μοι πέπ]η̣γ’ Ἀτρεῖος ἐν φύσει καὶ ἐπαίρομ’] εἰς τὸ μέλλον ἐκλάμψων ἔτος· ἀσκῶν δέ τοι λύ]π̣η̣ρα φροντίδος π̣[άθ]η̣</w:t>
      </w:r>
    </w:p>
    <w:p>
      <w:r>
        <w:rPr>
          <w:rFonts w:ascii="Courier New" w:hAnsi="Courier New"/>
          <w:color w:val="555555"/>
          <w:sz w:val="20"/>
        </w:rPr>
        <w:t>[5]</w:t>
      </w:r>
    </w:p>
    <w:p>
      <w:r>
        <w:rPr>
          <w:rFonts w:ascii="Gentium Plus" w:hAnsi="Gentium Plus"/>
          <w:sz w:val="24"/>
        </w:rPr>
        <w:t>κρυφαῖα κλ]ί̣νης ἐντεθέντα κάρφεσιν πενίᾳ κακοῦ]μαι θυμόν, ἡ δ’ ἐλευθέρα λίαν τραγῳδὸ]ς Μοῦσα κωλύει τι δρᾶν, ὅθεν πένητο]ς̣ ἀνδρὸς ἀνθήσει βίος· πλοῦτον γὰρ εἴ] τις βούλετ’ ἐν δόμοις ἔχειν,</w:t>
      </w:r>
    </w:p>
    <w:p>
      <w:r>
        <w:rPr>
          <w:rFonts w:ascii="Courier New" w:hAnsi="Courier New"/>
          <w:color w:val="555555"/>
          <w:sz w:val="20"/>
        </w:rPr>
        <w:t>[10]</w:t>
      </w:r>
    </w:p>
    <w:p>
      <w:r>
        <w:rPr>
          <w:rFonts w:ascii="Gentium Plus" w:hAnsi="Gentium Plus"/>
          <w:sz w:val="24"/>
        </w:rPr>
        <w:t>ἢ συκοφαντ]εῖν ἢ συνηγορεῖ[ν χρε]ών</w:t>
      </w:r>
    </w:p>
    <w:p>
      <w:r>
        <w:rPr>
          <w:rFonts w:ascii="Courier New" w:hAnsi="Courier New"/>
          <w:color w:val="555555"/>
          <w:sz w:val="20"/>
        </w:rPr>
        <w:t>[728a]</w:t>
      </w:r>
    </w:p>
    <w:p>
      <w:r>
        <w:rPr>
          <w:rFonts w:ascii="Gentium Plus" w:hAnsi="Gentium Plus"/>
          <w:sz w:val="24"/>
        </w:rPr>
        <w:t>ἐπὶ ———— ] [ ]. ἁδρᾷ κατάκειται [ στ]εφάνους [ ἀ]ναγράψασθε, θεαταί,</w:t>
      </w:r>
    </w:p>
    <w:p>
      <w:r>
        <w:rPr>
          <w:rFonts w:ascii="Courier New" w:hAnsi="Courier New"/>
          <w:color w:val="555555"/>
          <w:sz w:val="20"/>
        </w:rPr>
        <w:t>[5]</w:t>
      </w:r>
    </w:p>
    <w:p>
      <w:r>
        <w:rPr>
          <w:rFonts w:ascii="Gentium Plus" w:hAnsi="Gentium Plus"/>
          <w:sz w:val="24"/>
        </w:rPr>
        <w:t>[⸏ ]....[.]..ων ἔπεα</w:t>
      </w:r>
    </w:p>
    <w:p>
      <w:r>
        <w:rPr>
          <w:rFonts w:ascii="Courier New" w:hAnsi="Courier New"/>
          <w:color w:val="555555"/>
          <w:sz w:val="20"/>
        </w:rPr>
        <w:t>[728b (25)]</w:t>
      </w:r>
    </w:p>
    <w:p>
      <w:r>
        <w:rPr>
          <w:rFonts w:ascii="Gentium Plus" w:hAnsi="Gentium Plus"/>
          <w:sz w:val="24"/>
        </w:rPr>
        <w:t>ἐπὶ̣ [ ημε......[ λέξε̣ι̣ς κα̣ι̣ο̣.[ κε̣ῖ̣σ̣α̣ι̣, ἐὰν ς.[ ⸏κρην̣ὰ̣ς π̣α̣.[</w:t>
      </w:r>
    </w:p>
    <w:p>
      <w:r>
        <w:rPr>
          <w:rFonts w:ascii="Courier New" w:hAnsi="Courier New"/>
          <w:color w:val="555555"/>
          <w:sz w:val="20"/>
        </w:rPr>
        <w:t>[728c (35)]</w:t>
      </w:r>
    </w:p>
    <w:p>
      <w:r>
        <w:rPr>
          <w:rFonts w:ascii="Gentium Plus" w:hAnsi="Gentium Plus"/>
          <w:sz w:val="24"/>
        </w:rPr>
        <w:t>ἐπ[ὶ [ο]ὐ.[].χαιο.[ οὔτε σκη̣νο.[].[ ἀλλὰ τον.[ ⸏δὶς καὶ τω.[</w:t>
      </w:r>
    </w:p>
    <w:p>
      <w:r>
        <w:rPr>
          <w:rFonts w:ascii="Courier New" w:hAnsi="Courier New"/>
          <w:color w:val="555555"/>
          <w:sz w:val="20"/>
        </w:rPr>
        <w:t>[728d (40)]</w:t>
      </w:r>
    </w:p>
    <w:p>
      <w:r>
        <w:rPr>
          <w:rFonts w:ascii="Gentium Plus" w:hAnsi="Gentium Plus"/>
          <w:sz w:val="24"/>
        </w:rPr>
        <w:t>ἐπ[ὶ ...[ γράψας δη[</w:t>
      </w:r>
    </w:p>
    <w:p>
      <w:r>
        <w:rPr>
          <w:rFonts w:ascii="Courier New" w:hAnsi="Courier New"/>
          <w:color w:val="555555"/>
          <w:sz w:val="20"/>
        </w:rPr>
        <w:t>[42]</w:t>
      </w:r>
    </w:p>
    <w:p>
      <w:r>
        <w:rPr>
          <w:rFonts w:ascii="Gentium Plus" w:hAnsi="Gentium Plus"/>
          <w:sz w:val="24"/>
        </w:rPr>
        <w:t>(margo)</w:t>
      </w:r>
    </w:p>
    <w:p>
      <w:r>
        <w:rPr>
          <w:rFonts w:ascii="Courier New" w:hAnsi="Courier New"/>
          <w:color w:val="555555"/>
          <w:sz w:val="20"/>
        </w:rPr>
        <w:t>[729]</w:t>
      </w:r>
    </w:p>
    <w:p>
      <w:r>
        <w:rPr>
          <w:rFonts w:ascii="Gentium Plus" w:hAnsi="Gentium Plus"/>
          <w:sz w:val="24"/>
        </w:rPr>
        <w:t>Ὑψικράτους τῶν κωμωι\ γὰρ \| Ἁρποκρατίων ἐν τοῖς \| Πωλίωνος αὐτὰ βιβλί\|οις εἶναι· εἰκὸς δὲ καὶ ἄλλους \| αὐτὰ ἐσχηκέναι (= CGF Pap. 344): καὶ λόγω̣ι \|</w:t>
      </w:r>
    </w:p>
    <w:p>
      <w:r>
        <w:rPr>
          <w:rFonts w:ascii="Courier New" w:hAnsi="Courier New"/>
          <w:color w:val="555555"/>
          <w:sz w:val="20"/>
        </w:rPr>
        <w:t>[730*]</w:t>
      </w:r>
    </w:p>
    <w:p>
      <w:r>
        <w:rPr>
          <w:rFonts w:ascii="Gentium Plus" w:hAnsi="Gentium Plus"/>
          <w:sz w:val="24"/>
        </w:rPr>
        <w:t>...</w:t>
      </w:r>
    </w:p>
    <w:p>
      <w:r>
        <w:rPr>
          <w:rFonts w:ascii="Courier New" w:hAnsi="Courier New"/>
          <w:color w:val="555555"/>
          <w:sz w:val="20"/>
        </w:rPr>
        <w:t>[1]</w:t>
      </w:r>
    </w:p>
    <w:p>
      <w:r>
        <w:rPr>
          <w:rFonts w:ascii="Gentium Plus" w:hAnsi="Gentium Plus"/>
          <w:sz w:val="24"/>
        </w:rPr>
        <w:t>vestigia vestigia [ ]ι̣ς̣ κλεπτω̣.[ [ ]ω̣ι̣ παρατ..[</w:t>
      </w:r>
    </w:p>
    <w:p>
      <w:r>
        <w:rPr>
          <w:rFonts w:ascii="Courier New" w:hAnsi="Courier New"/>
          <w:color w:val="555555"/>
          <w:sz w:val="20"/>
        </w:rPr>
        <w:t>[5]</w:t>
      </w:r>
    </w:p>
    <w:p>
      <w:r>
        <w:rPr>
          <w:rFonts w:ascii="Gentium Plus" w:hAnsi="Gentium Plus"/>
          <w:sz w:val="24"/>
        </w:rPr>
        <w:t>[ ]ω̣ Λυγκεῖ̣ ο̣ὐκα̣[ Δα]ναοῦ ἐτη̣.ε̣.[ [ ]γ̣ης Πελασγ[ [ Θ]ετταλίαν [ χρ]υ̣σὸς ἐν θησα̣[υρῶι</w:t>
      </w:r>
    </w:p>
    <w:p>
      <w:r>
        <w:rPr>
          <w:rFonts w:ascii="Courier New" w:hAnsi="Courier New"/>
          <w:color w:val="555555"/>
          <w:sz w:val="20"/>
        </w:rPr>
        <w:t>[10]</w:t>
      </w:r>
    </w:p>
    <w:p>
      <w:r>
        <w:rPr>
          <w:rFonts w:ascii="Gentium Plus" w:hAnsi="Gentium Plus"/>
          <w:sz w:val="24"/>
        </w:rPr>
        <w:t>[ ]ε̣ις Ἄργος π.[</w:t>
      </w:r>
    </w:p>
    <w:p>
      <w:r>
        <w:rPr>
          <w:rFonts w:ascii="Courier New" w:hAnsi="Courier New"/>
          <w:color w:val="555555"/>
          <w:sz w:val="20"/>
        </w:rPr>
        <w:t>[10]</w:t>
      </w:r>
    </w:p>
    <w:p>
      <w:r>
        <w:rPr>
          <w:rFonts w:ascii="Gentium Plus" w:hAnsi="Gentium Plus"/>
          <w:sz w:val="24"/>
        </w:rPr>
        <w:t>...</w:t>
      </w:r>
    </w:p>
    <w:p>
      <w:r>
        <w:rPr>
          <w:rFonts w:ascii="Courier New" w:hAnsi="Courier New"/>
          <w:color w:val="555555"/>
          <w:sz w:val="20"/>
        </w:rPr>
        <w:t>[731r*]</w:t>
      </w:r>
    </w:p>
    <w:p>
      <w:r>
        <w:rPr>
          <w:rFonts w:ascii="Gentium Plus" w:hAnsi="Gentium Plus"/>
          <w:sz w:val="24"/>
        </w:rPr>
        <w:t>ανι̣[ λε̣[ τ̣[ .[</w:t>
      </w:r>
    </w:p>
    <w:p>
      <w:r>
        <w:rPr>
          <w:rFonts w:ascii="Courier New" w:hAnsi="Courier New"/>
          <w:color w:val="555555"/>
          <w:sz w:val="20"/>
        </w:rPr>
        <w:t>[5-9]</w:t>
      </w:r>
    </w:p>
    <w:p>
      <w:r>
        <w:rPr>
          <w:rFonts w:ascii="Gentium Plus" w:hAnsi="Gentium Plus"/>
          <w:sz w:val="24"/>
        </w:rPr>
        <w:t>[5 lineae</w:t>
      </w:r>
    </w:p>
    <w:p>
      <w:r>
        <w:rPr>
          <w:rFonts w:ascii="Courier New" w:hAnsi="Courier New"/>
          <w:color w:val="555555"/>
          <w:sz w:val="20"/>
        </w:rPr>
        <w:t>[10]</w:t>
      </w:r>
    </w:p>
    <w:p>
      <w:r>
        <w:rPr>
          <w:rFonts w:ascii="Gentium Plus" w:hAnsi="Gentium Plus"/>
          <w:sz w:val="24"/>
        </w:rPr>
        <w:t>.[ τ[ ποιη̣[ γουντε[ επ...ν[</w:t>
      </w:r>
    </w:p>
    <w:p>
      <w:r>
        <w:rPr>
          <w:rFonts w:ascii="Courier New" w:hAnsi="Courier New"/>
          <w:color w:val="555555"/>
          <w:sz w:val="20"/>
        </w:rPr>
        <w:t>[15]</w:t>
      </w:r>
    </w:p>
    <w:p>
      <w:r>
        <w:rPr>
          <w:rFonts w:ascii="Gentium Plus" w:hAnsi="Gentium Plus"/>
          <w:sz w:val="24"/>
        </w:rPr>
        <w:t>χεηκαδ[ μ̣[ε]τ’ ἀργ̣[ τας νη̣[ ωνο[ ων[</w:t>
      </w:r>
    </w:p>
    <w:p>
      <w:r>
        <w:rPr>
          <w:rFonts w:ascii="Courier New" w:hAnsi="Courier New"/>
          <w:color w:val="555555"/>
          <w:sz w:val="20"/>
        </w:rPr>
        <w:t>[20]</w:t>
      </w:r>
    </w:p>
    <w:p>
      <w:r>
        <w:rPr>
          <w:rFonts w:ascii="Gentium Plus" w:hAnsi="Gentium Plus"/>
          <w:sz w:val="24"/>
        </w:rPr>
        <w:t>τεο[ χ̣[</w:t>
      </w:r>
    </w:p>
    <w:p>
      <w:r>
        <w:rPr>
          <w:rFonts w:ascii="Courier New" w:hAnsi="Courier New"/>
          <w:color w:val="555555"/>
          <w:sz w:val="20"/>
        </w:rPr>
        <w:t>[21]</w:t>
      </w:r>
    </w:p>
    <w:p>
      <w:r>
        <w:rPr>
          <w:rFonts w:ascii="Gentium Plus" w:hAnsi="Gentium Plus"/>
          <w:sz w:val="24"/>
        </w:rPr>
        <w:t>...</w:t>
      </w:r>
    </w:p>
    <w:p>
      <w:r>
        <w:rPr>
          <w:rFonts w:ascii="Courier New" w:hAnsi="Courier New"/>
          <w:color w:val="555555"/>
          <w:sz w:val="20"/>
        </w:rPr>
        <w:t>[731v*]</w:t>
      </w:r>
    </w:p>
    <w:p>
      <w:r>
        <w:rPr>
          <w:rFonts w:ascii="Gentium Plus" w:hAnsi="Gentium Plus"/>
          <w:sz w:val="24"/>
        </w:rPr>
        <w:t>[ ]ζειτ.ο̣[.]ιδω [ ] μήτηρ [ ]τρι</w:t>
      </w:r>
    </w:p>
    <w:p>
      <w:r>
        <w:rPr>
          <w:rFonts w:ascii="Courier New" w:hAnsi="Courier New"/>
          <w:color w:val="555555"/>
          <w:sz w:val="20"/>
        </w:rPr>
        <w:t>[4-8]</w:t>
      </w:r>
    </w:p>
    <w:p>
      <w:r>
        <w:rPr>
          <w:rFonts w:ascii="Gentium Plus" w:hAnsi="Gentium Plus"/>
          <w:sz w:val="24"/>
        </w:rPr>
        <w:t>[ 5 lineae ]</w:t>
      </w:r>
    </w:p>
    <w:p>
      <w:r>
        <w:rPr>
          <w:rFonts w:ascii="Courier New" w:hAnsi="Courier New"/>
          <w:color w:val="555555"/>
          <w:sz w:val="20"/>
        </w:rPr>
        <w:t>[9]</w:t>
      </w:r>
    </w:p>
    <w:p>
      <w:r>
        <w:rPr>
          <w:rFonts w:ascii="Gentium Plus" w:hAnsi="Gentium Plus"/>
          <w:sz w:val="24"/>
        </w:rPr>
        <w:t>[ ].</w:t>
      </w:r>
    </w:p>
    <w:p>
      <w:r>
        <w:rPr>
          <w:rFonts w:ascii="Courier New" w:hAnsi="Courier New"/>
          <w:color w:val="555555"/>
          <w:sz w:val="20"/>
        </w:rPr>
        <w:t>[10]</w:t>
      </w:r>
    </w:p>
    <w:p>
      <w:r>
        <w:rPr>
          <w:rFonts w:ascii="Gentium Plus" w:hAnsi="Gentium Plus"/>
          <w:sz w:val="24"/>
        </w:rPr>
        <w:t>[ ]το [ ]τορωι [ ]ω̣ς̣ ὅπου νῦν [ ].ς.τ.ανεν [] Θ̣ησ̣[ε]ὺς ..ο</w:t>
      </w:r>
    </w:p>
    <w:p>
      <w:r>
        <w:rPr>
          <w:rFonts w:ascii="Courier New" w:hAnsi="Courier New"/>
          <w:color w:val="555555"/>
          <w:sz w:val="20"/>
        </w:rPr>
        <w:t>[15]</w:t>
      </w:r>
    </w:p>
    <w:p>
      <w:r>
        <w:rPr>
          <w:rFonts w:ascii="Gentium Plus" w:hAnsi="Gentium Plus"/>
          <w:sz w:val="24"/>
        </w:rPr>
        <w:t>[ ]ουσ̣ατ̣... [ Δ]ημοφῶν Ἱπ]π̣όλυτος [ ]ωτα [ ]ς̣</w:t>
      </w:r>
    </w:p>
    <w:p>
      <w:r>
        <w:rPr>
          <w:rFonts w:ascii="Courier New" w:hAnsi="Courier New"/>
          <w:color w:val="555555"/>
          <w:sz w:val="20"/>
        </w:rPr>
        <w:t>[19]</w:t>
      </w:r>
    </w:p>
    <w:p>
      <w:r>
        <w:rPr>
          <w:rFonts w:ascii="Gentium Plus" w:hAnsi="Gentium Plus"/>
          <w:sz w:val="24"/>
        </w:rPr>
        <w:t>...</w:t>
      </w:r>
    </w:p>
    <w:p>
      <w:r>
        <w:rPr>
          <w:rFonts w:ascii="Courier New" w:hAnsi="Courier New"/>
          <w:color w:val="555555"/>
          <w:sz w:val="20"/>
        </w:rPr>
        <w:t>[732*]</w:t>
      </w:r>
    </w:p>
    <w:p>
      <w:r>
        <w:rPr>
          <w:rFonts w:ascii="Gentium Plus" w:hAnsi="Gentium Plus"/>
          <w:sz w:val="24"/>
        </w:rPr>
        <w:t>[ἔ]δαφος Κυβήβης / 〈εἶδον〉 Ἕκτορος παῖδα [Ἀ]σ̣τυάν(ακτα) / Τρωίλον ὀλλύμενον / μορφὴν τὴν Ἑκάβης στυγοῦσαν ἐν θαλάμοις κλιθεῖσαν /</w:t>
      </w:r>
    </w:p>
    <w:p>
      <w:r>
        <w:rPr>
          <w:rFonts w:ascii="Courier New" w:hAnsi="Courier New"/>
          <w:color w:val="555555"/>
          <w:sz w:val="20"/>
        </w:rPr>
        <w:t>[5]</w:t>
      </w:r>
    </w:p>
    <w:p>
      <w:r>
        <w:rPr>
          <w:rFonts w:ascii="Gentium Plus" w:hAnsi="Gentium Plus"/>
          <w:sz w:val="24"/>
        </w:rPr>
        <w:t>νύκτα [ ].ρον αἱματωπ̣όν, σάτυρον ὑπὸ πίτυν, Ἄ̣ττιν ἡμι‐ γύνην λυθέντα Βρομίου Θῆβαι / εἶδον ἀπολλύμενον [γ]άμον ἔνα̣ιμον Ἰοκάστης / [Οἰ]δίπ(οδος) τὴ̣ν Σφίγγα·</w:t>
      </w:r>
    </w:p>
    <w:p>
      <w:r>
        <w:rPr>
          <w:rFonts w:ascii="Courier New" w:hAnsi="Courier New"/>
          <w:color w:val="555555"/>
          <w:sz w:val="20"/>
        </w:rPr>
        <w:t>[10]</w:t>
      </w:r>
    </w:p>
    <w:p>
      <w:r>
        <w:rPr>
          <w:rFonts w:ascii="Gentium Plus" w:hAnsi="Gentium Plus"/>
          <w:sz w:val="24"/>
        </w:rPr>
        <w:t>Πενθέα κόπτ̣[ουσαν Ἀγ][α]ύην·</w:t>
      </w:r>
    </w:p>
    <w:p>
      <w:r>
        <w:rPr>
          <w:rFonts w:ascii="Courier New" w:hAnsi="Courier New"/>
          <w:color w:val="555555"/>
          <w:sz w:val="20"/>
        </w:rPr>
        <w:t>[13]</w:t>
      </w:r>
    </w:p>
    <w:p>
      <w:r>
        <w:rPr>
          <w:rFonts w:ascii="Gentium Plus" w:hAnsi="Gentium Plus"/>
          <w:sz w:val="24"/>
        </w:rPr>
        <w:t>......</w:t>
      </w:r>
    </w:p>
    <w:p>
      <w:r>
        <w:rPr>
          <w:rFonts w:ascii="Courier New" w:hAnsi="Courier New"/>
          <w:color w:val="555555"/>
          <w:sz w:val="20"/>
        </w:rPr>
        <w:t>[733*,frA,cI (2)]</w:t>
      </w:r>
    </w:p>
    <w:p>
      <w:r>
        <w:rPr>
          <w:rFonts w:ascii="Gentium Plus" w:hAnsi="Gentium Plus"/>
          <w:sz w:val="24"/>
        </w:rPr>
        <w:t>ΜΝΗΣΙΠΠΟΣ Τί ὀξ]ὺ̣ φε̣[ρ]ό̣μενος, ὦ Καλ〈λ〉ίστρατε, πυκ̣νό̣τερα [περι]‐</w:t>
      </w:r>
    </w:p>
    <w:p>
      <w:r>
        <w:rPr>
          <w:rFonts w:ascii="Courier New" w:hAnsi="Courier New"/>
          <w:color w:val="555555"/>
          <w:sz w:val="20"/>
        </w:rPr>
        <w:t>[4]</w:t>
      </w:r>
    </w:p>
    <w:p>
      <w:r>
        <w:rPr>
          <w:rFonts w:ascii="Gentium Plus" w:hAnsi="Gentium Plus"/>
          <w:sz w:val="24"/>
        </w:rPr>
        <w:t>σκ̣έπτῃ καὶ τύπτεις ἑαυτοῦ τὴν κεφαλήν;</w:t>
      </w:r>
    </w:p>
    <w:p>
      <w:r>
        <w:rPr>
          <w:rFonts w:ascii="Courier New" w:hAnsi="Courier New"/>
          <w:color w:val="555555"/>
          <w:sz w:val="20"/>
        </w:rPr>
        <w:t>[5]</w:t>
      </w:r>
    </w:p>
    <w:p>
      <w:r>
        <w:rPr>
          <w:rFonts w:ascii="Gentium Plus" w:hAnsi="Gentium Plus"/>
          <w:sz w:val="24"/>
        </w:rPr>
        <w:t>[τί νυ]νε[ὶ ο]ὐ̣[κ]</w:t>
      </w:r>
    </w:p>
    <w:p>
      <w:r>
        <w:rPr>
          <w:rFonts w:ascii="Courier New" w:hAnsi="Courier New"/>
          <w:color w:val="555555"/>
          <w:sz w:val="20"/>
        </w:rPr>
        <w:t>[5]</w:t>
      </w:r>
    </w:p>
    <w:p>
      <w:r>
        <w:rPr>
          <w:rFonts w:ascii="Gentium Plus" w:hAnsi="Gentium Plus"/>
          <w:sz w:val="24"/>
        </w:rPr>
        <w:t>ἀνθ̣ο̣ρᾷς μὰ Δί’ ἀλγ̣ε̣ι̣νότερός τε ἢ κατ’ ἀ‐</w:t>
      </w:r>
    </w:p>
    <w:p>
      <w:r>
        <w:rPr>
          <w:rFonts w:ascii="Courier New" w:hAnsi="Courier New"/>
          <w:color w:val="555555"/>
          <w:sz w:val="20"/>
        </w:rPr>
        <w:t>[6]</w:t>
      </w:r>
    </w:p>
    <w:p>
      <w:r>
        <w:rPr>
          <w:rFonts w:ascii="Gentium Plus" w:hAnsi="Gentium Plus"/>
          <w:sz w:val="24"/>
        </w:rPr>
        <w:t>θας; ἐπίστησον οὖν κατὰ τὸ γενναῖον [καὶ] λέγε μοι θαρρῶ̣ν̣,</w:t>
      </w:r>
    </w:p>
    <w:p>
      <w:r>
        <w:rPr>
          <w:rFonts w:ascii="Courier New" w:hAnsi="Courier New"/>
          <w:color w:val="555555"/>
          <w:sz w:val="20"/>
        </w:rPr>
        <w:t>[7]</w:t>
      </w:r>
    </w:p>
    <w:p>
      <w:r>
        <w:rPr>
          <w:rFonts w:ascii="Gentium Plus" w:hAnsi="Gentium Plus"/>
          <w:sz w:val="24"/>
        </w:rPr>
        <w:t>τί σοι συμβεβήκ̣ει· τῇ γὰρ Μακεδό‐ [νω]ν εὐψυχείᾳ π̣ρέπον</w:t>
      </w:r>
    </w:p>
    <w:p>
      <w:r>
        <w:rPr>
          <w:rFonts w:ascii="Courier New" w:hAnsi="Courier New"/>
          <w:color w:val="555555"/>
          <w:sz w:val="20"/>
        </w:rPr>
        <w:t>[8]</w:t>
      </w:r>
    </w:p>
    <w:p>
      <w:r>
        <w:rPr>
          <w:rFonts w:ascii="Gentium Plus" w:hAnsi="Gentium Plus"/>
          <w:sz w:val="24"/>
        </w:rPr>
        <w:t>ἐστὶν ἐν μὲν ταῖς πράξεσι τ̣ὰ̣ [ἀπὸ] τῶν ὅπλων, ἐν δὲ ταῖς</w:t>
      </w:r>
    </w:p>
    <w:p>
      <w:r>
        <w:rPr>
          <w:rFonts w:ascii="Courier New" w:hAnsi="Courier New"/>
          <w:color w:val="555555"/>
          <w:sz w:val="20"/>
        </w:rPr>
        <w:t>[9]</w:t>
      </w:r>
    </w:p>
    <w:p>
      <w:r>
        <w:rPr>
          <w:rFonts w:ascii="Gentium Plus" w:hAnsi="Gentium Plus"/>
          <w:sz w:val="24"/>
        </w:rPr>
        <w:t>ψ̣υχαῖς τὰ ἀπὸ τῆς εὐγνω‐</w:t>
      </w:r>
    </w:p>
    <w:p>
      <w:r>
        <w:rPr>
          <w:rFonts w:ascii="Courier New" w:hAnsi="Courier New"/>
          <w:color w:val="555555"/>
          <w:sz w:val="20"/>
        </w:rPr>
        <w:t>[10]</w:t>
      </w:r>
    </w:p>
    <w:p>
      <w:r>
        <w:rPr>
          <w:rFonts w:ascii="Gentium Plus" w:hAnsi="Gentium Plus"/>
          <w:sz w:val="24"/>
        </w:rPr>
        <w:t>[μ]ο̣σύν̣ης μαρ̣τυρ̣ε[ῖ]σ̣θαι, ἵνα τ̣ὰ̣</w:t>
      </w:r>
    </w:p>
    <w:p>
      <w:r>
        <w:rPr>
          <w:rFonts w:ascii="Courier New" w:hAnsi="Courier New"/>
          <w:color w:val="555555"/>
          <w:sz w:val="20"/>
        </w:rPr>
        <w:t>[10]</w:t>
      </w:r>
    </w:p>
    <w:p>
      <w:r>
        <w:rPr>
          <w:rFonts w:ascii="Gentium Plus" w:hAnsi="Gentium Plus"/>
          <w:sz w:val="24"/>
        </w:rPr>
        <w:t>μὲν τρόπαια κηρύσσῃ [τὴ]ν̣ τοῦ σώματος ἀρετήν, τὰ δὲ δόγ‐</w:t>
      </w:r>
    </w:p>
    <w:p>
      <w:r>
        <w:rPr>
          <w:rFonts w:ascii="Courier New" w:hAnsi="Courier New"/>
          <w:color w:val="555555"/>
          <w:sz w:val="20"/>
        </w:rPr>
        <w:t>[11]</w:t>
      </w:r>
    </w:p>
    <w:p>
      <w:r>
        <w:rPr>
          <w:rFonts w:ascii="Gentium Plus" w:hAnsi="Gentium Plus"/>
          <w:sz w:val="24"/>
        </w:rPr>
        <w:t>ματα μαρτυρῇ [τὴ]ν̣ τ̣ῆς̣ ψυχῆς εὐγένειαν·</w:t>
      </w:r>
    </w:p>
    <w:p>
      <w:r>
        <w:rPr>
          <w:rFonts w:ascii="Courier New" w:hAnsi="Courier New"/>
          <w:color w:val="555555"/>
          <w:sz w:val="20"/>
        </w:rPr>
        <w:t>[12]</w:t>
      </w:r>
    </w:p>
    <w:p>
      <w:r>
        <w:rPr>
          <w:rFonts w:ascii="Gentium Plus" w:hAnsi="Gentium Plus"/>
          <w:sz w:val="24"/>
        </w:rPr>
        <w:t>ΚΑΛΛΙΣΤΡΑΤΟΣ [περ]ισ̣κ̣όπει, περισκόπει πανταχοῦ, Μνήσιππε, μή τις [προ]σ̣α̣γωγὸς ἢ κατάσκοπός τις ἡμῶν κατα̣κροᾶται·</w:t>
      </w:r>
    </w:p>
    <w:p>
      <w:r>
        <w:rPr>
          <w:rFonts w:ascii="Courier New" w:hAnsi="Courier New"/>
          <w:color w:val="555555"/>
          <w:sz w:val="20"/>
        </w:rPr>
        <w:t>[15]</w:t>
      </w:r>
    </w:p>
    <w:p>
      <w:r>
        <w:rPr>
          <w:rFonts w:ascii="Gentium Plus" w:hAnsi="Gentium Plus"/>
          <w:sz w:val="24"/>
        </w:rPr>
        <w:t>[οὐ]</w:t>
      </w:r>
    </w:p>
    <w:p>
      <w:r>
        <w:rPr>
          <w:rFonts w:ascii="Courier New" w:hAnsi="Courier New"/>
          <w:color w:val="555555"/>
          <w:sz w:val="20"/>
        </w:rPr>
        <w:t>[15]</w:t>
      </w:r>
    </w:p>
    <w:p>
      <w:r>
        <w:rPr>
          <w:rFonts w:ascii="Gentium Plus" w:hAnsi="Gentium Plus"/>
          <w:sz w:val="24"/>
        </w:rPr>
        <w:t>δήπ[ο]υ̣ νόμοι οὐδὲ δημοκρατεία κατὰ Μακεδονίαν, [ἀλλὰ</w:t>
      </w:r>
    </w:p>
    <w:p>
      <w:r>
        <w:rPr>
          <w:rFonts w:ascii="Courier New" w:hAnsi="Courier New"/>
          <w:color w:val="555555"/>
          <w:sz w:val="20"/>
        </w:rPr>
        <w:t>[16]</w:t>
      </w:r>
    </w:p>
    <w:p>
      <w:r>
        <w:rPr>
          <w:rFonts w:ascii="Gentium Plus" w:hAnsi="Gentium Plus"/>
          <w:sz w:val="24"/>
        </w:rPr>
        <w:t>τυ]ρ̣αννίδι καὶ φόβῳ ὑποτετάγμεθ̣[α]· Ἀ̣[ν]τ̣ίπατρος γὰρ [.]ε[.].[..] μὲν προπετέστερος ὑπάρχω̣ν̣ κα[ὶ] ἰτ̣[α]μ̣ός, οὐχ</w:t>
      </w:r>
    </w:p>
    <w:p>
      <w:r>
        <w:rPr>
          <w:rFonts w:ascii="Courier New" w:hAnsi="Courier New"/>
          <w:color w:val="555555"/>
          <w:sz w:val="20"/>
        </w:rPr>
        <w:t>[17]</w:t>
      </w:r>
    </w:p>
    <w:p>
      <w:r>
        <w:rPr>
          <w:rFonts w:ascii="Gentium Plus" w:hAnsi="Gentium Plus"/>
          <w:sz w:val="24"/>
        </w:rPr>
        <w:t>ἁρ‐ [μόζ]ει̣ δ̣ὲ̣ δ̣ι̣α̣δ̣ήματά τε καὶ πορφύρα̣ [αὐτῷ 6 ll.]ο̣[.]</w:t>
      </w:r>
    </w:p>
    <w:p>
      <w:r>
        <w:rPr>
          <w:rFonts w:ascii="Courier New" w:hAnsi="Courier New"/>
          <w:color w:val="555555"/>
          <w:sz w:val="20"/>
        </w:rPr>
        <w:t>[18]</w:t>
      </w:r>
    </w:p>
    <w:p>
      <w:r>
        <w:rPr>
          <w:rFonts w:ascii="Gentium Plus" w:hAnsi="Gentium Plus"/>
          <w:sz w:val="24"/>
        </w:rPr>
        <w:t>δ̣ες [....]χ̣ο̣[..] μ̣ητέρα Ὀλυμπιάδα προς.[ ca. 8 ll. ]λ̣υ̣[.]</w:t>
      </w:r>
    </w:p>
    <w:p>
      <w:r>
        <w:rPr>
          <w:rFonts w:ascii="Courier New" w:hAnsi="Courier New"/>
          <w:color w:val="555555"/>
          <w:sz w:val="20"/>
        </w:rPr>
        <w:t>[20]</w:t>
      </w:r>
    </w:p>
    <w:p>
      <w:r>
        <w:rPr>
          <w:rFonts w:ascii="Gentium Plus" w:hAnsi="Gentium Plus"/>
          <w:sz w:val="24"/>
        </w:rPr>
        <w:t>[ca. 9 ll.], ὦ Μνήσιππε, ἐπὶ τοῖς γε[γενημένοις· οὐ γ]ὰ[ρ</w:t>
      </w:r>
    </w:p>
    <w:p>
      <w:r>
        <w:rPr>
          <w:rFonts w:ascii="Courier New" w:hAnsi="Courier New"/>
          <w:color w:val="555555"/>
          <w:sz w:val="20"/>
        </w:rPr>
        <w:t>[21]</w:t>
      </w:r>
    </w:p>
    <w:p>
      <w:r>
        <w:rPr>
          <w:rFonts w:ascii="Gentium Plus" w:hAnsi="Gentium Plus"/>
          <w:sz w:val="24"/>
        </w:rPr>
        <w:t>ἀπηλλ]ά̣γη Ἀλέξανδρος κατορ̣υ̣[χθεὶς ὡς θνητός, ἀλ‐ λὰ ὡς</w:t>
      </w:r>
    </w:p>
    <w:p>
      <w:r>
        <w:rPr>
          <w:rFonts w:ascii="Courier New" w:hAnsi="Courier New"/>
          <w:color w:val="555555"/>
          <w:sz w:val="20"/>
        </w:rPr>
        <w:t>[22]</w:t>
      </w:r>
    </w:p>
    <w:p>
      <w:r>
        <w:rPr>
          <w:rFonts w:ascii="Gentium Plus" w:hAnsi="Gentium Plus"/>
          <w:sz w:val="24"/>
        </w:rPr>
        <w:t>θεὸς ἐτε]λ̣εύτησεν·</w:t>
      </w:r>
    </w:p>
    <w:p>
      <w:r>
        <w:rPr>
          <w:rFonts w:ascii="Courier New" w:hAnsi="Courier New"/>
          <w:color w:val="555555"/>
          <w:sz w:val="20"/>
        </w:rPr>
        <w:t>[22]</w:t>
      </w:r>
    </w:p>
    <w:p>
      <w:r>
        <w:rPr>
          <w:rFonts w:ascii="Gentium Plus" w:hAnsi="Gentium Plus"/>
          <w:sz w:val="24"/>
        </w:rPr>
        <w:t>ΜΝΗΣΙΠ[ΠΟΣ ca. 9 ll. ]ι̣ν, ὦ Καλλίστρατε, .[—— ca. 12 ll. ]ι̣ν ὁ</w:t>
      </w:r>
    </w:p>
    <w:p>
      <w:r>
        <w:rPr>
          <w:rFonts w:ascii="Courier New" w:hAnsi="Courier New"/>
          <w:color w:val="555555"/>
          <w:sz w:val="20"/>
        </w:rPr>
        <w:t>[24]</w:t>
      </w:r>
    </w:p>
    <w:p>
      <w:r>
        <w:rPr>
          <w:rFonts w:ascii="Gentium Plus" w:hAnsi="Gentium Plus"/>
          <w:sz w:val="24"/>
        </w:rPr>
        <w:t>Ἀντίπατρος [—</w:t>
      </w:r>
    </w:p>
    <w:p>
      <w:r>
        <w:rPr>
          <w:rFonts w:ascii="Courier New" w:hAnsi="Courier New"/>
          <w:color w:val="555555"/>
          <w:sz w:val="20"/>
        </w:rPr>
        <w:t>[25]</w:t>
      </w:r>
    </w:p>
    <w:p>
      <w:r>
        <w:rPr>
          <w:rFonts w:ascii="Gentium Plus" w:hAnsi="Gentium Plus"/>
          <w:sz w:val="24"/>
        </w:rPr>
        <w:t>ca. 11 ll. ν]ὴ̣ Δία ἁ̣[ρ]μόζετα̣ι̣ λ̣[— ca. 10 ll. ἔ]ζ̣η, ἀλλὰ ἐκ π̣α̣[— ca. 13 ll. ὅ]τ̣ε δὲ</w:t>
      </w:r>
    </w:p>
    <w:p>
      <w:r>
        <w:rPr>
          <w:rFonts w:ascii="Courier New" w:hAnsi="Courier New"/>
          <w:color w:val="555555"/>
          <w:sz w:val="20"/>
        </w:rPr>
        <w:t>[27]</w:t>
      </w:r>
    </w:p>
    <w:p>
      <w:r>
        <w:rPr>
          <w:rFonts w:ascii="Gentium Plus" w:hAnsi="Gentium Plus"/>
          <w:sz w:val="24"/>
        </w:rPr>
        <w:t>ἐτελεύτη[σε——]</w:t>
      </w:r>
    </w:p>
    <w:p>
      <w:r>
        <w:rPr>
          <w:rFonts w:ascii="Courier New" w:hAnsi="Courier New"/>
          <w:color w:val="555555"/>
          <w:sz w:val="20"/>
        </w:rPr>
        <w:t>[733*,frA,cII]</w:t>
      </w:r>
    </w:p>
    <w:p>
      <w:r>
        <w:rPr>
          <w:rFonts w:ascii="Gentium Plus" w:hAnsi="Gentium Plus"/>
          <w:sz w:val="24"/>
        </w:rPr>
        <w:t>τερον τῆς Ἀλεξάνδρου ψυχῆς, ὡς θνητὸς</w:t>
      </w:r>
    </w:p>
    <w:p>
      <w:r>
        <w:rPr>
          <w:rFonts w:ascii="Courier New" w:hAnsi="Courier New"/>
          <w:color w:val="555555"/>
          <w:sz w:val="20"/>
        </w:rPr>
        <w:t>[1]</w:t>
      </w:r>
    </w:p>
    <w:p>
      <w:r>
        <w:rPr>
          <w:rFonts w:ascii="Gentium Plus" w:hAnsi="Gentium Plus"/>
          <w:sz w:val="24"/>
        </w:rPr>
        <w:t>ὢν βίον ἔσχεν̣ ε̣ἰς ἀθανασίαν δόξης· Ἀντίπατρος δ’ ἑαυτὸν</w:t>
      </w:r>
    </w:p>
    <w:p>
      <w:r>
        <w:rPr>
          <w:rFonts w:ascii="Courier New" w:hAnsi="Courier New"/>
          <w:color w:val="555555"/>
          <w:sz w:val="20"/>
        </w:rPr>
        <w:t>[3]</w:t>
      </w:r>
    </w:p>
    <w:p>
      <w:r>
        <w:rPr>
          <w:rFonts w:ascii="Gentium Plus" w:hAnsi="Gentium Plus"/>
          <w:sz w:val="24"/>
        </w:rPr>
        <w:t>ποιήσεται ἁπάσης Μακεδονίας ἐ̣χθρόν· τοιγαροῦν ἡ Ἀλεξ‐</w:t>
      </w:r>
    </w:p>
    <w:p>
      <w:r>
        <w:rPr>
          <w:rFonts w:ascii="Courier New" w:hAnsi="Courier New"/>
          <w:color w:val="555555"/>
          <w:sz w:val="20"/>
        </w:rPr>
        <w:t>[4]</w:t>
      </w:r>
    </w:p>
    <w:p>
      <w:r>
        <w:rPr>
          <w:rFonts w:ascii="Gentium Plus" w:hAnsi="Gentium Plus"/>
          <w:sz w:val="24"/>
        </w:rPr>
        <w:t>άνδρου θειότης {τῶν}</w:t>
      </w:r>
    </w:p>
    <w:p>
      <w:r>
        <w:rPr>
          <w:rFonts w:ascii="Courier New" w:hAnsi="Courier New"/>
          <w:color w:val="555555"/>
          <w:sz w:val="20"/>
        </w:rPr>
        <w:t>[5]</w:t>
      </w:r>
    </w:p>
    <w:p>
      <w:r>
        <w:rPr>
          <w:rFonts w:ascii="Gentium Plus" w:hAnsi="Gentium Plus"/>
          <w:sz w:val="24"/>
        </w:rPr>
        <w:t>τ̣[ὸ]ν̣ τῆς ἡγε̣[μ]ονίας ὅρον ἐκτέθειται·</w:t>
      </w:r>
    </w:p>
    <w:p>
      <w:r>
        <w:rPr>
          <w:rFonts w:ascii="Courier New" w:hAnsi="Courier New"/>
          <w:color w:val="555555"/>
          <w:sz w:val="20"/>
        </w:rPr>
        <w:t>[5]</w:t>
      </w:r>
    </w:p>
    <w:p>
      <w:r>
        <w:rPr>
          <w:rFonts w:ascii="Gentium Plus" w:hAnsi="Gentium Plus"/>
          <w:sz w:val="24"/>
        </w:rPr>
        <w:t>ἀλλ’ αὐτὸς</w:t>
      </w:r>
    </w:p>
    <w:p>
      <w:r>
        <w:rPr>
          <w:rFonts w:ascii="Courier New" w:hAnsi="Courier New"/>
          <w:color w:val="555555"/>
          <w:sz w:val="20"/>
        </w:rPr>
        <w:t>[6]</w:t>
      </w:r>
    </w:p>
    <w:p>
      <w:r>
        <w:rPr>
          <w:rFonts w:ascii="Gentium Plus" w:hAnsi="Gentium Plus"/>
          <w:sz w:val="24"/>
        </w:rPr>
        <w:t>ΑΝΤΙΠΑΤΡΟΣ Μ̣ακε̣δ̣ονία μὲν εὐδαίμων καὶ πάλαι, νῦν μεν\ reliqua col. vac.</w:t>
      </w:r>
    </w:p>
    <w:p>
      <w:r>
        <w:rPr>
          <w:rFonts w:ascii="Courier New" w:hAnsi="Courier New"/>
          <w:color w:val="555555"/>
          <w:sz w:val="20"/>
        </w:rPr>
        <w:t>[733*,frB,cI]</w:t>
      </w:r>
    </w:p>
    <w:p>
      <w:r>
        <w:rPr>
          <w:rFonts w:ascii="Gentium Plus" w:hAnsi="Gentium Plus"/>
          <w:sz w:val="24"/>
        </w:rPr>
        <w:t>3 lineae desunt</w:t>
      </w:r>
    </w:p>
    <w:p>
      <w:r>
        <w:rPr>
          <w:rFonts w:ascii="Courier New" w:hAnsi="Courier New"/>
          <w:color w:val="555555"/>
          <w:sz w:val="20"/>
        </w:rPr>
        <w:t>[4]</w:t>
      </w:r>
    </w:p>
    <w:p>
      <w:r>
        <w:rPr>
          <w:rFonts w:ascii="Gentium Plus" w:hAnsi="Gentium Plus"/>
          <w:sz w:val="24"/>
        </w:rPr>
        <w:t>[—————]ι̣.ν̣ο̣[—</w:t>
      </w:r>
    </w:p>
    <w:p>
      <w:r>
        <w:rPr>
          <w:rFonts w:ascii="Courier New" w:hAnsi="Courier New"/>
          <w:color w:val="555555"/>
          <w:sz w:val="20"/>
        </w:rPr>
        <w:t>[5]</w:t>
      </w:r>
    </w:p>
    <w:p>
      <w:r>
        <w:rPr>
          <w:rFonts w:ascii="Gentium Plus" w:hAnsi="Gentium Plus"/>
          <w:sz w:val="24"/>
        </w:rPr>
        <w:t>—————]πων̣ο̣[— ———</w:t>
      </w:r>
    </w:p>
    <w:p>
      <w:r>
        <w:rPr>
          <w:rFonts w:ascii="Courier New" w:hAnsi="Courier New"/>
          <w:color w:val="555555"/>
          <w:sz w:val="20"/>
        </w:rPr>
        <w:t>[6]</w:t>
      </w:r>
    </w:p>
    <w:p>
      <w:r>
        <w:rPr>
          <w:rFonts w:ascii="Gentium Plus" w:hAnsi="Gentium Plus"/>
          <w:sz w:val="24"/>
        </w:rPr>
        <w:t>——].ω̣π̣ερ̣[— —————]. ἀφικε̣[— ———</w:t>
      </w:r>
    </w:p>
    <w:p>
      <w:r>
        <w:rPr>
          <w:rFonts w:ascii="Courier New" w:hAnsi="Courier New"/>
          <w:color w:val="555555"/>
          <w:sz w:val="20"/>
        </w:rPr>
        <w:t>[8]</w:t>
      </w:r>
    </w:p>
    <w:p>
      <w:r>
        <w:rPr>
          <w:rFonts w:ascii="Gentium Plus" w:hAnsi="Gentium Plus"/>
          <w:sz w:val="24"/>
        </w:rPr>
        <w:t>ΜΕΝ]ΑΙ[ΧΜΟΣ</w:t>
      </w:r>
    </w:p>
    <w:p>
      <w:r>
        <w:rPr>
          <w:rFonts w:ascii="Courier New" w:hAnsi="Courier New"/>
          <w:color w:val="555555"/>
          <w:sz w:val="20"/>
        </w:rPr>
        <w:t>[8]</w:t>
      </w:r>
    </w:p>
    <w:p>
      <w:r>
        <w:rPr>
          <w:rFonts w:ascii="Gentium Plus" w:hAnsi="Gentium Plus"/>
          <w:sz w:val="24"/>
        </w:rPr>
        <w:t>(...)] vac. [ —]π̣ηδ[—]υ̣σετοξα[</w:t>
      </w:r>
    </w:p>
    <w:p>
      <w:r>
        <w:rPr>
          <w:rFonts w:ascii="Courier New" w:hAnsi="Courier New"/>
          <w:color w:val="555555"/>
          <w:sz w:val="20"/>
        </w:rPr>
        <w:t>[10]</w:t>
      </w:r>
    </w:p>
    <w:p>
      <w:r>
        <w:rPr>
          <w:rFonts w:ascii="Gentium Plus" w:hAnsi="Gentium Plus"/>
          <w:sz w:val="24"/>
        </w:rPr>
        <w:t>—ὡ]ς̣ ἦλθο[ν πρὸς</w:t>
      </w:r>
    </w:p>
    <w:p>
      <w:r>
        <w:rPr>
          <w:rFonts w:ascii="Courier New" w:hAnsi="Courier New"/>
          <w:color w:val="555555"/>
          <w:sz w:val="20"/>
        </w:rPr>
        <w:t>[10]</w:t>
      </w:r>
    </w:p>
    <w:p>
      <w:r>
        <w:rPr>
          <w:rFonts w:ascii="Gentium Plus" w:hAnsi="Gentium Plus"/>
          <w:sz w:val="24"/>
        </w:rPr>
        <w:t>Ὀλυ]μπιάδα [καὶ ἔσ‐ την αὐτῆς ἐ]γ̣γύς, ἀπο̣[ ca. 7 ll. ] αὐτῆς</w:t>
      </w:r>
    </w:p>
    <w:p>
      <w:r>
        <w:rPr>
          <w:rFonts w:ascii="Courier New" w:hAnsi="Courier New"/>
          <w:color w:val="555555"/>
          <w:sz w:val="20"/>
        </w:rPr>
        <w:t>[11]</w:t>
      </w:r>
    </w:p>
    <w:p>
      <w:r>
        <w:rPr>
          <w:rFonts w:ascii="Gentium Plus" w:hAnsi="Gentium Plus"/>
          <w:sz w:val="24"/>
        </w:rPr>
        <w:t>“κα]ὶ πάλαι ὁ Ἀλέξαν]δ̣[ρ]ο̣ς̣”, φησί, “τ̣[.... ἐσ]τ̣ὶ̣ν οἷ̣α̣</w:t>
      </w:r>
    </w:p>
    <w:p>
      <w:r>
        <w:rPr>
          <w:rFonts w:ascii="Courier New" w:hAnsi="Courier New"/>
          <w:color w:val="555555"/>
          <w:sz w:val="20"/>
        </w:rPr>
        <w:t>[12]</w:t>
      </w:r>
    </w:p>
    <w:p>
      <w:r>
        <w:rPr>
          <w:rFonts w:ascii="Gentium Plus" w:hAnsi="Gentium Plus"/>
          <w:sz w:val="24"/>
        </w:rPr>
        <w:t>γυν[— 6 ll. ]χ̣ο̣υ· τὸ γὰ̣ρ αὐτ̣[ὸ γέγρ]α̣φα καὶ ἐν το[ῖς</w:t>
      </w:r>
    </w:p>
    <w:p>
      <w:r>
        <w:rPr>
          <w:rFonts w:ascii="Courier New" w:hAnsi="Courier New"/>
          <w:color w:val="555555"/>
          <w:sz w:val="20"/>
        </w:rPr>
        <w:t>[13]</w:t>
      </w:r>
    </w:p>
    <w:p>
      <w:r>
        <w:rPr>
          <w:rFonts w:ascii="Gentium Plus" w:hAnsi="Gentium Plus"/>
          <w:sz w:val="24"/>
        </w:rPr>
        <w:t>....]δ̣ο̣ [ 6 ll. ]α̣ρ̣ι̣ν̣δ̣ε καταλ̣[....]οις̣ γυν[αι]κὸς [....]ε̣ν̣</w:t>
      </w:r>
    </w:p>
    <w:p>
      <w:r>
        <w:rPr>
          <w:rFonts w:ascii="Courier New" w:hAnsi="Courier New"/>
          <w:color w:val="555555"/>
          <w:sz w:val="20"/>
        </w:rPr>
        <w:t>[15]</w:t>
      </w:r>
    </w:p>
    <w:p>
      <w:r>
        <w:rPr>
          <w:rFonts w:ascii="Gentium Plus" w:hAnsi="Gentium Plus"/>
          <w:sz w:val="24"/>
        </w:rPr>
        <w:t>[ ca. 8 ll. ]α̣ κ̣αὶ ἡ στερ̣ο̣π̣ὴ Ἀλέξανδρον αὐτο.[— ....ὑπερ]‐</w:t>
      </w:r>
    </w:p>
    <w:p>
      <w:r>
        <w:rPr>
          <w:rFonts w:ascii="Courier New" w:hAnsi="Courier New"/>
          <w:color w:val="555555"/>
          <w:sz w:val="20"/>
        </w:rPr>
        <w:t>[16]</w:t>
      </w:r>
    </w:p>
    <w:p>
      <w:r>
        <w:rPr>
          <w:rFonts w:ascii="Gentium Plus" w:hAnsi="Gentium Plus"/>
          <w:sz w:val="24"/>
        </w:rPr>
        <w:t>α̣ν̣έτειλε τῶν Φιλιππε̣[ίω]ν̣ υ̣ἱῶν ....[.] [ ca. 8 ll. ]..</w:t>
      </w:r>
    </w:p>
    <w:p>
      <w:r>
        <w:rPr>
          <w:rFonts w:ascii="Courier New" w:hAnsi="Courier New"/>
          <w:color w:val="555555"/>
          <w:sz w:val="20"/>
        </w:rPr>
        <w:t>[17]</w:t>
      </w:r>
    </w:p>
    <w:p>
      <w:r>
        <w:rPr>
          <w:rFonts w:ascii="Gentium Plus" w:hAnsi="Gentium Plus"/>
          <w:sz w:val="24"/>
        </w:rPr>
        <w:t>κεκλῆσθαι μᾶλλον [ἢ] ε̣ἶ̣ν̣αι Ἀντίπ[α]τρ̣ος̣ [ ca. 8 ll. ]τ̣ην</w:t>
      </w:r>
    </w:p>
    <w:p>
      <w:r>
        <w:rPr>
          <w:rFonts w:ascii="Courier New" w:hAnsi="Courier New"/>
          <w:color w:val="555555"/>
          <w:sz w:val="20"/>
        </w:rPr>
        <w:t>[18]</w:t>
      </w:r>
    </w:p>
    <w:p>
      <w:r>
        <w:rPr>
          <w:rFonts w:ascii="Gentium Plus" w:hAnsi="Gentium Plus"/>
          <w:sz w:val="24"/>
        </w:rPr>
        <w:t>βασιλίδα”·</w:t>
      </w:r>
    </w:p>
    <w:p>
      <w:r>
        <w:rPr>
          <w:rFonts w:ascii="Courier New" w:hAnsi="Courier New"/>
          <w:color w:val="555555"/>
          <w:sz w:val="20"/>
        </w:rPr>
        <w:t>[18]</w:t>
      </w:r>
    </w:p>
    <w:p>
      <w:r>
        <w:rPr>
          <w:rFonts w:ascii="Gentium Plus" w:hAnsi="Gentium Plus"/>
          <w:sz w:val="24"/>
        </w:rPr>
        <w:t>ΑΝΤΙΠΑΤΡΟΣ [ 6 ll. ]....μεθα ἴσως παρ’ Ὀλυμπιάδι αἰσθο‐</w:t>
      </w:r>
    </w:p>
    <w:p>
      <w:r>
        <w:rPr>
          <w:rFonts w:ascii="Courier New" w:hAnsi="Courier New"/>
          <w:color w:val="555555"/>
          <w:sz w:val="20"/>
        </w:rPr>
        <w:t>[20]</w:t>
      </w:r>
    </w:p>
    <w:p>
      <w:r>
        <w:rPr>
          <w:rFonts w:ascii="Gentium Plus" w:hAnsi="Gentium Plus"/>
          <w:sz w:val="24"/>
        </w:rPr>
        <w:t>[μένῃ</w:t>
      </w:r>
    </w:p>
    <w:p>
      <w:r>
        <w:rPr>
          <w:rFonts w:ascii="Courier New" w:hAnsi="Courier New"/>
          <w:color w:val="555555"/>
          <w:sz w:val="20"/>
        </w:rPr>
        <w:t>[20]</w:t>
      </w:r>
    </w:p>
    <w:p>
      <w:r>
        <w:rPr>
          <w:rFonts w:ascii="Gentium Plus" w:hAnsi="Gentium Plus"/>
          <w:sz w:val="24"/>
        </w:rPr>
        <w:t>ca. 8 ll. ] τὸν κόμπον τῆς ῥήσεως δεῖ παν\ [ ca. 10 ll. τῷ]</w:t>
      </w:r>
    </w:p>
    <w:p>
      <w:r>
        <w:rPr>
          <w:rFonts w:ascii="Courier New" w:hAnsi="Courier New"/>
          <w:color w:val="555555"/>
          <w:sz w:val="20"/>
        </w:rPr>
        <w:t>[21]</w:t>
      </w:r>
    </w:p>
    <w:p>
      <w:r>
        <w:rPr>
          <w:rFonts w:ascii="Gentium Plus" w:hAnsi="Gentium Plus"/>
          <w:sz w:val="24"/>
        </w:rPr>
        <w:t>δράκοντι καὶ τοῖς ἐφε̣υ̣ρημένοις, [οἷς εἰς θεοὺς] ἐ̣νέκρινε</w:t>
      </w:r>
    </w:p>
    <w:p>
      <w:r>
        <w:rPr>
          <w:rFonts w:ascii="Courier New" w:hAnsi="Courier New"/>
          <w:color w:val="555555"/>
          <w:sz w:val="20"/>
        </w:rPr>
        <w:t>[22]</w:t>
      </w:r>
    </w:p>
    <w:p>
      <w:r>
        <w:rPr>
          <w:rFonts w:ascii="Gentium Plus" w:hAnsi="Gentium Plus"/>
          <w:sz w:val="24"/>
        </w:rPr>
        <w:t>τὸν βασ[ι]λέα· δι’ ἃ καὶ [ ca. 10 ll. ]ην πολλάκις φέρουσαν</w:t>
      </w:r>
    </w:p>
    <w:p>
      <w:r>
        <w:rPr>
          <w:rFonts w:ascii="Courier New" w:hAnsi="Courier New"/>
          <w:color w:val="555555"/>
          <w:sz w:val="20"/>
        </w:rPr>
        <w:t>[23]</w:t>
      </w:r>
    </w:p>
    <w:p>
      <w:r>
        <w:rPr>
          <w:rFonts w:ascii="Gentium Plus" w:hAnsi="Gentium Plus"/>
          <w:sz w:val="24"/>
        </w:rPr>
        <w:t>καὶ πολύ· [ἡμῖν δὲ μέθη] ἐθρυλήθη καὶ τύπ̣ωμ̣α Δαρείου</w:t>
      </w:r>
    </w:p>
    <w:p>
      <w:r>
        <w:rPr>
          <w:rFonts w:ascii="Courier New" w:hAnsi="Courier New"/>
          <w:color w:val="555555"/>
          <w:sz w:val="20"/>
        </w:rPr>
        <w:t>[25]</w:t>
      </w:r>
    </w:p>
    <w:p>
      <w:r>
        <w:rPr>
          <w:rFonts w:ascii="Gentium Plus" w:hAnsi="Gentium Plus"/>
          <w:sz w:val="24"/>
        </w:rPr>
        <w:t>[καὶ ἑταίρ]ω̣ν̣ θάνατο[ι], ὧν Ἀλέξανδρος σύνοιδεν [αἴτιος</w:t>
      </w:r>
    </w:p>
    <w:p>
      <w:r>
        <w:rPr>
          <w:rFonts w:ascii="Courier New" w:hAnsi="Courier New"/>
          <w:color w:val="555555"/>
          <w:sz w:val="20"/>
        </w:rPr>
        <w:t>[26]</w:t>
      </w:r>
    </w:p>
    <w:p>
      <w:r>
        <w:rPr>
          <w:rFonts w:ascii="Gentium Plus" w:hAnsi="Gentium Plus"/>
          <w:sz w:val="24"/>
        </w:rPr>
        <w:t>ὤν· εἰ δὲ] κ̣ατὰ μῦθό[ν] ἐστι τεθνηκώς, αἰνηθεὶς</w:t>
      </w:r>
    </w:p>
    <w:p>
      <w:r>
        <w:rPr>
          <w:rFonts w:ascii="Courier New" w:hAnsi="Courier New"/>
          <w:color w:val="555555"/>
          <w:sz w:val="20"/>
        </w:rPr>
        <w:t>[27]</w:t>
      </w:r>
    </w:p>
    <w:p>
      <w:r>
        <w:rPr>
          <w:rFonts w:ascii="Gentium Plus" w:hAnsi="Gentium Plus"/>
          <w:sz w:val="24"/>
        </w:rPr>
        <w:t>βασ]ιλέων, γνώσεταί με δεσπότην [ὄντα· ἕως νῦ]ν γὰρ</w:t>
      </w:r>
    </w:p>
    <w:p>
      <w:r>
        <w:rPr>
          <w:rFonts w:ascii="Courier New" w:hAnsi="Courier New"/>
          <w:color w:val="555555"/>
          <w:sz w:val="20"/>
        </w:rPr>
        <w:t>[28]</w:t>
      </w:r>
    </w:p>
    <w:p>
      <w:r>
        <w:rPr>
          <w:rFonts w:ascii="Gentium Plus" w:hAnsi="Gentium Plus"/>
          <w:sz w:val="24"/>
        </w:rPr>
        <w:t>ἀδοξεῖ, αἰσθήσεται δ’ ἐμοῦ κολαζο‐ [μένη κα]τ̣ὰ̣ σθένος· ἀλλ’</w:t>
      </w:r>
    </w:p>
    <w:p>
      <w:r>
        <w:rPr>
          <w:rFonts w:ascii="Courier New" w:hAnsi="Courier New"/>
          <w:color w:val="555555"/>
          <w:sz w:val="20"/>
        </w:rPr>
        <w:t>[29]</w:t>
      </w:r>
    </w:p>
    <w:p>
      <w:r>
        <w:rPr>
          <w:rFonts w:ascii="Gentium Plus" w:hAnsi="Gentium Plus"/>
          <w:sz w:val="24"/>
        </w:rPr>
        <w:t>ἴθι, Μέναιχμε, μετὰ τὸ</w:t>
      </w:r>
    </w:p>
    <w:p>
      <w:r>
        <w:rPr>
          <w:rFonts w:ascii="Courier New" w:hAnsi="Courier New"/>
          <w:color w:val="555555"/>
          <w:sz w:val="20"/>
        </w:rPr>
        <w:t>[30]</w:t>
      </w:r>
    </w:p>
    <w:p>
      <w:r>
        <w:rPr>
          <w:rFonts w:ascii="Gentium Plus" w:hAnsi="Gentium Plus"/>
          <w:sz w:val="24"/>
        </w:rPr>
        <w:t>[ca. 10 ll.]τ̣ου καὶ τὴν τοὺς θεοὺς</w:t>
      </w:r>
    </w:p>
    <w:p>
      <w:r>
        <w:rPr>
          <w:rFonts w:ascii="Courier New" w:hAnsi="Courier New"/>
          <w:color w:val="555555"/>
          <w:sz w:val="20"/>
        </w:rPr>
        <w:t>[30]</w:t>
      </w:r>
    </w:p>
    <w:p>
      <w:r>
        <w:rPr>
          <w:rFonts w:ascii="Gentium Plus" w:hAnsi="Gentium Plus"/>
          <w:sz w:val="24"/>
        </w:rPr>
        <w:t>ἀ̣κηδ̣ο̣ῦσαν</w:t>
      </w:r>
    </w:p>
    <w:p>
      <w:r>
        <w:rPr>
          <w:rFonts w:ascii="Courier New" w:hAnsi="Courier New"/>
          <w:color w:val="555555"/>
          <w:sz w:val="20"/>
        </w:rPr>
        <w:t>[733*,frB,cII]</w:t>
      </w:r>
    </w:p>
    <w:p>
      <w:r>
        <w:rPr>
          <w:rFonts w:ascii="Gentium Plus" w:hAnsi="Gentium Plus"/>
          <w:sz w:val="24"/>
        </w:rPr>
        <w:t>[...]ο̣σ[ ca. 9 ll.]ν[——</w:t>
      </w:r>
    </w:p>
    <w:p>
      <w:r>
        <w:rPr>
          <w:rFonts w:ascii="Courier New" w:hAnsi="Courier New"/>
          <w:color w:val="555555"/>
          <w:sz w:val="20"/>
        </w:rPr>
        <w:t>[1]</w:t>
      </w:r>
    </w:p>
    <w:p>
      <w:r>
        <w:rPr>
          <w:rFonts w:ascii="Gentium Plus" w:hAnsi="Gentium Plus"/>
          <w:sz w:val="24"/>
        </w:rPr>
        <w:t>ΚΑΣΣΑΝΔΡΟΣ] [.]ω̣τ̣ησ[6 ll.]εσοχη̣ [——— .]ε̣δυε̣ι̣[6 ll.]ειωι̣[——— .]ν̣γ̣υος σὸν μὲν ἴσως, βα[σιλεῦ, ——ἐπι‐</w:t>
      </w:r>
    </w:p>
    <w:p>
      <w:r>
        <w:rPr>
          <w:rFonts w:ascii="Courier New" w:hAnsi="Courier New"/>
          <w:color w:val="555555"/>
          <w:sz w:val="20"/>
        </w:rPr>
        <w:t>[5]</w:t>
      </w:r>
    </w:p>
    <w:p>
      <w:r>
        <w:rPr>
          <w:rFonts w:ascii="Gentium Plus" w:hAnsi="Gentium Plus"/>
          <w:sz w:val="24"/>
        </w:rPr>
        <w:t>κου]ρ̣εῖν τῷ γέ σου</w:t>
      </w:r>
    </w:p>
    <w:p>
      <w:r>
        <w:rPr>
          <w:rFonts w:ascii="Courier New" w:hAnsi="Courier New"/>
          <w:color w:val="555555"/>
          <w:sz w:val="20"/>
        </w:rPr>
        <w:t>[5]</w:t>
      </w:r>
    </w:p>
    <w:p>
      <w:r>
        <w:rPr>
          <w:rFonts w:ascii="Gentium Plus" w:hAnsi="Gentium Plus"/>
          <w:sz w:val="24"/>
        </w:rPr>
        <w:t>ὀφ[θαλμῷ——] τυγχάν[ο]υσιν οἱ φο̣[———έ β]αλλεν, ὃ κα‐</w:t>
      </w:r>
    </w:p>
    <w:p>
      <w:r>
        <w:rPr>
          <w:rFonts w:ascii="Courier New" w:hAnsi="Courier New"/>
          <w:color w:val="555555"/>
          <w:sz w:val="20"/>
        </w:rPr>
        <w:t>[7]</w:t>
      </w:r>
    </w:p>
    <w:p>
      <w:r>
        <w:rPr>
          <w:rFonts w:ascii="Gentium Plus" w:hAnsi="Gentium Plus"/>
          <w:sz w:val="24"/>
        </w:rPr>
        <w:t>τώκνει ὑπ[——— .]σι· νῦν γὰρ οὐκ ἄλλο τ[ι κατηγορεῖ ἡ</w:t>
      </w:r>
    </w:p>
    <w:p>
      <w:r>
        <w:rPr>
          <w:rFonts w:ascii="Courier New" w:hAnsi="Courier New"/>
          <w:color w:val="555555"/>
          <w:sz w:val="20"/>
        </w:rPr>
        <w:t>[8]</w:t>
      </w:r>
    </w:p>
    <w:p>
      <w:r>
        <w:rPr>
          <w:rFonts w:ascii="Gentium Plus" w:hAnsi="Gentium Plus"/>
          <w:sz w:val="24"/>
        </w:rPr>
        <w:t>Ὀλυμ‐] πιὰς τοῦ γυναικίου ἢ̣ [ca. 9 ll.]ρ̣[—]</w:t>
      </w:r>
    </w:p>
    <w:p>
      <w:r>
        <w:rPr>
          <w:rFonts w:ascii="Courier New" w:hAnsi="Courier New"/>
          <w:color w:val="555555"/>
          <w:sz w:val="20"/>
        </w:rPr>
        <w:t>[10]</w:t>
      </w:r>
    </w:p>
    <w:p>
      <w:r>
        <w:rPr>
          <w:rFonts w:ascii="Gentium Plus" w:hAnsi="Gentium Plus"/>
          <w:sz w:val="24"/>
        </w:rPr>
        <w:t>τὸν γάμον</w:t>
      </w:r>
    </w:p>
    <w:p>
      <w:r>
        <w:rPr>
          <w:rFonts w:ascii="Courier New" w:hAnsi="Courier New"/>
          <w:color w:val="555555"/>
          <w:sz w:val="20"/>
        </w:rPr>
        <w:t>[10]</w:t>
      </w:r>
    </w:p>
    <w:p>
      <w:r>
        <w:rPr>
          <w:rFonts w:ascii="Gentium Plus" w:hAnsi="Gentium Plus"/>
          <w:sz w:val="24"/>
        </w:rPr>
        <w:t>τ̣ι̣αφ̣ωσ̣ο̣ιτ̣υ[ca. 9 ll.]ω[—] ἀντιλέγει λόγοις [.]υ̣κ[ca.</w:t>
      </w:r>
    </w:p>
    <w:p>
      <w:r>
        <w:rPr>
          <w:rFonts w:ascii="Courier New" w:hAnsi="Courier New"/>
          <w:color w:val="555555"/>
          <w:sz w:val="20"/>
        </w:rPr>
        <w:t>[11]</w:t>
      </w:r>
    </w:p>
    <w:p>
      <w:r>
        <w:rPr>
          <w:rFonts w:ascii="Gentium Plus" w:hAnsi="Gentium Plus"/>
          <w:sz w:val="24"/>
        </w:rPr>
        <w:t>8 ll. ]α̣ν[—] λ̣η, ἀλλ’ εἰς ἐπίτασιν ση[6 ll.]ρ̣οσεχει[—] δ’ αὐτῇ συγγνώμη, καὶ [γὰρ τ]ὸ ἀπὸ τῆς τύχη[ς] προσφά‐</w:t>
      </w:r>
    </w:p>
    <w:p>
      <w:r>
        <w:rPr>
          <w:rFonts w:ascii="Courier New" w:hAnsi="Courier New"/>
          <w:color w:val="555555"/>
          <w:sz w:val="20"/>
        </w:rPr>
        <w:t>[14]</w:t>
      </w:r>
    </w:p>
    <w:p>
      <w:r>
        <w:rPr>
          <w:rFonts w:ascii="Gentium Plus" w:hAnsi="Gentium Plus"/>
          <w:sz w:val="24"/>
        </w:rPr>
        <w:t>τ{ο}ως παρέστη· ‘τ[έ]θνηκεν Ἀλέξαν‐</w:t>
      </w:r>
    </w:p>
    <w:p>
      <w:r>
        <w:rPr>
          <w:rFonts w:ascii="Courier New" w:hAnsi="Courier New"/>
          <w:color w:val="555555"/>
          <w:sz w:val="20"/>
        </w:rPr>
        <w:t>[15]</w:t>
      </w:r>
    </w:p>
    <w:p>
      <w:r>
        <w:rPr>
          <w:rFonts w:ascii="Gentium Plus" w:hAnsi="Gentium Plus"/>
          <w:sz w:val="24"/>
        </w:rPr>
        <w:t>δροσ‘, ὡς καὶ 〈εἰ〉 μὴ</w:t>
      </w:r>
    </w:p>
    <w:p>
      <w:r>
        <w:rPr>
          <w:rFonts w:ascii="Courier New" w:hAnsi="Courier New"/>
          <w:color w:val="555555"/>
          <w:sz w:val="20"/>
        </w:rPr>
        <w:t>[15]</w:t>
      </w:r>
    </w:p>
    <w:p>
      <w:r>
        <w:rPr>
          <w:rFonts w:ascii="Gentium Plus" w:hAnsi="Gentium Plus"/>
          <w:sz w:val="24"/>
        </w:rPr>
        <w:t>γεγεννήκει τὸν βασιλέα, ἀνάγκην εἶχε πενθεῖν, καὶ ὅτι</w:t>
      </w:r>
    </w:p>
    <w:p>
      <w:r>
        <w:rPr>
          <w:rFonts w:ascii="Courier New" w:hAnsi="Courier New"/>
          <w:color w:val="555555"/>
          <w:sz w:val="20"/>
        </w:rPr>
        <w:t>[16]</w:t>
      </w:r>
    </w:p>
    <w:p>
      <w:r>
        <w:rPr>
          <w:rFonts w:ascii="Gentium Plus" w:hAnsi="Gentium Plus"/>
          <w:sz w:val="24"/>
        </w:rPr>
        <w:t>γεγεννή‐ κει· καλὸν μὲν οὖν, ὦ βασιλεῦ, περιμεῖναι τὴν γυναῖκαν καὶ ἐν τοιούτοις ⟦....⟧ ὑπάρχουσα(ν)· τὸ γὰρ</w:t>
      </w:r>
    </w:p>
    <w:p>
      <w:r>
        <w:rPr>
          <w:rFonts w:ascii="Courier New" w:hAnsi="Courier New"/>
          <w:color w:val="555555"/>
          <w:sz w:val="20"/>
        </w:rPr>
        <w:t>[19]</w:t>
      </w:r>
    </w:p>
    <w:p>
      <w:r>
        <w:rPr>
          <w:rFonts w:ascii="Gentium Plus" w:hAnsi="Gentium Plus"/>
          <w:sz w:val="24"/>
        </w:rPr>
        <w:t>π[ρο]πετὲς τῆς ἀρνήσεως ἡ μεταμέ‐</w:t>
      </w:r>
    </w:p>
    <w:p>
      <w:r>
        <w:rPr>
          <w:rFonts w:ascii="Courier New" w:hAnsi="Courier New"/>
          <w:color w:val="555555"/>
          <w:sz w:val="20"/>
        </w:rPr>
        <w:t>[20]</w:t>
      </w:r>
    </w:p>
    <w:p>
      <w:r>
        <w:rPr>
          <w:rFonts w:ascii="Gentium Plus" w:hAnsi="Gentium Plus"/>
          <w:sz w:val="24"/>
        </w:rPr>
        <w:t>λεια ......σει·</w:t>
      </w:r>
    </w:p>
    <w:p>
      <w:r>
        <w:rPr>
          <w:rFonts w:ascii="Courier New" w:hAnsi="Courier New"/>
          <w:color w:val="555555"/>
          <w:sz w:val="20"/>
        </w:rPr>
        <w:t>[20]</w:t>
      </w:r>
    </w:p>
    <w:p>
      <w:r>
        <w:rPr>
          <w:rFonts w:ascii="Gentium Plus" w:hAnsi="Gentium Plus"/>
          <w:sz w:val="24"/>
        </w:rPr>
        <w:t>ΑΝΤΙΠΑΤΡΟΣ σὺ μὲν καλῶς ἔλεξας, ὦ Κάσσανδρε, καὶ σοῦ τὸ λῆμ̣ά̣ [ἐ]σ̣τι</w:t>
      </w:r>
    </w:p>
    <w:p>
      <w:r>
        <w:rPr>
          <w:rFonts w:ascii="Courier New" w:hAnsi="Courier New"/>
          <w:color w:val="555555"/>
          <w:sz w:val="20"/>
        </w:rPr>
        <w:t>[22]</w:t>
      </w:r>
    </w:p>
    <w:p>
      <w:r>
        <w:rPr>
          <w:rFonts w:ascii="Gentium Plus" w:hAnsi="Gentium Plus"/>
          <w:sz w:val="24"/>
        </w:rPr>
        <w:t>χρησ̣[τ]ῶν καὶ ἐν πολέμοις καὶ ἐν γνώμῃ ἄριστον· [ἀ]λ̣λ’ ὁρῶ</w:t>
      </w:r>
    </w:p>
    <w:p>
      <w:r>
        <w:rPr>
          <w:rFonts w:ascii="Courier New" w:hAnsi="Courier New"/>
          <w:color w:val="555555"/>
          <w:sz w:val="20"/>
        </w:rPr>
        <w:t>[23]</w:t>
      </w:r>
    </w:p>
    <w:p>
      <w:r>
        <w:rPr>
          <w:rFonts w:ascii="Gentium Plus" w:hAnsi="Gentium Plus"/>
          <w:sz w:val="24"/>
        </w:rPr>
        <w:t>προσιοῦσαν τὴν θεο‐ μήτορα καὶ τοῖ̣ς̣ [διασκ]ε̣υῆς μύθοις</w:t>
      </w:r>
    </w:p>
    <w:p>
      <w:r>
        <w:rPr>
          <w:rFonts w:ascii="Courier New" w:hAnsi="Courier New"/>
          <w:color w:val="555555"/>
          <w:sz w:val="20"/>
        </w:rPr>
        <w:t>[24]</w:t>
      </w:r>
    </w:p>
    <w:p>
      <w:r>
        <w:rPr>
          <w:rFonts w:ascii="Gentium Plus" w:hAnsi="Gentium Plus"/>
          <w:sz w:val="24"/>
        </w:rPr>
        <w:t>μεγάλα</w:t>
      </w:r>
    </w:p>
    <w:p>
      <w:r>
        <w:rPr>
          <w:rFonts w:ascii="Courier New" w:hAnsi="Courier New"/>
          <w:color w:val="555555"/>
          <w:sz w:val="20"/>
        </w:rPr>
        <w:t>[25]</w:t>
      </w:r>
    </w:p>
    <w:p>
      <w:r>
        <w:rPr>
          <w:rFonts w:ascii="Gentium Plus" w:hAnsi="Gentium Plus"/>
          <w:sz w:val="24"/>
        </w:rPr>
        <w:t>φρονοῦσα(ν) καὶ το̣ὺ̣[ς ἐ]πιχωρίους βασιλεῖς ἀδ̣ο‐ ξοῦσα(ν)· καὶ τὰ πρὸ̣ς̣ ἡ̣μ̣ᾶς Ὀλυμπιὰς οὕτω⟦σ⟧· σο‐ βα̣ρῶς̣</w:t>
      </w:r>
    </w:p>
    <w:p>
      <w:r>
        <w:rPr>
          <w:rFonts w:ascii="Courier New" w:hAnsi="Courier New"/>
          <w:color w:val="555555"/>
          <w:sz w:val="20"/>
        </w:rPr>
        <w:t>[27]</w:t>
      </w:r>
    </w:p>
    <w:p>
      <w:r>
        <w:rPr>
          <w:rFonts w:ascii="Gentium Plus" w:hAnsi="Gentium Plus"/>
          <w:sz w:val="24"/>
        </w:rPr>
        <w:t>κ̣α̣ὶ̣ τυραν[νι]κῶς· ἔξεστι γάρ σοι δια‐ λέγεσθαι .......</w:t>
      </w:r>
    </w:p>
    <w:p>
      <w:r>
        <w:rPr>
          <w:rFonts w:ascii="Courier New" w:hAnsi="Courier New"/>
          <w:color w:val="555555"/>
          <w:sz w:val="20"/>
        </w:rPr>
        <w:t>[28]</w:t>
      </w:r>
    </w:p>
    <w:p>
      <w:r>
        <w:rPr>
          <w:rFonts w:ascii="Gentium Plus" w:hAnsi="Gentium Plus"/>
          <w:sz w:val="24"/>
        </w:rPr>
        <w:t>ονιασ̣ο̣υ̣ β̣ασ[ι]λε̣υσ̣[—]</w:t>
      </w:r>
    </w:p>
    <w:p>
      <w:r>
        <w:rPr>
          <w:rFonts w:ascii="Courier New" w:hAnsi="Courier New"/>
          <w:color w:val="555555"/>
          <w:sz w:val="20"/>
        </w:rPr>
        <w:t>[733*,frB,cIII (8)]</w:t>
      </w:r>
    </w:p>
    <w:p>
      <w:r>
        <w:rPr>
          <w:rFonts w:ascii="Gentium Plus" w:hAnsi="Gentium Plus"/>
          <w:sz w:val="24"/>
        </w:rPr>
        <w:t>7 lineae desunt [...]σω[————— ..]κα[.]η̣[————]α̣ι̣[—</w:t>
      </w:r>
    </w:p>
    <w:p>
      <w:r>
        <w:rPr>
          <w:rFonts w:ascii="Courier New" w:hAnsi="Courier New"/>
          <w:color w:val="555555"/>
          <w:sz w:val="20"/>
        </w:rPr>
        <w:t>[10]</w:t>
      </w:r>
    </w:p>
    <w:p>
      <w:r>
        <w:rPr>
          <w:rFonts w:ascii="Gentium Plus" w:hAnsi="Gentium Plus"/>
          <w:sz w:val="24"/>
        </w:rPr>
        <w:t>.]π̣ο̣λ̣υβα[————]λ̣ευ̣ο[— ὀ]λ̣ίγ̣ας·</w:t>
      </w:r>
    </w:p>
    <w:p>
      <w:r>
        <w:rPr>
          <w:rFonts w:ascii="Courier New" w:hAnsi="Courier New"/>
          <w:color w:val="555555"/>
          <w:sz w:val="20"/>
        </w:rPr>
        <w:t>[11]</w:t>
      </w:r>
    </w:p>
    <w:p>
      <w:r>
        <w:rPr>
          <w:rFonts w:ascii="Gentium Plus" w:hAnsi="Gentium Plus"/>
          <w:sz w:val="24"/>
        </w:rPr>
        <w:t>κε̣[——]κ̣ι̣.[——] [</w:t>
      </w:r>
    </w:p>
    <w:p>
      <w:r>
        <w:rPr>
          <w:rFonts w:ascii="Courier New" w:hAnsi="Courier New"/>
          <w:color w:val="555555"/>
          <w:sz w:val="20"/>
        </w:rPr>
        <w:t>[734*]</w:t>
      </w:r>
    </w:p>
    <w:p>
      <w:r>
        <w:rPr>
          <w:rFonts w:ascii="Gentium Plus" w:hAnsi="Gentium Plus"/>
          <w:sz w:val="24"/>
        </w:rPr>
        <w:t>argumenta tragica vel singuli fabularum loci fortasse respiciuntur in nonnullis fragmentis μυθικοῖς (cf. Pack2 2446—2463, Uebel 1465—1467):</w:t>
      </w:r>
    </w:p>
    <w:p>
      <w:pPr>
        <w:jc w:val="center"/>
      </w:pPr>
      <w:r>
        <w:rPr>
          <w:rFonts w:ascii="Gentium Plus" w:hAnsi="Gentium Plus"/>
          <w:b/>
          <w:sz w:val="24"/>
        </w:rPr>
        <w:t>P. Harris 35 (saec. I2), Pack2 1960, recognita a P. Maas ap. Sn.,</w:t>
      </w:r>
    </w:p>
    <w:p>
      <w:r>
        <w:rPr>
          <w:rFonts w:ascii="Courier New" w:hAnsi="Courier New"/>
          <w:color w:val="555555"/>
          <w:sz w:val="20"/>
        </w:rPr>
        <w:t>[t2]</w:t>
      </w:r>
    </w:p>
    <w:p>
      <w:r>
        <w:rPr>
          <w:rFonts w:ascii="Gentium Plus" w:hAnsi="Gentium Plus"/>
          <w:sz w:val="24"/>
        </w:rPr>
        <w:t>Gnomon 13 (1937) 582 (cf. ed. pr. tab. III):</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 [ ].. [ ].ε [ ]..νου</w:t>
      </w:r>
    </w:p>
    <w:p>
      <w:r>
        <w:rPr>
          <w:rFonts w:ascii="Courier New" w:hAnsi="Courier New"/>
          <w:color w:val="555555"/>
          <w:sz w:val="20"/>
        </w:rPr>
        <w:t>[5]</w:t>
      </w:r>
    </w:p>
    <w:p>
      <w:r>
        <w:rPr>
          <w:rFonts w:ascii="Gentium Plus" w:hAnsi="Gentium Plus"/>
          <w:sz w:val="24"/>
        </w:rPr>
        <w:t>[ αἰγ]υπιὸ̣ς̣ []. π̣ρὸς δε[...].ι χειρὶ [ ] ὄφιν μέγαν̣ ἀετὸς [].μος τε Γοργοῦς περ[ι</w:t>
      </w:r>
    </w:p>
    <w:p>
      <w:pPr>
        <w:jc w:val="center"/>
      </w:pPr>
      <w:r>
        <w:rPr>
          <w:rFonts w:ascii="Gentium Plus" w:hAnsi="Gentium Plus"/>
          <w:b/>
          <w:sz w:val="24"/>
        </w:rPr>
        <w:t>P. Berol. 16984 (cod. saec. IV/Vp), ed. W. Müller, Staatl. Museen</w:t>
      </w:r>
    </w:p>
    <w:p>
      <w:r>
        <w:rPr>
          <w:rFonts w:ascii="Courier New" w:hAnsi="Courier New"/>
          <w:color w:val="555555"/>
          <w:sz w:val="20"/>
        </w:rPr>
        <w:t>[t2]</w:t>
      </w:r>
    </w:p>
    <w:p>
      <w:r>
        <w:rPr>
          <w:rFonts w:ascii="Gentium Plus" w:hAnsi="Gentium Plus"/>
          <w:sz w:val="24"/>
        </w:rPr>
        <w:t>zu Berlin. Forschungen &amp;Berichte 10 (1968) 120 nr. 5, Uebel 1524:</w:t>
      </w:r>
    </w:p>
    <w:p>
      <w:r>
        <w:rPr>
          <w:rFonts w:ascii="Courier New" w:hAnsi="Courier New"/>
          <w:color w:val="555555"/>
          <w:sz w:val="20"/>
        </w:rPr>
        <w:t>[t3]</w:t>
      </w:r>
    </w:p>
    <w:p>
      <w:r>
        <w:rPr>
          <w:rFonts w:ascii="Gentium Plus" w:hAnsi="Gentium Plus"/>
          <w:sz w:val="24"/>
        </w:rPr>
        <w:t>schol. marginale ad textum ignotum:</w:t>
      </w:r>
    </w:p>
    <w:p>
      <w:r>
        <w:rPr>
          <w:rFonts w:ascii="Courier New" w:hAnsi="Courier New"/>
          <w:color w:val="555555"/>
          <w:sz w:val="20"/>
        </w:rPr>
        <w:t>[1]</w:t>
      </w:r>
    </w:p>
    <w:p>
      <w:r>
        <w:rPr>
          <w:rFonts w:ascii="Gentium Plus" w:hAnsi="Gentium Plus"/>
          <w:sz w:val="24"/>
        </w:rPr>
        <w:t>...</w:t>
      </w:r>
    </w:p>
    <w:p>
      <w:r>
        <w:rPr>
          <w:rFonts w:ascii="Courier New" w:hAnsi="Courier New"/>
          <w:color w:val="555555"/>
          <w:sz w:val="20"/>
        </w:rPr>
        <w:t>[1]</w:t>
      </w:r>
    </w:p>
    <w:p>
      <w:r>
        <w:rPr>
          <w:rFonts w:ascii="Gentium Plus" w:hAnsi="Gentium Plus"/>
          <w:sz w:val="24"/>
        </w:rPr>
        <w:t>[ ]κ̣.[ [ ]σαι̣.[ [ ]μ̣εταβλ̣[ηθ [ ]ο̣ς Φιλύρα̣[</w:t>
      </w:r>
    </w:p>
    <w:p>
      <w:r>
        <w:rPr>
          <w:rFonts w:ascii="Courier New" w:hAnsi="Courier New"/>
          <w:color w:val="555555"/>
          <w:sz w:val="20"/>
        </w:rPr>
        <w:t>[5]</w:t>
      </w:r>
    </w:p>
    <w:p>
      <w:r>
        <w:rPr>
          <w:rFonts w:ascii="Gentium Plus" w:hAnsi="Gentium Plus"/>
          <w:sz w:val="24"/>
        </w:rPr>
        <w:t>[ ]της Ῥέας [....].τ[ [ ].ομόνο̣ς̣ εἰ[ς] ἵππον [μετε‐ [βλ]ήθη, ἡ δὲ̣ διὰ τὴν μ̣[εταμόρ‐ [ φ]ωσιν ἀπ̣έτεκεν Χε̣[ίρωνα [τὸ]ν ἱπποκένταυρον [</w:t>
      </w:r>
    </w:p>
    <w:p>
      <w:r>
        <w:rPr>
          <w:rFonts w:ascii="Courier New" w:hAnsi="Courier New"/>
          <w:color w:val="555555"/>
          <w:sz w:val="20"/>
        </w:rPr>
        <w:t>[9]</w:t>
      </w:r>
    </w:p>
    <w:p>
      <w:r>
        <w:rPr>
          <w:rFonts w:ascii="Gentium Plus" w:hAnsi="Gentium Plus"/>
          <w:sz w:val="24"/>
        </w:rPr>
        <w:t>...</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