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Διαθήκαι τῶν Δώδεκα Πατριαρχῶν</w:t>
      </w:r>
      <w:r>
        <w:br/>
      </w:r>
      <w:r>
        <w:rPr>
          <w:i/>
          <w:color w:val="666666"/>
          <w:sz w:val="40"/>
        </w:rPr>
        <w:t>Testaments of the Twelve Patriarchs</w:t>
      </w:r>
    </w:p>
    <w:p>
      <w:pPr>
        <w:jc w:val="center"/>
      </w:pPr>
      <w:r>
        <w:rPr>
          <w:rFonts w:ascii="Times New Roman" w:hAnsi="Times New Roman"/>
          <w:color w:val="1E3A70"/>
          <w:sz w:val="32"/>
        </w:rPr>
        <w:t>Δώδεκα Πατριαρχῶν Διαθῆκαι</w:t>
      </w:r>
      <w:r>
        <w:br/>
      </w:r>
      <w:r>
        <w:rPr>
          <w:i/>
          <w:color w:val="666666"/>
          <w:sz w:val="28"/>
        </w:rPr>
        <w:t>by Twelve Patriarchs Testaments</w:t>
      </w:r>
    </w:p>
    <w:p/>
    <w:p>
      <w:pPr>
        <w:jc w:val="center"/>
      </w:pPr>
      <w:r>
        <w:rPr>
          <w:rFonts w:ascii="Gentium Plus" w:hAnsi="Gentium Plus"/>
          <w:b/>
          <w:sz w:val="24"/>
        </w:rPr>
        <w:t>ΔΙΑΘΗΚΑΙ ΤΩΝ ΙΒ ΠΑΤΡΙΑΡΧΩΝ ΤΩΝ ΥΙΩΝ ΙΑΚΩΒ</w:t>
      </w:r>
    </w:p>
    <w:p>
      <w:pPr>
        <w:jc w:val="center"/>
      </w:pPr>
      <w:r>
        <w:rPr>
          <w:rFonts w:ascii="Gentium Plus" w:hAnsi="Gentium Plus"/>
          <w:b/>
          <w:sz w:val="24"/>
        </w:rPr>
        <w:t>ΔΙΑΘΗΚΗ ΡΟΥΒΗΜ ΠΕΡΙ ΕΝΝΟΙΩΝ</w:t>
      </w:r>
    </w:p>
    <w:p>
      <w:r>
        <w:rPr>
          <w:rFonts w:ascii="Courier New" w:hAnsi="Courier New"/>
          <w:color w:val="555555"/>
          <w:sz w:val="20"/>
        </w:rPr>
        <w:t>[1 . 1 . 1]</w:t>
      </w:r>
    </w:p>
    <w:p>
      <w:r>
        <w:rPr>
          <w:rFonts w:ascii="Gentium Plus" w:hAnsi="Gentium Plus"/>
          <w:sz w:val="24"/>
        </w:rPr>
        <w:t>Ἀντίγραφον διαθήκης Ῥουβὴμ ὅσα ἐνετείλατο τοῖς υἱοῖς αὐτοῦ, πρὶν ἀποθανεῖν αὐτόν, ἐν ἑκατοστῷ εἰκοστῷ πέμπτῳ ἔτει τῆς ζωῆς αὐτοῦ.</w:t>
      </w:r>
    </w:p>
    <w:p>
      <w:r>
        <w:rPr>
          <w:rFonts w:ascii="Courier New" w:hAnsi="Courier New"/>
          <w:color w:val="555555"/>
          <w:sz w:val="20"/>
        </w:rPr>
        <w:t>[1 . 1 . 2]</w:t>
      </w:r>
    </w:p>
    <w:p>
      <w:r>
        <w:rPr>
          <w:rFonts w:ascii="Gentium Plus" w:hAnsi="Gentium Plus"/>
          <w:sz w:val="24"/>
        </w:rPr>
        <w:t>Μετὰ ἔτη δύο τῆς τελευτῆς Ἰωσήφ, ἀρρωστοῦντι συνήχθησαν ἐπισκέψασθαι αὐτὸν οἱ υἱοὶ καὶ υἱοὶ τῶν υἱῶν αὐτοῦ.</w:t>
      </w:r>
    </w:p>
    <w:p>
      <w:r>
        <w:rPr>
          <w:rFonts w:ascii="Courier New" w:hAnsi="Courier New"/>
          <w:color w:val="555555"/>
          <w:sz w:val="20"/>
        </w:rPr>
        <w:t>[1 . 1 . 3]</w:t>
      </w:r>
    </w:p>
    <w:p>
      <w:r>
        <w:rPr>
          <w:rFonts w:ascii="Gentium Plus" w:hAnsi="Gentium Plus"/>
          <w:sz w:val="24"/>
        </w:rPr>
        <w:t>Καὶ εἶπεν αὐτοῖς, Τεκνία μου, ἐγὼ ἀποθνήσκω καὶ πορεύομαι ὁδὸν πατέρων μου.</w:t>
      </w:r>
    </w:p>
    <w:p>
      <w:r>
        <w:rPr>
          <w:rFonts w:ascii="Courier New" w:hAnsi="Courier New"/>
          <w:color w:val="555555"/>
          <w:sz w:val="20"/>
        </w:rPr>
        <w:t>[1 . 1 . 4]</w:t>
      </w:r>
    </w:p>
    <w:p>
      <w:r>
        <w:rPr>
          <w:rFonts w:ascii="Gentium Plus" w:hAnsi="Gentium Plus"/>
          <w:sz w:val="24"/>
        </w:rPr>
        <w:t>Καὶ ἰδὼν ἐκεῖ Ἰούδαν καὶ Γὰδ καὶ Ἀσήρ, τοὺς ἀδελφοὺς αὐτοῦ, εἶπεν αὐτοῖς· Ἀναστήσατέ με, ἀδελφοί, ὅπως εἴπω τοῖς ἀδελφοῖς μου καὶ τοῖς τέκνοις μου, ὅσα ἔχω ἐν τῇ καρδίᾳ μου κρυπτά· ἐκλιπὼν γὰρ ἐγώ εἰμι ἀπὸ τοῦ νῦν.</w:t>
      </w:r>
    </w:p>
    <w:p>
      <w:r>
        <w:rPr>
          <w:rFonts w:ascii="Courier New" w:hAnsi="Courier New"/>
          <w:color w:val="555555"/>
          <w:sz w:val="20"/>
        </w:rPr>
        <w:t>[1 . 1 . 5]</w:t>
      </w:r>
    </w:p>
    <w:p>
      <w:r>
        <w:rPr>
          <w:rFonts w:ascii="Gentium Plus" w:hAnsi="Gentium Plus"/>
          <w:sz w:val="24"/>
        </w:rPr>
        <w:t>Καὶ ἀναστὰς κατεφίλησεν αὐτοὺς καὶ κλαύσας εἶπεν· Ἀκούσατε, ἀδελφοί μου, ἐνωτίσασθε Ῥουβὴμ τοῦ πατρὸς ὑμῶν ὅσα ἐντέλλομαι ὑμῖν.</w:t>
      </w:r>
    </w:p>
    <w:p>
      <w:r>
        <w:rPr>
          <w:rFonts w:ascii="Courier New" w:hAnsi="Courier New"/>
          <w:color w:val="555555"/>
          <w:sz w:val="20"/>
        </w:rPr>
        <w:t>[1 . 1 . 6]</w:t>
      </w:r>
    </w:p>
    <w:p>
      <w:r>
        <w:rPr>
          <w:rFonts w:ascii="Gentium Plus" w:hAnsi="Gentium Plus"/>
          <w:sz w:val="24"/>
        </w:rPr>
        <w:t>Καὶ ἰδοὺ ἐπιμαρτύρομαι ὑμῖν τὸν Θεὸν τοῦ οὐρανοῦ σήμερον, τοῦ μὴ πορευθῆναι ἐν ἀγνοίᾳ νεότητος, καὶ πορνείᾳ, ἐν ᾗ ἐξεχύθην ἐγὼ καὶ ἐμίανα τὴν κοίτην τοῦ πατρός μου Ἰακώβ.</w:t>
      </w:r>
    </w:p>
    <w:p>
      <w:r>
        <w:rPr>
          <w:rFonts w:ascii="Courier New" w:hAnsi="Courier New"/>
          <w:color w:val="555555"/>
          <w:sz w:val="20"/>
        </w:rPr>
        <w:t>[1 . 1 . 7]</w:t>
      </w:r>
    </w:p>
    <w:p>
      <w:r>
        <w:rPr>
          <w:rFonts w:ascii="Gentium Plus" w:hAnsi="Gentium Plus"/>
          <w:sz w:val="24"/>
        </w:rPr>
        <w:t>Λέγω γὰρ ὑμῖν, ὅτι ἐνέπληξέ με πληγὴν μεγάλην ἐν ταῖς λαγῶσί μου ἐπὶ μῆνας ἑπτά· καὶ εἰ μὴ Ἰακὼβ ὁ πατὴρ ἡμῶν προσηύξατο περὶ ἐμοῦ πρὸς Κύριον, ὅτι ἤθελε Κύριος ἀνελεῖν με.</w:t>
      </w:r>
    </w:p>
    <w:p>
      <w:r>
        <w:rPr>
          <w:rFonts w:ascii="Courier New" w:hAnsi="Courier New"/>
          <w:color w:val="555555"/>
          <w:sz w:val="20"/>
        </w:rPr>
        <w:t>[1 . 1 . 8]</w:t>
      </w:r>
    </w:p>
    <w:p>
      <w:r>
        <w:rPr>
          <w:rFonts w:ascii="Gentium Plus" w:hAnsi="Gentium Plus"/>
          <w:sz w:val="24"/>
        </w:rPr>
        <w:t>Ἤμην γὰρ ἐτῶν τριάκοντα ὅτε ἔπραξα τὸ πονηρὸν ἐνώπιον Κυρίου· καὶ ἑπτὰ μῆνας ἐμαλακίσθην ἕως θανάτου·</w:t>
      </w:r>
    </w:p>
    <w:p>
      <w:r>
        <w:rPr>
          <w:rFonts w:ascii="Courier New" w:hAnsi="Courier New"/>
          <w:color w:val="555555"/>
          <w:sz w:val="20"/>
        </w:rPr>
        <w:t>[1 . 1 . 9]</w:t>
      </w:r>
    </w:p>
    <w:p>
      <w:r>
        <w:rPr>
          <w:rFonts w:ascii="Gentium Plus" w:hAnsi="Gentium Plus"/>
          <w:sz w:val="24"/>
        </w:rPr>
        <w:t>καὶ ἐν προαιρέσει ψυχῆς μου ἑπτὰ ἔτη μετενόησα ἐνώπιον Κυρίου.</w:t>
      </w:r>
    </w:p>
    <w:p>
      <w:r>
        <w:rPr>
          <w:rFonts w:ascii="Courier New" w:hAnsi="Courier New"/>
          <w:color w:val="555555"/>
          <w:sz w:val="20"/>
        </w:rPr>
        <w:t>[1 . 1 . 10]</w:t>
      </w:r>
    </w:p>
    <w:p>
      <w:r>
        <w:rPr>
          <w:rFonts w:ascii="Gentium Plus" w:hAnsi="Gentium Plus"/>
          <w:sz w:val="24"/>
        </w:rPr>
        <w:t>Οἶνον καὶ σίκερα οὐκ ἔπιον, καὶ κρέας οὐκ εἰσῆλθεν εἰς τὸ στόμα μου· καὶ πᾶν ἄρτον ἐπιθυμίας οὐκ ἐγευσάμην, πενθῶν ἐπὶ τῇ ἁμαρτίᾳ μου, μεγάλη γὰρ ἦν· καὶ οὐ μὴ γένηται ἐν τῷ Ἰσραὴλ οὕτως.</w:t>
      </w:r>
    </w:p>
    <w:p>
      <w:r>
        <w:rPr>
          <w:rFonts w:ascii="Courier New" w:hAnsi="Courier New"/>
          <w:color w:val="555555"/>
          <w:sz w:val="20"/>
        </w:rPr>
        <w:t>[1 . 2 . 1]</w:t>
      </w:r>
    </w:p>
    <w:p>
      <w:r>
        <w:rPr>
          <w:rFonts w:ascii="Gentium Plus" w:hAnsi="Gentium Plus"/>
          <w:sz w:val="24"/>
        </w:rPr>
        <w:t>Καὶ νῦν ἀκούσατέ μου, τέκνα, ἃ εἶδον περὶ τῶν ἑπτὰ πνευμάτων τῆς πλάνης ἐν τῇ μετανοίᾳ μου.</w:t>
      </w:r>
    </w:p>
    <w:p>
      <w:r>
        <w:rPr>
          <w:rFonts w:ascii="Courier New" w:hAnsi="Courier New"/>
          <w:color w:val="555555"/>
          <w:sz w:val="20"/>
        </w:rPr>
        <w:t>[1 . 2 . 2]</w:t>
      </w:r>
    </w:p>
    <w:p>
      <w:r>
        <w:rPr>
          <w:rFonts w:ascii="Gentium Plus" w:hAnsi="Gentium Plus"/>
          <w:sz w:val="24"/>
        </w:rPr>
        <w:t>Ἑπτὰ</w:t>
      </w:r>
    </w:p>
    <w:p>
      <w:r>
        <w:rPr>
          <w:rFonts w:ascii="Courier New" w:hAnsi="Courier New"/>
          <w:color w:val="555555"/>
          <w:sz w:val="20"/>
        </w:rPr>
        <w:t>[1 . 2 . 3]</w:t>
      </w:r>
    </w:p>
    <w:p>
      <w:r>
        <w:rPr>
          <w:rFonts w:ascii="Gentium Plus" w:hAnsi="Gentium Plus"/>
          <w:sz w:val="24"/>
        </w:rPr>
        <w:t>καὶ ἑπτὰ πνεύματα ἐδόθη αὐτῷ ἐπὶ τῆς κτίσεως, τοῦ εἶναι ἐν αὐτοῖς πᾶν ἔργον ἀνθρώπου.</w:t>
      </w:r>
    </w:p>
    <w:p>
      <w:r>
        <w:rPr>
          <w:rFonts w:ascii="Courier New" w:hAnsi="Courier New"/>
          <w:color w:val="555555"/>
          <w:sz w:val="20"/>
        </w:rPr>
        <w:t>[1 . 2 . 4]</w:t>
      </w:r>
    </w:p>
    <w:p>
      <w:r>
        <w:rPr>
          <w:rFonts w:ascii="Gentium Plus" w:hAnsi="Gentium Plus"/>
          <w:sz w:val="24"/>
        </w:rPr>
        <w:t>Πρῶτον πνεῦμα ζωῆς, μεθ’ ἧς ἡ σύστασις κτίζεται. Δεύτερον πνεῦμα ὁράσεως, μεθ’ ἧς γίνεται ἐπιθυμία.</w:t>
      </w:r>
    </w:p>
    <w:p>
      <w:r>
        <w:rPr>
          <w:rFonts w:ascii="Courier New" w:hAnsi="Courier New"/>
          <w:color w:val="555555"/>
          <w:sz w:val="20"/>
        </w:rPr>
        <w:t>[1 . 2 . 5]</w:t>
      </w:r>
    </w:p>
    <w:p>
      <w:r>
        <w:rPr>
          <w:rFonts w:ascii="Gentium Plus" w:hAnsi="Gentium Plus"/>
          <w:sz w:val="24"/>
        </w:rPr>
        <w:t>Τρίτον πνεῦμα ἀκοῆς, μεθ’ ἧς γίνεται διδασκαλία. Τέταρτον πνεῦμα ὀσφρήσεως, μεθ’ ἧς ἐστι γεῦσις δεδομένη εἰς συνολκὴν ἀέρος καὶ πνοῆς.</w:t>
      </w:r>
    </w:p>
    <w:p>
      <w:r>
        <w:rPr>
          <w:rFonts w:ascii="Courier New" w:hAnsi="Courier New"/>
          <w:color w:val="555555"/>
          <w:sz w:val="20"/>
        </w:rPr>
        <w:t>[1 . 2 . 6]</w:t>
      </w:r>
    </w:p>
    <w:p>
      <w:r>
        <w:rPr>
          <w:rFonts w:ascii="Gentium Plus" w:hAnsi="Gentium Plus"/>
          <w:sz w:val="24"/>
        </w:rPr>
        <w:t>Πέμπτον πνεῦμα λαλιᾶς, μεθ’ ἧς γίνεται γνῶσις.</w:t>
      </w:r>
    </w:p>
    <w:p>
      <w:r>
        <w:rPr>
          <w:rFonts w:ascii="Courier New" w:hAnsi="Courier New"/>
          <w:color w:val="555555"/>
          <w:sz w:val="20"/>
        </w:rPr>
        <w:t>[1 . 2 . 7]</w:t>
      </w:r>
    </w:p>
    <w:p>
      <w:r>
        <w:rPr>
          <w:rFonts w:ascii="Gentium Plus" w:hAnsi="Gentium Plus"/>
          <w:sz w:val="24"/>
        </w:rPr>
        <w:t>Ἕκτον πνεῦμα γεύσεως μεθ’ ἧς γίνεται βρῶσις βρωτῶν καὶ ποτῶν, καὶ ἰσχὺς ἐν αὐτοῖς κτίζεται· ὅτι ἐν βρώμασίν ἐστιν ἡ ὑπόστασις τῆς ἰσχύος.</w:t>
      </w:r>
    </w:p>
    <w:p>
      <w:r>
        <w:rPr>
          <w:rFonts w:ascii="Courier New" w:hAnsi="Courier New"/>
          <w:color w:val="555555"/>
          <w:sz w:val="20"/>
        </w:rPr>
        <w:t>[1 . 2 . 8]</w:t>
      </w:r>
    </w:p>
    <w:p>
      <w:r>
        <w:rPr>
          <w:rFonts w:ascii="Gentium Plus" w:hAnsi="Gentium Plus"/>
          <w:sz w:val="24"/>
        </w:rPr>
        <w:t>Ἕβδομον πνεῦμα σπορᾶς καὶ συνουσίας, μεθ’ ἧς συνεισέρχεται διὰ τῆς φιληδονίας ἡ ἁμαρτία.</w:t>
      </w:r>
    </w:p>
    <w:p>
      <w:r>
        <w:rPr>
          <w:rFonts w:ascii="Courier New" w:hAnsi="Courier New"/>
          <w:color w:val="555555"/>
          <w:sz w:val="20"/>
        </w:rPr>
        <w:t>[1 . 2 . 9]</w:t>
      </w:r>
    </w:p>
    <w:p>
      <w:r>
        <w:rPr>
          <w:rFonts w:ascii="Gentium Plus" w:hAnsi="Gentium Plus"/>
          <w:sz w:val="24"/>
        </w:rPr>
        <w:t>Διὰ τοῦτο ἔσχατόν ἐστι τῆς κτίσεως καὶ πρῶτον τῆς νεότητος, ὅτι ἀγνοίας πεπλήρωται, καὶ αὕτη τὸν νεώτερον ὁδηγεῖ ὡς τυφλὸν ἐπὶ βόθρον καὶ ὡς κτῆνος ἐπὶ κρημνόν.</w:t>
      </w:r>
    </w:p>
    <w:p>
      <w:r>
        <w:rPr>
          <w:rFonts w:ascii="Courier New" w:hAnsi="Courier New"/>
          <w:color w:val="555555"/>
          <w:sz w:val="20"/>
        </w:rPr>
        <w:t>[1 . 3 . 1]</w:t>
      </w:r>
    </w:p>
    <w:p>
      <w:r>
        <w:rPr>
          <w:rFonts w:ascii="Gentium Plus" w:hAnsi="Gentium Plus"/>
          <w:sz w:val="24"/>
        </w:rPr>
        <w:t>Ἐπὶ πᾶσι τούτοις ὄγδοον πνεῦμα τοῦ ὕπνου ἐστί, μεθ’ οὗ ἐκτίσθη ἔκστασις φύσεως, καὶ εἰκὼν τοῦ θανάτου.</w:t>
      </w:r>
    </w:p>
    <w:p>
      <w:r>
        <w:rPr>
          <w:rFonts w:ascii="Courier New" w:hAnsi="Courier New"/>
          <w:color w:val="555555"/>
          <w:sz w:val="20"/>
        </w:rPr>
        <w:t>[1 . 3 . 2]</w:t>
      </w:r>
    </w:p>
    <w:p>
      <w:r>
        <w:rPr>
          <w:rFonts w:ascii="Gentium Plus" w:hAnsi="Gentium Plus"/>
          <w:sz w:val="24"/>
        </w:rPr>
        <w:t>Τούτοις τοῖς πνεύμασι συμμίγνυται τὸ πνεῦμα τῆς πλάνης.</w:t>
      </w:r>
    </w:p>
    <w:p>
      <w:r>
        <w:rPr>
          <w:rFonts w:ascii="Courier New" w:hAnsi="Courier New"/>
          <w:color w:val="555555"/>
          <w:sz w:val="20"/>
        </w:rPr>
        <w:t>[1 . 3 . 3]</w:t>
      </w:r>
    </w:p>
    <w:p>
      <w:r>
        <w:rPr>
          <w:rFonts w:ascii="Gentium Plus" w:hAnsi="Gentium Plus"/>
          <w:sz w:val="24"/>
        </w:rPr>
        <w:t>Πρῶτον τὸ τῆς πορνείας ἐν τῇ φύσει καὶ ταῖς αἰσθήσεσιν ἔγκειται. Δεύτερον πνεῦμα ἀπληστείας ἐν τῇ γαστρί.</w:t>
      </w:r>
    </w:p>
    <w:p>
      <w:r>
        <w:rPr>
          <w:rFonts w:ascii="Courier New" w:hAnsi="Courier New"/>
          <w:color w:val="555555"/>
          <w:sz w:val="20"/>
        </w:rPr>
        <w:t>[1 . 3 . 4]</w:t>
      </w:r>
    </w:p>
    <w:p>
      <w:r>
        <w:rPr>
          <w:rFonts w:ascii="Gentium Plus" w:hAnsi="Gentium Plus"/>
          <w:sz w:val="24"/>
        </w:rPr>
        <w:t>Τρίτον πνεῦμα μάχης ἐν τῷ ἥπατι καὶ τῇ χολῇ. Τέταρτον πνεῦμα ἀρεσκείας καὶ μαγγανίας, ἵνα διὰ περιεργείας ὡραῖος ὠφθῇ.</w:t>
      </w:r>
    </w:p>
    <w:p>
      <w:r>
        <w:rPr>
          <w:rFonts w:ascii="Courier New" w:hAnsi="Courier New"/>
          <w:color w:val="555555"/>
          <w:sz w:val="20"/>
        </w:rPr>
        <w:t>[1 . 3 . 5]</w:t>
      </w:r>
    </w:p>
    <w:p>
      <w:r>
        <w:rPr>
          <w:rFonts w:ascii="Gentium Plus" w:hAnsi="Gentium Plus"/>
          <w:sz w:val="24"/>
        </w:rPr>
        <w:t>Πέμπτον πνεῦμα ὑπερηφανείας, ἵνα κινῆται καὶ μεγαλοφρονῇ. Ἕκτον πνεῦμα ψεύδους, ἐν ἀπωλείᾳ καὶ ζήλῳ τοῦ πλάττειν λόγους αὐτοῦ ἀπὸ γένους καὶ οἰκείων.</w:t>
      </w:r>
    </w:p>
    <w:p>
      <w:r>
        <w:rPr>
          <w:rFonts w:ascii="Courier New" w:hAnsi="Courier New"/>
          <w:color w:val="555555"/>
          <w:sz w:val="20"/>
        </w:rPr>
        <w:t>[1 . 3 . 6]</w:t>
      </w:r>
    </w:p>
    <w:p>
      <w:r>
        <w:rPr>
          <w:rFonts w:ascii="Gentium Plus" w:hAnsi="Gentium Plus"/>
          <w:sz w:val="24"/>
        </w:rPr>
        <w:t>Ἕβ‐ δομον πνεῦμα ἀδικίας, μεθ’ ἧς κλοπὴ καὶ γριπίσματα, ἵνα ποιήσῃ φιληδονίαν καρδίας αὐτοῦ. Ἡ γὰρ ἀδικία συνεργεῖ τοῖς λοιποῖς πνεύμασι διὰ τῆς δολολειψίας.</w:t>
      </w:r>
    </w:p>
    <w:p>
      <w:r>
        <w:rPr>
          <w:rFonts w:ascii="Courier New" w:hAnsi="Courier New"/>
          <w:color w:val="555555"/>
          <w:sz w:val="20"/>
        </w:rPr>
        <w:t>[1 . 3 . 7]</w:t>
      </w:r>
    </w:p>
    <w:p>
      <w:r>
        <w:rPr>
          <w:rFonts w:ascii="Gentium Plus" w:hAnsi="Gentium Plus"/>
          <w:sz w:val="24"/>
        </w:rPr>
        <w:t>Ἐπὶ πᾶσι τούτοις τὸ πνεῦμα τοῦ ὕπνου, τὸ ὄγδοον πνεῦμα, συνάπτεται πλάνῃ καὶ φαντασίᾳ.</w:t>
      </w:r>
    </w:p>
    <w:p>
      <w:r>
        <w:rPr>
          <w:rFonts w:ascii="Courier New" w:hAnsi="Courier New"/>
          <w:color w:val="555555"/>
          <w:sz w:val="20"/>
        </w:rPr>
        <w:t>[1 . 3 . 8]</w:t>
      </w:r>
    </w:p>
    <w:p>
      <w:r>
        <w:rPr>
          <w:rFonts w:ascii="Gentium Plus" w:hAnsi="Gentium Plus"/>
          <w:sz w:val="24"/>
        </w:rPr>
        <w:t>Καὶ οὕτως ἀπόλλυται πᾶς νεώτερος, σκοτίζων τὸν νοῦν ἀπὸ τῆς ἀληθείας, καὶ μὴ συνιὼν ἐν τῷ νόμῳ τοῦ Θεοῦ, μήτε ὑπακούων νουθεσίας πατέρων αὐτοῦ· ὥσπερ κἀγὼ ἔπαθον ἐν τῷ νεωτερισμῷ μου.</w:t>
      </w:r>
    </w:p>
    <w:p>
      <w:r>
        <w:rPr>
          <w:rFonts w:ascii="Courier New" w:hAnsi="Courier New"/>
          <w:color w:val="555555"/>
          <w:sz w:val="20"/>
        </w:rPr>
        <w:t>[1 . 3 . 9]</w:t>
      </w:r>
    </w:p>
    <w:p>
      <w:r>
        <w:rPr>
          <w:rFonts w:ascii="Gentium Plus" w:hAnsi="Gentium Plus"/>
          <w:sz w:val="24"/>
        </w:rPr>
        <w:t>Καὶ νῦν, τέκνα, τὴν ἀλήθειαν ἀγαπήσατε καὶ αὕτη φυλάξει ὑμᾶς. Διδάσκω ὑμᾶς, ἀκούσατε Ῥουβὴμ τοῦ πατρὸς ὑμῶν.</w:t>
      </w:r>
    </w:p>
    <w:p>
      <w:r>
        <w:rPr>
          <w:rFonts w:ascii="Courier New" w:hAnsi="Courier New"/>
          <w:color w:val="555555"/>
          <w:sz w:val="20"/>
        </w:rPr>
        <w:t>[1 . 3 . 10]</w:t>
      </w:r>
    </w:p>
    <w:p>
      <w:r>
        <w:rPr>
          <w:rFonts w:ascii="Gentium Plus" w:hAnsi="Gentium Plus"/>
          <w:sz w:val="24"/>
        </w:rPr>
        <w:t>Μὴ προσέχετε ἐν ὄψει γυναικός, μηδὲ ἰδιάζετε μετὰ θηλείας ὑπάνδρου, μηδὲ περιεργάζεσθε πρᾶξιν γυναικῶν.</w:t>
      </w:r>
    </w:p>
    <w:p>
      <w:r>
        <w:rPr>
          <w:rFonts w:ascii="Courier New" w:hAnsi="Courier New"/>
          <w:color w:val="555555"/>
          <w:sz w:val="20"/>
        </w:rPr>
        <w:t>[1 . 3 . 11]</w:t>
      </w:r>
    </w:p>
    <w:p>
      <w:r>
        <w:rPr>
          <w:rFonts w:ascii="Gentium Plus" w:hAnsi="Gentium Plus"/>
          <w:sz w:val="24"/>
        </w:rPr>
        <w:t>Εἰ μὴ γὰρ εἶδον ἐγὼ Βάλλαν λουομένην ἐν σκεπινῷ τόπῳ, οὐκ ἐνέπιπτον εἰς τὴν ἀνομίαν τὴν μεγάλην.</w:t>
      </w:r>
    </w:p>
    <w:p>
      <w:r>
        <w:rPr>
          <w:rFonts w:ascii="Courier New" w:hAnsi="Courier New"/>
          <w:color w:val="555555"/>
          <w:sz w:val="20"/>
        </w:rPr>
        <w:t>[1 . 3 . 12]</w:t>
      </w:r>
    </w:p>
    <w:p>
      <w:r>
        <w:rPr>
          <w:rFonts w:ascii="Gentium Plus" w:hAnsi="Gentium Plus"/>
          <w:sz w:val="24"/>
        </w:rPr>
        <w:t>Συλ‐ λαβοῦσα γὰρ ἡ διάνοιά μου τὴν γυναικείαν γύμνωσιν, οὐκ εἴασέ με ὑπνῶσαι, ἕως οὗ ἔπραξα τὸ βδέλυγμα.</w:t>
      </w:r>
    </w:p>
    <w:p>
      <w:r>
        <w:rPr>
          <w:rFonts w:ascii="Courier New" w:hAnsi="Courier New"/>
          <w:color w:val="555555"/>
          <w:sz w:val="20"/>
        </w:rPr>
        <w:t>[1 . 3 . 13]</w:t>
      </w:r>
    </w:p>
    <w:p>
      <w:r>
        <w:rPr>
          <w:rFonts w:ascii="Gentium Plus" w:hAnsi="Gentium Plus"/>
          <w:sz w:val="24"/>
        </w:rPr>
        <w:t>Ἀπόντος γὰρ Ἰακὼβ τοῦ πατρὸς ἡμῶν πρὸς Ἰσαὰκ τὸν πατέρα αὐτοῦ, ὄντων ἡμῶν ἐν Γαδέρ, πλησίον Ἐφραθὰ οἴκου Βηθλεέμ, Βάλλα ἦν μεθύουσα καὶ κοιμωμένη ἀκάλυφος κατέκειτο</w:t>
      </w:r>
    </w:p>
    <w:p>
      <w:r>
        <w:rPr>
          <w:rFonts w:ascii="Courier New" w:hAnsi="Courier New"/>
          <w:color w:val="555555"/>
          <w:sz w:val="20"/>
        </w:rPr>
        <w:t>[5]</w:t>
      </w:r>
    </w:p>
    <w:p>
      <w:r>
        <w:rPr>
          <w:rFonts w:ascii="Gentium Plus" w:hAnsi="Gentium Plus"/>
          <w:sz w:val="24"/>
        </w:rPr>
        <w:t>ἐν τῷ κοιτῶνι·</w:t>
      </w:r>
    </w:p>
    <w:p>
      <w:r>
        <w:rPr>
          <w:rFonts w:ascii="Courier New" w:hAnsi="Courier New"/>
          <w:color w:val="555555"/>
          <w:sz w:val="20"/>
        </w:rPr>
        <w:t>[1 . 3 . 14]</w:t>
      </w:r>
    </w:p>
    <w:p>
      <w:r>
        <w:rPr>
          <w:rFonts w:ascii="Gentium Plus" w:hAnsi="Gentium Plus"/>
          <w:sz w:val="24"/>
        </w:rPr>
        <w:t>κἀγὼ εἰσελθὼν καὶ ἰδὼν τὴν γύμνωσιν αὐτῆς, ἔπραξα τὴν ἀσέβειαν, καὶ καταλείπων αὐτὴν κοιμω‐ μένην, ἐξῆλθον.</w:t>
      </w:r>
    </w:p>
    <w:p>
      <w:r>
        <w:rPr>
          <w:rFonts w:ascii="Courier New" w:hAnsi="Courier New"/>
          <w:color w:val="555555"/>
          <w:sz w:val="20"/>
        </w:rPr>
        <w:t>[1 . 3 . 15]</w:t>
      </w:r>
    </w:p>
    <w:p>
      <w:r>
        <w:rPr>
          <w:rFonts w:ascii="Gentium Plus" w:hAnsi="Gentium Plus"/>
          <w:sz w:val="24"/>
        </w:rPr>
        <w:t>Καὶ εὐθέως ἄγγελος τοῦ θεοῦ ἀπεκάλυψε τῷ πατρί μου Ἰακὼβ περὶ τῆς ἀσεβείας μου· καὶ ἐλθὼν ἐπένθει ἐπ’ ἐμοί, μηκέτι ἁψάμενος αὐτῆς.</w:t>
      </w:r>
    </w:p>
    <w:p>
      <w:r>
        <w:rPr>
          <w:rFonts w:ascii="Courier New" w:hAnsi="Courier New"/>
          <w:color w:val="555555"/>
          <w:sz w:val="20"/>
        </w:rPr>
        <w:t>[1 . 4 . 1]</w:t>
      </w:r>
    </w:p>
    <w:p>
      <w:r>
        <w:rPr>
          <w:rFonts w:ascii="Gentium Plus" w:hAnsi="Gentium Plus"/>
          <w:sz w:val="24"/>
        </w:rPr>
        <w:t>Μὴ οὖν προσέχετε κάλλος γυναικῶν, μηδὲ ἐννοεῖσθε τὰς πράξεις αὐτῶν· ἀλλὰ πορεύεσθε ἐν ἁπλότητι καρδίας, ἐν φόβῳ Κυρίου, καὶ μοχθῶντες ἐν ἔργοις, καὶ ἀποπλανώμενοι ἐν γράμμασι, καὶ ἐν τοῖς ποιμνίοις ὑμῶν,</w:t>
      </w:r>
    </w:p>
    <w:p>
      <w:r>
        <w:rPr>
          <w:rFonts w:ascii="Courier New" w:hAnsi="Courier New"/>
          <w:color w:val="555555"/>
          <w:sz w:val="20"/>
        </w:rPr>
        <w:t>[5]</w:t>
      </w:r>
    </w:p>
    <w:p>
      <w:r>
        <w:rPr>
          <w:rFonts w:ascii="Gentium Plus" w:hAnsi="Gentium Plus"/>
          <w:sz w:val="24"/>
        </w:rPr>
        <w:t>ἕως ὁ Κύριος δῴη ὑμῖν σύζυγον, ἣν αὐτὸς θέλει, ἵνα μὴ πάθητε, ὡς κἀγώ.</w:t>
      </w:r>
    </w:p>
    <w:p>
      <w:r>
        <w:rPr>
          <w:rFonts w:ascii="Courier New" w:hAnsi="Courier New"/>
          <w:color w:val="555555"/>
          <w:sz w:val="20"/>
        </w:rPr>
        <w:t>[1 . 4 . 2]</w:t>
      </w:r>
    </w:p>
    <w:p>
      <w:r>
        <w:rPr>
          <w:rFonts w:ascii="Gentium Plus" w:hAnsi="Gentium Plus"/>
          <w:sz w:val="24"/>
        </w:rPr>
        <w:t>Ἀχρὶ τελευτῆς τοῦ πατρὸς ἡμῶν οὐκ εἶχον παρρησίαν ἀτενίσαι εἰς πρόσωπον Ἰακώβ, ἢ λαλῆσαί τινι τῶν ἀδελφῶν, διὰ τοὺς ὀνειδισμούς.</w:t>
      </w:r>
    </w:p>
    <w:p>
      <w:r>
        <w:rPr>
          <w:rFonts w:ascii="Courier New" w:hAnsi="Courier New"/>
          <w:color w:val="555555"/>
          <w:sz w:val="20"/>
        </w:rPr>
        <w:t>[1 . 4 . 3]</w:t>
      </w:r>
    </w:p>
    <w:p>
      <w:r>
        <w:rPr>
          <w:rFonts w:ascii="Gentium Plus" w:hAnsi="Gentium Plus"/>
          <w:sz w:val="24"/>
        </w:rPr>
        <w:t>Καὶ ἕως νῦν ἡ συνείδησίς μου συνέχει με περὶ τῆς ἁμαρτίας μου.</w:t>
      </w:r>
    </w:p>
    <w:p>
      <w:r>
        <w:rPr>
          <w:rFonts w:ascii="Courier New" w:hAnsi="Courier New"/>
          <w:color w:val="555555"/>
          <w:sz w:val="20"/>
        </w:rPr>
        <w:t>[1 . 4 . 4]</w:t>
      </w:r>
    </w:p>
    <w:p>
      <w:r>
        <w:rPr>
          <w:rFonts w:ascii="Gentium Plus" w:hAnsi="Gentium Plus"/>
          <w:sz w:val="24"/>
        </w:rPr>
        <w:t>Καίγε παρεκάλεσέ με ὁ πατήρ μου, ὅτι ηὔξατο περὶ ἐμοῦ πρὸς Κύριον, ἵνα παρέλθῃ ἀπ’ ἐμοῦ ἡ ὀργὴ Κυρίου, καθὼς ἔδειξέ μοι Κύριος. Ἀπὸ τότε οὖν παρεφυλαξάμην, καὶ οὐχ ἥμαρτον.</w:t>
      </w:r>
    </w:p>
    <w:p>
      <w:r>
        <w:rPr>
          <w:rFonts w:ascii="Courier New" w:hAnsi="Courier New"/>
          <w:color w:val="555555"/>
          <w:sz w:val="20"/>
        </w:rPr>
        <w:t>[1 . 4 . 5]</w:t>
      </w:r>
    </w:p>
    <w:p>
      <w:r>
        <w:rPr>
          <w:rFonts w:ascii="Gentium Plus" w:hAnsi="Gentium Plus"/>
          <w:sz w:val="24"/>
        </w:rPr>
        <w:t>Διὰ τοῦτο, τέκνα μου, φυλάξασθε πάντα, ὅσα ἐντέλλομαι ὑμῖν, καὶ οὐ μὴ ἁμαρτήσητε.</w:t>
      </w:r>
    </w:p>
    <w:p>
      <w:r>
        <w:rPr>
          <w:rFonts w:ascii="Courier New" w:hAnsi="Courier New"/>
          <w:color w:val="555555"/>
          <w:sz w:val="20"/>
        </w:rPr>
        <w:t>[1 . 4 . 6]</w:t>
      </w:r>
    </w:p>
    <w:p>
      <w:r>
        <w:rPr>
          <w:rFonts w:ascii="Gentium Plus" w:hAnsi="Gentium Plus"/>
          <w:sz w:val="24"/>
        </w:rPr>
        <w:t>Ὄλεθρος γὰρ ψυχῆς ἐστὶν ἡ πορνεία, χωρίζουσα Θεοῦ, καὶ προσεγγίζουσα τοῖς εἰδώλοις, ὅτι αὕτη ἐστὶ πλανῶσα τὸν νοῦν καὶ τὴν διάνοιαν, καὶ κατάγει νεανίσκους εἰς ᾅδην, οὐκ ἐν καιρῷ αὐτῶν.</w:t>
      </w:r>
    </w:p>
    <w:p>
      <w:r>
        <w:rPr>
          <w:rFonts w:ascii="Courier New" w:hAnsi="Courier New"/>
          <w:color w:val="555555"/>
          <w:sz w:val="20"/>
        </w:rPr>
        <w:t>[1 . 4 . 7]</w:t>
      </w:r>
    </w:p>
    <w:p>
      <w:r>
        <w:rPr>
          <w:rFonts w:ascii="Gentium Plus" w:hAnsi="Gentium Plus"/>
          <w:sz w:val="24"/>
        </w:rPr>
        <w:t>Καὶ γὰρ πολλοὺς ἀπώλεσεν ἡ πορνεία· ὅτι κἂν ᾖ τις γέρων, ἢ εὐγενής, ὄνειδος αὐτὸν ποιεῖ καὶ γέλωτα παρὰ τῷ Βελίαρ καὶ τοῖς υἱοῖς τῶν ἀνθρώπων.</w:t>
      </w:r>
    </w:p>
    <w:p>
      <w:r>
        <w:rPr>
          <w:rFonts w:ascii="Courier New" w:hAnsi="Courier New"/>
          <w:color w:val="555555"/>
          <w:sz w:val="20"/>
        </w:rPr>
        <w:t>[1 . 4 . 8]</w:t>
      </w:r>
    </w:p>
    <w:p>
      <w:r>
        <w:rPr>
          <w:rFonts w:ascii="Gentium Plus" w:hAnsi="Gentium Plus"/>
          <w:sz w:val="24"/>
        </w:rPr>
        <w:t>Ἐπειδὴ γὰρ ἐφύλαξεν ἑαυτὸν Ἰωσὴφ ἀπὸ πάσης γυναικός, καὶ τὰς ἐννοίας ἐκαθαίρισεν ἀπὸ πάσης πορνείας, εὗρεν χάριν ἐνώπιον Κυρίου καὶ ἀνθρώ‐ πων.</w:t>
      </w:r>
    </w:p>
    <w:p>
      <w:r>
        <w:rPr>
          <w:rFonts w:ascii="Courier New" w:hAnsi="Courier New"/>
          <w:color w:val="555555"/>
          <w:sz w:val="20"/>
        </w:rPr>
        <w:t>[1 . 4 . 9]</w:t>
      </w:r>
    </w:p>
    <w:p>
      <w:r>
        <w:rPr>
          <w:rFonts w:ascii="Gentium Plus" w:hAnsi="Gentium Plus"/>
          <w:sz w:val="24"/>
        </w:rPr>
        <w:t>Καὶ γὰρ πολλὰ ἐποίησεν αὐτῷ ἡ Αἰγυπτία, καὶ μάγους παρεκάλεσε, καὶ φάρμακα αὐτῷ προσήνεγκε· καὶ οὐκ ἐδέξατο τὸ διαβούλιον τῆς ψυχῆς αὐτοῦ ἐπιθυμίαν πονη‐ ράν.</w:t>
      </w:r>
    </w:p>
    <w:p>
      <w:r>
        <w:rPr>
          <w:rFonts w:ascii="Courier New" w:hAnsi="Courier New"/>
          <w:color w:val="555555"/>
          <w:sz w:val="20"/>
        </w:rPr>
        <w:t>[1 . 4 . 10]</w:t>
      </w:r>
    </w:p>
    <w:p>
      <w:r>
        <w:rPr>
          <w:rFonts w:ascii="Gentium Plus" w:hAnsi="Gentium Plus"/>
          <w:sz w:val="24"/>
        </w:rPr>
        <w:t>Διὰ τοῦτο ὁ Θεὸς τῶν πατέρων μου ἐρρύσατο αὐτὸν ἀπὸ παντὸς ὁρατοῦ καὶ κεκρυμμένου θανάτου.</w:t>
      </w:r>
    </w:p>
    <w:p>
      <w:r>
        <w:rPr>
          <w:rFonts w:ascii="Courier New" w:hAnsi="Courier New"/>
          <w:color w:val="555555"/>
          <w:sz w:val="20"/>
        </w:rPr>
        <w:t>[1 . 4 . 11]</w:t>
      </w:r>
    </w:p>
    <w:p>
      <w:r>
        <w:rPr>
          <w:rFonts w:ascii="Gentium Plus" w:hAnsi="Gentium Plus"/>
          <w:sz w:val="24"/>
        </w:rPr>
        <w:t>Ἐὰν γὰρ μὴ κα‐ τισχύσῃ ἡ πορνεία τὴν ἔννοιαν, οὐδὲ Βελίαρ κατισχύσει ὑμῶν.</w:t>
      </w:r>
    </w:p>
    <w:p>
      <w:r>
        <w:rPr>
          <w:rFonts w:ascii="Courier New" w:hAnsi="Courier New"/>
          <w:color w:val="555555"/>
          <w:sz w:val="20"/>
        </w:rPr>
        <w:t>[1 . 5 . 1]</w:t>
      </w:r>
    </w:p>
    <w:p>
      <w:r>
        <w:rPr>
          <w:rFonts w:ascii="Gentium Plus" w:hAnsi="Gentium Plus"/>
          <w:sz w:val="24"/>
        </w:rPr>
        <w:t>Πονηραί εἰσιν αἱ γυναῖκες, τέκνα μου, ὅτι μὴ ἔχουσαι ἐξουσίαν ἢ δύναμιν ἐπὶ τὸν ἄνθρωπον, δολιεύονται ἐν σχήμασι, πῶς αὐτὸν πρὸς αὐτὰς ἐπισπάσονται·</w:t>
      </w:r>
    </w:p>
    <w:p>
      <w:r>
        <w:rPr>
          <w:rFonts w:ascii="Courier New" w:hAnsi="Courier New"/>
          <w:color w:val="555555"/>
          <w:sz w:val="20"/>
        </w:rPr>
        <w:t>[1 . 5 . 2]</w:t>
      </w:r>
    </w:p>
    <w:p>
      <w:r>
        <w:rPr>
          <w:rFonts w:ascii="Gentium Plus" w:hAnsi="Gentium Plus"/>
          <w:sz w:val="24"/>
        </w:rPr>
        <w:t>καὶ ὃν διὰ δυνάμεως οὐκ ἰσχύει καταγωνίσασθαι, τοῦτον δι’ ἀπάτης καταγωνίζε‐ ται.</w:t>
      </w:r>
    </w:p>
    <w:p>
      <w:r>
        <w:rPr>
          <w:rFonts w:ascii="Courier New" w:hAnsi="Courier New"/>
          <w:color w:val="555555"/>
          <w:sz w:val="20"/>
        </w:rPr>
        <w:t>[1 . 5 . 3]</w:t>
      </w:r>
    </w:p>
    <w:p>
      <w:r>
        <w:rPr>
          <w:rFonts w:ascii="Gentium Plus" w:hAnsi="Gentium Plus"/>
          <w:sz w:val="24"/>
        </w:rPr>
        <w:t>Ὅτι καίγε περὶ αὐτῶν εἶπέ μοι ὁ ἄγγελος τοῦ Θεοῦ, καὶ ἐδίδαξέ με, ὅτι αἱ γυναῖκες ἡττῶνται τῷ πνεύματι τῆς πορνείας ὑπὲρ τὸν ἄνθρωπον, καὶ ἐν καρδίᾳ μηχανῶνται κατὰ τῶν ἀνθρώπων, καὶ διὰ τῆς κοσμήσεως πλανῶσιν</w:t>
      </w:r>
    </w:p>
    <w:p>
      <w:r>
        <w:rPr>
          <w:rFonts w:ascii="Courier New" w:hAnsi="Courier New"/>
          <w:color w:val="555555"/>
          <w:sz w:val="20"/>
        </w:rPr>
        <w:t>[5]</w:t>
      </w:r>
    </w:p>
    <w:p>
      <w:r>
        <w:rPr>
          <w:rFonts w:ascii="Gentium Plus" w:hAnsi="Gentium Plus"/>
          <w:sz w:val="24"/>
        </w:rPr>
        <w:t>αὐτῶν πρῶτον τὰς διανοίας, καὶ διὰ τοῦ βλέμματος τὸν ἰὸν ἐνσπείρουσι, καὶ τότε τῷ ἔργῳ αἰχμαλωτίζουσιν·</w:t>
      </w:r>
    </w:p>
    <w:p>
      <w:r>
        <w:rPr>
          <w:rFonts w:ascii="Courier New" w:hAnsi="Courier New"/>
          <w:color w:val="555555"/>
          <w:sz w:val="20"/>
        </w:rPr>
        <w:t>[1 . 5 . 4]</w:t>
      </w:r>
    </w:p>
    <w:p>
      <w:r>
        <w:rPr>
          <w:rFonts w:ascii="Gentium Plus" w:hAnsi="Gentium Plus"/>
          <w:sz w:val="24"/>
        </w:rPr>
        <w:t>οὐ γὰρ δύναται γυνὴ ἄνθρωπον βιάσασθαι.</w:t>
      </w:r>
    </w:p>
    <w:p>
      <w:r>
        <w:rPr>
          <w:rFonts w:ascii="Courier New" w:hAnsi="Courier New"/>
          <w:color w:val="555555"/>
          <w:sz w:val="20"/>
        </w:rPr>
        <w:t>[1 . 5 . 5]</w:t>
      </w:r>
    </w:p>
    <w:p>
      <w:r>
        <w:rPr>
          <w:rFonts w:ascii="Gentium Plus" w:hAnsi="Gentium Plus"/>
          <w:sz w:val="24"/>
        </w:rPr>
        <w:t>Φεύγετε οὖν τὴν πορνείαν, τέκνα μου, καὶ προστάσσετε ταῖς γυναιξὶν ὑμῶν καὶ ταῖς θυγατράσιν, ἵνα μὴ κοσμῶνται τὰς κεφαλὰς καὶ τὰς ὄψεις αὐτῶν, ὅτι πᾶσα γυνὴ δολιευομένη ἐν τούτοις εἰς κόλασιν</w:t>
      </w:r>
    </w:p>
    <w:p>
      <w:r>
        <w:rPr>
          <w:rFonts w:ascii="Courier New" w:hAnsi="Courier New"/>
          <w:color w:val="555555"/>
          <w:sz w:val="20"/>
        </w:rPr>
        <w:t>[5]</w:t>
      </w:r>
    </w:p>
    <w:p>
      <w:r>
        <w:rPr>
          <w:rFonts w:ascii="Gentium Plus" w:hAnsi="Gentium Plus"/>
          <w:sz w:val="24"/>
        </w:rPr>
        <w:t>τοῦ αἰῶνος τετήρηται.</w:t>
      </w:r>
    </w:p>
    <w:p>
      <w:r>
        <w:rPr>
          <w:rFonts w:ascii="Courier New" w:hAnsi="Courier New"/>
          <w:color w:val="555555"/>
          <w:sz w:val="20"/>
        </w:rPr>
        <w:t>[1 . 5 . 6]</w:t>
      </w:r>
    </w:p>
    <w:p>
      <w:r>
        <w:rPr>
          <w:rFonts w:ascii="Gentium Plus" w:hAnsi="Gentium Plus"/>
          <w:sz w:val="24"/>
        </w:rPr>
        <w:t>Οὕτως γὰρ ἔθελξαν τοὺς Ἐγγρηγό‐ ρους πρὸ τοῦ κατακλυσμοῦ· κἀκεῖνοι συνεχῶς ὁρῶντες αὐτάς, ἐγένοντο ἐν ἐπιθυμίᾳ ἀλλήλων, καὶ συνέλαβον τῇ</w:t>
      </w:r>
    </w:p>
    <w:p>
      <w:r>
        <w:rPr>
          <w:rFonts w:ascii="Courier New" w:hAnsi="Courier New"/>
          <w:color w:val="555555"/>
          <w:sz w:val="20"/>
        </w:rPr>
        <w:t>[5]</w:t>
      </w:r>
    </w:p>
    <w:p>
      <w:r>
        <w:rPr>
          <w:rFonts w:ascii="Gentium Plus" w:hAnsi="Gentium Plus"/>
          <w:sz w:val="24"/>
        </w:rPr>
        <w:t>ἐν τῇ συνουσίᾳ τῶν ἀνδρῶν αὐτῶν συνεφαίνοντο αὐταῖς·</w:t>
      </w:r>
    </w:p>
    <w:p>
      <w:r>
        <w:rPr>
          <w:rFonts w:ascii="Courier New" w:hAnsi="Courier New"/>
          <w:color w:val="555555"/>
          <w:sz w:val="20"/>
        </w:rPr>
        <w:t>[1 . 5 . 7]</w:t>
      </w:r>
    </w:p>
    <w:p>
      <w:r>
        <w:rPr>
          <w:rFonts w:ascii="Gentium Plus" w:hAnsi="Gentium Plus"/>
          <w:sz w:val="24"/>
        </w:rPr>
        <w:t>κἀκεῖνοι ἐπιθυμοῦσαι τῇ διανοίᾳ τὰς φαντασίας αὐτῶν, ἔτεκον γίγαντας. Ἐφαίνοντο γὰρ αὐταῖς οἱ Ἐγγρήγορες ἕως τοῦ οὐρανοῦ φθάνοντες.</w:t>
      </w:r>
    </w:p>
    <w:p>
      <w:r>
        <w:rPr>
          <w:rFonts w:ascii="Courier New" w:hAnsi="Courier New"/>
          <w:color w:val="555555"/>
          <w:sz w:val="20"/>
        </w:rPr>
        <w:t>[1 . 6 . 1]</w:t>
      </w:r>
    </w:p>
    <w:p>
      <w:r>
        <w:rPr>
          <w:rFonts w:ascii="Gentium Plus" w:hAnsi="Gentium Plus"/>
          <w:sz w:val="24"/>
        </w:rPr>
        <w:t>Φυλάσσεσθε οὖν ἀπὸ τῆς πορνείας· καὶ εἰ θέλετε καθαρεύειν τῇ διανοίᾳ, φυλάσσετε τὰς αἰσθήσεις ἀπὸ πάσης θηλείας.</w:t>
      </w:r>
    </w:p>
    <w:p>
      <w:r>
        <w:rPr>
          <w:rFonts w:ascii="Courier New" w:hAnsi="Courier New"/>
          <w:color w:val="555555"/>
          <w:sz w:val="20"/>
        </w:rPr>
        <w:t>[1 . 6 . 2]</w:t>
      </w:r>
    </w:p>
    <w:p>
      <w:r>
        <w:rPr>
          <w:rFonts w:ascii="Gentium Plus" w:hAnsi="Gentium Plus"/>
          <w:sz w:val="24"/>
        </w:rPr>
        <w:t>Κἀκείναις δὲ ἐντείλασθε μὴ συνδυάζειν ἀνθρώ‐ ποις, ἵνα καὶ αὐταὶ καθαρεύωσι τῇ διανοίᾳ.</w:t>
      </w:r>
    </w:p>
    <w:p>
      <w:r>
        <w:rPr>
          <w:rFonts w:ascii="Courier New" w:hAnsi="Courier New"/>
          <w:color w:val="555555"/>
          <w:sz w:val="20"/>
        </w:rPr>
        <w:t>[1 . 6 . 3]</w:t>
      </w:r>
    </w:p>
    <w:p>
      <w:r>
        <w:rPr>
          <w:rFonts w:ascii="Gentium Plus" w:hAnsi="Gentium Plus"/>
          <w:sz w:val="24"/>
        </w:rPr>
        <w:t>Αἱ γὰρ συνεχεῖς συντυχίαι, κἂν μὴ πραχθῇ τὸ ἀσέβημα, αὐταῖς μέν ἐστι νόσος ἀνίατος, ἡμῖν δὲ ὄνειδος τοῦ Βελίαρ αἰώνιον·</w:t>
      </w:r>
    </w:p>
    <w:p>
      <w:r>
        <w:rPr>
          <w:rFonts w:ascii="Courier New" w:hAnsi="Courier New"/>
          <w:color w:val="555555"/>
          <w:sz w:val="20"/>
        </w:rPr>
        <w:t>[1 . 6 . 4]</w:t>
      </w:r>
    </w:p>
    <w:p>
      <w:r>
        <w:rPr>
          <w:rFonts w:ascii="Gentium Plus" w:hAnsi="Gentium Plus"/>
          <w:sz w:val="24"/>
        </w:rPr>
        <w:t>ὅτι ἡ πορνεία οὔτε σύνεσιν οὔτε εὐσέβειαν ἔχει ἐν ἑαυτῇ καὶ πᾶς ζῆλος κατοικεῖ ἐν τῇ ἐπιθυμίᾳ αὐτῆς.</w:t>
      </w:r>
    </w:p>
    <w:p>
      <w:r>
        <w:rPr>
          <w:rFonts w:ascii="Courier New" w:hAnsi="Courier New"/>
          <w:color w:val="555555"/>
          <w:sz w:val="20"/>
        </w:rPr>
        <w:t>[1 . 6 . 5]</w:t>
      </w:r>
    </w:p>
    <w:p>
      <w:r>
        <w:rPr>
          <w:rFonts w:ascii="Gentium Plus" w:hAnsi="Gentium Plus"/>
          <w:sz w:val="24"/>
        </w:rPr>
        <w:t>Διὰ τοῦτο ζηλώσατε τοὺς υἱοὺς Λευί, καὶ ζητήσατε ὑψωθῆναι ὑπὲρ αὐτούς, ἀλλ’ οὐ δυνήσεσθε.</w:t>
      </w:r>
    </w:p>
    <w:p>
      <w:r>
        <w:rPr>
          <w:rFonts w:ascii="Courier New" w:hAnsi="Courier New"/>
          <w:color w:val="555555"/>
          <w:sz w:val="20"/>
        </w:rPr>
        <w:t>[1 . 6 . 6]</w:t>
      </w:r>
    </w:p>
    <w:p>
      <w:r>
        <w:rPr>
          <w:rFonts w:ascii="Gentium Plus" w:hAnsi="Gentium Plus"/>
          <w:sz w:val="24"/>
        </w:rPr>
        <w:t>Ὁ γὰρ Θεὸς ποιήσει τὴν ἐκδίκησιν αὐτῶν, καὶ ἀποθανεῖσθε θανάτῳ πονηρῷ.</w:t>
      </w:r>
    </w:p>
    <w:p>
      <w:r>
        <w:rPr>
          <w:rFonts w:ascii="Courier New" w:hAnsi="Courier New"/>
          <w:color w:val="555555"/>
          <w:sz w:val="20"/>
        </w:rPr>
        <w:t>[1 . 6 . 7]</w:t>
      </w:r>
    </w:p>
    <w:p>
      <w:r>
        <w:rPr>
          <w:rFonts w:ascii="Gentium Plus" w:hAnsi="Gentium Plus"/>
          <w:sz w:val="24"/>
        </w:rPr>
        <w:t>Τῷ γὰρ Λευὶ ἔδωκε Κύριος τὴν ἀρχὴν καὶ τῷ Ἰούδᾳ, μετ’ αὐτῶν κἀμοί, καὶ Δὰν καὶ Ἰωσήφ, τοῦ εἶναι ἐπὶ ἄρχοντας.</w:t>
      </w:r>
    </w:p>
    <w:p>
      <w:r>
        <w:rPr>
          <w:rFonts w:ascii="Courier New" w:hAnsi="Courier New"/>
          <w:color w:val="555555"/>
          <w:sz w:val="20"/>
        </w:rPr>
        <w:t>[1 . 6 . 8]</w:t>
      </w:r>
    </w:p>
    <w:p>
      <w:r>
        <w:rPr>
          <w:rFonts w:ascii="Gentium Plus" w:hAnsi="Gentium Plus"/>
          <w:sz w:val="24"/>
        </w:rPr>
        <w:t>Διὰ τοῦτο ἐντέλλομαι ὑμῖν ἀκούειν τοῦ Λευί, ὅτι αὐτὸς γνώσεται νόμον Κυρίου, καὶ διαστέλλει εἰς κρίσιν καὶ θυσίας ὑπὲρ παντὸς Ἰσραήλ, μέχρι τελειώσεως χρόνων ἀρχιερέως χριστοῦ, ὃν εἶπε Κύριος.</w:t>
      </w:r>
    </w:p>
    <w:p>
      <w:r>
        <w:rPr>
          <w:rFonts w:ascii="Courier New" w:hAnsi="Courier New"/>
          <w:color w:val="555555"/>
          <w:sz w:val="20"/>
        </w:rPr>
        <w:t>[1 . 6 . 9]</w:t>
      </w:r>
    </w:p>
    <w:p>
      <w:r>
        <w:rPr>
          <w:rFonts w:ascii="Gentium Plus" w:hAnsi="Gentium Plus"/>
          <w:sz w:val="24"/>
        </w:rPr>
        <w:t>Ὁρκῶ ὑμᾶς τὸν Θεὸν τοῦ οὐρανοῦ ποιῆσαι ἀλήθειαν ἕκαστος πρὸς τὸν πλησίον αὐτοῦ,</w:t>
      </w:r>
    </w:p>
    <w:p>
      <w:r>
        <w:rPr>
          <w:rFonts w:ascii="Courier New" w:hAnsi="Courier New"/>
          <w:color w:val="555555"/>
          <w:sz w:val="20"/>
        </w:rPr>
        <w:t>[1 . 6 . 10]</w:t>
      </w:r>
    </w:p>
    <w:p>
      <w:r>
        <w:rPr>
          <w:rFonts w:ascii="Gentium Plus" w:hAnsi="Gentium Plus"/>
          <w:sz w:val="24"/>
        </w:rPr>
        <w:t>καὶ πρὸς τὸν Λευὶ ἐγγίσατε ἐν ταπεινώσει καρδίας, ἵνα δέξησθε εὐλογίαν ἐκ τοῦ στόματος αὐτοῦ.</w:t>
      </w:r>
    </w:p>
    <w:p>
      <w:r>
        <w:rPr>
          <w:rFonts w:ascii="Courier New" w:hAnsi="Courier New"/>
          <w:color w:val="555555"/>
          <w:sz w:val="20"/>
        </w:rPr>
        <w:t>[1 . 6 . 11]</w:t>
      </w:r>
    </w:p>
    <w:p>
      <w:r>
        <w:rPr>
          <w:rFonts w:ascii="Gentium Plus" w:hAnsi="Gentium Plus"/>
          <w:sz w:val="24"/>
        </w:rPr>
        <w:t>Αὐτὸς γὰρ εὐλογήσει τὸν Ἰσραὴλ καὶ τὸν Ἰούδαν· ὅτι ἐν</w:t>
      </w:r>
    </w:p>
    <w:p>
      <w:r>
        <w:rPr>
          <w:rFonts w:ascii="Courier New" w:hAnsi="Courier New"/>
          <w:color w:val="555555"/>
          <w:sz w:val="20"/>
        </w:rPr>
        <w:t>[1 . 6 . 12]</w:t>
      </w:r>
    </w:p>
    <w:p>
      <w:r>
        <w:rPr>
          <w:rFonts w:ascii="Gentium Plus" w:hAnsi="Gentium Plus"/>
          <w:sz w:val="24"/>
        </w:rPr>
        <w:t>Καὶ προσκυνήσατε τῷ σπέρματι αὐτοῦ, ὅτι ὑπὲρ ἡμῶν ἀποθανεῖται ἐν πολέμοις ὁρατοῖς καὶ ἀοράτοις καὶ ἔσται ἐν ὑμῖν βασιλεὺς αἰώνων.</w:t>
      </w:r>
    </w:p>
    <w:p>
      <w:r>
        <w:rPr>
          <w:rFonts w:ascii="Courier New" w:hAnsi="Courier New"/>
          <w:color w:val="555555"/>
          <w:sz w:val="20"/>
        </w:rPr>
        <w:t>[1 . 7 . 1]</w:t>
      </w:r>
    </w:p>
    <w:p>
      <w:r>
        <w:rPr>
          <w:rFonts w:ascii="Gentium Plus" w:hAnsi="Gentium Plus"/>
          <w:sz w:val="24"/>
        </w:rPr>
        <w:t>Καὶ ἀπέθανε Ῥουβήμ, ἐντειλάμενος τοῖς υἱοῖς αὐτοῦ.</w:t>
      </w:r>
    </w:p>
    <w:p>
      <w:r>
        <w:rPr>
          <w:rFonts w:ascii="Courier New" w:hAnsi="Courier New"/>
          <w:color w:val="555555"/>
          <w:sz w:val="20"/>
        </w:rPr>
        <w:t>[1 . 7 . 2]</w:t>
      </w:r>
    </w:p>
    <w:p>
      <w:r>
        <w:rPr>
          <w:rFonts w:ascii="Gentium Plus" w:hAnsi="Gentium Plus"/>
          <w:sz w:val="24"/>
        </w:rPr>
        <w:t>καὶ ἔθεντο αὐτὸν ἐν σορῷ, ἕως ὅτε ἀνενέγκαντες αὐτὸν ἐξ Αἰγύπτου ἔθαψαν ἐν Χεβρών, ἐν τῷ σπηλαίῳ τῷ διπλῷ, ὅπου οἱ πατέρες αὐτοῦ.</w:t>
      </w:r>
    </w:p>
    <w:p>
      <w:pPr>
        <w:jc w:val="center"/>
      </w:pPr>
      <w:r>
        <w:rPr>
          <w:rFonts w:ascii="Gentium Plus" w:hAnsi="Gentium Plus"/>
          <w:b/>
          <w:sz w:val="24"/>
        </w:rPr>
        <w:t>ΔΙΑΘΗΚΗ ΣΥΜΕΩΝ Β ΠΕΡΙ ΦΘΟΝΟΥ</w:t>
      </w:r>
    </w:p>
    <w:p>
      <w:r>
        <w:rPr>
          <w:rFonts w:ascii="Courier New" w:hAnsi="Courier New"/>
          <w:color w:val="555555"/>
          <w:sz w:val="20"/>
        </w:rPr>
        <w:t>[2 . 1 . 1]</w:t>
      </w:r>
    </w:p>
    <w:p>
      <w:r>
        <w:rPr>
          <w:rFonts w:ascii="Gentium Plus" w:hAnsi="Gentium Plus"/>
          <w:sz w:val="24"/>
        </w:rPr>
        <w:t>Ἀντίγραφον λόγων Συμεών, ἃ ἐλάλησε τοῖς υἱοῖς αὐτοῦ, πρὸ τοῦ θανεῖν αὐτὸν ἑκατοστῷ εἰκοστῷ ἔτει τῆς ζωῆς αὐτοῦ, ἐν ᾧ ἔτει ἀπέθανεν Ἰωσήφ.</w:t>
      </w:r>
    </w:p>
    <w:p>
      <w:r>
        <w:rPr>
          <w:rFonts w:ascii="Courier New" w:hAnsi="Courier New"/>
          <w:color w:val="555555"/>
          <w:sz w:val="20"/>
        </w:rPr>
        <w:t>[2 . 1 . 2]</w:t>
      </w:r>
    </w:p>
    <w:p>
      <w:r>
        <w:rPr>
          <w:rFonts w:ascii="Gentium Plus" w:hAnsi="Gentium Plus"/>
          <w:sz w:val="24"/>
        </w:rPr>
        <w:t>Ἦλθον γὰρ ἐπισκέψα‐ σθαι αὐτὸν ἀρρωστοῦντα, καὶ ἐνισχύσας ἐκάθισε, καὶ κατεφίλη‐ σεν αὐτοὺς καὶ εἶπεν αὐτοῖς·</w:t>
      </w:r>
    </w:p>
    <w:p>
      <w:r>
        <w:rPr>
          <w:rFonts w:ascii="Courier New" w:hAnsi="Courier New"/>
          <w:color w:val="555555"/>
          <w:sz w:val="20"/>
        </w:rPr>
        <w:t>[2 . 2 . 1]</w:t>
      </w:r>
    </w:p>
    <w:p>
      <w:r>
        <w:rPr>
          <w:rFonts w:ascii="Gentium Plus" w:hAnsi="Gentium Plus"/>
          <w:sz w:val="24"/>
        </w:rPr>
        <w:t>Ἀκούσατε, τέκνα, ἀκούσατε Συμεὼν τοῦ πατρὸς ὑμῶν, ὅσα ἔχω ἐν τῇ καρδίᾳ μου.</w:t>
      </w:r>
    </w:p>
    <w:p>
      <w:r>
        <w:rPr>
          <w:rFonts w:ascii="Courier New" w:hAnsi="Courier New"/>
          <w:color w:val="555555"/>
          <w:sz w:val="20"/>
        </w:rPr>
        <w:t>[2 . 2 . 2]</w:t>
      </w:r>
    </w:p>
    <w:p>
      <w:r>
        <w:rPr>
          <w:rFonts w:ascii="Gentium Plus" w:hAnsi="Gentium Plus"/>
          <w:sz w:val="24"/>
        </w:rPr>
        <w:t>Ἐγὼ ἐγεννήθην ἐξ Ἰακὼβ τοῦ πατρός μου υἱὸς δεύτερος, καὶ Λία ἡ μήτηρ μου ἐκάλεσέ με Συμεῶνα, ὅτι ἤκουσε Κύριος τῆς δεήσεως αὐτῆς.</w:t>
      </w:r>
    </w:p>
    <w:p>
      <w:r>
        <w:rPr>
          <w:rFonts w:ascii="Courier New" w:hAnsi="Courier New"/>
          <w:color w:val="555555"/>
          <w:sz w:val="20"/>
        </w:rPr>
        <w:t>[2 . 2 . 3]</w:t>
      </w:r>
    </w:p>
    <w:p>
      <w:r>
        <w:rPr>
          <w:rFonts w:ascii="Gentium Plus" w:hAnsi="Gentium Plus"/>
          <w:sz w:val="24"/>
        </w:rPr>
        <w:t>Δυνατὸς ἐγενόμην σφόδρα, οὐκ ἐδειλίασα πρᾶξιν, οὐδὲ ἐφοβήθην ἀπὸ παντὸς πράγματος.</w:t>
      </w:r>
    </w:p>
    <w:p>
      <w:r>
        <w:rPr>
          <w:rFonts w:ascii="Courier New" w:hAnsi="Courier New"/>
          <w:color w:val="555555"/>
          <w:sz w:val="20"/>
        </w:rPr>
        <w:t>[2 . 2 . 4]</w:t>
      </w:r>
    </w:p>
    <w:p>
      <w:r>
        <w:rPr>
          <w:rFonts w:ascii="Gentium Plus" w:hAnsi="Gentium Plus"/>
          <w:sz w:val="24"/>
        </w:rPr>
        <w:t>Ἡ γὰρ καρδία μου ἦν σκληρά, καὶ τὰ ἥπατά μου ἀκίνητα, καὶ τὰ σπλάγχνα μου ἀσυμπαθῆ·</w:t>
      </w:r>
    </w:p>
    <w:p>
      <w:r>
        <w:rPr>
          <w:rFonts w:ascii="Courier New" w:hAnsi="Courier New"/>
          <w:color w:val="555555"/>
          <w:sz w:val="20"/>
        </w:rPr>
        <w:t>[2 . 2 . 5]</w:t>
      </w:r>
    </w:p>
    <w:p>
      <w:r>
        <w:rPr>
          <w:rFonts w:ascii="Gentium Plus" w:hAnsi="Gentium Plus"/>
          <w:sz w:val="24"/>
        </w:rPr>
        <w:t>ὅτι καὶ ἡ ἀνδρεία ἀπὸ ὑψίστου δέδοται τοῖς ἀνθρώποις ἐν ψυχαῖς καὶ ἐν σώμασι.</w:t>
      </w:r>
    </w:p>
    <w:p>
      <w:r>
        <w:rPr>
          <w:rFonts w:ascii="Courier New" w:hAnsi="Courier New"/>
          <w:color w:val="555555"/>
          <w:sz w:val="20"/>
        </w:rPr>
        <w:t>[2 . 2 . 6]</w:t>
      </w:r>
    </w:p>
    <w:p>
      <w:r>
        <w:rPr>
          <w:rFonts w:ascii="Gentium Plus" w:hAnsi="Gentium Plus"/>
          <w:sz w:val="24"/>
        </w:rPr>
        <w:t>Καὶ ἐν τῷ καιρῷ ἐκείνῳ ἐζήλωσα τῷ Ἰωσήφ, ὅτι ἠγάπα αὐτὸν ὁ πατὴρ ἡμῶν·</w:t>
      </w:r>
    </w:p>
    <w:p>
      <w:r>
        <w:rPr>
          <w:rFonts w:ascii="Courier New" w:hAnsi="Courier New"/>
          <w:color w:val="555555"/>
          <w:sz w:val="20"/>
        </w:rPr>
        <w:t>[2 . 2 . 7]</w:t>
      </w:r>
    </w:p>
    <w:p>
      <w:r>
        <w:rPr>
          <w:rFonts w:ascii="Gentium Plus" w:hAnsi="Gentium Plus"/>
          <w:sz w:val="24"/>
        </w:rPr>
        <w:t>καὶ ἐστήρισα ἐπ’ αὐτὸν τὰ ἥπατά μου τοῦ ἀνελεῖν αὐτόν, ὅτι ὁ ἄρχων τῆς πλάνης, ἀποστείλας τὸ πνεῦμα τοῦ ζήλου, ἐτύφλωσέ μου τὸν νοῦν, μὴ προσέχειν αὐτῷ ὡς ἀδελφῷ, καὶ μὴ φείσασθαι Ἰακὼβ τοῦ πατρός μου.</w:t>
      </w:r>
    </w:p>
    <w:p>
      <w:r>
        <w:rPr>
          <w:rFonts w:ascii="Courier New" w:hAnsi="Courier New"/>
          <w:color w:val="555555"/>
          <w:sz w:val="20"/>
        </w:rPr>
        <w:t>[2 . 2 . 8]</w:t>
      </w:r>
    </w:p>
    <w:p>
      <w:r>
        <w:rPr>
          <w:rFonts w:ascii="Gentium Plus" w:hAnsi="Gentium Plus"/>
          <w:sz w:val="24"/>
        </w:rPr>
        <w:t>Ἀλλ’ ὁ Θεὸς αὐτοῦ καὶ ὁ Θεὸς τῶν πατέρων αὐτοῦ, ἀποστείλας τὸν ἄγγελον αὐτοῦ, ἐρρύσατο αὐτὸν ἐκ τῶν χειρῶν μου.</w:t>
      </w:r>
    </w:p>
    <w:p>
      <w:r>
        <w:rPr>
          <w:rFonts w:ascii="Courier New" w:hAnsi="Courier New"/>
          <w:color w:val="555555"/>
          <w:sz w:val="20"/>
        </w:rPr>
        <w:t>[2 . 2 . 9]</w:t>
      </w:r>
    </w:p>
    <w:p>
      <w:r>
        <w:rPr>
          <w:rFonts w:ascii="Gentium Plus" w:hAnsi="Gentium Plus"/>
          <w:sz w:val="24"/>
        </w:rPr>
        <w:t>Ὡς γὰρ ἐγὼ ἐπορεύθην ἐν Σικίμοις, ἐνέγκαι ἄλειμμα τοῖς ποιμ‐ νίοις, καὶ Ῥουβὴμ εἰς Δοθαείμ, ὅπου τὰ ἐγχρῄζοντα ἡμῖν, καὶ πᾶσα ἡ ἀπόθεσις, Ἰούδας ὁ ἀδελφὸς ἡμῶν ἐπώλησεν</w:t>
      </w:r>
    </w:p>
    <w:p>
      <w:r>
        <w:rPr>
          <w:rFonts w:ascii="Courier New" w:hAnsi="Courier New"/>
          <w:color w:val="555555"/>
          <w:sz w:val="20"/>
        </w:rPr>
        <w:t>[5]</w:t>
      </w:r>
    </w:p>
    <w:p>
      <w:r>
        <w:rPr>
          <w:rFonts w:ascii="Gentium Plus" w:hAnsi="Gentium Plus"/>
          <w:sz w:val="24"/>
        </w:rPr>
        <w:t>αὐτὸν τοῖς Ἰσμαηλίταις.</w:t>
      </w:r>
    </w:p>
    <w:p>
      <w:r>
        <w:rPr>
          <w:rFonts w:ascii="Courier New" w:hAnsi="Courier New"/>
          <w:color w:val="555555"/>
          <w:sz w:val="20"/>
        </w:rPr>
        <w:t>[2 . 2 . 10]</w:t>
      </w:r>
    </w:p>
    <w:p>
      <w:r>
        <w:rPr>
          <w:rFonts w:ascii="Gentium Plus" w:hAnsi="Gentium Plus"/>
          <w:sz w:val="24"/>
        </w:rPr>
        <w:t>Καὶ ἐλθὼν Ῥουβὴμ ἐλυπήθη· ἤθελε γὰρ αὐτὸν διασῶσαι πρὸς τὸν πατέρα.</w:t>
      </w:r>
    </w:p>
    <w:p>
      <w:r>
        <w:rPr>
          <w:rFonts w:ascii="Courier New" w:hAnsi="Courier New"/>
          <w:color w:val="555555"/>
          <w:sz w:val="20"/>
        </w:rPr>
        <w:t>[2 . 2 . 11]</w:t>
      </w:r>
    </w:p>
    <w:p>
      <w:r>
        <w:rPr>
          <w:rFonts w:ascii="Gentium Plus" w:hAnsi="Gentium Plus"/>
          <w:sz w:val="24"/>
        </w:rPr>
        <w:t>Ἐγὼ δὲ ὠργίσθην πρὸς τὸν Ἰούδαν, ὅτι ζῶντα αὐτὸν ἀπέλυσε· καὶ ἐποίησα μῆνας πέντε ὀργιζόμενος αὐτῷ.</w:t>
      </w:r>
    </w:p>
    <w:p>
      <w:r>
        <w:rPr>
          <w:rFonts w:ascii="Courier New" w:hAnsi="Courier New"/>
          <w:color w:val="555555"/>
          <w:sz w:val="20"/>
        </w:rPr>
        <w:t>[2 . 2 . 12]</w:t>
      </w:r>
    </w:p>
    <w:p>
      <w:r>
        <w:rPr>
          <w:rFonts w:ascii="Gentium Plus" w:hAnsi="Gentium Plus"/>
          <w:sz w:val="24"/>
        </w:rPr>
        <w:t>καίγε συνεπό‐ δισέ με ὁ Θεὸς καὶ ἐκώλυσεν ἀπ’ ἐμοῦ δράσιν χειρῶν· ὅτι ἡ χείρ μου ἡ δεξιὰ ἡμίξηρος ἦν ἐπὶ ἡμέρας ἑπτά.</w:t>
      </w:r>
    </w:p>
    <w:p>
      <w:r>
        <w:rPr>
          <w:rFonts w:ascii="Courier New" w:hAnsi="Courier New"/>
          <w:color w:val="555555"/>
          <w:sz w:val="20"/>
        </w:rPr>
        <w:t>[2 . 2 . 13]</w:t>
      </w:r>
    </w:p>
    <w:p>
      <w:r>
        <w:rPr>
          <w:rFonts w:ascii="Gentium Plus" w:hAnsi="Gentium Plus"/>
          <w:sz w:val="24"/>
        </w:rPr>
        <w:t>Καὶ ἔγνων, τέκνα, ὅτι περὶ Ἰωσὴφ τοῦτό μοι συνέβη· καὶ μετανοή‐ σας ἔκλαυσα, καὶ ηὐξάμην Κυρίῳ, ἵνα ἀποκαταστήσῃ τὴν χεῖρά μου, καὶ ἀπόσχομαι ἀπὸ παντὸς μολυσμοῦ καὶ φθόνου</w:t>
      </w:r>
    </w:p>
    <w:p>
      <w:r>
        <w:rPr>
          <w:rFonts w:ascii="Courier New" w:hAnsi="Courier New"/>
          <w:color w:val="555555"/>
          <w:sz w:val="20"/>
        </w:rPr>
        <w:t>[5]</w:t>
      </w:r>
    </w:p>
    <w:p>
      <w:r>
        <w:rPr>
          <w:rFonts w:ascii="Gentium Plus" w:hAnsi="Gentium Plus"/>
          <w:sz w:val="24"/>
        </w:rPr>
        <w:t>καὶ ἀπὸ πάσης ἀφροσύνης.</w:t>
      </w:r>
    </w:p>
    <w:p>
      <w:r>
        <w:rPr>
          <w:rFonts w:ascii="Courier New" w:hAnsi="Courier New"/>
          <w:color w:val="555555"/>
          <w:sz w:val="20"/>
        </w:rPr>
        <w:t>[2 . 2 . 14]</w:t>
      </w:r>
    </w:p>
    <w:p>
      <w:r>
        <w:rPr>
          <w:rFonts w:ascii="Gentium Plus" w:hAnsi="Gentium Plus"/>
          <w:sz w:val="24"/>
        </w:rPr>
        <w:t>Ἔγνων γάρ, ὅτι πονηρὸν πρᾶγμα ἐνεθυμήθην ἐνώπιον Κυρίου, καὶ Ἰακὼβ τοῦ πατρός, διὰ Ἰωσὴφ τὸν ἀδελφόν μου, φθονήσας αὐτῷ.</w:t>
      </w:r>
    </w:p>
    <w:p>
      <w:r>
        <w:rPr>
          <w:rFonts w:ascii="Courier New" w:hAnsi="Courier New"/>
          <w:color w:val="555555"/>
          <w:sz w:val="20"/>
        </w:rPr>
        <w:t>[2 . 3 . 1]</w:t>
      </w:r>
    </w:p>
    <w:p>
      <w:r>
        <w:rPr>
          <w:rFonts w:ascii="Gentium Plus" w:hAnsi="Gentium Plus"/>
          <w:sz w:val="24"/>
        </w:rPr>
        <w:t>Καὶ νῦν, τέκνα, φυλάξασθε ἀπὸ τῶν πνευμάτων τῆς πλάνης καὶ τοῦ φθόνου.</w:t>
      </w:r>
    </w:p>
    <w:p>
      <w:r>
        <w:rPr>
          <w:rFonts w:ascii="Courier New" w:hAnsi="Courier New"/>
          <w:color w:val="555555"/>
          <w:sz w:val="20"/>
        </w:rPr>
        <w:t>[2 . 3 . 2]</w:t>
      </w:r>
    </w:p>
    <w:p>
      <w:r>
        <w:rPr>
          <w:rFonts w:ascii="Gentium Plus" w:hAnsi="Gentium Plus"/>
          <w:sz w:val="24"/>
        </w:rPr>
        <w:t>Καὶ γὰρ ὁ φθόνος κυριεύει πάσης τῆς διανοίας τοῦ ἀνθρώπου καὶ οὐκ ἀφίησιν αὐτὸν οὔτε φαγεῖν, οὔτε πιεῖν, οὔτε ποιῆσαί τι ἀγαθόν·</w:t>
      </w:r>
    </w:p>
    <w:p>
      <w:r>
        <w:rPr>
          <w:rFonts w:ascii="Courier New" w:hAnsi="Courier New"/>
          <w:color w:val="555555"/>
          <w:sz w:val="20"/>
        </w:rPr>
        <w:t>[2 . 3 . 3]</w:t>
      </w:r>
    </w:p>
    <w:p>
      <w:r>
        <w:rPr>
          <w:rFonts w:ascii="Gentium Plus" w:hAnsi="Gentium Plus"/>
          <w:sz w:val="24"/>
        </w:rPr>
        <w:t>πάντοτε ὑποβάλλει ἀνελεῖν τὸν φθονούμενον· καὶ ὁ μὲν φθονούμενος πάντοτε ἀνθεῖ, ὁ δὲ φθονῶν μαραίνεται.</w:t>
      </w:r>
    </w:p>
    <w:p>
      <w:r>
        <w:rPr>
          <w:rFonts w:ascii="Courier New" w:hAnsi="Courier New"/>
          <w:color w:val="555555"/>
          <w:sz w:val="20"/>
        </w:rPr>
        <w:t>[2 . 3 . 4]</w:t>
      </w:r>
    </w:p>
    <w:p>
      <w:r>
        <w:rPr>
          <w:rFonts w:ascii="Gentium Plus" w:hAnsi="Gentium Plus"/>
          <w:sz w:val="24"/>
        </w:rPr>
        <w:t>Δύο ἔτη ἡμερῶν ἐν φόβῳ Κυρίου ἐκάκωσα ἐν νηστείᾳ τὴν ψυχήν μου· καὶ ἔγνων ὅτι ἡ λύσις τοῦ φθόνου διὰ φόβου Θεοῦ γίνεται.</w:t>
      </w:r>
    </w:p>
    <w:p>
      <w:r>
        <w:rPr>
          <w:rFonts w:ascii="Courier New" w:hAnsi="Courier New"/>
          <w:color w:val="555555"/>
          <w:sz w:val="20"/>
        </w:rPr>
        <w:t>[2 . 3 . 5]</w:t>
      </w:r>
    </w:p>
    <w:p>
      <w:r>
        <w:rPr>
          <w:rFonts w:ascii="Gentium Plus" w:hAnsi="Gentium Plus"/>
          <w:sz w:val="24"/>
        </w:rPr>
        <w:t>Ἐάν τις ἐπὶ Κύριον καταφύγῃ, ἀποτρέχει τὸ πονηρὸν πνεῦμα ἀπ’ αὐτοῦ, καὶ γίνεται ἡ διάνοια κούφη·</w:t>
      </w:r>
    </w:p>
    <w:p>
      <w:r>
        <w:rPr>
          <w:rFonts w:ascii="Courier New" w:hAnsi="Courier New"/>
          <w:color w:val="555555"/>
          <w:sz w:val="20"/>
        </w:rPr>
        <w:t>[2 . 3 . 6]</w:t>
      </w:r>
    </w:p>
    <w:p>
      <w:r>
        <w:rPr>
          <w:rFonts w:ascii="Gentium Plus" w:hAnsi="Gentium Plus"/>
          <w:sz w:val="24"/>
        </w:rPr>
        <w:t>καὶ λοιπὸν συμπαθεῖ τῷ φθονουμένῳ, καὶ οὐ καταγινώσκει τῶν ἀγαπώντων αὐτόν, καὶ οὕτως παύεται τοῦ φθόνου.</w:t>
      </w:r>
    </w:p>
    <w:p>
      <w:r>
        <w:rPr>
          <w:rFonts w:ascii="Courier New" w:hAnsi="Courier New"/>
          <w:color w:val="555555"/>
          <w:sz w:val="20"/>
        </w:rPr>
        <w:t>[2 . 4 . 1]</w:t>
      </w:r>
    </w:p>
    <w:p>
      <w:r>
        <w:rPr>
          <w:rFonts w:ascii="Gentium Plus" w:hAnsi="Gentium Plus"/>
          <w:sz w:val="24"/>
        </w:rPr>
        <w:t>Καὶ ἦν ἐρωτῶν ὁ πατὴρ περὶ ἐμοῦ, ὅτι ἑώρα με σκυθρωπόν, καὶ ἔλεγον· Τὰ ἥπατά μου κακοῦμαι ἐγώ.</w:t>
      </w:r>
    </w:p>
    <w:p>
      <w:r>
        <w:rPr>
          <w:rFonts w:ascii="Courier New" w:hAnsi="Courier New"/>
          <w:color w:val="555555"/>
          <w:sz w:val="20"/>
        </w:rPr>
        <w:t>[2 . 4 . 2]</w:t>
      </w:r>
    </w:p>
    <w:p>
      <w:r>
        <w:rPr>
          <w:rFonts w:ascii="Gentium Plus" w:hAnsi="Gentium Plus"/>
          <w:sz w:val="24"/>
        </w:rPr>
        <w:t>Ἐπένθουν γὰρ παρὰ πάντας, ὅτι ἐγὼ ἤμην αἴτιος τῆς πράσεως Ἰωσήφ.</w:t>
      </w:r>
    </w:p>
    <w:p>
      <w:r>
        <w:rPr>
          <w:rFonts w:ascii="Courier New" w:hAnsi="Courier New"/>
          <w:color w:val="555555"/>
          <w:sz w:val="20"/>
        </w:rPr>
        <w:t>[2 . 4 . 3]</w:t>
      </w:r>
    </w:p>
    <w:p>
      <w:r>
        <w:rPr>
          <w:rFonts w:ascii="Gentium Plus" w:hAnsi="Gentium Plus"/>
          <w:sz w:val="24"/>
        </w:rPr>
        <w:t>Καὶ ὅτε κατέβημεν εἰς Αἴγυπτον, καὶ ἔδησέ με ὡς κατάσκοπον, ἔγνων ὅτι δικαίως πάσχω, καὶ οὐκ ἐλυπούμην.</w:t>
      </w:r>
    </w:p>
    <w:p>
      <w:r>
        <w:rPr>
          <w:rFonts w:ascii="Courier New" w:hAnsi="Courier New"/>
          <w:color w:val="555555"/>
          <w:sz w:val="20"/>
        </w:rPr>
        <w:t>[2 . 4 . 4]</w:t>
      </w:r>
    </w:p>
    <w:p>
      <w:r>
        <w:rPr>
          <w:rFonts w:ascii="Gentium Plus" w:hAnsi="Gentium Plus"/>
          <w:sz w:val="24"/>
        </w:rPr>
        <w:t>Ἰωσὴφ δὲ ἦν ἀνὴρ ἀγαθός, καὶ ἔχων πνεῦμα Θεοῦ ἐν ἑαυτῷ, εὔσπλαγχνος καὶ ἐλεήμων, οὐκ ἐμνησικάκησέ μοι, ἀλλὰ καὶ ἠγάπησέ με, ὡς τοὺς ἄλλους ἀδελφούς.</w:t>
      </w:r>
    </w:p>
    <w:p>
      <w:r>
        <w:rPr>
          <w:rFonts w:ascii="Courier New" w:hAnsi="Courier New"/>
          <w:color w:val="555555"/>
          <w:sz w:val="20"/>
        </w:rPr>
        <w:t>[2 . 4 . 5]</w:t>
      </w:r>
    </w:p>
    <w:p>
      <w:r>
        <w:rPr>
          <w:rFonts w:ascii="Gentium Plus" w:hAnsi="Gentium Plus"/>
          <w:sz w:val="24"/>
        </w:rPr>
        <w:t>φυλάξασθε οὖν, τέκνα μου, ἀπὸ παντὸς ζήλου καὶ φθόνου, καὶ πορεύεσθε ἐν ἁπλότητι ψυχῆς, καὶ ἐν ἀγαθῇ καρδίᾳ, ἐννοῶντες τὸν πατράδελφον ὑμῶν, ἵνα δῴη καὶ ὑμῖν ὁ Θεὸς χάριν, καὶ δόξαν, καὶ εὐλογίαν ἐπὶ τὰς κεφαλὰς ὑμῶν</w:t>
      </w:r>
    </w:p>
    <w:p>
      <w:r>
        <w:rPr>
          <w:rFonts w:ascii="Courier New" w:hAnsi="Courier New"/>
          <w:color w:val="555555"/>
          <w:sz w:val="20"/>
        </w:rPr>
        <w:t>[5]</w:t>
      </w:r>
    </w:p>
    <w:p>
      <w:r>
        <w:rPr>
          <w:rFonts w:ascii="Gentium Plus" w:hAnsi="Gentium Plus"/>
          <w:sz w:val="24"/>
        </w:rPr>
        <w:t>καθὼς εἴδετε ἐν αὐτῷ.</w:t>
      </w:r>
    </w:p>
    <w:p>
      <w:r>
        <w:rPr>
          <w:rFonts w:ascii="Courier New" w:hAnsi="Courier New"/>
          <w:color w:val="555555"/>
          <w:sz w:val="20"/>
        </w:rPr>
        <w:t>[2 . 4 . 6]</w:t>
      </w:r>
    </w:p>
    <w:p>
      <w:r>
        <w:rPr>
          <w:rFonts w:ascii="Gentium Plus" w:hAnsi="Gentium Plus"/>
          <w:sz w:val="24"/>
        </w:rPr>
        <w:t>Πάσας τὰς ἡμέρας οὐκ ὠνείδισεν ἡμᾶς περὶ τοῦ λόγου τούτου, ἀλλ’ ἠγάπησεν ἡμᾶς ὡς τὴν ψυχὴν αὐτοῦ καὶ ὑπὲρ τοὺς υἱοὺς αὐτοῦ· καὶ ἐδόξασεν ἡμᾶς, καὶ πλοῦτον καὶ κτήνη καὶ καρποὺς πᾶσιν ἡμῖν ἐχαρίσατο.</w:t>
      </w:r>
    </w:p>
    <w:p>
      <w:r>
        <w:rPr>
          <w:rFonts w:ascii="Courier New" w:hAnsi="Courier New"/>
          <w:color w:val="555555"/>
          <w:sz w:val="20"/>
        </w:rPr>
        <w:t>[2 . 4 . 7]</w:t>
      </w:r>
    </w:p>
    <w:p>
      <w:r>
        <w:rPr>
          <w:rFonts w:ascii="Gentium Plus" w:hAnsi="Gentium Plus"/>
          <w:sz w:val="24"/>
        </w:rPr>
        <w:t>Καὶ ὑμεῖς οὖν, τέκνα μου ἀγαπητά, ἀγαπήσατε ἕκαστος τὸν ἀδελφὸν αὐτοῦ ἐν ἀγαθῇ καρδίᾳ, καὶ ἀποστήσατε ἀφ’ ὑμῶν τὸ πνεῦμα τοῦ φθόνου,</w:t>
      </w:r>
    </w:p>
    <w:p>
      <w:r>
        <w:rPr>
          <w:rFonts w:ascii="Courier New" w:hAnsi="Courier New"/>
          <w:color w:val="555555"/>
          <w:sz w:val="20"/>
        </w:rPr>
        <w:t>[2 . 4 . 8]</w:t>
      </w:r>
    </w:p>
    <w:p>
      <w:r>
        <w:rPr>
          <w:rFonts w:ascii="Gentium Plus" w:hAnsi="Gentium Plus"/>
          <w:sz w:val="24"/>
        </w:rPr>
        <w:t>ὅτι ἀγριοῖ τοῦτο τὴν ψυχήν, καὶ φθείρει τὸ σῶμα, ὀργὴν καὶ πόλεμον παρέχει τὸ διαβού‐ λιον, καὶ εἰς αἵματα παροξύνει, καὶ εἰς ἔκστασιν ἄγει τὴν διάνοιαν, καὶ οὐκ ἐᾷ τὴν σύνεσιν ἀνθρώποις ἐνεργεῖν· ἀλλὰ</w:t>
      </w:r>
    </w:p>
    <w:p>
      <w:r>
        <w:rPr>
          <w:rFonts w:ascii="Courier New" w:hAnsi="Courier New"/>
          <w:color w:val="555555"/>
          <w:sz w:val="20"/>
        </w:rPr>
        <w:t>[5]</w:t>
      </w:r>
    </w:p>
    <w:p>
      <w:r>
        <w:rPr>
          <w:rFonts w:ascii="Gentium Plus" w:hAnsi="Gentium Plus"/>
          <w:sz w:val="24"/>
        </w:rPr>
        <w:t>καὶ τὸν ὕπνον ἀφαιρεῖ, καὶ κλόνον παρέχει τῇ ψυχῇ, καὶ τρόμον τῷ σώματι·</w:t>
      </w:r>
    </w:p>
    <w:p>
      <w:r>
        <w:rPr>
          <w:rFonts w:ascii="Courier New" w:hAnsi="Courier New"/>
          <w:color w:val="555555"/>
          <w:sz w:val="20"/>
        </w:rPr>
        <w:t>[2 . 4 . 9]</w:t>
      </w:r>
    </w:p>
    <w:p>
      <w:r>
        <w:rPr>
          <w:rFonts w:ascii="Gentium Plus" w:hAnsi="Gentium Plus"/>
          <w:sz w:val="24"/>
        </w:rPr>
        <w:t>ὅτι καίγε ἐν ὕπνῳ τις ζῆλος κακίας αὐτὸν φαντάζουσα κατεσθίει καὶ ἐν πνεύμασι πονηροῖς διαταράσσει τὴν ψυχὴν αὐτοῦ, καὶ ἐκθροεῖσθαι τὸ σῶμα ποιεῖ, καὶ ἐν ταραχῇ διυπνίζεσθαι τὸν νοῦν, καὶ ὡς πνεῦμα</w:t>
      </w:r>
    </w:p>
    <w:p>
      <w:r>
        <w:rPr>
          <w:rFonts w:ascii="Courier New" w:hAnsi="Courier New"/>
          <w:color w:val="555555"/>
          <w:sz w:val="20"/>
        </w:rPr>
        <w:t>[5]</w:t>
      </w:r>
    </w:p>
    <w:p>
      <w:r>
        <w:rPr>
          <w:rFonts w:ascii="Gentium Plus" w:hAnsi="Gentium Plus"/>
          <w:sz w:val="24"/>
        </w:rPr>
        <w:t>πονηρὸν καὶ ἰοβόλον ἔχων, οὕτως φαίνεται τοῖς ἀνθρώποις.</w:t>
      </w:r>
    </w:p>
    <w:p>
      <w:r>
        <w:rPr>
          <w:rFonts w:ascii="Courier New" w:hAnsi="Courier New"/>
          <w:color w:val="555555"/>
          <w:sz w:val="20"/>
        </w:rPr>
        <w:t>[2 . 5 . 1]</w:t>
      </w:r>
    </w:p>
    <w:p>
      <w:r>
        <w:rPr>
          <w:rFonts w:ascii="Gentium Plus" w:hAnsi="Gentium Plus"/>
          <w:sz w:val="24"/>
        </w:rPr>
        <w:t>Διὰ τοῦτο Ἰωσὴφ ἦν ὡραῖος τῷ εἴδει, καὶ καλὸς τῇ ὄψει, ὅτι οὐκ ἐνοίκησεν ἐν αὐτῷ οὐδὲν πονηρόν· ἐκ γὰρ ταραχῆς τοῦ πνεύματος τὸ πρόσωπον δηλοῖ.</w:t>
      </w:r>
    </w:p>
    <w:p>
      <w:r>
        <w:rPr>
          <w:rFonts w:ascii="Courier New" w:hAnsi="Courier New"/>
          <w:color w:val="555555"/>
          <w:sz w:val="20"/>
        </w:rPr>
        <w:t>[2 . 5 . 2]</w:t>
      </w:r>
    </w:p>
    <w:p>
      <w:r>
        <w:rPr>
          <w:rFonts w:ascii="Gentium Plus" w:hAnsi="Gentium Plus"/>
          <w:sz w:val="24"/>
        </w:rPr>
        <w:t>Καὶ νῦν, τέκνα μου, ἀγαθύνατε τὰς καρδίας ὑμῶν ἐνώπιον Κυρίου, καὶ εὐθύνατε τὰς ὁδοὺς ὑμῶν ἐνώπιον τῶν ἀνθρώπων, καὶ</w:t>
      </w:r>
    </w:p>
    <w:p>
      <w:r>
        <w:rPr>
          <w:rFonts w:ascii="Courier New" w:hAnsi="Courier New"/>
          <w:color w:val="555555"/>
          <w:sz w:val="20"/>
        </w:rPr>
        <w:t>[2 . 5 . 3]</w:t>
      </w:r>
    </w:p>
    <w:p>
      <w:r>
        <w:rPr>
          <w:rFonts w:ascii="Gentium Plus" w:hAnsi="Gentium Plus"/>
          <w:sz w:val="24"/>
        </w:rPr>
        <w:t>Καὶ φυλάσσεσθε τοῦ μὴ πορνεύειν· ὅτι ἡ πορνεία μήτηρ ἐστὶ πάντων τῶν κακῶν, χωρίζουσα Θεοῦ καὶ προσεγγίζουσα τῷ Βελίαρ.</w:t>
      </w:r>
    </w:p>
    <w:p>
      <w:r>
        <w:rPr>
          <w:rFonts w:ascii="Courier New" w:hAnsi="Courier New"/>
          <w:color w:val="555555"/>
          <w:sz w:val="20"/>
        </w:rPr>
        <w:t>[2 . 5 . 4]</w:t>
      </w:r>
    </w:p>
    <w:p>
      <w:r>
        <w:rPr>
          <w:rFonts w:ascii="Gentium Plus" w:hAnsi="Gentium Plus"/>
          <w:sz w:val="24"/>
        </w:rPr>
        <w:t>Ἑώρακα γὰρ ἐν χαρακτῆρι γραφῆς Ἐνὼχ ὅτι υἱοὶ ὑμῶν μεθ’ ὑμῶν ἐν πορνείᾳ φθαρήσονται, καὶ ἐν Λευὶ ἀδικήσουσιν ἐν ῥομφαίᾳ.</w:t>
      </w:r>
    </w:p>
    <w:p>
      <w:r>
        <w:rPr>
          <w:rFonts w:ascii="Courier New" w:hAnsi="Courier New"/>
          <w:color w:val="555555"/>
          <w:sz w:val="20"/>
        </w:rPr>
        <w:t>[2 . 5 . 5]</w:t>
      </w:r>
    </w:p>
    <w:p>
      <w:r>
        <w:rPr>
          <w:rFonts w:ascii="Gentium Plus" w:hAnsi="Gentium Plus"/>
          <w:sz w:val="24"/>
        </w:rPr>
        <w:t>Ἀλλ’ οὐ δυνήσονται πρὸς Λευί, ὅτι πόλεμον Κυρίου πολεμήσει, καὶ νικήσει πᾶσαν παρεμβολὴν ὑμῶν,</w:t>
      </w:r>
    </w:p>
    <w:p>
      <w:r>
        <w:rPr>
          <w:rFonts w:ascii="Courier New" w:hAnsi="Courier New"/>
          <w:color w:val="555555"/>
          <w:sz w:val="20"/>
        </w:rPr>
        <w:t>[2 . 5 . 6]</w:t>
      </w:r>
    </w:p>
    <w:p>
      <w:r>
        <w:rPr>
          <w:rFonts w:ascii="Gentium Plus" w:hAnsi="Gentium Plus"/>
          <w:sz w:val="24"/>
        </w:rPr>
        <w:t>καὶ ἔσονται ὀλιγοστοὶ ἐπιμεριζόμενοι ἐν τῷ Λευὶ καὶ Ἰούδᾳ, καὶ ἔσται ἐξ ὑμῶν εἰς ἡγεμονίαν, καθὼς καὶ ὁ πατήρ μου Ἰακὼβ προεφήτευσεν ἐν εὐλογίαις.</w:t>
      </w:r>
    </w:p>
    <w:p>
      <w:r>
        <w:rPr>
          <w:rFonts w:ascii="Courier New" w:hAnsi="Courier New"/>
          <w:color w:val="555555"/>
          <w:sz w:val="20"/>
        </w:rPr>
        <w:t>[2 . 6 . 1]</w:t>
      </w:r>
    </w:p>
    <w:p>
      <w:r>
        <w:rPr>
          <w:rFonts w:ascii="Gentium Plus" w:hAnsi="Gentium Plus"/>
          <w:sz w:val="24"/>
        </w:rPr>
        <w:t>Ἰδοὺ προείρηκα ὑμῖν πάντα, ὅπως δικαιωθῶ ἀπὸ τῆς ἁμαρτίας τῶν ψυχῶν ὑμῶν.</w:t>
      </w:r>
    </w:p>
    <w:p>
      <w:r>
        <w:rPr>
          <w:rFonts w:ascii="Courier New" w:hAnsi="Courier New"/>
          <w:color w:val="555555"/>
          <w:sz w:val="20"/>
        </w:rPr>
        <w:t>[2 . 6 . 2]</w:t>
      </w:r>
    </w:p>
    <w:p>
      <w:r>
        <w:rPr>
          <w:rFonts w:ascii="Gentium Plus" w:hAnsi="Gentium Plus"/>
          <w:sz w:val="24"/>
        </w:rPr>
        <w:t>Ἐὰν δὲ ἀφέλητε ἀφ’ ὑμῶν τὸν φθόνον καὶ πᾶσαν σκληροτραχηλίαν, ὡς ῥόδον ἀνθήσει τὰ ὀστᾶ μου ἐν Ἰσραὴλ καὶ ὡς κρίνον ἡ σάρξ μου ἐν Ἰακώβ, καὶ ἔσται ἡ ὀσμή μου ὡς ὀσμὴ Λιβάνου, καὶ πληθυνθήσεται</w:t>
      </w:r>
    </w:p>
    <w:p>
      <w:r>
        <w:rPr>
          <w:rFonts w:ascii="Courier New" w:hAnsi="Courier New"/>
          <w:color w:val="555555"/>
          <w:sz w:val="20"/>
        </w:rPr>
        <w:t>[5]</w:t>
      </w:r>
    </w:p>
    <w:p>
      <w:r>
        <w:rPr>
          <w:rFonts w:ascii="Gentium Plus" w:hAnsi="Gentium Plus"/>
          <w:sz w:val="24"/>
        </w:rPr>
        <w:t>ὡς κέδροι ἅγιοι ἐξ ἐμοῦ ἕως αἰῶνος, καὶ οἱ κλάδοι αὐτῶν ἕως εἰς μακρὰν ἔσονται.</w:t>
      </w:r>
    </w:p>
    <w:p>
      <w:r>
        <w:rPr>
          <w:rFonts w:ascii="Courier New" w:hAnsi="Courier New"/>
          <w:color w:val="555555"/>
          <w:sz w:val="20"/>
        </w:rPr>
        <w:t>[2 . 6 . 3]</w:t>
      </w:r>
    </w:p>
    <w:p>
      <w:r>
        <w:rPr>
          <w:rFonts w:ascii="Gentium Plus" w:hAnsi="Gentium Plus"/>
          <w:sz w:val="24"/>
        </w:rPr>
        <w:t>Τότε ἀπολεῖται σπέρμα Χαναὰν καὶ ἐγκατάλειμμα οὐκ ἔσται τῷ Ἀμαλὴκ καὶ ἀπολοῦνται πάντες οἱ Καππάδοκες καὶ πάντες οἱ Χετταῖοι ἐξολοθρευθή‐ σονται.</w:t>
      </w:r>
    </w:p>
    <w:p>
      <w:r>
        <w:rPr>
          <w:rFonts w:ascii="Courier New" w:hAnsi="Courier New"/>
          <w:color w:val="555555"/>
          <w:sz w:val="20"/>
        </w:rPr>
        <w:t>[2 . 6 . 4]</w:t>
      </w:r>
    </w:p>
    <w:p>
      <w:r>
        <w:rPr>
          <w:rFonts w:ascii="Gentium Plus" w:hAnsi="Gentium Plus"/>
          <w:sz w:val="24"/>
        </w:rPr>
        <w:t>Τότε ἐκλείψει ἡ γῆ Χὰμ καὶ πᾶς ὁ λαὸς ἀπολεῖται. Τότε καταπαύσει ἡ γῆ πᾶσα ἀπὸ ταραχῆς καὶ πᾶσα ἡ ὑπ’ οὐρανὸν ἀπὸ πολέμου.</w:t>
      </w:r>
    </w:p>
    <w:p>
      <w:r>
        <w:rPr>
          <w:rFonts w:ascii="Courier New" w:hAnsi="Courier New"/>
          <w:color w:val="555555"/>
          <w:sz w:val="20"/>
        </w:rPr>
        <w:t>[2 . 6 . 5]</w:t>
      </w:r>
    </w:p>
    <w:p>
      <w:r>
        <w:rPr>
          <w:rFonts w:ascii="Gentium Plus" w:hAnsi="Gentium Plus"/>
          <w:sz w:val="24"/>
        </w:rPr>
        <w:t>Τότε Σὴμ ἐνδοξασθήσεται, ὅτι Κύριος ὁ Θεὸς μέγας τοῦ Ἰσραήλ, φαινόμενος ἐπὶ γῆς ὡς ἄνθρωπος καὶ σώζων ἐν αὐτῷ τὸν Ἀδάμ.</w:t>
      </w:r>
    </w:p>
    <w:p>
      <w:r>
        <w:rPr>
          <w:rFonts w:ascii="Courier New" w:hAnsi="Courier New"/>
          <w:color w:val="555555"/>
          <w:sz w:val="20"/>
        </w:rPr>
        <w:t>[2 . 6 . 6]</w:t>
      </w:r>
    </w:p>
    <w:p>
      <w:r>
        <w:rPr>
          <w:rFonts w:ascii="Gentium Plus" w:hAnsi="Gentium Plus"/>
          <w:sz w:val="24"/>
        </w:rPr>
        <w:t>Τότε δοθήσονται πάντα τὰ πνεύματα τῆς πλάνης εἰς καταπάτησιν, καὶ ἄνθρω‐ ποι βασιλεύσουσι τῶν πονηρῶν πνευμάτων.</w:t>
      </w:r>
    </w:p>
    <w:p>
      <w:r>
        <w:rPr>
          <w:rFonts w:ascii="Courier New" w:hAnsi="Courier New"/>
          <w:color w:val="555555"/>
          <w:sz w:val="20"/>
        </w:rPr>
        <w:t>[2 . 6 . 7]</w:t>
      </w:r>
    </w:p>
    <w:p>
      <w:r>
        <w:rPr>
          <w:rFonts w:ascii="Gentium Plus" w:hAnsi="Gentium Plus"/>
          <w:sz w:val="24"/>
        </w:rPr>
        <w:t>Τότε ἀναστή‐ σομαι ἐν εὐφροσύνῃ καὶ εὐλογήσω τὸν ὕψιστον ἐν τοῖς θαυμασίοις αὐτοῦ· ὅτι Θεὸς σῶμα λαβών, καὶ συνεσθίων ἀνθρώποις, ἔσωσεν ἀνθρώπους.</w:t>
      </w:r>
    </w:p>
    <w:p>
      <w:r>
        <w:rPr>
          <w:rFonts w:ascii="Courier New" w:hAnsi="Courier New"/>
          <w:color w:val="555555"/>
          <w:sz w:val="20"/>
        </w:rPr>
        <w:t>[2 . 7 . 1]</w:t>
      </w:r>
    </w:p>
    <w:p>
      <w:r>
        <w:rPr>
          <w:rFonts w:ascii="Gentium Plus" w:hAnsi="Gentium Plus"/>
          <w:sz w:val="24"/>
        </w:rPr>
        <w:t>Καὶ νῦν, τεκνία μου, ὑπακούετε Λευὶ καὶ ἐν Ἰούδᾳ λυτρωθήσεσθε· καὶ μὴ ἐπαίρεσθε ἐπὶ τὰς δύο φυλὰς</w:t>
      </w:r>
    </w:p>
    <w:p>
      <w:r>
        <w:rPr>
          <w:rFonts w:ascii="Courier New" w:hAnsi="Courier New"/>
          <w:color w:val="555555"/>
          <w:sz w:val="20"/>
        </w:rPr>
        <w:t>[2 . 7 . 2]</w:t>
      </w:r>
    </w:p>
    <w:p>
      <w:r>
        <w:rPr>
          <w:rFonts w:ascii="Gentium Plus" w:hAnsi="Gentium Plus"/>
          <w:sz w:val="24"/>
        </w:rPr>
        <w:t>Ἀναστήσει γὰρ Κύριος ἐκ τοῦ Λευὶ ὡς ἀρχιερέα, καὶ ἐκ τοῦ Ἰούδα ὡς βασιλέα, Θεὸν καὶ ἄνθρωπον. Οὕτως σώσει πάντα τὰ ἔθνη καὶ τὸ γένος τοῦ Ἰσραήλ.</w:t>
      </w:r>
    </w:p>
    <w:p>
      <w:r>
        <w:rPr>
          <w:rFonts w:ascii="Courier New" w:hAnsi="Courier New"/>
          <w:color w:val="555555"/>
          <w:sz w:val="20"/>
        </w:rPr>
        <w:t>[2 . 7 . 3]</w:t>
      </w:r>
    </w:p>
    <w:p>
      <w:r>
        <w:rPr>
          <w:rFonts w:ascii="Gentium Plus" w:hAnsi="Gentium Plus"/>
          <w:sz w:val="24"/>
        </w:rPr>
        <w:t>Διὰ τοῦτο πάντα ἐντέλλομαι ὑμῖν, ἵνα καὶ ὑμεῖς ἐντείλησθε τοῖς τέκνοις ὑμῶν, ὅπως φυλάξωσιν αὐτὰ εἰς τὰς γενεὰς αὐτῶν.</w:t>
      </w:r>
    </w:p>
    <w:p>
      <w:r>
        <w:rPr>
          <w:rFonts w:ascii="Courier New" w:hAnsi="Courier New"/>
          <w:color w:val="555555"/>
          <w:sz w:val="20"/>
        </w:rPr>
        <w:t>[2 . 8 . 1]</w:t>
      </w:r>
    </w:p>
    <w:p>
      <w:r>
        <w:rPr>
          <w:rFonts w:ascii="Gentium Plus" w:hAnsi="Gentium Plus"/>
          <w:sz w:val="24"/>
        </w:rPr>
        <w:t>Καὶ συνετέλεσε Συμεὼν ἐντελλόμενος τοῖς υἱοῖς αὐτοῦ, καὶ ἐκοιμήθη μετὰ τῶν πατέρων αὐτοῦ ἑκατὸν εἴκοσι ἐτῶν.</w:t>
      </w:r>
    </w:p>
    <w:p>
      <w:r>
        <w:rPr>
          <w:rFonts w:ascii="Courier New" w:hAnsi="Courier New"/>
          <w:color w:val="555555"/>
          <w:sz w:val="20"/>
        </w:rPr>
        <w:t>[2 . 8 . 2]</w:t>
      </w:r>
    </w:p>
    <w:p>
      <w:r>
        <w:rPr>
          <w:rFonts w:ascii="Gentium Plus" w:hAnsi="Gentium Plus"/>
          <w:sz w:val="24"/>
        </w:rPr>
        <w:t>Καὶ ἔθηκαν αὐτὸν ἐν θήκῃ ξύλων ἀσήπτων, τοῦ ἀναγαγεῖν τὰ ὀστᾶ αὐτοῦ ἐν Χεβρών. Καὶ ἀνήνεγκαν αὐτὰ ἐν πολέμῳ Αἰγυπτίων κρυφῇ.</w:t>
      </w:r>
    </w:p>
    <w:p>
      <w:r>
        <w:rPr>
          <w:rFonts w:ascii="Courier New" w:hAnsi="Courier New"/>
          <w:color w:val="555555"/>
          <w:sz w:val="20"/>
        </w:rPr>
        <w:t>[2 . 8 . 3]</w:t>
      </w:r>
    </w:p>
    <w:p>
      <w:r>
        <w:rPr>
          <w:rFonts w:ascii="Gentium Plus" w:hAnsi="Gentium Plus"/>
          <w:sz w:val="24"/>
        </w:rPr>
        <w:t>Τὰ γὰρ ὀστᾶ Ἰωσὴφ ἐφύλαττον οἱ Αἰγύπτιοι ἐν τοῖς ταμείοις τῶν βασιλείων.</w:t>
      </w:r>
    </w:p>
    <w:p>
      <w:r>
        <w:rPr>
          <w:rFonts w:ascii="Courier New" w:hAnsi="Courier New"/>
          <w:color w:val="555555"/>
          <w:sz w:val="20"/>
        </w:rPr>
        <w:t>[2 . 8 . 4]</w:t>
      </w:r>
    </w:p>
    <w:p>
      <w:r>
        <w:rPr>
          <w:rFonts w:ascii="Gentium Plus" w:hAnsi="Gentium Plus"/>
          <w:sz w:val="24"/>
        </w:rPr>
        <w:t>Ἔλεγον γὰρ αὐτοῖς οἱ ἐπαοιδοί, ὅτι ἐν ἐξόδῳ ὀστῶν Ἰωσὴφ ἔσται ἐν πάσῃ τῇ Αἰγύπτῳ σκότος καὶ γνόφος, καὶ πληγὴ μεγάλη σφόδρα τοῖς Αἰγυπτίοις, ὥστε μετὰ λύχνου μὴ ἐπιγινώσκειν ἕκαστος τὸν ἀδελφὸν αὐτοῦ.</w:t>
      </w:r>
    </w:p>
    <w:p>
      <w:r>
        <w:rPr>
          <w:rFonts w:ascii="Courier New" w:hAnsi="Courier New"/>
          <w:color w:val="555555"/>
          <w:sz w:val="20"/>
        </w:rPr>
        <w:t>[2 . 9 . 1]</w:t>
      </w:r>
    </w:p>
    <w:p>
      <w:r>
        <w:rPr>
          <w:rFonts w:ascii="Gentium Plus" w:hAnsi="Gentium Plus"/>
          <w:sz w:val="24"/>
        </w:rPr>
        <w:t>Καὶ ἔκλαυσαν υἱοὶ Συμεὼν τὸν πατέρα αὐτῶν κατὰ τὸν νόμον τοῦ πένθους· καὶ ἦσαν εἰς Αἴγυπτον ἕως ἡμέρας ἐξόδου αὐτῶν ἀπ’ Αἰγύπτου ἐν χειρὶ Μωυσῆ.</w:t>
      </w:r>
    </w:p>
    <w:p>
      <w:pPr>
        <w:jc w:val="center"/>
      </w:pPr>
      <w:r>
        <w:rPr>
          <w:rFonts w:ascii="Gentium Plus" w:hAnsi="Gentium Plus"/>
          <w:b/>
          <w:sz w:val="24"/>
        </w:rPr>
        <w:t>ΔΙΑΘΗΚΗ ΛΕΥΙ ΠΕΡΙ ΙΕΡΩΣΥΝΗΣ ΚΑΙ ΥΠΕΡΗΦΑΝΕΙΑΣ</w:t>
      </w:r>
    </w:p>
    <w:p>
      <w:r>
        <w:rPr>
          <w:rFonts w:ascii="Courier New" w:hAnsi="Courier New"/>
          <w:color w:val="555555"/>
          <w:sz w:val="20"/>
        </w:rPr>
        <w:t>[3 . 1 . 1]</w:t>
      </w:r>
    </w:p>
    <w:p>
      <w:r>
        <w:rPr>
          <w:rFonts w:ascii="Gentium Plus" w:hAnsi="Gentium Plus"/>
          <w:sz w:val="24"/>
        </w:rPr>
        <w:t>Ἀντίγραφον λόγων Λευί, ὅσα διέθετο τοῖς υἱοῖς αὐτοῦ, κατὰ πάντα ἃ ποιήσουσι, καὶ ὅσα συναντήσει αὐτοῖς ἕως ἡμέρας κρίσεως·</w:t>
      </w:r>
    </w:p>
    <w:p>
      <w:r>
        <w:rPr>
          <w:rFonts w:ascii="Courier New" w:hAnsi="Courier New"/>
          <w:color w:val="555555"/>
          <w:sz w:val="20"/>
        </w:rPr>
        <w:t>[3 . 1 . 2]</w:t>
      </w:r>
    </w:p>
    <w:p>
      <w:r>
        <w:rPr>
          <w:rFonts w:ascii="Gentium Plus" w:hAnsi="Gentium Plus"/>
          <w:sz w:val="24"/>
        </w:rPr>
        <w:t>Ὑγιαίνων ἦν ὅτε ἐκάλεσεν αὐτοὺς πρὸς ἑαυτόν· ὤφθη γὰρ αὐτῷ, ὅτι μέλλει ἀποθνήσκειν. Καὶ ὅτε συνήχθησαν, εἶπε πρὸς αὐτούς·</w:t>
      </w:r>
    </w:p>
    <w:p>
      <w:r>
        <w:rPr>
          <w:rFonts w:ascii="Courier New" w:hAnsi="Courier New"/>
          <w:color w:val="555555"/>
          <w:sz w:val="20"/>
        </w:rPr>
        <w:t>[3 . 2 . 1]</w:t>
      </w:r>
    </w:p>
    <w:p>
      <w:r>
        <w:rPr>
          <w:rFonts w:ascii="Gentium Plus" w:hAnsi="Gentium Plus"/>
          <w:sz w:val="24"/>
        </w:rPr>
        <w:t>Ἐγὼ Λευὶ ἐν Χαρρὰν συνελήφθην, καὶ ἐτέχθην ἐκεῖ, καὶ μετὰ ταῦτα ἦλθον σὺν τῷ πατρὶ εἰς Σίκιμα.</w:t>
      </w:r>
    </w:p>
    <w:p>
      <w:r>
        <w:rPr>
          <w:rFonts w:ascii="Courier New" w:hAnsi="Courier New"/>
          <w:color w:val="555555"/>
          <w:sz w:val="20"/>
        </w:rPr>
        <w:t>[3 . 2 . 2]</w:t>
      </w:r>
    </w:p>
    <w:p>
      <w:r>
        <w:rPr>
          <w:rFonts w:ascii="Gentium Plus" w:hAnsi="Gentium Plus"/>
          <w:sz w:val="24"/>
        </w:rPr>
        <w:t>Ἤμην δὲ νεώτερος, ὡσεὶ ἐτῶν εἴκοσι, ὅτε ἐποίησα μετὰ Συμεὼν τὴν ἐκδίκησιν τῆς ἀδελφῆς ἡμῶν Δίνας ἀπὸ τοῦ Ἐμμώρ.</w:t>
      </w:r>
    </w:p>
    <w:p>
      <w:r>
        <w:rPr>
          <w:rFonts w:ascii="Courier New" w:hAnsi="Courier New"/>
          <w:color w:val="555555"/>
          <w:sz w:val="20"/>
        </w:rPr>
        <w:t>[3 . 2 . 3]</w:t>
      </w:r>
    </w:p>
    <w:p>
      <w:r>
        <w:rPr>
          <w:rFonts w:ascii="Gentium Plus" w:hAnsi="Gentium Plus"/>
          <w:sz w:val="24"/>
        </w:rPr>
        <w:t>Ὡς δὲ ἐποιμαίνομεν ἐν Ἀβελμαούλ, πνεῦμα συνέσεως Κυρίου ἦλθεν ἐπ’ ἐμέ, καὶ πάντας ἑώρων ἀνθρώπους ἀφανίσαντας τὴν ὁδὸν αὐτῶν, καὶ ὅτι τείχη ᾠκοδόμησεν ἑαυτῇ ἡ ἀδικία, καὶ ἐπὶ πύργους ἡ ἀνομία κάθηται,</w:t>
      </w:r>
    </w:p>
    <w:p>
      <w:r>
        <w:rPr>
          <w:rFonts w:ascii="Courier New" w:hAnsi="Courier New"/>
          <w:color w:val="555555"/>
          <w:sz w:val="20"/>
        </w:rPr>
        <w:t>[3 . 2 . 4]</w:t>
      </w:r>
    </w:p>
    <w:p>
      <w:r>
        <w:rPr>
          <w:rFonts w:ascii="Gentium Plus" w:hAnsi="Gentium Plus"/>
          <w:sz w:val="24"/>
        </w:rPr>
        <w:t>καὶ ἐλυπούμην περὶ τοῦ γένους τῶν ἀνθρώπων, καὶ ηὐξάμην Κυρίῳ, ὅπως σωθῶ.</w:t>
      </w:r>
    </w:p>
    <w:p>
      <w:r>
        <w:rPr>
          <w:rFonts w:ascii="Courier New" w:hAnsi="Courier New"/>
          <w:color w:val="555555"/>
          <w:sz w:val="20"/>
        </w:rPr>
        <w:t>[3 . 2 . 5]</w:t>
      </w:r>
    </w:p>
    <w:p>
      <w:r>
        <w:rPr>
          <w:rFonts w:ascii="Gentium Plus" w:hAnsi="Gentium Plus"/>
          <w:sz w:val="24"/>
        </w:rPr>
        <w:t>Τότε ἐπέπεσεν ἐπ’ ἐμὲ ὕπνος, καὶ ἐθεασάμην ὄρος ὑψηλόν· τοῦτο ὄρος Ἀσπίδος ἐν Ἀβελμαούλ.</w:t>
      </w:r>
    </w:p>
    <w:p>
      <w:r>
        <w:rPr>
          <w:rFonts w:ascii="Courier New" w:hAnsi="Courier New"/>
          <w:color w:val="555555"/>
          <w:sz w:val="20"/>
        </w:rPr>
        <w:t>[3 . 2 . 6]</w:t>
      </w:r>
    </w:p>
    <w:p>
      <w:r>
        <w:rPr>
          <w:rFonts w:ascii="Gentium Plus" w:hAnsi="Gentium Plus"/>
          <w:sz w:val="24"/>
        </w:rPr>
        <w:t>Καὶ ἰδοὺ ἠνεῴχθησαν οἱ οὐρανοί, καὶ ἄγγελος Θεοῦ εἶπε πρός με· Λευί, εἴσελθε.</w:t>
      </w:r>
    </w:p>
    <w:p>
      <w:r>
        <w:rPr>
          <w:rFonts w:ascii="Courier New" w:hAnsi="Courier New"/>
          <w:color w:val="555555"/>
          <w:sz w:val="20"/>
        </w:rPr>
        <w:t>[3 . 2 . 7]</w:t>
      </w:r>
    </w:p>
    <w:p>
      <w:r>
        <w:rPr>
          <w:rFonts w:ascii="Gentium Plus" w:hAnsi="Gentium Plus"/>
          <w:sz w:val="24"/>
        </w:rPr>
        <w:t>Καὶ εἰσῆλθον ἐκ τοῦ πρώτου οὐρανοῦ εἰς τὸν δεύτερον, καὶ εἶδον ἐκεῖ ὕδωρ κρεμάμενον ἀνάμεσον τούτου κἀκείνου.</w:t>
      </w:r>
    </w:p>
    <w:p>
      <w:r>
        <w:rPr>
          <w:rFonts w:ascii="Courier New" w:hAnsi="Courier New"/>
          <w:color w:val="555555"/>
          <w:sz w:val="20"/>
        </w:rPr>
        <w:t>[3 . 2 . 8]</w:t>
      </w:r>
    </w:p>
    <w:p>
      <w:r>
        <w:rPr>
          <w:rFonts w:ascii="Gentium Plus" w:hAnsi="Gentium Plus"/>
          <w:sz w:val="24"/>
        </w:rPr>
        <w:t>Καὶ εἶδον τρίτον οὐρανὸν πολὺ φωτεινότερον παρὰ τοὺς δύο· καὶ γὰρ ὕψος ἦν ἐν αὐτῷ ἄπειρον.</w:t>
      </w:r>
    </w:p>
    <w:p>
      <w:r>
        <w:rPr>
          <w:rFonts w:ascii="Courier New" w:hAnsi="Courier New"/>
          <w:color w:val="555555"/>
          <w:sz w:val="20"/>
        </w:rPr>
        <w:t>[3 . 2 . 9]</w:t>
      </w:r>
    </w:p>
    <w:p>
      <w:r>
        <w:rPr>
          <w:rFonts w:ascii="Gentium Plus" w:hAnsi="Gentium Plus"/>
          <w:sz w:val="24"/>
        </w:rPr>
        <w:t>Καὶ εἶπον τῷ ἀγγέλῳ· Διατί οὗτος; Καὶ εἶπεν ὁ ἄγγελος πρός με· Μὴ θαύμαζε ἐπὶ τούτοις, ἄλλους γὰρ τέσσαρας οὐρανοὺς ὄψει φαιδροτέρους καὶ ἀσυγκρίτους, ὅτε ἀνέλθῃς ἐκεῖ·</w:t>
      </w:r>
    </w:p>
    <w:p>
      <w:r>
        <w:rPr>
          <w:rFonts w:ascii="Courier New" w:hAnsi="Courier New"/>
          <w:color w:val="555555"/>
          <w:sz w:val="20"/>
        </w:rPr>
        <w:t>[3 . 2 . 10]</w:t>
      </w:r>
    </w:p>
    <w:p>
      <w:r>
        <w:rPr>
          <w:rFonts w:ascii="Gentium Plus" w:hAnsi="Gentium Plus"/>
          <w:sz w:val="24"/>
        </w:rPr>
        <w:t>ὅτι σύνεγγυς Κυρίου στήσῃ, καὶ λειτουργὸς αὐτοῦ ἔσῃ, καὶ μυστήρια αὐτοῦ ἐξαγγελεῖς τοῖς ἀνθρώποις, καὶ περὶ τοῦ μέλλοντος λυτροῦσθαι τὸν Ἰσραὴλ κηρύξεις·</w:t>
      </w:r>
    </w:p>
    <w:p>
      <w:r>
        <w:rPr>
          <w:rFonts w:ascii="Courier New" w:hAnsi="Courier New"/>
          <w:color w:val="555555"/>
          <w:sz w:val="20"/>
        </w:rPr>
        <w:t>[3 . 2 . 11]</w:t>
      </w:r>
    </w:p>
    <w:p>
      <w:r>
        <w:rPr>
          <w:rFonts w:ascii="Gentium Plus" w:hAnsi="Gentium Plus"/>
          <w:sz w:val="24"/>
        </w:rPr>
        <w:t>καὶ διὰ σοῦ καὶ Ἰούδα ὀφθήσεται Κύριος ἐν ἀνθρώποις, σώ‐ ζων ἐν αὐτοῖς πᾶν γένος ἀνθρώπων·</w:t>
      </w:r>
    </w:p>
    <w:p>
      <w:r>
        <w:rPr>
          <w:rFonts w:ascii="Courier New" w:hAnsi="Courier New"/>
          <w:color w:val="555555"/>
          <w:sz w:val="20"/>
        </w:rPr>
        <w:t>[3 . 2 . 12]</w:t>
      </w:r>
    </w:p>
    <w:p>
      <w:r>
        <w:rPr>
          <w:rFonts w:ascii="Gentium Plus" w:hAnsi="Gentium Plus"/>
          <w:sz w:val="24"/>
        </w:rPr>
        <w:t>καὶ ἐκ μερίδος Κυρίου ἡ ζωή σου, καὶ αὐτὸς ἔσται σου ἀγρός, ἀμπελών, καρποί, χρυσίον, ἀργύριον.</w:t>
      </w:r>
    </w:p>
    <w:p>
      <w:r>
        <w:rPr>
          <w:rFonts w:ascii="Courier New" w:hAnsi="Courier New"/>
          <w:color w:val="555555"/>
          <w:sz w:val="20"/>
        </w:rPr>
        <w:t>[3 . 3 . 1]</w:t>
      </w:r>
    </w:p>
    <w:p>
      <w:r>
        <w:rPr>
          <w:rFonts w:ascii="Gentium Plus" w:hAnsi="Gentium Plus"/>
          <w:sz w:val="24"/>
        </w:rPr>
        <w:t>Ἄκουσον οὖν περὶ τῶν ἑπτὰ οὐρανῶν. Ὁ κατώτε‐ ρος διὰ τοῦτο στυγνότερός ἐστιν, ἐπειδὴ οὗτος παρὰ πάσας ἀδικίας ἀνθρώπων.</w:t>
      </w:r>
    </w:p>
    <w:p>
      <w:r>
        <w:rPr>
          <w:rFonts w:ascii="Courier New" w:hAnsi="Courier New"/>
          <w:color w:val="555555"/>
          <w:sz w:val="20"/>
        </w:rPr>
        <w:t>[3 . 3 . 2]</w:t>
      </w:r>
    </w:p>
    <w:p>
      <w:r>
        <w:rPr>
          <w:rFonts w:ascii="Gentium Plus" w:hAnsi="Gentium Plus"/>
          <w:sz w:val="24"/>
        </w:rPr>
        <w:t>Ὁ δεύτερος ἔχει πῦρ, χίονα, κρύσταλ‐ λον, ἕτοιμα εἰς ἡμέραν προστάγματος Κυρίου, ἐν τῇ δικαιο‐ κρισίᾳ τοῦ Θεοῦ· ἐν αὐτῷ εἰσι πάντα τὰ πνεύματα τῶν ἐπαγωγῶν εἰς ἐκδίκησιν τῶν ἀνόμων.</w:t>
      </w:r>
    </w:p>
    <w:p>
      <w:r>
        <w:rPr>
          <w:rFonts w:ascii="Courier New" w:hAnsi="Courier New"/>
          <w:color w:val="555555"/>
          <w:sz w:val="20"/>
        </w:rPr>
        <w:t>[3 . 3 . 3]</w:t>
      </w:r>
    </w:p>
    <w:p>
      <w:r>
        <w:rPr>
          <w:rFonts w:ascii="Gentium Plus" w:hAnsi="Gentium Plus"/>
          <w:sz w:val="24"/>
        </w:rPr>
        <w:t>Ἐν τῷ τρίτῳ εἰσὶν αἱ δυνάμεις τῶν παρεμβολῶν, οἱ ταχθέντες εἰς ἡμέραν κρίσεως, ποιῆσαι ἐκδίκησιν ἐν τοῖς πνεύμασι τῆς πλάνης καὶ τοῦ Βελίαρ. Οἱ δὲ εἰς τὸν τέταρτον ἐπάνω τούτων ἅγιοί</w:t>
      </w:r>
    </w:p>
    <w:p>
      <w:r>
        <w:rPr>
          <w:rFonts w:ascii="Courier New" w:hAnsi="Courier New"/>
          <w:color w:val="555555"/>
          <w:sz w:val="20"/>
        </w:rPr>
        <w:t>[5]</w:t>
      </w:r>
    </w:p>
    <w:p>
      <w:r>
        <w:rPr>
          <w:rFonts w:ascii="Gentium Plus" w:hAnsi="Gentium Plus"/>
          <w:sz w:val="24"/>
        </w:rPr>
        <w:t>εἰσιν·</w:t>
      </w:r>
    </w:p>
    <w:p>
      <w:r>
        <w:rPr>
          <w:rFonts w:ascii="Courier New" w:hAnsi="Courier New"/>
          <w:color w:val="555555"/>
          <w:sz w:val="20"/>
        </w:rPr>
        <w:t>[3 . 3 . 4]</w:t>
      </w:r>
    </w:p>
    <w:p>
      <w:r>
        <w:rPr>
          <w:rFonts w:ascii="Gentium Plus" w:hAnsi="Gentium Plus"/>
          <w:sz w:val="24"/>
        </w:rPr>
        <w:t>ὅτι ἐν τῷ ἀνωτέρῳ πάντων καταλύει ἡ μεγάλη δόξα ἐν ἁγίῳ ἁγίων, ὑπεράνω πάσης ἁγιότητος.</w:t>
      </w:r>
    </w:p>
    <w:p>
      <w:r>
        <w:rPr>
          <w:rFonts w:ascii="Courier New" w:hAnsi="Courier New"/>
          <w:color w:val="555555"/>
          <w:sz w:val="20"/>
        </w:rPr>
        <w:t>[3 . 3 . 5]</w:t>
      </w:r>
    </w:p>
    <w:p>
      <w:r>
        <w:rPr>
          <w:rFonts w:ascii="Gentium Plus" w:hAnsi="Gentium Plus"/>
          <w:sz w:val="24"/>
        </w:rPr>
        <w:t>Ἐν τῷ μετ’ αὐτὸν οἱ ἄγγελοί εἰσι τοῦ προσώπου Κυρίου, οἱ λειτουρ‐ γοῦντες καὶ ἐξιλασκόμενοι πρὸς Κύριον ἐπὶ πάσαις ταῖς ἀγνοίαις τῶν δικαίων.</w:t>
      </w:r>
    </w:p>
    <w:p>
      <w:r>
        <w:rPr>
          <w:rFonts w:ascii="Courier New" w:hAnsi="Courier New"/>
          <w:color w:val="555555"/>
          <w:sz w:val="20"/>
        </w:rPr>
        <w:t>[3 . 3 . 6]</w:t>
      </w:r>
    </w:p>
    <w:p>
      <w:r>
        <w:rPr>
          <w:rFonts w:ascii="Gentium Plus" w:hAnsi="Gentium Plus"/>
          <w:sz w:val="24"/>
        </w:rPr>
        <w:t>Προσφέρουσι δὲ Κυρίῳ ὀσμὴν εὐωδίας λογικήν, καὶ ἀναίμακτον προσφοράν.</w:t>
      </w:r>
    </w:p>
    <w:p>
      <w:r>
        <w:rPr>
          <w:rFonts w:ascii="Courier New" w:hAnsi="Courier New"/>
          <w:color w:val="555555"/>
          <w:sz w:val="20"/>
        </w:rPr>
        <w:t>[3 . 3 . 7]</w:t>
      </w:r>
    </w:p>
    <w:p>
      <w:r>
        <w:rPr>
          <w:rFonts w:ascii="Gentium Plus" w:hAnsi="Gentium Plus"/>
          <w:sz w:val="24"/>
        </w:rPr>
        <w:t>Ἐν δὲ τῷ ὑποκάτω εἰσὶν οἱ ἄγγελοι οἱ φέροντες τὰς ἀποκρίσεις τοῖς ἀγγέλοις τοῦ προσώπου Κυρίου.</w:t>
      </w:r>
    </w:p>
    <w:p>
      <w:r>
        <w:rPr>
          <w:rFonts w:ascii="Courier New" w:hAnsi="Courier New"/>
          <w:color w:val="555555"/>
          <w:sz w:val="20"/>
        </w:rPr>
        <w:t>[3 . 3 . 8]</w:t>
      </w:r>
    </w:p>
    <w:p>
      <w:r>
        <w:rPr>
          <w:rFonts w:ascii="Gentium Plus" w:hAnsi="Gentium Plus"/>
          <w:sz w:val="24"/>
        </w:rPr>
        <w:t>Ἐν δὲ τῷ μετ’ αὐτόν εἰσι θρόνοι, ἐξουσίαι, ἐν ᾧ ὕμνοι ἀεὶ τῷ Θεῷ προσφέ‐ ρονται.</w:t>
      </w:r>
    </w:p>
    <w:p>
      <w:r>
        <w:rPr>
          <w:rFonts w:ascii="Courier New" w:hAnsi="Courier New"/>
          <w:color w:val="555555"/>
          <w:sz w:val="20"/>
        </w:rPr>
        <w:t>[3 . 3 . 9]</w:t>
      </w:r>
    </w:p>
    <w:p>
      <w:r>
        <w:rPr>
          <w:rFonts w:ascii="Gentium Plus" w:hAnsi="Gentium Plus"/>
          <w:sz w:val="24"/>
        </w:rPr>
        <w:t>Ὅταν οὖν ἐπιβλέψῃ Κύριος ἐφ’ ἡμᾶς πάντες ἡμεῖς σαλευόμεθα· καὶ οἱ οὐρανοὶ καὶ ἡ γῆ καὶ οἱ ἄβυσσοι, ἀπὸ προσώπου τῆς μεγαλωσύνης αὐτοῦ σαλεύονται·</w:t>
      </w:r>
    </w:p>
    <w:p>
      <w:r>
        <w:rPr>
          <w:rFonts w:ascii="Courier New" w:hAnsi="Courier New"/>
          <w:color w:val="555555"/>
          <w:sz w:val="20"/>
        </w:rPr>
        <w:t>[3 . 3 . 10]</w:t>
      </w:r>
    </w:p>
    <w:p>
      <w:r>
        <w:rPr>
          <w:rFonts w:ascii="Gentium Plus" w:hAnsi="Gentium Plus"/>
          <w:sz w:val="24"/>
        </w:rPr>
        <w:t>οἱ δὲ υἱοὶ τῶν ἀνθρώπων ἐπὶ τούτοις ἀναισθητοῦντες ἁμαρτά‐ νουσι, καὶ παροργίζουσι τὸν ὕψιστον.</w:t>
      </w:r>
    </w:p>
    <w:p>
      <w:r>
        <w:rPr>
          <w:rFonts w:ascii="Courier New" w:hAnsi="Courier New"/>
          <w:color w:val="555555"/>
          <w:sz w:val="20"/>
        </w:rPr>
        <w:t>[3 . 4 . 1]</w:t>
      </w:r>
    </w:p>
    <w:p>
      <w:r>
        <w:rPr>
          <w:rFonts w:ascii="Gentium Plus" w:hAnsi="Gentium Plus"/>
          <w:sz w:val="24"/>
        </w:rPr>
        <w:t>Νῦν οὖν γινώσκετε, ὅτι ποιήσει Κύριος κρίσιν ἐπὶ τοὺς υἱοὺς τῶν ἀνθρώπων, ὅτι τῶν πετρῶν σχιζομένων, καὶ τοῦ ἡλίου σβεννυμένου, καὶ τῶν ὑδάτων ξηραινομένων, καὶ τοῦ πυρὸς καταπτήσσοντος, καὶ πάσης κτίσεως κλονου‐</w:t>
      </w:r>
    </w:p>
    <w:p>
      <w:r>
        <w:rPr>
          <w:rFonts w:ascii="Courier New" w:hAnsi="Courier New"/>
          <w:color w:val="555555"/>
          <w:sz w:val="20"/>
        </w:rPr>
        <w:t>[5]</w:t>
      </w:r>
    </w:p>
    <w:p>
      <w:r>
        <w:rPr>
          <w:rFonts w:ascii="Gentium Plus" w:hAnsi="Gentium Plus"/>
          <w:sz w:val="24"/>
        </w:rPr>
        <w:t>μένης, καὶ τῶν ἀοράτων πνευμάτων τηκομένων, τοῦ ᾅδου σκυλευομένου ἐπὶ τῷ πάθει τοῦ ὑψίστου, οἱ ἄνθρωποι ἀπι‐ στοῦντες ἐπιμενοῦσιν ἐν ταῖς ἀδικίαις· διὰ τοῦτο ἐν κολάσει κριθήσονται.</w:t>
      </w:r>
    </w:p>
    <w:p>
      <w:r>
        <w:rPr>
          <w:rFonts w:ascii="Courier New" w:hAnsi="Courier New"/>
          <w:color w:val="555555"/>
          <w:sz w:val="20"/>
        </w:rPr>
        <w:t>[3 . 4 . 2]</w:t>
      </w:r>
    </w:p>
    <w:p>
      <w:r>
        <w:rPr>
          <w:rFonts w:ascii="Gentium Plus" w:hAnsi="Gentium Plus"/>
          <w:sz w:val="24"/>
        </w:rPr>
        <w:t>Εἰσήκουσεν οὖν ὁ ὕψιστος τῆς προσευχῆς σου, τοῦ διελεῖν σε ἀπὸ τῆς ἀδικίας, καὶ γενέσθαι αὐτῷ υἱὸν καὶ θεράποντα καὶ λειτουργὸν τοῦ προσώπου αὐτοῦ.</w:t>
      </w:r>
    </w:p>
    <w:p>
      <w:r>
        <w:rPr>
          <w:rFonts w:ascii="Courier New" w:hAnsi="Courier New"/>
          <w:color w:val="555555"/>
          <w:sz w:val="20"/>
        </w:rPr>
        <w:t>[3 . 4 . 3]</w:t>
      </w:r>
    </w:p>
    <w:p>
      <w:r>
        <w:rPr>
          <w:rFonts w:ascii="Gentium Plus" w:hAnsi="Gentium Plus"/>
          <w:sz w:val="24"/>
        </w:rPr>
        <w:t>Φῶς γνώσεως φωτεινὸν φωτιεῖς ἐν Ἰακώβ, καὶ ὡς ὁ ἥλιος ἔσῃ παντὶ σπέρματι Ἰσραήλ.</w:t>
      </w:r>
    </w:p>
    <w:p>
      <w:r>
        <w:rPr>
          <w:rFonts w:ascii="Courier New" w:hAnsi="Courier New"/>
          <w:color w:val="555555"/>
          <w:sz w:val="20"/>
        </w:rPr>
        <w:t>[3 . 4 . 4]</w:t>
      </w:r>
    </w:p>
    <w:p>
      <w:r>
        <w:rPr>
          <w:rFonts w:ascii="Gentium Plus" w:hAnsi="Gentium Plus"/>
          <w:sz w:val="24"/>
        </w:rPr>
        <w:t>Καὶ δοθήσεται σοι εὐλογία, καὶ παντὶ σπέρματί σου, ἕως ἐπισκέψηται Κύριος πάντα τὰ ἔθνη</w:t>
      </w:r>
    </w:p>
    <w:p>
      <w:r>
        <w:rPr>
          <w:rFonts w:ascii="Courier New" w:hAnsi="Courier New"/>
          <w:color w:val="555555"/>
          <w:sz w:val="20"/>
        </w:rPr>
        <w:t>[3 . 4 . 5]</w:t>
      </w:r>
    </w:p>
    <w:p>
      <w:r>
        <w:rPr>
          <w:rFonts w:ascii="Gentium Plus" w:hAnsi="Gentium Plus"/>
          <w:sz w:val="24"/>
        </w:rPr>
        <w:t>Καὶ διὰ τοῦτο δέδωταί σοι βουλὴ καὶ σύνεσις, τοῦ συνετίσαι τοὺς υἱούς σου περὶ αὐτοῦ·</w:t>
      </w:r>
    </w:p>
    <w:p>
      <w:r>
        <w:rPr>
          <w:rFonts w:ascii="Courier New" w:hAnsi="Courier New"/>
          <w:color w:val="555555"/>
          <w:sz w:val="20"/>
        </w:rPr>
        <w:t>[3 . 4 . 6]</w:t>
      </w:r>
    </w:p>
    <w:p>
      <w:r>
        <w:rPr>
          <w:rFonts w:ascii="Gentium Plus" w:hAnsi="Gentium Plus"/>
          <w:sz w:val="24"/>
        </w:rPr>
        <w:t>ὅτι ὁ εὐλογῶν αὐτὸν εὐλογη‐ μένος ἔσται, οἱ δὲ καταρώμενοι αὐτὸν ἀπολοῦνται.</w:t>
      </w:r>
    </w:p>
    <w:p>
      <w:r>
        <w:rPr>
          <w:rFonts w:ascii="Courier New" w:hAnsi="Courier New"/>
          <w:color w:val="555555"/>
          <w:sz w:val="20"/>
        </w:rPr>
        <w:t>[3 . 5 . 1]</w:t>
      </w:r>
    </w:p>
    <w:p>
      <w:r>
        <w:rPr>
          <w:rFonts w:ascii="Gentium Plus" w:hAnsi="Gentium Plus"/>
          <w:sz w:val="24"/>
        </w:rPr>
        <w:t>Καὶ ἤνοιξέ μοι ὁ ἄγγελος τὰς πύλας τοῦ οὐρανοῦ· καὶ εἶδον τὸν ναὸν τὸν ἅγιον, καὶ ἐπὶ θρόνου δόξης τὸν ὕψιστον.</w:t>
      </w:r>
    </w:p>
    <w:p>
      <w:r>
        <w:rPr>
          <w:rFonts w:ascii="Courier New" w:hAnsi="Courier New"/>
          <w:color w:val="555555"/>
          <w:sz w:val="20"/>
        </w:rPr>
        <w:t>[3 . 5 . 2]</w:t>
      </w:r>
    </w:p>
    <w:p>
      <w:r>
        <w:rPr>
          <w:rFonts w:ascii="Gentium Plus" w:hAnsi="Gentium Plus"/>
          <w:sz w:val="24"/>
        </w:rPr>
        <w:t>Καὶ εἶπέ μοι· Λευί, σοὶ δέδωκα τὰς εὐλογίας τῆς ἱερατείας, ἕως οὗ ἐλθὼν παροικήσω ἐμμέσῳ τοῦ Ἰσραήλ.</w:t>
      </w:r>
    </w:p>
    <w:p>
      <w:r>
        <w:rPr>
          <w:rFonts w:ascii="Courier New" w:hAnsi="Courier New"/>
          <w:color w:val="555555"/>
          <w:sz w:val="20"/>
        </w:rPr>
        <w:t>[3 . 5 . 3]</w:t>
      </w:r>
    </w:p>
    <w:p>
      <w:r>
        <w:rPr>
          <w:rFonts w:ascii="Gentium Plus" w:hAnsi="Gentium Plus"/>
          <w:sz w:val="24"/>
        </w:rPr>
        <w:t>Τότε ὁ ἄγγελος ἤγαγέ με ἐπὶ τὴν γῆν, καὶ ἔδωκέ μοι ὅπλον καὶ ῥομφαίαν, καὶ εἶπε· Ποίησον ἐκδίκησιν ἐν Συχὲμ ὑπὲρ Δίνας, κἀγὼ ἔσομαι μετά σου, ὅτι Κύριος ἀπέσταλκέ με.</w:t>
      </w:r>
    </w:p>
    <w:p>
      <w:r>
        <w:rPr>
          <w:rFonts w:ascii="Courier New" w:hAnsi="Courier New"/>
          <w:color w:val="555555"/>
          <w:sz w:val="20"/>
        </w:rPr>
        <w:t>[3 . 5 . 4]</w:t>
      </w:r>
    </w:p>
    <w:p>
      <w:r>
        <w:rPr>
          <w:rFonts w:ascii="Gentium Plus" w:hAnsi="Gentium Plus"/>
          <w:sz w:val="24"/>
        </w:rPr>
        <w:t>Καὶ συνετέλεσα τῷ καιρῷ ἐκείνῳ τοὺς υἱοὺς Ἐμμώρ, καθῶς γέγραπται ἐν ταῖς πλαξὶ τῶν οὐρανῶν.</w:t>
      </w:r>
    </w:p>
    <w:p>
      <w:r>
        <w:rPr>
          <w:rFonts w:ascii="Courier New" w:hAnsi="Courier New"/>
          <w:color w:val="555555"/>
          <w:sz w:val="20"/>
        </w:rPr>
        <w:t>[3 . 5 . 5]</w:t>
      </w:r>
    </w:p>
    <w:p>
      <w:r>
        <w:rPr>
          <w:rFonts w:ascii="Gentium Plus" w:hAnsi="Gentium Plus"/>
          <w:sz w:val="24"/>
        </w:rPr>
        <w:t>Εἶπον δὲ αὐτῷ· Δέομαι, κύριε, εἰπέ μοι τὸ ὄνομά σου, ἵνα ἐπικαλέσωμαί σε ἐν ἡμέρᾳ θλίψεως.</w:t>
      </w:r>
    </w:p>
    <w:p>
      <w:r>
        <w:rPr>
          <w:rFonts w:ascii="Courier New" w:hAnsi="Courier New"/>
          <w:color w:val="555555"/>
          <w:sz w:val="20"/>
        </w:rPr>
        <w:t>[3 . 5 . 6]</w:t>
      </w:r>
    </w:p>
    <w:p>
      <w:r>
        <w:rPr>
          <w:rFonts w:ascii="Gentium Plus" w:hAnsi="Gentium Plus"/>
          <w:sz w:val="24"/>
        </w:rPr>
        <w:t>Καὶ εἶπεν· Ἐγώ εἰμι ὁ ἄγγελος ὁ παραιτούμενος τὸ γένος Ἰσραήλ, τοῦ μὴ πατάξαι αὐτοὺς εἰς τέλος, ὅτι πᾶν πνεῦμα πονηρὸν εἰς αὐτὸν προσβάλλει.</w:t>
      </w:r>
    </w:p>
    <w:p>
      <w:r>
        <w:rPr>
          <w:rFonts w:ascii="Courier New" w:hAnsi="Courier New"/>
          <w:color w:val="555555"/>
          <w:sz w:val="20"/>
        </w:rPr>
        <w:t>[3 . 5 . 7]</w:t>
      </w:r>
    </w:p>
    <w:p>
      <w:r>
        <w:rPr>
          <w:rFonts w:ascii="Gentium Plus" w:hAnsi="Gentium Plus"/>
          <w:sz w:val="24"/>
        </w:rPr>
        <w:t>Καὶ μετὰ ταῦτα ὥσπερ ἔξυπνος γενόμενος εὐλόγησα τὸν ὕψιστον, καὶ τὸν ἄγγελον τὸν παραιτούμενον τοῦ γένους τοῦ Ἰσραὴλ καὶ πάντων τῶν δικαίων.</w:t>
      </w:r>
    </w:p>
    <w:p>
      <w:r>
        <w:rPr>
          <w:rFonts w:ascii="Courier New" w:hAnsi="Courier New"/>
          <w:color w:val="555555"/>
          <w:sz w:val="20"/>
        </w:rPr>
        <w:t>[3 . 6 . 1]</w:t>
      </w:r>
    </w:p>
    <w:p>
      <w:r>
        <w:rPr>
          <w:rFonts w:ascii="Gentium Plus" w:hAnsi="Gentium Plus"/>
          <w:sz w:val="24"/>
        </w:rPr>
        <w:t>Καὶ ὡς ἠρχόμην πρὸς τὸν πατέρα μου, εὗρον ἀσπίδα χαλκῆν, διὸ καὶ τὸ ὄνομα τοῦ ὄρους Ἄσπις, ὅτι ἐγγὺς Γεβάλ, ἐκ δεξιῶν Ἀβιλᾶ·</w:t>
      </w:r>
    </w:p>
    <w:p>
      <w:r>
        <w:rPr>
          <w:rFonts w:ascii="Courier New" w:hAnsi="Courier New"/>
          <w:color w:val="555555"/>
          <w:sz w:val="20"/>
        </w:rPr>
        <w:t>[3 . 6 . 2]</w:t>
      </w:r>
    </w:p>
    <w:p>
      <w:r>
        <w:rPr>
          <w:rFonts w:ascii="Gentium Plus" w:hAnsi="Gentium Plus"/>
          <w:sz w:val="24"/>
        </w:rPr>
        <w:t>καὶ συνετήρουν τοὺς λόγους τούτους ἐν τῇ καρδίᾳ μου.</w:t>
      </w:r>
    </w:p>
    <w:p>
      <w:r>
        <w:rPr>
          <w:rFonts w:ascii="Courier New" w:hAnsi="Courier New"/>
          <w:color w:val="555555"/>
          <w:sz w:val="20"/>
        </w:rPr>
        <w:t>[3 . 6 . 3]</w:t>
      </w:r>
    </w:p>
    <w:p>
      <w:r>
        <w:rPr>
          <w:rFonts w:ascii="Gentium Plus" w:hAnsi="Gentium Plus"/>
          <w:sz w:val="24"/>
        </w:rPr>
        <w:t>Ἐγὼ συνεβούλευσα τῷ πατρί μου καὶ Ῥουβὴμ τῷ ἀδελφῷ μου, ἵνα εἴπῃ τοῖς υἱοῖς Ἐμμώρ, τοῦ περιτμηθῆναι αὐτούς, ὅτι ἐζήλωσα διὰ τὸ βδέλυγμα, ὃ ἐποίησαν ἐν Ἰσραήλ.</w:t>
      </w:r>
    </w:p>
    <w:p>
      <w:r>
        <w:rPr>
          <w:rFonts w:ascii="Courier New" w:hAnsi="Courier New"/>
          <w:color w:val="555555"/>
          <w:sz w:val="20"/>
        </w:rPr>
        <w:t>[3 . 6 . 4]</w:t>
      </w:r>
    </w:p>
    <w:p>
      <w:r>
        <w:rPr>
          <w:rFonts w:ascii="Gentium Plus" w:hAnsi="Gentium Plus"/>
          <w:sz w:val="24"/>
        </w:rPr>
        <w:t>Κἀγὼ ἀνεῖλον τὸν Συχὲμ ἐν πρώτοις, καὶ Συμεὼν τὸν Ἐμμώρ.</w:t>
      </w:r>
    </w:p>
    <w:p>
      <w:r>
        <w:rPr>
          <w:rFonts w:ascii="Courier New" w:hAnsi="Courier New"/>
          <w:color w:val="555555"/>
          <w:sz w:val="20"/>
        </w:rPr>
        <w:t>[3 . 6 . 5]</w:t>
      </w:r>
    </w:p>
    <w:p>
      <w:r>
        <w:rPr>
          <w:rFonts w:ascii="Gentium Plus" w:hAnsi="Gentium Plus"/>
          <w:sz w:val="24"/>
        </w:rPr>
        <w:t>Καὶ μετὰ ταῦτα ἐλθόντες οἱ ἀδελφοὶ ἐπάταξαν τὴν πόλιν ἐν στόματι ῥομφαίας.</w:t>
      </w:r>
    </w:p>
    <w:p>
      <w:r>
        <w:rPr>
          <w:rFonts w:ascii="Courier New" w:hAnsi="Courier New"/>
          <w:color w:val="555555"/>
          <w:sz w:val="20"/>
        </w:rPr>
        <w:t>[3 . 6 . 6]</w:t>
      </w:r>
    </w:p>
    <w:p>
      <w:r>
        <w:rPr>
          <w:rFonts w:ascii="Gentium Plus" w:hAnsi="Gentium Plus"/>
          <w:sz w:val="24"/>
        </w:rPr>
        <w:t>Καὶ ἤκουσεν ὁ πατήρ, καὶ ὠργίσθη, καὶ ἐλυ‐ πήθη, ὅτι κατεδέξαντο τὴν περιτομὴν καὶ μετὰ τοῦτο ἀπέθανον, καὶ ἐν ταῖς εὐλογίαις ἄλλως ἐποίησεν.</w:t>
      </w:r>
    </w:p>
    <w:p>
      <w:r>
        <w:rPr>
          <w:rFonts w:ascii="Courier New" w:hAnsi="Courier New"/>
          <w:color w:val="555555"/>
          <w:sz w:val="20"/>
        </w:rPr>
        <w:t>[3 . 6 . 7]</w:t>
      </w:r>
    </w:p>
    <w:p>
      <w:r>
        <w:rPr>
          <w:rFonts w:ascii="Gentium Plus" w:hAnsi="Gentium Plus"/>
          <w:sz w:val="24"/>
        </w:rPr>
        <w:t>Ἡμάρ‐ τομεν γάρ, ὅτι παρὰ γνώμην αὐτοῦ τοῦτο πεποιήκαμεν· καίγε ἐμαλακίσθη ἐν τῇ ἡμέρᾳ ἐκείνῃ.</w:t>
      </w:r>
    </w:p>
    <w:p>
      <w:r>
        <w:rPr>
          <w:rFonts w:ascii="Courier New" w:hAnsi="Courier New"/>
          <w:color w:val="555555"/>
          <w:sz w:val="20"/>
        </w:rPr>
        <w:t>[3 . 6 . 8]</w:t>
      </w:r>
    </w:p>
    <w:p>
      <w:r>
        <w:rPr>
          <w:rFonts w:ascii="Gentium Plus" w:hAnsi="Gentium Plus"/>
          <w:sz w:val="24"/>
        </w:rPr>
        <w:t>Ἀλλ’ ἐγὼ εἶδον ὅτι ἀπόφασις Θεοῦ ἦν εἰς κακὰ ἐπὶ Σίκιμα· δίοτι ἤθελον εἰς τὴν Σάρραν ποιῆσαι, ὃν τρόπον ἐποίησαν Δίναν τὴν ἀδελφὴν ἡμῶν· καὶ Κύριος ἐκώλυσεν αὐτούς.</w:t>
      </w:r>
    </w:p>
    <w:p>
      <w:r>
        <w:rPr>
          <w:rFonts w:ascii="Courier New" w:hAnsi="Courier New"/>
          <w:color w:val="555555"/>
          <w:sz w:val="20"/>
        </w:rPr>
        <w:t>[3 . 6 . 9]</w:t>
      </w:r>
    </w:p>
    <w:p>
      <w:r>
        <w:rPr>
          <w:rFonts w:ascii="Gentium Plus" w:hAnsi="Gentium Plus"/>
          <w:sz w:val="24"/>
        </w:rPr>
        <w:t>Καὶ οὕτως ἐδίωξαν Ἀβραὰμ τὸν πατέρα ἡμῶν ξένον ὄντα, καὶ κατεπάτησαν τὰ ποίμνια ὀγκούμενα ὄντα ἐπ’ αὐτόν· καὶ Ἰεβλάε τὸν οἰκογενῆ αὐτοῦ σφόδρα αἰκίσαντο.</w:t>
      </w:r>
    </w:p>
    <w:p>
      <w:r>
        <w:rPr>
          <w:rFonts w:ascii="Courier New" w:hAnsi="Courier New"/>
          <w:color w:val="555555"/>
          <w:sz w:val="20"/>
        </w:rPr>
        <w:t>[3 . 6 . 10]</w:t>
      </w:r>
    </w:p>
    <w:p>
      <w:r>
        <w:rPr>
          <w:rFonts w:ascii="Gentium Plus" w:hAnsi="Gentium Plus"/>
          <w:sz w:val="24"/>
        </w:rPr>
        <w:t>Καίγε οὕτως ἐποίουν πάντας τοὺς ξένους, ἐν δυναστείᾳ ἁρπάζοντες τὰς γυναῖκας αὐτῶν, καὶ ξενηλατοῦντες αὐτούς.</w:t>
      </w:r>
    </w:p>
    <w:p>
      <w:r>
        <w:rPr>
          <w:rFonts w:ascii="Courier New" w:hAnsi="Courier New"/>
          <w:color w:val="555555"/>
          <w:sz w:val="20"/>
        </w:rPr>
        <w:t>[3 . 6 . 11]</w:t>
      </w:r>
    </w:p>
    <w:p>
      <w:r>
        <w:rPr>
          <w:rFonts w:ascii="Gentium Plus" w:hAnsi="Gentium Plus"/>
          <w:sz w:val="24"/>
        </w:rPr>
        <w:t>Ἔφθασε δὲ ἡ ὀργὴ Κυρίου ἐπ’ αὐτοὺς εἰς τέλος.</w:t>
      </w:r>
    </w:p>
    <w:p>
      <w:r>
        <w:rPr>
          <w:rFonts w:ascii="Courier New" w:hAnsi="Courier New"/>
          <w:color w:val="555555"/>
          <w:sz w:val="20"/>
        </w:rPr>
        <w:t>[3 . 7 . 1]</w:t>
      </w:r>
    </w:p>
    <w:p>
      <w:r>
        <w:rPr>
          <w:rFonts w:ascii="Gentium Plus" w:hAnsi="Gentium Plus"/>
          <w:sz w:val="24"/>
        </w:rPr>
        <w:t>Καὶ εἶπον τῷ πατρί· Μὴ ὀργίζου, κύριε, ὅτι ἐν σοὶ ἐξουδενώσει Κύριος τοὺς Χαναναίους καὶ δώσει τὴν γῆν αὐτῶν σοὶ καὶ τῷ σπέρματί σου μετά σε.</w:t>
      </w:r>
    </w:p>
    <w:p>
      <w:r>
        <w:rPr>
          <w:rFonts w:ascii="Courier New" w:hAnsi="Courier New"/>
          <w:color w:val="555555"/>
          <w:sz w:val="20"/>
        </w:rPr>
        <w:t>[3 . 7 . 2]</w:t>
      </w:r>
    </w:p>
    <w:p>
      <w:r>
        <w:rPr>
          <w:rFonts w:ascii="Gentium Plus" w:hAnsi="Gentium Plus"/>
          <w:sz w:val="24"/>
        </w:rPr>
        <w:t>Ἔσται γὰρ ἀπὸ σήμερον Σικὶμ λεγομένη πόλις ἀσυνέτων· ὅτι ὡσεί τις χλευάσαι μωρὸν οὕτως ἐχλευάσαμεν αὐτούς·</w:t>
      </w:r>
    </w:p>
    <w:p>
      <w:r>
        <w:rPr>
          <w:rFonts w:ascii="Courier New" w:hAnsi="Courier New"/>
          <w:color w:val="555555"/>
          <w:sz w:val="20"/>
        </w:rPr>
        <w:t>[3 . 7 . 3]</w:t>
      </w:r>
    </w:p>
    <w:p>
      <w:r>
        <w:rPr>
          <w:rFonts w:ascii="Gentium Plus" w:hAnsi="Gentium Plus"/>
          <w:sz w:val="24"/>
        </w:rPr>
        <w:t>ὅτι καίγε ἀφροσύνην ἔπραξαν ἐν Ἰσραήλ, μιᾶναι τὴν ἀδελφὴν ἡμῶν.</w:t>
      </w:r>
    </w:p>
    <w:p>
      <w:r>
        <w:rPr>
          <w:rFonts w:ascii="Courier New" w:hAnsi="Courier New"/>
          <w:color w:val="555555"/>
          <w:sz w:val="20"/>
        </w:rPr>
        <w:t>[3 . 7 . 4]</w:t>
      </w:r>
    </w:p>
    <w:p>
      <w:r>
        <w:rPr>
          <w:rFonts w:ascii="Gentium Plus" w:hAnsi="Gentium Plus"/>
          <w:sz w:val="24"/>
        </w:rPr>
        <w:t>Καὶ λαβόντες ἐκεῖθεν τὴν ἀδελφὴν ἡμῶν, ἀπάραντες ἤλθομεν εἰς Βεθήλ.</w:t>
      </w:r>
    </w:p>
    <w:p>
      <w:r>
        <w:rPr>
          <w:rFonts w:ascii="Courier New" w:hAnsi="Courier New"/>
          <w:color w:val="555555"/>
          <w:sz w:val="20"/>
        </w:rPr>
        <w:t>[3 . 8 . 1]</w:t>
      </w:r>
    </w:p>
    <w:p>
      <w:r>
        <w:rPr>
          <w:rFonts w:ascii="Gentium Plus" w:hAnsi="Gentium Plus"/>
          <w:sz w:val="24"/>
        </w:rPr>
        <w:t>Κἀκεῖ πάλιν εἶδον πρᾶγμα ὥσπερ τὸ πρότερον, μετὰ τὸ ποιῆσαι ἡμέρας ἑβδομήκοντα.</w:t>
      </w:r>
    </w:p>
    <w:p>
      <w:r>
        <w:rPr>
          <w:rFonts w:ascii="Courier New" w:hAnsi="Courier New"/>
          <w:color w:val="555555"/>
          <w:sz w:val="20"/>
        </w:rPr>
        <w:t>[3 . 8 . 2]</w:t>
      </w:r>
    </w:p>
    <w:p>
      <w:r>
        <w:rPr>
          <w:rFonts w:ascii="Gentium Plus" w:hAnsi="Gentium Plus"/>
          <w:sz w:val="24"/>
        </w:rPr>
        <w:t>Καὶ εἶδον ἑπτὰ ἀνθρώπους ἐν ἐσθῆτι λευκῇ λέγοντάς μοι· Ἀναστὰς ἔνδυσαι τὴν στολὴν τῆς ἱερατείας, καὶ τὸν στέφανον τῆς δικαιοσύνης, καὶ τὸ λόγιον τῆς συνέσεως, καὶ τὸν ποδήρη τῆς ἀληθείας</w:t>
      </w:r>
    </w:p>
    <w:p>
      <w:r>
        <w:rPr>
          <w:rFonts w:ascii="Courier New" w:hAnsi="Courier New"/>
          <w:color w:val="555555"/>
          <w:sz w:val="20"/>
        </w:rPr>
        <w:t>[5]</w:t>
      </w:r>
    </w:p>
    <w:p>
      <w:r>
        <w:rPr>
          <w:rFonts w:ascii="Gentium Plus" w:hAnsi="Gentium Plus"/>
          <w:sz w:val="24"/>
        </w:rPr>
        <w:t>καὶ τὸ πέταλον τῆς πίστεως, καὶ τὴν μίτραν τοῦ σημείου, καὶ τὸ ἐφοὺδ τῆς προφητείας.</w:t>
      </w:r>
    </w:p>
    <w:p>
      <w:r>
        <w:rPr>
          <w:rFonts w:ascii="Courier New" w:hAnsi="Courier New"/>
          <w:color w:val="555555"/>
          <w:sz w:val="20"/>
        </w:rPr>
        <w:t>[3 . 8 . 3]</w:t>
      </w:r>
    </w:p>
    <w:p>
      <w:r>
        <w:rPr>
          <w:rFonts w:ascii="Gentium Plus" w:hAnsi="Gentium Plus"/>
          <w:sz w:val="24"/>
        </w:rPr>
        <w:t>Καὶ εἷς ἕκαστος αὐτῶν ἕκαστον βαστάζοντες ἐπέθηκάν μοι καὶ εἶπαν· Ἀπὸ τοῦ νῦν γίνου εἰς ἱερέα Κυρίου, σὺ καὶ τὸ σπέρμα σου ἕως αἰῶνος.</w:t>
      </w:r>
    </w:p>
    <w:p>
      <w:r>
        <w:rPr>
          <w:rFonts w:ascii="Courier New" w:hAnsi="Courier New"/>
          <w:color w:val="555555"/>
          <w:sz w:val="20"/>
        </w:rPr>
        <w:t>[3 . 8 . 4]</w:t>
      </w:r>
    </w:p>
    <w:p>
      <w:r>
        <w:rPr>
          <w:rFonts w:ascii="Gentium Plus" w:hAnsi="Gentium Plus"/>
          <w:sz w:val="24"/>
        </w:rPr>
        <w:t>Καὶ ὁ πρῶτος ἤλειψέ με ἐλαίῳ ἁγίῳ, καὶ ἔδωκέ μοι ῥάβδον κρίσεως.</w:t>
      </w:r>
    </w:p>
    <w:p>
      <w:r>
        <w:rPr>
          <w:rFonts w:ascii="Courier New" w:hAnsi="Courier New"/>
          <w:color w:val="555555"/>
          <w:sz w:val="20"/>
        </w:rPr>
        <w:t>[3 . 8 . 5]</w:t>
      </w:r>
    </w:p>
    <w:p>
      <w:r>
        <w:rPr>
          <w:rFonts w:ascii="Gentium Plus" w:hAnsi="Gentium Plus"/>
          <w:sz w:val="24"/>
        </w:rPr>
        <w:t>Ὁ δεύτερος ἔλουσέ με ὕδατι καθαρῷ, καὶ ἐψώμισεν ἄρτον καὶ οἶνον, ἅγια ἁγίων, καὶ περιέθηκέ μοι στολὴν ἁγίαν καὶ ἔνδοξον.</w:t>
      </w:r>
    </w:p>
    <w:p>
      <w:r>
        <w:rPr>
          <w:rFonts w:ascii="Courier New" w:hAnsi="Courier New"/>
          <w:color w:val="555555"/>
          <w:sz w:val="20"/>
        </w:rPr>
        <w:t>[3 . 8 . 6]</w:t>
      </w:r>
    </w:p>
    <w:p>
      <w:r>
        <w:rPr>
          <w:rFonts w:ascii="Gentium Plus" w:hAnsi="Gentium Plus"/>
          <w:sz w:val="24"/>
        </w:rPr>
        <w:t>Ὁ τρίτος βυσσίνην με περιέ‐ βαλεν, ὁμοίαν ἐφούδ.</w:t>
      </w:r>
    </w:p>
    <w:p>
      <w:r>
        <w:rPr>
          <w:rFonts w:ascii="Courier New" w:hAnsi="Courier New"/>
          <w:color w:val="555555"/>
          <w:sz w:val="20"/>
        </w:rPr>
        <w:t>[3 . 8 . 7]</w:t>
      </w:r>
    </w:p>
    <w:p>
      <w:r>
        <w:rPr>
          <w:rFonts w:ascii="Gentium Plus" w:hAnsi="Gentium Plus"/>
          <w:sz w:val="24"/>
        </w:rPr>
        <w:t>Ὁ τέταρτος ζώνην μοι περιέθηκεν, ὁμοίαν πορφύρᾳ.</w:t>
      </w:r>
    </w:p>
    <w:p>
      <w:r>
        <w:rPr>
          <w:rFonts w:ascii="Courier New" w:hAnsi="Courier New"/>
          <w:color w:val="555555"/>
          <w:sz w:val="20"/>
        </w:rPr>
        <w:t>[3 . 8 . 8]</w:t>
      </w:r>
    </w:p>
    <w:p>
      <w:r>
        <w:rPr>
          <w:rFonts w:ascii="Gentium Plus" w:hAnsi="Gentium Plus"/>
          <w:sz w:val="24"/>
        </w:rPr>
        <w:t>Ὁ πέμπτος κλάδον μοι ἐλαίας ἔδωκε ποιότητος.</w:t>
      </w:r>
    </w:p>
    <w:p>
      <w:r>
        <w:rPr>
          <w:rFonts w:ascii="Courier New" w:hAnsi="Courier New"/>
          <w:color w:val="555555"/>
          <w:sz w:val="20"/>
        </w:rPr>
        <w:t>[3 . 8 . 9]</w:t>
      </w:r>
    </w:p>
    <w:p>
      <w:r>
        <w:rPr>
          <w:rFonts w:ascii="Gentium Plus" w:hAnsi="Gentium Plus"/>
          <w:sz w:val="24"/>
        </w:rPr>
        <w:t>Ὁ ἕκτος στέφανόν μοι τῇ κεφαλῇ περιέθηκεν.</w:t>
      </w:r>
    </w:p>
    <w:p>
      <w:r>
        <w:rPr>
          <w:rFonts w:ascii="Courier New" w:hAnsi="Courier New"/>
          <w:color w:val="555555"/>
          <w:sz w:val="20"/>
        </w:rPr>
        <w:t>[3 . 8 . 10]</w:t>
      </w:r>
    </w:p>
    <w:p>
      <w:r>
        <w:rPr>
          <w:rFonts w:ascii="Gentium Plus" w:hAnsi="Gentium Plus"/>
          <w:sz w:val="24"/>
        </w:rPr>
        <w:t>Ὁ ἕβδομος διάδημά μοι τῇ κεφαλῇ περιέθηκεν ἱερατείας, καὶ ἐπλήρωσαν τὰς χεῖράς μου θυμιάματος, ὥστε ἱερατεύειν με Κυρίῳ.</w:t>
      </w:r>
    </w:p>
    <w:p>
      <w:r>
        <w:rPr>
          <w:rFonts w:ascii="Courier New" w:hAnsi="Courier New"/>
          <w:color w:val="555555"/>
          <w:sz w:val="20"/>
        </w:rPr>
        <w:t>[3 . 8 . 11]</w:t>
      </w:r>
    </w:p>
    <w:p>
      <w:r>
        <w:rPr>
          <w:rFonts w:ascii="Gentium Plus" w:hAnsi="Gentium Plus"/>
          <w:sz w:val="24"/>
        </w:rPr>
        <w:t>Εἶπαν δὲ πρός με· Λευί, εἰς τρεῖς ἀρχὰς διαιρεθήσεται τὸ σπέρμα σου, εἰς σημεῖον δόξης Κυρίου ἐπερχομένου·</w:t>
      </w:r>
    </w:p>
    <w:p>
      <w:r>
        <w:rPr>
          <w:rFonts w:ascii="Courier New" w:hAnsi="Courier New"/>
          <w:color w:val="555555"/>
          <w:sz w:val="20"/>
        </w:rPr>
        <w:t>[3 . 8 . 12]</w:t>
      </w:r>
    </w:p>
    <w:p>
      <w:r>
        <w:rPr>
          <w:rFonts w:ascii="Gentium Plus" w:hAnsi="Gentium Plus"/>
          <w:sz w:val="24"/>
        </w:rPr>
        <w:t>καὶ ὁ πιστεύσας πρῶτος ἔσται· κλῆρος μέγας ὑπὲρ αὐτὸν οὐ γενήσεται.</w:t>
      </w:r>
    </w:p>
    <w:p>
      <w:r>
        <w:rPr>
          <w:rFonts w:ascii="Courier New" w:hAnsi="Courier New"/>
          <w:color w:val="555555"/>
          <w:sz w:val="20"/>
        </w:rPr>
        <w:t>[3 . 8 . 13]</w:t>
      </w:r>
    </w:p>
    <w:p>
      <w:r>
        <w:rPr>
          <w:rFonts w:ascii="Gentium Plus" w:hAnsi="Gentium Plus"/>
          <w:sz w:val="24"/>
        </w:rPr>
        <w:t>Ὁ δεύτερος ἔσται ἐν ἱερωσύνῃ.</w:t>
      </w:r>
    </w:p>
    <w:p>
      <w:r>
        <w:rPr>
          <w:rFonts w:ascii="Courier New" w:hAnsi="Courier New"/>
          <w:color w:val="555555"/>
          <w:sz w:val="20"/>
        </w:rPr>
        <w:t>[3 . 8 . 14]</w:t>
      </w:r>
    </w:p>
    <w:p>
      <w:r>
        <w:rPr>
          <w:rFonts w:ascii="Gentium Plus" w:hAnsi="Gentium Plus"/>
          <w:sz w:val="24"/>
        </w:rPr>
        <w:t>Ὁ τρίτος ἐπικληθήσεται αὐτῷ ὄνομα καινόν, ὅτι βασιλεὺς ἐκ τοῦ Ἰούδα ἀναστήσεται, καὶ ποιήσει ἱερατείαν νέαν, κατὰ τὸν τύπον τῶν ἐθνῶν, εἰς πάντα τὰ ἔθνη.</w:t>
      </w:r>
    </w:p>
    <w:p>
      <w:r>
        <w:rPr>
          <w:rFonts w:ascii="Courier New" w:hAnsi="Courier New"/>
          <w:color w:val="555555"/>
          <w:sz w:val="20"/>
        </w:rPr>
        <w:t>[3 . 8 . 15]</w:t>
      </w:r>
    </w:p>
    <w:p>
      <w:r>
        <w:rPr>
          <w:rFonts w:ascii="Gentium Plus" w:hAnsi="Gentium Plus"/>
          <w:sz w:val="24"/>
        </w:rPr>
        <w:t>Ἡ δὲ παρουσία αὐτοῦ ἄφραστος, ὡς προφήτου ὑψηλοῦ ἐκ σπέρματος Ἀβραὰμ πατρὸς ἡμῶν.</w:t>
      </w:r>
    </w:p>
    <w:p>
      <w:r>
        <w:rPr>
          <w:rFonts w:ascii="Courier New" w:hAnsi="Courier New"/>
          <w:color w:val="555555"/>
          <w:sz w:val="20"/>
        </w:rPr>
        <w:t>[3 . 8 . 16]</w:t>
      </w:r>
    </w:p>
    <w:p>
      <w:r>
        <w:rPr>
          <w:rFonts w:ascii="Gentium Plus" w:hAnsi="Gentium Plus"/>
          <w:sz w:val="24"/>
        </w:rPr>
        <w:t>Πᾶν ἐπιθυμητὸν ἐν Ἰσραὴλ σοὶ ἔσται καὶ τῷ σπέρματί σου· καὶ ἔδεσθε πᾶν ὡραῖον ὁράσει, καὶ τὴν τράπεζαν Κυρίου διανεμήσεται τὸ σπέρμα σου,</w:t>
      </w:r>
    </w:p>
    <w:p>
      <w:r>
        <w:rPr>
          <w:rFonts w:ascii="Courier New" w:hAnsi="Courier New"/>
          <w:color w:val="555555"/>
          <w:sz w:val="20"/>
        </w:rPr>
        <w:t>[3 . 8 . 17]</w:t>
      </w:r>
    </w:p>
    <w:p>
      <w:r>
        <w:rPr>
          <w:rFonts w:ascii="Gentium Plus" w:hAnsi="Gentium Plus"/>
          <w:sz w:val="24"/>
        </w:rPr>
        <w:t>καὶ ἐξ αὐτῶν ἔσονται ἀρχιερεῖς καὶ κριταὶ καὶ γραμματεῖς· ὅτι ἐπὶ στόματος αὐτῶν φυλαχθήσεται τὸ ἅγιον.</w:t>
      </w:r>
    </w:p>
    <w:p>
      <w:r>
        <w:rPr>
          <w:rFonts w:ascii="Courier New" w:hAnsi="Courier New"/>
          <w:color w:val="555555"/>
          <w:sz w:val="20"/>
        </w:rPr>
        <w:t>[3 . 8 . 18]</w:t>
      </w:r>
    </w:p>
    <w:p>
      <w:r>
        <w:rPr>
          <w:rFonts w:ascii="Gentium Plus" w:hAnsi="Gentium Plus"/>
          <w:sz w:val="24"/>
        </w:rPr>
        <w:t>Καὶ ἐξυπνισθεὶς συνῆκα ὅτι τοῦτο ὅμοιον ἐκείνου ἐστί.</w:t>
      </w:r>
    </w:p>
    <w:p>
      <w:r>
        <w:rPr>
          <w:rFonts w:ascii="Courier New" w:hAnsi="Courier New"/>
          <w:color w:val="555555"/>
          <w:sz w:val="20"/>
        </w:rPr>
        <w:t>[3 . 8 . 19]</w:t>
      </w:r>
    </w:p>
    <w:p>
      <w:r>
        <w:rPr>
          <w:rFonts w:ascii="Gentium Plus" w:hAnsi="Gentium Plus"/>
          <w:sz w:val="24"/>
        </w:rPr>
        <w:t>Καὶ ἔκρυψα καίγε τοῦτο ἐν τῇ καρδίᾳ μου, καὶ οὐκ ἀνήγγειλα αὐτὸ παντὶ ἀνθρώπῳ ἐπὶ τῆς γῆς.</w:t>
      </w:r>
    </w:p>
    <w:p>
      <w:r>
        <w:rPr>
          <w:rFonts w:ascii="Courier New" w:hAnsi="Courier New"/>
          <w:color w:val="555555"/>
          <w:sz w:val="20"/>
        </w:rPr>
        <w:t>[3 . 9 . 1]</w:t>
      </w:r>
    </w:p>
    <w:p>
      <w:r>
        <w:rPr>
          <w:rFonts w:ascii="Gentium Plus" w:hAnsi="Gentium Plus"/>
          <w:sz w:val="24"/>
        </w:rPr>
        <w:t>Καὶ μεθ’ ἡμέρας δύο ἀνέβημεν ἐγὼ καὶ Ἰούδας πρὸς Ἰσαὰκ μετὰ τὸν πατέρα ἡμῶν.</w:t>
      </w:r>
    </w:p>
    <w:p>
      <w:r>
        <w:rPr>
          <w:rFonts w:ascii="Courier New" w:hAnsi="Courier New"/>
          <w:color w:val="555555"/>
          <w:sz w:val="20"/>
        </w:rPr>
        <w:t>[3 . 9 . 2]</w:t>
      </w:r>
    </w:p>
    <w:p>
      <w:r>
        <w:rPr>
          <w:rFonts w:ascii="Gentium Plus" w:hAnsi="Gentium Plus"/>
          <w:sz w:val="24"/>
        </w:rPr>
        <w:t>καὶ εὐλόγησέ με ὁ</w:t>
      </w:r>
    </w:p>
    <w:p>
      <w:r>
        <w:rPr>
          <w:rFonts w:ascii="Courier New" w:hAnsi="Courier New"/>
          <w:color w:val="555555"/>
          <w:sz w:val="20"/>
        </w:rPr>
        <w:t>[3 . 9 . 3]</w:t>
      </w:r>
    </w:p>
    <w:p>
      <w:r>
        <w:rPr>
          <w:rFonts w:ascii="Gentium Plus" w:hAnsi="Gentium Plus"/>
          <w:sz w:val="24"/>
        </w:rPr>
        <w:t>Ὡς δὲ ἤλθομεν εἰς Βεθήλ, εἶδεν ὁ πατήρ μου Ἰακὼβ ἐν ὁράματι περὶ ἐμοῦ, ὅτι ἔσομαι αὐτοῖς εἰς ἱερέα πρὸς τὸν Θεόν.</w:t>
      </w:r>
    </w:p>
    <w:p>
      <w:r>
        <w:rPr>
          <w:rFonts w:ascii="Courier New" w:hAnsi="Courier New"/>
          <w:color w:val="555555"/>
          <w:sz w:val="20"/>
        </w:rPr>
        <w:t>[3 . 9 . 4]</w:t>
      </w:r>
    </w:p>
    <w:p>
      <w:r>
        <w:rPr>
          <w:rFonts w:ascii="Gentium Plus" w:hAnsi="Gentium Plus"/>
          <w:sz w:val="24"/>
        </w:rPr>
        <w:t>Καὶ ἀναστὰς τὸ πρωὶ ἀπεδεκάτωσε πάντα δι’ ἐμοῦ τῷ Κυρίῳ.</w:t>
      </w:r>
    </w:p>
    <w:p>
      <w:r>
        <w:rPr>
          <w:rFonts w:ascii="Courier New" w:hAnsi="Courier New"/>
          <w:color w:val="555555"/>
          <w:sz w:val="20"/>
        </w:rPr>
        <w:t>[3 . 9 . 5]</w:t>
      </w:r>
    </w:p>
    <w:p>
      <w:r>
        <w:rPr>
          <w:rFonts w:ascii="Gentium Plus" w:hAnsi="Gentium Plus"/>
          <w:sz w:val="24"/>
        </w:rPr>
        <w:t>Καὶ ἤλθομεν εἰς Χεβρὼν τοῦ καταλῦσαι·</w:t>
      </w:r>
    </w:p>
    <w:p>
      <w:r>
        <w:rPr>
          <w:rFonts w:ascii="Courier New" w:hAnsi="Courier New"/>
          <w:color w:val="555555"/>
          <w:sz w:val="20"/>
        </w:rPr>
        <w:t>[3 . 9 . 6]</w:t>
      </w:r>
    </w:p>
    <w:p>
      <w:r>
        <w:rPr>
          <w:rFonts w:ascii="Gentium Plus" w:hAnsi="Gentium Plus"/>
          <w:sz w:val="24"/>
        </w:rPr>
        <w:t>καὶ Ἰσαὰκ ἐκάλει με συνεχῶς τοῦ ὑπομνῆσαί με νόμον Κυρίου, καθὼς ἔδειξέ μοι ὁ ἄγγελος τοῦ Θεοῦ.</w:t>
      </w:r>
    </w:p>
    <w:p>
      <w:r>
        <w:rPr>
          <w:rFonts w:ascii="Courier New" w:hAnsi="Courier New"/>
          <w:color w:val="555555"/>
          <w:sz w:val="20"/>
        </w:rPr>
        <w:t>[3 . 9 . 7]</w:t>
      </w:r>
    </w:p>
    <w:p>
      <w:r>
        <w:rPr>
          <w:rFonts w:ascii="Gentium Plus" w:hAnsi="Gentium Plus"/>
          <w:sz w:val="24"/>
        </w:rPr>
        <w:t>Καὶ ἐδίδασκέ με νόμον ἱερωσύνης, θυσιῶν, ὁλοκαυτωμάτων, ἀπαρχῶν, ἑκουσίων, σωτηρίων.</w:t>
      </w:r>
    </w:p>
    <w:p>
      <w:r>
        <w:rPr>
          <w:rFonts w:ascii="Courier New" w:hAnsi="Courier New"/>
          <w:color w:val="555555"/>
          <w:sz w:val="20"/>
        </w:rPr>
        <w:t>[3 . 9 . 8]</w:t>
      </w:r>
    </w:p>
    <w:p>
      <w:r>
        <w:rPr>
          <w:rFonts w:ascii="Gentium Plus" w:hAnsi="Gentium Plus"/>
          <w:sz w:val="24"/>
        </w:rPr>
        <w:t>Καὶ ἦν καθ’ ἑκάστην ἡμέραν συνετίζων με, καὶ εἰς ἐμὲ ἀσχολούμενος ἦν ἐνώπιον Κυρίου.</w:t>
      </w:r>
    </w:p>
    <w:p>
      <w:r>
        <w:rPr>
          <w:rFonts w:ascii="Courier New" w:hAnsi="Courier New"/>
          <w:color w:val="555555"/>
          <w:sz w:val="20"/>
        </w:rPr>
        <w:t>[3 . 9 . 9]</w:t>
      </w:r>
    </w:p>
    <w:p>
      <w:r>
        <w:rPr>
          <w:rFonts w:ascii="Gentium Plus" w:hAnsi="Gentium Plus"/>
          <w:sz w:val="24"/>
        </w:rPr>
        <w:t>Καὶ ἔλεγε· Μὴ πρόσεχε, τέκνον, ἀπὸ τοῦ πνεύμα‐ τος τῆς πορνείας· τοῦτο γὰρ ἐνδελεχιεῖ, καὶ μέλλει διὰ τοῦ σπέρματός σου μιαίνειν τὰ ἅγια.</w:t>
      </w:r>
    </w:p>
    <w:p>
      <w:r>
        <w:rPr>
          <w:rFonts w:ascii="Courier New" w:hAnsi="Courier New"/>
          <w:color w:val="555555"/>
          <w:sz w:val="20"/>
        </w:rPr>
        <w:t>[3 . 9 . 10]</w:t>
      </w:r>
    </w:p>
    <w:p>
      <w:r>
        <w:rPr>
          <w:rFonts w:ascii="Gentium Plus" w:hAnsi="Gentium Plus"/>
          <w:sz w:val="24"/>
        </w:rPr>
        <w:t>Λαβὲ οὖν σεαυτῷ γυναῖκα, ἔτι νέος ὤν, μὴ ἔχουσαν μῶμον, μηδὲ βεβηλωμένην, μηδὲ ἀπὸ γένους ἀλλοφύλων ἢ ἐθνῶν.</w:t>
      </w:r>
    </w:p>
    <w:p>
      <w:r>
        <w:rPr>
          <w:rFonts w:ascii="Courier New" w:hAnsi="Courier New"/>
          <w:color w:val="555555"/>
          <w:sz w:val="20"/>
        </w:rPr>
        <w:t>[3 . 9 . 11]</w:t>
      </w:r>
    </w:p>
    <w:p>
      <w:r>
        <w:rPr>
          <w:rFonts w:ascii="Gentium Plus" w:hAnsi="Gentium Plus"/>
          <w:sz w:val="24"/>
        </w:rPr>
        <w:t>Καὶ πρὸ τοῦ εἰσελθεῖν εἰς τὰ ἅγια, λούου· καὶ ἐν τῷ θύειν, νίπτου. καὶ ἀπαρτίζων πάλιν τὴν θυσίαν, νίπτου.</w:t>
      </w:r>
    </w:p>
    <w:p>
      <w:r>
        <w:rPr>
          <w:rFonts w:ascii="Courier New" w:hAnsi="Courier New"/>
          <w:color w:val="555555"/>
          <w:sz w:val="20"/>
        </w:rPr>
        <w:t>[3 . 9 . 12]</w:t>
      </w:r>
    </w:p>
    <w:p>
      <w:r>
        <w:rPr>
          <w:rFonts w:ascii="Gentium Plus" w:hAnsi="Gentium Plus"/>
          <w:sz w:val="24"/>
        </w:rPr>
        <w:t>Δώδεκα δένδρων ἀεὶ ἐχόντων φύλλα ἄναγε Κυρίῳ, ὡς κἀμὲ Ἀβραὰμ ἐδίδαξε.</w:t>
      </w:r>
    </w:p>
    <w:p>
      <w:r>
        <w:rPr>
          <w:rFonts w:ascii="Courier New" w:hAnsi="Courier New"/>
          <w:color w:val="555555"/>
          <w:sz w:val="20"/>
        </w:rPr>
        <w:t>[3 . 9 . 13]</w:t>
      </w:r>
    </w:p>
    <w:p>
      <w:r>
        <w:rPr>
          <w:rFonts w:ascii="Gentium Plus" w:hAnsi="Gentium Plus"/>
          <w:sz w:val="24"/>
        </w:rPr>
        <w:t>Καὶ παντὸς ζώου καθαροῦ καὶ πετεινοῦ καθαροῦ πρόσφερε θυσίαν Κυρίῳ.</w:t>
      </w:r>
    </w:p>
    <w:p>
      <w:r>
        <w:rPr>
          <w:rFonts w:ascii="Courier New" w:hAnsi="Courier New"/>
          <w:color w:val="555555"/>
          <w:sz w:val="20"/>
        </w:rPr>
        <w:t>[3 . 9 . 14]</w:t>
      </w:r>
    </w:p>
    <w:p>
      <w:r>
        <w:rPr>
          <w:rFonts w:ascii="Gentium Plus" w:hAnsi="Gentium Plus"/>
          <w:sz w:val="24"/>
        </w:rPr>
        <w:t>Καὶ παντὸς πρωτογενήματος καὶ οἴνου πρόσφερε ἀπαρχάς· καὶ πᾶσαν θυσίαν ἅλατι ἁλιεῖς.</w:t>
      </w:r>
    </w:p>
    <w:p>
      <w:r>
        <w:rPr>
          <w:rFonts w:ascii="Courier New" w:hAnsi="Courier New"/>
          <w:color w:val="555555"/>
          <w:sz w:val="20"/>
        </w:rPr>
        <w:t>[3 . 10 . 1]</w:t>
      </w:r>
    </w:p>
    <w:p>
      <w:r>
        <w:rPr>
          <w:rFonts w:ascii="Gentium Plus" w:hAnsi="Gentium Plus"/>
          <w:sz w:val="24"/>
        </w:rPr>
        <w:t>Νῦν οὖν φυλάξασθε ὅσα ἐντέλλομαι ὑμῖν, τέκνα· ὅτι ὅσα ἤκουσα παρὰ τῶν πατέρων μου, ἀνήγγειλα ὑμῖν.</w:t>
      </w:r>
    </w:p>
    <w:p>
      <w:r>
        <w:rPr>
          <w:rFonts w:ascii="Courier New" w:hAnsi="Courier New"/>
          <w:color w:val="555555"/>
          <w:sz w:val="20"/>
        </w:rPr>
        <w:t>[3 . 10 . 2]</w:t>
      </w:r>
    </w:p>
    <w:p>
      <w:r>
        <w:rPr>
          <w:rFonts w:ascii="Gentium Plus" w:hAnsi="Gentium Plus"/>
          <w:sz w:val="24"/>
        </w:rPr>
        <w:t>Ἀθῷός εἰμι ἀπὸ πάσης ἀσεβείας ὑμῶν καὶ παραβάσεως, ἣν ποιήσετε ἐπὶ συντελείᾳ τῶν αἰώνων εἰς τὸν σωτῆρα τοῦ κόσμου, ἀσεβοῦντες, πλανῶντες τὸν Ἰσραήλ, καὶ ἐπεγείροντες αὐτῷ κακὰ μεγάλα παρὰ Κυρίου.</w:t>
      </w:r>
    </w:p>
    <w:p>
      <w:r>
        <w:rPr>
          <w:rFonts w:ascii="Courier New" w:hAnsi="Courier New"/>
          <w:color w:val="555555"/>
          <w:sz w:val="20"/>
        </w:rPr>
        <w:t>[3 . 10 . 3]</w:t>
      </w:r>
    </w:p>
    <w:p>
      <w:r>
        <w:rPr>
          <w:rFonts w:ascii="Gentium Plus" w:hAnsi="Gentium Plus"/>
          <w:sz w:val="24"/>
        </w:rPr>
        <w:t>Καὶ ἀνομήσετε σὺν τῷ Ἰσραήλ, ὥστε μὴ βαστάξαι τὴν Ἱερουσαλὴμ ἀπὸ προσώπου πονηρίας ὑμῶν, ἀλλὰ σχίσαι τὸ ἔνδυμα τοῦ ναοῦ, ὥστε μὴ κατακαλύπτειν ἀσχημοσύνην ὑμῶν.</w:t>
      </w:r>
    </w:p>
    <w:p>
      <w:r>
        <w:rPr>
          <w:rFonts w:ascii="Courier New" w:hAnsi="Courier New"/>
          <w:color w:val="555555"/>
          <w:sz w:val="20"/>
        </w:rPr>
        <w:t>[3 . 10 . 4]</w:t>
      </w:r>
    </w:p>
    <w:p>
      <w:r>
        <w:rPr>
          <w:rFonts w:ascii="Gentium Plus" w:hAnsi="Gentium Plus"/>
          <w:sz w:val="24"/>
        </w:rPr>
        <w:t>Καὶ διασπαρήσεσθε αἰχμάλωτοι ἐν τοῖς ἔθνεσι, καὶ ἔσεσθε εἰς ὀνειδισμόν, καὶ εἰς καταπάτημα·</w:t>
      </w:r>
    </w:p>
    <w:p>
      <w:r>
        <w:rPr>
          <w:rFonts w:ascii="Courier New" w:hAnsi="Courier New"/>
          <w:color w:val="555555"/>
          <w:sz w:val="20"/>
        </w:rPr>
        <w:t>[3 . 10 . 5]</w:t>
      </w:r>
    </w:p>
    <w:p>
      <w:r>
        <w:rPr>
          <w:rFonts w:ascii="Gentium Plus" w:hAnsi="Gentium Plus"/>
          <w:sz w:val="24"/>
        </w:rPr>
        <w:t>ὁ γὰρ οἶκος, ὃν ἂν ἐξελέξηται Κύριος, Ἱερουσαλὴμ κληθήσεται, καθὼς περιέχει βίβλος Ἔνωχ τοῦ δικαίου.</w:t>
      </w:r>
    </w:p>
    <w:p>
      <w:r>
        <w:rPr>
          <w:rFonts w:ascii="Courier New" w:hAnsi="Courier New"/>
          <w:color w:val="555555"/>
          <w:sz w:val="20"/>
        </w:rPr>
        <w:t>[3 . 11 . 1]</w:t>
      </w:r>
    </w:p>
    <w:p>
      <w:r>
        <w:rPr>
          <w:rFonts w:ascii="Gentium Plus" w:hAnsi="Gentium Plus"/>
          <w:sz w:val="24"/>
        </w:rPr>
        <w:t>Ὅτε οὖν ἔλαβον γυναῖκα, ἤμην ἐτῶν εἰκοσιοκτώ, ᾗ ὄνομα Μελχᾶ.</w:t>
      </w:r>
    </w:p>
    <w:p>
      <w:r>
        <w:rPr>
          <w:rFonts w:ascii="Courier New" w:hAnsi="Courier New"/>
          <w:color w:val="555555"/>
          <w:sz w:val="20"/>
        </w:rPr>
        <w:t>[3 . 11 . 2]</w:t>
      </w:r>
    </w:p>
    <w:p>
      <w:r>
        <w:rPr>
          <w:rFonts w:ascii="Gentium Plus" w:hAnsi="Gentium Plus"/>
          <w:sz w:val="24"/>
        </w:rPr>
        <w:t>Καὶ συλλαβοῦσα ἔτεκε, καὶ ἐκάλεσε τὸ ὄνομα αὐτοῦ Γηρσάμ· ὅτι ἐν τῇ γῇ ἡμῶν πάροικοι ἦμεν· Γηρσὰμ γὰρ παροικία γράφεται.</w:t>
      </w:r>
    </w:p>
    <w:p>
      <w:r>
        <w:rPr>
          <w:rFonts w:ascii="Courier New" w:hAnsi="Courier New"/>
          <w:color w:val="555555"/>
          <w:sz w:val="20"/>
        </w:rPr>
        <w:t>[3 . 11 . 3]</w:t>
      </w:r>
    </w:p>
    <w:p>
      <w:r>
        <w:rPr>
          <w:rFonts w:ascii="Gentium Plus" w:hAnsi="Gentium Plus"/>
          <w:sz w:val="24"/>
        </w:rPr>
        <w:t>Εἶδον δὲ περὶ αὐτοῦ, ὅτι οὐκ ἔσται ἐν πρώτῃ τάξει.</w:t>
      </w:r>
    </w:p>
    <w:p>
      <w:r>
        <w:rPr>
          <w:rFonts w:ascii="Courier New" w:hAnsi="Courier New"/>
          <w:color w:val="555555"/>
          <w:sz w:val="20"/>
        </w:rPr>
        <w:t>[3 . 11 . 4]</w:t>
      </w:r>
    </w:p>
    <w:p>
      <w:r>
        <w:rPr>
          <w:rFonts w:ascii="Gentium Plus" w:hAnsi="Gentium Plus"/>
          <w:sz w:val="24"/>
        </w:rPr>
        <w:t>Καὶ ὁ Καὰθ ἐγεννήθη τρια‐ κοστῷ πέμπτῳ ἔτει, πρὸς ἀνατολὰς ἡλίου.</w:t>
      </w:r>
    </w:p>
    <w:p>
      <w:r>
        <w:rPr>
          <w:rFonts w:ascii="Courier New" w:hAnsi="Courier New"/>
          <w:color w:val="555555"/>
          <w:sz w:val="20"/>
        </w:rPr>
        <w:t>[3 . 11 . 5]</w:t>
      </w:r>
    </w:p>
    <w:p>
      <w:r>
        <w:rPr>
          <w:rFonts w:ascii="Gentium Plus" w:hAnsi="Gentium Plus"/>
          <w:sz w:val="24"/>
        </w:rPr>
        <w:t>Εἶδον δὲ ἐν ὁράματι, ὅτι μέσος ἐν ὑψηλοῖς ἵστατο πάσης τῆς συναγωγῆς.</w:t>
      </w:r>
    </w:p>
    <w:p>
      <w:r>
        <w:rPr>
          <w:rFonts w:ascii="Courier New" w:hAnsi="Courier New"/>
          <w:color w:val="555555"/>
          <w:sz w:val="20"/>
        </w:rPr>
        <w:t>[3 . 11 . 6]</w:t>
      </w:r>
    </w:p>
    <w:p>
      <w:r>
        <w:rPr>
          <w:rFonts w:ascii="Gentium Plus" w:hAnsi="Gentium Plus"/>
          <w:sz w:val="24"/>
        </w:rPr>
        <w:t>Διὰ τοῦτο ἐκάλεσα τὸ ὄνομα αὐτοῦ Καάθ, ὅ ἐστιν ἀρχὴ μεγαλείου καὶ συμβιβασμός.</w:t>
      </w:r>
    </w:p>
    <w:p>
      <w:r>
        <w:rPr>
          <w:rFonts w:ascii="Courier New" w:hAnsi="Courier New"/>
          <w:color w:val="555555"/>
          <w:sz w:val="20"/>
        </w:rPr>
        <w:t>[3 . 11 . 7]</w:t>
      </w:r>
    </w:p>
    <w:p>
      <w:r>
        <w:rPr>
          <w:rFonts w:ascii="Gentium Plus" w:hAnsi="Gentium Plus"/>
          <w:sz w:val="24"/>
        </w:rPr>
        <w:t>Καὶ τρεῖς ἔτεκέ μοι τὸν Μεραρὶ τεσσαρακοστῷ ἔτει ζωῆς μου. Καὶ ἐπειδὴ ἐδυστόκι‐ σεν ἡ μήτηρ αὐτοῦ, ἐκάλεσεν αὐτὸν Μεραρί, ὅ ἐστι πικρία μου· ὅτι καίγε αὐτὸς ἀπέθανεν.</w:t>
      </w:r>
    </w:p>
    <w:p>
      <w:r>
        <w:rPr>
          <w:rFonts w:ascii="Courier New" w:hAnsi="Courier New"/>
          <w:color w:val="555555"/>
          <w:sz w:val="20"/>
        </w:rPr>
        <w:t>[3 . 11 . 8]</w:t>
      </w:r>
    </w:p>
    <w:p>
      <w:r>
        <w:rPr>
          <w:rFonts w:ascii="Gentium Plus" w:hAnsi="Gentium Plus"/>
          <w:sz w:val="24"/>
        </w:rPr>
        <w:t>Ἡ δὲ Ἰωχαβὲδ ἑξηκοστῷ τετάρτῳ ἔτει ἐτέχθη ἐν Αἰγύπτῳ· ἔνδοξος γὰρ ἤμην τότε ἐμμέσῳ τῶν ἀδελφῶν μου.</w:t>
      </w:r>
    </w:p>
    <w:p>
      <w:r>
        <w:rPr>
          <w:rFonts w:ascii="Courier New" w:hAnsi="Courier New"/>
          <w:color w:val="555555"/>
          <w:sz w:val="20"/>
        </w:rPr>
        <w:t>[3 . 12 . 1]</w:t>
      </w:r>
    </w:p>
    <w:p>
      <w:r>
        <w:rPr>
          <w:rFonts w:ascii="Gentium Plus" w:hAnsi="Gentium Plus"/>
          <w:sz w:val="24"/>
        </w:rPr>
        <w:t>Καὶ ἔλαβε Γηρσὰμ γυναῖκα, καὶ ἔτεκεν αὐτῷ τὸν Λομνὶ καὶ τὸν Σεμεί.</w:t>
      </w:r>
    </w:p>
    <w:p>
      <w:r>
        <w:rPr>
          <w:rFonts w:ascii="Courier New" w:hAnsi="Courier New"/>
          <w:color w:val="555555"/>
          <w:sz w:val="20"/>
        </w:rPr>
        <w:t>[3 . 12 . 2]</w:t>
      </w:r>
    </w:p>
    <w:p>
      <w:r>
        <w:rPr>
          <w:rFonts w:ascii="Gentium Plus" w:hAnsi="Gentium Plus"/>
          <w:sz w:val="24"/>
        </w:rPr>
        <w:t>Καὶ υἱοὶ Καὰθ Ἀμβράμ, Ἰσαάρ, Χεβρώ, Ὀζήλ.</w:t>
      </w:r>
    </w:p>
    <w:p>
      <w:r>
        <w:rPr>
          <w:rFonts w:ascii="Courier New" w:hAnsi="Courier New"/>
          <w:color w:val="555555"/>
          <w:sz w:val="20"/>
        </w:rPr>
        <w:t>[3 . 12 . 3]</w:t>
      </w:r>
    </w:p>
    <w:p>
      <w:r>
        <w:rPr>
          <w:rFonts w:ascii="Gentium Plus" w:hAnsi="Gentium Plus"/>
          <w:sz w:val="24"/>
        </w:rPr>
        <w:t>Καὶ υἱοὶ Μεραρὶ Μοολὶ καὶ Ὁμουσί.</w:t>
      </w:r>
    </w:p>
    <w:p>
      <w:r>
        <w:rPr>
          <w:rFonts w:ascii="Courier New" w:hAnsi="Courier New"/>
          <w:color w:val="555555"/>
          <w:sz w:val="20"/>
        </w:rPr>
        <w:t>[3 . 12 . 4]</w:t>
      </w:r>
    </w:p>
    <w:p>
      <w:r>
        <w:rPr>
          <w:rFonts w:ascii="Gentium Plus" w:hAnsi="Gentium Plus"/>
          <w:sz w:val="24"/>
        </w:rPr>
        <w:t>Καὶ ἐνενηκοστῷ τετάρτῳ ἔτει μου, ἔλαβεν ὁ Ἀμβρὰμ τὴν Ἰωχαβὲδ θυγατέρα μου αὐτῷ εἰς γυναῖκα· ὅτι ἐν μιᾷ ἡμέρᾳ ἐγεννήθησαν, αὐτὸς καὶ ἡ θυγάτηρ μου.</w:t>
      </w:r>
    </w:p>
    <w:p>
      <w:r>
        <w:rPr>
          <w:rFonts w:ascii="Courier New" w:hAnsi="Courier New"/>
          <w:color w:val="555555"/>
          <w:sz w:val="20"/>
        </w:rPr>
        <w:t>[3 . 12 . 5]</w:t>
      </w:r>
    </w:p>
    <w:p>
      <w:r>
        <w:rPr>
          <w:rFonts w:ascii="Gentium Plus" w:hAnsi="Gentium Plus"/>
          <w:sz w:val="24"/>
        </w:rPr>
        <w:t>Ὀκτὼ ἐτῶν ἤμην ὅτε εἰσῆλθον εἰς γῆν Χαναάν· καὶ ὀκτωκαίδεκα ἐτῶν ὅτε ἀπέκτεινα τὸν Συχέμ· καὶ ἐννεακαί‐ δεκα ἐτῶν ἱεράτευσα· καὶ εἰκοσιοκτὼ ἐτῶν, ἔλαβον γυναῖκα· καὶ τεσσαράκοντα ἐτῶν, εἰσῆλθον εἰς Αἴγυπτον.</w:t>
      </w:r>
    </w:p>
    <w:p>
      <w:r>
        <w:rPr>
          <w:rFonts w:ascii="Courier New" w:hAnsi="Courier New"/>
          <w:color w:val="555555"/>
          <w:sz w:val="20"/>
        </w:rPr>
        <w:t>[3 . 12 . 6]</w:t>
      </w:r>
    </w:p>
    <w:p>
      <w:r>
        <w:rPr>
          <w:rFonts w:ascii="Gentium Plus" w:hAnsi="Gentium Plus"/>
          <w:sz w:val="24"/>
        </w:rPr>
        <w:t>Καὶ ἰδού, τέκνα μού ἐστε, τέκνα μου, τρίτη γενεά.</w:t>
      </w:r>
    </w:p>
    <w:p>
      <w:r>
        <w:rPr>
          <w:rFonts w:ascii="Courier New" w:hAnsi="Courier New"/>
          <w:color w:val="555555"/>
          <w:sz w:val="20"/>
        </w:rPr>
        <w:t>[3 . 12 . 7]</w:t>
      </w:r>
    </w:p>
    <w:p>
      <w:r>
        <w:rPr>
          <w:rFonts w:ascii="Gentium Plus" w:hAnsi="Gentium Plus"/>
          <w:sz w:val="24"/>
        </w:rPr>
        <w:t>Ἰωσὴφ ἑκατοστῷ ὀκτωκαιδεκάτῳ ἔτει ἀπέθανε.</w:t>
      </w:r>
    </w:p>
    <w:p>
      <w:r>
        <w:rPr>
          <w:rFonts w:ascii="Courier New" w:hAnsi="Courier New"/>
          <w:color w:val="555555"/>
          <w:sz w:val="20"/>
        </w:rPr>
        <w:t>[3 . 13 . 1]</w:t>
      </w:r>
    </w:p>
    <w:p>
      <w:r>
        <w:rPr>
          <w:rFonts w:ascii="Gentium Plus" w:hAnsi="Gentium Plus"/>
          <w:sz w:val="24"/>
        </w:rPr>
        <w:t>Καὶ νῦν, τέκνα μου, ἐντέλλομαι ὑμῖν ἵνα φοβεῖσθε τὸν Κύριον ἡμῶν ἐξ ὅλης καρδίας· καὶ πορεύεσθε ἐν ἁπλότητι κατὰ πάντα τὸν νόμον αὐτῶν.</w:t>
      </w:r>
    </w:p>
    <w:p>
      <w:r>
        <w:rPr>
          <w:rFonts w:ascii="Courier New" w:hAnsi="Courier New"/>
          <w:color w:val="555555"/>
          <w:sz w:val="20"/>
        </w:rPr>
        <w:t>[3 . 13 . 2]</w:t>
      </w:r>
    </w:p>
    <w:p>
      <w:r>
        <w:rPr>
          <w:rFonts w:ascii="Gentium Plus" w:hAnsi="Gentium Plus"/>
          <w:sz w:val="24"/>
        </w:rPr>
        <w:t>Διδάξατε δὲ καὶ ὑμεῖς τὰ τέκνα ὑμῶν γράμματα, ἵνα ἔχωσι σύνεσιν ἐν πάσῃ τῇ ζωῇ αὐτῶν, ἀναγινώσκοντες ἀδιαλείπτως τὸν νόμον τοῦ Θεοῦ·</w:t>
      </w:r>
    </w:p>
    <w:p>
      <w:r>
        <w:rPr>
          <w:rFonts w:ascii="Courier New" w:hAnsi="Courier New"/>
          <w:color w:val="555555"/>
          <w:sz w:val="20"/>
        </w:rPr>
        <w:t>[3 . 13 . 3]</w:t>
      </w:r>
    </w:p>
    <w:p>
      <w:r>
        <w:rPr>
          <w:rFonts w:ascii="Gentium Plus" w:hAnsi="Gentium Plus"/>
          <w:sz w:val="24"/>
        </w:rPr>
        <w:t>ὅτι πᾶς, ὃς γνώσεται νόμον Θεοῦ, τιμηθήσεται, καὶ οὐκ ἔσται ξένος, ὅπου ὑπάγει.</w:t>
      </w:r>
    </w:p>
    <w:p>
      <w:r>
        <w:rPr>
          <w:rFonts w:ascii="Courier New" w:hAnsi="Courier New"/>
          <w:color w:val="555555"/>
          <w:sz w:val="20"/>
        </w:rPr>
        <w:t>[3 . 13 . 4]</w:t>
      </w:r>
    </w:p>
    <w:p>
      <w:r>
        <w:rPr>
          <w:rFonts w:ascii="Gentium Plus" w:hAnsi="Gentium Plus"/>
          <w:sz w:val="24"/>
        </w:rPr>
        <w:t>Καίγε πολλοὺς φίλους ὑπὲρ γονεῖς κτήσηται, καὶ ἐπιθυμήσουσι πολλοὶ τῶν ἀνθρώπων δουλεῦσαι αὐτῷ, καὶ ἀκοῦσαι νόμον ἐκ τοῦ στόματος αὐτοῦ.</w:t>
      </w:r>
    </w:p>
    <w:p>
      <w:r>
        <w:rPr>
          <w:rFonts w:ascii="Courier New" w:hAnsi="Courier New"/>
          <w:color w:val="555555"/>
          <w:sz w:val="20"/>
        </w:rPr>
        <w:t>[3 . 13 . 5]</w:t>
      </w:r>
    </w:p>
    <w:p>
      <w:r>
        <w:rPr>
          <w:rFonts w:ascii="Gentium Plus" w:hAnsi="Gentium Plus"/>
          <w:sz w:val="24"/>
        </w:rPr>
        <w:t>Ποιήσατε δικαιοσύνην, τέκνα μου, ἐπὶ τῆς γῆς, ἵνα εὕρητε ἐν τοῖς οὐρανοῖς·</w:t>
      </w:r>
    </w:p>
    <w:p>
      <w:r>
        <w:rPr>
          <w:rFonts w:ascii="Courier New" w:hAnsi="Courier New"/>
          <w:color w:val="555555"/>
          <w:sz w:val="20"/>
        </w:rPr>
        <w:t>[3 . 13 . 6]</w:t>
      </w:r>
    </w:p>
    <w:p>
      <w:r>
        <w:rPr>
          <w:rFonts w:ascii="Gentium Plus" w:hAnsi="Gentium Plus"/>
          <w:sz w:val="24"/>
        </w:rPr>
        <w:t>καὶ σπείρετε ἐν ταῖς ψυχαῖς ὑμῶν ἀγαθά, ἵνα εὕρητε αὐτὰ ἐν τῇ ζωῇ ὑμῶν. Ἐὰν γὰρ σπείρητε κακά, πᾶσαν ταραχὴν καὶ θλῖψιν θερίσητε.</w:t>
      </w:r>
    </w:p>
    <w:p>
      <w:r>
        <w:rPr>
          <w:rFonts w:ascii="Courier New" w:hAnsi="Courier New"/>
          <w:color w:val="555555"/>
          <w:sz w:val="20"/>
        </w:rPr>
        <w:t>[3 . 13 . 7]</w:t>
      </w:r>
    </w:p>
    <w:p>
      <w:r>
        <w:rPr>
          <w:rFonts w:ascii="Gentium Plus" w:hAnsi="Gentium Plus"/>
          <w:sz w:val="24"/>
        </w:rPr>
        <w:t>Σοφίαν κτήσα‐ σθε ἐν φόβῳ Θεοῦ μετὰ σπουδῆς· ὅτι ἐὰν γένηται αἰχμαλωσία, καὶ πόλεις ὀλοθρευθῶσι καὶ χῶραι καὶ χρυσὸς καὶ ἄργυρος καὶ πᾶσα κτῆσις ἀπολεῖται, τοῦ σοφοῦ τὴν σοφίαν οὐδεὶς</w:t>
      </w:r>
    </w:p>
    <w:p>
      <w:r>
        <w:rPr>
          <w:rFonts w:ascii="Courier New" w:hAnsi="Courier New"/>
          <w:color w:val="555555"/>
          <w:sz w:val="20"/>
        </w:rPr>
        <w:t>[5]</w:t>
      </w:r>
    </w:p>
    <w:p>
      <w:r>
        <w:rPr>
          <w:rFonts w:ascii="Gentium Plus" w:hAnsi="Gentium Plus"/>
          <w:sz w:val="24"/>
        </w:rPr>
        <w:t>δύναται ἀφελέσθαι, εἰ μὴ τύφλωσις ἀσεβείας καὶ πήρωσις ἁμαρτίας·</w:t>
      </w:r>
    </w:p>
    <w:p>
      <w:r>
        <w:rPr>
          <w:rFonts w:ascii="Courier New" w:hAnsi="Courier New"/>
          <w:color w:val="555555"/>
          <w:sz w:val="20"/>
        </w:rPr>
        <w:t>[3 . 13 . 8]</w:t>
      </w:r>
    </w:p>
    <w:p>
      <w:r>
        <w:rPr>
          <w:rFonts w:ascii="Gentium Plus" w:hAnsi="Gentium Plus"/>
          <w:sz w:val="24"/>
        </w:rPr>
        <w:t>ὅτι γενήσεται αὐτῷ αὐτὴ καὶ παρὰ τοῖς πολεμίοις λαμπρά, καὶ ἐπὶ γῆς ἀλλοτρίας πατρὶς καὶ ἐμμέσῳ ἐχθρῶν εὑρηθήσεται φίλος.</w:t>
      </w:r>
    </w:p>
    <w:p>
      <w:r>
        <w:rPr>
          <w:rFonts w:ascii="Courier New" w:hAnsi="Courier New"/>
          <w:color w:val="555555"/>
          <w:sz w:val="20"/>
        </w:rPr>
        <w:t>[3 . 13 . 9]</w:t>
      </w:r>
    </w:p>
    <w:p>
      <w:r>
        <w:rPr>
          <w:rFonts w:ascii="Gentium Plus" w:hAnsi="Gentium Plus"/>
          <w:sz w:val="24"/>
        </w:rPr>
        <w:t>Ἐὰν διδάσκῃ ταῦτα καὶ πράττῃ, σύνθρονος ἔσται βασιλέως, ὡς καὶ Ἰωσὴφ ὁ ἀδελφὸς ἡμῶν.</w:t>
      </w:r>
    </w:p>
    <w:p>
      <w:r>
        <w:rPr>
          <w:rFonts w:ascii="Courier New" w:hAnsi="Courier New"/>
          <w:color w:val="555555"/>
          <w:sz w:val="20"/>
        </w:rPr>
        <w:t>[3 . 14 . 1]</w:t>
      </w:r>
    </w:p>
    <w:p>
      <w:r>
        <w:rPr>
          <w:rFonts w:ascii="Gentium Plus" w:hAnsi="Gentium Plus"/>
          <w:sz w:val="24"/>
        </w:rPr>
        <w:t>Καὶ νῦν, τέκνα, ἔγνων ἀπὸ γραφῆς Ἐνώχ, ὅτι ἐπὶ τέλει ἀσεβήσητε ἐπὶ Κύριον, χεῖρας ἐπιβάλλοντες ἐν πάσῃ κακίᾳ, καὶ αἰσχυνθήσονται ἐφ’ ὑμῖν οἱ ἀδελφοὶ ὑμῶν, καὶ πᾶσι τοῖς ἔθνεσι γενήσεται χλευασμός.</w:t>
      </w:r>
    </w:p>
    <w:p>
      <w:r>
        <w:rPr>
          <w:rFonts w:ascii="Courier New" w:hAnsi="Courier New"/>
          <w:color w:val="555555"/>
          <w:sz w:val="20"/>
        </w:rPr>
        <w:t>[3 . 14 . 2]</w:t>
      </w:r>
    </w:p>
    <w:p>
      <w:r>
        <w:rPr>
          <w:rFonts w:ascii="Gentium Plus" w:hAnsi="Gentium Plus"/>
          <w:sz w:val="24"/>
        </w:rPr>
        <w:t>Καὶ γὰρ ὁ πατὴρ ἡμῶν Ἰσραὴλ καθαρὸς ἔσται ἀπὸ τῆς ἀσεβείας τῶν ἀρχιερέων, οἵτινες ἐπιβαλοῦσι τὰς χεῖρας αὐτῶν ἐπὶ τὸν σωτῆρα τοῦ κόσμου.</w:t>
      </w:r>
    </w:p>
    <w:p>
      <w:r>
        <w:rPr>
          <w:rFonts w:ascii="Courier New" w:hAnsi="Courier New"/>
          <w:color w:val="555555"/>
          <w:sz w:val="20"/>
        </w:rPr>
        <w:t>[3 . 14 . 3]</w:t>
      </w:r>
    </w:p>
    <w:p>
      <w:r>
        <w:rPr>
          <w:rFonts w:ascii="Gentium Plus" w:hAnsi="Gentium Plus"/>
          <w:sz w:val="24"/>
        </w:rPr>
        <w:t>Καθαρὸς ὁ οὐρανὸς ὑπὲρ τὴν γῆν· καὶ ὑμεῖς οἱ φωστῆρες τοῦ οὐρανοῦ, ὡς ὁ ἥλιος καὶ ἡ σελήνη.</w:t>
      </w:r>
    </w:p>
    <w:p>
      <w:r>
        <w:rPr>
          <w:rFonts w:ascii="Courier New" w:hAnsi="Courier New"/>
          <w:color w:val="555555"/>
          <w:sz w:val="20"/>
        </w:rPr>
        <w:t>[3 . 14 . 4]</w:t>
      </w:r>
    </w:p>
    <w:p>
      <w:r>
        <w:rPr>
          <w:rFonts w:ascii="Gentium Plus" w:hAnsi="Gentium Plus"/>
          <w:sz w:val="24"/>
        </w:rPr>
        <w:t>Τί ποιήσουσι πάντα τὰ ἔθνη, ἐὰν ὑμεῖς σκοτισθῆτε ἐν ἀσεβείᾳ, καὶ ἐπάξετε κατάραν ἐπὶ τὸ γένος ἡμῶν, ὑπὲρ ὧν τὸ φῶς τοῦ κόσμου, τὸ δοθὲν ἐν ὑμῖν εἰς φωτισμὸν παντὸς ἀνθρώπου; τοῦτον θέλοντες ἀνελεῖν, ἐναντίας ἐντολὰς διδάσ‐</w:t>
      </w:r>
    </w:p>
    <w:p>
      <w:r>
        <w:rPr>
          <w:rFonts w:ascii="Courier New" w:hAnsi="Courier New"/>
          <w:color w:val="555555"/>
          <w:sz w:val="20"/>
        </w:rPr>
        <w:t>[5]</w:t>
      </w:r>
    </w:p>
    <w:p>
      <w:r>
        <w:rPr>
          <w:rFonts w:ascii="Gentium Plus" w:hAnsi="Gentium Plus"/>
          <w:sz w:val="24"/>
        </w:rPr>
        <w:t>κοντες τοῖς τοῦ Θεοῦ δικαιώμασι,</w:t>
      </w:r>
    </w:p>
    <w:p>
      <w:r>
        <w:rPr>
          <w:rFonts w:ascii="Courier New" w:hAnsi="Courier New"/>
          <w:color w:val="555555"/>
          <w:sz w:val="20"/>
        </w:rPr>
        <w:t>[3 . 14 . 5]</w:t>
      </w:r>
    </w:p>
    <w:p>
      <w:r>
        <w:rPr>
          <w:rFonts w:ascii="Gentium Plus" w:hAnsi="Gentium Plus"/>
          <w:sz w:val="24"/>
        </w:rPr>
        <w:t>τὰς προσφορὰς Κυρίου λῃστεύσητε, καὶ ἀπὸ τῶν μερίδων αὐτοῦ κλέψητε καὶ πρὸ τοῦ θυσιάσαι Κυρίῳ λήψεσθε τὰ ἐκλεκτά, ἐν καταφρονήσει ἐσθίοντες μετὰ πορνῶν,</w:t>
      </w:r>
    </w:p>
    <w:p>
      <w:r>
        <w:rPr>
          <w:rFonts w:ascii="Courier New" w:hAnsi="Courier New"/>
          <w:color w:val="555555"/>
          <w:sz w:val="20"/>
        </w:rPr>
        <w:t>[3 . 14 . 6]</w:t>
      </w:r>
    </w:p>
    <w:p>
      <w:r>
        <w:rPr>
          <w:rFonts w:ascii="Gentium Plus" w:hAnsi="Gentium Plus"/>
          <w:sz w:val="24"/>
        </w:rPr>
        <w:t>ἐν πλεονεξίᾳ τὰς ἐντολὰς τοῦ Κυρίου διδάξητε, τὰς ὑπάνδρους βεβηλώσητε, καὶ παρθένους Ἱερουσαλὴμ μιανεῖτε, καὶ πόρναις καὶ μοιχαλίσι συναφθή‐ σεσθε, θυγατέρας ἐθνῶν λήψεσθε εἰς γυναῖκας, καθαρίζοντες</w:t>
      </w:r>
    </w:p>
    <w:p>
      <w:r>
        <w:rPr>
          <w:rFonts w:ascii="Courier New" w:hAnsi="Courier New"/>
          <w:color w:val="555555"/>
          <w:sz w:val="20"/>
        </w:rPr>
        <w:t>[5]</w:t>
      </w:r>
    </w:p>
    <w:p>
      <w:r>
        <w:rPr>
          <w:rFonts w:ascii="Gentium Plus" w:hAnsi="Gentium Plus"/>
          <w:sz w:val="24"/>
        </w:rPr>
        <w:t>αὐτὰς καθαρισμῷ παρανόμῳ, καὶ γενήσεται ἡ μίξις ὑμῶν Σόδομα καὶ Γόμορρα ἐν ἀσεβείᾳ,</w:t>
      </w:r>
    </w:p>
    <w:p>
      <w:r>
        <w:rPr>
          <w:rFonts w:ascii="Courier New" w:hAnsi="Courier New"/>
          <w:color w:val="555555"/>
          <w:sz w:val="20"/>
        </w:rPr>
        <w:t>[3 . 14 . 7]</w:t>
      </w:r>
    </w:p>
    <w:p>
      <w:r>
        <w:rPr>
          <w:rFonts w:ascii="Gentium Plus" w:hAnsi="Gentium Plus"/>
          <w:sz w:val="24"/>
        </w:rPr>
        <w:t>καὶ φυσιωθήσεσθε ἐπὶ τῇ ἱερωσύνῃ, κατὰ τῶν ἀνθρώπων ἐπαιρόμενοι· οὐ μόνον δέ, ἀλλὰ καὶ κατὰ τῶν ἐντολῶν τοῦ Θεοῦ</w:t>
      </w:r>
    </w:p>
    <w:p>
      <w:r>
        <w:rPr>
          <w:rFonts w:ascii="Courier New" w:hAnsi="Courier New"/>
          <w:color w:val="555555"/>
          <w:sz w:val="20"/>
        </w:rPr>
        <w:t>[3 . 14 . 8]</w:t>
      </w:r>
    </w:p>
    <w:p>
      <w:r>
        <w:rPr>
          <w:rFonts w:ascii="Gentium Plus" w:hAnsi="Gentium Plus"/>
          <w:sz w:val="24"/>
        </w:rPr>
        <w:t>φυσιούμενοι, καταπαίξετε τὰ ἅγια, ἐν καταφρονήσει γελοιάζοντες.</w:t>
      </w:r>
    </w:p>
    <w:p>
      <w:r>
        <w:rPr>
          <w:rFonts w:ascii="Courier New" w:hAnsi="Courier New"/>
          <w:color w:val="555555"/>
          <w:sz w:val="20"/>
        </w:rPr>
        <w:t>[3 . 15 . 1]</w:t>
      </w:r>
    </w:p>
    <w:p>
      <w:r>
        <w:rPr>
          <w:rFonts w:ascii="Gentium Plus" w:hAnsi="Gentium Plus"/>
          <w:sz w:val="24"/>
        </w:rPr>
        <w:t>Διὰ ταῦτα ὁ ναός, ὃν ἂν ἐκλέξηται Κύριος, ἔρημος ἔσται ἐν ἀκαθαρσίᾳ, καὶ ὑμεῖς αἰχμάλωτοι ἔσεσθε εἰς πάντα τὰ ἔθνη,</w:t>
      </w:r>
    </w:p>
    <w:p>
      <w:r>
        <w:rPr>
          <w:rFonts w:ascii="Courier New" w:hAnsi="Courier New"/>
          <w:color w:val="555555"/>
          <w:sz w:val="20"/>
        </w:rPr>
        <w:t>[3 . 15 . 2]</w:t>
      </w:r>
    </w:p>
    <w:p>
      <w:r>
        <w:rPr>
          <w:rFonts w:ascii="Gentium Plus" w:hAnsi="Gentium Plus"/>
          <w:sz w:val="24"/>
        </w:rPr>
        <w:t>καὶ ἔσεσθε βδέλυγμα ἐν αὐτοῖς, καὶ λήψεσθε ὀνειδισμὸν καὶ αἰσχύνην αἰώνιον παρὰ τῆς δικαιοκρισίας τοῦ Θεοῦ.</w:t>
      </w:r>
    </w:p>
    <w:p>
      <w:r>
        <w:rPr>
          <w:rFonts w:ascii="Courier New" w:hAnsi="Courier New"/>
          <w:color w:val="555555"/>
          <w:sz w:val="20"/>
        </w:rPr>
        <w:t>[3 . 15 . 3]</w:t>
      </w:r>
    </w:p>
    <w:p>
      <w:r>
        <w:rPr>
          <w:rFonts w:ascii="Gentium Plus" w:hAnsi="Gentium Plus"/>
          <w:sz w:val="24"/>
        </w:rPr>
        <w:t>καὶ πάντες οἱ θεωροῦντες ὑμᾶς φεύξονται ἀφ’ ὑμῶν.</w:t>
      </w:r>
    </w:p>
    <w:p>
      <w:r>
        <w:rPr>
          <w:rFonts w:ascii="Courier New" w:hAnsi="Courier New"/>
          <w:color w:val="555555"/>
          <w:sz w:val="20"/>
        </w:rPr>
        <w:t>[3 . 15 . 4]</w:t>
      </w:r>
    </w:p>
    <w:p>
      <w:r>
        <w:rPr>
          <w:rFonts w:ascii="Gentium Plus" w:hAnsi="Gentium Plus"/>
          <w:sz w:val="24"/>
        </w:rPr>
        <w:t>Καὶ εἰ μὴ δι’ Ἀβραὰμ καὶ Ἰσαὰκ καὶ Ἰακὼβ τοὺς πατέρας ἡμῶν, εἷς ἐκ τοῦ σπέρματός μου οὐ μὴ καταλειφθῇ</w:t>
      </w:r>
    </w:p>
    <w:p>
      <w:r>
        <w:rPr>
          <w:rFonts w:ascii="Courier New" w:hAnsi="Courier New"/>
          <w:color w:val="555555"/>
          <w:sz w:val="20"/>
        </w:rPr>
        <w:t>[3 . 16 . 1]</w:t>
      </w:r>
    </w:p>
    <w:p>
      <w:r>
        <w:rPr>
          <w:rFonts w:ascii="Gentium Plus" w:hAnsi="Gentium Plus"/>
          <w:sz w:val="24"/>
        </w:rPr>
        <w:t>Καὶ νῦν ἔγνων ἐν βιβλίῳ Ἐνώχ, ὅτι ἑβδομήκοντα ἑβδομάδας πλανηθήσεσθε, καὶ τὴν ἱερωσύνην βεβηλώσητε καὶ τὰς θυσίας μιανεῖτε,</w:t>
      </w:r>
    </w:p>
    <w:p>
      <w:r>
        <w:rPr>
          <w:rFonts w:ascii="Courier New" w:hAnsi="Courier New"/>
          <w:color w:val="555555"/>
          <w:sz w:val="20"/>
        </w:rPr>
        <w:t>[3 . 16 . 2]</w:t>
      </w:r>
    </w:p>
    <w:p>
      <w:r>
        <w:rPr>
          <w:rFonts w:ascii="Gentium Plus" w:hAnsi="Gentium Plus"/>
          <w:sz w:val="24"/>
        </w:rPr>
        <w:t>καὶ τὸν νόμον ἀφανίσητε καὶ λόγους προφητῶν ἐξουθενώσητε, ἐν διαστροφῇ διώξετε ἄνδρας δικαίους, καὶ εὐσεβεῖς μισήσητε, ἀληθινῶν λόγους βδελύξησθε,</w:t>
      </w:r>
    </w:p>
    <w:p>
      <w:r>
        <w:rPr>
          <w:rFonts w:ascii="Courier New" w:hAnsi="Courier New"/>
          <w:color w:val="555555"/>
          <w:sz w:val="20"/>
        </w:rPr>
        <w:t>[3 . 16 . 3]</w:t>
      </w:r>
    </w:p>
    <w:p>
      <w:r>
        <w:rPr>
          <w:rFonts w:ascii="Gentium Plus" w:hAnsi="Gentium Plus"/>
          <w:sz w:val="24"/>
        </w:rPr>
        <w:t>καὶ ἄνδρα ἀνακαινοποιοῦντα νόμον ἐν δυνάμει ὑψίστου πλάνον προσαγορεύσετε, καὶ τέλος, ὡς νομίζετε, ἀποκτενεῖτε αὐτόν, οὐκ εἰδότες αὐτοῦ τὸ ἀνάστημα, τὸ ἀθῷον αἷμα ἐν κακίᾳ ἐπὶ κεφαλὰς ὑμῶν ἀναδεχόμενοι.</w:t>
      </w:r>
    </w:p>
    <w:p>
      <w:r>
        <w:rPr>
          <w:rFonts w:ascii="Courier New" w:hAnsi="Courier New"/>
          <w:color w:val="555555"/>
          <w:sz w:val="20"/>
        </w:rPr>
        <w:t>[3 . 16 . 4]</w:t>
      </w:r>
    </w:p>
    <w:p>
      <w:r>
        <w:rPr>
          <w:rFonts w:ascii="Gentium Plus" w:hAnsi="Gentium Plus"/>
          <w:sz w:val="24"/>
        </w:rPr>
        <w:t>Δι’ αὐτὸν ἔσται τὰ ἅγια ὑμῶν ἔρημα, ἕως ἐδάφους μεμιαμ‐ μένα·</w:t>
      </w:r>
    </w:p>
    <w:p>
      <w:r>
        <w:rPr>
          <w:rFonts w:ascii="Courier New" w:hAnsi="Courier New"/>
          <w:color w:val="555555"/>
          <w:sz w:val="20"/>
        </w:rPr>
        <w:t>[3 . 16 . 5]</w:t>
      </w:r>
    </w:p>
    <w:p>
      <w:r>
        <w:rPr>
          <w:rFonts w:ascii="Gentium Plus" w:hAnsi="Gentium Plus"/>
          <w:sz w:val="24"/>
        </w:rPr>
        <w:t>καὶ οὐκ ἔσται τόπος ὑμῶν καθαρός, ἀλλ’ ἐν τοῖς ἔθνεσιν ἔσεσθε εἰς κατάραν καὶ εἰς διασκορπισμόν, ἕως αὐτὸς πάλιν ἐπισκέψηται, καὶ οἰκτειρήσας προσδέξηται ὑμᾶς ἐν πίστει καὶ ὕδατι.</w:t>
      </w:r>
    </w:p>
    <w:p>
      <w:r>
        <w:rPr>
          <w:rFonts w:ascii="Courier New" w:hAnsi="Courier New"/>
          <w:color w:val="555555"/>
          <w:sz w:val="20"/>
        </w:rPr>
        <w:t>[3 . 17 . 1]</w:t>
      </w:r>
    </w:p>
    <w:p>
      <w:r>
        <w:rPr>
          <w:rFonts w:ascii="Gentium Plus" w:hAnsi="Gentium Plus"/>
          <w:sz w:val="24"/>
        </w:rPr>
        <w:t>Καὶ ὅτι ἠκούσατε περὶ τῶν ἑβδομήκοντα ἑβδο‐ μάδων, ἀκούσατε καὶ περὶ τῆς ἱερωσύνης.</w:t>
      </w:r>
    </w:p>
    <w:p>
      <w:r>
        <w:rPr>
          <w:rFonts w:ascii="Courier New" w:hAnsi="Courier New"/>
          <w:color w:val="555555"/>
          <w:sz w:val="20"/>
        </w:rPr>
        <w:t>[3 . 17 . 2]</w:t>
      </w:r>
    </w:p>
    <w:p>
      <w:r>
        <w:rPr>
          <w:rFonts w:ascii="Gentium Plus" w:hAnsi="Gentium Plus"/>
          <w:sz w:val="24"/>
        </w:rPr>
        <w:t>Καθ’ ἕκαστον γὰρ Ἰωβηλαῖον ἔσται ἱερωσύνη. Ἐν τῷ πρώτῳ Ἰωβηλαίῳ ὁ πρῶτος χριόμενος εἰς ἱερωσύνην μέγας ἔσται, καὶ λαλήσει Θεῷ ὡς πατρί· καὶ ἡ ἱερωσύνη αὐτοῦ πλήρης μετὰ φόβου</w:t>
      </w:r>
    </w:p>
    <w:p>
      <w:r>
        <w:rPr>
          <w:rFonts w:ascii="Courier New" w:hAnsi="Courier New"/>
          <w:color w:val="555555"/>
          <w:sz w:val="20"/>
        </w:rPr>
        <w:t>[5]</w:t>
      </w:r>
    </w:p>
    <w:p>
      <w:r>
        <w:rPr>
          <w:rFonts w:ascii="Gentium Plus" w:hAnsi="Gentium Plus"/>
          <w:sz w:val="24"/>
        </w:rPr>
        <w:t>Κυρίου· καὶ ἐν ἡμέρᾳ χαρᾶς αὐτοῦ ἐπὶ σωτηρίᾳ κόσμου αὐτὸς ἀναστήσεται.</w:t>
      </w:r>
    </w:p>
    <w:p>
      <w:r>
        <w:rPr>
          <w:rFonts w:ascii="Courier New" w:hAnsi="Courier New"/>
          <w:color w:val="555555"/>
          <w:sz w:val="20"/>
        </w:rPr>
        <w:t>[3 . 17 . 3]</w:t>
      </w:r>
    </w:p>
    <w:p>
      <w:r>
        <w:rPr>
          <w:rFonts w:ascii="Gentium Plus" w:hAnsi="Gentium Plus"/>
          <w:sz w:val="24"/>
        </w:rPr>
        <w:t>Ἐν τῷ δευτέρῳ Ἰωβηλαίῳ ὁ χριόμενος ἐν πένθει ἀγαπητῶν συλληφθήσεται, καὶ ἔσται ἡ ἱερωσύνη αὐτοῦ τιμία, καὶ παρὰ πᾶσι δοξασθήσεται.</w:t>
      </w:r>
    </w:p>
    <w:p>
      <w:r>
        <w:rPr>
          <w:rFonts w:ascii="Courier New" w:hAnsi="Courier New"/>
          <w:color w:val="555555"/>
          <w:sz w:val="20"/>
        </w:rPr>
        <w:t>[3 . 17 . 4]</w:t>
      </w:r>
    </w:p>
    <w:p>
      <w:r>
        <w:rPr>
          <w:rFonts w:ascii="Gentium Plus" w:hAnsi="Gentium Plus"/>
          <w:sz w:val="24"/>
        </w:rPr>
        <w:t>Ὁ δὲ τρίτος ἱερεὺς ἐν λύπῃ παραληφθήσεται.</w:t>
      </w:r>
    </w:p>
    <w:p>
      <w:r>
        <w:rPr>
          <w:rFonts w:ascii="Courier New" w:hAnsi="Courier New"/>
          <w:color w:val="555555"/>
          <w:sz w:val="20"/>
        </w:rPr>
        <w:t>[3 . 17 . 5]</w:t>
      </w:r>
    </w:p>
    <w:p>
      <w:r>
        <w:rPr>
          <w:rFonts w:ascii="Gentium Plus" w:hAnsi="Gentium Plus"/>
          <w:sz w:val="24"/>
        </w:rPr>
        <w:t>Καὶ ὁ τέταρτος ἐν ὀδύνῃ ἔσται· ὅτι προσθήσει ἐπ’ αὐτὸν ἡ ἀδικία εἰς πλῆθος· καὶ πᾶς Ἰσραὴλ μισήσουσιν ἕκαστος τὸν πλησίον αὐτοῦ.</w:t>
      </w:r>
    </w:p>
    <w:p>
      <w:r>
        <w:rPr>
          <w:rFonts w:ascii="Courier New" w:hAnsi="Courier New"/>
          <w:color w:val="555555"/>
          <w:sz w:val="20"/>
        </w:rPr>
        <w:t>[3 . 17 . 6]</w:t>
      </w:r>
    </w:p>
    <w:p>
      <w:r>
        <w:rPr>
          <w:rFonts w:ascii="Gentium Plus" w:hAnsi="Gentium Plus"/>
          <w:sz w:val="24"/>
        </w:rPr>
        <w:t>Ὁ πέμπτος ἐν σκότει παραληφθήσεται·</w:t>
      </w:r>
    </w:p>
    <w:p>
      <w:r>
        <w:rPr>
          <w:rFonts w:ascii="Courier New" w:hAnsi="Courier New"/>
          <w:color w:val="555555"/>
          <w:sz w:val="20"/>
        </w:rPr>
        <w:t>[3 . 17 . 7]</w:t>
      </w:r>
    </w:p>
    <w:p>
      <w:r>
        <w:rPr>
          <w:rFonts w:ascii="Gentium Plus" w:hAnsi="Gentium Plus"/>
          <w:sz w:val="24"/>
        </w:rPr>
        <w:t>ὡσαύτως καὶ ὁ ἕκτος καὶ ὁ ἕβδομος.</w:t>
      </w:r>
    </w:p>
    <w:p>
      <w:r>
        <w:rPr>
          <w:rFonts w:ascii="Courier New" w:hAnsi="Courier New"/>
          <w:color w:val="555555"/>
          <w:sz w:val="20"/>
        </w:rPr>
        <w:t>[3 . 17 . 8]</w:t>
      </w:r>
    </w:p>
    <w:p>
      <w:r>
        <w:rPr>
          <w:rFonts w:ascii="Gentium Plus" w:hAnsi="Gentium Plus"/>
          <w:sz w:val="24"/>
        </w:rPr>
        <w:t>Ἐν δὲ τῷ ἑβδόμῳ ἔσται μιασμός, ὃν οὐ δύναμαι εἰπεῖν, ἐνώπιον Κυρίου καὶ ἀνθρώπων· ὅτι αὐτοὶ γνώσονται, οἱ ποιοῦντες αὐτά.</w:t>
      </w:r>
    </w:p>
    <w:p>
      <w:r>
        <w:rPr>
          <w:rFonts w:ascii="Courier New" w:hAnsi="Courier New"/>
          <w:color w:val="555555"/>
          <w:sz w:val="20"/>
        </w:rPr>
        <w:t>[3 . 17 . 9]</w:t>
      </w:r>
    </w:p>
    <w:p>
      <w:r>
        <w:rPr>
          <w:rFonts w:ascii="Gentium Plus" w:hAnsi="Gentium Plus"/>
          <w:sz w:val="24"/>
        </w:rPr>
        <w:t>Διὰ τοῦτο ἐν</w:t>
      </w:r>
    </w:p>
    <w:p>
      <w:r>
        <w:rPr>
          <w:rFonts w:ascii="Courier New" w:hAnsi="Courier New"/>
          <w:color w:val="555555"/>
          <w:sz w:val="20"/>
        </w:rPr>
        <w:t>[3 . 17 . 10]</w:t>
      </w:r>
    </w:p>
    <w:p>
      <w:r>
        <w:rPr>
          <w:rFonts w:ascii="Gentium Plus" w:hAnsi="Gentium Plus"/>
          <w:sz w:val="24"/>
        </w:rPr>
        <w:t>Καὶ ἐμπέμπτῃ ἑβδομάδι ἐπι‐ στρέψουσιν εἰς γῆν ἐρημώσεως αὐτῶν, καὶ ἀνακαινοποιήσουσιν οἶκον Κυρίου.</w:t>
      </w:r>
    </w:p>
    <w:p>
      <w:r>
        <w:rPr>
          <w:rFonts w:ascii="Courier New" w:hAnsi="Courier New"/>
          <w:color w:val="555555"/>
          <w:sz w:val="20"/>
        </w:rPr>
        <w:t>[3 . 17 . 11]</w:t>
      </w:r>
    </w:p>
    <w:p>
      <w:r>
        <w:rPr>
          <w:rFonts w:ascii="Gentium Plus" w:hAnsi="Gentium Plus"/>
          <w:sz w:val="24"/>
        </w:rPr>
        <w:t>Ἐν δὲ τῷ ἑβδόμῳ ἑβδοματικῷ ἥξουσιν οἱ ἱερεῖς, εἰδωλολατροῦντες, μάχιμοι, φιλάργυροι, ὑπερήφα‐ νοι, ἄνομοι, ἀσελγεῖς, παιδοφθόροι καὶ κτηνοφθόροι.</w:t>
      </w:r>
    </w:p>
    <w:p>
      <w:r>
        <w:rPr>
          <w:rFonts w:ascii="Courier New" w:hAnsi="Courier New"/>
          <w:color w:val="555555"/>
          <w:sz w:val="20"/>
        </w:rPr>
        <w:t>[3 . 18 . 1]</w:t>
      </w:r>
    </w:p>
    <w:p>
      <w:r>
        <w:rPr>
          <w:rFonts w:ascii="Gentium Plus" w:hAnsi="Gentium Plus"/>
          <w:sz w:val="24"/>
        </w:rPr>
        <w:t>Καὶ μετὰ τὸ γενέσθαι τὴν ἐκδίκησιν αὐτῶν παρὰ Κυρίου, τῇ ἱερατείᾳ.</w:t>
      </w:r>
    </w:p>
    <w:p>
      <w:r>
        <w:rPr>
          <w:rFonts w:ascii="Courier New" w:hAnsi="Courier New"/>
          <w:color w:val="555555"/>
          <w:sz w:val="20"/>
        </w:rPr>
        <w:t>[3 . 18 . 2]</w:t>
      </w:r>
    </w:p>
    <w:p>
      <w:r>
        <w:rPr>
          <w:rFonts w:ascii="Gentium Plus" w:hAnsi="Gentium Plus"/>
          <w:sz w:val="24"/>
        </w:rPr>
        <w:t>τότε ἐγερεῖ Κύριος ἱερέα καινόν, ᾧ πάντες οἱ λόγοι Κυρίου ἀποκαλυφθήσονται· καὶ αὐτὸς ποιήσει κρίσιν ἀληθείας ἐπὶ τῆς γῆς ἐν πλήθει ἡμερῶν.</w:t>
      </w:r>
    </w:p>
    <w:p>
      <w:r>
        <w:rPr>
          <w:rFonts w:ascii="Courier New" w:hAnsi="Courier New"/>
          <w:color w:val="555555"/>
          <w:sz w:val="20"/>
        </w:rPr>
        <w:t>[3 . 18 . 3]</w:t>
      </w:r>
    </w:p>
    <w:p>
      <w:r>
        <w:rPr>
          <w:rFonts w:ascii="Gentium Plus" w:hAnsi="Gentium Plus"/>
          <w:sz w:val="24"/>
        </w:rPr>
        <w:t>Καὶ ἀνατελεῖ ἄστρον αὐτοῦ ἐν οὐρανῷ, ὡς βασιλεύς, φωτίζων φῶς γνώσεως ἐν ἡλίῳ ἡμέρας· καὶ μεγαλυνθήσεται ἐν τῇ οἰκουμένῃ, ἕως ἀναλήψεως αὐτοῦ.</w:t>
      </w:r>
    </w:p>
    <w:p>
      <w:r>
        <w:rPr>
          <w:rFonts w:ascii="Courier New" w:hAnsi="Courier New"/>
          <w:color w:val="555555"/>
          <w:sz w:val="20"/>
        </w:rPr>
        <w:t>[3 . 18 . 4]</w:t>
      </w:r>
    </w:p>
    <w:p>
      <w:r>
        <w:rPr>
          <w:rFonts w:ascii="Gentium Plus" w:hAnsi="Gentium Plus"/>
          <w:sz w:val="24"/>
        </w:rPr>
        <w:t>Οὗτος ἀναλάμψει ὡς ὁ ἥλιος ἐν τῇ γῇ καὶ ἐξαρεῖ πᾶν σκότος ἐκ τῆς ὑπ’ οὐρανόν, καὶ ἔσται εἰρήνη ἐν πάσῃ τῇ γῇ.</w:t>
      </w:r>
    </w:p>
    <w:p>
      <w:r>
        <w:rPr>
          <w:rFonts w:ascii="Courier New" w:hAnsi="Courier New"/>
          <w:color w:val="555555"/>
          <w:sz w:val="20"/>
        </w:rPr>
        <w:t>[3 . 18 . 5]</w:t>
      </w:r>
    </w:p>
    <w:p>
      <w:r>
        <w:rPr>
          <w:rFonts w:ascii="Gentium Plus" w:hAnsi="Gentium Plus"/>
          <w:sz w:val="24"/>
        </w:rPr>
        <w:t>Οἱ οὐρανοὶ ἀγαλλιάσονται ἐν ταῖς ἡμέραις αὐτοῦ, καὶ ἡ γῆ χαρίσεται, καὶ αἱ νεφέλαι εὐφρανθήσονται, καὶ ἡ γνῶσις Κυρίου χυθήσεται ἐπὶ τῆς γῆς, ὡς ὕδωρ θαλασσῶν· καὶ οἱ ἄγγελοι τῆς δόξης τοῦ προσ‐</w:t>
      </w:r>
    </w:p>
    <w:p>
      <w:r>
        <w:rPr>
          <w:rFonts w:ascii="Courier New" w:hAnsi="Courier New"/>
          <w:color w:val="555555"/>
          <w:sz w:val="20"/>
        </w:rPr>
        <w:t>[5]</w:t>
      </w:r>
    </w:p>
    <w:p>
      <w:r>
        <w:rPr>
          <w:rFonts w:ascii="Gentium Plus" w:hAnsi="Gentium Plus"/>
          <w:sz w:val="24"/>
        </w:rPr>
        <w:t>ώπου Κυρίου χαρίσονται ἐν αὐτῷ.</w:t>
      </w:r>
    </w:p>
    <w:p>
      <w:r>
        <w:rPr>
          <w:rFonts w:ascii="Courier New" w:hAnsi="Courier New"/>
          <w:color w:val="555555"/>
          <w:sz w:val="20"/>
        </w:rPr>
        <w:t>[3 . 18 . 6]</w:t>
      </w:r>
    </w:p>
    <w:p>
      <w:r>
        <w:rPr>
          <w:rFonts w:ascii="Gentium Plus" w:hAnsi="Gentium Plus"/>
          <w:sz w:val="24"/>
        </w:rPr>
        <w:t>Οἱ οὐρανοὶ ἀνοιγήσον‐ ται, καὶ ἐκ τοῦ ναοῦ τῆς δόξης ἥξει ἐπ’ αὐτὸν ἁγίασμα μετὰ φωνῆς πατρικῆς ὡς ἀπὸ Ἀβραὰμ πατρὸς Ἰσαάκ.</w:t>
      </w:r>
    </w:p>
    <w:p>
      <w:r>
        <w:rPr>
          <w:rFonts w:ascii="Courier New" w:hAnsi="Courier New"/>
          <w:color w:val="555555"/>
          <w:sz w:val="20"/>
        </w:rPr>
        <w:t>[3 . 18 . 7]</w:t>
      </w:r>
    </w:p>
    <w:p>
      <w:r>
        <w:rPr>
          <w:rFonts w:ascii="Gentium Plus" w:hAnsi="Gentium Plus"/>
          <w:sz w:val="24"/>
        </w:rPr>
        <w:t>Καὶ δόξα ὑψίστου ἐπ’ αὐτὸν ῥηθήσεται, καὶ πνεῦμα συνέσεως καὶ ἁγιασμοῦ καταπαύσει ἐπ’ αὐτὸν ἐν τῷ ὕδατι.</w:t>
      </w:r>
    </w:p>
    <w:p>
      <w:r>
        <w:rPr>
          <w:rFonts w:ascii="Courier New" w:hAnsi="Courier New"/>
          <w:color w:val="555555"/>
          <w:sz w:val="20"/>
        </w:rPr>
        <w:t>[3 . 18 . 8]</w:t>
      </w:r>
    </w:p>
    <w:p>
      <w:r>
        <w:rPr>
          <w:rFonts w:ascii="Gentium Plus" w:hAnsi="Gentium Plus"/>
          <w:sz w:val="24"/>
        </w:rPr>
        <w:t>Αὐτὸς δώσει τὴν μεγαλωσύνην Κυρίου τοῖς υἱοῖς αὐτοῦ ἐν ἀληθείᾳ εἰς τὸν αἰῶνα· καὶ οὐκ ἔσται διαδοχὴ αὐτῷ εἰς γενεὰς καὶ γενεὰς ἕως τοῦ αἰῶνος.</w:t>
      </w:r>
    </w:p>
    <w:p>
      <w:r>
        <w:rPr>
          <w:rFonts w:ascii="Courier New" w:hAnsi="Courier New"/>
          <w:color w:val="555555"/>
          <w:sz w:val="20"/>
        </w:rPr>
        <w:t>[3 . 18 . 9]</w:t>
      </w:r>
    </w:p>
    <w:p>
      <w:r>
        <w:rPr>
          <w:rFonts w:ascii="Gentium Plus" w:hAnsi="Gentium Plus"/>
          <w:sz w:val="24"/>
        </w:rPr>
        <w:t>Καὶ ἐπὶ τῆς ἱερωσύνης αὐτοῦ</w:t>
      </w:r>
    </w:p>
    <w:p>
      <w:r>
        <w:rPr>
          <w:rFonts w:ascii="Courier New" w:hAnsi="Courier New"/>
          <w:color w:val="555555"/>
          <w:sz w:val="20"/>
        </w:rPr>
        <w:t>[3 . 18 . 10]</w:t>
      </w:r>
    </w:p>
    <w:p>
      <w:r>
        <w:rPr>
          <w:rFonts w:ascii="Gentium Plus" w:hAnsi="Gentium Plus"/>
          <w:sz w:val="24"/>
        </w:rPr>
        <w:t>Καίγε αὐτὸς ἀνοίξει τὰς θύρας τοῦ παραδείσου, καὶ στήσει τὴν ἀπει‐ λοῦσαν ῥομφαίαν κατὰ τοῦ Ἀδάμ,</w:t>
      </w:r>
    </w:p>
    <w:p>
      <w:r>
        <w:rPr>
          <w:rFonts w:ascii="Courier New" w:hAnsi="Courier New"/>
          <w:color w:val="555555"/>
          <w:sz w:val="20"/>
        </w:rPr>
        <w:t>[3 . 18 . 11]</w:t>
      </w:r>
    </w:p>
    <w:p>
      <w:r>
        <w:rPr>
          <w:rFonts w:ascii="Gentium Plus" w:hAnsi="Gentium Plus"/>
          <w:sz w:val="24"/>
        </w:rPr>
        <w:t>καὶ δώσει τοῖς ἁγίοις φαγεῖν ἐκ τοῦ ξύλου τῆς ζωῆς, καὶ πνεῦμα ἁγιωσύνης ἔσται ἐπ’ αὐτοῖς.</w:t>
      </w:r>
    </w:p>
    <w:p>
      <w:r>
        <w:rPr>
          <w:rFonts w:ascii="Courier New" w:hAnsi="Courier New"/>
          <w:color w:val="555555"/>
          <w:sz w:val="20"/>
        </w:rPr>
        <w:t>[3 . 18 . 12]</w:t>
      </w:r>
    </w:p>
    <w:p>
      <w:r>
        <w:rPr>
          <w:rFonts w:ascii="Gentium Plus" w:hAnsi="Gentium Plus"/>
          <w:sz w:val="24"/>
        </w:rPr>
        <w:t>Καὶ ὁ Βελίαρ δεθήσεται ὑπ’ αὐτοῦ, καὶ δώσει ἐξουσίαν τοῖς τέκνοις αὐτοῦ τοῦ πατεῖν ἐπὶ τὰ πονηρὰ πνεύματα.</w:t>
      </w:r>
    </w:p>
    <w:p>
      <w:r>
        <w:rPr>
          <w:rFonts w:ascii="Courier New" w:hAnsi="Courier New"/>
          <w:color w:val="555555"/>
          <w:sz w:val="20"/>
        </w:rPr>
        <w:t>[3 . 18 . 13]</w:t>
      </w:r>
    </w:p>
    <w:p>
      <w:r>
        <w:rPr>
          <w:rFonts w:ascii="Gentium Plus" w:hAnsi="Gentium Plus"/>
          <w:sz w:val="24"/>
        </w:rPr>
        <w:t>Καὶ εὐφρανθήσεται Κύριος ἐπὶ τοῖς τέκνοις αὐτοῦ, καὶ εὐδοκήσει Κύριος ἐπὶ τοῖς ἀγαπητοῖς αὐτοῦ ἕως τῶν αἰώνων.</w:t>
      </w:r>
    </w:p>
    <w:p>
      <w:r>
        <w:rPr>
          <w:rFonts w:ascii="Courier New" w:hAnsi="Courier New"/>
          <w:color w:val="555555"/>
          <w:sz w:val="20"/>
        </w:rPr>
        <w:t>[3 . 18 . 14]</w:t>
      </w:r>
    </w:p>
    <w:p>
      <w:r>
        <w:rPr>
          <w:rFonts w:ascii="Gentium Plus" w:hAnsi="Gentium Plus"/>
          <w:sz w:val="24"/>
        </w:rPr>
        <w:t>Τότε ἀγαλλιάσεται Ἀβραὰμ καὶ Ἰσαὰκ καὶ Ἰακώβ· κἀγὼ χαρίσομαι, καὶ πάντες οἱ ἅγιοι ἐνδύσονται εὐφροσύνην.</w:t>
      </w:r>
    </w:p>
    <w:p>
      <w:r>
        <w:rPr>
          <w:rFonts w:ascii="Courier New" w:hAnsi="Courier New"/>
          <w:color w:val="555555"/>
          <w:sz w:val="20"/>
        </w:rPr>
        <w:t>[3 . 19 . 1]</w:t>
      </w:r>
    </w:p>
    <w:p>
      <w:r>
        <w:rPr>
          <w:rFonts w:ascii="Gentium Plus" w:hAnsi="Gentium Plus"/>
          <w:sz w:val="24"/>
        </w:rPr>
        <w:t>Καὶ νῦν, τέκνα μου, πάντα ἠκούσατε· ἑλέσθε οὖν ἑαυτοῖς ἢ τὸ σκότος ἢ τὸ φῶς, ἢ νόμον Κυρίου ἢ ἔργα Βελίαρ.</w:t>
      </w:r>
    </w:p>
    <w:p>
      <w:r>
        <w:rPr>
          <w:rFonts w:ascii="Courier New" w:hAnsi="Courier New"/>
          <w:color w:val="555555"/>
          <w:sz w:val="20"/>
        </w:rPr>
        <w:t>[3 . 19 . 2]</w:t>
      </w:r>
    </w:p>
    <w:p>
      <w:r>
        <w:rPr>
          <w:rFonts w:ascii="Gentium Plus" w:hAnsi="Gentium Plus"/>
          <w:sz w:val="24"/>
        </w:rPr>
        <w:t>Καὶ ἀπεκρίθημεν ἡμεῖς τῷ πατρί, λέγοντες· Ἐνώπιον Κυρίου πορευσώμεθα, κατὰ τὸν νόμον αὐτοῦ.</w:t>
      </w:r>
    </w:p>
    <w:p>
      <w:r>
        <w:rPr>
          <w:rFonts w:ascii="Courier New" w:hAnsi="Courier New"/>
          <w:color w:val="555555"/>
          <w:sz w:val="20"/>
        </w:rPr>
        <w:t>[3 . 19 . 3]</w:t>
      </w:r>
    </w:p>
    <w:p>
      <w:r>
        <w:rPr>
          <w:rFonts w:ascii="Gentium Plus" w:hAnsi="Gentium Plus"/>
          <w:sz w:val="24"/>
        </w:rPr>
        <w:t>Καὶ εἶπεν ὁ πατὴρ ἡμῶν, Μάρτυς Κύριος, καὶ μάρτυρες οἱ ἄγγελοι αὐτοῦ, καὶ μάρτυς ἐγώ, καὶ μάρτυρες ὑμεῖς περὶ τοῦ λόγου τοῦ στόματος ὑμῶν. Καὶ εἴπωμεν· Μάρτυρες.</w:t>
      </w:r>
    </w:p>
    <w:p>
      <w:r>
        <w:rPr>
          <w:rFonts w:ascii="Courier New" w:hAnsi="Courier New"/>
          <w:color w:val="555555"/>
          <w:sz w:val="20"/>
        </w:rPr>
        <w:t>[3 . 19 . 4]</w:t>
      </w:r>
    </w:p>
    <w:p>
      <w:r>
        <w:rPr>
          <w:rFonts w:ascii="Gentium Plus" w:hAnsi="Gentium Plus"/>
          <w:sz w:val="24"/>
        </w:rPr>
        <w:t>Καὶ οὕτως ἐπαύσατο Λευὶ ἐντελλόμενος τοῖς υἱοῖς αὐτοῦ, καὶ ἐξέτεινε τοὺς πόδας αὐτοῦ, καὶ προσετέθη πρὸς τοὺς πατέρας αὐτοῦ ζήσας ἕκατον τριάκοντα ἑπτὰ ἔτη.</w:t>
      </w:r>
    </w:p>
    <w:p>
      <w:r>
        <w:rPr>
          <w:rFonts w:ascii="Courier New" w:hAnsi="Courier New"/>
          <w:color w:val="555555"/>
          <w:sz w:val="20"/>
        </w:rPr>
        <w:t>[3 . 19 . 5]</w:t>
      </w:r>
    </w:p>
    <w:p>
      <w:r>
        <w:rPr>
          <w:rFonts w:ascii="Gentium Plus" w:hAnsi="Gentium Plus"/>
          <w:sz w:val="24"/>
        </w:rPr>
        <w:t>Καὶ ἔθηκαν αὐτὸν ἐν σωρῷ· καὶ ὕστερον ἔθαψαν αὐτὸν ἐν Χεβρών, ἀνὰ χεῖρα Ἀβραὰμ καὶ Ἰσαὰκ καὶ Ἰακώβ.</w:t>
      </w:r>
    </w:p>
    <w:p>
      <w:pPr>
        <w:jc w:val="center"/>
      </w:pPr>
      <w:r>
        <w:rPr>
          <w:rFonts w:ascii="Gentium Plus" w:hAnsi="Gentium Plus"/>
          <w:b/>
          <w:sz w:val="24"/>
        </w:rPr>
        <w:t>ΔΙΑΘΗΚΗ ΙΟΥΔΑ ΠΕΡΙ ΑΝΔΡΕΙΑΣ ΚΑΙ ΦΙΛΑΡΓΥΡΙΑΣ ΚΑΙ ΠΟΡΝΕΙΑΣ</w:t>
      </w:r>
    </w:p>
    <w:p>
      <w:r>
        <w:rPr>
          <w:rFonts w:ascii="Courier New" w:hAnsi="Courier New"/>
          <w:color w:val="555555"/>
          <w:sz w:val="20"/>
        </w:rPr>
        <w:t>[4 . 1 . 1]</w:t>
      </w:r>
    </w:p>
    <w:p>
      <w:r>
        <w:rPr>
          <w:rFonts w:ascii="Gentium Plus" w:hAnsi="Gentium Plus"/>
          <w:sz w:val="24"/>
        </w:rPr>
        <w:t>Ἀντίγραφον λόγων Ἰούδα, ὅσα ἐλάλησε τοῖς υἱοῖς αὐτοῦ, πρὸ τοῦ ἀποθανεῖν αὐτόν.</w:t>
      </w:r>
    </w:p>
    <w:p>
      <w:r>
        <w:rPr>
          <w:rFonts w:ascii="Courier New" w:hAnsi="Courier New"/>
          <w:color w:val="555555"/>
          <w:sz w:val="20"/>
        </w:rPr>
        <w:t>[4 . 1 . 2]</w:t>
      </w:r>
    </w:p>
    <w:p>
      <w:r>
        <w:rPr>
          <w:rFonts w:ascii="Gentium Plus" w:hAnsi="Gentium Plus"/>
          <w:sz w:val="24"/>
        </w:rPr>
        <w:t>Συναχθέντες ἦλθον πρὸς αὐτὸν καὶ εἶπεν αὐτοῖς·</w:t>
      </w:r>
    </w:p>
    <w:p>
      <w:r>
        <w:rPr>
          <w:rFonts w:ascii="Courier New" w:hAnsi="Courier New"/>
          <w:color w:val="555555"/>
          <w:sz w:val="20"/>
        </w:rPr>
        <w:t>[4 . 1 . 3]</w:t>
      </w:r>
    </w:p>
    <w:p>
      <w:r>
        <w:rPr>
          <w:rFonts w:ascii="Gentium Plus" w:hAnsi="Gentium Plus"/>
          <w:sz w:val="24"/>
        </w:rPr>
        <w:t>Τέταρτος υἱὸς ἐγενόμην τῷ πατρί μου, καὶ ἡ μήτηρ μου ὠνόμασέ με Ἰούδα, λέγουσα· Ἀνθομολογοῦμαι τῷ Κυρίῳ, ὅτι ἔδωκέ μοι καὶ τέταρτον υἱόν.</w:t>
      </w:r>
    </w:p>
    <w:p>
      <w:r>
        <w:rPr>
          <w:rFonts w:ascii="Courier New" w:hAnsi="Courier New"/>
          <w:color w:val="555555"/>
          <w:sz w:val="20"/>
        </w:rPr>
        <w:t>[4 . 1 . 4]</w:t>
      </w:r>
    </w:p>
    <w:p>
      <w:r>
        <w:rPr>
          <w:rFonts w:ascii="Gentium Plus" w:hAnsi="Gentium Plus"/>
          <w:sz w:val="24"/>
        </w:rPr>
        <w:t>Ὀξὺς ἤμην καὶ σπουδαῖος ἐν νεότητί μου, καὶ ὑπακούων τῷ πατρί μου κατὰ πάντα λόγον·</w:t>
      </w:r>
    </w:p>
    <w:p>
      <w:r>
        <w:rPr>
          <w:rFonts w:ascii="Courier New" w:hAnsi="Courier New"/>
          <w:color w:val="555555"/>
          <w:sz w:val="20"/>
        </w:rPr>
        <w:t>[4 . 1 . 5]</w:t>
      </w:r>
    </w:p>
    <w:p>
      <w:r>
        <w:rPr>
          <w:rFonts w:ascii="Gentium Plus" w:hAnsi="Gentium Plus"/>
          <w:sz w:val="24"/>
        </w:rPr>
        <w:t>καὶ εὐλόγουν τὴν μητέρα μου καὶ τὴν ἀδελφὴν τῆς μητρός μου.</w:t>
      </w:r>
    </w:p>
    <w:p>
      <w:r>
        <w:rPr>
          <w:rFonts w:ascii="Courier New" w:hAnsi="Courier New"/>
          <w:color w:val="555555"/>
          <w:sz w:val="20"/>
        </w:rPr>
        <w:t>[4 . 1 . 6]</w:t>
      </w:r>
    </w:p>
    <w:p>
      <w:r>
        <w:rPr>
          <w:rFonts w:ascii="Gentium Plus" w:hAnsi="Gentium Plus"/>
          <w:sz w:val="24"/>
        </w:rPr>
        <w:t>Καὶ ἐγένετο, ὡς ἠνδρώθην, καὶ ὁ πατήρ μου Ἰακὼβ ηὔξατό μοι, λέγων· Βασιλεὺς ἔσῃ καὶ εὐοδούμενος ἐν πᾶσι.</w:t>
      </w:r>
    </w:p>
    <w:p>
      <w:r>
        <w:rPr>
          <w:rFonts w:ascii="Courier New" w:hAnsi="Courier New"/>
          <w:color w:val="555555"/>
          <w:sz w:val="20"/>
        </w:rPr>
        <w:t>[4 . 2 . 1]</w:t>
      </w:r>
    </w:p>
    <w:p>
      <w:r>
        <w:rPr>
          <w:rFonts w:ascii="Gentium Plus" w:hAnsi="Gentium Plus"/>
          <w:sz w:val="24"/>
        </w:rPr>
        <w:t>Καὶ ἔδωκέ μοι Κύριος χάριν ἐν πᾶσι τοῖς ἔργοις μου, ἔν τε ἀγρῷ καὶ ἐν τῷ οἴκῳ.</w:t>
      </w:r>
    </w:p>
    <w:p>
      <w:r>
        <w:rPr>
          <w:rFonts w:ascii="Courier New" w:hAnsi="Courier New"/>
          <w:color w:val="555555"/>
          <w:sz w:val="20"/>
        </w:rPr>
        <w:t>[4 . 2 . 2]</w:t>
      </w:r>
    </w:p>
    <w:p>
      <w:r>
        <w:rPr>
          <w:rFonts w:ascii="Gentium Plus" w:hAnsi="Gentium Plus"/>
          <w:sz w:val="24"/>
        </w:rPr>
        <w:t>Ὡς εἶδον ὅτι συνέδραμον τῇ ἐλάφῳ, καὶ πιάσας αὐτὴν ἐποίησα βρῶμα τῷ πατρί μου.</w:t>
      </w:r>
    </w:p>
    <w:p>
      <w:r>
        <w:rPr>
          <w:rFonts w:ascii="Courier New" w:hAnsi="Courier New"/>
          <w:color w:val="555555"/>
          <w:sz w:val="20"/>
        </w:rPr>
        <w:t>[4 . 2 . 3]</w:t>
      </w:r>
    </w:p>
    <w:p>
      <w:r>
        <w:rPr>
          <w:rFonts w:ascii="Gentium Plus" w:hAnsi="Gentium Plus"/>
          <w:sz w:val="24"/>
        </w:rPr>
        <w:t>Τὰς δορκάδας ἐκράτουν διὰ τοῦ δρόμου, καὶ πᾶν ὃ ἦν ἐν τοῖς πεδίοις κατελάμβανον. Φοράδα ἀγρίαν κατέλαβον, καὶ πιάσας ἡμέρωσα·</w:t>
      </w:r>
    </w:p>
    <w:p>
      <w:r>
        <w:rPr>
          <w:rFonts w:ascii="Courier New" w:hAnsi="Courier New"/>
          <w:color w:val="555555"/>
          <w:sz w:val="20"/>
        </w:rPr>
        <w:t>[4 . 2 . 4]</w:t>
      </w:r>
    </w:p>
    <w:p>
      <w:r>
        <w:rPr>
          <w:rFonts w:ascii="Gentium Plus" w:hAnsi="Gentium Plus"/>
          <w:sz w:val="24"/>
        </w:rPr>
        <w:t>καὶ λέοντα ἀπέκτεινα καὶ ἀφελόμην ἔριφον ἐκ τοῦ στόματος αὐτοῦ. Ἄρκον λαβὼν ἐκ τοῦ ποδός, ἀπεκύλησα εἰς κρημνόν· καὶ πᾶν θηρίον, εἰ ἐπέστρεφε πρός με, διήσπουν αὐτὸ ὡς κύνα.</w:t>
      </w:r>
    </w:p>
    <w:p>
      <w:r>
        <w:rPr>
          <w:rFonts w:ascii="Courier New" w:hAnsi="Courier New"/>
          <w:color w:val="555555"/>
          <w:sz w:val="20"/>
        </w:rPr>
        <w:t>[4 . 2 . 5]</w:t>
      </w:r>
    </w:p>
    <w:p>
      <w:r>
        <w:rPr>
          <w:rFonts w:ascii="Gentium Plus" w:hAnsi="Gentium Plus"/>
          <w:sz w:val="24"/>
        </w:rPr>
        <w:t>Τῷ χοίρῳ τῷ ἀγρίῳ συνέδρα‐ μον, καὶ προλαβὼν ἐν τῷ τρέχειν με, κατεσπάραξα αὐτόν.</w:t>
      </w:r>
    </w:p>
    <w:p>
      <w:r>
        <w:rPr>
          <w:rFonts w:ascii="Courier New" w:hAnsi="Courier New"/>
          <w:color w:val="555555"/>
          <w:sz w:val="20"/>
        </w:rPr>
        <w:t>[4 . 2 . 6]</w:t>
      </w:r>
    </w:p>
    <w:p>
      <w:r>
        <w:rPr>
          <w:rFonts w:ascii="Gentium Plus" w:hAnsi="Gentium Plus"/>
          <w:sz w:val="24"/>
        </w:rPr>
        <w:t>Πάρδαλις ἐν Χεβρὼν προσεπήδησεν ἐπὶ τὸν κύνα· καὶ πιάσας αὐτὴν ἀπὸ τῆς οὐρᾶς, ἀπεκόντισα αὐτὴν καὶ ἐρράγη ἐν τοῖς ὁρίοις Γάζης.</w:t>
      </w:r>
    </w:p>
    <w:p>
      <w:r>
        <w:rPr>
          <w:rFonts w:ascii="Courier New" w:hAnsi="Courier New"/>
          <w:color w:val="555555"/>
          <w:sz w:val="20"/>
        </w:rPr>
        <w:t>[4 . 2 . 7]</w:t>
      </w:r>
    </w:p>
    <w:p>
      <w:r>
        <w:rPr>
          <w:rFonts w:ascii="Gentium Plus" w:hAnsi="Gentium Plus"/>
          <w:sz w:val="24"/>
        </w:rPr>
        <w:t>Βοῦν ἄγριον χώρᾳ νεμόμενον ἐκράτησα ἐκ τῶν κεράτων, καὶ ἐν κύκλῳ συσσείσας καὶ σκοτί‐ σας ῥίψας ἀνεῖλον αὐτόν.</w:t>
      </w:r>
    </w:p>
    <w:p>
      <w:r>
        <w:rPr>
          <w:rFonts w:ascii="Courier New" w:hAnsi="Courier New"/>
          <w:color w:val="555555"/>
          <w:sz w:val="20"/>
        </w:rPr>
        <w:t>[4 . 3 . 1]</w:t>
      </w:r>
    </w:p>
    <w:p>
      <w:r>
        <w:rPr>
          <w:rFonts w:ascii="Gentium Plus" w:hAnsi="Gentium Plus"/>
          <w:sz w:val="24"/>
        </w:rPr>
        <w:t>Καὶ ὅτε ἦλθον οἱ δύο βασιλεῖς τῶν Χαναναίων τεθωρακισμένοι ἐπὶ τὰ ποίμνια καὶ πολὺς λαὸς μετ’ αὐτῶν, κἀγὼ μόνος δραμὼν ἐπὶ τὸν βασιλέα Σούρ, συνέσχον αὐτὸν καὶ ἐπὶ τὰς κνιμῖδας κρούσας κατέσπασα, καὶ οὕτως ἀνεῖλον</w:t>
      </w:r>
    </w:p>
    <w:p>
      <w:r>
        <w:rPr>
          <w:rFonts w:ascii="Courier New" w:hAnsi="Courier New"/>
          <w:color w:val="555555"/>
          <w:sz w:val="20"/>
        </w:rPr>
        <w:t>[5]</w:t>
      </w:r>
    </w:p>
    <w:p>
      <w:r>
        <w:rPr>
          <w:rFonts w:ascii="Gentium Plus" w:hAnsi="Gentium Plus"/>
          <w:sz w:val="24"/>
        </w:rPr>
        <w:t>αὐτόν.</w:t>
      </w:r>
    </w:p>
    <w:p>
      <w:r>
        <w:rPr>
          <w:rFonts w:ascii="Courier New" w:hAnsi="Courier New"/>
          <w:color w:val="555555"/>
          <w:sz w:val="20"/>
        </w:rPr>
        <w:t>[4 . 3 . 2]</w:t>
      </w:r>
    </w:p>
    <w:p>
      <w:r>
        <w:rPr>
          <w:rFonts w:ascii="Gentium Plus" w:hAnsi="Gentium Plus"/>
          <w:sz w:val="24"/>
        </w:rPr>
        <w:t>Καὶ τὸν ἕτερον βασιλέα Ταφουέ, καθήμενον ἐπὶ τοῦ ἵππου, ἀνεῖλον αὐτὸν καὶ οὕτως πάντα τὸν λαὸν διεσκόρπισα.</w:t>
      </w:r>
    </w:p>
    <w:p>
      <w:r>
        <w:rPr>
          <w:rFonts w:ascii="Courier New" w:hAnsi="Courier New"/>
          <w:color w:val="555555"/>
          <w:sz w:val="20"/>
        </w:rPr>
        <w:t>[4 . 3 . 3]</w:t>
      </w:r>
    </w:p>
    <w:p>
      <w:r>
        <w:rPr>
          <w:rFonts w:ascii="Gentium Plus" w:hAnsi="Gentium Plus"/>
          <w:sz w:val="24"/>
        </w:rPr>
        <w:t>Τὸν Ἀχὼρ βασιλέα ἄνδρα γιγάντων, βάλλοντα τόξα ἔμπροσθε καὶ ὄπισθεν ἐφ’ ἵππου, ἀνελόμενος, λίθον λιτρῶν ξʹ ἀκοντίσας ἔδωκα τῷ ἵππῳ καὶ ἀπέκτεινα αὐτόν.</w:t>
      </w:r>
    </w:p>
    <w:p>
      <w:r>
        <w:rPr>
          <w:rFonts w:ascii="Courier New" w:hAnsi="Courier New"/>
          <w:color w:val="555555"/>
          <w:sz w:val="20"/>
        </w:rPr>
        <w:t>[4 . 3 . 4]</w:t>
      </w:r>
    </w:p>
    <w:p>
      <w:r>
        <w:rPr>
          <w:rFonts w:ascii="Gentium Plus" w:hAnsi="Gentium Plus"/>
          <w:sz w:val="24"/>
        </w:rPr>
        <w:t>Καὶ πολεμήσας τὸν Ἀχὼρ ἐπὶ ὥρας δύο, ἀπέ‐ κτεινα αὐτόν, καὶ εἰς δύο μερίδας ποιήσας τὴν ἀσπίδα αὐτοῦ, συνέκοψα τοὺς πόδας αὐτοῦ.</w:t>
      </w:r>
    </w:p>
    <w:p>
      <w:r>
        <w:rPr>
          <w:rFonts w:ascii="Courier New" w:hAnsi="Courier New"/>
          <w:color w:val="555555"/>
          <w:sz w:val="20"/>
        </w:rPr>
        <w:t>[4 . 3 . 5]</w:t>
      </w:r>
    </w:p>
    <w:p>
      <w:r>
        <w:rPr>
          <w:rFonts w:ascii="Gentium Plus" w:hAnsi="Gentium Plus"/>
          <w:sz w:val="24"/>
        </w:rPr>
        <w:t>Ἐν δὲ τῷ ἐκδύειν με αὐτοῦ τὸν θώρακα, ἰδού, ὀκτὼ ἄνδρες ἑταῖροι αὐτοῦ, ἤρξαντο πολεμεῖν πρός με.</w:t>
      </w:r>
    </w:p>
    <w:p>
      <w:r>
        <w:rPr>
          <w:rFonts w:ascii="Courier New" w:hAnsi="Courier New"/>
          <w:color w:val="555555"/>
          <w:sz w:val="20"/>
        </w:rPr>
        <w:t>[4 . 3 . 6]</w:t>
      </w:r>
    </w:p>
    <w:p>
      <w:r>
        <w:rPr>
          <w:rFonts w:ascii="Gentium Plus" w:hAnsi="Gentium Plus"/>
          <w:sz w:val="24"/>
        </w:rPr>
        <w:t>Ἐνειλίσας οὖν τὴν στολήν μου ἐν τῇ χειρί μου, λίθοις σφενδωνίσας αὐτοὺς τέσσαρας ἐξ αὐτῶν ἀνεῖλον· οἱ δὲ ἄλλοι ἔφυγον.</w:t>
      </w:r>
    </w:p>
    <w:p>
      <w:r>
        <w:rPr>
          <w:rFonts w:ascii="Courier New" w:hAnsi="Courier New"/>
          <w:color w:val="555555"/>
          <w:sz w:val="20"/>
        </w:rPr>
        <w:t>[4 . 3 . 7]</w:t>
      </w:r>
    </w:p>
    <w:p>
      <w:r>
        <w:rPr>
          <w:rFonts w:ascii="Gentium Plus" w:hAnsi="Gentium Plus"/>
          <w:sz w:val="24"/>
        </w:rPr>
        <w:t>Καὶ Ἰακὼβ ὁ πατὴρ ἡμῶν ἀνεῖλε τὸν Βεελισᾶ, βασιλέα πάντων τῶν βασιλέων, γίγαντα τῇ ἰσχύι πηχῶν ιβʹ.</w:t>
      </w:r>
    </w:p>
    <w:p>
      <w:r>
        <w:rPr>
          <w:rFonts w:ascii="Courier New" w:hAnsi="Courier New"/>
          <w:color w:val="555555"/>
          <w:sz w:val="20"/>
        </w:rPr>
        <w:t>[4 . 3 . 8]</w:t>
      </w:r>
    </w:p>
    <w:p>
      <w:r>
        <w:rPr>
          <w:rFonts w:ascii="Gentium Plus" w:hAnsi="Gentium Plus"/>
          <w:sz w:val="24"/>
        </w:rPr>
        <w:t>Καὶ ἐπέπεσεν ἐπ’ αὐτοὺς τρόμος, καὶ ἐπαύσαντο πολεμοῦντες ἀφ’ ἡμῶν.</w:t>
      </w:r>
    </w:p>
    <w:p>
      <w:r>
        <w:rPr>
          <w:rFonts w:ascii="Courier New" w:hAnsi="Courier New"/>
          <w:color w:val="555555"/>
          <w:sz w:val="20"/>
        </w:rPr>
        <w:t>[4 . 3 . 9]</w:t>
      </w:r>
    </w:p>
    <w:p>
      <w:r>
        <w:rPr>
          <w:rFonts w:ascii="Gentium Plus" w:hAnsi="Gentium Plus"/>
          <w:sz w:val="24"/>
        </w:rPr>
        <w:t>Διὰ τοῦτο ἀμέριμ‐ νος ἦν ὁ πατήρ μου ἐν τοῖς πολέμοις, ὅτε ἐγὼ ἤμην ἐν τοῖς ἀδελφοῖς μου.</w:t>
      </w:r>
    </w:p>
    <w:p>
      <w:r>
        <w:rPr>
          <w:rFonts w:ascii="Courier New" w:hAnsi="Courier New"/>
          <w:color w:val="555555"/>
          <w:sz w:val="20"/>
        </w:rPr>
        <w:t>[4 . 3 . 10]</w:t>
      </w:r>
    </w:p>
    <w:p>
      <w:r>
        <w:rPr>
          <w:rFonts w:ascii="Gentium Plus" w:hAnsi="Gentium Plus"/>
          <w:sz w:val="24"/>
        </w:rPr>
        <w:t>Εἶδε γὰρ ἐν ὁράματι περὶ ἐμοῦ, ὅτι ἄγγελος δυνάμεως ἕπεταί μοι ἐν πᾶσι, τοῦ μὴ ἡττᾶσθαι.</w:t>
      </w:r>
    </w:p>
    <w:p>
      <w:r>
        <w:rPr>
          <w:rFonts w:ascii="Courier New" w:hAnsi="Courier New"/>
          <w:color w:val="555555"/>
          <w:sz w:val="20"/>
        </w:rPr>
        <w:t>[4 . 4 . 1]</w:t>
      </w:r>
    </w:p>
    <w:p>
      <w:r>
        <w:rPr>
          <w:rFonts w:ascii="Gentium Plus" w:hAnsi="Gentium Plus"/>
          <w:sz w:val="24"/>
        </w:rPr>
        <w:t>Καὶ κατὰ νότον γέγονεν ἡμῖν πόλεμος μείζων τοῦ ἐν Σικίμοις· καὶ παραταξάμενος μετὰ τῶν ἀδελφῶν μου, ἐδίωξα χιλίους ἄνδρας, καὶ ἀπέκτεινα ἐξ αὐτῶν διακοσίους ἄνδρας καὶ τέσσαρες βασιλεῖς.</w:t>
      </w:r>
    </w:p>
    <w:p>
      <w:r>
        <w:rPr>
          <w:rFonts w:ascii="Courier New" w:hAnsi="Courier New"/>
          <w:color w:val="555555"/>
          <w:sz w:val="20"/>
        </w:rPr>
        <w:t>[4 . 4 . 2]</w:t>
      </w:r>
    </w:p>
    <w:p>
      <w:r>
        <w:rPr>
          <w:rFonts w:ascii="Gentium Plus" w:hAnsi="Gentium Plus"/>
          <w:sz w:val="24"/>
        </w:rPr>
        <w:t>Καὶ ἀνῆλθον ἐπ’ αὐτοὺς ἐπὶ τοῦ τείχους, καὶ ἄλλους δύο βασιλεῖς ἀνεῖλον·</w:t>
      </w:r>
    </w:p>
    <w:p>
      <w:r>
        <w:rPr>
          <w:rFonts w:ascii="Courier New" w:hAnsi="Courier New"/>
          <w:color w:val="555555"/>
          <w:sz w:val="20"/>
        </w:rPr>
        <w:t>[4 . 4 . 3]</w:t>
      </w:r>
    </w:p>
    <w:p>
      <w:r>
        <w:rPr>
          <w:rFonts w:ascii="Gentium Plus" w:hAnsi="Gentium Plus"/>
          <w:sz w:val="24"/>
        </w:rPr>
        <w:t>καὶ οὕτως ἐλευθερώσαμεν τὴν Χεβρών, καὶ ἐλάβομεν πᾶσαν τὴν αἰχμαλωσίαν τῶν βασιλέων.</w:t>
      </w:r>
    </w:p>
    <w:p>
      <w:r>
        <w:rPr>
          <w:rFonts w:ascii="Courier New" w:hAnsi="Courier New"/>
          <w:color w:val="555555"/>
          <w:sz w:val="20"/>
        </w:rPr>
        <w:t>[4 . 5 . 1]</w:t>
      </w:r>
    </w:p>
    <w:p>
      <w:r>
        <w:rPr>
          <w:rFonts w:ascii="Gentium Plus" w:hAnsi="Gentium Plus"/>
          <w:sz w:val="24"/>
        </w:rPr>
        <w:t>Τῇ ἑξῆς ἀπήλθομεν εἰς Ἀρέταν, πόλιν κραταιὰν καὶ τειχείρη καὶ ἀπροσέγγιστον, ἀπειλοῦσαν ἡμῖν θάνατον.</w:t>
      </w:r>
    </w:p>
    <w:p>
      <w:r>
        <w:rPr>
          <w:rFonts w:ascii="Courier New" w:hAnsi="Courier New"/>
          <w:color w:val="555555"/>
          <w:sz w:val="20"/>
        </w:rPr>
        <w:t>[4 . 5 . 2]</w:t>
      </w:r>
    </w:p>
    <w:p>
      <w:r>
        <w:rPr>
          <w:rFonts w:ascii="Gentium Plus" w:hAnsi="Gentium Plus"/>
          <w:sz w:val="24"/>
        </w:rPr>
        <w:t>Ἐγὼ οὖν καὶ Γὰδ προσήξαμεν ἀπὸ ἀνατολῶν τῆς πόλεως· Ῥουβὴμ δὲ καὶ Λευὶ ἀπὸ δυσμῶν καὶ νότου.</w:t>
      </w:r>
    </w:p>
    <w:p>
      <w:r>
        <w:rPr>
          <w:rFonts w:ascii="Courier New" w:hAnsi="Courier New"/>
          <w:color w:val="555555"/>
          <w:sz w:val="20"/>
        </w:rPr>
        <w:t>[4 . 5 . 3]</w:t>
      </w:r>
    </w:p>
    <w:p>
      <w:r>
        <w:rPr>
          <w:rFonts w:ascii="Gentium Plus" w:hAnsi="Gentium Plus"/>
          <w:sz w:val="24"/>
        </w:rPr>
        <w:t>Καὶ νομίσαντες οἱ ἐπὶ τοῦ τείχους ὅτι ἡμεῖς μόνοι ἐσμέν, ἐφελ‐ κύσθησαν ἐφ’ ἡμᾶς·</w:t>
      </w:r>
    </w:p>
    <w:p>
      <w:r>
        <w:rPr>
          <w:rFonts w:ascii="Courier New" w:hAnsi="Courier New"/>
          <w:color w:val="555555"/>
          <w:sz w:val="20"/>
        </w:rPr>
        <w:t>[4 . 5 . 4]</w:t>
      </w:r>
    </w:p>
    <w:p>
      <w:r>
        <w:rPr>
          <w:rFonts w:ascii="Gentium Plus" w:hAnsi="Gentium Plus"/>
          <w:sz w:val="24"/>
        </w:rPr>
        <w:t>καὶ οὕτως λαθραῖοι οἱ ἀδελφοὶ ἐξ ἑκατέρων πασσάλοις ἐπανέβησαν τῷ τείχει, καὶ εἰσῆλθον εἰς τὴν πόλιν, ἀγνοούντων αὐτῶν.</w:t>
      </w:r>
    </w:p>
    <w:p>
      <w:r>
        <w:rPr>
          <w:rFonts w:ascii="Courier New" w:hAnsi="Courier New"/>
          <w:color w:val="555555"/>
          <w:sz w:val="20"/>
        </w:rPr>
        <w:t>[4 . 5 . 5]</w:t>
      </w:r>
    </w:p>
    <w:p>
      <w:r>
        <w:rPr>
          <w:rFonts w:ascii="Gentium Plus" w:hAnsi="Gentium Plus"/>
          <w:sz w:val="24"/>
        </w:rPr>
        <w:t>Καὶ ἐλάβομεν αὐτὴν ἐν στόματι μαχαίρας, καὶ τοὺς ἐν τῷ πύργῳ καταφυγόντας, ἐμπρίσαντες τὸν πύργον σὺν αὐτοῖς ἐλάβομεν.</w:t>
      </w:r>
    </w:p>
    <w:p>
      <w:r>
        <w:rPr>
          <w:rFonts w:ascii="Courier New" w:hAnsi="Courier New"/>
          <w:color w:val="555555"/>
          <w:sz w:val="20"/>
        </w:rPr>
        <w:t>[4 . 5 . 6]</w:t>
      </w:r>
    </w:p>
    <w:p>
      <w:r>
        <w:rPr>
          <w:rFonts w:ascii="Gentium Plus" w:hAnsi="Gentium Plus"/>
          <w:sz w:val="24"/>
        </w:rPr>
        <w:t>Καὶ ἐν τῷ ἀπιέναι ἡμᾶς, ἄνδρες Θαφφοῦ ἐπέβαλον τῇ αἰχμαλωσίᾳ ἡμῶν, καὶ παραλαβόντες αὐτὴν σὺν τοῖς υἱοῖς ἡμῶν, συνήψα‐ μεν πρὸς αὐτοὺς ἕως Θαφφοῦ·</w:t>
      </w:r>
    </w:p>
    <w:p>
      <w:r>
        <w:rPr>
          <w:rFonts w:ascii="Courier New" w:hAnsi="Courier New"/>
          <w:color w:val="555555"/>
          <w:sz w:val="20"/>
        </w:rPr>
        <w:t>[4 . 5 . 7]</w:t>
      </w:r>
    </w:p>
    <w:p>
      <w:r>
        <w:rPr>
          <w:rFonts w:ascii="Gentium Plus" w:hAnsi="Gentium Plus"/>
          <w:sz w:val="24"/>
        </w:rPr>
        <w:t>κἀκείνους ἀπεκτείναμεν καὶ τὴν πόλιν ἐνεπρίσαμεν, πάντα τὰ ἐν αὐτῇ σκυλεύσαντες.</w:t>
      </w:r>
    </w:p>
    <w:p>
      <w:r>
        <w:rPr>
          <w:rFonts w:ascii="Courier New" w:hAnsi="Courier New"/>
          <w:color w:val="555555"/>
          <w:sz w:val="20"/>
        </w:rPr>
        <w:t>[4 . 6 . 1]</w:t>
      </w:r>
    </w:p>
    <w:p>
      <w:r>
        <w:rPr>
          <w:rFonts w:ascii="Gentium Plus" w:hAnsi="Gentium Plus"/>
          <w:sz w:val="24"/>
        </w:rPr>
        <w:t>Καὶ ὡς ἤμην ἐν τοῖς ὕδασι Χουζηβᾶ, οἱ ἀπὸ Ἰωβὴλ ἦλθον ἐφ’ ἡμᾶς εἰς πόλεμον·</w:t>
      </w:r>
    </w:p>
    <w:p>
      <w:r>
        <w:rPr>
          <w:rFonts w:ascii="Courier New" w:hAnsi="Courier New"/>
          <w:color w:val="555555"/>
          <w:sz w:val="20"/>
        </w:rPr>
        <w:t>[4 . 6 . 2]</w:t>
      </w:r>
    </w:p>
    <w:p>
      <w:r>
        <w:rPr>
          <w:rFonts w:ascii="Gentium Plus" w:hAnsi="Gentium Plus"/>
          <w:sz w:val="24"/>
        </w:rPr>
        <w:t>καὶ συνήψαμεν αὐτοὺς καὶ τοὺς ἀπὸ Σηλὼμ συμμάχους αὐτῶν ἀπεκτείναμεν· καὶ οὐκ ἐδώκαμεν αὐτοῖς διέξοδον τοῦ εἰσελθεῖν πρὸς ἡμᾶς.</w:t>
      </w:r>
    </w:p>
    <w:p>
      <w:r>
        <w:rPr>
          <w:rFonts w:ascii="Courier New" w:hAnsi="Courier New"/>
          <w:color w:val="555555"/>
          <w:sz w:val="20"/>
        </w:rPr>
        <w:t>[4 . 6 . 3]</w:t>
      </w:r>
    </w:p>
    <w:p>
      <w:r>
        <w:rPr>
          <w:rFonts w:ascii="Gentium Plus" w:hAnsi="Gentium Plus"/>
          <w:sz w:val="24"/>
        </w:rPr>
        <w:t>Καὶ ἀπὸ Μαχὶρ ἐπῆλθον ἡμῖν τῇ πέμπτῃ ἡμέρᾳ, λαβεῖν τὴν αἰχμαλωσίαν· καὶ προσάξαντες αὐτοῖς ἐν καρτερᾷ μάχῃ περιεγενόμεθα, ὅτι ἦσαν πλῆθος δυνατοὶ ἐν αὐτοῖς· καὶ</w:t>
      </w:r>
    </w:p>
    <w:p>
      <w:r>
        <w:rPr>
          <w:rFonts w:ascii="Courier New" w:hAnsi="Courier New"/>
          <w:color w:val="555555"/>
          <w:sz w:val="20"/>
        </w:rPr>
        <w:t>[5]</w:t>
      </w:r>
    </w:p>
    <w:p>
      <w:r>
        <w:rPr>
          <w:rFonts w:ascii="Gentium Plus" w:hAnsi="Gentium Plus"/>
          <w:sz w:val="24"/>
        </w:rPr>
        <w:t>ἀπεκτείναμεν αὐτοὺς πρὸ τοῦ ἀναβῆναι τὴν ἀνάβασιν.</w:t>
      </w:r>
    </w:p>
    <w:p>
      <w:r>
        <w:rPr>
          <w:rFonts w:ascii="Courier New" w:hAnsi="Courier New"/>
          <w:color w:val="555555"/>
          <w:sz w:val="20"/>
        </w:rPr>
        <w:t>[4 . 6 . 4]</w:t>
      </w:r>
    </w:p>
    <w:p>
      <w:r>
        <w:rPr>
          <w:rFonts w:ascii="Gentium Plus" w:hAnsi="Gentium Plus"/>
          <w:sz w:val="24"/>
        </w:rPr>
        <w:t>Ὡς δὲ ἤλθομεν τῇ πόλει αὐτῶν, αἱ γυναῖκες αὐτῶν ἐκύλιον ἐφ’ ἡμᾶς λίθους ἀπὸ τῆς κορυφῆς τοῦ ὄρους, ἐν ᾗ ἦν ἡ πόλις.</w:t>
      </w:r>
    </w:p>
    <w:p>
      <w:r>
        <w:rPr>
          <w:rFonts w:ascii="Courier New" w:hAnsi="Courier New"/>
          <w:color w:val="555555"/>
          <w:sz w:val="20"/>
        </w:rPr>
        <w:t>[4 . 6 . 5]</w:t>
      </w:r>
    </w:p>
    <w:p>
      <w:r>
        <w:rPr>
          <w:rFonts w:ascii="Gentium Plus" w:hAnsi="Gentium Plus"/>
          <w:sz w:val="24"/>
        </w:rPr>
        <w:t>Καὶ ὑποκρυβέντες ἐγὼ καὶ Συμεὼν ἐξόπισθεν, ἐπελαβόμεθα τῶν ὑψηλῶν, καὶ ὅλην τὴν πόλιν ὀλοθρεύσαμεν.</w:t>
      </w:r>
    </w:p>
    <w:p>
      <w:r>
        <w:rPr>
          <w:rFonts w:ascii="Courier New" w:hAnsi="Courier New"/>
          <w:color w:val="555555"/>
          <w:sz w:val="20"/>
        </w:rPr>
        <w:t>[4 . 7 . 1]</w:t>
      </w:r>
    </w:p>
    <w:p>
      <w:r>
        <w:rPr>
          <w:rFonts w:ascii="Gentium Plus" w:hAnsi="Gentium Plus"/>
          <w:sz w:val="24"/>
        </w:rPr>
        <w:t>Καὶ τῇ ἑξῆς ἐρρέθη πρὸς ἡμᾶς ὅτι αἱ πόλεις τῶν δύο βασιλέων ἐν ὄχλῳ βαρεῖ ἔρχονται πρὸς ἡμᾶς.</w:t>
      </w:r>
    </w:p>
    <w:p>
      <w:r>
        <w:rPr>
          <w:rFonts w:ascii="Courier New" w:hAnsi="Courier New"/>
          <w:color w:val="555555"/>
          <w:sz w:val="20"/>
        </w:rPr>
        <w:t>[4 . 7 . 2]</w:t>
      </w:r>
    </w:p>
    <w:p>
      <w:r>
        <w:rPr>
          <w:rFonts w:ascii="Gentium Plus" w:hAnsi="Gentium Plus"/>
          <w:sz w:val="24"/>
        </w:rPr>
        <w:t>Ἐγὼ οὖν καὶ Δάν, προσποιησάμενοι Ἀμορραίους, ὡς σύμμαχοι ἤλθομεν εἰς τὴν πόλιν αὐτῶν.</w:t>
      </w:r>
    </w:p>
    <w:p>
      <w:r>
        <w:rPr>
          <w:rFonts w:ascii="Courier New" w:hAnsi="Courier New"/>
          <w:color w:val="555555"/>
          <w:sz w:val="20"/>
        </w:rPr>
        <w:t>[4 . 7 . 3]</w:t>
      </w:r>
    </w:p>
    <w:p>
      <w:r>
        <w:rPr>
          <w:rFonts w:ascii="Gentium Plus" w:hAnsi="Gentium Plus"/>
          <w:sz w:val="24"/>
        </w:rPr>
        <w:t>Νυκτὶ δὲ βαθείᾳ ἐλθοῦσι</w:t>
      </w:r>
    </w:p>
    <w:p>
      <w:r>
        <w:rPr>
          <w:rFonts w:ascii="Courier New" w:hAnsi="Courier New"/>
          <w:color w:val="555555"/>
          <w:sz w:val="20"/>
        </w:rPr>
        <w:t>[4 . 7 . 4]</w:t>
      </w:r>
    </w:p>
    <w:p>
      <w:r>
        <w:rPr>
          <w:rFonts w:ascii="Gentium Plus" w:hAnsi="Gentium Plus"/>
          <w:sz w:val="24"/>
        </w:rPr>
        <w:t>Καὶ ἐν τῇ Θάμνᾳ προσ‐ ηγγίσαμεν, οὗ ἦν πᾶσα ἡ ἀποφυγὴ τῶν πολεμίων βασιλέων.</w:t>
      </w:r>
    </w:p>
    <w:p>
      <w:r>
        <w:rPr>
          <w:rFonts w:ascii="Courier New" w:hAnsi="Courier New"/>
          <w:color w:val="555555"/>
          <w:sz w:val="20"/>
        </w:rPr>
        <w:t>[4 . 7 . 5]</w:t>
      </w:r>
    </w:p>
    <w:p>
      <w:r>
        <w:rPr>
          <w:rFonts w:ascii="Gentium Plus" w:hAnsi="Gentium Plus"/>
          <w:sz w:val="24"/>
        </w:rPr>
        <w:t>Τότε ὑβριζόμενος ἐθυμώθην, καὶ ὥρμησα ἐπ’ αὐτοὺς ἐπὶ τὴν κορυφήν· κἀκεῖνοι ἐσφενδόνουν ἐπ’ ἐμὲ λίθοις καὶ τόξοις·</w:t>
      </w:r>
    </w:p>
    <w:p>
      <w:r>
        <w:rPr>
          <w:rFonts w:ascii="Courier New" w:hAnsi="Courier New"/>
          <w:color w:val="555555"/>
          <w:sz w:val="20"/>
        </w:rPr>
        <w:t>[4 . 7 . 6]</w:t>
      </w:r>
    </w:p>
    <w:p>
      <w:r>
        <w:rPr>
          <w:rFonts w:ascii="Gentium Plus" w:hAnsi="Gentium Plus"/>
          <w:sz w:val="24"/>
        </w:rPr>
        <w:t>καὶ εἰ μὴ Δὰν ὁ ἀδελφός μου συνεμάχησέ μοι, εἶχόν με ἀνελεῖν.</w:t>
      </w:r>
    </w:p>
    <w:p>
      <w:r>
        <w:rPr>
          <w:rFonts w:ascii="Courier New" w:hAnsi="Courier New"/>
          <w:color w:val="555555"/>
          <w:sz w:val="20"/>
        </w:rPr>
        <w:t>[4 . 7 . 7]</w:t>
      </w:r>
    </w:p>
    <w:p>
      <w:r>
        <w:rPr>
          <w:rFonts w:ascii="Gentium Plus" w:hAnsi="Gentium Plus"/>
          <w:sz w:val="24"/>
        </w:rPr>
        <w:t>Ἐπήλθομεν οὖν ἐπ’ αὐτοὺς μετὰ θυμοῦ καὶ πάντες ἔφυγον· καὶ διελθόντες δι’ ἄλλης ὁδοῦ, ἐδεήθησαν τοῦ πατρός μου, καὶ ἐποίησεν εἰρήνην μετ’ αὐτῶν,</w:t>
      </w:r>
    </w:p>
    <w:p>
      <w:r>
        <w:rPr>
          <w:rFonts w:ascii="Courier New" w:hAnsi="Courier New"/>
          <w:color w:val="555555"/>
          <w:sz w:val="20"/>
        </w:rPr>
        <w:t>[4 . 7 . 8]</w:t>
      </w:r>
    </w:p>
    <w:p>
      <w:r>
        <w:rPr>
          <w:rFonts w:ascii="Gentium Plus" w:hAnsi="Gentium Plus"/>
          <w:sz w:val="24"/>
        </w:rPr>
        <w:t>καὶ οὐκ ἐποιήσαμεν αὐτοῖς οὐθὲν κακόν, ἀλλ’ ἐποιήσαμεν αὐτοὺς ὑποσπόνδους, καὶ ἀπεδώκαμεν αὐτοῖς πᾶσαν τὴν αἰχμαλω‐ σίαν.</w:t>
      </w:r>
    </w:p>
    <w:p>
      <w:r>
        <w:rPr>
          <w:rFonts w:ascii="Courier New" w:hAnsi="Courier New"/>
          <w:color w:val="555555"/>
          <w:sz w:val="20"/>
        </w:rPr>
        <w:t>[4 . 7 . 9]</w:t>
      </w:r>
    </w:p>
    <w:p>
      <w:r>
        <w:rPr>
          <w:rFonts w:ascii="Gentium Plus" w:hAnsi="Gentium Plus"/>
          <w:sz w:val="24"/>
        </w:rPr>
        <w:t>Καὶ ᾠκοδόμησα ἐγὼ τὴν Θάμνα καὶ ὁ πατήρ μου τὴν Ῥαμβαήλ.</w:t>
      </w:r>
    </w:p>
    <w:p>
      <w:r>
        <w:rPr>
          <w:rFonts w:ascii="Courier New" w:hAnsi="Courier New"/>
          <w:color w:val="555555"/>
          <w:sz w:val="20"/>
        </w:rPr>
        <w:t>[4 . 7 . 10]</w:t>
      </w:r>
    </w:p>
    <w:p>
      <w:r>
        <w:rPr>
          <w:rFonts w:ascii="Gentium Plus" w:hAnsi="Gentium Plus"/>
          <w:sz w:val="24"/>
        </w:rPr>
        <w:t>Εἴκοσι ἐτῶν ἤμην, ὅτε ἐγένετο ὁ πόλεμος οὗτος·</w:t>
      </w:r>
    </w:p>
    <w:p>
      <w:r>
        <w:rPr>
          <w:rFonts w:ascii="Courier New" w:hAnsi="Courier New"/>
          <w:color w:val="555555"/>
          <w:sz w:val="20"/>
        </w:rPr>
        <w:t>[4 . 7 . 11]</w:t>
      </w:r>
    </w:p>
    <w:p>
      <w:r>
        <w:rPr>
          <w:rFonts w:ascii="Gentium Plus" w:hAnsi="Gentium Plus"/>
          <w:sz w:val="24"/>
        </w:rPr>
        <w:t>καὶ ἦσαν οἱ Χαναναῖοι φοβούμενοί με, καὶ τοὺς ἀδελφούς μου.</w:t>
      </w:r>
    </w:p>
    <w:p>
      <w:r>
        <w:rPr>
          <w:rFonts w:ascii="Courier New" w:hAnsi="Courier New"/>
          <w:color w:val="555555"/>
          <w:sz w:val="20"/>
        </w:rPr>
        <w:t>[4 . 8 . 1]</w:t>
      </w:r>
    </w:p>
    <w:p>
      <w:r>
        <w:rPr>
          <w:rFonts w:ascii="Gentium Plus" w:hAnsi="Gentium Plus"/>
          <w:sz w:val="24"/>
        </w:rPr>
        <w:t>Ἦν δέ μοι καὶ κτήνη πολλά, καὶ εἶχον ἀρχιποί‐ μενα Ἰρᾶν τὸν Ὁδολομήτην·</w:t>
      </w:r>
    </w:p>
    <w:p>
      <w:r>
        <w:rPr>
          <w:rFonts w:ascii="Courier New" w:hAnsi="Courier New"/>
          <w:color w:val="555555"/>
          <w:sz w:val="20"/>
        </w:rPr>
        <w:t>[4 . 8 . 2]</w:t>
      </w:r>
    </w:p>
    <w:p>
      <w:r>
        <w:rPr>
          <w:rFonts w:ascii="Gentium Plus" w:hAnsi="Gentium Plus"/>
          <w:sz w:val="24"/>
        </w:rPr>
        <w:t>πρὸς ὃν ἐλθών, εἶδον Βάρσαν βασιλέα Ὁδολάμ. Καὶ ἐποίησεν ἡμῖν πότον· καὶ παρακαλέ‐ σας δίδωσί μοι τὴν θυγατέρα αὐτοῦ Βησσοῦς εἰς γυναῖκα.</w:t>
      </w:r>
    </w:p>
    <w:p>
      <w:r>
        <w:rPr>
          <w:rFonts w:ascii="Courier New" w:hAnsi="Courier New"/>
          <w:color w:val="555555"/>
          <w:sz w:val="20"/>
        </w:rPr>
        <w:t>[4 . 8 . 3]</w:t>
      </w:r>
    </w:p>
    <w:p>
      <w:r>
        <w:rPr>
          <w:rFonts w:ascii="Gentium Plus" w:hAnsi="Gentium Plus"/>
          <w:sz w:val="24"/>
        </w:rPr>
        <w:t>Αὐτὴ ἔτεκέ μοι τὸν Ἦρ καὶ Αὐνᾶν καὶ Σιλώμ· ὧν τοὺς δύο ἀτέκνους ἀνεῖλε Κύριος· ὁ γὰρ Σιλὼμ ἔζησε, καὶ τὰ τέκνα αὐτοῦ ὑμεῖς ἐστε.</w:t>
      </w:r>
    </w:p>
    <w:p>
      <w:r>
        <w:rPr>
          <w:rFonts w:ascii="Courier New" w:hAnsi="Courier New"/>
          <w:color w:val="555555"/>
          <w:sz w:val="20"/>
        </w:rPr>
        <w:t>[4 . 9 . 1]</w:t>
      </w:r>
    </w:p>
    <w:p>
      <w:r>
        <w:rPr>
          <w:rFonts w:ascii="Gentium Plus" w:hAnsi="Gentium Plus"/>
          <w:sz w:val="24"/>
        </w:rPr>
        <w:t>Δεκαοκτὼ ἔτη ἐποιήσαμεν εἰρήνην, ὁ πατὴρ ἡμῶν καὶ ἡμεῖς, μετὰ τοῦ ἀδελφοῦ αὐτοῦ Ἡσαῦ, καὶ οἱ υἱοὶ μεθ’ ἡμῶν, μετὰ τὸ ἐλθεῖν ἡμᾶς ἐκ Μεσοποταμίας ἀπὸ Λάβαν.</w:t>
      </w:r>
    </w:p>
    <w:p>
      <w:r>
        <w:rPr>
          <w:rFonts w:ascii="Courier New" w:hAnsi="Courier New"/>
          <w:color w:val="555555"/>
          <w:sz w:val="20"/>
        </w:rPr>
        <w:t>[4 . 9 . 2]</w:t>
      </w:r>
    </w:p>
    <w:p>
      <w:r>
        <w:rPr>
          <w:rFonts w:ascii="Gentium Plus" w:hAnsi="Gentium Plus"/>
          <w:sz w:val="24"/>
        </w:rPr>
        <w:t>Καὶ πληρωθέντων δεκαοκτὼ ἐτῶν, ἐν τεσσαρα‐ κοστῷ ἔτει ζωῆς μου, ἐπῆλθεν ἡμῖν Ἡσαῦ, ὁ ἀδελφὸς τοῦ πατρός μου, ἐν λαῷ βαρεῖ καὶ ἰσχυρῷ·</w:t>
      </w:r>
    </w:p>
    <w:p>
      <w:r>
        <w:rPr>
          <w:rFonts w:ascii="Courier New" w:hAnsi="Courier New"/>
          <w:color w:val="555555"/>
          <w:sz w:val="20"/>
        </w:rPr>
        <w:t>[4 . 9 . 3]</w:t>
      </w:r>
    </w:p>
    <w:p>
      <w:r>
        <w:rPr>
          <w:rFonts w:ascii="Gentium Plus" w:hAnsi="Gentium Plus"/>
          <w:sz w:val="24"/>
        </w:rPr>
        <w:t>καὶ ἔπεσεν ἐν τόξῳ Ἰακὼβ καὶ ἤρθη νεκρὸς ἐν ὄρει Σιείρ· καὶ πορευόμενος ἐπάνω Εἰρραμνᾶ ἀπέθανεν.</w:t>
      </w:r>
    </w:p>
    <w:p>
      <w:r>
        <w:rPr>
          <w:rFonts w:ascii="Courier New" w:hAnsi="Courier New"/>
          <w:color w:val="555555"/>
          <w:sz w:val="20"/>
        </w:rPr>
        <w:t>[4 . 9 . 4]</w:t>
      </w:r>
    </w:p>
    <w:p>
      <w:r>
        <w:rPr>
          <w:rFonts w:ascii="Gentium Plus" w:hAnsi="Gentium Plus"/>
          <w:sz w:val="24"/>
        </w:rPr>
        <w:t>Ἡμεῖς δὲ ἐδιώξαμεν ἐπὶ τοὺς υἱοὺς Ἡσαῦ. Ἦν δὲ τούτοις πόλις, καὶ τεῖχος σιδηροῦν καὶ πύλαι χαλκαῖ· καὶ οὐκ ἠδυνήθημεν εἰσελθεῖν ἐν αὐτῇ, καὶ περικαθίσαντες ἐπολιορκοῦμεν αὐτούς.</w:t>
      </w:r>
    </w:p>
    <w:p>
      <w:r>
        <w:rPr>
          <w:rFonts w:ascii="Courier New" w:hAnsi="Courier New"/>
          <w:color w:val="555555"/>
          <w:sz w:val="20"/>
        </w:rPr>
        <w:t>[4 . 9 . 5]</w:t>
      </w:r>
    </w:p>
    <w:p>
      <w:r>
        <w:rPr>
          <w:rFonts w:ascii="Gentium Plus" w:hAnsi="Gentium Plus"/>
          <w:sz w:val="24"/>
        </w:rPr>
        <w:t>Καὶ ὡς οὐκ ἤνοιγον μετὰ ἡμέρας εἴκοσι, ὁρώντων αὐτῶν, προσάγω κλίμακα, καὶ τὴν ἀσπίδα ἐπὶ τῆς κεφαλῆς μου· καὶ ἀνῆλθον ἀποδεχόμενος λίθους ἕως ταλάντων τριῶν· καὶ ἀνελθὼν</w:t>
      </w:r>
    </w:p>
    <w:p>
      <w:r>
        <w:rPr>
          <w:rFonts w:ascii="Courier New" w:hAnsi="Courier New"/>
          <w:color w:val="555555"/>
          <w:sz w:val="20"/>
        </w:rPr>
        <w:t>[5]</w:t>
      </w:r>
    </w:p>
    <w:p>
      <w:r>
        <w:rPr>
          <w:rFonts w:ascii="Gentium Plus" w:hAnsi="Gentium Plus"/>
          <w:sz w:val="24"/>
        </w:rPr>
        <w:t>ἀνεῖλον τέσσαρες τοὺς δυνατοὺς ἐξ αὐτῶν.</w:t>
      </w:r>
    </w:p>
    <w:p>
      <w:r>
        <w:rPr>
          <w:rFonts w:ascii="Courier New" w:hAnsi="Courier New"/>
          <w:color w:val="555555"/>
          <w:sz w:val="20"/>
        </w:rPr>
        <w:t>[4 . 9 . 6]</w:t>
      </w:r>
    </w:p>
    <w:p>
      <w:r>
        <w:rPr>
          <w:rFonts w:ascii="Gentium Plus" w:hAnsi="Gentium Plus"/>
          <w:sz w:val="24"/>
        </w:rPr>
        <w:t>Καὶ τῇ ἑξῆς ἐμβάντες Ῥουβὴμ καὶ Γὰδ ἀνεῖλον ἑτέρους ἑξήκοντα.</w:t>
      </w:r>
    </w:p>
    <w:p>
      <w:r>
        <w:rPr>
          <w:rFonts w:ascii="Courier New" w:hAnsi="Courier New"/>
          <w:color w:val="555555"/>
          <w:sz w:val="20"/>
        </w:rPr>
        <w:t>[4 . 9 . 7]</w:t>
      </w:r>
    </w:p>
    <w:p>
      <w:r>
        <w:rPr>
          <w:rFonts w:ascii="Gentium Plus" w:hAnsi="Gentium Plus"/>
          <w:sz w:val="24"/>
        </w:rPr>
        <w:t>Τότε αἰτοῦσιν ἡμᾶς τὰ πρὸς εἰρήνην· καὶ γενόμενοι βουλῆς τοῦ πατρὸς ἡμῶν, ἐδεξάμεθα αὐτοὺς ὑποφόρους.</w:t>
      </w:r>
    </w:p>
    <w:p>
      <w:r>
        <w:rPr>
          <w:rFonts w:ascii="Courier New" w:hAnsi="Courier New"/>
          <w:color w:val="555555"/>
          <w:sz w:val="20"/>
        </w:rPr>
        <w:t>[4 . 9 . 8]</w:t>
      </w:r>
    </w:p>
    <w:p>
      <w:r>
        <w:rPr>
          <w:rFonts w:ascii="Gentium Plus" w:hAnsi="Gentium Plus"/>
          <w:sz w:val="24"/>
        </w:rPr>
        <w:t>Καὶ ἦσαν δίδοντες ἡμῖν πυροῦ κόρους διακοσίους, ἐλαίου βὲθ φʹ, οἴνου μέτρα χίλια πεντακόσια, ἕως ὅτε κατήλθομεν εἰς Αἴγυπτον.</w:t>
      </w:r>
    </w:p>
    <w:p>
      <w:r>
        <w:rPr>
          <w:rFonts w:ascii="Courier New" w:hAnsi="Courier New"/>
          <w:color w:val="555555"/>
          <w:sz w:val="20"/>
        </w:rPr>
        <w:t>[4 . 10 . 1]</w:t>
      </w:r>
    </w:p>
    <w:p>
      <w:r>
        <w:rPr>
          <w:rFonts w:ascii="Gentium Plus" w:hAnsi="Gentium Plus"/>
          <w:sz w:val="24"/>
        </w:rPr>
        <w:t>Μετὰ ταῦτα Ἦρ ὁ υἱός μου ἄγεται τὴν Θάμαρ ἐκ Μεσοποταμίας, θυγατέρα Ἀράμ.</w:t>
      </w:r>
    </w:p>
    <w:p>
      <w:r>
        <w:rPr>
          <w:rFonts w:ascii="Courier New" w:hAnsi="Courier New"/>
          <w:color w:val="555555"/>
          <w:sz w:val="20"/>
        </w:rPr>
        <w:t>[4 . 10 . 2]</w:t>
      </w:r>
    </w:p>
    <w:p>
      <w:r>
        <w:rPr>
          <w:rFonts w:ascii="Gentium Plus" w:hAnsi="Gentium Plus"/>
          <w:sz w:val="24"/>
        </w:rPr>
        <w:t>Ἦν δὲ Ἦρ πονηρός, καὶ ἠπορεῖτο περὶ τῆς Θάμαρ, ὅτι οὐκ ἦν ἐκ γῆς Χαναάν. Καὶ ἄγγελος Κυρίου ἀνεῖλεν αὐτὸν τῇ τρίτῃ ἡμέρᾳ τῇ νυκτί,</w:t>
      </w:r>
    </w:p>
    <w:p>
      <w:r>
        <w:rPr>
          <w:rFonts w:ascii="Courier New" w:hAnsi="Courier New"/>
          <w:color w:val="555555"/>
          <w:sz w:val="20"/>
        </w:rPr>
        <w:t>[4 . 10 . 3]</w:t>
      </w:r>
    </w:p>
    <w:p>
      <w:r>
        <w:rPr>
          <w:rFonts w:ascii="Gentium Plus" w:hAnsi="Gentium Plus"/>
          <w:sz w:val="24"/>
        </w:rPr>
        <w:t>καὶ αὐτὸς οὐκ ἔγνω αὐτήν, κατὰ πανουργίαν τῆς μητρὸς αὐτοῦ, οὐ γὰρ ἤθελεν ἔχειν τέκνα ἀπ’ αὐτῆς.</w:t>
      </w:r>
    </w:p>
    <w:p>
      <w:r>
        <w:rPr>
          <w:rFonts w:ascii="Courier New" w:hAnsi="Courier New"/>
          <w:color w:val="555555"/>
          <w:sz w:val="20"/>
        </w:rPr>
        <w:t>[4 . 10 . 4]</w:t>
      </w:r>
    </w:p>
    <w:p>
      <w:r>
        <w:rPr>
          <w:rFonts w:ascii="Gentium Plus" w:hAnsi="Gentium Plus"/>
          <w:sz w:val="24"/>
        </w:rPr>
        <w:t>Ἐν ταῖς ἡμέραις τοῦ θαλάμου ἐπεγάμβρευσα αὐτῇ τὸν Αὐνᾶν· καίγε οὗτος ἐν πονηρίᾳ οὐκ ἔγνω αὐτήν, ποιήσας σὺν αὐτῇ ἐνιαυτόν.</w:t>
      </w:r>
    </w:p>
    <w:p>
      <w:r>
        <w:rPr>
          <w:rFonts w:ascii="Courier New" w:hAnsi="Courier New"/>
          <w:color w:val="555555"/>
          <w:sz w:val="20"/>
        </w:rPr>
        <w:t>[4 . 10 . 5]</w:t>
      </w:r>
    </w:p>
    <w:p>
      <w:r>
        <w:rPr>
          <w:rFonts w:ascii="Gentium Plus" w:hAnsi="Gentium Plus"/>
          <w:sz w:val="24"/>
        </w:rPr>
        <w:t>Καὶ ὅτε ἠπείλησα αὐτῷ, συνῆλθε μὲν αὐτῇ, διέφθειρε δὲ τὸ σπέρμα ἐπὶ τὴν γῆν, κατὰ τὴν ἐντολὴν τῆς μητρὸς αὐτοῦ· καίγε οὗτος ἐν πονηρίᾳ ἀπέθανεν.</w:t>
      </w:r>
    </w:p>
    <w:p>
      <w:r>
        <w:rPr>
          <w:rFonts w:ascii="Courier New" w:hAnsi="Courier New"/>
          <w:color w:val="555555"/>
          <w:sz w:val="20"/>
        </w:rPr>
        <w:t>[4 . 10 . 6]</w:t>
      </w:r>
    </w:p>
    <w:p>
      <w:r>
        <w:rPr>
          <w:rFonts w:ascii="Gentium Plus" w:hAnsi="Gentium Plus"/>
          <w:sz w:val="24"/>
        </w:rPr>
        <w:t>Ἤθελον δὲ καὶ τὸν</w:t>
      </w:r>
    </w:p>
    <w:p>
      <w:r>
        <w:rPr>
          <w:rFonts w:ascii="Courier New" w:hAnsi="Courier New"/>
          <w:color w:val="555555"/>
          <w:sz w:val="20"/>
        </w:rPr>
        <w:t>[4 . 11 . 1]</w:t>
      </w:r>
    </w:p>
    <w:p>
      <w:r>
        <w:rPr>
          <w:rFonts w:ascii="Gentium Plus" w:hAnsi="Gentium Plus"/>
          <w:sz w:val="24"/>
        </w:rPr>
        <w:t>Κἀγὼ ᾔδειν, ὅτι πονηρὸν τὸ γένος Χαναάν, ἀλλὰ τὸ διαβούλιον τῆς νεότητος ἐτύφλωσε τὴν καρδίαν μου.</w:t>
      </w:r>
    </w:p>
    <w:p>
      <w:r>
        <w:rPr>
          <w:rFonts w:ascii="Courier New" w:hAnsi="Courier New"/>
          <w:color w:val="555555"/>
          <w:sz w:val="20"/>
        </w:rPr>
        <w:t>[4 . 11 . 2]</w:t>
      </w:r>
    </w:p>
    <w:p>
      <w:r>
        <w:rPr>
          <w:rFonts w:ascii="Gentium Plus" w:hAnsi="Gentium Plus"/>
          <w:sz w:val="24"/>
        </w:rPr>
        <w:t>Καὶ ἰδὼν αὐτὴν οἰνοχοοῦσαν, ἐν μέθῃ οἴνου ἠπατήθην, καὶ συνέπεσα πρὸς αὐτήν.</w:t>
      </w:r>
    </w:p>
    <w:p>
      <w:r>
        <w:rPr>
          <w:rFonts w:ascii="Courier New" w:hAnsi="Courier New"/>
          <w:color w:val="555555"/>
          <w:sz w:val="20"/>
        </w:rPr>
        <w:t>[4 . 11 . 3]</w:t>
      </w:r>
    </w:p>
    <w:p>
      <w:r>
        <w:rPr>
          <w:rFonts w:ascii="Gentium Plus" w:hAnsi="Gentium Plus"/>
          <w:sz w:val="24"/>
        </w:rPr>
        <w:t>Αὐτή, ἀπόντος μου, ἐπορεύθη καὶ ἐλάβετο Σιλὼμ γυναῖκα ἐκ γῆς Χαναάν.</w:t>
      </w:r>
    </w:p>
    <w:p>
      <w:r>
        <w:rPr>
          <w:rFonts w:ascii="Courier New" w:hAnsi="Courier New"/>
          <w:color w:val="555555"/>
          <w:sz w:val="20"/>
        </w:rPr>
        <w:t>[4 . 11 . 4]</w:t>
      </w:r>
    </w:p>
    <w:p>
      <w:r>
        <w:rPr>
          <w:rFonts w:ascii="Gentium Plus" w:hAnsi="Gentium Plus"/>
          <w:sz w:val="24"/>
        </w:rPr>
        <w:t>Γνοὺς δὲ ὃ ἐποίησε κατηρασάμην αὐτῇ ἐν ὀδύνῃ ψυχῆς μου·</w:t>
      </w:r>
    </w:p>
    <w:p>
      <w:r>
        <w:rPr>
          <w:rFonts w:ascii="Courier New" w:hAnsi="Courier New"/>
          <w:color w:val="555555"/>
          <w:sz w:val="20"/>
        </w:rPr>
        <w:t>[4 . 11 . 5]</w:t>
      </w:r>
    </w:p>
    <w:p>
      <w:r>
        <w:rPr>
          <w:rFonts w:ascii="Gentium Plus" w:hAnsi="Gentium Plus"/>
          <w:sz w:val="24"/>
        </w:rPr>
        <w:t>καίγε αὕτη ἀπέθανεν ἐν πονηρίᾳ υἱῶν αὐτῆς.</w:t>
      </w:r>
    </w:p>
    <w:p>
      <w:r>
        <w:rPr>
          <w:rFonts w:ascii="Courier New" w:hAnsi="Courier New"/>
          <w:color w:val="555555"/>
          <w:sz w:val="20"/>
        </w:rPr>
        <w:t>[4 . 12 . 1]</w:t>
      </w:r>
    </w:p>
    <w:p>
      <w:r>
        <w:rPr>
          <w:rFonts w:ascii="Gentium Plus" w:hAnsi="Gentium Plus"/>
          <w:sz w:val="24"/>
        </w:rPr>
        <w:t>Μετὰ δὲ τοὺς λόγους τούτους, χηρευούσης τῆς Θάμαρ, μετὰ δύο ἔτη ἀκούσασα, ὅτι ἀνέρχομαι κεῖραι τὰ πρόβατα, κοσμηθεῖσα κόσμῳ νυμφικῷ, ἐκάθισεν ἀπέναντι τῇ πόλει πρὸς τὴν πύλην.</w:t>
      </w:r>
    </w:p>
    <w:p>
      <w:r>
        <w:rPr>
          <w:rFonts w:ascii="Courier New" w:hAnsi="Courier New"/>
          <w:color w:val="555555"/>
          <w:sz w:val="20"/>
        </w:rPr>
        <w:t>[4 . 12 . 2]</w:t>
      </w:r>
    </w:p>
    <w:p>
      <w:r>
        <w:rPr>
          <w:rFonts w:ascii="Gentium Plus" w:hAnsi="Gentium Plus"/>
          <w:sz w:val="24"/>
        </w:rPr>
        <w:t>Νόμος γὰρ Ἀμορραίων, τὴν γαμοῦσαν προκαθίσαι ἐν πορνείᾳ ἑπτὰ ἡμέρας παρὰ τὴν πύλην.</w:t>
      </w:r>
    </w:p>
    <w:p>
      <w:r>
        <w:rPr>
          <w:rFonts w:ascii="Courier New" w:hAnsi="Courier New"/>
          <w:color w:val="555555"/>
          <w:sz w:val="20"/>
        </w:rPr>
        <w:t>[4 . 12 . 3]</w:t>
      </w:r>
    </w:p>
    <w:p>
      <w:r>
        <w:rPr>
          <w:rFonts w:ascii="Gentium Plus" w:hAnsi="Gentium Plus"/>
          <w:sz w:val="24"/>
        </w:rPr>
        <w:t>Μεθυσθεὶς οὖν ἐγὼ ἐν ὕδασι Χωζήβ, οὐκ ἐπέγνων αὐτὴν ἀπὸ τοῦ οἴνου· καὶ ἠπάτησέ με τὸ κάλλος αὐτῆς διὰ τοῦ σχήματος τῆς κοσμήσεως.</w:t>
      </w:r>
    </w:p>
    <w:p>
      <w:r>
        <w:rPr>
          <w:rFonts w:ascii="Courier New" w:hAnsi="Courier New"/>
          <w:color w:val="555555"/>
          <w:sz w:val="20"/>
        </w:rPr>
        <w:t>[4 . 12 . 4]</w:t>
      </w:r>
    </w:p>
    <w:p>
      <w:r>
        <w:rPr>
          <w:rFonts w:ascii="Gentium Plus" w:hAnsi="Gentium Plus"/>
          <w:sz w:val="24"/>
        </w:rPr>
        <w:t>Καὶ ἐκκλίνας πρὸς αὐτὴν εἶπον· Εἰσέλθω πρός σε. Καὶ εἶπέ μοι· Τί μοι δώσεις; Καὶ ἔδωκα αὐτῇ τὴν ῥάβδον μου καὶ τὴν ζώνην καὶ τὸ διάδημα τῆς βασιλείας, καὶ συνελθὼν αὐτῇ συνείληφεν.</w:t>
      </w:r>
    </w:p>
    <w:p>
      <w:r>
        <w:rPr>
          <w:rFonts w:ascii="Courier New" w:hAnsi="Courier New"/>
          <w:color w:val="555555"/>
          <w:sz w:val="20"/>
        </w:rPr>
        <w:t>[4 . 12 . 5]</w:t>
      </w:r>
    </w:p>
    <w:p>
      <w:r>
        <w:rPr>
          <w:rFonts w:ascii="Gentium Plus" w:hAnsi="Gentium Plus"/>
          <w:sz w:val="24"/>
        </w:rPr>
        <w:t>Ἀγνοῶν δὲ ὃ ἐποίησεν, ἤθελον ἀνελεῖν αὐτήν· πέμψασα δὲ ἐν κρυπτῷ τοὺς ἀρραβῶνας, κατῄσχυνέ με.</w:t>
      </w:r>
    </w:p>
    <w:p>
      <w:r>
        <w:rPr>
          <w:rFonts w:ascii="Courier New" w:hAnsi="Courier New"/>
          <w:color w:val="555555"/>
          <w:sz w:val="20"/>
        </w:rPr>
        <w:t>[4 . 12 . 6]</w:t>
      </w:r>
    </w:p>
    <w:p>
      <w:r>
        <w:rPr>
          <w:rFonts w:ascii="Gentium Plus" w:hAnsi="Gentium Plus"/>
          <w:sz w:val="24"/>
        </w:rPr>
        <w:t>Καλέσας δὲ αὐτήν, ἤκουσα καὶ τοὺς ἐν μυστηρίῳ λόγους, καθεύδων σὺν αὐτῇ ἐν τῇ μέθῃ μου οὓς ἐλάλησα· καὶ οὐκ ἠδυνήθην ἀνελεῖν αὐτήν, ὅτι παρὰ Κυρίου ἦν.</w:t>
      </w:r>
    </w:p>
    <w:p>
      <w:r>
        <w:rPr>
          <w:rFonts w:ascii="Courier New" w:hAnsi="Courier New"/>
          <w:color w:val="555555"/>
          <w:sz w:val="20"/>
        </w:rPr>
        <w:t>[4 . 12 . 7]</w:t>
      </w:r>
    </w:p>
    <w:p>
      <w:r>
        <w:rPr>
          <w:rFonts w:ascii="Gentium Plus" w:hAnsi="Gentium Plus"/>
          <w:sz w:val="24"/>
        </w:rPr>
        <w:t>Ἔλεγον δέ· Μήποτε ἐν δολιότητι ἐποίησε, παρὰ ἄλλης λαβοῦσα τὸν ἀρραβῶνα.</w:t>
      </w:r>
    </w:p>
    <w:p>
      <w:r>
        <w:rPr>
          <w:rFonts w:ascii="Courier New" w:hAnsi="Courier New"/>
          <w:color w:val="555555"/>
          <w:sz w:val="20"/>
        </w:rPr>
        <w:t>[4 . 12 . 8]</w:t>
      </w:r>
    </w:p>
    <w:p>
      <w:r>
        <w:rPr>
          <w:rFonts w:ascii="Gentium Plus" w:hAnsi="Gentium Plus"/>
          <w:sz w:val="24"/>
        </w:rPr>
        <w:t>Ἀλλ’ οὐδὲ ἤγγισα αὐτῇ ἔτι ἕως θανάτου μου, ὅτι βδέλυγμα ἐποίησα τοῦτο ἐν παντὶ Ἰσραήλ.</w:t>
      </w:r>
    </w:p>
    <w:p>
      <w:r>
        <w:rPr>
          <w:rFonts w:ascii="Courier New" w:hAnsi="Courier New"/>
          <w:color w:val="555555"/>
          <w:sz w:val="20"/>
        </w:rPr>
        <w:t>[4 . 12 . 9]</w:t>
      </w:r>
    </w:p>
    <w:p>
      <w:r>
        <w:rPr>
          <w:rFonts w:ascii="Gentium Plus" w:hAnsi="Gentium Plus"/>
          <w:sz w:val="24"/>
        </w:rPr>
        <w:t>Καίγε οἱ ἐν 〈τ〉ῇ πόλει ἔλεγον, μὴ εἶναι ἐν τῇ πόλει τελισκομένην· ὅτι ἐξ ἄλλου χωρίου ἐλθοῦσα πρὸς βραχὺ ἐκάθισεν ἐν πύλῃ·</w:t>
      </w:r>
    </w:p>
    <w:p>
      <w:r>
        <w:rPr>
          <w:rFonts w:ascii="Courier New" w:hAnsi="Courier New"/>
          <w:color w:val="555555"/>
          <w:sz w:val="20"/>
        </w:rPr>
        <w:t>[4 . 12 . 10]</w:t>
      </w:r>
    </w:p>
    <w:p>
      <w:r>
        <w:rPr>
          <w:rFonts w:ascii="Gentium Plus" w:hAnsi="Gentium Plus"/>
          <w:sz w:val="24"/>
        </w:rPr>
        <w:t>καὶ ἐνόμιζεν, ὅτι οὐδεὶς ἔγνω ὅτι εἰσῆλθον πρὸς αὐτήν.</w:t>
      </w:r>
    </w:p>
    <w:p>
      <w:r>
        <w:rPr>
          <w:rFonts w:ascii="Courier New" w:hAnsi="Courier New"/>
          <w:color w:val="555555"/>
          <w:sz w:val="20"/>
        </w:rPr>
        <w:t>[4 . 12 . 11]</w:t>
      </w:r>
    </w:p>
    <w:p>
      <w:r>
        <w:rPr>
          <w:rFonts w:ascii="Gentium Plus" w:hAnsi="Gentium Plus"/>
          <w:sz w:val="24"/>
        </w:rPr>
        <w:t>Καὶ μετὰ ταῦτα ἤλθομεν εἰς Αἴγυπτον πρὸς Ἰωσὴφ διὰ τὸν λιμόν.</w:t>
      </w:r>
    </w:p>
    <w:p>
      <w:r>
        <w:rPr>
          <w:rFonts w:ascii="Courier New" w:hAnsi="Courier New"/>
          <w:color w:val="555555"/>
          <w:sz w:val="20"/>
        </w:rPr>
        <w:t>[4 . 12 . 12]</w:t>
      </w:r>
    </w:p>
    <w:p>
      <w:r>
        <w:rPr>
          <w:rFonts w:ascii="Gentium Plus" w:hAnsi="Gentium Plus"/>
          <w:sz w:val="24"/>
        </w:rPr>
        <w:t>〈Τεσ〉σαράκοντα ἓξ ἐτῶν ἤμην καὶ ἑβδομήκοντα τρία ἔτη ἔζησα ἐκεῖ.</w:t>
      </w:r>
    </w:p>
    <w:p>
      <w:r>
        <w:rPr>
          <w:rFonts w:ascii="Courier New" w:hAnsi="Courier New"/>
          <w:color w:val="555555"/>
          <w:sz w:val="20"/>
        </w:rPr>
        <w:t>[4 . 13 . 1]</w:t>
      </w:r>
    </w:p>
    <w:p>
      <w:r>
        <w:rPr>
          <w:rFonts w:ascii="Gentium Plus" w:hAnsi="Gentium Plus"/>
          <w:sz w:val="24"/>
        </w:rPr>
        <w:t>Καὶ νῦν ὅσα ἐγὼ ὑμῖν ἐντέλλομαι, ἀκούσατε, τέκνα, τοῦ πατρὸς ὑμῶν, καὶ φυλάξατε πάντας τοὺς λόγους μου, τοῦ ποιεῖν τὰ δικαιώματα Κυρίου καὶ ὑπακούειν ἐντολῆς Κυρίου Θεοῦ.</w:t>
      </w:r>
    </w:p>
    <w:p>
      <w:r>
        <w:rPr>
          <w:rFonts w:ascii="Courier New" w:hAnsi="Courier New"/>
          <w:color w:val="555555"/>
          <w:sz w:val="20"/>
        </w:rPr>
        <w:t>[4 . 13 . 2]</w:t>
      </w:r>
    </w:p>
    <w:p>
      <w:r>
        <w:rPr>
          <w:rFonts w:ascii="Gentium Plus" w:hAnsi="Gentium Plus"/>
          <w:sz w:val="24"/>
        </w:rPr>
        <w:t>Καὶ μὴ πορεύεσθε ὀπίσω τῶν ἐπιθυμιῶν ὑμῶν, μηδὲ ἐνθυμήσεσι διαβουλίων ὑμῶν, ἐν ὑπερηφανείᾳ καρδίας ὑμῶν, καὶ μὴ καυχᾶσθε ἐν ἔργοις ἰσχύος νεότητος ὑμῶν, ὅτι καίγε τοῦτο πονηρὸν ἐν ὀφθαλμοῖς</w:t>
      </w:r>
    </w:p>
    <w:p>
      <w:r>
        <w:rPr>
          <w:rFonts w:ascii="Courier New" w:hAnsi="Courier New"/>
          <w:color w:val="555555"/>
          <w:sz w:val="20"/>
        </w:rPr>
        <w:t>[5]</w:t>
      </w:r>
    </w:p>
    <w:p>
      <w:r>
        <w:rPr>
          <w:rFonts w:ascii="Gentium Plus" w:hAnsi="Gentium Plus"/>
          <w:sz w:val="24"/>
        </w:rPr>
        <w:t>Κυρίου.</w:t>
      </w:r>
    </w:p>
    <w:p>
      <w:r>
        <w:rPr>
          <w:rFonts w:ascii="Courier New" w:hAnsi="Courier New"/>
          <w:color w:val="555555"/>
          <w:sz w:val="20"/>
        </w:rPr>
        <w:t>[4 . 13 . 3]</w:t>
      </w:r>
    </w:p>
    <w:p>
      <w:r>
        <w:rPr>
          <w:rFonts w:ascii="Gentium Plus" w:hAnsi="Gentium Plus"/>
          <w:sz w:val="24"/>
        </w:rPr>
        <w:t>Ἐπειδὴ γὰρ κἀγὼ καυχησάμενος, ὅτι ἐν πολέμοις οὐκ ἠπάτησέ με πρόσωπον γυναικὸς εὐμόρφου, ὠνείδιζον Ῥουβὴμ τὸν ἀδελφόν μου περὶ Βάλλας γυναικὸς πατρός μου, τὸ πνεῦμα τοῦ ζήλου καὶ τῆς πορνείας παρετάξατο ἐν ἐμοί,</w:t>
      </w:r>
    </w:p>
    <w:p>
      <w:r>
        <w:rPr>
          <w:rFonts w:ascii="Courier New" w:hAnsi="Courier New"/>
          <w:color w:val="555555"/>
          <w:sz w:val="20"/>
        </w:rPr>
        <w:t>[5]</w:t>
      </w:r>
    </w:p>
    <w:p>
      <w:r>
        <w:rPr>
          <w:rFonts w:ascii="Gentium Plus" w:hAnsi="Gentium Plus"/>
          <w:sz w:val="24"/>
        </w:rPr>
        <w:t>ἕως συνέπεσα εἰς Βησουὲ τὴν Χαναναίαν καὶ εἰς Θάμαρ τὴν νυμφευθεῖσαν τοῖς υἱοῖς μου.</w:t>
      </w:r>
    </w:p>
    <w:p>
      <w:r>
        <w:rPr>
          <w:rFonts w:ascii="Courier New" w:hAnsi="Courier New"/>
          <w:color w:val="555555"/>
          <w:sz w:val="20"/>
        </w:rPr>
        <w:t>[4 . 13 . 4]</w:t>
      </w:r>
    </w:p>
    <w:p>
      <w:r>
        <w:rPr>
          <w:rFonts w:ascii="Gentium Plus" w:hAnsi="Gentium Plus"/>
          <w:sz w:val="24"/>
        </w:rPr>
        <w:t>Καὶ ἔλεγον τῷ πενθερῷ μου· Συμβουλεύσω τῷ πατρί μου καὶ οὕτως λήψομαι τὴν θυγατέρα σου. Καὶ ἔδειξέ μοι ἐπ’ ὀνόματι τῆς θυγατρὸς αὐτοῦ χρυσοῦ πλῆθος ἄπειρον· ἦν γὰρ βασιλεύς.</w:t>
      </w:r>
    </w:p>
    <w:p>
      <w:r>
        <w:rPr>
          <w:rFonts w:ascii="Courier New" w:hAnsi="Courier New"/>
          <w:color w:val="555555"/>
          <w:sz w:val="20"/>
        </w:rPr>
        <w:t>[4 . 13 . 5]</w:t>
      </w:r>
    </w:p>
    <w:p>
      <w:r>
        <w:rPr>
          <w:rFonts w:ascii="Gentium Plus" w:hAnsi="Gentium Plus"/>
          <w:sz w:val="24"/>
        </w:rPr>
        <w:t>Καὶ αὐτὴν κοσμήσας ἐν χρυσῷ καὶ μαργαρίταις, ἐποίησεν ἡμῖν οἰνο‐ χοεῖν ἐν τῷ δείπνῳ ἐν κάλλει γυναικῶν.</w:t>
      </w:r>
    </w:p>
    <w:p>
      <w:r>
        <w:rPr>
          <w:rFonts w:ascii="Courier New" w:hAnsi="Courier New"/>
          <w:color w:val="555555"/>
          <w:sz w:val="20"/>
        </w:rPr>
        <w:t>[4 . 13 . 6]</w:t>
      </w:r>
    </w:p>
    <w:p>
      <w:r>
        <w:rPr>
          <w:rFonts w:ascii="Gentium Plus" w:hAnsi="Gentium Plus"/>
          <w:sz w:val="24"/>
        </w:rPr>
        <w:t>Καὶ ὁ οἶνος διέστρεψέ μου τοὺς ὀφθαλμούς, καὶ ἠμαύρωσέ μου τὴν καρδίαν ἡδονή.</w:t>
      </w:r>
    </w:p>
    <w:p>
      <w:r>
        <w:rPr>
          <w:rFonts w:ascii="Courier New" w:hAnsi="Courier New"/>
          <w:color w:val="555555"/>
          <w:sz w:val="20"/>
        </w:rPr>
        <w:t>[4 . 13 . 7]</w:t>
      </w:r>
    </w:p>
    <w:p>
      <w:r>
        <w:rPr>
          <w:rFonts w:ascii="Gentium Plus" w:hAnsi="Gentium Plus"/>
          <w:sz w:val="24"/>
        </w:rPr>
        <w:t>Καὶ ἐρασθεὶς αὐτῆς συνέπεσα, καὶ παρέβην ἐντολὴν Κυρίου, καὶ ἐντολὴν πατέρων μου, καὶ ἔλαβον αὐτὴν εἰς γυναῖκα.</w:t>
      </w:r>
    </w:p>
    <w:p>
      <w:r>
        <w:rPr>
          <w:rFonts w:ascii="Courier New" w:hAnsi="Courier New"/>
          <w:color w:val="555555"/>
          <w:sz w:val="20"/>
        </w:rPr>
        <w:t>[4 . 13 . 8]</w:t>
      </w:r>
    </w:p>
    <w:p>
      <w:r>
        <w:rPr>
          <w:rFonts w:ascii="Gentium Plus" w:hAnsi="Gentium Plus"/>
          <w:sz w:val="24"/>
        </w:rPr>
        <w:t>Καὶ ἀνταπέδωκέ μοι Κύριος κατὰ τὸ διαβούλιον τῆς καρδίας μου, ὅτι οὐκ ηὐφράνθην ἐπὶ τοῖς τέκνοις αὐτῆς.</w:t>
      </w:r>
    </w:p>
    <w:p>
      <w:r>
        <w:rPr>
          <w:rFonts w:ascii="Courier New" w:hAnsi="Courier New"/>
          <w:color w:val="555555"/>
          <w:sz w:val="20"/>
        </w:rPr>
        <w:t>[4 . 14 . 1]</w:t>
      </w:r>
    </w:p>
    <w:p>
      <w:r>
        <w:rPr>
          <w:rFonts w:ascii="Gentium Plus" w:hAnsi="Gentium Plus"/>
          <w:sz w:val="24"/>
        </w:rPr>
        <w:t>Καὶ νῦν, τέκνα μου, μὴ μεθύσκεσθε οἴνῳ· ὅτι ὁ οἶνος διαστρέφει τὸν νοῦν ἀπὸ τῆς ἀληθείας, καὶ ἐμβάλλει ὀργὴν ἐπιθυμίας, καὶ ὁδηγεῖ εἰς πλάνην τοὺς ὀφθαλμούς.</w:t>
      </w:r>
    </w:p>
    <w:p>
      <w:r>
        <w:rPr>
          <w:rFonts w:ascii="Courier New" w:hAnsi="Courier New"/>
          <w:color w:val="555555"/>
          <w:sz w:val="20"/>
        </w:rPr>
        <w:t>[4 . 14 . 2]</w:t>
      </w:r>
    </w:p>
    <w:p>
      <w:r>
        <w:rPr>
          <w:rFonts w:ascii="Gentium Plus" w:hAnsi="Gentium Plus"/>
          <w:sz w:val="24"/>
        </w:rPr>
        <w:t>Τὸ γὰρ πνεῦμα τῆς πορνείας τὸν οἶνον, ὡς διάκονον, πρὸς τὰς ἡδονὰς ἔχει τοῦ νοός· ὅτι καίγε τὰ δύο ταῦτα ἀφιστῶσι τὴν δύναμιν τοῦ ἀνθρώπου.</w:t>
      </w:r>
    </w:p>
    <w:p>
      <w:r>
        <w:rPr>
          <w:rFonts w:ascii="Courier New" w:hAnsi="Courier New"/>
          <w:color w:val="555555"/>
          <w:sz w:val="20"/>
        </w:rPr>
        <w:t>[4 . 14 . 3]</w:t>
      </w:r>
    </w:p>
    <w:p>
      <w:r>
        <w:rPr>
          <w:rFonts w:ascii="Gentium Plus" w:hAnsi="Gentium Plus"/>
          <w:sz w:val="24"/>
        </w:rPr>
        <w:t>Ἐὰν γάρ τις πίῃ οἶνον εἰς μέθην, ἐν διαλογισμοῖς ῥυπαροῖς συνταράσσει τὸν νοῦν εἰς πορνείαν καὶ ἐκθερμαίνει τὸ σῶμα πρὸς μίξιν, καὶ εἰ πάρεστι τὸ τῆς ἐπιθυμίας αἴτιον, πράσσει τὴν ἁμαρτίαν καὶ οὐκ</w:t>
      </w:r>
    </w:p>
    <w:p>
      <w:r>
        <w:rPr>
          <w:rFonts w:ascii="Courier New" w:hAnsi="Courier New"/>
          <w:color w:val="555555"/>
          <w:sz w:val="20"/>
        </w:rPr>
        <w:t>[5]</w:t>
      </w:r>
    </w:p>
    <w:p>
      <w:r>
        <w:rPr>
          <w:rFonts w:ascii="Gentium Plus" w:hAnsi="Gentium Plus"/>
          <w:sz w:val="24"/>
        </w:rPr>
        <w:t>αἰσχύνεται.</w:t>
      </w:r>
    </w:p>
    <w:p>
      <w:r>
        <w:rPr>
          <w:rFonts w:ascii="Courier New" w:hAnsi="Courier New"/>
          <w:color w:val="555555"/>
          <w:sz w:val="20"/>
        </w:rPr>
        <w:t>[4 . 14 . 4]</w:t>
      </w:r>
    </w:p>
    <w:p>
      <w:r>
        <w:rPr>
          <w:rFonts w:ascii="Gentium Plus" w:hAnsi="Gentium Plus"/>
          <w:sz w:val="24"/>
        </w:rPr>
        <w:t>Τοιοῦτός ἐστιν ὁ οἶνος, τέκνα μου, ὅτι ὁ μεθύων οὐδένα αἰδεῖται.</w:t>
      </w:r>
    </w:p>
    <w:p>
      <w:r>
        <w:rPr>
          <w:rFonts w:ascii="Courier New" w:hAnsi="Courier New"/>
          <w:color w:val="555555"/>
          <w:sz w:val="20"/>
        </w:rPr>
        <w:t>[4 . 14 . 5]</w:t>
      </w:r>
    </w:p>
    <w:p>
      <w:r>
        <w:rPr>
          <w:rFonts w:ascii="Gentium Plus" w:hAnsi="Gentium Plus"/>
          <w:sz w:val="24"/>
        </w:rPr>
        <w:t>Ἰδοὺ γὰρ κἀμὲ ἐπλάνησε, μὴ αἰσχυνθῆναι πλῆθος ἐν τῇ πόλει· ὅτι ἐν ὀφθαλμοῖς πάντων ἐξέκλινα πρὸς τὴν Θάμαρ, καὶ ἐποίησα ἁμαρτίαν μεγάλην, καὶ ἀνεκάλυψα κάλυμμα ἀκαθαρσίας υἱῶν μου.</w:t>
      </w:r>
    </w:p>
    <w:p>
      <w:r>
        <w:rPr>
          <w:rFonts w:ascii="Courier New" w:hAnsi="Courier New"/>
          <w:color w:val="555555"/>
          <w:sz w:val="20"/>
        </w:rPr>
        <w:t>[4 . 14 . 6]</w:t>
      </w:r>
    </w:p>
    <w:p>
      <w:r>
        <w:rPr>
          <w:rFonts w:ascii="Gentium Plus" w:hAnsi="Gentium Plus"/>
          <w:sz w:val="24"/>
        </w:rPr>
        <w:t>Πιὼν οἶνον, οὐκ αἰσχύνθην ἐντολὴν Θεοῦ καὶ ἔλαβον γυναῖκα Χαναναίαν.</w:t>
      </w:r>
    </w:p>
    <w:p>
      <w:r>
        <w:rPr>
          <w:rFonts w:ascii="Courier New" w:hAnsi="Courier New"/>
          <w:color w:val="555555"/>
          <w:sz w:val="20"/>
        </w:rPr>
        <w:t>[4 . 14 . 7]</w:t>
      </w:r>
    </w:p>
    <w:p>
      <w:r>
        <w:rPr>
          <w:rFonts w:ascii="Gentium Plus" w:hAnsi="Gentium Plus"/>
          <w:sz w:val="24"/>
        </w:rPr>
        <w:t>Διὸ συνέσεως χρῄζει ὁ πίνων οἶνον, τέκνα μου· καὶ αὕτη ἐστὶν ἡ σύνεσις τῆς οἰνοποσίας, ἵνα ἕως ὅτε ἔχει αἰδώ, πίνῃ·</w:t>
      </w:r>
    </w:p>
    <w:p>
      <w:r>
        <w:rPr>
          <w:rFonts w:ascii="Courier New" w:hAnsi="Courier New"/>
          <w:color w:val="555555"/>
          <w:sz w:val="20"/>
        </w:rPr>
        <w:t>[4 . 14 . 8]</w:t>
      </w:r>
    </w:p>
    <w:p>
      <w:r>
        <w:rPr>
          <w:rFonts w:ascii="Gentium Plus" w:hAnsi="Gentium Plus"/>
          <w:sz w:val="24"/>
        </w:rPr>
        <w:t>ἐὰν δὲ παρέλθῃ τὸν ὅρον τοῦτον, ἐμβάλλει εἰς τὸν νοῦν καὶ ποιεῖ τὸ πνεῦμα τῆς πλάνης· καὶ ποιεῖ τὸν μέθυσον αἰσχρορημονεῖν, καὶ παρανομεῖν, καὶ μὴ αἰσχύνεσθαι, ἀλλὰ καὶ ἐγκαυχᾶσθαι τῇ ἀτιμίᾳ, νομίζοντα εἶναι καλόν.</w:t>
      </w:r>
    </w:p>
    <w:p>
      <w:r>
        <w:rPr>
          <w:rFonts w:ascii="Courier New" w:hAnsi="Courier New"/>
          <w:color w:val="555555"/>
          <w:sz w:val="20"/>
        </w:rPr>
        <w:t>[4 . 15 . 1]</w:t>
      </w:r>
    </w:p>
    <w:p>
      <w:r>
        <w:rPr>
          <w:rFonts w:ascii="Gentium Plus" w:hAnsi="Gentium Plus"/>
          <w:sz w:val="24"/>
        </w:rPr>
        <w:t>Ὁ πορνεύων καὶ γυμνούμενος τῆς βασιλείας οὐκ ἐξέρχεται, δουλωθεὶς τῇ πορνείᾳ, ὡς κἀγὼ γυμνωθείς.</w:t>
      </w:r>
    </w:p>
    <w:p>
      <w:r>
        <w:rPr>
          <w:rFonts w:ascii="Courier New" w:hAnsi="Courier New"/>
          <w:color w:val="555555"/>
          <w:sz w:val="20"/>
        </w:rPr>
        <w:t>[4 . 15 . 3]</w:t>
      </w:r>
    </w:p>
    <w:p>
      <w:r>
        <w:rPr>
          <w:rFonts w:ascii="Gentium Plus" w:hAnsi="Gentium Plus"/>
          <w:sz w:val="24"/>
        </w:rPr>
        <w:t>Ἔδωκα γὰρ τὴν ῥάβδον μου, τουτέστι τὸ στήριγμα τῆς ἐμῆς φυλῆς· καὶ τὴν ζώνην μου, τουτέστι τὴν δύναμιν· καὶ τὸ διάδημα, τουτέστι τὴν δόξαν τῆς βασιλείας μου.</w:t>
      </w:r>
    </w:p>
    <w:p>
      <w:r>
        <w:rPr>
          <w:rFonts w:ascii="Courier New" w:hAnsi="Courier New"/>
          <w:color w:val="555555"/>
          <w:sz w:val="20"/>
        </w:rPr>
        <w:t>[4 . 15 . 4]</w:t>
      </w:r>
    </w:p>
    <w:p>
      <w:r>
        <w:rPr>
          <w:rFonts w:ascii="Gentium Plus" w:hAnsi="Gentium Plus"/>
          <w:sz w:val="24"/>
        </w:rPr>
        <w:t>Καίγε μετανοήσας ἐπὶ τούτοις, οἶνον καὶ κρέας οὐκ ἔλαβον ἕως γήρως, καὶ πᾶσαν εὐφροσύνην οὐκ εἶδον.</w:t>
      </w:r>
    </w:p>
    <w:p>
      <w:r>
        <w:rPr>
          <w:rFonts w:ascii="Courier New" w:hAnsi="Courier New"/>
          <w:color w:val="555555"/>
          <w:sz w:val="20"/>
        </w:rPr>
        <w:t>[4 . 15 . 5]</w:t>
      </w:r>
    </w:p>
    <w:p>
      <w:r>
        <w:rPr>
          <w:rFonts w:ascii="Gentium Plus" w:hAnsi="Gentium Plus"/>
          <w:sz w:val="24"/>
        </w:rPr>
        <w:t>Καὶ ἔδειξέ μοι ὁ ἄγγελος τοῦ Θεοῦ ἕως τοῦ αἰῶνος ὅτι καὶ βασιλεῖ, καὶ πτωχῷ, αἱ γυναῖκες κατακυριεύουσι,</w:t>
      </w:r>
    </w:p>
    <w:p>
      <w:r>
        <w:rPr>
          <w:rFonts w:ascii="Courier New" w:hAnsi="Courier New"/>
          <w:color w:val="555555"/>
          <w:sz w:val="20"/>
        </w:rPr>
        <w:t>[4 . 15 . 6]</w:t>
      </w:r>
    </w:p>
    <w:p>
      <w:r>
        <w:rPr>
          <w:rFonts w:ascii="Gentium Plus" w:hAnsi="Gentium Plus"/>
          <w:sz w:val="24"/>
        </w:rPr>
        <w:t>καὶ τοῦ μὲν βασιλέως αἴρουσι τὴν δόξαν, τοῦ δὲ ἀνδρείου τὴν δύναμιν, καὶ τοῦ πτωχοῦ τὸ τῆς πτωχείας ἐλάχιστον στήριγμα.</w:t>
      </w:r>
    </w:p>
    <w:p>
      <w:r>
        <w:rPr>
          <w:rFonts w:ascii="Courier New" w:hAnsi="Courier New"/>
          <w:color w:val="555555"/>
          <w:sz w:val="20"/>
        </w:rPr>
        <w:t>[4 . 16 . 1]</w:t>
      </w:r>
    </w:p>
    <w:p>
      <w:r>
        <w:rPr>
          <w:rFonts w:ascii="Gentium Plus" w:hAnsi="Gentium Plus"/>
          <w:sz w:val="24"/>
        </w:rPr>
        <w:t>Φυλάσσεσθε οὖν, τέκνα μου, ὅρον οἴνου. Ἔστι γὰρ ἐν αὐτῷ τέσσαρα πνεύματα πονηρά· ἐπιθυμίας, πυρώ‐ σεως, ἀσωτίας, αἰσχροκερδίας.</w:t>
      </w:r>
    </w:p>
    <w:p>
      <w:r>
        <w:rPr>
          <w:rFonts w:ascii="Courier New" w:hAnsi="Courier New"/>
          <w:color w:val="555555"/>
          <w:sz w:val="20"/>
        </w:rPr>
        <w:t>[4 . 16 . 2]</w:t>
      </w:r>
    </w:p>
    <w:p>
      <w:r>
        <w:rPr>
          <w:rFonts w:ascii="Gentium Plus" w:hAnsi="Gentium Plus"/>
          <w:sz w:val="24"/>
        </w:rPr>
        <w:t>Ἐὰν πίνητε οἶνον ἐν εὐφροσύνῃ μετὰ φόβου Θεοῦ αἰδούμενοι, ζήσεσθε. Ἐὰν γὰρ πίνητε μὴ αἰδούμενοι, καὶ ἀποστῇ ὁ τοῦ Θεοῦ φόβος, λοιπὸν γίνεται μέθη, καὶ παρεισέρχεται ἡ ἀναισχυντία.</w:t>
      </w:r>
    </w:p>
    <w:p>
      <w:r>
        <w:rPr>
          <w:rFonts w:ascii="Courier New" w:hAnsi="Courier New"/>
          <w:color w:val="555555"/>
          <w:sz w:val="20"/>
        </w:rPr>
        <w:t>[4 . 16 . 3]</w:t>
      </w:r>
    </w:p>
    <w:p>
      <w:r>
        <w:rPr>
          <w:rFonts w:ascii="Gentium Plus" w:hAnsi="Gentium Plus"/>
          <w:sz w:val="24"/>
        </w:rPr>
        <w:t>Εἰ δὲ μηδὲ ὅλως πίετε, ἵνα μὴ ἁμάρτητε ἐν λόγοις ὕβρεως, καὶ μάχης, καὶ συκοφαντίας, καὶ παραβάσεως ἐντολῶν Θεοῦ, καὶ ἀπολέσθαι οὐκ ἐν καιρῷ ὑμῶν.</w:t>
      </w:r>
    </w:p>
    <w:p>
      <w:r>
        <w:rPr>
          <w:rFonts w:ascii="Courier New" w:hAnsi="Courier New"/>
          <w:color w:val="555555"/>
          <w:sz w:val="20"/>
        </w:rPr>
        <w:t>[4 . 16 . 4]</w:t>
      </w:r>
    </w:p>
    <w:p>
      <w:r>
        <w:rPr>
          <w:rFonts w:ascii="Gentium Plus" w:hAnsi="Gentium Plus"/>
          <w:sz w:val="24"/>
        </w:rPr>
        <w:t>Καίγε μυστήρια Θεοῦ καὶ ἀνθρώπων ἀλλοτρίοις ἀποκαλύπτει ὁ οἶνος, ὡς κἀγὼ ἐντολὰς Θεοῦ καὶ μυστήρια Ἰακὼβ τοῦ πατρός μου ἀπεκά‐ λυψα τῇ Χανανίτιδι Βησουέ, οἷς εἶπεν ὁ Θεὸς μὴ ἀποκαλύψαι.</w:t>
      </w:r>
    </w:p>
    <w:p>
      <w:r>
        <w:rPr>
          <w:rFonts w:ascii="Courier New" w:hAnsi="Courier New"/>
          <w:color w:val="555555"/>
          <w:sz w:val="20"/>
        </w:rPr>
        <w:t>[5]</w:t>
      </w:r>
    </w:p>
    <w:p>
      <w:r>
        <w:rPr>
          <w:rFonts w:ascii="Gentium Plus" w:hAnsi="Gentium Plus"/>
          <w:sz w:val="24"/>
        </w:rPr>
        <w:t>Καὶ πολέμου δὲ καὶ ταραχῆς αἴτιος γίνεται ὁ οἶνος.</w:t>
      </w:r>
    </w:p>
    <w:p>
      <w:r>
        <w:rPr>
          <w:rFonts w:ascii="Courier New" w:hAnsi="Courier New"/>
          <w:color w:val="555555"/>
          <w:sz w:val="20"/>
        </w:rPr>
        <w:t>[4 . 17 . 1]</w:t>
      </w:r>
    </w:p>
    <w:p>
      <w:r>
        <w:rPr>
          <w:rFonts w:ascii="Gentium Plus" w:hAnsi="Gentium Plus"/>
          <w:sz w:val="24"/>
        </w:rPr>
        <w:t>Ἐντέλλομαι οὖν ὑμῖν, τέκνα μου, μὴ ἀγαπᾶν ἀργύριον, μηδὲ ἐμβλέπειν εἰς κάλλος γυναικῶν· ὅτι καίγε δι’ ἀργύριον καὶ εὐμορφίαν ἐπλανήθην εἰς Βησουὲ τὴν Χαναναίαν.</w:t>
      </w:r>
    </w:p>
    <w:p>
      <w:r>
        <w:rPr>
          <w:rFonts w:ascii="Courier New" w:hAnsi="Courier New"/>
          <w:color w:val="555555"/>
          <w:sz w:val="20"/>
        </w:rPr>
        <w:t>[4 . 17 . 2]</w:t>
      </w:r>
    </w:p>
    <w:p>
      <w:r>
        <w:rPr>
          <w:rFonts w:ascii="Gentium Plus" w:hAnsi="Gentium Plus"/>
          <w:sz w:val="24"/>
        </w:rPr>
        <w:t>Ὅτι οἶδα ἐγώ, ὅτι διὰ τὰ δύο ταῦτα ἔσεσθε τὸ γένος μου ἐν πονηρίᾳ·</w:t>
      </w:r>
    </w:p>
    <w:p>
      <w:r>
        <w:rPr>
          <w:rFonts w:ascii="Courier New" w:hAnsi="Courier New"/>
          <w:color w:val="555555"/>
          <w:sz w:val="20"/>
        </w:rPr>
        <w:t>[4 . 17 . 3]</w:t>
      </w:r>
    </w:p>
    <w:p>
      <w:r>
        <w:rPr>
          <w:rFonts w:ascii="Gentium Plus" w:hAnsi="Gentium Plus"/>
          <w:sz w:val="24"/>
        </w:rPr>
        <w:t>ὅτι καίγε σοφοὺς ἄνδρας τῶν υἱῶν μου ἀλλοιώσουσι, καὶ βασιλείαν Ἰούδα σμικρυνθῆναι ποιήσουσιν, ἣν ἔδωκέ μοι Κύριος ἐν ὑπακοῇ πατρός.</w:t>
      </w:r>
    </w:p>
    <w:p>
      <w:r>
        <w:rPr>
          <w:rFonts w:ascii="Courier New" w:hAnsi="Courier New"/>
          <w:color w:val="555555"/>
          <w:sz w:val="20"/>
        </w:rPr>
        <w:t>[4 . 17 . 4]</w:t>
      </w:r>
    </w:p>
    <w:p>
      <w:r>
        <w:rPr>
          <w:rFonts w:ascii="Gentium Plus" w:hAnsi="Gentium Plus"/>
          <w:sz w:val="24"/>
        </w:rPr>
        <w:t>Οὐδέποτε γὰρ ἐλύπησα λόγον Ἰακὼβ τοῦ πατρός μου, ὅτι πάντα, ὅσα εἶπεν, ἐποίουν.</w:t>
      </w:r>
    </w:p>
    <w:p>
      <w:r>
        <w:rPr>
          <w:rFonts w:ascii="Courier New" w:hAnsi="Courier New"/>
          <w:color w:val="555555"/>
          <w:sz w:val="20"/>
        </w:rPr>
        <w:t>[4 . 17 . 5]</w:t>
      </w:r>
    </w:p>
    <w:p>
      <w:r>
        <w:rPr>
          <w:rFonts w:ascii="Gentium Plus" w:hAnsi="Gentium Plus"/>
          <w:sz w:val="24"/>
        </w:rPr>
        <w:t>Καὶ Ἀβραὰμ ὁ πατὴρ τοῦ πατρός μου εὐλόγησέ με, βασιλεύειν ἐν Ἰσραήλ· καὶ Ἰσαὰκ ἐπευλόγησέ με ὁμοίως οὕτως.</w:t>
      </w:r>
    </w:p>
    <w:p>
      <w:r>
        <w:rPr>
          <w:rFonts w:ascii="Courier New" w:hAnsi="Courier New"/>
          <w:color w:val="555555"/>
          <w:sz w:val="20"/>
        </w:rPr>
        <w:t>[4 . 17 . 6]</w:t>
      </w:r>
    </w:p>
    <w:p>
      <w:r>
        <w:rPr>
          <w:rFonts w:ascii="Gentium Plus" w:hAnsi="Gentium Plus"/>
          <w:sz w:val="24"/>
        </w:rPr>
        <w:t>Καὶ ἐγὼ οἶδα, ὅτι ἐξ ἐμοῦ στήσεται τὸ βασίλειον.</w:t>
      </w:r>
    </w:p>
    <w:p>
      <w:r>
        <w:rPr>
          <w:rFonts w:ascii="Courier New" w:hAnsi="Courier New"/>
          <w:color w:val="555555"/>
          <w:sz w:val="20"/>
        </w:rPr>
        <w:t>[4 . 18 . 1]</w:t>
      </w:r>
    </w:p>
    <w:p>
      <w:r>
        <w:rPr>
          <w:rFonts w:ascii="Gentium Plus" w:hAnsi="Gentium Plus"/>
          <w:sz w:val="24"/>
        </w:rPr>
        <w:t>Ὅτι καίγε ἀνέγνων ἐν βίβλοις Ἐνὼχ τοῦ δικαίου, ὅσα κακὰ ποιήσετε ἐπ’ ἐσχάταις ἡμέραις.</w:t>
      </w:r>
    </w:p>
    <w:p>
      <w:r>
        <w:rPr>
          <w:rFonts w:ascii="Courier New" w:hAnsi="Courier New"/>
          <w:color w:val="555555"/>
          <w:sz w:val="20"/>
        </w:rPr>
        <w:t>[4 . 18 . 2]</w:t>
      </w:r>
    </w:p>
    <w:p>
      <w:r>
        <w:rPr>
          <w:rFonts w:ascii="Gentium Plus" w:hAnsi="Gentium Plus"/>
          <w:sz w:val="24"/>
        </w:rPr>
        <w:t>Φυλά‐ ξασθε οὖν, τέκνα μου, ἀπὸ τῆς πορνείας καὶ τῆς φιλαργυρίας, ἀκούσατε Ἰούδα τοῦ πατρὸς ὑμῶν,</w:t>
      </w:r>
    </w:p>
    <w:p>
      <w:r>
        <w:rPr>
          <w:rFonts w:ascii="Courier New" w:hAnsi="Courier New"/>
          <w:color w:val="555555"/>
          <w:sz w:val="20"/>
        </w:rPr>
        <w:t>[4 . 18 . 3]</w:t>
      </w:r>
    </w:p>
    <w:p>
      <w:r>
        <w:rPr>
          <w:rFonts w:ascii="Gentium Plus" w:hAnsi="Gentium Plus"/>
          <w:sz w:val="24"/>
        </w:rPr>
        <w:t>ὅτι ταῦτα ἀφιστᾷ νόμου Θεοῦ, καὶ τυφλοῖ τὸ διαβούλιον τῆς ψυχῆς, καὶ ὑπερηφανίαν ἐκδιδάσκει, καὶ οὐκ ἀφίει ἄνδρα ἐλεῆσαι τὸν πλησίον αὐτοῦ,</w:t>
      </w:r>
    </w:p>
    <w:p>
      <w:r>
        <w:rPr>
          <w:rFonts w:ascii="Courier New" w:hAnsi="Courier New"/>
          <w:color w:val="555555"/>
          <w:sz w:val="20"/>
        </w:rPr>
        <w:t>[4 . 18 . 4]</w:t>
      </w:r>
    </w:p>
    <w:p>
      <w:r>
        <w:rPr>
          <w:rFonts w:ascii="Gentium Plus" w:hAnsi="Gentium Plus"/>
          <w:sz w:val="24"/>
        </w:rPr>
        <w:t>στερίσκει τὴν ψυχὴν αὐτοῦ ἀπὸ πάσης ἀγαθοσύνης, καὶ συνέχει αὐτὸν ἐν μόχθοις καὶ πόνοις, καὶ ἀφιστᾷ ὕπνον αὐτοῦ, καὶ καταδαπανᾷ σάρκας αὐτοῦ,</w:t>
      </w:r>
    </w:p>
    <w:p>
      <w:r>
        <w:rPr>
          <w:rFonts w:ascii="Courier New" w:hAnsi="Courier New"/>
          <w:color w:val="555555"/>
          <w:sz w:val="20"/>
        </w:rPr>
        <w:t>[4 . 18 . 5]</w:t>
      </w:r>
    </w:p>
    <w:p>
      <w:r>
        <w:rPr>
          <w:rFonts w:ascii="Gentium Plus" w:hAnsi="Gentium Plus"/>
          <w:sz w:val="24"/>
        </w:rPr>
        <w:t>καὶ θυσίας Θεοῦ ἐμποδίζει, καὶ εὐλογίας οὐ μέμνηται, καὶ προ‐ φήτῃ λαλοῦντι οὐχ ὑπακούει, καὶ λόγῳ εὐσεβείας προσωχθί‐ ζει.</w:t>
      </w:r>
    </w:p>
    <w:p>
      <w:r>
        <w:rPr>
          <w:rFonts w:ascii="Courier New" w:hAnsi="Courier New"/>
          <w:color w:val="555555"/>
          <w:sz w:val="20"/>
        </w:rPr>
        <w:t>[4 . 18 . 6]</w:t>
      </w:r>
    </w:p>
    <w:p>
      <w:r>
        <w:rPr>
          <w:rFonts w:ascii="Gentium Plus" w:hAnsi="Gentium Plus"/>
          <w:sz w:val="24"/>
        </w:rPr>
        <w:t>Δύο γὰρ πάθη ἐναντία τῶν ἐντολῶν τοῦ Θεοῦ δου‐ λεύων Θεῷ Θεοῦ ὑπακούειν οὐ δύναται, ὅτι ἐτύφλωσαν τὴν ψυχὴν αὐτοῦ, καὶ ἐν ἡμέρᾳ ὡς ἐν νυκτὶ πορεύεται.</w:t>
      </w:r>
    </w:p>
    <w:p>
      <w:r>
        <w:rPr>
          <w:rFonts w:ascii="Courier New" w:hAnsi="Courier New"/>
          <w:color w:val="555555"/>
          <w:sz w:val="20"/>
        </w:rPr>
        <w:t>[4 . 19 . 1]</w:t>
      </w:r>
    </w:p>
    <w:p>
      <w:r>
        <w:rPr>
          <w:rFonts w:ascii="Gentium Plus" w:hAnsi="Gentium Plus"/>
          <w:sz w:val="24"/>
        </w:rPr>
        <w:t>Τέκνα μου, ἡ φιλαργυρία πρὸς εἴδωλα ὁδηγεῖ, ὅτι ἐν πλάνῃ δι’ ἀργυρίου, τοὺς μὴ ὄντας θεοὺς ὀνομάζουσι· καὶ ποιεῖ τὸν ἔχοντα αὐτὴν εἰς ἔκστασιν ἐμπεσεῖν.</w:t>
      </w:r>
    </w:p>
    <w:p>
      <w:r>
        <w:rPr>
          <w:rFonts w:ascii="Courier New" w:hAnsi="Courier New"/>
          <w:color w:val="555555"/>
          <w:sz w:val="20"/>
        </w:rPr>
        <w:t>[4 . 19 . 2]</w:t>
      </w:r>
    </w:p>
    <w:p>
      <w:r>
        <w:rPr>
          <w:rFonts w:ascii="Gentium Plus" w:hAnsi="Gentium Plus"/>
          <w:sz w:val="24"/>
        </w:rPr>
        <w:t>Διὰ ἀργύριον ἐγὼ ἀπώλεσα τὰ τέκνα μου, καὶ εἰ μὴ ἡ μετάνοια σαρκός μου, καὶ ἡ ταπείνωσις ψυχῆς μου, καὶ αἱ εὐχαὶ Ἰακὼβ τοῦ πατρός μου, ἄτεκνος εἶχον ἀποθανεῖν.</w:t>
      </w:r>
    </w:p>
    <w:p>
      <w:r>
        <w:rPr>
          <w:rFonts w:ascii="Courier New" w:hAnsi="Courier New"/>
          <w:color w:val="555555"/>
          <w:sz w:val="20"/>
        </w:rPr>
        <w:t>[4 . 19 . 3]</w:t>
      </w:r>
    </w:p>
    <w:p>
      <w:r>
        <w:rPr>
          <w:rFonts w:ascii="Gentium Plus" w:hAnsi="Gentium Plus"/>
          <w:sz w:val="24"/>
        </w:rPr>
        <w:t>Ἀλλ’ ὁ Θεὸς τῶν πατέρων μου, ὁ οἰκτίρμων καὶ ἐλεήμων, συνέγνω ὅτι ἐν ἀγνοίᾳ ἐποίησα.</w:t>
      </w:r>
    </w:p>
    <w:p>
      <w:r>
        <w:rPr>
          <w:rFonts w:ascii="Courier New" w:hAnsi="Courier New"/>
          <w:color w:val="555555"/>
          <w:sz w:val="20"/>
        </w:rPr>
        <w:t>[4 . 19 . 4]</w:t>
      </w:r>
    </w:p>
    <w:p>
      <w:r>
        <w:rPr>
          <w:rFonts w:ascii="Gentium Plus" w:hAnsi="Gentium Plus"/>
          <w:sz w:val="24"/>
        </w:rPr>
        <w:t>Ἐτύφλωσε γάρ με ὁ ἄρχων τῆς πλάνης, καὶ ἠγνόησα, ὡς ἄνθρωπος, καὶ ὡς σάρξ, ἐν ἁμαρ‐ τίαις φθαρείς· καὶ ἐπέγνων τὴν ἐμαυτοῦ ἀσθένειαν, νομίζων ἀκαταμάχητος εἶναι.</w:t>
      </w:r>
    </w:p>
    <w:p>
      <w:r>
        <w:rPr>
          <w:rFonts w:ascii="Courier New" w:hAnsi="Courier New"/>
          <w:color w:val="555555"/>
          <w:sz w:val="20"/>
        </w:rPr>
        <w:t>[4 . 20 . 1]</w:t>
      </w:r>
    </w:p>
    <w:p>
      <w:r>
        <w:rPr>
          <w:rFonts w:ascii="Gentium Plus" w:hAnsi="Gentium Plus"/>
          <w:sz w:val="24"/>
        </w:rPr>
        <w:t>Ἐπίγνωτε οὖν, τέκνα μου, ὅτι δύο πνεύματα σχολάζουσι τῷ ἀνθρώπῳ, τὸ τῆς ἀληθείας καὶ τὸ τῆς πλάνης·</w:t>
      </w:r>
    </w:p>
    <w:p>
      <w:r>
        <w:rPr>
          <w:rFonts w:ascii="Courier New" w:hAnsi="Courier New"/>
          <w:color w:val="555555"/>
          <w:sz w:val="20"/>
        </w:rPr>
        <w:t>[4 . 20 . 2]</w:t>
      </w:r>
    </w:p>
    <w:p>
      <w:r>
        <w:rPr>
          <w:rFonts w:ascii="Gentium Plus" w:hAnsi="Gentium Plus"/>
          <w:sz w:val="24"/>
        </w:rPr>
        <w:t>καὶ μέσον ἐστὶ τὸ τῆς συνέσεως τοῦ νοός, οὗ ἐὰν θέλῃ κλῖναι.</w:t>
      </w:r>
    </w:p>
    <w:p>
      <w:r>
        <w:rPr>
          <w:rFonts w:ascii="Courier New" w:hAnsi="Courier New"/>
          <w:color w:val="555555"/>
          <w:sz w:val="20"/>
        </w:rPr>
        <w:t>[4 . 20 . 3]</w:t>
      </w:r>
    </w:p>
    <w:p>
      <w:r>
        <w:rPr>
          <w:rFonts w:ascii="Gentium Plus" w:hAnsi="Gentium Plus"/>
          <w:sz w:val="24"/>
        </w:rPr>
        <w:t>Καίγε τὰ τῆς ἀληθείας καὶ τὰ τῆς πλάνης γέγραπται ἐπὶ τὸ στῆθος τοῦ ἀνθρώπου· καὶ ἓν ἕκαστον αὐτῶν γνωρίζει Κύριος.</w:t>
      </w:r>
    </w:p>
    <w:p>
      <w:r>
        <w:rPr>
          <w:rFonts w:ascii="Courier New" w:hAnsi="Courier New"/>
          <w:color w:val="555555"/>
          <w:sz w:val="20"/>
        </w:rPr>
        <w:t>[4 . 20 . 4]</w:t>
      </w:r>
    </w:p>
    <w:p>
      <w:r>
        <w:rPr>
          <w:rFonts w:ascii="Gentium Plus" w:hAnsi="Gentium Plus"/>
          <w:sz w:val="24"/>
        </w:rPr>
        <w:t>Καὶ οὐκ ἔστι καιρός, ἐν ὧ δυνήσεται λαθεῖν ἀνθρώπων ἔργα· ὅτι ἐν στήθει ὀστέων αὐτὸς ἐγγέγραπ‐ ται ἐνώπιον Κυρίου.</w:t>
      </w:r>
    </w:p>
    <w:p>
      <w:r>
        <w:rPr>
          <w:rFonts w:ascii="Courier New" w:hAnsi="Courier New"/>
          <w:color w:val="555555"/>
          <w:sz w:val="20"/>
        </w:rPr>
        <w:t>[4 . 20 . 5]</w:t>
      </w:r>
    </w:p>
    <w:p>
      <w:r>
        <w:rPr>
          <w:rFonts w:ascii="Gentium Plus" w:hAnsi="Gentium Plus"/>
          <w:sz w:val="24"/>
        </w:rPr>
        <w:t>Καὶ τὸ πνεῦμα τῆς ἀληθείας μαρτυρεῖ πάντα, καὶ κατηγορεῖ πάντων, καὶ ἐμπεπύρισται ὁ ἁμαρτήσας ἐκ τῆς ἰδίας καρδίας, καὶ ἆραι πρόσωπον οὐ δύναται πρὸς τὸν κριτήν.</w:t>
      </w:r>
    </w:p>
    <w:p>
      <w:r>
        <w:rPr>
          <w:rFonts w:ascii="Courier New" w:hAnsi="Courier New"/>
          <w:color w:val="555555"/>
          <w:sz w:val="20"/>
        </w:rPr>
        <w:t>[4 . 21 . 1]</w:t>
      </w:r>
    </w:p>
    <w:p>
      <w:r>
        <w:rPr>
          <w:rFonts w:ascii="Gentium Plus" w:hAnsi="Gentium Plus"/>
          <w:sz w:val="24"/>
        </w:rPr>
        <w:t>Καὶ νῦν, τέκνα, ἀγαπήσατε τὸν Λευί, ἵνα δια‐ μείνητε· καὶ μὴ ἐπαίρεσθε ἐπ’ αὐτόν, ἵνα μὴ ἐξολοθρευθῆτε.</w:t>
      </w:r>
    </w:p>
    <w:p>
      <w:r>
        <w:rPr>
          <w:rFonts w:ascii="Courier New" w:hAnsi="Courier New"/>
          <w:color w:val="555555"/>
          <w:sz w:val="20"/>
        </w:rPr>
        <w:t>[4 . 21 . 2]</w:t>
      </w:r>
    </w:p>
    <w:p>
      <w:r>
        <w:rPr>
          <w:rFonts w:ascii="Gentium Plus" w:hAnsi="Gentium Plus"/>
          <w:sz w:val="24"/>
        </w:rPr>
        <w:t>Ἐμοὶ γὰρ ἔδωκε Κύριος τὴν βασιλείαν, κἀκείνῳ τὴν ἱερατείαν, καὶ ὑπέταξε τὴν βασιλείαν τῇ ἱερωσύνῃ.</w:t>
      </w:r>
    </w:p>
    <w:p>
      <w:r>
        <w:rPr>
          <w:rFonts w:ascii="Courier New" w:hAnsi="Courier New"/>
          <w:color w:val="555555"/>
          <w:sz w:val="20"/>
        </w:rPr>
        <w:t>[4 . 21 . 3]</w:t>
      </w:r>
    </w:p>
    <w:p>
      <w:r>
        <w:rPr>
          <w:rFonts w:ascii="Gentium Plus" w:hAnsi="Gentium Plus"/>
          <w:sz w:val="24"/>
        </w:rPr>
        <w:t>Ἐμοὶ ἔδωκε τὰ ἐπὶ τῆς γῆς, ἐκείνῳ τὰ ἐν οὐρανοῖς.</w:t>
      </w:r>
    </w:p>
    <w:p>
      <w:r>
        <w:rPr>
          <w:rFonts w:ascii="Courier New" w:hAnsi="Courier New"/>
          <w:color w:val="555555"/>
          <w:sz w:val="20"/>
        </w:rPr>
        <w:t>[4 . 21 . 4]</w:t>
      </w:r>
    </w:p>
    <w:p>
      <w:r>
        <w:rPr>
          <w:rFonts w:ascii="Gentium Plus" w:hAnsi="Gentium Plus"/>
          <w:sz w:val="24"/>
        </w:rPr>
        <w:t>Ὡς ὑπερέχει οὐρανὸς τῆς γῆς, οὕτως ὑπερέχει Θεοῦ ἱερατεία τῆς ἐπὶ γῆς βασιλείας.</w:t>
      </w:r>
    </w:p>
    <w:p>
      <w:r>
        <w:rPr>
          <w:rFonts w:ascii="Courier New" w:hAnsi="Courier New"/>
          <w:color w:val="555555"/>
          <w:sz w:val="20"/>
        </w:rPr>
        <w:t>[4 . 21 . 5]</w:t>
      </w:r>
    </w:p>
    <w:p>
      <w:r>
        <w:rPr>
          <w:rFonts w:ascii="Gentium Plus" w:hAnsi="Gentium Plus"/>
          <w:sz w:val="24"/>
        </w:rPr>
        <w:t>Καὶ γὰρ αὐτὸν ὑπέρ σε ἐξελέξατο Κύριος ἐγγίζειν αὐτῷ, καὶ ἐσθίειν τράπεζαν αὐτοῦ, καὶ ἀπαρχὰς ἐντρυφήματα υἱῶν Ἰσραήλ·</w:t>
      </w:r>
    </w:p>
    <w:p>
      <w:r>
        <w:rPr>
          <w:rFonts w:ascii="Courier New" w:hAnsi="Courier New"/>
          <w:color w:val="555555"/>
          <w:sz w:val="20"/>
        </w:rPr>
        <w:t>[4 . 21 . 6]</w:t>
      </w:r>
    </w:p>
    <w:p>
      <w:r>
        <w:rPr>
          <w:rFonts w:ascii="Gentium Plus" w:hAnsi="Gentium Plus"/>
          <w:sz w:val="24"/>
        </w:rPr>
        <w:t>καὶ ἔσῃ αὐτοῖς ὡς θάλασσα. Ὥσπερ γὰρ ἐν αὐτῇ δίκαιοι καὶ ἄδικοι χειμάζονται, οἱ μὲν αἰχμαλωτιζόμενοι, οἱ δὲ πλουτοῦντες· οὕτως καὶ ἐν σοὶ πᾶν γένος ἀνθρώπων, οἱ μὲν κινδυνεύουσιν</w:t>
      </w:r>
    </w:p>
    <w:p>
      <w:r>
        <w:rPr>
          <w:rFonts w:ascii="Courier New" w:hAnsi="Courier New"/>
          <w:color w:val="555555"/>
          <w:sz w:val="20"/>
        </w:rPr>
        <w:t>[5]</w:t>
      </w:r>
    </w:p>
    <w:p>
      <w:r>
        <w:rPr>
          <w:rFonts w:ascii="Gentium Plus" w:hAnsi="Gentium Plus"/>
          <w:sz w:val="24"/>
        </w:rPr>
        <w:t>αἰχμαλωτιζόμενοι, οἱ δὲ πλουτίσουσιν ἁρπάζοντες.</w:t>
      </w:r>
    </w:p>
    <w:p>
      <w:r>
        <w:rPr>
          <w:rFonts w:ascii="Courier New" w:hAnsi="Courier New"/>
          <w:color w:val="555555"/>
          <w:sz w:val="20"/>
        </w:rPr>
        <w:t>[4 . 21 . 7]</w:t>
      </w:r>
    </w:p>
    <w:p>
      <w:r>
        <w:rPr>
          <w:rFonts w:ascii="Gentium Plus" w:hAnsi="Gentium Plus"/>
          <w:sz w:val="24"/>
        </w:rPr>
        <w:t>Ὅτι οἱ βασιλεύοντες ἔσονται ὡς κήτη, καταπίνοντες ἀνθρώπους ὡς ἰχθύας· θυγατέρας καὶ υἱοὺς ἐλευθέρους καταδουλοῦσιν· οἴκους, ἀγρούς, ποίμνια, χρήματα ἁρπάσουσι·</w:t>
      </w:r>
    </w:p>
    <w:p>
      <w:r>
        <w:rPr>
          <w:rFonts w:ascii="Courier New" w:hAnsi="Courier New"/>
          <w:color w:val="555555"/>
          <w:sz w:val="20"/>
        </w:rPr>
        <w:t>[4 . 21 . 8]</w:t>
      </w:r>
    </w:p>
    <w:p>
      <w:r>
        <w:rPr>
          <w:rFonts w:ascii="Gentium Plus" w:hAnsi="Gentium Plus"/>
          <w:sz w:val="24"/>
        </w:rPr>
        <w:t>καὶ πολλῶν σάρκας ἀδίκως κόρακας καὶ ἴβεις χορτάσουσι, καὶ προκόψουσιν ἐπὶ τὸ κακὸν ἐν πλεονεξίᾳ ὑψούμενοι.</w:t>
      </w:r>
    </w:p>
    <w:p>
      <w:r>
        <w:rPr>
          <w:rFonts w:ascii="Courier New" w:hAnsi="Courier New"/>
          <w:color w:val="555555"/>
          <w:sz w:val="20"/>
        </w:rPr>
        <w:t>[4 . 21 . 9]</w:t>
      </w:r>
    </w:p>
    <w:p>
      <w:r>
        <w:rPr>
          <w:rFonts w:ascii="Gentium Plus" w:hAnsi="Gentium Plus"/>
          <w:sz w:val="24"/>
        </w:rPr>
        <w:t>Καὶ ἔσονται ὡς καταιγίδες ψευδοπροφῆται, καὶ πάντας δικαίους διώξονται.</w:t>
      </w:r>
    </w:p>
    <w:p>
      <w:r>
        <w:rPr>
          <w:rFonts w:ascii="Courier New" w:hAnsi="Courier New"/>
          <w:color w:val="555555"/>
          <w:sz w:val="20"/>
        </w:rPr>
        <w:t>[4 . 22 . 1]</w:t>
      </w:r>
    </w:p>
    <w:p>
      <w:r>
        <w:rPr>
          <w:rFonts w:ascii="Gentium Plus" w:hAnsi="Gentium Plus"/>
          <w:sz w:val="24"/>
        </w:rPr>
        <w:t>Ἐπάξει δὲ αὐτοῖς Κύριος διαιρέσεις κατ’ ἀλλήλων, καὶ πόλεμοι συνεχεῖς ἔσονται ἐν Ἰσραήλ,</w:t>
      </w:r>
    </w:p>
    <w:p>
      <w:r>
        <w:rPr>
          <w:rFonts w:ascii="Courier New" w:hAnsi="Courier New"/>
          <w:color w:val="555555"/>
          <w:sz w:val="20"/>
        </w:rPr>
        <w:t>[4 . 22 . 2]</w:t>
      </w:r>
    </w:p>
    <w:p>
      <w:r>
        <w:rPr>
          <w:rFonts w:ascii="Gentium Plus" w:hAnsi="Gentium Plus"/>
          <w:sz w:val="24"/>
        </w:rPr>
        <w:t>καὶ ἐν ἀλλοφύλοις συντελεσθήσεται ἡ βασιλεία μου, ἕως τοῦ ἐλθεῖν τὸ σωτήριον Ἰσραήλ, ἕως παρουσίας τοῦ Θεοῦ τῆς δικαιο‐ σύνης, τοῦ ἡσυχάσαι τὸν Ἰακὼβ ἐν εἰρήνῃ, καὶ πάντα τὰ</w:t>
      </w:r>
    </w:p>
    <w:p>
      <w:r>
        <w:rPr>
          <w:rFonts w:ascii="Courier New" w:hAnsi="Courier New"/>
          <w:color w:val="555555"/>
          <w:sz w:val="20"/>
        </w:rPr>
        <w:t>[5]</w:t>
      </w:r>
    </w:p>
    <w:p>
      <w:r>
        <w:rPr>
          <w:rFonts w:ascii="Gentium Plus" w:hAnsi="Gentium Plus"/>
          <w:sz w:val="24"/>
        </w:rPr>
        <w:t>ἔθνη.</w:t>
      </w:r>
    </w:p>
    <w:p>
      <w:r>
        <w:rPr>
          <w:rFonts w:ascii="Courier New" w:hAnsi="Courier New"/>
          <w:color w:val="555555"/>
          <w:sz w:val="20"/>
        </w:rPr>
        <w:t>[4 . 22 . 3]</w:t>
      </w:r>
    </w:p>
    <w:p>
      <w:r>
        <w:rPr>
          <w:rFonts w:ascii="Gentium Plus" w:hAnsi="Gentium Plus"/>
          <w:sz w:val="24"/>
        </w:rPr>
        <w:t>Καὶ αὐτὸς φυλάξει κράτος βασιλείας μου ἕως τοῦ αἰῶνος. Ὅρκῳ γὰρ ὤμοσέ μοι Κύριος, μὴ ἐκλείψειν τὸ βασίλειόν μου καὶ τοῦ σπέρματός μου, πάσας τὰς ἡμέρας, ἕως τοῦ αἰῶνος.</w:t>
      </w:r>
    </w:p>
    <w:p>
      <w:r>
        <w:rPr>
          <w:rFonts w:ascii="Courier New" w:hAnsi="Courier New"/>
          <w:color w:val="555555"/>
          <w:sz w:val="20"/>
        </w:rPr>
        <w:t>[4 . 23 . 1]</w:t>
      </w:r>
    </w:p>
    <w:p>
      <w:r>
        <w:rPr>
          <w:rFonts w:ascii="Gentium Plus" w:hAnsi="Gentium Plus"/>
          <w:sz w:val="24"/>
        </w:rPr>
        <w:t>Πολλὴ δὲ λύπη μοί ἐστι, τέκνα μου, διὰ τὰς ἀσελγίας καὶ γοητείας καὶ εἰδωλολατρείας, ἃς ποιήσετε εἰς τὸ βασίλειον, ἐγγαστριμύθοις ἀκολουθοῦντες, κλῃδόσι καὶ δαίμοσι πλάνης.</w:t>
      </w:r>
    </w:p>
    <w:p>
      <w:r>
        <w:rPr>
          <w:rFonts w:ascii="Courier New" w:hAnsi="Courier New"/>
          <w:color w:val="555555"/>
          <w:sz w:val="20"/>
        </w:rPr>
        <w:t>[4 . 23 . 2]</w:t>
      </w:r>
    </w:p>
    <w:p>
      <w:r>
        <w:rPr>
          <w:rFonts w:ascii="Gentium Plus" w:hAnsi="Gentium Plus"/>
          <w:sz w:val="24"/>
        </w:rPr>
        <w:t>Τὰς θυγατέρας ὑμῶν μουσικὰς καὶ δημοσίας ποιήσετε, καὶ ἐπιμιγήσεσθε ἐν βδελύγμασιν ἐθνῶν·</w:t>
      </w:r>
    </w:p>
    <w:p>
      <w:r>
        <w:rPr>
          <w:rFonts w:ascii="Courier New" w:hAnsi="Courier New"/>
          <w:color w:val="555555"/>
          <w:sz w:val="20"/>
        </w:rPr>
        <w:t>[4 . 23 . 3]</w:t>
      </w:r>
    </w:p>
    <w:p>
      <w:r>
        <w:rPr>
          <w:rFonts w:ascii="Gentium Plus" w:hAnsi="Gentium Plus"/>
          <w:sz w:val="24"/>
        </w:rPr>
        <w:t>ἀνθ’ ὧν ἄξει Κύριος ἐφ’ ὑμᾶς λιμὸν καὶ λοιμόν, θάνατον καὶ ῥομφαίαν ἐκδικοῦσαν, πολιορκίαν, καὶ κύνας εἰς διασπασ‐ μὸν ἐχθρῶν, καὶ φίλων ὀνειδισμούς, ἀπώλειαν καὶ σφακελισ‐ μὸν ὀφθαλμῶν, νηπίων ἀναίρεσιν, καὶ συμβίων ἀφαίρεσιν,</w:t>
      </w:r>
    </w:p>
    <w:p>
      <w:r>
        <w:rPr>
          <w:rFonts w:ascii="Courier New" w:hAnsi="Courier New"/>
          <w:color w:val="555555"/>
          <w:sz w:val="20"/>
        </w:rPr>
        <w:t>[5]</w:t>
      </w:r>
    </w:p>
    <w:p>
      <w:r>
        <w:rPr>
          <w:rFonts w:ascii="Gentium Plus" w:hAnsi="Gentium Plus"/>
          <w:sz w:val="24"/>
        </w:rPr>
        <w:t>ὑπαρχόντων ἁρπαγήν, ναοῦ Θεοῦ ἐμπυρισμόν, γῆς ἐρήμωσιν, ὑμῶν αὐτῶν δουλείαν ἐν ἔθνεσι·</w:t>
      </w:r>
    </w:p>
    <w:p>
      <w:r>
        <w:rPr>
          <w:rFonts w:ascii="Courier New" w:hAnsi="Courier New"/>
          <w:color w:val="555555"/>
          <w:sz w:val="20"/>
        </w:rPr>
        <w:t>[4 . 23 . 4]</w:t>
      </w:r>
    </w:p>
    <w:p>
      <w:r>
        <w:rPr>
          <w:rFonts w:ascii="Gentium Plus" w:hAnsi="Gentium Plus"/>
          <w:sz w:val="24"/>
        </w:rPr>
        <w:t>καὶ ἐκτεμοῦσιν ἐξ ὑμῶν εἰς εὐνούχους ταῖς γυναιξὶν αὐτῶν·</w:t>
      </w:r>
    </w:p>
    <w:p>
      <w:r>
        <w:rPr>
          <w:rFonts w:ascii="Courier New" w:hAnsi="Courier New"/>
          <w:color w:val="555555"/>
          <w:sz w:val="20"/>
        </w:rPr>
        <w:t>[4 . 23 . 5]</w:t>
      </w:r>
    </w:p>
    <w:p>
      <w:r>
        <w:rPr>
          <w:rFonts w:ascii="Gentium Plus" w:hAnsi="Gentium Plus"/>
          <w:sz w:val="24"/>
        </w:rPr>
        <w:t>καὶ ὡς ἂν ἐπιστρέψητε πρὸς Κύριον εὐτελείᾳ καρδίας, μεταμελούμενοι, καὶ πορευό‐ μενοι ἐν πάσαις ταῖς ἐντολαῖς τοῦ Θεοῦ, καὶ ἐπισκέψηται ὑμᾶς Κύριος ἐν ἐλεεῖ καὶ ἐν ἀγάπῃ ἀπὸ τῆς αἰχμαλωσίας τῶν</w:t>
      </w:r>
    </w:p>
    <w:p>
      <w:r>
        <w:rPr>
          <w:rFonts w:ascii="Courier New" w:hAnsi="Courier New"/>
          <w:color w:val="555555"/>
          <w:sz w:val="20"/>
        </w:rPr>
        <w:t>[5]</w:t>
      </w:r>
    </w:p>
    <w:p>
      <w:r>
        <w:rPr>
          <w:rFonts w:ascii="Gentium Plus" w:hAnsi="Gentium Plus"/>
          <w:sz w:val="24"/>
        </w:rPr>
        <w:t>ἐχθρῶν ὑμῶν.</w:t>
      </w:r>
    </w:p>
    <w:p>
      <w:r>
        <w:rPr>
          <w:rFonts w:ascii="Courier New" w:hAnsi="Courier New"/>
          <w:color w:val="555555"/>
          <w:sz w:val="20"/>
        </w:rPr>
        <w:t>[4 . 24 . 1]</w:t>
      </w:r>
    </w:p>
    <w:p>
      <w:r>
        <w:rPr>
          <w:rFonts w:ascii="Gentium Plus" w:hAnsi="Gentium Plus"/>
          <w:sz w:val="24"/>
        </w:rPr>
        <w:t>Καὶ μετὰ ταῦτα ἀνατελεῖ ὑμῖν ἄστρον ἐξ Ἰακὼβ ἐν εἰρήνῃ, καὶ ἀναστήσεται ἄνθρωπος ἐκ τοῦ σπέρ‐ ματός μου, ὡς ὁ ἥλιος τῆς δικαιοσύνης, συμπορευόμενος τοῖς υἱοῖς τῶν ἀνθρώπων ἐν πρᾳότητι καὶ δικαιοσύνῃ, καὶ πᾶσα</w:t>
      </w:r>
    </w:p>
    <w:p>
      <w:r>
        <w:rPr>
          <w:rFonts w:ascii="Courier New" w:hAnsi="Courier New"/>
          <w:color w:val="555555"/>
          <w:sz w:val="20"/>
        </w:rPr>
        <w:t>[5]</w:t>
      </w:r>
    </w:p>
    <w:p>
      <w:r>
        <w:rPr>
          <w:rFonts w:ascii="Gentium Plus" w:hAnsi="Gentium Plus"/>
          <w:sz w:val="24"/>
        </w:rPr>
        <w:t>ἁμαρτία οὐχ εὑρεθήσεται ἐν αὐτῷ.</w:t>
      </w:r>
    </w:p>
    <w:p>
      <w:r>
        <w:rPr>
          <w:rFonts w:ascii="Courier New" w:hAnsi="Courier New"/>
          <w:color w:val="555555"/>
          <w:sz w:val="20"/>
        </w:rPr>
        <w:t>[4 . 24 . 2]</w:t>
      </w:r>
    </w:p>
    <w:p>
      <w:r>
        <w:rPr>
          <w:rFonts w:ascii="Gentium Plus" w:hAnsi="Gentium Plus"/>
          <w:sz w:val="24"/>
        </w:rPr>
        <w:t>Καὶ ἀνοιγήσονται</w:t>
      </w:r>
    </w:p>
    <w:p>
      <w:r>
        <w:rPr>
          <w:rFonts w:ascii="Courier New" w:hAnsi="Courier New"/>
          <w:color w:val="555555"/>
          <w:sz w:val="20"/>
        </w:rPr>
        <w:t>[4 . 24 . 3]</w:t>
      </w:r>
    </w:p>
    <w:p>
      <w:r>
        <w:rPr>
          <w:rFonts w:ascii="Gentium Plus" w:hAnsi="Gentium Plus"/>
          <w:sz w:val="24"/>
        </w:rPr>
        <w:t>καὶ ἔσεσθε αὐτῷ εἰς υἱοὺς ἐν ἀληθείᾳ, καὶ πορεύσεσθε ἐν προστάγματι αὐτοῦ πρώτοις καὶ ἐσχάτοις.</w:t>
      </w:r>
    </w:p>
    <w:p>
      <w:r>
        <w:rPr>
          <w:rFonts w:ascii="Courier New" w:hAnsi="Courier New"/>
          <w:color w:val="555555"/>
          <w:sz w:val="20"/>
        </w:rPr>
        <w:t>[4 . 24 . 4]</w:t>
      </w:r>
    </w:p>
    <w:p>
      <w:r>
        <w:rPr>
          <w:rFonts w:ascii="Gentium Plus" w:hAnsi="Gentium Plus"/>
          <w:sz w:val="24"/>
        </w:rPr>
        <w:t>Οὗτος ὁ βλαστὸς Θεοῦ ὑψίστου, καὶ αὕτη ἡ πηγὴ εἰς ζωὴν πάσης σαρκός.</w:t>
      </w:r>
    </w:p>
    <w:p>
      <w:r>
        <w:rPr>
          <w:rFonts w:ascii="Courier New" w:hAnsi="Courier New"/>
          <w:color w:val="555555"/>
          <w:sz w:val="20"/>
        </w:rPr>
        <w:t>[4 . 24 . 5]</w:t>
      </w:r>
    </w:p>
    <w:p>
      <w:r>
        <w:rPr>
          <w:rFonts w:ascii="Gentium Plus" w:hAnsi="Gentium Plus"/>
          <w:sz w:val="24"/>
        </w:rPr>
        <w:t>Τότε ἀναλάμψει σκῆπτρον βασιλείας μου, καὶ ἀπὸ τῆς ῥίζης ὑμῶν γενήσεται πυθμήν.</w:t>
      </w:r>
    </w:p>
    <w:p>
      <w:r>
        <w:rPr>
          <w:rFonts w:ascii="Courier New" w:hAnsi="Courier New"/>
          <w:color w:val="555555"/>
          <w:sz w:val="20"/>
        </w:rPr>
        <w:t>[4 . 24 . 6]</w:t>
      </w:r>
    </w:p>
    <w:p>
      <w:r>
        <w:rPr>
          <w:rFonts w:ascii="Gentium Plus" w:hAnsi="Gentium Plus"/>
          <w:sz w:val="24"/>
        </w:rPr>
        <w:t>Καὶ ἐν αὐτῷ ἀναβήσεται ῥάβδος δικαιοσύνης τοῖς ἔθνεσι, κρῖναι καὶ σῶσαι πάντας τοὺς ἐπικαλουμένους Κύριον.</w:t>
      </w:r>
    </w:p>
    <w:p>
      <w:r>
        <w:rPr>
          <w:rFonts w:ascii="Courier New" w:hAnsi="Courier New"/>
          <w:color w:val="555555"/>
          <w:sz w:val="20"/>
        </w:rPr>
        <w:t>[4 . 25 . 1]</w:t>
      </w:r>
    </w:p>
    <w:p>
      <w:r>
        <w:rPr>
          <w:rFonts w:ascii="Gentium Plus" w:hAnsi="Gentium Plus"/>
          <w:sz w:val="24"/>
        </w:rPr>
        <w:t>Καὶ μετὰ ταῦτα ἀναστήσεται Ἀβραὰμ καὶ Ἰσαὰκ καὶ Ἰακὼβ εἰς ζωήν, καὶ ἐγὼ καὶ οἱ ἀδελφοί μου ἔξαρχοι σκῆπτρον ἡμῶν ἐν Ἰσραὴλ ἐσόμεθα, Λευὶ πρῶτος, δεύτερος ἐγώ, τρίτος Ἰωσήφ, τέταρτος Βενιαμίν, πέμπτος</w:t>
      </w:r>
    </w:p>
    <w:p>
      <w:r>
        <w:rPr>
          <w:rFonts w:ascii="Courier New" w:hAnsi="Courier New"/>
          <w:color w:val="555555"/>
          <w:sz w:val="20"/>
        </w:rPr>
        <w:t>[5]</w:t>
      </w:r>
    </w:p>
    <w:p>
      <w:r>
        <w:rPr>
          <w:rFonts w:ascii="Gentium Plus" w:hAnsi="Gentium Plus"/>
          <w:sz w:val="24"/>
        </w:rPr>
        <w:t>Συμεών, ἕκτος Ἰσάχαρ, καὶ οὕτως καθεξῆς πάντες.</w:t>
      </w:r>
    </w:p>
    <w:p>
      <w:r>
        <w:rPr>
          <w:rFonts w:ascii="Courier New" w:hAnsi="Courier New"/>
          <w:color w:val="555555"/>
          <w:sz w:val="20"/>
        </w:rPr>
        <w:t>[4 . 25 . 2]</w:t>
      </w:r>
    </w:p>
    <w:p>
      <w:r>
        <w:rPr>
          <w:rFonts w:ascii="Gentium Plus" w:hAnsi="Gentium Plus"/>
          <w:sz w:val="24"/>
        </w:rPr>
        <w:t>Καὶ Κύριος εὐλόγησε τὸν Λευί· ὁ ἄγγελος τοῦ προσώπου ἐμέ· αἱ δυνάμεις τῆς δόξης τὸν Συμεών· ὁ οὐρανὸς τὸν Ῥουβήμ· τὸν Ἰσάχαρ ἡ γῆ· ἡ θάλασσα τὸν Ζαβουλών· τὰ ὄρη τὸν Ἰωσήφ· ἡ</w:t>
      </w:r>
    </w:p>
    <w:p>
      <w:r>
        <w:rPr>
          <w:rFonts w:ascii="Courier New" w:hAnsi="Courier New"/>
          <w:color w:val="555555"/>
          <w:sz w:val="20"/>
        </w:rPr>
        <w:t>[5]</w:t>
      </w:r>
    </w:p>
    <w:p>
      <w:r>
        <w:rPr>
          <w:rFonts w:ascii="Gentium Plus" w:hAnsi="Gentium Plus"/>
          <w:sz w:val="24"/>
        </w:rPr>
        <w:t>σκηνὴ τὸν Βενιαμίν· οἱ φωστῆρες τὸν Δάν· ἡ τρυφὴ τὸν Νεφθα‐ λείμ· ὁ ἥλιος τὸν Γάδ· ἐλαία τὸν Ἀσήρ·</w:t>
      </w:r>
    </w:p>
    <w:p>
      <w:r>
        <w:rPr>
          <w:rFonts w:ascii="Courier New" w:hAnsi="Courier New"/>
          <w:color w:val="555555"/>
          <w:sz w:val="20"/>
        </w:rPr>
        <w:t>[4 . 25 . 3]</w:t>
      </w:r>
    </w:p>
    <w:p>
      <w:r>
        <w:rPr>
          <w:rFonts w:ascii="Gentium Plus" w:hAnsi="Gentium Plus"/>
          <w:sz w:val="24"/>
        </w:rPr>
        <w:t>καὶ ἔσται εἷς λαὸς Κυρίου, καὶ γλῶσσα μία· καὶ οὐκ ἔσται ἔτι πνεῦμα πλάνης τοῦ Βελίαρ, ὅτι ἐμβληθήσεται ἐν τῷ πυρὶ εἰς τὸν αἰῶνα.</w:t>
      </w:r>
    </w:p>
    <w:p>
      <w:r>
        <w:rPr>
          <w:rFonts w:ascii="Courier New" w:hAnsi="Courier New"/>
          <w:color w:val="555555"/>
          <w:sz w:val="20"/>
        </w:rPr>
        <w:t>[4 . 25 . 4]</w:t>
      </w:r>
    </w:p>
    <w:p>
      <w:r>
        <w:rPr>
          <w:rFonts w:ascii="Gentium Plus" w:hAnsi="Gentium Plus"/>
          <w:sz w:val="24"/>
        </w:rPr>
        <w:t>Καὶ οἱ ἐν λύπῃ τελευτήσαντες, ἀναστήσονται ἐν χαρᾷ, καὶ οἱ ἐν πτωχείᾳ διὰ Κύριον πλουτισθήσονται, καὶ οἱ ἐν πενίᾳ χορτασθήσονται, καὶ οἱ ἐν ἀσθενείᾳ ἰσχύσουσι, καὶ οἱ διὰ</w:t>
      </w:r>
    </w:p>
    <w:p>
      <w:r>
        <w:rPr>
          <w:rFonts w:ascii="Courier New" w:hAnsi="Courier New"/>
          <w:color w:val="555555"/>
          <w:sz w:val="20"/>
        </w:rPr>
        <w:t>[5]</w:t>
      </w:r>
    </w:p>
    <w:p>
      <w:r>
        <w:rPr>
          <w:rFonts w:ascii="Gentium Plus" w:hAnsi="Gentium Plus"/>
          <w:sz w:val="24"/>
        </w:rPr>
        <w:t>Κύριον ἀποθανόντες ἐξυπνισθήσονται ἐν ζωῇ.</w:t>
      </w:r>
    </w:p>
    <w:p>
      <w:r>
        <w:rPr>
          <w:rFonts w:ascii="Courier New" w:hAnsi="Courier New"/>
          <w:color w:val="555555"/>
          <w:sz w:val="20"/>
        </w:rPr>
        <w:t>[4 . 25 . 5]</w:t>
      </w:r>
    </w:p>
    <w:p>
      <w:r>
        <w:rPr>
          <w:rFonts w:ascii="Gentium Plus" w:hAnsi="Gentium Plus"/>
          <w:sz w:val="24"/>
        </w:rPr>
        <w:t>Καὶ οἱ ἔλαφοι Ἰακὼβ δραμοῦνται ἐν ἀγαλλιάσει, καὶ οἱ ἀετοὶ Ἰσραὴλ πετασθήσονται ἐν χαρᾷ· οἱ δὲ ἀσεβεῖς πενθήσουσι, καὶ ἁμαρτωλοὶ κλαύσονται, καὶ πάντες οἱ λαοὶ δοξάσουσι</w:t>
      </w:r>
    </w:p>
    <w:p>
      <w:r>
        <w:rPr>
          <w:rFonts w:ascii="Courier New" w:hAnsi="Courier New"/>
          <w:color w:val="555555"/>
          <w:sz w:val="20"/>
        </w:rPr>
        <w:t>[5]</w:t>
      </w:r>
    </w:p>
    <w:p>
      <w:r>
        <w:rPr>
          <w:rFonts w:ascii="Gentium Plus" w:hAnsi="Gentium Plus"/>
          <w:sz w:val="24"/>
        </w:rPr>
        <w:t>Κύριον εἰς αἰῶνας.</w:t>
      </w:r>
    </w:p>
    <w:p>
      <w:r>
        <w:rPr>
          <w:rFonts w:ascii="Courier New" w:hAnsi="Courier New"/>
          <w:color w:val="555555"/>
          <w:sz w:val="20"/>
        </w:rPr>
        <w:t>[4 . 26 . 1]</w:t>
      </w:r>
    </w:p>
    <w:p>
      <w:r>
        <w:rPr>
          <w:rFonts w:ascii="Gentium Plus" w:hAnsi="Gentium Plus"/>
          <w:sz w:val="24"/>
        </w:rPr>
        <w:t>Φυλάξατε οὖν, τέκνα μου, πάντα νόμον Κυρίου, ὅτι ἐστὶν ἐλπὶς πᾶσι τοῖς κατευθύνουσι τὴν ὁδὸν αὐτοῦ.</w:t>
      </w:r>
    </w:p>
    <w:p>
      <w:r>
        <w:rPr>
          <w:rFonts w:ascii="Courier New" w:hAnsi="Courier New"/>
          <w:color w:val="555555"/>
          <w:sz w:val="20"/>
        </w:rPr>
        <w:t>[4 . 26 . 2]</w:t>
      </w:r>
    </w:p>
    <w:p>
      <w:r>
        <w:rPr>
          <w:rFonts w:ascii="Gentium Plus" w:hAnsi="Gentium Plus"/>
          <w:sz w:val="24"/>
        </w:rPr>
        <w:t>Καὶ εἶπε πρὸς αὐτούς· Ἑκατὸν δεκαεννέα ἐτῶν ἐγὼ ἀποθνήσκω σήμερον ἐν ὀφθαλμοῖς ὑμῶν.</w:t>
      </w:r>
    </w:p>
    <w:p>
      <w:r>
        <w:rPr>
          <w:rFonts w:ascii="Courier New" w:hAnsi="Courier New"/>
          <w:color w:val="555555"/>
          <w:sz w:val="20"/>
        </w:rPr>
        <w:t>[4 . 26 . 3]</w:t>
      </w:r>
    </w:p>
    <w:p>
      <w:r>
        <w:rPr>
          <w:rFonts w:ascii="Gentium Plus" w:hAnsi="Gentium Plus"/>
          <w:sz w:val="24"/>
        </w:rPr>
        <w:t>Μηδείς με ἐνταφιάσῃ πολυτελῇ ἐσθῆτι, ἢ τὴν κοιλίαν μου ἀναρήξει, ὅτι ταῦτα μέλλουσι ποιεῖν οἱ βασιλεύοντες· καὶ ἀναγάγετέ με εἰς Χεβρὼν μεθ’ ὑμῶν.</w:t>
      </w:r>
    </w:p>
    <w:p>
      <w:r>
        <w:rPr>
          <w:rFonts w:ascii="Courier New" w:hAnsi="Courier New"/>
          <w:color w:val="555555"/>
          <w:sz w:val="20"/>
        </w:rPr>
        <w:t>[4 . 26 . 4]</w:t>
      </w:r>
    </w:p>
    <w:p>
      <w:r>
        <w:rPr>
          <w:rFonts w:ascii="Gentium Plus" w:hAnsi="Gentium Plus"/>
          <w:sz w:val="24"/>
        </w:rPr>
        <w:t>Καὶ ταῦτα εἰπὼν ἐκοιμήθη Ἰούδας· καὶ ἐποίησαν οἱ υἱοὶ αὐτοῦ κατὰ πάντα, ὅσα ἐνετεί‐ λατο αὐτοῖς, καὶ ἔθαψαν αὐτὸν ἐν Χεβρὼν μετὰ τῶν πατέρων αὐτοῦ.</w:t>
      </w:r>
    </w:p>
    <w:p>
      <w:pPr>
        <w:jc w:val="center"/>
      </w:pPr>
      <w:r>
        <w:rPr>
          <w:rFonts w:ascii="Gentium Plus" w:hAnsi="Gentium Plus"/>
          <w:b/>
          <w:sz w:val="24"/>
        </w:rPr>
        <w:t>ΔΙΑΘΗΚΗ ΙΣΑΧΑΡ ΠΕΡΙ ΑΠΛΟΤΗΤΟΣ</w:t>
      </w:r>
    </w:p>
    <w:p>
      <w:r>
        <w:rPr>
          <w:rFonts w:ascii="Courier New" w:hAnsi="Courier New"/>
          <w:color w:val="555555"/>
          <w:sz w:val="20"/>
        </w:rPr>
        <w:t>[5 . 1 . 1]</w:t>
      </w:r>
    </w:p>
    <w:p>
      <w:r>
        <w:rPr>
          <w:rFonts w:ascii="Gentium Plus" w:hAnsi="Gentium Plus"/>
          <w:sz w:val="24"/>
        </w:rPr>
        <w:t>Ἀντίγραφον λόγων Ἰσάχαρ. Καλέσας τοὺς υἱοὺς αὐτοῦ, εἶπεν αὐτοῖς· Ἀκούσατε, τέκνα, Ἰσάχαρ τοῦ πατρὸς ὑμῶν, ἐνωτίσασθε ῥήματα, ἠγαπημένοι ὑπὸ Κυρίου.</w:t>
      </w:r>
    </w:p>
    <w:p>
      <w:r>
        <w:rPr>
          <w:rFonts w:ascii="Courier New" w:hAnsi="Courier New"/>
          <w:color w:val="555555"/>
          <w:sz w:val="20"/>
        </w:rPr>
        <w:t>[5 . 1 . 2]</w:t>
      </w:r>
    </w:p>
    <w:p>
      <w:r>
        <w:rPr>
          <w:rFonts w:ascii="Gentium Plus" w:hAnsi="Gentium Plus"/>
          <w:sz w:val="24"/>
        </w:rPr>
        <w:t>Ἐγὼ ἐτέχθην πέμπτος υἱὸς τῷ Ἰακώβ, ἐν μισθῷ τῶν μανδραγόρων.</w:t>
      </w:r>
    </w:p>
    <w:p>
      <w:r>
        <w:rPr>
          <w:rFonts w:ascii="Courier New" w:hAnsi="Courier New"/>
          <w:color w:val="555555"/>
          <w:sz w:val="20"/>
        </w:rPr>
        <w:t>[5 . 1 . 3]</w:t>
      </w:r>
    </w:p>
    <w:p>
      <w:r>
        <w:rPr>
          <w:rFonts w:ascii="Gentium Plus" w:hAnsi="Gentium Plus"/>
          <w:sz w:val="24"/>
        </w:rPr>
        <w:t>Ἰακὼβ γὰρ ἤνεγκε μανδραγόρους ἐκ τοῦ ἀγροῦ, καὶ προαπαντήσασα Ῥαχιὴλ ἔλαβεν αὐτούς.</w:t>
      </w:r>
    </w:p>
    <w:p>
      <w:r>
        <w:rPr>
          <w:rFonts w:ascii="Courier New" w:hAnsi="Courier New"/>
          <w:color w:val="555555"/>
          <w:sz w:val="20"/>
        </w:rPr>
        <w:t>[5 . 1 . 4]</w:t>
      </w:r>
    </w:p>
    <w:p>
      <w:r>
        <w:rPr>
          <w:rFonts w:ascii="Gentium Plus" w:hAnsi="Gentium Plus"/>
          <w:sz w:val="24"/>
        </w:rPr>
        <w:t>Ἔ‐ κλαιε δὲ Ῥουβήμ, καὶ ἐπὶ τῇ φωνῇ αὐτοῦ ἐξῆλθε Λία ἡ μήτηρ μου.</w:t>
      </w:r>
    </w:p>
    <w:p>
      <w:r>
        <w:rPr>
          <w:rFonts w:ascii="Courier New" w:hAnsi="Courier New"/>
          <w:color w:val="555555"/>
          <w:sz w:val="20"/>
        </w:rPr>
        <w:t>[5 . 1 . 5]</w:t>
      </w:r>
    </w:p>
    <w:p>
      <w:r>
        <w:rPr>
          <w:rFonts w:ascii="Gentium Plus" w:hAnsi="Gentium Plus"/>
          <w:sz w:val="24"/>
        </w:rPr>
        <w:t>Ταῦτα δὲ ἦσαν μῆλα εὐώδημα, ἃ ἐποίει ἡ γῆ Ἀρὰμ ἐν ὕψει ὑποκάτω φάραγγος ὑδάτων.</w:t>
      </w:r>
    </w:p>
    <w:p>
      <w:r>
        <w:rPr>
          <w:rFonts w:ascii="Courier New" w:hAnsi="Courier New"/>
          <w:color w:val="555555"/>
          <w:sz w:val="20"/>
        </w:rPr>
        <w:t>[5 . 1 . 6]</w:t>
      </w:r>
    </w:p>
    <w:p>
      <w:r>
        <w:rPr>
          <w:rFonts w:ascii="Gentium Plus" w:hAnsi="Gentium Plus"/>
          <w:sz w:val="24"/>
        </w:rPr>
        <w:t>Εἶπε δὲ Ῥαχήλ· Οὐ δώσω αὐτά σοι, ὅτι ἔσονταί μοι ἀντὶ τέκνων.</w:t>
      </w:r>
    </w:p>
    <w:p>
      <w:r>
        <w:rPr>
          <w:rFonts w:ascii="Courier New" w:hAnsi="Courier New"/>
          <w:color w:val="555555"/>
          <w:sz w:val="20"/>
        </w:rPr>
        <w:t>[5 . 1 . 7]</w:t>
      </w:r>
    </w:p>
    <w:p>
      <w:r>
        <w:rPr>
          <w:rFonts w:ascii="Gentium Plus" w:hAnsi="Gentium Plus"/>
          <w:sz w:val="24"/>
        </w:rPr>
        <w:t>Ἦσαν δὲ μῆλα δύο. Καὶ εἶπε Λία· Ἱκανούσθω σοι, ὅτι ἔλαβες τὸν ἄνδρα παρθενίας μου· μὴ καὶ ταῦτα λήψῃ;</w:t>
      </w:r>
    </w:p>
    <w:p>
      <w:r>
        <w:rPr>
          <w:rFonts w:ascii="Courier New" w:hAnsi="Courier New"/>
          <w:color w:val="555555"/>
          <w:sz w:val="20"/>
        </w:rPr>
        <w:t>[5 . 1 . 8]</w:t>
      </w:r>
    </w:p>
    <w:p>
      <w:r>
        <w:rPr>
          <w:rFonts w:ascii="Gentium Plus" w:hAnsi="Gentium Plus"/>
          <w:sz w:val="24"/>
        </w:rPr>
        <w:t>Ἡ δὲ εἶπεν· Ἰδού, ἔστω σοι Ἰακὼβ τὴν νύκτα ταύτην ἀντὶ τῶν μανδραγόρων τοῦ υἱοῦ σου.</w:t>
      </w:r>
    </w:p>
    <w:p>
      <w:r>
        <w:rPr>
          <w:rFonts w:ascii="Courier New" w:hAnsi="Courier New"/>
          <w:color w:val="555555"/>
          <w:sz w:val="20"/>
        </w:rPr>
        <w:t>[5 . 1 . 9]</w:t>
      </w:r>
    </w:p>
    <w:p>
      <w:r>
        <w:rPr>
          <w:rFonts w:ascii="Gentium Plus" w:hAnsi="Gentium Plus"/>
          <w:sz w:val="24"/>
        </w:rPr>
        <w:t>Εἶπε δὲ Λία πρὸς αὐτήν· Μὴ καυχῶ, καὶ μὴ δοξάζου· ἐμὸς γάρ ἐστιν ὁ Ἰακώβ, κἀγὼ γυνὴ νεότητος αὐτοῦ.</w:t>
      </w:r>
    </w:p>
    <w:p>
      <w:r>
        <w:rPr>
          <w:rFonts w:ascii="Courier New" w:hAnsi="Courier New"/>
          <w:color w:val="555555"/>
          <w:sz w:val="20"/>
        </w:rPr>
        <w:t>[5 . 1 . 10]</w:t>
      </w:r>
    </w:p>
    <w:p>
      <w:r>
        <w:rPr>
          <w:rFonts w:ascii="Gentium Plus" w:hAnsi="Gentium Plus"/>
          <w:sz w:val="24"/>
        </w:rPr>
        <w:t>Ἡ δὲ Ῥαχὴλ εἶπε· Τί οὖν; ὅτι</w:t>
      </w:r>
    </w:p>
    <w:p>
      <w:r>
        <w:rPr>
          <w:rFonts w:ascii="Courier New" w:hAnsi="Courier New"/>
          <w:color w:val="555555"/>
          <w:sz w:val="20"/>
        </w:rPr>
        <w:t>[5 . 1 . 11]</w:t>
      </w:r>
    </w:p>
    <w:p>
      <w:r>
        <w:rPr>
          <w:rFonts w:ascii="Gentium Plus" w:hAnsi="Gentium Plus"/>
          <w:sz w:val="24"/>
        </w:rPr>
        <w:t>Τί σοι ποιήσω, ὅτι ἐπλήθυνεν ὁ δόλος καὶ ἡ πανουργία τῶν ἀνθρώπων, καὶ ὁ δόλος προχωρεῖ ἐπὶ τῆς γῆς. Εἰ δὲ μή, οὐκ ἂν ᾖς σὺ ὁρῶσα πρόσωπον Ἰακώβ·</w:t>
      </w:r>
    </w:p>
    <w:p>
      <w:r>
        <w:rPr>
          <w:rFonts w:ascii="Courier New" w:hAnsi="Courier New"/>
          <w:color w:val="555555"/>
          <w:sz w:val="20"/>
        </w:rPr>
        <w:t>[5 . 1 . 12]</w:t>
      </w:r>
    </w:p>
    <w:p>
      <w:r>
        <w:rPr>
          <w:rFonts w:ascii="Gentium Plus" w:hAnsi="Gentium Plus"/>
          <w:sz w:val="24"/>
        </w:rPr>
        <w:t>οὐ γὰρ γυνὴ αὐτοῦ σὺ εἶ, ἀλλ’ ἐν δόλῳ ἀντ’ ἐμοῦ εἰσήχθης.</w:t>
      </w:r>
    </w:p>
    <w:p>
      <w:r>
        <w:rPr>
          <w:rFonts w:ascii="Courier New" w:hAnsi="Courier New"/>
          <w:color w:val="555555"/>
          <w:sz w:val="20"/>
        </w:rPr>
        <w:t>[5 . 1 . 13]</w:t>
      </w:r>
    </w:p>
    <w:p>
      <w:r>
        <w:rPr>
          <w:rFonts w:ascii="Gentium Plus" w:hAnsi="Gentium Plus"/>
          <w:sz w:val="24"/>
        </w:rPr>
        <w:t>Καὶ ἐπλάνησέ με ὁ πατήρ μου, καὶ μεταστήσας με τῇ νυκτὶ ἐκείνῃ, οὐκ εἴασέ με ἰδεῖν· ὅτι εἰ ἤμην ἐκεῖ, οὐκ ἐγίνετο τοῦτο.</w:t>
      </w:r>
    </w:p>
    <w:p>
      <w:r>
        <w:rPr>
          <w:rFonts w:ascii="Courier New" w:hAnsi="Courier New"/>
          <w:color w:val="555555"/>
          <w:sz w:val="20"/>
        </w:rPr>
        <w:t>[5 . 1 . 14]</w:t>
      </w:r>
    </w:p>
    <w:p>
      <w:r>
        <w:rPr>
          <w:rFonts w:ascii="Gentium Plus" w:hAnsi="Gentium Plus"/>
          <w:sz w:val="24"/>
        </w:rPr>
        <w:t>Καὶ εἶπε Ῥαχήλ· Λαβὲ ἕνα μανδραγόραν, καὶ ἀντὶ τοῦ ἑνὸς ἐκμισθῶ σοι αὐτὸν ἐν μιᾷ νυκτί.</w:t>
      </w:r>
    </w:p>
    <w:p>
      <w:r>
        <w:rPr>
          <w:rFonts w:ascii="Courier New" w:hAnsi="Courier New"/>
          <w:color w:val="555555"/>
          <w:sz w:val="20"/>
        </w:rPr>
        <w:t>[5 . 1 . 15]</w:t>
      </w:r>
    </w:p>
    <w:p>
      <w:r>
        <w:rPr>
          <w:rFonts w:ascii="Gentium Plus" w:hAnsi="Gentium Plus"/>
          <w:sz w:val="24"/>
        </w:rPr>
        <w:t>Καὶ ἔγνω Ἰακὼβ τὴν Λίαν, καὶ συλλαβοῦσά με ἔτεκε· καὶ διὰ τὸν μισθὸν ἐκλήθην Ἰσάχαρ.</w:t>
      </w:r>
    </w:p>
    <w:p>
      <w:r>
        <w:rPr>
          <w:rFonts w:ascii="Courier New" w:hAnsi="Courier New"/>
          <w:color w:val="555555"/>
          <w:sz w:val="20"/>
        </w:rPr>
        <w:t>[5 . 2 . 1]</w:t>
      </w:r>
    </w:p>
    <w:p>
      <w:r>
        <w:rPr>
          <w:rFonts w:ascii="Gentium Plus" w:hAnsi="Gentium Plus"/>
          <w:sz w:val="24"/>
        </w:rPr>
        <w:t>Τότε ὤφθη τῷ Ἰακὼβ ἄγγελος Κυρίου λέγων ὅτι δύο τέκνα Ῥαχὴλ τέξεται, ὅτι διέπτυσε συνουσίαν ἀνδρός, καὶ ἐξελέξατο ἐγκράτειαν.</w:t>
      </w:r>
    </w:p>
    <w:p>
      <w:r>
        <w:rPr>
          <w:rFonts w:ascii="Courier New" w:hAnsi="Courier New"/>
          <w:color w:val="555555"/>
          <w:sz w:val="20"/>
        </w:rPr>
        <w:t>[5 . 2 . 2]</w:t>
      </w:r>
    </w:p>
    <w:p>
      <w:r>
        <w:rPr>
          <w:rFonts w:ascii="Gentium Plus" w:hAnsi="Gentium Plus"/>
          <w:sz w:val="24"/>
        </w:rPr>
        <w:t>Καὶ εἰ μὴ Λία ἡ μήτηρ μου ἀντὶ συνουσίας ἀπέδω τὰ δύο μῆλα, ὀκτὼ υἱοὺς εἶχε τεκεῖν· διὰ τοῦτο ἓξ ἔτεκε, τοὺς δὲ δύο Ῥαχήλ, ὅτι ἐν τοῖς μανδραγόροις ἐπεσκέψατο αὐτὴν Κύριος.</w:t>
      </w:r>
    </w:p>
    <w:p>
      <w:r>
        <w:rPr>
          <w:rFonts w:ascii="Courier New" w:hAnsi="Courier New"/>
          <w:color w:val="555555"/>
          <w:sz w:val="20"/>
        </w:rPr>
        <w:t>[5 . 2 . 3]</w:t>
      </w:r>
    </w:p>
    <w:p>
      <w:r>
        <w:rPr>
          <w:rFonts w:ascii="Gentium Plus" w:hAnsi="Gentium Plus"/>
          <w:sz w:val="24"/>
        </w:rPr>
        <w:t>Εἶδε γάρ, ὅτι διὰ τέκνα ἤθελε συνεῖναι τῷ Ἰακώβ, καὶ οὐ διὰ φιληδονίαν.</w:t>
      </w:r>
    </w:p>
    <w:p>
      <w:r>
        <w:rPr>
          <w:rFonts w:ascii="Courier New" w:hAnsi="Courier New"/>
          <w:color w:val="555555"/>
          <w:sz w:val="20"/>
        </w:rPr>
        <w:t>[5 . 2 . 4]</w:t>
      </w:r>
    </w:p>
    <w:p>
      <w:r>
        <w:rPr>
          <w:rFonts w:ascii="Gentium Plus" w:hAnsi="Gentium Plus"/>
          <w:sz w:val="24"/>
        </w:rPr>
        <w:t>Προσθῆσα γὰρ καὶ τῇ ἐπαύριον ἀπέδοτο τὸν Ἰακώβ, ἵνα λάβῃ καὶ τὸν ἄλλον μανδραγόρα. Διὰ τοῦτο ἐν τοῖς μανδραγό‐ ροις ἐπήκουσε Κύριος τῆς Ῥαχήλ·</w:t>
      </w:r>
    </w:p>
    <w:p>
      <w:r>
        <w:rPr>
          <w:rFonts w:ascii="Courier New" w:hAnsi="Courier New"/>
          <w:color w:val="555555"/>
          <w:sz w:val="20"/>
        </w:rPr>
        <w:t>[5 . 2 . 5]</w:t>
      </w:r>
    </w:p>
    <w:p>
      <w:r>
        <w:rPr>
          <w:rFonts w:ascii="Gentium Plus" w:hAnsi="Gentium Plus"/>
          <w:sz w:val="24"/>
        </w:rPr>
        <w:t>ὅτι καίγε ποθήσασα αὐτοὺς οὐκ ἔφαγεν, ἀλλὰ ἀνέθηκεν αὐτοὺς ἐν οἴκῳ Κυρίου, προσενέγκασα ἱερεῖ ὑψίστου, τῷ ὄντι ἐν τῷ καιρῷ ἐκείνῳ.</w:t>
      </w:r>
    </w:p>
    <w:p>
      <w:r>
        <w:rPr>
          <w:rFonts w:ascii="Courier New" w:hAnsi="Courier New"/>
          <w:color w:val="555555"/>
          <w:sz w:val="20"/>
        </w:rPr>
        <w:t>[5 . 3 . 1]</w:t>
      </w:r>
    </w:p>
    <w:p>
      <w:r>
        <w:rPr>
          <w:rFonts w:ascii="Gentium Plus" w:hAnsi="Gentium Plus"/>
          <w:sz w:val="24"/>
        </w:rPr>
        <w:t>Ὅτε οὖν ἡδρύνθην, τέκνα μου, ἐπορευόμην ἐν εὐθύτητι καρδίας, καὶ ἐγενόμην γεωργὸς τῶν πατέρων μου καὶ τῶν ἀδελφῶν μου, καὶ ἔφερον καρποὺς ἐξ ἀγρῶν κατὰ καιρὸν αὐτῶν,</w:t>
      </w:r>
    </w:p>
    <w:p>
      <w:r>
        <w:rPr>
          <w:rFonts w:ascii="Courier New" w:hAnsi="Courier New"/>
          <w:color w:val="555555"/>
          <w:sz w:val="20"/>
        </w:rPr>
        <w:t>[5 . 3 . 2]</w:t>
      </w:r>
    </w:p>
    <w:p>
      <w:r>
        <w:rPr>
          <w:rFonts w:ascii="Gentium Plus" w:hAnsi="Gentium Plus"/>
          <w:sz w:val="24"/>
        </w:rPr>
        <w:t>καὶ εὐλόγησέ με ὁ πατήρ μου βλέπων, ὅτι ἐν ἁπλότητι πορεύομαι.</w:t>
      </w:r>
    </w:p>
    <w:p>
      <w:r>
        <w:rPr>
          <w:rFonts w:ascii="Courier New" w:hAnsi="Courier New"/>
          <w:color w:val="555555"/>
          <w:sz w:val="20"/>
        </w:rPr>
        <w:t>[5 . 3 . 3]</w:t>
      </w:r>
    </w:p>
    <w:p>
      <w:r>
        <w:rPr>
          <w:rFonts w:ascii="Gentium Plus" w:hAnsi="Gentium Plus"/>
          <w:sz w:val="24"/>
        </w:rPr>
        <w:t>Καὶ οὐκ ἤμην περίεργος ἐν ταῖς πράξεσί μου, οὐδὲ πονηρὸς καὶ βάσκανος τῷ πλησίον·</w:t>
      </w:r>
    </w:p>
    <w:p>
      <w:r>
        <w:rPr>
          <w:rFonts w:ascii="Courier New" w:hAnsi="Courier New"/>
          <w:color w:val="555555"/>
          <w:sz w:val="20"/>
        </w:rPr>
        <w:t>[5 . 3 . 4]</w:t>
      </w:r>
    </w:p>
    <w:p>
      <w:r>
        <w:rPr>
          <w:rFonts w:ascii="Gentium Plus" w:hAnsi="Gentium Plus"/>
          <w:sz w:val="24"/>
        </w:rPr>
        <w:t>οὐ κατελάλησά τινος, οὐδὲ ἔψεξα βίον ἀνθρώπου, πορευόμε‐ νος ἐν ἁπλότητι ὀφθαλμῶν.</w:t>
      </w:r>
    </w:p>
    <w:p>
      <w:r>
        <w:rPr>
          <w:rFonts w:ascii="Courier New" w:hAnsi="Courier New"/>
          <w:color w:val="555555"/>
          <w:sz w:val="20"/>
        </w:rPr>
        <w:t>[5 . 3 . 5]</w:t>
      </w:r>
    </w:p>
    <w:p>
      <w:r>
        <w:rPr>
          <w:rFonts w:ascii="Gentium Plus" w:hAnsi="Gentium Plus"/>
          <w:sz w:val="24"/>
        </w:rPr>
        <w:t>Διὰ τοῦτο τριάκοντα ἐτῶν ἔλαβον ἐμαυτῷ γυναῖκα, ὅτι ὁ κάματος κατήσθιε τὴν ἰσχύν μου· καὶ οὐκ ἐνενόουν ἡδονὴν γυναικός, ἀλλὰ διὰ τοῦ κόπου ὁ ὕπνος μου περιεγένετο,</w:t>
      </w:r>
    </w:p>
    <w:p>
      <w:r>
        <w:rPr>
          <w:rFonts w:ascii="Courier New" w:hAnsi="Courier New"/>
          <w:color w:val="555555"/>
          <w:sz w:val="20"/>
        </w:rPr>
        <w:t>[5 . 3 . 6]</w:t>
      </w:r>
    </w:p>
    <w:p>
      <w:r>
        <w:rPr>
          <w:rFonts w:ascii="Gentium Plus" w:hAnsi="Gentium Plus"/>
          <w:sz w:val="24"/>
        </w:rPr>
        <w:t>καὶ πάντοτε ἔχαιρεν ἐπὶ τῇ ἁπλότητί μου ὁ πατήρ μου. Εἴτι γὰρ ἔκαμνον, πᾶσαν ὀπώραν καὶ πᾶν πρωτογένημα πρῶτον διὰ τοῦ ἱερέως Κυρίῳ προσέ‐ φερον, ἔπειτα τῷ πατρί μου, καὶ τότε ἐγώ.</w:t>
      </w:r>
    </w:p>
    <w:p>
      <w:r>
        <w:rPr>
          <w:rFonts w:ascii="Courier New" w:hAnsi="Courier New"/>
          <w:color w:val="555555"/>
          <w:sz w:val="20"/>
        </w:rPr>
        <w:t>[5 . 3 . 7]</w:t>
      </w:r>
    </w:p>
    <w:p>
      <w:r>
        <w:rPr>
          <w:rFonts w:ascii="Gentium Plus" w:hAnsi="Gentium Plus"/>
          <w:sz w:val="24"/>
        </w:rPr>
        <w:t>Καὶ Κύριος ἐδιπλασίαζε τὰ ἀγαθὰ ἐν χερσί μου. Ἤιδει δὲ καὶ Ἰακώβ, ὅτι ὁ Θεὸς συνεργεῖ τῇ ἁπλότητί μου·</w:t>
      </w:r>
    </w:p>
    <w:p>
      <w:r>
        <w:rPr>
          <w:rFonts w:ascii="Courier New" w:hAnsi="Courier New"/>
          <w:color w:val="555555"/>
          <w:sz w:val="20"/>
        </w:rPr>
        <w:t>[5 . 3 . 8]</w:t>
      </w:r>
    </w:p>
    <w:p>
      <w:r>
        <w:rPr>
          <w:rFonts w:ascii="Gentium Plus" w:hAnsi="Gentium Plus"/>
          <w:sz w:val="24"/>
        </w:rPr>
        <w:t>παντὶ γὰρ πένητι καὶ παντὶ θλιβομένῳ παρεῖχον τῆς γῆς τὰ ἀγαθὰ ἐν ἁπλότητι καρδίας.</w:t>
      </w:r>
    </w:p>
    <w:p>
      <w:r>
        <w:rPr>
          <w:rFonts w:ascii="Courier New" w:hAnsi="Courier New"/>
          <w:color w:val="555555"/>
          <w:sz w:val="20"/>
        </w:rPr>
        <w:t>[5 . 4 . 1]</w:t>
      </w:r>
    </w:p>
    <w:p>
      <w:r>
        <w:rPr>
          <w:rFonts w:ascii="Gentium Plus" w:hAnsi="Gentium Plus"/>
          <w:sz w:val="24"/>
        </w:rPr>
        <w:t>Καὶ νῦν ἀκούσατέ μου, τέκνα, καὶ πορεύεσθε ἐν ἁπλότητι καρδίας, ὅτι εἶδον ἐν αὐτῇ πᾶσαν εὐαρέστησιν Κυρίου.</w:t>
      </w:r>
    </w:p>
    <w:p>
      <w:r>
        <w:rPr>
          <w:rFonts w:ascii="Courier New" w:hAnsi="Courier New"/>
          <w:color w:val="555555"/>
          <w:sz w:val="20"/>
        </w:rPr>
        <w:t>[5 . 4 . 2]</w:t>
      </w:r>
    </w:p>
    <w:p>
      <w:r>
        <w:rPr>
          <w:rFonts w:ascii="Gentium Plus" w:hAnsi="Gentium Plus"/>
          <w:sz w:val="24"/>
        </w:rPr>
        <w:t>Ὁ ἁπλοῦς χρυσίον οὐκ ἐπιθυμεῖ, τὸν πλησίον οὐ πλεονεκτεῖ, βρωμάτων ποικίλων οὐκ ἐφίεται, ἐσθῆτα διάφορον οὐ θέλει,</w:t>
      </w:r>
    </w:p>
    <w:p>
      <w:r>
        <w:rPr>
          <w:rFonts w:ascii="Courier New" w:hAnsi="Courier New"/>
          <w:color w:val="555555"/>
          <w:sz w:val="20"/>
        </w:rPr>
        <w:t>[5 . 4 . 3]</w:t>
      </w:r>
    </w:p>
    <w:p>
      <w:r>
        <w:rPr>
          <w:rFonts w:ascii="Gentium Plus" w:hAnsi="Gentium Plus"/>
          <w:sz w:val="24"/>
        </w:rPr>
        <w:t>χρόνους μακροὺς οὐχ ὑπογράφει ζῆν, ἀλλὰ μόνον ἐκδέχεται τὸ θέλημα τοῦ Θεοῦ·</w:t>
      </w:r>
    </w:p>
    <w:p>
      <w:r>
        <w:rPr>
          <w:rFonts w:ascii="Courier New" w:hAnsi="Courier New"/>
          <w:color w:val="555555"/>
          <w:sz w:val="20"/>
        </w:rPr>
        <w:t>[5 . 4 . 4]</w:t>
      </w:r>
    </w:p>
    <w:p>
      <w:r>
        <w:rPr>
          <w:rFonts w:ascii="Gentium Plus" w:hAnsi="Gentium Plus"/>
          <w:sz w:val="24"/>
        </w:rPr>
        <w:t>καίγε τὰ πνεύματα τῆς πλάνης οὐδὲν ἰσχύουσι πρὸς αὐτόν. Οὐ γὰρ εἶδεν ἐπιδέξασθαι κάλλος θηλείας, ἵνα μὴ ἐν διαστροφῇ μιάνῃ τὸν νοῦν αὐτοῦ.</w:t>
      </w:r>
    </w:p>
    <w:p>
      <w:r>
        <w:rPr>
          <w:rFonts w:ascii="Courier New" w:hAnsi="Courier New"/>
          <w:color w:val="555555"/>
          <w:sz w:val="20"/>
        </w:rPr>
        <w:t>[5 . 4 . 5]</w:t>
      </w:r>
    </w:p>
    <w:p>
      <w:r>
        <w:rPr>
          <w:rFonts w:ascii="Gentium Plus" w:hAnsi="Gentium Plus"/>
          <w:sz w:val="24"/>
        </w:rPr>
        <w:t>οὐ ζῆλος ἐν διαβουλίοις αὐτοῦ ἐπελεύσε‐ ται· οὐ βασκανία ἐκτήκει ψυχὴν αὐτοῦ, οὐδὲ πορισμὸν ἐν ἀπληστείᾳ ἐννοεῖ·</w:t>
      </w:r>
    </w:p>
    <w:p>
      <w:r>
        <w:rPr>
          <w:rFonts w:ascii="Courier New" w:hAnsi="Courier New"/>
          <w:color w:val="555555"/>
          <w:sz w:val="20"/>
        </w:rPr>
        <w:t>[5 . 4 . 6]</w:t>
      </w:r>
    </w:p>
    <w:p>
      <w:r>
        <w:rPr>
          <w:rFonts w:ascii="Gentium Plus" w:hAnsi="Gentium Plus"/>
          <w:sz w:val="24"/>
        </w:rPr>
        <w:t>πορεύεται γὰρ ἐν εὐθύτητι ζωῆς, καὶ πάντα ὁρᾷ ἐν ἁπλότητι, μὴ ἐπιδεχόμενος ὀφθαλμοῖς πονηρίας ἀπὸ τῆς πλάνης τοῦ κόσμου, ἵνα μὴ ἴδῃ διεστραμμένως τι τῶν ἐντολῶν τοῦ Κυρίου.</w:t>
      </w:r>
    </w:p>
    <w:p>
      <w:r>
        <w:rPr>
          <w:rFonts w:ascii="Courier New" w:hAnsi="Courier New"/>
          <w:color w:val="555555"/>
          <w:sz w:val="20"/>
        </w:rPr>
        <w:t>[5 . 5 . 1]</w:t>
      </w:r>
    </w:p>
    <w:p>
      <w:r>
        <w:rPr>
          <w:rFonts w:ascii="Gentium Plus" w:hAnsi="Gentium Plus"/>
          <w:sz w:val="24"/>
        </w:rPr>
        <w:t>Φυλάξατε οὖν νόμον Θεοῦ, τέκνα μου, καὶ τὴν</w:t>
      </w:r>
    </w:p>
    <w:p>
      <w:r>
        <w:rPr>
          <w:rFonts w:ascii="Courier New" w:hAnsi="Courier New"/>
          <w:color w:val="555555"/>
          <w:sz w:val="20"/>
        </w:rPr>
        <w:t>[5 . 5 . 2]</w:t>
      </w:r>
    </w:p>
    <w:p>
      <w:r>
        <w:rPr>
          <w:rFonts w:ascii="Gentium Plus" w:hAnsi="Gentium Plus"/>
          <w:sz w:val="24"/>
        </w:rPr>
        <w:t>ἀλλ’ ἀγαπᾶτε Κύριον καὶ τὸν πλησίον, πένητα καὶ ἀσθενῆ ἐλεᾶτε.</w:t>
      </w:r>
    </w:p>
    <w:p>
      <w:r>
        <w:rPr>
          <w:rFonts w:ascii="Courier New" w:hAnsi="Courier New"/>
          <w:color w:val="555555"/>
          <w:sz w:val="20"/>
        </w:rPr>
        <w:t>[5 . 5 . 3]</w:t>
      </w:r>
    </w:p>
    <w:p>
      <w:r>
        <w:rPr>
          <w:rFonts w:ascii="Gentium Plus" w:hAnsi="Gentium Plus"/>
          <w:sz w:val="24"/>
        </w:rPr>
        <w:t>Ὑπόθετε τὸν νῶτον ὑμῶν εἰς τὸ γεωργεῖν, καὶ ἐργάζεσθε ἐν ἔργοις γῆς καθ’ ἑκάστην γεωργείαν, δῶρα μετ’ εὐχαριστείας Κυρίῳ προσφέροντες·</w:t>
      </w:r>
    </w:p>
    <w:p>
      <w:r>
        <w:rPr>
          <w:rFonts w:ascii="Courier New" w:hAnsi="Courier New"/>
          <w:color w:val="555555"/>
          <w:sz w:val="20"/>
        </w:rPr>
        <w:t>[5 . 5 . 4]</w:t>
      </w:r>
    </w:p>
    <w:p>
      <w:r>
        <w:rPr>
          <w:rFonts w:ascii="Gentium Plus" w:hAnsi="Gentium Plus"/>
          <w:sz w:val="24"/>
        </w:rPr>
        <w:t>ὅτι ἐν πρωτο‐ γενήμασι καρπῶν γῆς εὐλόγησε Κύριος, καθὼς εὐλόγησε πάντας τοὺς ἁγίους, ἀπὸ Ἄβελ ἕως τοῦ νῦν.</w:t>
      </w:r>
    </w:p>
    <w:p>
      <w:r>
        <w:rPr>
          <w:rFonts w:ascii="Courier New" w:hAnsi="Courier New"/>
          <w:color w:val="555555"/>
          <w:sz w:val="20"/>
        </w:rPr>
        <w:t>[5 . 5 . 5]</w:t>
      </w:r>
    </w:p>
    <w:p>
      <w:r>
        <w:rPr>
          <w:rFonts w:ascii="Gentium Plus" w:hAnsi="Gentium Plus"/>
          <w:sz w:val="24"/>
        </w:rPr>
        <w:t>Οὐ γὰρ δέδοταί σοι ἄλλη μερίς, ἢ τῆς πιότητος τῆς γῆς, ἧς ἐν πόνοις οἱ καρποί·</w:t>
      </w:r>
    </w:p>
    <w:p>
      <w:r>
        <w:rPr>
          <w:rFonts w:ascii="Courier New" w:hAnsi="Courier New"/>
          <w:color w:val="555555"/>
          <w:sz w:val="20"/>
        </w:rPr>
        <w:t>[5 . 5 . 6]</w:t>
      </w:r>
    </w:p>
    <w:p>
      <w:r>
        <w:rPr>
          <w:rFonts w:ascii="Gentium Plus" w:hAnsi="Gentium Plus"/>
          <w:sz w:val="24"/>
        </w:rPr>
        <w:t>ὅτι ὁ πατὴρ ἡμῶν Ἰακὼβ ἐν εὐλογίαις γῆς καὶ ἀπαρχῶν καρπῶν εὐλόγησέ με.</w:t>
      </w:r>
    </w:p>
    <w:p>
      <w:r>
        <w:rPr>
          <w:rFonts w:ascii="Courier New" w:hAnsi="Courier New"/>
          <w:color w:val="555555"/>
          <w:sz w:val="20"/>
        </w:rPr>
        <w:t>[5 . 5 . 7]</w:t>
      </w:r>
    </w:p>
    <w:p>
      <w:r>
        <w:rPr>
          <w:rFonts w:ascii="Gentium Plus" w:hAnsi="Gentium Plus"/>
          <w:sz w:val="24"/>
        </w:rPr>
        <w:t>Καὶ ὁ Λευὶ καὶ ὁ Ἰούδας ἐδοξάσθη παρὰ Κυρίου ἐν υἱοῖς Ἰακώβ. Καὶ γὰρ Κύριος ἐκλήρωσεν ἐν αὐτοῖς, καὶ τῷ μὲν ἔδωκε τὴν ἱερατείαν, τῷ δὲ τὴν βασιλείαν.</w:t>
      </w:r>
    </w:p>
    <w:p>
      <w:r>
        <w:rPr>
          <w:rFonts w:ascii="Courier New" w:hAnsi="Courier New"/>
          <w:color w:val="555555"/>
          <w:sz w:val="20"/>
        </w:rPr>
        <w:t>[5 . 5 . 8]</w:t>
      </w:r>
    </w:p>
    <w:p>
      <w:r>
        <w:rPr>
          <w:rFonts w:ascii="Gentium Plus" w:hAnsi="Gentium Plus"/>
          <w:sz w:val="24"/>
        </w:rPr>
        <w:t>Αὐτοῖς οὖν ὑπακούσατε, καὶ τῇ ἁπλότητι τοῦ πατρὸς ὑμῶν περιπατήσατε· ὅτι καὶ τῷ Γὰδ ἐδόθη ἀπολέσαι τὰ πειρατήρια τὰ ἐπερχόμενα τῷ Ἰσραήλ.</w:t>
      </w:r>
    </w:p>
    <w:p>
      <w:r>
        <w:rPr>
          <w:rFonts w:ascii="Courier New" w:hAnsi="Courier New"/>
          <w:color w:val="555555"/>
          <w:sz w:val="20"/>
        </w:rPr>
        <w:t>[5 . 6 . 1]</w:t>
      </w:r>
    </w:p>
    <w:p>
      <w:r>
        <w:rPr>
          <w:rFonts w:ascii="Gentium Plus" w:hAnsi="Gentium Plus"/>
          <w:sz w:val="24"/>
        </w:rPr>
        <w:t>Οἶδα, τέκνα μου, ὅτι ἐν ἐσχάτοις καιροῖς καταλεί‐ ψουσιν οἱ υἱοὶ ὑμῶν τὴν ἁπλότητα, καὶ κολληθήσονται τῇ ἀπληστίᾳ· καὶ ἀφέντες τὴν ἀκακίαν, προσπελάσουσι τῇ κακουργίᾳ, καὶ καταλιπόντες τὰς ἐντολὰς Κυρίου, κολληθή‐</w:t>
      </w:r>
    </w:p>
    <w:p>
      <w:r>
        <w:rPr>
          <w:rFonts w:ascii="Courier New" w:hAnsi="Courier New"/>
          <w:color w:val="555555"/>
          <w:sz w:val="20"/>
        </w:rPr>
        <w:t>[5]</w:t>
      </w:r>
    </w:p>
    <w:p>
      <w:r>
        <w:rPr>
          <w:rFonts w:ascii="Gentium Plus" w:hAnsi="Gentium Plus"/>
          <w:sz w:val="24"/>
        </w:rPr>
        <w:t>σονται τῷ Βελίαρ·</w:t>
      </w:r>
    </w:p>
    <w:p>
      <w:r>
        <w:rPr>
          <w:rFonts w:ascii="Courier New" w:hAnsi="Courier New"/>
          <w:color w:val="555555"/>
          <w:sz w:val="20"/>
        </w:rPr>
        <w:t>[5 . 6 . 2]</w:t>
      </w:r>
    </w:p>
    <w:p>
      <w:r>
        <w:rPr>
          <w:rFonts w:ascii="Gentium Plus" w:hAnsi="Gentium Plus"/>
          <w:sz w:val="24"/>
        </w:rPr>
        <w:t>καὶ ἀφέντες τὸ γεώργειον, ἐξακολουθή‐ σουσι τοῖς πονηροῖς διαβουλίοις αὐτῶν, καὶ διασπαρήσονται ἐν τοῖς ἔθνεσι, καὶ δουλεύσουσι τοῖς ἐχθροῖς αὐτῶν.</w:t>
      </w:r>
    </w:p>
    <w:p>
      <w:r>
        <w:rPr>
          <w:rFonts w:ascii="Courier New" w:hAnsi="Courier New"/>
          <w:color w:val="555555"/>
          <w:sz w:val="20"/>
        </w:rPr>
        <w:t>[5 . 6 . 3]</w:t>
      </w:r>
    </w:p>
    <w:p>
      <w:r>
        <w:rPr>
          <w:rFonts w:ascii="Gentium Plus" w:hAnsi="Gentium Plus"/>
          <w:sz w:val="24"/>
        </w:rPr>
        <w:t>Καὶ ὑμεῖς οὖν εἴπατε ταῦτα τοῖς τέκνοις ὑμῶν, ὅπως ἐὰν ἁμαρτή‐ σωσι, τάχειον ἐπιστρέψουσι πρὸς Κύριον·</w:t>
      </w:r>
    </w:p>
    <w:p>
      <w:r>
        <w:rPr>
          <w:rFonts w:ascii="Courier New" w:hAnsi="Courier New"/>
          <w:color w:val="555555"/>
          <w:sz w:val="20"/>
        </w:rPr>
        <w:t>[5 . 6 . 4]</w:t>
      </w:r>
    </w:p>
    <w:p>
      <w:r>
        <w:rPr>
          <w:rFonts w:ascii="Gentium Plus" w:hAnsi="Gentium Plus"/>
          <w:sz w:val="24"/>
        </w:rPr>
        <w:t>ὅτι ἐλεήμων ἐστί, καὶ ἐξελεῖται αὐτούς, τοῦ ἐπιστρέψαι εἰς τὴν γῆν αὐτῶν.</w:t>
      </w:r>
    </w:p>
    <w:p>
      <w:r>
        <w:rPr>
          <w:rFonts w:ascii="Courier New" w:hAnsi="Courier New"/>
          <w:color w:val="555555"/>
          <w:sz w:val="20"/>
        </w:rPr>
        <w:t>[5 . 7 . 1]</w:t>
      </w:r>
    </w:p>
    <w:p>
      <w:r>
        <w:rPr>
          <w:rFonts w:ascii="Gentium Plus" w:hAnsi="Gentium Plus"/>
          <w:sz w:val="24"/>
        </w:rPr>
        <w:t>Ἑκατὸν εἰκοσιδύο ἐτῶν εἰμι ἐγώ· καὶ οὐκ ἔγνων ἐπ’ ἐμὲ ἁμαρτίαν εἰς θάνατον.</w:t>
      </w:r>
    </w:p>
    <w:p>
      <w:r>
        <w:rPr>
          <w:rFonts w:ascii="Courier New" w:hAnsi="Courier New"/>
          <w:color w:val="555555"/>
          <w:sz w:val="20"/>
        </w:rPr>
        <w:t>[5 . 7 . 2]</w:t>
      </w:r>
    </w:p>
    <w:p>
      <w:r>
        <w:rPr>
          <w:rFonts w:ascii="Gentium Plus" w:hAnsi="Gentium Plus"/>
          <w:sz w:val="24"/>
        </w:rPr>
        <w:t>Πλὴν τῆς γυναικός μου, οὐκ ἔγνων ἄλλην· οὐκ ἐπόρνευσα ἐν μετεωρισμῷ ὀφθαλμῶν μου·</w:t>
      </w:r>
    </w:p>
    <w:p>
      <w:r>
        <w:rPr>
          <w:rFonts w:ascii="Courier New" w:hAnsi="Courier New"/>
          <w:color w:val="555555"/>
          <w:sz w:val="20"/>
        </w:rPr>
        <w:t>[5 . 7 . 3]</w:t>
      </w:r>
    </w:p>
    <w:p>
      <w:r>
        <w:rPr>
          <w:rFonts w:ascii="Gentium Plus" w:hAnsi="Gentium Plus"/>
          <w:sz w:val="24"/>
        </w:rPr>
        <w:t>οἶνον εἰς ἀποπλάνησιν οὐκ ἔπιον· πᾶν ἐπιθύμημα τοῦ πλησίον οὐκ ἐπόθησα·</w:t>
      </w:r>
    </w:p>
    <w:p>
      <w:r>
        <w:rPr>
          <w:rFonts w:ascii="Courier New" w:hAnsi="Courier New"/>
          <w:color w:val="555555"/>
          <w:sz w:val="20"/>
        </w:rPr>
        <w:t>[5 . 7 . 4]</w:t>
      </w:r>
    </w:p>
    <w:p>
      <w:r>
        <w:rPr>
          <w:rFonts w:ascii="Gentium Plus" w:hAnsi="Gentium Plus"/>
          <w:sz w:val="24"/>
        </w:rPr>
        <w:t>δόλος οὐκ ἐγένετο ἐν καρδίᾳ μου· ψεῦδος οὐκ ἀνῆλθε διὰ τῶν χειλέων μου.</w:t>
      </w:r>
    </w:p>
    <w:p>
      <w:r>
        <w:rPr>
          <w:rFonts w:ascii="Courier New" w:hAnsi="Courier New"/>
          <w:color w:val="555555"/>
          <w:sz w:val="20"/>
        </w:rPr>
        <w:t>[5 . 7 . 5]</w:t>
      </w:r>
    </w:p>
    <w:p>
      <w:r>
        <w:rPr>
          <w:rFonts w:ascii="Gentium Plus" w:hAnsi="Gentium Plus"/>
          <w:sz w:val="24"/>
        </w:rPr>
        <w:t>Παντὶ ἀνθρώπῳ ὀδυνομένῳ συνεστέναξα, καὶ πτωχῷ μετέδωκα τὸν ἄρτον μου. Οὐκ ἔφαγον μόνος· ὅριον οὐκ ἔλυσα· εὐσέβειαν ἐποίησα ἐν πάσαις ταῖς ἡμέραις μου καὶ ἀλήθειαν.</w:t>
      </w:r>
    </w:p>
    <w:p>
      <w:r>
        <w:rPr>
          <w:rFonts w:ascii="Courier New" w:hAnsi="Courier New"/>
          <w:color w:val="555555"/>
          <w:sz w:val="20"/>
        </w:rPr>
        <w:t>[5 . 7 . 6]</w:t>
      </w:r>
    </w:p>
    <w:p>
      <w:r>
        <w:rPr>
          <w:rFonts w:ascii="Gentium Plus" w:hAnsi="Gentium Plus"/>
          <w:sz w:val="24"/>
        </w:rPr>
        <w:t>Τὸν Κύριον ἠγάπησα ἐν πάσῃ τῇ ἰσχύι μου· ὁμοίως καὶ πάντα ἄνθρωπον ἠγάπησα, ὡς τέκνα μου.</w:t>
      </w:r>
    </w:p>
    <w:p>
      <w:r>
        <w:rPr>
          <w:rFonts w:ascii="Courier New" w:hAnsi="Courier New"/>
          <w:color w:val="555555"/>
          <w:sz w:val="20"/>
        </w:rPr>
        <w:t>[5 . 7 . 7]</w:t>
      </w:r>
    </w:p>
    <w:p>
      <w:r>
        <w:rPr>
          <w:rFonts w:ascii="Gentium Plus" w:hAnsi="Gentium Plus"/>
          <w:sz w:val="24"/>
        </w:rPr>
        <w:t>Ταῦτα καὶ ὑμεῖς ποιήσατε, τέκνα μου, καὶ πᾶν πνεῦμα τοῦ Βελίαρ φεύξεται ἀφ’ ὑμῶν, καὶ πᾶσα πρᾶξις πονηρῶν ἀνθρώπων οὐ κυριεύσει ὑμῶν· καὶ πάντα ἄγριον θῆρα καταδουλώσεσθε, ἔχοντες μεθ’ ἑαυτῶν τὸν Θεὸν τοῦ οὐρανοῦ,</w:t>
      </w:r>
    </w:p>
    <w:p>
      <w:r>
        <w:rPr>
          <w:rFonts w:ascii="Courier New" w:hAnsi="Courier New"/>
          <w:color w:val="555555"/>
          <w:sz w:val="20"/>
        </w:rPr>
        <w:t>[5]</w:t>
      </w:r>
    </w:p>
    <w:p>
      <w:r>
        <w:rPr>
          <w:rFonts w:ascii="Gentium Plus" w:hAnsi="Gentium Plus"/>
          <w:sz w:val="24"/>
        </w:rPr>
        <w:t>συμπορευόμενον τοῖς ἀνθρώποις ἐν ἁπλότητι καρδίας.</w:t>
      </w:r>
    </w:p>
    <w:p>
      <w:r>
        <w:rPr>
          <w:rFonts w:ascii="Courier New" w:hAnsi="Courier New"/>
          <w:color w:val="555555"/>
          <w:sz w:val="20"/>
        </w:rPr>
        <w:t>[5 . 7 . 8]</w:t>
      </w:r>
    </w:p>
    <w:p>
      <w:r>
        <w:rPr>
          <w:rFonts w:ascii="Gentium Plus" w:hAnsi="Gentium Plus"/>
          <w:sz w:val="24"/>
        </w:rPr>
        <w:t>Καὶ ἐνετείλατο αὐτοῖς, ὅπως ἀναγάγωσιν αὐτὸν ἐν Χεβρών, κἀκεῖ αὐτὸν θάψωσιν ἐν τῷ σπηλαίῳ μετὰ τῶν πατέρων αὐτοῦ.</w:t>
      </w:r>
    </w:p>
    <w:p>
      <w:r>
        <w:rPr>
          <w:rFonts w:ascii="Courier New" w:hAnsi="Courier New"/>
          <w:color w:val="555555"/>
          <w:sz w:val="20"/>
        </w:rPr>
        <w:t>[5 . 7 . 9]</w:t>
      </w:r>
    </w:p>
    <w:p>
      <w:r>
        <w:rPr>
          <w:rFonts w:ascii="Gentium Plus" w:hAnsi="Gentium Plus"/>
          <w:sz w:val="24"/>
        </w:rPr>
        <w:t>Καὶ ἐξέτεινε τοὺς πόδας αὐτοῦ, καὶ ἀπέθανε πέμπτος ἐν γήρι καλῷ, πᾶν μέλος ἔχων ὑγιές, καὶ ἰσχύων ὕπνωσεν ὕπνον αἰώνιον.</w:t>
      </w:r>
    </w:p>
    <w:p>
      <w:pPr>
        <w:jc w:val="center"/>
      </w:pPr>
      <w:r>
        <w:rPr>
          <w:rFonts w:ascii="Gentium Plus" w:hAnsi="Gentium Plus"/>
          <w:b/>
          <w:sz w:val="24"/>
        </w:rPr>
        <w:t>ΔΙΑΘΗΚΗ ΖΑΒΟΥΛΩΝ ΠΕΡΙ ΕΥΣΠΛΑΓΧΝΙΑΣ ΚΑΙ ΕΛΕΟΥΣ</w:t>
      </w:r>
    </w:p>
    <w:p>
      <w:r>
        <w:rPr>
          <w:rFonts w:ascii="Courier New" w:hAnsi="Courier New"/>
          <w:color w:val="555555"/>
          <w:sz w:val="20"/>
        </w:rPr>
        <w:t>[6 . 1 . 1]</w:t>
      </w:r>
    </w:p>
    <w:p>
      <w:r>
        <w:rPr>
          <w:rFonts w:ascii="Gentium Plus" w:hAnsi="Gentium Plus"/>
          <w:sz w:val="24"/>
        </w:rPr>
        <w:t>Ἀντίγραφον Ζαβουλών, ὃ διέθετο τοῖς τέκνοις αὐτοῦ ριδʹ ἔτει τῆς ζωῆς αὐτοῦ, μετὰ λβʹ ἔτη τοῦ θανάτου Ἰωσήφ.</w:t>
      </w:r>
    </w:p>
    <w:p>
      <w:r>
        <w:rPr>
          <w:rFonts w:ascii="Courier New" w:hAnsi="Courier New"/>
          <w:color w:val="555555"/>
          <w:sz w:val="20"/>
        </w:rPr>
        <w:t>[6 . 1 . 2]</w:t>
      </w:r>
    </w:p>
    <w:p>
      <w:r>
        <w:rPr>
          <w:rFonts w:ascii="Gentium Plus" w:hAnsi="Gentium Plus"/>
          <w:sz w:val="24"/>
        </w:rPr>
        <w:t>Καὶ εἶπεν αὐτοῖς· Ἀκούσατέ μου, υἱοὶ Ζαβουλών, προσέ‐ χετε ῥήμασι πατρὸς ὑμῶν.</w:t>
      </w:r>
    </w:p>
    <w:p>
      <w:r>
        <w:rPr>
          <w:rFonts w:ascii="Courier New" w:hAnsi="Courier New"/>
          <w:color w:val="555555"/>
          <w:sz w:val="20"/>
        </w:rPr>
        <w:t>[6 . 1 . 3]</w:t>
      </w:r>
    </w:p>
    <w:p>
      <w:r>
        <w:rPr>
          <w:rFonts w:ascii="Gentium Plus" w:hAnsi="Gentium Plus"/>
          <w:sz w:val="24"/>
        </w:rPr>
        <w:t>Ἐγώ εἰμι Ζαβουλών, δόσις ἀγαθὴ τοῖς γονεῦσί μου. Ἐν γὰρ τῷ γεννηθῆναί με, ηὐξήθη ὁ πατὴρ ἡμῶν ἕως σφόδρα, καὶ τὰ ποίμνια, καὶ τὰ βουκόλια, ὅτε ἐν τοῖς ποικίλοις ῥάβδοις εἶχε τὸν κλῆρον.</w:t>
      </w:r>
    </w:p>
    <w:p>
      <w:r>
        <w:rPr>
          <w:rFonts w:ascii="Courier New" w:hAnsi="Courier New"/>
          <w:color w:val="555555"/>
          <w:sz w:val="20"/>
        </w:rPr>
        <w:t>[6 . 1 . 4]</w:t>
      </w:r>
    </w:p>
    <w:p>
      <w:r>
        <w:rPr>
          <w:rFonts w:ascii="Gentium Plus" w:hAnsi="Gentium Plus"/>
          <w:sz w:val="24"/>
        </w:rPr>
        <w:t>Οὐκ ἔγνων, τέκνα μου, ὅτι ἥμαρτον ἐν ταῖς ἡμέραις μου, παρεκτὸς ἐννοίας·</w:t>
      </w:r>
    </w:p>
    <w:p>
      <w:r>
        <w:rPr>
          <w:rFonts w:ascii="Courier New" w:hAnsi="Courier New"/>
          <w:color w:val="555555"/>
          <w:sz w:val="20"/>
        </w:rPr>
        <w:t>[6 . 1 . 5]</w:t>
      </w:r>
    </w:p>
    <w:p>
      <w:r>
        <w:rPr>
          <w:rFonts w:ascii="Gentium Plus" w:hAnsi="Gentium Plus"/>
          <w:sz w:val="24"/>
        </w:rPr>
        <w:t>οὐδὲ μιμνήσκομαι ὅτι παρανομίαν ἐποίησα, πλὴν τὴν ἄγνοιαν ἣν ἐποίησα ἐπὶ τοῦ Ἰωσήφ, ὅτι ἐσκέπασα ἐπὶ τοῖς ἀδελφοῖς μου, μὴ εἰπεῖν τῷ πατρί μου τὸ γενόμενον,</w:t>
      </w:r>
    </w:p>
    <w:p>
      <w:r>
        <w:rPr>
          <w:rFonts w:ascii="Courier New" w:hAnsi="Courier New"/>
          <w:color w:val="555555"/>
          <w:sz w:val="20"/>
        </w:rPr>
        <w:t>[6 . 1 . 6]</w:t>
      </w:r>
    </w:p>
    <w:p>
      <w:r>
        <w:rPr>
          <w:rFonts w:ascii="Gentium Plus" w:hAnsi="Gentium Plus"/>
          <w:sz w:val="24"/>
        </w:rPr>
        <w:t>Καὶ ἔκλαιον πολλὰ ἐν κρυφῇ· ἐφοβούμην γὰρ τοὺς ἀδελφούς μου, ὅτι συνέθεντο πάντες ὁμοῦ, εἴτις ἐξείποι τὸ μυστήριον, ἀναιρεθῆναι αὐτὸν μαχαίρᾳ.</w:t>
      </w:r>
    </w:p>
    <w:p>
      <w:r>
        <w:rPr>
          <w:rFonts w:ascii="Courier New" w:hAnsi="Courier New"/>
          <w:color w:val="555555"/>
          <w:sz w:val="20"/>
        </w:rPr>
        <w:t>[6 . 1 . 7]</w:t>
      </w:r>
    </w:p>
    <w:p>
      <w:r>
        <w:rPr>
          <w:rFonts w:ascii="Gentium Plus" w:hAnsi="Gentium Plus"/>
          <w:sz w:val="24"/>
        </w:rPr>
        <w:t>Πλὴν ὅτε ἐβού‐ λοντο ἀνελεῖν αὐτόν, πολλὰ διεμαρτυράμην αὐτοῖς μετὰ δακρύων, τοῦ μὴ ποιῆσαι τὴν ἀνομίαν ταύτην.</w:t>
      </w:r>
    </w:p>
    <w:p>
      <w:r>
        <w:rPr>
          <w:rFonts w:ascii="Courier New" w:hAnsi="Courier New"/>
          <w:color w:val="555555"/>
          <w:sz w:val="20"/>
        </w:rPr>
        <w:t>[6 . 2 . 1]</w:t>
      </w:r>
    </w:p>
    <w:p>
      <w:r>
        <w:rPr>
          <w:rFonts w:ascii="Gentium Plus" w:hAnsi="Gentium Plus"/>
          <w:sz w:val="24"/>
        </w:rPr>
        <w:t>Ἦλθον γὰρ Συμεὼν καὶ Γὰδ ἐπὶ τὸν Ἰωσὴφ τοῦ ἀνελεῖν αὐτόν· καὶ πεσὼν ἐπὶ πρόσωπον Ἰωσήφ, ἔλεγεν αὐτοῖς·</w:t>
      </w:r>
    </w:p>
    <w:p>
      <w:r>
        <w:rPr>
          <w:rFonts w:ascii="Courier New" w:hAnsi="Courier New"/>
          <w:color w:val="555555"/>
          <w:sz w:val="20"/>
        </w:rPr>
        <w:t>[6 . 2 . 2]</w:t>
      </w:r>
    </w:p>
    <w:p>
      <w:r>
        <w:rPr>
          <w:rFonts w:ascii="Gentium Plus" w:hAnsi="Gentium Plus"/>
          <w:sz w:val="24"/>
        </w:rPr>
        <w:t>Ἐλεήσατέ με, ἀδελφοί μου, οἰκτειρήσατε τὰ σπλάγχνα Ἰακὼβ τοῦ πατρὸς ἡμῶν. Μὴ ἐπαγάγετε ἐπ’ ἐμὲ τὰς χεῖρας ὑμῶν, τοῦ ἐκχέαι αἷμα ἀθῷον, ὅτι οὐχ ἥμαρτον εἰς ὑμᾶς.</w:t>
      </w:r>
    </w:p>
    <w:p>
      <w:r>
        <w:rPr>
          <w:rFonts w:ascii="Courier New" w:hAnsi="Courier New"/>
          <w:color w:val="555555"/>
          <w:sz w:val="20"/>
        </w:rPr>
        <w:t>[6 . 2 . 3]</w:t>
      </w:r>
    </w:p>
    <w:p>
      <w:r>
        <w:rPr>
          <w:rFonts w:ascii="Gentium Plus" w:hAnsi="Gentium Plus"/>
          <w:sz w:val="24"/>
        </w:rPr>
        <w:t>Εἰ δὲ καὶ ἥμαρτον, ἐν παιδείᾳ παιδεύσατέ με· τὴν δὲ χεῖρα ὑμῶν μὴ ἐπενέγκητε διὰ Ἰακὼβ τὸν πατέρα ἡμῶν.</w:t>
      </w:r>
    </w:p>
    <w:p>
      <w:r>
        <w:rPr>
          <w:rFonts w:ascii="Courier New" w:hAnsi="Courier New"/>
          <w:color w:val="555555"/>
          <w:sz w:val="20"/>
        </w:rPr>
        <w:t>[6 . 2 . 4]</w:t>
      </w:r>
    </w:p>
    <w:p>
      <w:r>
        <w:rPr>
          <w:rFonts w:ascii="Gentium Plus" w:hAnsi="Gentium Plus"/>
          <w:sz w:val="24"/>
        </w:rPr>
        <w:t>Ὡς δὲ ἔλεγε τὰ ῥήματα ταῦτα, εἰς οἶκτον ἦλθον ἐγώ, καὶ ἠρξάμην κλαίειν, καὶ τὰ ἥπατά μου ἐξελύθησαν ἐπ’ ἐμέ, καὶ πᾶσα ἡ ὑπόστασις τῶν σπλάγχνων μου ἐχαυνοῦτο ἐπὶ τὴν ψυχήν μου.</w:t>
      </w:r>
    </w:p>
    <w:p>
      <w:r>
        <w:rPr>
          <w:rFonts w:ascii="Courier New" w:hAnsi="Courier New"/>
          <w:color w:val="555555"/>
          <w:sz w:val="20"/>
        </w:rPr>
        <w:t>[6 . 2 . 5]</w:t>
      </w:r>
    </w:p>
    <w:p>
      <w:r>
        <w:rPr>
          <w:rFonts w:ascii="Gentium Plus" w:hAnsi="Gentium Plus"/>
          <w:sz w:val="24"/>
        </w:rPr>
        <w:t>Ἔκλαιε δὲ καὶ Ἰωσὴφ κἀγὼ σὺν αὐτῷ, καὶ ἐβόμβη ἡ καρδία μου, καὶ οἱ ἁρμοὶ τοῦ σώματός μου ἐξέστησαν καὶ οὐκ ἠδυνάμην τοῦ στῆναι.</w:t>
      </w:r>
    </w:p>
    <w:p>
      <w:r>
        <w:rPr>
          <w:rFonts w:ascii="Courier New" w:hAnsi="Courier New"/>
          <w:color w:val="555555"/>
          <w:sz w:val="20"/>
        </w:rPr>
        <w:t>[6 . 2 . 6]</w:t>
      </w:r>
    </w:p>
    <w:p>
      <w:r>
        <w:rPr>
          <w:rFonts w:ascii="Gentium Plus" w:hAnsi="Gentium Plus"/>
          <w:sz w:val="24"/>
        </w:rPr>
        <w:t>Καὶ ἰδών με συνκλαίοντα αὐτῷ, κἀκείνους ἐπερχομένους ἀνελεῖν αὐτόν, κατέφυγεν ὀπίσω μου, δεόμενος αὐτῶν.</w:t>
      </w:r>
    </w:p>
    <w:p>
      <w:r>
        <w:rPr>
          <w:rFonts w:ascii="Courier New" w:hAnsi="Courier New"/>
          <w:color w:val="555555"/>
          <w:sz w:val="20"/>
        </w:rPr>
        <w:t>[6 . 2 . 7]</w:t>
      </w:r>
    </w:p>
    <w:p>
      <w:r>
        <w:rPr>
          <w:rFonts w:ascii="Gentium Plus" w:hAnsi="Gentium Plus"/>
          <w:sz w:val="24"/>
        </w:rPr>
        <w:t>Ἀναστὰς δὲ Ῥουβὴμ εἶπεν· Ἀδελφοί, μὴ ἀποκτείνωμεν αὐτόν, ἀλλὰ ῥίψωμεν αὐτὸν εἰς ἕνα τῶν λάκκων τῶν ξηρῶν τούτων, ὧν ὤρυξαν οἱ πατέρες ἡμῶν, καὶ οὐχ εὗρον ὕδωρ.</w:t>
      </w:r>
    </w:p>
    <w:p>
      <w:r>
        <w:rPr>
          <w:rFonts w:ascii="Courier New" w:hAnsi="Courier New"/>
          <w:color w:val="555555"/>
          <w:sz w:val="20"/>
        </w:rPr>
        <w:t>[6 . 2 . 8]</w:t>
      </w:r>
    </w:p>
    <w:p>
      <w:r>
        <w:rPr>
          <w:rFonts w:ascii="Gentium Plus" w:hAnsi="Gentium Plus"/>
          <w:sz w:val="24"/>
        </w:rPr>
        <w:t>Διὰ γὰρ τοῦτο ἐκώλυσε Κύριος τοῦ ἀναβῆναι ὕδωρ ἐν αὐτοῖς, ἵνα γένηται περιποίησις τοῦ Ἰωσήφ.</w:t>
      </w:r>
    </w:p>
    <w:p>
      <w:r>
        <w:rPr>
          <w:rFonts w:ascii="Courier New" w:hAnsi="Courier New"/>
          <w:color w:val="555555"/>
          <w:sz w:val="20"/>
        </w:rPr>
        <w:t>[6 . 2 . 9]</w:t>
      </w:r>
    </w:p>
    <w:p>
      <w:r>
        <w:rPr>
          <w:rFonts w:ascii="Gentium Plus" w:hAnsi="Gentium Plus"/>
          <w:sz w:val="24"/>
        </w:rPr>
        <w:t>Καὶ ἐποίησε Κύριος οὕτως, ἕως οὗ ἐπώλησαν αὐτὸν τοῖς Ἰσμαηλίταις.</w:t>
      </w:r>
    </w:p>
    <w:p>
      <w:r>
        <w:rPr>
          <w:rFonts w:ascii="Courier New" w:hAnsi="Courier New"/>
          <w:color w:val="555555"/>
          <w:sz w:val="20"/>
        </w:rPr>
        <w:t>[6 . 3 . 1]</w:t>
      </w:r>
    </w:p>
    <w:p>
      <w:r>
        <w:rPr>
          <w:rFonts w:ascii="Gentium Plus" w:hAnsi="Gentium Plus"/>
          <w:sz w:val="24"/>
        </w:rPr>
        <w:t>Καὶ γὰρ τῆς τιμῆς τοῦ Ἰωσήφ, τέκνα, ἐγὼ οὐκ ἐκοινώνησα,</w:t>
      </w:r>
    </w:p>
    <w:p>
      <w:r>
        <w:rPr>
          <w:rFonts w:ascii="Courier New" w:hAnsi="Courier New"/>
          <w:color w:val="555555"/>
          <w:sz w:val="20"/>
        </w:rPr>
        <w:t>[6 . 3 . 2]</w:t>
      </w:r>
    </w:p>
    <w:p>
      <w:r>
        <w:rPr>
          <w:rFonts w:ascii="Gentium Plus" w:hAnsi="Gentium Plus"/>
          <w:sz w:val="24"/>
        </w:rPr>
        <w:t>ἀλλὰ Συμεὼν καὶ Γὰδ καὶ οἱ ἄλλοι ἓξ ἀδελφοὶ ἡμῶν λαβόντες τὴν τιμὴν τοῦ Ἰωσήφ, ἐπριάσαντο ὑποδήματα ἑαυτοῖς καὶ ταῖς γυναιξὶν αὐτῶν καὶ τοῖς τέκνοις αὐτῶν, εἰπόντες·</w:t>
      </w:r>
    </w:p>
    <w:p>
      <w:r>
        <w:rPr>
          <w:rFonts w:ascii="Courier New" w:hAnsi="Courier New"/>
          <w:color w:val="555555"/>
          <w:sz w:val="20"/>
        </w:rPr>
        <w:t>[6 . 3 . 3]</w:t>
      </w:r>
    </w:p>
    <w:p>
      <w:r>
        <w:rPr>
          <w:rFonts w:ascii="Gentium Plus" w:hAnsi="Gentium Plus"/>
          <w:sz w:val="24"/>
        </w:rPr>
        <w:t>Οὐ φαγόμεθα αὐτήν, ὅτι τιμὴ αἵματος τοῦ ἀδελφοῦ ἡμῶν αὕτη, ἀλλὰ καταπατήσει καταπατήσωμεν αὐτήν, ἀνθ’ ὧν εἶπε βασιλεύειν ἐφ’ ἡμᾶς· καὶ εἴδωμεν, τί ἔσται τὰ ἐνύπνια αὐτοῦ.</w:t>
      </w:r>
    </w:p>
    <w:p>
      <w:r>
        <w:rPr>
          <w:rFonts w:ascii="Courier New" w:hAnsi="Courier New"/>
          <w:color w:val="555555"/>
          <w:sz w:val="20"/>
        </w:rPr>
        <w:t>[6 . 3 . 4]</w:t>
      </w:r>
    </w:p>
    <w:p>
      <w:r>
        <w:rPr>
          <w:rFonts w:ascii="Gentium Plus" w:hAnsi="Gentium Plus"/>
          <w:sz w:val="24"/>
        </w:rPr>
        <w:t>Διὰ τοῦτο ἐν γραφῇ νόμου Ἐνὼχ γέγραπται, τὸν μὴ θέλοντα ἀναστῆσαι σπέρμα τῷ ἀδελφῷ αὐτοῦ, ὑπολυθήσεσθαι τὸ ὑπόδημα, καὶ ἐμπτύεσθαι εἰς τὸ πρόσωπον.</w:t>
      </w:r>
    </w:p>
    <w:p>
      <w:r>
        <w:rPr>
          <w:rFonts w:ascii="Courier New" w:hAnsi="Courier New"/>
          <w:color w:val="555555"/>
          <w:sz w:val="20"/>
        </w:rPr>
        <w:t>[6 . 3 . 5]</w:t>
      </w:r>
    </w:p>
    <w:p>
      <w:r>
        <w:rPr>
          <w:rFonts w:ascii="Gentium Plus" w:hAnsi="Gentium Plus"/>
          <w:sz w:val="24"/>
        </w:rPr>
        <w:t>Καὶ οἱ ἀδελφοὶ Ἰωσὴφ οὐκ ἠθέλησαν εἰς ζωὴν ἀδελφοῦ αὐτῶν· καὶ Κύριος ὑπέλυσεν αὐτοὺς τὸ ὑπόδη‐ μα Ἰωσήφ.</w:t>
      </w:r>
    </w:p>
    <w:p>
      <w:r>
        <w:rPr>
          <w:rFonts w:ascii="Courier New" w:hAnsi="Courier New"/>
          <w:color w:val="555555"/>
          <w:sz w:val="20"/>
        </w:rPr>
        <w:t>[6 . 3 . 6]</w:t>
      </w:r>
    </w:p>
    <w:p>
      <w:r>
        <w:rPr>
          <w:rFonts w:ascii="Gentium Plus" w:hAnsi="Gentium Plus"/>
          <w:sz w:val="24"/>
        </w:rPr>
        <w:t>Καὶ γὰρ ἐλθόντες ἐν Αἰγύπτῳ, ὑπελύθησαν ὑπὸ τῶν παίδων Ἰωσὴφ ἔμπροσθε τοῦ πυλῶνος, καὶ οὕτως προσεκύνησαν τῷ Ἰωσὴφ κατὰ τὸν τύπον τοῦ Φαραώ.</w:t>
      </w:r>
    </w:p>
    <w:p>
      <w:r>
        <w:rPr>
          <w:rFonts w:ascii="Courier New" w:hAnsi="Courier New"/>
          <w:color w:val="555555"/>
          <w:sz w:val="20"/>
        </w:rPr>
        <w:t>[6 . 3 . 7]</w:t>
      </w:r>
    </w:p>
    <w:p>
      <w:r>
        <w:rPr>
          <w:rFonts w:ascii="Gentium Plus" w:hAnsi="Gentium Plus"/>
          <w:sz w:val="24"/>
        </w:rPr>
        <w:t>Οὐ μόνον δὲ προσεκύνησαν αὐτῷ, ἀλλὰ καὶ ἐνεπτύσθησαν, παραχρῆμα πεσόντες ἔμπροσθεν αὐτοῦ· καὶ οὕτως ᾐσχύνθη‐ σαν ἔμπροσθε τῶν Αἰγυπτίων.</w:t>
      </w:r>
    </w:p>
    <w:p>
      <w:r>
        <w:rPr>
          <w:rFonts w:ascii="Courier New" w:hAnsi="Courier New"/>
          <w:color w:val="555555"/>
          <w:sz w:val="20"/>
        </w:rPr>
        <w:t>[6 . 3 . 8]</w:t>
      </w:r>
    </w:p>
    <w:p>
      <w:r>
        <w:rPr>
          <w:rFonts w:ascii="Gentium Plus" w:hAnsi="Gentium Plus"/>
          <w:sz w:val="24"/>
        </w:rPr>
        <w:t>Μετὰ ταῦτα γὰρ ἤκουσαν οἱ Αἰγύπτιοι πάντα τὰ κακὰ ἃ ἐποιήσαμεν τῷ Ἰωσήφ.</w:t>
      </w:r>
    </w:p>
    <w:p>
      <w:r>
        <w:rPr>
          <w:rFonts w:ascii="Courier New" w:hAnsi="Courier New"/>
          <w:color w:val="555555"/>
          <w:sz w:val="20"/>
        </w:rPr>
        <w:t>[6 . 4 . 1]</w:t>
      </w:r>
    </w:p>
    <w:p>
      <w:r>
        <w:rPr>
          <w:rFonts w:ascii="Gentium Plus" w:hAnsi="Gentium Plus"/>
          <w:sz w:val="24"/>
        </w:rPr>
        <w:t>Μετὰ ταῦτα ἔβαλον ἐσθίειν ἐκεῖνοι.</w:t>
      </w:r>
    </w:p>
    <w:p>
      <w:r>
        <w:rPr>
          <w:rFonts w:ascii="Courier New" w:hAnsi="Courier New"/>
          <w:color w:val="555555"/>
          <w:sz w:val="20"/>
        </w:rPr>
        <w:t>[6 . 4 . 2]</w:t>
      </w:r>
    </w:p>
    <w:p>
      <w:r>
        <w:rPr>
          <w:rFonts w:ascii="Gentium Plus" w:hAnsi="Gentium Plus"/>
          <w:sz w:val="24"/>
        </w:rPr>
        <w:t>Ἐγὼ γὰρ δύο ἡμέρας καὶ δύο νύκτας οὐκ ἐγευσάμην, σπλαγχνιζόμενος ἐπὶ Ἰωσήφ. Καὶ Ἰούδας οὐ συνέτρωγεν αὐτοῖς· προσεῖχε δὲ τῷ λάκκῳ, ὅτι ἐφοβεῖτο μὴ ἀποπηδήσαντες Συμεὼν καὶ</w:t>
      </w:r>
    </w:p>
    <w:p>
      <w:r>
        <w:rPr>
          <w:rFonts w:ascii="Courier New" w:hAnsi="Courier New"/>
          <w:color w:val="555555"/>
          <w:sz w:val="20"/>
        </w:rPr>
        <w:t>[5]</w:t>
      </w:r>
    </w:p>
    <w:p>
      <w:r>
        <w:rPr>
          <w:rFonts w:ascii="Gentium Plus" w:hAnsi="Gentium Plus"/>
          <w:sz w:val="24"/>
        </w:rPr>
        <w:t>Γὰδ ἀνέλωσιν αὐτόν.</w:t>
      </w:r>
    </w:p>
    <w:p>
      <w:r>
        <w:rPr>
          <w:rFonts w:ascii="Courier New" w:hAnsi="Courier New"/>
          <w:color w:val="555555"/>
          <w:sz w:val="20"/>
        </w:rPr>
        <w:t>[6 . 4 . 3]</w:t>
      </w:r>
    </w:p>
    <w:p>
      <w:r>
        <w:rPr>
          <w:rFonts w:ascii="Gentium Plus" w:hAnsi="Gentium Plus"/>
          <w:sz w:val="24"/>
        </w:rPr>
        <w:t>Καὶ ὁρῶντες κἀμὲ μὴ ἐσθίοντα, ἔθεντό με τηρεῖν αὐτὸν, ἕως οὗ ἐπράθη.</w:t>
      </w:r>
    </w:p>
    <w:p>
      <w:r>
        <w:rPr>
          <w:rFonts w:ascii="Courier New" w:hAnsi="Courier New"/>
          <w:color w:val="555555"/>
          <w:sz w:val="20"/>
        </w:rPr>
        <w:t>[6 . 4 . 4]</w:t>
      </w:r>
    </w:p>
    <w:p>
      <w:r>
        <w:rPr>
          <w:rFonts w:ascii="Gentium Plus" w:hAnsi="Gentium Plus"/>
          <w:sz w:val="24"/>
        </w:rPr>
        <w:t>Ἐποίησε δὲ ἐν τῷ λάκκῳ τρεῖς ἡμέρας καὶ τρεῖς νύκτας, καὶ οὕτως ἐπράθη ἄσιτος.</w:t>
      </w:r>
    </w:p>
    <w:p>
      <w:r>
        <w:rPr>
          <w:rFonts w:ascii="Courier New" w:hAnsi="Courier New"/>
          <w:color w:val="555555"/>
          <w:sz w:val="20"/>
        </w:rPr>
        <w:t>[6 . 4 . 5]</w:t>
      </w:r>
    </w:p>
    <w:p>
      <w:r>
        <w:rPr>
          <w:rFonts w:ascii="Gentium Plus" w:hAnsi="Gentium Plus"/>
          <w:sz w:val="24"/>
        </w:rPr>
        <w:t>Καὶ ἀκούσας Ῥουβὴμ ὅτι ἐπράθη ἀπόντος αὐτοῦ, περισχισάμενος ἐθρήνει λέγων· Πῶς ὄψομαι τὸ πρόσωπον Ἰακὼβ τοῦ πατρός μου;</w:t>
      </w:r>
    </w:p>
    <w:p>
      <w:r>
        <w:rPr>
          <w:rFonts w:ascii="Courier New" w:hAnsi="Courier New"/>
          <w:color w:val="555555"/>
          <w:sz w:val="20"/>
        </w:rPr>
        <w:t>[6 . 4 . 6]</w:t>
      </w:r>
    </w:p>
    <w:p>
      <w:r>
        <w:rPr>
          <w:rFonts w:ascii="Gentium Plus" w:hAnsi="Gentium Plus"/>
          <w:sz w:val="24"/>
        </w:rPr>
        <w:t>καὶ λαβὼν τὸ ἀργύριον κατέδραμε τοῖς ἐμπόροις, καὶ οὐδένα εὗρεν· ἀφέντες γὰρ τὴν ὁδὸν τὴν μεγάλην, ἐπορεύθησαν διὰ τραγλοκολπητῶν ἐν τῇ συντόμῳ.</w:t>
      </w:r>
    </w:p>
    <w:p>
      <w:r>
        <w:rPr>
          <w:rFonts w:ascii="Courier New" w:hAnsi="Courier New"/>
          <w:color w:val="555555"/>
          <w:sz w:val="20"/>
        </w:rPr>
        <w:t>[6 . 4 . 7]</w:t>
      </w:r>
    </w:p>
    <w:p>
      <w:r>
        <w:rPr>
          <w:rFonts w:ascii="Gentium Plus" w:hAnsi="Gentium Plus"/>
          <w:sz w:val="24"/>
        </w:rPr>
        <w:t>Καὶ οὐκ ἔφαγε Ῥουβὴμ ἄρτον ἐν τῇ ἡμέρᾳ ἐκείνῃ. Προσελθὼν οὖν Δὰν εἶπεν αὐτῷ·</w:t>
      </w:r>
    </w:p>
    <w:p>
      <w:r>
        <w:rPr>
          <w:rFonts w:ascii="Courier New" w:hAnsi="Courier New"/>
          <w:color w:val="555555"/>
          <w:sz w:val="20"/>
        </w:rPr>
        <w:t>[6 . 4 . 8]</w:t>
      </w:r>
    </w:p>
    <w:p>
      <w:r>
        <w:rPr>
          <w:rFonts w:ascii="Gentium Plus" w:hAnsi="Gentium Plus"/>
          <w:sz w:val="24"/>
        </w:rPr>
        <w:t>Μὴ κλαῖε, μηδὲ πένθει· εὗρον γὰρ, τί εἴπομεν τῷ πατρὶ ἡμῶν Ἰακώβ.</w:t>
      </w:r>
    </w:p>
    <w:p>
      <w:r>
        <w:rPr>
          <w:rFonts w:ascii="Courier New" w:hAnsi="Courier New"/>
          <w:color w:val="555555"/>
          <w:sz w:val="20"/>
        </w:rPr>
        <w:t>[6 . 4 . 9]</w:t>
      </w:r>
    </w:p>
    <w:p>
      <w:r>
        <w:rPr>
          <w:rFonts w:ascii="Gentium Plus" w:hAnsi="Gentium Plus"/>
          <w:sz w:val="24"/>
        </w:rPr>
        <w:t>Θύσωμεν χίμαρρον αἰγῶν, καὶ ἐμβάψωμεν τὸν χιτῶνα Ἰωσήφ, καὶ ἐροῦμεν· Ἐπίγνωθι, εἰ χιτὼν τοῦ υἱοῦ σού ἐστιν οὗτος·</w:t>
      </w:r>
    </w:p>
    <w:p>
      <w:r>
        <w:rPr>
          <w:rFonts w:ascii="Courier New" w:hAnsi="Courier New"/>
          <w:color w:val="555555"/>
          <w:sz w:val="20"/>
        </w:rPr>
        <w:t>[6 . 4 . 10]</w:t>
      </w:r>
    </w:p>
    <w:p>
      <w:r>
        <w:rPr>
          <w:rFonts w:ascii="Gentium Plus" w:hAnsi="Gentium Plus"/>
          <w:sz w:val="24"/>
        </w:rPr>
        <w:t>τὸν γὰρ χιτῶνα τοῦ πατρὸς ἡμῶν ἐξέδυσαν τὸν Ἰωσὴφ ἐν τῷ μέλλειν πιπράσκειν αὐτόν, καὶ ἐνέδυσαν αὐτὸν ἱμάτιον παλαιὸν δούλου.</w:t>
      </w:r>
    </w:p>
    <w:p>
      <w:r>
        <w:rPr>
          <w:rFonts w:ascii="Courier New" w:hAnsi="Courier New"/>
          <w:color w:val="555555"/>
          <w:sz w:val="20"/>
        </w:rPr>
        <w:t>[6 . 4 . 11]</w:t>
      </w:r>
    </w:p>
    <w:p>
      <w:r>
        <w:rPr>
          <w:rFonts w:ascii="Gentium Plus" w:hAnsi="Gentium Plus"/>
          <w:sz w:val="24"/>
        </w:rPr>
        <w:t>Τὸν δὲ χιτῶνα εἶχε Συμεών, καὶ οὐκ ἤθελε δοῦναι αὐτόν, θέλων τῇ ῥομφαίᾳ αὐτοῦ κατακόψαι αὐτόν, ὀργιζόμενος ὅτι ἔζησε καὶ οὐκ ἀνεῖλεν αὐτόν.</w:t>
      </w:r>
    </w:p>
    <w:p>
      <w:r>
        <w:rPr>
          <w:rFonts w:ascii="Courier New" w:hAnsi="Courier New"/>
          <w:color w:val="555555"/>
          <w:sz w:val="20"/>
        </w:rPr>
        <w:t>[6 . 4 . 12]</w:t>
      </w:r>
    </w:p>
    <w:p>
      <w:r>
        <w:rPr>
          <w:rFonts w:ascii="Gentium Plus" w:hAnsi="Gentium Plus"/>
          <w:sz w:val="24"/>
        </w:rPr>
        <w:t>Ἀναστάντες δὲ κατ’ αὐτοῦ πάντες ὁμοῦ εἴπομεν ὅτι ἐὰν μὴ δῷς, ἐροῦμεν ὅτι σὺ μόνος ἐποίησας τὸ πονηρὸν ἐν Ἰσραήλ.</w:t>
      </w:r>
    </w:p>
    <w:p>
      <w:r>
        <w:rPr>
          <w:rFonts w:ascii="Courier New" w:hAnsi="Courier New"/>
          <w:color w:val="555555"/>
          <w:sz w:val="20"/>
        </w:rPr>
        <w:t>[6 . 4 . 13]</w:t>
      </w:r>
    </w:p>
    <w:p>
      <w:r>
        <w:rPr>
          <w:rFonts w:ascii="Gentium Plus" w:hAnsi="Gentium Plus"/>
          <w:sz w:val="24"/>
        </w:rPr>
        <w:t>Καὶ οὕτως δίδωσιν αὐτόν, καὶ ἐποίησαν καθὼς εἶπεν ὁ Δάν.</w:t>
      </w:r>
    </w:p>
    <w:p>
      <w:r>
        <w:rPr>
          <w:rFonts w:ascii="Courier New" w:hAnsi="Courier New"/>
          <w:color w:val="555555"/>
          <w:sz w:val="20"/>
        </w:rPr>
        <w:t>[6 . 5 . 1]</w:t>
      </w:r>
    </w:p>
    <w:p>
      <w:r>
        <w:rPr>
          <w:rFonts w:ascii="Gentium Plus" w:hAnsi="Gentium Plus"/>
          <w:sz w:val="24"/>
        </w:rPr>
        <w:t>Καὶ νῦν, τέκνα μου, ἀναγγελῶ ὑμῖν τοῦ φυλάσσειν τὰς ἐντολὰς Κυρίου, καὶ ποιεῖν ἔλεος ἐπὶ τὸν πλησίον, καὶ εὐσπλαγχνίαν πρὸς πάντας ἔχειν, οὐ μόνον πρὸς ἀνθρώπους, ἀλλὰ καὶ εἰς ἄλογα.</w:t>
      </w:r>
    </w:p>
    <w:p>
      <w:r>
        <w:rPr>
          <w:rFonts w:ascii="Courier New" w:hAnsi="Courier New"/>
          <w:color w:val="555555"/>
          <w:sz w:val="20"/>
        </w:rPr>
        <w:t>[6 . 5 . 2]</w:t>
      </w:r>
    </w:p>
    <w:p>
      <w:r>
        <w:rPr>
          <w:rFonts w:ascii="Gentium Plus" w:hAnsi="Gentium Plus"/>
          <w:sz w:val="24"/>
        </w:rPr>
        <w:t>Διὰ γὰρ ταῦτα εὐλόγησέ με Κύριος, καὶ πάντων τῶν ἀδελφῶν μου ἀσθενούντων ἐγὼ ἄνοσος παρῆλθον· οἶδε γὰρ Κύριος ἑκάστου τὴν προαίρεσιν.</w:t>
      </w:r>
    </w:p>
    <w:p>
      <w:r>
        <w:rPr>
          <w:rFonts w:ascii="Courier New" w:hAnsi="Courier New"/>
          <w:color w:val="555555"/>
          <w:sz w:val="20"/>
        </w:rPr>
        <w:t>[6 . 5 . 3]</w:t>
      </w:r>
    </w:p>
    <w:p>
      <w:r>
        <w:rPr>
          <w:rFonts w:ascii="Gentium Plus" w:hAnsi="Gentium Plus"/>
          <w:sz w:val="24"/>
        </w:rPr>
        <w:t>Ἔχετε οὖν ἔλεος ἐν σπλάγχνοις ὑμῶν, τέκνα μου, ὅτι ὡς ἄν τις ποιήσῃ τῷ πλησίον αὐτοῦ, οὕτως καὶ ὁ Κύριος ποιήσει αὐτῷ.</w:t>
      </w:r>
    </w:p>
    <w:p>
      <w:r>
        <w:rPr>
          <w:rFonts w:ascii="Courier New" w:hAnsi="Courier New"/>
          <w:color w:val="555555"/>
          <w:sz w:val="20"/>
        </w:rPr>
        <w:t>[6 . 5 . 4]</w:t>
      </w:r>
    </w:p>
    <w:p>
      <w:r>
        <w:rPr>
          <w:rFonts w:ascii="Gentium Plus" w:hAnsi="Gentium Plus"/>
          <w:sz w:val="24"/>
        </w:rPr>
        <w:t>Καὶ γὰρ οἱ υἱοὶ τῶν ἀδελφῶν μου ἠσθένουν, ἀπέθνησκον διὰ Ἰωσήφ, ὅτι οὐκ ἐποίησαν ἔλεος ἐν σπλάγχ‐ νοις αὐτῶν· οἱ δὲ ἐμοὶ υἱοὶ ἄνοσοι διεφυλάχθησαν, ὡς οἴδατε.</w:t>
      </w:r>
    </w:p>
    <w:p>
      <w:r>
        <w:rPr>
          <w:rFonts w:ascii="Courier New" w:hAnsi="Courier New"/>
          <w:color w:val="555555"/>
          <w:sz w:val="20"/>
        </w:rPr>
        <w:t>[6 . 5 . 5]</w:t>
      </w:r>
    </w:p>
    <w:p>
      <w:r>
        <w:rPr>
          <w:rFonts w:ascii="Gentium Plus" w:hAnsi="Gentium Plus"/>
          <w:sz w:val="24"/>
        </w:rPr>
        <w:t>Καὶ ὅτε ἤμην ἐν τῇ Χαναάν, εἰς παράλιον ἐθήρευον θῆρα ἰχθύων Ἰακὼβ τῷ πατρί μου· καὶ πολλῶν ἀγχομένων ἐν τῇ θαλάσσῃ, ἐγὼ ἀβλαβὴς διέμεινα.</w:t>
      </w:r>
    </w:p>
    <w:p>
      <w:r>
        <w:rPr>
          <w:rFonts w:ascii="Courier New" w:hAnsi="Courier New"/>
          <w:color w:val="555555"/>
          <w:sz w:val="20"/>
        </w:rPr>
        <w:t>[6 . 6 . 1]</w:t>
      </w:r>
    </w:p>
    <w:p>
      <w:r>
        <w:rPr>
          <w:rFonts w:ascii="Gentium Plus" w:hAnsi="Gentium Plus"/>
          <w:sz w:val="24"/>
        </w:rPr>
        <w:t>Πρῶτος ἐγὼ ἐποίησα σκάφος ἐν θαλάσσῃ ἐπιπλέειν, ὅτι Κύριος ἔδωκέ μοι σύνεσιν καὶ σοφίαν ἐν αὐτῷ·</w:t>
      </w:r>
    </w:p>
    <w:p>
      <w:r>
        <w:rPr>
          <w:rFonts w:ascii="Courier New" w:hAnsi="Courier New"/>
          <w:color w:val="555555"/>
          <w:sz w:val="20"/>
        </w:rPr>
        <w:t>[6 . 6 . 2]</w:t>
      </w:r>
    </w:p>
    <w:p>
      <w:r>
        <w:rPr>
          <w:rFonts w:ascii="Gentium Plus" w:hAnsi="Gentium Plus"/>
          <w:sz w:val="24"/>
        </w:rPr>
        <w:t>καὶ καθῆκα ξύλον ὄπισθεν αὐτοῦ, καὶ ὀθόνην ἐξέτεινα ἐν ὀρθῷ ξύλῳ ἐμμέσῳ·</w:t>
      </w:r>
    </w:p>
    <w:p>
      <w:r>
        <w:rPr>
          <w:rFonts w:ascii="Courier New" w:hAnsi="Courier New"/>
          <w:color w:val="555555"/>
          <w:sz w:val="20"/>
        </w:rPr>
        <w:t>[6 . 6 . 3]</w:t>
      </w:r>
    </w:p>
    <w:p>
      <w:r>
        <w:rPr>
          <w:rFonts w:ascii="Gentium Plus" w:hAnsi="Gentium Plus"/>
          <w:sz w:val="24"/>
        </w:rPr>
        <w:t>καὶ ἐν αὐτῷ διαπορευόμενος τοὺς αἰγια‐ λούς, ἡλίευον ἰχθύας οἴκῳ τοῦ πατρός μου, ἕως ἤλθωμεν εἰς Αἴγυπτον·</w:t>
      </w:r>
    </w:p>
    <w:p>
      <w:r>
        <w:rPr>
          <w:rFonts w:ascii="Courier New" w:hAnsi="Courier New"/>
          <w:color w:val="555555"/>
          <w:sz w:val="20"/>
        </w:rPr>
        <w:t>[6 . 6 . 4]</w:t>
      </w:r>
    </w:p>
    <w:p>
      <w:r>
        <w:rPr>
          <w:rFonts w:ascii="Gentium Plus" w:hAnsi="Gentium Plus"/>
          <w:sz w:val="24"/>
        </w:rPr>
        <w:t>καὶ ἐκ τῆς θήρας μου παντὶ ἀνθρώπῳ ξένῳ σπλαγχνιζόμενος ἐδίδουν.</w:t>
      </w:r>
    </w:p>
    <w:p>
      <w:r>
        <w:rPr>
          <w:rFonts w:ascii="Courier New" w:hAnsi="Courier New"/>
          <w:color w:val="555555"/>
          <w:sz w:val="20"/>
        </w:rPr>
        <w:t>[6 . 6 . 5]</w:t>
      </w:r>
    </w:p>
    <w:p>
      <w:r>
        <w:rPr>
          <w:rFonts w:ascii="Gentium Plus" w:hAnsi="Gentium Plus"/>
          <w:sz w:val="24"/>
        </w:rPr>
        <w:t>Εἰ δὲ ἦν ξένος, ἢ νοσῶν, ἢ γηράσας, ἑψήσας τοὺς ἰχθύας, καὶ ποιήσας αὐτὰ ἀγαθῶς, κατὰ τὴν ἑκάστου χρείαν προσέφερον πᾶσι, συνάγων καὶ συμπάσχων.</w:t>
      </w:r>
    </w:p>
    <w:p>
      <w:r>
        <w:rPr>
          <w:rFonts w:ascii="Courier New" w:hAnsi="Courier New"/>
          <w:color w:val="555555"/>
          <w:sz w:val="20"/>
        </w:rPr>
        <w:t>[6 . 6 . 6]</w:t>
      </w:r>
    </w:p>
    <w:p>
      <w:r>
        <w:rPr>
          <w:rFonts w:ascii="Gentium Plus" w:hAnsi="Gentium Plus"/>
          <w:sz w:val="24"/>
        </w:rPr>
        <w:t>Διὰ τοῦτο καὶ ὁ Κύριος πολὺν ἰχθὺν ἐποίησέ μοι θηρᾶν. Ὁ γὰρ μεταδιδοὺς τῷ πλησίον, λαμβάνει πολλαπλασίονα παρὰ Κυρίου.</w:t>
      </w:r>
    </w:p>
    <w:p>
      <w:r>
        <w:rPr>
          <w:rFonts w:ascii="Courier New" w:hAnsi="Courier New"/>
          <w:color w:val="555555"/>
          <w:sz w:val="20"/>
        </w:rPr>
        <w:t>[6 . 6 . 7]</w:t>
      </w:r>
    </w:p>
    <w:p>
      <w:r>
        <w:rPr>
          <w:rFonts w:ascii="Gentium Plus" w:hAnsi="Gentium Plus"/>
          <w:sz w:val="24"/>
        </w:rPr>
        <w:t>Πέντε ἔτη ἡλίευσα, παντὶ ἀνθρώπῳ ὃν ἑωράκειν μεταδιδούς, καὶ παντὶ τῷ οἴκῳ τοῦ πατρός μου ἐξαρκῶν.</w:t>
      </w:r>
    </w:p>
    <w:p>
      <w:r>
        <w:rPr>
          <w:rFonts w:ascii="Courier New" w:hAnsi="Courier New"/>
          <w:color w:val="555555"/>
          <w:sz w:val="20"/>
        </w:rPr>
        <w:t>[6 . 6 . 8]</w:t>
      </w:r>
    </w:p>
    <w:p>
      <w:r>
        <w:rPr>
          <w:rFonts w:ascii="Gentium Plus" w:hAnsi="Gentium Plus"/>
          <w:sz w:val="24"/>
        </w:rPr>
        <w:t>Τὸ θέρος ἡλίευον, καὶ ἐν χειμῶνι ἐποίμαινον μετὰ τῶν ἀδελφῶν μου.</w:t>
      </w:r>
    </w:p>
    <w:p>
      <w:r>
        <w:rPr>
          <w:rFonts w:ascii="Courier New" w:hAnsi="Courier New"/>
          <w:color w:val="555555"/>
          <w:sz w:val="20"/>
        </w:rPr>
        <w:t>[6 . 7 . 1]</w:t>
      </w:r>
    </w:p>
    <w:p>
      <w:r>
        <w:rPr>
          <w:rFonts w:ascii="Gentium Plus" w:hAnsi="Gentium Plus"/>
          <w:sz w:val="24"/>
        </w:rPr>
        <w:t>Νῦν ἀναγγελῶ ὑμῖν ἃ ἐποίησα. Εἶδον θλιβόμενον ἐν γυμνότητι χειμῶνος, καὶ σπλαγχνισθεὶς ἐπ’ αὐτόν, κλέψας ἱμάτιον ἐκ τοῦ οἴκου μου κρυφέως, ἔδωκα τῷ θλιβομένῳ.</w:t>
      </w:r>
    </w:p>
    <w:p>
      <w:r>
        <w:rPr>
          <w:rFonts w:ascii="Courier New" w:hAnsi="Courier New"/>
          <w:color w:val="555555"/>
          <w:sz w:val="20"/>
        </w:rPr>
        <w:t>[6 . 7 . 2]</w:t>
      </w:r>
    </w:p>
    <w:p>
      <w:r>
        <w:rPr>
          <w:rFonts w:ascii="Gentium Plus" w:hAnsi="Gentium Plus"/>
          <w:sz w:val="24"/>
        </w:rPr>
        <w:t>Καὶ ὑμεῖς οὖν, τέκνα μου, ἐξ ὧν παρέχει ὑμῖν ὁ Θεός, ἀδιακρίτως πᾶσι σπλαγχνιζόμενοι ἐλεᾶτε, καὶ παρέχετε παντὶ ἀνθρώπῳ ἐν ἀγαθῇ καρδίᾳ.</w:t>
      </w:r>
    </w:p>
    <w:p>
      <w:r>
        <w:rPr>
          <w:rFonts w:ascii="Courier New" w:hAnsi="Courier New"/>
          <w:color w:val="555555"/>
          <w:sz w:val="20"/>
        </w:rPr>
        <w:t>[6 . 7 . 3]</w:t>
      </w:r>
    </w:p>
    <w:p>
      <w:r>
        <w:rPr>
          <w:rFonts w:ascii="Gentium Plus" w:hAnsi="Gentium Plus"/>
          <w:sz w:val="24"/>
        </w:rPr>
        <w:t>Εἰ δὲ μὴ ἔχετε πρὸς καιρὸν δοῦναι τῷ χρῄζοντι, συμπάσχετε ἐν σπλάγχνοις ἐλέους.</w:t>
      </w:r>
    </w:p>
    <w:p>
      <w:r>
        <w:rPr>
          <w:rFonts w:ascii="Courier New" w:hAnsi="Courier New"/>
          <w:color w:val="555555"/>
          <w:sz w:val="20"/>
        </w:rPr>
        <w:t>[6 . 7 . 4]</w:t>
      </w:r>
    </w:p>
    <w:p>
      <w:r>
        <w:rPr>
          <w:rFonts w:ascii="Gentium Plus" w:hAnsi="Gentium Plus"/>
          <w:sz w:val="24"/>
        </w:rPr>
        <w:t>Οἶδα ὅτι ἡ χείρ μου οὐχ εὗρε πρὸς τὸ παρὸν ἐπιδοῦναι τῷ χρῄζοντι, καὶ ἔτι ἑπτὰ σταδίους συμπορευόμενος αὐτῷ, ἔκλαιον· καὶ τὰ σπλάγχνα μου ἐστρέφετο ἐπ’ αὐτῷ εἰς συμπάθειαν.</w:t>
      </w:r>
    </w:p>
    <w:p>
      <w:r>
        <w:rPr>
          <w:rFonts w:ascii="Courier New" w:hAnsi="Courier New"/>
          <w:color w:val="555555"/>
          <w:sz w:val="20"/>
        </w:rPr>
        <w:t>[6 . 8 . 1]</w:t>
      </w:r>
    </w:p>
    <w:p>
      <w:r>
        <w:rPr>
          <w:rFonts w:ascii="Gentium Plus" w:hAnsi="Gentium Plus"/>
          <w:sz w:val="24"/>
        </w:rPr>
        <w:t>Καὶ ὑμεῖς οὖν, τέκνα μου, ἔχετε εὐσπλαγχνίαν</w:t>
      </w:r>
    </w:p>
    <w:p>
      <w:r>
        <w:rPr>
          <w:rFonts w:ascii="Courier New" w:hAnsi="Courier New"/>
          <w:color w:val="555555"/>
          <w:sz w:val="20"/>
        </w:rPr>
        <w:t>[6 . 8 . 2]</w:t>
      </w:r>
    </w:p>
    <w:p>
      <w:r>
        <w:rPr>
          <w:rFonts w:ascii="Gentium Plus" w:hAnsi="Gentium Plus"/>
          <w:sz w:val="24"/>
        </w:rPr>
        <w:t>ὅτι καίγε ἐπ’ ἐσχάτων ἡμερῶν ὁ Θεὸς ἀποστέλλει τὸ σπλάγχνον αὐτοῦ ἐπὶ τῆς γῆς, καὶ ὅπου εὕρῃ σπλάγχνα ἐλέους, ἐν αὐτῷ κατοικεῖ.</w:t>
      </w:r>
    </w:p>
    <w:p>
      <w:r>
        <w:rPr>
          <w:rFonts w:ascii="Courier New" w:hAnsi="Courier New"/>
          <w:color w:val="555555"/>
          <w:sz w:val="20"/>
        </w:rPr>
        <w:t>[6 . 8 . 3]</w:t>
      </w:r>
    </w:p>
    <w:p>
      <w:r>
        <w:rPr>
          <w:rFonts w:ascii="Gentium Plus" w:hAnsi="Gentium Plus"/>
          <w:sz w:val="24"/>
        </w:rPr>
        <w:t>Ὅσον γὰρ ἄνθρωπος σπλαγχνίζεται εἰς τὸν πλησίον, τοσοῦτον Κύριος εἰς αὐτόν.</w:t>
      </w:r>
    </w:p>
    <w:p>
      <w:r>
        <w:rPr>
          <w:rFonts w:ascii="Courier New" w:hAnsi="Courier New"/>
          <w:color w:val="555555"/>
          <w:sz w:val="20"/>
        </w:rPr>
        <w:t>[6 . 8 . 4]</w:t>
      </w:r>
    </w:p>
    <w:p>
      <w:r>
        <w:rPr>
          <w:rFonts w:ascii="Gentium Plus" w:hAnsi="Gentium Plus"/>
          <w:sz w:val="24"/>
        </w:rPr>
        <w:t>Ὅτε γὰρ κατήλθομεν εἰς Αἴγυπτον, Ἰωσὴφ οὐκ ἐμνησικάκησεν εἰς ἡμᾶς· ἐμὲ δὲ ἰδών, ἐσπλαγχ‐ νίσθη.</w:t>
      </w:r>
    </w:p>
    <w:p>
      <w:r>
        <w:rPr>
          <w:rFonts w:ascii="Courier New" w:hAnsi="Courier New"/>
          <w:color w:val="555555"/>
          <w:sz w:val="20"/>
        </w:rPr>
        <w:t>[6 . 8 . 5]</w:t>
      </w:r>
    </w:p>
    <w:p>
      <w:r>
        <w:rPr>
          <w:rFonts w:ascii="Gentium Plus" w:hAnsi="Gentium Plus"/>
          <w:sz w:val="24"/>
        </w:rPr>
        <w:t>Εἰς ὃν ἐμβλέποντες καὶ ὑμεῖς, ἀμνησίκακοι γίνεσθε, τέκνα μου, καὶ ἀγαπᾶτε ἀλλήλους, καὶ μὴ λογίζεσθε ἕκαστος τὴν κακίαν τοῦ ἀδελφοῦ αὐτοῦ·</w:t>
      </w:r>
    </w:p>
    <w:p>
      <w:r>
        <w:rPr>
          <w:rFonts w:ascii="Courier New" w:hAnsi="Courier New"/>
          <w:color w:val="555555"/>
          <w:sz w:val="20"/>
        </w:rPr>
        <w:t>[6 . 8 . 6]</w:t>
      </w:r>
    </w:p>
    <w:p>
      <w:r>
        <w:rPr>
          <w:rFonts w:ascii="Gentium Plus" w:hAnsi="Gentium Plus"/>
          <w:sz w:val="24"/>
        </w:rPr>
        <w:t>ὅτι τοῦτο χωρίζει ἑνότητα, καὶ πᾶσαν συγγένειαν διασκορπίζει, καὶ τὴν ψυχὴν ταράσσει. Ὁ γὰρ μνησίκακος σπλάγχνα ἐλέους οὐκ ἔχει.</w:t>
      </w:r>
    </w:p>
    <w:p>
      <w:r>
        <w:rPr>
          <w:rFonts w:ascii="Courier New" w:hAnsi="Courier New"/>
          <w:color w:val="555555"/>
          <w:sz w:val="20"/>
        </w:rPr>
        <w:t>[6 . 9 . 1]</w:t>
      </w:r>
    </w:p>
    <w:p>
      <w:r>
        <w:rPr>
          <w:rFonts w:ascii="Gentium Plus" w:hAnsi="Gentium Plus"/>
          <w:sz w:val="24"/>
        </w:rPr>
        <w:t>Προσέχετε τὰ ὕδατα, ὅτι ἐπὶ τὸ αὐτὸ πορεύεται, λίθους, ξύλα, τὴν ἅμμον κατασύρει·</w:t>
      </w:r>
    </w:p>
    <w:p>
      <w:r>
        <w:rPr>
          <w:rFonts w:ascii="Courier New" w:hAnsi="Courier New"/>
          <w:color w:val="555555"/>
          <w:sz w:val="20"/>
        </w:rPr>
        <w:t>[6 . 9 . 2]</w:t>
      </w:r>
    </w:p>
    <w:p>
      <w:r>
        <w:rPr>
          <w:rFonts w:ascii="Gentium Plus" w:hAnsi="Gentium Plus"/>
          <w:sz w:val="24"/>
        </w:rPr>
        <w:t>ἐὰν δὲ εἰς πολλὰ διαιρεθῇ, ἡ γῆ ἀφανίζει αὐτά, καὶ γίνεται εὐκαταφρόνητα.</w:t>
      </w:r>
    </w:p>
    <w:p>
      <w:r>
        <w:rPr>
          <w:rFonts w:ascii="Courier New" w:hAnsi="Courier New"/>
          <w:color w:val="555555"/>
          <w:sz w:val="20"/>
        </w:rPr>
        <w:t>[6 . 9 . 3]</w:t>
      </w:r>
    </w:p>
    <w:p>
      <w:r>
        <w:rPr>
          <w:rFonts w:ascii="Gentium Plus" w:hAnsi="Gentium Plus"/>
          <w:sz w:val="24"/>
        </w:rPr>
        <w:t>Καὶ ὑμεῖς, ἐὰν διαιρεθῆτε, ἔσεσθε οὕτως.</w:t>
      </w:r>
    </w:p>
    <w:p>
      <w:r>
        <w:rPr>
          <w:rFonts w:ascii="Courier New" w:hAnsi="Courier New"/>
          <w:color w:val="555555"/>
          <w:sz w:val="20"/>
        </w:rPr>
        <w:t>[6 . 9 . 4]</w:t>
      </w:r>
    </w:p>
    <w:p>
      <w:r>
        <w:rPr>
          <w:rFonts w:ascii="Gentium Plus" w:hAnsi="Gentium Plus"/>
          <w:sz w:val="24"/>
        </w:rPr>
        <w:t>Μὴ σχισθῆτε εἰς δύο κεφαλάς, ὅτι πᾶν ὃ ἐποίησεν ὁ Κύριος κεφαλὴν μίαν ἔχει. Ἔδωκε δύο ὤμους, χεῖρας, πόδας, ἀλλὰ πάντα τὰ μέλη τῇ μιᾷ κεφαλῇ ὑπακούει.</w:t>
      </w:r>
    </w:p>
    <w:p>
      <w:r>
        <w:rPr>
          <w:rFonts w:ascii="Courier New" w:hAnsi="Courier New"/>
          <w:color w:val="555555"/>
          <w:sz w:val="20"/>
        </w:rPr>
        <w:t>[6 . 9 . 5]</w:t>
      </w:r>
    </w:p>
    <w:p>
      <w:r>
        <w:rPr>
          <w:rFonts w:ascii="Gentium Plus" w:hAnsi="Gentium Plus"/>
          <w:sz w:val="24"/>
        </w:rPr>
        <w:t>Ἔγνων ἐν γραφῇ πατέρων μου, ὅτι ἐν ἐσχάταις ἡμέραις ἀποστήσεσθε ἀπὸ Κυρίου, καὶ διαιρεθήσεσθε ἐν Ἰσραήλ, καὶ δύο βασιλεῦσιν ἐξακολουθή‐ σετε, καὶ πᾶν βδέλυγμα ποιήσετε, καίγε πᾶν εἴδωλον</w:t>
      </w:r>
    </w:p>
    <w:p>
      <w:r>
        <w:rPr>
          <w:rFonts w:ascii="Courier New" w:hAnsi="Courier New"/>
          <w:color w:val="555555"/>
          <w:sz w:val="20"/>
        </w:rPr>
        <w:t>[5]</w:t>
      </w:r>
    </w:p>
    <w:p>
      <w:r>
        <w:rPr>
          <w:rFonts w:ascii="Gentium Plus" w:hAnsi="Gentium Plus"/>
          <w:sz w:val="24"/>
        </w:rPr>
        <w:t>προσκυνήσετε,</w:t>
      </w:r>
    </w:p>
    <w:p>
      <w:r>
        <w:rPr>
          <w:rFonts w:ascii="Courier New" w:hAnsi="Courier New"/>
          <w:color w:val="555555"/>
          <w:sz w:val="20"/>
        </w:rPr>
        <w:t>[6 . 9 . 6]</w:t>
      </w:r>
    </w:p>
    <w:p>
      <w:r>
        <w:rPr>
          <w:rFonts w:ascii="Gentium Plus" w:hAnsi="Gentium Plus"/>
          <w:sz w:val="24"/>
        </w:rPr>
        <w:t>καὶ αἰχμαλωτεύσουσιν ὑμᾶς οἱ ἐχθροὶ</w:t>
      </w:r>
    </w:p>
    <w:p>
      <w:r>
        <w:rPr>
          <w:rFonts w:ascii="Courier New" w:hAnsi="Courier New"/>
          <w:color w:val="555555"/>
          <w:sz w:val="20"/>
        </w:rPr>
        <w:t>[6 . 9 . 7]</w:t>
      </w:r>
    </w:p>
    <w:p>
      <w:r>
        <w:rPr>
          <w:rFonts w:ascii="Gentium Plus" w:hAnsi="Gentium Plus"/>
          <w:sz w:val="24"/>
        </w:rPr>
        <w:t>Καὶ μετὰ ταῦτα μνησθήσεσθε Κυρίου, καὶ μετανοήσετε, καὶ ἐπιστρέψει ὑμᾶς, ὅτι ἐλεήμων ἐστὶ καὶ εὔσπλαγχνος, μὴ λογιζόμενος κακίαν τοῖς υἱοῖς τῶν ἀνθρώπων, διότι σάρξ εἰσι καὶ τὰ πνεύματα τῆς πλάνης</w:t>
      </w:r>
    </w:p>
    <w:p>
      <w:r>
        <w:rPr>
          <w:rFonts w:ascii="Courier New" w:hAnsi="Courier New"/>
          <w:color w:val="555555"/>
          <w:sz w:val="20"/>
        </w:rPr>
        <w:t>[5]</w:t>
      </w:r>
    </w:p>
    <w:p>
      <w:r>
        <w:rPr>
          <w:rFonts w:ascii="Gentium Plus" w:hAnsi="Gentium Plus"/>
          <w:sz w:val="24"/>
        </w:rPr>
        <w:t>ἀπατᾷ αὐτοὺς ἐπὶ πάσαις πράξεσιν αὐτῶν.</w:t>
      </w:r>
    </w:p>
    <w:p>
      <w:r>
        <w:rPr>
          <w:rFonts w:ascii="Courier New" w:hAnsi="Courier New"/>
          <w:color w:val="555555"/>
          <w:sz w:val="20"/>
        </w:rPr>
        <w:t>[6 . 9 . 8]</w:t>
      </w:r>
    </w:p>
    <w:p>
      <w:r>
        <w:rPr>
          <w:rFonts w:ascii="Gentium Plus" w:hAnsi="Gentium Plus"/>
          <w:sz w:val="24"/>
        </w:rPr>
        <w:t>Καὶ μετὰ ταῦτα ἀνατέλλει ὑμῖν αὐτὸς ὁ Κύριος, φῶς δικαιοσύνης, καὶ ἴασις καὶ εὐσπλαγχνία ἐπὶ ταῖς πτέρυξιν αὐτοῦ. Αὐτὸς λυτρώσηται πᾶσαν αἰχμαλωσίαν υἱῶν ἀνθρώπων ἐκ τοῦ</w:t>
      </w:r>
    </w:p>
    <w:p>
      <w:r>
        <w:rPr>
          <w:rFonts w:ascii="Courier New" w:hAnsi="Courier New"/>
          <w:color w:val="555555"/>
          <w:sz w:val="20"/>
        </w:rPr>
        <w:t>[5]</w:t>
      </w:r>
    </w:p>
    <w:p>
      <w:r>
        <w:rPr>
          <w:rFonts w:ascii="Gentium Plus" w:hAnsi="Gentium Plus"/>
          <w:sz w:val="24"/>
        </w:rPr>
        <w:t>Βελίαρ, καὶ πᾶν πνεῦμα πλάνης πατηθήσεται· καὶ ἐπιστρέ‐ ψει πάντα τὰ ἔθνη εἰς παραζήλωσιν αὐτοῦ, καὶ ὄψεσθε Θεὸν ἐν σχήματι ἀνθρώπου, ὃν ἂν ἐκλέξηται Κύριος, Ἱερου‐ σαλὴμ ὄνομα αὐτῷ.</w:t>
      </w:r>
    </w:p>
    <w:p>
      <w:r>
        <w:rPr>
          <w:rFonts w:ascii="Courier New" w:hAnsi="Courier New"/>
          <w:color w:val="555555"/>
          <w:sz w:val="20"/>
        </w:rPr>
        <w:t>[6 . 9 . 9]</w:t>
      </w:r>
    </w:p>
    <w:p>
      <w:r>
        <w:rPr>
          <w:rFonts w:ascii="Gentium Plus" w:hAnsi="Gentium Plus"/>
          <w:sz w:val="24"/>
        </w:rPr>
        <w:t>Καὶ πάλιν ἐν πονηρίᾳ λόγων ὑμῶν παροργίσετε αὐτόν, καὶ ἀπορηφήσεσθε ἕως καιροῦ συντελείας.</w:t>
      </w:r>
    </w:p>
    <w:p>
      <w:r>
        <w:rPr>
          <w:rFonts w:ascii="Courier New" w:hAnsi="Courier New"/>
          <w:color w:val="555555"/>
          <w:sz w:val="20"/>
        </w:rPr>
        <w:t>[6 . 10 . 1]</w:t>
      </w:r>
    </w:p>
    <w:p>
      <w:r>
        <w:rPr>
          <w:rFonts w:ascii="Gentium Plus" w:hAnsi="Gentium Plus"/>
          <w:sz w:val="24"/>
        </w:rPr>
        <w:t>Καὶ νῦν, τέκνα μου, μὴ λυπεῖσθε ὅτι ἀποθνήσκω ἐγώ, μηδὲ συμπίπτετε ὅτι ἀπολείπω ὑμῶν.</w:t>
      </w:r>
    </w:p>
    <w:p>
      <w:r>
        <w:rPr>
          <w:rFonts w:ascii="Courier New" w:hAnsi="Courier New"/>
          <w:color w:val="555555"/>
          <w:sz w:val="20"/>
        </w:rPr>
        <w:t>[6 . 10 . 2]</w:t>
      </w:r>
    </w:p>
    <w:p>
      <w:r>
        <w:rPr>
          <w:rFonts w:ascii="Gentium Plus" w:hAnsi="Gentium Plus"/>
          <w:sz w:val="24"/>
        </w:rPr>
        <w:t>Ἀναστήσομαι γὰρ πάλιν ἐμμέσῳ ὑμῶν ὡς ἡγούμενος ἐμμέσῳ υἱῶν αὐτοῦ, καὶ εὐφρανθήσομαι ἐμμέσῳ τῆς φυλῆς μου, ὅσοι ἐφύλαξαν νόμον Κυρίου καὶ ἐντολὰς Ζαβουλὼν πατρὸς αὐτῶν.</w:t>
      </w:r>
    </w:p>
    <w:p>
      <w:r>
        <w:rPr>
          <w:rFonts w:ascii="Courier New" w:hAnsi="Courier New"/>
          <w:color w:val="555555"/>
          <w:sz w:val="20"/>
        </w:rPr>
        <w:t>[6 . 10 . 3]</w:t>
      </w:r>
    </w:p>
    <w:p>
      <w:r>
        <w:rPr>
          <w:rFonts w:ascii="Gentium Plus" w:hAnsi="Gentium Plus"/>
          <w:sz w:val="24"/>
        </w:rPr>
        <w:t>Ἐπὶ δὲ τοὺς ἀσεβεῖς ἐπάξει Κύριος πῦρ αἰώνιον, καὶ ἀπολέσει αὐτοὺς ἕως γενεῶν.</w:t>
      </w:r>
    </w:p>
    <w:p>
      <w:r>
        <w:rPr>
          <w:rFonts w:ascii="Courier New" w:hAnsi="Courier New"/>
          <w:color w:val="555555"/>
          <w:sz w:val="20"/>
        </w:rPr>
        <w:t>[6 . 10 . 4]</w:t>
      </w:r>
    </w:p>
    <w:p>
      <w:r>
        <w:rPr>
          <w:rFonts w:ascii="Gentium Plus" w:hAnsi="Gentium Plus"/>
          <w:sz w:val="24"/>
        </w:rPr>
        <w:t>Ἐγὼ εἰς τὴν ἀνάπαυσίν μου ἀπο‐ τρέχω, ὡς οἱ πατέρες μου·</w:t>
      </w:r>
    </w:p>
    <w:p>
      <w:r>
        <w:rPr>
          <w:rFonts w:ascii="Courier New" w:hAnsi="Courier New"/>
          <w:color w:val="555555"/>
          <w:sz w:val="20"/>
        </w:rPr>
        <w:t>[6 . 10 . 5]</w:t>
      </w:r>
    </w:p>
    <w:p>
      <w:r>
        <w:rPr>
          <w:rFonts w:ascii="Gentium Plus" w:hAnsi="Gentium Plus"/>
          <w:sz w:val="24"/>
        </w:rPr>
        <w:t>ὑμεῖς δὲ φοβεῖσθε Κύριον τὸν Θεὸν ὑμῶν ἐν πάσῃ ἰσχύι πάσας τὰς ἡμέρας τῆς ζωῆς ὑμῶν.</w:t>
      </w:r>
    </w:p>
    <w:p>
      <w:r>
        <w:rPr>
          <w:rFonts w:ascii="Courier New" w:hAnsi="Courier New"/>
          <w:color w:val="555555"/>
          <w:sz w:val="20"/>
        </w:rPr>
        <w:t>[6 . 10 . 6]</w:t>
      </w:r>
    </w:p>
    <w:p>
      <w:r>
        <w:rPr>
          <w:rFonts w:ascii="Gentium Plus" w:hAnsi="Gentium Plus"/>
          <w:sz w:val="24"/>
        </w:rPr>
        <w:t>Καὶ ταῦτα εἰπών, ἐκοιμήθη ὕπνῳ καλῷ, καὶ ἔθηκαν αὐτὸν οἱ υἱοὶ αὐτοῦ ἐν θήκῃ·</w:t>
      </w:r>
    </w:p>
    <w:p>
      <w:r>
        <w:rPr>
          <w:rFonts w:ascii="Courier New" w:hAnsi="Courier New"/>
          <w:color w:val="555555"/>
          <w:sz w:val="20"/>
        </w:rPr>
        <w:t>[6 . 10 . 7]</w:t>
      </w:r>
    </w:p>
    <w:p>
      <w:r>
        <w:rPr>
          <w:rFonts w:ascii="Gentium Plus" w:hAnsi="Gentium Plus"/>
          <w:sz w:val="24"/>
        </w:rPr>
        <w:t>ὕστερον δὲ ἀναγα‐</w:t>
      </w:r>
    </w:p>
    <w:p>
      <w:pPr>
        <w:jc w:val="center"/>
      </w:pPr>
      <w:r>
        <w:rPr>
          <w:rFonts w:ascii="Gentium Plus" w:hAnsi="Gentium Plus"/>
          <w:b/>
          <w:sz w:val="24"/>
        </w:rPr>
        <w:t>ΔΙΑΘΗΚΗ ΔΑΝ ΠΕΡΙ ΘΥΜΟΥ ΚΑΙ ΨΕΥΔΟΥΣ</w:t>
      </w:r>
    </w:p>
    <w:p>
      <w:r>
        <w:rPr>
          <w:rFonts w:ascii="Courier New" w:hAnsi="Courier New"/>
          <w:color w:val="555555"/>
          <w:sz w:val="20"/>
        </w:rPr>
        <w:t>[7 . 1 . 1]</w:t>
      </w:r>
    </w:p>
    <w:p>
      <w:r>
        <w:rPr>
          <w:rFonts w:ascii="Gentium Plus" w:hAnsi="Gentium Plus"/>
          <w:sz w:val="24"/>
        </w:rPr>
        <w:t>Ἀντίγραφον λόγων Δάν, ὧν εἶπε τοῖς υἱοῖς αὐτοῦ ἐπ’ ἐσχάτων τῶν ἡμερῶν αὐτοῦ. Ἑκατοστῷ εἰκοστῷ πέμπτῳ ἔτει τῆς ζωῆς αὐτοῦ,</w:t>
      </w:r>
    </w:p>
    <w:p>
      <w:r>
        <w:rPr>
          <w:rFonts w:ascii="Courier New" w:hAnsi="Courier New"/>
          <w:color w:val="555555"/>
          <w:sz w:val="20"/>
        </w:rPr>
        <w:t>[7 . 1 . 2]</w:t>
      </w:r>
    </w:p>
    <w:p>
      <w:r>
        <w:rPr>
          <w:rFonts w:ascii="Gentium Plus" w:hAnsi="Gentium Plus"/>
          <w:sz w:val="24"/>
        </w:rPr>
        <w:t>καλέσας τὴν πατριὰν αὐτοῦ, εἶπεν· Ἀκούσατε υἱοὶ Δὰν λόγων μου, προσέχετε ῥήμασι στόματος τοῦ πατρὸς ὑμῶν.</w:t>
      </w:r>
    </w:p>
    <w:p>
      <w:r>
        <w:rPr>
          <w:rFonts w:ascii="Courier New" w:hAnsi="Courier New"/>
          <w:color w:val="555555"/>
          <w:sz w:val="20"/>
        </w:rPr>
        <w:t>[7 . 1 . 3]</w:t>
      </w:r>
    </w:p>
    <w:p>
      <w:r>
        <w:rPr>
          <w:rFonts w:ascii="Gentium Plus" w:hAnsi="Gentium Plus"/>
          <w:sz w:val="24"/>
        </w:rPr>
        <w:t>Ἐπείρασα ἐν καρδίᾳ μου καὶ ἐν πάσῃ τῇ ζωῇ μου, ὅτι καλὸν Θεῷ καὶ εὐάρεστον ἡ ἀλήθεια μετὰ δικαιοπραγίας· καὶ ὅτι πονηρὸν τὸ ψεῦδος καὶ ὁ θυμός, ὅτι πᾶσαν κακίαν ἄνθρωπον ἐκδιδάσκει.</w:t>
      </w:r>
    </w:p>
    <w:p>
      <w:r>
        <w:rPr>
          <w:rFonts w:ascii="Courier New" w:hAnsi="Courier New"/>
          <w:color w:val="555555"/>
          <w:sz w:val="20"/>
        </w:rPr>
        <w:t>[7 . 1 . 4]</w:t>
      </w:r>
    </w:p>
    <w:p>
      <w:r>
        <w:rPr>
          <w:rFonts w:ascii="Gentium Plus" w:hAnsi="Gentium Plus"/>
          <w:sz w:val="24"/>
        </w:rPr>
        <w:t>Ὁμολογῶ σήμερον ὑμῖν, τέκνα μου, ὅτι ἐν καρδίᾳ μου ἡδώμην περὶ τοῦ θανάτου Ἰωσήφ, ἀνδρὸς ἀληθινοῦ καὶ ἀγαθοῦ,</w:t>
      </w:r>
    </w:p>
    <w:p>
      <w:r>
        <w:rPr>
          <w:rFonts w:ascii="Courier New" w:hAnsi="Courier New"/>
          <w:color w:val="555555"/>
          <w:sz w:val="20"/>
        </w:rPr>
        <w:t>[7 . 1 . 5]</w:t>
      </w:r>
    </w:p>
    <w:p>
      <w:r>
        <w:rPr>
          <w:rFonts w:ascii="Gentium Plus" w:hAnsi="Gentium Plus"/>
          <w:sz w:val="24"/>
        </w:rPr>
        <w:t>καὶ ἔχαιρον ἐπὶ τῇ πράσει Ἰωσήφ, ὅτι ὑπὲρ ἡμᾶς ὁ πατὴρ αὐτοῦ ἠγάπα.</w:t>
      </w:r>
    </w:p>
    <w:p>
      <w:r>
        <w:rPr>
          <w:rFonts w:ascii="Courier New" w:hAnsi="Courier New"/>
          <w:color w:val="555555"/>
          <w:sz w:val="20"/>
        </w:rPr>
        <w:t>[7 . 1 . 6]</w:t>
      </w:r>
    </w:p>
    <w:p>
      <w:r>
        <w:rPr>
          <w:rFonts w:ascii="Gentium Plus" w:hAnsi="Gentium Plus"/>
          <w:sz w:val="24"/>
        </w:rPr>
        <w:t>Τὸ γὰρ πνεῦμα τοῦ ζήλου καὶ τῆς ἀλαζονείας ἔλεγέ μοι· Καίγε σὺ υἱὸς αὐτοῦ.</w:t>
      </w:r>
    </w:p>
    <w:p>
      <w:r>
        <w:rPr>
          <w:rFonts w:ascii="Courier New" w:hAnsi="Courier New"/>
          <w:color w:val="555555"/>
          <w:sz w:val="20"/>
        </w:rPr>
        <w:t>[7 . 1 . 7]</w:t>
      </w:r>
    </w:p>
    <w:p>
      <w:r>
        <w:rPr>
          <w:rFonts w:ascii="Gentium Plus" w:hAnsi="Gentium Plus"/>
          <w:sz w:val="24"/>
        </w:rPr>
        <w:t>Καὶ ἓν τῶν πνευμάτων τοῦ Βελίαρ συνήργει μοι, λέγων· Λαβὲ τὸ ξίφος τοῦτο, καὶ ἐν αὐτῷ ἄνελε τὸν Ἰωσήφ, καὶ ἀγαπήσει σε ὁ πατήρ σου, ἀποθανόντος αὐτοῦ.</w:t>
      </w:r>
    </w:p>
    <w:p>
      <w:r>
        <w:rPr>
          <w:rFonts w:ascii="Courier New" w:hAnsi="Courier New"/>
          <w:color w:val="555555"/>
          <w:sz w:val="20"/>
        </w:rPr>
        <w:t>[7 . 1 . 8]</w:t>
      </w:r>
    </w:p>
    <w:p>
      <w:r>
        <w:rPr>
          <w:rFonts w:ascii="Gentium Plus" w:hAnsi="Gentium Plus"/>
          <w:sz w:val="24"/>
        </w:rPr>
        <w:t>Τοῦτό ἐστι τὸ πνεῦμα τοῦ θυμοῦ τὸ πεῖθόν με, ἵνα ὡς πάρδαλις ἐκμυζᾷ ἔριφον, οὕτως ἐκμυζήσω τὸν Ἰωσήφ.</w:t>
      </w:r>
    </w:p>
    <w:p>
      <w:r>
        <w:rPr>
          <w:rFonts w:ascii="Courier New" w:hAnsi="Courier New"/>
          <w:color w:val="555555"/>
          <w:sz w:val="20"/>
        </w:rPr>
        <w:t>[7 . 1 . 9]</w:t>
      </w:r>
    </w:p>
    <w:p>
      <w:r>
        <w:rPr>
          <w:rFonts w:ascii="Gentium Plus" w:hAnsi="Gentium Plus"/>
          <w:sz w:val="24"/>
        </w:rPr>
        <w:t>Ἀλλ’ ὁ Θεὸς Ἰακὼβ τοῦ πατρὸς ἡμῶν οὐκ ἐνέβαλεν αὐτὸν εἰς τὰς χεῖράς μου, ἵνα εὕρω αὐτὸν μόνον, οὐδὲ ἔασε τὸ ἀνόμιμα τοῦτο ποιῆσαι ἵνα λυθῶσι δύο σκῆπτρα ἐν Ἰσραήλ.</w:t>
      </w:r>
    </w:p>
    <w:p>
      <w:r>
        <w:rPr>
          <w:rFonts w:ascii="Courier New" w:hAnsi="Courier New"/>
          <w:color w:val="555555"/>
          <w:sz w:val="20"/>
        </w:rPr>
        <w:t>[7 . 2 . 1]</w:t>
      </w:r>
    </w:p>
    <w:p>
      <w:r>
        <w:rPr>
          <w:rFonts w:ascii="Gentium Plus" w:hAnsi="Gentium Plus"/>
          <w:sz w:val="24"/>
        </w:rPr>
        <w:t>Καὶ νῦν, τέκνα μου, ἐγὼ ἀποθνήσκω, καὶ ἐν ἀληθείᾳ λέγω ὑμῖν, ὅτι ἐὰν μὴ διαφυλάξητε ἑαυτοὺς ἀπὸ τοῦ πνεύματος τοῦ ψεύδους καὶ τοῦ θυμοῦ, καὶ ἀγαπήσητε τὴν ἀλήθειαν καὶ τὴν μακροθυμίαν, ἀπολεῖσθε.</w:t>
      </w:r>
    </w:p>
    <w:p>
      <w:r>
        <w:rPr>
          <w:rFonts w:ascii="Courier New" w:hAnsi="Courier New"/>
          <w:color w:val="555555"/>
          <w:sz w:val="20"/>
        </w:rPr>
        <w:t>[7 . 2 . 2]</w:t>
      </w:r>
    </w:p>
    <w:p>
      <w:r>
        <w:rPr>
          <w:rFonts w:ascii="Gentium Plus" w:hAnsi="Gentium Plus"/>
          <w:sz w:val="24"/>
        </w:rPr>
        <w:t>Τύφλωσίς ἐστιν ἐν τῷ θυμῷ, τέκνα μου, καὶ οὐκ ἔστι τις θυμώδης ὁρῶν πρόσωπον ἐν ἀληθείᾳ·</w:t>
      </w:r>
    </w:p>
    <w:p>
      <w:r>
        <w:rPr>
          <w:rFonts w:ascii="Courier New" w:hAnsi="Courier New"/>
          <w:color w:val="555555"/>
          <w:sz w:val="20"/>
        </w:rPr>
        <w:t>[7 . 2 . 3]</w:t>
      </w:r>
    </w:p>
    <w:p>
      <w:r>
        <w:rPr>
          <w:rFonts w:ascii="Gentium Plus" w:hAnsi="Gentium Plus"/>
          <w:sz w:val="24"/>
        </w:rPr>
        <w:t>ὅτι κἂν πατήρ, κἂν μήτηρ ἐστίν, ὡς πολεμίοις προσέχει ἑαυτοῖς· ἐὰν ᾖ ἀδελφός, οὐκ οἶδεν· ἐὰν προφήτης Κυρίου, παρακούει· ἐὰν δίκαιος, οὐ βλέπει· φίλον οὐ γνωρίζει.</w:t>
      </w:r>
    </w:p>
    <w:p>
      <w:r>
        <w:rPr>
          <w:rFonts w:ascii="Courier New" w:hAnsi="Courier New"/>
          <w:color w:val="555555"/>
          <w:sz w:val="20"/>
        </w:rPr>
        <w:t>[7 . 2 . 4]</w:t>
      </w:r>
    </w:p>
    <w:p>
      <w:r>
        <w:rPr>
          <w:rFonts w:ascii="Gentium Plus" w:hAnsi="Gentium Plus"/>
          <w:sz w:val="24"/>
        </w:rPr>
        <w:t>Περιβάλλει γὰρ αὐτὸν τὸ πνεῦμα τοῦ θυμοῦ τὰ δίκτυα τῆς πλάνης, καὶ τυφλοῖ τοὺς φυσικοὺς ὀφθαλμοὺς αὐτοῦ, διὰ τοῦ ψεύδους σκοτοῖ τὴν διάνοιαν αὐτοῦ, καὶ τὴν ἰδίαν ὅρασιν παρέχει αὐτῷ.</w:t>
      </w:r>
    </w:p>
    <w:p>
      <w:r>
        <w:rPr>
          <w:rFonts w:ascii="Courier New" w:hAnsi="Courier New"/>
          <w:color w:val="555555"/>
          <w:sz w:val="20"/>
        </w:rPr>
        <w:t>[7 . 2 . 5]</w:t>
      </w:r>
    </w:p>
    <w:p>
      <w:r>
        <w:rPr>
          <w:rFonts w:ascii="Gentium Plus" w:hAnsi="Gentium Plus"/>
          <w:sz w:val="24"/>
        </w:rPr>
        <w:t>Ἐν τίνι δὲ περιβάλλει τοὺς ὀφθαλμοὺς αὐτοῦ; ἐν μίσει καρδίας, καὶ δίδωσιν αὐτῷ καρδίαν ἰδίαν κατὰ τοῦ ἀδελφοῦ εἰς φθόνον.</w:t>
      </w:r>
    </w:p>
    <w:p>
      <w:r>
        <w:rPr>
          <w:rFonts w:ascii="Courier New" w:hAnsi="Courier New"/>
          <w:color w:val="555555"/>
          <w:sz w:val="20"/>
        </w:rPr>
        <w:t>[7 . 3 . 1]</w:t>
      </w:r>
    </w:p>
    <w:p>
      <w:r>
        <w:rPr>
          <w:rFonts w:ascii="Gentium Plus" w:hAnsi="Gentium Plus"/>
          <w:sz w:val="24"/>
        </w:rPr>
        <w:t>Πονηρὸς ὁ θυμός, τέκνα μου, καὶ γὰρ αὐτῇ τῇ ψυχῇ αὐτὸς γίνεται ψυχή·</w:t>
      </w:r>
    </w:p>
    <w:p>
      <w:r>
        <w:rPr>
          <w:rFonts w:ascii="Courier New" w:hAnsi="Courier New"/>
          <w:color w:val="555555"/>
          <w:sz w:val="20"/>
        </w:rPr>
        <w:t>[7 . 3 . 2]</w:t>
      </w:r>
    </w:p>
    <w:p>
      <w:r>
        <w:rPr>
          <w:rFonts w:ascii="Gentium Plus" w:hAnsi="Gentium Plus"/>
          <w:sz w:val="24"/>
        </w:rPr>
        <w:t>καὶ τὸ μὲν σῶμα ἰδιοποιεῖται τοῦ θυμώδους, τῆς δὲ ψυχῆς κατακυριεύει, καὶ παρέχει τῷ σώματι δύναμιν ἰδίαν, ἵνα ποιήσῃ πᾶσαν ἀνομίαν·</w:t>
      </w:r>
    </w:p>
    <w:p>
      <w:r>
        <w:rPr>
          <w:rFonts w:ascii="Courier New" w:hAnsi="Courier New"/>
          <w:color w:val="555555"/>
          <w:sz w:val="20"/>
        </w:rPr>
        <w:t>[7 . 3 . 3]</w:t>
      </w:r>
    </w:p>
    <w:p>
      <w:r>
        <w:rPr>
          <w:rFonts w:ascii="Gentium Plus" w:hAnsi="Gentium Plus"/>
          <w:sz w:val="24"/>
        </w:rPr>
        <w:t>καὶ ὅταν πράξῃ ψυχή, δικαιοῖ τὸ πραχθέν, ἐπειδὴ οὐ βλέπει.</w:t>
      </w:r>
    </w:p>
    <w:p>
      <w:r>
        <w:rPr>
          <w:rFonts w:ascii="Courier New" w:hAnsi="Courier New"/>
          <w:color w:val="555555"/>
          <w:sz w:val="20"/>
        </w:rPr>
        <w:t>[7 . 3 . 4]</w:t>
      </w:r>
    </w:p>
    <w:p>
      <w:r>
        <w:rPr>
          <w:rFonts w:ascii="Gentium Plus" w:hAnsi="Gentium Plus"/>
          <w:sz w:val="24"/>
        </w:rPr>
        <w:t>Διὰ τοῦτο ὁ θυμούμενος, ἐὰν μὲν ᾖ δυνατός, τριπλῆν ἔχει τὴν δύναμιν ἐν τῷ θυμῷ· μίαν μὲν διὰ τῆς δυνάμεως καὶ τῆς βοηθείας τῶν ὑπουργούντων· δεύτερον δὲ διὰ τοῦ πλούτου, παραπείθων καὶ νικῶν ἐν ἀδίκῳ· τρίτην τὴν φυσικὴν ἔχων</w:t>
      </w:r>
    </w:p>
    <w:p>
      <w:r>
        <w:rPr>
          <w:rFonts w:ascii="Courier New" w:hAnsi="Courier New"/>
          <w:color w:val="555555"/>
          <w:sz w:val="20"/>
        </w:rPr>
        <w:t>[5]</w:t>
      </w:r>
    </w:p>
    <w:p>
      <w:r>
        <w:rPr>
          <w:rFonts w:ascii="Gentium Plus" w:hAnsi="Gentium Plus"/>
          <w:sz w:val="24"/>
        </w:rPr>
        <w:t>τοῦ σώματος, καὶ δι’ ἑαυτοῦ δρῶν τὸ κακόν.</w:t>
      </w:r>
    </w:p>
    <w:p>
      <w:r>
        <w:rPr>
          <w:rFonts w:ascii="Courier New" w:hAnsi="Courier New"/>
          <w:color w:val="555555"/>
          <w:sz w:val="20"/>
        </w:rPr>
        <w:t>[7 . 3 . 5]</w:t>
      </w:r>
    </w:p>
    <w:p>
      <w:r>
        <w:rPr>
          <w:rFonts w:ascii="Gentium Plus" w:hAnsi="Gentium Plus"/>
          <w:sz w:val="24"/>
        </w:rPr>
        <w:t>Ἐὰν δὲ ἀσθενὴς ᾖ ὁ θυμούμενος, διπλῆν ἔχει τὴν δύναμιν παρὰ τὴν τῆς φύσεως· βοηθεῖ γὰρ αὐτοῖς ὁ θυμὸς πάντοτε ἐν παρανομίᾳ.</w:t>
      </w:r>
    </w:p>
    <w:p>
      <w:r>
        <w:rPr>
          <w:rFonts w:ascii="Courier New" w:hAnsi="Courier New"/>
          <w:color w:val="555555"/>
          <w:sz w:val="20"/>
        </w:rPr>
        <w:t>[7 . 3 . 6]</w:t>
      </w:r>
    </w:p>
    <w:p>
      <w:r>
        <w:rPr>
          <w:rFonts w:ascii="Gentium Plus" w:hAnsi="Gentium Plus"/>
          <w:sz w:val="24"/>
        </w:rPr>
        <w:t>Τοῦτο τὸ πνεῦμα ἀεὶ μετὰ τοῦ ψεύδους ἐκ δεξιῶν τοῦ Σατανᾶ πορεύεται, ἵνα ἐν ὀμότητι καὶ ψεύδει γίνωνται αἱ πράξεις αὐτοῦ.</w:t>
      </w:r>
    </w:p>
    <w:p>
      <w:r>
        <w:rPr>
          <w:rFonts w:ascii="Courier New" w:hAnsi="Courier New"/>
          <w:color w:val="555555"/>
          <w:sz w:val="20"/>
        </w:rPr>
        <w:t>[7 . 4 . 1]</w:t>
      </w:r>
    </w:p>
    <w:p>
      <w:r>
        <w:rPr>
          <w:rFonts w:ascii="Gentium Plus" w:hAnsi="Gentium Plus"/>
          <w:sz w:val="24"/>
        </w:rPr>
        <w:t>Οὐκοῦν σύνετε τὴν δύναμιν τοῦ θυμοῦ, ὅτι ματαία ἐστίν.</w:t>
      </w:r>
    </w:p>
    <w:p>
      <w:r>
        <w:rPr>
          <w:rFonts w:ascii="Courier New" w:hAnsi="Courier New"/>
          <w:color w:val="555555"/>
          <w:sz w:val="20"/>
        </w:rPr>
        <w:t>[7 . 4 . 2]</w:t>
      </w:r>
    </w:p>
    <w:p>
      <w:r>
        <w:rPr>
          <w:rFonts w:ascii="Gentium Plus" w:hAnsi="Gentium Plus"/>
          <w:sz w:val="24"/>
        </w:rPr>
        <w:t>Ἐν γὰρ λόγῳ παροξύνει πρῶτον· εἶτα ἐν ἔργοις δυναμοῖ τὸν ἐρεθιζόμενον, καὶ ἐν ζημίαις πικραῖς ταράσσει τὸ διαβούλιον αὐτοῦ· καὶ οὕτως διεγείρει ἐν θυμῷ μεγάλῳ τὴν ψυχὴν αὐτοῦ.</w:t>
      </w:r>
    </w:p>
    <w:p>
      <w:r>
        <w:rPr>
          <w:rFonts w:ascii="Courier New" w:hAnsi="Courier New"/>
          <w:color w:val="555555"/>
          <w:sz w:val="20"/>
        </w:rPr>
        <w:t>[7 . 4 . 3]</w:t>
      </w:r>
    </w:p>
    <w:p>
      <w:r>
        <w:rPr>
          <w:rFonts w:ascii="Gentium Plus" w:hAnsi="Gentium Plus"/>
          <w:sz w:val="24"/>
        </w:rPr>
        <w:t>Ὅτε οὖν λαλεῖ τις καθ’ ὑμῶν, ὑμεῖς</w:t>
      </w:r>
    </w:p>
    <w:p>
      <w:r>
        <w:rPr>
          <w:rFonts w:ascii="Courier New" w:hAnsi="Courier New"/>
          <w:color w:val="555555"/>
          <w:sz w:val="20"/>
        </w:rPr>
        <w:t>[7 . 4 . 4]</w:t>
      </w:r>
    </w:p>
    <w:p>
      <w:r>
        <w:rPr>
          <w:rFonts w:ascii="Gentium Plus" w:hAnsi="Gentium Plus"/>
          <w:sz w:val="24"/>
        </w:rPr>
        <w:t>Πρῶτον γὰρ τέρπει τὴν ἀκοήν, καὶ οὕτως ὀξύνει τὸν νοῦν, νοῆσαι τὸ ἐρεθισθέν· καὶ τότε θυμωθεὶς νομί‐ ζει δικαίως ὀργίζεσθαι.</w:t>
      </w:r>
    </w:p>
    <w:p>
      <w:r>
        <w:rPr>
          <w:rFonts w:ascii="Courier New" w:hAnsi="Courier New"/>
          <w:color w:val="555555"/>
          <w:sz w:val="20"/>
        </w:rPr>
        <w:t>[7 . 4 . 5]</w:t>
      </w:r>
    </w:p>
    <w:p>
      <w:r>
        <w:rPr>
          <w:rFonts w:ascii="Gentium Plus" w:hAnsi="Gentium Plus"/>
          <w:sz w:val="24"/>
        </w:rPr>
        <w:t>Ἐὰν ζημίᾳ, ἐὰν ἀπωλείᾳ τινὶ περιπέσῃ, τέκνα μου, μὴ θροεῖσθε· ὅτι αὐτὸ τὸ πνεῦμα ἐπιθυμῆσαι ποιεῖ τοῦ ἀπολωμένου, ἵνα θυμωθῇ διὰ τοῦ πόθου.</w:t>
      </w:r>
    </w:p>
    <w:p>
      <w:r>
        <w:rPr>
          <w:rFonts w:ascii="Courier New" w:hAnsi="Courier New"/>
          <w:color w:val="555555"/>
          <w:sz w:val="20"/>
        </w:rPr>
        <w:t>[7 . 4 . 6]</w:t>
      </w:r>
    </w:p>
    <w:p>
      <w:r>
        <w:rPr>
          <w:rFonts w:ascii="Gentium Plus" w:hAnsi="Gentium Plus"/>
          <w:sz w:val="24"/>
        </w:rPr>
        <w:t>Ἐὰν ζημιωθῆτε ἑκουσίως, μὴ λυπεῖσθε· ἀπὸ γὰρ λύπης ἐγείρει θυμὸν μετὰ ψεύδους.</w:t>
      </w:r>
    </w:p>
    <w:p>
      <w:r>
        <w:rPr>
          <w:rFonts w:ascii="Courier New" w:hAnsi="Courier New"/>
          <w:color w:val="555555"/>
          <w:sz w:val="20"/>
        </w:rPr>
        <w:t>[7 . 4 . 7]</w:t>
      </w:r>
    </w:p>
    <w:p>
      <w:r>
        <w:rPr>
          <w:rFonts w:ascii="Gentium Plus" w:hAnsi="Gentium Plus"/>
          <w:sz w:val="24"/>
        </w:rPr>
        <w:t>Ἔστι δὲ διπρόσωπον κακὸν θυμὸν μετὰ ψεύδους, καὶ συνερῶνται ἀλλήλοις, ἵνα ταράξωσι τὸ διαβούλιον· ταρασσομένης δὲ τῆς ψυχῆς συνεχῶς, ἀφίστα‐ ται Κύριος ἀπ’ αὐτῆς, καὶ κυριεύει αὐτῆς ὁ Βελίαρ.</w:t>
      </w:r>
    </w:p>
    <w:p>
      <w:r>
        <w:rPr>
          <w:rFonts w:ascii="Courier New" w:hAnsi="Courier New"/>
          <w:color w:val="555555"/>
          <w:sz w:val="20"/>
        </w:rPr>
        <w:t>[7 . 5 . 1]</w:t>
      </w:r>
    </w:p>
    <w:p>
      <w:r>
        <w:rPr>
          <w:rFonts w:ascii="Gentium Plus" w:hAnsi="Gentium Plus"/>
          <w:sz w:val="24"/>
        </w:rPr>
        <w:t>Φυλάξατε οὖν, τέκνα μου, τὰς ἐντολὰς τοῦ Κυρίου, καὶ τὸν νόμον αὐτοῦ τηρήσατε· ἀπόστητε δὲ ἀπὸ θυμοῦ, καὶ μισήσατε τὸ ψεῦδος, ἵνα Κύριος κατοικήσῃ ἐν ὑμῖν καὶ φύγῃ ἀφ’ ὑμῶν ὁ Βελίαρ.</w:t>
      </w:r>
    </w:p>
    <w:p>
      <w:r>
        <w:rPr>
          <w:rFonts w:ascii="Courier New" w:hAnsi="Courier New"/>
          <w:color w:val="555555"/>
          <w:sz w:val="20"/>
        </w:rPr>
        <w:t>[7 . 5 . 2]</w:t>
      </w:r>
    </w:p>
    <w:p>
      <w:r>
        <w:rPr>
          <w:rFonts w:ascii="Gentium Plus" w:hAnsi="Gentium Plus"/>
          <w:sz w:val="24"/>
        </w:rPr>
        <w:t>Ἀλήθειαν φθέγγεσθε ἕκαστος πρὸς τὸν πλησίον αὐτοῦ, καὶ οὐ μὴ ἐμπέσητε εἰς ἡδονὴν καὶ ταραχάς, ἀλλ’ ἔσεσθε ἐν εἰρήνῃ, ἔχοντες τὸν Θεὸν τῆς εἰρήνης, καὶ οὐ μὴ κατισχύσῃ ὑμῶν πόλεμος.</w:t>
      </w:r>
    </w:p>
    <w:p>
      <w:r>
        <w:rPr>
          <w:rFonts w:ascii="Courier New" w:hAnsi="Courier New"/>
          <w:color w:val="555555"/>
          <w:sz w:val="20"/>
        </w:rPr>
        <w:t>[7 . 5 . 3]</w:t>
      </w:r>
    </w:p>
    <w:p>
      <w:r>
        <w:rPr>
          <w:rFonts w:ascii="Gentium Plus" w:hAnsi="Gentium Plus"/>
          <w:sz w:val="24"/>
        </w:rPr>
        <w:t>Ἀγαπᾶτε τὸν Κύριον ἐν πάσῃ τῇ ζωῇ ὑμῶν, καὶ ἀλλήλους ἐν ἀληθινῇ καρδίᾳ.</w:t>
      </w:r>
    </w:p>
    <w:p>
      <w:r>
        <w:rPr>
          <w:rFonts w:ascii="Courier New" w:hAnsi="Courier New"/>
          <w:color w:val="555555"/>
          <w:sz w:val="20"/>
        </w:rPr>
        <w:t>[7 . 5 . 4]</w:t>
      </w:r>
    </w:p>
    <w:p>
      <w:r>
        <w:rPr>
          <w:rFonts w:ascii="Gentium Plus" w:hAnsi="Gentium Plus"/>
          <w:sz w:val="24"/>
        </w:rPr>
        <w:t>Οἶδα γὰρ ὅτι ἐν ἐσχάταις ἡμέραις ἀποστήσεσθε τοῦ Κυρίου, καὶ προσωχθιεῖτε τὸν Λευὶ καὶ πρὸς Ἰούδαν ἀντιτά‐ ξεσθε· ἀλλ’ οὐ δυνήσεσθε πρὸς αὐτούς. Ἄγγελος γὰρ Κυρίου ὁδηγεῖ ἑκατέρους, ὅτι ἐν αὐτοῖς στήσεται Ἰσραήλ.</w:t>
      </w:r>
    </w:p>
    <w:p>
      <w:r>
        <w:rPr>
          <w:rFonts w:ascii="Courier New" w:hAnsi="Courier New"/>
          <w:color w:val="555555"/>
          <w:sz w:val="20"/>
        </w:rPr>
        <w:t>[7 . 5 . 5]</w:t>
      </w:r>
    </w:p>
    <w:p>
      <w:r>
        <w:rPr>
          <w:rFonts w:ascii="Gentium Plus" w:hAnsi="Gentium Plus"/>
          <w:sz w:val="24"/>
        </w:rPr>
        <w:t>Καὶ ὡς ἂν ἀπόστητε ἀπὸ Κυρίου, ἐν πάσῃ κακίᾳ πορεύεσθε, ποιοῦντες βδελύγματα ἐθνῶν, ἐκπορεύοντες ἐν γυναιξὶν ἀνόμων, καὶ ἐν πάσῃ πονηρίᾳ ἐνεργούντων ἐν ὑμῖν τῶν πνευμάτων τῆς πλάνης.</w:t>
      </w:r>
    </w:p>
    <w:p>
      <w:r>
        <w:rPr>
          <w:rFonts w:ascii="Courier New" w:hAnsi="Courier New"/>
          <w:color w:val="555555"/>
          <w:sz w:val="20"/>
        </w:rPr>
        <w:t>[7 . 5 . 6]</w:t>
      </w:r>
    </w:p>
    <w:p>
      <w:r>
        <w:rPr>
          <w:rFonts w:ascii="Gentium Plus" w:hAnsi="Gentium Plus"/>
          <w:sz w:val="24"/>
        </w:rPr>
        <w:t>Ἀνέγνων γὰρ ἐν βίβλῳ Ἐνὼχ τοῦ δικαίου, ὅτι ὁ ἄρχων ὑμῶν ἐστιν ὁ Σατανᾶς, καὶ ὅτι πάντα τὰ πνεύματα τῆς πορνείας καὶ τῆς ὑπερηφανίας τῷ Λευὶ ὑπακούσονται, τοῦ παρεδρεύειν τοῖς υἱοῖς Λευί, τοῦ</w:t>
      </w:r>
    </w:p>
    <w:p>
      <w:r>
        <w:rPr>
          <w:rFonts w:ascii="Courier New" w:hAnsi="Courier New"/>
          <w:color w:val="555555"/>
          <w:sz w:val="20"/>
        </w:rPr>
        <w:t>[5]</w:t>
      </w:r>
    </w:p>
    <w:p>
      <w:r>
        <w:rPr>
          <w:rFonts w:ascii="Gentium Plus" w:hAnsi="Gentium Plus"/>
          <w:sz w:val="24"/>
        </w:rPr>
        <w:t>ποιεῖν αὐτοὺς ἐξαμαρτάνειν ἐνώπιον Κυρίου.</w:t>
      </w:r>
    </w:p>
    <w:p>
      <w:r>
        <w:rPr>
          <w:rFonts w:ascii="Courier New" w:hAnsi="Courier New"/>
          <w:color w:val="555555"/>
          <w:sz w:val="20"/>
        </w:rPr>
        <w:t>[7 . 5 . 7]</w:t>
      </w:r>
    </w:p>
    <w:p>
      <w:r>
        <w:rPr>
          <w:rFonts w:ascii="Gentium Plus" w:hAnsi="Gentium Plus"/>
          <w:sz w:val="24"/>
        </w:rPr>
        <w:t>Καὶ υἱοί μου ἐγγίζοντές εἰσι τῷ Λευί, καὶ συνεξαμαρτάνοντες αὐτοῖς ἐν πᾶσι· καὶ υἱοὶ Ἰούδα ἔσονται ἐν πλεονεξίᾳ, ἁρπάζοντες τὰ ἀλλότρια ὡς λέοντες.</w:t>
      </w:r>
    </w:p>
    <w:p>
      <w:r>
        <w:rPr>
          <w:rFonts w:ascii="Courier New" w:hAnsi="Courier New"/>
          <w:color w:val="555555"/>
          <w:sz w:val="20"/>
        </w:rPr>
        <w:t>[7 . 5 . 8]</w:t>
      </w:r>
    </w:p>
    <w:p>
      <w:r>
        <w:rPr>
          <w:rFonts w:ascii="Gentium Plus" w:hAnsi="Gentium Plus"/>
          <w:sz w:val="24"/>
        </w:rPr>
        <w:t>Διὰ τοῦτο ἀπαχθήσεσθε σὺν αὐτοῖς ἐν αἰχμαλωσίᾳ, κἀκεῖ ἀπολήψεσθε πάσας τὰς πληγὰς Αἰγύπτου, καὶ πάσας πονηρίας τῶν ἐθνῶν·</w:t>
      </w:r>
    </w:p>
    <w:p>
      <w:r>
        <w:rPr>
          <w:rFonts w:ascii="Courier New" w:hAnsi="Courier New"/>
          <w:color w:val="555555"/>
          <w:sz w:val="20"/>
        </w:rPr>
        <w:t>[7 . 5 . 9]</w:t>
      </w:r>
    </w:p>
    <w:p>
      <w:r>
        <w:rPr>
          <w:rFonts w:ascii="Gentium Plus" w:hAnsi="Gentium Plus"/>
          <w:sz w:val="24"/>
        </w:rPr>
        <w:t>καὶ οὕτως ἐπιστρέψαντες πρὸς Κύριον, ἐλεηθήσεσθε, καὶ ἄξει ὑμᾶς εἰς τὸ ἁγίασμα αὐτοῦ, βοῶν ὑμῖν εἰρήνην.</w:t>
      </w:r>
    </w:p>
    <w:p>
      <w:r>
        <w:rPr>
          <w:rFonts w:ascii="Courier New" w:hAnsi="Courier New"/>
          <w:color w:val="555555"/>
          <w:sz w:val="20"/>
        </w:rPr>
        <w:t>[7 . 5 . 10]</w:t>
      </w:r>
    </w:p>
    <w:p>
      <w:r>
        <w:rPr>
          <w:rFonts w:ascii="Gentium Plus" w:hAnsi="Gentium Plus"/>
          <w:sz w:val="24"/>
        </w:rPr>
        <w:t>Καὶ ἀνατελεῖ ὑμῖν ἐκ τῆς φυλῆς Ἰούδα καὶ Λευὶ τὸ σωτήριον Κυρίου· καὶ αὐτὸς ποιήσει πρὸς τὸν Βελίαρ πόλεμον, καὶ τὴν ἐκδίκησιν τοῦ νίκους δώσει πέρασιν ἡμῶν.</w:t>
      </w:r>
    </w:p>
    <w:p>
      <w:r>
        <w:rPr>
          <w:rFonts w:ascii="Courier New" w:hAnsi="Courier New"/>
          <w:color w:val="555555"/>
          <w:sz w:val="20"/>
        </w:rPr>
        <w:t>[7 . 5 . 11]</w:t>
      </w:r>
    </w:p>
    <w:p>
      <w:r>
        <w:rPr>
          <w:rFonts w:ascii="Gentium Plus" w:hAnsi="Gentium Plus"/>
          <w:sz w:val="24"/>
        </w:rPr>
        <w:t>Καὶ τὴν αἰχμαλωσίαν λάβῃ ἀπὸ τοῦ Βελίαρ ψυχὰς ἁγίων, καὶ ἐπιστρέψει καρδίας ἀπειθεῖς πρὸς Κύριον, καὶ δώσει τοῖς ἐπικαλουμένοις αὐτὸν εἰρήνην αἰώνιον,</w:t>
      </w:r>
    </w:p>
    <w:p>
      <w:r>
        <w:rPr>
          <w:rFonts w:ascii="Courier New" w:hAnsi="Courier New"/>
          <w:color w:val="555555"/>
          <w:sz w:val="20"/>
        </w:rPr>
        <w:t>[7 . 5 . 12]</w:t>
      </w:r>
    </w:p>
    <w:p>
      <w:r>
        <w:rPr>
          <w:rFonts w:ascii="Gentium Plus" w:hAnsi="Gentium Plus"/>
          <w:sz w:val="24"/>
        </w:rPr>
        <w:t>καὶ ἀναπαύσονται ἐν Ἐδὲμ ἅγιοι, καὶ ἐπὶ τῆς νέας Ἱερουσαλὴμ εὐφρανθήσονται δίκαιοι, ἥτις ἔσται εἰς δόξασμα Θεοῦ ἕως τοῦ αἰῶνος.</w:t>
      </w:r>
    </w:p>
    <w:p>
      <w:r>
        <w:rPr>
          <w:rFonts w:ascii="Courier New" w:hAnsi="Courier New"/>
          <w:color w:val="555555"/>
          <w:sz w:val="20"/>
        </w:rPr>
        <w:t>[7 . 5 . 13]</w:t>
      </w:r>
    </w:p>
    <w:p>
      <w:r>
        <w:rPr>
          <w:rFonts w:ascii="Gentium Plus" w:hAnsi="Gentium Plus"/>
          <w:sz w:val="24"/>
        </w:rPr>
        <w:t>Καὶ οὐκέτι ὑπομένει Ἱερουσαλὴμ ἐρήμωσιν, οὐδὲ αἰχμαλωτίζεται Ἰσ‐ ραήλ, ὅτι Κύριος ἔσται ἐμμέσῳ αὐτῆς, τοῖς ἀνθρώποις συναναστρεφόμενος, καὶ ἅγιος Ἰσραὴλ βασιλεύων ἐπ’</w:t>
      </w:r>
    </w:p>
    <w:p>
      <w:r>
        <w:rPr>
          <w:rFonts w:ascii="Courier New" w:hAnsi="Courier New"/>
          <w:color w:val="555555"/>
          <w:sz w:val="20"/>
        </w:rPr>
        <w:t>[5]</w:t>
      </w:r>
    </w:p>
    <w:p>
      <w:r>
        <w:rPr>
          <w:rFonts w:ascii="Gentium Plus" w:hAnsi="Gentium Plus"/>
          <w:sz w:val="24"/>
        </w:rPr>
        <w:t>αὐτοὺς ἐν ταπεινώσει καὶ ἐν πτωχείᾳ· καὶ ὁ πιστεύων ἐπ’ αὐτῷ βασιλεύσει ἐν ἀληθεία ἐν τοῖς οὐρανοῖς.</w:t>
      </w:r>
    </w:p>
    <w:p>
      <w:r>
        <w:rPr>
          <w:rFonts w:ascii="Courier New" w:hAnsi="Courier New"/>
          <w:color w:val="555555"/>
          <w:sz w:val="20"/>
        </w:rPr>
        <w:t>[7 . 6 . 1]</w:t>
      </w:r>
    </w:p>
    <w:p>
      <w:r>
        <w:rPr>
          <w:rFonts w:ascii="Gentium Plus" w:hAnsi="Gentium Plus"/>
          <w:sz w:val="24"/>
        </w:rPr>
        <w:t>Καὶ νῦν φοβήθητε τὸν Κύριον, τέκνα μου, καὶ προσέχετε ἑαυτοῖς ἀπὸ τοῦ Σατανᾶ καὶ τῶν πνευμάτων αὐτοῦ.</w:t>
      </w:r>
    </w:p>
    <w:p>
      <w:r>
        <w:rPr>
          <w:rFonts w:ascii="Courier New" w:hAnsi="Courier New"/>
          <w:color w:val="555555"/>
          <w:sz w:val="20"/>
        </w:rPr>
        <w:t>[7 . 6 . 2]</w:t>
      </w:r>
    </w:p>
    <w:p>
      <w:r>
        <w:rPr>
          <w:rFonts w:ascii="Gentium Plus" w:hAnsi="Gentium Plus"/>
          <w:sz w:val="24"/>
        </w:rPr>
        <w:t>Ἐγγίζετε δὲ τῷ Θεῷ καὶ τῷ ἀγγέλῳ τῷ παραιτου‐ μένῳ ὑμᾶς· ὅτι οὗτός ἐστι μεσίτης Θεοῦ καὶ ἀνθρώπων ἐπὶ</w:t>
      </w:r>
    </w:p>
    <w:p>
      <w:r>
        <w:rPr>
          <w:rFonts w:ascii="Courier New" w:hAnsi="Courier New"/>
          <w:color w:val="555555"/>
          <w:sz w:val="20"/>
        </w:rPr>
        <w:t>[7 . 6 . 3]</w:t>
      </w:r>
    </w:p>
    <w:p>
      <w:r>
        <w:rPr>
          <w:rFonts w:ascii="Gentium Plus" w:hAnsi="Gentium Plus"/>
          <w:sz w:val="24"/>
        </w:rPr>
        <w:t>διὰ τοῦτο σπουδάζει ὁ ἐχθρὸς ὑποσκελίζειν πάντας τοὺς ἐπικαλουμένους τὸν Κύριον.</w:t>
      </w:r>
    </w:p>
    <w:p>
      <w:r>
        <w:rPr>
          <w:rFonts w:ascii="Courier New" w:hAnsi="Courier New"/>
          <w:color w:val="555555"/>
          <w:sz w:val="20"/>
        </w:rPr>
        <w:t>[7 . 6 . 4]</w:t>
      </w:r>
    </w:p>
    <w:p>
      <w:r>
        <w:rPr>
          <w:rFonts w:ascii="Gentium Plus" w:hAnsi="Gentium Plus"/>
          <w:sz w:val="24"/>
        </w:rPr>
        <w:t>Οἶδε γὰρ ὅτι ἐν ᾗ ἡμέρᾳ πιστεύσει Ἰσραήλ, συντελεσθήσεται ἡ βασιλεία τοῦ ἐχθροῦ.</w:t>
      </w:r>
    </w:p>
    <w:p>
      <w:r>
        <w:rPr>
          <w:rFonts w:ascii="Courier New" w:hAnsi="Courier New"/>
          <w:color w:val="555555"/>
          <w:sz w:val="20"/>
        </w:rPr>
        <w:t>[7 . 6 . 5]</w:t>
      </w:r>
    </w:p>
    <w:p>
      <w:r>
        <w:rPr>
          <w:rFonts w:ascii="Gentium Plus" w:hAnsi="Gentium Plus"/>
          <w:sz w:val="24"/>
        </w:rPr>
        <w:t>Αὐτὸς ὁ ἄγγελος τῆς εἰρήνης ἐνισχύσει τὸν Ἰσραήλ, μὴ ἐμπεσεῖν αὐτὸν εἰς τέλος κακῶν.</w:t>
      </w:r>
    </w:p>
    <w:p>
      <w:r>
        <w:rPr>
          <w:rFonts w:ascii="Courier New" w:hAnsi="Courier New"/>
          <w:color w:val="555555"/>
          <w:sz w:val="20"/>
        </w:rPr>
        <w:t>[7 . 6 . 6]</w:t>
      </w:r>
    </w:p>
    <w:p>
      <w:r>
        <w:rPr>
          <w:rFonts w:ascii="Gentium Plus" w:hAnsi="Gentium Plus"/>
          <w:sz w:val="24"/>
        </w:rPr>
        <w:t>Ἔσται δὲ ἐν καιρῷ ἀνομίας τοῦ Ἰσραὴλ ἀφιστάμενος ἀπ’ αὐτῶν Κύριος, μετελεύσεται ὄπισθε ποιοῦντα τὸ θέλημα αὐτοῦ, ὅτι οὐδενὶ τῶν ἀγγέλων ἔσται ὡς αὐτῷ.</w:t>
      </w:r>
    </w:p>
    <w:p>
      <w:r>
        <w:rPr>
          <w:rFonts w:ascii="Courier New" w:hAnsi="Courier New"/>
          <w:color w:val="555555"/>
          <w:sz w:val="20"/>
        </w:rPr>
        <w:t>[7 . 6 . 7]</w:t>
      </w:r>
    </w:p>
    <w:p>
      <w:r>
        <w:rPr>
          <w:rFonts w:ascii="Gentium Plus" w:hAnsi="Gentium Plus"/>
          <w:sz w:val="24"/>
        </w:rPr>
        <w:t>Τὸ δὲ ὄνομα αὐτοῦ ἔσται ἐν παντὶ τόπῳ Ἰσραὴλ καὶ ἐν τοῖς ἔθνεσι σωτήρ.</w:t>
      </w:r>
    </w:p>
    <w:p>
      <w:r>
        <w:rPr>
          <w:rFonts w:ascii="Courier New" w:hAnsi="Courier New"/>
          <w:color w:val="555555"/>
          <w:sz w:val="20"/>
        </w:rPr>
        <w:t>[7 . 6 . 8]</w:t>
      </w:r>
    </w:p>
    <w:p>
      <w:r>
        <w:rPr>
          <w:rFonts w:ascii="Gentium Plus" w:hAnsi="Gentium Plus"/>
          <w:sz w:val="24"/>
        </w:rPr>
        <w:t>Διατηρή‐ σατε οὖν ἑαυτούς, τέκνα μου, ἀπὸ παντὸς ἔργου πονηροῦ, καὶ ἀπορρίψατε τὸν θυμὸν καὶ πᾶν ψεῦδος, καὶ ἀγαπήσατε τὴν ἀλήθειαν καὶ τὴν μακροθυμίαν,</w:t>
      </w:r>
    </w:p>
    <w:p>
      <w:r>
        <w:rPr>
          <w:rFonts w:ascii="Courier New" w:hAnsi="Courier New"/>
          <w:color w:val="555555"/>
          <w:sz w:val="20"/>
        </w:rPr>
        <w:t>[7 . 6 . 9]</w:t>
      </w:r>
    </w:p>
    <w:p>
      <w:r>
        <w:rPr>
          <w:rFonts w:ascii="Gentium Plus" w:hAnsi="Gentium Plus"/>
          <w:sz w:val="24"/>
        </w:rPr>
        <w:t>καὶ ἃ ἠκούσατε παρὰ τοῦ πατρὸς ὑμῶν, μετάδοτε καὶ ὑμεῖς τοῖς τέκνοις ὑμῶν, ἵνα δέξηται ὑμᾶς ὁ πατὴρ τῶν ἐθνῶν· ἔστι γὰρ ἀληθὴς καὶ μακρόθυμος, πρᾷος καὶ ταπεινός, καὶ ἐκδιδάσκων διὰ τῶν</w:t>
      </w:r>
    </w:p>
    <w:p>
      <w:r>
        <w:rPr>
          <w:rFonts w:ascii="Courier New" w:hAnsi="Courier New"/>
          <w:color w:val="555555"/>
          <w:sz w:val="20"/>
        </w:rPr>
        <w:t>[5]</w:t>
      </w:r>
    </w:p>
    <w:p>
      <w:r>
        <w:rPr>
          <w:rFonts w:ascii="Gentium Plus" w:hAnsi="Gentium Plus"/>
          <w:sz w:val="24"/>
        </w:rPr>
        <w:t>ἔργων νόμον Θεοῦ.</w:t>
      </w:r>
    </w:p>
    <w:p>
      <w:r>
        <w:rPr>
          <w:rFonts w:ascii="Courier New" w:hAnsi="Courier New"/>
          <w:color w:val="555555"/>
          <w:sz w:val="20"/>
        </w:rPr>
        <w:t>[7 . 6 . 10]</w:t>
      </w:r>
    </w:p>
    <w:p>
      <w:r>
        <w:rPr>
          <w:rFonts w:ascii="Gentium Plus" w:hAnsi="Gentium Plus"/>
          <w:sz w:val="24"/>
        </w:rPr>
        <w:t>Ἀπόστητε οὖν ἀπὸ πάσης ἀδικίας καὶ κολλήθητε τῇ δικαιοσύνῃ τοῦ νόμου Κυρίου.</w:t>
      </w:r>
    </w:p>
    <w:p>
      <w:r>
        <w:rPr>
          <w:rFonts w:ascii="Courier New" w:hAnsi="Courier New"/>
          <w:color w:val="555555"/>
          <w:sz w:val="20"/>
        </w:rPr>
        <w:t>[7 . 6 . 11]</w:t>
      </w:r>
    </w:p>
    <w:p>
      <w:r>
        <w:rPr>
          <w:rFonts w:ascii="Gentium Plus" w:hAnsi="Gentium Plus"/>
          <w:sz w:val="24"/>
        </w:rPr>
        <w:t>Καὶ θάψατέ με ἐγγὺς τῶν πατέρων μου.</w:t>
      </w:r>
    </w:p>
    <w:p>
      <w:r>
        <w:rPr>
          <w:rFonts w:ascii="Courier New" w:hAnsi="Courier New"/>
          <w:color w:val="555555"/>
          <w:sz w:val="20"/>
        </w:rPr>
        <w:t>[7 . 7 . 1]</w:t>
      </w:r>
    </w:p>
    <w:p>
      <w:r>
        <w:rPr>
          <w:rFonts w:ascii="Gentium Plus" w:hAnsi="Gentium Plus"/>
          <w:sz w:val="24"/>
        </w:rPr>
        <w:t>Καὶ ταῦτα εἰπών, κατεφίλησεν αὐτούς, καὶ ὕπνωσεν ὕπνον αἰώνιον.</w:t>
      </w:r>
    </w:p>
    <w:p>
      <w:r>
        <w:rPr>
          <w:rFonts w:ascii="Courier New" w:hAnsi="Courier New"/>
          <w:color w:val="555555"/>
          <w:sz w:val="20"/>
        </w:rPr>
        <w:t>[7 . 7 . 2]</w:t>
      </w:r>
    </w:p>
    <w:p>
      <w:r>
        <w:rPr>
          <w:rFonts w:ascii="Gentium Plus" w:hAnsi="Gentium Plus"/>
          <w:sz w:val="24"/>
        </w:rPr>
        <w:t>Καὶ ἔθαψαν αὐτὸν οἱ υἱοὶ αὐτοῦ· καὶ μετὰ ταῦτα ἀνήνεγκαν τὰ ὀστᾶ αὐτοῦ σύνεγγυς Ἀβραὰμ καὶ Ἰσαὰκ καὶ Ἰακώβ.</w:t>
      </w:r>
    </w:p>
    <w:p>
      <w:r>
        <w:rPr>
          <w:rFonts w:ascii="Courier New" w:hAnsi="Courier New"/>
          <w:color w:val="555555"/>
          <w:sz w:val="20"/>
        </w:rPr>
        <w:t>[7 . 7 . 3]</w:t>
      </w:r>
    </w:p>
    <w:p>
      <w:r>
        <w:rPr>
          <w:rFonts w:ascii="Gentium Plus" w:hAnsi="Gentium Plus"/>
          <w:sz w:val="24"/>
        </w:rPr>
        <w:t>Πλὴν ὡς ἐπροφήτευσεν αὐτοῖς Δάν, ὅτι ἐπιλάθωνται νόμον Θεοῦ αὐτῶν, καὶ ἀλλοτριωθήσονται γῆς κλήρου αὐτῶν καὶ γένους Ἰσραὴλ καὶ πατριᾶς αὐτῶν,</w:t>
      </w:r>
    </w:p>
    <w:p>
      <w:pPr>
        <w:jc w:val="center"/>
      </w:pPr>
      <w:r>
        <w:rPr>
          <w:rFonts w:ascii="Gentium Plus" w:hAnsi="Gentium Plus"/>
          <w:b/>
          <w:sz w:val="24"/>
        </w:rPr>
        <w:t>ΔΙΑΘΗΚΗ ΝΕΦΘΑΛΕΙΜ Η ΠΕΡΙ ΦΥΣΙΚΗΣ ΑΓΑΘΟΤΗΤΟΣ</w:t>
      </w:r>
    </w:p>
    <w:p>
      <w:r>
        <w:rPr>
          <w:rFonts w:ascii="Courier New" w:hAnsi="Courier New"/>
          <w:color w:val="555555"/>
          <w:sz w:val="20"/>
        </w:rPr>
        <w:t>[8 . 1 . 1]</w:t>
      </w:r>
    </w:p>
    <w:p>
      <w:r>
        <w:rPr>
          <w:rFonts w:ascii="Gentium Plus" w:hAnsi="Gentium Plus"/>
          <w:sz w:val="24"/>
        </w:rPr>
        <w:t>Ἀντίγραφον διαθήκης Νεφθαλείμ, ὧν διέθετο ἐν καιρῷ τέλους αὐτοῦ, ἐν ἔτει ἑκατοστῷ τριακοστῷ δευτέρῳ τῆς ζωῆς αὐτοῦ.</w:t>
      </w:r>
    </w:p>
    <w:p>
      <w:r>
        <w:rPr>
          <w:rFonts w:ascii="Courier New" w:hAnsi="Courier New"/>
          <w:color w:val="555555"/>
          <w:sz w:val="20"/>
        </w:rPr>
        <w:t>[8 . 1 . 2]</w:t>
      </w:r>
    </w:p>
    <w:p>
      <w:r>
        <w:rPr>
          <w:rFonts w:ascii="Gentium Plus" w:hAnsi="Gentium Plus"/>
          <w:sz w:val="24"/>
        </w:rPr>
        <w:t>Συνελθόντων τῶν υἱῶν αὐτοῦ ἐν ἑβδόμῳ μηνί, τετάρτῃ τοῦ μηνός, ὑγιαίνοντος αὐτοῦ, ἐποίησε δεῖπνον αὐτὸς καὶ κώθωνα.</w:t>
      </w:r>
    </w:p>
    <w:p>
      <w:r>
        <w:rPr>
          <w:rFonts w:ascii="Courier New" w:hAnsi="Courier New"/>
          <w:color w:val="555555"/>
          <w:sz w:val="20"/>
        </w:rPr>
        <w:t>[8 . 1 . 3]</w:t>
      </w:r>
    </w:p>
    <w:p>
      <w:r>
        <w:rPr>
          <w:rFonts w:ascii="Gentium Plus" w:hAnsi="Gentium Plus"/>
          <w:sz w:val="24"/>
        </w:rPr>
        <w:t>Καὶ μετὰ τὸ ἐξυπ‐ νισθῆναι αὐτὸν τὸ πρωί, εἶπεν αὐτοῖς ὅτι ἀποθνήσκω· καὶ οὐκ ἐπίστευον αὐτῷ.</w:t>
      </w:r>
    </w:p>
    <w:p>
      <w:r>
        <w:rPr>
          <w:rFonts w:ascii="Courier New" w:hAnsi="Courier New"/>
          <w:color w:val="555555"/>
          <w:sz w:val="20"/>
        </w:rPr>
        <w:t>[8 . 1 . 4]</w:t>
      </w:r>
    </w:p>
    <w:p>
      <w:r>
        <w:rPr>
          <w:rFonts w:ascii="Gentium Plus" w:hAnsi="Gentium Plus"/>
          <w:sz w:val="24"/>
        </w:rPr>
        <w:t>Καὶ εὐλογῶν Κύριον, ἐκραταίωσεν ὅτι μετὰ τὸ δεῖπνον τὸ χθὲς ἀποθανεῖται.</w:t>
      </w:r>
    </w:p>
    <w:p>
      <w:r>
        <w:rPr>
          <w:rFonts w:ascii="Courier New" w:hAnsi="Courier New"/>
          <w:color w:val="555555"/>
          <w:sz w:val="20"/>
        </w:rPr>
        <w:t>[8 . 1 . 5]</w:t>
      </w:r>
    </w:p>
    <w:p>
      <w:r>
        <w:rPr>
          <w:rFonts w:ascii="Gentium Plus" w:hAnsi="Gentium Plus"/>
          <w:sz w:val="24"/>
        </w:rPr>
        <w:t>Ἤρξατο οὖν λέγειν τοῖς υἱοῖς αὐτοῦ· Ἀκούσατε, τέκνα μου, υἱοὶ Νεφθα‐ λείμ, ἀκούσατε λόγους πατρὸς ὑμῶν.</w:t>
      </w:r>
    </w:p>
    <w:p>
      <w:r>
        <w:rPr>
          <w:rFonts w:ascii="Courier New" w:hAnsi="Courier New"/>
          <w:color w:val="555555"/>
          <w:sz w:val="20"/>
        </w:rPr>
        <w:t>[8 . 1 . 6]</w:t>
      </w:r>
    </w:p>
    <w:p>
      <w:r>
        <w:rPr>
          <w:rFonts w:ascii="Gentium Plus" w:hAnsi="Gentium Plus"/>
          <w:sz w:val="24"/>
        </w:rPr>
        <w:t>Ἐγὼ ἐγεννήθην ἀπὸ Βάλλας· καὶ ὅτι ἐν πανουργίᾳ ἐποίησε Ῥαχήλ, καὶ ἔδωκεν ἀνθ’ ἑαυτῆς τὴν Βάλλαν τῷ Ἰακώβ, καὶ ἐπὶ τῶν μηρῶν Ῥαχὴλ ἔτεκέ με· διὰ τοῦτο ἐκλήθην Νεφθαλείμ.</w:t>
      </w:r>
    </w:p>
    <w:p>
      <w:r>
        <w:rPr>
          <w:rFonts w:ascii="Courier New" w:hAnsi="Courier New"/>
          <w:color w:val="555555"/>
          <w:sz w:val="20"/>
        </w:rPr>
        <w:t>[8 . 1 . 7]</w:t>
      </w:r>
    </w:p>
    <w:p>
      <w:r>
        <w:rPr>
          <w:rFonts w:ascii="Gentium Plus" w:hAnsi="Gentium Plus"/>
          <w:sz w:val="24"/>
        </w:rPr>
        <w:t>Καὶ ἠγάπησέ με Ῥαχήλ, ὅτι ἐπὶ τῶν μηρῶν αὐτῆς ἐγεννήθην· καὶ εἴδει ἁπαλὸν ὄντα κατεφίλει με, λέγουσα· Ἴδοιμι ἀδελφόν σου ἐκ τῆς κοιλίας μου κατά σε.</w:t>
      </w:r>
    </w:p>
    <w:p>
      <w:r>
        <w:rPr>
          <w:rFonts w:ascii="Courier New" w:hAnsi="Courier New"/>
          <w:color w:val="555555"/>
          <w:sz w:val="20"/>
        </w:rPr>
        <w:t>[8 . 1 . 8]</w:t>
      </w:r>
    </w:p>
    <w:p>
      <w:r>
        <w:rPr>
          <w:rFonts w:ascii="Gentium Plus" w:hAnsi="Gentium Plus"/>
          <w:sz w:val="24"/>
        </w:rPr>
        <w:t>Ὅθεν καὶ ὅμοιός μοι ἦν ἐν πᾶσιν ὁ Ἰωσήφ, κατὰ τὰς εὐχὰς Ῥαχήλ.</w:t>
      </w:r>
    </w:p>
    <w:p>
      <w:r>
        <w:rPr>
          <w:rFonts w:ascii="Courier New" w:hAnsi="Courier New"/>
          <w:color w:val="555555"/>
          <w:sz w:val="20"/>
        </w:rPr>
        <w:t>[8 . 1 . 9]</w:t>
      </w:r>
    </w:p>
    <w:p>
      <w:r>
        <w:rPr>
          <w:rFonts w:ascii="Gentium Plus" w:hAnsi="Gentium Plus"/>
          <w:sz w:val="24"/>
        </w:rPr>
        <w:t>Ἡ δὲ μήτηρ μού ἐστι Βάλλα, θυγάτηρ Ῥωθέου, ἀδελφοῦ Δεβόρρας, τῆς τροφοῦ Ῥεβέκκας· ἥτις ἐν μιᾷ ἡμέρᾳ ἐτέχθη, ἐν ᾗ καὶ ἡ Ῥαχήλ.</w:t>
      </w:r>
    </w:p>
    <w:p>
      <w:r>
        <w:rPr>
          <w:rFonts w:ascii="Courier New" w:hAnsi="Courier New"/>
          <w:color w:val="555555"/>
          <w:sz w:val="20"/>
        </w:rPr>
        <w:t>[8 . 1 . 10]</w:t>
      </w:r>
    </w:p>
    <w:p>
      <w:r>
        <w:rPr>
          <w:rFonts w:ascii="Gentium Plus" w:hAnsi="Gentium Plus"/>
          <w:sz w:val="24"/>
        </w:rPr>
        <w:t>Ὁ δὲ Ῥόθεος ἐκ τοῦ γένους ἦν Ἀβραάμ, Χαλδαῖος, θεοσεβής, ἐλεύθερος καὶ εὐγενής.</w:t>
      </w:r>
    </w:p>
    <w:p>
      <w:r>
        <w:rPr>
          <w:rFonts w:ascii="Courier New" w:hAnsi="Courier New"/>
          <w:color w:val="555555"/>
          <w:sz w:val="20"/>
        </w:rPr>
        <w:t>[8 . 1 . 11]</w:t>
      </w:r>
    </w:p>
    <w:p>
      <w:r>
        <w:rPr>
          <w:rFonts w:ascii="Gentium Plus" w:hAnsi="Gentium Plus"/>
          <w:sz w:val="24"/>
        </w:rPr>
        <w:t>Καὶ αἰχμαλωτισθεὶς ἠγοράσθη ὑπὸ Λάβαν· καὶ ἔδωκεν αὐτῷ Αἰνᾶν τὴν παιδίσκην αὐτοῦ εἰς γυναῖκα· ἥτις ἔτεκε θυγατέρα, καὶ ἐκάλεσεν αὐτὴν Ζελφάν, ἐπ’ ὀνόματι τῆς κώμης, ἐν ᾗ ᾐχμαλωτεύθη.</w:t>
      </w:r>
    </w:p>
    <w:p>
      <w:r>
        <w:rPr>
          <w:rFonts w:ascii="Courier New" w:hAnsi="Courier New"/>
          <w:color w:val="555555"/>
          <w:sz w:val="20"/>
        </w:rPr>
        <w:t>[8 . 1 . 12]</w:t>
      </w:r>
    </w:p>
    <w:p>
      <w:r>
        <w:rPr>
          <w:rFonts w:ascii="Gentium Plus" w:hAnsi="Gentium Plus"/>
          <w:sz w:val="24"/>
        </w:rPr>
        <w:t>Ἐξ ἧς ἔτεκε τὴν Βάλλαν, λέγων· Καινόσπουδός μου ἡ θυγάτηρ· εὐθὺς γὰρ τεχθεῖσα ἔσπευδε θηλάζειν.</w:t>
      </w:r>
    </w:p>
    <w:p>
      <w:r>
        <w:rPr>
          <w:rFonts w:ascii="Courier New" w:hAnsi="Courier New"/>
          <w:color w:val="555555"/>
          <w:sz w:val="20"/>
        </w:rPr>
        <w:t>[8 . 2 . 1]</w:t>
      </w:r>
    </w:p>
    <w:p>
      <w:r>
        <w:rPr>
          <w:rFonts w:ascii="Gentium Plus" w:hAnsi="Gentium Plus"/>
          <w:sz w:val="24"/>
        </w:rPr>
        <w:t>Καὶ ἐπειδὴ κοῦφος ἤμην τοῖς ποσί μου ὡς ἔλαφος, ἔταξέ με ὁ πατήρ μου Ἰακὼβ εἰς πᾶσαν ἀποστολὴν καὶ ἀγγελίαν· καίγε ὡς ἔλαφόν με εὐλόγησε.</w:t>
      </w:r>
    </w:p>
    <w:p>
      <w:r>
        <w:rPr>
          <w:rFonts w:ascii="Courier New" w:hAnsi="Courier New"/>
          <w:color w:val="555555"/>
          <w:sz w:val="20"/>
        </w:rPr>
        <w:t>[8 . 2 . 2]</w:t>
      </w:r>
    </w:p>
    <w:p>
      <w:r>
        <w:rPr>
          <w:rFonts w:ascii="Gentium Plus" w:hAnsi="Gentium Plus"/>
          <w:sz w:val="24"/>
        </w:rPr>
        <w:t>Καθὼς γὰρ ὁ κεραμεὺς οἶδε τὸ σκεῦος, πόσον χωρεῖ, καὶ πρὸς αὐτὸν φέρει πηλόν, οὕτω καὶ ὁ Κύριος πρὸς ὁμοίωσιν τοῦ πνεύματος ποιεῖ τὸ σῶμα, καὶ πρὸς τὴν δύναμιν τοῦ σώματος τὸ</w:t>
      </w:r>
    </w:p>
    <w:p>
      <w:r>
        <w:rPr>
          <w:rFonts w:ascii="Courier New" w:hAnsi="Courier New"/>
          <w:color w:val="555555"/>
          <w:sz w:val="20"/>
        </w:rPr>
        <w:t>[5]</w:t>
      </w:r>
    </w:p>
    <w:p>
      <w:r>
        <w:rPr>
          <w:rFonts w:ascii="Gentium Plus" w:hAnsi="Gentium Plus"/>
          <w:sz w:val="24"/>
        </w:rPr>
        <w:t>πνεῦμα ἐντίθησι,</w:t>
      </w:r>
    </w:p>
    <w:p>
      <w:r>
        <w:rPr>
          <w:rFonts w:ascii="Courier New" w:hAnsi="Courier New"/>
          <w:color w:val="555555"/>
          <w:sz w:val="20"/>
        </w:rPr>
        <w:t>[8 . 2 . 3]</w:t>
      </w:r>
    </w:p>
    <w:p>
      <w:r>
        <w:rPr>
          <w:rFonts w:ascii="Gentium Plus" w:hAnsi="Gentium Plus"/>
          <w:sz w:val="24"/>
        </w:rPr>
        <w:t>καὶ οὐκ ἔστι λοιπὸν ἓν ἐκ τοῦ ἑνὸς τρίτον τριχός· σταθμῷ γὰρ καὶ μέτρῳ καὶ κανόνι πᾶσα κτίσις ὑψίστου.</w:t>
      </w:r>
    </w:p>
    <w:p>
      <w:r>
        <w:rPr>
          <w:rFonts w:ascii="Courier New" w:hAnsi="Courier New"/>
          <w:color w:val="555555"/>
          <w:sz w:val="20"/>
        </w:rPr>
        <w:t>[8 . 2 . 4]</w:t>
      </w:r>
    </w:p>
    <w:p>
      <w:r>
        <w:rPr>
          <w:rFonts w:ascii="Gentium Plus" w:hAnsi="Gentium Plus"/>
          <w:sz w:val="24"/>
        </w:rPr>
        <w:t>Καὶ καθάπερ οἶδεν ὁ κεραμεὺς ἑνὸς ἑκάστου τὴν χρῆσιν, ὡς ἱκανεῖ· οὕτω καὶ ὁ Κύριος οἶδε τὸ σῶμα, ἕως τίνος διαρκέσει ἐν ἀγαθῷ, καὶ πότε ἄρχεται ἐν κακῷ.</w:t>
      </w:r>
    </w:p>
    <w:p>
      <w:r>
        <w:rPr>
          <w:rFonts w:ascii="Courier New" w:hAnsi="Courier New"/>
          <w:color w:val="555555"/>
          <w:sz w:val="20"/>
        </w:rPr>
        <w:t>[8 . 2 . 5]</w:t>
      </w:r>
    </w:p>
    <w:p>
      <w:r>
        <w:rPr>
          <w:rFonts w:ascii="Gentium Plus" w:hAnsi="Gentium Plus"/>
          <w:sz w:val="24"/>
        </w:rPr>
        <w:t>Ὅτι οὐκ ἔστι πᾶν πλάσμα καὶ πᾶσα ἔννοια ἣν οὐκ ἔγνω Κύριος· πάντα γὰρ ἄνθρωπον ἔκτισε κατ’ εἰκόνα ἑαυτοῦ.</w:t>
      </w:r>
    </w:p>
    <w:p>
      <w:r>
        <w:rPr>
          <w:rFonts w:ascii="Courier New" w:hAnsi="Courier New"/>
          <w:color w:val="555555"/>
          <w:sz w:val="20"/>
        </w:rPr>
        <w:t>[8 . 2 . 6]</w:t>
      </w:r>
    </w:p>
    <w:p>
      <w:r>
        <w:rPr>
          <w:rFonts w:ascii="Gentium Plus" w:hAnsi="Gentium Plus"/>
          <w:sz w:val="24"/>
        </w:rPr>
        <w:t>Ὡς ἡ ἰσχὺς αὐτοῦ, οὕτω καὶ τὸ ἔργον αὐτοῦ· καὶ ὡς ὁ νοῦς αὐτοῦ, οὕτω καὶ τὸ ἔργον αὐτοῦ· καὶ ὡς ἡ προαίρεσις αὐτοῦ, οὕτω καὶ ἡ πρᾶξις αὐτοῦ· ὡς ἡ καρδία αὐτοῦ, οὕτω καὶ τὸ στόμα</w:t>
      </w:r>
    </w:p>
    <w:p>
      <w:r>
        <w:rPr>
          <w:rFonts w:ascii="Courier New" w:hAnsi="Courier New"/>
          <w:color w:val="555555"/>
          <w:sz w:val="20"/>
        </w:rPr>
        <w:t>[5]</w:t>
      </w:r>
    </w:p>
    <w:p>
      <w:r>
        <w:rPr>
          <w:rFonts w:ascii="Gentium Plus" w:hAnsi="Gentium Plus"/>
          <w:sz w:val="24"/>
        </w:rPr>
        <w:t>αὐτοῦ· ὡς ὁ ὀφθαλμὸς αὐτοῦ, οὕτω καὶ ὁ ὕπνος αὐτοῦ· ὡς ἡ ψυχὴ αὐτοῦ, οὕτω καὶ ὁ λόγος αὐτοῦ, ἢ ἐν νόμῳ Κυρίου, ἢ ἐν νόμῳ Βελίαρ.</w:t>
      </w:r>
    </w:p>
    <w:p>
      <w:r>
        <w:rPr>
          <w:rFonts w:ascii="Courier New" w:hAnsi="Courier New"/>
          <w:color w:val="555555"/>
          <w:sz w:val="20"/>
        </w:rPr>
        <w:t>[8 . 2 . 7]</w:t>
      </w:r>
    </w:p>
    <w:p>
      <w:r>
        <w:rPr>
          <w:rFonts w:ascii="Gentium Plus" w:hAnsi="Gentium Plus"/>
          <w:sz w:val="24"/>
        </w:rPr>
        <w:t>Καὶ ὡς κεχώρισται ἀνάμεσον φωτὸς καὶ σκότους, ὁράσεως καὶ ἀκοῆς· οὕτω κεχώρισται ἀνάμεσον ἀνδρὸς καὶ ἀνδρός, καὶ ἀνάμεσον γυναικὸς καὶ γυναικός· καὶ οὐκ ἔστιν εἰπεῖν ὅτι ἐν τῷ ἑνὶ τοῖς προσώποις ἢ</w:t>
      </w:r>
    </w:p>
    <w:p>
      <w:r>
        <w:rPr>
          <w:rFonts w:ascii="Courier New" w:hAnsi="Courier New"/>
          <w:color w:val="555555"/>
          <w:sz w:val="20"/>
        </w:rPr>
        <w:t>[5]</w:t>
      </w:r>
    </w:p>
    <w:p>
      <w:r>
        <w:rPr>
          <w:rFonts w:ascii="Gentium Plus" w:hAnsi="Gentium Plus"/>
          <w:sz w:val="24"/>
        </w:rPr>
        <w:t>τῶν ὁμοίων.</w:t>
      </w:r>
    </w:p>
    <w:p>
      <w:r>
        <w:rPr>
          <w:rFonts w:ascii="Courier New" w:hAnsi="Courier New"/>
          <w:color w:val="555555"/>
          <w:sz w:val="20"/>
        </w:rPr>
        <w:t>[8 . 2 . 8]</w:t>
      </w:r>
    </w:p>
    <w:p>
      <w:r>
        <w:rPr>
          <w:rFonts w:ascii="Gentium Plus" w:hAnsi="Gentium Plus"/>
          <w:sz w:val="24"/>
        </w:rPr>
        <w:t>Πάντα γὰρ ἐν τάξει ἐποίησεν ὁ Θεὸς καλά·</w:t>
      </w:r>
    </w:p>
    <w:p>
      <w:r>
        <w:rPr>
          <w:rFonts w:ascii="Courier New" w:hAnsi="Courier New"/>
          <w:color w:val="555555"/>
          <w:sz w:val="20"/>
        </w:rPr>
        <w:t>[5]</w:t>
      </w:r>
    </w:p>
    <w:p>
      <w:r>
        <w:rPr>
          <w:rFonts w:ascii="Gentium Plus" w:hAnsi="Gentium Plus"/>
          <w:sz w:val="24"/>
        </w:rPr>
        <w:t>ἧπαρ πρὸς θυμόν, χολὴν πρὸς πικρίαν, εἰς γέλωτα σπλῆνα, νεφροὺς εἰς πανουργίαν, ψύας εἰς δύναμιν, πλευρὰς εἰς θήκην, ὀσφὺν εἰς ἰσχύν, καὶ τὰ ἑξῆς.</w:t>
      </w:r>
    </w:p>
    <w:p>
      <w:r>
        <w:rPr>
          <w:rFonts w:ascii="Courier New" w:hAnsi="Courier New"/>
          <w:color w:val="555555"/>
          <w:sz w:val="20"/>
        </w:rPr>
        <w:t>[8 . 2 . 9]</w:t>
      </w:r>
    </w:p>
    <w:p>
      <w:r>
        <w:rPr>
          <w:rFonts w:ascii="Gentium Plus" w:hAnsi="Gentium Plus"/>
          <w:sz w:val="24"/>
        </w:rPr>
        <w:t>Οὕτως οὖν, τέκνα μου, ἐν τάξει ἔστε εἰς ἀγαθὰ ἐν φόβῳ Θεοῦ, καὶ μηδὲν ἄτακτον ποιεῖτε ἐν καταφρονήσει, μηδὲ ἔξω καιροῦ αὐτοῦ.</w:t>
      </w:r>
    </w:p>
    <w:p>
      <w:r>
        <w:rPr>
          <w:rFonts w:ascii="Courier New" w:hAnsi="Courier New"/>
          <w:color w:val="555555"/>
          <w:sz w:val="20"/>
        </w:rPr>
        <w:t>[8 . 2 . 10]</w:t>
      </w:r>
    </w:p>
    <w:p>
      <w:r>
        <w:rPr>
          <w:rFonts w:ascii="Gentium Plus" w:hAnsi="Gentium Plus"/>
          <w:sz w:val="24"/>
        </w:rPr>
        <w:t>Ὅτι ἐὰν εἴπῃς τῷ ὀφθαλμῷ ἀκοῦσαι οὐ δύναται· οὕτως οὐδὲ ἐν σκότει δυνήσεσθε ποιῆσαι ἔργα φωτός.</w:t>
      </w:r>
    </w:p>
    <w:p>
      <w:r>
        <w:rPr>
          <w:rFonts w:ascii="Courier New" w:hAnsi="Courier New"/>
          <w:color w:val="555555"/>
          <w:sz w:val="20"/>
        </w:rPr>
        <w:t>[8 . 3 . 1]</w:t>
      </w:r>
    </w:p>
    <w:p>
      <w:r>
        <w:rPr>
          <w:rFonts w:ascii="Gentium Plus" w:hAnsi="Gentium Plus"/>
          <w:sz w:val="24"/>
        </w:rPr>
        <w:t>Μὴ οὖν σπουδάζετε ἐν πλεονεξίᾳ διαφθεῖραι τὰς πράξεις ὑμῶν, ἢ ἐν λόγοις κενοῖς ἀπατᾶν τὰς ψυχὰς ὑμῶν, ὅτι σιωπῶντες ἐν καθαρότητι καρδίας δυνήσεται τὸ θέλημα τοῦ Θεοῦ κρατεῖν, καὶ ἀπορρίπτειν τὸ θέλημα τοῦ διαβόλου.</w:t>
      </w:r>
    </w:p>
    <w:p>
      <w:r>
        <w:rPr>
          <w:rFonts w:ascii="Courier New" w:hAnsi="Courier New"/>
          <w:color w:val="555555"/>
          <w:sz w:val="20"/>
        </w:rPr>
        <w:t>[8 . 3 . 2]</w:t>
      </w:r>
    </w:p>
    <w:p>
      <w:r>
        <w:rPr>
          <w:rFonts w:ascii="Gentium Plus" w:hAnsi="Gentium Plus"/>
          <w:sz w:val="24"/>
        </w:rPr>
        <w:t>Ἥλιος καὶ σελήνη καὶ ἀστέρες οὐκ ἀλλοιοῦσι τάξιν αὐτῶν· οὕτως καὶ ὑμεῖς μὴ ἀλλοιώσετε νόμον Θεοῦ ἐν ἀταξίᾳ πράξεων ὑμῶν.</w:t>
      </w:r>
    </w:p>
    <w:p>
      <w:r>
        <w:rPr>
          <w:rFonts w:ascii="Courier New" w:hAnsi="Courier New"/>
          <w:color w:val="555555"/>
          <w:sz w:val="20"/>
        </w:rPr>
        <w:t>[8 . 3 . 3]</w:t>
      </w:r>
    </w:p>
    <w:p>
      <w:r>
        <w:rPr>
          <w:rFonts w:ascii="Gentium Plus" w:hAnsi="Gentium Plus"/>
          <w:sz w:val="24"/>
        </w:rPr>
        <w:t>Ἔθνη πλανηθέντα καὶ ἀφέντα τὸν Κύριον ἠλλοίωσαν τάξιν αὐτῶν, καὶ ἐπηκολούθησαν λίθοις καὶ ξύλοις, ἐξακολουθήσαντες πνεύμασι πλάνης.</w:t>
      </w:r>
    </w:p>
    <w:p>
      <w:r>
        <w:rPr>
          <w:rFonts w:ascii="Courier New" w:hAnsi="Courier New"/>
          <w:color w:val="555555"/>
          <w:sz w:val="20"/>
        </w:rPr>
        <w:t>[8 . 3 . 4]</w:t>
      </w:r>
    </w:p>
    <w:p>
      <w:r>
        <w:rPr>
          <w:rFonts w:ascii="Gentium Plus" w:hAnsi="Gentium Plus"/>
          <w:sz w:val="24"/>
        </w:rPr>
        <w:t>Ὑμεῖς δὲ μὴ οὕτως, τέκνα μου, γνόντες ἐν στερεώματι, ἐν γῇ, καὶ ἐν θαλάσσῃ, καὶ πᾶσι τοῖς δημιουργήμασι, Κύριον τὸν ποιή‐ σαντα ταῦτα πάντα, ἵνα μὴ γένησθε ὡς Σόδομα, ἥτις ἐνήλλαξε</w:t>
      </w:r>
    </w:p>
    <w:p>
      <w:r>
        <w:rPr>
          <w:rFonts w:ascii="Courier New" w:hAnsi="Courier New"/>
          <w:color w:val="555555"/>
          <w:sz w:val="20"/>
        </w:rPr>
        <w:t>[5]</w:t>
      </w:r>
    </w:p>
    <w:p>
      <w:r>
        <w:rPr>
          <w:rFonts w:ascii="Gentium Plus" w:hAnsi="Gentium Plus"/>
          <w:sz w:val="24"/>
        </w:rPr>
        <w:t>τάξιν φύσεως αὐτῆς.</w:t>
      </w:r>
    </w:p>
    <w:p>
      <w:r>
        <w:rPr>
          <w:rFonts w:ascii="Courier New" w:hAnsi="Courier New"/>
          <w:color w:val="555555"/>
          <w:sz w:val="20"/>
        </w:rPr>
        <w:t>[8 . 3 . 5]</w:t>
      </w:r>
    </w:p>
    <w:p>
      <w:r>
        <w:rPr>
          <w:rFonts w:ascii="Gentium Plus" w:hAnsi="Gentium Plus"/>
          <w:sz w:val="24"/>
        </w:rPr>
        <w:t>Ὁμοίως δὲ καὶ οἱ Ἐγγρήγορες ἐνήλλαξαν τάξιν φύσεως αὐτῶν, οὓς καὶ κατηράσατο Κύριος ἐπὶ τοῦ κατακλυσμοῦ, δι’ αὐτοὺς ἀπὸ κατοικησίας καὶ καρπῶν τάξας τὴν γῆν ἀοίκητον.</w:t>
      </w:r>
    </w:p>
    <w:p>
      <w:r>
        <w:rPr>
          <w:rFonts w:ascii="Courier New" w:hAnsi="Courier New"/>
          <w:color w:val="555555"/>
          <w:sz w:val="20"/>
        </w:rPr>
        <w:t>[8 . 4 . 1]</w:t>
      </w:r>
    </w:p>
    <w:p>
      <w:r>
        <w:rPr>
          <w:rFonts w:ascii="Gentium Plus" w:hAnsi="Gentium Plus"/>
          <w:sz w:val="24"/>
        </w:rPr>
        <w:t>Ταῦτα λέγω, τέκνα μου, ὅτι ἀνέγνων ἐν γραφῇ</w:t>
      </w:r>
    </w:p>
    <w:p>
      <w:r>
        <w:rPr>
          <w:rFonts w:ascii="Courier New" w:hAnsi="Courier New"/>
          <w:color w:val="555555"/>
          <w:sz w:val="20"/>
        </w:rPr>
        <w:t>[8 . 4 . 2]</w:t>
      </w:r>
    </w:p>
    <w:p>
      <w:r>
        <w:rPr>
          <w:rFonts w:ascii="Gentium Plus" w:hAnsi="Gentium Plus"/>
          <w:sz w:val="24"/>
        </w:rPr>
        <w:t>Καὶ ἐπάξει ὑμῖν Κύριος αἰχμαλωσίαν, καὶ δουλεύσετε ἐκεῖ τοῖς ἐχθροῖς ὑμῶν, καὶ πάσῃ κακώσει καὶ θλίψει συγκαλυφθήσεσθε, ἕως ἂν ἀναλώσῃ Κύριος πάντας ὑμᾶς.</w:t>
      </w:r>
    </w:p>
    <w:p>
      <w:r>
        <w:rPr>
          <w:rFonts w:ascii="Courier New" w:hAnsi="Courier New"/>
          <w:color w:val="555555"/>
          <w:sz w:val="20"/>
        </w:rPr>
        <w:t>[8 . 4 . 3]</w:t>
      </w:r>
    </w:p>
    <w:p>
      <w:r>
        <w:rPr>
          <w:rFonts w:ascii="Gentium Plus" w:hAnsi="Gentium Plus"/>
          <w:sz w:val="24"/>
        </w:rPr>
        <w:t>Καὶ μετὰ τὸ ὀλιγωθῆναι ὑμᾶς καὶ σμικρυνθῆναι, ἐπιστρέψετε καὶ ἐπιγνώσεσθε Κύριον τὸν Θεὸν ὑμῶν· καὶ ἐπιστρέψει ὑμᾶς εἰς τὴν γῆν ὑμῶν, κατὰ τὸ πολὺ αὐτοῦ ἔλεος.</w:t>
      </w:r>
    </w:p>
    <w:p>
      <w:r>
        <w:rPr>
          <w:rFonts w:ascii="Courier New" w:hAnsi="Courier New"/>
          <w:color w:val="555555"/>
          <w:sz w:val="20"/>
        </w:rPr>
        <w:t>[8 . 4 . 4]</w:t>
      </w:r>
    </w:p>
    <w:p>
      <w:r>
        <w:rPr>
          <w:rFonts w:ascii="Gentium Plus" w:hAnsi="Gentium Plus"/>
          <w:sz w:val="24"/>
        </w:rPr>
        <w:t>Καὶ ἔσται, ὅταν ἥξουσιν ἐν γῇ πατέρων αὐτῶν, πάλιν ἐπιλάθωνται Κυρίου, καὶ ἀσεβήσουσι,</w:t>
      </w:r>
    </w:p>
    <w:p>
      <w:r>
        <w:rPr>
          <w:rFonts w:ascii="Courier New" w:hAnsi="Courier New"/>
          <w:color w:val="555555"/>
          <w:sz w:val="20"/>
        </w:rPr>
        <w:t>[8 . 4 . 5]</w:t>
      </w:r>
    </w:p>
    <w:p>
      <w:r>
        <w:rPr>
          <w:rFonts w:ascii="Gentium Plus" w:hAnsi="Gentium Plus"/>
          <w:sz w:val="24"/>
        </w:rPr>
        <w:t>καὶ διασπείρει αὐτοὺς Κύριος ἐπὶ προσώπου πάσης τῆς γῆς, ἄχρι τοῦ ἐλθεῖν τὸ σπλάγχνον Κυρίου, ἄνθρωπος ποιῶν δικαιοσύνην, καὶ ποιῶν ἔλεος εἰς πάντας τοὺς μακρὰν καὶ τοὺς ἐγγύς.</w:t>
      </w:r>
    </w:p>
    <w:p>
      <w:r>
        <w:rPr>
          <w:rFonts w:ascii="Courier New" w:hAnsi="Courier New"/>
          <w:color w:val="555555"/>
          <w:sz w:val="20"/>
        </w:rPr>
        <w:t>[8 . 5 . 1]</w:t>
      </w:r>
    </w:p>
    <w:p>
      <w:r>
        <w:rPr>
          <w:rFonts w:ascii="Gentium Plus" w:hAnsi="Gentium Plus"/>
          <w:sz w:val="24"/>
        </w:rPr>
        <w:t>Ἐν γὰρ ἔτει τεσσακοστῷ ζωῆς μου, εἶδον ἐν ὄρεσιν ἐλαίου κατὰ ἀνατολὰς Ἱερουσαλήμ, ὅτι ὁ ἥλιος καὶ ἡ σελήνη ἕστηκαν.</w:t>
      </w:r>
    </w:p>
    <w:p>
      <w:r>
        <w:rPr>
          <w:rFonts w:ascii="Courier New" w:hAnsi="Courier New"/>
          <w:color w:val="555555"/>
          <w:sz w:val="20"/>
        </w:rPr>
        <w:t>[8 . 5 . 2]</w:t>
      </w:r>
    </w:p>
    <w:p>
      <w:r>
        <w:rPr>
          <w:rFonts w:ascii="Gentium Plus" w:hAnsi="Gentium Plus"/>
          <w:sz w:val="24"/>
        </w:rPr>
        <w:t>Καὶ ἰδοὺ Ἰσαὰκ ὁ πατὴρ τοῦ πατρός μου λέγει ἡμῖν· Προσδραμόντες κρατήσατε ἕκαστος κατὰ δύναμιν· καὶ τοῦ πιάσαντος ἔσται ὁ ἥλιος καὶ ἡ σελήνη.</w:t>
      </w:r>
    </w:p>
    <w:p>
      <w:r>
        <w:rPr>
          <w:rFonts w:ascii="Courier New" w:hAnsi="Courier New"/>
          <w:color w:val="555555"/>
          <w:sz w:val="20"/>
        </w:rPr>
        <w:t>[8 . 5 . 3]</w:t>
      </w:r>
    </w:p>
    <w:p>
      <w:r>
        <w:rPr>
          <w:rFonts w:ascii="Gentium Plus" w:hAnsi="Gentium Plus"/>
          <w:sz w:val="24"/>
        </w:rPr>
        <w:t>Καὶ πάντες ὁμοῦ ἐπεδράμομεν· καὶ ὁ Λευὶ ἐκράτησε τὸν ἥλιον, καὶ ὁ Ἰούδας φθάσας ἐπίασε τὴν σελήνην καὶ ὑψώθησαν ἀμφότεροι σὺν αὐτοῖς.</w:t>
      </w:r>
    </w:p>
    <w:p>
      <w:r>
        <w:rPr>
          <w:rFonts w:ascii="Courier New" w:hAnsi="Courier New"/>
          <w:color w:val="555555"/>
          <w:sz w:val="20"/>
        </w:rPr>
        <w:t>[8 . 5 . 4]</w:t>
      </w:r>
    </w:p>
    <w:p>
      <w:r>
        <w:rPr>
          <w:rFonts w:ascii="Gentium Plus" w:hAnsi="Gentium Plus"/>
          <w:sz w:val="24"/>
        </w:rPr>
        <w:t>Καὶ ὄντος τοῦ Λευὶ ὡς ἡλίου, νεανίας τις ἐπιδίδωσιν αὐτῷ βαΐα φοινίκων δώδεκα· καὶ Ἰούδας ἦν λαμπρὸς ὡς ἡ σελήνη, καὶ ὑπὸ τοὺς πόδας αὐτοῦ ἦσαν δώδεκα ἀκτῖνες.</w:t>
      </w:r>
    </w:p>
    <w:p>
      <w:r>
        <w:rPr>
          <w:rFonts w:ascii="Courier New" w:hAnsi="Courier New"/>
          <w:color w:val="555555"/>
          <w:sz w:val="20"/>
        </w:rPr>
        <w:t>[8 . 5 . 5]</w:t>
      </w:r>
    </w:p>
    <w:p>
      <w:r>
        <w:rPr>
          <w:rFonts w:ascii="Gentium Plus" w:hAnsi="Gentium Plus"/>
          <w:sz w:val="24"/>
        </w:rPr>
        <w:t>Καὶ προσδραμόντες ἀλλήλοις ὁ Λευὶ καὶ Ἰούδας ἐκράτησαν ἑαυτούς.</w:t>
      </w:r>
    </w:p>
    <w:p>
      <w:r>
        <w:rPr>
          <w:rFonts w:ascii="Courier New" w:hAnsi="Courier New"/>
          <w:color w:val="555555"/>
          <w:sz w:val="20"/>
        </w:rPr>
        <w:t>[8 . 5 . 6]</w:t>
      </w:r>
    </w:p>
    <w:p>
      <w:r>
        <w:rPr>
          <w:rFonts w:ascii="Gentium Plus" w:hAnsi="Gentium Plus"/>
          <w:sz w:val="24"/>
        </w:rPr>
        <w:t>Καὶ ἰδοὺ ταῦρος ἐπὶ τῆς γῆς, ἔχων δύο κέρατα μεγάλα, καὶ πτέρυγες ἀετοῦ ἐπὶ τοῦ νώτου αὐτοῦ· καὶ θέλοντες πιάσαι αὐτόν, οὐκ ἠδυνήθη‐ μεν.</w:t>
      </w:r>
    </w:p>
    <w:p>
      <w:r>
        <w:rPr>
          <w:rFonts w:ascii="Courier New" w:hAnsi="Courier New"/>
          <w:color w:val="555555"/>
          <w:sz w:val="20"/>
        </w:rPr>
        <w:t>[8 . 5 . 7]</w:t>
      </w:r>
    </w:p>
    <w:p>
      <w:r>
        <w:rPr>
          <w:rFonts w:ascii="Gentium Plus" w:hAnsi="Gentium Plus"/>
          <w:sz w:val="24"/>
        </w:rPr>
        <w:t>Φθάσας γὰρ Ἰωσὴφ ἔλαβεν αὐτόν, καὶ συνανῆλθεν αὐτῷ εἰς ὕψος.</w:t>
      </w:r>
    </w:p>
    <w:p>
      <w:r>
        <w:rPr>
          <w:rFonts w:ascii="Courier New" w:hAnsi="Courier New"/>
          <w:color w:val="555555"/>
          <w:sz w:val="20"/>
        </w:rPr>
        <w:t>[8 . 5 . 8]</w:t>
      </w:r>
    </w:p>
    <w:p>
      <w:r>
        <w:rPr>
          <w:rFonts w:ascii="Gentium Plus" w:hAnsi="Gentium Plus"/>
          <w:sz w:val="24"/>
        </w:rPr>
        <w:t>Καὶ εἶδον, ὅτι ἤμην ἐκεῖ που, καὶ ἰδοὺ γραφὴ ἁγία ὤφθη ἡμῖν, λέγουσα· Ἀσσύριοι, Μῆδοι, Πέρσαι, Ἐλιμαῖοι, Γελαχαῖοι, Χαλδαῖοι, Σύροι, κληρονομήσουσιν ἐν αἰχμαλωσίᾳ τὰ δώδεκα σκῆπτρα τοῦ Ἰσραήλ.</w:t>
      </w:r>
    </w:p>
    <w:p>
      <w:r>
        <w:rPr>
          <w:rFonts w:ascii="Courier New" w:hAnsi="Courier New"/>
          <w:color w:val="555555"/>
          <w:sz w:val="20"/>
        </w:rPr>
        <w:t>[8 . 6 . 1]</w:t>
      </w:r>
    </w:p>
    <w:p>
      <w:r>
        <w:rPr>
          <w:rFonts w:ascii="Gentium Plus" w:hAnsi="Gentium Plus"/>
          <w:sz w:val="24"/>
        </w:rPr>
        <w:t>Καὶ πάλιν μετὰ μῆνας ἑπτὰ εἶδον τὸν πατέρα ἡμῶν Ἰακώβ, ἑστηκότα ἐν τῇ θαλάσσῃ Ἰαμνίας, καὶ ἡμεῖς οἱ υἱοὶ αὐτοῦ σὺν αὐτῷ.</w:t>
      </w:r>
    </w:p>
    <w:p>
      <w:r>
        <w:rPr>
          <w:rFonts w:ascii="Courier New" w:hAnsi="Courier New"/>
          <w:color w:val="555555"/>
          <w:sz w:val="20"/>
        </w:rPr>
        <w:t>[8 . 6 . 2]</w:t>
      </w:r>
    </w:p>
    <w:p>
      <w:r>
        <w:rPr>
          <w:rFonts w:ascii="Gentium Plus" w:hAnsi="Gentium Plus"/>
          <w:sz w:val="24"/>
        </w:rPr>
        <w:t>Καὶ ἰδοὺ πλοῖον ἤρχετο ἁρμενίζον, μεστὸν ταρίχων, ἐκτὸς ναυτῶν καὶ κυβερνήτου· ἐπεγέγραπτο δὲ τὸ πλοῖον Ἰακώβ.</w:t>
      </w:r>
    </w:p>
    <w:p>
      <w:r>
        <w:rPr>
          <w:rFonts w:ascii="Courier New" w:hAnsi="Courier New"/>
          <w:color w:val="555555"/>
          <w:sz w:val="20"/>
        </w:rPr>
        <w:t>[8 . 6 . 3]</w:t>
      </w:r>
    </w:p>
    <w:p>
      <w:r>
        <w:rPr>
          <w:rFonts w:ascii="Gentium Plus" w:hAnsi="Gentium Plus"/>
          <w:sz w:val="24"/>
        </w:rPr>
        <w:t>Καὶ λέγει ἡμῖν ὁ πατὴρ ἡμῶν· Ἐμβῶμεν εἰς τὸ πλοῖον ἡμῶν.</w:t>
      </w:r>
    </w:p>
    <w:p>
      <w:r>
        <w:rPr>
          <w:rFonts w:ascii="Courier New" w:hAnsi="Courier New"/>
          <w:color w:val="555555"/>
          <w:sz w:val="20"/>
        </w:rPr>
        <w:t>[8 . 6 . 4]</w:t>
      </w:r>
    </w:p>
    <w:p>
      <w:r>
        <w:rPr>
          <w:rFonts w:ascii="Gentium Plus" w:hAnsi="Gentium Plus"/>
          <w:sz w:val="24"/>
        </w:rPr>
        <w:t>Ὡς δὲ εἰσήλθομεν, γίνεται χειμὼν σφοδρός, καὶ λαῖλαψ ἀνέμου μεγάλου, καὶ ἐφήπταται ὁ πατὴρ ἀφ’ ἡμῶν, ὁ κρατῶν τοὺς αὐχένας.</w:t>
      </w:r>
    </w:p>
    <w:p>
      <w:r>
        <w:rPr>
          <w:rFonts w:ascii="Courier New" w:hAnsi="Courier New"/>
          <w:color w:val="555555"/>
          <w:sz w:val="20"/>
        </w:rPr>
        <w:t>[8 . 6 . 5]</w:t>
      </w:r>
    </w:p>
    <w:p>
      <w:r>
        <w:rPr>
          <w:rFonts w:ascii="Gentium Plus" w:hAnsi="Gentium Plus"/>
          <w:sz w:val="24"/>
        </w:rPr>
        <w:t>Καὶ ἡμεῖς χειμαζόμενοι ἐπὶ τὸ πέλαγος ἐφερώμεθα· καὶ ἐπληρώθη τὸ πλοῖον ὑδάτων, τρικυμίας περιρισσόμενον, ὥστε καὶ συντρίβεσθαι αὐτό.</w:t>
      </w:r>
    </w:p>
    <w:p>
      <w:r>
        <w:rPr>
          <w:rFonts w:ascii="Courier New" w:hAnsi="Courier New"/>
          <w:color w:val="555555"/>
          <w:sz w:val="20"/>
        </w:rPr>
        <w:t>[8 . 6 . 6]</w:t>
      </w:r>
    </w:p>
    <w:p>
      <w:r>
        <w:rPr>
          <w:rFonts w:ascii="Gentium Plus" w:hAnsi="Gentium Plus"/>
          <w:sz w:val="24"/>
        </w:rPr>
        <w:t>Καὶ Ἰωσὴφ ἐπὶ ἀκατίου φεύγει· χωριζόμεθα δὲ καὶ ἡμεῖς ἐπὶ σανίδων δέκα· Λευὶ δὲ καὶ Ἰούδας ἦσαν ἐπὶ τὸ αὐτό.</w:t>
      </w:r>
    </w:p>
    <w:p>
      <w:r>
        <w:rPr>
          <w:rFonts w:ascii="Courier New" w:hAnsi="Courier New"/>
          <w:color w:val="555555"/>
          <w:sz w:val="20"/>
        </w:rPr>
        <w:t>[8 . 6 . 7]</w:t>
      </w:r>
    </w:p>
    <w:p>
      <w:r>
        <w:rPr>
          <w:rFonts w:ascii="Gentium Plus" w:hAnsi="Gentium Plus"/>
          <w:sz w:val="24"/>
        </w:rPr>
        <w:t>Διεσπάρημεν οὖν οἱ πάντες, ἕως εἰς τὰ πέρατα.</w:t>
      </w:r>
    </w:p>
    <w:p>
      <w:r>
        <w:rPr>
          <w:rFonts w:ascii="Courier New" w:hAnsi="Courier New"/>
          <w:color w:val="555555"/>
          <w:sz w:val="20"/>
        </w:rPr>
        <w:t>[8 . 6 . 8]</w:t>
      </w:r>
    </w:p>
    <w:p>
      <w:r>
        <w:rPr>
          <w:rFonts w:ascii="Gentium Plus" w:hAnsi="Gentium Plus"/>
          <w:sz w:val="24"/>
        </w:rPr>
        <w:t>Ὁ δὲ Λευὶ περιβαλόμενος σάκκον περὶ πάντων ἡμῶν ἐδέετο τοῦ Κυρίου.</w:t>
      </w:r>
    </w:p>
    <w:p>
      <w:r>
        <w:rPr>
          <w:rFonts w:ascii="Courier New" w:hAnsi="Courier New"/>
          <w:color w:val="555555"/>
          <w:sz w:val="20"/>
        </w:rPr>
        <w:t>[8 . 6 . 9]</w:t>
      </w:r>
    </w:p>
    <w:p>
      <w:r>
        <w:rPr>
          <w:rFonts w:ascii="Gentium Plus" w:hAnsi="Gentium Plus"/>
          <w:sz w:val="24"/>
        </w:rPr>
        <w:t>Ὡς δὲ ἐπαύσατο ὁ χειμών, τὸ σκάφος ἔφθασεν ἐπὶ τὴν γῆν, ὥσπερ ἐν εἰρήνῃ.</w:t>
      </w:r>
    </w:p>
    <w:p>
      <w:r>
        <w:rPr>
          <w:rFonts w:ascii="Courier New" w:hAnsi="Courier New"/>
          <w:color w:val="555555"/>
          <w:sz w:val="20"/>
        </w:rPr>
        <w:t>[8 . 6 . 10]</w:t>
      </w:r>
    </w:p>
    <w:p>
      <w:r>
        <w:rPr>
          <w:rFonts w:ascii="Gentium Plus" w:hAnsi="Gentium Plus"/>
          <w:sz w:val="24"/>
        </w:rPr>
        <w:t>Καὶ ἰδοὺ ἦλθεν Ἰακὼβ ὁ πατὴρ ἡμῶν, καὶ ὁμοθυμαδὸν ἠγαλλιώμεθα.</w:t>
      </w:r>
    </w:p>
    <w:p>
      <w:r>
        <w:rPr>
          <w:rFonts w:ascii="Courier New" w:hAnsi="Courier New"/>
          <w:color w:val="555555"/>
          <w:sz w:val="20"/>
        </w:rPr>
        <w:t>[8 . 7 . 1]</w:t>
      </w:r>
    </w:p>
    <w:p>
      <w:r>
        <w:rPr>
          <w:rFonts w:ascii="Gentium Plus" w:hAnsi="Gentium Plus"/>
          <w:sz w:val="24"/>
        </w:rPr>
        <w:t>Τὰ δύο ἐνύπνια εἶπον τῷ πατρί μου, καὶ εἶπέ μοι· Δεῖ ταῦτα πληρωθῆναι κατὰ καιρὸν αὐτῶν, πολλὰ τοῦ Ἰσραὴλ ὑπομείναντος.</w:t>
      </w:r>
    </w:p>
    <w:p>
      <w:r>
        <w:rPr>
          <w:rFonts w:ascii="Courier New" w:hAnsi="Courier New"/>
          <w:color w:val="555555"/>
          <w:sz w:val="20"/>
        </w:rPr>
        <w:t>[8 . 7 . 2]</w:t>
      </w:r>
    </w:p>
    <w:p>
      <w:r>
        <w:rPr>
          <w:rFonts w:ascii="Gentium Plus" w:hAnsi="Gentium Plus"/>
          <w:sz w:val="24"/>
        </w:rPr>
        <w:t>Τότε λέγει μοι ὁ πατήρ μου· Πιστεύω, ὅτι ζῇ Ἰωσήφ· ὁρῶ γὰρ πάντοτε, ὅτι Κύριος συγκαταριθμεῖ αὐτὸν μεθ’ ὑμῶν.</w:t>
      </w:r>
    </w:p>
    <w:p>
      <w:r>
        <w:rPr>
          <w:rFonts w:ascii="Courier New" w:hAnsi="Courier New"/>
          <w:color w:val="555555"/>
          <w:sz w:val="20"/>
        </w:rPr>
        <w:t>[8 . 7 . 3]</w:t>
      </w:r>
    </w:p>
    <w:p>
      <w:r>
        <w:rPr>
          <w:rFonts w:ascii="Gentium Plus" w:hAnsi="Gentium Plus"/>
          <w:sz w:val="24"/>
        </w:rPr>
        <w:t>Καὶ κλαίων ἔλεγε· Ζῇς, Ἰωσὴφ τέκνον μου, καὶ οὐ βλέπω σε, καὶ σὺ οὐχ ὁρᾷς Ἰακὼβ τὸν γεννήσαντά σε.</w:t>
      </w:r>
    </w:p>
    <w:p>
      <w:r>
        <w:rPr>
          <w:rFonts w:ascii="Courier New" w:hAnsi="Courier New"/>
          <w:color w:val="555555"/>
          <w:sz w:val="20"/>
        </w:rPr>
        <w:t>[8 . 7 . 4]</w:t>
      </w:r>
    </w:p>
    <w:p>
      <w:r>
        <w:rPr>
          <w:rFonts w:ascii="Gentium Plus" w:hAnsi="Gentium Plus"/>
          <w:sz w:val="24"/>
        </w:rPr>
        <w:t>Ἐποίησε δὲ καὶ ἡμᾶς δακρῦσαι ἐπὶ τοῖς λόγοις αὐτοῦ τούτοις. Καὶ ἐκαιόμην τοῖς σπλάγχνοις ἀναγγεῖλαι ὅτι πέπραται· ἀλλ’ ἐφοβούμην τοὺς ἀδελφούς μου.</w:t>
      </w:r>
    </w:p>
    <w:p>
      <w:r>
        <w:rPr>
          <w:rFonts w:ascii="Courier New" w:hAnsi="Courier New"/>
          <w:color w:val="555555"/>
          <w:sz w:val="20"/>
        </w:rPr>
        <w:t>[8 . 8 . 1]</w:t>
      </w:r>
    </w:p>
    <w:p>
      <w:r>
        <w:rPr>
          <w:rFonts w:ascii="Gentium Plus" w:hAnsi="Gentium Plus"/>
          <w:sz w:val="24"/>
        </w:rPr>
        <w:t>Καὶ ἰδού, τέκνα μου, ὑπέδειξα ὑμῖν καιροὺς ἐσχά‐ τους, ὅτι πάντα γενήσεται ἐν Ἰσραήλ.</w:t>
      </w:r>
    </w:p>
    <w:p>
      <w:r>
        <w:rPr>
          <w:rFonts w:ascii="Courier New" w:hAnsi="Courier New"/>
          <w:color w:val="555555"/>
          <w:sz w:val="20"/>
        </w:rPr>
        <w:t>[8 . 8 . 2]</w:t>
      </w:r>
    </w:p>
    <w:p>
      <w:r>
        <w:rPr>
          <w:rFonts w:ascii="Gentium Plus" w:hAnsi="Gentium Plus"/>
          <w:sz w:val="24"/>
        </w:rPr>
        <w:t>Καὶ ὑμεῖς οὖν ἐντείλασθε τοῖς τέκνοις ὑμῶν, ἵνα ἑνοῦνται τῷ Λευὶ καὶ τῷ Ἰούδᾳ. Διὰ γὰρ τοῦ Ἰούδα ἀνατελεῖ σωτηρία τῷ Ἰσραήλ, καὶ ἐν αὐτῷ εὐλογηθήσεται Ἰακώβ.</w:t>
      </w:r>
    </w:p>
    <w:p>
      <w:r>
        <w:rPr>
          <w:rFonts w:ascii="Courier New" w:hAnsi="Courier New"/>
          <w:color w:val="555555"/>
          <w:sz w:val="20"/>
        </w:rPr>
        <w:t>[8 . 8 . 3]</w:t>
      </w:r>
    </w:p>
    <w:p>
      <w:r>
        <w:rPr>
          <w:rFonts w:ascii="Gentium Plus" w:hAnsi="Gentium Plus"/>
          <w:sz w:val="24"/>
        </w:rPr>
        <w:t>Διὰ γὰρ τοῦ σκήπτρου αὐτοῦ ὀφθήσεται Θεὸς κατοικῶν ἐν ἀνθρώποις ἐπὶ τῆς γῆς, σῶσαι τὸ γένος Ἰσραήλ· καὶ ἐπισυνάξει δικαίους ἐκ τῶν ἐθνῶν.</w:t>
      </w:r>
    </w:p>
    <w:p>
      <w:r>
        <w:rPr>
          <w:rFonts w:ascii="Courier New" w:hAnsi="Courier New"/>
          <w:color w:val="555555"/>
          <w:sz w:val="20"/>
        </w:rPr>
        <w:t>[8 . 8 . 4]</w:t>
      </w:r>
    </w:p>
    <w:p>
      <w:r>
        <w:rPr>
          <w:rFonts w:ascii="Gentium Plus" w:hAnsi="Gentium Plus"/>
          <w:sz w:val="24"/>
        </w:rPr>
        <w:t>Ἐὰν ἐργάσησθε τὸ καλόν, τέκνα μου, εὐλογήσουσιν ὑμᾶς καὶ οἱ ἄνθρωποι καὶ οἱ ἄγγελοι· καὶ Θεὸς δοξασθήσεται δι’ ὑμῶν ἐν τοῖς ἔθνεσι, καὶ ὁ διάβολος φεύξεται ἀφ’ ὑμῶν, καὶ τὰ θηρία φοβηθήσονται ὑμᾶς, καὶ οἱ ἄγγελοι ἀνθέξονται</w:t>
      </w:r>
    </w:p>
    <w:p>
      <w:r>
        <w:rPr>
          <w:rFonts w:ascii="Courier New" w:hAnsi="Courier New"/>
          <w:color w:val="555555"/>
          <w:sz w:val="20"/>
        </w:rPr>
        <w:t>[5]</w:t>
      </w:r>
    </w:p>
    <w:p>
      <w:r>
        <w:rPr>
          <w:rFonts w:ascii="Gentium Plus" w:hAnsi="Gentium Plus"/>
          <w:sz w:val="24"/>
        </w:rPr>
        <w:t>ὑμῶν.</w:t>
      </w:r>
    </w:p>
    <w:p>
      <w:r>
        <w:rPr>
          <w:rFonts w:ascii="Courier New" w:hAnsi="Courier New"/>
          <w:color w:val="555555"/>
          <w:sz w:val="20"/>
        </w:rPr>
        <w:t>[8 . 8 . 5]</w:t>
      </w:r>
    </w:p>
    <w:p>
      <w:r>
        <w:rPr>
          <w:rFonts w:ascii="Gentium Plus" w:hAnsi="Gentium Plus"/>
          <w:sz w:val="24"/>
        </w:rPr>
        <w:t>Ὡς ἄν τις γὰρ τέκνον ἐκθρέψῃ καλῶς, μνείαν ἔχει ἀγαθήν· οὕτως καὶ ἐπὶ τοῦ καλοῦ ἔργου μνήμη παρὰ Θεῷ ἀγαθή.</w:t>
      </w:r>
    </w:p>
    <w:p>
      <w:r>
        <w:rPr>
          <w:rFonts w:ascii="Courier New" w:hAnsi="Courier New"/>
          <w:color w:val="555555"/>
          <w:sz w:val="20"/>
        </w:rPr>
        <w:t>[8 . 8 . 6]</w:t>
      </w:r>
    </w:p>
    <w:p>
      <w:r>
        <w:rPr>
          <w:rFonts w:ascii="Gentium Plus" w:hAnsi="Gentium Plus"/>
          <w:sz w:val="24"/>
        </w:rPr>
        <w:t>Τὸν δὲ μὴ ποιοῦντα τὸ καλόν, καταράσονται οἱ ἄνθρωποι καὶ οἱ ἄγγελοι, καὶ ὁ Θεὸς ἀδοξήσῃ ἐν τοῖς ἔθνεσι δι’ αὐτοῦ, καὶ ὁ διάβολος οἰκειοῦται αὐτὸν ὡς ἴδιον σκεῦος, καὶ πᾶν θηρίον κατακυριεύσει αὐτοῦ, καὶ ὁ Κύριος μισήσει</w:t>
      </w:r>
    </w:p>
    <w:p>
      <w:r>
        <w:rPr>
          <w:rFonts w:ascii="Courier New" w:hAnsi="Courier New"/>
          <w:color w:val="555555"/>
          <w:sz w:val="20"/>
        </w:rPr>
        <w:t>[5]</w:t>
      </w:r>
    </w:p>
    <w:p>
      <w:r>
        <w:rPr>
          <w:rFonts w:ascii="Gentium Plus" w:hAnsi="Gentium Plus"/>
          <w:sz w:val="24"/>
        </w:rPr>
        <w:t>αὐτόν.</w:t>
      </w:r>
    </w:p>
    <w:p>
      <w:r>
        <w:rPr>
          <w:rFonts w:ascii="Courier New" w:hAnsi="Courier New"/>
          <w:color w:val="555555"/>
          <w:sz w:val="20"/>
        </w:rPr>
        <w:t>[8 . 8 . 7]</w:t>
      </w:r>
    </w:p>
    <w:p>
      <w:r>
        <w:rPr>
          <w:rFonts w:ascii="Gentium Plus" w:hAnsi="Gentium Plus"/>
          <w:sz w:val="24"/>
        </w:rPr>
        <w:t>Καὶ γὰρ αἱ ἐντολαὶ τοῦ νόμου διπλαῖ εἰσι, καὶ μετὰ τέχνης πληροῦνται.</w:t>
      </w:r>
    </w:p>
    <w:p>
      <w:r>
        <w:rPr>
          <w:rFonts w:ascii="Courier New" w:hAnsi="Courier New"/>
          <w:color w:val="555555"/>
          <w:sz w:val="20"/>
        </w:rPr>
        <w:t>[8 . 8 . 8]</w:t>
      </w:r>
    </w:p>
    <w:p>
      <w:r>
        <w:rPr>
          <w:rFonts w:ascii="Gentium Plus" w:hAnsi="Gentium Plus"/>
          <w:sz w:val="24"/>
        </w:rPr>
        <w:t>Καιρὸς γὰρ συνουσίας γυναικὸς αὐτοῦ, καὶ καιρὸς ἐγκρατείας εἰς προσευχὴν αὐτοῦ.</w:t>
      </w:r>
    </w:p>
    <w:p>
      <w:r>
        <w:rPr>
          <w:rFonts w:ascii="Courier New" w:hAnsi="Courier New"/>
          <w:color w:val="555555"/>
          <w:sz w:val="20"/>
        </w:rPr>
        <w:t>[8 . 8 . 9]</w:t>
      </w:r>
    </w:p>
    <w:p>
      <w:r>
        <w:rPr>
          <w:rFonts w:ascii="Gentium Plus" w:hAnsi="Gentium Plus"/>
          <w:sz w:val="24"/>
        </w:rPr>
        <w:t>Καὶ δύο ἐντολαί εἰσι· καὶ εἰ μὴ γένωνται ἐν τάξει αὐτῶν, ἁμαρτίαν παρέχουσιν. Οὕτως ἐστὶ καὶ ἐπὶ τῶν λοιπῶν ἐντολῶν.</w:t>
      </w:r>
    </w:p>
    <w:p>
      <w:r>
        <w:rPr>
          <w:rFonts w:ascii="Courier New" w:hAnsi="Courier New"/>
          <w:color w:val="555555"/>
          <w:sz w:val="20"/>
        </w:rPr>
        <w:t>[8 . 8 . 10]</w:t>
      </w:r>
    </w:p>
    <w:p>
      <w:r>
        <w:rPr>
          <w:rFonts w:ascii="Gentium Plus" w:hAnsi="Gentium Plus"/>
          <w:sz w:val="24"/>
        </w:rPr>
        <w:t>Γίνεσθε οὖν σοφοὶ ἐν Θεῷ καὶ φρόνιμοι, εἰδότες τάξιν ἐντολῶν αὐτοῦ, καὶ θεσμοὺς παντὸς πράγματος, ὅπως ὁ Κύριος ἀγαπήσει ὑμᾶς.</w:t>
      </w:r>
    </w:p>
    <w:p>
      <w:r>
        <w:rPr>
          <w:rFonts w:ascii="Courier New" w:hAnsi="Courier New"/>
          <w:color w:val="555555"/>
          <w:sz w:val="20"/>
        </w:rPr>
        <w:t>[8 . 9 . 1]</w:t>
      </w:r>
    </w:p>
    <w:p>
      <w:r>
        <w:rPr>
          <w:rFonts w:ascii="Gentium Plus" w:hAnsi="Gentium Plus"/>
          <w:sz w:val="24"/>
        </w:rPr>
        <w:t>Καὶ πολλὰ τοιαῦτα ἐντειλάμενος αὐτοῖς, παρεκά‐ λεσεν, ἵνα μετακωμίσωσι τὰ ὀστᾶ αὐτοῦ εἰς Χεβρών, καὶ θάψωσι μετὰ τῶν πατέρων αὐτοῦ.</w:t>
      </w:r>
    </w:p>
    <w:p>
      <w:r>
        <w:rPr>
          <w:rFonts w:ascii="Courier New" w:hAnsi="Courier New"/>
          <w:color w:val="555555"/>
          <w:sz w:val="20"/>
        </w:rPr>
        <w:t>[8 . 9 . 2]</w:t>
      </w:r>
    </w:p>
    <w:p>
      <w:r>
        <w:rPr>
          <w:rFonts w:ascii="Gentium Plus" w:hAnsi="Gentium Plus"/>
          <w:sz w:val="24"/>
        </w:rPr>
        <w:t>Καὶ φαγὼν καὶ πιὼν</w:t>
      </w:r>
    </w:p>
    <w:p>
      <w:r>
        <w:rPr>
          <w:rFonts w:ascii="Courier New" w:hAnsi="Courier New"/>
          <w:color w:val="555555"/>
          <w:sz w:val="20"/>
        </w:rPr>
        <w:t>[8 . 9 . 3]</w:t>
      </w:r>
    </w:p>
    <w:p>
      <w:r>
        <w:rPr>
          <w:rFonts w:ascii="Gentium Plus" w:hAnsi="Gentium Plus"/>
          <w:sz w:val="24"/>
        </w:rPr>
        <w:t>Καὶ ἐποίησαν οἱ υἱοὶ αὐτοῦ κατὰ πάντα, ὅσα ἐνετείλατο αὐτοῖς Νεφθαλεὶμ ὁ πατὴρ αὐτῶν.</w:t>
      </w:r>
    </w:p>
    <w:p>
      <w:pPr>
        <w:jc w:val="center"/>
      </w:pPr>
      <w:r>
        <w:rPr>
          <w:rFonts w:ascii="Gentium Plus" w:hAnsi="Gentium Plus"/>
          <w:b/>
          <w:sz w:val="24"/>
        </w:rPr>
        <w:t>ΔΙΑΘΗΚΗ ΓΑΔ Θ ΠΕΡΙ ΜΙΣΟΥΣ</w:t>
      </w:r>
    </w:p>
    <w:p>
      <w:r>
        <w:rPr>
          <w:rFonts w:ascii="Courier New" w:hAnsi="Courier New"/>
          <w:color w:val="555555"/>
          <w:sz w:val="20"/>
        </w:rPr>
        <w:t>[9 . 1 . 1]</w:t>
      </w:r>
    </w:p>
    <w:p>
      <w:r>
        <w:rPr>
          <w:rFonts w:ascii="Gentium Plus" w:hAnsi="Gentium Plus"/>
          <w:sz w:val="24"/>
        </w:rPr>
        <w:t>Ἀντίγραφον διαθήκης Γάδ, ἃ ἐλάλησεν αὐτὸς τοῖς υἱοῖς αὐτοῦ, ἐν ἔτει ἑκατοστῷ εἰκοστῷ ἑβδόμῳ ζωῆς αὐτοῦ, λέγων·</w:t>
      </w:r>
    </w:p>
    <w:p>
      <w:r>
        <w:rPr>
          <w:rFonts w:ascii="Courier New" w:hAnsi="Courier New"/>
          <w:color w:val="555555"/>
          <w:sz w:val="20"/>
        </w:rPr>
        <w:t>[9 . 1 . 2]</w:t>
      </w:r>
    </w:p>
    <w:p>
      <w:r>
        <w:rPr>
          <w:rFonts w:ascii="Gentium Plus" w:hAnsi="Gentium Plus"/>
          <w:sz w:val="24"/>
        </w:rPr>
        <w:t>Ἕβδομος υἱὸς ἐγενόμην τῷ Ἰακώβ, καὶ ἤμην ἀνδρεῖος ἐπὶ τῶν ποιμνίων.</w:t>
      </w:r>
    </w:p>
    <w:p>
      <w:r>
        <w:rPr>
          <w:rFonts w:ascii="Courier New" w:hAnsi="Courier New"/>
          <w:color w:val="555555"/>
          <w:sz w:val="20"/>
        </w:rPr>
        <w:t>[9 . 1 . 3]</w:t>
      </w:r>
    </w:p>
    <w:p>
      <w:r>
        <w:rPr>
          <w:rFonts w:ascii="Gentium Plus" w:hAnsi="Gentium Plus"/>
          <w:sz w:val="24"/>
        </w:rPr>
        <w:t>Ἐγὼ ἐφύλαττον ἐν νυκτὶ τὸ ποίμνιον, καὶ ὅταν ἤρχετο ὁ λέων, ἢ λύκος, ἢ πάρδαλις, ἢ ἄρκος, ἢ πᾶν θηρίον ἐπὶ τὴν ποίμνην, κατεδίωκον αὐτό, καὶ πιάζων τὸν πόδα αὐτοῦ τῇ χειρί μου καὶ γυρεύων ἐσκότουν,</w:t>
      </w:r>
    </w:p>
    <w:p>
      <w:r>
        <w:rPr>
          <w:rFonts w:ascii="Courier New" w:hAnsi="Courier New"/>
          <w:color w:val="555555"/>
          <w:sz w:val="20"/>
        </w:rPr>
        <w:t>[5]</w:t>
      </w:r>
    </w:p>
    <w:p>
      <w:r>
        <w:rPr>
          <w:rFonts w:ascii="Gentium Plus" w:hAnsi="Gentium Plus"/>
          <w:sz w:val="24"/>
        </w:rPr>
        <w:t>καὶ ἀκόντιζον αὐτὸ ἐπὶ δύο σταδίους, καὶ οὕτως ἀνῄρουν.</w:t>
      </w:r>
    </w:p>
    <w:p>
      <w:r>
        <w:rPr>
          <w:rFonts w:ascii="Courier New" w:hAnsi="Courier New"/>
          <w:color w:val="555555"/>
          <w:sz w:val="20"/>
        </w:rPr>
        <w:t>[9 . 1 . 4]</w:t>
      </w:r>
    </w:p>
    <w:p>
      <w:r>
        <w:rPr>
          <w:rFonts w:ascii="Gentium Plus" w:hAnsi="Gentium Plus"/>
          <w:sz w:val="24"/>
        </w:rPr>
        <w:t>Ὁ οὖν Ἰωσὴφ ἐποίμαινε μεθ’ ἡμῶν ὡς ἡμέρας λʹ, καὶ τρυφερὸς ὢν ἐμαλακίσθη ἀπὸ τοῦ καύματος·</w:t>
      </w:r>
    </w:p>
    <w:p>
      <w:r>
        <w:rPr>
          <w:rFonts w:ascii="Courier New" w:hAnsi="Courier New"/>
          <w:color w:val="555555"/>
          <w:sz w:val="20"/>
        </w:rPr>
        <w:t>[9 . 1 . 5]</w:t>
      </w:r>
    </w:p>
    <w:p>
      <w:r>
        <w:rPr>
          <w:rFonts w:ascii="Gentium Plus" w:hAnsi="Gentium Plus"/>
          <w:sz w:val="24"/>
        </w:rPr>
        <w:t>καὶ ὑπέστρε‐ ψεν εἰς Χεβρὼν πρὸς τὸν πατέρα αὐτοῦ· καὶ ἀνέκλινεν αὐτὸν πλησίον αὐτοῦ, ὅτι ἠγάπα αὐτόν.</w:t>
      </w:r>
    </w:p>
    <w:p>
      <w:r>
        <w:rPr>
          <w:rFonts w:ascii="Courier New" w:hAnsi="Courier New"/>
          <w:color w:val="555555"/>
          <w:sz w:val="20"/>
        </w:rPr>
        <w:t>[9 . 1 . 6]</w:t>
      </w:r>
    </w:p>
    <w:p>
      <w:r>
        <w:rPr>
          <w:rFonts w:ascii="Gentium Plus" w:hAnsi="Gentium Plus"/>
          <w:sz w:val="24"/>
        </w:rPr>
        <w:t>Καὶ εἶπεν Ἰωσὴφ τῷ πατρὶ ἡμῶν ὅτι υἱοὶ Ζελφᾶς καὶ Βάλλας θύουσι τὰ καλά, καὶ κατεσθίουσιν αὐτά, παρὰ γνώμην Ἰούδα καὶ Ῥουβήμ.</w:t>
      </w:r>
    </w:p>
    <w:p>
      <w:r>
        <w:rPr>
          <w:rFonts w:ascii="Courier New" w:hAnsi="Courier New"/>
          <w:color w:val="555555"/>
          <w:sz w:val="20"/>
        </w:rPr>
        <w:t>[9 . 1 . 7]</w:t>
      </w:r>
    </w:p>
    <w:p>
      <w:r>
        <w:rPr>
          <w:rFonts w:ascii="Gentium Plus" w:hAnsi="Gentium Plus"/>
          <w:sz w:val="24"/>
        </w:rPr>
        <w:t>Εἶδε γὰρ ὅτι ἀρνὸν ἐξηλόμην ἐκ τοῦ στόματος τῆς ἄρκου, κἀκείνην ἐθανάτωσα, καὶ τὸν ἀρνὸν ἔθυσα, περὶ οὗ ἐλυπούμην ὅτι οὐκ ἠδύνατο ζῆν, καὶ ἐφάγομεν αὐτόν· καὶ εἶπε τῷ πατρὶ ἡμῶν.</w:t>
      </w:r>
    </w:p>
    <w:p>
      <w:r>
        <w:rPr>
          <w:rFonts w:ascii="Courier New" w:hAnsi="Courier New"/>
          <w:color w:val="555555"/>
          <w:sz w:val="20"/>
        </w:rPr>
        <w:t>[9 . 1 . 8]</w:t>
      </w:r>
    </w:p>
    <w:p>
      <w:r>
        <w:rPr>
          <w:rFonts w:ascii="Gentium Plus" w:hAnsi="Gentium Plus"/>
          <w:sz w:val="24"/>
        </w:rPr>
        <w:t>Καὶ ἐνεκότουν τῷ Ἰωσὴφ περὶ τοῦ λόγου τούτου, ἕως ἡμέρας διαπράσεως αὐτοῦ εἰς Αἴγυπτον.</w:t>
      </w:r>
    </w:p>
    <w:p>
      <w:r>
        <w:rPr>
          <w:rFonts w:ascii="Courier New" w:hAnsi="Courier New"/>
          <w:color w:val="555555"/>
          <w:sz w:val="20"/>
        </w:rPr>
        <w:t>[9 . 1 . 9]</w:t>
      </w:r>
    </w:p>
    <w:p>
      <w:r>
        <w:rPr>
          <w:rFonts w:ascii="Gentium Plus" w:hAnsi="Gentium Plus"/>
          <w:sz w:val="24"/>
        </w:rPr>
        <w:t>Καὶ τὸ πνεῦμα τοῦ μίσους ἦν ἐν ἐμοί, καὶ οὐκ ἤθελον οὔτε δι’ ὀφθαλμῶν οὔτε δι’ ἀκοῆς ἰδεῖν τὸν Ἰωσήφ. Καὶ κατὰ πρόσωπον ἡμῶν ἤλεγξεν ἡμᾶς, ὅτι ἄνευ Ἰούδα ἠσθίομεν τὰ</w:t>
      </w:r>
    </w:p>
    <w:p>
      <w:r>
        <w:rPr>
          <w:rFonts w:ascii="Courier New" w:hAnsi="Courier New"/>
          <w:color w:val="555555"/>
          <w:sz w:val="20"/>
        </w:rPr>
        <w:t>[5]</w:t>
      </w:r>
    </w:p>
    <w:p>
      <w:r>
        <w:rPr>
          <w:rFonts w:ascii="Gentium Plus" w:hAnsi="Gentium Plus"/>
          <w:sz w:val="24"/>
        </w:rPr>
        <w:t>θρέμματα· καὶ πάντα ὅσα ἔλεγε τῷ πατρί, ἐπείθετο αὐτῷ.</w:t>
      </w:r>
    </w:p>
    <w:p>
      <w:r>
        <w:rPr>
          <w:rFonts w:ascii="Courier New" w:hAnsi="Courier New"/>
          <w:color w:val="555555"/>
          <w:sz w:val="20"/>
        </w:rPr>
        <w:t>[9 . 2 . 1]</w:t>
      </w:r>
    </w:p>
    <w:p>
      <w:r>
        <w:rPr>
          <w:rFonts w:ascii="Gentium Plus" w:hAnsi="Gentium Plus"/>
          <w:sz w:val="24"/>
        </w:rPr>
        <w:t>Ὁμολογῶ νῦν τὴν ἁμαρτίαν μου, τέκνα, ὅτι πλειστά‐ κις ἤθελον ἀνελεῖν αὐτόν, ὅτι ἕως ψυχῆς ἐμίσουν αὐτόν, καὶ ὅλως οὐκ ἦν ἐν ἐμοὶ ἥπατα ἐλέους εἰς αὐτόν.</w:t>
      </w:r>
    </w:p>
    <w:p>
      <w:r>
        <w:rPr>
          <w:rFonts w:ascii="Courier New" w:hAnsi="Courier New"/>
          <w:color w:val="555555"/>
          <w:sz w:val="20"/>
        </w:rPr>
        <w:t>[9 . 2 . 2]</w:t>
      </w:r>
    </w:p>
    <w:p>
      <w:r>
        <w:rPr>
          <w:rFonts w:ascii="Gentium Plus" w:hAnsi="Gentium Plus"/>
          <w:sz w:val="24"/>
        </w:rPr>
        <w:t>Καίγε διὰ τὰ ἐνύπνια προσεθέμην μῖσος, καὶ ἤθελον αὐτὸν ἐκλεῖξαι ἐκ γῆς ζώντων, ὃν τρόπον ἐκλείχει ὁ μόσχος τὰ χλωρὰ ἀπὸ τῆς γῆς.</w:t>
      </w:r>
    </w:p>
    <w:p>
      <w:r>
        <w:rPr>
          <w:rFonts w:ascii="Courier New" w:hAnsi="Courier New"/>
          <w:color w:val="555555"/>
          <w:sz w:val="20"/>
        </w:rPr>
        <w:t>[9 . 2 . 3]</w:t>
      </w:r>
    </w:p>
    <w:p>
      <w:r>
        <w:rPr>
          <w:rFonts w:ascii="Gentium Plus" w:hAnsi="Gentium Plus"/>
          <w:sz w:val="24"/>
        </w:rPr>
        <w:t>Διὸ ἐγὼ καὶ Ἰούδας πεπράκαμεν αὐτὸν τοῖς Ἰσμαηλίταις τριάκοντα χρυσῶν, καὶ τὰ δέκα ἀποκρύψαντες τὰ εἴκοσι ἐδείξαμεν τοῖς ἀδελφοῖς ἡμῶν.</w:t>
      </w:r>
    </w:p>
    <w:p>
      <w:r>
        <w:rPr>
          <w:rFonts w:ascii="Courier New" w:hAnsi="Courier New"/>
          <w:color w:val="555555"/>
          <w:sz w:val="20"/>
        </w:rPr>
        <w:t>[9 . 2 . 4]</w:t>
      </w:r>
    </w:p>
    <w:p>
      <w:r>
        <w:rPr>
          <w:rFonts w:ascii="Gentium Plus" w:hAnsi="Gentium Plus"/>
          <w:sz w:val="24"/>
        </w:rPr>
        <w:t>Καὶ οὕτως τῇ πλεονεξίᾳ ἐπληροφορήθην τῆς ἀναιρέσεως αὐτοῦ.</w:t>
      </w:r>
    </w:p>
    <w:p>
      <w:r>
        <w:rPr>
          <w:rFonts w:ascii="Courier New" w:hAnsi="Courier New"/>
          <w:color w:val="555555"/>
          <w:sz w:val="20"/>
        </w:rPr>
        <w:t>[9 . 2 . 5]</w:t>
      </w:r>
    </w:p>
    <w:p>
      <w:r>
        <w:rPr>
          <w:rFonts w:ascii="Gentium Plus" w:hAnsi="Gentium Plus"/>
          <w:sz w:val="24"/>
        </w:rPr>
        <w:t>Καὶ ὁ Θεὸς τῶν πατέρων μου ἐρρύσατο αὐτὸν ἐκ τῶν χειρῶν μου ἵνα ποιήσω ἀνόμημα ἐν Ἰσραήλ.</w:t>
      </w:r>
    </w:p>
    <w:p>
      <w:r>
        <w:rPr>
          <w:rFonts w:ascii="Courier New" w:hAnsi="Courier New"/>
          <w:color w:val="555555"/>
          <w:sz w:val="20"/>
        </w:rPr>
        <w:t>[9 . 3 . 1]</w:t>
      </w:r>
    </w:p>
    <w:p>
      <w:r>
        <w:rPr>
          <w:rFonts w:ascii="Gentium Plus" w:hAnsi="Gentium Plus"/>
          <w:sz w:val="24"/>
        </w:rPr>
        <w:t>Καὶ νῦν ἀκούσατε, τέκνα μου, λόγους ἀληθείας, τοῦ ποιεῖν δικαιοσύνην καὶ πάντα νόμον ὑψίστου, καὶ μὴ πλανᾶσθαι τῷ πνεύματι τοῦ μίσους, ὅτι κακόν ἐστιν ἐπὶ πάσαις πράξεσιν ἀνθρώπων.</w:t>
      </w:r>
    </w:p>
    <w:p>
      <w:r>
        <w:rPr>
          <w:rFonts w:ascii="Courier New" w:hAnsi="Courier New"/>
          <w:color w:val="555555"/>
          <w:sz w:val="20"/>
        </w:rPr>
        <w:t>[9 . 3 . 2]</w:t>
      </w:r>
    </w:p>
    <w:p>
      <w:r>
        <w:rPr>
          <w:rFonts w:ascii="Gentium Plus" w:hAnsi="Gentium Plus"/>
          <w:sz w:val="24"/>
        </w:rPr>
        <w:t>Πᾶν ὃ ἐὰν ποιῇ, ὁ μισῶν βδελύσσεται· ἐὰν ποιῇ νόμον Κυρίου, τοῦτον οὐκ ἐπαινεῖ· ἐὰν φοβῆται Κύριον καὶ θέλει δίκαια, τοῦτον οὐκ ἀγαπᾷ·</w:t>
      </w:r>
    </w:p>
    <w:p>
      <w:r>
        <w:rPr>
          <w:rFonts w:ascii="Courier New" w:hAnsi="Courier New"/>
          <w:color w:val="555555"/>
          <w:sz w:val="20"/>
        </w:rPr>
        <w:t>[9 . 3 . 3]</w:t>
      </w:r>
    </w:p>
    <w:p>
      <w:r>
        <w:rPr>
          <w:rFonts w:ascii="Gentium Plus" w:hAnsi="Gentium Plus"/>
          <w:sz w:val="24"/>
        </w:rPr>
        <w:t>τὴν ἀλήθειαν ψέγει, τῷ κατορθοῦντι φθονεῖ, καταλαλιὰν ἀσπάζετε, ὑπερηφανίαν ἀγαπᾷ· ὅτι τὸ μῖσος ἐτύφλωσε τὴν ψυχὴν αὐτοῦ, καθὼς κἀγὼ ἔβλεπον ἐν τῷ Ἰωσήφ.</w:t>
      </w:r>
    </w:p>
    <w:p>
      <w:r>
        <w:rPr>
          <w:rFonts w:ascii="Courier New" w:hAnsi="Courier New"/>
          <w:color w:val="555555"/>
          <w:sz w:val="20"/>
        </w:rPr>
        <w:t>[9 . 4 . 1]</w:t>
      </w:r>
    </w:p>
    <w:p>
      <w:r>
        <w:rPr>
          <w:rFonts w:ascii="Gentium Plus" w:hAnsi="Gentium Plus"/>
          <w:sz w:val="24"/>
        </w:rPr>
        <w:t>Φυλάξασθε οὖν, τέκνα μου, ἀπὸ τοῦ μίσους, ὅτι εἰς αὐτὸν τὸν Κύριον ἀνομίαν ποιεῖ.</w:t>
      </w:r>
    </w:p>
    <w:p>
      <w:r>
        <w:rPr>
          <w:rFonts w:ascii="Courier New" w:hAnsi="Courier New"/>
          <w:color w:val="555555"/>
          <w:sz w:val="20"/>
        </w:rPr>
        <w:t>[9 . 4 . 2]</w:t>
      </w:r>
    </w:p>
    <w:p>
      <w:r>
        <w:rPr>
          <w:rFonts w:ascii="Gentium Plus" w:hAnsi="Gentium Plus"/>
          <w:sz w:val="24"/>
        </w:rPr>
        <w:t>Οὐ γὰρ θέλει ἀκούειν λόγων ἐντολῶν αὐτοῦ περὶ ἀγάπης τοῦ πλησίον, καὶ εἰς τὸν Θεὸν ἁμαρτάνει.</w:t>
      </w:r>
    </w:p>
    <w:p>
      <w:r>
        <w:rPr>
          <w:rFonts w:ascii="Courier New" w:hAnsi="Courier New"/>
          <w:color w:val="555555"/>
          <w:sz w:val="20"/>
        </w:rPr>
        <w:t>[9 . 4 . 3]</w:t>
      </w:r>
    </w:p>
    <w:p>
      <w:r>
        <w:rPr>
          <w:rFonts w:ascii="Gentium Plus" w:hAnsi="Gentium Plus"/>
          <w:sz w:val="24"/>
        </w:rPr>
        <w:t>Ἐὰν γὰρ πταίσῃ ὁ ἀδελφός, εὐθὺς θέλει ἀναγγεῖλαι πᾶσι, καὶ σπεύδει ἵνα κριθῇ περὶ αὐτῆς καὶ κολασθεὶς ἀποθάνῃ.</w:t>
      </w:r>
    </w:p>
    <w:p>
      <w:r>
        <w:rPr>
          <w:rFonts w:ascii="Courier New" w:hAnsi="Courier New"/>
          <w:color w:val="555555"/>
          <w:sz w:val="20"/>
        </w:rPr>
        <w:t>[9 . 4 . 4]</w:t>
      </w:r>
    </w:p>
    <w:p>
      <w:r>
        <w:rPr>
          <w:rFonts w:ascii="Gentium Plus" w:hAnsi="Gentium Plus"/>
          <w:sz w:val="24"/>
        </w:rPr>
        <w:t>Ἐὰν δὲ ᾖ δοῦλος, συμβάλλει αὐτὸν πρὸς τὸν κύριον αὐτοῦ, καὶ ἐν πάσῃ θλίψει ἐπιχειρεῖ κατ’ αὐτοῦ, εἴπως θανατώσει αὐτόν.</w:t>
      </w:r>
    </w:p>
    <w:p>
      <w:r>
        <w:rPr>
          <w:rFonts w:ascii="Courier New" w:hAnsi="Courier New"/>
          <w:color w:val="555555"/>
          <w:sz w:val="20"/>
        </w:rPr>
        <w:t>[9 . 4 . 5]</w:t>
      </w:r>
    </w:p>
    <w:p>
      <w:r>
        <w:rPr>
          <w:rFonts w:ascii="Gentium Plus" w:hAnsi="Gentium Plus"/>
          <w:sz w:val="24"/>
        </w:rPr>
        <w:t>Τὸ γὰρ μῖσος ἐνεργεῖ τῷ φθόνῳ, καὶ κατὰ τῶν εὐπραγούντων τὴν προκοπὴν ἀκούων καὶ ὁρῶν, πάντοτε ἀσθενεῖ.</w:t>
      </w:r>
    </w:p>
    <w:p>
      <w:r>
        <w:rPr>
          <w:rFonts w:ascii="Courier New" w:hAnsi="Courier New"/>
          <w:color w:val="555555"/>
          <w:sz w:val="20"/>
        </w:rPr>
        <w:t>[9 . 4 . 6]</w:t>
      </w:r>
    </w:p>
    <w:p>
      <w:r>
        <w:rPr>
          <w:rFonts w:ascii="Gentium Plus" w:hAnsi="Gentium Plus"/>
          <w:sz w:val="24"/>
        </w:rPr>
        <w:t>Ὥσπερ γὰρ ἡ ἀγάπη καὶ τοὺς νεκροὺς θέλει ζωοποιῆσαι, καὶ τοὺς ἐν ἀποφάσει θανάτου θελήσει ἀνακαλέσασθαι, οὕτως τὸ μῖσος τοὺς ζῶντας θέλει ἀποκτεῖναι, καὶ τοὺς ἐν ὀλίγῳ ἁμαρτήσαν‐</w:t>
      </w:r>
    </w:p>
    <w:p>
      <w:r>
        <w:rPr>
          <w:rFonts w:ascii="Courier New" w:hAnsi="Courier New"/>
          <w:color w:val="555555"/>
          <w:sz w:val="20"/>
        </w:rPr>
        <w:t>[5]</w:t>
      </w:r>
    </w:p>
    <w:p>
      <w:r>
        <w:rPr>
          <w:rFonts w:ascii="Gentium Plus" w:hAnsi="Gentium Plus"/>
          <w:sz w:val="24"/>
        </w:rPr>
        <w:t>τας οὐ θέλει ζῆν.</w:t>
      </w:r>
    </w:p>
    <w:p>
      <w:r>
        <w:rPr>
          <w:rFonts w:ascii="Courier New" w:hAnsi="Courier New"/>
          <w:color w:val="555555"/>
          <w:sz w:val="20"/>
        </w:rPr>
        <w:t>[9 . 4 . 7]</w:t>
      </w:r>
    </w:p>
    <w:p>
      <w:r>
        <w:rPr>
          <w:rFonts w:ascii="Gentium Plus" w:hAnsi="Gentium Plus"/>
          <w:sz w:val="24"/>
        </w:rPr>
        <w:t>Τὸ γὰρ πνεῦμα τοῦ μίσους διὰ τῆς ὀλιγοψυχίας συνεργεῖ τῷ Σατανᾷ ἐν πᾶσιν εἰς θάνατον τῶν ἀνθρώπων· τὸ δὲ πνεῦμα τῆς ἀγάπης ἐν μακροθυμίᾳ συνεργεῖ τῷ νόμῳ τοῦ Θεοῦ εἰς σωτηρίαν ἀνθρώπων.</w:t>
      </w:r>
    </w:p>
    <w:p>
      <w:r>
        <w:rPr>
          <w:rFonts w:ascii="Courier New" w:hAnsi="Courier New"/>
          <w:color w:val="555555"/>
          <w:sz w:val="20"/>
        </w:rPr>
        <w:t>[9 . 5 . 1]</w:t>
      </w:r>
    </w:p>
    <w:p>
      <w:r>
        <w:rPr>
          <w:rFonts w:ascii="Gentium Plus" w:hAnsi="Gentium Plus"/>
          <w:sz w:val="24"/>
        </w:rPr>
        <w:t>Κακὸν τὸ μῖσος ὅτι ἐνδελεχεῖ συνεχῶς τῷ ψεύδει, λαλῶν κατὰ τῆς ἀληθείας, καὶ τὰ μικρὰ μεγάλα ποιεῖ, τὸ σκότος φῶς προσέχει, τὸ γλυκὺ πικρὸν λέγει, καὶ συκοφαντίαν ἐκδιδάσκει καὶ πόλεμον καὶ ὕβριν καὶ πᾶσαν πλεονεξίαν</w:t>
      </w:r>
    </w:p>
    <w:p>
      <w:r>
        <w:rPr>
          <w:rFonts w:ascii="Courier New" w:hAnsi="Courier New"/>
          <w:color w:val="555555"/>
          <w:sz w:val="20"/>
        </w:rPr>
        <w:t>[5]</w:t>
      </w:r>
    </w:p>
    <w:p>
      <w:r>
        <w:rPr>
          <w:rFonts w:ascii="Gentium Plus" w:hAnsi="Gentium Plus"/>
          <w:sz w:val="24"/>
        </w:rPr>
        <w:t>κακῶν, καὶ ἰοῦ διαβολικοῦ τὴν καρδίαν πληροῖ.</w:t>
      </w:r>
    </w:p>
    <w:p>
      <w:r>
        <w:rPr>
          <w:rFonts w:ascii="Courier New" w:hAnsi="Courier New"/>
          <w:color w:val="555555"/>
          <w:sz w:val="20"/>
        </w:rPr>
        <w:t>[9 . 5 . 2]</w:t>
      </w:r>
    </w:p>
    <w:p>
      <w:r>
        <w:rPr>
          <w:rFonts w:ascii="Gentium Plus" w:hAnsi="Gentium Plus"/>
          <w:sz w:val="24"/>
        </w:rPr>
        <w:t>Καὶ ταῦτα ἐκ πείρας λέγω ὑμῖν, τέκνα μου, ὅπως φεύξησθε τὸ μῖσος, καὶ κολληθῆτε τῇ ἀγάπῃ τοῦ Κυρίου.</w:t>
      </w:r>
    </w:p>
    <w:p>
      <w:r>
        <w:rPr>
          <w:rFonts w:ascii="Courier New" w:hAnsi="Courier New"/>
          <w:color w:val="555555"/>
          <w:sz w:val="20"/>
        </w:rPr>
        <w:t>[9 . 5 . 3]</w:t>
      </w:r>
    </w:p>
    <w:p>
      <w:r>
        <w:rPr>
          <w:rFonts w:ascii="Gentium Plus" w:hAnsi="Gentium Plus"/>
          <w:sz w:val="24"/>
        </w:rPr>
        <w:t>Ἡ δικαιο‐ σύνη ἐκβάλλει τὸ μῖσος, ἡ ταπείνωσις ἀναιρεῖ τὸ μῖσος. Ὁ γὰρ δίκαιος καὶ ταπεινὸς αἰδεῖται ποιῆσαι ἄδικον, οὐχ ὑπὸ ἄλλου καταγινωσκόμενος, ἀλλ’ ὑπὸ τῆς ἰδίας καρδίας, ὅτι</w:t>
      </w:r>
    </w:p>
    <w:p>
      <w:r>
        <w:rPr>
          <w:rFonts w:ascii="Courier New" w:hAnsi="Courier New"/>
          <w:color w:val="555555"/>
          <w:sz w:val="20"/>
        </w:rPr>
        <w:t>[5]</w:t>
      </w:r>
    </w:p>
    <w:p>
      <w:r>
        <w:rPr>
          <w:rFonts w:ascii="Gentium Plus" w:hAnsi="Gentium Plus"/>
          <w:sz w:val="24"/>
        </w:rPr>
        <w:t>Κύριος ἐπισκέπει τὸ διαβούλιον αὐτοῦ.</w:t>
      </w:r>
    </w:p>
    <w:p>
      <w:r>
        <w:rPr>
          <w:rFonts w:ascii="Courier New" w:hAnsi="Courier New"/>
          <w:color w:val="555555"/>
          <w:sz w:val="20"/>
        </w:rPr>
        <w:t>[9 . 5 . 4]</w:t>
      </w:r>
    </w:p>
    <w:p>
      <w:r>
        <w:rPr>
          <w:rFonts w:ascii="Gentium Plus" w:hAnsi="Gentium Plus"/>
          <w:sz w:val="24"/>
        </w:rPr>
        <w:t>Οὐ καταλαλεῖ ἀνδρός, ἐπειδὴ ὁ φόβος τοῦ ὑψίστου νικᾷ τὸ μῖσος.</w:t>
      </w:r>
    </w:p>
    <w:p>
      <w:r>
        <w:rPr>
          <w:rFonts w:ascii="Courier New" w:hAnsi="Courier New"/>
          <w:color w:val="555555"/>
          <w:sz w:val="20"/>
        </w:rPr>
        <w:t>[9 . 5 . 5]</w:t>
      </w:r>
    </w:p>
    <w:p>
      <w:r>
        <w:rPr>
          <w:rFonts w:ascii="Gentium Plus" w:hAnsi="Gentium Plus"/>
          <w:sz w:val="24"/>
        </w:rPr>
        <w:t>Φοβού‐ μενος γὰρ μὴ προσκρούσει Κυρίῳ, οὐ θέλει τὸ καθόλου οὐδὲ ἕως ἐννοιῶν ἀδικῆσαι ἄνθρωπον.</w:t>
      </w:r>
    </w:p>
    <w:p>
      <w:r>
        <w:rPr>
          <w:rFonts w:ascii="Courier New" w:hAnsi="Courier New"/>
          <w:color w:val="555555"/>
          <w:sz w:val="20"/>
        </w:rPr>
        <w:t>[9 . 5 . 6]</w:t>
      </w:r>
    </w:p>
    <w:p>
      <w:r>
        <w:rPr>
          <w:rFonts w:ascii="Gentium Plus" w:hAnsi="Gentium Plus"/>
          <w:sz w:val="24"/>
        </w:rPr>
        <w:t>Ταῦτα ἐγὼ ἔσχατον ἔγνων μετὰ τὸ μετανοῆσαί με περὶ τοῦ Ἰωσήφ.</w:t>
      </w:r>
    </w:p>
    <w:p>
      <w:r>
        <w:rPr>
          <w:rFonts w:ascii="Courier New" w:hAnsi="Courier New"/>
          <w:color w:val="555555"/>
          <w:sz w:val="20"/>
        </w:rPr>
        <w:t>[9 . 5 . 7]</w:t>
      </w:r>
    </w:p>
    <w:p>
      <w:r>
        <w:rPr>
          <w:rFonts w:ascii="Gentium Plus" w:hAnsi="Gentium Plus"/>
          <w:sz w:val="24"/>
        </w:rPr>
        <w:t>Ἡ γὰρ κατὰ Θεὸν ἀληθὴς μετάνοια ἀναιρεῖ τὴν ἀπείθειαν, καὶ</w:t>
      </w:r>
    </w:p>
    <w:p>
      <w:r>
        <w:rPr>
          <w:rFonts w:ascii="Courier New" w:hAnsi="Courier New"/>
          <w:color w:val="555555"/>
          <w:sz w:val="20"/>
        </w:rPr>
        <w:t>[9 . 5 . 8]</w:t>
      </w:r>
    </w:p>
    <w:p>
      <w:r>
        <w:rPr>
          <w:rFonts w:ascii="Gentium Plus" w:hAnsi="Gentium Plus"/>
          <w:sz w:val="24"/>
        </w:rPr>
        <w:t>καὶ ἃ οὐκ ἔμαθεν ἀπὸ ἀνθρώπων, οἶδε διὰ τῆς μετανοίας.</w:t>
      </w:r>
    </w:p>
    <w:p>
      <w:r>
        <w:rPr>
          <w:rFonts w:ascii="Courier New" w:hAnsi="Courier New"/>
          <w:color w:val="555555"/>
          <w:sz w:val="20"/>
        </w:rPr>
        <w:t>[9 . 5 . 9]</w:t>
      </w:r>
    </w:p>
    <w:p>
      <w:r>
        <w:rPr>
          <w:rFonts w:ascii="Gentium Plus" w:hAnsi="Gentium Plus"/>
          <w:sz w:val="24"/>
        </w:rPr>
        <w:t>Ἐπήγαγε γάρ μοι ὁ Θεὸς νόσον ἥπατος, καὶ εἰ μὴ αἱ εὐχαὶ Ἰακὼβ τοῦ πατρός μου ὀλίγου διεφώνησεν ἀπ’ ἐμοῦ τὸ πνεῦμά μου.</w:t>
      </w:r>
    </w:p>
    <w:p>
      <w:r>
        <w:rPr>
          <w:rFonts w:ascii="Courier New" w:hAnsi="Courier New"/>
          <w:color w:val="555555"/>
          <w:sz w:val="20"/>
        </w:rPr>
        <w:t>[9 . 5 . 10]</w:t>
      </w:r>
    </w:p>
    <w:p>
      <w:r>
        <w:rPr>
          <w:rFonts w:ascii="Gentium Plus" w:hAnsi="Gentium Plus"/>
          <w:sz w:val="24"/>
        </w:rPr>
        <w:t>Δι’ ὧν γὰρ ἄνθρωπος παρανομεῖ, δι’ ἐκείνων καὶ κολάζεται.</w:t>
      </w:r>
    </w:p>
    <w:p>
      <w:r>
        <w:rPr>
          <w:rFonts w:ascii="Courier New" w:hAnsi="Courier New"/>
          <w:color w:val="555555"/>
          <w:sz w:val="20"/>
        </w:rPr>
        <w:t>[9 . 5 . 11]</w:t>
      </w:r>
    </w:p>
    <w:p>
      <w:r>
        <w:rPr>
          <w:rFonts w:ascii="Gentium Plus" w:hAnsi="Gentium Plus"/>
          <w:sz w:val="24"/>
        </w:rPr>
        <w:t>Ἐπεὶ οὖν ἐνέκειτο τὰ ἥπατά μου ἀνιλεῶς κατὰ τοῦ Ἰωσήφ, τῷ ἥπατι πάσχων ἀνιλεῶς, ἐκρινόμην ἐπὶ μῆνας ἕνδεκα, καθ’ ὅσον χρόνον ἐνεῖχον τῷ Ἰωσήφ, ἕως ἵνα πραθῇ.</w:t>
      </w:r>
    </w:p>
    <w:p>
      <w:r>
        <w:rPr>
          <w:rFonts w:ascii="Courier New" w:hAnsi="Courier New"/>
          <w:color w:val="555555"/>
          <w:sz w:val="20"/>
        </w:rPr>
        <w:t>[9 . 6 . 1]</w:t>
      </w:r>
    </w:p>
    <w:p>
      <w:r>
        <w:rPr>
          <w:rFonts w:ascii="Gentium Plus" w:hAnsi="Gentium Plus"/>
          <w:sz w:val="24"/>
        </w:rPr>
        <w:t>Καὶ νῦν, τέκνα μου, ἀγαπήσατε ἕκαστος τὸν ἀδελφὸν αὐτοῦ, καὶ ἐξάρατε τὸ μῖσος ἀπὸ τῶν καρδιῶν ὑμῶν, ἀγαπῶντες ἀλλήλους ἐν ἔργῳ καὶ λόγῳ καὶ διανοίᾳ ψυχῆς.</w:t>
      </w:r>
    </w:p>
    <w:p>
      <w:r>
        <w:rPr>
          <w:rFonts w:ascii="Courier New" w:hAnsi="Courier New"/>
          <w:color w:val="555555"/>
          <w:sz w:val="20"/>
        </w:rPr>
        <w:t>[9 . 6 . 2]</w:t>
      </w:r>
    </w:p>
    <w:p>
      <w:r>
        <w:rPr>
          <w:rFonts w:ascii="Gentium Plus" w:hAnsi="Gentium Plus"/>
          <w:sz w:val="24"/>
        </w:rPr>
        <w:t>Ἐγὼ γὰρ κατὰ πρόσωπον τοῦ πατρὸς ἡμῶν εἰρηνικὰ ἐλάλουν τῷ Ἰωσήφ, καὶ ἐξελθόντος μου τὸ πνεῦμα τοῦ μίσους ἐσκότιζέ μου τὸν νοῦν, καὶ ἐτάρασσε τὴν ψυχήν μου τοῦ ἀνελεῖν αὐτόν.</w:t>
      </w:r>
    </w:p>
    <w:p>
      <w:r>
        <w:rPr>
          <w:rFonts w:ascii="Courier New" w:hAnsi="Courier New"/>
          <w:color w:val="555555"/>
          <w:sz w:val="20"/>
        </w:rPr>
        <w:t>[9 . 6 . 3]</w:t>
      </w:r>
    </w:p>
    <w:p>
      <w:r>
        <w:rPr>
          <w:rFonts w:ascii="Gentium Plus" w:hAnsi="Gentium Plus"/>
          <w:sz w:val="24"/>
        </w:rPr>
        <w:t>Ἀγαπᾶτε οὖν ἀλλήλους ἀπὸ καρδίας· καὶ ἐὰν ἁμάρτῃ εἰς σέ, εἰπὲ αὐτῷ ἐν εἰρήνῃ, ἐξορίσας τὸν ἰὸν τοῦ μίσους, καὶ ἐν ψυχῇ σου μὴ κρατήσῃς δόλον· καὶ ἐὰν ὁμολογήσας μετανοήσῃ, ἄφες αὐτῷ·</w:t>
      </w:r>
    </w:p>
    <w:p>
      <w:r>
        <w:rPr>
          <w:rFonts w:ascii="Courier New" w:hAnsi="Courier New"/>
          <w:color w:val="555555"/>
          <w:sz w:val="20"/>
        </w:rPr>
        <w:t>[9 . 6 . 4]</w:t>
      </w:r>
    </w:p>
    <w:p>
      <w:r>
        <w:rPr>
          <w:rFonts w:ascii="Gentium Plus" w:hAnsi="Gentium Plus"/>
          <w:sz w:val="24"/>
        </w:rPr>
        <w:t>ἐάν τε ἀρνεῖται, μὴ φιλονείκει αὐτῷ, μήποτε ὀμόσαντος αὐτοῦ, δισσῶς ἁμαρ‐ τήσῃς.</w:t>
      </w:r>
    </w:p>
    <w:p>
      <w:r>
        <w:rPr>
          <w:rFonts w:ascii="Courier New" w:hAnsi="Courier New"/>
          <w:color w:val="555555"/>
          <w:sz w:val="20"/>
        </w:rPr>
        <w:t>[9 . 6 . 5]</w:t>
      </w:r>
    </w:p>
    <w:p>
      <w:r>
        <w:rPr>
          <w:rFonts w:ascii="Gentium Plus" w:hAnsi="Gentium Plus"/>
          <w:sz w:val="24"/>
        </w:rPr>
        <w:t>Μὴ ἀκούσῃ ἐν μάχῃ ἀλλότριος μυστήριον ὑμῶν· ἵνα μὴ μισήσας σε ἐχθράνῃ, καὶ μεγάλην ἁμαρτίαν ἐργάσηται κατά σου· ὅτι πολλάκις δολωφωνῆσαι, ἢ περιεργάζεταί σε ἐν κακῷ, λαβὼν ἀπό σου τὸν ἰόν.</w:t>
      </w:r>
    </w:p>
    <w:p>
      <w:r>
        <w:rPr>
          <w:rFonts w:ascii="Courier New" w:hAnsi="Courier New"/>
          <w:color w:val="555555"/>
          <w:sz w:val="20"/>
        </w:rPr>
        <w:t>[9 . 6 . 6]</w:t>
      </w:r>
    </w:p>
    <w:p>
      <w:r>
        <w:rPr>
          <w:rFonts w:ascii="Gentium Plus" w:hAnsi="Gentium Plus"/>
          <w:sz w:val="24"/>
        </w:rPr>
        <w:t>Ἐὰν οὖν ἀρνεῖται, καὶ αἰδεσθῇ ἐλεγχόμενος, ἡσυχάσθῃ, μὴ ἐξάξῃς αὐτόν. Ὁ γὰρ ἀρνούμενος μετανοεῖ, τοῦ μηκέτι πλημμελῆσαι εἴς σε· ἀλλὰ καὶ τιμήσει σε, καὶ φοβηθήσεται καὶ εἰρηνεύσει.</w:t>
      </w:r>
    </w:p>
    <w:p>
      <w:r>
        <w:rPr>
          <w:rFonts w:ascii="Courier New" w:hAnsi="Courier New"/>
          <w:color w:val="555555"/>
          <w:sz w:val="20"/>
        </w:rPr>
        <w:t>[9 . 6 . 7]</w:t>
      </w:r>
    </w:p>
    <w:p>
      <w:r>
        <w:rPr>
          <w:rFonts w:ascii="Gentium Plus" w:hAnsi="Gentium Plus"/>
          <w:sz w:val="24"/>
        </w:rPr>
        <w:t>Ἐὰν δὲ ἀναιδής ἐστι, καὶ ἐνίσταται τῇ κακίᾳ, καὶ οὕτως ἄφες αὐτῷ ἀπὸ καρδίας, καὶ δὸς τῷ Θεῷ τὴν ἐκδίκησιν.</w:t>
      </w:r>
    </w:p>
    <w:p>
      <w:r>
        <w:rPr>
          <w:rFonts w:ascii="Courier New" w:hAnsi="Courier New"/>
          <w:color w:val="555555"/>
          <w:sz w:val="20"/>
        </w:rPr>
        <w:t>[9 . 7 . 1]</w:t>
      </w:r>
    </w:p>
    <w:p>
      <w:r>
        <w:rPr>
          <w:rFonts w:ascii="Gentium Plus" w:hAnsi="Gentium Plus"/>
          <w:sz w:val="24"/>
        </w:rPr>
        <w:t>Ἐάν τις ὑπὲρ ὑμᾶς εὐοδοῦται, μὴ λυπεῖσθε· ἀλλὰ καὶ εὔχεσθε ὑπὲρ αὐτοῦ, ἵνα τελείως εὐοδοῦται. Ἴσως γὰρ ὑμῖν συμφέρει οὕτως·</w:t>
      </w:r>
    </w:p>
    <w:p>
      <w:r>
        <w:rPr>
          <w:rFonts w:ascii="Courier New" w:hAnsi="Courier New"/>
          <w:color w:val="555555"/>
          <w:sz w:val="20"/>
        </w:rPr>
        <w:t>[9 . 7 . 2]</w:t>
      </w:r>
    </w:p>
    <w:p>
      <w:r>
        <w:rPr>
          <w:rFonts w:ascii="Gentium Plus" w:hAnsi="Gentium Plus"/>
          <w:sz w:val="24"/>
        </w:rPr>
        <w:t>καὶ ἐὰν ἐπὶ πλεῖον ὑψοῦται, μὴ φθονεῖτε, μνημονεύοντες ὅτι πᾶσα σὰρξ ἀποθανεῖται. Κυρίῳ δὲ ὕμνον προσφέρετε, τῷ παρέχοντι τὰ καλὰ καὶ συμφέροντα πᾶσιν ἀνθρώποις.</w:t>
      </w:r>
    </w:p>
    <w:p>
      <w:r>
        <w:rPr>
          <w:rFonts w:ascii="Courier New" w:hAnsi="Courier New"/>
          <w:color w:val="555555"/>
          <w:sz w:val="20"/>
        </w:rPr>
        <w:t>[9 . 7 . 3]</w:t>
      </w:r>
    </w:p>
    <w:p>
      <w:r>
        <w:rPr>
          <w:rFonts w:ascii="Gentium Plus" w:hAnsi="Gentium Plus"/>
          <w:sz w:val="24"/>
        </w:rPr>
        <w:t>Ἐξέτασον κρίματα Κυρίῳ, καὶ οὕτως καταλείψει, καὶ ἡσυχάσει τὸ διαβούλιόν σου.</w:t>
      </w:r>
    </w:p>
    <w:p>
      <w:r>
        <w:rPr>
          <w:rFonts w:ascii="Courier New" w:hAnsi="Courier New"/>
          <w:color w:val="555555"/>
          <w:sz w:val="20"/>
        </w:rPr>
        <w:t>[9 . 7 . 4]</w:t>
      </w:r>
    </w:p>
    <w:p>
      <w:r>
        <w:rPr>
          <w:rFonts w:ascii="Gentium Plus" w:hAnsi="Gentium Plus"/>
          <w:sz w:val="24"/>
        </w:rPr>
        <w:t>Ἐὰν δὲ καὶ ἐκ κακῶν τις πλουτίσῃ, ὡς Ἡσαῦ ὁ πατράδελ‐ φός μου, μὴ ζηλώσητε· ὅρον γὰρ Κυρίου ἐκδέξασθε.</w:t>
      </w:r>
    </w:p>
    <w:p>
      <w:r>
        <w:rPr>
          <w:rFonts w:ascii="Courier New" w:hAnsi="Courier New"/>
          <w:color w:val="555555"/>
          <w:sz w:val="20"/>
        </w:rPr>
        <w:t>[9 . 7 . 5]</w:t>
      </w:r>
    </w:p>
    <w:p>
      <w:r>
        <w:rPr>
          <w:rFonts w:ascii="Gentium Plus" w:hAnsi="Gentium Plus"/>
          <w:sz w:val="24"/>
        </w:rPr>
        <w:t>Ἢ γὰρ ἀφαιρεῖται αὐτὰ ἐν κακοῖς, ἢ μετανοοῦσιν ἀφίησιν, ἢ ἀμετανοήτῳ τηρεῖ εἰς αἰῶνα τὴν κόλασιν.</w:t>
      </w:r>
    </w:p>
    <w:p>
      <w:r>
        <w:rPr>
          <w:rFonts w:ascii="Courier New" w:hAnsi="Courier New"/>
          <w:color w:val="555555"/>
          <w:sz w:val="20"/>
        </w:rPr>
        <w:t>[9 . 7 . 6]</w:t>
      </w:r>
    </w:p>
    <w:p>
      <w:r>
        <w:rPr>
          <w:rFonts w:ascii="Gentium Plus" w:hAnsi="Gentium Plus"/>
          <w:sz w:val="24"/>
        </w:rPr>
        <w:t>Ὁ γὰρ πένης καὶ ἄφθονος, ἐπὶ πᾶσι Κυρίῳ εὐχαριστῶν, αὐτὸς παρὰ πᾶσι πλουτεῖ, ὅτι οὐκ ἔχει τὸν πονηρὸν περισπασμὸν τῶν ἀνθρώ‐ πων.</w:t>
      </w:r>
    </w:p>
    <w:p>
      <w:r>
        <w:rPr>
          <w:rFonts w:ascii="Courier New" w:hAnsi="Courier New"/>
          <w:color w:val="555555"/>
          <w:sz w:val="20"/>
        </w:rPr>
        <w:t>[9 . 7 . 7]</w:t>
      </w:r>
    </w:p>
    <w:p>
      <w:r>
        <w:rPr>
          <w:rFonts w:ascii="Gentium Plus" w:hAnsi="Gentium Plus"/>
          <w:sz w:val="24"/>
        </w:rPr>
        <w:t>Ἐξάρατε οὖν τὸ μῖσος ἀπὸ τῶν ψυχῶν ὑμῶν, καὶ ἀγαπᾶτε ἀλλήλους ἐν εὐθύτητι καρδίας.</w:t>
      </w:r>
    </w:p>
    <w:p>
      <w:r>
        <w:rPr>
          <w:rFonts w:ascii="Courier New" w:hAnsi="Courier New"/>
          <w:color w:val="555555"/>
          <w:sz w:val="20"/>
        </w:rPr>
        <w:t>[9 . 8 . 1]</w:t>
      </w:r>
    </w:p>
    <w:p>
      <w:r>
        <w:rPr>
          <w:rFonts w:ascii="Gentium Plus" w:hAnsi="Gentium Plus"/>
          <w:sz w:val="24"/>
        </w:rPr>
        <w:t>Εἴπατε δὲ καὶ ὑμεῖς ταῦτα τοῖς τέκνοις ὑμῶν, ὅπως τιμήσωσιν Ἰούδαν καὶ τὸν Λευί· ὅτι ἐξ αὐτῶν ἀνατελεῖ Κύριος σωτῆρα τῷ Ἰσραήλ.</w:t>
      </w:r>
    </w:p>
    <w:p>
      <w:r>
        <w:rPr>
          <w:rFonts w:ascii="Courier New" w:hAnsi="Courier New"/>
          <w:color w:val="555555"/>
          <w:sz w:val="20"/>
        </w:rPr>
        <w:t>[9 . 8 . 2]</w:t>
      </w:r>
    </w:p>
    <w:p>
      <w:r>
        <w:rPr>
          <w:rFonts w:ascii="Gentium Plus" w:hAnsi="Gentium Plus"/>
          <w:sz w:val="24"/>
        </w:rPr>
        <w:t>Ἔγνων γὰρ ὅτι ἐπὶ τέλει ἀποστήσονται τὰ τέκνα ὑμῶν ἀπ’ αὐτῶν, καὶ ἐν πάσῃ πονηρίᾳ καὶ κακώσει καὶ διαφθορᾷ ἔσονται ἐνώπιον Κυρίου.</w:t>
      </w:r>
    </w:p>
    <w:p>
      <w:r>
        <w:rPr>
          <w:rFonts w:ascii="Courier New" w:hAnsi="Courier New"/>
          <w:color w:val="555555"/>
          <w:sz w:val="20"/>
        </w:rPr>
        <w:t>[9 . 8 . 3]</w:t>
      </w:r>
    </w:p>
    <w:p>
      <w:r>
        <w:rPr>
          <w:rFonts w:ascii="Gentium Plus" w:hAnsi="Gentium Plus"/>
          <w:sz w:val="24"/>
        </w:rPr>
        <w:t>Καὶ ὀλίγον ἡσυχάσας, πάλιν εἶπεν αὐτοῖς· Τέκνα μου, ὑπακούσατε τοῦ πατρὸς ὑμῶν, καὶ θάψατέ με σύνεγγυς τῶν πατέρων μου.</w:t>
      </w:r>
    </w:p>
    <w:p>
      <w:r>
        <w:rPr>
          <w:rFonts w:ascii="Courier New" w:hAnsi="Courier New"/>
          <w:color w:val="555555"/>
          <w:sz w:val="20"/>
        </w:rPr>
        <w:t>[9 . 8 . 4]</w:t>
      </w:r>
    </w:p>
    <w:p>
      <w:r>
        <w:rPr>
          <w:rFonts w:ascii="Gentium Plus" w:hAnsi="Gentium Plus"/>
          <w:sz w:val="24"/>
        </w:rPr>
        <w:t>Καὶ ἐξάρας τοὺς πόδας αὐτοῦ, ἐκοιμήθη ἐν εἰρήνῃ.</w:t>
      </w:r>
    </w:p>
    <w:p>
      <w:r>
        <w:rPr>
          <w:rFonts w:ascii="Courier New" w:hAnsi="Courier New"/>
          <w:color w:val="555555"/>
          <w:sz w:val="20"/>
        </w:rPr>
        <w:t>[9 . 8 . 5]</w:t>
      </w:r>
    </w:p>
    <w:p>
      <w:r>
        <w:rPr>
          <w:rFonts w:ascii="Gentium Plus" w:hAnsi="Gentium Plus"/>
          <w:sz w:val="24"/>
        </w:rPr>
        <w:t>Καὶ μετὰ πέντε ἔτη ἀνήγαγον αὐτόν, καὶ ἔθηκαν αὐτὸν εἰς Χεβρών,</w:t>
      </w:r>
    </w:p>
    <w:p>
      <w:pPr>
        <w:jc w:val="center"/>
      </w:pPr>
      <w:r>
        <w:rPr>
          <w:rFonts w:ascii="Gentium Plus" w:hAnsi="Gentium Plus"/>
          <w:b/>
          <w:sz w:val="24"/>
        </w:rPr>
        <w:t>ΔΙΑΘΗΚΗ ΑΣΗΡ Ι ΠΕΡΙ ΔΥΟ ΠΡΟΣΩΠΩΝ ΚΑΚΙΑΣ ΚΑΙ ΑΡΕΤΗΣ</w:t>
      </w:r>
    </w:p>
    <w:p>
      <w:r>
        <w:rPr>
          <w:rFonts w:ascii="Courier New" w:hAnsi="Courier New"/>
          <w:color w:val="555555"/>
          <w:sz w:val="20"/>
        </w:rPr>
        <w:t>[10 . 1 . 1]</w:t>
      </w:r>
    </w:p>
    <w:p>
      <w:r>
        <w:rPr>
          <w:rFonts w:ascii="Gentium Plus" w:hAnsi="Gentium Plus"/>
          <w:sz w:val="24"/>
        </w:rPr>
        <w:t>Ἀντίγραφον διαθήκης Ἀσήρ, ἃ ἐλάλησε τοῖς υἱοῖς αὐτοῦ ἑκατοστῷ εἰκοστῷ ἔτει ζωῆς αὐτοῦ.</w:t>
      </w:r>
    </w:p>
    <w:p>
      <w:r>
        <w:rPr>
          <w:rFonts w:ascii="Courier New" w:hAnsi="Courier New"/>
          <w:color w:val="555555"/>
          <w:sz w:val="20"/>
        </w:rPr>
        <w:t>[10 . 1 . 2]</w:t>
      </w:r>
    </w:p>
    <w:p>
      <w:r>
        <w:rPr>
          <w:rFonts w:ascii="Gentium Plus" w:hAnsi="Gentium Plus"/>
          <w:sz w:val="24"/>
        </w:rPr>
        <w:t>Ἔτι ὑγιαίνων εἶπε πρὸς αὐτούς· Ἀκούσατε, τέκνα Ἀσήρ, τοῦ πατρὸς ὑμῶν, καὶ πᾶν τὸ εὐθὲς ἐνώπιον τοῦ Θεοῦ ὑποδείξω ὑμῖν.</w:t>
      </w:r>
    </w:p>
    <w:p>
      <w:r>
        <w:rPr>
          <w:rFonts w:ascii="Courier New" w:hAnsi="Courier New"/>
          <w:color w:val="555555"/>
          <w:sz w:val="20"/>
        </w:rPr>
        <w:t>[10 . 1 . 3]</w:t>
      </w:r>
    </w:p>
    <w:p>
      <w:r>
        <w:rPr>
          <w:rFonts w:ascii="Gentium Plus" w:hAnsi="Gentium Plus"/>
          <w:sz w:val="24"/>
        </w:rPr>
        <w:t>Δύο ὁδοὺς ἔδωκεν ὁ Θεὸς τοῖς υἱοῖς τῶν ἀνθρώπων, καὶ δύο δια‐ βούλια, καὶ δύο πράξεις, καὶ δύο τόπους, καὶ δύο τέλη.</w:t>
      </w:r>
    </w:p>
    <w:p>
      <w:r>
        <w:rPr>
          <w:rFonts w:ascii="Courier New" w:hAnsi="Courier New"/>
          <w:color w:val="555555"/>
          <w:sz w:val="20"/>
        </w:rPr>
        <w:t>[10 . 1 . 4]</w:t>
      </w:r>
    </w:p>
    <w:p>
      <w:r>
        <w:rPr>
          <w:rFonts w:ascii="Gentium Plus" w:hAnsi="Gentium Plus"/>
          <w:sz w:val="24"/>
        </w:rPr>
        <w:t>Διὰ τοῦτο πάντα δύο εἰσίν, ἓν κατέναντι τοῦ ἑνός.</w:t>
      </w:r>
    </w:p>
    <w:p>
      <w:r>
        <w:rPr>
          <w:rFonts w:ascii="Courier New" w:hAnsi="Courier New"/>
          <w:color w:val="555555"/>
          <w:sz w:val="20"/>
        </w:rPr>
        <w:t>[10 . 1 . 5]</w:t>
      </w:r>
    </w:p>
    <w:p>
      <w:r>
        <w:rPr>
          <w:rFonts w:ascii="Gentium Plus" w:hAnsi="Gentium Plus"/>
          <w:sz w:val="24"/>
        </w:rPr>
        <w:t>Ὁδοὶ δύο, καλοῦ καὶ κακοῦ· ἐν οἷς εἰσι τὰ δύο διαβούλια ἐν στέρνοις ἡμῶν διακρίνοντα αὐτάς.</w:t>
      </w:r>
    </w:p>
    <w:p>
      <w:r>
        <w:rPr>
          <w:rFonts w:ascii="Courier New" w:hAnsi="Courier New"/>
          <w:color w:val="555555"/>
          <w:sz w:val="20"/>
        </w:rPr>
        <w:t>[10 . 1 . 6]</w:t>
      </w:r>
    </w:p>
    <w:p>
      <w:r>
        <w:rPr>
          <w:rFonts w:ascii="Gentium Plus" w:hAnsi="Gentium Plus"/>
          <w:sz w:val="24"/>
        </w:rPr>
        <w:t>Ἐὰν οὖν ἡ ψυχὴ θέλῃ ἐν καλῷ, πᾶσα πρᾶξις αὐτῆς ἐστιν ἐν δικαιοσύνῃ, κἂν ἁμάρτῃ εὐθὺς μετανοεῖ.</w:t>
      </w:r>
    </w:p>
    <w:p>
      <w:r>
        <w:rPr>
          <w:rFonts w:ascii="Courier New" w:hAnsi="Courier New"/>
          <w:color w:val="555555"/>
          <w:sz w:val="20"/>
        </w:rPr>
        <w:t>[10 . 1 . 7]</w:t>
      </w:r>
    </w:p>
    <w:p>
      <w:r>
        <w:rPr>
          <w:rFonts w:ascii="Gentium Plus" w:hAnsi="Gentium Plus"/>
          <w:sz w:val="24"/>
        </w:rPr>
        <w:t>Δίκαια γὰρ λογιζόμενος, καὶ ἀπορρίπτων τὴν πονηρίαν, ἀνατρέπει εὐθὺς τὸ κακόν, καὶ ἐκριζοῖ τὴν ἁμαρ‐ τίαν.</w:t>
      </w:r>
    </w:p>
    <w:p>
      <w:r>
        <w:rPr>
          <w:rFonts w:ascii="Courier New" w:hAnsi="Courier New"/>
          <w:color w:val="555555"/>
          <w:sz w:val="20"/>
        </w:rPr>
        <w:t>[10 . 1 . 8]</w:t>
      </w:r>
    </w:p>
    <w:p>
      <w:r>
        <w:rPr>
          <w:rFonts w:ascii="Gentium Plus" w:hAnsi="Gentium Plus"/>
          <w:sz w:val="24"/>
        </w:rPr>
        <w:t>Ἐὰν δὲ ἐν πονηρῷ κλίνει τὸ διαβούλιον πᾶσα πρᾶξις αὐτῆς ἐστιν ἐν πονηρίᾳ, καὶ ἀπωθούμενος τὸ ἀγαθὸν προσλαμ‐ βάνει τὸ κακὸν καὶ κυριευθεὶς ὑπὸ τοῦ Βελίαρ, κἂν ἀγαθὸν πράξει, ἐν πονηρίᾳ αὐτὸ μεταστρέφει.</w:t>
      </w:r>
    </w:p>
    <w:p>
      <w:r>
        <w:rPr>
          <w:rFonts w:ascii="Courier New" w:hAnsi="Courier New"/>
          <w:color w:val="555555"/>
          <w:sz w:val="20"/>
        </w:rPr>
        <w:t>[10 . 1 . 9]</w:t>
      </w:r>
    </w:p>
    <w:p>
      <w:r>
        <w:rPr>
          <w:rFonts w:ascii="Gentium Plus" w:hAnsi="Gentium Plus"/>
          <w:sz w:val="24"/>
        </w:rPr>
        <w:t>Ὅταν γὰρ ἐνάρξη‐ ται ὡς ἀγαθὸν ποιῶν, τὸ τέλος τῆς πράξεως αὐτοῦ εἰς κακὸν ποιεῖν ἀνελαύνει· ἐπειδὴ ὁ θησαυρὸς τοῦ διαβόλου ἰοῦ πονηροῦ πνεύματος πεπλήρωται.</w:t>
      </w:r>
    </w:p>
    <w:p>
      <w:r>
        <w:rPr>
          <w:rFonts w:ascii="Courier New" w:hAnsi="Courier New"/>
          <w:color w:val="555555"/>
          <w:sz w:val="20"/>
        </w:rPr>
        <w:t>[10 . 2 . 1]</w:t>
      </w:r>
    </w:p>
    <w:p>
      <w:r>
        <w:rPr>
          <w:rFonts w:ascii="Gentium Plus" w:hAnsi="Gentium Plus"/>
          <w:sz w:val="24"/>
        </w:rPr>
        <w:t>Ἔστιν οὖν ψυχὴ λέγουσα, φησί, τὸ καλὸν ὑπὲρ τοῦ κακοῦ, καὶ τὸ τέλος τοῦ πράγματος εἰς κακίαν ἄγει.</w:t>
      </w:r>
    </w:p>
    <w:p>
      <w:r>
        <w:rPr>
          <w:rFonts w:ascii="Courier New" w:hAnsi="Courier New"/>
          <w:color w:val="555555"/>
          <w:sz w:val="20"/>
        </w:rPr>
        <w:t>[10 . 2 . 2]</w:t>
      </w:r>
    </w:p>
    <w:p>
      <w:r>
        <w:rPr>
          <w:rFonts w:ascii="Gentium Plus" w:hAnsi="Gentium Plus"/>
          <w:sz w:val="24"/>
        </w:rPr>
        <w:t>Ἔστιν ἄνθρωπος, ὅτι οὐκ οἰκτείρει λειτουργοῦντα αὐτῷ ἐν κακῷ· καίγε τοῦτο διπρόσωπον, ἀλλὰ τὸ ὅλον πονηρόν ἐστι.</w:t>
      </w:r>
    </w:p>
    <w:p>
      <w:r>
        <w:rPr>
          <w:rFonts w:ascii="Courier New" w:hAnsi="Courier New"/>
          <w:color w:val="555555"/>
          <w:sz w:val="20"/>
        </w:rPr>
        <w:t>[10 . 2 . 3]</w:t>
      </w:r>
    </w:p>
    <w:p>
      <w:r>
        <w:rPr>
          <w:rFonts w:ascii="Gentium Plus" w:hAnsi="Gentium Plus"/>
          <w:sz w:val="24"/>
        </w:rPr>
        <w:t>Καὶ ἔστιν ἄνθρωπος ἀγαπῶν τὸν πονηρευόμενον, ὡσαύτως ἐστὶν ἐν πονηρίᾳ, ὅτι καὶ ἀποθανεῖν αἱρεῖται ἐν κακῷ δι’ αὐτόν. Καὶ περὶ τούτου φανερὸν ὅτι διπρόσωπόν ἐστι· τὸ δὲ πᾶν κακὴ πρᾶξις.</w:t>
      </w:r>
    </w:p>
    <w:p>
      <w:r>
        <w:rPr>
          <w:rFonts w:ascii="Courier New" w:hAnsi="Courier New"/>
          <w:color w:val="555555"/>
          <w:sz w:val="20"/>
        </w:rPr>
        <w:t>[10 . 2 . 4]</w:t>
      </w:r>
    </w:p>
    <w:p>
      <w:r>
        <w:rPr>
          <w:rFonts w:ascii="Gentium Plus" w:hAnsi="Gentium Plus"/>
          <w:sz w:val="24"/>
        </w:rPr>
        <w:t>Καίγε ἀγάπη οὖσα, πονηρία ἐστί, συγκρύπτουσα τὸ κακόν· ὥσπερ ἐστὶ τῷ ὀνόματι ὡς καλῷ, τὸ δὲ τέλος τῆς πράξεως ἔρχεται εἰς κακόν.</w:t>
      </w:r>
    </w:p>
    <w:p>
      <w:r>
        <w:rPr>
          <w:rFonts w:ascii="Courier New" w:hAnsi="Courier New"/>
          <w:color w:val="555555"/>
          <w:sz w:val="20"/>
        </w:rPr>
        <w:t>[10 . 2 . 5]</w:t>
      </w:r>
    </w:p>
    <w:p>
      <w:r>
        <w:rPr>
          <w:rFonts w:ascii="Gentium Plus" w:hAnsi="Gentium Plus"/>
          <w:sz w:val="24"/>
        </w:rPr>
        <w:t>Ἄλλος κλέπτει, ἀδικεῖ, ἁρπάζει, πλεονεκτεῖ, καὶ ἐλεεῖ τοὺς πτωχούς· διπρόσωπον μὲν καὶ τοῦτο, ὅλον δὲ πονηρόν ἐστι.</w:t>
      </w:r>
    </w:p>
    <w:p>
      <w:r>
        <w:rPr>
          <w:rFonts w:ascii="Courier New" w:hAnsi="Courier New"/>
          <w:color w:val="555555"/>
          <w:sz w:val="20"/>
        </w:rPr>
        <w:t>[10 . 2 . 6]</w:t>
      </w:r>
    </w:p>
    <w:p>
      <w:r>
        <w:rPr>
          <w:rFonts w:ascii="Gentium Plus" w:hAnsi="Gentium Plus"/>
          <w:sz w:val="24"/>
        </w:rPr>
        <w:t>Πλεο‐ νεκτῶν τὸν πλησίον παροργίζει τὸν Θεόν, καὶ τὸν ὕψιστον ἐπιορκεῖ, καὶ τὸν πτωχὸν ἐλεᾷ· τὸν ἐντολέα τοῦ νόμου Κύριον ἀθετῇ καὶ παροξύνει, καὶ τὸν πένητα ἀναπαύει·</w:t>
      </w:r>
    </w:p>
    <w:p>
      <w:r>
        <w:rPr>
          <w:rFonts w:ascii="Courier New" w:hAnsi="Courier New"/>
          <w:color w:val="555555"/>
          <w:sz w:val="20"/>
        </w:rPr>
        <w:t>[10 . 2 . 7]</w:t>
      </w:r>
    </w:p>
    <w:p>
      <w:r>
        <w:rPr>
          <w:rFonts w:ascii="Gentium Plus" w:hAnsi="Gentium Plus"/>
          <w:sz w:val="24"/>
        </w:rPr>
        <w:t>τὴν ψυχὴν σπιλοῖ, καὶ τὸ σῶμα λαμπρύνει· πολλοὺς ἀναιρεῖ καὶ ὀλίγους ἐλεεῖ· καὶ τοῦτο μὲν διπρόσωπόν ἐστιν.</w:t>
      </w:r>
    </w:p>
    <w:p>
      <w:r>
        <w:rPr>
          <w:rFonts w:ascii="Courier New" w:hAnsi="Courier New"/>
          <w:color w:val="555555"/>
          <w:sz w:val="20"/>
        </w:rPr>
        <w:t>[10 . 2 . 8]</w:t>
      </w:r>
    </w:p>
    <w:p>
      <w:r>
        <w:rPr>
          <w:rFonts w:ascii="Gentium Plus" w:hAnsi="Gentium Plus"/>
          <w:sz w:val="24"/>
        </w:rPr>
        <w:t>Ἄλλος μοιχεύει καὶ πορνεύει, καὶ ἀπέχεται αἰδεσμάτων, καὶ νηστεύων κακοποιεῖ, καὶ τῇ δυναστείᾳ καὶ τῷ πλούτῳ πολλοὺς παρασύρει, καὶ ἐκ τῆς ὑπερόγκου κακίας ποιεῖ ἐντολάς. Καὶ τοῦτο διπρόσωπόν ἐστιν, ὅλον δὲ κακόν ἐστιν.</w:t>
      </w:r>
    </w:p>
    <w:p>
      <w:r>
        <w:rPr>
          <w:rFonts w:ascii="Courier New" w:hAnsi="Courier New"/>
          <w:color w:val="555555"/>
          <w:sz w:val="20"/>
        </w:rPr>
        <w:t>[10 . 2 . 9]</w:t>
      </w:r>
    </w:p>
    <w:p>
      <w:r>
        <w:rPr>
          <w:rFonts w:ascii="Gentium Plus" w:hAnsi="Gentium Plus"/>
          <w:sz w:val="24"/>
        </w:rPr>
        <w:t>Οἱ τοιοῦτοι ὡς ὕες εἰσί, δασύποδες, ὅτι ἐξ ἡμισείας εἰσὶ καθαροί, τὸ δὲ ἀληθὲς ἀκάθαρτοί εἰσι.</w:t>
      </w:r>
    </w:p>
    <w:p>
      <w:r>
        <w:rPr>
          <w:rFonts w:ascii="Courier New" w:hAnsi="Courier New"/>
          <w:color w:val="555555"/>
          <w:sz w:val="20"/>
        </w:rPr>
        <w:t>[10 . 2 . 10]</w:t>
      </w:r>
    </w:p>
    <w:p>
      <w:r>
        <w:rPr>
          <w:rFonts w:ascii="Gentium Plus" w:hAnsi="Gentium Plus"/>
          <w:sz w:val="24"/>
        </w:rPr>
        <w:t>Καὶ γὰρ ὁ Θεὸς ἐν ταῖς πλαξὶ τῶν οὐρανῶν οὕτως εἶπεν.</w:t>
      </w:r>
    </w:p>
    <w:p>
      <w:r>
        <w:rPr>
          <w:rFonts w:ascii="Courier New" w:hAnsi="Courier New"/>
          <w:color w:val="555555"/>
          <w:sz w:val="20"/>
        </w:rPr>
        <w:t>[10 . 3 . 1]</w:t>
      </w:r>
    </w:p>
    <w:p>
      <w:r>
        <w:rPr>
          <w:rFonts w:ascii="Gentium Plus" w:hAnsi="Gentium Plus"/>
          <w:sz w:val="24"/>
        </w:rPr>
        <w:t>Ὑμεῖς οὖν, τέκνα μου, μὴ γίνεσθε κατ’ αὐτοὺς διπρόσωποι, ἀγαθότητος καὶ κακίας· ἀλλὰ τῇ ἀγαθότητι μόνῃ κολλήθητε, ὅτι ὁ Θεὸς ἀναπαύεται εἰς αὐτήν, καὶ οἱ ἄνθρωποι ποθοῦσιν αὐτήν·</w:t>
      </w:r>
    </w:p>
    <w:p>
      <w:r>
        <w:rPr>
          <w:rFonts w:ascii="Courier New" w:hAnsi="Courier New"/>
          <w:color w:val="555555"/>
          <w:sz w:val="20"/>
        </w:rPr>
        <w:t>[10 . 3 . 2]</w:t>
      </w:r>
    </w:p>
    <w:p>
      <w:r>
        <w:rPr>
          <w:rFonts w:ascii="Gentium Plus" w:hAnsi="Gentium Plus"/>
          <w:sz w:val="24"/>
        </w:rPr>
        <w:t>τὴν κακίαν ἀποδράσατε, ἀναιροῦντες τὸν διάβολον ἐν ταῖς ἀγαθαῖς ὑμῶν πράξεσιν· ὅτι οἱ διπρόσωποι οὐ Θεῷ ἀλλὰ ταῖς ἐπιθυμίαις αὐτῶν δουλεύουσιν, ἵνα τῷ Βελίαρ ἀρέσωσι καὶ τοῖς ὁμοίοις αὐτῶν</w:t>
      </w:r>
    </w:p>
    <w:p>
      <w:r>
        <w:rPr>
          <w:rFonts w:ascii="Courier New" w:hAnsi="Courier New"/>
          <w:color w:val="555555"/>
          <w:sz w:val="20"/>
        </w:rPr>
        <w:t>[5]</w:t>
      </w:r>
    </w:p>
    <w:p>
      <w:r>
        <w:rPr>
          <w:rFonts w:ascii="Gentium Plus" w:hAnsi="Gentium Plus"/>
          <w:sz w:val="24"/>
        </w:rPr>
        <w:t>ἀνθρώποις.</w:t>
      </w:r>
    </w:p>
    <w:p>
      <w:r>
        <w:rPr>
          <w:rFonts w:ascii="Courier New" w:hAnsi="Courier New"/>
          <w:color w:val="555555"/>
          <w:sz w:val="20"/>
        </w:rPr>
        <w:t>[10 . 4 . 1]</w:t>
      </w:r>
    </w:p>
    <w:p>
      <w:r>
        <w:rPr>
          <w:rFonts w:ascii="Gentium Plus" w:hAnsi="Gentium Plus"/>
          <w:sz w:val="24"/>
        </w:rPr>
        <w:t>Οἱ γὰρ ἀγαθοὶ ἄνδρες καὶ μονοπρόσωποι, κἂν</w:t>
      </w:r>
    </w:p>
    <w:p>
      <w:r>
        <w:rPr>
          <w:rFonts w:ascii="Courier New" w:hAnsi="Courier New"/>
          <w:color w:val="555555"/>
          <w:sz w:val="20"/>
        </w:rPr>
        <w:t>[10 . 4 . 2]</w:t>
      </w:r>
    </w:p>
    <w:p>
      <w:r>
        <w:rPr>
          <w:rFonts w:ascii="Gentium Plus" w:hAnsi="Gentium Plus"/>
          <w:sz w:val="24"/>
        </w:rPr>
        <w:t>Πολλοὶ γὰρ ἀναιροῦντες τοὺς πονηρούς, δύο ποιοῦσιν ἔργα, κακὸν διὰ καλοῦ, ὅλον ἐστὶ δὲ καλόν· ὅτι τὸ κακὸν ἐκριζώσας ἀπώλεσεν.</w:t>
      </w:r>
    </w:p>
    <w:p>
      <w:r>
        <w:rPr>
          <w:rFonts w:ascii="Courier New" w:hAnsi="Courier New"/>
          <w:color w:val="555555"/>
          <w:sz w:val="20"/>
        </w:rPr>
        <w:t>[10 . 4 . 3]</w:t>
      </w:r>
    </w:p>
    <w:p>
      <w:r>
        <w:rPr>
          <w:rFonts w:ascii="Gentium Plus" w:hAnsi="Gentium Plus"/>
          <w:sz w:val="24"/>
        </w:rPr>
        <w:t>Ἔστι τις μισῶν τὸν ἐλεήμονα, καὶ ἀδικῶν τὸν μοιχὸν καὶ λῃστεύοντα· καὶ αὐτό ἐστι διπρόσωπον· ἀλλὰ τὸ πᾶν ἔργον ἀγαθόν ἐστιν, ὅτι μιμεῖται Κύριον, μὴ προσδεχόμενος τὸ δοκοῦν καλὸν μετὰ</w:t>
      </w:r>
    </w:p>
    <w:p>
      <w:r>
        <w:rPr>
          <w:rFonts w:ascii="Courier New" w:hAnsi="Courier New"/>
          <w:color w:val="555555"/>
          <w:sz w:val="20"/>
        </w:rPr>
        <w:t>[5]</w:t>
      </w:r>
    </w:p>
    <w:p>
      <w:r>
        <w:rPr>
          <w:rFonts w:ascii="Gentium Plus" w:hAnsi="Gentium Plus"/>
          <w:sz w:val="24"/>
        </w:rPr>
        <w:t>τοῦ ἀληθινοῦ κακοῦ.</w:t>
      </w:r>
    </w:p>
    <w:p>
      <w:r>
        <w:rPr>
          <w:rFonts w:ascii="Courier New" w:hAnsi="Courier New"/>
          <w:color w:val="555555"/>
          <w:sz w:val="20"/>
        </w:rPr>
        <w:t>[10 . 4 . 4]</w:t>
      </w:r>
    </w:p>
    <w:p>
      <w:r>
        <w:rPr>
          <w:rFonts w:ascii="Gentium Plus" w:hAnsi="Gentium Plus"/>
          <w:sz w:val="24"/>
        </w:rPr>
        <w:t>Ἕτερος οὐ θέλει ἡμέραν ἀγαθὴν ἰδεῖν μετὰ ἀσώτων, ἵνα μὴ χράνῃ τὸ στόμα, καὶ μολύνει τὴν ψυχήν· καίγε τοῦτο διπρόσωπον, ὅλον δὲ καλόν ἐστιν,</w:t>
      </w:r>
    </w:p>
    <w:p>
      <w:r>
        <w:rPr>
          <w:rFonts w:ascii="Courier New" w:hAnsi="Courier New"/>
          <w:color w:val="555555"/>
          <w:sz w:val="20"/>
        </w:rPr>
        <w:t>[10 . 4 . 5]</w:t>
      </w:r>
    </w:p>
    <w:p>
      <w:r>
        <w:rPr>
          <w:rFonts w:ascii="Gentium Plus" w:hAnsi="Gentium Plus"/>
          <w:sz w:val="24"/>
        </w:rPr>
        <w:t>ὅτι οἱ τοιοῦτοι δόρκοις καὶ ἐλάφοις ὅμοιοί εἰσιν· ὅτι ἐν ἤθει ἀγρίῳ δοκοῦσιν ἀκάθαρτοι εἶναι, τὸ δὲ πᾶν καθαροί εἰσιν, ὅτι ἐν ζήλῳ Θεοῦ πορεύονται, ἀπεχόμενοι ὧν καὶ ὁ Θεὸς διὰ τῶν ἐντολῶν μισῶν ἀπαγορεύει, ἀπεῖργον τὸ κακὸν τοῦ</w:t>
      </w:r>
    </w:p>
    <w:p>
      <w:r>
        <w:rPr>
          <w:rFonts w:ascii="Courier New" w:hAnsi="Courier New"/>
          <w:color w:val="555555"/>
          <w:sz w:val="20"/>
        </w:rPr>
        <w:t>[5]</w:t>
      </w:r>
    </w:p>
    <w:p>
      <w:r>
        <w:rPr>
          <w:rFonts w:ascii="Gentium Plus" w:hAnsi="Gentium Plus"/>
          <w:sz w:val="24"/>
        </w:rPr>
        <w:t>ἀγαθοῦ.</w:t>
      </w:r>
    </w:p>
    <w:p>
      <w:r>
        <w:rPr>
          <w:rFonts w:ascii="Courier New" w:hAnsi="Courier New"/>
          <w:color w:val="555555"/>
          <w:sz w:val="20"/>
        </w:rPr>
        <w:t>[10 . 5 . 1]</w:t>
      </w:r>
    </w:p>
    <w:p>
      <w:r>
        <w:rPr>
          <w:rFonts w:ascii="Gentium Plus" w:hAnsi="Gentium Plus"/>
          <w:sz w:val="24"/>
        </w:rPr>
        <w:t>Ὁρᾶτε οὖν, τέκνα, πῶς δύο εἰσὶν ἐν πᾶσιν, ἓν κατέναντι τοῦ ἑνός, καὶ ἓν ὑπὸ τοῦ ἑνὸς κέκρυπται.</w:t>
      </w:r>
    </w:p>
    <w:p>
      <w:r>
        <w:rPr>
          <w:rFonts w:ascii="Courier New" w:hAnsi="Courier New"/>
          <w:color w:val="555555"/>
          <w:sz w:val="20"/>
        </w:rPr>
        <w:t>[10 . 5 . 2]</w:t>
      </w:r>
    </w:p>
    <w:p>
      <w:r>
        <w:rPr>
          <w:rFonts w:ascii="Gentium Plus" w:hAnsi="Gentium Plus"/>
          <w:sz w:val="24"/>
        </w:rPr>
        <w:t>Τὴν ζωὴν ὁ θάνατος διαδέχεται, τὴν δόξαν ἡ ἀτιμία, τὴν ἡμέραν ἡ νύξ, καὶ τὸ φῶς τὸ σκότος· τὰ δὲ πάντα ὑπὸ ἡμέραν εἰσί, καὶ ὑπὸ ζωὴν τὰ δίκαια· διὸ καὶ τὸν θάνατον ἡ αἰώνιος ζωὴ</w:t>
      </w:r>
    </w:p>
    <w:p>
      <w:r>
        <w:rPr>
          <w:rFonts w:ascii="Courier New" w:hAnsi="Courier New"/>
          <w:color w:val="555555"/>
          <w:sz w:val="20"/>
        </w:rPr>
        <w:t>[5]</w:t>
      </w:r>
    </w:p>
    <w:p>
      <w:r>
        <w:rPr>
          <w:rFonts w:ascii="Gentium Plus" w:hAnsi="Gentium Plus"/>
          <w:sz w:val="24"/>
        </w:rPr>
        <w:t>ἀναμένει·</w:t>
      </w:r>
    </w:p>
    <w:p>
      <w:r>
        <w:rPr>
          <w:rFonts w:ascii="Courier New" w:hAnsi="Courier New"/>
          <w:color w:val="555555"/>
          <w:sz w:val="20"/>
        </w:rPr>
        <w:t>[10 . 5 . 3]</w:t>
      </w:r>
    </w:p>
    <w:p>
      <w:r>
        <w:rPr>
          <w:rFonts w:ascii="Gentium Plus" w:hAnsi="Gentium Plus"/>
          <w:sz w:val="24"/>
        </w:rPr>
        <w:t>καὶ οὐκ ἔστιν εἰπεῖν τὴν ἀλήθειαν ψεῦδος, οὐδὲ τὸ δίκαιον ἄδικον· ὅτι πᾶσα ἀλήθεια ὑπὸ τοῦ φωτός ἐστι· καθὼς τὰ πάντα ὑπὸ τὸν Θεόν.</w:t>
      </w:r>
    </w:p>
    <w:p>
      <w:r>
        <w:rPr>
          <w:rFonts w:ascii="Courier New" w:hAnsi="Courier New"/>
          <w:color w:val="555555"/>
          <w:sz w:val="20"/>
        </w:rPr>
        <w:t>[10 . 5 . 4]</w:t>
      </w:r>
    </w:p>
    <w:p>
      <w:r>
        <w:rPr>
          <w:rFonts w:ascii="Gentium Plus" w:hAnsi="Gentium Plus"/>
          <w:sz w:val="24"/>
        </w:rPr>
        <w:t>Ταῦτα πάντα ἐδοκίμασα ἐν τῇ ζωῇ μου, καὶ οὐκ ἐπλανήθην ἀπὸ τῆς ἀληθείας Κυρίου, καὶ τὰς ἐντολὰς τοῦ ὑψίστου ἐξεζήτησα, κατὰ πᾶσαν ἰσχύν</w:t>
      </w:r>
    </w:p>
    <w:p>
      <w:r>
        <w:rPr>
          <w:rFonts w:ascii="Courier New" w:hAnsi="Courier New"/>
          <w:color w:val="555555"/>
          <w:sz w:val="20"/>
        </w:rPr>
        <w:t>[10 . 6 . 1]</w:t>
      </w:r>
    </w:p>
    <w:p>
      <w:r>
        <w:rPr>
          <w:rFonts w:ascii="Gentium Plus" w:hAnsi="Gentium Plus"/>
          <w:sz w:val="24"/>
        </w:rPr>
        <w:t>Προσέχετε οὖν, τέκνα, καὶ ὑμεῖς τὰς ἐντολὰς τοῦ Κυρίου μονοπροσώπως ἀκολουθοῦντες τῇ ἀληθείᾳ,</w:t>
      </w:r>
    </w:p>
    <w:p>
      <w:r>
        <w:rPr>
          <w:rFonts w:ascii="Courier New" w:hAnsi="Courier New"/>
          <w:color w:val="555555"/>
          <w:sz w:val="20"/>
        </w:rPr>
        <w:t>[10 . 6 . 2]</w:t>
      </w:r>
    </w:p>
    <w:p>
      <w:r>
        <w:rPr>
          <w:rFonts w:ascii="Gentium Plus" w:hAnsi="Gentium Plus"/>
          <w:sz w:val="24"/>
        </w:rPr>
        <w:t>ὅτι οἱ διπρόσωποι δισσῶς κολάζονται. Τὰ πνεύματα τῆς πλάνης μισήσατε τὰ κατὰ τὸν ἄνθρωπον ἀγωνιζόμενα.</w:t>
      </w:r>
    </w:p>
    <w:p>
      <w:r>
        <w:rPr>
          <w:rFonts w:ascii="Courier New" w:hAnsi="Courier New"/>
          <w:color w:val="555555"/>
          <w:sz w:val="20"/>
        </w:rPr>
        <w:t>[10 . 6 . 3]</w:t>
      </w:r>
    </w:p>
    <w:p>
      <w:r>
        <w:rPr>
          <w:rFonts w:ascii="Gentium Plus" w:hAnsi="Gentium Plus"/>
          <w:sz w:val="24"/>
        </w:rPr>
        <w:t>Τὸν νόμον Κυρίου φυλάξατε, καὶ μὴ προσέχετε τὸ κακόν, ὡς καλόν· ἀλλ’ εἰς τὸ ὄντως καλὸν ἀποβλέπετε, καὶ διατηρεῖτε αὐτὸ ἐν πάσαις ἐντολαῖς Κυρίου, εἰς αὐτὸν ἀναστρεφόμενοι, καὶ</w:t>
      </w:r>
    </w:p>
    <w:p>
      <w:r>
        <w:rPr>
          <w:rFonts w:ascii="Courier New" w:hAnsi="Courier New"/>
          <w:color w:val="555555"/>
          <w:sz w:val="20"/>
        </w:rPr>
        <w:t>[5]</w:t>
      </w:r>
    </w:p>
    <w:p>
      <w:r>
        <w:rPr>
          <w:rFonts w:ascii="Gentium Plus" w:hAnsi="Gentium Plus"/>
          <w:sz w:val="24"/>
        </w:rPr>
        <w:t>ἐν αὐτῷ καταπαύοντες,</w:t>
      </w:r>
    </w:p>
    <w:p>
      <w:r>
        <w:rPr>
          <w:rFonts w:ascii="Courier New" w:hAnsi="Courier New"/>
          <w:color w:val="555555"/>
          <w:sz w:val="20"/>
        </w:rPr>
        <w:t>[10 . 6 . 4]</w:t>
      </w:r>
    </w:p>
    <w:p>
      <w:r>
        <w:rPr>
          <w:rFonts w:ascii="Gentium Plus" w:hAnsi="Gentium Plus"/>
          <w:sz w:val="24"/>
        </w:rPr>
        <w:t>ὅτι τὰ τέλη τῶν ἀνθρώπων δείκνυσι τὴν δικαιοσύνην αὐτῶν, γνωρίζοντες τοὺς ἀγγέλους Κυρίου καὶ τοῦ Σατανᾶ.</w:t>
      </w:r>
    </w:p>
    <w:p>
      <w:r>
        <w:rPr>
          <w:rFonts w:ascii="Courier New" w:hAnsi="Courier New"/>
          <w:color w:val="555555"/>
          <w:sz w:val="20"/>
        </w:rPr>
        <w:t>[10 . 6 . 5]</w:t>
      </w:r>
    </w:p>
    <w:p>
      <w:r>
        <w:rPr>
          <w:rFonts w:ascii="Gentium Plus" w:hAnsi="Gentium Plus"/>
          <w:sz w:val="24"/>
        </w:rPr>
        <w:t>Ἐὰν γὰρ τεταραγμένη ἡ ψυχὴ ἀπέρχεται, βασανίζεται ὑπὸ τοῦ πονηροῦ πνεύματος, οὗ καὶ ἐδούλευσεν ἐν ἐπιθυμίαις καὶ ἔργοις πονηροῖς·</w:t>
      </w:r>
    </w:p>
    <w:p>
      <w:r>
        <w:rPr>
          <w:rFonts w:ascii="Courier New" w:hAnsi="Courier New"/>
          <w:color w:val="555555"/>
          <w:sz w:val="20"/>
        </w:rPr>
        <w:t>[10 . 6 . 6]</w:t>
      </w:r>
    </w:p>
    <w:p>
      <w:r>
        <w:rPr>
          <w:rFonts w:ascii="Gentium Plus" w:hAnsi="Gentium Plus"/>
          <w:sz w:val="24"/>
        </w:rPr>
        <w:t>ἐὰν δὲ ἡσύχως ἐν χαρᾷ, ἐγνώρισε τὸν ἄγγελον τῆς εἰρήνης, παρα‐ καλέσει αὐτὸν ἐν ζωῇ.</w:t>
      </w:r>
    </w:p>
    <w:p>
      <w:r>
        <w:rPr>
          <w:rFonts w:ascii="Courier New" w:hAnsi="Courier New"/>
          <w:color w:val="555555"/>
          <w:sz w:val="20"/>
        </w:rPr>
        <w:t>[10 . 7 . 1]</w:t>
      </w:r>
    </w:p>
    <w:p>
      <w:r>
        <w:rPr>
          <w:rFonts w:ascii="Gentium Plus" w:hAnsi="Gentium Plus"/>
          <w:sz w:val="24"/>
        </w:rPr>
        <w:t>Μὴ γίνεσθε, τέκνα, ὡς Σόδομα, ἥτις ἠγνόησε τοὺς ἀγγέλους Κυρίου, καὶ ἀπώλετο ἕως αἰῶνος.</w:t>
      </w:r>
    </w:p>
    <w:p>
      <w:r>
        <w:rPr>
          <w:rFonts w:ascii="Courier New" w:hAnsi="Courier New"/>
          <w:color w:val="555555"/>
          <w:sz w:val="20"/>
        </w:rPr>
        <w:t>[10 . 7 . 2]</w:t>
      </w:r>
    </w:p>
    <w:p>
      <w:r>
        <w:rPr>
          <w:rFonts w:ascii="Gentium Plus" w:hAnsi="Gentium Plus"/>
          <w:sz w:val="24"/>
        </w:rPr>
        <w:t>Οἶδα γὰρ ὅτι ἁμαρτήσετε, καὶ παραδοθήσεσθε εἰς χεῖρας ἐχθρῶν ὑμῶν· καὶ ἡ γῆ ὑμῶν ἐρημωθήσεται, καὶ ὑμεῖς διασκορπισθή‐ σεσθε εἰς τὰς τέσσαρας γωνίας τῆς γῆς, καὶ ἔσεσθε ἐν</w:t>
      </w:r>
    </w:p>
    <w:p>
      <w:r>
        <w:rPr>
          <w:rFonts w:ascii="Courier New" w:hAnsi="Courier New"/>
          <w:color w:val="555555"/>
          <w:sz w:val="20"/>
        </w:rPr>
        <w:t>[5]</w:t>
      </w:r>
    </w:p>
    <w:p>
      <w:r>
        <w:rPr>
          <w:rFonts w:ascii="Gentium Plus" w:hAnsi="Gentium Plus"/>
          <w:sz w:val="24"/>
        </w:rPr>
        <w:t>διασπορᾷ ἐξουθενωμένοι ὡς ὕδωρ ἄχρηστον,</w:t>
      </w:r>
    </w:p>
    <w:p>
      <w:r>
        <w:rPr>
          <w:rFonts w:ascii="Courier New" w:hAnsi="Courier New"/>
          <w:color w:val="555555"/>
          <w:sz w:val="20"/>
        </w:rPr>
        <w:t>[10 . 7 . 3]</w:t>
      </w:r>
    </w:p>
    <w:p>
      <w:r>
        <w:rPr>
          <w:rFonts w:ascii="Gentium Plus" w:hAnsi="Gentium Plus"/>
          <w:sz w:val="24"/>
        </w:rPr>
        <w:t>ἕως οὗ ὁ ὕψιστος ἐπισκέψηται τὴν γῆν, καὶ αὐτὸς ἐλθὼν ὡς ἄνθρωπος, μετὰ ἀνθρώπων ἐσθίων καὶ πίνων, καὶ ἐν ἡσυχίᾳ συντρίβων τὴν κεφαλὴν τοῦ δράκοντος δι’ ὕδατος. Οὗτος σώσει τὸν</w:t>
      </w:r>
    </w:p>
    <w:p>
      <w:r>
        <w:rPr>
          <w:rFonts w:ascii="Courier New" w:hAnsi="Courier New"/>
          <w:color w:val="555555"/>
          <w:sz w:val="20"/>
        </w:rPr>
        <w:t>[5]</w:t>
      </w:r>
    </w:p>
    <w:p>
      <w:r>
        <w:rPr>
          <w:rFonts w:ascii="Gentium Plus" w:hAnsi="Gentium Plus"/>
          <w:sz w:val="24"/>
        </w:rPr>
        <w:t>Ἰσραὴλ καὶ πάντα τὰ ἔθνη, Θεὸς εἰς ἄνδρα ὑποκρινόμενος.</w:t>
      </w:r>
    </w:p>
    <w:p>
      <w:r>
        <w:rPr>
          <w:rFonts w:ascii="Courier New" w:hAnsi="Courier New"/>
          <w:color w:val="555555"/>
          <w:sz w:val="20"/>
        </w:rPr>
        <w:t>[10 . 7 . 4]</w:t>
      </w:r>
    </w:p>
    <w:p>
      <w:r>
        <w:rPr>
          <w:rFonts w:ascii="Gentium Plus" w:hAnsi="Gentium Plus"/>
          <w:sz w:val="24"/>
        </w:rPr>
        <w:t>Εἴπατε οὖν ταῦτα τοῖς τέκνοις ὑμῶν μὴ ἀπειθεῖν αὐτῷ.</w:t>
      </w:r>
    </w:p>
    <w:p>
      <w:r>
        <w:rPr>
          <w:rFonts w:ascii="Courier New" w:hAnsi="Courier New"/>
          <w:color w:val="555555"/>
          <w:sz w:val="20"/>
        </w:rPr>
        <w:t>[10 . 7 . 5]</w:t>
      </w:r>
    </w:p>
    <w:p>
      <w:r>
        <w:rPr>
          <w:rFonts w:ascii="Gentium Plus" w:hAnsi="Gentium Plus"/>
          <w:sz w:val="24"/>
        </w:rPr>
        <w:t>Ἀνέγνων γὰρ ἐν ταῖς πλαξὶ τῶν οὐρανῶν, ὅτι ἀπειθοῦντες ἀπειθήσετε αὐτῷ, καὶ ἀσεβοῦντες ἀσεβήσητε εἰς αὐτόν, μὴ προσέχοντες τὸν νόμον τοῦ Θεοῦ ἀλλ’ ἐντολαῖς ἀνθρώπων.</w:t>
      </w:r>
    </w:p>
    <w:p>
      <w:r>
        <w:rPr>
          <w:rFonts w:ascii="Courier New" w:hAnsi="Courier New"/>
          <w:color w:val="555555"/>
          <w:sz w:val="20"/>
        </w:rPr>
        <w:t>[10 . 7 . 6]</w:t>
      </w:r>
    </w:p>
    <w:p>
      <w:r>
        <w:rPr>
          <w:rFonts w:ascii="Gentium Plus" w:hAnsi="Gentium Plus"/>
          <w:sz w:val="24"/>
        </w:rPr>
        <w:t>Διὰ τοῦτο διασκορπισθήσεσθε, ὡς Γὰδ καὶ ὡς Δὰν οἱ ἀδελφοί μου· οἳ χώρας αὐτῶν ἀγνοήσουσι καὶ φυλὴν καὶ γλῶσσαν αὐτῶν.</w:t>
      </w:r>
    </w:p>
    <w:p>
      <w:r>
        <w:rPr>
          <w:rFonts w:ascii="Courier New" w:hAnsi="Courier New"/>
          <w:color w:val="555555"/>
          <w:sz w:val="20"/>
        </w:rPr>
        <w:t>[10 . 7 . 7]</w:t>
      </w:r>
    </w:p>
    <w:p>
      <w:r>
        <w:rPr>
          <w:rFonts w:ascii="Gentium Plus" w:hAnsi="Gentium Plus"/>
          <w:sz w:val="24"/>
        </w:rPr>
        <w:t>Ἀλλ’ ἐπισυνάξει ὑμᾶς Κύριος ἐν πίστει δι’ ἐλπίδα εὐσπλαγχνίας αὐτοῦ, διὰ Ἀβραὰμ καὶ Ἰσαὰκ καὶ Ἰακώβ.</w:t>
      </w:r>
    </w:p>
    <w:p>
      <w:r>
        <w:rPr>
          <w:rFonts w:ascii="Courier New" w:hAnsi="Courier New"/>
          <w:color w:val="555555"/>
          <w:sz w:val="20"/>
        </w:rPr>
        <w:t>[10 . 8 . 1]</w:t>
      </w:r>
    </w:p>
    <w:p>
      <w:r>
        <w:rPr>
          <w:rFonts w:ascii="Gentium Plus" w:hAnsi="Gentium Plus"/>
          <w:sz w:val="24"/>
        </w:rPr>
        <w:t>Καὶ εἰπὼν αὐτοῖς ταῦτα, ἐνετείλατο αὐτοῖς λέγων· Θάψατέ με εἰς Χεβρών. Καὶ ἀπέθανεν ὕπνῳ καλῷ κοιμη‐ θείς·</w:t>
      </w:r>
    </w:p>
    <w:p>
      <w:r>
        <w:rPr>
          <w:rFonts w:ascii="Courier New" w:hAnsi="Courier New"/>
          <w:color w:val="555555"/>
          <w:sz w:val="20"/>
        </w:rPr>
        <w:t>[10 . 8 . 2]</w:t>
      </w:r>
    </w:p>
    <w:p>
      <w:r>
        <w:rPr>
          <w:rFonts w:ascii="Gentium Plus" w:hAnsi="Gentium Plus"/>
          <w:sz w:val="24"/>
        </w:rPr>
        <w:t>καὶ μετὰ ταῦτα ἐποίησαν οἱ υἱοὶ αὐτοῦ ὡς ἐνετείλατο αὐτοῖς, καὶ ἀναγαγόντες αὐτὸν ἔθαψαν μετὰ τῶν πατέρων αὐτοῦ.</w:t>
      </w:r>
    </w:p>
    <w:p>
      <w:pPr>
        <w:jc w:val="center"/>
      </w:pPr>
      <w:r>
        <w:rPr>
          <w:rFonts w:ascii="Gentium Plus" w:hAnsi="Gentium Plus"/>
          <w:b/>
          <w:sz w:val="24"/>
        </w:rPr>
        <w:t>ΔΙΑΘΗΚΗ ΙΩΣΗΦ ΙΑ ΠΕΡΙ ΣΩΦΡΟΣΥΝΗΣ</w:t>
      </w:r>
    </w:p>
    <w:p>
      <w:r>
        <w:rPr>
          <w:rFonts w:ascii="Courier New" w:hAnsi="Courier New"/>
          <w:color w:val="555555"/>
          <w:sz w:val="20"/>
        </w:rPr>
        <w:t>[11 . 1 . 1]</w:t>
      </w:r>
    </w:p>
    <w:p>
      <w:r>
        <w:rPr>
          <w:rFonts w:ascii="Gentium Plus" w:hAnsi="Gentium Plus"/>
          <w:sz w:val="24"/>
        </w:rPr>
        <w:t>Ἀντίγραφον διαθήκης Ἰωσήφ. Ἐν τῷ μέλλειν αὐτὸν ἀποθνήσκειν, καλέσας τοὺς υἱοὺς αὐτοῦ καὶ τοὺς ἀδελφοὺς αὐτοῦ, εἶπεν αὐτοῖς·</w:t>
      </w:r>
    </w:p>
    <w:p>
      <w:r>
        <w:rPr>
          <w:rFonts w:ascii="Courier New" w:hAnsi="Courier New"/>
          <w:color w:val="555555"/>
          <w:sz w:val="20"/>
        </w:rPr>
        <w:t>[11 . 1 . 2]</w:t>
      </w:r>
    </w:p>
    <w:p>
      <w:r>
        <w:rPr>
          <w:rFonts w:ascii="Gentium Plus" w:hAnsi="Gentium Plus"/>
          <w:sz w:val="24"/>
        </w:rPr>
        <w:t>Τέκνα μου καὶ ἀδελφοί, ἀκούσατε Ἰωσὴφ τοῦ ἠγαπημένου ὑπὸ Ἰσραήλ· ἐνωτίσασθε, υἱοί, τοῦ πατρὸς ὑμῶν.</w:t>
      </w:r>
    </w:p>
    <w:p>
      <w:r>
        <w:rPr>
          <w:rFonts w:ascii="Courier New" w:hAnsi="Courier New"/>
          <w:color w:val="555555"/>
          <w:sz w:val="20"/>
        </w:rPr>
        <w:t>[11 . 1 . 3]</w:t>
      </w:r>
    </w:p>
    <w:p>
      <w:r>
        <w:rPr>
          <w:rFonts w:ascii="Gentium Plus" w:hAnsi="Gentium Plus"/>
          <w:sz w:val="24"/>
        </w:rPr>
        <w:t>Ἐγὼ εἶδον ἐν τῇ ζωῇ μου τὸν φθόνον καὶ τὸν θάνατον, καὶ οὐκ ἐπλανήθην ἐν τῇ ἀληθείᾳ Κυρίου.</w:t>
      </w:r>
    </w:p>
    <w:p>
      <w:r>
        <w:rPr>
          <w:rFonts w:ascii="Courier New" w:hAnsi="Courier New"/>
          <w:color w:val="555555"/>
          <w:sz w:val="20"/>
        </w:rPr>
        <w:t>[11 . 1 . 4]</w:t>
      </w:r>
    </w:p>
    <w:p>
      <w:r>
        <w:rPr>
          <w:rFonts w:ascii="Gentium Plus" w:hAnsi="Gentium Plus"/>
          <w:sz w:val="24"/>
        </w:rPr>
        <w:t>Οἱ ἀδελφοί μου οὗτοι ἐμίσησάν με, καὶ Κύριος ἠγάπησέ με· αὐτοὶ ἤθελόν με ἀνελεῖν καὶ ὁ Θεὸς τῶν πατέρων μου ἐφύλαξέ με· εἰς λάκκον με ἐχάλασαν, καὶ ὁ ὕψιστος ἀνήγαγέ με·</w:t>
      </w:r>
    </w:p>
    <w:p>
      <w:r>
        <w:rPr>
          <w:rFonts w:ascii="Courier New" w:hAnsi="Courier New"/>
          <w:color w:val="555555"/>
          <w:sz w:val="20"/>
        </w:rPr>
        <w:t>[11 . 1 . 5]</w:t>
      </w:r>
    </w:p>
    <w:p>
      <w:r>
        <w:rPr>
          <w:rFonts w:ascii="Gentium Plus" w:hAnsi="Gentium Plus"/>
          <w:sz w:val="24"/>
        </w:rPr>
        <w:t>ἐπράθην εἰς δοῦλον, καὶ ὁ Κύριος ἐλευθέρωσέ με· εἰς αἰχμαλωσίαν ἐλήφθην, καὶ ἡ κραταιὰ αὐτοῦ χεὶρ ἐβοήθησέ μοι· ἐν λιμῷ συνεσχέθην, καὶ αὐτὸς ὁ Κύριος διέθρεψέ με·</w:t>
      </w:r>
    </w:p>
    <w:p>
      <w:r>
        <w:rPr>
          <w:rFonts w:ascii="Courier New" w:hAnsi="Courier New"/>
          <w:color w:val="555555"/>
          <w:sz w:val="20"/>
        </w:rPr>
        <w:t>[11 . 1 . 6]</w:t>
      </w:r>
    </w:p>
    <w:p>
      <w:r>
        <w:rPr>
          <w:rFonts w:ascii="Gentium Plus" w:hAnsi="Gentium Plus"/>
          <w:sz w:val="24"/>
        </w:rPr>
        <w:t>μόνος ἤμην, καὶ ὁ Θεὸς παρεκάλεσέ με·</w:t>
      </w:r>
    </w:p>
    <w:p>
      <w:r>
        <w:rPr>
          <w:rFonts w:ascii="Courier New" w:hAnsi="Courier New"/>
          <w:color w:val="555555"/>
          <w:sz w:val="20"/>
        </w:rPr>
        <w:t>[11 . 1 . 7]</w:t>
      </w:r>
    </w:p>
    <w:p>
      <w:r>
        <w:rPr>
          <w:rFonts w:ascii="Gentium Plus" w:hAnsi="Gentium Plus"/>
          <w:sz w:val="24"/>
        </w:rPr>
        <w:t>ἐν διαβολαῖς, καὶ συνηγόρησέ μοι· ἐν λόγοις Αἰγυπτίων πικροῖς, καὶ ἐρρύσατό με· ἐν φθόνοις σὺν δόλοις, καὶ ὕψωσέ με.</w:t>
      </w:r>
    </w:p>
    <w:p>
      <w:r>
        <w:rPr>
          <w:rFonts w:ascii="Courier New" w:hAnsi="Courier New"/>
          <w:color w:val="555555"/>
          <w:sz w:val="20"/>
        </w:rPr>
        <w:t>[11 . 2 . 1]</w:t>
      </w:r>
    </w:p>
    <w:p>
      <w:r>
        <w:rPr>
          <w:rFonts w:ascii="Gentium Plus" w:hAnsi="Gentium Plus"/>
          <w:sz w:val="24"/>
        </w:rPr>
        <w:t>Καὶ οὕτως Φωτιμάρ, ὁ ἀρχιμάγειρος Φαραώ, ἐπίστευσέ μοι τὸν οἶκον αὐτοῦ.</w:t>
      </w:r>
    </w:p>
    <w:p>
      <w:r>
        <w:rPr>
          <w:rFonts w:ascii="Courier New" w:hAnsi="Courier New"/>
          <w:color w:val="555555"/>
          <w:sz w:val="20"/>
        </w:rPr>
        <w:t>[11 . 2 . 2]</w:t>
      </w:r>
    </w:p>
    <w:p>
      <w:r>
        <w:rPr>
          <w:rFonts w:ascii="Gentium Plus" w:hAnsi="Gentium Plus"/>
          <w:sz w:val="24"/>
        </w:rPr>
        <w:t>Καὶ ἠγωνισάμην πρὸς γυναῖκα ἀναιδῆ ἐπειγούσῃ με παρανομεῖν μετ’ αὐτῆς· ἀλλ’ ὁ Θεὸς Ἰσραὴλ τοῦ πατρός μου ἐφύλαξέ με ἀπὸ φλογὸς καιο‐ μένης.</w:t>
      </w:r>
    </w:p>
    <w:p>
      <w:r>
        <w:rPr>
          <w:rFonts w:ascii="Courier New" w:hAnsi="Courier New"/>
          <w:color w:val="555555"/>
          <w:sz w:val="20"/>
        </w:rPr>
        <w:t>[11 . 2 . 3]</w:t>
      </w:r>
    </w:p>
    <w:p>
      <w:r>
        <w:rPr>
          <w:rFonts w:ascii="Gentium Plus" w:hAnsi="Gentium Plus"/>
          <w:sz w:val="24"/>
        </w:rPr>
        <w:t>Ἐφυλακίσθην, ἐτυπτίθην, ἐμυκτηρίσθην· καὶ ἔδωκέ με Κύριος εἰς οἰκτιρμοὺς ἐνώπιον τοῦ δεσμοφύλακος.</w:t>
      </w:r>
    </w:p>
    <w:p>
      <w:r>
        <w:rPr>
          <w:rFonts w:ascii="Courier New" w:hAnsi="Courier New"/>
          <w:color w:val="555555"/>
          <w:sz w:val="20"/>
        </w:rPr>
        <w:t>[11 . 2 . 4]</w:t>
      </w:r>
    </w:p>
    <w:p>
      <w:r>
        <w:rPr>
          <w:rFonts w:ascii="Gentium Plus" w:hAnsi="Gentium Plus"/>
          <w:sz w:val="24"/>
        </w:rPr>
        <w:t>Οὐ μὴ γὰρ ἐγκαταλίπῃ τοὺς φοβουμένους αὐτόν, οὐκ ἐν σκότει, ἢ δεσμοῖς, ἢ θλίψεσιν, ἢ ἀναγκαῖς·</w:t>
      </w:r>
    </w:p>
    <w:p>
      <w:r>
        <w:rPr>
          <w:rFonts w:ascii="Courier New" w:hAnsi="Courier New"/>
          <w:color w:val="555555"/>
          <w:sz w:val="20"/>
        </w:rPr>
        <w:t>[11 . 2 . 5]</w:t>
      </w:r>
    </w:p>
    <w:p>
      <w:r>
        <w:rPr>
          <w:rFonts w:ascii="Gentium Plus" w:hAnsi="Gentium Plus"/>
          <w:sz w:val="24"/>
        </w:rPr>
        <w:t>Οὐ γὰρ ὡς ἄνθρωπος ἐπαισχύνεται ὁ Θεός, οὐδὲ ὡς υἱὸς ἀνθρώπου δειλιᾷ, οὐδὲ ὡς γηγενὴς ἀσθενεῖ, ἢ ἀποθεῖται·</w:t>
      </w:r>
    </w:p>
    <w:p>
      <w:r>
        <w:rPr>
          <w:rFonts w:ascii="Courier New" w:hAnsi="Courier New"/>
          <w:color w:val="555555"/>
          <w:sz w:val="20"/>
        </w:rPr>
        <w:t>[11 . 2 . 6]</w:t>
      </w:r>
    </w:p>
    <w:p>
      <w:r>
        <w:rPr>
          <w:rFonts w:ascii="Gentium Plus" w:hAnsi="Gentium Plus"/>
          <w:sz w:val="24"/>
        </w:rPr>
        <w:t>ἐπὶ πᾶσι δὲ τόποις παρίσταται, καὶ ἐν διαφόροις τρόποις παρακαλεῖ, ἐν βραχεῖ ἀφιστάμενος εἰς τὸ δοκιμάσαι τῆς ψυχῆς τὸ διαβούλιον.</w:t>
      </w:r>
    </w:p>
    <w:p>
      <w:r>
        <w:rPr>
          <w:rFonts w:ascii="Courier New" w:hAnsi="Courier New"/>
          <w:color w:val="555555"/>
          <w:sz w:val="20"/>
        </w:rPr>
        <w:t>[11 . 2 . 7]</w:t>
      </w:r>
    </w:p>
    <w:p>
      <w:r>
        <w:rPr>
          <w:rFonts w:ascii="Gentium Plus" w:hAnsi="Gentium Plus"/>
          <w:sz w:val="24"/>
        </w:rPr>
        <w:t>Ἐν δέκα πειρασμοῖς δόκιμόν με ἀνέδειξε, καὶ ἐν πᾶσιν αὐτοῖς ἐμακροθύμησα· ὅτι μέγα φάρμακόν ἐστιν ἡ μακροθυμία, καὶ πολλὰ ἀγαθὰ δίδωσιν ἡ ὑπομονή.</w:t>
      </w:r>
    </w:p>
    <w:p>
      <w:r>
        <w:rPr>
          <w:rFonts w:ascii="Courier New" w:hAnsi="Courier New"/>
          <w:color w:val="555555"/>
          <w:sz w:val="20"/>
        </w:rPr>
        <w:t>[11 . 3 . 1]</w:t>
      </w:r>
    </w:p>
    <w:p>
      <w:r>
        <w:rPr>
          <w:rFonts w:ascii="Gentium Plus" w:hAnsi="Gentium Plus"/>
          <w:sz w:val="24"/>
        </w:rPr>
        <w:t>Ποσάκις ἡ Αἰγυπτία ἠπείλησέ μοι θάνατον; ποσά‐ κις τιμωρίαις παραδοῦσα ἀνεκαλέσατό με, καὶ ἠπείλησέ μοι μὴ θέλοντι συνελθεῖν αὐτῇ; Ἔλεγε δέ μοι·</w:t>
      </w:r>
    </w:p>
    <w:p>
      <w:r>
        <w:rPr>
          <w:rFonts w:ascii="Courier New" w:hAnsi="Courier New"/>
          <w:color w:val="555555"/>
          <w:sz w:val="20"/>
        </w:rPr>
        <w:t>[11 . 3 . 2]</w:t>
      </w:r>
    </w:p>
    <w:p>
      <w:r>
        <w:rPr>
          <w:rFonts w:ascii="Gentium Plus" w:hAnsi="Gentium Plus"/>
          <w:sz w:val="24"/>
        </w:rPr>
        <w:t>κυριεύσεις μου καὶ πάντων τῶν ἐμῶν, ἐὰν ἐπιδῷς ἑαυτὸν εἰς ἐμέ, καὶ ἔσῃ ὡς δεσπότης ἡμῶν.</w:t>
      </w:r>
    </w:p>
    <w:p>
      <w:r>
        <w:rPr>
          <w:rFonts w:ascii="Courier New" w:hAnsi="Courier New"/>
          <w:color w:val="555555"/>
          <w:sz w:val="20"/>
        </w:rPr>
        <w:t>[11 . 3 . 3]</w:t>
      </w:r>
    </w:p>
    <w:p>
      <w:r>
        <w:rPr>
          <w:rFonts w:ascii="Gentium Plus" w:hAnsi="Gentium Plus"/>
          <w:sz w:val="24"/>
        </w:rPr>
        <w:t>Ἐγὼ οὖν ἐμνησκόμην λόγους πατέρων πατρός μου Ἰακώβ, καὶ εἰσερχόμενος εἰς τὸ ταμιεῖον, προσηυχόμην Κυρίῳ,</w:t>
      </w:r>
    </w:p>
    <w:p>
      <w:r>
        <w:rPr>
          <w:rFonts w:ascii="Courier New" w:hAnsi="Courier New"/>
          <w:color w:val="555555"/>
          <w:sz w:val="20"/>
        </w:rPr>
        <w:t>[11 . 3 . 4]</w:t>
      </w:r>
    </w:p>
    <w:p>
      <w:r>
        <w:rPr>
          <w:rFonts w:ascii="Gentium Plus" w:hAnsi="Gentium Plus"/>
          <w:sz w:val="24"/>
        </w:rPr>
        <w:t>καὶ ἐνήστευον ἐν τοῖς</w:t>
      </w:r>
    </w:p>
    <w:p>
      <w:r>
        <w:rPr>
          <w:rFonts w:ascii="Courier New" w:hAnsi="Courier New"/>
          <w:color w:val="555555"/>
          <w:sz w:val="20"/>
        </w:rPr>
        <w:t>[11 . 3 . 5]</w:t>
      </w:r>
    </w:p>
    <w:p>
      <w:r>
        <w:rPr>
          <w:rFonts w:ascii="Gentium Plus" w:hAnsi="Gentium Plus"/>
          <w:sz w:val="24"/>
        </w:rPr>
        <w:t>Ἐὰν δὲ ἐπεδίδῃ μοι οἶνον, οὐκ ἔπινον· καὶ τριημερίζων ἐλάμβανόν μου τὴν δίαιταν, καὶ ἐδίδουν αὐτὴν πένησι καὶ ἀσθενοῦσι.</w:t>
      </w:r>
    </w:p>
    <w:p>
      <w:r>
        <w:rPr>
          <w:rFonts w:ascii="Courier New" w:hAnsi="Courier New"/>
          <w:color w:val="555555"/>
          <w:sz w:val="20"/>
        </w:rPr>
        <w:t>[11 . 3 . 6]</w:t>
      </w:r>
    </w:p>
    <w:p>
      <w:r>
        <w:rPr>
          <w:rFonts w:ascii="Gentium Plus" w:hAnsi="Gentium Plus"/>
          <w:sz w:val="24"/>
        </w:rPr>
        <w:t>Καὶ ὤρθριζον πρὸς Κύριον, καὶ ἔκλαιον περὶ Μεμφίας τῆς Αἰγυπτίας, ὅτι σφόδρα ἀδιαλείπτως ἐνόχλει μοι· καὶ ἐν νυκτὶ εἰσίει λόγῳ ἐπισκέψεως πρός με·</w:t>
      </w:r>
    </w:p>
    <w:p>
      <w:r>
        <w:rPr>
          <w:rFonts w:ascii="Courier New" w:hAnsi="Courier New"/>
          <w:color w:val="555555"/>
          <w:sz w:val="20"/>
        </w:rPr>
        <w:t>[11 . 3 . 7]</w:t>
      </w:r>
    </w:p>
    <w:p>
      <w:r>
        <w:rPr>
          <w:rFonts w:ascii="Gentium Plus" w:hAnsi="Gentium Plus"/>
          <w:sz w:val="24"/>
        </w:rPr>
        <w:t>καὶ τὰ μὲν πρῶτα, ὅτι τέκνον ἀρρενικὸν οὐκ ἦν αὐτῇ, προσεποίειτο ἔχειν με ὡς υἱόν. Καὶ ηὐξάμην πρὸς Κύριον, καὶ ἔτεκεν ἄρρεν.</w:t>
      </w:r>
    </w:p>
    <w:p>
      <w:r>
        <w:rPr>
          <w:rFonts w:ascii="Courier New" w:hAnsi="Courier New"/>
          <w:color w:val="555555"/>
          <w:sz w:val="20"/>
        </w:rPr>
        <w:t>[11 . 3 . 8]</w:t>
      </w:r>
    </w:p>
    <w:p>
      <w:r>
        <w:rPr>
          <w:rFonts w:ascii="Gentium Plus" w:hAnsi="Gentium Plus"/>
          <w:sz w:val="24"/>
        </w:rPr>
        <w:t>Ἕως οὖν χρόνου ὡς υἱόν με περιεπτύσσετο, κἀγὼ ἠγνόουν· ἔσχατον εἰς πορνείαν με ἐφελκύσατο.</w:t>
      </w:r>
    </w:p>
    <w:p>
      <w:r>
        <w:rPr>
          <w:rFonts w:ascii="Courier New" w:hAnsi="Courier New"/>
          <w:color w:val="555555"/>
          <w:sz w:val="20"/>
        </w:rPr>
        <w:t>[11 . 3 . 9]</w:t>
      </w:r>
    </w:p>
    <w:p>
      <w:r>
        <w:rPr>
          <w:rFonts w:ascii="Gentium Plus" w:hAnsi="Gentium Plus"/>
          <w:sz w:val="24"/>
        </w:rPr>
        <w:t>Καὶ νοήσας ἐλυπήθην ἕως θανάτου· καὶ ἐξελθούσης αὐτῆς, ἦλθον εἰς ἐμαυτόν, καὶ ἐπένθησα περὶ αὐτῆς ἡμέρας πολλάς, ὅτι ἔγνων τὸν δόλον αὐτῆς καὶ τὴν πλάνην.</w:t>
      </w:r>
    </w:p>
    <w:p>
      <w:r>
        <w:rPr>
          <w:rFonts w:ascii="Courier New" w:hAnsi="Courier New"/>
          <w:color w:val="555555"/>
          <w:sz w:val="20"/>
        </w:rPr>
        <w:t>[11 . 3 . 10]</w:t>
      </w:r>
    </w:p>
    <w:p>
      <w:r>
        <w:rPr>
          <w:rFonts w:ascii="Gentium Plus" w:hAnsi="Gentium Plus"/>
          <w:sz w:val="24"/>
        </w:rPr>
        <w:t>Καὶ ἔλεγον αὐτῇ ῥήματα ὑψίστου, εἰ ἄρα ἀποστρέψει ἀπὸ τῆς ἐπιθυμίας αὐτῆς τῆς πονηρᾶς.</w:t>
      </w:r>
    </w:p>
    <w:p>
      <w:r>
        <w:rPr>
          <w:rFonts w:ascii="Courier New" w:hAnsi="Courier New"/>
          <w:color w:val="555555"/>
          <w:sz w:val="20"/>
        </w:rPr>
        <w:t>[11 . 4 . 1]</w:t>
      </w:r>
    </w:p>
    <w:p>
      <w:r>
        <w:rPr>
          <w:rFonts w:ascii="Gentium Plus" w:hAnsi="Gentium Plus"/>
          <w:sz w:val="24"/>
        </w:rPr>
        <w:t>Ποσάκις ὡς ἁγίῳ ἀνδρὶ ἐν λόγοις ἐκολάκευσέ με, μετὰ δόλου διὰ ῥημάτων ἐπαινοῦσα τὴν σωφροσύνην μου ἐνώπιον τοῦ ἀνδρὸς αὐτῆς, βουλομένη καταμόνας ὑποσκε‐ λίσαι με;</w:t>
      </w:r>
    </w:p>
    <w:p>
      <w:r>
        <w:rPr>
          <w:rFonts w:ascii="Courier New" w:hAnsi="Courier New"/>
          <w:color w:val="555555"/>
          <w:sz w:val="20"/>
        </w:rPr>
        <w:t>[11 . 4 . 2]</w:t>
      </w:r>
    </w:p>
    <w:p>
      <w:r>
        <w:rPr>
          <w:rFonts w:ascii="Gentium Plus" w:hAnsi="Gentium Plus"/>
          <w:sz w:val="24"/>
        </w:rPr>
        <w:t>Ἐδόξαζέ με ὡς σώφρονα φανερῶς, καὶ ἐν κρυφῇ ἔλεγέ μοι· Μὴ φοβηθῇς τὸν ἄνδρα μου· καὶ γὰρ πέπεισται περὶ τῆς σωφροσύνης σου· ὅτι κἂν εἴπῃ τις αὐτῷ περὶ ἡμῶν, οὐ μὴ πιστεύσῃ.</w:t>
      </w:r>
    </w:p>
    <w:p>
      <w:r>
        <w:rPr>
          <w:rFonts w:ascii="Courier New" w:hAnsi="Courier New"/>
          <w:color w:val="555555"/>
          <w:sz w:val="20"/>
        </w:rPr>
        <w:t>[11 . 4 . 3]</w:t>
      </w:r>
    </w:p>
    <w:p>
      <w:r>
        <w:rPr>
          <w:rFonts w:ascii="Gentium Plus" w:hAnsi="Gentium Plus"/>
          <w:sz w:val="24"/>
        </w:rPr>
        <w:t>Ἐν τούτοις πᾶσιν ἐχαμο‐ κοίτων ἐγὼ ἐν σάκκῳ, καὶ ἐδεόμην τοῦ Θεοῦ, ὅπως ῥύσεταί με ὁ Κύριος ἐκ τῆς Αἰγυπτίας.</w:t>
      </w:r>
    </w:p>
    <w:p>
      <w:r>
        <w:rPr>
          <w:rFonts w:ascii="Courier New" w:hAnsi="Courier New"/>
          <w:color w:val="555555"/>
          <w:sz w:val="20"/>
        </w:rPr>
        <w:t>[11 . 4 . 4]</w:t>
      </w:r>
    </w:p>
    <w:p>
      <w:r>
        <w:rPr>
          <w:rFonts w:ascii="Gentium Plus" w:hAnsi="Gentium Plus"/>
          <w:sz w:val="24"/>
        </w:rPr>
        <w:t>Ὡς δὲ οὐδὲν ἴσχυσε, πάλιν ἐπὶ λόγῳ κατηχήσεως ἤρχετο πρός με, μαθεῖν λόγον Κυρίου.</w:t>
      </w:r>
    </w:p>
    <w:p>
      <w:r>
        <w:rPr>
          <w:rFonts w:ascii="Courier New" w:hAnsi="Courier New"/>
          <w:color w:val="555555"/>
          <w:sz w:val="20"/>
        </w:rPr>
        <w:t>[11 . 4 . 5]</w:t>
      </w:r>
    </w:p>
    <w:p>
      <w:r>
        <w:rPr>
          <w:rFonts w:ascii="Gentium Plus" w:hAnsi="Gentium Plus"/>
          <w:sz w:val="24"/>
        </w:rPr>
        <w:t>Καὶ ἔλεγέ μοι· Εἰ θέλεις ἵνα καταλίπω τὰ εἴδωλα, συνπείσθητί μοι· καὶ τὸν Αἰγύπτιον πείσω ἀποστῆναι τῶν εἰδώλων, ἐν νόμῳ Κυρίου σου πορευόμενοι.</w:t>
      </w:r>
    </w:p>
    <w:p>
      <w:r>
        <w:rPr>
          <w:rFonts w:ascii="Courier New" w:hAnsi="Courier New"/>
          <w:color w:val="555555"/>
          <w:sz w:val="20"/>
        </w:rPr>
        <w:t>[11 . 4 . 6]</w:t>
      </w:r>
    </w:p>
    <w:p>
      <w:r>
        <w:rPr>
          <w:rFonts w:ascii="Gentium Plus" w:hAnsi="Gentium Plus"/>
          <w:sz w:val="24"/>
        </w:rPr>
        <w:t>Λέγω δὲ πρὸς αὐτήν· Οὐκ ἐν ἀκαθαρσίᾳ λέγει Κύριος τοὺς σεβομέ‐ νους αὐτόν, οὐδὲ ἐν τοῖς μοιχεύουσιν εὐδοκεῖ.</w:t>
      </w:r>
    </w:p>
    <w:p>
      <w:r>
        <w:rPr>
          <w:rFonts w:ascii="Courier New" w:hAnsi="Courier New"/>
          <w:color w:val="555555"/>
          <w:sz w:val="20"/>
        </w:rPr>
        <w:t>[11 . 4 . 7]</w:t>
      </w:r>
    </w:p>
    <w:p>
      <w:r>
        <w:rPr>
          <w:rFonts w:ascii="Gentium Plus" w:hAnsi="Gentium Plus"/>
          <w:sz w:val="24"/>
        </w:rPr>
        <w:t>Κἀκείνη ἐσιώπησε, ποθοῦσα ἐκτελέσαι τὴν ἐπιθυμίαν αὐτῆς.</w:t>
      </w:r>
    </w:p>
    <w:p>
      <w:r>
        <w:rPr>
          <w:rFonts w:ascii="Courier New" w:hAnsi="Courier New"/>
          <w:color w:val="555555"/>
          <w:sz w:val="20"/>
        </w:rPr>
        <w:t>[11 . 4 . 8]</w:t>
      </w:r>
    </w:p>
    <w:p>
      <w:r>
        <w:rPr>
          <w:rFonts w:ascii="Gentium Plus" w:hAnsi="Gentium Plus"/>
          <w:sz w:val="24"/>
        </w:rPr>
        <w:t>Κἀγὼ προσετίθουν νηστείαν καὶ προσευχήν, ὅπως ῥύσεταί με Κύριος ἀπ’ αὐτῆς.</w:t>
      </w:r>
    </w:p>
    <w:p>
      <w:r>
        <w:rPr>
          <w:rFonts w:ascii="Courier New" w:hAnsi="Courier New"/>
          <w:color w:val="555555"/>
          <w:sz w:val="20"/>
        </w:rPr>
        <w:t>[11 . 5 . 1]</w:t>
      </w:r>
    </w:p>
    <w:p>
      <w:r>
        <w:rPr>
          <w:rFonts w:ascii="Gentium Plus" w:hAnsi="Gentium Plus"/>
          <w:sz w:val="24"/>
        </w:rPr>
        <w:t>Πάλιν δὲ ἐν ἑτέρῳ χρόνῳ λέγει μοι· Εἰ μοιχεῦσαι οὐ θέλεις, ἐγὼ ἀναιρῶ τὸν Αἰγύπτιον, καὶ οὕτως νόμῳ λήψομαί σε εἰς ἄνδρα.</w:t>
      </w:r>
    </w:p>
    <w:p>
      <w:r>
        <w:rPr>
          <w:rFonts w:ascii="Courier New" w:hAnsi="Courier New"/>
          <w:color w:val="555555"/>
          <w:sz w:val="20"/>
        </w:rPr>
        <w:t>[11 . 5 . 2]</w:t>
      </w:r>
    </w:p>
    <w:p>
      <w:r>
        <w:rPr>
          <w:rFonts w:ascii="Gentium Plus" w:hAnsi="Gentium Plus"/>
          <w:sz w:val="24"/>
        </w:rPr>
        <w:t>Ἐγὼ οὖν, ὡς ἤκουσα τοῦτο, διέρρηξα τὴν στολήν μου, καὶ εἶπον· Γύναι, αἰδέσθητι τὸν Κύριον, καὶ μὴ ποιήσῃς τὴν πρᾶξιν τὴν πονηρὰν ταύτην, ἵνα μὴ ἐξολο‐ θρεύθῃς· ὅτι καίγε ἐγὼ ἐξαγγελῶ τὴν ἐπίνοιαν τῆς ἀσεβείας</w:t>
      </w:r>
    </w:p>
    <w:p>
      <w:r>
        <w:rPr>
          <w:rFonts w:ascii="Courier New" w:hAnsi="Courier New"/>
          <w:color w:val="555555"/>
          <w:sz w:val="20"/>
        </w:rPr>
        <w:t>[5]</w:t>
      </w:r>
    </w:p>
    <w:p>
      <w:r>
        <w:rPr>
          <w:rFonts w:ascii="Gentium Plus" w:hAnsi="Gentium Plus"/>
          <w:sz w:val="24"/>
        </w:rPr>
        <w:t>σου πᾶσι.</w:t>
      </w:r>
    </w:p>
    <w:p>
      <w:r>
        <w:rPr>
          <w:rFonts w:ascii="Courier New" w:hAnsi="Courier New"/>
          <w:color w:val="555555"/>
          <w:sz w:val="20"/>
        </w:rPr>
        <w:t>[11 . 5 . 3]</w:t>
      </w:r>
    </w:p>
    <w:p>
      <w:r>
        <w:rPr>
          <w:rFonts w:ascii="Gentium Plus" w:hAnsi="Gentium Plus"/>
          <w:sz w:val="24"/>
        </w:rPr>
        <w:t>Φοβηθεῖσα οὖν ἐκείνη ἠξίου, ἵνα μηδενὶ ἐξαγγείλω τὴν κακίαν αὐτῆς.</w:t>
      </w:r>
    </w:p>
    <w:p>
      <w:r>
        <w:rPr>
          <w:rFonts w:ascii="Courier New" w:hAnsi="Courier New"/>
          <w:color w:val="555555"/>
          <w:sz w:val="20"/>
        </w:rPr>
        <w:t>[11 . 5 . 4]</w:t>
      </w:r>
    </w:p>
    <w:p>
      <w:r>
        <w:rPr>
          <w:rFonts w:ascii="Gentium Plus" w:hAnsi="Gentium Plus"/>
          <w:sz w:val="24"/>
        </w:rPr>
        <w:t>καὶ ἀνεχώρησε θάλπουσά με δώροις, καὶ πέμπουσα πᾶσιν ἀπόλαυσιν υἱῶν ἀνθρώπων.</w:t>
      </w:r>
    </w:p>
    <w:p>
      <w:r>
        <w:rPr>
          <w:rFonts w:ascii="Courier New" w:hAnsi="Courier New"/>
          <w:color w:val="555555"/>
          <w:sz w:val="20"/>
        </w:rPr>
        <w:t>[11 . 6 . 1]</w:t>
      </w:r>
    </w:p>
    <w:p>
      <w:r>
        <w:rPr>
          <w:rFonts w:ascii="Gentium Plus" w:hAnsi="Gentium Plus"/>
          <w:sz w:val="24"/>
        </w:rPr>
        <w:t>Καὶ ἀποστέλλει μοι βρῶμα ἐν γοητείᾳ πεφυρα‐ μένον.</w:t>
      </w:r>
    </w:p>
    <w:p>
      <w:r>
        <w:rPr>
          <w:rFonts w:ascii="Courier New" w:hAnsi="Courier New"/>
          <w:color w:val="555555"/>
          <w:sz w:val="20"/>
        </w:rPr>
        <w:t>[11 . 6 . 2]</w:t>
      </w:r>
    </w:p>
    <w:p>
      <w:r>
        <w:rPr>
          <w:rFonts w:ascii="Gentium Plus" w:hAnsi="Gentium Plus"/>
          <w:sz w:val="24"/>
        </w:rPr>
        <w:t>Καὶ ὡς ἦλθεν ὁ εὐνοῦχος ὁ κομίζων αὐτό, ἀνέβλεψα καὶ εἶδον ἄνδρα φοβερόν, ἐπιδιδοῦντά μοι μετὰ τοῦ τρυβλίου μάχαιραν. Καὶ συνῆκα ὅτι ἡ περιεργεία αὐτῆς εἰς ἀποπλάνησιν ψυχῆς ἐστι.</w:t>
      </w:r>
    </w:p>
    <w:p>
      <w:r>
        <w:rPr>
          <w:rFonts w:ascii="Courier New" w:hAnsi="Courier New"/>
          <w:color w:val="555555"/>
          <w:sz w:val="20"/>
        </w:rPr>
        <w:t>[11 . 6 . 3]</w:t>
      </w:r>
    </w:p>
    <w:p>
      <w:r>
        <w:rPr>
          <w:rFonts w:ascii="Gentium Plus" w:hAnsi="Gentium Plus"/>
          <w:sz w:val="24"/>
        </w:rPr>
        <w:t>Καὶ ἐξελθόντος αὐτῆς ἔκλαιον, μήτε ἐκεῖνο, μήτε ἄλλο τι τῶν αἰδεσμάτων αὐτῆς γευσάμενος.</w:t>
      </w:r>
    </w:p>
    <w:p>
      <w:r>
        <w:rPr>
          <w:rFonts w:ascii="Courier New" w:hAnsi="Courier New"/>
          <w:color w:val="555555"/>
          <w:sz w:val="20"/>
        </w:rPr>
        <w:t>[11 . 6 . 4]</w:t>
      </w:r>
    </w:p>
    <w:p>
      <w:r>
        <w:rPr>
          <w:rFonts w:ascii="Gentium Plus" w:hAnsi="Gentium Plus"/>
          <w:sz w:val="24"/>
        </w:rPr>
        <w:t>Μετὰ οὖν μίαν ἡμέραν ἐλθοῦσα πρός με, ἐπέγνω τὸ βρῶμα, καὶ λέγει πρός με· Τί τοῦτο, ὅτι οὐκ ἔφαγες ἀπὸ τοῦ βρώματος;</w:t>
      </w:r>
    </w:p>
    <w:p>
      <w:r>
        <w:rPr>
          <w:rFonts w:ascii="Courier New" w:hAnsi="Courier New"/>
          <w:color w:val="555555"/>
          <w:sz w:val="20"/>
        </w:rPr>
        <w:t>[11 . 6 . 5]</w:t>
      </w:r>
    </w:p>
    <w:p>
      <w:r>
        <w:rPr>
          <w:rFonts w:ascii="Gentium Plus" w:hAnsi="Gentium Plus"/>
          <w:sz w:val="24"/>
        </w:rPr>
        <w:t>Καὶ εἶπον πρὸς αὐτήν· Ὅτι ἐπλήρωσας αὐτὸ θανάτου· καὶ πῶς εἶπας, ὅτι οὐκ ἐγγίζω εἰδώλοις, ἀλλὰ Κυρίῳ μόνῳ;</w:t>
      </w:r>
    </w:p>
    <w:p>
      <w:r>
        <w:rPr>
          <w:rFonts w:ascii="Courier New" w:hAnsi="Courier New"/>
          <w:color w:val="555555"/>
          <w:sz w:val="20"/>
        </w:rPr>
        <w:t>[11 . 6 . 6]</w:t>
      </w:r>
    </w:p>
    <w:p>
      <w:r>
        <w:rPr>
          <w:rFonts w:ascii="Gentium Plus" w:hAnsi="Gentium Plus"/>
          <w:sz w:val="24"/>
        </w:rPr>
        <w:t>Νῦν οὖν γνῶθι, ὅτι ὁ Θεὸς τοῦ πατρός μου δι’ ἀγγέλου ἀπεκάλυψέ μοι τὴν κακίαν σου, καὶ ἐτήρησα αὐτὸ εἰς ἔλεγχόν σου, εἰ ἄρα ἰδοῦσα αὐτὸ μετα‐ νοήσεις.</w:t>
      </w:r>
    </w:p>
    <w:p>
      <w:r>
        <w:rPr>
          <w:rFonts w:ascii="Courier New" w:hAnsi="Courier New"/>
          <w:color w:val="555555"/>
          <w:sz w:val="20"/>
        </w:rPr>
        <w:t>[11 . 6 . 7]</w:t>
      </w:r>
    </w:p>
    <w:p>
      <w:r>
        <w:rPr>
          <w:rFonts w:ascii="Gentium Plus" w:hAnsi="Gentium Plus"/>
          <w:sz w:val="24"/>
        </w:rPr>
        <w:t>Ἵνα δὲ μάθῃς, ὅτι τῶν ἐν σωφροσύνῃ θεοσεβούν‐ των οὐ κατισχύει κακία ἀσεβούντων, λαβὼν ἐνώπιον αὐτῆς</w:t>
      </w:r>
    </w:p>
    <w:p>
      <w:r>
        <w:rPr>
          <w:rFonts w:ascii="Courier New" w:hAnsi="Courier New"/>
          <w:color w:val="555555"/>
          <w:sz w:val="20"/>
        </w:rPr>
        <w:t>[11 . 6 . 8]</w:t>
      </w:r>
    </w:p>
    <w:p>
      <w:r>
        <w:rPr>
          <w:rFonts w:ascii="Gentium Plus" w:hAnsi="Gentium Plus"/>
          <w:sz w:val="24"/>
        </w:rPr>
        <w:t>Ἡ δὲ ἔπεσεν ἐπὶ πρόσωπον εἰς τοὺς πόδας μου, καὶ ἔκλαυσε· καὶ ἀναστήσας αὐτὴν ἐνουθέτησα·</w:t>
      </w:r>
    </w:p>
    <w:p>
      <w:r>
        <w:rPr>
          <w:rFonts w:ascii="Courier New" w:hAnsi="Courier New"/>
          <w:color w:val="555555"/>
          <w:sz w:val="20"/>
        </w:rPr>
        <w:t>[11 . 6 . 9]</w:t>
      </w:r>
    </w:p>
    <w:p>
      <w:r>
        <w:rPr>
          <w:rFonts w:ascii="Gentium Plus" w:hAnsi="Gentium Plus"/>
          <w:sz w:val="24"/>
        </w:rPr>
        <w:t>καὶ συνέθετο τοῦ μὴ ποιῆσαι ἔτι τὴν ἀσέβειαν ταύτην.</w:t>
      </w:r>
    </w:p>
    <w:p>
      <w:r>
        <w:rPr>
          <w:rFonts w:ascii="Courier New" w:hAnsi="Courier New"/>
          <w:color w:val="555555"/>
          <w:sz w:val="20"/>
        </w:rPr>
        <w:t>[11 . 7 . 1]</w:t>
      </w:r>
    </w:p>
    <w:p>
      <w:r>
        <w:rPr>
          <w:rFonts w:ascii="Gentium Plus" w:hAnsi="Gentium Plus"/>
          <w:sz w:val="24"/>
        </w:rPr>
        <w:t>Ὅτι δὲ ἡ καρδία αὐτῆς ἐνέκειτο εἰς ἐμὲ πρὸς ἀκολασίαν, στενάζουσα προσέπιπτεν.</w:t>
      </w:r>
    </w:p>
    <w:p>
      <w:r>
        <w:rPr>
          <w:rFonts w:ascii="Courier New" w:hAnsi="Courier New"/>
          <w:color w:val="555555"/>
          <w:sz w:val="20"/>
        </w:rPr>
        <w:t>[11 . 7 . 2]</w:t>
      </w:r>
    </w:p>
    <w:p>
      <w:r>
        <w:rPr>
          <w:rFonts w:ascii="Gentium Plus" w:hAnsi="Gentium Plus"/>
          <w:sz w:val="24"/>
        </w:rPr>
        <w:t>Ἰδὼν δὲ αὐτὴν ὁ Αἰγύπτιος, λέγει πρὸς αὐτήν· Τί συνέπεσε τὸ πρόσωπόν σου; Ἡ δὲ εἶπε· Πόνον καρδίας ἐγὼ ἀλγῶ, καὶ οἱ στεναγμοὶ τοῦ πνεύματος μου συνέχουσί με. Καὶ ἐθεράπευεν αὐτὴν μὴ</w:t>
      </w:r>
    </w:p>
    <w:p>
      <w:r>
        <w:rPr>
          <w:rFonts w:ascii="Courier New" w:hAnsi="Courier New"/>
          <w:color w:val="555555"/>
          <w:sz w:val="20"/>
        </w:rPr>
        <w:t>[5]</w:t>
      </w:r>
    </w:p>
    <w:p>
      <w:r>
        <w:rPr>
          <w:rFonts w:ascii="Gentium Plus" w:hAnsi="Gentium Plus"/>
          <w:sz w:val="24"/>
        </w:rPr>
        <w:t>ἀσθενοῦσαν.</w:t>
      </w:r>
    </w:p>
    <w:p>
      <w:r>
        <w:rPr>
          <w:rFonts w:ascii="Courier New" w:hAnsi="Courier New"/>
          <w:color w:val="555555"/>
          <w:sz w:val="20"/>
        </w:rPr>
        <w:t>[11 . 7 . 3]</w:t>
      </w:r>
    </w:p>
    <w:p>
      <w:r>
        <w:rPr>
          <w:rFonts w:ascii="Gentium Plus" w:hAnsi="Gentium Plus"/>
          <w:sz w:val="24"/>
        </w:rPr>
        <w:t>Τότε εἰσεπήδησε πρός με, ἔτι ὄντος ἔξω τοῦ ἀνδρὸς αὐτῆς, καὶ λέγει μοι· Ἄγχομαι, ἢ εἰς φρέαρ ἢ εἰς κρημνὸν ῥίπτω ἐμαυτήν, ἐὰν μή μοι συμπεισθείς.</w:t>
      </w:r>
    </w:p>
    <w:p>
      <w:r>
        <w:rPr>
          <w:rFonts w:ascii="Courier New" w:hAnsi="Courier New"/>
          <w:color w:val="555555"/>
          <w:sz w:val="20"/>
        </w:rPr>
        <w:t>[11 . 7 . 4]</w:t>
      </w:r>
    </w:p>
    <w:p>
      <w:r>
        <w:rPr>
          <w:rFonts w:ascii="Gentium Plus" w:hAnsi="Gentium Plus"/>
          <w:sz w:val="24"/>
        </w:rPr>
        <w:t>Καὶ νοήσας, ὅτι τὸ πνεῦμα τοῦ Βελίαρ αὐτὴν ἐνοχλεῖ, προσευξά‐ μενος Κυρίῳ, εἶπον αὐτῇ·</w:t>
      </w:r>
    </w:p>
    <w:p>
      <w:r>
        <w:rPr>
          <w:rFonts w:ascii="Courier New" w:hAnsi="Courier New"/>
          <w:color w:val="555555"/>
          <w:sz w:val="20"/>
        </w:rPr>
        <w:t>[11 . 7 . 5]</w:t>
      </w:r>
    </w:p>
    <w:p>
      <w:r>
        <w:rPr>
          <w:rFonts w:ascii="Gentium Plus" w:hAnsi="Gentium Plus"/>
          <w:sz w:val="24"/>
        </w:rPr>
        <w:t>Ἵνα τί ταράσσῃ καὶ θορυβῇ, ἐν ἁμαρτίαις τυφλώττουσα; Μνήσθητι ὅτι ἐὰν ἀνελῇς σεαυτήν, ἡ Σηθῶν, ἡ παλλακὴ τοῦ ἀνδρός σου, ἡ ἀντίζηλός σου, κολαφίσει τὰ τέκνα σου, καὶ ἀπολέσει τὸ μνημόσυνόν σου</w:t>
      </w:r>
    </w:p>
    <w:p>
      <w:r>
        <w:rPr>
          <w:rFonts w:ascii="Courier New" w:hAnsi="Courier New"/>
          <w:color w:val="555555"/>
          <w:sz w:val="20"/>
        </w:rPr>
        <w:t>[5]</w:t>
      </w:r>
    </w:p>
    <w:p>
      <w:r>
        <w:rPr>
          <w:rFonts w:ascii="Gentium Plus" w:hAnsi="Gentium Plus"/>
          <w:sz w:val="24"/>
        </w:rPr>
        <w:t>ἀπὸ τῆς γῆς.</w:t>
      </w:r>
    </w:p>
    <w:p>
      <w:r>
        <w:rPr>
          <w:rFonts w:ascii="Courier New" w:hAnsi="Courier New"/>
          <w:color w:val="555555"/>
          <w:sz w:val="20"/>
        </w:rPr>
        <w:t>[11 . 7 . 6]</w:t>
      </w:r>
    </w:p>
    <w:p>
      <w:r>
        <w:rPr>
          <w:rFonts w:ascii="Gentium Plus" w:hAnsi="Gentium Plus"/>
          <w:sz w:val="24"/>
        </w:rPr>
        <w:t>Καὶ λέγει πρός με· Ἴδε οὖν ἀγαπᾷς με· ἀρκεῖ μοι μόνον, ὅτι ἀντιποιῇ τῆς ζωῆς μου, καὶ τῶν τέκνων μου· ἔχω προσδοκίαν ἀπολαῦσαι τῆς ἐπιθυμίας μου.</w:t>
      </w:r>
    </w:p>
    <w:p>
      <w:r>
        <w:rPr>
          <w:rFonts w:ascii="Courier New" w:hAnsi="Courier New"/>
          <w:color w:val="555555"/>
          <w:sz w:val="20"/>
        </w:rPr>
        <w:t>[11 . 7 . 7]</w:t>
      </w:r>
    </w:p>
    <w:p>
      <w:r>
        <w:rPr>
          <w:rFonts w:ascii="Gentium Plus" w:hAnsi="Gentium Plus"/>
          <w:sz w:val="24"/>
        </w:rPr>
        <w:t>Καὶ οὐκ ἔγνω, ὅτι διὰ τὸν Θεόν μου εἶπον οὕτως, καὶ οὐ δι’ αὐτήν.</w:t>
      </w:r>
    </w:p>
    <w:p>
      <w:r>
        <w:rPr>
          <w:rFonts w:ascii="Courier New" w:hAnsi="Courier New"/>
          <w:color w:val="555555"/>
          <w:sz w:val="20"/>
        </w:rPr>
        <w:t>[11 . 7 . 8]</w:t>
      </w:r>
    </w:p>
    <w:p>
      <w:r>
        <w:rPr>
          <w:rFonts w:ascii="Gentium Plus" w:hAnsi="Gentium Plus"/>
          <w:sz w:val="24"/>
        </w:rPr>
        <w:t>Ἐὰν γάρ τις πάθει ὑποπέσῃ ἐπιθυμίας πονηρᾶς, καὶ τούτῳ δουλωθῇ ὡς κἀκείνη· κἂν ἀγαθόν τι ἀκούσῃ, εἰς τὸ πάθος, ὃ ἡττᾶται, ἐκλαμβάνει αὐτὸ πρὸς ἐπιθυμίαν πονηράν.</w:t>
      </w:r>
    </w:p>
    <w:p>
      <w:r>
        <w:rPr>
          <w:rFonts w:ascii="Courier New" w:hAnsi="Courier New"/>
          <w:color w:val="555555"/>
          <w:sz w:val="20"/>
        </w:rPr>
        <w:t>[11 . 8 . 1]</w:t>
      </w:r>
    </w:p>
    <w:p>
      <w:r>
        <w:rPr>
          <w:rFonts w:ascii="Gentium Plus" w:hAnsi="Gentium Plus"/>
          <w:sz w:val="24"/>
        </w:rPr>
        <w:t>Λέγω ὑμῖν, τέκνα, ὅτι ὥρα ἦν ὡσεὶ ἕκτη, ὅτε ἐξῆλθεν ἀπ’ ἐμοῦ· κἀγὼ γόνυ κλίνας πρὸς Κύριον ὅλην τὴν ἡμέραν, καὶ ὅλην τὴν νύκτα συνάψας, περὶ τὸν ὄρθρον ἀνέστην δακρύων, καὶ αἰτῶν λύτρωσιν ἀπὸ τῆς Αἰγυπτίας.</w:t>
      </w:r>
    </w:p>
    <w:p>
      <w:r>
        <w:rPr>
          <w:rFonts w:ascii="Courier New" w:hAnsi="Courier New"/>
          <w:color w:val="555555"/>
          <w:sz w:val="20"/>
        </w:rPr>
        <w:t>[11 . 8 . 2]</w:t>
      </w:r>
    </w:p>
    <w:p>
      <w:r>
        <w:rPr>
          <w:rFonts w:ascii="Gentium Plus" w:hAnsi="Gentium Plus"/>
          <w:sz w:val="24"/>
        </w:rPr>
        <w:t>Τέλος οὖν ἐπιλαμβάνεταί μου τῶν ἱματίων, μετὰ βίας ἐφελκομένη με εἰς συνουσίαν.</w:t>
      </w:r>
    </w:p>
    <w:p>
      <w:r>
        <w:rPr>
          <w:rFonts w:ascii="Courier New" w:hAnsi="Courier New"/>
          <w:color w:val="555555"/>
          <w:sz w:val="20"/>
        </w:rPr>
        <w:t>[11 . 8 . 3]</w:t>
      </w:r>
    </w:p>
    <w:p>
      <w:r>
        <w:rPr>
          <w:rFonts w:ascii="Gentium Plus" w:hAnsi="Gentium Plus"/>
          <w:sz w:val="24"/>
        </w:rPr>
        <w:t>Ὡς οὖν εἶδον ὅτι μαινομένη βίᾳ κρατεῖ τὰ ἱμάτιά μου, γυμνὸς ἔφυγον.</w:t>
      </w:r>
    </w:p>
    <w:p>
      <w:r>
        <w:rPr>
          <w:rFonts w:ascii="Courier New" w:hAnsi="Courier New"/>
          <w:color w:val="555555"/>
          <w:sz w:val="20"/>
        </w:rPr>
        <w:t>[11 . 8 . 4]</w:t>
      </w:r>
    </w:p>
    <w:p>
      <w:r>
        <w:rPr>
          <w:rFonts w:ascii="Gentium Plus" w:hAnsi="Gentium Plus"/>
          <w:sz w:val="24"/>
        </w:rPr>
        <w:t>Κἀκείνη ἐσυκοφάντισέ με πρὸς τὸν ἄνδρα αὐτῆς· καὶ ἐνέβαλέ με εἰς φυλακὴν ἐν οἴκῳ αὐτοῦ ὁ Αἰγύπτιος· καὶ τῇ ἑξῆς μαστίξας με, ἔπεμψέ με εἰς φυλακὴν ἐν οἴκῳ αὐτοῦ ὁ Αἰγύπτιος.</w:t>
      </w:r>
    </w:p>
    <w:p>
      <w:r>
        <w:rPr>
          <w:rFonts w:ascii="Courier New" w:hAnsi="Courier New"/>
          <w:color w:val="555555"/>
          <w:sz w:val="20"/>
        </w:rPr>
        <w:t>[11 . 8 . 5]</w:t>
      </w:r>
    </w:p>
    <w:p>
      <w:r>
        <w:rPr>
          <w:rFonts w:ascii="Gentium Plus" w:hAnsi="Gentium Plus"/>
          <w:sz w:val="24"/>
        </w:rPr>
        <w:t>Ὡς οὖν ἤμην ἐν πέδαις, ἡ Αἰγυπτία ἠσθένει ἀπὸ τῆς λύπης, καὶ ἐπηκροᾶτό μου, πῶς ὕμνουν Κύριον ὢν ἐν οἴκῳ σκότους, καὶ ἐν ἱλαρᾷ φωνῇ χαίρων ἐδόξαζον τὸν Θεόν μου, μόνον ὅτι</w:t>
      </w:r>
    </w:p>
    <w:p>
      <w:r>
        <w:rPr>
          <w:rFonts w:ascii="Courier New" w:hAnsi="Courier New"/>
          <w:color w:val="555555"/>
          <w:sz w:val="20"/>
        </w:rPr>
        <w:t>[5]</w:t>
      </w:r>
    </w:p>
    <w:p>
      <w:r>
        <w:rPr>
          <w:rFonts w:ascii="Gentium Plus" w:hAnsi="Gentium Plus"/>
          <w:sz w:val="24"/>
        </w:rPr>
        <w:t>διὰ προφάσεως ἀπηλλάγην τῆς Αἰγυπτίας.</w:t>
      </w:r>
    </w:p>
    <w:p>
      <w:r>
        <w:rPr>
          <w:rFonts w:ascii="Courier New" w:hAnsi="Courier New"/>
          <w:color w:val="555555"/>
          <w:sz w:val="20"/>
        </w:rPr>
        <w:t>[11 . 9 . 1]</w:t>
      </w:r>
    </w:p>
    <w:p>
      <w:r>
        <w:rPr>
          <w:rFonts w:ascii="Gentium Plus" w:hAnsi="Gentium Plus"/>
          <w:sz w:val="24"/>
        </w:rPr>
        <w:t>Πολλάκις ἔπεμψε πρός με, λέγουσα· Εὐδόκησον πληρῶσαι τὴν ἐπιθυμίαν μου, καὶ λυτρώσω σε τῶν δεσμῶν, καὶ ἀπαλλάξω σε τοῦ σκότους.</w:t>
      </w:r>
    </w:p>
    <w:p>
      <w:r>
        <w:rPr>
          <w:rFonts w:ascii="Courier New" w:hAnsi="Courier New"/>
          <w:color w:val="555555"/>
          <w:sz w:val="20"/>
        </w:rPr>
        <w:t>[11 . 9 . 2]</w:t>
      </w:r>
    </w:p>
    <w:p>
      <w:r>
        <w:rPr>
          <w:rFonts w:ascii="Gentium Plus" w:hAnsi="Gentium Plus"/>
          <w:sz w:val="24"/>
        </w:rPr>
        <w:t>Καὶ οὐδὲ ἕως ἐννοιῶν ποτὲ ἔκλινα πρὸς αὐτήν. Ἀγαπᾷ γὰρ ὁ Θεὸς μᾶλλον τὸν ἐν λάκκῳ σκότους νηστεύοντα ἐν σωφροσύνῃ, ἢ τὸν ἐν ταμείοις τρυφῶντα μετὰ ἀκολασίας.</w:t>
      </w:r>
    </w:p>
    <w:p>
      <w:r>
        <w:rPr>
          <w:rFonts w:ascii="Courier New" w:hAnsi="Courier New"/>
          <w:color w:val="555555"/>
          <w:sz w:val="20"/>
        </w:rPr>
        <w:t>[11 . 9 . 3]</w:t>
      </w:r>
    </w:p>
    <w:p>
      <w:r>
        <w:rPr>
          <w:rFonts w:ascii="Gentium Plus" w:hAnsi="Gentium Plus"/>
          <w:sz w:val="24"/>
        </w:rPr>
        <w:t>Ὁ δὲ ἐν σωφροσύνῃ διάγων θέλει καὶ δόξαν, καὶ εἰ οἶδεν ὁ ὕψιστος, ὅτι συμφέρει, παρέχει αὐτῷ καὶ ταῦτα ὡς κἀμοί.</w:t>
      </w:r>
    </w:p>
    <w:p>
      <w:r>
        <w:rPr>
          <w:rFonts w:ascii="Courier New" w:hAnsi="Courier New"/>
          <w:color w:val="555555"/>
          <w:sz w:val="20"/>
        </w:rPr>
        <w:t>[11 . 9 . 4]</w:t>
      </w:r>
    </w:p>
    <w:p>
      <w:r>
        <w:rPr>
          <w:rFonts w:ascii="Gentium Plus" w:hAnsi="Gentium Plus"/>
          <w:sz w:val="24"/>
        </w:rPr>
        <w:t>Ποσάκις καίπερ ἀσθενοῦσα κατῄει πρός με ἐν ἀωρίᾳ, καὶ ἤκουε τῆς φωνῆς μου προσευχο‐ μένου; συνίων δὲ ἐγὼ τοὺς στεναγμοὺς αὐτῆς, ἐσιώπουν.</w:t>
      </w:r>
    </w:p>
    <w:p>
      <w:r>
        <w:rPr>
          <w:rFonts w:ascii="Courier New" w:hAnsi="Courier New"/>
          <w:color w:val="555555"/>
          <w:sz w:val="20"/>
        </w:rPr>
        <w:t>[11 . 9 . 5]</w:t>
      </w:r>
    </w:p>
    <w:p>
      <w:r>
        <w:rPr>
          <w:rFonts w:ascii="Gentium Plus" w:hAnsi="Gentium Plus"/>
          <w:sz w:val="24"/>
        </w:rPr>
        <w:t>Καὶ γὰρ ὅτε ἤμην ἐν τῷ οἴκῳ αὐτῆς, ἐγύμνου τοὺς βραχίονας αὐτῆς καὶ τὰ στέρνα καὶ τὰς κνήμας, ἵνα συμπέσω εἰς αὐτήν· πάνυ γὰρ ἦν ὡραία, μάλιστα κοσμουμένη πρὸς ἀπάτησίν μου. Καὶ ὁ Κύριος ἐφύλαξέ με ἀπὸ τῶν ἐγχειρημάτων αὐτῆς.</w:t>
      </w:r>
    </w:p>
    <w:p>
      <w:r>
        <w:rPr>
          <w:rFonts w:ascii="Courier New" w:hAnsi="Courier New"/>
          <w:color w:val="555555"/>
          <w:sz w:val="20"/>
        </w:rPr>
        <w:t>[11 . 10 . 1]</w:t>
      </w:r>
    </w:p>
    <w:p>
      <w:r>
        <w:rPr>
          <w:rFonts w:ascii="Gentium Plus" w:hAnsi="Gentium Plus"/>
          <w:sz w:val="24"/>
        </w:rPr>
        <w:t>Ὁρᾶτε οὖν, τέκνα μου, πόσα κατεργάζεται ἡ ὑπομονή, καὶ προσευχὴ μετὰ νηστείας.</w:t>
      </w:r>
    </w:p>
    <w:p>
      <w:r>
        <w:rPr>
          <w:rFonts w:ascii="Courier New" w:hAnsi="Courier New"/>
          <w:color w:val="555555"/>
          <w:sz w:val="20"/>
        </w:rPr>
        <w:t>[11 . 10 . 2]</w:t>
      </w:r>
    </w:p>
    <w:p>
      <w:r>
        <w:rPr>
          <w:rFonts w:ascii="Gentium Plus" w:hAnsi="Gentium Plus"/>
          <w:sz w:val="24"/>
        </w:rPr>
        <w:t>Καὶ ὑμεῖς οὖν, ἐὰν τὴν σωφροσύνην καὶ τὴν ἁγνείαν μετέλθητε ἐν ὑπομονῇ καὶ ταπεινώσει καρδίας, Κύριος κατοικήσει ἐν ὑμῖν, ὅτι ἠγάπησε τὴν σωφροσύνην.</w:t>
      </w:r>
    </w:p>
    <w:p>
      <w:r>
        <w:rPr>
          <w:rFonts w:ascii="Courier New" w:hAnsi="Courier New"/>
          <w:color w:val="555555"/>
          <w:sz w:val="20"/>
        </w:rPr>
        <w:t>[11 . 10 . 3]</w:t>
      </w:r>
    </w:p>
    <w:p>
      <w:r>
        <w:rPr>
          <w:rFonts w:ascii="Gentium Plus" w:hAnsi="Gentium Plus"/>
          <w:sz w:val="24"/>
        </w:rPr>
        <w:t>Ὅπου δὲ κατοικεῖ ὁ ὕψιστος, κἄν τις περιπέσῃ φθόνῳ ἢ δουλείᾳ ἢ συκοφαντίᾳ, Κύριος ὁ ἐν αὐτῷ κατοικῶν διὰ τὴν σωφροσύνην οὐ μόνον ἐκ τῶν κακῶν ῥύεται, ἀλλὰ καὶ ὑψοῖ καὶ δοξάζει αὐτὸν ὡς κἀμέ.</w:t>
      </w:r>
    </w:p>
    <w:p>
      <w:r>
        <w:rPr>
          <w:rFonts w:ascii="Courier New" w:hAnsi="Courier New"/>
          <w:color w:val="555555"/>
          <w:sz w:val="20"/>
        </w:rPr>
        <w:t>[11 . 10 . 4]</w:t>
      </w:r>
    </w:p>
    <w:p>
      <w:r>
        <w:rPr>
          <w:rFonts w:ascii="Gentium Plus" w:hAnsi="Gentium Plus"/>
          <w:sz w:val="24"/>
        </w:rPr>
        <w:t>Πάντως γὰρ ὁ ἄνθρωπος, ἢ ἐν ἔργῳ, ἢ ἐν λόγῳ, ἢ ἐν διανοίᾳ συνέχεται.</w:t>
      </w:r>
    </w:p>
    <w:p>
      <w:r>
        <w:rPr>
          <w:rFonts w:ascii="Courier New" w:hAnsi="Courier New"/>
          <w:color w:val="555555"/>
          <w:sz w:val="20"/>
        </w:rPr>
        <w:t>[11 . 10 . 5]</w:t>
      </w:r>
    </w:p>
    <w:p>
      <w:r>
        <w:rPr>
          <w:rFonts w:ascii="Gentium Plus" w:hAnsi="Gentium Plus"/>
          <w:sz w:val="24"/>
        </w:rPr>
        <w:t>Γινώσκουσιν οἱ ἀδελφοί μου, πῶς ἠγάπησέ με ὁ πατήρ μου· καὶ οὐχ ὑψούμην ἐν τῇ καρδίᾳ μου· καίπερ νήπιος ὤν, εἶχον τὸν φόβον τοῦ Θεοῦ ἐν τῇ διανοίᾳ μου. Ἤιδειν γάρ, ὅτι τὰ πάντα παρελεύσεται,</w:t>
      </w:r>
    </w:p>
    <w:p>
      <w:r>
        <w:rPr>
          <w:rFonts w:ascii="Courier New" w:hAnsi="Courier New"/>
          <w:color w:val="555555"/>
          <w:sz w:val="20"/>
        </w:rPr>
        <w:t>[11 . 10 . 6]</w:t>
      </w:r>
    </w:p>
    <w:p>
      <w:r>
        <w:rPr>
          <w:rFonts w:ascii="Gentium Plus" w:hAnsi="Gentium Plus"/>
          <w:sz w:val="24"/>
        </w:rPr>
        <w:t>καὶ ἐμέτρουν ἐμαυτὸν καὶ ἐτίμουν τοὺς ἀδελφούς μου· καὶ διὰ τὸν φόβον αὐτῶν ἐσιώπουν πιπρασκόμενος, μὴ εἰπεῖν τοῖς Ἰσμαηλίταις τὸ γένος μου, ὅτι υἱός εἰμι Ἰακώβ, ἀνδρὸς μεγάλου καὶ δυνατοῦ.</w:t>
      </w:r>
    </w:p>
    <w:p>
      <w:r>
        <w:rPr>
          <w:rFonts w:ascii="Courier New" w:hAnsi="Courier New"/>
          <w:color w:val="555555"/>
          <w:sz w:val="20"/>
        </w:rPr>
        <w:t>[11 . 11 . 1]</w:t>
      </w:r>
    </w:p>
    <w:p>
      <w:r>
        <w:rPr>
          <w:rFonts w:ascii="Gentium Plus" w:hAnsi="Gentium Plus"/>
          <w:sz w:val="24"/>
        </w:rPr>
        <w:t>Καὶ ὑμεῖς οὖν ἔχετε ἐν πράξει ὑμῶν τὸν τοῦ Θεοῦ φόβον, καὶ τιμᾶτε τοὺς ἀδελφοὺς ὑμῶν. Πᾶς γὰρ ὁ ποιῶν νόμον Κυρίου, ἀγαπηθήσεται ὑπ’ αὐτοῦ.</w:t>
      </w:r>
    </w:p>
    <w:p>
      <w:r>
        <w:rPr>
          <w:rFonts w:ascii="Courier New" w:hAnsi="Courier New"/>
          <w:color w:val="555555"/>
          <w:sz w:val="20"/>
        </w:rPr>
        <w:t>[11 . 11 . 2]</w:t>
      </w:r>
    </w:p>
    <w:p>
      <w:r>
        <w:rPr>
          <w:rFonts w:ascii="Gentium Plus" w:hAnsi="Gentium Plus"/>
          <w:sz w:val="24"/>
        </w:rPr>
        <w:t>Ἐλθὼν δὲ εἰς Ἰνδοκολπίτας μετὰ τῶν Ἰσμαηλιτῶν, ἠρώτουν με· κἀγὼ εἶπον ὅτι δοῦλος αὐτῶν εἰμι ἐξ οἴκου, ἵνα μὴ αἰσχύνω τοὺς ἀδελφούς μου.</w:t>
      </w:r>
    </w:p>
    <w:p>
      <w:r>
        <w:rPr>
          <w:rFonts w:ascii="Courier New" w:hAnsi="Courier New"/>
          <w:color w:val="555555"/>
          <w:sz w:val="20"/>
        </w:rPr>
        <w:t>[11 . 11 . 3]</w:t>
      </w:r>
    </w:p>
    <w:p>
      <w:r>
        <w:rPr>
          <w:rFonts w:ascii="Gentium Plus" w:hAnsi="Gentium Plus"/>
          <w:sz w:val="24"/>
        </w:rPr>
        <w:t>Λέγει δέ μοι ὁ μείζων αὐτῶν· Οὐκ εἶ δοῦλος σύ, ὅτι καὶ ἡ ὄψις σου δηλοῖ περί σου· καὶ ἠπείλει μοι ἕως θανάτου. Ἐγὼ δὲ ἔλεγον ὅτι δοῦλος αὐτῶν εἰμί.</w:t>
      </w:r>
    </w:p>
    <w:p>
      <w:r>
        <w:rPr>
          <w:rFonts w:ascii="Courier New" w:hAnsi="Courier New"/>
          <w:color w:val="555555"/>
          <w:sz w:val="20"/>
        </w:rPr>
        <w:t>[11 . 11 . 4]</w:t>
      </w:r>
    </w:p>
    <w:p>
      <w:r>
        <w:rPr>
          <w:rFonts w:ascii="Gentium Plus" w:hAnsi="Gentium Plus"/>
          <w:sz w:val="24"/>
        </w:rPr>
        <w:t>Ὡς δὲ ἤλθομεν εἰς Αἴγυπτον, περὶ ἐμοῦ ἐμάχοντο, τίς προσδοὺς χρυσίον λάβῃ με.</w:t>
      </w:r>
    </w:p>
    <w:p>
      <w:r>
        <w:rPr>
          <w:rFonts w:ascii="Courier New" w:hAnsi="Courier New"/>
          <w:color w:val="555555"/>
          <w:sz w:val="20"/>
        </w:rPr>
        <w:t>[11 . 11 . 5]</w:t>
      </w:r>
    </w:p>
    <w:p>
      <w:r>
        <w:rPr>
          <w:rFonts w:ascii="Gentium Plus" w:hAnsi="Gentium Plus"/>
          <w:sz w:val="24"/>
        </w:rPr>
        <w:t>Διὸ πᾶσιν ἔδοξεν εἶναί με εἰς Αἴγυπτον πρὸς μετάβολον ἐμπορίας αὐτῶν, ἕως ἐπιστρέψωσι φέροντες ἐμπορίαν.</w:t>
      </w:r>
    </w:p>
    <w:p>
      <w:r>
        <w:rPr>
          <w:rFonts w:ascii="Courier New" w:hAnsi="Courier New"/>
          <w:color w:val="555555"/>
          <w:sz w:val="20"/>
        </w:rPr>
        <w:t>[11 . 11 . 6]</w:t>
      </w:r>
    </w:p>
    <w:p>
      <w:r>
        <w:rPr>
          <w:rFonts w:ascii="Gentium Plus" w:hAnsi="Gentium Plus"/>
          <w:sz w:val="24"/>
        </w:rPr>
        <w:t>Καὶ ὁ Κύριος ἔδωκέ μοι χάριν ἐν ὀφθαλμοῖς τοῦ μεταβόλου, καὶ ἐπίστευσέ μοι τὸν οἶκον αὐτοῦ.</w:t>
      </w:r>
    </w:p>
    <w:p>
      <w:r>
        <w:rPr>
          <w:rFonts w:ascii="Courier New" w:hAnsi="Courier New"/>
          <w:color w:val="555555"/>
          <w:sz w:val="20"/>
        </w:rPr>
        <w:t>[11 . 11 . 7]</w:t>
      </w:r>
    </w:p>
    <w:p>
      <w:r>
        <w:rPr>
          <w:rFonts w:ascii="Gentium Plus" w:hAnsi="Gentium Plus"/>
          <w:sz w:val="24"/>
        </w:rPr>
        <w:t>Καὶ εὐλόγησεν αὐτὸν Κύριος ἐν χειρί μου, καὶ ἐπλήθυνεν αὐτὸν ἐν ἀργυρίῳ καὶ χρυσίῳ·</w:t>
      </w:r>
    </w:p>
    <w:p>
      <w:r>
        <w:rPr>
          <w:rFonts w:ascii="Courier New" w:hAnsi="Courier New"/>
          <w:color w:val="555555"/>
          <w:sz w:val="20"/>
        </w:rPr>
        <w:t>[11 . 11 . 8]</w:t>
      </w:r>
    </w:p>
    <w:p>
      <w:r>
        <w:rPr>
          <w:rFonts w:ascii="Gentium Plus" w:hAnsi="Gentium Plus"/>
          <w:sz w:val="24"/>
        </w:rPr>
        <w:t>καὶ ἤμην μετ’ αὐτοῦ μῆνας τρεῖς καὶ ἡμέρας πέντε.</w:t>
      </w:r>
    </w:p>
    <w:p>
      <w:r>
        <w:rPr>
          <w:rFonts w:ascii="Courier New" w:hAnsi="Courier New"/>
          <w:color w:val="555555"/>
          <w:sz w:val="20"/>
        </w:rPr>
        <w:t>[11 . 12 . 1]</w:t>
      </w:r>
    </w:p>
    <w:p>
      <w:r>
        <w:rPr>
          <w:rFonts w:ascii="Gentium Plus" w:hAnsi="Gentium Plus"/>
          <w:sz w:val="24"/>
        </w:rPr>
        <w:t>Κατ’ ἐκεῖνον τὸν καιρὸν παρίει ἡ Μεμφία γυνὴ τοῦ Πετεφρὶ μετὰ δόξης πολλῆς, καὶ ἐπέβαλεν ἐπ’ ἐμὲ τοὺς ὀφθαλμοὺς αὐτῆς· ὅτι εἶπον αὐτῇ οἱ εὐνοῦχοι περὶ ἐμοῦ.</w:t>
      </w:r>
    </w:p>
    <w:p>
      <w:r>
        <w:rPr>
          <w:rFonts w:ascii="Courier New" w:hAnsi="Courier New"/>
          <w:color w:val="555555"/>
          <w:sz w:val="20"/>
        </w:rPr>
        <w:t>[11 . 12 . 2]</w:t>
      </w:r>
    </w:p>
    <w:p>
      <w:r>
        <w:rPr>
          <w:rFonts w:ascii="Gentium Plus" w:hAnsi="Gentium Plus"/>
          <w:sz w:val="24"/>
        </w:rPr>
        <w:t>Καὶ λέγει τῷ ἀνδρὶ αὐτῆς περὶ τοῦ μεταβόλου, ὅτι ἐπλούτι‐ σεν ἐν χειρὶ νέου τινὸς Ἑβραίου· λέγουσι δὲ ὅτι κλοπῇ ἔκλεψαν αὐτὸν ἐκ γῆς Χαναάν·</w:t>
      </w:r>
    </w:p>
    <w:p>
      <w:r>
        <w:rPr>
          <w:rFonts w:ascii="Courier New" w:hAnsi="Courier New"/>
          <w:color w:val="555555"/>
          <w:sz w:val="20"/>
        </w:rPr>
        <w:t>[11 . 12 . 3]</w:t>
      </w:r>
    </w:p>
    <w:p>
      <w:r>
        <w:rPr>
          <w:rFonts w:ascii="Gentium Plus" w:hAnsi="Gentium Plus"/>
          <w:sz w:val="24"/>
        </w:rPr>
        <w:t>νῦν οὖν ποίησον μετ’ αὐτοῦ κρίσιν, καὶ ἀφελοῦ τὸν νεανίαν εἰς οἰκονόμον σου· καὶ εὐλογήσει σε ὁ Θεὸς τῶν Ἑβραίων, ὅτι χάρις ἐκ τοῦ οὐρανοῦ ἐστιν ἐπ’ αὐτῷ.</w:t>
      </w:r>
    </w:p>
    <w:p>
      <w:r>
        <w:rPr>
          <w:rFonts w:ascii="Courier New" w:hAnsi="Courier New"/>
          <w:color w:val="555555"/>
          <w:sz w:val="20"/>
        </w:rPr>
        <w:t>[11 . 13 . 1]</w:t>
      </w:r>
    </w:p>
    <w:p>
      <w:r>
        <w:rPr>
          <w:rFonts w:ascii="Gentium Plus" w:hAnsi="Gentium Plus"/>
          <w:sz w:val="24"/>
        </w:rPr>
        <w:t>Ὁ δὲ Πετεφρὶς πεισθεὶς τοῖς λόγοις αὐτῆς, ἐκέλευσεν ἀχθῆναι τὸν μετάβολον, καὶ λέγει αὐτῷ· Τί ταῦτα ἀκούω, ὅτι κλέπτεις τὰς ψυχὰς ἐκ γῆς Ἑβραίων εἰς παῖδας μετεμπωλῶν;</w:t>
      </w:r>
    </w:p>
    <w:p>
      <w:r>
        <w:rPr>
          <w:rFonts w:ascii="Courier New" w:hAnsi="Courier New"/>
          <w:color w:val="555555"/>
          <w:sz w:val="20"/>
        </w:rPr>
        <w:t>[11 . 13 . 2]</w:t>
      </w:r>
    </w:p>
    <w:p>
      <w:r>
        <w:rPr>
          <w:rFonts w:ascii="Gentium Plus" w:hAnsi="Gentium Plus"/>
          <w:sz w:val="24"/>
        </w:rPr>
        <w:t>Πεσὼν οὖν ἐπὶ πρόσωπον αὐτοῦ ὁ μετά‐ βολος, ἐδέετο λέγων· Δέομαί σου, κύριε, οὐκ οἶδα ὃ λέγεις.</w:t>
      </w:r>
    </w:p>
    <w:p>
      <w:r>
        <w:rPr>
          <w:rFonts w:ascii="Courier New" w:hAnsi="Courier New"/>
          <w:color w:val="555555"/>
          <w:sz w:val="20"/>
        </w:rPr>
        <w:t>[11 . 13 . 3]</w:t>
      </w:r>
    </w:p>
    <w:p>
      <w:r>
        <w:rPr>
          <w:rFonts w:ascii="Gentium Plus" w:hAnsi="Gentium Plus"/>
          <w:sz w:val="24"/>
        </w:rPr>
        <w:t>Ὁ δὲ ἔφη· Πόθεν οὖν σοι ὁ παῖς ὁ Ἑβραῖος; καὶ εἶπεν· Οἱ Ἰσμαηλῖται παρέθεντό μοι αὐτόν, ἕως οὗ ἐπιστρέψωσι.</w:t>
      </w:r>
    </w:p>
    <w:p>
      <w:r>
        <w:rPr>
          <w:rFonts w:ascii="Courier New" w:hAnsi="Courier New"/>
          <w:color w:val="555555"/>
          <w:sz w:val="20"/>
        </w:rPr>
        <w:t>[11 . 13 . 4]</w:t>
      </w:r>
    </w:p>
    <w:p>
      <w:r>
        <w:rPr>
          <w:rFonts w:ascii="Gentium Plus" w:hAnsi="Gentium Plus"/>
          <w:sz w:val="24"/>
        </w:rPr>
        <w:t>Καὶ οὐκ ἐπίστευσεν αὐτῷ, ἀλλ’ ἐκέλευσε γυμνὸν τύπτεσθαι αὐτόν. Ἐπιμένοντος δὲ αὐτοῦ, λέγει ὁ Πετεφρίς· Ἀχθήτω ὁ νεανίσκος.</w:t>
      </w:r>
    </w:p>
    <w:p>
      <w:r>
        <w:rPr>
          <w:rFonts w:ascii="Courier New" w:hAnsi="Courier New"/>
          <w:color w:val="555555"/>
          <w:sz w:val="20"/>
        </w:rPr>
        <w:t>[11 . 13 . 5]</w:t>
      </w:r>
    </w:p>
    <w:p>
      <w:r>
        <w:rPr>
          <w:rFonts w:ascii="Gentium Plus" w:hAnsi="Gentium Plus"/>
          <w:sz w:val="24"/>
        </w:rPr>
        <w:t>Καὶ εἰσαχθεὶς προσεκύνησα τῷ ἀρχευνούχῳ· τρίτος γὰρ ἦν ἐν ἀξίᾳ παρὰ τῷ Φαραώ, ἄρχων πάντων τῶν εὐνούχων, ἔχων γυναῖκα καὶ τέκνα καὶ παλλακάς.</w:t>
      </w:r>
    </w:p>
    <w:p>
      <w:r>
        <w:rPr>
          <w:rFonts w:ascii="Courier New" w:hAnsi="Courier New"/>
          <w:color w:val="555555"/>
          <w:sz w:val="20"/>
        </w:rPr>
        <w:t>[11 . 13 . 6]</w:t>
      </w:r>
    </w:p>
    <w:p>
      <w:r>
        <w:rPr>
          <w:rFonts w:ascii="Gentium Plus" w:hAnsi="Gentium Plus"/>
          <w:sz w:val="24"/>
        </w:rPr>
        <w:t>Καὶ διαχωρίσας με ἀπ’ αὐτοῦ, εἶπέ μοι· Δοῦλος εἶ, ἢ ἐλεύθερος; καὶ εἶπον· Δοῦλος.</w:t>
      </w:r>
    </w:p>
    <w:p>
      <w:r>
        <w:rPr>
          <w:rFonts w:ascii="Courier New" w:hAnsi="Courier New"/>
          <w:color w:val="555555"/>
          <w:sz w:val="20"/>
        </w:rPr>
        <w:t>[11 . 13 . 7]</w:t>
      </w:r>
    </w:p>
    <w:p>
      <w:r>
        <w:rPr>
          <w:rFonts w:ascii="Gentium Plus" w:hAnsi="Gentium Plus"/>
          <w:sz w:val="24"/>
        </w:rPr>
        <w:t>Καὶ λέγει πρός με· Τίνος εἶ δοῦλος; καὶ λέγω αὐτῷ· Τῶν Ἰσμαηλιτῶν.</w:t>
      </w:r>
    </w:p>
    <w:p>
      <w:r>
        <w:rPr>
          <w:rFonts w:ascii="Courier New" w:hAnsi="Courier New"/>
          <w:color w:val="555555"/>
          <w:sz w:val="20"/>
        </w:rPr>
        <w:t>[11 . 13 . 8]</w:t>
      </w:r>
    </w:p>
    <w:p>
      <w:r>
        <w:rPr>
          <w:rFonts w:ascii="Gentium Plus" w:hAnsi="Gentium Plus"/>
          <w:sz w:val="24"/>
        </w:rPr>
        <w:t>Καὶ πάλιν λέγει μοι· Πῶς αὐτῶν ἐγένου δοῦλος; καὶ εἶπον ὅτι ἐκ τῆς Χαναὰν ἐπρίαντό με.</w:t>
      </w:r>
    </w:p>
    <w:p>
      <w:r>
        <w:rPr>
          <w:rFonts w:ascii="Courier New" w:hAnsi="Courier New"/>
          <w:color w:val="555555"/>
          <w:sz w:val="20"/>
        </w:rPr>
        <w:t>[11 . 13 . 9]</w:t>
      </w:r>
    </w:p>
    <w:p>
      <w:r>
        <w:rPr>
          <w:rFonts w:ascii="Gentium Plus" w:hAnsi="Gentium Plus"/>
          <w:sz w:val="24"/>
        </w:rPr>
        <w:t>Ὁ δὲ ἠπίστησε, λέγων ὅτι ψεύδῃ· καὶ</w:t>
      </w:r>
    </w:p>
    <w:p>
      <w:r>
        <w:rPr>
          <w:rFonts w:ascii="Courier New" w:hAnsi="Courier New"/>
          <w:color w:val="555555"/>
          <w:sz w:val="20"/>
        </w:rPr>
        <w:t>[11 . 14 . 1]</w:t>
      </w:r>
    </w:p>
    <w:p>
      <w:r>
        <w:rPr>
          <w:rFonts w:ascii="Gentium Plus" w:hAnsi="Gentium Plus"/>
          <w:sz w:val="24"/>
        </w:rPr>
        <w:t>Ἡ δὲ Μεμφὶς ἑώρα διὰ θυρίδος τυπτομένου μου, καὶ ἀποστέλλει πρὸς τὸν ἄνδρα αὐτῆς, λέγουσα· Ἄδικός ἐστιν ἡ κρίσις σου, ὅτι καὶ τὸν κλαπέντα ἐλεύθερον τιμωρεῖς, ὡς ἀδικήσαντα.</w:t>
      </w:r>
    </w:p>
    <w:p>
      <w:r>
        <w:rPr>
          <w:rFonts w:ascii="Courier New" w:hAnsi="Courier New"/>
          <w:color w:val="555555"/>
          <w:sz w:val="20"/>
        </w:rPr>
        <w:t>[11 . 14 . 2]</w:t>
      </w:r>
    </w:p>
    <w:p>
      <w:r>
        <w:rPr>
          <w:rFonts w:ascii="Gentium Plus" w:hAnsi="Gentium Plus"/>
          <w:sz w:val="24"/>
        </w:rPr>
        <w:t>Ὡς δὲ οὐκ ἤλλαξα λόγον τυπτόμενος, ἐκέλευσε φυλακισθῆναί με, ἕως οὗ ἔλθωσι, φησίν, οἱ κύριοι τοῦ παιδός.</w:t>
      </w:r>
    </w:p>
    <w:p>
      <w:r>
        <w:rPr>
          <w:rFonts w:ascii="Courier New" w:hAnsi="Courier New"/>
          <w:color w:val="555555"/>
          <w:sz w:val="20"/>
        </w:rPr>
        <w:t>[11 . 14 . 3]</w:t>
      </w:r>
    </w:p>
    <w:p>
      <w:r>
        <w:rPr>
          <w:rFonts w:ascii="Gentium Plus" w:hAnsi="Gentium Plus"/>
          <w:sz w:val="24"/>
        </w:rPr>
        <w:t>Καὶ ἡ γυνὴ αὐτοῦ λέγει πρὸς αὐτόν· Διὰ τί συνέχεις τὸν αἰχμάλωτον καὶ εὐγενῆ παῖδα, ὃν ἔδει εἶναι μᾶλλον ἄνετον, καὶ ὑπηρετεῖν σου;</w:t>
      </w:r>
    </w:p>
    <w:p>
      <w:r>
        <w:rPr>
          <w:rFonts w:ascii="Courier New" w:hAnsi="Courier New"/>
          <w:color w:val="555555"/>
          <w:sz w:val="20"/>
        </w:rPr>
        <w:t>[11 . 14 . 4]</w:t>
      </w:r>
    </w:p>
    <w:p>
      <w:r>
        <w:rPr>
          <w:rFonts w:ascii="Gentium Plus" w:hAnsi="Gentium Plus"/>
          <w:sz w:val="24"/>
        </w:rPr>
        <w:t>Ἤθελε γάρ με ὁρᾶν ἐν πόθῳ ἁμαρτίας· καὶ ἠγνόουν ἐπὶ πᾶσι τούτοις.</w:t>
      </w:r>
    </w:p>
    <w:p>
      <w:r>
        <w:rPr>
          <w:rFonts w:ascii="Courier New" w:hAnsi="Courier New"/>
          <w:color w:val="555555"/>
          <w:sz w:val="20"/>
        </w:rPr>
        <w:t>[11 . 14 . 5]</w:t>
      </w:r>
    </w:p>
    <w:p>
      <w:r>
        <w:rPr>
          <w:rFonts w:ascii="Gentium Plus" w:hAnsi="Gentium Plus"/>
          <w:sz w:val="24"/>
        </w:rPr>
        <w:t>Ὁ δὲ εἶπε πρὸς τὴν Μεμφίν· Οὐκ ἔστι παρ’ Αἰγυπτίοις πρὸ ἀποδεί‐ ξεως ἀφαιρεῖσθαι τὰ ἀλλότρια.</w:t>
      </w:r>
    </w:p>
    <w:p>
      <w:r>
        <w:rPr>
          <w:rFonts w:ascii="Courier New" w:hAnsi="Courier New"/>
          <w:color w:val="555555"/>
          <w:sz w:val="20"/>
        </w:rPr>
        <w:t>[11 . 14 . 6]</w:t>
      </w:r>
    </w:p>
    <w:p>
      <w:r>
        <w:rPr>
          <w:rFonts w:ascii="Gentium Plus" w:hAnsi="Gentium Plus"/>
          <w:sz w:val="24"/>
        </w:rPr>
        <w:t>Ταῦτα εἶπε περὶ τοῦ μεταβόλου, καὶ περὶ ἐμοῦ, ὅτι ὄφειλα ἐγκατάκλειστος εἶναι.</w:t>
      </w:r>
    </w:p>
    <w:p>
      <w:r>
        <w:rPr>
          <w:rFonts w:ascii="Courier New" w:hAnsi="Courier New"/>
          <w:color w:val="555555"/>
          <w:sz w:val="20"/>
        </w:rPr>
        <w:t>[11 . 15 . 1]</w:t>
      </w:r>
    </w:p>
    <w:p>
      <w:r>
        <w:rPr>
          <w:rFonts w:ascii="Gentium Plus" w:hAnsi="Gentium Plus"/>
          <w:sz w:val="24"/>
        </w:rPr>
        <w:t>Μετὰ δὲ εἰκοσιτέσσαρας ἡμέρας ἦλθον οἱ Ἰσμαη‐ λῖται· καὶ ἀκούσαντες ὅτι Ἰακὼβ ὁ πατήρ μου πενθεῖ περὶ ἐμοῦ, εἶπον πρός με·</w:t>
      </w:r>
    </w:p>
    <w:p>
      <w:r>
        <w:rPr>
          <w:rFonts w:ascii="Courier New" w:hAnsi="Courier New"/>
          <w:color w:val="555555"/>
          <w:sz w:val="20"/>
        </w:rPr>
        <w:t>[11 . 15 . 2]</w:t>
      </w:r>
    </w:p>
    <w:p>
      <w:r>
        <w:rPr>
          <w:rFonts w:ascii="Gentium Plus" w:hAnsi="Gentium Plus"/>
          <w:sz w:val="24"/>
        </w:rPr>
        <w:t>Τί ὅτι εἶπας ἑαυτὸν δοῦλον εἶναι; καὶ ἰδοὺ ἔγνωμεν, ὅτι υἱὸς εἶ ἀνδρὸς μεγάλου ἐν τῇ Χαναάν· καὶ πενθεῖ ὁ πατήρ σου ἐν λάκκῳ.</w:t>
      </w:r>
    </w:p>
    <w:p>
      <w:r>
        <w:rPr>
          <w:rFonts w:ascii="Courier New" w:hAnsi="Courier New"/>
          <w:color w:val="555555"/>
          <w:sz w:val="20"/>
        </w:rPr>
        <w:t>[11 . 15 . 3]</w:t>
      </w:r>
    </w:p>
    <w:p>
      <w:r>
        <w:rPr>
          <w:rFonts w:ascii="Gentium Plus" w:hAnsi="Gentium Plus"/>
          <w:sz w:val="24"/>
        </w:rPr>
        <w:t>Καὶ πάλιν ἤθελον δακρῦσαι, καὶ ἐπέσχον ἐμαυτόν, ἵνα μὴ αἰσχύνω τοὺς ἀδελ‐ φούς μου. Καὶ εἶπα· Ἐγὼ οὐκ οἶδα· δοῦλός εἰμι.</w:t>
      </w:r>
    </w:p>
    <w:p>
      <w:r>
        <w:rPr>
          <w:rFonts w:ascii="Courier New" w:hAnsi="Courier New"/>
          <w:color w:val="555555"/>
          <w:sz w:val="20"/>
        </w:rPr>
        <w:t>[11 . 15 . 4]</w:t>
      </w:r>
    </w:p>
    <w:p>
      <w:r>
        <w:rPr>
          <w:rFonts w:ascii="Gentium Plus" w:hAnsi="Gentium Plus"/>
          <w:sz w:val="24"/>
        </w:rPr>
        <w:t>Τότε βουλεύονται πωλῆσαί με, ἵνα μὴ εὑρεθῶ ἐν χερσὶν αὐτῶν.</w:t>
      </w:r>
    </w:p>
    <w:p>
      <w:r>
        <w:rPr>
          <w:rFonts w:ascii="Courier New" w:hAnsi="Courier New"/>
          <w:color w:val="555555"/>
          <w:sz w:val="20"/>
        </w:rPr>
        <w:t>[11 . 15 . 5]</w:t>
      </w:r>
    </w:p>
    <w:p>
      <w:r>
        <w:rPr>
          <w:rFonts w:ascii="Gentium Plus" w:hAnsi="Gentium Plus"/>
          <w:sz w:val="24"/>
        </w:rPr>
        <w:t>Ἐφοβοῦντο γὰρ τὸν Ἰακώβ, ἵνα μὴ ποιήσῃ ἐν αὐτοῖς ἐκδίκησιν κινδύνου. Ἠκούσθη γάρ, ὅτι μέγας ἐστὶ παρὰ Κυρίῳ καὶ ἀνθρώποις.</w:t>
      </w:r>
    </w:p>
    <w:p>
      <w:r>
        <w:rPr>
          <w:rFonts w:ascii="Courier New" w:hAnsi="Courier New"/>
          <w:color w:val="555555"/>
          <w:sz w:val="20"/>
        </w:rPr>
        <w:t>[11 . 15 . 6]</w:t>
      </w:r>
    </w:p>
    <w:p>
      <w:r>
        <w:rPr>
          <w:rFonts w:ascii="Gentium Plus" w:hAnsi="Gentium Plus"/>
          <w:sz w:val="24"/>
        </w:rPr>
        <w:t>Τότε λέγει ὁ μετάβολος αὐτοῖς· Λύσατέ με ἀπὸ τῆς κρίσεως Πετεφρί.</w:t>
      </w:r>
    </w:p>
    <w:p>
      <w:r>
        <w:rPr>
          <w:rFonts w:ascii="Courier New" w:hAnsi="Courier New"/>
          <w:color w:val="555555"/>
          <w:sz w:val="20"/>
        </w:rPr>
        <w:t>[11 . 15 . 7]</w:t>
      </w:r>
    </w:p>
    <w:p>
      <w:r>
        <w:rPr>
          <w:rFonts w:ascii="Gentium Plus" w:hAnsi="Gentium Plus"/>
          <w:sz w:val="24"/>
        </w:rPr>
        <w:t>Προσελθόντες οὖν αἰτοῦνταί με, λέγοντες· Ὅτι ἐν ἀργυρίῳ ἠγοράσθη ἡμῖν· κἀκεῖνος ἀπέλυσεν ἡμᾶς.</w:t>
      </w:r>
    </w:p>
    <w:p>
      <w:r>
        <w:rPr>
          <w:rFonts w:ascii="Courier New" w:hAnsi="Courier New"/>
          <w:color w:val="555555"/>
          <w:sz w:val="20"/>
        </w:rPr>
        <w:t>[11 . 16 . 1]</w:t>
      </w:r>
    </w:p>
    <w:p>
      <w:r>
        <w:rPr>
          <w:rFonts w:ascii="Gentium Plus" w:hAnsi="Gentium Plus"/>
          <w:sz w:val="24"/>
        </w:rPr>
        <w:t>Ἡ δὲ Μεμφὶς ἐδήλωσε τῷ ἀνδρὶ αὐτῆς, πριᾶσθαί με· ἀκούω γάρ, φησίν, ὅτι πωλοῦσιν αὐτόν.</w:t>
      </w:r>
    </w:p>
    <w:p>
      <w:r>
        <w:rPr>
          <w:rFonts w:ascii="Courier New" w:hAnsi="Courier New"/>
          <w:color w:val="555555"/>
          <w:sz w:val="20"/>
        </w:rPr>
        <w:t>[11 . 16 . 2]</w:t>
      </w:r>
    </w:p>
    <w:p>
      <w:r>
        <w:rPr>
          <w:rFonts w:ascii="Gentium Plus" w:hAnsi="Gentium Plus"/>
          <w:sz w:val="24"/>
        </w:rPr>
        <w:t>Καὶ ἀπέστειλεν εὐνοῦχον τοῖς Ἰσμαηλίταις, ᾔτειτο εἰς πρᾶσιν·</w:t>
      </w:r>
    </w:p>
    <w:p>
      <w:r>
        <w:rPr>
          <w:rFonts w:ascii="Courier New" w:hAnsi="Courier New"/>
          <w:color w:val="555555"/>
          <w:sz w:val="20"/>
        </w:rPr>
        <w:t>[11 . 16 . 3]</w:t>
      </w:r>
    </w:p>
    <w:p>
      <w:r>
        <w:rPr>
          <w:rFonts w:ascii="Gentium Plus" w:hAnsi="Gentium Plus"/>
          <w:sz w:val="24"/>
        </w:rPr>
        <w:t>καὶ μὴ θελήσας ποιῆσαι μετ’ αὐτῶν, ἀνεχώρησεν. Ὁ δὲ εὐνοῦχος πειραθεὶς αὐτῶν δηλοῖ τῇ δεσποίνῃ, ὅτι πολλὴν αἰτοῦσι τιμὴν τοῦ παιδός.</w:t>
      </w:r>
    </w:p>
    <w:p>
      <w:r>
        <w:rPr>
          <w:rFonts w:ascii="Courier New" w:hAnsi="Courier New"/>
          <w:color w:val="555555"/>
          <w:sz w:val="20"/>
        </w:rPr>
        <w:t>[11 . 16 . 4]</w:t>
      </w:r>
    </w:p>
    <w:p>
      <w:r>
        <w:rPr>
          <w:rFonts w:ascii="Gentium Plus" w:hAnsi="Gentium Plus"/>
          <w:sz w:val="24"/>
        </w:rPr>
        <w:t>Ἡ δὲ ἀπέστειλεν ἕτερον εὐνοῦχον, λέγουσα· Ἐὰν καὶ δύο μνᾶς χρυσίου ζητοῦσι, πρόσεχε μὴ φείσασθαι χρυσίου, μόνον πριάμενος τὸν παῖδα ἀγάγετε.</w:t>
      </w:r>
    </w:p>
    <w:p>
      <w:r>
        <w:rPr>
          <w:rFonts w:ascii="Courier New" w:hAnsi="Courier New"/>
          <w:color w:val="555555"/>
          <w:sz w:val="20"/>
        </w:rPr>
        <w:t>[11 . 16 . 5]</w:t>
      </w:r>
    </w:p>
    <w:p>
      <w:r>
        <w:rPr>
          <w:rFonts w:ascii="Gentium Plus" w:hAnsi="Gentium Plus"/>
          <w:sz w:val="24"/>
        </w:rPr>
        <w:t>Καὶ δίδει αὐτοῖς ὀγδοήκοντα χρυσίνους ἀντ’ ἐμοῦ, ἑκατὸν εἰπὼν τῇ Αἰγυπτίᾳ δεδῶσθαι ἀντ’ ἐμοῦ.</w:t>
      </w:r>
    </w:p>
    <w:p>
      <w:r>
        <w:rPr>
          <w:rFonts w:ascii="Courier New" w:hAnsi="Courier New"/>
          <w:color w:val="555555"/>
          <w:sz w:val="20"/>
        </w:rPr>
        <w:t>[11 . 16 . 6]</w:t>
      </w:r>
    </w:p>
    <w:p>
      <w:r>
        <w:rPr>
          <w:rFonts w:ascii="Gentium Plus" w:hAnsi="Gentium Plus"/>
          <w:sz w:val="24"/>
        </w:rPr>
        <w:t>Καὶ ἰδὼν ἐγὼ ἐσιώπησα, ἵνα μὴ ἐτασθῇ ὁ εὐνοῦχος.</w:t>
      </w:r>
    </w:p>
    <w:p>
      <w:r>
        <w:rPr>
          <w:rFonts w:ascii="Courier New" w:hAnsi="Courier New"/>
          <w:color w:val="555555"/>
          <w:sz w:val="20"/>
        </w:rPr>
        <w:t>[11 . 17 . 1]</w:t>
      </w:r>
    </w:p>
    <w:p>
      <w:r>
        <w:rPr>
          <w:rFonts w:ascii="Gentium Plus" w:hAnsi="Gentium Plus"/>
          <w:sz w:val="24"/>
        </w:rPr>
        <w:t>Ὁρᾶτε, τέκνα, πόσα ὑπέμεινα, ἵνα μὴ καται‐ σχύνω τοὺς ἀδελφούς μου;</w:t>
      </w:r>
    </w:p>
    <w:p>
      <w:r>
        <w:rPr>
          <w:rFonts w:ascii="Courier New" w:hAnsi="Courier New"/>
          <w:color w:val="555555"/>
          <w:sz w:val="20"/>
        </w:rPr>
        <w:t>[11 . 17 . 2]</w:t>
      </w:r>
    </w:p>
    <w:p>
      <w:r>
        <w:rPr>
          <w:rFonts w:ascii="Gentium Plus" w:hAnsi="Gentium Plus"/>
          <w:sz w:val="24"/>
        </w:rPr>
        <w:t>Καὶ ὑμεῖς οὖν ἀγαπᾶτε ἀλλή‐ λους· καὶ ἐν μακροθυμίαις συγκρύπτετε ἀλλήλων τὰ ἐλαττώ‐ ματα.</w:t>
      </w:r>
    </w:p>
    <w:p>
      <w:r>
        <w:rPr>
          <w:rFonts w:ascii="Courier New" w:hAnsi="Courier New"/>
          <w:color w:val="555555"/>
          <w:sz w:val="20"/>
        </w:rPr>
        <w:t>[11 . 17 . 3]</w:t>
      </w:r>
    </w:p>
    <w:p>
      <w:r>
        <w:rPr>
          <w:rFonts w:ascii="Gentium Plus" w:hAnsi="Gentium Plus"/>
          <w:sz w:val="24"/>
        </w:rPr>
        <w:t>Τέρπεται γὰρ ὁ Θεὸς ἐπὶ ὁμονοίᾳ ἀδελφῶν, καὶ ἐπὶ προαιρέσει καρδίας εὐδοκημούσης εἰς ἀγάπην.</w:t>
      </w:r>
    </w:p>
    <w:p>
      <w:r>
        <w:rPr>
          <w:rFonts w:ascii="Courier New" w:hAnsi="Courier New"/>
          <w:color w:val="555555"/>
          <w:sz w:val="20"/>
        </w:rPr>
        <w:t>[11 . 17 . 4]</w:t>
      </w:r>
    </w:p>
    <w:p>
      <w:r>
        <w:rPr>
          <w:rFonts w:ascii="Gentium Plus" w:hAnsi="Gentium Plus"/>
          <w:sz w:val="24"/>
        </w:rPr>
        <w:t>Καὶ ὅτε ἦλθον οἱ ἀδελφοί μου εἰς Αἴγυπτον, ὡς ἔγνωσαν ὅτι ἀπέστρεψα τὸ ἀργύριον αὐτοῖς, καὶ οὐκ ὠνείδισα, ἀλλὰ καὶ παρεκάλεσα αὐτούς,</w:t>
      </w:r>
    </w:p>
    <w:p>
      <w:r>
        <w:rPr>
          <w:rFonts w:ascii="Courier New" w:hAnsi="Courier New"/>
          <w:color w:val="555555"/>
          <w:sz w:val="20"/>
        </w:rPr>
        <w:t>[11 . 17 . 5]</w:t>
      </w:r>
    </w:p>
    <w:p>
      <w:r>
        <w:rPr>
          <w:rFonts w:ascii="Gentium Plus" w:hAnsi="Gentium Plus"/>
          <w:sz w:val="24"/>
        </w:rPr>
        <w:t>καὶ μετὰ θάνατον Ἰακὼβ περισσοτέ‐ ρως ἠγάπησα αὐτούς, καὶ πάντα, ὅσα ἐκέλευσεν ἐκ περισσοῦ ἐποίησα, καὶ ἐθαύμαζον.</w:t>
      </w:r>
    </w:p>
    <w:p>
      <w:r>
        <w:rPr>
          <w:rFonts w:ascii="Courier New" w:hAnsi="Courier New"/>
          <w:color w:val="555555"/>
          <w:sz w:val="20"/>
        </w:rPr>
        <w:t>[11 . 17 . 6]</w:t>
      </w:r>
    </w:p>
    <w:p>
      <w:r>
        <w:rPr>
          <w:rFonts w:ascii="Gentium Plus" w:hAnsi="Gentium Plus"/>
          <w:sz w:val="24"/>
        </w:rPr>
        <w:t>Οὐκ ἀφῆκα γὰρ αὐτοὺς θλιβῆναι, ἕως μικροῦ πράγματος· καίγε πᾶν, ὃ ἦν ἐν χειρί μου, αὐτοῖς ἔδωκα.</w:t>
      </w:r>
    </w:p>
    <w:p>
      <w:r>
        <w:rPr>
          <w:rFonts w:ascii="Courier New" w:hAnsi="Courier New"/>
          <w:color w:val="555555"/>
          <w:sz w:val="20"/>
        </w:rPr>
        <w:t>[11 . 17 . 7]</w:t>
      </w:r>
    </w:p>
    <w:p>
      <w:r>
        <w:rPr>
          <w:rFonts w:ascii="Gentium Plus" w:hAnsi="Gentium Plus"/>
          <w:sz w:val="24"/>
        </w:rPr>
        <w:t>Οἱ υἱοὶ αὐτῶν, υἱοί μου· καὶ οἱ υἱοί μου, ὡς</w:t>
      </w:r>
    </w:p>
    <w:p>
      <w:r>
        <w:rPr>
          <w:rFonts w:ascii="Courier New" w:hAnsi="Courier New"/>
          <w:color w:val="555555"/>
          <w:sz w:val="20"/>
        </w:rPr>
        <w:t>[11 . 17 . 8]</w:t>
      </w:r>
    </w:p>
    <w:p>
      <w:r>
        <w:rPr>
          <w:rFonts w:ascii="Gentium Plus" w:hAnsi="Gentium Plus"/>
          <w:sz w:val="24"/>
        </w:rPr>
        <w:t>Καὶ οὐχ ὕψωσα ἐμαυτὸν ἐν αὐτοῖς ἐν ἀλαζονήᾳ, διὰ τὴν κοσμικὴν δόξαν μου, ἀλλ’ ἤμην ἐν αὐτοῖς ὡς εἷς τῶν ἐλαχίστων.</w:t>
      </w:r>
    </w:p>
    <w:p>
      <w:r>
        <w:rPr>
          <w:rFonts w:ascii="Courier New" w:hAnsi="Courier New"/>
          <w:color w:val="555555"/>
          <w:sz w:val="20"/>
        </w:rPr>
        <w:t>[11 . 18 . 1]</w:t>
      </w:r>
    </w:p>
    <w:p>
      <w:r>
        <w:rPr>
          <w:rFonts w:ascii="Gentium Plus" w:hAnsi="Gentium Plus"/>
          <w:sz w:val="24"/>
        </w:rPr>
        <w:t>Ἐὰν οὖν καὶ ὑμεῖς πορευθῆτε ἐν ταῖς ἐντολαῖς Κυρίου, τέκνα μου, ὑψώσει ὑμᾶς ἐνταῦθα, καὶ εὐλογήσει ἐν ἀγαθοῖς εἰς αἰῶνας.</w:t>
      </w:r>
    </w:p>
    <w:p>
      <w:r>
        <w:rPr>
          <w:rFonts w:ascii="Courier New" w:hAnsi="Courier New"/>
          <w:color w:val="555555"/>
          <w:sz w:val="20"/>
        </w:rPr>
        <w:t>[11 . 18 . 2]</w:t>
      </w:r>
    </w:p>
    <w:p>
      <w:r>
        <w:rPr>
          <w:rFonts w:ascii="Gentium Plus" w:hAnsi="Gentium Plus"/>
          <w:sz w:val="24"/>
        </w:rPr>
        <w:t>Καὶ ἐὰν θέλῃ τις κακοποιῆσαι ὑμᾶς, ὑμεῖς τῇ ἀγαθοποιΐᾳ εὔχεσθε ὑπὲρ αὐτοῦ· καὶ ἀπὸ παντὸς κακοῦ λυτρωθήσεσθε διὰ Κυρίου.</w:t>
      </w:r>
    </w:p>
    <w:p>
      <w:r>
        <w:rPr>
          <w:rFonts w:ascii="Courier New" w:hAnsi="Courier New"/>
          <w:color w:val="555555"/>
          <w:sz w:val="20"/>
        </w:rPr>
        <w:t>[11 . 18 . 3]</w:t>
      </w:r>
    </w:p>
    <w:p>
      <w:r>
        <w:rPr>
          <w:rFonts w:ascii="Gentium Plus" w:hAnsi="Gentium Plus"/>
          <w:sz w:val="24"/>
        </w:rPr>
        <w:t>Ἰδοὺ γὰρ ὁρᾶτε, ὅτι διὰ τὴν μακροθυμίαν καὶ θυγατέρα κυρίων μου ἔλαβον εἰς γυναῖκα· καὶ ἑκατὸν τάλαντά μοι χρυσίου δέδοται σὺν αὐτῇ· ὅτι Κύριός μοι αὐτοὺς ἐδούλευσε.</w:t>
      </w:r>
    </w:p>
    <w:p>
      <w:r>
        <w:rPr>
          <w:rFonts w:ascii="Courier New" w:hAnsi="Courier New"/>
          <w:color w:val="555555"/>
          <w:sz w:val="20"/>
        </w:rPr>
        <w:t>[11 . 18 . 4]</w:t>
      </w:r>
    </w:p>
    <w:p>
      <w:r>
        <w:rPr>
          <w:rFonts w:ascii="Gentium Plus" w:hAnsi="Gentium Plus"/>
          <w:sz w:val="24"/>
        </w:rPr>
        <w:t>Καίγε ὡραιότητα ἔδωκέ μοι, ὡς ἄνθος ὑπὲρ ὡραίους Ἰσραήλ· καὶ διεφύλαξέ με ἕως γήρως ἐν δυνάμει καὶ ἐν κάλλει, ὅτι ἐγὼ ὅμοιος ἐν πᾶσι τῷ Ἰακώβ.</w:t>
      </w:r>
    </w:p>
    <w:p>
      <w:r>
        <w:rPr>
          <w:rFonts w:ascii="Courier New" w:hAnsi="Courier New"/>
          <w:color w:val="555555"/>
          <w:sz w:val="20"/>
        </w:rPr>
        <w:t>[11 . 19 . 1]</w:t>
      </w:r>
    </w:p>
    <w:p>
      <w:r>
        <w:rPr>
          <w:rFonts w:ascii="Gentium Plus" w:hAnsi="Gentium Plus"/>
          <w:sz w:val="24"/>
        </w:rPr>
        <w:t>Ἀκούσατε, τέκνα μου, καὶ ὧν εἶδον ἐνυπνίων.</w:t>
      </w:r>
    </w:p>
    <w:p>
      <w:r>
        <w:rPr>
          <w:rFonts w:ascii="Courier New" w:hAnsi="Courier New"/>
          <w:color w:val="555555"/>
          <w:sz w:val="20"/>
        </w:rPr>
        <w:t>[11 . 19 . 2]</w:t>
      </w:r>
    </w:p>
    <w:p>
      <w:r>
        <w:rPr>
          <w:rFonts w:ascii="Gentium Plus" w:hAnsi="Gentium Plus"/>
          <w:sz w:val="24"/>
        </w:rPr>
        <w:t>Δώδεκα ἔλαφοι ἐνέμοντο, καὶ οἱ ἐννέα διαιρέθησαν καὶ διεσπάρησαν τῇ γῇ· ὁμοίως καὶ οἱ τρεῖς.</w:t>
      </w:r>
    </w:p>
    <w:p>
      <w:r>
        <w:rPr>
          <w:rFonts w:ascii="Courier New" w:hAnsi="Courier New"/>
          <w:color w:val="555555"/>
          <w:sz w:val="20"/>
        </w:rPr>
        <w:t>[11 . 19 . 8]</w:t>
      </w:r>
    </w:p>
    <w:p>
      <w:r>
        <w:rPr>
          <w:rFonts w:ascii="Gentium Plus" w:hAnsi="Gentium Plus"/>
          <w:sz w:val="24"/>
        </w:rPr>
        <w:t>Καὶ εἶδον, ὅτι ἐκ τοῦ Ἰούδα ἐγεννήθη παρθένος, ἔχουσα στολὴν βυσσίνην· καὶ ἐξ αὐτῆς προῆλθεν ἀμνὸς ἄμωμος, καὶ ἐξ ἀριστερῶν αὐτοῦ, ὡς λέων· καὶ πάντα τὰ θηρία ὥρμουν κατ’ αὐτοῦ, καὶ</w:t>
      </w:r>
    </w:p>
    <w:p>
      <w:r>
        <w:rPr>
          <w:rFonts w:ascii="Courier New" w:hAnsi="Courier New"/>
          <w:color w:val="555555"/>
          <w:sz w:val="20"/>
        </w:rPr>
        <w:t>[5]</w:t>
      </w:r>
    </w:p>
    <w:p>
      <w:r>
        <w:rPr>
          <w:rFonts w:ascii="Gentium Plus" w:hAnsi="Gentium Plus"/>
          <w:sz w:val="24"/>
        </w:rPr>
        <w:t>ἐνίκησεν αὐτὰ ὁ ἀμνός, καὶ ἀπώλεσεν εἰς καταπάτησιν.</w:t>
      </w:r>
    </w:p>
    <w:p>
      <w:r>
        <w:rPr>
          <w:rFonts w:ascii="Courier New" w:hAnsi="Courier New"/>
          <w:color w:val="555555"/>
          <w:sz w:val="20"/>
        </w:rPr>
        <w:t>[11 . 19 . 9]</w:t>
      </w:r>
    </w:p>
    <w:p>
      <w:r>
        <w:rPr>
          <w:rFonts w:ascii="Gentium Plus" w:hAnsi="Gentium Plus"/>
          <w:sz w:val="24"/>
        </w:rPr>
        <w:t>Καὶ ἔχαιρον ἐπ’ αὐτῷ οἱ ἄγγελοι, καὶ οἱ ἄνθρωποι, καὶ πᾶσα ἡ γῆ.</w:t>
      </w:r>
    </w:p>
    <w:p>
      <w:r>
        <w:rPr>
          <w:rFonts w:ascii="Courier New" w:hAnsi="Courier New"/>
          <w:color w:val="555555"/>
          <w:sz w:val="20"/>
        </w:rPr>
        <w:t>[11 . 19 . 10]</w:t>
      </w:r>
    </w:p>
    <w:p>
      <w:r>
        <w:rPr>
          <w:rFonts w:ascii="Gentium Plus" w:hAnsi="Gentium Plus"/>
          <w:sz w:val="24"/>
        </w:rPr>
        <w:t>Ταῦτα δὲ γενήσεται ἐν καιρῷ αὐτῶν, ἐν ἐσχάταις ἡμέραις.</w:t>
      </w:r>
    </w:p>
    <w:p>
      <w:r>
        <w:rPr>
          <w:rFonts w:ascii="Courier New" w:hAnsi="Courier New"/>
          <w:color w:val="555555"/>
          <w:sz w:val="20"/>
        </w:rPr>
        <w:t>[11 . 19 . 11]</w:t>
      </w:r>
    </w:p>
    <w:p>
      <w:r>
        <w:rPr>
          <w:rFonts w:ascii="Gentium Plus" w:hAnsi="Gentium Plus"/>
          <w:sz w:val="24"/>
        </w:rPr>
        <w:t>Ὑμεῖς οὖν, τέκνα μου, φυλάξατε τὰς ἐντολὰς Κυρίου, καὶ τιμᾶτε τὸν Ἰούδαν καὶ τὸν Λευί· ὅτι ἐξ αὐτῶν ἀνατελεῖ ὑμῖν ὁ ἀμνὸς τοῦ Θεοῦ, χάριτι σώζων πάντα τὰ ἔθνη, καὶ τὸν Ἰσραήλ.</w:t>
      </w:r>
    </w:p>
    <w:p>
      <w:r>
        <w:rPr>
          <w:rFonts w:ascii="Courier New" w:hAnsi="Courier New"/>
          <w:color w:val="555555"/>
          <w:sz w:val="20"/>
        </w:rPr>
        <w:t>[11 . 19 . 12]</w:t>
      </w:r>
    </w:p>
    <w:p>
      <w:r>
        <w:rPr>
          <w:rFonts w:ascii="Gentium Plus" w:hAnsi="Gentium Plus"/>
          <w:sz w:val="24"/>
        </w:rPr>
        <w:t>Ἡ γὰρ βασιλεία αὐτοῦ βασιλεία αἰῶνος, ἥτις οὐ παρασαλεύσεται. Ἡ δὲ ἐμὴ βασιλεία ἐν ὑμῖν ἐπιτελεῖται, ὡς ὀποροφυλάκιον, ὅτι μετὰ τὸ θέρος οὐ φανήσεται.</w:t>
      </w:r>
    </w:p>
    <w:p>
      <w:r>
        <w:rPr>
          <w:rFonts w:ascii="Courier New" w:hAnsi="Courier New"/>
          <w:color w:val="555555"/>
          <w:sz w:val="20"/>
        </w:rPr>
        <w:t>[11 . 20 . 1]</w:t>
      </w:r>
    </w:p>
    <w:p>
      <w:r>
        <w:rPr>
          <w:rFonts w:ascii="Gentium Plus" w:hAnsi="Gentium Plus"/>
          <w:sz w:val="24"/>
        </w:rPr>
        <w:t>Οἶδα ὅτι μετὰ τὴν τελευτήν μου οἱ Αἰγύπτιοι θλίψωσιν ὑμᾶς· ἀλλ’ ὁ Θεὸς ποιήσει τὴν ἐκδίκησιν ὑμῶν, καὶ εἰσάξει ὑμᾶς εἰς τὴν ἐπαγγελίαν τῶν πατέρων ὑμῶν.</w:t>
      </w:r>
    </w:p>
    <w:p>
      <w:r>
        <w:rPr>
          <w:rFonts w:ascii="Courier New" w:hAnsi="Courier New"/>
          <w:color w:val="555555"/>
          <w:sz w:val="20"/>
        </w:rPr>
        <w:t>[11 . 20 . 2]</w:t>
      </w:r>
    </w:p>
    <w:p>
      <w:r>
        <w:rPr>
          <w:rFonts w:ascii="Gentium Plus" w:hAnsi="Gentium Plus"/>
          <w:sz w:val="24"/>
        </w:rPr>
        <w:t>Ἀλλὰ συνανοίσετε τὰ ὀστᾶ μου μεθ’ ὑμῶν, ὅτι ἀναγομένων τῶν ὀστέων μου, Κύριος ἐν φωτὶ ἔσται μεθ’ ὑμῶν, καὶ Βελίαρ ἐν σκότει ἔσται μετὰ τῶν Αἰγυπτίων.</w:t>
      </w:r>
    </w:p>
    <w:p>
      <w:r>
        <w:rPr>
          <w:rFonts w:ascii="Courier New" w:hAnsi="Courier New"/>
          <w:color w:val="555555"/>
          <w:sz w:val="20"/>
        </w:rPr>
        <w:t>[11 . 20 . 3]</w:t>
      </w:r>
    </w:p>
    <w:p>
      <w:r>
        <w:rPr>
          <w:rFonts w:ascii="Gentium Plus" w:hAnsi="Gentium Plus"/>
          <w:sz w:val="24"/>
        </w:rPr>
        <w:t>Καὶ</w:t>
      </w:r>
    </w:p>
    <w:p>
      <w:r>
        <w:rPr>
          <w:rFonts w:ascii="Courier New" w:hAnsi="Courier New"/>
          <w:color w:val="555555"/>
          <w:sz w:val="20"/>
        </w:rPr>
        <w:t>[11 . 20 . 4]</w:t>
      </w:r>
    </w:p>
    <w:p>
      <w:r>
        <w:rPr>
          <w:rFonts w:ascii="Gentium Plus" w:hAnsi="Gentium Plus"/>
          <w:sz w:val="24"/>
        </w:rPr>
        <w:t>Καὶ ταῦτα εἰπών, ἐκτείνας τοὺς πόδας αὐτοῦ, ἐκοιμήθη ὕπνον αἰώνιον.</w:t>
      </w:r>
    </w:p>
    <w:p>
      <w:r>
        <w:rPr>
          <w:rFonts w:ascii="Courier New" w:hAnsi="Courier New"/>
          <w:color w:val="555555"/>
          <w:sz w:val="20"/>
        </w:rPr>
        <w:t>[11 . 20 . 5]</w:t>
      </w:r>
    </w:p>
    <w:p>
      <w:r>
        <w:rPr>
          <w:rFonts w:ascii="Gentium Plus" w:hAnsi="Gentium Plus"/>
          <w:sz w:val="24"/>
        </w:rPr>
        <w:t>Καὶ ἐπένθησεν αὐτὸν πᾶς Ἰσραὴλ καὶ πᾶσα ἡ Αἴγυπτος πένθος μέγα.</w:t>
      </w:r>
    </w:p>
    <w:p>
      <w:r>
        <w:rPr>
          <w:rFonts w:ascii="Courier New" w:hAnsi="Courier New"/>
          <w:color w:val="555555"/>
          <w:sz w:val="20"/>
        </w:rPr>
        <w:t>[11 . 20 . 6]</w:t>
      </w:r>
    </w:p>
    <w:p>
      <w:r>
        <w:rPr>
          <w:rFonts w:ascii="Gentium Plus" w:hAnsi="Gentium Plus"/>
          <w:sz w:val="24"/>
        </w:rPr>
        <w:t>Καὶ γὰρ καὶ τοῖς Αἰγυπτίοις ὡς ἰδίοις μέλεσι συνέπασχε, καὶ εὐεργέτει, παντὶ ἔργῳ καὶ βουλῇ καὶ πράγματι παριστάμενος.</w:t>
      </w:r>
    </w:p>
    <w:p>
      <w:pPr>
        <w:jc w:val="center"/>
      </w:pPr>
      <w:r>
        <w:rPr>
          <w:rFonts w:ascii="Gentium Plus" w:hAnsi="Gentium Plus"/>
          <w:b/>
          <w:sz w:val="24"/>
        </w:rPr>
        <w:t>ΔΙΑΘΗΚΗ ΒΕΝΙΑΜΙΝ ΙΒ ΠΕΡΙ ΔΙΑΝΟΙΑΣ ΚΑΘΑΡΑΣ</w:t>
      </w:r>
    </w:p>
    <w:p>
      <w:r>
        <w:rPr>
          <w:rFonts w:ascii="Courier New" w:hAnsi="Courier New"/>
          <w:color w:val="555555"/>
          <w:sz w:val="20"/>
        </w:rPr>
        <w:t>[12 . 1 . 1]</w:t>
      </w:r>
    </w:p>
    <w:p>
      <w:r>
        <w:rPr>
          <w:rFonts w:ascii="Gentium Plus" w:hAnsi="Gentium Plus"/>
          <w:sz w:val="24"/>
        </w:rPr>
        <w:t>Ἀντίγραφον λόγων Βενιαμίν, ὧν διέθετο τοῖς υἱοῖς αὐτοῦ, ζήσας ἔτη ἑκατὸν εἴκοσι.</w:t>
      </w:r>
    </w:p>
    <w:p>
      <w:r>
        <w:rPr>
          <w:rFonts w:ascii="Courier New" w:hAnsi="Courier New"/>
          <w:color w:val="555555"/>
          <w:sz w:val="20"/>
        </w:rPr>
        <w:t>[12 . 1 . 2]</w:t>
      </w:r>
    </w:p>
    <w:p>
      <w:r>
        <w:rPr>
          <w:rFonts w:ascii="Gentium Plus" w:hAnsi="Gentium Plus"/>
          <w:sz w:val="24"/>
        </w:rPr>
        <w:t>Καὶ φιλήσας αὐτούς, εἶπεν· Ὡς Ἰσαὰκ ἑκατοστῷ ἔτει ἐτέχθη τῷ Ἀβραάμ, οὕτως κἀγὼ τῷ Ἰακώβ.</w:t>
      </w:r>
    </w:p>
    <w:p>
      <w:r>
        <w:rPr>
          <w:rFonts w:ascii="Courier New" w:hAnsi="Courier New"/>
          <w:color w:val="555555"/>
          <w:sz w:val="20"/>
        </w:rPr>
        <w:t>[12 . 1 . 3]</w:t>
      </w:r>
    </w:p>
    <w:p>
      <w:r>
        <w:rPr>
          <w:rFonts w:ascii="Gentium Plus" w:hAnsi="Gentium Plus"/>
          <w:sz w:val="24"/>
        </w:rPr>
        <w:t>Ἐπειδὴ οὖν Ῥαχὴλ τέθνηκε γεννῶσά με, γάλα οὐκ ἔσχον, Βάλλαν οὖν τὴν παιδίσκην αὐτῆς ἐθήλασα.</w:t>
      </w:r>
    </w:p>
    <w:p>
      <w:r>
        <w:rPr>
          <w:rFonts w:ascii="Courier New" w:hAnsi="Courier New"/>
          <w:color w:val="555555"/>
          <w:sz w:val="20"/>
        </w:rPr>
        <w:t>[12 . 1 . 4]</w:t>
      </w:r>
    </w:p>
    <w:p>
      <w:r>
        <w:rPr>
          <w:rFonts w:ascii="Gentium Plus" w:hAnsi="Gentium Plus"/>
          <w:sz w:val="24"/>
        </w:rPr>
        <w:t>Ἡ γὰρ Ῥαχὴλ μετὰ τὸ τεκεῖν τὸν Ἰωσήφ, δώδεκα ἔτη ἐστείρευσε· καὶ προσηύξατο Κυρίῳ μετὰ νηστείας δώδεκα ἡμέρας· καὶ συλλαβοῦσα ἔτεκέ με.</w:t>
      </w:r>
    </w:p>
    <w:p>
      <w:r>
        <w:rPr>
          <w:rFonts w:ascii="Courier New" w:hAnsi="Courier New"/>
          <w:color w:val="555555"/>
          <w:sz w:val="20"/>
        </w:rPr>
        <w:t>[12 . 1 . 5]</w:t>
      </w:r>
    </w:p>
    <w:p>
      <w:r>
        <w:rPr>
          <w:rFonts w:ascii="Gentium Plus" w:hAnsi="Gentium Plus"/>
          <w:sz w:val="24"/>
        </w:rPr>
        <w:t>Σφόδρα γὰρ ὁ πατὴρ ἡμῶν ἠγάπα τὴν Ῥαχήλ, καὶ ηὔχετο δύο υἱοὺς ἰδεῖν ἀπ’ αὐτῆς.</w:t>
      </w:r>
    </w:p>
    <w:p>
      <w:r>
        <w:rPr>
          <w:rFonts w:ascii="Courier New" w:hAnsi="Courier New"/>
          <w:color w:val="555555"/>
          <w:sz w:val="20"/>
        </w:rPr>
        <w:t>[12 . 1 . 6]</w:t>
      </w:r>
    </w:p>
    <w:p>
      <w:r>
        <w:rPr>
          <w:rFonts w:ascii="Gentium Plus" w:hAnsi="Gentium Plus"/>
          <w:sz w:val="24"/>
        </w:rPr>
        <w:t>Διὰ τοῦτο ἐκλήθην υἱὸς ἡμερῶν, ὅ ἐστι Βενιαμίν.</w:t>
      </w:r>
    </w:p>
    <w:p>
      <w:r>
        <w:rPr>
          <w:rFonts w:ascii="Courier New" w:hAnsi="Courier New"/>
          <w:color w:val="555555"/>
          <w:sz w:val="20"/>
        </w:rPr>
        <w:t>[12 . 2 . 1]</w:t>
      </w:r>
    </w:p>
    <w:p>
      <w:r>
        <w:rPr>
          <w:rFonts w:ascii="Gentium Plus" w:hAnsi="Gentium Plus"/>
          <w:sz w:val="24"/>
        </w:rPr>
        <w:t>Ὅτε οὖν εἰσῆλθον εἰς Αἴγυπτον, καὶ ἀνεγνώρισέ με Ἰωσὴφ ὁ ἀδελφός μου, λέγει μοι· Τί εἶπον τῷ πατρί μου, ὅτι ἐπώλησάν με;</w:t>
      </w:r>
    </w:p>
    <w:p>
      <w:r>
        <w:rPr>
          <w:rFonts w:ascii="Courier New" w:hAnsi="Courier New"/>
          <w:color w:val="555555"/>
          <w:sz w:val="20"/>
        </w:rPr>
        <w:t>[12 . 2 . 2]</w:t>
      </w:r>
    </w:p>
    <w:p>
      <w:r>
        <w:rPr>
          <w:rFonts w:ascii="Gentium Plus" w:hAnsi="Gentium Plus"/>
          <w:sz w:val="24"/>
        </w:rPr>
        <w:t>Καὶ εἶπον αὐτῷ ὅτι ἔφυραν τὸν χιτῶνά σου αἵματι, καὶ πέμψαντες εἶπον· Ἐπίγνωθι εἰ ὁ χιτὼν τοῦ υἱοῦ σου οὗτος.</w:t>
      </w:r>
    </w:p>
    <w:p>
      <w:r>
        <w:rPr>
          <w:rFonts w:ascii="Courier New" w:hAnsi="Courier New"/>
          <w:color w:val="555555"/>
          <w:sz w:val="20"/>
        </w:rPr>
        <w:t>[12 . 2 . 3]</w:t>
      </w:r>
    </w:p>
    <w:p>
      <w:r>
        <w:rPr>
          <w:rFonts w:ascii="Gentium Plus" w:hAnsi="Gentium Plus"/>
          <w:sz w:val="24"/>
        </w:rPr>
        <w:t>Καὶ λέγει μοι· Ναί, ἄδελφε· καὶ γὰρ ὅτε ἔλαβόν με οἱ Ἰσμαηλῖται, εἷς ἐξ αὐτῶν ἀποδύσας με τὸν χιτῶνα, ἔδωκέ μοι περίζωμα, καὶ φραγελλώσας με εἶπε τρέχειν.</w:t>
      </w:r>
    </w:p>
    <w:p>
      <w:r>
        <w:rPr>
          <w:rFonts w:ascii="Courier New" w:hAnsi="Courier New"/>
          <w:color w:val="555555"/>
          <w:sz w:val="20"/>
        </w:rPr>
        <w:t>[12 . 2 . 4]</w:t>
      </w:r>
    </w:p>
    <w:p>
      <w:r>
        <w:rPr>
          <w:rFonts w:ascii="Gentium Plus" w:hAnsi="Gentium Plus"/>
          <w:sz w:val="24"/>
        </w:rPr>
        <w:t>Ἐν δὲ τῷ ὑπάγειν αὐτὸν κρύψαι τὸ ἱμάτιόν μου, ὑπήντησεν αὐτῷ λέων καὶ ἀνεῖλεν αὐτόν.</w:t>
      </w:r>
    </w:p>
    <w:p>
      <w:r>
        <w:rPr>
          <w:rFonts w:ascii="Courier New" w:hAnsi="Courier New"/>
          <w:color w:val="555555"/>
          <w:sz w:val="20"/>
        </w:rPr>
        <w:t>[12 . 2 . 5]</w:t>
      </w:r>
    </w:p>
    <w:p>
      <w:r>
        <w:rPr>
          <w:rFonts w:ascii="Gentium Plus" w:hAnsi="Gentium Plus"/>
          <w:sz w:val="24"/>
        </w:rPr>
        <w:t>Καὶ οὕτως οἱ μέτοχοι φοβηθέντες διαπωλοῦσί με τοῖς</w:t>
      </w:r>
    </w:p>
    <w:p>
      <w:r>
        <w:rPr>
          <w:rFonts w:ascii="Courier New" w:hAnsi="Courier New"/>
          <w:color w:val="555555"/>
          <w:sz w:val="20"/>
        </w:rPr>
        <w:t>[12 . 3 . 1]</w:t>
      </w:r>
    </w:p>
    <w:p>
      <w:r>
        <w:rPr>
          <w:rFonts w:ascii="Gentium Plus" w:hAnsi="Gentium Plus"/>
          <w:sz w:val="24"/>
        </w:rPr>
        <w:t>Καὶ ὑμεῖς οὖν, τέκνα μου, ἀγαπήσατε Κύριον τὸν Θεὸν τοῦ οὐρανοῦ καὶ φυλάξατε ἐντολὰς αὐτοῦ, μιμούμε‐ νοι τὸν ἀγαθὸν καὶ ὅσιον ἄνδρα Ἰωσήφ.</w:t>
      </w:r>
    </w:p>
    <w:p>
      <w:r>
        <w:rPr>
          <w:rFonts w:ascii="Courier New" w:hAnsi="Courier New"/>
          <w:color w:val="555555"/>
          <w:sz w:val="20"/>
        </w:rPr>
        <w:t>[12 . 3 . 2]</w:t>
      </w:r>
    </w:p>
    <w:p>
      <w:r>
        <w:rPr>
          <w:rFonts w:ascii="Gentium Plus" w:hAnsi="Gentium Plus"/>
          <w:sz w:val="24"/>
        </w:rPr>
        <w:t>Καὶ ἔστω ἡ διάνοια ὑμῶν εἰς τὸ ἀγαθόν, ὡς κἀμὲ οἴδατε. Ὁ ἔχων τὴν διάνοιαν ἀγαθὴν πάντα βλέπει ὀρθῶς.</w:t>
      </w:r>
    </w:p>
    <w:p>
      <w:r>
        <w:rPr>
          <w:rFonts w:ascii="Courier New" w:hAnsi="Courier New"/>
          <w:color w:val="555555"/>
          <w:sz w:val="20"/>
        </w:rPr>
        <w:t>[12 . 3 . 3]</w:t>
      </w:r>
    </w:p>
    <w:p>
      <w:r>
        <w:rPr>
          <w:rFonts w:ascii="Gentium Plus" w:hAnsi="Gentium Plus"/>
          <w:sz w:val="24"/>
        </w:rPr>
        <w:t>Φοβεῖσθε Κύριον, καὶ ἀγαπᾶτε τὸν πλησίον· καὶ ἐὰν τὰ πνεύματα τοῦ Βελίαρ εἰς πᾶσαν πονηρίαν θλίψεως ἐξαιτήσωνται ὑμᾶς, οὐ μὴ κατακυριεύσῃ ὑμῶν πᾶσα πονηρία θλίψεως, ὡς οὐδὲ Ἰωσὴφ</w:t>
      </w:r>
    </w:p>
    <w:p>
      <w:r>
        <w:rPr>
          <w:rFonts w:ascii="Courier New" w:hAnsi="Courier New"/>
          <w:color w:val="555555"/>
          <w:sz w:val="20"/>
        </w:rPr>
        <w:t>[5]</w:t>
      </w:r>
    </w:p>
    <w:p>
      <w:r>
        <w:rPr>
          <w:rFonts w:ascii="Gentium Plus" w:hAnsi="Gentium Plus"/>
          <w:sz w:val="24"/>
        </w:rPr>
        <w:t>τοῦ ἀδελφοῦ μου.</w:t>
      </w:r>
    </w:p>
    <w:p>
      <w:r>
        <w:rPr>
          <w:rFonts w:ascii="Courier New" w:hAnsi="Courier New"/>
          <w:color w:val="555555"/>
          <w:sz w:val="20"/>
        </w:rPr>
        <w:t>[12 . 3 . 4]</w:t>
      </w:r>
    </w:p>
    <w:p>
      <w:r>
        <w:rPr>
          <w:rFonts w:ascii="Gentium Plus" w:hAnsi="Gentium Plus"/>
          <w:sz w:val="24"/>
        </w:rPr>
        <w:t>Πόσοι τῶν ἀνθρώπων ἠθέλησαν ἀνελεῖν αὐτόν, καὶ ὁ Θεὸς ἐσκέπασεν αὐτόν; Ὁ γὰρ φοβού‐ μενος τὸν Θεόν, καὶ ἀγαπῶν τὸν πλησίον αὐτοῦ, ὑπὸ τοῦ ἀερίου πνεύματος τοῦ Βελίαρ οὐ δύναται πληγῆναι, σκεπαζό‐</w:t>
      </w:r>
    </w:p>
    <w:p>
      <w:r>
        <w:rPr>
          <w:rFonts w:ascii="Courier New" w:hAnsi="Courier New"/>
          <w:color w:val="555555"/>
          <w:sz w:val="20"/>
        </w:rPr>
        <w:t>[5]</w:t>
      </w:r>
    </w:p>
    <w:p>
      <w:r>
        <w:rPr>
          <w:rFonts w:ascii="Gentium Plus" w:hAnsi="Gentium Plus"/>
          <w:sz w:val="24"/>
        </w:rPr>
        <w:t>μενος ὑπὸ τοῦ φόβου τοῦ Θεοῦ·</w:t>
      </w:r>
    </w:p>
    <w:p>
      <w:r>
        <w:rPr>
          <w:rFonts w:ascii="Courier New" w:hAnsi="Courier New"/>
          <w:color w:val="555555"/>
          <w:sz w:val="20"/>
        </w:rPr>
        <w:t>[12 . 3 . 5]</w:t>
      </w:r>
    </w:p>
    <w:p>
      <w:r>
        <w:rPr>
          <w:rFonts w:ascii="Gentium Plus" w:hAnsi="Gentium Plus"/>
          <w:sz w:val="24"/>
        </w:rPr>
        <w:t>καὶ ὑπὸ ἐπιβουλῆς ἀνθρώπων ἢ θηρίων οὐ δύναται κυριευθῆναι, βοηθούμενος ὑπὸ τῆς τοῦ Κυρίου ἀγάπης, ἧς ἔχει πρὸς τὸν πλησίον.</w:t>
      </w:r>
    </w:p>
    <w:p>
      <w:r>
        <w:rPr>
          <w:rFonts w:ascii="Courier New" w:hAnsi="Courier New"/>
          <w:color w:val="555555"/>
          <w:sz w:val="20"/>
        </w:rPr>
        <w:t>[12 . 3 . 6]</w:t>
      </w:r>
    </w:p>
    <w:p>
      <w:r>
        <w:rPr>
          <w:rFonts w:ascii="Gentium Plus" w:hAnsi="Gentium Plus"/>
          <w:sz w:val="24"/>
        </w:rPr>
        <w:t>Καὶ γὰρ ἐδεήθην τοῦ πατρὸς ἡμῶν Ἰακώβ, ἵνα προσεύξηται περὶ τῶν ἀδελφῶν ἡμῶν, ἵνα μὴ λογίσηται αὐτοῖς ὁ Κύριος, εἴτι ἐνεθυμήθησαν πονηρὸν περὶ αὐτοῦ.</w:t>
      </w:r>
    </w:p>
    <w:p>
      <w:r>
        <w:rPr>
          <w:rFonts w:ascii="Courier New" w:hAnsi="Courier New"/>
          <w:color w:val="555555"/>
          <w:sz w:val="20"/>
        </w:rPr>
        <w:t>[12 . 3 . 7]</w:t>
      </w:r>
    </w:p>
    <w:p>
      <w:r>
        <w:rPr>
          <w:rFonts w:ascii="Gentium Plus" w:hAnsi="Gentium Plus"/>
          <w:sz w:val="24"/>
        </w:rPr>
        <w:t>Καὶ οὕτως</w:t>
      </w:r>
    </w:p>
    <w:p>
      <w:r>
        <w:rPr>
          <w:rFonts w:ascii="Courier New" w:hAnsi="Courier New"/>
          <w:color w:val="555555"/>
          <w:sz w:val="20"/>
        </w:rPr>
        <w:t>[12 . 3 . 8]</w:t>
      </w:r>
    </w:p>
    <w:p>
      <w:r>
        <w:rPr>
          <w:rFonts w:ascii="Gentium Plus" w:hAnsi="Gentium Plus"/>
          <w:sz w:val="24"/>
        </w:rPr>
        <w:t>Πληρωθήσεται ἐν σοὶ προφητεία οὐρανοῦ περὶ τοῦ ἀμνοῦ τοῦ Θεοῦ, καὶ σωτῆρος τοῦ κόσμου, ὅτι ἄμωμος ὑπὲρ ἀνόμων παραδοθήσεται, καὶ ἀναμάρτητος ὑπὲρ ἀσεβῶν ἀποθανεῖται, ἐν αἵματι διαθήκης, ἐπὶ σωτηρίᾳ</w:t>
      </w:r>
    </w:p>
    <w:p>
      <w:r>
        <w:rPr>
          <w:rFonts w:ascii="Courier New" w:hAnsi="Courier New"/>
          <w:color w:val="555555"/>
          <w:sz w:val="20"/>
        </w:rPr>
        <w:t>[5]</w:t>
      </w:r>
    </w:p>
    <w:p>
      <w:r>
        <w:rPr>
          <w:rFonts w:ascii="Gentium Plus" w:hAnsi="Gentium Plus"/>
          <w:sz w:val="24"/>
        </w:rPr>
        <w:t>ἐθνῶν καὶ Ἰσραήλ, καὶ καταργήσει Βελίαρ καὶ τοὺς ὑπηρε‐ τοῦντας αὐτῷ.</w:t>
      </w:r>
    </w:p>
    <w:p>
      <w:r>
        <w:rPr>
          <w:rFonts w:ascii="Courier New" w:hAnsi="Courier New"/>
          <w:color w:val="555555"/>
          <w:sz w:val="20"/>
        </w:rPr>
        <w:t>[12 . 4 . 1]</w:t>
      </w:r>
    </w:p>
    <w:p>
      <w:r>
        <w:rPr>
          <w:rFonts w:ascii="Gentium Plus" w:hAnsi="Gentium Plus"/>
          <w:sz w:val="24"/>
        </w:rPr>
        <w:t>Εἴδετε, τέκνα, τοῦ ἀγαθοῦ ἀνδρὸς τὸ τέλος; μιμήσασθε ἐν ἀγαθῇ διανοίᾳ τὴν εὐσπλαγχνίαν αὐτοῦ, ἵνα καὶ ὑμεῖς στεφάνους δόξης φορέσητε.</w:t>
      </w:r>
    </w:p>
    <w:p>
      <w:r>
        <w:rPr>
          <w:rFonts w:ascii="Courier New" w:hAnsi="Courier New"/>
          <w:color w:val="555555"/>
          <w:sz w:val="20"/>
        </w:rPr>
        <w:t>[12 . 4 . 2]</w:t>
      </w:r>
    </w:p>
    <w:p>
      <w:r>
        <w:rPr>
          <w:rFonts w:ascii="Gentium Plus" w:hAnsi="Gentium Plus"/>
          <w:sz w:val="24"/>
        </w:rPr>
        <w:t>Ὁ ἀγαθὸς ἄνθρωπος οὐκ ἔχει σκοτεινὸν ὀφθαλμόν· ἐλεᾷ γὰρ πάντας, κἂν ὦσιν ἁμαρτωλοὶ,</w:t>
      </w:r>
    </w:p>
    <w:p>
      <w:r>
        <w:rPr>
          <w:rFonts w:ascii="Courier New" w:hAnsi="Courier New"/>
          <w:color w:val="555555"/>
          <w:sz w:val="20"/>
        </w:rPr>
        <w:t>[12 . 4 . 3]</w:t>
      </w:r>
    </w:p>
    <w:p>
      <w:r>
        <w:rPr>
          <w:rFonts w:ascii="Gentium Plus" w:hAnsi="Gentium Plus"/>
          <w:sz w:val="24"/>
        </w:rPr>
        <w:t>κἂν βουλεύωνται περὶ αὐτοῦ εἰς κακά. Οὕτως ὁ ἀγαθοποιῶν νικᾷ τὸ κακόν, σκεπαζόμενος ὑπὸ τοῦ ἀγαθοῦ· τοὺς δὲ δικαίους ἀγαπᾷ, ὡς τὴν ψυχὴν αὐτοῦ.</w:t>
      </w:r>
    </w:p>
    <w:p>
      <w:r>
        <w:rPr>
          <w:rFonts w:ascii="Courier New" w:hAnsi="Courier New"/>
          <w:color w:val="555555"/>
          <w:sz w:val="20"/>
        </w:rPr>
        <w:t>[12 . 4 . 4]</w:t>
      </w:r>
    </w:p>
    <w:p>
      <w:r>
        <w:rPr>
          <w:rFonts w:ascii="Gentium Plus" w:hAnsi="Gentium Plus"/>
          <w:sz w:val="24"/>
        </w:rPr>
        <w:t>Ἐάν τις δοξάζηται, οὐ φθονεῖ· ἐάν τις πλουτῇ, οὐ ζηλοῖ· ἐάν τις ἀνδρεῖος, ἐπαινεῖ· τὸν σώφρονα πιστεύων ὑμνεῖ· τὸν πένητα ἐλεεῖ· τῷ ἀσθενεῖ συμπαθεῖ· τὸν Θεὸν ἀνυμνεῖ·</w:t>
      </w:r>
    </w:p>
    <w:p>
      <w:r>
        <w:rPr>
          <w:rFonts w:ascii="Courier New" w:hAnsi="Courier New"/>
          <w:color w:val="555555"/>
          <w:sz w:val="20"/>
        </w:rPr>
        <w:t>[12 . 4 . 5]</w:t>
      </w:r>
    </w:p>
    <w:p>
      <w:r>
        <w:rPr>
          <w:rFonts w:ascii="Gentium Plus" w:hAnsi="Gentium Plus"/>
          <w:sz w:val="24"/>
        </w:rPr>
        <w:t>τὸν ἔχοντα φόβον Θεοῦ, ὑπερασπίζει αὐτοῦ· τῷ ἀγαπῶντι τὸν Θεὸν συνεργεῖ· τὸν ἀθετοῦντα τὸν ὕψιστον νουθετῶν ἐπιστρέφει, καὶ τὸν ἔχοντα χάριν πνεύματος ἀγαθοῦ ἀγαπᾷ κατὰ τὴν ψυχὴν αὐτοῦ.</w:t>
      </w:r>
    </w:p>
    <w:p>
      <w:r>
        <w:rPr>
          <w:rFonts w:ascii="Courier New" w:hAnsi="Courier New"/>
          <w:color w:val="555555"/>
          <w:sz w:val="20"/>
        </w:rPr>
        <w:t>[12 . 5 . 1]</w:t>
      </w:r>
    </w:p>
    <w:p>
      <w:r>
        <w:rPr>
          <w:rFonts w:ascii="Gentium Plus" w:hAnsi="Gentium Plus"/>
          <w:sz w:val="24"/>
        </w:rPr>
        <w:t>Ἐὰν ἔχητε ἀγαθὴν διάνοιαν, τέκνα, καὶ οἱ πονηροὶ ἄνθρωποι εἰρηνεύσωσιν ὑμῖν, καὶ οἱ ἄσωτοι αἰδεσθέντες ὑμᾶς ἐπιστρέψουσιν εἰς ἀγαθόν, καὶ οἱ πλεονέκται οὐ μόνον ἀποστήσονται τοῦ πάθους, ἀλλὰ καὶ τὰ τῆς πλεονεξίας</w:t>
      </w:r>
    </w:p>
    <w:p>
      <w:r>
        <w:rPr>
          <w:rFonts w:ascii="Courier New" w:hAnsi="Courier New"/>
          <w:color w:val="555555"/>
          <w:sz w:val="20"/>
        </w:rPr>
        <w:t>[5]</w:t>
      </w:r>
    </w:p>
    <w:p>
      <w:r>
        <w:rPr>
          <w:rFonts w:ascii="Gentium Plus" w:hAnsi="Gentium Plus"/>
          <w:sz w:val="24"/>
        </w:rPr>
        <w:t>δώσουσι τοῖς θλιβομένοις.</w:t>
      </w:r>
    </w:p>
    <w:p>
      <w:r>
        <w:rPr>
          <w:rFonts w:ascii="Courier New" w:hAnsi="Courier New"/>
          <w:color w:val="555555"/>
          <w:sz w:val="20"/>
        </w:rPr>
        <w:t>[12 . 5 . 2]</w:t>
      </w:r>
    </w:p>
    <w:p>
      <w:r>
        <w:rPr>
          <w:rFonts w:ascii="Gentium Plus" w:hAnsi="Gentium Plus"/>
          <w:sz w:val="24"/>
        </w:rPr>
        <w:t>Ἐὰν ἦτε ἀγαθοποιοῦντες, καὶ τὰ ἀκάθαρτα πνεύματα φεύξεται ἀφ’ ὑμῶν, καὶ αὐτὰ τὰ θηρία φεύξεται ἀφ’ ὑμῶν φοβηθέντες.</w:t>
      </w:r>
    </w:p>
    <w:p>
      <w:r>
        <w:rPr>
          <w:rFonts w:ascii="Courier New" w:hAnsi="Courier New"/>
          <w:color w:val="555555"/>
          <w:sz w:val="20"/>
        </w:rPr>
        <w:t>[12 . 5 . 3]</w:t>
      </w:r>
    </w:p>
    <w:p>
      <w:r>
        <w:rPr>
          <w:rFonts w:ascii="Gentium Plus" w:hAnsi="Gentium Plus"/>
          <w:sz w:val="24"/>
        </w:rPr>
        <w:t>Ὅπου γὰρ ἔνι</w:t>
      </w:r>
    </w:p>
    <w:p>
      <w:r>
        <w:rPr>
          <w:rFonts w:ascii="Courier New" w:hAnsi="Courier New"/>
          <w:color w:val="555555"/>
          <w:sz w:val="20"/>
        </w:rPr>
        <w:t>[12 . 5 . 4]</w:t>
      </w:r>
    </w:p>
    <w:p>
      <w:r>
        <w:rPr>
          <w:rFonts w:ascii="Gentium Plus" w:hAnsi="Gentium Plus"/>
          <w:sz w:val="24"/>
        </w:rPr>
        <w:t>Ἐὰν γὰρ ὑβρίσῃ τις ἄνδρα ὅσιον, μετανοεῖ· ἐλεεῖ γὰρ ὁ ὅσιος τὸν λοίδωρον, καὶ σιωπᾷ.</w:t>
      </w:r>
    </w:p>
    <w:p>
      <w:r>
        <w:rPr>
          <w:rFonts w:ascii="Courier New" w:hAnsi="Courier New"/>
          <w:color w:val="555555"/>
          <w:sz w:val="20"/>
        </w:rPr>
        <w:t>[12 . 5 . 5]</w:t>
      </w:r>
    </w:p>
    <w:p>
      <w:r>
        <w:rPr>
          <w:rFonts w:ascii="Gentium Plus" w:hAnsi="Gentium Plus"/>
          <w:sz w:val="24"/>
        </w:rPr>
        <w:t>Κἄν τις ψυχὴν δικαίαν προδοίη, καὶ ὁ δίκαιος προσευχόμενος πρὸς ὀλίγον ταπεινωθῇ, μεθ’ οὗ πολὺ φαιδρότερος ἀναφαίνεται, οἷος γέγονεν Ἰωσὴφ ὁ ἀδελφός μου.</w:t>
      </w:r>
    </w:p>
    <w:p>
      <w:r>
        <w:rPr>
          <w:rFonts w:ascii="Courier New" w:hAnsi="Courier New"/>
          <w:color w:val="555555"/>
          <w:sz w:val="20"/>
        </w:rPr>
        <w:t>[12 . 6 . 1]</w:t>
      </w:r>
    </w:p>
    <w:p>
      <w:r>
        <w:rPr>
          <w:rFonts w:ascii="Gentium Plus" w:hAnsi="Gentium Plus"/>
          <w:sz w:val="24"/>
        </w:rPr>
        <w:t>Τὸ διαβούλιον τοῦ ἀγαθοῦ ἀνδρὸς οὐκ ἔστιν ἐν χειρὶ πλάνης πνεύματος Βελίαρ· ὁ γὰρ ἄγγελος τῆς εἰρήνης ὁδηγεῖ τὴν ψυχὴν αὐτοῦ.</w:t>
      </w:r>
    </w:p>
    <w:p>
      <w:r>
        <w:rPr>
          <w:rFonts w:ascii="Courier New" w:hAnsi="Courier New"/>
          <w:color w:val="555555"/>
          <w:sz w:val="20"/>
        </w:rPr>
        <w:t>[12 . 6 . 2]</w:t>
      </w:r>
    </w:p>
    <w:p>
      <w:r>
        <w:rPr>
          <w:rFonts w:ascii="Gentium Plus" w:hAnsi="Gentium Plus"/>
          <w:sz w:val="24"/>
        </w:rPr>
        <w:t>Οὐχ ὁρᾷ ἐμπαθῶς τοῖς φθαρτοῖς, οὐδὲ συνάγει πλοῦτον εἰς φιληδονίαν·</w:t>
      </w:r>
    </w:p>
    <w:p>
      <w:r>
        <w:rPr>
          <w:rFonts w:ascii="Courier New" w:hAnsi="Courier New"/>
          <w:color w:val="555555"/>
          <w:sz w:val="20"/>
        </w:rPr>
        <w:t>[12 . 6 . 3]</w:t>
      </w:r>
    </w:p>
    <w:p>
      <w:r>
        <w:rPr>
          <w:rFonts w:ascii="Gentium Plus" w:hAnsi="Gentium Plus"/>
          <w:sz w:val="24"/>
        </w:rPr>
        <w:t>οὐ τέρπεται ἡδονῇ, οὐ λυπεῖ τὸν πλησίον, οὐκ ἐμπιπλᾶται τροφῆς, οὐ πλανᾶται μετεωρισμοῖς ὀφθαλμῶν· Κύριος γάρ ἐστι μερὶς αὐτοῦ.</w:t>
      </w:r>
    </w:p>
    <w:p>
      <w:r>
        <w:rPr>
          <w:rFonts w:ascii="Courier New" w:hAnsi="Courier New"/>
          <w:color w:val="555555"/>
          <w:sz w:val="20"/>
        </w:rPr>
        <w:t>[12 . 6 . 4]</w:t>
      </w:r>
    </w:p>
    <w:p>
      <w:r>
        <w:rPr>
          <w:rFonts w:ascii="Gentium Plus" w:hAnsi="Gentium Plus"/>
          <w:sz w:val="24"/>
        </w:rPr>
        <w:t>Τὸ ἀγαθὸν διαβούλιον οὐκ ἐπιδέχεται δόξης καὶ ἀτιμίας ἀνθρώπων, καὶ πάντα δόλον ἢ ψεῦδος, μάχην καὶ λοιδωρίαν οὐκ οἶδε. Κύριος γὰρ ἐν αὐτῷ κατοικεῖ, καὶ φωτίζει τὴν ψυχὴν αὐτοῦ, καὶ χαίρει πρὸς πάντας ἐν παντὶ καιρῷ.</w:t>
      </w:r>
    </w:p>
    <w:p>
      <w:r>
        <w:rPr>
          <w:rFonts w:ascii="Courier New" w:hAnsi="Courier New"/>
          <w:color w:val="555555"/>
          <w:sz w:val="20"/>
        </w:rPr>
        <w:t>[12 . 6 . 5]</w:t>
      </w:r>
    </w:p>
    <w:p>
      <w:r>
        <w:rPr>
          <w:rFonts w:ascii="Gentium Plus" w:hAnsi="Gentium Plus"/>
          <w:sz w:val="24"/>
        </w:rPr>
        <w:t>Ἡ ἀγαθὴ διάνοια οὐκ ἔχει δύο γλώσσας, εὐλογίας καὶ κατάρας, ὕβρεως καὶ τιμῆς, λύπης καὶ χαρᾶς, ἡσυχίας καὶ ταραχῆς, ὑποκρίσεως καὶ ἀληθείας, πενίας καὶ πλούτου· ἀλλὰ μίαν</w:t>
      </w:r>
    </w:p>
    <w:p>
      <w:r>
        <w:rPr>
          <w:rFonts w:ascii="Courier New" w:hAnsi="Courier New"/>
          <w:color w:val="555555"/>
          <w:sz w:val="20"/>
        </w:rPr>
        <w:t>[5]</w:t>
      </w:r>
    </w:p>
    <w:p>
      <w:r>
        <w:rPr>
          <w:rFonts w:ascii="Gentium Plus" w:hAnsi="Gentium Plus"/>
          <w:sz w:val="24"/>
        </w:rPr>
        <w:t>ἔχει περὶ πάντας εἰλικρινῆ καθαρὰν διάθεσιν.</w:t>
      </w:r>
    </w:p>
    <w:p>
      <w:r>
        <w:rPr>
          <w:rFonts w:ascii="Courier New" w:hAnsi="Courier New"/>
          <w:color w:val="555555"/>
          <w:sz w:val="20"/>
        </w:rPr>
        <w:t>[12 . 6 . 6]</w:t>
      </w:r>
    </w:p>
    <w:p>
      <w:r>
        <w:rPr>
          <w:rFonts w:ascii="Gentium Plus" w:hAnsi="Gentium Plus"/>
          <w:sz w:val="24"/>
        </w:rPr>
        <w:t>Οὐκ ἔχει ὅρασιν, οὐδὲ ἀκοὴν διπλῆν· πᾶν γάρ, ὃ ποιεῖ, ἢ λαλεῖ, ἢ ὁρᾷ, οἶδεν ὅτι Κύριος ἐπισκέπτει ψυχὴν αὐτοῦ,</w:t>
      </w:r>
    </w:p>
    <w:p>
      <w:r>
        <w:rPr>
          <w:rFonts w:ascii="Courier New" w:hAnsi="Courier New"/>
          <w:color w:val="555555"/>
          <w:sz w:val="20"/>
        </w:rPr>
        <w:t>[12 . 6 . 7]</w:t>
      </w:r>
    </w:p>
    <w:p>
      <w:r>
        <w:rPr>
          <w:rFonts w:ascii="Gentium Plus" w:hAnsi="Gentium Plus"/>
          <w:sz w:val="24"/>
        </w:rPr>
        <w:t>καὶ καθαίρει τὴν διάνοιαν αὐτοῦ, πρὸς τὸ μὴ καταγνωσθῆναι ὑπὸ Θεοῦ καὶ ἀνθρώπων· καὶ τοῦ Βελίαρ δὲ πᾶν ἔργον διπλοῦν ἐστι, καὶ οὐκ ἔχει ἁπλότητα.</w:t>
      </w:r>
    </w:p>
    <w:p>
      <w:r>
        <w:rPr>
          <w:rFonts w:ascii="Courier New" w:hAnsi="Courier New"/>
          <w:color w:val="555555"/>
          <w:sz w:val="20"/>
        </w:rPr>
        <w:t>[12 . 7 . 1]</w:t>
      </w:r>
    </w:p>
    <w:p>
      <w:r>
        <w:rPr>
          <w:rFonts w:ascii="Gentium Plus" w:hAnsi="Gentium Plus"/>
          <w:sz w:val="24"/>
        </w:rPr>
        <w:t>Διὰ τοῦτο, τέκνα μου, φεύγετε τὴν κακίαν τοῦ Βελίαρ, ὅτι μάχαιραν δίδωσι τοῖς πειθομένοις αὐτῇ.</w:t>
      </w:r>
    </w:p>
    <w:p>
      <w:r>
        <w:rPr>
          <w:rFonts w:ascii="Courier New" w:hAnsi="Courier New"/>
          <w:color w:val="555555"/>
          <w:sz w:val="20"/>
        </w:rPr>
        <w:t>[12 . 7 . 2]</w:t>
      </w:r>
    </w:p>
    <w:p>
      <w:r>
        <w:rPr>
          <w:rFonts w:ascii="Gentium Plus" w:hAnsi="Gentium Plus"/>
          <w:sz w:val="24"/>
        </w:rPr>
        <w:t>Ἡ δὲ μάχαιρα ἑπτὰ κακῶν μήτηρ ἐστί. Πρῶτον συλλαμβάνει ἡ διάνοια διὰ τοῦ Βελίαρ· ἔστι δὲ πρῶτος ὁ φθόνος· δεύτερον ἀπώλεια· τρίτον θλῖψις· τέταρτον αἰχμαλωσία· πέμπτον</w:t>
      </w:r>
    </w:p>
    <w:p>
      <w:r>
        <w:rPr>
          <w:rFonts w:ascii="Courier New" w:hAnsi="Courier New"/>
          <w:color w:val="555555"/>
          <w:sz w:val="20"/>
        </w:rPr>
        <w:t>[5]</w:t>
      </w:r>
    </w:p>
    <w:p>
      <w:r>
        <w:rPr>
          <w:rFonts w:ascii="Gentium Plus" w:hAnsi="Gentium Plus"/>
          <w:sz w:val="24"/>
        </w:rPr>
        <w:t>ἔνδεια· ἕκτον ταραχή· ἕβδομον ἐρήμωσις.</w:t>
      </w:r>
    </w:p>
    <w:p>
      <w:r>
        <w:rPr>
          <w:rFonts w:ascii="Courier New" w:hAnsi="Courier New"/>
          <w:color w:val="555555"/>
          <w:sz w:val="20"/>
        </w:rPr>
        <w:t>[12 . 7 . 3]</w:t>
      </w:r>
    </w:p>
    <w:p>
      <w:r>
        <w:rPr>
          <w:rFonts w:ascii="Gentium Plus" w:hAnsi="Gentium Plus"/>
          <w:sz w:val="24"/>
        </w:rPr>
        <w:t>Διὰ τοῦτο καὶ ὁ Κάιν ἑπτὰ ἐκδικίαις παραδίδοται ὑπὸ τοῦ Θεοῦ· κατὰ γὰρ ἑκατὸν ἔτη μίαν πληγὴν ἐπήγαγεν αὐτῷ ὁ Κύριος.</w:t>
      </w:r>
    </w:p>
    <w:p>
      <w:r>
        <w:rPr>
          <w:rFonts w:ascii="Courier New" w:hAnsi="Courier New"/>
          <w:color w:val="555555"/>
          <w:sz w:val="20"/>
        </w:rPr>
        <w:t>[12 . 7 . 4]</w:t>
      </w:r>
    </w:p>
    <w:p>
      <w:r>
        <w:rPr>
          <w:rFonts w:ascii="Gentium Plus" w:hAnsi="Gentium Plus"/>
          <w:sz w:val="24"/>
        </w:rPr>
        <w:t>Διακοσίων ἐτῶν πάσχει, καὶ ἐννακοσιοστῷ ἔτει ἐρημοῦται ἐπὶ τοῦ κατακλυσμοῦ διὰ Ἄβελ τὸν δίκαιον ἀδελφὸν αὐτοῦ. Ἐν τοῖς ἑπτακοσίοις ἔτεσιν ὁ Κάιν ἐκρίνετο, ὁ δὲ Λάμεχ ἐν τοῖς ἑβδομηκοντάκις ἑπτά·</w:t>
      </w:r>
    </w:p>
    <w:p>
      <w:r>
        <w:rPr>
          <w:rFonts w:ascii="Courier New" w:hAnsi="Courier New"/>
          <w:color w:val="555555"/>
          <w:sz w:val="20"/>
        </w:rPr>
        <w:t>[12 . 7 . 5]</w:t>
      </w:r>
    </w:p>
    <w:p>
      <w:r>
        <w:rPr>
          <w:rFonts w:ascii="Gentium Plus" w:hAnsi="Gentium Plus"/>
          <w:sz w:val="24"/>
        </w:rPr>
        <w:t>ὅτι ἕως τοῦ αἰῶνος οἱ ὁμοιούμενοι τῷ Κάιν ἐν φθόνῳ εἰς τὴν μισαδελφίαν τῇ αὐτῇ κολάσει κριθήσονται.</w:t>
      </w:r>
    </w:p>
    <w:p>
      <w:r>
        <w:rPr>
          <w:rFonts w:ascii="Courier New" w:hAnsi="Courier New"/>
          <w:color w:val="555555"/>
          <w:sz w:val="20"/>
        </w:rPr>
        <w:t>[12 . 8 . 1]</w:t>
      </w:r>
    </w:p>
    <w:p>
      <w:r>
        <w:rPr>
          <w:rFonts w:ascii="Gentium Plus" w:hAnsi="Gentium Plus"/>
          <w:sz w:val="24"/>
        </w:rPr>
        <w:t>Καὶ ὑμεῖς οὖν, τέκνα μου, ἀποδράσατε τὴν κακίαν, φθόνον τε καὶ τὴν μισαδελφίαν, καὶ προσκολλᾶσθε τῇ ἀγαθότητι καὶ τῇ ἀγάπῃ.</w:t>
      </w:r>
    </w:p>
    <w:p>
      <w:r>
        <w:rPr>
          <w:rFonts w:ascii="Courier New" w:hAnsi="Courier New"/>
          <w:color w:val="555555"/>
          <w:sz w:val="20"/>
        </w:rPr>
        <w:t>[12 . 8 . 2]</w:t>
      </w:r>
    </w:p>
    <w:p>
      <w:r>
        <w:rPr>
          <w:rFonts w:ascii="Gentium Plus" w:hAnsi="Gentium Plus"/>
          <w:sz w:val="24"/>
        </w:rPr>
        <w:t>Ὁ ἔχων διάνοιαν καθαρὰν ἐν ἀγάπῃ οὐχ ὁρᾷ γυναῖκα εἰς πορνείαν· οὐ γὰρ ἔχει μιασμὸν ἐν καρδίᾳ, ὅτι ἀναπαύεται ἐν αὐτῷ τὸ πνεῦμα τοῦ Θεοῦ.</w:t>
      </w:r>
    </w:p>
    <w:p>
      <w:r>
        <w:rPr>
          <w:rFonts w:ascii="Courier New" w:hAnsi="Courier New"/>
          <w:color w:val="555555"/>
          <w:sz w:val="20"/>
        </w:rPr>
        <w:t>[12 . 8 . 3]</w:t>
      </w:r>
    </w:p>
    <w:p>
      <w:r>
        <w:rPr>
          <w:rFonts w:ascii="Gentium Plus" w:hAnsi="Gentium Plus"/>
          <w:sz w:val="24"/>
        </w:rPr>
        <w:t>Ὥσπερ γὰρ ὁ ἥλιος οὐ μιαίνεται προσέχων ἐπὶ κόπρον καὶ βόρβορον, ἀλλὰ μᾶλλον ἀμφότερα ψύγει, καὶ ἀπελαύνει τὴν δυσωδίαν, οὕτω καὶ ὁ καθαρὸς νοῦς ἐν τοῖς μιασμοῖς τῆς γῆς συνεχόμενος μᾶλλον οἰκοδομεῖ, αὐτὸς δὲ</w:t>
      </w:r>
    </w:p>
    <w:p>
      <w:r>
        <w:rPr>
          <w:rFonts w:ascii="Courier New" w:hAnsi="Courier New"/>
          <w:color w:val="555555"/>
          <w:sz w:val="20"/>
        </w:rPr>
        <w:t>[5]</w:t>
      </w:r>
    </w:p>
    <w:p>
      <w:r>
        <w:rPr>
          <w:rFonts w:ascii="Gentium Plus" w:hAnsi="Gentium Plus"/>
          <w:sz w:val="24"/>
        </w:rPr>
        <w:t>οὐ μιαίνεται.</w:t>
      </w:r>
    </w:p>
    <w:p>
      <w:r>
        <w:rPr>
          <w:rFonts w:ascii="Courier New" w:hAnsi="Courier New"/>
          <w:color w:val="555555"/>
          <w:sz w:val="20"/>
        </w:rPr>
        <w:t>[12 . 9 . 1]</w:t>
      </w:r>
    </w:p>
    <w:p>
      <w:r>
        <w:rPr>
          <w:rFonts w:ascii="Gentium Plus" w:hAnsi="Gentium Plus"/>
          <w:sz w:val="24"/>
        </w:rPr>
        <w:t>Ὑπονοῶ δὲ καὶ πράξεις ἐν ὑμῖν οὐ καλὰς ἔσεσθαι, ἀπὸ λόγων Ἐνὼχ τοῦ δικαίου. Πορνεύσετε γὰρ πορνείαν Σοδόμων, καὶ ἀπώλησθε ἕως βραχύ, καὶ ἀνανεώσησθε ἐν γυναιξὶ στρίνους, καὶ ἡ βασιλεία Κυρίου οὐκ ἔσται ἐν ὑμῖν·</w:t>
      </w:r>
    </w:p>
    <w:p>
      <w:r>
        <w:rPr>
          <w:rFonts w:ascii="Courier New" w:hAnsi="Courier New"/>
          <w:color w:val="555555"/>
          <w:sz w:val="20"/>
        </w:rPr>
        <w:t>[5]</w:t>
      </w:r>
    </w:p>
    <w:p>
      <w:r>
        <w:rPr>
          <w:rFonts w:ascii="Gentium Plus" w:hAnsi="Gentium Plus"/>
          <w:sz w:val="24"/>
        </w:rPr>
        <w:t>ὅτι εὐθὺς αὐτὸς λήψεται αὐτήν.</w:t>
      </w:r>
    </w:p>
    <w:p>
      <w:r>
        <w:rPr>
          <w:rFonts w:ascii="Courier New" w:hAnsi="Courier New"/>
          <w:color w:val="555555"/>
          <w:sz w:val="20"/>
        </w:rPr>
        <w:t>[12 . 9 . 2]</w:t>
      </w:r>
    </w:p>
    <w:p>
      <w:r>
        <w:rPr>
          <w:rFonts w:ascii="Gentium Plus" w:hAnsi="Gentium Plus"/>
          <w:sz w:val="24"/>
        </w:rPr>
        <w:t>Πλὴν ἐν μερίδι ὑμῶν γενήσεται ὁ ναὸς τοῦ Θεοῦ, καὶ ἔνδοξος ἔσται ἐν ὑμῖν. Ὅτι αὐτὸς λήψεται αὐτήν, καὶ δώδεκα φυλαὶ ἐκεῖ συναχθή‐ σονται, καὶ πάντα τὰ ἔθνη· ἕως οὗ ὁ ὕψιστος ἀποστείλῃ τὸ</w:t>
      </w:r>
    </w:p>
    <w:p>
      <w:r>
        <w:rPr>
          <w:rFonts w:ascii="Courier New" w:hAnsi="Courier New"/>
          <w:color w:val="555555"/>
          <w:sz w:val="20"/>
        </w:rPr>
        <w:t>[5]</w:t>
      </w:r>
    </w:p>
    <w:p>
      <w:r>
        <w:rPr>
          <w:rFonts w:ascii="Gentium Plus" w:hAnsi="Gentium Plus"/>
          <w:sz w:val="24"/>
        </w:rPr>
        <w:t>σωτήριον αὐτοῦ, ἐν ἐπισκοπῇ μονογενοῦς.</w:t>
      </w:r>
    </w:p>
    <w:p>
      <w:r>
        <w:rPr>
          <w:rFonts w:ascii="Courier New" w:hAnsi="Courier New"/>
          <w:color w:val="555555"/>
          <w:sz w:val="20"/>
        </w:rPr>
        <w:t>[12 . 9 . 3]</w:t>
      </w:r>
    </w:p>
    <w:p>
      <w:r>
        <w:rPr>
          <w:rFonts w:ascii="Gentium Plus" w:hAnsi="Gentium Plus"/>
          <w:sz w:val="24"/>
        </w:rPr>
        <w:t>Καὶ εἰσελεύ‐ σεται εἰς τὸν πρῶτον ναόν, καὶ ἐκεῖ Κύριος ὑβρισθήσεται, καὶ ἐξουθενωθήσεται, καὶ ἐπὶ ξύλου ὑψωθήσεται.</w:t>
      </w:r>
    </w:p>
    <w:p>
      <w:r>
        <w:rPr>
          <w:rFonts w:ascii="Courier New" w:hAnsi="Courier New"/>
          <w:color w:val="555555"/>
          <w:sz w:val="20"/>
        </w:rPr>
        <w:t>[12 . 9 . 4]</w:t>
      </w:r>
    </w:p>
    <w:p>
      <w:r>
        <w:rPr>
          <w:rFonts w:ascii="Gentium Plus" w:hAnsi="Gentium Plus"/>
          <w:sz w:val="24"/>
        </w:rPr>
        <w:t>Καὶ ἔσται τὸ ἅπλωμα τοῦ ναοῦ σχιζόμενον, καὶ καταβήσεται τὸ πνεῦμα τοῦ Θεοῦ ἐπὶ τὰ ἔθνη, ὡς πῦρ ἐκχυνόμενον.</w:t>
      </w:r>
    </w:p>
    <w:p>
      <w:r>
        <w:rPr>
          <w:rFonts w:ascii="Courier New" w:hAnsi="Courier New"/>
          <w:color w:val="555555"/>
          <w:sz w:val="20"/>
        </w:rPr>
        <w:t>[12 . 9 . 5]</w:t>
      </w:r>
    </w:p>
    <w:p>
      <w:r>
        <w:rPr>
          <w:rFonts w:ascii="Gentium Plus" w:hAnsi="Gentium Plus"/>
          <w:sz w:val="24"/>
        </w:rPr>
        <w:t>Καὶ ἀνελθὼν ἐκ τοῦ ᾅδου, ἔσται ἀναβαίνων ἀπὸ γῆς εἰς οὐρανόν. Ἔγνω δὲ οἷος ἔσται ταπεινὸς ἐπὶ γῆς, καὶ οἷος ἔνδοξος ἐν οὐρανῷ.</w:t>
      </w:r>
    </w:p>
    <w:p>
      <w:r>
        <w:rPr>
          <w:rFonts w:ascii="Courier New" w:hAnsi="Courier New"/>
          <w:color w:val="555555"/>
          <w:sz w:val="20"/>
        </w:rPr>
        <w:t>[12 . 10 . 1]</w:t>
      </w:r>
    </w:p>
    <w:p>
      <w:r>
        <w:rPr>
          <w:rFonts w:ascii="Gentium Plus" w:hAnsi="Gentium Plus"/>
          <w:sz w:val="24"/>
        </w:rPr>
        <w:t>Ὅτι δὲ Ἰωσὴφ ἦν ἐν Αἰγύπτῳ, ἐπεθύμουν ἰδεῖν τὴν εἰδέαν αὐτοῦ καὶ τὴν μορφὴν τῆς ὄψεως αὐτοῦ· καὶ δι’ εὐχῶν Ἰακὼβ τοῦ πατρός μου εἶδον αὐτόν, ἐν ἡμέρᾳ γρηγο‐ ρῶν, καθ’ ὃ ἦν πᾶσα ἡ εἰδέα αὐτοῦ.</w:t>
      </w:r>
    </w:p>
    <w:p>
      <w:r>
        <w:rPr>
          <w:rFonts w:ascii="Courier New" w:hAnsi="Courier New"/>
          <w:color w:val="555555"/>
          <w:sz w:val="20"/>
        </w:rPr>
        <w:t>[12 . 10 . 2]</w:t>
      </w:r>
    </w:p>
    <w:p>
      <w:r>
        <w:rPr>
          <w:rFonts w:ascii="Gentium Plus" w:hAnsi="Gentium Plus"/>
          <w:sz w:val="24"/>
        </w:rPr>
        <w:t>Γινώσκετε οὖν, τέκνα μου, ὅτι ἀποθνήσκω.</w:t>
      </w:r>
    </w:p>
    <w:p>
      <w:r>
        <w:rPr>
          <w:rFonts w:ascii="Courier New" w:hAnsi="Courier New"/>
          <w:color w:val="555555"/>
          <w:sz w:val="20"/>
        </w:rPr>
        <w:t>[12 . 10 . 3]</w:t>
      </w:r>
    </w:p>
    <w:p>
      <w:r>
        <w:rPr>
          <w:rFonts w:ascii="Gentium Plus" w:hAnsi="Gentium Plus"/>
          <w:sz w:val="24"/>
        </w:rPr>
        <w:t>Ποιήσατε οὖν ἀλήθειαν καὶ δικαιο‐ σύνην ἕκαστος μετὰ τοῦ πλησίον αὐτοῦ, καὶ κρῖμα εἰς πιστοποίησιν, καὶ τὸν νόμον Κυρίου καὶ τὰς ἐντολὰς αὐτοῦ φυλάξατε·</w:t>
      </w:r>
    </w:p>
    <w:p>
      <w:r>
        <w:rPr>
          <w:rFonts w:ascii="Courier New" w:hAnsi="Courier New"/>
          <w:color w:val="555555"/>
          <w:sz w:val="20"/>
        </w:rPr>
        <w:t>[12 . 10 . 4]</w:t>
      </w:r>
    </w:p>
    <w:p>
      <w:r>
        <w:rPr>
          <w:rFonts w:ascii="Gentium Plus" w:hAnsi="Gentium Plus"/>
          <w:sz w:val="24"/>
        </w:rPr>
        <w:t>ταῦτα γὰρ ὑμᾶς ἀντὶ πάσης κληρονομίας διδάσκω. Καὶ ὑμεῖς οὖν δότε αὐτὰ τοῖς τέκνοις ὑμῶν εἰς κατάσχεσιν αἰώνιον. Τοῦτο γὰρ ἐποίησαν καὶ Ἀβραὰμ καὶ Ἰσαὰκ καὶ Ἰακώβ.</w:t>
      </w:r>
    </w:p>
    <w:p>
      <w:r>
        <w:rPr>
          <w:rFonts w:ascii="Courier New" w:hAnsi="Courier New"/>
          <w:color w:val="555555"/>
          <w:sz w:val="20"/>
        </w:rPr>
        <w:t>[12 . 10 . 5]</w:t>
      </w:r>
    </w:p>
    <w:p>
      <w:r>
        <w:rPr>
          <w:rFonts w:ascii="Gentium Plus" w:hAnsi="Gentium Plus"/>
          <w:sz w:val="24"/>
        </w:rPr>
        <w:t>Πάντα ταῦτα ἡμᾶς κατεκληρονόμη‐ σαν, εἰπόντες· Φυλάξατε τὰς ἐντολὰς τοῦ Θεοῦ, ἕως ὅτε ὁ Κύριος ἀποκαλύψῃ τὸ σωτήριον αὐτοῦ πᾶσι τοῖς ἔθνεσι.</w:t>
      </w:r>
    </w:p>
    <w:p>
      <w:r>
        <w:rPr>
          <w:rFonts w:ascii="Courier New" w:hAnsi="Courier New"/>
          <w:color w:val="555555"/>
          <w:sz w:val="20"/>
        </w:rPr>
        <w:t>[12 . 10 . 6]</w:t>
      </w:r>
    </w:p>
    <w:p>
      <w:r>
        <w:rPr>
          <w:rFonts w:ascii="Gentium Plus" w:hAnsi="Gentium Plus"/>
          <w:sz w:val="24"/>
        </w:rPr>
        <w:t>Τότε ὄψεσθε Ἐνὼχ Νῶε καὶ Σὴμ καὶ Ἀβραὰμ καὶ Ἰσαὰκ καὶ Ἰακὼβ ἀνισταμένους ἐκ δεξιῶν ἐν ἀγαλλιάσει.</w:t>
      </w:r>
    </w:p>
    <w:p>
      <w:r>
        <w:rPr>
          <w:rFonts w:ascii="Courier New" w:hAnsi="Courier New"/>
          <w:color w:val="555555"/>
          <w:sz w:val="20"/>
        </w:rPr>
        <w:t>[12 . 10 . 7]</w:t>
      </w:r>
    </w:p>
    <w:p>
      <w:r>
        <w:rPr>
          <w:rFonts w:ascii="Gentium Plus" w:hAnsi="Gentium Plus"/>
          <w:sz w:val="24"/>
        </w:rPr>
        <w:t>Τότε καὶ ἡμεῖς ἀναστησόμεθα, ἕκαστος ἐπὶ σκῆπτρον ἡμῶν, προσκυνοῦντες τὸν βασιλέα τῶν οὐρανῶν, τὸν ἐπὶ γῆς φανέντα μορφῇ ἀνθρώπου ταπεινώσεως. Καὶ ὅσοι ἐπίστευ‐</w:t>
      </w:r>
    </w:p>
    <w:p>
      <w:r>
        <w:rPr>
          <w:rFonts w:ascii="Courier New" w:hAnsi="Courier New"/>
          <w:color w:val="555555"/>
          <w:sz w:val="20"/>
        </w:rPr>
        <w:t>[5]</w:t>
      </w:r>
    </w:p>
    <w:p>
      <w:r>
        <w:rPr>
          <w:rFonts w:ascii="Gentium Plus" w:hAnsi="Gentium Plus"/>
          <w:sz w:val="24"/>
        </w:rPr>
        <w:t>σαν αὐτῷ ἐπὶ γῆς, συγχαρίσονται αὐτῷ·</w:t>
      </w:r>
    </w:p>
    <w:p>
      <w:r>
        <w:rPr>
          <w:rFonts w:ascii="Courier New" w:hAnsi="Courier New"/>
          <w:color w:val="555555"/>
          <w:sz w:val="20"/>
        </w:rPr>
        <w:t>[12 . 10 . 8]</w:t>
      </w:r>
    </w:p>
    <w:p>
      <w:r>
        <w:rPr>
          <w:rFonts w:ascii="Gentium Plus" w:hAnsi="Gentium Plus"/>
          <w:sz w:val="24"/>
        </w:rPr>
        <w:t>τότε καὶ πάντες ἀναστήσονται, οἱ μὲν εἰς δόξαν, οἱ δὲ εἰς ἀτιμίαν. Καὶ κρινεῖ Κύριος ἐν πρώτοις τὸν Ἰσραήλ, περὶ τῆς εἰς αὐτὸν ἀδικίας, ὅτι παραγενάμενον Θεὸν ἐν σαρκὶ ἐλευθερωτὴν οὐκ ἐπίστευ‐</w:t>
      </w:r>
    </w:p>
    <w:p>
      <w:r>
        <w:rPr>
          <w:rFonts w:ascii="Courier New" w:hAnsi="Courier New"/>
          <w:color w:val="555555"/>
          <w:sz w:val="20"/>
        </w:rPr>
        <w:t>[5]</w:t>
      </w:r>
    </w:p>
    <w:p>
      <w:r>
        <w:rPr>
          <w:rFonts w:ascii="Gentium Plus" w:hAnsi="Gentium Plus"/>
          <w:sz w:val="24"/>
        </w:rPr>
        <w:t>σαν.</w:t>
      </w:r>
    </w:p>
    <w:p>
      <w:r>
        <w:rPr>
          <w:rFonts w:ascii="Courier New" w:hAnsi="Courier New"/>
          <w:color w:val="555555"/>
          <w:sz w:val="20"/>
        </w:rPr>
        <w:t>[12 . 10 . 9]</w:t>
      </w:r>
    </w:p>
    <w:p>
      <w:r>
        <w:rPr>
          <w:rFonts w:ascii="Gentium Plus" w:hAnsi="Gentium Plus"/>
          <w:sz w:val="24"/>
        </w:rPr>
        <w:t>Καὶ τότε κρινεῖ πάντα τὰ ἔθνη, ὅσα οὐκ ἐπίστευσαν αὐτῷ ἐπὶ γῆς φανέντι·</w:t>
      </w:r>
    </w:p>
    <w:p>
      <w:r>
        <w:rPr>
          <w:rFonts w:ascii="Courier New" w:hAnsi="Courier New"/>
          <w:color w:val="555555"/>
          <w:sz w:val="20"/>
        </w:rPr>
        <w:t>[12 . 10 . 10]</w:t>
      </w:r>
    </w:p>
    <w:p>
      <w:r>
        <w:rPr>
          <w:rFonts w:ascii="Gentium Plus" w:hAnsi="Gentium Plus"/>
          <w:sz w:val="24"/>
        </w:rPr>
        <w:t>καὶ ἐλέγξει ἐν τοῖς ἐκλεκτοῖς τῶν ἐθνῶν τὸν Ἰσραήλ, ὥσπερ ἤλεγξε τὸν Ἡσαῦ ἐν τοῖς Μαδι‐ ναίοις, τοῖς ἀπατήσασιν ἀδελφοὺς αὐτῶν γενέσθαι διὰ τῆς πορνείας, καὶ τῆς εἰδωλολατρείας· καὶ ἀπηλλοτριώθησαν</w:t>
      </w:r>
    </w:p>
    <w:p>
      <w:r>
        <w:rPr>
          <w:rFonts w:ascii="Courier New" w:hAnsi="Courier New"/>
          <w:color w:val="555555"/>
          <w:sz w:val="20"/>
        </w:rPr>
        <w:t>[5]</w:t>
      </w:r>
    </w:p>
    <w:p>
      <w:r>
        <w:rPr>
          <w:rFonts w:ascii="Gentium Plus" w:hAnsi="Gentium Plus"/>
          <w:sz w:val="24"/>
        </w:rPr>
        <w:t>Θεοῦ, γενόμενοι οὐ τέκνα ἐν μερίδι φοβουμένων Κύριον·</w:t>
      </w:r>
    </w:p>
    <w:p>
      <w:r>
        <w:rPr>
          <w:rFonts w:ascii="Courier New" w:hAnsi="Courier New"/>
          <w:color w:val="555555"/>
          <w:sz w:val="20"/>
        </w:rPr>
        <w:t>[12 . 10 . 11]</w:t>
      </w:r>
    </w:p>
    <w:p>
      <w:r>
        <w:rPr>
          <w:rFonts w:ascii="Gentium Plus" w:hAnsi="Gentium Plus"/>
          <w:sz w:val="24"/>
        </w:rPr>
        <w:t>ὑμεῖς δὲ ἐὰν πορεύεσθε ἐν ἁγιασμῷ κατὰ πρόσωπον Κυρίου, πάλιν κατοικήσετε ἐπ’ ἐλπίδι ἐν ἐμοί· καὶ συναχθή‐ σεται πᾶς Ἰσραὴλ πρὸς Κύριον.</w:t>
      </w:r>
    </w:p>
    <w:p>
      <w:r>
        <w:rPr>
          <w:rFonts w:ascii="Courier New" w:hAnsi="Courier New"/>
          <w:color w:val="555555"/>
          <w:sz w:val="20"/>
        </w:rPr>
        <w:t>[12 . 11 . 1]</w:t>
      </w:r>
    </w:p>
    <w:p>
      <w:r>
        <w:rPr>
          <w:rFonts w:ascii="Gentium Plus" w:hAnsi="Gentium Plus"/>
          <w:sz w:val="24"/>
        </w:rPr>
        <w:t>Καὶ οὐκέτι κληθήσομαι λύκος ἅρπαξ διὰ τὰς ἁρπαγὰς ὑμῶν, ἀλλ’ ἐργάτης Κυρίου, διαδιδὼν τροφὴν τοῖς ἐργαζομένοις τὸ ἀγαθόν·</w:t>
      </w:r>
    </w:p>
    <w:p>
      <w:r>
        <w:rPr>
          <w:rFonts w:ascii="Courier New" w:hAnsi="Courier New"/>
          <w:color w:val="555555"/>
          <w:sz w:val="20"/>
        </w:rPr>
        <w:t>[12 . 11 . 2]</w:t>
      </w:r>
    </w:p>
    <w:p>
      <w:r>
        <w:rPr>
          <w:rFonts w:ascii="Gentium Plus" w:hAnsi="Gentium Plus"/>
          <w:sz w:val="24"/>
        </w:rPr>
        <w:t>Καὶ ἀναστήσεται ἐκ τοῦ σπέρματός μου ἐν ὑστέροις καιροῖς ἀγαπητὸς Κυρίου, ἀκούων ἐπὶ γῆς φωνὴν αὐτοῦ, γνῶσιν καινὴν φωτίζων πάντα τὰ ἔθνη, φῶς γνώσεως ἐπεμβαίνων τῷ Ἰσραὴλ ἐν σωτηρίᾳ.</w:t>
      </w:r>
    </w:p>
    <w:p>
      <w:r>
        <w:rPr>
          <w:rFonts w:ascii="Courier New" w:hAnsi="Courier New"/>
          <w:color w:val="555555"/>
          <w:sz w:val="20"/>
        </w:rPr>
        <w:t>[5]</w:t>
      </w:r>
    </w:p>
    <w:p>
      <w:r>
        <w:rPr>
          <w:rFonts w:ascii="Gentium Plus" w:hAnsi="Gentium Plus"/>
          <w:sz w:val="24"/>
        </w:rPr>
        <w:t>καὶ ἁρπάζων ὡς λύκος ἀπ’ αὐτοῦ, καὶ διδοὺς τῇ συναγωγῇ τῶν ἐθνῶν.</w:t>
      </w:r>
    </w:p>
    <w:p>
      <w:r>
        <w:rPr>
          <w:rFonts w:ascii="Courier New" w:hAnsi="Courier New"/>
          <w:color w:val="555555"/>
          <w:sz w:val="20"/>
        </w:rPr>
        <w:t>[12 . 11 . 3]</w:t>
      </w:r>
    </w:p>
    <w:p>
      <w:r>
        <w:rPr>
          <w:rFonts w:ascii="Gentium Plus" w:hAnsi="Gentium Plus"/>
          <w:sz w:val="24"/>
        </w:rPr>
        <w:t>Καὶ ἕως συντελείας τῶν αἰώνων ἔσται ἐν συναγωγαῖς ἐθνῶν καὶ ἐν τοῖς ἄρχουσιν αὐτῶν, ὡς μουσικὸν μέλος ἐν στόματι πάντων·</w:t>
      </w:r>
    </w:p>
    <w:p>
      <w:r>
        <w:rPr>
          <w:rFonts w:ascii="Courier New" w:hAnsi="Courier New"/>
          <w:color w:val="555555"/>
          <w:sz w:val="20"/>
        </w:rPr>
        <w:t>[12 . 11 . 4]</w:t>
      </w:r>
    </w:p>
    <w:p>
      <w:r>
        <w:rPr>
          <w:rFonts w:ascii="Gentium Plus" w:hAnsi="Gentium Plus"/>
          <w:sz w:val="24"/>
        </w:rPr>
        <w:t>καὶ ἐν βίβλοις ἁγίαις ἔσται ἀναγραφόμενος, καὶ τὸ ἔργον καὶ ὁ λόγος αὐτοῦ· καὶ ἔσται ἐκλεκτὸς Θεοῦ ἕως τοῦ αἰῶνος·</w:t>
      </w:r>
    </w:p>
    <w:p>
      <w:r>
        <w:rPr>
          <w:rFonts w:ascii="Courier New" w:hAnsi="Courier New"/>
          <w:color w:val="555555"/>
          <w:sz w:val="20"/>
        </w:rPr>
        <w:t>[12 . 11 . 5]</w:t>
      </w:r>
    </w:p>
    <w:p>
      <w:r>
        <w:rPr>
          <w:rFonts w:ascii="Gentium Plus" w:hAnsi="Gentium Plus"/>
          <w:sz w:val="24"/>
        </w:rPr>
        <w:t>καὶ δι’ αὐτὸν συνέτισέ με Ἰακὼβ ὁ πατήρ μου, λέγων· Αὐτὸς ἀναπληρώσει τὰ ὑστερή‐ ματα τῆς φυλῆς σου.</w:t>
      </w:r>
    </w:p>
    <w:p>
      <w:r>
        <w:rPr>
          <w:rFonts w:ascii="Courier New" w:hAnsi="Courier New"/>
          <w:color w:val="555555"/>
          <w:sz w:val="20"/>
        </w:rPr>
        <w:t>[12 . 12 . 1]</w:t>
      </w:r>
    </w:p>
    <w:p>
      <w:r>
        <w:rPr>
          <w:rFonts w:ascii="Gentium Plus" w:hAnsi="Gentium Plus"/>
          <w:sz w:val="24"/>
        </w:rPr>
        <w:t>Καὶ ὡς ἐπλήρωσε τοὺς λόγους αὐτοῦ, εἶπεν· Ἐντέλλομαι ὑμῖν, τέκνα μου, ἀνενέγκατε τὰ ὀστᾶ μου ἐξ</w:t>
      </w:r>
    </w:p>
    <w:p>
      <w:r>
        <w:rPr>
          <w:rFonts w:ascii="Courier New" w:hAnsi="Courier New"/>
          <w:color w:val="555555"/>
          <w:sz w:val="20"/>
        </w:rPr>
        <w:t>[12 . 12 . 2]</w:t>
      </w:r>
    </w:p>
    <w:p>
      <w:r>
        <w:rPr>
          <w:rFonts w:ascii="Gentium Plus" w:hAnsi="Gentium Plus"/>
          <w:sz w:val="24"/>
        </w:rPr>
        <w:t>Καὶ ἀπέθανε Βενιαμὶν ἑκατὸν εἰκοσιπέντε ἐτῶν, ἐν γήρι καλῷ· καὶ ἔθηκαν αὐτὸν ἐν παραθήκῃ.</w:t>
      </w:r>
    </w:p>
    <w:p>
      <w:r>
        <w:rPr>
          <w:rFonts w:ascii="Courier New" w:hAnsi="Courier New"/>
          <w:color w:val="555555"/>
          <w:sz w:val="20"/>
        </w:rPr>
        <w:t>[12 . 12 . 3]</w:t>
      </w:r>
    </w:p>
    <w:p>
      <w:r>
        <w:rPr>
          <w:rFonts w:ascii="Gentium Plus" w:hAnsi="Gentium Plus"/>
          <w:sz w:val="24"/>
        </w:rPr>
        <w:t>Καὶ ἐνενηκοστῷ πρώτῳ ἔτει τῆς ἐξόδου τῶν υἱῶν Ἰσραὴλ ἐξ Αἰγύπτου, αὐτοὶ καὶ οἱ ἀδελφοὶ αὐτῶν, ἀνήγαγον τὰ ὀστᾶ τῶν πατέρων αὐτῶν ἐν κρυφῇ, ἐν τόπῳ λεγομένῳ Χαναάν·</w:t>
      </w:r>
    </w:p>
    <w:p>
      <w:r>
        <w:rPr>
          <w:rFonts w:ascii="Courier New" w:hAnsi="Courier New"/>
          <w:color w:val="555555"/>
          <w:sz w:val="20"/>
        </w:rPr>
        <w:t>[5]</w:t>
      </w:r>
    </w:p>
    <w:p>
      <w:r>
        <w:rPr>
          <w:rFonts w:ascii="Gentium Plus" w:hAnsi="Gentium Plus"/>
          <w:sz w:val="24"/>
        </w:rPr>
        <w:t>καὶ ἔθαψαν αὐτοὺς ἐν Χεβρών, παρὰ τοὺς πόδας τῶν πατέρων αὐτῶν.</w:t>
      </w:r>
    </w:p>
    <w:p>
      <w:r>
        <w:rPr>
          <w:rFonts w:ascii="Courier New" w:hAnsi="Courier New"/>
          <w:color w:val="555555"/>
          <w:sz w:val="20"/>
        </w:rPr>
        <w:t>[12 . 12 . 4]</w:t>
      </w:r>
    </w:p>
    <w:p>
      <w:r>
        <w:rPr>
          <w:rFonts w:ascii="Gentium Plus" w:hAnsi="Gentium Plus"/>
          <w:sz w:val="24"/>
        </w:rPr>
        <w:t>Καὶ αὐτοὶ ἐπέστρεψαν ἐκ γῆς Χαναάν, καὶ ᾤκησαν ἐν Αἰγύπτῳ, ἕως ἡμέρας ἐξόδου αὐτῶν ἐκ γῆς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